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μεθόδου θεραπείας</w:t>
      </w:r>
      <w:r>
        <w:br/>
      </w:r>
      <w:r>
        <w:rPr>
          <w:i/>
          <w:color w:val="666666"/>
          <w:sz w:val="40"/>
        </w:rPr>
        <w:t>On the Method of Healing</w:t>
      </w:r>
    </w:p>
    <w:p>
      <w:pPr>
        <w:jc w:val="center"/>
      </w:pPr>
      <w:r>
        <w:rPr>
          <w:i/>
          <w:color w:val="666666"/>
          <w:sz w:val="28"/>
        </w:rPr>
        <w:t>by Galen Pergamon</w:t>
      </w:r>
    </w:p>
    <w:p/>
    <w:p>
      <w:r>
        <w:rPr>
          <w:rFonts w:ascii="Courier New" w:hAnsi="Courier New"/>
          <w:color w:val="555555"/>
          <w:sz w:val="20"/>
        </w:rPr>
        <w:t>[10 . 1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Α.</w:t>
      </w:r>
    </w:p>
    <w:p>
      <w:r>
        <w:rPr>
          <w:rFonts w:ascii="Courier New" w:hAnsi="Courier New"/>
          <w:color w:val="555555"/>
          <w:sz w:val="20"/>
        </w:rPr>
        <w:t>[1]</w:t>
      </w:r>
    </w:p>
    <w:p>
      <w:r>
        <w:rPr>
          <w:rFonts w:ascii="Gentium Plus" w:hAnsi="Gentium Plus"/>
          <w:sz w:val="24"/>
        </w:rPr>
        <w:t>Ἐπειδὴ καὶ σύ με πολλάκις, ὦ Ἱέρων φίλτατε, καὶ ἄλλοι τινὲς νῦν ἑταῖροι παρακαλοῦσι θεραπευ‐ τικὴν μέθοδον αὐτοῖς γράψαι, ἐγὼ δὲ μάλιστα μὲν καὶ ὑμῖν χαρίζεσθαι βουλόμενος, οὐχ ἥκιστα δὲ καὶ τοὺς μεθ’ ἡμᾶς</w:t>
      </w:r>
    </w:p>
    <w:p>
      <w:r>
        <w:rPr>
          <w:rFonts w:ascii="Courier New" w:hAnsi="Courier New"/>
          <w:color w:val="555555"/>
          <w:sz w:val="20"/>
        </w:rPr>
        <w:t>[5]</w:t>
      </w:r>
    </w:p>
    <w:p>
      <w:r>
        <w:rPr>
          <w:rFonts w:ascii="Gentium Plus" w:hAnsi="Gentium Plus"/>
          <w:sz w:val="24"/>
        </w:rPr>
        <w:t>ἀνθρώπους ὠφελῆσαι καθ’ ὅσον οἷός τέ εἰμι προαιρούμενος, ὅμως ὤκνουν τε καὶ ἀνεβαλλόμην ἑκάστοτε διὰ πολλὰς αἰτίας, ἄμεινον εἶναί μοι δοκεῖ καὶ νῦν αὐτὰς διελθεῖν, πρὶν ἄρξασθαι τῆς πραγματείας, ἔχουσι γάρ τι χρήσιμον εἰς τὰ μέλλοντα ῥη‐</w:t>
      </w:r>
    </w:p>
    <w:p>
      <w:r>
        <w:rPr>
          <w:rFonts w:ascii="Courier New" w:hAnsi="Courier New"/>
          <w:color w:val="555555"/>
          <w:sz w:val="20"/>
        </w:rPr>
        <w:t>[10 . 2]</w:t>
      </w:r>
    </w:p>
    <w:p>
      <w:r>
        <w:rPr>
          <w:rFonts w:ascii="Gentium Plus" w:hAnsi="Gentium Plus"/>
          <w:sz w:val="24"/>
        </w:rPr>
        <w:t>νεῦσαι μάτην γράψαι, μηδενὸς τῶν νῦν ἀνθρώπων ὡς ἔπος εἰπεῖν ἀλήθειαν σπουδάζοντος, ἀλλὰ χρήματά τε καὶ δυνά‐ μεις πολιτικὰς καὶ ἀπλήστους ἡδονῶν ἀπολαύσεις ἐζηλωκότων ἐς τοσοῦτον ὡς μαίνεσθαι νομίζειν εἴ τις ἄρα καὶ γένοιτο</w:t>
      </w:r>
    </w:p>
    <w:p>
      <w:r>
        <w:rPr>
          <w:rFonts w:ascii="Courier New" w:hAnsi="Courier New"/>
          <w:color w:val="555555"/>
          <w:sz w:val="20"/>
        </w:rPr>
        <w:t>[5]</w:t>
      </w:r>
    </w:p>
    <w:p>
      <w:r>
        <w:rPr>
          <w:rFonts w:ascii="Gentium Plus" w:hAnsi="Gentium Plus"/>
          <w:sz w:val="24"/>
        </w:rPr>
        <w:t>σοφίαν ἀσκῶν ἡντιναοῦν. αὐτὴν μὲν γὰρ τὴν πρώτην καὶ ὄντως σοφίαν, ἐπιστήμην οὖσαν θείων τε καὶ ἀνθρωπίνων πραγμάτων, οὐδ’ εἶναι νομίζουσι τὸ παράπαν· ἰατρικὴν δὲ καὶ γεωμετρίαν καὶ ῥητορικὴν ἀριθμητικήν τε καὶ μουσικὴν ἁπάσας τε τὰς τοιαύτας τέχνας εἶναι μὲν ὑπολαμβάνουσιν,</w:t>
      </w:r>
    </w:p>
    <w:p>
      <w:r>
        <w:rPr>
          <w:rFonts w:ascii="Courier New" w:hAnsi="Courier New"/>
          <w:color w:val="555555"/>
          <w:sz w:val="20"/>
        </w:rPr>
        <w:t>[10]</w:t>
      </w:r>
    </w:p>
    <w:p>
      <w:r>
        <w:rPr>
          <w:rFonts w:ascii="Gentium Plus" w:hAnsi="Gentium Plus"/>
          <w:sz w:val="24"/>
        </w:rPr>
        <w:t>οὐ μὴν ἐπί γε τὸ τέλος αὐτῶν ἰέναι δικαιοῦσιν. ἀλλ’ ἔμοιγε καὶ τῶν πάνυ δοκούντων με φιλεῖν ἔνιοι πολλάκις ἐπετίμησαν ὡς πέρα τοῦ μετρίου τὴν ἀλήθειαν σπουδάζοντι καὶ ὡς οὔθ’ ἑαυτῷ μέλλοντι χρησίμῳ γενήσεσθαι παρ’ ὅλον τὸν βίον οὔτε ἐκείνοις, εἰ μὴ σχολάσαιμι μέν τι τῆς τοσαύτης περὶ τὴν</w:t>
      </w:r>
    </w:p>
    <w:p>
      <w:r>
        <w:rPr>
          <w:rFonts w:ascii="Courier New" w:hAnsi="Courier New"/>
          <w:color w:val="555555"/>
          <w:sz w:val="20"/>
        </w:rPr>
        <w:t>[15]</w:t>
      </w:r>
    </w:p>
    <w:p>
      <w:r>
        <w:rPr>
          <w:rFonts w:ascii="Gentium Plus" w:hAnsi="Gentium Plus"/>
          <w:sz w:val="24"/>
        </w:rPr>
        <w:t>ἀλήθειαν σπουδῆς, προσαγορεύοιμι δὲ περιερχόμενος ἕωθεν, εἰς ἑσπέραν τε συνδειπνοῖμι τοῖς δυναμένοις· ἐκ τούτων γὰρ καὶ φιλεῖσθαι καὶ προσάγεσθαι καὶ τοὺς τεχνίτας πιστεύεσθαι,</w:t>
      </w:r>
    </w:p>
    <w:p>
      <w:r>
        <w:rPr>
          <w:rFonts w:ascii="Courier New" w:hAnsi="Courier New"/>
          <w:color w:val="555555"/>
          <w:sz w:val="20"/>
        </w:rPr>
        <w:t>[10 . 3]</w:t>
      </w:r>
    </w:p>
    <w:p>
      <w:r>
        <w:rPr>
          <w:rFonts w:ascii="Gentium Plus" w:hAnsi="Gentium Plus"/>
          <w:sz w:val="24"/>
        </w:rPr>
        <w:t>ἐκείνην, ἁπάντων δι’ ὅλης ἡμέρας ἀσχολουμένων, ἕωθεν μὲν ἐν προσαγορεύσεσι κοινῇ, μετὰ ταῦτα δ’ ἤδη σχιζομένων, ἐπὶ μὲν τὴν ἀγορὰν καὶ τὰς δίκας οὐ σμικροῦ τινος ἔθνους, ἐπὶ δ’ αὖ τοὺς ὀρχηστάς τε καὶ τοὺς ἡνιόχους ἑτέρου πλείο‐</w:t>
      </w:r>
    </w:p>
    <w:p>
      <w:r>
        <w:rPr>
          <w:rFonts w:ascii="Courier New" w:hAnsi="Courier New"/>
          <w:color w:val="555555"/>
          <w:sz w:val="20"/>
        </w:rPr>
        <w:t>[5]</w:t>
      </w:r>
    </w:p>
    <w:p>
      <w:r>
        <w:rPr>
          <w:rFonts w:ascii="Gentium Plus" w:hAnsi="Gentium Plus"/>
          <w:sz w:val="24"/>
        </w:rPr>
        <w:t>νος, οὐκ ὀλίγου δέ τινος ἄλλου τοῖς κύβοις, ἤ τισιν ἔρω‐ σιν, ἢ λουτροῖς, ἢ μέθαις, ἢ κώμοις σχολάζοντος, ἤ τισιν ἄλλαις ἡδοναῖς τοῦ σώματος, ἐς ἑσπέραν δὲ κοινῇ πάντων αὖθις συναθροιζομένων εἰς τὰ συμπόσια, κᾀπειδὰν ἐμπλη‐ σθῶσιν οἴνου, οὐ λύρας ἐν κύκλῳ περιφερομένης, ἢ κιθάρας,</w:t>
      </w:r>
    </w:p>
    <w:p>
      <w:r>
        <w:rPr>
          <w:rFonts w:ascii="Courier New" w:hAnsi="Courier New"/>
          <w:color w:val="555555"/>
          <w:sz w:val="20"/>
        </w:rPr>
        <w:t>[10]</w:t>
      </w:r>
    </w:p>
    <w:p>
      <w:r>
        <w:rPr>
          <w:rFonts w:ascii="Gentium Plus" w:hAnsi="Gentium Plus"/>
          <w:sz w:val="24"/>
        </w:rPr>
        <w:t>ἤ τινος ἄλλου τῶν μουσικῶν ὀργάνων ὧν ἅπτεσθαι πάλαι κατὰ τὰς τοιαύτας συνόδους καλὸν ἐνενόμιστο καὶ δεινῶς αἰ‐ σχρὸν τοὐναντίον ἦν, ἀλλ’ οὐδὲ λόγων τινῶν ἀνακοινουμένων, οἵους ἐν τοῖς συμποσίοις συνέγραψαν ἡμῖν οἱ παλαιοὶ γινο‐ μένους, ἀλλ’ οὐδ’ ἄλλου τῶν καλῶν οὐδενὸς, ἀλλὰ προπι‐</w:t>
      </w:r>
    </w:p>
    <w:p>
      <w:r>
        <w:rPr>
          <w:rFonts w:ascii="Courier New" w:hAnsi="Courier New"/>
          <w:color w:val="555555"/>
          <w:sz w:val="20"/>
        </w:rPr>
        <w:t>[15]</w:t>
      </w:r>
    </w:p>
    <w:p>
      <w:r>
        <w:rPr>
          <w:rFonts w:ascii="Gentium Plus" w:hAnsi="Gentium Plus"/>
          <w:sz w:val="24"/>
        </w:rPr>
        <w:t>νόντων μὲν ἀλλήλοις, ἁμιλλωμένων δὲ περὶ μεγέθους ἐκπω‐ μάτων. ἄριστος γὰρ ἐν τούτοις οὐχ ὁ πλείστων ἁψάμενος ὀργάνων μουσικῶν ἢ λόγων φιλοσόφων, ἀλλ’ ὁ παμπόλλας</w:t>
      </w:r>
    </w:p>
    <w:p>
      <w:r>
        <w:rPr>
          <w:rFonts w:ascii="Courier New" w:hAnsi="Courier New"/>
          <w:color w:val="555555"/>
          <w:sz w:val="20"/>
        </w:rPr>
        <w:t>[10 . 4]</w:t>
      </w:r>
    </w:p>
    <w:p>
      <w:r>
        <w:rPr>
          <w:rFonts w:ascii="Gentium Plus" w:hAnsi="Gentium Plus"/>
          <w:sz w:val="24"/>
        </w:rPr>
        <w:t>δοκοῦσιν ἔτι μεθύειν οἱ πολλοὶ τῶν τοιούτων, καί τινες αὐ‐ τῶν ὄζουσιν οἴνου σαφῶς οὕτως ὡς ἄρτι προσενηνεγμένοι. ὥστ’ εἰκότως, ἐπειδὰν νοσεῖν ὑπάρξωνται, μετακαλοῦν‐ ται τῶν ἰατρῶν οὐ τοὺς ἀρίστους, οὕς γε μηδὲ πώποτε κρῖναι</w:t>
      </w:r>
    </w:p>
    <w:p>
      <w:r>
        <w:rPr>
          <w:rFonts w:ascii="Courier New" w:hAnsi="Courier New"/>
          <w:color w:val="555555"/>
          <w:sz w:val="20"/>
        </w:rPr>
        <w:t>[5]</w:t>
      </w:r>
    </w:p>
    <w:p>
      <w:r>
        <w:rPr>
          <w:rFonts w:ascii="Gentium Plus" w:hAnsi="Gentium Plus"/>
          <w:sz w:val="24"/>
        </w:rPr>
        <w:t>προὐθυμήθησαν ὑγιαίνοντες, ἀλλὰ τοὺς συνηθεστάτους τε ἅμα καὶ κολακευτικωτάτους, οἳ καὶ ψυχρὸν δώσουσιν, ἢν αἰτηθῶσι, καὶ λούσουσιν, ἢν κελευσθῶσι, καὶ χιόνα καὶ οἶνον ὀρέξουσι καὶ πᾶν ὑπηρετήσουσι τὸ προσταττόμενον ὥσπερ ἀνδράποδα, ἔμπαλιν ἐκείνοις τῶν ἰατρῶν τοῖς παλαιοῖς</w:t>
      </w:r>
    </w:p>
    <w:p>
      <w:r>
        <w:rPr>
          <w:rFonts w:ascii="Courier New" w:hAnsi="Courier New"/>
          <w:color w:val="555555"/>
          <w:sz w:val="20"/>
        </w:rPr>
        <w:t>[10]</w:t>
      </w:r>
    </w:p>
    <w:p>
      <w:r>
        <w:rPr>
          <w:rFonts w:ascii="Gentium Plus" w:hAnsi="Gentium Plus"/>
          <w:sz w:val="24"/>
        </w:rPr>
        <w:t>Ἀσκληπιάδαις, οἳ τῶν νοσούντων ἠξίουν ἄρχειν ὡς στρα‐ τηγοὶ στρατηγουμένων καὶ βασιλεῖς ὑπηκόων, οὐκ ἄρχεσθαι καὶ δεσπόζεσθαι, καθάπερ Γέται καὶ Τίβιοι καὶ Φρύγες καὶ Θρᾷκες ἀργυρώνητοι. οὔκουν οὐχ ὁ κρείττων τὴν τέχνην, ἀλλ’ ὁ κολακεύειν δεινότερος ἐντιμότερος αὐτοῖς ἐστι, καὶ</w:t>
      </w:r>
    </w:p>
    <w:p>
      <w:r>
        <w:rPr>
          <w:rFonts w:ascii="Courier New" w:hAnsi="Courier New"/>
          <w:color w:val="555555"/>
          <w:sz w:val="20"/>
        </w:rPr>
        <w:t>[15]</w:t>
      </w:r>
    </w:p>
    <w:p>
      <w:r>
        <w:rPr>
          <w:rFonts w:ascii="Gentium Plus" w:hAnsi="Gentium Plus"/>
          <w:sz w:val="24"/>
        </w:rPr>
        <w:t>τούτῳ ἅπαντα βάσιμα καὶ πόριμα, καὶ τῶν οἰκιῶν ἀνεῴγα‐ σιν αἱ θύραι τῷ τοιούτῳ, καὶ πλουτεῖ τε ταχέως οὗτος καὶ πολὺ δύναται, καὶ μαθητὰς ἔχει τοὺς ἐκ κοιτῶνος πολλοὺς,</w:t>
      </w:r>
    </w:p>
    <w:p>
      <w:r>
        <w:rPr>
          <w:rFonts w:ascii="Courier New" w:hAnsi="Courier New"/>
          <w:color w:val="555555"/>
          <w:sz w:val="20"/>
        </w:rPr>
        <w:t>[10 . 5]</w:t>
      </w:r>
    </w:p>
    <w:p>
      <w:r>
        <w:rPr>
          <w:rFonts w:ascii="Gentium Plus" w:hAnsi="Gentium Plus"/>
          <w:sz w:val="24"/>
        </w:rPr>
        <w:t>ἐκεῖνος οὐ τὰ ἄλλα μόνον ἐκολάκευε τοὺς ἐπὶ τῆς Ῥώμης πλουσίους, ἀλλὰ καὶ τῷ μησὶν ἓξ ἐπαγγείλασθαι διδάξειν τὴν τέχνην ἑτοίμως ἐλάμβανε μαθητὰς παμπόλλους. εἰ γὰρ οὔτε γεωμετρίας οὔτε ἀστρονομίας οὔτε διαλεκτικῆς οὔτε μου‐</w:t>
      </w:r>
    </w:p>
    <w:p>
      <w:r>
        <w:rPr>
          <w:rFonts w:ascii="Courier New" w:hAnsi="Courier New"/>
          <w:color w:val="555555"/>
          <w:sz w:val="20"/>
        </w:rPr>
        <w:t>[5]</w:t>
      </w:r>
    </w:p>
    <w:p>
      <w:r>
        <w:rPr>
          <w:rFonts w:ascii="Gentium Plus" w:hAnsi="Gentium Plus"/>
          <w:sz w:val="24"/>
        </w:rPr>
        <w:t>σικῆς οὔτε ἄλλου τινὸς μαθήματος τῶν καλῶν οἱ μέλλον‐ τες ἰατροὶ γενήσεσθαι δέονται, καθάπερ ὁ γενναιότατος ἐπηγ‐ γείλατο Θεσσαλὸς, ἀλλ’ οὐδὲ μακρᾶς ἐμπειρίας χρῄζουσι καὶ συνηθείας τῶν ἔργων τῆς τέχνης, ἕτοιμον ἤδη προσιέναι παντὶ γενησομένῳ ῥᾳδίως ἰατρῷ. διὰ τοῦτο καὶ σκυτοτόμοι</w:t>
      </w:r>
    </w:p>
    <w:p>
      <w:r>
        <w:rPr>
          <w:rFonts w:ascii="Courier New" w:hAnsi="Courier New"/>
          <w:color w:val="555555"/>
          <w:sz w:val="20"/>
        </w:rPr>
        <w:t>[10]</w:t>
      </w:r>
    </w:p>
    <w:p>
      <w:r>
        <w:rPr>
          <w:rFonts w:ascii="Gentium Plus" w:hAnsi="Gentium Plus"/>
          <w:sz w:val="24"/>
        </w:rPr>
        <w:t>καὶ τέκτονες καὶ βαφεῖς καὶ χαλκεῖς ἐπιπηδῶσιν ἤδη τοῖς ἔρ‐ γοις τῆς ἰατρικῆς, τὰς ἀρχαίας αὑτῶν ἀπολιπόντες τέχνας. οἱ μὲν γὰρ τὸν ῥῶπον διατιθέμενοι καὶ περὶ πρωτείων ἐρίζουσι. καὶ διὰ τοῦτο κᾀγὼ γράφειν ὤκνουν θεραπευτικὴν μέθοδον, ἣν εἰσηγήσαντο μὲν ἄνδρες παλαιοὶ, τελειῶσαι δ’ ἐπεχείρησαν</w:t>
      </w:r>
    </w:p>
    <w:p>
      <w:r>
        <w:rPr>
          <w:rFonts w:ascii="Courier New" w:hAnsi="Courier New"/>
          <w:color w:val="555555"/>
          <w:sz w:val="20"/>
        </w:rPr>
        <w:t>[15]</w:t>
      </w:r>
    </w:p>
    <w:p>
      <w:r>
        <w:rPr>
          <w:rFonts w:ascii="Gentium Plus" w:hAnsi="Gentium Plus"/>
          <w:sz w:val="24"/>
        </w:rPr>
        <w:t>οἱ μετ’ αὐτούς. καὶ πρόσθεν μὲν ἔρις ἦν οὐ σμικρὰ, νι‐ κῆσαι τῷ πλήθει τῶν εὑρημάτων ἀλλήλους ὀριγνωμένων τῶν</w:t>
      </w:r>
    </w:p>
    <w:p>
      <w:r>
        <w:rPr>
          <w:rFonts w:ascii="Courier New" w:hAnsi="Courier New"/>
          <w:color w:val="555555"/>
          <w:sz w:val="20"/>
        </w:rPr>
        <w:t>[10 . 6]</w:t>
      </w:r>
    </w:p>
    <w:p>
      <w:r>
        <w:rPr>
          <w:rFonts w:ascii="Gentium Plus" w:hAnsi="Gentium Plus"/>
          <w:sz w:val="24"/>
        </w:rPr>
        <w:t>τῆς Ἀσίας Ἀσκληπιαδῶν, ἐπιλιπόντος τοῦ κατὰ Ῥόδον· ἤριζον δ’ αὐτοῖς τὴν ἀγαθὴν ἔριν ἐκείνην, ἣν Ἡσίοδος ἐπῄνει καὶ οἱ ἐκ τῆς Ἰταλίας ἰατροὶ, Φιλιστίων τε καὶ Ἐμπεδοκλῆς καὶ Παυσανίας καὶ οἱ τούτων ἑταῖροι· καὶ τρεῖς οὗτοι χοροὶ</w:t>
      </w:r>
    </w:p>
    <w:p>
      <w:r>
        <w:rPr>
          <w:rFonts w:ascii="Courier New" w:hAnsi="Courier New"/>
          <w:color w:val="555555"/>
          <w:sz w:val="20"/>
        </w:rPr>
        <w:t>[5]</w:t>
      </w:r>
    </w:p>
    <w:p>
      <w:r>
        <w:rPr>
          <w:rFonts w:ascii="Gentium Plus" w:hAnsi="Gentium Plus"/>
          <w:sz w:val="24"/>
        </w:rPr>
        <w:t>θαυμαστοὶ πρὸς ἀλλήλους ἁμιλλωμένων ἐγένοντο ἰατρῶν· πλείστους μὲν οὖν καὶ ἀρίστους χορευτὰς ὁ Κῷος εὐτυχήσας εἶχεν, ἐγγὺς δ’ ἔτι τούτῳ καὶ ὁ ἀπὸ τῆς Κνίδου, λόγου δ’ ἦν ἄξιος οὐ σμικροῦ καὶ ὁ ἀπὸ τῆς Ἰταλίας. ἀλλ’ οὐδεὶς τού‐ των οὔτε ἕωθεν ἐπὶ τὰς τῶν πλουσίων ἐφοίτα θύρας προσα‐</w:t>
      </w:r>
    </w:p>
    <w:p>
      <w:r>
        <w:rPr>
          <w:rFonts w:ascii="Courier New" w:hAnsi="Courier New"/>
          <w:color w:val="555555"/>
          <w:sz w:val="20"/>
        </w:rPr>
        <w:t>[10]</w:t>
      </w:r>
    </w:p>
    <w:p>
      <w:r>
        <w:rPr>
          <w:rFonts w:ascii="Gentium Plus" w:hAnsi="Gentium Plus"/>
          <w:sz w:val="24"/>
        </w:rPr>
        <w:t>γορεύσων αὐτοὺς οὔτ’ εἰς ἑσπέραν δειπνησόμενος, ἀλλ’ ὥσ‐ περ Ἡσίοδός φησιν, Εἰς ἕτερον γάρ τίς τε ἰδὼν ἔργοιο χατίζων Πλούσιον, ὃς σπεύδει μὲν ἀρόμμεναι ἠδὲ φυτεύειν, οὕτω κᾀκεῖνοι διὰ παντὸς ἤριζον ἀλλήλοις οὐκ ἀροῦν ἢ φυ‐</w:t>
      </w:r>
    </w:p>
    <w:p>
      <w:r>
        <w:rPr>
          <w:rFonts w:ascii="Courier New" w:hAnsi="Courier New"/>
          <w:color w:val="555555"/>
          <w:sz w:val="20"/>
        </w:rPr>
        <w:t>[15]</w:t>
      </w:r>
    </w:p>
    <w:p>
      <w:r>
        <w:rPr>
          <w:rFonts w:ascii="Gentium Plus" w:hAnsi="Gentium Plus"/>
          <w:sz w:val="24"/>
        </w:rPr>
        <w:t>τεύειν γῆν, σμικρότερα γὰρ ταῦτα τοῦ τῶν Ἀσκληπιαδῶν γένους καὶ Ἀσκραίῳ πρέποντα ποιητῇ, ἀλλ’ ἀσκεῖν καὶ αὔξειν</w:t>
      </w:r>
    </w:p>
    <w:p>
      <w:r>
        <w:rPr>
          <w:rFonts w:ascii="Courier New" w:hAnsi="Courier New"/>
          <w:color w:val="555555"/>
          <w:sz w:val="20"/>
        </w:rPr>
        <w:t>[10 . 7]</w:t>
      </w:r>
    </w:p>
    <w:p>
      <w:r>
        <w:rPr>
          <w:rFonts w:ascii="Gentium Plus" w:hAnsi="Gentium Plus"/>
          <w:sz w:val="24"/>
        </w:rPr>
        <w:t>τέχνην. νυνὶ δ’ ἀπόλωλε μὲν ἡ ἀγαθὴ ἔρις, ἢ σμικρὸν ἔτι καὶ ἀμυδρὸν αὐτῆς ἐν ἀνθρώποις ἐστίν· ἐπικρατεῖ δ’ ἡ πο‐ νηρὰ καὶ ὁ ἀποτρέψων οὐδεὶς οὐδ’ ὁ ἰασομένος, ὥσπερ Ἡσίοδος,</w:t>
      </w:r>
    </w:p>
    <w:p>
      <w:r>
        <w:rPr>
          <w:rFonts w:ascii="Courier New" w:hAnsi="Courier New"/>
          <w:color w:val="555555"/>
          <w:sz w:val="20"/>
        </w:rPr>
        <w:t>[5]</w:t>
      </w:r>
    </w:p>
    <w:p>
      <w:r>
        <w:rPr>
          <w:rFonts w:ascii="Gentium Plus" w:hAnsi="Gentium Plus"/>
          <w:sz w:val="24"/>
        </w:rPr>
        <w:t>Μηδέ ς’ ἔρις κακόχαρτος ἀπ’ ἔργου θυμὸν ἐρύκοι. αὕτη γὰρ ἡ Ἔρις, ὡς ὁ θειότερος αὖ πάλιν Ἡσιόδου ποιη‐ τής φησιν· Ἡ δ’ ὀλίγη μὲν πρῶτα κορύσσεται, αὐτὰρ ἔπειτα Οὐρανῷ ἐστήριξε κάρη, καὶ ἐπὶ χθονὶ βαίνει.</w:t>
      </w:r>
    </w:p>
    <w:p>
      <w:r>
        <w:rPr>
          <w:rFonts w:ascii="Courier New" w:hAnsi="Courier New"/>
          <w:color w:val="555555"/>
          <w:sz w:val="20"/>
        </w:rPr>
        <w:t>[10]</w:t>
      </w:r>
    </w:p>
    <w:p>
      <w:r>
        <w:rPr>
          <w:rFonts w:ascii="Gentium Plus" w:hAnsi="Gentium Plus"/>
          <w:sz w:val="24"/>
        </w:rPr>
        <w:t>Ὑπὸ ταύτης τῆς ἔριδος ἐκμανεὶς ὁ Θεσσα‐ λὸς ἐκεῖνος Ἱπποκράτει τε καὶ τοῖς ἄλλοις Ἀσκληπιάδαις ἐπιτιμᾷ, καὶ κοινὸν τῆς οἰκουμένης θέατρον ἐν ταῖς ἑαυτοῦ βίβλοις πληρῶν, ἐπ’ ἐκείνου κρίνεται καὶ νικᾷ καὶ στεφανοῦ‐ ται κατὰ τῶν παλαιῶν ἁπάντων, ἀνακηρυττόμενος αὐτὸς</w:t>
      </w:r>
    </w:p>
    <w:p>
      <w:r>
        <w:rPr>
          <w:rFonts w:ascii="Courier New" w:hAnsi="Courier New"/>
          <w:color w:val="555555"/>
          <w:sz w:val="20"/>
        </w:rPr>
        <w:t>[15]</w:t>
      </w:r>
    </w:p>
    <w:p>
      <w:r>
        <w:rPr>
          <w:rFonts w:ascii="Gentium Plus" w:hAnsi="Gentium Plus"/>
          <w:sz w:val="24"/>
        </w:rPr>
        <w:t>ὑφ’ ἑαυτοῦ. ταυτὶ μὲν οὖν ἔν τε τῷ περὶ τῶν κοινοτήτων ἐποίησε κᾀν τοῖς συγκριτικοῖς, ἐν ἅπασι δὲ τοῖς ἄλλοις ὑβρί‐</w:t>
      </w:r>
    </w:p>
    <w:p>
      <w:r>
        <w:rPr>
          <w:rFonts w:ascii="Courier New" w:hAnsi="Courier New"/>
          <w:color w:val="555555"/>
          <w:sz w:val="20"/>
        </w:rPr>
        <w:t>[10 . 8]</w:t>
      </w:r>
    </w:p>
    <w:p>
      <w:r>
        <w:rPr>
          <w:rFonts w:ascii="Gentium Plus" w:hAnsi="Gentium Plus"/>
          <w:sz w:val="24"/>
        </w:rPr>
        <w:t>κατ’ ἀρχὰς μὲν εὐθέως γράφων αὐτοῖς ὀνόμασιν οὕτως· πα‐ ραδεδωκὼς νέαν αἵρεσιν καὶ ὡς μόνην ἀληθῆ διὰ τὸ τοὺς προγενεστέρους πάντας ἰατροὺς μηδὲν παραδοῦναι συμφέρον πρός τε ὑγείας συντήρησιν καὶ νόσων ἀπαλλαγήν. ἐπὶ προή‐</w:t>
      </w:r>
    </w:p>
    <w:p>
      <w:r>
        <w:rPr>
          <w:rFonts w:ascii="Courier New" w:hAnsi="Courier New"/>
          <w:color w:val="555555"/>
          <w:sz w:val="20"/>
        </w:rPr>
        <w:t>[5]</w:t>
      </w:r>
    </w:p>
    <w:p>
      <w:r>
        <w:rPr>
          <w:rFonts w:ascii="Gentium Plus" w:hAnsi="Gentium Plus"/>
          <w:sz w:val="24"/>
        </w:rPr>
        <w:t>κοντι δὲ τῷ γράμματι προϊών φησιν ὡς Ἱπποκράτης μὲν ἐπιβλαβῆ τὴν παράδοσιν πεποίηται, ἐτόλμησε δὲ καὶ τοῖς ἀφορισμοῖς ἀντιλέγειν, ἀσχημοσύνην ἀσχημονήσας μεγίστην, καὶ δείξας ὅτι μηδ’ εἰσήχθη πρός τινος εἰς τὴν Ἱπποκράτειον θεωρίαν μηδ’ ἀνέγνω παρὰ διδασκάλου τὰ συγγράμματα</w:t>
      </w:r>
    </w:p>
    <w:p>
      <w:r>
        <w:rPr>
          <w:rFonts w:ascii="Courier New" w:hAnsi="Courier New"/>
          <w:color w:val="555555"/>
          <w:sz w:val="20"/>
        </w:rPr>
        <w:t>[10]</w:t>
      </w:r>
    </w:p>
    <w:p>
      <w:r>
        <w:rPr>
          <w:rFonts w:ascii="Gentium Plus" w:hAnsi="Gentium Plus"/>
          <w:sz w:val="24"/>
        </w:rPr>
        <w:t>αὐτοῦ· καὶ ὅμως ὁ τοιοῦτος ἑαυτὸν οὐκ αἰδεῖται στεφανῶν. διό μοι δοκῶ κᾀγὼ, καίτοι γε οὐκ εἰθισμένος ἐξελέγχειν πι‐ κρῶς τοὺς σκαιοὺς, ἐρεῖν τι πρὸς αὐτὸν ὑπὲρ τῆς τῶν πα‐ λαιῶν ὕβρεως. τί πειρᾷ διαβάλλειν ὦ οὗτος τὰ χρηστὰ διὰ τὸ παρὰ τοῖς πολλοῖς εὐδοκιμεῖν, ἐνὸν ὑπερβάλλεσθαι</w:t>
      </w:r>
    </w:p>
    <w:p>
      <w:r>
        <w:rPr>
          <w:rFonts w:ascii="Courier New" w:hAnsi="Courier New"/>
          <w:color w:val="555555"/>
          <w:sz w:val="20"/>
        </w:rPr>
        <w:t>[15]</w:t>
      </w:r>
    </w:p>
    <w:p>
      <w:r>
        <w:rPr>
          <w:rFonts w:ascii="Gentium Plus" w:hAnsi="Gentium Plus"/>
          <w:sz w:val="24"/>
        </w:rPr>
        <w:t>τοῖς ἀληθέσιν, εἰ φιλόπονός τέ τις εἴης καὶ ἀληθείας ἐραστής; τί δὲ τῇ τῶν ἀκροατῶν ἀμαθίᾳ συμμάχῳ κέχρησαι κατὰ τῆς τῶν παλαιῶν βλασφημίας; μὴ τοὺς ὁμοτέχνους τῷ πατρί</w:t>
      </w:r>
    </w:p>
    <w:p>
      <w:r>
        <w:rPr>
          <w:rFonts w:ascii="Courier New" w:hAnsi="Courier New"/>
          <w:color w:val="555555"/>
          <w:sz w:val="20"/>
        </w:rPr>
        <w:t>[10 . 9]</w:t>
      </w:r>
    </w:p>
    <w:p>
      <w:r>
        <w:rPr>
          <w:rFonts w:ascii="Gentium Plus" w:hAnsi="Gentium Plus"/>
          <w:sz w:val="24"/>
        </w:rPr>
        <w:t>γὰρ ἐπ’ αὐτοῖς καὶ καθ’ Ἱπποκράτους λέγων καὶ κατὰ Διο‐ κλέους καὶ κατὰ Πραξαγόρου καὶ κατὰ πάντων τῶν ἄλλων παλαιῶν, ἀλλ’ ἄνδρας παλαιοὺς, διαλεκτικοὺς, ἐπιστημονι‐ κοὺς, ἀληθὲς καὶ ψευδὲς διακρίνειν ἠσκηκότας, ἀκόλουθον</w:t>
      </w:r>
    </w:p>
    <w:p>
      <w:r>
        <w:rPr>
          <w:rFonts w:ascii="Courier New" w:hAnsi="Courier New"/>
          <w:color w:val="555555"/>
          <w:sz w:val="20"/>
        </w:rPr>
        <w:t>[5]</w:t>
      </w:r>
    </w:p>
    <w:p>
      <w:r>
        <w:rPr>
          <w:rFonts w:ascii="Gentium Plus" w:hAnsi="Gentium Plus"/>
          <w:sz w:val="24"/>
        </w:rPr>
        <w:t>καὶ μαχόμενον ὡς χρὴ διορίζειν ἐπισταμένους, ἀποδεικτικὴν μέθοδον ἐκ παίδων μεμελετηκότας, τούτους εἰς τὸ συνέδριον εἰσάγαγε δικαστὰς, ἐπὶ τούτων τόλμησον Ἱπποκράτει τι μέμ‐ ψασθαι, τούτων κρινόντων ἐπιχείρησόν τι τῇ μιαρᾷ καὶ βαρβάρῳ σου φωνῇ πρὸς Ἱπποκράτην διελθεῖν, πρῶτον μὲν</w:t>
      </w:r>
    </w:p>
    <w:p>
      <w:r>
        <w:rPr>
          <w:rFonts w:ascii="Courier New" w:hAnsi="Courier New"/>
          <w:color w:val="555555"/>
          <w:sz w:val="20"/>
        </w:rPr>
        <w:t>[10]</w:t>
      </w:r>
    </w:p>
    <w:p>
      <w:r>
        <w:rPr>
          <w:rFonts w:ascii="Gentium Plus" w:hAnsi="Gentium Plus"/>
          <w:sz w:val="24"/>
        </w:rPr>
        <w:t>ὡς οὐ χρὴ φύσιν ἀνθρώπου πολυπραγμονεῖν· ἔπειτα δὲ ὡς εἰ καὶ τοῦτο συγχωρήσειέ τις, ἀλλ’ ὅτι γε κακῶς αὐτὴν ἐζήτησεν ἐκεῖνος καὶ ψευδῶς ἀπεφήνατο σύμπαντα. τίς οὖν ἔσται κριτής; εἰ βούλει, Πλάτων, ἐπειδὴ τοῦτον γοῦν οὐκ ἐτόλ‐ μησας λοιδορεῖν. ἐγὼ μὲν γὰρ οὐδὲ τοὺς μαθητὰς αὐτοῦ φύ‐</w:t>
      </w:r>
    </w:p>
    <w:p>
      <w:r>
        <w:rPr>
          <w:rFonts w:ascii="Courier New" w:hAnsi="Courier New"/>
          <w:color w:val="555555"/>
          <w:sz w:val="20"/>
        </w:rPr>
        <w:t>[15]</w:t>
      </w:r>
    </w:p>
    <w:p>
      <w:r>
        <w:rPr>
          <w:rFonts w:ascii="Gentium Plus" w:hAnsi="Gentium Plus"/>
          <w:sz w:val="24"/>
        </w:rPr>
        <w:t>γοιμ’ ἂν, οὔτε τὸν Σπεύσιππον οὔτε τὸν Ξενοκράτην· τὸν Ἀριστοτέλην δὲ κᾂν παρακαλέσαιμί σε κριτὴν ὑπομεῖναι καὶ σὺν αὐτῷ Θεόφραστον· εὐξαίμην δ’ ἄν σε καὶ Ζήνωνα καὶ</w:t>
      </w:r>
    </w:p>
    <w:p>
      <w:r>
        <w:rPr>
          <w:rFonts w:ascii="Courier New" w:hAnsi="Courier New"/>
          <w:color w:val="555555"/>
          <w:sz w:val="20"/>
        </w:rPr>
        <w:t>[10 . 10]</w:t>
      </w:r>
    </w:p>
    <w:p>
      <w:r>
        <w:rPr>
          <w:rFonts w:ascii="Gentium Plus" w:hAnsi="Gentium Plus"/>
          <w:sz w:val="24"/>
        </w:rPr>
        <w:t>οὐδεὶς τούτων, ὦ τολμηρότατε Θεσσαλὲ, τῶν Ἱπποκράτους κατέγνω περὶ φύσεως ἀνθρώπου δογμάτων, ἃ τὴν ἀρχὴν οὔτ’ ἀνεγνωκέναι μοι δοκεῖς οὔτ’, εἴπερ ἀνέγνως, συνιέναι· καὶ εἰ συνῆκας δὲ, κρῖναι γοῦν ἀδύνατον ἦν σοι, τραφέντι μὲν ἐν</w:t>
      </w:r>
    </w:p>
    <w:p>
      <w:r>
        <w:rPr>
          <w:rFonts w:ascii="Courier New" w:hAnsi="Courier New"/>
          <w:color w:val="555555"/>
          <w:sz w:val="20"/>
        </w:rPr>
        <w:t>[5]</w:t>
      </w:r>
    </w:p>
    <w:p>
      <w:r>
        <w:rPr>
          <w:rFonts w:ascii="Gentium Plus" w:hAnsi="Gentium Plus"/>
          <w:sz w:val="24"/>
        </w:rPr>
        <w:t>γυναικωνίτιδι παρὰ πατρὶ μοχθηρῶς ἔρια ξαίνοντι. μὴ γὰρ ἀγνοεῖσθαί μοι δόκει τὸ θαυμαστόν σου γένος καὶ τὴν ἀοί‐ διμόν σου παιδείαν, μηδ’ ὡς ἐν κωφῷ θεάτρῳ λοιδορεῖν Ἱπ‐ ποκράτην τε καὶ τοὺς ἄλλους παλαιούς· ἀλλὰ τίς ὢν καὶ πό‐ θεν, ἐκ ποίου γένους, ἐκ ποίας ἀνατροφῆς, ἐκ ποίας παι‐</w:t>
      </w:r>
    </w:p>
    <w:p>
      <w:r>
        <w:rPr>
          <w:rFonts w:ascii="Courier New" w:hAnsi="Courier New"/>
          <w:color w:val="555555"/>
          <w:sz w:val="20"/>
        </w:rPr>
        <w:t>[10]</w:t>
      </w:r>
    </w:p>
    <w:p>
      <w:r>
        <w:rPr>
          <w:rFonts w:ascii="Gentium Plus" w:hAnsi="Gentium Plus"/>
          <w:sz w:val="24"/>
        </w:rPr>
        <w:t>δεύσεως, ἐπίδειξον πρότερον, εἶθ’ οὕτως λέγε, τοῦτ’ αὐτὸ πρῶτον μαθὼν, ὦ θρασύτατε, ὅτι λέγειν οὐκ ἐφεῖται πᾶσι δημοσίᾳ ἐν οὐδεμιᾷ τῶν εὐνομουμένων πόλεων, ἀλλ’ εἴ τις ἐπίσημός ἐστι καὶ γένος ἔχει καὶ ἀνατροφὴν δεῖξαι καὶ παιδείαν ἀξίαν τοῦ δημηγορεῖν, τούτῳ συγχωροῦσιν ἀγορεύειν οἱ νόμοι·</w:t>
      </w:r>
    </w:p>
    <w:p>
      <w:r>
        <w:rPr>
          <w:rFonts w:ascii="Courier New" w:hAnsi="Courier New"/>
          <w:color w:val="555555"/>
          <w:sz w:val="20"/>
        </w:rPr>
        <w:t>[15]</w:t>
      </w:r>
    </w:p>
    <w:p>
      <w:r>
        <w:rPr>
          <w:rFonts w:ascii="Gentium Plus" w:hAnsi="Gentium Plus"/>
          <w:sz w:val="24"/>
        </w:rPr>
        <w:t>σὺ δ’ οὐδὲν τούτων ἔχων ἐπιδεῖξαι τολμᾷς ὦ γενναιότατε κατη‐ γορεῖν Ἱπποκράτους, καὶ καθίζεις μὲν ἐν ταῖς ληρώδεσί σου βίβλοις δικαστὰς τοὺς Ἕλληνας, ἀποφαίνῃ δ’ αὐτὸς οὐκ ἀναμεί‐</w:t>
      </w:r>
    </w:p>
    <w:p>
      <w:r>
        <w:rPr>
          <w:rFonts w:ascii="Courier New" w:hAnsi="Courier New"/>
          <w:color w:val="555555"/>
          <w:sz w:val="20"/>
        </w:rPr>
        <w:t>[10 . 11]</w:t>
      </w:r>
    </w:p>
    <w:p>
      <w:r>
        <w:rPr>
          <w:rFonts w:ascii="Gentium Plus" w:hAnsi="Gentium Plus"/>
          <w:sz w:val="24"/>
        </w:rPr>
        <w:t>τῶν ἰατρῶν, ἐνίοτε δὲ κατὰ πάντων ἁπλῶς Ἑλλήνων. τοῦτο γάρτοι τὸ θαυμαστόν ἐστι τόλμημα τοῦ σοφωτάτου Θεσσαλοῦ, νικῆσαι μὲν ἅπαντας ἰατροὺς, αὐτὸν ἀγωνιστὴν, αὐτὸν ἀγωνοθέτην, αὐτὸν κριτὴν γενόμενον· ἐφεξῆς δὲ καὶ τοὺς ἄλ‐</w:t>
      </w:r>
    </w:p>
    <w:p>
      <w:r>
        <w:rPr>
          <w:rFonts w:ascii="Courier New" w:hAnsi="Courier New"/>
          <w:color w:val="555555"/>
          <w:sz w:val="20"/>
        </w:rPr>
        <w:t>[5]</w:t>
      </w:r>
    </w:p>
    <w:p>
      <w:r>
        <w:rPr>
          <w:rFonts w:ascii="Gentium Plus" w:hAnsi="Gentium Plus"/>
          <w:sz w:val="24"/>
        </w:rPr>
        <w:t>λους Ἕλληνας εἰς ἀγῶνα προσκαλέσασθαι, ῥήτορας, γεωμέ‐ τρας, γραμματικοὺς, ἀστρονόμους, φιλοσόφους, εἶτ’ ἐν αὐ‐ τοῖς καταστάντα, καὶ τῇ τῶν ἐριουργῶν ἑρμηνείᾳ χρησάμενον, ἀξιοῦν ἁπάντων εἶναι πρῶτον· ἰατρικὴν μὲν γὰρ ἁπασῶν τῶν τεχνῶν πρωτεύειν, ἑαυτὸν δὲ τοὺς ἰατροὺς ἅπαντας νενικηκέναι.</w:t>
      </w:r>
    </w:p>
    <w:p>
      <w:r>
        <w:rPr>
          <w:rFonts w:ascii="Courier New" w:hAnsi="Courier New"/>
          <w:color w:val="555555"/>
          <w:sz w:val="20"/>
        </w:rPr>
        <w:t>[10]</w:t>
      </w:r>
    </w:p>
    <w:p>
      <w:r>
        <w:rPr>
          <w:rFonts w:ascii="Gentium Plus" w:hAnsi="Gentium Plus"/>
          <w:sz w:val="24"/>
        </w:rPr>
        <w:t>τοῦτο μόνον ἐκ τύχης ἀληθῶς συνελογίσατο Θεσσαλός· εἰ γὰρ ἰατρικὴ μὲν ἁπασῶν ἐστι τῶν τεχνῶν ἀρίστη, πρῶτος δ’ ἐν αὐτῇ Θεσσαλὸς, εἴη ἂν οὕτω γε πάντων ἀνθρώπων πρῶτος καὶ Σωκράτους δηλονότι καὶ Λυκούργου καὶ τῶν ἄλλων, οὓς ὁ Πύθιος ἐπῄνεσεν ἢ ὡς ἀγαθοὺς, ἢ ὡς σοφοὺς, ἢ ὡς Μου‐</w:t>
      </w:r>
    </w:p>
    <w:p>
      <w:r>
        <w:rPr>
          <w:rFonts w:ascii="Courier New" w:hAnsi="Courier New"/>
          <w:color w:val="555555"/>
          <w:sz w:val="20"/>
        </w:rPr>
        <w:t>[15]</w:t>
      </w:r>
    </w:p>
    <w:p>
      <w:r>
        <w:rPr>
          <w:rFonts w:ascii="Gentium Plus" w:hAnsi="Gentium Plus"/>
          <w:sz w:val="24"/>
        </w:rPr>
        <w:t>σῶν θεράποντας, ἢ ὡς Διὸς ὑπηρέτας, ἢ ὡς ἄλλο τι θεοφιλὲς ἔχοντας. ἄγε δὴ λοιπὸν ὕμνους ᾀδόντων ἅπαντες Θεσσαλοῦ, καὶ γραφόντων ἐπινίκια μέλη, καὶ κοινὸν τῆς οἰκουμένης τὸ</w:t>
      </w:r>
    </w:p>
    <w:p>
      <w:r>
        <w:rPr>
          <w:rFonts w:ascii="Courier New" w:hAnsi="Courier New"/>
          <w:color w:val="555555"/>
          <w:sz w:val="20"/>
        </w:rPr>
        <w:t>[10 . 12]</w:t>
      </w:r>
    </w:p>
    <w:p>
      <w:r>
        <w:rPr>
          <w:rFonts w:ascii="Gentium Plus" w:hAnsi="Gentium Plus"/>
          <w:sz w:val="24"/>
        </w:rPr>
        <w:t>ἱστοῖς τραφεὶς ἐνίκησε μὲν Δημοσθένην καὶ Λυσίαν καὶ τοὺς ἄλλους ῥήτορας, ἐνίκησε δὲ Πλάτωνα καὶ Σωκράτην καὶ τοὺς ἄλλους φιλοσόφους, ἐνίκησε δὲ καὶ Λυκοῦργον καὶ Σό‐ λωνα καὶ τοὺς ἄλλους νομοθέτας, ἐστεφάνωται δὲ κοινῇ</w:t>
      </w:r>
    </w:p>
    <w:p>
      <w:r>
        <w:rPr>
          <w:rFonts w:ascii="Courier New" w:hAnsi="Courier New"/>
          <w:color w:val="555555"/>
          <w:sz w:val="20"/>
        </w:rPr>
        <w:t>[5]</w:t>
      </w:r>
    </w:p>
    <w:p>
      <w:r>
        <w:rPr>
          <w:rFonts w:ascii="Gentium Plus" w:hAnsi="Gentium Plus"/>
          <w:sz w:val="24"/>
        </w:rPr>
        <w:t>κατὰ πάντων ἀνθρώπων, ῥητόρων, φιλοσόφων, νομοθε‐ τῶν. εἰ γὰρ δὴ γεωμετρῶν ἔτι καὶ γραμματικῶν καὶ μουσι‐ κῶν ὀνομαστὶ μνημονεύοιμι μετὰ τὰς τηλικαύτας νίκας, ὑβρί‐ ζειν δόξω τὸν ἄνθρωπον· ὅπου γὰρ Λυκοῦργος καὶ Σόλων καὶ Πλάτων καὶ Σωκράτης καὶ Πυθαγόρας ἐνικήθησαν, ἦπου</w:t>
      </w:r>
    </w:p>
    <w:p>
      <w:r>
        <w:rPr>
          <w:rFonts w:ascii="Courier New" w:hAnsi="Courier New"/>
          <w:color w:val="555555"/>
          <w:sz w:val="20"/>
        </w:rPr>
        <w:t>[10]</w:t>
      </w:r>
    </w:p>
    <w:p>
      <w:r>
        <w:rPr>
          <w:rFonts w:ascii="Gentium Plus" w:hAnsi="Gentium Plus"/>
          <w:sz w:val="24"/>
        </w:rPr>
        <w:t>ἄρα καλὸν ἔτι μνημονεύειν Ἱππάρχου καὶ Ἀρχιμήδους καὶ Ἀριστοξένου καὶ Ἀριστάρχου καί τινων ἑτέρων τοιούτων οὐδενὸς ἀξίων, ὡς ἂν εἴποι Θεσσαλός; ἀλλὰ τίς ἡμῖν οὕτω μεγαλόφωνος ποιητὴς ὃς ᾄσεται ταῦτα; τίνος Ὁμήρου νῦν εὐπορήσομεν ἐν ἑξαμέτρῳ τόνῳ τὴν Θεσσάλειον ὑμνήσοντος</w:t>
      </w:r>
    </w:p>
    <w:p>
      <w:r>
        <w:rPr>
          <w:rFonts w:ascii="Courier New" w:hAnsi="Courier New"/>
          <w:color w:val="555555"/>
          <w:sz w:val="20"/>
        </w:rPr>
        <w:t>[15]</w:t>
      </w:r>
    </w:p>
    <w:p>
      <w:r>
        <w:rPr>
          <w:rFonts w:ascii="Gentium Plus" w:hAnsi="Gentium Plus"/>
          <w:sz w:val="24"/>
        </w:rPr>
        <w:t>νίκην; ἢ τίνος μελοποιοῦ κατὰ Πίνδαρον ᾄσοντος ὑψηλῶς ἐν διθυράμβοις ὡς πάλαι τὸν Διόνυσον, οὕτως νῦν τὸν</w:t>
      </w:r>
    </w:p>
    <w:p>
      <w:r>
        <w:rPr>
          <w:rFonts w:ascii="Courier New" w:hAnsi="Courier New"/>
          <w:color w:val="555555"/>
          <w:sz w:val="20"/>
        </w:rPr>
        <w:t>[10 . 13]</w:t>
      </w:r>
    </w:p>
    <w:p>
      <w:r>
        <w:rPr>
          <w:rFonts w:ascii="Gentium Plus" w:hAnsi="Gentium Plus"/>
          <w:sz w:val="24"/>
        </w:rPr>
        <w:t>τινος ἢ Ἱππώνακτος ἰάμβους γραφόντων, ἤ τινος τῶν ἀπὸ τῆς τραγικῆς σκηνῆς, ὃς ἐρεῖ πρὸς αὐτόν· Μέν’ ὦ ταλαίπωρ’ ἀτρέμα σοῖς ἐν δεμνίοις, Ὁρᾷς γὰρ οὐδὲν ὧν δοκεῖς σάφ’ εἰδέναι.</w:t>
      </w:r>
    </w:p>
    <w:p>
      <w:r>
        <w:rPr>
          <w:rFonts w:ascii="Courier New" w:hAnsi="Courier New"/>
          <w:color w:val="555555"/>
          <w:sz w:val="20"/>
        </w:rPr>
        <w:t>[5]</w:t>
      </w:r>
    </w:p>
    <w:p>
      <w:r>
        <w:rPr>
          <w:rFonts w:ascii="Gentium Plus" w:hAnsi="Gentium Plus"/>
          <w:sz w:val="24"/>
        </w:rPr>
        <w:t>ὄνειρον Ὀρέστειον διηγῇ Θεσσαλέ. οἷον τοῦτο τὸ θέατρον, ἐν ᾧ νικᾷς Ἱπποκράτην; τίνες οἱ κριταὶ καθεδοῦνται; τίνες οἱ ἀγωνοθετοῦντες; ἆρα βούλει πρώτου Πλάτωνος ἀναγνῶμεν τὴν ψῆφον; ἴσως γὰρ οὐκ ἀναίνῃ τοιοῦτον ἑλέσθαι κριτήν· ἀλλά τοί φησιν οὗτος αὐτοῖς ὀνόμασι· ψυχῆς οὖν φύσιν ἀξίως</w:t>
      </w:r>
    </w:p>
    <w:p>
      <w:r>
        <w:rPr>
          <w:rFonts w:ascii="Courier New" w:hAnsi="Courier New"/>
          <w:color w:val="555555"/>
          <w:sz w:val="20"/>
        </w:rPr>
        <w:t>[10]</w:t>
      </w:r>
    </w:p>
    <w:p>
      <w:r>
        <w:rPr>
          <w:rFonts w:ascii="Gentium Plus" w:hAnsi="Gentium Plus"/>
          <w:sz w:val="24"/>
        </w:rPr>
        <w:t>λόγου κατανοῆσαι οἴει δυνατὸν εἶναι ἄνευ τῆς τοῦ ὅλου φύ‐ σεως; εἰ μὲν Ἱπποκράτει τῷ τῶν Ἀσκληπιαδῶν δεῖ τι πεί‐ θεσθαι, οὐδὲ περὶ σώματος, ἄνευ τῆς μεθόδου ταύτης. καλῶς γὰρ, ὦ ἑταῖρε, λέγεις· χρὴ μὲν πρὸς τῷ Ἱπποκράτει τὸν λό‐ γον ἐξετάζοντας σκοπεῖν εἰ συμφωνεῖ. φημί. τῷ τοίνυν περὶ</w:t>
      </w:r>
    </w:p>
    <w:p>
      <w:r>
        <w:rPr>
          <w:rFonts w:ascii="Courier New" w:hAnsi="Courier New"/>
          <w:color w:val="555555"/>
          <w:sz w:val="20"/>
        </w:rPr>
        <w:t>[15]</w:t>
      </w:r>
    </w:p>
    <w:p>
      <w:r>
        <w:rPr>
          <w:rFonts w:ascii="Gentium Plus" w:hAnsi="Gentium Plus"/>
          <w:sz w:val="24"/>
        </w:rPr>
        <w:t>φύσεως σκοπεῖν τί ποτε λέγει Ἱπποκράτης τε καὶ ὁ ἀληθὴς λόγος; ἆρ’ οὐχ ὧδε; δεῖ διανοεῖσθαι περὶ τῆς ὁτουοῦν φύσεως,</w:t>
      </w:r>
    </w:p>
    <w:p>
      <w:r>
        <w:rPr>
          <w:rFonts w:ascii="Courier New" w:hAnsi="Courier New"/>
          <w:color w:val="555555"/>
          <w:sz w:val="20"/>
        </w:rPr>
        <w:t>[10 . 14]</w:t>
      </w:r>
    </w:p>
    <w:p>
      <w:r>
        <w:rPr>
          <w:rFonts w:ascii="Gentium Plus" w:hAnsi="Gentium Plus"/>
          <w:sz w:val="24"/>
        </w:rPr>
        <w:t>σόμεθα, αὐτοί τε εἶναι τεχνικοὶ καὶ ἄλλους δυνατοὶ ποιεῖν. ἔπειτα δὲ ἂν μὲν ἁπλοῦν ᾖ, σκοπεῖν τὴν δύναμιν αὐτοῦ, τίνα πρὸς τί πέφυκεν εἰς τὸ δρᾷν ἔχον, ἢ τίνα εἰς τὸ παθεῖν ὑπό του· ἐὰν δὲ πλείω εἴδη ἔχῃ, ταῦτα ἀριθμησάμενον, ὅπερ ἐφ’</w:t>
      </w:r>
    </w:p>
    <w:p>
      <w:r>
        <w:rPr>
          <w:rFonts w:ascii="Courier New" w:hAnsi="Courier New"/>
          <w:color w:val="555555"/>
          <w:sz w:val="20"/>
        </w:rPr>
        <w:t>[5]</w:t>
      </w:r>
    </w:p>
    <w:p>
      <w:r>
        <w:rPr>
          <w:rFonts w:ascii="Gentium Plus" w:hAnsi="Gentium Plus"/>
          <w:sz w:val="24"/>
        </w:rPr>
        <w:t>ἑνὸς, τοῦτο ἰδεῖν ἐφ’ ἑκάστου, τὸ τί ποιεῖν αὐτὸ πέφυκεν, ἢ τὸ τί παθεῖν ὑπό του. ἤκουσας, ὦ γενναιότατε, Πλάτω‐ νος ὁμοίᾳ μεθόδῳ τὰ κατὰ τὴν ψυχὴν ἀξιοῦντος εὑρίσκειν, οἵᾳ περ Ἱπποκράτης τὰ κατὰ τὸ σῶμα· πότερον ἔτι βούλει πολλὰς πολλαχόθι αὐτοῦ τῶν συγγραμμάτων ἐκλέξω σοι ῥή‐</w:t>
      </w:r>
    </w:p>
    <w:p>
      <w:r>
        <w:rPr>
          <w:rFonts w:ascii="Courier New" w:hAnsi="Courier New"/>
          <w:color w:val="555555"/>
          <w:sz w:val="20"/>
        </w:rPr>
        <w:t>[10]</w:t>
      </w:r>
    </w:p>
    <w:p>
      <w:r>
        <w:rPr>
          <w:rFonts w:ascii="Gentium Plus" w:hAnsi="Gentium Plus"/>
          <w:sz w:val="24"/>
        </w:rPr>
        <w:t>σεις, ἐν αἷς ζηλοῖ τὸν Ἱπποκράτην πάντων μάλιστα τῶν ἔμ‐ προσθεν αὐτοῦ γεγονότων; ἢ τοῦτο μὲν ἐν ἑτέρᾳ πραγματείᾳ πεποιηκὼς, ἐν ᾗ περὶ τῶν Ἱπποκράτους καὶ Πλάτωνος δογ‐ μάτων ἐπισκέπτομαι, εἰς ἐκείνην ἀναπέμψω τὸν βουλόμενον; ἀποδέδεικται γὰρ, ὡς ἐγὼ νομίζω, πάνυ σαφῶς ἡ περὶ πλεῖστά</w:t>
      </w:r>
    </w:p>
    <w:p>
      <w:r>
        <w:rPr>
          <w:rFonts w:ascii="Courier New" w:hAnsi="Courier New"/>
          <w:color w:val="555555"/>
          <w:sz w:val="20"/>
        </w:rPr>
        <w:t>[15]</w:t>
      </w:r>
    </w:p>
    <w:p>
      <w:r>
        <w:rPr>
          <w:rFonts w:ascii="Gentium Plus" w:hAnsi="Gentium Plus"/>
          <w:sz w:val="24"/>
        </w:rPr>
        <w:t>τε καὶ μέγιστα δόγματα συμφωνία τῶν ἀνδρῶν· μεταβὰς δὲ τὸν ἕτερον ἤδη σοι καλέσω χορὸν μάρτυρα, τὸν ἐκ τοῦ πε‐</w:t>
      </w:r>
    </w:p>
    <w:p>
      <w:r>
        <w:rPr>
          <w:rFonts w:ascii="Courier New" w:hAnsi="Courier New"/>
          <w:color w:val="555555"/>
          <w:sz w:val="20"/>
        </w:rPr>
        <w:t>[10 . 15]</w:t>
      </w:r>
    </w:p>
    <w:p>
      <w:r>
        <w:rPr>
          <w:rFonts w:ascii="Gentium Plus" w:hAnsi="Gentium Plus"/>
          <w:sz w:val="24"/>
        </w:rPr>
        <w:t>ἀλλά τοι καὶ περὶ τούτου δέδεικταί μοι δι’ ἑτέρων ὑπομνη‐ μάτων, ὧν ἓν μέν ἐστι τὸ περὶ τῶν καθ’ Ἱπποκράτην στοι‐ χείων, ἐφεξῆς δ’ ἕτερα τρία τὰ περὶ κράσεων, εἶθ’ ἑξῆς ἕτερα δύο, τὸ μὲν περὶ τῆς ἀνωμάλου δυσκρασίας, ἐκ τῆς περὶ κρά‐</w:t>
      </w:r>
    </w:p>
    <w:p>
      <w:r>
        <w:rPr>
          <w:rFonts w:ascii="Courier New" w:hAnsi="Courier New"/>
          <w:color w:val="555555"/>
          <w:sz w:val="20"/>
        </w:rPr>
        <w:t>[5]</w:t>
      </w:r>
    </w:p>
    <w:p>
      <w:r>
        <w:rPr>
          <w:rFonts w:ascii="Gentium Plus" w:hAnsi="Gentium Plus"/>
          <w:sz w:val="24"/>
        </w:rPr>
        <w:t>σεων ἔτι πραγματείας ὑπάρχον, ἄλλο δὲ περὶ τῆς ἀρίστης κατασκευῆς τοῦ σώματος, εἶτ’ ἐπὶ τούτοις τὰ περὶ φυσικῶν δυνάμεων τρία· ταῦτ’ οὖν εἴπερ ἀναγνοίη τις, ἐπιγνώσεται σαφῶς ἐξηγητὴν ὄντα τῶν περὶ φύσεως λογισμῶν Ἱπποκρά‐ τους Ἀριστοτέλη. καὶ μὲν δὴ καὶ περὶ τῆς τῶν νοσημάτων</w:t>
      </w:r>
    </w:p>
    <w:p>
      <w:r>
        <w:rPr>
          <w:rFonts w:ascii="Courier New" w:hAnsi="Courier New"/>
          <w:color w:val="555555"/>
          <w:sz w:val="20"/>
        </w:rPr>
        <w:t>[10]</w:t>
      </w:r>
    </w:p>
    <w:p>
      <w:r>
        <w:rPr>
          <w:rFonts w:ascii="Gentium Plus" w:hAnsi="Gentium Plus"/>
          <w:sz w:val="24"/>
        </w:rPr>
        <w:t>διαφορᾶς, ὁπόσα τέ ἐστι καὶ ὁποῖα, καὶ περὶ συμπτω‐ μάτων ὡσαύτως, ἔτι τε καὶ τῶν καθ’ ἑκάτερον αἰτιῶν, Ἱπ‐ ποκράτης μὲν πρῶτος ἁπάντων ὧν ἴσμεν ὀρθῶς ὑπάρξασθαι φαίνεται, μετ’ αὐτὸν δ’ Ἀριστοτέλης ἐπὶ πλεῖστον ἐξηγή‐ σατο· εἴσεται δὲ καὶ περὶ τούτων ὁ βουληθεὶς ἀναγνῶναι</w:t>
      </w:r>
    </w:p>
    <w:p>
      <w:r>
        <w:rPr>
          <w:rFonts w:ascii="Courier New" w:hAnsi="Courier New"/>
          <w:color w:val="555555"/>
          <w:sz w:val="20"/>
        </w:rPr>
        <w:t>[15]</w:t>
      </w:r>
    </w:p>
    <w:p>
      <w:r>
        <w:rPr>
          <w:rFonts w:ascii="Gentium Plus" w:hAnsi="Gentium Plus"/>
          <w:sz w:val="24"/>
        </w:rPr>
        <w:t>τὰ καθ’ ἕκαστον αὐτῶν ὑπομνήματά μοι γεγραμμένα. ὥστ’ εἴπερ οἱ ἐκ τοῦ περιπάτου κριταὶ καθίσαιεν, Ἱπποκράτης μὲν, οἶμαι, νικήσει, Θεσσαλὸς δ’ ὡς ἀναίσχυντός τε καὶ ἰτα‐ μὸς ἐκβληθήσεται. εἰ δὲ τοὺς ἀπὸ τῆς στοᾶς φιλοσόφους εἰς</w:t>
      </w:r>
    </w:p>
    <w:p>
      <w:r>
        <w:rPr>
          <w:rFonts w:ascii="Courier New" w:hAnsi="Courier New"/>
          <w:color w:val="555555"/>
          <w:sz w:val="20"/>
        </w:rPr>
        <w:t>[10 . 16]</w:t>
      </w:r>
    </w:p>
    <w:p>
      <w:r>
        <w:rPr>
          <w:rFonts w:ascii="Gentium Plus" w:hAnsi="Gentium Plus"/>
          <w:sz w:val="24"/>
        </w:rPr>
        <w:t>ψῆφον, ἐξ ὧν αὐτοὶ τίθενται δογμάτων, ἐκ τούτων Ἱππο‐ κράτην στεφανώσουσι. τὸ γὰρ θερμὸν καὶ τὸ ψυχρὸν καὶ τὸ ξηρὸν καὶ τὸ ὑγρὸν Ἱπποκράτης μὲν πρῶτος εἰσηγήσατο, μετ’ αὐτὸν δ’ Ἀριστοτέλης ἀπέδειξεν· ἕτοιμα δ’ ἤδη παρα‐</w:t>
      </w:r>
    </w:p>
    <w:p>
      <w:r>
        <w:rPr>
          <w:rFonts w:ascii="Courier New" w:hAnsi="Courier New"/>
          <w:color w:val="555555"/>
          <w:sz w:val="20"/>
        </w:rPr>
        <w:t>[5]</w:t>
      </w:r>
    </w:p>
    <w:p>
      <w:r>
        <w:rPr>
          <w:rFonts w:ascii="Gentium Plus" w:hAnsi="Gentium Plus"/>
          <w:sz w:val="24"/>
        </w:rPr>
        <w:t>λαβόντες οὐκ ἐφιλονείκησαν οἱ περὶ τὸν Χρύσιππον, ἀλλ’ ἐκ τούτων τὰ σύμπαντα κεκρᾶσθαι λέγουσι, καὶ ταῦτ’ εἰς ἄλληλα πάσχειν καὶ δρᾷν καὶ τεχνικὴν εἶναι τὴν φύσιν, ἅπαντά τε τἄλλα τὰ περὶ φύσεως Ἱπποκράτους δόγματα προσίενται, πλὴν περὶ μικροῦ τινός ἐστιν αὐτοῖς ἡ διαφορὰ πρὸς Ἀριστο‐</w:t>
      </w:r>
    </w:p>
    <w:p>
      <w:r>
        <w:rPr>
          <w:rFonts w:ascii="Courier New" w:hAnsi="Courier New"/>
          <w:color w:val="555555"/>
          <w:sz w:val="20"/>
        </w:rPr>
        <w:t>[10]</w:t>
      </w:r>
    </w:p>
    <w:p>
      <w:r>
        <w:rPr>
          <w:rFonts w:ascii="Gentium Plus" w:hAnsi="Gentium Plus"/>
          <w:sz w:val="24"/>
        </w:rPr>
        <w:t>τέλη. λέγοντος γὰρ Ἱπποκράτους ὀρθῶς ὡς σύμπνουν καὶ σύῤῥουν ἐστὶν ἅπαν τὸ σῶμα, καὶ πάντα συμπαθέα τὰ τῶν ζώων μόρια, προσίενται μὲν ἀμφότεροι τουτὶ, διαφέρονται δὲ ἐν τῷ τὰς μὲν ποιότητας μόνας τὸν Ἀριστοτέλη δι’ ἀλλή‐ λων ἰέναι καὶ κεράννυσθαι πάντῃ, τοὺς δ’ ἀπὸ τῆς στοᾶς οὐ</w:t>
      </w:r>
    </w:p>
    <w:p>
      <w:r>
        <w:rPr>
          <w:rFonts w:ascii="Courier New" w:hAnsi="Courier New"/>
          <w:color w:val="555555"/>
          <w:sz w:val="20"/>
        </w:rPr>
        <w:t>[15]</w:t>
      </w:r>
    </w:p>
    <w:p>
      <w:r>
        <w:rPr>
          <w:rFonts w:ascii="Gentium Plus" w:hAnsi="Gentium Plus"/>
          <w:sz w:val="24"/>
        </w:rPr>
        <w:t>ταύτας μόνας, ἀλλὰ καὶ τὰς οὐσίας αὐτὰς ὑπολαμβάνειν. ὅτι δὲ τοῦτο διορίζεσθαι περιττὸν ἰατρῷ, καὶ ὡς ἀρκεῖ μόνον ὁμολογηθέντα εἰς τὰ τῆς ἰατρικῆς ἔργα τὰ πρὸς ἀμφο‐</w:t>
      </w:r>
    </w:p>
    <w:p>
      <w:r>
        <w:rPr>
          <w:rFonts w:ascii="Courier New" w:hAnsi="Courier New"/>
          <w:color w:val="555555"/>
          <w:sz w:val="20"/>
        </w:rPr>
        <w:t>[10 . 17]</w:t>
      </w:r>
    </w:p>
    <w:p>
      <w:r>
        <w:rPr>
          <w:rFonts w:ascii="Gentium Plus" w:hAnsi="Gentium Plus"/>
          <w:sz w:val="24"/>
        </w:rPr>
        <w:t>ἐν τοῖς κεραννυμένοις ὅλαι δι’ ὅλων ἀναμίγνυνται, δέδεικταί μοι πρόσθεν ἤδη καὶ νῦν, εἴ τι δεήσει, δειχθήσεται. ὥστε καὶ κατὰ Πλάτωνα καὶ κατὰ τοὺς ἐκ τοῦ περιπάτου καὶ κατὰ τοὺς ἐκ τῆς στοᾶς ἡ Ἱπποκράτους νικᾷ φυσιολογία·</w:t>
      </w:r>
    </w:p>
    <w:p>
      <w:r>
        <w:rPr>
          <w:rFonts w:ascii="Courier New" w:hAnsi="Courier New"/>
          <w:color w:val="555555"/>
          <w:sz w:val="20"/>
        </w:rPr>
        <w:t>[5]</w:t>
      </w:r>
    </w:p>
    <w:p>
      <w:r>
        <w:rPr>
          <w:rFonts w:ascii="Gentium Plus" w:hAnsi="Gentium Plus"/>
          <w:sz w:val="24"/>
        </w:rPr>
        <w:t>καὶ πολὺ δὴ μᾶλλον ἐκ τῆς φυσιολογίας ἅπαντες ἐπιδεικνύου‐ σιν οἱ προειρημένοι φιλόσοφοι μὴ δύνασθαί τινα καλῶς ἰάσασθαι τὰ νοσήματα, πρὶν ὅλου τοῦ σώματος ἐπισκέψα‐ σθαι τὴν φύσιν. ἆρ’ οὖν ἐνίκησεν ἂν ἐν τούτοις τοῖς φιλοσό‐ φοις ὁ Θεσσαλὸς ἀγωνιζόμενος ὑπὲρ τῶν πρωτείων, οἳ τῆς</w:t>
      </w:r>
    </w:p>
    <w:p>
      <w:r>
        <w:rPr>
          <w:rFonts w:ascii="Courier New" w:hAnsi="Courier New"/>
          <w:color w:val="555555"/>
          <w:sz w:val="20"/>
        </w:rPr>
        <w:t>[10]</w:t>
      </w:r>
    </w:p>
    <w:p>
      <w:r>
        <w:rPr>
          <w:rFonts w:ascii="Gentium Plus" w:hAnsi="Gentium Plus"/>
          <w:sz w:val="24"/>
        </w:rPr>
        <w:t>ἑαυτῶν ἁπάσης φυσιολογίας Ἱπποκράτην προὐστήσαντο; τί δὲ, εἰ τοῖς γεωμέτραις, ἢ τοῖς ἀστρονόμοις, ἢ τοῖς μουσικοῖς, ἢ τοῖς ῥήτορσιν ἐπιτρέψειε τὴν κρίσιν; ἆρ’ οἰόμεθα καὶ τού‐ τους Ἱπποκράτην παρελθόντας ἕτερόν τινα στεφανώσειν; ἐγὼ μὲν οὔτ’ ἄλλον τινὰ πέπεισμαι τὰ πρωτεῖα λήψεσθαι, καὶ</w:t>
      </w:r>
    </w:p>
    <w:p>
      <w:r>
        <w:rPr>
          <w:rFonts w:ascii="Courier New" w:hAnsi="Courier New"/>
          <w:color w:val="555555"/>
          <w:sz w:val="20"/>
        </w:rPr>
        <w:t>[15]</w:t>
      </w:r>
    </w:p>
    <w:p>
      <w:r>
        <w:rPr>
          <w:rFonts w:ascii="Gentium Plus" w:hAnsi="Gentium Plus"/>
          <w:sz w:val="24"/>
        </w:rPr>
        <w:t>πάντων ἥκιστα τὸν ἰταμώτατον Θεσσαλόν· οὐδεὶς γὰρ οὕτως ἠτίμησεν οὐ γεωμετρίαν, οὐκ ἀστρονομίαν, οὐ μουσικὴν, οὐ ῥητορικὴν, ὡς ἐκεῖνος, ὥστε ταύτῃ γ’ ἐν ἐχθρῶν θεάτρῳ</w:t>
      </w:r>
    </w:p>
    <w:p>
      <w:r>
        <w:rPr>
          <w:rFonts w:ascii="Courier New" w:hAnsi="Courier New"/>
          <w:color w:val="555555"/>
          <w:sz w:val="20"/>
        </w:rPr>
        <w:t>[10 . 18]</w:t>
      </w:r>
    </w:p>
    <w:p>
      <w:r>
        <w:rPr>
          <w:rFonts w:ascii="Gentium Plus" w:hAnsi="Gentium Plus"/>
          <w:sz w:val="24"/>
        </w:rPr>
        <w:t>τὸ θέατρον ἐκάθισεν, οὕς γε αὐτὸς φθάνων ἐχθροὺς ἐποιή‐ σατο, μόνοις δὲ τοῖς ἐν διαλεκτικῇ γυμνασθεῖσι φιλοσόφοις, ὡς ἂν ἀληθῶν τε καὶ ψευδῶν λόγων τὸ κριτήριον ἠσκηκόσιν, ἐπιτρέψειε τὴν κρίσιν. ἀλλ’ ἐὰν τοὺς περὶ Πλάτωνα καὶ</w:t>
      </w:r>
    </w:p>
    <w:p>
      <w:r>
        <w:rPr>
          <w:rFonts w:ascii="Courier New" w:hAnsi="Courier New"/>
          <w:color w:val="555555"/>
          <w:sz w:val="20"/>
        </w:rPr>
        <w:t>[5]</w:t>
      </w:r>
    </w:p>
    <w:p>
      <w:r>
        <w:rPr>
          <w:rFonts w:ascii="Gentium Plus" w:hAnsi="Gentium Plus"/>
          <w:sz w:val="24"/>
        </w:rPr>
        <w:t>Ἀριστοτέλη καὶ Χρύσιππον ὡς ἀγυμνάστους ἐν τῇδε παρέλ‐ θωμεν, οὐχ εὑρήσομεν ἑτέρους. εἰ τοίνυν οὔτε τοὺς ἀπὸ τῶν ἄλλων τεχνῶν ὑπομένει δικαστὰς ὁ Θεσσαλὸς οὔθ’ οἱ δια‐ λεκτικώτατοι τῶν φιλοσόφων οἴσουσιν αὐτῷ τὴν ψῆφον, ὑπὸ τίνων ἔτι κριθήσεται νικᾷν; τίνες πληρώσουσιν αὐτῷ τὸ θέα‐</w:t>
      </w:r>
    </w:p>
    <w:p>
      <w:r>
        <w:rPr>
          <w:rFonts w:ascii="Courier New" w:hAnsi="Courier New"/>
          <w:color w:val="555555"/>
          <w:sz w:val="20"/>
        </w:rPr>
        <w:t>[10]</w:t>
      </w:r>
    </w:p>
    <w:p>
      <w:r>
        <w:rPr>
          <w:rFonts w:ascii="Gentium Plus" w:hAnsi="Gentium Plus"/>
          <w:sz w:val="24"/>
        </w:rPr>
        <w:t>τρον; τίνες ἀναγορεύσουσιν; τίνες στεφανώσουσιν; αὐτὸς ἑαυτὸν δηλονότι, τοῦτο γὰρ ἐν ταῖς ἑαυτοῦ βίβλοις ταῖς θαυ‐ μασταῖς ἐποίησεν, αὐτὸς ἑαυτὸν καὶ κρίνας καὶ στεφανώσας καὶ ἀναγορεύσας. Ἀλλ’ ἴσως ὑπενόησε τοῦτ’ αὐτῷ τιμὴν</w:t>
      </w:r>
    </w:p>
    <w:p>
      <w:r>
        <w:rPr>
          <w:rFonts w:ascii="Courier New" w:hAnsi="Courier New"/>
          <w:color w:val="555555"/>
          <w:sz w:val="20"/>
        </w:rPr>
        <w:t>[15]</w:t>
      </w:r>
    </w:p>
    <w:p>
      <w:r>
        <w:rPr>
          <w:rFonts w:ascii="Gentium Plus" w:hAnsi="Gentium Plus"/>
          <w:sz w:val="24"/>
        </w:rPr>
        <w:t>γενήσεσθαι καὶ μνήμης ἀφορμὴν, εἰ λοιδορησάμενος τοῖς ἀρίστοις ἀνδράσιν ἀναγκάσειεν ἡμᾶς ἀντιλέγειν αὐτῷ. ἀλλ’ οὕτω γε καὶ Ζωΐλος ἔνδοξος τὴν Ὁμήρου μαστίζων εἰκόνα</w:t>
      </w:r>
    </w:p>
    <w:p>
      <w:r>
        <w:rPr>
          <w:rFonts w:ascii="Courier New" w:hAnsi="Courier New"/>
          <w:color w:val="555555"/>
          <w:sz w:val="20"/>
        </w:rPr>
        <w:t>[10 . 19]</w:t>
      </w:r>
    </w:p>
    <w:p>
      <w:r>
        <w:rPr>
          <w:rFonts w:ascii="Gentium Plus" w:hAnsi="Gentium Plus"/>
          <w:sz w:val="24"/>
        </w:rPr>
        <w:t>ὀλίγον ἐπιτρίπτων ἀνθρώπων, ἢ τοὺς βελτίονας οὐκ αἰδου‐ μένων, ἢ καὶ τοῖς θεοῖς αὐτοῖς λοιδορουμένων. ἀλλ’ οὐκ ἀγαθὴν οὗτοί γε δόξαν ὑπελίποντο σφῶν αὐτῶν, οὐδὲ ζηλοῖ νοῦν ἔχων ἀνὴρ οὐδεὶς οὔτε τὸν Ὁμηρομάστιγα Ζωΐλον</w:t>
      </w:r>
    </w:p>
    <w:p>
      <w:r>
        <w:rPr>
          <w:rFonts w:ascii="Courier New" w:hAnsi="Courier New"/>
          <w:color w:val="555555"/>
          <w:sz w:val="20"/>
        </w:rPr>
        <w:t>[5]</w:t>
      </w:r>
    </w:p>
    <w:p>
      <w:r>
        <w:rPr>
          <w:rFonts w:ascii="Gentium Plus" w:hAnsi="Gentium Plus"/>
          <w:sz w:val="24"/>
        </w:rPr>
        <w:t>οὔτε τὸν παραπλῆγα Σαλμωνέα, καίτοι τοῖς μὲν φιλολοιδό‐ ροις ζηλωτὸς ὁ Ζωΐλος, τοῖς δ’ ἱεροσύλοις ὁ Σαλμωνεύς. ἀλλὰ τί τοῦτο; καὶ γὰρ οἱ βαλαντιοτόμοι τὰ τῶν βαλαντιο‐ τόμων ζηλοῦσι καὶ οἱ προδόται τὰ τῶν προδοτῶν καὶ οὐ‐ δείς ἐστιν ἁπλῶς ἄνθρωπος ὃς οὐκ ἂν σχοίη χορὸν οἰκεῖον</w:t>
      </w:r>
    </w:p>
    <w:p>
      <w:r>
        <w:rPr>
          <w:rFonts w:ascii="Courier New" w:hAnsi="Courier New"/>
          <w:color w:val="555555"/>
          <w:sz w:val="20"/>
        </w:rPr>
        <w:t>[10]</w:t>
      </w:r>
    </w:p>
    <w:p>
      <w:r>
        <w:rPr>
          <w:rFonts w:ascii="Gentium Plus" w:hAnsi="Gentium Plus"/>
          <w:sz w:val="24"/>
        </w:rPr>
        <w:t>ἐν ᾧ στεφθήσεται. καὶ εἴπερ ἔγραψε Θεσσαλὸς ὡς ἐν μαγεί‐ ροις καὶ βαφεῦσι καὶ ἐριουργοῖς καὶ σκυτοτόμοις καὶ ὑφάν‐ ταις τε καὶ κναφεῦσιν ἀγωνιζόμενος, ἀποίσεται τὴν νίκην καὶ καθ’ Ἱπποκράτους καὶ οὐδεὶς ἂν ἡμῶν ἀντεῖπεν· ἐπεὶ δὲ πάντας ἀνθρώπους καθίζει δικαστὰς, ἐκ τῶν πάντων δ’ ἐστὶ</w:t>
      </w:r>
    </w:p>
    <w:p>
      <w:r>
        <w:rPr>
          <w:rFonts w:ascii="Courier New" w:hAnsi="Courier New"/>
          <w:color w:val="555555"/>
          <w:sz w:val="20"/>
        </w:rPr>
        <w:t>[15]</w:t>
      </w:r>
    </w:p>
    <w:p>
      <w:r>
        <w:rPr>
          <w:rFonts w:ascii="Gentium Plus" w:hAnsi="Gentium Plus"/>
          <w:sz w:val="24"/>
        </w:rPr>
        <w:t>δήπου καὶ Πλάτων καὶ Ἀριστοτέλης καὶ Θεόφραστος καὶ Χρύσιππος, οὐκ ἂν ἔτι πάσας μόνος ἀποστρέφοιτο τὰς ψή‐ φους, ἀλλ’ ἴσως ἐνέσται δίκην ἐφέσιμον ἀγωνίσασθαί τινι. κᾂν γὰρ Ἱπποκράτης καταφρονήσῃ, μικρότερον ἑαυτοῦ νομίσας</w:t>
      </w:r>
    </w:p>
    <w:p>
      <w:r>
        <w:rPr>
          <w:rFonts w:ascii="Courier New" w:hAnsi="Courier New"/>
          <w:color w:val="555555"/>
          <w:sz w:val="20"/>
        </w:rPr>
        <w:t>[10 . 20]</w:t>
      </w:r>
    </w:p>
    <w:p>
      <w:r>
        <w:rPr>
          <w:rFonts w:ascii="Gentium Plus" w:hAnsi="Gentium Plus"/>
          <w:sz w:val="24"/>
        </w:rPr>
        <w:t>φρονήσει, καὶ πολύ γε μᾶλλον Ἡρόφιλος, καὶ τούτων ἔτι μᾶλλον Ἀσκληπιάδης ἄλλοι τε πολλοὶ τῶν νεωτέρων ἰατρῶν ἔχοντές τι φύσει φιλόνεικον οὐ καταφρονήσουσι τῆς ὕβρεως, ἣν εἰς ἅπαντας ἅμα τοὺς Ἕλληνας ὑβρίζει Θεσσαλὸς, ἀλλ’ εἰς</w:t>
      </w:r>
    </w:p>
    <w:p>
      <w:r>
        <w:rPr>
          <w:rFonts w:ascii="Courier New" w:hAnsi="Courier New"/>
          <w:color w:val="555555"/>
          <w:sz w:val="20"/>
        </w:rPr>
        <w:t>[5]</w:t>
      </w:r>
    </w:p>
    <w:p>
      <w:r>
        <w:rPr>
          <w:rFonts w:ascii="Gentium Plus" w:hAnsi="Gentium Plus"/>
          <w:sz w:val="24"/>
        </w:rPr>
        <w:t>τὸ μέσον τε προάξουσιν, ἐπιδείξουσί τε τοῖς Ἕλλησιν ἁπάσας αὐτοῦ τὰς βίβλους ἀμαθίας ἐσχάτης μεστὰς, ὃς τοσαῦτά τε καὶ τηλικαῦτα γράψας βιβλία καὶ τοσαύτας ληρήσας ἐπῶν χιλιάδας, ἀπόδειξιν οὐδεμίαν οὐδαμόθι τῶν ἑαυτοῦ συγγραμ‐ μάτων ἐπεχείρησεν εἰπεῖν, ἀλλ’ ὡς τύραννος κελεύει δύο μόνα</w:t>
      </w:r>
    </w:p>
    <w:p>
      <w:r>
        <w:rPr>
          <w:rFonts w:ascii="Courier New" w:hAnsi="Courier New"/>
          <w:color w:val="555555"/>
          <w:sz w:val="20"/>
        </w:rPr>
        <w:t>[10]</w:t>
      </w:r>
    </w:p>
    <w:p>
      <w:r>
        <w:rPr>
          <w:rFonts w:ascii="Gentium Plus" w:hAnsi="Gentium Plus"/>
          <w:sz w:val="24"/>
        </w:rPr>
        <w:t>εἶναι τὰ πάντα κατὰ δίαιταν νοσήματα, ῥοῶδες καὶ στεγνὸν, οὐκ εἰδὼς ὅτι διαφοράν τινα νοσημάτων εἴρηκεν, ἐγνωσμένην μὲν καὶ τοῖς ἔμπροσθεν ἰατροῖς, ὡς ἐπιδείξομεν, ἀλλ’ οὐδεὶς ἦν οὕτως ἀπαίδευτος ὡς τὰς διαφορὰς τῶν νοσημάτων αὐτὰ νομίζειν εἶναι τὰ νοσήματα καὶ τῆς θεραπείας τὴν ἔνδειξιν</w:t>
      </w:r>
    </w:p>
    <w:p>
      <w:r>
        <w:rPr>
          <w:rFonts w:ascii="Courier New" w:hAnsi="Courier New"/>
          <w:color w:val="555555"/>
          <w:sz w:val="20"/>
        </w:rPr>
        <w:t>[15]</w:t>
      </w:r>
    </w:p>
    <w:p>
      <w:r>
        <w:rPr>
          <w:rFonts w:ascii="Gentium Plus" w:hAnsi="Gentium Plus"/>
          <w:sz w:val="24"/>
        </w:rPr>
        <w:t>ἐξ ἐκείνων λαμβάνειν ὑπερβὰς τὴν οὐσίαν. ἀλλὰ τοῦτο τὸ σφάλμα τοῦ Θεσσαλοῦ σμικρὸν μὲν ὦ Ζεῦ καὶ θεοὶ, σμι‐ κρότατον, ὃ καὶ παιδάριον ἐν ἐλευθέροις μαθήμασι τεθραμ‐</w:t>
      </w:r>
    </w:p>
    <w:p>
      <w:r>
        <w:rPr>
          <w:rFonts w:ascii="Courier New" w:hAnsi="Courier New"/>
          <w:color w:val="555555"/>
          <w:sz w:val="20"/>
        </w:rPr>
        <w:t>[10 . 21]</w:t>
      </w:r>
    </w:p>
    <w:p>
      <w:r>
        <w:rPr>
          <w:rFonts w:ascii="Gentium Plus" w:hAnsi="Gentium Plus"/>
          <w:sz w:val="24"/>
        </w:rPr>
        <w:t>σμικρὸν εἰς τοσοῦτον ἐπῆρεν αὐθαδείας αὐτὸν ὥστε νομί‐ ζειν εὑρηκέναι τι μέγα καὶ σεμνὸν, ὁμοίως ὡς εἰ καί τις εἰπὼν πᾶν ζῶον ἢ λογικὸν ὑπάρχειν ἢ ἄλογον, ἄλλο τι νομίζει καὶ μὴ διαφορὰς εἰρηκέναι ζώων, ὡσαύτως οὖν τούτῳ κᾀκείνου</w:t>
      </w:r>
    </w:p>
    <w:p>
      <w:r>
        <w:rPr>
          <w:rFonts w:ascii="Courier New" w:hAnsi="Courier New"/>
          <w:color w:val="555555"/>
          <w:sz w:val="20"/>
        </w:rPr>
        <w:t>[5]</w:t>
      </w:r>
    </w:p>
    <w:p>
      <w:r>
        <w:rPr>
          <w:rFonts w:ascii="Gentium Plus" w:hAnsi="Gentium Plus"/>
          <w:sz w:val="24"/>
        </w:rPr>
        <w:t>ῥηθέντος, ἅπαν ζῶον ἢ θνητόν ἐστιν ἢ ἀθάνατον· ἡ γὰρ ἐν ἑκάστῃ τῶν διαφορῶν ἀντίθεσις ὅλη κατὰ πάντων λέγεται τῶν εἰδῶν· ἅπαν οὖν ζῶον ἢ ἄγριόν ἐστιν ἢ ἥμερον· ἅπαν οὖν ζῶον ἢ ὑπόπουν ἐστὶν ἢ ἄπουν· ἅπαν οὖν ζῶον ἢ κερασφόρον ἐστὶν ἢ ἄκερον· καὶ οὐδέν γε τιμιωτέραν ἑτέρας</w:t>
      </w:r>
    </w:p>
    <w:p>
      <w:r>
        <w:rPr>
          <w:rFonts w:ascii="Courier New" w:hAnsi="Courier New"/>
          <w:color w:val="555555"/>
          <w:sz w:val="20"/>
        </w:rPr>
        <w:t>[10]</w:t>
      </w:r>
    </w:p>
    <w:p>
      <w:r>
        <w:rPr>
          <w:rFonts w:ascii="Gentium Plus" w:hAnsi="Gentium Plus"/>
          <w:sz w:val="24"/>
        </w:rPr>
        <w:t>ἑτέραν ἀντίθεσιν ἐν ταῖς διαφοραῖς ἔστιν εὑρεῖν, οὐδὲ μᾶλλον ὑπάρχουσαν ἅπασι τοῖς κατὰ μέρος. ἀλλ’ οὐ χρὴ περὶ ζώων ἐρωτηθέντας ὁπόσα τὰ πάντα ἐστὶ ἀποκρίνασθαι μίαν ἀντίθεσιν διαφορῶν· οὕτω μὲν γὰρ ἔσται δύο τὰ πάντα, καὶ οὐδὲν μᾶλλον ἢ λογικὸν καὶ ἄλογον, ἢ θνητὸν καὶ ἀθάνατον,</w:t>
      </w:r>
    </w:p>
    <w:p>
      <w:r>
        <w:rPr>
          <w:rFonts w:ascii="Courier New" w:hAnsi="Courier New"/>
          <w:color w:val="555555"/>
          <w:sz w:val="20"/>
        </w:rPr>
        <w:t>[15]</w:t>
      </w:r>
    </w:p>
    <w:p>
      <w:r>
        <w:rPr>
          <w:rFonts w:ascii="Gentium Plus" w:hAnsi="Gentium Plus"/>
          <w:sz w:val="24"/>
        </w:rPr>
        <w:t>ἢ ἄγριον καὶ ἥμερον, ἢ τῶν ἄλλων τις ἀντιθέσεων. εἰ δὲ τὰς διαφορὰς ἐάσας τις, ὡς οὖν ἐστι δίκαιον, ἵππον ἀποκρίναιτο</w:t>
      </w:r>
    </w:p>
    <w:p>
      <w:r>
        <w:rPr>
          <w:rFonts w:ascii="Courier New" w:hAnsi="Courier New"/>
          <w:color w:val="555555"/>
          <w:sz w:val="20"/>
        </w:rPr>
        <w:t>[10 . 22]</w:t>
      </w:r>
    </w:p>
    <w:p>
      <w:r>
        <w:rPr>
          <w:rFonts w:ascii="Gentium Plus" w:hAnsi="Gentium Plus"/>
          <w:sz w:val="24"/>
        </w:rPr>
        <w:t>μύρμηκα καὶ λέοντα καὶ πρόβατον, ἅπαντά τε τἄλλα κατ’ εἶδος ἐπέλθοι ζῶα, δῆλον ὡς οὗτος ὀρθῶς ἀποκεκριμένος ἐστὶ τῷ πυθομένῳ ὁπόσα τὰ πάντ’ ἐστὶ ζῶα· κᾂν εἰ πολλὰ μὲν διέλθοι τῷ λόγῳ ζῶα, πάντα δ’ ἐξαριθμήσασθαι μὴ δυνατὸν</w:t>
      </w:r>
    </w:p>
    <w:p>
      <w:r>
        <w:rPr>
          <w:rFonts w:ascii="Courier New" w:hAnsi="Courier New"/>
          <w:color w:val="555555"/>
          <w:sz w:val="20"/>
        </w:rPr>
        <w:t>[5]</w:t>
      </w:r>
    </w:p>
    <w:p>
      <w:r>
        <w:rPr>
          <w:rFonts w:ascii="Gentium Plus" w:hAnsi="Gentium Plus"/>
          <w:sz w:val="24"/>
        </w:rPr>
        <w:t>εἶναι λέγοι, καὶ οὕτως ἂν εἴη δεόντως ἀποκεκριμένος. ὁμοίας οὖν οὔσης τῆς ζητήσεως ἐπὶ τοῦ τῶν νοσημάτων ἀριθμοῦ παρὰ πᾶσι τοῖς παλαιοῖς ἰατροῖς, καὶ τῶν μὲν εἰπόντων ἑπτὰ τὰ πάνθ’ ὑπάρχειν αὐτὰ, τῶν δ’ ἐλάττω τούτων ἢ πλείω, πάντων δ’ οὖν εἰς τὰ κατὰ τὴν οὐσίαν εἴδη βλεπόν‐</w:t>
      </w:r>
    </w:p>
    <w:p>
      <w:r>
        <w:rPr>
          <w:rFonts w:ascii="Courier New" w:hAnsi="Courier New"/>
          <w:color w:val="555555"/>
          <w:sz w:val="20"/>
        </w:rPr>
        <w:t>[10]</w:t>
      </w:r>
    </w:p>
    <w:p>
      <w:r>
        <w:rPr>
          <w:rFonts w:ascii="Gentium Plus" w:hAnsi="Gentium Plus"/>
          <w:sz w:val="24"/>
        </w:rPr>
        <w:t>των, οὐκ εἰς τὰ κατὰ τὴν διαφοράν· οὐδεὶς γὰρ ἦν οὕτως ἀπαίδευτος οὐδ’ ἀμαθὴς λογικῆς θεωρίας ὡς διαφορὰν εἰ‐ δῶν εἰπεῖν ἀντ’ οὐσίας· ὁ δ’ ἐκ τῆς γυναικωνίτιδος ἐκπηδήσας Θεσσαλὸς ἐπιτιμᾷ τηλικούτοις ἀνδράσιν, οὐ γένος ἔχων εἰ‐ πεῖν, οὐκ ἀνατροφὴν, οὐ παιδείαν οἵαν ἐκείνων ἕκαστος, ὁ</w:t>
      </w:r>
    </w:p>
    <w:p>
      <w:r>
        <w:rPr>
          <w:rFonts w:ascii="Courier New" w:hAnsi="Courier New"/>
          <w:color w:val="555555"/>
          <w:sz w:val="20"/>
        </w:rPr>
        <w:t>[15]</w:t>
      </w:r>
    </w:p>
    <w:p>
      <w:r>
        <w:rPr>
          <w:rFonts w:ascii="Gentium Plus" w:hAnsi="Gentium Plus"/>
          <w:sz w:val="24"/>
        </w:rPr>
        <w:t>μὲν Ἀριστοτέλους, ὁ δὲ Πλάτωνος, ὁ δὲ Θεοφράστου γενό‐ μενος ὁμιλητὴς, ἤ τινος ἄλλου τῶν ἐν τῇ λογικῇ θεωρίᾳ</w:t>
      </w:r>
    </w:p>
    <w:p>
      <w:r>
        <w:rPr>
          <w:rFonts w:ascii="Courier New" w:hAnsi="Courier New"/>
          <w:color w:val="555555"/>
          <w:sz w:val="20"/>
        </w:rPr>
        <w:t>[10 . 23]</w:t>
      </w:r>
    </w:p>
    <w:p>
      <w:r>
        <w:rPr>
          <w:rFonts w:ascii="Gentium Plus" w:hAnsi="Gentium Plus"/>
          <w:sz w:val="24"/>
        </w:rPr>
        <w:t>φωνῆς τὰ πάντ’ ἐστὶ στοιχεῖα, δύο φήσειεν ὑπάρχειν, ἤτοι γὰρ φωνῆεν εἶναι φήσει πάντως ἢ σύμφωνον ὅπερ ἂν εἴη στοχεῖον φωνῆς, ἀληθὲς μὲν εἴρηκεν, οὐ μὴν πρός γε τὴν ἐρώτησιν ἀπεκρίνατο, κατὰ τὸν αὐτὸν, οἶμαι, τρόπον ὅστις</w:t>
      </w:r>
    </w:p>
    <w:p>
      <w:r>
        <w:rPr>
          <w:rFonts w:ascii="Courier New" w:hAnsi="Courier New"/>
          <w:color w:val="555555"/>
          <w:sz w:val="20"/>
        </w:rPr>
        <w:t>[5]</w:t>
      </w:r>
    </w:p>
    <w:p>
      <w:r>
        <w:rPr>
          <w:rFonts w:ascii="Gentium Plus" w:hAnsi="Gentium Plus"/>
          <w:sz w:val="24"/>
        </w:rPr>
        <w:t>ἂν ὁπόσα τὰ πάντ’ ἐστὶ νοσήματα διελέσθαι βουληθεὶς ὑπερβῇ μὲν εἶδός τι λέγειν νοσήματος, οἷον ἤτοι φλεγμονὴν, ἢ σκίῤῥον, ἢ οἴδημα, διαφορὰς δ’ εἴπῃ μόνας, εἴτ’ οὖν στεγ‐ νὸν καὶ ῥοῶδες, εἴτ’ ἀραιὸν καὶ πυκνὸν, εἴτε σκληρὸν καὶ μαλακὸν, εἴτε συντεταμένον καὶ κεχαλασμένον, ἀληθὲς μὲν</w:t>
      </w:r>
    </w:p>
    <w:p>
      <w:r>
        <w:rPr>
          <w:rFonts w:ascii="Courier New" w:hAnsi="Courier New"/>
          <w:color w:val="555555"/>
          <w:sz w:val="20"/>
        </w:rPr>
        <w:t>[10]</w:t>
      </w:r>
    </w:p>
    <w:p>
      <w:r>
        <w:rPr>
          <w:rFonts w:ascii="Gentium Plus" w:hAnsi="Gentium Plus"/>
          <w:sz w:val="24"/>
        </w:rPr>
        <w:t>εἴρηκεν, οὐ μὴν πρός γε τὴν ἐρώτησιν ἀπεκρίνατο. πρῶτον μὲν γὰρ οὐδὲ πᾶσα διαφορὰ προστιθεμένη τῷ γένει συντελεῖ τι πρὸς τὴν τοῦ εἴδους γένεσιν, ἀλλ’ ἥτις ἂν ἐκ τῆς τοῦ γέ‐ νους οἰκείας ᾖ διαιρέσεως· αὗται γάρ εἰσιν εἰδοποιοὶ μόναι τῶν διαφορῶν, αἱ δ’ ἄλλαι πᾶσαι περιτταί. ζώου μὲν γὰρ</w:t>
      </w:r>
    </w:p>
    <w:p>
      <w:r>
        <w:rPr>
          <w:rFonts w:ascii="Courier New" w:hAnsi="Courier New"/>
          <w:color w:val="555555"/>
          <w:sz w:val="20"/>
        </w:rPr>
        <w:t>[15]</w:t>
      </w:r>
    </w:p>
    <w:p>
      <w:r>
        <w:rPr>
          <w:rFonts w:ascii="Gentium Plus" w:hAnsi="Gentium Plus"/>
          <w:sz w:val="24"/>
        </w:rPr>
        <w:t>οἰκεῖαι διαφοραὶ τὸ θνητὸν καὶ ἀθάνατον, ἄλογόν τε καὶ λογικὸν, ἥμερόν τε καὶ ἄγριον, ὅσα τ’ ἄλλα τοιαῦτα· μαλα‐ κὸν δὲ καὶ σκληρὸν, καὶ βαρὺ καὶ κοῦφον, καὶ ἀραιὸν καὶ</w:t>
      </w:r>
    </w:p>
    <w:p>
      <w:r>
        <w:rPr>
          <w:rFonts w:ascii="Courier New" w:hAnsi="Courier New"/>
          <w:color w:val="555555"/>
          <w:sz w:val="20"/>
        </w:rPr>
        <w:t>[10 . 24]</w:t>
      </w:r>
    </w:p>
    <w:p>
      <w:r>
        <w:rPr>
          <w:rFonts w:ascii="Gentium Plus" w:hAnsi="Gentium Plus"/>
          <w:sz w:val="24"/>
        </w:rPr>
        <w:t>φοραί. καὶ τοίνυν εἰ μὲν προστεθείη τῷ ζώῳ τὸ μαλακὸν καὶ τὸ σκληρὸν, ἢ τὸ πυκνὸν ἢ τὸ ἀραιὸν, ἢ τὸ μικρὸν ἢ τὸ μέγα, πλεῖον οὐδὲν εἰς εἴδους γένεσιν συντελέσει· εἰ δ’ ἤτοι λογικὸν καὶ ἀθάνατον, ἢ λογικὸν καὶ θνητὸν, εἴη ἂν τὸ μὲν</w:t>
      </w:r>
    </w:p>
    <w:p>
      <w:r>
        <w:rPr>
          <w:rFonts w:ascii="Courier New" w:hAnsi="Courier New"/>
          <w:color w:val="555555"/>
          <w:sz w:val="20"/>
        </w:rPr>
        <w:t>[5]</w:t>
      </w:r>
    </w:p>
    <w:p>
      <w:r>
        <w:rPr>
          <w:rFonts w:ascii="Gentium Plus" w:hAnsi="Gentium Plus"/>
          <w:sz w:val="24"/>
        </w:rPr>
        <w:t>εἴδει θεὸς, τὸ δὲ ἄνθρωπος· οὕτω δὲ κᾂν εἰ προσθείης τῷ λογικῷ ζώῳ διττὰς οἰκείας διαφορὰς, τὸ πεζὸν καὶ τὸ δίπουν, εἶδος ἐργάσῃ τι καὶ οὕτως, τὸν ἄνθρωπον· ὅθεν ἀδύνατόν ἐστιν οὐδενὸς τῶν ὄντων εἰδοποιοὺς εὑρεῖν διαφορὰς ἄνευ τοῦ τὸν ὁρισμὸν, ἢ τὸν λόγον τῆς οὐσίας ἀκριβῶς αὐτοῦ</w:t>
      </w:r>
    </w:p>
    <w:p>
      <w:r>
        <w:rPr>
          <w:rFonts w:ascii="Courier New" w:hAnsi="Courier New"/>
          <w:color w:val="555555"/>
          <w:sz w:val="20"/>
        </w:rPr>
        <w:t>[10]</w:t>
      </w:r>
    </w:p>
    <w:p>
      <w:r>
        <w:rPr>
          <w:rFonts w:ascii="Gentium Plus" w:hAnsi="Gentium Plus"/>
          <w:sz w:val="24"/>
        </w:rPr>
        <w:t>περιγράψασθαι. δεύτερον δ’ ἐπὶ τούτου σφάλμα τοῖς ἀγυμ‐ νάστοις περὶ λόγον, ἐπειδὰν ἐξευρήσουσι μίαν τινὰ διαφορᾶς ἀντίθεσιν, εἶδός τι τοῦ προβεβλημένου γένους ὑπολαμβά‐ νειν εὑρηκέναι, ὥσπερ ὀλίγον ἔμπροσθεν ὑπὲρ τῶν τῆς φω‐ νῆς στοιχείων ἐλέγετο. φωνῆεν γάρ τις εἰπὼν καὶ σύμφωνον</w:t>
      </w:r>
    </w:p>
    <w:p>
      <w:r>
        <w:rPr>
          <w:rFonts w:ascii="Courier New" w:hAnsi="Courier New"/>
          <w:color w:val="555555"/>
          <w:sz w:val="20"/>
        </w:rPr>
        <w:t>[15]</w:t>
      </w:r>
    </w:p>
    <w:p>
      <w:r>
        <w:rPr>
          <w:rFonts w:ascii="Gentium Plus" w:hAnsi="Gentium Plus"/>
          <w:sz w:val="24"/>
        </w:rPr>
        <w:t>οὔπω τὰ πάντα στοιχεῖα τῆς ἀνθρώπου φωνῆς εἴρηκεν, ἀλλὰ δύο τὰς πρώτας γενικὰς διαφοράς· εἰ δὲ τὰ μὲν φωνήεντα</w:t>
      </w:r>
    </w:p>
    <w:p>
      <w:r>
        <w:rPr>
          <w:rFonts w:ascii="Courier New" w:hAnsi="Courier New"/>
          <w:color w:val="555555"/>
          <w:sz w:val="20"/>
        </w:rPr>
        <w:t>[10 . 25]</w:t>
      </w:r>
    </w:p>
    <w:p>
      <w:r>
        <w:rPr>
          <w:rFonts w:ascii="Gentium Plus" w:hAnsi="Gentium Plus"/>
          <w:sz w:val="24"/>
        </w:rPr>
        <w:t>δ’ εἰς ἡμίφωνά τε καὶ ἄφωνα, καὶ αὖθις τὰ μὲν μακρὰ διχῇ, καθάπερ οὖν καὶ τὰ βραχέα, τὰ δ’ αὖ δίχρονα τριχῇ· καὶ δὴ καὶ τὰ ἄφωνα πρῶτον μὲν εἰς δασέα καὶ ψιλὰ καὶ μέσα, καὶ τούτων ἕκαστον αὖθις τριχῇ, τὰ δ’ ἡμίφωνα πάλιν, εἰ καὶ</w:t>
      </w:r>
    </w:p>
    <w:p>
      <w:r>
        <w:rPr>
          <w:rFonts w:ascii="Courier New" w:hAnsi="Courier New"/>
          <w:color w:val="555555"/>
          <w:sz w:val="20"/>
        </w:rPr>
        <w:t>[5]</w:t>
      </w:r>
    </w:p>
    <w:p>
      <w:r>
        <w:rPr>
          <w:rFonts w:ascii="Gentium Plus" w:hAnsi="Gentium Plus"/>
          <w:sz w:val="24"/>
        </w:rPr>
        <w:t>ταῦτα κατὰ τὴν οἰκείαν τέμνοις τομὴν, ἵνα μὴ μακρολογῶ περιττῶς, οὕτως ἂν ἐξεύροις τὰ τέτταρα καὶ εἴκοσι στοιχεῖα τῆς φωνῆς ᾗ χρώμεθα. τὸ μὲν γὰρ εἰπεῖν αὐτὸ τοῦτο μόνον, ὡς ἔστι τῶν στοιχείων τῆς φωνῆς τὰ μὲν φωνήεντα, τὰ δὲ σύμφωνα, τεχνικὸν οὔπω ποιεῖ τὸν ἀκροατὴν οὐδ’ ἀκριβῶς</w:t>
      </w:r>
    </w:p>
    <w:p>
      <w:r>
        <w:rPr>
          <w:rFonts w:ascii="Courier New" w:hAnsi="Courier New"/>
          <w:color w:val="555555"/>
          <w:sz w:val="20"/>
        </w:rPr>
        <w:t>[10]</w:t>
      </w:r>
    </w:p>
    <w:p>
      <w:r>
        <w:rPr>
          <w:rFonts w:ascii="Gentium Plus" w:hAnsi="Gentium Plus"/>
          <w:sz w:val="24"/>
        </w:rPr>
        <w:t>ἐπιστήμονα συμπάντων τῶν στοιχείων· ἀλλ’ ἐὰν διελόμενος εἰς βραχέα καὶ μακρὰ καὶ δίχρονα, βραχέα μὲν εἶναι φῇ δύο, τό τε ε καὶ τὸ ο, μακρὰ δ’ ὁμοίως δύο, τό τε η καὶ τὸ ω, δίχρονα δὲ τρία, τό τε ἄλφα καὶ τὸ ι καὶ τὸ υ, τεχνικὸν οὕτω ποιήσει τὸν ἀκούσαντα περὶ τῶν φωνηέντων ἁπάντων·</w:t>
      </w:r>
    </w:p>
    <w:p>
      <w:r>
        <w:rPr>
          <w:rFonts w:ascii="Courier New" w:hAnsi="Courier New"/>
          <w:color w:val="555555"/>
          <w:sz w:val="20"/>
        </w:rPr>
        <w:t>[15]</w:t>
      </w:r>
    </w:p>
    <w:p>
      <w:r>
        <w:rPr>
          <w:rFonts w:ascii="Gentium Plus" w:hAnsi="Gentium Plus"/>
          <w:sz w:val="24"/>
        </w:rPr>
        <w:t>ὡσαύτως δὲ καὶ περὶ τῶν συμφώνων κατὰ τὸν αὐτὸν τρό‐ πον. οὕτως οὖν καὶ ὅστις ἐπιχειρεῖ λέγειν ὑπὲρ τοῦ τῶν νοσημάτων ἀριθμοῦ, πόσα τὰ σύμπαντ’ ἐστὶν, οὐ χρὴ τοῦ‐ τον ἐν τῇ πρώτῃ καταμεῖναι διαφορᾷ, τέμνοντα δ’ αὐτὴν</w:t>
      </w:r>
    </w:p>
    <w:p>
      <w:r>
        <w:rPr>
          <w:rFonts w:ascii="Courier New" w:hAnsi="Courier New"/>
          <w:color w:val="555555"/>
          <w:sz w:val="20"/>
        </w:rPr>
        <w:t>[10 . 26]</w:t>
      </w:r>
    </w:p>
    <w:p>
      <w:r>
        <w:rPr>
          <w:rFonts w:ascii="Gentium Plus" w:hAnsi="Gentium Plus"/>
          <w:sz w:val="24"/>
        </w:rPr>
        <w:t>κηται τῶν μηκέτι τμηθῆναι δυναμένων εἰς ἕτερον εἶδος. ὅτι δ’ οὐ τοῦ τυχόντος ἐστὶ τοῦτο ποιεῖν, ἀλλ’ ἀνθρώπου γε‐ γυμνασμένου μεγάλως ἐν τῇ διαιρετικῇ μεθόδῳ, μαθεῖν ἔνεστι τῷ βουλομένῳ πρῶτον μὲν ἅπαντα ἀναγνόντι κατὰ τὴν ἀρ‐</w:t>
      </w:r>
    </w:p>
    <w:p>
      <w:r>
        <w:rPr>
          <w:rFonts w:ascii="Courier New" w:hAnsi="Courier New"/>
          <w:color w:val="555555"/>
          <w:sz w:val="20"/>
        </w:rPr>
        <w:t>[5]</w:t>
      </w:r>
    </w:p>
    <w:p>
      <w:r>
        <w:rPr>
          <w:rFonts w:ascii="Gentium Plus" w:hAnsi="Gentium Plus"/>
          <w:sz w:val="24"/>
        </w:rPr>
        <w:t>χὴν τοῦ Φιλήβου Πλάτωνι γεγραμμένα περὶ τῆς τοιαύτης με‐ θόδου, μετὰ ταῦτα δὲ τόν τε Σοφιστὴν ἀναλεξαμένῳ καὶ τὸν Πολιτικόν· ἔτι δὲ μᾶλλον αὐτῷ χαλεπώτερον φανεῖται τὸ πρᾶγμα τὸ πρῶτον περὶ μορίων ζώων Ἀριστοτέλους ἀνα‐ γνόντι· πειρᾶται μὲν γὰρ ἐν ἐκείνῳ τὰς διαφορὰς ἁπάσας</w:t>
      </w:r>
    </w:p>
    <w:p>
      <w:r>
        <w:rPr>
          <w:rFonts w:ascii="Courier New" w:hAnsi="Courier New"/>
          <w:color w:val="555555"/>
          <w:sz w:val="20"/>
        </w:rPr>
        <w:t>[10]</w:t>
      </w:r>
    </w:p>
    <w:p>
      <w:r>
        <w:rPr>
          <w:rFonts w:ascii="Gentium Plus" w:hAnsi="Gentium Plus"/>
          <w:sz w:val="24"/>
        </w:rPr>
        <w:t>ἐξαριθμήσασθαι τῶν ζώων, ἀπορίας τε παμπόλλας κινήσας, μόγις ὑπόπτως τε καὶ δειλῶς ἀποφαίνεσθαί τι τολμᾷ. εἶτ’ Ἀριστοτέλους τε καὶ Πλάτωνος οὕτω μέγα καὶ χαλεπὸν εἶναι νομιζόντων εἰς τὰς οἰκείας διαφορὰς ἀκριβῶς τὰ γένη τέμνειν καὶ μετ’ αὐτοὺς Θεοφράστου τε καὶ τῶν ἄλλων φιλοσόφων</w:t>
      </w:r>
    </w:p>
    <w:p>
      <w:r>
        <w:rPr>
          <w:rFonts w:ascii="Courier New" w:hAnsi="Courier New"/>
          <w:color w:val="555555"/>
          <w:sz w:val="20"/>
        </w:rPr>
        <w:t>[15]</w:t>
      </w:r>
    </w:p>
    <w:p>
      <w:r>
        <w:rPr>
          <w:rFonts w:ascii="Gentium Plus" w:hAnsi="Gentium Plus"/>
          <w:sz w:val="24"/>
        </w:rPr>
        <w:t>ἐξεργάζεσθαι πειρωμένων τὸν τρόπον, ὡς οὔπω κατωρθω‐ μένον οὐδὲ παρ’ ἐκείνοις, ὁ τολμηρότατος Θεσσαλὸς ἁπλῶς ἀποφηνάμενος ἀξιοῖ πιστεύεσθαι δύο τὰ πάντ’ εἶναι κατὰ</w:t>
      </w:r>
    </w:p>
    <w:p>
      <w:r>
        <w:rPr>
          <w:rFonts w:ascii="Courier New" w:hAnsi="Courier New"/>
          <w:color w:val="555555"/>
          <w:sz w:val="20"/>
        </w:rPr>
        <w:t>[10 . 27]</w:t>
      </w:r>
    </w:p>
    <w:p>
      <w:r>
        <w:rPr>
          <w:rFonts w:ascii="Gentium Plus" w:hAnsi="Gentium Plus"/>
          <w:sz w:val="24"/>
        </w:rPr>
        <w:t>τρίτον γὰρ ἐξ αὐτῶν ἄλλο γεννᾶται τῷ λόγῳ σύνθετον, ἐπι‐ πεπλεγμένον ἐξ ἀμφοῖν. ἀλλ’ εἴπερ μεθόδῳ τινὶ ταῦτ’ ἐξεῦρες, ὥσπερ οὖν ἀλαζονεύῃ, τί οὐχὶ καὶ ἡμῖν ἔφρασας αὐτὴν, ἀλλὰ πᾶν τοὐναντίον, ἢ κατὰ τοὔνομα τὸ σεμνὸν, ᾧ προσαγο‐</w:t>
      </w:r>
    </w:p>
    <w:p>
      <w:r>
        <w:rPr>
          <w:rFonts w:ascii="Courier New" w:hAnsi="Courier New"/>
          <w:color w:val="555555"/>
          <w:sz w:val="20"/>
        </w:rPr>
        <w:t>[5]</w:t>
      </w:r>
    </w:p>
    <w:p>
      <w:r>
        <w:rPr>
          <w:rFonts w:ascii="Gentium Plus" w:hAnsi="Gentium Plus"/>
          <w:sz w:val="24"/>
        </w:rPr>
        <w:t>ρεύεις σαυτὸν, ἀμεθοδώτατε καὶ προπετέστατε, τὴν ἀπόφα‐ σιν ἐποιήσω, μηδ’ οὖν μηδὲ τῆς ἀρχῆς αὐτῆς ἐφαψάμενος, ἀφ’ ἧς ἀναγκαῖόν ἐστιν ἄρξασθαι τὸν μέλλοντα καλῶς οὑτι‐ νοσοῦν πράγματος ἐξευρήσειν εἴδη τε καὶ διαφορὰς οἰκείας; περὶ παντὸς γὰρ, ὦ παῖ, μία ἀρχὴ ἀρίστη, εἰδέναι περὶ ὅτου</w:t>
      </w:r>
    </w:p>
    <w:p>
      <w:r>
        <w:rPr>
          <w:rFonts w:ascii="Courier New" w:hAnsi="Courier New"/>
          <w:color w:val="555555"/>
          <w:sz w:val="20"/>
        </w:rPr>
        <w:t>[10]</w:t>
      </w:r>
    </w:p>
    <w:p>
      <w:r>
        <w:rPr>
          <w:rFonts w:ascii="Gentium Plus" w:hAnsi="Gentium Plus"/>
          <w:sz w:val="24"/>
        </w:rPr>
        <w:t>ἡ ζήτησις, ἢ πάντα ἁμαρτάνειν ἀνάγκη, Πλάτων πού φησιν, οὐκ εἰς τὸ διαιρεῖν μόνον ὁτιοῦν ἀξιῶν ἡμᾶς ἀπ’ αὐτῆς ἄρχε‐ σθαι τοῦ ζητουμένου τῆς οὐσίας, ἀλλ’ εἰς ἅπαν ἀεὶ χρῆσθαι σκέμμα τῷ τοιούτῳ τρόπῳ τῆς ἀρχῆς. ἐχρῆν μὲν οὖν κᾀνταῦθα τί ποτέ ἐστιν νόσημα καὶ τί σύμπτωμα καὶ τί πά‐</w:t>
      </w:r>
    </w:p>
    <w:p>
      <w:r>
        <w:rPr>
          <w:rFonts w:ascii="Courier New" w:hAnsi="Courier New"/>
          <w:color w:val="555555"/>
          <w:sz w:val="20"/>
        </w:rPr>
        <w:t>[15]</w:t>
      </w:r>
    </w:p>
    <w:p>
      <w:r>
        <w:rPr>
          <w:rFonts w:ascii="Gentium Plus" w:hAnsi="Gentium Plus"/>
          <w:sz w:val="24"/>
        </w:rPr>
        <w:t>θος ἀκριβῶς εἰπόντα, καὶ διορισάμενον ὅπῃ ταὐτόν ἐστιν ἕκαστον τῶν εἰρημένων καὶ ὅπῃ μὴ ταὐτὸν, οὕτως ἤδη πει‐ ρᾶσθαι τέμνειν εἰς τὰς οἰκείας διαφορὰς αὐτὰ, καθ’ ἣν ἐδί‐</w:t>
      </w:r>
    </w:p>
    <w:p>
      <w:r>
        <w:rPr>
          <w:rFonts w:ascii="Courier New" w:hAnsi="Courier New"/>
          <w:color w:val="555555"/>
          <w:sz w:val="20"/>
        </w:rPr>
        <w:t>[10 . 28]</w:t>
      </w:r>
    </w:p>
    <w:p>
      <w:r>
        <w:rPr>
          <w:rFonts w:ascii="Gentium Plus" w:hAnsi="Gentium Plus"/>
          <w:sz w:val="24"/>
        </w:rPr>
        <w:t>τῆς παρ’ ἐκείνων γεγραμμένης ἐξεῦρες, αὐτὸ τοῦτο πρότερον ἀγωνίσασθαι, καὶ δεῖξαι καὶ διδάξαι τοὺς Ἕλληνας ὡς ὁ παρὰ τοῖς ἱστοῖς τραφεὶς ὑπερεβάλετο μὲν Ἀριστοτέλη καὶ Πλάτωνα μεθόδοις λογικαῖς, κατεπάτησε δὲ Θεόφραστόν τε</w:t>
      </w:r>
    </w:p>
    <w:p>
      <w:r>
        <w:rPr>
          <w:rFonts w:ascii="Courier New" w:hAnsi="Courier New"/>
          <w:color w:val="555555"/>
          <w:sz w:val="20"/>
        </w:rPr>
        <w:t>[5]</w:t>
      </w:r>
    </w:p>
    <w:p>
      <w:r>
        <w:rPr>
          <w:rFonts w:ascii="Gentium Plus" w:hAnsi="Gentium Plus"/>
          <w:sz w:val="24"/>
        </w:rPr>
        <w:t>καὶ τοὺς Στωϊκοὺς ἐν διαλεκτικῇ, φανερῶς δ’ ἐξήλεγξε τοὺς ἑταίρους αὐτῶν ἅπαντας, οὐδὲ τίνα ποτ’ ἐστὶ τὰ πρῶτα νο‐ σήματα γινώσκοντας, τὸν Ἡρόφιλον ἐκεῖνον τὸν διαλεκτικὸν, καὶ τὸν συμφοιτητὴν αὐτοῦ Φιλότιμον, καὶ τὸν διδάσκαλον αὐτοῦ Πραξαγόραν τὸν ἀπὸ Ἀσκληπιοῦ, καὶ σὺν τούτοις τε</w:t>
      </w:r>
    </w:p>
    <w:p>
      <w:r>
        <w:rPr>
          <w:rFonts w:ascii="Courier New" w:hAnsi="Courier New"/>
          <w:color w:val="555555"/>
          <w:sz w:val="20"/>
        </w:rPr>
        <w:t>[10]</w:t>
      </w:r>
    </w:p>
    <w:p>
      <w:r>
        <w:rPr>
          <w:rFonts w:ascii="Gentium Plus" w:hAnsi="Gentium Plus"/>
          <w:sz w:val="24"/>
        </w:rPr>
        <w:t>καὶ πρὸ τούτων Ἐρασίστρατον, Διοκλέα, Μνησίθεον, Διευχῆ, Φιλιστίωνα, Πλειστόνικον, αὐτὸν Ἱπποκράτην. τὸ δ’ ἁπλῶς ἀποφήνασθαι δύο εἶναι τὰ πάντα πάθη κατὰ δίαιταν, οὐ μέθοδον, οὐκ ἀπόδειξιν, οὐ πιθανὴν πίστιν, οὐ παραμυθίαν, οὐδ’ ὅλως οὐδὲν ἄλλο προσθέντα, πλὴν εἰς</w:t>
      </w:r>
    </w:p>
    <w:p>
      <w:r>
        <w:rPr>
          <w:rFonts w:ascii="Courier New" w:hAnsi="Courier New"/>
          <w:color w:val="555555"/>
          <w:sz w:val="20"/>
        </w:rPr>
        <w:t>[15]</w:t>
      </w:r>
    </w:p>
    <w:p>
      <w:r>
        <w:rPr>
          <w:rFonts w:ascii="Gentium Plus" w:hAnsi="Gentium Plus"/>
          <w:sz w:val="24"/>
        </w:rPr>
        <w:t>τοὺς παλαιοὺς βλασφημήσαντα, προστάττοντός ἐστιν ἔργον, οὐ διδάσκοντος. ἔστω, σιωπᾷς, ἐκ ποίας εὗρες αὐτὰ μεθό‐ δου λογικῆς· ἀλλά τοι κᾂν κριτήριόν γέ τι τῶν λόγων τῆς</w:t>
      </w:r>
    </w:p>
    <w:p>
      <w:r>
        <w:rPr>
          <w:rFonts w:ascii="Courier New" w:hAnsi="Courier New"/>
          <w:color w:val="555555"/>
          <w:sz w:val="20"/>
        </w:rPr>
        <w:t>[10 . 29]</w:t>
      </w:r>
    </w:p>
    <w:p>
      <w:r>
        <w:rPr>
          <w:rFonts w:ascii="Gentium Plus" w:hAnsi="Gentium Plus"/>
          <w:sz w:val="24"/>
        </w:rPr>
        <w:t>μενον αἱ λογικαὶ μέθοδοι τὴν δύναμιν ἔχουσι, τοῦ δὲ πιστώσασθαι τὰ καλῶς εὑρημένα δύο ἐστὶν ἅπασιν ἀνθρώ‐ ποις κριτήρια, λόγος καὶ πεῖρα. πρὸς γοῦν τὸν ἐρωτήσαντα διὰ τί τῷδέ τινι τῷ πυρέττοντι συνεχώρησας ὕδατος πιεῖν ψυ‐</w:t>
      </w:r>
    </w:p>
    <w:p>
      <w:r>
        <w:rPr>
          <w:rFonts w:ascii="Courier New" w:hAnsi="Courier New"/>
          <w:color w:val="555555"/>
          <w:sz w:val="20"/>
        </w:rPr>
        <w:t>[5]</w:t>
      </w:r>
    </w:p>
    <w:p>
      <w:r>
        <w:rPr>
          <w:rFonts w:ascii="Gentium Plus" w:hAnsi="Gentium Plus"/>
          <w:sz w:val="24"/>
        </w:rPr>
        <w:t>χροῦ, δύο εἰσὶν ἀποκρίσεις, ἡ μὲν ἑτέρα γένεσίν τε καὶ φύσιν ἐκδιδάσκουσα πυρετοῦ, καὶ περὶ τοῦ τῶν νόσων καιροῦ διεξιοῦσα, καὶ κατὰ τὸν αὐτὸν τρόπον ὕδατος ψυχροῦ φύσιν ἐξηγουμένη, κᾀπειδὰν ταῦτα διεξέλθῃ, πειρωμένη διδάσκειν, ὡς τῷ τοιῷδε νοσήματι κατὰ τὸν τοιόνδε καιρὸν εὔλογόν</w:t>
      </w:r>
    </w:p>
    <w:p>
      <w:r>
        <w:rPr>
          <w:rFonts w:ascii="Courier New" w:hAnsi="Courier New"/>
          <w:color w:val="555555"/>
          <w:sz w:val="20"/>
        </w:rPr>
        <w:t>[10]</w:t>
      </w:r>
    </w:p>
    <w:p>
      <w:r>
        <w:rPr>
          <w:rFonts w:ascii="Gentium Plus" w:hAnsi="Gentium Plus"/>
          <w:sz w:val="24"/>
        </w:rPr>
        <w:t>ἐστιν ἴαμα γενέσθαι τὸ ὕδωρ τὸ ψυχρόν· ἡ δ’ ἑτέρα τῶν ἀποκρίσεων οὐδενὸς τούτων τῆς φύσεως ἐφαψαμένη κατα‐ φεύγει πρὸς τὴν πεῖραν, ἐν τοιῷδε νοσήματι καὶ καιρῷ τὸ ψυχρὸν ὕδωρ ἑωρᾶσθαι φάσκουσα πολλάκις ὠφελεῖν. ἐχρῆν οὖν, οἶμαι, καὶ τὸν Θεσσαλὸν ἤτοι πεῖραν ἢ λόγον ἐφ’ οἷς</w:t>
      </w:r>
    </w:p>
    <w:p>
      <w:r>
        <w:rPr>
          <w:rFonts w:ascii="Courier New" w:hAnsi="Courier New"/>
          <w:color w:val="555555"/>
          <w:sz w:val="20"/>
        </w:rPr>
        <w:t>[15]</w:t>
      </w:r>
    </w:p>
    <w:p>
      <w:r>
        <w:rPr>
          <w:rFonts w:ascii="Gentium Plus" w:hAnsi="Gentium Plus"/>
          <w:sz w:val="24"/>
        </w:rPr>
        <w:t>ἀποφαίνεται κριτήριον ἐπάγειν, οὐχ ὡς τύραννον ἡμῖν ἐπι‐ τάττειν, ἀξιοῦντα πιστεύεσθαι χωρὶς ἀποδείξεως. καὶ τίνα, φασὶν, ἀκούειν ἀπόδειξιν ἀξιοῖς; οὕτω γὰρ ἀντερωτῶσιν ἡμᾶς</w:t>
      </w:r>
    </w:p>
    <w:p>
      <w:r>
        <w:rPr>
          <w:rFonts w:ascii="Courier New" w:hAnsi="Courier New"/>
          <w:color w:val="555555"/>
          <w:sz w:val="20"/>
        </w:rPr>
        <w:t>[10 . 30]</w:t>
      </w:r>
    </w:p>
    <w:p>
      <w:r>
        <w:rPr>
          <w:rFonts w:ascii="Gentium Plus" w:hAnsi="Gentium Plus"/>
          <w:sz w:val="24"/>
        </w:rPr>
        <w:t>ποτε παρελθόντες ἀποδείξεως, ὡς ἂν οὔτε γεωμετρίας οὔτ’ ἀριθμητικῆς οὔτε διαλεκτικῆς οὔτε ἀναλυτικῆς οὔθ’ ὅλως λογικῆς τινος ἁψάμενοι θεωρίας. ἀποκριτέον οὖν αὐτοῖς, ὡς ὀψὲ πάνυ μανθάνειν ἐφίεσθε τί ποτ’ ἐστὶν ἀπόδειξις, καὶ ὡς</w:t>
      </w:r>
    </w:p>
    <w:p>
      <w:r>
        <w:rPr>
          <w:rFonts w:ascii="Courier New" w:hAnsi="Courier New"/>
          <w:color w:val="555555"/>
          <w:sz w:val="20"/>
        </w:rPr>
        <w:t>[5]</w:t>
      </w:r>
    </w:p>
    <w:p>
      <w:r>
        <w:rPr>
          <w:rFonts w:ascii="Gentium Plus" w:hAnsi="Gentium Plus"/>
          <w:sz w:val="24"/>
        </w:rPr>
        <w:t>οὐκ ἐνδέχεται χρόνῳ βραχεῖ λεπτῆς γνώμης δεομένῃ παρα‐ καλουθῆσαι θεωρίᾳ μήτ’ ἠσκημένους ἀκούειν ἀκριβῶν λόγων ἐν διαστροφῇ τε πολυχρονίῳ γεγονότας. ἐκείνους μὲν οὖν ἀποπέμψωμεν, ὡς μηδὲ συνιέναι δυναμένους ἀληθῶν μαθη‐ μάτων, μήτιγε δὴ μαθεῖν ἢ κρῖναι καλῶς.</w:t>
      </w:r>
    </w:p>
    <w:p>
      <w:r>
        <w:rPr>
          <w:rFonts w:ascii="Courier New" w:hAnsi="Courier New"/>
          <w:color w:val="555555"/>
          <w:sz w:val="20"/>
        </w:rPr>
        <w:t>[10]</w:t>
      </w:r>
    </w:p>
    <w:p>
      <w:r>
        <w:rPr>
          <w:rFonts w:ascii="Gentium Plus" w:hAnsi="Gentium Plus"/>
          <w:sz w:val="24"/>
        </w:rPr>
        <w:t>Ἡμεῖς δὲ μετὰ τῶν ἠσκημένων τε ἅμα παρακολουθεῖν ἀποδείξει καὶ φύσει συνετῶν, οὐ γὰρ δὴ ὄνους Θεσσαλείους ἐπαγγελλόμεθα διδάσκειν, ἐπὶ τὸ προκεί‐ μενον ἐξ ἀρχῆς ἴωμεν, εὐθὺς ἅμα τῇ διδασκαλίᾳ τῆς θεραπευ‐ τικῆς μεθόδου καὶ ὧν ἐσφάλησαν οἱ πλεῖστοι τῶν ἰατρῶν</w:t>
      </w:r>
    </w:p>
    <w:p>
      <w:r>
        <w:rPr>
          <w:rFonts w:ascii="Courier New" w:hAnsi="Courier New"/>
          <w:color w:val="555555"/>
          <w:sz w:val="20"/>
        </w:rPr>
        <w:t>[15]</w:t>
      </w:r>
    </w:p>
    <w:p>
      <w:r>
        <w:rPr>
          <w:rFonts w:ascii="Gentium Plus" w:hAnsi="Gentium Plus"/>
          <w:sz w:val="24"/>
        </w:rPr>
        <w:t>ἐπιχειρησάντων ἐξευρεῖν αὐτὴν ἐξηγούμενοι τὰς αἰτίας· εἰς γάρτοι τὴν βεβαιοτέραν πίστιν τῶν ἀληθῶν οὐδὲ τοῦτο σμι‐</w:t>
      </w:r>
    </w:p>
    <w:p>
      <w:r>
        <w:rPr>
          <w:rFonts w:ascii="Courier New" w:hAnsi="Courier New"/>
          <w:color w:val="555555"/>
          <w:sz w:val="20"/>
        </w:rPr>
        <w:t>[10 . 31]</w:t>
      </w:r>
    </w:p>
    <w:p>
      <w:r>
        <w:rPr>
          <w:rFonts w:ascii="Gentium Plus" w:hAnsi="Gentium Plus"/>
          <w:sz w:val="24"/>
        </w:rPr>
        <w:t>φοῖν ἅμα μεμνῆσθαι, μεθόδου τε λογικῆς καὶ πείρας ἀλόγου· πρόκειται γὰρ οὐ περὶ πάσης εὑρέσεως ἰαμάτων εἰπεῖν νῦν, ἀλλὰ μόνης τῆς κατὰ μέθοδον· ὥσπερ καὶ περί γε τῆς ἐμπει‐ ρικῆς ἡμῖν τε δι’ ἑτέρου γράμματος εἴρηται καὶ αὐτοῖς ἐμ‐</w:t>
      </w:r>
    </w:p>
    <w:p>
      <w:r>
        <w:rPr>
          <w:rFonts w:ascii="Courier New" w:hAnsi="Courier New"/>
          <w:color w:val="555555"/>
          <w:sz w:val="20"/>
        </w:rPr>
        <w:t>[5]</w:t>
      </w:r>
    </w:p>
    <w:p>
      <w:r>
        <w:rPr>
          <w:rFonts w:ascii="Gentium Plus" w:hAnsi="Gentium Plus"/>
          <w:sz w:val="24"/>
        </w:rPr>
        <w:t>πειρικοῖς καλουμένοις ἰατροῖς ἐπὶ πλεῖστον ἐξείργασται. καὶ οὕτως ἂν εὐξαίμην καὶ τοὺς λογικοὺς ἅπαντας ἰατροὺς ἔχεσθαι τοῦ προκειμένου, καὶ μὴ συγχεῖν, μηδὲ ταράττειν, μηδὲ συνάγειν εἰς ταὐτὸν ἀναλογισμόν τε καὶ πεῖραν, ἀλλ’ ἑκάτε‐ ρον ἰδίᾳ μεταχειρίζεσθαι καὶ σκοπεῖσθαι τίνα δύναμιν ἔχει</w:t>
      </w:r>
    </w:p>
    <w:p>
      <w:r>
        <w:rPr>
          <w:rFonts w:ascii="Courier New" w:hAnsi="Courier New"/>
          <w:color w:val="555555"/>
          <w:sz w:val="20"/>
        </w:rPr>
        <w:t>[10]</w:t>
      </w:r>
    </w:p>
    <w:p>
      <w:r>
        <w:rPr>
          <w:rFonts w:ascii="Gentium Plus" w:hAnsi="Gentium Plus"/>
          <w:sz w:val="24"/>
        </w:rPr>
        <w:t>καὶ πόσον εἰς τὸ τέλος τῆς τέχνης συνεργεῖ. τὸ τοίνυν μεθόδῳ τι ζητεῖν ἐξευρεῖν ἀντίκειται μὲν τῷ κατὰ τύχην τε καὶ αὐτο‐ μάτως· ἔστι δὲ τὸ τοιοῦτον μετά τινος ὁδοῦ καὶ τάξεως, ὡς εἶναί τι πρῶτον ἐν τῇ ζητήσει καὶ δεύτερον καὶ τρίτον καὶ τέταρτον καὶ οὕτως ἐφεξῆς τἄλλα σύμπαντα, μέχρι περ ἂν</w:t>
      </w:r>
    </w:p>
    <w:p>
      <w:r>
        <w:rPr>
          <w:rFonts w:ascii="Courier New" w:hAnsi="Courier New"/>
          <w:color w:val="555555"/>
          <w:sz w:val="20"/>
        </w:rPr>
        <w:t>[15]</w:t>
      </w:r>
    </w:p>
    <w:p>
      <w:r>
        <w:rPr>
          <w:rFonts w:ascii="Gentium Plus" w:hAnsi="Gentium Plus"/>
          <w:sz w:val="24"/>
        </w:rPr>
        <w:t>ἀφίκηταί τις ἐπ’ αὐτὸ τὸ προκείμενον ἐξ ἀρχῆς. οἱ μὲν οὖν ἀπὸ τῆς ἐμπειρίας καλῶς ποιοῦντες ὁμολογοῦσιν ὡς οὔτε</w:t>
      </w:r>
    </w:p>
    <w:p>
      <w:r>
        <w:rPr>
          <w:rFonts w:ascii="Courier New" w:hAnsi="Courier New"/>
          <w:color w:val="555555"/>
          <w:sz w:val="20"/>
        </w:rPr>
        <w:t>[10 . 32]</w:t>
      </w:r>
    </w:p>
    <w:p>
      <w:r>
        <w:rPr>
          <w:rFonts w:ascii="Gentium Plus" w:hAnsi="Gentium Plus"/>
          <w:sz w:val="24"/>
        </w:rPr>
        <w:t>αὐτοῖς· ἄτεχνον γάρ τι καὶ ἄλογον ἡ πεῖρα καὶ τύχης ἀγαθῆς δεόμενον εἰς τὴν τῶν ζητουμένων εὕρεσιν. ὅσοι δὲ λόγον ἡγε‐ μόνα τῆς εὑρέσεως ἐποιήσαντο καὶ τάξιν, ὁδόν τε μίαν τὴν ἐπὶ τὸ τέλος ἄγουσαν ὑπέθεντο, τούτοις ἀναγκαῖον μὲν ἦν</w:t>
      </w:r>
    </w:p>
    <w:p>
      <w:r>
        <w:rPr>
          <w:rFonts w:ascii="Courier New" w:hAnsi="Courier New"/>
          <w:color w:val="555555"/>
          <w:sz w:val="20"/>
        </w:rPr>
        <w:t>[5]</w:t>
      </w:r>
    </w:p>
    <w:p>
      <w:r>
        <w:rPr>
          <w:rFonts w:ascii="Gentium Plus" w:hAnsi="Gentium Plus"/>
          <w:sz w:val="24"/>
        </w:rPr>
        <w:t>ἀπὸ πρώτου τινὸς ἀρξαμένοις ὁμολογουμένου πᾶσιν ἀνθρώ‐ ποις, οὕτως ἤδη μετιέναι πρὸς τὰ λοιπά· ποιοῦσί γε μὴν οὐχ οὕτως, ἀλλὰ καὶ τὰς ἀρχὰς οἱ πλεῖστοι διαφωνουμένας λαμ‐ βάνουσιν, οὐκ ἀποδείξαντες δὲ ἐπὶ τὰ λοιπὰ κατὰ τὸν αὐτὸν τρόπον μετέρχονται, νομοθετοῦντες μᾶλλον ἢ ἀποδεικνύντες.</w:t>
      </w:r>
    </w:p>
    <w:p>
      <w:r>
        <w:rPr>
          <w:rFonts w:ascii="Courier New" w:hAnsi="Courier New"/>
          <w:color w:val="555555"/>
          <w:sz w:val="20"/>
        </w:rPr>
        <w:t>[10]</w:t>
      </w:r>
    </w:p>
    <w:p>
      <w:r>
        <w:rPr>
          <w:rFonts w:ascii="Gentium Plus" w:hAnsi="Gentium Plus"/>
          <w:sz w:val="24"/>
        </w:rPr>
        <w:t>ἅπαντα δ’ αὐτοῖς τὰ τοιαῦτα συμβαίνει διὰ τὸ μηδὲν ὑπὲρ ἀποδείξεως ἐπεσκέφθαι πρότερον, ἀλλ’ ἅμα τε τοῖς ζητουμέ‐ νοις ἐφίστασθαι καὶ τολμᾷν χρῆσθαι πρὸς τὴν πίστιν αὐτῶν ἀποδείξεσιν, ὅμοιόν τι ποιοῦσιν ἀνθρώπῳ μετρεῖν ἐπιχει‐ ροῦντι σφαῖραν, ἢ κύβον, ἢ κῶνον, ἢ κύλινδρον, ἤ τι τοιοῦ‐</w:t>
      </w:r>
    </w:p>
    <w:p>
      <w:r>
        <w:rPr>
          <w:rFonts w:ascii="Courier New" w:hAnsi="Courier New"/>
          <w:color w:val="555555"/>
          <w:sz w:val="20"/>
        </w:rPr>
        <w:t>[15]</w:t>
      </w:r>
    </w:p>
    <w:p>
      <w:r>
        <w:rPr>
          <w:rFonts w:ascii="Gentium Plus" w:hAnsi="Gentium Plus"/>
          <w:sz w:val="24"/>
        </w:rPr>
        <w:t>τον ἕτερον, οὔτε γεωμετρίας οὔτε λογιστικῆς ἐπιστήμονι θεωρίας, ἀλλὰ μηδὲ πῆχυν, ἢ παλαιστὴν, ἢ πόδα παρεσκευα‐</w:t>
      </w:r>
    </w:p>
    <w:p>
      <w:r>
        <w:rPr>
          <w:rFonts w:ascii="Courier New" w:hAnsi="Courier New"/>
          <w:color w:val="555555"/>
          <w:sz w:val="20"/>
        </w:rPr>
        <w:t>[10 . 33]</w:t>
      </w:r>
    </w:p>
    <w:p>
      <w:r>
        <w:rPr>
          <w:rFonts w:ascii="Gentium Plus" w:hAnsi="Gentium Plus"/>
          <w:sz w:val="24"/>
        </w:rPr>
        <w:t>ἢ καὶ σιωπᾷν ἀξιοῦντας. ὡς γὰρ κᾀκεῖ γελοῖος ὁ φάσκων ὀρθογωνίου τριγώνου, τῆς μὲν ἑτέρας τῶν περὶ τὴν ὀρθὴν γωνίαν πεντάποδος, εἰ οὕτως ἔτυχεν, ὑπαρχούσης, τῆς δ’ ἑτέρας δωδεκάποδος, οὐ τριάκοντα ποδῶν γίγνεσθαι τὸ ἐμ‐</w:t>
      </w:r>
    </w:p>
    <w:p>
      <w:r>
        <w:rPr>
          <w:rFonts w:ascii="Courier New" w:hAnsi="Courier New"/>
          <w:color w:val="555555"/>
          <w:sz w:val="20"/>
        </w:rPr>
        <w:t>[5]</w:t>
      </w:r>
    </w:p>
    <w:p>
      <w:r>
        <w:rPr>
          <w:rFonts w:ascii="Gentium Plus" w:hAnsi="Gentium Plus"/>
          <w:sz w:val="24"/>
        </w:rPr>
        <w:t>βαδὸν, ἀλλὰ τετταράκοντα, καὶ τούτων μηδεμίαν ἀπό‐ δειξιν ἔχων εἰπεῖν, οὕτω κᾀνταῦθα γελοῖος ὁ ἀποφηνάμενος μὲν ὁτιοῦν, ἀποδεῖξαι δ’ οὐ δυνάμενος. ὡς οὖν τῆς κατὰ τὸ τρίγωνον ἀποδείξεως, οὐ γὰρ ἀφεκτέον ἡμῖν ἐστι τοῦ παρα‐ δείγματος, ἀπεληλακόσιν ἤδη τοῦ λόγου τοὺς ἀπαιδεύτους</w:t>
      </w:r>
    </w:p>
    <w:p>
      <w:r>
        <w:rPr>
          <w:rFonts w:ascii="Courier New" w:hAnsi="Courier New"/>
          <w:color w:val="555555"/>
          <w:sz w:val="20"/>
        </w:rPr>
        <w:t>[10]</w:t>
      </w:r>
    </w:p>
    <w:p>
      <w:r>
        <w:rPr>
          <w:rFonts w:ascii="Gentium Plus" w:hAnsi="Gentium Plus"/>
          <w:sz w:val="24"/>
        </w:rPr>
        <w:t>μεθοδικοὺς, αὐτὸ μὲν τὸ προκείμενον ἐκ δυοῖν τούτων ἐπεραί‐ νετο προτάσεων, μιᾶς μὲν τῆς τὸ περιεχόμενον χωρίον ὑπό τε τῆς πεντάποδος καὶ δωδεκάποδος, ἑξηκοντάπουν γίγνεσθαι, δευτέρας δὲ τῆς ἥμισυ τρίγωνον ἐκείνου τοῦ χωρίου λεγούσης καὶ δεικνυούσης ὑπάρχειν, ἑκατέρα δὲ πάλιν τούτων ἑτέρων</w:t>
      </w:r>
    </w:p>
    <w:p>
      <w:r>
        <w:rPr>
          <w:rFonts w:ascii="Courier New" w:hAnsi="Courier New"/>
          <w:color w:val="555555"/>
          <w:sz w:val="20"/>
        </w:rPr>
        <w:t>[15]</w:t>
      </w:r>
    </w:p>
    <w:p>
      <w:r>
        <w:rPr>
          <w:rFonts w:ascii="Gentium Plus" w:hAnsi="Gentium Plus"/>
          <w:sz w:val="24"/>
        </w:rPr>
        <w:t>τινῶν εἰς ἀπόδειξιν ἐδεῖτο προτάσεων, εἶτ’ ἐκεῖναι πάλιν ἑτέ‐ ρων, ἄχρί περ ἂν ἐπὶ τὰς πρώτας ἀνέλθωμεν, αἱ δὲ οὐκ ἐξ ἄλλων, οὐδὲ δι’ ἀποδείξεως, ἀλλ’ ἐξ ἑαυτῶν ἔχουσι τὴν πί‐</w:t>
      </w:r>
    </w:p>
    <w:p>
      <w:r>
        <w:rPr>
          <w:rFonts w:ascii="Courier New" w:hAnsi="Courier New"/>
          <w:color w:val="555555"/>
          <w:sz w:val="20"/>
        </w:rPr>
        <w:t>[10 . 34]</w:t>
      </w:r>
    </w:p>
    <w:p>
      <w:r>
        <w:rPr>
          <w:rFonts w:ascii="Gentium Plus" w:hAnsi="Gentium Plus"/>
          <w:sz w:val="24"/>
        </w:rPr>
        <w:t>μένων ἁπάντων εἰς πρώτας τινὰς ἀναποδείκτους προτάσεις καὶ ἐξ ἑαυτῶν πιστὰς ἀνάγεσθαι χρῆναι πάντα. καὶ εἴπερ οὕτως ἅπαντες ἐπεχείρησαν εἰπεῖν τι περὶ τῆς θεραπευτικῆς μεθόδου, πάντως ἄν που καὶ συνεφώνησαν ἀλλήλοις, ὥσπερ</w:t>
      </w:r>
    </w:p>
    <w:p>
      <w:r>
        <w:rPr>
          <w:rFonts w:ascii="Courier New" w:hAnsi="Courier New"/>
          <w:color w:val="555555"/>
          <w:sz w:val="20"/>
        </w:rPr>
        <w:t>[5]</w:t>
      </w:r>
    </w:p>
    <w:p>
      <w:r>
        <w:rPr>
          <w:rFonts w:ascii="Gentium Plus" w:hAnsi="Gentium Plus"/>
          <w:sz w:val="24"/>
        </w:rPr>
        <w:t>οἱ ἀριθμητικοί τε καὶ γεωμέτραι καὶ οἱ λογιστικοί· μαθεῖν γοῦν ἔστι παρ’ ἐκείνων εὐθὺς κατ’ ἀρχὰς ὁποῖον μέν τι δη‐ λοῦται πρὸς ἑκάστου τῶν ὀνομάτων οἷς μέλλουσι χρῆσθαι, τίνας δὲ προτάσεις ἀναποδείκτους παραλήψονται πρὸς τὸν λόγον, ἅσπερ δὴ καὶ ἀξιώματα καλοῦσιν, οἷον ὅτι γραμμὴν</w:t>
      </w:r>
    </w:p>
    <w:p>
      <w:r>
        <w:rPr>
          <w:rFonts w:ascii="Courier New" w:hAnsi="Courier New"/>
          <w:color w:val="555555"/>
          <w:sz w:val="20"/>
        </w:rPr>
        <w:t>[10]</w:t>
      </w:r>
    </w:p>
    <w:p>
      <w:r>
        <w:rPr>
          <w:rFonts w:ascii="Gentium Plus" w:hAnsi="Gentium Plus"/>
          <w:sz w:val="24"/>
        </w:rPr>
        <w:t>μὲν ὀνομάζω μῆκος ἀπλατὲς, ἐπιφάνειαν δὲ τὸ μῆκος καὶ πλάτος μόνον ἔχον, καὶ τρίγωνον μὲν τόδέ τι, τετράγωνον δὲ τόδέ τι, καὶ τῶν ἄλλων ὁμοίως ἕκαστον· εἶθ’ ὅτι καὶ τοῖς τοιούτοις ἀξιώμασι χρήσοιτο, προειπὼν ὡς τὰ τῷ αὐτῷ ἴσα καὶ ἀλλήλοις ἐστὶν ἴσα, καὶ ἐὰν ἴσοις ἴσα προστεθῇ, τὰ ὅλα</w:t>
      </w:r>
    </w:p>
    <w:p>
      <w:r>
        <w:rPr>
          <w:rFonts w:ascii="Courier New" w:hAnsi="Courier New"/>
          <w:color w:val="555555"/>
          <w:sz w:val="20"/>
        </w:rPr>
        <w:t>[15]</w:t>
      </w:r>
    </w:p>
    <w:p>
      <w:r>
        <w:rPr>
          <w:rFonts w:ascii="Gentium Plus" w:hAnsi="Gentium Plus"/>
          <w:sz w:val="24"/>
        </w:rPr>
        <w:t>ἴσα ἔσται· μετὰ ταῦτ’ ἤδη πειρᾶται δεικνύναι τὰ θεωρήματα, μηδὲν τούτων ἔξωθεν ὧν ἐξ ἀρχῆς ὑπέθετο προλαμβάνων. οἱ πολλοὶ δὲ τῶν ἰατρῶν, ὡς οἶσθα καὶ αὐτὸς, Ἱέρων κρά‐</w:t>
      </w:r>
    </w:p>
    <w:p>
      <w:r>
        <w:rPr>
          <w:rFonts w:ascii="Courier New" w:hAnsi="Courier New"/>
          <w:color w:val="555555"/>
          <w:sz w:val="20"/>
        </w:rPr>
        <w:t>[10 . 35]</w:t>
      </w:r>
    </w:p>
    <w:p>
      <w:r>
        <w:rPr>
          <w:rFonts w:ascii="Gentium Plus" w:hAnsi="Gentium Plus"/>
          <w:sz w:val="24"/>
        </w:rPr>
        <w:t>τώμενοι τοσοῦτον ἀποδέουσι τοῦ λέγειν ἀναποδείκτους τε καὶ ἅπασιν ὁμολογουμένας ἀρχὰς, ὥστ’ οὐδ’ ἀποκρίνεσθαι σύμφωνον ἑαυτοῖς οὐδὲν ἐξευρίσκουσιν, ἀλλ’ Εὐρίπου δίκην ἄνω τε καὶ κάτω μεταβάλλονται, τἀναντία τιθέμενος</w:t>
      </w:r>
    </w:p>
    <w:p>
      <w:r>
        <w:rPr>
          <w:rFonts w:ascii="Courier New" w:hAnsi="Courier New"/>
          <w:color w:val="555555"/>
          <w:sz w:val="20"/>
        </w:rPr>
        <w:t>[5]</w:t>
      </w:r>
    </w:p>
    <w:p>
      <w:r>
        <w:rPr>
          <w:rFonts w:ascii="Gentium Plus" w:hAnsi="Gentium Plus"/>
          <w:sz w:val="24"/>
        </w:rPr>
        <w:t>ἕκαστος ἑαυτῷ τοῦ λόγου προϊόντος ὧν ἐξ ἀρχῆς ὑπέθετο. φαινομένας γοῦν εἰπὼν εἶναι τὰς κοινότητας ὁ σοφώτατος Θεσσαλὸς, ὀλίγον ὕστερον οὐ μόνον οὐδένα τῶν ἔμπροσθεν ἰατρῶν ἰδεῖν αὐτάς φησιν, ἀλλ’ οὐδὲ τὸν πρῶτον γεννήσαντα Θεμίσωνα· τούτῳ γὰρ οὖν δὴ μόνῳ παραχωρεῖ καθάπερ</w:t>
      </w:r>
    </w:p>
    <w:p>
      <w:r>
        <w:rPr>
          <w:rFonts w:ascii="Courier New" w:hAnsi="Courier New"/>
          <w:color w:val="555555"/>
          <w:sz w:val="20"/>
        </w:rPr>
        <w:t>[10]</w:t>
      </w:r>
    </w:p>
    <w:p>
      <w:r>
        <w:rPr>
          <w:rFonts w:ascii="Gentium Plus" w:hAnsi="Gentium Plus"/>
          <w:sz w:val="24"/>
        </w:rPr>
        <w:t>πατρὶ τέκνα γνήσια τὰς τερατώδεις ἐκείνας κοινότητας. εἶθ’ οἱ μετ’ αὐτοὺς ἅπαντες ἀλλήλοις τε καὶ τῷ Θεσσαλῷ διηνέχθη‐ σαν, οὔτε τὰς αὐτὰς εἰσηγούμενοι κοινότητας οὔθ’ ὅλως ἀλ‐ λήλοις ὁμολογοῦντες οὐδὲ καθ’ ἓν, ὥσπέρ σοι καὶ τοῦτο πολ‐ λάκις ἀπέδειξα παρόντων αὐτῶν τῶν μεθοδικῶν· ἴσως δ’</w:t>
      </w:r>
    </w:p>
    <w:p>
      <w:r>
        <w:rPr>
          <w:rFonts w:ascii="Courier New" w:hAnsi="Courier New"/>
          <w:color w:val="555555"/>
          <w:sz w:val="20"/>
        </w:rPr>
        <w:t>[15]</w:t>
      </w:r>
    </w:p>
    <w:p>
      <w:r>
        <w:rPr>
          <w:rFonts w:ascii="Gentium Plus" w:hAnsi="Gentium Plus"/>
          <w:sz w:val="24"/>
        </w:rPr>
        <w:t>ἄν που καὶ γράψαιμι κατὰ πολλὴν σχολὴν ὑπὲρ τῆς διαφω‐ νίας αὐτῶν, ἀλλὰ νῦν γε τοσοῦτον εἰς τὰ προκείμενα προσή‐ κει λαβεῖν, ὡς ἐχρῆν ἀρχηγοὺς αἱρέσεως καθισταμένους αὐ‐</w:t>
      </w:r>
    </w:p>
    <w:p>
      <w:r>
        <w:rPr>
          <w:rFonts w:ascii="Courier New" w:hAnsi="Courier New"/>
          <w:color w:val="555555"/>
          <w:sz w:val="20"/>
        </w:rPr>
        <w:t>[10 . 36]</w:t>
      </w:r>
    </w:p>
    <w:p>
      <w:r>
        <w:rPr>
          <w:rFonts w:ascii="Gentium Plus" w:hAnsi="Gentium Plus"/>
          <w:sz w:val="24"/>
        </w:rPr>
        <w:t>τῶν ὀνομάτων ἐπιφέρουσιν, ὥσπερ οὖν καὶ οἱ ἐμπειρικοὶ ποιοῦσι, φαίνεσθαι μὲν λέγοντες τὰ ταῖς αἰσθήσεσιν ὑπο‐ πίπτοντα, γινώσκεσθαι δὲ τὰ μνημονευόμενα, φαίνεσθαι δ’ ἅμα καὶ γινώσκεσθαι τὰ καὶ πρότερόν ποτε ταῖς αἰσθήσεσιν</w:t>
      </w:r>
    </w:p>
    <w:p>
      <w:r>
        <w:rPr>
          <w:rFonts w:ascii="Courier New" w:hAnsi="Courier New"/>
          <w:color w:val="555555"/>
          <w:sz w:val="20"/>
        </w:rPr>
        <w:t>[5]</w:t>
      </w:r>
    </w:p>
    <w:p>
      <w:r>
        <w:rPr>
          <w:rFonts w:ascii="Gentium Plus" w:hAnsi="Gentium Plus"/>
          <w:sz w:val="24"/>
        </w:rPr>
        <w:t>ὑποπεσόντα καὶ νῦν ὁμοίως ὑποπίπτοντα. πότερον οὖν οὕτω καὶ αὐτοὶ φαίνεσθαι λέγουσι τὰς κοινότητας ὡς αἰσθή‐ σει γνωριζομένας, ἢ καὶ τὰ διὰ λόγου λαμβανόμενα φαινόμενα καλοῦσιν; οἱ μὲν γὰρ ἀπὸ τῆς ἐμπειρίας οὐ πάνυ τι συγχω‐ ροῦσιν οὐδὲν τῶν τῷ λόγῳ μόνῳ δοκούντων ἐγνῶσθαι φαι‐</w:t>
      </w:r>
    </w:p>
    <w:p>
      <w:r>
        <w:rPr>
          <w:rFonts w:ascii="Courier New" w:hAnsi="Courier New"/>
          <w:color w:val="555555"/>
          <w:sz w:val="20"/>
        </w:rPr>
        <w:t>[10]</w:t>
      </w:r>
    </w:p>
    <w:p>
      <w:r>
        <w:rPr>
          <w:rFonts w:ascii="Gentium Plus" w:hAnsi="Gentium Plus"/>
          <w:sz w:val="24"/>
        </w:rPr>
        <w:t>νόμενον ὀνομάζειν· οἱ δ’ αὖ παλαιοὶ φιλόσοφοι διττὸν γένος εἶναί φασι τῶν φαινομένων, ἓν μὲν, ὅπερ καὶ τοῖς ἐμπειρι‐ κοῖς ὁμολογεῖται, τῶν αἰσθήσει τινὶ διαγινωσκομένων, οἷον λευκοῦ καὶ μέλανος καὶ σκληροῦ καὶ μαλακοῦ καὶ θερμοῦ καὶ ψυχροῦ καὶ τῶν ὁμοίων, ἕτερον δὲ τῶν ὑποπιπτόντων</w:t>
      </w:r>
    </w:p>
    <w:p>
      <w:r>
        <w:rPr>
          <w:rFonts w:ascii="Courier New" w:hAnsi="Courier New"/>
          <w:color w:val="555555"/>
          <w:sz w:val="20"/>
        </w:rPr>
        <w:t>[15]</w:t>
      </w:r>
    </w:p>
    <w:p>
      <w:r>
        <w:rPr>
          <w:rFonts w:ascii="Gentium Plus" w:hAnsi="Gentium Plus"/>
          <w:sz w:val="24"/>
        </w:rPr>
        <w:t>νοήσει κατὰ πρώτην ἐπιβολὴν ἀναπόδεικτον, ὡς τὰ τῷ αὐτῷ ἴσα καὶ ἀλλήλοις ὑπάρχειν ἴσα, καὶ ἐὰν ἴσοις ἴσα προστεθῇ, καὶ τὰ ὅλα ἴσα γίγνεσθαι, καὶ ἐὰν ἀπὸ ἴσων ἴσα ἀφαιρεθῇ, καὶ τὰ λοιπὰ ἴσα εἶναι. τοῦ τοιούτου γένους εἶναί φασι καὶ</w:t>
      </w:r>
    </w:p>
    <w:p>
      <w:r>
        <w:rPr>
          <w:rFonts w:ascii="Courier New" w:hAnsi="Courier New"/>
          <w:color w:val="555555"/>
          <w:sz w:val="20"/>
        </w:rPr>
        <w:t>[10 . 37]</w:t>
      </w:r>
    </w:p>
    <w:p>
      <w:r>
        <w:rPr>
          <w:rFonts w:ascii="Gentium Plus" w:hAnsi="Gentium Plus"/>
          <w:sz w:val="24"/>
        </w:rPr>
        <w:t>τοῦ μηδόλως ὄντος οὐδέν· οὕτω δὲ καὶ τὸ φθείρεσθαι μηδὲν εἰς τὸ τέως οὐκ ὂν, καὶ τὸ περὶ παντὸς ἀναγκαῖον ἢ κατα‐ φάσκειν ἢ ἀποφάσκειν, ἕτερά τε τοιαῦτα πολλὰ, περὶ ὧν ἐν ταῖς λογικαῖς πραγματείαις ἐπισκέπτονται, καὶ ἡμῖν δὲ εἰς</w:t>
      </w:r>
    </w:p>
    <w:p>
      <w:r>
        <w:rPr>
          <w:rFonts w:ascii="Courier New" w:hAnsi="Courier New"/>
          <w:color w:val="555555"/>
          <w:sz w:val="20"/>
        </w:rPr>
        <w:t>[5]</w:t>
      </w:r>
    </w:p>
    <w:p>
      <w:r>
        <w:rPr>
          <w:rFonts w:ascii="Gentium Plus" w:hAnsi="Gentium Plus"/>
          <w:sz w:val="24"/>
        </w:rPr>
        <w:t>ὅσον οἷόν τε σαφέστατα διὰ τῶν ὑπὲρ ἀποδείξεως ὑπομνημά‐ των εἴρηται. περὶ τούτων ἐν ταῖς τοιαύταις ἀρχαῖς, ἃς δὴ καὶ λογικὰς ὀνομάζομεν, ἀμφισβητοῦσιν ἔνιοι τῶν φιλοσόφων ἐρίζοντες· ἀλλ’ ἐκεῖνοι μὲν ἄχρι γοῦν τοσούτου σωφρονοῦ‐ σιν, ὡς ἀπιστεῖν ἀποδείξει πάσῃ, γινώσκοντες, οἶμαι, κᾂν μὴ</w:t>
      </w:r>
    </w:p>
    <w:p>
      <w:r>
        <w:rPr>
          <w:rFonts w:ascii="Courier New" w:hAnsi="Courier New"/>
          <w:color w:val="555555"/>
          <w:sz w:val="20"/>
        </w:rPr>
        <w:t>[10]</w:t>
      </w:r>
    </w:p>
    <w:p>
      <w:r>
        <w:rPr>
          <w:rFonts w:ascii="Gentium Plus" w:hAnsi="Gentium Plus"/>
          <w:sz w:val="24"/>
        </w:rPr>
        <w:t>λέγωσιν, ὡς αὐτὸ γοῦν τοῦτο βεβαίως ἐπίστανται, τὸ μηδὲν ἀποδειχθῆναι δύνασθαι, τῶν λογικῶν ἀρχῶν ἀπιστουμένων· ὅσοι δ’ ἄχρι τοσούτου σκαιοὶ καὶ ἀνόητοι τυγχάνουσιν ὄντες, ὡς μηδὲ αὐτῷ τούτῳ παρακολουθεῖν, ἀποδεικνύναι μὲν πει‐ ρῶνται, τίνες δέ εἰσι καὶ ποῖαι καὶ πόσαι τῶν ἀποδείξεων</w:t>
      </w:r>
    </w:p>
    <w:p>
      <w:r>
        <w:rPr>
          <w:rFonts w:ascii="Courier New" w:hAnsi="Courier New"/>
          <w:color w:val="555555"/>
          <w:sz w:val="20"/>
        </w:rPr>
        <w:t>[15]</w:t>
      </w:r>
    </w:p>
    <w:p>
      <w:r>
        <w:rPr>
          <w:rFonts w:ascii="Gentium Plus" w:hAnsi="Gentium Plus"/>
          <w:sz w:val="24"/>
        </w:rPr>
        <w:t>ἀρχαὶ μήτε γινώσκειν μήτε ζητεῖν ἐθέλειν μήτ’ ἄλλου δι‐ δάσκοντος ἀκούειν ὑπομένειν, ἀλλ’ ἁπλῶς ἀποφαίνεσθαι καὶ φθέγγεσθαι ῥήματα μηδ’ ὅ τι σημαίνει σαφῶς εἰπεῖν δυνά‐</w:t>
      </w:r>
    </w:p>
    <w:p>
      <w:r>
        <w:rPr>
          <w:rFonts w:ascii="Courier New" w:hAnsi="Courier New"/>
          <w:color w:val="555555"/>
          <w:sz w:val="20"/>
        </w:rPr>
        <w:t>[10 . 38]</w:t>
      </w:r>
    </w:p>
    <w:p>
      <w:r>
        <w:rPr>
          <w:rFonts w:ascii="Gentium Plus" w:hAnsi="Gentium Plus"/>
          <w:sz w:val="24"/>
        </w:rPr>
        <w:t>τοῖς ἀπ’ αὐτῶν, ἅμα μὲν ζητοῦσι καθ’ ὅτου πράγματος ἕκα‐ στον τῶν ὀνομάτων ὁ Θεσσαλὸς ἐπέφερεν, ἅμα δ’ οὐχ εὑρίσ‐ κουσιν οὐδὲν τοιοῦτον ᾧ συμφωνήσει πάντα τὰ κατὰ μέρος ὑπ’ αὐτοῦ λεγόμενα. τίνες γὰρ οὖν αἱ φαινόμεναι κοινότητές</w:t>
      </w:r>
    </w:p>
    <w:p>
      <w:r>
        <w:rPr>
          <w:rFonts w:ascii="Courier New" w:hAnsi="Courier New"/>
          <w:color w:val="555555"/>
          <w:sz w:val="20"/>
        </w:rPr>
        <w:t>[5]</w:t>
      </w:r>
    </w:p>
    <w:p>
      <w:r>
        <w:rPr>
          <w:rFonts w:ascii="Gentium Plus" w:hAnsi="Gentium Plus"/>
          <w:sz w:val="24"/>
        </w:rPr>
        <w:t>εἰσιν, ἢ πῶς φαινόμεναι, λέγειν οὐκ ἔχουσιν, οὐδ’ ἂν πολλα‐ πλασίους ἄλλας γράψωσι βίβλους. ἤτοι γὰρ αἰσθήσει πάντως ὑποπίπτειν χρὴ τὸ φαινόμενον, ἢ νοήσει κατὰ μίαν ἐπιβολὴν ἀθρόως, ἑκάτερα χωρὶς ἀποδείξεως· εἴ τι δ’ ἐκπέπτωκεν ἐκ τοῦ κατὰ μίαν προσβολὴν εἰς γνῶσιν ἥκειν, εὐθὺς μὲν τοῦτο</w:t>
      </w:r>
    </w:p>
    <w:p>
      <w:r>
        <w:rPr>
          <w:rFonts w:ascii="Courier New" w:hAnsi="Courier New"/>
          <w:color w:val="555555"/>
          <w:sz w:val="20"/>
        </w:rPr>
        <w:t>[10]</w:t>
      </w:r>
    </w:p>
    <w:p>
      <w:r>
        <w:rPr>
          <w:rFonts w:ascii="Gentium Plus" w:hAnsi="Gentium Plus"/>
          <w:sz w:val="24"/>
        </w:rPr>
        <w:t>καὶ διαπεφώνηται πάντως καὶ ἀποδείξεως δεῖται καὶ τέχνην οὐδεμίαν ἀπὸ τοιούτου πράγματος ἄρχεσθαι προσήκει. ταῦτ’ οὖν εἰ μὲν ἐγυμνάσαντο κατὰ τὰς λογικὰς μεθόδους, αὐτοί τ’ ἂν ᾔδεσαν ἡμῶν τε οὐκ ἂν μάτην κατέτριβον τὸν χρόνον· ἐπεὶ δ’ ἀγύμναστοι καὶ ἀμαθεῖς ὄντες, ἐξ ἀπονοίας ἐτόλμη‐</w:t>
      </w:r>
    </w:p>
    <w:p>
      <w:r>
        <w:rPr>
          <w:rFonts w:ascii="Courier New" w:hAnsi="Courier New"/>
          <w:color w:val="555555"/>
          <w:sz w:val="20"/>
        </w:rPr>
        <w:t>[15]</w:t>
      </w:r>
    </w:p>
    <w:p>
      <w:r>
        <w:rPr>
          <w:rFonts w:ascii="Gentium Plus" w:hAnsi="Gentium Plus"/>
          <w:sz w:val="24"/>
        </w:rPr>
        <w:t>σαν ἀποδείξει χρήσασθαι, πρὶν ὅ τί ποτέ ἐστιν ἀπόδειξις μα‐ θεῖν, ἀναγκαῖον ἤδη τοὺς τοιούτους ἅπαντας σφάλλεσθαι καὶ ληρεῖν μακρὰ, καὶ μηδὲ τοῖς ὀρθῶς ἀποδεικνύουσιν ἀκολου‐</w:t>
      </w:r>
    </w:p>
    <w:p>
      <w:r>
        <w:rPr>
          <w:rFonts w:ascii="Courier New" w:hAnsi="Courier New"/>
          <w:color w:val="555555"/>
          <w:sz w:val="20"/>
        </w:rPr>
        <w:t>[10 . 39]</w:t>
      </w:r>
    </w:p>
    <w:p>
      <w:r>
        <w:rPr>
          <w:rFonts w:ascii="Gentium Plus" w:hAnsi="Gentium Plus"/>
          <w:sz w:val="24"/>
        </w:rPr>
        <w:t>μηδ’ ὡς ζώοις λογικοῖς ἔτι διαλεγώμεθα, μηδ’ ἀντιλέγωμεν μακρὰ, πρὶν ἂν ἐθελήσωσι μαθεῖν οἷόν τι πρᾶγμά ἐστιν ἀπόδειξις, ὅπως τε δεῖ τὸν μέλλοντα καλῶς αὐτῇ χρήσασθαι γεγυμνάσθαι.</w:t>
      </w:r>
    </w:p>
    <w:p>
      <w:r>
        <w:rPr>
          <w:rFonts w:ascii="Courier New" w:hAnsi="Courier New"/>
          <w:color w:val="555555"/>
          <w:sz w:val="20"/>
        </w:rPr>
        <w:t>[5]</w:t>
      </w:r>
    </w:p>
    <w:p>
      <w:r>
        <w:rPr>
          <w:rFonts w:ascii="Gentium Plus" w:hAnsi="Gentium Plus"/>
          <w:sz w:val="24"/>
        </w:rPr>
        <w:t>Καί σοι τὸν ἑξῆς λόγον ἤδη ἅπαντα ποιήσομαι, χρώμενος ταῖς μεθόδοις ἃς ἐν τοῖς περὶ τῆς ἀπο‐ δείξεως ὑπομνήμασι κατεστησάμην. ὅτι τε γὰρ ἀρχαὶ πάσης ἀποδείξεώς εἰσι τὰ πρὸς αἴσθησίν τε καὶ νόησιν ἐναργῶς φαι‐ νόμενα καὶ ὡς ἐπὶ πάντων τῶν ζητουμένων εἰς λόγον χρὴ</w:t>
      </w:r>
    </w:p>
    <w:p>
      <w:r>
        <w:rPr>
          <w:rFonts w:ascii="Courier New" w:hAnsi="Courier New"/>
          <w:color w:val="555555"/>
          <w:sz w:val="20"/>
        </w:rPr>
        <w:t>[10]</w:t>
      </w:r>
    </w:p>
    <w:p>
      <w:r>
        <w:rPr>
          <w:rFonts w:ascii="Gentium Plus" w:hAnsi="Gentium Plus"/>
          <w:sz w:val="24"/>
        </w:rPr>
        <w:t>μεταλαμβάνεσθαι τοὔνομα, δι’ ἐκείνων ἀποδέδεικται· νυνὶ δ’ ὅπως μὲν ἢ εὑρίσκειν, ἢ ἀποδεικνύναι προσήκει, λέγειν οὐ πρόκειται, τοῖς δ’ ἤδη μεμαθηκόσι τε καὶ ἠσκηκόσιν ἅμα μὲν ἀποδοῦναι τινὰ καρπὸν τῶν πόνων εὐκαιρότατον, ἐξευρόν‐ τας οὐ σμικρὸν πρᾶγμα τὸ νῦν ἡμῖν προκείμενον· ἅμα δ’ εἴ</w:t>
      </w:r>
    </w:p>
    <w:p>
      <w:r>
        <w:rPr>
          <w:rFonts w:ascii="Courier New" w:hAnsi="Courier New"/>
          <w:color w:val="555555"/>
          <w:sz w:val="20"/>
        </w:rPr>
        <w:t>[15]</w:t>
      </w:r>
    </w:p>
    <w:p>
      <w:r>
        <w:rPr>
          <w:rFonts w:ascii="Gentium Plus" w:hAnsi="Gentium Plus"/>
          <w:sz w:val="24"/>
        </w:rPr>
        <w:t>τινες ἐπιθυμηταὶ τῆς μεγίστης τέχνης εἰσὶν, ἣ περὶ τὴν ψυχὴν τοῦ ἀνθρώπου καταγίνεται, προγυμνάσαι καὶ τούτους εὔλο‐ γον ἐν τοῖς σμικροτέροις· τούτου γὰρ χρὴ μάλιστα κατὰ πά‐</w:t>
      </w:r>
    </w:p>
    <w:p>
      <w:r>
        <w:rPr>
          <w:rFonts w:ascii="Courier New" w:hAnsi="Courier New"/>
          <w:color w:val="555555"/>
          <w:sz w:val="20"/>
        </w:rPr>
        <w:t>[10 . 40]</w:t>
      </w:r>
    </w:p>
    <w:p>
      <w:r>
        <w:rPr>
          <w:rFonts w:ascii="Gentium Plus" w:hAnsi="Gentium Plus"/>
          <w:sz w:val="24"/>
        </w:rPr>
        <w:t>ἐπὶ πολλῶν πολλάκις προβλημάτων μικροτέρων, πρὶν ἐπιχει‐ ρεῖν τοῖς μείζοσιν. ἥδ’ οὖν ἡμῖν ἀρχὴ τῆς ἀληθοῦς ἔστω δι‐ δασκαλίας, ἣν ἂν εὐθὺς ἀπ’ ἀρχῆς ἐποιησάμεθα, ζητοῦντές τε τὴν τέχνην αὐτοὶ καὶ ποδηγοῦντες ἑτέρους μηδέπω διεστραμ‐</w:t>
      </w:r>
    </w:p>
    <w:p>
      <w:r>
        <w:rPr>
          <w:rFonts w:ascii="Courier New" w:hAnsi="Courier New"/>
          <w:color w:val="555555"/>
          <w:sz w:val="20"/>
        </w:rPr>
        <w:t>[5]</w:t>
      </w:r>
    </w:p>
    <w:p>
      <w:r>
        <w:rPr>
          <w:rFonts w:ascii="Gentium Plus" w:hAnsi="Gentium Plus"/>
          <w:sz w:val="24"/>
        </w:rPr>
        <w:t>μένους οὕτως ὥστ’ ἐπεὶ πρόκειται θεραπείας εὑρεῖν ἁπάν‐ των τῶν νοσημάτων, ἀναγκαῖον ἐπίστασθαι πρότερον ὁπόσα τὰ σύμπαντά ἐστιν· ἀλλ’ ἐπεὶ μήτε διαφορὰς μήτε εἴδη δυ‐ νατὸν ἐξευρεῖν γένους μηδενὸς ἄνευ τοῦ βεβαίως αὐτὸ τὸ τεμνόμενον ἐπίστασθαι, χρὴ δήπου καὶ νῦν ὅ τί ποτέ ἐστι</w:t>
      </w:r>
    </w:p>
    <w:p>
      <w:r>
        <w:rPr>
          <w:rFonts w:ascii="Courier New" w:hAnsi="Courier New"/>
          <w:color w:val="555555"/>
          <w:sz w:val="20"/>
        </w:rPr>
        <w:t>[10]</w:t>
      </w:r>
    </w:p>
    <w:p>
      <w:r>
        <w:rPr>
          <w:rFonts w:ascii="Gentium Plus" w:hAnsi="Gentium Plus"/>
          <w:sz w:val="24"/>
        </w:rPr>
        <w:t>νόσημα τῷ λόγῳ διελθεῖν, ἵν’ οὕτως ἐπιχειρήσωμεν ὀρθῶς αὐτοῦ τῇ διαιρέσει. πῶς οὖν ἐξεύρωμεν αὐτὸ ὀρθῶς μεθόδῳ; πῶς δ’ ἄλλως ἢ ὡς ἐν τοῖς περὶ ἀποδείξεως ἐλέγετο; τῆς ἐν‐ νοίας πρότερον ὁμολογηθείσης, ἧς χωρὶς οὐχ οἷόν τέ ἐστιν εὑρεθῆναι τὴν οὐσίαν τοῦ προκειμένου πράγματος· αὐτὴν δὲ</w:t>
      </w:r>
    </w:p>
    <w:p>
      <w:r>
        <w:rPr>
          <w:rFonts w:ascii="Courier New" w:hAnsi="Courier New"/>
          <w:color w:val="555555"/>
          <w:sz w:val="20"/>
        </w:rPr>
        <w:t>[15]</w:t>
      </w:r>
    </w:p>
    <w:p>
      <w:r>
        <w:rPr>
          <w:rFonts w:ascii="Gentium Plus" w:hAnsi="Gentium Plus"/>
          <w:sz w:val="24"/>
        </w:rPr>
        <w:t>τὴν ἔννοιαν ὁμολογουμένην ἅπασιν ἐλέγομεν χρῆναι λαμβά‐ νειν, ἢ οὐδ’ ἂν ἀρχὴν δεόντως ὀνομάζεσθαι. τίς οὖν ὑπὸ πάντων ἐστὶν ἀνθρώπων ὁμολογουμένη περὶ τοῦ νοσεῖν ἔν‐</w:t>
      </w:r>
    </w:p>
    <w:p>
      <w:r>
        <w:rPr>
          <w:rFonts w:ascii="Courier New" w:hAnsi="Courier New"/>
          <w:color w:val="555555"/>
          <w:sz w:val="20"/>
        </w:rPr>
        <w:t>[10 . 41]</w:t>
      </w:r>
    </w:p>
    <w:p>
      <w:r>
        <w:rPr>
          <w:rFonts w:ascii="Gentium Plus" w:hAnsi="Gentium Plus"/>
          <w:sz w:val="24"/>
        </w:rPr>
        <w:t>τος τουτὶ τὸ ῥῆμα τὸ νοσεῖν; ἆρ’ οὐκ ἐπειδὰν μὲν ἀνεμπό‐ διστοι ταῖς ἐνεργείαις ἁπάντων ὦσι τῶν τοῦ σώματος μορίων, ὑγιαίνειν τε σφᾶς αὐτοὺς τηνικαῦτά φασι καὶ οὐδὲν οἴονται δεῖσθαι τῶν ἰατρῶν, ἐπειδὰν δὲ τῶν κατὰ φύσιν ἔρ‐</w:t>
      </w:r>
    </w:p>
    <w:p>
      <w:r>
        <w:rPr>
          <w:rFonts w:ascii="Courier New" w:hAnsi="Courier New"/>
          <w:color w:val="555555"/>
          <w:sz w:val="20"/>
        </w:rPr>
        <w:t>[5]</w:t>
      </w:r>
    </w:p>
    <w:p>
      <w:r>
        <w:rPr>
          <w:rFonts w:ascii="Gentium Plus" w:hAnsi="Gentium Plus"/>
          <w:sz w:val="24"/>
        </w:rPr>
        <w:t>γων τοῦ σώματος ὁτιοῦν αἰσθάνωνταί σφισιν ἢ κακῶς ἢ μη‐ δόλως ἔτι γινόμενον, ἡγοῦνταί γε νοσεῖν ἐν ἐκείνῳ τῷ μέρει τοῦ σώματος, οὗ τὴν ἐνέργειαν ὁρῶσι βεβλαμμένην, ἰατρῷ τε συμβούλῳ χρῶνται περὶ τῆς ἰάσεως; ἐγὼ μὲν οὕτως ὁρῶ πάντας ἀνθρώπους τῷ τε τῆς ὑγείας καὶ τῷ τῆς νόσου χρω‐</w:t>
      </w:r>
    </w:p>
    <w:p>
      <w:r>
        <w:rPr>
          <w:rFonts w:ascii="Courier New" w:hAnsi="Courier New"/>
          <w:color w:val="555555"/>
          <w:sz w:val="20"/>
        </w:rPr>
        <w:t>[10]</w:t>
      </w:r>
    </w:p>
    <w:p>
      <w:r>
        <w:rPr>
          <w:rFonts w:ascii="Gentium Plus" w:hAnsi="Gentium Plus"/>
          <w:sz w:val="24"/>
        </w:rPr>
        <w:t>μένους ὀνόματι, καὶ τὴν ἔννοιαν ἣν εἶπον ἅπαντας διασώ‐ ζοντας ἐπί τε τούτων αὐτῶν καὶ ἔτι πρὸς τούτοις οὐδὲν ἧττον ἐπὶ τῶν παρακειμένων αὐτοῖς ὀνομάτων τε καὶ ῥημά‐ των ἁπάντων. καὶ γὰρ ὑγιαίνειν ἐκεῖνον ὑπειλήφασιν ᾧ μη‐ δεμία βέβλαπται μηδενὸς ἐνέργεια μορίου, καὶ νοσεῖν ᾧ βέ‐</w:t>
      </w:r>
    </w:p>
    <w:p>
      <w:r>
        <w:rPr>
          <w:rFonts w:ascii="Courier New" w:hAnsi="Courier New"/>
          <w:color w:val="555555"/>
          <w:sz w:val="20"/>
        </w:rPr>
        <w:t>[15]</w:t>
      </w:r>
    </w:p>
    <w:p>
      <w:r>
        <w:rPr>
          <w:rFonts w:ascii="Gentium Plus" w:hAnsi="Gentium Plus"/>
          <w:sz w:val="24"/>
        </w:rPr>
        <w:t>βλαπται· καὶ ὑγιαίνων οὗτος ὀνομάζεται παρ’ αὐτοῖς ᾧ πάντα τοῦ σώματος τὰ μόρια κατὰ φύσιν ἐνεργεῖ, καὶ νοσῶν ᾧ βέβλαπταί τι· καὶ οὐδεὶς ὅλως Ἑλλήνων οὔτ’ ὠνόμασεν</w:t>
      </w:r>
    </w:p>
    <w:p>
      <w:r>
        <w:rPr>
          <w:rFonts w:ascii="Courier New" w:hAnsi="Courier New"/>
          <w:color w:val="555555"/>
          <w:sz w:val="20"/>
        </w:rPr>
        <w:t>[10 . 42]</w:t>
      </w:r>
    </w:p>
    <w:p>
      <w:r>
        <w:rPr>
          <w:rFonts w:ascii="Gentium Plus" w:hAnsi="Gentium Plus"/>
          <w:sz w:val="24"/>
        </w:rPr>
        <w:t>των ἕκαστον, ὡς ἐπὶ πλεῖστον ἐδείξαμεν ἐν τῇ τῶν ἰατρικῶν ὀνομάτων ἐξηγήσει, καὶ αὐτοῦ γε τούτου μέμνησό μοι διὰ παντὸς τοῦ λόγου μάλιστα, διότι τὰς μὲν τῶν ὀνομάτων ἐξηγήσεις ἐκ τῆς τῶν Ἑλλήνων συνηθείας ποιησόμεθα, καθότι</w:t>
      </w:r>
    </w:p>
    <w:p>
      <w:r>
        <w:rPr>
          <w:rFonts w:ascii="Courier New" w:hAnsi="Courier New"/>
          <w:color w:val="555555"/>
          <w:sz w:val="20"/>
        </w:rPr>
        <w:t>[5]</w:t>
      </w:r>
    </w:p>
    <w:p>
      <w:r>
        <w:rPr>
          <w:rFonts w:ascii="Gentium Plus" w:hAnsi="Gentium Plus"/>
          <w:sz w:val="24"/>
        </w:rPr>
        <w:t>κᾀν τοῖς περὶ τῆς ἀποδείξεως ὑπομνήμασιν ἐλέγετο· τὰς δὲ τῆς οὐσίας αὐτῆς τοῦ πράγματος εὑρέσεις τε καὶ ζητήσεις καὶ ἀποδείξεις οὐκέτ’ ἐκ τῶν τοῖς πολλοῖς δοκούντων, ἀλλ’ ἐκ τῶν ἐπιστημονικῶν λημμάτων, ὑπὲρ ὧν τοῦ τρόπου τῆς εὑ‐ ρέσεως ἐν ἐκείνοις εἴρηται. λαβόντες οὖν ἀρχὴν ὁμολογουμέ‐</w:t>
      </w:r>
    </w:p>
    <w:p>
      <w:r>
        <w:rPr>
          <w:rFonts w:ascii="Courier New" w:hAnsi="Courier New"/>
          <w:color w:val="555555"/>
          <w:sz w:val="20"/>
        </w:rPr>
        <w:t>[10]</w:t>
      </w:r>
    </w:p>
    <w:p>
      <w:r>
        <w:rPr>
          <w:rFonts w:ascii="Gentium Plus" w:hAnsi="Gentium Plus"/>
          <w:sz w:val="24"/>
        </w:rPr>
        <w:t>νην ἅπασιν, ὡς ἐν τῇ θεραπευτικῇ μεθόδῳ τοῦτ’ εἴη τὸ προ‐ κείμενον, ὑγείαν ἐκπορίζεσθαι τοῖς νενοσηκόσι σώμασι, τουτέστι τὰς κατὰ φύσιν ἐνεργείας τῶν μορίων, εἴπερ βεβλαμμέναι τύ‐ χοιεν, ἐπανορθοῦσθαι· τὸ μετὰ τοῦτ’ ἤδη ζητήσομεν ὁπόσα τὰ σύμπαντά ἐστι κατὰ τὸν τόπον ἀλλήλοις παρακείμενα</w:t>
      </w:r>
    </w:p>
    <w:p>
      <w:r>
        <w:rPr>
          <w:rFonts w:ascii="Courier New" w:hAnsi="Courier New"/>
          <w:color w:val="555555"/>
          <w:sz w:val="20"/>
        </w:rPr>
        <w:t>[15]</w:t>
      </w:r>
    </w:p>
    <w:p>
      <w:r>
        <w:rPr>
          <w:rFonts w:ascii="Gentium Plus" w:hAnsi="Gentium Plus"/>
          <w:sz w:val="24"/>
        </w:rPr>
        <w:t>πράγματα, μή που τύχωμέν τινα τοῦ λόγου προϊόντος ἢ νοσήματα νομίσαντες, ὅταν ᾖ παραπλήσια τούτοις, ἢ ὑγείαν, ὅταν καὶ τῇ ταύτης φύσει πλησιάζῃ. προκεχειρίσθω δέ τινα</w:t>
      </w:r>
    </w:p>
    <w:p>
      <w:r>
        <w:rPr>
          <w:rFonts w:ascii="Courier New" w:hAnsi="Courier New"/>
          <w:color w:val="555555"/>
          <w:sz w:val="20"/>
        </w:rPr>
        <w:t>[10 . 43]</w:t>
      </w:r>
    </w:p>
    <w:p>
      <w:r>
        <w:rPr>
          <w:rFonts w:ascii="Gentium Plus" w:hAnsi="Gentium Plus"/>
          <w:sz w:val="24"/>
        </w:rPr>
        <w:t>πρῶτον μὲν ἁπάντων ὀφθαλμός· ὁμολογεῖται γὰρ οὖν ἐπὶ τούτου πᾶσιν ἀνθρώποις, οὐκ ἰατροῖς μόνον, ἀλλὰ καὶ τοῖς τυχοῦσιν, ὡς ἔστιν ἔργον αὐτῷ τὸ βλέπειν. εἴτε δ’ ἔργον εἴποιμι κατὰ τὸν λόγον, εἴτ’ ἐνέργειαν, οὐδὲν ἔν γε τῷ νῦν</w:t>
      </w:r>
    </w:p>
    <w:p>
      <w:r>
        <w:rPr>
          <w:rFonts w:ascii="Courier New" w:hAnsi="Courier New"/>
          <w:color w:val="555555"/>
          <w:sz w:val="20"/>
        </w:rPr>
        <w:t>[5]</w:t>
      </w:r>
    </w:p>
    <w:p>
      <w:r>
        <w:rPr>
          <w:rFonts w:ascii="Gentium Plus" w:hAnsi="Gentium Plus"/>
          <w:sz w:val="24"/>
        </w:rPr>
        <w:t>διαφέρει· κατὰ δὲ τὸν αὐτὸν τρόπον οὐδ’ εἰ τὸ βλέπειν εἴποι τις ἔργον εἶναι τῶν ὀφθαλμῶν, οὐδ’ εἰ τὴν βλέψιν, οὐδ’ εἰ τὴν ὄψιν ἢ τὴν ὅρασιν, ἢ ὅπως ἂν ἄλλως ὀνομάσῃ, διαφέρει· καὶ γὰρ εἰ σολοικίζων ὀνομάσοι, πρός γε τὴν αὐτὴν τοῦ πράγματος ἐπιστήμην οὐδὲν τοῦτο βλάπτει, μόνον εἰ καθ’</w:t>
      </w:r>
    </w:p>
    <w:p>
      <w:r>
        <w:rPr>
          <w:rFonts w:ascii="Courier New" w:hAnsi="Courier New"/>
          <w:color w:val="555555"/>
          <w:sz w:val="20"/>
        </w:rPr>
        <w:t>[10]</w:t>
      </w:r>
    </w:p>
    <w:p>
      <w:r>
        <w:rPr>
          <w:rFonts w:ascii="Gentium Plus" w:hAnsi="Gentium Plus"/>
          <w:sz w:val="24"/>
        </w:rPr>
        <w:t>ὅτου πράγματος φέρει τοὔνομα, διηγήσοιτο σαφῶς, ἐν τούτῳ γάρ ἐστι τὸ κῦρος τῆς διδασκαλίας. ὀνομαζέσθω τοίνυν ὀφ‐ θαλμὸς μὲν τὸ μόριον τοῦ σώματος, οὐδὲν οὐδ’ ἐνταῦθα διαφέρον εἴτε μέρος εἴτε μόριον εἴποι τις· ὅ τι γὰρ ἂν ᾖ τοῦ παντὸς συμπληρωτικὸν, ἐκεῖνο μόριόν τε καὶ μέρος ὀνο‐</w:t>
      </w:r>
    </w:p>
    <w:p>
      <w:r>
        <w:rPr>
          <w:rFonts w:ascii="Courier New" w:hAnsi="Courier New"/>
          <w:color w:val="555555"/>
          <w:sz w:val="20"/>
        </w:rPr>
        <w:t>[15]</w:t>
      </w:r>
    </w:p>
    <w:p>
      <w:r>
        <w:rPr>
          <w:rFonts w:ascii="Gentium Plus" w:hAnsi="Gentium Plus"/>
          <w:sz w:val="24"/>
        </w:rPr>
        <w:t>μάζεται, τοῦ ὅλου δηλονότι σώματος, οὗ συμπληρωτικὸν ὑπάρχει. ἐν γὰρ τῷ πρὸς τὶ τὸ μέρος· ὅλου γὰρ καὶ παντός ἐστι τὸ μέρος, ὥσπερ, οἶμαι, καὶ τὸ πᾶν καὶ τὸ ὅλον πρὸς</w:t>
      </w:r>
    </w:p>
    <w:p>
      <w:r>
        <w:rPr>
          <w:rFonts w:ascii="Courier New" w:hAnsi="Courier New"/>
          <w:color w:val="555555"/>
          <w:sz w:val="20"/>
        </w:rPr>
        <w:t>[10 . 44]</w:t>
      </w:r>
    </w:p>
    <w:p>
      <w:r>
        <w:rPr>
          <w:rFonts w:ascii="Gentium Plus" w:hAnsi="Gentium Plus"/>
          <w:sz w:val="24"/>
        </w:rPr>
        <w:t>καὶ ἔστιν ὥσπερ τὸ δεξιὸν πρὸς τὸ ἀριστερὸν καὶ τὸ ἀριστε‐ ρὸν πρὸς τὸ δεξιὸν, οὕτω καὶ τὸ πᾶν πρὸς τὸ μέρος καὶ τὸ μέρος πρὸς τὸ πᾶν. εἴ τις οὖν ταύτην φυλάττων τὴν ἔννοιαν αἱρεῖται μέρος λέγειν, οὐ μόριον, ἢ εἴ τις ἔμπαλιν οὐ μόριον,</w:t>
      </w:r>
    </w:p>
    <w:p>
      <w:r>
        <w:rPr>
          <w:rFonts w:ascii="Courier New" w:hAnsi="Courier New"/>
          <w:color w:val="555555"/>
          <w:sz w:val="20"/>
        </w:rPr>
        <w:t>[5]</w:t>
      </w:r>
    </w:p>
    <w:p>
      <w:r>
        <w:rPr>
          <w:rFonts w:ascii="Gentium Plus" w:hAnsi="Gentium Plus"/>
          <w:sz w:val="24"/>
        </w:rPr>
        <w:t>ἀλλὰ μέρος, ἐμοὶ μὲν οὐδὲν εἰς τὴν εὕρεσιν τῶν πραγμάτων ἐμποδίζει, δείκνυσι δ’ αὑτὸν ὀψιμαθῆ τῆς τῶν Ἑλλήνων φωνῆς· ὥσπέρ γε καὶ εἴ τις ὅλον καὶ τὸ πᾶν διορίζει, καὶ οὗτος ἀγνοεῖ τὴν τῶν Ἑλλήνων διάλεκτον. εἴρηται δ’, ὡς οἶ‐ σθα, περὶ τῆς τῶν ὀνομάτων χρήσεως ἐπὶ πλέον ἑτέρωθι,</w:t>
      </w:r>
    </w:p>
    <w:p>
      <w:r>
        <w:rPr>
          <w:rFonts w:ascii="Courier New" w:hAnsi="Courier New"/>
          <w:color w:val="555555"/>
          <w:sz w:val="20"/>
        </w:rPr>
        <w:t>[10]</w:t>
      </w:r>
    </w:p>
    <w:p>
      <w:r>
        <w:rPr>
          <w:rFonts w:ascii="Gentium Plus" w:hAnsi="Gentium Plus"/>
          <w:sz w:val="24"/>
        </w:rPr>
        <w:t>καὶ νῦν ὅσον ἀναγκαῖον εἰς τὸ προκείμενον δίειμι, τοῦτ’ ἐν‐ δεικνύμενος μόνον, ὡς οὐ χρὴ περιέλκεσθαι τοῖς ὀνόμασιν, οὐδὲ τοὺς ἐν τούτοις διαφερομένους ἤδη κᾀν τοῖς πράγμασιν αὐτοῖς ἡγεῖσθαι διαφέρεσθαι. καὶ τούτου δ’ αὐτοῦ πάντας ὡς ἔπος εἰπεῖν ὁρᾷς ἀγυμνάστους, οὐ τοὺς ἰατροὺς μόνον</w:t>
      </w:r>
    </w:p>
    <w:p>
      <w:r>
        <w:rPr>
          <w:rFonts w:ascii="Courier New" w:hAnsi="Courier New"/>
          <w:color w:val="555555"/>
          <w:sz w:val="20"/>
        </w:rPr>
        <w:t>[15]</w:t>
      </w:r>
    </w:p>
    <w:p>
      <w:r>
        <w:rPr>
          <w:rFonts w:ascii="Gentium Plus" w:hAnsi="Gentium Plus"/>
          <w:sz w:val="24"/>
        </w:rPr>
        <w:t>τοὺς νῦν ὄντας, ἀλλὰ καὶ τῶν φιλοσόφων τοὺς πλείστους· ὀλίγοι γὰρ αὐτῶν ἴσασι διακρίνειν τὰς ἐν τοῖς ὀνόμασι δια‐ φωνίας τῶν ἐν τοῖς πράγμασιν· ἀλλ’ ἐδείχθη καὶ ἡ τούτου</w:t>
      </w:r>
    </w:p>
    <w:p>
      <w:r>
        <w:rPr>
          <w:rFonts w:ascii="Courier New" w:hAnsi="Courier New"/>
          <w:color w:val="555555"/>
          <w:sz w:val="20"/>
        </w:rPr>
        <w:t>[10 . 45]</w:t>
      </w:r>
    </w:p>
    <w:p>
      <w:r>
        <w:rPr>
          <w:rFonts w:ascii="Gentium Plus" w:hAnsi="Gentium Plus"/>
          <w:sz w:val="24"/>
        </w:rPr>
        <w:t>εἴπέρ ποτε καὶ ἄλλοτε. τίς δ’ ἦν ἡ μέθοδος; ἢ ἀπὸ τῆς τῶν πραγμάτων ἄρξασθαι διαφορᾶς, οὐκ ἀπὸ τῆς τῶν ὀνο‐ μάτων, καὶ δεῖξαι λόγου χάριν ἀλλήλοις παρακείμενα τέτ‐ ταρα πράγματα, κᾄπειθ’ ἑξῆς ἀποδείξει βεβαιώσασθαι τὸ</w:t>
      </w:r>
    </w:p>
    <w:p>
      <w:r>
        <w:rPr>
          <w:rFonts w:ascii="Courier New" w:hAnsi="Courier New"/>
          <w:color w:val="555555"/>
          <w:sz w:val="20"/>
        </w:rPr>
        <w:t>[5]</w:t>
      </w:r>
    </w:p>
    <w:p>
      <w:r>
        <w:rPr>
          <w:rFonts w:ascii="Gentium Plus" w:hAnsi="Gentium Plus"/>
          <w:sz w:val="24"/>
        </w:rPr>
        <w:t>μήτε πλείω τούτων εἶναι μήτ’ ἐλάττω τὰ κατὰ τὸ προκείμε‐ νον σκέμμα περιεχόμενα· μετὰ τοῦτο δ’ ἤδη καὶ καθ’ ἕκαστον τῶν πραγμάτων ἴδιον ὄνομα θέμενον, οὕτω περαίνειν ἅπαντα τὸν ἑξῆς λόγον, οὐκέτ’ οὐδαμόσε μετατιθέντα καὶ μεταφέ‐ ροντα τῶν ὀνομάτων οὐδὲν, ἀλλ’ ἀκριβῶς διαφυλάττοντα</w:t>
      </w:r>
    </w:p>
    <w:p>
      <w:r>
        <w:rPr>
          <w:rFonts w:ascii="Courier New" w:hAnsi="Courier New"/>
          <w:color w:val="555555"/>
          <w:sz w:val="20"/>
        </w:rPr>
        <w:t>[10]</w:t>
      </w:r>
    </w:p>
    <w:p>
      <w:r>
        <w:rPr>
          <w:rFonts w:ascii="Gentium Plus" w:hAnsi="Gentium Plus"/>
          <w:sz w:val="24"/>
        </w:rPr>
        <w:t>καθ’ οὗπερ ἂν αὐτὸς ἐξ ἀρχῆς ἐπιτίθηται πράγματος. καὶ γὰρ σαφὴς οὕτως ἡ διδασκαλία γίνεται καὶ τῶν παρὰ τὰς ὁμωνυμίας σοφισμάτων ἐκτὸς, καὶ ῥᾳδίως ἐξελέγχεται τὰ μά‐ την προσκείμενα καὶ διὰ ταχέων εὑρίσκεται τὰ λείποντα, καὶ τά τε διαφωνούμενα καὶ τὰ συμφωνούμενα μάλιστα ἐν ταῖς</w:t>
      </w:r>
    </w:p>
    <w:p>
      <w:r>
        <w:rPr>
          <w:rFonts w:ascii="Courier New" w:hAnsi="Courier New"/>
          <w:color w:val="555555"/>
          <w:sz w:val="20"/>
        </w:rPr>
        <w:t>[15]</w:t>
      </w:r>
    </w:p>
    <w:p>
      <w:r>
        <w:rPr>
          <w:rFonts w:ascii="Gentium Plus" w:hAnsi="Gentium Plus"/>
          <w:sz w:val="24"/>
        </w:rPr>
        <w:t>τοιαύταις ἑρμηνείαις ἀκριβῶς γνωρίζεται. Λεγέσθω δὴ πάλιν ἡμῖν ἀναλαβοῦσιν. ὄψις μὲν ὀφθαλμῶν ἐνέργεια, διάλεξις δὲ γλώττης, βάδισις δὲ σκε‐</w:t>
      </w:r>
    </w:p>
    <w:p>
      <w:r>
        <w:rPr>
          <w:rFonts w:ascii="Courier New" w:hAnsi="Courier New"/>
          <w:color w:val="555555"/>
          <w:sz w:val="20"/>
        </w:rPr>
        <w:t>[10 . 46]</w:t>
      </w:r>
    </w:p>
    <w:p>
      <w:r>
        <w:rPr>
          <w:rFonts w:ascii="Gentium Plus" w:hAnsi="Gentium Plus"/>
          <w:sz w:val="24"/>
        </w:rPr>
        <w:t>αὐτῶν ἡ μὲν κίνησις ἐξάλλαξις τοῦ προϋπάρχοντος, ἡ δρα‐ στικὴ δὲ ἡ ἐξ ἑαυτοῦ, ὥσπέρ γε καὶ παθητικὴ κίνησις ἡ ἀπό τινος τῶν ἔξω· οἷον ἡ μὲν πτῆσις ἐνέργεια τοῦ πτηνοῦ καὶ ἡ βάδισις τοῦ βαδιστικοῦ· τὸ δ’ ὑφ’ ἑτέρου φερόμενον, ὡς</w:t>
      </w:r>
    </w:p>
    <w:p>
      <w:r>
        <w:rPr>
          <w:rFonts w:ascii="Courier New" w:hAnsi="Courier New"/>
          <w:color w:val="555555"/>
          <w:sz w:val="20"/>
        </w:rPr>
        <w:t>[5]</w:t>
      </w:r>
    </w:p>
    <w:p>
      <w:r>
        <w:rPr>
          <w:rFonts w:ascii="Gentium Plus" w:hAnsi="Gentium Plus"/>
          <w:sz w:val="24"/>
        </w:rPr>
        <w:t>ἀμείβειν τόπους, οὐκ ἐνεργεῖν, ἀλλὰ πάσχειν ἐστίν. ἐνήργησε μὲν γὰρ ὁ βαδίσας ἐκ Πειραιέως ἐπὶ Σούνιον, ἐκινήθη γὰρ δραστικῶς, τουτέστιν ἐξ ἑαυτοῦ τε καὶ κατὰ τὴν οἰκείαν φύ‐ σιν· ἔπαθε δὲ ὁ πλεύσας ἐπὶ τὸ Σούνιον ἐκ τοῦ Πειραιέως, ἠνέχθη γὰρ ὑπὸ τῆς νεώς. ἐπεὶ δ’ ἐξάλλαξιν εἶπον εἶναι τοῦ</w:t>
      </w:r>
    </w:p>
    <w:p>
      <w:r>
        <w:rPr>
          <w:rFonts w:ascii="Courier New" w:hAnsi="Courier New"/>
          <w:color w:val="555555"/>
          <w:sz w:val="20"/>
        </w:rPr>
        <w:t>[10]</w:t>
      </w:r>
    </w:p>
    <w:p>
      <w:r>
        <w:rPr>
          <w:rFonts w:ascii="Gentium Plus" w:hAnsi="Gentium Plus"/>
          <w:sz w:val="24"/>
        </w:rPr>
        <w:t>προϋπάρχοντος τὴν κίνησιν, ἐξαλλάττεται δὲ διχῶς τὸ προϋ‐ πάρχον, ἢ κατὰ ποιότητα, ἢ κατὰ τόπον, ἡ μὲν οὖν κατὰ τόπον ἐξαλλαγὴ αὐτοῦ φορὰ ὀνομάζεται, ἡ δὲ κατὰ ποιό‐ τητα μεταβολὴ, ἀλλοίωσις· ὥστε εἶναι φορὰν μὲν ἐξάλλαξιν, ἢ ὑπάλλαξιν, ἢ ἀλλαγὴν, ἢ μεταβολὴν τοῦ προϋπάρχοντος</w:t>
      </w:r>
    </w:p>
    <w:p>
      <w:r>
        <w:rPr>
          <w:rFonts w:ascii="Courier New" w:hAnsi="Courier New"/>
          <w:color w:val="555555"/>
          <w:sz w:val="20"/>
        </w:rPr>
        <w:t>[15]</w:t>
      </w:r>
    </w:p>
    <w:p>
      <w:r>
        <w:rPr>
          <w:rFonts w:ascii="Gentium Plus" w:hAnsi="Gentium Plus"/>
          <w:sz w:val="24"/>
        </w:rPr>
        <w:t>τόπου, ἐξεπίτηδες γὰρ ἐχρησάμην πολλοῖς ὀνόμασιν, αὐτὸ τοῦτ’ ἐνδείκνυσθαι βουλόμενος, ὡς ἔνεστι παμπόλλους ὁρισ‐ μοὺς ποιεῖν ἑνὸς πράγματος, ἐν ταῖς φωναῖς μόνον, οὐκ ἐν</w:t>
      </w:r>
    </w:p>
    <w:p>
      <w:r>
        <w:rPr>
          <w:rFonts w:ascii="Courier New" w:hAnsi="Courier New"/>
          <w:color w:val="555555"/>
          <w:sz w:val="20"/>
        </w:rPr>
        <w:t>[10 . 47]</w:t>
      </w:r>
    </w:p>
    <w:p>
      <w:r>
        <w:rPr>
          <w:rFonts w:ascii="Gentium Plus" w:hAnsi="Gentium Plus"/>
          <w:sz w:val="24"/>
        </w:rPr>
        <w:t>τὸ ποιὸν, ἢ ἀλλαγὴν τῆς προϋπαρχούσης ποιότητος, ἢ ὑπαλ‐ λαγὴν κατὰ τὸ ποιὸν, ἢ ὑπάλλαξιν ποιότητος, ἢ ὅπως ἂν ἄλλως ἐλπίσῃς μάλιστα συνήσειν τοῦ λεγομένου τὸν ἀκού‐ οντα· τὸ γὰρ πολυειδὲς τῆς ἑρμηνείας εἰς τοῦτο ἔστω σοι</w:t>
      </w:r>
    </w:p>
    <w:p>
      <w:r>
        <w:rPr>
          <w:rFonts w:ascii="Courier New" w:hAnsi="Courier New"/>
          <w:color w:val="555555"/>
          <w:sz w:val="20"/>
        </w:rPr>
        <w:t>[5]</w:t>
      </w:r>
    </w:p>
    <w:p>
      <w:r>
        <w:rPr>
          <w:rFonts w:ascii="Gentium Plus" w:hAnsi="Gentium Plus"/>
          <w:sz w:val="24"/>
        </w:rPr>
        <w:t>χρήσιμον. ἡ μὲν οὖν ὄψις, αὖθις γὰρ ἐπὶ τὸν ὀφθαλμὸν ἰτέον, ἐνέργεια τοῦ μέρους ἐστίν· ὁ δ’ ὀφθαλμὸς αὐτὸς τὸ τοῦ ζώου μόριον, οὐδὲν γὰρ, ὡς εἴρηται, διαφέρει μόριον εἰπεῖν, ἢ μέρος. ὄργανον δὲ ὀνομάζω μέρος ζώου τελείας ἐνεργείας ἀπεργαστικὸν, οἷον ὀφθαλμὸν ὄψεως καὶ γλῶτταν διαλέκτου</w:t>
      </w:r>
    </w:p>
    <w:p>
      <w:r>
        <w:rPr>
          <w:rFonts w:ascii="Courier New" w:hAnsi="Courier New"/>
          <w:color w:val="555555"/>
          <w:sz w:val="20"/>
        </w:rPr>
        <w:t>[10]</w:t>
      </w:r>
    </w:p>
    <w:p>
      <w:r>
        <w:rPr>
          <w:rFonts w:ascii="Gentium Plus" w:hAnsi="Gentium Plus"/>
          <w:sz w:val="24"/>
        </w:rPr>
        <w:t>καὶ σκέλη βαδίσεως· οὕτω δὲ καὶ ἀρτηρία καὶ φλὲψ καὶ νεῦ‐ ρον, ὄργανά τε καὶ μόρια ζώων ἐστί. κατὰ ταύτην γοῦν τὴν χρῆσιν τῶν ὀνομάτων οὐ πρὸς ἡμῶν μόνον, ἀλλὰ καὶ πρὸς τῶν παλαιῶν Ἑλλήνων ὁρισθεῖσαν, ὁ μὲν οὖν ὀφθαλμὸς ὀνο‐ μασθήσεται καὶ μόριον ζώου καὶ μέρος καὶ ὄργανον· ὁ δὲ κε‐</w:t>
      </w:r>
    </w:p>
    <w:p>
      <w:r>
        <w:rPr>
          <w:rFonts w:ascii="Courier New" w:hAnsi="Courier New"/>
          <w:color w:val="555555"/>
          <w:sz w:val="20"/>
        </w:rPr>
        <w:t>[15]</w:t>
      </w:r>
    </w:p>
    <w:p>
      <w:r>
        <w:rPr>
          <w:rFonts w:ascii="Gentium Plus" w:hAnsi="Gentium Plus"/>
          <w:sz w:val="24"/>
        </w:rPr>
        <w:t>ρατοειδὴς χιτὼν μόριον μὲν καὶ μέρος, ὄργανον δ’ οὔ· κατὰ ταὐτὰ δὲ καὶ ὁ ῥαγοειδὴς καὶ ὁ ἀραχνοειδὴς καὶ ὁ ἀμ‐ φιβληστροειδής· ἕκαστος γὰρ τούτων πρῶτον μὲν καὶ μά‐</w:t>
      </w:r>
    </w:p>
    <w:p>
      <w:r>
        <w:rPr>
          <w:rFonts w:ascii="Courier New" w:hAnsi="Courier New"/>
          <w:color w:val="555555"/>
          <w:sz w:val="20"/>
        </w:rPr>
        <w:t>[10 . 48]</w:t>
      </w:r>
    </w:p>
    <w:p>
      <w:r>
        <w:rPr>
          <w:rFonts w:ascii="Gentium Plus" w:hAnsi="Gentium Plus"/>
          <w:sz w:val="24"/>
        </w:rPr>
        <w:t>διὰ τοῦτο κᾀκεῖνοι κατὰ δεύτερον ἤδη λόγον· οὕτω δὲ καὶ τοῦ σώματος ὅλου, διότι καὶ τὸ πρόσωπον ὅλου τοῦ σώματός ἐστι μόριον. ὁμοιομερὲς δέ ἐστι μόριον, ὡς καὶ τοὔνομα αὐτὸ σαφῶς ἐνδείκνυται, τὸ διαιρούμενον εἰς ὅμοια</w:t>
      </w:r>
    </w:p>
    <w:p>
      <w:r>
        <w:rPr>
          <w:rFonts w:ascii="Courier New" w:hAnsi="Courier New"/>
          <w:color w:val="555555"/>
          <w:sz w:val="20"/>
        </w:rPr>
        <w:t>[5]</w:t>
      </w:r>
    </w:p>
    <w:p>
      <w:r>
        <w:rPr>
          <w:rFonts w:ascii="Gentium Plus" w:hAnsi="Gentium Plus"/>
          <w:sz w:val="24"/>
        </w:rPr>
        <w:t>πάντῃ μόρια, καθάπερ ἐν ὀφθαλμῷ τό θ’ ὑαλοειδὲς καὶ τὸ κρυσταλλοειδὲς καὶ τῶν χιτώνων ἡ ἴδιος οὐσία. δείκνυται δὲ καὶ ταῦτα ἐπὶ πλέον ἐν τοῖς τῶν ἀνατομικῶν ἐγχειρήσεων ὑπομνήμασιν, ἐνταῦθα δὲ ἀρκεῖ μόνον εἰπεῖν ὧν εἰς τὰ πα‐ ρόντα δεόμεθα μνημονεῦσαι· δεόμεθα δὲ καθ’ ἕκαστον μόριον</w:t>
      </w:r>
    </w:p>
    <w:p>
      <w:r>
        <w:rPr>
          <w:rFonts w:ascii="Courier New" w:hAnsi="Courier New"/>
          <w:color w:val="555555"/>
          <w:sz w:val="20"/>
        </w:rPr>
        <w:t>[10]</w:t>
      </w:r>
    </w:p>
    <w:p>
      <w:r>
        <w:rPr>
          <w:rFonts w:ascii="Gentium Plus" w:hAnsi="Gentium Plus"/>
          <w:sz w:val="24"/>
        </w:rPr>
        <w:t>ἐπιδεῖξαι πλείω πράγματα, διαφέροντα μὲν ἀλλήλων, οὐχ ὁρώμενα δὲ ἐνίοις τῶν ἰατρῶν· ἔφαμεν δὲ τοῦτο χρήσιμον ὑπάρχειν εἴς τε τὸ χρῆσθαι τοῖς ὀνόμασιν ὀρθῶς, οὗπερ ἕνεκα καὶ νῦν αὐτὸ μετεχειρισάμεθα, καὶ μέντοι καὶ πρὸς αὐτὴν τὴν προκειμένην μέθοδον ἀναγκαιότατον ἐπιδειχθήσεται. τὸ μὲν</w:t>
      </w:r>
    </w:p>
    <w:p>
      <w:r>
        <w:rPr>
          <w:rFonts w:ascii="Courier New" w:hAnsi="Courier New"/>
          <w:color w:val="555555"/>
          <w:sz w:val="20"/>
        </w:rPr>
        <w:t>[15]</w:t>
      </w:r>
    </w:p>
    <w:p>
      <w:r>
        <w:rPr>
          <w:rFonts w:ascii="Gentium Plus" w:hAnsi="Gentium Plus"/>
          <w:sz w:val="24"/>
        </w:rPr>
        <w:t>γὰρ ὄργανον ὀφθαλμὸς, ἐνέργεια δ’ ἡ ὄψις· ἓν δ’ αὐτοῦ τῶν μορίων ὁμοιομερές τε καὶ πρῶτον ὄργανον ὄψεως, τὸ κρυσταλ‐ λοειδὲς ὑγρὸν, ὡς ἐν τοῖς περὶ αὐτῶν λόγοις ἀποδέδεικται·</w:t>
      </w:r>
    </w:p>
    <w:p>
      <w:r>
        <w:rPr>
          <w:rFonts w:ascii="Courier New" w:hAnsi="Courier New"/>
          <w:color w:val="555555"/>
          <w:sz w:val="20"/>
        </w:rPr>
        <w:t>[10 . 49]</w:t>
      </w:r>
    </w:p>
    <w:p>
      <w:r>
        <w:rPr>
          <w:rFonts w:ascii="Gentium Plus" w:hAnsi="Gentium Plus"/>
          <w:sz w:val="24"/>
        </w:rPr>
        <w:t>ἔξωθεν χρωμάτων, ἵν’ ἴδῃ τὸ ζῶον. ἀλλοιοῦσθαι δ’ οὐκ ἠδύνατο, μὴ καθαρὸν ἀκριβῶς καὶ διαφανὲς γινόμενον· οὕτω δ’ εἶναι καὶ καθαρὸν καὶ διαφανὲς οὐκ ἠδύνατο χωρὶς τῆς νῦν ὑπαρχούσης αὐτῆς κράσεως· ἐδείχθη γὰρ ἕκαστον τῶν</w:t>
      </w:r>
    </w:p>
    <w:p>
      <w:r>
        <w:rPr>
          <w:rFonts w:ascii="Courier New" w:hAnsi="Courier New"/>
          <w:color w:val="555555"/>
          <w:sz w:val="20"/>
        </w:rPr>
        <w:t>[5]</w:t>
      </w:r>
    </w:p>
    <w:p>
      <w:r>
        <w:rPr>
          <w:rFonts w:ascii="Gentium Plus" w:hAnsi="Gentium Plus"/>
          <w:sz w:val="24"/>
        </w:rPr>
        <w:t>ὄντων τοιοῦτον ὂν οἷόν πέρ ἐστι διὰ τὴν τοῦ θερμοῦ καὶ ψυχροῦ καὶ ὑγροῦ καὶ ξηροῦ κρᾶσιν· ὥστ’ εἴ τι τούτων ἐξαλ‐ λαχθείη μεγάλως, ἢ οὐκ ὄψεται τὸ ζῶον, ἢ κακῶς ὄψεται. ἀλλὰ τοῦτο μὲν οὔπω γινώσκομεν, ἀρχόμενοι ζητεῖν τὴν τέχ‐ νην, οὐδὲ χρὴ τῶν ἔπειτά τι μελλόντων ζητεῖσθαι προλαμβά‐</w:t>
      </w:r>
    </w:p>
    <w:p>
      <w:r>
        <w:rPr>
          <w:rFonts w:ascii="Courier New" w:hAnsi="Courier New"/>
          <w:color w:val="555555"/>
          <w:sz w:val="20"/>
        </w:rPr>
        <w:t>[10]</w:t>
      </w:r>
    </w:p>
    <w:p>
      <w:r>
        <w:rPr>
          <w:rFonts w:ascii="Gentium Plus" w:hAnsi="Gentium Plus"/>
          <w:sz w:val="24"/>
        </w:rPr>
        <w:t>νειν ὡς ἐπισταμένους, οὐδ’ ἐγὼ τούτου χάριν ἐμνημόνευσα τῶν ὑπὲρ τοῦ κρυσταλλοειδοῦς μοι δεδειγμένων ἐν ἑτέροις, ἀλλ’ ἕνεκα τῆς τῶν νῦν μελλόντων ῥηθήσεσθαι σαφηνείας. ὁρῶντες γὰρ ὀφθαλμὸν ἀκριβῶς ἐνεργοῦντα, καὶ αὖθις μὴ βλέποντα, καὶ τὸ μὲν ὑγείαν αὐτοῦ, τὸ δὲ νόσον ἢ πάθος</w:t>
      </w:r>
    </w:p>
    <w:p>
      <w:r>
        <w:rPr>
          <w:rFonts w:ascii="Courier New" w:hAnsi="Courier New"/>
          <w:color w:val="555555"/>
          <w:sz w:val="20"/>
        </w:rPr>
        <w:t>[15]</w:t>
      </w:r>
    </w:p>
    <w:p>
      <w:r>
        <w:rPr>
          <w:rFonts w:ascii="Gentium Plus" w:hAnsi="Gentium Plus"/>
          <w:sz w:val="24"/>
        </w:rPr>
        <w:t>ἢ ὅ τι βούλει καλοῦντες, οὐδὲν γὰρ τοῦτο διαφέρει πρός γε τὰ παρόντα, ζητοῦμεν ἑξῆς τίς ποτ’ ἐστὶν ἡ τῆς βλάβης αἰτία.</w:t>
      </w:r>
    </w:p>
    <w:p>
      <w:r>
        <w:rPr>
          <w:rFonts w:ascii="Courier New" w:hAnsi="Courier New"/>
          <w:color w:val="555555"/>
          <w:sz w:val="20"/>
        </w:rPr>
        <w:t>[10 . 50]</w:t>
      </w:r>
    </w:p>
    <w:p>
      <w:r>
        <w:rPr>
          <w:rFonts w:ascii="Gentium Plus" w:hAnsi="Gentium Plus"/>
          <w:sz w:val="24"/>
        </w:rPr>
        <w:t>ἀναποδείκτου μὲν ἀξιώματος, ὁμολογουμένου δὲ πᾶσιν, ὅτι πρὸς τὴν νόησιν ἐναργὲς ὑπάρχει. τί δὲ τοῦτ’ ἔστι; τὸ μηδὲν χωρὶς αἰτίας γίνεσθαι· τούτου γὰρ μὴ συγχωρηθέντος, οὐδὲ ζητεῖν δυνάμεθα τὴν αἰτίαν τοῦ βεβλάφθαι τὴν ὄψιν, ἢ ἀπο‐</w:t>
      </w:r>
    </w:p>
    <w:p>
      <w:r>
        <w:rPr>
          <w:rFonts w:ascii="Courier New" w:hAnsi="Courier New"/>
          <w:color w:val="555555"/>
          <w:sz w:val="20"/>
        </w:rPr>
        <w:t>[5]</w:t>
      </w:r>
    </w:p>
    <w:p>
      <w:r>
        <w:rPr>
          <w:rFonts w:ascii="Gentium Plus" w:hAnsi="Gentium Plus"/>
          <w:sz w:val="24"/>
        </w:rPr>
        <w:t>λωλέναι παντελῶς· ἀλλ’ ἐπεὶ τῶν πρὸς νόησιν ἐναργῶν ἐστιν, ὑποθέμενοί τινα τῆς βλάβης ὑπάρχειν αἰτίαν, ἐπὶ τὸ ζητεῖν αὐτὴν ἀφικνούμεθα. ταύτην οὖν τὴν αἰτίαν, εἴτε διάθεσίν τινα σώματος, εἴτέ πως διακείμενον σῶμα προσαγορεύειν ἐθέ‐ λοις, οὐδὲν μὲν εἴς γε τὰ παρόντα διαφέρει· πάντως δ’ οὖν</w:t>
      </w:r>
    </w:p>
    <w:p>
      <w:r>
        <w:rPr>
          <w:rFonts w:ascii="Courier New" w:hAnsi="Courier New"/>
          <w:color w:val="555555"/>
          <w:sz w:val="20"/>
        </w:rPr>
        <w:t>[10]</w:t>
      </w:r>
    </w:p>
    <w:p>
      <w:r>
        <w:rPr>
          <w:rFonts w:ascii="Gentium Plus" w:hAnsi="Gentium Plus"/>
          <w:sz w:val="24"/>
        </w:rPr>
        <w:t>ἤτοι τὸ νόσημα αὐτὸ φήσεις ὑπάρχειν αὐτὴν, ἢ εἴπερ τὸ νό‐ σημά ἐστιν ἡ βλάβη τῆς ἐνεργείας, ἡ βλάπτουσα διάθεσις αὐ‐ τὴν αἰτία τοῦ νοσήματος ὑπάρξει. καὶ γίνεται κᾀνταῦθα πάλιν ὑπὲρ ὀνόματος ἡ ἀμφισβήτησις, ἤτοι τὴν ἐν τοῖς ὀφ‐ θαλμοῖς διάθεσιν, ὑφ’ ἧς ἡ ὄψις βλάπτεται, νόσον ἡμῶν ὀνο‐</w:t>
      </w:r>
    </w:p>
    <w:p>
      <w:r>
        <w:rPr>
          <w:rFonts w:ascii="Courier New" w:hAnsi="Courier New"/>
          <w:color w:val="555555"/>
          <w:sz w:val="20"/>
        </w:rPr>
        <w:t>[15]</w:t>
      </w:r>
    </w:p>
    <w:p>
      <w:r>
        <w:rPr>
          <w:rFonts w:ascii="Gentium Plus" w:hAnsi="Gentium Plus"/>
          <w:sz w:val="24"/>
        </w:rPr>
        <w:t>μαζόντων, ἢ αὐτὴν τὴν βλάβην τῆς ἐνεργείας· ἀλλ’ εἴ‐ τε τὴν βεβλαμμένην ἐνέργειαν ἐθέλοι τις ὀνομάζειν νόσον, ἀνάγκη δήπου τοῦτον πολὺ πρότερον ὑγείαν ὑποθέσθαι τὴν</w:t>
      </w:r>
    </w:p>
    <w:p>
      <w:r>
        <w:rPr>
          <w:rFonts w:ascii="Courier New" w:hAnsi="Courier New"/>
          <w:color w:val="555555"/>
          <w:sz w:val="20"/>
        </w:rPr>
        <w:t>[10 . 51]</w:t>
      </w:r>
    </w:p>
    <w:p>
      <w:r>
        <w:rPr>
          <w:rFonts w:ascii="Gentium Plus" w:hAnsi="Gentium Plus"/>
          <w:sz w:val="24"/>
        </w:rPr>
        <w:t>ἐνέργεια βλάπτεται, καὶ τοῦτον πολὺ πρότερον ἐπὶ τῆς κατὰ φύσιν εἴτ’ οὖν διαθέσεως εἴτε καὶ κατασκευῆς ἐθέλει καλεῖν, ἐπιφέρειν τὸ τῆς ὑγείας ὄνομα. τὸ δ’ ἐν ταῖς ἐνεργείαις ὑπο‐ θέμενον εἶναι τὴν ὑγίειαν, ἐν ταῖς διαθέσεσιν ὑπολαμβάνειν συνί‐</w:t>
      </w:r>
    </w:p>
    <w:p>
      <w:r>
        <w:rPr>
          <w:rFonts w:ascii="Courier New" w:hAnsi="Courier New"/>
          <w:color w:val="555555"/>
          <w:sz w:val="20"/>
        </w:rPr>
        <w:t>[5]</w:t>
      </w:r>
    </w:p>
    <w:p>
      <w:r>
        <w:rPr>
          <w:rFonts w:ascii="Gentium Plus" w:hAnsi="Gentium Plus"/>
          <w:sz w:val="24"/>
        </w:rPr>
        <w:t>στασθαι τὴν νόσον, ἢ ἔμπαλιν ἐν μὲν τῇ κατασκευῇ τῶν μορίων τὴν ὑγείαν, ἐν δὲ τῇ βλάβῃ τῶν ἐνεργειῶν τὴν νόσον, ἄξιον τῶν τε ἄλλων μεθοδικῶν ἐστι καὶ δὴ καὶ τοῦ τῆς ἐμπληξίας αὐτῶν ἀρχηγοῦ Θεσσαλοῦ. πάντες γοῦν σχεδὸν οἱ ἀπὸ τῆς ἀμεθόδου τε καὶ μανιώδους ταύτης αἱρέσεως τὴν μὲν ὑγείαν εὐστάθειαν</w:t>
      </w:r>
    </w:p>
    <w:p>
      <w:r>
        <w:rPr>
          <w:rFonts w:ascii="Courier New" w:hAnsi="Courier New"/>
          <w:color w:val="555555"/>
          <w:sz w:val="20"/>
        </w:rPr>
        <w:t>[10]</w:t>
      </w:r>
    </w:p>
    <w:p>
      <w:r>
        <w:rPr>
          <w:rFonts w:ascii="Gentium Plus" w:hAnsi="Gentium Plus"/>
          <w:sz w:val="24"/>
        </w:rPr>
        <w:t>τῶν κατὰ φύσιν ἐνεργειῶν εἶναί φασι καὶ ἰσχὺν, τὴν δὲ νόσον οὐκ ἔτι βλάβην ἐνεργείας καὶ ἀσθένειαν, ἀλλ’ οἱ μὲν διάθεσίν τινα σώματος, οἱ δὲ σῶμά πως διακείμενον· ἧς τίς ἂν εὑρεθείη μείζων ἐμπληξία; τοῦτο μέντοι κᾂν ὁ τυχὼν ἐξεύροι, τὸ μὴ δεῖν ἐν ἑτέρῳ μὲν γένει τὴν ὑγείαν, ἐν ἑτέρῳ δὲ τὴν νόσον,</w:t>
      </w:r>
    </w:p>
    <w:p>
      <w:r>
        <w:rPr>
          <w:rFonts w:ascii="Courier New" w:hAnsi="Courier New"/>
          <w:color w:val="555555"/>
          <w:sz w:val="20"/>
        </w:rPr>
        <w:t>[15]</w:t>
      </w:r>
    </w:p>
    <w:p>
      <w:r>
        <w:rPr>
          <w:rFonts w:ascii="Gentium Plus" w:hAnsi="Gentium Plus"/>
          <w:sz w:val="24"/>
        </w:rPr>
        <w:t>ἀλλ’ ἐν ταὐτῷ πάντως ἄμφω τίθεσθαι· τὰ γὰρ ἐναντία κατὰ πλεῖστόν ἐστιν ἀλλήλων διεστηκότα ἐν τῷ αὐτῷ γένει, καθά‐ περ λευκὸν καὶ μέλαν, ἓν γὰρ ἀμφοῖν γένος τὸ χρῶμα. καὶ</w:t>
      </w:r>
    </w:p>
    <w:p>
      <w:r>
        <w:rPr>
          <w:rFonts w:ascii="Courier New" w:hAnsi="Courier New"/>
          <w:color w:val="555555"/>
          <w:sz w:val="20"/>
        </w:rPr>
        <w:t>[10 . 52]</w:t>
      </w:r>
    </w:p>
    <w:p>
      <w:r>
        <w:rPr>
          <w:rFonts w:ascii="Gentium Plus" w:hAnsi="Gentium Plus"/>
          <w:sz w:val="24"/>
        </w:rPr>
        <w:t>γένει τῶν κατὰ φύσιν ἡ ὑγεία, τούτου τοῦ γένους ἐν τῷ παρὰ φύσιν ἡ νόσος ὑπάρξει· ὥστε εἰ μὲν ἐνέργεια κατὰ φύ‐ σιν ἡ ὑγεία, πάντως δή που παρὰ φύσιν ἐνέργειά τις ἡ νόσος ἐστίν· εἰ δ’ ἤτοι διάθεσίς τις ἢ κατασκευὴ κατὰ φύσιν ἡ</w:t>
      </w:r>
    </w:p>
    <w:p>
      <w:r>
        <w:rPr>
          <w:rFonts w:ascii="Courier New" w:hAnsi="Courier New"/>
          <w:color w:val="555555"/>
          <w:sz w:val="20"/>
        </w:rPr>
        <w:t>[5]</w:t>
      </w:r>
    </w:p>
    <w:p>
      <w:r>
        <w:rPr>
          <w:rFonts w:ascii="Gentium Plus" w:hAnsi="Gentium Plus"/>
          <w:sz w:val="24"/>
        </w:rPr>
        <w:t>ὑγεία ἐστὶ, καὶ ἡ νόσος ἐξ ἀνάγκης ἔσται διάθεσίς τις ἢ κα‐ τασκευὴ παρὰ φύσιν. ὁ μὲν οὖν Θεσσαλὸς οὐδ’ ἐπεχείρησεν ὅλως ἀφορίσασθαι νόσον, ἀλλὰ χρὴ μαντεύεσθαι κατὰ τίνος ἐπιφέρει τοὔνομα πράγματος. ὅτι μὲν γὰρ οὐδὲν διαφέρειν ἡγεῖται νόσημα πάθους ἐπεδείξαμέν σοι δι’ αὐτῶν τῶν συγ‐</w:t>
      </w:r>
    </w:p>
    <w:p>
      <w:r>
        <w:rPr>
          <w:rFonts w:ascii="Courier New" w:hAnsi="Courier New"/>
          <w:color w:val="555555"/>
          <w:sz w:val="20"/>
        </w:rPr>
        <w:t>[10]</w:t>
      </w:r>
    </w:p>
    <w:p>
      <w:r>
        <w:rPr>
          <w:rFonts w:ascii="Gentium Plus" w:hAnsi="Gentium Plus"/>
          <w:sz w:val="24"/>
        </w:rPr>
        <w:t>γραμμάτων αὐτοῦ, παράλληλα τιθέντος ἄμφω καὶ μεταλαμ‐ βάνοντος ἑκάτερον εἰς θάτερον, ὡς οὐδὲν διαφέρον ἢ οὕτως ἢ ἐκείνως εἰπεῖν· οἱ δ’ ἀπ’ αὐτοῦ πάντες ἄνω καὶ κάτω στρέφονται, λυγιζόμενοί τε καὶ παρακαλυπτόμενοι, καὶ πάντα ποιοῦντες ὡς ἤτοι παντάπασιν ἀσαφῶς εἰπεῖν ἢ μηδ’ ὅλως,</w:t>
      </w:r>
    </w:p>
    <w:p>
      <w:r>
        <w:rPr>
          <w:rFonts w:ascii="Courier New" w:hAnsi="Courier New"/>
          <w:color w:val="555555"/>
          <w:sz w:val="20"/>
        </w:rPr>
        <w:t>[15]</w:t>
      </w:r>
    </w:p>
    <w:p>
      <w:r>
        <w:rPr>
          <w:rFonts w:ascii="Gentium Plus" w:hAnsi="Gentium Plus"/>
          <w:sz w:val="24"/>
        </w:rPr>
        <w:t>ὥσπερ αὐτὸς ὁ Θεσσαλὸς καὶ πρὸ τούτου Θεμίσων ὁ τὴν ῥί‐ ζαν αὐτοῖς τῆς ἐμπληξίας ταύτης ὑποθέμενος. εἰ δή σοι τὰ</w:t>
      </w:r>
    </w:p>
    <w:p>
      <w:r>
        <w:rPr>
          <w:rFonts w:ascii="Courier New" w:hAnsi="Courier New"/>
          <w:color w:val="555555"/>
          <w:sz w:val="20"/>
        </w:rPr>
        <w:t>[10 . 53]</w:t>
      </w:r>
    </w:p>
    <w:p>
      <w:r>
        <w:rPr>
          <w:rFonts w:ascii="Gentium Plus" w:hAnsi="Gentium Plus"/>
          <w:sz w:val="24"/>
        </w:rPr>
        <w:t>τούτοις Εὐδήμου καὶ Μνασέου καὶ Φίλωνος καὶ Διονυσίου, λάθοιμ’ ἂν ἐμαυτὸν ἐκπεσὼν τῆς προκειμένης νῦν πραγμα‐ τείας, ἐπιστημονικῆς τε οὔσης καὶ τὸ χρήσιμον αὐτὸ πειρωμέ‐ νης ἐκδιδάσκειν. ἀλλὰ τῆς μὲν ἐκείνων διαφωνίας ἴσως ἄν</w:t>
      </w:r>
    </w:p>
    <w:p>
      <w:r>
        <w:rPr>
          <w:rFonts w:ascii="Courier New" w:hAnsi="Courier New"/>
          <w:color w:val="555555"/>
          <w:sz w:val="20"/>
        </w:rPr>
        <w:t>[5]</w:t>
      </w:r>
    </w:p>
    <w:p>
      <w:r>
        <w:rPr>
          <w:rFonts w:ascii="Gentium Plus" w:hAnsi="Gentium Plus"/>
          <w:sz w:val="24"/>
        </w:rPr>
        <w:t>ποτε καὶ ὕστερον εἴη μνημονεῦσαι, καὶ σὺν αὐτοῖς γε τοῖς νῦν εἰρημένοις τοῦ πάντα σοφώτερον ἐπιταράξαντός τε καὶ συγχέαντος αὐτῶν τὰ πράγματα Μενεμάχου, καὶ τοῦ λη‐ ρώδους Ὀλυμπικοῦ, καὶ μετ’ αὐτοῦ Ἀπολλωνίδου καὶ Σω‐ ρανοῦ καὶ τοῦ νῦν ἔτι ζῶντος Ἰουλιανοῦ· τούτῳ μέν γε καὶ</w:t>
      </w:r>
    </w:p>
    <w:p>
      <w:r>
        <w:rPr>
          <w:rFonts w:ascii="Courier New" w:hAnsi="Courier New"/>
          <w:color w:val="555555"/>
          <w:sz w:val="20"/>
        </w:rPr>
        <w:t>[10]</w:t>
      </w:r>
    </w:p>
    <w:p>
      <w:r>
        <w:rPr>
          <w:rFonts w:ascii="Gentium Plus" w:hAnsi="Gentium Plus"/>
          <w:sz w:val="24"/>
        </w:rPr>
        <w:t>ἡμεῖς ἐνετύχομεν, ἵνα καὶ παρὰ ζῶντος ἀνθρώπου φωνῆς ἐκ‐ μάθωμεν λήρους μακροὺς, εἶχε δ’ οὖν οὐδ’ οὗτος λέγειν ὅ τί ποτ’ ἐστὶ πάθος καὶ νόσημα. καὶ τεκμήριόν γε τούτου μέγι‐ στον· ἐτῶν γὰρ ἤδη πλειόνων ἢ εἴκοσι γεγονότων ἐξ οὗπερ ἡμεῖς ἐπὶ τῆς Ἀλεξανδρείας αὐτῷ τούτῳ συνεγενόμεθα, γε‐</w:t>
      </w:r>
    </w:p>
    <w:p>
      <w:r>
        <w:rPr>
          <w:rFonts w:ascii="Courier New" w:hAnsi="Courier New"/>
          <w:color w:val="555555"/>
          <w:sz w:val="20"/>
        </w:rPr>
        <w:t>[15]</w:t>
      </w:r>
    </w:p>
    <w:p>
      <w:r>
        <w:rPr>
          <w:rFonts w:ascii="Gentium Plus" w:hAnsi="Gentium Plus"/>
          <w:sz w:val="24"/>
        </w:rPr>
        <w:t>γραφὼς εἰσαγωγὰς ἄλλας ἐπ’ ἄλλαις, ἀεὶ γὰρ αὐτὰς μετατί‐ θησί τε καὶ μεταῤῥυθμίζει τῷ μηδέποτ’ ἀρκεῖσθαι ταῖς γρα‐ φείσαις, κατ’ οὐδεμίαν αὐτῶν ἐτόλμησεν εἰπεῖν ὅ τί ποτ’</w:t>
      </w:r>
    </w:p>
    <w:p>
      <w:r>
        <w:rPr>
          <w:rFonts w:ascii="Courier New" w:hAnsi="Courier New"/>
          <w:color w:val="555555"/>
          <w:sz w:val="20"/>
        </w:rPr>
        <w:t>[10 . 54]</w:t>
      </w:r>
    </w:p>
    <w:p>
      <w:r>
        <w:rPr>
          <w:rFonts w:ascii="Gentium Plus" w:hAnsi="Gentium Plus"/>
          <w:sz w:val="24"/>
        </w:rPr>
        <w:t>μέχρι τοῦ καὶ τὰ τοιαῦτα ζητεῖν, εἰ ζωγραφία χρήσιμος ἰατροῖς ἐστιν· ἀλλ’ ὅμως τοσαῦτά τε καὶ τοιαῦτα γράφων, καὶ δῆλος ὢν, ὥσπερ καὶ Μενέμαχος, ὅτι σαφῶς ἔγνωκε τῆς με‐ θοδικῆς αἱρέσεως τὴν ἀτοπίαν, οὐδέπω καὶ τήμερον ἔγραψεν</w:t>
      </w:r>
    </w:p>
    <w:p>
      <w:r>
        <w:rPr>
          <w:rFonts w:ascii="Courier New" w:hAnsi="Courier New"/>
          <w:color w:val="555555"/>
          <w:sz w:val="20"/>
        </w:rPr>
        <w:t>[5]</w:t>
      </w:r>
    </w:p>
    <w:p>
      <w:r>
        <w:rPr>
          <w:rFonts w:ascii="Gentium Plus" w:hAnsi="Gentium Plus"/>
          <w:sz w:val="24"/>
        </w:rPr>
        <w:t>ἐν ταῖς εἰσαγωγαῖς ὅ τί ποτε νόσον ἢ πάθος ὀνομάζει. ἐμοὶ δ’ οὖν ἐρομένῳ ποτ’ αὐτὸν οὕτω μακρῶς τε ἅμα καὶ ἀσα‐ φῶς διῆλθεν, ὡς ὧν μὲν ἔλεγε συνιέναι μηδενὸς, ἀναγκα‐ σθῆναι δὲ τό γε τοσοῦτον εἰπεῖν πρὸς αὐτὸν, ὡς διαφέ‐ ρεσθαί μοι δοκοίη πρὸς Ὀλυμπικὸν, καίτοι πάππον αὐτοῦ</w:t>
      </w:r>
    </w:p>
    <w:p>
      <w:r>
        <w:rPr>
          <w:rFonts w:ascii="Courier New" w:hAnsi="Courier New"/>
          <w:color w:val="555555"/>
          <w:sz w:val="20"/>
        </w:rPr>
        <w:t>[10]</w:t>
      </w:r>
    </w:p>
    <w:p>
      <w:r>
        <w:rPr>
          <w:rFonts w:ascii="Gentium Plus" w:hAnsi="Gentium Plus"/>
          <w:sz w:val="24"/>
        </w:rPr>
        <w:t>τῆς διδασκαλίας ὄντα· μαθητὴς γάρ ἐστιν οὗτος ὁ Ἰουλιανὸς Ἀπολλωνίου τοῦ Κυπρίου, ἐκεῖνος δ’ ἦν Ὀλυμπικοῦ φοιτη‐ τής. ὁ τοίνυν Ὀλυμπικὸς, ὡς ἔφην, ὁρίσασθαι τολμήσας ὑγείαν τε καὶ πάθος, τὴν μὲν ὑγείαν διάθεσιν ἔφησε κατὰ ἐκτότητα νόσου· τὸ δ’ αὖ πάθος τροπὴν τοῦ κατὰ φύσιν</w:t>
      </w:r>
    </w:p>
    <w:p>
      <w:r>
        <w:rPr>
          <w:rFonts w:ascii="Courier New" w:hAnsi="Courier New"/>
          <w:color w:val="555555"/>
          <w:sz w:val="20"/>
        </w:rPr>
        <w:t>[15]</w:t>
      </w:r>
    </w:p>
    <w:p>
      <w:r>
        <w:rPr>
          <w:rFonts w:ascii="Gentium Plus" w:hAnsi="Gentium Plus"/>
          <w:sz w:val="24"/>
        </w:rPr>
        <w:t>εἰς τὸ παρὰ φύσιν, ἐπίμονον. ἔστι μὲν δὴ καὶ τούτων ἑκά‐ τερον ἀλογίας παμπόλλης ἀνάπλεων, ἣν καὶ τότε διῆλθον τῷ Ἰουλιανῷ καὶ νῦν ἐπὶ κεφαλαίων ἐρῶ. τὸ γοῦν συγχέον,</w:t>
      </w:r>
    </w:p>
    <w:p>
      <w:r>
        <w:rPr>
          <w:rFonts w:ascii="Courier New" w:hAnsi="Courier New"/>
          <w:color w:val="555555"/>
          <w:sz w:val="20"/>
        </w:rPr>
        <w:t>[10 . 55]</w:t>
      </w:r>
    </w:p>
    <w:p>
      <w:r>
        <w:rPr>
          <w:rFonts w:ascii="Gentium Plus" w:hAnsi="Gentium Plus"/>
          <w:sz w:val="24"/>
        </w:rPr>
        <w:t>Ὀλυμπικὸν ὑγείαν εἶναι διάθεσιν κατὰ ἐκτότητα νόσου, ἀλλὰ προσθεῖναι τῷ λόγῳ ἣν διάθεσιν ὁριζόμεθα εὐστάθειαν τῶν κατὰ φύσιν ἐνεργημάτων καὶ ἰσχύν· οὐ γὰρ ἔχω συμβαλεῖν εἴτε ἐν τῇ τῶν ἐνεργειῶν εὐσταθείᾳ μόνῃ τὴν ὑγείαν, εἴτε ἐν</w:t>
      </w:r>
    </w:p>
    <w:p>
      <w:r>
        <w:rPr>
          <w:rFonts w:ascii="Courier New" w:hAnsi="Courier New"/>
          <w:color w:val="555555"/>
          <w:sz w:val="20"/>
        </w:rPr>
        <w:t>[5]</w:t>
      </w:r>
    </w:p>
    <w:p>
      <w:r>
        <w:rPr>
          <w:rFonts w:ascii="Gentium Plus" w:hAnsi="Gentium Plus"/>
          <w:sz w:val="24"/>
        </w:rPr>
        <w:t>τῇ τοῦ σώματος διαθέσει, εἴτ’ ἐν ἀμφοῖν ὑποτίθεται· τάχα δ’ ὥσπερ εἴωθε χρῆσθαι τοῖς τῶν Ἑλλήνων ὀνόμασιν ἀλλο‐ κότως τε καὶ τεταραγμένως ἅμα τοῖς ἄλλοις ἅπασι μεθοδικοῖς, οὕτω καὶ νῦν οὐκ ἐπὶ τὸ σῶμα τὴν διάθεσιν, ἀλλ’ ἐπὶ τὰς ἐνεργείας ἀναφέρει, ὥστε ἡμᾶς ἀκοῦσαι τοῦ λόγου κατὰ τοῦ‐</w:t>
      </w:r>
    </w:p>
    <w:p>
      <w:r>
        <w:rPr>
          <w:rFonts w:ascii="Courier New" w:hAnsi="Courier New"/>
          <w:color w:val="555555"/>
          <w:sz w:val="20"/>
        </w:rPr>
        <w:t>[10]</w:t>
      </w:r>
    </w:p>
    <w:p>
      <w:r>
        <w:rPr>
          <w:rFonts w:ascii="Gentium Plus" w:hAnsi="Gentium Plus"/>
          <w:sz w:val="24"/>
        </w:rPr>
        <w:t>τον τὸν τρόπον· ὑγεία ἐστὶ διάθεσις ἐνεργειῶν κατὰ ἐκτότητα νόσου. δίκαιον δ’ ἦν, οἶμαι, προσθεῖναι τῷ λόγῳ δυοῖν θάτερον αὐτὸν, ἢ ἐνεργειῶν, ἢ σώματος, ἵν’ ἤτοι γένηται τοιοῦτος ὁ λόγος, ὑγεία ἐστὶ διάθεσις ἐνεργειῶν κατὰ ἐκτό‐ τητα νόσου· ἢ νὴ Δία τοιοῦτος, ὑγεία ἐστὶ διάθεσις σώμα‐</w:t>
      </w:r>
    </w:p>
    <w:p>
      <w:r>
        <w:rPr>
          <w:rFonts w:ascii="Courier New" w:hAnsi="Courier New"/>
          <w:color w:val="555555"/>
          <w:sz w:val="20"/>
        </w:rPr>
        <w:t>[15]</w:t>
      </w:r>
    </w:p>
    <w:p>
      <w:r>
        <w:rPr>
          <w:rFonts w:ascii="Gentium Plus" w:hAnsi="Gentium Plus"/>
          <w:sz w:val="24"/>
        </w:rPr>
        <w:t>τος κατὰ ἐκτότητα νόσου· καὶ μέν γε καὶ εἰ ἄμφω συνθεῖναι προῄρητο, καὶ οὕτως ἐνεχώρει σαφῶς τε ἅμα καὶ διὰ βραχέων εἰπεῖν, ὑγεία ἐστὶ διάθεσις ἐνεργειῶν τε καὶ σώματος κατὰ</w:t>
      </w:r>
    </w:p>
    <w:p>
      <w:r>
        <w:rPr>
          <w:rFonts w:ascii="Courier New" w:hAnsi="Courier New"/>
          <w:color w:val="555555"/>
          <w:sz w:val="20"/>
        </w:rPr>
        <w:t>[10 . 56]</w:t>
      </w:r>
    </w:p>
    <w:p>
      <w:r>
        <w:rPr>
          <w:rFonts w:ascii="Gentium Plus" w:hAnsi="Gentium Plus"/>
          <w:sz w:val="24"/>
        </w:rPr>
        <w:t>ὁριζόμεθα εὐστάθειαν τῶν κατὰ φύσιν ἐνεργημάτων καὶ ἰσχύν; πότερον μέρος ὑποληπτέον εἶναι τοῦτο τοῦ προειρημένου καὶ χρὴ συνάπτειν ἡμᾶς ὅλον τὸν λόγον ὡδί πως· ὑγεία ἐστὶ διά‐ θεσις σώματος κατὰ ἐκτότητα νόσου καὶ εὐστάθεια τῶν κατὰ</w:t>
      </w:r>
    </w:p>
    <w:p>
      <w:r>
        <w:rPr>
          <w:rFonts w:ascii="Courier New" w:hAnsi="Courier New"/>
          <w:color w:val="555555"/>
          <w:sz w:val="20"/>
        </w:rPr>
        <w:t>[5]</w:t>
      </w:r>
    </w:p>
    <w:p>
      <w:r>
        <w:rPr>
          <w:rFonts w:ascii="Gentium Plus" w:hAnsi="Gentium Plus"/>
          <w:sz w:val="24"/>
        </w:rPr>
        <w:t>φύσιν ἐνεργημάτων καὶ ἰσχύς· ἢ τέλειός ἐστιν ὁ λόγος οὗ‐ τος αὐτὸς καθ’ ἑαυτὸν, ὅ τί ποτ’ ἐστὶν ὑγεία διδάσκων, ὥσπέρ γε καὶ ἤρεσεν ἐνίοις τῶν μεθοδικῶν, εὐστάθειαν ἀπο‐ φηναμένοις εἶναι τῶν κατὰ φύσιν ἐνεργειῶν τὴν ὑγείαν; ἀλλ’ εἴπερ οὗτος τέλειος, ὁ προειρημένος οὐκ οἶδ’ ὅ τι διδάσκει,</w:t>
      </w:r>
    </w:p>
    <w:p>
      <w:r>
        <w:rPr>
          <w:rFonts w:ascii="Courier New" w:hAnsi="Courier New"/>
          <w:color w:val="555555"/>
          <w:sz w:val="20"/>
        </w:rPr>
        <w:t>[10]</w:t>
      </w:r>
    </w:p>
    <w:p>
      <w:r>
        <w:rPr>
          <w:rFonts w:ascii="Gentium Plus" w:hAnsi="Gentium Plus"/>
          <w:sz w:val="24"/>
        </w:rPr>
        <w:t>διάθεσιν εἶναι λέγων τὴν ὑγείαν. ἐκεῖνο μὲν γὰρ ὃ ἔφη, τὸ κατὰ ἐκτότητα νόσου, τοιοῦτόν ἐστιν οἷον καὶ παῖδα γελά‐ σαι. εἰ γὰρ δὴ συγχωρήσομεν οὕτως ὁρίζεσθαι, δηλονότι καὶ ἡ νόσος ἔσται διάθεσις σώματος κατὰ ἐκτότητα ὑγείας, ἵνα ἕκαστος τῶν ὅρων ἡμῖν οὐ τοῦ τί ποτ’ ἐστὶ τὸ ὑποκείμενον,</w:t>
      </w:r>
    </w:p>
    <w:p>
      <w:r>
        <w:rPr>
          <w:rFonts w:ascii="Courier New" w:hAnsi="Courier New"/>
          <w:color w:val="555555"/>
          <w:sz w:val="20"/>
        </w:rPr>
        <w:t>[15]</w:t>
      </w:r>
    </w:p>
    <w:p>
      <w:r>
        <w:rPr>
          <w:rFonts w:ascii="Gentium Plus" w:hAnsi="Gentium Plus"/>
          <w:sz w:val="24"/>
        </w:rPr>
        <w:t>ἀλλὰ τοῦ τί ποτ’ οὐκ ἔστι, γένηται διδάσκαλος. ἐάσθω δ’, ἔφην, εἰ βούλει καὶ ταῦτα, καὶ γὰρ πάρεργά πώς ἐστιν· ἀλλ’ ἐκεῖνό γε παρελθεῖν τε καὶ παριδεῖν οὐκ ἐγχωρεῖ, τὸ κατὰ μὲν</w:t>
      </w:r>
    </w:p>
    <w:p>
      <w:r>
        <w:rPr>
          <w:rFonts w:ascii="Courier New" w:hAnsi="Courier New"/>
          <w:color w:val="555555"/>
          <w:sz w:val="20"/>
        </w:rPr>
        <w:t>[10 . 57]</w:t>
      </w:r>
    </w:p>
    <w:p>
      <w:r>
        <w:rPr>
          <w:rFonts w:ascii="Gentium Plus" w:hAnsi="Gentium Plus"/>
          <w:sz w:val="24"/>
        </w:rPr>
        <w:t>γείαις ἤτοι μόναις ἢ μετὰ τοῦ συγχέαι καὶ περιπλέξαι καὶ ἀναμῖξαί πως ἀσαφῶς τὸ τῆς διαθέσεως ὄνομα, καθάπερ ὁ Ὀλυμπικός· ἐν δὲ τῷ τοῦ πάθους οὐκέτι μεμνῆσθαι τῶν ἐνεργειῶν· ἀπέχρησε γὰρ εἰπεῖν αὐτῷ, πάθος ἐστὶ τροπὴ τοῦ</w:t>
      </w:r>
    </w:p>
    <w:p>
      <w:r>
        <w:rPr>
          <w:rFonts w:ascii="Courier New" w:hAnsi="Courier New"/>
          <w:color w:val="555555"/>
          <w:sz w:val="20"/>
        </w:rPr>
        <w:t>[5]</w:t>
      </w:r>
    </w:p>
    <w:p>
      <w:r>
        <w:rPr>
          <w:rFonts w:ascii="Gentium Plus" w:hAnsi="Gentium Plus"/>
          <w:sz w:val="24"/>
        </w:rPr>
        <w:t>σώματος ἐκ τοῦ κατὰ φύσιν εἰς τὸ παρὰ φύσιν ἐπίμονος. ἐχρῆν δ’, ἔφην, ἐν ταῖς ἐνεργείαις, ἢ ἐν ταῖς διαθέσεσιν, ἄμφω τάττειν αὐτόν. ὃ δέ μοι πρὸς ταῦτ’ ἀπεκρίνατο, καὶ ἤδη μέν σοι πολλάκις εἶπον, Ἱέρων κράτιστε, καὶ νῦν τ’ ἀνα‐ μνῆσαι προσήκει, τὸ μηδὲν εἶναι θαυμαστὸν, ἐν μὲν τῇ τῶν</w:t>
      </w:r>
    </w:p>
    <w:p>
      <w:r>
        <w:rPr>
          <w:rFonts w:ascii="Courier New" w:hAnsi="Courier New"/>
          <w:color w:val="555555"/>
          <w:sz w:val="20"/>
        </w:rPr>
        <w:t>[10]</w:t>
      </w:r>
    </w:p>
    <w:p>
      <w:r>
        <w:rPr>
          <w:rFonts w:ascii="Gentium Plus" w:hAnsi="Gentium Plus"/>
          <w:sz w:val="24"/>
        </w:rPr>
        <w:t>ἐνεργειῶν εὐσταθείᾳ σὺν ἰσχύι τετάχθαι τὴν ὑγείαν, ἐν δὲ τῇ παρὰ φύσιν τοῦ σώματος διαθέσει τὴν νόσον· οὐ γάρ ἐστιν ἐναντία, καθάπερ σὺ νομίζεις, ἔφησεν, ἔστι γάρ τι μέσον αὐ‐ τῶν, ὃ μήθ’ ὑγεία μήτε νόσος ἐστίν. ἀκούσας οὖν ἐγὼ τὸν λόγον τοῦτον ἐχωρίσθην ἐκπεπληγμένος τε καὶ λυπούμενος</w:t>
      </w:r>
    </w:p>
    <w:p>
      <w:r>
        <w:rPr>
          <w:rFonts w:ascii="Courier New" w:hAnsi="Courier New"/>
          <w:color w:val="555555"/>
          <w:sz w:val="20"/>
        </w:rPr>
        <w:t>[15]</w:t>
      </w:r>
    </w:p>
    <w:p>
      <w:r>
        <w:rPr>
          <w:rFonts w:ascii="Gentium Plus" w:hAnsi="Gentium Plus"/>
          <w:sz w:val="24"/>
        </w:rPr>
        <w:t>ἅμα, χρὴ γὰρ ὁμολογεῖν τὸ συμβάν· ἔμπροσθεν μὲν γὰρ οὐ‐ δενὶ τῶν ἐν τοιαύτῃ δόξῃ τελέως ἐνετετυχήκειν ἐμπλήκτῳ, τότε δ’ ἐντυχὼν πρῶτον εἰκότως ἐξεπλάγην, οὐχ ὅτι μόνος</w:t>
      </w:r>
    </w:p>
    <w:p>
      <w:r>
        <w:rPr>
          <w:rFonts w:ascii="Courier New" w:hAnsi="Courier New"/>
          <w:color w:val="555555"/>
          <w:sz w:val="20"/>
        </w:rPr>
        <w:t>[10 . 58]</w:t>
      </w:r>
    </w:p>
    <w:p>
      <w:r>
        <w:rPr>
          <w:rFonts w:ascii="Gentium Plus" w:hAnsi="Gentium Plus"/>
          <w:sz w:val="24"/>
        </w:rPr>
        <w:t>ἑαυτοῦ τοσούτους εἶχε μαθητὰς, οἳ κατὰ τὴν αὐτὴν ἀρχὴν τῆς διδασκαλίας ὁρῶντες οὕτως ἐσφαλμένους τοὺς μεθοδικοὺς, οὐκ ἀφίστανται τῆς αἱρέσεως, ἢ εἴπερ οὐδ’ ὅλως ὁρῶσι, τε‐ λέως εἰσὶν ἀπόπληκτοι. τί γὰρ δὴ καὶ πρὸς ἔπος οὐκ εἶναι</w:t>
      </w:r>
    </w:p>
    <w:p>
      <w:r>
        <w:rPr>
          <w:rFonts w:ascii="Courier New" w:hAnsi="Courier New"/>
          <w:color w:val="555555"/>
          <w:sz w:val="20"/>
        </w:rPr>
        <w:t>[5]</w:t>
      </w:r>
    </w:p>
    <w:p>
      <w:r>
        <w:rPr>
          <w:rFonts w:ascii="Gentium Plus" w:hAnsi="Gentium Plus"/>
          <w:sz w:val="24"/>
        </w:rPr>
        <w:t>τὴν νόσον ἐναντίον ὑγείᾳ, διότι μέσον αὐτῶν ἐστί τι; δῆλον γὰρ ὡς οὐδὲ τὸ λευκὸν ἐναντίον ἔσται τῷ μέλανι, διότι μέσον αὐτῶν ἐστι τὸ ξανθόν τε καὶ τὸ φαιὸν, ἐρυθρόν τε καὶ ὠχρὸν ἕκαστόν τε τῶν ἄλλων χρωμάτων· οὐδὲ τὸ θερμὸν τῷ ψυχρῷ, καὶ γὰρ καὶ τούτων ἐστὶ μέσα χλιαρόν τε καὶ εὔκρατον. οἱ</w:t>
      </w:r>
    </w:p>
    <w:p>
      <w:r>
        <w:rPr>
          <w:rFonts w:ascii="Courier New" w:hAnsi="Courier New"/>
          <w:color w:val="555555"/>
          <w:sz w:val="20"/>
        </w:rPr>
        <w:t>[10]</w:t>
      </w:r>
    </w:p>
    <w:p>
      <w:r>
        <w:rPr>
          <w:rFonts w:ascii="Gentium Plus" w:hAnsi="Gentium Plus"/>
          <w:sz w:val="24"/>
        </w:rPr>
        <w:t>μὲν δὴ σοφώτατοι μεθοδικοὶ κατὰ τὴν ἀρχὴν εὐθέως πεπτω‐ κότες οὐ σμικρὸν οὐδὲ τὸ τυχὸν πτῶμα τί ἂν ἔτι τῶν ἐφε‐ ξῆς ἀληθῶν καταμάθοιεν; οὐδὲ ἓν δήπου, δειχθήσεται γὰρ ἅπαντα τὰ κατὰ τὴν ἰατρικὴν τέχνην ἐκ τούτων ἠρτημένα καὶ δεόντως, εἴ γ’ ἐν ταῖς μεθόδῳ τινὶ συνισταμέναις τέχναις ἀρχὴ</w:t>
      </w:r>
    </w:p>
    <w:p>
      <w:r>
        <w:rPr>
          <w:rFonts w:ascii="Courier New" w:hAnsi="Courier New"/>
          <w:color w:val="555555"/>
          <w:sz w:val="20"/>
        </w:rPr>
        <w:t>[15]</w:t>
      </w:r>
    </w:p>
    <w:p>
      <w:r>
        <w:rPr>
          <w:rFonts w:ascii="Gentium Plus" w:hAnsi="Gentium Plus"/>
          <w:sz w:val="24"/>
        </w:rPr>
        <w:t>τῆς συστάσεως ἡ τοῦ τέλους ἐστὶν ἔννοια. πεπλημμέληται μὲν οὖν καὶ ἄλλοις πολλοῖς εἰς τὴν τοῦ τέλους ἔννοιαν οὐκ ὀλίγα, τῶν μὲν τὸ ὑγιάζειν ὡς τὸ πολὺ τέλος εἶναι λεγόντων τῆς</w:t>
      </w:r>
    </w:p>
    <w:p>
      <w:r>
        <w:rPr>
          <w:rFonts w:ascii="Courier New" w:hAnsi="Courier New"/>
          <w:color w:val="555555"/>
          <w:sz w:val="20"/>
        </w:rPr>
        <w:t>[10 . 59]</w:t>
      </w:r>
    </w:p>
    <w:p>
      <w:r>
        <w:rPr>
          <w:rFonts w:ascii="Gentium Plus" w:hAnsi="Gentium Plus"/>
          <w:sz w:val="24"/>
        </w:rPr>
        <w:t>τῶν δ’ ἐκκόπτειν τὰς νοσώδεις αἰτίας, τῶν δὲ τὰ παρ’ ἑαυ‐ τῶν ἅπαντα ποιεῖσθαι, τῶν δ’ ὡς ἂν ἑκάστῳ παραστῇ καὶ δεήσῃ, καὶ περὶ τούτων ἰδίᾳ διορίσασθαι· ἀλλ’ οὐδεὶς οὕτως ἔμπληκτος ὡς ἐν ἄλλῳ μὲν γένει τὴν ὑγείαν, ἐν ἄλλῳ δὲ</w:t>
      </w:r>
    </w:p>
    <w:p>
      <w:r>
        <w:rPr>
          <w:rFonts w:ascii="Courier New" w:hAnsi="Courier New"/>
          <w:color w:val="555555"/>
          <w:sz w:val="20"/>
        </w:rPr>
        <w:t>[5]</w:t>
      </w:r>
    </w:p>
    <w:p>
      <w:r>
        <w:rPr>
          <w:rFonts w:ascii="Gentium Plus" w:hAnsi="Gentium Plus"/>
          <w:sz w:val="24"/>
        </w:rPr>
        <w:t>ὑποθέσθαι τὴν νόσον, ἀλλ’ ἤτοι ταῖς κατὰ φύσιν ἐνεργείαις προσέχων ἢ ταῖς κατασκευαῖς τῶν μορίων, ἃς ἔνιοι δια‐ θέσεις ὀνομάζουσιν· εἴτε δ’ ἐν ταῖς κατὰ φύσιν ἐνεργείαις ἐστὶ τὸ ὑγιαίνειν, ἐν ταῖς παρὰ φύσιν ἔσται τὸ νοσεῖν· εἴτε ἐν ταῖς κατασκευαῖς ταῖς κατὰ φύσιν, ἐν ταῖς παρὰ</w:t>
      </w:r>
    </w:p>
    <w:p>
      <w:r>
        <w:rPr>
          <w:rFonts w:ascii="Courier New" w:hAnsi="Courier New"/>
          <w:color w:val="555555"/>
          <w:sz w:val="20"/>
        </w:rPr>
        <w:t>[10]</w:t>
      </w:r>
    </w:p>
    <w:p>
      <w:r>
        <w:rPr>
          <w:rFonts w:ascii="Gentium Plus" w:hAnsi="Gentium Plus"/>
          <w:sz w:val="24"/>
        </w:rPr>
        <w:t>φύσιν ἔσται κατασκευαῖς ἡ νόσος· εἴτ’ ἐν ταῖς διαθέσε‐ σιν, ἐν ταύταις καὶ τὸ νοσεῖν. οὐδὲ γὰρ οὐδὲ βαθείας τι‐ νὸς εἰς τοῦτο θεωρίας ἐστὶ χρεία, μόνον δ’ ἀπόχρη τὸ μὴ διεστράφθαι. τίς γὰρ οὐκ οἶδεν ὡς εἰ τὸ βλέπειν ὑγιαίνειν ἐστὶν, ὅτι τὸ νοσεῖν ἔσται τὸ ἀμβλυώττειν, ἢ ὅλως τὸ μὴ</w:t>
      </w:r>
    </w:p>
    <w:p>
      <w:r>
        <w:rPr>
          <w:rFonts w:ascii="Courier New" w:hAnsi="Courier New"/>
          <w:color w:val="555555"/>
          <w:sz w:val="20"/>
        </w:rPr>
        <w:t>[15]</w:t>
      </w:r>
    </w:p>
    <w:p>
      <w:r>
        <w:rPr>
          <w:rFonts w:ascii="Gentium Plus" w:hAnsi="Gentium Plus"/>
          <w:sz w:val="24"/>
        </w:rPr>
        <w:t>βλέπειν; τίς δ’ οὐ συνίησιν ὡς εἰ τὸ ἀκούειν ὑγιαίνειν ἐστὶν, ὅτι νοσεῖν ἔσται τό τε μόγις ἀκούειν καὶ τὸ μηδ’ ὅλως ἀκούειν; οὕτω δὲ καὶ εἰ τὸ πέττειν ὑγιαίνειν ἐστὶ, τὸ ἀπε‐</w:t>
      </w:r>
    </w:p>
    <w:p>
      <w:r>
        <w:rPr>
          <w:rFonts w:ascii="Courier New" w:hAnsi="Courier New"/>
          <w:color w:val="555555"/>
          <w:sz w:val="20"/>
        </w:rPr>
        <w:t>[10 . 60]</w:t>
      </w:r>
    </w:p>
    <w:p>
      <w:r>
        <w:rPr>
          <w:rFonts w:ascii="Gentium Plus" w:hAnsi="Gentium Plus"/>
          <w:sz w:val="24"/>
        </w:rPr>
        <w:t>καθ’ ὁρμὴν ἔστιν ὑγεία, νόσος ἂν εἴη δήπου σπασμὸς καὶ παλμὸς καὶ παράλυσις καὶ τρόμος καὶ συλλήβδην εἰπεῖν ἅπαν ὅ τί περ ἂν ἤτοι τελέως ἀναιρεῖ τὴν καθ’ ὁρμὴν κίνησιν ἢ ἐμποδίζει γέ πως αὐτήν. ὡσαύτως δὲ εἰ τὸ κατὰ φύσιν αἰ‐</w:t>
      </w:r>
    </w:p>
    <w:p>
      <w:r>
        <w:rPr>
          <w:rFonts w:ascii="Courier New" w:hAnsi="Courier New"/>
          <w:color w:val="555555"/>
          <w:sz w:val="20"/>
        </w:rPr>
        <w:t>[5]</w:t>
      </w:r>
    </w:p>
    <w:p>
      <w:r>
        <w:rPr>
          <w:rFonts w:ascii="Gentium Plus" w:hAnsi="Gentium Plus"/>
          <w:sz w:val="24"/>
        </w:rPr>
        <w:t>σθάνεσθαι τῆς ὑγείας ἐστὶν, ἡ ἀναισθησία καὶ δυσαισθησία καὶ νάρκη καὶ ὀδύνη νόσοι γενήσονται· καὶ εἰ τὸ τεταγμένως ἀναπνεῖν ὑγεία, ἄπνοια καὶ δύσπνοια νόσος. ἀλλ’ εἴπερ ταῦτα νόσοι, πρόδηλον ὡς αἱ διαθέσεις τῶν μορίων ὑφ’ ὧν ἀπο‐ τελοῦνται, νόσων εἰσὶν αἰτίαι, καὶ οὐ χρὴ λέγειν οὔτε φλεγ‐</w:t>
      </w:r>
    </w:p>
    <w:p>
      <w:r>
        <w:rPr>
          <w:rFonts w:ascii="Courier New" w:hAnsi="Courier New"/>
          <w:color w:val="555555"/>
          <w:sz w:val="20"/>
        </w:rPr>
        <w:t>[10]</w:t>
      </w:r>
    </w:p>
    <w:p>
      <w:r>
        <w:rPr>
          <w:rFonts w:ascii="Gentium Plus" w:hAnsi="Gentium Plus"/>
          <w:sz w:val="24"/>
        </w:rPr>
        <w:t>μονὴν οὔτε σκίῤῥον οὔτ’ ἐρυσίπελας οὔτε ἀπόστασιν οὔθ’ ἕλκος οὔτε οἴδημα νοσήματα· καὶ εἴπερ ταῦτα νοσήματα, πρόδηλον ὡς οὐδὲν ἐκείνων νόσημα. δύο γάρ ἐστι γένη πραγμάτων οὐδὲν ὁμοίων, ἀλλὰ πάντῃ τε διαλλαττόντων καὶ ὅλῃ τῇ φύσει διαφερόντων· ὀνομάζουσι δὲ τὸ μὲν ἕτερον</w:t>
      </w:r>
    </w:p>
    <w:p>
      <w:r>
        <w:rPr>
          <w:rFonts w:ascii="Courier New" w:hAnsi="Courier New"/>
          <w:color w:val="555555"/>
          <w:sz w:val="20"/>
        </w:rPr>
        <w:t>[15]</w:t>
      </w:r>
    </w:p>
    <w:p>
      <w:r>
        <w:rPr>
          <w:rFonts w:ascii="Gentium Plus" w:hAnsi="Gentium Plus"/>
          <w:sz w:val="24"/>
        </w:rPr>
        <w:t>τῶν γενῶν σῶμα, τὸ δ’ ἕτερον ἐνέργειαν. ὀφθαλμὸς μὲν οὖν καὶ γλῶττα καὶ οὖς καὶ σκέλος ἕκαστόν τε τῶν τοιού‐ των σῶμά πως ἔχον ἐστίν· ὄψις δὲ καὶ ἀκοὴ καὶ διάλεξις</w:t>
      </w:r>
    </w:p>
    <w:p>
      <w:r>
        <w:rPr>
          <w:rFonts w:ascii="Courier New" w:hAnsi="Courier New"/>
          <w:color w:val="555555"/>
          <w:sz w:val="20"/>
        </w:rPr>
        <w:t>[10 . 61]</w:t>
      </w:r>
    </w:p>
    <w:p>
      <w:r>
        <w:rPr>
          <w:rFonts w:ascii="Gentium Plus" w:hAnsi="Gentium Plus"/>
          <w:sz w:val="24"/>
        </w:rPr>
        <w:t>τῷ πὼς ἔχειν τὰ σώματα τὸ νοσεῖν ἐστιν, ἐν τῷ πὼς ἔχειν τὰς ἐνεργείας τὸ νοσεῖν οὐκ ἔσται· εἰ δέ γ’ ἐν τούτῳ τὸ νο‐ σεῖν εἴη, πρόδηλον αὖ πάλιν ὡς οὐκ ἔστιν ἐν τῇ τῶν σω‐ μάτων διαθέσει. τὸ μέντοι τὴν μὲν διάθεσιν αἰτίαν εἶναι, τὴν</w:t>
      </w:r>
    </w:p>
    <w:p>
      <w:r>
        <w:rPr>
          <w:rFonts w:ascii="Courier New" w:hAnsi="Courier New"/>
          <w:color w:val="555555"/>
          <w:sz w:val="20"/>
        </w:rPr>
        <w:t>[5]</w:t>
      </w:r>
    </w:p>
    <w:p>
      <w:r>
        <w:rPr>
          <w:rFonts w:ascii="Gentium Plus" w:hAnsi="Gentium Plus"/>
          <w:sz w:val="24"/>
        </w:rPr>
        <w:t>δὲ ἐνέργειαν τὸ γιγνόμενον ὑπὸ τῆς τοῦ σώματος διαθέσεως, ὁμολογεῖσθαι χρὴ καὶ φυλάττεσθαι παντὸς μᾶλλον, ὥστε καὶ ὅστις ἀγνοεῖ τοῦτο, περί τι τῶν ἀναγκαίων ἔσφαλται πραγ‐ μάτων· ὁ δ’ ἤτοι τὴν βλάβην τῆς ἐνεργείας ἢ τὴν διάθεσιν τοῦ σώματος ὀνομάζων νόσημα, κᾂν εἰ μὴ δεόντως ὀνομάζοι,</w:t>
      </w:r>
    </w:p>
    <w:p>
      <w:r>
        <w:rPr>
          <w:rFonts w:ascii="Courier New" w:hAnsi="Courier New"/>
          <w:color w:val="555555"/>
          <w:sz w:val="20"/>
        </w:rPr>
        <w:t>[10]</w:t>
      </w:r>
    </w:p>
    <w:p>
      <w:r>
        <w:rPr>
          <w:rFonts w:ascii="Gentium Plus" w:hAnsi="Gentium Plus"/>
          <w:sz w:val="24"/>
        </w:rPr>
        <w:t>δύναται γοῦν ὀρθὴν ἔχειν τὴν δόξαν ὑπὲρ αὐτῶν τῶν πραγ‐ μάτων· ἔστι δ’ οὐκ ἐκ τῶν ὀνομάτων τὸ καλῶς ἰάσασθαι τὰς νόσους, ἀλλ’ ἐκ τῆς τῶν πραγμάτων ὀρθῆς ὑπολήψεως. εὐθὺς δὲ καὶ τοῦτ’ αὐτὸ πολλοὺς τῶν ἰατρῶν ἔστιν εὑρεῖν ἀγνοοῦν‐ τας, καὶ νομίζοντας ἐν πράγμασί τι διαφέρεσθαι τοὺς τὰς</w:t>
      </w:r>
    </w:p>
    <w:p>
      <w:r>
        <w:rPr>
          <w:rFonts w:ascii="Courier New" w:hAnsi="Courier New"/>
          <w:color w:val="555555"/>
          <w:sz w:val="20"/>
        </w:rPr>
        <w:t>[15]</w:t>
      </w:r>
    </w:p>
    <w:p>
      <w:r>
        <w:rPr>
          <w:rFonts w:ascii="Gentium Plus" w:hAnsi="Gentium Plus"/>
          <w:sz w:val="24"/>
        </w:rPr>
        <w:t>διαθέσεις τῶν σωμάτων ἡγουμένους εἶναι νοσήματα πρὸς τοὺς ἐν ταῖς βλάβαις τῶν ἐνεργειῶν ὑπολαμβάνοντας αὐτὰ συνί‐ στασθαι· καὶ τούτων πάντων τῶν ἁμαρτημάτων, ὅπερ εἴρηταί</w:t>
      </w:r>
    </w:p>
    <w:p>
      <w:r>
        <w:rPr>
          <w:rFonts w:ascii="Courier New" w:hAnsi="Courier New"/>
          <w:color w:val="555555"/>
          <w:sz w:val="20"/>
        </w:rPr>
        <w:t>[10 . 62]</w:t>
      </w:r>
    </w:p>
    <w:p>
      <w:r>
        <w:rPr>
          <w:rFonts w:ascii="Gentium Plus" w:hAnsi="Gentium Plus"/>
          <w:sz w:val="24"/>
        </w:rPr>
        <w:t>μὴ γεγυμνάσθαι κατὰ τὴν λογικὴν μέθοδον τοὺς ἐπιχειροῦν‐ τας ὁτιοῦν ἐξευρίσκειν λογικῶς, ἀλλ’ ἅμα μὲν ἀποχωρεῖν τῆς ἐμπειρίας, ὡς γεγυμνασμένους τὸν λογισμὸν, ἅμα δ’ ἀγυμ‐ νάστους ὄντας ἐν αὐτῷ σφάλλεσθαι μέγιστα. μυριάκις γοῦν</w:t>
      </w:r>
    </w:p>
    <w:p>
      <w:r>
        <w:rPr>
          <w:rFonts w:ascii="Courier New" w:hAnsi="Courier New"/>
          <w:color w:val="555555"/>
          <w:sz w:val="20"/>
        </w:rPr>
        <w:t>[5]</w:t>
      </w:r>
    </w:p>
    <w:p>
      <w:r>
        <w:rPr>
          <w:rFonts w:ascii="Gentium Plus" w:hAnsi="Gentium Plus"/>
          <w:sz w:val="24"/>
        </w:rPr>
        <w:t>ὑπὲρ ὀνομάτων αὐτοὺς εὑρίσκω διαφερομένους ὡς ὑπὲρ πραγμάτων· αὖθις δ’ ἂν, εἰ τύχοι, πρᾶγμά τι μέγιστον ἀγνοοῦντες, ὄνομα νομίζουσιν ἀγνοεῖν, ὥσπέρ γε κᾀπὶ τοῦ προκειμένου νῦν ἡμῖν οὐκ ἴσασι διακρίνειν, ὡς ἡ μὲν κατα‐ σκευὴ τῶν σωμάτων αἰτίας ἔχει λόγον, ἡ δ’ ἐνέργεια τὸ πρὸς</w:t>
      </w:r>
    </w:p>
    <w:p>
      <w:r>
        <w:rPr>
          <w:rFonts w:ascii="Courier New" w:hAnsi="Courier New"/>
          <w:color w:val="555555"/>
          <w:sz w:val="20"/>
        </w:rPr>
        <w:t>[10]</w:t>
      </w:r>
    </w:p>
    <w:p>
      <w:r>
        <w:rPr>
          <w:rFonts w:ascii="Gentium Plus" w:hAnsi="Gentium Plus"/>
          <w:sz w:val="24"/>
        </w:rPr>
        <w:t>ἐκείνης ἐστὶν ἀποτελούμενον, οὐδ’ ὡς τὸ θεραπευόμενον ἡ τοῦ σώματός ἐστι διάθεσις· ἕπεται γὰρ ἐξ ἀνάγκης ταύτῃ κατὰ φύσιν μὲν ἐχούσῃ κατὰ φύσιν ἐνεργεῖν, ἐξισταμένῃ δὲ τοῦ κατὰ φύσιν εὐθὺς καὶ τὴν ἐνέργειαν εἰς τὸ παρὰ φύσιν ἐκτρέπειν. ἐν τούτῳ δὲ τὸ πᾶν ἐστι, καὶ τοῦτο ἀρχὴ καὶ</w:t>
      </w:r>
    </w:p>
    <w:p>
      <w:r>
        <w:rPr>
          <w:rFonts w:ascii="Courier New" w:hAnsi="Courier New"/>
          <w:color w:val="555555"/>
          <w:sz w:val="20"/>
        </w:rPr>
        <w:t>[15]</w:t>
      </w:r>
    </w:p>
    <w:p>
      <w:r>
        <w:rPr>
          <w:rFonts w:ascii="Gentium Plus" w:hAnsi="Gentium Plus"/>
          <w:sz w:val="24"/>
        </w:rPr>
        <w:t>οἷον στοιχεῖόν τι πρῶτον ἁπάσης τῆς θεραπευτικῆς ὑπάρχει μεθόδου· τὸ δὲ εἴτ’ αὐτὸ τοῦτο χρὴ προσαγορεύειν νόσον, εἴτε τὴν βλάβην τῆς ἐνεργείας, ὑπὲρ ὀνόματός ἐστιν ἀμφισβη‐ τούντων. εἰρήσεται μὲν οὖν τί μοι καὶ περὶ τῆς τῶν ὀνομά‐</w:t>
      </w:r>
    </w:p>
    <w:p>
      <w:r>
        <w:rPr>
          <w:rFonts w:ascii="Courier New" w:hAnsi="Courier New"/>
          <w:color w:val="555555"/>
          <w:sz w:val="20"/>
        </w:rPr>
        <w:t>[10 . 63]</w:t>
      </w:r>
    </w:p>
    <w:p>
      <w:r>
        <w:rPr>
          <w:rFonts w:ascii="Gentium Plus" w:hAnsi="Gentium Plus"/>
          <w:sz w:val="24"/>
        </w:rPr>
        <w:t>ἀλλὰ νῦν οὔπω διαστέλλομαι περὶ αὐτῶν, ἵν’ ἔργῳ τοῦτ’ αὐτὸ μᾶλλον βεβαιώσωμαι, καὶ δείξω τίς ἀρχὴ καὶ ῥίζα τῆς θεραπευτικῆς ἐστι μεθόδου, περὶ ἣν εὐθὺς ἄλλοι τε πολλοὶ τῶν λογικούς τε καὶ δογματικοὺς ἑαυτοὺς ὀνομασάντων καὶ</w:t>
      </w:r>
    </w:p>
    <w:p>
      <w:r>
        <w:rPr>
          <w:rFonts w:ascii="Courier New" w:hAnsi="Courier New"/>
          <w:color w:val="555555"/>
          <w:sz w:val="20"/>
        </w:rPr>
        <w:t>[5]</w:t>
      </w:r>
    </w:p>
    <w:p>
      <w:r>
        <w:rPr>
          <w:rFonts w:ascii="Gentium Plus" w:hAnsi="Gentium Plus"/>
          <w:sz w:val="24"/>
        </w:rPr>
        <w:t>οἱ βέλτιστοι σφάλλονται μεθοδικοί. τοῦτο μὲν οὖν καὶ ἤδη πως φαίνεται τοῖς συνετοῖς, ὡς οὐδὲν ἄλλο ἐστὶ τὸ θερα‐ πευόμενον ὑπὸ τῶν ἰατρῶν πλὴν ἡ τῶν σωμάτων διάθεσις, ὡς ἐν τῷ μετὰ ταῦτα λόγῳ δειχθήσεται. Τὸ δὲ τὴν ἄγνοιαν ἐπανορθώσασθαι</w:t>
      </w:r>
    </w:p>
    <w:p>
      <w:r>
        <w:rPr>
          <w:rFonts w:ascii="Courier New" w:hAnsi="Courier New"/>
          <w:color w:val="555555"/>
          <w:sz w:val="20"/>
        </w:rPr>
        <w:t>[10]</w:t>
      </w:r>
    </w:p>
    <w:p>
      <w:r>
        <w:rPr>
          <w:rFonts w:ascii="Gentium Plus" w:hAnsi="Gentium Plus"/>
          <w:sz w:val="24"/>
        </w:rPr>
        <w:t>τῶν μὴ γινωσκόντων ὅσα τὰ σύμπαντά ἐστι πράγματα κατὰ τὸν ἐνεστῶτα λόγον ἀλλήλοις παρακείμενα, νῦν ἡμῖν προὔκειτο. φαίνεται γὰρ ἓν μέν τι γένος εἶναι τῶν σωμάτων αὐτῶν, ἕτερον δὲ τὸ τῶν ἐνεργειῶν· καὶ τὸ μὲν τῶν σωμάτων ἡγεῖσθαί τε καὶ ποιεῖν τὰς ἐνεργείας, ἕπεσθαι δ’ ἐκείνας κατὰ φύσιν μὲν ἔχουσι</w:t>
      </w:r>
    </w:p>
    <w:p>
      <w:r>
        <w:rPr>
          <w:rFonts w:ascii="Courier New" w:hAnsi="Courier New"/>
          <w:color w:val="555555"/>
          <w:sz w:val="20"/>
        </w:rPr>
        <w:t>[15]</w:t>
      </w:r>
    </w:p>
    <w:p>
      <w:r>
        <w:rPr>
          <w:rFonts w:ascii="Gentium Plus" w:hAnsi="Gentium Plus"/>
          <w:sz w:val="24"/>
        </w:rPr>
        <w:t>τοῖς σώμασιν ἀμέμπτως τε καὶ κατὰ φύσιν αὐτὰς διακειμένας, παρὰ φύσιν δ’ ἐχόντων ἢ μὴ γιγνομένας παντάπασιν, ἢ παρεμπο‐ διζομένας γε πάντως. τρίτον δ’ ἐπὶ τούτοις ἐστὶ γένος τὸ τῶν</w:t>
      </w:r>
    </w:p>
    <w:p>
      <w:r>
        <w:rPr>
          <w:rFonts w:ascii="Courier New" w:hAnsi="Courier New"/>
          <w:color w:val="555555"/>
          <w:sz w:val="20"/>
        </w:rPr>
        <w:t>[10 . 64]</w:t>
      </w:r>
    </w:p>
    <w:p>
      <w:r>
        <w:rPr>
          <w:rFonts w:ascii="Gentium Plus" w:hAnsi="Gentium Plus"/>
          <w:sz w:val="24"/>
        </w:rPr>
        <w:t>τὴν ἐνέργειαν λόγον, τοῦτον ἕτερόν τι χρὴ πάντως ἔχειν πρὸς τὴν διάθεσιν, ἑνὶ μόνῳ διαλλάττον τῷ τὴν μὲν διάθεσιν ἅμα ταῖς ἐνεργείαις ὑπάρχειν καὶ μὴ δύνασθαί ποτε μήτε τὴν κα‐ τωρθωμένην ἐνέργειαν εἶναι χωρὶς τῆς τῶν σωμάτων κατὰ</w:t>
      </w:r>
    </w:p>
    <w:p>
      <w:r>
        <w:rPr>
          <w:rFonts w:ascii="Courier New" w:hAnsi="Courier New"/>
          <w:color w:val="555555"/>
          <w:sz w:val="20"/>
        </w:rPr>
        <w:t>[5]</w:t>
      </w:r>
    </w:p>
    <w:p>
      <w:r>
        <w:rPr>
          <w:rFonts w:ascii="Gentium Plus" w:hAnsi="Gentium Plus"/>
          <w:sz w:val="24"/>
        </w:rPr>
        <w:t>φύσιν διαθέσεως μήτε τὴν βεβλαμμένην ἄνευ τοῦ καὶ τὰ σώ‐ ματα βεβλάφθαι. τὰ δ’ αἴτια τῆς διαθέσεως ταύτης τῆς ἐμπο‐ διζούσης τὴν ἐνέργειαν δύναται μὲν καὶ μηκέτ’ εἶναι, δύνα‐ ται δὲ καὶ νῦν ἔτι παραμένειν· ἕτερα δ’ οὖν πάντως ἐστὶ τῶν διαθέσεων αὐτῶν σοι, καὶ τοῦτο τρίτον εὕρηται γένος ἕτερον</w:t>
      </w:r>
    </w:p>
    <w:p>
      <w:r>
        <w:rPr>
          <w:rFonts w:ascii="Courier New" w:hAnsi="Courier New"/>
          <w:color w:val="555555"/>
          <w:sz w:val="20"/>
        </w:rPr>
        <w:t>[10]</w:t>
      </w:r>
    </w:p>
    <w:p>
      <w:r>
        <w:rPr>
          <w:rFonts w:ascii="Gentium Plus" w:hAnsi="Gentium Plus"/>
          <w:sz w:val="24"/>
        </w:rPr>
        <w:t>ἐνεργείας τε καὶ τῆς ἐργαζομένης αὐτὴν διαθέσεως. ἐπ’ αὐτῷ δ’ ἄλλο τέταρτον γένος διαθέσεως, ὅσα τοῖς σώμασιν ὑπάρ‐ χει κατὰ φύσιν τε καὶ παρὰ φύσιν ἔχουσι, μηδὲν μήτ’ ὠφε‐ λοῦντα μήτε βλάπτοντα τὰς ἐνεργείας· οἷον εἰ τύχοι τὸ χρῶμα τοῦ σώματος παντὸς ἢ μέλαν ἐκ λευκοῦ γιγνόμενον,</w:t>
      </w:r>
    </w:p>
    <w:p>
      <w:r>
        <w:rPr>
          <w:rFonts w:ascii="Courier New" w:hAnsi="Courier New"/>
          <w:color w:val="555555"/>
          <w:sz w:val="20"/>
        </w:rPr>
        <w:t>[15]</w:t>
      </w:r>
    </w:p>
    <w:p>
      <w:r>
        <w:rPr>
          <w:rFonts w:ascii="Gentium Plus" w:hAnsi="Gentium Plus"/>
          <w:sz w:val="24"/>
        </w:rPr>
        <w:t>ἐν ἡλίῳ διατριψάντων ἐπὶ πλέον, ἢ λευκὸν ἐκ μέλανος, ἐν σκιᾷ διαιτηθέντων, ἢ ἐρυθρὸν λουσαμένων, ἢ ὠχρὸν φοβη‐ θέντων· οὔτε γὰρ ἐνέργεια τοῦτ’ ἔστιν οὔτε διάθεσις σώ‐</w:t>
      </w:r>
    </w:p>
    <w:p>
      <w:r>
        <w:rPr>
          <w:rFonts w:ascii="Courier New" w:hAnsi="Courier New"/>
          <w:color w:val="555555"/>
          <w:sz w:val="20"/>
        </w:rPr>
        <w:t>[10 . 65]</w:t>
      </w:r>
    </w:p>
    <w:p>
      <w:r>
        <w:rPr>
          <w:rFonts w:ascii="Gentium Plus" w:hAnsi="Gentium Plus"/>
          <w:sz w:val="24"/>
        </w:rPr>
        <w:t>φύσιν ἐργαζομένη διαθέσεις αἰτία, σύμπτωμα δ’ ἐστὶ συμβαῖ‐ νον ἐξ ἀνάγκης ἐπὶ ταῖς διαφόροις τῶν σωμάτων ἀλλοιώσεσιν, εἴτ’ οὖν κατὰ φύσιν, εἴτε καὶ παρὰ φύσιν ἔχοιεν. ἐπειδὴ τοί‐ νυν ἤδη τέτταρα γένη διώρισται, κᾀν τῷ ταῦτα γινώσκειν ἢ</w:t>
      </w:r>
    </w:p>
    <w:p>
      <w:r>
        <w:rPr>
          <w:rFonts w:ascii="Courier New" w:hAnsi="Courier New"/>
          <w:color w:val="555555"/>
          <w:sz w:val="20"/>
        </w:rPr>
        <w:t>[5]</w:t>
      </w:r>
    </w:p>
    <w:p>
      <w:r>
        <w:rPr>
          <w:rFonts w:ascii="Gentium Plus" w:hAnsi="Gentium Plus"/>
          <w:sz w:val="24"/>
        </w:rPr>
        <w:t>μὴ τὸ καλῶς ἄρχεσθαι τῆς θεραπευτικῆς μεθόδου δείξομεν ὑπάρχον, ἐξέστω λοιπὸν τῷ βουλομένῳ κατ’ αὐτῶν ἃς ἂν ἐθέλῃ τίθεσθαι προσηγορίας· οἷον, εἰ βούλοιτο, τὴν μὲν παρὰ φύσιν τῶν σωμάτων διάθεσιν, ὅταν ἐνέργειάν τινα βλάπτῃ, νόσημα προσαγορευέτω, αὐτὴν δὲ τὴν βλάβην τῆς</w:t>
      </w:r>
    </w:p>
    <w:p>
      <w:r>
        <w:rPr>
          <w:rFonts w:ascii="Courier New" w:hAnsi="Courier New"/>
          <w:color w:val="555555"/>
          <w:sz w:val="20"/>
        </w:rPr>
        <w:t>[10]</w:t>
      </w:r>
    </w:p>
    <w:p>
      <w:r>
        <w:rPr>
          <w:rFonts w:ascii="Gentium Plus" w:hAnsi="Gentium Plus"/>
          <w:sz w:val="24"/>
        </w:rPr>
        <w:t>ἐνεργείας ἐξαίρετόν τι σύμπτωμα νοσήματος· ὅσα δ’ ἄλλως συμβέβηκεν, ὥσπερ τὰ χρώματα, καὶ ταῦτ’, εἰ βούλοιτο, καλείτω συμπτώματα, διοριζέτω μέντοι τῆς βλάβης τῶν ἐνερ‐ γειῶν αὐτὰ, καὶ εἴπερ ἐκεῖνα ἐξαίρετα συμπτώματα νοσημά‐ των ὀνομάζει, ταῦτ’ οἰκεῖά τε καὶ ἴδια καλείτω, καί τινα πρὸς</w:t>
      </w:r>
    </w:p>
    <w:p>
      <w:r>
        <w:rPr>
          <w:rFonts w:ascii="Courier New" w:hAnsi="Courier New"/>
          <w:color w:val="555555"/>
          <w:sz w:val="20"/>
        </w:rPr>
        <w:t>[15]</w:t>
      </w:r>
    </w:p>
    <w:p>
      <w:r>
        <w:rPr>
          <w:rFonts w:ascii="Gentium Plus" w:hAnsi="Gentium Plus"/>
          <w:sz w:val="24"/>
        </w:rPr>
        <w:t>τούτοις, εἰ βούλοιτο, μήτ’ οἰκεῖα μήτ’ ἴδια, συμπίπτοντα δὲ κατά τινα τύχην· τέταρτον δ’ ἐπὶ τοῖσδε γένος τιθέσθω τὸ</w:t>
      </w:r>
    </w:p>
    <w:p>
      <w:r>
        <w:rPr>
          <w:rFonts w:ascii="Courier New" w:hAnsi="Courier New"/>
          <w:color w:val="555555"/>
          <w:sz w:val="20"/>
        </w:rPr>
        <w:t>[10 . 66]</w:t>
      </w:r>
    </w:p>
    <w:p>
      <w:r>
        <w:rPr>
          <w:rFonts w:ascii="Gentium Plus" w:hAnsi="Gentium Plus"/>
          <w:sz w:val="24"/>
        </w:rPr>
        <w:t>τῷ σώματι συνιστάμενα προηγούμενα καλείτω, τὰ δ’ ἔξωθεν προσπίπτοντα προκατάρχοντα. θέμενος δ’ οὕτως ἢ ἄλλως ὅπως ἂν ἐθέλῃ σαφῶς καὶ χρησίμως τοῖς ἀκούουσι, μηκέτι μετατιθέσθω, μηδ’ ἐξαλλαττέτω τὴν χρῆσιν, ἀλλ’ ἀεὶ</w:t>
      </w:r>
    </w:p>
    <w:p>
      <w:r>
        <w:rPr>
          <w:rFonts w:ascii="Courier New" w:hAnsi="Courier New"/>
          <w:color w:val="555555"/>
          <w:sz w:val="20"/>
        </w:rPr>
        <w:t>[5]</w:t>
      </w:r>
    </w:p>
    <w:p>
      <w:r>
        <w:rPr>
          <w:rFonts w:ascii="Gentium Plus" w:hAnsi="Gentium Plus"/>
          <w:sz w:val="24"/>
        </w:rPr>
        <w:t>φυλαττέτω παρ’ ὅλον τὸν λόγον, ἵνα καὶ μανθάνωμεν ἃ λέ‐ γει ῥᾳδίως, καὶ τὰς ἀντιλογίας καὶ τοὺς ἐλέγχους πρός τι σαφὲς καὶ διωρισμένον ποιώμεθα. πῶς καὶ τίνα τρόπον; ἐνδείξασθαι γὰρ ἔτι τοῦτ’ αὐτὸ χρὴ διὰ τοὺς ἀναισθήτους μεθοδικούς. ἔστω τινὰ λέγειν ὡς ἡ μὲν φλεγμονὴ διάθεσίς</w:t>
      </w:r>
    </w:p>
    <w:p>
      <w:r>
        <w:rPr>
          <w:rFonts w:ascii="Courier New" w:hAnsi="Courier New"/>
          <w:color w:val="555555"/>
          <w:sz w:val="20"/>
        </w:rPr>
        <w:t>[10]</w:t>
      </w:r>
    </w:p>
    <w:p>
      <w:r>
        <w:rPr>
          <w:rFonts w:ascii="Gentium Plus" w:hAnsi="Gentium Plus"/>
          <w:sz w:val="24"/>
        </w:rPr>
        <w:t>ἐστι παρὰ φύσιν, τὸ δ’ ἔργον τοῦ φλεγμαίνοντος μέρους τὸ βεβλαμμένον οἰκεῖον ἐξαίρετον τοῦ πάθους σύμπτωμα, πο‐ δῶν μὲν βάδισις, ὀφθαλμῶν δὲ ὄψις, ὤτων δ’ ἀκοή· τὸ δ’ ἔρευθος, εἰ τύχοι, καὶ ἡ τάσις, ἥ τ’ ἀντιτυπία καὶ ὁ παρὰ φύσιν ὄγκος ὁ ταῖς φλεγμοναῖς ἑπόμενος, ἕτερόν τι γένος</w:t>
      </w:r>
    </w:p>
    <w:p>
      <w:r>
        <w:rPr>
          <w:rFonts w:ascii="Courier New" w:hAnsi="Courier New"/>
          <w:color w:val="555555"/>
          <w:sz w:val="20"/>
        </w:rPr>
        <w:t>[15]</w:t>
      </w:r>
    </w:p>
    <w:p>
      <w:r>
        <w:rPr>
          <w:rFonts w:ascii="Gentium Plus" w:hAnsi="Gentium Plus"/>
          <w:sz w:val="24"/>
        </w:rPr>
        <w:t>εἴτε συμπτωμάτων, εἴτε συμβεβηκότων, εἴθ’ ὅπως ἂν ἄλλως ἐθέλῃ τις ὀνομάζειν, ἀλλ’ οὖν ὅτι γε μὴ ταὐτὸ γένος ἐστὶ τῇ βλάβῃ τῶν ἐνεργειῶν, ἴστω τε καὶ διοριζέσθω σαφῶς·</w:t>
      </w:r>
    </w:p>
    <w:p>
      <w:r>
        <w:rPr>
          <w:rFonts w:ascii="Courier New" w:hAnsi="Courier New"/>
          <w:color w:val="555555"/>
          <w:sz w:val="20"/>
        </w:rPr>
        <w:t>[10 . 67]</w:t>
      </w:r>
    </w:p>
    <w:p>
      <w:r>
        <w:rPr>
          <w:rFonts w:ascii="Gentium Plus" w:hAnsi="Gentium Plus"/>
          <w:sz w:val="24"/>
        </w:rPr>
        <w:t>καὶ ταύτης προκατάρχουσα τὸ πλῆθος τῶν ἐδεσμάτων. ὡς οὖν ἐγὼ καὶ παραδείγματα πεποίημαι σαφῆ τοῦ λόγου καὶ τέτταρα γένη διώρισμαι καὶ τὰς αἰτίας καὶ ἐννοίας αὐτῶν εἴρηκα, κατὰ τὸν αὐτὸν, οἶμαι, τρόπον ἐχρῆν ποιῆσαι τὸν</w:t>
      </w:r>
    </w:p>
    <w:p>
      <w:r>
        <w:rPr>
          <w:rFonts w:ascii="Courier New" w:hAnsi="Courier New"/>
          <w:color w:val="555555"/>
          <w:sz w:val="20"/>
        </w:rPr>
        <w:t>[5]</w:t>
      </w:r>
    </w:p>
    <w:p>
      <w:r>
        <w:rPr>
          <w:rFonts w:ascii="Gentium Plus" w:hAnsi="Gentium Plus"/>
          <w:sz w:val="24"/>
        </w:rPr>
        <w:t>Θεσσαλὸν ἐπὶ τοσούτοις τε καὶ τηλικούτοις ἀνδράσι καθ’ ὧν ἑαυτὸν ἀνεκήρυττε, μέλλοντα νεωτέραν αἵρεσιν συνίστα‐ σθαι· νυνὶ δ’ οὔτε αὐτὸς οὐδὲν εἶπε σαφὲς οὔτέ τις τῶν ἀπ’ αὐτοῦ. Τολμήσας γοῦν ὁ Ὀλυμπικὸς ἀφορίσασθαι</w:t>
      </w:r>
    </w:p>
    <w:p>
      <w:r>
        <w:rPr>
          <w:rFonts w:ascii="Courier New" w:hAnsi="Courier New"/>
          <w:color w:val="555555"/>
          <w:sz w:val="20"/>
        </w:rPr>
        <w:t>[10]</w:t>
      </w:r>
    </w:p>
    <w:p>
      <w:r>
        <w:rPr>
          <w:rFonts w:ascii="Gentium Plus" w:hAnsi="Gentium Plus"/>
          <w:sz w:val="24"/>
        </w:rPr>
        <w:t>τί ποτ’ ἐστὶ πάθος, οὐ πάθους, ἀλλὰ συμπτωμάτων εἴρηκεν ἔννοιαν. ὅλως μὲν οὖν οὐδ’ ὅ τί ποτ’ ἐστὶ τὸ πάθος, οὐδ’ ὅπῃ τοῦ νοσήματος διαφέρει, γινώσκουσιν· ἀλλὰ τοῦτο μὲν ἐν τοῖς ἑξῆς διοριῶ, πάντα γὰρ ἅμα λέγειν οὐκ ἐγχωρεῖ. συγ‐ χωρηθέντος δ’ αὐτοῖς τοῦ ταὐτὸν εἶναι νόσημά τε καὶ πάθος,</w:t>
      </w:r>
    </w:p>
    <w:p>
      <w:r>
        <w:rPr>
          <w:rFonts w:ascii="Courier New" w:hAnsi="Courier New"/>
          <w:color w:val="555555"/>
          <w:sz w:val="20"/>
        </w:rPr>
        <w:t>[15]</w:t>
      </w:r>
    </w:p>
    <w:p>
      <w:r>
        <w:rPr>
          <w:rFonts w:ascii="Gentium Plus" w:hAnsi="Gentium Plus"/>
          <w:sz w:val="24"/>
        </w:rPr>
        <w:t>ἴδωμεν ὅ τί ποτέ φασι. πάθος ἐστὶ τροπὴ τοῦ σώματος ἐκ τοῦ κατὰ φύσιν εἰς τὸ παρὰ φύσιν ἐπίμονος. εἶτα μικρὸν προελθών φησιν· ἰστέον δ’ ὅτι διαφέρει πάθος συμπτώμα‐</w:t>
      </w:r>
    </w:p>
    <w:p>
      <w:r>
        <w:rPr>
          <w:rFonts w:ascii="Courier New" w:hAnsi="Courier New"/>
          <w:color w:val="555555"/>
          <w:sz w:val="20"/>
        </w:rPr>
        <w:t>[10 . 68]</w:t>
      </w:r>
    </w:p>
    <w:p>
      <w:r>
        <w:rPr>
          <w:rFonts w:ascii="Gentium Plus" w:hAnsi="Gentium Plus"/>
          <w:sz w:val="24"/>
        </w:rPr>
        <w:t>θεσις παρὰ φύσιν τοῦ σώματος ἐπίμονος· σύμπτωμα δὲ ὃ τῷ πάθει συμβαίνει, εἰδικὴν ὥσπέρ τινα καὶ μερικωτέραν ἐν τοῖς παρὰ φύσιν ἔχον τύπωσιν. αὕτη μὲν ἡ θαυμαστὴ ῥῆσις Ὀλυμπικοῦ τοῦ σοφοῦ, τολμήσαντος ἀφορίσασθαι πάθος τε</w:t>
      </w:r>
    </w:p>
    <w:p>
      <w:r>
        <w:rPr>
          <w:rFonts w:ascii="Courier New" w:hAnsi="Courier New"/>
          <w:color w:val="555555"/>
          <w:sz w:val="20"/>
        </w:rPr>
        <w:t>[5]</w:t>
      </w:r>
    </w:p>
    <w:p>
      <w:r>
        <w:rPr>
          <w:rFonts w:ascii="Gentium Plus" w:hAnsi="Gentium Plus"/>
          <w:sz w:val="24"/>
        </w:rPr>
        <w:t>καὶ σύμπτωμα· τοσούτων δ’ ἐστὶν ἁμαρτημάτων μεστὴ ὥστέ μοι παρίσταται τὸ τοῦ μωροῦ τοῦ πρὸς κόσκινον εἰπόντος οὐχ εὑρίσκειν ὅ τι βύσειεν ἢ μὴ βύσειεν αὐτοῦ. τί γὰρ δὴ καὶ πρῶτον ἐξ αὐτῶν εἴποι τις, ἢ τί παραλίποι; πάντα μὲν γὰρ ἐξελέγχειν ὅσα κακῶς ἀποφαίνονται μακρὸν ἂν εἴη. ἢ ἐκ</w:t>
      </w:r>
    </w:p>
    <w:p>
      <w:r>
        <w:rPr>
          <w:rFonts w:ascii="Courier New" w:hAnsi="Courier New"/>
          <w:color w:val="555555"/>
          <w:sz w:val="20"/>
        </w:rPr>
        <w:t>[10]</w:t>
      </w:r>
    </w:p>
    <w:p>
      <w:r>
        <w:rPr>
          <w:rFonts w:ascii="Gentium Plus" w:hAnsi="Gentium Plus"/>
          <w:sz w:val="24"/>
        </w:rPr>
        <w:t>τοῦ κατὰ φύσιν εἰς τὸ παρὰ φύσιν τροπὴ πᾶσα νόσος ἐστὶν, εἰ μόνον αὐτῇ προσείη τὸ ἐπίμονον; ἀλλὰ τὴν ἄχροιαν ὑμεῖς αὐτοὶ καὶ τὴν ἀτροφίαν ἐν τοῖς συμπτώμασιν, οὐκ ἐν τοῖς πάθεσιν ἀριθμεῖτε· τί δ’ ἡ κακοχυμία; τί δὲ ἡ ἔνδεια; τί δὲ ἡ καχεξία; τί δὲ τὸ πλῆθος; οὐ παρὰ φύσιν; εἰ τοίνυν αὐ‐</w:t>
      </w:r>
    </w:p>
    <w:p>
      <w:r>
        <w:rPr>
          <w:rFonts w:ascii="Courier New" w:hAnsi="Courier New"/>
          <w:color w:val="555555"/>
          <w:sz w:val="20"/>
        </w:rPr>
        <w:t>[15]</w:t>
      </w:r>
    </w:p>
    <w:p>
      <w:r>
        <w:rPr>
          <w:rFonts w:ascii="Gentium Plus" w:hAnsi="Gentium Plus"/>
          <w:sz w:val="24"/>
        </w:rPr>
        <w:t>τοῖς προσείη τὸ ἐπίμονον, ἐν τοῖς νοσήμασιν ἀριθμηθήσεται. καὶ μὴν οὐδ’ αὐτοὶ βούλεσθε, καὶ καλῶς γε τοῦτο ποιεῖτε·</w:t>
      </w:r>
    </w:p>
    <w:p>
      <w:r>
        <w:rPr>
          <w:rFonts w:ascii="Courier New" w:hAnsi="Courier New"/>
          <w:color w:val="555555"/>
          <w:sz w:val="20"/>
        </w:rPr>
        <w:t>[10 . 69]</w:t>
      </w:r>
    </w:p>
    <w:p>
      <w:r>
        <w:rPr>
          <w:rFonts w:ascii="Gentium Plus" w:hAnsi="Gentium Plus"/>
          <w:sz w:val="24"/>
        </w:rPr>
        <w:t>γειάν τινα πρὸς αὐτῆς βλάπτεσθαι· μέχρι δ’ ἂν ἀβλαβεῖς αἱ πᾶσαι φυλάττωνται, κᾂν μυριάκις ἐξαλλάττηται καὶ τρέ‐ πηται καὶ μεταβάλληται τὸ σῶμα, νόσος οὔπω τῶν διαθέ‐ σεων ἐκείνων ἐστὶν οὐδεμία. τό γέ τοι τῆς θεραπείας δεόμε‐</w:t>
      </w:r>
    </w:p>
    <w:p>
      <w:r>
        <w:rPr>
          <w:rFonts w:ascii="Courier New" w:hAnsi="Courier New"/>
          <w:color w:val="555555"/>
          <w:sz w:val="20"/>
        </w:rPr>
        <w:t>[5]</w:t>
      </w:r>
    </w:p>
    <w:p>
      <w:r>
        <w:rPr>
          <w:rFonts w:ascii="Gentium Plus" w:hAnsi="Gentium Plus"/>
          <w:sz w:val="24"/>
        </w:rPr>
        <w:t>νον οὐδὲν ἄλλο ἐστὶ πλὴν τῆς βλαπτούσης τὴν ἐνέργειαν δια‐ θέσεως. οὗ μὲν γὰρ δεόμεθα πρώτου καὶ μάλιστα πάντων, ἡ κατὰ φύσιν ἐστὶν ἐνέργεια· δι’ ἐκείνην δὲ καὶ τῆς κατὰ φύσιν εἴτε διαθέσεως εἴτε κατασκευῆς ὀνομάζειν ἐθέλοις. ὁρᾷν γὰρ δεόμεθα καὶ ἀκούειν καὶ διαλέγεσθαι καὶ βαδίζειν, οὐκ</w:t>
      </w:r>
    </w:p>
    <w:p>
      <w:r>
        <w:rPr>
          <w:rFonts w:ascii="Courier New" w:hAnsi="Courier New"/>
          <w:color w:val="555555"/>
          <w:sz w:val="20"/>
        </w:rPr>
        <w:t>[10]</w:t>
      </w:r>
    </w:p>
    <w:p>
      <w:r>
        <w:rPr>
          <w:rFonts w:ascii="Gentium Plus" w:hAnsi="Gentium Plus"/>
          <w:sz w:val="24"/>
        </w:rPr>
        <w:t>ὀφθαλμῶν, οὐδ’ ὤτων, οὐδὲ γλώττης, οὐδὲ σκελῶν· εἰ γοῦν ἦν ὁρᾷν δι’ ἑτέρου μορίου, τίς ἂν ἦν ὀφθαλμῶν ἡ χρεία; καὶ εἴπερ ἦν ἀκούειν δι’ ἄλλου τινὸς ὀργάνου, τί τῶν ὤτων ἐδεή‐ θημεν ἄν; οὕτω δὲ καὶ τῆς γλώττης καὶ τῶν σκελῶν οὐκ ἂν δήπουθεν οὐδὲν ὄφελος ἦν ἡμῖν, εἰ διαλέγεσθαι καὶ βαδίζειν</w:t>
      </w:r>
    </w:p>
    <w:p>
      <w:r>
        <w:rPr>
          <w:rFonts w:ascii="Courier New" w:hAnsi="Courier New"/>
          <w:color w:val="555555"/>
          <w:sz w:val="20"/>
        </w:rPr>
        <w:t>[15]</w:t>
      </w:r>
    </w:p>
    <w:p>
      <w:r>
        <w:rPr>
          <w:rFonts w:ascii="Gentium Plus" w:hAnsi="Gentium Plus"/>
          <w:sz w:val="24"/>
        </w:rPr>
        <w:t>οἷόν τ’ ἦν ἄνευ τούτων. τοῦ μὲν οὖν ὁρᾷν δι’ ἑαυτῶν χρῄ‐ ζομεν· ὀφθαλμῶν δὲ οὐ δι’ ἑαυτοὺς, ἀλλὰ διὰ τοῦτο. καὶ γλώττης δὲ καὶ ὤτων καὶ σκελῶν, οὐχ ἵνα ἔχωμεν ὄργανα καὶ</w:t>
      </w:r>
    </w:p>
    <w:p>
      <w:r>
        <w:rPr>
          <w:rFonts w:ascii="Courier New" w:hAnsi="Courier New"/>
          <w:color w:val="555555"/>
          <w:sz w:val="20"/>
        </w:rPr>
        <w:t>[10 . 70]</w:t>
      </w:r>
    </w:p>
    <w:p>
      <w:r>
        <w:rPr>
          <w:rFonts w:ascii="Gentium Plus" w:hAnsi="Gentium Plus"/>
          <w:sz w:val="24"/>
        </w:rPr>
        <w:t>βαδίσεως. ὅταν γοῦν νεκρωθῇ τι μόριον ἀποτμηθῆναι δυνά‐ μενον, οἷον δάκτυλος, ἢ ποὺς, ἢ ἄκρα χεὶρ, οὐκ ἀνεχόμεθα βαστάζειν ἀργὸν αὐτὸ, καὶ περιφέρειν οἷον ἄχθος ἀλλότριον, ἐναργῶς δηλοῦντες ἐν τούτῳ ὅτι μὴ τῶν μορίων αὐτῶν,</w:t>
      </w:r>
    </w:p>
    <w:p>
      <w:r>
        <w:rPr>
          <w:rFonts w:ascii="Courier New" w:hAnsi="Courier New"/>
          <w:color w:val="555555"/>
          <w:sz w:val="20"/>
        </w:rPr>
        <w:t>[5]</w:t>
      </w:r>
    </w:p>
    <w:p>
      <w:r>
        <w:rPr>
          <w:rFonts w:ascii="Gentium Plus" w:hAnsi="Gentium Plus"/>
          <w:sz w:val="24"/>
        </w:rPr>
        <w:t>ἀλλὰ τῶν ἐνεργειῶν χρῄζομεν. ὥσπερ οὖν ὅλον τὸ μόριον τῆς ἐνεργείας ἕνεκα ἔχειν δεόμεθα, κατὰ τὸν αὐτὸν, οἶμαι, τρό‐ πον καὶ τῆς κατὰ φύσιν αὐτοῦ κατασκευῆς διὰ τὴν ἐνέργειαν ὀρεγόμεθα. ὡς γὰρ καὶ πρόσθεν ἐλέγετο, λόγον αἰτίας ἡ κατασκευὴ πρὸς τὴν ἐνέργειαν ἔχει· τὰ δὲ ἐξ ἀνάγκης ἑπόμενα</w:t>
      </w:r>
    </w:p>
    <w:p>
      <w:r>
        <w:rPr>
          <w:rFonts w:ascii="Courier New" w:hAnsi="Courier New"/>
          <w:color w:val="555555"/>
          <w:sz w:val="20"/>
        </w:rPr>
        <w:t>[10]</w:t>
      </w:r>
    </w:p>
    <w:p>
      <w:r>
        <w:rPr>
          <w:rFonts w:ascii="Gentium Plus" w:hAnsi="Gentium Plus"/>
          <w:sz w:val="24"/>
        </w:rPr>
        <w:t>ταῖς κατασκευαῖς ἀφ’ ὧν ἐνεργοῦμεν ὑγιαινόντων μὲν ἡμῶν συμβεβηκότα, νοσούντων δὲ συμπτώματα καλεῖται. καὶ τέτ‐ ταρα ταῦτ’ ἐστὶ γένη πάντων τῶν περὶ τὸ σῶμα κατὰ φύσιν τε καὶ παρὰ φύσιν ἐχόντων ἡμῶν, ἐνέργειαι, κατασκευαὶ, τὰ προηγούμενα τούτων, τὰ ἑπόμενα· τιθέσθω λοιπὸν ὁ βου‐</w:t>
      </w:r>
    </w:p>
    <w:p>
      <w:r>
        <w:rPr>
          <w:rFonts w:ascii="Courier New" w:hAnsi="Courier New"/>
          <w:color w:val="555555"/>
          <w:sz w:val="20"/>
        </w:rPr>
        <w:t>[15]</w:t>
      </w:r>
    </w:p>
    <w:p>
      <w:r>
        <w:rPr>
          <w:rFonts w:ascii="Gentium Plus" w:hAnsi="Gentium Plus"/>
          <w:sz w:val="24"/>
        </w:rPr>
        <w:t>λόμενος ὀνόματα καθ’ ἕκαστον αὐτῶν ἰδίᾳ, κᾂν εἰ Δίωνα, κᾂν εἰ Θέωνα βούλοιτο καλεῖν ὁτιοῦν ἐξ αὐτῶν, οὔ μοι διαφέρει,</w:t>
      </w:r>
    </w:p>
    <w:p>
      <w:r>
        <w:rPr>
          <w:rFonts w:ascii="Courier New" w:hAnsi="Courier New"/>
          <w:color w:val="555555"/>
          <w:sz w:val="20"/>
        </w:rPr>
        <w:t>[10 . 71]</w:t>
      </w:r>
    </w:p>
    <w:p>
      <w:r>
        <w:rPr>
          <w:rFonts w:ascii="Gentium Plus" w:hAnsi="Gentium Plus"/>
          <w:sz w:val="24"/>
        </w:rPr>
        <w:t>πάντ’ ἐστὶν ἀλλήλοις παρακείμενα πράγματα. ἐπεὶ δὲ κατὰ τοῦτο τοῦ λόγου γέγονα, δοκῶ μοι δικαίαν ἀξίωσιν ἐνεγκεῖν, ἵν’ ὡς ἡμεῖς ἐκείνοις συγχωροῦμεν ἅττα ἄν γ’ ἐθέλωσιν ὀνό‐ ματα τίθεσθαι, κατὰ τὸν αὐτὸν τρόπον κᾀκείνους ἡμῖν συγ‐</w:t>
      </w:r>
    </w:p>
    <w:p>
      <w:r>
        <w:rPr>
          <w:rFonts w:ascii="Courier New" w:hAnsi="Courier New"/>
          <w:color w:val="555555"/>
          <w:sz w:val="20"/>
        </w:rPr>
        <w:t>[5]</w:t>
      </w:r>
    </w:p>
    <w:p>
      <w:r>
        <w:rPr>
          <w:rFonts w:ascii="Gentium Plus" w:hAnsi="Gentium Plus"/>
          <w:sz w:val="24"/>
        </w:rPr>
        <w:t>χωρεῖν Ἑλληνικοῖς τε χρῆσθαι καὶ παλαιοῖς· ἢ δεινὸν ἂν εἴη σολοικίζειν μὲν ἐκείνοις ἐξεῖναι καθάπερ τυράννοις, Ἑλληνί‐ ζειν δ’ ἡμῖν οὐκ ἐξεῖναι. καλείτωσαν, εἰ βούλοιντο, τὴν ὑγείαν εὐστάθειαν αὐτῶν ἐνεργειῶν, καίτοι δέδεικται πρὸς ἡμῶν ὡς ἡ διάθεσίς τε καὶ ἡ κατασκευὴ τῶν μορίων, ἀφ’ ἧς κατὰ φύσιν</w:t>
      </w:r>
    </w:p>
    <w:p>
      <w:r>
        <w:rPr>
          <w:rFonts w:ascii="Courier New" w:hAnsi="Courier New"/>
          <w:color w:val="555555"/>
          <w:sz w:val="20"/>
        </w:rPr>
        <w:t>[10]</w:t>
      </w:r>
    </w:p>
    <w:p>
      <w:r>
        <w:rPr>
          <w:rFonts w:ascii="Gentium Plus" w:hAnsi="Gentium Plus"/>
          <w:sz w:val="24"/>
        </w:rPr>
        <w:t>ἐνεργοῦμεν, ὑγεία πρὸς ἁπάντων Ἑλλήνων ὀνομάζεται· καὶ τοῦτο θέμενοι τὴν ὑγείαν, ὅμως τὴν νόσον οὐκ ἐνερ‐ γείας βλάβην, ἀλλὰ παρὰ φύσιν ἡγείσθωσαν εἶναι διάθεσιν. ὡς οὖν ἡμεῖς ἐκείνους μήθ’ Ἑλληνιστὶ μήτε διαλεκτικῶς ὀνο‐ μάζοντας οὐ κωλύομεν, οὕτω κᾀκεῖνοι συγχωρείτωσαν ἡμῖν</w:t>
      </w:r>
    </w:p>
    <w:p>
      <w:r>
        <w:rPr>
          <w:rFonts w:ascii="Courier New" w:hAnsi="Courier New"/>
          <w:color w:val="555555"/>
          <w:sz w:val="20"/>
        </w:rPr>
        <w:t>[15]</w:t>
      </w:r>
    </w:p>
    <w:p>
      <w:r>
        <w:rPr>
          <w:rFonts w:ascii="Gentium Plus" w:hAnsi="Gentium Plus"/>
          <w:sz w:val="24"/>
        </w:rPr>
        <w:t>Ἑλληνιστί τε ἅμα καὶ διαλεκτικῶς οὐχ ἅπασαν τὴν παρὰ φύσιν διάθεσιν, ἀλλ’ ἥτις ἂν ἐνέργειαν βλάπτῃ νόσημα προσαγορεύειν· ἥτις δ’ ἂν παρὰ φύσιν μὲν ᾖ, μὴ μέντοι</w:t>
      </w:r>
    </w:p>
    <w:p>
      <w:r>
        <w:rPr>
          <w:rFonts w:ascii="Courier New" w:hAnsi="Courier New"/>
          <w:color w:val="555555"/>
          <w:sz w:val="20"/>
        </w:rPr>
        <w:t>[10 . 72]</w:t>
      </w:r>
    </w:p>
    <w:p>
      <w:r>
        <w:rPr>
          <w:rFonts w:ascii="Gentium Plus" w:hAnsi="Gentium Plus"/>
          <w:sz w:val="24"/>
        </w:rPr>
        <w:t>αὖθις δ’ ὥσπερ ἐκεῖνοι τὸ ἐπίμονον προστιθέασιν, οὐ δη‐ λοῦντες ἄχρι πόσων ὡρῶν ἡ παρὰ φύσιν αὕτη διάθεσις παραμείνασα νόσος ἐστὶν, οὕτως ἡμῖν συγχωρείτωσαν ἀφαι‐ ρεῖν τὸ ἐπίμονον· εἴτε γὰρ τρισὶν ὥραις, εἴτε τέτρασιν, εἴτε</w:t>
      </w:r>
    </w:p>
    <w:p>
      <w:r>
        <w:rPr>
          <w:rFonts w:ascii="Courier New" w:hAnsi="Courier New"/>
          <w:color w:val="555555"/>
          <w:sz w:val="20"/>
        </w:rPr>
        <w:t>[5]</w:t>
      </w:r>
    </w:p>
    <w:p>
      <w:r>
        <w:rPr>
          <w:rFonts w:ascii="Gentium Plus" w:hAnsi="Gentium Plus"/>
          <w:sz w:val="24"/>
        </w:rPr>
        <w:t>καὶ ἡμίσει μόνον ὥρας ὅλῳ τις τῷ σώματι καταληφθείη σφοδρῶς, ὡς μήτ’ αἰσθάνεσθαι μήτε κινεῖσθαι, τοῦτον ἡμεῖς ἀπόπληκτον ὀνομάζομεν· ὥσπερ εἰ καὶ σπασθείη σύμπαντι τῷ σώματι, καὶ τοῦτον ἐπίληπτον, οὔθ’ ὡρῶν ἀριθμὸν οὔθ’ ἡμερῶν ἔτι προσλογιζόμενοι. μόνης γὰρ τῆς τοῦ πράγ‐</w:t>
      </w:r>
    </w:p>
    <w:p>
      <w:r>
        <w:rPr>
          <w:rFonts w:ascii="Courier New" w:hAnsi="Courier New"/>
          <w:color w:val="555555"/>
          <w:sz w:val="20"/>
        </w:rPr>
        <w:t>[10]</w:t>
      </w:r>
    </w:p>
    <w:p>
      <w:r>
        <w:rPr>
          <w:rFonts w:ascii="Gentium Plus" w:hAnsi="Gentium Plus"/>
          <w:sz w:val="24"/>
        </w:rPr>
        <w:t>ματος φύσεως, οὐ τῆς τοῦ χρόνου ποσότητος ὑπάρχει δηλω‐ τικὰ τὰ τοιαῦτα τῶν ὀνομάτων, ὥσπερ οἶμαι καὶ λευκὸν καὶ μέλαν καὶ θερμὸν καὶ ψυχρόν· ἢ θαυμαστὸν ἂν εἴη τὸ ὕδωρ τὸ θερμὸν οὐκ εἶναι θερμὸν, ἂν μὴ δι’ ὅλης ἡμέρας ὑπάρχοι τοιοῦτον, ἢ τὸν ἓξ ὥραις πυρέξαντα μὴ πεπυρε‐</w:t>
      </w:r>
    </w:p>
    <w:p>
      <w:r>
        <w:rPr>
          <w:rFonts w:ascii="Courier New" w:hAnsi="Courier New"/>
          <w:color w:val="555555"/>
          <w:sz w:val="20"/>
        </w:rPr>
        <w:t>[15]</w:t>
      </w:r>
    </w:p>
    <w:p>
      <w:r>
        <w:rPr>
          <w:rFonts w:ascii="Gentium Plus" w:hAnsi="Gentium Plus"/>
          <w:sz w:val="24"/>
        </w:rPr>
        <w:t>χέναι, χρῆναι γὰρ καὶ τοῦτον, εἴπερ ἐπύρεξεν, ἐπίμονον ἔχειν τὸ πάθος· καίτοι τίς ὁ χρόνος οὗτός ἐστιν· ὁ κρί‐ νων τὸ ἐπίμονον καὶ τὸ μὴ τοιοῦτον οὐδεὶς αὐτῶν</w:t>
      </w:r>
    </w:p>
    <w:p>
      <w:r>
        <w:rPr>
          <w:rFonts w:ascii="Courier New" w:hAnsi="Courier New"/>
          <w:color w:val="555555"/>
          <w:sz w:val="20"/>
        </w:rPr>
        <w:t>[10 . 73]</w:t>
      </w:r>
    </w:p>
    <w:p>
      <w:r>
        <w:rPr>
          <w:rFonts w:ascii="Gentium Plus" w:hAnsi="Gentium Plus"/>
          <w:sz w:val="24"/>
        </w:rPr>
        <w:t>ἢ διὰ τί λέγουσιν ἐπίμονον, ἐνὸν εἰπεῖν πολυχρόνιον, ἢ τοῦτο μὲν καὶ μετατιθέντες ἔνιοι ἐξ αὐτῶν δύσλυτον ὀνο‐ μάζουσιν. ἀλλὰ τοῦτό γε τὸ δύσλυτον οὐ νοσήματος ἁπλῶς, ἀλλὰ χρονίου νοσήματός ἐστιν ἴδιον, ὥσπέρ γε, οἶμαι, καὶ τὸ</w:t>
      </w:r>
    </w:p>
    <w:p>
      <w:r>
        <w:rPr>
          <w:rFonts w:ascii="Courier New" w:hAnsi="Courier New"/>
          <w:color w:val="555555"/>
          <w:sz w:val="20"/>
        </w:rPr>
        <w:t>[5]</w:t>
      </w:r>
    </w:p>
    <w:p>
      <w:r>
        <w:rPr>
          <w:rFonts w:ascii="Gentium Plus" w:hAnsi="Gentium Plus"/>
          <w:sz w:val="24"/>
        </w:rPr>
        <w:t>ῥᾳδίως λυόμενον ὀξέος. τὸ δ’ οἴεσθαι διαφέρειν ἢ δύσλυ‐ τον, ἢ ἐπίμονον, ἢ χρόνιον εἰπεῖν, ἆρ’ οὐκ ἐσχάτης ἀμα‐ θίας ἐστίν; ἔτι δὲ θαυμαστότερον, ὅταν οὗτοι μὲν ὥσπερ ἐξ ὕπνου βαθέος ἐγερθέντες ἐπιχειρῶσι διορίζεσθαι πάθος συμπτώματος, ὁ δὲ τῆς ἐμπληξίας αὐτῶν ἡγεμὼν ἐν τῷ δευ‐</w:t>
      </w:r>
    </w:p>
    <w:p>
      <w:r>
        <w:rPr>
          <w:rFonts w:ascii="Courier New" w:hAnsi="Courier New"/>
          <w:color w:val="555555"/>
          <w:sz w:val="20"/>
        </w:rPr>
        <w:t>[10]</w:t>
      </w:r>
    </w:p>
    <w:p>
      <w:r>
        <w:rPr>
          <w:rFonts w:ascii="Gentium Plus" w:hAnsi="Gentium Plus"/>
          <w:sz w:val="24"/>
        </w:rPr>
        <w:t>τέρῳ περὶ μεθόδου γράφει· τὰ γὰρ αὐτὰ προηγησάμενα μὲν πάθη λέγεται, ἐπιγενόμενα δὲ συμπτώματα· καίτοι τοῦτό γε πολὺ θαυμαστότερον ὧν ἐκεῖνοι λέγουσι, τὴν τοῦ ἥπατος φλεγμονὴν, εἰ μὲν εὐθὺς εἰσβάλοι κατὰ τὴν πρώτην ἡμέραν, πάθος εἶναι συγχωρεῖν, εἰ δ’ ἐφ’ ἑτέρῳ τινὶ γένοιτο, κατὰ</w:t>
      </w:r>
    </w:p>
    <w:p>
      <w:r>
        <w:rPr>
          <w:rFonts w:ascii="Courier New" w:hAnsi="Courier New"/>
          <w:color w:val="555555"/>
          <w:sz w:val="20"/>
        </w:rPr>
        <w:t>[15]</w:t>
      </w:r>
    </w:p>
    <w:p>
      <w:r>
        <w:rPr>
          <w:rFonts w:ascii="Gentium Plus" w:hAnsi="Gentium Plus"/>
          <w:sz w:val="24"/>
        </w:rPr>
        <w:t>τὴν δευτέραν ἢ τρίτην εἰς τὰ συμπτώματα μετατιθέναι. καίτοι τί λέγω δευτέραν ἡμέραν; ἄμεινον γὰρ εἰπεῖν ὥραν δευτέραν ἀπὸ τῆς εἰσβολῆς τοῦ νοσήματος. οὐ γὰρ δή που</w:t>
      </w:r>
    </w:p>
    <w:p>
      <w:r>
        <w:rPr>
          <w:rFonts w:ascii="Courier New" w:hAnsi="Courier New"/>
          <w:color w:val="555555"/>
          <w:sz w:val="20"/>
        </w:rPr>
        <w:t>[10 . 74]</w:t>
      </w:r>
    </w:p>
    <w:p>
      <w:r>
        <w:rPr>
          <w:rFonts w:ascii="Gentium Plus" w:hAnsi="Gentium Plus"/>
          <w:sz w:val="24"/>
        </w:rPr>
        <w:t>σύμπτωμα γενήσεται, κατὰ δὲ τὴν δευτέραν ὥραν ἀπὸ τῆς ἀρχῆς ἄλλο τι καὶ οὐ σύμπτωμα· τὸ γὰρ ἐπιγίγνεσθαί τινι προηγουμένῳ πάντως που καὶ τοῦθ’ ἕξει. ἀλλὰ τὸ οὕτω, φασὶ, ταχέως ἐπιγιγνόμενον οὐδὲν διαφέρει τοῦ συνεισβάλ‐</w:t>
      </w:r>
    </w:p>
    <w:p>
      <w:r>
        <w:rPr>
          <w:rFonts w:ascii="Courier New" w:hAnsi="Courier New"/>
          <w:color w:val="555555"/>
          <w:sz w:val="20"/>
        </w:rPr>
        <w:t>[5]</w:t>
      </w:r>
    </w:p>
    <w:p>
      <w:r>
        <w:rPr>
          <w:rFonts w:ascii="Gentium Plus" w:hAnsi="Gentium Plus"/>
          <w:sz w:val="24"/>
        </w:rPr>
        <w:t>λοντος. πάλιν οὖν αὐτὸν ἐχρῆν εἰρηκέναι σαφῶς ὁπόσαις ὥραις ὁρίζεται καὶ διακρίνει τοῦ συνεισβάλλοντος τὸ ἐπι‐ γιγνόμενον. ὁ Θεσσαλὸς μὲν δὴ τοιοῦτος. οἱ δὲ περὶ τὸν Ὀλυμπικὸν, ὡς ἂν εἰς ἄκρον ἥκοντες σοφίας, οὐχ οὕτω διο‐ ρίζουσι πάθος συμπτώματος, ἀλλὰ τὸ μὲν πάθος ὡς προεί‐</w:t>
      </w:r>
    </w:p>
    <w:p>
      <w:r>
        <w:rPr>
          <w:rFonts w:ascii="Courier New" w:hAnsi="Courier New"/>
          <w:color w:val="555555"/>
          <w:sz w:val="20"/>
        </w:rPr>
        <w:t>[10]</w:t>
      </w:r>
    </w:p>
    <w:p>
      <w:r>
        <w:rPr>
          <w:rFonts w:ascii="Gentium Plus" w:hAnsi="Gentium Plus"/>
          <w:sz w:val="24"/>
        </w:rPr>
        <w:t>ρηται, τὸ σύμπτωμα δὲ τὸ τῷ πάθει συμβαῖνον ὑπάρχειν φασὶ, θαυμαστῶς πάνυ καὶ σαφῶς ἐξηγησάμενοι τὴν οὐσίαν αὐτοῦ. τί γὰρ δὴ καὶ ὂν τὸ σύμπτωμα, ὃ τῷ πάθει συμβέ‐ βηκεν, ἐχρῆν, οἶμαι, προσθεῖναί τε καὶ διορίσασθαι, ἆρά γε διάθεσίς τίς ἐστι σώματος, ἢ βλάβη τινὸς ἐνεργείας, ἢ συναμ‐</w:t>
      </w:r>
    </w:p>
    <w:p>
      <w:r>
        <w:rPr>
          <w:rFonts w:ascii="Courier New" w:hAnsi="Courier New"/>
          <w:color w:val="555555"/>
          <w:sz w:val="20"/>
        </w:rPr>
        <w:t>[15]</w:t>
      </w:r>
    </w:p>
    <w:p>
      <w:r>
        <w:rPr>
          <w:rFonts w:ascii="Gentium Plus" w:hAnsi="Gentium Plus"/>
          <w:sz w:val="24"/>
        </w:rPr>
        <w:t>φότερον. ἐκεῖνοι μὲν οὖν οὐ λέγουσιν, ἡμᾶς δὲ δηλονότι μαν‐ τεύσασθαι χρή. τὸ δὲ καὶ προσθεῖναι τῷ λόγῳ τοῦτ’ αὐτὸν, εἰδικὴν, ὥσπερ καὶ μερικωτέραν ἔχον ἐν τοῖς παρὰ φύσιν ἐν‐</w:t>
      </w:r>
    </w:p>
    <w:p>
      <w:r>
        <w:rPr>
          <w:rFonts w:ascii="Courier New" w:hAnsi="Courier New"/>
          <w:color w:val="555555"/>
          <w:sz w:val="20"/>
        </w:rPr>
        <w:t>[10 . 75]</w:t>
      </w:r>
    </w:p>
    <w:p>
      <w:r>
        <w:rPr>
          <w:rFonts w:ascii="Gentium Plus" w:hAnsi="Gentium Plus"/>
          <w:sz w:val="24"/>
        </w:rPr>
        <w:t>καὶ τοῖς ὀνόμασιν Ἑλληνιστὶ καὶ παγκάλως ἑρμηνεύεσθαι, εἰδικώτερόν τινα τύπον ἐν τοῖς παρὰ φύσιν ἔχειν τὸ σύμ‐ πτωμα. τί ποτ’ οὖν ἐστι τὸ γενικώτερον ἔχον τὸν τύπον; οὐ γὰρ εἴρηκας εἰ χωρὶς τῆς πρὸς ἐκεῖνο παραβολῆς ἐγχωρεῖ τὸ</w:t>
      </w:r>
    </w:p>
    <w:p>
      <w:r>
        <w:rPr>
          <w:rFonts w:ascii="Courier New" w:hAnsi="Courier New"/>
          <w:color w:val="555555"/>
          <w:sz w:val="20"/>
        </w:rPr>
        <w:t>[5]</w:t>
      </w:r>
    </w:p>
    <w:p>
      <w:r>
        <w:rPr>
          <w:rFonts w:ascii="Gentium Plus" w:hAnsi="Gentium Plus"/>
          <w:sz w:val="24"/>
        </w:rPr>
        <w:t>εἰδικώτερον ἐξευρεῖν. εἰ δ’ ὅλως πρὸς οὐδὲν παραβάλλοντες εἰδικώτερον ὀνομάζουσιν, ἀκριβῶς τε πάνυ καὶ σαφῶς ἑρμηνεύουσι, καίτοι διὰ συντόμων τε ἅμα καὶ σαφῶν οἷόν τ’ ἦν εἰπεῖν ὡς τὰ παρὰ φύσιν ἅπαντα τὰ κατὰ τὸ σῶμα τῶν ζώων ἤτοι νοσήματ’ ἐστὶν, ἢ αἴτια, ἢ συμπτώματα· κοι‐</w:t>
      </w:r>
    </w:p>
    <w:p>
      <w:r>
        <w:rPr>
          <w:rFonts w:ascii="Courier New" w:hAnsi="Courier New"/>
          <w:color w:val="555555"/>
          <w:sz w:val="20"/>
        </w:rPr>
        <w:t>[10]</w:t>
      </w:r>
    </w:p>
    <w:p>
      <w:r>
        <w:rPr>
          <w:rFonts w:ascii="Gentium Plus" w:hAnsi="Gentium Plus"/>
          <w:sz w:val="24"/>
        </w:rPr>
        <w:t>νοῦ δ’ αὐτοῖς ὄντος τοῦ παρὰ φύσιν, ἡ νόσος μὲν ἐνέργειαν βλάπτει, τὸ δ’ αἴτιον ταύτης προηγεῖται, τὸ σύμπτωμα δ’ ἕπεται ταύτῃ, διττὸν ὂν τὴν φύσιν, ἐνεργείας μὲν βλάβη τὸ ἕτερον, διάθεσις δέ τις ἀκολουθοῦσα τῷ νοσήματι τὸ λοιπόν. ἀλλὰ γὰρ, ὥσπερ ἔφην, εἰ πάντα τις ἐπέρχοιτο τὰ σφάλματ’</w:t>
      </w:r>
    </w:p>
    <w:p>
      <w:r>
        <w:rPr>
          <w:rFonts w:ascii="Courier New" w:hAnsi="Courier New"/>
          <w:color w:val="555555"/>
          <w:sz w:val="20"/>
        </w:rPr>
        <w:t>[15]</w:t>
      </w:r>
    </w:p>
    <w:p>
      <w:r>
        <w:rPr>
          <w:rFonts w:ascii="Gentium Plus" w:hAnsi="Gentium Plus"/>
          <w:sz w:val="24"/>
        </w:rPr>
        <w:t>αὐτῶν, οὐκ ἂν ἐπιθείη τέλος τῷ λόγῳ, καὶ γινώσκεις τοῦτο ἀκριβῶς καὶ σὺ, φίλτατε Ἱέρων, ὅτι μηδὲ τὸ χιλιοστὸν αὐ‐ τῶν μέρος ἐξελέγχειν ἐπεχείρησα. τοσοῦτον οὖν ἔτι προσθεὶς</w:t>
      </w:r>
    </w:p>
    <w:p>
      <w:r>
        <w:rPr>
          <w:rFonts w:ascii="Courier New" w:hAnsi="Courier New"/>
          <w:color w:val="555555"/>
          <w:sz w:val="20"/>
        </w:rPr>
        <w:t>[10 . 76]</w:t>
      </w:r>
    </w:p>
    <w:p>
      <w:r>
        <w:rPr>
          <w:rFonts w:ascii="Gentium Plus" w:hAnsi="Gentium Plus"/>
          <w:sz w:val="24"/>
        </w:rPr>
        <w:t>ἀρχὴν τῆς μεθόδου σφάλλονται πολλοὶ τῶν ἰατρῶν, οἱ μὲν ἀπὸ Θεσσαλοῦ καὶ Θεμίσωνος, οἵπερ δὴ καὶ μεθοδικοὺς ἑαυ‐ τοὺς ὀνομάζουσιν, ἔσχατά τε καὶ μέγιστα σφάλματα, σὺν αὐτοῖς δ’ οὐκ ὀλίγοι τῶν ἀναλογιστικῶν τε καὶ δογματικῶν</w:t>
      </w:r>
    </w:p>
    <w:p>
      <w:r>
        <w:rPr>
          <w:rFonts w:ascii="Courier New" w:hAnsi="Courier New"/>
          <w:color w:val="555555"/>
          <w:sz w:val="20"/>
        </w:rPr>
        <w:t>[5]</w:t>
      </w:r>
    </w:p>
    <w:p>
      <w:r>
        <w:rPr>
          <w:rFonts w:ascii="Gentium Plus" w:hAnsi="Gentium Plus"/>
          <w:sz w:val="24"/>
        </w:rPr>
        <w:t>καὶ λογικῶν ὀνομαζομένων. εἰ μὴ γὰρ ἐξεύροι τις ἁπάσας τὰς διαθέσεις ὑφ’ ὧν ἐνέργεια βλάπτεται, τὸ πλῆθος αὐτῶν τῶν νοσημάτων ὁπόσον τ’ ἐστὶ καὶ ὁποῖον ἀδύνατον ἀκρι‐ βῶς ὁρισθῆναι· τοῦτο δ’ οὐδ’ ἐπιχειρήσαντες ἔνιοι ποιῆσαι τυράννων δίκην ἀποφαίνονται τὰ δόξαντά σφισι χωρὶς ἀπο‐</w:t>
      </w:r>
    </w:p>
    <w:p>
      <w:r>
        <w:rPr>
          <w:rFonts w:ascii="Courier New" w:hAnsi="Courier New"/>
          <w:color w:val="555555"/>
          <w:sz w:val="20"/>
        </w:rPr>
        <w:t>[10]</w:t>
      </w:r>
    </w:p>
    <w:p>
      <w:r>
        <w:rPr>
          <w:rFonts w:ascii="Gentium Plus" w:hAnsi="Gentium Plus"/>
          <w:sz w:val="24"/>
        </w:rPr>
        <w:t>δείξεως. ἔνιοι δ’ οὐ μόνον οὐκ ἀπέδειξαν, ἀλλ’ οὐδὲ παρὰ τῶν ἀποδεικνύντων μανθάνουσι· καὶ τό γε πλεῖστον γένος, ὡς οἶσθα, τῶν νῦν ἐπιπολαζόντων ἰατρῶν, ἔστι τοιοῦτον· καὶ θαυμαστὸν ἴσως οὐδέν· ὅπου γὰρ καὶ τῶν φιλοσό‐ φων οἱ πολλοὶ χωρὶς ἀποδείξεως ἀξιοῦσι πιστεύεσθαι, τί</w:t>
      </w:r>
    </w:p>
    <w:p>
      <w:r>
        <w:rPr>
          <w:rFonts w:ascii="Courier New" w:hAnsi="Courier New"/>
          <w:color w:val="555555"/>
          <w:sz w:val="20"/>
        </w:rPr>
        <w:t>[15]</w:t>
      </w:r>
    </w:p>
    <w:p>
      <w:r>
        <w:rPr>
          <w:rFonts w:ascii="Gentium Plus" w:hAnsi="Gentium Plus"/>
          <w:sz w:val="24"/>
        </w:rPr>
        <w:t>χρὴ θαυμάζειν τινὰ τῶν ἰατρῶν; οὐδὲ γὰρ σχολή γε αὐτοῖς ἔστιν ἀλήθειαν ζητεῖν, ἕωθεν μὲν ἐν ἀσπασμοῖς διατρί‐ βουσιν, οὓς αὐτοὶ καλοῦσιν ἀσπασμοὺς, εἰς ἑσπέραν δ’ ἐμ‐</w:t>
      </w:r>
    </w:p>
    <w:p>
      <w:r>
        <w:rPr>
          <w:rFonts w:ascii="Courier New" w:hAnsi="Courier New"/>
          <w:color w:val="555555"/>
          <w:sz w:val="20"/>
        </w:rPr>
        <w:t>[10 . 77]</w:t>
      </w:r>
    </w:p>
    <w:p>
      <w:r>
        <w:rPr>
          <w:rFonts w:ascii="Gentium Plus" w:hAnsi="Gentium Plus"/>
          <w:sz w:val="24"/>
        </w:rPr>
        <w:t>αὐλητὴν, ὦ Ἱέρων, ἁμιλλαίμην ἂν καὶ ταῖς Μούσαις· αἰσχρὸν γὰρ αὐλητὴν μὲν οὕτως εὑρεθῆναι φιλόκαλον, οὐ μέγα τὸ πρᾶγμα κατορθοῦντα, μέθοδον δὲ θεραπευτικὴν ἐκ παλαιοῦ μὲν ζητουμένην, ἀκριβῶς δ’ οὔπω γεγραμμένην, ἐξευρεῖν τε</w:t>
      </w:r>
    </w:p>
    <w:p>
      <w:r>
        <w:rPr>
          <w:rFonts w:ascii="Courier New" w:hAnsi="Courier New"/>
          <w:color w:val="555555"/>
          <w:sz w:val="20"/>
        </w:rPr>
        <w:t>[5]</w:t>
      </w:r>
    </w:p>
    <w:p>
      <w:r>
        <w:rPr>
          <w:rFonts w:ascii="Gentium Plus" w:hAnsi="Gentium Plus"/>
          <w:sz w:val="24"/>
        </w:rPr>
        <w:t>καὶ τελειῶσαι δυναμένους ἡμᾶς ὀκνεῖν καὶ μέλλειν καὶ ἀνα‐ βάλλεσθαι διὰ τὴν ἐπιπολάζουσαν ἐν τῷ νῦν χρόνῳ ῥᾳθυ‐ μίαν. ὥστ’ ἔμπαλιν ἤδη μοι δοκῶ διακεῖσθαι νῦν ἢ πρόσθεν· οὐδὲ γὰρ ὑμῖν χάριν οἰκείαν δίδωμι, προτρεψαμένοις με τὴν θεραπευτικὴν μέθοδον ἅπασαν ἐφεξῆς διελθεῖν. ὁ μὲν δὴ</w:t>
      </w:r>
    </w:p>
    <w:p>
      <w:r>
        <w:rPr>
          <w:rFonts w:ascii="Courier New" w:hAnsi="Courier New"/>
          <w:color w:val="555555"/>
          <w:sz w:val="20"/>
        </w:rPr>
        <w:t>[10]</w:t>
      </w:r>
    </w:p>
    <w:p>
      <w:r>
        <w:rPr>
          <w:rFonts w:ascii="Gentium Plus" w:hAnsi="Gentium Plus"/>
          <w:sz w:val="24"/>
        </w:rPr>
        <w:t>πρῶτός μοι λόγος ἐνταυθοῖ τελευτάτω, τοῦ δ’ ἑξῆς παντὸς</w:t>
      </w:r>
    </w:p>
    <w:p>
      <w:r>
        <w:rPr>
          <w:rFonts w:ascii="Courier New" w:hAnsi="Courier New"/>
          <w:color w:val="555555"/>
          <w:sz w:val="20"/>
        </w:rPr>
        <w:t>[10 . 78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Β.</w:t>
      </w:r>
    </w:p>
    <w:p>
      <w:r>
        <w:rPr>
          <w:rFonts w:ascii="Courier New" w:hAnsi="Courier New"/>
          <w:color w:val="555555"/>
          <w:sz w:val="20"/>
        </w:rPr>
        <w:t>[1]</w:t>
      </w:r>
    </w:p>
    <w:p>
      <w:r>
        <w:rPr>
          <w:rFonts w:ascii="Gentium Plus" w:hAnsi="Gentium Plus"/>
          <w:sz w:val="24"/>
        </w:rPr>
        <w:t>Τῶν συμβαινόντων τοῖς σώμασιν ἐν τῷ παρὰ φύσιν ἔχειν, Ἱέρων κράτιστε, τέτταρες ἐδείχθησαν αἱ πᾶσαι διαφοραὶ, μία μὲν αὐτῆς τῆς βεβλαμμένης ἐνεργείας, ἑτέρα δὲ τῆς ἐργαζομένης αὐτὴν διαθέσεως, ἄλλη τε τρίτη</w:t>
      </w:r>
    </w:p>
    <w:p>
      <w:r>
        <w:rPr>
          <w:rFonts w:ascii="Courier New" w:hAnsi="Courier New"/>
          <w:color w:val="555555"/>
          <w:sz w:val="20"/>
        </w:rPr>
        <w:t>[5]</w:t>
      </w:r>
    </w:p>
    <w:p>
      <w:r>
        <w:rPr>
          <w:rFonts w:ascii="Gentium Plus" w:hAnsi="Gentium Plus"/>
          <w:sz w:val="24"/>
        </w:rPr>
        <w:t>τῶν ταύτης αἰτιῶν, καὶ τετάρτη τῶν ἐξ ἀνάγκης ἑπομένων αὐτῇ συμπτωμάτων. ὅτι μὲν οὖν ἤτοι πάντα ταῦτ’ εἶναι χρὴ τὴν νόσον, ἢ τινὰ τούτων, ἢ πάντως γ’ ἓν ἐξ αὐτῶν, ἕτοιμον συλλογίσασθαι· μηδενὸς γὰρ παρὰ τὰ προειρημένα τοῖς νοσοῦ‐</w:t>
      </w:r>
    </w:p>
    <w:p>
      <w:r>
        <w:rPr>
          <w:rFonts w:ascii="Courier New" w:hAnsi="Courier New"/>
          <w:color w:val="555555"/>
          <w:sz w:val="20"/>
        </w:rPr>
        <w:t>[10 . 79]</w:t>
      </w:r>
    </w:p>
    <w:p>
      <w:r>
        <w:rPr>
          <w:rFonts w:ascii="Gentium Plus" w:hAnsi="Gentium Plus"/>
          <w:sz w:val="24"/>
        </w:rPr>
        <w:t>τοίνυν ἢ τὸ πάντων ἄθροισμα λέγειν τὴν νόσον εἶναι, ἢ τινὰ τούτων, ἢ ἕν γέ τι πάντως. ἀλλὰ τὸ μὲν ἐξ ἁπάντων ἄθροι‐ σμα πρὸς τῷ μηδ’ εἰρῆσθαι πρός τινος οὐδ’ ἐγχωρεῖ λεχθῆ‐ ναι· τί γὰρ ἔσται νόσου αἴτιον, ἢ τί σύμπτωμα νοσήματος,</w:t>
      </w:r>
    </w:p>
    <w:p>
      <w:r>
        <w:rPr>
          <w:rFonts w:ascii="Courier New" w:hAnsi="Courier New"/>
          <w:color w:val="555555"/>
          <w:sz w:val="20"/>
        </w:rPr>
        <w:t>[5]</w:t>
      </w:r>
    </w:p>
    <w:p>
      <w:r>
        <w:rPr>
          <w:rFonts w:ascii="Gentium Plus" w:hAnsi="Gentium Plus"/>
          <w:sz w:val="24"/>
        </w:rPr>
        <w:t>εἰ τὸ πάντων ἄθροισμα νόσημα νομισθήσεται; οὐδὲ ἓν δή‐ πουθεν. ἀναγκαῖον οὖν ἀπολιπεῖν δύο ἄλλα γένη παρὰ τὰς νόσους, ἕτερον μὲν τῶν ἐργαζομένων αὐτὰς αἰτιῶν, ἕτερον δὲ τῶν ἑπομένων μὲν ἐξ ἀνάγκης, λυπούντων δ’ οὐδὲν τὸν ἄνθρωπον, ἀλλ’ εἰ ταῦτ’ ἀφέλοιμεν, ἐν δυοῖν ἐστι τούτοιν</w:t>
      </w:r>
    </w:p>
    <w:p>
      <w:r>
        <w:rPr>
          <w:rFonts w:ascii="Courier New" w:hAnsi="Courier New"/>
          <w:color w:val="555555"/>
          <w:sz w:val="20"/>
        </w:rPr>
        <w:t>[10]</w:t>
      </w:r>
    </w:p>
    <w:p>
      <w:r>
        <w:rPr>
          <w:rFonts w:ascii="Gentium Plus" w:hAnsi="Gentium Plus"/>
          <w:sz w:val="24"/>
        </w:rPr>
        <w:t>ἡ νόσος, ἢ ταῖς βεβλαμμέναις ἐνεργείαις, ἢ ταῖς ἐργαζομέ‐ ναις αὐτὰς διαθέσεσι. καὶ δὴ καὶ διηνέχθησαν εὐθὺς ἐκ παλαιοῦ καὶ περὶ τοῦδε καὶ νῦν ἔτι διαφέρονται πάντες οὐκ ἰατροὶ μόνον, ἀλλὰ καὶ φιλόσοφοι, τῶν ἐνεργειῶν μὲν τὰς βλάβας ἕτεροι, τῶν δ’ ἐργαζομένων αὐτὰς διαθέσεων ἕτε‐</w:t>
      </w:r>
    </w:p>
    <w:p>
      <w:r>
        <w:rPr>
          <w:rFonts w:ascii="Courier New" w:hAnsi="Courier New"/>
          <w:color w:val="555555"/>
          <w:sz w:val="20"/>
        </w:rPr>
        <w:t>[15]</w:t>
      </w:r>
    </w:p>
    <w:p>
      <w:r>
        <w:rPr>
          <w:rFonts w:ascii="Gentium Plus" w:hAnsi="Gentium Plus"/>
          <w:sz w:val="24"/>
        </w:rPr>
        <w:t>ροι προσαγορεύσαντες νοσήματα. τὸ μὲν οὖν διαφέρεσθαι τοὺς ἄνδρας ἐν οὕτως ἀσαφέσι πράγμασιν οὐδὲν θαυ‐ μαστόν· τὸ δὲ μὴ διαγιγνώσκειν ὡς ὑπὲρ ὀνόματος ἐρίζου‐</w:t>
      </w:r>
    </w:p>
    <w:p>
      <w:r>
        <w:rPr>
          <w:rFonts w:ascii="Courier New" w:hAnsi="Courier New"/>
          <w:color w:val="555555"/>
          <w:sz w:val="20"/>
        </w:rPr>
        <w:t>[10 . 80]</w:t>
      </w:r>
    </w:p>
    <w:p>
      <w:r>
        <w:rPr>
          <w:rFonts w:ascii="Gentium Plus" w:hAnsi="Gentium Plus"/>
          <w:sz w:val="24"/>
        </w:rPr>
        <w:t>των ἡ θεραπεία τῆς ἐμποδιζούσης τὴν ἐνέργειαν εἶναι δια‐ θέσεως, οὐδὲν ἔτι χρήσιμον εἰς τὰ τῆς τέχνης ἔργα τὸ διελέ‐ σθαι πότερα τὴν διάθεσιν, ἢ τὴν βεβλαμμένην ἐνέργειαν ὀνομαστέον ἐστὶ νόσημα. ἑκατέρως γὰρ ὀνομαζόντων, ὁ κάμ‐</w:t>
      </w:r>
    </w:p>
    <w:p>
      <w:r>
        <w:rPr>
          <w:rFonts w:ascii="Courier New" w:hAnsi="Courier New"/>
          <w:color w:val="555555"/>
          <w:sz w:val="20"/>
        </w:rPr>
        <w:t>[5]</w:t>
      </w:r>
    </w:p>
    <w:p>
      <w:r>
        <w:rPr>
          <w:rFonts w:ascii="Gentium Plus" w:hAnsi="Gentium Plus"/>
          <w:sz w:val="24"/>
        </w:rPr>
        <w:t>νων ὑγιαίνων ἀποδειχθήσεται, μόνον εἰ τὰ δέοντά τις ἰάματα προσφέροι ταῖς διαθέσεσιν· αὗται γάρ εἰσιν ἃς ἀλλοιοῦν χρὴ καὶ μεταβάλλειν καὶ τελέως ἐκκόπτειν, οὐχ αἱ βλάβαι τῶν ἐνερ‐ γειῶν. οὐδεὶς γοῦν ἰᾶται τὸ χωλεύειν βαδίζοντα, καὶ γὰρ γε‐ λοῖον, ἀλλὰ τὴν ἐργαζομένην αὐτὸ διάθεσιν, οἷον τὴν φλεγ‐</w:t>
      </w:r>
    </w:p>
    <w:p>
      <w:r>
        <w:rPr>
          <w:rFonts w:ascii="Courier New" w:hAnsi="Courier New"/>
          <w:color w:val="555555"/>
          <w:sz w:val="20"/>
        </w:rPr>
        <w:t>[10]</w:t>
      </w:r>
    </w:p>
    <w:p>
      <w:r>
        <w:rPr>
          <w:rFonts w:ascii="Gentium Plus" w:hAnsi="Gentium Plus"/>
          <w:sz w:val="24"/>
        </w:rPr>
        <w:t>μονὴν, εἰ διὰ ταύτην χωλεύει· καὶ ταύτην καὶ καταντλεῖ καὶ καταπλάττει καὶ σχάζει καὶ διαφορεῖ καὶ παντὶ τρόπῳ λύειν ἐπιχειρεῖ· τὸ γὰρ ὀρθῶς βαδίζειν ἕπεται ταύτῃ λυθείσῃ, καὶ οὐδὲν ἔτι δεόμεθα τὴν χωλείαν ἐπανορθοῦσθαι τῆς φλεγμονῆς οἰχομένης· οὐδὲ γὰρ ὑπομένει τι τῆς βεβλαμμένης ἐνεργείας,</w:t>
      </w:r>
    </w:p>
    <w:p>
      <w:r>
        <w:rPr>
          <w:rFonts w:ascii="Courier New" w:hAnsi="Courier New"/>
          <w:color w:val="555555"/>
          <w:sz w:val="20"/>
        </w:rPr>
        <w:t>[15]</w:t>
      </w:r>
    </w:p>
    <w:p>
      <w:r>
        <w:rPr>
          <w:rFonts w:ascii="Gentium Plus" w:hAnsi="Gentium Plus"/>
          <w:sz w:val="24"/>
        </w:rPr>
        <w:t>ἐὰν ἐκκόψῃ τις ἀκριβῶς τὴν ἐργαζομένην αὐτὴν διάθεσιν, ἔστ’ ἂν δ’ ὑπολείπηταί τι τῆς διαθέσεως, ἀνάγκη καὶ τὴν ἐνέρ‐ γειαν ἀνάλογον ἐκείνῃ βεβλάφθαι. ταύτην οὖν τὴν διάθεσιν</w:t>
      </w:r>
    </w:p>
    <w:p>
      <w:r>
        <w:rPr>
          <w:rFonts w:ascii="Courier New" w:hAnsi="Courier New"/>
          <w:color w:val="555555"/>
          <w:sz w:val="20"/>
        </w:rPr>
        <w:t>[10 . 81]</w:t>
      </w:r>
    </w:p>
    <w:p>
      <w:r>
        <w:rPr>
          <w:rFonts w:ascii="Gentium Plus" w:hAnsi="Gentium Plus"/>
          <w:sz w:val="24"/>
        </w:rPr>
        <w:t>πάθους ἐθέλοι τις, οὐδὲν εἰς τὴν θεραπείαν οὔτ’ ὄφελος οὔτε βλάβος ἐντεῦθεν· ἀλλ’ οὐδ’ εἰ Θέωνά τις ἢ Δίωνα προσαγορεύσας αὐτὴν, ἔπειτ’ ὀρθῶς ἰῷτο, βλάψειεν ἂν οὐδ’ οὗτος οὐδὲν τὸν νοσοῦντα· κᾂν εἰ τελέως δέ τις ἀνώνυμον</w:t>
      </w:r>
    </w:p>
    <w:p>
      <w:r>
        <w:rPr>
          <w:rFonts w:ascii="Courier New" w:hAnsi="Courier New"/>
          <w:color w:val="555555"/>
          <w:sz w:val="20"/>
        </w:rPr>
        <w:t>[5]</w:t>
      </w:r>
    </w:p>
    <w:p>
      <w:r>
        <w:rPr>
          <w:rFonts w:ascii="Gentium Plus" w:hAnsi="Gentium Plus"/>
          <w:sz w:val="24"/>
        </w:rPr>
        <w:t>ἀπολιπὼν αὐτὴν ἃ χρὴ προσφέροι τῷ κάμνοντι βοηθήματα, πρὸς τῷ μὴ βλάπτειν μηδὲν, οὗτος ἔτι κάλλιστα θεραπεύσει. διδάσκειν μέν τοι βουλόμενος ἕτερον ἃ γινώσκει, δεήσεταί τε πάντως ὀνομάτων ἐπὶ τοῖς πράγμασιν, ὅρον τε τῆς χρήσεως αὐτῶν ἕξει τὴν σαφήνειαν· ὁ γὰρ ὡς ἂν ὁ μανθάνων ἐκ‐</w:t>
      </w:r>
    </w:p>
    <w:p>
      <w:r>
        <w:rPr>
          <w:rFonts w:ascii="Courier New" w:hAnsi="Courier New"/>
          <w:color w:val="555555"/>
          <w:sz w:val="20"/>
        </w:rPr>
        <w:t>[10]</w:t>
      </w:r>
    </w:p>
    <w:p>
      <w:r>
        <w:rPr>
          <w:rFonts w:ascii="Gentium Plus" w:hAnsi="Gentium Plus"/>
          <w:sz w:val="24"/>
        </w:rPr>
        <w:t>μάθοι σαφέστατα μάλιστα σπουδάζων ὀνομάζειν, ἄριστος διδάσκαλος. ἐπεὶ τοίνυν καὶ ἡμεῖς ἐν τούτῳ νῦν καθεστήκα‐ μεν, ἀνάγκη μέν που θέσθαι τοῖς πράγμασιν ὀνόματα· τὸ δ’ εἰ καὶ σαφῶς, ἡμῖν σκοπεῖσθαι πάρεστιν. ἡ μὲν δὴ τὴν ἐνέργειαν ἐμποδίζουσα διάθεσις ὀνομαζέσθω νόσος· εἴ τι</w:t>
      </w:r>
    </w:p>
    <w:p>
      <w:r>
        <w:rPr>
          <w:rFonts w:ascii="Courier New" w:hAnsi="Courier New"/>
          <w:color w:val="555555"/>
          <w:sz w:val="20"/>
        </w:rPr>
        <w:t>[15]</w:t>
      </w:r>
    </w:p>
    <w:p>
      <w:r>
        <w:rPr>
          <w:rFonts w:ascii="Gentium Plus" w:hAnsi="Gentium Plus"/>
          <w:sz w:val="24"/>
        </w:rPr>
        <w:t>δ’ ἕπεται τῇδε, σύμπτωμα· τὸ δ’ ἐργαζόμενον αὐτὴν, αἴ‐ τιον. Οὕτω δὲ τούτων διωρισμένων ἐπιβλέπειν</w:t>
      </w:r>
    </w:p>
    <w:p>
      <w:r>
        <w:rPr>
          <w:rFonts w:ascii="Courier New" w:hAnsi="Courier New"/>
          <w:color w:val="555555"/>
          <w:sz w:val="20"/>
        </w:rPr>
        <w:t>[10 . 82]</w:t>
      </w:r>
    </w:p>
    <w:p>
      <w:r>
        <w:rPr>
          <w:rFonts w:ascii="Gentium Plus" w:hAnsi="Gentium Plus"/>
          <w:sz w:val="24"/>
        </w:rPr>
        <w:t>σημάτων ἐπήνεγκαν οἱ πρῶτοι θέμενοι· πολλαχόθι μὲν γὰρ ἀπὸ τοῦ βεβλαμμένου μορίου τὰ ὀνόματα, πλευρῖτις καὶ περι‐ πνευμονία καὶ ἰσχίας καὶ ποδάγρα καὶ νεφρῖτις καὶ ἀρθρῖτις, ὀφθαλμία τε καὶ κεφαλαλγία καὶ δυσεντερία· πολλαχόθι δ’</w:t>
      </w:r>
    </w:p>
    <w:p>
      <w:r>
        <w:rPr>
          <w:rFonts w:ascii="Courier New" w:hAnsi="Courier New"/>
          <w:color w:val="555555"/>
          <w:sz w:val="20"/>
        </w:rPr>
        <w:t>[5]</w:t>
      </w:r>
    </w:p>
    <w:p>
      <w:r>
        <w:rPr>
          <w:rFonts w:ascii="Gentium Plus" w:hAnsi="Gentium Plus"/>
          <w:sz w:val="24"/>
        </w:rPr>
        <w:t>ἀπὸ τοῦ συμπτώματος, εἰλεὸς καὶ τεινεσμὸς καὶ σπασμὸς καὶ παλμὸς καὶ τρόμος καὶ παράλυσις, ἀπεψία τε καὶ δύσπνοια καὶ ἄπνοια καὶ ἀγρυπνία καὶ παραφροσύνη καὶ κῶμα· πολλαχόθι δ’ ἀπ’ ἀμφοῖν ἅμα, ὡς κεφαλαλγία καὶ ὠταλγία καὶ καρδιαλγία καὶ ὀδονταλγία καὶ ὑστεραλγία· πολ‐</w:t>
      </w:r>
    </w:p>
    <w:p>
      <w:r>
        <w:rPr>
          <w:rFonts w:ascii="Courier New" w:hAnsi="Courier New"/>
          <w:color w:val="555555"/>
          <w:sz w:val="20"/>
        </w:rPr>
        <w:t>[10]</w:t>
      </w:r>
    </w:p>
    <w:p>
      <w:r>
        <w:rPr>
          <w:rFonts w:ascii="Gentium Plus" w:hAnsi="Gentium Plus"/>
          <w:sz w:val="24"/>
        </w:rPr>
        <w:t>λαχόθι δ’ ἀπὸ τῆς δοξαζομένης αἰτίας, ὡς ἡ μελαγχολία μὲν ὑπὸ πάντων, αἱ χολέραι δὲ ὑπὸ τῶν Κνιδίων ἰατρῶν, ἴσως δὲ καὶ ὁ λευκοφλεγματίας ὕδερος ἐντεῦθεν· ἐνίοτε δὲ ἀπὸ τῆς πρός τι τῶν ἐκτὸς ὁμοιότητος, ἐλέφας καὶ καρκῖνος καὶ πο‐ λύπους καὶ σταφυλὴ καὶ λεύκη καὶ μυρμηκία καὶ ἀθέρωμα</w:t>
      </w:r>
    </w:p>
    <w:p>
      <w:r>
        <w:rPr>
          <w:rFonts w:ascii="Courier New" w:hAnsi="Courier New"/>
          <w:color w:val="555555"/>
          <w:sz w:val="20"/>
        </w:rPr>
        <w:t>[15]</w:t>
      </w:r>
    </w:p>
    <w:p>
      <w:r>
        <w:rPr>
          <w:rFonts w:ascii="Gentium Plus" w:hAnsi="Gentium Plus"/>
          <w:sz w:val="24"/>
        </w:rPr>
        <w:t>καὶ στεάτωμα καὶ σταφύλωμα καὶ μελικηρὶς καὶ ἄνθραξ, ἀλωπεκία τε καὶ ὀφίασις καὶ σύκωσις καὶ σατυριασμὸς καὶ πριαπισμός· τῶν νοσημάτων δ’ αὐτῶν ὀνόματα μήτε τόπου ἐφαπτόμενα πεπονθότος μήτε τῆς ποιούσης αἰτίας ὀλίγα,</w:t>
      </w:r>
    </w:p>
    <w:p>
      <w:r>
        <w:rPr>
          <w:rFonts w:ascii="Courier New" w:hAnsi="Courier New"/>
          <w:color w:val="555555"/>
          <w:sz w:val="20"/>
        </w:rPr>
        <w:t>[10 . 83]</w:t>
      </w:r>
    </w:p>
    <w:p>
      <w:r>
        <w:rPr>
          <w:rFonts w:ascii="Gentium Plus" w:hAnsi="Gentium Plus"/>
          <w:sz w:val="24"/>
        </w:rPr>
        <w:t>ἀπόστημα καὶ οἴδημα καὶ ἐμπύημα καὶ ἕλκος ἐξάρθρημά τε καὶ κάταγμα καὶ σπάσμα καὶ ῥῆγμα καὶ κολόβωμα καὶ δοθιὴν καὶ ἴονθος καὶ φῦμα· καίτοι καὶ τούτων αὐτῶν ἔνια τὰ μὲν καὶ τὸν τόπον τοῦ σώματος, ἤτοι τὸ πεπονθὸς μέρος ἐμφαί‐</w:t>
      </w:r>
    </w:p>
    <w:p>
      <w:r>
        <w:rPr>
          <w:rFonts w:ascii="Courier New" w:hAnsi="Courier New"/>
          <w:color w:val="555555"/>
          <w:sz w:val="20"/>
        </w:rPr>
        <w:t>[5]</w:t>
      </w:r>
    </w:p>
    <w:p>
      <w:r>
        <w:rPr>
          <w:rFonts w:ascii="Gentium Plus" w:hAnsi="Gentium Plus"/>
          <w:sz w:val="24"/>
        </w:rPr>
        <w:t>νειν ἔοικεν, ἔνια δὲ ἀπὸ τοῦ πλεονεκτοῦντος ὀνομάζεται συμ‐ πτώματος· εἰ δ’ ἄρα τι καὶ χωρὶς παρεμφάσεως ὀνομάζεται, τάς γ’ ἐν αὐτῷ διαφορὰς καὶ τοῦτο πολυειδεῖς ἔσχηκεν, οἷον ἕλκος, εἰ καὶ μὴ συνεχείας ἦν ἡ λύσις ἐν σαρκώδει μορίῳ, καὶ ταύτῃ παραδηλοῦν ἐδόκει τὸν πεπονθότα τόπον, ἀλλ’ αἵ γε</w:t>
      </w:r>
    </w:p>
    <w:p>
      <w:r>
        <w:rPr>
          <w:rFonts w:ascii="Courier New" w:hAnsi="Courier New"/>
          <w:color w:val="555555"/>
          <w:sz w:val="20"/>
        </w:rPr>
        <w:t>[10]</w:t>
      </w:r>
    </w:p>
    <w:p>
      <w:r>
        <w:rPr>
          <w:rFonts w:ascii="Gentium Plus" w:hAnsi="Gentium Plus"/>
          <w:sz w:val="24"/>
        </w:rPr>
        <w:t>κατὰ μέρος αὐτοῦ διαφοραὶ ποικίλαι τοῖς ὀνόμασι, χειρώ‐ νειον καὶ τηλέφιον καὶ καρκῖνος, ἕρπης τε καὶ φαγέδαινα, καὶ πάνθ’ ὅσα τοιαῦτα, τὰ μὲν ἀπὸ τῶν πρώτως ἰασαμένων, ὡς τὸ χειρώνειον· ἔνια δ’ ἀπὸ τῶν πεπονθότων, ὡς τὸ τηλέ‐ φιον· ἀπὸ δὲ τῆς πρὸς τὸ ζῶον ὁμοιότητος ὁ καρκῖνος· ἡ</w:t>
      </w:r>
    </w:p>
    <w:p>
      <w:r>
        <w:rPr>
          <w:rFonts w:ascii="Courier New" w:hAnsi="Courier New"/>
          <w:color w:val="555555"/>
          <w:sz w:val="20"/>
        </w:rPr>
        <w:t>[15]</w:t>
      </w:r>
    </w:p>
    <w:p>
      <w:r>
        <w:rPr>
          <w:rFonts w:ascii="Gentium Plus" w:hAnsi="Gentium Plus"/>
          <w:sz w:val="24"/>
        </w:rPr>
        <w:t>φαγέδαινα δ’ ἀπὸ τοῦ συμπτώματος, ὥσπέρ γε καὶ οἱ ἕρπη‐ τες. ἀλλ’ ἡ μὲν φαγέδαινα πάντως ἐστὶν ἕλκος ἐσθιόμενον, ἢ ἀναβιβρῶσκον, ἢ ὅπως ἂν ἐθέλῃ τις ὀνομάζειν· ὁ δ’ ἕρ‐</w:t>
      </w:r>
    </w:p>
    <w:p>
      <w:r>
        <w:rPr>
          <w:rFonts w:ascii="Courier New" w:hAnsi="Courier New"/>
          <w:color w:val="555555"/>
          <w:sz w:val="20"/>
        </w:rPr>
        <w:t>[10 . 84]</w:t>
      </w:r>
    </w:p>
    <w:p>
      <w:r>
        <w:rPr>
          <w:rFonts w:ascii="Gentium Plus" w:hAnsi="Gentium Plus"/>
          <w:sz w:val="24"/>
        </w:rPr>
        <w:t>τὴν ἀρχαίαν ἕδραν, ἐπινέμεται τὰ πλησίον, ἀλλ’ ὥσπερ τοὔνομα δηλοῖ, δίκην ἕρποντος θηρίου, καταλείπει μὲν τὰ πρότερα, μετέρχεται δ’ ἐφ’ ἕτερα. κοῖλον δ’ ἕλκος καὶ ῥυπα‐ ρὸν καὶ καθαρὸν, ὁμαλές τε καὶ ὑπερσαρκοῦν, οἰκειοτέρας</w:t>
      </w:r>
    </w:p>
    <w:p>
      <w:r>
        <w:rPr>
          <w:rFonts w:ascii="Courier New" w:hAnsi="Courier New"/>
          <w:color w:val="555555"/>
          <w:sz w:val="20"/>
        </w:rPr>
        <w:t>[5]</w:t>
      </w:r>
    </w:p>
    <w:p>
      <w:r>
        <w:rPr>
          <w:rFonts w:ascii="Gentium Plus" w:hAnsi="Gentium Plus"/>
          <w:sz w:val="24"/>
        </w:rPr>
        <w:t>μὲν ἔσχηκε τὰς προσηγορίας, οὐ μὴν ὡσαύτως γε πάσας, ἀλλὰ τὸ μὲν ὁμαλὲς ἀπὸ τῆς οἰκείας διαφορᾶς, ὡσαύτως δὲ καὶ τὸ κοῖλον ἢ ὑπερσαρκοῦν· ἔναιμον δὲ καὶ καθαρὸν καὶ ῥυπα‐ ρὸν οὐ κατὰ τὰς οἰκείας διαφορὰς, ἀλλ’ ἀπὸ τῶν ἔξωθεν ὀνομάζεται συμπτωμάτων. οὕτως οὖν ἀνωμάλου τῶν ὀνομά‐</w:t>
      </w:r>
    </w:p>
    <w:p>
      <w:r>
        <w:rPr>
          <w:rFonts w:ascii="Courier New" w:hAnsi="Courier New"/>
          <w:color w:val="555555"/>
          <w:sz w:val="20"/>
        </w:rPr>
        <w:t>[10]</w:t>
      </w:r>
    </w:p>
    <w:p>
      <w:r>
        <w:rPr>
          <w:rFonts w:ascii="Gentium Plus" w:hAnsi="Gentium Plus"/>
          <w:sz w:val="24"/>
        </w:rPr>
        <w:t>των τῆς θέσεως τοῖς ἀρχαίοις γεγενημένης, καὶ πολὺ μᾶλλον, ὅταν ἐπινυκτίδα καὶ ἀκροχορδόνα καὶ νυκτάλωπα προσαγο‐ ρεύωσι, τὸ μὲν ὅτι νύκτωρ ἐγένετο, τὸ δ’ ὅτι κατ’ ἄκρας ὀχεῖται τῆς ἐπιφανείας τοῦ δέρματος, τὸ δ’ ὅτι τῆς νυκτὸς ἀποφαίνει μὴ βλέποντας, ἕτερά τε πολλὰ τοιαῦτα ποιῶσιν,</w:t>
      </w:r>
    </w:p>
    <w:p>
      <w:r>
        <w:rPr>
          <w:rFonts w:ascii="Courier New" w:hAnsi="Courier New"/>
          <w:color w:val="555555"/>
          <w:sz w:val="20"/>
        </w:rPr>
        <w:t>[15]</w:t>
      </w:r>
    </w:p>
    <w:p>
      <w:r>
        <w:rPr>
          <w:rFonts w:ascii="Gentium Plus" w:hAnsi="Gentium Plus"/>
          <w:sz w:val="24"/>
        </w:rPr>
        <w:t>εἰ γὰρ ἐπεξίοιμι πάντα, κινδυνεύσω σπουδάζειν δοκεῖν ὃ φεύ‐ γειν ἐκέλευσα, πειρᾶσθαι οὖν χρὴ παντὶ τρόπῳ τὸν τῆς ἀλη‐ θείας αὐτῆς ὀρεγόμενον ἀποχωρεῖν μὲν τοῦ προσδοξαζομένου τοῖς ὀνόμασιν, ἐπὶ δὲ τὴν οὐσίαν τῶν πραγμάτων αὐτὴν ἰέναι</w:t>
      </w:r>
    </w:p>
    <w:p>
      <w:r>
        <w:rPr>
          <w:rFonts w:ascii="Courier New" w:hAnsi="Courier New"/>
          <w:color w:val="555555"/>
          <w:sz w:val="20"/>
        </w:rPr>
        <w:t>[10 . 85]</w:t>
      </w:r>
    </w:p>
    <w:p>
      <w:r>
        <w:rPr>
          <w:rFonts w:ascii="Gentium Plus" w:hAnsi="Gentium Plus"/>
          <w:sz w:val="24"/>
        </w:rPr>
        <w:t>νοσήματά τε καὶ συμπτώματα, καὶ προσέτι τὰ προηγούμενα τούτων αἴτια. τοῦτ’ οὖν ἡμεῖς ἐποιήσαμεν ἐν ἑτέροις ὑπομνή‐ μασιν, ὧν ἐστι περὶ μὲν τοῦ πλήθους τῶν νοσημάτων ἓν, ἐπιγέγραπται δὲ περὶ τῆς τῶν νοσημάτων διαφορᾶς, ἕτερον</w:t>
      </w:r>
    </w:p>
    <w:p>
      <w:r>
        <w:rPr>
          <w:rFonts w:ascii="Courier New" w:hAnsi="Courier New"/>
          <w:color w:val="555555"/>
          <w:sz w:val="20"/>
        </w:rPr>
        <w:t>[5]</w:t>
      </w:r>
    </w:p>
    <w:p>
      <w:r>
        <w:rPr>
          <w:rFonts w:ascii="Gentium Plus" w:hAnsi="Gentium Plus"/>
          <w:sz w:val="24"/>
        </w:rPr>
        <w:t>δὲ περὶ τῆς τῶν συμπτωμάτων ἐστὶ διαφορᾶς· οὕτω δὲ καὶ τὰς αἰτίας αὐτῶν ἐπειράθημεν ἐξευρεῖν ἑκατέρας ἰδίᾳ, τάς τε τῶν νοσημάτων καὶ τὰς τῶν συμπτωμάτων ἁπάντων, ὡς μηδὲν ἔτι λείπειν, ἀλλ’ ἑτοίμην εἶναι τὴν παρασκευὴν ἅπασιν εἰς τὴν νῦν ἡμῖν προκειμένην πραγματείαν. ὅθεν οὐδ’ ἀνα‐</w:t>
      </w:r>
    </w:p>
    <w:p>
      <w:r>
        <w:rPr>
          <w:rFonts w:ascii="Courier New" w:hAnsi="Courier New"/>
          <w:color w:val="555555"/>
          <w:sz w:val="20"/>
        </w:rPr>
        <w:t>[10]</w:t>
      </w:r>
    </w:p>
    <w:p>
      <w:r>
        <w:rPr>
          <w:rFonts w:ascii="Gentium Plus" w:hAnsi="Gentium Plus"/>
          <w:sz w:val="24"/>
        </w:rPr>
        <w:t>γινώσκειν ἔτι τὰ μετὰ ταῦτα ῥηθησόμενα συμβουλεύω, πρὶν ἐν ἐκείνοις γυμνάσασθαι· παρακούσας γάρ τις οὕτω πολλῶν θεωρημάτων οὔτ’ αὐτὸς ὠφεληθήσεται καὶ μάτην ἐγκαλέσει τοῖς ὀρθῶς λεγομένοις. Ἐν ἐκείνοις μὲν οὖν ἅπαντα κατὰ μέρος</w:t>
      </w:r>
    </w:p>
    <w:p>
      <w:r>
        <w:rPr>
          <w:rFonts w:ascii="Courier New" w:hAnsi="Courier New"/>
          <w:color w:val="555555"/>
          <w:sz w:val="20"/>
        </w:rPr>
        <w:t>[15]</w:t>
      </w:r>
    </w:p>
    <w:p>
      <w:r>
        <w:rPr>
          <w:rFonts w:ascii="Gentium Plus" w:hAnsi="Gentium Plus"/>
          <w:sz w:val="24"/>
        </w:rPr>
        <w:t>ἐπεξέρχομαι, τά τε νοσήματα καὶ τὰ συμπτώματα καὶ τὰς αἰτίας· ἐνταυθοῖ δὲ δύο ἔτι προσθεὶς ταῦτα, ἀναγκαῖα γι‐ νώσκεσθαι τοῖς ἀσκήσουσι τὴν θεραπευτικὴν μέθοδον, ἐπὶ τὸ</w:t>
      </w:r>
    </w:p>
    <w:p>
      <w:r>
        <w:rPr>
          <w:rFonts w:ascii="Courier New" w:hAnsi="Courier New"/>
          <w:color w:val="555555"/>
          <w:sz w:val="20"/>
        </w:rPr>
        <w:t>[10 . 86]</w:t>
      </w:r>
    </w:p>
    <w:p>
      <w:r>
        <w:rPr>
          <w:rFonts w:ascii="Gentium Plus" w:hAnsi="Gentium Plus"/>
          <w:sz w:val="24"/>
        </w:rPr>
        <w:t>τὰ δύο ταῦτ’ ἐστὶν ἃ μέλλω λέξειν; ἓν μὲν ὅπῃ διαφέρει νό‐ σημα πάθους· ἕτερον δὲ ὅτι χωρὶς τοῦ γνῶναι τὰ στοιχεῖα τοῦ σώματος, ἐξ ὧν πρῶτον γέγονεν, ἀμήχανον ἐξευρεῖν τὰ νοσήματα. ταῦτ’ οὖν ἐγὼ μὲν πειράσομαι διελθεῖν ἐπιμελέ‐</w:t>
      </w:r>
    </w:p>
    <w:p>
      <w:r>
        <w:rPr>
          <w:rFonts w:ascii="Courier New" w:hAnsi="Courier New"/>
          <w:color w:val="555555"/>
          <w:sz w:val="20"/>
        </w:rPr>
        <w:t>[5]</w:t>
      </w:r>
    </w:p>
    <w:p>
      <w:r>
        <w:rPr>
          <w:rFonts w:ascii="Gentium Plus" w:hAnsi="Gentium Plus"/>
          <w:sz w:val="24"/>
        </w:rPr>
        <w:t>στατα, τοὺς δ’ ἀναλεξομένους αὐτὰ παρακαλῶ μὴ πρότερον ἐπ’ αὐτὴν μετιέναι τὴν θεραπευτικὴν μέθοδον, πρὶν ὁπόσα τὰ πάντα ἐστὶ νοσήματα καὶ αὐτοὺς ζητῆσαι κατὰ μόνας, καὶ τοῖς ὑφ’ ἡμῶν γεγραμμένοις ἐπιμελῶς ἐντυχεῖν. ὡς οὖν ταῦτα ποιησάντων, ἄρξομαι τοῦ λόγου. τρεῖς ἐδείχθησαν οὖσαι</w:t>
      </w:r>
    </w:p>
    <w:p>
      <w:r>
        <w:rPr>
          <w:rFonts w:ascii="Courier New" w:hAnsi="Courier New"/>
          <w:color w:val="555555"/>
          <w:sz w:val="20"/>
        </w:rPr>
        <w:t>[10]</w:t>
      </w:r>
    </w:p>
    <w:p>
      <w:r>
        <w:rPr>
          <w:rFonts w:ascii="Gentium Plus" w:hAnsi="Gentium Plus"/>
          <w:sz w:val="24"/>
        </w:rPr>
        <w:t>διαθέσεις ἐν τῷ σώματι παρὰ φύσιν. αἰτίων τε καὶ νοσημά‐ των καὶ συμπτωμάτων· αἰτίων μὲν οἷον τοῦ πλήθους, ἢ τῆς διαφθορᾶς· νοσημάτων δὲ οἷον τῆς φλεγμονῆς, ἢ τοῦ ἕλκους· συμπτωμάτων δὲ οἷον τῆς ἀχροίας, ἢ τῆς ἰσχνότητος. ἔξω‐ θεν δὲ τούτων ἐστὶ τὰ ἀμέτρως ἐκκρινόμενα τοῦ σώματος, ἢ</w:t>
      </w:r>
    </w:p>
    <w:p>
      <w:r>
        <w:rPr>
          <w:rFonts w:ascii="Courier New" w:hAnsi="Courier New"/>
          <w:color w:val="555555"/>
          <w:sz w:val="20"/>
        </w:rPr>
        <w:t>[15]</w:t>
      </w:r>
    </w:p>
    <w:p>
      <w:r>
        <w:rPr>
          <w:rFonts w:ascii="Gentium Plus" w:hAnsi="Gentium Plus"/>
          <w:sz w:val="24"/>
        </w:rPr>
        <w:t>παρὰ φύσιν ἐπεχόμενα, καὶ τῶν ἐνεργειῶν αἱ βλάβαι, κοινῇ μὲν ἅπαντα προσαγορευόμενα συμπτώματα, γένος δ’ οὐχ ἓν ἔχοντα· διάθεσις μὲν γάρ τίς ἐστι σώματος ἡ ἄχροια· τὸ δὲ</w:t>
      </w:r>
    </w:p>
    <w:p>
      <w:r>
        <w:rPr>
          <w:rFonts w:ascii="Courier New" w:hAnsi="Courier New"/>
          <w:color w:val="555555"/>
          <w:sz w:val="20"/>
        </w:rPr>
        <w:t>[10 . 87]</w:t>
      </w:r>
    </w:p>
    <w:p>
      <w:r>
        <w:rPr>
          <w:rFonts w:ascii="Gentium Plus" w:hAnsi="Gentium Plus"/>
          <w:sz w:val="24"/>
        </w:rPr>
        <w:t>οὕτω δὲ καὶ ἡ ἐνέργεια βεβλαμμένη τε καὶ ἀβλαβὴς οὖσα διά‐ θεσις μὲν οὐκ ἔστιν, ἕπεται δὲ ἐξ ἀνάγκης τῇ τοῦ μορίου δια‐ θέσει. τὸ μὲν οὖν οἴδημα καὶ ἡ φλεγμονὴ τῶν ἁπλῶς ὄν‐ των ἐστὶ, κατὰ ταὐτὰ δὲ καὶ τὸ πλῆθος, εἰ τύχοι, τοῦ</w:t>
      </w:r>
    </w:p>
    <w:p>
      <w:r>
        <w:rPr>
          <w:rFonts w:ascii="Courier New" w:hAnsi="Courier New"/>
          <w:color w:val="555555"/>
          <w:sz w:val="20"/>
        </w:rPr>
        <w:t>[5]</w:t>
      </w:r>
    </w:p>
    <w:p>
      <w:r>
        <w:rPr>
          <w:rFonts w:ascii="Gentium Plus" w:hAnsi="Gentium Plus"/>
          <w:sz w:val="24"/>
        </w:rPr>
        <w:t>αἵματος, ἢ τοῦ σώματος ἡ ὠχρότης· ἡ δ’ ἐνέργεια τῶν μὲν ἁπλῶς ὄντων οὐκ ἔστιν, ἢ οὐχ ὁμοίως γε τούτοις ὄντων· οὐ‐ δένα γὰρ αὐτῆς χρόνον ὑπομένει τὰ μόρια, καθάπερ οὐδὲ τὰ τῆς λέξεως, οὐδ’ ὅλως κινήσεως οὐδεμιᾶς, ἀλλ’ ἕκαστον τού‐ των ἐν τῷ γίνεσθαι τὸ εἶναι λαμβάνει. διττοῦ δ’ ὄντος γένους</w:t>
      </w:r>
    </w:p>
    <w:p>
      <w:r>
        <w:rPr>
          <w:rFonts w:ascii="Courier New" w:hAnsi="Courier New"/>
          <w:color w:val="555555"/>
          <w:sz w:val="20"/>
        </w:rPr>
        <w:t>[10]</w:t>
      </w:r>
    </w:p>
    <w:p>
      <w:r>
        <w:rPr>
          <w:rFonts w:ascii="Gentium Plus" w:hAnsi="Gentium Plus"/>
          <w:sz w:val="24"/>
        </w:rPr>
        <w:t>κινήσεως, τοῦ μὲν κατὰ τόπον, τοῦ δὲ κατὰ ποιότητα, φορὰ μὲν τὸ πρότερον, ἀλλοίωσις δὲ τὸ δεύτερον ὀνομάζεται. πᾶσα μὲν οὖν ἐνέργεια κίνησίς ἐστι δραστική· πᾶσα δ’ ἀλλοίωσις κίνησις παθητικὴ τοῦ ἀλλοιουμένου, πάσχει γάρ τι τὸ ἀλ‐ λοιούμενον. αἱ τοίνυν διαθέσεις, ἐπειδὰν ἀλλοιοῦνται, κι‐</w:t>
      </w:r>
    </w:p>
    <w:p>
      <w:r>
        <w:rPr>
          <w:rFonts w:ascii="Courier New" w:hAnsi="Courier New"/>
          <w:color w:val="555555"/>
          <w:sz w:val="20"/>
        </w:rPr>
        <w:t>[15]</w:t>
      </w:r>
    </w:p>
    <w:p>
      <w:r>
        <w:rPr>
          <w:rFonts w:ascii="Gentium Plus" w:hAnsi="Gentium Plus"/>
          <w:sz w:val="24"/>
        </w:rPr>
        <w:t>νοῦνται· παυσάμεναι δὲ τοῦ κινεῖσθαι, ἠλλοίωνται μὲν, ἀλ‐ λοιοῦνται δ’ οὐκ ἔτι. πᾶν γὰρ τὸ ὁπωσοῦν ἔχον ἔν τινι</w:t>
      </w:r>
    </w:p>
    <w:p>
      <w:r>
        <w:rPr>
          <w:rFonts w:ascii="Courier New" w:hAnsi="Courier New"/>
          <w:color w:val="555555"/>
          <w:sz w:val="20"/>
        </w:rPr>
        <w:t>[10 . 88]</w:t>
      </w:r>
    </w:p>
    <w:p>
      <w:r>
        <w:rPr>
          <w:rFonts w:ascii="Gentium Plus" w:hAnsi="Gentium Plus"/>
          <w:sz w:val="24"/>
        </w:rPr>
        <w:t>ἤδη διάκειται· ἀλλοιοῦται μὲν ὁ μελαινόμενος, ἠλλοίωται δὲ ὁ μελανθείς· ὥστ’ εἶναι τὴν ἀλλοίωσιν γένεσιν ποιότητος, ἢ διαθέσεως, ἢ ὅπως ἂν ἐθέλῃς ὀνομάζειν. οὐ μάχεται δὲ τὸ λέγειν ἀλλαγὴν εἶναι τοῦ προϋπάρχοντος τὴν ἀλλοίωσιν</w:t>
      </w:r>
    </w:p>
    <w:p>
      <w:r>
        <w:rPr>
          <w:rFonts w:ascii="Courier New" w:hAnsi="Courier New"/>
          <w:color w:val="555555"/>
          <w:sz w:val="20"/>
        </w:rPr>
        <w:t>[5]</w:t>
      </w:r>
    </w:p>
    <w:p>
      <w:r>
        <w:rPr>
          <w:rFonts w:ascii="Gentium Plus" w:hAnsi="Gentium Plus"/>
          <w:sz w:val="24"/>
        </w:rPr>
        <w:t>τῷ λέγειν γένεσιν αὐτὴν εἶναι ποιότητος· ἅμα γὰρ ἄμφω συμπίπτει, καὶ ἡ πρόσθεν ὑπάρχουσα τῷ σώματι μεταβολὴ, καὶ νῦν ἄλλη γίγνεται. τοῦ γοῦν ἐν ἡλίῳ διατρίψαντος ἀλ‐ λοιοῦται μὲν ἡ λευκότης, γεννᾶται δὲ ἡ μελανότης· καὶ τοῦ παρὰ πυρὶ θαλπομένου μεταβάλλει μὲν ἡ ψυχρότης, γίγνεται</w:t>
      </w:r>
    </w:p>
    <w:p>
      <w:r>
        <w:rPr>
          <w:rFonts w:ascii="Courier New" w:hAnsi="Courier New"/>
          <w:color w:val="555555"/>
          <w:sz w:val="20"/>
        </w:rPr>
        <w:t>[10]</w:t>
      </w:r>
    </w:p>
    <w:p>
      <w:r>
        <w:rPr>
          <w:rFonts w:ascii="Gentium Plus" w:hAnsi="Gentium Plus"/>
          <w:sz w:val="24"/>
        </w:rPr>
        <w:t>δὲ ἡ θερμότης. ὅταν δὲ τοῦδέ τινος, ὃ οὐκ ἔστιν οὐσία, γέ‐ νεσιν εἶναι λέγωμεν, οὐ ταὐτὸν δηλοῦμεν ἐν τῇ λέξει τῇδε κᾀπειδὰν ἁπλῶς ὀνομάσωμεν γένεσιν· ἡ μὲν γὰρ ἁπλῶς ὀνο‐ μαζομένη γένεσις ὁδός ἐστιν εἰς οὐσίαν, ἡ δὲ τοῦδέ τινος γέ‐ νεσις, εἰς τὴν ὡς ἂν εἴποι τις ὕπαρξιν ἐκείνου. ἀλλὰ τοῦτο</w:t>
      </w:r>
    </w:p>
    <w:p>
      <w:r>
        <w:rPr>
          <w:rFonts w:ascii="Courier New" w:hAnsi="Courier New"/>
          <w:color w:val="555555"/>
          <w:sz w:val="20"/>
        </w:rPr>
        <w:t>[15]</w:t>
      </w:r>
    </w:p>
    <w:p>
      <w:r>
        <w:rPr>
          <w:rFonts w:ascii="Gentium Plus" w:hAnsi="Gentium Plus"/>
          <w:sz w:val="24"/>
        </w:rPr>
        <w:t>μὲν ἐν παρέργῳ λελέχθω, ὃ δὲ ἐν τῷ λόγῳ μάλιστα προὔ‐ κειτο, σχεδὸν ἤδη διώρισται, τὸ τὰ μὲν ἐν γενέσει τε καὶ με‐ ταβολῇ καὶ ἀλλοιώσει καὶ ἁπλῶς εἰπεῖν ἐν κινήσει τοῦ εἶναι</w:t>
      </w:r>
    </w:p>
    <w:p>
      <w:r>
        <w:rPr>
          <w:rFonts w:ascii="Courier New" w:hAnsi="Courier New"/>
          <w:color w:val="555555"/>
          <w:sz w:val="20"/>
        </w:rPr>
        <w:t>[10 . 89]</w:t>
      </w:r>
    </w:p>
    <w:p>
      <w:r>
        <w:rPr>
          <w:rFonts w:ascii="Gentium Plus" w:hAnsi="Gentium Plus"/>
          <w:sz w:val="24"/>
        </w:rPr>
        <w:t>καὶ νόσος, ὅσαι τε συμπτωμάτων ἢ αἰτίων εἰσὶ διαθέσεις, ἢ ἕξεις, ὑπομενόντων εἰσίν· αἱ δ’ ἐνέργειαι πᾶσαι καὶ αἱ καθ’ ὁτιοῦν ἀλλοιώσεις ἐν τῷ γίνεσθαι τὸ εἶναι κέκτηνται, καὶ τὸ καθ’ ὁτιοῦν κινούμενον σῶμα κατ’ ἐκεῖνο πάσχει, καὶ ἡ κί‐</w:t>
      </w:r>
    </w:p>
    <w:p>
      <w:r>
        <w:rPr>
          <w:rFonts w:ascii="Courier New" w:hAnsi="Courier New"/>
          <w:color w:val="555555"/>
          <w:sz w:val="20"/>
        </w:rPr>
        <w:t>[5]</w:t>
      </w:r>
    </w:p>
    <w:p>
      <w:r>
        <w:rPr>
          <w:rFonts w:ascii="Gentium Plus" w:hAnsi="Gentium Plus"/>
          <w:sz w:val="24"/>
        </w:rPr>
        <w:t>νησις αὐτοῦ πάθος ἐστίν. οἱ μὲν οὖν παλαιοὶ καὶ τὰς ἐν τῷ κατὰ φύσιν ἔχειν ἁπάσας κινήσεις, ὅσαι γε μὴ δραστικαὶ, πάθη προσαγορεύουσιν, ὥσπερ οὖν ἐνεργείας τὰς δραστικὰς, οὕτω καὶ αὐτὰς τῶν αἰσθήσεων τὰς ἀλλοιώσεις ὁ Πλάτων ὀνομάζει πάθη· τοῖς νεωτέροις δ’ οὐκ οἶδ’ ὅπως δόξαν, ἐπὶ</w:t>
      </w:r>
    </w:p>
    <w:p>
      <w:r>
        <w:rPr>
          <w:rFonts w:ascii="Courier New" w:hAnsi="Courier New"/>
          <w:color w:val="555555"/>
          <w:sz w:val="20"/>
        </w:rPr>
        <w:t>[10]</w:t>
      </w:r>
    </w:p>
    <w:p>
      <w:r>
        <w:rPr>
          <w:rFonts w:ascii="Gentium Plus" w:hAnsi="Gentium Plus"/>
          <w:sz w:val="24"/>
        </w:rPr>
        <w:t>τῆς παρὰ φύσιν μόνης κινήσεως κεῖται τοὔνομα. ἰδίως μὲν οὖν τὸ πάθος ἐπὶ πάσης τῆς ἔξωθεν κινήσεως ἐλέγετο παρὰ τῶν παλαιῶν, ἤδη δὲ καταχρώμενοι καὶ τὰς ἐκ πάθους μὲν γεγενημένας τῶν διαθέσεων, οὐκέτι δ’ ἐν κινήσει, πάθη προσαγορεύουσιν· οὐ μὴν χρονιώτερόν γε οὐδὲ δυσλυτώτερον</w:t>
      </w:r>
    </w:p>
    <w:p>
      <w:r>
        <w:rPr>
          <w:rFonts w:ascii="Courier New" w:hAnsi="Courier New"/>
          <w:color w:val="555555"/>
          <w:sz w:val="20"/>
        </w:rPr>
        <w:t>[15]</w:t>
      </w:r>
    </w:p>
    <w:p>
      <w:r>
        <w:rPr>
          <w:rFonts w:ascii="Gentium Plus" w:hAnsi="Gentium Plus"/>
          <w:sz w:val="24"/>
        </w:rPr>
        <w:t>ἡ διάθεσις τῆς ἕξεως, ὥσπερ οὐδὲ ἡ ἀῤῥωστία· ἀλλ’ αἱ τοιαῦ‐ ται νομοθεσίαι τῶν ὀνομάτων ὑπὸ τῶν νεωτέρων ἐπεισήχθη‐</w:t>
      </w:r>
    </w:p>
    <w:p>
      <w:r>
        <w:rPr>
          <w:rFonts w:ascii="Courier New" w:hAnsi="Courier New"/>
          <w:color w:val="555555"/>
          <w:sz w:val="20"/>
        </w:rPr>
        <w:t>[10 . 90]</w:t>
      </w:r>
    </w:p>
    <w:p>
      <w:r>
        <w:rPr>
          <w:rFonts w:ascii="Gentium Plus" w:hAnsi="Gentium Plus"/>
          <w:sz w:val="24"/>
        </w:rPr>
        <w:t>ρωθι, καὶ νῦν οὐ τοῦτο πρόκειται σκοπεῖν, ἀλλ’ ὅπως ἡμεῖς χρησόμεθα, διελέσθαι μόνον ἀναγκαῖον ἔδοξε σαφηνείας ἕνεκα. τὴν γὰρ ἐναντίαν ὑγείᾳ διάθεσιν, ὑφ’ ἧς ἐνέργειαν λέ‐ γομεν βλάπτεσθαι, νόσημα μόνον προσαγορεύομεν, εἴτε πο‐</w:t>
      </w:r>
    </w:p>
    <w:p>
      <w:r>
        <w:rPr>
          <w:rFonts w:ascii="Courier New" w:hAnsi="Courier New"/>
          <w:color w:val="555555"/>
          <w:sz w:val="20"/>
        </w:rPr>
        <w:t>[5]</w:t>
      </w:r>
    </w:p>
    <w:p>
      <w:r>
        <w:rPr>
          <w:rFonts w:ascii="Gentium Plus" w:hAnsi="Gentium Plus"/>
          <w:sz w:val="24"/>
        </w:rPr>
        <w:t>λυχρόνιος, εἴτε ὀλιγοχρόνιος, εἴτ’ ἐν ἀκαρεῖ χρόνῳ γίγνοιτο· τὰς δ’ ἄλλας ἁπάσας τὰς προηγουμένας τούτων ἐν αἰτίας λόγῳ διαθέσεις παρὰ φύσιν, αὐτὸ τοῦτο μόνον, αἰτίας, οὐ πάθη· τὰ δ’ ἑπόμενα ταύταις, ὅσα μὲν ἐνεργειῶν εἰσι βλά‐ βαι, συμπτώματά τε καὶ πάθη, κατὰ ταὐτὰ δὲ καὶ τὰς ἀμέ‐</w:t>
      </w:r>
    </w:p>
    <w:p>
      <w:r>
        <w:rPr>
          <w:rFonts w:ascii="Courier New" w:hAnsi="Courier New"/>
          <w:color w:val="555555"/>
          <w:sz w:val="20"/>
        </w:rPr>
        <w:t>[10]</w:t>
      </w:r>
    </w:p>
    <w:p>
      <w:r>
        <w:rPr>
          <w:rFonts w:ascii="Gentium Plus" w:hAnsi="Gentium Plus"/>
          <w:sz w:val="24"/>
        </w:rPr>
        <w:t>τρους ἐκκρίσεις ἢ ἐπισχέσεις· ὅσαι δὲ διαθέσεις, ὥσπερ καὶ ἡ ἄχροια, πρὸς τῷ τοῦ πάθους τε καὶ τοῦ συμπτώματος ὀνό‐ ματι διαθέσεις ὀνομάζομεν, ὥσπερ οὖν καί εἰσι. κοινὸν μὲν δὴ τούτων ἁπάντων τὸ παρὰ φύσιν καὶ τῶν αἰτίων καὶ τῶν νοσημάτων καὶ τῶν συμπτωμάτων· ἴδιον δὲ τῶν μὲν νοση‐</w:t>
      </w:r>
    </w:p>
    <w:p>
      <w:r>
        <w:rPr>
          <w:rFonts w:ascii="Courier New" w:hAnsi="Courier New"/>
          <w:color w:val="555555"/>
          <w:sz w:val="20"/>
        </w:rPr>
        <w:t>[15]</w:t>
      </w:r>
    </w:p>
    <w:p>
      <w:r>
        <w:rPr>
          <w:rFonts w:ascii="Gentium Plus" w:hAnsi="Gentium Plus"/>
          <w:sz w:val="24"/>
        </w:rPr>
        <w:t>μάτων τὸ βλάπτειν ἐνέργειαν, τῶν δὲ συμπτωμάτων τὸ τού‐ τοις ἕπεσθαι, τῶν δὲ αἰτίων τὸ προηγεῖσθαι. οὔτ’ οὖν ὅστις κίνησιν εἶπε παρὰ φύσιν εἶναι τὴν νόσον οἶδεν ὃ λέγει,</w:t>
      </w:r>
    </w:p>
    <w:p>
      <w:r>
        <w:rPr>
          <w:rFonts w:ascii="Courier New" w:hAnsi="Courier New"/>
          <w:color w:val="555555"/>
          <w:sz w:val="20"/>
        </w:rPr>
        <w:t>[10 . 91]</w:t>
      </w:r>
    </w:p>
    <w:p>
      <w:r>
        <w:rPr>
          <w:rFonts w:ascii="Gentium Plus" w:hAnsi="Gentium Plus"/>
          <w:sz w:val="24"/>
        </w:rPr>
        <w:t>μεθοδικῶν οὕτως ἀφορίσασθαι προσθέντας ἐκ περιττοῦ τὸ ἐπίμονον· οὐδ’ ὅστις τροπὴν ἐκ τοῦ κατὰ φύσιν εἰς τὸ παρὰ φύσιν, οὐδὲν γὰρ μᾶλλον αἰτίας, ἢ νοσήματος, ἢ συμπτώμα‐ τος ὁ λόγος· ἅπαντα γὰρ ταῦτα διαθέσεις εἰσὶ παρὰ φύσιν,</w:t>
      </w:r>
    </w:p>
    <w:p>
      <w:r>
        <w:rPr>
          <w:rFonts w:ascii="Courier New" w:hAnsi="Courier New"/>
          <w:color w:val="555555"/>
          <w:sz w:val="20"/>
        </w:rPr>
        <w:t>[5]</w:t>
      </w:r>
    </w:p>
    <w:p>
      <w:r>
        <w:rPr>
          <w:rFonts w:ascii="Gentium Plus" w:hAnsi="Gentium Plus"/>
          <w:sz w:val="24"/>
        </w:rPr>
        <w:t>ἀλλ’ εἰ μὲν ὀλιγοχρόνια, δῆλον ὡς ὀξέα, εἰ δὲ δύσλυτα, χρόνια. διοίσει δ’ οὐδὲν ἢ νόσον, ἢ νόσημα λέγειν, ὥσπερ οὐδὲ πάθος, ἢ πάθημα· καὶ μὲν δὴ καὶ ὅτι τὸ πάθους ὄνομα καὶ κατὰ τοῦ νοσήματος ἐπιφέρουσιν οἱ παλαιοὶ, καθάπερ καὶ τὴν ἀῤῥωστίαν καὶ τὴν ἀσθένειαν, ἐπιδέδεικται καὶ τοῦτ’</w:t>
      </w:r>
    </w:p>
    <w:p>
      <w:r>
        <w:rPr>
          <w:rFonts w:ascii="Courier New" w:hAnsi="Courier New"/>
          <w:color w:val="555555"/>
          <w:sz w:val="20"/>
        </w:rPr>
        <w:t>[10]</w:t>
      </w:r>
    </w:p>
    <w:p>
      <w:r>
        <w:rPr>
          <w:rFonts w:ascii="Gentium Plus" w:hAnsi="Gentium Plus"/>
          <w:sz w:val="24"/>
        </w:rPr>
        <w:t>ἐν τοῖς περὶ τῶν ἰατρικῶν ὀνομάτων, καὶ ὡς οὐδὲν διαφέρει λέγειν ἀῤῥωστίαν ἢ ἀῤῥώστημα· καὶ μέν γε καὶ ὡς τοὺς νο‐ σοῦντας αὐτοὺς οὐ νοσοῦντας μόνον, ἀλλὰ καὶ ἀῤῥωστοῦν‐ τας καὶ ἀσθενοῦντας καὶ κάμνοντας ὀνομάζουσιν, ἐπιδέ‐ δεικται δὲ καὶ τοῦτο δι’ ἐκείνων τῶν ὑπομνημάτων. λοιπὸν</w:t>
      </w:r>
    </w:p>
    <w:p>
      <w:r>
        <w:rPr>
          <w:rFonts w:ascii="Courier New" w:hAnsi="Courier New"/>
          <w:color w:val="555555"/>
          <w:sz w:val="20"/>
        </w:rPr>
        <w:t>[15]</w:t>
      </w:r>
    </w:p>
    <w:p>
      <w:r>
        <w:rPr>
          <w:rFonts w:ascii="Gentium Plus" w:hAnsi="Gentium Plus"/>
          <w:sz w:val="24"/>
        </w:rPr>
        <w:t>δ’ ἂν εἴη νῦν, οὗπερ ἕνεκα ταῦτ’ εἴρηται πάντα, προσθέν‐</w:t>
      </w:r>
    </w:p>
    <w:p>
      <w:r>
        <w:rPr>
          <w:rFonts w:ascii="Courier New" w:hAnsi="Courier New"/>
          <w:color w:val="555555"/>
          <w:sz w:val="20"/>
        </w:rPr>
        <w:t>[10 . 92]</w:t>
      </w:r>
    </w:p>
    <w:p>
      <w:r>
        <w:rPr>
          <w:rFonts w:ascii="Gentium Plus" w:hAnsi="Gentium Plus"/>
          <w:sz w:val="24"/>
        </w:rPr>
        <w:t>ἄλλο τοῦ πολλάκις ἤδη καὶ πρόσθεν εἰρημένου, τοῦ πρῶτόν τε καὶ μάλιστα τοῦτο σπουδάζειν τοὺς ἰατροὺς, καὶ τοῦτο σχεδὸν αὐτῶν ἔργον ὑπάρχειν ἴδιον, ἐκκόπτειν τὰς νόσους· εὐθὺς γὰρ ἅμα τούτῳ καὶ ἡ βλάβη τῆς ἐνεργείας οἴχεται, καὶ</w:t>
      </w:r>
    </w:p>
    <w:p>
      <w:r>
        <w:rPr>
          <w:rFonts w:ascii="Courier New" w:hAnsi="Courier New"/>
          <w:color w:val="555555"/>
          <w:sz w:val="20"/>
        </w:rPr>
        <w:t>[5]</w:t>
      </w:r>
    </w:p>
    <w:p>
      <w:r>
        <w:rPr>
          <w:rFonts w:ascii="Gentium Plus" w:hAnsi="Gentium Plus"/>
          <w:sz w:val="24"/>
        </w:rPr>
        <w:t>τἄλλα συμπτώματα πάντα συναναιρεῖται. χρῄζουσι μὲν γὰρ πάντες οἱ ἄνθρωποι πρώτης καὶ μάλιστα τῆς κατὰ φύσιν ἐνεργείας, δι’ ἐκείνην δὲ καὶ τῆς ὑγείας· καὶ ἀποθέσθαι γε βούλονται τὴν βλάβην τῆς ἐνεργείας, καὶ διὰ τοῦτο καὶ τὴν νόσον· οὐ μὴν τῇ γε βλάβῃ τῆς ἐνεργείας, ἀλλὰ τῇ νόσῳ</w:t>
      </w:r>
    </w:p>
    <w:p>
      <w:r>
        <w:rPr>
          <w:rFonts w:ascii="Courier New" w:hAnsi="Courier New"/>
          <w:color w:val="555555"/>
          <w:sz w:val="20"/>
        </w:rPr>
        <w:t>[10]</w:t>
      </w:r>
    </w:p>
    <w:p>
      <w:r>
        <w:rPr>
          <w:rFonts w:ascii="Gentium Plus" w:hAnsi="Gentium Plus"/>
          <w:sz w:val="24"/>
        </w:rPr>
        <w:t>προσφέρουσι τὰ βοηθήματα, τουτέστι τῇ παρὰ φύσιν διαθέ‐ σει τῇ βλαπτούσῃ τὴν ἐνέργειαν. ὅστις οὖν οὐκ οἶδεν αὐτῶν τῶν κατὰ φύσιν ὑπαρχόντων τοῖς μορίοις τά τ’ ἄλλως συμ‐ βεβηκότα καὶ τὰ τῆς ἐνεργείας αἴτια διορίσαι, πῶς τοῦτον εἰ‐ κὸς ἐξευρεῖν τὴν διάθεσιν ὑφ’ ἧς πρώτως ἡ ἐνέργεια βλάπτε‐</w:t>
      </w:r>
    </w:p>
    <w:p>
      <w:r>
        <w:rPr>
          <w:rFonts w:ascii="Courier New" w:hAnsi="Courier New"/>
          <w:color w:val="555555"/>
          <w:sz w:val="20"/>
        </w:rPr>
        <w:t>[15]</w:t>
      </w:r>
    </w:p>
    <w:p>
      <w:r>
        <w:rPr>
          <w:rFonts w:ascii="Gentium Plus" w:hAnsi="Gentium Plus"/>
          <w:sz w:val="24"/>
        </w:rPr>
        <w:t>ται; τὰ μὲν γὰρ ἄλλως συμβεβηκότα τοῖς σώμασι, κᾂν μυ‐ ριάκις ἀλλοιωθείη, βλάπτειν τὴν ἐνέργειαν οὐ δύνανται, ἕως ἂν ὑφ’ ὧν ἐγίγνετο κατὰ φύσιν ἔχῃ πάντα· τούτων δ’</w:t>
      </w:r>
    </w:p>
    <w:p>
      <w:r>
        <w:rPr>
          <w:rFonts w:ascii="Courier New" w:hAnsi="Courier New"/>
          <w:color w:val="555555"/>
          <w:sz w:val="20"/>
        </w:rPr>
        <w:t>[10 . 93]</w:t>
      </w:r>
    </w:p>
    <w:p>
      <w:r>
        <w:rPr>
          <w:rFonts w:ascii="Gentium Plus" w:hAnsi="Gentium Plus"/>
          <w:sz w:val="24"/>
        </w:rPr>
        <w:t>ἀναγκαῖον εἰς τοσοῦτον εἰς ὅσόν περ καὶ ὠφελεῖται κατὰ φύσιν ἔχοντος. Ἐμοὶ μὲν οὖν εἴρηται τὸ πᾶν, καὶ δέδεικται σαφῶς ἤδη τοῖς γε δυναμένοις ἕπεσθαι λόγοις ἀληθέσιν, ὡς</w:t>
      </w:r>
    </w:p>
    <w:p>
      <w:r>
        <w:rPr>
          <w:rFonts w:ascii="Courier New" w:hAnsi="Courier New"/>
          <w:color w:val="555555"/>
          <w:sz w:val="20"/>
        </w:rPr>
        <w:t>[5]</w:t>
      </w:r>
    </w:p>
    <w:p>
      <w:r>
        <w:rPr>
          <w:rFonts w:ascii="Gentium Plus" w:hAnsi="Gentium Plus"/>
          <w:sz w:val="24"/>
        </w:rPr>
        <w:t>οὐκ ἐγχωρεῖ ὁπόσα τὰ πάντ’ ἐστὶ νοσήματα, μεθόδῳ περιλα‐ βεῖν, εἰ μή τις εἰδείη ὁπόσα τὰ πάντ’ ἐστὶν ὑπάρχοντα κατὰ φύσιν ἔχοντι τῷ σώματι τῆς ἐνεργείας αἴτια· μανθάνειν δ’ οὔπω δυνατόν ἐστι τῶν εἰρημένων οὐδὲν, ὅσοι σκαιότεροί τέ εἰσι καὶ ἀργοὶ τὴν διάνοιαν, ἢ τοῖς τῆς μεθοδικῆς αἱρέσεως</w:t>
      </w:r>
    </w:p>
    <w:p>
      <w:r>
        <w:rPr>
          <w:rFonts w:ascii="Courier New" w:hAnsi="Courier New"/>
          <w:color w:val="555555"/>
          <w:sz w:val="20"/>
        </w:rPr>
        <w:t>[10]</w:t>
      </w:r>
    </w:p>
    <w:p>
      <w:r>
        <w:rPr>
          <w:rFonts w:ascii="Gentium Plus" w:hAnsi="Gentium Plus"/>
          <w:sz w:val="24"/>
        </w:rPr>
        <w:t>λήροις ἐνετράφησαν. αὖθις οὖν κᾀκείνοις, ὃ καθόλου νῦν εἴρηται τοῖς συνετοῖς, ἐπέλθωμεν κατὰ μέρος, ἕν τι καὶ δεύτερον οἷον παραδείγματα τῷ λόγῳ προχειρισάμενοι. διὰ τί γὰρ ἡ γλῶττα τῶν χυμῶν αἰσθάνεται, τῶν δ’ ἄλλων μο‐ ρίων οὐδέν; ἆρά γε διὰ χρόαν, ἢ διὰ τὴν θέσιν, ἢ διὰ τὸ</w:t>
      </w:r>
    </w:p>
    <w:p>
      <w:r>
        <w:rPr>
          <w:rFonts w:ascii="Courier New" w:hAnsi="Courier New"/>
          <w:color w:val="555555"/>
          <w:sz w:val="20"/>
        </w:rPr>
        <w:t>[15]</w:t>
      </w:r>
    </w:p>
    <w:p>
      <w:r>
        <w:rPr>
          <w:rFonts w:ascii="Gentium Plus" w:hAnsi="Gentium Plus"/>
          <w:sz w:val="24"/>
        </w:rPr>
        <w:t>μέγεθος, ἢ διὰ τὸ σχῆμα; πασχούσης γὰρ αὐτῆς, οἶμαι, καὶ μηκέτ’ αἰσθανομένης τῶν χυμῶν ἤτοι τὴν χρόαν ἐπα‐ νάξομεν εἰς τὸ κατὰ φύσιν, εἰ κατὰ ταύτην εἶχε τὴν ἐνέρ‐</w:t>
      </w:r>
    </w:p>
    <w:p>
      <w:r>
        <w:rPr>
          <w:rFonts w:ascii="Courier New" w:hAnsi="Courier New"/>
          <w:color w:val="555555"/>
          <w:sz w:val="20"/>
        </w:rPr>
        <w:t>[10 . 94]</w:t>
      </w:r>
    </w:p>
    <w:p>
      <w:r>
        <w:rPr>
          <w:rFonts w:ascii="Gentium Plus" w:hAnsi="Gentium Plus"/>
          <w:sz w:val="24"/>
        </w:rPr>
        <w:t>κᾂν εἰ κατ’ ἄλλο δέ τι παρὰ ταῦτα, δῆλον ὡς κατ’ ἐκεῖ‐ νο μόνον, εἴπερ ἂν αὐτὴν ἐπανάγοιμεν εἰς τὸ κατὰ φύσιν, οὐδὲν τῶν ἄλλων ἔτι δεησόμεθα. φέρε γὰρ ὅτι πυκνὴ τοῖς πό‐ ροις ἐστὶν εἰς τοσόνδε, διὰ ταῦτ’ αὐτὴν αἰσθάνεσθαι τῶν χυ‐</w:t>
      </w:r>
    </w:p>
    <w:p>
      <w:r>
        <w:rPr>
          <w:rFonts w:ascii="Courier New" w:hAnsi="Courier New"/>
          <w:color w:val="555555"/>
          <w:sz w:val="20"/>
        </w:rPr>
        <w:t>[5]</w:t>
      </w:r>
    </w:p>
    <w:p>
      <w:r>
        <w:rPr>
          <w:rFonts w:ascii="Gentium Plus" w:hAnsi="Gentium Plus"/>
          <w:sz w:val="24"/>
        </w:rPr>
        <w:t>μῶν· ἆρ’ οὐ τὴν ἐκείνων συμμετρίαν μὲν, ὁπόθ’ ὑγιαίνουσι, φυλάξομεν, τὴν ἀμετρίαν δ’ αὖθις ὁπότε νοσοῦσιν, ἐπανορ‐ θωσόμεθα; φέρε δ’ εἰ οὕτως ἔτυχε, διότι συμμέτρως ἔχει θερμότητος, αἰσθητικὴν εἶναι τὴν γλῶτταν τῶν χυμῶν· ἆρ’ οὐ κᾀνταῦθα πρόδηλον ὡς τῶν ἄλλων ἁπάντων ἀμελήσαν‐</w:t>
      </w:r>
    </w:p>
    <w:p>
      <w:r>
        <w:rPr>
          <w:rFonts w:ascii="Courier New" w:hAnsi="Courier New"/>
          <w:color w:val="555555"/>
          <w:sz w:val="20"/>
        </w:rPr>
        <w:t>[10]</w:t>
      </w:r>
    </w:p>
    <w:p>
      <w:r>
        <w:rPr>
          <w:rFonts w:ascii="Gentium Plus" w:hAnsi="Gentium Plus"/>
          <w:sz w:val="24"/>
        </w:rPr>
        <w:t>τες, ἐκεῖνο φυλάξομεν αὐτῆς μόνον, ἀφ’ οὗ τὴν ἐνέργειαν ἐκέκτητο; φέρε δ’ εἰ ξηρότητός τε καὶ ὑγρότητος ὧδέ πως ἔχουσα, διὰ τοῦτ’ αἰσθάνοιτο, τίς οὐκ ἂν ἁπάντων τῶν ἄλ‐ λων ἀμελῶν εἰς τοῦτ’ ἀποβλέψει μόνον αὐτῆς, ὅπως μήθ’ ὑγροτέρα τοῦ δέοντος ἔσται μήτε ξηροτέρα, τίς δ’ οὐκ ἂν</w:t>
      </w:r>
    </w:p>
    <w:p>
      <w:r>
        <w:rPr>
          <w:rFonts w:ascii="Courier New" w:hAnsi="Courier New"/>
          <w:color w:val="555555"/>
          <w:sz w:val="20"/>
        </w:rPr>
        <w:t>[15]</w:t>
      </w:r>
    </w:p>
    <w:p>
      <w:r>
        <w:rPr>
          <w:rFonts w:ascii="Gentium Plus" w:hAnsi="Gentium Plus"/>
          <w:sz w:val="24"/>
        </w:rPr>
        <w:t>εἴπερ τοῦτ’ ἐστιν ἀληθὲς, ἐξ ἑτοίμου συνελογίσατο δύο εἶναι τὰ πάντα τῆς γλώσσης νοσήματα, τὸ μὲν ὑγρὸν, τὸ δὲ ξη‐ ρόν; ὥσπερ αὖ καὶ εἰ θερμότητι καὶ ψυχρότητι συμμέτρῳ τὴν αἴσθησιν ἔχοι, τίς οὐκ ἂν κᾀνταῦθα δύο εἶναι τὰ νο‐</w:t>
      </w:r>
    </w:p>
    <w:p>
      <w:r>
        <w:rPr>
          <w:rFonts w:ascii="Courier New" w:hAnsi="Courier New"/>
          <w:color w:val="555555"/>
          <w:sz w:val="20"/>
        </w:rPr>
        <w:t>[10 . 95]</w:t>
      </w:r>
    </w:p>
    <w:p>
      <w:r>
        <w:rPr>
          <w:rFonts w:ascii="Gentium Plus" w:hAnsi="Gentium Plus"/>
          <w:sz w:val="24"/>
        </w:rPr>
        <w:t>ὥσπερ εἰ καὶ τῇ τῶν πόρων συμμετρίᾳ τὴν αἴσθησιν ἐκέκτητο, πρόχειρον ἦν δήπου κᾀνταῦθα λογίσασθαι πάντως ὑπὸ τῆς ἀμετρίας αὐτὴν βλαβήσεσθαι, διττὴν δὲ ταύτην ἔσεσθαι, πύ‐ κνωσίν τε καὶ μάνωσιν τῶν πόρων. ἆρ’ οὖν ἔτι λέγω πολλὰ</w:t>
      </w:r>
    </w:p>
    <w:p>
      <w:r>
        <w:rPr>
          <w:rFonts w:ascii="Courier New" w:hAnsi="Courier New"/>
          <w:color w:val="555555"/>
          <w:sz w:val="20"/>
        </w:rPr>
        <w:t>[5]</w:t>
      </w:r>
    </w:p>
    <w:p>
      <w:r>
        <w:rPr>
          <w:rFonts w:ascii="Gentium Plus" w:hAnsi="Gentium Plus"/>
          <w:sz w:val="24"/>
        </w:rPr>
        <w:t>τοὺς ἀναισθήτους ἐπάγων, εἰ καὶ μηδ’ ἄλλο, τοῦτο γοῦν ἐν‐ νοῆσαι, τὸ μὴ δύνασθαί τι μήθ’ εὑρεῖν μήτ’ ἀποδεῖξαι τὸ πλῆθος τῶν νοσημάτων, ἄνευ τοῦ γνῶναι, τίνα μὲν τῶν ὑπαρχόντων τοῖς μορίοις αἴτια τῆς ἐνεργείας ἐστὶ, τίνα δ’ ἄλλως τούτοις συμβέβηκεν; ἢ καὶ δεύτερόν τι καὶ τρίτον ἔτι</w:t>
      </w:r>
    </w:p>
    <w:p>
      <w:r>
        <w:rPr>
          <w:rFonts w:ascii="Courier New" w:hAnsi="Courier New"/>
          <w:color w:val="555555"/>
          <w:sz w:val="20"/>
        </w:rPr>
        <w:t>[10]</w:t>
      </w:r>
    </w:p>
    <w:p>
      <w:r>
        <w:rPr>
          <w:rFonts w:ascii="Gentium Plus" w:hAnsi="Gentium Plus"/>
          <w:sz w:val="24"/>
        </w:rPr>
        <w:t>παράδειγμα προχειρίσομαι; πολλάκις γὰρ ὑπὸ τοῦ πλήθους αὐτῶν τιτρώσκονται τῶν ἀνοήτων αἱ ψυχαί. φέρε τοίνυν αὖ‐ θις ὡδί πως αὐτοὺς ἐρωτήσωμεν. ἆρ’ αἰσθάνεται τὸ σῶμα θερμῶν καὶ ψυχρῶν, καὶ σκληρῶν καὶ μαλακῶν, καὶ λείων καὶ τραχέων, καὶ ἁπλῶς ἁπάντων τῶν ἁπτῶν, ὅτι λευκὸν</w:t>
      </w:r>
    </w:p>
    <w:p>
      <w:r>
        <w:rPr>
          <w:rFonts w:ascii="Courier New" w:hAnsi="Courier New"/>
          <w:color w:val="555555"/>
          <w:sz w:val="20"/>
        </w:rPr>
        <w:t>[15]</w:t>
      </w:r>
    </w:p>
    <w:p>
      <w:r>
        <w:rPr>
          <w:rFonts w:ascii="Gentium Plus" w:hAnsi="Gentium Plus"/>
          <w:sz w:val="24"/>
        </w:rPr>
        <w:t>τὴν χρόαν ἐστὶν, ἢ ὅτι μέλαν, ἢ ὅτι πυῤῥὸν, ἢ ἁπλῶς εἰ‐ πεῖν ὅτι τοιόνδε τὴν χρόαν· ἢ κατ’ οὐδὲν μὲν τούτων, δι’</w:t>
      </w:r>
    </w:p>
    <w:p>
      <w:r>
        <w:rPr>
          <w:rFonts w:ascii="Courier New" w:hAnsi="Courier New"/>
          <w:color w:val="555555"/>
          <w:sz w:val="20"/>
        </w:rPr>
        <w:t>[10 . 96]</w:t>
      </w:r>
    </w:p>
    <w:p>
      <w:r>
        <w:rPr>
          <w:rFonts w:ascii="Gentium Plus" w:hAnsi="Gentium Plus"/>
          <w:sz w:val="24"/>
        </w:rPr>
        <w:t>χρῆναι μόνον ἐκεῖνο μέλλοντί γε αἰσθήσεσθαι καλῶς, ἐξ οὗπερ ἐκέκτητο μόνου τὸ καλῶς αἰσθάνεσθαι. εἰ μὲν γὰρ ἐκ τοῦ λευκὸν εἶναι τοῦτ’ ἐκέκτητο, περὶ παντὸς ἐχρῆν ποιεῖσθαι καὶ φυλάττειν τοῦτο καὶ φεύγειν τὸ μέλαν· εἰ δ’ ἔμπαλιν ἐκ τοῦ</w:t>
      </w:r>
    </w:p>
    <w:p>
      <w:r>
        <w:rPr>
          <w:rFonts w:ascii="Courier New" w:hAnsi="Courier New"/>
          <w:color w:val="555555"/>
          <w:sz w:val="20"/>
        </w:rPr>
        <w:t>[5]</w:t>
      </w:r>
    </w:p>
    <w:p>
      <w:r>
        <w:rPr>
          <w:rFonts w:ascii="Gentium Plus" w:hAnsi="Gentium Plus"/>
          <w:sz w:val="24"/>
        </w:rPr>
        <w:t>μέλαν ὑπάρχειν ἦν αἰσθητικὸν, ἀποδιδράσκειν ἐχρῆν, οἶμαι, καὶ δεδιέναι τὰς ἄλλας ἁπάσας χρόας· οὕτω δὲ καὶ εἰ διότι ξανθὸν ἢ πυῤῥόν ἐστι, διὰ τοῦτ’ αἰσθάνοιτο, φευκτέον ἐστὶν, οἶμαι, τὰς ἄλλας ἁπάσας χρόας, ὡς ἀναισθησίας ἢ δυσαι‐ σθησίας ἀπεργαστικάς. καὶ μὲν δὴ καὶ εἰ τῷ σκληρὸν εἶναι</w:t>
      </w:r>
    </w:p>
    <w:p>
      <w:r>
        <w:rPr>
          <w:rFonts w:ascii="Courier New" w:hAnsi="Courier New"/>
          <w:color w:val="555555"/>
          <w:sz w:val="20"/>
        </w:rPr>
        <w:t>[10]</w:t>
      </w:r>
    </w:p>
    <w:p>
      <w:r>
        <w:rPr>
          <w:rFonts w:ascii="Gentium Plus" w:hAnsi="Gentium Plus"/>
          <w:sz w:val="24"/>
        </w:rPr>
        <w:t>τὴν αἴσθησιν εἶχε, τῷ μαλακὸν γενέσθαι βλαβήσεται· καὶ εἰ τῷ πυκνὸν εἶναι, τῷ μανὸν ἀπεργασθῆναι· καὶ εἰ συμμετρίᾳ πόρων ᾐσθάνετο, πρὸς τῆς ἀμετρίας δήπου βλαβή‐ σεται· καὶ καθόλου τοῦτ’ αὐτὸ μόνον ὑπάρχειν χρὴ πρὸς τὴν αἴσθησιν, ἀφ’ οὗ τὴν αἴσθησιν εἶχε, καὶ τοῦτ’ ἐπανορθοῦσθαι</w:t>
      </w:r>
    </w:p>
    <w:p>
      <w:r>
        <w:rPr>
          <w:rFonts w:ascii="Courier New" w:hAnsi="Courier New"/>
          <w:color w:val="555555"/>
          <w:sz w:val="20"/>
        </w:rPr>
        <w:t>[15]</w:t>
      </w:r>
    </w:p>
    <w:p>
      <w:r>
        <w:rPr>
          <w:rFonts w:ascii="Gentium Plus" w:hAnsi="Gentium Plus"/>
          <w:sz w:val="24"/>
        </w:rPr>
        <w:t>μόνον, ἐπειδὰν ἐξίσταται τῆς φύσεως, ὑφ’ οὗ τὴν αἴσθησιν βλάπτεται. ἆρ’ οὖν δεήσει τρίτου παραδείγματος, ἢ καὶ ταῦθ’ ἱκανά; τοῖς μὲν συνετοῖς, οἶμαι, καὶ ταῦτ’ ἐστὶ περιττὰ,</w:t>
      </w:r>
    </w:p>
    <w:p>
      <w:r>
        <w:rPr>
          <w:rFonts w:ascii="Courier New" w:hAnsi="Courier New"/>
          <w:color w:val="555555"/>
          <w:sz w:val="20"/>
        </w:rPr>
        <w:t>[10 . 97]</w:t>
      </w:r>
    </w:p>
    <w:p>
      <w:r>
        <w:rPr>
          <w:rFonts w:ascii="Gentium Plus" w:hAnsi="Gentium Plus"/>
          <w:sz w:val="24"/>
        </w:rPr>
        <w:t>ἀμαθέσι δὲ καὶ σκαιοῖς καὶ φιλονείκοις, ἴσως οὐδ’ εἰ τρίτον προστεθείη παράδειγμα, πλέον οὐδέν. ἀλλ’ ὅμως ἐπειδή περ εἴρηται δύο, καὶ κατατρίβουσιν ἀεὶ μάτην ἡμῶν τὸν χρόνον, εἴη ἂν καὶ νῦν οὐκ ἀπεικὸς ἓν αὐτοῖς ἔτι προσ‐</w:t>
      </w:r>
    </w:p>
    <w:p>
      <w:r>
        <w:rPr>
          <w:rFonts w:ascii="Courier New" w:hAnsi="Courier New"/>
          <w:color w:val="555555"/>
          <w:sz w:val="20"/>
        </w:rPr>
        <w:t>[5]</w:t>
      </w:r>
    </w:p>
    <w:p>
      <w:r>
        <w:rPr>
          <w:rFonts w:ascii="Gentium Plus" w:hAnsi="Gentium Plus"/>
          <w:sz w:val="24"/>
        </w:rPr>
        <w:t>θεῖναι παράδειγμα. καὶ δὴ καὶ προβεβλήσθω μὲν ὅπως ἀπε‐ πτοῦσαν ἐπανορθωσόμεθα γαστέρα· τὸν δὲ λόγον οὐ πρὸς τοὺς μεθοδικοὺς ἔτι μόνους, ἀλλ’ ἤδη καὶ πρὸς ἐκείνους ποιη‐ σόμεθα τῶν λογικῶν οἳ νομίζουσι μεθόδῳ τινὶ δύνασθαι καὶ λόγῳ τὴν τέχνην συστήσασθαι χωρὶς τοῦ γνῶναι τὴν</w:t>
      </w:r>
    </w:p>
    <w:p>
      <w:r>
        <w:rPr>
          <w:rFonts w:ascii="Courier New" w:hAnsi="Courier New"/>
          <w:color w:val="555555"/>
          <w:sz w:val="20"/>
        </w:rPr>
        <w:t>[10]</w:t>
      </w:r>
    </w:p>
    <w:p>
      <w:r>
        <w:rPr>
          <w:rFonts w:ascii="Gentium Plus" w:hAnsi="Gentium Plus"/>
          <w:sz w:val="24"/>
        </w:rPr>
        <w:t>πρώτην αἰτίαν τῆς ἐνεργείας, ἣν δὴ καὶ προσεχῆ καλεῖν εἰώ‐ θασιν. ἔστω δή τινα λέγειν, ἀπὸ γὰρ τῶν πρόχειρον ἐχόντων τὴν ἀτοπίαν ἄρξασθαι βέλτιον, ἵν’ ἐπαγάγωμεν αὐτοὺς, εἰ οἷόν τε, κατὰ βραχὺ πρὸς τὸ καὶ τῶν ἀμυδροτέρων αἰσθά‐ νεσθαι· λέγειν οὖν ὑποκείσθω τινὰ διότι πολλαῖς ἐφεξῆς</w:t>
      </w:r>
    </w:p>
    <w:p>
      <w:r>
        <w:rPr>
          <w:rFonts w:ascii="Courier New" w:hAnsi="Courier New"/>
          <w:color w:val="555555"/>
          <w:sz w:val="20"/>
        </w:rPr>
        <w:t>[15]</w:t>
      </w:r>
    </w:p>
    <w:p>
      <w:r>
        <w:rPr>
          <w:rFonts w:ascii="Gentium Plus" w:hAnsi="Gentium Plus"/>
          <w:sz w:val="24"/>
        </w:rPr>
        <w:t>ἡμέραις ὅδε τις ἄνθρωπος ὁ νῦν ἀπεπτῶν, ἐπὶ γάλακτος μό‐ νου διαιτηθεὶς, ἠλλοίωσε τὸ τῆς γαστρὸς χρῶμα, καὶ λευ‐ κὸν ἐποίησεν ἀντ’ ἐρυθροῦ, διὰ τοῦτ’ αὐτῷ βεβλάφθαι τὴν</w:t>
      </w:r>
    </w:p>
    <w:p>
      <w:r>
        <w:rPr>
          <w:rFonts w:ascii="Courier New" w:hAnsi="Courier New"/>
          <w:color w:val="555555"/>
          <w:sz w:val="20"/>
        </w:rPr>
        <w:t>[10 . 98]</w:t>
      </w:r>
    </w:p>
    <w:p>
      <w:r>
        <w:rPr>
          <w:rFonts w:ascii="Gentium Plus" w:hAnsi="Gentium Plus"/>
          <w:sz w:val="24"/>
        </w:rPr>
        <w:t>εἰδείης, ὡς ἴσον ἐστὶ καὶ τούτῳ περὶ χρωμάτων εἰπεῖν ὁτιοῦν ἄνευ τοῦ προσθεῖναι τὴν ἀπόδειξιν καὶ σοὶ περὶ τῆς τῶν πόρων, εἰ οὕτως ἔτυχε, συμμετρίας, ἢ ἄλλης ἡστινοσοῦν διαθέσεως, οὐκ οἶμαί σε γελάσειν εὐλόγως· ἢ γὰρ κᾀπὶ σαυτῷ</w:t>
      </w:r>
    </w:p>
    <w:p>
      <w:r>
        <w:rPr>
          <w:rFonts w:ascii="Courier New" w:hAnsi="Courier New"/>
          <w:color w:val="555555"/>
          <w:sz w:val="20"/>
        </w:rPr>
        <w:t>[5]</w:t>
      </w:r>
    </w:p>
    <w:p>
      <w:r>
        <w:rPr>
          <w:rFonts w:ascii="Gentium Plus" w:hAnsi="Gentium Plus"/>
          <w:sz w:val="24"/>
        </w:rPr>
        <w:t>τὸν γέλωτα κίνησον, ἢ μηδ’ ἐφ’ ἑτέρῳ. ἔστω γὰρ ἰταμὸν εἶναι τὸν τὸ χρῶμα τῆς γαστρὸς αἰτιώμενον τοῦ μὴ πέττειν καλῶς καὶ φάσκειν ὡς ἐπειδὴ κατὰ φύσιν ἔχουσα, τὴν χρόαν ἐνερευθής ἐστι, νῦν δ’ ἀπειργάσθη λευκὴ ἀκριβῶς, διὰ τοῦτ’ ἀπεπτήσειν ἐξ ἀνάγκης αὐτὴν, ἡδέως ἂν ἀκούσαιμί σου τὴν</w:t>
      </w:r>
    </w:p>
    <w:p>
      <w:r>
        <w:rPr>
          <w:rFonts w:ascii="Courier New" w:hAnsi="Courier New"/>
          <w:color w:val="555555"/>
          <w:sz w:val="20"/>
        </w:rPr>
        <w:t>[10]</w:t>
      </w:r>
    </w:p>
    <w:p>
      <w:r>
        <w:rPr>
          <w:rFonts w:ascii="Gentium Plus" w:hAnsi="Gentium Plus"/>
          <w:sz w:val="24"/>
        </w:rPr>
        <w:t>πρὸς τοῦτον ἀντιλογίαν· ἐγὼ μὲν γὰρ οὐδ’ ἐπινοῆσαι δύνα‐ μαι τρόπον ἕτερον αὐτῆς, ἄνευ τοῦ κελεῦσαι τῷ ταῦτ’ εἰπόντι δεῖξαι πρότερον, εἰ διὰ τὴν χρόαν ὅλως ἐνεργεῖ κατὰ φύσιν ἡ γαστήρ· σὺ δὲ εἴπερ ἔχεις, ἡδέως ἂν ἀκούσαιμί σου. ἀλλ’ οὔτε ἔχεις οὔθ’ ἕξεις εἰπεῖν ἕτερόν τινα τρόπον ἀντιλογίας</w:t>
      </w:r>
    </w:p>
    <w:p>
      <w:r>
        <w:rPr>
          <w:rFonts w:ascii="Courier New" w:hAnsi="Courier New"/>
          <w:color w:val="555555"/>
          <w:sz w:val="20"/>
        </w:rPr>
        <w:t>[15]</w:t>
      </w:r>
    </w:p>
    <w:p>
      <w:r>
        <w:rPr>
          <w:rFonts w:ascii="Gentium Plus" w:hAnsi="Gentium Plus"/>
          <w:sz w:val="24"/>
        </w:rPr>
        <w:t>πρὸς τὸν τὴν χροιὰν αἰτιώμενον τῆς ἀπεψίας ἀλλ’ ἢ τὴν πρόκλησιν τοῦ δεῖξαι πῶς ἐκ τοῦ κατὰ φύσιν χρώματος ἡ γαστὴρ εἶχε τὸ πέττειν. εἶτ’ ἐκεῖνος μὲν οὐ πιστευθήσεται τὴν</w:t>
      </w:r>
    </w:p>
    <w:p>
      <w:r>
        <w:rPr>
          <w:rFonts w:ascii="Courier New" w:hAnsi="Courier New"/>
          <w:color w:val="555555"/>
          <w:sz w:val="20"/>
        </w:rPr>
        <w:t>[10 . 99]</w:t>
      </w:r>
    </w:p>
    <w:p>
      <w:r>
        <w:rPr>
          <w:rFonts w:ascii="Gentium Plus" w:hAnsi="Gentium Plus"/>
          <w:sz w:val="24"/>
        </w:rPr>
        <w:t>γοῦσαν αὐτὴν, σὺ δ’ ἤτοι τὴν ἀμετρίαν λέγων τῶν πόρων ἢ ὁτιοῦν ἄλλο πιστευθήσῃ πρὸ τοῦ δεῖξαι πῶς ἐνεργεῖ κατὰ τὴν ἐν ἐκείνῳ τῷ γένει συμμετρίαν; ἀλλ’ οὐδὲ τοῦτο λέγω, φησὶν, οὐδ’ ἄλλο τι τὸ προσεχὲς τῆς πέψεως αἴτιον, ἀλλ’</w:t>
      </w:r>
    </w:p>
    <w:p>
      <w:r>
        <w:rPr>
          <w:rFonts w:ascii="Courier New" w:hAnsi="Courier New"/>
          <w:color w:val="555555"/>
          <w:sz w:val="20"/>
        </w:rPr>
        <w:t>[5]</w:t>
      </w:r>
    </w:p>
    <w:p>
      <w:r>
        <w:rPr>
          <w:rFonts w:ascii="Gentium Plus" w:hAnsi="Gentium Plus"/>
          <w:sz w:val="24"/>
        </w:rPr>
        <w:t>ὅλως ἀγνοεῖν ὁμολογῶ. καὶ μὴν εἰ τῷ μὲν τὴν χρόαν αἰτιω‐ μένῳ τῆς ἐνεργείας ἀναγκαῖόν ἐστι καὶ τῆς βλάβης αἰτιᾶσθαι, τῷ δὲ τὴν συμμετρίαν τῶν πόρων, καὶ τούτῳ τὴν ἀμετρίαν τῶν αὐτῶν τούτων πόρων· καὶ τῷ τὴν εὐκρασίαν τῶν τετ‐ τάρων ποιοτήτων, θερμότητος καὶ ψυχρότητος καὶ ὑγρότητος</w:t>
      </w:r>
    </w:p>
    <w:p>
      <w:r>
        <w:rPr>
          <w:rFonts w:ascii="Courier New" w:hAnsi="Courier New"/>
          <w:color w:val="555555"/>
          <w:sz w:val="20"/>
        </w:rPr>
        <w:t>[10]</w:t>
      </w:r>
    </w:p>
    <w:p>
      <w:r>
        <w:rPr>
          <w:rFonts w:ascii="Gentium Plus" w:hAnsi="Gentium Plus"/>
          <w:sz w:val="24"/>
        </w:rPr>
        <w:t>καὶ ξηρότητος, καὶ τούτῳ τὴν δυσκρασίαν τῶν αὐτῶν· ἀναγ‐ καῖον ἔσται καὶ σοὶ τὸ κατὰ φύσιν ὑποθεμένῳ πρότερον, οὕτως ἐξευρεῖν τὸ παρὰ φύσιν, εἰ δὲ μὴ γινώσκεις τὸ κατὰ φύσιν, οὐδὲ τὸ παρὰ φύσιν οἶσθα· καὶ γὰρ δὴ καὶ ὑμῶν αὐτῶν ἀκούω λε‐ γόντων πρὸς τοὺς ἐμπειρικοὺς ἰατροὺς ὡς οὐκ ἐνδέχεται γνῶναι</w:t>
      </w:r>
    </w:p>
    <w:p>
      <w:r>
        <w:rPr>
          <w:rFonts w:ascii="Courier New" w:hAnsi="Courier New"/>
          <w:color w:val="555555"/>
          <w:sz w:val="20"/>
        </w:rPr>
        <w:t>[15]</w:t>
      </w:r>
    </w:p>
    <w:p>
      <w:r>
        <w:rPr>
          <w:rFonts w:ascii="Gentium Plus" w:hAnsi="Gentium Plus"/>
          <w:sz w:val="24"/>
        </w:rPr>
        <w:t>τὸ παρὰ φύσιν, εἰ μὴ πρότερον εἰδείη τις τὸ κατὰ φύσιν. ἀλλὰ</w:t>
      </w:r>
    </w:p>
    <w:p>
      <w:r>
        <w:rPr>
          <w:rFonts w:ascii="Courier New" w:hAnsi="Courier New"/>
          <w:color w:val="555555"/>
          <w:sz w:val="20"/>
        </w:rPr>
        <w:t>[10 . 100]</w:t>
      </w:r>
    </w:p>
    <w:p>
      <w:r>
        <w:rPr>
          <w:rFonts w:ascii="Gentium Plus" w:hAnsi="Gentium Plus"/>
          <w:sz w:val="24"/>
        </w:rPr>
        <w:t>τι; καὶ τουτὶ τὸ μέρος ὃ γινώσκεις ἆρά γε τὸ τῆς ἐνεργείας ἐστὶν αἴτιον, ἢ ἄλλως ὑπάρχει τῇ γαστρί; τί γὰρ δὴ καὶ γινώσκεις; αὐτῆς θέσιν δηλαδὴ καὶ μέγεθος καὶ πλοκὴν καὶ διάπλασιν· ἀλλ’ οὐδὲν τούτων ἐστὶ τῆς ἐνεργείας αἴτιον. ἀλλ’ οὐδὲ</w:t>
      </w:r>
    </w:p>
    <w:p>
      <w:r>
        <w:rPr>
          <w:rFonts w:ascii="Courier New" w:hAnsi="Courier New"/>
          <w:color w:val="555555"/>
          <w:sz w:val="20"/>
        </w:rPr>
        <w:t>[5]</w:t>
      </w:r>
    </w:p>
    <w:p>
      <w:r>
        <w:rPr>
          <w:rFonts w:ascii="Gentium Plus" w:hAnsi="Gentium Plus"/>
          <w:sz w:val="24"/>
        </w:rPr>
        <w:t>ἀγνοεῖταί τι τούτων τοῖς ἐμπειρικοῖς, ὁμολογοῦσί τε γὰρ χρῆσθαι τῇ κατὰ περίπτωσιν ἀνατομῇ καὶ ταῦτ’ ἐξ ἐκείνης μανθάνειν, οὐ μὴν ἐνεργείας τε καὶ χρείας μορίων. ἀλλ’ οἶδα, φησὶ, καὶ τὴν ἐνέργειαν· ἔστι γὰρ περιστολὴ καὶ τρίψις. ἀλλ’ εἰ μὴ τὴν αἰτίαν εἰδείης αὐτῆς, οὐκ εἴσῃ τὴν νόσον· εἰ γὰρ ἡ</w:t>
      </w:r>
    </w:p>
    <w:p>
      <w:r>
        <w:rPr>
          <w:rFonts w:ascii="Courier New" w:hAnsi="Courier New"/>
          <w:color w:val="555555"/>
          <w:sz w:val="20"/>
        </w:rPr>
        <w:t>[10]</w:t>
      </w:r>
    </w:p>
    <w:p>
      <w:r>
        <w:rPr>
          <w:rFonts w:ascii="Gentium Plus" w:hAnsi="Gentium Plus"/>
          <w:sz w:val="24"/>
        </w:rPr>
        <w:t>εὐκρασία τῶν τεττάρων ποιοτήτων αἰτία τῆς ἐνεργείας ἐστὶν, ἡ δυκρασία πάντως τῆς βλάβης αἰτία ἔσται· σὺ δ’ οἴει φλεγμονὴν καὶ σκίῤῥον, οἴδημά τε καὶ ἀπόστημα, καὶ τἄλλα ὅσα τοῖς ὀφθαλμοῖς ἰδεῖν ἔστι, μόνα τῆς γαστρὸς εἶναι πα‐ θήματα· καίτοι γ’ οὐδὲ ταῦτα τοῖς ἐμπειρικοῖς ὁμοίως ὀφ‐</w:t>
      </w:r>
    </w:p>
    <w:p>
      <w:r>
        <w:rPr>
          <w:rFonts w:ascii="Courier New" w:hAnsi="Courier New"/>
          <w:color w:val="555555"/>
          <w:sz w:val="20"/>
        </w:rPr>
        <w:t>[15]</w:t>
      </w:r>
    </w:p>
    <w:p>
      <w:r>
        <w:rPr>
          <w:rFonts w:ascii="Gentium Plus" w:hAnsi="Gentium Plus"/>
          <w:sz w:val="24"/>
        </w:rPr>
        <w:t>θαλμοῖς μόνοις καὶ χερσὶ καὶ ταῖς ἄλλαις αἰσθήσεσι καταμαν‐ θάνεις, ἀλλ’ ἐπὶ τὴν οὐσίαν αὐτῶν ἀνέρχεσθαι πειρᾷ, καὶ ταύτην ἐξευρίσκειν ἀκριβῶς, οὐκ ἀρκούμενος τοῖς φαινομέ‐</w:t>
      </w:r>
    </w:p>
    <w:p>
      <w:r>
        <w:rPr>
          <w:rFonts w:ascii="Courier New" w:hAnsi="Courier New"/>
          <w:color w:val="555555"/>
          <w:sz w:val="20"/>
        </w:rPr>
        <w:t>[10 . 101]</w:t>
      </w:r>
    </w:p>
    <w:p>
      <w:r>
        <w:rPr>
          <w:rFonts w:ascii="Gentium Plus" w:hAnsi="Gentium Plus"/>
          <w:sz w:val="24"/>
        </w:rPr>
        <w:t>περιγράφει τὴν συνδρομήν· οὕτω γὰρ ἀξιοῦσιν ὀνομάζειν αὐτοὶ τὸ τῶν συμπτωμάτων ἄθροισμα τῶν ὑπαρχόντων τῷ πεπονθότι τόπῳ. καὶ τὴν ἔνδειξίν γε τῆς θεραπείας οὐκ ἐκ τῶν φαινομένων λαμβάνεις συμπτωμάτων· οὐδὲ γὰρ εἰ</w:t>
      </w:r>
    </w:p>
    <w:p>
      <w:r>
        <w:rPr>
          <w:rFonts w:ascii="Courier New" w:hAnsi="Courier New"/>
          <w:color w:val="555555"/>
          <w:sz w:val="20"/>
        </w:rPr>
        <w:t>[5]</w:t>
      </w:r>
    </w:p>
    <w:p>
      <w:r>
        <w:rPr>
          <w:rFonts w:ascii="Gentium Plus" w:hAnsi="Gentium Plus"/>
          <w:sz w:val="24"/>
        </w:rPr>
        <w:t>παρὰ φύσιν ὄγκος, οὐδ’ εἰ ἀντίτυπος, οὐδ’ εἰ ὀδυνηρὸς, οὐδ’ εἰ ἐρυθρὸς, ἀλλ’ εἰ σφήνωσις ἐν τοῖς πέρασι τῶν ἀρτηριῶν ἐπὶ παρεμπτώσει σκοπεῖς καὶ τὴν θεραπείαν, ὡς αὐτὸς ἔφης, πρὸς τοῦτ’ ἀναφέρων ἐξευρίσκεις. ἢ γὰρ οὐχ οὗτος ὁ Ἐρασι‐ στράτου τρόπος τῆς διδασκαλίας ἐν τοῖς περὶ πυρετῶν, ὥσ‐</w:t>
      </w:r>
    </w:p>
    <w:p>
      <w:r>
        <w:rPr>
          <w:rFonts w:ascii="Courier New" w:hAnsi="Courier New"/>
          <w:color w:val="555555"/>
          <w:sz w:val="20"/>
        </w:rPr>
        <w:t>[10]</w:t>
      </w:r>
    </w:p>
    <w:p>
      <w:r>
        <w:rPr>
          <w:rFonts w:ascii="Gentium Plus" w:hAnsi="Gentium Plus"/>
          <w:sz w:val="24"/>
        </w:rPr>
        <w:t>περ αὖ Διοκλέους μὲν ἕτερος, Πραξαγόρου δ’ ἄλλος, Ἀσ‐ κληπιάδου δ’ ἄλλος; ὥστ’ οὐκ ἀπὸ τῶν περὶ τὸ φλεγμαῖνον μέρος φαινομένων συμπτωμάτων ἡ ἔνδειξις αὐτοῖς γίγνεται τῶν βοηθημάτων, ἀλλ’ ἀπὸ τῆς οὐσίας αὐτῆς· οὐ γὰρ εἰ παρὰ φύσιν ὄγκος, οὐδ’ εἰ ἀντίτυπος, οὐδ’ εἰ πόνος σφυγ‐</w:t>
      </w:r>
    </w:p>
    <w:p>
      <w:r>
        <w:rPr>
          <w:rFonts w:ascii="Courier New" w:hAnsi="Courier New"/>
          <w:color w:val="555555"/>
          <w:sz w:val="20"/>
        </w:rPr>
        <w:t>[15]</w:t>
      </w:r>
    </w:p>
    <w:p>
      <w:r>
        <w:rPr>
          <w:rFonts w:ascii="Gentium Plus" w:hAnsi="Gentium Plus"/>
          <w:sz w:val="24"/>
        </w:rPr>
        <w:t>μώδης, ἀλλ’ εἰ παρέμπτωσίς τε καὶ σφήνωσις ἐν τοῖς ἐσχά‐ τοις τῶν ἀρτηριῶν, ἢ ἔμφραξις ἐν τοῖς πέρασι τῶν φλεβῶν, ἢ σῆψίς τις τῶν χυμῶν, ἢ λόγῳ θεωρητῶν ὄγκων ἔντασις,</w:t>
      </w:r>
    </w:p>
    <w:p>
      <w:r>
        <w:rPr>
          <w:rFonts w:ascii="Courier New" w:hAnsi="Courier New"/>
          <w:color w:val="555555"/>
          <w:sz w:val="20"/>
        </w:rPr>
        <w:t>[10 . 102]</w:t>
      </w:r>
    </w:p>
    <w:p>
      <w:r>
        <w:rPr>
          <w:rFonts w:ascii="Gentium Plus" w:hAnsi="Gentium Plus"/>
          <w:sz w:val="24"/>
        </w:rPr>
        <w:t>στος τούτων ἀπὸ τῶν τῆς διαθέσεως τοῦ φλεγμαίνοντος μέ‐ ρους, οὐκ ἀπὸ τῶν ἑπομένων αὐτῇ συμπτωμάτων ἔνδειξιν τῶν βοηθημάτων λαμβάνει. κατὰ τὸν αὐτὸν, οἶμαι, τρόπον καὶ ὅστις αἰτιᾶται τὸ θερμὸν καὶ ψυχρὸν καὶ τὸ ξηρὸν καὶ</w:t>
      </w:r>
    </w:p>
    <w:p>
      <w:r>
        <w:rPr>
          <w:rFonts w:ascii="Courier New" w:hAnsi="Courier New"/>
          <w:color w:val="555555"/>
          <w:sz w:val="20"/>
        </w:rPr>
        <w:t>[5]</w:t>
      </w:r>
    </w:p>
    <w:p>
      <w:r>
        <w:rPr>
          <w:rFonts w:ascii="Gentium Plus" w:hAnsi="Gentium Plus"/>
          <w:sz w:val="24"/>
        </w:rPr>
        <w:t>τὸ ὑγρόν· ἀλλ’ οὗτος μὲν εἰ καὶ χωρὶς φλεγμονῆς, ἢ ἕλκους, ἢ ἀποστήματος, ἤ τινος ἑτέρου τοιούτου, μόνῳ τῷ ψυχρὰ γε‐ γονέναι μὴ πέπτοι καλῶς ἡ γαστὴρ, εὐπορεῖ τῶν βοηθημά‐ των· οἱ δὲ τὰς φλεγμονὰς καὶ τοὺς σκίῤῥους καὶ τἄλλα ὅσα τοῖς ὀφθαλμοῖς ἔστι θεάσασθαι μόνα νομίζοντες εἶναι νοσή‐</w:t>
      </w:r>
    </w:p>
    <w:p>
      <w:r>
        <w:rPr>
          <w:rFonts w:ascii="Courier New" w:hAnsi="Courier New"/>
          <w:color w:val="555555"/>
          <w:sz w:val="20"/>
        </w:rPr>
        <w:t>[10]</w:t>
      </w:r>
    </w:p>
    <w:p>
      <w:r>
        <w:rPr>
          <w:rFonts w:ascii="Gentium Plus" w:hAnsi="Gentium Plus"/>
          <w:sz w:val="24"/>
        </w:rPr>
        <w:t>ματα, γελοίως πάνυ τὰς χωρὶς τούτων ἀπεψίας ἀτονίᾳ τῆς κοιλίας γίγνεσθαί φασιν, ὥσπερ διάθεσίν τινα λέγοντες τὴν ἀτονίαν ἰδίαν ἐξαίρετον, ἀλλ’ οὐχ ὥσπερ καὶ τοῖς ἐκπυϊσκο‐ μένοις τε καὶ σκιῤῥουμένοις καὶ φλεγμαίνουσι καὶ ἄλλως ὁπωσ‐ οῦν πεπονθόσιν ὑπάρχειν. πάντα γὰρ ταῦτα τὰ πάθη, κᾂν</w:t>
      </w:r>
    </w:p>
    <w:p>
      <w:r>
        <w:rPr>
          <w:rFonts w:ascii="Courier New" w:hAnsi="Courier New"/>
          <w:color w:val="555555"/>
          <w:sz w:val="20"/>
        </w:rPr>
        <w:t>[15]</w:t>
      </w:r>
    </w:p>
    <w:p>
      <w:r>
        <w:rPr>
          <w:rFonts w:ascii="Gentium Plus" w:hAnsi="Gentium Plus"/>
          <w:sz w:val="24"/>
        </w:rPr>
        <w:t>ἐν γαστρὶ κᾂν ἐν ἥπατι κᾂν ἐν θώρακι κᾂν ἐν ὁτῳδήποτε γένηται, παραχρῆμα τὸ μέρος ἀτονώτερον ἐργάζεται περὶ τὴν ἰδίαν ἐνέργειαν· ἀλλ’ οὐ τοῦτ’ ἄρ’ ἦν αὔταρκες αὐτοῖς</w:t>
      </w:r>
    </w:p>
    <w:p>
      <w:r>
        <w:rPr>
          <w:rFonts w:ascii="Courier New" w:hAnsi="Courier New"/>
          <w:color w:val="555555"/>
          <w:sz w:val="20"/>
        </w:rPr>
        <w:t>[10 . 103]</w:t>
      </w:r>
    </w:p>
    <w:p>
      <w:r>
        <w:rPr>
          <w:rFonts w:ascii="Gentium Plus" w:hAnsi="Gentium Plus"/>
          <w:sz w:val="24"/>
        </w:rPr>
        <w:t>θέσεις, ἀλλ’ ἐπ’ αὐτὴν ἀνέρχονται τὴν οὐσίαν τοῦ νοσήμα‐ τος, ὡς οὐκ ἐνὸν ἄλλως εὐπορῆσαι τῆς προσηκούσης ἰάσεως. οὔκουν ἔτι τὸν ἔλεγχον ἐξ ἡμῶν ἀναμένουσιν, ἀλλ’ αὐτοὶ σφᾶς αὐτοὺς ἐξελέγχουσιν οἱ τὴν ἀτονίαν εἶναι λέγοντες τὸ</w:t>
      </w:r>
    </w:p>
    <w:p>
      <w:r>
        <w:rPr>
          <w:rFonts w:ascii="Courier New" w:hAnsi="Courier New"/>
          <w:color w:val="555555"/>
          <w:sz w:val="20"/>
        </w:rPr>
        <w:t>[5]</w:t>
      </w:r>
    </w:p>
    <w:p>
      <w:r>
        <w:rPr>
          <w:rFonts w:ascii="Gentium Plus" w:hAnsi="Gentium Plus"/>
          <w:sz w:val="24"/>
        </w:rPr>
        <w:t>πάθος, ἐν οἷς οὐδὲν ὧν ἐκεῖνοι παθῶν ὡρίσαντο πεπον‐ θυίας τῆς γαστρὸς ἀπεπτεῖ τὸ ζῶον. οὔτε γὰρ ἴδιον, ἀλλὰ κοινὸν ἁπάντων λέγουσι, καὶ τὴν θεραπείαν οὐδὲ κατ’ αὐτοὺς ἐκείνους δυνάμενον ἐνδείξασθαι εὐλόγως. ὄνομα γάρ ἐστι ψιλὸν τὸ ῥωννύναι τὴν ἀτονίαν, καὶ οἷον σκοπὸς μᾶλ‐</w:t>
      </w:r>
    </w:p>
    <w:p>
      <w:r>
        <w:rPr>
          <w:rFonts w:ascii="Courier New" w:hAnsi="Courier New"/>
          <w:color w:val="555555"/>
          <w:sz w:val="20"/>
        </w:rPr>
        <w:t>[10]</w:t>
      </w:r>
    </w:p>
    <w:p>
      <w:r>
        <w:rPr>
          <w:rFonts w:ascii="Gentium Plus" w:hAnsi="Gentium Plus"/>
          <w:sz w:val="24"/>
        </w:rPr>
        <w:t>λον, οὐ θεραπεία. τί γὰρ χρὴ ποιοῦντας ῥώμην ἐντιθέναι τοῖς ἀῤῥωστοῦσι περὶ τὴν ἐνέργειαν οὐ λέγουσιν. ἐν τούτῳ δ’ ἦν ἡ θεραπεία. καὶ χωρὶς τοῦ τὴν διάθεσιν εὑρεθῆναι τῆς γαστρὸς εὐπορῆσαι βοηθημάτων ἀδύνατον· εἰ μὲν γὰρ ἔψυκται, θερμαντέον, εἰ δ’ ὕγρανται, ξηραντέον· ὡσαύ‐</w:t>
      </w:r>
    </w:p>
    <w:p>
      <w:r>
        <w:rPr>
          <w:rFonts w:ascii="Courier New" w:hAnsi="Courier New"/>
          <w:color w:val="555555"/>
          <w:sz w:val="20"/>
        </w:rPr>
        <w:t>[15]</w:t>
      </w:r>
    </w:p>
    <w:p>
      <w:r>
        <w:rPr>
          <w:rFonts w:ascii="Gentium Plus" w:hAnsi="Gentium Plus"/>
          <w:sz w:val="24"/>
        </w:rPr>
        <w:t>τως δὲ καὶ εἰ μὲν ἀμέτρως τεθέρμανται, ψυκτέον, εἰ δ’ ἐξή‐ ρανται, ὑγραντέον. οὗτοι μὲν ἁπλοῖ τρόποι τῆς ἰάσεως τέτταρες. ἕτεροι δὲ τέτταρες σύνθετοι, εἰ μὲν ψυχροτέρα καὶ</w:t>
      </w:r>
    </w:p>
    <w:p>
      <w:r>
        <w:rPr>
          <w:rFonts w:ascii="Courier New" w:hAnsi="Courier New"/>
          <w:color w:val="555555"/>
          <w:sz w:val="20"/>
        </w:rPr>
        <w:t>[10 . 104]</w:t>
      </w:r>
    </w:p>
    <w:p>
      <w:r>
        <w:rPr>
          <w:rFonts w:ascii="Gentium Plus" w:hAnsi="Gentium Plus"/>
          <w:sz w:val="24"/>
        </w:rPr>
        <w:t>καὶ ὑγραντέον αὐτήν· εἰ δὲ ὑγροτέρα καὶ θερμοτέρα, ξηραν‐ τέον τέ ἐστι καὶ ψυκτέον· οὕτω δὲ καὶ εἰ μὲν θερμοτέρα τε καὶ ξηροτέρα, ψυκτέον τε καὶ ὑγραντέον, εἰ δ’ ὑγροτέρα τε καὶ ψυχροτέρα, ξηραντέον τε καὶ θερμαντέον· ὥστε καὶ αἱ</w:t>
      </w:r>
    </w:p>
    <w:p>
      <w:r>
        <w:rPr>
          <w:rFonts w:ascii="Courier New" w:hAnsi="Courier New"/>
          <w:color w:val="555555"/>
          <w:sz w:val="20"/>
        </w:rPr>
        <w:t>[5]</w:t>
      </w:r>
    </w:p>
    <w:p>
      <w:r>
        <w:rPr>
          <w:rFonts w:ascii="Gentium Plus" w:hAnsi="Gentium Plus"/>
          <w:sz w:val="24"/>
        </w:rPr>
        <w:t>διαθέσεις ὀκτὼ τῆς γαστρὸς, αὐτῆς, ὡς ἐκεῖνοι λέγουσιν, ἀτο‐ νίας αἰτίαι, καὶ οἱ τρόποι τῆς ἰάσεως ὀκτώ. Καὶ οὐκ ἐγχωρεῖ λέγειν οὐδενὶ τῶν δογμα‐ τιζόντων ὁμοίως τοῖς ἐμπειρικοῖς ὡς οὐδὲν δέοιντο γιγνώσ‐ κειν, εἴθ’ ὑπάρχουσιν, εἴτε μή· τελέως γὰρ ἀνατρέψουσι τὴν</w:t>
      </w:r>
    </w:p>
    <w:p>
      <w:r>
        <w:rPr>
          <w:rFonts w:ascii="Courier New" w:hAnsi="Courier New"/>
          <w:color w:val="555555"/>
          <w:sz w:val="20"/>
        </w:rPr>
        <w:t>[10]</w:t>
      </w:r>
    </w:p>
    <w:p>
      <w:r>
        <w:rPr>
          <w:rFonts w:ascii="Gentium Plus" w:hAnsi="Gentium Plus"/>
          <w:sz w:val="24"/>
        </w:rPr>
        <w:t>λογικὴν αἵρεσιν, ὁμολογήσαντες εὐπορεῖν μὲν τῆς θεραπείας, ἀγνοεῖν δὲ τὴν διάθεσιν· ἐκ πείρας γὰρ δήπου πάντες εὐπο‐ ρήσουσι τῆς ἰάσεως, εἴπερ μὴ ἐκ τῆς τοῦ πράγματος αὐτοῦ φύσεως ἔνδειξιν ἔλαβον. οἱ μὲν οὖν ἐμπειρικοὶ καὶ τῷ μὴ δύνασθαι νομίζειν εὑρεθῆναί τι τῶν ἀδήλων, καὶ τῷ μὴ</w:t>
      </w:r>
    </w:p>
    <w:p>
      <w:r>
        <w:rPr>
          <w:rFonts w:ascii="Courier New" w:hAnsi="Courier New"/>
          <w:color w:val="555555"/>
          <w:sz w:val="20"/>
        </w:rPr>
        <w:t>[15]</w:t>
      </w:r>
    </w:p>
    <w:p>
      <w:r>
        <w:rPr>
          <w:rFonts w:ascii="Gentium Plus" w:hAnsi="Gentium Plus"/>
          <w:sz w:val="24"/>
        </w:rPr>
        <w:t>δεῖσθαι, κᾂν εὑρεθῇ, τετηρῆσθαι γὰρ αὐτοῖς τὰς θεραπείας ἐπὶ ταῖς φαινομέναις συνδρομαῖς, εὐλόγος οὔτε γιγνώσκειν</w:t>
      </w:r>
    </w:p>
    <w:p>
      <w:r>
        <w:rPr>
          <w:rFonts w:ascii="Courier New" w:hAnsi="Courier New"/>
          <w:color w:val="555555"/>
          <w:sz w:val="20"/>
        </w:rPr>
        <w:t>[10 . 105]</w:t>
      </w:r>
    </w:p>
    <w:p>
      <w:r>
        <w:rPr>
          <w:rFonts w:ascii="Gentium Plus" w:hAnsi="Gentium Plus"/>
          <w:sz w:val="24"/>
        </w:rPr>
        <w:t>χωρὶς τῆς τοιαύτης περιεργίας εὐπορεῖν τῶν ἰαμάτων· οἱ δὲ καὶ τὸν λόγον ὁμολογοῦντες ἔχειν, ᾧ καὶ περὶ τῶν ἀδήλων διασκέπτονται, καὶ τὴν εὕρεσιν αὐτῶν ἔνδειξιν ἰαμάτων πα‐ ρέχεσθαι φάσκοντες, οὐκ οἶδ’ ὅπως οὐκ αἰδοῦνται λέγον‐</w:t>
      </w:r>
    </w:p>
    <w:p>
      <w:r>
        <w:rPr>
          <w:rFonts w:ascii="Courier New" w:hAnsi="Courier New"/>
          <w:color w:val="555555"/>
          <w:sz w:val="20"/>
        </w:rPr>
        <w:t>[5]</w:t>
      </w:r>
    </w:p>
    <w:p>
      <w:r>
        <w:rPr>
          <w:rFonts w:ascii="Gentium Plus" w:hAnsi="Gentium Plus"/>
          <w:sz w:val="24"/>
        </w:rPr>
        <w:t>τες ἢ μὴ γινώσκειν εἰ ὑπάρχουσιν αἱ ὀκτὼ διαθέσεις, ἢ μὴ δεῖσθαι πρὸς τὰς ἰάσεις αὐτῶν. οὐ γὰρ τοῦτ’ ἀπόχρη μόνον εἰπεῖν, ὡς οὐκ ἴσασιν, ἀλλ’ ἐξελέγξαι προσήκει τοὺς εἰδέναι φάσκοντας, ὡς οὐκ ἀληθεύουσιν· ἄχρι δ’ ἂν μήτ’ αὐτοὶ τοῦτο ποιῶσιν, ἕτεροί τε πολλὰς ἀποδείξεις λέγωσι τοῦ πᾶν σῶμα</w:t>
      </w:r>
    </w:p>
    <w:p>
      <w:r>
        <w:rPr>
          <w:rFonts w:ascii="Courier New" w:hAnsi="Courier New"/>
          <w:color w:val="555555"/>
          <w:sz w:val="20"/>
        </w:rPr>
        <w:t>[10]</w:t>
      </w:r>
    </w:p>
    <w:p>
      <w:r>
        <w:rPr>
          <w:rFonts w:ascii="Gentium Plus" w:hAnsi="Gentium Plus"/>
          <w:sz w:val="24"/>
        </w:rPr>
        <w:t>διὰ τὴν ἐκ τῶν τεττάρων ποιὰν κρᾶσιν ἐνεργεῖν, εὐλογώτε‐ ρον ἐκείνοις πιστεύειν, εἰ μή τι ἄρα προφάσεις ψιλὰς λέγον‐ τες ἀξιώσουσι πιστότεροι τῶν τὰς ἀποδείξεις λεγόντων εἶναι. καὶ μὴν ἐκεῖνοι μὲν εἰ καὶ μηδὲν ἄλλο, πείθειν γοῦν καὶ διδάσκειν τοὺς ἀκροατὰς, οὐ βιάζεσθαι καὶ προστάττειν ἐπι‐</w:t>
      </w:r>
    </w:p>
    <w:p>
      <w:r>
        <w:rPr>
          <w:rFonts w:ascii="Courier New" w:hAnsi="Courier New"/>
          <w:color w:val="555555"/>
          <w:sz w:val="20"/>
        </w:rPr>
        <w:t>[15]</w:t>
      </w:r>
    </w:p>
    <w:p>
      <w:r>
        <w:rPr>
          <w:rFonts w:ascii="Gentium Plus" w:hAnsi="Gentium Plus"/>
          <w:sz w:val="24"/>
        </w:rPr>
        <w:t>χειροῦσιν· οὗτοι δ’ αὖ τοὐναντίον ὡς τύραννοι κελεύουσι μὴ ζητεῖν τῆς ἐνεργείας τὴν αἰτίαν. ἀλλ’ ἡμεῖς μὲν καὶ Διονύσιον καὶ Φάλαριν καὶ τοὺς ἄλλους τυράννους διὰ τοῦτο μισοῦ‐</w:t>
      </w:r>
    </w:p>
    <w:p>
      <w:r>
        <w:rPr>
          <w:rFonts w:ascii="Courier New" w:hAnsi="Courier New"/>
          <w:color w:val="555555"/>
          <w:sz w:val="20"/>
        </w:rPr>
        <w:t>[10 . 106]</w:t>
      </w:r>
    </w:p>
    <w:p>
      <w:r>
        <w:rPr>
          <w:rFonts w:ascii="Gentium Plus" w:hAnsi="Gentium Plus"/>
          <w:sz w:val="24"/>
        </w:rPr>
        <w:t>δάσκουσιν, ὡς Σόλων καὶ Δράκων καὶ Λυκοῦργος. ἀλλ’ ἐγὼ, φησὶ, ἐν τοῖς ὅροις μένω τῆς τέχνης, ὑμεῖς δὲ ἀποχω‐ ρεῖτε, καὶ πρὸς τὰς ἄλλας ἀρχὰς ἡμᾶς ἀνάγειν ἐπιχειρεῖτε τῆς φυσικῆς θεωρίας. εἶτα οὐκ ἀποδείξεις, ὦ γενναιότατε, κᾂν</w:t>
      </w:r>
    </w:p>
    <w:p>
      <w:r>
        <w:rPr>
          <w:rFonts w:ascii="Courier New" w:hAnsi="Courier New"/>
          <w:color w:val="555555"/>
          <w:sz w:val="20"/>
        </w:rPr>
        <w:t>[5]</w:t>
      </w:r>
    </w:p>
    <w:p>
      <w:r>
        <w:rPr>
          <w:rFonts w:ascii="Gentium Plus" w:hAnsi="Gentium Plus"/>
          <w:sz w:val="24"/>
        </w:rPr>
        <w:t>αὐτὸ τοῦτο, τίνες εἰσὶν οἱ ὅροι τῆς ἰατρικῆς θεωρίας καὶ τίνα χρὴ γινώσκειν τὸν μέλλοντα λόγῳ ποιήσασθαι τὴν εὕρε‐ σιν τῶν βοηθημάτων, ἀλλὰ μορμολυξάμενος οἴει καταπλή‐ ξειν ἡμᾶς; ἀκούω καὶ σοῦ λέγοντος ὡς οὐ χρὴ σκοπεῖσθαι τῆς ἐνεργείας τὴν αἰτίαν· ἀκούω δὲ καὶ τῶν ἐμπειρικῶν ὡς</w:t>
      </w:r>
    </w:p>
    <w:p>
      <w:r>
        <w:rPr>
          <w:rFonts w:ascii="Courier New" w:hAnsi="Courier New"/>
          <w:color w:val="555555"/>
          <w:sz w:val="20"/>
        </w:rPr>
        <w:t>[10]</w:t>
      </w:r>
    </w:p>
    <w:p>
      <w:r>
        <w:rPr>
          <w:rFonts w:ascii="Gentium Plus" w:hAnsi="Gentium Plus"/>
          <w:sz w:val="24"/>
        </w:rPr>
        <w:t>οὐδὲ τὰς ἐνεργείας αὐτὰς ἐπισκέπτεσθαι προσῆκεν· ἀκούω δὲ καὶ τοῦ λέγοντος ὡς οὐ μόνον ἐπισκεπτέον εἶναι δεῖ αὐτὰς, ἀλλὰ καὶ τὰς αἰτίας ὑφ’ ὧν γίγνονται ζητητέον. ἆρ’ οὖν κε‐ λεύεις με γίνεσθαι τῶν ἀδίκων κριτῶν, οἳ μὴ περιμείναντες ἁπάντων ἀκοῦσαι τῶν ἀμφισβητούντων ἀλλήλοις, ἑνὶ φέρον‐</w:t>
      </w:r>
    </w:p>
    <w:p>
      <w:r>
        <w:rPr>
          <w:rFonts w:ascii="Courier New" w:hAnsi="Courier New"/>
          <w:color w:val="555555"/>
          <w:sz w:val="20"/>
        </w:rPr>
        <w:t>[15]</w:t>
      </w:r>
    </w:p>
    <w:p>
      <w:r>
        <w:rPr>
          <w:rFonts w:ascii="Gentium Plus" w:hAnsi="Gentium Plus"/>
          <w:sz w:val="24"/>
        </w:rPr>
        <w:t>τες ἔδοσαν τὴν ψῆφον; ἢ πρῶτον μὲν ἀκοῦσαι τοὺς λόγους ὑμῶν ἑκάστου καταμόνας, εἶτ’ ἀλλήλοις παραβαλεῖν καὶ δια‐ σκέψασθαι τίς ἑαυτῷ τε καὶ τοῖς φαινομένοις ὁμολογεῖ καὶ</w:t>
      </w:r>
    </w:p>
    <w:p>
      <w:r>
        <w:rPr>
          <w:rFonts w:ascii="Courier New" w:hAnsi="Courier New"/>
          <w:color w:val="555555"/>
          <w:sz w:val="20"/>
        </w:rPr>
        <w:t>[10 . 107]</w:t>
      </w:r>
    </w:p>
    <w:p>
      <w:r>
        <w:rPr>
          <w:rFonts w:ascii="Gentium Plus" w:hAnsi="Gentium Plus"/>
          <w:sz w:val="24"/>
        </w:rPr>
        <w:t>ποιήσαιμι, τῶν μὲν ἐμπειρικῶν ἀκούσαιμι κᾂν παραμυθεῖσθαι γοῦν πειρωμένων ἃ λέγουσιν, εἰ καὶ μὴ βεβαίως ἀποδεικνύου‐ σιν· ὑμῶν δ’ οὐδὲ τοῦτο. τίς γὰρ ἢ παραμυθίαν ὑμῶν, ἢ ἀπόδειξιν εἰπεῖν ἐπεχείρησεν ἡδέως ἂν ἀκούσαιμι, δι’ ἣν οὐ</w:t>
      </w:r>
    </w:p>
    <w:p>
      <w:r>
        <w:rPr>
          <w:rFonts w:ascii="Courier New" w:hAnsi="Courier New"/>
          <w:color w:val="555555"/>
          <w:sz w:val="20"/>
        </w:rPr>
        <w:t>[5]</w:t>
      </w:r>
    </w:p>
    <w:p>
      <w:r>
        <w:rPr>
          <w:rFonts w:ascii="Gentium Plus" w:hAnsi="Gentium Plus"/>
          <w:sz w:val="24"/>
        </w:rPr>
        <w:t>χρὴ ζητεῖν τῆς ἐνεργείας τὴν αἰτίαν; ἡ μὲν γὰρ ἔμπροσθεν ὑπ’ ἐμοῦ ῥηθεῖσα μέθοδος ἀπέδειξεν ὡς δεῖ ζητεῖν· ὑμεῖς δ’ οὔτ’ ἀπόδειξιν οὐδεμίαν οὔτε λόγον οὐδένα πιθανὸν ἐπεχειρήσατε εἰπεῖν, ἀλλ’ ἀνατείναντες τὰς ὀφρῦς ἐπιτιμᾶτε μόνον ἡμῖν σεμνῶς, ἀποχωρεῖν τῆς ἄκρας φυσιολογίας κελεύοντες καὶ μὴ</w:t>
      </w:r>
    </w:p>
    <w:p>
      <w:r>
        <w:rPr>
          <w:rFonts w:ascii="Courier New" w:hAnsi="Courier New"/>
          <w:color w:val="555555"/>
          <w:sz w:val="20"/>
        </w:rPr>
        <w:t>[10]</w:t>
      </w:r>
    </w:p>
    <w:p>
      <w:r>
        <w:rPr>
          <w:rFonts w:ascii="Gentium Plus" w:hAnsi="Gentium Plus"/>
          <w:sz w:val="24"/>
        </w:rPr>
        <w:t>ζητεῖν οὕτω φύσιν ἀνθρώπου καταμαθεῖν ὡς οἱ φιλόσοφοι καταμανθάνουσιν, ἄχρι τῶν πρώτων στοιχείων ἀνιόντες τῷ λόγῳ καὶ τοῦτο ὑμῖν ἀπόχρη μόνον εἰπεῖν, ὡς ἀρτηρίαν καὶ φλέβα καὶ νεῦρον ἀρχὰς προσεχεῖς καὶ οἷον στοιχεῖα χρὴ τίθεσθαι τῆς περὶ τὸν ἄνθρωπον φυσιολογίας. καί τις ἐπῄ‐</w:t>
      </w:r>
    </w:p>
    <w:p>
      <w:r>
        <w:rPr>
          <w:rFonts w:ascii="Courier New" w:hAnsi="Courier New"/>
          <w:color w:val="555555"/>
          <w:sz w:val="20"/>
        </w:rPr>
        <w:t>[15]</w:t>
      </w:r>
    </w:p>
    <w:p>
      <w:r>
        <w:rPr>
          <w:rFonts w:ascii="Gentium Plus" w:hAnsi="Gentium Plus"/>
          <w:sz w:val="24"/>
        </w:rPr>
        <w:t>νεσεν ἐν τούτῳ τὸν Ἡρόφιλον εἰπόντα κατὰ λέξιν οὕτως· ἔστω ταῦτα εἶναι πρῶτα, εἰ καὶ μή ἐστι πρῶτα. τὸν δ’ εἰς ἀπόδειξιν προκαλούμενον ἐξελέγχοντά τε τὰς ὑποθέσεις τῶν</w:t>
      </w:r>
    </w:p>
    <w:p>
      <w:r>
        <w:rPr>
          <w:rFonts w:ascii="Courier New" w:hAnsi="Courier New"/>
          <w:color w:val="555555"/>
          <w:sz w:val="20"/>
        </w:rPr>
        <w:t>[10 . 108]</w:t>
      </w:r>
    </w:p>
    <w:p>
      <w:r>
        <w:rPr>
          <w:rFonts w:ascii="Gentium Plus" w:hAnsi="Gentium Plus"/>
          <w:sz w:val="24"/>
        </w:rPr>
        <w:t>καὶ τὴν ἀρχὴν οὐδὲ παρέχετε τὰ ὦτα καὶ καταφρονεῖν προσ‐ ποιεῖσθε καὶ μισολόγοι γίγνεσθε νῦν, οἱ τὸν λόγον καὶ τὴν ἀπόδειξιν ἐπανατεινόμενοι τοῖς ἐμπειρικοῖς. ὅτι γὰρ ἑαυτοῖς οἱ λόγοι διαφέρονται ἁπάντων τῶν ἐξ ἡμίσεος δογματιζόντων,</w:t>
      </w:r>
    </w:p>
    <w:p>
      <w:r>
        <w:rPr>
          <w:rFonts w:ascii="Courier New" w:hAnsi="Courier New"/>
          <w:color w:val="555555"/>
          <w:sz w:val="20"/>
        </w:rPr>
        <w:t>[5]</w:t>
      </w:r>
    </w:p>
    <w:p>
      <w:r>
        <w:rPr>
          <w:rFonts w:ascii="Gentium Plus" w:hAnsi="Gentium Plus"/>
          <w:sz w:val="24"/>
        </w:rPr>
        <w:t>εὐφωρότατόν ἐστι τοῦτο τῷ κᾂν βραχὺ γεγυμνασμένῳ κατὰ τὰς ἀποδεικτικὰς μεθόδους. ἐπειδὰν μὲν γὰρ φλεγμαίνῃ γα‐ στὴρ καὶ διὰ τοῦτο πέττειν ἀῤῥωστῇ, τίς ἡ τῆς φλεγμονῆς ἐστιν αἰτία ζητεῖν δικαιοῦσι, κᾀντεῦθεν εὐποροῦσι τῶν ἰαμάτων, ἀποχωροῦντες τῆς ἐμπειρικῆς εὑρέσεως· ἐπειδὰν</w:t>
      </w:r>
    </w:p>
    <w:p>
      <w:r>
        <w:rPr>
          <w:rFonts w:ascii="Courier New" w:hAnsi="Courier New"/>
          <w:color w:val="555555"/>
          <w:sz w:val="20"/>
        </w:rPr>
        <w:t>[10]</w:t>
      </w:r>
    </w:p>
    <w:p>
      <w:r>
        <w:rPr>
          <w:rFonts w:ascii="Gentium Plus" w:hAnsi="Gentium Plus"/>
          <w:sz w:val="24"/>
        </w:rPr>
        <w:t>δὲ χωρὶς φλεγμονῆς, ἢ τοιούτου τινὸς ἄλλου παθήματος, ὑπὸ δυσκρασίας μόνης ἀῤῥωστῇ πέττειν, ἐνταῦθα πάλιν ἐκ τῆς ἐμπειρίας αὐτῆς ἡ τῶν βοηθημάτων εὐπορία. καὶ μὴν ἀλλήλοις μὲν ταῦτα μάχεται, τὰ δὲ τῶν ἐμπειρικῶν ὁμολογεῖ, καὶ ἀποδείκνυσί τε καὶ περαίνει τὸ σφέτερον ἐξ ὧν αὐτοὶ</w:t>
      </w:r>
    </w:p>
    <w:p>
      <w:r>
        <w:rPr>
          <w:rFonts w:ascii="Courier New" w:hAnsi="Courier New"/>
          <w:color w:val="555555"/>
          <w:sz w:val="20"/>
        </w:rPr>
        <w:t>[15]</w:t>
      </w:r>
    </w:p>
    <w:p>
      <w:r>
        <w:rPr>
          <w:rFonts w:ascii="Gentium Plus" w:hAnsi="Gentium Plus"/>
          <w:sz w:val="24"/>
        </w:rPr>
        <w:t>ὑμεῖς συγχωρεῖτε λημμάτων. εἰ γὰρ ὅλως δυνατόν ἐστιν ἐπὶ φαινομένοις συμπτώμασι τετηρῆσθαι θεραπείαν, ἀγνοουμένης τῆς διαθέσεως, οὐκ ἐπὶ μὲν τῆσδε δυνατὸν, ἐφ’ ἑτέρας δ’</w:t>
      </w:r>
    </w:p>
    <w:p>
      <w:r>
        <w:rPr>
          <w:rFonts w:ascii="Courier New" w:hAnsi="Courier New"/>
          <w:color w:val="555555"/>
          <w:sz w:val="20"/>
        </w:rPr>
        <w:t>[10 . 109]</w:t>
      </w:r>
    </w:p>
    <w:p>
      <w:r>
        <w:rPr>
          <w:rFonts w:ascii="Gentium Plus" w:hAnsi="Gentium Plus"/>
          <w:sz w:val="24"/>
        </w:rPr>
        <w:t>οὐδ’ ἐνταῦθα λόγον οὐδένα λέγειν ἕξετε τοῦ μὴ τὴν ἐμπει‐ ρίαν αὐτάρκη γίγνεσθαι πρὸς τὴν τῶν βοηθημάτων εὐπορίαν, ἐφ’ οἷς τὴν διάθεσιν εὑρεῖν ἀδυνατεῖτε. πάντα οὖν ὡς τύραννοι προστάττετε, χρῆσθαι δ’ ἀποδείξεσιν οὔτ’ αὐ‐</w:t>
      </w:r>
    </w:p>
    <w:p>
      <w:r>
        <w:rPr>
          <w:rFonts w:ascii="Courier New" w:hAnsi="Courier New"/>
          <w:color w:val="555555"/>
          <w:sz w:val="20"/>
        </w:rPr>
        <w:t>[5]</w:t>
      </w:r>
    </w:p>
    <w:p>
      <w:r>
        <w:rPr>
          <w:rFonts w:ascii="Gentium Plus" w:hAnsi="Gentium Plus"/>
          <w:sz w:val="24"/>
        </w:rPr>
        <w:t>τοὶ βούλεσθε, βέλτιον γὰρ ἴσως εἰπεῖν τοῦτο τοῦ μὴ δύνα‐ σθαι, καὶ τοῖς βουλομένοις τε ἅμα καὶ δυναμένοις οὐχ ἕπεσθε. τί ποτ’ οὖν ἄλλο εἰσὶν ὑμῶν οἱ λόγοι πλὴν ἔρις καὶ φιλο‐ νεικία καὶ πρόκλησις εἰς λοιδορίας καὶ μάχας, οἵας καὶ τῶν ὑμετέρων διδασκάλων τις ἐποιεῖτο διὰ παντὸς, ἢ καταγελῶν</w:t>
      </w:r>
    </w:p>
    <w:p>
      <w:r>
        <w:rPr>
          <w:rFonts w:ascii="Courier New" w:hAnsi="Courier New"/>
          <w:color w:val="555555"/>
          <w:sz w:val="20"/>
        </w:rPr>
        <w:t>[10]</w:t>
      </w:r>
    </w:p>
    <w:p>
      <w:r>
        <w:rPr>
          <w:rFonts w:ascii="Gentium Plus" w:hAnsi="Gentium Plus"/>
          <w:sz w:val="24"/>
        </w:rPr>
        <w:t>εἴ τις ἐφθέγξατο θερμὸν καὶ ψυχρὸν, ὡς βαλανεῦσι μᾶλλον, οὐκ ἰατροῖς προσηκόντων ὀνομάτων, ἢ σφοδρῶς ἐπιτιμῶν, ὡς ἀποχωροῦντι πόῤῥω τῆς ἰατρικῆς, ἢ τὴν Ἐρασιστράτου προχειριζόμενος ἀξιοπιστίαν. ἀλλὰ ταύτην μὲν πρῶτον ἀκού‐ σας ἥσθην, δεύτερον δὲ καὶ τρίτον ἀκούων ἐμίσησα, βω‐</w:t>
      </w:r>
    </w:p>
    <w:p>
      <w:r>
        <w:rPr>
          <w:rFonts w:ascii="Courier New" w:hAnsi="Courier New"/>
          <w:color w:val="555555"/>
          <w:sz w:val="20"/>
        </w:rPr>
        <w:t>[15]</w:t>
      </w:r>
    </w:p>
    <w:p>
      <w:r>
        <w:rPr>
          <w:rFonts w:ascii="Gentium Plus" w:hAnsi="Gentium Plus"/>
          <w:sz w:val="24"/>
        </w:rPr>
        <w:t>μολοχίᾳ μᾶλλον, οὐκ ἰατρικῇ πρέπειν ἡγησάμενος. εἰ γὰρ ἅπαξ ἡ τῶν κελευσάντων μὴ προσωτέρω χωρεῖν ἀξιοπιστία</w:t>
      </w:r>
    </w:p>
    <w:p>
      <w:r>
        <w:rPr>
          <w:rFonts w:ascii="Courier New" w:hAnsi="Courier New"/>
          <w:color w:val="555555"/>
          <w:sz w:val="20"/>
        </w:rPr>
        <w:t>[10 . 110]</w:t>
      </w:r>
    </w:p>
    <w:p>
      <w:r>
        <w:rPr>
          <w:rFonts w:ascii="Gentium Plus" w:hAnsi="Gentium Plus"/>
          <w:sz w:val="24"/>
        </w:rPr>
        <w:t>μακρὸς ἔσται πάντα, καὶ πέρας οὐδὲν ἐν τοῖς διαλόγοις ἀλλ’ ἢ τοῦθ’ ὅπερ νῦν ὁρᾶτε γιγνόμενον, ἔχθρα καὶ μάχη καὶ λοι‐ δορία. τοῖς γὰρ ἀποχωρήσασι μὲν τῶν λογικῶν ἀποδείξεων, ὅτι δ’ Ἡρόφιλος οὕτως ἐκέλευσεν ἢ Ἐρασίστρατος, ἀξιοῦσι</w:t>
      </w:r>
    </w:p>
    <w:p>
      <w:r>
        <w:rPr>
          <w:rFonts w:ascii="Courier New" w:hAnsi="Courier New"/>
          <w:color w:val="555555"/>
          <w:sz w:val="20"/>
        </w:rPr>
        <w:t>[5]</w:t>
      </w:r>
    </w:p>
    <w:p>
      <w:r>
        <w:rPr>
          <w:rFonts w:ascii="Gentium Plus" w:hAnsi="Gentium Plus"/>
          <w:sz w:val="24"/>
        </w:rPr>
        <w:t>πιστεύειν, ἀνάγκη πᾶσαν λοιδορίαν καὶ μάχην ἀκολουθῆσαι, τὰ θαυμαστὰ τῶν νῦν διαλόγων ἆθλα. φέρε γὰρ ἑτέρου μέν τινος λέγοντος ὡς τῷδέ τινι τῷ μὴ πέπτοντι καλῶς ἡ γα‐ στὴρ δύσκρατος ἐπὶ τὸ ξηρότερόν τε καὶ ψυχρότερον ἐγένετο, καὶ διὰ τοῦτ’ αὐτὴν ὑγραντέον τ’ ἐστὶ καὶ θερμαντέον, ἑτέ‐</w:t>
      </w:r>
    </w:p>
    <w:p>
      <w:r>
        <w:rPr>
          <w:rFonts w:ascii="Courier New" w:hAnsi="Courier New"/>
          <w:color w:val="555555"/>
          <w:sz w:val="20"/>
        </w:rPr>
        <w:t>[10]</w:t>
      </w:r>
    </w:p>
    <w:p>
      <w:r>
        <w:rPr>
          <w:rFonts w:ascii="Gentium Plus" w:hAnsi="Gentium Plus"/>
          <w:sz w:val="24"/>
        </w:rPr>
        <w:t>ρου δέ τινος, ἐκτροπῆς τοῦ κατὰ φύσιν ἐπὶ τὸ ψυχρότερόν τε καὶ ὑγρότερον ἀπεργασθείσης, θερμὰ καὶ ξηρὰ τὰ διαιτήματα προσφέρεσθαι συμβουλεύοντος· καὶ ἄλλος τις τρίτος πα‐ ρελθὼν, ὡς μὲν οὐκ ὀρθῶς εἴρηται τῶν εἰρημένων ὁτιοῦν μηδ’ ἐπιχειρήσειεν ἀντειπεῖν, μόνον δ’ ἐπιτιμῶν ὡς περιττὰ</w:t>
      </w:r>
    </w:p>
    <w:p>
      <w:r>
        <w:rPr>
          <w:rFonts w:ascii="Courier New" w:hAnsi="Courier New"/>
          <w:color w:val="555555"/>
          <w:sz w:val="20"/>
        </w:rPr>
        <w:t>[15]</w:t>
      </w:r>
    </w:p>
    <w:p>
      <w:r>
        <w:rPr>
          <w:rFonts w:ascii="Gentium Plus" w:hAnsi="Gentium Plus"/>
          <w:sz w:val="24"/>
        </w:rPr>
        <w:t>ζητοῦσι, καὶ μάρτυρα τὸν Ἐρασίστρατον ἢ τὸν Ἡρόφιλον ἐπάγοιτο· πῶς οὐχ, ὅπερ ἔφην, ἀρχὴ διαφορᾶς ἐντεῦθεν ἔσται καὶ λοιδορίας τῆς πρὸς ἀλλήλοις; ἀνάγκη γὰρ δήπου</w:t>
      </w:r>
    </w:p>
    <w:p>
      <w:r>
        <w:rPr>
          <w:rFonts w:ascii="Courier New" w:hAnsi="Courier New"/>
          <w:color w:val="555555"/>
          <w:sz w:val="20"/>
        </w:rPr>
        <w:t>[10 . 111]</w:t>
      </w:r>
    </w:p>
    <w:p>
      <w:r>
        <w:rPr>
          <w:rFonts w:ascii="Gentium Plus" w:hAnsi="Gentium Plus"/>
          <w:sz w:val="24"/>
        </w:rPr>
        <w:t>στόνικον, Ἱπποκράτην τε καὶ Φιλιστίωνα καὶ μυρίοις ἑτέρους τοιούτους ἐπικαλέσαθαι μάρτυρας. εἰ γὰρ δὴ κατὰ μάρτυρας χρὴ διαιρεῖσθαι τὸν λόγον, οὐ σμικρῷ τινὶ κρατήσουσιν· ὅτι τε γὰρ τῆς νοσώδους δυσκρασίας εἴδη πολλὰ καὶ ὅτι καθ’</w:t>
      </w:r>
    </w:p>
    <w:p>
      <w:r>
        <w:rPr>
          <w:rFonts w:ascii="Courier New" w:hAnsi="Courier New"/>
          <w:color w:val="555555"/>
          <w:sz w:val="20"/>
        </w:rPr>
        <w:t>[5]</w:t>
      </w:r>
    </w:p>
    <w:p>
      <w:r>
        <w:rPr>
          <w:rFonts w:ascii="Gentium Plus" w:hAnsi="Gentium Plus"/>
          <w:sz w:val="24"/>
        </w:rPr>
        <w:t>ἕκαστον ἡ θεραπεία διάφορος οὐχ Ἱπποκράτην μόνον, ἢ ἄλ‐ λους παμπόλλους ἰατροὺς, ἀλλὰ καὶ Πλάτωνα καὶ Ἀριστοτέ‐ λην καὶ Θεόφραστον καὶ Ζήνωνα καὶ Χρύσιππον, ἅπαντάς τε τοὺς ἐλλογίμους φιλοσόφους παρεχόμενοι μάρτυρας· ὅτι τε χω‐ ρὶς τοῦ τὴν φύσιν εὑρεθῆναι τοῦ σώματος ἀκριβῶς οὐχ οἷόν τ’</w:t>
      </w:r>
    </w:p>
    <w:p>
      <w:r>
        <w:rPr>
          <w:rFonts w:ascii="Courier New" w:hAnsi="Courier New"/>
          <w:color w:val="555555"/>
          <w:sz w:val="20"/>
        </w:rPr>
        <w:t>[10]</w:t>
      </w:r>
    </w:p>
    <w:p>
      <w:r>
        <w:rPr>
          <w:rFonts w:ascii="Gentium Plus" w:hAnsi="Gentium Plus"/>
          <w:sz w:val="24"/>
        </w:rPr>
        <w:t>ἐστὶν οὔτε περὶ νοσημάτων διαφορᾶς ἐξευρεῖν οὐδὲν οὔτε ἰαμάτων εὐπορῆσαι προσηκόντως, ἅπαντας πάλιν τοὺς νῦν εἰρημένους μοι φιλοσόφους τε καὶ ἰατροὺς, οὐ προστάττον‐ τας μὰ Δί’ ὡς οὗτοι δίκην τυράννων, ἀλλ’ ἀποδεικνύν‐ τας παρέξονται. πρὸς ταῦτ’ οὖν οἱ τὸ θερμὸν καὶ ψυχρὸν</w:t>
      </w:r>
    </w:p>
    <w:p>
      <w:r>
        <w:rPr>
          <w:rFonts w:ascii="Courier New" w:hAnsi="Courier New"/>
          <w:color w:val="555555"/>
          <w:sz w:val="20"/>
        </w:rPr>
        <w:t>[15]</w:t>
      </w:r>
    </w:p>
    <w:p>
      <w:r>
        <w:rPr>
          <w:rFonts w:ascii="Gentium Plus" w:hAnsi="Gentium Plus"/>
          <w:sz w:val="24"/>
        </w:rPr>
        <w:t>βαλανέων, οὐκ ἰατρῶν ὀνόματα φάσκοντες εἶναι βωμολοχεύ‐ σονται δηλονότι καὶ γελωτοποιήσουσιν, ἢ μωροὺς, ἢ Φρύ‐ γας, ἢ σχολαστικοὺς διηγούμενοι· συνίσασι γὰρ ἑαυτοῖς οὐ</w:t>
      </w:r>
    </w:p>
    <w:p>
      <w:r>
        <w:rPr>
          <w:rFonts w:ascii="Courier New" w:hAnsi="Courier New"/>
          <w:color w:val="555555"/>
          <w:sz w:val="20"/>
        </w:rPr>
        <w:t>[10 . 112]</w:t>
      </w:r>
    </w:p>
    <w:p>
      <w:r>
        <w:rPr>
          <w:rFonts w:ascii="Gentium Plus" w:hAnsi="Gentium Plus"/>
          <w:sz w:val="24"/>
        </w:rPr>
        <w:t>ποτέ ἐστιν ἀπόδειξις ἐπαΐουσιν. ἐκ τούτων οὖν τῶν σκωμ‐ μάτων ἀνάγκη γενήσεσθαι διαφορᾶς ἀρχήν· ἵνα γὰρ τοῦ πρώτου πάντων ὧν οἱ χωρὶς ἀποδείξεως φλυαροῦντες οὐκ ὀκνοῦσι λέγειν ἐπιμνησθῶ, σκέψαι πῶς ἀναγκαῖόν ἐστιν</w:t>
      </w:r>
    </w:p>
    <w:p>
      <w:r>
        <w:rPr>
          <w:rFonts w:ascii="Courier New" w:hAnsi="Courier New"/>
          <w:color w:val="555555"/>
          <w:sz w:val="20"/>
        </w:rPr>
        <w:t>[5]</w:t>
      </w:r>
    </w:p>
    <w:p>
      <w:r>
        <w:rPr>
          <w:rFonts w:ascii="Gentium Plus" w:hAnsi="Gentium Plus"/>
          <w:sz w:val="24"/>
        </w:rPr>
        <w:t>ἀκολουθῆσαι μάχην αὐτῷ. πρὸς γὰρ τὰς ἀναποδείκτους φάσεις αὐτῶν καὶ τοὺς ἀξιοπίστους μάρτυρας, ὅταν ἕτεροί τινες ἐνδοξοτέρους τε καὶ πολὺ πλείονας ἀντιπροτείνωνται μάρτυρας, ἀναγκαῖον ἢ συγχωρεῖν καὶ ἡττᾶσθαι κατ’ ἄμφω νενικημένους, ἔν τε τῷ μὴ συνακολουθῆσαι πρὸς τὴν ἀπόδειξιν</w:t>
      </w:r>
    </w:p>
    <w:p>
      <w:r>
        <w:rPr>
          <w:rFonts w:ascii="Courier New" w:hAnsi="Courier New"/>
          <w:color w:val="555555"/>
          <w:sz w:val="20"/>
        </w:rPr>
        <w:t>[10]</w:t>
      </w:r>
    </w:p>
    <w:p>
      <w:r>
        <w:rPr>
          <w:rFonts w:ascii="Gentium Plus" w:hAnsi="Gentium Plus"/>
          <w:sz w:val="24"/>
        </w:rPr>
        <w:t>κᾀν τῷ κεκρατῆσθαι πρὸς τοῦ πλήθους τῶν μαρτύρων, ἢ ἀναισχυντήσαντας Ἐρασίστρατον ἁπάντων ἐκείνων τῶν μαρ‐ τύρων ἀποφαίνεσθαι πιστότερον. ἀνάγκη γὰρ ἐνταῦθα τὸν μὲν εἰπεῖν ὡς οὐκ ἦν πιστότερος οὔτε τῶν περὶ τὸν Ἱππο‐ κράτην καὶ Μνησίθεον ἰατρῶν οὔτε τῶν περὶ τὸν Ἀριστοτέλη</w:t>
      </w:r>
    </w:p>
    <w:p>
      <w:r>
        <w:rPr>
          <w:rFonts w:ascii="Courier New" w:hAnsi="Courier New"/>
          <w:color w:val="555555"/>
          <w:sz w:val="20"/>
        </w:rPr>
        <w:t>[15]</w:t>
      </w:r>
    </w:p>
    <w:p>
      <w:r>
        <w:rPr>
          <w:rFonts w:ascii="Gentium Plus" w:hAnsi="Gentium Plus"/>
          <w:sz w:val="24"/>
        </w:rPr>
        <w:t>τε καὶ Πλάτωνα φιλοσόφων, τὸν δ’ ὡς ἀντειπεῖν· εἶτ’ ἄνω καὶ κάτω τῆς τοιαύτης ἀντιλογίας φερομένης οὕτως ἀπαίδευτά τε καὶ φιλόνεικα προαχθῆναι τὸν ἕτερον αὐτῶν εἰπεῖν ὡς οὐκ ἔσται οὕτω σοι καλῶς, ἢν Ἐρασίστρατον ἀτιμάζῃς.</w:t>
      </w:r>
    </w:p>
    <w:p>
      <w:r>
        <w:rPr>
          <w:rFonts w:ascii="Courier New" w:hAnsi="Courier New"/>
          <w:color w:val="555555"/>
          <w:sz w:val="20"/>
        </w:rPr>
        <w:t>[10 . 113]</w:t>
      </w:r>
    </w:p>
    <w:p>
      <w:r>
        <w:rPr>
          <w:rFonts w:ascii="Gentium Plus" w:hAnsi="Gentium Plus"/>
          <w:sz w:val="24"/>
        </w:rPr>
        <w:t>τοὺς τῶν ἰατρῶν διαλόγους· τοιαύτης δ’ ἅπαξ ἀνοιχθείσης ὁδοῦ, πάντ’ ἐπιῤῥεῖ τὰ τῶν γυναικῶν ἤδη ῥήματα καὶ κα‐ κῶς εἰπόντες ἀλλήλους, οὐ διδάξαντές τι χρηστὸν ἢ μαθόν‐ τες ἀπαλλάττονται. καὶ τῆς τοιαύτης ἀσχημοσύνης οὐκ</w:t>
      </w:r>
    </w:p>
    <w:p>
      <w:r>
        <w:rPr>
          <w:rFonts w:ascii="Courier New" w:hAnsi="Courier New"/>
          <w:color w:val="555555"/>
          <w:sz w:val="20"/>
        </w:rPr>
        <w:t>[5]</w:t>
      </w:r>
    </w:p>
    <w:p>
      <w:r>
        <w:rPr>
          <w:rFonts w:ascii="Gentium Plus" w:hAnsi="Gentium Plus"/>
          <w:sz w:val="24"/>
        </w:rPr>
        <w:t>ἔστιν εἰπεῖν ὡς οὐχ οἱ τὰς ἀποδείξεις ἀποδιδράσκοντες ἄρ‐ χουσιν· ἀποδιδράσκουσι δ’, ὡς οἶσθα, πολυειδῶς, οἱ μὲν σεμνῶς ἐπιτιμήσαντες μόνον, οἱ δὲ κομψευσάμενοί τι βωμο‐ λοχικὸν, οἱ δ’ εἰς γέλωτα καὶ χλεύην ἐξάγοντες τὸν διάλογον· εἰ δέ τις καὶ τολμήσειε παραμεῖναί τε τῷ λόγῳ καὶ τῶν ἀπο‐</w:t>
      </w:r>
    </w:p>
    <w:p>
      <w:r>
        <w:rPr>
          <w:rFonts w:ascii="Courier New" w:hAnsi="Courier New"/>
          <w:color w:val="555555"/>
          <w:sz w:val="20"/>
        </w:rPr>
        <w:t>[10]</w:t>
      </w:r>
    </w:p>
    <w:p>
      <w:r>
        <w:rPr>
          <w:rFonts w:ascii="Gentium Plus" w:hAnsi="Gentium Plus"/>
          <w:sz w:val="24"/>
        </w:rPr>
        <w:t>δείξεων ἐπακοῦσαι, μάλιστα μὲν οὐδ’ ἕπεται τὴν ἀρχὴν, οὐ γὰρ ἐνδέχεται τὸν ἀγύμναστον ἀποδεικτικῆς μεθόδου τοῖς χρωμένοις αὐτῇ παρακαλουθεῖν· εἰ δ’ ἄρα καὶ μέχρι τινὸς παρακολουθήσειεν, ἀλλὰ τῷ πάντως ἐπαμύνειν ἐθέλειν οἷς ἐνετράφη δόγμασιν, ἐπιχειρῶν ἀντιλέγειν, εἶτ’ ἐξελεγχόμενος,</w:t>
      </w:r>
    </w:p>
    <w:p>
      <w:r>
        <w:rPr>
          <w:rFonts w:ascii="Courier New" w:hAnsi="Courier New"/>
          <w:color w:val="555555"/>
          <w:sz w:val="20"/>
        </w:rPr>
        <w:t>[15]</w:t>
      </w:r>
    </w:p>
    <w:p>
      <w:r>
        <w:rPr>
          <w:rFonts w:ascii="Gentium Plus" w:hAnsi="Gentium Plus"/>
          <w:sz w:val="24"/>
        </w:rPr>
        <w:t>ἀπέραντα καὶ ἀσυλλόγιστα καὶ περιττὰ καὶ ληρώδη φλυαρῶν, ἀγανακτεῖ καὶ καταρᾶται τοῖς διαλεκτικοῖς, ὡς κακῶν αἰτίοις, ὅτι δηλαδὴ τὴν κόρυζαν ἀπομύττουσιν αὐτῶν καὶ θεραπεύειν</w:t>
      </w:r>
    </w:p>
    <w:p>
      <w:r>
        <w:rPr>
          <w:rFonts w:ascii="Courier New" w:hAnsi="Courier New"/>
          <w:color w:val="555555"/>
          <w:sz w:val="20"/>
        </w:rPr>
        <w:t>[10 . 114]</w:t>
      </w:r>
    </w:p>
    <w:p>
      <w:r>
        <w:rPr>
          <w:rFonts w:ascii="Gentium Plus" w:hAnsi="Gentium Plus"/>
          <w:sz w:val="24"/>
        </w:rPr>
        <w:t>σκόροδά τε καὶ κρόμμυα, τὰ καὶ τοὺς κορυζῶντας ἀλεκτρυό‐ νας ἰώμενα. παραγέγονας γὰρ δὴ μυριάκις αὐτοῖς ὡς ὑπὸ σκορόδων ὄντως καὶ κρομμύων τῶν ἐλέγχων ἀναγκαζομένοις δακρύειν· οἶσθα δὲ δήπουθεν ὡς καὶ πολλοὶ πολλάκις ἡμῖν</w:t>
      </w:r>
    </w:p>
    <w:p>
      <w:r>
        <w:rPr>
          <w:rFonts w:ascii="Courier New" w:hAnsi="Courier New"/>
          <w:color w:val="555555"/>
          <w:sz w:val="20"/>
        </w:rPr>
        <w:t>[5]</w:t>
      </w:r>
    </w:p>
    <w:p>
      <w:r>
        <w:rPr>
          <w:rFonts w:ascii="Gentium Plus" w:hAnsi="Gentium Plus"/>
          <w:sz w:val="24"/>
        </w:rPr>
        <w:t>ἐξωμολογήσαντο καταμόνας αἰσθάνεσθαι μὲν ἤδη τῶν κατὰ τὴν σφετέραν αἵρεσιν ἀτόπων, οὐ δύνασθαι δ’ ἔν γε τῷ φα‐ νερῷ μεταθέσθαι διὰ τὸ μήτ’ ἄλλα γινώσκειν ἀφ’ ὧν τιμη‐ θήσονται καὶ τοῖς πολλοῖς τῶν ἀνθρώπων ἐφθακέναι ἀπὸ τούτων γιγνώσκεσθαί τε καὶ τιμᾶσθαι. διὰ ταῦτα τοίνυν</w:t>
      </w:r>
    </w:p>
    <w:p>
      <w:r>
        <w:rPr>
          <w:rFonts w:ascii="Courier New" w:hAnsi="Courier New"/>
          <w:color w:val="555555"/>
          <w:sz w:val="20"/>
        </w:rPr>
        <w:t>[10]</w:t>
      </w:r>
    </w:p>
    <w:p>
      <w:r>
        <w:rPr>
          <w:rFonts w:ascii="Gentium Plus" w:hAnsi="Gentium Plus"/>
          <w:sz w:val="24"/>
        </w:rPr>
        <w:t>κᾀγὼ πολλάκις ἀνεβαλλόμην ὑπομνήματα γράψαι μεθόδου θεραπευτικῆς, ὡς ἂν ἀκριβῶς εἰδὼς ὀλιγοστοὺς τῶν νῦν ἀν‐ θρώπων ὑπ’ αὐτῶν ὠφεληθησομένους. εἰ μὴ γὰρ μεγάλη τις γένοιτο καὶ δαιμονία μεταβολὴ τῶν ἀνθρωπείων πραγμάτων, οἴχεται πάντα τὰ καλὰ καὶ συγκέχυται καὶ διέφθαρται, μη‐</w:t>
      </w:r>
    </w:p>
    <w:p>
      <w:r>
        <w:rPr>
          <w:rFonts w:ascii="Courier New" w:hAnsi="Courier New"/>
          <w:color w:val="555555"/>
          <w:sz w:val="20"/>
        </w:rPr>
        <w:t>[15]</w:t>
      </w:r>
    </w:p>
    <w:p>
      <w:r>
        <w:rPr>
          <w:rFonts w:ascii="Gentium Plus" w:hAnsi="Gentium Plus"/>
          <w:sz w:val="24"/>
        </w:rPr>
        <w:t>δενὸς ἀλήθειαν σπουδάζοντος, ἀλλὰ τὸ δόξαι μόνον. οἶσθα γὰρ δήπου καὶ σὺ σαφῶς ὡς οὐδὲ πέντε τοῖς πᾶσιν ἀνθρώ‐ ποις ἐνετύχομεν εἶναι μᾶλλον ἢ φαίνεσθαι σοφοῖς ὀρεγομέ‐</w:t>
      </w:r>
    </w:p>
    <w:p>
      <w:r>
        <w:rPr>
          <w:rFonts w:ascii="Courier New" w:hAnsi="Courier New"/>
          <w:color w:val="555555"/>
          <w:sz w:val="20"/>
        </w:rPr>
        <w:t>[10 . 115]</w:t>
      </w:r>
    </w:p>
    <w:p>
      <w:r>
        <w:rPr>
          <w:rFonts w:ascii="Gentium Plus" w:hAnsi="Gentium Plus"/>
          <w:sz w:val="24"/>
        </w:rPr>
        <w:t>οὐδὲ καιρὸν ἕξει τοῦ γυμνάσασθαι κατὰ τὰς λογικὰς μεθό‐ δους, ἀλλὰ περὶ πλοῦτον καὶ δόξαν καὶ δύναμιν πολιτικὴν ἐσπουδακὼς, περὶ τὴν ἐν ἐκείνοις ἀσχολίαν ἅπαντα κατατρί‐ ψει τὸν βίον.</w:t>
      </w:r>
    </w:p>
    <w:p>
      <w:r>
        <w:rPr>
          <w:rFonts w:ascii="Courier New" w:hAnsi="Courier New"/>
          <w:color w:val="555555"/>
          <w:sz w:val="20"/>
        </w:rPr>
        <w:t>[5]</w:t>
      </w:r>
    </w:p>
    <w:p>
      <w:r>
        <w:rPr>
          <w:rFonts w:ascii="Gentium Plus" w:hAnsi="Gentium Plus"/>
          <w:sz w:val="24"/>
        </w:rPr>
        <w:t>Ἐάσαντες οὖν αὐτοὺς, πάλιν ἐπὶ τὸ προκείμενον ἴωμεν. ἔστι τὸ προκείμενον ἐξ ἀρχῆς, ὡς εἰ μή τις ἅπαντα τὸν ἀριθμὸν τῶν νοσημάτων ἐξεύροι μεθόδῳ, πταίσει μέγιστον πταῖσμα κατὰ τὴν ἀρχὴν εὐθὺς αὐτῆς τῆς θεραπευτικῆς μεθόδου· πρόδηλον γὰρ ὡς τοσούτους χρὴ τρό‐</w:t>
      </w:r>
    </w:p>
    <w:p>
      <w:r>
        <w:rPr>
          <w:rFonts w:ascii="Courier New" w:hAnsi="Courier New"/>
          <w:color w:val="555555"/>
          <w:sz w:val="20"/>
        </w:rPr>
        <w:t>[10]</w:t>
      </w:r>
    </w:p>
    <w:p>
      <w:r>
        <w:rPr>
          <w:rFonts w:ascii="Gentium Plus" w:hAnsi="Gentium Plus"/>
          <w:sz w:val="24"/>
        </w:rPr>
        <w:t>πους εἶναι τῆς ἰάσεως ὅσαιπερ καὶ αἱ τῶν νοσημάτων ἰδέαι. τὸ τοίνυν μήτ’ ἄπειρα ποιῆσαι τὰ νοσήματα ταῖς κατὰ μέ‐ ρος ἰδιότησι προσέχοντας μήτ’ εὐθὺς ἐν τοῖς πρώτοις κατα‐ μεῖναι γένεσιν οὐ τοῦ τυχόντος ἐστὶν, ἀλλ’ ἀνδρὸς, ὡς καὶ πρόσθεν ἐδείκνυτο, πάνυ γεγυμνασμένου κατὰ τὰς διαιρετι‐</w:t>
      </w:r>
    </w:p>
    <w:p>
      <w:r>
        <w:rPr>
          <w:rFonts w:ascii="Courier New" w:hAnsi="Courier New"/>
          <w:color w:val="555555"/>
          <w:sz w:val="20"/>
        </w:rPr>
        <w:t>[15]</w:t>
      </w:r>
    </w:p>
    <w:p>
      <w:r>
        <w:rPr>
          <w:rFonts w:ascii="Gentium Plus" w:hAnsi="Gentium Plus"/>
          <w:sz w:val="24"/>
        </w:rPr>
        <w:t>κὰς μεθόδους. ἀρχὴ δὲ τῆς διαιρέσεως αὐτῶν, ὥς που καὶ τοῦτ’ ἐλέγετο, τὸν λόγον τῆς οὐσίας τοῦ διαιρουμένου πράγματος ἀφορίσασθαι. καὶ τοίνυν ἐδείκνυτο πάντως μὲν ἕν τι τῶν παρὰ φύσιν ὑπαρχόντων νόσημα. τεττάρων δ’</w:t>
      </w:r>
    </w:p>
    <w:p>
      <w:r>
        <w:rPr>
          <w:rFonts w:ascii="Courier New" w:hAnsi="Courier New"/>
          <w:color w:val="555555"/>
          <w:sz w:val="20"/>
        </w:rPr>
        <w:t>[10 . 116]</w:t>
      </w:r>
    </w:p>
    <w:p>
      <w:r>
        <w:rPr>
          <w:rFonts w:ascii="Gentium Plus" w:hAnsi="Gentium Plus"/>
          <w:sz w:val="24"/>
        </w:rPr>
        <w:t>ἢ τῆς ἐργαζομένης αὐτὴν διαθέσεως, ἢ τὴν ταύτην ποιού‐ σης αἰτίας, ἢ τῶν ἑπομένων αὐτῇ συμπτωμάτων, εἴτε τὴν βλάβην τῆς ἐνεργείας εἴτε καὶ τὴν ἐργαζομένην αὐτὴν διά‐ θεσιν ἐθέλοι τις ὀνομάζειν νόσον, οὐδὲν τοῦτο τὴν θερα‐</w:t>
      </w:r>
    </w:p>
    <w:p>
      <w:r>
        <w:rPr>
          <w:rFonts w:ascii="Courier New" w:hAnsi="Courier New"/>
          <w:color w:val="555555"/>
          <w:sz w:val="20"/>
        </w:rPr>
        <w:t>[5]</w:t>
      </w:r>
    </w:p>
    <w:p>
      <w:r>
        <w:rPr>
          <w:rFonts w:ascii="Gentium Plus" w:hAnsi="Gentium Plus"/>
          <w:sz w:val="24"/>
        </w:rPr>
        <w:t>πευτικὴν μέθοδον ὑπαλλάττειν ἐδείκνυμεν, εἰ τοῦθ’ ἓν μόνον γιγνώσκοι, τὸ τὴν πρώτην θεραπείαν, ἣν δήπου καὶ προσ‐ εχῆ καλοῦσιν ἔνιοι, τῆς τὴν ἐνέργειαν ἐμποδιζούσης εἶναι διαθέσεως. ἐπιδεδεῖχθαι δ’ ἡμῖν ἐλέγομεν ὡς ταύτην εὐλο‐ γώτερον εἴη προσαγορεύειν νόσημα, μὴ μέντοι κωλύειν</w:t>
      </w:r>
    </w:p>
    <w:p>
      <w:r>
        <w:rPr>
          <w:rFonts w:ascii="Courier New" w:hAnsi="Courier New"/>
          <w:color w:val="555555"/>
          <w:sz w:val="20"/>
        </w:rPr>
        <w:t>[10]</w:t>
      </w:r>
    </w:p>
    <w:p>
      <w:r>
        <w:rPr>
          <w:rFonts w:ascii="Gentium Plus" w:hAnsi="Gentium Plus"/>
          <w:sz w:val="24"/>
        </w:rPr>
        <w:t>ἡμᾶς εἴ τις ἐθέλοι τὴν μὲν τῆς ἐνεργείας βλάβην ὀνομάζειν νόσημα, τὴν δ’ ἐργαζομένην αὐτὴν διάθεσιν αἰτίαν τοῦ νο‐ σήματος. ὑποθέμενοι δὲ καλεῖσθαι νόσημα διάθεσιν παρὰ φύσιν ἐνέργειαν βλάπτουσαν ἐζητήσαμεν ἐφεξῆς ὁπόσα τὰ σύμπαντ’ ἐστὶ νοσήματα. πρόδηλον δ’ ἦν ἐν τούτῳ τὸ δεῖν</w:t>
      </w:r>
    </w:p>
    <w:p>
      <w:r>
        <w:rPr>
          <w:rFonts w:ascii="Courier New" w:hAnsi="Courier New"/>
          <w:color w:val="555555"/>
          <w:sz w:val="20"/>
        </w:rPr>
        <w:t>[15]</w:t>
      </w:r>
    </w:p>
    <w:p>
      <w:r>
        <w:rPr>
          <w:rFonts w:ascii="Gentium Plus" w:hAnsi="Gentium Plus"/>
          <w:sz w:val="24"/>
        </w:rPr>
        <w:t>ἐξευρεῖν πρῶτον, εἴ τις ὁδῷ καὶ τάξει μέλλει προϊέναι καὶ μὴ καθάπερ οἱ πολλοὶ τῶν ἰατρῶν ὡς τύραννοι προστάττειν, ἥτις ποτὲ διάθεσίς ἐστιν ἡ τῆς ἐνεργείας αἰτία δραστική. ταύτην οὖν ἡμεῖς μὲν εὐκρασίαν ἐλέγομεν εἶναι θερμοῦ καὶ</w:t>
      </w:r>
    </w:p>
    <w:p>
      <w:r>
        <w:rPr>
          <w:rFonts w:ascii="Courier New" w:hAnsi="Courier New"/>
          <w:color w:val="555555"/>
          <w:sz w:val="20"/>
        </w:rPr>
        <w:t>[10 . 117]</w:t>
      </w:r>
    </w:p>
    <w:p>
      <w:r>
        <w:rPr>
          <w:rFonts w:ascii="Gentium Plus" w:hAnsi="Gentium Plus"/>
          <w:sz w:val="24"/>
        </w:rPr>
        <w:t>ἐν τοῖς ὁμοιομερέσι, τῇ δυσκρασίᾳ τούτων ἐδείκνυτο γίγνε‐ σθαι. ἕτερος δέ τις ἐν ὄγκοις καὶ πόροις θήσεται τὴν τούτων συμμετρίαν, καὶ διὰ τοῦτ’ ἀμετρίᾳ τῶν πόρων αὐτῶν νοσήσειν τὰ ζῶα. τὸ δὲ μήτ’ αὐτὸν ἀποφήνασθαι τολμῆσαι τῆς ἐνερ‐</w:t>
      </w:r>
    </w:p>
    <w:p>
      <w:r>
        <w:rPr>
          <w:rFonts w:ascii="Courier New" w:hAnsi="Courier New"/>
          <w:color w:val="555555"/>
          <w:sz w:val="20"/>
        </w:rPr>
        <w:t>[5]</w:t>
      </w:r>
    </w:p>
    <w:p>
      <w:r>
        <w:rPr>
          <w:rFonts w:ascii="Gentium Plus" w:hAnsi="Gentium Plus"/>
          <w:sz w:val="24"/>
        </w:rPr>
        <w:t>γείας τὴν αἰτίαν ἐν ὁτῳδήποτε γένει τῶν ὄντων ἐστὶ, μήτε τοῖς λέγουσιν ἀντειπόντα νομίζειν ἔτι λόγῳ καὶ μεθόδῳ προ‐ ϊέναι, δεινῶς ἐλέγομεν εἶναι μοχθηρὸν, ἅμα μὲν ἄφυκτον ἐργαζόμενον τὴν ἐκ τῶν ἐμπειρικῶν κατηγορίαν, ἅμα δὲ αὑτῷ μαχόμενον· ἐξ ἡμίσεος γὰρ δὴ τοὺς τοιούτους εἶναι λογικούς·</w:t>
      </w:r>
    </w:p>
    <w:p>
      <w:r>
        <w:rPr>
          <w:rFonts w:ascii="Courier New" w:hAnsi="Courier New"/>
          <w:color w:val="555555"/>
          <w:sz w:val="20"/>
        </w:rPr>
        <w:t>[10]</w:t>
      </w:r>
    </w:p>
    <w:p>
      <w:r>
        <w:rPr>
          <w:rFonts w:ascii="Gentium Plus" w:hAnsi="Gentium Plus"/>
          <w:sz w:val="24"/>
        </w:rPr>
        <w:t>ὅπως μὲν δὴ γίγνεται φλεγμονὴ καὶ σκίῤῥος καὶ οἴδημα καὶ πάνθ’ ὅσα τοιαῦτα, πολυπραγμονοῦνται, ὅτι δὲ καὶ χωρὶς τούτων ἁπάντων κατὰ δυσκρασίαν μόνην ἐνέργεια βλάπτεται μὴ γινώσκονται, ἀλλ’ ἐμπειρικῶς τὰ τοιαῦτα θεραπεύονται. ὅστις οὖν βούλεται γνῶναι πόσον ἁμαρτάνουσιν οἱ τοιοῦτοι</w:t>
      </w:r>
    </w:p>
    <w:p>
      <w:r>
        <w:rPr>
          <w:rFonts w:ascii="Courier New" w:hAnsi="Courier New"/>
          <w:color w:val="555555"/>
          <w:sz w:val="20"/>
        </w:rPr>
        <w:t>[15]</w:t>
      </w:r>
    </w:p>
    <w:p>
      <w:r>
        <w:rPr>
          <w:rFonts w:ascii="Gentium Plus" w:hAnsi="Gentium Plus"/>
          <w:sz w:val="24"/>
        </w:rPr>
        <w:t>καὶ πόσον τι πλῆθος ὑπερβαίνουσι νοσημάτων καὶ ὡς πολὺ πλέον ἀγνοοῦσιν ἢ γιγνώσκουσι, τὸ περὶ διαφορᾶς νοσημάτων ἀναλεξάσθω γράμμα· μαθήσεται γὰρ ὡς ὀρθῇ μὲν ὁδῷ πρῶ‐</w:t>
      </w:r>
    </w:p>
    <w:p>
      <w:r>
        <w:rPr>
          <w:rFonts w:ascii="Courier New" w:hAnsi="Courier New"/>
          <w:color w:val="555555"/>
          <w:sz w:val="20"/>
        </w:rPr>
        <w:t>[10 . 118]</w:t>
      </w:r>
    </w:p>
    <w:p>
      <w:r>
        <w:rPr>
          <w:rFonts w:ascii="Gentium Plus" w:hAnsi="Gentium Plus"/>
          <w:sz w:val="24"/>
        </w:rPr>
        <w:t>τοὺς μετ’ αὐτὸν, οὐχ ὅπως οὐδεὶς ἐτελείωσεν, ἀλλὰ καὶ τὰ καλῶς εὑρημένα διέφθειραν οἱ πλεῖστοι. πλησίον δὲ τοῦ τε‐ λειῶσαί τε καὶ συμπληρῶσαι τὴν ὑφ’ Ἱπποκράτους παρα‐ δοθεῖσαν ὁδὸν οἱ περὶ τὸν Ἀριστοτέλην τε καὶ Θεόφραστον</w:t>
      </w:r>
    </w:p>
    <w:p>
      <w:r>
        <w:rPr>
          <w:rFonts w:ascii="Courier New" w:hAnsi="Courier New"/>
          <w:color w:val="555555"/>
          <w:sz w:val="20"/>
        </w:rPr>
        <w:t>[5]</w:t>
      </w:r>
    </w:p>
    <w:p>
      <w:r>
        <w:rPr>
          <w:rFonts w:ascii="Gentium Plus" w:hAnsi="Gentium Plus"/>
          <w:sz w:val="24"/>
        </w:rPr>
        <w:t>ἀφίκοντο, καὶ εἰ χρὴ τἀληθὲς εἰπεῖν, ἐτελείωσαν δυνάμει διο‐ ρισάμενοι τὸ μὴ ταὐτὸν εἶναι γένος τῶν νοσημάτων ἔν τε τοῖς ὁμοιομερέσι σώμασιν ἔν τε τοῖς ὀργανικοῖς ὀνομαζομέ‐ νοις. ὑπὸ μὲν γὰρ τῶν ὁμοιομερῶν τὰς ἐνεργείας γίγνεσθαι καὶ διὰ τοῦτ’ εἶναι καθ’ ἕκαστον τῶν ὀργάνων ἓν ἴδιον ὁμοιο‐</w:t>
      </w:r>
    </w:p>
    <w:p>
      <w:r>
        <w:rPr>
          <w:rFonts w:ascii="Courier New" w:hAnsi="Courier New"/>
          <w:color w:val="555555"/>
          <w:sz w:val="20"/>
        </w:rPr>
        <w:t>[10]</w:t>
      </w:r>
    </w:p>
    <w:p>
      <w:r>
        <w:rPr>
          <w:rFonts w:ascii="Gentium Plus" w:hAnsi="Gentium Plus"/>
          <w:sz w:val="24"/>
        </w:rPr>
        <w:t>μερές. ὅσα δ’ ἄλλα μετὰ τούτου συμπληροῖτο πᾶν ὄργανον, ἕνεκα χρείας τινὸς ἐκείνου τοῦ πρώτου τῆς ἐνεργείας αἰτίου γεγονέναι. καὶ τούτων μέντοι πάλιν αὐτῶν ἑκάστου κατὰ μόνας ὑπάρχειν ἐνέργειαν, οἷον ἐπὶ τῶν ὀφθαλμῶν. ἄμεινον γὰρ ἴσως, ὡς ἐν ἑτέροις ἐπὶ πλέον ἐδείξαμεν, ἐνταυθοῖ διὰ</w:t>
      </w:r>
    </w:p>
    <w:p>
      <w:r>
        <w:rPr>
          <w:rFonts w:ascii="Courier New" w:hAnsi="Courier New"/>
          <w:color w:val="555555"/>
          <w:sz w:val="20"/>
        </w:rPr>
        <w:t>[15]</w:t>
      </w:r>
    </w:p>
    <w:p>
      <w:r>
        <w:rPr>
          <w:rFonts w:ascii="Gentium Plus" w:hAnsi="Gentium Plus"/>
          <w:sz w:val="24"/>
        </w:rPr>
        <w:t>βραχέων ὑπομνήσεις ποιήσασθαι. τὸ μὲν τῆς ὄψεως ὄργανόν ἐστι τὸ κρυσταλλοειδὲς ὑγρὸν, ἕκαστον δὲ τῶν ἄλλων μο‐ ρίων ἐκείνου χάριν ἐγένετο. καὶ πάντων εἰρήκαμεν αὐτῶν</w:t>
      </w:r>
    </w:p>
    <w:p>
      <w:r>
        <w:rPr>
          <w:rFonts w:ascii="Courier New" w:hAnsi="Courier New"/>
          <w:color w:val="555555"/>
          <w:sz w:val="20"/>
        </w:rPr>
        <w:t>[10 . 119]</w:t>
      </w:r>
    </w:p>
    <w:p>
      <w:r>
        <w:rPr>
          <w:rFonts w:ascii="Gentium Plus" w:hAnsi="Gentium Plus"/>
          <w:sz w:val="24"/>
        </w:rPr>
        <w:t>ἀλλ’ εἰ καὶ ὅτι μάλιστα τοῦ κρυσταλλοειδοῦς ἕνεκεν ἐγένετο σύμπαντα, κατὰ μέρος γοῦν ἕκαστον αὐτῶν ἐνεργείας τινὸς μετέχει, κοινῆς μὲν ὅλῳ τῷ ζώῳ φλὲψ καὶ ἀρτηρία καὶ νεῦ‐ ρον· οἱ δ’ ὑμένες οἱ κατὰ τὸν ὀφθαλμὸν, ὡς ἂν τρεφόμενοι</w:t>
      </w:r>
    </w:p>
    <w:p>
      <w:r>
        <w:rPr>
          <w:rFonts w:ascii="Courier New" w:hAnsi="Courier New"/>
          <w:color w:val="555555"/>
          <w:sz w:val="20"/>
        </w:rPr>
        <w:t>[5]</w:t>
      </w:r>
    </w:p>
    <w:p>
      <w:r>
        <w:rPr>
          <w:rFonts w:ascii="Gentium Plus" w:hAnsi="Gentium Plus"/>
          <w:sz w:val="24"/>
        </w:rPr>
        <w:t>δηλονότι καὶ τῶν φυσικῶν ἐξ ἀνάγκης μετέχουσι δυνάμεων, ὥστε καὶ τῶν κατ’ αὐτὰς ἐνεργειῶν. ὅταν μὲν οὖν τὸ κρυ‐ σταλλοειδὲς ὑπὸ δυσκρασίας νοσήσῃ, βλάπτεται μὲν ἡ τῶν ὀφθαλμῶν ἐνέργεια πάντως, ἀλλ’ οὐκ ἔστιν ὡς ὀργάνων αὐ‐ τῶν τὸ νόσημα. τὸ δ’ ὑπόχυμα καλούμενον οὐδενὸς μὲν</w:t>
      </w:r>
    </w:p>
    <w:p>
      <w:r>
        <w:rPr>
          <w:rFonts w:ascii="Courier New" w:hAnsi="Courier New"/>
          <w:color w:val="555555"/>
          <w:sz w:val="20"/>
        </w:rPr>
        <w:t>[10]</w:t>
      </w:r>
    </w:p>
    <w:p>
      <w:r>
        <w:rPr>
          <w:rFonts w:ascii="Gentium Plus" w:hAnsi="Gentium Plus"/>
          <w:sz w:val="24"/>
        </w:rPr>
        <w:t>ὁμοιομεροῦς ἐστι πάθους, ὅλων δὲ τῶν ὀφθαλμῶν ὡς ὀργά‐ νων. οὕτω δὲ κᾂν εἰ γλίσχρων τινῶν ἢ παχέων χυμῶν ἔμφρα‐ ξις ἐν τοῖς πέρασι τῶν κατὰ τὰ σιμὰ τοῦ ἥπατος εἴη φλεβῶν, ἐμποδισθήσεται μὲν ἡ ἀνάδοσις, ὅλου δ’ ἔσται τοῦ ἥπατος ὡς ὀργάνου τὸ πάθος, οὐδενὸς τῶν ὁμοιομερῶν αὐτοῦ μο‐</w:t>
      </w:r>
    </w:p>
    <w:p>
      <w:r>
        <w:rPr>
          <w:rFonts w:ascii="Courier New" w:hAnsi="Courier New"/>
          <w:color w:val="555555"/>
          <w:sz w:val="20"/>
        </w:rPr>
        <w:t>[15]</w:t>
      </w:r>
    </w:p>
    <w:p>
      <w:r>
        <w:rPr>
          <w:rFonts w:ascii="Gentium Plus" w:hAnsi="Gentium Plus"/>
          <w:sz w:val="24"/>
        </w:rPr>
        <w:t>ρίων νοσήσαντος. εἰ δὲ δυσκρασία καταλάβοι τὰς φλέβας, αὐτῶν μὲν ἐκείνων ἔσται τὸ νόσημα πρῶτον, κατὰ συμβεβη‐ κὸς δὲ καὶ τοῦ ἥπατος. Ἐρασίστρατος μὲν οὖν ἔσφαλται περὶ</w:t>
      </w:r>
    </w:p>
    <w:p>
      <w:r>
        <w:rPr>
          <w:rFonts w:ascii="Courier New" w:hAnsi="Courier New"/>
          <w:color w:val="555555"/>
          <w:sz w:val="20"/>
        </w:rPr>
        <w:t>[10 . 120]</w:t>
      </w:r>
    </w:p>
    <w:p>
      <w:r>
        <w:rPr>
          <w:rFonts w:ascii="Gentium Plus" w:hAnsi="Gentium Plus"/>
          <w:sz w:val="24"/>
        </w:rPr>
        <w:t>τῶν ἀρτηριῶν γίγνεται σφήνωσις ἐξ ἀνάγκης ἐν τοῖς φλεγμαί‐ νουσι μορίοις οὔτε πνεῦμα μόνον ἐν τῷ κατὰ φύσιν αἱ ἀρτη‐ ρίαι περιέχουσιν, ὡς ἐν τοῖς περὶ τούτων λογισμοῖς ἀπεδείξα‐ μεν. εἰ δ’ οὖν ἐστί τι τοιοῦτον πάθος οἷον ἐκεῖνος οἴεται</w:t>
      </w:r>
    </w:p>
    <w:p>
      <w:r>
        <w:rPr>
          <w:rFonts w:ascii="Courier New" w:hAnsi="Courier New"/>
          <w:color w:val="555555"/>
          <w:sz w:val="20"/>
        </w:rPr>
        <w:t>[5]</w:t>
      </w:r>
    </w:p>
    <w:p>
      <w:r>
        <w:rPr>
          <w:rFonts w:ascii="Gentium Plus" w:hAnsi="Gentium Plus"/>
          <w:sz w:val="24"/>
        </w:rPr>
        <w:t>φλεγμονὴ, καὶ σκίῤῥος τοιοῦτον οἷον ἐκεῖνος νομίζει, καὶ τῶν ἄλλων ἕκαστον, ὡς αὐτὸς μὲν ἀσαφῶς ἐπὶ πολλῶν, οἱ δ’ ἀπ’ αὐτοῦ πειρῶνται διέρχεσθαι σαφέστερον, ὀλίγου δεῖν ἀπαθῆ καταλείπει τὰ στερεὰ, μόνον ἑλκωθῆναι δυνάμενα καὶ διατμηθῆναι καὶ θλιβῆναι καί τι τοιοῦτον ἕτερον ὑπομεῖναι</w:t>
      </w:r>
    </w:p>
    <w:p>
      <w:r>
        <w:rPr>
          <w:rFonts w:ascii="Courier New" w:hAnsi="Courier New"/>
          <w:color w:val="555555"/>
          <w:sz w:val="20"/>
        </w:rPr>
        <w:t>[10]</w:t>
      </w:r>
    </w:p>
    <w:p>
      <w:r>
        <w:rPr>
          <w:rFonts w:ascii="Gentium Plus" w:hAnsi="Gentium Plus"/>
          <w:sz w:val="24"/>
        </w:rPr>
        <w:t>πάθημα. νοσεῖν δ’ αὐτὰ δι’ ὅλων ἑαυτῶν οὐδαμόθι φησὶ νόσους τοιαύτας οἵας ἡμεῖς ἀπεδείξαμεν εἶναι τὰς ὀκτὼ δυσ‐ κρασίας. καὶ μὴν ὁρᾶταί γε σύμπαντα τὰ σώματα, μέχρι καὶ τῶν δυσπαθεστάτων, οἷον χαλκοῦ καὶ λίθου καὶ σιδήρου, θερμαινόμενά τε καὶ ψυχόμενα καὶ ξηραινόμενα καὶ ὑγραινό‐</w:t>
      </w:r>
    </w:p>
    <w:p>
      <w:r>
        <w:rPr>
          <w:rFonts w:ascii="Courier New" w:hAnsi="Courier New"/>
          <w:color w:val="555555"/>
          <w:sz w:val="20"/>
        </w:rPr>
        <w:t>[15]</w:t>
      </w:r>
    </w:p>
    <w:p>
      <w:r>
        <w:rPr>
          <w:rFonts w:ascii="Gentium Plus" w:hAnsi="Gentium Plus"/>
          <w:sz w:val="24"/>
        </w:rPr>
        <w:t>μενα, καὶ θαυμαστὸν εἰ ἀρτηρία μόνη καὶ φλὲψ καὶ νεῦρον οὐδὲν τοιοῦτον πείσεται, καὶ τούτου θαυμαστότερον, εἰ πεί‐</w:t>
      </w:r>
    </w:p>
    <w:p>
      <w:r>
        <w:rPr>
          <w:rFonts w:ascii="Courier New" w:hAnsi="Courier New"/>
          <w:color w:val="555555"/>
          <w:sz w:val="20"/>
        </w:rPr>
        <w:t>[10 . 121]</w:t>
      </w:r>
    </w:p>
    <w:p>
      <w:r>
        <w:rPr>
          <w:rFonts w:ascii="Gentium Plus" w:hAnsi="Gentium Plus"/>
          <w:sz w:val="24"/>
        </w:rPr>
        <w:t>τύχοι, δύναμις μέν τίς ἐστι καὶ κατ’ αὐτὸν τὸν Ἐρασίστρατον, ᾗ διαστέλλεται καὶ συστέλλεται. καὶ βλάπτεσθαι δὲ δήπου ταύτην χρὴ, τῆς καρδίας ἐξαιρεθείσης ζῶντος τοῦ ζώου, κα‐ θάπερ πολλάκις ὁρῶμεν ἐν ταῖς ἱερουργίαις γιγνόμενον· εἰ</w:t>
      </w:r>
    </w:p>
    <w:p>
      <w:r>
        <w:rPr>
          <w:rFonts w:ascii="Courier New" w:hAnsi="Courier New"/>
          <w:color w:val="555555"/>
          <w:sz w:val="20"/>
        </w:rPr>
        <w:t>[5]</w:t>
      </w:r>
    </w:p>
    <w:p>
      <w:r>
        <w:rPr>
          <w:rFonts w:ascii="Gentium Plus" w:hAnsi="Gentium Plus"/>
          <w:sz w:val="24"/>
        </w:rPr>
        <w:t>γὰρ μηδὲν βλάπτεται, κινηθήσεται διαπαντὸς, οὐχ ἕως χρό‐ νου τινὸς, ὡς νῦν φαίνεται. δῆλον οὖν ὅτι βλάπτεται καὶ διὰ τοῦτο παύεται κινουμένη. τίς οὖν ἡ βλάβη, καλῶς εἶχεν ἐπισκέψασθαι, δυναμένης γε δηλονότι τὴν βλάβην ἀνα‐ δέξασθαι τῆς καρδίας καὶ πρὶν ἐξαιρεθῆναι τοῦ ζώου. τίς οὖν</w:t>
      </w:r>
    </w:p>
    <w:p>
      <w:r>
        <w:rPr>
          <w:rFonts w:ascii="Courier New" w:hAnsi="Courier New"/>
          <w:color w:val="555555"/>
          <w:sz w:val="20"/>
        </w:rPr>
        <w:t>[10]</w:t>
      </w:r>
    </w:p>
    <w:p>
      <w:r>
        <w:rPr>
          <w:rFonts w:ascii="Gentium Plus" w:hAnsi="Gentium Plus"/>
          <w:sz w:val="24"/>
        </w:rPr>
        <w:t>ἄλλη πλὴν δυσκρασίας ἐστίν; οὔτε γὰρ τὸ σχῆμα φαίνεται μεταλλαττόμενον αὐτῆς, οὔτε κοιλότης τις, οὔτε σύνδεσμος οὔτε στόμιον, ἀλλ’ οὐδ’ ἄλλο μόριον οὐδὲν ἀπολλύμενον, ἀλλὰ μόνον ἡ φυσικὴ κρᾶσις ἐξαλλαττομένη. ταῦτ’ οὖν ἅπαν‐ τα τῶν ὁμοιομερῶν, ὡς εἴρηται, νοσήματα τυγχάνοντα, τε‐</w:t>
      </w:r>
    </w:p>
    <w:p>
      <w:r>
        <w:rPr>
          <w:rFonts w:ascii="Courier New" w:hAnsi="Courier New"/>
          <w:color w:val="555555"/>
          <w:sz w:val="20"/>
        </w:rPr>
        <w:t>[15]</w:t>
      </w:r>
    </w:p>
    <w:p>
      <w:r>
        <w:rPr>
          <w:rFonts w:ascii="Gentium Plus" w:hAnsi="Gentium Plus"/>
          <w:sz w:val="24"/>
        </w:rPr>
        <w:t>λείως αὐτῷ παραλέλειπται. τὸ γὰρ δὴ τοῦ αἵματος ἐν τοῖς πέρασι τῶν ἀρτηριῶν σφηνωθέντος ἐνέργειάν τινα βλαβῆναι τῶν ἀρτηριῶν ὡς ὀργάνων ἐστὶ τὸ πάθος· ὡς δ’ ὁμοιομε‐</w:t>
      </w:r>
    </w:p>
    <w:p>
      <w:r>
        <w:rPr>
          <w:rFonts w:ascii="Courier New" w:hAnsi="Courier New"/>
          <w:color w:val="555555"/>
          <w:sz w:val="20"/>
        </w:rPr>
        <w:t>[10 . 122]</w:t>
      </w:r>
    </w:p>
    <w:p>
      <w:r>
        <w:rPr>
          <w:rFonts w:ascii="Gentium Plus" w:hAnsi="Gentium Plus"/>
          <w:sz w:val="24"/>
        </w:rPr>
        <w:t>κρασίαι, μετὰ ῥευμάτων δ’ ὀκτώ. χρὴ τοίνυν, ὅστις τὰς τού‐ των ἀποδείξεις ἐπιστήμῃ βούλεται περιλαβεῖν, ἀπὸ τοῦ περὶ τῶν στοιχείων ἄρξασθαι λόγου, κᾄπειθ’ ἑξῆς ἕκαστον ἀνα‐ λέξασθαι τῶν ἄλλων, ὡς εἴρηται καὶ πρόσθεν. ἔστι δ’ ἐφε‐</w:t>
      </w:r>
    </w:p>
    <w:p>
      <w:r>
        <w:rPr>
          <w:rFonts w:ascii="Courier New" w:hAnsi="Courier New"/>
          <w:color w:val="555555"/>
          <w:sz w:val="20"/>
        </w:rPr>
        <w:t>[5]</w:t>
      </w:r>
    </w:p>
    <w:p>
      <w:r>
        <w:rPr>
          <w:rFonts w:ascii="Gentium Plus" w:hAnsi="Gentium Plus"/>
          <w:sz w:val="24"/>
        </w:rPr>
        <w:t>ξῆς μὲν ἐκείνῳ τὰ περὶ κράσεων ὑπομνήματα. καὶ τούτων ἐφεξῆς τὸ περὶ τῆς ἀνωμάλου δυσκρασίας. εἶτα τὰ περὶ τῶν φυσικῶν δυνάμεων, ὅσα τ’ ἄλλα περὶ τῶν ψυχικῶν εἴρη‐ ται παθῶν ἐφεξῆς ἑκάστης ἰδίᾳ. τούτοις δ’ ἕπεται τὰ περὶ χρείας μορίων, οἷς τὰ περὶ τῶν νοσημάτων τε καὶ συμπτω‐</w:t>
      </w:r>
    </w:p>
    <w:p>
      <w:r>
        <w:rPr>
          <w:rFonts w:ascii="Courier New" w:hAnsi="Courier New"/>
          <w:color w:val="555555"/>
          <w:sz w:val="20"/>
        </w:rPr>
        <w:t>[10]</w:t>
      </w:r>
    </w:p>
    <w:p>
      <w:r>
        <w:rPr>
          <w:rFonts w:ascii="Gentium Plus" w:hAnsi="Gentium Plus"/>
          <w:sz w:val="24"/>
        </w:rPr>
        <w:t>μάτων διαφορᾶς. οἱ πολλοὶ δὲ τῶν ἰατρῶν, οὔτε τῇ πείρᾳ μόνῃ προσέχοντες τὸν νοῦν, ἐνὸν αὐτοῖς ἀγαθοὺς ἰατροὺς γίγνεσθαι καὶ κατὰ τὴν τῶν ἐμπειρικῶν ἀγωγὴν, ὀριγνώμενοί τε τοῦ τελείου, κᾄπειτα χωρὶς ἀποδείξεως ἀποφάσεσι πιστεύ‐ οντες, ἢ μοχθηραῖς ἀποδείξεσι παραλογισθέντες, οὐ μόνον</w:t>
      </w:r>
    </w:p>
    <w:p>
      <w:r>
        <w:rPr>
          <w:rFonts w:ascii="Courier New" w:hAnsi="Courier New"/>
          <w:color w:val="555555"/>
          <w:sz w:val="20"/>
        </w:rPr>
        <w:t>[15]</w:t>
      </w:r>
    </w:p>
    <w:p>
      <w:r>
        <w:rPr>
          <w:rFonts w:ascii="Gentium Plus" w:hAnsi="Gentium Plus"/>
          <w:sz w:val="24"/>
        </w:rPr>
        <w:t>οὐδὲν ἐξευρίσκουσι χρηστὸν, ἀλλὰ καὶ τὰ διὰ τῆς ἐμπειρίας ἐγνωσμένα διαφθείρουσιν. οὐ γὰρ δήπου σμικρὰν ἔχει δύνα‐ μιν ὁ λόγος ὡς πρὸς τὸ κοσμῆσαι τὴν ἐμπειρίαν ἢ διαφθεῖ‐</w:t>
      </w:r>
    </w:p>
    <w:p>
      <w:r>
        <w:rPr>
          <w:rFonts w:ascii="Courier New" w:hAnsi="Courier New"/>
          <w:color w:val="555555"/>
          <w:sz w:val="20"/>
        </w:rPr>
        <w:t>[10 . 123]</w:t>
      </w:r>
    </w:p>
    <w:p>
      <w:r>
        <w:rPr>
          <w:rFonts w:ascii="Gentium Plus" w:hAnsi="Gentium Plus"/>
          <w:sz w:val="24"/>
        </w:rPr>
        <w:t>ἢ καὶ πλέον ὁ μοχθηρὸς ἀφαιρεῖ. καὶ ταῦτ’ ἀκούεις λέγοντος ἑκάστοτε τοῖς πολλοῖς τῶν ἰατρῶν, ὅσοι πρὶν γυμνάσασθαι κατὰ τὰς λογικὰς μεθόδους ἢ ἀποδεικνύναι τι πειρώμενοι παραλογίζονται σφᾶς αὐτοὺς, ἢ διαιρεῖν ὁτιοῦν εἰς εἴδη τε</w:t>
      </w:r>
    </w:p>
    <w:p>
      <w:r>
        <w:rPr>
          <w:rFonts w:ascii="Courier New" w:hAnsi="Courier New"/>
          <w:color w:val="555555"/>
          <w:sz w:val="20"/>
        </w:rPr>
        <w:t>[5]</w:t>
      </w:r>
    </w:p>
    <w:p>
      <w:r>
        <w:rPr>
          <w:rFonts w:ascii="Gentium Plus" w:hAnsi="Gentium Plus"/>
          <w:sz w:val="24"/>
        </w:rPr>
        <w:t>καὶ διαφορὰς, εἶτα κᾀνταῦθα κακῶν μαγείρων δίκην οὐ κατ’ ἄρθρα τέμνουσιν, ἀλλὰ συντρίβουσί τε καὶ θλῶσι καὶ διασπῶσιν, ὥσπερ κᾀπὶ τοῦ νῦν ἡμῖν προκειμένου. συμβου‐ λεύω δὴ πᾶσιν, ὡς οἶσθα, τοῖς τοιούτοις τῇ πείρᾳ προσέχειν τὸν νοῦν. οὐ σμικρὸς γὰρ ὁ κίνδυνος ἅπαντι τῷ μειζόνων ἢ</w:t>
      </w:r>
    </w:p>
    <w:p>
      <w:r>
        <w:rPr>
          <w:rFonts w:ascii="Courier New" w:hAnsi="Courier New"/>
          <w:color w:val="555555"/>
          <w:sz w:val="20"/>
        </w:rPr>
        <w:t>[10]</w:t>
      </w:r>
    </w:p>
    <w:p>
      <w:r>
        <w:rPr>
          <w:rFonts w:ascii="Gentium Plus" w:hAnsi="Gentium Plus"/>
          <w:sz w:val="24"/>
        </w:rPr>
        <w:t>καθ’ ἑαυτὸν ὀρεγομένῳ πραγμάτων μήτ’ ἐκείνων ἐφικέσθαι καὶ τῶν ἐνδεχομένων γνωσθῆναι παντάπασιν ἀτυχῆσαι. τοῖς οὖν καὶ πεφυκόσιν εἶναι ἄριστα καὶ τοῖς μανθάνειν ἄγουσι σχολὴν, αὖθις ἡμεῖς διαλεγώμεθα, τοσοῦτον ἀναμνήσαντες αὐτοὺς ὧν εὐθὺς κατ’ ἀρχὰς εἴπομεν, ὡς οὐ προσήκει συγχεῖν ἅμα</w:t>
      </w:r>
    </w:p>
    <w:p>
      <w:r>
        <w:rPr>
          <w:rFonts w:ascii="Courier New" w:hAnsi="Courier New"/>
          <w:color w:val="555555"/>
          <w:sz w:val="20"/>
        </w:rPr>
        <w:t>[15]</w:t>
      </w:r>
    </w:p>
    <w:p>
      <w:r>
        <w:rPr>
          <w:rFonts w:ascii="Gentium Plus" w:hAnsi="Gentium Plus"/>
          <w:sz w:val="24"/>
        </w:rPr>
        <w:t>καὶ φύρειν ἀμφότερα, τά τ’ ἐκ τῆς πείρας εὑρισκόμενα καὶ τὰ διὰ μόνου τοῦ λόγου, ἀλλ’ ὑπὲρ ἑκατέρων ἰδίᾳ διαλεχθέντας,</w:t>
      </w:r>
    </w:p>
    <w:p>
      <w:r>
        <w:rPr>
          <w:rFonts w:ascii="Courier New" w:hAnsi="Courier New"/>
          <w:color w:val="555555"/>
          <w:sz w:val="20"/>
        </w:rPr>
        <w:t>[10 . 124]</w:t>
      </w:r>
    </w:p>
    <w:p>
      <w:r>
        <w:rPr>
          <w:rFonts w:ascii="Gentium Plus" w:hAnsi="Gentium Plus"/>
          <w:sz w:val="24"/>
        </w:rPr>
        <w:t>ρικῆς εὑρέσεως ἑτέρωθι, περὶ τῆς λογικῆς ἐν τοῖσδε τοῖς ὑπο‐ μνήμασι προὐθέμεθα διελθεῖν. καί μοι δοκῶ σαφῶς ἤδη δε‐ δειχέναι, τοῖς γε τὰ περὶ τῆς τῶν νοσημάτων τε καὶ συμπτω‐ μάτων διαφορᾶς ἀνεγνωκόσι, πρὸς οὓς ὁ μετὰ ταῦτα πᾶς</w:t>
      </w:r>
    </w:p>
    <w:p>
      <w:r>
        <w:rPr>
          <w:rFonts w:ascii="Courier New" w:hAnsi="Courier New"/>
          <w:color w:val="555555"/>
          <w:sz w:val="20"/>
        </w:rPr>
        <w:t>[5]</w:t>
      </w:r>
    </w:p>
    <w:p>
      <w:r>
        <w:rPr>
          <w:rFonts w:ascii="Gentium Plus" w:hAnsi="Gentium Plus"/>
          <w:sz w:val="24"/>
        </w:rPr>
        <w:t>ἔσται μοι λόγος, ὡς εὐθὺς ἐν ἀρχῇ μέγιστον πτῶμα πεπτώ‐ κασιν οἱ περὶ τὸν Θεσσαλόν. ἦν μὲν γὰρ οὐ σμικρὸν οὐδὲ τὸ Ἀσκληπιάδειον πτῶμα, διὰ τὸ κατ’ ἀρχὰς ἐσφάλθαι τὸν ἄνδρα περὶ τὰ τοῦ σώματος στοιχεῖα, πολὺ δ’ ἔτι μεῖζον αὐ‐ τοῦ καὶ ἀνιατότερον ἐποίησαν οἱ περὶ τὸν Θεσσαλὸν, εἰς</w:t>
      </w:r>
    </w:p>
    <w:p>
      <w:r>
        <w:rPr>
          <w:rFonts w:ascii="Courier New" w:hAnsi="Courier New"/>
          <w:color w:val="555555"/>
          <w:sz w:val="20"/>
        </w:rPr>
        <w:t>[10]</w:t>
      </w:r>
    </w:p>
    <w:p>
      <w:r>
        <w:rPr>
          <w:rFonts w:ascii="Gentium Plus" w:hAnsi="Gentium Plus"/>
          <w:sz w:val="24"/>
        </w:rPr>
        <w:t>δύο μὲν ἅπαντα τὰ κατὰ δίαιταν νοσήματα διαθέσεις ἀναγαγόντες ὁμοίως ἐκείνῳ, πολλοὺς δὲ τῶν θεραπευτικῶν σκοπῶν ἀφελόντες, οἷς ἐκεῖνος ἐχρήσατο. χείριστον δὲ καὶ ἀνιατότερον ἁμαρτάνοντες, ὅτι μήτε τὰς τῶν ἐνεργειῶν βλά‐ βας, ἀλλὰ μηδὲ τὰς αἰτίας αὐτῶν τὰς διαθέσεις ὑπολαμβά‐</w:t>
      </w:r>
    </w:p>
    <w:p>
      <w:r>
        <w:rPr>
          <w:rFonts w:ascii="Courier New" w:hAnsi="Courier New"/>
          <w:color w:val="555555"/>
          <w:sz w:val="20"/>
        </w:rPr>
        <w:t>[15]</w:t>
      </w:r>
    </w:p>
    <w:p>
      <w:r>
        <w:rPr>
          <w:rFonts w:ascii="Gentium Plus" w:hAnsi="Gentium Plus"/>
          <w:sz w:val="24"/>
        </w:rPr>
        <w:t>νουσιν εἶναι νοσήματα, μόναις δὲ ταῖς κενώσεσιν ἐπεχομέναις τε καὶ πλεοναζούσαις ἀξιοῦσι προσέχειν τὸν νοῦν, οὐδ’ οὖν οὐδὲ τί ποτ’ ἐστὶ τὸ πέρα τοῦ δεόντος ἢ κενοῦσθαι τὰ ἐκ τοῦ σώματος, ἢ ἐπέχεσθαι διδάξαντες ἡμᾶς σαφῶς. ἢ γὰρ ὡς</w:t>
      </w:r>
    </w:p>
    <w:p>
      <w:r>
        <w:rPr>
          <w:rFonts w:ascii="Courier New" w:hAnsi="Courier New"/>
          <w:color w:val="555555"/>
          <w:sz w:val="20"/>
        </w:rPr>
        <w:t>[10 . 125]</w:t>
      </w:r>
    </w:p>
    <w:p>
      <w:r>
        <w:rPr>
          <w:rFonts w:ascii="Gentium Plus" w:hAnsi="Gentium Plus"/>
          <w:sz w:val="24"/>
        </w:rPr>
        <w:t>διάθεσιν, ἢ ὡς πρὸς τὸ κατὰ τὴν ὑγείαν ἑκάστῳ τετηρημένον ἀναφέρεσθαι χρὴ τὴν τήρησιν. ὅθεν, οἶμαι, καὶ πόλεμος οὐ σμικρὸς τοῖς ἀπ’ αὐτῶν ἐγένετο κατά τε ἄλλα πάντα διε‐ νεχθεῖσι καὶ περὶ τῆς τῶν παθῶν ἐννοίας τε καὶ ὑπάρξεως.</w:t>
      </w:r>
    </w:p>
    <w:p>
      <w:r>
        <w:rPr>
          <w:rFonts w:ascii="Courier New" w:hAnsi="Courier New"/>
          <w:color w:val="555555"/>
          <w:sz w:val="20"/>
        </w:rPr>
        <w:t>[5]</w:t>
      </w:r>
    </w:p>
    <w:p>
      <w:r>
        <w:rPr>
          <w:rFonts w:ascii="Gentium Plus" w:hAnsi="Gentium Plus"/>
          <w:sz w:val="24"/>
        </w:rPr>
        <w:t>ἀλλ’ εἰ νῦν κινήσαιμι τὴν περὶ τῆς διαφωνίας αὐτῶν διέξοδον, ἀπάξω τοῦ χρησίμου τὸν λόγον. ὡς οὖν ἀνεγνωκόσιν ἤδη τὰ περὶ τῆς τῶν νοσημάτων τε καὶ συμπτωμάτων διαφορᾶς ὑπο‐ μνήματα καὶ πρὸς τούτοις ἔτι τὰ τῶν αἰτίων αὐτῶν, ἔτι τε πρὸς τούτοις ἐκεῖνα σύμπαντα διεληλυθόσιν ὧν ὀλίγον ἔμπροσθεν</w:t>
      </w:r>
    </w:p>
    <w:p>
      <w:r>
        <w:rPr>
          <w:rFonts w:ascii="Courier New" w:hAnsi="Courier New"/>
          <w:color w:val="555555"/>
          <w:sz w:val="20"/>
        </w:rPr>
        <w:t>[10]</w:t>
      </w:r>
    </w:p>
    <w:p>
      <w:r>
        <w:rPr>
          <w:rFonts w:ascii="Gentium Plus" w:hAnsi="Gentium Plus"/>
          <w:sz w:val="24"/>
        </w:rPr>
        <w:t>ἐμνημόνευσα, τὸν ἑξῆς ἅπαντα ποιήσομαι λόγον, ἀρξάμενος ἐνθάδε. ἐπειδὴ τὰς ἐνεργείας ἁπάσας ἐδείξαμεν ὑπὸ τῶν ὁμοιο‐ μερῶν γιγνομένας σωμάτων, τὰ δ’ ἄλλα πάντα τὰ καθ’ ἕκα‐ στον ὄργανον μόρια χρείαν τινὰ τούτοις παρέχοντα, διττὸν δήπου γένος ἔσται νοσημάτων, ἕτερον μὲν ἐν τοῖς ὁμοιομέ‐</w:t>
      </w:r>
    </w:p>
    <w:p>
      <w:r>
        <w:rPr>
          <w:rFonts w:ascii="Courier New" w:hAnsi="Courier New"/>
          <w:color w:val="555555"/>
          <w:sz w:val="20"/>
        </w:rPr>
        <w:t>[15]</w:t>
      </w:r>
    </w:p>
    <w:p>
      <w:r>
        <w:rPr>
          <w:rFonts w:ascii="Gentium Plus" w:hAnsi="Gentium Plus"/>
          <w:sz w:val="24"/>
        </w:rPr>
        <w:t>ρεσι σώμασιν, ἕτερον δὲ ἐν τοῖς ὅλοις ὀργάνοις· ἐν μὲν τοῖς ὁμοιομερέσιν αἱ δυσκρασίαι· τῶν δ’ ὅλων ὀργάνων ἓν μὲν τὸ παρὰ τὴν διάπλασιν, ἓν δὲ τὸ παρὰ τὸν ἀριθμὸν τῶν μορίων, ἄλλο δὲ τὸ παρὰ τὸ ποσὸν ἑκάστου, καὶ τέταρτον</w:t>
      </w:r>
    </w:p>
    <w:p>
      <w:r>
        <w:rPr>
          <w:rFonts w:ascii="Courier New" w:hAnsi="Courier New"/>
          <w:color w:val="555555"/>
          <w:sz w:val="20"/>
        </w:rPr>
        <w:t>[10 . 126]</w:t>
      </w:r>
    </w:p>
    <w:p>
      <w:r>
        <w:rPr>
          <w:rFonts w:ascii="Gentium Plus" w:hAnsi="Gentium Plus"/>
          <w:sz w:val="24"/>
        </w:rPr>
        <w:t>νικῶν μορίων νόσημά ἐστιν ἡ τῆς συνεχείας λύσις. ἓξ οὖν ἐστι τὰ πάντα τῶν νοσημάτων γένη· ἓν μὲν ἴδιον τῶν ὁμοιο‐ μερῶν, ἡ δυσκρασία, τέτταρα δὲ ἑκάστου τῶν ὀργάνων, ὡς εἴρηται νῦν ἤδη, καὶ πρὸς τούτοις ἔστι κοινὸν ὀργανικῶν τε</w:t>
      </w:r>
    </w:p>
    <w:p>
      <w:r>
        <w:rPr>
          <w:rFonts w:ascii="Courier New" w:hAnsi="Courier New"/>
          <w:color w:val="555555"/>
          <w:sz w:val="20"/>
        </w:rPr>
        <w:t>[5]</w:t>
      </w:r>
    </w:p>
    <w:p>
      <w:r>
        <w:rPr>
          <w:rFonts w:ascii="Gentium Plus" w:hAnsi="Gentium Plus"/>
          <w:sz w:val="24"/>
        </w:rPr>
        <w:t>καὶ ὁμοιομερῶν ἡ τῆς συνεχείας λύσις. αἱ δὲ καθ’ ἕκαστον αὐτῶν διαφοραὶ μέχρι τῶν ἐσχάτων εἰδῶν ἐν τῷ περὶ τῆς τῶν νοσημάτων διαφορᾶς εἴρηνται. Τούτων οὕτως ἐχόντων ἤδη λεκτέον ὑπὲρ τῶν θεραπευτικῶν ἐνδείξεων, αὐτὸ τοῦτο πρότερον ἐξηγησα‐</w:t>
      </w:r>
    </w:p>
    <w:p>
      <w:r>
        <w:rPr>
          <w:rFonts w:ascii="Courier New" w:hAnsi="Courier New"/>
          <w:color w:val="555555"/>
          <w:sz w:val="20"/>
        </w:rPr>
        <w:t>[10]</w:t>
      </w:r>
    </w:p>
    <w:p>
      <w:r>
        <w:rPr>
          <w:rFonts w:ascii="Gentium Plus" w:hAnsi="Gentium Plus"/>
          <w:sz w:val="24"/>
        </w:rPr>
        <w:t>μένους τὸ τῆς ἐνδείξεως ὄνομα. τὴν γὰρ οἷον ἔμφασιν τῆς ἀκολουθίας ἔνδειξιν λέγομεν. εὑρίσκεται μὲν κᾀκ τῆς πείρας τὸ ἀκόλουθον, ἀλλ’ οὐχ ὡς ἐμφαινόμενον τῷ ἡγουμένῳ. καὶ διὰ τοῦτο τῶν ἐμπειρικῶν οὐδεὶς ἐμφαίνεσθαί φησι τῷδέ τινι τόδε τι. καίτοι γε ἀκολουθεῖν λέγουσι τόδε τῷδε καὶ προ‐</w:t>
      </w:r>
    </w:p>
    <w:p>
      <w:r>
        <w:rPr>
          <w:rFonts w:ascii="Courier New" w:hAnsi="Courier New"/>
          <w:color w:val="555555"/>
          <w:sz w:val="20"/>
        </w:rPr>
        <w:t>[15]</w:t>
      </w:r>
    </w:p>
    <w:p>
      <w:r>
        <w:rPr>
          <w:rFonts w:ascii="Gentium Plus" w:hAnsi="Gentium Plus"/>
          <w:sz w:val="24"/>
        </w:rPr>
        <w:t>ηγεῖσθαι τόδε τοῦδε καὶ συνυπάρχειν τόδε τῷδε, καὶ ὅλως ἅπασαν τὴν τέχνην τήρησίν τε καὶ μνήμην φασὶν εἶναι τοῦ</w:t>
      </w:r>
    </w:p>
    <w:p>
      <w:r>
        <w:rPr>
          <w:rFonts w:ascii="Courier New" w:hAnsi="Courier New"/>
          <w:color w:val="555555"/>
          <w:sz w:val="20"/>
        </w:rPr>
        <w:t>[10 . 127]</w:t>
      </w:r>
    </w:p>
    <w:p>
      <w:r>
        <w:rPr>
          <w:rFonts w:ascii="Gentium Plus" w:hAnsi="Gentium Plus"/>
          <w:sz w:val="24"/>
        </w:rPr>
        <w:t>ἑώραται. τὸν τοίνυν ἐξ αὐτῆς τῆς τοῦ πράγματος φύσεως ὁρμώμενον ἐξευρίσκειν τὸ ἀκόλουθον ἄνευ τῆς πείρας ἐνδεί‐ ξεις καὶ εὕρεσίν ἐστι πεποιῆσθαι. διωρισμένου δὲ καὶ τοῦδε πάλιν ἀναμνήσαντες ὅπερ ἤδη καὶ πρόσθεν εἴπομεν, ὡς</w:t>
      </w:r>
    </w:p>
    <w:p>
      <w:r>
        <w:rPr>
          <w:rFonts w:ascii="Courier New" w:hAnsi="Courier New"/>
          <w:color w:val="555555"/>
          <w:sz w:val="20"/>
        </w:rPr>
        <w:t>[5]</w:t>
      </w:r>
    </w:p>
    <w:p>
      <w:r>
        <w:rPr>
          <w:rFonts w:ascii="Gentium Plus" w:hAnsi="Gentium Plus"/>
          <w:sz w:val="24"/>
        </w:rPr>
        <w:t>ἡ θεραπευτικὴ πᾶσα μέθοδος ἄνευ τῆς ἐμπειρίας προέρχεται καὶ ὡς οὐκ ὀρθῶς ποιοῦσιν οἱ συνάγοντες εἰς ταὐτὸν καὶ συγ‐ χέοντες ἀμφοτέρας τὰς διδασκαλίας, ἐμπειρικήν τε καὶ λογικὴν, ἐχώμεθα τῶν ἑξῆς. εἴη δ’ ἂν πρῶτον ἁπάντων τῶν ἐφεξῆς, ὅπερ καὶ πρῶτον ἁπάντων ἕπεται τοῖς ὑποκειμένοις. ἕπεται</w:t>
      </w:r>
    </w:p>
    <w:p>
      <w:r>
        <w:rPr>
          <w:rFonts w:ascii="Courier New" w:hAnsi="Courier New"/>
          <w:color w:val="555555"/>
          <w:sz w:val="20"/>
        </w:rPr>
        <w:t>[10]</w:t>
      </w:r>
    </w:p>
    <w:p>
      <w:r>
        <w:rPr>
          <w:rFonts w:ascii="Gentium Plus" w:hAnsi="Gentium Plus"/>
          <w:sz w:val="24"/>
        </w:rPr>
        <w:t>δὲ πρῶτον καὶ μάλιστα τὸ δι’ ἐνδείξεως ἅπασαν γίγνε‐ σθαι τὴν θεραπευτικὴν μέθοδον. ὅσον γὰρ ἀποκεχώρηκε τῆς ἐμπειρίας, ἔνδειξις ὀνομάζεται σύμπαν. ὥστε καὶ ὅστις ἀκρι‐ βῶς βούλεται συστήσασθαι τὴν θεραπευτικὴν μέθοδον, ἄρ‐ ξασθαι μὲν αὐτὸν ἀπὸ τῶν πρώτων ἐνδείξεων χρὴ, μεταβῆναι</w:t>
      </w:r>
    </w:p>
    <w:p>
      <w:r>
        <w:rPr>
          <w:rFonts w:ascii="Courier New" w:hAnsi="Courier New"/>
          <w:color w:val="555555"/>
          <w:sz w:val="20"/>
        </w:rPr>
        <w:t>[15]</w:t>
      </w:r>
    </w:p>
    <w:p>
      <w:r>
        <w:rPr>
          <w:rFonts w:ascii="Gentium Plus" w:hAnsi="Gentium Plus"/>
          <w:sz w:val="24"/>
        </w:rPr>
        <w:t>δὲ ἐντεῦθεν ἐπὶ τὰς ἐφεξῆς, εἶτ’ αὖθις ἐπὶ τὰς ἐκείνων ἐχομέ‐ νας, καὶ τοῦτο ποιοῦντα μὴ παύσασθαι πρὶν ἐφικέσθαι τοῦ τέλους αὐτῶν. τέλος δ’ ἐστὶ τῆς νῦν ἡμῖν προκειμένης πραγ‐</w:t>
      </w:r>
    </w:p>
    <w:p>
      <w:r>
        <w:rPr>
          <w:rFonts w:ascii="Courier New" w:hAnsi="Courier New"/>
          <w:color w:val="555555"/>
          <w:sz w:val="20"/>
        </w:rPr>
        <w:t>[10 . 128]</w:t>
      </w:r>
    </w:p>
    <w:p>
      <w:r>
        <w:rPr>
          <w:rFonts w:ascii="Gentium Plus" w:hAnsi="Gentium Plus"/>
          <w:sz w:val="24"/>
        </w:rPr>
        <w:t>ἀρχὴ τῆς ἐπὶ τοῦτο φερούσης ὁδοῦ; τοῦ νοσήματος ἡ γνῶσις, ὁποῖόν τι τὴν φύσιν ἐστὶν, ὡς ἀπεδείχθη καὶ πρόσθεν. εἰ γὰρ δὴ τὸ θεραπευόμενον αὐτὸ τοῦτ’ ἔστιν, εὔλογον δήπου καὶ τῶν ἐνδείξεων ἐντεῦθεν ἄρξασθαι. τίς οὖν ἡ γενικὴ καὶ</w:t>
      </w:r>
    </w:p>
    <w:p>
      <w:r>
        <w:rPr>
          <w:rFonts w:ascii="Courier New" w:hAnsi="Courier New"/>
          <w:color w:val="555555"/>
          <w:sz w:val="20"/>
        </w:rPr>
        <w:t>[5]</w:t>
      </w:r>
    </w:p>
    <w:p>
      <w:r>
        <w:rPr>
          <w:rFonts w:ascii="Gentium Plus" w:hAnsi="Gentium Plus"/>
          <w:sz w:val="24"/>
        </w:rPr>
        <w:t>κοινὴ πάντων τῶν νοσημάτων ἔνδειξις εὑρεῖν χρὴ πρῶτον, εἶτα ἐντεῦθεν ἐπὶ τὰς κατ’ εἴδη προελθεῖν. ἀνάγκη γὰρ δὴ τὰς νόσους ἁπάσας ἑνὸς καὶ ταὐτοῦ μεθέξει νόσους ὀνομά‐ ζεσθαι, καθάπερ, οἶμαι, καὶ ἄνθρωπον καὶ βοῦν καὶ κύνα καὶ τῶν ἄλλων ἕκαστον. ἓν γὰρ καὶ ταὐτὸν ἐν ἅπασι τοῖς</w:t>
      </w:r>
    </w:p>
    <w:p>
      <w:r>
        <w:rPr>
          <w:rFonts w:ascii="Courier New" w:hAnsi="Courier New"/>
          <w:color w:val="555555"/>
          <w:sz w:val="20"/>
        </w:rPr>
        <w:t>[10]</w:t>
      </w:r>
    </w:p>
    <w:p>
      <w:r>
        <w:rPr>
          <w:rFonts w:ascii="Gentium Plus" w:hAnsi="Gentium Plus"/>
          <w:sz w:val="24"/>
        </w:rPr>
        <w:t>ἀνθρώποις ἐστί. διὸ καὶ τῆς αὐτῆς προσηγορίας ἅπαντες ἐτύ‐ χομεν ἄνθρωποι καλεῖσθαι. παραπλησίως δὲ κᾀν τοῖς κυσὶν ἅπασιν ἕν τι καὶ ταὐτόν ἐστιν, ἐφ’ ὃ δὴ καὶ τὴν διάνοιαν ἐπερειδόμεθα νοῆσαι βουληθέντες τὸν κύνα. καὶ μὲν δὴ καὶ τοῖς ἵπποις ὁμοίως ἕν τι καὶ ταὐτὸν ἅπασιν ἐστὶν ᾗ πάντες</w:t>
      </w:r>
    </w:p>
    <w:p>
      <w:r>
        <w:rPr>
          <w:rFonts w:ascii="Courier New" w:hAnsi="Courier New"/>
          <w:color w:val="555555"/>
          <w:sz w:val="20"/>
        </w:rPr>
        <w:t>[15]</w:t>
      </w:r>
    </w:p>
    <w:p>
      <w:r>
        <w:rPr>
          <w:rFonts w:ascii="Gentium Plus" w:hAnsi="Gentium Plus"/>
          <w:sz w:val="24"/>
        </w:rPr>
        <w:t>ἵπποι καλοῦνται. μάθοις δ’ ἂν ἐναργέστερον ἐπὶ τῶν ὁμωνύ‐ μων αὐτό. τοῖς μὲν γὰρ τετράποσι ζώοις ἅπασι τοῖς ὑλακτι‐ κοῖς ἓν καὶ ταὐτὸν ὑπάρχει, τὸ τετράποσί τ’ εἶναι σύμπασι</w:t>
      </w:r>
    </w:p>
    <w:p>
      <w:r>
        <w:rPr>
          <w:rFonts w:ascii="Courier New" w:hAnsi="Courier New"/>
          <w:color w:val="555555"/>
          <w:sz w:val="20"/>
        </w:rPr>
        <w:t>[10 . 129]</w:t>
      </w:r>
    </w:p>
    <w:p>
      <w:r>
        <w:rPr>
          <w:rFonts w:ascii="Gentium Plus" w:hAnsi="Gentium Plus"/>
          <w:sz w:val="24"/>
        </w:rPr>
        <w:t>δὴ καὶ αὐτὰ κύνας ὀνομάζομεν, ἓν αὖ κᾀκείνοις ὑπάρχει ταὐτὸν, οὐχ ὑπάρχον τοῖς ἐπιγείοις. ὥστε μηδενὸς ἐκεῖνα τούτοις κοινωνεῖν ἄλλου κατὰ τὴν τῶν κυνῶν φύσιν πλὴν ὀνόματος. ἀνθρώπῳ μέντοι πρὸς ἄνθρωπον, οἷον Σωκρά‐</w:t>
      </w:r>
    </w:p>
    <w:p>
      <w:r>
        <w:rPr>
          <w:rFonts w:ascii="Courier New" w:hAnsi="Courier New"/>
          <w:color w:val="555555"/>
          <w:sz w:val="20"/>
        </w:rPr>
        <w:t>[5]</w:t>
      </w:r>
    </w:p>
    <w:p>
      <w:r>
        <w:rPr>
          <w:rFonts w:ascii="Gentium Plus" w:hAnsi="Gentium Plus"/>
          <w:sz w:val="24"/>
        </w:rPr>
        <w:t>τει πρὸς Ἀλκιβιάδην, οὐκ ὀνόματος μόνον, ἀλλὰ καὶ τῶν ὑπαρχόντων ἐστὶν ἡ κοινωνία· καὶ γὰρ καὶ ζῶα καὶ δίποδα καὶ πεζὰ καὶ λογικὰ καὶ θνητὰ καὶ ὅλως οὐδὲν ἂν εὕροις ὑπάρχον οὐδενὶ τῶν κατὰ μέρος ἀνθρώπων ᾗ ἄνθρωπος, ὃ μὴ καὶ τοῖς ἄλλοις ἀνθρώποις ὑπάρχει. τοῖς μέντοι χερσαίοις</w:t>
      </w:r>
    </w:p>
    <w:p>
      <w:r>
        <w:rPr>
          <w:rFonts w:ascii="Courier New" w:hAnsi="Courier New"/>
          <w:color w:val="555555"/>
          <w:sz w:val="20"/>
        </w:rPr>
        <w:t>[10]</w:t>
      </w:r>
    </w:p>
    <w:p>
      <w:r>
        <w:rPr>
          <w:rFonts w:ascii="Gentium Plus" w:hAnsi="Gentium Plus"/>
          <w:sz w:val="24"/>
        </w:rPr>
        <w:t>κυσὶ πρὸς τοὺς ἄλλους θαλαττίους ὑπάρχει πολλὰ διαφέροντα καὶ κατὰ τὴν τοῦ σώματος ἰδέαν καὶ κατὰ τὸ τῆς ψυχῆς ἦθος. ἥμερον γὰρ τοῦτο καὶ φιλάνθρωπον, ἐπίβουλον δ’ ἐκεῖνο καὶ ἄγριον, καὶ χερσαῖον μὲν τοῦτο, θαλάττιον δ’ ἐκεῖνο, καὶ τὸ μὲν τετράπουν, τὸ δὲ οὒ, καὶ τὸ μὲν ὑλακτικὸν, τὸ δὲ</w:t>
      </w:r>
    </w:p>
    <w:p>
      <w:r>
        <w:rPr>
          <w:rFonts w:ascii="Courier New" w:hAnsi="Courier New"/>
          <w:color w:val="555555"/>
          <w:sz w:val="20"/>
        </w:rPr>
        <w:t>[15]</w:t>
      </w:r>
    </w:p>
    <w:p>
      <w:r>
        <w:rPr>
          <w:rFonts w:ascii="Gentium Plus" w:hAnsi="Gentium Plus"/>
          <w:sz w:val="24"/>
        </w:rPr>
        <w:t>οὐχ ὑλακτικόν. οὐ μὴν τῶν ἐπιγείων κυνῶν ὁ μὲν ὑλακτικός ἐστιν, ὁ δὲ οὐχ ὑλακτικὸς, καὶ τετράπους μὲν ὅδε τις, ἕτερος δὲ μὴ τοιοῦτος, ἀλλὰ πᾶσι μὲν αὐτοῖς ἓν εἶδός ἐστιν ᾗ</w:t>
      </w:r>
    </w:p>
    <w:p>
      <w:r>
        <w:rPr>
          <w:rFonts w:ascii="Courier New" w:hAnsi="Courier New"/>
          <w:color w:val="555555"/>
          <w:sz w:val="20"/>
        </w:rPr>
        <w:t>[10 . 130]</w:t>
      </w:r>
    </w:p>
    <w:p>
      <w:r>
        <w:rPr>
          <w:rFonts w:ascii="Gentium Plus" w:hAnsi="Gentium Plus"/>
          <w:sz w:val="24"/>
        </w:rPr>
        <w:t>τὸ τοιοῦτον, ἀλλὰ καὶ τοῖς συμβεβηκόσιν αὐτοῖς ἢ ὡς δια‐ θέσεσιν, ἢ ὡς ἐνεργήμασιν, ἢ ὡς παθήμασιν. οἷον ἄνθρωπος περιπατῶν ἀνθρώπου περιπατοῦντος οὐδὲν διαφέρει κατ’ αὐτὸ τὸ περιπατεῖν, καὶ καιόμενος δὴ καιομένου καὶ τεμνόμενος τεμνο‐</w:t>
      </w:r>
    </w:p>
    <w:p>
      <w:r>
        <w:rPr>
          <w:rFonts w:ascii="Courier New" w:hAnsi="Courier New"/>
          <w:color w:val="555555"/>
          <w:sz w:val="20"/>
        </w:rPr>
        <w:t>[5]</w:t>
      </w:r>
    </w:p>
    <w:p>
      <w:r>
        <w:rPr>
          <w:rFonts w:ascii="Gentium Plus" w:hAnsi="Gentium Plus"/>
          <w:sz w:val="24"/>
        </w:rPr>
        <w:t>μένου καὶ λευκὸς λευκοῦ καὶ μέλας μέλανος· ἐν μέντοι τῷ μᾶλλόν τε καὶ ἧττον ἕκαστον τούτων οὐ σμικρὰν ἔχει δια‐ φοράν· οἷον λευκὸς μᾶλλον ἢ ἧττον· ἀλλ’ ᾗ λευκὸς, ἕν τι καὶ ταὐτὸν ἑτέρῳ λευκῷ κέκτηται· καθάπερ καὶ ᾗ ἄνθρω‐ πος, ἕν τι ταὐτὸν ἀνθρώπῳ τῷ τυχόντι. καὶ καθ’ ἕκαστον</w:t>
      </w:r>
    </w:p>
    <w:p>
      <w:r>
        <w:rPr>
          <w:rFonts w:ascii="Courier New" w:hAnsi="Courier New"/>
          <w:color w:val="555555"/>
          <w:sz w:val="20"/>
        </w:rPr>
        <w:t>[10]</w:t>
      </w:r>
    </w:p>
    <w:p>
      <w:r>
        <w:rPr>
          <w:rFonts w:ascii="Gentium Plus" w:hAnsi="Gentium Plus"/>
          <w:sz w:val="24"/>
        </w:rPr>
        <w:t>δὴ τῶν σημαινομένων ἓν ἅπασιν ὑπάρχει ταὐτόν· οὕτω δὴ καὶ τὸ νοσεῖν καὶ τὸ ὑγιαίνειν· τὸ μὲν τοῖς νοσοῦσιν ἅπασιν ὑπάρ‐ χει, τὸ δὲ τοῖς ὑγιαίνουσιν, ἓν καὶ ταὐτὸν ἑκάτερον· καὶ ὥσπερ ἐκ τῆς ἄνθρωπος φωνῆς ἓν, οὕτω κᾀκ τῆς ὑγείας ἓν σημαίνε‐ ται. δηλοῖ δὲ καὶ ἡ καθ’ ἑκάστην ἡμέραν ἡμῖν γιγνομένη πρὸς</w:t>
      </w:r>
    </w:p>
    <w:p>
      <w:r>
        <w:rPr>
          <w:rFonts w:ascii="Courier New" w:hAnsi="Courier New"/>
          <w:color w:val="555555"/>
          <w:sz w:val="20"/>
        </w:rPr>
        <w:t>[15]</w:t>
      </w:r>
    </w:p>
    <w:p>
      <w:r>
        <w:rPr>
          <w:rFonts w:ascii="Gentium Plus" w:hAnsi="Gentium Plus"/>
          <w:sz w:val="24"/>
        </w:rPr>
        <w:t>ἀλλήλους διάλεκτος, ὡς ἐν οἷς οὐκ ἔστιν ὁμωνυμία, τὸ ση‐ μαινόμενον ἓν ὑπάρχει. λέγοντος γάρ τινος ὑπὸ ἀνθρώπου πληγῆναι λίθῳ τὴν κεφαλὴν, οὐδενὶ τῶν ἀκουόντων ἀσαφὴς</w:t>
      </w:r>
    </w:p>
    <w:p>
      <w:r>
        <w:rPr>
          <w:rFonts w:ascii="Courier New" w:hAnsi="Courier New"/>
          <w:color w:val="555555"/>
          <w:sz w:val="20"/>
        </w:rPr>
        <w:t>[10 . 131]</w:t>
      </w:r>
    </w:p>
    <w:p>
      <w:r>
        <w:rPr>
          <w:rFonts w:ascii="Gentium Plus" w:hAnsi="Gentium Plus"/>
          <w:sz w:val="24"/>
        </w:rPr>
        <w:t>οὕτως ἔτυχε, Κορίσκον ὑπὸ κυνὸς διηγεῖτο· τίνος γὰρ κυνός; ὁ ἀκούσας ἐρήσεται, διότι, οἶμαι, δύο ἐστὶν εἴδη κυνῶν, τὸ μὲν ἐπίγειον, τὸ δὲ ἐνάλιον. οὐ μὴν ὑπὸ τίνος γε λίθου καὶ τίνα τὴν κεφαλὴν ἐρωτήσει· καὶ γὰρ λίθου παντὸς ἓν εἶδος</w:t>
      </w:r>
    </w:p>
    <w:p>
      <w:r>
        <w:rPr>
          <w:rFonts w:ascii="Courier New" w:hAnsi="Courier New"/>
          <w:color w:val="555555"/>
          <w:sz w:val="20"/>
        </w:rPr>
        <w:t>[5]</w:t>
      </w:r>
    </w:p>
    <w:p>
      <w:r>
        <w:rPr>
          <w:rFonts w:ascii="Gentium Plus" w:hAnsi="Gentium Plus"/>
          <w:sz w:val="24"/>
        </w:rPr>
        <w:t>ᾗ λίθος ἐστὶ καὶ κεφαλῆς ἁπάσης ᾗ κεφαλὴ, κυνὸς δ’ οὐχ ἓν ᾗ κύων, ὥσπερ οὐδὲ γλώττης ᾗ γλῶττα. καὶ γὰρ καὶ αὐλοῦ καὶ ὑποδήματος καὶ ζώου μόριον ἡ γλῶττα. καὶ εἴ τι‐ νος ἀκούσαις οἰκέτῃ προστάσσοντος ὠνήσασθαι γλῶτταν, ἄδη‐ λόν ἐστιν ἥντινα λέγει γλῶτταν· οὐ μὴν εἰ γαστέρα τις, ἢ</w:t>
      </w:r>
    </w:p>
    <w:p>
      <w:r>
        <w:rPr>
          <w:rFonts w:ascii="Courier New" w:hAnsi="Courier New"/>
          <w:color w:val="555555"/>
          <w:sz w:val="20"/>
        </w:rPr>
        <w:t>[10]</w:t>
      </w:r>
    </w:p>
    <w:p>
      <w:r>
        <w:rPr>
          <w:rFonts w:ascii="Gentium Plus" w:hAnsi="Gentium Plus"/>
          <w:sz w:val="24"/>
        </w:rPr>
        <w:t>κύστιν ἢ ἧπαρ ὠνήσασθαι κελεύοι. καθ’ ἕκαστον οὖν τῶν ση‐ μαινομένων ἕν τι πρᾶγμά ἐστιν ὑποκείμενον, οὐ μὴν καθ’ ἑκάστην γε τῶν φωνῶν ἕν· ἐνίοτε μέντοι σημαίνεται μόνον πρὸς τῆς φωνῆς, ὑπόκειται δὲ οὐδέν. ἀλλὰ περὶ μὲν τῶν οὕτω λεγομένων οὐ πρόκειται νῦν διελθεῖν. ἐν οἷς δὲ οὐ</w:t>
      </w:r>
    </w:p>
    <w:p>
      <w:r>
        <w:rPr>
          <w:rFonts w:ascii="Courier New" w:hAnsi="Courier New"/>
          <w:color w:val="555555"/>
          <w:sz w:val="20"/>
        </w:rPr>
        <w:t>[15]</w:t>
      </w:r>
    </w:p>
    <w:p>
      <w:r>
        <w:rPr>
          <w:rFonts w:ascii="Gentium Plus" w:hAnsi="Gentium Plus"/>
          <w:sz w:val="24"/>
        </w:rPr>
        <w:t>σημαίνεταί τι μόνον ἐκ τῆς φωνῆς, ἀλλὰ καὶ πρᾶγμά τί ἐστιν ὑποκείμενον, ὅσαπερ ἂν ᾖ τὰ σημαινόμενα, τοσαῦται καὶ αἱ τῶν πραγμάτων ὑπάρχουσιν ἰδέαι· τῆς μὲν φωνῆς ἓν σημαι‐</w:t>
      </w:r>
    </w:p>
    <w:p>
      <w:r>
        <w:rPr>
          <w:rFonts w:ascii="Courier New" w:hAnsi="Courier New"/>
          <w:color w:val="555555"/>
          <w:sz w:val="20"/>
        </w:rPr>
        <w:t>[10 . 132]</w:t>
      </w:r>
    </w:p>
    <w:p>
      <w:r>
        <w:rPr>
          <w:rFonts w:ascii="Gentium Plus" w:hAnsi="Gentium Plus"/>
          <w:sz w:val="24"/>
        </w:rPr>
        <w:t>ἀριθμῷ μέντοι πολλὰ ταῦτα ἐγχωρεῖ γενέσθαι, καθάπερ τὸ α. καὶ διὰ τοῦτο ἑπτὰ μὲν τὰ φωνήεντά φαμεν ὑπάρχειν, στοιχεῖα δὲ τέτταρα καὶ εἴκοσι τὰ σύμπαντα, κατὰ τὴν ἡμε‐ τέραν δηλονότι διάλεκτον, ἐπὶ τὸ κοινὸν ἁπάντων εἶδος ἀπο‐</w:t>
      </w:r>
    </w:p>
    <w:p>
      <w:r>
        <w:rPr>
          <w:rFonts w:ascii="Courier New" w:hAnsi="Courier New"/>
          <w:color w:val="555555"/>
          <w:sz w:val="20"/>
        </w:rPr>
        <w:t>[5]</w:t>
      </w:r>
    </w:p>
    <w:p>
      <w:r>
        <w:rPr>
          <w:rFonts w:ascii="Gentium Plus" w:hAnsi="Gentium Plus"/>
          <w:sz w:val="24"/>
        </w:rPr>
        <w:t>βλέποντες ἓν ὑπάρχον, οὐκ ἐπὶ τὰ κατὰ μέρος, ἐπὶ τὰ ἐν χάρταις καὶ ξύλοις καὶ διφθέραις καὶ λίθοις γεγραμμένα, πάμ‐ πολύ τι πλῆθος ὄντα καὶ μηδ’ ἀριθμηθῆναι δυνάμενα καὶ σχεδὸν εἰς ἄπειρον ἐκτεινόμενα· δύναται γοῦν ἄχρι τοῦ παν‐ τὸς αἰῶνος α καὶ β καὶ γ γράφεσθαι μυρία, κατὰ ταὐτὰ</w:t>
      </w:r>
    </w:p>
    <w:p>
      <w:r>
        <w:rPr>
          <w:rFonts w:ascii="Courier New" w:hAnsi="Courier New"/>
          <w:color w:val="555555"/>
          <w:sz w:val="20"/>
        </w:rPr>
        <w:t>[10]</w:t>
      </w:r>
    </w:p>
    <w:p>
      <w:r>
        <w:rPr>
          <w:rFonts w:ascii="Gentium Plus" w:hAnsi="Gentium Plus"/>
          <w:sz w:val="24"/>
        </w:rPr>
        <w:t>δὲ καὶ τῶν ἄλλων ἕκαστον γραμμάτων. ἀλλὰ τά γε σύμπαντα τέτταρα καὶ εἴκοσι τὸν ἀριθμὸν εἶναί φαμεν, οὐ τὰ κατὰ μέρος προχειριζόμενοι, τὰ δ’ εἴδη μόνον, καθ’ ὧνπερ, οἶμαι, καὶ τὰ ὀνόματα φέρομεν. ἄλφα γὰρ οὐ τουτὶ μέν τι λέγεται τὸ γεγραμμένον ἐν χάρτῃ, τουτὶ δ’ οὐ λέγεται τὸ γεγραμμέ‐</w:t>
      </w:r>
    </w:p>
    <w:p>
      <w:r>
        <w:rPr>
          <w:rFonts w:ascii="Courier New" w:hAnsi="Courier New"/>
          <w:color w:val="555555"/>
          <w:sz w:val="20"/>
        </w:rPr>
        <w:t>[15]</w:t>
      </w:r>
    </w:p>
    <w:p>
      <w:r>
        <w:rPr>
          <w:rFonts w:ascii="Gentium Plus" w:hAnsi="Gentium Plus"/>
          <w:sz w:val="24"/>
        </w:rPr>
        <w:t>νον ἐν ξύλῳ, ἀλλὰ καὶ τοῦτο κᾀκεῖνο, κᾂν εἰ κατὰ τῆς γῆς γράψαις, κᾂν εἰ κατὰ λίθου, κᾂν εἰ καταξύσαις, κᾂν εἰ διὰ χρωμάτων. καὶ οὐδὲ πολλὰ τοὺς παῖδάς τις διδάσκει α καὶ β καὶ γ καὶ τῶν ἄλλων ἕκαστον, ἀλλ’ ἓν μὲν ἕκαστον, ὁμοῦ</w:t>
      </w:r>
    </w:p>
    <w:p>
      <w:r>
        <w:rPr>
          <w:rFonts w:ascii="Courier New" w:hAnsi="Courier New"/>
          <w:color w:val="555555"/>
          <w:sz w:val="20"/>
        </w:rPr>
        <w:t>[10 . 133]</w:t>
      </w:r>
    </w:p>
    <w:p>
      <w:r>
        <w:rPr>
          <w:rFonts w:ascii="Gentium Plus" w:hAnsi="Gentium Plus"/>
          <w:sz w:val="24"/>
        </w:rPr>
        <w:t>δείξεις, ἢ κάμηλον παιδὶ, θεασάμενος αὖθις ἕτερον ἵππον, ἢ κάμηλον ἑτέραν, οὐκ ἐρωτᾷ τί ποτ’ ἐστὶ τὸ ζῶον, ἀλλὰ τὸ μὲν ἵππον ὀνομάζει, τὸ δὲ κάμηλον. καὶ ταὐτόν γε εἶναι ἐκεῖνό φησι τοῦτο τὸ πρόσθεν ὁραθὲν τῷ νῦν ὁρωμένῳ. καί‐</w:t>
      </w:r>
    </w:p>
    <w:p>
      <w:r>
        <w:rPr>
          <w:rFonts w:ascii="Courier New" w:hAnsi="Courier New"/>
          <w:color w:val="555555"/>
          <w:sz w:val="20"/>
        </w:rPr>
        <w:t>[5]</w:t>
      </w:r>
    </w:p>
    <w:p>
      <w:r>
        <w:rPr>
          <w:rFonts w:ascii="Gentium Plus" w:hAnsi="Gentium Plus"/>
          <w:sz w:val="24"/>
        </w:rPr>
        <w:t>τοι τὸ μὲν, εἰ οὕτως ἔτυχεν, ἀπέθανεν, ἕτερον δ’ ἐστὶ τὸ νῦν ὁρώμενον. οἶνον δὴ λέγουσιν οἱ ἄνθρωποι τὸν αὐτὸν χθὲς καὶ τήμερον πεπωκέναι, τῷ εἴδει δηλονότι τὸν αὐτόν· ἐνίοτε δέ φασι τρεῖς οἴνους πεπωκέναι τήμερον, ἢ νὴ Δία ἕνα, παν‐ ταχοῦ πρὸς τὸ εἶδος ἀποβλέποντες, ἐπικεῖσθαί τε μίαν,</w:t>
      </w:r>
    </w:p>
    <w:p>
      <w:r>
        <w:rPr>
          <w:rFonts w:ascii="Courier New" w:hAnsi="Courier New"/>
          <w:color w:val="555555"/>
          <w:sz w:val="20"/>
        </w:rPr>
        <w:t>[10]</w:t>
      </w:r>
    </w:p>
    <w:p>
      <w:r>
        <w:rPr>
          <w:rFonts w:ascii="Gentium Plus" w:hAnsi="Gentium Plus"/>
          <w:sz w:val="24"/>
        </w:rPr>
        <w:t>εἰ τύχοι, σφραγῖδα πεντεκαίδεκα θύραις, ἐν ἅπασι τούτοις ἐπὶ τὸ εἶδος ἀναφέροντες τὸν λόγον. οὕτω δὲ ἐναργές ἐστι καὶ φύσει πᾶσιν ὑπάρχει καὶ ἀνθρώποις καὶ βοσκήμασιν ἕτε‐ ρον μέν τι ὡς ὑποκείμενον κατ’ οὐσίαν, ἕτερον δὲ ὡς εἶδος ἓν ἐπινοεῖν, ὥστε καὶ τοῖς ὄνοις, οἵπερ ἁπάντων τῶν θρεμ‐</w:t>
      </w:r>
    </w:p>
    <w:p>
      <w:r>
        <w:rPr>
          <w:rFonts w:ascii="Courier New" w:hAnsi="Courier New"/>
          <w:color w:val="555555"/>
          <w:sz w:val="20"/>
        </w:rPr>
        <w:t>[15]</w:t>
      </w:r>
    </w:p>
    <w:p>
      <w:r>
        <w:rPr>
          <w:rFonts w:ascii="Gentium Plus" w:hAnsi="Gentium Plus"/>
          <w:sz w:val="24"/>
        </w:rPr>
        <w:t>μάτων ἀνοητότατοί γε δοκοῦσιν ὑπάρχειν, ἄλλο μὲν τὸ κατ’ εἶδος ἓν, ἄλλο δὲ τὸ κατ’ ἀριθμὸν, εἰς διάγνωσιν ἥκει. θεα‐ σάμενος γοῦν κάμηλον ὁ ὄνος ἐξίσταταί τε καὶ φεύγει καὶ δέ‐</w:t>
      </w:r>
    </w:p>
    <w:p>
      <w:r>
        <w:rPr>
          <w:rFonts w:ascii="Courier New" w:hAnsi="Courier New"/>
          <w:color w:val="555555"/>
          <w:sz w:val="20"/>
        </w:rPr>
        <w:t>[10 . 134]</w:t>
      </w:r>
    </w:p>
    <w:p>
      <w:r>
        <w:rPr>
          <w:rFonts w:ascii="Gentium Plus" w:hAnsi="Gentium Plus"/>
          <w:sz w:val="24"/>
        </w:rPr>
        <w:t>τῷ θεάματι, κᾂν ἄλλην αὐτῷ καὶ ἄλλην ἐπιδείξῃς κάμηλον, οὐ‐ κέτι δέδιεν ὑπὸ συνηθείας, ἀλλ’ ὡς ἓν εἶδος ὁρᾷ κᾀκείνην ᾗ συν‐ ειθίσθη καὶ ταύτην ᾗ πρώτως ἐντυγχάνει. οὕτω δὲ καὶ τοὺς ἀνθρώπους οὐ δέδιεν ὑπὸ συνηθείας, ἀλλ’ ὡς ἓν εἶδος ὁρᾷ</w:t>
      </w:r>
    </w:p>
    <w:p>
      <w:r>
        <w:rPr>
          <w:rFonts w:ascii="Courier New" w:hAnsi="Courier New"/>
          <w:color w:val="555555"/>
          <w:sz w:val="20"/>
        </w:rPr>
        <w:t>[5]</w:t>
      </w:r>
    </w:p>
    <w:p>
      <w:r>
        <w:rPr>
          <w:rFonts w:ascii="Gentium Plus" w:hAnsi="Gentium Plus"/>
          <w:sz w:val="24"/>
        </w:rPr>
        <w:t>καὶ τούτους· εἰ μέντοι θεάσαιτο τὸν ὀνηλάτην, οὐχ ὡς ἄν‐ θρωπον μόνον, ἀλλὰ καὶ ὡς τόνδέ τινα γνωρίζει καὶ σείει γε τὰ ὦτα πολλάκις καὶ τὴν κέρκον κινεῖ καὶ ὀγκᾶται καὶ σκιρτᾷ θεασάμενος, ἐμφαίνων ὅτι γνωρίζει τὸν οἰκεῖον. τοῦτον μὲν δὴ καὶ ὡς ἄνθρωπον καὶ ὡς συνήθη γνωρίζει· τὸν δὲ νῦν</w:t>
      </w:r>
    </w:p>
    <w:p>
      <w:r>
        <w:rPr>
          <w:rFonts w:ascii="Courier New" w:hAnsi="Courier New"/>
          <w:color w:val="555555"/>
          <w:sz w:val="20"/>
        </w:rPr>
        <w:t>[10]</w:t>
      </w:r>
    </w:p>
    <w:p>
      <w:r>
        <w:rPr>
          <w:rFonts w:ascii="Gentium Plus" w:hAnsi="Gentium Plus"/>
          <w:sz w:val="24"/>
        </w:rPr>
        <w:t>αὐτῷ πρῶτον ὀφθέντα, καθ’ ὅσον μὲν ἄνθρωπον ὡσαύτως, ὡς συνήθη δ’ οὐχ ὡσαύτως. ὥστ’ οὐ μόνον ἡμεῖς, ἀλλ’ ἤδη καὶ οἱ ὄνοι τὸ μὲν ὡς ἀριθμῷ ταὐτὸν ὁρῶσί τε καὶ διαγι‐ νώσκουσι καὶ μέμνηνται, τὸ δὲ ὡς εἴδει. καὶ τὸν Δίωνα τὸν ὀνηλάτην, ἔστω γὰρ, εἰ τύχοι οὕτως λεγόμενος, ἄλλως μὲν</w:t>
      </w:r>
    </w:p>
    <w:p>
      <w:r>
        <w:rPr>
          <w:rFonts w:ascii="Courier New" w:hAnsi="Courier New"/>
          <w:color w:val="555555"/>
          <w:sz w:val="20"/>
        </w:rPr>
        <w:t>[15]</w:t>
      </w:r>
    </w:p>
    <w:p>
      <w:r>
        <w:rPr>
          <w:rFonts w:ascii="Gentium Plus" w:hAnsi="Gentium Plus"/>
          <w:sz w:val="24"/>
        </w:rPr>
        <w:t>ὡς ἄνθρωπον, ἄλλως δὲ ὡς Δίωνα γνωρίζουσιν οἱ συνήθεις ὄνοι, τὸ μέντοι κοινὸν εἶδος αὐτοῦ καὶ πρὸς τοὺς ἄλλους ἀνθρώπους ὡς ἀνθρώπου λαμβάνοντες, τὸ δὲ ἴδιον ἐξαίρε‐</w:t>
      </w:r>
    </w:p>
    <w:p>
      <w:r>
        <w:rPr>
          <w:rFonts w:ascii="Courier New" w:hAnsi="Courier New"/>
          <w:color w:val="555555"/>
          <w:sz w:val="20"/>
        </w:rPr>
        <w:t>[10 . 135]</w:t>
      </w:r>
    </w:p>
    <w:p>
      <w:r>
        <w:rPr>
          <w:rFonts w:ascii="Gentium Plus" w:hAnsi="Gentium Plus"/>
          <w:sz w:val="24"/>
        </w:rPr>
        <w:t>λαιοὺς φιλοσόφους ἐπαινεῖν, ὡς μέγα τι καὶ σοφὸν ἐξευρόν‐ τας, ὅτι τὸ ταὐτὸν καὶ τὸ ἕτερον καὶ τὸ ἓν καὶ τὸ οὐχ ἓν οὐ μόνον κατ’ ἀριθμὸν, ἀλλὰ καὶ κατ’ εἶδος χρὴ νοεῖν, ὥστε καὶ τοῖς ὄνοις φημὶ τοῦτο ὑπάρχειν φύσει. πρόσκειται μὲν</w:t>
      </w:r>
    </w:p>
    <w:p>
      <w:r>
        <w:rPr>
          <w:rFonts w:ascii="Courier New" w:hAnsi="Courier New"/>
          <w:color w:val="555555"/>
          <w:sz w:val="20"/>
        </w:rPr>
        <w:t>[5]</w:t>
      </w:r>
    </w:p>
    <w:p>
      <w:r>
        <w:rPr>
          <w:rFonts w:ascii="Gentium Plus" w:hAnsi="Gentium Plus"/>
          <w:sz w:val="24"/>
        </w:rPr>
        <w:t>οὖν ὑπὸ τῶν παλαιῶν φιλοσόφων, ὡς οὐ μόνον ἀριθμῷ καὶ εἴδει λέγεταί τι ταὐτὸν, ἀλλὰ καὶ τῷ γένει. οὐ μὴν ἤδη γέ πω τοῦδε χρῄζω πρὸς τὰ παρόντα· μόνον γὰρ ἀρκεῖ μοι τὸ δεῖξαι τῶν ὄνων ὑπάρχοντας ἀναισθητοτέρους ὅσοι μὴ συγχωροῦσιν ἕτερον μέν τι τῷ εἴδει τὸ ἓν, ἕτερον δ’ ἀριθμῷ</w:t>
      </w:r>
    </w:p>
    <w:p>
      <w:r>
        <w:rPr>
          <w:rFonts w:ascii="Courier New" w:hAnsi="Courier New"/>
          <w:color w:val="555555"/>
          <w:sz w:val="20"/>
        </w:rPr>
        <w:t>[10]</w:t>
      </w:r>
    </w:p>
    <w:p>
      <w:r>
        <w:rPr>
          <w:rFonts w:ascii="Gentium Plus" w:hAnsi="Gentium Plus"/>
          <w:sz w:val="24"/>
        </w:rPr>
        <w:t>λέγεσθαι, καὶ μᾶλλον ἔτι τοὺς ἕνα μὲν τὸν φρενιτικὸν εἶναι λέγοντας καὶ ἕνα τὸν ἐμπειρικὸν, ἕνα δὲ τὸν ἄνθρωπον εἶναι μὴ συγχωροῦντας, ἢ μὴ γινώσκοντας ὡς εἴδει μὲν ἓν ὁ ἄν‐ θρωπος, ἀριθμῷ δ’ οὐχ ἕν. οὐδ’ ὁ Σωκράτης μὲν ἓν καὶ τὸ εἶδος καὶ τὸν ἀριθμὸν, ὁ φρενιτικὸς δὲ τὸ μὲν εἶδος εἷς, οὐχ</w:t>
      </w:r>
    </w:p>
    <w:p>
      <w:r>
        <w:rPr>
          <w:rFonts w:ascii="Courier New" w:hAnsi="Courier New"/>
          <w:color w:val="555555"/>
          <w:sz w:val="20"/>
        </w:rPr>
        <w:t>[15]</w:t>
      </w:r>
    </w:p>
    <w:p>
      <w:r>
        <w:rPr>
          <w:rFonts w:ascii="Gentium Plus" w:hAnsi="Gentium Plus"/>
          <w:sz w:val="24"/>
        </w:rPr>
        <w:t>εἷς δέ ἐστι τὸ πλῆθος. οὐ γὰρ ἐνδέχεται Δίωνα καὶ Σωκράτην καὶ Θέωνα καὶ Κορίσκον ἅμα πάντας, εἰ τύχοι, φρενιτίζον‐ τας ἕνα τῷ πλήθει τοὺς τέσσαρας ὑπάρχειν, ἀλλὰ τὸ μὲν</w:t>
      </w:r>
    </w:p>
    <w:p>
      <w:r>
        <w:rPr>
          <w:rFonts w:ascii="Courier New" w:hAnsi="Courier New"/>
          <w:color w:val="555555"/>
          <w:sz w:val="20"/>
        </w:rPr>
        <w:t>[10 . 136]</w:t>
      </w:r>
    </w:p>
    <w:p>
      <w:r>
        <w:rPr>
          <w:rFonts w:ascii="Gentium Plus" w:hAnsi="Gentium Plus"/>
          <w:sz w:val="24"/>
        </w:rPr>
        <w:t>ἐμπειρικῶν ἰατρῶν ἐστιν, ὅτι καὶ τὸν ἐμπειρικὸν ἕνα λέγου‐ σιν, εἶτ’ ἐρωτηθέντες πῶς ἕνα φασὶ τὸν ζῶντα τῷ τεθνεῶτι, καὶ τὸν ἐπὶ τῆς Ἑλλάδος τῷ κατ’ Αἴγυπτον, ἀποκρίνονται πρὸς τοῦτο θαυμαστὴν ἀπόκρισιν. ᾗ γάρ φασιν ἐμπειρικός</w:t>
      </w:r>
    </w:p>
    <w:p>
      <w:r>
        <w:rPr>
          <w:rFonts w:ascii="Courier New" w:hAnsi="Courier New"/>
          <w:color w:val="555555"/>
          <w:sz w:val="20"/>
        </w:rPr>
        <w:t>[5]</w:t>
      </w:r>
    </w:p>
    <w:p>
      <w:r>
        <w:rPr>
          <w:rFonts w:ascii="Gentium Plus" w:hAnsi="Gentium Plus"/>
          <w:sz w:val="24"/>
        </w:rPr>
        <w:t>ἐστι, ταύτῃ καὶ εἷς. τοῦτο γὰρ δὴ τῆς ἐσχάτης ἀναισθησίας ἐστὶν, εἰ προστιθέντες τὸ ᾗ καὶ τὸ ταύτῃ, μηδ’ ὧν αὐτοὶ φθέγγονται συνίασιν. εἰ γὰρ δὴ ταύτῃ γε Σεραπίων καὶ Μη‐ νόδοτος εἷς ἐστὸν ᾗ ἐμπειρικοὶ, κατ’ ἄλλα δήπουθεν οὐχ εἷς ἔσονται. ὥστ’ εἴ γε παντοίως εἷς ἦν, ἐκ περιττοῦ καὶ μάτην</w:t>
      </w:r>
    </w:p>
    <w:p>
      <w:r>
        <w:rPr>
          <w:rFonts w:ascii="Courier New" w:hAnsi="Courier New"/>
          <w:color w:val="555555"/>
          <w:sz w:val="20"/>
        </w:rPr>
        <w:t>[10]</w:t>
      </w:r>
    </w:p>
    <w:p>
      <w:r>
        <w:rPr>
          <w:rFonts w:ascii="Gentium Plus" w:hAnsi="Gentium Plus"/>
          <w:sz w:val="24"/>
        </w:rPr>
        <w:t>ἂν, οἶμαι, προσέκειτο τὸ ᾗ καὶ τὸ ταύτῃ, παρὸν ἁπλῶς εἰπεῖν ὡς εἷς ἐστι Σεραπίων καὶ Μηνόδοτος. οὕτως οὖν ὡς ὑπὲρ αὐτοῦ μόνου Μηνοδότου τὸν λόγον ποιούμενος, οὐκ ἂν προσθήκης δεηθείης, ἀλλ’ ἁπλῶς ἂν εἴποις, εἷς ἐστι Μηνόδοτος. εἰ τοίνυν Μηνόδοτος μὲν εἷς ἁπλῶς, Μηνόδο‐</w:t>
      </w:r>
    </w:p>
    <w:p>
      <w:r>
        <w:rPr>
          <w:rFonts w:ascii="Courier New" w:hAnsi="Courier New"/>
          <w:color w:val="555555"/>
          <w:sz w:val="20"/>
        </w:rPr>
        <w:t>[15]</w:t>
      </w:r>
    </w:p>
    <w:p>
      <w:r>
        <w:rPr>
          <w:rFonts w:ascii="Gentium Plus" w:hAnsi="Gentium Plus"/>
          <w:sz w:val="24"/>
        </w:rPr>
        <w:t>τος δὲ καὶ Σεραπίων οὐχ ἁπλῶς εἷς, ἀλλ’ ᾗ ἐμπειρικοὶ, πάντως δήπουθεν αὐτοῖς ἐστιν ἕτερ’ ἄττα καθ’ ἃ δύο εἰσὶ</w:t>
      </w:r>
    </w:p>
    <w:p>
      <w:r>
        <w:rPr>
          <w:rFonts w:ascii="Courier New" w:hAnsi="Courier New"/>
          <w:color w:val="555555"/>
          <w:sz w:val="20"/>
        </w:rPr>
        <w:t>[10 . 137]</w:t>
      </w:r>
    </w:p>
    <w:p>
      <w:r>
        <w:rPr>
          <w:rFonts w:ascii="Gentium Plus" w:hAnsi="Gentium Plus"/>
          <w:sz w:val="24"/>
        </w:rPr>
        <w:t>παλαιῶν φιλοσόφων εἰρημένον, ἕτερον μὲν ἀριθμῷ καὶ ταὐ‐ τὸν καὶ ἓν, ἕτερον δὲ τῷ εἴδει, καὶ μηδὲν εἶναι θαυμαστὸν, εἰ Μηνόδοτος Σεραπίωνι κατά τι μὲν ὁ αὐτός ἐστι καὶ εἷς, κατά τι δὲ οὐχ ὁ αὐτὸς οὐδ’ εἷς. ᾗ μὲν γὰρ ἐμπειρικὸς ὁ</w:t>
      </w:r>
    </w:p>
    <w:p>
      <w:r>
        <w:rPr>
          <w:rFonts w:ascii="Courier New" w:hAnsi="Courier New"/>
          <w:color w:val="555555"/>
          <w:sz w:val="20"/>
        </w:rPr>
        <w:t>[5]</w:t>
      </w:r>
    </w:p>
    <w:p>
      <w:r>
        <w:rPr>
          <w:rFonts w:ascii="Gentium Plus" w:hAnsi="Gentium Plus"/>
          <w:sz w:val="24"/>
        </w:rPr>
        <w:t>αὐτὸς, ᾗ δ’ ὁ μὲν σιμὸς, ὁ δὲ γρυπὸς, ἢ μέλας, ἢ λευκὸς, ἢ μέγας, ἢ μικρὸς, οὐχ ὁ αὐτός. ἆρ’ οὖν οὕτως ἐστὶν ἑκάτε‐ ρος αὐτῶν ἄνθρωπος, ὡσεὶ ἢ γρυπὸς ἢ σιμὸς, ἢ οὕτως ὡς ἐμπειρικός; ἢ κᾂν παῖς τοῦτό γε νοήσειεν, ὡς ᾗ μὲν ἄνθρω‐ πος εἷς ἐστιν, ᾗ δ’ ὁ μὲν σιμὸς, ὁ δὲ γρυπὸς, οὐχ εἷς. ἆρ’</w:t>
      </w:r>
    </w:p>
    <w:p>
      <w:r>
        <w:rPr>
          <w:rFonts w:ascii="Courier New" w:hAnsi="Courier New"/>
          <w:color w:val="555555"/>
          <w:sz w:val="20"/>
        </w:rPr>
        <w:t>[10]</w:t>
      </w:r>
    </w:p>
    <w:p>
      <w:r>
        <w:rPr>
          <w:rFonts w:ascii="Gentium Plus" w:hAnsi="Gentium Plus"/>
          <w:sz w:val="24"/>
        </w:rPr>
        <w:t>οὖν οὐκ ἐσχάτης ἀναισθησίας, ἢ φιλονεικίας, ἢ οὐκ οἶδ’ ὅ τί ποτε καὶ προσειπεῖν ἄξιον, ἕνα μὲν ὁμολογεῖν εἶναι τὸν φρενιτικὸν ᾗ φρενιτικὸς, ὡσαύτως δὲ καὶ τὸν ληθαργικόν τε καὶ πλευριτικὸν, οὐδένα δὲ τὸν ἄνθρωπον ᾗ ἄνθρωπος· καὶ τὸν μὲν ἐμπειρικὸν ἕνα λέγειν ᾗ ἐμπειρικὸς, οὐχ ἕνα δὲ τὸν</w:t>
      </w:r>
    </w:p>
    <w:p>
      <w:r>
        <w:rPr>
          <w:rFonts w:ascii="Courier New" w:hAnsi="Courier New"/>
          <w:color w:val="555555"/>
          <w:sz w:val="20"/>
        </w:rPr>
        <w:t>[15]</w:t>
      </w:r>
    </w:p>
    <w:p>
      <w:r>
        <w:rPr>
          <w:rFonts w:ascii="Gentium Plus" w:hAnsi="Gentium Plus"/>
          <w:sz w:val="24"/>
        </w:rPr>
        <w:t>ἵππον ᾗ ἵππος, ἐνὸν ἀκοῦσαι λέγοντος Ἀριστοτέλους τε καὶ Θεοφράστου δύνασθαί τι τῷ μὲν εἴδει ταὐτὸν ὑπάρχειν ἕτερον ἑτέρῳ, τῷ δ’ ἀριθμῷ μὴ ταὐτὸν, ἔτι δὲ τούτων ἔμ‐</w:t>
      </w:r>
    </w:p>
    <w:p>
      <w:r>
        <w:rPr>
          <w:rFonts w:ascii="Courier New" w:hAnsi="Courier New"/>
          <w:color w:val="555555"/>
          <w:sz w:val="20"/>
        </w:rPr>
        <w:t>[10 . 138]</w:t>
      </w:r>
    </w:p>
    <w:p>
      <w:r>
        <w:rPr>
          <w:rFonts w:ascii="Gentium Plus" w:hAnsi="Gentium Plus"/>
          <w:sz w:val="24"/>
        </w:rPr>
        <w:t>διαστολὴν τῶν σημαινομένων ἐπακοῦσαι λέγοντος, ὡς οὐδὲν θαυμαστόν ἐστιν ἓν εἶναι τὰ πολλὰ καὶ τὰ πολλὰ ἕν. οὕτω γὰρ σαφῶς ἅπαντα τοῦτον τὸν λόγον ὁ Πλάτων διῆλθεν ἐν ἀρχῇ τοῦ Φιλήβου, ὥστ’ ἐγὼ μὲν καὶ τοῖς ἀναισθήτοις αὐτὸν</w:t>
      </w:r>
    </w:p>
    <w:p>
      <w:r>
        <w:rPr>
          <w:rFonts w:ascii="Courier New" w:hAnsi="Courier New"/>
          <w:color w:val="555555"/>
          <w:sz w:val="20"/>
        </w:rPr>
        <w:t>[5]</w:t>
      </w:r>
    </w:p>
    <w:p>
      <w:r>
        <w:rPr>
          <w:rFonts w:ascii="Gentium Plus" w:hAnsi="Gentium Plus"/>
          <w:sz w:val="24"/>
        </w:rPr>
        <w:t>εἶναι νομίζω σαφῆ. γνωρίζουσι γοῦν οἱ ὄνοι καὶ ἄνθρωπον καὶ κάμηλον καὶ βοῦν, καὶ τόνδέ τινα τὸν ἄνθρωπον καὶ τήνδέ τινα τὴν κάμηλον, καὶ τόνδέ τινα τὸν βοῦν. οὕτω δὲ καὶ ὁδὸν οὐ μόνον ἁπλῶς ὡς ὁδὸν, ἀλλὰ καὶ ὡς τήνδέ τινα γνωρίζουσιν. ἐπίστησον γοῦν ὄνον ἐπ’ ἀρχὴν ὁδοῦ μὴ γνωρί‐</w:t>
      </w:r>
    </w:p>
    <w:p>
      <w:r>
        <w:rPr>
          <w:rFonts w:ascii="Courier New" w:hAnsi="Courier New"/>
          <w:color w:val="555555"/>
          <w:sz w:val="20"/>
        </w:rPr>
        <w:t>[10]</w:t>
      </w:r>
    </w:p>
    <w:p>
      <w:r>
        <w:rPr>
          <w:rFonts w:ascii="Gentium Plus" w:hAnsi="Gentium Plus"/>
          <w:sz w:val="24"/>
        </w:rPr>
        <w:t>μου καὶ θέασαι πῶς αὐτὴν βαδίζει τε καὶ διέρχεται πᾶσαν, οὐκ ἐκτρεπόμενος ἑκατέρωσε, πλὴν εἰ μὴ τύχοι που σχιζο‐ μένη, δῆλον ποιῶν ὡς αὐτὸ τὸ εἶδος ὅ τί ποτ’ ἐστὶν ὁδοῦ μέμνηται καὶ γιγνώσκει σαφῶς. βαδίζει γοῦν τὴν τετριμμέ‐ νην· καθ’ ὅσον δὲ ἀγνοεῖ σφάλλεται· οὐ γὰρ δὴ τήν γε ἄτο‐</w:t>
      </w:r>
    </w:p>
    <w:p>
      <w:r>
        <w:rPr>
          <w:rFonts w:ascii="Courier New" w:hAnsi="Courier New"/>
          <w:color w:val="555555"/>
          <w:sz w:val="20"/>
        </w:rPr>
        <w:t>[15]</w:t>
      </w:r>
    </w:p>
    <w:p>
      <w:r>
        <w:rPr>
          <w:rFonts w:ascii="Gentium Plus" w:hAnsi="Gentium Plus"/>
          <w:sz w:val="24"/>
        </w:rPr>
        <w:t>μον καὶ μίαν τῷ ἀριθμῷ μεμνημένος ἀπ’ ἐκείνης ἣν οὐκ οἶδε βαδίζειν δύναται. δῆλον δ’ ὅτι τὴν ὁδὸν ταύτην, ἣν νῦν βαδίζει πρῶτον, ᾗ μὲν ὁδὸς ὡς εἴδει γινώσκων βαδίζει, καθ’</w:t>
      </w:r>
    </w:p>
    <w:p>
      <w:r>
        <w:rPr>
          <w:rFonts w:ascii="Courier New" w:hAnsi="Courier New"/>
          <w:color w:val="555555"/>
          <w:sz w:val="20"/>
        </w:rPr>
        <w:t>[10 . 139]</w:t>
      </w:r>
    </w:p>
    <w:p>
      <w:r>
        <w:rPr>
          <w:rFonts w:ascii="Gentium Plus" w:hAnsi="Gentium Plus"/>
          <w:sz w:val="24"/>
        </w:rPr>
        <w:t>πρὸς τὰς ἀτρίπτους ἐκτρέπεσθαι καὶ τῷ καθ’ ὃ σχίζεται μὴ γινώσκειν ὁποίαν ἰτέον· ὅπερ ἠπίστατο ἂν ἀκριβῶς, εἰ δεύτε‐ ρον αὐτὴν ἢ τρίτον ἔτυχε νῦν βαδίζων. ἐπειδὴ γὰρ ἕτερον μὲν οἶδεν, ἕτερον δ’ ἀγνοεῖ, καθ’ ὅσον τὸ μὲν κοινὸν εἶδος</w:t>
      </w:r>
    </w:p>
    <w:p>
      <w:r>
        <w:rPr>
          <w:rFonts w:ascii="Courier New" w:hAnsi="Courier New"/>
          <w:color w:val="555555"/>
          <w:sz w:val="20"/>
        </w:rPr>
        <w:t>[5]</w:t>
      </w:r>
    </w:p>
    <w:p>
      <w:r>
        <w:rPr>
          <w:rFonts w:ascii="Gentium Plus" w:hAnsi="Gentium Plus"/>
          <w:sz w:val="24"/>
        </w:rPr>
        <w:t>ὁδοῦ γινώσκει, τὸ δ’ ἴδιον ταύτης ἤ τινος ἀγνοεῖ, καθ’ ὅσον μὲν οἶδεν οὐ σφάλλεται, βαδίζει γοῦν τὴν τετριμμένην, καθ’ ὅσον δ’ ἀγνοεῖ σφάλλεται πολλάκις ἐν ταῖς τριόδοις, οὐκ εἰδὼς ὁποίαν ἕληται. διττὰς οὖν ἔχουσι γνώσεις καὶ οἱ ὄνοι· τῶν μὲν κοινῶν εἰδῶν ἑτέρας, τῶν δ’ ἰδίων ἄλλας. λοιπὸν</w:t>
      </w:r>
    </w:p>
    <w:p>
      <w:r>
        <w:rPr>
          <w:rFonts w:ascii="Courier New" w:hAnsi="Courier New"/>
          <w:color w:val="555555"/>
          <w:sz w:val="20"/>
        </w:rPr>
        <w:t>[10]</w:t>
      </w:r>
    </w:p>
    <w:p>
      <w:r>
        <w:rPr>
          <w:rFonts w:ascii="Gentium Plus" w:hAnsi="Gentium Plus"/>
          <w:sz w:val="24"/>
        </w:rPr>
        <w:t>εἴτε ἓν εἶδος ἐκεῖνο ἐθέλοις καλέσαι τὸ κοινὸν, εἴτε γένος, εἴτε κοινότητα, φυλάττων αὐτοῦ τὴν ἔννοιαν, ἣν ἐγὼ νῦν ἐξηγοῦμαι, περὶ μὲν ὀνομάτων ἀμφισβητήσεις, οὐ μὴν μετα‐ θεῖναί γε δυνήσῃ τὸ πρᾶγμα. καίτοι πρὸς μὲν τὴν τῶν ὀνο‐ μάτων θέσιν ἴσως ἕτερος ἀμφισβητήσει παραπλησίως σοι,</w:t>
      </w:r>
    </w:p>
    <w:p>
      <w:r>
        <w:rPr>
          <w:rFonts w:ascii="Courier New" w:hAnsi="Courier New"/>
          <w:color w:val="555555"/>
          <w:sz w:val="20"/>
        </w:rPr>
        <w:t>[15]</w:t>
      </w:r>
    </w:p>
    <w:p>
      <w:r>
        <w:rPr>
          <w:rFonts w:ascii="Gentium Plus" w:hAnsi="Gentium Plus"/>
          <w:sz w:val="24"/>
        </w:rPr>
        <w:t>τῆς περὶ τὰ πράγματα θεωρίας ἀγύμναστος. οὐ μὴν ἡμεῖς γε ἀμφισβητήσομεν, ἀλλ’ ἐκείνου μόνον ἀξιώσομέν σε μεμνῆσθαι</w:t>
      </w:r>
    </w:p>
    <w:p>
      <w:r>
        <w:rPr>
          <w:rFonts w:ascii="Courier New" w:hAnsi="Courier New"/>
          <w:color w:val="555555"/>
          <w:sz w:val="20"/>
        </w:rPr>
        <w:t>[10 . 140]</w:t>
      </w:r>
    </w:p>
    <w:p>
      <w:r>
        <w:rPr>
          <w:rFonts w:ascii="Gentium Plus" w:hAnsi="Gentium Plus"/>
          <w:sz w:val="24"/>
        </w:rPr>
        <w:t>καὶ τὸ ἓν πολλὰ, θαυμαστῶς λεχθὲν, καὶ οὐ ῥᾴδιον ἀμφισβη‐ τῆσαι τῷ τούτων ὁποτερονοῦν τιθεμένῳ· εἰ γὰρ δὴ τοῦτο διασώζοις, οὐκέθ’ ἕξεις ἐρίζειν, ὥσπερ νῦν ἐρίζεις τὰ μὲν ὑπὸ τῆς ἀμαθίας, τὰ δ’ ὑπὸ τῆς φιλονεικίας ἀγόμενος.</w:t>
      </w:r>
    </w:p>
    <w:p>
      <w:r>
        <w:rPr>
          <w:rFonts w:ascii="Courier New" w:hAnsi="Courier New"/>
          <w:color w:val="555555"/>
          <w:sz w:val="20"/>
        </w:rPr>
        <w:t>[5]</w:t>
      </w:r>
    </w:p>
    <w:p>
      <w:r>
        <w:rPr>
          <w:rFonts w:ascii="Gentium Plus" w:hAnsi="Gentium Plus"/>
          <w:sz w:val="24"/>
        </w:rPr>
        <w:t>ἀλλ’ εἴτέ τις ἕνα λέγοι τὸν φρενιτικὸν, ἕνα συγχωρήσεις ὑπάρ‐ χειν· εἴτε πολλοὺς, καὶ οὕτω συγχωρήσεις· ὡσαύτως δὲ καὶ τὸν ἐμπειρικόν τε καὶ δογματικὸν καὶ τὸν μεθοδικόν· οὕτω δὲ τὸν ἰατρὸν ἕνα τε καὶ πολλοὺς φήσεις· ἕνα μὲν ᾗ ἰατρὸν, οὐχ ἕνα δὲ τῷ κατὰ μέρος πλήθει. οὐ γὰρ δὴ ἐπὶ μὲν τοῦ</w:t>
      </w:r>
    </w:p>
    <w:p>
      <w:r>
        <w:rPr>
          <w:rFonts w:ascii="Courier New" w:hAnsi="Courier New"/>
          <w:color w:val="555555"/>
          <w:sz w:val="20"/>
        </w:rPr>
        <w:t>[10]</w:t>
      </w:r>
    </w:p>
    <w:p>
      <w:r>
        <w:rPr>
          <w:rFonts w:ascii="Gentium Plus" w:hAnsi="Gentium Plus"/>
          <w:sz w:val="24"/>
        </w:rPr>
        <w:t>ἐμπειρικοῦ τὸ ᾗ προσθήσεις, ἀφαιρήσεις δὲ ἐπὶ τοῦ ἰατροῦ, οὐδὲ ἐπὶ μὲν τοῦ ἰατροῦ προσθήσεις, ἀφαιρήσεις δὲ ἐπ’ ἀν‐ θρώπου, οὐδὲ τὸν φρενιτικὸν μὲν ἕνα φήσεις ᾗ φρενιτικὸς, τὸν νοσοῦντα δ’ οὐχ ἕνα. καὶ γὰρ καὶ οὗτος ᾗ νοσῶν εἷς ἐστιν. ἐπιλαθοῦ τοίνυν ἤδη ποτὲ τῶν λήρων ἐκείνων, οὓς ἐν</w:t>
      </w:r>
    </w:p>
    <w:p>
      <w:r>
        <w:rPr>
          <w:rFonts w:ascii="Courier New" w:hAnsi="Courier New"/>
          <w:color w:val="555555"/>
          <w:sz w:val="20"/>
        </w:rPr>
        <w:t>[15]</w:t>
      </w:r>
    </w:p>
    <w:p>
      <w:r>
        <w:rPr>
          <w:rFonts w:ascii="Gentium Plus" w:hAnsi="Gentium Plus"/>
          <w:sz w:val="24"/>
        </w:rPr>
        <w:t>ἄλλοις βιβλίοις ἐρίζων λέγεις, ἀξιῶν δειχθῆναί σοι τὸν ἄνθρωπον αὐτὸν καθ’ ἑαυτὸν μόνον ἄνευ τῶν κατὰ μέρος, ὥσπερ αὐτὸς δεῖξαι δυνάμενος τὸν ἐμπειρικὸν ἄνευ Μηνοδότου καὶ Σεραπίω‐</w:t>
      </w:r>
    </w:p>
    <w:p>
      <w:r>
        <w:rPr>
          <w:rFonts w:ascii="Courier New" w:hAnsi="Courier New"/>
          <w:color w:val="555555"/>
          <w:sz w:val="20"/>
        </w:rPr>
        <w:t>[10 . 141]</w:t>
      </w:r>
    </w:p>
    <w:p>
      <w:r>
        <w:rPr>
          <w:rFonts w:ascii="Gentium Plus" w:hAnsi="Gentium Plus"/>
          <w:sz w:val="24"/>
        </w:rPr>
        <w:t>ἄνευ τῶν κατὰ μέρος φρενιτικῶν. ἐν τίνι τοίνυν τὸ σφάλμα καὶ πόθεν ἡ ἐκτροπὴ τοῦ καὶ τῶν ὄνων αὐτοὺς γίγνεσθαι μωροτέρους; ἐξ ὧνπερ καὶ ἄλλα μυρία σφάλλονται. μετα‐ βῆναι γὰρ ἐπὶ τὰς οὐσίας τῶν πραγμάτων ἀπὸ τῶν ἐννοιῶν</w:t>
      </w:r>
    </w:p>
    <w:p>
      <w:r>
        <w:rPr>
          <w:rFonts w:ascii="Courier New" w:hAnsi="Courier New"/>
          <w:color w:val="555555"/>
          <w:sz w:val="20"/>
        </w:rPr>
        <w:t>[5]</w:t>
      </w:r>
    </w:p>
    <w:p>
      <w:r>
        <w:rPr>
          <w:rFonts w:ascii="Gentium Plus" w:hAnsi="Gentium Plus"/>
          <w:sz w:val="24"/>
        </w:rPr>
        <w:t>ἐπιχειροῦντες, εἶθ’ ὡς ἀγύμναστοι τῆς λογικῆς θεωρίας σφάλ‐ λονται, συνανατρέποντες τῇ περὶ τούτων ἀπορίᾳ καὶ τὰς ἐννοίας. ἐκδέχεται γὰρ αὐτοὺς ἐνταῦθα τὸ περὶ γενῶν καὶ εἰδῶν ζήτημα σφῆλαι δυνάμενον, οὐ μόνον ἀγυμνάστους ἀν‐ θρώπους ἐν ταῖς λογικαῖς μεθόδοις, ἀλλὰ καὶ τῶν γεγυμνασ‐</w:t>
      </w:r>
    </w:p>
    <w:p>
      <w:r>
        <w:rPr>
          <w:rFonts w:ascii="Courier New" w:hAnsi="Courier New"/>
          <w:color w:val="555555"/>
          <w:sz w:val="20"/>
        </w:rPr>
        <w:t>[10]</w:t>
      </w:r>
    </w:p>
    <w:p>
      <w:r>
        <w:rPr>
          <w:rFonts w:ascii="Gentium Plus" w:hAnsi="Gentium Plus"/>
          <w:sz w:val="24"/>
        </w:rPr>
        <w:t>μένων τινὰς, ἐὰν μὴ προσέχωσιν ἀκριβῶς τὸν νοῦν. ἀλλ’ οὐ χρὴ διότι περὶ τῆς οὐσίας ἀποροῦσι τῶν πραγμάτων, ἀφί‐ στασθαι τῶν ἐναργῶν ἐννοιῶν· οὐδ’ ἡγεῖσθαι σοφὸν ἐξευ‐ ρηκέναι τι τοὺς μὲν ἐμπειρικοὺς, ἐὰν ἓν εἴπωσιν, ἄνευ τοῦ προσθεῖναι κατὰ ποῖον σημαινόμενον ἕν ἐστι, τοὺς δὲ μεθο‐</w:t>
      </w:r>
    </w:p>
    <w:p>
      <w:r>
        <w:rPr>
          <w:rFonts w:ascii="Courier New" w:hAnsi="Courier New"/>
          <w:color w:val="555555"/>
          <w:sz w:val="20"/>
        </w:rPr>
        <w:t>[15]</w:t>
      </w:r>
    </w:p>
    <w:p>
      <w:r>
        <w:rPr>
          <w:rFonts w:ascii="Gentium Plus" w:hAnsi="Gentium Plus"/>
          <w:sz w:val="24"/>
        </w:rPr>
        <w:t>δικοὺς, ἐὰν ἀντὶ γένους, ἢ εἴδους, ἢ κοινοῦ κοινότητα λέ‐ γωσιν. ἐμοὶ μὲν γὰρ ἄμεινον ἐδόκει σαφῶς τῆς ἐννοίας ἤδη διωρισμένης, ὡς ᾗ μὲν φρενιτικοὶ, ταύτῃ πάντες εἷς· ᾗ δ’ ὁ</w:t>
      </w:r>
    </w:p>
    <w:p>
      <w:r>
        <w:rPr>
          <w:rFonts w:ascii="Courier New" w:hAnsi="Courier New"/>
          <w:color w:val="555555"/>
          <w:sz w:val="20"/>
        </w:rPr>
        <w:t>[10 . 142]</w:t>
      </w:r>
    </w:p>
    <w:p>
      <w:r>
        <w:rPr>
          <w:rFonts w:ascii="Gentium Plus" w:hAnsi="Gentium Plus"/>
          <w:sz w:val="24"/>
        </w:rPr>
        <w:t>ταύτῃ πολλοὶ, χρήσασθαι λοιπὸν ἑρμηνείᾳ παλαιᾷ καὶ συγ‐ κινδυνεῦσαι κατὰ τὴν λέξιν Ἀριστοτέλει καὶ Θεοφράστῳ καὶ Πλάτωνι. πάντα τὰ τοιαῦτα τῷ μὲν εἴδει λέγουσιν ἓν ὑπάρ‐ χειν, τῷ πλήθει δ’ οὐχ ἕν· οὐ φρενιτικὸν μόνον, ἢ ληθαρ‐</w:t>
      </w:r>
    </w:p>
    <w:p>
      <w:r>
        <w:rPr>
          <w:rFonts w:ascii="Courier New" w:hAnsi="Courier New"/>
          <w:color w:val="555555"/>
          <w:sz w:val="20"/>
        </w:rPr>
        <w:t>[5]</w:t>
      </w:r>
    </w:p>
    <w:p>
      <w:r>
        <w:rPr>
          <w:rFonts w:ascii="Gentium Plus" w:hAnsi="Gentium Plus"/>
          <w:sz w:val="24"/>
        </w:rPr>
        <w:t>γικὸν, ἢ ἐμπειρικὸν, ἀλλὰ καὶ δογματικὸν καὶ μεθοδικὸν καὶ ἄνθρωπον καὶ ἵππον καὶ ἄνδρα καὶ γυναῖκα καὶ τῶν ἄλλων ἕκαστον. εἰ δ’ ἐπὶ τὰ κατὰ μέρος ἔλθοις, οἷον τήνδε τὴν γυναῖκα τὴν δειχθῆναι δυναμένην, ταύτην οὐκ ἐγχωρεῖ τῷ μὲν εἴδει λέγειν ἓν, τῷ πλήθει δὲ πολλὰ, κατ’ ἄμφω γὰρ ἕν</w:t>
      </w:r>
    </w:p>
    <w:p>
      <w:r>
        <w:rPr>
          <w:rFonts w:ascii="Courier New" w:hAnsi="Courier New"/>
          <w:color w:val="555555"/>
          <w:sz w:val="20"/>
        </w:rPr>
        <w:t>[10]</w:t>
      </w:r>
    </w:p>
    <w:p>
      <w:r>
        <w:rPr>
          <w:rFonts w:ascii="Gentium Plus" w:hAnsi="Gentium Plus"/>
          <w:sz w:val="24"/>
        </w:rPr>
        <w:t>ἐστιν ἡ δειχθῆναι δυναμένη γυνὴ, καὶ τῷ εἴδει καὶ τῷ πλήθει, ὅπερ δὴ καὶ τῷ ἀριθμῷ καλοῦμεν. οἱ δέ γε οὐχ οὕτως ποιοῦ‐ σιν, ἀλλ’ οἱ μὲν κοινότητας ὀνομάζουσιν, ὥσπερ οὐ μᾶλλον ἀπορηθῆναι δυναμένας εἰδῶν καὶ γενῶν, οἱ δ’ ᾗ μὲν τόδέ τι λέγουσιν, ὑπάρχειν ἕν· ᾗ δ’ οὐχ ἓν, οὐκέτι λέγουσιν ἓν</w:t>
      </w:r>
    </w:p>
    <w:p>
      <w:r>
        <w:rPr>
          <w:rFonts w:ascii="Courier New" w:hAnsi="Courier New"/>
          <w:color w:val="555555"/>
          <w:sz w:val="20"/>
        </w:rPr>
        <w:t>[15]</w:t>
      </w:r>
    </w:p>
    <w:p>
      <w:r>
        <w:rPr>
          <w:rFonts w:ascii="Gentium Plus" w:hAnsi="Gentium Plus"/>
          <w:sz w:val="24"/>
        </w:rPr>
        <w:t>ὑπάρχειν. ἐχρῆν γὰρ δήπου καὶ τούτους ὥσπερ δή ποτε ὅ τε Μηνόδοτος καὶ Σεραπίων καὶ Θεοδᾶς καὶ Γλαυκίας,</w:t>
      </w:r>
    </w:p>
    <w:p>
      <w:r>
        <w:rPr>
          <w:rFonts w:ascii="Courier New" w:hAnsi="Courier New"/>
          <w:color w:val="555555"/>
          <w:sz w:val="20"/>
        </w:rPr>
        <w:t>[10 . 143]</w:t>
      </w:r>
    </w:p>
    <w:p>
      <w:r>
        <w:rPr>
          <w:rFonts w:ascii="Gentium Plus" w:hAnsi="Gentium Plus"/>
          <w:sz w:val="24"/>
        </w:rPr>
        <w:t>δης καὶ Λύκος, εἷς ἅπαντες ὑπάρχουσιν ᾗ ἐμπειρικοὶ, οὕτω πάλιν ᾗ οὐχ εἷς ἅπαντες, ἀλλὰ πάμπολλοί τινές εἰσιν, ἐξηγή‐ σασθαι· ἐν αὐτῷ γὰρ τῷ ταῦτ’ ἐξηγεῖσθαι πάντως ἄν που κατενόησαν ὡς ἓν καὶ πολλὰ καὶ ταὐτὸν εἶναί τε λέγεσθαι</w:t>
      </w:r>
    </w:p>
    <w:p>
      <w:r>
        <w:rPr>
          <w:rFonts w:ascii="Courier New" w:hAnsi="Courier New"/>
          <w:color w:val="555555"/>
          <w:sz w:val="20"/>
        </w:rPr>
        <w:t>[5]</w:t>
      </w:r>
    </w:p>
    <w:p>
      <w:r>
        <w:rPr>
          <w:rFonts w:ascii="Gentium Plus" w:hAnsi="Gentium Plus"/>
          <w:sz w:val="24"/>
        </w:rPr>
        <w:t>δυνατόν ἐστι. Μηνόδοτος οὖν καὶ Σεραπίων ᾗ μὲν ἐμπει‐ ρικοὶ εἷς, καὶ νὴ Δία γε ᾗ ἰατροὶ καὶ ᾗ ἄνθρωποι. τί δὲ ᾗ ζῶα, καλὸν ἐρέσθαι τοὺς ἐμπειρικοὺς, ἆρά γε κατὰ ταῦτα Μηνόδοτος καὶ Σεραπίων εἷς ἐστι; εἰ μὲν γὰρ μὴ φαῖεν, οὐδ’ ἡμεῖς συγχωρήσομεν ᾗ ἐμπειρικοὶ, ταύτῃ γίγνεσθαι τοὺς δύο</w:t>
      </w:r>
    </w:p>
    <w:p>
      <w:r>
        <w:rPr>
          <w:rFonts w:ascii="Courier New" w:hAnsi="Courier New"/>
          <w:color w:val="555555"/>
          <w:sz w:val="20"/>
        </w:rPr>
        <w:t>[10]</w:t>
      </w:r>
    </w:p>
    <w:p>
      <w:r>
        <w:rPr>
          <w:rFonts w:ascii="Gentium Plus" w:hAnsi="Gentium Plus"/>
          <w:sz w:val="24"/>
        </w:rPr>
        <w:t>ἀνθρώπους ἕνα. συγχωρούντων δὲ καὶ ταύτῃ τοὺς δύο γίνε‐ σθαι ἕνα, καθ’ ὅσον ἄμφω ζῶα, εὐθὺς μὲν ὑπομνήσομεν, ὡς ὀρθῶς ἄρα πρὸς τῶν παλαιῶν φιλοσόφων ἐλέγετο τὸ μὲν ἀριθμῷ, τὸ δὲ εἴδει, τὸ δὲ γένει ταὐτόν τε καὶ ἓν ὑπάρ‐ χειν. ἑξῆς δὲ πάλιν ἐρησόμεθα, φρενιτικὸς Μηνόδοτος, φρε‐</w:t>
      </w:r>
    </w:p>
    <w:p>
      <w:r>
        <w:rPr>
          <w:rFonts w:ascii="Courier New" w:hAnsi="Courier New"/>
          <w:color w:val="555555"/>
          <w:sz w:val="20"/>
        </w:rPr>
        <w:t>[15]</w:t>
      </w:r>
    </w:p>
    <w:p>
      <w:r>
        <w:rPr>
          <w:rFonts w:ascii="Gentium Plus" w:hAnsi="Gentium Plus"/>
          <w:sz w:val="24"/>
        </w:rPr>
        <w:t>νιτικὸς Σεραπίων, πότερον ὁ αὐτός ἐστιν ἢ ἕτερος; ἀποκρι‐ νομένων δὲ ταύτῃ φρενιτικὸν εἶναι καὶ ἕνα καὶ τὸν αὐτὸν</w:t>
      </w:r>
    </w:p>
    <w:p>
      <w:r>
        <w:rPr>
          <w:rFonts w:ascii="Courier New" w:hAnsi="Courier New"/>
          <w:color w:val="555555"/>
          <w:sz w:val="20"/>
        </w:rPr>
        <w:t>[10 . 144]</w:t>
      </w:r>
    </w:p>
    <w:p>
      <w:r>
        <w:rPr>
          <w:rFonts w:ascii="Gentium Plus" w:hAnsi="Gentium Plus"/>
          <w:sz w:val="24"/>
        </w:rPr>
        <w:t>σοῦντες οὐ καὶ ταύτῃ εἷς ἄμφω ἐστόν; εἰ μὲν οὖν μὴ φαῖεν, οὐδ’ ἡμεῖς συγχωρήσομεν ᾗ φρενιτικοί. συγχωρησάντων δὲ ἐρησόμεθα τί δηλονότι πρᾶγμα μίαν ἰδέαν ἔχον, ἐφ’ οὗ τοῦτο τὸ ὄνομα φέρουσιν ἅπαντες ἄνθρωποι, νόσον. οὐ γὰρ δὴ φρε‐</w:t>
      </w:r>
    </w:p>
    <w:p>
      <w:r>
        <w:rPr>
          <w:rFonts w:ascii="Courier New" w:hAnsi="Courier New"/>
          <w:color w:val="555555"/>
          <w:sz w:val="20"/>
        </w:rPr>
        <w:t>[5]</w:t>
      </w:r>
    </w:p>
    <w:p>
      <w:r>
        <w:rPr>
          <w:rFonts w:ascii="Gentium Plus" w:hAnsi="Gentium Plus"/>
          <w:sz w:val="24"/>
        </w:rPr>
        <w:t>νῖτις μέν τι γενήσεται πρᾶγμα μίαν ἰδέαν ἔχον καὶ ταύτῃ ποι‐ οῦν ἅπαντας ἕνα τοὺς δεξαμένους αὐτὸ, νόσος δ’ οὐχ ὡσαύ‐ τως ἕνα ποιήσει πάντας οἷς ἂν ἐγγένηται. ἀλλ’ οὐκ ἔστι φησὶν, οὐδὲν οὕτως ἀφωρισμένον εἶδος ἢ ζώου ἢ νοσήματος ὡς ἀνθρώπου καὶ φρενίτιδος. τί φῂς ὦ οὗτος; ἆρά γε οὐδὲν</w:t>
      </w:r>
    </w:p>
    <w:p>
      <w:r>
        <w:rPr>
          <w:rFonts w:ascii="Courier New" w:hAnsi="Courier New"/>
          <w:color w:val="555555"/>
          <w:sz w:val="20"/>
        </w:rPr>
        <w:t>[10]</w:t>
      </w:r>
    </w:p>
    <w:p>
      <w:r>
        <w:rPr>
          <w:rFonts w:ascii="Gentium Plus" w:hAnsi="Gentium Plus"/>
          <w:sz w:val="24"/>
        </w:rPr>
        <w:t>αἱ φωναὶ δοκοῦσί σοι σημαίνειν, ἥ τε ζῶον καὶ ἡ νόσος, ἀλλ’ ὁμοίως ἐκφωνεῖσθαι τῷ βλίτυρι καὶ σκινδαψός; ἢ σημαίνουσι μὲν, οὐδὲν δ’ ὑπόκειται πρᾶγμα ταῖς φωναῖς, ὡς ἐν τῷ Σκύλλα καὶ Κένταυρος, ἢ καὶ σημαίνουσι καὶ τὸ σημαινόμε‐ νον ἓν ὑπάρχει; εἰ μὲν γὰρ οὐδέν ἐστι πρᾶγμα τὸ δηλούμε‐</w:t>
      </w:r>
    </w:p>
    <w:p>
      <w:r>
        <w:rPr>
          <w:rFonts w:ascii="Courier New" w:hAnsi="Courier New"/>
          <w:color w:val="555555"/>
          <w:sz w:val="20"/>
        </w:rPr>
        <w:t>[15]</w:t>
      </w:r>
    </w:p>
    <w:p>
      <w:r>
        <w:rPr>
          <w:rFonts w:ascii="Gentium Plus" w:hAnsi="Gentium Plus"/>
          <w:sz w:val="24"/>
        </w:rPr>
        <w:t>νον ὑπὸ τῆς ζῶον ἢ τῆς νόσημα φωνῆς, οὐκ ὀρθῶς λέγεις τὸν ἄνθρωπον εἶναι ζῶον ἢ τὴν φρενῖτιν νόσον. εἰ δ’ ἔστι καὶ λέγεις ἀληθῶς, τουτὶ μὲν τὸ προσερχόμενον ζῶον εἶναι,</w:t>
      </w:r>
    </w:p>
    <w:p>
      <w:r>
        <w:rPr>
          <w:rFonts w:ascii="Courier New" w:hAnsi="Courier New"/>
          <w:color w:val="555555"/>
          <w:sz w:val="20"/>
        </w:rPr>
        <w:t>[10 . 145]</w:t>
      </w:r>
    </w:p>
    <w:p>
      <w:r>
        <w:rPr>
          <w:rFonts w:ascii="Gentium Plus" w:hAnsi="Gentium Plus"/>
          <w:sz w:val="24"/>
        </w:rPr>
        <w:t>ἄνθρωπον νοσεῖν, ἔστι τι πάντως τῶν ὑπαρχόντων αὐτοῖς, ἐφ’ οὗ φέρεις ἕκαστον τῶν ὀνομάτων. ἀλλ’ οὐ γεγύμνασαι νοεῖν αὐτὰ, καίτοι γε ἐκ τῶν πρώτων εἰσαγωγῶν ὄντα τῆς λογικῆς θεωρίας. τί οὖν τοῦτο πρὸς τὸ ἀληθές; οὐ δήπου</w:t>
      </w:r>
    </w:p>
    <w:p>
      <w:r>
        <w:rPr>
          <w:rFonts w:ascii="Courier New" w:hAnsi="Courier New"/>
          <w:color w:val="555555"/>
          <w:sz w:val="20"/>
        </w:rPr>
        <w:t>[5]</w:t>
      </w:r>
    </w:p>
    <w:p>
      <w:r>
        <w:rPr>
          <w:rFonts w:ascii="Gentium Plus" w:hAnsi="Gentium Plus"/>
          <w:sz w:val="24"/>
        </w:rPr>
        <w:t>γὰρ ἐξ ὧν ἂν σὺ μὴ συνίεις, ἐκ τούτων χρὴ κρίνεσθαι τὴν ἀλήθειαν, ἀλλ’ ἐξ ὧν ἂν καὶ συνετός τις ὢν φύσει καὶ μαθὼν καὶ ἀσκήσας καὶ μὴ φιλονεικῶν καὶ τιμῶν τἀληθὲς, ὧν οὐδὲν ὑπάρχει σοι· καίτοι μὰ τοὺς θεοὺς οὐκ οἶδ’ εἴ τι προσδεῖταί τινος φύσει συνετοῦ τά γε τοιαῦτα. τίς γὰρ οὐκ</w:t>
      </w:r>
    </w:p>
    <w:p>
      <w:r>
        <w:rPr>
          <w:rFonts w:ascii="Courier New" w:hAnsi="Courier New"/>
          <w:color w:val="555555"/>
          <w:sz w:val="20"/>
        </w:rPr>
        <w:t>[10]</w:t>
      </w:r>
    </w:p>
    <w:p>
      <w:r>
        <w:rPr>
          <w:rFonts w:ascii="Gentium Plus" w:hAnsi="Gentium Plus"/>
          <w:sz w:val="24"/>
        </w:rPr>
        <w:t>οἶδεν ὡς οὐ ταὐτὸν σημαίνει Σωκράτης καὶ σιμὸς, ἀλλὰ τὸ μὲν Σωκράτης ὅλης τῆς ὑποκειμένης οὐσίας ἐστὶν ὄνομα, τῶν δ’ ἄλλων ὀνομάτων οὐδὲν κατὰ τῆς τοῦ σώματος οὐσίας ἁπάσης λέγεται; οὔτε γὰρ ὁ σιμὸς οὔθ’ ὁ προγάστωρ οὔθ’ ὁ φαλακρὸς, ἀλλὰ τὸ μὲν τοῦ σχήματος τῆς ῥινός ἐστιν</w:t>
      </w:r>
    </w:p>
    <w:p>
      <w:r>
        <w:rPr>
          <w:rFonts w:ascii="Courier New" w:hAnsi="Courier New"/>
          <w:color w:val="555555"/>
          <w:sz w:val="20"/>
        </w:rPr>
        <w:t>[15]</w:t>
      </w:r>
    </w:p>
    <w:p>
      <w:r>
        <w:rPr>
          <w:rFonts w:ascii="Gentium Plus" w:hAnsi="Gentium Plus"/>
          <w:sz w:val="24"/>
        </w:rPr>
        <w:t>ὄνομα, τὸ δὲ τῆς ἐνδείας τῶν ἐν τῇ κεφαλῇ τριχῶν, τὸ δὲ τοῦ μεγέθους τῆς γαστρός. καὶ ταῦτα μέν ἐστι τὰ κατὰ μό‐ ρια. λευκὸν δ’ εἰ φήσαιμεν ἢ μέλανα Σωκράτην, κατὰ πάν‐</w:t>
      </w:r>
    </w:p>
    <w:p>
      <w:r>
        <w:rPr>
          <w:rFonts w:ascii="Courier New" w:hAnsi="Courier New"/>
          <w:color w:val="555555"/>
          <w:sz w:val="20"/>
        </w:rPr>
        <w:t>[10 . 146]</w:t>
      </w:r>
    </w:p>
    <w:p>
      <w:r>
        <w:rPr>
          <w:rFonts w:ascii="Gentium Plus" w:hAnsi="Gentium Plus"/>
          <w:sz w:val="24"/>
        </w:rPr>
        <w:t>γορίας, οὐ μὴν τὴν οὐσίαν γε ἅπασαν, ἀλλ’ ἕν τι τῶν συμβεβη‐ κότων αὐτῇ δηλοῦμεν, τὸ χρῶμα, καὶ μέντοι κᾂν εἰ παχὺν, ἢ λεπτὸν εἴποιμεν, ἢ σκληρὸν, ἢ μαλακὸν, ἢ δασὺν, ἢ ψιλὸν, ἤ τι τῶν ἄλλων ἕκαστον ἃ τῷ Σωκράτει συμβέβηκεν, οὐ κατὰ πά‐</w:t>
      </w:r>
    </w:p>
    <w:p>
      <w:r>
        <w:rPr>
          <w:rFonts w:ascii="Courier New" w:hAnsi="Courier New"/>
          <w:color w:val="555555"/>
          <w:sz w:val="20"/>
        </w:rPr>
        <w:t>[5]</w:t>
      </w:r>
    </w:p>
    <w:p>
      <w:r>
        <w:rPr>
          <w:rFonts w:ascii="Gentium Plus" w:hAnsi="Gentium Plus"/>
          <w:sz w:val="24"/>
        </w:rPr>
        <w:t>σης οὐδ’ οὕτω δηλονότι τῆς οὐσίας ἐπιφέρομεν τὴν προσ‐ ηγορίαν, ἀλλ’ ἕν τι τῶν συμβεβηκότων αὐτῇ δηλοῦμεν. οὕτω δὲ καὶ τὸ καθῆσθαι καὶ τὸ περιπατεῖν καὶ τὸ κινεῖσθαι καὶ τὸ κοιμᾶσθαι καὶ τὸ ἐγρηγορέναι καὶ τῶν ἄλλων ἕκαστον τῶν τοιούτων ὀνομάτων οὐ κατ’ οὐδενὸς δήπου τῶν</w:t>
      </w:r>
    </w:p>
    <w:p>
      <w:r>
        <w:rPr>
          <w:rFonts w:ascii="Courier New" w:hAnsi="Courier New"/>
          <w:color w:val="555555"/>
          <w:sz w:val="20"/>
        </w:rPr>
        <w:t>[10]</w:t>
      </w:r>
    </w:p>
    <w:p>
      <w:r>
        <w:rPr>
          <w:rFonts w:ascii="Gentium Plus" w:hAnsi="Gentium Plus"/>
          <w:sz w:val="24"/>
        </w:rPr>
        <w:t>ὄντων ἐπιφέρομεν, ἀλλά τι τῶν ὑπαρχόντων Σωκράτει δη‐ λοῦμεν· ἃ κατὰ τὸν ἔμπροσθεν λόγον ἢ ἐνεργείας ἐλέγομεν ὑπάρχειν, ἢ παθήματα τούτων, ἤ τινας διαθέσεις. ἄμεινον οὖν σε καὶ νῦν ἔτι τούτῳ τῷ τρόπῳ χρησάμενον γυμνάσα‐ σθαι, καθ’ ὅ τι κᾀν τοῖς ἔμπροσθεν ἐδείκνυμεν, οὐκ ἀπὸ</w:t>
      </w:r>
    </w:p>
    <w:p>
      <w:r>
        <w:rPr>
          <w:rFonts w:ascii="Courier New" w:hAnsi="Courier New"/>
          <w:color w:val="555555"/>
          <w:sz w:val="20"/>
        </w:rPr>
        <w:t>[15]</w:t>
      </w:r>
    </w:p>
    <w:p>
      <w:r>
        <w:rPr>
          <w:rFonts w:ascii="Gentium Plus" w:hAnsi="Gentium Plus"/>
          <w:sz w:val="24"/>
        </w:rPr>
        <w:t>τῶν ὀνομάτων, ἀλλ’ ἀπὸ τῶν πραγμάτων ἀρξάμενον. ἄρξαι δ’ ἀπὸ σαυτοῦ πρῶτον καὶ σκέψαι, πότερον ἁπλοῦν τι πρᾶγμα ὑπάρχεις, ἢ σύνθετον, ἆρά γε ποὺς ὑπάρχεις ἢ ὀφθαλμὸς ἢ ῥὶς ἢ κεφαλή; δῆλον γὰρ ὅτι τούτων οὐδὲν οὔτε χωρὶς τούτων,</w:t>
      </w:r>
    </w:p>
    <w:p>
      <w:r>
        <w:rPr>
          <w:rFonts w:ascii="Courier New" w:hAnsi="Courier New"/>
          <w:color w:val="555555"/>
          <w:sz w:val="20"/>
        </w:rPr>
        <w:t>[10 . 147]</w:t>
      </w:r>
    </w:p>
    <w:p>
      <w:r>
        <w:rPr>
          <w:rFonts w:ascii="Gentium Plus" w:hAnsi="Gentium Plus"/>
          <w:sz w:val="24"/>
        </w:rPr>
        <w:t>στου τὴν οἰκείαν ἔχοντος θέσιν, ὅλως ὑπάρχεις συγκείμενος. ὑποκείσθω δή σοι τοὔνομα Θεμίσων. ἀλλ’ ὅταν γε φῶ Θεμί‐ σωνα χωλὸν εἶναι, τὸ μὲν χωλὸν ἐπὶ τῆς τῶν ποδῶν φέρω διαθέσεως, τὸ δὲ Θεμίσων τοῦ παντὸς ἦν ὄνομα. καὶ μὲν</w:t>
      </w:r>
    </w:p>
    <w:p>
      <w:r>
        <w:rPr>
          <w:rFonts w:ascii="Courier New" w:hAnsi="Courier New"/>
          <w:color w:val="555555"/>
          <w:sz w:val="20"/>
        </w:rPr>
        <w:t>[5]</w:t>
      </w:r>
    </w:p>
    <w:p>
      <w:r>
        <w:rPr>
          <w:rFonts w:ascii="Gentium Plus" w:hAnsi="Gentium Plus"/>
          <w:sz w:val="24"/>
        </w:rPr>
        <w:t>δὴ καὶ σιμὸς καὶ τυφλὸς ἀπὸ μέρους ὁ Θεμίσων ὀνομάζεται· πυῤῥὸς δὲ καὶ παχὺς οὐκ ἀπὸ μέρους, ἀλλ’ ἀπὸ διαθέ‐ σεων ἐνυπαρχουσῶν τῷ παντὶ παραπλησίως τῷ περιπατῶν καὶ καθήμενος καὶ διαλεγόμενος καὶ ζῶν. ἆρ’ οὖν ταῦτα μὲν γνωρίζεις ὡς οὐκ ἔστι δηλωτικὰ τῆς ὅλης οὐσίας τῆς σῆς,</w:t>
      </w:r>
    </w:p>
    <w:p>
      <w:r>
        <w:rPr>
          <w:rFonts w:ascii="Courier New" w:hAnsi="Courier New"/>
          <w:color w:val="555555"/>
          <w:sz w:val="20"/>
        </w:rPr>
        <w:t>[10]</w:t>
      </w:r>
    </w:p>
    <w:p>
      <w:r>
        <w:rPr>
          <w:rFonts w:ascii="Gentium Plus" w:hAnsi="Gentium Plus"/>
          <w:sz w:val="24"/>
        </w:rPr>
        <w:t>ἀλλὰ τὰ μὲν ἀπὸ μορίου τινὸς ὠνόμασται, τὰ δ’ ἀπὸ διαθέ‐ σεως μιᾶς· ὅταν δὲ ἀγαθὸν εἴπῃ τίς σε καὶ δίκαιον, οὐκέτι γνωρίζεις ὡς καὶ ταῦτα διαθέσεών ἐστιν ὀνόματα τῶν ἐπι‐ γιγνομένων τῇ σῇ ψυχῇ; καὶ μὴν εἴ γε γνωρίσαις ὡς ἀνάλο‐ γον ἕχει ταῦτα τῷ λευκὸς καὶ τῷ μέλας, ὡς γὰρ ἐκεῖνα τῶν</w:t>
      </w:r>
    </w:p>
    <w:p>
      <w:r>
        <w:rPr>
          <w:rFonts w:ascii="Courier New" w:hAnsi="Courier New"/>
          <w:color w:val="555555"/>
          <w:sz w:val="20"/>
        </w:rPr>
        <w:t>[15]</w:t>
      </w:r>
    </w:p>
    <w:p>
      <w:r>
        <w:rPr>
          <w:rFonts w:ascii="Gentium Plus" w:hAnsi="Gentium Plus"/>
          <w:sz w:val="24"/>
        </w:rPr>
        <w:t>τοῦ σώματος, οὕτω ταῦτα τῶν τῆς ψυχῆς ἐστι διαθέσεων ὀνόματα, γνωριεῖς, οἶμαι, καὶ ὡς ὁ τεχνίτης καὶ ὡς ὁ ἄτεχνος ἀπὸ τῶν τῆς ψυχῆς διαθέσεων ὀνομάζονται· καὶ τεχνίτην δ’ εἰ νοήσαις ὅθεν ὀνομάζεται, νοήσεις, οἶμαι, καὶ τὸν ἰατρὸν</w:t>
      </w:r>
    </w:p>
    <w:p>
      <w:r>
        <w:rPr>
          <w:rFonts w:ascii="Courier New" w:hAnsi="Courier New"/>
          <w:color w:val="555555"/>
          <w:sz w:val="20"/>
        </w:rPr>
        <w:t>[10 . 148]</w:t>
      </w:r>
    </w:p>
    <w:p>
      <w:r>
        <w:rPr>
          <w:rFonts w:ascii="Gentium Plus" w:hAnsi="Gentium Plus"/>
          <w:sz w:val="24"/>
        </w:rPr>
        <w:t>ἂν ἔτι σοι δεήσει πολλῆς πραγματείας ἐξευρεῖν ἐφ’ ὅτου ποτὲ τὸ ἐμπειρικὸς ὄνομα τέτακται. τοῦτο δ’ αὐτὸ τί ποτέ ἐστιν ὃ κελεύω σε ποιεῖν; οὐδὲν σεμνὸν οὐδὲ μέγα. τὸ γὰρ διαι‐ ρεῖν τὰς κατηγορίας ἀρχὴ τῆς λογικῆς ἐστι θεωρίας· ἧς ὅτι</w:t>
      </w:r>
    </w:p>
    <w:p>
      <w:r>
        <w:rPr>
          <w:rFonts w:ascii="Courier New" w:hAnsi="Courier New"/>
          <w:color w:val="555555"/>
          <w:sz w:val="20"/>
        </w:rPr>
        <w:t>[5]</w:t>
      </w:r>
    </w:p>
    <w:p>
      <w:r>
        <w:rPr>
          <w:rFonts w:ascii="Gentium Plus" w:hAnsi="Gentium Plus"/>
          <w:sz w:val="24"/>
        </w:rPr>
        <w:t>παντελῶς ἀμαθῶς ἔχετε δηλοῦται δι’ ὧν εἰκῆ φλυαρεῖτε. καὶ νῦν οὖν σωφρονήσαντες αὖθις ἄρξασθε τὰ τῷ σώματι συμβε‐ βηκότα κατονομάζειν· οἷον ὅτι λευκός ἐστιν ὅδε καὶ μέλας, ἢ νὴ Δία θερμὸς ἱκανῶς, ὡς μὴ φέρειν ἀλύπως τὴν θέρμην· εἶτα τὴν οὕτω πολλὴν θερμασίαν ὡς κάμνειν τὸ σῶμα δι’</w:t>
      </w:r>
    </w:p>
    <w:p>
      <w:r>
        <w:rPr>
          <w:rFonts w:ascii="Courier New" w:hAnsi="Courier New"/>
          <w:color w:val="555555"/>
          <w:sz w:val="20"/>
        </w:rPr>
        <w:t>[10]</w:t>
      </w:r>
    </w:p>
    <w:p>
      <w:r>
        <w:rPr>
          <w:rFonts w:ascii="Gentium Plus" w:hAnsi="Gentium Plus"/>
          <w:sz w:val="24"/>
        </w:rPr>
        <w:t>αὐτὴν καὶ καλῶς ἐνεργεῖν μὴ δύνασθαι, τῷ προσαγορεύοντι πυρετὸν ἐπιτρέψατε· πάντες γὰρ ἄνθρωποι τὸν οὕτω θερ‐ μὸν πυρέττειν φασί. καὶ οὐδὲν μέγα ποιήσετε μεταλλάττοντες τὸ ὄνομα, πλὴν κατατρίψετε ὑμῶν τὸν χρόνον. ἀλλ’ ἐκεῖνο μᾶλλον, ὦ οὗτος, εἰ βούλει, ποίησον, ὅταν εἴπῃς Θεμίσων πυ‐</w:t>
      </w:r>
    </w:p>
    <w:p>
      <w:r>
        <w:rPr>
          <w:rFonts w:ascii="Courier New" w:hAnsi="Courier New"/>
          <w:color w:val="555555"/>
          <w:sz w:val="20"/>
        </w:rPr>
        <w:t>[15]</w:t>
      </w:r>
    </w:p>
    <w:p>
      <w:r>
        <w:rPr>
          <w:rFonts w:ascii="Gentium Plus" w:hAnsi="Gentium Plus"/>
          <w:sz w:val="24"/>
        </w:rPr>
        <w:t>ρέττει καὶ Δίων πυρέττει καὶ πολλοὺς ἐφεξῆς οὕτως ὀνομάσῃς πυρέττοντας, ἐπίσκεψαι προσέχων τὸν νοῦν, ἆρα ἐν ἅπασιν</w:t>
      </w:r>
    </w:p>
    <w:p>
      <w:r>
        <w:rPr>
          <w:rFonts w:ascii="Courier New" w:hAnsi="Courier New"/>
          <w:color w:val="555555"/>
          <w:sz w:val="20"/>
        </w:rPr>
        <w:t>[10 . 149]</w:t>
      </w:r>
    </w:p>
    <w:p>
      <w:r>
        <w:rPr>
          <w:rFonts w:ascii="Gentium Plus" w:hAnsi="Gentium Plus"/>
          <w:sz w:val="24"/>
        </w:rPr>
        <w:t>γὰρ ἓν μὲν καὶ ταὐτὸν τῷ εἴδει, τῷ πλήθει δὲ, ὅπερ καὶ ἀριθμῷ καλοῦμεν, οὐχ ἕν. ἄλλως γὰρ οὔτ’ ἀποκρίνασθαί σοι δυνατὸν οὔτε νοῆσαι. εἷς οὖν ὁ πυρέττων ᾗ πυρέττει νὴ Δία· καὶ γὰρ ὁ παραφρονῶν εἷς ᾗ παραφρονεῖ. τί δ’ ὁ πυρέττων</w:t>
      </w:r>
    </w:p>
    <w:p>
      <w:r>
        <w:rPr>
          <w:rFonts w:ascii="Courier New" w:hAnsi="Courier New"/>
          <w:color w:val="555555"/>
          <w:sz w:val="20"/>
        </w:rPr>
        <w:t>[5]</w:t>
      </w:r>
    </w:p>
    <w:p>
      <w:r>
        <w:rPr>
          <w:rFonts w:ascii="Gentium Plus" w:hAnsi="Gentium Plus"/>
          <w:sz w:val="24"/>
        </w:rPr>
        <w:t>τε ἅμα καὶ παραφρονῶν, ἆρ’ οὐχὶ καὶ οὗτος εἷς ᾗ πυρέττει τε ἅμα καὶ παραφρονεῖ; πρόδηλον καὶ τοῦτ’, οἶμαι, παντί. κείσθω τοίνυν κατ’ ἀμφοῖν τούτοιν ἓν ὄνομα, τὸ πυρέττειν λέγω καὶ παραφρονεῖν, καὶ καλείσθω φρενιτικὸς ὁ τοιοῦτος· εἰ δ’ οὐ νοεῖς ὅπως κατ’ ἀμφοῖν ἓν ὄνομα τίθεται, τάχ’ ἂν</w:t>
      </w:r>
    </w:p>
    <w:p>
      <w:r>
        <w:rPr>
          <w:rFonts w:ascii="Courier New" w:hAnsi="Courier New"/>
          <w:color w:val="555555"/>
          <w:sz w:val="20"/>
        </w:rPr>
        <w:t>[10]</w:t>
      </w:r>
    </w:p>
    <w:p>
      <w:r>
        <w:rPr>
          <w:rFonts w:ascii="Gentium Plus" w:hAnsi="Gentium Plus"/>
          <w:sz w:val="24"/>
        </w:rPr>
        <w:t>ἀναμνήσαιμί σε τῶν ὑπ’ αὐτοῦ σου λεγομένων ὀνομάτων. ἵππον γὰρ δήπου καλεῖς τὶ, τὸ ζῶον δηλονότι τὸ χρεμετιστι‐ κόν; ἆρ’ οὖν ἡγῇ σὺ διαφέρειν ἢ ἵππον εἰπεῖν ἢ ζῶον χρεμετιστικόν; ἐγὼ μὲν γὰρ οὐχ ἡγοῦμαι. καὶ μὴν εἰ τοῦθ’ οὕτως ἔχει κατ’ ἀμφοῖν ἐκείνων τῶν ὀνομάτων, ἵνα συντο‐</w:t>
      </w:r>
    </w:p>
    <w:p>
      <w:r>
        <w:rPr>
          <w:rFonts w:ascii="Courier New" w:hAnsi="Courier New"/>
          <w:color w:val="555555"/>
          <w:sz w:val="20"/>
        </w:rPr>
        <w:t>[15]</w:t>
      </w:r>
    </w:p>
    <w:p>
      <w:r>
        <w:rPr>
          <w:rFonts w:ascii="Gentium Plus" w:hAnsi="Gentium Plus"/>
          <w:sz w:val="24"/>
        </w:rPr>
        <w:t>μώτερον εἴπῃς, ἵππον ἐπέθου. οὕτω δὲ κᾂν εἴ τι πεζὸν καὶ δίπουν ζῶον, ἀντὶ τοῦ διὰ τριῶν ὀνομάτων ἐνδείξασθαι, δι’</w:t>
      </w:r>
    </w:p>
    <w:p>
      <w:r>
        <w:rPr>
          <w:rFonts w:ascii="Courier New" w:hAnsi="Courier New"/>
          <w:color w:val="555555"/>
          <w:sz w:val="20"/>
        </w:rPr>
        <w:t>[10 . 150]</w:t>
      </w:r>
    </w:p>
    <w:p>
      <w:r>
        <w:rPr>
          <w:rFonts w:ascii="Gentium Plus" w:hAnsi="Gentium Plus"/>
          <w:sz w:val="24"/>
        </w:rPr>
        <w:t>λύειν ἕκαστον τῶν ὀνομάτων εἰς λόγον οὕτω γίνεται. καὶ μὴν καὶ τὸ συντιθέναι τὸν λόγον εἰς ἓν ὄνομα κατὰ τὸν εἰρημένον ἀποτελεῖται τρόπον, ὅταν τῶν θ’ ἁπλῶν ἑκάστου τὴν ἔννοιαν ἔχῃς κατὰ τοὔνομα καὶ δυνατὸς ᾖς ἐκ δυοῖν</w:t>
      </w:r>
    </w:p>
    <w:p>
      <w:r>
        <w:rPr>
          <w:rFonts w:ascii="Courier New" w:hAnsi="Courier New"/>
          <w:color w:val="555555"/>
          <w:sz w:val="20"/>
        </w:rPr>
        <w:t>[5]</w:t>
      </w:r>
    </w:p>
    <w:p>
      <w:r>
        <w:rPr>
          <w:rFonts w:ascii="Gentium Plus" w:hAnsi="Gentium Plus"/>
          <w:sz w:val="24"/>
        </w:rPr>
        <w:t>ἁπλοῖν ἔννοιαν αὖθις ἑτέραν ἐργάσασθαι σύνθετον, εἶτ’ ἐπ’ αὐτῆς ὄνομα θέσθαι· κᾄπειτα πάλιν αὖθις ἐκείνῃ τῇ συν‐ θέτῳ προσθεὶς ἕτερον ἁπλοῦν, ἐκ τριῶν ἁπλῶν ἔννοιαν αὖθις ἀπεργασάμενον μίαν, ἐπενεγκεῖν τι καὶ κατὰ ταύτης ὄνομα. πῶς καὶ τίνα τρόπον; οὐ γὰρ ἀποκνήσω γυμνάζων</w:t>
      </w:r>
    </w:p>
    <w:p>
      <w:r>
        <w:rPr>
          <w:rFonts w:ascii="Courier New" w:hAnsi="Courier New"/>
          <w:color w:val="555555"/>
          <w:sz w:val="20"/>
        </w:rPr>
        <w:t>[10]</w:t>
      </w:r>
    </w:p>
    <w:p>
      <w:r>
        <w:rPr>
          <w:rFonts w:ascii="Gentium Plus" w:hAnsi="Gentium Plus"/>
          <w:sz w:val="24"/>
        </w:rPr>
        <w:t>τοὺς σωθῆναι βουλομένους ἐκ τῆς πολυχρονίου ταύτης ἀπαι‐ δευσίας ἐπὶ πλέον ἐπεκτεῖναι τὸν λόγον. ἡ μὲν θερμότης ἁπλοῦ πράγματος ὄνομα. καὶ μὲν δὴ καὶ ἡ βλάβη τῆς ἐνερ‐ γείας ἁπλοῦν τι πρᾶγμα. τοσαύτη δὲ θερμότης ὡς ἤδη βλά‐ πτειν ἐνέργειαν οὐκέθ’ ὁμοίως ἁπλοῦν. εἰ τοίνυν καὶ περὶ</w:t>
      </w:r>
    </w:p>
    <w:p>
      <w:r>
        <w:rPr>
          <w:rFonts w:ascii="Courier New" w:hAnsi="Courier New"/>
          <w:color w:val="555555"/>
          <w:sz w:val="20"/>
        </w:rPr>
        <w:t>[15]</w:t>
      </w:r>
    </w:p>
    <w:p>
      <w:r>
        <w:rPr>
          <w:rFonts w:ascii="Gentium Plus" w:hAnsi="Gentium Plus"/>
          <w:sz w:val="24"/>
        </w:rPr>
        <w:t>σύμπαν γένοιτο τὸ σῶμα, πολὺ δὴ μᾶλλον οὐκέθ’ ἁπλοῦν. ἵν’ οὖν μὴ πολλὰ λέγωσιν οἱ ἄνθρωποι, συντομίαν ἀσκοῦν‐</w:t>
      </w:r>
    </w:p>
    <w:p>
      <w:r>
        <w:rPr>
          <w:rFonts w:ascii="Courier New" w:hAnsi="Courier New"/>
          <w:color w:val="555555"/>
          <w:sz w:val="20"/>
        </w:rPr>
        <w:t>[10 . 151]</w:t>
      </w:r>
    </w:p>
    <w:p>
      <w:r>
        <w:rPr>
          <w:rFonts w:ascii="Gentium Plus" w:hAnsi="Gentium Plus"/>
          <w:sz w:val="24"/>
        </w:rPr>
        <w:t>ἑτοιμότερον γάρ ἐστιν εἰπεῖν πυρέττειν Δίωνα τοῦ τοσαύ‐ την θερμότητα ἔχειν ἐν ἅπαντι τῷ σώματι ὡς βεβλάφθαι πολλὰς ἐνεργείας. ὅταν μὲν οὖν αὐτὴν τὴν διάθεσιν δηλῶσαι βουληθῶσι, πυρετὸν ὀνομάζουσιν, ὅταν δὲ τὸν ἔχοντα τὴν</w:t>
      </w:r>
    </w:p>
    <w:p>
      <w:r>
        <w:rPr>
          <w:rFonts w:ascii="Courier New" w:hAnsi="Courier New"/>
          <w:color w:val="555555"/>
          <w:sz w:val="20"/>
        </w:rPr>
        <w:t>[5]</w:t>
      </w:r>
    </w:p>
    <w:p>
      <w:r>
        <w:rPr>
          <w:rFonts w:ascii="Gentium Plus" w:hAnsi="Gentium Plus"/>
          <w:sz w:val="24"/>
        </w:rPr>
        <w:t>διάθεσιν, ἀπ’ ἐκείνης παρονομάζουσι καὶ καλοῦσι πυρέτ‐ τοντα· καθάπερ ἀπὸ τῆς λευκότητος τὸν λευκὸν καὶ ἀπὸ τῆς μελανότητος τὸν μέλανα. συνθέτου δὴ πράγματός ἐστιν ὄνομα πυρετὸς καὶ πολὺ μᾶλλον ὁ πυρέττων· ἁπλοῦν δέ γε παραφροσύνη· ἀλλ’ εἰ προστεθείη τὸ ἁπλοῦν τοῦτο τῷ συν‐</w:t>
      </w:r>
    </w:p>
    <w:p>
      <w:r>
        <w:rPr>
          <w:rFonts w:ascii="Courier New" w:hAnsi="Courier New"/>
          <w:color w:val="555555"/>
          <w:sz w:val="20"/>
        </w:rPr>
        <w:t>[10]</w:t>
      </w:r>
    </w:p>
    <w:p>
      <w:r>
        <w:rPr>
          <w:rFonts w:ascii="Gentium Plus" w:hAnsi="Gentium Plus"/>
          <w:sz w:val="24"/>
        </w:rPr>
        <w:t>θέτῳ, φρενιτικὸς μὲν ὁ ἄνθρωπος, ἡ διάθεσις δ’ αὐτοῦ φρε‐ νῖτις ὀνομάζεται· καθάπερ, οἶμαι, καὶ ὁ ἄνθρωπος αὐτὸς, ἵνα μὴ λέγηται ζῶον λογικὸν θνητὸν, ἕνεκα συντομίας ἄνθρωπος ὠνομάσθη, λόγου τινὰ δύναμιν ἐχούσης τῆς ἄνθρωπος προσ‐ ηγορίας· καὶ τοῦτ’ ἔστιν ὃ καλοῦσιν οἱ παλαιοὶ φιλόσοφοι</w:t>
      </w:r>
    </w:p>
    <w:p>
      <w:r>
        <w:rPr>
          <w:rFonts w:ascii="Courier New" w:hAnsi="Courier New"/>
          <w:color w:val="555555"/>
          <w:sz w:val="20"/>
        </w:rPr>
        <w:t>[15]</w:t>
      </w:r>
    </w:p>
    <w:p>
      <w:r>
        <w:rPr>
          <w:rFonts w:ascii="Gentium Plus" w:hAnsi="Gentium Plus"/>
          <w:sz w:val="24"/>
        </w:rPr>
        <w:t>τὸν λόγον εἰπεῖν τοῦ ὀνόματος. οὐ μὴν εἰς ἄπειρόν γε προσ‐ άγουσιν, ἀλλ’ ἄχρι τῶν ἁπλῶν ἀνέρχονται. τὸν γὰρ ἄνθρω‐ πον, ἐπειδὰν διαλύσῃς εἰς ζῶον καὶ λογικὸν καὶ θνητὸν, καὶ αὖθις λύσεις τὸ ζῶον εἰς οὐσίαν αἰσθητικήν· οὐ μὴν τήν γ’</w:t>
      </w:r>
    </w:p>
    <w:p>
      <w:r>
        <w:rPr>
          <w:rFonts w:ascii="Courier New" w:hAnsi="Courier New"/>
          <w:color w:val="555555"/>
          <w:sz w:val="20"/>
        </w:rPr>
        <w:t>[10 . 152]</w:t>
      </w:r>
    </w:p>
    <w:p>
      <w:r>
        <w:rPr>
          <w:rFonts w:ascii="Gentium Plus" w:hAnsi="Gentium Plus"/>
          <w:sz w:val="24"/>
        </w:rPr>
        <w:t>γὰρ ἤδη καὶ πρῶτόν ἐστιν ἑκάτερον τούτων. ᾗ καὶ θαυμά‐ ζειν ἐπέρχεταί μοι τῶν φρενιτικὸν μέν τινα καὶ ἄνθρωπον εἶναι συγχωρούντων, νόσημα δὲ καὶ ζῶον οὐ συγχωρούντων. ὅμοιον γάρ ἐστι τοῦτο τῷ τὰ μὲν σύνθετα συγχωρεῖν, ἀμ‐</w:t>
      </w:r>
    </w:p>
    <w:p>
      <w:r>
        <w:rPr>
          <w:rFonts w:ascii="Courier New" w:hAnsi="Courier New"/>
          <w:color w:val="555555"/>
          <w:sz w:val="20"/>
        </w:rPr>
        <w:t>[5]</w:t>
      </w:r>
    </w:p>
    <w:p>
      <w:r>
        <w:rPr>
          <w:rFonts w:ascii="Gentium Plus" w:hAnsi="Gentium Plus"/>
          <w:sz w:val="24"/>
        </w:rPr>
        <w:t>φισβητεῖν δὲ περὶ τῶν ἁπλῶν· ὥσπερ οὐ προτέρων τῇ φύσει τῶν ἁπλῶν ὑπαρχόντων. οὐκ εἶδον, φησὶν, αὐτὸ καθ’ ἑαυτὸ τὸ ζῶον· ἀλλ’ οὐδὲ ἄνθρωπον, ὦ μωρὲ, καίτοι λέγεις εἶναι σαυτὸν ἄνθρωπον. ἢ τοῦτο μὲν ὁμολογήσεις, τὸ δὲ καὶ ζῶον ὑπάρχειν οὐχ ὁμολογήσεις; οὐκ ἐθεασάμην, φησὶν, καθ’</w:t>
      </w:r>
    </w:p>
    <w:p>
      <w:r>
        <w:rPr>
          <w:rFonts w:ascii="Courier New" w:hAnsi="Courier New"/>
          <w:color w:val="555555"/>
          <w:sz w:val="20"/>
        </w:rPr>
        <w:t>[10]</w:t>
      </w:r>
    </w:p>
    <w:p>
      <w:r>
        <w:rPr>
          <w:rFonts w:ascii="Gentium Plus" w:hAnsi="Gentium Plus"/>
          <w:sz w:val="24"/>
        </w:rPr>
        <w:t>ἑαυτὴν οὐδαμόθι νόσον· οὐδὲ γὰρ φρενῖτιν ἐθεάσω ποτὲ μόνην, ἀλλ’ ἐπὶ Θέωνος, ἢ ἐπὶ Δίωνος, ἢ ἐπ’ ἄλλου τινὸς ἀνθρώπου. ὥστε τοῦτό γε τελέως ἠλίθιον, εἰ διότι μη‐ δαμόθι τεθέασαι νόσημα μόνον αὐτὸ καθ’ ἑαυτὸ, διὰ τοῦτο νομίζεις μηδ’ εἶναι νόσημα· οὕτω γὰρ οὐδὲ πυρε‐</w:t>
      </w:r>
    </w:p>
    <w:p>
      <w:r>
        <w:rPr>
          <w:rFonts w:ascii="Courier New" w:hAnsi="Courier New"/>
          <w:color w:val="555555"/>
          <w:sz w:val="20"/>
        </w:rPr>
        <w:t>[15]</w:t>
      </w:r>
    </w:p>
    <w:p>
      <w:r>
        <w:rPr>
          <w:rFonts w:ascii="Gentium Plus" w:hAnsi="Gentium Plus"/>
          <w:sz w:val="24"/>
        </w:rPr>
        <w:t>τὸν, οὐδὲ φρενῖτιν, οὐδ’ ἄλλο τῶν τοιούτων οὐδὲν εἶναι συγχωρήσεις· ὡς οὐδὲ τούτων γε τεθέασαί τι μόνον αὐτὸ καθ’ ἑαυτό. βέλτιον δ’ ἦν οὐχ οὕτως, ἀλλ’ ὥσπερ εἴρηται</w:t>
      </w:r>
    </w:p>
    <w:p>
      <w:r>
        <w:rPr>
          <w:rFonts w:ascii="Courier New" w:hAnsi="Courier New"/>
          <w:color w:val="555555"/>
          <w:sz w:val="20"/>
        </w:rPr>
        <w:t>[10 . 153]</w:t>
      </w:r>
    </w:p>
    <w:p>
      <w:r>
        <w:rPr>
          <w:rFonts w:ascii="Gentium Plus" w:hAnsi="Gentium Plus"/>
          <w:sz w:val="24"/>
        </w:rPr>
        <w:t>σασθαι τῇ διανοίᾳ πόσα τὰ σύμπαντά ἐστιν ἁπλᾶ· κᾄπειθ’ ἑκάστῳ θέμενον ἴδιον ὄνομα, συμπλέκειν ἐξ αὐτῶν ἤδη τὰ σύνθετα. ἐγγιγνέσθω δὴ τῷ ὑποκειμένῳ σώματι τοῦθ’ ἓν πρῶτον, τὸ αἰσθάνεσθαι. πότερον οὐ καλέσεις ζῶον ᾧ</w:t>
      </w:r>
    </w:p>
    <w:p>
      <w:r>
        <w:rPr>
          <w:rFonts w:ascii="Courier New" w:hAnsi="Courier New"/>
          <w:color w:val="555555"/>
          <w:sz w:val="20"/>
        </w:rPr>
        <w:t>[5]</w:t>
      </w:r>
    </w:p>
    <w:p>
      <w:r>
        <w:rPr>
          <w:rFonts w:ascii="Gentium Plus" w:hAnsi="Gentium Plus"/>
          <w:sz w:val="24"/>
        </w:rPr>
        <w:t>τοῦθ’ ὑπάρχει; καὶ μὴν ὑπὲρ ὀνόματος οὕτως ἀμφισβητή‐ σεις. ἀλλ’ οὐδὲ εἶναι φήσεις αἰσθανόμενον σῶμα; καὶ μὴν οὕτω γε τῶν πραγμάτων αὐτῶν καταψεύσῃ. ἀλλὰ καὶ σῶμα συγχωρῶν αἰσθανόμενον εἶναί τι καὶ κατὰ τοῦ τοιούτου σώ‐ ματος τοὔνομα τοῦτο τὸ ζῶον λέγεσθαι, τολμήσεις φάναι</w:t>
      </w:r>
    </w:p>
    <w:p>
      <w:r>
        <w:rPr>
          <w:rFonts w:ascii="Courier New" w:hAnsi="Courier New"/>
          <w:color w:val="555555"/>
          <w:sz w:val="20"/>
        </w:rPr>
        <w:t>[10]</w:t>
      </w:r>
    </w:p>
    <w:p>
      <w:r>
        <w:rPr>
          <w:rFonts w:ascii="Gentium Plus" w:hAnsi="Gentium Plus"/>
          <w:sz w:val="24"/>
        </w:rPr>
        <w:t>μηδὲν εἶναι τὸ ζῶον; οὐκοῦν οὐδὲ τὸ λευκὸν οὐδέν ἐστιν, οὐδὲ τὸ βαδίζον οὐδὲ τὸ τρέχον; ἀπὸ γὰρ τῶν συμβεβηκότων ἑαυτῷ τὸ σῶμα προσαγορεύεται λευκὸν, βαδίζον καὶ τρέχον. αὐτὰ δὲ τὰ συμβεβηκότα τὸ μὲν λευκότης ὀνομάζεται, τὸ δὲ βάδισις, τὸ δὲ δρόμος. κατὰ δὲ τὸν αὐτὸν τρόπον αἴσθησις</w:t>
      </w:r>
    </w:p>
    <w:p>
      <w:r>
        <w:rPr>
          <w:rFonts w:ascii="Courier New" w:hAnsi="Courier New"/>
          <w:color w:val="555555"/>
          <w:sz w:val="20"/>
        </w:rPr>
        <w:t>[15]</w:t>
      </w:r>
    </w:p>
    <w:p>
      <w:r>
        <w:rPr>
          <w:rFonts w:ascii="Gentium Plus" w:hAnsi="Gentium Plus"/>
          <w:sz w:val="24"/>
        </w:rPr>
        <w:t>μὲν ἕν τι τῶν ὑπαρχόντων τοῖς σώμασιν, αἰσθανόμενον δὲ αὐτὸ τὸ σῶμα· τοῦτ’ οὖν καὶ ζῶον ὀνομάζεται. τίς οὖν θεα‐ σάμενος αἰσθανόμενον σῶμα, παρεὶς τὸ ζῶον ὄνομα ζητή‐ σει τι κατ’ αὐτοῦ λέγειν ἕτερον; ἆρ’ οὖν νοεῖται μόνον τὸ</w:t>
      </w:r>
    </w:p>
    <w:p>
      <w:r>
        <w:rPr>
          <w:rFonts w:ascii="Courier New" w:hAnsi="Courier New"/>
          <w:color w:val="555555"/>
          <w:sz w:val="20"/>
        </w:rPr>
        <w:t>[10 . 154]</w:t>
      </w:r>
    </w:p>
    <w:p>
      <w:r>
        <w:rPr>
          <w:rFonts w:ascii="Gentium Plus" w:hAnsi="Gentium Plus"/>
          <w:sz w:val="24"/>
        </w:rPr>
        <w:t>ρίας ταύτης ὑποκείμενον πρᾶγμα; δῆλον ὡς καὶ τυγχάνει. τί δὲ, νοεῖται μόνον ἡ αἴσθησις, ἢ καί τι τῶν τοῖς σώμασιν ὑπαρχόντων ἐστίν; ἐμοὶ μὲν δοκεῖ καὶ τοῦτ’ εἶναι πρόδηλον ὡς ἕν τι τῶν ἐν τοῖς σώμασιν ὑπαρχόντων ἐστὶ καὶ ἡ αἴσθη‐</w:t>
      </w:r>
    </w:p>
    <w:p>
      <w:r>
        <w:rPr>
          <w:rFonts w:ascii="Courier New" w:hAnsi="Courier New"/>
          <w:color w:val="555555"/>
          <w:sz w:val="20"/>
        </w:rPr>
        <w:t>[5]</w:t>
      </w:r>
    </w:p>
    <w:p>
      <w:r>
        <w:rPr>
          <w:rFonts w:ascii="Gentium Plus" w:hAnsi="Gentium Plus"/>
          <w:sz w:val="24"/>
        </w:rPr>
        <w:t>σις. καὶ μὴν εἰ μήτε τὸ σῶμα νοεῖται μόνον, ἀλλὰ καὶ ἔστι, μήθ’ ἡ αἴσθησις, ἔστι γὰρ καὶ ἥδε· πῶς ἄμφω συντιθέντα τὸ σύνθετον οὐκ ὂν ποιήσει; γελοῖον γὰρ ἤδη τοῦτό γε, σῶμα μὲν εἶναί τι καὶ αἴσθησιν, αἰσθανόμενον δὲ οὐδὲν εἶναι σῶμα· καὶ τούτου γελοιότερον, αἰσθανόμενον μὲν εἶναι σῶμα, ζῶον</w:t>
      </w:r>
    </w:p>
    <w:p>
      <w:r>
        <w:rPr>
          <w:rFonts w:ascii="Courier New" w:hAnsi="Courier New"/>
          <w:color w:val="555555"/>
          <w:sz w:val="20"/>
        </w:rPr>
        <w:t>[10]</w:t>
      </w:r>
    </w:p>
    <w:p>
      <w:r>
        <w:rPr>
          <w:rFonts w:ascii="Gentium Plus" w:hAnsi="Gentium Plus"/>
          <w:sz w:val="24"/>
        </w:rPr>
        <w:t>δ’ εἶναι μηδὲν, ὥσπερ ἄλλο τι καὶ οὐ τοῦθ’ ὑπάρχον ζῶον, ἢ διαφέρον τι τῷ λόγῳ δηλοῦν ἐπιχειρεῖν ὁτιοῦν ἢ ὀνόματι, τῆς δ’ αὐτῆς ἀτοπίας ἔχεται καὶ τὸ μὴ συγχωρεῖν εἶναί τι νόσον· εἰ γὰρ οὐδέν ἐστι διάθεσις, οὐδὲ νόσος ἔσται τι. δο‐ θείσης δ’ εἶναι διαθέσεως, ἔσται τι καὶ νόσος· ἥτις γὰρ ἂν</w:t>
      </w:r>
    </w:p>
    <w:p>
      <w:r>
        <w:rPr>
          <w:rFonts w:ascii="Courier New" w:hAnsi="Courier New"/>
          <w:color w:val="555555"/>
          <w:sz w:val="20"/>
        </w:rPr>
        <w:t>[15]</w:t>
      </w:r>
    </w:p>
    <w:p>
      <w:r>
        <w:rPr>
          <w:rFonts w:ascii="Gentium Plus" w:hAnsi="Gentium Plus"/>
          <w:sz w:val="24"/>
        </w:rPr>
        <w:t>ἐνέργειαν βλάπτῃ διάθεσις, ἐκείνη νόσος ἐστίν. ἀλλ’ οὐκ ἔχεις μοι δεῖξαι, φασὶ, νόσον αὐτὴν καθ’ ἑαυτήν. οὐδὲ γὰρ φρενῖτιν,</w:t>
      </w:r>
    </w:p>
    <w:p>
      <w:r>
        <w:rPr>
          <w:rFonts w:ascii="Courier New" w:hAnsi="Courier New"/>
          <w:color w:val="555555"/>
          <w:sz w:val="20"/>
        </w:rPr>
        <w:t>[10 . 155]</w:t>
      </w:r>
    </w:p>
    <w:p>
      <w:r>
        <w:rPr>
          <w:rFonts w:ascii="Gentium Plus" w:hAnsi="Gentium Plus"/>
          <w:sz w:val="24"/>
        </w:rPr>
        <w:t>ὑπάρχειν καὶ ἄλλα πολλά. τὴν γὰρ μικρολογίαν τῶν ὀνομάτων, ἣν ἐκομψεύσαντό τινες τῶν φιλοσόφων, ἀνατρέπουσαν ἅπα‐ σαν τὴν ἐν τῷ βίῳ συνήθειαν, ὡς μὴ δι’ ἐκείνους αὐτῇ χρῆ‐ σθαι δύνασθαι κατὰ τὰ σφῶν αὐτῶν συγγράμματα, παραι‐</w:t>
      </w:r>
    </w:p>
    <w:p>
      <w:r>
        <w:rPr>
          <w:rFonts w:ascii="Courier New" w:hAnsi="Courier New"/>
          <w:color w:val="555555"/>
          <w:sz w:val="20"/>
        </w:rPr>
        <w:t>[5]</w:t>
      </w:r>
    </w:p>
    <w:p>
      <w:r>
        <w:rPr>
          <w:rFonts w:ascii="Gentium Plus" w:hAnsi="Gentium Plus"/>
          <w:sz w:val="24"/>
        </w:rPr>
        <w:t>τοῦμαι λέγειν τὰ νῦν, ἑτέρωθι διειλεγμένος ὑπὲρ αὐτῶν ἐπὶ πλέον. εἰρηκὼς οὖν οὐδὲν ἧττον ὅσα χρὴ κᾀν τοῖς περὶ τῶν στοιχείων λογισμοῖς, λέγω δὲ μικρολογίαν, ἐν ᾗ διαιροῦνται κατὰ γένη τό τε ὂν καὶ τὸ ὑφεστός. ἀδιαφόρως γὰρ ἡμῖν κᾀνταῦθα καὶ κατὰ τὸν ἑξῆς λόγον εἰρήσεται ταῦτα. πάντας</w:t>
      </w:r>
    </w:p>
    <w:p>
      <w:r>
        <w:rPr>
          <w:rFonts w:ascii="Courier New" w:hAnsi="Courier New"/>
          <w:color w:val="555555"/>
          <w:sz w:val="20"/>
        </w:rPr>
        <w:t>[10]</w:t>
      </w:r>
    </w:p>
    <w:p>
      <w:r>
        <w:rPr>
          <w:rFonts w:ascii="Gentium Plus" w:hAnsi="Gentium Plus"/>
          <w:sz w:val="24"/>
        </w:rPr>
        <w:t>δ’ ἐν πᾶσιν ἐξελέγχειν ἀδύνατον. ἀλλὰ γὰρ περὶ τοῦ μὴ μόνον ἔννοιαν εἶναι νοσήματος ἰδίαν, ἀλλὰ καὶ πρᾶγμά τι τῆς προσ‐ ηγορίας ταύτης τυγχάνον ὑποκεῖσθαι, κατά γε τὸ παρὸν ἀρκεῖ λελέχθαι ταῦτα. σαφέστερον δ’ ἔτι τοῦτ’ αὐτὸ νοηθή‐ σεται τοῦ λόγου προϊόντος, ἐπειδὰν ὁ περὶ πρώτων ἐνδείξεων</w:t>
      </w:r>
    </w:p>
    <w:p>
      <w:r>
        <w:rPr>
          <w:rFonts w:ascii="Courier New" w:hAnsi="Courier New"/>
          <w:color w:val="555555"/>
          <w:sz w:val="20"/>
        </w:rPr>
        <w:t>[15]</w:t>
      </w:r>
    </w:p>
    <w:p>
      <w:r>
        <w:rPr>
          <w:rFonts w:ascii="Gentium Plus" w:hAnsi="Gentium Plus"/>
          <w:sz w:val="24"/>
        </w:rPr>
        <w:t>περαίνηται λόγος. ὅσα δὲ περὶ νοσήματος εἴρηται νῦν, ἡγοῦ‐ μαι καὶ περὶ συμπτώματος εἰρῆσθαι καὶ πάθους, ὑγείας τε</w:t>
      </w:r>
    </w:p>
    <w:p>
      <w:r>
        <w:rPr>
          <w:rFonts w:ascii="Courier New" w:hAnsi="Courier New"/>
          <w:color w:val="555555"/>
          <w:sz w:val="20"/>
        </w:rPr>
        <w:t>[10 . 156]</w:t>
      </w:r>
    </w:p>
    <w:p>
      <w:r>
        <w:rPr>
          <w:rFonts w:ascii="Gentium Plus" w:hAnsi="Gentium Plus"/>
          <w:sz w:val="24"/>
        </w:rPr>
        <w:t>ἄλλων ὧν ὀνόματά τε καὶ νοήσεις εἰσὶ κατά τινων ὑποκειμέ‐ νων λεγόμενα. πάντα γὰρ ταῦτα τοῖς σώμασιν ὑπάρχει, τὰ μὲν ὡς διαθέσεις, τὰ δ’ ὡς ἐνέργειαι, τὰ δ’ ὡς πάθη· καὶ τὰ μὲν ὡς κατὰ φύσιν ὄντα, τὰ δ’ ὡς παρὰ φύσιν, ἔνδειξίς</w:t>
      </w:r>
    </w:p>
    <w:p>
      <w:r>
        <w:rPr>
          <w:rFonts w:ascii="Courier New" w:hAnsi="Courier New"/>
          <w:color w:val="555555"/>
          <w:sz w:val="20"/>
        </w:rPr>
        <w:t>[5]</w:t>
      </w:r>
    </w:p>
    <w:p>
      <w:r>
        <w:rPr>
          <w:rFonts w:ascii="Gentium Plus" w:hAnsi="Gentium Plus"/>
          <w:sz w:val="24"/>
        </w:rPr>
        <w:t>τε καθ’ ἕκαστον αὐτῶν ἰδία γίνεται, παρεωραμένη τοῖς πλεί‐</w:t>
      </w:r>
    </w:p>
    <w:p>
      <w:r>
        <w:rPr>
          <w:rFonts w:ascii="Courier New" w:hAnsi="Courier New"/>
          <w:color w:val="555555"/>
          <w:sz w:val="20"/>
        </w:rPr>
        <w:t>[10 . 157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Γ.</w:t>
      </w:r>
    </w:p>
    <w:p>
      <w:r>
        <w:rPr>
          <w:rFonts w:ascii="Courier New" w:hAnsi="Courier New"/>
          <w:color w:val="555555"/>
          <w:sz w:val="20"/>
        </w:rPr>
        <w:t>[1]</w:t>
      </w:r>
    </w:p>
    <w:p>
      <w:r>
        <w:rPr>
          <w:rFonts w:ascii="Gentium Plus" w:hAnsi="Gentium Plus"/>
          <w:sz w:val="24"/>
        </w:rPr>
        <w:t>Εἴπερ οὖν, ὦ Ἱέρων, ἡ ἔνδειξις ἐκ τῆς τοῦ πράγματος φύσεως ὁρμωμένη τὸ δέον ἐξευρίσκει, τὴν ἀρχὴν τῆς τῶν ἰαμάτων εὑρέσεως ἐκ τῆς τῶν νοσημάτων αὐτῶν ἀνάγκη γίγνεσθαι· καὶ γὰρ καὶ ἄτοπον ἕτερον μὲν εἶναι τὸ</w:t>
      </w:r>
    </w:p>
    <w:p>
      <w:r>
        <w:rPr>
          <w:rFonts w:ascii="Courier New" w:hAnsi="Courier New"/>
          <w:color w:val="555555"/>
          <w:sz w:val="20"/>
        </w:rPr>
        <w:t>[5]</w:t>
      </w:r>
    </w:p>
    <w:p>
      <w:r>
        <w:rPr>
          <w:rFonts w:ascii="Gentium Plus" w:hAnsi="Gentium Plus"/>
          <w:sz w:val="24"/>
        </w:rPr>
        <w:t>ἐνδεικνύμενον τὴν θεραπείαν, ἕτερον δὲ τὸ θεραπευόμενον· ἕκαστον γὰρ ὑπὲρ ἑαυτοῦ τι δύναται δηλῶσαι μᾶλλον ἢ ὑπὲρ ἄλλου. τοῦτο μὲν δὴ κᾀν τοῖς ἐφεξῆς ἔσται σαφέστερον. ἐπεὶ δὲ πάντες ὁμολογοῦσιν ἐκ τῶν διαθέσεων τὰς πρώτας ἐνδεί‐</w:t>
      </w:r>
    </w:p>
    <w:p>
      <w:r>
        <w:rPr>
          <w:rFonts w:ascii="Courier New" w:hAnsi="Courier New"/>
          <w:color w:val="555555"/>
          <w:sz w:val="20"/>
        </w:rPr>
        <w:t>[10 . 158]</w:t>
      </w:r>
    </w:p>
    <w:p>
      <w:r>
        <w:rPr>
          <w:rFonts w:ascii="Gentium Plus" w:hAnsi="Gentium Plus"/>
          <w:sz w:val="24"/>
        </w:rPr>
        <w:t>ἀποδεικνύντας ὡς ἐντεῦθεν ἄρχεσθαι προσήκει, μᾶλλον δ’ ὅτι μήτε τὸ ξύμπαν τοῦτ’ ἐστὶ μήθ’ ὅλως μέγα τι μέρος, ὡς οἱ μεθοδικοὶ νομίζουσιν, ἀλλὰ σμικρότατόν τε καὶ ἀρχὴν μόνον ἐπιδεῖξαι πειραθῶμεν. αὐτοὶ δή φασιν ἐκεῖνοι τὸν μὲν</w:t>
      </w:r>
    </w:p>
    <w:p>
      <w:r>
        <w:rPr>
          <w:rFonts w:ascii="Courier New" w:hAnsi="Courier New"/>
          <w:color w:val="555555"/>
          <w:sz w:val="20"/>
        </w:rPr>
        <w:t>[5]</w:t>
      </w:r>
    </w:p>
    <w:p>
      <w:r>
        <w:rPr>
          <w:rFonts w:ascii="Gentium Plus" w:hAnsi="Gentium Plus"/>
          <w:sz w:val="24"/>
        </w:rPr>
        <w:t>ἐν τῇ κύστει λίθον, ὅτι τῷ γένει παρὰ φύσιν, ἐνδείκνυσθαι τὴν ἄρσιν. οὕτω δὲ καὶ τὰς ἀκροχορδόνας καὶ τὰς μυρμηκίας ἀθερώματά τε καὶ στεατώματα καὶ μελικηρίδας, ὅσα τ’ ἄλλα τοιαῦτα. τὸ δ’ εἰς τὸν ὄσχεον ἐμπεπτωκὸς ἔντερον, ὅτι τῷ τόπῳ παρὰ φύσιν, ἅπαντά τε τὰ ἐξηρθρηκότα τὴν εἰς τὴν</w:t>
      </w:r>
    </w:p>
    <w:p>
      <w:r>
        <w:rPr>
          <w:rFonts w:ascii="Courier New" w:hAnsi="Courier New"/>
          <w:color w:val="555555"/>
          <w:sz w:val="20"/>
        </w:rPr>
        <w:t>[10]</w:t>
      </w:r>
    </w:p>
    <w:p>
      <w:r>
        <w:rPr>
          <w:rFonts w:ascii="Gentium Plus" w:hAnsi="Gentium Plus"/>
          <w:sz w:val="24"/>
        </w:rPr>
        <w:t>οἰκείαν χώραν ἐπάνοδον ἐνδείκνυται. καὶ μὴν οὐδὲν τούτων οὐδέπω τεχνικὸν, ἀλλ’ ὅπερ, οἶμαι, καὶ τοῖς ἰδιώταις ἅπασιν ὑπάρχει γινώσκειν· ἐμβληθῆναι γοῦν ἑαυτῶν κελεύουσι τὸ κῶλον, ὅταν ἐξηρθρηκότος αἰσθάνωνται καὶ ἀφαιρεθῆναι τὴν ἀκροχορδόνα καὶ τὸ ἕλκος εἰς οὐλὴν ἀχθῆναι καὶ τὸ</w:t>
      </w:r>
    </w:p>
    <w:p>
      <w:r>
        <w:rPr>
          <w:rFonts w:ascii="Courier New" w:hAnsi="Courier New"/>
          <w:color w:val="555555"/>
          <w:sz w:val="20"/>
        </w:rPr>
        <w:t>[15]</w:t>
      </w:r>
    </w:p>
    <w:p>
      <w:r>
        <w:rPr>
          <w:rFonts w:ascii="Gentium Plus" w:hAnsi="Gentium Plus"/>
          <w:sz w:val="24"/>
        </w:rPr>
        <w:t>ῥεῦμα τῆς κοιλίας ἐπισχεθῆναι. τὸ δὲ δι’ ὧν χρὴ ταῦτα ποιεῖν οὐκ ἴσασι. καὶ τοῦτ’ ἔστιν ὃ χρὴ προστιθέναι τὸν ἰατρόν. ὥστε ἡ ἀπὸ τῶν νοσημάτων ἔνδειξις ἀρχὴ μέν ἐστι καὶ οἱονεὶ</w:t>
      </w:r>
    </w:p>
    <w:p>
      <w:r>
        <w:rPr>
          <w:rFonts w:ascii="Courier New" w:hAnsi="Courier New"/>
          <w:color w:val="555555"/>
          <w:sz w:val="20"/>
        </w:rPr>
        <w:t>[10 . 159]</w:t>
      </w:r>
    </w:p>
    <w:p>
      <w:r>
        <w:rPr>
          <w:rFonts w:ascii="Gentium Plus" w:hAnsi="Gentium Plus"/>
          <w:sz w:val="24"/>
        </w:rPr>
        <w:t>τῆς ἰατρικῆς μόριον οὐδὲν, ἢ οὐκ ἀξιόλογόν γε μόριον, οὐδὲ ἴδιον, ἀλλ’ ὅπερ καὶ τοῖς ἰδιώταις ὑπάρχει κοινόν. ὁ τοίνυν ἐξευρεῖν δυνάμενος ὑφ’ ὧντινων ἔσται τὸ δηλούμενον ἐκ τῆς πρώτης ἐνδείξεως, οὗτός ἐστιν ὁ τῶν νοσημάτων θερα‐</w:t>
      </w:r>
    </w:p>
    <w:p>
      <w:r>
        <w:rPr>
          <w:rFonts w:ascii="Courier New" w:hAnsi="Courier New"/>
          <w:color w:val="555555"/>
          <w:sz w:val="20"/>
        </w:rPr>
        <w:t>[5]</w:t>
      </w:r>
    </w:p>
    <w:p>
      <w:r>
        <w:rPr>
          <w:rFonts w:ascii="Gentium Plus" w:hAnsi="Gentium Plus"/>
          <w:sz w:val="24"/>
        </w:rPr>
        <w:t>πευτής· καὶ εἰ μὲν διὰ τῆς ἐμπειρίας εὕροι, τηρητικός τέ τις καὶ ἐμπειρικὸς ὀνομασθησόμενος, εἰ δὲ διὰ λόγου τινὸς, ἢ μεθόδου, λογικός τε καὶ μεθοδικὸς καὶ δογματικός. οὐκοῦν ὁ μὲν ἰδιώτης, ἄνωθεν γὰρ ταὐτὸ ῥητέον, ἥκει παρὰ τὸν ἰατρὸν, ἐμβαλεῖν κελεύων τὸ κῶλον, ἢ διαπλάσαι τὸ</w:t>
      </w:r>
    </w:p>
    <w:p>
      <w:r>
        <w:rPr>
          <w:rFonts w:ascii="Courier New" w:hAnsi="Courier New"/>
          <w:color w:val="555555"/>
          <w:sz w:val="20"/>
        </w:rPr>
        <w:t>[10]</w:t>
      </w:r>
    </w:p>
    <w:p>
      <w:r>
        <w:rPr>
          <w:rFonts w:ascii="Gentium Plus" w:hAnsi="Gentium Plus"/>
          <w:sz w:val="24"/>
        </w:rPr>
        <w:t>συντετριμμένον ὀστοῦν, ἢ ἐξελεῖν τὴν μελικηρίδα. τὸ δ’ ὅπως χρὴ τούτων ἕκαστον ποιῆσαι τῆς ἰατρικῆς ἐστι τέ‐ χνης εὕρημα. οἱ μὲν οὖν ἐμπειρικοὶ δι’ ἐμπειρίας εὑρίσκε‐ σθαι πάντα φασίν· ἡμεῖς δὲ τὰ μὲν ἐμπειρίᾳ, τὰ δὲ λόγῳ. μήτε γὰρ ἐκείνην ἱκανὴν εἶναι πάντα μήτε μόνον εὑρίσκειν</w:t>
      </w:r>
    </w:p>
    <w:p>
      <w:r>
        <w:rPr>
          <w:rFonts w:ascii="Courier New" w:hAnsi="Courier New"/>
          <w:color w:val="555555"/>
          <w:sz w:val="20"/>
        </w:rPr>
        <w:t>[15]</w:t>
      </w:r>
    </w:p>
    <w:p>
      <w:r>
        <w:rPr>
          <w:rFonts w:ascii="Gentium Plus" w:hAnsi="Gentium Plus"/>
          <w:sz w:val="24"/>
        </w:rPr>
        <w:t>τὸν λόγον. οὐ μὴν ἀξιοῦμέν γε συγκεχυμένην ποιεῖσθαι τὴν διδασκαλίαν, ἀλλ’ ἰδίᾳ μὲν τὴν ἐμπειρικὴν, ἰδίᾳ δὲ τὴν λογι‐ κὴν, ἵν’ ὅσην ἑκατέρα δύναμιν ἔχῃ σαφῶς εὑρεθῇ. καὶ νῦν</w:t>
      </w:r>
    </w:p>
    <w:p>
      <w:r>
        <w:rPr>
          <w:rFonts w:ascii="Courier New" w:hAnsi="Courier New"/>
          <w:color w:val="555555"/>
          <w:sz w:val="20"/>
        </w:rPr>
        <w:t>[10 . 160]</w:t>
      </w:r>
    </w:p>
    <w:p>
      <w:r>
        <w:rPr>
          <w:rFonts w:ascii="Gentium Plus" w:hAnsi="Gentium Plus"/>
          <w:sz w:val="24"/>
        </w:rPr>
        <w:t>μέν τινα μέθοδον ᾗ χρώμενοι τῶν εἰρημένων ἕκαστον εὑρή‐ σομεν; ἀνελεῖν λέγω τὸ περιττὸν τῷ γένει καὶ μεταθεῖναι τὸ τὴν οἰκείαν χώραν ὑπηλλαχὸς, ἑνῶσαί τε τῆς συνεχείας λε‐ λυμένον. ἢ τὴν ἐμπειρικὴν ὑπ’ αὐτὰ παρακαλέσομεν; ἐγὼ μὲν</w:t>
      </w:r>
    </w:p>
    <w:p>
      <w:r>
        <w:rPr>
          <w:rFonts w:ascii="Courier New" w:hAnsi="Courier New"/>
          <w:color w:val="555555"/>
          <w:sz w:val="20"/>
        </w:rPr>
        <w:t>[5]</w:t>
      </w:r>
    </w:p>
    <w:p>
      <w:r>
        <w:rPr>
          <w:rFonts w:ascii="Gentium Plus" w:hAnsi="Gentium Plus"/>
          <w:sz w:val="24"/>
        </w:rPr>
        <w:t>καὶ πάνυ πέπεισμαι μέθοδον ὑπάρχειν τινὰ τῆς τῶν ζητουμέ‐ νων εὑρέσεως, ἧς ἀρχὴν εἶναι τὴν ἐκ τῶν νοσημάτων ἑκάστου προσπίπτοντα σκοπόν. ἡ γὰρ τῆς συνεχείας λύσις τὴν ἕνωσιν ἐπιζητεῖ· κατὰ μὲν ὀστοῦν κάταγμα λεγομένη, κατὰ δὲ τὸ σαρκῶδες μέρος ἕλκος, ὥσπερ γε καὶ τὸ τραῦμα καὶ τὸ</w:t>
      </w:r>
    </w:p>
    <w:p>
      <w:r>
        <w:rPr>
          <w:rFonts w:ascii="Courier New" w:hAnsi="Courier New"/>
          <w:color w:val="555555"/>
          <w:sz w:val="20"/>
        </w:rPr>
        <w:t>[10]</w:t>
      </w:r>
    </w:p>
    <w:p>
      <w:r>
        <w:rPr>
          <w:rFonts w:ascii="Gentium Plus" w:hAnsi="Gentium Plus"/>
          <w:sz w:val="24"/>
        </w:rPr>
        <w:t>ῥῆγμα καὶ τὸ σπάσμα, τὸ μὲν ἐν σαρκώδει μορίῳ διὰ τοῦ τρωθῆναι γεγονὸς, τὸ δὲ ῥῆγμα καὶ τὸ σπάσμα χωρὶς τοῦ τρωθῆναι, σαρκώδους μὲν ἐν τῷ ῥήγματι μορίου τῆς συνεχείας λυθέντος, νευρώδους δὲ ἐν τῷ σπάσματι. τούτων ἁπάντων ὁ μὲν σκοπὸς ἕνωσις. εἴτε δ’ οἷόν τε τυχεῖν αὐτοῦ</w:t>
      </w:r>
    </w:p>
    <w:p>
      <w:r>
        <w:rPr>
          <w:rFonts w:ascii="Courier New" w:hAnsi="Courier New"/>
          <w:color w:val="555555"/>
          <w:sz w:val="20"/>
        </w:rPr>
        <w:t>[15]</w:t>
      </w:r>
    </w:p>
    <w:p>
      <w:r>
        <w:rPr>
          <w:rFonts w:ascii="Gentium Plus" w:hAnsi="Gentium Plus"/>
          <w:sz w:val="24"/>
        </w:rPr>
        <w:t>καθ’ ἅπαν, εἴτ’ οὐκ ἐγχωρεῖ πολλαχόθι, τοῦτ’ αὐτὸ πρῶτον ἤδη τεχνίτου γινώσκειν. ἰδιώτης γὰρ οὐδεὶς οἶδεν οὔθ’ ὅτι</w:t>
      </w:r>
    </w:p>
    <w:p>
      <w:r>
        <w:rPr>
          <w:rFonts w:ascii="Courier New" w:hAnsi="Courier New"/>
          <w:color w:val="555555"/>
          <w:sz w:val="20"/>
        </w:rPr>
        <w:t>[10 . 161]</w:t>
      </w:r>
    </w:p>
    <w:p>
      <w:r>
        <w:rPr>
          <w:rFonts w:ascii="Gentium Plus" w:hAnsi="Gentium Plus"/>
          <w:sz w:val="24"/>
        </w:rPr>
        <w:t>οὐκ ἐγχωρεῖ δέξασθαι τὸν σκοπὸν, οὐ μὴν οὐδὲ περὶ πόσθης, οὐδὲ περὶ τοῦ λεπτοῦ τῶν γνάθων οἶδεν· ἀλλ’ οὐδ’ εἰ τερη‐ δὼν ὀστοῦ δύναται θεραπευθῆναι, καθάπερ ἐν σαρκὶ διά‐ βρωσις· οὐδ’ εἰ τὸ κάταγμα συμφῦναι, καθάπερ τὸ τραῦμα,</w:t>
      </w:r>
    </w:p>
    <w:p>
      <w:r>
        <w:rPr>
          <w:rFonts w:ascii="Courier New" w:hAnsi="Courier New"/>
          <w:color w:val="555555"/>
          <w:sz w:val="20"/>
        </w:rPr>
        <w:t>[5]</w:t>
      </w:r>
    </w:p>
    <w:p>
      <w:r>
        <w:rPr>
          <w:rFonts w:ascii="Gentium Plus" w:hAnsi="Gentium Plus"/>
          <w:sz w:val="24"/>
        </w:rPr>
        <w:t>κατὰ ταὐτὰ δὲ οὐδ’ εἰ πωρωθῆναι δύναται γιγνώσκει· ὡσαύ‐ τως δὲ καὶ περὶ τῶν ἐν τῇ κεφαλῇ καταγμάτων ὁ ἰδιώτης οὐδὲν οἶδεν, εἴτε χρὴ τὴν πώρωσιν ἀναμένειν, εἴτ’ ἄλλως ἰᾶσθαι. πολὺ δὲ μᾶλλον οὐδὲ εἰ καρδίας τρωθείσης ἢ πνεύ‐ μονος ἢ γαστρὸς ἢ ἥπατος ἐλπίζειν χρὴ τὴν ἴασιν· οὐδ’</w:t>
      </w:r>
    </w:p>
    <w:p>
      <w:r>
        <w:rPr>
          <w:rFonts w:ascii="Courier New" w:hAnsi="Courier New"/>
          <w:color w:val="555555"/>
          <w:sz w:val="20"/>
        </w:rPr>
        <w:t>[10]</w:t>
      </w:r>
    </w:p>
    <w:p>
      <w:r>
        <w:rPr>
          <w:rFonts w:ascii="Gentium Plus" w:hAnsi="Gentium Plus"/>
          <w:sz w:val="24"/>
        </w:rPr>
        <w:t>ὅλως οὐδὲν οὐκέτι περαιτέρω τοῦ πρώτου σκοποῦ γιγνώσκει τῶν ἰδιωτῶν οὐδείς. τοῦτ’ οὖν αὐτὸ πρῶτον ἤδη τῆς τέχνης ἔργον, ἤτοι τυχεῖν ἐλπίζειν τοῦ τέλους ἢ ἀπογινώσκειν τοῦ τυχεῖν· διττὴ δ’ ἡ γνῶσις αὐτοῦ καὶ τρίτην οὐκ ἐγχωρεῖ γε‐ νέσθαι· διὰ μὲν τῆς ἐμπειρίας ἡ ἑτέρα, μακροῦ δηλονότι</w:t>
      </w:r>
    </w:p>
    <w:p>
      <w:r>
        <w:rPr>
          <w:rFonts w:ascii="Courier New" w:hAnsi="Courier New"/>
          <w:color w:val="555555"/>
          <w:sz w:val="20"/>
        </w:rPr>
        <w:t>[15]</w:t>
      </w:r>
    </w:p>
    <w:p>
      <w:r>
        <w:rPr>
          <w:rFonts w:ascii="Gentium Plus" w:hAnsi="Gentium Plus"/>
          <w:sz w:val="24"/>
        </w:rPr>
        <w:t>χρόνου δεομένη· διὰ δὲ τῆς αὐτοῦ τοῦ πράγματος φύσεως ἡ ἑτέρα· καὶ γὰρ τὴν οὐσίαν ἑκάστου τῶν μορίων ἐπισκέψε‐ ται καὶ τὴν ἐνέργειαν καὶ τὴν χρείαν καὶ τὴν θέσιν, ἐξ ὧν</w:t>
      </w:r>
    </w:p>
    <w:p>
      <w:r>
        <w:rPr>
          <w:rFonts w:ascii="Courier New" w:hAnsi="Courier New"/>
          <w:color w:val="555555"/>
          <w:sz w:val="20"/>
        </w:rPr>
        <w:t>[10 . 162]</w:t>
      </w:r>
    </w:p>
    <w:p>
      <w:r>
        <w:rPr>
          <w:rFonts w:ascii="Gentium Plus" w:hAnsi="Gentium Plus"/>
          <w:sz w:val="24"/>
        </w:rPr>
        <w:t>δυνατοῦ δέξασθαι τὴν ἴασιν ὑπὲρ τῆς τῶν βοηθημάτων εὑ‐ ρέσεως ἐπισκέψεται. Πρόδηλον δ’ ὡς ἀπὸ τῶν ἁπλουστάτων ἄρξηται. τί δ’ ἁπλούστερον ἕλκους ἐπιπολῆς ἐν σαρκώδει</w:t>
      </w:r>
    </w:p>
    <w:p>
      <w:r>
        <w:rPr>
          <w:rFonts w:ascii="Courier New" w:hAnsi="Courier New"/>
          <w:color w:val="555555"/>
          <w:sz w:val="20"/>
        </w:rPr>
        <w:t>[5]</w:t>
      </w:r>
    </w:p>
    <w:p>
      <w:r>
        <w:rPr>
          <w:rFonts w:ascii="Gentium Plus" w:hAnsi="Gentium Plus"/>
          <w:sz w:val="24"/>
        </w:rPr>
        <w:t>μορίῳ; τοῦτ’ οὖν εἰ μὲν ἁπλῶς ἕλκος εἴη, σκοπὸς αὐτοῦ τῆς ἰάσεως ἕνωσις· εἰ δὲ σὺν κοιλότητι, διττὸς μὲν ὁ σκοπὸς, ὅτι καὶ ἡ διάθεσις διττή· συνεχείας μὲν λύσις τὸ ἕλκος, ἀπώλεια δὲ οὐσίας τινὸς οἰκείας τῷ ζώῳ ἡ κοιλότης. εὑρίσκεται δὲ κᾀνταῦθα πολλάκις ὁ ἕτερος τῶν σκοπῶν ἀδύνατος· οἷον εἰ</w:t>
      </w:r>
    </w:p>
    <w:p>
      <w:r>
        <w:rPr>
          <w:rFonts w:ascii="Courier New" w:hAnsi="Courier New"/>
          <w:color w:val="555555"/>
          <w:sz w:val="20"/>
        </w:rPr>
        <w:t>[10]</w:t>
      </w:r>
    </w:p>
    <w:p>
      <w:r>
        <w:rPr>
          <w:rFonts w:ascii="Gentium Plus" w:hAnsi="Gentium Plus"/>
          <w:sz w:val="24"/>
        </w:rPr>
        <w:t>μὴ μόνον ἡ σὰρξ, ἀλλὰ καὶ τὸ ὑποκείμενον ὀστοῦν ἀπολωλὸς εἴη· πληρωθῆναι γὰρ ἀκριβῶς ἡ τοιαύτη κοιλότης οὐ δύνα‐ ται, ἀλλ’ ἐπουλωθῆναι μὲν, ὅπερ ἦν ἕλκους ἴασις, ἀνίατος δὲ ἡ κοιλότης καταλειφθήσεται. τοῦτ’ οὖν αὖθις αὐτὸ πάν‐ τως μὲν ἤτοι διὰ τῆς ἐμπειρίας ἢ διὰ τοῦ λόγου χρὴ γνῶναι·</w:t>
      </w:r>
    </w:p>
    <w:p>
      <w:r>
        <w:rPr>
          <w:rFonts w:ascii="Courier New" w:hAnsi="Courier New"/>
          <w:color w:val="555555"/>
          <w:sz w:val="20"/>
        </w:rPr>
        <w:t>[15]</w:t>
      </w:r>
    </w:p>
    <w:p>
      <w:r>
        <w:rPr>
          <w:rFonts w:ascii="Gentium Plus" w:hAnsi="Gentium Plus"/>
          <w:sz w:val="24"/>
        </w:rPr>
        <w:t>ὁ Θεσσαλὸς δὲ οὔτε τούτοις χρῆται καὶ τρίτον οὐδὲν προστί‐ θησιν, εἶτ’ οὐκ αἰδεῖται ληρῶν, ἀλλ’ ἐᾷ τοῦτο· τὸ κοῖλον δ’ ἕλκος ἐν σαρκώδει μορίῳ χωρὶς τοῦ πεπονθέναι τι τῶν</w:t>
      </w:r>
    </w:p>
    <w:p>
      <w:r>
        <w:rPr>
          <w:rFonts w:ascii="Courier New" w:hAnsi="Courier New"/>
          <w:color w:val="555555"/>
          <w:sz w:val="20"/>
        </w:rPr>
        <w:t>[10 . 163]</w:t>
      </w:r>
    </w:p>
    <w:p>
      <w:r>
        <w:rPr>
          <w:rFonts w:ascii="Gentium Plus" w:hAnsi="Gentium Plus"/>
          <w:sz w:val="24"/>
        </w:rPr>
        <w:t>λειος ἰατρός. ἐμβαλόντες, φησὶ, τὸ σαρκωτικὸν φάρμακον· εὖ γε τῆς εὐχερείας, ἴσως δ’ ἀναισθησίας εἰπεῖν ἦν ἄμεινον, εἰ σαρκωτικὸν εἰπὼν ἀπηλλάχθαι δοκεῖ τοῦ ζητουμένου· εἰ γὰρ ἤδη τὸ σαρκωτικὸν ἐπιστάμεθα, τί ζητοῦμεν ἔτι; λέγε μοι τὸ</w:t>
      </w:r>
    </w:p>
    <w:p>
      <w:r>
        <w:rPr>
          <w:rFonts w:ascii="Courier New" w:hAnsi="Courier New"/>
          <w:color w:val="555555"/>
          <w:sz w:val="20"/>
        </w:rPr>
        <w:t>[5]</w:t>
      </w:r>
    </w:p>
    <w:p>
      <w:r>
        <w:rPr>
          <w:rFonts w:ascii="Gentium Plus" w:hAnsi="Gentium Plus"/>
          <w:sz w:val="24"/>
        </w:rPr>
        <w:t>σαρκωτικὸν ὅ τί ποτ’ ἐστὶν, ᾧ μέλλεις χρῆσθαι; λιβανωτὸν, οἶμαι, φήσεις, ἴριν ἢ ἀριστολοχίαν ἢ ὀρόβινον ἄλευρον ἢ πάνακα· τῶν γὰρ ξηρῶν φαρμάκων πρῶτον μνημονεύσω. ταῦτ’ οὖν εἰπέ μοι πόθεν εὗρες; ἐκ τῆς πείρας, φησί. τί δὴ οὖν ἔτι προσέθηκας σύ; τὸ μὲν γὰρ ὅτι χρὴ πληροῦν τὸ</w:t>
      </w:r>
    </w:p>
    <w:p>
      <w:r>
        <w:rPr>
          <w:rFonts w:ascii="Courier New" w:hAnsi="Courier New"/>
          <w:color w:val="555555"/>
          <w:sz w:val="20"/>
        </w:rPr>
        <w:t>[10]</w:t>
      </w:r>
    </w:p>
    <w:p>
      <w:r>
        <w:rPr>
          <w:rFonts w:ascii="Gentium Plus" w:hAnsi="Gentium Plus"/>
          <w:sz w:val="24"/>
        </w:rPr>
        <w:t>κοῖλον οἶδε δήπου καὶ ὁ ἰδιώτης. τὸ δ’ ἐξ ὧν καὶ δι’ ὧν φαρμάκων, ἐδίδαξεν ἡ πεῖρα. Θεσσαλὸς δ’ οὔθ’ ὡς ἐμπει‐ ρικὸς οἶδε τὸ φάρμακον οὔθ’ ὡς λογικός. ὡς ἐμπειρικὸς μὲν, ὅτι μὴ βούλεται· ὡς λογικὸς δὲ, ὅτι μὴ δύναται· ἐπεὶ ὅτι γε ὡς ἐμπειρικὸς οἶδεν, ἀκριβῶς ἐγὼ τοῦτο γινώσκω. δυοῖν</w:t>
      </w:r>
    </w:p>
    <w:p>
      <w:r>
        <w:rPr>
          <w:rFonts w:ascii="Courier New" w:hAnsi="Courier New"/>
          <w:color w:val="555555"/>
          <w:sz w:val="20"/>
        </w:rPr>
        <w:t>[15]</w:t>
      </w:r>
    </w:p>
    <w:p>
      <w:r>
        <w:rPr>
          <w:rFonts w:ascii="Gentium Plus" w:hAnsi="Gentium Plus"/>
          <w:sz w:val="24"/>
        </w:rPr>
        <w:t>γὰρ ὄντοιν ἁπάσης εὑρέσεως ὀργάνων, ἐμπειρίας καὶ λόγου, ὁ τὸ μὲν εὑρημένον ἐπιστάμενος, εἰπεῖν δ’ οὐκ ἔχων αὐτοῦ</w:t>
      </w:r>
    </w:p>
    <w:p>
      <w:r>
        <w:rPr>
          <w:rFonts w:ascii="Courier New" w:hAnsi="Courier New"/>
          <w:color w:val="555555"/>
          <w:sz w:val="20"/>
        </w:rPr>
        <w:t>[10 . 164]</w:t>
      </w:r>
    </w:p>
    <w:p>
      <w:r>
        <w:rPr>
          <w:rFonts w:ascii="Gentium Plus" w:hAnsi="Gentium Plus"/>
          <w:sz w:val="24"/>
        </w:rPr>
        <w:t>τοίνυν εἰδῇ πόσον ἁμαρτάνει, μικρὸν ἡσυχάσας ἀκροατὴς ἡμῶν γενέσθω· βούλομαι γάρ τινα διαλεχθῆναι τῷ μονὴν τὴν ἐμπειρίαν πρεσβεύοντι· δίκαιον γὰρ οἶμαι κᾀκεῖνον εἰπεῖν ὅπως εὗρε τουτὶ τὸ σαρκωτικὸν φάρμακον τὸ ξηρὸν, ὃ δὴ</w:t>
      </w:r>
    </w:p>
    <w:p>
      <w:r>
        <w:rPr>
          <w:rFonts w:ascii="Courier New" w:hAnsi="Courier New"/>
          <w:color w:val="555555"/>
          <w:sz w:val="20"/>
        </w:rPr>
        <w:t>[5]</w:t>
      </w:r>
    </w:p>
    <w:p>
      <w:r>
        <w:rPr>
          <w:rFonts w:ascii="Gentium Plus" w:hAnsi="Gentium Plus"/>
          <w:sz w:val="24"/>
        </w:rPr>
        <w:t>κεφαλικὸν ὀνομάζουσι· σύγκειται δὲ ἐξ ἴρεως καὶ ἀριστολο‐ χίας ὀρόβου τε καὶ λιβανωτοῦ καὶ μάννης. ἔστι καὶ ἕτερόν τι ᾧ πρὸς τοῖς εἰρημένοις καὶ φλοιὸς πάνακος ἐπεμβάλλεται· καὶ μὲν δὴ καὶ ἕτερόν ἐστιν ᾧ καὶ καδμεία πεπλυμένη προσεπεμβάλλεται. λεγέτω τοίνυν ὑπὲρ τούτων ὅπως εὑρέθη.</w:t>
      </w:r>
    </w:p>
    <w:p>
      <w:r>
        <w:rPr>
          <w:rFonts w:ascii="Courier New" w:hAnsi="Courier New"/>
          <w:color w:val="555555"/>
          <w:sz w:val="20"/>
        </w:rPr>
        <w:t>[10]</w:t>
      </w:r>
    </w:p>
    <w:p>
      <w:r>
        <w:rPr>
          <w:rFonts w:ascii="Gentium Plus" w:hAnsi="Gentium Plus"/>
          <w:sz w:val="24"/>
        </w:rPr>
        <w:t>καὶ τί μοι, φησὶ, ζητεῖν ὑπὲρ τῆς εὑρέσεως αὐτῶν, ἀλλ’ οὐ τοῖς εὑρημένοις ὀρθῶς χρῆσθαι; ταυτὶ μὲν οὖν εὐθὺς κατ’ ἀρχὰς ἀποφαίνονται, κατὰ σύμβασιν δὲ, καλοῦσι γὰρ οὕτως αὐτοὶ καὶ τῷ ῥήματι τούτῳ, ποτὲ μὲν ἐξ ὀνειράτων ἐνδέ‐ χεσθαι τὰ τοιαῦτα εὑρῆσθαί φασιν, ἔστι δ’ ὅτε κατὰ</w:t>
      </w:r>
    </w:p>
    <w:p>
      <w:r>
        <w:rPr>
          <w:rFonts w:ascii="Courier New" w:hAnsi="Courier New"/>
          <w:color w:val="555555"/>
          <w:sz w:val="20"/>
        </w:rPr>
        <w:t>[15]</w:t>
      </w:r>
    </w:p>
    <w:p>
      <w:r>
        <w:rPr>
          <w:rFonts w:ascii="Gentium Plus" w:hAnsi="Gentium Plus"/>
          <w:sz w:val="24"/>
        </w:rPr>
        <w:t>δή τινα τύχην ἐκχυθῆναι τὸ ἕτερον εἰς τὸ ἕτερον, εἶτά τινα τῷ μικτῷ τολμῆσαι χρήσασθαι, τῆς τόλμης δ’ οὐ λέγειν τὴν ἐλπίδα. ταυτὶ μὲν οὖν πρόδηλος λῆρος. ὁ δὲ τρίτος αὐτοῖς</w:t>
      </w:r>
    </w:p>
    <w:p>
      <w:r>
        <w:rPr>
          <w:rFonts w:ascii="Courier New" w:hAnsi="Courier New"/>
          <w:color w:val="555555"/>
          <w:sz w:val="20"/>
        </w:rPr>
        <w:t>[10 . 165]</w:t>
      </w:r>
    </w:p>
    <w:p>
      <w:r>
        <w:rPr>
          <w:rFonts w:ascii="Gentium Plus" w:hAnsi="Gentium Plus"/>
          <w:sz w:val="24"/>
        </w:rPr>
        <w:t>γὰρ ἐκείνων ἁπλῶν ἰδίᾳ τις πεπειραμένος ὡς σαρκωτικῶν, κᾄπειθ’ εὑρίσκων ἐνίοτε μὴ σαρκοῦντα, προσεπελογίσατο μὴ πάσῃ φύσει πᾶν ἁρμόττειν. εἰ γὰρ ὃν οὐκ ἐσάρκωσεν ἡ ἀρι‐ στολοχία, τοῦτον ὁ λιβανωτὸς ἐσάρκωσεν, ᾧ δ’ ὁ λιβανωτὸς</w:t>
      </w:r>
    </w:p>
    <w:p>
      <w:r>
        <w:rPr>
          <w:rFonts w:ascii="Courier New" w:hAnsi="Courier New"/>
          <w:color w:val="555555"/>
          <w:sz w:val="20"/>
        </w:rPr>
        <w:t>[5]</w:t>
      </w:r>
    </w:p>
    <w:p>
      <w:r>
        <w:rPr>
          <w:rFonts w:ascii="Gentium Plus" w:hAnsi="Gentium Plus"/>
          <w:sz w:val="24"/>
        </w:rPr>
        <w:t>οὐχ ἥρμοττε, τούτῳ τῆς ἴρεως προσαχθείσης ἀπήντησε τὸ δέον, εὔλογον, οἶμαι, μὴ πάντας ὑπὸ πάντων ὁμοίως διατίθεσθαι· τούτου δ’ ἅπαξ εἰς ἐπιλογισμὸν ἐλθόντος ἄμεινον ἔδοξεν ὡς οἷόν τε πλεῖστα τῶν ὁμοειδῶν εἰς ταὐτὸν ἀναμῖξαι, ἵν’ ἑκά‐ στη φύσις σώματος εὐπορῇ τοῦ προσήκοντος. καὶ μὴν, ὦ</w:t>
      </w:r>
    </w:p>
    <w:p>
      <w:r>
        <w:rPr>
          <w:rFonts w:ascii="Courier New" w:hAnsi="Courier New"/>
          <w:color w:val="555555"/>
          <w:sz w:val="20"/>
        </w:rPr>
        <w:t>[10]</w:t>
      </w:r>
    </w:p>
    <w:p>
      <w:r>
        <w:rPr>
          <w:rFonts w:ascii="Gentium Plus" w:hAnsi="Gentium Plus"/>
          <w:sz w:val="24"/>
        </w:rPr>
        <w:t>ἑταῖρε, ἐν τῇ συμπλοκῇ τῶν εἰδῶν οὐ φυλάττονται τῶν οἰκείων οὐσιῶν αἱ ἐνέργειαι, ὡς ἐπὶ ἑνὸς ἑκάστου εἴδους τῷ ὠφελεῖν εἰς νόσον ἥνπερ χρὴ θεραπεύειν εὐπορεῖν τοῦ προσήκοντος. εἰ μὲν γὰρ ἤτοι τὴν φύσιν ἠδύναντο τοῦ σώ‐ ματος ἐξευρεῖν ἢ τοῦ προσφερομένου φαρμάκου τὴν δύνα‐</w:t>
      </w:r>
    </w:p>
    <w:p>
      <w:r>
        <w:rPr>
          <w:rFonts w:ascii="Courier New" w:hAnsi="Courier New"/>
          <w:color w:val="555555"/>
          <w:sz w:val="20"/>
        </w:rPr>
        <w:t>[15]</w:t>
      </w:r>
    </w:p>
    <w:p>
      <w:r>
        <w:rPr>
          <w:rFonts w:ascii="Gentium Plus" w:hAnsi="Gentium Plus"/>
          <w:sz w:val="24"/>
        </w:rPr>
        <w:t>μιν, οὐδὲν ἂν ἴσως ἐδέησεν αὐτοῖς τῆς τοιαύτης ποικιλίας, ἓν ἑκάστοτε φάρμακον ἐφ’ ἑνὶ σώματι τὸ συμφέρον εὑρίσκειν δυναμένοις. ἐπεὶ δ’ ἀγνοοῦσιν ἑκάτερον, κακῶς</w:t>
      </w:r>
    </w:p>
    <w:p>
      <w:r>
        <w:rPr>
          <w:rFonts w:ascii="Courier New" w:hAnsi="Courier New"/>
          <w:color w:val="555555"/>
          <w:sz w:val="20"/>
        </w:rPr>
        <w:t>[10 . 166]</w:t>
      </w:r>
    </w:p>
    <w:p>
      <w:r>
        <w:rPr>
          <w:rFonts w:ascii="Gentium Plus" w:hAnsi="Gentium Plus"/>
          <w:sz w:val="24"/>
        </w:rPr>
        <w:t>σασθαι βουλόμενοι ἓν φάρμακον. τοῦτον τὸν τρόπον τῆς συνθέσεως τῶν φαρμάκων ἐγὼ πείθομαι τοῖς πρώτοις τῶν ἰατρῶν ἐπινενοῆσθαι καὶ ὡς ἀρχαῖον εὕρεμα προσίεμαι. το‐ σοῦτόν γε μὴν ἀποδεῖν ἡγοῦμαι τῆς ὄντως μεθόδου θεραπευ‐</w:t>
      </w:r>
    </w:p>
    <w:p>
      <w:r>
        <w:rPr>
          <w:rFonts w:ascii="Courier New" w:hAnsi="Courier New"/>
          <w:color w:val="555555"/>
          <w:sz w:val="20"/>
        </w:rPr>
        <w:t>[5]</w:t>
      </w:r>
    </w:p>
    <w:p>
      <w:r>
        <w:rPr>
          <w:rFonts w:ascii="Gentium Plus" w:hAnsi="Gentium Plus"/>
          <w:sz w:val="24"/>
        </w:rPr>
        <w:t>τικῆς, ὅσον εὐλογώτερός ἐστι τῶν ἐγχεομένων εἰς ἄλληλα κοσκίνων. εἰ γὰρ μὴ λογίζεται πρῶτον μὲν ὡς μόνης τῆς ἐξ ὁμοειδῶν φαρμάκων συνθέσεως, οὐ μὴν τῆς γ’ ἐξ ἐναντίων εἴρηκε τὴν μέθοδον. ἔπειθ’ ὡς ἐν τῷ πλήθει τῆς μίξεως ἓν μὲν, εἰ τύχοι, τὸ τῷ πάσχοντι προσῆκόν ἐστι φάρμακον,</w:t>
      </w:r>
    </w:p>
    <w:p>
      <w:r>
        <w:rPr>
          <w:rFonts w:ascii="Courier New" w:hAnsi="Courier New"/>
          <w:color w:val="555555"/>
          <w:sz w:val="20"/>
        </w:rPr>
        <w:t>[10]</w:t>
      </w:r>
    </w:p>
    <w:p>
      <w:r>
        <w:rPr>
          <w:rFonts w:ascii="Gentium Plus" w:hAnsi="Gentium Plus"/>
          <w:sz w:val="24"/>
        </w:rPr>
        <w:t>ἐγχωρεῖ δὲ καὶ μηδὲν, ἑπτὰ δ’ ἢ ὀκτὼ τῶν οὐκ οἰκείων· ὥστε πλείοσιν ἀριθμοῖς βλάψαι τὸ τοιοῦτον ἢ ὠφελῆσαι· ταῦτ’ εἰ μὴ λογίζεται, πλέον αὐτὸν ἀγνοεῖν ἢ γιγνώσκειν τοῦ πράγματος εἴποιμ’ ἄν. ἔλαιον γοῦν ἐγχεόμενον ἕλκει κοίλῳ πάντων ἐναντιώτατον φάρμακον· εἰ γὰρ ἐθελήσεις</w:t>
      </w:r>
    </w:p>
    <w:p>
      <w:r>
        <w:rPr>
          <w:rFonts w:ascii="Courier New" w:hAnsi="Courier New"/>
          <w:color w:val="555555"/>
          <w:sz w:val="20"/>
        </w:rPr>
        <w:t>[15]</w:t>
      </w:r>
    </w:p>
    <w:p>
      <w:r>
        <w:rPr>
          <w:rFonts w:ascii="Gentium Plus" w:hAnsi="Gentium Plus"/>
          <w:sz w:val="24"/>
        </w:rPr>
        <w:t>οὕτω θεραπεύειν, αὐτῇ γνώσεις τῇ πείρᾳ ῥυπαρὸν καὶ βρυῶ‐ δες ἀποτελούμενον τὸ ἕλκος. εἰ δὲ καὶ ἡ ὥρα τοῦ ἔτους</w:t>
      </w:r>
    </w:p>
    <w:p>
      <w:r>
        <w:rPr>
          <w:rFonts w:ascii="Courier New" w:hAnsi="Courier New"/>
          <w:color w:val="555555"/>
          <w:sz w:val="20"/>
        </w:rPr>
        <w:t>[10 . 167]</w:t>
      </w:r>
    </w:p>
    <w:p>
      <w:r>
        <w:rPr>
          <w:rFonts w:ascii="Gentium Plus" w:hAnsi="Gentium Plus"/>
          <w:sz w:val="24"/>
        </w:rPr>
        <w:t>ῥευματικώτερος ἢ καὶ περὶ τὴν δίαιτάν τι πλημμελοίη, κίν‐ δυνος τούτῳ σαπῆναι τὸ μόριον ἐν ᾧ τὸ ἕλκος ἐγένετο. κίνδυνος δὲ κᾂν εἰ κηρῷ μόνῳ χρῷο, κᾂν εἰ τήκων ἐλαίῳ· ταυτὶ μὲν οὖν διασήψει σοι τὸ ἕλκος· εἰ δὲ ἰὸν λειώσας</w:t>
      </w:r>
    </w:p>
    <w:p>
      <w:r>
        <w:rPr>
          <w:rFonts w:ascii="Courier New" w:hAnsi="Courier New"/>
          <w:color w:val="555555"/>
          <w:sz w:val="20"/>
        </w:rPr>
        <w:t>[5]</w:t>
      </w:r>
    </w:p>
    <w:p>
      <w:r>
        <w:rPr>
          <w:rFonts w:ascii="Gentium Plus" w:hAnsi="Gentium Plus"/>
          <w:sz w:val="24"/>
        </w:rPr>
        <w:t>ἐμπλάττῃς, οὐ διασήψει μὲν οὗτός γε οὐδαμῶς, ὀδύνην δ’ ἐργάσεται καὶ δῆξιν οὐ σμικρὰν, ἀνάβρωσίν τε καὶ φλεγμο‐ νήν· εἰ δὲ ἐπιπλέον χρήσαιο, καὶ σπασμόν. ἐπεὶ τοίνυν οὔτε τὸ ἔλαιον οὔτε ὁ ἰὸς οὔτε ὁ κηρὸς ἕλκος κοῖλον σαρκῶσαι δύνανται, δῆλον ὡς οὐδὲ μίξει ποτ’ αὐτὰ τῶν ἀπὸ τῆς ἐμ‐</w:t>
      </w:r>
    </w:p>
    <w:p>
      <w:r>
        <w:rPr>
          <w:rFonts w:ascii="Courier New" w:hAnsi="Courier New"/>
          <w:color w:val="555555"/>
          <w:sz w:val="20"/>
        </w:rPr>
        <w:t>[10]</w:t>
      </w:r>
    </w:p>
    <w:p>
      <w:r>
        <w:rPr>
          <w:rFonts w:ascii="Gentium Plus" w:hAnsi="Gentium Plus"/>
          <w:sz w:val="24"/>
        </w:rPr>
        <w:t>πειρίας οὐδείς· ἀλλ’ ἐγὼ μίξω γε τῷ δέοντι μέτρῳ καὶ ταῦτα καὶ ἄλλα μυρία φάρμακα τῶν βλαπτόντων ἰδίως ἕλκος κοῖ‐ λον. εἰ γὰρ μὴ ταῖς αὐταῖς δυνάμεσι βλάπτοιεν, ἀλλ’ ὑπεναν‐ τίαις, ἄμετρα δήπουθέν ἐστιν ὡς πρὸς ἕλκους κοίλου πλήρωσιν. ἀλλ’ ὅπως ἐκ δυοῖν ἀμέτροιν κράσεων ἓν ἀποτε‐</w:t>
      </w:r>
    </w:p>
    <w:p>
      <w:r>
        <w:rPr>
          <w:rFonts w:ascii="Courier New" w:hAnsi="Courier New"/>
          <w:color w:val="555555"/>
          <w:sz w:val="20"/>
        </w:rPr>
        <w:t>[15]</w:t>
      </w:r>
    </w:p>
    <w:p>
      <w:r>
        <w:rPr>
          <w:rFonts w:ascii="Gentium Plus" w:hAnsi="Gentium Plus"/>
          <w:sz w:val="24"/>
        </w:rPr>
        <w:t>λεῖται σύμμετρον, ἐν τοῖς περὶ φαρμάκων συνθέσεως ἐμάθο‐ μεν λογισμοῖς. οὔκουν ἔτι χαλεπὸν ἐξ ἐλαίου καὶ κηροῦ καὶ</w:t>
      </w:r>
    </w:p>
    <w:p>
      <w:r>
        <w:rPr>
          <w:rFonts w:ascii="Courier New" w:hAnsi="Courier New"/>
          <w:color w:val="555555"/>
          <w:sz w:val="20"/>
        </w:rPr>
        <w:t>[10 . 168]</w:t>
      </w:r>
    </w:p>
    <w:p>
      <w:r>
        <w:rPr>
          <w:rFonts w:ascii="Gentium Plus" w:hAnsi="Gentium Plus"/>
          <w:sz w:val="24"/>
        </w:rPr>
        <w:t>ξηραίνεσθαι μετρίως δεῖται τὸ τοιοῦτον ἕλκος, οὐ ξηραίνει δ’ οὔτε ὁ κηρὸς οὔτ’ ἔλαιον, εἰδείης ἂν ὡς οὔτε ἑκάτερον οὔτ’ ἄμφω πληρώσουσιν ἕλκος κοῖλον· οὐ μὴν οὐδ’ ὁ ἰὸς μόνος, ἀμέτρως γὰρ ξηραίνει. μίξας οὖν ἅπαντα συμμέτρως</w:t>
      </w:r>
    </w:p>
    <w:p>
      <w:r>
        <w:rPr>
          <w:rFonts w:ascii="Courier New" w:hAnsi="Courier New"/>
          <w:color w:val="555555"/>
          <w:sz w:val="20"/>
        </w:rPr>
        <w:t>[5]</w:t>
      </w:r>
    </w:p>
    <w:p>
      <w:r>
        <w:rPr>
          <w:rFonts w:ascii="Gentium Plus" w:hAnsi="Gentium Plus"/>
          <w:sz w:val="24"/>
        </w:rPr>
        <w:t>ξηρὸν ἐργάσασθαι δυνήσῃ φάρμακον· ὁπόσον δ’ ἑκάστου χρὴ τὸ μέτρον εἶναι δέδεικται μὲν ἤδη μοι κᾀν τοῖς περὶ φαρμά‐ κων συνθέσεως ὑπομνήμασιν, δειχθήσεται δὲ καὶ νῦν, εἰ δεηθείη, τοῦ λόγου προϊόντος. ἀποπέμψαι γάρ με χρὴ πρῶ‐ τον ἀπὸ τῶν ἐφεξῆς λόγων τὸν ἀμέθοδον ἐκεῖνον Θεσσαλὸν,</w:t>
      </w:r>
    </w:p>
    <w:p>
      <w:r>
        <w:rPr>
          <w:rFonts w:ascii="Courier New" w:hAnsi="Courier New"/>
          <w:color w:val="555555"/>
          <w:sz w:val="20"/>
        </w:rPr>
        <w:t>[10]</w:t>
      </w:r>
    </w:p>
    <w:p>
      <w:r>
        <w:rPr>
          <w:rFonts w:ascii="Gentium Plus" w:hAnsi="Gentium Plus"/>
          <w:sz w:val="24"/>
        </w:rPr>
        <w:t>ἐνδειξάμενον αὐτῷ πόσον ἁμαρτάνει τοῦ δέοντος. φρονίμῳ γὰρ ἀνθρώπῳ καὶ τὰ νῦν εἰρημένα σαφῶς ἐνδείκνυται τὴν θεραπευτικὴν μέθοδον ὁποίαν τινα εἶναι χρή. ἀλλὰ γὰρ οὐ πρὸς τοὺς τοιούτους ὁ λόγος· ὥστε ἀναγκαῖον ἔτι διαλεχθῆ‐ ναι πρὸς αὐτοὺς ἐνθένδε ποθὲν ἀρξάμενον. ἅπασα κοιλότης</w:t>
      </w:r>
    </w:p>
    <w:p>
      <w:r>
        <w:rPr>
          <w:rFonts w:ascii="Courier New" w:hAnsi="Courier New"/>
          <w:color w:val="555555"/>
          <w:sz w:val="20"/>
        </w:rPr>
        <w:t>[15]</w:t>
      </w:r>
    </w:p>
    <w:p>
      <w:r>
        <w:rPr>
          <w:rFonts w:ascii="Gentium Plus" w:hAnsi="Gentium Plus"/>
          <w:sz w:val="24"/>
        </w:rPr>
        <w:t>παρὰ φύσιν ἐνδείκνυται τὴν πλήρωσιν· ὥστε καὶ ἡ ἐν τῷ σαρκώδει μορίῳ· αὕτη δὲ ἡ πλήρωσις σκοπὸς τῆς τῶν ἰαμά‐</w:t>
      </w:r>
    </w:p>
    <w:p>
      <w:r>
        <w:rPr>
          <w:rFonts w:ascii="Courier New" w:hAnsi="Courier New"/>
          <w:color w:val="555555"/>
          <w:sz w:val="20"/>
        </w:rPr>
        <w:t>[10 . 169]</w:t>
      </w:r>
    </w:p>
    <w:p>
      <w:r>
        <w:rPr>
          <w:rFonts w:ascii="Gentium Plus" w:hAnsi="Gentium Plus"/>
          <w:sz w:val="24"/>
        </w:rPr>
        <w:t>λόγου δεόμεθα συχνοῦ καὶ πολλῶν τῶν κατὰ μέρος ἐνδείξεων, καὶ μεθόδου λογικῆς ἀκριβοῦς· ἐθεάσω γοῦν πολλάκις ἕλκη δυσίατα μὴ δυναμένους θεραπεῦσαι μήτε τοὺς τὴν ἐμπειρίαν πρεσβεύοντας ἰατροὺς τούτους δὴ τοὺς πολυφαρμάκους, ἀλλὰ</w:t>
      </w:r>
    </w:p>
    <w:p>
      <w:r>
        <w:rPr>
          <w:rFonts w:ascii="Courier New" w:hAnsi="Courier New"/>
          <w:color w:val="555555"/>
          <w:sz w:val="20"/>
        </w:rPr>
        <w:t>[5]</w:t>
      </w:r>
    </w:p>
    <w:p>
      <w:r>
        <w:rPr>
          <w:rFonts w:ascii="Gentium Plus" w:hAnsi="Gentium Plus"/>
          <w:sz w:val="24"/>
        </w:rPr>
        <w:t>μηδὲ τοὺς τὸν ἀναλογισμὸν ἐπαγγελλομένους ἅπαντας. οἱ γὰρ Θεσσάλειοι μεθοδικοὶ μὲν τοὔνομα, ταῖς δ’ ἀληθείαις ἀμέθοδοι, καθάπερ τινὲς ὄνοι λύρας οὐδ’ ἐπαΐειν ἱκανοὶ τῆς τοιαύτης θεωρίας εἰσὶ, μή τοί γε δὴ λογισμῷ τὸ δέον ἐξευρίσκειν. ἐθεάσω δὲ πολλάκις ἐπὶ τῶν τοιούτων ἑλκῶν</w:t>
      </w:r>
    </w:p>
    <w:p>
      <w:r>
        <w:rPr>
          <w:rFonts w:ascii="Courier New" w:hAnsi="Courier New"/>
          <w:color w:val="555555"/>
          <w:sz w:val="20"/>
        </w:rPr>
        <w:t>[10]</w:t>
      </w:r>
    </w:p>
    <w:p>
      <w:r>
        <w:rPr>
          <w:rFonts w:ascii="Gentium Plus" w:hAnsi="Gentium Plus"/>
          <w:sz w:val="24"/>
        </w:rPr>
        <w:t>τοὺς μὲν ἀπὸ τῆς ἐμπειρίας ἄλλοτ’ ἐπ’ ἄλλο μεταβαίνοντας φάρμακον, οὐ μὰ Δία λογισμοῦ τινος ἐξηγουμένου τῆς μετα‐ βάσεως, ἀλλ’ ἐπειδὴ πολλῶν μὲν ἐπειράθησαν πληρούντων ἕλκη κοῖλα, τὴν δ’ ὡς αὐτοὶ καλοῦσιν ἰδιοσυγκρασίαν, ἐφ’ οἷς ἕκαστον αὐτῶν εὐδοκίμησεν οὔτε διαγινώσκειν οὔτε</w:t>
      </w:r>
    </w:p>
    <w:p>
      <w:r>
        <w:rPr>
          <w:rFonts w:ascii="Courier New" w:hAnsi="Courier New"/>
          <w:color w:val="555555"/>
          <w:sz w:val="20"/>
        </w:rPr>
        <w:t>[15]</w:t>
      </w:r>
    </w:p>
    <w:p>
      <w:r>
        <w:rPr>
          <w:rFonts w:ascii="Gentium Plus" w:hAnsi="Gentium Plus"/>
          <w:sz w:val="24"/>
        </w:rPr>
        <w:t>μεμνῆσθαι δύνανται, διὰ τοῦτο καὶ νῦν οὐκ ἐπιστάμενοι μὲν ἐφ’ ὅ τι χρὴ μεταβαίνειν, ἐλπίζοντες δ’ ἐν πολλῇ τῇ κατὰ μέρος διεξόδῳ πάντως εὑρεθήσεσθαί ποτε τὸ προσῆκον, ἄλλοτ’</w:t>
      </w:r>
    </w:p>
    <w:p>
      <w:r>
        <w:rPr>
          <w:rFonts w:ascii="Courier New" w:hAnsi="Courier New"/>
          <w:color w:val="555555"/>
          <w:sz w:val="20"/>
        </w:rPr>
        <w:t>[10 . 170]</w:t>
      </w:r>
    </w:p>
    <w:p>
      <w:r>
        <w:rPr>
          <w:rFonts w:ascii="Gentium Plus" w:hAnsi="Gentium Plus"/>
          <w:sz w:val="24"/>
        </w:rPr>
        <w:t>φέροντος εὕρεσιν ἐπιτρέποντες. ὅμοιοι δ’ αὐτοῖς εἰσι, κᾂν μὴ θέλωσιν, ὅσοι τῶν δογματιζόντων ἐπὶ τὰς φυσικὰς ἀρχὰς τῶν σωμάτων οὐκ ἐδυνήθησαν ἀναβῆναι τῷ λόγῳ. καὶ γὰρ αὐτοὶ, καθότι πρόσθεν ἐδείξαμεν, ἐξ ἡμίσεώς εἰσιν ἐμπειρι‐</w:t>
      </w:r>
    </w:p>
    <w:p>
      <w:r>
        <w:rPr>
          <w:rFonts w:ascii="Courier New" w:hAnsi="Courier New"/>
          <w:color w:val="555555"/>
          <w:sz w:val="20"/>
        </w:rPr>
        <w:t>[5]</w:t>
      </w:r>
    </w:p>
    <w:p>
      <w:r>
        <w:rPr>
          <w:rFonts w:ascii="Gentium Plus" w:hAnsi="Gentium Plus"/>
          <w:sz w:val="24"/>
        </w:rPr>
        <w:t>κοὶ, οἳ οὐκ ἠδυνήθησαν διαλαβεῖν περὶ τῶν πρώτων στοι‐ χείων. περὶ δὲ τῶν ἀμεθόδων τούτων Θεσσαλείων τί ἄν τις καὶ λέγοι; μόνοι τοίνυν οἱ ὄντως μεθόδῳ θεραπεύοντες ἐξευ‐ ρίσκουσί τε τὸ δέον ἢ φάρμακον ἢ διαίτημα καθ’ ἕκαστον τῶν τοιούτων ἑλκῶν ἐπιδεικνύουσι τε τὰ σαφέστατα διὰ</w:t>
      </w:r>
    </w:p>
    <w:p>
      <w:r>
        <w:rPr>
          <w:rFonts w:ascii="Courier New" w:hAnsi="Courier New"/>
          <w:color w:val="555555"/>
          <w:sz w:val="20"/>
        </w:rPr>
        <w:t>[10]</w:t>
      </w:r>
    </w:p>
    <w:p>
      <w:r>
        <w:rPr>
          <w:rFonts w:ascii="Gentium Plus" w:hAnsi="Gentium Plus"/>
          <w:sz w:val="24"/>
        </w:rPr>
        <w:t>τῶν ἔργων αὐτῶν ὁπηλίκον ἀγαθόν ἐστι καὶ ὅσον φῶς πα‐ ρέχει πρὸς τὰς ἰάσεις ἡ περὶ φύσεως πραγματεία. καὶ γὰρ δὴ καὶ ὡς τοῖς συνεχῶς ἀφ’ ἑτέρου φαρμάκου μεταβαίνουσιν ἐφ’ ἕτερον ἐνίοτε παρορᾶται καὶ καταφρονεῖται τὸ χρήσιμον, ἐπέδειξά σοι πολλάκις ἑνὶ φαρμάκῳ τὰ τοιαῦτα τῶν ἑλκῶν</w:t>
      </w:r>
    </w:p>
    <w:p>
      <w:r>
        <w:rPr>
          <w:rFonts w:ascii="Courier New" w:hAnsi="Courier New"/>
          <w:color w:val="555555"/>
          <w:sz w:val="20"/>
        </w:rPr>
        <w:t>[15]</w:t>
      </w:r>
    </w:p>
    <w:p>
      <w:r>
        <w:rPr>
          <w:rFonts w:ascii="Gentium Plus" w:hAnsi="Gentium Plus"/>
          <w:sz w:val="24"/>
        </w:rPr>
        <w:t>θεραπεύσας ὧν ἔφθανον ἐκεῖνοι κεχρῆσθαι. κατεφρονήθη δ’ εἰκότως ἡ δύναμις τοῦ τοιούτου φαρμάκου διά τε τὴν ἀκαι‐ ρίαν τῆς χρήσεως, οὐ μόνον οὐδὲν ὠφελῆσαι δόξαντος, ἀλλὰ</w:t>
      </w:r>
    </w:p>
    <w:p>
      <w:r>
        <w:rPr>
          <w:rFonts w:ascii="Courier New" w:hAnsi="Courier New"/>
          <w:color w:val="555555"/>
          <w:sz w:val="20"/>
        </w:rPr>
        <w:t>[10 . 171]</w:t>
      </w:r>
    </w:p>
    <w:p>
      <w:r>
        <w:rPr>
          <w:rFonts w:ascii="Gentium Plus" w:hAnsi="Gentium Plus"/>
          <w:sz w:val="24"/>
        </w:rPr>
        <w:t>τὴν πρώτην χρῆσιν. ἐθεάσω δὲ καὶ ὀφθαλμῶν ὀδύνας σφο‐ δροτάτας ἰασαμένους ἡμᾶς ἢ λουτροῖς ἢ οἴνου πόσεσιν ἢ πυρίαις ἢ φλεβοτομίαις ἢ καθάρσεσιν, ἐφ’ ὧν οὐδὲν ἄλλο ἔχουσιν οἱ πολλοὶ τῶν ἰατρῶν ἢ ταυτὶ τὰ δι’ ὀπίου καὶ</w:t>
      </w:r>
    </w:p>
    <w:p>
      <w:r>
        <w:rPr>
          <w:rFonts w:ascii="Courier New" w:hAnsi="Courier New"/>
          <w:color w:val="555555"/>
          <w:sz w:val="20"/>
        </w:rPr>
        <w:t>[5]</w:t>
      </w:r>
    </w:p>
    <w:p>
      <w:r>
        <w:rPr>
          <w:rFonts w:ascii="Gentium Plus" w:hAnsi="Gentium Plus"/>
          <w:sz w:val="24"/>
        </w:rPr>
        <w:t>μανδραγόρου καὶ ὑοσκυάμου συντιθέμενα φάρμακα, μεγίστην λώβην ὀφθαλμῶν· οὐδὲ γὰρ οὐδ’ ἄλλῳ τινὶ τὴν ἐν τῷ παρα‐ χρῆμα δόκησιν τῆς ἀνωδυνίας ἀλλ’ ἢ τῷ νεκροῦν τὴν αἴσθη‐ σιν ἐργάζονται. καὶ πολλοὺς οἶσθα μετὰ τὰς τοιαύτας χρήσεις τῶν φαρμάκων, ἐπειδὰν ἀμετρότερον προσαχθῇ, μηκέτ’ ἐπαν‐</w:t>
      </w:r>
    </w:p>
    <w:p>
      <w:r>
        <w:rPr>
          <w:rFonts w:ascii="Courier New" w:hAnsi="Courier New"/>
          <w:color w:val="555555"/>
          <w:sz w:val="20"/>
        </w:rPr>
        <w:t>[10]</w:t>
      </w:r>
    </w:p>
    <w:p>
      <w:r>
        <w:rPr>
          <w:rFonts w:ascii="Gentium Plus" w:hAnsi="Gentium Plus"/>
          <w:sz w:val="24"/>
        </w:rPr>
        <w:t>ελθόντας εἰς τὸ κατὰ φύσιν, ἀλλ’ ἀρξαμένους μὲν ἐντεῦθεν ἀμυδρῶς καὶ μόγις ὁρᾷν, ἐν τῷ χρόνῳ δ’ ὑποχύσεσιν ἢ μυ‐ δριάσεσιν ἢ φθίσεσιν ἢ ῥυτιδώσεσιν ἁλόντας. οἶσθα δὲ δήπου συνδιατρίψας ἡμῖν εὐθὺς ἐκ μειρακίου, μηδὲ παρ’ ἑνὶ τῶν διδασκάλων θεασαμένους ἡμᾶς ἔργον τοιοῦτον, ἀλλ’ ἐξευρόν‐</w:t>
      </w:r>
    </w:p>
    <w:p>
      <w:r>
        <w:rPr>
          <w:rFonts w:ascii="Courier New" w:hAnsi="Courier New"/>
          <w:color w:val="555555"/>
          <w:sz w:val="20"/>
        </w:rPr>
        <w:t>[15]</w:t>
      </w:r>
    </w:p>
    <w:p>
      <w:r>
        <w:rPr>
          <w:rFonts w:ascii="Gentium Plus" w:hAnsi="Gentium Plus"/>
          <w:sz w:val="24"/>
        </w:rPr>
        <w:t>τας αὐτοὺς τῷ λογισμῷ· καὶ ὅτι γε πολλῷ χρόνῳ τὸν ἀφο‐ ρισμὸν ἀνεσκεψάμην ἐκεῖνον, ὀδύνας ὀφθαλμῶν ἀκρητοποσίη ἢ λουτρὸν ἢ πυρίη ἢ φλεβοτομίη ἢ φαρμακείη λύει, καὶ ὡς</w:t>
      </w:r>
    </w:p>
    <w:p>
      <w:r>
        <w:rPr>
          <w:rFonts w:ascii="Courier New" w:hAnsi="Courier New"/>
          <w:color w:val="555555"/>
          <w:sz w:val="20"/>
        </w:rPr>
        <w:t>[10 . 172]</w:t>
      </w:r>
    </w:p>
    <w:p>
      <w:r>
        <w:rPr>
          <w:rFonts w:ascii="Gentium Plus" w:hAnsi="Gentium Plus"/>
          <w:sz w:val="24"/>
        </w:rPr>
        <w:t>μήτε ψεῦδός τι μήτ’ ἀδύνατον λέγεσθαι· καὶ ὡς τοῦτ’ ἦν με τὸ προτρέψαν ἐπὶ τὴν ζήτησιν, ἕως οὗ καὶ ταύτην τὴν Ἱπποκράτους ὁδὸν ἐξεῦρον διορίσασθαι, πότε καὶ πῶς ἐφ’ ἑκάστου τῶν εἰρημένων χρηστέον. ὃ καὶ δῆλον ἐποίησα</w:t>
      </w:r>
    </w:p>
    <w:p>
      <w:r>
        <w:rPr>
          <w:rFonts w:ascii="Courier New" w:hAnsi="Courier New"/>
          <w:color w:val="555555"/>
          <w:sz w:val="20"/>
        </w:rPr>
        <w:t>[5]</w:t>
      </w:r>
    </w:p>
    <w:p>
      <w:r>
        <w:rPr>
          <w:rFonts w:ascii="Gentium Plus" w:hAnsi="Gentium Plus"/>
          <w:sz w:val="24"/>
        </w:rPr>
        <w:t>πολλοῖς τῶν θεασαμένων τὰ τοιαῦτα, πηλίκη μέν ἐστιν ἡ τῆς θεραπευτικῆς μεθόδου δύναμις, ἡλίκον δὲ κακὸν εἰργάσαντο μὴ φυλάξαντες τὴν παλαιὰν ἰατρικὴν οἱ τὰς νεωτέρας αἱρέ‐ σεις συστησάμενοι. ταῦτά τοι καὶ ὑμεῖς καίτοί γε ἄκοντά με κατ’ ἀρχὰς ἠναγκάσατε, λιπαροῦντες διεξελθεῖν ἅπασαν τήνδε</w:t>
      </w:r>
    </w:p>
    <w:p>
      <w:r>
        <w:rPr>
          <w:rFonts w:ascii="Courier New" w:hAnsi="Courier New"/>
          <w:color w:val="555555"/>
          <w:sz w:val="20"/>
        </w:rPr>
        <w:t>[10]</w:t>
      </w:r>
    </w:p>
    <w:p>
      <w:r>
        <w:rPr>
          <w:rFonts w:ascii="Gentium Plus" w:hAnsi="Gentium Plus"/>
          <w:sz w:val="24"/>
        </w:rPr>
        <w:t>τὴν πραγματείαν ἣν εὔχομαι μὲν τοῖς θεοῖς ὄνησίν τινα καὶ τοῖς ἄλλοις ἀνθρώποις γενέσθαι, βραχυτάτην δ’ ἔχω τὴν ἐλ‐ πίδα διὰ τὴν κατέχουσαν νῦν ὀλιγωρίαν μὲν τῶν καλῶν, ἐπίδοσιν δὲ εἰς τιμὴν πλούτου καὶ δόξης καὶ πολιτικῶν δυνά‐ μεων· ἐφ’ ἃ τοῖς ἐκτραπεῖσιν οὐκ ἐνδέχεται τἀληθὲς ἐν</w:t>
      </w:r>
    </w:p>
    <w:p>
      <w:r>
        <w:rPr>
          <w:rFonts w:ascii="Courier New" w:hAnsi="Courier New"/>
          <w:color w:val="555555"/>
          <w:sz w:val="20"/>
        </w:rPr>
        <w:t>[15]</w:t>
      </w:r>
    </w:p>
    <w:p>
      <w:r>
        <w:rPr>
          <w:rFonts w:ascii="Gentium Plus" w:hAnsi="Gentium Plus"/>
          <w:sz w:val="24"/>
        </w:rPr>
        <w:t>οὐδενὶ τῶν ὄντων ἐξευρεῖν. ἀλλὰ ταῦτα μὲν ὅπῃ τῷ θεῷ φίλον, οὕτω τελευτήσει. τὴν δ’ οὖν θεραπευτικὴν μέθοδον, ἀσκηθεῖσαν μὲν τοῖς παλαιοῖς ἰατροῖς, ὀλιγωρουμένην δὲ νῦν</w:t>
      </w:r>
    </w:p>
    <w:p>
      <w:r>
        <w:rPr>
          <w:rFonts w:ascii="Courier New" w:hAnsi="Courier New"/>
          <w:color w:val="555555"/>
          <w:sz w:val="20"/>
        </w:rPr>
        <w:t>[10 . 173]</w:t>
      </w:r>
    </w:p>
    <w:p>
      <w:r>
        <w:rPr>
          <w:rFonts w:ascii="Gentium Plus" w:hAnsi="Gentium Plus"/>
          <w:sz w:val="24"/>
        </w:rPr>
        <w:t>τὸν λόγον ἐπὶ τοῦ προκειμένου παθήματος ἕλκους κοίλου. περὶ μὲν δὴ τῆς πρώτης εὑρέσεως τῶν σαρκωσόντων τὸ τοι‐ οῦτον ἕλκος φαρμάκων ἀρκείτω τὰ μικρῷ πρόσθεν εἰρημένοι, καὶ συγχωρείσθω δ’, εἰ βούλει, τοῖς ἐμπειρικοῖς ἃ λέγουσιν</w:t>
      </w:r>
    </w:p>
    <w:p>
      <w:r>
        <w:rPr>
          <w:rFonts w:ascii="Courier New" w:hAnsi="Courier New"/>
          <w:color w:val="555555"/>
          <w:sz w:val="20"/>
        </w:rPr>
        <w:t>[5]</w:t>
      </w:r>
    </w:p>
    <w:p>
      <w:r>
        <w:rPr>
          <w:rFonts w:ascii="Gentium Plus" w:hAnsi="Gentium Plus"/>
          <w:sz w:val="24"/>
        </w:rPr>
        <w:t>ἅπαντα. περὶ δὲ τῆς τῶν εὑρημένων χρήσεως ἐπὶ μὲν τῶν ἔργων αὐτῶν ἐπέδειξά σοι πολλάκις· οὐδὲν δ’ ἧττον καὶ νῦν ἐπιδεῖξαι τῷ λόγῳ πειράσομαι πῶς ἐν οἷς ἂν μηδὲν δράσῃ τὸ σύνηθες ἑκάστῳ φάρμακον, ἐπ’ ἄλλο μεταβαίνειν εὐμηχά‐ νως τε καὶ τεχνικῶς ἀποροῦσιν οἱ ἐμπειρικοί. καὶ τοῦτ’ εὐλό‐</w:t>
      </w:r>
    </w:p>
    <w:p>
      <w:r>
        <w:rPr>
          <w:rFonts w:ascii="Courier New" w:hAnsi="Courier New"/>
          <w:color w:val="555555"/>
          <w:sz w:val="20"/>
        </w:rPr>
        <w:t>[10]</w:t>
      </w:r>
    </w:p>
    <w:p>
      <w:r>
        <w:rPr>
          <w:rFonts w:ascii="Gentium Plus" w:hAnsi="Gentium Plus"/>
          <w:sz w:val="24"/>
        </w:rPr>
        <w:t>γως γίνεται· τοῦ γὰρ πρώτου φαρμάκου τῆς ἀποτυχίας τὴν αἰτίαν ἀγνοοῦντες, οὐδὲ φυλάξασθαι δήπουθεν αὐτὴν ἐπὶ τοῦ δευτέρου δύνανται. ἀγνοουμένης γὰρ ἔτι τῆς αἰτίας δι’ ἣν ἐνεργεῖ τὸ φάρμακον, οὐδὲ δι’ ἣν ἀποτυγχάνει γνῶναι δυνήσονται. ταύτης δ’ ἀγνοουμένης οὐδ’ ἐφ’ ἕτερον ἔτι μετα‐</w:t>
      </w:r>
    </w:p>
    <w:p>
      <w:r>
        <w:rPr>
          <w:rFonts w:ascii="Courier New" w:hAnsi="Courier New"/>
          <w:color w:val="555555"/>
          <w:sz w:val="20"/>
        </w:rPr>
        <w:t>[15]</w:t>
      </w:r>
    </w:p>
    <w:p>
      <w:r>
        <w:rPr>
          <w:rFonts w:ascii="Gentium Plus" w:hAnsi="Gentium Plus"/>
          <w:sz w:val="24"/>
        </w:rPr>
        <w:t>βαίνειν εὐλόγως ἐγχωρεῖ, φυλάξασθαι γὰρ οὐδ’ ἐπ’ ἐκείνου δυνήσονται τὴν αὐτὴν αἰτίαν. Εἴπωμεν οὖν ἡμεῖς ἤδη τὴν Ἱπποκρά‐</w:t>
      </w:r>
    </w:p>
    <w:p>
      <w:r>
        <w:rPr>
          <w:rFonts w:ascii="Courier New" w:hAnsi="Courier New"/>
          <w:color w:val="555555"/>
          <w:sz w:val="20"/>
        </w:rPr>
        <w:t>[10 . 174]</w:t>
      </w:r>
    </w:p>
    <w:p>
      <w:r>
        <w:rPr>
          <w:rFonts w:ascii="Gentium Plus" w:hAnsi="Gentium Plus"/>
          <w:sz w:val="24"/>
        </w:rPr>
        <w:t>χεσθαι δὲ δήπουθεν αὐτὴν ἐκ τῆς οὐσίας χρὴ τοῦ πράγματος. ἐπεὶ τοίνυν ἐν τοῖς κοίλοις ἕλκεσι πρόκειται γεννῆσαι τὴν ἀπολωλυῖαν σάρκα, δεῖ γινώσκειν τὶ περὶ σαρκὸς γενέσεως, ὡς ὕλη μὲν αὐτῆς αἷμα χρηστὸν, ὁ δ’ οἷον δημιουργός τε καὶ</w:t>
      </w:r>
    </w:p>
    <w:p>
      <w:r>
        <w:rPr>
          <w:rFonts w:ascii="Courier New" w:hAnsi="Courier New"/>
          <w:color w:val="555555"/>
          <w:sz w:val="20"/>
        </w:rPr>
        <w:t>[5]</w:t>
      </w:r>
    </w:p>
    <w:p>
      <w:r>
        <w:rPr>
          <w:rFonts w:ascii="Gentium Plus" w:hAnsi="Gentium Plus"/>
          <w:sz w:val="24"/>
        </w:rPr>
        <w:t>τεχνίτης ἡ φύσις. ἀλλ’ οὐχ ἁπλῶς εἰπεῖν χρὴ φύσιν, ἀλλὰ προσθεῖναι τὴν τίνων καὶ ποῦ. δῆλον δὲ ὅτι τῶν ὑποκειμέ‐ νων σωμάτων οἷς σὰρξ ἐπιτρέφεσθαι μέλλει, τούτων ἡ φύσις ἔσται δημιουργὸς τῆς γενηθησομένης σαρκός. ἀλλ’ ἡ φύσις ἑκάστου τῶν σωμάτων ἐδείχθη κατά τινα θερμοῦ καὶ ψυ‐</w:t>
      </w:r>
    </w:p>
    <w:p>
      <w:r>
        <w:rPr>
          <w:rFonts w:ascii="Courier New" w:hAnsi="Courier New"/>
          <w:color w:val="555555"/>
          <w:sz w:val="20"/>
        </w:rPr>
        <w:t>[10]</w:t>
      </w:r>
    </w:p>
    <w:p>
      <w:r>
        <w:rPr>
          <w:rFonts w:ascii="Gentium Plus" w:hAnsi="Gentium Plus"/>
          <w:sz w:val="24"/>
        </w:rPr>
        <w:t>χροῦ καὶ ξηροῦ καὶ ὑγροῦ κρᾶσιν ἀποτελεῖσθαι. δῆλον οὖν ὡς ἡ τούτων εὐκρασία κατὰ τὸ ὑποκείμενον μόριον ᾧ μέλ‐ λομεν ἐπιθρέψειν τὴν λείπουσαν σάρκα τὸν λόγον ἕξει τοῦ δημιουργοῦ. πρῶτον μὲν οὖν ἡμῖν σκεπτέον ἐπὶ παντὸς ἕλκους κοίλου δύο ταῦτα, τό θ’ ὑποκείμενον εἰ εὐκράτως</w:t>
      </w:r>
    </w:p>
    <w:p>
      <w:r>
        <w:rPr>
          <w:rFonts w:ascii="Courier New" w:hAnsi="Courier New"/>
          <w:color w:val="555555"/>
          <w:sz w:val="20"/>
        </w:rPr>
        <w:t>[15]</w:t>
      </w:r>
    </w:p>
    <w:p>
      <w:r>
        <w:rPr>
          <w:rFonts w:ascii="Gentium Plus" w:hAnsi="Gentium Plus"/>
          <w:sz w:val="24"/>
        </w:rPr>
        <w:t>ἔχει, τουτέστιν εἰ κατὰ φύσιν. ἐδείχθη γὰρ ἡ ἐν τοῖς ὁμοιο‐ μερέσι σώμασιν ὑγεία τῶν τεττάρων οὖσα ποιοτήτων εὐκρα‐</w:t>
      </w:r>
    </w:p>
    <w:p>
      <w:r>
        <w:rPr>
          <w:rFonts w:ascii="Courier New" w:hAnsi="Courier New"/>
          <w:color w:val="555555"/>
          <w:sz w:val="20"/>
        </w:rPr>
        <w:t>[10 . 175]</w:t>
      </w:r>
    </w:p>
    <w:p>
      <w:r>
        <w:rPr>
          <w:rFonts w:ascii="Gentium Plus" w:hAnsi="Gentium Plus"/>
          <w:sz w:val="24"/>
        </w:rPr>
        <w:t>μετρον· εἰ μὲν δὴ καὶ τούτων τι μοχθηρῶς ἔχοι, πολλαὶ διαθέσεις γίγνονται παρὰ φύσιν· ἡμῖν δ’ ὑπόκειται μία κοι‐ λότης ἐν σαρκώδει μορίῳ. ὑποκείσθω τοίνυν ὑγιεινόν τε τὸ χωρίον ἥ τ’ ἐπιῤῥοὴ τοῦ αἵματος ἄμεμπτος ἐν ποσότητι καὶ</w:t>
      </w:r>
    </w:p>
    <w:p>
      <w:r>
        <w:rPr>
          <w:rFonts w:ascii="Courier New" w:hAnsi="Courier New"/>
          <w:color w:val="555555"/>
          <w:sz w:val="20"/>
        </w:rPr>
        <w:t>[5]</w:t>
      </w:r>
    </w:p>
    <w:p>
      <w:r>
        <w:rPr>
          <w:rFonts w:ascii="Gentium Plus" w:hAnsi="Gentium Plus"/>
          <w:sz w:val="24"/>
        </w:rPr>
        <w:t>ποιότητι. καὶ τούτων οὕτως ἐχόντων οὐδὲν ἂν ἔτι κωλύοι τὴν πρώτην γένεσιν τῆς σαρκὸς ἄμεμπτον γενέσθαι, μηδενὸς δεηθεῖσαν ἔξωθεν φαρμάκου· τῶν γὰρ αἰτίων ἀμφοτέρων ὑφ’ ὧν γίγνεται παρόντων καὶ μηδενὸς τῶν ἔξωθεν ἐμποδὼν ὄντος, οὐκ ἐνδέχεται κωλυθῆναι τὴν τῆς σαρκὸς γένεσιν. ἀλλ’</w:t>
      </w:r>
    </w:p>
    <w:p>
      <w:r>
        <w:rPr>
          <w:rFonts w:ascii="Courier New" w:hAnsi="Courier New"/>
          <w:color w:val="555555"/>
          <w:sz w:val="20"/>
        </w:rPr>
        <w:t>[10]</w:t>
      </w:r>
    </w:p>
    <w:p>
      <w:r>
        <w:rPr>
          <w:rFonts w:ascii="Gentium Plus" w:hAnsi="Gentium Plus"/>
          <w:sz w:val="24"/>
        </w:rPr>
        <w:t>ἐν αὐτῷ δὴ τῷ γεννᾶσθαι τὴν πρώτην σάρκα περίττωμα διτ‐ τὸν ἀνάγκη γίγνεσθαι, καθότι καὶ τοῦτ’ ἐν τοῖς περὶ φύσεως εἴρηται λογισμοῖς, ὡς ἁπάσῃ τῇ κατὰ ποιότητα μετακοσμήσει τῆς τροφῆς ἕτερον μὲν παχύτερον, ἕτερον δὲ λεπτότερον ἕπεται περίττωμα. τούτων τῶν περιττωμάτων καὶ καθ’ ὅλον</w:t>
      </w:r>
    </w:p>
    <w:p>
      <w:r>
        <w:rPr>
          <w:rFonts w:ascii="Courier New" w:hAnsi="Courier New"/>
          <w:color w:val="555555"/>
          <w:sz w:val="20"/>
        </w:rPr>
        <w:t>[15]</w:t>
      </w:r>
    </w:p>
    <w:p>
      <w:r>
        <w:rPr>
          <w:rFonts w:ascii="Gentium Plus" w:hAnsi="Gentium Plus"/>
          <w:sz w:val="24"/>
        </w:rPr>
        <w:t>τὸ σῶμα γιγνομένων, ἀεὶ τὸ μὲν λεπτότερον ἡ ἄδηλός ἐστι διαπνοή· γίγνεται δὲ καὶ δήλη πολλάκις, ὅταν ἤτοι τὸ ἔμφυ‐ τον ἀῤῥωστήσῃ θερμὸν ἢ τροφῇ χρήσηται πλείονι τοῦ δέον‐</w:t>
      </w:r>
    </w:p>
    <w:p>
      <w:r>
        <w:rPr>
          <w:rFonts w:ascii="Courier New" w:hAnsi="Courier New"/>
          <w:color w:val="555555"/>
          <w:sz w:val="20"/>
        </w:rPr>
        <w:t>[10 . 176]</w:t>
      </w:r>
    </w:p>
    <w:p>
      <w:r>
        <w:rPr>
          <w:rFonts w:ascii="Gentium Plus" w:hAnsi="Gentium Plus"/>
          <w:sz w:val="24"/>
        </w:rPr>
        <w:t>ὁ ἐπιτρεφόμενός ἐστι τοῖς σώμασιν ἡμῶν ῥύπος· καὶ δὴ κᾀν τοῖς ἕλκεσιν ἰχὼρ μὲν καλεῖται τὸ λεπτὸν περίττωμα, ῥύπος δ’ ἕλκους τὸ παχύ. καὶ διὰ μὲν τὸ λεπτὸν περίττωμα ὑγρὸν τὸ ἕλκος γίγνεται, διὰ δὲ τὸ παχὺ ῥυπαρόν· καὶ δεῖται διὰ</w:t>
      </w:r>
    </w:p>
    <w:p>
      <w:r>
        <w:rPr>
          <w:rFonts w:ascii="Courier New" w:hAnsi="Courier New"/>
          <w:color w:val="555555"/>
          <w:sz w:val="20"/>
        </w:rPr>
        <w:t>[5]</w:t>
      </w:r>
    </w:p>
    <w:p>
      <w:r>
        <w:rPr>
          <w:rFonts w:ascii="Gentium Plus" w:hAnsi="Gentium Plus"/>
          <w:sz w:val="24"/>
        </w:rPr>
        <w:t>τοῦτο διττῶν φαρμάκων, ὡς μὲν ὑγρὸν τῶν ξηραινόντων, ὡς δὲ ῥυπαρὸν τῶν καθαιρόντων αὐτό. κατ’ οὐδένα τοίνυν χρόνον τῆς φύσεως ἀργούσης οὐδεὶς ἔσται καιρὸς ἐν ᾧ μὴ ταῦτ’ ἄμφω κατὰ τὸ κοῖλον ἕλκος ἀθροισθήσεται· ὥστε οὐδὲ χρόνος ἔσται καθ’ ὃν οὐ δεήσεται τῶν φαρμάκων ἀμφοτέρων,</w:t>
      </w:r>
    </w:p>
    <w:p>
      <w:r>
        <w:rPr>
          <w:rFonts w:ascii="Courier New" w:hAnsi="Courier New"/>
          <w:color w:val="555555"/>
          <w:sz w:val="20"/>
        </w:rPr>
        <w:t>[10]</w:t>
      </w:r>
    </w:p>
    <w:p>
      <w:r>
        <w:rPr>
          <w:rFonts w:ascii="Gentium Plus" w:hAnsi="Gentium Plus"/>
          <w:sz w:val="24"/>
        </w:rPr>
        <w:t>τοῦ τε ξηραίνοντος καὶ τοῦ καθαίροντος. ὁποῖον μὲν οὖν εἶναι χρὴ τῷ γένει τὸ φάρμακον εὕρηται· ἀλλ’ οὐκ ἀρκεῖ τοῦτο, χρὴ γάρ τι τῶν κατ’ εἶδος ἐξευρεῖν ὃ προσαχθήσεται. πόθεν οὖν ἐκεῖνο κᾀκ τίνος εὑρεθήσεται μεθόδου, ἢ τῆς ἐν τοῖς περὶ φαρμάκων ἁπλῶν δυνάμεως εἰρημένης; ἐδεί‐</w:t>
      </w:r>
    </w:p>
    <w:p>
      <w:r>
        <w:rPr>
          <w:rFonts w:ascii="Courier New" w:hAnsi="Courier New"/>
          <w:color w:val="555555"/>
          <w:sz w:val="20"/>
        </w:rPr>
        <w:t>[15]</w:t>
      </w:r>
    </w:p>
    <w:p>
      <w:r>
        <w:rPr>
          <w:rFonts w:ascii="Gentium Plus" w:hAnsi="Gentium Plus"/>
          <w:sz w:val="24"/>
        </w:rPr>
        <w:t>κνυμεν γὰρ ἐν ἐκείνοις τὰ μὲν ξηραίνοντα, τὰ δ’ ὑγραίνοντα, τὰ δὲ ψύχοντα, τὰ δὲ θερμαίνοντα τῶν φαρμάκων· ἔνια δὲ</w:t>
      </w:r>
    </w:p>
    <w:p>
      <w:r>
        <w:rPr>
          <w:rFonts w:ascii="Courier New" w:hAnsi="Courier New"/>
          <w:color w:val="555555"/>
          <w:sz w:val="20"/>
        </w:rPr>
        <w:t>[10 . 177]</w:t>
      </w:r>
    </w:p>
    <w:p>
      <w:r>
        <w:rPr>
          <w:rFonts w:ascii="Gentium Plus" w:hAnsi="Gentium Plus"/>
          <w:sz w:val="24"/>
        </w:rPr>
        <w:t>καὶ ὑγραίνοντα, ἢ θερμαίνοντα καὶ ὑγραίνοντα, ἢ ψύχοντα καὶ ξηραίνοντα· εἶναί τε καθ’ ἕκαστον αὐτῶν ἄπειρον μέν τι τῷ πλήθει τὸ μᾶλλόν τε καὶ ἧττον· εἰς δὲ τὴν χρείαν τὴν ἰατρικὴν ὅροις εὐσήμοις περιγραφόμενον, πρώτης τινὸς ἐν</w:t>
      </w:r>
    </w:p>
    <w:p>
      <w:r>
        <w:rPr>
          <w:rFonts w:ascii="Courier New" w:hAnsi="Courier New"/>
          <w:color w:val="555555"/>
          <w:sz w:val="20"/>
        </w:rPr>
        <w:t>[5]</w:t>
      </w:r>
    </w:p>
    <w:p>
      <w:r>
        <w:rPr>
          <w:rFonts w:ascii="Gentium Plus" w:hAnsi="Gentium Plus"/>
          <w:sz w:val="24"/>
        </w:rPr>
        <w:t>αὐτοῖς γινομένης τάξεως καὶ δευτέρας καὶ τρίτης καὶ τετάρ‐ της. ἐκ ποίας οὖν τάξεως ἔσται τὸ σαρκωτικὸν φάρμακον, ὃ δὴ μετρίως ἔφαμεν χρῆναι ξηραίνειν τε καὶ ῥύπτειν; ἐκ τῆς πρώτης δηλονότι· μᾶλλον γὰρ ἐπιταθὲν ὡς μὴ μόνον ἐκδα‐ πανᾷν τὸ περιττὸν τῆς ἀποῤῥεούσης ὑγρότητος, ἀλλὰ καὶ</w:t>
      </w:r>
    </w:p>
    <w:p>
      <w:r>
        <w:rPr>
          <w:rFonts w:ascii="Courier New" w:hAnsi="Courier New"/>
          <w:color w:val="555555"/>
          <w:sz w:val="20"/>
        </w:rPr>
        <w:t>[10]</w:t>
      </w:r>
    </w:p>
    <w:p>
      <w:r>
        <w:rPr>
          <w:rFonts w:ascii="Gentium Plus" w:hAnsi="Gentium Plus"/>
          <w:sz w:val="24"/>
        </w:rPr>
        <w:t>αὐτοῦ τοῦ ἐπιῤῥέοντος αἵματος ἅπτεσθαι, κωλύσει τὴν σάρ‐ κωσιν ἀναλίσκον αὐτῆς τὴν ὕλην. ἐδείχθη δὲ τοιαῦτα, λιβα‐ νωτός τε καὶ κρίθινον ἄλευρον καὶ κυάμινον ὀρόβινόν τε καὶ ἴρις ἀριστολοχία τε καὶ καδμεία καὶ πάναξ καὶ πομφόλυξ· ἅπαντα δὲ ταῦτα ἀλλήλων ἐδείκνυτο διαφέροντα τῷ τε μᾶλ‐</w:t>
      </w:r>
    </w:p>
    <w:p>
      <w:r>
        <w:rPr>
          <w:rFonts w:ascii="Courier New" w:hAnsi="Courier New"/>
          <w:color w:val="555555"/>
          <w:sz w:val="20"/>
        </w:rPr>
        <w:t>[15]</w:t>
      </w:r>
    </w:p>
    <w:p>
      <w:r>
        <w:rPr>
          <w:rFonts w:ascii="Gentium Plus" w:hAnsi="Gentium Plus"/>
          <w:sz w:val="24"/>
        </w:rPr>
        <w:t>λον καὶ ἧττον. καὶ τῷ μὲν ἁπλᾶς ἔχειν τὰς ἐπικρατούσας δυνάμεις, τὰ δὲ συνθέτους. ἀριστολοχία μὲν γὰρ καὶ πάναξ</w:t>
      </w:r>
    </w:p>
    <w:p>
      <w:r>
        <w:rPr>
          <w:rFonts w:ascii="Courier New" w:hAnsi="Courier New"/>
          <w:color w:val="555555"/>
          <w:sz w:val="20"/>
        </w:rPr>
        <w:t>[10 . 178]</w:t>
      </w:r>
    </w:p>
    <w:p>
      <w:r>
        <w:rPr>
          <w:rFonts w:ascii="Gentium Plus" w:hAnsi="Gentium Plus"/>
          <w:sz w:val="24"/>
        </w:rPr>
        <w:t>τὸ δὲ κρίθινον καὶ τὸ κυάμινον ἄλευρον ἧττον πολὺ ἐκείνων ξηραίνει καὶ ἥκιστα θερμότητος μετέχει· λιβανωτὸς δὲ θερμὸς μέν ἐστι μετρίως, ἧττον δὲ τούτων ξηραίνει, ὥστε τινὰς φύ‐ σεις σωμάτων οὐδὲ ξηραίνει τὴν ἀρχήν· ὀρόβινον δὲ καὶ</w:t>
      </w:r>
    </w:p>
    <w:p>
      <w:r>
        <w:rPr>
          <w:rFonts w:ascii="Courier New" w:hAnsi="Courier New"/>
          <w:color w:val="555555"/>
          <w:sz w:val="20"/>
        </w:rPr>
        <w:t>[5]</w:t>
      </w:r>
    </w:p>
    <w:p>
      <w:r>
        <w:rPr>
          <w:rFonts w:ascii="Gentium Plus" w:hAnsi="Gentium Plus"/>
          <w:sz w:val="24"/>
        </w:rPr>
        <w:t>ἴρις ἐν τῷ μεταξὺ τούτων τε καὶ ἀριστολοχίας καὶ πάνακός ἐστιν. ὅπερ δ’ ὁ λόγος ἐκίνησε χρησίμως αὖθις ἀναλάβωμεν. ὁ γάρ τοι λιβανωτὸς ὑγρὰν μὲν φύσιν σώματος σαρκῶσαι δύναται, ξηρὰν δ’ οὐ δύναται· χρὴ γὰρ ἐπίστασθαι περὶ τῶν πρώτων ἐνδείξεων ὡς δύο ἐστὸν αὐτῶν αἱ διαφοραὶ, τοῦ</w:t>
      </w:r>
    </w:p>
    <w:p>
      <w:r>
        <w:rPr>
          <w:rFonts w:ascii="Courier New" w:hAnsi="Courier New"/>
          <w:color w:val="555555"/>
          <w:sz w:val="20"/>
        </w:rPr>
        <w:t>[10]</w:t>
      </w:r>
    </w:p>
    <w:p>
      <w:r>
        <w:rPr>
          <w:rFonts w:ascii="Gentium Plus" w:hAnsi="Gentium Plus"/>
          <w:sz w:val="24"/>
        </w:rPr>
        <w:t>μὲν κατὰ φύσιν τὴν φυλακὴν ἐνδεικνυμένου καὶ διὰ τοῦτο ὁμοίων ἑαυτοῦ δεομένου, τοῦ δὲ παρὰ φύσιν τὴν ἀναίρεσιν τὴν ἑαυτοῦ καὶ διὰ τοῦτο τῶν ἐναντίων· φθείρεται γὰρ πᾶν εἰς ἐναντία τε καὶ δι’ ἐναντίων. τὸ μὲν οὖν ἕλκος ὅσῳπερ ἂν ὑγρότερον ᾖ, τοσούτῳ δεῖται φαρμάκου ξηραίνοντος μᾶλλον·</w:t>
      </w:r>
    </w:p>
    <w:p>
      <w:r>
        <w:rPr>
          <w:rFonts w:ascii="Courier New" w:hAnsi="Courier New"/>
          <w:color w:val="555555"/>
          <w:sz w:val="20"/>
        </w:rPr>
        <w:t>[15]</w:t>
      </w:r>
    </w:p>
    <w:p>
      <w:r>
        <w:rPr>
          <w:rFonts w:ascii="Gentium Plus" w:hAnsi="Gentium Plus"/>
          <w:sz w:val="24"/>
        </w:rPr>
        <w:t>ἡ φύσις δ’ αὐτοῦ τοῦ σώματος ὅσῳπερ ἂν ὑγροτέρα τύχῃ, τοσούτῳ δεῖται φαρμάκου ξηραίνοντος ἧττον· ὥστε τῶν ἴσην ὑγρότητα ἐχόντων ἑλκῶν τὸ μὲν ἐν ξηροτέρᾳ τῇ τοῦ κάμνον‐</w:t>
      </w:r>
    </w:p>
    <w:p>
      <w:r>
        <w:rPr>
          <w:rFonts w:ascii="Courier New" w:hAnsi="Courier New"/>
          <w:color w:val="555555"/>
          <w:sz w:val="20"/>
        </w:rPr>
        <w:t>[10 . 179]</w:t>
      </w:r>
    </w:p>
    <w:p>
      <w:r>
        <w:rPr>
          <w:rFonts w:ascii="Gentium Plus" w:hAnsi="Gentium Plus"/>
          <w:sz w:val="24"/>
        </w:rPr>
        <w:t>τοσούτῳ καταδεέστερον, ὅσῳπερ ἂν καὶ ἡ φύσις τῆς φύσεως ἀπολείπηται· τὴν γὰρ ἐπιτρεφομένην σάρκα παραπλησίαν εἶναι χρὴ τῇ προϋπαρχούσῃ. ξηροτέρας οὖν οὔσης τῆς ἀρ‐ χαίας ξηροτέραν χρὴ γενέσθαι καὶ τὴν νέαν, ὥστε ἐπὶ πλεῖον</w:t>
      </w:r>
    </w:p>
    <w:p>
      <w:r>
        <w:rPr>
          <w:rFonts w:ascii="Courier New" w:hAnsi="Courier New"/>
          <w:color w:val="555555"/>
          <w:sz w:val="20"/>
        </w:rPr>
        <w:t>[5]</w:t>
      </w:r>
    </w:p>
    <w:p>
      <w:r>
        <w:rPr>
          <w:rFonts w:ascii="Gentium Plus" w:hAnsi="Gentium Plus"/>
          <w:sz w:val="24"/>
        </w:rPr>
        <w:t>αὐτὴν δεῖ ξηραίνεσθαι, καὶ ὅσῳπερ ἂν ᾖ ἐπὶ πλέον ξηρὰ, ἐπὶ τοσούτῳ καὶ τὸ προσαγόμενον φάρμακον εἶναι ξηραντικώτε‐ ρον. ἐπὶ δέ γε τῆς ὑγροτέρας φύσεως εἰς τοσοῦτον αὖ πάλιν ἧττον ξηραινόντων χρεία ἐστὶ φαρμάκων, εἰς ὅσον καὶ ἡ σὰρξ ἧττόν ἐστι ξηρά. τοιαύτην οὖν ἔχει κρᾶσιν λιβανωτὸς,</w:t>
      </w:r>
    </w:p>
    <w:p>
      <w:r>
        <w:rPr>
          <w:rFonts w:ascii="Courier New" w:hAnsi="Courier New"/>
          <w:color w:val="555555"/>
          <w:sz w:val="20"/>
        </w:rPr>
        <w:t>[10]</w:t>
      </w:r>
    </w:p>
    <w:p>
      <w:r>
        <w:rPr>
          <w:rFonts w:ascii="Gentium Plus" w:hAnsi="Gentium Plus"/>
          <w:sz w:val="24"/>
        </w:rPr>
        <w:t>ὡς πρὸς ἀνθρωπίνην φύσιν σώματος. πρὸς μὲν γὰρ τὰς εὐκράτους καὶ μέσας ὁμολογεῖ, τῶν δ’ ὑγρατέρων ἀτρέμα ξηραντικώτερος ὑπάρχει, ὥσπερ οὖν αὖ καὶ τῶν ἄκρως ξη‐ ρῶν ὑγρότερος ἀτρέμα. δεόντως οὖν ἐπὶ μὲν ἐνίων ἑλκῶν τε καὶ φύσεων ὁ λιβανωτὸς ἐκπυΐσκει μὲν, οὐ μὴν καὶ σαρκοῖ·</w:t>
      </w:r>
    </w:p>
    <w:p>
      <w:r>
        <w:rPr>
          <w:rFonts w:ascii="Courier New" w:hAnsi="Courier New"/>
          <w:color w:val="555555"/>
          <w:sz w:val="20"/>
        </w:rPr>
        <w:t>[15]</w:t>
      </w:r>
    </w:p>
    <w:p>
      <w:r>
        <w:rPr>
          <w:rFonts w:ascii="Gentium Plus" w:hAnsi="Gentium Plus"/>
          <w:sz w:val="24"/>
        </w:rPr>
        <w:t>κατὰ δέ τινας ἤδη καὶ σαρκοῖ. παραφυλάξας οὖν εὑρήσεις ὁμολογοῦν τῷ λόγῳ τὸ φαινόμενον. ἐν μὲν γὰρ ταῖς ὑγρο‐ τέραις φύσεσι σαρκωτικός ἐστιν, ἐν δὲ ταῖς ξηροτέραις οὐκ‐</w:t>
      </w:r>
    </w:p>
    <w:p>
      <w:r>
        <w:rPr>
          <w:rFonts w:ascii="Courier New" w:hAnsi="Courier New"/>
          <w:color w:val="555555"/>
          <w:sz w:val="20"/>
        </w:rPr>
        <w:t>[10 . 180]</w:t>
      </w:r>
    </w:p>
    <w:p>
      <w:r>
        <w:rPr>
          <w:rFonts w:ascii="Gentium Plus" w:hAnsi="Gentium Plus"/>
          <w:sz w:val="24"/>
        </w:rPr>
        <w:t>κοῦν ἐστι, κατὰ δὲ τὰ λίαν ὑγρὰ παντάπασιν ἀδύνατος. ὁρᾷς οὖν ἤδη σαφῶς ὅσων δεῖ θεωρημάτων ἀνδρὶ μέλλοντι κατὰ μέθοδον ὀρθὴν ἕλκος ἰᾶσθαι; ἐπειδὴ γὰρ εὑρέθη πάν‐ τως ὑγρότης ἐνυπάρχουσα τῷ πάθει, τὸ ξηραῖνον ἐνεδείξατο</w:t>
      </w:r>
    </w:p>
    <w:p>
      <w:r>
        <w:rPr>
          <w:rFonts w:ascii="Courier New" w:hAnsi="Courier New"/>
          <w:color w:val="555555"/>
          <w:sz w:val="20"/>
        </w:rPr>
        <w:t>[5]</w:t>
      </w:r>
    </w:p>
    <w:p>
      <w:r>
        <w:rPr>
          <w:rFonts w:ascii="Gentium Plus" w:hAnsi="Gentium Plus"/>
          <w:sz w:val="24"/>
        </w:rPr>
        <w:t>φάρμακον. ἀλλ’ ἐπεὶ τὰ μὲν αὐτῶν μᾶλλον ξηραίνει, τὰ δ’ ἧττον, ἕκ τε τῆς τῶν ἑλκῶν διαφορᾶς τὸ χρήσιμον ἐλήφθη κᾀκ τῆς τοῦ κάμνοντος φύσεως. ὥστ’ οὐ μόνον ἀνάγκη περὶ φύσεως σώματος ἐπεσκέφθαι τῷ μέλλοντι κατὰ τρόπον ἰα‐ τρεύσειν ἕλκος, ἀλλὰ καὶ τὴν περὶ φαρμάκων θεωρίαν ἀκρι‐</w:t>
      </w:r>
    </w:p>
    <w:p>
      <w:r>
        <w:rPr>
          <w:rFonts w:ascii="Courier New" w:hAnsi="Courier New"/>
          <w:color w:val="555555"/>
          <w:sz w:val="20"/>
        </w:rPr>
        <w:t>[10]</w:t>
      </w:r>
    </w:p>
    <w:p>
      <w:r>
        <w:rPr>
          <w:rFonts w:ascii="Gentium Plus" w:hAnsi="Gentium Plus"/>
          <w:sz w:val="24"/>
        </w:rPr>
        <w:t>βῶς ἐκμεμαθηκέναι καὶ κράσεως σώματος ὑγρᾶς καὶ ξηρᾶς ἐπίστασθαι γνωρίσματα. θέασαι τοίνυν ὅση τῶν μεθοδικῶν ἐστιν ἡ περὶ τὰς ἀποφάσεις τόλμα, τοῦθ’ ἓν μόνον ἀρκεῖν αὐτοῖς ἡγουμένοις εἰς ἕλκους ἴασιν κοίλου, τὸ γινώσκειν ὅτι πληρωτέον τέ ἐστιν αὐτὸ καὶ σαρκωτέον· οὐ γὰρ ἐν τούτῳ γε</w:t>
      </w:r>
    </w:p>
    <w:p>
      <w:r>
        <w:rPr>
          <w:rFonts w:ascii="Courier New" w:hAnsi="Courier New"/>
          <w:color w:val="555555"/>
          <w:sz w:val="20"/>
        </w:rPr>
        <w:t>[15]</w:t>
      </w:r>
    </w:p>
    <w:p>
      <w:r>
        <w:rPr>
          <w:rFonts w:ascii="Gentium Plus" w:hAnsi="Gentium Plus"/>
          <w:sz w:val="24"/>
        </w:rPr>
        <w:t>τὸ θεραπεύειν ἐστὶν, ἀλλ’ ἐν τῷ τὸ σαρκῶσον ἐξευρεῖν. ἀλλ’ εὕρηται, φησὶ, τὸ σαρκῶσον τῇ πείρᾳ. λέγε τοίνυν καὶ τὸ</w:t>
      </w:r>
    </w:p>
    <w:p>
      <w:r>
        <w:rPr>
          <w:rFonts w:ascii="Courier New" w:hAnsi="Courier New"/>
          <w:color w:val="555555"/>
          <w:sz w:val="20"/>
        </w:rPr>
        <w:t>[10 . 181]</w:t>
      </w:r>
    </w:p>
    <w:p>
      <w:r>
        <w:rPr>
          <w:rFonts w:ascii="Gentium Plus" w:hAnsi="Gentium Plus"/>
          <w:sz w:val="24"/>
        </w:rPr>
        <w:t>μηδ’ ἀνατείνου τὴν μέθοδον. καίτοι καὶ παρ’ αὐτοῖς τοῖς ἐμπειρικοῖς ἡ χωρὶς διορισμοῦ πεῖρα κατέγνωσται· γράφουσι γοῦν ἐν τοῖς περὶ φαρμάκων ὑπομνήμασιν· ἔμπλαστρος πρὸς ἁπαλόχρωτας καὶ παῖδας καὶ γυναῖκας· ἴασί τε τὸν λιβανω‐</w:t>
      </w:r>
    </w:p>
    <w:p>
      <w:r>
        <w:rPr>
          <w:rFonts w:ascii="Courier New" w:hAnsi="Courier New"/>
          <w:color w:val="555555"/>
          <w:sz w:val="20"/>
        </w:rPr>
        <w:t>[5]</w:t>
      </w:r>
    </w:p>
    <w:p>
      <w:r>
        <w:rPr>
          <w:rFonts w:ascii="Gentium Plus" w:hAnsi="Gentium Plus"/>
          <w:sz w:val="24"/>
        </w:rPr>
        <w:t>τὸν ἐπὶ τῶν τοιούτων φύσεων ἕλκη κοῖλα μηδὲν ἔχοντα σύμ‐ πτωμ’ ἕτερον, ἀνατρέφοντα καὶ πληροῦντα. πότερον δ’ ὑγρὰ τὰ τοιαῦτα σώματ’ ἐστὶ καὶ διὰ τοῦτο δεῖται μετρίως ξηραινόντων φαρμάκων, ἢ ἄλλη τις αἰτία τοῦ συμβαίνοντός ἐστιν, οὐκ ἐπίστανται. καὶ γὰρ αὖ καὶ πρὸς τὰ γεροντικὰ</w:t>
      </w:r>
    </w:p>
    <w:p>
      <w:r>
        <w:rPr>
          <w:rFonts w:ascii="Courier New" w:hAnsi="Courier New"/>
          <w:color w:val="555555"/>
          <w:sz w:val="20"/>
        </w:rPr>
        <w:t>[10]</w:t>
      </w:r>
    </w:p>
    <w:p>
      <w:r>
        <w:rPr>
          <w:rFonts w:ascii="Gentium Plus" w:hAnsi="Gentium Plus"/>
          <w:sz w:val="24"/>
        </w:rPr>
        <w:t>σώματα γεγραμμένον εὑρήσεις ἕτερον φάρμακον, ἄλλο δέ τι πρὸς τὰ δυσεπούλωτα καὶ ὀχθώδη τῶν ἑλκῶν, καὶ πολλοὺς ἄλλους διορισμοὺς ἐν ἅπασι τοῖς θεραπευτικοῖς ὑπομνήμασι γράφουσιν, ἐξ ὧν ὡς οἷόν τε πρὸς τὴν ἰδιότητα τῆς θερα‐ πευομένης φύσεως ἐξευρίσκουσι τὸ συνοῖσον φάρμακον.</w:t>
      </w:r>
    </w:p>
    <w:p>
      <w:r>
        <w:rPr>
          <w:rFonts w:ascii="Courier New" w:hAnsi="Courier New"/>
          <w:color w:val="555555"/>
          <w:sz w:val="20"/>
        </w:rPr>
        <w:t>[15]</w:t>
      </w:r>
    </w:p>
    <w:p>
      <w:r>
        <w:rPr>
          <w:rFonts w:ascii="Gentium Plus" w:hAnsi="Gentium Plus"/>
          <w:sz w:val="24"/>
        </w:rPr>
        <w:t>ἅπαντες γὰρ οἱ διορισμοὶ κατὰ τὰς τέχνας ἀπὸ τοῦ κοινοῦ πειρῶνται τὸ ἴδιον χωρίζειν· καὶ ὅσῳπερ ἄν τις πλείω διορί‐</w:t>
      </w:r>
    </w:p>
    <w:p>
      <w:r>
        <w:rPr>
          <w:rFonts w:ascii="Courier New" w:hAnsi="Courier New"/>
          <w:color w:val="555555"/>
          <w:sz w:val="20"/>
        </w:rPr>
        <w:t>[10 . 182]</w:t>
      </w:r>
    </w:p>
    <w:p>
      <w:r>
        <w:rPr>
          <w:rFonts w:ascii="Gentium Plus" w:hAnsi="Gentium Plus"/>
          <w:sz w:val="24"/>
        </w:rPr>
        <w:t>ἀκριβῶς ἴδιον, οὔτε γραφῆναι δυνατόν ἐστιν οὔτε λεχθῆναι· διὸ καὶ τῶν ἐμπειρικῶν τοῖς μάλιστα τῶν ἔργων τῆς τέχ‐ νης φροντίσασι καὶ σχεδὸν ἅπασι τοῖς δογματικοῖς ὡμολό‐ γηται τὸ μηδεμίαν οἷόν τ’ εἶναι γραφῆναι θεραπείαν ἀκριβῶς,</w:t>
      </w:r>
    </w:p>
    <w:p>
      <w:r>
        <w:rPr>
          <w:rFonts w:ascii="Courier New" w:hAnsi="Courier New"/>
          <w:color w:val="555555"/>
          <w:sz w:val="20"/>
        </w:rPr>
        <w:t>[5]</w:t>
      </w:r>
    </w:p>
    <w:p>
      <w:r>
        <w:rPr>
          <w:rFonts w:ascii="Gentium Plus" w:hAnsi="Gentium Plus"/>
          <w:sz w:val="24"/>
        </w:rPr>
        <w:t>ἀλλὰ τὸ λεῖπον εἰς τὸν στοχασμὸν τῆς τοῦ κάμνοντος φύσεως οἱ μὲν ἐκ τῆς ἑκάστου τῶν θεραπευόντων οἰκείας τριβῆς, οἱ δ’ ἐκ τοῦ λογικῶς τετεχνᾶσθαι φασὶ χρῆναι προστιθέναι· οὐδεὶς δ’ αὐτῶν οὕτως ἦν εὐχερὴς, ὡς ἅπαντος ἕλκους κοίλου φάρμακον ἓν ἔχειν ἐπαγγέλλεσθαι σαρκωτικόν· οὐ γὰρ εὑρή‐</w:t>
      </w:r>
    </w:p>
    <w:p>
      <w:r>
        <w:rPr>
          <w:rFonts w:ascii="Courier New" w:hAnsi="Courier New"/>
          <w:color w:val="555555"/>
          <w:sz w:val="20"/>
        </w:rPr>
        <w:t>[10]</w:t>
      </w:r>
    </w:p>
    <w:p>
      <w:r>
        <w:rPr>
          <w:rFonts w:ascii="Gentium Plus" w:hAnsi="Gentium Plus"/>
          <w:sz w:val="24"/>
        </w:rPr>
        <w:t>σεις ἐν οὐδενὶ τοιοῦτον φάρμακον, οἷον πᾶν ἕλκος κοῖλον ἰᾶσθαι, ἀλλὰ παρὰ τὸ πλῆθος τῆς ὑγρότητός τε καὶ τοῦ ῥύπου καὶ αὐτὴν τοῦ κάμνοντος τὴν κρᾶσιν ὑπαλλάττεσθαι χρὴ τὸ φάρμακον. ἐάσαντες οὖν ἐνταῦθα τὴν ἀναισχυντίαν τῶν μεθοδικῶν ἴδωμεν ὅ τι ποτὲ λέγουσιν οἱ ἀπὸ τῆς ἐμ‐</w:t>
      </w:r>
    </w:p>
    <w:p>
      <w:r>
        <w:rPr>
          <w:rFonts w:ascii="Courier New" w:hAnsi="Courier New"/>
          <w:color w:val="555555"/>
          <w:sz w:val="20"/>
        </w:rPr>
        <w:t>[15]</w:t>
      </w:r>
    </w:p>
    <w:p>
      <w:r>
        <w:rPr>
          <w:rFonts w:ascii="Gentium Plus" w:hAnsi="Gentium Plus"/>
          <w:sz w:val="24"/>
        </w:rPr>
        <w:t>πειρίας, ἐκ τῆς ἰδίας ἑκάστου τριβῆς καὶ γυμνασίας εἰσφέ‐ ρεσθαί τι χρῆναι πρὸς τὴν τῶν οἰκείων τῷ κάμνοντι φαρμά‐ κων εὕρεσεν ἀξιοῦντες. ὡς γὰρ καὶ πολλάκις εἰρήκαμεν,</w:t>
      </w:r>
    </w:p>
    <w:p>
      <w:r>
        <w:rPr>
          <w:rFonts w:ascii="Courier New" w:hAnsi="Courier New"/>
          <w:color w:val="555555"/>
          <w:sz w:val="20"/>
        </w:rPr>
        <w:t>[10 . 183]</w:t>
      </w:r>
    </w:p>
    <w:p>
      <w:r>
        <w:rPr>
          <w:rFonts w:ascii="Gentium Plus" w:hAnsi="Gentium Plus"/>
          <w:sz w:val="24"/>
        </w:rPr>
        <w:t>ἄῤῥητον ὑπάρχει κατ’ εἶδος, ἀλλ’ ὃ μήτε ῥηθῆναι μήτε γρα‐ φῆναι μήθ’ ὅλως διδαχθῆναι δύναται τὸ ποσόν ἐστιν ἐν ἑκάστῳ· καὶ δὴ κᾀπὶ τῶν ἑλκῶν ἡ μὲν ὑγρότης καὶ ὁ ῥύ‐ πος οὐκ ἄῤῥητα, τὸ ποσὸν δ’ ἄῤῥητον ἐν ἑκατέρῳ· καίτοι</w:t>
      </w:r>
    </w:p>
    <w:p>
      <w:r>
        <w:rPr>
          <w:rFonts w:ascii="Courier New" w:hAnsi="Courier New"/>
          <w:color w:val="555555"/>
          <w:sz w:val="20"/>
        </w:rPr>
        <w:t>[5]</w:t>
      </w:r>
    </w:p>
    <w:p>
      <w:r>
        <w:rPr>
          <w:rFonts w:ascii="Gentium Plus" w:hAnsi="Gentium Plus"/>
          <w:sz w:val="24"/>
        </w:rPr>
        <w:t>κᾀνταῦθα προσέρχεσθαί πως βουλόμεθα τῇ δηλώσει πλησίον, ὀλίγον καὶ πολὺν λέγοντες ῥύπον καὶ λεπτὸν καὶ παχὺν καὶ παντελῶς ὀλίγον καὶ λίαν πολὺν καὶ μέτριον καὶ σύμμετρον καί πως ἄλλως οὕτως ὀνομάζοντες πολυειδῶς, ἵν’ ὡς οἷόν τε πλησίον ἀφικώμεθα τῆς δηλώσεως τοῦ ποσοῦ. πρόσχες οὖν</w:t>
      </w:r>
    </w:p>
    <w:p>
      <w:r>
        <w:rPr>
          <w:rFonts w:ascii="Courier New" w:hAnsi="Courier New"/>
          <w:color w:val="555555"/>
          <w:sz w:val="20"/>
        </w:rPr>
        <w:t>[10]</w:t>
      </w:r>
    </w:p>
    <w:p>
      <w:r>
        <w:rPr>
          <w:rFonts w:ascii="Gentium Plus" w:hAnsi="Gentium Plus"/>
          <w:sz w:val="24"/>
        </w:rPr>
        <w:t>ἤδη μοι τὸν νοῦν ἀκριβῶς, ἵν’ εἰδῇς ὅσον πλεονεκτεῖ τὸ με‐ θόδῳ ποιεῖν ὁτιοῦν τοῦ δι’ ἐμπειρίας μόνης. ἔστω γὰρ ἐγνῶ‐ σθαι τόδε τι τὸ φάρμακον ἕλκους κοίλου σαρκωτικὸν ἐπὶ τῶν ὡς ἂν μὲν ἡμεῖς εἴποιμεν ὑγροτέρων τὴν κρᾶσιν, ὡς δ’ ὁ τηρητικός τε καὶ ἐμπειρικὸς, ἁπαλοχρώτων τε καὶ παίδων</w:t>
      </w:r>
    </w:p>
    <w:p>
      <w:r>
        <w:rPr>
          <w:rFonts w:ascii="Courier New" w:hAnsi="Courier New"/>
          <w:color w:val="555555"/>
          <w:sz w:val="20"/>
        </w:rPr>
        <w:t>[15]</w:t>
      </w:r>
    </w:p>
    <w:p>
      <w:r>
        <w:rPr>
          <w:rFonts w:ascii="Gentium Plus" w:hAnsi="Gentium Plus"/>
          <w:sz w:val="24"/>
        </w:rPr>
        <w:t>καὶ γυναικῶν, εἶτα νῦν τῷ τοιούτῳ προσαγόμενον ὀνῆσαι μηδέν. ἡμεῖς μὲν οὖν ζητήσωμεν κατὰ τί μηδὲν ὠφέλησεν, εἰς</w:t>
      </w:r>
    </w:p>
    <w:p>
      <w:r>
        <w:rPr>
          <w:rFonts w:ascii="Courier New" w:hAnsi="Courier New"/>
          <w:color w:val="555555"/>
          <w:sz w:val="20"/>
        </w:rPr>
        <w:t>[10 . 184]</w:t>
      </w:r>
    </w:p>
    <w:p>
      <w:r>
        <w:rPr>
          <w:rFonts w:ascii="Gentium Plus" w:hAnsi="Gentium Plus"/>
          <w:sz w:val="24"/>
        </w:rPr>
        <w:t>ἀμετρότερον ἐξήρανε· καὶ σημεῖά γε τούτων τόν τε ῥύπον ἕξομεν καὶ τὸν ἰχῶρα. εἰ μὲν γὰρ πλείων ὁ ῥύπος, ὑγρότε‐ ρόν τε ὅλον εἴη τὸ ἕλκος, ἐνδεέστερον ἐξήρανεν· εἰ δὲ καθα‐ ρόν τε καὶ ἄνικμον εὑρεθείη, περαιτέρω τοῦ προσήκοντος.</w:t>
      </w:r>
    </w:p>
    <w:p>
      <w:r>
        <w:rPr>
          <w:rFonts w:ascii="Courier New" w:hAnsi="Courier New"/>
          <w:color w:val="555555"/>
          <w:sz w:val="20"/>
        </w:rPr>
        <w:t>[5]</w:t>
      </w:r>
    </w:p>
    <w:p>
      <w:r>
        <w:rPr>
          <w:rFonts w:ascii="Gentium Plus" w:hAnsi="Gentium Plus"/>
          <w:sz w:val="24"/>
        </w:rPr>
        <w:t>εὐθὺς δὲ καὶ τὸ ποσὸν τοῦ συμμέτρου μᾶλλον ἢ ἧττον ἐκ τοῦ ποσοῦ τῶν γνωρισμάτων εἰσόμεθα· καὶ τοσούτῳ δυνη‐ σόμεθα τὸ ἐφεξῆς φάρμακον ἢ ξηρότερον ἢ οὐ τοιοῦτον προσ‐ ενεγκεῖν. ὁ δ’ ἐμπειρικὸς ὅτι μὲν οὐκ ἐσάρκωσε τόνδέ τινα, τὸ προσαχθὲν φάρμακον ὁρᾷ· μὴ γινώσκων μέντοι πότε‐</w:t>
      </w:r>
    </w:p>
    <w:p>
      <w:r>
        <w:rPr>
          <w:rFonts w:ascii="Courier New" w:hAnsi="Courier New"/>
          <w:color w:val="555555"/>
          <w:sz w:val="20"/>
        </w:rPr>
        <w:t>[10]</w:t>
      </w:r>
    </w:p>
    <w:p>
      <w:r>
        <w:rPr>
          <w:rFonts w:ascii="Gentium Plus" w:hAnsi="Gentium Plus"/>
          <w:sz w:val="24"/>
        </w:rPr>
        <w:t>ρον τῷ μᾶλλον ἢ τῷ ἧττον ξηρᾶναι, μεταβαίνειν ἐφ’ ἕτερον ἀδυνατεῖ. κατὰ δὲ τὸν αὐτὸν τρόπον καὶ οἱ περὶ τὸν Ἐρα‐ σίστρατόν τε καὶ Ἡρόφιλον ἐξ ἡμισείας ὥσπερ καὶ πρόσθεν ἐδείξαμεν ὄντες δογματικοὶ κακῶς ἰατρεύουσιν ἕλκος· μόνα γὰρ ἐπιχειροῦσι λογικῶς θεραπεύειν ὅσα τῶν ὀργανι‐</w:t>
      </w:r>
    </w:p>
    <w:p>
      <w:r>
        <w:rPr>
          <w:rFonts w:ascii="Courier New" w:hAnsi="Courier New"/>
          <w:color w:val="555555"/>
          <w:sz w:val="20"/>
        </w:rPr>
        <w:t>[15]</w:t>
      </w:r>
    </w:p>
    <w:p>
      <w:r>
        <w:rPr>
          <w:rFonts w:ascii="Gentium Plus" w:hAnsi="Gentium Plus"/>
          <w:sz w:val="24"/>
        </w:rPr>
        <w:t>κῶν ἐστι μορίων ἴδια νοσήματα· τὸ δ’ ἕλκος, ὥσπερ καὶ πρόσθεν εἴρηται, κοινόν ἐστιν ὁμοιομερῶν τε καὶ ὀργανικῶν, ὥστε καὶ τοῦτο κατὰ τοσοῦτον ἐμπειρικῶς θεραπεύουσι, καθ’ ὅσον ἐν τοῖς ὁμοιομερέσι πέφυκε γίνεσθαι. καὶ μὲν δὴ κᾀν</w:t>
      </w:r>
    </w:p>
    <w:p>
      <w:r>
        <w:rPr>
          <w:rFonts w:ascii="Courier New" w:hAnsi="Courier New"/>
          <w:color w:val="555555"/>
          <w:sz w:val="20"/>
        </w:rPr>
        <w:t>[10 . 185]</w:t>
      </w:r>
    </w:p>
    <w:p>
      <w:r>
        <w:rPr>
          <w:rFonts w:ascii="Gentium Plus" w:hAnsi="Gentium Plus"/>
          <w:sz w:val="24"/>
        </w:rPr>
        <w:t>χειρεῖν θεραπεύειν, κᾀνταῦθα ἀναγκαῖον αὐτοῖς ἐστιν ἀπο‐ πίπτειν πολλαχῇ τοῦ λογικῶς. εἰ γὰρ αὐτὸ τὸ ἀπολωλὸς οὐσία τίς ἐστιν ὁμοιομερὴς, ἀναγκαῖόν ἐστι τὸν προνοούμενον αὐτοῦ τῆς γενέσεως ὑπὲρ ἁπάσης τῆς φύσεως ἐπίστασθαι.</w:t>
      </w:r>
    </w:p>
    <w:p>
      <w:r>
        <w:rPr>
          <w:rFonts w:ascii="Courier New" w:hAnsi="Courier New"/>
          <w:color w:val="555555"/>
          <w:sz w:val="20"/>
        </w:rPr>
        <w:t>[5]</w:t>
      </w:r>
    </w:p>
    <w:p>
      <w:r>
        <w:rPr>
          <w:rFonts w:ascii="Gentium Plus" w:hAnsi="Gentium Plus"/>
          <w:sz w:val="24"/>
        </w:rPr>
        <w:t>περὶ μὲν δὴ τούτων καὶ αὖθις εἰρήσεται. τὸ δὲ μὴ τυχὸν εἶναι πρᾶγμα, καλῶς ἕλκους προνοήσασθαι καὶ ὡς ἡ πρώτη πασῶν ἔνδειξις, ἡ καὶ τοῖς ἰδιώταις γινωσκομένη πολλοστόν ἐστι μόριον τῆς θεραπείας, ἐναργῶς ἀποδεδεῖχθαι νομίζω· καὶ γὰρ ὅτι δραστικαὶ ποιότητές εἰσι θερμότης τε καὶ ψυχρό‐</w:t>
      </w:r>
    </w:p>
    <w:p>
      <w:r>
        <w:rPr>
          <w:rFonts w:ascii="Courier New" w:hAnsi="Courier New"/>
          <w:color w:val="555555"/>
          <w:sz w:val="20"/>
        </w:rPr>
        <w:t>[10]</w:t>
      </w:r>
    </w:p>
    <w:p>
      <w:r>
        <w:rPr>
          <w:rFonts w:ascii="Gentium Plus" w:hAnsi="Gentium Plus"/>
          <w:sz w:val="24"/>
        </w:rPr>
        <w:t>της καὶ ὑγρότης καὶ ξηρότης ἀναγκαῖον ἀποδεδεῖχθαι καὶ τούτοις ἐφεξῆς ἅπαντα τὰ περὶ κράσεων ἐγνῶσθαι κατά τε τὸ ἡμέτερον σύγγραμμα καὶ τἄλλα πάντα τὰ τούτῳ πλησιά‐ ζοντα. νῦν μὲν οὖν ὁ λόγος ἐφ’ ἕλκους εἴρηται κοίλου, μό‐ νην αὐτὴν τὴν κοιλότητα θεραπευόντων ἡμῶν· ἡ γὰρ ὡς</w:t>
      </w:r>
    </w:p>
    <w:p>
      <w:r>
        <w:rPr>
          <w:rFonts w:ascii="Courier New" w:hAnsi="Courier New"/>
          <w:color w:val="555555"/>
          <w:sz w:val="20"/>
        </w:rPr>
        <w:t>[15]</w:t>
      </w:r>
    </w:p>
    <w:p>
      <w:r>
        <w:rPr>
          <w:rFonts w:ascii="Gentium Plus" w:hAnsi="Gentium Plus"/>
          <w:sz w:val="24"/>
        </w:rPr>
        <w:t>ἕλκους θεραπεία κατὰ τὸ παρὸν οὔπω λέλεκται. συνίσταται δὲ καὶ ἥδε κατὰ τὴν αὐτὴν μέθοδον· ἀπό τε γὰρ τῆς τοῦ θεραπεύοντος κράσεως λαμβάνεται καὶ προσέτι τῆς τῶν</w:t>
      </w:r>
    </w:p>
    <w:p>
      <w:r>
        <w:rPr>
          <w:rFonts w:ascii="Courier New" w:hAnsi="Courier New"/>
          <w:color w:val="555555"/>
          <w:sz w:val="20"/>
        </w:rPr>
        <w:t>[10 . 186]</w:t>
      </w:r>
    </w:p>
    <w:p>
      <w:r>
        <w:rPr>
          <w:rFonts w:ascii="Gentium Plus" w:hAnsi="Gentium Plus"/>
          <w:sz w:val="24"/>
        </w:rPr>
        <w:t>στοιχείων λόγου, μὴ συγχωρηθέντος γὰρ ἐν τῇ μεθόδῳ γενέσεως καὶ φθορᾶς αἰτίας εἶναι τὰς τέτταρας ποιότητας, οὔτ’ ἄρξασθαι τῆς μεθόδου δυνατὸν οὔτε προελθεῖν οὔτε τελειῶσαι· τὸ δ’ ἐκείνας ἐπιδεῖξαι δρώσας τε καὶ πασχούσας</w:t>
      </w:r>
    </w:p>
    <w:p>
      <w:r>
        <w:rPr>
          <w:rFonts w:ascii="Courier New" w:hAnsi="Courier New"/>
          <w:color w:val="555555"/>
          <w:sz w:val="20"/>
        </w:rPr>
        <w:t>[5]</w:t>
      </w:r>
    </w:p>
    <w:p>
      <w:r>
        <w:rPr>
          <w:rFonts w:ascii="Gentium Plus" w:hAnsi="Gentium Plus"/>
          <w:sz w:val="24"/>
        </w:rPr>
        <w:t>εἰς ἀλλήλας τῆς περὶ τῶν στοιχείων ἐστὶ θεωρίας. ὅπερ οὖν ἐν τοῖς ἔμπροσθεν ἐπεδείξαμεν, ὑπὸ τοῦ νῦν ἐνεστῶτος λόγου μαρτυρεῖται, τὸ μηδὲν δύνασθαι πραγματεύσασθαι περὶ μηδενὸς τῶν ὁμοιομερῶν τὸν ἰατρὸν ἄνευ τῆς φυσικῆς ὀνομαζομένης θεωρίας. ἀλλ’ ἐκεῖ μὲν ἐπὶ τῶν ὁμοιομερῶν</w:t>
      </w:r>
    </w:p>
    <w:p>
      <w:r>
        <w:rPr>
          <w:rFonts w:ascii="Courier New" w:hAnsi="Courier New"/>
          <w:color w:val="555555"/>
          <w:sz w:val="20"/>
        </w:rPr>
        <w:t>[10]</w:t>
      </w:r>
    </w:p>
    <w:p>
      <w:r>
        <w:rPr>
          <w:rFonts w:ascii="Gentium Plus" w:hAnsi="Gentium Plus"/>
          <w:sz w:val="24"/>
        </w:rPr>
        <w:t>ἀπεδείχθη μόνον, ἐνταῦθα δ’ ἤδη πως ὁ λόγος ἐμφανίζει μηδὲ ἐπὶ τῶν ὀργανικῶν ὁλόκληρον ἐξευρεῖν δύνασθαι τὴν θεραπείαν μηδένα χωρὶς τοῦ κᾀκείνης προσάψασθαι· δειχ‐ θήσεται δ’ ἐναργέστερον ἔτι ταὐτὸ τοῦτο παρ’ ὅλην τὴν πραγματείαν.</w:t>
      </w:r>
    </w:p>
    <w:p>
      <w:r>
        <w:rPr>
          <w:rFonts w:ascii="Courier New" w:hAnsi="Courier New"/>
          <w:color w:val="555555"/>
          <w:sz w:val="20"/>
        </w:rPr>
        <w:t>[15]</w:t>
      </w:r>
    </w:p>
    <w:p>
      <w:r>
        <w:rPr>
          <w:rFonts w:ascii="Gentium Plus" w:hAnsi="Gentium Plus"/>
          <w:sz w:val="24"/>
        </w:rPr>
        <w:t>Ἐπὶ δὲ τὴν τοῦ ἕλκους θεραπείαν μόνου μετέρχεσθαι καιρός· εἴη δ’ ἂν μόνον ἐπειδὰν μήτε διάθεσις αὐτῷ συμπαρῇ μηδεμία μήτε σύμπτωμα. μὴ τοίνυν ἔστω</w:t>
      </w:r>
    </w:p>
    <w:p>
      <w:r>
        <w:rPr>
          <w:rFonts w:ascii="Courier New" w:hAnsi="Courier New"/>
          <w:color w:val="555555"/>
          <w:sz w:val="20"/>
        </w:rPr>
        <w:t>[10 . 187]</w:t>
      </w:r>
    </w:p>
    <w:p>
      <w:r>
        <w:rPr>
          <w:rFonts w:ascii="Gentium Plus" w:hAnsi="Gentium Plus"/>
          <w:sz w:val="24"/>
        </w:rPr>
        <w:t>ὅλως δύσκρατον· ἀλλὰ μηδὲ κοιλότης αὐτῷ συνέστω, μηδὲ τοῦ δέρματος ἀπώλεια μηδεμία. καὶ γὰρ αὖ τοῦτο παρορῶ‐ σιν οἱ πολλοὶ τῶν ἰατρῶν, οὐ συνιέντες ὡς ἐπειδὰν ἕλκος κοῖλον πληρωθὲν ὁμαλὲς μὲν ὑπάρχῃ, πλατὺ δὲ, διττὴ καὶ</w:t>
      </w:r>
    </w:p>
    <w:p>
      <w:r>
        <w:rPr>
          <w:rFonts w:ascii="Courier New" w:hAnsi="Courier New"/>
          <w:color w:val="555555"/>
          <w:sz w:val="20"/>
        </w:rPr>
        <w:t>[5]</w:t>
      </w:r>
    </w:p>
    <w:p>
      <w:r>
        <w:rPr>
          <w:rFonts w:ascii="Gentium Plus" w:hAnsi="Gentium Plus"/>
          <w:sz w:val="24"/>
        </w:rPr>
        <w:t>νῦν ἐστιν ἐν τῷ μορίῳ διάθεσις, ἑτέρα μὲν οὐσίας δέρματος ἀπώλεια, δευτέρα δὲ συνεχείας λύσις. ἐπειδὰν μὲν οὖν αὐτὸ τοῦτο μόνον ᾖ συνεχείας λύσις, ἤτοι τῆς ἐπιδερμίδος ἢ καὶ τοῦ δέρματος ἅπαντος ἢ καὶ τῆς ὑποκειμένης ἅμ’ αὐτῷ σαρ‐ κὸς, ἕλκος ἐστὶν οὕτω τὸ πάθημα καὶ δεῖται κολλήσεως μό‐</w:t>
      </w:r>
    </w:p>
    <w:p>
      <w:r>
        <w:rPr>
          <w:rFonts w:ascii="Courier New" w:hAnsi="Courier New"/>
          <w:color w:val="555555"/>
          <w:sz w:val="20"/>
        </w:rPr>
        <w:t>[10]</w:t>
      </w:r>
    </w:p>
    <w:p>
      <w:r>
        <w:rPr>
          <w:rFonts w:ascii="Gentium Plus" w:hAnsi="Gentium Plus"/>
          <w:sz w:val="24"/>
        </w:rPr>
        <w:t>νης. εἰ γὰρ συναχθείη πρὸς ἄλληλα τὰ χείλη τοῦ δέρματος, οὐδέν ἐστι μεταξὺ τοῦ δέρματος ἑτερογενὲς, ὥσπερ ἐπὶ τοῦ πεπληρωμένου τε καὶ ὁμαλοῦ ἕλκους· ἐπ’ ἐκείνου γὰρ οὐχ ἅπτεται τὰ πέρατα τοῦ ἕλκους ἀλλήλων, ἀλλ’ ἐκ τῆς ἡλκω‐ μένης ἁπάσης χώρας ἀπόλωλε τὸ δέρμα καὶ χρὴ γεννῆσαι</w:t>
      </w:r>
    </w:p>
    <w:p>
      <w:r>
        <w:rPr>
          <w:rFonts w:ascii="Courier New" w:hAnsi="Courier New"/>
          <w:color w:val="555555"/>
          <w:sz w:val="20"/>
        </w:rPr>
        <w:t>[15]</w:t>
      </w:r>
    </w:p>
    <w:p>
      <w:r>
        <w:rPr>
          <w:rFonts w:ascii="Gentium Plus" w:hAnsi="Gentium Plus"/>
          <w:sz w:val="24"/>
        </w:rPr>
        <w:t>δήπουθεν αὐτό· κατὰ μέντοι τὸ διῃρημένον ὑπό τινος ὀξέος κολλήσεως δεῖ μόνης, οὐ μὴν καὶ γενέσεως δέρματος. ὅταν οὖν ἕλκους ἁπλοῦ προκείμενον ᾖ θεραπείαν εὑρεῖν, ὑποτί‐</w:t>
      </w:r>
    </w:p>
    <w:p>
      <w:r>
        <w:rPr>
          <w:rFonts w:ascii="Courier New" w:hAnsi="Courier New"/>
          <w:color w:val="555555"/>
          <w:sz w:val="20"/>
        </w:rPr>
        <w:t>[10 . 188]</w:t>
      </w:r>
    </w:p>
    <w:p>
      <w:r>
        <w:rPr>
          <w:rFonts w:ascii="Gentium Plus" w:hAnsi="Gentium Plus"/>
          <w:sz w:val="24"/>
        </w:rPr>
        <w:t>λείας μορίου. τὸ δέ γε πλατὺ τὸ ἐπουλώσεως δεόμενον ἕλκος ἀπολώλεκε τελέως τὴν καλουμένην ἐπιδερμίδα. ταύτην οὖν γεννῆσαι χρὴ καὶ πρὸς ἑαυτὴν ἑνῶσαι· καὶ δύ’ ἐνταῦθα πρό‐ κεινται σκοποὶ, καθάπερ ἐπὶ τοῦ κοίλου· διότι καὶ ἡ διά‐</w:t>
      </w:r>
    </w:p>
    <w:p>
      <w:r>
        <w:rPr>
          <w:rFonts w:ascii="Courier New" w:hAnsi="Courier New"/>
          <w:color w:val="555555"/>
          <w:sz w:val="20"/>
        </w:rPr>
        <w:t>[5]</w:t>
      </w:r>
    </w:p>
    <w:p>
      <w:r>
        <w:rPr>
          <w:rFonts w:ascii="Gentium Plus" w:hAnsi="Gentium Plus"/>
          <w:sz w:val="24"/>
        </w:rPr>
        <w:t>θεσις ἐπ’ ἀμφοῖν ἐστι διττή. τίνι τοίνυν, φήσει τις αὐτῶν ἴσως, ὁμαλὲς ἕλκος τοῦ κοίλου διενήνοχεν, εἰ καὶ διάθεσις ἐπ’ ἀμφοῖν ἐστι διττὴ καὶ διττὸς ὁ σκοπὸς τῆς θεραπείας; πλήθει τῶν ἀπολωλότων ὦ βέλτιστε μορίων. ἐπὶ μὲν γὰρ τοῦ κοίλου καὶ ἡ ἐπιδερμὶς μὲν ἀπόλωλε καὶ ἡ τοῦ δέρματος</w:t>
      </w:r>
    </w:p>
    <w:p>
      <w:r>
        <w:rPr>
          <w:rFonts w:ascii="Courier New" w:hAnsi="Courier New"/>
          <w:color w:val="555555"/>
          <w:sz w:val="20"/>
        </w:rPr>
        <w:t>[10]</w:t>
      </w:r>
    </w:p>
    <w:p>
      <w:r>
        <w:rPr>
          <w:rFonts w:ascii="Gentium Plus" w:hAnsi="Gentium Plus"/>
          <w:sz w:val="24"/>
        </w:rPr>
        <w:t>δὲ φύσις ἡ λοιπὴ πᾶσα καὶ τῆς ὑποκειμένης σαρκὸς οὐκ ὀλί‐ γον ἐνίοτε μέρος· ἐπὶ δὲ τοῦ πεπληρωμένου σὰρξ μὲν οὐκέτι λείπει, τὸ δ’ ἔξωθεν σκέπασμα λείπει. τίς μὲν οὖν ἡ τῶν τοιούτων ἑλκῶν ἐστιν ἴασις ἐφεξῆς ἐροῦμεν· ἐν δὲ τῷ παρόντι τοῦ μόνον ἕλκους ὄντος, ἑτέραν δὲ μηδεμίαν ἔχοντος διάθε‐</w:t>
      </w:r>
    </w:p>
    <w:p>
      <w:r>
        <w:rPr>
          <w:rFonts w:ascii="Courier New" w:hAnsi="Courier New"/>
          <w:color w:val="555555"/>
          <w:sz w:val="20"/>
        </w:rPr>
        <w:t>[15]</w:t>
      </w:r>
    </w:p>
    <w:p>
      <w:r>
        <w:rPr>
          <w:rFonts w:ascii="Gentium Plus" w:hAnsi="Gentium Plus"/>
          <w:sz w:val="24"/>
        </w:rPr>
        <w:t>σιν, ὁποίαν τινὰ χρὴ τὴν θεραπείαν ποιεῖσθαι λέγωμεν. ἐπεὶ τοίνυν διαίρεσις μόνον ἐστὶν, ἅμα χρὴ τὰ πέρατα γενέ‐</w:t>
      </w:r>
    </w:p>
    <w:p>
      <w:r>
        <w:rPr>
          <w:rFonts w:ascii="Courier New" w:hAnsi="Courier New"/>
          <w:color w:val="555555"/>
          <w:sz w:val="20"/>
        </w:rPr>
        <w:t>[10 . 189]</w:t>
      </w:r>
    </w:p>
    <w:p>
      <w:r>
        <w:rPr>
          <w:rFonts w:ascii="Gentium Plus" w:hAnsi="Gentium Plus"/>
          <w:sz w:val="24"/>
        </w:rPr>
        <w:t>συνελθόντα; διττὴ δ’ ἡ τῶν συνελθόντων μονή· τὰ μὲν γὰρ δι’ ἑαυτῶν, τὰ δὲ δι’ ἄλλων μένει· δι’ ἑαυτῶν μὲν ὅσα συμ‐ φύεται, δι’ ἄλλων δὲ τά τε συνδούμενα καὶ τὰ κολλώμενα. τὰ μὲν δὴ συμφυόμενα πάντως χρὴ μαλακὰ τὴν φύσιν εἶναι.</w:t>
      </w:r>
    </w:p>
    <w:p>
      <w:r>
        <w:rPr>
          <w:rFonts w:ascii="Courier New" w:hAnsi="Courier New"/>
          <w:color w:val="555555"/>
          <w:sz w:val="20"/>
        </w:rPr>
        <w:t>[5]</w:t>
      </w:r>
    </w:p>
    <w:p>
      <w:r>
        <w:rPr>
          <w:rFonts w:ascii="Gentium Plus" w:hAnsi="Gentium Plus"/>
          <w:sz w:val="24"/>
        </w:rPr>
        <w:t>τοιοῦτον δὲ ἥ τε σάρξ ἐστιν αὐτὴ καὶ ὅσα σαρκώδη μό‐ ρια κατὰ τὴν σύστασιν. ὅσα δ’ ἔστι σκληρὰ καὶ ξηρὰ, συμ‐ φῦναι μὲν οὐ δύναται, κόλλης δέ τινος ἢ δεσμοῦ δεῖται πρὸς τὸ μεῖναι συναχθέντα. τῶν μὲν δὴ τοιούτων σωμάτων ἡ ἴασις ἐν τοῖς ἑξῆς εἰρήσεται· περὶ δὲ τῶν ἑνωθῆναι δυνα‐</w:t>
      </w:r>
    </w:p>
    <w:p>
      <w:r>
        <w:rPr>
          <w:rFonts w:ascii="Courier New" w:hAnsi="Courier New"/>
          <w:color w:val="555555"/>
          <w:sz w:val="20"/>
        </w:rPr>
        <w:t>[10]</w:t>
      </w:r>
    </w:p>
    <w:p>
      <w:r>
        <w:rPr>
          <w:rFonts w:ascii="Gentium Plus" w:hAnsi="Gentium Plus"/>
          <w:sz w:val="24"/>
        </w:rPr>
        <w:t>μένων ὁ λόγος περαινέσθω, ζητούντων ἡμῶν κᾀνταῦθα τὸ τῆς συμφύσεως αἴτιον. ἔστι δ’ ὥσπερ ἐπὶ τῶν κοίλων ἑλκῶν ἡ φύσις αἰτία τῆς σαρκώσεως, οὕτω κᾀπὶ τῶν ἁπλῶν ἑλκῶν τῆς συμφύσεως· ὅθεν ἐὰν συναγάγῃς εἰς ταὐτὸν ἀκριβῶς τὰ διεστηκότα, χωρὶς τῆς ἄλλης ἁπάσης τῆς ἔξωθεν ἐπιτεχνή‐</w:t>
      </w:r>
    </w:p>
    <w:p>
      <w:r>
        <w:rPr>
          <w:rFonts w:ascii="Courier New" w:hAnsi="Courier New"/>
          <w:color w:val="555555"/>
          <w:sz w:val="20"/>
        </w:rPr>
        <w:t>[15]</w:t>
      </w:r>
    </w:p>
    <w:p>
      <w:r>
        <w:rPr>
          <w:rFonts w:ascii="Gentium Plus" w:hAnsi="Gentium Plus"/>
          <w:sz w:val="24"/>
        </w:rPr>
        <w:t>σεως συμφύεται. καί σοι γέγονεν αὖθις ἕτερος σκοπὸς ὁ τῆς συναγωγῆς, ἵν’ ἐντεῦθεν ὁρμώμενος ζητήσῃς ἐξ ὧν τοῦτο</w:t>
      </w:r>
    </w:p>
    <w:p>
      <w:r>
        <w:rPr>
          <w:rFonts w:ascii="Courier New" w:hAnsi="Courier New"/>
          <w:color w:val="555555"/>
          <w:sz w:val="20"/>
        </w:rPr>
        <w:t>[10 . 190]</w:t>
      </w:r>
    </w:p>
    <w:p>
      <w:r>
        <w:rPr>
          <w:rFonts w:ascii="Gentium Plus" w:hAnsi="Gentium Plus"/>
          <w:sz w:val="24"/>
        </w:rPr>
        <w:t>ἢ ῥαφὰς, ἢ ἀγκτῆρας ἐπιθεὶς, ἢ τινὰ τούτων, ἢ πάντα συνάξεις εἰς ταὐτὸ τὰ διῃρημένα. χρὴ δὲ μήτε μαλακὸν εἶ‐ ναι πάνυ καὶ οἷον βρυῶδες τὸ περιβαλλόμενον, ἵν’ ἀσφα‐ λῶς συνέχῃ, μήθ’ οὕτω σκληρὸν ὡς θλίβειν· ἀλλὰ μηδὲ</w:t>
      </w:r>
    </w:p>
    <w:p>
      <w:r>
        <w:rPr>
          <w:rFonts w:ascii="Courier New" w:hAnsi="Courier New"/>
          <w:color w:val="555555"/>
          <w:sz w:val="20"/>
        </w:rPr>
        <w:t>[5]</w:t>
      </w:r>
    </w:p>
    <w:p>
      <w:r>
        <w:rPr>
          <w:rFonts w:ascii="Gentium Plus" w:hAnsi="Gentium Plus"/>
          <w:sz w:val="24"/>
        </w:rPr>
        <w:t>τὴν ἐπιβολὴν ἢ οὕτω χαλαρὰν ὡς μηδὲν ἀνύειν, ἢ οὕτω σφοδρὰν ὡς θλίβουσαν ὀδύνην ἐργάζεσθαι. ταῦτ’ εἰ ποιή‐ σαις καὶ εἴη τὸ ἕλκος μόνον ἄνευ κακοχυμίας, ἢ ῥεύματος, ἢ δυσκρασίας, ἢ φλεγμονῆς, ἤ τινος ἄλλης κακώσεως, ἑνω‐ θήσεται πάντως. εἰ δ’ ἤτοι διὰ τὸ μέγεθος ἀδύνατον</w:t>
      </w:r>
    </w:p>
    <w:p>
      <w:r>
        <w:rPr>
          <w:rFonts w:ascii="Courier New" w:hAnsi="Courier New"/>
          <w:color w:val="555555"/>
          <w:sz w:val="20"/>
        </w:rPr>
        <w:t>[10]</w:t>
      </w:r>
    </w:p>
    <w:p>
      <w:r>
        <w:rPr>
          <w:rFonts w:ascii="Gentium Plus" w:hAnsi="Gentium Plus"/>
          <w:sz w:val="24"/>
        </w:rPr>
        <w:t>εἴη μέχρι τοῦ βάθους ἀκριβῶς ἀλλήλοις παρατεθῆναι τὰ κεχωρισμένα σώματα, μήτε τῶν ῥαμμάτων μήτε τῶν ἀγ‐ κτήρων μήτε τῆς ἐπιδέσεως ἀφικνεῖσθαι δυναμένης αὐτῶν, ἢ φθάνοι τις ἰχὼρ αὐτόθι συνειλεγμένος, ἢ καί τις ὀδύνη συνοῦσα, κολληθῆναι τὸ τοιοῦτον ἕλκος ἀδύνατον ἐπὶ μόνῃ</w:t>
      </w:r>
    </w:p>
    <w:p>
      <w:r>
        <w:rPr>
          <w:rFonts w:ascii="Courier New" w:hAnsi="Courier New"/>
          <w:color w:val="555555"/>
          <w:sz w:val="20"/>
        </w:rPr>
        <w:t>[15]</w:t>
      </w:r>
    </w:p>
    <w:p>
      <w:r>
        <w:rPr>
          <w:rFonts w:ascii="Gentium Plus" w:hAnsi="Gentium Plus"/>
          <w:sz w:val="24"/>
        </w:rPr>
        <w:t>τῇ συναγωγῇ· τό τε γὰρ ὀδυνώμενον ἐρεθίζει τι πλέον ἐπιῤῥεῖν· εἰ δὲ καὶ τὸ ἴσον ἐπιῤῥεῖ τὸ κατὰ φύσιν, ἀλλ’</w:t>
      </w:r>
    </w:p>
    <w:p>
      <w:r>
        <w:rPr>
          <w:rFonts w:ascii="Courier New" w:hAnsi="Courier New"/>
          <w:color w:val="555555"/>
          <w:sz w:val="20"/>
        </w:rPr>
        <w:t>[10 . 191]</w:t>
      </w:r>
    </w:p>
    <w:p>
      <w:r>
        <w:rPr>
          <w:rFonts w:ascii="Gentium Plus" w:hAnsi="Gentium Plus"/>
          <w:sz w:val="24"/>
        </w:rPr>
        <w:t>τρωμένων μορίων οὐκ οἴσει τὸ ἴσον, ἀλλ’ ὡς ὑπὸ πλείο‐ νος βαρυνθήσεται, κᾀκ τούτου πάντως μὲν ἰχῶρες περιττοὶ, θαυμαστὸν δ’ εἰ μὴ καὶ φλεγμονὴ γενήσεται. καὶ μὲν δὴ καὶ εἰ χωρὶς ὀδύνης ὁ ἰχὼρ ἐν τῷ μεταξὺ τῶν συν‐</w:t>
      </w:r>
    </w:p>
    <w:p>
      <w:r>
        <w:rPr>
          <w:rFonts w:ascii="Courier New" w:hAnsi="Courier New"/>
          <w:color w:val="555555"/>
          <w:sz w:val="20"/>
        </w:rPr>
        <w:t>[5]</w:t>
      </w:r>
    </w:p>
    <w:p>
      <w:r>
        <w:rPr>
          <w:rFonts w:ascii="Gentium Plus" w:hAnsi="Gentium Plus"/>
          <w:sz w:val="24"/>
        </w:rPr>
        <w:t>αχθέντων χειλῶν τοῦ ἕλκους εἴη παρακείμενος, ἢ καί τις χώρα γίγνοιτο μεταξὺ κενὴ μὲν ἰχῶρος, ἀέρος δὲ πλήρης, οὐκ ἐνδέχεται κολληθῆναι τὸ τοιοῦτον ἕλκος ἐκ μόνης τῆς συναγωγῆς· ὅ τε γὰρ ἰχὼρ ἤδη διακόπτει τὴν ἕνωσιν αἵ τε μεταξὺ τῶν ἑνωθησομένων χῶραι κεναὶ κωλύουσιν ἅψα‐</w:t>
      </w:r>
    </w:p>
    <w:p>
      <w:r>
        <w:rPr>
          <w:rFonts w:ascii="Courier New" w:hAnsi="Courier New"/>
          <w:color w:val="555555"/>
          <w:sz w:val="20"/>
        </w:rPr>
        <w:t>[10]</w:t>
      </w:r>
    </w:p>
    <w:p>
      <w:r>
        <w:rPr>
          <w:rFonts w:ascii="Gentium Plus" w:hAnsi="Gentium Plus"/>
          <w:sz w:val="24"/>
        </w:rPr>
        <w:t>σθαι τὰς ἐπιφανείας ἀλλήλων· ὥστ’ ἐκεῖνά γε τὰ μέρη τοῦ ἕλκους ἡ φύσις δεῖται προσαρκῶσαι πρότερον, ἵνα συμ‐ φύσῃ· μικρὰ δὲ δήπουθέν ἐστιν οὕτως, εἰ καλῶς συναχθῇ τὸ ἕλκος, ὡς μιᾶς ἡμέρας ἢ τὸ πλεῖστόν γε δεῖσθαι δυοῖν. ἐν οὖν τούτῳ τῷ χρόνῳ φαρμάκου χρεία ξηραίνοντος τὸ</w:t>
      </w:r>
    </w:p>
    <w:p>
      <w:r>
        <w:rPr>
          <w:rFonts w:ascii="Courier New" w:hAnsi="Courier New"/>
          <w:color w:val="555555"/>
          <w:sz w:val="20"/>
        </w:rPr>
        <w:t>[15]</w:t>
      </w:r>
    </w:p>
    <w:p>
      <w:r>
        <w:rPr>
          <w:rFonts w:ascii="Gentium Plus" w:hAnsi="Gentium Plus"/>
          <w:sz w:val="24"/>
        </w:rPr>
        <w:t>μόριον, ἵν’ εἴτέ τις ἤδη παρακείμενος ἰχὼρ εἴη, τοῦτον ἐκδαπανήσῃ καὶ τὸν μέλλοντα συῤῥεῖν εἰς τὰς κενὰς χώρας κωλύσῃ. νῦν οὖν πάλιν ἀναμνήσθητί μου τοῦ σαρκωτικοῦ</w:t>
      </w:r>
    </w:p>
    <w:p>
      <w:r>
        <w:rPr>
          <w:rFonts w:ascii="Courier New" w:hAnsi="Courier New"/>
          <w:color w:val="555555"/>
          <w:sz w:val="20"/>
        </w:rPr>
        <w:t>[10 . 192]</w:t>
      </w:r>
    </w:p>
    <w:p>
      <w:r>
        <w:rPr>
          <w:rFonts w:ascii="Gentium Plus" w:hAnsi="Gentium Plus"/>
          <w:sz w:val="24"/>
        </w:rPr>
        <w:t>ραντικώτερον αὐτοῦ χρὴ τὸ κολλητικὸν ὑπάρχειν εἴτε μή. τὸ μὲν δὴ σαρκωτικὸν εἰ σύμπαν ἐξεδαπάνα τὸ ἐπιῤῥέον αἷμα, τὴν ὕλην ἂν οὕτως ἀφῃρεῖτο τῆς σαρκώσεως. τὸ δέ γε κολ‐ λητικὸν ἢ οὐδ’ ὅλως δεῖται γενέσεως σαρκὸς, ἢ σμικρᾶς</w:t>
      </w:r>
    </w:p>
    <w:p>
      <w:r>
        <w:rPr>
          <w:rFonts w:ascii="Courier New" w:hAnsi="Courier New"/>
          <w:color w:val="555555"/>
          <w:sz w:val="20"/>
        </w:rPr>
        <w:t>[5]</w:t>
      </w:r>
    </w:p>
    <w:p>
      <w:r>
        <w:rPr>
          <w:rFonts w:ascii="Gentium Plus" w:hAnsi="Gentium Plus"/>
          <w:sz w:val="24"/>
        </w:rPr>
        <w:t>παντάπασιν· ὥστε μᾶλλον αὐτὸ χρὴ ξηραίνειν τοῦ σαρκωτι‐ κοῦ. ταύτῃ τε οὖν ἀλλήλων διοίσει μικράν τινα διαφορὰν, ἑτέραν τε μεγάλην, ᾗ τὸ μὲν σαρκωτικὸν εὐθὺς χρὴ καὶ ῥυπτι‐ κὸν ὑπάρχειν, ἵνα μὴ μόνον ξηραίνῃ τὸ περιττὸν τῆς ὑγρό‐ τητος, ἀλλὰ καὶ τὸν ῥύπον ἀφαιρῇ· τὸ δὲ κολλητικὸν οὐ</w:t>
      </w:r>
    </w:p>
    <w:p>
      <w:r>
        <w:rPr>
          <w:rFonts w:ascii="Courier New" w:hAnsi="Courier New"/>
          <w:color w:val="555555"/>
          <w:sz w:val="20"/>
        </w:rPr>
        <w:t>[10]</w:t>
      </w:r>
    </w:p>
    <w:p>
      <w:r>
        <w:rPr>
          <w:rFonts w:ascii="Gentium Plus" w:hAnsi="Gentium Plus"/>
          <w:sz w:val="24"/>
        </w:rPr>
        <w:t>ῥύπτειν οὐδὲ ἀποσμᾷν, ἀλλὰ τοὐναντίον ἅπαν εἰς ταὐτὸν συνάγειν ἅπασαν τὴν οὐσίαν· ὅπερ, οἶμαι, πέφυκε δρᾷν ὅσα τῶν φαρμάκων αὐστηρὰ καὶ στύφοντα καλεῖται· ταῦτα γὰρ εἰς ταὐτὸ συνάγειν καὶ πιλεῖν, οὐκ ἀποῤῥύπτειν, οὐδὲ κα‐ θαίρειν πέφυκεν. ὥστε μάλιστα πάντων φυλαξώμεθα τὸ</w:t>
      </w:r>
    </w:p>
    <w:p>
      <w:r>
        <w:rPr>
          <w:rFonts w:ascii="Courier New" w:hAnsi="Courier New"/>
          <w:color w:val="555555"/>
          <w:sz w:val="20"/>
        </w:rPr>
        <w:t>[15]</w:t>
      </w:r>
    </w:p>
    <w:p>
      <w:r>
        <w:rPr>
          <w:rFonts w:ascii="Gentium Plus" w:hAnsi="Gentium Plus"/>
          <w:sz w:val="24"/>
        </w:rPr>
        <w:t>στῦφον φάρμακον, ἔνθα σαρκῶσαι πρόκειται δυσαπολύτως ἐμπλάσσον τοῖς ἕλκεσι τὸν ῥύπον· οἶνος οὖν ἄριστον φάρ‐</w:t>
      </w:r>
    </w:p>
    <w:p>
      <w:r>
        <w:rPr>
          <w:rFonts w:ascii="Courier New" w:hAnsi="Courier New"/>
          <w:color w:val="555555"/>
          <w:sz w:val="20"/>
        </w:rPr>
        <w:t>[10 . 193]</w:t>
      </w:r>
    </w:p>
    <w:p>
      <w:r>
        <w:rPr>
          <w:rFonts w:ascii="Gentium Plus" w:hAnsi="Gentium Plus"/>
          <w:sz w:val="24"/>
        </w:rPr>
        <w:t>λόγῳ ᾗ ἕλκη, ταὐτὸν, οἶμαι, νοήσεις· ὑπὲρ γὰρ τοῦ μὴ παρα‐ κοῦσαί τινα πρόσκειται χάριν ἀναμνήσεως, οὐχ ὡς ἀναγκαῖόν τι διοριζόμενον. ὡς εἴ γέ μοι μεμνημένος εἴης τῶν ἐν τῷ πρὸ τούτου βιβλίῳ λόγων ἁπάντων, τῶν περὶ τῶν καθ’ ἕκαστον</w:t>
      </w:r>
    </w:p>
    <w:p>
      <w:r>
        <w:rPr>
          <w:rFonts w:ascii="Courier New" w:hAnsi="Courier New"/>
          <w:color w:val="555555"/>
          <w:sz w:val="20"/>
        </w:rPr>
        <w:t>[5]</w:t>
      </w:r>
    </w:p>
    <w:p>
      <w:r>
        <w:rPr>
          <w:rFonts w:ascii="Gentium Plus" w:hAnsi="Gentium Plus"/>
          <w:sz w:val="24"/>
        </w:rPr>
        <w:t>ὄνομα σημαινομένων τε καὶ ὑποκειμένων πραγμάτων, οὐδὲν ἔτι σοι δεήσομαι τὰ τοιαῦτα διορίζεσθαι, μόνον δὲ ἀρκέσει μοι καθ’ ἕκαστον αὐτῶν διελέσθαι τὰς ἁπλᾶς διαθέσεις τῶν συνθέτων, ὑπὲρ ὧν ἤδη μέν πού τι πρόσθεν εἴρηται, ῥηθῆναι δ’ ἀναγκαῖον ἔσται καὶ νῦν, οὐ τοσοῦτον αὐτοῦ</w:t>
      </w:r>
    </w:p>
    <w:p>
      <w:r>
        <w:rPr>
          <w:rFonts w:ascii="Courier New" w:hAnsi="Courier New"/>
          <w:color w:val="555555"/>
          <w:sz w:val="20"/>
        </w:rPr>
        <w:t>[10]</w:t>
      </w:r>
    </w:p>
    <w:p>
      <w:r>
        <w:rPr>
          <w:rFonts w:ascii="Gentium Plus" w:hAnsi="Gentium Plus"/>
          <w:sz w:val="24"/>
        </w:rPr>
        <w:t>τοῦ πράγματος ἕνεκεν, ἀλλ’ ὅτι νομίζουσιν οἱ πολλοὶ τῶν ἰατρῶν ὑπὸ τῆς λέξεως ἐξαπατώμενοι διαφορὰς ἑλκῶν εἶναι τὸ κοῖλον καὶ ὁμαλὲς, ἔναιμόν τε καὶ παλαιὸν, ῥυπαρόν τε καὶ καθαρὸν, ἀφλέγμαντόν τε καὶ φλεγμαῖνον. ἀναγκαῖον οὖν ἔσται διελέσθαι τίνες μὲν αἱ οἰκεῖαι διαφοραὶ τῶν ἑλ‐</w:t>
      </w:r>
    </w:p>
    <w:p>
      <w:r>
        <w:rPr>
          <w:rFonts w:ascii="Courier New" w:hAnsi="Courier New"/>
          <w:color w:val="555555"/>
          <w:sz w:val="20"/>
        </w:rPr>
        <w:t>[15]</w:t>
      </w:r>
    </w:p>
    <w:p>
      <w:r>
        <w:rPr>
          <w:rFonts w:ascii="Gentium Plus" w:hAnsi="Gentium Plus"/>
          <w:sz w:val="24"/>
        </w:rPr>
        <w:t>κῶν εἰσι, τίνες δ’ ἐπιπλοκαὶ διαθέσεων ἑτέρων. ἀλλὰ τοῦτο μὲν ὀλίγον ὕστερον· ἡ δὲ συνήθης διδασκαλία τοῖς παλαιοῖς,</w:t>
      </w:r>
    </w:p>
    <w:p>
      <w:r>
        <w:rPr>
          <w:rFonts w:ascii="Courier New" w:hAnsi="Courier New"/>
          <w:color w:val="555555"/>
          <w:sz w:val="20"/>
        </w:rPr>
        <w:t>[10 . 194]</w:t>
      </w:r>
    </w:p>
    <w:p>
      <w:r>
        <w:rPr>
          <w:rFonts w:ascii="Gentium Plus" w:hAnsi="Gentium Plus"/>
          <w:sz w:val="24"/>
        </w:rPr>
        <w:t>μάλιστα τῶν ἁπλῶν ἑκάστης διαθέσεως ἴδιον ἴαμα λεγόντων αὐτῶν καὶ μάλιστα πάντων Ἱπποκράτους. ἡ γάρ τοι μέθο‐ δος ἡ θεραπευτικὴ κατὰ τοῦτον ἂν μάλιστα προΐοι τὸν τρόπον, ὑπὲρ ἑκάστου τῶν ἁπλῶν ἰδίᾳ διελθόντων ἡμῶν·</w:t>
      </w:r>
    </w:p>
    <w:p>
      <w:r>
        <w:rPr>
          <w:rFonts w:ascii="Courier New" w:hAnsi="Courier New"/>
          <w:color w:val="555555"/>
          <w:sz w:val="20"/>
        </w:rPr>
        <w:t>[5]</w:t>
      </w:r>
    </w:p>
    <w:p>
      <w:r>
        <w:rPr>
          <w:rFonts w:ascii="Gentium Plus" w:hAnsi="Gentium Plus"/>
          <w:sz w:val="24"/>
        </w:rPr>
        <w:t>ἔπειτ’ αὖθις ἐπὶ τοῖς συνθέτοις ἅπασιν ἑτέραν μίαν ἐπιδει‐ ξάντων μέθοδον· ὥσπερ καὶ εἰ δύο ἦν ὄντως κατὰ δίαιταν νοσήματα, τό τε στεγνὸν καὶ τὸ ῥοῶδες, ἰδίαν ἑκατέρου θε‐ ραπείαν εἰπόντας, οὕτως ἐχρῆν ἐπιπεπλεγμένου μνημονεύειν, ὡς οἱ περὶ τὸν Θεσσαλὸν ἀξιοῦσι, τὸν αὐτὸν, οἶμαι, τρόπον,</w:t>
      </w:r>
    </w:p>
    <w:p>
      <w:r>
        <w:rPr>
          <w:rFonts w:ascii="Courier New" w:hAnsi="Courier New"/>
          <w:color w:val="555555"/>
          <w:sz w:val="20"/>
        </w:rPr>
        <w:t>[10]</w:t>
      </w:r>
    </w:p>
    <w:p>
      <w:r>
        <w:rPr>
          <w:rFonts w:ascii="Gentium Plus" w:hAnsi="Gentium Plus"/>
          <w:sz w:val="24"/>
        </w:rPr>
        <w:t>ἐπειδὰν τῶν μὲν ἑλκῶν ᾗ ἕλκη πάντων ἓν εἶδος ὑπάρχει, τῶν φλεγμονῶν δ’ ᾗ φλεγμοναὶ, καὶ τούτων ἕτερον εἶδος ἓν, ἰδίᾳ μὲν χρὴ τῶν ἑλκῶν, ἰδίᾳ δὲ τῶν φλεγμονῶν εἰπόντας θερα‐ πείας, οὕτως ἤδη συνάπτειν εἰς ταὐτὸν ἀμφοτέρας. τοῦτ’ οὖν εἰ ποιήσαιμεν, ἕλκη μὲν ἅπαντα ξηραίνεσθαί τε ἅμα καὶ</w:t>
      </w:r>
    </w:p>
    <w:p>
      <w:r>
        <w:rPr>
          <w:rFonts w:ascii="Courier New" w:hAnsi="Courier New"/>
          <w:color w:val="555555"/>
          <w:sz w:val="20"/>
        </w:rPr>
        <w:t>[15]</w:t>
      </w:r>
    </w:p>
    <w:p>
      <w:r>
        <w:rPr>
          <w:rFonts w:ascii="Gentium Plus" w:hAnsi="Gentium Plus"/>
          <w:sz w:val="24"/>
        </w:rPr>
        <w:t>στύφεσθαι δεόμενα, κατὰ τὴν εἰρημένην μέθοδον εὑρήσομεν, οὐ μὴν καὶ ῥύπτεσθαί γε· κοιλότητα δ’ ἐν σαρκὶ ξηραίνεσθαι μὲν καὶ ῥύπτεσθαι, στύφεσθαι δ’ οὐκέτι. καὶ δὴ κατὰ τὸν</w:t>
      </w:r>
    </w:p>
    <w:p>
      <w:r>
        <w:rPr>
          <w:rFonts w:ascii="Courier New" w:hAnsi="Courier New"/>
          <w:color w:val="555555"/>
          <w:sz w:val="20"/>
        </w:rPr>
        <w:t>[10 . 195]</w:t>
      </w:r>
    </w:p>
    <w:p>
      <w:r>
        <w:rPr>
          <w:rFonts w:ascii="Gentium Plus" w:hAnsi="Gentium Plus"/>
          <w:sz w:val="24"/>
        </w:rPr>
        <w:t>ἀνάλογον καὶ νῦν ἐπισκεψόμεθα τοῦ σώματος τὴν φύσιν, εἰ μαλακὴ καὶ βρυώδης, ἢ σκληρὰ καὶ ξηρὰ καὶ σύντονος. ἡ μὲν γὰρ προτέρα καθ’ ὅσον ὑγροτέρα, κατὰ τοσοῦτον καὶ τῶν φαρμάκων ἧττον ξηραινόντων δεήσεται· ἡ δευτέρα δὲ</w:t>
      </w:r>
    </w:p>
    <w:p>
      <w:r>
        <w:rPr>
          <w:rFonts w:ascii="Courier New" w:hAnsi="Courier New"/>
          <w:color w:val="555555"/>
          <w:sz w:val="20"/>
        </w:rPr>
        <w:t>[5]</w:t>
      </w:r>
    </w:p>
    <w:p>
      <w:r>
        <w:rPr>
          <w:rFonts w:ascii="Gentium Plus" w:hAnsi="Gentium Plus"/>
          <w:sz w:val="24"/>
        </w:rPr>
        <w:t>καθ’ ὅσον ξηροτέρα, κατὰ τοσοῦτον αὖ καὶ ἥδε καὶ σφοδρό‐ τερον ξηραινόντων δεήσεται καὶ μᾶλλον στυφόντων. ὁ γοῦν ἐμπειρικὸς, οἶμαι, κᾀνταῦθα παίδων μὲν καὶ γυναικῶν καὶ ἁπαλοσάρκων μνημονεύσει, νεανίσκους καὶ γεωργοὺς καὶ θαλαττουργοὺς ἀντιτάττων αὐτοῖς· οὐ μὴν ὅτι γε διὰ μὲν</w:t>
      </w:r>
    </w:p>
    <w:p>
      <w:r>
        <w:rPr>
          <w:rFonts w:ascii="Courier New" w:hAnsi="Courier New"/>
          <w:color w:val="555555"/>
          <w:sz w:val="20"/>
        </w:rPr>
        <w:t>[10]</w:t>
      </w:r>
    </w:p>
    <w:p>
      <w:r>
        <w:rPr>
          <w:rFonts w:ascii="Gentium Plus" w:hAnsi="Gentium Plus"/>
          <w:sz w:val="24"/>
        </w:rPr>
        <w:t>τὴν ὑγρότητα τῆς κράσεως ἐπὶ παίδων καὶ γυναικῶν ἑώρα‐ ται τὰ τοιαῦτα τῶν φαρμάκων εὐδοκιμοῦντα· διὰ δὲ τὴν ξηρότητα πάλιν ἕτερα, θερισταῖς καὶ ναύταις ἁρμόττοντα συνιέναι δυνάμενος, οὔτε τῆς καθ’ ἕκαστον σῶμα θεραπείας ἀκριβῶς στοχάσεται καὶ τῆς ἀποτυχίας οὐχ εὑρήσει τὴν αἰτίαν.</w:t>
      </w:r>
    </w:p>
    <w:p>
      <w:r>
        <w:rPr>
          <w:rFonts w:ascii="Courier New" w:hAnsi="Courier New"/>
          <w:color w:val="555555"/>
          <w:sz w:val="20"/>
        </w:rPr>
        <w:t>[15]</w:t>
      </w:r>
    </w:p>
    <w:p>
      <w:r>
        <w:rPr>
          <w:rFonts w:ascii="Gentium Plus" w:hAnsi="Gentium Plus"/>
          <w:sz w:val="24"/>
        </w:rPr>
        <w:t>ὥστε οὐδὲ τῆς ἐπὶ τὸ βέλτιον εὐπορήσει μεταβολῆς, ὁπόταν ἀποτυγχάνῃ τὰ διὰ τῆς ἐμπειρίας αὐτῷ προεγνωσμένα. τοῦτο μὲν δὴ καθόλου περὶ τῶν φαρμάκων εἴρηταί μοι τῶν κολλη‐</w:t>
      </w:r>
    </w:p>
    <w:p>
      <w:r>
        <w:rPr>
          <w:rFonts w:ascii="Courier New" w:hAnsi="Courier New"/>
          <w:color w:val="555555"/>
          <w:sz w:val="20"/>
        </w:rPr>
        <w:t>[10 . 196]</w:t>
      </w:r>
    </w:p>
    <w:p>
      <w:r>
        <w:rPr>
          <w:rFonts w:ascii="Gentium Plus" w:hAnsi="Gentium Plus"/>
          <w:sz w:val="24"/>
        </w:rPr>
        <w:t>τὴν σύνθεσιν αὐτῶν διαφέρουσα προσέρχεται· τοῖς μὲν γὰρ κοίλοις ἕλκεσιν ὃ βουλόμεθα προσφέρομεν εὐθὺς, εἴτ’ οὖν ξηρὸν εἴθ’ ὑγρὸν φάρμακον· ἐγχωρεῖ γὰρ ἐπιτάττειν ἢ ἐμ‐ πλάττειν αὐτὰ παντὶ μορίῳ τοῦ ἕλκους· ἐπὶ δὲ τῶν ἄχρι βά‐</w:t>
      </w:r>
    </w:p>
    <w:p>
      <w:r>
        <w:rPr>
          <w:rFonts w:ascii="Courier New" w:hAnsi="Courier New"/>
          <w:color w:val="555555"/>
          <w:sz w:val="20"/>
        </w:rPr>
        <w:t>[5]</w:t>
      </w:r>
    </w:p>
    <w:p>
      <w:r>
        <w:rPr>
          <w:rFonts w:ascii="Gentium Plus" w:hAnsi="Gentium Plus"/>
          <w:sz w:val="24"/>
        </w:rPr>
        <w:t>θους ἱκανοῦ γεγενημένων τραυμάτων, ἐπειδὰν ἅπαξ συναγά‐ γωμεν τὰ χείλη, ψαῦσαι τῶν ἐν τῷ βάθει διῃρημένων οὐκ ἐγχωρεῖ. χρὴ τοίνυν οὐχ ἁπλῶς εἰ ξηραντικόν ἐστι καὶ αὐ‐ στηρὸν μετρίως τὸ φάρμακον, ἀλλ’ εἰ καὶ μέχρι τοῦ βάθους ἐξικνεῖσθαι δυνατὸν ἐπισκοπεῖσθαι. ψιμμύθιον γοῦν καὶ</w:t>
      </w:r>
    </w:p>
    <w:p>
      <w:r>
        <w:rPr>
          <w:rFonts w:ascii="Courier New" w:hAnsi="Courier New"/>
          <w:color w:val="555555"/>
          <w:sz w:val="20"/>
        </w:rPr>
        <w:t>[10]</w:t>
      </w:r>
    </w:p>
    <w:p>
      <w:r>
        <w:rPr>
          <w:rFonts w:ascii="Gentium Plus" w:hAnsi="Gentium Plus"/>
          <w:sz w:val="24"/>
        </w:rPr>
        <w:t>λιθάργυρος στύφει καὶ ξηραίνει μετρίως· ἀλλ’ ἐὰν ἐπιπάσ‐ σῃς αὐτὰ δίκην τέφρας ἐν κύκλῳ τοῦ τετρωμένου, πλέον οὐδὲν ἀνύσεις· οὐ γὰρ διϊκνεῖται τῶν οὕτω ξηρῶν φαρμάκων εἰς τὸ βάθος ἡ δύναμις. ὑγρότητος οὖν αὐτοῖς δεήσει τινὸς, ἵν’ ὁποῖόν τι τῶν ἐμπλαστικῶν φαρμάκων, ἢ καὶ τῶν ὑγρο‐</w:t>
      </w:r>
    </w:p>
    <w:p>
      <w:r>
        <w:rPr>
          <w:rFonts w:ascii="Courier New" w:hAnsi="Courier New"/>
          <w:color w:val="555555"/>
          <w:sz w:val="20"/>
        </w:rPr>
        <w:t>[15]</w:t>
      </w:r>
    </w:p>
    <w:p>
      <w:r>
        <w:rPr>
          <w:rFonts w:ascii="Gentium Plus" w:hAnsi="Gentium Plus"/>
          <w:sz w:val="24"/>
        </w:rPr>
        <w:t>τέρων τι γένηται. τοῦτο μὲν οὖν τῆς περὶ συνθέσεως φαρ‐ μάκων πραγματείας ἐστὶν ἴδιον, οὐκ αὐτῆς τῆς θεραπευτικῆς μεθόδου· καὶ εἰ δόξαιμεν αὐτοῦ δεῖσθαί τε πρὸς τὰ παρόντα,</w:t>
      </w:r>
    </w:p>
    <w:p>
      <w:r>
        <w:rPr>
          <w:rFonts w:ascii="Courier New" w:hAnsi="Courier New"/>
          <w:color w:val="555555"/>
          <w:sz w:val="20"/>
        </w:rPr>
        <w:t>[10 . 197]</w:t>
      </w:r>
    </w:p>
    <w:p>
      <w:r>
        <w:rPr>
          <w:rFonts w:ascii="Gentium Plus" w:hAnsi="Gentium Plus"/>
          <w:sz w:val="24"/>
        </w:rPr>
        <w:t>Ἐπὶ δὲ τὸ τῆς οὐλῆς δεόμενον ἕλκος ἐπά‐ νειμι, περὶ οὗ μικρὸν ἔμπροσθεν ἔλεγον ὡς ὁ πρῶτος μὲν εἴη καὶ τούτου σκοπὸς ἐκ τούτου γένους τοῦ κοίλου. γεννῆσαι γὰρ χρή τι τῶν ἀπολωλότων, οὐχ ἁπλῶς ἑνῶσαι τὰ διεστη‐</w:t>
      </w:r>
    </w:p>
    <w:p>
      <w:r>
        <w:rPr>
          <w:rFonts w:ascii="Courier New" w:hAnsi="Courier New"/>
          <w:color w:val="555555"/>
          <w:sz w:val="20"/>
        </w:rPr>
        <w:t>[5]</w:t>
      </w:r>
    </w:p>
    <w:p>
      <w:r>
        <w:rPr>
          <w:rFonts w:ascii="Gentium Plus" w:hAnsi="Gentium Plus"/>
          <w:sz w:val="24"/>
        </w:rPr>
        <w:t>κότα· τρόπον δ’ ἕτερον ἐπὶ τούτου γεννᾶται τὸ λεῖπον ἢ ὃν ἐπὶ τοῦ κοίλου. ἐν ἐκείνῳ μὲν γὰρ τὸ αἷμα, τούτῳ δ’ ἡ σὰρξ ὕλη. πληροῦται μὲν οὖν τὸ κοῖλον ὑπὸ τῆς γεννω‐ μένης σαρκὸς, τὴν γένεσιν ἐκ τοῦ αἵματος ἐχούσης· εἰς οὐλὴν δὲ ἀφικνεῖται τὸ ἤδη πεπληρωμένον ὑπὸ τοῦ γεννωμένου δέρ‐</w:t>
      </w:r>
    </w:p>
    <w:p>
      <w:r>
        <w:rPr>
          <w:rFonts w:ascii="Courier New" w:hAnsi="Courier New"/>
          <w:color w:val="555555"/>
          <w:sz w:val="20"/>
        </w:rPr>
        <w:t>[10]</w:t>
      </w:r>
    </w:p>
    <w:p>
      <w:r>
        <w:rPr>
          <w:rFonts w:ascii="Gentium Plus" w:hAnsi="Gentium Plus"/>
          <w:sz w:val="24"/>
        </w:rPr>
        <w:t>ματος, ἐκ τῆς ὑποβεβλημένης σαρκὸς τὴν γένεσιν ἔχοντος· ἀλλὰ σὰρξ μὲν ἡ αὐτὴ τῷ εἴδει τῇ διεφθαρμένῃ δύναται γεν‐ νηθῆναι κατὰ τὸ κοῖλον ἕλκος· δέρμα δ’ οὐκ ἐνδέχεται γεν‐ νηθῆναι τοιοῦτον ἀκριβῶς οἷον ἦν τὸ διεφθαρμένον, ἀλλ’ ὅμοιον μέν τι δέρματι καὶ τὴν χρείαν αὐτοῦ δυνάμενον ἀπο‐</w:t>
      </w:r>
    </w:p>
    <w:p>
      <w:r>
        <w:rPr>
          <w:rFonts w:ascii="Courier New" w:hAnsi="Courier New"/>
          <w:color w:val="555555"/>
          <w:sz w:val="20"/>
        </w:rPr>
        <w:t>[15]</w:t>
      </w:r>
    </w:p>
    <w:p>
      <w:r>
        <w:rPr>
          <w:rFonts w:ascii="Gentium Plus" w:hAnsi="Gentium Plus"/>
          <w:sz w:val="24"/>
        </w:rPr>
        <w:t>πληροῦν, οὐ μὴν ἀκριβὲς δέρμα. διὰ τί μὲν οὖν οὐχ οἷόν τ’ ἐστὶν ἡμῖν γεννῆσαι δέρμα τὸ ἅπαξ ἀπολλύμενον, ὥσπερ σάρκα καὶ πιμελὴν γεννῶμεν, ἐκ τῶν φυσικῶν ἐστι προβλη‐</w:t>
      </w:r>
    </w:p>
    <w:p>
      <w:r>
        <w:rPr>
          <w:rFonts w:ascii="Courier New" w:hAnsi="Courier New"/>
          <w:color w:val="555555"/>
          <w:sz w:val="20"/>
        </w:rPr>
        <w:t>[10 . 198]</w:t>
      </w:r>
    </w:p>
    <w:p>
      <w:r>
        <w:rPr>
          <w:rFonts w:ascii="Gentium Plus" w:hAnsi="Gentium Plus"/>
          <w:sz w:val="24"/>
        </w:rPr>
        <w:t>ματος, ἐκ τῆς νῦν ἐνεστώσης πραγματείας, ἧς τὴν μέθοδον ἤδη λέγομεν. ἐπειδὴ πρόκειται σκεπάσαι τὴν σάρκα συμφύτῳ τινὶ σκεπάσματι, τοῦτο γάρ ἐστι τὸ εἰς οὐλὴν ἀγαγεῖν τὸ ἕλκος, ἤτοι δέρμα γεννητέον ἡμῖν ἐστιν, ἢ τῆς σαρκὸς τὸ</w:t>
      </w:r>
    </w:p>
    <w:p>
      <w:r>
        <w:rPr>
          <w:rFonts w:ascii="Courier New" w:hAnsi="Courier New"/>
          <w:color w:val="555555"/>
          <w:sz w:val="20"/>
        </w:rPr>
        <w:t>[5]</w:t>
      </w:r>
    </w:p>
    <w:p>
      <w:r>
        <w:rPr>
          <w:rFonts w:ascii="Gentium Plus" w:hAnsi="Gentium Plus"/>
          <w:sz w:val="24"/>
        </w:rPr>
        <w:t>ἐπιπολῆς δέρματι παραπλήσιον ἐργαστέον· ἀλλ’ οὐκ ἐγχωρεῖ γεννῆσαι δέρμα, τὸ λοιπὸν ἄρα πειρατέον ἐργάζεσθαι. τίς οὖν ὁ τρόπος τῆς ἐργασίας; ἡ ἀλλοίωσις δηλονότι· σαρκὸς γάρ τι μόριον οὐκέτι σάρκα μένειν, ἀλλ’ οἷον δέρμα γενέσθαι βουλόμεθα· πῶς οὖν ἀλλοιωθήσεται; κατά τινα τῶν ἀλλοιου‐</w:t>
      </w:r>
    </w:p>
    <w:p>
      <w:r>
        <w:rPr>
          <w:rFonts w:ascii="Courier New" w:hAnsi="Courier New"/>
          <w:color w:val="555555"/>
          <w:sz w:val="20"/>
        </w:rPr>
        <w:t>[10]</w:t>
      </w:r>
    </w:p>
    <w:p>
      <w:r>
        <w:rPr>
          <w:rFonts w:ascii="Gentium Plus" w:hAnsi="Gentium Plus"/>
          <w:sz w:val="24"/>
        </w:rPr>
        <w:t>σῶν δηλονότι ποιοτήτων· ἥκει γὰρ αὖθις ἐνταῦθα, κᾂν μὴ θέλωμεν, ὁ περὶ τῶν στοιχείων λόγος, οὗ χώρις οὐδὲ ἐπου‐ λωτικὸν ἔστιν εὑρεῖν φάρμακον, οὐ μόνον σαρκωτικὸν ἢ κολλητικόν. ἐπεὶ τοίνυν τὸ δέρμα τῆς σαρκὸς ξηρότερόν ἐστι καὶ πυκνότερον, εἰ ξηραίνοιμεν καὶ στύφοιμεν τὴν σάρκα,</w:t>
      </w:r>
    </w:p>
    <w:p>
      <w:r>
        <w:rPr>
          <w:rFonts w:ascii="Courier New" w:hAnsi="Courier New"/>
          <w:color w:val="555555"/>
          <w:sz w:val="20"/>
        </w:rPr>
        <w:t>[15]</w:t>
      </w:r>
    </w:p>
    <w:p>
      <w:r>
        <w:rPr>
          <w:rFonts w:ascii="Gentium Plus" w:hAnsi="Gentium Plus"/>
          <w:sz w:val="24"/>
        </w:rPr>
        <w:t>δέρματι παραπλησίαν ἐργασόμεθα. τὸ μὲν κεφάλαιον ἔχεις ἤδη τῶν ἐπουλωτικῶν φαρμάκων, ἀλλ’ οὐκ ἀρκεῖ τοῦτο·</w:t>
      </w:r>
    </w:p>
    <w:p>
      <w:r>
        <w:rPr>
          <w:rFonts w:ascii="Courier New" w:hAnsi="Courier New"/>
          <w:color w:val="555555"/>
          <w:sz w:val="20"/>
        </w:rPr>
        <w:t>[10 . 199]</w:t>
      </w:r>
    </w:p>
    <w:p>
      <w:r>
        <w:rPr>
          <w:rFonts w:ascii="Gentium Plus" w:hAnsi="Gentium Plus"/>
          <w:sz w:val="24"/>
        </w:rPr>
        <w:t>ποτ’ οὖν διοίσει ταῦτ’ ἐκείνων, εἰς αὐτὴν ἀποβλέπων τὴν οὐσίαν τῶν πραγμάτων ἐξευρήσεις. ἐπειδὴ γὰρ ἐν μὲν ταῖς κολλήσεσι τῶν ἡλκωμένων ξηραίνεσθαι χρὴ τὸ ἐπιῤῥέον, ὡς ἀπέριττον μένειν τὸ πεπονθὸς μέρος, ἐν δὲ ταῖς ἐπουλώ‐</w:t>
      </w:r>
    </w:p>
    <w:p>
      <w:r>
        <w:rPr>
          <w:rFonts w:ascii="Courier New" w:hAnsi="Courier New"/>
          <w:color w:val="555555"/>
          <w:sz w:val="20"/>
        </w:rPr>
        <w:t>[5]</w:t>
      </w:r>
    </w:p>
    <w:p>
      <w:r>
        <w:rPr>
          <w:rFonts w:ascii="Gentium Plus" w:hAnsi="Gentium Plus"/>
          <w:sz w:val="24"/>
        </w:rPr>
        <w:t>σεσιν οὐ μόνον τὸ ἐπιῤῥέον, ἀλλὰ καὶ τὸ περιεχόμενον ἐν ταῖς σαρξὶν ὑγρὸν ἐκδαπανᾶσθαι προσήκει, πολὺ δήπου ξη‐ ρότερον εἶναι χρὴ τὸ συνουλωτικὸν φάρμακον τοῦ κολλη‐ τικοῦ· τῷ μὲν γὰρ κολλήσοντι, σκοπὸς εἷς οὗτος μόνος ἐκδαπανῆσαι τὸ περιττὸν τοῦ κατὰ φύσιν, τῷ δὲ οὐ τοῦτο</w:t>
      </w:r>
    </w:p>
    <w:p>
      <w:r>
        <w:rPr>
          <w:rFonts w:ascii="Courier New" w:hAnsi="Courier New"/>
          <w:color w:val="555555"/>
          <w:sz w:val="20"/>
        </w:rPr>
        <w:t>[10]</w:t>
      </w:r>
    </w:p>
    <w:p>
      <w:r>
        <w:rPr>
          <w:rFonts w:ascii="Gentium Plus" w:hAnsi="Gentium Plus"/>
          <w:sz w:val="24"/>
        </w:rPr>
        <w:t>μόνον, ἀλλὰ καὶ αὐτοῦ τοῦ κατὰ φύσιν ἅψασθαι· κηκὶς οὖν ὀμφακίτης ἐνταῦθα καὶ τὰ τῆς ῥοιᾶς λέμματα καὶ τῆς Αἰγυπτίας ἀκάνθας ὁ καρπὸς, μετρίως ξηραίνοντα φάρμα‐ κα· χαλκῖτις δὲ καὶ χαλκὸς κεκαυμένος καὶ λεπὶς χαλκοῦ καὶ μίσυ καὶ στυπτηρία σχιστὴ πολὺ τούτων σφοδρότερα·</w:t>
      </w:r>
    </w:p>
    <w:p>
      <w:r>
        <w:rPr>
          <w:rFonts w:ascii="Courier New" w:hAnsi="Courier New"/>
          <w:color w:val="555555"/>
          <w:sz w:val="20"/>
        </w:rPr>
        <w:t>[15]</w:t>
      </w:r>
    </w:p>
    <w:p>
      <w:r>
        <w:rPr>
          <w:rFonts w:ascii="Gentium Plus" w:hAnsi="Gentium Plus"/>
          <w:sz w:val="24"/>
        </w:rPr>
        <w:t>μίσυ μὲν καὶ χαλκῖτις μάλιστα, μετριώτερον δ’ ἡ λεπὶς τοῦ χαλκοῦ· καὶ τούτου μετριώτερον ὁ κεκαυμένος χαλκὸς, εἰ δὲ καὶ πλύναις αὐτὸν, τὸ ἀδηκτότατον ἕξεις φάρμακον.</w:t>
      </w:r>
    </w:p>
    <w:p>
      <w:r>
        <w:rPr>
          <w:rFonts w:ascii="Courier New" w:hAnsi="Courier New"/>
          <w:color w:val="555555"/>
          <w:sz w:val="20"/>
        </w:rPr>
        <w:t>[10 . 200]</w:t>
      </w:r>
    </w:p>
    <w:p>
      <w:r>
        <w:rPr>
          <w:rFonts w:ascii="Gentium Plus" w:hAnsi="Gentium Plus"/>
          <w:sz w:val="24"/>
        </w:rPr>
        <w:t>γματείας, ἑπομένης τῇ θεραπευτικῇ μεθόδῳ. τὸ μὲν γὰρ τὰς δυνάμεις τῶν φαρμάκων γνῶναι προηγεῖται τῆς θε‐ ραπευτικῆς μεθόδου· καὶ λέλεκται περὶ αὐτῶν ἑτέρωθι· τὸ δὲ συνθεῖναι τὰ φάρμακα μετὰ τὴν θεραπευτικήν ἐστι μέ‐</w:t>
      </w:r>
    </w:p>
    <w:p>
      <w:r>
        <w:rPr>
          <w:rFonts w:ascii="Courier New" w:hAnsi="Courier New"/>
          <w:color w:val="555555"/>
          <w:sz w:val="20"/>
        </w:rPr>
        <w:t>[5]</w:t>
      </w:r>
    </w:p>
    <w:p>
      <w:r>
        <w:rPr>
          <w:rFonts w:ascii="Gentium Plus" w:hAnsi="Gentium Plus"/>
          <w:sz w:val="24"/>
        </w:rPr>
        <w:t>θοδον. ὅταν γὰρ αὕτη μὲν διδάξῃ τὰ καθόλου, λέγω δὲ τὸ ξηραίνειν ἢ ὑγραίνειν, ἢ ψύχειν ἢ θερμαίνειν, καὶ ἤτοι μετρίως τοῦτο δρᾷν, ἢ σφοδρῶς, ἢ ἀμυδρῶς, εἰδῶμεν δὲ καὶ τὴν τῶν ἁπλῶν φαρμάκων ἑκάστου δύναμιν ἰδίᾳ καθ’ ἑαυτὴν ἐπεσκεμμένοι, τηνικαῦτα πῶς ἄν τις ταῦτα μίξειεν</w:t>
      </w:r>
    </w:p>
    <w:p>
      <w:r>
        <w:rPr>
          <w:rFonts w:ascii="Courier New" w:hAnsi="Courier New"/>
          <w:color w:val="555555"/>
          <w:sz w:val="20"/>
        </w:rPr>
        <w:t>[10]</w:t>
      </w:r>
    </w:p>
    <w:p>
      <w:r>
        <w:rPr>
          <w:rFonts w:ascii="Gentium Plus" w:hAnsi="Gentium Plus"/>
          <w:sz w:val="24"/>
        </w:rPr>
        <w:t>ἐπιτηδείως τῇ χρείᾳ προσήκει σκέπτεσθαι· γίνεται γοῦν οὕτως διττή τις ἡ περὶ τῶν φαρμάκων μέθοδος· ἑτέρα μὲν ἡ τῆς δυνάμεως αὐτῶν, ἑτέρα δὲ ἡ τῆς συνθέσεώς τε καὶ σκευασίας. ἀλλὰ γὰρ ἐπὶ τὸ λεῖπον ἔτι τῆς περὶ τῶν ἑλκῶν ἀπιέναι χρὴ μεθόδου.</w:t>
      </w:r>
    </w:p>
    <w:p>
      <w:r>
        <w:rPr>
          <w:rFonts w:ascii="Courier New" w:hAnsi="Courier New"/>
          <w:color w:val="555555"/>
          <w:sz w:val="20"/>
        </w:rPr>
        <w:t>[15]</w:t>
      </w:r>
    </w:p>
    <w:p>
      <w:r>
        <w:rPr>
          <w:rFonts w:ascii="Gentium Plus" w:hAnsi="Gentium Plus"/>
          <w:sz w:val="24"/>
        </w:rPr>
        <w:t>Λείπει δ’, ὡς οἶμαι, τὸ περὶ τῶν ὑπερ‐ αυξανομένων σαρκῶν εἰπεῖν, ὃ δὴ καὶ ὑπερσάρκωσιν ὀνο‐ μάζουσιν οἱ πλείους τῶν ἰατρῶν. ἔστι δὲ καὶ τοῦτο νόσημα</w:t>
      </w:r>
    </w:p>
    <w:p>
      <w:r>
        <w:rPr>
          <w:rFonts w:ascii="Courier New" w:hAnsi="Courier New"/>
          <w:color w:val="555555"/>
          <w:sz w:val="20"/>
        </w:rPr>
        <w:t>[10 . 201]</w:t>
      </w:r>
    </w:p>
    <w:p>
      <w:r>
        <w:rPr>
          <w:rFonts w:ascii="Gentium Plus" w:hAnsi="Gentium Plus"/>
          <w:sz w:val="24"/>
        </w:rPr>
        <w:t>ἐξέστω γὰρ ὡς ἂν ἐθέλοις ὀνομάζειν· ἐκ ταὐτοῦ δὲ γένους καὶ ἡ κοιλότης ἦν, ὑπὲρ ἧς προειρήκαμεν. ὡς οὖν ὃ καλοῦσιν ἕλκος κοῖλον οὐχ ἕν ἐστι πάθος, ἀλλὰ κοιλό‐ της τε ἅμα καὶ ἕλκος, οὕτως ἕλκος ὑπερσαρκοῦν οὐχ ἕν</w:t>
      </w:r>
    </w:p>
    <w:p>
      <w:r>
        <w:rPr>
          <w:rFonts w:ascii="Courier New" w:hAnsi="Courier New"/>
          <w:color w:val="555555"/>
          <w:sz w:val="20"/>
        </w:rPr>
        <w:t>[5]</w:t>
      </w:r>
    </w:p>
    <w:p>
      <w:r>
        <w:rPr>
          <w:rFonts w:ascii="Gentium Plus" w:hAnsi="Gentium Plus"/>
          <w:sz w:val="24"/>
        </w:rPr>
        <w:t>ἐστι πάθος, ἀλλ’ ὑπερσάρκωσίς τε ἅμα καὶ ἕλκος, ἐνδείκ‐ νυται δὲ τὸ τῷ μεγέθει παρὰ φύσιν τὴν πρώτην ἔνδειξιν, ἣν δὴ καὶ σκοπὸν τῆς τῶν ἰαμάτων εὑρέσεως ἐλέγομεν εἶναι, τοῦ πλεονάζοντος τὴν ἀφαίρεσιν· ὑπὸ φαρμάκων δ’ αὕτη γίνεται μόνον, οὐκέθ’ ὑπὸ φύσεως, ἀνάπαλιν ἢ ὡς ἐπὶ</w:t>
      </w:r>
    </w:p>
    <w:p>
      <w:r>
        <w:rPr>
          <w:rFonts w:ascii="Courier New" w:hAnsi="Courier New"/>
          <w:color w:val="555555"/>
          <w:sz w:val="20"/>
        </w:rPr>
        <w:t>[10]</w:t>
      </w:r>
    </w:p>
    <w:p>
      <w:r>
        <w:rPr>
          <w:rFonts w:ascii="Gentium Plus" w:hAnsi="Gentium Plus"/>
          <w:sz w:val="24"/>
        </w:rPr>
        <w:t>σαρκώσεως καὶ κολλήσεως εἶχεν· ἐκεῖνα μὲν γὰρ τῆς φύσεως αὐτῆς ἐστιν ἔργα, τῶν φαρμάκων τὰ διακωλύοντα τὰς ἐνεργείας αὐτῆς ἐκκοπτόντων· ἡ δὲ τῶν ὑπεραυξηθεισῶν σαρκῶν καθαίρεσις οὐδὲν μὲν τῆς φύσεώς ἐστιν ἔργον, ὑπὸ δὲ τῶν ἰσχυρῶς ξηραινόντων γίνεται φαρμάκων. παρά‐</w:t>
      </w:r>
    </w:p>
    <w:p>
      <w:r>
        <w:rPr>
          <w:rFonts w:ascii="Courier New" w:hAnsi="Courier New"/>
          <w:color w:val="555555"/>
          <w:sz w:val="20"/>
        </w:rPr>
        <w:t>[15]</w:t>
      </w:r>
    </w:p>
    <w:p>
      <w:r>
        <w:rPr>
          <w:rFonts w:ascii="Gentium Plus" w:hAnsi="Gentium Plus"/>
          <w:sz w:val="24"/>
        </w:rPr>
        <w:t>κειται δὲ ταῦτα τὰ φάρμακα τοῖς τε ῥύπτουσιν ἰσχυρῶς καὶ τοῖς ἐπουλοῦσιν, ὡς πολλοὺς διαμαρτάνοντας ἐνίοτε</w:t>
      </w:r>
    </w:p>
    <w:p>
      <w:r>
        <w:rPr>
          <w:rFonts w:ascii="Courier New" w:hAnsi="Courier New"/>
          <w:color w:val="555555"/>
          <w:sz w:val="20"/>
        </w:rPr>
        <w:t>[10 . 202]</w:t>
      </w:r>
    </w:p>
    <w:p>
      <w:r>
        <w:rPr>
          <w:rFonts w:ascii="Gentium Plus" w:hAnsi="Gentium Plus"/>
          <w:sz w:val="24"/>
        </w:rPr>
        <w:t>εἰς οὐλὴν ἄγον παραλαμβάνειν· οἷον αὐτίκα τὸ μίσυ καὶ ἡ χαλκῖτις εἰ ὑγρᾷ φύσει προσάγοιτο, τῶν καθαιρόντων μᾶλ‐ λον ἢ τῶν ἐπουλούντων ἐστίν· ὅθεν εἴ ποτε τοιούτοις ἀναγκασθείημεν χρῆσθαι πρὸς ἐπούλωσιν, ἑτέρων δηλονότι</w:t>
      </w:r>
    </w:p>
    <w:p>
      <w:r>
        <w:rPr>
          <w:rFonts w:ascii="Courier New" w:hAnsi="Courier New"/>
          <w:color w:val="555555"/>
          <w:sz w:val="20"/>
        </w:rPr>
        <w:t>[5]</w:t>
      </w:r>
    </w:p>
    <w:p>
      <w:r>
        <w:rPr>
          <w:rFonts w:ascii="Gentium Plus" w:hAnsi="Gentium Plus"/>
          <w:sz w:val="24"/>
        </w:rPr>
        <w:t>μὴ παρόντων, ὡς ἐλαχίστοις αὐτοῖς χρησόμεθα, μόνον τὸν πυρῆνα τῆς μήλης καθιέντες εἰς ἄκρον λελειωμένα τὰ φάρ‐ μακα· κᾄπειθ’ οὕτως οἷον χνοῦν τινα τοῖς τῆς ἐπουλώσεως δεομένοις ἐπιβάλλομεν μορίοις. εἰ δὲ καὶ καθαιρεῖν βουλοί‐ μεθα τὰ ὑπερέχοντα, δαψιλέστερον ἐπιθήσομεν. ἰὸς δὲ τού‐</w:t>
      </w:r>
    </w:p>
    <w:p>
      <w:r>
        <w:rPr>
          <w:rFonts w:ascii="Courier New" w:hAnsi="Courier New"/>
          <w:color w:val="555555"/>
          <w:sz w:val="20"/>
        </w:rPr>
        <w:t>[10]</w:t>
      </w:r>
    </w:p>
    <w:p>
      <w:r>
        <w:rPr>
          <w:rFonts w:ascii="Gentium Plus" w:hAnsi="Gentium Plus"/>
          <w:sz w:val="24"/>
        </w:rPr>
        <w:t>των ἐστὶ καθαιρετικώτερος, ὡς ὅλως ἐκπεπτωκέναι τοῦ γένους τῶν ἐπουλούντων· εἰ δὲ καὶ καύσειας αὐτὰ, δριμύ‐ τερα μὲν ἧττον, ἐπουλωτικώτερα δὲ ποιήσεις. εἰ δὲ καὶ πλύναις, ἠπιώτερα. μέμνησαι δὲ δήπου καὶ σὺ τὸν ἄνευ λογισμοῦ θεραπεύοντά ποτε τὸ ῥυπαρὸν ἕλκος, τῷ συνήθει</w:t>
      </w:r>
    </w:p>
    <w:p>
      <w:r>
        <w:rPr>
          <w:rFonts w:ascii="Courier New" w:hAnsi="Courier New"/>
          <w:color w:val="555555"/>
          <w:sz w:val="20"/>
        </w:rPr>
        <w:t>[15]</w:t>
      </w:r>
    </w:p>
    <w:p>
      <w:r>
        <w:rPr>
          <w:rFonts w:ascii="Gentium Plus" w:hAnsi="Gentium Plus"/>
          <w:sz w:val="24"/>
        </w:rPr>
        <w:t>φαρμάκῳ τῷ χλωρῷ, μιγνύντα μὲν αὐτῷ τὸ μέλι, πολλαῖς δὲ ἐφεξῆς ἡμέραις εὑρίσκοντα ῥυπαρὸν ὁμοίως· εἶτ’ ἀπο‐</w:t>
      </w:r>
    </w:p>
    <w:p>
      <w:r>
        <w:rPr>
          <w:rFonts w:ascii="Courier New" w:hAnsi="Courier New"/>
          <w:color w:val="555555"/>
          <w:sz w:val="20"/>
        </w:rPr>
        <w:t>[10 . 203]</w:t>
      </w:r>
    </w:p>
    <w:p>
      <w:r>
        <w:rPr>
          <w:rFonts w:ascii="Gentium Plus" w:hAnsi="Gentium Plus"/>
          <w:sz w:val="24"/>
        </w:rPr>
        <w:t>γὰρ οὐ καθαίρεσθαι μόνον τὸν ῥύπον, ἀλλὰ καὶ συγκα‐ θαιρεῖσθαί τι καὶ συντήκεσθαι τῆς ὑποκειμένης σαρκὸς, ἰσχυροτέρου τοῦ φαρμάκου τῆς τοῦ κάμνοντος ὑπάρχον‐ τος φύσεως. εἶθ’ ὁ μὲν ἰατρὸς ἀεὶ πλέον ἀνεμίγνυε τῷ φαρ‐</w:t>
      </w:r>
    </w:p>
    <w:p>
      <w:r>
        <w:rPr>
          <w:rFonts w:ascii="Courier New" w:hAnsi="Courier New"/>
          <w:color w:val="555555"/>
          <w:sz w:val="20"/>
        </w:rPr>
        <w:t>[5]</w:t>
      </w:r>
    </w:p>
    <w:p>
      <w:r>
        <w:rPr>
          <w:rFonts w:ascii="Gentium Plus" w:hAnsi="Gentium Plus"/>
          <w:sz w:val="24"/>
        </w:rPr>
        <w:t>μάκῳ τοῦ μέλιτος, ἵνα δὴ σφοδρότερον καθῄρειεν, ὡς ἐλλιπῶς τοῦ προτέρου τοῦτο δράσαντος. ἐγίγνετο δὲ πᾶν τοὐναντίον· εἰς ὅσον γὰρ ἐπετείνετο τῇ δριμύτητι τὸ προσ‐ φερόμενον, εἰς τοσοῦτον συνετήκετο μὲν ἡ ὑποκειμένη σὰρξ, ὁ δὲ τῆς συντήξεως ῥύπος εὑρισκόμενος ἐπὶ τοῦ ἕλκους ἐξη‐</w:t>
      </w:r>
    </w:p>
    <w:p>
      <w:r>
        <w:rPr>
          <w:rFonts w:ascii="Courier New" w:hAnsi="Courier New"/>
          <w:color w:val="555555"/>
          <w:sz w:val="20"/>
        </w:rPr>
        <w:t>[10]</w:t>
      </w:r>
    </w:p>
    <w:p>
      <w:r>
        <w:rPr>
          <w:rFonts w:ascii="Gentium Plus" w:hAnsi="Gentium Plus"/>
          <w:sz w:val="24"/>
        </w:rPr>
        <w:t>πάτα τὸν ἰατρὸν, ὡς οὐδὲν ἀνύοντος τοῦ φαρμάκου. τούτου μὲν δὴ περὶ τὴν διάγνωσιν, οὐ μόνον περὶ τὴν θεραπευτικὴν μέθοδον ἡ ἄγνοια· καὶ γὰρ μάλιστα καὶ ῥυπαρὸν καὶ ὑγρὸν ὁμοίως φαίνεται τὸ ἕλκος ἐπ’ ἀμφοτέρων τῶν φαρμάκων, ἀλλά τοι κοιλότερον μὲν ἐπὶ τῶν ἰσχυρῶν τε καὶ συντηκόν‐</w:t>
      </w:r>
    </w:p>
    <w:p>
      <w:r>
        <w:rPr>
          <w:rFonts w:ascii="Courier New" w:hAnsi="Courier New"/>
          <w:color w:val="555555"/>
          <w:sz w:val="20"/>
        </w:rPr>
        <w:t>[15]</w:t>
      </w:r>
    </w:p>
    <w:p>
      <w:r>
        <w:rPr>
          <w:rFonts w:ascii="Gentium Plus" w:hAnsi="Gentium Plus"/>
          <w:sz w:val="24"/>
        </w:rPr>
        <w:t>των γίγνεται· καὶ προσέτι τοῖς χείλεσιν ὀχθῶδες, ἐρυθρόν τε καὶ ὑποφλεγμαῖνον, ἔστιν ὅτε δὲ καὶ δάκνεται σαφῶς ὁ</w:t>
      </w:r>
    </w:p>
    <w:p>
      <w:r>
        <w:rPr>
          <w:rFonts w:ascii="Courier New" w:hAnsi="Courier New"/>
          <w:color w:val="555555"/>
          <w:sz w:val="20"/>
        </w:rPr>
        <w:t>[10 . 204]</w:t>
      </w:r>
    </w:p>
    <w:p>
      <w:r>
        <w:rPr>
          <w:rFonts w:ascii="Gentium Plus" w:hAnsi="Gentium Plus"/>
          <w:sz w:val="24"/>
        </w:rPr>
        <w:t>προσήκει ξηραῖνον οὔτε δῆξιν οὔτε τῶν ἄλλων οὐδὲν ὧν εἶπον ἐργάζεται. δῆλον δ’, οἶμαι, κᾀπὶ τούτων ἐστὶν ὡς ὁ μὲν ἐμπειρικὸς, εἰ καὶ ὅτι μάλιστα διωρισμένῃ χρήσαιτο τῇ πείρᾳ, τό γε μεταβαίνειν ἐπὶ τὸ προσῆκον εὐμηχάνως οὐκ</w:t>
      </w:r>
    </w:p>
    <w:p>
      <w:r>
        <w:rPr>
          <w:rFonts w:ascii="Courier New" w:hAnsi="Courier New"/>
          <w:color w:val="555555"/>
          <w:sz w:val="20"/>
        </w:rPr>
        <w:t>[5]</w:t>
      </w:r>
    </w:p>
    <w:p>
      <w:r>
        <w:rPr>
          <w:rFonts w:ascii="Gentium Plus" w:hAnsi="Gentium Plus"/>
          <w:sz w:val="24"/>
        </w:rPr>
        <w:t>ἔχει. μόνῳ δ’ ὑπάρχει τοῦτο τῷ κατὰ μέθοδον ἰατρεύοντι, τὴν ὄντως δηλονότι μέθοδον, ἣν ἐγὼ νῦν διέρχομαι. Τὴν γὰρ τῶν ἀμεθόδων Θεσσαλείων μέθο‐ δον ὄνομα μόνον οἶσθα δήπου κενὸν, ἔρημον ἔργου παντός· οἵ γε τοσαύτης τε καὶ τηλικαύτης οὔσης μεθόδου περὶ τὴν</w:t>
      </w:r>
    </w:p>
    <w:p>
      <w:r>
        <w:rPr>
          <w:rFonts w:ascii="Courier New" w:hAnsi="Courier New"/>
          <w:color w:val="555555"/>
          <w:sz w:val="20"/>
        </w:rPr>
        <w:t>[10]</w:t>
      </w:r>
    </w:p>
    <w:p>
      <w:r>
        <w:rPr>
          <w:rFonts w:ascii="Gentium Plus" w:hAnsi="Gentium Plus"/>
          <w:sz w:val="24"/>
        </w:rPr>
        <w:t>τῶν ἑλκῶν ἴασιν οὔτε τοῖς τῶν ἐμπειρικῶν ἐχρήσαντο διο‐ ρισμοῖς εἰς τὴν τῶν φαρμάκων εὕρεσιν οὔτ’ ἀπὸ τῆς φύσεως αὐτῆς τῶν πραγμάτων ἔλαβον τὴν ἔνδειξιν, ὡς οἱ δογματι‐ κοί· μόνον δ’ εἰπόντες ὃ καὶ τοῖς ἰδιώταις γνωρίζεται, τὸ δεῖσθαι τὸ μὲν κοῖλον ἕλκος πληρώσεως, τὸ δὲ πλῆρες ἐπου‐</w:t>
      </w:r>
    </w:p>
    <w:p>
      <w:r>
        <w:rPr>
          <w:rFonts w:ascii="Courier New" w:hAnsi="Courier New"/>
          <w:color w:val="555555"/>
          <w:sz w:val="20"/>
        </w:rPr>
        <w:t>[15]</w:t>
      </w:r>
    </w:p>
    <w:p>
      <w:r>
        <w:rPr>
          <w:rFonts w:ascii="Gentium Plus" w:hAnsi="Gentium Plus"/>
          <w:sz w:val="24"/>
        </w:rPr>
        <w:t>λώσεως, τὸ δ’ ὑπερσαρκοῦν καθαιρέσεως, καὶ τὸ μὲν ῥυπα‐ ρὸν καθάρσεως, τὸ δὲ καθαρὸν ἐπουλώσεως, τὸ δὲ ἔναιμον καὶ κολλήσεως, ἑλκῶν θεραπείας οἴονταί τινα μέθοδον εἰρη‐</w:t>
      </w:r>
    </w:p>
    <w:p>
      <w:r>
        <w:rPr>
          <w:rFonts w:ascii="Courier New" w:hAnsi="Courier New"/>
          <w:color w:val="555555"/>
          <w:sz w:val="20"/>
        </w:rPr>
        <w:t>[10 . 205]</w:t>
      </w:r>
    </w:p>
    <w:p>
      <w:r>
        <w:rPr>
          <w:rFonts w:ascii="Gentium Plus" w:hAnsi="Gentium Plus"/>
          <w:sz w:val="24"/>
        </w:rPr>
        <w:t>ραις φύσεσι τῶν ἧττον ξηραινόντων φαρμάκων ἐστὶ χρεία, ταῖς δὲ ξηροτέραις τῶν μᾶλλον. ὃ τοίνυν παρ’ ὅλον τὸν λόγον ἐφάνη σαφῶς αὖθις ἀναληπτέον· ἵν’ ἡμεῖς τε μάλιστα προσέχωμεν αὐτῷ τὸν νοῦν, οἵ τ’ ἄλλοι πάντες οἱ τὴν πα‐</w:t>
      </w:r>
    </w:p>
    <w:p>
      <w:r>
        <w:rPr>
          <w:rFonts w:ascii="Courier New" w:hAnsi="Courier New"/>
          <w:color w:val="555555"/>
          <w:sz w:val="20"/>
        </w:rPr>
        <w:t>[5]</w:t>
      </w:r>
    </w:p>
    <w:p>
      <w:r>
        <w:rPr>
          <w:rFonts w:ascii="Gentium Plus" w:hAnsi="Gentium Plus"/>
          <w:sz w:val="24"/>
        </w:rPr>
        <w:t>λαιὰν μέθοδον διαφθείροντες ἐναργέστερον γνῶσιν ὅσον ἁμαρτάνουσιν. ἄρξομαι δ’ ἀπὸ τῶν σαρκώσεως δεομένων ἑλκῶν, ἕν τι τοῦτο παράδειγμα προχειρισάμενος, ἐπειδὴ καὶ φθάνω τὸν λόγον ὑπὲρ αὐτοῦ πεποιημένος. εἶθ’ ἑξῆς περὶ πάσης ὁμοῦ τῆς ἰάσεως ἐν τῷ καθόλου ποιήσομαι τὸν λό‐</w:t>
      </w:r>
    </w:p>
    <w:p>
      <w:r>
        <w:rPr>
          <w:rFonts w:ascii="Courier New" w:hAnsi="Courier New"/>
          <w:color w:val="555555"/>
          <w:sz w:val="20"/>
        </w:rPr>
        <w:t>[10]</w:t>
      </w:r>
    </w:p>
    <w:p>
      <w:r>
        <w:rPr>
          <w:rFonts w:ascii="Gentium Plus" w:hAnsi="Gentium Plus"/>
          <w:sz w:val="24"/>
        </w:rPr>
        <w:t>γον. ἐφάνη τοίνυν οὐ τῷ λόγῳ μόνον, ἀλλὰ καὶ τῇ πείρᾳ σκοπουμένοις, οὐ τῶν αὐτῶν ἅπασα φύσις δεομένη φαρμά‐ κων, ἀλλ’ αἱ μὲν ἀσθενέστεραι καὶ μαλακώτεραι τῶν μαλα‐ κωτέρων, αἱ δ’ ἰσχυρότεραι καὶ ξηρότεραι τῶν ἰσχυροτέρων. οὕτω δὲ κᾀπὶ τῶν εἰς οὐλὴν ἀγομένων ἑλκῶν εἶχε καὶ προσ‐</w:t>
      </w:r>
    </w:p>
    <w:p>
      <w:r>
        <w:rPr>
          <w:rFonts w:ascii="Courier New" w:hAnsi="Courier New"/>
          <w:color w:val="555555"/>
          <w:sz w:val="20"/>
        </w:rPr>
        <w:t>[15]</w:t>
      </w:r>
    </w:p>
    <w:p>
      <w:r>
        <w:rPr>
          <w:rFonts w:ascii="Gentium Plus" w:hAnsi="Gentium Plus"/>
          <w:sz w:val="24"/>
        </w:rPr>
        <w:t>έτι τῶν κολλήσεως δεομένων. ἁπλῶς γὰρ οὐδὲν τῶν ἰσχυρῶν φαρμάκων αἱ μαλακαὶ φέρουσι φύσεις. ἐν δὲ τῇ διεξόδῳ ταύτῃ τοῦ λόγου κατάφωρον γίγνεται σαφῶς ὅτι τε τὴν φύσιν</w:t>
      </w:r>
    </w:p>
    <w:p>
      <w:r>
        <w:rPr>
          <w:rFonts w:ascii="Courier New" w:hAnsi="Courier New"/>
          <w:color w:val="555555"/>
          <w:sz w:val="20"/>
        </w:rPr>
        <w:t>[10 . 206]</w:t>
      </w:r>
    </w:p>
    <w:p>
      <w:r>
        <w:rPr>
          <w:rFonts w:ascii="Gentium Plus" w:hAnsi="Gentium Plus"/>
          <w:sz w:val="24"/>
        </w:rPr>
        <w:t>πον ἰδίᾳ τίς ἐστι θεραπεία· καὶ τρίτον ἐπὶ τούτοις ὡς ἐπειδὴ τὸ τῆς ἑκάστου φύσεως ἴδιον ἀῤῥητόν ἐστι καὶ πρὸς τὴν ἀκρι‐ βεστάτην ἐπιστήμην ἄληπτον, οὗτος ἂν ἄριστος ἰατρὸς εἴη τῶν κατὰ μέρος ἁπάντων νοσημάτων, ὁ μέθοδόν τινα πορι‐</w:t>
      </w:r>
    </w:p>
    <w:p>
      <w:r>
        <w:rPr>
          <w:rFonts w:ascii="Courier New" w:hAnsi="Courier New"/>
          <w:color w:val="555555"/>
          <w:sz w:val="20"/>
        </w:rPr>
        <w:t>[5]</w:t>
      </w:r>
    </w:p>
    <w:p>
      <w:r>
        <w:rPr>
          <w:rFonts w:ascii="Gentium Plus" w:hAnsi="Gentium Plus"/>
          <w:sz w:val="24"/>
        </w:rPr>
        <w:t>σάμενος ἐξ ἧς διαγνωστικὸς μὲν τῶν φύσεων ἔσοιτο, στοχα‐ στικὸς δὲ τῶν ἑκάστης ἰδίων ἰαμάτων. τὸ δ’ οἴεσθαι κοινήν τινα ἁπάντων ἀνθρώπων εἶναι θεραπείαν ἐσχάτως ἠλιθιόν ἐστιν· ὅπερ οἱ ἀναισθητότατοι νομίζουσι μεθοδικοί. καὶ διὰ ταῦθ’ ἑστάναι τὰ τῆς ἰατρικῆς ἔφασαν ἅπαντα θεωρήματα,</w:t>
      </w:r>
    </w:p>
    <w:p>
      <w:r>
        <w:rPr>
          <w:rFonts w:ascii="Courier New" w:hAnsi="Courier New"/>
          <w:color w:val="555555"/>
          <w:sz w:val="20"/>
        </w:rPr>
        <w:t>[10]</w:t>
      </w:r>
    </w:p>
    <w:p>
      <w:r>
        <w:rPr>
          <w:rFonts w:ascii="Gentium Plus" w:hAnsi="Gentium Plus"/>
          <w:sz w:val="24"/>
        </w:rPr>
        <w:t>τουτέστιν ἐπιστημονικὰ καὶ βέβαια ταῖς γνώσεσιν ὑπάρχειν. εἶναί τε τὴν γνῶσιν αὐτῶν τέχνην τινὰ κοινοτήτων, οὐκ ἰδιο‐ τήτων, ὡσπερεὶ τὸν κοινὸν καὶ γενικὸν ἄνθρωπον θεραπεύον‐ τες, οὐ τοὺς κατὰ μέρος. ὡς οὖν ἐν τοῖς ἄλλοις ἅπασιν εὐθέως κατὰ τὰς ἀρχὰς ἐσφάλησαν, οὕτω κᾀν τῷδε· θερα‐</w:t>
      </w:r>
    </w:p>
    <w:p>
      <w:r>
        <w:rPr>
          <w:rFonts w:ascii="Courier New" w:hAnsi="Courier New"/>
          <w:color w:val="555555"/>
          <w:sz w:val="20"/>
        </w:rPr>
        <w:t>[15]</w:t>
      </w:r>
    </w:p>
    <w:p>
      <w:r>
        <w:rPr>
          <w:rFonts w:ascii="Gentium Plus" w:hAnsi="Gentium Plus"/>
          <w:sz w:val="24"/>
        </w:rPr>
        <w:t>πεύεται μὲν γὰρ οὐχ ὁ κοινὸς καὶ γενικὸς ἄνθρωπος, ἀλλ’ ἡμῶν ἕκαστος, ἄλλος ἄλλην ἔχων δηλονότι κρᾶσίν τε καὶ</w:t>
      </w:r>
    </w:p>
    <w:p>
      <w:r>
        <w:rPr>
          <w:rFonts w:ascii="Courier New" w:hAnsi="Courier New"/>
          <w:color w:val="555555"/>
          <w:sz w:val="20"/>
        </w:rPr>
        <w:t>[10 . 207]</w:t>
      </w:r>
    </w:p>
    <w:p>
      <w:r>
        <w:rPr>
          <w:rFonts w:ascii="Gentium Plus" w:hAnsi="Gentium Plus"/>
          <w:sz w:val="24"/>
        </w:rPr>
        <w:t>πων εἶναι· ἐγὼ δ’ εἰ καὶ τὴν ἑκάστου φύσιν ἀκριβῶς ἠπιστά‐ μην ἐξευρίσκειν, οἷον ἐπινοῶ τὸν Ἀσκληπιὸν, αὐτὸς ἂν ἦν τοιοῦτος· ἐπεὶ δ’ ἀδύνατον τοῦτο, τὸ γοῦν ἐγγυτάτω προσ‐ ιέναι καθόσον ἀνθρώπῳ δυνατὸν αὐτός τε ἀσκεῖν ἔγνωκα</w:t>
      </w:r>
    </w:p>
    <w:p>
      <w:r>
        <w:rPr>
          <w:rFonts w:ascii="Courier New" w:hAnsi="Courier New"/>
          <w:color w:val="555555"/>
          <w:sz w:val="20"/>
        </w:rPr>
        <w:t>[5]</w:t>
      </w:r>
    </w:p>
    <w:p>
      <w:r>
        <w:rPr>
          <w:rFonts w:ascii="Gentium Plus" w:hAnsi="Gentium Plus"/>
          <w:sz w:val="24"/>
        </w:rPr>
        <w:t>καὶ τοῖς ἄλλοις παρακελεύομαι. πειρῶνται μὲν οὖν εἰς ὅσον οἷόν τε καὶ οἱ ἀπὸ τῆς ἐμπειρίας, ἀποχωρεῖν μὲν τῶν κοινῶν, προσέρχεσθαι δὲ τοῖς ἰδίοις· ἀλλ’ ὅσον καὶ τούτοις ἐνδεῖ πρὸς τὸ τέλειον εἴρηται πρόσθεν. οὐ γὰρ ἐπὶ παίδων, ἢ γυναικῶν, ἢ γερόντων, ἢ μαλακὴν ἐχόντων καὶ λευκὴν τὴν</w:t>
      </w:r>
    </w:p>
    <w:p>
      <w:r>
        <w:rPr>
          <w:rFonts w:ascii="Courier New" w:hAnsi="Courier New"/>
          <w:color w:val="555555"/>
          <w:sz w:val="20"/>
        </w:rPr>
        <w:t>[10]</w:t>
      </w:r>
    </w:p>
    <w:p>
      <w:r>
        <w:rPr>
          <w:rFonts w:ascii="Gentium Plus" w:hAnsi="Gentium Plus"/>
          <w:sz w:val="24"/>
        </w:rPr>
        <w:t>σάρκα καὶ ὅσα τοιαῦτα, ὡς ἐκεῖνοι ποιοῦσι, προσδιοριστέον ἐστὶν, ἀλλ’ ὅπως ὑγρότητος ἢ ξηρότητος ἔχει τὸ σῶμα. τοὺς μὲν οὖν ἐμπειρικοὺς ἰατροὺς ἄλλων τε πολλῶν ἕνεκεν ἀπο‐ δέχεσθαι χρὴ καὶ μάλισθ’ ὅταν προσέρχεσθαι πειρῶνται καθ‐ όσον ἐγχωρεῖ τῇ τοῦ κάμνοντος ἰδιότητι. μετὰ γὰρ τοὺς διο‐</w:t>
      </w:r>
    </w:p>
    <w:p>
      <w:r>
        <w:rPr>
          <w:rFonts w:ascii="Courier New" w:hAnsi="Courier New"/>
          <w:color w:val="555555"/>
          <w:sz w:val="20"/>
        </w:rPr>
        <w:t>[15]</w:t>
      </w:r>
    </w:p>
    <w:p>
      <w:r>
        <w:rPr>
          <w:rFonts w:ascii="Gentium Plus" w:hAnsi="Gentium Plus"/>
          <w:sz w:val="24"/>
        </w:rPr>
        <w:t>ρισμοὺς ἅπαντας οὓς διορίζονται, καὶ τὸν ἀπὸ τῶν ἐθῶν ἐπάγουσιν, ὡς κᾀντεῦθεν εὐπορήσαντες οἰκειοτέρων τῷ</w:t>
      </w:r>
    </w:p>
    <w:p>
      <w:r>
        <w:rPr>
          <w:rFonts w:ascii="Courier New" w:hAnsi="Courier New"/>
          <w:color w:val="555555"/>
          <w:sz w:val="20"/>
        </w:rPr>
        <w:t>[10 . 208]</w:t>
      </w:r>
    </w:p>
    <w:p>
      <w:r>
        <w:rPr>
          <w:rFonts w:ascii="Gentium Plus" w:hAnsi="Gentium Plus"/>
          <w:sz w:val="24"/>
        </w:rPr>
        <w:t>πλέον ὑπὲρ τῶν ἐθῶν, κᾀκεῖ ἀποδείξομεν ὑπὲρ τοῦ γνῶναι τὴν ἰδιότητα τῆς τοῦ κάμνοντος φύσεως, ἐξευρῆσθαι τοῖς παλαιοῖς καὶ τὸν ἀπὸ τοῦ ἔθους διορισμόν. τοῦτον οὖν ἐπὶ τοῖς ἄλλοις οἱ ἐμπειρικοὶ παραλαμβάνουσι καὶ πρὸς τούτῳ</w:t>
      </w:r>
    </w:p>
    <w:p>
      <w:r>
        <w:rPr>
          <w:rFonts w:ascii="Courier New" w:hAnsi="Courier New"/>
          <w:color w:val="555555"/>
          <w:sz w:val="20"/>
        </w:rPr>
        <w:t>[5]</w:t>
      </w:r>
    </w:p>
    <w:p>
      <w:r>
        <w:rPr>
          <w:rFonts w:ascii="Gentium Plus" w:hAnsi="Gentium Plus"/>
          <w:sz w:val="24"/>
        </w:rPr>
        <w:t>καὶ αὐτὸν τὸν ἰατρὸν, εἰ πολλάκις εἴη παραγεγονὼς τῷ νο‐ σοῦντι, βέλτιον ἂν ἰᾶσθαί φασι τοῦ μὴ παραγεγονότος· εἶθ’ ὅταν ταῦτα πάντα προσθῶσιν, οὔπω βεβαίαν οὐδ’ ἐπιστη‐ μονικὴν ἔχειν φασὶ τῆς ἰδίας τοῦ κάμνοντος ἰάσεως τὴν γνῶ‐ σιν. ὁ δ’ ἀναισχυντότατος Θεσσαλὸς ἓν μόνον εἰδὼς, ὅτι τὸ</w:t>
      </w:r>
    </w:p>
    <w:p>
      <w:r>
        <w:rPr>
          <w:rFonts w:ascii="Courier New" w:hAnsi="Courier New"/>
          <w:color w:val="555555"/>
          <w:sz w:val="20"/>
        </w:rPr>
        <w:t>[10]</w:t>
      </w:r>
    </w:p>
    <w:p>
      <w:r>
        <w:rPr>
          <w:rFonts w:ascii="Gentium Plus" w:hAnsi="Gentium Plus"/>
          <w:sz w:val="24"/>
        </w:rPr>
        <w:t>κοῖλον ἕλκος πληρωτέον, ἑστῶτά τε καὶ βεβαιά φησι τὰ τῆς ἰατρικῆς εἶναι θεωρήματα. καίτοι τοῦτό γε πάντες, ὡς εἴρη‐ ται καὶ πρόσθεν, ἄνθρωποι γινώσκουσιν, οὐχ οἱ νῦν μόνον, ἀφ’ οὗ Θεσσαλὸς, ὁ δεύτερος Ἀσκληπιὸς, εἰς ἀνθρώπους ἧκεν, ἀλλὰ καὶ οἱ πρὸ Δευκαλίωνος, οἶμαι, καὶ Φορωνέως, εἴπερ γε</w:t>
      </w:r>
    </w:p>
    <w:p>
      <w:r>
        <w:rPr>
          <w:rFonts w:ascii="Courier New" w:hAnsi="Courier New"/>
          <w:color w:val="555555"/>
          <w:sz w:val="20"/>
        </w:rPr>
        <w:t>[15]</w:t>
      </w:r>
    </w:p>
    <w:p>
      <w:r>
        <w:rPr>
          <w:rFonts w:ascii="Gentium Plus" w:hAnsi="Gentium Plus"/>
          <w:sz w:val="24"/>
        </w:rPr>
        <w:t>κᾀκεῖνοι λογικοί τε ἦσαν. ἀλλὰ πρὸς τῷ γινώσκειν ὡς σαρ‐ κωτέον ἐστὶ τὸ κοῖλον ἕλκος, ἔτι κᾀκεῖνο συνίεσαν, ὡς ὁ γινώσκων τὰ φάρμακα τὰ σαρκώσοντα τοιοῦτον ἕλκος, ἐκεῖ‐</w:t>
      </w:r>
    </w:p>
    <w:p>
      <w:r>
        <w:rPr>
          <w:rFonts w:ascii="Courier New" w:hAnsi="Courier New"/>
          <w:color w:val="555555"/>
          <w:sz w:val="20"/>
        </w:rPr>
        <w:t>[10 . 209]</w:t>
      </w:r>
    </w:p>
    <w:p>
      <w:r>
        <w:rPr>
          <w:rFonts w:ascii="Gentium Plus" w:hAnsi="Gentium Plus"/>
          <w:sz w:val="24"/>
        </w:rPr>
        <w:t>δῆλον ὡς ἐμπειρικῶς ἡμῖν ἰατρευτέον ἐστίν· εἰ δὲ ἐκ λόγου, λογικῶς· οὐ γὰρ δὴ ἄλλο μὲν εὕρηκεν, ἄλλῳ δέ τινι νῦν ἐπι‐ δεξίως χρήσεται. ἀλλὰ περὶ μὲν τούτου πρὸς τοὺς ἐμπειρικούς ἐστιν ἡ ἀμφισβήτησίς τις ἡμῖν· ὅπερ δὲ λέγων ἀπέλιπον, ἡ</w:t>
      </w:r>
    </w:p>
    <w:p>
      <w:r>
        <w:rPr>
          <w:rFonts w:ascii="Courier New" w:hAnsi="Courier New"/>
          <w:color w:val="555555"/>
          <w:sz w:val="20"/>
        </w:rPr>
        <w:t>[5]</w:t>
      </w:r>
    </w:p>
    <w:p>
      <w:r>
        <w:rPr>
          <w:rFonts w:ascii="Gentium Plus" w:hAnsi="Gentium Plus"/>
          <w:sz w:val="24"/>
        </w:rPr>
        <w:t>ὄντως ἰατρικὴ τῆς τοῦ κάμνοντος ἐστόχασται φύσεως· ὀνομά‐ ζουσι δὲ, οἶμαι, τοῦτο πολλοὶ τῶν ἰατρῶν ἰδιοσυγκρασίαν, καὶ πάντες ἀκατάληπτον ὁμολογοῦσιν ὑπάρχειν· καὶ διὰ τοῦτο καὶ αὐτὴν τὴν ὄντως ἰατρικὴν Ἀσκληπιῷ καὶ Ἀπόλλωνι παραχωροῦσιν. ἤρτηται δὲ ὁ λόγος οὗτος σύμπας ἀπὸ διττῶν</w:t>
      </w:r>
    </w:p>
    <w:p>
      <w:r>
        <w:rPr>
          <w:rFonts w:ascii="Courier New" w:hAnsi="Courier New"/>
          <w:color w:val="555555"/>
          <w:sz w:val="20"/>
        </w:rPr>
        <w:t>[10]</w:t>
      </w:r>
    </w:p>
    <w:p>
      <w:r>
        <w:rPr>
          <w:rFonts w:ascii="Gentium Plus" w:hAnsi="Gentium Plus"/>
          <w:sz w:val="24"/>
        </w:rPr>
        <w:t>ἀρχῶν· ἀπὸ μὲν τῶν ἐναργῶς φαινομένων τοῖς ἐμπειρικοῖς τε καὶ τηρητικοῖς, ἀπὸ δὲ τῶν στοιχείων τοῖς λογικοῖς. ὅτι τε γὰρ ἄλλον ἄλλο φάρμακον ὠφελεῖ σχεδὸν ἤδη καὶ οἱ παῖ‐ δες ἐπίστανται· συμφωνεῖ δὲ τούτῳ καὶ ὁ ἀπὸ τῶν στοιχείων λογισμός. εἰ γὰρ ὑπόθοιο πεντεκαίδεκα διαφορὰς εἶναι κατὰ</w:t>
      </w:r>
    </w:p>
    <w:p>
      <w:r>
        <w:rPr>
          <w:rFonts w:ascii="Courier New" w:hAnsi="Courier New"/>
          <w:color w:val="555555"/>
          <w:sz w:val="20"/>
        </w:rPr>
        <w:t>[15]</w:t>
      </w:r>
    </w:p>
    <w:p>
      <w:r>
        <w:rPr>
          <w:rFonts w:ascii="Gentium Plus" w:hAnsi="Gentium Plus"/>
          <w:sz w:val="24"/>
        </w:rPr>
        <w:t>τὸ μᾶλλόν τε καὶ ἧττον ἐν ταῖς κράσεσι τῶν ἀνθρώπων ἐπὶ μόνης τῆς ὑγρᾶς φύσεως, ἀνάγκη δήπου σε καὶ τῶν φαρμά‐ κων οἷς μέλλεις χρήσασθαι πεντεκαίδεκα διαφορὰς ἐπίστα‐</w:t>
      </w:r>
    </w:p>
    <w:p>
      <w:r>
        <w:rPr>
          <w:rFonts w:ascii="Courier New" w:hAnsi="Courier New"/>
          <w:color w:val="555555"/>
          <w:sz w:val="20"/>
        </w:rPr>
        <w:t>[10 . 210]</w:t>
      </w:r>
    </w:p>
    <w:p>
      <w:r>
        <w:rPr>
          <w:rFonts w:ascii="Gentium Plus" w:hAnsi="Gentium Plus"/>
          <w:sz w:val="24"/>
        </w:rPr>
        <w:t>ἑκάστῃ φύσει τὸ προσῆκον ἐξευρίσκῃς. εἰ δὲ καὶ τῆς ξηροτέρας φύσεως ἄλλας πεντεκαίδεκα διαφορὰς ὑποθέμενος ὡσαύτως κᾀπ’ ἐκείνης ἄλλων πεντεκαίδεκα δέοιο φαρμάκων, ἔσται σοι τὰ πάντα τριάκοντα φάρμακα πρὸς τριάκοντα</w:t>
      </w:r>
    </w:p>
    <w:p>
      <w:r>
        <w:rPr>
          <w:rFonts w:ascii="Courier New" w:hAnsi="Courier New"/>
          <w:color w:val="555555"/>
          <w:sz w:val="20"/>
        </w:rPr>
        <w:t>[5]</w:t>
      </w:r>
    </w:p>
    <w:p>
      <w:r>
        <w:rPr>
          <w:rFonts w:ascii="Gentium Plus" w:hAnsi="Gentium Plus"/>
          <w:sz w:val="24"/>
        </w:rPr>
        <w:t>φύσεις ἡρμοσμένα, καὶ τούτοις προσηκόντως χρῆσθαι δυνήσε‐ ται μόνος ὁ περὶ κράσεως σωμάτων ἀκριβῶς ἐπεσκεμμένος. ἆρ’ οὖν εἰ μὲν ὅλον τὸ σῶμα εἴη ξηρότερον τὴν κρᾶσιν, ὑπὸ τῶν ξηραντικωτέρων ὠφεληθήσεται φαρμάκων· εἰ δὲ μόριον αὐτοῦ τι τῶν ἄλλων φύσει ξηρότερον ὑπάρχοι, τῶν</w:t>
      </w:r>
    </w:p>
    <w:p>
      <w:r>
        <w:rPr>
          <w:rFonts w:ascii="Courier New" w:hAnsi="Courier New"/>
          <w:color w:val="555555"/>
          <w:sz w:val="20"/>
        </w:rPr>
        <w:t>[10]</w:t>
      </w:r>
    </w:p>
    <w:p>
      <w:r>
        <w:rPr>
          <w:rFonts w:ascii="Gentium Plus" w:hAnsi="Gentium Plus"/>
          <w:sz w:val="24"/>
        </w:rPr>
        <w:t>ἧττον ξηραινόντων δεήσεται; ἢ πρόδηλον κᾀνταῦθα τὸ μὲν ξηρότερον τῇ κράσει μόριον τῶν ξηραντικωτέρων, τὸ δ’ ὑγρότερον τῶν ἧττον ξηραινόντων προσδεῖσθαι; καὶ τοῦτ’ οὖν ὅλον παραλέλειπται τοῖς ἀμεθόδοις Θεσσαλείοις, ἓν ἐπὶ παντὸς μορίου φάρμακον ἡγουμένοις ἁρμόττειν. οἱ δ’ ἀπὸ</w:t>
      </w:r>
    </w:p>
    <w:p>
      <w:r>
        <w:rPr>
          <w:rFonts w:ascii="Courier New" w:hAnsi="Courier New"/>
          <w:color w:val="555555"/>
          <w:sz w:val="20"/>
        </w:rPr>
        <w:t>[15]</w:t>
      </w:r>
    </w:p>
    <w:p>
      <w:r>
        <w:rPr>
          <w:rFonts w:ascii="Gentium Plus" w:hAnsi="Gentium Plus"/>
          <w:sz w:val="24"/>
        </w:rPr>
        <w:t>τῆς ἐμπειρίας ὅσον πλεονεκτοῦσι κᾀν τῷδε τῶν Θεσσαλείων μεθοδικῶν, τοσοῦτον ἀπολείπονται τῶν ὄντως μεθοδικῶν τε</w:t>
      </w:r>
    </w:p>
    <w:p>
      <w:r>
        <w:rPr>
          <w:rFonts w:ascii="Courier New" w:hAnsi="Courier New"/>
          <w:color w:val="555555"/>
          <w:sz w:val="20"/>
        </w:rPr>
        <w:t>[10 . 211]</w:t>
      </w:r>
    </w:p>
    <w:p>
      <w:r>
        <w:rPr>
          <w:rFonts w:ascii="Gentium Plus" w:hAnsi="Gentium Plus"/>
          <w:sz w:val="24"/>
        </w:rPr>
        <w:t>θέντες ἄλλο μὲν τῶν ἐν ὀφθαλμοῖς ἑλκῶν, ἄλλο δὲ τῶν ἐν ὠσὶν, ἢ ἄρθροις, ἢ σαρξὶν, ἢ δέρματι μόνῳ φάρμακον. ἀλλ’ ὅτι γε κᾀνταῦθα μεταβαίνειν ἐφ’ ἕτερον ἀδυνατήσωσιν, ἐκ τῶν ἔμπροσθεν εἰρημένων εὔδηλον.</w:t>
      </w:r>
    </w:p>
    <w:p>
      <w:r>
        <w:rPr>
          <w:rFonts w:ascii="Courier New" w:hAnsi="Courier New"/>
          <w:color w:val="555555"/>
          <w:sz w:val="20"/>
        </w:rPr>
        <w:t>[5]</w:t>
      </w:r>
    </w:p>
    <w:p>
      <w:r>
        <w:rPr>
          <w:rFonts w:ascii="Gentium Plus" w:hAnsi="Gentium Plus"/>
          <w:sz w:val="24"/>
        </w:rPr>
        <w:t>Ἐπεὶ δὲ καὶ περὶ τούτων αὐτάρκως διώρι‐ σται, πάλιν ἐπὶ τὴν ἀρχὴν ἀνέλθωμεν τοῦ λόγου, μιγνύντες ἁπάσας τὰς συμπιπτούσας ἕλκει διαθέσις, ἀπὸ πρώτης ἀρ‐ ξάμενοι τῆς δυσκρασίας. εἰ γὰρ ἤτοι πρόσθεν εἴη κατὰ δή τινα συντυχίαν, ἢ καὶ παρ’ αὐτὸν τῆς ἑλκώσεως τὸν χρόνον</w:t>
      </w:r>
    </w:p>
    <w:p>
      <w:r>
        <w:rPr>
          <w:rFonts w:ascii="Courier New" w:hAnsi="Courier New"/>
          <w:color w:val="555555"/>
          <w:sz w:val="20"/>
        </w:rPr>
        <w:t>[10]</w:t>
      </w:r>
    </w:p>
    <w:p>
      <w:r>
        <w:rPr>
          <w:rFonts w:ascii="Gentium Plus" w:hAnsi="Gentium Plus"/>
          <w:sz w:val="24"/>
        </w:rPr>
        <w:t>ἡ ἡλκωμένη σὰρξ γένοιτο θερμοτέρα τοῦ δέοντος, ἢ ψυχρο‐ τέρα, δεήσει τὸ φάρμακον οὐ μόνον ξηραίνειν μετρίως, ἀλλὰ καὶ θερμαίνειν ἢ ψύχειν εἰς τοσοῦτον, εἰς ὅσον ἡ ὑποκειμένη σὰρξ ἐξέστη τοῦ κατὰ φύσιν· οὐ γὰρ ἐγχωρεῖ σάρκωσιν, ἢ πλήρωσιν, ἢ κόλλησιν, ἢ ἐπούλωσιν ἕλκους ὀρθῶς ποτε γε‐</w:t>
      </w:r>
    </w:p>
    <w:p>
      <w:r>
        <w:rPr>
          <w:rFonts w:ascii="Courier New" w:hAnsi="Courier New"/>
          <w:color w:val="555555"/>
          <w:sz w:val="20"/>
        </w:rPr>
        <w:t>[15]</w:t>
      </w:r>
    </w:p>
    <w:p>
      <w:r>
        <w:rPr>
          <w:rFonts w:ascii="Gentium Plus" w:hAnsi="Gentium Plus"/>
          <w:sz w:val="24"/>
        </w:rPr>
        <w:t>νέσθαι τῆς ὑποκειμένης σαρκὸς ἐχούσης κακῶς, οὐδὲ εἰκῆ πρόσθεν ἐλέγομεν ἔργα φύσεως εἶναι σύμπαντα ταῦτα. κά‐ θαρσιν μέντοι τῶν ῥυπαρῶν καὶ καθαίρεσιν τῶν ὑπεραυξη‐</w:t>
      </w:r>
    </w:p>
    <w:p>
      <w:r>
        <w:rPr>
          <w:rFonts w:ascii="Courier New" w:hAnsi="Courier New"/>
          <w:color w:val="555555"/>
          <w:sz w:val="20"/>
        </w:rPr>
        <w:t>[10 . 212]</w:t>
      </w:r>
    </w:p>
    <w:p>
      <w:r>
        <w:rPr>
          <w:rFonts w:ascii="Gentium Plus" w:hAnsi="Gentium Plus"/>
          <w:sz w:val="24"/>
        </w:rPr>
        <w:t>τὴν σάρκα· μόνον γὰρ τῶν φαρμάκων ἦν ἔργα. διὸ καὶ μεί‐ ζων ἡ πρόνοια γιγνέσθω σοι τῆς εὐκρασίας τῶν ἡλκωμένων μορίων, ὁπότε σαρκοῦν ἢ κολλᾷν ἢ ἐπουλοῦν ἐθέλεις αὐτά. σώζεσθαι γὰρ δεῖ τὰς κινήσεις τῆς φύσεως αἷς εἵπετο τῶν</w:t>
      </w:r>
    </w:p>
    <w:p>
      <w:r>
        <w:rPr>
          <w:rFonts w:ascii="Courier New" w:hAnsi="Courier New"/>
          <w:color w:val="555555"/>
          <w:sz w:val="20"/>
        </w:rPr>
        <w:t>[5]</w:t>
      </w:r>
    </w:p>
    <w:p>
      <w:r>
        <w:rPr>
          <w:rFonts w:ascii="Gentium Plus" w:hAnsi="Gentium Plus"/>
          <w:sz w:val="24"/>
        </w:rPr>
        <w:t>εἰρημένων ἕκαστον· οὐ σωθήσονται δ’ ἄλλως εἰ μὴ πάντη κατὰ φύσιν ἔχοι τὸ μόριον. ὥσπερ οὖν εἰ φλεγμονή τις ἅμα τῷ ἕλκει τύχοι, πρὶν ταύτην λῦσαι, σαρκοῦν, ἢ κολλᾷν, ἢ ἐπουλοῦν οὐκ ἂν οὐδεὶς ἐπεχείρησεν αὐτὸ, κατὰ τὸν αὐτὸν, οἶμαι, τρόπον εἰ καὶ χωρὶς φλεγμονῆς εἴη μόνη δυσκρασία</w:t>
      </w:r>
    </w:p>
    <w:p>
      <w:r>
        <w:rPr>
          <w:rFonts w:ascii="Courier New" w:hAnsi="Courier New"/>
          <w:color w:val="555555"/>
          <w:sz w:val="20"/>
        </w:rPr>
        <w:t>[10]</w:t>
      </w:r>
    </w:p>
    <w:p>
      <w:r>
        <w:rPr>
          <w:rFonts w:ascii="Gentium Plus" w:hAnsi="Gentium Plus"/>
          <w:sz w:val="24"/>
        </w:rPr>
        <w:t>τῶν εἰρημένων, οὐδὲν ἐλπίσομεν γενέσθαι πρὶν ἐκείνην ἰᾶσθαι. πάλιν οὖν ἐντεῦθεν ἔνδειξίς τις εἰς τὴν τῶν ἔμπρο‐ σθεν εἰρημένων φαρμάκων εὕρεσιν γίνεται· ξηραίνοντα μὲν γὰρ ἦν ἅπαντα, διέφερε δ’ ἀλλήλων ἐν τῷ μᾶλλόν τε καὶ ἧττον. οὐ μὴν ὅπως γε τοῦ θερμαίνειν ἢ ψύχειν εἶχεν εἴρη‐</w:t>
      </w:r>
    </w:p>
    <w:p>
      <w:r>
        <w:rPr>
          <w:rFonts w:ascii="Courier New" w:hAnsi="Courier New"/>
          <w:color w:val="555555"/>
          <w:sz w:val="20"/>
        </w:rPr>
        <w:t>[15]</w:t>
      </w:r>
    </w:p>
    <w:p>
      <w:r>
        <w:rPr>
          <w:rFonts w:ascii="Gentium Plus" w:hAnsi="Gentium Plus"/>
          <w:sz w:val="24"/>
        </w:rPr>
        <w:t>ταί που πρόσθεν, ἀλλ’ ἡ μέθοδός πως ἀναγκάζει καὶ τοῦτ’ ἐρευνᾶσθαι. οὐ γὰρ ἁπλῶς εἰ ξηραῖνον, ἀλλ’ εἰ μὴ</w:t>
      </w:r>
    </w:p>
    <w:p>
      <w:r>
        <w:rPr>
          <w:rFonts w:ascii="Courier New" w:hAnsi="Courier New"/>
          <w:color w:val="555555"/>
          <w:sz w:val="20"/>
        </w:rPr>
        <w:t>[10 . 213]</w:t>
      </w:r>
    </w:p>
    <w:p>
      <w:r>
        <w:rPr>
          <w:rFonts w:ascii="Gentium Plus" w:hAnsi="Gentium Plus"/>
          <w:sz w:val="24"/>
        </w:rPr>
        <w:t>τοιγαροῦν ὑοσκύαμον καὶ μανδραγόραν καὶ κώνειον, ὡς πέρα τοῦ μετρίου ψύχοντα, καίτοι ξηραίνει γε εἰς τοσοῦτον, εἰς ὅσον ἕλκος ξηραίνεσθαι ὀφείλει. καὶ ῥητίνη καὶ πίττα καὶ ἄσφαλτος, εἰ καὶ ξηραίνει συμμέτρως, ἀλλὰ πέρα γε τοῦ</w:t>
      </w:r>
    </w:p>
    <w:p>
      <w:r>
        <w:rPr>
          <w:rFonts w:ascii="Courier New" w:hAnsi="Courier New"/>
          <w:color w:val="555555"/>
          <w:sz w:val="20"/>
        </w:rPr>
        <w:t>[5]</w:t>
      </w:r>
    </w:p>
    <w:p>
      <w:r>
        <w:rPr>
          <w:rFonts w:ascii="Gentium Plus" w:hAnsi="Gentium Plus"/>
          <w:sz w:val="24"/>
        </w:rPr>
        <w:t>προσήκοντός ἐστι θερμά· καὶ διὰ τοῦτο οὐκ ἄν τις αὐτοῖς χρήσαιτο μόνοις ἄνευ τοῦ τοῖς ἀτρέμα ψύχουσιν ἐπιμίξας, ἓν ἐξ ἁπάντων εὔκρατον ἀπεργάσασθαι φάρμακον. εἰ δὴ ταῦθ’ οὕτως ἔχει, καθάπερ οὖν ἔχει προσεπιβλέπειν δεήσει καὶ τὴν τοῦ περιέχοντος ἡμᾶς ἀέρος κρᾶσιν· οἷον γὰρ φάρμακόν τι</w:t>
      </w:r>
    </w:p>
    <w:p>
      <w:r>
        <w:rPr>
          <w:rFonts w:ascii="Courier New" w:hAnsi="Courier New"/>
          <w:color w:val="555555"/>
          <w:sz w:val="20"/>
        </w:rPr>
        <w:t>[10]</w:t>
      </w:r>
    </w:p>
    <w:p>
      <w:r>
        <w:rPr>
          <w:rFonts w:ascii="Gentium Plus" w:hAnsi="Gentium Plus"/>
          <w:sz w:val="24"/>
        </w:rPr>
        <w:t>καὶ οὗτος ἔξωθεν προσπίπτων τοῖς σώμασιν, ἐπειδὰν ἀμέ‐ τρως ἔχῃ θερμότητος ἢ ψύξεως, ἐμποδὼν ἵσταται τῇ θερα‐ πείᾳ. χρὴ τοίνυν ἀντιπεπονθέναι τὰ φάρμακα ταῖς ἀμετρίαις αὐτοῦ. καὶ διὰ τοῦτο καὶ Ἱπποκράτης ψυχροτέροις μὲν τῇ δυνάμει χρῆται κατὰ τὰς θερμὰς ὥρας, θερμοτέροις δὲ κατὰ</w:t>
      </w:r>
    </w:p>
    <w:p>
      <w:r>
        <w:rPr>
          <w:rFonts w:ascii="Courier New" w:hAnsi="Courier New"/>
          <w:color w:val="555555"/>
          <w:sz w:val="20"/>
        </w:rPr>
        <w:t>[15]</w:t>
      </w:r>
    </w:p>
    <w:p>
      <w:r>
        <w:rPr>
          <w:rFonts w:ascii="Gentium Plus" w:hAnsi="Gentium Plus"/>
          <w:sz w:val="24"/>
        </w:rPr>
        <w:t>τὰς ψυχράς. οἶσθα δὲ δήπου κᾀνταῦθα τῶν ἀναισθήτων τινὰ μεθοδικῶν ὁμολογήσαντα μὲν ἐπιβλέπειν ὅπως ἔχει θερμότητος ἢ ψύξεως ὁ περιέχων ἀὴρ τὸν κάμνοντα, μὴ μέν‐</w:t>
      </w:r>
    </w:p>
    <w:p>
      <w:r>
        <w:rPr>
          <w:rFonts w:ascii="Courier New" w:hAnsi="Courier New"/>
          <w:color w:val="555555"/>
          <w:sz w:val="20"/>
        </w:rPr>
        <w:t>[10 . 214]</w:t>
      </w:r>
    </w:p>
    <w:p>
      <w:r>
        <w:rPr>
          <w:rFonts w:ascii="Gentium Plus" w:hAnsi="Gentium Plus"/>
          <w:sz w:val="24"/>
        </w:rPr>
        <w:t>τῶν ὀνομάτων τῶν κατὰ τὰς ὥρας βλαπτόντων ἢ ὠφελούν‐ των, ἀλλ’ οὐ τῆς κράσεως αὐτῶν, ἢ οὐ διὰ ταύτην ἀποβλε‐ πόντων εἰς αὐτὰς τῶν παλαιῶν ἰατρῶν. ἀλλὰ γὰρ ὅτι μὲν ἀναγκαῖόν ἐστι τῷ μέλλοντι μεθόδῳ τινὶ θεραπεύσειν ἕλκος,</w:t>
      </w:r>
    </w:p>
    <w:p>
      <w:r>
        <w:rPr>
          <w:rFonts w:ascii="Courier New" w:hAnsi="Courier New"/>
          <w:color w:val="555555"/>
          <w:sz w:val="20"/>
        </w:rPr>
        <w:t>[5]</w:t>
      </w:r>
    </w:p>
    <w:p>
      <w:r>
        <w:rPr>
          <w:rFonts w:ascii="Gentium Plus" w:hAnsi="Gentium Plus"/>
          <w:sz w:val="24"/>
        </w:rPr>
        <w:t>ἐπί τε τὰ στοιχεῖα πρῶτα καὶ μάλιστα παραγίνεσθαι καὶ τὰς ὥρας τοῦ ἔτους καὶ τὰς κράσεις τῶν σωμάτων ὅλων τε καὶ κατὰ τὰ μόρια ἐπιβλέπειν ἱκανῶς οἶμαι δεδεῖχθαι. πάλιν δ’ ἀναμνηστέον κᾀνταῦθα τὸ καὶ πρόσθεν εἰρημένον ἐπὶ τῆς κατὰ τὸ ξηρόν τε καὶ ὑγρὸν ἐνδείξεως· ὡς γὰρ ἐπ’ ἐκείνων</w:t>
      </w:r>
    </w:p>
    <w:p>
      <w:r>
        <w:rPr>
          <w:rFonts w:ascii="Courier New" w:hAnsi="Courier New"/>
          <w:color w:val="555555"/>
          <w:sz w:val="20"/>
        </w:rPr>
        <w:t>[10]</w:t>
      </w:r>
    </w:p>
    <w:p>
      <w:r>
        <w:rPr>
          <w:rFonts w:ascii="Gentium Plus" w:hAnsi="Gentium Plus"/>
          <w:sz w:val="24"/>
        </w:rPr>
        <w:t>ἡ μὲν ὑγροτέρα φύσις ὑγροτέρων ἐδεῖτο τῶν φαρμάκων, ἡ δὲ ξηροτέρα ξηροτέρων, οὕτως καὶ νῦν ἡ μὲν θερμοτέρα θερ‐ μοτέρων, ἡ δὲ ψυχροτέρα ψυχροτέρων δεήσεται, ἔμπαλιν δὴ τῆς ἐνδείξεως γιγνομένης ἀπὸ τῶν παρὰ φύσιν τε καὶ κατὰ φύσιν· τὰ μὲν γὰρ κατὰ φύσιν ὁμοίων ἑαυτοῖς ἐστὶν ἐνδεικ‐</w:t>
      </w:r>
    </w:p>
    <w:p>
      <w:r>
        <w:rPr>
          <w:rFonts w:ascii="Courier New" w:hAnsi="Courier New"/>
          <w:color w:val="555555"/>
          <w:sz w:val="20"/>
        </w:rPr>
        <w:t>[15]</w:t>
      </w:r>
    </w:p>
    <w:p>
      <w:r>
        <w:rPr>
          <w:rFonts w:ascii="Gentium Plus" w:hAnsi="Gentium Plus"/>
          <w:sz w:val="24"/>
        </w:rPr>
        <w:t>τικὰ, τὰ δὲ παρὰ φύσιν ἐναντίων, εἴ γε τὰ μὲν φυλάττεσθαι, τὰ δὲ διαφθείρεσθαι χρή. Τὸ μὲν οὖν καὶ τὰς κράσεις τῶν σωμάτων</w:t>
      </w:r>
    </w:p>
    <w:p>
      <w:r>
        <w:rPr>
          <w:rFonts w:ascii="Courier New" w:hAnsi="Courier New"/>
          <w:color w:val="555555"/>
          <w:sz w:val="20"/>
        </w:rPr>
        <w:t>[10 . 215]</w:t>
      </w:r>
    </w:p>
    <w:p>
      <w:r>
        <w:rPr>
          <w:rFonts w:ascii="Gentium Plus" w:hAnsi="Gentium Plus"/>
          <w:sz w:val="24"/>
        </w:rPr>
        <w:t>πειν χρῆναι τὸν μέλλοντα καλῶς ἕλκος ἰάσασθαι δεδεῖχθαί μοι νομίζω σαφῶς· καὶ ὡς μὲν πρῶτος σκοπὸς τῆς ἰάσεως ἐκ τῆς διαθέσεως λαμβάνεται μόνης, ἐξευρεῖν δὲ οὐκ ἔτι ἐν‐ τεῦθεν ἐγχωρεῖ τὰ βοηθήματα, πρὶν ἐπί τε τὰ στοιχεῖα τῶν</w:t>
      </w:r>
    </w:p>
    <w:p>
      <w:r>
        <w:rPr>
          <w:rFonts w:ascii="Courier New" w:hAnsi="Courier New"/>
          <w:color w:val="555555"/>
          <w:sz w:val="20"/>
        </w:rPr>
        <w:t>[5]</w:t>
      </w:r>
    </w:p>
    <w:p>
      <w:r>
        <w:rPr>
          <w:rFonts w:ascii="Gentium Plus" w:hAnsi="Gentium Plus"/>
          <w:sz w:val="24"/>
        </w:rPr>
        <w:t>σωμάτων ἀναβῆναι καὶ τοῦ κάμνοντος ἐπισκέψασθαι τὴν κρᾶ‐ σιν, ὅλου τε τοῦ σώματος καὶ τοῦ πεπονθότος μέρους, εὐθὺς αὐτῷ καὶ τὴν τοῦ περιέχοντος κρᾶσιν συνεπισκεπτομένους· ἥτις ἐκτείνεται κᾀπὶ τὰς ἐπιδήμους καταστάσεις καὶ προσέτι τὰς χώρας. ὅτι δὲ πολλάκις ἐναντίαι ἐνδείξεις γίγνονται κατὰ</w:t>
      </w:r>
    </w:p>
    <w:p>
      <w:r>
        <w:rPr>
          <w:rFonts w:ascii="Courier New" w:hAnsi="Courier New"/>
          <w:color w:val="555555"/>
          <w:sz w:val="20"/>
        </w:rPr>
        <w:t>[10]</w:t>
      </w:r>
    </w:p>
    <w:p>
      <w:r>
        <w:rPr>
          <w:rFonts w:ascii="Gentium Plus" w:hAnsi="Gentium Plus"/>
          <w:sz w:val="24"/>
        </w:rPr>
        <w:t>μίαν θεραπείαν, ὅπως τε χρὴ μεταχειρίζεσθαι τὰς τοιαύτας, εἰρήσεται μὲν ἐπιπλέον ἐν τοῖς ἐφεξῆς, εἴη δ’ ἂν οὐκ ἄπο τρό‐ που καὶ νῦν ἐπὶ βραχὺ διελθεῖν ὑπὲρ αὐτῶν. οὐδὲν γὰρ οἶμαι θαυμαστὸν ὑγροτέραν μὲν ὑπάρχειν τὴν κρᾶσιν τοῦ κάμνοντος, αὐτὸ δὲ τὸ πεπονθὸς μόριον ξηρότερον, ἢ τοῦτο</w:t>
      </w:r>
    </w:p>
    <w:p>
      <w:r>
        <w:rPr>
          <w:rFonts w:ascii="Courier New" w:hAnsi="Courier New"/>
          <w:color w:val="555555"/>
          <w:sz w:val="20"/>
        </w:rPr>
        <w:t>[15]</w:t>
      </w:r>
    </w:p>
    <w:p>
      <w:r>
        <w:rPr>
          <w:rFonts w:ascii="Gentium Plus" w:hAnsi="Gentium Plus"/>
          <w:sz w:val="24"/>
        </w:rPr>
        <w:t>μὲν ὑγρότερον, ἅπασαν δὲ τὴν κρᾶσιν ξηροτέραν· ὡσαύτως δὲ καὶ κατὰ θερμότητα καὶ ψῦξιν ὑπεναντίως ἔχειν τῇ κράσει τὸ μόριον πρὸς τὸ ὅλον. ὥσπερ οὖν εἰ τὸ πᾶν σῶμα τῆς μέ‐</w:t>
      </w:r>
    </w:p>
    <w:p>
      <w:r>
        <w:rPr>
          <w:rFonts w:ascii="Courier New" w:hAnsi="Courier New"/>
          <w:color w:val="555555"/>
          <w:sz w:val="20"/>
        </w:rPr>
        <w:t>[10 . 216]</w:t>
      </w:r>
    </w:p>
    <w:p>
      <w:r>
        <w:rPr>
          <w:rFonts w:ascii="Gentium Plus" w:hAnsi="Gentium Plus"/>
          <w:sz w:val="24"/>
        </w:rPr>
        <w:t>γε τῆς τοῦ κάμνοντος φύσεως ἐνεωτερίζομεν ἐν τοῖς φαρμά‐ κοις, οὕτως ἐπειδὰν ἤτοι ξηρότερον ἢ ὑγρότερον, ἢ ψυχρό‐ τερον ἢ θερμότερον ᾖ τοῦ δέοντος, ἐπιτείνειν εἰς τοσοῦτον χρὴ τὰς δυνάμεις τῶν φαρμάκων, εἰς ὅσον καὶ τὸ σῶμα φυ‐</w:t>
      </w:r>
    </w:p>
    <w:p>
      <w:r>
        <w:rPr>
          <w:rFonts w:ascii="Courier New" w:hAnsi="Courier New"/>
          <w:color w:val="555555"/>
          <w:sz w:val="20"/>
        </w:rPr>
        <w:t>[5]</w:t>
      </w:r>
    </w:p>
    <w:p>
      <w:r>
        <w:rPr>
          <w:rFonts w:ascii="Gentium Plus" w:hAnsi="Gentium Plus"/>
          <w:sz w:val="24"/>
        </w:rPr>
        <w:t>σικῆς ἐπείληπται δυσκρασίας. οὐ γὰρ δὴ ἐπιλελήσμεθά γε, τίς μὲν ἡ φυσικὴ δυσκρασία, τίς δ’ ἡ παρὰ φύσιν. εἴρηται γὰρ ὑπὲρ αὐτῶν ἐν ἄλλοις καὶ μάλιστ’ ἐν τῷ περὶ τῆς ἀνω‐ μάλου δυσκρασίας γράμματι. φέρε τοίνυν ὅλην τὴν κρᾶσιν τοῦ κάμνοντος σώματος ὑγροτέραν εἶναι καὶ διὰ τοῦτο δεῖ‐</w:t>
      </w:r>
    </w:p>
    <w:p>
      <w:r>
        <w:rPr>
          <w:rFonts w:ascii="Courier New" w:hAnsi="Courier New"/>
          <w:color w:val="555555"/>
          <w:sz w:val="20"/>
        </w:rPr>
        <w:t>[10]</w:t>
      </w:r>
    </w:p>
    <w:p>
      <w:r>
        <w:rPr>
          <w:rFonts w:ascii="Gentium Plus" w:hAnsi="Gentium Plus"/>
          <w:sz w:val="24"/>
        </w:rPr>
        <w:t>σθαι τῶν ἧττον ξηραινόντων φαρμάκων, αὐτὸ δὲ τὸ πεπον‐ θὸς μόριον τῶν φύσει ξηροτέρων ὑπάρχειν, οἷά περ ἐλέγομεν εἶναι τὰ ἧττον σαρκώδη. τοιαῦτα δ’ ἐστὶ τά τε κατὰ τοὺς δακτύλους καὶ τὰ ἄρθρα καὶ τὰ ὦτα καὶ τὴν ῥῖνα καὶ τοὺς ὀφθαλμοὺς καὶ τοὺς ὀδόντας, ἁπλῶς δ’ εἰπεῖν ἵνα χόνδροι</w:t>
      </w:r>
    </w:p>
    <w:p>
      <w:r>
        <w:rPr>
          <w:rFonts w:ascii="Courier New" w:hAnsi="Courier New"/>
          <w:color w:val="555555"/>
          <w:sz w:val="20"/>
        </w:rPr>
        <w:t>[15]</w:t>
      </w:r>
    </w:p>
    <w:p>
      <w:r>
        <w:rPr>
          <w:rFonts w:ascii="Gentium Plus" w:hAnsi="Gentium Plus"/>
          <w:sz w:val="24"/>
        </w:rPr>
        <w:t>πολλοὶ καὶ ὑμένες καὶ σύνδεσμοι καὶ ὀστᾶ καὶ νεῦρα, πιμελὴ δὲ καὶ σὰρξ ἢ οὐδ’ ὅλως, ἢ ἐλαχίστη, διάφορος δ’ ἐν τούτοις ἡ ἔνδειξις ἀπό τε τοῦ πεπονθότος μέρους ἐστὶ καὶ</w:t>
      </w:r>
    </w:p>
    <w:p>
      <w:r>
        <w:rPr>
          <w:rFonts w:ascii="Courier New" w:hAnsi="Courier New"/>
          <w:color w:val="555555"/>
          <w:sz w:val="20"/>
        </w:rPr>
        <w:t>[10 . 217]</w:t>
      </w:r>
    </w:p>
    <w:p>
      <w:r>
        <w:rPr>
          <w:rFonts w:ascii="Gentium Plus" w:hAnsi="Gentium Plus"/>
          <w:sz w:val="24"/>
        </w:rPr>
        <w:t>ἡ κρᾶσις ὑγροτέρα πέφυκε τοῦ συμμέτρου, τοσούτῳ καὶ τὸ μόριον εἴη ξηρότερον τοῦ συμμέτρου, μήτε προστιθέναι τι μήτ’ ἀφαιρεῖν τοῦ φαρμάκου, τοιοῦτον δὲ προσφέρειν, οἷον ἂν ἐπὶ τοῦ συμμέτρου τῇ κράσει σώματος ἐν συμμέτρῳ τῇ</w:t>
      </w:r>
    </w:p>
    <w:p>
      <w:r>
        <w:rPr>
          <w:rFonts w:ascii="Courier New" w:hAnsi="Courier New"/>
          <w:color w:val="555555"/>
          <w:sz w:val="20"/>
        </w:rPr>
        <w:t>[5]</w:t>
      </w:r>
    </w:p>
    <w:p>
      <w:r>
        <w:rPr>
          <w:rFonts w:ascii="Gentium Plus" w:hAnsi="Gentium Plus"/>
          <w:sz w:val="24"/>
        </w:rPr>
        <w:t>κράσει μορίῳ γεγονότος ἕλκους παρελάβομεν. εἰ δὲ πλέον εἴη τὸ μόριον τοῦ μετρίου ξηρότερον, ἢ ὅσῳ τοῦ σώματος ἡ κρᾶσις ὑγροτέρα, τοσοῦτον ἐπιτείνεσθαι χρὴ ξηρότητι τὸ φάρμακον, ὅσον ὑπερβάλλει τὸ μόριον τῆς ὅλης κράσεως. οἷον εἰ τέσσαρσι μὲν ἀριθμοῖς εἴη τὸ ἡλκωμένον μέρος ξηρό‐</w:t>
      </w:r>
    </w:p>
    <w:p>
      <w:r>
        <w:rPr>
          <w:rFonts w:ascii="Courier New" w:hAnsi="Courier New"/>
          <w:color w:val="555555"/>
          <w:sz w:val="20"/>
        </w:rPr>
        <w:t>[10]</w:t>
      </w:r>
    </w:p>
    <w:p>
      <w:r>
        <w:rPr>
          <w:rFonts w:ascii="Gentium Plus" w:hAnsi="Gentium Plus"/>
          <w:sz w:val="24"/>
        </w:rPr>
        <w:t>τερον τοῦ συμμέτρου, τρισὶ δ’ ἀριθμοῖς ἡ φύσις τοῦ νοσοῦν‐ τος ὑγροτέρα τῆς εὐκράτου, πρόδηλον ὡς ἑνὶ τοῦ συμμέτρου μορίου τὸ νῦν ἡλκωμένων ἔσται, ξηροτέρου δεόμενον φαρμά‐ κου. ὅτι δὲ ἅπαντα ταῦτα στοχασμῷ λαμβάνεται καὶ ὅτι κάλλιστα δυνατός ἐστι στοχάζεσθαι ὁ γεγυμνασμένος ἐν τοῖς</w:t>
      </w:r>
    </w:p>
    <w:p>
      <w:r>
        <w:rPr>
          <w:rFonts w:ascii="Courier New" w:hAnsi="Courier New"/>
          <w:color w:val="555555"/>
          <w:sz w:val="20"/>
        </w:rPr>
        <w:t>[15]</w:t>
      </w:r>
    </w:p>
    <w:p>
      <w:r>
        <w:rPr>
          <w:rFonts w:ascii="Gentium Plus" w:hAnsi="Gentium Plus"/>
          <w:sz w:val="24"/>
        </w:rPr>
        <w:t>περὶ τούτων λογισμοῖς ἄντικρυς δῆλον. ἐπὶ μὲν δὴ τῶν τοιού‐ των ἁπάντων ἐναντίαι πολλάκις ἐνδείξεις καθ’ ἕνα γίνονται</w:t>
      </w:r>
    </w:p>
    <w:p>
      <w:r>
        <w:rPr>
          <w:rFonts w:ascii="Courier New" w:hAnsi="Courier New"/>
          <w:color w:val="555555"/>
          <w:sz w:val="20"/>
        </w:rPr>
        <w:t>[10 . 218]</w:t>
      </w:r>
    </w:p>
    <w:p>
      <w:r>
        <w:rPr>
          <w:rFonts w:ascii="Gentium Plus" w:hAnsi="Gentium Plus"/>
          <w:sz w:val="24"/>
        </w:rPr>
        <w:t>τε καὶ ψυχρὸν ἐνδείξεων ἀνάλογον τοῖς εἰρημένοις νοεῖσθαι δυναμένων· ἐφ’ ἑτέρων δὲ καὶ τοῖς χρόνοις ἐφ’ οἷς εὐθὺς αἱ ἐνδείξεις τέμνονται, καὶ χρὴ τὴν μὲν ἡσυχάσαι κατά γε τὴν ἀρχὴν τῆς θεραπείας, ἐνεργῆσαι δὲ ἑτέραν· οἷον ὅταν ἕλκος</w:t>
      </w:r>
    </w:p>
    <w:p>
      <w:r>
        <w:rPr>
          <w:rFonts w:ascii="Courier New" w:hAnsi="Courier New"/>
          <w:color w:val="555555"/>
          <w:sz w:val="20"/>
        </w:rPr>
        <w:t>[5]</w:t>
      </w:r>
    </w:p>
    <w:p>
      <w:r>
        <w:rPr>
          <w:rFonts w:ascii="Gentium Plus" w:hAnsi="Gentium Plus"/>
          <w:sz w:val="24"/>
        </w:rPr>
        <w:t>ᾖ κοῖλόν τε ἅμα καὶ ἱκανῶς ῥυπαρόν· αἱ μὲν γὰρ διαθέσεις αἱ παρὰ φύσιν ἐν τούτοις τρεῖς εἰσιν, ἕλκος καὶ κοιλότης καὶ ῥύπος. ἡ δὲ τῆς ἰάσεως τάξις ἀπὸ τῆς ἀναιρέσεως τοῦ ῥύπου τὴν ἀρχὴν ἔχει, τῷ μήτε κολληθῆναί τι, μήτε σαρκω‐ θῆναι δύνασθαι, πρὶν καθαρὸν γενέσθαι. δευτέραν δὲ χώραν</w:t>
      </w:r>
    </w:p>
    <w:p>
      <w:r>
        <w:rPr>
          <w:rFonts w:ascii="Courier New" w:hAnsi="Courier New"/>
          <w:color w:val="555555"/>
          <w:sz w:val="20"/>
        </w:rPr>
        <w:t>[10]</w:t>
      </w:r>
    </w:p>
    <w:p>
      <w:r>
        <w:rPr>
          <w:rFonts w:ascii="Gentium Plus" w:hAnsi="Gentium Plus"/>
          <w:sz w:val="24"/>
        </w:rPr>
        <w:t>ἡ τῆς κοιλότητος ἴασις ἕξει· εἰ γὰρ ἤτοι κολλήσαιμεν, ἢ ἐπου‐ λώσαιμεν, ἢ καθόλου φάναι θεραπεύσαιμεν τὸ ἕλκος, οὐκέτι ἐγχωρεῖ πληρῶσαι τὴν κοιλότητα. φέρε τοίνυν μὴ μόνον ταῦτ’ εἶναι τὰ τρία περὶ τὸ μέρος, ἀλλὰ καὶ φλεγμονὴν, ἢ ἐρυσίπελας, ἢ γάγγραναν, ἤ τινα δυσκρασίαν ἁπλῆν</w:t>
      </w:r>
    </w:p>
    <w:p>
      <w:r>
        <w:rPr>
          <w:rFonts w:ascii="Courier New" w:hAnsi="Courier New"/>
          <w:color w:val="555555"/>
          <w:sz w:val="20"/>
        </w:rPr>
        <w:t>[15]</w:t>
      </w:r>
    </w:p>
    <w:p>
      <w:r>
        <w:rPr>
          <w:rFonts w:ascii="Gentium Plus" w:hAnsi="Gentium Plus"/>
          <w:sz w:val="24"/>
        </w:rPr>
        <w:t>ἢ σύνθετον, ἆρ’ οὐκ ἐνταῦθα πρόδηλον ὡς εἰ μή τις πρό‐ τερον ἐκείνην ἰάσαιτο, πληρῶσαι σαρκὶ τὸ κοῖλον ἕλκος οὐκ ἐγχωρεῖ; λέλεκται γὰρ καὶ πρόσθεν ὡς ἡ τῆς σαρκὸς γένεσις ἐκ</w:t>
      </w:r>
    </w:p>
    <w:p>
      <w:r>
        <w:rPr>
          <w:rFonts w:ascii="Courier New" w:hAnsi="Courier New"/>
          <w:color w:val="555555"/>
          <w:sz w:val="20"/>
        </w:rPr>
        <w:t>[10 . 219]</w:t>
      </w:r>
    </w:p>
    <w:p>
      <w:r>
        <w:rPr>
          <w:rFonts w:ascii="Gentium Plus" w:hAnsi="Gentium Plus"/>
          <w:sz w:val="24"/>
        </w:rPr>
        <w:t>δυσκράτου καὶ ἁπλῶς εἰπεῖν νοσούσης, οὐκ ἐγχωρεῖ γεννηθῆναι νέαν σάρκα. σκοπὸς οὖν ἐν ἁπάσαις ταῖς τοιαύταις ἐπιπλο‐ καῖς ἔστω σοι τριττός. εἷς μὲν ὡς ὁ ἐξ αἰτίων τοῦ μέλλοντος ἔσεσθαι λαμβανόμενος· ὁ δὲ ἕτερος ὡς ὁ τὸν ὧν οὐκ ἄνευ</w:t>
      </w:r>
    </w:p>
    <w:p>
      <w:r>
        <w:rPr>
          <w:rFonts w:ascii="Courier New" w:hAnsi="Courier New"/>
          <w:color w:val="555555"/>
          <w:sz w:val="20"/>
        </w:rPr>
        <w:t>[5]</w:t>
      </w:r>
    </w:p>
    <w:p>
      <w:r>
        <w:rPr>
          <w:rFonts w:ascii="Gentium Plus" w:hAnsi="Gentium Plus"/>
          <w:sz w:val="24"/>
        </w:rPr>
        <w:t>λόγον ἔχων· ὁ δὲ τρίτος ὡς ὁ τῶν ἐπειγόντων τε καὶ κατε‐ πειγόντων ὀνομαζόμενος. ἡ μὲν γὰρ εὐκρασία τῆς ὑποκειμέ‐ νης σαρκὸς αἰτίας λόγον ἔχει, συμφύουσά τε τὸ ἡλκωμένον αὐτῇ καὶ ἀναπληροῦσα τὸ κοῖλον. ἡ δὲ καθαρότης τοῦ ἕλκους τὸν ὧν οὐκ ἄνευ λόγον· καὶ ταύτην ὁ ῥύπος δια‐</w:t>
      </w:r>
    </w:p>
    <w:p>
      <w:r>
        <w:rPr>
          <w:rFonts w:ascii="Courier New" w:hAnsi="Courier New"/>
          <w:color w:val="555555"/>
          <w:sz w:val="20"/>
        </w:rPr>
        <w:t>[10]</w:t>
      </w:r>
    </w:p>
    <w:p>
      <w:r>
        <w:rPr>
          <w:rFonts w:ascii="Gentium Plus" w:hAnsi="Gentium Plus"/>
          <w:sz w:val="24"/>
        </w:rPr>
        <w:t>κόπτων κωλύει τὴν θεραπείαν. ἔχει δὲ καὶ αὐτὸ τὸ ἕλκος ὡς πρὸς τὴν κοιλότητα τὸν ὧν οὐκ ἄνευ λόγον. εἰ γὰρ εἰς οὐλὴν ἀχθείη τὸ ἕλκος, οὐκέθ’ οἷόν τε σαρκῶσαι τὴν κοιλό‐ τητα. πρὸς ταῦτ’ οὖν ἀποβλέπων ἐξευρήσεις τὴν τάξιν τῆς ἰάσεως· οἷον ἡ φλεγμονὴ καὶ κοιλότης καὶ ἕλκος καὶ ῥύπος</w:t>
      </w:r>
    </w:p>
    <w:p>
      <w:r>
        <w:rPr>
          <w:rFonts w:ascii="Courier New" w:hAnsi="Courier New"/>
          <w:color w:val="555555"/>
          <w:sz w:val="20"/>
        </w:rPr>
        <w:t>[15]</w:t>
      </w:r>
    </w:p>
    <w:p>
      <w:r>
        <w:rPr>
          <w:rFonts w:ascii="Gentium Plus" w:hAnsi="Gentium Plus"/>
          <w:sz w:val="24"/>
        </w:rPr>
        <w:t>ἅμα κατὰ ταὐτὸν ὑπάρχει μόριον· ὅτι χρὴ πρῶτον μὲν τὴν φλεγμονὴν, δεύτερον δὲ τὸν ῥύπον, τρίτον δὲ ἰάσασθαι τὴν κοιλότητα, καὶ τέταρτον τὸ ἕλκος. ἐν μὲν δὴ τοῖς εἰρημένοις</w:t>
      </w:r>
    </w:p>
    <w:p>
      <w:r>
        <w:rPr>
          <w:rFonts w:ascii="Courier New" w:hAnsi="Courier New"/>
          <w:color w:val="555555"/>
          <w:sz w:val="20"/>
        </w:rPr>
        <w:t>[10 . 220]</w:t>
      </w:r>
    </w:p>
    <w:p>
      <w:r>
        <w:rPr>
          <w:rFonts w:ascii="Gentium Plus" w:hAnsi="Gentium Plus"/>
          <w:sz w:val="24"/>
        </w:rPr>
        <w:t>κατεπείγοντος σκοπὸς ἐν τούτοις μὲν οὐκ ἔστιν, ἐν ἄλλοις δ’ ἐστίν· ἀφ’ ἧς γὰρ κινδυνεύει πρώτης καὶ μάλιστα διαθέσεως ὁ ἄνθρωπος, ἐκείνην πρῶτον ἰατέον. ἐνίοτε δὲ οὐ πρώτην μόνον, ἀλλὰ καὶ μόνην αὐτήν· οἷον εἰ νυγείσης κεφαλῆς</w:t>
      </w:r>
    </w:p>
    <w:p>
      <w:r>
        <w:rPr>
          <w:rFonts w:ascii="Courier New" w:hAnsi="Courier New"/>
          <w:color w:val="555555"/>
          <w:sz w:val="20"/>
        </w:rPr>
        <w:t>[5]</w:t>
      </w:r>
    </w:p>
    <w:p>
      <w:r>
        <w:rPr>
          <w:rFonts w:ascii="Gentium Plus" w:hAnsi="Gentium Plus"/>
          <w:sz w:val="24"/>
        </w:rPr>
        <w:t>μυὸς ἀκολουθήσειε σπασμὸς, εἶτα πρὸς μηδενὸς τῶν οἰκείων ἰαμάτων καθίσταιτο· διατεμὼν γὰρ ὅλον τὸν μῦν ἐγκάρσιον, ἰάσῃ μὲν τὸν σπασμὸν, ἀλλὰ πηρώσεις τινὰ τῶν τοῦ μορίου κινήσεων. οὕτω δὲ καὶ φλεβὸς ἢ ἀρτηρίας αἱμοῤῥαγούσης ἀμέ‐ τρως ὁ διατεμὼν ὅλον ἐγκάρσιον τὸ ἀγγεῖον οὐκέτι μὲν</w:t>
      </w:r>
    </w:p>
    <w:p>
      <w:r>
        <w:rPr>
          <w:rFonts w:ascii="Courier New" w:hAnsi="Courier New"/>
          <w:color w:val="555555"/>
          <w:sz w:val="20"/>
        </w:rPr>
        <w:t>[10]</w:t>
      </w:r>
    </w:p>
    <w:p>
      <w:r>
        <w:rPr>
          <w:rFonts w:ascii="Gentium Plus" w:hAnsi="Gentium Plus"/>
          <w:sz w:val="24"/>
        </w:rPr>
        <w:t>ἰάσασθαι δύναται τὸ ἕλκος αὐτοῦ· τὸν δ’ ἐκ τῆς αἱμοῤῥα‐ γίας κίνδυνον ἐπέσχεν. ἀλλὰ καὶ νεῦρον νυγὲν ἀναγκαζό‐ μεθα πολλάκις ἐγκάρσιον διακόπτειν, ὅταν ἤτοι σπασμοὺς, ἢ παραφροσύνας, ἢ ἀμφότερα μεγάλα καὶ δυσίατα βλέπωμεν ἑπόμενα τῇ τρώσει. κατὰ δὲ τὸν αὐτὸν τρόπον ἐξάρθρημα</w:t>
      </w:r>
    </w:p>
    <w:p>
      <w:r>
        <w:rPr>
          <w:rFonts w:ascii="Courier New" w:hAnsi="Courier New"/>
          <w:color w:val="555555"/>
          <w:sz w:val="20"/>
        </w:rPr>
        <w:t>[15]</w:t>
      </w:r>
    </w:p>
    <w:p>
      <w:r>
        <w:rPr>
          <w:rFonts w:ascii="Gentium Plus" w:hAnsi="Gentium Plus"/>
          <w:sz w:val="24"/>
        </w:rPr>
        <w:t>μεθ’ ἕλκους ἐπειδὰν γένηται κατά τι τῶν μειζόνων ἄρθρων, τὸ μὲν ἕλκος ἰώμεθα, τὸ δὲ ἐξάρθρημα καταλείπομεν ἀνία‐</w:t>
      </w:r>
    </w:p>
    <w:p>
      <w:r>
        <w:rPr>
          <w:rFonts w:ascii="Courier New" w:hAnsi="Courier New"/>
          <w:color w:val="555555"/>
          <w:sz w:val="20"/>
        </w:rPr>
        <w:t>[10 . 221]</w:t>
      </w:r>
    </w:p>
    <w:p>
      <w:r>
        <w:rPr>
          <w:rFonts w:ascii="Gentium Plus" w:hAnsi="Gentium Plus"/>
          <w:sz w:val="24"/>
        </w:rPr>
        <w:t>παν ἕπονται. τρίτος οὖν οὗτος σκοπός ἐστιν ὁ πρὸς τὸ κατεπεῖγον γιγνόμενος, ἕτερος ἐκείνων τῶν δύο τῶν ὀλίγον ἔμπροσθεν εἰρημένων. οὐ γὰρ ταὐτόν ἐστιν ἢ ὡς αἴτιόν τι σκοπεῖν, ἢ ὡς τὸν ὧν οὐκ ἄνευ λόγον ἔχον, ἢ ὡς κατεπεῖγον.</w:t>
      </w:r>
    </w:p>
    <w:p>
      <w:r>
        <w:rPr>
          <w:rFonts w:ascii="Courier New" w:hAnsi="Courier New"/>
          <w:color w:val="555555"/>
          <w:sz w:val="20"/>
        </w:rPr>
        <w:t>[5]</w:t>
      </w:r>
    </w:p>
    <w:p>
      <w:r>
        <w:rPr>
          <w:rFonts w:ascii="Gentium Plus" w:hAnsi="Gentium Plus"/>
          <w:sz w:val="24"/>
        </w:rPr>
        <w:t>ἀλλὰ καὶ ὡς τὸ κατεπεῖγον ἐνίοτε τοιοῦτόν ἐστιν, ὡς ἀνία‐ τον ἀναγκάζειν ἑτέραν ἀπολιπέσθαι διάθεσιν, εἴρηται, καὶ ὡς ἡ διάθεσις αὕτη πολλάκις ὑφ’ ἡμῶν αὐτῶν γίνεται, τοῦτο μὲν ἐπὶ τῶν νενυγμένων νεύρων, ἢ τενόντων, ἢ αἱμοῤῥα‐ γούντων ἀγγείων, τοῦτο δὲ ἐπὶ τῶν κατὰ τὰς κεφαλὰς</w:t>
      </w:r>
    </w:p>
    <w:p>
      <w:r>
        <w:rPr>
          <w:rFonts w:ascii="Courier New" w:hAnsi="Courier New"/>
          <w:color w:val="555555"/>
          <w:sz w:val="20"/>
        </w:rPr>
        <w:t>[10]</w:t>
      </w:r>
    </w:p>
    <w:p>
      <w:r>
        <w:rPr>
          <w:rFonts w:ascii="Gentium Plus" w:hAnsi="Gentium Plus"/>
          <w:sz w:val="24"/>
        </w:rPr>
        <w:t>τετρωμένων μυῶν· ἐπὶ μὲν γὰρ ἐξαρθρήματος ἅμα καὶ ἕλκους οὐκ αὐτὸ ποιοῦμεν, ἀλλὰ μόνον οὐκ ἰώμεθα τὸ γενόμενον. εἰρήσεται δὲ κᾀν τοῖς ἑξῆς ἔτι περὶ τούτων ἐπι‐ μελέστερον. Ἐν γὰρ τῷ παρόντι συγκεφαλαιώσασθαι</w:t>
      </w:r>
    </w:p>
    <w:p>
      <w:r>
        <w:rPr>
          <w:rFonts w:ascii="Courier New" w:hAnsi="Courier New"/>
          <w:color w:val="555555"/>
          <w:sz w:val="20"/>
        </w:rPr>
        <w:t>[15]</w:t>
      </w:r>
    </w:p>
    <w:p>
      <w:r>
        <w:rPr>
          <w:rFonts w:ascii="Gentium Plus" w:hAnsi="Gentium Plus"/>
          <w:sz w:val="24"/>
        </w:rPr>
        <w:t>βούλομαι τὸν ἐνεστῶτα λόγον ἐπὶ τὰς οἰκείας διαφορὰς τῶν ἑλκῶν ἐπανελθών· ἵν’ εἴ τις κᾀντεῦθεν ἔνδειξις ἰαμάτων ἐστὶ, μηδὲ ταύτην παραλίπωμεν. τὸ μὲν οὖν φλεγμαῖνον ἕλκος</w:t>
      </w:r>
    </w:p>
    <w:p>
      <w:r>
        <w:rPr>
          <w:rFonts w:ascii="Courier New" w:hAnsi="Courier New"/>
          <w:color w:val="555555"/>
          <w:sz w:val="20"/>
        </w:rPr>
        <w:t>[10 . 222]</w:t>
      </w:r>
    </w:p>
    <w:p>
      <w:r>
        <w:rPr>
          <w:rFonts w:ascii="Gentium Plus" w:hAnsi="Gentium Plus"/>
          <w:sz w:val="24"/>
        </w:rPr>
        <w:t>ἐρυσιπελατῶδες τε καὶ καρκινῶδες ἀνώδυνόν τε καὶ ὀδυνῶ‐ δες, τά τ’ ἄλλα τοιαῦτα λέγουσιν ὡς διαφορὰς ἑλκῶν, εἰ μὲν ἄλλως τις διέρχοιτο θεραπείαν ἐμπειρικὴν ἀναγράφων, οὐκ ἀμφισβητητέον αὐτῷ διαφορὰς ἑλκῶν ὀνομάζοντι· μυριάκις</w:t>
      </w:r>
    </w:p>
    <w:p>
      <w:r>
        <w:rPr>
          <w:rFonts w:ascii="Courier New" w:hAnsi="Courier New"/>
          <w:color w:val="555555"/>
          <w:sz w:val="20"/>
        </w:rPr>
        <w:t>[5]</w:t>
      </w:r>
    </w:p>
    <w:p>
      <w:r>
        <w:rPr>
          <w:rFonts w:ascii="Gentium Plus" w:hAnsi="Gentium Plus"/>
          <w:sz w:val="24"/>
        </w:rPr>
        <w:t>γὰρ εἴρηται τὸ μὴ δεῖν ὑπὲρ τῶν ὀνομάτων ἐρίζειν· εἰ δ’ ὡς ἐντεῦθεν μέλλων ἐρεῖν τι τεχνικὸν ὑπὲρ ἐνδείξεων, ἐπιδεικ‐ τέον αὐτῷ τὰς μὲν εἰρημένας ἁπάσας διαθέσεις ὑπάρχειν συνθέτους, ἄλλας δ’ εἶναι διαφορὰς ἕλκους ἁπλοῦ καὶ μόνου, χωρὶς ἑτέρας τινὸς ἐπιπεπλεγμένης αὐτῷ διαθέσεως. εἰ γὰρ</w:t>
      </w:r>
    </w:p>
    <w:p>
      <w:r>
        <w:rPr>
          <w:rFonts w:ascii="Courier New" w:hAnsi="Courier New"/>
          <w:color w:val="555555"/>
          <w:sz w:val="20"/>
        </w:rPr>
        <w:t>[10]</w:t>
      </w:r>
    </w:p>
    <w:p>
      <w:r>
        <w:rPr>
          <w:rFonts w:ascii="Gentium Plus" w:hAnsi="Gentium Plus"/>
          <w:sz w:val="24"/>
        </w:rPr>
        <w:t>ἁπλῶς διαιρέσεως γενομένης ὑπό τινος ὀξέος τὸ σχῆμα τοῦ τρώσαντος ἐναπομαχθείη τῷ διῃρημένῳ, γένοιντ’ ἂν οὕτως ἑλκῶν διαφοραὶ πάμπολλαι, λοξῶν, εὐθειῶν, ἑλικοειδῶν, ἀγκιστροειδῶν, ἄλλως ὁπωσοῦν ἐχόντων. αὗται μὲν οὖν αἱ διαφοραὶ πᾶσαι παρὰ τὸ σχῆμα. παρὰ δ’ αὖ τὸ μέγεθος ἐν</w:t>
      </w:r>
    </w:p>
    <w:p>
      <w:r>
        <w:rPr>
          <w:rFonts w:ascii="Courier New" w:hAnsi="Courier New"/>
          <w:color w:val="555555"/>
          <w:sz w:val="20"/>
        </w:rPr>
        <w:t>[15]</w:t>
      </w:r>
    </w:p>
    <w:p>
      <w:r>
        <w:rPr>
          <w:rFonts w:ascii="Gentium Plus" w:hAnsi="Gentium Plus"/>
          <w:sz w:val="24"/>
        </w:rPr>
        <w:t>τῷ μᾶλλόν τε καὶ ἧττον ἕτεραι μυρίαι· καὶ γὰρ μικρὸν καὶ μέγα καὶ μεῖζον καὶ μικρότερον ἕλκος ἕλκους λέγεταί τι καὶ</w:t>
      </w:r>
    </w:p>
    <w:p>
      <w:r>
        <w:rPr>
          <w:rFonts w:ascii="Courier New" w:hAnsi="Courier New"/>
          <w:color w:val="555555"/>
          <w:sz w:val="20"/>
        </w:rPr>
        <w:t>[10 . 223]</w:t>
      </w:r>
    </w:p>
    <w:p>
      <w:r>
        <w:rPr>
          <w:rFonts w:ascii="Gentium Plus" w:hAnsi="Gentium Plus"/>
          <w:sz w:val="24"/>
        </w:rPr>
        <w:t>βαθὺ, καὶ καθ’ ἕκαστον αὐτῶν τὸ μᾶλλόν τε καὶ ἧττον ἐν τῇ κατὰ τὸ μέγεθος, ἢ τὸ πηλίκον, ἢ τὸ ποσὸν, ἢ ὅπως ἂν ἐθέλοι τις ὀνομάζειν διαφορᾷ. καὶ εἴπερ ταῦτα οὕτως ἔχει, πάντως δήπου καὶ ὁμαλὲς καὶ ἀνώμαλον ἕλκος ἐν τῷ βάθει</w:t>
      </w:r>
    </w:p>
    <w:p>
      <w:r>
        <w:rPr>
          <w:rFonts w:ascii="Courier New" w:hAnsi="Courier New"/>
          <w:color w:val="555555"/>
          <w:sz w:val="20"/>
        </w:rPr>
        <w:t>[5]</w:t>
      </w:r>
    </w:p>
    <w:p>
      <w:r>
        <w:rPr>
          <w:rFonts w:ascii="Gentium Plus" w:hAnsi="Gentium Plus"/>
          <w:sz w:val="24"/>
        </w:rPr>
        <w:t>τῆς διαιρέσεως ἔσται. κατὰ μῆκος γὰρ, εἰ οὕτως ἔτυχεν, ἀνε‐ σχισμένου τοῦ μηροῦ τὸ μὲν ἄνω μέρος τῆς διαιρέσεως ἐν‐ δέχεται βαθὺ, τὸ κάτω δὲ ἐπιπόλαιον ὑπάρχειν, ἢ ἔμπα‐ λιν ἐπιπολῆς μὲν τὸ ἄνω, βαθὺ δ’ εἶναι τὸ κάτω. καὶ μὲν δὴ καὶ τὸ διεσπάσθαι κατά τι, ἢ τοὐπίπαν καὶ διατετμῆσθαι</w:t>
      </w:r>
    </w:p>
    <w:p>
      <w:r>
        <w:rPr>
          <w:rFonts w:ascii="Courier New" w:hAnsi="Courier New"/>
          <w:color w:val="555555"/>
          <w:sz w:val="20"/>
        </w:rPr>
        <w:t>[10]</w:t>
      </w:r>
    </w:p>
    <w:p>
      <w:r>
        <w:rPr>
          <w:rFonts w:ascii="Gentium Plus" w:hAnsi="Gentium Plus"/>
          <w:sz w:val="24"/>
        </w:rPr>
        <w:t>καὶ τοῦ τρώσαντος ὑποδύντος ὑπὸ τὸ δέρμα λοξὸν, μέρος μέν τι τοῦ ἕλκους φαίνεσθαι, μέρος δ’ ἕτερον ὑπὸ τῷ δέρ‐ ματι κατακεκρύφθαι, καὶ τοῦτο ἢ ἐκ τῶν ἄνωθεν εἶναι μερῶν, ἢ ἐκ τῶν κάτωθεν, ἢ ἐκ τῶν πλαγίων, ἅπαντα καὶ ταῦθ’ ἑλκῶν εἰσι διαφοραί. παρὰ δ’ αὖ τὸν χρόνον ἕτεραι</w:t>
      </w:r>
    </w:p>
    <w:p>
      <w:r>
        <w:rPr>
          <w:rFonts w:ascii="Courier New" w:hAnsi="Courier New"/>
          <w:color w:val="555555"/>
          <w:sz w:val="20"/>
        </w:rPr>
        <w:t>[15]</w:t>
      </w:r>
    </w:p>
    <w:p>
      <w:r>
        <w:rPr>
          <w:rFonts w:ascii="Gentium Plus" w:hAnsi="Gentium Plus"/>
          <w:sz w:val="24"/>
        </w:rPr>
        <w:t>διαφοραὶ τῶν ἑλκῶν, παλαιὸν καὶ ἔναιμον ἢ πρόσφατον ὀλι‐ γοχρόνιόν τε, καὶ πολυχρόνιον, ἐν ἅπασι δ’ αὐτοῖς τὸ μᾶλλόν</w:t>
      </w:r>
    </w:p>
    <w:p>
      <w:r>
        <w:rPr>
          <w:rFonts w:ascii="Courier New" w:hAnsi="Courier New"/>
          <w:color w:val="555555"/>
          <w:sz w:val="20"/>
        </w:rPr>
        <w:t>[10 . 224]</w:t>
      </w:r>
    </w:p>
    <w:p>
      <w:r>
        <w:rPr>
          <w:rFonts w:ascii="Gentium Plus" w:hAnsi="Gentium Plus"/>
          <w:sz w:val="24"/>
        </w:rPr>
        <w:t>αὗται διαφοραὶ, κυριώταται μὲν αἱ κατὰ τὴν οὐσίαν τοῦ πράγματος ἥ τε παρὰ τὸ σχῆμα καὶ ἡ παρὰ τὸ ποσὸν τῆς διαιρέσεως, ἤτοι κατὰ τὸ μῆκος, ἢ βάθος, ἢ κατ’ ἀμφοτέρας τὰς διαστάσεις, ὁμαλότητά τε καὶ ἀνωμαλίαν τὴν ἐν τούτοις.</w:t>
      </w:r>
    </w:p>
    <w:p>
      <w:r>
        <w:rPr>
          <w:rFonts w:ascii="Courier New" w:hAnsi="Courier New"/>
          <w:color w:val="555555"/>
          <w:sz w:val="20"/>
        </w:rPr>
        <w:t>[5]</w:t>
      </w:r>
    </w:p>
    <w:p>
      <w:r>
        <w:rPr>
          <w:rFonts w:ascii="Gentium Plus" w:hAnsi="Gentium Plus"/>
          <w:sz w:val="24"/>
        </w:rPr>
        <w:t>ἔξωθεν δὲ προσιοῦσαι τὸν ὧν οὐκ ἄνευ λόγον ἔχουσαι· παρά τε τὸν χρόνον ἐν ᾧ τὸ ἕλκος, οὕτω γὰρ τὸ μὲν πρόσ‐ φατον καλεῖται, τὸ δὲ παλαιὸν, καὶ παρὰ τὸ φαίνεσθαί τε καὶ μὴ φαίνεσθαι πᾶν ἢ μέρος. ἤδη δὲ καὶ παρὰ τὸν τῆς γενέσεως τρόπον ἐν τῷ τμηθῆναι πᾶν ἢ διασπασθῆναι πᾶν·</w:t>
      </w:r>
    </w:p>
    <w:p>
      <w:r>
        <w:rPr>
          <w:rFonts w:ascii="Courier New" w:hAnsi="Courier New"/>
          <w:color w:val="555555"/>
          <w:sz w:val="20"/>
        </w:rPr>
        <w:t>[10]</w:t>
      </w:r>
    </w:p>
    <w:p>
      <w:r>
        <w:rPr>
          <w:rFonts w:ascii="Gentium Plus" w:hAnsi="Gentium Plus"/>
          <w:sz w:val="24"/>
        </w:rPr>
        <w:t>ἤ τι μὲν τετμῆσθαι μέρος αὐτοῦ, διεσπάσθαι δ’ ἕτερον. εἰ δὲ καὶ τὰς παρὰ τὸν τόπον ἐν ᾧ γέγονε τὸ ἕλκος ἐκλογίζοιο διαφορὰς, οἷον εἰ πέρας μυὸς, εἰ ἀρχὴ μυὸς, εἰ τὸ μέσον τοῦ μυὸς, εἰ δέρμα ἐστὶ τὸ ἡλκωμένον, εἰ ἧπαρ ἢ γαστὴρ, εἶεν ἂν δήπου καὶ αὗται διαφοραὶ τῶν ἑλκῶν. ταῦτα μὲν</w:t>
      </w:r>
    </w:p>
    <w:p>
      <w:r>
        <w:rPr>
          <w:rFonts w:ascii="Courier New" w:hAnsi="Courier New"/>
          <w:color w:val="555555"/>
          <w:sz w:val="20"/>
        </w:rPr>
        <w:t>[15]</w:t>
      </w:r>
    </w:p>
    <w:p>
      <w:r>
        <w:rPr>
          <w:rFonts w:ascii="Gentium Plus" w:hAnsi="Gentium Plus"/>
          <w:sz w:val="24"/>
        </w:rPr>
        <w:t>οὖν οὕτως ἔχει, οὐκ ἀπὸ τῆς οἰκείας αὐτῶν φύσεως, ἀλλ’ ἀπὸ τῶν χωρίων ἐν οἷς συνίστανται τὴν γένεσιν ἔχουσα. ὅταν</w:t>
      </w:r>
    </w:p>
    <w:p>
      <w:r>
        <w:rPr>
          <w:rFonts w:ascii="Courier New" w:hAnsi="Courier New"/>
          <w:color w:val="555555"/>
          <w:sz w:val="20"/>
        </w:rPr>
        <w:t>[10 . 225]</w:t>
      </w:r>
    </w:p>
    <w:p>
      <w:r>
        <w:rPr>
          <w:rFonts w:ascii="Gentium Plus" w:hAnsi="Gentium Plus"/>
          <w:sz w:val="24"/>
        </w:rPr>
        <w:t>οἴεται παραπλησίας εἰρηκέναι διαφορὰς ἑλκῶν, ἃς νῦν ἤδη πέπαυμαι λέγων, οὗτος ἐξ ἀνάγκης ἐν τῇ θεραπευτικῇ με‐ θόδῳ σφαλήσεται. τὸ γὰρ φλεγμαῖνον ἕλκος οὑτωσὶ λεγόμενον ὅμοιον μὲν ἔχει τὸ τῆς ἑρμηνείας σχῆμα τῷ μικρὸν ἕλκος, οὐ</w:t>
      </w:r>
    </w:p>
    <w:p>
      <w:r>
        <w:rPr>
          <w:rFonts w:ascii="Courier New" w:hAnsi="Courier New"/>
          <w:color w:val="555555"/>
          <w:sz w:val="20"/>
        </w:rPr>
        <w:t>[5]</w:t>
      </w:r>
    </w:p>
    <w:p>
      <w:r>
        <w:rPr>
          <w:rFonts w:ascii="Gentium Plus" w:hAnsi="Gentium Plus"/>
          <w:sz w:val="24"/>
        </w:rPr>
        <w:t>μὴν τό γε δηλούμενον ὅμοιον ὑπάρχει. τὸ μὲν γὰρ ἐπιπολῆς ἢ βαθὺ κατηγορήσαντες τοῦ ἕλκους, οἰκείαν αὐτοῦ διαφορὰν ἐμηνύσαμεν· τὸ φλεγμαῖνον δ’ οὐδ’ ὅλως ἐστὶν ἕλκους δια‐ φορά· δύναται γὰρ φλεγμῆναι μόριον καὶ χωρὶς ἕλκους. ὅθεν οἶμαι καὶ τὴν λέξιν ἐνταυθοῖ μὲν ὑπαλλάξαι δυνατόν· εἰ</w:t>
      </w:r>
    </w:p>
    <w:p>
      <w:r>
        <w:rPr>
          <w:rFonts w:ascii="Courier New" w:hAnsi="Courier New"/>
          <w:color w:val="555555"/>
          <w:sz w:val="20"/>
        </w:rPr>
        <w:t>[10]</w:t>
      </w:r>
    </w:p>
    <w:p>
      <w:r>
        <w:rPr>
          <w:rFonts w:ascii="Gentium Plus" w:hAnsi="Gentium Plus"/>
          <w:sz w:val="24"/>
        </w:rPr>
        <w:t>γὰρ εἴποις ἕλκος τῷδέ τινι γεγονέναι μετὰ φλεγμονῆς, οἰκειό‐ τερόν γε τῷ πράγματι καὶ σαφέστερον ἑρμηνεύσεις· οὐ μὴν εἰ φαίης μετὰ μεγέθους μὲν τῷδε, μετὰ σμικρότητος δὲ ἄλλῳ γεγονέναι. καὶ γὰρ οἰκειότερόν τε τῷ πράγματι καὶ σαφέστε‐ ρον ἑρμηνεύσεις, εἰ τῷδε μέν τινι φαίης ἕλκος μέγα γεγονέναι,</w:t>
      </w:r>
    </w:p>
    <w:p>
      <w:r>
        <w:rPr>
          <w:rFonts w:ascii="Courier New" w:hAnsi="Courier New"/>
          <w:color w:val="555555"/>
          <w:sz w:val="20"/>
        </w:rPr>
        <w:t>[15]</w:t>
      </w:r>
    </w:p>
    <w:p>
      <w:r>
        <w:rPr>
          <w:rFonts w:ascii="Gentium Plus" w:hAnsi="Gentium Plus"/>
          <w:sz w:val="24"/>
        </w:rPr>
        <w:t>τῷ δὲ αὖ μικρόν. ὅθεν εἰ οἷόν τ’ ἦν καὶ τὴν λέξιν ὑπαλλάττειν ὡς καὶ τῷ λεγομένῳ πράγματι πρεπωδεστέραν ἐργάζεσθαι καὶ τοῖς ἀκούσουσι σαφεστέραν, οὐ χρὴ κατοκνεῖν οὕτω ποιεῖν·</w:t>
      </w:r>
    </w:p>
    <w:p>
      <w:r>
        <w:rPr>
          <w:rFonts w:ascii="Courier New" w:hAnsi="Courier New"/>
          <w:color w:val="555555"/>
          <w:sz w:val="20"/>
        </w:rPr>
        <w:t>[10 . 226]</w:t>
      </w:r>
    </w:p>
    <w:p>
      <w:r>
        <w:rPr>
          <w:rFonts w:ascii="Gentium Plus" w:hAnsi="Gentium Plus"/>
          <w:sz w:val="24"/>
        </w:rPr>
        <w:t>λέξει χρῆσθαι διωρισμένῃ. τίς οὖν ἐν τοῖς τοιούτοις ἡ μέθο‐ δος; εἰπεῖν γὰρ χρὴ παράγγελμά τι καὶ οἷον σκοπὸν ᾧ προσ‐ έχοντες τὸν νοῦν ἀεὶ δυνησόμεθα διορίζεσθαι ταχέως εἴτε διαφορὰν εἴρηκέ τις ἡστινοσοῦν διαθέσεως, εἴτ’ ἐπιπλοκὴν</w:t>
      </w:r>
    </w:p>
    <w:p>
      <w:r>
        <w:rPr>
          <w:rFonts w:ascii="Courier New" w:hAnsi="Courier New"/>
          <w:color w:val="555555"/>
          <w:sz w:val="20"/>
        </w:rPr>
        <w:t>[5]</w:t>
      </w:r>
    </w:p>
    <w:p>
      <w:r>
        <w:rPr>
          <w:rFonts w:ascii="Gentium Plus" w:hAnsi="Gentium Plus"/>
          <w:sz w:val="24"/>
        </w:rPr>
        <w:t>ἑτέρας. ἔστω δή σοι διορισμὸς ὅδε· τὸ δυνάμενον ἰδίᾳ ποτὲ καὶ καθ’ ἑαυτὸ συστῆναι, τοῦτ’ οὐκ ἄν ποτε γένοιτο τῶν ἄλλων οὐδενὸς διαφορά. μέγεθος μὲν οὖν καὶ σμικρότης, ὁμαλότης τε καὶ ἀνωμαλία καὶ χρόνος καὶ σχῆμα τῶν ἑτέ‐ ροις συμβεβηκότων ἐστίν. ἕλκος δὲ καὶ φλεγμονὴ καὶ γάγ‐</w:t>
      </w:r>
    </w:p>
    <w:p>
      <w:r>
        <w:rPr>
          <w:rFonts w:ascii="Courier New" w:hAnsi="Courier New"/>
          <w:color w:val="555555"/>
          <w:sz w:val="20"/>
        </w:rPr>
        <w:t>[10]</w:t>
      </w:r>
    </w:p>
    <w:p>
      <w:r>
        <w:rPr>
          <w:rFonts w:ascii="Gentium Plus" w:hAnsi="Gentium Plus"/>
          <w:sz w:val="24"/>
        </w:rPr>
        <w:t>γραινα καὶ σηπεδὼν ἕκαστον ἰδίᾳ τε καὶ καθ’ αὑτὸ δύναται συστῆναι, διαθέσεις γὰρ τινές εἰσι τοῦ σώματος ἡμῶν παρὰ φύσιν, οὐ τὰ ταῖς διαθέσεσιν ἐξ ἀνάγκης συμβεβηκότα. πᾶσι μὲν γὰρ τοῖς εἰρημένοις ἐξ ἀνάγκης συμβέβηκεν ἤτοι μικροῖς ἢ μεγάλοις ὑπάρχειν, ἢ ὁμαλέσιν, ἢ ἀνωμάλοις, ἢ προσφά‐</w:t>
      </w:r>
    </w:p>
    <w:p>
      <w:r>
        <w:rPr>
          <w:rFonts w:ascii="Courier New" w:hAnsi="Courier New"/>
          <w:color w:val="555555"/>
          <w:sz w:val="20"/>
        </w:rPr>
        <w:t>[15]</w:t>
      </w:r>
    </w:p>
    <w:p>
      <w:r>
        <w:rPr>
          <w:rFonts w:ascii="Gentium Plus" w:hAnsi="Gentium Plus"/>
          <w:sz w:val="24"/>
        </w:rPr>
        <w:t>τοις, ἢ παλαιοῖς, ἢ φαίνεσθαι προχείρως, ἢ κεκρύφθαι καὶ μὴ βλέπεσθαι· τὸ φλεγμαίνειν δ’ οὐκ ἔστι τῶν συμβεβηκότων ἕλκει, καθάπερ οὐδὲ τὸ σήπεσθαι καὶ γαγγραινοῦσθαι. πάντα</w:t>
      </w:r>
    </w:p>
    <w:p>
      <w:r>
        <w:rPr>
          <w:rFonts w:ascii="Courier New" w:hAnsi="Courier New"/>
          <w:color w:val="555555"/>
          <w:sz w:val="20"/>
        </w:rPr>
        <w:t>[10 . 227]</w:t>
      </w:r>
    </w:p>
    <w:p>
      <w:r>
        <w:rPr>
          <w:rFonts w:ascii="Gentium Plus" w:hAnsi="Gentium Plus"/>
          <w:sz w:val="24"/>
        </w:rPr>
        <w:t>φύσιν εἰσὶ διαθέσεις καὶ βλάπτουσιν ἐνέργειαν. ἑτέρῳ δ’ αὖ πάλιν τρόπῳ ἕλκος ὀδυνώμενον ἢ ἕλκος ῥυπαρὸν λέγεται μὲν ὥς τις ἕλκους διαφορὰ, σύνθετον δέ τι δηλοῦται κᾀν‐ ταῦθα, πλὴν ἕτερον τρόπον ἢ ὡς φλεγμαῖνον ἕλκος ἐλέγετο</w:t>
      </w:r>
    </w:p>
    <w:p>
      <w:r>
        <w:rPr>
          <w:rFonts w:ascii="Courier New" w:hAnsi="Courier New"/>
          <w:color w:val="555555"/>
          <w:sz w:val="20"/>
        </w:rPr>
        <w:t>[5]</w:t>
      </w:r>
    </w:p>
    <w:p>
      <w:r>
        <w:rPr>
          <w:rFonts w:ascii="Gentium Plus" w:hAnsi="Gentium Plus"/>
          <w:sz w:val="24"/>
        </w:rPr>
        <w:t>καὶ σηπόμενον. ἐκεῖ μὲν γὰρ διάθεσις ἡ φλεγμονὴ καὶ ἡ σηπεδών· ἐνταυθοῖ δὲ ὅ τε πόνος καὶ ὁ ῥύπος ἐκ τοῦ τῶν συμπτωμάτων γένους. οὕτω δὲ κᾀπειδὰν εἴπῃ τις ἕλκος, ἢ κακόχυμον, ἢ ῥευματικὸν, ἢ ἀναβιβρωσκόμενον, αἰτίαν συν‐ εμφαίνει τῇ διαθέσει. καὶ δῆλον ἐκ τῶν τοιούτων ὡς οἷον</w:t>
      </w:r>
    </w:p>
    <w:p>
      <w:r>
        <w:rPr>
          <w:rFonts w:ascii="Courier New" w:hAnsi="Courier New"/>
          <w:color w:val="555555"/>
          <w:sz w:val="20"/>
        </w:rPr>
        <w:t>[10]</w:t>
      </w:r>
    </w:p>
    <w:p>
      <w:r>
        <w:rPr>
          <w:rFonts w:ascii="Gentium Plus" w:hAnsi="Gentium Plus"/>
          <w:sz w:val="24"/>
        </w:rPr>
        <w:t>στοχεῖά τινα τῆς θεραπευτικῆς ἐστι μεθόδου τὰ πρῶτά τε καὶ ἁπλᾶ καὶ ἀσύνθετα νοσήματα, καὶ διὰ τοῦτ’ ἐν τῷ περὶ τῆς διαφορᾶς τῶν νοσημάτων ὑπομνήματι πάντ’ ἐξ‐ ηριθμησάμεθα ταῦτα. διοίσει δ’ οὐδὲν ἢ πρῶτα λέγειν, ἢ ἁπλᾶ· καὶ γὰρ εἰ πρῶτον, ἁπλοῦν, καὶ εἰ ἁπλοῦν, πρῶτον·</w:t>
      </w:r>
    </w:p>
    <w:p>
      <w:r>
        <w:rPr>
          <w:rFonts w:ascii="Courier New" w:hAnsi="Courier New"/>
          <w:color w:val="555555"/>
          <w:sz w:val="20"/>
        </w:rPr>
        <w:t>[15]</w:t>
      </w:r>
    </w:p>
    <w:p>
      <w:r>
        <w:rPr>
          <w:rFonts w:ascii="Gentium Plus" w:hAnsi="Gentium Plus"/>
          <w:sz w:val="24"/>
        </w:rPr>
        <w:t>ὥστε καὶ στοιχειῶδες. ἔνδειξις δὲ ἰάσεως ἀπὸ τῶν διαφορῶν οὐχ ἁπασῶν γίνεται. τὸ γὰρ πρόσφατον ἢ παλαιὸν ἕλκος</w:t>
      </w:r>
    </w:p>
    <w:p>
      <w:r>
        <w:rPr>
          <w:rFonts w:ascii="Courier New" w:hAnsi="Courier New"/>
          <w:color w:val="555555"/>
          <w:sz w:val="20"/>
        </w:rPr>
        <w:t>[10 . 228]</w:t>
      </w:r>
    </w:p>
    <w:p>
      <w:r>
        <w:rPr>
          <w:rFonts w:ascii="Gentium Plus" w:hAnsi="Gentium Plus"/>
          <w:sz w:val="24"/>
        </w:rPr>
        <w:t>σφᾶς αὐτοὺς, ὡς κᾀν τοῖς κατὰ δίαιταν ἑτέραν μὲν ἀρχῆς, ἑτέραν δ’ ἐπιδόσεως, ἄλλην δ’ ἀκμῆς τε καὶ παρακμῆς ἔνδει‐ ξιν εἶναι λέγοντες· ὑπὲρ ὧν ἐπὶ πλέον ἐν τοῖς ἑξῆς ἐρεῖν μέλ‐ λοντες, οὐ δεόμεθα νῦν μηκύνειν τὸν λόγον· ἀλλ’ ὅσον εἰς</w:t>
      </w:r>
    </w:p>
    <w:p>
      <w:r>
        <w:rPr>
          <w:rFonts w:ascii="Courier New" w:hAnsi="Courier New"/>
          <w:color w:val="555555"/>
          <w:sz w:val="20"/>
        </w:rPr>
        <w:t>[5]</w:t>
      </w:r>
    </w:p>
    <w:p>
      <w:r>
        <w:rPr>
          <w:rFonts w:ascii="Gentium Plus" w:hAnsi="Gentium Plus"/>
          <w:sz w:val="24"/>
        </w:rPr>
        <w:t>τὰ παρόντα μόνον αὔταρκες ἐροῦμεν. τὸ ἕλκος τὸ πρόσφα‐ τον, ἐπειδὴ τοὐπίπαν ἄνευ τε διαθέσεως ἑτέρας ἐστὶ καὶ σύμπτωμα μηδὲν μηδέπω ἔχει συνὸν, ἑτέραν οἷόν τε ποιεῖσθαι τὴν ἔδειξιν τοῦ παλαιοῦ· τὸ δ’ οὐχ οὕτως ἔχει. τὸ γὰρ αὐτὸ τοῦτο μόνον ἕλκος· ἔστι δὲ τοιοῦτον ᾧ μήτε κοιλότης τις</w:t>
      </w:r>
    </w:p>
    <w:p>
      <w:r>
        <w:rPr>
          <w:rFonts w:ascii="Courier New" w:hAnsi="Courier New"/>
          <w:color w:val="555555"/>
          <w:sz w:val="20"/>
        </w:rPr>
        <w:t>[10]</w:t>
      </w:r>
    </w:p>
    <w:p>
      <w:r>
        <w:rPr>
          <w:rFonts w:ascii="Gentium Plus" w:hAnsi="Gentium Plus"/>
          <w:sz w:val="24"/>
        </w:rPr>
        <w:t>σύνεστι μήτ’ ὀδύνη μήτε ῥύπος, ἁπασῶν τε τῶν ἄλλων ἀπήλ‐ λακται διαθέσεων, αὐτῆς δὲ μόνης δεῖται τῆς ἰδίας ἰάσεως, ἧς ὁ σκοπὸς ἕνωσις, ἢ κόλλησις, ἢ σύμφυσις, ἢ συνέχεια. μυ‐ ριάκις γὰρ εἴρηται τὸ καλεῖν ὡς ἂν ἐθέλῃ τις, ἔνθα μηδὲν βλάπτεται τὸ πρᾶγμα. εἴτ’ οὖν πρόσφατον εἴη τὸ τοιοῦτον</w:t>
      </w:r>
    </w:p>
    <w:p>
      <w:r>
        <w:rPr>
          <w:rFonts w:ascii="Courier New" w:hAnsi="Courier New"/>
          <w:color w:val="555555"/>
          <w:sz w:val="20"/>
        </w:rPr>
        <w:t>[15]</w:t>
      </w:r>
    </w:p>
    <w:p>
      <w:r>
        <w:rPr>
          <w:rFonts w:ascii="Gentium Plus" w:hAnsi="Gentium Plus"/>
          <w:sz w:val="24"/>
        </w:rPr>
        <w:t>ἕλκος εἴτε παλαιὸν, ἀεὶ τῆς αὐτῆς δεῖται θεραπείας, οὐδὲν τῆς ἀπὸ τοῦ χρόνου διαφορᾶς ἴδιον ἐνδεικνυμένης. εἰ μέντοι</w:t>
      </w:r>
    </w:p>
    <w:p>
      <w:r>
        <w:rPr>
          <w:rFonts w:ascii="Courier New" w:hAnsi="Courier New"/>
          <w:color w:val="555555"/>
          <w:sz w:val="20"/>
        </w:rPr>
        <w:t>[10 . 229]</w:t>
      </w:r>
    </w:p>
    <w:p>
      <w:r>
        <w:rPr>
          <w:rFonts w:ascii="Gentium Plus" w:hAnsi="Gentium Plus"/>
          <w:sz w:val="24"/>
        </w:rPr>
        <w:t>σκέπτεσθαι πότερον ἐκ τῶν ἄνωθεν μερῶν εἴη, ὡς ὑποῤῥεῖν ἐξ αὐτῆς τοὺς ἰχῶρας κατάντεις, ἢ κάτωθεν, ὡς αὐτόθι συν‐ ίστασθαι. τῶν μὲν οὖν ὑποῤῥύσεις ἐχόντων ἡ αὐτὴ θερα‐ πεία τοῖς ἄλλοις, τῶν δ’ οὐκ ἐχόντων ἡμᾶς χρὴ μηχανᾶσθαί</w:t>
      </w:r>
    </w:p>
    <w:p>
      <w:r>
        <w:rPr>
          <w:rFonts w:ascii="Courier New" w:hAnsi="Courier New"/>
          <w:color w:val="555555"/>
          <w:sz w:val="20"/>
        </w:rPr>
        <w:t>[5]</w:t>
      </w:r>
    </w:p>
    <w:p>
      <w:r>
        <w:rPr>
          <w:rFonts w:ascii="Gentium Plus" w:hAnsi="Gentium Plus"/>
          <w:sz w:val="24"/>
        </w:rPr>
        <w:t>τινας ἐκροάς· διττὴ δ’ ἡ μηχανή· ποτὲ μὲν ἀνατέμνοντί σοι τὴν κοιλότητα σύμπασαν, ἐνίοτε δὲ ἀντιδιαιροῦντι μόνον ἐν τῷ πυθμένι. τὸ δ’ ὅτε χρὴ τούτων ἑκάτερον δρᾷν ἥ τε τῶν χωρίων ἐνδείξεται φύσις καὶ τὸ τοῦ ἕλκους μέγεθος. εἰ μὲν γὰρ καὶ τὰ χωρία σφαλερὰν ἔχει τὴν διαίρεσιν καὶ τὸ</w:t>
      </w:r>
    </w:p>
    <w:p>
      <w:r>
        <w:rPr>
          <w:rFonts w:ascii="Courier New" w:hAnsi="Courier New"/>
          <w:color w:val="555555"/>
          <w:sz w:val="20"/>
        </w:rPr>
        <w:t>[10]</w:t>
      </w:r>
    </w:p>
    <w:p>
      <w:r>
        <w:rPr>
          <w:rFonts w:ascii="Gentium Plus" w:hAnsi="Gentium Plus"/>
          <w:sz w:val="24"/>
        </w:rPr>
        <w:t>ἕλκος εἴη μέγα, βέλτιον ἀντιδιαιρεῖν, εἰ δὲ τἀναντία, τὸ ἀνα‐ τέμνειν ἄμεινον. ἡ δ’ ἐπίδεσις ἀρχέσθω μὲν ἐκ τῶν ἄνωθεν, τελευτάτω δὲ κάτω ἵναπερ ἡ ἐκροή. ὅτι δὲ καὶ ἡ παρὰ τὰ τετρωμένα μόρια σύμπαντα διαφορὰ τῶν ἑλκῶν ἐπικαι‐ ροτάτη πρὸς ἔνδειξιν τῆς ἰάσεως ἔμπροσθεν εἴρηται. ἀλλ’</w:t>
      </w:r>
    </w:p>
    <w:p>
      <w:r>
        <w:rPr>
          <w:rFonts w:ascii="Courier New" w:hAnsi="Courier New"/>
          <w:color w:val="555555"/>
          <w:sz w:val="20"/>
        </w:rPr>
        <w:t>[15]</w:t>
      </w:r>
    </w:p>
    <w:p>
      <w:r>
        <w:rPr>
          <w:rFonts w:ascii="Gentium Plus" w:hAnsi="Gentium Plus"/>
          <w:sz w:val="24"/>
        </w:rPr>
        <w:t>ἐκείνη μὲν ὡς ὁμοιομερῶν, ἧς δὲ νῦν ἐμνημονεύσαμεν, ὡς ὀργανικῶν ἐστιν ἔνδειξις. εἰρήσεται μὲν δὴ καὶ περὶ τῆς ἢ ὡς ὁμοιομερῶν, ἢ ὡς ὀργανικῶν σωμάτων ἐνδείξεως</w:t>
      </w:r>
    </w:p>
    <w:p>
      <w:r>
        <w:rPr>
          <w:rFonts w:ascii="Courier New" w:hAnsi="Courier New"/>
          <w:color w:val="555555"/>
          <w:sz w:val="20"/>
        </w:rPr>
        <w:t>[10 . 230]</w:t>
      </w:r>
    </w:p>
    <w:p>
      <w:r>
        <w:rPr>
          <w:rFonts w:ascii="Gentium Plus" w:hAnsi="Gentium Plus"/>
          <w:sz w:val="24"/>
        </w:rPr>
        <w:t>οἰκείας διαφορὰς τῶν ἑλκῶν ἰτέον· εἶτ’ ἐγκάρσιον ἢ εὐθὺ, καὶ μέχρι βάθους ἢ ἐπιπολῆς, καὶ μικρὸν ἢ μέγα διοριστέον. τὰ μὲν γὰρ ἐγκάρσια διὰ τὸ τὰ χείλη μᾶλλον αὐτῶν διεστη‐ κέναι τε καὶ ἀφεστηκέναι τῆς συναγωγῆς ἀκριβεστέρας δεῖται·</w:t>
      </w:r>
    </w:p>
    <w:p>
      <w:r>
        <w:rPr>
          <w:rFonts w:ascii="Courier New" w:hAnsi="Courier New"/>
          <w:color w:val="555555"/>
          <w:sz w:val="20"/>
        </w:rPr>
        <w:t>[5]</w:t>
      </w:r>
    </w:p>
    <w:p>
      <w:r>
        <w:rPr>
          <w:rFonts w:ascii="Gentium Plus" w:hAnsi="Gentium Plus"/>
          <w:sz w:val="24"/>
        </w:rPr>
        <w:t>ὥστε καὶ ῥαφαῖς καὶ ἀγκτῆρσιν ἐπὶ τούτων χρηστέον. ὅσα δὲ κατὰ τὰ μῆκος τῶν μυῶν ἐγένετο, ταῦτ’ ἐκ δυοῖν ἀρχῶν ἐπιδῶν οὔτε ῥαφῶν οὔτε ἀγκτήρων δεήσῃ. εἰ δ’ ἄλλως ἐπι‐ δεῖν ἐθελήσαις ἢ ἀγκτῆρσιν καὶ ῥαφαῖς, ἀρκέσουσιν ἢ ἐλάχι‐ σται παντελῶς αἱ ῥαφαί. καὶ τὰ μὲν μεγάλα τῶν ἑλκῶν</w:t>
      </w:r>
    </w:p>
    <w:p>
      <w:r>
        <w:rPr>
          <w:rFonts w:ascii="Courier New" w:hAnsi="Courier New"/>
          <w:color w:val="555555"/>
          <w:sz w:val="20"/>
        </w:rPr>
        <w:t>[10]</w:t>
      </w:r>
    </w:p>
    <w:p>
      <w:r>
        <w:rPr>
          <w:rFonts w:ascii="Gentium Plus" w:hAnsi="Gentium Plus"/>
          <w:sz w:val="24"/>
        </w:rPr>
        <w:t>ἐπὶ μᾶλλον ξηραίνουσι θεραπεύσεις φαρμάκοις, εἴ τι τῶν ἔμπροσθεν εἰρημένων μέμνησαι· τὰ δὲ σμικρὰ καὶ τὸ μετρίως ξηραῖνον αὐτάρκως ἰάσεται. τὰ δ’ εἰς βάθος διήκοντα πάν‐ τως μὲν ἤδη καὶ μεγάλα, δεῖται δὲ τῆς ἐκ δυοῖν ἀρχῶν ἐπιδέ‐ σεως καὶ τοῦ μὴ προπετῶς κολληθῆναι τὰ χείλη· τὰ δ’ εἰς</w:t>
      </w:r>
    </w:p>
    <w:p>
      <w:r>
        <w:rPr>
          <w:rFonts w:ascii="Courier New" w:hAnsi="Courier New"/>
          <w:color w:val="555555"/>
          <w:sz w:val="20"/>
        </w:rPr>
        <w:t>[15]</w:t>
      </w:r>
    </w:p>
    <w:p>
      <w:r>
        <w:rPr>
          <w:rFonts w:ascii="Gentium Plus" w:hAnsi="Gentium Plus"/>
          <w:sz w:val="24"/>
        </w:rPr>
        <w:t>βάθος τε καὶ μῆκος ἐπὶ πολὺ προήκοντα διχῇ τ’ ἂν εἴη μεγά‐ λα καὶ διττὴν ἔχει τὸν ἔνδειξιν, ὡς καὶ τῶν πάνυ ξηραινόντων</w:t>
      </w:r>
    </w:p>
    <w:p>
      <w:r>
        <w:rPr>
          <w:rFonts w:ascii="Courier New" w:hAnsi="Courier New"/>
          <w:color w:val="555555"/>
          <w:sz w:val="20"/>
        </w:rPr>
        <w:t>[10 . 231]</w:t>
      </w:r>
    </w:p>
    <w:p>
      <w:r>
        <w:rPr>
          <w:rFonts w:ascii="Gentium Plus" w:hAnsi="Gentium Plus"/>
          <w:sz w:val="24"/>
        </w:rPr>
        <w:t>καὶ ἐκ δυοῖν ἀρχῶν ἐπιδεῖσθαι καὶ ῥάπτεσθαι διὰ βάθους. οὕτω δὲ κᾂν εἰ πολλὰς ἐπιπεπλεγμένας ἴδοις διαφορὰς, ἑκάστην ἰδίαν ἔνδειξιν ἔχουσαν, εἰ μὲν μὴ μάχοιντο, πάσαις χρῆσθαι κράτιστον· εἰ δέ πῃ καὶ διαφέροιντο, πῶς χρὴ διο‐</w:t>
      </w:r>
    </w:p>
    <w:p>
      <w:r>
        <w:rPr>
          <w:rFonts w:ascii="Courier New" w:hAnsi="Courier New"/>
          <w:color w:val="555555"/>
          <w:sz w:val="20"/>
        </w:rPr>
        <w:t>[5]</w:t>
      </w:r>
    </w:p>
    <w:p>
      <w:r>
        <w:rPr>
          <w:rFonts w:ascii="Gentium Plus" w:hAnsi="Gentium Plus"/>
          <w:sz w:val="24"/>
        </w:rPr>
        <w:t>ρίζεσθαι περὶ τῶν τοιούτων εἴρηται μέν που κᾀν τοῖς ἔμ‐ προσθεν, εἰρήσεται δὲ κᾀν τοῖς ἐφεξῆς ἐπιπλέον. ἤδη γάρ μοι καιρὸς εἶναι δοκεῖ καταπάνειν ἐνταυθοῖ τὸ τρίτον τῶνδε τῶν ὑπομνημάτων. ἐν δὲ τῷ μετ’ αὐτὸ τετάρτῳ περὶ τῶν ἅμα τοῖς ἕλκεσιν ὡς τὸ πολὺ γινομένων διαθέσεων ὁ λόγος</w:t>
      </w:r>
    </w:p>
    <w:p>
      <w:r>
        <w:rPr>
          <w:rFonts w:ascii="Courier New" w:hAnsi="Courier New"/>
          <w:color w:val="555555"/>
          <w:sz w:val="20"/>
        </w:rPr>
        <w:t>[10]</w:t>
      </w:r>
    </w:p>
    <w:p>
      <w:r>
        <w:rPr>
          <w:rFonts w:ascii="Gentium Plus" w:hAnsi="Gentium Plus"/>
          <w:sz w:val="24"/>
        </w:rPr>
        <w:t>ἡμῖν ἔσται. συναναγράψομεν δ’ αὐταῖς καὶ τὰς τῶν προη‐</w:t>
      </w:r>
    </w:p>
    <w:p>
      <w:r>
        <w:rPr>
          <w:rFonts w:ascii="Courier New" w:hAnsi="Courier New"/>
          <w:color w:val="555555"/>
          <w:sz w:val="20"/>
        </w:rPr>
        <w:t>[10 . 232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Δ.</w:t>
      </w:r>
    </w:p>
    <w:p>
      <w:r>
        <w:rPr>
          <w:rFonts w:ascii="Courier New" w:hAnsi="Courier New"/>
          <w:color w:val="555555"/>
          <w:sz w:val="20"/>
        </w:rPr>
        <w:t>[1]</w:t>
      </w:r>
    </w:p>
    <w:p>
      <w:r>
        <w:rPr>
          <w:rFonts w:ascii="Gentium Plus" w:hAnsi="Gentium Plus"/>
          <w:sz w:val="24"/>
        </w:rPr>
        <w:t>Ἕν τι γένος ἦν νόσου καὶ ἡ τῆς συνεχείας λύσις, ἐν ἅπασι μὲν τοῦ ζώου τοῖς μέρεσι γινομένη, προσα‐ γορευομένη δ’ οὐχ ὡσαύτως ἐν ἅπασιν. ἕλκος μὲν γὰρ ἐν σαρκώδει μορίῳ, κάταγμα δ’ ἐν ὀστῷ, σπάσμα δ’ ἐν νεύρῳ</w:t>
      </w:r>
    </w:p>
    <w:p>
      <w:r>
        <w:rPr>
          <w:rFonts w:ascii="Courier New" w:hAnsi="Courier New"/>
          <w:color w:val="555555"/>
          <w:sz w:val="20"/>
        </w:rPr>
        <w:t>[5]</w:t>
      </w:r>
    </w:p>
    <w:p>
      <w:r>
        <w:rPr>
          <w:rFonts w:ascii="Gentium Plus" w:hAnsi="Gentium Plus"/>
          <w:sz w:val="24"/>
        </w:rPr>
        <w:t>καλεῖται. τούτου δὲ τοῦ γένους ἐστὶ καὶ τὸ ἀπόσπασμα καὶ τὸ ῥῆγμα καὶ τὸ θλάσμα, τὸ μὲν ἐν συνδέσμῳ γινόμενον, τὰ δ’ ἐν ἀγγείοις τε καὶ μυσὶν ἐκ βιαίας πληγῆς ἢ καταπτώσεως ἤ τινος ἑτέρας ἰσχυρᾶς κινήσεως. ἡ δ’ ἐκχύμωσις ὡς τὰ πολλὰ</w:t>
      </w:r>
    </w:p>
    <w:p>
      <w:r>
        <w:rPr>
          <w:rFonts w:ascii="Courier New" w:hAnsi="Courier New"/>
          <w:color w:val="555555"/>
          <w:sz w:val="20"/>
        </w:rPr>
        <w:t>[10 . 233]</w:t>
      </w:r>
    </w:p>
    <w:p>
      <w:r>
        <w:rPr>
          <w:rFonts w:ascii="Gentium Plus" w:hAnsi="Gentium Plus"/>
          <w:sz w:val="24"/>
        </w:rPr>
        <w:t>ποτε καὶ κατὰ ἀναστόμωσιν ἀγγείων καὶ τὴν καλουμένην ὑπό τινων διαπήδησιν, ἕτερόν τι γένος συνεχείας λύσεως ὑπάρχου‐ σαν τηνικαῦτα. καὶ μὴν καὶ κατὰ ἀνάβρωσιν ἐνίοτε διαφθεί‐ ρεται τὸ συνεχὲς ἐν τοῖς τοῦ ζώου μέρεσιν· ἀλλ’ ἤδη μικτὴ</w:t>
      </w:r>
    </w:p>
    <w:p>
      <w:r>
        <w:rPr>
          <w:rFonts w:ascii="Courier New" w:hAnsi="Courier New"/>
          <w:color w:val="555555"/>
          <w:sz w:val="20"/>
        </w:rPr>
        <w:t>[5]</w:t>
      </w:r>
    </w:p>
    <w:p>
      <w:r>
        <w:rPr>
          <w:rFonts w:ascii="Gentium Plus" w:hAnsi="Gentium Plus"/>
          <w:sz w:val="24"/>
        </w:rPr>
        <w:t>διάθεσις τοῦτο· συνεφάπτεται γὰρ ἑτέρου γένους νοσήματος, ὑπὸ τὸ ποσὸν τῶν μορίων πεπτωκότος· ὥσπερ ἐπὶ τῶν κοί‐ λων ἑλκῶν ἔμπροσθεν ἐδείκνυμεν. ἔστι γὰρ οὖν καὶ αὐτῶν τούτων ἡ γένεσις διττὴ, ποτὲ μὲν ἐκ περιαιρέσεως ἀποτελου‐ μένη, ποτὲ δὲ ἐξ ἀναβρώσεως· ἀλλ’ ἡ μὲν περιαίρεσις ὅπως</w:t>
      </w:r>
    </w:p>
    <w:p>
      <w:r>
        <w:rPr>
          <w:rFonts w:ascii="Courier New" w:hAnsi="Courier New"/>
          <w:color w:val="555555"/>
          <w:sz w:val="20"/>
        </w:rPr>
        <w:t>[10]</w:t>
      </w:r>
    </w:p>
    <w:p>
      <w:r>
        <w:rPr>
          <w:rFonts w:ascii="Gentium Plus" w:hAnsi="Gentium Plus"/>
          <w:sz w:val="24"/>
        </w:rPr>
        <w:t>γίνεται πρόδηλον· ἡ δὲ ἀνάβρωσις εἰ μὲν ἔνδοθεν ἐξ αὐτοῦ τοῦ ζώου τὴν γένεσιν ἔχει, χυμῶν ἐστι μοχθηρῶν ἔγγονος· εἰ δὲ ἔξωθεν, ἐπὶ φαρμάκοις ἢ πυρὶ συνίσταται. καὶ δὴ καὶ προσέχειν χρὴ τὸν νοῦν, ὥσπερ καὶ πρόσθεν ἐλέγετο, καὶ διορίζεσθαι τὰς ἁπλᾶς διαθέσεις τῶν ἐπιπεπλεγμένων· ἁπλῆν</w:t>
      </w:r>
    </w:p>
    <w:p>
      <w:r>
        <w:rPr>
          <w:rFonts w:ascii="Courier New" w:hAnsi="Courier New"/>
          <w:color w:val="555555"/>
          <w:sz w:val="20"/>
        </w:rPr>
        <w:t>[15]</w:t>
      </w:r>
    </w:p>
    <w:p>
      <w:r>
        <w:rPr>
          <w:rFonts w:ascii="Gentium Plus" w:hAnsi="Gentium Plus"/>
          <w:sz w:val="24"/>
        </w:rPr>
        <w:t>μὲν γὰρ ἐφ’ ἁπλῷ νοσήματι καὶ τὴν θεραπείαν, οὐχ ἁπλῆν δὲ ἐπὶ συνθέτῳ ποιεῖσθαι προσῆκον. ἥτις μὲν οὖν ἐστι μέθο‐ δος ἐπὶ ταῖς τῶν συνθέτων ἰάσεσιν ἔμπροσθεν εἴρηται. χρὴ</w:t>
      </w:r>
    </w:p>
    <w:p>
      <w:r>
        <w:rPr>
          <w:rFonts w:ascii="Courier New" w:hAnsi="Courier New"/>
          <w:color w:val="555555"/>
          <w:sz w:val="20"/>
        </w:rPr>
        <w:t>[10 . 234]</w:t>
      </w:r>
    </w:p>
    <w:p>
      <w:r>
        <w:rPr>
          <w:rFonts w:ascii="Gentium Plus" w:hAnsi="Gentium Plus"/>
          <w:sz w:val="24"/>
        </w:rPr>
        <w:t>κατὰ μέρος γεγυμνάσθαι. καὶ γὰρ οὖν κᾀν τούτοις ἑτέρων ἐστὶ χρεία μεθόδων πολλῶν ὡς ἂν εἴποι τις μερικῶν· ἐφ’ ἑκάστου γὰρ εἴδους νοσήματος ἴδιον εἶδός ἐστι μεθόδου. πά‐ λιν οὖν ὅσον ὑπόλοιπόν ἐστι τῆς τῶν ἑλκῶν ἰάσεως, ἐν τῷδε</w:t>
      </w:r>
    </w:p>
    <w:p>
      <w:r>
        <w:rPr>
          <w:rFonts w:ascii="Courier New" w:hAnsi="Courier New"/>
          <w:color w:val="555555"/>
          <w:sz w:val="20"/>
        </w:rPr>
        <w:t>[5]</w:t>
      </w:r>
    </w:p>
    <w:p>
      <w:r>
        <w:rPr>
          <w:rFonts w:ascii="Gentium Plus" w:hAnsi="Gentium Plus"/>
          <w:sz w:val="24"/>
        </w:rPr>
        <w:t>τῷ γράμματι λεγέσθω τὴν ἀρχὴν ἡμῖν ἐνθένδε ποιησαμένοις. ἕλκος ἅπαν ἤτοι μόνον ἐστὶν αὐτὸ καθ’ ἑαυτὸ, μήτε συνεισ‐ βαλούσης αὐτῷ διαθέσεως ἑτέρας μήτε προηγησαμένης μήτε ἀκολουθησάσης, ἢ μετά τινος ἑτέρας ἤτοι μιᾶς ἢ καὶ πλειόνων συνίσταται. καὶ τούτων τῶν διαθέσεων ἔνιαι μὲν οὐ μόνον</w:t>
      </w:r>
    </w:p>
    <w:p>
      <w:r>
        <w:rPr>
          <w:rFonts w:ascii="Courier New" w:hAnsi="Courier New"/>
          <w:color w:val="555555"/>
          <w:sz w:val="20"/>
        </w:rPr>
        <w:t>[10]</w:t>
      </w:r>
    </w:p>
    <w:p>
      <w:r>
        <w:rPr>
          <w:rFonts w:ascii="Gentium Plus" w:hAnsi="Gentium Plus"/>
          <w:sz w:val="24"/>
        </w:rPr>
        <w:t>εὐθὺς ἐξ ἀρχῆς ἐποιήσαντο ἕλκος, ἀλλὰ καὶ νῦν ἔτι καὶ μεῖ‐ ζον ἐργάζονται· τινὲς δὲ τὸν ὧν οὐκ ἄνευ λόγον ἔχουσιν ὡς πρὸς τὴν ἴασιν· ἀλλὰ περὶ μὲν τούτων εἴρηται πρόσθεν, ὑπὲρ δὲ τῶν μεῖζον ἐργαζομένων τὸ ἕλκος ἐν τῷδε λεχθήσεται. διττὸς μὲν οὖν ὁ ἐπ’ αὐτῶν σκοπὸς, ἢ ἐκκόψαι τελείως ἐκ</w:t>
      </w:r>
    </w:p>
    <w:p>
      <w:r>
        <w:rPr>
          <w:rFonts w:ascii="Courier New" w:hAnsi="Courier New"/>
          <w:color w:val="555555"/>
          <w:sz w:val="20"/>
        </w:rPr>
        <w:t>[15]</w:t>
      </w:r>
    </w:p>
    <w:p>
      <w:r>
        <w:rPr>
          <w:rFonts w:ascii="Gentium Plus" w:hAnsi="Gentium Plus"/>
          <w:sz w:val="24"/>
        </w:rPr>
        <w:t>τοῦ σώματος τὰς τοιαύτας διαθέσεις, ἢ νικῆσαι τὴν ἀπ’ αὐτῶν βλάβην. ἀλλὰ τοῦτο μὲν ἐπειδὰν σμικρὰ παντελῶς ἡ διάθεσις ὑπάρχῃ, δυνατὸν ἐργάσασθαι· μεγάλης δ’ οὔσης τὸ</w:t>
      </w:r>
    </w:p>
    <w:p>
      <w:r>
        <w:rPr>
          <w:rFonts w:ascii="Courier New" w:hAnsi="Courier New"/>
          <w:color w:val="555555"/>
          <w:sz w:val="20"/>
        </w:rPr>
        <w:t>[10 . 235]</w:t>
      </w:r>
    </w:p>
    <w:p>
      <w:r>
        <w:rPr>
          <w:rFonts w:ascii="Gentium Plus" w:hAnsi="Gentium Plus"/>
          <w:sz w:val="24"/>
        </w:rPr>
        <w:t>σθαι. τίνες οὖν αἱ τοιαῦται διαθέσεις καὶ πόσαι σκεπτέον ἡμῖν ἀκριβῶς ἐνθένδε ποθὲν ἀρξαμένοις ὅθεν κᾀν τοῖς ἔμπροσθεν ἠρξάμεθα. πᾶν ἕλκος, εἴτε μετὰ κοιλότητος εἴτε καὶ μόνον ὑπάρχει, τῆς θ’ ὑποκειμένης σαρκὸς δεῖται κατὰ</w:t>
      </w:r>
    </w:p>
    <w:p>
      <w:r>
        <w:rPr>
          <w:rFonts w:ascii="Courier New" w:hAnsi="Courier New"/>
          <w:color w:val="555555"/>
          <w:sz w:val="20"/>
        </w:rPr>
        <w:t>[5]</w:t>
      </w:r>
    </w:p>
    <w:p>
      <w:r>
        <w:rPr>
          <w:rFonts w:ascii="Gentium Plus" w:hAnsi="Gentium Plus"/>
          <w:sz w:val="24"/>
        </w:rPr>
        <w:t>φύσιν ἐχούσης καὶ μηδενὸς μεταξὺ παρεμπίπτοντος εἰς τὰ κολληθησόμενα χείλη, καθάπερ πολλάκις γίνεται, τρίχα καὶ ψάμμον καὶ ῥύπον, ἔλαιόν τε καί τι τοιοῦτον ἕτερον ἐμπο‐ δίσαι τὴν κόλλησιν, ἀλλὰ ταῦτα μὲν οἷον συμπτώματά τινα τῶν ἑλκῶν ἐστι, κωλῦσαι μὲν ὁπότε παρείη τὴν ἴασιν δυνά‐</w:t>
      </w:r>
    </w:p>
    <w:p>
      <w:r>
        <w:rPr>
          <w:rFonts w:ascii="Courier New" w:hAnsi="Courier New"/>
          <w:color w:val="555555"/>
          <w:sz w:val="20"/>
        </w:rPr>
        <w:t>[10]</w:t>
      </w:r>
    </w:p>
    <w:p>
      <w:r>
        <w:rPr>
          <w:rFonts w:ascii="Gentium Plus" w:hAnsi="Gentium Plus"/>
          <w:sz w:val="24"/>
        </w:rPr>
        <w:t>μενα, ποιῆσαι δ’, εἰ μὴ παρείη, μὴ δυνάμενα. τῆς δ’ ὑποκει‐ μένης σαρκὸς ἡ διάθεσις αἰτίας λόγον ἔχει πρὸς τὸ γινό‐ μενον· ἐξ αὐτῆς γὰρ καὶ διὰ αὐτὴν ἥ τε κόλλησις τῶν διε‐ στώτων καὶ ἡ σάρκωσις τῶν κοίλων γίνεται. χρὴ τοίνυν ταύτην ἀκριβῶς κατὰ φύσιν ἔχειν, ἵν’ ἑκάτερον ἐκείνων ἀμέμ‐</w:t>
      </w:r>
    </w:p>
    <w:p>
      <w:r>
        <w:rPr>
          <w:rFonts w:ascii="Courier New" w:hAnsi="Courier New"/>
          <w:color w:val="555555"/>
          <w:sz w:val="20"/>
        </w:rPr>
        <w:t>[15]</w:t>
      </w:r>
    </w:p>
    <w:p>
      <w:r>
        <w:rPr>
          <w:rFonts w:ascii="Gentium Plus" w:hAnsi="Gentium Plus"/>
          <w:sz w:val="24"/>
        </w:rPr>
        <w:t>πτως ἐπιτελῆται· τὸ καλῶς δ’ ἔχειν αὐτὴν κατὰ τὴν οἰκείαν ὑπάρχει κρᾶσιν, ὥσπερ καὶ τοῖς ἄλλοις ἅπασιν. εὔκρατον μὲν οὖν ἀκριβῶς εἶναι προσήκει τὴν ὑποκειμένην σάρκα πρὸς</w:t>
      </w:r>
    </w:p>
    <w:p>
      <w:r>
        <w:rPr>
          <w:rFonts w:ascii="Courier New" w:hAnsi="Courier New"/>
          <w:color w:val="555555"/>
          <w:sz w:val="20"/>
        </w:rPr>
        <w:t>[10 . 236]</w:t>
      </w:r>
    </w:p>
    <w:p>
      <w:r>
        <w:rPr>
          <w:rFonts w:ascii="Gentium Plus" w:hAnsi="Gentium Plus"/>
          <w:sz w:val="24"/>
        </w:rPr>
        <w:t>ἢ καὶ τὸ ἐπιῤῥέον αἷμα χρηστὸν καὶ σύμμετρον εἶναι χρή; ἐμοὶ μὲν καὶ τοῦτο παντὸς μᾶλλον ἀληθὲς εἶναι δοκεῖ· τό τε γὰρ διεφθαρμένον αἷμα τοσοῦτον ἀποδεῖ πρὸς κόλλησιν ἢ γένεσιν σαρκὸς ἐπιτήδειον ὑπάρχειν, ὥστ’ αὐτὸ πολλάκις</w:t>
      </w:r>
    </w:p>
    <w:p>
      <w:r>
        <w:rPr>
          <w:rFonts w:ascii="Courier New" w:hAnsi="Courier New"/>
          <w:color w:val="555555"/>
          <w:sz w:val="20"/>
        </w:rPr>
        <w:t>[5]</w:t>
      </w:r>
    </w:p>
    <w:p>
      <w:r>
        <w:rPr>
          <w:rFonts w:ascii="Gentium Plus" w:hAnsi="Gentium Plus"/>
          <w:sz w:val="24"/>
        </w:rPr>
        <w:t>ἀναβιβρώσκειν καὶ ἑλκοῦν τὸ σῶμα· τό τε πολὺ πλάδον ἐν τοῖς ἡλκωμένοις περιττὸν ἐργαζόμενον ἐμποδὼν ἵσταται ταῖς ἰάσεσιν, ὥς που καὶ πρόσθεν ἐδείκνυτο. καὶ τρεῖς οὗτοι τρόποι τῶν δυσιάτων ἑλκῶν ἐοίκασιν ὑπάρχειν· ὅ τ’ ἐκ τῆς δυσκρασίας τῆς ὑποκειμένης σαρκὸς καὶ ὁ ἐκ τῆς μοχθηρίας</w:t>
      </w:r>
    </w:p>
    <w:p>
      <w:r>
        <w:rPr>
          <w:rFonts w:ascii="Courier New" w:hAnsi="Courier New"/>
          <w:color w:val="555555"/>
          <w:sz w:val="20"/>
        </w:rPr>
        <w:t>[10]</w:t>
      </w:r>
    </w:p>
    <w:p>
      <w:r>
        <w:rPr>
          <w:rFonts w:ascii="Gentium Plus" w:hAnsi="Gentium Plus"/>
          <w:sz w:val="24"/>
        </w:rPr>
        <w:t>τοῦ τ’ ἐπιῤῥέοντος αἵματος, καὶ τρίτος ὁ ἐκ τῆς ποσότητος. ἢ οὐχ ᾧδε χρὴ τὴν διαίρεσιν, ἀλλ’ ὡδὶ ποιήσασθαι μᾶλλον; ὡς τῶν δυσιάτων ἑλκῶν τὰ μὲν διὰ τὴν δυσκρασίαν τῆς ἡλκω‐ μένης σαρκὸς, τὰ δὲ διὰ τὸν ἐπιῤῥέοντα χυμὸν γίνεται τοι‐ αῦτα· καὶ ὡς τῆς μὲν δυσκρασίας δύο ἔστωσαν διαφοραὶ,</w:t>
      </w:r>
    </w:p>
    <w:p>
      <w:r>
        <w:rPr>
          <w:rFonts w:ascii="Courier New" w:hAnsi="Courier New"/>
          <w:color w:val="555555"/>
          <w:sz w:val="20"/>
        </w:rPr>
        <w:t>[15]</w:t>
      </w:r>
    </w:p>
    <w:p>
      <w:r>
        <w:rPr>
          <w:rFonts w:ascii="Gentium Plus" w:hAnsi="Gentium Plus"/>
          <w:sz w:val="24"/>
        </w:rPr>
        <w:t>ποτὲ μὲν ταῖς ποιότησι μόναις οὐ κατὰ φύσιν ἐχούσης τῆς ὑποκειμένης σαρκὸς, ἐνίοτε δὲ καὶ μετ’ ὄγκου τινὸς ἐπι‐ κτήτου. τῆς δ’ ἐπιῤῥοῆς ἕτεραι δύο, τό τε ποσὸν καὶ τὸ</w:t>
      </w:r>
    </w:p>
    <w:p>
      <w:r>
        <w:rPr>
          <w:rFonts w:ascii="Courier New" w:hAnsi="Courier New"/>
          <w:color w:val="555555"/>
          <w:sz w:val="20"/>
        </w:rPr>
        <w:t>[10 . 237]</w:t>
      </w:r>
    </w:p>
    <w:p>
      <w:r>
        <w:rPr>
          <w:rFonts w:ascii="Gentium Plus" w:hAnsi="Gentium Plus"/>
          <w:sz w:val="24"/>
        </w:rPr>
        <w:t>βέβηκέ τινας τῶν εἰρημένων διαθέσεων, ἢ καὶ πάσας ἅμα. χρὴ δ’ οὐ πασῶν δήπουθεν ἅμα λέγεσθαι τὴν μέθοδον τῆς ἰάσεως, ἀλλ’ ἑκάστης ἰδίᾳ. Τῆς μὲν οὖν σαρκὸς αὐτῆς ἰάσῃ τὴν δυσ‐</w:t>
      </w:r>
    </w:p>
    <w:p>
      <w:r>
        <w:rPr>
          <w:rFonts w:ascii="Courier New" w:hAnsi="Courier New"/>
          <w:color w:val="555555"/>
          <w:sz w:val="20"/>
        </w:rPr>
        <w:t>[5]</w:t>
      </w:r>
    </w:p>
    <w:p>
      <w:r>
        <w:rPr>
          <w:rFonts w:ascii="Gentium Plus" w:hAnsi="Gentium Plus"/>
          <w:sz w:val="24"/>
        </w:rPr>
        <w:t>κρασίαν, εἰ μὲν αὐχμώδης καὶ ξηρὰ φαίνοιτο, τέγγων εὐκράτῳ πολλάκις ὕδατι. καθ’ ἑκάστην δὲ χρῆσιν ὁ σκοπὸς ἔστω σοι τῆς καταντλήσεως, ὅταν πρῶτον εἰς ἔρευθός τε καὶ ὄγκον αἴρηται τὸ μόριον, ἀφίστασθαι τηνικαῦτα· διαφορήσεις γὰρ ὃ εἵλκυσας καταιονῶν ἐπιπλέον· ὥστ’ οὐδὲν ἔσταί σοι πλέον.</w:t>
      </w:r>
    </w:p>
    <w:p>
      <w:r>
        <w:rPr>
          <w:rFonts w:ascii="Courier New" w:hAnsi="Courier New"/>
          <w:color w:val="555555"/>
          <w:sz w:val="20"/>
        </w:rPr>
        <w:t>[10]</w:t>
      </w:r>
    </w:p>
    <w:p>
      <w:r>
        <w:rPr>
          <w:rFonts w:ascii="Gentium Plus" w:hAnsi="Gentium Plus"/>
          <w:sz w:val="24"/>
        </w:rPr>
        <w:t>ἀλλὰ καὶ τῶν φαρμάκων ἡ δύναμις ὑγροτέρα τις ἔστω τῆς ἔμπροσθεν ἐπὶ τῆς ὑγιοῦς σαρκὸς παρῃνημένης· εἰ δ’ ὑγρο‐ τέρα τοῦ κατὰ φύσιν ἡ σὰρξ φαίνοιτο, τὰ ἐναντία ποιητέον, ἐπιτείνοντα μὲν τῶν φαρμάκων τὴν δύναμιν ἐπὶ τὸ ξηρότερον, ὕδατι δὲ μηδ’ ὅλως χρώμενον· ἀλλ’ εἰ καὶ ἀποπλῦναι δέοι τὸ</w:t>
      </w:r>
    </w:p>
    <w:p>
      <w:r>
        <w:rPr>
          <w:rFonts w:ascii="Courier New" w:hAnsi="Courier New"/>
          <w:color w:val="555555"/>
          <w:sz w:val="20"/>
        </w:rPr>
        <w:t>[15]</w:t>
      </w:r>
    </w:p>
    <w:p>
      <w:r>
        <w:rPr>
          <w:rFonts w:ascii="Gentium Plus" w:hAnsi="Gentium Plus"/>
          <w:sz w:val="24"/>
        </w:rPr>
        <w:t>ἕλκος, οἶνος, ἢ ὀξύκρατον, ἢ ἀφέψημα πόας αὐστηρᾶς παρα‐ σκευαζέσθω. κατὰ ταὐτὰ δὲ τὴν μὲν θερμοτέραν τοῦ δέοντος σάρκα ψυκτέον, τὴν δὲ ψυχροτέραν θερμαντέον. ἔσται δὲ</w:t>
      </w:r>
    </w:p>
    <w:p>
      <w:r>
        <w:rPr>
          <w:rFonts w:ascii="Courier New" w:hAnsi="Courier New"/>
          <w:color w:val="555555"/>
          <w:sz w:val="20"/>
        </w:rPr>
        <w:t>[10 . 238]</w:t>
      </w:r>
    </w:p>
    <w:p>
      <w:r>
        <w:rPr>
          <w:rFonts w:ascii="Gentium Plus" w:hAnsi="Gentium Plus"/>
          <w:sz w:val="24"/>
        </w:rPr>
        <w:t>σει· ποτὲ μὲν γὰρ πυρώσεως ὁμολογοῦσιν αἰσθάνεσθαι, ποτὲ δ’ ἐπιδήλου τινὸς ψύξεως κατὰ τὸ μόριον· καὶ χαίρουσιν ἢ τοῖς ψυχροῖς φαρμάκοις ἢ τοῖς θερμοῖς· καὶ τοῖς μὲν ἐρύθημα λεπτὸν ἐπανθεῖ, τοῖς δὲ ἐπὶ τὸ λευκότερον ἡ χροιά. ταυτὶ</w:t>
      </w:r>
    </w:p>
    <w:p>
      <w:r>
        <w:rPr>
          <w:rFonts w:ascii="Courier New" w:hAnsi="Courier New"/>
          <w:color w:val="555555"/>
          <w:sz w:val="20"/>
        </w:rPr>
        <w:t>[5]</w:t>
      </w:r>
    </w:p>
    <w:p>
      <w:r>
        <w:rPr>
          <w:rFonts w:ascii="Gentium Plus" w:hAnsi="Gentium Plus"/>
          <w:sz w:val="24"/>
        </w:rPr>
        <w:t>μὲν οὖν οὐ τῆς παρούσης ἐστὶ πραγματείας διορίζειν· οὐ γὰρ διαγνωστικὴν μέθοδον, ἀλλὰ θεραπευτικὴν ἐνεστησάμεθα· τῇ δὲ ἀκολουθίᾳ πως τοῦ λόγου συνεξέδραμεν· αὖθις οὖν ἐπανέλθωμεν ἐφ’ ἅπερ ἐξ ἀρχῆς προὐθέμεθα. τῶν σὺν ὄγκῳ τινὶ παρὰ φύσιν ἡλκωμένων μορίων ἰᾶσθαι χρὴ πρότερον</w:t>
      </w:r>
    </w:p>
    <w:p>
      <w:r>
        <w:rPr>
          <w:rFonts w:ascii="Courier New" w:hAnsi="Courier New"/>
          <w:color w:val="555555"/>
          <w:sz w:val="20"/>
        </w:rPr>
        <w:t>[10]</w:t>
      </w:r>
    </w:p>
    <w:p>
      <w:r>
        <w:rPr>
          <w:rFonts w:ascii="Gentium Plus" w:hAnsi="Gentium Plus"/>
          <w:sz w:val="24"/>
        </w:rPr>
        <w:t>τὸν ὄγκον· ἥτις δὲ τῶν παρὰ φύσιν ἐστὶν ὄγκων ἁπάντων ἴασις ἐν τοῖς ἑξῆς εἰρήσεται· νυνὶ δ’ ὅσον ἐξ αὐτῶν συνῆ‐ πται τῇ τῶν ἑλκῶν θεραπείᾳ ῥητέον. ἐπειδὰν τὰ χείλη μόνα τῶν ἑλκῶν ἐπὶ πλέον ἀχροίας ἢ σκληρότητος ἥκοι, περιτέμνειν αὐτὰ χρὴ μέχρι τῆς ὑγιοῦς σαρκός· ἐπειδὰν δὲ καὶ μέχρι</w:t>
      </w:r>
    </w:p>
    <w:p>
      <w:r>
        <w:rPr>
          <w:rFonts w:ascii="Courier New" w:hAnsi="Courier New"/>
          <w:color w:val="555555"/>
          <w:sz w:val="20"/>
        </w:rPr>
        <w:t>[15]</w:t>
      </w:r>
    </w:p>
    <w:p>
      <w:r>
        <w:rPr>
          <w:rFonts w:ascii="Gentium Plus" w:hAnsi="Gentium Plus"/>
          <w:sz w:val="24"/>
        </w:rPr>
        <w:t>πλέονος ἡ διάθεσις ἐκτείνηται, σκέψις ἐνταῦθα γίνεται πότερα περικοπτέον ἅπαν τὸ παρὰ φύσιν ἐστὶν, ἢ θεραπευτέον ἐν</w:t>
      </w:r>
    </w:p>
    <w:p>
      <w:r>
        <w:rPr>
          <w:rFonts w:ascii="Courier New" w:hAnsi="Courier New"/>
          <w:color w:val="555555"/>
          <w:sz w:val="20"/>
        </w:rPr>
        <w:t>[10 . 239]</w:t>
      </w:r>
    </w:p>
    <w:p>
      <w:r>
        <w:rPr>
          <w:rFonts w:ascii="Gentium Plus" w:hAnsi="Gentium Plus"/>
          <w:sz w:val="24"/>
        </w:rPr>
        <w:t>χρῆσθαι δεῖ προθυμίᾳ· τινὲς μὲν γὰρ ἐν χρόνῳ πλείονι θε‐ ραπεύεσθαι βούλονται χωρὶς τομῆς· ἔνιοι δὲ πᾶν ὁτιοῦν ὑπομένειν εἰσὶν ἕτοιμοι τοῦ θᾶττον ὑγιᾶναι χάριν. οὕτω δὲ κᾀπὶ τῶν ἐπιῤῥεόντων τοῖς ἡλκωμένοις μέρεσι μοχθηρῶν χυ‐</w:t>
      </w:r>
    </w:p>
    <w:p>
      <w:r>
        <w:rPr>
          <w:rFonts w:ascii="Courier New" w:hAnsi="Courier New"/>
          <w:color w:val="555555"/>
          <w:sz w:val="20"/>
        </w:rPr>
        <w:t>[5]</w:t>
      </w:r>
    </w:p>
    <w:p>
      <w:r>
        <w:rPr>
          <w:rFonts w:ascii="Gentium Plus" w:hAnsi="Gentium Plus"/>
          <w:sz w:val="24"/>
        </w:rPr>
        <w:t>μῶν ἡ μὲν ὡς ἡλκωμένων ἴασις ἐν τῷδε λελέξεται, ἡ δ’ ὡς κακοχυμίας ἢ πλήθους ἐν τοῖς ἰδίοις ἐκείνων λογισμοῖς. ὅταν οὖν ὀλίγῳ τε πλείω καὶ μὴ πολλῷ φαυλότερος ᾖ τοῦ κατὰ φύσιν ὁ ἐπιῤῥέων τοῖς ἡλκωμένοις χυμὸς, ἀποτρέπειν αὐτὸν καὶ ἀναστέλλειν προσήκει, στύφοντά τε καὶ ψύχοντα τὰ πρὸ</w:t>
      </w:r>
    </w:p>
    <w:p>
      <w:r>
        <w:rPr>
          <w:rFonts w:ascii="Courier New" w:hAnsi="Courier New"/>
          <w:color w:val="555555"/>
          <w:sz w:val="20"/>
        </w:rPr>
        <w:t>[10]</w:t>
      </w:r>
    </w:p>
    <w:p>
      <w:r>
        <w:rPr>
          <w:rFonts w:ascii="Gentium Plus" w:hAnsi="Gentium Plus"/>
          <w:sz w:val="24"/>
        </w:rPr>
        <w:t>τῶν ἡλκωμένων χωρία. χρὴ δὲ καὶ τὴν ἐπίδεσιν ἄρχεσθαι μὲν ἀπὸ τοῦ πεπονθότος, ἐπινέμεσθαι δὲ ἐπὶ τὸ ὑγιὲς, ὡς ἐν τοῖς κατάγμασιν ἐκέλευσεν ὁ Ἱπποκράτης. ἀλλὰ καὶ τὰ τοῖς ἕλκεσιν αὐτοῖς προσαγόμενα φάρμακα ξηραντικώτερα τῶν τοῖς ἁπλοῖς ἕλκεσι προσαγομένων ὑπαρχέτω. μὴ δυναμένης</w:t>
      </w:r>
    </w:p>
    <w:p>
      <w:r>
        <w:rPr>
          <w:rFonts w:ascii="Courier New" w:hAnsi="Courier New"/>
          <w:color w:val="555555"/>
          <w:sz w:val="20"/>
        </w:rPr>
        <w:t>[15]</w:t>
      </w:r>
    </w:p>
    <w:p>
      <w:r>
        <w:rPr>
          <w:rFonts w:ascii="Gentium Plus" w:hAnsi="Gentium Plus"/>
          <w:sz w:val="24"/>
        </w:rPr>
        <w:t>δὲ ὑπὸ φαρμάκων κρατηθῆναι τῆς ἐπιῤῥοῆς, τὴν αἰτίαν αὐτῆς ἐπισκεψάμενον, ἐκείνην ἐκκόπτειν πρότερον. εἰ μὲν οὖν δι’ ἀτονίαν τινὰ τοῦ δεχομένου τὸ ῥεῦμα μορίου τοῦτο συμ‐</w:t>
      </w:r>
    </w:p>
    <w:p>
      <w:r>
        <w:rPr>
          <w:rFonts w:ascii="Courier New" w:hAnsi="Courier New"/>
          <w:color w:val="555555"/>
          <w:sz w:val="20"/>
        </w:rPr>
        <w:t>[10 . 240]</w:t>
      </w:r>
    </w:p>
    <w:p>
      <w:r>
        <w:rPr>
          <w:rFonts w:ascii="Gentium Plus" w:hAnsi="Gentium Plus"/>
          <w:sz w:val="24"/>
        </w:rPr>
        <w:t>μορίων οἰκεία τις ἴασις· εἰ δὲ διὰ πλῆθος ἢ κακοχυμίαν ἤτοι παντὸς τοῦ σώματος ἤ τινος τῶν ὑπαρκειμένων μορίων, ἐκεῖνα πρότερον ἐπανορθωτέον. ἡ μὲν οὖν ἀτονία τοῦ μέ‐ ρους, δι’ ἣν ἐπ’ αὐτὸ πλείους τοῦ δεόντος ἀφικνοῦται χυμοὶ,</w:t>
      </w:r>
    </w:p>
    <w:p>
      <w:r>
        <w:rPr>
          <w:rFonts w:ascii="Courier New" w:hAnsi="Courier New"/>
          <w:color w:val="555555"/>
          <w:sz w:val="20"/>
        </w:rPr>
        <w:t>[5]</w:t>
      </w:r>
    </w:p>
    <w:p>
      <w:r>
        <w:rPr>
          <w:rFonts w:ascii="Gentium Plus" w:hAnsi="Gentium Plus"/>
          <w:sz w:val="24"/>
        </w:rPr>
        <w:t>πάντως μὲν ἐπὶ δυσκρασίᾳ γίνεται, οὐ μὴν ἁπάσῃ γε ἕπεται ἀτονία δυσκρασίᾳ· καὶ διὰ τοῦτο πολλάκις μὲν αὐτὸ τοῦτο μόνον ἡ ἡλκωμένη σὰρξ δύσκρατός ἐστιν, οὐ μὴν καὶ ἄτονος· ἐνίοτε δ’ ἄμφω, δύσκρατός τε ἅμα καὶ ἄῤῥωστος· αἱ γὰρ ἐπι‐ πλέον ἐκτροπαὶ τῆς δυσκρασίας ἀτονίας εἰσὶν αἰτίαι τοῖς</w:t>
      </w:r>
    </w:p>
    <w:p>
      <w:r>
        <w:rPr>
          <w:rFonts w:ascii="Courier New" w:hAnsi="Courier New"/>
          <w:color w:val="555555"/>
          <w:sz w:val="20"/>
        </w:rPr>
        <w:t>[10]</w:t>
      </w:r>
    </w:p>
    <w:p>
      <w:r>
        <w:rPr>
          <w:rFonts w:ascii="Gentium Plus" w:hAnsi="Gentium Plus"/>
          <w:sz w:val="24"/>
        </w:rPr>
        <w:t>πεπονθόσιν. ἰατέον δὲ ταύτας, ὡς καὶ πρόσθεν εἴρηται, τὰς μὲν θερμὰς ψύχοντα, τὰς δὲ ξηρὰς ὑγραίνοντα, καὶ τὰς μὲν ψυχρὰς θερμαίνοντα, τὰς δὲ ὑγρὰς ξηραίνοντα· καὶ δὴ καὶ κατὰ συζυγίαν εἰ ψυχρότερός τε ἅμα καὶ ὑγρότερος ὁ τόπος εἴη, θερμαίνοντά τε καὶ ξηραίνοντα· κᾀπὶ τῶν ἄλλων ὡσαύ‐</w:t>
      </w:r>
    </w:p>
    <w:p>
      <w:r>
        <w:rPr>
          <w:rFonts w:ascii="Courier New" w:hAnsi="Courier New"/>
          <w:color w:val="555555"/>
          <w:sz w:val="20"/>
        </w:rPr>
        <w:t>[15]</w:t>
      </w:r>
    </w:p>
    <w:p>
      <w:r>
        <w:rPr>
          <w:rFonts w:ascii="Gentium Plus" w:hAnsi="Gentium Plus"/>
          <w:sz w:val="24"/>
        </w:rPr>
        <w:t>τως, ἀεὶ ταῖς κρατούσαις ποιότησι τὰς ἐναντίας προσάγοντα. λογισμὸς δὲ τούτου τοιόσδε τὸ κατωρθωμένον ἅπαν οὐκ ἐν ζώοις μόνον ἢ φυτοῖς, ἀλλὰ καὶ τοῖς ἄλλοις ἅπασι σύμμε‐</w:t>
      </w:r>
    </w:p>
    <w:p>
      <w:r>
        <w:rPr>
          <w:rFonts w:ascii="Courier New" w:hAnsi="Courier New"/>
          <w:color w:val="555555"/>
          <w:sz w:val="20"/>
        </w:rPr>
        <w:t>[10 . 241]</w:t>
      </w:r>
    </w:p>
    <w:p>
      <w:r>
        <w:rPr>
          <w:rFonts w:ascii="Gentium Plus" w:hAnsi="Gentium Plus"/>
          <w:sz w:val="24"/>
        </w:rPr>
        <w:t>γὰρ ἂν μήτ’ ἀφελεῖν ἔστιν μήτε προσθεῖναι μηδὲν ἢ μόριον ἢ ποιότητα πάντῃ τοῦτ’ ἀμέμπτως ἔχει· τὸ δ’ ἀφαιρέσεως τινὸς ἢ προσθήκης χρῇζον ἐκπέπτωκε μὲν ἤδη τῆς ἀρίστης κατασκευῆς, ἐπανελθεῖν δ’ αὐτὴν ἑτέρως ἀμήχανον αὐτῷ</w:t>
      </w:r>
    </w:p>
    <w:p>
      <w:r>
        <w:rPr>
          <w:rFonts w:ascii="Courier New" w:hAnsi="Courier New"/>
          <w:color w:val="555555"/>
          <w:sz w:val="20"/>
        </w:rPr>
        <w:t>[5]</w:t>
      </w:r>
    </w:p>
    <w:p>
      <w:r>
        <w:rPr>
          <w:rFonts w:ascii="Gentium Plus" w:hAnsi="Gentium Plus"/>
          <w:sz w:val="24"/>
        </w:rPr>
        <w:t>χωρὶς τοῦ τὸ μὲν περιττὸν ἀφελεῖν, τὸ δὲ ἐλλεῖπον προσθεῖ‐ ναι. περὶ μὲν δὴ τῶν μορίοις τισὶν ἐλλειπόντων ἢ πλεονα‐ ζόντων ἕτερος λόγος· ἐν οἷς δὲ ἐπικρατεῖ τις ποιότης, εὐθὺς μὲν ἐνταῦθα νενικῆσθαι τὴν ἐναντίαν ἀναγκαῖον, εὐθὺς δὲ καὶ τὴν ἐπανόρθωσιν ἐκ τῆς τέως κεκρατημένης, αὖθις ἀν‐</w:t>
      </w:r>
    </w:p>
    <w:p>
      <w:r>
        <w:rPr>
          <w:rFonts w:ascii="Courier New" w:hAnsi="Courier New"/>
          <w:color w:val="555555"/>
          <w:sz w:val="20"/>
        </w:rPr>
        <w:t>[10]</w:t>
      </w:r>
    </w:p>
    <w:p>
      <w:r>
        <w:rPr>
          <w:rFonts w:ascii="Gentium Plus" w:hAnsi="Gentium Plus"/>
          <w:sz w:val="24"/>
        </w:rPr>
        <w:t>τεισαγομένης ἀνάγκη γίνεσθαι. ψύχων γὰρ τὸ τεθερμασμένον ἅμα μὲν ἀντεισάξεις τὸ λοιπὸν, ἅμα δὲ καὶ καθαρεῖς τὸ πλεο‐ νάζον. ὥστε ἀνάγκη πᾶσα τῶν κατὰ δυσκρασίαν τινὰ τοῦ κατὰ φύσιν ἐξεστηκότων τὴν ἴασιν γίνεσθαι διὰ τῶν ἐναντίων τῇ δυνάμει· οὕτω μὲν ἡ δι’ ἀτονίαν ὑπὸ ῥεύματος ἐνοχλου‐</w:t>
      </w:r>
    </w:p>
    <w:p>
      <w:r>
        <w:rPr>
          <w:rFonts w:ascii="Courier New" w:hAnsi="Courier New"/>
          <w:color w:val="555555"/>
          <w:sz w:val="20"/>
        </w:rPr>
        <w:t>[15]</w:t>
      </w:r>
    </w:p>
    <w:p>
      <w:r>
        <w:rPr>
          <w:rFonts w:ascii="Gentium Plus" w:hAnsi="Gentium Plus"/>
          <w:sz w:val="24"/>
        </w:rPr>
        <w:t>μένη σὰρξ, ἤ τι μόριον ἕτερον σαρκῶδες· ἐπειδὰν τὴν τῆς δυσκρασίας πρότερον ἰαθῇ διάθεσιν, ἐφεξῆς δηλονότι καὶ τὴν</w:t>
      </w:r>
    </w:p>
    <w:p>
      <w:r>
        <w:rPr>
          <w:rFonts w:ascii="Courier New" w:hAnsi="Courier New"/>
          <w:color w:val="555555"/>
          <w:sz w:val="20"/>
        </w:rPr>
        <w:t>[10 . 242]</w:t>
      </w:r>
    </w:p>
    <w:p>
      <w:r>
        <w:rPr>
          <w:rFonts w:ascii="Gentium Plus" w:hAnsi="Gentium Plus"/>
          <w:sz w:val="24"/>
        </w:rPr>
        <w:t>τὴν δυσκρασίαν, ἄλλως δ’ εἰ χωρὶς ἕλκους ἐπεπόνθει. ᾧ καὶ δῆλον ὡς οὐχ ἕλκους ἐστὶν, ἀλλὰ δυσκρασίας ἴδιος ἡ τοιαύτη πᾶσα θεραπεία. κατὰ δὲ τὸν αὐτὸν τρόπον, εἰ δι’ ἕτερόν τι μόριον ἢ καὶ τὸ σύμπαν σῶμα πληθωρικὸν ἢ κακόχυμον</w:t>
      </w:r>
    </w:p>
    <w:p>
      <w:r>
        <w:rPr>
          <w:rFonts w:ascii="Courier New" w:hAnsi="Courier New"/>
          <w:color w:val="555555"/>
          <w:sz w:val="20"/>
        </w:rPr>
        <w:t>[5]</w:t>
      </w:r>
    </w:p>
    <w:p>
      <w:r>
        <w:rPr>
          <w:rFonts w:ascii="Gentium Plus" w:hAnsi="Gentium Plus"/>
          <w:sz w:val="24"/>
        </w:rPr>
        <w:t>ὑπάρχον ἐπιῤῥέον τι τοῖς ἡλκωμένοις μέρεσι μοχθηρὸν ἰάσα‐ σθαι χρὴ πρότερον ἢ τὸ τοῦ ῥεύματος αἴτιον ἢ καὶ τὸ σύμπαν σῶμα. κατὰ τοῦτ’ οὖν καὶ κιρσοὺς πολλάκις ὑπερκειμένους τῶν ἡλκωμένων μορίων ἰασώμεθα πρότερον, ἵν’ ἐφεξῆς ἰασώ‐ μεθα τὸ ἕλκος, καὶ τῶν σπληνωδῶν τὸν σπλῆνα καὶ τῶν</w:t>
      </w:r>
    </w:p>
    <w:p>
      <w:r>
        <w:rPr>
          <w:rFonts w:ascii="Courier New" w:hAnsi="Courier New"/>
          <w:color w:val="555555"/>
          <w:sz w:val="20"/>
        </w:rPr>
        <w:t>[10]</w:t>
      </w:r>
    </w:p>
    <w:p>
      <w:r>
        <w:rPr>
          <w:rFonts w:ascii="Gentium Plus" w:hAnsi="Gentium Plus"/>
          <w:sz w:val="24"/>
        </w:rPr>
        <w:t>ἄλλό τι μόριον ἐπίσημον πεπονθότων ἐκεῖνο πρότερον ἐκθε‐ ραπεύσαντες, οὕτως ἐπὶ τὴν τῶν ἑλκῶν ἴασιν ἀφικόμεθα. ἀλλ’ οὐδεμία τῶν ἰάσεων τούτων αὐτοῦ τοῦ ἕλκους ἐστὶν, ἀλλά τινος ἑτέρας διαθέσεως ἤτοι γεννώσης ἢ αὐξανούσης τὸ ἕλκος.</w:t>
      </w:r>
    </w:p>
    <w:p>
      <w:r>
        <w:rPr>
          <w:rFonts w:ascii="Courier New" w:hAnsi="Courier New"/>
          <w:color w:val="555555"/>
          <w:sz w:val="20"/>
        </w:rPr>
        <w:t>[15]</w:t>
      </w:r>
    </w:p>
    <w:p>
      <w:r>
        <w:rPr>
          <w:rFonts w:ascii="Gentium Plus" w:hAnsi="Gentium Plus"/>
          <w:sz w:val="24"/>
        </w:rPr>
        <w:t>Καὶ γὰρ αὖ καὶ τοῦτο καιρὸς διορί‐ σασθαι ἤδη, τὸ μηδὲν τῶν προκαταρξάντων τῆς διαθέσεως αἰτίων ἐνδείκνυσθαι τὴν θεραπείαν, ἀλλὰ τὴν μὲν ταύτης</w:t>
      </w:r>
    </w:p>
    <w:p>
      <w:r>
        <w:rPr>
          <w:rFonts w:ascii="Courier New" w:hAnsi="Courier New"/>
          <w:color w:val="555555"/>
          <w:sz w:val="20"/>
        </w:rPr>
        <w:t>[10 . 243]</w:t>
      </w:r>
    </w:p>
    <w:p>
      <w:r>
        <w:rPr>
          <w:rFonts w:ascii="Gentium Plus" w:hAnsi="Gentium Plus"/>
          <w:sz w:val="24"/>
        </w:rPr>
        <w:t>τὰς κατὰ μέρος ἐνεργείας ἀπό τε τοῦ πρώτου σκοποῦ καὶ τῆς τοῦ πεπονθότος μορίου φύσεως καὶ τῆς τοῦ περιέχοντος κράσεως, ὅσα τε ἄλλα τούτοις ἐστὶν ὁμογενῆ. συνελόντι γὰρ εἰπεῖν ἀπ’ οὐδενὸς τῶν μηκέτι ὄντων ἔνδειξιν τοῦ συμφέ‐</w:t>
      </w:r>
    </w:p>
    <w:p>
      <w:r>
        <w:rPr>
          <w:rFonts w:ascii="Courier New" w:hAnsi="Courier New"/>
          <w:color w:val="555555"/>
          <w:sz w:val="20"/>
        </w:rPr>
        <w:t>[5]</w:t>
      </w:r>
    </w:p>
    <w:p>
      <w:r>
        <w:rPr>
          <w:rFonts w:ascii="Gentium Plus" w:hAnsi="Gentium Plus"/>
          <w:sz w:val="24"/>
        </w:rPr>
        <w:t>ροντος ἔνεστι λαβεῖν. ἀλλ’ ἐπεὶ πολλάκις εἰς διάγνωσιν τῆς διαθέσεως, ἀδήλου παντάπασιν ὑπαρχούσης καὶ τῷ λόγῳ καὶ ταῖς αἰσθήσεσιν, ἀναγκαζόμεθα πυνθάνεσθαι περὶ τοῦ προκατάρξαντος αἰτίου, δόκησις τοῖς πολλοῖς γίνεται κᾀκεῖνο συνενδείκνυσθαι τὴν ἴασιν· τὸ δ’ οὐχ οὕτως ἔχει. μαθήσῃ δ’</w:t>
      </w:r>
    </w:p>
    <w:p>
      <w:r>
        <w:rPr>
          <w:rFonts w:ascii="Courier New" w:hAnsi="Courier New"/>
          <w:color w:val="555555"/>
          <w:sz w:val="20"/>
        </w:rPr>
        <w:t>[10]</w:t>
      </w:r>
    </w:p>
    <w:p>
      <w:r>
        <w:rPr>
          <w:rFonts w:ascii="Gentium Plus" w:hAnsi="Gentium Plus"/>
          <w:sz w:val="24"/>
        </w:rPr>
        <w:t>ἐναργῶς ἐφ’ ὧν ἐγχωρεῖ ἀκριβῶς γνῶναι τὴν διάθεσιν. εἴτε γὰρ ἐκχύμωσις, εἴθ’ ἕλκος, εἴτε ἐρυσίπελας, εἴτε σηπεδὼν, εἴτε φλεγμονὴ κατά τι μέρος ὑπάρχει, περιττὸν ζητεῖν τὸ αἴτιον ποιῆσαν, εἰ μὴ καὶ νῦν ἔτι ποιεῖ· οὕτως γὰρ ἅμα τε τὸ γεγονὸς θεραπεύσομεν ἤδη ἅμα τε τὸ ποιοῦν ἔτι ποιεῖν</w:t>
      </w:r>
    </w:p>
    <w:p>
      <w:r>
        <w:rPr>
          <w:rFonts w:ascii="Courier New" w:hAnsi="Courier New"/>
          <w:color w:val="555555"/>
          <w:sz w:val="20"/>
        </w:rPr>
        <w:t>[15]</w:t>
      </w:r>
    </w:p>
    <w:p>
      <w:r>
        <w:rPr>
          <w:rFonts w:ascii="Gentium Plus" w:hAnsi="Gentium Plus"/>
          <w:sz w:val="24"/>
        </w:rPr>
        <w:t>διακωλύσομεν. εἰ δ’ ἐποίησε μὲν, ἀπηλλάγη δὲ, τὸ μὲν γεγονὸς ἰασόμεθα, τὸ δὲ οὐκέτι ὂν οὐδ’ ἂν ἐκκόπτειν προαιρώμεθα, δυνησόμεθα· τῶν μὲν γὰρ ὄντων αἱ θεραπεῖαι, τῶν δὲ ἔσεσθαι</w:t>
      </w:r>
    </w:p>
    <w:p>
      <w:r>
        <w:rPr>
          <w:rFonts w:ascii="Courier New" w:hAnsi="Courier New"/>
          <w:color w:val="555555"/>
          <w:sz w:val="20"/>
        </w:rPr>
        <w:t>[10 . 244]</w:t>
      </w:r>
    </w:p>
    <w:p>
      <w:r>
        <w:rPr>
          <w:rFonts w:ascii="Gentium Plus" w:hAnsi="Gentium Plus"/>
          <w:sz w:val="24"/>
        </w:rPr>
        <w:t>προσδοκώμενα καὶ τοῦ θεραπευτικοῦ καὶ τοῦ προφυλακτικοῦ μέρους τῆς τέχνης ἐκπέπτωκεν. ὥστε οὔτε ἔνδειξις ἀπ’ αὐτῶν ἐστιν εἰς θεραπείαν οὔτε προφυλακή τις, ἀλλ’ ἢ μόνον, ὡς εἴρηται, πρὸς τὰς ἐκπιπτούσας τὴν ἡμετέραν ἐπίγνωσιν δια‐</w:t>
      </w:r>
    </w:p>
    <w:p>
      <w:r>
        <w:rPr>
          <w:rFonts w:ascii="Courier New" w:hAnsi="Courier New"/>
          <w:color w:val="555555"/>
          <w:sz w:val="20"/>
        </w:rPr>
        <w:t>[5]</w:t>
      </w:r>
    </w:p>
    <w:p>
      <w:r>
        <w:rPr>
          <w:rFonts w:ascii="Gentium Plus" w:hAnsi="Gentium Plus"/>
          <w:sz w:val="24"/>
        </w:rPr>
        <w:t>θέσεις ἡ γνῶσις τοῦ προκατάρξαντος αἰτίου χρησίμη, τοῖς δ’ ἀπὸ τῆς ἐμπειρίας ἰατροῖς ὡς μέρος τῆς ὅλης συνδρομῆς, ἐφ’ ᾗ τετηρήκασι τὴν θεραπείαν καὶ τὸ προκατάρξαν αἴτιον ἐνίοτε προλαμβάνεται, καθάπερ ἐπί τε τῶν λυττώντων κυνῶν καὶ τῶν ἰοβόλων ἁπάντων θηρίων, ἤδη δὲ καὶ τῶν δογματι‐</w:t>
      </w:r>
    </w:p>
    <w:p>
      <w:r>
        <w:rPr>
          <w:rFonts w:ascii="Courier New" w:hAnsi="Courier New"/>
          <w:color w:val="555555"/>
          <w:sz w:val="20"/>
        </w:rPr>
        <w:t>[10]</w:t>
      </w:r>
    </w:p>
    <w:p>
      <w:r>
        <w:rPr>
          <w:rFonts w:ascii="Gentium Plus" w:hAnsi="Gentium Plus"/>
          <w:sz w:val="24"/>
        </w:rPr>
        <w:t>κῶν ἐκείνων, ὅσοι χωρὶς ἐνδείξεως λογικῆς ἀπὸ τῆς ἐμπειρίας μόνης ὁμολογοῦσι θεραπεύειν τὰ τοιαῦτα. καὶ γὰρ καὶ τού‐ τοις ὡς ἓν μέρος τῆς ὅλης συνδρομῆς τὸ προκατάρξαν αἴτιον ζητεῖται, τοῖς δ’ ἐκ μὲν τῆς ἔμπροσθεν πείρας ἐγνωκόσι τῶν ἰοβόλων θηρίων τὰς δυνάμεις, ἔνδειξιν δὲ θεραπείας ἀπ’</w:t>
      </w:r>
    </w:p>
    <w:p>
      <w:r>
        <w:rPr>
          <w:rFonts w:ascii="Courier New" w:hAnsi="Courier New"/>
          <w:color w:val="555555"/>
          <w:sz w:val="20"/>
        </w:rPr>
        <w:t>[15]</w:t>
      </w:r>
    </w:p>
    <w:p>
      <w:r>
        <w:rPr>
          <w:rFonts w:ascii="Gentium Plus" w:hAnsi="Gentium Plus"/>
          <w:sz w:val="24"/>
        </w:rPr>
        <w:t>αὐτῶν λαμβάνουσιν, οὐκ εἰς ἔνδειξιν ἰάσεως τὸ προκατάρξαν αἴτιον γνωσθὲν, ἀλλ’ εἰς τὴν τῆς παρούσης διαθέσεως ἐπί‐ γνωσιν συντελεῖ. φέρε γὰρ ἐπίστασθαι μὲν τὸν ἰὸν τοῦ σκορ‐</w:t>
      </w:r>
    </w:p>
    <w:p>
      <w:r>
        <w:rPr>
          <w:rFonts w:ascii="Courier New" w:hAnsi="Courier New"/>
          <w:color w:val="555555"/>
          <w:sz w:val="20"/>
        </w:rPr>
        <w:t>[10 . 245]</w:t>
      </w:r>
    </w:p>
    <w:p>
      <w:r>
        <w:rPr>
          <w:rFonts w:ascii="Gentium Plus" w:hAnsi="Gentium Plus"/>
          <w:sz w:val="24"/>
        </w:rPr>
        <w:t>τὴν τῆς ἰάσεως ἔνδειξιν, ἔχειν δὲ μηδὲν μή πω σημεῖον ὅτι τοιαύτη τις ἐν τῷδε τῷ σώματι διάθεσις ὑπάρχει, δῆλον γὰρ ὡς εἰ πυθοίμην ὅτι σκορπίος ὁ πλήξας, ἐκθερμαίνειν πειρά‐ σομαι τό τε σύμπαν σῶμα καὶ τὸ νενυγμένον ὑπ’ αὐτοῦ</w:t>
      </w:r>
    </w:p>
    <w:p>
      <w:r>
        <w:rPr>
          <w:rFonts w:ascii="Courier New" w:hAnsi="Courier New"/>
          <w:color w:val="555555"/>
          <w:sz w:val="20"/>
        </w:rPr>
        <w:t>[5]</w:t>
      </w:r>
    </w:p>
    <w:p>
      <w:r>
        <w:rPr>
          <w:rFonts w:ascii="Gentium Plus" w:hAnsi="Gentium Plus"/>
          <w:sz w:val="24"/>
        </w:rPr>
        <w:t>μόριον, οὐκ ἀναμείνας ἔτι τὴν πεῖραν, ἀλλ’ ἀπ’ αὐτῆς τοῦ πράγματος τῆς φύσεως λαβὼν τὴν ἔνδειξιν. ἐδείχθη γὰρ ἐν τοῖς περὶ φαρμάκων ὑπομνήμασιν, ἐν οἷς ἠξίωσα γεγυμνά‐ σθαι πρότερον, ὅτῳ μέλλει τι καὶ τῶν νῦν λεγομένων ὄφελος ἔσεσθαι, μηδεμίαν ἄνευ πείρας εὑρίσκεσθαι δύναμιν· ἦν γὰρ</w:t>
      </w:r>
    </w:p>
    <w:p>
      <w:r>
        <w:rPr>
          <w:rFonts w:ascii="Courier New" w:hAnsi="Courier New"/>
          <w:color w:val="555555"/>
          <w:sz w:val="20"/>
        </w:rPr>
        <w:t>[10]</w:t>
      </w:r>
    </w:p>
    <w:p>
      <w:r>
        <w:rPr>
          <w:rFonts w:ascii="Gentium Plus" w:hAnsi="Gentium Plus"/>
          <w:sz w:val="24"/>
        </w:rPr>
        <w:t>ἂν δήπου μακάριον εἴ τις ἐκ τοῦ θεάσασθαι λιθάργυρον, ἢ καστόριον, ἢ κανθαρίδας εὐθέως ἐγίνωσκεν αὐτῶν τὰς δυ‐ νάμεις. ἀλλ’ ὥσπερ ἐν ἅπασιν αἱ διαμαρτίαι τοῖς ὑπερ‐ βάλλουσι τοῦ μέτρου καὶ τοῖς ἐλλείπουσιν, οὕτω κᾀνταῦθα γίνονται· καὶ δὶς διὰ πασῶν, οὐχ ἅπαξ, ὡς ἔοικεν ἀντᾴδου‐</w:t>
      </w:r>
    </w:p>
    <w:p>
      <w:r>
        <w:rPr>
          <w:rFonts w:ascii="Courier New" w:hAnsi="Courier New"/>
          <w:color w:val="555555"/>
          <w:sz w:val="20"/>
        </w:rPr>
        <w:t>[15]</w:t>
      </w:r>
    </w:p>
    <w:p>
      <w:r>
        <w:rPr>
          <w:rFonts w:ascii="Gentium Plus" w:hAnsi="Gentium Plus"/>
          <w:sz w:val="24"/>
        </w:rPr>
        <w:t>σιν ἀλλήλοις οἵ τε μηδέ πω καὶ τήμερον ὁμολογοῦντες ἐπί‐ στασθαί γε τὰς δυνάμεις τῶν φαρμάκων ἐπὶ τοσαύτῃ πείρᾳ, οἵ τε καὶ πρὸς τῆς μιᾶς πείρας ἀξιοῦντες ἐπίστασθαι· καὶ</w:t>
      </w:r>
    </w:p>
    <w:p>
      <w:r>
        <w:rPr>
          <w:rFonts w:ascii="Courier New" w:hAnsi="Courier New"/>
          <w:color w:val="555555"/>
          <w:sz w:val="20"/>
        </w:rPr>
        <w:t>[10 . 246]</w:t>
      </w:r>
    </w:p>
    <w:p>
      <w:r>
        <w:rPr>
          <w:rFonts w:ascii="Gentium Plus" w:hAnsi="Gentium Plus"/>
          <w:sz w:val="24"/>
        </w:rPr>
        <w:t>τον, καὶ θάτερον ἢ τελέως ἀναισθήτων ἐστὶν ἢ φαινερῶς ἐριζόντων. ἀλλὰ γὰρ, ὡς ἔφην, οὐ χρὴ νῦν περὶ τούτων ἀκούειν ποθεῖν, εἰρημένων ἐπὶ πλέον ἔν τε τῷ τρίτῳ τῶν περὶ κράσεων κᾀν τοῖς περὶ φαρμάκων ὑπομνήμασιν· ἀλλ’</w:t>
      </w:r>
    </w:p>
    <w:p>
      <w:r>
        <w:rPr>
          <w:rFonts w:ascii="Courier New" w:hAnsi="Courier New"/>
          <w:color w:val="555555"/>
          <w:sz w:val="20"/>
        </w:rPr>
        <w:t>[5]</w:t>
      </w:r>
    </w:p>
    <w:p>
      <w:r>
        <w:rPr>
          <w:rFonts w:ascii="Gentium Plus" w:hAnsi="Gentium Plus"/>
          <w:sz w:val="24"/>
        </w:rPr>
        <w:t>εἰς διάγνωσιν τῶν διαθέσεων ἔνια τῶν προκαταρξάντων αἰτίων συντελεῖ· ἔνθα δ’ οὐδὲν λανθάνει τῆς παρούσης δια‐ θέσεως, οἴχεται καὶ τοῦ προκατάρξαντος ἡ χρεία· εἴρηται μὲν οὖν μοι κᾀν τοῖς ἔμπροσθεν ὡς οὐ δεῖ συνάπτειν ἐς ταὐ‐ τὸν ἀμφοτέρας τὰς διδασκαλίας, ἀλλ’ ἰδίᾳ μὲν τὴν ἐμπειρικὴν,</w:t>
      </w:r>
    </w:p>
    <w:p>
      <w:r>
        <w:rPr>
          <w:rFonts w:ascii="Courier New" w:hAnsi="Courier New"/>
          <w:color w:val="555555"/>
          <w:sz w:val="20"/>
        </w:rPr>
        <w:t>[10]</w:t>
      </w:r>
    </w:p>
    <w:p>
      <w:r>
        <w:rPr>
          <w:rFonts w:ascii="Gentium Plus" w:hAnsi="Gentium Plus"/>
          <w:sz w:val="24"/>
        </w:rPr>
        <w:t>ἰδίᾳ δὲ ποιεῖσθαι τὴν λογικήν. ἀναμεμνήσθω δὲ κᾂν νῦν ὡς ἐπειδὴ πρόκειται μόνην τὴν λογικὴν ἐν τοῖσδε τοῖς ὑπομνή‐ μασι διελθεῖν, εἰ δὲ καὶ μὴ προσκέοιτό που περί τινος τῶν λεγομένων, ὡς οὐχ ἁπλῶς ἐστιν ἀληθὲς, ἀλλὰ μόνοις τοῖς κατὰ μέθοδον ἰατρεύουσιν, ἀκόλουθον αὐτῶν λογίζεσθαί</w:t>
      </w:r>
    </w:p>
    <w:p>
      <w:r>
        <w:rPr>
          <w:rFonts w:ascii="Courier New" w:hAnsi="Courier New"/>
          <w:color w:val="555555"/>
          <w:sz w:val="20"/>
        </w:rPr>
        <w:t>[15]</w:t>
      </w:r>
    </w:p>
    <w:p>
      <w:r>
        <w:rPr>
          <w:rFonts w:ascii="Gentium Plus" w:hAnsi="Gentium Plus"/>
          <w:sz w:val="24"/>
        </w:rPr>
        <w:t>τινα τοῦτο καὶ προστιθέναι παρ’ ἑαυτοῦ. νυνὶ μὲν γὰρ ἡμεῖς προσεθήκαμεν ὡς οὐδὲν τῶν προκαταρξάντων αἰτίων εἰς</w:t>
      </w:r>
    </w:p>
    <w:p>
      <w:r>
        <w:rPr>
          <w:rFonts w:ascii="Courier New" w:hAnsi="Courier New"/>
          <w:color w:val="555555"/>
          <w:sz w:val="20"/>
        </w:rPr>
        <w:t>[10 . 247]</w:t>
      </w:r>
    </w:p>
    <w:p>
      <w:r>
        <w:rPr>
          <w:rFonts w:ascii="Gentium Plus" w:hAnsi="Gentium Plus"/>
          <w:sz w:val="24"/>
        </w:rPr>
        <w:t>διαθέσεως, ὁμολογοῦντες ὡς ἐν τοῖς ἐμπειρικῶς ἰωμένοις ὁτιοῦν, ἕν τι τῶν τῆς ὅλης συνδρομῆς μορίων ἐστὶ καὶ τὸ προκατάρχον αἴτιον, εἴτ’ οὖν λογικῶς τἄλλα θεραπεύοιεν εἴτε δι’ ἐμπειρίας ἅπαντα· κατὰ δὲ τὸν ἐφεξῆς λόγον οὐκ</w:t>
      </w:r>
    </w:p>
    <w:p>
      <w:r>
        <w:rPr>
          <w:rFonts w:ascii="Courier New" w:hAnsi="Courier New"/>
          <w:color w:val="555555"/>
          <w:sz w:val="20"/>
        </w:rPr>
        <w:t>[5]</w:t>
      </w:r>
    </w:p>
    <w:p>
      <w:r>
        <w:rPr>
          <w:rFonts w:ascii="Gentium Plus" w:hAnsi="Gentium Plus"/>
          <w:sz w:val="24"/>
        </w:rPr>
        <w:t>ἀναγκαῖον ἂν εἴη προσγράφειν τοῦτο. πάλιν οὖν ἐπὶ τὸ προ‐ κείμενον ἐπανέλθωμεν, ἀρχὴν ὁμολογουμένην λαβόντες ᾗ κᾀν τοῖς ἔμπροσθεν ἤδη κεχρήμεθα φάσκοντες, τὴν τῆς θεραπείας δεομένην διάθεσιν αὐτὴν εἶναι τὴν τὸν πρῶτον σκοπὸν ἐν‐ δεικνυμένην· ἐκ δὲ τούτου τἄλλα πάντα λαμβάνεσθαι. τούτῳ</w:t>
      </w:r>
    </w:p>
    <w:p>
      <w:r>
        <w:rPr>
          <w:rFonts w:ascii="Courier New" w:hAnsi="Courier New"/>
          <w:color w:val="555555"/>
          <w:sz w:val="20"/>
        </w:rPr>
        <w:t>[10]</w:t>
      </w:r>
    </w:p>
    <w:p>
      <w:r>
        <w:rPr>
          <w:rFonts w:ascii="Gentium Plus" w:hAnsi="Gentium Plus"/>
          <w:sz w:val="24"/>
        </w:rPr>
        <w:t>δ’ ὅτι τῷ σκοπῷ κοινωνίαν οὐδεμίαν ἔχει τῶν προκαταρχόν‐ των αἰτίων οὐδὲν ἐξ αὐτῶν μάλιστα τῶν ἑλκῶν, ὅθεν περ ὁ λόγος ὡρμήθη, μαθήσῃ. γεγενήσθω γοῦν ἕλκος ἐξ ἀπο‐ στήματος· ἀλλ’ εἰ τοῦτο, δῆλον ὡς ἐκ μοχθηρῶν χυμῶν· οὕτω γὰρ εἴωθεν ἡ φύσις ἐν νόσοις ἐκκαθαίρουσα τὸ σῶμα τὸ</w:t>
      </w:r>
    </w:p>
    <w:p>
      <w:r>
        <w:rPr>
          <w:rFonts w:ascii="Courier New" w:hAnsi="Courier New"/>
          <w:color w:val="555555"/>
          <w:sz w:val="20"/>
        </w:rPr>
        <w:t>[15]</w:t>
      </w:r>
    </w:p>
    <w:p>
      <w:r>
        <w:rPr>
          <w:rFonts w:ascii="Gentium Plus" w:hAnsi="Gentium Plus"/>
          <w:sz w:val="24"/>
        </w:rPr>
        <w:t>περιττὸν ἅπαν ὠθεῖν ἐπὶ τὸ δέρμα· καὶ τούτῳ μὲν οὖν ἑλκω‐ θῆναι συμβαίνει, τῷ δ’ ὅλῳ σώματι ἐκκεκαθάρθαι. τίς οὖν ἡ τῶν τοιούτων ἑλκῶν ἴασις; οἵα περ καὶ ἡ τῶν ἄλλων</w:t>
      </w:r>
    </w:p>
    <w:p>
      <w:r>
        <w:rPr>
          <w:rFonts w:ascii="Courier New" w:hAnsi="Courier New"/>
          <w:color w:val="555555"/>
          <w:sz w:val="20"/>
        </w:rPr>
        <w:t>[10 . 248]</w:t>
      </w:r>
    </w:p>
    <w:p>
      <w:r>
        <w:rPr>
          <w:rFonts w:ascii="Gentium Plus" w:hAnsi="Gentium Plus"/>
          <w:sz w:val="24"/>
        </w:rPr>
        <w:t>ἀλλ’ εἴ περ τοῦθ’ οὕτως ἔχει, δῆλον ὡς οὐδεμία παρὰ τῆς ποιησάσης τὸ ἕλκος αἰτίας ἔνδειξις εἰς τὴν θεραπείαν ἐγέ‐ νετο. καὶ μὴν εἴ περ ἔμενεν ἡ κακοχυμία, πάντως ἄν που καὶ παρ’ αὐτῆς τὴν ἔνδειξιν ἐλάβομεν. ἀλλὰ καὶ ἄλλως ἄτο‐</w:t>
      </w:r>
    </w:p>
    <w:p>
      <w:r>
        <w:rPr>
          <w:rFonts w:ascii="Courier New" w:hAnsi="Courier New"/>
          <w:color w:val="555555"/>
          <w:sz w:val="20"/>
        </w:rPr>
        <w:t>[5]</w:t>
      </w:r>
    </w:p>
    <w:p>
      <w:r>
        <w:rPr>
          <w:rFonts w:ascii="Gentium Plus" w:hAnsi="Gentium Plus"/>
          <w:sz w:val="24"/>
        </w:rPr>
        <w:t>πον ἦν δεῖσθαι θεραπείας τὸ μηκέτ’ ὂν, ἢ ἐνδείκνυσθαι θε‐ ραπείαν τὸ μὴ δεόμενον αὐτῆς· ὥστε παντοίως ἄτοπον ἐκ τοῦ προκατάρξαντος αἰτίου ἔνδειξιν λέγειν γίνεσθαι θεραπείας. ἐπεὶ τοίνυν οὐ τοῦτο, δῆλον ὡς τὸ παρὸν αἴτιον ἔνδειξιν ποιήσεται. τίς οὖν ἡ ἔνδειξις; ἀκριβολογουμένῳ μὲν ἡ προ‐</w:t>
      </w:r>
    </w:p>
    <w:p>
      <w:r>
        <w:rPr>
          <w:rFonts w:ascii="Courier New" w:hAnsi="Courier New"/>
          <w:color w:val="555555"/>
          <w:sz w:val="20"/>
        </w:rPr>
        <w:t>[10]</w:t>
      </w:r>
    </w:p>
    <w:p>
      <w:r>
        <w:rPr>
          <w:rFonts w:ascii="Gentium Plus" w:hAnsi="Gentium Plus"/>
          <w:sz w:val="24"/>
        </w:rPr>
        <w:t>φυλακτικὴ προσαγορευομένη, καταχρωμένῳ δ’ ἡ θεραπευ‐ τική· καὶ γὰρ καὶ αὐτῶν τῶν ἑλκῶν τῆς ἰάσεως, εἴθ’ ἁπλῶς ἕλκη μόνον εἴτε καὶ μετὰ κοιλότητος ὑπάρχει κατὰ τὸν ἀκριβῆ λόγον ἡ ἴασις ἐκ τοῦ φεύγειν τε καὶ προφυλάττεσθαι τὰ λυπήσοντα τὴν φύσιν ἀποτελεῖται. καὶ ὅλως ἐφ’ ὧν</w:t>
      </w:r>
    </w:p>
    <w:p>
      <w:r>
        <w:rPr>
          <w:rFonts w:ascii="Courier New" w:hAnsi="Courier New"/>
          <w:color w:val="555555"/>
          <w:sz w:val="20"/>
        </w:rPr>
        <w:t>[15]</w:t>
      </w:r>
    </w:p>
    <w:p>
      <w:r>
        <w:rPr>
          <w:rFonts w:ascii="Gentium Plus" w:hAnsi="Gentium Plus"/>
          <w:sz w:val="24"/>
        </w:rPr>
        <w:t>τὸ γινόμενον αὐτῆς τῆς φύσεως ἔργον ἐστίν· ὡς κόλλησις ἕλκους καὶ σάρκωσις, ἐκ τοῦ προφυλακτικοῦ γένους ἐστὶν ἡ τῶν τοιούτων ἐπιμέλεια· ἀλλ’ ὅμως ἴασις λέγεται πρὸς ἁπάν‐</w:t>
      </w:r>
    </w:p>
    <w:p>
      <w:r>
        <w:rPr>
          <w:rFonts w:ascii="Courier New" w:hAnsi="Courier New"/>
          <w:color w:val="555555"/>
          <w:sz w:val="20"/>
        </w:rPr>
        <w:t>[10 . 249]</w:t>
      </w:r>
    </w:p>
    <w:p>
      <w:r>
        <w:rPr>
          <w:rFonts w:ascii="Gentium Plus" w:hAnsi="Gentium Plus"/>
          <w:sz w:val="24"/>
        </w:rPr>
        <w:t>μέρους τῆς τέχνης, τῷ διάθεσιν μὲν ὑπάρχουσαν ἤδη τινὰ νοσερὰν ἐκκόπτεσθαι, κατὰ τὸ ἕτερον εἶδος τῆς προφυλακτι‐ κῆς, κωλύεσθαι δὲ γίνεσθαι τὴν μηδέπω γεγενημένην κατὰ τὸ ἕτερον. ὥστε κᾀνταῦθα περὶ ὀνομάτων ἐρίζοντες ἀγνο‐</w:t>
      </w:r>
    </w:p>
    <w:p>
      <w:r>
        <w:rPr>
          <w:rFonts w:ascii="Courier New" w:hAnsi="Courier New"/>
          <w:color w:val="555555"/>
          <w:sz w:val="20"/>
        </w:rPr>
        <w:t>[5]</w:t>
      </w:r>
    </w:p>
    <w:p>
      <w:r>
        <w:rPr>
          <w:rFonts w:ascii="Gentium Plus" w:hAnsi="Gentium Plus"/>
          <w:sz w:val="24"/>
        </w:rPr>
        <w:t>οῦσιν οἱ νεώτεροι τῶν ἰατρῶν. ἐχρῆν δ’ αὐτοὺς, εἰ περὶ πραγμάτων ἐσπούδαζον, ἐξευρεῖν ὡς δύο εἰσὶν αἱ πρῶται διαφοραὶ τῶν ἐνεργειῶν τοῖς ἰατροῖς. ἢ γὰρ τὰς οὔσας ἤδη διαθέσεις ἐξ ὧν πράττουσι θεραπεύουσιν, ἢ τὰς οὐκ οὔσας γενέσθαι κωλύουσι. τὸ μὲν δὴ τὰς οὔσας ἐκκόπτειν, εἴτε τὰ</w:t>
      </w:r>
    </w:p>
    <w:p>
      <w:r>
        <w:rPr>
          <w:rFonts w:ascii="Courier New" w:hAnsi="Courier New"/>
          <w:color w:val="555555"/>
          <w:sz w:val="20"/>
        </w:rPr>
        <w:t>[10]</w:t>
      </w:r>
    </w:p>
    <w:p>
      <w:r>
        <w:rPr>
          <w:rFonts w:ascii="Gentium Plus" w:hAnsi="Gentium Plus"/>
          <w:sz w:val="24"/>
        </w:rPr>
        <w:t>διακόπτοντα τὰς ἐνεργείας τῆς φύσεως ἐκποδὼν ποιουμένους εἴτε καὶ αὐτούς τι διὰ τῶν φαρμάκων ἐργαζομένους, ἅπαν‐ τες ἄνθρωποι θεραπεύειν ὀνομάζουσι, τὸ δὲ κωλύειν γενέ‐ σθαι προφυλάττεσθαι. καὶ δὴ καὶ τὰ μετὰ κακοχυμίας ἡλκωμένα θεραπεύουσιν οἱ λόγῳ τε καὶ μεθόδῳ τῇ τέχνῃ</w:t>
      </w:r>
    </w:p>
    <w:p>
      <w:r>
        <w:rPr>
          <w:rFonts w:ascii="Courier New" w:hAnsi="Courier New"/>
          <w:color w:val="555555"/>
          <w:sz w:val="20"/>
        </w:rPr>
        <w:t>[15]</w:t>
      </w:r>
    </w:p>
    <w:p>
      <w:r>
        <w:rPr>
          <w:rFonts w:ascii="Gentium Plus" w:hAnsi="Gentium Plus"/>
          <w:sz w:val="24"/>
        </w:rPr>
        <w:t>προσιόντες, ἅμα μὲν ἐκείνην ἐκκαθαίροντες, ἅμα δὲ τὰ δια‐ κόπτοντα τὰς κινήσεις τῆς φύσεως ἀναιροῦντες. ἄμφω δ’ ἐστὶν ἀκριβολογουμένῳ ταῦτα προφυλακτικά. κωλύει γὰρ, ὡς κᾀν τῷ πρὸ τούτου δέδεικται λόγῳ, πάντα τὰ τοιαῦτα ῥύπον</w:t>
      </w:r>
    </w:p>
    <w:p>
      <w:r>
        <w:rPr>
          <w:rFonts w:ascii="Courier New" w:hAnsi="Courier New"/>
          <w:color w:val="555555"/>
          <w:sz w:val="20"/>
        </w:rPr>
        <w:t>[10 . 250]</w:t>
      </w:r>
    </w:p>
    <w:p>
      <w:r>
        <w:rPr>
          <w:rFonts w:ascii="Gentium Plus" w:hAnsi="Gentium Plus"/>
          <w:sz w:val="24"/>
        </w:rPr>
        <w:t>Οὐκ οὖν ἐν ὀνόμασι μικρολογεῖσθαι καλὸν, ἀλλ’ ἄμεινον εἰπεῖν τινα μέθοδον ἰάσεως ἑλκῶν, οἵαν ἡμεῖς ἔν τε τῷ πρὸ τούτου λόγῳ κᾀν τῷδε διεξῇμεν. ἐγὼ μὲν γὰρ καὶ θαυμάζω τὴν ἀναισθησίαν τοῦ Θεσσαλοῦ, γράφοντος</w:t>
      </w:r>
    </w:p>
    <w:p>
      <w:r>
        <w:rPr>
          <w:rFonts w:ascii="Courier New" w:hAnsi="Courier New"/>
          <w:color w:val="555555"/>
          <w:sz w:val="20"/>
        </w:rPr>
        <w:t>[5]</w:t>
      </w:r>
    </w:p>
    <w:p>
      <w:r>
        <w:rPr>
          <w:rFonts w:ascii="Gentium Plus" w:hAnsi="Gentium Plus"/>
          <w:sz w:val="24"/>
        </w:rPr>
        <w:t>ὡδί πως ὑπὲρ τῆς τῶν κακοηθῶν ἑλκῶν ἰάσεως· εἰσὶ δὲ σφό‐ δρα ἀναγκαῖαι καὶ αἱ κοινότητες αἱ τῶν χρονίων ἑλκῶν καὶ μὴ ὑγιαζομένων, ἢ κατουλουμένων καὶ πάλιν ἀναλυομένων· πρὸς τῷ ἐπὶ μὲν τῶν μὴ συμφυομένων σκέπτεσθαι τί ἐστι τὸ ἐμποδίζον καὶ τοῦτ’ αἴρειν, τὸ δ’ ἐπουλούμενον καὶ ἀνα‐</w:t>
      </w:r>
    </w:p>
    <w:p>
      <w:r>
        <w:rPr>
          <w:rFonts w:ascii="Courier New" w:hAnsi="Courier New"/>
          <w:color w:val="555555"/>
          <w:sz w:val="20"/>
        </w:rPr>
        <w:t>[10]</w:t>
      </w:r>
    </w:p>
    <w:p>
      <w:r>
        <w:rPr>
          <w:rFonts w:ascii="Gentium Plus" w:hAnsi="Gentium Plus"/>
          <w:sz w:val="24"/>
        </w:rPr>
        <w:t>ξαινόμενον ἀναγκάζειν κρατεῖν τῆς οὐλῆς, μετασυγκρίνοντας τὸ πάσχον μέρος, ἢ καὶ κοινῶς ὅλον τὸ σῶμα καὶ δυσπαθὲς τοῦτο ποιεῖν διὰ τῶν τοῦτο δρώντων βοηθημάτων. ταυτὶ μὲν οὖν ὁ Θεσσαλὸς ἐν τῷ περὶ χειρουργίας βιβλίῳ κατ’ ἀρ‐ χὰς εὐθὺς προειπὼν ἐν τοῖς ἐφεξῆς ἐπὶ πλέον ᾧδέ πως ὑπὲρ</w:t>
      </w:r>
    </w:p>
    <w:p>
      <w:r>
        <w:rPr>
          <w:rFonts w:ascii="Courier New" w:hAnsi="Courier New"/>
          <w:color w:val="555555"/>
          <w:sz w:val="20"/>
        </w:rPr>
        <w:t>[15]</w:t>
      </w:r>
    </w:p>
    <w:p>
      <w:r>
        <w:rPr>
          <w:rFonts w:ascii="Gentium Plus" w:hAnsi="Gentium Plus"/>
          <w:sz w:val="24"/>
        </w:rPr>
        <w:t>αὐτῶν τούτων γράφει· τὰ δὲ χρόνια τῶν ἑλκῶν καὶ μὴ ὑγια‐ ζόμενα, ἢ κατουλούμενα καὶ ἀναξαινόμενα ἐμφαίνει· τὰ μὲν</w:t>
      </w:r>
    </w:p>
    <w:p>
      <w:r>
        <w:rPr>
          <w:rFonts w:ascii="Courier New" w:hAnsi="Courier New"/>
          <w:color w:val="555555"/>
          <w:sz w:val="20"/>
        </w:rPr>
        <w:t>[10 . 251]</w:t>
      </w:r>
    </w:p>
    <w:p>
      <w:r>
        <w:rPr>
          <w:rFonts w:ascii="Gentium Plus" w:hAnsi="Gentium Plus"/>
          <w:sz w:val="24"/>
        </w:rPr>
        <w:t>φυσιν γίνεσθαι καὶ νεωτεροποιεῖν τοὺς πεπονθότας τόπους καὶ παραπλήσια ποιήσαντας τοῖς νεοτρώτοις πάλιν ἐναίμως ἰᾶσθαι, κᾂν μὴ κρατηθῇ, παρηγορεῖν τὴν φλεγμονὴν καὶ τὴν λοιπὴν προσάγειν ἐπιμέλειαν· τὰ δ’ εἰς οὐλὴν ἐρχόμενα καὶ</w:t>
      </w:r>
    </w:p>
    <w:p>
      <w:r>
        <w:rPr>
          <w:rFonts w:ascii="Courier New" w:hAnsi="Courier New"/>
          <w:color w:val="555555"/>
          <w:sz w:val="20"/>
        </w:rPr>
        <w:t>[5]</w:t>
      </w:r>
    </w:p>
    <w:p>
      <w:r>
        <w:rPr>
          <w:rFonts w:ascii="Gentium Plus" w:hAnsi="Gentium Plus"/>
          <w:sz w:val="24"/>
        </w:rPr>
        <w:t>ἀναλυόμενα, κατὰ μὲν τοὺς παροξυσμοὺς καὶ τὰς ἑλκώσεις ὁμοίως θεραπεύειν τοῖς προσφάτως φλεγμαίνουσι, καταπλάσ‐ μασι τοῖς παρηγοροῦσιν, ἕως ἂν παύσηται ἡ ἀγανάκτησις· ἐνδούσης δὲ συνεργεῖν εἰς ἐπούλωσιν· μετὰ δὲ ταῦτα φοι‐ νίσσειν τὰ κύκλῳ μέρη, πλατὺν περιλαμβάνοντας τόπον τῷ</w:t>
      </w:r>
    </w:p>
    <w:p>
      <w:r>
        <w:rPr>
          <w:rFonts w:ascii="Courier New" w:hAnsi="Courier New"/>
          <w:color w:val="555555"/>
          <w:sz w:val="20"/>
        </w:rPr>
        <w:t>[10]</w:t>
      </w:r>
    </w:p>
    <w:p>
      <w:r>
        <w:rPr>
          <w:rFonts w:ascii="Gentium Plus" w:hAnsi="Gentium Plus"/>
          <w:sz w:val="24"/>
        </w:rPr>
        <w:t>διὰ τοῦ νάπυος μαλάγματι, ἤ τινι ἑτέρῳ μεταβάλλειν δυναμένῳ, καὶ τὴν εὐπάθειαν ἀναιρεῖν. μὴ ληγόντων δὲ καὶ κοινῶς ὅλου τοῦ σώματος ἐπιμέλειαν ποιεῖσθαι, μετασυγκρί‐ νοντας αὐτὸ διὰ γυμνασίων ποικίλων καὶ αἰώρας καὶ ἀναφω‐ νήσεως παρόντων ἐμπείρων, καὶ διαίτης κατὰ πρόσθεσιν</w:t>
      </w:r>
    </w:p>
    <w:p>
      <w:r>
        <w:rPr>
          <w:rFonts w:ascii="Courier New" w:hAnsi="Courier New"/>
          <w:color w:val="555555"/>
          <w:sz w:val="20"/>
        </w:rPr>
        <w:t>[15]</w:t>
      </w:r>
    </w:p>
    <w:p>
      <w:r>
        <w:rPr>
          <w:rFonts w:ascii="Gentium Plus" w:hAnsi="Gentium Plus"/>
          <w:sz w:val="24"/>
        </w:rPr>
        <w:t>αὐξανομένης τε καὶ μειουμένης, ἀρχῆς ἐντιθεμένης διὰ τὸν ἀπὸ ῥαφανίδων ἔμετον. χρῆσθαι δὲ καὶ τῇ τοῦ λευκοῦ ἐλλε‐</w:t>
      </w:r>
    </w:p>
    <w:p>
      <w:r>
        <w:rPr>
          <w:rFonts w:ascii="Courier New" w:hAnsi="Courier New"/>
          <w:color w:val="555555"/>
          <w:sz w:val="20"/>
        </w:rPr>
        <w:t>[10 . 252]</w:t>
      </w:r>
    </w:p>
    <w:p>
      <w:r>
        <w:rPr>
          <w:rFonts w:ascii="Gentium Plus" w:hAnsi="Gentium Plus"/>
          <w:sz w:val="24"/>
        </w:rPr>
        <w:t>ὑπαγομένων διαίτῃ χρονίων καὶ δυσαποτρίπτων παθῶν. αὕτη μὲν ἡ τοῦ Θεσσαλοῦ ῥῆσις. ἄξιον δὲ θαυμάσαι τἀν‐ θρώπου τὴν ἀναισθησίαν ἢ τὴν τόλμαν· εἰ μὲν αὐτὸς ἑαυτὸν ἀνέπεισεν ὡς ὀρθῶς λέγει, τὴν ἀναισθησίαν· εἰ δ’ ἐπιστάμενος</w:t>
      </w:r>
    </w:p>
    <w:p>
      <w:r>
        <w:rPr>
          <w:rFonts w:ascii="Courier New" w:hAnsi="Courier New"/>
          <w:color w:val="555555"/>
          <w:sz w:val="20"/>
        </w:rPr>
        <w:t>[5]</w:t>
      </w:r>
    </w:p>
    <w:p>
      <w:r>
        <w:rPr>
          <w:rFonts w:ascii="Gentium Plus" w:hAnsi="Gentium Plus"/>
          <w:sz w:val="24"/>
        </w:rPr>
        <w:t>ὡς οὐδὲν λέγει παρακρούεσθαι τοὺς ἀναγινώσκοντας ἅπαν‐ τας ἤλπικε, τὴν τόλμαν. ἐκ τῶν χρονίων ἑλκῶν, ὦ γεναιότατε, τίς ἔνδειξις γίνεται θεραπείας; ἐγὼ μὲν γὰρ οὔτ’ ἐκ τῶν προσφάτων οὔθ’ ὅλως ἐκ χρόνου κατ’ οὐδὲν τῶν νοσημάτων ἐξεῦρον οὐδεπώποτε τὴν θεραπείαν, ἀλλ’ ἐξ αὐτῆς τῆς δια‐</w:t>
      </w:r>
    </w:p>
    <w:p>
      <w:r>
        <w:rPr>
          <w:rFonts w:ascii="Courier New" w:hAnsi="Courier New"/>
          <w:color w:val="555555"/>
          <w:sz w:val="20"/>
        </w:rPr>
        <w:t>[10]</w:t>
      </w:r>
    </w:p>
    <w:p>
      <w:r>
        <w:rPr>
          <w:rFonts w:ascii="Gentium Plus" w:hAnsi="Gentium Plus"/>
          <w:sz w:val="24"/>
        </w:rPr>
        <w:t>θέσεως, ἣν ἰᾶσθαί μοι πρόκειται. καθόλου γὰρ ἐὰν εἰς τὸν χρόνον ἀποβλέπῃ τις, ὡς ἔνδειξιν παρ’ αὐτοῦ λαμβάνειν, ἑτέ‐ ραν μὲν πάντως ἡ δευτέρα τῶν ἡμερῶν, ἑτέραν δ’ ἡ τρίτη παρέξει τὴν ἔνδειξιν· οὕτως δὲ καὶ ἡ τετάρτη τῆς πέμπτης ἑτέραν· καὶ τούτων ἁπασῶν ἡ ἕκτη καὶ τῶν ἄλλων ἑκάστη</w:t>
      </w:r>
    </w:p>
    <w:p>
      <w:r>
        <w:rPr>
          <w:rFonts w:ascii="Courier New" w:hAnsi="Courier New"/>
          <w:color w:val="555555"/>
          <w:sz w:val="20"/>
        </w:rPr>
        <w:t>[15]</w:t>
      </w:r>
    </w:p>
    <w:p>
      <w:r>
        <w:rPr>
          <w:rFonts w:ascii="Gentium Plus" w:hAnsi="Gentium Plus"/>
          <w:sz w:val="24"/>
        </w:rPr>
        <w:t>τῶν μετὰ ταύτας. ὥστ’ οὐκέτι τὰς διαθέσεις ἃς θεραπεύομεν, ἐπισκεψόμεθα καὶ παρ’ αὐτῶν ἔνδειξιν ληψόμεθα; καίτοί γε τούτου ἀλογώτερον οὐδ’ ἐπινοῆσαι δυνατόν ἐστι. πῶς οὖν</w:t>
      </w:r>
    </w:p>
    <w:p>
      <w:r>
        <w:rPr>
          <w:rFonts w:ascii="Courier New" w:hAnsi="Courier New"/>
          <w:color w:val="555555"/>
          <w:sz w:val="20"/>
        </w:rPr>
        <w:t>[10 . 253]</w:t>
      </w:r>
    </w:p>
    <w:p>
      <w:r>
        <w:rPr>
          <w:rFonts w:ascii="Gentium Plus" w:hAnsi="Gentium Plus"/>
          <w:sz w:val="24"/>
        </w:rPr>
        <w:t>γε ἐνδείκνυσθαι δυναμένου τοῦ χρόνου καθ’ ἑαυτόν; οὐ δή‐ που γὰρ ἐπειδὰν ὑπὸ κακοχυμίας ἕλκος ἀναβιβρώσκηται, διάφορον ἔνδειξιν ἀπ’ αὐτοῦ ληψόμεθα μετὰ τέτταρας μῆνας ἧς εὐθὺς ἐξ ἀρχῆς ἐλάβομεν. ἐγὼ μὲν οὐδ’ ἂν ἐάσαιμι χρο‐</w:t>
      </w:r>
    </w:p>
    <w:p>
      <w:r>
        <w:rPr>
          <w:rFonts w:ascii="Courier New" w:hAnsi="Courier New"/>
          <w:color w:val="555555"/>
          <w:sz w:val="20"/>
        </w:rPr>
        <w:t>[5]</w:t>
      </w:r>
    </w:p>
    <w:p>
      <w:r>
        <w:rPr>
          <w:rFonts w:ascii="Gentium Plus" w:hAnsi="Gentium Plus"/>
          <w:sz w:val="24"/>
        </w:rPr>
        <w:t>νίσαι τὸ τοιοῦτον ἕλκος, ἀλλ’ εὐθέως ἀπὸ τῆς ἀρχῆς ἐκκό‐ ψαιμι τὴν αἰτίαν αὐτοῦ. καὶ γὰρ καὶ γνωρίζειν δυνατόν ἐστι τὴν διάθεσιν ἀπὸ τῆς ἀρχῆς ὡς τὰ πολλὰ, καὶ τὴν ἔνδειξιν ἀπὸ τῆς διαθέσεως λαμβάνειν ἀναγκαῖον. ὁ χρόνος δὲ τί πλέον ἡμᾶς διδάξει τοῦ τῶν ἡμερῶν ἀριθμοῦ μὰ τοὺς θεοὺς</w:t>
      </w:r>
    </w:p>
    <w:p>
      <w:r>
        <w:rPr>
          <w:rFonts w:ascii="Courier New" w:hAnsi="Courier New"/>
          <w:color w:val="555555"/>
          <w:sz w:val="20"/>
        </w:rPr>
        <w:t>[10]</w:t>
      </w:r>
    </w:p>
    <w:p>
      <w:r>
        <w:rPr>
          <w:rFonts w:ascii="Gentium Plus" w:hAnsi="Gentium Plus"/>
          <w:sz w:val="24"/>
        </w:rPr>
        <w:t>οὐκ ἔχω συμβαλεῖν, πλὴν εἰ τοῦτο λέγειν ἠβουλήθη ὁ Θεσ‐ σαλὸς, ὡς εἰς διάγνωσιν τῶν τοιούτων ἑλκῶν ἀναγκαῖον ἀναμεῖναι τὸν χρόνον. ἀλλ’ οὕτω γε πρῶτον μὲν ἂν ἰδιώτης εἴη παντάπασιν, εἰ μηδέποτε πρὸ τοῦ χρονίσαι τὸ ἕλκος ὁμολογεῖ διαγνῶναι δύνασθαι τὴν διάθεσιν. ἔπειτα δὲ σα‐</w:t>
      </w:r>
    </w:p>
    <w:p>
      <w:r>
        <w:rPr>
          <w:rFonts w:ascii="Courier New" w:hAnsi="Courier New"/>
          <w:color w:val="555555"/>
          <w:sz w:val="20"/>
        </w:rPr>
        <w:t>[15]</w:t>
      </w:r>
    </w:p>
    <w:p>
      <w:r>
        <w:rPr>
          <w:rFonts w:ascii="Gentium Plus" w:hAnsi="Gentium Plus"/>
          <w:sz w:val="24"/>
        </w:rPr>
        <w:t>φῶς ἂν ἔτι καὶ τοῦθ’ ὁμολογήσειεν, ὡς ἐξ ἄλλου μὲν ἡ τῆς ἰάσεως ἔνδειξις, ἐξ ἄλλων δὲ ἡ διάγνωσις γίνεται τῆς διαθέ‐ σεως. ἔστω γάρ τι συμβάλλεσθαι τὸν χρόνον εἰς τὴν διάγνω‐</w:t>
      </w:r>
    </w:p>
    <w:p>
      <w:r>
        <w:rPr>
          <w:rFonts w:ascii="Courier New" w:hAnsi="Courier New"/>
          <w:color w:val="555555"/>
          <w:sz w:val="20"/>
        </w:rPr>
        <w:t>[10 . 254]</w:t>
      </w:r>
    </w:p>
    <w:p>
      <w:r>
        <w:rPr>
          <w:rFonts w:ascii="Gentium Plus" w:hAnsi="Gentium Plus"/>
          <w:sz w:val="24"/>
        </w:rPr>
        <w:t>ἂν εἴη πρὸς ἔπος, εἴ τι χρονίζει τῶν ἑλκῶν, ἐκκόπτειν τὰ κωλύοντα τὴν σύμφυσιν γίνεσθαι καὶ νεωτεροποιεῖν τοὺς πε‐ πονθότας τόπους; εἰ γὰρ διὰ ῥεῦμα κακόηθες, ὦ γενναιότατε, τὰ χείλη τοῦ ἕλκους ἐν διαθέσει τινὶ γέγονε, τί πλέον ἕξο‐</w:t>
      </w:r>
    </w:p>
    <w:p>
      <w:r>
        <w:rPr>
          <w:rFonts w:ascii="Courier New" w:hAnsi="Courier New"/>
          <w:color w:val="555555"/>
          <w:sz w:val="20"/>
        </w:rPr>
        <w:t>[5]</w:t>
      </w:r>
    </w:p>
    <w:p>
      <w:r>
        <w:rPr>
          <w:rFonts w:ascii="Gentium Plus" w:hAnsi="Gentium Plus"/>
          <w:sz w:val="24"/>
        </w:rPr>
        <w:t>μεν, ἂν περικόψωμεν αὐτὰ πρὶν ἰάσασθαι τὸ ῥεῦμα; μεῖζον ἐργασόμεθα δηλονότι τὸ ἕλκος, ὥσπερ καὶ ποιοῦσιν ἔνιοι τῶν ὁμοίως ἐκείνῳ θεραπευόντων ἕλκη. τῆς γὰρ αἰτίας με‐ νούσης τῆς καὶ πρότερον αὐτὰ σκληρὰ καὶ τυλώδη ποιησά‐ σης οὐδὲν ἔσται πλέον ἐκ τοῦ περιτέμνειν ἄλλο γε ἢ μέγεθος</w:t>
      </w:r>
    </w:p>
    <w:p>
      <w:r>
        <w:rPr>
          <w:rFonts w:ascii="Courier New" w:hAnsi="Courier New"/>
          <w:color w:val="555555"/>
          <w:sz w:val="20"/>
        </w:rPr>
        <w:t>[10]</w:t>
      </w:r>
    </w:p>
    <w:p>
      <w:r>
        <w:rPr>
          <w:rFonts w:ascii="Gentium Plus" w:hAnsi="Gentium Plus"/>
          <w:sz w:val="24"/>
        </w:rPr>
        <w:t>ἕλκους· πάλιν γὰρ ἐκεῖνα τὰ περιτμηθέντα τοῖς πρότερον ὁμοίως ἔσται τυλώδη καὶ σκληρά. καίτοί γ’ οὐδ’ αὐτὸ τοῦτο προσέθηκεν ὁ σοφώτατος Θεσσαλὸς, ὡς ἐκκοπτέον ἐστὶ τὰ τυλώδη καὶ σκληρὰ καὶ κακόχροα τῶν ἡλκωμένων μορίων, ἀλλ’ ἁπλῶς ἐκκόπτειν κελεύει τὰ κωλύοντα τὴν σύμφυ‐</w:t>
      </w:r>
    </w:p>
    <w:p>
      <w:r>
        <w:rPr>
          <w:rFonts w:ascii="Courier New" w:hAnsi="Courier New"/>
          <w:color w:val="555555"/>
          <w:sz w:val="20"/>
        </w:rPr>
        <w:t>[15]</w:t>
      </w:r>
    </w:p>
    <w:p>
      <w:r>
        <w:rPr>
          <w:rFonts w:ascii="Gentium Plus" w:hAnsi="Gentium Plus"/>
          <w:sz w:val="24"/>
        </w:rPr>
        <w:t>σιν καὶ νεωτεροποιεῖν. εἰ μὲν οὖν ἐκκόπτειν τὰ κωλύοντα τὴν σύμφυσιν αἴτια συνεβούλευε, παλαιός τ’ ἂν ἦν ὁ τοιοῦτος λόγος, ἐγώ τε οὐδὲν ἂν ἐμεμφόμην αὐτῷ, παρῄνηται γὰρ</w:t>
      </w:r>
    </w:p>
    <w:p>
      <w:r>
        <w:rPr>
          <w:rFonts w:ascii="Courier New" w:hAnsi="Courier New"/>
          <w:color w:val="555555"/>
          <w:sz w:val="20"/>
        </w:rPr>
        <w:t>[10 . 255]</w:t>
      </w:r>
    </w:p>
    <w:p>
      <w:r>
        <w:rPr>
          <w:rFonts w:ascii="Gentium Plus" w:hAnsi="Gentium Plus"/>
          <w:sz w:val="24"/>
        </w:rPr>
        <w:t>τινὶ καὶ μεθόδῳ περὶ θεραπείας ἑλκῶν ἔγραψαν, ὡς ἐκκο‐ πτέον ἐστὶ τὰς ἐργαζομένας αἰτίας αὐτὰ, καθάπερ, οἶμαι, καὶ τῶν ἄλλων ἁπάντων νοσημάτων. οὐ γὰρ δὴ ἐπὶ μὲν τῶν ἑλκῶν ἔτι μενούσης τῆς ποιούσης αὐτὰ αἰτίας κάλλιον ἐκεί‐</w:t>
      </w:r>
    </w:p>
    <w:p>
      <w:r>
        <w:rPr>
          <w:rFonts w:ascii="Courier New" w:hAnsi="Courier New"/>
          <w:color w:val="555555"/>
          <w:sz w:val="20"/>
        </w:rPr>
        <w:t>[5]</w:t>
      </w:r>
    </w:p>
    <w:p>
      <w:r>
        <w:rPr>
          <w:rFonts w:ascii="Gentium Plus" w:hAnsi="Gentium Plus"/>
          <w:sz w:val="24"/>
        </w:rPr>
        <w:t>νην πρότερον ἐκκόπτειν, ἐπὶ δὲ τῶν ἄλλων νοσημάτων οὐ κάλλιον, ἀλλ’ ἐπὶ πάντων ἁπλῶς ὧν τὸ ποιοῦν ἔτι πάρεστιν ἀπ’ ἐκείνου τῆς θεραπείας ἀρκτέον. εἰ δὲ τὰ κωλύοντα τὴν σύμφυσιν οὐκ ἐπὶ τῶν αἰτίων ἁπάντων ὅσα τοῦτο πέφυκε δρᾷν, ἀλλ’ ἐπὶ τῶν χειλῶν εἴρηκε μόνον, ὡς ἐξ ὧν ἐπιφέρει</w:t>
      </w:r>
    </w:p>
    <w:p>
      <w:r>
        <w:rPr>
          <w:rFonts w:ascii="Courier New" w:hAnsi="Courier New"/>
          <w:color w:val="555555"/>
          <w:sz w:val="20"/>
        </w:rPr>
        <w:t>[10]</w:t>
      </w:r>
    </w:p>
    <w:p>
      <w:r>
        <w:rPr>
          <w:rFonts w:ascii="Gentium Plus" w:hAnsi="Gentium Plus"/>
          <w:sz w:val="24"/>
        </w:rPr>
        <w:t>δῆλός ἐστιν, πλέον ἀγνοεῖν ἔοικεν ἢ γινώσκειν εἰς ἑλκῶν ἴασιν. εἴη μὲν γὰρ ἄν ποτε καὶ τοῦτο μόνον αἴτιον τοῦ μὴ θεραπεύεσθαι τὸ ἕλκος· εἴη δ’ ἂν οὐδὲν ἧττον, ὡς εἴρηται, καὶ ἡ χωρὶς ὄγκου παρὰ φύσιν ἐν τοῖς ἡλκωμένοις μέρεσι δυσ‐ κρασία καὶ ἡ μετ’ ὄγκου μέν τινος, ἀλλ’ οὐ πάντως τοῦ γε</w:t>
      </w:r>
    </w:p>
    <w:p>
      <w:r>
        <w:rPr>
          <w:rFonts w:ascii="Courier New" w:hAnsi="Courier New"/>
          <w:color w:val="555555"/>
          <w:sz w:val="20"/>
        </w:rPr>
        <w:t>[15]</w:t>
      </w:r>
    </w:p>
    <w:p>
      <w:r>
        <w:rPr>
          <w:rFonts w:ascii="Gentium Plus" w:hAnsi="Gentium Plus"/>
          <w:sz w:val="24"/>
        </w:rPr>
        <w:t>περιτομῆς δεομένου· καὶ πρὸς τούτοις ἔτι σκιῤῥὸς ὑπερκεί‐ μενος, ἢ σπλὴν μέγας, ἤ τις ἐν ἥπατι κακοπραγία καὶ χωρὶς</w:t>
      </w:r>
    </w:p>
    <w:p>
      <w:r>
        <w:rPr>
          <w:rFonts w:ascii="Courier New" w:hAnsi="Courier New"/>
          <w:color w:val="555555"/>
          <w:sz w:val="20"/>
        </w:rPr>
        <w:t>[10 . 256]</w:t>
      </w:r>
    </w:p>
    <w:p>
      <w:r>
        <w:rPr>
          <w:rFonts w:ascii="Gentium Plus" w:hAnsi="Gentium Plus"/>
          <w:sz w:val="24"/>
        </w:rPr>
        <w:t>ἐπίτασις οὖσα δυσκρασίας καὶ ἥδε· καὶ μὲν δὴ καὶ ἡ καθ’ ὅλον τὸ σῶμα κακοχυμία μέγιστον τῶν αἰτίων ὅσα λυμαί‐ νεσθαι τοῖς ἕλκεσι πέφυκεν. ἐνοχλεῖ δ’ οὐδὲν ἧττον αὐτοῖς καὶ ἡ καλουμένη πληθώρα. τούτων ἕκαστον εἰ κελεύοι ἐκκό‐</w:t>
      </w:r>
    </w:p>
    <w:p>
      <w:r>
        <w:rPr>
          <w:rFonts w:ascii="Courier New" w:hAnsi="Courier New"/>
          <w:color w:val="555555"/>
          <w:sz w:val="20"/>
        </w:rPr>
        <w:t>[5]</w:t>
      </w:r>
    </w:p>
    <w:p>
      <w:r>
        <w:rPr>
          <w:rFonts w:ascii="Gentium Plus" w:hAnsi="Gentium Plus"/>
          <w:sz w:val="24"/>
        </w:rPr>
        <w:t>πτειν Θεσσαλὸς, ἐπαινῶ τὸν ἄνθρωπον, ὡς ἑπόμενον τοῖς παλαιοῖς· εἰ δὲ τὰ χείλη μόνον, ἓν ἐκ πολλῶν ἔγνωκε, ὃ μη‐ δὲ τοὺς αἰπόλους λανθάνει. εἰ γὰρ σκληρὰ καὶ τετυλωμένα καὶ πελιδνὰ καὶ μέλανα καί τινα ἄλλην ἐπίσημον ἄχροιαν ἔχοντα θεάσαιτό τις αἰπόλος ἕλκους χείλη, πάντως τολμήσει</w:t>
      </w:r>
    </w:p>
    <w:p>
      <w:r>
        <w:rPr>
          <w:rFonts w:ascii="Courier New" w:hAnsi="Courier New"/>
          <w:color w:val="555555"/>
          <w:sz w:val="20"/>
        </w:rPr>
        <w:t>[10]</w:t>
      </w:r>
    </w:p>
    <w:p>
      <w:r>
        <w:rPr>
          <w:rFonts w:ascii="Gentium Plus" w:hAnsi="Gentium Plus"/>
          <w:sz w:val="24"/>
        </w:rPr>
        <w:t>περικόπτειν αὐτά. καὶ γάρ τοι καὶ προχειρότατόν ἐστι τὸ περικόψαι· μεῖζον δέ γε καὶ τεχνικώτερον ἰᾶσθαι φαρμάκοις. Θεσσαλὸς δὲ οὔτε τῶν ὑπὸ φαρμάκων δυναμένων μαλαχθῆ‐ ναι χειλῶν εἰς γνῶσιν ἧκέ ποτε, καὶ γὰρ καὶ λέγουσιν αὐτὸν ἀποστῆναι τελέως τοῦ τοιούτου μέρους τῆς τέχνης, ὥσπερ</w:t>
      </w:r>
    </w:p>
    <w:p>
      <w:r>
        <w:rPr>
          <w:rFonts w:ascii="Courier New" w:hAnsi="Courier New"/>
          <w:color w:val="555555"/>
          <w:sz w:val="20"/>
        </w:rPr>
        <w:t>[15]</w:t>
      </w:r>
    </w:p>
    <w:p>
      <w:r>
        <w:rPr>
          <w:rFonts w:ascii="Gentium Plus" w:hAnsi="Gentium Plus"/>
          <w:sz w:val="24"/>
        </w:rPr>
        <w:t>οὖν ἐμφαίνει καὶ αὐτὸς, οὔθ’ ὅλως ἐμπειρίαν ἢ λογικὴν ἐπι‐ στήμην ἔοικεν ἔχειν οὐδενὸς φαρμάκου· καθότι καὶ τοῦτο διὰ τοῦ περὶ φαρμάκων ἐνδείκνυται βιβλίου. ἀλλὰ περὶ μὲν τῶν</w:t>
      </w:r>
    </w:p>
    <w:p>
      <w:r>
        <w:rPr>
          <w:rFonts w:ascii="Courier New" w:hAnsi="Courier New"/>
          <w:color w:val="555555"/>
          <w:sz w:val="20"/>
        </w:rPr>
        <w:t>[10 . 257]</w:t>
      </w:r>
    </w:p>
    <w:p>
      <w:r>
        <w:rPr>
          <w:rFonts w:ascii="Gentium Plus" w:hAnsi="Gentium Plus"/>
          <w:sz w:val="24"/>
        </w:rPr>
        <w:t>διαλέξομαι· περὶ δὲ τῆς τῶν χρονίων ἑλκῶν ἰάσεως, ἣν ἐν τῇ προγεγραμμένῃ ῥήσει Θεσσαλὸς ἐποιήσατο, πρόκειταί μοι τό γε νῦν εἶναι διελθεῖν. ἄμεινον μὲν ἦν δήπου μὴ χρόνια καλεῖν, ἀλλὰ κακοήθη ταῦτα, καὶ τὴν φύσιν αὐτῶν ἐκδιη‐</w:t>
      </w:r>
    </w:p>
    <w:p>
      <w:r>
        <w:rPr>
          <w:rFonts w:ascii="Courier New" w:hAnsi="Courier New"/>
          <w:color w:val="555555"/>
          <w:sz w:val="20"/>
        </w:rPr>
        <w:t>[5]</w:t>
      </w:r>
    </w:p>
    <w:p>
      <w:r>
        <w:rPr>
          <w:rFonts w:ascii="Gentium Plus" w:hAnsi="Gentium Plus"/>
          <w:sz w:val="24"/>
        </w:rPr>
        <w:t>γήσασθαι καὶ τὰς αἰτίας τῆς γενέσεως εἰπεῖν καὶ τὴν θερα‐ πείαν ἑκάστου, τὴν μὲν ὡς ἐφ’ ἕλκει κοινὴν ἁπάντων αὐτῶν οἵαν ἐν τῷ τρίτῳ γράμματι διῆλθον· ἰδίαν δ’ ἐφ’ ἑκάστου, κατὰ τὸ τῆς ἐργαζομένης αἰτίας εἶδος, ὡς ἐν τούτῳ τῷ λόγῳ διωρισάμην. ὁ δὲ οὐδὲν τούτων ποιήσας καὶ νεωτεροποιεῖν</w:t>
      </w:r>
    </w:p>
    <w:p>
      <w:r>
        <w:rPr>
          <w:rFonts w:ascii="Courier New" w:hAnsi="Courier New"/>
          <w:color w:val="555555"/>
          <w:sz w:val="20"/>
        </w:rPr>
        <w:t>[10]</w:t>
      </w:r>
    </w:p>
    <w:p>
      <w:r>
        <w:rPr>
          <w:rFonts w:ascii="Gentium Plus" w:hAnsi="Gentium Plus"/>
          <w:sz w:val="24"/>
        </w:rPr>
        <w:t>τοὺς ἡλκωμένους τόπους ἀξιοῖ καὶ παραπλήσια τοῖς νεοτρώ‐ τοις ἀπεργασάμενος ἐναίμους ἰᾶσθαι. τοῦτο μέν γε ναὶ μὰ τὸν Ἀσκληπιὸν ἐναργῶς ἄν τις γνωρίσειε τοῖς ἔργοις τῆς τέχνης ἐγγεγυμνασμένος, ὡς ὑπ’ ἀνθρώπου γέγραπται ταῦτα μηδέποτε προνοήσαντος ἕλκους. ἐναίμως ἰᾶσθαι δύναταί τις,</w:t>
      </w:r>
    </w:p>
    <w:p>
      <w:r>
        <w:rPr>
          <w:rFonts w:ascii="Courier New" w:hAnsi="Courier New"/>
          <w:color w:val="555555"/>
          <w:sz w:val="20"/>
        </w:rPr>
        <w:t>[15]</w:t>
      </w:r>
    </w:p>
    <w:p>
      <w:r>
        <w:rPr>
          <w:rFonts w:ascii="Gentium Plus" w:hAnsi="Gentium Plus"/>
          <w:sz w:val="24"/>
        </w:rPr>
        <w:t>ἕλκος χρόνιον ὅμοιον τοῖς νεοτρώτοις ἐργασάμενος, ἀγκτῆρσι συναγαγὼν, ἢ ῥάψας αὐτοῦ τὰ χείλη· ἢ τούτων μὲν οὐδενὶ, ἐναίμῳ δέ τινι φαρμάκῳ καὶ μόνῃ σὺν αὐτῷ θαῤῥήσας ἐπι‐</w:t>
      </w:r>
    </w:p>
    <w:p>
      <w:r>
        <w:rPr>
          <w:rFonts w:ascii="Courier New" w:hAnsi="Courier New"/>
          <w:color w:val="555555"/>
          <w:sz w:val="20"/>
        </w:rPr>
        <w:t>[10 . 258]</w:t>
      </w:r>
    </w:p>
    <w:p>
      <w:r>
        <w:rPr>
          <w:rFonts w:ascii="Gentium Plus" w:hAnsi="Gentium Plus"/>
          <w:sz w:val="24"/>
        </w:rPr>
        <w:t>κοῖλόν ἐστιν, ὡς ἂν ἐξ ἀναβρώσεως γενόμενον; ἆρ’ οὖν, ὦ σοφώτατε Θεσσαλὲ, πρὶν σαρκωθῆναι τὸ κοῖλον ἕλκος, εἰς σύμφυσιν ἀχθῆναι δύναται; ἢ οὐ τοῦτ’ ἔστι τὸ ἐναίμως ἰᾶσθαι; μάτην τοίνυν αὐτὸς σὺ τῶν κοίλων ἑλκῶν τὸν σκο‐</w:t>
      </w:r>
    </w:p>
    <w:p>
      <w:r>
        <w:rPr>
          <w:rFonts w:ascii="Courier New" w:hAnsi="Courier New"/>
          <w:color w:val="555555"/>
          <w:sz w:val="20"/>
        </w:rPr>
        <w:t>[5]</w:t>
      </w:r>
    </w:p>
    <w:p>
      <w:r>
        <w:rPr>
          <w:rFonts w:ascii="Gentium Plus" w:hAnsi="Gentium Plus"/>
          <w:sz w:val="24"/>
        </w:rPr>
        <w:t>πὸν οὐ κόλλησιν, ἀλλὰ πλήρωσιν ἔγραψας. εἰ δὲ καὶ μὴ δι’ ἑαυτὸ κοῖλον ἦν ἅπαν ἕλκος κακόηθες, ἀλλά τοί γ’ ἐν τῷ νεωτεροποιεῖν, αὐτοῦ τὰ χείλη περικόπτοντας ὡς σὺ κελεύεις, ἐξ ἀνάγκης οἶμαι καὶ κοῖλον γίνεται καὶ πλείστην ἴσχει τῶν χειλῶν τὴν διάστασιν· ὥστ’ οὐκ οἶδα πῶς ἔτι κολλήσεις αὐτὸ</w:t>
      </w:r>
    </w:p>
    <w:p>
      <w:r>
        <w:rPr>
          <w:rFonts w:ascii="Courier New" w:hAnsi="Courier New"/>
          <w:color w:val="555555"/>
          <w:sz w:val="20"/>
        </w:rPr>
        <w:t>[10]</w:t>
      </w:r>
    </w:p>
    <w:p>
      <w:r>
        <w:rPr>
          <w:rFonts w:ascii="Gentium Plus" w:hAnsi="Gentium Plus"/>
          <w:sz w:val="24"/>
        </w:rPr>
        <w:t>καὶ συμφύσεις ἐναίμως. εἰ γὰρ προσάγειν ἐπιχειρήσεις βιαίως τὰ διεστῶτα πάμπολυ χείλη, φλεγμανεῖ μὲν ἐξ ἀνάγκης, οὐ συμφύσεται δέ. τούτου καὶ μόνου συνιέναι μοι δοκεῖ καὶ Θεσ‐ σαλός· ἐπιφέρει γοῦν, κᾂν μὴ κρατηθῇ, παρηγορεῖν τὴν φλεγ‐ μονήν. ἄμεινον δὲ ἦν γράψαι καὶ μὴ κρατηθέντων παρηγο‐</w:t>
      </w:r>
    </w:p>
    <w:p>
      <w:r>
        <w:rPr>
          <w:rFonts w:ascii="Courier New" w:hAnsi="Courier New"/>
          <w:color w:val="555555"/>
          <w:sz w:val="20"/>
        </w:rPr>
        <w:t>[15]</w:t>
      </w:r>
    </w:p>
    <w:p>
      <w:r>
        <w:rPr>
          <w:rFonts w:ascii="Gentium Plus" w:hAnsi="Gentium Plus"/>
          <w:sz w:val="24"/>
        </w:rPr>
        <w:t>ρεῖν τὴν φλεγμονὴν, ἐξ ἀνάγκης γὰρ οὐ κρατηθήσεται. ἀλλ’ εἰ καὶ τοῦτο συγχωρηθείη τῷ Θεσσαλῷ καὶ παρέλθοιμεν αὐτὸ</w:t>
      </w:r>
    </w:p>
    <w:p>
      <w:r>
        <w:rPr>
          <w:rFonts w:ascii="Courier New" w:hAnsi="Courier New"/>
          <w:color w:val="555555"/>
          <w:sz w:val="20"/>
        </w:rPr>
        <w:t>[10 . 259]</w:t>
      </w:r>
    </w:p>
    <w:p>
      <w:r>
        <w:rPr>
          <w:rFonts w:ascii="Gentium Plus" w:hAnsi="Gentium Plus"/>
          <w:sz w:val="24"/>
        </w:rPr>
        <w:t>τῆς κοινότητος ἧς αὐτὸς ὑπέθετο πρόδηλον παντί. εἰ γὰρ τὸ ἐμποδίζον ἐξαιρήσομεν, οὐδὲν ἔτι περὶ τῆς τῶν χρονίων ἑλκῶν ὡς χρονίων κοινότητος ληψόμεθα. ἀλλ’ ἔστω καὶ τοῦτο. θεα‐ σώμεθα δὲ τὰ ἐφεξῆς, γράφει γοῦν ὧδε· τὰ δ’ εἰς οὐλὴν ἐρχό‐</w:t>
      </w:r>
    </w:p>
    <w:p>
      <w:r>
        <w:rPr>
          <w:rFonts w:ascii="Courier New" w:hAnsi="Courier New"/>
          <w:color w:val="555555"/>
          <w:sz w:val="20"/>
        </w:rPr>
        <w:t>[5]</w:t>
      </w:r>
    </w:p>
    <w:p>
      <w:r>
        <w:rPr>
          <w:rFonts w:ascii="Gentium Plus" w:hAnsi="Gentium Plus"/>
          <w:sz w:val="24"/>
        </w:rPr>
        <w:t>μενα καὶ ἀναλυόμενα κατὰ μὲν τοὺς παροξυσμοὺς καὶ τὰς ἑλκώσεις ὁμοίως θεραπεύειν τοῖς προσφάτως φλεγμαίνουσι. μετὰ δὲ ταῦτα φησί· φοινίσσειν τὰ κύκλῳ μέρη τῷ διὰ τοῦ νάπυος μαλάγματι. τί φῂς, ἄνθρωπε, κᾂν δριμὺ, κᾂν θερμὸν ῥεῦμα τὸ φερόμενον ᾖ, φοινίσσειν χρὴ νάπυϊ τὸ μόριον; ἵν’</w:t>
      </w:r>
    </w:p>
    <w:p>
      <w:r>
        <w:rPr>
          <w:rFonts w:ascii="Courier New" w:hAnsi="Courier New"/>
          <w:color w:val="555555"/>
          <w:sz w:val="20"/>
        </w:rPr>
        <w:t>[10]</w:t>
      </w:r>
    </w:p>
    <w:p>
      <w:r>
        <w:rPr>
          <w:rFonts w:ascii="Gentium Plus" w:hAnsi="Gentium Plus"/>
          <w:sz w:val="24"/>
        </w:rPr>
        <w:t>ὅπερ ἐν πολλῷ χρόνῳ πάσχειν ὑπὸ τοῦ ῥεύματος ἔμελλεν, ὑπὸ τοῦ Θεσσαλείου ταχέως πάθοι φαρμάκου, πᾶν ἑλκωθέν τε καὶ ἀναβρωθέν; τὰς γὰρ διὰ ψύξιν ἢ ὑγρότητα πολλὴν ἄνευ θερμασίας ἐπιφανοῦς ἀτονίας τῶν μερῶν φοινιγμοῖς ἐθερά‐ πευον οἱ παλαιοί. σὺ δ’ ἑξῆς ἐπὶ πάντων χρᾷ, πρῶτον μὲν</w:t>
      </w:r>
    </w:p>
    <w:p>
      <w:r>
        <w:rPr>
          <w:rFonts w:ascii="Courier New" w:hAnsi="Courier New"/>
          <w:color w:val="555555"/>
          <w:sz w:val="20"/>
        </w:rPr>
        <w:t>[15]</w:t>
      </w:r>
    </w:p>
    <w:p>
      <w:r>
        <w:rPr>
          <w:rFonts w:ascii="Gentium Plus" w:hAnsi="Gentium Plus"/>
          <w:sz w:val="24"/>
        </w:rPr>
        <w:t>αὐτὸ τοῦτο μὴ διορισάμενος, εἴτε δι’ ἀτονίαν τοῦ μέρους, εἴτε διὰ κακοήθειαν τοῦ ῥεύματος, οὐ θεραπεύεται τὸ ἕλκος.</w:t>
      </w:r>
    </w:p>
    <w:p>
      <w:r>
        <w:rPr>
          <w:rFonts w:ascii="Courier New" w:hAnsi="Courier New"/>
          <w:color w:val="555555"/>
          <w:sz w:val="20"/>
        </w:rPr>
        <w:t>[10 . 260]</w:t>
      </w:r>
    </w:p>
    <w:p>
      <w:r>
        <w:rPr>
          <w:rFonts w:ascii="Gentium Plus" w:hAnsi="Gentium Plus"/>
          <w:sz w:val="24"/>
        </w:rPr>
        <w:t>νάπυϊ τὸ μέρος ἀνύσῃς μηδὲν, ἐπὶ τὴν τοῦ παντὸς σώματος ἔρχῃ θεραπείαν· ἔμπαλιν δ’, οἶμαι, καὶ τῷ λόγῳ καὶ τῇ πείρᾳ περὶ τούτων ἔγνωσται, τὸ σύμπαν σῶμα πρότερον ἀπέριττον ἐργασαμένους τολμᾷν ἐπιφέρειν τι τῷ μορίῳ θερμαῖνον καὶ</w:t>
      </w:r>
    </w:p>
    <w:p>
      <w:r>
        <w:rPr>
          <w:rFonts w:ascii="Courier New" w:hAnsi="Courier New"/>
          <w:color w:val="555555"/>
          <w:sz w:val="20"/>
        </w:rPr>
        <w:t>[5]</w:t>
      </w:r>
    </w:p>
    <w:p>
      <w:r>
        <w:rPr>
          <w:rFonts w:ascii="Gentium Plus" w:hAnsi="Gentium Plus"/>
          <w:sz w:val="24"/>
        </w:rPr>
        <w:t>δριμὺ φάρμακον. ἕλκειν γὰρ ἐφ’ ἑαυτὰ πέφυκεν ἐξ ὅλου τοῦ σώματος ἅπαντα τὰ τοιαῦτα δίκην σικύας. ἐὰν μὴ φθάσῃς κενώσας αὐτὸ, χορηγίαν ῥεύματος ἐγκαταλείψεις τῷ δριμεῖ φαρμάκῳ. τοῦτο καὶ τοῖς ἐμπειρικοῖς ἰατροῖς ὡμολόγηται καὶ τοῖς δογματικοῖς· τοῦτο καὶ τοῖς ἀρίστοις ἐδόκει τῶν</w:t>
      </w:r>
    </w:p>
    <w:p>
      <w:r>
        <w:rPr>
          <w:rFonts w:ascii="Courier New" w:hAnsi="Courier New"/>
          <w:color w:val="555555"/>
          <w:sz w:val="20"/>
        </w:rPr>
        <w:t>[10]</w:t>
      </w:r>
    </w:p>
    <w:p>
      <w:r>
        <w:rPr>
          <w:rFonts w:ascii="Gentium Plus" w:hAnsi="Gentium Plus"/>
          <w:sz w:val="24"/>
        </w:rPr>
        <w:t>φιλοσόφων· ἐπειδὴ γὰρ κᾀκείνων μέμνηται Θεσσαλὸς, οὐ χεῖρον αὐτοὺς ἐπικαλέσασθαι μάρτυρας, ὡς ὀφθαλμὸν οὐκ ἐγχωρεῖ καλῶς ἰάσασθαι πρὸ τῆς ὅλης κεφαλῆς, οὐδὲ ταύ‐ την ἄνευ τοῦ παντὸς σώματος. οὕτως Ἀριστοτέλης καὶ Πλάτων ἐγίνωσκεν ὑπὲρ νοσημάτων ἰάσεως· οὕτω δὲ καὶ</w:t>
      </w:r>
    </w:p>
    <w:p>
      <w:r>
        <w:rPr>
          <w:rFonts w:ascii="Courier New" w:hAnsi="Courier New"/>
          <w:color w:val="555555"/>
          <w:sz w:val="20"/>
        </w:rPr>
        <w:t>[15]</w:t>
      </w:r>
    </w:p>
    <w:p>
      <w:r>
        <w:rPr>
          <w:rFonts w:ascii="Gentium Plus" w:hAnsi="Gentium Plus"/>
          <w:sz w:val="24"/>
        </w:rPr>
        <w:t>Ἱπποκράτης καὶ Διοκλῆς καὶ Πραξαγόρας καὶ Πλειστόνικος καὶ πάντες οἱ παλαιοί. Θεσσαλὸς δὲ μόνος ἔμπαλιν ἐπὶ τὸ διὰ τοῦ νάπυος ἥκει φάρμακον πρῶτον· εἶθ’ ὕστερον</w:t>
      </w:r>
    </w:p>
    <w:p>
      <w:r>
        <w:rPr>
          <w:rFonts w:ascii="Courier New" w:hAnsi="Courier New"/>
          <w:color w:val="555555"/>
          <w:sz w:val="20"/>
        </w:rPr>
        <w:t>[10 . 261]</w:t>
      </w:r>
    </w:p>
    <w:p>
      <w:r>
        <w:rPr>
          <w:rFonts w:ascii="Gentium Plus" w:hAnsi="Gentium Plus"/>
          <w:sz w:val="24"/>
        </w:rPr>
        <w:t>φρονίμως οὐδὲν ὑποτιθέμενος. ἐνὸν γὰρ ἅπαξ ἐκκενώ‐ σαντα τὸ σῶμα καθαίροντι φαρμάκῳ, μετὰ τοῦτο χρηστῶς ἀνατρέφειν, ἀναφωνήσεώς τε μέμνηται καὶ γυμνασίων αἰωρή‐ σεών τε καὶ διαίτης ἐκ περιόδου μεταβαλλομένης καί</w:t>
      </w:r>
    </w:p>
    <w:p>
      <w:r>
        <w:rPr>
          <w:rFonts w:ascii="Courier New" w:hAnsi="Courier New"/>
          <w:color w:val="555555"/>
          <w:sz w:val="20"/>
        </w:rPr>
        <w:t>[5]</w:t>
      </w:r>
    </w:p>
    <w:p>
      <w:r>
        <w:rPr>
          <w:rFonts w:ascii="Gentium Plus" w:hAnsi="Gentium Plus"/>
          <w:sz w:val="24"/>
        </w:rPr>
        <w:t>τινος ἀπὸ ῥαφανίδων ἐμέτου· κᾄπειτα τὸν κολοφῶνα τούτοις ἐπάγει, τὸν ἐλλέβορον αὐτὸν, ὁ χωρὶς περιεργίας ἐπαγγειλά‐ μενος ἅπαντα θεραπεύειν. ἐγὼ δ’ οὐδ’ ἐπινοῆσαι δύναμαι πῶς ἄν τις χεῖρον, ἢ μακρότερον, ἢ περιεργότερον ἕλκος ἰάσαιτο. φέρε γὰρ, ἵν’ ὥσπερ ἔργῳ πολλάκις ἑωράκαμεν, οὕτω</w:t>
      </w:r>
    </w:p>
    <w:p>
      <w:r>
        <w:rPr>
          <w:rFonts w:ascii="Courier New" w:hAnsi="Courier New"/>
          <w:color w:val="555555"/>
          <w:sz w:val="20"/>
        </w:rPr>
        <w:t>[10]</w:t>
      </w:r>
    </w:p>
    <w:p>
      <w:r>
        <w:rPr>
          <w:rFonts w:ascii="Gentium Plus" w:hAnsi="Gentium Plus"/>
          <w:sz w:val="24"/>
        </w:rPr>
        <w:t>καὶ τῷ λόγῳ πλάσωμεν ἄνθρωπον ἰάσεως ἕλκους κακοήθους δεόμενον. ἔστω τις ὑγιαίνων μὲν τἄλλα, κνησάμενος δ’ ἐξαίφνης ὁτιοῦν μόριον, εἰ βούλει πῆχυν, ἐγειράτω παραχρῆμα φλύκταιναν· εἶτ’ αὖθις καὶ αὖθις κνησμῶδες γιγνέσθω ταὐτὸ τοῦτο μόριον· ἐκραγείσης δὲ τῆς φλυκταίνης ἕλκος κακό‐</w:t>
      </w:r>
    </w:p>
    <w:p>
      <w:r>
        <w:rPr>
          <w:rFonts w:ascii="Courier New" w:hAnsi="Courier New"/>
          <w:color w:val="555555"/>
          <w:sz w:val="20"/>
        </w:rPr>
        <w:t>[15]</w:t>
      </w:r>
    </w:p>
    <w:p>
      <w:r>
        <w:rPr>
          <w:rFonts w:ascii="Gentium Plus" w:hAnsi="Gentium Plus"/>
          <w:sz w:val="24"/>
        </w:rPr>
        <w:t>χρουν, ἀνωμάλως ἀναβιβρωσκόμενον γενέσθω· καὶ ταῦτ’ ἐν τρισὶν ἢ τέτταρσιν ἡμέραις ἀπὸ τῆς ἀρχῆς συμπιπτέτω. λε‐ γέτω δή τις ἐνταῦθά μοι τῶν Θεσσαλείων ἰατρῶν ὅντινα</w:t>
      </w:r>
    </w:p>
    <w:p>
      <w:r>
        <w:rPr>
          <w:rFonts w:ascii="Courier New" w:hAnsi="Courier New"/>
          <w:color w:val="555555"/>
          <w:sz w:val="20"/>
        </w:rPr>
        <w:t>[10 . 262]</w:t>
      </w:r>
    </w:p>
    <w:p>
      <w:r>
        <w:rPr>
          <w:rFonts w:ascii="Gentium Plus" w:hAnsi="Gentium Plus"/>
          <w:sz w:val="24"/>
        </w:rPr>
        <w:t>κακόηθές τε πάντως ὑπάρχειν αὐτὸ καὶ διὰ τοῦτο συνεπι‐ σκέψομαι παραχρῆμα τὴν τοῦ παντὸς σώματος διάθεσιν, ὁποία τίς ἐστιν. εὑρήσω γὰρ ἔκ τε τῶν περὶ τὸ ἕλκος συμ‐ πτωμάτων κᾀκ τῶν περὶ σύμπαν τὸ σῶμα φαινομένων ση‐</w:t>
      </w:r>
    </w:p>
    <w:p>
      <w:r>
        <w:rPr>
          <w:rFonts w:ascii="Courier New" w:hAnsi="Courier New"/>
          <w:color w:val="555555"/>
          <w:sz w:val="20"/>
        </w:rPr>
        <w:t>[5]</w:t>
      </w:r>
    </w:p>
    <w:p>
      <w:r>
        <w:rPr>
          <w:rFonts w:ascii="Gentium Plus" w:hAnsi="Gentium Plus"/>
          <w:sz w:val="24"/>
        </w:rPr>
        <w:t>μείων, ὁποῖος μάλιστα τὴν ἰδέαν ἐστὶν ὁ πλεονάζων χυμός· καὶ τοῦτον ἐκκενώσω φαρμάκῳ παρασχρῆμα· καὶ οὐκ ἀνα‐ μενῶ τὸν πῆχυν ὅλον τἀνθρώπου διάθεσίν τινα κακοήθη καὶ δυσίατον σχεῖν. οἱ δ’ ἀπὸ τοῦ Θεσσαλοῦ, τὰς ἐκείνων δηλονότι φυλάττοντες ὑποθήκας, πρῶτον ἀναμενοῦσι χρό‐</w:t>
      </w:r>
    </w:p>
    <w:p>
      <w:r>
        <w:rPr>
          <w:rFonts w:ascii="Courier New" w:hAnsi="Courier New"/>
          <w:color w:val="555555"/>
          <w:sz w:val="20"/>
        </w:rPr>
        <w:t>[10]</w:t>
      </w:r>
    </w:p>
    <w:p>
      <w:r>
        <w:rPr>
          <w:rFonts w:ascii="Gentium Plus" w:hAnsi="Gentium Plus"/>
          <w:sz w:val="24"/>
        </w:rPr>
        <w:t>νιον γενέσθαι τὸ ἕλκος, ἵν’ εἰς τὴν θαυμαστὴν ἐμπέσῃ κοινό‐ τητα νῶν χρονίων ἑλκῶν, ὥσπερ οὐκ ὂν ἄμεινον μακρῷ κακοηθῶν ἑλκῶν, ἀλλὰ μὴ χρονίων ἐνδεικτικὴν θεραπείας ὑποθέσθαι κοινότητα. εἶτα δυοῖν θάτερον, ἢ ἐκκόψουσι καὶ νεωτεροποιήσουσι καὶ συνάξουσιν ὡς εἰς κόλλησιν, ἢ πρῶτον</w:t>
      </w:r>
    </w:p>
    <w:p>
      <w:r>
        <w:rPr>
          <w:rFonts w:ascii="Courier New" w:hAnsi="Courier New"/>
          <w:color w:val="555555"/>
          <w:sz w:val="20"/>
        </w:rPr>
        <w:t>[15]</w:t>
      </w:r>
    </w:p>
    <w:p>
      <w:r>
        <w:rPr>
          <w:rFonts w:ascii="Gentium Plus" w:hAnsi="Gentium Plus"/>
          <w:sz w:val="24"/>
        </w:rPr>
        <w:t>μὲν τῷ διὰ τοῦ νάπυος χρήσονται φαρμάκῳ, τούτου δ’ ἀνύ‐ σαντος μηδὲν ἐπὶ τὰς ἀναφωνήσεις τε καὶ τὰς αἰωρήσεις καὶ τὰ ἄλλα γυμνάσια καὶ τὰς τῆς διαίτης κατὰ περιόδους μετα‐</w:t>
      </w:r>
    </w:p>
    <w:p>
      <w:r>
        <w:rPr>
          <w:rFonts w:ascii="Courier New" w:hAnsi="Courier New"/>
          <w:color w:val="555555"/>
          <w:sz w:val="20"/>
        </w:rPr>
        <w:t>[10 . 263]</w:t>
      </w:r>
    </w:p>
    <w:p>
      <w:r>
        <w:rPr>
          <w:rFonts w:ascii="Gentium Plus" w:hAnsi="Gentium Plus"/>
          <w:sz w:val="24"/>
        </w:rPr>
        <w:t>χρήσονται, καὶ μηδὲ τούτων ἰασαμένων τὸ ἕλκος ἐλλέβορον δώσουσιν· ἂν δὲ μηδ’ οὗτος ἀνύσῃ μηδὲν, ἀποπέμψουσιν εἰς Λιβύην τὸν ἄνθρωπον· ἔτι γὰρ τοῦτ’ ἔδει προσγεγραφέ‐ ναι τὸν Θεσσαλὸν ἐπὶ τῇ θαυμαστῇ τῶν ἑλκῶν τῶν κακοη‐</w:t>
      </w:r>
    </w:p>
    <w:p>
      <w:r>
        <w:rPr>
          <w:rFonts w:ascii="Courier New" w:hAnsi="Courier New"/>
          <w:color w:val="555555"/>
          <w:sz w:val="20"/>
        </w:rPr>
        <w:t>[5]</w:t>
      </w:r>
    </w:p>
    <w:p>
      <w:r>
        <w:rPr>
          <w:rFonts w:ascii="Gentium Plus" w:hAnsi="Gentium Plus"/>
          <w:sz w:val="24"/>
        </w:rPr>
        <w:t>θῶν ἰάσει. κατατρίβει γοῦν ἐν ἀναφωνήσεσιν, αἰώραις τε καὶ τοῖς τοιούτοις ὥσπερ καχεξίαν, ἀλλ’ οὐ κακοχυμίαν θε‐ ραπεύων. καὶ τί θαυμαστὸν, εἰ μήτε γνωρίζειν ὁμολογοῦσιν ἄρτι συνιστάμενον ἕλκος κακόηθες, ἀναμένουσί τε χρόνιον αὐτὸ γενέσθαι καὶ πολλάκις μὲν ἐπουλωθῆναι, πολλάκις δ’</w:t>
      </w:r>
    </w:p>
    <w:p>
      <w:r>
        <w:rPr>
          <w:rFonts w:ascii="Courier New" w:hAnsi="Courier New"/>
          <w:color w:val="555555"/>
          <w:sz w:val="20"/>
        </w:rPr>
        <w:t>[10]</w:t>
      </w:r>
    </w:p>
    <w:p>
      <w:r>
        <w:rPr>
          <w:rFonts w:ascii="Gentium Plus" w:hAnsi="Gentium Plus"/>
          <w:sz w:val="24"/>
        </w:rPr>
        <w:t>ἀναλυθῆναι πρὸ τοῦ γνῶναι τί ποιητέον ἐστὶν, ὅπου καὶ τοὺς ὁπωσοῦν πυρέξαντας ὑπερβάλλειν ἀξιοῦσι τὸν διὰ τρίτης ἡμέρας ἤτοι γενησόμενον ἢ μὴ γενησόμενον παρο‐ ξυσμόν· οὕτως ἀκριβῶς ἄρα τὴν περὶ κρίσεων ἐκμεμαθήκασι θεωρίαν, ἢ τῆς μελλούσης ἀκμῆς τοῦ νοσήματος ὑπάρχουσι</w:t>
      </w:r>
    </w:p>
    <w:p>
      <w:r>
        <w:rPr>
          <w:rFonts w:ascii="Courier New" w:hAnsi="Courier New"/>
          <w:color w:val="555555"/>
          <w:sz w:val="20"/>
        </w:rPr>
        <w:t>[15]</w:t>
      </w:r>
    </w:p>
    <w:p>
      <w:r>
        <w:rPr>
          <w:rFonts w:ascii="Gentium Plus" w:hAnsi="Gentium Plus"/>
          <w:sz w:val="24"/>
        </w:rPr>
        <w:t>προγνωστικοί. τί δὴ συμβαίνει πολλάκις; ἐπὶ τῆς κλίνης κατασήπεσθαι τοὺς ἀνθρώπους ὑπ’ αὐτῶν, ἀπηλλάχθαι δυ‐ ναμένους εὐθὺς ἐν τῇ δευτέρᾳ τῶν ἡμερῶν. οὐχ ἅπαξ γὰρ</w:t>
      </w:r>
    </w:p>
    <w:p>
      <w:r>
        <w:rPr>
          <w:rFonts w:ascii="Courier New" w:hAnsi="Courier New"/>
          <w:color w:val="555555"/>
          <w:sz w:val="20"/>
        </w:rPr>
        <w:t>[10 . 264]</w:t>
      </w:r>
    </w:p>
    <w:p>
      <w:r>
        <w:rPr>
          <w:rFonts w:ascii="Gentium Plus" w:hAnsi="Gentium Plus"/>
          <w:sz w:val="24"/>
        </w:rPr>
        <w:t>πυρεξάντων ἐλουσάμεθα, ἅμα τῷ παύσασθαι τὸν πρῶτον παροξυσμόν· τούς τε διδασκάλους ἡμῶν ἐθεασάμεθα ταὐτὸ τοῦτο ποιοῦντας· ἀδεῶς τε τοῦ λοιποῦ διαιτᾶσθαι συνεχω‐ ρήσαμεν, ὡς οὐκ ἂν ἔτι πυρέξοντας, οὓς ὁ σοφώτατος Θεσσα‐</w:t>
      </w:r>
    </w:p>
    <w:p>
      <w:r>
        <w:rPr>
          <w:rFonts w:ascii="Courier New" w:hAnsi="Courier New"/>
          <w:color w:val="555555"/>
          <w:sz w:val="20"/>
        </w:rPr>
        <w:t>[5]</w:t>
      </w:r>
    </w:p>
    <w:p>
      <w:r>
        <w:rPr>
          <w:rFonts w:ascii="Gentium Plus" w:hAnsi="Gentium Plus"/>
          <w:sz w:val="24"/>
        </w:rPr>
        <w:t>λὸς, ὁ τὴν πρώτην διάτριτον ἐξευρὼν, ἐταρίχευσεν ἂν ὅλαις, οἶμαι, τρισὶ λιμοκτονήσας ἡμέραις· εἶθ’ οὕτως ἔθρε‐ ψεν ἂν, οἶμαι, δηλαδὴ μετρίως τεταρταίους. εἶτα κατ’ ὀλίγον ἀνακομίζων μόλις ἑκταίους ἢ ἑβδομαίους ἀπέλυσεν ἂν ἐπὶ τὰ συνήθη τοὺς ἅπαξ πυρέξαντας. οὕτως ἀεὶ κατασήπουσι</w:t>
      </w:r>
    </w:p>
    <w:p>
      <w:r>
        <w:rPr>
          <w:rFonts w:ascii="Courier New" w:hAnsi="Courier New"/>
          <w:color w:val="555555"/>
          <w:sz w:val="20"/>
        </w:rPr>
        <w:t>[10]</w:t>
      </w:r>
    </w:p>
    <w:p>
      <w:r>
        <w:rPr>
          <w:rFonts w:ascii="Gentium Plus" w:hAnsi="Gentium Plus"/>
          <w:sz w:val="24"/>
        </w:rPr>
        <w:t>τοὺς ἀνθρώπους ἐν τοῖς πάθεσι, κᾂν ἀπαλλαγῆναι ῥᾳδίως αὐτῶν ἦν δυνατόν. ὀλιγίσταις οὖν ἡμέραις οἷόν τε θεραπευ‐ θῆναι κακόηθες ἕλκος ἀρχόμενον ὁ Θεσσαλὸς εἰς ἐνιαυτὸν ἢ καὶ πλείονα χρόνον ἐκπίπτειν ἐᾷ. τὸ γὰρ ἀναμένειν πολλά‐ κις μὲν αὐτὸ συνουλωθῆναι, πολλάκις δ’ ἀναλυθῆναι, ἵν’</w:t>
      </w:r>
    </w:p>
    <w:p>
      <w:r>
        <w:rPr>
          <w:rFonts w:ascii="Courier New" w:hAnsi="Courier New"/>
          <w:color w:val="555555"/>
          <w:sz w:val="20"/>
        </w:rPr>
        <w:t>[15]</w:t>
      </w:r>
    </w:p>
    <w:p>
      <w:r>
        <w:rPr>
          <w:rFonts w:ascii="Gentium Plus" w:hAnsi="Gentium Plus"/>
          <w:sz w:val="24"/>
        </w:rPr>
        <w:t>εἰδῇ εἰ κακόηθες, κᾄπειτα τῆς θεραπείας ἀρξάμενον οὐδ’ οὖν οὐδὲ τότε καθαίρειν εὐθὺς, ἀλλὰ τῷ διὰ τοῦ νάπυος μὲν πρῶτον, εἶτ’ αἰώραις ἀναφωνήσεσί τε καὶ διαίταις χρῆσθαι,</w:t>
      </w:r>
    </w:p>
    <w:p>
      <w:r>
        <w:rPr>
          <w:rFonts w:ascii="Courier New" w:hAnsi="Courier New"/>
          <w:color w:val="555555"/>
          <w:sz w:val="20"/>
        </w:rPr>
        <w:t>[10 . 265]</w:t>
      </w:r>
    </w:p>
    <w:p>
      <w:r>
        <w:rPr>
          <w:rFonts w:ascii="Gentium Plus" w:hAnsi="Gentium Plus"/>
          <w:sz w:val="24"/>
        </w:rPr>
        <w:t>ἀναμένοντός ἐστιν; εἶτ’ ὦ πρὸς θεῶν ἓξ ἡμερῶν, ἢ τὸ πλεῖ‐ στον ἑπτὰ, δυναμένου τἀνθρώπου τεθεραπεῦσθαι, μῆνας ἀναμενοῦμεν πολλοὺς, ἵνα δηλαδὴ πρῶτον μὲν γνῶμεν εἰ χρό‐ νιόν ἐστιν, ἔπειτα δ’ ἀρξώμεθα τῆς θεραπείας; καὶ τίς ἦν</w:t>
      </w:r>
    </w:p>
    <w:p>
      <w:r>
        <w:rPr>
          <w:rFonts w:ascii="Courier New" w:hAnsi="Courier New"/>
          <w:color w:val="555555"/>
          <w:sz w:val="20"/>
        </w:rPr>
        <w:t>[5]</w:t>
      </w:r>
    </w:p>
    <w:p>
      <w:r>
        <w:rPr>
          <w:rFonts w:ascii="Gentium Plus" w:hAnsi="Gentium Plus"/>
          <w:sz w:val="24"/>
        </w:rPr>
        <w:t>ἀνάγκη χρονίων ἑλκῶν ἰδίαν ὑποθέσθαι κοινότητα, μηδὲν εἰς τὰς ἰάσεις ἡμᾶς ὠφελοῦσαν; ἐνὸν μὴ χρονίων, ἀλλὰ κακοη‐ θῶν, οὐ κοινότητα μὰ Δία οὐδὲ τούτων ἐνδεικτικὴν, ἀλλὰ θεραπείαν γράψαι. συμβέβηκε μὲν γάρ τισιν ἕλκεσί τε καὶ νόσοις κακοήθεσιν ὑπάρχειν, οὐ μὴν ἀπὸ τούτου γε ἡ τῆς</w:t>
      </w:r>
    </w:p>
    <w:p>
      <w:r>
        <w:rPr>
          <w:rFonts w:ascii="Courier New" w:hAnsi="Courier New"/>
          <w:color w:val="555555"/>
          <w:sz w:val="20"/>
        </w:rPr>
        <w:t>[10]</w:t>
      </w:r>
    </w:p>
    <w:p>
      <w:r>
        <w:rPr>
          <w:rFonts w:ascii="Gentium Plus" w:hAnsi="Gentium Plus"/>
          <w:sz w:val="24"/>
        </w:rPr>
        <w:t>θεραπείας ἔνδειξις, ἀλλ’ ἡ μὲν διάθεσις αὐτὴ τὸν πρῶτον τῆς ἰάσεως ὑπαγορεύει σκοπόν· ἐξ ἐκείνου δ’ εὑρίσκεται τὰ ποιητέα καθ’ ὃν ἐγὼ διελήλυθα τρόπον. ὥστε τοῦτ’ ἔστι τὸ μεθόδῳ θεραπεύειν, ὃ ποιοῦμεν ἡμεῖς ἑπόμενοι τοῖς πα‐ λαιοῖς· εἴ γε χρὴ τὴν μέθοδον ὁδόν τινα εἶναι καθόλου μίαν</w:t>
      </w:r>
    </w:p>
    <w:p>
      <w:r>
        <w:rPr>
          <w:rFonts w:ascii="Courier New" w:hAnsi="Courier New"/>
          <w:color w:val="555555"/>
          <w:sz w:val="20"/>
        </w:rPr>
        <w:t>[15]</w:t>
      </w:r>
    </w:p>
    <w:p>
      <w:r>
        <w:rPr>
          <w:rFonts w:ascii="Gentium Plus" w:hAnsi="Gentium Plus"/>
          <w:sz w:val="24"/>
        </w:rPr>
        <w:t>ἁπάντων κοινὴν τῶν κατὰ μέρος. ὁ δέ γε κᾀν τούτῳ σφάλλε‐ ται καὶ τὸ πάντως ὑπάρχον τοῖς ὁτιοῦν μεθόδῳ ποιοῦσι,</w:t>
      </w:r>
    </w:p>
    <w:p>
      <w:r>
        <w:rPr>
          <w:rFonts w:ascii="Courier New" w:hAnsi="Courier New"/>
          <w:color w:val="555555"/>
          <w:sz w:val="20"/>
        </w:rPr>
        <w:t>[10 . 266]</w:t>
      </w:r>
    </w:p>
    <w:p>
      <w:r>
        <w:rPr>
          <w:rFonts w:ascii="Gentium Plus" w:hAnsi="Gentium Plus"/>
          <w:sz w:val="24"/>
        </w:rPr>
        <w:t>ἀναγκαῖόν ἐστι τὸν μεδόθῳ πᾶν ὁτιοῦν ἐργαζόμενον ὁμοιό‐ τητός τε καὶ ἀνομοιότητος, οὐ μὴν αὐτό γε τοῦτ’ ἔστιν ἡ μέθοδος, ὁμοίου τε καὶ ἀνομοίου γνῶσις. οὐδὲ τοῦτο λέγει Πλάτων ἢ Ἀριστοτέλης, ὧν τολμᾷ καταψεύδεσθαι Θεσσα‐</w:t>
      </w:r>
    </w:p>
    <w:p>
      <w:r>
        <w:rPr>
          <w:rFonts w:ascii="Courier New" w:hAnsi="Courier New"/>
          <w:color w:val="555555"/>
          <w:sz w:val="20"/>
        </w:rPr>
        <w:t>[5]</w:t>
      </w:r>
    </w:p>
    <w:p>
      <w:r>
        <w:rPr>
          <w:rFonts w:ascii="Gentium Plus" w:hAnsi="Gentium Plus"/>
          <w:sz w:val="24"/>
        </w:rPr>
        <w:t>λός· ἀλλὰ γὰρ οὐ τοῦ παρόντος καιροῦ ταῦτ’ ἐξελέγχειν. αὖθις οὖν ἐπὶ τὴν θεραπευτικὴν μέθοδον ἐπάνειμι καὶ δεί‐ ξειν ἐπαγγέλλομαι τήν τε ἀρχὴν αὐτῆς μίαν ἐν ἁπάσαις ταῖς ἰάσεσι, τήν τε ἀπὸ τῆς ἀρχῆς ὁδὸν ἕως τοῦ τέλους ὁμοίαν ἐν ἅπασι τοῖς κατὰ μέρος. ὥστ’ εἰ καὶ καθ’ ἕκαστον πάθος</w:t>
      </w:r>
    </w:p>
    <w:p>
      <w:r>
        <w:rPr>
          <w:rFonts w:ascii="Courier New" w:hAnsi="Courier New"/>
          <w:color w:val="555555"/>
          <w:sz w:val="20"/>
        </w:rPr>
        <w:t>[10]</w:t>
      </w:r>
    </w:p>
    <w:p>
      <w:r>
        <w:rPr>
          <w:rFonts w:ascii="Gentium Plus" w:hAnsi="Gentium Plus"/>
          <w:sz w:val="24"/>
        </w:rPr>
        <w:t>ἰδία τις φαίνοιτο μέθοδος ἰάσεως, ἀλλὰ τό γε κοινὸν ἐφ’ ἁπάσαις γένος ἓν ὑπάρχει. ἄρχεσθαι μὲν γὰρ ἀεὶ χρὴ τῆς ἐνδείξεως ἀπὸ τῆς διαθέσεως, ἣν θεραπεύειν ἐπιχειροῦμεν· ἐπισκέπτεσθαι δὲ καὶ διορίζεσθαι πότερον ἤδη πέπαυται τὸ ποιῆσαν αἴτιον τὴν διάθεσιν, ἢ καὶ νῦν ἔτι συνεπαύξει τε καὶ</w:t>
      </w:r>
    </w:p>
    <w:p>
      <w:r>
        <w:rPr>
          <w:rFonts w:ascii="Courier New" w:hAnsi="Courier New"/>
          <w:color w:val="555555"/>
          <w:sz w:val="20"/>
        </w:rPr>
        <w:t>[15]</w:t>
      </w:r>
    </w:p>
    <w:p>
      <w:r>
        <w:rPr>
          <w:rFonts w:ascii="Gentium Plus" w:hAnsi="Gentium Plus"/>
          <w:sz w:val="24"/>
        </w:rPr>
        <w:t>ποιεῖ· κᾄπειτα πεπαυμένου μὲν ἐπὶ τὴν ἐν τῷ τρίτῳ τῶνδε τῶν ὑπομνημάτων εἰρημένην μέθοδον ἰτέον· ἔτι δὲ ποιοῦντος</w:t>
      </w:r>
    </w:p>
    <w:p>
      <w:r>
        <w:rPr>
          <w:rFonts w:ascii="Courier New" w:hAnsi="Courier New"/>
          <w:color w:val="555555"/>
          <w:sz w:val="20"/>
        </w:rPr>
        <w:t>[10 . 267]</w:t>
      </w:r>
    </w:p>
    <w:p>
      <w:r>
        <w:rPr>
          <w:rFonts w:ascii="Gentium Plus" w:hAnsi="Gentium Plus"/>
          <w:sz w:val="24"/>
        </w:rPr>
        <w:t>καὶ πυρετοῦ καὶ πάντων ἁπλῶς τῶν νοσημάτων τὰς ἰάσεις ἐξευρήσομεν, εἰ μὲν μηκέτι γίγνοιτο μηδὲν, μὴ προσχρώμενοι τοῖς προηγησαμένοις αἰτίοις, ἀλλ’ ἐξ αὐτῆς μόνης τῆς διαθέ‐ σεως ὁρμώμενοι· εἰ δέ τι καὶ νῦν γίγνοιτο, καὶ διττὸν σκοπὸν</w:t>
      </w:r>
    </w:p>
    <w:p>
      <w:r>
        <w:rPr>
          <w:rFonts w:ascii="Courier New" w:hAnsi="Courier New"/>
          <w:color w:val="555555"/>
          <w:sz w:val="20"/>
        </w:rPr>
        <w:t>[5]</w:t>
      </w:r>
    </w:p>
    <w:p>
      <w:r>
        <w:rPr>
          <w:rFonts w:ascii="Gentium Plus" w:hAnsi="Gentium Plus"/>
          <w:sz w:val="24"/>
        </w:rPr>
        <w:t>τῆς θεραπείας ὑποτιθέμενοι καὶ τἄλλ’ ἑξῆς ὡς εἴρηται ποι‐ οῦντες. ἀλλὰ γὰρ καὶ τῆς ἀναισθησίας τῶν ἑπομένων τῷ Θεσσαλῷ θαυμάζειν ἄξιον· οὐκ ἐπειδὰν ἐν τοῖς τοιούτοις ἁμαρτάνωσιν, ἀλλ’ ὅτι δυσπαθείας τε καὶ μετα‐ συγκρίσεις, ἀτονίας τε καὶ ῥώσεις καὶ πολλὰ τοιαῦθ’ ἕτερα</w:t>
      </w:r>
    </w:p>
    <w:p>
      <w:r>
        <w:rPr>
          <w:rFonts w:ascii="Courier New" w:hAnsi="Courier New"/>
          <w:color w:val="555555"/>
          <w:sz w:val="20"/>
        </w:rPr>
        <w:t>[10]</w:t>
      </w:r>
    </w:p>
    <w:p>
      <w:r>
        <w:rPr>
          <w:rFonts w:ascii="Gentium Plus" w:hAnsi="Gentium Plus"/>
          <w:sz w:val="24"/>
        </w:rPr>
        <w:t>λέγοντες ὀνόματα σημαινόμενα πρὸς αὐτῶν, οὐδέπω καὶ νῦν ἐρωτηθέντες, ἀποκρίνασθαι δύνανται. τί γάρ ἐστι τὸ μετασυγκρίνειν τὴν ἕξιν ἐπὶ τῶν χρονιζόντων ἁπάντων οὔθ’ ὡσαύτως ἀλλήλοις οὔτε σαφῶς οὔτε νουνεχῶς ἀποκρίνον‐ ται. εἰ μὲν οὖν ἢ παλαιὸν ἢ παρά τινι τῶν Ἐλλήνων ἦν</w:t>
      </w:r>
    </w:p>
    <w:p>
      <w:r>
        <w:rPr>
          <w:rFonts w:ascii="Courier New" w:hAnsi="Courier New"/>
          <w:color w:val="555555"/>
          <w:sz w:val="20"/>
        </w:rPr>
        <w:t>[15]</w:t>
      </w:r>
    </w:p>
    <w:p>
      <w:r>
        <w:rPr>
          <w:rFonts w:ascii="Gentium Plus" w:hAnsi="Gentium Plus"/>
          <w:sz w:val="24"/>
        </w:rPr>
        <w:t>γεγραμμένον τοὔνομα, τάχ’ ἂν ἴσως ἐξ ὧν ἐκεῖνοι γράφου‐ σιν ἐνοήσαμεν ἐφ’ ὅτου πράγματος ἐπιφέρουσιν αὐτό· νυνὶ δὲ, τῆς γὰρ τούτων ἐμπληξίας ἐστὶν οἰκεῖον, ἀπὸ τῆς Ἀσ‐</w:t>
      </w:r>
    </w:p>
    <w:p>
      <w:r>
        <w:rPr>
          <w:rFonts w:ascii="Courier New" w:hAnsi="Courier New"/>
          <w:color w:val="555555"/>
          <w:sz w:val="20"/>
        </w:rPr>
        <w:t>[10 . 268]</w:t>
      </w:r>
    </w:p>
    <w:p>
      <w:r>
        <w:rPr>
          <w:rFonts w:ascii="Gentium Plus" w:hAnsi="Gentium Plus"/>
          <w:sz w:val="24"/>
        </w:rPr>
        <w:t>δόγματα δίκαιοι δήπουθεν εἰσὶ τοὺς ἰδίους ὀνείρους ἐξη‐ γεῖσθαι· ὅθεν συγκοίνεσθαι τὰ σώματα καὶ διακρίνεσθαι τοῖς ὄγκους καὶ πόρους ὑποθεμένοις, ἢ ἄτομα καὶ κενὸν, ἢ ὅλως ἀπαθῆ καὶ ἀναλλοίωτα τὰ πρῶτα στοιχεῖα, μόνοις</w:t>
      </w:r>
    </w:p>
    <w:p>
      <w:r>
        <w:rPr>
          <w:rFonts w:ascii="Courier New" w:hAnsi="Courier New"/>
          <w:color w:val="555555"/>
          <w:sz w:val="20"/>
        </w:rPr>
        <w:t>[5]</w:t>
      </w:r>
    </w:p>
    <w:p>
      <w:r>
        <w:rPr>
          <w:rFonts w:ascii="Gentium Plus" w:hAnsi="Gentium Plus"/>
          <w:sz w:val="24"/>
        </w:rPr>
        <w:t>ἐγχωρεῖ λέγειν, ὥσπερ οὖν καὶ λέγουσι καὶ συνεχῶς αὐτοῖς χρῶνται τοῖς ὀνόμασι. καὶ δῆτα καὶ ὁ Θεσσαλὸς ἐν τῷ κα‐ νόνι ταύτας κατασκευάζων τὰς ἀρχὰς νεωτεροποιεῖ μέν τι κᾀκεῖ παρὰ τὰ Θεμίσωνί τε καὶ Ἀσκληπιάδῃ δοκοῦντα· δι‐ δάσκει δ’ οὖν ὅμως τὴν ἑαυτοῦ γνώμην οὐκ ἀσαφῶς. οὐ</w:t>
      </w:r>
    </w:p>
    <w:p>
      <w:r>
        <w:rPr>
          <w:rFonts w:ascii="Courier New" w:hAnsi="Courier New"/>
          <w:color w:val="555555"/>
          <w:sz w:val="20"/>
        </w:rPr>
        <w:t>[10]</w:t>
      </w:r>
    </w:p>
    <w:p>
      <w:r>
        <w:rPr>
          <w:rFonts w:ascii="Gentium Plus" w:hAnsi="Gentium Plus"/>
          <w:sz w:val="24"/>
        </w:rPr>
        <w:t>γὰρ ἁπλῶς ὡς Ἀσκληπιάδης ἐν συμμετρίᾳ μέν τινι πόρων τὸ ὑγιαίνειν ἡμᾶς ὑποθέμενος, ἐν ἀμετρίᾳ δὲ τὸ νοσεῖν, ἐπά‐ νοδον εἶναι τὴν θεραπείαν εἰς τὴν ἀρχαίαν συμμετρίαν τῶν πόρων ὑπέλαβεν, οὕτω καὶ ὁ Θεσσαλὸς, ἀλλὰ τὸν τρόπον τῆς ποροποιΐας ὅλον ὑπαλλάττεσθαι νομίζει, κᾀκ ταύτης</w:t>
      </w:r>
    </w:p>
    <w:p>
      <w:r>
        <w:rPr>
          <w:rFonts w:ascii="Courier New" w:hAnsi="Courier New"/>
          <w:color w:val="555555"/>
          <w:sz w:val="20"/>
        </w:rPr>
        <w:t>[15]</w:t>
      </w:r>
    </w:p>
    <w:p>
      <w:r>
        <w:rPr>
          <w:rFonts w:ascii="Gentium Plus" w:hAnsi="Gentium Plus"/>
          <w:sz w:val="24"/>
        </w:rPr>
        <w:t>τῆς ὑπολήψεως ἥκει τὸ μετασυγκρίσεως ὄνομα, ταὐτὸν δη‐ λοῦν δυνάμει τῷ τῆς μεταποροποιήσεως. οὐκ ἐχρῆν δ’ αὐτὸν ἐν οἷς ἀποχωρεῖν τῶν ἀδήλων κελεύει καὶ μόναις προσέχειν</w:t>
      </w:r>
    </w:p>
    <w:p>
      <w:r>
        <w:rPr>
          <w:rFonts w:ascii="Courier New" w:hAnsi="Courier New"/>
          <w:color w:val="555555"/>
          <w:sz w:val="20"/>
        </w:rPr>
        <w:t>[10 . 269]</w:t>
      </w:r>
    </w:p>
    <w:p>
      <w:r>
        <w:rPr>
          <w:rFonts w:ascii="Gentium Plus" w:hAnsi="Gentium Plus"/>
          <w:sz w:val="24"/>
        </w:rPr>
        <w:t>ἔτι δογματικοῖς χρῆσθαι τοῖς ὀνόμασιν. ἀλλὰ μὴ δογματικῶς ἄκουε λέγοντος αὐτοῦ, φασὶν, ἀλλ’ ἀφελῶς· εἰώθασι γὰρ οὕτως ἀντιλαμβάνεσθαί τινες τῶν ἀπ’ αὐτοῦ, πάλιν ἐφ’ ἕτε‐ ρον ἡμᾶς ἄγοντες ὄνομα τὴν ἀφέλειαν, ἣν οὐδ’ αὐτὴν ἐγὼ</w:t>
      </w:r>
    </w:p>
    <w:p>
      <w:r>
        <w:rPr>
          <w:rFonts w:ascii="Courier New" w:hAnsi="Courier New"/>
          <w:color w:val="555555"/>
          <w:sz w:val="20"/>
        </w:rPr>
        <w:t>[5]</w:t>
      </w:r>
    </w:p>
    <w:p>
      <w:r>
        <w:rPr>
          <w:rFonts w:ascii="Gentium Plus" w:hAnsi="Gentium Plus"/>
          <w:sz w:val="24"/>
        </w:rPr>
        <w:t>γοῦν ἔχω νοῆσαι τί δηλοῖ. εἰ μὲν γὰρ ὡς αὐτοὶ καὶ τοῦτ’ ἐξηγοῦνται, πάλιν εἰς ἕτερον ὄνομα μεταλαμβάνοντες ληρωδέ‐ στερον τὸ βιωτικῶς, εἶτ’ αὖθις καὶ τοῦτ’ ἐξηγούμενοι φασὶ δηλοῦσθαι πρὸς αὐτοῦ τὸ τοῖς πολλοῖς τῶν ἀνθρώπων ὡσαύτως, ἴσον ἂν εἴη δήπου τὸ ἀφελῶς τῷ μὴ διηρθρωμέ‐</w:t>
      </w:r>
    </w:p>
    <w:p>
      <w:r>
        <w:rPr>
          <w:rFonts w:ascii="Courier New" w:hAnsi="Courier New"/>
          <w:color w:val="555555"/>
          <w:sz w:val="20"/>
        </w:rPr>
        <w:t>[10]</w:t>
      </w:r>
    </w:p>
    <w:p>
      <w:r>
        <w:rPr>
          <w:rFonts w:ascii="Gentium Plus" w:hAnsi="Gentium Plus"/>
          <w:sz w:val="24"/>
        </w:rPr>
        <w:t>νως μηδ’ ἀκριβῶς, ἀλλ’ ἀτέχνως τε καὶ χωρὶς ἐπιστήμης ἁπάσης· φθέγγονται μὲν γὰρ οἱ προπετέστεροι τῶν ἀνθρώ‐ πων ὀνόματα τεχνικὰ μετά τινων ὑπονοιῶν οὐδὲν ἐχουσῶν ἔρεισμα, τοῖς δ’ ἐρωτήσασιν ὅ τι ποτὲ δηλοῦσιν οὐκ ἔχου‐ σιν ἀποκρίνασθαι σαφῶς. εἰ δὲ τοῦθ’ ὁμολογοῦσι καὶ οἱ</w:t>
      </w:r>
    </w:p>
    <w:p>
      <w:r>
        <w:rPr>
          <w:rFonts w:ascii="Courier New" w:hAnsi="Courier New"/>
          <w:color w:val="555555"/>
          <w:sz w:val="20"/>
        </w:rPr>
        <w:t>[15]</w:t>
      </w:r>
    </w:p>
    <w:p>
      <w:r>
        <w:rPr>
          <w:rFonts w:ascii="Gentium Plus" w:hAnsi="Gentium Plus"/>
          <w:sz w:val="24"/>
        </w:rPr>
        <w:t>Θεσσάλειοι πεπονθέναι, φθέγγεσθαι μέν τινα, μὴ γινώσκειν δ’ ἀκριβῶς ἃ λέγουσιν, αὐτὸ δήπου προσίενται τὸ πρὸς ἡμῶν</w:t>
      </w:r>
    </w:p>
    <w:p>
      <w:r>
        <w:rPr>
          <w:rFonts w:ascii="Courier New" w:hAnsi="Courier New"/>
          <w:color w:val="555555"/>
          <w:sz w:val="20"/>
        </w:rPr>
        <w:t>[10 . 270]</w:t>
      </w:r>
    </w:p>
    <w:p>
      <w:r>
        <w:rPr>
          <w:rFonts w:ascii="Gentium Plus" w:hAnsi="Gentium Plus"/>
          <w:sz w:val="24"/>
        </w:rPr>
        <w:t>ποροποιίαν ἐναλλάττεσθαι λέγοιτο, νοῦν μὲν ἕξει τινὰ καὶ δηλώσει τι πρᾶγμα, ληρώδης δ’ ἔσται πολυειδῶς. οὔτε γὰρ ἐξ ὄγκων καὶ πόρων τὰ σώματα ἡμῶν συνέστηκεν οὔτ’ εἰ καὶ τοῦτ’ ἀληθὲς ἦν, ἔχει τις δεῖξαι πῶς ἐξαλλάττει τὸ νᾶπυ</w:t>
      </w:r>
    </w:p>
    <w:p>
      <w:r>
        <w:rPr>
          <w:rFonts w:ascii="Courier New" w:hAnsi="Courier New"/>
          <w:color w:val="555555"/>
          <w:sz w:val="20"/>
        </w:rPr>
        <w:t>[5]</w:t>
      </w:r>
    </w:p>
    <w:p>
      <w:r>
        <w:rPr>
          <w:rFonts w:ascii="Gentium Plus" w:hAnsi="Gentium Plus"/>
          <w:sz w:val="24"/>
        </w:rPr>
        <w:t>τὴν ποροποιίαν, οὔτ’ εἰ καὶ τοῦτ’ εἶχέ τις δεῖξαι, κατὰ τὴν ἀκολουθίαν ἦν τῆς αἱρέσεως αὐτῶν, ἀρκεῖσθαι φασκόντων ταῖς φαινομέναις κοινότησι. μὴ τοίνυν μηδὲ χρήσθωσαν τῷ ὀνόματι, μηδὲ πράγμαθ’ ἡμῖν παρεχέτωσαν· ἔνεστι γὰρ δήπου καὶ χωρὶς τοῦ χρήσασθαι τῷ τῆς μετασυγκρίσεως ὀνό‐</w:t>
      </w:r>
    </w:p>
    <w:p>
      <w:r>
        <w:rPr>
          <w:rFonts w:ascii="Courier New" w:hAnsi="Courier New"/>
          <w:color w:val="555555"/>
          <w:sz w:val="20"/>
        </w:rPr>
        <w:t>[10]</w:t>
      </w:r>
    </w:p>
    <w:p>
      <w:r>
        <w:rPr>
          <w:rFonts w:ascii="Gentium Plus" w:hAnsi="Gentium Plus"/>
          <w:sz w:val="24"/>
        </w:rPr>
        <w:t>ματι τὴν θεραπείαν εἰπεῖν τῶν χρονιζόντων ἑλκῶν ἑτέροις ὀνόμασιν, ὥσπερ καὶ οἱ ἐμπειρικοὶ ποιοῦσιν. ὅτι δὲ καὶ ἡ τῆς ἀτονίας προσηγορία κατὰ τὸν αὐτὸν τρόπον αὐτοῖς φλυα‐ ρεῖται δέδεικται πρόσθεν ἐν τῷ δευτέρῳ λόγῳ. εἰ μὲν γὰρ ὡς ἐμπειρικοὶ προσφέρονται τοὔνομα, πλέον οὐδὲν δηλοῦσι</w:t>
      </w:r>
    </w:p>
    <w:p>
      <w:r>
        <w:rPr>
          <w:rFonts w:ascii="Courier New" w:hAnsi="Courier New"/>
          <w:color w:val="555555"/>
          <w:sz w:val="20"/>
        </w:rPr>
        <w:t>[15]</w:t>
      </w:r>
    </w:p>
    <w:p>
      <w:r>
        <w:rPr>
          <w:rFonts w:ascii="Gentium Plus" w:hAnsi="Gentium Plus"/>
          <w:sz w:val="24"/>
        </w:rPr>
        <w:t>τοῦ μὴ σώζεσθαι τὴν ἐνέργειαν· εἰ δέ τινας ὑποτίθενται δυ‐ νάμεις τὸ ζῶον διοικεῖν, οἵας ἡμεῖς τε λέγομεν ἅπαντές τε σχεδὸν οἱ παλαιοὶ, πρὸς τῷ τοῖς Ἀσκληπιάδου δόγμασιν</w:t>
      </w:r>
    </w:p>
    <w:p>
      <w:r>
        <w:rPr>
          <w:rFonts w:ascii="Courier New" w:hAnsi="Courier New"/>
          <w:color w:val="555555"/>
          <w:sz w:val="20"/>
        </w:rPr>
        <w:t>[10 . 271]</w:t>
      </w:r>
    </w:p>
    <w:p>
      <w:r>
        <w:rPr>
          <w:rFonts w:ascii="Gentium Plus" w:hAnsi="Gentium Plus"/>
          <w:sz w:val="24"/>
        </w:rPr>
        <w:t>ἐφάψονται, καίτοι φεύγειν ταῦτα παρακελευόμενοι. τί λέγεις ὦ ἄνθρωπε; τὸ μετασυγκρίνειν ἀποσαφήνισον ἡμῖν. εἰ μὲν γὰρ τὸ τοὺς πόρους ὑπαλλάττειν, καὶ ψεύδῃ καὶ τῶν ἀδήλων ἐφάπτῃ· εἰ δ’ αὐτὸ τοῦτο τὸ ῥώννυσθαί τε καὶ ὑγιάζεσθαι</w:t>
      </w:r>
    </w:p>
    <w:p>
      <w:r>
        <w:rPr>
          <w:rFonts w:ascii="Courier New" w:hAnsi="Courier New"/>
          <w:color w:val="555555"/>
          <w:sz w:val="20"/>
        </w:rPr>
        <w:t>[5]</w:t>
      </w:r>
    </w:p>
    <w:p>
      <w:r>
        <w:rPr>
          <w:rFonts w:ascii="Gentium Plus" w:hAnsi="Gentium Plus"/>
          <w:sz w:val="24"/>
        </w:rPr>
        <w:t>τὸ μόριον τοῦ σώματος, ἢ τὸν ἄνθρωπον ὅλον, οὐδὲν ἂν πλέον ἐνταῦθα τῶν ἐμπειρικῶν ἀποφαίνῃ, πλὴν ὀνόματος. γιγνώσκουσι γὰρ δήπου κᾀκεῖνοι τῶνδέ τινων προσαγομέ‐ νων τῶν βοηθημάτων ὑγιάζεσθαι τὸν ἄνθρωπον, ἀλλὰ τί ποιούντων αὐτῶν οὐκ ἴσασιν. οὔτε γὰρ εἰ τοὺς πόρους</w:t>
      </w:r>
    </w:p>
    <w:p>
      <w:r>
        <w:rPr>
          <w:rFonts w:ascii="Courier New" w:hAnsi="Courier New"/>
          <w:color w:val="555555"/>
          <w:sz w:val="20"/>
        </w:rPr>
        <w:t>[10]</w:t>
      </w:r>
    </w:p>
    <w:p>
      <w:r>
        <w:rPr>
          <w:rFonts w:ascii="Gentium Plus" w:hAnsi="Gentium Plus"/>
          <w:sz w:val="24"/>
        </w:rPr>
        <w:t>ὑπαλλάττουσιν αἱ δυνάμεις τῶν βοηθημάτων, οὔτ’ εἰ συμ‐ μετρίαν αὐτοῖς ἐκπορίζουσιν, οὔτ’ εἰ σύμπαν ἀλλοιοῦσι κατὰ ποιότητα τὸ θεραπευόμενον μόριον, ἔχει τις εἰπεῖν τῶν ἐμ‐ πειρικῶν. ἐκεῖνοι μὲν οὖν σωφρονοῦσιν, ἓν μόνον ἐπίστα‐ σθαι λέγοντες, ὡς τῷ τοιῷδε νοσήματι κατὰ τόνδε τὸν καιρὸν</w:t>
      </w:r>
    </w:p>
    <w:p>
      <w:r>
        <w:rPr>
          <w:rFonts w:ascii="Courier New" w:hAnsi="Courier New"/>
          <w:color w:val="555555"/>
          <w:sz w:val="20"/>
        </w:rPr>
        <w:t>[15]</w:t>
      </w:r>
    </w:p>
    <w:p>
      <w:r>
        <w:rPr>
          <w:rFonts w:ascii="Gentium Plus" w:hAnsi="Gentium Plus"/>
          <w:sz w:val="24"/>
        </w:rPr>
        <w:t>προσφερομένου τοῦ διὰ νάπυος φαρμάκου, πολλάκις ἐτήρη‐ σαν ὠφέλειαν ἀκολουθοῦσαν. οὐ μὴν μεθόδους γε φθέγγονται καὶ τὰς ὀφρῦς ἀνατείνουσι καὶ σεμνύνονται τῇ τοιαύτῃ γνώ‐</w:t>
      </w:r>
    </w:p>
    <w:p>
      <w:r>
        <w:rPr>
          <w:rFonts w:ascii="Courier New" w:hAnsi="Courier New"/>
          <w:color w:val="555555"/>
          <w:sz w:val="20"/>
        </w:rPr>
        <w:t>[10 . 272]</w:t>
      </w:r>
    </w:p>
    <w:p>
      <w:r>
        <w:rPr>
          <w:rFonts w:ascii="Gentium Plus" w:hAnsi="Gentium Plus"/>
          <w:sz w:val="24"/>
        </w:rPr>
        <w:t>μηδὲν ὑπειλήφασιν, ἀλλ’ αὐτὸν τοὐναντίον ἐπαινοῦσί τε καὶ σχεδὸν ἅπαντά φασιν ἀληθεύειν αὐτόν. ὁ δὲ καὶ τούτου καὶ τῶν ἄλλων ἰατρῶν ἁπάντων καταφρονήσας Θεσσαλὸς ἕλκους κακοήθους ἐμπειρικὴν ἀναγράφων διδασκαλίαν οὐκ</w:t>
      </w:r>
    </w:p>
    <w:p>
      <w:r>
        <w:rPr>
          <w:rFonts w:ascii="Courier New" w:hAnsi="Courier New"/>
          <w:color w:val="555555"/>
          <w:sz w:val="20"/>
        </w:rPr>
        <w:t>[5]</w:t>
      </w:r>
    </w:p>
    <w:p>
      <w:r>
        <w:rPr>
          <w:rFonts w:ascii="Gentium Plus" w:hAnsi="Gentium Plus"/>
          <w:sz w:val="24"/>
        </w:rPr>
        <w:t>αἰσθάνεται· καίτοι γ’ εἰ καὶ τοῦτο δεόντως ἐποίησεν, ἦν ἄν τι πλέον ἐξειργασμένος· ἀλλὰ γὰρ οὐδὲ τοῦτο ποιεῖν ἔοικεν, ὑπαλλάττων τὴν τάξιν τῶν βοηθημάτων καὶ πρότερον χρώ‐ μενος τῷ τοῦ πεπονθότος μέρους, πρὶν ἂν τὸ σύμπαν σῶμα παρασκευάσαι. τοῦτο γὰρ ὑπερβολὴν ἀμαθίας ἔχει· μόνον</w:t>
      </w:r>
    </w:p>
    <w:p>
      <w:r>
        <w:rPr>
          <w:rFonts w:ascii="Courier New" w:hAnsi="Courier New"/>
          <w:color w:val="555555"/>
          <w:sz w:val="20"/>
        </w:rPr>
        <w:t>[10]</w:t>
      </w:r>
    </w:p>
    <w:p>
      <w:r>
        <w:rPr>
          <w:rFonts w:ascii="Gentium Plus" w:hAnsi="Gentium Plus"/>
          <w:sz w:val="24"/>
        </w:rPr>
        <w:t>γοῦν σχεδόν τι τοῖς ἰατροῖς ἅπασιν ὡμολόγηται καίτοί γε τῶν πλείστων διαπεφωνημένων, τὸ πᾶν σῶμα κενὸν καὶ ἀπέ‐ ριττον ἐργάζεσθαι, πρὶν ὁτιοῦν μόριον ἰσχυροῖς ὑποβάλλειν βοηθήμασιν. εἴτε γὰρ τῇ πείρᾳ κρίνειν ἐθέλει τις ἂν, εἶτε καὶ τῷ λογισμῷ, τρίτον γὰρ οὐδὲν ἕτερον κριτήριον οὔτε</w:t>
      </w:r>
    </w:p>
    <w:p>
      <w:r>
        <w:rPr>
          <w:rFonts w:ascii="Courier New" w:hAnsi="Courier New"/>
          <w:color w:val="555555"/>
          <w:sz w:val="20"/>
        </w:rPr>
        <w:t>[15]</w:t>
      </w:r>
    </w:p>
    <w:p>
      <w:r>
        <w:rPr>
          <w:rFonts w:ascii="Gentium Plus" w:hAnsi="Gentium Plus"/>
          <w:sz w:val="24"/>
        </w:rPr>
        <w:t>κατ’ ἄλλην τέχνην οὔτε καθ’ ὅλον τὸν βίον ἔχομεν, εὑρήσει μέγιστον κακὸν ὑπάρχον, ὅταν τοῦ παντὸς σώματος ἐπικου‐ ρίας δεομένου, πρὶν ἐκείνου προνοήσασθαι, τῷ πεπονθότι</w:t>
      </w:r>
    </w:p>
    <w:p>
      <w:r>
        <w:rPr>
          <w:rFonts w:ascii="Courier New" w:hAnsi="Courier New"/>
          <w:color w:val="555555"/>
          <w:sz w:val="20"/>
        </w:rPr>
        <w:t>[10 . 273]</w:t>
      </w:r>
    </w:p>
    <w:p>
      <w:r>
        <w:rPr>
          <w:rFonts w:ascii="Gentium Plus" w:hAnsi="Gentium Plus"/>
          <w:sz w:val="24"/>
        </w:rPr>
        <w:t>ἕλκει γὰρ ἐφ’ ἑαυτὸ δίκην σικύας ἐξ ὅλου τοῦ σώματος τὰ περιττώματα καὶ στηρίζει δυσλύτως κατὰ τὸ πεπονθὸς μέρος. ἄξιον οὖν ἐρέσθαι τοὺς Θεσσαλείους, πόθεν ἐπῆλθε τῷ Θεσ‐ σαλῷ τοιαῦτα φλυαρεῖν ὑπὲρ ἑλκῶν κακοηθῶν ἰάσεως· οὔτε</w:t>
      </w:r>
    </w:p>
    <w:p>
      <w:r>
        <w:rPr>
          <w:rFonts w:ascii="Courier New" w:hAnsi="Courier New"/>
          <w:color w:val="555555"/>
          <w:sz w:val="20"/>
        </w:rPr>
        <w:t>[5]</w:t>
      </w:r>
    </w:p>
    <w:p>
      <w:r>
        <w:rPr>
          <w:rFonts w:ascii="Gentium Plus" w:hAnsi="Gentium Plus"/>
          <w:sz w:val="24"/>
        </w:rPr>
        <w:t>γὰρ ἐμπειρικὸς οὐδεὶς τῶν πρόσθεν οὔτε λογικὸς ἀνὴρ οὕτως ἔγραψεν· ἀλλὰ μὴν οὐδ’ αὐτὸς ὁ Θεσσαλὸς, οὐδὲ τῶν ἀπ’ αὐτοῦ τις τολμήσειεν εἰπεῖν ἢ τῇ πείρᾳ συμφωνεῖν ἢ τῷ λογισμῷ τὴν τοιαύτην τάξιν τῶν βοηθημάτων. οὐ μὴν οὐδὲ δεῖξαι δύνανται, πῶς ὁ χρόνος, οὐχ ἡ διάθεσις ἐνδείκνυται·</w:t>
      </w:r>
    </w:p>
    <w:p>
      <w:r>
        <w:rPr>
          <w:rFonts w:ascii="Courier New" w:hAnsi="Courier New"/>
          <w:color w:val="555555"/>
          <w:sz w:val="20"/>
        </w:rPr>
        <w:t>[10]</w:t>
      </w:r>
    </w:p>
    <w:p>
      <w:r>
        <w:rPr>
          <w:rFonts w:ascii="Gentium Plus" w:hAnsi="Gentium Plus"/>
          <w:sz w:val="24"/>
        </w:rPr>
        <w:t>καὶ τὸ τούτου μεῖζόν ἐστι, πῶς αὐτὸς ὁ Θεσσαλὸς, ἀξιῶν σκέπτεσθαι τί τὸ ἐμποδίζον ἐστὶ τὴν συνούλωσιν τῶν ἑλ‐ κῶν, καὶ τοῦτ’ ἐκκόπτειν, οὐχὶ τελέως ἐστὶν ἀναίσθητος; ἅμα μὲν οὐκ εἰδὼς ὡς τοῦτ’ ἀρκεῖ μόνον, ἡ χρονιότης δὲ τῶν ἑλκῶν οὐδέν ἐστι πρὸς ἔπος, ἅμα δὲ ὡς οὐκ ἐφ’</w:t>
      </w:r>
    </w:p>
    <w:p>
      <w:r>
        <w:rPr>
          <w:rFonts w:ascii="Courier New" w:hAnsi="Courier New"/>
          <w:color w:val="555555"/>
          <w:sz w:val="20"/>
        </w:rPr>
        <w:t>[15]</w:t>
      </w:r>
    </w:p>
    <w:p>
      <w:r>
        <w:rPr>
          <w:rFonts w:ascii="Gentium Plus" w:hAnsi="Gentium Plus"/>
          <w:sz w:val="24"/>
        </w:rPr>
        <w:t>ἑλκῶν μόνον, ἀλλὰ κᾀπὶ τῶν ἄλλων ἁπάντων νοσημάτων τοῦτο ποιητέον ἐστὶν, ὡς οἱ παλαιοὶ παραινοῦσιν. ἀλλὰ πρὸς ταῦτα μὲν ἡμῖν οὐδὲν ἀποκρίνονται· παρακοὰς δὲ ἑκά‐</w:t>
      </w:r>
    </w:p>
    <w:p>
      <w:r>
        <w:rPr>
          <w:rFonts w:ascii="Courier New" w:hAnsi="Courier New"/>
          <w:color w:val="555555"/>
          <w:sz w:val="20"/>
        </w:rPr>
        <w:t>[10 . 274]</w:t>
      </w:r>
    </w:p>
    <w:p>
      <w:r>
        <w:rPr>
          <w:rFonts w:ascii="Gentium Plus" w:hAnsi="Gentium Plus"/>
          <w:sz w:val="24"/>
        </w:rPr>
        <w:t>κράτους, ἢ τὴν ἄλλου τινὸς τῶν παλαιῶν γνώμην, ὀρθῶς φασι τὸν Θεσσαλὸν ἀποφῄνασθαι χρονίων ἑλκῶν εἶναί τινα κοινότητα μίαν. οὕτω γοῦν καὶ Ἱπποκράτην γινώσκειν ἐν τῷ περὶ ἑλκῶν ὧδέ πως γράψαντα· καὶ ἀπὸ τῶν πεπαλαιωμένων</w:t>
      </w:r>
    </w:p>
    <w:p>
      <w:r>
        <w:rPr>
          <w:rFonts w:ascii="Courier New" w:hAnsi="Courier New"/>
          <w:color w:val="555555"/>
          <w:sz w:val="20"/>
        </w:rPr>
        <w:t>[5]</w:t>
      </w:r>
    </w:p>
    <w:p>
      <w:r>
        <w:rPr>
          <w:rFonts w:ascii="Gentium Plus" w:hAnsi="Gentium Plus"/>
          <w:sz w:val="24"/>
        </w:rPr>
        <w:t>ἑλκέων ξυμφέρει αἷμα ποιέειν ἀποῤῥέειν πυκινὰ, ὅπως ἂν δοκέῃ καιρὸς εἶναι. τάχα οὖν ἄμεινον ἂν εἴη, καίτοι μὴ προῃ‐ ρημένον με περὶ τῆς Ἱπποκράτους γνώμης ἐνταυθοῖ διέρ‐ χεσθαι, δηλῶσαί τι κᾂν διὰ κεφαλαίων ὑπὲρ αὐτῆς· εἴη δ’ ἂν οὐδὲν ἧττον καὶ τῆς τῶν παλαιῶν διανοίας ἐξήγησις ὅδε</w:t>
      </w:r>
    </w:p>
    <w:p>
      <w:r>
        <w:rPr>
          <w:rFonts w:ascii="Courier New" w:hAnsi="Courier New"/>
          <w:color w:val="555555"/>
          <w:sz w:val="20"/>
        </w:rPr>
        <w:t>[10]</w:t>
      </w:r>
    </w:p>
    <w:p>
      <w:r>
        <w:rPr>
          <w:rFonts w:ascii="Gentium Plus" w:hAnsi="Gentium Plus"/>
          <w:sz w:val="24"/>
        </w:rPr>
        <w:t>ὁ λόγος. ἐκεῖνοι γὰρ οἱ ἄνδρες, ἅτε μήπω δουλεύοντες αἱρέ‐ σει δογμάτων, ἀλλὰ καθαρᾷ καὶ ἁπλῇ τῇ διανοίᾳ σπουδά‐ ζοντες ἐξευρίσκειν τι χρηστὸν εἰς τὰς ἰάσεις, ἔμελλον δήπου τὰ μὲν ἐκ τῆς πείρας εὑρήσειν, τὰ δὲ ἐκ τοῦ λόγου· καὶ γρά‐ ψειν γε τὰ εὑρημένα πολλαχόθι μὲν χωρὶς τοῦ προσθεῖναι</w:t>
      </w:r>
    </w:p>
    <w:p>
      <w:r>
        <w:rPr>
          <w:rFonts w:ascii="Courier New" w:hAnsi="Courier New"/>
          <w:color w:val="555555"/>
          <w:sz w:val="20"/>
        </w:rPr>
        <w:t>[15]</w:t>
      </w:r>
    </w:p>
    <w:p>
      <w:r>
        <w:rPr>
          <w:rFonts w:ascii="Gentium Plus" w:hAnsi="Gentium Plus"/>
          <w:sz w:val="24"/>
        </w:rPr>
        <w:t>τὸν τρόπον τῆς εὑρέσεως, ἐνίοτε δὲ καὶ σὺν τούτῳ· καὶ τοῦτό γε ποιήσειν αὐτὸ τῆς ὠφελείας ἕνεκα τῶν ἀναγινωσκόντων· εἰ μὲν γὰρ εἰς τὴν ἐπιδέξιον χρῆσιν τῶν εὑρημένων ἤλπιζόν</w:t>
      </w:r>
    </w:p>
    <w:p>
      <w:r>
        <w:rPr>
          <w:rFonts w:ascii="Courier New" w:hAnsi="Courier New"/>
          <w:color w:val="555555"/>
          <w:sz w:val="20"/>
        </w:rPr>
        <w:t>[10 . 275]</w:t>
      </w:r>
    </w:p>
    <w:p>
      <w:r>
        <w:rPr>
          <w:rFonts w:ascii="Gentium Plus" w:hAnsi="Gentium Plus"/>
          <w:sz w:val="24"/>
        </w:rPr>
        <w:t>τηνικαῦτα μὲν ἀκριβῶς ἔγραφον· εἰ δὲ μὴ, περιττόν τε λέγειν ἡγοῦντο καὶ παρέλειπον. ὅτι γὰρ εἴ πέρ τι καὶ ἄλλο, καὶ ἡ βραχυλογία τοῖς παλαιοῖς ἐτετίμητο, πάντες ἤδη τοῦτο γινώ‐ σκουσι κᾂν ἐγὼ μὴ λέγω· καὶ διά γε ταύτην τὴν αἰτίαν οὐχ</w:t>
      </w:r>
    </w:p>
    <w:p>
      <w:r>
        <w:rPr>
          <w:rFonts w:ascii="Courier New" w:hAnsi="Courier New"/>
          <w:color w:val="555555"/>
          <w:sz w:val="20"/>
        </w:rPr>
        <w:t>[5]</w:t>
      </w:r>
    </w:p>
    <w:p>
      <w:r>
        <w:rPr>
          <w:rFonts w:ascii="Gentium Plus" w:hAnsi="Gentium Plus"/>
          <w:sz w:val="24"/>
        </w:rPr>
        <w:t>Ἱπποκράτης μόνον, ἀλλὰ καὶ οἱ ἄλλοι παλαιοὶ τὸ μέσον ὑπερβαίνοντες ἐνίοτε τῷ πρώτῳ τὸ τρίτον συνάπτουσιν. εἰ γὰρ σημεῖον μὲν εἴη τὸ πρῶτον τοῦ δευτέρου, τούτῳ δ’ ἐξ ἀνάγκης ἕποιτο τὸ τρίτον, οὕτως ἐπιφέρουσι τῷ πρώτῳ τὸ τρίτον ὑπερβαίνοντες τὸ δεύτερον. ἔδειξα δὲ πολλάκις τοι‐</w:t>
      </w:r>
    </w:p>
    <w:p>
      <w:r>
        <w:rPr>
          <w:rFonts w:ascii="Courier New" w:hAnsi="Courier New"/>
          <w:color w:val="555555"/>
          <w:sz w:val="20"/>
        </w:rPr>
        <w:t>[10]</w:t>
      </w:r>
    </w:p>
    <w:p>
      <w:r>
        <w:rPr>
          <w:rFonts w:ascii="Gentium Plus" w:hAnsi="Gentium Plus"/>
          <w:sz w:val="24"/>
        </w:rPr>
        <w:t>αῦτα τούς τ’ ἄλλους παλαιοὺς καὶ μάλιστα πάντων τὸν Ἱπ‐ ποκράτην γράψαντα, καὶ χρὴ τὸν βουλόμενον ἐθάδα γενέσθαι παλαιᾶς ἐρμηνείας ἐν ἐκείνοις γυμνάσασθαι. νυνὶ δ’ αὐτὸ τὸ προβεβλημένον ἐξηγήσομαι μόνον. Ὅσα γὰρ τῶν ἑλκῶν, ἁπάντων ὀρθῶς καὶ</w:t>
      </w:r>
    </w:p>
    <w:p>
      <w:r>
        <w:rPr>
          <w:rFonts w:ascii="Courier New" w:hAnsi="Courier New"/>
          <w:color w:val="555555"/>
          <w:sz w:val="20"/>
        </w:rPr>
        <w:t>[15]</w:t>
      </w:r>
    </w:p>
    <w:p>
      <w:r>
        <w:rPr>
          <w:rFonts w:ascii="Gentium Plus" w:hAnsi="Gentium Plus"/>
          <w:sz w:val="24"/>
        </w:rPr>
        <w:t>δεόντως γιγνομένων ὅμως οὐ θεραπεύεται, καλεῖται μὲν ὑπὸ τῶν ἰατρῶν κακοήθη, χρονίζει δὲ πάντως ὅταν τὴν ὡς ἑλκῶν μόνην αὐτοῖς τις ἐπάγει θεραπείαν. ἥτις δ’ ἐστὶ τῶν ἑλκῶν</w:t>
      </w:r>
    </w:p>
    <w:p>
      <w:r>
        <w:rPr>
          <w:rFonts w:ascii="Courier New" w:hAnsi="Courier New"/>
          <w:color w:val="555555"/>
          <w:sz w:val="20"/>
        </w:rPr>
        <w:t>[10 . 276]</w:t>
      </w:r>
    </w:p>
    <w:p>
      <w:r>
        <w:rPr>
          <w:rFonts w:ascii="Gentium Plus" w:hAnsi="Gentium Plus"/>
          <w:sz w:val="24"/>
        </w:rPr>
        <w:t>γοῦν τὰ ἕλκη καὶ κακοήθη καὶ πεπαλαιωμένα καὶ χρονίζοντα καλοῦσιν, ἀδιαφόρως χρώμενοι τοῖς ὀνόμασιν ἐπ’ αὐτῶν. καὶ δὴ καὶ πρὸς τὸ διαγνῶναι τὴν διάθεσιν, ὅτι κακοήθης, ἅμα τοῖς ἄλλοις γνωρίσμασι καὶ τὸ χρονίζειν αὐτὰ πάντων τῶν</w:t>
      </w:r>
    </w:p>
    <w:p>
      <w:r>
        <w:rPr>
          <w:rFonts w:ascii="Courier New" w:hAnsi="Courier New"/>
          <w:color w:val="555555"/>
          <w:sz w:val="20"/>
        </w:rPr>
        <w:t>[5]</w:t>
      </w:r>
    </w:p>
    <w:p>
      <w:r>
        <w:rPr>
          <w:rFonts w:ascii="Gentium Plus" w:hAnsi="Gentium Plus"/>
          <w:sz w:val="24"/>
        </w:rPr>
        <w:t>δεόντων γιγνομένων ἔχει τινὰ μοῖραν. οὐ μὴν τοῦτό γε αὐτὸ χρονίζειν ἢ χρόνια καλεῖσθαί τε καὶ εἶναι, τὴν προσήκουσαν ἐνδείκνυται θεραπείαν· ἀλλ’ ἐκ μὲν τούτου τὸ μοχθη‐ ρῶς διακεῖσθαι τὸ ἡλκωμένον μόριον ἔνεστι συλλογίσασθαι· τούτου δ’ εὑρεθέντος εὐπορῆσαι τῆς θεραπείας. πῶς καὶ</w:t>
      </w:r>
    </w:p>
    <w:p>
      <w:r>
        <w:rPr>
          <w:rFonts w:ascii="Courier New" w:hAnsi="Courier New"/>
          <w:color w:val="555555"/>
          <w:sz w:val="20"/>
        </w:rPr>
        <w:t>[10]</w:t>
      </w:r>
    </w:p>
    <w:p>
      <w:r>
        <w:rPr>
          <w:rFonts w:ascii="Gentium Plus" w:hAnsi="Gentium Plus"/>
          <w:sz w:val="24"/>
        </w:rPr>
        <w:t>τίνα τρόπον; εἰ μὲν μόνα τὰ περιέχοντα μόρια τὴν ἕλκωσιν οὕτως εἴη διακείμενα, ταῦτ’ ἐξιασάμενον· εἰ δὲ σύμπαν τὸ σῶμα κακοχυμίας τινὸς εὑρίσκοιτο μεστὸν, ἐκείνην ἐκκενώ‐ σαντα. σημεῖον μὲν οὖν τῆς κακοχυμίας τὸ χρονίζειν τὰ ἕλκη· τοῦ συμφέροντος δ’ ἡ εὕρεσις, οὐκ ἐκ τοῦ χρονίζειν,</w:t>
      </w:r>
    </w:p>
    <w:p>
      <w:r>
        <w:rPr>
          <w:rFonts w:ascii="Courier New" w:hAnsi="Courier New"/>
          <w:color w:val="555555"/>
          <w:sz w:val="20"/>
        </w:rPr>
        <w:t>[15]</w:t>
      </w:r>
    </w:p>
    <w:p>
      <w:r>
        <w:rPr>
          <w:rFonts w:ascii="Gentium Plus" w:hAnsi="Gentium Plus"/>
          <w:sz w:val="24"/>
        </w:rPr>
        <w:t>ἀλλ’ ἐκ τῆς κακοχυμίας. ὥστ’ εἶναι τρία ταῦτ’ ἐφεξῆς ἀλλή‐ λων, τὸ σημεῖον, τὴν διάθεσιν, τὴν θεραπείαν· σημεῖον μὲν τὸ χρονίζειν· διάθεσιν δὲ τὴν κακοχυμίαν· θεραπείαν δὲ τὴν</w:t>
      </w:r>
    </w:p>
    <w:p>
      <w:r>
        <w:rPr>
          <w:rFonts w:ascii="Courier New" w:hAnsi="Courier New"/>
          <w:color w:val="555555"/>
          <w:sz w:val="20"/>
        </w:rPr>
        <w:t>[10 . 277]</w:t>
      </w:r>
    </w:p>
    <w:p>
      <w:r>
        <w:rPr>
          <w:rFonts w:ascii="Gentium Plus" w:hAnsi="Gentium Plus"/>
          <w:sz w:val="24"/>
        </w:rPr>
        <w:t>ὑπερβαίνοντας τὸ μέσον ἐπὶ τὸ τρίτον εὐθέως ἀπὸ τοῦ πρώ‐ του παραγίνεσθαι, ὥσπερ καὶ Ἱπποκράτης ἐποίησεν εἰπών· καὶ ἀπὸ τῶν πεπαλαιωμένων ἑλκῶν ξυμφέρει αἷμα ποιέειν πυκινὰ, ὅπως ἂν δοκέῃ καιρὸς εἶναι· οὐ τῆς παλαιότητος</w:t>
      </w:r>
    </w:p>
    <w:p>
      <w:r>
        <w:rPr>
          <w:rFonts w:ascii="Courier New" w:hAnsi="Courier New"/>
          <w:color w:val="555555"/>
          <w:sz w:val="20"/>
        </w:rPr>
        <w:t>[5]</w:t>
      </w:r>
    </w:p>
    <w:p>
      <w:r>
        <w:rPr>
          <w:rFonts w:ascii="Gentium Plus" w:hAnsi="Gentium Plus"/>
          <w:sz w:val="24"/>
        </w:rPr>
        <w:t>δήπουθεν ἐνδειξαμένης τὴν θεραπείαν, ἀλλὰ τῆς μοχθηρίας τοῦ αἵματος. ἐπιφέρων γοῦν αὐτὸς ἐρεῖ· κωλύει γὰρ μάλι‐ στα μὲν τὰ τοιαῦτα ἕλκεα ὑγιαίνεσθαι, ἔπειτα δὲ καὶ τἄλλα σύμπαντα αἵματος σηπεδὼν, καὶ ὅ τι ἐξ αἵματος μεταστάσιος γεγένηται. καὶ δὴ καὶ μετ’ ὀλίγον αὖθις ὑπὲρ τῶν μὴ συνιόν‐</w:t>
      </w:r>
    </w:p>
    <w:p>
      <w:r>
        <w:rPr>
          <w:rFonts w:ascii="Courier New" w:hAnsi="Courier New"/>
          <w:color w:val="555555"/>
          <w:sz w:val="20"/>
        </w:rPr>
        <w:t>[10]</w:t>
      </w:r>
    </w:p>
    <w:p>
      <w:r>
        <w:rPr>
          <w:rFonts w:ascii="Gentium Plus" w:hAnsi="Gentium Plus"/>
          <w:sz w:val="24"/>
        </w:rPr>
        <w:t>των εἰς οὐλὴν ἑλκῶν διεξιὼν, οὐδ’ ἢν, φησὶ, τὰ περιέχοντα τοῦ ἕλκεος μελανθῇ αἵματος σηπεδόνι, ἢ καὶ κιρσοῦ παρ‐ έχοντος τὴν ἐπιῤῥοὴν, οὐδὲ ταῦτα ἐθέλει συνιέναι, ἢν μὴ τὰ περιέχοντα τοῦ ἕλκεος ὑγιέα ποιήσῃς. εἶτα καὶ περὶ τῶν κιρ‐ σῶν τῆς ἰάσεως γράφει. καὶ πρὸς τούτοις ἔτι καθάρσεως</w:t>
      </w:r>
    </w:p>
    <w:p>
      <w:r>
        <w:rPr>
          <w:rFonts w:ascii="Courier New" w:hAnsi="Courier New"/>
          <w:color w:val="555555"/>
          <w:sz w:val="20"/>
        </w:rPr>
        <w:t>[15]</w:t>
      </w:r>
    </w:p>
    <w:p>
      <w:r>
        <w:rPr>
          <w:rFonts w:ascii="Gentium Plus" w:hAnsi="Gentium Plus"/>
          <w:sz w:val="24"/>
        </w:rPr>
        <w:t>μέμνηται τοῦ σύμπαντος σώματος ἐπί τε ἄλλοις τισὶ τρώ‐ μασι καὶ οἷς σφακελίσαι κίνδυνος, ἕρπησί τε καὶ πᾶσι τοῖς ἐσθιομένοισιν· οὕτω δ’ ὀνομάζειν εἴωθε τὰ ἀναβιβρωσκόμενα.</w:t>
      </w:r>
    </w:p>
    <w:p>
      <w:r>
        <w:rPr>
          <w:rFonts w:ascii="Courier New" w:hAnsi="Courier New"/>
          <w:color w:val="555555"/>
          <w:sz w:val="20"/>
        </w:rPr>
        <w:t>[10 . 278]</w:t>
      </w:r>
    </w:p>
    <w:p>
      <w:r>
        <w:rPr>
          <w:rFonts w:ascii="Gentium Plus" w:hAnsi="Gentium Plus"/>
          <w:sz w:val="24"/>
        </w:rPr>
        <w:t>ἕλκει, ἐρυσιπέλατος ἐπιγενομένου, κάθαρσιν ποιέεσθαι παν‐ τὸς τοῦ σώματος. καὶ ὅλως εἰ θελήσαις ἐπιμελῶς διελθεῖν τὸ περὶ τῶν ἑλκῶν βιβλίον, εὑρήσεις αὐτὸν ἀεὶ μὲν ἀπὸ τῶν διαθέσεων τὴν ἔνδειξιν λαμβάνοντα· προσχρώμενον δέ ποτε</w:t>
      </w:r>
    </w:p>
    <w:p>
      <w:r>
        <w:rPr>
          <w:rFonts w:ascii="Courier New" w:hAnsi="Courier New"/>
          <w:color w:val="555555"/>
          <w:sz w:val="20"/>
        </w:rPr>
        <w:t>[5]</w:t>
      </w:r>
    </w:p>
    <w:p>
      <w:r>
        <w:rPr>
          <w:rFonts w:ascii="Gentium Plus" w:hAnsi="Gentium Plus"/>
          <w:sz w:val="24"/>
        </w:rPr>
        <w:t>τῷ χρόνῳ πρὸς τὴν τῆς διαθέσεως διάγνωσιν. ὅτι δ’ οὕτω ταῦτ’ ἔχει μάθοις ἂν ἐκ πρώτης μὲν ἀρχῆς τοῦ συγγράμματος, ἐχούσης ὧδε· ἕλκεα ξύμπαντα οὐ χρὴ τέγγειν πλὴν οἴνῳ· ὅτι πολλάκις ἑτέρα διάθεσις ἐπιπλακεῖσα τῷ ἕλκει κωλύει τὴν ὡς ἕλκους προσφέρεσθαι θεραπείαν. καὶ τὴν αἰτίαν διδά‐</w:t>
      </w:r>
    </w:p>
    <w:p>
      <w:r>
        <w:rPr>
          <w:rFonts w:ascii="Courier New" w:hAnsi="Courier New"/>
          <w:color w:val="555555"/>
          <w:sz w:val="20"/>
        </w:rPr>
        <w:t>[10]</w:t>
      </w:r>
    </w:p>
    <w:p>
      <w:r>
        <w:rPr>
          <w:rFonts w:ascii="Gentium Plus" w:hAnsi="Gentium Plus"/>
          <w:sz w:val="24"/>
        </w:rPr>
        <w:t>σκων φησί· τὸ γὰρ ξηρὸν τοῦ ὑγιέος ἐγγυτέρω ἐστὶ, τὸ δ’ ὑγρὸν τοῦ μὴ ὑγιέος. εἶθ’ ἑξῆς· τὸ γὰρ ἕλκος ὑγρόν ἐστι· τὸ δὲ ὑγιὲς ξηρόν ἐστι. καὶ διὰ τοῦτο καθ’ ὅλον τὸ σύγγραμμα τῆς θεραπείας τῶν ἑλκῶν ἁπάσης σκοπὸν ποιησάμενος τὸ ξηραίνειν, οὕτως ἤδη τὰ κατὰ μέρος ἐξευρίσκει, σὺν τῷ καὶ</w:t>
      </w:r>
    </w:p>
    <w:p>
      <w:r>
        <w:rPr>
          <w:rFonts w:ascii="Courier New" w:hAnsi="Courier New"/>
          <w:color w:val="555555"/>
          <w:sz w:val="20"/>
        </w:rPr>
        <w:t>[15]</w:t>
      </w:r>
    </w:p>
    <w:p>
      <w:r>
        <w:rPr>
          <w:rFonts w:ascii="Gentium Plus" w:hAnsi="Gentium Plus"/>
          <w:sz w:val="24"/>
        </w:rPr>
        <w:t>πολλάκις ἀναμιμνήσκειν ἡμᾶς τοῦ σκοποῦ. ἔν τε γὰρ τῷ γρά‐ ψαι, τῶν δὲ ἑλκέων ὅ τι μὲν ἂν ὀξεῖ βέλει ἢ διατμηθῇ, ἢ διακοπῇ, ἐνδέχεται καὶ ἔναιμον φάρμακον τὸ κωλῦον διαπύειν</w:t>
      </w:r>
    </w:p>
    <w:p>
      <w:r>
        <w:rPr>
          <w:rFonts w:ascii="Courier New" w:hAnsi="Courier New"/>
          <w:color w:val="555555"/>
          <w:sz w:val="20"/>
        </w:rPr>
        <w:t>[10 . 279]</w:t>
      </w:r>
    </w:p>
    <w:p>
      <w:r>
        <w:rPr>
          <w:rFonts w:ascii="Gentium Plus" w:hAnsi="Gentium Plus"/>
          <w:sz w:val="24"/>
        </w:rPr>
        <w:t>ρότερον. καὶ πάλιν· ὁκοῖα δ’ ἂν καθαρθέντα καλῶς καὶ ἐς τὸ δέον ἀεὶ ἐπὶ τὸ ξηρότερον θεραπεύεται, πλὴν εἰ θλασθῇ. καὶ πάλιν, ὅ τι δ’ ἂν μὴ δύνηται προσθεῖναι, ἡ σὰρξ ὑγρὴ ἐοῦσα αἰτίη ἐστίν· ἐν τοῖς τοιούτοις ἅπασιν ἀναμιμνήσκει</w:t>
      </w:r>
    </w:p>
    <w:p>
      <w:r>
        <w:rPr>
          <w:rFonts w:ascii="Courier New" w:hAnsi="Courier New"/>
          <w:color w:val="555555"/>
          <w:sz w:val="20"/>
        </w:rPr>
        <w:t>[5]</w:t>
      </w:r>
    </w:p>
    <w:p>
      <w:r>
        <w:rPr>
          <w:rFonts w:ascii="Gentium Plus" w:hAnsi="Gentium Plus"/>
          <w:sz w:val="24"/>
        </w:rPr>
        <w:t>τοῦ πρώτου σκοποῦ τῶν ἑλκῶν τῆς ἰάσεως. ἕλκους γὰρ ᾗ ἕλκος ἐστὶν ἴαμα τὸ ξηραίνεσθαι μετρίως· εἴρηται δ’ ἡ ἀπόδειξις ἐν τῷ πρὸ τούτου βιβλίῳ. τοῦ μέντοι μεθ’ ἑτέ‐ ρας διαθέσεως ἧς πρώτης χρὴ ποιήσασθαι τὴν ἐπιμέλειαν, οὐκ ἔθ’ ὡς ἕλκους ἐστὶν ἡ θεραπεία μόνου, ἀλλὰ πρώτη μὲν</w:t>
      </w:r>
    </w:p>
    <w:p>
      <w:r>
        <w:rPr>
          <w:rFonts w:ascii="Courier New" w:hAnsi="Courier New"/>
          <w:color w:val="555555"/>
          <w:sz w:val="20"/>
        </w:rPr>
        <w:t>[10]</w:t>
      </w:r>
    </w:p>
    <w:p>
      <w:r>
        <w:rPr>
          <w:rFonts w:ascii="Gentium Plus" w:hAnsi="Gentium Plus"/>
          <w:sz w:val="24"/>
        </w:rPr>
        <w:t>ἐκείνης τῆς διαθέσεως, ἐφεξῆς δὲ τοῦ ἕλκους· εἴτε γὰρ φλεγ‐ μονή τις, εἴτε μελανότης, εἴτ’ ἐκχύμωσις, εἴτ’ ἐρυσίπελας, εἴτ’ οἴδημα περὶ τὴν ἡλκωμένην συσταίη σάρκα, πρώτης ἐκείνης χρὴ ποιεῖσθαι τὴν θεραπείαν. ἀλλ’ ὅτι γε τὸ ἕλκος ἐν τούτῳ τῷ χρόνῳ μὴ ὅτι θεραπεύεται προσηκόντως, ἀλλὰ</w:t>
      </w:r>
    </w:p>
    <w:p>
      <w:r>
        <w:rPr>
          <w:rFonts w:ascii="Courier New" w:hAnsi="Courier New"/>
          <w:color w:val="555555"/>
          <w:sz w:val="20"/>
        </w:rPr>
        <w:t>[15]</w:t>
      </w:r>
    </w:p>
    <w:p>
      <w:r>
        <w:rPr>
          <w:rFonts w:ascii="Gentium Plus" w:hAnsi="Gentium Plus"/>
          <w:sz w:val="24"/>
        </w:rPr>
        <w:t>καὶ πολὺ μεῖζον ἑαυτοῦ γίνεται, παντί που δῆλον· εἴτε γὰρ θλασθείη τὰ πέριξ χωρία τοῦ ἕλκους, εἴτε φλεγμονή τις, εἴτ’ ὄγκος ἕτερος ἐν αὐτοῖς συσταίη, τὴν οἰκείαν ἐκείνης τῆς δια‐</w:t>
      </w:r>
    </w:p>
    <w:p>
      <w:r>
        <w:rPr>
          <w:rFonts w:ascii="Courier New" w:hAnsi="Courier New"/>
          <w:color w:val="555555"/>
          <w:sz w:val="20"/>
        </w:rPr>
        <w:t>[10 . 280]</w:t>
      </w:r>
    </w:p>
    <w:p>
      <w:r>
        <w:rPr>
          <w:rFonts w:ascii="Gentium Plus" w:hAnsi="Gentium Plus"/>
          <w:sz w:val="24"/>
        </w:rPr>
        <w:t>ἰαθῆναι τὸ ἕλκος πρὶν ὑγιᾶναι τὸ χωρίον ἐν ᾧ συνέστη. διὰ τοῦτ’ οὖν καὶ αὐτὸς ὁ Ἱπποκράτης ἀναμιμνήσκων ἡμᾶς ὧν εὐθὺς ἐν ἀρχῇ τοῦ συγγράμματος ἀπεφήνατο, τά τ’ ἄλλα τὰ μικρῷ πρόσθεν εἰρημένα προσέγραψε καὶ μέντοι καὶ τάδε·</w:t>
      </w:r>
    </w:p>
    <w:p>
      <w:r>
        <w:rPr>
          <w:rFonts w:ascii="Courier New" w:hAnsi="Courier New"/>
          <w:color w:val="555555"/>
          <w:sz w:val="20"/>
        </w:rPr>
        <w:t>[5]</w:t>
      </w:r>
    </w:p>
    <w:p>
      <w:r>
        <w:rPr>
          <w:rFonts w:ascii="Gentium Plus" w:hAnsi="Gentium Plus"/>
          <w:sz w:val="24"/>
        </w:rPr>
        <w:t>τῶν δ’ ἑλκέων ὅ τι μὲν ἂν ὀξεῖ βέλει ἢ διατμηθῇ, ἢ διακοπῇ, ἐνδέχεται καὶ ἔναιμον φάρμακον τὸ κωλῦον διαπύειν καὶ ἀναξηραῖνον. εἴ τις δ’ ὑπὸ τοῦ βέλους ἐθλάσθη τε καὶ διε‐ κόπη σὰρξ, ταύτην ἰατρεύειν, ὅπως διάπυος ὡς τάχιστα γένη‐ ται· ἧττόν τε γὰρ φλεγμαίνει καὶ ἀνάγκη τὰς σάρκας τὰς</w:t>
      </w:r>
    </w:p>
    <w:p>
      <w:r>
        <w:rPr>
          <w:rFonts w:ascii="Courier New" w:hAnsi="Courier New"/>
          <w:color w:val="555555"/>
          <w:sz w:val="20"/>
        </w:rPr>
        <w:t>[10]</w:t>
      </w:r>
    </w:p>
    <w:p>
      <w:r>
        <w:rPr>
          <w:rFonts w:ascii="Gentium Plus" w:hAnsi="Gentium Plus"/>
          <w:sz w:val="24"/>
        </w:rPr>
        <w:t>θλασθείσας καὶ κοπείσας καὶ σαπείσας καὶ πῦον γεννωμέ‐ νας ἐκτακῆναι, ἔπειτα βλαστάνειν νέας σάρκας. δηλοῖ γὰρ ἐν τούτῳ τῷ λόγῳ σαφῶς ὡς μόνας ἐκείνας τῶν ἐν τοῖς ἡλκωμένοις μέρεσι γινομένων διαθέσεων οὐ χρὴ ξηραίνειν ἐφ’ ὧν ὅ τι τάχιστα γεννῆσαι βουλόμεθα πῦον, εὐθὺς συνεμφαί‐</w:t>
      </w:r>
    </w:p>
    <w:p>
      <w:r>
        <w:rPr>
          <w:rFonts w:ascii="Courier New" w:hAnsi="Courier New"/>
          <w:color w:val="555555"/>
          <w:sz w:val="20"/>
        </w:rPr>
        <w:t>[15]</w:t>
      </w:r>
    </w:p>
    <w:p>
      <w:r>
        <w:rPr>
          <w:rFonts w:ascii="Gentium Plus" w:hAnsi="Gentium Plus"/>
          <w:sz w:val="24"/>
        </w:rPr>
        <w:t>νων ὅτι μετὰ σήψεώς τινος γεννᾶται τὸ πῦον. ἅπαντα δὲ τὰ σηπόμενα θερμῷ καὶ ὑγρῷ τοῦτο πάσχει. καὶ τοίνυν καὶ τὰ διὰ τῆς ὠμηλύσεως καταπλάσματα θερμαίνοντά τε καὶ</w:t>
      </w:r>
    </w:p>
    <w:p>
      <w:r>
        <w:rPr>
          <w:rFonts w:ascii="Courier New" w:hAnsi="Courier New"/>
          <w:color w:val="555555"/>
          <w:sz w:val="20"/>
        </w:rPr>
        <w:t>[10 . 281]</w:t>
      </w:r>
    </w:p>
    <w:p>
      <w:r>
        <w:rPr>
          <w:rFonts w:ascii="Gentium Plus" w:hAnsi="Gentium Plus"/>
          <w:sz w:val="24"/>
        </w:rPr>
        <w:t>διαθέσεων. ὠμήλυσις γὰρ δι’ ὑδρελαίου καὶ ἄρτος δι’ ὑδρε‐ λαίου καὶ καταιόνησις δι’ ὕδατος θερμοῦ πολλοῦ καὶ ἡ τε‐ τραφάρμακος δύναμις, ἅπαντά τε τὰ θερμαίνοντα καὶ ὑγραί‐ νοντα διαπυΐσκει τάχιστα. διὰ τοῦτο καὶ τοῖς φλεγμαίνουσι</w:t>
      </w:r>
    </w:p>
    <w:p>
      <w:r>
        <w:rPr>
          <w:rFonts w:ascii="Courier New" w:hAnsi="Courier New"/>
          <w:color w:val="555555"/>
          <w:sz w:val="20"/>
        </w:rPr>
        <w:t>[5]</w:t>
      </w:r>
    </w:p>
    <w:p>
      <w:r>
        <w:rPr>
          <w:rFonts w:ascii="Gentium Plus" w:hAnsi="Gentium Plus"/>
          <w:sz w:val="24"/>
        </w:rPr>
        <w:t>μορίοις, ἐπειδὰν ἤδη σφύζῃ σφοδρότερον, ὡς ἀπελπισθῆναι τὴν χωρὶς διαπυήσεως ἴασιν, ἐπ’ αὐτῶν ἅπαντες οἱ παλαιοὶ τὰ τοιαῦτα προσφέρουσι φάρμακα, πρότερον δ’ οὔ. καὶ τοῦτο καὶ αὐτὸς ὁ Ἱπποκράτης ἐναργῶς ἡμᾶς διδάσκει κατά τε τὴν προγεγραμμένην ῥῆσιν, ἐν ᾗ κελεύει τὰ μὲν χωρὶς τοῦ</w:t>
      </w:r>
    </w:p>
    <w:p>
      <w:r>
        <w:rPr>
          <w:rFonts w:ascii="Courier New" w:hAnsi="Courier New"/>
          <w:color w:val="555555"/>
          <w:sz w:val="20"/>
        </w:rPr>
        <w:t>[10]</w:t>
      </w:r>
    </w:p>
    <w:p>
      <w:r>
        <w:rPr>
          <w:rFonts w:ascii="Gentium Plus" w:hAnsi="Gentium Plus"/>
          <w:sz w:val="24"/>
        </w:rPr>
        <w:t>τεθλάσθαι τετρωμένα μόρια ξηραίνειν ὡς μάλιστα, τὰ δ’ ἅμα θλάσει τινὶ γεγενημένα διαπυΐσκειν ὡς τάχιστα. καὶ μέν‐ τοι κᾀπειδὰν εἴπῃ, τὰ δὲ ἕλκεα ὅσα μὴ καλῶς καθαρθέντα ἐς τὸ δέον, ἀεὶ πρότερον ἄρξεται βλαστάνειν, ταῦτα ὑπερ‐ σαρκέει μάλιστα· ὁκοῖα δ’ ἂν καθαρθέντα καλῶς καὶ ἐς τὸ</w:t>
      </w:r>
    </w:p>
    <w:p>
      <w:r>
        <w:rPr>
          <w:rFonts w:ascii="Courier New" w:hAnsi="Courier New"/>
          <w:color w:val="555555"/>
          <w:sz w:val="20"/>
        </w:rPr>
        <w:t>[15]</w:t>
      </w:r>
    </w:p>
    <w:p>
      <w:r>
        <w:rPr>
          <w:rFonts w:ascii="Gentium Plus" w:hAnsi="Gentium Plus"/>
          <w:sz w:val="24"/>
        </w:rPr>
        <w:t>δέον ἀεὶ, ἐπὶ τὸ ξηρότερον θεραπεύεται, πλὴν εἰ θλασθῇ, ταῦτα οὐχ ὑπερσαρκέει ὡς ἐπιπολύ. καὶ γὰρ καὶ ἐνταῦθα τὸ</w:t>
      </w:r>
    </w:p>
    <w:p>
      <w:r>
        <w:rPr>
          <w:rFonts w:ascii="Courier New" w:hAnsi="Courier New"/>
          <w:color w:val="555555"/>
          <w:sz w:val="20"/>
        </w:rPr>
        <w:t>[10 . 282]</w:t>
      </w:r>
    </w:p>
    <w:p>
      <w:r>
        <w:rPr>
          <w:rFonts w:ascii="Gentium Plus" w:hAnsi="Gentium Plus"/>
          <w:sz w:val="24"/>
        </w:rPr>
        <w:t>προγεγραμμένην λέξιν εἰρημένου, τοῦ χρῆναι πάντα ξηραίνε‐ σθαι πλὴν τῶν θλασθέντων. οὐδὲ γὰρ ὁπότε τὰ φλεγμαί‐ νοντα καταπλάσσεται θερμαίνοντι καὶ ὑγραίνοντι καταπλάσ‐ ματι, κατὰ πρῶτον λόγον γίνεται τοῦτο· τοῦτ’ ἔστιν οὐχ</w:t>
      </w:r>
    </w:p>
    <w:p>
      <w:r>
        <w:rPr>
          <w:rFonts w:ascii="Courier New" w:hAnsi="Courier New"/>
          <w:color w:val="555555"/>
          <w:sz w:val="20"/>
        </w:rPr>
        <w:t>[5]</w:t>
      </w:r>
    </w:p>
    <w:p>
      <w:r>
        <w:rPr>
          <w:rFonts w:ascii="Gentium Plus" w:hAnsi="Gentium Plus"/>
          <w:sz w:val="24"/>
        </w:rPr>
        <w:t>ὡς ἴαμα τῆς διαθέσεως, ἀλλ’ ὡς παρηγορία τοῦ συμπτώμα‐ τος· ἐπεί τοι τὰ τῶν φλεγμονῶν αὐτῶν ἰάματα τῆς ξηροτέρας ἐστὶ δυνάμεως. ἄκουσον γοῦν λέγοντος τοῦ Ἱπποκράτους, καταπλάσματα οἰδημάτων καὶ φλεγμασίης τῆς ἐν τοῖς περι‐ έχουσιν, εἰ ἑφθῇ φλόμος, καὶ τῆς τριφύλλου τὰ φύλλα ὠμὰ</w:t>
      </w:r>
    </w:p>
    <w:p>
      <w:r>
        <w:rPr>
          <w:rFonts w:ascii="Courier New" w:hAnsi="Courier New"/>
          <w:color w:val="555555"/>
          <w:sz w:val="20"/>
        </w:rPr>
        <w:t>[10]</w:t>
      </w:r>
    </w:p>
    <w:p>
      <w:r>
        <w:rPr>
          <w:rFonts w:ascii="Gentium Plus" w:hAnsi="Gentium Plus"/>
          <w:sz w:val="24"/>
        </w:rPr>
        <w:t>καὶ τοῦ ἐπιπέτρου τὰ φύλλα ἑφθὰ καὶ τὸ πόλιον· ἅπαντα γὰρ ταῦτα ξηραίνειν πέφυκε, καθότι κᾀν τοῖς περὶ φαρμάκων ὑπομνήμασιν ἐλέγετο. καὶ ἡ σύντομος θεραπεία τῶν φλεγ‐ μαινόντων μορίων, διὰ τῶν τοιούτων ἐπιτελεῖται φαρμάκων, ἃ ἤτοι τελέως ἐξιᾶται τὴν διάθεσιν· ἢ εἰ καὶ καταλείπει τι</w:t>
      </w:r>
    </w:p>
    <w:p>
      <w:r>
        <w:rPr>
          <w:rFonts w:ascii="Courier New" w:hAnsi="Courier New"/>
          <w:color w:val="555555"/>
          <w:sz w:val="20"/>
        </w:rPr>
        <w:t>[15]</w:t>
      </w:r>
    </w:p>
    <w:p>
      <w:r>
        <w:rPr>
          <w:rFonts w:ascii="Gentium Plus" w:hAnsi="Gentium Plus"/>
          <w:sz w:val="24"/>
        </w:rPr>
        <w:t>βραχὺ διαπυΐσκον, ἑτέρου χρῄζει φαρμάκου δριμέος ἐκκε‐ νοῦν δυναμένου τὸ πῦον· ἢ εἴπερ λεπτὸν εἴη τὸ περιέχον δέρμα καὶ θᾶττον ἀπαλλάξαι τὸν κάμνοντα βουλόμεθα, το‐</w:t>
      </w:r>
    </w:p>
    <w:p>
      <w:r>
        <w:rPr>
          <w:rFonts w:ascii="Courier New" w:hAnsi="Courier New"/>
          <w:color w:val="555555"/>
          <w:sz w:val="20"/>
        </w:rPr>
        <w:t>[10 . 283]</w:t>
      </w:r>
    </w:p>
    <w:p>
      <w:r>
        <w:rPr>
          <w:rFonts w:ascii="Gentium Plus" w:hAnsi="Gentium Plus"/>
          <w:sz w:val="24"/>
        </w:rPr>
        <w:t>νόντων ἐκ τοῦ παρηγορικοῦ τρόπου τῆς τέχνης ἐστὶν, οὐ τοῦ θεραπευτικοῦ τε καὶ ἀγωνιστικοῦ· ἀλλὰ περὶ μὲν τῆς τῶν τοιούτων διαφορᾶς ἐν τοῖς ἑξῆς πλέον ἐροῦμεν. ὅτι δὲ τὰ ἕλκη πάντα ξηραίνειν ὁ Ἱπποκράτης κελεύει καὶ ὅτι τὸν σκο‐</w:t>
      </w:r>
    </w:p>
    <w:p>
      <w:r>
        <w:rPr>
          <w:rFonts w:ascii="Courier New" w:hAnsi="Courier New"/>
          <w:color w:val="555555"/>
          <w:sz w:val="20"/>
        </w:rPr>
        <w:t>[5]</w:t>
      </w:r>
    </w:p>
    <w:p>
      <w:r>
        <w:rPr>
          <w:rFonts w:ascii="Gentium Plus" w:hAnsi="Gentium Plus"/>
          <w:sz w:val="24"/>
        </w:rPr>
        <w:t>πὸν εἶναι τῆς ἰάσεως ἀπεφήνατο τῆς διαθέσεως ἐνδειξαμένης, οὐ τοῦ χρόνου, σαφῶς ἤδη μοι δεδεῖχθαι νομίζω. εἰ δέ τις ἐπὶ μᾶλλον πεισθῆναι βούλεται, τῷ περὶ τῶν ἑλκῶν βιβλίῳ τἀνδρὸς ἐπιπλέον ὁμιλησάτω πάντα, γνώσεται γὰρ ἐναργῶς αὐτό τε τοῦτο τὸ μίαν εἶναι πάντων ἑλκῶν ἴασιν καθόλου</w:t>
      </w:r>
    </w:p>
    <w:p>
      <w:r>
        <w:rPr>
          <w:rFonts w:ascii="Courier New" w:hAnsi="Courier New"/>
          <w:color w:val="555555"/>
          <w:sz w:val="20"/>
        </w:rPr>
        <w:t>[10]</w:t>
      </w:r>
    </w:p>
    <w:p>
      <w:r>
        <w:rPr>
          <w:rFonts w:ascii="Gentium Plus" w:hAnsi="Gentium Plus"/>
          <w:sz w:val="24"/>
        </w:rPr>
        <w:t>τὴν ὑφ’ ἡμῶν ἐν τῷ πρὸ τούτου λόγῳ δεδειγμένην, ἔτι τε πρὸς τούτῳ κᾀκεῖνο μαθήσεται, τὸ μηδεμίαν ὑπάρχειν ἔνδει‐ ξιν ἀπὸ τοῦ χρόνου μήτ’ ἐπὶ τῶν ἑλκῶν μήτ’ ἐπὶ τῶν φλεγμονῶν μήθ’ ἁπλῶς ἐπ’ ἄλλης ἡστινοσοῦν διαθέσεως. ἐπεὶ δὲ κατὰ τοῦτο τοῦ λόγου γεγόναμεν, ἐπιδεῖξαι δίκαιον</w:t>
      </w:r>
    </w:p>
    <w:p>
      <w:r>
        <w:rPr>
          <w:rFonts w:ascii="Courier New" w:hAnsi="Courier New"/>
          <w:color w:val="555555"/>
          <w:sz w:val="20"/>
        </w:rPr>
        <w:t>[15]</w:t>
      </w:r>
    </w:p>
    <w:p>
      <w:r>
        <w:rPr>
          <w:rFonts w:ascii="Gentium Plus" w:hAnsi="Gentium Plus"/>
          <w:sz w:val="24"/>
        </w:rPr>
        <w:t>ὡς οὐ μόνον ὧν ἄρτι διεληλύθαμεν εὑρετὴς ὁ Ἱπποκράτης ἐστὶν, ἀλλὰ καὶ τῶν ἄλλων ἁπάντων ὅσα χρὴ γινώσκειν τὸν μέλλοντα καλῶς ἕλκος ἰάσασθαι. φαίνεται γὰρ οὐ μόνον</w:t>
      </w:r>
    </w:p>
    <w:p>
      <w:r>
        <w:rPr>
          <w:rFonts w:ascii="Courier New" w:hAnsi="Courier New"/>
          <w:color w:val="555555"/>
          <w:sz w:val="20"/>
        </w:rPr>
        <w:t>[10 . 284]</w:t>
      </w:r>
    </w:p>
    <w:p>
      <w:r>
        <w:rPr>
          <w:rFonts w:ascii="Gentium Plus" w:hAnsi="Gentium Plus"/>
          <w:sz w:val="24"/>
        </w:rPr>
        <w:t>ὡς ἐν τῷ ξηραίνειν ἐστὶν, ἀλλὰ καὶ τῶν διαθέσεων ἁπασῶν, ἑκάστης ἰδίᾳ κατ’ εἶδος. ἤτοι γὰρ οὐκέτ’ ἐπιῤῥεῖ τῷ δεδεγμένῳ τὴν ἕλκωσιν μορίῳ μοχθηρὸς χυμὸς, ἢ ἐπιῤῥεῖ· μηκέτι μὲν οὖν ἐπιῤῥέοντος, αὐτὸ μόνον ἰᾶσθαι χρὴ τὸ πεπονθός· εἰ μὲν</w:t>
      </w:r>
    </w:p>
    <w:p>
      <w:r>
        <w:rPr>
          <w:rFonts w:ascii="Courier New" w:hAnsi="Courier New"/>
          <w:color w:val="555555"/>
          <w:sz w:val="20"/>
        </w:rPr>
        <w:t>[5]</w:t>
      </w:r>
    </w:p>
    <w:p>
      <w:r>
        <w:rPr>
          <w:rFonts w:ascii="Gentium Plus" w:hAnsi="Gentium Plus"/>
          <w:sz w:val="24"/>
        </w:rPr>
        <w:t>ἤτοι πελιδνὸν, ἢ μέλαν, ἢ ἐρυθρὸν εἴη, σχάζοντάς τε καὶ τοῦ αἵματος ἀφαιροῦντας· εἶθ’ οὕτως παραχρῆμα μὲν ἐπι‐ θέντας, ὡς αὐτὸς ἔλεγε, σπόγγον ξηρότερον μᾶλλον ἢ ὑγρό‐ τερον· οὐ γὰρ ἀγνοήσειν οἶμαί τινα τὸ ἤ μόριον ἀποφά‐ σεως ἔχον ἐνταῦθα δύναμιν, ὡς εἰ καὶ οὕτως εἶπε, ξηρότερον,</w:t>
      </w:r>
    </w:p>
    <w:p>
      <w:r>
        <w:rPr>
          <w:rFonts w:ascii="Courier New" w:hAnsi="Courier New"/>
          <w:color w:val="555555"/>
          <w:sz w:val="20"/>
        </w:rPr>
        <w:t>[10]</w:t>
      </w:r>
    </w:p>
    <w:p>
      <w:r>
        <w:rPr>
          <w:rFonts w:ascii="Gentium Plus" w:hAnsi="Gentium Plus"/>
          <w:sz w:val="24"/>
        </w:rPr>
        <w:t>οὐχ ὑγρότερον· ἔπειτα δὲ τοῖς ξηραίνουσι φαρμάκοις χοω‐ μένους, εἶτ’ εἰ πάλιν δεήσειεν, αὖθις αἵματος ἀφαιροῦντας· εἶτ’ αὖθις τὰ τοιαῦτα ποιοῦντας ἄχρις ἂν ἐξυγιασθῇ τελέως· εἰ δὲ τὰ χείλη σκληρὰ καὶ τυλώδη φαίνοιντο, περιτέμνοντας αὐτά. καὶ γὰρ δὴ καὶ περὶ τούτων φησί· τῶν δ’ ἑλκέων τὰ</w:t>
      </w:r>
    </w:p>
    <w:p>
      <w:r>
        <w:rPr>
          <w:rFonts w:ascii="Courier New" w:hAnsi="Courier New"/>
          <w:color w:val="555555"/>
          <w:sz w:val="20"/>
        </w:rPr>
        <w:t>[15]</w:t>
      </w:r>
    </w:p>
    <w:p>
      <w:r>
        <w:rPr>
          <w:rFonts w:ascii="Gentium Plus" w:hAnsi="Gentium Plus"/>
          <w:sz w:val="24"/>
        </w:rPr>
        <w:t>κυκλοτερῆ ἢν ὑπόκοιλα ᾖ, ἐν κύκλῳ περιτέμνειν χρὴ τὰ ἀφε‐ στῶτα, ἢ πάντα, ἢ τὰ ἡμίσεα τοῦ κύκλου, κατὰ μῆκος τοῦ</w:t>
      </w:r>
    </w:p>
    <w:p>
      <w:r>
        <w:rPr>
          <w:rFonts w:ascii="Courier New" w:hAnsi="Courier New"/>
          <w:color w:val="555555"/>
          <w:sz w:val="20"/>
        </w:rPr>
        <w:t>[10 . 285]</w:t>
      </w:r>
    </w:p>
    <w:p>
      <w:r>
        <w:rPr>
          <w:rFonts w:ascii="Gentium Plus" w:hAnsi="Gentium Plus"/>
          <w:sz w:val="24"/>
        </w:rPr>
        <w:t>ἁπάντων, ὡς χρὴ θεραπεύειν ἕκαστον· ὡσαύτως δὲ καὶ περὶ τῶν κιρσῶν· ὅταν καὶ διὰ τούτους ἕλκη δυσίατα γίγνηται, δῆλον ὡς ἐπιῤῥέοντός τινος ἐξ αὐτῶν τοῖς ἡλκωμένοις μορίοις. οὕτως δὲ κᾀπειδὰν ἐξ ὅλου τοῦ σώματος ἡ ἐπιῤῥοὴ γίγνη‐</w:t>
      </w:r>
    </w:p>
    <w:p>
      <w:r>
        <w:rPr>
          <w:rFonts w:ascii="Courier New" w:hAnsi="Courier New"/>
          <w:color w:val="555555"/>
          <w:sz w:val="20"/>
        </w:rPr>
        <w:t>[5]</w:t>
      </w:r>
    </w:p>
    <w:p>
      <w:r>
        <w:rPr>
          <w:rFonts w:ascii="Gentium Plus" w:hAnsi="Gentium Plus"/>
          <w:sz w:val="24"/>
        </w:rPr>
        <w:t>ται, καθαίρειν κελεύει τὸ πᾶν ἐν οὐδενὶ τούτων ἀπὸ τοῦ χρόνου τὴν ἔνδειξιν λαμβάνων· ἐπεί τοι καὶ γελοῖον ἀπὸ μιᾶς κοινότητος ἐνδείξεις οὕτω πολλὰς καὶ διαφερούσας καὶ πολλάκις ἐναντίας γίγνεσθαι. εἰ γὰρ καὶ συγχωρήσαιμεν ἔν‐ δειξίν τινα περὶ τοῦ χρόνου λαμβάνεσθαι, τίς ποτέ ἐστιν</w:t>
      </w:r>
    </w:p>
    <w:p>
      <w:r>
        <w:rPr>
          <w:rFonts w:ascii="Courier New" w:hAnsi="Courier New"/>
          <w:color w:val="555555"/>
          <w:sz w:val="20"/>
        </w:rPr>
        <w:t>[10]</w:t>
      </w:r>
    </w:p>
    <w:p>
      <w:r>
        <w:rPr>
          <w:rFonts w:ascii="Gentium Plus" w:hAnsi="Gentium Plus"/>
          <w:sz w:val="24"/>
        </w:rPr>
        <w:t>αὐτὴ, δίκαιον εἰπεῖν, αὐτὴν ἑνὶ κεφαλαίῳ περιλαβόντα, κα‐ θάπερ ἐπὶ τῶν ἄλλων ἁπάντων ποιοῦμεν οὐχ ἡμεῖς μόνον, ἀλλὰ καὶ αὐτὸς ὁ Θεσσαλός. ἓν γοῦν ἐνδείκνυται καθόλου τὸ στεγνὸν πάθος αὐτῷ τὸ χαλᾷν· ὥσπερ γε καὶ τὸ ῥοῶδες ἓν ἕτερον τὸ στέλλειν. ἀλλὰ καὶ κατ’ αὐτὰ τὰ ἕλκη τὸ μὲν</w:t>
      </w:r>
    </w:p>
    <w:p>
      <w:r>
        <w:rPr>
          <w:rFonts w:ascii="Courier New" w:hAnsi="Courier New"/>
          <w:color w:val="555555"/>
          <w:sz w:val="20"/>
        </w:rPr>
        <w:t>[15]</w:t>
      </w:r>
    </w:p>
    <w:p>
      <w:r>
        <w:rPr>
          <w:rFonts w:ascii="Gentium Plus" w:hAnsi="Gentium Plus"/>
          <w:sz w:val="24"/>
        </w:rPr>
        <w:t>ῥυπαρὸν καθαίρεσθαι δεῖται, τὸ δὲ κοῖλον πληροῦσθαι· καὶ τὸ μὲν ὁμαλὲς ἐπουλοῦσθαι, τὸ δὲ ὑπερσαρκοῦν κα‐</w:t>
      </w:r>
    </w:p>
    <w:p>
      <w:r>
        <w:rPr>
          <w:rFonts w:ascii="Courier New" w:hAnsi="Courier New"/>
          <w:color w:val="555555"/>
          <w:sz w:val="20"/>
        </w:rPr>
        <w:t>[10 . 286]</w:t>
      </w:r>
    </w:p>
    <w:p>
      <w:r>
        <w:rPr>
          <w:rFonts w:ascii="Gentium Plus" w:hAnsi="Gentium Plus"/>
          <w:sz w:val="24"/>
        </w:rPr>
        <w:t>κᾀπὶ τοῦ κεχρονισμένου τι τοιοῦτον ἕτερον ἓν, ὡς ἐπ’ ἐκεί‐ νων ἑκάστου· ἀλλ’ οὐκ ἔχει· καὶ γὰρ καὶ περιτέμνειν αὐτά φησι χρῆναι. καίτοι τίς ἂν ἔνδειξις αὕτη νοῦν ἔχουσα περὶ τοῦ χρόνου γίγνοιτο; καὶ τῷ διὰ τοῦ νάπυος χρῆσθαι</w:t>
      </w:r>
    </w:p>
    <w:p>
      <w:r>
        <w:rPr>
          <w:rFonts w:ascii="Courier New" w:hAnsi="Courier New"/>
          <w:color w:val="555555"/>
          <w:sz w:val="20"/>
        </w:rPr>
        <w:t>[5]</w:t>
      </w:r>
    </w:p>
    <w:p>
      <w:r>
        <w:rPr>
          <w:rFonts w:ascii="Gentium Plus" w:hAnsi="Gentium Plus"/>
          <w:sz w:val="24"/>
        </w:rPr>
        <w:t>φαρμάκῳ, καθ’ οὗ τὸ κενὸν ὄνομα φθέγγεται, τὴν μετασύγ‐ κρισιν· ἔτι τε πρὸς τούτοις, τοῖς ἀπὸ ῥαφανίδων ἐμέτοις· καὶ τελευτῶν ἐπειδὰν μηκέθ’ εὑρίσκῃ μηδὲν, ἐλλεβόρῳ; ἀλλὰ ταῦτα μὲν, ὡς ἔφην, κᾀν τοῖς ἑξῆς ἐπὶ πλέον εἰρήσεται, δεικ‐ νύντων ἡμῶν ὡς οὐδὲν ἐπ’ οὐδενὸς νοσήματος ὁ χρόνος</w:t>
      </w:r>
    </w:p>
    <w:p>
      <w:r>
        <w:rPr>
          <w:rFonts w:ascii="Courier New" w:hAnsi="Courier New"/>
          <w:color w:val="555555"/>
          <w:sz w:val="20"/>
        </w:rPr>
        <w:t>[10]</w:t>
      </w:r>
    </w:p>
    <w:p>
      <w:r>
        <w:rPr>
          <w:rFonts w:ascii="Gentium Plus" w:hAnsi="Gentium Plus"/>
          <w:sz w:val="24"/>
        </w:rPr>
        <w:t>ἐνδείκνυται, σημεῖον μέντοι πολλάκις γίγνεται τῆς δια‐ θέσεως. Ἐπάνειμι δὲ πάλιν ἐπὶ τὸν Ἱπποκράτην· θαυμάζω γὰρ τῆς ἀκριβείας τὸν ἄνδρα κᾀν τοῖς ἄλλοις ἅπα‐ σιν, οὐχ ἥκιστα δὲ κᾀν τῷ μὴ παραλιπεῖν εἰς ἔνδειξιν διαφέ‐</w:t>
      </w:r>
    </w:p>
    <w:p>
      <w:r>
        <w:rPr>
          <w:rFonts w:ascii="Courier New" w:hAnsi="Courier New"/>
          <w:color w:val="555555"/>
          <w:sz w:val="20"/>
        </w:rPr>
        <w:t>[15]</w:t>
      </w:r>
    </w:p>
    <w:p>
      <w:r>
        <w:rPr>
          <w:rFonts w:ascii="Gentium Plus" w:hAnsi="Gentium Plus"/>
          <w:sz w:val="24"/>
        </w:rPr>
        <w:t>ροντα σκοπὸν οὐκ ἐφ’ ἑνὸς μόνον ἢ δυοῖν, ἀλλ’ ἐπὶ πάντων ἁπλῶς τῶν νοσημάτων. ἔστι δ’ οὗτος ὁ ἀπὸ τῆς ἰσχύος τῆς διαθέσεως λαμβανόμενος· οὐ μόνον οἱ μεθοδικοὶ παρεῖδον,</w:t>
      </w:r>
    </w:p>
    <w:p>
      <w:r>
        <w:rPr>
          <w:rFonts w:ascii="Courier New" w:hAnsi="Courier New"/>
          <w:color w:val="555555"/>
          <w:sz w:val="20"/>
        </w:rPr>
        <w:t>[10 . 287]</w:t>
      </w:r>
    </w:p>
    <w:p>
      <w:r>
        <w:rPr>
          <w:rFonts w:ascii="Gentium Plus" w:hAnsi="Gentium Plus"/>
          <w:sz w:val="24"/>
        </w:rPr>
        <w:t>πλεῖστοι· καὶ καθ’ ἕτερον τρόπον ἅπαντες οἱ ἐμπειρικοί. ἐπειδὰν γὰρ ἐπὶ τῇ πληθωρικῇ καλουμένῃ συνδρομῇ κένωσιν ἑαυτοῖς τετηρῆσθαι λέγωσιν, ἄντικρυς ὁμολογοῦσιν, ὡς εἰς οὐδὲν ἄλλο τῶν περὶ τὸν κάμνοντα γιγνομένων ἀποβλέποντες,</w:t>
      </w:r>
    </w:p>
    <w:p>
      <w:r>
        <w:rPr>
          <w:rFonts w:ascii="Courier New" w:hAnsi="Courier New"/>
          <w:color w:val="555555"/>
          <w:sz w:val="20"/>
        </w:rPr>
        <w:t>[5]</w:t>
      </w:r>
    </w:p>
    <w:p>
      <w:r>
        <w:rPr>
          <w:rFonts w:ascii="Gentium Plus" w:hAnsi="Gentium Plus"/>
          <w:sz w:val="24"/>
        </w:rPr>
        <w:t>ἐπὶ τὸ κενοῦν παραγίγνονται. καὶ οὐ τοῦτό φημι διότι καὶ αἱ καθάρσεις κενώσεις εἰσὶν, οὐδ’ αὗται πρὸς τῆς πληθωρι‐ κῆς διδασκόμεναι συνδρομῆς, ἀλλ’ ὅτι καὶ τὴν φλεβοτομίαν αὐτὴν ἐνίοτε, καίτοι μὴ παρούσης τῆς πληθωρικῆς συνδρομῆς, δίκαιόν ἐστι παραλαμβάνειν. εἰ γὰρ ἰσχυρὸν εἴη τὸ νόσημα</w:t>
      </w:r>
    </w:p>
    <w:p>
      <w:r>
        <w:rPr>
          <w:rFonts w:ascii="Courier New" w:hAnsi="Courier New"/>
          <w:color w:val="555555"/>
          <w:sz w:val="20"/>
        </w:rPr>
        <w:t>[10]</w:t>
      </w:r>
    </w:p>
    <w:p>
      <w:r>
        <w:rPr>
          <w:rFonts w:ascii="Gentium Plus" w:hAnsi="Gentium Plus"/>
          <w:sz w:val="24"/>
        </w:rPr>
        <w:t>καὶ ῥώμη δυνάμεως, οὐκ ἔστιν ὅστις οὐκ ἂν φλεβοτομήσειε τῶν ὡμιληκότων τοῖς ἔργοις τῆς τέχνης. αὐτοὺς γοῦν ὁρῶ‐ μεν τοὺς ἐμπειρικοὺς, ἐπειδὰν ἐκ καταπτώσεώς τινος ἢ ἄλλης πληγῆς θλασθῇ μέρη τινὰ τοῦ σώματος ἰσχυρῶς, ἐπὶ τὴν φλεβο‐ τομίαν ἐρχομένους· καίτοι μικρὸν ἔμπροσθεν ὑγίαινεν ἐκεῖνος,</w:t>
      </w:r>
    </w:p>
    <w:p>
      <w:r>
        <w:rPr>
          <w:rFonts w:ascii="Courier New" w:hAnsi="Courier New"/>
          <w:color w:val="555555"/>
          <w:sz w:val="20"/>
        </w:rPr>
        <w:t>[15]</w:t>
      </w:r>
    </w:p>
    <w:p>
      <w:r>
        <w:rPr>
          <w:rFonts w:ascii="Gentium Plus" w:hAnsi="Gentium Plus"/>
          <w:sz w:val="24"/>
        </w:rPr>
        <w:t>μηδεμίαν ἔχων πληθωρικὴν συνδρομήν. ᾧ δῆλον ὡς οὐχ οὗτός ἐστιν ὁ σκοπὸς τῆς φλεβοτομίας, ἀλλ’ ἥ τε τοῦ νοσήματος ἰσχὺς καὶ ἡ ῥώμη τῆς δυνάμεως, ἀφωρισμένων τοῦ λόγου τῶν</w:t>
      </w:r>
    </w:p>
    <w:p>
      <w:r>
        <w:rPr>
          <w:rFonts w:ascii="Courier New" w:hAnsi="Courier New"/>
          <w:color w:val="555555"/>
          <w:sz w:val="20"/>
        </w:rPr>
        <w:t>[10 . 288]</w:t>
      </w:r>
    </w:p>
    <w:p>
      <w:r>
        <w:rPr>
          <w:rFonts w:ascii="Gentium Plus" w:hAnsi="Gentium Plus"/>
          <w:sz w:val="24"/>
        </w:rPr>
        <w:t>ἔτι καὶ μηδὲν μηδέπω βεβλαμμένος ἐν τῇ πληθωρικῇ γένοιτο συνδρομῇ, τοῦτον οὐκ ἀνάγκη φλεβοτομεῖν· ἀλλ’ ἀρκεῖ τῷ μὲν ἀσιτία, τῷ δὲ ὀλιγοσιτία, τῷ δ’ ὑπαγωγὴ γαστρὸς, ἢ κά‐ θαρσις, ἢ πλείω λουτρά· τῷ δέ τινι καὶ γυμνάσιον ἤρκεσε</w:t>
      </w:r>
    </w:p>
    <w:p>
      <w:r>
        <w:rPr>
          <w:rFonts w:ascii="Courier New" w:hAnsi="Courier New"/>
          <w:color w:val="555555"/>
          <w:sz w:val="20"/>
        </w:rPr>
        <w:t>[5]</w:t>
      </w:r>
    </w:p>
    <w:p>
      <w:r>
        <w:rPr>
          <w:rFonts w:ascii="Gentium Plus" w:hAnsi="Gentium Plus"/>
          <w:sz w:val="24"/>
        </w:rPr>
        <w:t>μόνον ἢ τρίψις πολλή· φλεβοτομία δ’ οὐκ ἐξ ἀνάγκης, οὐδ’ ὑπ’ αὐτῶν τῶν ἐμπειρικῶν τοῖς οὕτως ἔχουσι προσάγεται. κατὰ δὲ τὸν αὐτὸν τρόπον οὐδὲ ἡ κάθαρσις ἐπὶ μόνῳ πλή‐ θει χυμῶν μοχθηρῶν δεόντως παραλαμβάνεται· ἀλλ’ ὥσπερ ἡ φλεβοτομία διά τε πλῆθος αἵματος καὶ ἰσχυρὰν νόσον, οὕτω</w:t>
      </w:r>
    </w:p>
    <w:p>
      <w:r>
        <w:rPr>
          <w:rFonts w:ascii="Courier New" w:hAnsi="Courier New"/>
          <w:color w:val="555555"/>
          <w:sz w:val="20"/>
        </w:rPr>
        <w:t>[10]</w:t>
      </w:r>
    </w:p>
    <w:p>
      <w:r>
        <w:rPr>
          <w:rFonts w:ascii="Gentium Plus" w:hAnsi="Gentium Plus"/>
          <w:sz w:val="24"/>
        </w:rPr>
        <w:t>καὶ ἡ κάθαρσις διά τε πλῆθος ἑτέρου τινὸς χυμοῦ καὶ ἰσχὺν νοσήματος. περὶ μὲν τῆς φλεβοτομίας ἐν ἑτέρῳ τέ μοι διῄ‐ ρηται λόγῳ κἀν τοῖς ἑξῆς εἰρήσεται· περὶ δὲ τῆς καθάρσεως ἐν τῷδε τῷ λόγῳ δίειμι· χρῄζουσι γὰρ αὐτῆς οἱ κάμνοντες οὐχ ὡς τὸ λυποῦν περίττωμα καθαιρούσης μόνον, ἀλλὰ</w:t>
      </w:r>
    </w:p>
    <w:p>
      <w:r>
        <w:rPr>
          <w:rFonts w:ascii="Courier New" w:hAnsi="Courier New"/>
          <w:color w:val="555555"/>
          <w:sz w:val="20"/>
        </w:rPr>
        <w:t>[15]</w:t>
      </w:r>
    </w:p>
    <w:p>
      <w:r>
        <w:rPr>
          <w:rFonts w:ascii="Gentium Plus" w:hAnsi="Gentium Plus"/>
          <w:sz w:val="24"/>
        </w:rPr>
        <w:t>καὶ ὡς ἀντισπώσης τε καὶ κενούσης· καὶ διὰ τοῦθ’ Ἱπποκρά‐ της ἔν τε τοῖς ἄλλοις ἅπασι συγγράμμασι κᾀν τῷ περὶ τῶν</w:t>
      </w:r>
    </w:p>
    <w:p>
      <w:r>
        <w:rPr>
          <w:rFonts w:ascii="Courier New" w:hAnsi="Courier New"/>
          <w:color w:val="555555"/>
          <w:sz w:val="20"/>
        </w:rPr>
        <w:t>[10 . 289]</w:t>
      </w:r>
    </w:p>
    <w:p>
      <w:r>
        <w:rPr>
          <w:rFonts w:ascii="Gentium Plus" w:hAnsi="Gentium Plus"/>
          <w:sz w:val="24"/>
        </w:rPr>
        <w:t>καθάρσεως. ὑποκάθαρσις γὰρ, φησὶ, τῆς κάτω κοιλίης ξυμ‐ φέρει τοῖς πλείστοισι τῶν ἑλκέων καὶ ἐν τρώμασιν ἐν κεφαλῇ ἐοῦσι καὶ ἐν κοιλίῃ καὶ ἐν ἄρθροισι καὶ ὅσα σφακελίσαι κίν‐ δυνος καὶ ὅσα ῥάπτεται καὶ τοῖς ἐσθιομένοισι καὶ ἕρπησι καὶ</w:t>
      </w:r>
    </w:p>
    <w:p>
      <w:r>
        <w:rPr>
          <w:rFonts w:ascii="Courier New" w:hAnsi="Courier New"/>
          <w:color w:val="555555"/>
          <w:sz w:val="20"/>
        </w:rPr>
        <w:t>[5]</w:t>
      </w:r>
    </w:p>
    <w:p>
      <w:r>
        <w:rPr>
          <w:rFonts w:ascii="Gentium Plus" w:hAnsi="Gentium Plus"/>
          <w:sz w:val="24"/>
        </w:rPr>
        <w:t>τοῖσιν ἄλλοισι τοῖσι πεπαλαιωμένοισι τὰ ἕλκεα καὶ ὁκοῖα δ’ ἂν μέλλῃ τις ἐπιδέειν, ὑποκαθαίρειν τὴν κάτω κοιλίην. ἐν τούτῳ τῷ λόγῳ σαφῶς ἡμᾶς ἐδίδαξεν ὅτι τοῖς ἕλκεσιν ἅπασι καὶ τοῖς τρώμασιν, ὅταν ἰσχυρὰ γένηται κάθαρσις, συμφέρει. τριχῶς γὰρ οὐ μόνον τούτων, ἀλλὰ καὶ τῶν ἄλλων παθῶν</w:t>
      </w:r>
    </w:p>
    <w:p>
      <w:r>
        <w:rPr>
          <w:rFonts w:ascii="Courier New" w:hAnsi="Courier New"/>
          <w:color w:val="555555"/>
          <w:sz w:val="20"/>
        </w:rPr>
        <w:t>[10]</w:t>
      </w:r>
    </w:p>
    <w:p>
      <w:r>
        <w:rPr>
          <w:rFonts w:ascii="Gentium Plus" w:hAnsi="Gentium Plus"/>
          <w:sz w:val="24"/>
        </w:rPr>
        <w:t>ἁπάντων ἰσχυρῶν γιγνομένων, ἢ διὰ τὸ κύριον τοῦ πεπον‐ θότος μέρους, ἢ διὰ τὸ μέγεθος τῆς διαθέσεως, ἢ διὰ τὴν κακοήθειαν, ἑκάστου τούτων ἰδίᾳ φαίνεται μεμνημένος ὁ Ἱπποκράτης, ἐπὶ μὲν τῶν ἐν τῇ κεφαλῇ καὶ κοίλιᾳ τρωμά‐ των τὸ κύριον ἐμφαίνων τοῦ τετρωμένου μορίου. κοιλίαν</w:t>
      </w:r>
    </w:p>
    <w:p>
      <w:r>
        <w:rPr>
          <w:rFonts w:ascii="Courier New" w:hAnsi="Courier New"/>
          <w:color w:val="555555"/>
          <w:sz w:val="20"/>
        </w:rPr>
        <w:t>[15]</w:t>
      </w:r>
    </w:p>
    <w:p>
      <w:r>
        <w:rPr>
          <w:rFonts w:ascii="Gentium Plus" w:hAnsi="Gentium Plus"/>
          <w:sz w:val="24"/>
        </w:rPr>
        <w:t>δ’ ὅτι μὴ τὴν κάτω μόνην ἀκούειν νῦν χρὴ, ἀλλὰ καὶ τὴν ἄνω, πρόδηλον οἶμαι παντί· διαιρουμένου γὰρ τοῦ μεταξὺ</w:t>
      </w:r>
    </w:p>
    <w:p>
      <w:r>
        <w:rPr>
          <w:rFonts w:ascii="Courier New" w:hAnsi="Courier New"/>
          <w:color w:val="555555"/>
          <w:sz w:val="20"/>
        </w:rPr>
        <w:t>[10 . 290]</w:t>
      </w:r>
    </w:p>
    <w:p>
      <w:r>
        <w:rPr>
          <w:rFonts w:ascii="Gentium Plus" w:hAnsi="Gentium Plus"/>
          <w:sz w:val="24"/>
        </w:rPr>
        <w:t>ἡ πρώτη μὲν ὑπὸ τοῦ θώρακος, ἡ δευτέρα δ’ ὑπὸ τοῦ περι‐ τοναίου περιέχεται. καὶ δὴ τῶν τρωμάτων ὅ τι ἂν εἴη εἴσω τοῦ θώρακος, ἢ εἴσω τοῦ περιτοναίου διασχῇ, κίνδυνον οὐ σμικρὸν ἐπιφέρει, καὶ μάλισθ’ ὅταν συντρώσῃ τι τῶν ἔνδον·</w:t>
      </w:r>
    </w:p>
    <w:p>
      <w:r>
        <w:rPr>
          <w:rFonts w:ascii="Courier New" w:hAnsi="Courier New"/>
          <w:color w:val="555555"/>
          <w:sz w:val="20"/>
        </w:rPr>
        <w:t>[5]</w:t>
      </w:r>
    </w:p>
    <w:p>
      <w:r>
        <w:rPr>
          <w:rFonts w:ascii="Gentium Plus" w:hAnsi="Gentium Plus"/>
          <w:sz w:val="24"/>
        </w:rPr>
        <w:t>ἀλλὰ καὶ ὅτι ταχέως κακοήθη γίνεται πάντα τὰ ἐν τοῖς ἄρ‐ θροις τρώματα, καὶ τοῦτο σχεδὸν ἅπαντες ἴσασιν, ἐκ μὲν τῆς πείρας μόνης μεμαθηκότες οἱ ταύτῃ μόνῃ προσέχοντες τὸν νοῦν, ἐκ δὲ τῆς φύσεως αὐτῶν τῶν τετρωμένων ὀργάνων οἷς ἐσπουδάσθη φύσεως σώματος ἐπιστήμην ἔχειν. ὅπου</w:t>
      </w:r>
    </w:p>
    <w:p>
      <w:r>
        <w:rPr>
          <w:rFonts w:ascii="Courier New" w:hAnsi="Courier New"/>
          <w:color w:val="555555"/>
          <w:sz w:val="20"/>
        </w:rPr>
        <w:t>[10]</w:t>
      </w:r>
    </w:p>
    <w:p>
      <w:r>
        <w:rPr>
          <w:rFonts w:ascii="Gentium Plus" w:hAnsi="Gentium Plus"/>
          <w:sz w:val="24"/>
        </w:rPr>
        <w:t>γὰρ τένοντες καὶ νεῦρα καὶ ἄσαρκα καὶ ὀστώδη χωρία. κίν‐ δυνος ἐνταῦθα καὶ ὀδυνηθῆναι καὶ ἀγρυπνῆσαι καὶ σπα‐ σθῆναι καὶ παραφρονῆσαι· ταῦτά τε οὖν τὰ τρώματα καὶ πρὸς τούτοις ὅσα ῥάπτεται, τουτέστιν ὅσα οὕτως ἐστὶ με‐ γάλα ὡς ῥαφῆς χρῄζειν, ἢ εἰ μὴ ταύτης, ἀλλ’ ἐπιδέσεως</w:t>
      </w:r>
    </w:p>
    <w:p>
      <w:r>
        <w:rPr>
          <w:rFonts w:ascii="Courier New" w:hAnsi="Courier New"/>
          <w:color w:val="555555"/>
          <w:sz w:val="20"/>
        </w:rPr>
        <w:t>[15]</w:t>
      </w:r>
    </w:p>
    <w:p>
      <w:r>
        <w:rPr>
          <w:rFonts w:ascii="Gentium Plus" w:hAnsi="Gentium Plus"/>
          <w:sz w:val="24"/>
        </w:rPr>
        <w:t>γοῦν, ὑποκαθαίρεσθαι δεῖται. λέλεκται δ’ ἐν τῷ πρόσθεν λόγῳ διότι χρὴ τὰ μεγάλα τῶν ἑλκῶν ἢ ῥαφαῖς, ἢ ἐπιδέ‐ σεσι συνάγεσθαι. καὶ μὲν δὴ καὶ ὅσα σφακελίσαι κίνδυνος,</w:t>
      </w:r>
    </w:p>
    <w:p>
      <w:r>
        <w:rPr>
          <w:rFonts w:ascii="Courier New" w:hAnsi="Courier New"/>
          <w:color w:val="555555"/>
          <w:sz w:val="20"/>
        </w:rPr>
        <w:t>[10 . 291]</w:t>
      </w:r>
    </w:p>
    <w:p>
      <w:r>
        <w:rPr>
          <w:rFonts w:ascii="Gentium Plus" w:hAnsi="Gentium Plus"/>
          <w:sz w:val="24"/>
        </w:rPr>
        <w:t>μενα, τουτέστι τὰ ἀναβιβρωσκόμενα, κακοήθη τε ἅμα καὶ κακοχυμίας ἐστὶν ἔκγονα. καὶ οἳ ἕρπητες δ’ ἐπὶ χολώδει περιτ‐ τώματι συνίστανται· καὶ τὰ ἄλλα σύμπαντα τὰ παλαιού‐ μενα κατά τινα τοιαύτην γίνεται πρόφασιν· ὥστ’ εὐλόγως</w:t>
      </w:r>
    </w:p>
    <w:p>
      <w:r>
        <w:rPr>
          <w:rFonts w:ascii="Courier New" w:hAnsi="Courier New"/>
          <w:color w:val="555555"/>
          <w:sz w:val="20"/>
        </w:rPr>
        <w:t>[5]</w:t>
      </w:r>
    </w:p>
    <w:p>
      <w:r>
        <w:rPr>
          <w:rFonts w:ascii="Gentium Plus" w:hAnsi="Gentium Plus"/>
          <w:sz w:val="24"/>
        </w:rPr>
        <w:t>ἐπὶ πάντων τούτων ὑποκαθαίρειν συμβουλεύει. καὶ μὲν δὴ καὶ προελθὼν ἔτι τάδε φησίν· ἐπὶ παντὶ ἕλκει ἐρυσιπέλατος ἐπιγενομένου κάθαρσιν ποιέεσθαι τοῦ σώματος ἐφ’ ὁπότερα ξυμφέρει τῷ ἕλκει, εἴτε ἄνω εἴτε κάτω· τούτου δ’ αὐτοῦ πάλιν ἡμᾶς τὸν διορισμὸν ἐν τῷ περὶ χυμῶν ἐδίδαξεν, ἀν‐</w:t>
      </w:r>
    </w:p>
    <w:p>
      <w:r>
        <w:rPr>
          <w:rFonts w:ascii="Courier New" w:hAnsi="Courier New"/>
          <w:color w:val="555555"/>
          <w:sz w:val="20"/>
        </w:rPr>
        <w:t>[10]</w:t>
      </w:r>
    </w:p>
    <w:p>
      <w:r>
        <w:rPr>
          <w:rFonts w:ascii="Gentium Plus" w:hAnsi="Gentium Plus"/>
          <w:sz w:val="24"/>
        </w:rPr>
        <w:t>τισπᾷν μὲν κελεύων εἰς τἀναντία, παροχετεύειν δ’ εἰς τὰ πλάγια· καὶ μὲν δὴ καὶ ὡς ἐπειδὰν μάλιστα ῥέπῃ, τότε ἀν‐ τισπαστέον· εἴρηται καὶ περὶ τούτου κατ’ ἐκεῖνο τὸ βιβλίον. ὥστε καὶ νῦν, εἰ μὲν ἔτι φέροιτο σφοδρῶς τὸ ῥεῦμα, διὰ τῶν ἐναντίων ἀντισπάσομεν· ἄνω μὲν γενομένου τοῦ ἕλκους</w:t>
      </w:r>
    </w:p>
    <w:p>
      <w:r>
        <w:rPr>
          <w:rFonts w:ascii="Courier New" w:hAnsi="Courier New"/>
          <w:color w:val="555555"/>
          <w:sz w:val="20"/>
        </w:rPr>
        <w:t>[15]</w:t>
      </w:r>
    </w:p>
    <w:p>
      <w:r>
        <w:rPr>
          <w:rFonts w:ascii="Gentium Plus" w:hAnsi="Gentium Plus"/>
          <w:sz w:val="24"/>
        </w:rPr>
        <w:t>κάτω καθαίροντες, εἰ δ’ ἐν τοῖς κάτω μέρεσι συσταίη, τὴν ἄνω κοιλίαν κενοῦντες· ἤδη δὲ καὶ πεπαυμένου καὶ κατὰ τὸ μόριον ἐστηριγμένου παροχετεύειν ἄμεινον· ἐγγυτέρω</w:t>
      </w:r>
    </w:p>
    <w:p>
      <w:r>
        <w:rPr>
          <w:rFonts w:ascii="Courier New" w:hAnsi="Courier New"/>
          <w:color w:val="555555"/>
          <w:sz w:val="20"/>
        </w:rPr>
        <w:t>[10 . 292]</w:t>
      </w:r>
    </w:p>
    <w:p>
      <w:r>
        <w:rPr>
          <w:rFonts w:ascii="Gentium Plus" w:hAnsi="Gentium Plus"/>
          <w:sz w:val="24"/>
        </w:rPr>
        <w:t>μάκῳ ῥᾴων ἐκ τοῦ πλησίον. ὅτι δ’ ὁ λόγος οὗτος ἤδη καὶ ἄλλου τινὸς ἅπτεται τῶν τῆς τέχνης μερῶν, τοῦ περὶ τὴν τῶν χυμῶν ἴασιν, οὐκ οἶμαί τινα λανθάνειν· ὅθεν κᾀν τοῖς ἑξῆς αὐτὸν ἀναγκαῖον ἔσται πάλιν ἐπαναλαβεῖν καὶ τελειῶσαι</w:t>
      </w:r>
    </w:p>
    <w:p>
      <w:r>
        <w:rPr>
          <w:rFonts w:ascii="Courier New" w:hAnsi="Courier New"/>
          <w:color w:val="555555"/>
          <w:sz w:val="20"/>
        </w:rPr>
        <w:t>[5]</w:t>
      </w:r>
    </w:p>
    <w:p>
      <w:r>
        <w:rPr>
          <w:rFonts w:ascii="Gentium Plus" w:hAnsi="Gentium Plus"/>
          <w:sz w:val="24"/>
        </w:rPr>
        <w:t>σύμπαντα. νυνὶ δ’ ὅτι τὴν ἰσχὺν τοῦ νοσήματος, ἣν εἰ καὶ μέγεθός τις ὀνομάζειν ἐθέλει, σκοπόν ἐστι ποιητέον ἡμῖν ἀφαιρέσεως αἵματος, ἢ καθάρσεως, καὶ ὡς Ἱπποκράτης ἁπάντων πρῶτος ὧν ἴσμεν ἐξεῦρε τοῦτον τὸν σκοπὸν ἐπιδεῖ‐ ξαι βούλομαι. περὶ μὲν οὖν τῶν ἄλλων νοσημάτων ἐν τοῖς</w:t>
      </w:r>
    </w:p>
    <w:p>
      <w:r>
        <w:rPr>
          <w:rFonts w:ascii="Courier New" w:hAnsi="Courier New"/>
          <w:color w:val="555555"/>
          <w:sz w:val="20"/>
        </w:rPr>
        <w:t>[10]</w:t>
      </w:r>
    </w:p>
    <w:p>
      <w:r>
        <w:rPr>
          <w:rFonts w:ascii="Gentium Plus" w:hAnsi="Gentium Plus"/>
          <w:sz w:val="24"/>
        </w:rPr>
        <w:t>ἑξῆς λόγοις ἐπιδείξω, περὶ δὲ τῶν ἑλκῶν ἐν τῷδε. τὰ μὲν οὖν τῶν καθάρσεων ἤδη μοι λέλεκται. τριχῶς γὰρ ἑκάστου νοσήματος ἰσχυροῦ γενομένου, διὰ τὸ κύριον τοῦ πεπονθό‐ τος μορίου, διὰ τὸ μέγεθος τῆς διαθέσεως καὶ τρίτην τὴν κακοήθειαν αὐτοῦ, ἁπάντων τούτων ἐμνημόνευσεν Ἱππο‐</w:t>
      </w:r>
    </w:p>
    <w:p>
      <w:r>
        <w:rPr>
          <w:rFonts w:ascii="Courier New" w:hAnsi="Courier New"/>
          <w:color w:val="555555"/>
          <w:sz w:val="20"/>
        </w:rPr>
        <w:t>[15]</w:t>
      </w:r>
    </w:p>
    <w:p>
      <w:r>
        <w:rPr>
          <w:rFonts w:ascii="Gentium Plus" w:hAnsi="Gentium Plus"/>
          <w:sz w:val="24"/>
        </w:rPr>
        <w:t>κράτης ἐν τῷ τῆς καθάρσεως λόγῳ. τί δὴ οὖν, ἴσως φησί τις, οὐχὶ καὶ φλεβοτομεῖν ἐνίοτε συμβουλεύει διὰ τὰς αὐτὰς προ‐ φάσεις; ἐμοὶ γοῦν δοκεῖ καὶ τοῦτο κελεύειν, ἀλλὰ διὰ τα‐</w:t>
      </w:r>
    </w:p>
    <w:p>
      <w:r>
        <w:rPr>
          <w:rFonts w:ascii="Courier New" w:hAnsi="Courier New"/>
          <w:color w:val="555555"/>
          <w:sz w:val="20"/>
        </w:rPr>
        <w:t>[10 . 293]</w:t>
      </w:r>
    </w:p>
    <w:p>
      <w:r>
        <w:rPr>
          <w:rFonts w:ascii="Gentium Plus" w:hAnsi="Gentium Plus"/>
          <w:sz w:val="24"/>
        </w:rPr>
        <w:t>ἄλλοις παλαιοῖς ἦν ἔθος. εἴσῃ δὲ πρῶτον μὲν ἀναγνοὺς τήν‐ δε τὴν ῥῆσιν αὐτοῦ· ἕλκει νεοτρώτῳ παντὶ, πλὴν ἐν κοιλίῃ, συμφέρει ἐκ τοῦ τρώματος αἷμα ῥυῆναι αὐτίκα πλέον ἢ ἔλασ‐ σον· φλεγμαίνει γὰρ ἧσσον αὐτὸ τὸ ἕλκος καὶ τὰ περι‐</w:t>
      </w:r>
    </w:p>
    <w:p>
      <w:r>
        <w:rPr>
          <w:rFonts w:ascii="Courier New" w:hAnsi="Courier New"/>
          <w:color w:val="555555"/>
          <w:sz w:val="20"/>
        </w:rPr>
        <w:t>[5]</w:t>
      </w:r>
    </w:p>
    <w:p>
      <w:r>
        <w:rPr>
          <w:rFonts w:ascii="Gentium Plus" w:hAnsi="Gentium Plus"/>
          <w:sz w:val="24"/>
        </w:rPr>
        <w:t>έχοντα. μετὰ δὲ ταύτην ἐν τῷ περὶ ἑλκῶν γεγραμμένην ἀνα‐ μνησθεὶς ὧν ἐν τοῖς ἄλλοις ἅπασι συγγράμμασι πολλάκις ὑπέθετο, μιμητὴν ἀξιῶν εἶναι τὸν ἰατρὸν οὐ τῆς φύσεως μόνον, ἀλλὰ κᾀκείνων ὅσα αὐτόματα ὠφελεῖ, σαφῶς ἂν ἤδη τὴν γνώμην εἰδείης τοῦ παλαιοῦ περὶ τῆς τοῦ αἵματος ἀφαι‐</w:t>
      </w:r>
    </w:p>
    <w:p>
      <w:r>
        <w:rPr>
          <w:rFonts w:ascii="Courier New" w:hAnsi="Courier New"/>
          <w:color w:val="555555"/>
          <w:sz w:val="20"/>
        </w:rPr>
        <w:t>[10]</w:t>
      </w:r>
    </w:p>
    <w:p>
      <w:r>
        <w:rPr>
          <w:rFonts w:ascii="Gentium Plus" w:hAnsi="Gentium Plus"/>
          <w:sz w:val="24"/>
        </w:rPr>
        <w:t>ρέσεως ἐπὶ τῶν ἰσχυρῶν τραυμάτων· εἰ γὰρ δὴ συμφέρει μὲν αἷμα ῥυῆναι τοῖς τοιούτοις, οὐκ ἐῤῥύη δὲ, τὸ λεῖπον αὐτὸν χρὴ προστιθέναι· δηλοῖ δὲ τοῦτο κᾀξ αὐτῶν ὧν ἐπιφέρει, συνάπτων γοῦν τῇ προειρημένῃ ῥήσει τήνδε φησί· καὶ ἀπὸ τῶν πεπαλαιωμένων ἑλκέων ξυμφέρει αἷμα ποιέειν ἀποῤῥέειν</w:t>
      </w:r>
    </w:p>
    <w:p>
      <w:r>
        <w:rPr>
          <w:rFonts w:ascii="Courier New" w:hAnsi="Courier New"/>
          <w:color w:val="555555"/>
          <w:sz w:val="20"/>
        </w:rPr>
        <w:t>[15]</w:t>
      </w:r>
    </w:p>
    <w:p>
      <w:r>
        <w:rPr>
          <w:rFonts w:ascii="Gentium Plus" w:hAnsi="Gentium Plus"/>
          <w:sz w:val="24"/>
        </w:rPr>
        <w:t>πυκινὰ, ὅκως ἂν δοκέῃ καιρὸς εἶναι, καὶ ἀπ’ αὐτῶν τῶν ἑλκέων καὶ ἀπὸ τῶν περιεχόντων τὸ ἕλκος. ἐπειδὴ γὰρ προ‐</w:t>
      </w:r>
    </w:p>
    <w:p>
      <w:r>
        <w:rPr>
          <w:rFonts w:ascii="Courier New" w:hAnsi="Courier New"/>
          <w:color w:val="555555"/>
          <w:sz w:val="20"/>
        </w:rPr>
        <w:t>[10 . 294]</w:t>
      </w:r>
    </w:p>
    <w:p>
      <w:r>
        <w:rPr>
          <w:rFonts w:ascii="Gentium Plus" w:hAnsi="Gentium Plus"/>
          <w:sz w:val="24"/>
        </w:rPr>
        <w:t>σκων ὡς εἰ μὴ καὶ τῶν κεχρονισμένων μνημονεύσειεν, οἰήσεταί τις ἐπὶ τῶν προσφάτων μόνων οὕτως αὐτὸν ἀποφήνασθαι, διὰ τοῦτο δεόντως προσέθηκε τὸ καὶ ἀπὸ τῶν πεπαλαιωμέ‐ νων ἑλκέων ἀφαιρεῖν τοῦ αἵματος. ἀλλ’ εἴπερ ἐκεῖνο καθό‐</w:t>
      </w:r>
    </w:p>
    <w:p>
      <w:r>
        <w:rPr>
          <w:rFonts w:ascii="Courier New" w:hAnsi="Courier New"/>
          <w:color w:val="555555"/>
          <w:sz w:val="20"/>
        </w:rPr>
        <w:t>[5]</w:t>
      </w:r>
    </w:p>
    <w:p>
      <w:r>
        <w:rPr>
          <w:rFonts w:ascii="Gentium Plus" w:hAnsi="Gentium Plus"/>
          <w:sz w:val="24"/>
        </w:rPr>
        <w:t>λου παρ’ αὐτοῦ μεμαθήκαμεν, ὡς ἀρχομένων μὲν τῶν ῥευ‐ μάτων ἀντισπᾷν προσῆκεν, ἐστηριγμένων δὲ ἐν τῷ πεπονθότι μορίῳ τὴν κένωσιν ἢ ἀπ’ αὐτοῦ ποιεῖσθαι τοῦ πεπονθότος μορίου, ἢ ὅτι μάλιστα πλησιέστατα, πρόχειρον ἡμῖν καὶ νῦν συλλογίσασθαι περὶ τῆς τοῦ αἵματος ἀφαιρέσεως, ὡς ἐν</w:t>
      </w:r>
    </w:p>
    <w:p>
      <w:r>
        <w:rPr>
          <w:rFonts w:ascii="Courier New" w:hAnsi="Courier New"/>
          <w:color w:val="555555"/>
          <w:sz w:val="20"/>
        </w:rPr>
        <w:t>[10]</w:t>
      </w:r>
    </w:p>
    <w:p>
      <w:r>
        <w:rPr>
          <w:rFonts w:ascii="Gentium Plus" w:hAnsi="Gentium Plus"/>
          <w:sz w:val="24"/>
        </w:rPr>
        <w:t>ἀρχῇ μὲν πόῤῥωθεν ἐξ, ὑστέρου δ’ ἀπ’ αὐτῶν τῶν ἡλκωμέ‐ νων προσήκει ποιεῖσθαι. καὶ μὲν δὴ καὶ τούτοις αὐτοῖς οἷς εἴρηκα προσθεὶς ὡς τὸν πλεονάζοντα χυμὸν ἐκκενοῦν ὁ Ἱπποκράτης συμβουλεύει, ποτὲ μὲν ἐπὶ τὴν τοῦ αἵματος ἀφαίρεσιν ἄξεις, ὅταν τοῦτο κρατῇ, ποτὲ δ’ ἤτοι ξανθῆς, ἢ</w:t>
      </w:r>
    </w:p>
    <w:p>
      <w:r>
        <w:rPr>
          <w:rFonts w:ascii="Courier New" w:hAnsi="Courier New"/>
          <w:color w:val="555555"/>
          <w:sz w:val="20"/>
        </w:rPr>
        <w:t>[15]</w:t>
      </w:r>
    </w:p>
    <w:p>
      <w:r>
        <w:rPr>
          <w:rFonts w:ascii="Gentium Plus" w:hAnsi="Gentium Plus"/>
          <w:sz w:val="24"/>
        </w:rPr>
        <w:t>μελαίνης χολῆς, ἢ φλέγματος ἀγωγὸν δώσεις φάρμακον, ἐκείνου μεμνημένος ἐν ἅπασι τούτοις, ὡς οὐκ ἔστιν ἕλκους ᾖ ἕλκος οὐδεμία τῶν τοιούτων ἰάσεων, ἀλλ’ ἤτοι κακοχυ‐</w:t>
      </w:r>
    </w:p>
    <w:p>
      <w:r>
        <w:rPr>
          <w:rFonts w:ascii="Courier New" w:hAnsi="Courier New"/>
          <w:color w:val="555555"/>
          <w:sz w:val="20"/>
        </w:rPr>
        <w:t>[10 . 295]</w:t>
      </w:r>
    </w:p>
    <w:p>
      <w:r>
        <w:rPr>
          <w:rFonts w:ascii="Gentium Plus" w:hAnsi="Gentium Plus"/>
          <w:sz w:val="24"/>
        </w:rPr>
        <w:t>τινος ἑτέρου τοιούτου· καὶ μὲν δὴ καὶ ὡς ἐνίοτε τῶν συμβε‐ βηκότων τι τοῖς ἕλκεσιν ἔνδειξιν ἰδίαν ποιεῖται, καθάπερ καὶ τὸ μέγεθος. εἴρηται δὲ καὶ περὶ αὐτῶν ἐν τῷ πρὸ τούτου γράμματι, τὰς διαφορὰς τῶν ἑλκῶν ἁπάσας, ὁπόσαι τέ εἰσι καὶ</w:t>
      </w:r>
    </w:p>
    <w:p>
      <w:r>
        <w:rPr>
          <w:rFonts w:ascii="Courier New" w:hAnsi="Courier New"/>
          <w:color w:val="555555"/>
          <w:sz w:val="20"/>
        </w:rPr>
        <w:t>[5]</w:t>
      </w:r>
    </w:p>
    <w:p>
      <w:r>
        <w:rPr>
          <w:rFonts w:ascii="Gentium Plus" w:hAnsi="Gentium Plus"/>
          <w:sz w:val="24"/>
        </w:rPr>
        <w:t>ὁποῖαι καὶ τίς ἐφ’ ἑκάστου αὐτῶν ἔνδειξις, ἐξηγησαμένου μου. τὸ δ’ ἀπὸ τῆς ἰσχύος τοῦ νοσήματος ἔνδειξιν γίγνεσθαι κενώσεως, ἐν ἐκείνῳ μὲν οὐκ εἶπον τῷ λόγῳ, διότι τε μακρο‐ τέρας ἀποδείξεως ἐδεῖτο καὶ τὴν τοῦ ὅλου σώματος ἐπιμέ‐ λειαν οὐ συνῆπτον ἐν αὐτῷ τοῖς ἕλκεσιν, ἐνταῦθα δὲ διεξ‐</w:t>
      </w:r>
    </w:p>
    <w:p>
      <w:r>
        <w:rPr>
          <w:rFonts w:ascii="Courier New" w:hAnsi="Courier New"/>
          <w:color w:val="555555"/>
          <w:sz w:val="20"/>
        </w:rPr>
        <w:t>[10]</w:t>
      </w:r>
    </w:p>
    <w:p>
      <w:r>
        <w:rPr>
          <w:rFonts w:ascii="Gentium Plus" w:hAnsi="Gentium Plus"/>
          <w:sz w:val="24"/>
        </w:rPr>
        <w:t>ῆλθον ὅσον εἰς τὰ παρόντα χρήσιμον. Ὁ γάρ τοι σύμπας λόγος ὑπὲρ τῆς τοιαύτης ἐνδείξεως, ἣν ἀπὸ τῆς ἰσχύος φαμὲν τοῦ νοσήματος λαμβά‐ νεσθαι καὶ μετὰ ταῦθ’ ἡμᾶς ἀναμένει ῥηθῆναι, καθάπερ καὶ ἡ ἀπὸ τῆς ἡλικίας, καὶ προσέτι καὶ ἡ ἀπὸ τῆς τῶν χυμῶν</w:t>
      </w:r>
    </w:p>
    <w:p>
      <w:r>
        <w:rPr>
          <w:rFonts w:ascii="Courier New" w:hAnsi="Courier New"/>
          <w:color w:val="555555"/>
          <w:sz w:val="20"/>
        </w:rPr>
        <w:t>[15]</w:t>
      </w:r>
    </w:p>
    <w:p>
      <w:r>
        <w:rPr>
          <w:rFonts w:ascii="Gentium Plus" w:hAnsi="Gentium Plus"/>
          <w:sz w:val="24"/>
        </w:rPr>
        <w:t>ἰάσεως· οὕτω δὲ καὶ ἡ ἀπὸ τῶν πεπονθότων μορίων ἔνδειξις εἰς τὴν θεραπείαν γιγνομένη, τελεώτερον ἐν τοῖς ἑξῆς ὑπο‐ μνήμασιν ἀποδοθήσεται. νυνὶ μὲν γὰρ ὅσον ἀπὸ τῆς φύσεως</w:t>
      </w:r>
    </w:p>
    <w:p>
      <w:r>
        <w:rPr>
          <w:rFonts w:ascii="Courier New" w:hAnsi="Courier New"/>
          <w:color w:val="555555"/>
          <w:sz w:val="20"/>
        </w:rPr>
        <w:t>[10 . 296]</w:t>
      </w:r>
    </w:p>
    <w:p>
      <w:r>
        <w:rPr>
          <w:rFonts w:ascii="Gentium Plus" w:hAnsi="Gentium Plus"/>
          <w:sz w:val="24"/>
        </w:rPr>
        <w:t>εἰς τὰς ἰάσεις λαμβάνεσθαι λέλεκται μόνον· ἡ δ’ ἀπὸ τῆς θέσεώς τε καὶ διαπλάσεως, ἔτι τε χρείας, ἀναισθησίας τε καὶ δυσαισθησίας ἔνδειξις οὐκ εἴρηται· λεγέσθω δὲ καὶ περὶ τού‐ των ὅσον εἰς τὴν τῶν ἑλκῶν ἴασιν διαφέρει. τὸ μὲν οὖν</w:t>
      </w:r>
    </w:p>
    <w:p>
      <w:r>
        <w:rPr>
          <w:rFonts w:ascii="Courier New" w:hAnsi="Courier New"/>
          <w:color w:val="555555"/>
          <w:sz w:val="20"/>
        </w:rPr>
        <w:t>[5]</w:t>
      </w:r>
    </w:p>
    <w:p>
      <w:r>
        <w:rPr>
          <w:rFonts w:ascii="Gentium Plus" w:hAnsi="Gentium Plus"/>
          <w:sz w:val="24"/>
        </w:rPr>
        <w:t>αἰσθητικὸν μόριον ἀνωδύνως ὅτι μάλιστα χρὴ πειρᾶσθαι θεραπεύειν· εἴρηται δ’ ἐν τοῖς περὶ φαρμάκων ἡ τῶν ἀνωδύ‐ νων ὕλη. τὸ δὲ δυσαισθητότερον ἐγχωρεῖ καὶ διὰ τῶν σφο‐ δροτέρων, εἰ ἡ διάθεσις οὕτω κελεύει· καὶ μὲν δὴ καὶ τοῦ μὲν κυρίου μορίου τὸν τόνον χρὴ φυλάττειν, ὡς ἐπὶ πλέον</w:t>
      </w:r>
    </w:p>
    <w:p>
      <w:r>
        <w:rPr>
          <w:rFonts w:ascii="Courier New" w:hAnsi="Courier New"/>
          <w:color w:val="555555"/>
          <w:sz w:val="20"/>
        </w:rPr>
        <w:t>[10]</w:t>
      </w:r>
    </w:p>
    <w:p>
      <w:r>
        <w:rPr>
          <w:rFonts w:ascii="Gentium Plus" w:hAnsi="Gentium Plus"/>
          <w:sz w:val="24"/>
        </w:rPr>
        <w:t>ἐν τοῖς περὶ φλεγμονῆς λογισμοῖς ἀποδείξομεν· εἰ δέ τι μὴ τοιοῦτον, ἐγχωρεῖ τοῦτο καὶ τὴν χαλαστικὴν ἀγωγὴν τῆς θε‐ ραπείας ἀλύπως δέχεσθαι. ταυτὶ μὲν οὖν ἐν τοῖς ἐφεξῆς ἐπι‐ πλέον ἐροῦμεν, ἐν δὲ τῷ παρόντι λόγῳ τὴν ἀπὸ τῆς θέσεώς τε καὶ διαπλάσεως τῶν μορίων ἔνδειξιν ἔτι προσθέντες, οὕτω</w:t>
      </w:r>
    </w:p>
    <w:p>
      <w:r>
        <w:rPr>
          <w:rFonts w:ascii="Courier New" w:hAnsi="Courier New"/>
          <w:color w:val="555555"/>
          <w:sz w:val="20"/>
        </w:rPr>
        <w:t>[15]</w:t>
      </w:r>
    </w:p>
    <w:p>
      <w:r>
        <w:rPr>
          <w:rFonts w:ascii="Gentium Plus" w:hAnsi="Gentium Plus"/>
          <w:sz w:val="24"/>
        </w:rPr>
        <w:t>καταπαύσομεν καὶ τουτὶ τὸ τέταρτον βιβλίον. ἐντεῦθεν γοῦν ἐπενοήθη τὸν μὲν κατὰ τὴν κοιλίαν ἡλκωμένον πίνειν τὰ φάρμακα, τὸν δὲ κατὰ τὸν στόμαχον, οὐχ ἅπαξ οὐδ’ ἀθρόως</w:t>
      </w:r>
    </w:p>
    <w:p>
      <w:r>
        <w:rPr>
          <w:rFonts w:ascii="Courier New" w:hAnsi="Courier New"/>
          <w:color w:val="555555"/>
          <w:sz w:val="20"/>
        </w:rPr>
        <w:t>[10 . 297]</w:t>
      </w:r>
    </w:p>
    <w:p>
      <w:r>
        <w:rPr>
          <w:rFonts w:ascii="Gentium Plus" w:hAnsi="Gentium Plus"/>
          <w:sz w:val="24"/>
        </w:rPr>
        <w:t>τῷ παρέρχεσθαι καὶ ψαύειν ἡ ὠφέλεια τούτοις ἐστὶν, οὐκ ἐν τῷ περιέρχεσθαι καὶ πλησιάζειν ἐπὶ πλείονα χρόνον, ὥσ‐ περ τῇ γαστρί. καὶ μὲν δὴ καὶ ὡς χρὴ παχύτερα προσφέρειν ταῦτα καὶ γλίσχρα, παρὰ τῆς θέσεώς τε καὶ διαπλάσεως ἡ</w:t>
      </w:r>
    </w:p>
    <w:p>
      <w:r>
        <w:rPr>
          <w:rFonts w:ascii="Courier New" w:hAnsi="Courier New"/>
          <w:color w:val="555555"/>
          <w:sz w:val="20"/>
        </w:rPr>
        <w:t>[5]</w:t>
      </w:r>
    </w:p>
    <w:p>
      <w:r>
        <w:rPr>
          <w:rFonts w:ascii="Gentium Plus" w:hAnsi="Gentium Plus"/>
          <w:sz w:val="24"/>
        </w:rPr>
        <w:t>ἔνδειξις. ἐπεὶ γὰρ δίοδός τις ὁ στόμαχός ἐστι τῶν ἐσθιομένων τε καὶ πινομένων, διὰ τοῦτο πάντων τῶν ἔχεσθαί τε καὶ περιπήγνυσθαι καὶ προσκολλᾶσθαι δυναμένων ἐστὶ χρεία φαρ‐ μάκων, οὐ τῶν ἀποκλύζεσθαι καὶ διαῤῥεῖν ἑτοίμως πεφυ‐ κότων. περιπήγνυται μὲν οὖν παχέα, κολλᾶται δὲ τὰ γλί‐</w:t>
      </w:r>
    </w:p>
    <w:p>
      <w:r>
        <w:rPr>
          <w:rFonts w:ascii="Courier New" w:hAnsi="Courier New"/>
          <w:color w:val="555555"/>
          <w:sz w:val="20"/>
        </w:rPr>
        <w:t>[10]</w:t>
      </w:r>
    </w:p>
    <w:p>
      <w:r>
        <w:rPr>
          <w:rFonts w:ascii="Gentium Plus" w:hAnsi="Gentium Plus"/>
          <w:sz w:val="24"/>
        </w:rPr>
        <w:t>σχρα. τὰ δ’ ἐν τοῖς παχέσιν ἐντέροις ἕλκη τῶν διὰ τῆς ἕδρας ἐνιεμένων χρῄζει μᾶλλον φαρμάκων· ἐγγυτέρω γὰρ ταύ‐ της ἐστί· τὰ δ’ ἐν τοῖς λεπτοῖς ἀμφοτέρων· ποῤῥωτέρω γὰρ ἤδη ταῦτ’ ἐστὶ καὶ μέσα τῇ θέσει τῶν ἄνωθέν τε λαμβανο‐ μένων καὶ κάτωθεν ἐνιεμένων φαρμάκων. κοινὴ δ’ ἐπὶ πάν‐</w:t>
      </w:r>
    </w:p>
    <w:p>
      <w:r>
        <w:rPr>
          <w:rFonts w:ascii="Courier New" w:hAnsi="Courier New"/>
          <w:color w:val="555555"/>
          <w:sz w:val="20"/>
        </w:rPr>
        <w:t>[15]</w:t>
      </w:r>
    </w:p>
    <w:p>
      <w:r>
        <w:rPr>
          <w:rFonts w:ascii="Gentium Plus" w:hAnsi="Gentium Plus"/>
          <w:sz w:val="24"/>
        </w:rPr>
        <w:t>των τῶν ἐντὸς μορίων ἔνδειξις αἱρεῖσθαι μὲν τὰ συνηθέστατα τοῦ ζώου τῇ φύσει καὶ σιτία καὶ φάρμακα· φεύγειν δὲ καὶ</w:t>
      </w:r>
    </w:p>
    <w:p>
      <w:r>
        <w:rPr>
          <w:rFonts w:ascii="Courier New" w:hAnsi="Courier New"/>
          <w:color w:val="555555"/>
          <w:sz w:val="20"/>
        </w:rPr>
        <w:t>[10 . 298]</w:t>
      </w:r>
    </w:p>
    <w:p>
      <w:r>
        <w:rPr>
          <w:rFonts w:ascii="Gentium Plus" w:hAnsi="Gentium Plus"/>
          <w:sz w:val="24"/>
        </w:rPr>
        <w:t>πος καὶ ἡ τῶν τοιούτων χρῆσις, ἰοῦ καὶ χαλκοῦ κεκαυμένου καὶ λεπίδος χαλκοῦ καὶ καδμείας καὶ πομφόλυγος καὶ λιθαρ‐ γύρου καὶ ψιμμυθίου. ταῦτ’ οὖν καὶ τὰ τοιαῦτα μὴ προσφέ‐ ρειν τοῖς ἐντός. εἴρηται δὲ περὶ τῆς φύσεως αὐτῶν ἔν</w:t>
      </w:r>
    </w:p>
    <w:p>
      <w:r>
        <w:rPr>
          <w:rFonts w:ascii="Courier New" w:hAnsi="Courier New"/>
          <w:color w:val="555555"/>
          <w:sz w:val="20"/>
        </w:rPr>
        <w:t>[5]</w:t>
      </w:r>
    </w:p>
    <w:p>
      <w:r>
        <w:rPr>
          <w:rFonts w:ascii="Gentium Plus" w:hAnsi="Gentium Plus"/>
          <w:sz w:val="24"/>
        </w:rPr>
        <w:t>τε τῷ τρίτῳ περὶ κράσεων κᾀν τοῖς περὶ φαρμάκων. αἱρεῖ‐ σθαι δὲ καὶ τὰς τροφὰς, εἰ μὲν εἰς οὐλὴν ἀγαγεῖν, ἢ κολλῆ‐ σαι βουλοίμεθα τὸ ἕλκος, αὐστηράς τε καὶ γλίσχρας καὶ ἀδήκ‐ τους· εἰ δ’ ἀνακαθῆραι, ῥυπτούσας μετρίως. εἰς μὲν δὴ τοῦτο πάντων ἄριστον μέλι ἄπεφθον, τὰ δ’ αὐστηρὰ πόματα καὶ</w:t>
      </w:r>
    </w:p>
    <w:p>
      <w:r>
        <w:rPr>
          <w:rFonts w:ascii="Courier New" w:hAnsi="Courier New"/>
          <w:color w:val="555555"/>
          <w:sz w:val="20"/>
        </w:rPr>
        <w:t>[10]</w:t>
      </w:r>
    </w:p>
    <w:p>
      <w:r>
        <w:rPr>
          <w:rFonts w:ascii="Gentium Plus" w:hAnsi="Gentium Plus"/>
          <w:sz w:val="24"/>
        </w:rPr>
        <w:t>αἱ τοιαῦται τροφαὶ πρόδηλοι παντί. καλῶ δ’ αὐστηρὸν ὅπερ καὶ στῦφον ὀνομάζεται, τὸ στρυφνὸν δὲ ἐπιτεταμένον ἐστὶν αὐστηρόν. ὅσα δὲ φάρμακα λαμβάνεται τοῖς ἐντὸς ἄλυπα γέγραπται μὲν ἐν τοῖς περὶ φαρμάκων, εἰρήσεται δὲ καὶ νῦν ὁ τύπος αὐτῶν. ὑποκυστὶς δὴ βαλαύστιον καὶ κύτι‐</w:t>
      </w:r>
    </w:p>
    <w:p>
      <w:r>
        <w:rPr>
          <w:rFonts w:ascii="Courier New" w:hAnsi="Courier New"/>
          <w:color w:val="555555"/>
          <w:sz w:val="20"/>
        </w:rPr>
        <w:t>[15]</w:t>
      </w:r>
    </w:p>
    <w:p>
      <w:r>
        <w:rPr>
          <w:rFonts w:ascii="Gentium Plus" w:hAnsi="Gentium Plus"/>
          <w:sz w:val="24"/>
        </w:rPr>
        <w:t>νοι ῥοιῶν καὶ κηκὶς καὶ ῥοιᾶς λέμματα καὶ Σάμιος ἀστὴρ καὶ Λημνία σφραγὶς καὶ χυλὸς ῥοῦ καὶ ῥόδων, ἀκακία τε καὶ</w:t>
      </w:r>
    </w:p>
    <w:p>
      <w:r>
        <w:rPr>
          <w:rFonts w:ascii="Courier New" w:hAnsi="Courier New"/>
          <w:color w:val="555555"/>
          <w:sz w:val="20"/>
        </w:rPr>
        <w:t>[10 . 299]</w:t>
      </w:r>
    </w:p>
    <w:p>
      <w:r>
        <w:rPr>
          <w:rFonts w:ascii="Gentium Plus" w:hAnsi="Gentium Plus"/>
          <w:sz w:val="24"/>
        </w:rPr>
        <w:t>οὐδεμίαν ἐργάζεται περὶ τὰ σπλάγχνα. διδόναι δ’ αὐτὰ διά τινος τῶν στυφόντων ἀφεψήματος, ἢ μήλων κυδωνίων, ἢ σχίνου, ἢ βάτου ἀκρεμόνων, ἢ ἀμπέλων, ἢ μύρτων, ἢ καὶ δι’ οἴνου τινὸς τῶν αὐστηρῶν. εὔδηλος δὲ ἡ τοῦ οἴνου χρῆ‐</w:t>
      </w:r>
    </w:p>
    <w:p>
      <w:r>
        <w:rPr>
          <w:rFonts w:ascii="Courier New" w:hAnsi="Courier New"/>
          <w:color w:val="555555"/>
          <w:sz w:val="20"/>
        </w:rPr>
        <w:t>[5]</w:t>
      </w:r>
    </w:p>
    <w:p>
      <w:r>
        <w:rPr>
          <w:rFonts w:ascii="Gentium Plus" w:hAnsi="Gentium Plus"/>
          <w:sz w:val="24"/>
        </w:rPr>
        <w:t>σις, ὡς πεφυλάχθαι χρὴ τὸν καιρὸν τῶν φλεγμονῶν· ἄλλως δ’ οὐδὲν κωλύει διδόναι. εὔδηλον δὲ ὡς καὶ ἀναλαμβάνειν χρὴ τὰ τοιαῦτα φάρμακα, παρασκευάζοντα διά τε τῶν εἰρη‐ μένων ὑγρῶν καὶ προσέτι τραγακάνθης τε καὶ κόμμεως ἐπι‐ μιγνύντα καὶ μάλιστα τοῖς ἐν στομάχῳ προσάξειν μέλλοντα.</w:t>
      </w:r>
    </w:p>
    <w:p>
      <w:r>
        <w:rPr>
          <w:rFonts w:ascii="Courier New" w:hAnsi="Courier New"/>
          <w:color w:val="555555"/>
          <w:sz w:val="20"/>
        </w:rPr>
        <w:t>[10]</w:t>
      </w:r>
    </w:p>
    <w:p>
      <w:r>
        <w:rPr>
          <w:rFonts w:ascii="Gentium Plus" w:hAnsi="Gentium Plus"/>
          <w:sz w:val="24"/>
        </w:rPr>
        <w:t>καὶ μὲν δὴ καὶ ἀνακογχυλίζεσθαι μὲν τοῖς κατὰ τὴν φάρυγγα καὶ τὰ παρίσθμια προσφέροντα κελεύειν χρὴ, κατέχειν δ’ ὕπτιον ἐπὶ πλεῖστον ἐν τῷ στόματι χαλαροὺς ἐργασάμενον ἅπαντας τοὺς τῇδε μῦς, ἐπὶ τῶν κατὰ τὴν ἀρτηρίαν ἑλκῶν· παραῤῥεῖ γὰρ οὕτως ἀτρέμα καὶ κατὰ βραχὺ, σαφῶς καὶ</w:t>
      </w:r>
    </w:p>
    <w:p>
      <w:r>
        <w:rPr>
          <w:rFonts w:ascii="Courier New" w:hAnsi="Courier New"/>
          <w:color w:val="555555"/>
          <w:sz w:val="20"/>
        </w:rPr>
        <w:t>[15]</w:t>
      </w:r>
    </w:p>
    <w:p>
      <w:r>
        <w:rPr>
          <w:rFonts w:ascii="Gentium Plus" w:hAnsi="Gentium Plus"/>
          <w:sz w:val="24"/>
        </w:rPr>
        <w:t>αἰσθητῶς εἰς αὐτὴν τὴν ἀρτηρίαν τοῦ φαρμάκου· καὶ γὰρ κᾀν τῷ κατὰ φύσιν ἔχειν εὖ εἰδέναι χρὴ παρηθούμενον οὐκ</w:t>
      </w:r>
    </w:p>
    <w:p>
      <w:r>
        <w:rPr>
          <w:rFonts w:ascii="Courier New" w:hAnsi="Courier New"/>
          <w:color w:val="555555"/>
          <w:sz w:val="20"/>
        </w:rPr>
        <w:t>[10 . 300]</w:t>
      </w:r>
    </w:p>
    <w:p>
      <w:r>
        <w:rPr>
          <w:rFonts w:ascii="Gentium Plus" w:hAnsi="Gentium Plus"/>
          <w:sz w:val="24"/>
        </w:rPr>
        <w:t>καὶ νοσούντων φυλάττεσθαι χρὴ τὸ πλέον, ὡς βηχῶν κινη‐ τικόν. ἄχρι μὲν γὰρ ἂν ἐν κύκλῳ παρὰ τὸν χιτῶνα τῆς ἀρ‐ τηρίας ὡσπερεὶ παρὰ τοῖχον ὕδωρ φέρηται τὸ ὑγρὸν, οὐκ ἐργάσεται βῆχα, τὸ δ’ εἰς τὰς ὁδοὺς μέσας τοῦ πνεύματος</w:t>
      </w:r>
    </w:p>
    <w:p>
      <w:r>
        <w:rPr>
          <w:rFonts w:ascii="Courier New" w:hAnsi="Courier New"/>
          <w:color w:val="555555"/>
          <w:sz w:val="20"/>
        </w:rPr>
        <w:t>[5]</w:t>
      </w:r>
    </w:p>
    <w:p>
      <w:r>
        <w:rPr>
          <w:rFonts w:ascii="Gentium Plus" w:hAnsi="Gentium Plus"/>
          <w:sz w:val="24"/>
        </w:rPr>
        <w:t>ἐμπῖπτον εὐθὺς βηχώδεις ἀποτελεῖ. ταῦτά γε οὖν ἀπὸ τῆς θέσεως καὶ διαπλάσεως τῶν μορίων εἴληπται πάντα· καὶ πρὸς τούτοις ἔτι τὸ συμμιγῆναι μέλιτος ἅπασι τοῖς πρὸς τὰς ἑλκώσεις φαρμάκοις ἐπὶ τὸν κατὰ τὸν θώρακα καὶ τὸν πνεύ‐ μονα· μόνα γὰρ εἴπερ ἐπὶ τούτων αὐστηρὰ προσφέροις φάρ‐</w:t>
      </w:r>
    </w:p>
    <w:p>
      <w:r>
        <w:rPr>
          <w:rFonts w:ascii="Courier New" w:hAnsi="Courier New"/>
          <w:color w:val="555555"/>
          <w:sz w:val="20"/>
        </w:rPr>
        <w:t>[10]</w:t>
      </w:r>
    </w:p>
    <w:p>
      <w:r>
        <w:rPr>
          <w:rFonts w:ascii="Gentium Plus" w:hAnsi="Gentium Plus"/>
          <w:sz w:val="24"/>
        </w:rPr>
        <w:t>μακα, χρονίζει κατὰ τὴν γαστέρα. τῆς οὖν ἀναδόσεως αὐτῶν ὄργανον ὑπάρχει τὸ μέλι καὶ ἔστιν οἷον ὄχημά τι ταχείας φο‐ ρᾶς, ἅμα τῷ μηδὲ βλάπτειν ἕλκη. κατὰ δὲ τὸν αὐτὸν λόγον αὐτό τε τὸ μέλι καὶ τῶν οὔρησιν κινούντων τινὰ μίγνυσθαι χρὴ τοῖς τῶν ἑλκῶν φαρμάκοις, ἐπειδὰν τὰ κατὰ τὴν κύστιν</w:t>
      </w:r>
    </w:p>
    <w:p>
      <w:r>
        <w:rPr>
          <w:rFonts w:ascii="Courier New" w:hAnsi="Courier New"/>
          <w:color w:val="555555"/>
          <w:sz w:val="20"/>
        </w:rPr>
        <w:t>[15]</w:t>
      </w:r>
    </w:p>
    <w:p>
      <w:r>
        <w:rPr>
          <w:rFonts w:ascii="Gentium Plus" w:hAnsi="Gentium Plus"/>
          <w:sz w:val="24"/>
        </w:rPr>
        <w:t>καὶ τοὺς νεφροὺς ᾖ πεπονθότα. τὸ δὲ καὶ τὰς διαγνώσεις τῶν ἡλκωμένων μορίων, ἀπό τε τῆς οὐσίας αὐτῶν καὶ τῆς ἐνεργείας καὶ χρείας γίγνεσθαι καὶ τῆς θέσεώς τε καὶ διαπλά‐</w:t>
      </w:r>
    </w:p>
    <w:p>
      <w:r>
        <w:rPr>
          <w:rFonts w:ascii="Courier New" w:hAnsi="Courier New"/>
          <w:color w:val="555555"/>
          <w:sz w:val="20"/>
        </w:rPr>
        <w:t>[10 . 301]</w:t>
      </w:r>
    </w:p>
    <w:p>
      <w:r>
        <w:rPr>
          <w:rFonts w:ascii="Gentium Plus" w:hAnsi="Gentium Plus"/>
          <w:sz w:val="24"/>
        </w:rPr>
        <w:t>αὐτάρκως κᾀν ταῖς περὶ τῶν πεπονθότων τόπων διαγνώ‐ σεσιν· ἀλλ’ οὐ πρόκειται νῦν περὶ ἐκείνων λέγειν· αὖθις οὖν ἐπὶ τὴν θεραπευτικὴν μέθοδον ἐπάνειμι. φημὶ δὴ καὶ ταῦτα καὶ ἄλλα πολλὰ τὴν τῶν μορίων ἐνδείκνυσθαι θέσιν τε καὶ</w:t>
      </w:r>
    </w:p>
    <w:p>
      <w:r>
        <w:rPr>
          <w:rFonts w:ascii="Courier New" w:hAnsi="Courier New"/>
          <w:color w:val="555555"/>
          <w:sz w:val="20"/>
        </w:rPr>
        <w:t>[5]</w:t>
      </w:r>
    </w:p>
    <w:p>
      <w:r>
        <w:rPr>
          <w:rFonts w:ascii="Gentium Plus" w:hAnsi="Gentium Plus"/>
          <w:sz w:val="24"/>
        </w:rPr>
        <w:t>διάπλασιν· ἐπιδῆσαι γὰρ τὸ ἡλκωμένον μόριον οὐκ ἐγχωρεῖ καλῶς ἄνευ τοῦ λαβεῖν τὴν ἔνδειξιν ἢ ἐκ τῆς διαπλάσεως, ἢ ἐκ τῆς θέσεως, ἢ ἐκ συναμφοτέρων· ἐνιέναι τε τὸν αὐλί‐ σκον τοῦ κλυστῆρος εἰς τὴν ἕδραν ἐπιτηδείως οὐχ οἷόν τε χωρὶς τῆς τοιαύτης ἐνδείξεως. καὶ μὴν καὶ διὰ τοῦ καυλοῦ</w:t>
      </w:r>
    </w:p>
    <w:p>
      <w:r>
        <w:rPr>
          <w:rFonts w:ascii="Courier New" w:hAnsi="Courier New"/>
          <w:color w:val="555555"/>
          <w:sz w:val="20"/>
        </w:rPr>
        <w:t>[10]</w:t>
      </w:r>
    </w:p>
    <w:p>
      <w:r>
        <w:rPr>
          <w:rFonts w:ascii="Gentium Plus" w:hAnsi="Gentium Plus"/>
          <w:sz w:val="24"/>
        </w:rPr>
        <w:t>φάρμακον ἐνιέναι πολλάκις εἰς τὴν κύστιν ἀναγκαῖόν ἐστι. περὶ μὲν γὰρ τοῦ καθετῆρος οὐδὲν δέομαι λέγειν, ὡς οὐχ οἷόν τέ ἐστι καλῶς χρήσασθαι αὐτῷ χωρὶς τοῦ καὶ θέσιν ἀκριβῶς ἐπίστασθαι καὶ διάπλασιν ὅλης τῆς κύστεως. ἐν μὲν δὴ τοῖς τοιούτοις ἅπασι πρόδηλον ὡς οὐκ ὀλίγον εἰς τὴν</w:t>
      </w:r>
    </w:p>
    <w:p>
      <w:r>
        <w:rPr>
          <w:rFonts w:ascii="Courier New" w:hAnsi="Courier New"/>
          <w:color w:val="555555"/>
          <w:sz w:val="20"/>
        </w:rPr>
        <w:t>[15]</w:t>
      </w:r>
    </w:p>
    <w:p>
      <w:r>
        <w:rPr>
          <w:rFonts w:ascii="Gentium Plus" w:hAnsi="Gentium Plus"/>
          <w:sz w:val="24"/>
        </w:rPr>
        <w:t>ὅλην θεραπείαν ὁ πεπονθὼς τόπος συνενδείκνυται. ἐπὶ δὲ τῶν καλουμένων ῥηγμάτων, πλέονες ἐνδείξεις φαίνονται συν‐ τρέχειν εἰς ταὐτό· καὶ γὰρ καὶ ἡ ἀπὸ τῆς θέσεως ὀρθῶς ἂν</w:t>
      </w:r>
    </w:p>
    <w:p>
      <w:r>
        <w:rPr>
          <w:rFonts w:ascii="Courier New" w:hAnsi="Courier New"/>
          <w:color w:val="555555"/>
          <w:sz w:val="20"/>
        </w:rPr>
        <w:t>[10 . 302]</w:t>
      </w:r>
    </w:p>
    <w:p>
      <w:r>
        <w:rPr>
          <w:rFonts w:ascii="Gentium Plus" w:hAnsi="Gentium Plus"/>
          <w:sz w:val="24"/>
        </w:rPr>
        <w:t>κέκρυπται, διὰ τοῦτο καὶ τῆς θεραπείας ἐξηλλαγμένης παρὰ τὰ φαινόμενα δεήσεται. διότι δὲ σὺν ἐκχυμώσει μὲν πάντως, ἐνίοτε δὲ καὶ σὺν περιθλάσει τῆς ἐῤῥωγυίας σαρκὸς ἀποτελεῖ‐ ται, διὰ τοῦτο πλείους ἰάσεις ἐνδείξεται· ἀεὶ γὰρ τῷ πλήθει</w:t>
      </w:r>
    </w:p>
    <w:p>
      <w:r>
        <w:rPr>
          <w:rFonts w:ascii="Courier New" w:hAnsi="Courier New"/>
          <w:color w:val="555555"/>
          <w:sz w:val="20"/>
        </w:rPr>
        <w:t>[5]</w:t>
      </w:r>
    </w:p>
    <w:p>
      <w:r>
        <w:rPr>
          <w:rFonts w:ascii="Gentium Plus" w:hAnsi="Gentium Plus"/>
          <w:sz w:val="24"/>
        </w:rPr>
        <w:t>τῶν διαθέσεων οἱ πρῶτοι σκοποὶ τῶν ἰάσεων ἰσάριθμοι. λεχθήσεται μὲν οὖν ἐπὶ πλέον ἐν τοῖς περὶ τῆς φλεγμονῆς λο‐ γισμοῖς ὡς ἰσχυροτέρων δεῖται φαρμάκων ἅπαντα τὰ διὰ βάθος πεπονηκότα σώματα τῶν ἐπιπολῆς ἀῤῥωστούντων. δῆλον δ’ οἶμαι καὶ νῦν ἤδη τό γε τοσοῦτον, ὡς ἐκλύεσθαι</w:t>
      </w:r>
    </w:p>
    <w:p>
      <w:r>
        <w:rPr>
          <w:rFonts w:ascii="Courier New" w:hAnsi="Courier New"/>
          <w:color w:val="555555"/>
          <w:sz w:val="20"/>
        </w:rPr>
        <w:t>[10]</w:t>
      </w:r>
    </w:p>
    <w:p>
      <w:r>
        <w:rPr>
          <w:rFonts w:ascii="Gentium Plus" w:hAnsi="Gentium Plus"/>
          <w:sz w:val="24"/>
        </w:rPr>
        <w:t>τὴν δύναμιν ἀναγκαῖόν ἐστι τῶν ἐπιτιθεμένων ἔξωθεν φαρ‐ μάκων, ὅταν ἐν τῷ βάθει κατακεκρυμμένον ᾖ τὸ δεόμενον τῆς ἀπ’ αὐτῶν ὠφελείας· ἐπιτείνειν οὖν αὐτὴν εἰς τοσοῦτον προσ‐ ήκει εἰς ὅσον ἐκλύεσθαι μέλλει κατὰ τὴν εἰς τὸ βάθος ὁδόν. αἱ δ’ ἐκχυμώσεις ἅπασαι τὸν σκοπὸν τῆς ἰάσεως κένωσιν</w:t>
      </w:r>
    </w:p>
    <w:p>
      <w:r>
        <w:rPr>
          <w:rFonts w:ascii="Courier New" w:hAnsi="Courier New"/>
          <w:color w:val="555555"/>
          <w:sz w:val="20"/>
        </w:rPr>
        <w:t>[15]</w:t>
      </w:r>
    </w:p>
    <w:p>
      <w:r>
        <w:rPr>
          <w:rFonts w:ascii="Gentium Plus" w:hAnsi="Gentium Plus"/>
          <w:sz w:val="24"/>
        </w:rPr>
        <w:t>ἕξουσιν· ὥστε θερμαινόντων αὐταῖς καὶ μετρίως ξηραινόντων ἐστὶ χρεία φαρμάκων. ὅσα γὰρ ἰσχυρῶς ξηραίνει, διαφορεῖ μὲν εὐθὺς κατ’ ἀρχὰς ἐπιδηλότερον τῶν ἀσθενεστέρων, ἀπο‐</w:t>
      </w:r>
    </w:p>
    <w:p>
      <w:r>
        <w:rPr>
          <w:rFonts w:ascii="Courier New" w:hAnsi="Courier New"/>
          <w:color w:val="555555"/>
          <w:sz w:val="20"/>
        </w:rPr>
        <w:t>[10 . 303]</w:t>
      </w:r>
    </w:p>
    <w:p>
      <w:r>
        <w:rPr>
          <w:rFonts w:ascii="Gentium Plus" w:hAnsi="Gentium Plus"/>
          <w:sz w:val="24"/>
        </w:rPr>
        <w:t>εἰρήσεται μὲν οὖν κᾀν τοῖς ἑξῆς περὶ τούτων ἀκριβέστερον, ἀλλὰ καὶ νῦν ὅσον εἰς τὰ παρόντα χρήσιμον αὐτάρκως λέ‐ λεκται. τά τε γὰρ ὑγραίνοντα καὶ θερμαίνοντα φάρμακα καὶ ταῦτα δὴ τὰ συνήθως ἅπασιν ὀνομαζόμενα χαλαστικὰ καὶ</w:t>
      </w:r>
    </w:p>
    <w:p>
      <w:r>
        <w:rPr>
          <w:rFonts w:ascii="Courier New" w:hAnsi="Courier New"/>
          <w:color w:val="555555"/>
          <w:sz w:val="20"/>
        </w:rPr>
        <w:t>[5]</w:t>
      </w:r>
    </w:p>
    <w:p>
      <w:r>
        <w:rPr>
          <w:rFonts w:ascii="Gentium Plus" w:hAnsi="Gentium Plus"/>
          <w:sz w:val="24"/>
        </w:rPr>
        <w:t>τούτων ὅσα βραχὺ μὲν πρὸς τὸ ξηρότερον ἀποκεχώρηκεν, οὔπω δὲ σαφῶς οὐδ’ ἐναργῶς ἐστι συντατικὰ, τῶν ἐκχυμωμάτων ἁπάντων ἐστὶν ἰάματα. χρὴ δὲ δηλονότι καὶ ταῦτα τοῖς τῷ ἐν βάθει τοῦ σώματος ῥήγμασι συνεπιτείνεσθαί τε τῇ δυνά‐ μει καὶ δριμύτερα προσφέρεσθαι καὶ τμητικώτερα καὶ τὸ σύμ‐</w:t>
      </w:r>
    </w:p>
    <w:p>
      <w:r>
        <w:rPr>
          <w:rFonts w:ascii="Courier New" w:hAnsi="Courier New"/>
          <w:color w:val="555555"/>
          <w:sz w:val="20"/>
        </w:rPr>
        <w:t>[10]</w:t>
      </w:r>
    </w:p>
    <w:p>
      <w:r>
        <w:rPr>
          <w:rFonts w:ascii="Gentium Plus" w:hAnsi="Gentium Plus"/>
          <w:sz w:val="24"/>
        </w:rPr>
        <w:t>παν εἰπεῖν ἐνεργέστερα τοσοῦτον εἰς ὅσον τοῦ δέρματος ἀποκεχώρηκε πρὸς τὸ βάθος ἡ ἐκχύμωσις. ἐκ τῶν τοιούτων εἴη ἂν καὶ ἡ τῆς σικύας χρῆσις ὠφέλιμος· ὄργανον δὲ καὶ αὕτη τοῖς ἰατροῖς ἐξεύρηται βιαίας ὁλκῆς. ἐπειδὰν μέντοι διαφο‐ ρηθῇ τὸ σύμπαν ἐκχύμωμα, ξηραίνειν ἤδη σφοδρότερον ἐγχω‐</w:t>
      </w:r>
    </w:p>
    <w:p>
      <w:r>
        <w:rPr>
          <w:rFonts w:ascii="Courier New" w:hAnsi="Courier New"/>
          <w:color w:val="555555"/>
          <w:sz w:val="20"/>
        </w:rPr>
        <w:t>[15]</w:t>
      </w:r>
    </w:p>
    <w:p>
      <w:r>
        <w:rPr>
          <w:rFonts w:ascii="Gentium Plus" w:hAnsi="Gentium Plus"/>
          <w:sz w:val="24"/>
        </w:rPr>
        <w:t>ρεῖ τὸ ῥῆγμα καὶ συνάγειν ἐπιδέσει καὶ τὸ σύμπαν εἰπεῖν ἅπαντα πράττειν ὑπὲρ τοῦ συμφῦναι τὸ ἕλκος. εἰ μὲν οὖν ἐν τάχει διαφορηθείη τὸ ἐκχύμωμα, προσίεται ῥᾳδίως τὴν</w:t>
      </w:r>
    </w:p>
    <w:p>
      <w:r>
        <w:rPr>
          <w:rFonts w:ascii="Courier New" w:hAnsi="Courier New"/>
          <w:color w:val="555555"/>
          <w:sz w:val="20"/>
        </w:rPr>
        <w:t>[10 . 304]</w:t>
      </w:r>
    </w:p>
    <w:p>
      <w:r>
        <w:rPr>
          <w:rFonts w:ascii="Gentium Plus" w:hAnsi="Gentium Plus"/>
          <w:sz w:val="24"/>
        </w:rPr>
        <w:t>ῥύπος ἀξιόλογον ὑποτρεφόμενον ἐν τῷ μεταξὺ τῶν χειλῶν ἵσταται τοῦ ἕλκους· ὥστ’ οὐκέθ’ οἷόν τε συμφῦναι τῷ ῥήγ‐ ματι. καὶ διὰ τοῦτο πᾶν ὁτιοῦν αἴτιον ὑπομιμνήσκει ταῦτα· καὶ γὰρ ῥιγώσαντες καὶ ἀπεπλήσαντες καὶ πυρέξαντες καὶ</w:t>
      </w:r>
    </w:p>
    <w:p>
      <w:r>
        <w:rPr>
          <w:rFonts w:ascii="Courier New" w:hAnsi="Courier New"/>
          <w:color w:val="555555"/>
          <w:sz w:val="20"/>
        </w:rPr>
        <w:t>[5]</w:t>
      </w:r>
    </w:p>
    <w:p>
      <w:r>
        <w:rPr>
          <w:rFonts w:ascii="Gentium Plus" w:hAnsi="Gentium Plus"/>
          <w:sz w:val="24"/>
        </w:rPr>
        <w:t>σφοδρότερον ἐνεργήσαντες τοῖς τοιούτοις μορίοις εὐθέως ἀλ‐ γοῦσιν· οὐ γὰρ συνέφυ τὰ χείλη τοῦ ῥήγματος, ἀλλὰ παρά‐ κειται μόνον· ὥστε μικρὰ πρόφασις ἀφίστησί τε ῥᾳδίως ἀπ’ ἀλλήλων αὐτὰ καὶ τὴν μεταξὺ χώραν ἐμπίπλησιν ὑγρότητος περιττῆς. καὶ τί γὰρ ἄλλο ἢ ἐκχύμωμα γίνεται συνεχῶς αὐτοῖς</w:t>
      </w:r>
    </w:p>
    <w:p>
      <w:r>
        <w:rPr>
          <w:rFonts w:ascii="Courier New" w:hAnsi="Courier New"/>
          <w:color w:val="555555"/>
          <w:sz w:val="20"/>
        </w:rPr>
        <w:t>[10]</w:t>
      </w:r>
    </w:p>
    <w:p>
      <w:r>
        <w:rPr>
          <w:rFonts w:ascii="Gentium Plus" w:hAnsi="Gentium Plus"/>
          <w:sz w:val="24"/>
        </w:rPr>
        <w:t>ὅμοιον τῷ κατ’ ἀρχὰς, ἡνίκα τὸ πρότερον ἡ σὰρξ ἐῤῥάγη, πλὴν ὅτι νῦν ἰχῶρός τινος μᾶλλον λεπτοῦ, κατ’ ἀρχὰς δ’ αἵματος ἦν τὸ ἐκχύμωμα; διὰ τοῦτο καὶ ῥᾷον νῦν ἡ κατ’ ἀρ‐ χὰς διαφορεῖται. ταῦτα μὲν οὖν εἴρηταί μοι πρός τε τὴν περὶ τῶν ἑλκῶν λόγον ἀποχρήσοντα, καὶ ἤδη τέλος ἐπιτίθημι καὶ</w:t>
      </w:r>
    </w:p>
    <w:p>
      <w:r>
        <w:rPr>
          <w:rFonts w:ascii="Courier New" w:hAnsi="Courier New"/>
          <w:color w:val="555555"/>
          <w:sz w:val="20"/>
        </w:rPr>
        <w:t>[15]</w:t>
      </w:r>
    </w:p>
    <w:p>
      <w:r>
        <w:rPr>
          <w:rFonts w:ascii="Gentium Plus" w:hAnsi="Gentium Plus"/>
          <w:sz w:val="24"/>
        </w:rPr>
        <w:t>τῷδε τετάρτῳ γράμματι.</w:t>
      </w:r>
    </w:p>
    <w:p>
      <w:r>
        <w:rPr>
          <w:rFonts w:ascii="Courier New" w:hAnsi="Courier New"/>
          <w:color w:val="555555"/>
          <w:sz w:val="20"/>
        </w:rPr>
        <w:t>[10 . 305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Ε.</w:t>
      </w:r>
    </w:p>
    <w:p>
      <w:r>
        <w:rPr>
          <w:rFonts w:ascii="Courier New" w:hAnsi="Courier New"/>
          <w:color w:val="555555"/>
          <w:sz w:val="20"/>
        </w:rPr>
        <w:t>[1]</w:t>
      </w:r>
    </w:p>
    <w:p>
      <w:r>
        <w:rPr>
          <w:rFonts w:ascii="Gentium Plus" w:hAnsi="Gentium Plus"/>
          <w:sz w:val="24"/>
        </w:rPr>
        <w:t>Τὴν τῶν ἑλκῶν ἴασιν ὡς ἄν τις ἄριστα ποιοῖτο διὰ τῶν ἔμπροσθεν τοῦδε δυοῖν ὑπομνημάτων διερ‐ χόμενος, καὶ τοὺς ἄλλους μὲν ἅπαντας ἰατροὺς ὅσοι χωρὶς τοῦ ζητεῖσθαι τὰ στοιχεῖα τῶν ἁπλῶν ἐν ἡμῖν μορίων ἅπτονται</w:t>
      </w:r>
    </w:p>
    <w:p>
      <w:r>
        <w:rPr>
          <w:rFonts w:ascii="Courier New" w:hAnsi="Courier New"/>
          <w:color w:val="555555"/>
          <w:sz w:val="20"/>
        </w:rPr>
        <w:t>[5]</w:t>
      </w:r>
    </w:p>
    <w:p>
      <w:r>
        <w:rPr>
          <w:rFonts w:ascii="Gentium Plus" w:hAnsi="Gentium Plus"/>
          <w:sz w:val="24"/>
        </w:rPr>
        <w:t>τῆς τέχνης οὐ δυναμένους οὐδὲν ἰάσασθαι μεθόδῳ, πάντων δὲ μάλιστα τοὺς τὴν Θεσσαλοῦ πρεσβεύοντας αἵρεσιν, ἐπέ‐ δειξα. οἱ μὲν γὰρ ἄλλοι τά γ’ ἐν τοῖς διαφέρουσι μέρεσιν ἕλκη διαφόρως θεραπεύειν ἀξιοῦσιν ὑπὸ τῆς πείρας δεδιδαγμένοι·</w:t>
      </w:r>
    </w:p>
    <w:p>
      <w:r>
        <w:rPr>
          <w:rFonts w:ascii="Courier New" w:hAnsi="Courier New"/>
          <w:color w:val="555555"/>
          <w:sz w:val="20"/>
        </w:rPr>
        <w:t>[10 . 306]</w:t>
      </w:r>
    </w:p>
    <w:p>
      <w:r>
        <w:rPr>
          <w:rFonts w:ascii="Gentium Plus" w:hAnsi="Gentium Plus"/>
          <w:sz w:val="24"/>
        </w:rPr>
        <w:t>ἕλκος ὁμοίας δοκεῖ δεῖσθαι θεραπείας, ἐν ὅτῳπερ ἂν ᾖ μέρει τοῦ ζώου γεγονός· εἰ μὲν γὰρ εἴη κοῖλον, ἀναπληρώσεως αὐτό φασι χρῄζειν· εἰ δ’ ὁμαλὲς, ἐπουλώσεως· εἰ δ’ ὑπερσαρκοῦν, καθαιρέσεως· εἰ δ’ ἔναιμόν τε καὶ πρόσφατον κολλήσεως·</w:t>
      </w:r>
    </w:p>
    <w:p>
      <w:r>
        <w:rPr>
          <w:rFonts w:ascii="Courier New" w:hAnsi="Courier New"/>
          <w:color w:val="555555"/>
          <w:sz w:val="20"/>
        </w:rPr>
        <w:t>[5]</w:t>
      </w:r>
    </w:p>
    <w:p>
      <w:r>
        <w:rPr>
          <w:rFonts w:ascii="Gentium Plus" w:hAnsi="Gentium Plus"/>
          <w:sz w:val="24"/>
        </w:rPr>
        <w:t>ὥσπερ τῷ ταῦτα γινώσκειν, ἀκόλουθον ἐξ ἀνάγκης τὸ θερα‐ πεύειν ὀρθῶς, ἀλλ’ οὐχὶ κοινὸν μὲν τοῦτο καὶ πρὸς τοὺς ἰδιώτας ὑπάρχον, οὐδεὶς οὖν ἀγνοεῖ τῶν ῥηθέντων οὐδέν. οὐ μὴν οὔθ’ ὡς χρὴ σαρκῶσαι τὸ κοῖλον οὔθ’ ὡς ἐπουλῶσαι τὸ πεπληρωμένον, ἢ καταστεῖλαι τὸ ὑπεραυξανόμενον, ἢ</w:t>
      </w:r>
    </w:p>
    <w:p>
      <w:r>
        <w:rPr>
          <w:rFonts w:ascii="Courier New" w:hAnsi="Courier New"/>
          <w:color w:val="555555"/>
          <w:sz w:val="20"/>
        </w:rPr>
        <w:t>[10]</w:t>
      </w:r>
    </w:p>
    <w:p>
      <w:r>
        <w:rPr>
          <w:rFonts w:ascii="Gentium Plus" w:hAnsi="Gentium Plus"/>
          <w:sz w:val="24"/>
        </w:rPr>
        <w:t>συμφῦσαι τὸ καθαρόν τε καὶ μὴ κοῖλον ἐπίστανται· μόνον γὰρ, οἶμαι, τῶν ἰατρῶν τὰ τοιαῦτα τῶν ἔργων ἐστὶν ἤτοι γ’ ἐκ λόγου τινὸς, ἢ ἐξ ἐμπειρίας, ἢ ἐκ συναμφοτέρου τὴν εὕρεσιν ἔχοντα. πάλιν οὖν ἀναλαβόντες ἐν κεφαλαίοις, ὑπὲρ αὐτῶν διεξέλθωμεν ἕνεκα τοῦ συνάψαι τὴν ἀρχὴν τῶν μελ‐</w:t>
      </w:r>
    </w:p>
    <w:p>
      <w:r>
        <w:rPr>
          <w:rFonts w:ascii="Courier New" w:hAnsi="Courier New"/>
          <w:color w:val="555555"/>
          <w:sz w:val="20"/>
        </w:rPr>
        <w:t>[15]</w:t>
      </w:r>
    </w:p>
    <w:p>
      <w:r>
        <w:rPr>
          <w:rFonts w:ascii="Gentium Plus" w:hAnsi="Gentium Plus"/>
          <w:sz w:val="24"/>
        </w:rPr>
        <w:t>λόντων λεχθήσεσθαι τῇ τελευτῇ τῶν φθανόντων εἰρῆσθαι. πᾶν ἕλκος ἐδείχθη ξηραινόντων χρῄζειν φαρμάκων· ἀλλὰ τὸ</w:t>
      </w:r>
    </w:p>
    <w:p>
      <w:r>
        <w:rPr>
          <w:rFonts w:ascii="Courier New" w:hAnsi="Courier New"/>
          <w:color w:val="555555"/>
          <w:sz w:val="20"/>
        </w:rPr>
        <w:t>[10 . 307]</w:t>
      </w:r>
    </w:p>
    <w:p>
      <w:r>
        <w:rPr>
          <w:rFonts w:ascii="Gentium Plus" w:hAnsi="Gentium Plus"/>
          <w:sz w:val="24"/>
        </w:rPr>
        <w:t>νειν τὸ ῥύπτειν ἐχόντων, τὸ δὲ τῆς ἑνώσεως τῶν χειλῶν δεόμενον, οἷα τὰ καλούμενα πρὸς τῶν ἰατρῶν ἐστιν ἔναι‐ μα, τῶν τε μᾶλλον ἔτι ξηραινόντων καὶ χωρὶς τοῦ ῥύ‐ πτειν ἀτρέμα στυφόντων· ἔτι δὲ μᾶλλον ὅσα τῶν ἑλκῶν</w:t>
      </w:r>
    </w:p>
    <w:p>
      <w:r>
        <w:rPr>
          <w:rFonts w:ascii="Courier New" w:hAnsi="Courier New"/>
          <w:color w:val="555555"/>
          <w:sz w:val="20"/>
        </w:rPr>
        <w:t>[5]</w:t>
      </w:r>
    </w:p>
    <w:p>
      <w:r>
        <w:rPr>
          <w:rFonts w:ascii="Gentium Plus" w:hAnsi="Gentium Plus"/>
          <w:sz w:val="24"/>
        </w:rPr>
        <w:t>εἰς οὐλὴν ἀχθῆναι δεῖται, ξηραινόντων τε χρῄζει φαρμάκων καὶ στυφόντων οὐκ ἀγεννῶς. εἰ δὲ ἡ σὰρξ αὐτῶν ὑπὲρ τὸ κατὰ φύσιν ἀρθείη, δριμέων τε καὶ καθαιρετικῶν, ἅπερ ἐξ ἀνάγκης εἶναι θερμὰ καὶ ξηρά. συμπτώματος δέ τινος ἑτέ‐ ρου προσγινομένου τοῖς ἕλκεσιν ἀπὸ τῆς ἐκείνου φύσεως</w:t>
      </w:r>
    </w:p>
    <w:p>
      <w:r>
        <w:rPr>
          <w:rFonts w:ascii="Courier New" w:hAnsi="Courier New"/>
          <w:color w:val="555555"/>
          <w:sz w:val="20"/>
        </w:rPr>
        <w:t>[10]</w:t>
      </w:r>
    </w:p>
    <w:p>
      <w:r>
        <w:rPr>
          <w:rFonts w:ascii="Gentium Plus" w:hAnsi="Gentium Plus"/>
          <w:sz w:val="24"/>
        </w:rPr>
        <w:t>ὁ σκοπὸς τῆς ἰάσεως ἐλαμβάνετο· κᾀκ τούτου πάλιν ἡ τῶν φαρμάκων δύναμις. εἰ μὲν γὰρ ῥύπος ἐπιτραφείη, τῶν ἀφαι‐ ρούντων αὐτὸν εἶναι τὴν χρείαν· ἅπερ ἅπανθ’ ὑπάρχει ῥυπτικὰ πολὺ δή τι πλέον ἢ κατὰ τὰ σαρκοῦντα. πλέο‐ νος δ’ ὑγρότητος ἐν αὐτοῖς φανείσης, ἔτι μᾶλλον ξηραίνειν</w:t>
      </w:r>
    </w:p>
    <w:p>
      <w:r>
        <w:rPr>
          <w:rFonts w:ascii="Courier New" w:hAnsi="Courier New"/>
          <w:color w:val="555555"/>
          <w:sz w:val="20"/>
        </w:rPr>
        <w:t>[15]</w:t>
      </w:r>
    </w:p>
    <w:p>
      <w:r>
        <w:rPr>
          <w:rFonts w:ascii="Gentium Plus" w:hAnsi="Gentium Plus"/>
          <w:sz w:val="24"/>
        </w:rPr>
        <w:t>χρῆναι τὸ φάρμακον, οὐκ ἐξιστάμενον τῆς οἰκείας ἰδέας. ἀλλ’ εἰ μὲν κολλητικὸν εἴη, ξηραῖνόν τε καὶ στῦφον, εἰ δὲ</w:t>
      </w:r>
    </w:p>
    <w:p>
      <w:r>
        <w:rPr>
          <w:rFonts w:ascii="Courier New" w:hAnsi="Courier New"/>
          <w:color w:val="555555"/>
          <w:sz w:val="20"/>
        </w:rPr>
        <w:t>[10 . 308]</w:t>
      </w:r>
    </w:p>
    <w:p>
      <w:r>
        <w:rPr>
          <w:rFonts w:ascii="Gentium Plus" w:hAnsi="Gentium Plus"/>
          <w:sz w:val="24"/>
        </w:rPr>
        <w:t>ἄλλων ὥσπερ εἴρηται. δυσκράτου δὲ τῆς ὑποκειμένης γεγονυίας σαρκὸς, ἐκείνης προτέρας ἰᾶσθαι τὴν δυσκρασίαν, τὴν μὲν ξη‐ ροτέραν τοῦ κατὰ φύσιν ὑγραίνοντας, τὴν δ’ ὑγροτέραν ξη‐ ραίνοντας, καὶ τὴν μὲν θερμοτέραν ψύχοντας, τὴν δὲ ψυχρο‐</w:t>
      </w:r>
    </w:p>
    <w:p>
      <w:r>
        <w:rPr>
          <w:rFonts w:ascii="Courier New" w:hAnsi="Courier New"/>
          <w:color w:val="555555"/>
          <w:sz w:val="20"/>
        </w:rPr>
        <w:t>[5]</w:t>
      </w:r>
    </w:p>
    <w:p>
      <w:r>
        <w:rPr>
          <w:rFonts w:ascii="Gentium Plus" w:hAnsi="Gentium Plus"/>
          <w:sz w:val="24"/>
        </w:rPr>
        <w:t>τέραν θερμαίνοντας, καὶ εἰ κατὰ συζυγίαν δέ τινα δύσκρατος ὑπάρχοι, καὶ τὴν τοῦ φαρμάκου δύναμιν ἐξ ὑπεναντίου κατ’ ἀμ‐ φοτέρας αἱρεῖσθαι τὰς συζυγίας. κοινὸν γὰρ εἶναι τοῦτό γε τῶν παρὰ φύσιν ἁπάντων ὡς μηδὲν δύνασθαι πρὸς τὸ κατὰ φύσιν ἐπανελθεῖν ἄνευ τῶν ἐναντίων ἑαυτῷ τῇ δυνάμει.</w:t>
      </w:r>
    </w:p>
    <w:p>
      <w:r>
        <w:rPr>
          <w:rFonts w:ascii="Courier New" w:hAnsi="Courier New"/>
          <w:color w:val="555555"/>
          <w:sz w:val="20"/>
        </w:rPr>
        <w:t>[10]</w:t>
      </w:r>
    </w:p>
    <w:p>
      <w:r>
        <w:rPr>
          <w:rFonts w:ascii="Gentium Plus" w:hAnsi="Gentium Plus"/>
          <w:sz w:val="24"/>
        </w:rPr>
        <w:t>προσεπισκοπεῖσθαι δ’ ἐν τῷδε καὶ τὰς αὐτῆς τῆς δυσκρασίας αἰτίας εἴτε κοιναὶ τοῦ σώματος ἅπαντας ὑπάρχοιεν, εἴτε μορίων τινῶν ἐξαίρετοι, κατὰ συμπάθειαν ἀδικοῦσαι τὸ ἡλκωμένον. ἐξιᾶσθαι δὲ προτέραν μὲν τὴν τῆς γινομένης δυσκρασίας αἰτίαν, ἐφεξῆς δὲ καὶ τῆς ἤδη γεγενημένης· εἶναι</w:t>
      </w:r>
    </w:p>
    <w:p>
      <w:r>
        <w:rPr>
          <w:rFonts w:ascii="Courier New" w:hAnsi="Courier New"/>
          <w:color w:val="555555"/>
          <w:sz w:val="20"/>
        </w:rPr>
        <w:t>[15]</w:t>
      </w:r>
    </w:p>
    <w:p>
      <w:r>
        <w:rPr>
          <w:rFonts w:ascii="Gentium Plus" w:hAnsi="Gentium Plus"/>
          <w:sz w:val="24"/>
        </w:rPr>
        <w:t>γὰρ δεῖ καὶ τοῦτον τὸν σκοπὸν ἁπάντων κοινὸν τῶν ὑπ’ αἰτίου τινὸς ἐπιγιγνομένων. ἐδείξαμεν δὲ καὶ τὰς ἀπὸ τῆς</w:t>
      </w:r>
    </w:p>
    <w:p>
      <w:r>
        <w:rPr>
          <w:rFonts w:ascii="Courier New" w:hAnsi="Courier New"/>
          <w:color w:val="555555"/>
          <w:sz w:val="20"/>
        </w:rPr>
        <w:t>[10 . 309]</w:t>
      </w:r>
    </w:p>
    <w:p>
      <w:r>
        <w:rPr>
          <w:rFonts w:ascii="Gentium Plus" w:hAnsi="Gentium Plus"/>
          <w:sz w:val="24"/>
        </w:rPr>
        <w:t>τῶν πεπονθότων σωμάτων κράσεως, ἑτέρως ἐχούσας ταῖς προειρημέναις. ἐκεῖναι μὲν γὰρ ἀπὸ τῶν παρὰ φύσιν ὑπάρ‐ χουσαι τῶν ἐναντίων ἅπασι χρῄζουσιν· αὗται δ’ ἐκ τῶν κατὰ φύσιν ὁρμώμεναι τῶν ὁμοίων· τὸ μὲν γὰρ ξηρότερον</w:t>
      </w:r>
    </w:p>
    <w:p>
      <w:r>
        <w:rPr>
          <w:rFonts w:ascii="Courier New" w:hAnsi="Courier New"/>
          <w:color w:val="555555"/>
          <w:sz w:val="20"/>
        </w:rPr>
        <w:t>[5]</w:t>
      </w:r>
    </w:p>
    <w:p>
      <w:r>
        <w:rPr>
          <w:rFonts w:ascii="Gentium Plus" w:hAnsi="Gentium Plus"/>
          <w:sz w:val="24"/>
        </w:rPr>
        <w:t>μόριον ξηραίνεσθαι δεῖ μᾶλλον, τὸ δὲ ἧττον τοιοῦτον ἧττον ξηραίνεσθαι χρή. κατὰ δὲ τὸν αὐτὸν τρόπον ἐπὶ τοῦ θερμαίνεσθαί τε καὶ ψύχεσθαι· λαμβάνεσθαι δέ τινα κᾀκ τοῦ κύριον ἢ μὴ τοιοῦτον εἶναι τὸ μόριον, εὐαίσθη‐ τόν τε καὶ δυσαίσθητον, διάφορον ἰάσεως ἔνδειξιν.</w:t>
      </w:r>
    </w:p>
    <w:p>
      <w:r>
        <w:rPr>
          <w:rFonts w:ascii="Courier New" w:hAnsi="Courier New"/>
          <w:color w:val="555555"/>
          <w:sz w:val="20"/>
        </w:rPr>
        <w:t>[10]</w:t>
      </w:r>
    </w:p>
    <w:p>
      <w:r>
        <w:rPr>
          <w:rFonts w:ascii="Gentium Plus" w:hAnsi="Gentium Plus"/>
          <w:sz w:val="24"/>
        </w:rPr>
        <w:t>Ὅσον οὖν ὑπόλοιπον ἔτι τῆς τούτου τοῦ γένους θεραπείας ἐστὶν ἤδη λέγωμεν. ὀνομάζεται μὲν τὸ γένος τοῦτο πρὸς ἡμῶν ἕνεκα σαφοῦς διδασκαλίας ἑνώσεως λύσις, οὐδὲν διαφέρον εἰ καὶ συνεχείας εἴποιμεν. ἐγγίνετα δ’ οὐ μόνον τοῖς ὁμοιομερέσι τε καὶ ἁπλοῖς ὀνομαζομένοις μο‐</w:t>
      </w:r>
    </w:p>
    <w:p>
      <w:r>
        <w:rPr>
          <w:rFonts w:ascii="Courier New" w:hAnsi="Courier New"/>
          <w:color w:val="555555"/>
          <w:sz w:val="20"/>
        </w:rPr>
        <w:t>[15]</w:t>
      </w:r>
    </w:p>
    <w:p>
      <w:r>
        <w:rPr>
          <w:rFonts w:ascii="Gentium Plus" w:hAnsi="Gentium Plus"/>
          <w:sz w:val="24"/>
        </w:rPr>
        <w:t>ρίοις, ἀλλὰ καὶ τοῖς συνθέτοις τε καὶ ὀργανικοῖς. αἱ δὲ τῶν βοηθημάτων ἐνδείξεις ἕτεραι μὲν ἀπὸ τῶν ὁμοιομερῶν εἰσιν, ἕτεραι δὲ ἀπὸ τῶν ὀργανικῶν. ἀμφοτέρας μὲν οὖν οἱ τὴν</w:t>
      </w:r>
    </w:p>
    <w:p>
      <w:r>
        <w:rPr>
          <w:rFonts w:ascii="Courier New" w:hAnsi="Courier New"/>
          <w:color w:val="555555"/>
          <w:sz w:val="20"/>
        </w:rPr>
        <w:t>[10 . 310]</w:t>
      </w:r>
    </w:p>
    <w:p>
      <w:r>
        <w:rPr>
          <w:rFonts w:ascii="Gentium Plus" w:hAnsi="Gentium Plus"/>
          <w:sz w:val="24"/>
        </w:rPr>
        <w:t>τὴν ἑκατέρων τῶν μορίων φύσιν ἐπίστανται· τὴν δ’ ἑτέραν ἐξ αὐτῶν μόνην τὴν ἀπὸ τῶν ὀργανικῶν οἱ περὶ τὸν Ἐρασί‐ στρατόν τε καὶ Ἡρόφιλον. ὥστε κᾀν τοῖς ἐφεξῆς λόγοις ὅσα μὲν ἀπὸ τοῦ θερμοῦ καὶ ψυχροῦ καὶ ξηροῦ καὶ ὑγροῦ σώμα‐</w:t>
      </w:r>
    </w:p>
    <w:p>
      <w:r>
        <w:rPr>
          <w:rFonts w:ascii="Courier New" w:hAnsi="Courier New"/>
          <w:color w:val="555555"/>
          <w:sz w:val="20"/>
        </w:rPr>
        <w:t>[5]</w:t>
      </w:r>
    </w:p>
    <w:p>
      <w:r>
        <w:rPr>
          <w:rFonts w:ascii="Gentium Plus" w:hAnsi="Gentium Plus"/>
          <w:sz w:val="24"/>
        </w:rPr>
        <w:t>τος ἢ πάθους εἰς τὴν ἔνδειξιν λαμβάνεται, τούτων οὐδενὸς ἕξουσι μέθοδον οἱ περὶ τὸν Ἐρασίστρατόν τε καὶ Ἡρόφιλον· ὅσα δὲ ἀπὸ τῆς διαπλάσεως, ἢ θέσεως, ἢ κυριότητος, ἢ εὐαισθησίας, ἢ τῶν ἐναντίων, οὐκ ἀγνοήσουσι. φανείη δ’ ἄν σοι σαφέστερον ὃ λέγω τῶν σωμάτων αὐτῶν προχειρισθέν‐</w:t>
      </w:r>
    </w:p>
    <w:p>
      <w:r>
        <w:rPr>
          <w:rFonts w:ascii="Courier New" w:hAnsi="Courier New"/>
          <w:color w:val="555555"/>
          <w:sz w:val="20"/>
        </w:rPr>
        <w:t>[10]</w:t>
      </w:r>
    </w:p>
    <w:p>
      <w:r>
        <w:rPr>
          <w:rFonts w:ascii="Gentium Plus" w:hAnsi="Gentium Plus"/>
          <w:sz w:val="24"/>
        </w:rPr>
        <w:t>των. ἐπεὶ τοίνυν ἔμπροσθεν ὑπὲρ τῶν ἐν σαρκώδεσι μέρεσι γινομένων ἑλκῶν ὁ πλεῖστός μοι λόγος ἐπεράνθη, νῦν δ’ ἤδη καιρὸς ὑπὲρ τῶν ἐν ἀρτηρίᾳ καὶ φλεβὶ καὶ νεύρῳ διελθεῖν, οὐδὲ περὶ τούτων ἁπλῶς, ἀλλὰ καὶ καθ’ ἕκαστον σπλάγχνον ἢ συλλήβδην εἰπεῖν ὀργανικὸν τοῦ ζώου μόριον. εἰ δέ τις</w:t>
      </w:r>
    </w:p>
    <w:p>
      <w:r>
        <w:rPr>
          <w:rFonts w:ascii="Courier New" w:hAnsi="Courier New"/>
          <w:color w:val="555555"/>
          <w:sz w:val="20"/>
        </w:rPr>
        <w:t>[15]</w:t>
      </w:r>
    </w:p>
    <w:p>
      <w:r>
        <w:rPr>
          <w:rFonts w:ascii="Gentium Plus" w:hAnsi="Gentium Plus"/>
          <w:sz w:val="24"/>
        </w:rPr>
        <w:t>ἀρτηρίαν ἢ φλέβα τρωθείη μεγάλην, αἱμοῤῥαγία τε λαύρως ἐπιπίπτει τοπαραυτίκα καὶ κολληθῆναι τῷ τοιούτῳ τραύ‐</w:t>
      </w:r>
    </w:p>
    <w:p>
      <w:r>
        <w:rPr>
          <w:rFonts w:ascii="Courier New" w:hAnsi="Courier New"/>
          <w:color w:val="555555"/>
          <w:sz w:val="20"/>
        </w:rPr>
        <w:t>[10 . 311]</w:t>
      </w:r>
    </w:p>
    <w:p>
      <w:r>
        <w:rPr>
          <w:rFonts w:ascii="Gentium Plus" w:hAnsi="Gentium Plus"/>
          <w:sz w:val="24"/>
        </w:rPr>
        <w:t>χαλεπὸν μόνον, ἀλλὰ ἴσως καὶ ἀδύνατον, ὥς τινες ἀπεφή‐ ναντο τῶν ἰατρῶν. λεκτέον οὖν ὑπὲρ ἑκατέρων ἐν μέρει· πρότερον μὲν τῶν αἱμοῤῥαγιῶν, δεύτερον δὲ τῶν συμφύσεων. ἐπεὶ δὲ καὶ κατὰ ἀναστόμωσίν τε καὶ τὴν καλουμένην διαπή‐</w:t>
      </w:r>
    </w:p>
    <w:p>
      <w:r>
        <w:rPr>
          <w:rFonts w:ascii="Courier New" w:hAnsi="Courier New"/>
          <w:color w:val="555555"/>
          <w:sz w:val="20"/>
        </w:rPr>
        <w:t>[5]</w:t>
      </w:r>
    </w:p>
    <w:p>
      <w:r>
        <w:rPr>
          <w:rFonts w:ascii="Gentium Plus" w:hAnsi="Gentium Plus"/>
          <w:sz w:val="24"/>
        </w:rPr>
        <w:t>δησιν αἱμοῤῥαγίαι γίνονται, διὰ τὴν κοινωνίαν τῶν ἰαμάτων οὐδὲν χεῖρον ἐν τῷδε μνημονεύειν αὐτῶν, εἰ καὶ δοκοῦσιν ἐξ ἑτέρου γένους εἶναι νοσημάτων. ἐκχεῖται τοίνυν αἷμα φλεβὸς καὶ ἀρτηρίας ἤτοι κατὰ τὸ πέρας ἀνεστομωμένων τῶν ἀγ‐ γείων, ἢ τοῦ χιτῶνος αὐτῶν διαιρεθέντος, ἢ ὡς ἄν τις</w:t>
      </w:r>
    </w:p>
    <w:p>
      <w:r>
        <w:rPr>
          <w:rFonts w:ascii="Courier New" w:hAnsi="Courier New"/>
          <w:color w:val="555555"/>
          <w:sz w:val="20"/>
        </w:rPr>
        <w:t>[10]</w:t>
      </w:r>
    </w:p>
    <w:p>
      <w:r>
        <w:rPr>
          <w:rFonts w:ascii="Gentium Plus" w:hAnsi="Gentium Plus"/>
          <w:sz w:val="24"/>
        </w:rPr>
        <w:t>εἴποι διηθούμενον, ἢ διιδρούμενον. ὁ μὲν οὖν χιτὼν διαιρεῖ‐ ται τιτρωσκόμενός τε καὶ θλώμενος καὶ ῥηγνύμενος καὶ δια‐ βιβρωσκόμενος. ἀναστόμωσις δὲ γίνεται διά τε ἀτονίαν ἀγγείου καὶ πλῆθος αἵματος ἀθρόως ῥεύσαντος ἐπὶ τὸ στό‐ μιον αὐτοῦ καί τινα ποιότητα προσπίπτουσαν ἔξωθεν αὐτῷ</w:t>
      </w:r>
    </w:p>
    <w:p>
      <w:r>
        <w:rPr>
          <w:rFonts w:ascii="Courier New" w:hAnsi="Courier New"/>
          <w:color w:val="555555"/>
          <w:sz w:val="20"/>
        </w:rPr>
        <w:t>[15]</w:t>
      </w:r>
    </w:p>
    <w:p>
      <w:r>
        <w:rPr>
          <w:rFonts w:ascii="Gentium Plus" w:hAnsi="Gentium Plus"/>
          <w:sz w:val="24"/>
        </w:rPr>
        <w:t>δριμεῖαν. ἡ δὲ διαπήδησις ἀραιωθέντος μὲν τοῦ χιτῶνος, λεπτυνθέντος δὲ τοῦ αἵματος ἀποτελεῖται· γένοιτο δ’ ἄν ποτε καὶ δι’ ἀναστόμωσιν ἀγγείων μικρῶν. λεκτέον οὖν ὑπὲρ</w:t>
      </w:r>
    </w:p>
    <w:p>
      <w:r>
        <w:rPr>
          <w:rFonts w:ascii="Courier New" w:hAnsi="Courier New"/>
          <w:color w:val="555555"/>
          <w:sz w:val="20"/>
        </w:rPr>
        <w:t>[10 . 312]</w:t>
      </w:r>
    </w:p>
    <w:p>
      <w:r>
        <w:rPr>
          <w:rFonts w:ascii="Gentium Plus" w:hAnsi="Gentium Plus"/>
          <w:sz w:val="24"/>
        </w:rPr>
        <w:t>ἐξ ἀναβρώσεως καὶ τρώσεως καὶ θλάσεως καὶ ῥήξεως ἔφαμεν γίγνεσθαι. τὰ μὲν δὴ τιτρώσκοντα τῶν αἰτίων ὀξέα τ’ ἐστὶ καὶ σύντομα, τὰ δὲ θλῶντα βαρέα τε καὶ σκληρὰ, τὰ δὲ ῥηγνύντα διὰ μέσης μὲν ἅπαντα τῆς τάσεως ῥήγνυσιν· ἔστι</w:t>
      </w:r>
    </w:p>
    <w:p>
      <w:r>
        <w:rPr>
          <w:rFonts w:ascii="Courier New" w:hAnsi="Courier New"/>
          <w:color w:val="555555"/>
          <w:sz w:val="20"/>
        </w:rPr>
        <w:t>[5]</w:t>
      </w:r>
    </w:p>
    <w:p>
      <w:r>
        <w:rPr>
          <w:rFonts w:ascii="Gentium Plus" w:hAnsi="Gentium Plus"/>
          <w:sz w:val="24"/>
        </w:rPr>
        <w:t>δὲ πλείω σφοδρότης ἐνεργείας καὶ πλῆθος χυμῶν, οὐ τὸ πρὸς τὴν δύναμιν, ἀλλ’ ὅταν ὑπὸ τῶν περιεχόντων μὴ στέγηται, καὶ κατάπτωσις ἐξ ὑψηλοῦ καί τι τῶν βαρέων καὶ σκλη‐ ρῶν ἐμπεσόν. τὸ γὰρ τοιοῦτον ἐπειδὰν μὲν ἤτοι κενοῖς, ἢ ὀλιγίστην οὐσίαν περιέχουσιν ἀγγείοις ἐμπέσοι, θλάσιν</w:t>
      </w:r>
    </w:p>
    <w:p>
      <w:r>
        <w:rPr>
          <w:rFonts w:ascii="Courier New" w:hAnsi="Courier New"/>
          <w:color w:val="555555"/>
          <w:sz w:val="20"/>
        </w:rPr>
        <w:t>[10]</w:t>
      </w:r>
    </w:p>
    <w:p>
      <w:r>
        <w:rPr>
          <w:rFonts w:ascii="Gentium Plus" w:hAnsi="Gentium Plus"/>
          <w:sz w:val="24"/>
        </w:rPr>
        <w:t>ἐργάζεται, μετὰ τοῦ καὶ τὸ ἀντιστηρίζον ἔχειν σκληρόν· ἐπει‐ δὰν δὲ πλῆρες ᾖ, φθάνει ῥηγνύειν πρὶν θλᾶσθαι, παραπλη‐ σίου τοῦ συμβαίνοντος ὄντος ὥσπερ εἰ καὶ πληρώσας ἀσκὸν ἢ κύστιν ἐπιῤῥίψαις λίθον, ἢ εἰ κατὰ τοῦ λίθου σφοδρῶς ἐπιῤῥίψαις τὸν ἀσκόν. ἔοικε δὲ μάλιστα τοῦτο τὸ γινόμενον</w:t>
      </w:r>
    </w:p>
    <w:p>
      <w:r>
        <w:rPr>
          <w:rFonts w:ascii="Courier New" w:hAnsi="Courier New"/>
          <w:color w:val="555555"/>
          <w:sz w:val="20"/>
        </w:rPr>
        <w:t>[15]</w:t>
      </w:r>
    </w:p>
    <w:p>
      <w:r>
        <w:rPr>
          <w:rFonts w:ascii="Gentium Plus" w:hAnsi="Gentium Plus"/>
          <w:sz w:val="24"/>
        </w:rPr>
        <w:t>ἐν ταῖς καταπτώσεσιν· ὃν γὰρ ἔχει λόγον ὡς πρὸς τὸν λίθον ὁ ἀσκὸς, τοῦτον ὡς πρὸς τοὔδαφος ὁ ἄνθρωπος. ὅσοι δὲ μέ‐</w:t>
      </w:r>
    </w:p>
    <w:p>
      <w:r>
        <w:rPr>
          <w:rFonts w:ascii="Courier New" w:hAnsi="Courier New"/>
          <w:color w:val="555555"/>
          <w:sz w:val="20"/>
        </w:rPr>
        <w:t>[10 . 313]</w:t>
      </w:r>
    </w:p>
    <w:p>
      <w:r>
        <w:rPr>
          <w:rFonts w:ascii="Gentium Plus" w:hAnsi="Gentium Plus"/>
          <w:sz w:val="24"/>
        </w:rPr>
        <w:t>διὰ συντονίαν ἐνεργείας ἔπαθον οὕτως· ὡσαύτως δ’ αὐτοῖς καὶ ὅσοι βαρὺν ὄγκον σώματος ἢ τοῖς ὤμοις ἀναθέσθαι προὐ‐ θυμήθησαν, ἢ ἄλλως πως ἐξᾶραι διὰ ταῖν χεροῖν. ἔτι δὲ μᾶλλον ὅσοι διὰ δρόμον ὠκὺν, ἢ πηδήσαντες μέγιστα, ἤ πως</w:t>
      </w:r>
    </w:p>
    <w:p>
      <w:r>
        <w:rPr>
          <w:rFonts w:ascii="Courier New" w:hAnsi="Courier New"/>
          <w:color w:val="555555"/>
          <w:sz w:val="20"/>
        </w:rPr>
        <w:t>[5]</w:t>
      </w:r>
    </w:p>
    <w:p>
      <w:r>
        <w:rPr>
          <w:rFonts w:ascii="Gentium Plus" w:hAnsi="Gentium Plus"/>
          <w:sz w:val="24"/>
        </w:rPr>
        <w:t>ἄλλως ἰσχυρῶς τείναντές τι μόριον· ἔστι γὰρ καὶ τοῦτο παρα‐ πλήσιον ὡς εἰ καὶ σχοινίον, ἢ ἱμᾶντα διατείναις ἐπὶ πλεῖστον. ὅτι δὲ καὶ διὰ τὸ μὴ στέγειν τὸ περιεχόμενον ἐν αὐτοῖς αἷμα, καὶ μάλισθ’ ὅταν ᾖ πνευματικὸν, οὐκ ὀλίγα ῥήγνυται, δηλοῦ‐ σιν οἵ τε πίθοι πρὸς τοῦ γλεύκους ἀναῤῥηγνύμενοι καὶ ἄλλα</w:t>
      </w:r>
    </w:p>
    <w:p>
      <w:r>
        <w:rPr>
          <w:rFonts w:ascii="Courier New" w:hAnsi="Courier New"/>
          <w:color w:val="555555"/>
          <w:sz w:val="20"/>
        </w:rPr>
        <w:t>[10]</w:t>
      </w:r>
    </w:p>
    <w:p>
      <w:r>
        <w:rPr>
          <w:rFonts w:ascii="Gentium Plus" w:hAnsi="Gentium Plus"/>
          <w:sz w:val="24"/>
        </w:rPr>
        <w:t>πολλὰ τῶν ἰσχυροτάτων σωμάτων. Εἰ μὲν οὖν ἐκ τρώσεως, ἢ βοῆς, ἢ κατα‐ πτώσεως ἡ ῥῆξις ἐγένετο, πέπαυται τὸ αἴτιον. εἰ δ’ ὑπὸ πλήθους, ἐγχωρεῖ καὶ νῦν ἔτι τὸ ἀγγεῖον ἐπὶ πλέον ἀναῤῥή‐ γνυσθαι, μενούσης ἔτι τῆς ποιούσης αἰτίας ἐπὶ μὲν οὖν τῆσ‐</w:t>
      </w:r>
    </w:p>
    <w:p>
      <w:r>
        <w:rPr>
          <w:rFonts w:ascii="Courier New" w:hAnsi="Courier New"/>
          <w:color w:val="555555"/>
          <w:sz w:val="20"/>
        </w:rPr>
        <w:t>[15]</w:t>
      </w:r>
    </w:p>
    <w:p>
      <w:r>
        <w:rPr>
          <w:rFonts w:ascii="Gentium Plus" w:hAnsi="Gentium Plus"/>
          <w:sz w:val="24"/>
        </w:rPr>
        <w:t>δε τῆς διαθέσεως ἐκκενωτέον ὅτι τάχιστα τὸ πλῆθος· εἶθ’ οὕτως ἐπισχετέον τὸ αἷμα· κᾄπειτα τὸ ἕλκος θεραπευτέον.</w:t>
      </w:r>
    </w:p>
    <w:p>
      <w:r>
        <w:rPr>
          <w:rFonts w:ascii="Courier New" w:hAnsi="Courier New"/>
          <w:color w:val="555555"/>
          <w:sz w:val="20"/>
        </w:rPr>
        <w:t>[10 . 314]</w:t>
      </w:r>
    </w:p>
    <w:p>
      <w:r>
        <w:rPr>
          <w:rFonts w:ascii="Gentium Plus" w:hAnsi="Gentium Plus"/>
          <w:sz w:val="24"/>
        </w:rPr>
        <w:t>αἷμα, τὸ δ’ ἕλκος ἑξῆς ἰᾶσθαι. πῶς οὖν ἐπισχῶμεν τὸ αἷμα; στεγνώσαντες μὲν τὸ ἐῤῥωγὸς, ἐκτρέψαντες δὲ καὶ ἀποστρέ‐ ψαντες ἑτέρωσε τὸ δι’ αὐτοῦ φερόμενον, ὡς εἴ γε καὶ τοῦτ’ ἐπιῤῥέοι, καθάπερ ἐξ ἀρχῆς ὥρμησε, καὶ τὸ στόμιον ἴσον</w:t>
      </w:r>
    </w:p>
    <w:p>
      <w:r>
        <w:rPr>
          <w:rFonts w:ascii="Courier New" w:hAnsi="Courier New"/>
          <w:color w:val="555555"/>
          <w:sz w:val="20"/>
        </w:rPr>
        <w:t>[5]</w:t>
      </w:r>
    </w:p>
    <w:p>
      <w:r>
        <w:rPr>
          <w:rFonts w:ascii="Gentium Plus" w:hAnsi="Gentium Plus"/>
          <w:sz w:val="24"/>
        </w:rPr>
        <w:t>ἑαυτῷ διαμένοι, θᾶττον ἂν ἀπόλοιτο τὸ οὕτως αἱμοῤῥα‐ γοῦν ζῶον ἢ τὸ αἷμα παύσαιτο κενούμενον. ἀλλὰ καὶ τό γ’ ἕλκος, ἤτοι τῶν διεστώτων χειλῶν ἐς ταὐτὸν ἀφικομένων, ἢ τοῦ στομίου φραχθέντος στεγνωθήσεται. συναχθήσεται μὲν οὖν ἐς ταὐτὸν ἀλλήλοις τὰ χείλη διά τε τῶν ἡμετέ‐</w:t>
      </w:r>
    </w:p>
    <w:p>
      <w:r>
        <w:rPr>
          <w:rFonts w:ascii="Courier New" w:hAnsi="Courier New"/>
          <w:color w:val="555555"/>
          <w:sz w:val="20"/>
        </w:rPr>
        <w:t>[10]</w:t>
      </w:r>
    </w:p>
    <w:p>
      <w:r>
        <w:rPr>
          <w:rFonts w:ascii="Gentium Plus" w:hAnsi="Gentium Plus"/>
          <w:sz w:val="24"/>
        </w:rPr>
        <w:t>ρων χειρῶν, ὅταν οὕτως πρόχειρον ᾖ τὸ τραῦμα, καὶ δι’ ἐπιδέσεως, ὁπότε τῶν ψυχόντων καὶ στυφόντων φαρμάκων. οὐ γὰρ δὴ ῥάπτειν γε δυνάμεθα τὸ τῆς ἀρτηρίας ἢ φλεβὸς τραῦμα, καθάπερ ἂν εἴποιεν οἱ μηδεμίαν ἐκ τῆς τῶν τε‐ τρωμένων μερῶν οὐσίας τε καὶ φύσεως ἔνδειξιν γίνεσθαι</w:t>
      </w:r>
    </w:p>
    <w:p>
      <w:r>
        <w:rPr>
          <w:rFonts w:ascii="Courier New" w:hAnsi="Courier New"/>
          <w:color w:val="555555"/>
          <w:sz w:val="20"/>
        </w:rPr>
        <w:t>[15]</w:t>
      </w:r>
    </w:p>
    <w:p>
      <w:r>
        <w:rPr>
          <w:rFonts w:ascii="Gentium Plus" w:hAnsi="Gentium Plus"/>
          <w:sz w:val="24"/>
        </w:rPr>
        <w:t>φάσκοντες. ἐμφραγήσεται δὲ τὸ στόμιον ὑπό τε θρόμβου καὶ τῶν ἔξωθεν ἐπιβαλλομένων αὐτῷ· δύναται δὲ ἐπιβάλ‐ λεσθαι τά τε περικείμενα σαρκώδη καὶ τὸ δέρμα κατ’ ἐνίας</w:t>
      </w:r>
    </w:p>
    <w:p>
      <w:r>
        <w:rPr>
          <w:rFonts w:ascii="Courier New" w:hAnsi="Courier New"/>
          <w:color w:val="555555"/>
          <w:sz w:val="20"/>
        </w:rPr>
        <w:t>[10 . 315]</w:t>
      </w:r>
    </w:p>
    <w:p>
      <w:r>
        <w:rPr>
          <w:rFonts w:ascii="Gentium Plus" w:hAnsi="Gentium Plus"/>
          <w:sz w:val="24"/>
        </w:rPr>
        <w:t>καλούμενοι μοτοὶ καὶ τῶν φαρμάκων ὅσα τ’ ἐμπλάσσει γλί‐ σχρα καὶ παχέα ταῖς οὐσίαις ὄντα, καὶ ὅσα τὴν καλουμένην ἐσχάραν ἐργάζεται· καὶ γὰρ καὶ ταύτην οἷον φράγματι τοῖς τοιούτοις ἕλκεσι ἐξεῦρον οἱ πρόσθεν· ἐργάζονται δ’ αὐτὴν</w:t>
      </w:r>
    </w:p>
    <w:p>
      <w:r>
        <w:rPr>
          <w:rFonts w:ascii="Courier New" w:hAnsi="Courier New"/>
          <w:color w:val="555555"/>
          <w:sz w:val="20"/>
        </w:rPr>
        <w:t>[5]</w:t>
      </w:r>
    </w:p>
    <w:p>
      <w:r>
        <w:rPr>
          <w:rFonts w:ascii="Gentium Plus" w:hAnsi="Gentium Plus"/>
          <w:sz w:val="24"/>
        </w:rPr>
        <w:t>διά τε πυρὸς αὐτοῦ καὶ φαρμάκων ὁμοίαν πυρὶ τὴν δύναμιν ἐχόντων. ἐκ τοιούτων μὲν δὴ στεγνοῦται τὸ στόμιον, ἀποτρέπεται δὲ καὶ ἀποστρέφεται τὸ αἷμα πρὸς ἕτερα μό‐ ρια παροχετεύσει τε καὶ ἀντισπάσει· καὶ γὰρ καὶ ταῦθ’ Ἱπποκράτους εὑρήματα κοινὰ πάσης ἀμέτρου κενώσεως. παρ‐</w:t>
      </w:r>
    </w:p>
    <w:p>
      <w:r>
        <w:rPr>
          <w:rFonts w:ascii="Courier New" w:hAnsi="Courier New"/>
          <w:color w:val="555555"/>
          <w:sz w:val="20"/>
        </w:rPr>
        <w:t>[10]</w:t>
      </w:r>
    </w:p>
    <w:p>
      <w:r>
        <w:rPr>
          <w:rFonts w:ascii="Gentium Plus" w:hAnsi="Gentium Plus"/>
          <w:sz w:val="24"/>
        </w:rPr>
        <w:t>οχετεύεται μὲν οὖν εἰς τοὺς πλησίον τόπους· ἀντισπᾶται δὲ ἐπὶ τοὺς ἀντικειμένους· οἷον τῷ δι’ ὑπερώας κενουμένῳ διὰ ῥινῶν μὲν ἡ παροχέτευσις, κάτω δ’ ἡ ἀντίσπασις, ὥσπερ γε τῷ δι’ ἕδρας διὰ μήτρας μὲν ἡ παροχέτευσις, ἄνω δὲ ἡ ἀν‐ τίσπασις. οὕτως γοῦν καὶ ἡ φύσις αὐτὴ δρᾷν πέφυκε. γυ‐</w:t>
      </w:r>
    </w:p>
    <w:p>
      <w:r>
        <w:rPr>
          <w:rFonts w:ascii="Courier New" w:hAnsi="Courier New"/>
          <w:color w:val="555555"/>
          <w:sz w:val="20"/>
        </w:rPr>
        <w:t>[15]</w:t>
      </w:r>
    </w:p>
    <w:p>
      <w:r>
        <w:rPr>
          <w:rFonts w:ascii="Gentium Plus" w:hAnsi="Gentium Plus"/>
          <w:sz w:val="24"/>
        </w:rPr>
        <w:t>ναικὶ μὲν, φησὶν, αἷμα ἐμεούσῃ τῶν καταμηνίων ῥαγέντων λύσις. διὰ τοῦτ’ ἄρα καὶ καταμηνίων ἀθρόων ἐκκενουμέ‐</w:t>
      </w:r>
    </w:p>
    <w:p>
      <w:r>
        <w:rPr>
          <w:rFonts w:ascii="Courier New" w:hAnsi="Courier New"/>
          <w:color w:val="555555"/>
          <w:sz w:val="20"/>
        </w:rPr>
        <w:t>[10 . 316]</w:t>
      </w:r>
    </w:p>
    <w:p>
      <w:r>
        <w:rPr>
          <w:rFonts w:ascii="Gentium Plus" w:hAnsi="Gentium Plus"/>
          <w:sz w:val="24"/>
        </w:rPr>
        <w:t>ἄνω σικύαν μεγίστην ὑπὸ τοὺς τιτθοὺς προσβαλών· ἔστι γὰρ καὶ τοῦτο Ἱπποκράτους εὕρημα. διὰ τοῦτο δὲ καὶ τὰς ἐκ ῥινῶν αἱμοῤῥαγίας ἐπέχουσιν αἱ κατὰ τῶν ὑποχονδρίων ἐπιβαλλό‐ μεναι μέγισται σικύαι. χρὴ δ’ ὅταν ἐκ δεξιοῦ ῥέῃ μυκτῆρος,</w:t>
      </w:r>
    </w:p>
    <w:p>
      <w:r>
        <w:rPr>
          <w:rFonts w:ascii="Courier New" w:hAnsi="Courier New"/>
          <w:color w:val="555555"/>
          <w:sz w:val="20"/>
        </w:rPr>
        <w:t>[5]</w:t>
      </w:r>
    </w:p>
    <w:p>
      <w:r>
        <w:rPr>
          <w:rFonts w:ascii="Gentium Plus" w:hAnsi="Gentium Plus"/>
          <w:sz w:val="24"/>
        </w:rPr>
        <w:t>ἐφ’ ἥπατος ἐρείδειν, ὅταν δ’ ἐξ ἀριστεροῦ, κατὰ σπληνὸς, ὅταν δ’ ἐξ ἀμφοτέρων, ἀμφοτέροις τοῖς σπλάγχνοις ἐπιφέ‐ ρειν τὰς σικύας. εἰ δὲ μηδέπω καταλελυμένος ὁ κάμνων εἴη, καὶ φλέβα τέμνειν ἐξ ἀγκῶνος τοῦ κατ’ εὐθὺ, κενώσαντα δ’ ὀλίγον, εἶτα διαλιπόντα μίαν ὥραν αὖθις ἐκκενοῦν· εἶτ’</w:t>
      </w:r>
    </w:p>
    <w:p>
      <w:r>
        <w:rPr>
          <w:rFonts w:ascii="Courier New" w:hAnsi="Courier New"/>
          <w:color w:val="555555"/>
          <w:sz w:val="20"/>
        </w:rPr>
        <w:t>[10]</w:t>
      </w:r>
    </w:p>
    <w:p>
      <w:r>
        <w:rPr>
          <w:rFonts w:ascii="Gentium Plus" w:hAnsi="Gentium Plus"/>
          <w:sz w:val="24"/>
        </w:rPr>
        <w:t>αὖθις καὶ αὖθις ὡς πρὸς τὴν δύναμιν τοῦ κάμνοντος. οὕτω δὲ καὶ τἄλλα ῥεύματα σύμπαντα, κοινὸς γὰρ ὁ λόγος, ἀντι‐ σπάσεις τε καὶ παροχετεύσεις, τὰ μὲν διὰ γαστρὸς ἤτοι δι’ οὔρων ἢ μήτρας, τὰ δὲ δι’ οὔρων ἤτοι διὰ μήτρας ἢ δι’ ἕδρας· ὡσαύτως δὲ καὶ τὰ διὰ μήτρας ἤτοι δι’ οὔρων ἢ διὰ</w:t>
      </w:r>
    </w:p>
    <w:p>
      <w:r>
        <w:rPr>
          <w:rFonts w:ascii="Courier New" w:hAnsi="Courier New"/>
          <w:color w:val="555555"/>
          <w:sz w:val="20"/>
        </w:rPr>
        <w:t>[15]</w:t>
      </w:r>
    </w:p>
    <w:p>
      <w:r>
        <w:rPr>
          <w:rFonts w:ascii="Gentium Plus" w:hAnsi="Gentium Plus"/>
          <w:sz w:val="24"/>
        </w:rPr>
        <w:t>γαστρός· ἐπὶ δὲ τῶν κατ’ ὀφθαλμοὺς καὶ ὦτα καὶ ὑπερώαν, διὰ ῥινῶν ἡ προχέτευσις. ἡ δ’ ἀντίσπασις ἄνω μὲν ἐπὶ τοῖς</w:t>
      </w:r>
    </w:p>
    <w:p>
      <w:r>
        <w:rPr>
          <w:rFonts w:ascii="Courier New" w:hAnsi="Courier New"/>
          <w:color w:val="555555"/>
          <w:sz w:val="20"/>
        </w:rPr>
        <w:t>[10 . 317]</w:t>
      </w:r>
    </w:p>
    <w:p>
      <w:r>
        <w:rPr>
          <w:rFonts w:ascii="Gentium Plus" w:hAnsi="Gentium Plus"/>
          <w:sz w:val="24"/>
        </w:rPr>
        <w:t>ξιῶν ἐπὶ θάτερα, κᾀξ ἐκείνων ἐπὶ ταῦτα, κᾀκ τῶν εἴσω πρὸς τὰ ἔξω, κᾀκ τούτων αὖ πάλιν πρὸς ἐκεῖνα. τρίψεις οὖν τῶν ἀντικειμένων μερῶν καὶ μάλιστα διὰ φαρμάκων θερμαινόντων, ἔτι τε δεσμὰ σφοδρότερα τῶν ἀντισπαστι‐</w:t>
      </w:r>
    </w:p>
    <w:p>
      <w:r>
        <w:rPr>
          <w:rFonts w:ascii="Courier New" w:hAnsi="Courier New"/>
          <w:color w:val="555555"/>
          <w:sz w:val="20"/>
        </w:rPr>
        <w:t>[5]</w:t>
      </w:r>
    </w:p>
    <w:p>
      <w:r>
        <w:rPr>
          <w:rFonts w:ascii="Gentium Plus" w:hAnsi="Gentium Plus"/>
          <w:sz w:val="24"/>
        </w:rPr>
        <w:t>κῶν ἐστι βοηθημάτων· ὥσπερ γε καὶ οἱ ἀντικείμενοι τῶν φυσικῶν πόρων ἀναστομωθέντες· εἴρηται δ’ ἐν τοῖς περὶ φαρμάκων ὑπομνήμασιν ἡ τῶν τοῦτο δυναμένων ἐργάζε‐ σθαι φαρμάκων ὕλη. περὶ μὲν οὖν ἁπάντων ῥευμάτων εἰπεῖν ἀναγκαῖον ἔσται κᾀν τοῖς ἑξῆς ὑπομνήμασι· νυνὶ δὲ</w:t>
      </w:r>
    </w:p>
    <w:p>
      <w:r>
        <w:rPr>
          <w:rFonts w:ascii="Courier New" w:hAnsi="Courier New"/>
          <w:color w:val="555555"/>
          <w:sz w:val="20"/>
        </w:rPr>
        <w:t>[10]</w:t>
      </w:r>
    </w:p>
    <w:p>
      <w:r>
        <w:rPr>
          <w:rFonts w:ascii="Gentium Plus" w:hAnsi="Gentium Plus"/>
          <w:sz w:val="24"/>
        </w:rPr>
        <w:t>ἐπὶ τὰς αἱμοῤῥαγίας ἰτέον. ἐκ γάρ τοι τοῦ γένους τῆς στεγνώσεώς ἐστί πως καὶ ὁ βρόχος ὁ περιτιθέμενος αὐτοῖς τοῖς αἱμοῤῥαγοῦσιν ἀγγείοις, οἵ θ’ ἡμέτεροι δάκτυλοι συν‐ άγοντές τε καὶ σφίγγοντες αὐτά. τούτου δ’ ἐστὶ τοῦ γέ‐ νους καὶ ἡ ἐπίδεσις· καίτοί γ’ οὐ κατὰ κύκλον τὸ ἀγγεῖον</w:t>
      </w:r>
    </w:p>
    <w:p>
      <w:r>
        <w:rPr>
          <w:rFonts w:ascii="Courier New" w:hAnsi="Courier New"/>
          <w:color w:val="555555"/>
          <w:sz w:val="20"/>
        </w:rPr>
        <w:t>[15]</w:t>
      </w:r>
    </w:p>
    <w:p>
      <w:r>
        <w:rPr>
          <w:rFonts w:ascii="Gentium Plus" w:hAnsi="Gentium Plus"/>
          <w:sz w:val="24"/>
        </w:rPr>
        <w:t>περιλαμβάνουσα, καθάπερ ὁ βρόχος, ἀλλὰ τῷ συνάγειν τέ πως ἐκ μέρους τὰ διεστῶτα χείλη τοῦ τετρωμένου μορίου</w:t>
      </w:r>
    </w:p>
    <w:p>
      <w:r>
        <w:rPr>
          <w:rFonts w:ascii="Courier New" w:hAnsi="Courier New"/>
          <w:color w:val="555555"/>
          <w:sz w:val="20"/>
        </w:rPr>
        <w:t>[10 . 318]</w:t>
      </w:r>
    </w:p>
    <w:p>
      <w:r>
        <w:rPr>
          <w:rFonts w:ascii="Gentium Plus" w:hAnsi="Gentium Plus"/>
          <w:sz w:val="24"/>
        </w:rPr>
        <w:t>θημάτων. ἔξωθεν δὲ τῶν εἰρημένων ἁπάντων αἱμοῤῥαγίας βοήθημ’ ἐστὶ τὸ ἐπιτήδειον σχῆμα τοῦ τετρωμένου μο‐ ρίου. ἐπιτήδειον δὲ γίνεται δυοῖν τούτοιν ἐχόμενον σκο‐ ποῖν, ἀνωδυνίας τε καὶ ἀναῤῥοπίας· εἰ δ’ ἤτοι κατάῤῥο‐</w:t>
      </w:r>
    </w:p>
    <w:p>
      <w:r>
        <w:rPr>
          <w:rFonts w:ascii="Courier New" w:hAnsi="Courier New"/>
          <w:color w:val="555555"/>
          <w:sz w:val="20"/>
        </w:rPr>
        <w:t>[5]</w:t>
      </w:r>
    </w:p>
    <w:p>
      <w:r>
        <w:rPr>
          <w:rFonts w:ascii="Gentium Plus" w:hAnsi="Gentium Plus"/>
          <w:sz w:val="24"/>
        </w:rPr>
        <w:t>πον ἢ ὀδυνῶδες γίγνοιτο, καὶ τὰς οὐκ οὔσας αἱμοῤῥαγίας ἐργάσεται, μή τοί γε δὴ τὰς οὔσας οὐ παύσει. ταῦτ’ οὖν ἐπιστάμενός τις, ἢν ἐπιστῇ ποθ’ αἱμοῤῥαγοῦντι μορίῳ διὰ τρῶσιν, ἐπὶ τούτων γὰρ ὁ λόγος μοι γιγνέσθω πρῶτον, αὐτίκα μὲν ἐπιβαλλέτω τὸν δάκτυλον ἐπὶ τὸ στόμιον τοῦ</w:t>
      </w:r>
    </w:p>
    <w:p>
      <w:r>
        <w:rPr>
          <w:rFonts w:ascii="Courier New" w:hAnsi="Courier New"/>
          <w:color w:val="555555"/>
          <w:sz w:val="20"/>
        </w:rPr>
        <w:t>[10]</w:t>
      </w:r>
    </w:p>
    <w:p>
      <w:r>
        <w:rPr>
          <w:rFonts w:ascii="Gentium Plus" w:hAnsi="Gentium Plus"/>
          <w:sz w:val="24"/>
        </w:rPr>
        <w:t>κατὰ τὸ ἀγγεῖον ἕλκους, ἐρείδων πρᾳέως καὶ πιέζων ἀνωδύνως, ἅμα τε γὰρ ἐφέξει τὸ αἷμα καὶ θρόμβον ἐπι‐ πήξει τῇ τρώσει. καὶ μέντοι κᾂν εἰ διὰ συχνοῦ βάθους εἴη τὸ αἱμοῤῥαγοῦν ἀγγεῖον, ἀκριβέστερον ἂν καταμάθοις τήν τε θέσιν αὐτοῦ καὶ τὸ μέγεθος· καὶ πότερα φλὲψ,</w:t>
      </w:r>
    </w:p>
    <w:p>
      <w:r>
        <w:rPr>
          <w:rFonts w:ascii="Courier New" w:hAnsi="Courier New"/>
          <w:color w:val="555555"/>
          <w:sz w:val="20"/>
        </w:rPr>
        <w:t>[15]</w:t>
      </w:r>
    </w:p>
    <w:p>
      <w:r>
        <w:rPr>
          <w:rFonts w:ascii="Gentium Plus" w:hAnsi="Gentium Plus"/>
          <w:sz w:val="24"/>
        </w:rPr>
        <w:t>ἢ ἀρτηρία ἐστί· μετὰ δὲ ταῦτα διαπείρας ἀγκίστρῳ ἀνα‐ τεινέτω τε καὶ περιστρεφέτω μετρίως. μὴ ἐπισχεθέντος δ’ ἐν τῷδε τοῦ αἵματος, εἰ μὲν φλὲψ εἴη, πειράσθω χωρὶς</w:t>
      </w:r>
    </w:p>
    <w:p>
      <w:r>
        <w:rPr>
          <w:rFonts w:ascii="Courier New" w:hAnsi="Courier New"/>
          <w:color w:val="555555"/>
          <w:sz w:val="20"/>
        </w:rPr>
        <w:t>[10 . 319]</w:t>
      </w:r>
    </w:p>
    <w:p>
      <w:r>
        <w:rPr>
          <w:rFonts w:ascii="Gentium Plus" w:hAnsi="Gentium Plus"/>
          <w:sz w:val="24"/>
        </w:rPr>
        <w:t>ἄριστα δ’ αὐτῶν ἐστι τὰ ἐμπλαστικὰ, συντιθέμενα διά τε τῆς φρυκτῆς ῥητίνης καὶ ἀλεύρου πυρίνου χνοῦ καὶ γύψου καὶ ὅσα τοιαῦτα. εἰ δὲ ἀρτηρία ἐστὶ, δυοῖν θάτερον, ἢ βρόχον περιθεὶς, ἢ ὅλον διακόψας τὸ ἀγγεῖον, ἐφέξεις τὸ</w:t>
      </w:r>
    </w:p>
    <w:p>
      <w:r>
        <w:rPr>
          <w:rFonts w:ascii="Courier New" w:hAnsi="Courier New"/>
          <w:color w:val="555555"/>
          <w:sz w:val="20"/>
        </w:rPr>
        <w:t>[5]</w:t>
      </w:r>
    </w:p>
    <w:p>
      <w:r>
        <w:rPr>
          <w:rFonts w:ascii="Gentium Plus" w:hAnsi="Gentium Plus"/>
          <w:sz w:val="24"/>
        </w:rPr>
        <w:t>αἷμα. βρόχον δ’ ἀναγκαζόμεθά ποτε καὶ ταῖς μεγάλαις περιτιθέναι φλεψὶν, ὥσπερ γε καὶ διατέμνειν πότ’ αὐτὰς ὅλας, ἐγκαρσίας δηλονότι. κατασταίη δ’ ἄν τις εἰς ἀνάγκην τοῦδε κατὰ τὰς ἐκ πολλοῦ βάθους ὀρθίας ἀναφερομένας, καὶ μάλιστα διὰ στενοχωρίας τινὸς ἢ μερῶν κυρίων. ἀνα‐</w:t>
      </w:r>
    </w:p>
    <w:p>
      <w:r>
        <w:rPr>
          <w:rFonts w:ascii="Courier New" w:hAnsi="Courier New"/>
          <w:color w:val="555555"/>
          <w:sz w:val="20"/>
        </w:rPr>
        <w:t>[10]</w:t>
      </w:r>
    </w:p>
    <w:p>
      <w:r>
        <w:rPr>
          <w:rFonts w:ascii="Gentium Plus" w:hAnsi="Gentium Plus"/>
          <w:sz w:val="24"/>
        </w:rPr>
        <w:t>σπᾶται γὰρ οὕτως ἑκάτερον τὸ μέρος ἑκατέρωθεν, καὶ κρύ‐ πτεται καὶ σκέπεται πρὸς τῶν ἐπικειμένων σωμάτων ἡ τρῶ‐ σις. ἀσφαλέστερον δ’ ἄμφω ποιεῖν, βρόχον μὲν τῇ ῥίζῃ περιτιθέναι τοῦ ἀγγείου, τέμνειν δὲ τοὐντεῦθεν. ῥίζαν δ’ ἀγγείου καλῶ τὸ πρότερον αὐτοῦ μέρος, ἤτοι τῷ ἥπατι</w:t>
      </w:r>
    </w:p>
    <w:p>
      <w:r>
        <w:rPr>
          <w:rFonts w:ascii="Courier New" w:hAnsi="Courier New"/>
          <w:color w:val="555555"/>
          <w:sz w:val="20"/>
        </w:rPr>
        <w:t>[15]</w:t>
      </w:r>
    </w:p>
    <w:p>
      <w:r>
        <w:rPr>
          <w:rFonts w:ascii="Gentium Plus" w:hAnsi="Gentium Plus"/>
          <w:sz w:val="24"/>
        </w:rPr>
        <w:t>συνάπτον ἢ τῇ καρδίᾳ. τοῦτο δ’ ἐν τραχήλῳ μέν ἐστι τὸ κάτωθεν, ἐν χερσὶ δὲ καὶ σκέλεσι τὸ ἄνωθεν· ἐν ἑκάστῳ τε τῶν ἄλλων μορίων, ὡς ἐξ ἀνατομῆς ἔνεστι μαθεῖν· ἣν οὐδ’</w:t>
      </w:r>
    </w:p>
    <w:p>
      <w:r>
        <w:rPr>
          <w:rFonts w:ascii="Courier New" w:hAnsi="Courier New"/>
          <w:color w:val="555555"/>
          <w:sz w:val="20"/>
        </w:rPr>
        <w:t>[10 . 320]</w:t>
      </w:r>
    </w:p>
    <w:p>
      <w:r>
        <w:rPr>
          <w:rFonts w:ascii="Gentium Plus" w:hAnsi="Gentium Plus"/>
          <w:sz w:val="24"/>
        </w:rPr>
        <w:t>Ταῦτα δὲ πράξαντα σαρκοῦν ὅτι τάχιστα τὸ τραῦμα, πρὶν ἀποῤῥυῆναι τοῦ ἀγγείου τὸν βρόχον. εἰ μὴ γὰρ φθάσειεν ἡ ἐπιτραφεῖσα σὰρξ στεγνῶσαι τὸ πέριξ χωρίον τῆς ἀποτετμημένης ἀρτηρίας, ἀλλ’ εὑρεθείη που χώρα</w:t>
      </w:r>
    </w:p>
    <w:p>
      <w:r>
        <w:rPr>
          <w:rFonts w:ascii="Courier New" w:hAnsi="Courier New"/>
          <w:color w:val="555555"/>
          <w:sz w:val="20"/>
        </w:rPr>
        <w:t>[5]</w:t>
      </w:r>
    </w:p>
    <w:p>
      <w:r>
        <w:rPr>
          <w:rFonts w:ascii="Gentium Plus" w:hAnsi="Gentium Plus"/>
          <w:sz w:val="24"/>
        </w:rPr>
        <w:t>κενὴ, τὸ καλούμενον ἀνεύρυσμα γίνεται. διὰ τοῦτο καὶ τοῖς ἐμπλάττουσιν ἰσχαίμοις χρῆσθαι κελεύω μᾶλλον τῶν ἐσχα‐ ρούντων, ὅτι θᾶττόν τε καὶ ἀκινδυνότερον ἐπ’ αὐτοῖς σαρ‐ κοῦται τὸ τραῦμα· κίνδυνος γὰρ ἐπὶ τῶν ἄλλων ἀποπιπτού‐ σης τῆς ἐσχάρας αὖθις αἱμοῤῥαγῆσαι τὸ ἀγγεῖον. ἄριστον</w:t>
      </w:r>
    </w:p>
    <w:p>
      <w:r>
        <w:rPr>
          <w:rFonts w:ascii="Courier New" w:hAnsi="Courier New"/>
          <w:color w:val="555555"/>
          <w:sz w:val="20"/>
        </w:rPr>
        <w:t>[10]</w:t>
      </w:r>
    </w:p>
    <w:p>
      <w:r>
        <w:rPr>
          <w:rFonts w:ascii="Gentium Plus" w:hAnsi="Gentium Plus"/>
          <w:sz w:val="24"/>
        </w:rPr>
        <w:t>οὖν ἁπάντων ὧν οἶδα φαρμάκων, ᾧ καὶ πρὸς τὰς ἐκ μηνίγ‐ γων αἱμοῤῥαγίας ἀσφαλέστερον χρῆσθαι, τὸ λεχθησόμενον ἐστί· λιβανωτοῦ μέρος ἓν ἀλόης ἡμίσει μεμίχθω μέρει· κᾄ‐ πειτα τῆς χρείας ἐπιστάσης ὠοῦ τῷ λευκῷ φυράσθῳ τοσούτῳ τὸ πλῆθος ὡς μελιτώδη σύστασιν ἔχειν· εἶτ’ ἀναλαμβανέσθω</w:t>
      </w:r>
    </w:p>
    <w:p>
      <w:r>
        <w:rPr>
          <w:rFonts w:ascii="Courier New" w:hAnsi="Courier New"/>
          <w:color w:val="555555"/>
          <w:sz w:val="20"/>
        </w:rPr>
        <w:t>[15]</w:t>
      </w:r>
    </w:p>
    <w:p>
      <w:r>
        <w:rPr>
          <w:rFonts w:ascii="Gentium Plus" w:hAnsi="Gentium Plus"/>
          <w:sz w:val="24"/>
        </w:rPr>
        <w:t>τοῦτο λαγωαῖς θριξὶ ταῖς μαλακωτάταις· κᾄπειτα τῷ ἀγγείῳ καὶ τῷ ἕλκει παντὶ πλεῖστον ἐπιτιθέσθω. καταδείσθω δ’ ἔξωθεν ἐξ ὀθόνης ἐν ὑποδεσμίδι· τὰς μὲν πρώτας ἐπιβολὰς</w:t>
      </w:r>
    </w:p>
    <w:p>
      <w:r>
        <w:rPr>
          <w:rFonts w:ascii="Courier New" w:hAnsi="Courier New"/>
          <w:color w:val="555555"/>
          <w:sz w:val="20"/>
        </w:rPr>
        <w:t>[10 . 321]</w:t>
      </w:r>
    </w:p>
    <w:p>
      <w:r>
        <w:rPr>
          <w:rFonts w:ascii="Gentium Plus" w:hAnsi="Gentium Plus"/>
          <w:sz w:val="24"/>
        </w:rPr>
        <w:t>μένων ἡμῶν, ἐντεῦθεν δὲ ἐπὶ τὴν ῥίζαν αὐτοῦ νεμομένων, ἐφ’ ὧν ἐγχωρεῖ μερῶν ἐπὶ τὴν ῥίζαν νέμεσθαι· σχεδὸν δ’ ἐπὶ πάντων ἐγχωρεῖ πλὴν μηνίγγων. εἶτα λύσαντα διὰ τρίτης, εἰ μὲν ἀσφαλῶς ἔτι προσέχοιτο τῷ ἕλκει τὸ φάρμακον, αὖθις</w:t>
      </w:r>
    </w:p>
    <w:p>
      <w:r>
        <w:rPr>
          <w:rFonts w:ascii="Courier New" w:hAnsi="Courier New"/>
          <w:color w:val="555555"/>
          <w:sz w:val="20"/>
        </w:rPr>
        <w:t>[5]</w:t>
      </w:r>
    </w:p>
    <w:p>
      <w:r>
        <w:rPr>
          <w:rFonts w:ascii="Gentium Plus" w:hAnsi="Gentium Plus"/>
          <w:sz w:val="24"/>
        </w:rPr>
        <w:t>ἕτερον ἐν κύκλῳ περιχέοντα καὶ ὥσπερ ἐπιτέγγοντα τὸν ἐκ τῶν τριχῶν μοτὸν ἐπιδεῖν, ὡς ἐξ ἀρχῆς ἐπέδησας· εἰ δ’ αὐτομάτως ὁ πρότερος ἀποπίπτοι μοτὸς, ἀτρέμα πιέζοντα τῷ δακτύλῳ τὴν ῥίζαν τοῦ ἀγγείου πρὸς τὸ μηδὲν ἐπιῤῥυῆναι, τοῦτον μὲν ἀφελεῖν ἠρέμα, προσθεῖναι δ’ ἕτερον. οὕτω σε θερα‐</w:t>
      </w:r>
    </w:p>
    <w:p>
      <w:r>
        <w:rPr>
          <w:rFonts w:ascii="Courier New" w:hAnsi="Courier New"/>
          <w:color w:val="555555"/>
          <w:sz w:val="20"/>
        </w:rPr>
        <w:t>[10]</w:t>
      </w:r>
    </w:p>
    <w:p>
      <w:r>
        <w:rPr>
          <w:rFonts w:ascii="Gentium Plus" w:hAnsi="Gentium Plus"/>
          <w:sz w:val="24"/>
        </w:rPr>
        <w:t>πεύειν δεῖ μέχρι περ ἂν σαρκωθῇ τὸ ἀγγεῖον, ἀνάῤῥοπον ἀπ’ ἀρχῆς ἄχρι τέλους φυλάττοντα τὸ μόριον. ἔστω δὲ μηδὲ τοῦτο ἄμετρον τὸ σχῆμα· κίνδυνος γὰρ ὀδύνην γενέσθαι καὶ αὖθις αἱμοῤῥαγῆσαι τὸ ἀγγεῖον. οὐδὲν γὰρ ὀδύνης μᾶλλον αἱμοῤῥα‐ γίας τε κινεῖ καὶ φλεγμονὰς αὐξάνει. τούτῳ τῷ φαρμάκῳ πο‐</w:t>
      </w:r>
    </w:p>
    <w:p>
      <w:r>
        <w:rPr>
          <w:rFonts w:ascii="Courier New" w:hAnsi="Courier New"/>
          <w:color w:val="555555"/>
          <w:sz w:val="20"/>
        </w:rPr>
        <w:t>[15]</w:t>
      </w:r>
    </w:p>
    <w:p>
      <w:r>
        <w:rPr>
          <w:rFonts w:ascii="Gentium Plus" w:hAnsi="Gentium Plus"/>
          <w:sz w:val="24"/>
        </w:rPr>
        <w:t>λυειδέστατα χρῶμαι· ποτὲ μὲν, ὡς εἴρηται, μιγνύων ἀλόῃ τὸ διπλάσιον τοῦ λιβανωτοῦ, ποτὲ δ’ ἐξίσης ἀμφοτέροις χρώμενος, ἢ βραχεῖ πλείονι τῷ λιβανωτῷ τῆς ἀλόης, ἢ πλείονι</w:t>
      </w:r>
    </w:p>
    <w:p>
      <w:r>
        <w:rPr>
          <w:rFonts w:ascii="Courier New" w:hAnsi="Courier New"/>
          <w:color w:val="555555"/>
          <w:sz w:val="20"/>
        </w:rPr>
        <w:t>[10 . 322]</w:t>
      </w:r>
    </w:p>
    <w:p>
      <w:r>
        <w:rPr>
          <w:rFonts w:ascii="Gentium Plus" w:hAnsi="Gentium Plus"/>
          <w:sz w:val="24"/>
        </w:rPr>
        <w:t>ποτ’ ἔβαλλον. ἔστι δὲ στυπτικώτερον μὲν φάρμακον ἡ μάννη τοῦ λιβανωτοῦ· ὁ λιβανωτὸς δ’ ἐμπλαστικώτερος τῆς μάννης. εὔδηλον δ’ ὅτι τοῖς μὲν σκληροῖς σώμασι τὴν ἀλόην χρὴ προσφέρεσθαι πλείονα, τοῖς δὲ μαλακοῖς τὸν λιβανωτόν· ἔσται</w:t>
      </w:r>
    </w:p>
    <w:p>
      <w:r>
        <w:rPr>
          <w:rFonts w:ascii="Courier New" w:hAnsi="Courier New"/>
          <w:color w:val="555555"/>
          <w:sz w:val="20"/>
        </w:rPr>
        <w:t>[5]</w:t>
      </w:r>
    </w:p>
    <w:p>
      <w:r>
        <w:rPr>
          <w:rFonts w:ascii="Gentium Plus" w:hAnsi="Gentium Plus"/>
          <w:sz w:val="24"/>
        </w:rPr>
        <w:t>δὲ τὸ μὲν ἕτερον αὐτῶν στυπτικώτερον, τὸ δ’ ἕτερον ἐμπλα‐ στικώτερον. διὸ καὶ τὸν γλισχρότερον καὶ ὡς ἂν εἴποι τις ῥητινωδέστερον αἱρεῖσθαι χρὴ λιβανωτὸν, ὅταν ἐμπλαστικώ‐ τερον ἐργάσασθαι τὸ φάρμακον ἐθέλῃς· ἔστι δ’ οὗτος ἁπα‐ λώτερος ἅμα καὶ λευκότερος καὶ μασσώμενος οὐ θρύπτεται</w:t>
      </w:r>
    </w:p>
    <w:p>
      <w:r>
        <w:rPr>
          <w:rFonts w:ascii="Courier New" w:hAnsi="Courier New"/>
          <w:color w:val="555555"/>
          <w:sz w:val="20"/>
        </w:rPr>
        <w:t>[10]</w:t>
      </w:r>
    </w:p>
    <w:p>
      <w:r>
        <w:rPr>
          <w:rFonts w:ascii="Gentium Plus" w:hAnsi="Gentium Plus"/>
          <w:sz w:val="24"/>
        </w:rPr>
        <w:t>δίκην ἀλόης καὶ μάννης, ἀλλὰ συνεχὴς ἑαυτῷ μένει, καθάπερ ἡ μαστίχη. ταυτὶ μὲν οὖν ἤδη τῆς περὶ συνθέσεως φαρμάκων πραγματείας ἐστὶν, ἧς ἀδύνατον μηδαμῶς ἅπτεσθαι κατὰ τὴν ἐνεστῶτα λόγον. ἢ γὰρ οὐδόλως ἐχρῆν ἡμᾶς μεμνῆσθαι τῶν ἐν μέρει παραδειγμάτων, ἀλλ’ αὐταῖς μόναις ἀρκεῖσθαι</w:t>
      </w:r>
    </w:p>
    <w:p>
      <w:r>
        <w:rPr>
          <w:rFonts w:ascii="Courier New" w:hAnsi="Courier New"/>
          <w:color w:val="555555"/>
          <w:sz w:val="20"/>
        </w:rPr>
        <w:t>[15]</w:t>
      </w:r>
    </w:p>
    <w:p>
      <w:r>
        <w:rPr>
          <w:rFonts w:ascii="Gentium Plus" w:hAnsi="Gentium Plus"/>
          <w:sz w:val="24"/>
        </w:rPr>
        <w:t>ταῖς καθόλου μεθόδοις, ἢ καὶ τῶν ἐν μέρει προσαπτομένους ἅπτεσθαί ποτε καὶ τῆς σκευασίας αὐτῶν, ἀλλ’ ὡς καὶ πρό‐ σθεν εἴρηται, παράδειγμα τοῦ γένους τῶν φαρμάκων τῶν</w:t>
      </w:r>
    </w:p>
    <w:p>
      <w:r>
        <w:rPr>
          <w:rFonts w:ascii="Courier New" w:hAnsi="Courier New"/>
          <w:color w:val="555555"/>
          <w:sz w:val="20"/>
        </w:rPr>
        <w:t>[10 . 323]</w:t>
      </w:r>
    </w:p>
    <w:p>
      <w:r>
        <w:rPr>
          <w:rFonts w:ascii="Gentium Plus" w:hAnsi="Gentium Plus"/>
          <w:sz w:val="24"/>
        </w:rPr>
        <w:t>τας ἀρκεῖσθαι προσήκει. τούτου μὲν οὖν ἀεὶ χρὴ μεμνῆσθαι· πάλιν δ’ ἐπανέλθωμεν ἐφ’ ὅπερ λέγοντες ἀπελίπομεν. ἐμνή‐ σθην γὰρ ἐπὶ πλέον τοῦ προειρημένου φαρμάκου, διότι πάν‐ των αὐτὸ τῶν ἄλλων ἄμεινον εἶναι πέπεισμαι· καὶ θαυμά‐</w:t>
      </w:r>
    </w:p>
    <w:p>
      <w:r>
        <w:rPr>
          <w:rFonts w:ascii="Courier New" w:hAnsi="Courier New"/>
          <w:color w:val="555555"/>
          <w:sz w:val="20"/>
        </w:rPr>
        <w:t>[5]</w:t>
      </w:r>
    </w:p>
    <w:p>
      <w:r>
        <w:rPr>
          <w:rFonts w:ascii="Gentium Plus" w:hAnsi="Gentium Plus"/>
          <w:sz w:val="24"/>
        </w:rPr>
        <w:t>ζοιμ’ ἂν εἴ τις εὑρεῖν δύναται βέλτιον. καὶ διὰ τοῦτ’ αὐτῷ χρῶμαι κατά τε τῶν μηνίγγων ἀεὶ καὶ τῶν ἐν τῷ τραχήλῳ τρώσεων, ἄχρι καὶ τῶν σφαγιτίδων αὐτῶν· καὶ γὰρ καὶ τού‐ των ἐπέχει τὸ αἷμα χωρὶς βρόχου. χρὴ δὲ μὴ σπεύδειν ἐν τῷ ἔργῳ καθάπερ ἔνιοι τῶν ἐμπλήκτων χειρουργῶν, ἀλλὰ τῇ</w:t>
      </w:r>
    </w:p>
    <w:p>
      <w:r>
        <w:rPr>
          <w:rFonts w:ascii="Courier New" w:hAnsi="Courier New"/>
          <w:color w:val="555555"/>
          <w:sz w:val="20"/>
        </w:rPr>
        <w:t>[10]</w:t>
      </w:r>
    </w:p>
    <w:p>
      <w:r>
        <w:rPr>
          <w:rFonts w:ascii="Gentium Plus" w:hAnsi="Gentium Plus"/>
          <w:sz w:val="24"/>
        </w:rPr>
        <w:t>μὲν ἑτέρᾳ χειρὶ τὸ κάτω μέρος τοῦ ἀγγείου προστέλλειν ἢ περιλαβόντα κατέχειν, τῇ δ’ ἑτέρᾳ τὸ φάρμακον ἐπιθέντα τῇ τρώσει προστέλλειν ἀτρέμα, ἄχρι περ ἂν προσπαγῇ, κᾄ‐ πειθ’ οὕτως ἐπιδεῖν ἄνωθεν κάτω, μὴ καθάπερ ἐν τοῖς κώλοις κάτωθεν ἄνω· πρὸς γὰρ τὰς ῥίζας τῶν ἀγγείων ἀφικνεῖσθαι</w:t>
      </w:r>
    </w:p>
    <w:p>
      <w:r>
        <w:rPr>
          <w:rFonts w:ascii="Courier New" w:hAnsi="Courier New"/>
          <w:color w:val="555555"/>
          <w:sz w:val="20"/>
        </w:rPr>
        <w:t>[15]</w:t>
      </w:r>
    </w:p>
    <w:p>
      <w:r>
        <w:rPr>
          <w:rFonts w:ascii="Gentium Plus" w:hAnsi="Gentium Plus"/>
          <w:sz w:val="24"/>
        </w:rPr>
        <w:t>χρὴ τὴν ἐπίδεσιν ἀναστέλλουσαν τὸ ἐπιῤῥέον. ἔστι δὲ καὶ ἄλλα πλείω φάρμακα τῶν ἐμπλαττόντων ἀλύπως· ἀλλ’ οὐδὲν οὕτως</w:t>
      </w:r>
    </w:p>
    <w:p>
      <w:r>
        <w:rPr>
          <w:rFonts w:ascii="Courier New" w:hAnsi="Courier New"/>
          <w:color w:val="555555"/>
          <w:sz w:val="20"/>
        </w:rPr>
        <w:t>[10 . 324]</w:t>
      </w:r>
    </w:p>
    <w:p>
      <w:r>
        <w:rPr>
          <w:rFonts w:ascii="Gentium Plus" w:hAnsi="Gentium Plus"/>
          <w:sz w:val="24"/>
        </w:rPr>
        <w:t>τοῦ περισαρκοῦσθαι τὸ ἀγγεῖον, ἀποπίπτοντος τοῦ προτέρου φαρμάκου. τὰ δέ γε τὰς ἐσχάρας ἐπιπηγνύντα γυμνότερον ἐργάζεται τὸ μέρος ἢ κατὰ φύσιν εἶχεν ἀποπιπτούσης αὐ‐ τῆς. ἔστι γὰρ ἡ γενέσις τῆς ἐσχάρας ἐκ τῶν ὑποκειμένων καὶ</w:t>
      </w:r>
    </w:p>
    <w:p>
      <w:r>
        <w:rPr>
          <w:rFonts w:ascii="Courier New" w:hAnsi="Courier New"/>
          <w:color w:val="555555"/>
          <w:sz w:val="20"/>
        </w:rPr>
        <w:t>[5]</w:t>
      </w:r>
    </w:p>
    <w:p>
      <w:r>
        <w:rPr>
          <w:rFonts w:ascii="Gentium Plus" w:hAnsi="Gentium Plus"/>
          <w:sz w:val="24"/>
        </w:rPr>
        <w:t>περικειμένων σωμάτων, ὡς ἂν εἴποι τις ἡμικαύτων γενομέ‐ νων, ἵν’ ὁποῖόν τι χρῆμα τουτουσὶ τοὺς ἐσβεσμένους ἄνθρα‐ κας εἰς τὸν χειμῶνα παρασκευάζονται, τοιοῦτο ὑπόλειμμα τῆς διαπύρου σαρκὸς ἡ ἐσχάρα γένηται. ὥστ’ ἀπόλλυ‐ ται τοῦ μορίου τοσοῦτον τῆς κατὰ φύσιν σαρκὸς, ὅσον</w:t>
      </w:r>
    </w:p>
    <w:p>
      <w:r>
        <w:rPr>
          <w:rFonts w:ascii="Courier New" w:hAnsi="Courier New"/>
          <w:color w:val="555555"/>
          <w:sz w:val="20"/>
        </w:rPr>
        <w:t>[10]</w:t>
      </w:r>
    </w:p>
    <w:p>
      <w:r>
        <w:rPr>
          <w:rFonts w:ascii="Gentium Plus" w:hAnsi="Gentium Plus"/>
          <w:sz w:val="24"/>
        </w:rPr>
        <w:t>ἐσχαρούμενον ἐκαύθη. τοῦτ’ οὖν ἅπαν λείπει τῷ μορίῳ τῆς ἐσχάρας ἐκπιπτούσης, καὶ διὰ τοῦτο γυμνὸν καὶ ἄσαρκον φαίνεται, καὶ πολλοῖς αἱμοῤῥαγία δυσεπίσχετος ἐπηκολού‐ θησεν ἐπὶ ταῖς τῶν ἐσχαρῶν ἀποπτώσεσιν. ὥστε κᾀν τού‐ τοις ὅστις ἂν ἐθέλῃ μεδόθῳ πάντα πράττειν, ἐσκέφθω τε</w:t>
      </w:r>
    </w:p>
    <w:p>
      <w:r>
        <w:rPr>
          <w:rFonts w:ascii="Courier New" w:hAnsi="Courier New"/>
          <w:color w:val="555555"/>
          <w:sz w:val="20"/>
        </w:rPr>
        <w:t>[15]</w:t>
      </w:r>
    </w:p>
    <w:p>
      <w:r>
        <w:rPr>
          <w:rFonts w:ascii="Gentium Plus" w:hAnsi="Gentium Plus"/>
          <w:sz w:val="24"/>
        </w:rPr>
        <w:t>πρὸ πολλοῦ τοὺς τρόπους ἅπαντας οἷς ἐφέξει τὸ αἷμα, τόν τ’ ἀκινδυνότερον αἱρεῖσθαι πειράσθω χρώμενος καὶ τοῖς ἄλλοις ἅπασιν, ὅταν ἀνάγκη βιάζηται. μεγίστην δ’ ἀνάγκην οἶδα</w:t>
      </w:r>
    </w:p>
    <w:p>
      <w:r>
        <w:rPr>
          <w:rFonts w:ascii="Courier New" w:hAnsi="Courier New"/>
          <w:color w:val="555555"/>
          <w:sz w:val="20"/>
        </w:rPr>
        <w:t>[10 . 325]</w:t>
      </w:r>
    </w:p>
    <w:p>
      <w:r>
        <w:rPr>
          <w:rFonts w:ascii="Gentium Plus" w:hAnsi="Gentium Plus"/>
          <w:sz w:val="24"/>
        </w:rPr>
        <w:t>ὅταν ἐξ ἀναβρώσεως σηπεδονώδους ἡ αἱμοῤῥαγία γίγνηται. καὶ μέντοι κᾀπειδὰν ἐν ταῖς τοιαύταις διαθέσεσιν ἅπαν ἐκ‐ κόψωμεν τὸ σηπόμενον, ἀσφαλέστερον ἤτοι καίειν αὐτοῦ τὴν οἷον ῥίζαν ἢ φαρμάκοις ἐσχαρωτικοῖς χρῆσθαι. καὶ</w:t>
      </w:r>
    </w:p>
    <w:p>
      <w:r>
        <w:rPr>
          <w:rFonts w:ascii="Courier New" w:hAnsi="Courier New"/>
          <w:color w:val="555555"/>
          <w:sz w:val="20"/>
        </w:rPr>
        <w:t>[5]</w:t>
      </w:r>
    </w:p>
    <w:p>
      <w:r>
        <w:rPr>
          <w:rFonts w:ascii="Gentium Plus" w:hAnsi="Gentium Plus"/>
          <w:sz w:val="24"/>
        </w:rPr>
        <w:t>κατὰ τοῦτο ἐπ’ αἰδοίων καὶ ἕδρας εἰς τὴν τοιαύτην ἀνάγκην ἀφικνούμεθα πολλάκις, ὅτι ῥᾳδίως σήπεται τὰ μόρια διά τε τὴν σύμφυτον ὑγρότητα καὶ ὅτι περιττωμάτων εἰσὶν ὀχετοί. σκοπὸς δ’ ἔστω σοι τῶν ἐσχαρούντων φαρμάκων οὐχ ἁπλῶς ἡ θερμότης, ἀλλ’ ἄμεινον ὅταν ἅμα τῷ στύφειν ὑπάρχῃ, κα‐</w:t>
      </w:r>
    </w:p>
    <w:p>
      <w:r>
        <w:rPr>
          <w:rFonts w:ascii="Courier New" w:hAnsi="Courier New"/>
          <w:color w:val="555555"/>
          <w:sz w:val="20"/>
        </w:rPr>
        <w:t>[10]</w:t>
      </w:r>
    </w:p>
    <w:p>
      <w:r>
        <w:rPr>
          <w:rFonts w:ascii="Gentium Plus" w:hAnsi="Gentium Plus"/>
          <w:sz w:val="24"/>
        </w:rPr>
        <w:t>θάπερ ἐν χαλκίτιδι καὶ μίσυϊ καὶ χαλκάνθῳ καυθεῖσί τε καὶ ἀκαύστοις εἰς χρείαν ἀγομένοις. τὰ δὲ διὰ τῆς ἀσβέστον τιτάνου σφοδρότερα μὲν τούτων, ἀλλ’ οὐ μέτεστι τῇ τι‐ τάνῳ στυπτικῆς δυνάμεως. ἀποπίπτουσι τοιγαροῦν θᾶττον αἱ τοιαῦται τῶν ἐσχαρῶν, ἔχονται δὲ τῶν σωμάτων ἐπὶ</w:t>
      </w:r>
    </w:p>
    <w:p>
      <w:r>
        <w:rPr>
          <w:rFonts w:ascii="Courier New" w:hAnsi="Courier New"/>
          <w:color w:val="555555"/>
          <w:sz w:val="20"/>
        </w:rPr>
        <w:t>[15]</w:t>
      </w:r>
    </w:p>
    <w:p>
      <w:r>
        <w:rPr>
          <w:rFonts w:ascii="Gentium Plus" w:hAnsi="Gentium Plus"/>
          <w:sz w:val="24"/>
        </w:rPr>
        <w:t>πλέον αἱ ἐκ τῶν στυφόντων· ἄμεινον δὲ τοῦτο μακρῷ· φθά‐ νει γὰρ ὑποσαρκοῦσθαι τὰ κατὰ τὴν βάσιν αὐτῶν καὶ γίνε‐</w:t>
      </w:r>
    </w:p>
    <w:p>
      <w:r>
        <w:rPr>
          <w:rFonts w:ascii="Courier New" w:hAnsi="Courier New"/>
          <w:color w:val="555555"/>
          <w:sz w:val="20"/>
        </w:rPr>
        <w:t>[10 . 326]</w:t>
      </w:r>
    </w:p>
    <w:p>
      <w:r>
        <w:rPr>
          <w:rFonts w:ascii="Gentium Plus" w:hAnsi="Gentium Plus"/>
          <w:sz w:val="24"/>
        </w:rPr>
        <w:t>χρὴ σπεύδειν, ὥσπερ ἔνιοι, τὰς ἐσχάρας ἐκβάλλειν, ἔνθα κίν‐ δυνος αἱμοῤῥαγίας, ἀλλ’ ἐπ’ ἐκείνων μόνων τῶν διαθέσεων, ἐφ’ ὧν διὰ σηπεδόνα τὸ καυτήριον ἠναγκάσθημεν ἐπιφέρειν ἀνθρώπου σώματι. καλεῖται δ’ οὐκ οἶδ’ ὅπως ἅπασιν</w:t>
      </w:r>
    </w:p>
    <w:p>
      <w:r>
        <w:rPr>
          <w:rFonts w:ascii="Courier New" w:hAnsi="Courier New"/>
          <w:color w:val="555555"/>
          <w:sz w:val="20"/>
        </w:rPr>
        <w:t>[5]</w:t>
      </w:r>
    </w:p>
    <w:p>
      <w:r>
        <w:rPr>
          <w:rFonts w:ascii="Gentium Plus" w:hAnsi="Gentium Plus"/>
          <w:sz w:val="24"/>
        </w:rPr>
        <w:t>ἤδη τοῖς ἰατροῖς ἡ τοιαύτη διάθεσις νομὴ, διότι νέμεσθαι συμβέβηκεν αὐτὴν ἀπὸ τῶν πεπονθότων μορίων ἐπὶ τὰ κατὰ φύσιν ἔχοντα καὶ τούτων ἀεί τι προσεπιλαμβάνειν, ὡς ἀπὸ τοῦ συμβεβηκότος, οὐκ ἀπὸ τῆς οὐσίας τοῦ δη‐ λουμένου πράγματος, ἔθεντο τὴν προσηγορίαν. ἡ δ’ εὐπο‐</w:t>
      </w:r>
    </w:p>
    <w:p>
      <w:r>
        <w:rPr>
          <w:rFonts w:ascii="Courier New" w:hAnsi="Courier New"/>
          <w:color w:val="555555"/>
          <w:sz w:val="20"/>
        </w:rPr>
        <w:t>[10]</w:t>
      </w:r>
    </w:p>
    <w:p>
      <w:r>
        <w:rPr>
          <w:rFonts w:ascii="Gentium Plus" w:hAnsi="Gentium Plus"/>
          <w:sz w:val="24"/>
        </w:rPr>
        <w:t>ρία τῆς ὕλης ἁπάντων τῶν τοιαύτην ἐχόντων δύναμιν φαρμάκων ἐν ταῖς οἰκείαις εἰρήσεται πραγματείαις. οἰκείαις δὲ δηλονότι λέγω τήν τε περὶ τῆς τῶν ἁπλῶν φαρμάκων δυνάμεως καὶ τὴν περὶ συνθέσεως αὐτῶν. Ἀναλαβόντες οὖν αὖθις τὰ κεφάλαια τῆσδε</w:t>
      </w:r>
    </w:p>
    <w:p>
      <w:r>
        <w:rPr>
          <w:rFonts w:ascii="Courier New" w:hAnsi="Courier New"/>
          <w:color w:val="555555"/>
          <w:sz w:val="20"/>
        </w:rPr>
        <w:t>[15]</w:t>
      </w:r>
    </w:p>
    <w:p>
      <w:r>
        <w:rPr>
          <w:rFonts w:ascii="Gentium Plus" w:hAnsi="Gentium Plus"/>
          <w:sz w:val="24"/>
        </w:rPr>
        <w:t>τῆς μεθόδου, καθ’ ἣν ἰᾶσθαι χρὴ τὰς προχείρους αἱμοῤῥα‐ γίας, ἑξῆς ἐπὶ τὰς διὰ βάθους γιγνομένας ἀφικώμεθα τῷ λόγῳ. τὸ τοίνυν ἐκχεόμενον αἷμα τῶν ἀγγείων ἢ τῷ μηκέτι</w:t>
      </w:r>
    </w:p>
    <w:p>
      <w:r>
        <w:rPr>
          <w:rFonts w:ascii="Courier New" w:hAnsi="Courier New"/>
          <w:color w:val="555555"/>
          <w:sz w:val="20"/>
        </w:rPr>
        <w:t>[10 . 327]</w:t>
      </w:r>
    </w:p>
    <w:p>
      <w:r>
        <w:rPr>
          <w:rFonts w:ascii="Gentium Plus" w:hAnsi="Gentium Plus"/>
          <w:sz w:val="24"/>
        </w:rPr>
        <w:t>ἢ ἅμα ἀμφοτέρων γιγνομένων, ὅπερ, οἶμαι, βέλτιστόν ἐστιν. ἐπιῤῥεῖν μὲν οὖν κωλύεται διά τε λειποθυμίαν καὶ ἀντίσπα‐ σιν καὶ παροχέτευσιν καὶ ψύξιν ὅλου τε τοῦ σώματος, καὶ πολὺ δὴ μᾶλλον αὐτοῦ τοῦ τετρωμένου μορίου. κατὰ</w:t>
      </w:r>
    </w:p>
    <w:p>
      <w:r>
        <w:rPr>
          <w:rFonts w:ascii="Courier New" w:hAnsi="Courier New"/>
          <w:color w:val="555555"/>
          <w:sz w:val="20"/>
        </w:rPr>
        <w:t>[5]</w:t>
      </w:r>
    </w:p>
    <w:p>
      <w:r>
        <w:rPr>
          <w:rFonts w:ascii="Gentium Plus" w:hAnsi="Gentium Plus"/>
          <w:sz w:val="24"/>
        </w:rPr>
        <w:t>τοῦτον γοῦν τὸν λόγον καὶ τὸ ψυχρὸν ὕδωρ ποθὲν, ἐπέσχεν αἱμοῤῥαγίας πολλάκις, ἔξωθέν τε καταντλούμενον αὐτό τε τὸ ὕδωρ ψυχρὸν, ὀξύκρατόν τε καὶ οἶνος στρυφνὸς, ὅσα τ’ ἄλλα στύφειν ἢ ἁπλῶς ψύχειν πέφυκε. στεγνοῦται δὲ ἡ διαί‐ ρεσις ἢ μύσαντος, ἢ φραχθέντος τοῦ διῃρημένου. μύει μὲν</w:t>
      </w:r>
    </w:p>
    <w:p>
      <w:r>
        <w:rPr>
          <w:rFonts w:ascii="Courier New" w:hAnsi="Courier New"/>
          <w:color w:val="555555"/>
          <w:sz w:val="20"/>
        </w:rPr>
        <w:t>[10]</w:t>
      </w:r>
    </w:p>
    <w:p>
      <w:r>
        <w:rPr>
          <w:rFonts w:ascii="Gentium Plus" w:hAnsi="Gentium Plus"/>
          <w:sz w:val="24"/>
        </w:rPr>
        <w:t>οὖν στυφόμενόν τε καὶ ψυχόμενον, ἐπιδέσει τε συναγόμενον καὶ βρόχῳ διαλαμβανόμενον. ἐμφράττεται δὲ ἢ ἔνδοθεν, ἢ ἔξωθεν· ἔνδοθεν μὲν ὑπὸ θρόμβου, ἔξωθεν δὲ ὑπό τε τού‐ του καὶ μοτῶν καὶ σπόγγων, ἐσχάρας τε καὶ τῶν ἐμπλαστι‐ κῶν φαρμάκων, ἔτι τε τῶν περικειμένων σωμάτων προστα‐</w:t>
      </w:r>
    </w:p>
    <w:p>
      <w:r>
        <w:rPr>
          <w:rFonts w:ascii="Courier New" w:hAnsi="Courier New"/>
          <w:color w:val="555555"/>
          <w:sz w:val="20"/>
        </w:rPr>
        <w:t>[15]</w:t>
      </w:r>
    </w:p>
    <w:p>
      <w:r>
        <w:rPr>
          <w:rFonts w:ascii="Gentium Plus" w:hAnsi="Gentium Plus"/>
          <w:sz w:val="24"/>
        </w:rPr>
        <w:t>λέντων· ὅπως δ’ ἐργάσῃ τῶν εἰρημένων ἕκαστον εἴρηται. τὰ δ’ ἐκ τοῦ βάθους αἱμοῤῥαγοῦντα βρόχοις μὲν οὐκ ἄν</w:t>
      </w:r>
    </w:p>
    <w:p>
      <w:r>
        <w:rPr>
          <w:rFonts w:ascii="Courier New" w:hAnsi="Courier New"/>
          <w:color w:val="555555"/>
          <w:sz w:val="20"/>
        </w:rPr>
        <w:t>[10 . 328]</w:t>
      </w:r>
    </w:p>
    <w:p>
      <w:r>
        <w:rPr>
          <w:rFonts w:ascii="Gentium Plus" w:hAnsi="Gentium Plus"/>
          <w:sz w:val="24"/>
        </w:rPr>
        <w:t>οὐδ’ ἁπλῶς εἰπεῖν ὅσα διὰ τοῦ ψαύειν αὐτοῦ τοῦ διῃρημένου σώματος ἢ μέρος ἐπιτεχνώμεθα· δι’ ἀντισπάσεως δὲ καὶ παρ‐ οχετεύσεως ἐδεσμάτων τε καὶ πομάτων ἐμπλαττόντων τε καὶ ψυχόντων καὶ στυφόντων φαρμάκων· ἄφθονον δὲ καὶ</w:t>
      </w:r>
    </w:p>
    <w:p>
      <w:r>
        <w:rPr>
          <w:rFonts w:ascii="Courier New" w:hAnsi="Courier New"/>
          <w:color w:val="555555"/>
          <w:sz w:val="20"/>
        </w:rPr>
        <w:t>[5]</w:t>
      </w:r>
    </w:p>
    <w:p>
      <w:r>
        <w:rPr>
          <w:rFonts w:ascii="Gentium Plus" w:hAnsi="Gentium Plus"/>
          <w:sz w:val="24"/>
        </w:rPr>
        <w:t>τὴν τῶν τοιούτων ὕλην ἐν ταῖς οἰκείαις ἔχεις πραγματείαις. ἡ δ’ ἀπὸ τῶν μορίων ἔνδειξις τοῖς κοινοῖς τῆς θεραπείας σκοποῖς τοῖς εἰρημένοις ἐξ ἐπιμέτρου καθ’ ἕκαστον πάθημα πρόσεισιν· ὀργάνοις γοῦν ἐνίοτε χρώμεθα διὰ τὴν ἰδιότητα τοῦ μέρους, ἄλλοις μὲν ἐπὶ μήτρας, ἄλλοις δὲ ἐπὶ κύστεως,</w:t>
      </w:r>
    </w:p>
    <w:p>
      <w:r>
        <w:rPr>
          <w:rFonts w:ascii="Courier New" w:hAnsi="Courier New"/>
          <w:color w:val="555555"/>
          <w:sz w:val="20"/>
        </w:rPr>
        <w:t>[10]</w:t>
      </w:r>
    </w:p>
    <w:p>
      <w:r>
        <w:rPr>
          <w:rFonts w:ascii="Gentium Plus" w:hAnsi="Gentium Plus"/>
          <w:sz w:val="24"/>
        </w:rPr>
        <w:t>ἄλλοις δὲ ἐπὶ τῶν παχέων ἁπάντων ἐντέρων. εἰς ταῦτα μὲν γὰρ διὰ κλυστῆρος, εἰς μήτραν δὲ διὰ μητρεγχυτῶν τῶν ἐπι‐ τηδείων τι φαρμάκων ἐνίεμεν· ὥσπερ γε καὶ εἰς κύστιν διὰ τῶν εὐθυτρήτων καθετήρων. σπανιώτεραι μὲν οὖν αἱ ἐκ τούτων αἱμοῤῥαγίαι· γίγνονται δ’ οὖν ποτε κᾂν εἰ μὴ τῷ</w:t>
      </w:r>
    </w:p>
    <w:p>
      <w:r>
        <w:rPr>
          <w:rFonts w:ascii="Courier New" w:hAnsi="Courier New"/>
          <w:color w:val="555555"/>
          <w:sz w:val="20"/>
        </w:rPr>
        <w:t>[15]</w:t>
      </w:r>
    </w:p>
    <w:p>
      <w:r>
        <w:rPr>
          <w:rFonts w:ascii="Gentium Plus" w:hAnsi="Gentium Plus"/>
          <w:sz w:val="24"/>
        </w:rPr>
        <w:t>λαύρῳ κινδυνώδεις, ἀλλὰ τῷ γε χρονίζειν οὐκ ἀκίνδυνοι. τεττάρων γοῦν ἡμερῶν οἶδά ποτε διὰ μήτρας φερόμενον</w:t>
      </w:r>
    </w:p>
    <w:p>
      <w:r>
        <w:rPr>
          <w:rFonts w:ascii="Courier New" w:hAnsi="Courier New"/>
          <w:color w:val="555555"/>
          <w:sz w:val="20"/>
        </w:rPr>
        <w:t>[10 . 329]</w:t>
      </w:r>
    </w:p>
    <w:p>
      <w:r>
        <w:rPr>
          <w:rFonts w:ascii="Gentium Plus" w:hAnsi="Gentium Plus"/>
          <w:sz w:val="24"/>
        </w:rPr>
        <w:t>χυλῷ δὲ χρησαμένων ἡμῶν ἀρνογλώσσου παντάπασιν ἐπαύ‐ σατο. κάλλιστον μὲν οὖν τοῦτο τὸ φάρμακόν ἐστι καὶ πρὸς τὰς ἐξ ἀναβρώσεως αἱμοῤῥαγίας· εἴωθα δ’ αὐτῷ μιγνύειν τι τηνικαῦτα καὶ τῶν ἰσχυροτέρων φαρμάκων ἄλλοτε ἄλλο,</w:t>
      </w:r>
    </w:p>
    <w:p>
      <w:r>
        <w:rPr>
          <w:rFonts w:ascii="Courier New" w:hAnsi="Courier New"/>
          <w:color w:val="555555"/>
          <w:sz w:val="20"/>
        </w:rPr>
        <w:t>[5]</w:t>
      </w:r>
    </w:p>
    <w:p>
      <w:r>
        <w:rPr>
          <w:rFonts w:ascii="Gentium Plus" w:hAnsi="Gentium Plus"/>
          <w:sz w:val="24"/>
        </w:rPr>
        <w:t>πρὸς ὅλην ἀποβλέπων τὴν διάθεσιν, ὅπερ ἀεὶ χρὴ πράττειν, οὐ μικρὸν ἔχοντας εἰς ἅπαντα παράγγελμα. κατὰ γοῦν αὐτὰ ταῦτα τὰ ἐκ μήτρας, ἢ ἐκ κύστεως, ἢ ἐντέρων αἱμοῤῥα‐ γοῦντα, σκέπτεσθαι μὲν χρὴ καὶ τὸ τῆς αἱμοῤῥαγίας ποσόν· ἵν’ ἤδη τὸν μὲν πρῶτον ἔχωμεν ἐν τῇ θεραπείᾳ σκοπὸν τοῦ‐</w:t>
      </w:r>
    </w:p>
    <w:p>
      <w:r>
        <w:rPr>
          <w:rFonts w:ascii="Courier New" w:hAnsi="Courier New"/>
          <w:color w:val="555555"/>
          <w:sz w:val="20"/>
        </w:rPr>
        <w:t>[10]</w:t>
      </w:r>
    </w:p>
    <w:p>
      <w:r>
        <w:rPr>
          <w:rFonts w:ascii="Gentium Plus" w:hAnsi="Gentium Plus"/>
          <w:sz w:val="24"/>
        </w:rPr>
        <w:t>τον, ἢ τὸν δεύτερον· οὐ μὴν οὐδὲ τῆς ὅλης διαθέσεως ἀσκέ‐ πτως ἔχειν. εἰ μὲν γὰρ ἔῤῥωγεν ἀγγεῖόν· τι τῶν μεγάλων, ἢ ἰσχυρῶς ἀνεστόμωται, τῶν αὐστηρῶν φαρμάκων ἐστὶ χρεία, ὡς βαλαυστίου καὶ ὑποκυστίδος καὶ ῥοῦ καὶ ὀμφακίου καὶ ἀκακίας καὶ κηκίδος ὀμφακίτιδος καὶ τῶν τῆς ῥοιᾶς λεμμάτων·</w:t>
      </w:r>
    </w:p>
    <w:p>
      <w:r>
        <w:rPr>
          <w:rFonts w:ascii="Courier New" w:hAnsi="Courier New"/>
          <w:color w:val="555555"/>
          <w:sz w:val="20"/>
        </w:rPr>
        <w:t>[15]</w:t>
      </w:r>
    </w:p>
    <w:p>
      <w:r>
        <w:rPr>
          <w:rFonts w:ascii="Gentium Plus" w:hAnsi="Gentium Plus"/>
          <w:sz w:val="24"/>
        </w:rPr>
        <w:t>εἰ δ’ ἤτοι μικρόν ἐστι τὸ ἐῤῥωγὸς ἀγγεῖον, ἢ ἀνεστόμωται μετρίως, ὡς ὀλίγον εἶναι τὸ φερόμενον αἷμα, καὶ ἀλόη καὶ μάννα καὶ ὁ τῆς πίτυος φλοιὸς, ἥ τε σφραγὶς ἡ Λημνία καὶ</w:t>
      </w:r>
    </w:p>
    <w:p>
      <w:r>
        <w:rPr>
          <w:rFonts w:ascii="Courier New" w:hAnsi="Courier New"/>
          <w:color w:val="555555"/>
          <w:sz w:val="20"/>
        </w:rPr>
        <w:t>[10 . 330]</w:t>
      </w:r>
    </w:p>
    <w:p>
      <w:r>
        <w:rPr>
          <w:rFonts w:ascii="Gentium Plus" w:hAnsi="Gentium Plus"/>
          <w:sz w:val="24"/>
        </w:rPr>
        <w:t>ὁ αἱματίτης ὀνομαζόμενος, ὅσα τ’ ἄλλα τοιαῦτα δι’ οἴνου μεγάλως αὐστηροῦ χρηστὰ φάρμακα. μὴ παρόντος δὲ μήτ’ οἴνου τοιούτου μήτ’ ἀρνογλώσσου μήτε στρύχνου, καὶ γὰρ καὶ ταῦτα ἐπιτήδεια, ἀφεψεῖν ἐν ὕδατι βλαστοὺς βάτου καὶ</w:t>
      </w:r>
    </w:p>
    <w:p>
      <w:r>
        <w:rPr>
          <w:rFonts w:ascii="Courier New" w:hAnsi="Courier New"/>
          <w:color w:val="555555"/>
          <w:sz w:val="20"/>
        </w:rPr>
        <w:t>[5]</w:t>
      </w:r>
    </w:p>
    <w:p>
      <w:r>
        <w:rPr>
          <w:rFonts w:ascii="Gentium Plus" w:hAnsi="Gentium Plus"/>
          <w:sz w:val="24"/>
        </w:rPr>
        <w:t>κυνοσβάτου καὶ μυρσίνης καὶ σχίνου καὶ κισσοῦ καὶ ἁπλῶς εἰπεῖν ἁπάντων τῶν στυφόντων, εἴτε ῥίζα τις, εἴτε καρπὸς, εἴτε φλοιὸς, εἴτε βλάστημα τύχοι· διὰ τοῦτο καὶ τῶν στυφόντων μήλων καὶ μάλιστα τῶν κυδωνίων· ἔτι τε μύρτων καὶ μεσπίλων ἐπιτήδειόν ἐστιν εἰς τὰ παρόντα τὸ ἀφέψημα.</w:t>
      </w:r>
    </w:p>
    <w:p>
      <w:r>
        <w:rPr>
          <w:rFonts w:ascii="Courier New" w:hAnsi="Courier New"/>
          <w:color w:val="555555"/>
          <w:sz w:val="20"/>
        </w:rPr>
        <w:t>[10]</w:t>
      </w:r>
    </w:p>
    <w:p>
      <w:r>
        <w:rPr>
          <w:rFonts w:ascii="Gentium Plus" w:hAnsi="Gentium Plus"/>
          <w:sz w:val="24"/>
        </w:rPr>
        <w:t>Εἰ δ’ ἐξ ἀναβρώσεώς τις αἱμοῤῥαγία γίγ‐ νοιτο, τὰ πολλὰ μὲν οὐδὲ λαῦρος αὐτοῖς ἐστιν, ἀλλ’ ὀλίγη καὶ κατὰ βραχύ· καὶ διὰ τοῦτο τῷ Πασίωνος, ἢ Ἄνδρωνος, ἢ Πολυείδου τροχίσκῳ χρηστέον, ἢ ὡς εἴρηται τῷ ἡμετέρῳ τὴν αὐτὴν μὲν κατὰ γένος ἔχοντι δύναμιν, ἰσχυροτέρῳ δὲ</w:t>
      </w:r>
    </w:p>
    <w:p>
      <w:r>
        <w:rPr>
          <w:rFonts w:ascii="Courier New" w:hAnsi="Courier New"/>
          <w:color w:val="555555"/>
          <w:sz w:val="20"/>
        </w:rPr>
        <w:t>[15]</w:t>
      </w:r>
    </w:p>
    <w:p>
      <w:r>
        <w:rPr>
          <w:rFonts w:ascii="Gentium Plus" w:hAnsi="Gentium Plus"/>
          <w:sz w:val="24"/>
        </w:rPr>
        <w:t>ὑπάρχοντι. παύει γὰρ ταῦτα τὴν ἀνάβρωσιν ἅμα τῷ δηλον‐ ότι καὶ τοῦ παντὸς σώματος προνοεῖσθαι, ὡς ἔμπροσθεν εἴρηται. λαύρου δὲ ἐμπεσούσης αἱμοῤῥαγίας, τοῖς αὐστηρο‐</w:t>
      </w:r>
    </w:p>
    <w:p>
      <w:r>
        <w:rPr>
          <w:rFonts w:ascii="Courier New" w:hAnsi="Courier New"/>
          <w:color w:val="555555"/>
          <w:sz w:val="20"/>
        </w:rPr>
        <w:t>[10 . 331]</w:t>
      </w:r>
    </w:p>
    <w:p>
      <w:r>
        <w:rPr>
          <w:rFonts w:ascii="Gentium Plus" w:hAnsi="Gentium Plus"/>
          <w:sz w:val="24"/>
        </w:rPr>
        <w:t>σφοδρόν· εἶθ’ οὕτως ἅμ’ ἐκείνοις μιγνύναι τοὺς τροχίσ‐ κους· εἶθ’ ἑξῆς ἐπ’ αὐτοὺς μόνους μετέρχεσθαι μετά τινος τῶν εἰρημένων χυλῶν ἢ ἀφεψημάτων. ὅσα δὲ ἔξωθεν ἐπιτί‐ θεται τοῖς αἱμοῤῥαγοῦσι στύφοντά τε καὶ χωρὶς στύψεως</w:t>
      </w:r>
    </w:p>
    <w:p>
      <w:r>
        <w:rPr>
          <w:rFonts w:ascii="Courier New" w:hAnsi="Courier New"/>
          <w:color w:val="555555"/>
          <w:sz w:val="20"/>
        </w:rPr>
        <w:t>[5]</w:t>
      </w:r>
    </w:p>
    <w:p>
      <w:r>
        <w:rPr>
          <w:rFonts w:ascii="Gentium Plus" w:hAnsi="Gentium Plus"/>
          <w:sz w:val="24"/>
        </w:rPr>
        <w:t>ψύχοντα, ταῦτ’ οὐχ ἁπλῶς ἐπαινῶ καθάπερ οἱ πολλοὶ τῶν ἰατρῶν, ἀλλά μοι δοκεῖ τοὐναντίον ἐνίοτε πᾶν οὗ δεόμεθα διαπράττεσθαι, συνελαύνειν εἴσω τὸ αἷμα καὶ πληροῦν τὰς ἐν τῷ βάθει φλέβας. οἶδα γοῦν τινας ἐκ πνεύμονος ἀναβήτ‐ τοντας αἷμα προφανῶς βλαβέντας ἐπὶ ταῖς τοῦ θώρακος κα‐</w:t>
      </w:r>
    </w:p>
    <w:p>
      <w:r>
        <w:rPr>
          <w:rFonts w:ascii="Courier New" w:hAnsi="Courier New"/>
          <w:color w:val="555555"/>
          <w:sz w:val="20"/>
        </w:rPr>
        <w:t>[10]</w:t>
      </w:r>
    </w:p>
    <w:p>
      <w:r>
        <w:rPr>
          <w:rFonts w:ascii="Gentium Plus" w:hAnsi="Gentium Plus"/>
          <w:sz w:val="24"/>
        </w:rPr>
        <w:t>ταψύξεσιν· οὕτω δ’ ἐνίους καὶ τῶν ἐμούντων αἷμα, τῆς γαστρὸς ἔξωθεν ψυγείσης· ὡσαύτως δὲ καὶ τῶν ἐκ ῥινὸς αἱ‐ μοῤῥαγούντων ἔνιοι φανερῶς ἐβλάβησαν ἐπὶ ταῖς τῆς κεφα‐ λῆς ψύξεσιν. οὔκουν ἁπλῶς, οὐδ’ ἀδιορίστως, οὐδ’ ἐν παντὶ καιρῷ συμβουλεύω ψύχειν τὰ κύκλῳ τῶν αἱμοῤῥαγούν‐</w:t>
      </w:r>
    </w:p>
    <w:p>
      <w:r>
        <w:rPr>
          <w:rFonts w:ascii="Courier New" w:hAnsi="Courier New"/>
          <w:color w:val="555555"/>
          <w:sz w:val="20"/>
        </w:rPr>
        <w:t>[15]</w:t>
      </w:r>
    </w:p>
    <w:p>
      <w:r>
        <w:rPr>
          <w:rFonts w:ascii="Gentium Plus" w:hAnsi="Gentium Plus"/>
          <w:sz w:val="24"/>
        </w:rPr>
        <w:t>των, ἀλλ’ ἀποτρέψαντας εἰς ἕτερον πρότερον, οἷον ἐπὶ τῆς ῥινὸς ἤτοι φλεβοτομίᾳ χρησάμενον, ὡς εἴπομεν, ἢ τρίψει καὶ</w:t>
      </w:r>
    </w:p>
    <w:p>
      <w:r>
        <w:rPr>
          <w:rFonts w:ascii="Courier New" w:hAnsi="Courier New"/>
          <w:color w:val="555555"/>
          <w:sz w:val="20"/>
        </w:rPr>
        <w:t>[10 . 332]</w:t>
      </w:r>
    </w:p>
    <w:p>
      <w:r>
        <w:rPr>
          <w:rFonts w:ascii="Gentium Plus" w:hAnsi="Gentium Plus"/>
          <w:sz w:val="24"/>
        </w:rPr>
        <w:t>οὖν οὐδ’ οὕτω χρῆσθαι τοῖς ψύχουσιν εὐθέως ἐπὶ μετώπῳ καὶ κεφαλῇ, ἀλλὰ σικύᾳ πρότερον ἀντισπᾷν ἐρείδοντα κατ’ ἰνίον. διττὴ γὰρ ἡ ἀντίσπασις ἐπὶ ταῖς ἐκ μυκτήρων αἱμοῤ‐ ῥαγίαις, ἥ τε ἐπὶ τὰ κάτω μόρια τοῦ σώματος ὅλου καὶ ἡ</w:t>
      </w:r>
    </w:p>
    <w:p>
      <w:r>
        <w:rPr>
          <w:rFonts w:ascii="Courier New" w:hAnsi="Courier New"/>
          <w:color w:val="555555"/>
          <w:sz w:val="20"/>
        </w:rPr>
        <w:t>[5]</w:t>
      </w:r>
    </w:p>
    <w:p>
      <w:r>
        <w:rPr>
          <w:rFonts w:ascii="Gentium Plus" w:hAnsi="Gentium Plus"/>
          <w:sz w:val="24"/>
        </w:rPr>
        <w:t>ἐπὶ τὰ τῆς κεφαλῆς ὀπίσω· διότι καὶ αὐτὸ τὸ μόριον ἡ ῥὶς ἄνω τ’ ἐστὶ καὶ πρόσω, ἀντίκειται δὲ τὸ μὲν ἄνω τῷ κάτω, τὸ δὲ ὀπίσω τῷ πρόσω· ἀλλὰ περὶ μὲν αἱμοῤῥαγίας ἱκανὰ καὶ ταῦτα. δῆλον γὰρ ὅτι καὶ ἡ διαπήδησις ὑπὸ τῶν ψυχόν‐ των καὶ στυφόντων θεραπευθήσεται· καὶ εἰ διὰ λεπτότητα</w:t>
      </w:r>
    </w:p>
    <w:p>
      <w:r>
        <w:rPr>
          <w:rFonts w:ascii="Courier New" w:hAnsi="Courier New"/>
          <w:color w:val="555555"/>
          <w:sz w:val="20"/>
        </w:rPr>
        <w:t>[10]</w:t>
      </w:r>
    </w:p>
    <w:p>
      <w:r>
        <w:rPr>
          <w:rFonts w:ascii="Gentium Plus" w:hAnsi="Gentium Plus"/>
          <w:sz w:val="24"/>
        </w:rPr>
        <w:t>γίγνοιτό ποτε τοῦ αἵματος, ὑπὸ τῆς παχυνούσης διαίτης· ὁποία δ’ ἐστὶν αὕτη λεχθήσεται μέν που κᾀν τοῖς ἑξῆς, εἴρηται δὲ δυνάμει κᾀν τῷ περὶ λεπτυνούσης διαίτης· ἐπὶ δὲ τὴν θεραπείαν ἰτέον ἤδη τῶν εἰρημένων διαθέσεων. τὸ μὲν οὖν τῆς φλεβὸς ἕλκος ἐπειδὰν πρόχειρον ᾖ, παραπλησίας δεῖ‐</w:t>
      </w:r>
    </w:p>
    <w:p>
      <w:r>
        <w:rPr>
          <w:rFonts w:ascii="Courier New" w:hAnsi="Courier New"/>
          <w:color w:val="555555"/>
          <w:sz w:val="20"/>
        </w:rPr>
        <w:t>[15]</w:t>
      </w:r>
    </w:p>
    <w:p>
      <w:r>
        <w:rPr>
          <w:rFonts w:ascii="Gentium Plus" w:hAnsi="Gentium Plus"/>
          <w:sz w:val="24"/>
        </w:rPr>
        <w:t>ται θεραπείας τοῖς ἐν σαρκὶ γιγνομένοις, ὑπὲρ ὧν ἐν δυοῖν ὑπομνήμασι τοῖς πρὸ τοῦδε διελέχθην. εἴτε γὰρ ἐκ τρώσεως</w:t>
      </w:r>
    </w:p>
    <w:p>
      <w:r>
        <w:rPr>
          <w:rFonts w:ascii="Courier New" w:hAnsi="Courier New"/>
          <w:color w:val="555555"/>
          <w:sz w:val="20"/>
        </w:rPr>
        <w:t>[10 . 333]</w:t>
      </w:r>
    </w:p>
    <w:p>
      <w:r>
        <w:rPr>
          <w:rFonts w:ascii="Gentium Plus" w:hAnsi="Gentium Plus"/>
          <w:sz w:val="24"/>
        </w:rPr>
        <w:t>ἐναίμοις καλουμένοις φαρμάκοις· εἴτε κατ’ ἀνάβρωσιν, ὅσα περὶ τῶν κακοηθῶν ἑλκῶν εἴρηται, ταῦτα τῷ λόγῳ διορι‐ σάμενον, ἑξῆς ἔργῳ πράττειν αὐτὰ πειρᾶσθαι. καὶ μέντοι καὶ ὁπότε βρόχῳ διαληφθείσης, ἢ ἰσχαίμοις φαρμάκοις, ἢ</w:t>
      </w:r>
    </w:p>
    <w:p>
      <w:r>
        <w:rPr>
          <w:rFonts w:ascii="Courier New" w:hAnsi="Courier New"/>
          <w:color w:val="555555"/>
          <w:sz w:val="20"/>
        </w:rPr>
        <w:t>[5]</w:t>
      </w:r>
    </w:p>
    <w:p>
      <w:r>
        <w:rPr>
          <w:rFonts w:ascii="Gentium Plus" w:hAnsi="Gentium Plus"/>
          <w:sz w:val="24"/>
        </w:rPr>
        <w:t>καυτηρίοις χρησαμένων, ὁ σκοπὸς τῆς θεραπείας ἐστὶ περι‐ σαρκῶσαι τὰ χείλη τοῦ ἕλκους, τοῖς αὐτοῖς χρησόμεθα πάν‐ τως φαρμάκοις οἷς ἡ μέθοδος ἡμᾶς ἐδίδαξεν ἐπὶ τῶν κοί‐ λων ἑλκῶν. Ἐπ’ ἀρτηρίας μέντοι τρωθείσης</w:t>
      </w:r>
    </w:p>
    <w:p>
      <w:r>
        <w:rPr>
          <w:rFonts w:ascii="Courier New" w:hAnsi="Courier New"/>
          <w:color w:val="555555"/>
          <w:sz w:val="20"/>
        </w:rPr>
        <w:t>[10]</w:t>
      </w:r>
    </w:p>
    <w:p>
      <w:r>
        <w:rPr>
          <w:rFonts w:ascii="Gentium Plus" w:hAnsi="Gentium Plus"/>
          <w:sz w:val="24"/>
        </w:rPr>
        <w:t>ἐῤῥήθη καὶ πρόσθεν ὡς ἐνίοις τῶν ἰατρῶν ἀδύνατος ἡ σύμ‐ φυσις εἶναι δοκεῖ. καὶ λέγουσι τοῦτό τινες μὲν ἀρκεῖσθαι φάσκοντες μόνῃ τῇ πείρᾳ, τινὲς δὲ καὶ λόγῳ χρώμενοι τοιῷδε, σκληρὸν καὶ χονδρώδη φασὶν εἶναι τὸν ἕτερον τῶν χιτώνων τῆς ἀρτηρίας· οὐδὲν δὲ τῶν τοιούτων συμφῦναι δύνασθαι, μό‐</w:t>
      </w:r>
    </w:p>
    <w:p>
      <w:r>
        <w:rPr>
          <w:rFonts w:ascii="Courier New" w:hAnsi="Courier New"/>
          <w:color w:val="555555"/>
          <w:sz w:val="20"/>
        </w:rPr>
        <w:t>[15]</w:t>
      </w:r>
    </w:p>
    <w:p>
      <w:r>
        <w:rPr>
          <w:rFonts w:ascii="Gentium Plus" w:hAnsi="Gentium Plus"/>
          <w:sz w:val="24"/>
        </w:rPr>
        <w:t>νων γὰρ τῶν μαλακῶν σωμάτων ἰδίαν ὑπάρχειν τὴν σύμφυ‐ σιν, ὡς ἐπί τε τῶν ἐκτὸς ἔνεστι θεάσασθαι, μήτε λίθου πρὸς λίθον ἑνωθέντος ποτὲ μήτε ὀστράκου πρὸς ὄστρακον· ἐπί</w:t>
      </w:r>
    </w:p>
    <w:p>
      <w:r>
        <w:rPr>
          <w:rFonts w:ascii="Courier New" w:hAnsi="Courier New"/>
          <w:color w:val="555555"/>
          <w:sz w:val="20"/>
        </w:rPr>
        <w:t>[10 . 334]</w:t>
      </w:r>
    </w:p>
    <w:p>
      <w:r>
        <w:rPr>
          <w:rFonts w:ascii="Gentium Plus" w:hAnsi="Gentium Plus"/>
          <w:sz w:val="24"/>
        </w:rPr>
        <w:t>πρὸς ὀστοῦν ἑνωθέντος. οὐδὲ γὰρ τὰ κατάγματα διὰ συμφύ‐ σεως, ἀλλὰ διὰ πώρου τὴν κόλλησιν ἴσχειν. ἀρξώμεθα οὖν καὶ ἡμεῖς ἀπὸ προτέρας τῆς ἡμετέρας πείρας, εἰς τὸ κοινὸν κατατιθέντες ὅσα τυγχάνομεν ἑωρακότες. ἐθεασάμεθα γὰρ</w:t>
      </w:r>
    </w:p>
    <w:p>
      <w:r>
        <w:rPr>
          <w:rFonts w:ascii="Courier New" w:hAnsi="Courier New"/>
          <w:color w:val="555555"/>
          <w:sz w:val="20"/>
        </w:rPr>
        <w:t>[5]</w:t>
      </w:r>
    </w:p>
    <w:p>
      <w:r>
        <w:rPr>
          <w:rFonts w:ascii="Gentium Plus" w:hAnsi="Gentium Plus"/>
          <w:sz w:val="24"/>
        </w:rPr>
        <w:t>ἐπὶ μὲν γυναικῶν καὶ παιδίων ἀρτηρίας κολληθείσας τε καὶ περισαρκωθείσας ἐν μετώπῳ καὶ σφυρῷ καὶ καρπῷ. νεανί‐ σκῳ δ’ ἀγροίκῳ ποτὲ καὶ τοιοῦτόν τι συνέπεσε, φλέβα τμη‐ θῆναι βουληθέντι κατὰ τὴν ἐαρινὴν ὥραν, ἐν ἔθει δὲ μάλιστα τοῦτό ἐστι τοῖς παρ’ ἡμῖν ἀνθρώποις, δήσαντος τὸν βραχίονα</w:t>
      </w:r>
    </w:p>
    <w:p>
      <w:r>
        <w:rPr>
          <w:rFonts w:ascii="Courier New" w:hAnsi="Courier New"/>
          <w:color w:val="555555"/>
          <w:sz w:val="20"/>
        </w:rPr>
        <w:t>[10]</w:t>
      </w:r>
    </w:p>
    <w:p>
      <w:r>
        <w:rPr>
          <w:rFonts w:ascii="Gentium Plus" w:hAnsi="Gentium Plus"/>
          <w:sz w:val="24"/>
        </w:rPr>
        <w:t>τοῦ μέλλοντος αὐτὸν φλεβοτομεῖν ἰατροῦ, συνέβη κυρτωθῆ‐ ναι τὴν ἀρτηρίαν, ὥστε καὶ διεῖλεν αὐτὴν ὁ ἰατρὸς ἀντὶ φλεβός. βραχεῖα μὲν οὖν ἡ διαίρεσις ἐγένετο, ξανθὸν δὲ καὶ λεπτὸν καὶ θερμὸν εὐθέως ἐξηκοντίζετο τὸ αἷμα σφυγμωδῶς. ὁ μὲν οὖν ἰατρὸς, ἦν δὲ καὶ πάνυ νέος καὶ ἄπειρος τῆς τέχ‐</w:t>
      </w:r>
    </w:p>
    <w:p>
      <w:r>
        <w:rPr>
          <w:rFonts w:ascii="Courier New" w:hAnsi="Courier New"/>
          <w:color w:val="555555"/>
          <w:sz w:val="20"/>
        </w:rPr>
        <w:t>[15]</w:t>
      </w:r>
    </w:p>
    <w:p>
      <w:r>
        <w:rPr>
          <w:rFonts w:ascii="Gentium Plus" w:hAnsi="Gentium Plus"/>
          <w:sz w:val="24"/>
        </w:rPr>
        <w:t>νης τῶν ἔργων, ᾤετο διῃρηκέναι τὴν φλέβα. θεασάμενος δ’ ἐγὼ τὸ γεγονὸς σὺν ἄλλῳ τινὶ τῶν παρόντων ἰατρῶν πρεσ‐ βύτῃ, τῶν ἐναίμων τι φαρμάκων τῶν ἐμπλαστῶν παρασκευά‐</w:t>
      </w:r>
    </w:p>
    <w:p>
      <w:r>
        <w:rPr>
          <w:rFonts w:ascii="Courier New" w:hAnsi="Courier New"/>
          <w:color w:val="555555"/>
          <w:sz w:val="20"/>
        </w:rPr>
        <w:t>[10 . 335]</w:t>
      </w:r>
    </w:p>
    <w:p>
      <w:r>
        <w:rPr>
          <w:rFonts w:ascii="Gentium Plus" w:hAnsi="Gentium Plus"/>
          <w:sz w:val="24"/>
        </w:rPr>
        <w:t>φάρμακον αὐτίκα καὶ σπόγγον μαλακώτατον ἔξωθεν ἐπέδησα. θαυμάζοντος δὲ τοῦ τέμνοντος τὴν ἀρτηρίαν τὸν λόγον τῆς ἐπελθούσης ἡμῖν περὶ τὰ τοιαῦτα προνοίας, ἐδηλώσαμεν αὐτῷ τὸ γεγονὸς, ἐξελθόντες τῆς καταγωγῆς τοῦ τμηθέντος· ἐκε‐</w:t>
      </w:r>
    </w:p>
    <w:p>
      <w:r>
        <w:rPr>
          <w:rFonts w:ascii="Courier New" w:hAnsi="Courier New"/>
          <w:color w:val="555555"/>
          <w:sz w:val="20"/>
        </w:rPr>
        <w:t>[5]</w:t>
      </w:r>
    </w:p>
    <w:p>
      <w:r>
        <w:rPr>
          <w:rFonts w:ascii="Gentium Plus" w:hAnsi="Gentium Plus"/>
          <w:sz w:val="24"/>
        </w:rPr>
        <w:t>λεύσαμέν τε μήτε λῦσαι χωρὶς ἡμῶν μήτε θᾶττον πρᾶξαι τοῦτο τῆς τετάρτης ἡμέρας, ἀλλ’ ὡς εἶχεν ἡ ἐπίδεσις φυλά‐ ξαι ἐπιτέγγοντα μόνον τὴν σπογγιάν· ἐπεὶ δὲ λύσαντες ἐν τῇ τετάρτῃ κεκολλημένην ἀκριβῶς εὕρομεν τὴν διαίρεσιν, ἐπι‐ θεῖναί τε τὸ αὐτὸ φάρμακον αὖθις ἐκελεύσαμεν, ἐπιδήσαντά</w:t>
      </w:r>
    </w:p>
    <w:p>
      <w:r>
        <w:rPr>
          <w:rFonts w:ascii="Courier New" w:hAnsi="Courier New"/>
          <w:color w:val="555555"/>
          <w:sz w:val="20"/>
        </w:rPr>
        <w:t>[10]</w:t>
      </w:r>
    </w:p>
    <w:p>
      <w:r>
        <w:rPr>
          <w:rFonts w:ascii="Gentium Plus" w:hAnsi="Gentium Plus"/>
          <w:sz w:val="24"/>
        </w:rPr>
        <w:t>τε ὁμοίως ἡμερῶν πλειόνων μὴ λύειν. οὕτω μὲν ἐθεραπεύθη τὴν διαίρεσιν τῆς ἀρτηρίας ὁ ἄνθρωπος ἐκεῖνος μόνος· ὃν εἶδον ἐν ἀγκῶνι τμηθέντα ἀρτηρίαν· ἅπασι δὲ τοῖς ἄλλοις ἀνεύρυσμα τοῖς μὲν μεῖζον ἐπεγένετο, τοῖς δ’ ἧττον. ὅπως μὲν οὖν χρὴ θεραπεύειν ἀνευρύσματα προϊόντος τοῦ λόγου</w:t>
      </w:r>
    </w:p>
    <w:p>
      <w:r>
        <w:rPr>
          <w:rFonts w:ascii="Courier New" w:hAnsi="Courier New"/>
          <w:color w:val="555555"/>
          <w:sz w:val="20"/>
        </w:rPr>
        <w:t>[15]</w:t>
      </w:r>
    </w:p>
    <w:p>
      <w:r>
        <w:rPr>
          <w:rFonts w:ascii="Gentium Plus" w:hAnsi="Gentium Plus"/>
          <w:sz w:val="24"/>
        </w:rPr>
        <w:t>κατὰ τὸν οἰκεῖον εἰρήσεται καιρὸν, ὅταν καὶ τῶν ἄλλων ἁπάντων ὄγκων τῶν παρὰ φύσιν ἡ θεραπεία γράψηται·</w:t>
      </w:r>
    </w:p>
    <w:p>
      <w:r>
        <w:rPr>
          <w:rFonts w:ascii="Courier New" w:hAnsi="Courier New"/>
          <w:color w:val="555555"/>
          <w:sz w:val="20"/>
        </w:rPr>
        <w:t>[10 . 336]</w:t>
      </w:r>
    </w:p>
    <w:p>
      <w:r>
        <w:rPr>
          <w:rFonts w:ascii="Gentium Plus" w:hAnsi="Gentium Plus"/>
          <w:sz w:val="24"/>
        </w:rPr>
        <w:t>τῆς ἀρτηρίας ὄντως ἐνδείκνυται τὸ δυσσύμφυτον, οὐ τὸ παντάπασιν ἀσύμφυτον τοῦ σκληροῦ τῶν ἐν αὐτῇ χιτώνων· οὐ γὰρ οὕτως ἐστὶ ξηρὸς καὶ σκληρὸς ὡς ὀστοῦν ἢ χόνδρος, ἀλλὰ πολὺ μαλακώτερος τούτων καὶ σαρκωδέστερος. οὔκουν</w:t>
      </w:r>
    </w:p>
    <w:p>
      <w:r>
        <w:rPr>
          <w:rFonts w:ascii="Courier New" w:hAnsi="Courier New"/>
          <w:color w:val="555555"/>
          <w:sz w:val="20"/>
        </w:rPr>
        <w:t>[5]</w:t>
      </w:r>
    </w:p>
    <w:p>
      <w:r>
        <w:rPr>
          <w:rFonts w:ascii="Gentium Plus" w:hAnsi="Gentium Plus"/>
          <w:sz w:val="24"/>
        </w:rPr>
        <w:t>εὐλόγως ἄν τις ἀπογινώσκοι συμφῦναι τὴν διαίρεσιν, ὅταν αὐτή τε γένηται μικρὰ καὶ τὸ σῶμα τἀνθρώπου μαλακὸν ὑπάρχει φύσει. ἔοικε δὲ καὶ ἡ πεῖρα τῷ λόγῳ μαρτυρεῖν· ἐπί τε γὰρ παίδων καὶ γυναικῶν ἐθεασάμην συμφύσασαν αὐ‐ τὴν διὰ τὴν ὑγρότητα καὶ μαλακότητα τῶν σωμάτων· ἐφ’</w:t>
      </w:r>
    </w:p>
    <w:p>
      <w:r>
        <w:rPr>
          <w:rFonts w:ascii="Courier New" w:hAnsi="Courier New"/>
          <w:color w:val="555555"/>
          <w:sz w:val="20"/>
        </w:rPr>
        <w:t>[10]</w:t>
      </w:r>
    </w:p>
    <w:p>
      <w:r>
        <w:rPr>
          <w:rFonts w:ascii="Gentium Plus" w:hAnsi="Gentium Plus"/>
          <w:sz w:val="24"/>
        </w:rPr>
        <w:t>ἑνός τε νεανίσκου βραχεῖαν ἴσχοντος διαίρεσιν, ὡς εἴρηται. δυσιατοτέρα μὲν οὖν ἐστὶν ἡ ἀρτηρία τῆς φλεβὸς, οὐ μὴν ἐξήλλακταί γε πολλῷ τῶν φαρμάκων ἡ χρῆσις ἐφ’ ἑκατέρου τῶν ἀγγείων, ἀλλ’ ἔστιν ἡ αὐτὴ κατ’ εἶδος, ἐν τῷ μᾶλλόν τε καὶ ἧττον διαφέρουσα· τοσούτῳ γὰρ δεῖται</w:t>
      </w:r>
    </w:p>
    <w:p>
      <w:r>
        <w:rPr>
          <w:rFonts w:ascii="Courier New" w:hAnsi="Courier New"/>
          <w:color w:val="555555"/>
          <w:sz w:val="20"/>
        </w:rPr>
        <w:t>[15]</w:t>
      </w:r>
    </w:p>
    <w:p>
      <w:r>
        <w:rPr>
          <w:rFonts w:ascii="Gentium Plus" w:hAnsi="Gentium Plus"/>
          <w:sz w:val="24"/>
        </w:rPr>
        <w:t>ξηραντικωτέρων φαρμάκων ἡ ἀρτηρία τῆς φλεβὸς, ὅσῳπερ καὶ φύσει ξηροτέρα τὴν κρᾶσιν ἐστίν. εἰ δὲ περισαρκοῦσθαι δέοι, τῶν αὐτῶν ἀμφότεραι χρῄζουσι· σαρκὸς γάρ ἐστι</w:t>
      </w:r>
    </w:p>
    <w:p>
      <w:r>
        <w:rPr>
          <w:rFonts w:ascii="Courier New" w:hAnsi="Courier New"/>
          <w:color w:val="555555"/>
          <w:sz w:val="20"/>
        </w:rPr>
        <w:t>[10 . 337]</w:t>
      </w:r>
    </w:p>
    <w:p>
      <w:r>
        <w:rPr>
          <w:rFonts w:ascii="Gentium Plus" w:hAnsi="Gentium Plus"/>
          <w:sz w:val="24"/>
        </w:rPr>
        <w:t>νωμένης, ὡς κᾀν τοῖς κοίλοις ἕλκεσιν ἐδείχθη γιγνομένη. αἱ δὲ κατὰ τὴν μήτραν, ἢ κύστιν, ἢ ἔντερα φλέβες καὶ ἀρ‐ τηρίαι, τῶν αὐτῶν δεόμεναι κατὰ γένος φαρμάκων ὅταν ἑλκωθῶσιν, ὀργάνων χρῄζουσι τῶν εἴσω παραπεμψόντων</w:t>
      </w:r>
    </w:p>
    <w:p>
      <w:r>
        <w:rPr>
          <w:rFonts w:ascii="Courier New" w:hAnsi="Courier New"/>
          <w:color w:val="555555"/>
          <w:sz w:val="20"/>
        </w:rPr>
        <w:t>[5]</w:t>
      </w:r>
    </w:p>
    <w:p>
      <w:r>
        <w:rPr>
          <w:rFonts w:ascii="Gentium Plus" w:hAnsi="Gentium Plus"/>
          <w:sz w:val="24"/>
        </w:rPr>
        <w:t>αὐτὰ, μητρεγχυτῶν δηλονότι καὶ καθετῆρος εὐθυτρήτου καὶ κλυστῆρος. εἰς δὲ τὰ κατὰ τὸ ἀπευθυσμένον ἕλκη καὶ διὰ κύστεως ἐγχωρεῖ ἐγχεῖν φάρμακον τηκτὸν χλιαρὸν, αὐλίσκον ἐχούσης κατὰ τὸ πέρας αὐτῆς εὐθύτρητον. ἐξελεγχθή‐ σεται τοιγαροῦν ἅμα τῇ τῶν ὀργάνων ἰδέᾳ καὶ ἡ τῶν φαρ‐</w:t>
      </w:r>
    </w:p>
    <w:p>
      <w:r>
        <w:rPr>
          <w:rFonts w:ascii="Courier New" w:hAnsi="Courier New"/>
          <w:color w:val="555555"/>
          <w:sz w:val="20"/>
        </w:rPr>
        <w:t>[10]</w:t>
      </w:r>
    </w:p>
    <w:p>
      <w:r>
        <w:rPr>
          <w:rFonts w:ascii="Gentium Plus" w:hAnsi="Gentium Plus"/>
          <w:sz w:val="24"/>
        </w:rPr>
        <w:t>μάκων σύστασις· οὐ γὰρ οἷόν τε παχέα φάρμακα τοῖς τοι‐ ούτοις ἐγχεῖν, ἀλλ’ ὑγροτέρων δηλονότι δέονται καὶ διὰ τοῦτο συμμέτρως θερμῶν ὡς τὰ πολλά· διὰ τοῦτο δὲ καὶ τῶν τηκτῶν καλουμένων φαρμάκων ἐπιτηδειότερα τὰ ξηρά· μίγνυται γὰρ ἑτοίμως, εἴτ’ ἀρνογλώσσου τις, εἴθ’ ἑτέρου</w:t>
      </w:r>
    </w:p>
    <w:p>
      <w:r>
        <w:rPr>
          <w:rFonts w:ascii="Courier New" w:hAnsi="Courier New"/>
          <w:color w:val="555555"/>
          <w:sz w:val="20"/>
        </w:rPr>
        <w:t>[15]</w:t>
      </w:r>
    </w:p>
    <w:p>
      <w:r>
        <w:rPr>
          <w:rFonts w:ascii="Gentium Plus" w:hAnsi="Gentium Plus"/>
          <w:sz w:val="24"/>
        </w:rPr>
        <w:t>τοιούτου βούλοιτο χυλῷ. τὰ δὲ τοιαῦτα φάρμακα κρόκος τ’ ἐστὶ καὶ πομφόλυξ καὶ ἀλόη καὶ τὰ κεφαλικὰ καλούμενα· κατὰ δὲ τὸν πρῶτον καιρὸν τῆς σαρκώσεως, τὸν συνάπτοντα τῇ</w:t>
      </w:r>
    </w:p>
    <w:p>
      <w:r>
        <w:rPr>
          <w:rFonts w:ascii="Courier New" w:hAnsi="Courier New"/>
          <w:color w:val="555555"/>
          <w:sz w:val="20"/>
        </w:rPr>
        <w:t>[10 . 338]</w:t>
      </w:r>
    </w:p>
    <w:p>
      <w:r>
        <w:rPr>
          <w:rFonts w:ascii="Gentium Plus" w:hAnsi="Gentium Plus"/>
          <w:sz w:val="24"/>
        </w:rPr>
        <w:t>Τὰ δ’ ἐν τῷ πνεύμονι συνιστάμενα τῶν ἑλκῶν χαλεπωτέραν ἔχει τὴν ἴασιν. ἐνίοις δ’ οὐ χαλεπὴ μόνον, ἀλλὰ καὶ ἀδύνατος εἶναι δοκεῖ τῷ τε λόγῳ τεκμαι‐ ρομένοις καὶ τῇ πείρᾳ· τῷ λόγῳ μὲν, ἐπειδὴ διὰ τὴν ἀνα‐</w:t>
      </w:r>
    </w:p>
    <w:p>
      <w:r>
        <w:rPr>
          <w:rFonts w:ascii="Courier New" w:hAnsi="Courier New"/>
          <w:color w:val="555555"/>
          <w:sz w:val="20"/>
        </w:rPr>
        <w:t>[5]</w:t>
      </w:r>
    </w:p>
    <w:p>
      <w:r>
        <w:rPr>
          <w:rFonts w:ascii="Gentium Plus" w:hAnsi="Gentium Plus"/>
          <w:sz w:val="24"/>
        </w:rPr>
        <w:t>πνοὴν ἀεικίνητόν ἐστι σπλάγχνον ὁ πνεύμων, ἡσυχίας δὲ δεῖ τοῖς μέλλουσιν ἰαθήσεσθαι· τῇ πείρᾳ δ’, ὅτι μηδὲ πώ‐ ποτε μηδένα τῶν τοῦτο παθόντων ἐθεάσαντο θεραπευθέντα. τὸ μὲν δὴ τῆς πείρας, ἐντεῦθεν γὰρ ἄρξασθαι δίκαιον, ἀμ‐ φισβήτησιν ἴσως ἕξει κατὰ τὴν διάγνωσιν. ἡμεῖς γοῦν ἐθεα‐</w:t>
      </w:r>
    </w:p>
    <w:p>
      <w:r>
        <w:rPr>
          <w:rFonts w:ascii="Courier New" w:hAnsi="Courier New"/>
          <w:color w:val="555555"/>
          <w:sz w:val="20"/>
        </w:rPr>
        <w:t>[10]</w:t>
      </w:r>
    </w:p>
    <w:p>
      <w:r>
        <w:rPr>
          <w:rFonts w:ascii="Gentium Plus" w:hAnsi="Gentium Plus"/>
          <w:sz w:val="24"/>
        </w:rPr>
        <w:t>σάμεθα τὸν μέν τινα τῷ βοῆσαι μέγα, τὸν δὲ τῷ καταπεσεῖν ἀφ’ ὑψηλοῦ, τὸν δ’ ἐν παλαίστρᾳ πληγέντα, παραχρῆμά τε βήξαντα σφοδρότατα καὶ σὺν τῇ βηχὶ τοὺς μὲν μίαν ἢ δύο κοτύλας, ἐνίους δὲ καὶ πλείους πτύσαντας. αὐτῶν δὲ τῶν ταῦτα παθόντων ἔνιοι μὲν ἀνώδυνοι παντάπασιν ἦσαν, ἔνιοι δ’ ὠδυ‐</w:t>
      </w:r>
    </w:p>
    <w:p>
      <w:r>
        <w:rPr>
          <w:rFonts w:ascii="Courier New" w:hAnsi="Courier New"/>
          <w:color w:val="555555"/>
          <w:sz w:val="20"/>
        </w:rPr>
        <w:t>[15]</w:t>
      </w:r>
    </w:p>
    <w:p>
      <w:r>
        <w:rPr>
          <w:rFonts w:ascii="Gentium Plus" w:hAnsi="Gentium Plus"/>
          <w:sz w:val="24"/>
        </w:rPr>
        <w:t>νῶντο κατὰ θώρακα. καὶ τοίνυν καὶ τὸ αἷμα τοῖς μὲν ὀδυ‐ νηθεῖσιν οὔτ’ ἀθρόον ἦν οὔτε πολὺ καὶ ἧττον ἐρυθρὸν καὶ</w:t>
      </w:r>
    </w:p>
    <w:p>
      <w:r>
        <w:rPr>
          <w:rFonts w:ascii="Courier New" w:hAnsi="Courier New"/>
          <w:color w:val="555555"/>
          <w:sz w:val="20"/>
        </w:rPr>
        <w:t>[10 . 339]</w:t>
      </w:r>
    </w:p>
    <w:p>
      <w:r>
        <w:rPr>
          <w:rFonts w:ascii="Gentium Plus" w:hAnsi="Gentium Plus"/>
          <w:sz w:val="24"/>
        </w:rPr>
        <w:t>ἀθρόον τε καὶ πλεῖστον, ἐρυθρόν τε καὶ θερμὸν ἀνεβήττετο, σαφῶς ἐνδεικνύμενον ὅτι μὴ πόῤῥωθεν ἥκει. ἔχει μὲν οὖν ἀπορίαν καὶ ἄλλην οὐ σμικρὰν ἡ ἐκ τοῦ θώρακος εἰς τὰς τραχείας ἀρτηρίας μετάληψις τοῦ αἵματος, ἐζητημένην τοῖς</w:t>
      </w:r>
    </w:p>
    <w:p>
      <w:r>
        <w:rPr>
          <w:rFonts w:ascii="Courier New" w:hAnsi="Courier New"/>
          <w:color w:val="555555"/>
          <w:sz w:val="20"/>
        </w:rPr>
        <w:t>[5]</w:t>
      </w:r>
    </w:p>
    <w:p>
      <w:r>
        <w:rPr>
          <w:rFonts w:ascii="Gentium Plus" w:hAnsi="Gentium Plus"/>
          <w:sz w:val="24"/>
        </w:rPr>
        <w:t>ἰατροῖς ὅσοι ἀδύνατον εἶναι νομίζουσι τὴν διὰ τοῦ περιέχον‐ τος ὑμένος τὸν πνεύμονα φορὰν αὐτοῦ. καὶ τάχ’ ἂν, εἰ μὴ πολλοῖς τῶν οὕτω παθόντων ὅ τε παραχρῆμα πόνος ἥ τ’ ἐξ ὑστέρου τισὶν αὐτῶν ἐπιγενομένη φλεγμονὴ σὺν ἀπο‐ στάσει σαφῆ τὴν ἔνδειξιν ἔφερε τοῦ κατὰ τὸν θώρακα πά‐</w:t>
      </w:r>
    </w:p>
    <w:p>
      <w:r>
        <w:rPr>
          <w:rFonts w:ascii="Courier New" w:hAnsi="Courier New"/>
          <w:color w:val="555555"/>
          <w:sz w:val="20"/>
        </w:rPr>
        <w:t>[10]</w:t>
      </w:r>
    </w:p>
    <w:p>
      <w:r>
        <w:rPr>
          <w:rFonts w:ascii="Gentium Plus" w:hAnsi="Gentium Plus"/>
          <w:sz w:val="24"/>
        </w:rPr>
        <w:t>θους, ἀπεφήναντο μηδέποτ’ ἐκ θώρακος αἷμα διὰ τῆς φά‐ ρυγγος ἀναβήττεσθαι. νυνὶ δ’ ὑπὸ τούτων δυσωπούμενοι συγχωροῦσι μὲν ἀπὸ τοῦ θώρακος φέρεσθαι, ζητοῦντες δ’ ἑτέραν ὁδὸν τῆς διὰ τοῦ περιέχοντος ὑμένος τὸν πνεύμονα, πολλὰ καὶ ἄτοπα λέγειν ἀναγκάζονται. καίτοι τό γε πῦον</w:t>
      </w:r>
    </w:p>
    <w:p>
      <w:r>
        <w:rPr>
          <w:rFonts w:ascii="Courier New" w:hAnsi="Courier New"/>
          <w:color w:val="555555"/>
          <w:sz w:val="20"/>
        </w:rPr>
        <w:t>[15]</w:t>
      </w:r>
    </w:p>
    <w:p>
      <w:r>
        <w:rPr>
          <w:rFonts w:ascii="Gentium Plus" w:hAnsi="Gentium Plus"/>
          <w:sz w:val="24"/>
        </w:rPr>
        <w:t>ἐπὶ τῶν ἐμπύων ἐν τῇ μεταξὺ χώρᾳ θώρακός τε καὶ πνεύ‐ μονος ὁμολογοῦντες περιέχεσθαι βλέπουσιν, οἶμαι, σαφῶς ἀναβηττόμενον ἐκ πνεύμονος. ἡμεῖς δὲ κᾀπὶ τῶν ἀπόστημα</w:t>
      </w:r>
    </w:p>
    <w:p>
      <w:r>
        <w:rPr>
          <w:rFonts w:ascii="Courier New" w:hAnsi="Courier New"/>
          <w:color w:val="555555"/>
          <w:sz w:val="20"/>
        </w:rPr>
        <w:t>[10 . 340]</w:t>
      </w:r>
    </w:p>
    <w:p>
      <w:r>
        <w:rPr>
          <w:rFonts w:ascii="Gentium Plus" w:hAnsi="Gentium Plus"/>
          <w:sz w:val="24"/>
        </w:rPr>
        <w:t>ὀστῶν, ἐπεδείξαμεν αὐτοῖς ἐναργῶς τὸ ἐνιέμενον τῷ θώρακι μελίκρατον ἀναβηττόμενον ἐκ πνεύμονος. ἴσμεν γὰρ δήπου τὰς τοιαύτας διαθέσεις ἐν θώρακι συνισταμένας οὐκ ὀλι‐ γάκις ἐν Ῥώμῃ μάλιστα τρόπῳ ῥευματικῷ, ὡς ἀναγκασθῆ‐</w:t>
      </w:r>
    </w:p>
    <w:p>
      <w:r>
        <w:rPr>
          <w:rFonts w:ascii="Courier New" w:hAnsi="Courier New"/>
          <w:color w:val="555555"/>
          <w:sz w:val="20"/>
        </w:rPr>
        <w:t>[5]</w:t>
      </w:r>
    </w:p>
    <w:p>
      <w:r>
        <w:rPr>
          <w:rFonts w:ascii="Gentium Plus" w:hAnsi="Gentium Plus"/>
          <w:sz w:val="24"/>
        </w:rPr>
        <w:t>ναι τὸ πεπονθὸς ἐκκόπτειν ὀστοῦν. ἐπὶ τῶν πλείστων δ’ εὐθὺς ἅμα τῇ διεφθαρμένῃ πλευρᾷ καὶ ὁ ὑπεζωκὼς αὐτὴν ὑμὴν ἔνδοθεν εὑρίσκεται διασεσηπώς. εἰώθαμεν οὖν ἐν τῇ θεραπείᾳ μελίκρατον ἐκχέοντες διὰ τοῦ ἕλκους, ἐνίοτε μὲν ἐγκελεύεσθαι βήττειν αὐτοῖς ἐπικεκλιμένοις τῷ πεπονθότι μέ‐</w:t>
      </w:r>
    </w:p>
    <w:p>
      <w:r>
        <w:rPr>
          <w:rFonts w:ascii="Courier New" w:hAnsi="Courier New"/>
          <w:color w:val="555555"/>
          <w:sz w:val="20"/>
        </w:rPr>
        <w:t>[10]</w:t>
      </w:r>
    </w:p>
    <w:p>
      <w:r>
        <w:rPr>
          <w:rFonts w:ascii="Gentium Plus" w:hAnsi="Gentium Plus"/>
          <w:sz w:val="24"/>
        </w:rPr>
        <w:t>ρει, πολλάκις δὲ κατασείειν ἠρέμα, καί ποτε καὶ πυουλκῷ κομίζεσθαι τὸ ὑπολειπόμενον ἔνδον τοῦ μελικράτου. ἐπειδὰν δὲ τοῦτο ποιήσαντες ἐκκεκλύσθαι τότε πῦον ἅπαν καὶ τοὺς ἰχῶρας τοῦ ἕλκους ἐλπίσωμεν, ἐντίθεμεν οὕτως τὰ φάρμακα. κατὰ τὰς τοιαύτας οὖν διαθέσεις, εἴ τις ἐάσειεν ἐν τῇ μεταξὺ</w:t>
      </w:r>
    </w:p>
    <w:p>
      <w:r>
        <w:rPr>
          <w:rFonts w:ascii="Courier New" w:hAnsi="Courier New"/>
          <w:color w:val="555555"/>
          <w:sz w:val="20"/>
        </w:rPr>
        <w:t>[15]</w:t>
      </w:r>
    </w:p>
    <w:p>
      <w:r>
        <w:rPr>
          <w:rFonts w:ascii="Gentium Plus" w:hAnsi="Gentium Plus"/>
          <w:sz w:val="24"/>
        </w:rPr>
        <w:t>πνεύμονος καὶ θώρακος χώρᾳ τὸ ὑγρὸν, αὐτίκα ἀναβηττό‐ μενον θεάσεται. θαυμάσαι δ’ ἐστὶν ἐπὶ τῇ τοῦ πνεύμονος ὁδῷ τῶν ἀπορούντων, πῶς οὐ μᾶλλον ἀποροῦσιν ἐπὶ τοῦ</w:t>
      </w:r>
    </w:p>
    <w:p>
      <w:r>
        <w:rPr>
          <w:rFonts w:ascii="Courier New" w:hAnsi="Courier New"/>
          <w:color w:val="555555"/>
          <w:sz w:val="20"/>
        </w:rPr>
        <w:t>[10 . 341]</w:t>
      </w:r>
    </w:p>
    <w:p>
      <w:r>
        <w:rPr>
          <w:rFonts w:ascii="Gentium Plus" w:hAnsi="Gentium Plus"/>
          <w:sz w:val="24"/>
        </w:rPr>
        <w:t>σεσιν· αὐτό τε γὰρ τὸ προχεόμενον οὐ σμικρῷ παχύτερόν ἐστι τοῦ κατὰ φύσιν, ἥ τε τοῦ δέρματος οὐσία παμπόλλῳ δή τινι παχυτέρα τοῦ παρὰ τῷ πνεύμονι χιτῶνος. ὅπερ οὖν ἐλέγομεν ὅταν ἐκ καταπτώσεως, ἢ μεγάλης ἅμα καὶ ὀξείας</w:t>
      </w:r>
    </w:p>
    <w:p>
      <w:r>
        <w:rPr>
          <w:rFonts w:ascii="Courier New" w:hAnsi="Courier New"/>
          <w:color w:val="555555"/>
          <w:sz w:val="20"/>
        </w:rPr>
        <w:t>[5]</w:t>
      </w:r>
    </w:p>
    <w:p>
      <w:r>
        <w:rPr>
          <w:rFonts w:ascii="Gentium Plus" w:hAnsi="Gentium Plus"/>
          <w:sz w:val="24"/>
        </w:rPr>
        <w:t>φωνῆς, ἀγγείου ῥαγέντος ἐν πνεύμονι χωρὶς ὀδύνης ἀθρόον καὶ θερμὸν, εὐανθές τε καὶ πολὺ μετὰ βηχὸς ἀναφέρηται τὸ αἷμα, πεπεῖσθαι μὲν χρὴ τὸ τραῦμα κατὰ τὸ σπλάγχνον ἐνυπάρχειν, ἐπιχειρεῖν δὲ τῇ θεραπείᾳ καθάπερ ἡμεῖς πολ‐ λάκις ἐπιχειρήσαντες ὀλιγάκις ἀπετύχομεν. αὐτῷ μὲν οὖν</w:t>
      </w:r>
    </w:p>
    <w:p>
      <w:r>
        <w:rPr>
          <w:rFonts w:ascii="Courier New" w:hAnsi="Courier New"/>
          <w:color w:val="555555"/>
          <w:sz w:val="20"/>
        </w:rPr>
        <w:t>[10]</w:t>
      </w:r>
    </w:p>
    <w:p>
      <w:r>
        <w:rPr>
          <w:rFonts w:ascii="Gentium Plus" w:hAnsi="Gentium Plus"/>
          <w:sz w:val="24"/>
        </w:rPr>
        <w:t>τῷ κάμνοντι προστάξαι χρὴ μήτ’ ἀναπνεῖν μέγα καὶ σιωπᾷν ἀεί· τέμνειν δ’ αὐτίκα φλέβα κατ’ ἀγκῶνα τὴν ἔνδον· ἐπα‐ φαιρεῖν δὲ δίς που καὶ τρὶς, ἀντισπάσεως ἕνεκα· τρίβειν τε καὶ διαλαμβάνειν ὅλα τὰ κῶλα δεσμοῖς, ὥσπερ εἰώθαμεν. ἐπειδὰν δὲ ταῦτα πραχθῇ, πρῶτον μὲν ὀξύκρατον ὑδαρές τε</w:t>
      </w:r>
    </w:p>
    <w:p>
      <w:r>
        <w:rPr>
          <w:rFonts w:ascii="Courier New" w:hAnsi="Courier New"/>
          <w:color w:val="555555"/>
          <w:sz w:val="20"/>
        </w:rPr>
        <w:t>[15]</w:t>
      </w:r>
    </w:p>
    <w:p>
      <w:r>
        <w:rPr>
          <w:rFonts w:ascii="Gentium Plus" w:hAnsi="Gentium Plus"/>
          <w:sz w:val="24"/>
        </w:rPr>
        <w:t>καὶ χλιαρὸν διδόναι πίνειν· ὅπως εἴ τις εἴη θρόμβος ἐν τῷ σπλάγχνῳ διαλυθεὶς ἐκβηχθείη· καὶ τοῦτ’ οὐδὲν κωλύει καὶ δὶς καὶ τρὶς ἐν ὥραις τρισὶν ἐργάσασθαι. μετὰ δὲ ταῦτα δι‐</w:t>
      </w:r>
    </w:p>
    <w:p>
      <w:r>
        <w:rPr>
          <w:rFonts w:ascii="Courier New" w:hAnsi="Courier New"/>
          <w:color w:val="555555"/>
          <w:sz w:val="20"/>
        </w:rPr>
        <w:t>[10 . 342]</w:t>
      </w:r>
    </w:p>
    <w:p>
      <w:r>
        <w:rPr>
          <w:rFonts w:ascii="Gentium Plus" w:hAnsi="Gentium Plus"/>
          <w:sz w:val="24"/>
        </w:rPr>
        <w:t>κων, ἤτοι δι’ ὑδαροῦς ὀξυκράτου τὴν πρώτην ἢ δι’ ἀφεψή‐ ματος μήλων, ἢ μύρτων, ἤ τινος ἄλλου τῶν στυπτικῶν. εἰς ἑσπέραν τε πάλιν ὁμοίως διδόναι τὸ φάρμακον, εἴργοντας ἁπάσης τροφῆς, ἐὰν ἰσχυρὸς ᾖ. εἰ δὲ μὴ, ῥοφήματος αὔταρ‐</w:t>
      </w:r>
    </w:p>
    <w:p>
      <w:r>
        <w:rPr>
          <w:rFonts w:ascii="Courier New" w:hAnsi="Courier New"/>
          <w:color w:val="555555"/>
          <w:sz w:val="20"/>
        </w:rPr>
        <w:t>[5]</w:t>
      </w:r>
    </w:p>
    <w:p>
      <w:r>
        <w:rPr>
          <w:rFonts w:ascii="Gentium Plus" w:hAnsi="Gentium Plus"/>
          <w:sz w:val="24"/>
        </w:rPr>
        <w:t>κες διδόναι. κάλλιστον δὲ καὶ κατὰ τὴν ὑστεραίαν ἐπαφελεῖν αὖθις ὀλίγον αἵματος ἀπὸ τῆς τετμημένης φλεβὸς, ἐὰν ἰσχυ‐ ρὸς ᾖ· καὶ τροφαῖς καὶ φαρμάκοις ὡσαύτως χρῆσθαι, μέχρι τῆς τετάρτης ἡμέρας, ἐπιβρέχοντας ἐν κύκλῳ τὴν θώρα‐ κα, θέρους μὲν μηλίνῳ ἢ ῥοδίνῳ, χειμῶνος δὲ μύρῳ ναρ‐</w:t>
      </w:r>
    </w:p>
    <w:p>
      <w:r>
        <w:rPr>
          <w:rFonts w:ascii="Courier New" w:hAnsi="Courier New"/>
          <w:color w:val="555555"/>
          <w:sz w:val="20"/>
        </w:rPr>
        <w:t>[10]</w:t>
      </w:r>
    </w:p>
    <w:p>
      <w:r>
        <w:rPr>
          <w:rFonts w:ascii="Gentium Plus" w:hAnsi="Gentium Plus"/>
          <w:sz w:val="24"/>
        </w:rPr>
        <w:t>δίνῳ. εἰ δὲ καὶ τῶν ἐμπλαστῶν τινι χρήσασθαι βούλοιο φαρμάκων, κάλλιστον ἂν ἔχοις τὸ ἡμέτερον, ᾧ καὶ πρὸς τὰ ἄλλα τραύματα θαῤῥῶν χρῶ· σύγκειται δὲ ἐξ ἀσφάλτου καὶ ὄξους ὅσα τ’ ἄλλα μίγνυται τοῖσδε κατὰ τὰς καλουμένας ὑπὸ τῶν ἰατρῶν ἐναίμους βαρβάρους. εἰ δὲ γυναῖκα θερα‐</w:t>
      </w:r>
    </w:p>
    <w:p>
      <w:r>
        <w:rPr>
          <w:rFonts w:ascii="Courier New" w:hAnsi="Courier New"/>
          <w:color w:val="555555"/>
          <w:sz w:val="20"/>
        </w:rPr>
        <w:t>[15]</w:t>
      </w:r>
    </w:p>
    <w:p>
      <w:r>
        <w:rPr>
          <w:rFonts w:ascii="Gentium Plus" w:hAnsi="Gentium Plus"/>
          <w:sz w:val="24"/>
        </w:rPr>
        <w:t>πεύοις, ἢ παῖδα, ἢ ὅλως μαλακόσαρκόν, τινα τὸ διὰ τῆς χαλκίτεως ἱκανὸν φάρμακον· οὗ κατὰ τὸ πρῶτον ἐν τοῖς</w:t>
      </w:r>
    </w:p>
    <w:p>
      <w:r>
        <w:rPr>
          <w:rFonts w:ascii="Courier New" w:hAnsi="Courier New"/>
          <w:color w:val="555555"/>
          <w:sz w:val="20"/>
        </w:rPr>
        <w:t>[10 . 343]</w:t>
      </w:r>
    </w:p>
    <w:p>
      <w:r>
        <w:rPr>
          <w:rFonts w:ascii="Gentium Plus" w:hAnsi="Gentium Plus"/>
          <w:sz w:val="24"/>
        </w:rPr>
        <w:t>ἐθεραπεύσαμεν οὐκ ὀλίγους, ἐπιφανέντες αὐτίκα τῷ πεπον‐ θότι. τὸ γάρ τοι μέγιστον αὐτὸ τοῦτ’ ἔστιν, ᾧ πάνυ προσ‐ έχειν σε χρὴ τὸν νοῦν, εἰ παραχρῆμα τῆς ῥήξεως τῶν ἀγγείων γεγενημένης, ὑπάρξαις τῆς θεραπείας, ὥστ’ ἔναιμον ὂν κολ‐</w:t>
      </w:r>
    </w:p>
    <w:p>
      <w:r>
        <w:rPr>
          <w:rFonts w:ascii="Courier New" w:hAnsi="Courier New"/>
          <w:color w:val="555555"/>
          <w:sz w:val="20"/>
        </w:rPr>
        <w:t>[5]</w:t>
      </w:r>
    </w:p>
    <w:p>
      <w:r>
        <w:rPr>
          <w:rFonts w:ascii="Gentium Plus" w:hAnsi="Gentium Plus"/>
          <w:sz w:val="24"/>
        </w:rPr>
        <w:t>ληθῆναι τὸ τραῦμα πρὶν ἄρξασθαι φλεγμαίνειν. εἰ δέ γε φλεγμήνειεν, ὀλίγη μὲν ἔτι τοῦ κολληθῆναι τὸ τοιοῦτον ἡ ἐλπὶς, εἰς χρόνον δ’ ἐκπίπτει πλείονα. καὶ τὸ χαλεπὸν ἢ ἀδύνατον τῶν ἐν τῷ τοιῷδε τῆς ἰάσεώς ἐστι· ἐκπλύνειν γὰρ δηλονότι χρὴ τό τε πῦον καὶ τοὺς ἰχῶρας τοῦ ἕλκους, λυο‐</w:t>
      </w:r>
    </w:p>
    <w:p>
      <w:r>
        <w:rPr>
          <w:rFonts w:ascii="Courier New" w:hAnsi="Courier New"/>
          <w:color w:val="555555"/>
          <w:sz w:val="20"/>
        </w:rPr>
        <w:t>[10]</w:t>
      </w:r>
    </w:p>
    <w:p>
      <w:r>
        <w:rPr>
          <w:rFonts w:ascii="Gentium Plus" w:hAnsi="Gentium Plus"/>
          <w:sz w:val="24"/>
        </w:rPr>
        <w:t>μένης τῆς φλεγμονῆς. ἐκ μὲν δὴ τῶν κατὰ μήτραν καὶ κύστιν ἐκκρίνεται μὲν καὶ αὐτόματα τῷ κατάντει τῆς φορᾶς, ἐκκλύ‐ ζεσθαι δὲ δύναται καὶ πρὸς ἡμῶν· ἐπὶ πνεύμονος δὲ γίνε‐ σθαι ἑκάτερον ἀδύνατον. ἀπολείπεται οὖν ἔτι μόνη τοῖς ἐν‐ ταυθοῖ πᾶσιν ἕλκεσιν ἡ μετὰ τοῦ βήττειν κάθαρσις. ἀλλ’</w:t>
      </w:r>
    </w:p>
    <w:p>
      <w:r>
        <w:rPr>
          <w:rFonts w:ascii="Courier New" w:hAnsi="Courier New"/>
          <w:color w:val="555555"/>
          <w:sz w:val="20"/>
        </w:rPr>
        <w:t>[15]</w:t>
      </w:r>
    </w:p>
    <w:p>
      <w:r>
        <w:rPr>
          <w:rFonts w:ascii="Gentium Plus" w:hAnsi="Gentium Plus"/>
          <w:sz w:val="24"/>
        </w:rPr>
        <w:t>εἴπερ ὀρθῶς τήν τ’ ἄλλην ἡσυχίαν αὐτοῖς συνεβουλεύομεν, ἀναπνεῖν τε καὶ καταβραχὺ καὶ μηδ’ ὅλως φθέγγεσθαι προσετάττομεν ὑπὲρ τοῦ κολληθῆναι τὸ τραῦμα, τίς ἂν εἴη</w:t>
      </w:r>
    </w:p>
    <w:p>
      <w:r>
        <w:rPr>
          <w:rFonts w:ascii="Courier New" w:hAnsi="Courier New"/>
          <w:color w:val="555555"/>
          <w:sz w:val="20"/>
        </w:rPr>
        <w:t>[10 . 344]</w:t>
      </w:r>
    </w:p>
    <w:p>
      <w:r>
        <w:rPr>
          <w:rFonts w:ascii="Gentium Plus" w:hAnsi="Gentium Plus"/>
          <w:sz w:val="24"/>
        </w:rPr>
        <w:t>πνοὴν ἀεικινητόν ἐστι τὸ σπλάγχνον, ὡς οἱ πρὸ ἡμῶν φασιν ἰατροὶ, ἄπορος ἡ ἴασις, ἀλλὰ διὰ τὴν τῶν ἰχώρων τε καὶ τοῦ πύου κένωσιν. καὶ διὰ τοῦτο παραχρῆμα μὲν εἰς σύμφυσιν ἀφικνεῖται καθ’ ὃν εἴρηται τρόπον ἰαθέντα· φλεγμῆναι δὲ</w:t>
      </w:r>
    </w:p>
    <w:p>
      <w:r>
        <w:rPr>
          <w:rFonts w:ascii="Courier New" w:hAnsi="Courier New"/>
          <w:color w:val="555555"/>
          <w:sz w:val="20"/>
        </w:rPr>
        <w:t>[5]</w:t>
      </w:r>
    </w:p>
    <w:p>
      <w:r>
        <w:rPr>
          <w:rFonts w:ascii="Gentium Plus" w:hAnsi="Gentium Plus"/>
          <w:sz w:val="24"/>
        </w:rPr>
        <w:t>φθάσαντα χαλεπὴν καὶ ἄπορον ἴσχει τὴν ἐπανόρθωσιν· ὅ τε γὰρ ἰχὼρ καὶ τὸ πῦον οὐκ ἀκριβῶς ἐκκενοῦται τῶν κατὰ τὴν πνεύμονα χωρίων, αἵ τε βῆχες ἱκανῶς σπαράττουσι τὰ πεπον‐ θότα. τὰ δ’ ἐκ θώρακος τριχῆ τῶν κατὰ τὸ σπλάγχνον τοῦτο πλεονεκτεῖ· τά τε γὰρ ἀγγεῖα πολὺ σμικρότερα καὶ ἡ ἐκροὴ</w:t>
      </w:r>
    </w:p>
    <w:p>
      <w:r>
        <w:rPr>
          <w:rFonts w:ascii="Courier New" w:hAnsi="Courier New"/>
          <w:color w:val="555555"/>
          <w:sz w:val="20"/>
        </w:rPr>
        <w:t>[10]</w:t>
      </w:r>
    </w:p>
    <w:p>
      <w:r>
        <w:rPr>
          <w:rFonts w:ascii="Gentium Plus" w:hAnsi="Gentium Plus"/>
          <w:sz w:val="24"/>
        </w:rPr>
        <w:t>τῶν ἰχώρων εἰς τὴν εἴσω γίνεται χώραν, ὅλως τε σαρκωδέστε‐ ρός ἐστι τοῦ πνεύμονος. οὐδὲ γὰρ οὐδ’ ἡ τῶν τραχειῶν ἀρτηριῶν οὐσία κατ’ ἄλλό τι τοῦ ζώου μόριόν ἐστιν, ἱκανῶς ἀσάρκων καὶ ξηρῶν ὑπαρχουσῶν· ὧν καὶ αὐτῶν δήπου ῥῆ‐ ξις ἐν ταῖς τοιαύταις πτώσεσι γίγνεται· ὡς εἴ γε τῶν ἄλλων</w:t>
      </w:r>
    </w:p>
    <w:p>
      <w:r>
        <w:rPr>
          <w:rFonts w:ascii="Courier New" w:hAnsi="Courier New"/>
          <w:color w:val="555555"/>
          <w:sz w:val="20"/>
        </w:rPr>
        <w:t>[15]</w:t>
      </w:r>
    </w:p>
    <w:p>
      <w:r>
        <w:rPr>
          <w:rFonts w:ascii="Gentium Plus" w:hAnsi="Gentium Plus"/>
          <w:sz w:val="24"/>
        </w:rPr>
        <w:t>μέν τι ῥαγείη, μένοιεν δ’ ἀπαθεῖς αἱ τραχεῖαι ἀρτηρίαι, κατὰ τὰς συναναστομώσεις μόνας ἡ μετάληψις γίνεται. ὥστε οὔτε θερμὸν οὔτ’ ἐρυθρὸν οὔτε πολὺ τοῖς τοιούτοις ἀναφέρε‐</w:t>
      </w:r>
    </w:p>
    <w:p>
      <w:r>
        <w:rPr>
          <w:rFonts w:ascii="Courier New" w:hAnsi="Courier New"/>
          <w:color w:val="555555"/>
          <w:sz w:val="20"/>
        </w:rPr>
        <w:t>[10 . 345]</w:t>
      </w:r>
    </w:p>
    <w:p>
      <w:r>
        <w:rPr>
          <w:rFonts w:ascii="Gentium Plus" w:hAnsi="Gentium Plus"/>
          <w:sz w:val="24"/>
        </w:rPr>
        <w:t>παθήματα τήν γε πρώτην, ὡς ἂν μὴ καταπλήττοντα τῷ πλήθει τῆς κενώσεως· ἔστι δὲ χείρω δι’ αὐτὸ τοῦτο· κωλύε‐ ται γὰρ ἡ σύμφυσις ὑπὸ τοῦ περιθρομβουμένου τοῖς ἐῤῥωγό‐ σιν ἀγγείοις αἵματος, οὐκ ἔχοντος εὐπετῆ τὴν εἰς τὰς τραχείας</w:t>
      </w:r>
    </w:p>
    <w:p>
      <w:r>
        <w:rPr>
          <w:rFonts w:ascii="Courier New" w:hAnsi="Courier New"/>
          <w:color w:val="555555"/>
          <w:sz w:val="20"/>
        </w:rPr>
        <w:t>[5]</w:t>
      </w:r>
    </w:p>
    <w:p>
      <w:r>
        <w:rPr>
          <w:rFonts w:ascii="Gentium Plus" w:hAnsi="Gentium Plus"/>
          <w:sz w:val="24"/>
        </w:rPr>
        <w:t>ἀρτηρίας διέξοδον. Ὡσαύτως δὲ καὶ τὰ τοῦ διαφράγματος τραύματα, τά γε μὴ διασχόντα πρὸς τοὐκτὸς, ἐν μὲν τοῖς σαρκώδεσι μέρεσι πολλάκις ἐκολλήθη, μηδὲν ὑπὸ τῆς κινήσεως αὐτοῦ παρεμποδισθέντα· τὰ δ’ ἐν τοῖς νευρώδε‐</w:t>
      </w:r>
    </w:p>
    <w:p>
      <w:r>
        <w:rPr>
          <w:rFonts w:ascii="Courier New" w:hAnsi="Courier New"/>
          <w:color w:val="555555"/>
          <w:sz w:val="20"/>
        </w:rPr>
        <w:t>[10]</w:t>
      </w:r>
    </w:p>
    <w:p>
      <w:r>
        <w:rPr>
          <w:rFonts w:ascii="Gentium Plus" w:hAnsi="Gentium Plus"/>
          <w:sz w:val="24"/>
        </w:rPr>
        <w:t>σιν ἀνίατα. χαλεπὴ δὲ καὶ ἡ ἐν τοῖς σαρκώδεσιν ἴασις, εἰ φλεγμῆναι φθάσειεν, οὐκ αὐτῷ τῷ διαφράγματι μόνῳ, ἀλλὰ καὶ τοῖς ἔνδον τοῦ περιτοναίου πᾶσιν· εἰς ταῦτα γὰρ ἀποῤ‐ ῥέουσιν οἱ ἰχῶρες. ἀλλὰ χρὴ ξηραίνειν παντὶ τρόπῳ πει‐ ρᾶσθαι, διά τε τῶν ἔξωθεν ἐπιτιθεμένων φαρμάκων καὶ</w:t>
      </w:r>
    </w:p>
    <w:p>
      <w:r>
        <w:rPr>
          <w:rFonts w:ascii="Courier New" w:hAnsi="Courier New"/>
          <w:color w:val="555555"/>
          <w:sz w:val="20"/>
        </w:rPr>
        <w:t>[15]</w:t>
      </w:r>
    </w:p>
    <w:p>
      <w:r>
        <w:rPr>
          <w:rFonts w:ascii="Gentium Plus" w:hAnsi="Gentium Plus"/>
          <w:sz w:val="24"/>
        </w:rPr>
        <w:t>τῶν πινομένων δι’ ὕδατος ἢ οἴνου λεπτοῦ. ἔστι δ’ αὐτῶν ἐπιτηδειότατα τά τε διὰ σπερμάτων λεγόμενα καὶ τὸ σύν‐ ηθες ἡμῖν, ᾧ καὶ πρὸς τὰς τοῦ θώρακος συντρήσεις ἀεὶ</w:t>
      </w:r>
    </w:p>
    <w:p>
      <w:r>
        <w:rPr>
          <w:rFonts w:ascii="Courier New" w:hAnsi="Courier New"/>
          <w:color w:val="555555"/>
          <w:sz w:val="20"/>
        </w:rPr>
        <w:t>[10 . 346]</w:t>
      </w:r>
    </w:p>
    <w:p>
      <w:r>
        <w:rPr>
          <w:rFonts w:ascii="Gentium Plus" w:hAnsi="Gentium Plus"/>
          <w:sz w:val="24"/>
        </w:rPr>
        <w:t>ἐπιβροχαὶ τοῖς τοιούτοις τραύμασιν ἐπιτήδειοι τῆς περὶ φαρμάκων εἰσὶ πραγματείας· ἐνταυθοῖ δὲ τὰς μεθόδους λέγομεν μόνας ἐνδεικνυμένας τῶν φαρμάκων τὸ γένος· ὥστ’ εἴποτε λέγεταί τινα τῶν κατὰ μέρος, ὡς παραδείγματα σα‐</w:t>
      </w:r>
    </w:p>
    <w:p>
      <w:r>
        <w:rPr>
          <w:rFonts w:ascii="Courier New" w:hAnsi="Courier New"/>
          <w:color w:val="555555"/>
          <w:sz w:val="20"/>
        </w:rPr>
        <w:t>[5]</w:t>
      </w:r>
    </w:p>
    <w:p>
      <w:r>
        <w:rPr>
          <w:rFonts w:ascii="Gentium Plus" w:hAnsi="Gentium Plus"/>
          <w:sz w:val="24"/>
        </w:rPr>
        <w:t>φηνείας ἕνεκα γεγράφθαι χρὴ νομίζειν αὐτά. Αὖθις οὖν ἐπὶ τὰς μεθόδους ἀνέλθωμεν, ἐπιδεικνύντες ὅσον ἡ κοινὴ πάντων ἑλκῶν ἴασις ἐξαλλάτ‐ τεται κατ’ εἶδος ἐν ἑκάστῳ τοῦ ζώου μορίῳ. μαθησόμεθα γὰρ ἐκ τοῦδε μάλιστα μὲν ὃ δι’ ὅλης πρόκειται τῆς πρα‐</w:t>
      </w:r>
    </w:p>
    <w:p>
      <w:r>
        <w:rPr>
          <w:rFonts w:ascii="Courier New" w:hAnsi="Courier New"/>
          <w:color w:val="555555"/>
          <w:sz w:val="20"/>
        </w:rPr>
        <w:t>[10]</w:t>
      </w:r>
    </w:p>
    <w:p>
      <w:r>
        <w:rPr>
          <w:rFonts w:ascii="Gentium Plus" w:hAnsi="Gentium Plus"/>
          <w:sz w:val="24"/>
        </w:rPr>
        <w:t>γματείας, ἀναμαρτήτους εἶναι κατὰ τὰς ἰάσεις, ἐν παρέργῳ δὲ καὶ τὴν τῶν ἑαυτοὺς ὀνομασάντων μεθοδικοὺς τόλμαν. εἰ γὰρ ἐμοὶ χρή τι πιστεῦσαι, μηδὲν μήτε πρὸς χάριν εἰω‐ θότι μήτε πρὸς ἀπέχθειαν λέγειν, ἁπάντων τῶν ἰατρῶν ὄντες ἀμεθοδώτατοι κατεγνώκασιν, ὥς γε δὴ γράφουσιν,</w:t>
      </w:r>
    </w:p>
    <w:p>
      <w:r>
        <w:rPr>
          <w:rFonts w:ascii="Courier New" w:hAnsi="Courier New"/>
          <w:color w:val="555555"/>
          <w:sz w:val="20"/>
        </w:rPr>
        <w:t>[15]</w:t>
      </w:r>
    </w:p>
    <w:p>
      <w:r>
        <w:rPr>
          <w:rFonts w:ascii="Gentium Plus" w:hAnsi="Gentium Plus"/>
          <w:sz w:val="24"/>
        </w:rPr>
        <w:t>οὐ μόνον τῶν ἄλλων παλαιῶν, ἀλλὰ καὶ τοῦ πασῶν τῶν μεθόδων ἡμῖν ἡγεμόνος Ἱπποκράτους. ὁ μὲν οὖν ἐμπειρι‐</w:t>
      </w:r>
    </w:p>
    <w:p>
      <w:r>
        <w:rPr>
          <w:rFonts w:ascii="Courier New" w:hAnsi="Courier New"/>
          <w:color w:val="555555"/>
          <w:sz w:val="20"/>
        </w:rPr>
        <w:t>[10 . 347]</w:t>
      </w:r>
    </w:p>
    <w:p>
      <w:r>
        <w:rPr>
          <w:rFonts w:ascii="Gentium Plus" w:hAnsi="Gentium Plus"/>
          <w:sz w:val="24"/>
        </w:rPr>
        <w:t>δι’ ἐνδείξεως εὑρίσκεσθαι δείκνυμεν. τρίτου δὲ οὐδενὸς ὄντος οὐδεμιᾶς εὑρέσεως ὀργάνου παρά τε τὴν ἔνδειξιν καὶ τὴν πεῖραν, οὐδετέρῳ χρώμενοι μεθοδικοὶ καλεῖσθαι δικαιοῦσιν. ἀκολουθησάτωσαν οὖν ἡμῖν καὶ νῦν γοῦν εἰς τὴν τῶν</w:t>
      </w:r>
    </w:p>
    <w:p>
      <w:r>
        <w:rPr>
          <w:rFonts w:ascii="Courier New" w:hAnsi="Courier New"/>
          <w:color w:val="555555"/>
          <w:sz w:val="20"/>
        </w:rPr>
        <w:t>[5]</w:t>
      </w:r>
    </w:p>
    <w:p>
      <w:r>
        <w:rPr>
          <w:rFonts w:ascii="Gentium Plus" w:hAnsi="Gentium Plus"/>
          <w:sz w:val="24"/>
        </w:rPr>
        <w:t>καθ’ ἕκαστον μέρος ἑλκῶν θεραπείαν, ἐπιδειξάτωσάν τε μίαν ἁπάντων ἴασιν. ἀκούσωμεν αὐτῶν ὅπως θεραπεύου‐ σιν ἕλκος, ἤ τινας ἐνδείξεις ἀπ’ αὐτοῦ λαμβάνουσιν· ἆρ’ ἄλλας τινὰς ἢ τὸ μὲν ὁμαλὲς ἐπουλῶσαι κελεύουσι, τὸ δὲ κοῖλον σαρκῶσαι, τὸ δ’ ἔναιμον συμφῦσαι; πῶς οὖν εὕρω</w:t>
      </w:r>
    </w:p>
    <w:p>
      <w:r>
        <w:rPr>
          <w:rFonts w:ascii="Courier New" w:hAnsi="Courier New"/>
          <w:color w:val="555555"/>
          <w:sz w:val="20"/>
        </w:rPr>
        <w:t>[10]</w:t>
      </w:r>
    </w:p>
    <w:p>
      <w:r>
        <w:rPr>
          <w:rFonts w:ascii="Gentium Plus" w:hAnsi="Gentium Plus"/>
          <w:sz w:val="24"/>
        </w:rPr>
        <w:t>τά τε ἐπουλωτικὰ καὶ τὰ κολλητικὰ καὶ τὰ σαρκωτικὰ καὶ τὰ συμφυτικά; μὴ κάμνε, φασίν· εὕρηται γὰρ, ἀλλ’ οὐκ οἶδ’ εἰ καλῶς ἢ εἰ πάντα· δύναται γὰρ ἤτοι γε εὑρῆσθαι μέν τινα τῶν φαυλοτέρων, οὐχ εὑρῆσθαι δὲ τὰ βελτίω· ἢ καὶ τὰ δοκοῦντα εὑρῆσθαι, καὶ αὐτὰ εἶναι μοχθηρά· καὶ</w:t>
      </w:r>
    </w:p>
    <w:p>
      <w:r>
        <w:rPr>
          <w:rFonts w:ascii="Courier New" w:hAnsi="Courier New"/>
          <w:color w:val="555555"/>
          <w:sz w:val="20"/>
        </w:rPr>
        <w:t>[15]</w:t>
      </w:r>
    </w:p>
    <w:p>
      <w:r>
        <w:rPr>
          <w:rFonts w:ascii="Gentium Plus" w:hAnsi="Gentium Plus"/>
          <w:sz w:val="24"/>
        </w:rPr>
        <w:t>διὰ τοῦτο τὰ μὲν μηδόλως θεραπεύεσθαι τῶν ἑλκῶν, τὰ δὲ ἐν χρόνῳ πλέονι καὶ σὺν ἀλγηδόσι καὶ λιμαγχονίαις οὐκ</w:t>
      </w:r>
    </w:p>
    <w:p>
      <w:r>
        <w:rPr>
          <w:rFonts w:ascii="Courier New" w:hAnsi="Courier New"/>
          <w:color w:val="555555"/>
          <w:sz w:val="20"/>
        </w:rPr>
        <w:t>[10 . 348]</w:t>
      </w:r>
    </w:p>
    <w:p>
      <w:r>
        <w:rPr>
          <w:rFonts w:ascii="Gentium Plus" w:hAnsi="Gentium Plus"/>
          <w:sz w:val="24"/>
        </w:rPr>
        <w:t>πεῖραν, πρὶν ἢ ἑαυτὸν πεῖσαι τῆς ἔμπροσθεν ἀγωγῆς ὀρ‐ θῶς κατεγνωκέναι· οἷον αὐτίκα περὶ τῶν ἐν πνεύμονι συνι‐ σταμένων ἑλκῶν, ἃ μηδὲ διαγνῶναι τὴν ἀρχὴν οἷόν τ’ ἐστὶν ἄνευ τῆς ἀνατομῆς τε καὶ τῆς τῶν ἐνεργειῶν γνώσεως,</w:t>
      </w:r>
    </w:p>
    <w:p>
      <w:r>
        <w:rPr>
          <w:rFonts w:ascii="Courier New" w:hAnsi="Courier New"/>
          <w:color w:val="555555"/>
          <w:sz w:val="20"/>
        </w:rPr>
        <w:t>[5]</w:t>
      </w:r>
    </w:p>
    <w:p>
      <w:r>
        <w:rPr>
          <w:rFonts w:ascii="Gentium Plus" w:hAnsi="Gentium Plus"/>
          <w:sz w:val="24"/>
        </w:rPr>
        <w:t>ἅπερ ἀμφότερα φεύγουσιν. ἀλλὰ συγκεχωρήσθω κατά γε τὸ παρὸν ἐγνῶσθαι τοῖς περὶ τὸν Θεσσαλὸν ἕλκος ἐν πνεύμονι γεγονός. πότερον οὖν ὥσπερ τοῦτο συνεχωρήσαμεν αὐτοῖς, οὕτω καὶ ὅτι ῥυπαρὸν, ἢ καθαρὸν, ἢ ὅτι κοῖλον, ἢ ὁμαλὲς, ἢ ἰχώρων, ἢ πύου μεστὸν, ἐπίστασθαι συγχωρήσομεν, ἤτοι</w:t>
      </w:r>
    </w:p>
    <w:p>
      <w:r>
        <w:rPr>
          <w:rFonts w:ascii="Courier New" w:hAnsi="Courier New"/>
          <w:color w:val="555555"/>
          <w:sz w:val="20"/>
        </w:rPr>
        <w:t>[10]</w:t>
      </w:r>
    </w:p>
    <w:p>
      <w:r>
        <w:rPr>
          <w:rFonts w:ascii="Gentium Plus" w:hAnsi="Gentium Plus"/>
          <w:sz w:val="24"/>
        </w:rPr>
        <w:t>γ’ ἐξ ἐπινοίας ἐνθέου, ἢ ὄναρ ἰδοῦσιν; ἢ κᾀν τούτῳ γοῦν ἐρωτήσομεν αὐτοὺς τὰς διαγνώσεις, ἢ χωρὶς τοῦ διαγνῶναι διδόναι συγχωρήσομεν ὅ τι βούλοιτο φάρμακον εἰδέναι; ἐγὼ μὲν γὰρ ἡγοῦμαι καθῆραι μὲν χρῆναι τῶν ῥυπαρῶν πρότερον τὴν ῥύπον· σαρκῶσαι δὲ τὸ καθαρὸν ἅμα καὶ κοῖλον· ἀπο‐</w:t>
      </w:r>
    </w:p>
    <w:p>
      <w:r>
        <w:rPr>
          <w:rFonts w:ascii="Courier New" w:hAnsi="Courier New"/>
          <w:color w:val="555555"/>
          <w:sz w:val="20"/>
        </w:rPr>
        <w:t>[15]</w:t>
      </w:r>
    </w:p>
    <w:p>
      <w:r>
        <w:rPr>
          <w:rFonts w:ascii="Gentium Plus" w:hAnsi="Gentium Plus"/>
          <w:sz w:val="24"/>
        </w:rPr>
        <w:t>καθῆραι δὲ τοὺς ἰχῶράς τε καὶ τὸ πῦον, ᾧ περικέχυται ταῦ‐ τα· κᾄπειθ’ οὕτως ἐπουλοῦν. οἱ δὲ οὐκ οἶδ’ ὅπως ἰάσονται</w:t>
      </w:r>
    </w:p>
    <w:p>
      <w:r>
        <w:rPr>
          <w:rFonts w:ascii="Courier New" w:hAnsi="Courier New"/>
          <w:color w:val="555555"/>
          <w:sz w:val="20"/>
        </w:rPr>
        <w:t>[10 . 349]</w:t>
      </w:r>
    </w:p>
    <w:p>
      <w:r>
        <w:rPr>
          <w:rFonts w:ascii="Gentium Plus" w:hAnsi="Gentium Plus"/>
          <w:sz w:val="24"/>
        </w:rPr>
        <w:t>Θεσσαλὸς ὑπὲρ αὐτῶν, ἵν’ ἤτοι τὴν ἄγνοιαν ἢ τὴν ἀσυμφω‐ νίαν αὐτοῦ πρὸς ἑαυτὸν ἐπιδείξῃ. ἤτοι γὰρ ἄλογα καὶ ψευδῆ περὶ αὐτῶν ἐροῦσιν, ἢ εἴπερ ἀληθῆ τίς φησι, τὴν ἔνδειξιν αὐτῶν ἀναγκαῖον ἐκ τῆς οὐσίας γενέσθαι τοῦ μορίου καὶ</w:t>
      </w:r>
    </w:p>
    <w:p>
      <w:r>
        <w:rPr>
          <w:rFonts w:ascii="Courier New" w:hAnsi="Courier New"/>
          <w:color w:val="555555"/>
          <w:sz w:val="20"/>
        </w:rPr>
        <w:t>[5]</w:t>
      </w:r>
    </w:p>
    <w:p>
      <w:r>
        <w:rPr>
          <w:rFonts w:ascii="Gentium Plus" w:hAnsi="Gentium Plus"/>
          <w:sz w:val="24"/>
        </w:rPr>
        <w:t>προσέτι θέσεώς τε καὶ διαπλάσεως. ὑποκείσθω γὰρ αὐτοὺς ἐπίστασθαι διαγινώσκειν ἕλκος ἐν πνεύμονι ῥυπαρὸν καὶ κα‐ θαρὸν, ἀφλέγμαντόν τε καὶ φλεγμαῖνον, ὁμαλές τε καὶ κοῖ‐ λον· ἔτι δὲ καὶ τοῦτ’ αὐτοῖς συγχωρείσθω γιγνώσκειν· οὐ μὴν οὐδ’ αὐτοῦ καίτοι γε μικροτάτου γε ὄντος ἔχουσιν εἰπεῖν</w:t>
      </w:r>
    </w:p>
    <w:p>
      <w:r>
        <w:rPr>
          <w:rFonts w:ascii="Courier New" w:hAnsi="Courier New"/>
          <w:color w:val="555555"/>
          <w:sz w:val="20"/>
        </w:rPr>
        <w:t>[10]</w:t>
      </w:r>
    </w:p>
    <w:p>
      <w:r>
        <w:rPr>
          <w:rFonts w:ascii="Gentium Plus" w:hAnsi="Gentium Plus"/>
          <w:sz w:val="24"/>
        </w:rPr>
        <w:t>ἰδίαν εὕρεσιν, ὅτι τὸ τοιοῦτον ἕλκος ὑπὸ τοῦ χλωροῦ φαρ‐ μάκου γίγνεται καθαρὸν, εἰ βούλει τοῦ Μαχαιρίωνος ἢ τῆς Ἴσιδος, οὐδὲν γὰρ διαφέρει. τί ποτε οὖν ποιήσουσιν ἐπὶ τοῦ κατὰ τὸ σπλάγχνον ἕλκους, ἀποκρινέσθωσαν ἡμῖν. ἆρά γε καταπιεῖν δώσουσι τοῦ χλωροῦ φαρμάκου; γελοῖον μὲν</w:t>
      </w:r>
    </w:p>
    <w:p>
      <w:r>
        <w:rPr>
          <w:rFonts w:ascii="Courier New" w:hAnsi="Courier New"/>
          <w:color w:val="555555"/>
          <w:sz w:val="20"/>
        </w:rPr>
        <w:t>[15]</w:t>
      </w:r>
    </w:p>
    <w:p>
      <w:r>
        <w:rPr>
          <w:rFonts w:ascii="Gentium Plus" w:hAnsi="Gentium Plus"/>
          <w:sz w:val="24"/>
        </w:rPr>
        <w:t>ὅλως τὸ πρᾶγμα. ἐπειδὴ γὰρ ἐκ τῆς ἀνατομῆς ἔγνωσται ἡ εἰς τὸν πνεύμονα τῶν φαρμάκων δίοδος, οἱ δ’ ἀπὸ τοῦ Θεσσα‐ λοῦ τὴν ἀνατομὴν διαπτύουσι, πόθεν γνώσονται ὅπως εἰς</w:t>
      </w:r>
    </w:p>
    <w:p>
      <w:r>
        <w:rPr>
          <w:rFonts w:ascii="Courier New" w:hAnsi="Courier New"/>
          <w:color w:val="555555"/>
          <w:sz w:val="20"/>
        </w:rPr>
        <w:t>[10 . 350]</w:t>
      </w:r>
    </w:p>
    <w:p>
      <w:r>
        <w:rPr>
          <w:rFonts w:ascii="Gentium Plus" w:hAnsi="Gentium Plus"/>
          <w:sz w:val="24"/>
        </w:rPr>
        <w:t>πόθεν ἴσασιν ἐνεχθησόμενον εἰς τὸν πνεύμονα τὸ τοιοῦτον φάρμακον; εἰ δ’ ἄρα καὶ τοῦτ’ ἴσασιν, ἀλλ’ ὅτι γε φυλάξει τὴν αὐτὴν δύναμιν, ἣν ἐπὶ τῶν ἑλκῶν τῶν ἐκτὸς εἶχεν, οὐχ οἷόν τε γιγνώσκειν αὐτοῖς. ἀλλὰ δὴ καὶ γινωσκέτωσαν ὅτι τε</w:t>
      </w:r>
    </w:p>
    <w:p>
      <w:r>
        <w:rPr>
          <w:rFonts w:ascii="Courier New" w:hAnsi="Courier New"/>
          <w:color w:val="555555"/>
          <w:sz w:val="20"/>
        </w:rPr>
        <w:t>[5]</w:t>
      </w:r>
    </w:p>
    <w:p>
      <w:r>
        <w:rPr>
          <w:rFonts w:ascii="Gentium Plus" w:hAnsi="Gentium Plus"/>
          <w:sz w:val="24"/>
        </w:rPr>
        <w:t>φυλάξει τὴν αὐτὴν δύναμιν ἣν ἐπὶ τῶν ἐκτὸς ἑλκῶν εἶχε καὶ ὅτι καθαριεῖ τὸν ῥύπον· οὐ μὴν ὅτι γε βῆχα κινήσει δυ‐ νατὸν αὐτοῖς ἐπίστασθαι· χωρὶς δὲ τοῦ διὰ βηχὸς ἐκκαθαρ‐ θῆναι τὸν ῥύπον οὐδὲ τοῦ ῥύπτοντός ἐστι χρεία φαρμάκου. συγχωρείσθω δὲ οὖν καὶ τοῦτ’ αὐτοῖς. ἀλλὰ τό γε διάφορον</w:t>
      </w:r>
    </w:p>
    <w:p>
      <w:r>
        <w:rPr>
          <w:rFonts w:ascii="Courier New" w:hAnsi="Courier New"/>
          <w:color w:val="555555"/>
          <w:sz w:val="20"/>
        </w:rPr>
        <w:t>[10]</w:t>
      </w:r>
    </w:p>
    <w:p>
      <w:r>
        <w:rPr>
          <w:rFonts w:ascii="Gentium Plus" w:hAnsi="Gentium Plus"/>
          <w:sz w:val="24"/>
        </w:rPr>
        <w:t>ἐφ’ ἕλκους πεποιῆσθαι θεραπείαν ἐν μηρῷ καὶ πνεύμονι γε‐ γονότος οὐ δύνανται φυγεῖν, εἴ γε τὸ μὲν ὕδατι περιπλύ‐ νουσι, τὸ δὲ ταῖς βηξὶν ἐκκαθαίρουσιν. ὑποκείσθω δὲ πάλιν ἐν τῷ πνεύμονι περικεχύσθαι τῷ ἕλκει παχὺ πῦον· ἆρά γε καὶ νῦν τὸ χλωρὸν δώσουσι φάρμακον, ἢ μέλιτος ἐκλείχειν</w:t>
      </w:r>
    </w:p>
    <w:p>
      <w:r>
        <w:rPr>
          <w:rFonts w:ascii="Courier New" w:hAnsi="Courier New"/>
          <w:color w:val="555555"/>
          <w:sz w:val="20"/>
        </w:rPr>
        <w:t>[15]</w:t>
      </w:r>
    </w:p>
    <w:p>
      <w:r>
        <w:rPr>
          <w:rFonts w:ascii="Gentium Plus" w:hAnsi="Gentium Plus"/>
          <w:sz w:val="24"/>
        </w:rPr>
        <w:t>κελεύσουσιν; ἀλλὰ καὶ τοῦτ’ αὐτὸ πόθεν εὑρήκασι λεγέτω‐ σαν. οὐ γὰρ δὴ τοῦτό γε φήσουσιν, ὅτι λεπτυντικήν τινα καὶ τμητικὴν ἔχει δύναμιν, αὐτοί γε ἑκόντες ἀποστάντες τοῦ ζη‐</w:t>
      </w:r>
    </w:p>
    <w:p>
      <w:r>
        <w:rPr>
          <w:rFonts w:ascii="Courier New" w:hAnsi="Courier New"/>
          <w:color w:val="555555"/>
          <w:sz w:val="20"/>
        </w:rPr>
        <w:t>[10 . 351]</w:t>
      </w:r>
    </w:p>
    <w:p>
      <w:r>
        <w:rPr>
          <w:rFonts w:ascii="Gentium Plus" w:hAnsi="Gentium Plus"/>
          <w:sz w:val="24"/>
        </w:rPr>
        <w:t>κοῖς εὕρηται τὸ μέλι κατὰ τοιάνδε συνδρομὴν ἐπιτήδειον, ἔνεστιν αὐτοῖς ὁμοίως ἐκείνοις χρῆσθαι· πρῶτον μὲν ὅτι τῆς ἐμπειρίας καταφρονοῦσιν· ἔπειτα δὲ ὅτι κατὰ τὰς τοιαύτας συνδρομὰς ὁ ἐμπειρικὸς ἥτις μέν ἐστιν ἡ ἐν τῷ πνεύμονι</w:t>
      </w:r>
    </w:p>
    <w:p>
      <w:r>
        <w:rPr>
          <w:rFonts w:ascii="Courier New" w:hAnsi="Courier New"/>
          <w:color w:val="555555"/>
          <w:sz w:val="20"/>
        </w:rPr>
        <w:t>[5]</w:t>
      </w:r>
    </w:p>
    <w:p>
      <w:r>
        <w:rPr>
          <w:rFonts w:ascii="Gentium Plus" w:hAnsi="Gentium Plus"/>
          <w:sz w:val="24"/>
        </w:rPr>
        <w:t>διάθεσις ἀγνοεῖν φησὶ, τετηρῆσθαι δ’ ἐκ πείρας ἑαυτῷ τὰ συμφέροντα. Θεσσαλῷ δὲ οὐκ ἀρκεῖ θεραπεύειν ὃ μηδ’ ὅλως οἶδεν, ἀλλ’ ἀπὸ τῆς τῶν παθῶν ἐνδείξεως ὁρ‐ μᾶται. εἰ δὲ δὴ καὶ πάντ’ αὐτῷ συγχωρήσαιμεν, ὥσπερ καὶ πρόσθεν, ὁμοίως ἡμῖν ἐπίστασθαι, τό γ’ ἐπὶ τοῖς δια‐</w:t>
      </w:r>
    </w:p>
    <w:p>
      <w:r>
        <w:rPr>
          <w:rFonts w:ascii="Courier New" w:hAnsi="Courier New"/>
          <w:color w:val="555555"/>
          <w:sz w:val="20"/>
        </w:rPr>
        <w:t>[10]</w:t>
      </w:r>
    </w:p>
    <w:p>
      <w:r>
        <w:rPr>
          <w:rFonts w:ascii="Gentium Plus" w:hAnsi="Gentium Plus"/>
          <w:sz w:val="24"/>
        </w:rPr>
        <w:t>φέρουσι μέρεσιν ἐξαλλάττεσθαι τὴν θεραπείαν κατ’ εἶδος οὐκ ἄν ποτε ἐκφύγοι. οὐ γὰρ δήπου ταὐτόν ἐστιν ἢ με‐ λίκρατον εἰς μήτραν ἐγχέαι δι’ ἕλκος ῥυπαρὸν, ἢ μέλιτος ἐσθίειν, ἢ καταπλύνειν σπόγγῳ τὸ ἕλκος· ἀλλὰ ταῦτα μὲν ἔτι σμικρὰ, μέγιστα δὲ ἐκεῖνα. χρόνιον ἀφλέγμαντον ἕλκος</w:t>
      </w:r>
    </w:p>
    <w:p>
      <w:r>
        <w:rPr>
          <w:rFonts w:ascii="Courier New" w:hAnsi="Courier New"/>
          <w:color w:val="555555"/>
          <w:sz w:val="20"/>
        </w:rPr>
        <w:t>[15]</w:t>
      </w:r>
    </w:p>
    <w:p>
      <w:r>
        <w:rPr>
          <w:rFonts w:ascii="Gentium Plus" w:hAnsi="Gentium Plus"/>
          <w:sz w:val="24"/>
        </w:rPr>
        <w:t>ἐν πολλοῖς ὑποκείσθω μέρεσιν, ὀφθαλμῷ καὶ ἀκοῇ καὶ μυκτῆρι καὶ στόματι καὶ μηρῷ καὶ γαστρὶ καὶ μήτρᾳ καὶ ἕδρᾳ καὶ αἰδοίῳ· προσυποκείσθω δὲ, εἰ βούλει, τὸ ἕλκος ἢ</w:t>
      </w:r>
    </w:p>
    <w:p>
      <w:r>
        <w:rPr>
          <w:rFonts w:ascii="Courier New" w:hAnsi="Courier New"/>
          <w:color w:val="555555"/>
          <w:sz w:val="20"/>
        </w:rPr>
        <w:t>[10 . 352]</w:t>
      </w:r>
    </w:p>
    <w:p>
      <w:r>
        <w:rPr>
          <w:rFonts w:ascii="Gentium Plus" w:hAnsi="Gentium Plus"/>
          <w:sz w:val="24"/>
        </w:rPr>
        <w:t>νάσθωσαν ἡμῖν οἱ ἀπὸ Θεσσαλοῦ, τοῦ μηδὲν ὅλως περὶ τῶν τοιούτων διορισαμένου, πῶς ἐπουλώσομεν αὐτὸ τῷ διὰ τῆς καδμείας νὴ Δία· τοῦτο γὰρ ἐπουλώσει καλῶς τὸ κατὰ τὸν μηρὸν ἕλκος· ἆρ’ οὖν καὶ τὸ κατὰ τὸν ἀκου‐</w:t>
      </w:r>
    </w:p>
    <w:p>
      <w:r>
        <w:rPr>
          <w:rFonts w:ascii="Courier New" w:hAnsi="Courier New"/>
          <w:color w:val="555555"/>
          <w:sz w:val="20"/>
        </w:rPr>
        <w:t>[5]</w:t>
      </w:r>
    </w:p>
    <w:p>
      <w:r>
        <w:rPr>
          <w:rFonts w:ascii="Gentium Plus" w:hAnsi="Gentium Plus"/>
          <w:sz w:val="24"/>
        </w:rPr>
        <w:t>στικὸν πόρον; ἄπιστον μὲν ἴσως ἐρῶ, ἀλλ’ ἴσασιν οἱ θεοὶ, χρόνιον ἕλκος εὗρόν ποτε τῶν σοφωτάτων τινὰ Θεσσα‐ λείων οὕτω θεραπεύοντα. θᾶττον δ’ ἂν ἐσάπη τὸ οὖς τἀνθρώπῳ καὶ σκώληκας ἔσχεν, ἢ τῷ διὰ τῆς καδμείας ἐπουλώθη φαρμάκῳ· συγχωρήσαντες δ’ ὅμως αὐτῷ πλεί‐</w:t>
      </w:r>
    </w:p>
    <w:p>
      <w:r>
        <w:rPr>
          <w:rFonts w:ascii="Courier New" w:hAnsi="Courier New"/>
          <w:color w:val="555555"/>
          <w:sz w:val="20"/>
        </w:rPr>
        <w:t>[10]</w:t>
      </w:r>
    </w:p>
    <w:p>
      <w:r>
        <w:rPr>
          <w:rFonts w:ascii="Gentium Plus" w:hAnsi="Gentium Plus"/>
          <w:sz w:val="24"/>
        </w:rPr>
        <w:t>οσι χρήσασθαι ἡμέραις, ἐπειδὴ καθ’ ἑκάστην δυσωδέστερόν τε τὸ οὖς ἐγένετο καὶ ἰχώρων μεστὸν, ἀπιστότερον ἔτι τοῦ πρόσθεν ἐθεασάμεθα τολμηθέν. οἰηθεὶς γὰρ φλεγμαί‐ νειν ἐν τῷ βάθει τὸν πόρον, ἐπὶ τὴν τετραφάρμακον ἧκεν, ὃ πολὺ δὴ μᾶλλον ἔμελλε σήψειν τὸ μόριον· οὐδὲ γὰρ ξη‐</w:t>
      </w:r>
    </w:p>
    <w:p>
      <w:r>
        <w:rPr>
          <w:rFonts w:ascii="Courier New" w:hAnsi="Courier New"/>
          <w:color w:val="555555"/>
          <w:sz w:val="20"/>
        </w:rPr>
        <w:t>[15]</w:t>
      </w:r>
    </w:p>
    <w:p>
      <w:r>
        <w:rPr>
          <w:rFonts w:ascii="Gentium Plus" w:hAnsi="Gentium Plus"/>
          <w:sz w:val="24"/>
        </w:rPr>
        <w:t>ραίνειν ὅλως ἕλκη δυνατόν ἐστιν, ἀλλὰ πέττειν τὰ φλεγ‐ μαίνοντα. ἅτε δ’ ἐναντιωτάτῳ τῆς διαθέσεως αὐτοῦ χρη‐</w:t>
      </w:r>
    </w:p>
    <w:p>
      <w:r>
        <w:rPr>
          <w:rFonts w:ascii="Courier New" w:hAnsi="Courier New"/>
          <w:color w:val="555555"/>
          <w:sz w:val="20"/>
        </w:rPr>
        <w:t>[10 . 353]</w:t>
      </w:r>
    </w:p>
    <w:p>
      <w:r>
        <w:rPr>
          <w:rFonts w:ascii="Gentium Plus" w:hAnsi="Gentium Plus"/>
          <w:sz w:val="24"/>
        </w:rPr>
        <w:t>σιάσθη μὲν αὐτίκα τὸ τῶν ἰχώρων πλῆθος, ἀφόρητος δ’ ἦν ἡ δυσωδία. οὔκουν ἔτι συνεχώρουν οἱ οἰκεῖοι τοῦ ὠτὸς ἅπτεσθαι τῷ Θεσσαλείῳ· ὁ δ’ ὑπ’ ἀναισχυντίας τε ἅμα καὶ ἀναισθησίας ἠξίου μὴ μόνον ἐντιθέναι τι τῆς</w:t>
      </w:r>
    </w:p>
    <w:p>
      <w:r>
        <w:rPr>
          <w:rFonts w:ascii="Courier New" w:hAnsi="Courier New"/>
          <w:color w:val="555555"/>
          <w:sz w:val="20"/>
        </w:rPr>
        <w:t>[5]</w:t>
      </w:r>
    </w:p>
    <w:p>
      <w:r>
        <w:rPr>
          <w:rFonts w:ascii="Gentium Plus" w:hAnsi="Gentium Plus"/>
          <w:sz w:val="24"/>
        </w:rPr>
        <w:t>τετραφαρμάκου δυνάμεως, ἀλλὰ καὶ καταπλάττειν ἔξωθεν αὐτῷ χαλαστικῷ καταπλάσματι. τῶν δ’ οἰκείων ἀπελαυ‐ νόντων τε καὶ δεδιότων ἐν μεγάλῳ κακῷ τὸν πάσχοντα γενέσθαι, παρεκαλέσαμεν ἡμεῖς ἔτι μίαν ἡμέραν ἐπιτρέψαι τῷ Θεσσαλείῳ τὴν θεραπείαν αὐτοῦ. ἔμελλον δὲ δήπου</w:t>
      </w:r>
    </w:p>
    <w:p>
      <w:r>
        <w:rPr>
          <w:rFonts w:ascii="Courier New" w:hAnsi="Courier New"/>
          <w:color w:val="555555"/>
          <w:sz w:val="20"/>
        </w:rPr>
        <w:t>[10]</w:t>
      </w:r>
    </w:p>
    <w:p>
      <w:r>
        <w:rPr>
          <w:rFonts w:ascii="Gentium Plus" w:hAnsi="Gentium Plus"/>
          <w:sz w:val="24"/>
        </w:rPr>
        <w:t>κατὰ τὴν ὑστεραίαν ὅ τε ἰχὼρ ἔσεσθαι πολλαπλάσιος ἥ τε ὀδμὴ δυσωδεστάτη. καθ’ ἣν ἐπειράθην εἰ οἷόν τ’ εἴη με‐ ταπεῖσαι τὸν Θεσσάλειον ὄνον, ὅπως μὴ πάντας ἐπιτρίβῃ τοὺς πάσχοντας, ἀλλά τινας ἤδη ποτὲ κᾂν ὀλίγους δυνη‐ θείη σῶσαι, τῆς ἀμεθοδωτάτου αἱρέσεως ἀποστάς. ἠρξά‐</w:t>
      </w:r>
    </w:p>
    <w:p>
      <w:r>
        <w:rPr>
          <w:rFonts w:ascii="Courier New" w:hAnsi="Courier New"/>
          <w:color w:val="555555"/>
          <w:sz w:val="20"/>
        </w:rPr>
        <w:t>[15]</w:t>
      </w:r>
    </w:p>
    <w:p>
      <w:r>
        <w:rPr>
          <w:rFonts w:ascii="Gentium Plus" w:hAnsi="Gentium Plus"/>
          <w:sz w:val="24"/>
        </w:rPr>
        <w:t>μην μὲν οὖν λόγου τοιοῦδε πρὸς αὐτόν. ἆρα οὐχὶ φλεγ‐ μονή σοι δοκεῖ κατὰ βάθος εἶναι τοῦ πόρου καὶ διὰ τοῦτο χαλαστικοῖς χρᾷ βοηθήμασιν; ὁ δὲ καὶ πάνυ διετείνετο καὶ</w:t>
      </w:r>
    </w:p>
    <w:p>
      <w:r>
        <w:rPr>
          <w:rFonts w:ascii="Courier New" w:hAnsi="Courier New"/>
          <w:color w:val="555555"/>
          <w:sz w:val="20"/>
        </w:rPr>
        <w:t>[10 . 354]</w:t>
      </w:r>
    </w:p>
    <w:p>
      <w:r>
        <w:rPr>
          <w:rFonts w:ascii="Gentium Plus" w:hAnsi="Gentium Plus"/>
          <w:sz w:val="24"/>
        </w:rPr>
        <w:t>ἐθεάσω σύ ποτε φλεγμαῖνον ἕλκος, ὄξει δριμυτάτῳ μετὰ Γλαυκίου θεραπευθέν; οὐ μὲν οὖν, εἶπεν, ἀλλ’ εἰ τὸν Ἀν‐ δρώνειόν τις κυκλίσκον ὄξει δεύσας χρῷτο, τάχα δ’ ἂν, ἔφη, καὶ σπασθείη. ἐὰν οὖν, εἶπον, ἄλλο τι φάρμακον οὐκ ὀλίγῳ</w:t>
      </w:r>
    </w:p>
    <w:p>
      <w:r>
        <w:rPr>
          <w:rFonts w:ascii="Courier New" w:hAnsi="Courier New"/>
          <w:color w:val="555555"/>
          <w:sz w:val="20"/>
        </w:rPr>
        <w:t>[5]</w:t>
      </w:r>
    </w:p>
    <w:p>
      <w:r>
        <w:rPr>
          <w:rFonts w:ascii="Gentium Plus" w:hAnsi="Gentium Plus"/>
          <w:sz w:val="24"/>
        </w:rPr>
        <w:t>τοῦ Ἀνδρωνείου σφοδρότερον ὄξει τις δριμυτάτῳ διεὶς χρή‐ σηται καὶ ταῦτ’ εἰς οὖς ἐγγὺς οὕτω μόριον ἐγκεφάλου καὶ μηνίγγων, ἆρ’ οὐκ ὄντως σπασθήσεται κατὰ τὸν σὸν λόγον, εἴπερ γε φλεγμονή τις ὑπόκειται; ταῦτ’ ἐδόκει κᾀ‐ κείνῳ καὶ τοῖς ἄλλοις τοῖς συμπαροῦσιν ἀληθῶς εἰρῆσθαι.</w:t>
      </w:r>
    </w:p>
    <w:p>
      <w:r>
        <w:rPr>
          <w:rFonts w:ascii="Courier New" w:hAnsi="Courier New"/>
          <w:color w:val="555555"/>
          <w:sz w:val="20"/>
        </w:rPr>
        <w:t>[10]</w:t>
      </w:r>
    </w:p>
    <w:p>
      <w:r>
        <w:rPr>
          <w:rFonts w:ascii="Gentium Plus" w:hAnsi="Gentium Plus"/>
          <w:sz w:val="24"/>
        </w:rPr>
        <w:t>ὅσον μὲν οὖν, ἔφην, ἐπὶ τῷ δεῖσθαι τὴν διάθεσιν τῶν μο‐ ρίων ἐκτεθηλυσμένων ὑπὸ τῆς σῆς ἀγωγῆς ἐσχάτως ξηραι‐ νόντων φαρμάκων ἐχρησάμην ἂν ἤδη τοιούτῳ· νυνὶ δ’ ἐπει‐ δὴ κακὸν ἔθος εἴθισας τὰ μόρια πλείοσιν ἡμέραις, ἐπὶ τοὐν‐ αντίον αὐτὰ μετάγειν ἀθρόως οὐκ ἔτ’ ἐγχωρεῖ. σοὶ μὲν γὰρ</w:t>
      </w:r>
    </w:p>
    <w:p>
      <w:r>
        <w:rPr>
          <w:rFonts w:ascii="Courier New" w:hAnsi="Courier New"/>
          <w:color w:val="555555"/>
          <w:sz w:val="20"/>
        </w:rPr>
        <w:t>[15]</w:t>
      </w:r>
    </w:p>
    <w:p>
      <w:r>
        <w:rPr>
          <w:rFonts w:ascii="Gentium Plus" w:hAnsi="Gentium Plus"/>
          <w:sz w:val="24"/>
        </w:rPr>
        <w:t>καὶ Θεσσαλῷ καταφρονεῖν ἔθους ἔξεστιν, ὥσπερ καὶ φύσεως μερῶν· ἡμῖν δ’ οὐκ ἔξεστιν· ἀλλὰ τῇ μὲν πρώτῃ τῶν ἡμε‐ ρῶν ὄξει χρήσομαι μετὰ Γλαυκίου, τῇ δὲ δευτέρᾳ τῷ Ἀν‐</w:t>
      </w:r>
    </w:p>
    <w:p>
      <w:r>
        <w:rPr>
          <w:rFonts w:ascii="Courier New" w:hAnsi="Courier New"/>
          <w:color w:val="555555"/>
          <w:sz w:val="20"/>
        </w:rPr>
        <w:t>[10 . 355]</w:t>
      </w:r>
    </w:p>
    <w:p>
      <w:r>
        <w:rPr>
          <w:rFonts w:ascii="Gentium Plus" w:hAnsi="Gentium Plus"/>
          <w:sz w:val="24"/>
        </w:rPr>
        <w:t>Ἀνδρωνείου παραγενήσομαι φάρμακον, ᾧ χρησάμενος ἡμέ‐ ραις τρισὶν, ἢ καὶ τέτταρσιν, ἐάν μοι φαίνηται δεῖσθαι σφο‐ δροτέρου φαρμάκου τὸ ἕλκος, οὐκ ὀκνήσω κᾀκείνῳ χρήσε‐ σθαι. ἔξωθεν δ’, ἔφην, ἐπιθήσω τῇ κεφαλῇ κατὰ τὸ τοῦ</w:t>
      </w:r>
    </w:p>
    <w:p>
      <w:r>
        <w:rPr>
          <w:rFonts w:ascii="Courier New" w:hAnsi="Courier New"/>
          <w:color w:val="555555"/>
          <w:sz w:val="20"/>
        </w:rPr>
        <w:t>[5]</w:t>
      </w:r>
    </w:p>
    <w:p>
      <w:r>
        <w:rPr>
          <w:rFonts w:ascii="Gentium Plus" w:hAnsi="Gentium Plus"/>
          <w:sz w:val="24"/>
        </w:rPr>
        <w:t>πεπονθότος ὠτὸς χωρίον οὐ μὰ Δί’ ὡς σὺ κατάπλασμα χα‐ λαστικὸν, ἀλλά τι τῶν ξηραντικωτάτων φαρμάκων, ὁποῖόν ἐστι τὸ διὰ τῶν ἰτεῶν, ἢ καὶ αὐτοῦ τοῦ Ἀνδρωνείου κατα‐ χρίσω μετ’ ὄξους, ἢ τῶν τούτου τινὶ ξηραντικωτέρων. ἐπεὶ γὰρ ξηρὸν ἐσχάτως ἐστὶ τὸ θεραπευόμενον μόριον, ἀναγκαῖον</w:t>
      </w:r>
    </w:p>
    <w:p>
      <w:r>
        <w:rPr>
          <w:rFonts w:ascii="Courier New" w:hAnsi="Courier New"/>
          <w:color w:val="555555"/>
          <w:sz w:val="20"/>
        </w:rPr>
        <w:t>[10]</w:t>
      </w:r>
    </w:p>
    <w:p>
      <w:r>
        <w:rPr>
          <w:rFonts w:ascii="Gentium Plus" w:hAnsi="Gentium Plus"/>
          <w:sz w:val="24"/>
        </w:rPr>
        <w:t>αὐτὸ ξηραίνειν ἐσχάτως· ἐνδείκνυται γὰρ ὥσπερ τὸ πάθος τοὐναντίον ἑαυτῷ πρὸς τὴν θεραπείαν, οὕτω τὸ μόριον ὅ τί περ ἂν ὁμοιότατον ἑαυτῷ τυγχάνῃ. καὶ τοίνυν ὥσπερ εἶπον, οὕτω καὶ ἔπραξα, καὶ ὁ ἄνθρωπος ὑγιάσθη, μὴ δεηθεὶς ἰσχυροτέρων ἄλλων φαρμάκων. ἐπ’ ἐνίων μέντοι δεηθέντων,</w:t>
      </w:r>
    </w:p>
    <w:p>
      <w:r>
        <w:rPr>
          <w:rFonts w:ascii="Courier New" w:hAnsi="Courier New"/>
          <w:color w:val="555555"/>
          <w:sz w:val="20"/>
        </w:rPr>
        <w:t>[15]</w:t>
      </w:r>
    </w:p>
    <w:p>
      <w:r>
        <w:rPr>
          <w:rFonts w:ascii="Gentium Plus" w:hAnsi="Gentium Plus"/>
          <w:sz w:val="24"/>
        </w:rPr>
        <w:t>οἷς ἐξ ἐνιαυτοῦ καὶ δυοῖν ἐτῶν ἦν ἕλκη ἐν τῷ ὠτὶ, προσ‐ ηνέγκαμεν φάρμακον ἁπάντων τῶν ῥηθέντων ἰσχυρότερον· ἔστι δὲ καὶ ἡ καλουμένη σκωρία τοῦ σιδήρου, κοπτομένη τε</w:t>
      </w:r>
    </w:p>
    <w:p>
      <w:r>
        <w:rPr>
          <w:rFonts w:ascii="Courier New" w:hAnsi="Courier New"/>
          <w:color w:val="555555"/>
          <w:sz w:val="20"/>
        </w:rPr>
        <w:t>[10 . 356]</w:t>
      </w:r>
    </w:p>
    <w:p>
      <w:r>
        <w:rPr>
          <w:rFonts w:ascii="Gentium Plus" w:hAnsi="Gentium Plus"/>
          <w:sz w:val="24"/>
        </w:rPr>
        <w:t>μέχρι τοῦ χνοώδης γενέσθαι· μετὰ δὲ ταῦτα σὺν ὄξει δρι‐ μυτάτῳ καθεψομένη μέχρι τοῦ σύστασιν σχεῖν μελιτώδη τε καὶ γλοιώδη. δῆλον δ’ ὅτι πολλαπλάσιον εἶναι χρὴ τὸ ὄξος ἐν τῇ μίξει· ἀλλ’ ὅπερ εἶπον ἤδη πολλάκις, ἡ μὲν εὐπορία</w:t>
      </w:r>
    </w:p>
    <w:p>
      <w:r>
        <w:rPr>
          <w:rFonts w:ascii="Courier New" w:hAnsi="Courier New"/>
          <w:color w:val="555555"/>
          <w:sz w:val="20"/>
        </w:rPr>
        <w:t>[5]</w:t>
      </w:r>
    </w:p>
    <w:p>
      <w:r>
        <w:rPr>
          <w:rFonts w:ascii="Gentium Plus" w:hAnsi="Gentium Plus"/>
          <w:sz w:val="24"/>
        </w:rPr>
        <w:t>τῆς ὕλης τῶν φαρμάκων ἐξ ἑτέρων ὑπομνημάτων ἔσται σοι· τὰ δὲ τῆς μεθόδου περαινέσθω. τὸ γάρ τοι τῆς ἀκοῆς χω‐ ρίον, ἐπειδὴ ξηρότατον ἐστι, διὰ τοῦτο τῶν ἄκρως ξηραι‐ νόντων δεῖται φαρμάκων, ὧν οὐδὲν οὐδενὶ τῶν ἄλλων μο‐ ρίων ἁρμόττει προσφέρειν, ἀλλ’ ὀφθαλμῷ μὲν ἡλκωμένῳ τὸ</w:t>
      </w:r>
    </w:p>
    <w:p>
      <w:r>
        <w:rPr>
          <w:rFonts w:ascii="Courier New" w:hAnsi="Courier New"/>
          <w:color w:val="555555"/>
          <w:sz w:val="20"/>
        </w:rPr>
        <w:t>[10]</w:t>
      </w:r>
    </w:p>
    <w:p>
      <w:r>
        <w:rPr>
          <w:rFonts w:ascii="Gentium Plus" w:hAnsi="Gentium Plus"/>
          <w:sz w:val="24"/>
        </w:rPr>
        <w:t>διὰ τοῦ λιβανωτοῦ κολλύριον, εἰ οὕτως ἔτυχε· μυκτῆρσι δὲ πολὺ μὲν ξηραντικώτερον ἢ κατ’ ὀφθαλμοὺς, ἧττον δὲ ἢ κατ’ οὖς. ὥστε καὶ οἱ κυκλίσκοι πάντες οἱ προειρημένοι χρηστοὶ, καὶ τὸ τοῦ Μουσᾶ φάρμακον, ὅσα τ’ ἄλλα τοι‐ αῦτα. τῶν δ’ ἐν τοῖς στόμασιν ἑλκῶν ὅσα μὲν ἱκανῶς πλα‐</w:t>
      </w:r>
    </w:p>
    <w:p>
      <w:r>
        <w:rPr>
          <w:rFonts w:ascii="Courier New" w:hAnsi="Courier New"/>
          <w:color w:val="555555"/>
          <w:sz w:val="20"/>
        </w:rPr>
        <w:t>[15]</w:t>
      </w:r>
    </w:p>
    <w:p>
      <w:r>
        <w:rPr>
          <w:rFonts w:ascii="Gentium Plus" w:hAnsi="Gentium Plus"/>
          <w:sz w:val="24"/>
        </w:rPr>
        <w:t>δαρὰ τῶν ξηραινόντων ἰσχυρῶς δεῖται φαρμάκων, οἷον τοῦ διφρυγοῦς αὐτοῦ τε καθ’ αὑτὸ καὶ μετὰ μέλιτος, οἴνου τε καὶ οἰνομέλιτος· ὡσαύτως δὲ καὶ τῆς ἴρεως καλουμένης·</w:t>
      </w:r>
    </w:p>
    <w:p>
      <w:r>
        <w:rPr>
          <w:rFonts w:ascii="Courier New" w:hAnsi="Courier New"/>
          <w:color w:val="555555"/>
          <w:sz w:val="20"/>
        </w:rPr>
        <w:t>[10 . 357]</w:t>
      </w:r>
    </w:p>
    <w:p>
      <w:r>
        <w:rPr>
          <w:rFonts w:ascii="Gentium Plus" w:hAnsi="Gentium Plus"/>
          <w:sz w:val="24"/>
        </w:rPr>
        <w:t>τος, ἢ οἴνου. ἀγαθὸν δ’ εἰς τὰ τοιαῦτα καὶ τὸ τοῦ Μουσᾶ φάρμακον, ὅ τε τοῦ ῥοῦ χυλὸς ὀμφάκιόν τε καὶ ὅσα πέρ ἐστιν ἄλλα γενναίως ξηραίνοντα. τί γὰρ δεῖ τὰς ὕλας ἐπέρχεσθαι; τὰ δ’ ἁπλούστερα τῶν ἐν τοῖς στόμασιν ἑλκῶν ἱκανὰ</w:t>
      </w:r>
    </w:p>
    <w:p>
      <w:r>
        <w:rPr>
          <w:rFonts w:ascii="Courier New" w:hAnsi="Courier New"/>
          <w:color w:val="555555"/>
          <w:sz w:val="20"/>
        </w:rPr>
        <w:t>[5]</w:t>
      </w:r>
    </w:p>
    <w:p>
      <w:r>
        <w:rPr>
          <w:rFonts w:ascii="Gentium Plus" w:hAnsi="Gentium Plus"/>
          <w:sz w:val="24"/>
        </w:rPr>
        <w:t>θεραπεύειν ἐστὶ καὶ τὰ μετρίως ξηραίνοντα φάρμακα· καθά‐ περ ταυτὶ τὰ διὰ τὸ συνεχὲς τῆς χρείας ὀνομασθέντα στομα‐ τικά· τό τε διὰ μύρων καὶ βάθου καρποῦ καὶ καρύων χλωρῶν λέμματος χυλοῦ, καὶ τούτων ἔτι μᾶλλον τὸ διὰ γλεύ‐ κους τε καὶ τῶν τῆς κυπαρίττου σφαιρίων. ὅσα δ’ ἱκανῶς</w:t>
      </w:r>
    </w:p>
    <w:p>
      <w:r>
        <w:rPr>
          <w:rFonts w:ascii="Courier New" w:hAnsi="Courier New"/>
          <w:color w:val="555555"/>
          <w:sz w:val="20"/>
        </w:rPr>
        <w:t>[10]</w:t>
      </w:r>
    </w:p>
    <w:p>
      <w:r>
        <w:rPr>
          <w:rFonts w:ascii="Gentium Plus" w:hAnsi="Gentium Plus"/>
          <w:sz w:val="24"/>
        </w:rPr>
        <w:t>ὑγρὰ τῶν ἐν τοῖς στόμασιν ἑλκῶν πλησίον ὀστῶν, ἔστι δὲ καὶ κίνδυνος διὰ τοῦτο καὶ αὐτὸ τὸ ὀστοῦν σφακελίσαι, σφο‐ δροτάτων ταῦτα δεῖται φαρμάκων διὰ τὴν τῶν ὀστῶν οὐσίαν ξηρὰν οὖσαν. ὥστ’ ἐγὼ λειαίνων ἀεὶ τοὺς προειρημένους κυ‐ κλίσκους ἐπιτίθημι τὸ φάρμακον ξηρόν.</w:t>
      </w:r>
    </w:p>
    <w:p>
      <w:r>
        <w:rPr>
          <w:rFonts w:ascii="Courier New" w:hAnsi="Courier New"/>
          <w:color w:val="555555"/>
          <w:sz w:val="20"/>
        </w:rPr>
        <w:t>[15]</w:t>
      </w:r>
    </w:p>
    <w:p>
      <w:r>
        <w:rPr>
          <w:rFonts w:ascii="Gentium Plus" w:hAnsi="Gentium Plus"/>
          <w:sz w:val="24"/>
        </w:rPr>
        <w:t>Εἴρηται δ’ ὀλίγον ἔμπροσθεν καὶ τῶν κατὰ κύστιν καὶ μήτραν ἔντερά τε καὶ πνεύμονα τὰ γένη τῶν φαρμάκων, οἷς ἐφ’ ἑκάστου χρηστέον ἐστὶ, ἀπὸ μὲν τῆς</w:t>
      </w:r>
    </w:p>
    <w:p>
      <w:r>
        <w:rPr>
          <w:rFonts w:ascii="Courier New" w:hAnsi="Courier New"/>
          <w:color w:val="555555"/>
          <w:sz w:val="20"/>
        </w:rPr>
        <w:t>[10 . 358]</w:t>
      </w:r>
    </w:p>
    <w:p>
      <w:r>
        <w:rPr>
          <w:rFonts w:ascii="Gentium Plus" w:hAnsi="Gentium Plus"/>
          <w:sz w:val="24"/>
        </w:rPr>
        <w:t>νομένου μετὰ τοῦ προεπεσκέφθαι τὴν διάθεσιν, τοῦ τρόπου δὲ τῆς χρήσεως αὐτῶν ἀπό τε τῆς διαπλάσεως ἅμα καὶ τῆς θέσεως. ἐντεῦθεν γὰρ ἐπενοήθησαν ὠτεγχύται τε καὶ μητρεγ‐ χύται καὶ καθετῆρες καὶ κλυστῆρες. ἐντεῦθεν δὲ καὶ ὅτι τὰ</w:t>
      </w:r>
    </w:p>
    <w:p>
      <w:r>
        <w:rPr>
          <w:rFonts w:ascii="Courier New" w:hAnsi="Courier New"/>
          <w:color w:val="555555"/>
          <w:sz w:val="20"/>
        </w:rPr>
        <w:t>[5]</w:t>
      </w:r>
    </w:p>
    <w:p>
      <w:r>
        <w:rPr>
          <w:rFonts w:ascii="Gentium Plus" w:hAnsi="Gentium Plus"/>
          <w:sz w:val="24"/>
        </w:rPr>
        <w:t>μὲν κατὰ γαστέρα καὶ θώρακα καὶ πνεύμονα συνιστάμενα τῶν ἑλκῶν διὰ τῶν ἐσθιομένων καὶ πινομένων θεραπεύεσθαι χρὴ, τὰ δὲ κατ’ ἔντερα ὅσα μὲν ἐγγὺς τῇ γαστρὶ, διὰ τῶν ἐσθιομένων καὶ πινομένων, ὅσα δ’ ἤδη κατωτέρω, διὰ τῶν ἐνιεμένων· οὔτε γὰρ τοῖς πλησίον τῆς γαστρὸς ἐπαναβῆναι</w:t>
      </w:r>
    </w:p>
    <w:p>
      <w:r>
        <w:rPr>
          <w:rFonts w:ascii="Courier New" w:hAnsi="Courier New"/>
          <w:color w:val="555555"/>
          <w:sz w:val="20"/>
        </w:rPr>
        <w:t>[10]</w:t>
      </w:r>
    </w:p>
    <w:p>
      <w:r>
        <w:rPr>
          <w:rFonts w:ascii="Gentium Plus" w:hAnsi="Gentium Plus"/>
          <w:sz w:val="24"/>
        </w:rPr>
        <w:t>δύναται τὸ διὰ τῆς ἕδρας ἐνιέμενον οὔτ’ εἰς τὰ κάτω τοῦ στόματος ληφθέντος ἡ δύναμις ἀκραιφνὴς ἐξικνεῖσθαι. διὰ τοῦτο καὶ ὅσα κατὰ θώρακα καὶ πνεύμονα συνίσταται τῶν ἑλκῶν ἅμα τε δυσιατότερα τῶν κατὰ τὴν γαστέρα, πόῤῥω γὰρ αὐτῶν ἡ θέσις, ὡς ἐκλύεσθαι τῶν φαρμάκων τὴν δύνα‐</w:t>
      </w:r>
    </w:p>
    <w:p>
      <w:r>
        <w:rPr>
          <w:rFonts w:ascii="Courier New" w:hAnsi="Courier New"/>
          <w:color w:val="555555"/>
          <w:sz w:val="20"/>
        </w:rPr>
        <w:t>[15]</w:t>
      </w:r>
    </w:p>
    <w:p>
      <w:r>
        <w:rPr>
          <w:rFonts w:ascii="Gentium Plus" w:hAnsi="Gentium Plus"/>
          <w:sz w:val="24"/>
        </w:rPr>
        <w:t>μιν, ἅμα τε δι’ αὐτὸ τοῦτο πολὺ σφοδροτέρων χρῄζει τῶν καταπινομένων φαρμάκων ἢ εἰ αὐτοῖς τοῖς ἕλκεσιν ἄντικρυς προσεφέρετο. καὶ διὰ τοῦτο ἐξεύρηται τοῖς ἰατροῖς, ἡνίκα</w:t>
      </w:r>
    </w:p>
    <w:p>
      <w:r>
        <w:rPr>
          <w:rFonts w:ascii="Courier New" w:hAnsi="Courier New"/>
          <w:color w:val="555555"/>
          <w:sz w:val="20"/>
        </w:rPr>
        <w:t>[10 . 359]</w:t>
      </w:r>
    </w:p>
    <w:p>
      <w:r>
        <w:rPr>
          <w:rFonts w:ascii="Gentium Plus" w:hAnsi="Gentium Plus"/>
          <w:sz w:val="24"/>
        </w:rPr>
        <w:t>τατά τε καὶ τμητικώτατα φάρμακα καὶ τοιαῦτα τὴν δύναμιν ὡς παροξῦναι τὸ ἕλκος, εἴπερ ἦν ἐν τῇ γαστρί. καὶ μέν γε τὸ διὰ τῶν βηχῶν ἐκκαθαίρειν αὐτὰ ἐκ τῆς διαπλάσεως ἐλήφθη τῶν μορίων, οὐδεμίαν ἐχόντων ἐκροὴν τοιαύτην οἵαν</w:t>
      </w:r>
    </w:p>
    <w:p>
      <w:r>
        <w:rPr>
          <w:rFonts w:ascii="Courier New" w:hAnsi="Courier New"/>
          <w:color w:val="555555"/>
          <w:sz w:val="20"/>
        </w:rPr>
        <w:t>[5]</w:t>
      </w:r>
    </w:p>
    <w:p>
      <w:r>
        <w:rPr>
          <w:rFonts w:ascii="Gentium Plus" w:hAnsi="Gentium Plus"/>
          <w:sz w:val="24"/>
        </w:rPr>
        <w:t>μήτρα καὶ κύστις καὶ ἕδρα καὶ ὦτα καὶ μυκτῆρες καὶ στόμα. διὰ τοῦτο καὶ ἡ γαστὴρ κατ’ ἄμφω τὰ μέρη καθαίρεσθαι δύ‐ ναται· ἄνω μὲν διὰ τῶν ἐμέτων, κάτω δ’ ὡς ἡ φύσις. ἀπὸ γάρ τοι τῶν μορίων ὡς ὀργανικῶν αἱ τοιαῦται τῶν ἐνδεί‐ ξεων, ὥσπερ αἱ κατὰ τὸ ξηραίνειν ἐνδείξεις, ἀπὸ τῆς οὐσίας</w:t>
      </w:r>
    </w:p>
    <w:p>
      <w:r>
        <w:rPr>
          <w:rFonts w:ascii="Courier New" w:hAnsi="Courier New"/>
          <w:color w:val="555555"/>
          <w:sz w:val="20"/>
        </w:rPr>
        <w:t>[10]</w:t>
      </w:r>
    </w:p>
    <w:p>
      <w:r>
        <w:rPr>
          <w:rFonts w:ascii="Gentium Plus" w:hAnsi="Gentium Plus"/>
          <w:sz w:val="24"/>
        </w:rPr>
        <w:t>αὐτῶν ὡς ὁμοιομερῶν. ἀπὸ δέ γε τῶν παθῶν αἱ τοιαῦται πάλιν οἷον ἀπὸ τῶν ἑλκῶν, ἐπειδὴ περὶ τούτων ὁ λόγος ἦν, ὅτι τε ξηραντέον, ὡς ἔμπροσθεν ἐδείκνυτο, καὶ ὅτι τῶν κατὰ τὴν γαστέρα τὸ πῦον ἀποπλῦναι βουλομένοις οὐκ ἀκίνδυνον ἐμεῖν· ὥσπερ εἰ καὶ ἄλλως ἀποῤῥίπτοις ἐμπεπλασμένον αὐτῇ</w:t>
      </w:r>
    </w:p>
    <w:p>
      <w:r>
        <w:rPr>
          <w:rFonts w:ascii="Courier New" w:hAnsi="Courier New"/>
          <w:color w:val="555555"/>
          <w:sz w:val="20"/>
        </w:rPr>
        <w:t>[15]</w:t>
      </w:r>
    </w:p>
    <w:p>
      <w:r>
        <w:rPr>
          <w:rFonts w:ascii="Gentium Plus" w:hAnsi="Gentium Plus"/>
          <w:sz w:val="24"/>
        </w:rPr>
        <w:t>φλέγμα δι’ ὀξυμέλιτός τε καὶ ῥαφανίδων, ἀλλὰ βέλτιον ὑπάγειν κάτω· κίνδυνος γὰρ ἐμοῦντι καὶ σπαράξαι τὸ ἡλκω‐ μένον καί τινα χυμὸν οὐ χρηστὸν ἐκ τῶν πλησίον ἐπισπᾶ‐</w:t>
      </w:r>
    </w:p>
    <w:p>
      <w:r>
        <w:rPr>
          <w:rFonts w:ascii="Courier New" w:hAnsi="Courier New"/>
          <w:color w:val="555555"/>
          <w:sz w:val="20"/>
        </w:rPr>
        <w:t>[10 . 360]</w:t>
      </w:r>
    </w:p>
    <w:p>
      <w:r>
        <w:rPr>
          <w:rFonts w:ascii="Gentium Plus" w:hAnsi="Gentium Plus"/>
          <w:sz w:val="24"/>
        </w:rPr>
        <w:t>ἑλκῶν δυσιατότατα· χωρὶς μὲν γὰρ τοῦ βήττειν οὐκ ἂν ἐκκαθαρθείη, βηττόντων δ’ ἐπιρήγνυται. δι’ ἀλλήλων οὖν αὐτοῖς κυκλεῖται τὸ κακόν· ἐπιφλεγμαίνοντα γὰρ αὖθις τὰ σπαραχθέντα δεύτερον αὖθις δεῖται πεφθῆναί τε τὴν</w:t>
      </w:r>
    </w:p>
    <w:p>
      <w:r>
        <w:rPr>
          <w:rFonts w:ascii="Courier New" w:hAnsi="Courier New"/>
          <w:color w:val="555555"/>
          <w:sz w:val="20"/>
        </w:rPr>
        <w:t>[5]</w:t>
      </w:r>
    </w:p>
    <w:p>
      <w:r>
        <w:rPr>
          <w:rFonts w:ascii="Gentium Plus" w:hAnsi="Gentium Plus"/>
          <w:sz w:val="24"/>
        </w:rPr>
        <w:t>φλεγμονὴν ἀποκαθαρθῆναί τε τὸ πῦον, ὥστ’ ἐκ πάντων αὐτοῖς παρεσκευάσθαι τὸ δυσίατον, οὔτε τῶν οἰκείων ἕλ‐ κεσι φαρμάκων ψαῦσαι δυναμένων τοῦ ἕλκους, ὡς ἐν γαστρὶ, καὶ φθανόντων ἐκλύεσθαι μεταξύ· καὶ ὅτι κι‐ νεῖται κατὰ τὰς ἀναπνοὰς καὶ σπαράττεται κατὰ τὰς βῆ‐</w:t>
      </w:r>
    </w:p>
    <w:p>
      <w:r>
        <w:rPr>
          <w:rFonts w:ascii="Courier New" w:hAnsi="Courier New"/>
          <w:color w:val="555555"/>
          <w:sz w:val="20"/>
        </w:rPr>
        <w:t>[10]</w:t>
      </w:r>
    </w:p>
    <w:p>
      <w:r>
        <w:rPr>
          <w:rFonts w:ascii="Gentium Plus" w:hAnsi="Gentium Plus"/>
          <w:sz w:val="24"/>
        </w:rPr>
        <w:t>χας. ὥσθ’ ὅταν ἀγγεῖον ἐν πνεύμονι ῥαγῇ, γιγνώσκειν χρὴ σαφῶς εἰ μὴ παραχρῆμα πρὶν φλεγμῆναι κολληθείη, μετὰ ταῦτά γε ἀνίατον ἐσόμενον. Ὅσα μέντοι τῶν ἑλκῶν ἐν ταῖς τραχείαις ἀρτηρίαις γίγνεται κατὰ τὸν ἔνδον αὐτῶν χιτῶνα, καὶ μάλισθ’</w:t>
      </w:r>
    </w:p>
    <w:p>
      <w:r>
        <w:rPr>
          <w:rFonts w:ascii="Courier New" w:hAnsi="Courier New"/>
          <w:color w:val="555555"/>
          <w:sz w:val="20"/>
        </w:rPr>
        <w:t>[15]</w:t>
      </w:r>
    </w:p>
    <w:p>
      <w:r>
        <w:rPr>
          <w:rFonts w:ascii="Gentium Plus" w:hAnsi="Gentium Plus"/>
          <w:sz w:val="24"/>
        </w:rPr>
        <w:t>ὅσα τοῦ λάρυγγος πλησίον, ἢ καὶ κατ’ αὐτόν ἐστι, ταῦτα θεραπεύεται· καὶ ἡμεῖς οὐκ ὀλίγους ἰασάμεθα τῶν οὕτω κα‐ μνόντων. εὕρομεν δὲ μάλιστα τὴν θεραπείαν αὐτῶν ἐνθένδε</w:t>
      </w:r>
    </w:p>
    <w:p>
      <w:r>
        <w:rPr>
          <w:rFonts w:ascii="Courier New" w:hAnsi="Courier New"/>
          <w:color w:val="555555"/>
          <w:sz w:val="20"/>
        </w:rPr>
        <w:t>[10 . 361]</w:t>
      </w:r>
    </w:p>
    <w:p>
      <w:r>
        <w:rPr>
          <w:rFonts w:ascii="Gentium Plus" w:hAnsi="Gentium Plus"/>
          <w:sz w:val="24"/>
        </w:rPr>
        <w:t>τον εἰσβάλλοντα. τότε νεανίσκος τις ἐνναταῖος ἐξήνθησεν ἕλκεσιν ὅλον τὸ σῶμα, καθάπερ καὶ οἱ ἄλλοι σχεδὸν ἅπαντες οἱ σωθέντες. ἐν τούτῳ δὲ καὶ ὑπέβηττε βραχέα. τῇ δ’ ὑστε‐ ραίᾳ λουσάμενος αὐτίκα μὲν ἔβηξε σφοδρότερον, ἀνηνέχθη</w:t>
      </w:r>
    </w:p>
    <w:p>
      <w:r>
        <w:rPr>
          <w:rFonts w:ascii="Courier New" w:hAnsi="Courier New"/>
          <w:color w:val="555555"/>
          <w:sz w:val="20"/>
        </w:rPr>
        <w:t>[5]</w:t>
      </w:r>
    </w:p>
    <w:p>
      <w:r>
        <w:rPr>
          <w:rFonts w:ascii="Gentium Plus" w:hAnsi="Gentium Plus"/>
          <w:sz w:val="24"/>
        </w:rPr>
        <w:t>δ’ αὐτῷ μετὰ τῆς βηχὸς, ἣν ὀνομάζουσιν ἐφελκίδα. καὶ ἡ αἴσθησις ἦν τἀνθρώπῳ σαφὴς κατὰ τὴν τραχεῖαν ἀρτηρίαν τὴν ἐν τῷ τραχήλῳ πλησίον τῆς σφαγῆς ἡλκωμένου τοῦ μέ‐ ρους. καὶ μέντοι καὶ διανοίξαντες αὐτοῦ τὸ στόμα κατε‐ σκεψάμεθα τὴν φάρυγγα, μή που κατ’ αὐτὴν εἴη τὸ ἕλκος.</w:t>
      </w:r>
    </w:p>
    <w:p>
      <w:r>
        <w:rPr>
          <w:rFonts w:ascii="Courier New" w:hAnsi="Courier New"/>
          <w:color w:val="555555"/>
          <w:sz w:val="20"/>
        </w:rPr>
        <w:t>[10]</w:t>
      </w:r>
    </w:p>
    <w:p>
      <w:r>
        <w:rPr>
          <w:rFonts w:ascii="Gentium Plus" w:hAnsi="Gentium Plus"/>
          <w:sz w:val="24"/>
        </w:rPr>
        <w:t>οὔτ’ οὖν οὕτως ἐπισκοπουμένοις ἐφαίνετο πεπονθέναι, καὶ πάντως ἂν ἐδόκει τῇ διόδῳ τῶν ἐσθιομένων τε καὶ πινομέ‐ νων αἴσθησις ἔσεσθαι τῷ κάμνοντι σαφὴς, εἴπερ ἕλκος ἦν αὐτόθι. καὶ μέντοι καὶ δι’ ὄξους καί τινα διὰ νάπυος ἐδώ‐ καμεν αὐτῷ προσενέγκασθαι βεβαιοτέρας ἕνεκα διαγνώσεως.</w:t>
      </w:r>
    </w:p>
    <w:p>
      <w:r>
        <w:rPr>
          <w:rFonts w:ascii="Courier New" w:hAnsi="Courier New"/>
          <w:color w:val="555555"/>
          <w:sz w:val="20"/>
        </w:rPr>
        <w:t>[15]</w:t>
      </w:r>
    </w:p>
    <w:p>
      <w:r>
        <w:rPr>
          <w:rFonts w:ascii="Gentium Plus" w:hAnsi="Gentium Plus"/>
          <w:sz w:val="24"/>
        </w:rPr>
        <w:t>οὔτ’ οὖν τούτων ἔδακνεν αὐτόν τι καὶ ἡ αἴσθησις ἦν ἐν τῷ τραχήλῳ σαφής· ἠρεθίζε τότε κατ’ ἐκεῖνο τὸ χωρίον ὡς ἐξορ‐ μᾷν εἰς βῆχας· συνεβουλεύομεν οὖν αὐτῷ ἀντέχειν καθόσον</w:t>
      </w:r>
    </w:p>
    <w:p>
      <w:r>
        <w:rPr>
          <w:rFonts w:ascii="Courier New" w:hAnsi="Courier New"/>
          <w:color w:val="555555"/>
          <w:sz w:val="20"/>
        </w:rPr>
        <w:t>[10 . 362]</w:t>
      </w:r>
    </w:p>
    <w:p>
      <w:r>
        <w:rPr>
          <w:rFonts w:ascii="Gentium Plus" w:hAnsi="Gentium Plus"/>
          <w:sz w:val="24"/>
        </w:rPr>
        <w:t>ἦν τὸ ἐρεθίζον, ἡμεῖς τε τρόπῳ παντὶ συνεπράττομεν εἰς οὐλὴν ἀχθῆναι τὸ ἕλκος, ἔξωθεν μὲν ἐπιτιθέντες τι τῶν ξη‐ ραινόντων φαρμάκων, ὕπτιον δὲ κατακλίναντες· εἶτα διδόν‐ τες ὑγρὸν φάρμακον τῶν πρὸς ἕλκη τοιαῦτα ποιούντων· καὶ</w:t>
      </w:r>
    </w:p>
    <w:p>
      <w:r>
        <w:rPr>
          <w:rFonts w:ascii="Courier New" w:hAnsi="Courier New"/>
          <w:color w:val="555555"/>
          <w:sz w:val="20"/>
        </w:rPr>
        <w:t>[5]</w:t>
      </w:r>
    </w:p>
    <w:p>
      <w:r>
        <w:rPr>
          <w:rFonts w:ascii="Gentium Plus" w:hAnsi="Gentium Plus"/>
          <w:sz w:val="24"/>
        </w:rPr>
        <w:t>τοῦτ’ ἐν τῷ στόματι κατέχειν ἀξιοῦντες, ἐπιτρέποντα βραχύ τι παραῤῥεῖν εἰς τὴν τραχεῖαν ἀρτηρίαν. καὶ τοίνυν οὕτω πραττόντων αἰσθάνεσθαι σαφῶς ἔφασκε τῆς ἀπὸ τοῦ φαρ‐ μάκου στύψεως περὶ τὸ ἕλκος, εἴτε κατὰ διάδοσιν γιγνομέ‐ νης, εἴτε καὶ αὐτοῦ τοῦ φαρμάκου περὶ τὸ ἕλκος δροσοειδῶς</w:t>
      </w:r>
    </w:p>
    <w:p>
      <w:r>
        <w:rPr>
          <w:rFonts w:ascii="Courier New" w:hAnsi="Courier New"/>
          <w:color w:val="555555"/>
          <w:sz w:val="20"/>
        </w:rPr>
        <w:t>[10]</w:t>
      </w:r>
    </w:p>
    <w:p>
      <w:r>
        <w:rPr>
          <w:rFonts w:ascii="Gentium Plus" w:hAnsi="Gentium Plus"/>
          <w:sz w:val="24"/>
        </w:rPr>
        <w:t>παραῤῥέοντος εἰς τὴν ἀρτηρίαν καὶ παρηθουμένου. ἦν δὲ οὐδ’ αὐτὸς ὁ κάμνων ἄπειρος τῆς ἰατρικῆς, ἀλλά τις τῶν ἐκ τριβῆς τε καὶ γυμνασίας ἐμπειρικῶς ἰατρευόντων. αἰσθά‐ νεσθαί τε οὖν ἔλεγε παραῤῥέοντος εἰς τὴν ἀρτηρίαν τοῦ φαρ‐ μάκου καί ποτε καὶ βῆχα κινοῦντος, ἀντεῖχε μέντοι πολλὰ</w:t>
      </w:r>
    </w:p>
    <w:p>
      <w:r>
        <w:rPr>
          <w:rFonts w:ascii="Courier New" w:hAnsi="Courier New"/>
          <w:color w:val="555555"/>
          <w:sz w:val="20"/>
        </w:rPr>
        <w:t>[15]</w:t>
      </w:r>
    </w:p>
    <w:p>
      <w:r>
        <w:rPr>
          <w:rFonts w:ascii="Gentium Plus" w:hAnsi="Gentium Plus"/>
          <w:sz w:val="24"/>
        </w:rPr>
        <w:t>μὴ βήττων. καὶ τοίνυν αὐτὸς προθυμηθεὶς ἐν Ῥώμῃ μὲν, ἔνθα περ ἐλοίμωξεν, ἄλλας τρεῖς ἡμέρας ἐπέμεινε μετὰ τὴν ἐννάτην· μετὰ ταῦτα δ’ ἐνθεὶς ἑαυτὸν πλοίῳ κατέπλευσε</w:t>
      </w:r>
    </w:p>
    <w:p>
      <w:r>
        <w:rPr>
          <w:rFonts w:ascii="Courier New" w:hAnsi="Courier New"/>
          <w:color w:val="555555"/>
          <w:sz w:val="20"/>
        </w:rPr>
        <w:t>[10 . 363]</w:t>
      </w:r>
    </w:p>
    <w:p>
      <w:r>
        <w:rPr>
          <w:rFonts w:ascii="Gentium Plus" w:hAnsi="Gentium Plus"/>
          <w:sz w:val="24"/>
        </w:rPr>
        <w:t>δ’ ὕστερον ἡμέρᾳ πλέων ἐν ταῖς Ταβίαις γίγνεται, καὶ κέ‐ χρηται τῷ γάλακτι θαυμαστήν τινα δύναμιν ὄντως ἔχοντι καὶ οὐ μάτην ἐπῃνημένῳ. καί μοι δοκεῖ καιρὸς ἥκειν εἰπεῖν τι περὶ γάλακτος χρήσεως οὐ τοῦ κατὰ τὰς Ταβίας μόνον,</w:t>
      </w:r>
    </w:p>
    <w:p>
      <w:r>
        <w:rPr>
          <w:rFonts w:ascii="Courier New" w:hAnsi="Courier New"/>
          <w:color w:val="555555"/>
          <w:sz w:val="20"/>
        </w:rPr>
        <w:t>[5]</w:t>
      </w:r>
    </w:p>
    <w:p>
      <w:r>
        <w:rPr>
          <w:rFonts w:ascii="Gentium Plus" w:hAnsi="Gentium Plus"/>
          <w:sz w:val="24"/>
        </w:rPr>
        <w:t>ἀλλὰ καὶ τοῦ ἄλλου παντός. οὐδὲ γὰρ τοὺς ἐν Ἰταλίᾳ μόνῃ χρὴ θεραπεύειν, ἀλλ’ ὅσον οἷόν τε τοὺς πανταχόθι. τῷ μὲν οὖν ἐν ταῖς Ταβίαις γάλακτι πολλὰ συνετέλεσεν εἰς ἀρε‐ τήν· αὐτό τε τὸ χωρίον ὑψηλὸν ὑπάρχον αὐτάρκως, ὅ τε πέριξ ἀὴρ ξηρὸς, ἥ τε νομὴ τοῖς ζώοις χρηστή. ταύτην</w:t>
      </w:r>
    </w:p>
    <w:p>
      <w:r>
        <w:rPr>
          <w:rFonts w:ascii="Courier New" w:hAnsi="Courier New"/>
          <w:color w:val="555555"/>
          <w:sz w:val="20"/>
        </w:rPr>
        <w:t>[10]</w:t>
      </w:r>
    </w:p>
    <w:p>
      <w:r>
        <w:rPr>
          <w:rFonts w:ascii="Gentium Plus" w:hAnsi="Gentium Plus"/>
          <w:sz w:val="24"/>
        </w:rPr>
        <w:t>μέν γε ἀλλαχόθι τεχνήσεσθαι δυνατὸν ἐν λόφῳ μετρίως ὑψηλῷ, φυτεύσαντας καὶ βοτάνας καὶ θάμνους, ὁπόσοι γάλα χρηστόν τε ἅμα καὶ στῦφον ἐργάσονται· λεχθήσεται δ’ αὐτῶν ὀλίγον ὕστερον παραδείγματα. τὸν μέντοι πέριξ ἀέρα κατα‐ σκευάσαι μὲν ὅμοιον ἀδύνατον, ἐκλέξασθαι δὲ τῶν ὄντων τὸν</w:t>
      </w:r>
    </w:p>
    <w:p>
      <w:r>
        <w:rPr>
          <w:rFonts w:ascii="Courier New" w:hAnsi="Courier New"/>
          <w:color w:val="555555"/>
          <w:sz w:val="20"/>
        </w:rPr>
        <w:t>[15]</w:t>
      </w:r>
    </w:p>
    <w:p>
      <w:r>
        <w:rPr>
          <w:rFonts w:ascii="Gentium Plus" w:hAnsi="Gentium Plus"/>
          <w:sz w:val="24"/>
        </w:rPr>
        <w:t>ὁμοιότατον οὐκ ἀδύνατον. ὁμοιότατος δ’ ἂν εἴη ὁ ταῦτ’ ἔχων, ἅπερ ἐκείνῳ πάρεστιν· ὕψος μὲν τοῦ λόφου μέτριον, ὁδὸς δ’ ἐπ’ αὐτὸν ἀπὸ τῆς θαλάττης εἰς τριάκοντα στάδια</w:t>
      </w:r>
    </w:p>
    <w:p>
      <w:r>
        <w:rPr>
          <w:rFonts w:ascii="Courier New" w:hAnsi="Courier New"/>
          <w:color w:val="555555"/>
          <w:sz w:val="20"/>
        </w:rPr>
        <w:t>[10 . 364]</w:t>
      </w:r>
    </w:p>
    <w:p>
      <w:r>
        <w:rPr>
          <w:rFonts w:ascii="Gentium Plus" w:hAnsi="Gentium Plus"/>
          <w:sz w:val="24"/>
        </w:rPr>
        <w:t>λάττῃ αἱ Ταβίαι κατὰ τὸν πυθμένα τοῦ κόλπου μάλιστά ἐστι τοῦ μεταξὺ Σουῤῥέντου τε καὶ Νεαπόλεως, ἐν τῇ πλευρᾷ μᾶλλον τῇ κατὰ Σούῤῥεντον. αὕτη δ’ ἡ πλευρὰ πᾶσα λόφος ἐστὶν εὐμεγέθης, μακρὸς, εἰς τὸ Τυῤῥηνὸν ἐξήκων πέλαγος.</w:t>
      </w:r>
    </w:p>
    <w:p>
      <w:r>
        <w:rPr>
          <w:rFonts w:ascii="Courier New" w:hAnsi="Courier New"/>
          <w:color w:val="555555"/>
          <w:sz w:val="20"/>
        </w:rPr>
        <w:t>[5]</w:t>
      </w:r>
    </w:p>
    <w:p>
      <w:r>
        <w:rPr>
          <w:rFonts w:ascii="Gentium Plus" w:hAnsi="Gentium Plus"/>
          <w:sz w:val="24"/>
        </w:rPr>
        <w:t>ἐγκέκλιται δ’ ἠρέμα πρὸς τὴν δύσιν ὁ λόφος οὗτος, οὐκ ἀκρι‐ βῶς δ’ ἐπὶ τὴν μεσημβρίαν ἐκτέταται. οὗτος μὲν ὁ λόφος ἄκλει‐ στον τοῖς ἀνατολικοῖς ἀνέμοις φυλάττει τὸν κόλπον, εὔρῳ καὶ ἀπηλιώτῃ καὶ βοῤῥᾷ· συνάπτει δ’ αὐτῷ κατὰ τὸν μυχὸν τοῦ κόλπου λόφος ἕτερος οὐ μικρὸς, ὃν ἔν τε τοῖς συγγράμ‐</w:t>
      </w:r>
    </w:p>
    <w:p>
      <w:r>
        <w:rPr>
          <w:rFonts w:ascii="Courier New" w:hAnsi="Courier New"/>
          <w:color w:val="555555"/>
          <w:sz w:val="20"/>
        </w:rPr>
        <w:t>[10]</w:t>
      </w:r>
    </w:p>
    <w:p>
      <w:r>
        <w:rPr>
          <w:rFonts w:ascii="Gentium Plus" w:hAnsi="Gentium Plus"/>
          <w:sz w:val="24"/>
        </w:rPr>
        <w:t>μασιν οἱ παλαιοὶ Ῥωμαῖοι καὶ τῶν νῦν οἱ ἀκριβέστεροι Βε‐ σούβιον ὀνομάζουσι. τὸ δ’ ἔνδοξόν τε καὶ νέον ὄνομα τοῦ λόφου Βέσβιον ἅπασιν ἀνθρώποις γνώριμον διὰ τὸ κάτω‐ θεν ἀναφερόμενον ἐκ τῆς γῆς ἐν αὐτῷ πῦρ· ὅ μοι δοκεῖ καὶ αὐτὸ μεγάλα συντελεῖν εἰς ξηρότητα τῷ πέριξ ἀέρι· καὶ χωρὶς</w:t>
      </w:r>
    </w:p>
    <w:p>
      <w:r>
        <w:rPr>
          <w:rFonts w:ascii="Courier New" w:hAnsi="Courier New"/>
          <w:color w:val="555555"/>
          <w:sz w:val="20"/>
        </w:rPr>
        <w:t>[15]</w:t>
      </w:r>
    </w:p>
    <w:p>
      <w:r>
        <w:rPr>
          <w:rFonts w:ascii="Gentium Plus" w:hAnsi="Gentium Plus"/>
          <w:sz w:val="24"/>
        </w:rPr>
        <w:t>δὲ τοῦ πυρὸς οὔτε λίμνη τις ἐγγὺς οὔθ’ ἕλκος οὔτε ποτα‐ μὸς ἀξιόλογος οὐδαμόθι τοῦ κόλπου. τῶν δ’ ἀρκτικῶν πνευ‐ μάτων ἁπάντων ἄχρι δύσεως θερινῆς ὁ Βεσουβηνὸς λόφος</w:t>
      </w:r>
    </w:p>
    <w:p>
      <w:r>
        <w:rPr>
          <w:rFonts w:ascii="Courier New" w:hAnsi="Courier New"/>
          <w:color w:val="555555"/>
          <w:sz w:val="20"/>
        </w:rPr>
        <w:t>[10 . 365]</w:t>
      </w:r>
    </w:p>
    <w:p>
      <w:r>
        <w:rPr>
          <w:rFonts w:ascii="Gentium Plus" w:hAnsi="Gentium Plus"/>
          <w:sz w:val="24"/>
        </w:rPr>
        <w:t>αὐτοῦ καθήκει, λείψανόν τι ἐν αὐτῷ κεκαυμένης τε καὶ νῦν ἔτι καιομένης ὕλης. ταῦτα πάντα ξηρὸν ἐργάζεται τὸν ἀέρα. δύναιτ’ ἂν οὖν τις ἑτέρωθι τῆς οἰκουμένης ἐκλέξασθαι λόφον οὕτω ξηρὸν, οὐ πόῤῥω θαλάττης, οὔτε μέγαν ὡς ἐγκεῖσθαι</w:t>
      </w:r>
    </w:p>
    <w:p>
      <w:r>
        <w:rPr>
          <w:rFonts w:ascii="Courier New" w:hAnsi="Courier New"/>
          <w:color w:val="555555"/>
          <w:sz w:val="20"/>
        </w:rPr>
        <w:t>[5]</w:t>
      </w:r>
    </w:p>
    <w:p>
      <w:r>
        <w:rPr>
          <w:rFonts w:ascii="Gentium Plus" w:hAnsi="Gentium Plus"/>
          <w:sz w:val="24"/>
        </w:rPr>
        <w:t>ταῖς τῶν ἀνέμων εἰσβολαῖς, οὔτε πάνυ ταπεινὸν ὡς τὰς ἐκ τῶν ὑποκειμένων πεδίων ἀναθυμιάσεις ἑτοίμως δέχεσθαι. πε‐ φυλάχθω δ’ αὐτὸν ἐστράφθαι πρὸς ἄρκτον· οὕτω γὰρ ἂν ἀπεστραμμένος εἴη τὸν ἥλιον. εἰ δὲ κᾀν τοῖς εὐκράτοις τῆς ὅλης οἰκουμένης ὁ λόφος ὑπάρχοι, καθάπερ ὁ κατὰ τὰς Τα‐</w:t>
      </w:r>
    </w:p>
    <w:p>
      <w:r>
        <w:rPr>
          <w:rFonts w:ascii="Courier New" w:hAnsi="Courier New"/>
          <w:color w:val="555555"/>
          <w:sz w:val="20"/>
        </w:rPr>
        <w:t>[10]</w:t>
      </w:r>
    </w:p>
    <w:p>
      <w:r>
        <w:rPr>
          <w:rFonts w:ascii="Gentium Plus" w:hAnsi="Gentium Plus"/>
          <w:sz w:val="24"/>
        </w:rPr>
        <w:t>βίας ἐστὶν, ἄμεινον μακρῷ. ἐν τοιούτῳ λόφῳ πόαι μὲν ἔστω‐ σαν ἄγρωστις καὶ λωτὸς καὶ πολύγονον καὶ μελισσόφυλλον, θάμνοι δὲ σχῖνος καὶ κόμαρος καὶ βάτος καὶ κισσὸς καὶ κύ‐ τισος, ὅσοι τ’ ἄλλοι τούτοις ἐοίκασιν. οὕτω μέν σοι τὰ τοῦ λόφου παρεσκευάσθω. τὰ δὲ ζῶα βόες μέν εἰσιν ἐν τῷ κατὰ</w:t>
      </w:r>
    </w:p>
    <w:p>
      <w:r>
        <w:rPr>
          <w:rFonts w:ascii="Courier New" w:hAnsi="Courier New"/>
          <w:color w:val="555555"/>
          <w:sz w:val="20"/>
        </w:rPr>
        <w:t>[15]</w:t>
      </w:r>
    </w:p>
    <w:p>
      <w:r>
        <w:rPr>
          <w:rFonts w:ascii="Gentium Plus" w:hAnsi="Gentium Plus"/>
          <w:sz w:val="24"/>
        </w:rPr>
        <w:t>Ταβίας, καὶ ἔστι τούτου τοῦ ζώου παχὺ τὸ γάλα, καθάπερ τὸ τῶν ὄνων λεπτόν. ἐγὼ δ’ ἂν καὶ βοῦς καὶ ὄνους καὶ αἶγας ἀφείην ἐπὶ τὰς νομὰς, ὥστ’ ἔχειν χρῆσθαι γάλακτι παντὶ,</w:t>
      </w:r>
    </w:p>
    <w:p>
      <w:r>
        <w:rPr>
          <w:rFonts w:ascii="Courier New" w:hAnsi="Courier New"/>
          <w:color w:val="555555"/>
          <w:sz w:val="20"/>
        </w:rPr>
        <w:t>[10 . 366]</w:t>
      </w:r>
    </w:p>
    <w:p>
      <w:r>
        <w:rPr>
          <w:rFonts w:ascii="Gentium Plus" w:hAnsi="Gentium Plus"/>
          <w:sz w:val="24"/>
        </w:rPr>
        <w:t>ἀμφοῖν ἐκ τῶν αἰγῶν. οἱ παλαιοὶ δὲ καὶ γυναῖκα θηλάζουσαν ἐφίστων τοῖς τῇ φθόῃ κάμνουσι· κᾀγὼ δὲ ἀποδέχομαι τὴν γνώμην αὐτῶν, ὅτι τε τὸ οἰκεῖον ᾑροῦντο καὶ ὅτι πρὶν ψυ‐ γῆναι τῷ πέριξ ἀέρι. καί σοι τοῦτ’ ἔστω μέγιστον παράγγελμα</w:t>
      </w:r>
    </w:p>
    <w:p>
      <w:r>
        <w:rPr>
          <w:rFonts w:ascii="Courier New" w:hAnsi="Courier New"/>
          <w:color w:val="555555"/>
          <w:sz w:val="20"/>
        </w:rPr>
        <w:t>[5]</w:t>
      </w:r>
    </w:p>
    <w:p>
      <w:r>
        <w:rPr>
          <w:rFonts w:ascii="Gentium Plus" w:hAnsi="Gentium Plus"/>
          <w:sz w:val="24"/>
        </w:rPr>
        <w:t>γάλακτος χρήσεως ἐπὶ πάντων οἷς γάλακτος χρεία, αὐτίκα πίνειν ἀμελχθὲν, τῷ ζώῳ παρεστῶτα· προσεπεμβάλλειν δὲ καὶ μέλιτος, ὅτῳ τυροῦσθαι πέφυκεν ἐν τῇ γαστρί· εἰ δ’ ὑπελθεῖν αὐτό ποτε θᾶττον βουληθείης, καὶ ἁλῶν. ἐκεῖνος μέν γε οὖν ὁ νεανίας ἐκ τῆς λοιμώδους νόσου κατὰ τὴν ἀρτη‐</w:t>
      </w:r>
    </w:p>
    <w:p>
      <w:r>
        <w:rPr>
          <w:rFonts w:ascii="Courier New" w:hAnsi="Courier New"/>
          <w:color w:val="555555"/>
          <w:sz w:val="20"/>
        </w:rPr>
        <w:t>[10]</w:t>
      </w:r>
    </w:p>
    <w:p>
      <w:r>
        <w:rPr>
          <w:rFonts w:ascii="Gentium Plus" w:hAnsi="Gentium Plus"/>
          <w:sz w:val="24"/>
        </w:rPr>
        <w:t>ρίαν ἕλκος ἔχων ὑγιὴς ἐγένετο καὶ ἄλλοι μετ’ αὐτὸν ὁμοίως. ἑτέρῳ δὲ μειρακίῳ περὶ ἔτος ὀκτωκαιδέκατον ἐκ κατάῤῥου πλείοσιν ἡμέραις γενομένου τὰ μὲν πρῶτα μετὰ βη‐ χὸς αἷμα θερμὸν εὐανθὲς οὐ πολὺ, μετὰ δὲ ταῦτα ἀνεπτύ‐ σθη τι καὶ τοῦ χιτῶνος αὐτοῦ μέρος, ὃς ὑπαλείφων ἔνδοθεν</w:t>
      </w:r>
    </w:p>
    <w:p>
      <w:r>
        <w:rPr>
          <w:rFonts w:ascii="Courier New" w:hAnsi="Courier New"/>
          <w:color w:val="555555"/>
          <w:sz w:val="20"/>
        </w:rPr>
        <w:t>[15]</w:t>
      </w:r>
    </w:p>
    <w:p>
      <w:r>
        <w:rPr>
          <w:rFonts w:ascii="Gentium Plus" w:hAnsi="Gentium Plus"/>
          <w:sz w:val="24"/>
        </w:rPr>
        <w:t>τὴν ἀρτηρίαν εἰς τὴν φάρυγγά τε καὶ τὸ στόμα διὰ τοῦ λάρυγγος ἀνεφέρετο. ἐδόκει δέ μοι τῷ τε πάχει τεκμαιρο‐ μένῳ καὶ τῇ τοῦ κάμνοντος αἰσθήσει τοῦ λάρυγγος ὑπάρ‐</w:t>
      </w:r>
    </w:p>
    <w:p>
      <w:r>
        <w:rPr>
          <w:rFonts w:ascii="Courier New" w:hAnsi="Courier New"/>
          <w:color w:val="555555"/>
          <w:sz w:val="20"/>
        </w:rPr>
        <w:t>[10 . 367]</w:t>
      </w:r>
    </w:p>
    <w:p>
      <w:r>
        <w:rPr>
          <w:rFonts w:ascii="Gentium Plus" w:hAnsi="Gentium Plus"/>
          <w:sz w:val="24"/>
        </w:rPr>
        <w:t>εἰς τὴν φωνὴν ὁ ἄνθρωπος· ἀλλὰ καὶ οὕτως ἐν χρόνῳ μὲν πλείονι διεσώθη καὶ αὐτός. οἱ δ’ ἐκ τοῦ λοιμοῦ ῥᾳδίως ὑγιάζεσθαί μοι δοκοῦσι τῷ προεξηράνθαι τε καὶ προκεκα‐ θάρθαι σύμπαν τὸ σῶμα· καὶ γὰρ ἔμετός τισιν αὐτῶν ἐγέ‐</w:t>
      </w:r>
    </w:p>
    <w:p>
      <w:r>
        <w:rPr>
          <w:rFonts w:ascii="Courier New" w:hAnsi="Courier New"/>
          <w:color w:val="555555"/>
          <w:sz w:val="20"/>
        </w:rPr>
        <w:t>[5]</w:t>
      </w:r>
    </w:p>
    <w:p>
      <w:r>
        <w:rPr>
          <w:rFonts w:ascii="Gentium Plus" w:hAnsi="Gentium Plus"/>
          <w:sz w:val="24"/>
        </w:rPr>
        <w:t>νετο καὶ ἡ γαστὴρ ἅπασιν ἐταράχθη. καὶ οὕτως ἤδη κεκε‐ νωμένοις τοῖς σώζεσθαι μέλλουσιν ἐξανθήματα μέλανα διὰ παντὸς τοῦ σώματος ἀθρόως ἐπεφαίνετο· τοῖς πλείστοις μὲν ἑλκώδη, πᾶσι δὲ ξηρά. καὶ ἦν εὔδηλον ἰδόντι τοῦ σεσηπότος ἐν τοῖς πυρετοῖς αἵματος εἶναι τοῦτο λείψανον, οἷον τέφραν</w:t>
      </w:r>
    </w:p>
    <w:p>
      <w:r>
        <w:rPr>
          <w:rFonts w:ascii="Courier New" w:hAnsi="Courier New"/>
          <w:color w:val="555555"/>
          <w:sz w:val="20"/>
        </w:rPr>
        <w:t>[10]</w:t>
      </w:r>
    </w:p>
    <w:p>
      <w:r>
        <w:rPr>
          <w:rFonts w:ascii="Gentium Plus" w:hAnsi="Gentium Plus"/>
          <w:sz w:val="24"/>
        </w:rPr>
        <w:t>τινὰ τῆς φύσεως ὠθούσης ἐπὶ τὸ δέρμα, καθάπερ ἄλλα πολλὰ τῶν περιττῶν. οὐ μὴν ἐδέησέ γε πρὸς τὰ τοιαῦτα τῶν ἐξανθημάτων φαρμάκου· καθίστατο γὰρ αὐτόματα τρό‐ πῳ τῷδε· τινῶν μὲν, οἷς γε καὶ ἡλκώθη, τὸ ἐπιπολῆς ἀπέ‐ πιπτεν, ὅπερ ὀνομάζουσιν ἐφελκίδα· κᾀντεῦθεν ἤδη τὸ λοι‐</w:t>
      </w:r>
    </w:p>
    <w:p>
      <w:r>
        <w:rPr>
          <w:rFonts w:ascii="Courier New" w:hAnsi="Courier New"/>
          <w:color w:val="555555"/>
          <w:sz w:val="20"/>
        </w:rPr>
        <w:t>[15]</w:t>
      </w:r>
    </w:p>
    <w:p>
      <w:r>
        <w:rPr>
          <w:rFonts w:ascii="Gentium Plus" w:hAnsi="Gentium Plus"/>
          <w:sz w:val="24"/>
        </w:rPr>
        <w:t>πὸν ἐγγὺς ἦν ὑγείας· καὶ μετὰ μίαν ἢ δύο ἡμέρας ἐπουλοῦτο. τινῶν δὲ, οἷς οὐχ ἡλκώθη, τὸ μὲν ἐξάνθημα τραχύ τε καὶ</w:t>
      </w:r>
    </w:p>
    <w:p>
      <w:r>
        <w:rPr>
          <w:rFonts w:ascii="Courier New" w:hAnsi="Courier New"/>
          <w:color w:val="555555"/>
          <w:sz w:val="20"/>
        </w:rPr>
        <w:t>[10 . 368]</w:t>
      </w:r>
    </w:p>
    <w:p>
      <w:r>
        <w:rPr>
          <w:rFonts w:ascii="Gentium Plus" w:hAnsi="Gentium Plus"/>
          <w:sz w:val="24"/>
        </w:rPr>
        <w:t>ὑγιεῖς ἐγίγνοντο. θαυμαστὸν οὖν οὐδὲν εἰ καὶ κατὰ τὸν πνεύμονα τοιούτων ἐξανθημάτων γεγενημένων ἐσώζοντο διὰ τὴν ξηρότητα τῶν ἑλκῶν. ὃν γὰρ ἂν ἐπὶ τῶν ἄλλων ἑλκῶν ἁπάντων ὁ πρόσθεν λόγος ἐδείκνυε σκοπὸν εἶναι τῆς</w:t>
      </w:r>
    </w:p>
    <w:p>
      <w:r>
        <w:rPr>
          <w:rFonts w:ascii="Courier New" w:hAnsi="Courier New"/>
          <w:color w:val="555555"/>
          <w:sz w:val="20"/>
        </w:rPr>
        <w:t>[5]</w:t>
      </w:r>
    </w:p>
    <w:p>
      <w:r>
        <w:rPr>
          <w:rFonts w:ascii="Gentium Plus" w:hAnsi="Gentium Plus"/>
          <w:sz w:val="24"/>
        </w:rPr>
        <w:t>θεραπείας, τοῦθ’ ὑπῆρχεν ἤδη τοῖς ἐκ τοῦ λοιμοῦ γεγενημέ‐ νοις. ἅπαντα γὰρ ἦν ξηρὰ καὶ τραχέα, τὰ μὲν πλεῖστα ψώρᾳ, τινὰ δ’ αὐτῶν καὶ λέπρᾳ παραπλήσια. μαρτυρούσης οὖν τῷ λόγῳ τῆς πείρας καὶ τοῖς ἕλκεσιν ἕνα τοῦτον ἔχουσι σκοπὸν τῆς ἰάσεως τὸ ξηρανθῆναι, δύναιτ’ ἄν τις σώζειν</w:t>
      </w:r>
    </w:p>
    <w:p>
      <w:r>
        <w:rPr>
          <w:rFonts w:ascii="Courier New" w:hAnsi="Courier New"/>
          <w:color w:val="555555"/>
          <w:sz w:val="20"/>
        </w:rPr>
        <w:t>[10]</w:t>
      </w:r>
    </w:p>
    <w:p>
      <w:r>
        <w:rPr>
          <w:rFonts w:ascii="Gentium Plus" w:hAnsi="Gentium Plus"/>
          <w:sz w:val="24"/>
        </w:rPr>
        <w:t>παμπόλλους τῶν αἷμα πτυσάντων ἐκ πνεύμονος, ὥσπερ καὶ ἡμεῖς ἐσώσαμεν. Ὅπως μὲν οὖν χρὴ θεραπεύειν οἷς ἀγγεῖον ἀξιόλογον ἐῤῥάγη κατενεχθεῖσιν, ἢ μέγα βοήσασιν, ἢ βάρος ἀραμένοις ὑπὲρ τὴν δύναμιν, ἤ τινος ἐμπεσόντος τῷ θώ‐</w:t>
      </w:r>
    </w:p>
    <w:p>
      <w:r>
        <w:rPr>
          <w:rFonts w:ascii="Courier New" w:hAnsi="Courier New"/>
          <w:color w:val="555555"/>
          <w:sz w:val="20"/>
        </w:rPr>
        <w:t>[15]</w:t>
      </w:r>
    </w:p>
    <w:p>
      <w:r>
        <w:rPr>
          <w:rFonts w:ascii="Gentium Plus" w:hAnsi="Gentium Plus"/>
          <w:sz w:val="24"/>
        </w:rPr>
        <w:t>ρακι σκληροῦ καὶ μεγάλου ἔξωθεν σώματος, εἴρηται πρό‐ σθεν. ὡς δ’ ἄν τις κάλλιστα καὶ τοὺς ἐπὶ κατάῤῥου πτύ‐</w:t>
      </w:r>
    </w:p>
    <w:p>
      <w:r>
        <w:rPr>
          <w:rFonts w:ascii="Courier New" w:hAnsi="Courier New"/>
          <w:color w:val="555555"/>
          <w:sz w:val="20"/>
        </w:rPr>
        <w:t>[10 . 369]</w:t>
      </w:r>
    </w:p>
    <w:p>
      <w:r>
        <w:rPr>
          <w:rFonts w:ascii="Gentium Plus" w:hAnsi="Gentium Plus"/>
          <w:sz w:val="24"/>
        </w:rPr>
        <w:t>προχειρισαμένων ἡμῶν ἣν ἐποιησάμεθα θεραπείαν ἐν Ῥώμῃ γυναικὸς τῶν ἐν τέλει. αὐτὴ γὰρ ἀκηκουῖα λόγων τοιούτων οἵους νῦν διεληλύθαμεν ὑπὲρ τῶν ἐκ πνευμόνος αἷμα πτυ‐ σάντων, εἴτ’ ἐκ κατάῤῥου τινὸς ἢ βηχὸς ἰσχυρᾶς ὀλίγον τι</w:t>
      </w:r>
    </w:p>
    <w:p>
      <w:r>
        <w:rPr>
          <w:rFonts w:ascii="Courier New" w:hAnsi="Courier New"/>
          <w:color w:val="555555"/>
          <w:sz w:val="20"/>
        </w:rPr>
        <w:t>[5]</w:t>
      </w:r>
    </w:p>
    <w:p>
      <w:r>
        <w:rPr>
          <w:rFonts w:ascii="Gentium Plus" w:hAnsi="Gentium Plus"/>
          <w:sz w:val="24"/>
        </w:rPr>
        <w:t>πτύσασα διὰ νυκτὸς ἔπεμψεν αὐτίκα πρός με παρέχειν ἑαυ‐ τὴν φάσκουσα πᾶν ὅ τι ἂν ἐθέλοιμι πράττειν. ἠκηκόει δὲ κατὰ τοὺς ἔμπροσθεν χρόνους ὡς εἰ μή τις αὐτίκα βοη‐ θήσειε δραστικῶς πρὶν ἢ φλεγμῆναι τὸ ἕλκος, οὐδὲν ἀνύσει, καὶ ὡς τοῦτ’ ἂν εἴη μάλιστα τὸ αἴτιον τοῦ διαφθείρεσθαι</w:t>
      </w:r>
    </w:p>
    <w:p>
      <w:r>
        <w:rPr>
          <w:rFonts w:ascii="Courier New" w:hAnsi="Courier New"/>
          <w:color w:val="555555"/>
          <w:sz w:val="20"/>
        </w:rPr>
        <w:t>[10]</w:t>
      </w:r>
    </w:p>
    <w:p>
      <w:r>
        <w:rPr>
          <w:rFonts w:ascii="Gentium Plus" w:hAnsi="Gentium Plus"/>
          <w:sz w:val="24"/>
        </w:rPr>
        <w:t>τοὺς ἀναβήξαντας τὸ αἷμα. φλέβα μὲν οὖν τεμεῖν αὐτῆς οὐκ ἠξίωσα, τεττάρων ἡμερῶν ἤδη διὰ τὸν κατάῤῥουν ὀλί‐ γου δεῖν ἀσίτου γεγενημένης. κλύσματι δὲ δριμεῖ κελεύσας χρήσασθαι καὶ τρίψασθαί τε καὶ σκέλη καὶ τὰς χεῖρας ἐπὶ πλεῖστον ἅμα φαρμάκῳ θερμαίνοντι καὶ διαδήσας, εἶτα ξυρή‐</w:t>
      </w:r>
    </w:p>
    <w:p>
      <w:r>
        <w:rPr>
          <w:rFonts w:ascii="Courier New" w:hAnsi="Courier New"/>
          <w:color w:val="555555"/>
          <w:sz w:val="20"/>
        </w:rPr>
        <w:t>[15]</w:t>
      </w:r>
    </w:p>
    <w:p>
      <w:r>
        <w:rPr>
          <w:rFonts w:ascii="Gentium Plus" w:hAnsi="Gentium Plus"/>
          <w:sz w:val="24"/>
        </w:rPr>
        <w:t>σας τὴν κεφαλὴν ἐπέθηκα τὸ διὰ τῆς κόπρου τῶν ἀγρίων περιστερῶν φάρμακον. ὡρῶν δὲ μεταξὺ τριῶν γενομένων ἐπὶ τὸ βαλανεῖον ἤγαγον καὶ λούσας ἄνευ τοῦ ψαῦσαι</w:t>
      </w:r>
    </w:p>
    <w:p>
      <w:r>
        <w:rPr>
          <w:rFonts w:ascii="Courier New" w:hAnsi="Courier New"/>
          <w:color w:val="555555"/>
          <w:sz w:val="20"/>
        </w:rPr>
        <w:t>[10 . 370]</w:t>
      </w:r>
    </w:p>
    <w:p>
      <w:r>
        <w:rPr>
          <w:rFonts w:ascii="Gentium Plus" w:hAnsi="Gentium Plus"/>
          <w:sz w:val="24"/>
        </w:rPr>
        <w:t>πρὸς τὴν ἐνεστηκυῖαν ὥραν ἔθρεψα ῥοφήματι μόνῳ τῶν αὐστηρῶν ὀπωρῶν ἐπιδιδούς. εἶθ’ ὑπνοῦν μελλούσῃ τὸ διὰ τῶν ἐχιδνῶν ἔδωκα φάρμακον ὡς πρὸ τεττάρων μηνῶν ἐσκευασμένον· ἔτι γὰρ ἔχει τὸν τοῦ μήκωνος ὀπὸν ἰσχυρὸν τὸ</w:t>
      </w:r>
    </w:p>
    <w:p>
      <w:r>
        <w:rPr>
          <w:rFonts w:ascii="Courier New" w:hAnsi="Courier New"/>
          <w:color w:val="555555"/>
          <w:sz w:val="20"/>
        </w:rPr>
        <w:t>[5]</w:t>
      </w:r>
    </w:p>
    <w:p>
      <w:r>
        <w:rPr>
          <w:rFonts w:ascii="Gentium Plus" w:hAnsi="Gentium Plus"/>
          <w:sz w:val="24"/>
        </w:rPr>
        <w:t>τοιοῦτον, ἐν δὲ τοῖς κεχρονικόσιν ἐξίτηλος γίνεται, διὰ τοῦτο οὖν ὑπνῶδές τέ ἐστι καὶ ξηραίνει τὰ ῥεύματα σὺν τῷ καὶ παχύνειν ἀτρέμα. παυσαμένου δὲ τελέως τοῦ κατάῤῥου δῆ‐ λος μὲν ὁ πνεύμων ἦν ἔκ τε τοῦ τῆς ἀναπνοῆς εἴδους καὶ τοῦ ψόφου τῆς γενομένης ἅπαξ που βηχὸς ἐκκαθάρσεως δεό‐</w:t>
      </w:r>
    </w:p>
    <w:p>
      <w:r>
        <w:rPr>
          <w:rFonts w:ascii="Courier New" w:hAnsi="Courier New"/>
          <w:color w:val="555555"/>
          <w:sz w:val="20"/>
        </w:rPr>
        <w:t>[10]</w:t>
      </w:r>
    </w:p>
    <w:p>
      <w:r>
        <w:rPr>
          <w:rFonts w:ascii="Gentium Plus" w:hAnsi="Gentium Plus"/>
          <w:sz w:val="24"/>
        </w:rPr>
        <w:t>μενος. οὐ μὴν συνέπραξά γε εἰς τοῦτο κατὰ τὴν δευτέραν ἡμέραν, ἀλλ’ ἐφ’ ἡσυχίας τε καὶ σιγῆς ἁπάσης τὴν γυναῖκα φυλάξας καὶ τρίψας τὰ κῶλα καὶ διαδήσας ἐκέλευσα καὶ τἄλλα πάντα μέρη τρίψασθαι πλὴν τῆς κεφαλῆς, ἔτι γὰρ ἦν ἀπὸ τοῦ φαρμάκου θερμή. αὖθις δὲ εἰς τὴν ἑσπέραν ἔδωκα</w:t>
      </w:r>
    </w:p>
    <w:p>
      <w:r>
        <w:rPr>
          <w:rFonts w:ascii="Courier New" w:hAnsi="Courier New"/>
          <w:color w:val="555555"/>
          <w:sz w:val="20"/>
        </w:rPr>
        <w:t>[15]</w:t>
      </w:r>
    </w:p>
    <w:p>
      <w:r>
        <w:rPr>
          <w:rFonts w:ascii="Gentium Plus" w:hAnsi="Gentium Plus"/>
          <w:sz w:val="24"/>
        </w:rPr>
        <w:t>τοῦ διὰ τῶν ἐχιδνῶν φαρμάκου μέγεθος, ὅσον γε ὁ παρ’ ἡμῖν κύαμος. ἦν δὲ πολὺ τούτου μεῖζον ὃ κατὰ τὴν προτέραν εἰλήφει. ὡς δὲ καὶ ταύτῃ τῇ νυκτὶ καλῶς ἐκοιμήθη, τῇ τρίτῃ</w:t>
      </w:r>
    </w:p>
    <w:p>
      <w:r>
        <w:rPr>
          <w:rFonts w:ascii="Courier New" w:hAnsi="Courier New"/>
          <w:color w:val="555555"/>
          <w:sz w:val="20"/>
        </w:rPr>
        <w:t>[10 . 371]</w:t>
      </w:r>
    </w:p>
    <w:p>
      <w:r>
        <w:rPr>
          <w:rFonts w:ascii="Gentium Plus" w:hAnsi="Gentium Plus"/>
          <w:sz w:val="24"/>
        </w:rPr>
        <w:t>χίας ἐφύλαξα. προηκούσης δὲ τῆς ἡμέρας ἅπαν ὁμοίως τρί‐ ψας τὸ σῶμα τροφὴν ἐκέλευσα λαβεῖν πτισάνης χυλὸν σὺν ἄρτῳ βραχεῖ. κᾄπειτα τῇ τετάρτῃ τῶν ἡμερῶν ἕωθεν μὲν τοῦ διὰ τῶν ἐχιδνῶν φαρμάκου ἀκμαίου κατὰ τὴν ἡλικίαν</w:t>
      </w:r>
    </w:p>
    <w:p>
      <w:r>
        <w:rPr>
          <w:rFonts w:ascii="Courier New" w:hAnsi="Courier New"/>
          <w:color w:val="555555"/>
          <w:sz w:val="20"/>
        </w:rPr>
        <w:t>[5]</w:t>
      </w:r>
    </w:p>
    <w:p>
      <w:r>
        <w:rPr>
          <w:rFonts w:ascii="Gentium Plus" w:hAnsi="Gentium Plus"/>
          <w:sz w:val="24"/>
        </w:rPr>
        <w:t>ἅμα σὺν χρηστῷ μέλιτι προσέδωκα. τῇ κεφαλῇ δὲ τοῦ αὐτοῦ φαρμάκου πάλιν ἐπιθεὶς, ὃ θερμαίνει τε καὶ ξηραίνει σφο‐ δρῶς, εἶτα λούσας καὶ θρέψας μετρίως, ἐκκαθαίρειν ἤδη σφοδρότερον ἐπεχείρησα τὸν πνεύμονα τῇ πέμπτῃ τῶν ἡμε‐ ρῶν. εἶτ’ αὖθις καὶ αὖθις ἐχρησάμην ἐκ διαλειμμάτων κατὰ</w:t>
      </w:r>
    </w:p>
    <w:p>
      <w:r>
        <w:rPr>
          <w:rFonts w:ascii="Courier New" w:hAnsi="Courier New"/>
          <w:color w:val="555555"/>
          <w:sz w:val="20"/>
        </w:rPr>
        <w:t>[10]</w:t>
      </w:r>
    </w:p>
    <w:p>
      <w:r>
        <w:rPr>
          <w:rFonts w:ascii="Gentium Plus" w:hAnsi="Gentium Plus"/>
          <w:sz w:val="24"/>
        </w:rPr>
        <w:t>μὲν τῆς κεφαλῆς τῇ συνήθει κηρωτῇ, τῇ διὰ τῆς θαψίας. τὴν δ’ ὅλην τοῦ σώματος ἐπιμέλειαν ἀναθρεπτικὴν ἐποιησάμην ἐν αἰωρήσεσι καὶ τρίψεσι καὶ περιπάτοις καὶ ἀλουσίαις καὶ διαίτῃ μετρίᾳ τε ἅμα καὶ εὐχύμῳ. αὕτη καλῶς ἔσχεν ἡ γυνὴ μηδὲ δεηθεῖσα τοῦ γάλακτος. ἄλλον δέ τινα νεανίσκον οὐκ</w:t>
      </w:r>
    </w:p>
    <w:p>
      <w:r>
        <w:rPr>
          <w:rFonts w:ascii="Courier New" w:hAnsi="Courier New"/>
          <w:color w:val="555555"/>
          <w:sz w:val="20"/>
        </w:rPr>
        <w:t>[15]</w:t>
      </w:r>
    </w:p>
    <w:p>
      <w:r>
        <w:rPr>
          <w:rFonts w:ascii="Gentium Plus" w:hAnsi="Gentium Plus"/>
          <w:sz w:val="24"/>
        </w:rPr>
        <w:t>ἐκ κατάῤῥου τῆς βηχὸς ὁρμηθείσης, ἀλλ’ ἐπὶ ψύξει τῶν ἀνα‐ πνευστικῶν, αἷμα καὶ αὐτὸν πτύσαντα πλῆθος ὅσον ἥμισυ</w:t>
      </w:r>
    </w:p>
    <w:p>
      <w:r>
        <w:rPr>
          <w:rFonts w:ascii="Courier New" w:hAnsi="Courier New"/>
          <w:color w:val="555555"/>
          <w:sz w:val="20"/>
        </w:rPr>
        <w:t>[10 . 372]</w:t>
      </w:r>
    </w:p>
    <w:p>
      <w:r>
        <w:rPr>
          <w:rFonts w:ascii="Gentium Plus" w:hAnsi="Gentium Plus"/>
          <w:sz w:val="24"/>
        </w:rPr>
        <w:t>ἡμέρας ἐπαφεῖλον· εἶτα δὶς κατὰ τὴν ὑστεραίαν· τρίψει δὲ τῶν κώλων καὶ δεσμῷ ἐν τῇ πρώτῃ χρησάμενος, εἰς ἑσπέραν ἔδωκα τὸ διὰ τῶν σπερμάτων ἡμέτερον φάρμακον. ἐν δὲ τῇ δευτέρᾳ μετὰ τὴν ἐπαφαίρεσιν ἐπέθηκα παντὶ τῷ θώρακι</w:t>
      </w:r>
    </w:p>
    <w:p>
      <w:r>
        <w:rPr>
          <w:rFonts w:ascii="Courier New" w:hAnsi="Courier New"/>
          <w:color w:val="555555"/>
          <w:sz w:val="20"/>
        </w:rPr>
        <w:t>[5]</w:t>
      </w:r>
    </w:p>
    <w:p>
      <w:r>
        <w:rPr>
          <w:rFonts w:ascii="Gentium Plus" w:hAnsi="Gentium Plus"/>
          <w:sz w:val="24"/>
        </w:rPr>
        <w:t>τὴν διὰ τῆς θαψίας κηρωτὴν, εἶτ’ ἄρας αὐτὴν εἰς ἑσπέραν, ὅπως μὴ θερμήνειε περαιτέρω τοῦ δέοντος, ἐν τῇ τρίτῃ πάλιν ἐπιθεὶς ὥραις που τρισὶν ἔλουσα τὸν ἄνθρωπον, ἔθρεψά τε ταῖς τρισὶν ἡμέραις παραπλησίως, ῥοφήματα μὲν ἐν ταῖς πρώταις δύο, τῇ τρίτῃ δὲ χυλὸν μὲν πτισάνης προδοὺς,</w:t>
      </w:r>
    </w:p>
    <w:p>
      <w:r>
        <w:rPr>
          <w:rFonts w:ascii="Courier New" w:hAnsi="Courier New"/>
          <w:color w:val="555555"/>
          <w:sz w:val="20"/>
        </w:rPr>
        <w:t>[10]</w:t>
      </w:r>
    </w:p>
    <w:p>
      <w:r>
        <w:rPr>
          <w:rFonts w:ascii="Gentium Plus" w:hAnsi="Gentium Plus"/>
          <w:sz w:val="24"/>
        </w:rPr>
        <w:t>ἰχθὺν δέ τινα τῶν εὐπέπτων δοὺς ἁπλῶς ἠρτυμένον. ἔδωκα δὲ καὶ τὸ διὰ τῶν σπερμάτων φάρμακον, ἐν δὲ τῇ δευτέρᾳ καὶ τῇ τρίτῃ τῶν ἡμερῶν ὁμοίως εἰς ἑσπέραν· ὑπνοποιόν τε γάρ ἐστι καὶ ἀνώδυνον καὶ ξηραντικόν. ἤδη δὲ καὶ τῶν ἀναπνευστικῶν ἐν εὐκρασίᾳ τῇ κατὰ φύσιν ὄντων καὶ</w:t>
      </w:r>
    </w:p>
    <w:p>
      <w:r>
        <w:rPr>
          <w:rFonts w:ascii="Courier New" w:hAnsi="Courier New"/>
          <w:color w:val="555555"/>
          <w:sz w:val="20"/>
        </w:rPr>
        <w:t>[15]</w:t>
      </w:r>
    </w:p>
    <w:p>
      <w:r>
        <w:rPr>
          <w:rFonts w:ascii="Gentium Plus" w:hAnsi="Gentium Plus"/>
          <w:sz w:val="24"/>
        </w:rPr>
        <w:t>τοῦ παντὸς σώματος κεκενωμένου καὶ μηδὲ μιᾶς ὑποψίας φλεγμονῆς ὑπολειπομένης κατὰ τὸ ἐῤῥωγὸς ἀγγεῖον, ἀνακα‐ θαίρειν ἠρξάμην. εἶτα πίνοντα τὸ διὰ τῶν ἐχιδνῶν φάρμα‐</w:t>
      </w:r>
    </w:p>
    <w:p>
      <w:r>
        <w:rPr>
          <w:rFonts w:ascii="Courier New" w:hAnsi="Courier New"/>
          <w:color w:val="555555"/>
          <w:sz w:val="20"/>
        </w:rPr>
        <w:t>[10 . 373]</w:t>
      </w:r>
    </w:p>
    <w:p>
      <w:r>
        <w:rPr>
          <w:rFonts w:ascii="Gentium Plus" w:hAnsi="Gentium Plus"/>
          <w:sz w:val="24"/>
        </w:rPr>
        <w:t>πάντας οὕτως ἐγὼ τοὺς κατὰ τὴν πρώτην ἡμέραν ἑαυτοὺς ἡμῖν ἐγχειρίσαντας ἰασάμην. Οὐ μὴν τούς γε μετὰ δύο ἢ τρεῖς ἅπαντας, ἀλλ’ ἔνιοί τινες αὐτῶν ἀνίατον ἔσχον τὸ ἕλκος. ὅσοι δ’ ἔφθα‐</w:t>
      </w:r>
    </w:p>
    <w:p>
      <w:r>
        <w:rPr>
          <w:rFonts w:ascii="Courier New" w:hAnsi="Courier New"/>
          <w:color w:val="555555"/>
          <w:sz w:val="20"/>
        </w:rPr>
        <w:t>[5]</w:t>
      </w:r>
    </w:p>
    <w:p>
      <w:r>
        <w:rPr>
          <w:rFonts w:ascii="Gentium Plus" w:hAnsi="Gentium Plus"/>
          <w:sz w:val="24"/>
        </w:rPr>
        <w:t>σαν οὕτω φλεγμήναντες ὡς πυρέξαι, τούτων οὐδεὶς ἐθε‐ ραπεύθη τελέως. ἀλλ’ ὅσοι μετὰ ταῦτα διὰ πάντων ὀρθῶς τῶν βοηθημάτων διεξῆλθον, ὡς ξηρανθῆναι τὸ ἕλκος, ἐκέρ‐ δησαν οὗτοι τοσοῦτον ὡς μήτ’ ἐπινέμεσθαι μήτε μεῖζον γίγνε‐ σθαι, ξηρανθὲν δὲ καὶ τυλωθὲν ἐπιτρέψαι χρόνῳ πλέονι</w:t>
      </w:r>
    </w:p>
    <w:p>
      <w:r>
        <w:rPr>
          <w:rFonts w:ascii="Courier New" w:hAnsi="Courier New"/>
          <w:color w:val="555555"/>
          <w:sz w:val="20"/>
        </w:rPr>
        <w:t>[10]</w:t>
      </w:r>
    </w:p>
    <w:p>
      <w:r>
        <w:rPr>
          <w:rFonts w:ascii="Gentium Plus" w:hAnsi="Gentium Plus"/>
          <w:sz w:val="24"/>
        </w:rPr>
        <w:t>ζῆσαι τὸν ἄνθρωπον. μόνοι δὲ ἀνιάτως διακεῖσθαί μοι δο‐ κοῦσι τῶν ἕλκος ἐν πνεύμονι ἐχόντων οἱ διὰ κακοχυμίαν τινὰ ἀναβρωθέντες, ὧν ἔνιοι καὶ τοῦ σιάλου φασὶν ὥσπερ ἅλμης αἰσθάνεσθαι. χρόνου μὲν γὰρ οἶμαι πάντως δεῖν μα‐ κροῦ πρὸς τὴν τῆς κακοχυμίας ἐπανόρθωσιν. ἀνάγκη δ’ ἐν</w:t>
      </w:r>
    </w:p>
    <w:p>
      <w:r>
        <w:rPr>
          <w:rFonts w:ascii="Courier New" w:hAnsi="Courier New"/>
          <w:color w:val="555555"/>
          <w:sz w:val="20"/>
        </w:rPr>
        <w:t>[15]</w:t>
      </w:r>
    </w:p>
    <w:p>
      <w:r>
        <w:rPr>
          <w:rFonts w:ascii="Gentium Plus" w:hAnsi="Gentium Plus"/>
          <w:sz w:val="24"/>
        </w:rPr>
        <w:t>τῷ χρόνῳ δυοῖν θάτερον, ἢ ξηραινόμενον τὸ ἕλκος τυλωθῆ‐ ναι καὶ διὰ τοῦτο ἀνίατον γενέσθαι παντάπασιν, ἢ μὴ ξηραι‐ νόμενον αὐτό τε πρῶτον ἀποδειχθῆναι σηπεδονῶδες ἐπινέ‐</w:t>
      </w:r>
    </w:p>
    <w:p>
      <w:r>
        <w:rPr>
          <w:rFonts w:ascii="Courier New" w:hAnsi="Courier New"/>
          <w:color w:val="555555"/>
          <w:sz w:val="20"/>
        </w:rPr>
        <w:t>[10 . 374]</w:t>
      </w:r>
    </w:p>
    <w:p>
      <w:r>
        <w:rPr>
          <w:rFonts w:ascii="Gentium Plus" w:hAnsi="Gentium Plus"/>
          <w:sz w:val="24"/>
        </w:rPr>
        <w:t>μονα. πολλοὶ δὲ τῶν ἐσχηκότων τοιαύτην κακοχυμίαν ἤδη βήττοντες ἐξ αὐτῆς, οὐ μέντοί γ’ ἐπτυκότες οὐδέπω τὸ αἷμα, τῆς παρ’ ἡμῶν τυχόντες προνοίας εἰς τέλος ὑγιάσθησαν. χρὴ δὲ ἐν ἀρχῇ μὲν οὐδενὸς οὕτως ὡς τοῦ μήτε βήττειν αὐτοὺς</w:t>
      </w:r>
    </w:p>
    <w:p>
      <w:r>
        <w:rPr>
          <w:rFonts w:ascii="Courier New" w:hAnsi="Courier New"/>
          <w:color w:val="555555"/>
          <w:sz w:val="20"/>
        </w:rPr>
        <w:t>[5]</w:t>
      </w:r>
    </w:p>
    <w:p>
      <w:r>
        <w:rPr>
          <w:rFonts w:ascii="Gentium Plus" w:hAnsi="Gentium Plus"/>
          <w:sz w:val="24"/>
        </w:rPr>
        <w:t>φροντίσαι μήτ’ ἐκ τῆς κεφαλῆς καταῤῥεῖν τι εἰς τὸν πνεύ‐ μονα. καὶ γίνεται τοῦτο τρισὶ βοηθήμασι, καθάρσει μὲν πρώτῳ, δευτέρῳ δὲ τῷ διὰ τῶν σπερμάτων φαρμάκῳ, τρίτῳ δὲ τῇ προνοίᾳ τῆς κεφαλῆς. δεῖ δὲ τὸ μὲν καθαῖρον εἶναι μικτὸν ἐκ διαφερουσῶν δυνάμεων, οἷά πέρ ἐστι τὰ ἡμέτερα</w:t>
      </w:r>
    </w:p>
    <w:p>
      <w:r>
        <w:rPr>
          <w:rFonts w:ascii="Courier New" w:hAnsi="Courier New"/>
          <w:color w:val="555555"/>
          <w:sz w:val="20"/>
        </w:rPr>
        <w:t>[10]</w:t>
      </w:r>
    </w:p>
    <w:p>
      <w:r>
        <w:rPr>
          <w:rFonts w:ascii="Gentium Plus" w:hAnsi="Gentium Plus"/>
          <w:sz w:val="24"/>
        </w:rPr>
        <w:t>καταπότια δι’ ἀλόης καὶ σκαμμωνίας καὶ κολοκυνθίδος καὶ ἀγαρικοῦ καὶ βδελλίου καὶ κόμμεως Ἀραβικοῦ συγκείμενα, πρὸς τὸ πλέονας ἰδέας ἐκκαθαίρειν τῶν περιττωμάτων. ἱκα‐ νὸν δὲ ὠφελῆσαι καὶ τὸ χωρὶς κόμμεως· ὕστερον δ’ ἂν, εἰ δεήσει, καὶ τοῖς τὰ μέλανα καθαίρουσι χρήσαιο· τὴν δὲ τῆς</w:t>
      </w:r>
    </w:p>
    <w:p>
      <w:r>
        <w:rPr>
          <w:rFonts w:ascii="Courier New" w:hAnsi="Courier New"/>
          <w:color w:val="555555"/>
          <w:sz w:val="20"/>
        </w:rPr>
        <w:t>[15]</w:t>
      </w:r>
    </w:p>
    <w:p>
      <w:r>
        <w:rPr>
          <w:rFonts w:ascii="Gentium Plus" w:hAnsi="Gentium Plus"/>
          <w:sz w:val="24"/>
        </w:rPr>
        <w:t>κεφαλῆς πρόνοιαν ἐπιτρέψαι τῇ διὰ θαψίας κηρωτῇ. ταῦτα μὲν ἐν ἀρχῇ ποιητέον ἐστὶν, ἐφεξῆς δὲ ἀνατρέφειν χρηστῶς εὐχύμοις ἐδέσμασι καὶ τρίψεσι καὶ περιπάτοις καὶ λουτροῖς.</w:t>
      </w:r>
    </w:p>
    <w:p>
      <w:r>
        <w:rPr>
          <w:rFonts w:ascii="Courier New" w:hAnsi="Courier New"/>
          <w:color w:val="555555"/>
          <w:sz w:val="20"/>
        </w:rPr>
        <w:t>[10 . 375]</w:t>
      </w:r>
    </w:p>
    <w:p>
      <w:r>
        <w:rPr>
          <w:rFonts w:ascii="Gentium Plus" w:hAnsi="Gentium Plus"/>
          <w:sz w:val="24"/>
        </w:rPr>
        <w:t>χωρίῳ τῆς συγγραφῆς, ὁποῖοι οὗτοι μάλιστα δέονται τοῦ γάλακτος, ἀμελήσαντες δὲ πάντων ἀνιατότατοι γίνονται· περὶ δὲ φλεβοτομίας αὐτῶν ὧδε χρὴ γινώσκειν. ὅσοι μὲν ἂν δόξωσιν ὀλίγον ἔχειν αἷμα καθ’ ὃν εἴρηκα τρόπον, εἰς εὐχυ‐</w:t>
      </w:r>
    </w:p>
    <w:p>
      <w:r>
        <w:rPr>
          <w:rFonts w:ascii="Courier New" w:hAnsi="Courier New"/>
          <w:color w:val="555555"/>
          <w:sz w:val="20"/>
        </w:rPr>
        <w:t>[5]</w:t>
      </w:r>
    </w:p>
    <w:p>
      <w:r>
        <w:rPr>
          <w:rFonts w:ascii="Gentium Plus" w:hAnsi="Gentium Plus"/>
          <w:sz w:val="24"/>
        </w:rPr>
        <w:t>μίαν τινὰ προσαγαγὼν αὐτοὺς, φλεβοτομῆσαί τε δυνήσῃ καὶ πάλιν ἀναθρέψαι, καὶ πάλιν καθᾶραι καὶ αὖθις ἀνα‐ θρέψαι, καὶ αὖθις, εἰ δεήσειε, φλεβοτομῆσαι, καὶ μάλισθ’ ὅσοις ἐστὶν οἷον ἰλύς τις μοχθηρὰ καὶ παχεῖα τὸ σύμπαν αἷμα· τοὺς δ’ ἰσχυρούς τε καὶ πολυαίμους εὐθὺς ἐξ ἀρχῆς φλε‐</w:t>
      </w:r>
    </w:p>
    <w:p>
      <w:r>
        <w:rPr>
          <w:rFonts w:ascii="Courier New" w:hAnsi="Courier New"/>
          <w:color w:val="555555"/>
          <w:sz w:val="20"/>
        </w:rPr>
        <w:t>[10]</w:t>
      </w:r>
    </w:p>
    <w:p>
      <w:r>
        <w:rPr>
          <w:rFonts w:ascii="Gentium Plus" w:hAnsi="Gentium Plus"/>
          <w:sz w:val="24"/>
        </w:rPr>
        <w:t>βοτομεῖν. Οὐδὲν ὧν εἶπον οὔτε νῦν οὔτε πρό‐ σθεν ὧν ἂν ἢ αὐτὸς ἐξεῦρον, ἢ κατὰ τὴν Ἱπποκράτους ὁδὸν ἐχρησάμην, ἀβασάνιστόν ἐστιν οὐδ’ ἄκριτον, ἀλλ’ ὑπὸ τῆς πείρας ἅπαντα κέκριται, τὸν μὲν τῆς ἀποτυχίας κίνδυνον</w:t>
      </w:r>
    </w:p>
    <w:p>
      <w:r>
        <w:rPr>
          <w:rFonts w:ascii="Courier New" w:hAnsi="Courier New"/>
          <w:color w:val="555555"/>
          <w:sz w:val="20"/>
        </w:rPr>
        <w:t>[15]</w:t>
      </w:r>
    </w:p>
    <w:p>
      <w:r>
        <w:rPr>
          <w:rFonts w:ascii="Gentium Plus" w:hAnsi="Gentium Plus"/>
          <w:sz w:val="24"/>
        </w:rPr>
        <w:t>ἡμῶν ὑπομεινάντων, τὸν καρπὸν δὲ τῆς χρήσεως ἑξόντων ἁπάντων οἷς ἂν μέλῃ τῶν ἔργων τῆς τέχνης. ἄλλοι μὲν γάρ εἰσιν οἱ ἀληθεῖς, ἄλλοι δὲ οἱ τῶν σοφιστῶν λόγοι. καὶ τί δεῖ</w:t>
      </w:r>
    </w:p>
    <w:p>
      <w:r>
        <w:rPr>
          <w:rFonts w:ascii="Courier New" w:hAnsi="Courier New"/>
          <w:color w:val="555555"/>
          <w:sz w:val="20"/>
        </w:rPr>
        <w:t>[10 . 376]</w:t>
      </w:r>
    </w:p>
    <w:p>
      <w:r>
        <w:rPr>
          <w:rFonts w:ascii="Gentium Plus" w:hAnsi="Gentium Plus"/>
          <w:sz w:val="24"/>
        </w:rPr>
        <w:t>ἔνιοι ὅλα γράψαντες βιβλία περὶ αἵματος ἀναγωγῆς ἄλλα μέν τινα πολλὰ καὶ μικρὰ καλῶς διεξῆλθον, οὐδενὸς δὲ τῶν μεγίστων ἐμνημόνευσαν, οὐκ ἐννοοῦντες ὡς μὲν διὰ τὰ πολλὰ καὶ σμικρὰ τὰ καλῶς παρ’ αὐτῶν παρῃνημένα μακρὸς ὁ</w:t>
      </w:r>
    </w:p>
    <w:p>
      <w:r>
        <w:rPr>
          <w:rFonts w:ascii="Courier New" w:hAnsi="Courier New"/>
          <w:color w:val="555555"/>
          <w:sz w:val="20"/>
        </w:rPr>
        <w:t>[5]</w:t>
      </w:r>
    </w:p>
    <w:p>
      <w:r>
        <w:rPr>
          <w:rFonts w:ascii="Gentium Plus" w:hAnsi="Gentium Plus"/>
          <w:sz w:val="24"/>
        </w:rPr>
        <w:t>θάνατος αὐτοῖς τοῖς κάμνουσι γενήσοιτο, διὰ δὲ τρία ταῦτα σώζονται πάντες οἱ σωθῆναι δυνάμενοι, διὰ φλεβοτο‐ μίαν καὶ κάθαρσιν καὶ τὰ ῥωννύντα τὴν κεφαλὴν φάρμακα. εἰρήσεται δὲ τελεώτερον ἐν τοῖς ἑξῆς περὶ φλεβοτομίας, ὅταν ὑπὲρ τῆς τῶν κακοχύμων θεραπείας διερχώμεθα. μὴ τοίνυν</w:t>
      </w:r>
    </w:p>
    <w:p>
      <w:r>
        <w:rPr>
          <w:rFonts w:ascii="Courier New" w:hAnsi="Courier New"/>
          <w:color w:val="555555"/>
          <w:sz w:val="20"/>
        </w:rPr>
        <w:t>[10]</w:t>
      </w:r>
    </w:p>
    <w:p>
      <w:r>
        <w:rPr>
          <w:rFonts w:ascii="Gentium Plus" w:hAnsi="Gentium Plus"/>
          <w:sz w:val="24"/>
        </w:rPr>
        <w:t>ὥσπερ ἔνιοι τῶν ἰατρῶν ἀπὸ τῶν μικρῶν ἄρχεσθαι βοηθη‐ μάτων, μηδ’ ὅπερ ἐκεῖνοι λέγουσιν, ἐννοεῖν ὡς ἀποπειρα‐ τέον ἐστὶ τούτων πρότερον, εἶτ’, εἴπερ ἀνύει μηδὲν, ἐπιτίθε‐ σθαι τοῖς μείζοσιν. ἐπὶ μὲν γὰρ τῶν ἀκινδύνων παθῶν ἀληθὴς ἡ τοιαύτη δόξα, τεθνηξομένου δὲ πάντως τοῦ κά‐</w:t>
      </w:r>
    </w:p>
    <w:p>
      <w:r>
        <w:rPr>
          <w:rFonts w:ascii="Courier New" w:hAnsi="Courier New"/>
          <w:color w:val="555555"/>
          <w:sz w:val="20"/>
        </w:rPr>
        <w:t>[15]</w:t>
      </w:r>
    </w:p>
    <w:p>
      <w:r>
        <w:rPr>
          <w:rFonts w:ascii="Gentium Plus" w:hAnsi="Gentium Plus"/>
          <w:sz w:val="24"/>
        </w:rPr>
        <w:t>μνοντος, ἐὰν εἰς ἀρχὴν καταστῇ φθόης, ἀλογώτατόν ἐστιν ἀπὸ τῶν μικροτέρων ἄρχεσθαι. τά τε γὰρ ἄλλα πάντα καλῶς</w:t>
      </w:r>
    </w:p>
    <w:p>
      <w:r>
        <w:rPr>
          <w:rFonts w:ascii="Courier New" w:hAnsi="Courier New"/>
          <w:color w:val="555555"/>
          <w:sz w:val="20"/>
        </w:rPr>
        <w:t>[10 . 377]</w:t>
      </w:r>
    </w:p>
    <w:p>
      <w:r>
        <w:rPr>
          <w:rFonts w:ascii="Gentium Plus" w:hAnsi="Gentium Plus"/>
          <w:sz w:val="24"/>
        </w:rPr>
        <w:t>εἰς δὲ τὰ ἔσχατα νοσήματα αἱ ἔσχαται θεραπεῖαι εἰς ἀκρι‐ βίην κράτισται. τί ποτ’ οὖν Ἐρασιστράτῳ δόξαν ἀργός τε καὶ ῥᾴθυμος ἐν ἀρχῇ τῶν τοιούτων παθῶν γενόμενος, ἐπι‐ μελὴς αὖθίς ἐστιν, ὅτε οὐδὲν ὄφελος; φλεβοτομία γὰρ οὐδ’</w:t>
      </w:r>
    </w:p>
    <w:p>
      <w:r>
        <w:rPr>
          <w:rFonts w:ascii="Courier New" w:hAnsi="Courier New"/>
          <w:color w:val="555555"/>
          <w:sz w:val="20"/>
        </w:rPr>
        <w:t>[5]</w:t>
      </w:r>
    </w:p>
    <w:p>
      <w:r>
        <w:rPr>
          <w:rFonts w:ascii="Gentium Plus" w:hAnsi="Gentium Plus"/>
          <w:sz w:val="24"/>
        </w:rPr>
        <w:t>ὅλως ἐπ’ οὐδενὸς τοῦ αἵματος ἀναγωγῇ χρῆται, λογισμῷ φαυλοτάτῳ πιστεύσας· ἐκάθηρέ τε οὐδένα, καθάπερ οὐδὲ τὴν κεφαλὴν ἐξήρανεν. ἅπερ εἴ τις ἐξέλοι τῶν κινδυνευόντων ἁλῶναι φθόῃ, κᾂν τἄλλα πάντα διέλθοι καλῶς, οὐδὲν, οἶμαι, πλέον ἀνύσει. φλεβοτομίαν γὰρ παραιτεῖται, δεσμοῖς μόνοις</w:t>
      </w:r>
    </w:p>
    <w:p>
      <w:r>
        <w:rPr>
          <w:rFonts w:ascii="Courier New" w:hAnsi="Courier New"/>
          <w:color w:val="555555"/>
          <w:sz w:val="20"/>
        </w:rPr>
        <w:t>[10]</w:t>
      </w:r>
    </w:p>
    <w:p>
      <w:r>
        <w:rPr>
          <w:rFonts w:ascii="Gentium Plus" w:hAnsi="Gentium Plus"/>
          <w:sz w:val="24"/>
        </w:rPr>
        <w:t>χρώμενος ἐπὶ τῶν κώλων ὑπὲρ ἀντισπάσεως, ἵν’, ὡς αὐ‐ τός φησι, εἰς τοὺς τῆς φλεγμονῆς καιροὺς ἔχωμεν αὔταρ‐ κες αἷμα καὶ μὴ διὰ τὴν ἔνδειαν αὐτοῦ τρέφειν ἀναγκαζώ‐ μεθα τὸν ἄῤῥωστον. ἀλλ’ ὦ γενναιότατε, φαίη τις ἂν, οἶμαι, πρὸς αὐτὸν, ἐὰν φθάσῃ φλεγμήνας πνεύμων ἐπ’ ἀγγείου</w:t>
      </w:r>
    </w:p>
    <w:p>
      <w:r>
        <w:rPr>
          <w:rFonts w:ascii="Courier New" w:hAnsi="Courier New"/>
          <w:color w:val="555555"/>
          <w:sz w:val="20"/>
        </w:rPr>
        <w:t>[15]</w:t>
      </w:r>
    </w:p>
    <w:p>
      <w:r>
        <w:rPr>
          <w:rFonts w:ascii="Gentium Plus" w:hAnsi="Gentium Plus"/>
          <w:sz w:val="24"/>
        </w:rPr>
        <w:t>ῥήξει, μηκέτι ἔλπιζε τοῦτον ἰαθήσεσθαι δι’ οὓς ὀλίγον ἔμπρο‐ σθεν εἶπον λογισμούς· ὥστ’ οὐδὲν ἔτι σου χρῄζει, προδοθεὶς ἐν ἀρχῇ. παραπλήσιον γάρ τι ποιεῖς κυβερνήτῃ δι’ ἀμέλειαν</w:t>
      </w:r>
    </w:p>
    <w:p>
      <w:r>
        <w:rPr>
          <w:rFonts w:ascii="Courier New" w:hAnsi="Courier New"/>
          <w:color w:val="555555"/>
          <w:sz w:val="20"/>
        </w:rPr>
        <w:t>[10 . 378]</w:t>
      </w:r>
    </w:p>
    <w:p>
      <w:r>
        <w:rPr>
          <w:rFonts w:ascii="Gentium Plus" w:hAnsi="Gentium Plus"/>
          <w:sz w:val="24"/>
        </w:rPr>
        <w:t>τήρων τινὶ καὶ συμβουλεύοντι διὰ ταύτης πορίζεσθαι τὴν σωτηρίαν. ἀλλ’ ἴσως Ἐρασίστρατος ἡγεῖτο τῶν ἐξ ἀνάγκης ἑπομένων τραύμασιν εἶναι τὴν φλεγμονὴν, ἀγνοεῖ δ’, εἴπερ οὕτω γιγνώσκει, μεγάλα· πάρεστι γοῦν θεάσασθαι τῷ βουλο‐</w:t>
      </w:r>
    </w:p>
    <w:p>
      <w:r>
        <w:rPr>
          <w:rFonts w:ascii="Courier New" w:hAnsi="Courier New"/>
          <w:color w:val="555555"/>
          <w:sz w:val="20"/>
        </w:rPr>
        <w:t>[5]</w:t>
      </w:r>
    </w:p>
    <w:p>
      <w:r>
        <w:rPr>
          <w:rFonts w:ascii="Gentium Plus" w:hAnsi="Gentium Plus"/>
          <w:sz w:val="24"/>
        </w:rPr>
        <w:t>μένῳ μυρίους τῶν ὁσημέραι μονομαχούντων ἄνευ φλεγμονῆς τραύματα μέγιστα κολληθέντας· ὥστε τῇ δευτέρᾳ ἢ τῇ τε‐ τάρτῃ τῶν ἡμερῶν ἐν ἀσφαλείᾳ πάσῃ καθεστηκέναι. παμπόλ‐ λους δὲ καὶ ἡμεῖς ἐθεραπεύσαμεν ἀγγεῖον ἐν πνεύμονι ῥήξαντας ἐκ καταπτώσεως ἢ ἐκ πληγῆς ἢ βοῆς, πρὶν φλεγμῆναι</w:t>
      </w:r>
    </w:p>
    <w:p>
      <w:r>
        <w:rPr>
          <w:rFonts w:ascii="Courier New" w:hAnsi="Courier New"/>
          <w:color w:val="555555"/>
          <w:sz w:val="20"/>
        </w:rPr>
        <w:t>[10]</w:t>
      </w:r>
    </w:p>
    <w:p>
      <w:r>
        <w:rPr>
          <w:rFonts w:ascii="Gentium Plus" w:hAnsi="Gentium Plus"/>
          <w:sz w:val="24"/>
        </w:rPr>
        <w:t>τὸ ῥαγέν. εἰ δὲ καὶ τοῦτόν φησι φλεγμῆναι τὸν πνεύμονα, τοῖς ἑαυτοῦ μάχεται δόγμασιν, ἅμα μὲν φλεγμαίνειν λέγων κύριον σπλάγχνον ἐγγυτάτω κείμενον καρδίας, ἅμα δ’ ἀπύ‐ ρεκτον φαίνεσθαι τὸν ἄνθρωπον, ἔτι τε λυθείσης τῆς φλε‐ γμονῆς, μηδὲν ἀναπτυσθῆναι. ἀντακουσάτω τοιγαροῦν παρ’</w:t>
      </w:r>
    </w:p>
    <w:p>
      <w:r>
        <w:rPr>
          <w:rFonts w:ascii="Courier New" w:hAnsi="Courier New"/>
          <w:color w:val="555555"/>
          <w:sz w:val="20"/>
        </w:rPr>
        <w:t>[15]</w:t>
      </w:r>
    </w:p>
    <w:p>
      <w:r>
        <w:rPr>
          <w:rFonts w:ascii="Gentium Plus" w:hAnsi="Gentium Plus"/>
          <w:sz w:val="24"/>
        </w:rPr>
        <w:t>ἡμῶν ὡς οὔτε κολληθῆναι τὸ ἕλκος οἷόν τ’ ἐστὶν, ἐὰν ὁ πνεύμων φλεγμαίνῃ· καὶ πάντως πυρέξει φλεγμήναντος· ἀνα‐ πτύσει θ’ ἑξῆς σὺν βηχὶ πυώδη πτύσματα, λυομένης τῆς</w:t>
      </w:r>
    </w:p>
    <w:p>
      <w:r>
        <w:rPr>
          <w:rFonts w:ascii="Courier New" w:hAnsi="Courier New"/>
          <w:color w:val="555555"/>
          <w:sz w:val="20"/>
        </w:rPr>
        <w:t>[10 . 379]</w:t>
      </w:r>
    </w:p>
    <w:p>
      <w:r>
        <w:rPr>
          <w:rFonts w:ascii="Gentium Plus" w:hAnsi="Gentium Plus"/>
          <w:sz w:val="24"/>
        </w:rPr>
        <w:t>πτύσῃ τι τῶν ἐφ’ ἕλκει καὶ φλεγμονῇ ἰχώρων, τίνα νοῦν ἔχει φλεγμῆναι φάναι τούτου τὸν πνεύμονα; τοῦτό τε οὖν τὸ βοήθημα μέγιστον ὑπάρχων οὐκ ὀρθῶς παρ’ αὐτοῦ κατέ‐ γνωσται, τούτῳ τ’ ἐφεξῆς ἡ κάθαρσις ἀμνημόνευτος ἐᾶται,</w:t>
      </w:r>
    </w:p>
    <w:p>
      <w:r>
        <w:rPr>
          <w:rFonts w:ascii="Courier New" w:hAnsi="Courier New"/>
          <w:color w:val="555555"/>
          <w:sz w:val="20"/>
        </w:rPr>
        <w:t>[5]</w:t>
      </w:r>
    </w:p>
    <w:p>
      <w:r>
        <w:rPr>
          <w:rFonts w:ascii="Gentium Plus" w:hAnsi="Gentium Plus"/>
          <w:sz w:val="24"/>
        </w:rPr>
        <w:t>καὶ φάρμακον ἀγωνιστικὸν οὐδὲν εἴρηται τῷ ἀνδρὶ κατ’ οὐδὲν γένος τῶν προειρημένων. ἀλλ’ ἐάν τε κεφαλὴ πέμπῃ τὸ ῥεῦμα, φυλαχθήσεται πέμπουσα· ἐάν τε διὰ δυσκρασίαν αὐτῶν τῶν ἀναπνευστικῶν γένηται ἡ βὴξ, καὶ αὐτὴ φυλαχθήσε‐ ται. παραπλήσιος γοῦν ἐστιν ὁ Ἐρασίστρατος ἀγαλματοποιῷ,</w:t>
      </w:r>
    </w:p>
    <w:p>
      <w:r>
        <w:rPr>
          <w:rFonts w:ascii="Courier New" w:hAnsi="Courier New"/>
          <w:color w:val="555555"/>
          <w:sz w:val="20"/>
        </w:rPr>
        <w:t>[10]</w:t>
      </w:r>
    </w:p>
    <w:p>
      <w:r>
        <w:rPr>
          <w:rFonts w:ascii="Gentium Plus" w:hAnsi="Gentium Plus"/>
          <w:sz w:val="24"/>
        </w:rPr>
        <w:t>τὰ μὲν ἄλλα πάντα κοσμήσαντι, τυφλὸν δ’ ἐργασαμένῳ τὸ ἄγαλμα. τί γὰρ ὄφελος τοῦ λοιποῦ κάλλους, ὀφθαλμῶν μὴ παρόντων; εἶτα τῶν τηλικούτων ἀνδρῶν μέγιστα σφαλλομέ‐ νων ὁ θαυμασιώτατος Θεσσαλὸς, οὐδ’ ἐννοήσας τὴν τέχνην, ἀξιώσει μεθοδικὸς ὀνομάζεσθαι· καὶ νῦν ὁρῶμεν σχεδὸν ἅπαν‐</w:t>
      </w:r>
    </w:p>
    <w:p>
      <w:r>
        <w:rPr>
          <w:rFonts w:ascii="Courier New" w:hAnsi="Courier New"/>
          <w:color w:val="555555"/>
          <w:sz w:val="20"/>
        </w:rPr>
        <w:t>[15]</w:t>
      </w:r>
    </w:p>
    <w:p>
      <w:r>
        <w:rPr>
          <w:rFonts w:ascii="Gentium Plus" w:hAnsi="Gentium Plus"/>
          <w:sz w:val="24"/>
        </w:rPr>
        <w:t>τας τοὺς ἀπ’ αὐτοῦ φλεβοτομοῦντας ἄλλους τε πολλοὺς τῶν καμνόντων, οἷς οὐχ ὅπως ὠφέλιμον, ἀλλὰ καὶ βλαβερὸν ἐχρῆν ὑπειλῆφθαι τὸ βοήθημα, φυλαττόντων γε αὐτῶν τὰς οἰκείας</w:t>
      </w:r>
    </w:p>
    <w:p>
      <w:r>
        <w:rPr>
          <w:rFonts w:ascii="Courier New" w:hAnsi="Courier New"/>
          <w:color w:val="555555"/>
          <w:sz w:val="20"/>
        </w:rPr>
        <w:t>[10 . 380]</w:t>
      </w:r>
    </w:p>
    <w:p>
      <w:r>
        <w:rPr>
          <w:rFonts w:ascii="Gentium Plus" w:hAnsi="Gentium Plus"/>
          <w:sz w:val="24"/>
        </w:rPr>
        <w:t>σὺν ἐμέτοις εἴτε σὺν βηξὶν, ὅταν ὦσιν ἰσχυροὶ τὴν δύναμιν. εἶτα πῶς ἀλλήλοις ὁμολογεῖ ταῦτα, τὸ φλεβοτομεῖν τινα τῶν αἷμα πτυσάντων, αὐτοὺς ἐν τοῖς ἰδίοις συγγράμμασι γράφοντας τοῖς στεγνοῖς πάθεσιν ἐπιτήδειον εἶναι τὸ βοή‐</w:t>
      </w:r>
    </w:p>
    <w:p>
      <w:r>
        <w:rPr>
          <w:rFonts w:ascii="Courier New" w:hAnsi="Courier New"/>
          <w:color w:val="555555"/>
          <w:sz w:val="20"/>
        </w:rPr>
        <w:t>[5]</w:t>
      </w:r>
    </w:p>
    <w:p>
      <w:r>
        <w:rPr>
          <w:rFonts w:ascii="Gentium Plus" w:hAnsi="Gentium Plus"/>
          <w:sz w:val="24"/>
        </w:rPr>
        <w:t>θημα; μὴ τοίνυν ἔτι μηδὲ μεθοδικοὺς ἑαυτοὺς ὀνομαζέτω‐ σαν, ἀλλ’ ἐμπειρικοὺς, οἳ παρέντες τὸν λόγον, ὃν ἐνόμιζον ὑπάρχειν ὑγιῆ, τῇ πείρᾳ χρῶνται πρὸς τὴν τῶν βοηθημάτων εὕρεσιν. ἆρ’ οὖν ἐν τούτοις μὲν ἐναργῶς ἐξελέγχονται μηδὲν μήτε μεθόδῳ μήθ’ ὅλως λόγῳ τινὶ πράττοντες, ἐν οἷς δὲ</w:t>
      </w:r>
    </w:p>
    <w:p>
      <w:r>
        <w:rPr>
          <w:rFonts w:ascii="Courier New" w:hAnsi="Courier New"/>
          <w:color w:val="555555"/>
          <w:sz w:val="20"/>
        </w:rPr>
        <w:t>[10]</w:t>
      </w:r>
    </w:p>
    <w:p>
      <w:r>
        <w:rPr>
          <w:rFonts w:ascii="Gentium Plus" w:hAnsi="Gentium Plus"/>
          <w:sz w:val="24"/>
        </w:rPr>
        <w:t>τὰ μέρη φασὶν ὑπάρχειν ἄχρηστα πρὸς τὴν τῆς θεραπείας εὕρεσιν, οὐ πολὺ μᾶλλον; καὶ μὴν εἴ τις ἀναμνησθείη τῶν εἰρημένων ἡμῖν ἐπὶ ὠτῶν καὶ μυκτήρων καὶ ὀφθαλμῶν καὶ στόματος καὶ θώρακος καὶ πνεύμονος, ἔτι τε μήτρας καὶ κύστεως καὶ τῶν κατὰ τὴν γαστέρα, τοῦ παντὸς ἁμαρτάνον‐</w:t>
      </w:r>
    </w:p>
    <w:p>
      <w:r>
        <w:rPr>
          <w:rFonts w:ascii="Courier New" w:hAnsi="Courier New"/>
          <w:color w:val="555555"/>
          <w:sz w:val="20"/>
        </w:rPr>
        <w:t>[15]</w:t>
      </w:r>
    </w:p>
    <w:p>
      <w:r>
        <w:rPr>
          <w:rFonts w:ascii="Gentium Plus" w:hAnsi="Gentium Plus"/>
          <w:sz w:val="24"/>
        </w:rPr>
        <w:t>τες φανοῦνται. τοιοῦτος γοῦν καὶ ὁ τῷ Μακεδονικῷ φαρ‐ μάκῳ χρώμενος ἐπ’ αἰδοίου φλεγμαίνοντος, ἅμα τῷ χαλαστικῷ καταπλάσματι, τῷ συνήθει τούτῳ τῷ δι’ ἄρτου καὶ ὑδρε‐</w:t>
      </w:r>
    </w:p>
    <w:p>
      <w:r>
        <w:rPr>
          <w:rFonts w:ascii="Courier New" w:hAnsi="Courier New"/>
          <w:color w:val="555555"/>
          <w:sz w:val="20"/>
        </w:rPr>
        <w:t>[10 . 381]</w:t>
      </w:r>
    </w:p>
    <w:p>
      <w:r>
        <w:rPr>
          <w:rFonts w:ascii="Gentium Plus" w:hAnsi="Gentium Plus"/>
          <w:sz w:val="24"/>
        </w:rPr>
        <w:t>ἕδρας ἡλκωμένης τοῖς αὐτοῖς χρώμενος· ἀλλ’ ἐν τοῖς περὶ τῶν φλεγμονῶν λόγοις ὑπὲρ τῶν τοιούτων ἐροῦμεν. ἕλκη δὲ χωρὶς φλεγμονῆς ἐν αἰδοίῳ καὶ ἕδρᾳ καταπλάσματος μὲν οὐδενὸς δεῖται, φαρμάκου δ’ ἐπουλοῦντος, οὐ μὰ Δία τοιού‐</w:t>
      </w:r>
    </w:p>
    <w:p>
      <w:r>
        <w:rPr>
          <w:rFonts w:ascii="Courier New" w:hAnsi="Courier New"/>
          <w:color w:val="555555"/>
          <w:sz w:val="20"/>
        </w:rPr>
        <w:t>[5]</w:t>
      </w:r>
    </w:p>
    <w:p>
      <w:r>
        <w:rPr>
          <w:rFonts w:ascii="Gentium Plus" w:hAnsi="Gentium Plus"/>
          <w:sz w:val="24"/>
        </w:rPr>
        <w:t>του τὴν φύσιν οἷον εἰς οὐλὴν ἄγει τὰ κατὰ τὰς σάρκας ἕλκη, ἀλλ’ εἰς τοσοῦτον ξηροτέρου τὴν δύναμιν εἰς ὅσον ἐστὶ καὶ τὰ μόρια ξηρότερα σαρκός. καὶ τό γε θαυμασιώτερον, αὐτῶν τῶν ἐν αἰδοίῳ συνισταμένων ἑλκῶν ἐπὶ μᾶλλον δεῖται ξη‐ ραίνεσθαι τά τε τοῦ καυλοῦ σύμπαντος ὅσα τε ἐκτὸς</w:t>
      </w:r>
    </w:p>
    <w:p>
      <w:r>
        <w:rPr>
          <w:rFonts w:ascii="Courier New" w:hAnsi="Courier New"/>
          <w:color w:val="555555"/>
          <w:sz w:val="20"/>
        </w:rPr>
        <w:t>[10]</w:t>
      </w:r>
    </w:p>
    <w:p>
      <w:r>
        <w:rPr>
          <w:rFonts w:ascii="Gentium Plus" w:hAnsi="Gentium Plus"/>
          <w:sz w:val="24"/>
        </w:rPr>
        <w:t>αὐτοῦ κατὰ τὸ πέρας ἐστὶν, ὃ προσαγορεύουσι βάλανον. ἧττον δὲ τούτων χρῄζει ξηραινόντων φαρμάκων ὅσα τῆς πόσθης ἐστὶν ἕλκη, κᾀκ τούτων ἔθ’ ἧττον ὅσα κατὰ τοῦ λοιποῦ δέρματος ὃ περὶ σύμπαν ἐστὶ τὸ αἰδοῖον. ὑγρὸν οὖν ποθ’ ἕλκος ἐπὶ τῆς βαλάνου τῶν ἀμεθόδων ἰατρῶν τις, τού‐</w:t>
      </w:r>
    </w:p>
    <w:p>
      <w:r>
        <w:rPr>
          <w:rFonts w:ascii="Courier New" w:hAnsi="Courier New"/>
          <w:color w:val="555555"/>
          <w:sz w:val="20"/>
        </w:rPr>
        <w:t>[15]</w:t>
      </w:r>
    </w:p>
    <w:p>
      <w:r>
        <w:rPr>
          <w:rFonts w:ascii="Gentium Plus" w:hAnsi="Gentium Plus"/>
          <w:sz w:val="24"/>
        </w:rPr>
        <w:t>των δὴ τῶν Θεσσαλείων, μὴ δυνάμενος ἰάσασθαι τούτοις τοῖς ἐπουλωτικοῖς ὀνομαζομένοις φαρμάκοις, εἰς συμβουλὴν ἡμᾶς παρεκάλεσεν. ἀκούσας οὖν ὅτι πολὺ ξηροτέρου δεῖται φαρ‐</w:t>
      </w:r>
    </w:p>
    <w:p>
      <w:r>
        <w:rPr>
          <w:rFonts w:ascii="Courier New" w:hAnsi="Courier New"/>
          <w:color w:val="555555"/>
          <w:sz w:val="20"/>
        </w:rPr>
        <w:t>[10 . 382]</w:t>
      </w:r>
    </w:p>
    <w:p>
      <w:r>
        <w:rPr>
          <w:rFonts w:ascii="Gentium Plus" w:hAnsi="Gentium Plus"/>
          <w:sz w:val="24"/>
        </w:rPr>
        <w:t>ἠπίστει μὲν τὸ πρῶτον· ὡς δ’ ὑπ’ ἀνάγκης εἰς τὸ χρήσασθαί τινι τῶν ἡμετέρων ἀφίκετο, τρισὶ μὲν ἡμέραις ὑγιάσθη τὸ ἕλκος· εὔδηλος δὲ ἦν ὁ ἰατρὸς οὐ τοσοῦτον χαίρων ἐπὶ τῷ θεραπεῦσαι τὸν ἄνθρωπον ὅσον ἀνιώμενος ἐπὶ τῷ πονηρᾷ</w:t>
      </w:r>
    </w:p>
    <w:p>
      <w:r>
        <w:rPr>
          <w:rFonts w:ascii="Courier New" w:hAnsi="Courier New"/>
          <w:color w:val="555555"/>
          <w:sz w:val="20"/>
        </w:rPr>
        <w:t>[5]</w:t>
      </w:r>
    </w:p>
    <w:p>
      <w:r>
        <w:rPr>
          <w:rFonts w:ascii="Gentium Plus" w:hAnsi="Gentium Plus"/>
          <w:sz w:val="24"/>
        </w:rPr>
        <w:t>συντετράφθαι δογμάτων αἱρέσει. τὸ γάρ τοι διὰ χάρτου κε‐ καυμένου, τοῦτο δὴ τὸ σύνηθες ἡμῖν, ἰᾶται τὰ τοιαῦτα τῶν ἑλκῶν, ὥσπερ γε καὶ ἄνηθον κεκαυμένον ὁμοίως ἐπιπαττό‐ μενον, καὶ κολοκύνθη δὲ ξηρὰ κεκαυμένη κατὰ τὸν αὐτὸν τρό‐ πον· ἄλλα τε πολλὰ τῶν ὄντως ἰσχυρῶς ξηραινόντων φαρ‐</w:t>
      </w:r>
    </w:p>
    <w:p>
      <w:r>
        <w:rPr>
          <w:rFonts w:ascii="Courier New" w:hAnsi="Courier New"/>
          <w:color w:val="555555"/>
          <w:sz w:val="20"/>
        </w:rPr>
        <w:t>[10]</w:t>
      </w:r>
    </w:p>
    <w:p>
      <w:r>
        <w:rPr>
          <w:rFonts w:ascii="Gentium Plus" w:hAnsi="Gentium Plus"/>
          <w:sz w:val="24"/>
        </w:rPr>
        <w:t>μάκων. ὅσα δ’ ἄνικμα τῶν τοιούτων ἑλκῶν ἐστι καὶ πρόσφατα, τούτοις καὶ ἡ ἀλόη μόνη φάρμακον ἀγαθόν· ἐπι‐ πάττεται δὲ χνοώδης ξηρά. αὕτη δὲ καὶ τὰ κατὰ τὴν ἕδραν ἕλκη τὰ ξηρὰ θεραπεύει καλῶς. ὁμοιοτάτην δ’ αὐτῇ δύναμιν ἔχει καὶ καδμεία δι’ οἴνου πεπλυμένη ξηρά. καὶ ταύτης ἐγγύς</w:t>
      </w:r>
    </w:p>
    <w:p>
      <w:r>
        <w:rPr>
          <w:rFonts w:ascii="Courier New" w:hAnsi="Courier New"/>
          <w:color w:val="555555"/>
          <w:sz w:val="20"/>
        </w:rPr>
        <w:t>[15]</w:t>
      </w:r>
    </w:p>
    <w:p>
      <w:r>
        <w:rPr>
          <w:rFonts w:ascii="Gentium Plus" w:hAnsi="Gentium Plus"/>
          <w:sz w:val="24"/>
        </w:rPr>
        <w:t>ἐστιν ἡ καλουμένη λιθάργυρος. εἶθ’ ἑξῆς ἡ μολύβδαινα. πάν‐ των δ’ αὐτῶν ἀνωδυνώτατόν τε καὶ οὐδενὸς ἧττον δραστή‐ ριον ὁ πομφόλυξ ἐστίν. εἰ δ’ ὑγρότερα τύχοι πίτυός τε</w:t>
      </w:r>
    </w:p>
    <w:p>
      <w:r>
        <w:rPr>
          <w:rFonts w:ascii="Courier New" w:hAnsi="Courier New"/>
          <w:color w:val="555555"/>
          <w:sz w:val="20"/>
        </w:rPr>
        <w:t>[10 . 383]</w:t>
      </w:r>
    </w:p>
    <w:p>
      <w:r>
        <w:rPr>
          <w:rFonts w:ascii="Gentium Plus" w:hAnsi="Gentium Plus"/>
          <w:sz w:val="24"/>
        </w:rPr>
        <w:t>μενος. εἰ δὲ καὶ βάθος αὐτοῖς συνείη τι, μετὰ τὸ ξηρᾶναι τῶν εἰρημένων τινὶ, μάννης αὐτοῖς τοσοῦτον μικτέον ὅσον αὔταρκες εἰς γένεσιν σαρκός. τούτων τε οὖν οὐδὲν οὐδὲ ὄναρ ἴσασιν οἱ ἀπὸ τῆς ἀμεθοδωτάτης αἱρέσεως ἅπαν ἕλκος</w:t>
      </w:r>
    </w:p>
    <w:p>
      <w:r>
        <w:rPr>
          <w:rFonts w:ascii="Courier New" w:hAnsi="Courier New"/>
          <w:color w:val="555555"/>
          <w:sz w:val="20"/>
        </w:rPr>
        <w:t>[5]</w:t>
      </w:r>
    </w:p>
    <w:p>
      <w:r>
        <w:rPr>
          <w:rFonts w:ascii="Gentium Plus" w:hAnsi="Gentium Plus"/>
          <w:sz w:val="24"/>
        </w:rPr>
        <w:t>ἡγούμενοι τῆς αὐτῆς δεῖσθαι θεραπείας, ἐν ᾧπερ ἂν ᾖ τοῦ ζώου μορίῳ· καὶ πρὸς τούτοις ἔτι, μηδ’ ὅπως χρὴ ῥάπτειν αὐτῶν ἔνια, καθάπερ εἰ τύχοι τὰ κατ’ ἐπιγάστριον· ὑπὲρ ὧν ἐν τῷ μετὰ ταῦτα λόγῳ λεχθήσεται σὺν τοῖς ὑπολοίποις</w:t>
      </w:r>
    </w:p>
    <w:p>
      <w:r>
        <w:rPr>
          <w:rFonts w:ascii="Courier New" w:hAnsi="Courier New"/>
          <w:color w:val="555555"/>
          <w:sz w:val="20"/>
        </w:rPr>
        <w:t>[10 . 384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Ζ.</w:t>
      </w:r>
    </w:p>
    <w:p>
      <w:r>
        <w:rPr>
          <w:rFonts w:ascii="Courier New" w:hAnsi="Courier New"/>
          <w:color w:val="555555"/>
          <w:sz w:val="20"/>
        </w:rPr>
        <w:t>[1]</w:t>
      </w:r>
    </w:p>
    <w:p>
      <w:r>
        <w:rPr>
          <w:rFonts w:ascii="Gentium Plus" w:hAnsi="Gentium Plus"/>
          <w:sz w:val="24"/>
        </w:rPr>
        <w:t>Οἶδ’ ὅτι μηκύνειν δόξω τισὶν ἐν γένος ἔτι νοσήματος ἐξηγούμενος, ὅπως χρὴ θεραπεύεσθαι μεθόδῳ. προσήκει δ’ αὐτοὺς οὐκ ἐμοὶ τοῦ μήκους ἐγκαλεῖν, ἀλλὰ τοῖς ἃ μηδ’ ὅλως ἔγνωσαν ὑφ’ Ἱπποκράτους ὀρθῶς εἰρημένα</w:t>
      </w:r>
    </w:p>
    <w:p>
      <w:r>
        <w:rPr>
          <w:rFonts w:ascii="Courier New" w:hAnsi="Courier New"/>
          <w:color w:val="555555"/>
          <w:sz w:val="20"/>
        </w:rPr>
        <w:t>[5]</w:t>
      </w:r>
    </w:p>
    <w:p>
      <w:r>
        <w:rPr>
          <w:rFonts w:ascii="Gentium Plus" w:hAnsi="Gentium Plus"/>
          <w:sz w:val="24"/>
        </w:rPr>
        <w:t>διαβάλλειν ἐπιχειρήσασιν, οὓς οὐδ’ ἕλκος ἰᾶσθαι καλῶς ἐπι‐ σταμένους ἔδειξα, μή τοί γε δὴ τῶν ἄλλων τι τῶν μειζόνων. αὐτὸ μὲν οὖν τὸ γένος τοῦ πάθος οὗ τῶν εἰδῶν ἕν ἐστι τὸ</w:t>
      </w:r>
    </w:p>
    <w:p>
      <w:r>
        <w:rPr>
          <w:rFonts w:ascii="Courier New" w:hAnsi="Courier New"/>
          <w:color w:val="555555"/>
          <w:sz w:val="20"/>
        </w:rPr>
        <w:t>[10 . 385]</w:t>
      </w:r>
    </w:p>
    <w:p>
      <w:r>
        <w:rPr>
          <w:rFonts w:ascii="Gentium Plus" w:hAnsi="Gentium Plus"/>
          <w:sz w:val="24"/>
        </w:rPr>
        <w:t>διοίσει. δέδεικται δὲ ὅτι καθ’ ἕκαστον μέλος τοῦ σώματος ἡ μέθοδος τῆς θεραπείας αὐτοῦ τὰς μὲν ἐξ αὐτοῦ τοῦ πά‐ θους ἐνδείξεις φυλάττει κοινὰς, ἐπικτᾶται δὲ ἀπὸ τοῦ μέ‐ ρους ἄλλοτε ἄλλας. ἐν μὲν γὰρ τοῖς σαρκώδεσι μορίοις</w:t>
      </w:r>
    </w:p>
    <w:p>
      <w:r>
        <w:rPr>
          <w:rFonts w:ascii="Courier New" w:hAnsi="Courier New"/>
          <w:color w:val="555555"/>
          <w:sz w:val="20"/>
        </w:rPr>
        <w:t>[5]</w:t>
      </w:r>
    </w:p>
    <w:p>
      <w:r>
        <w:rPr>
          <w:rFonts w:ascii="Gentium Plus" w:hAnsi="Gentium Plus"/>
          <w:sz w:val="24"/>
        </w:rPr>
        <w:t>ἐπιγιγνόμενον ὀνομάζεται μὲν ἕλκος, ἔχει δὲ τὸν μὲν κοινὸν σκοπὸν ἁπάντων τῶν παρὰ φύσιν ἀναίρεσιν ἑαυτοῦ, τὸν δ’ ὡς διαθέσεως, τὸν διὰ τῶν ἐναντίων, τὸν δὲ ὡς διαι‐ ρέσεως ἕνωσιν· ἡ γάρ τοι τοῦ νοσήματος τοῦδε γένεσις ἐν τῇ διαιρέσει τῆς ἑνώσεώς ἐστι. καὶ διὰ τοῦτο κατὰ</w:t>
      </w:r>
    </w:p>
    <w:p>
      <w:r>
        <w:rPr>
          <w:rFonts w:ascii="Courier New" w:hAnsi="Courier New"/>
          <w:color w:val="555555"/>
          <w:sz w:val="20"/>
        </w:rPr>
        <w:t>[10]</w:t>
      </w:r>
    </w:p>
    <w:p>
      <w:r>
        <w:rPr>
          <w:rFonts w:ascii="Gentium Plus" w:hAnsi="Gentium Plus"/>
          <w:sz w:val="24"/>
        </w:rPr>
        <w:t>μὲν τὸ ὀστοῦν ὀνομάζεται κάταγμα, κατὰ δὲ τὰς νευρώδεις ἶνας σπάσμα, κατὰ δὲ τοὺς μῦς ἕλκος τε καὶ ῥῆγμα· προ‐ είρηται δὲ αὐτῶν ἡ διαφορά. νεύρῳ μέντοι καὶ ἀρτηρίᾳ καὶ φλεβὶ ταὐτὸν τοῦτο τὸ πάθος ἐγγινόμενον οὐδὲν ἴδιον ὄνομα κέκτηται· συγχρῆται δ’ ἐνίοτε μὲν τῇ</w:t>
      </w:r>
    </w:p>
    <w:p>
      <w:r>
        <w:rPr>
          <w:rFonts w:ascii="Courier New" w:hAnsi="Courier New"/>
          <w:color w:val="555555"/>
          <w:sz w:val="20"/>
        </w:rPr>
        <w:t>[15]</w:t>
      </w:r>
    </w:p>
    <w:p>
      <w:r>
        <w:rPr>
          <w:rFonts w:ascii="Gentium Plus" w:hAnsi="Gentium Plus"/>
          <w:sz w:val="24"/>
        </w:rPr>
        <w:t>τοῦ ἕλκους, ἔστι δ’ ὅτε τῇ τοῦ τραύματος ἢ ῥήξεως προσ‐ ηγορίᾳ. ἀλλ’ ὅτι βραχύ τι χρὴ φροντίζειν ὀνομάτων ὅτῳ περ σπουδὴ τῶν πραγμάτων αὐτῶν ἐξευρίσκειν τὴν ἐπι‐</w:t>
      </w:r>
    </w:p>
    <w:p>
      <w:r>
        <w:rPr>
          <w:rFonts w:ascii="Courier New" w:hAnsi="Courier New"/>
          <w:color w:val="555555"/>
          <w:sz w:val="20"/>
        </w:rPr>
        <w:t>[10 . 386]</w:t>
      </w:r>
    </w:p>
    <w:p>
      <w:r>
        <w:rPr>
          <w:rFonts w:ascii="Gentium Plus" w:hAnsi="Gentium Plus"/>
          <w:sz w:val="24"/>
        </w:rPr>
        <w:t>ἀμελήσαντες τῶν ὀνομάτων· οὐδὲ γὰρ ἐκ τῆς τούτων ἀκρι‐ βοῦς θέσεως, ἀλλ’ ἐκ τῶν προσηκόντων ἰαμάτων οἱ κάμνον‐ τες ὀνίνανται. πάλιν οὖν ἀναμνηστέον ὡς ὁ τολμηρότατος Θεσσαλὸς οὐδεμίαν εἰπὼν μέθοδον ἑλκῶν ἰάσεως οἴεται</w:t>
      </w:r>
    </w:p>
    <w:p>
      <w:r>
        <w:rPr>
          <w:rFonts w:ascii="Courier New" w:hAnsi="Courier New"/>
          <w:color w:val="555555"/>
          <w:sz w:val="20"/>
        </w:rPr>
        <w:t>[5]</w:t>
      </w:r>
    </w:p>
    <w:p>
      <w:r>
        <w:rPr>
          <w:rFonts w:ascii="Gentium Plus" w:hAnsi="Gentium Plus"/>
          <w:sz w:val="24"/>
        </w:rPr>
        <w:t>πάσας εἰρηκέναι. τὸ γὰρ, εἰ οὕτως ἔτυχε, τὸ μὲν κοῖλον ἕλκος δεῖσθαι σαρκώσεως, τὸ δ’ ἁπλοῦν κολλήσεως, οὐδὲ τοὺς ἰδιώτας λανθάνει, πῶς δ’ ἄν τις εὕροι μεθόδῳ φάρμακα δι’ ὧν ἤτοι σαρκωθήσεται τὸ κοῖλον, ἢ κολληθήσεται τὸ ἁπλοῦν ἕλκος, οὐκέτι οὐδεὶς ἰδιώτης ἐπίσταται· καὶ τοῦτό</w:t>
      </w:r>
    </w:p>
    <w:p>
      <w:r>
        <w:rPr>
          <w:rFonts w:ascii="Courier New" w:hAnsi="Courier New"/>
          <w:color w:val="555555"/>
          <w:sz w:val="20"/>
        </w:rPr>
        <w:t>[10]</w:t>
      </w:r>
    </w:p>
    <w:p>
      <w:r>
        <w:rPr>
          <w:rFonts w:ascii="Gentium Plus" w:hAnsi="Gentium Plus"/>
          <w:sz w:val="24"/>
        </w:rPr>
        <w:t>ἐστιν ὃ πρόκειται σκοπεῖσθαι τοῖς ἰατροῖς· κᾀν τούτῳ βελτίων ἐστὶν ἕτερος ἑτέρου. καὶ γὰρ εὑρήσει φάρμακα καὶ τοῖς εὑρημένοις ὀρθῶς χρήσεται, καθάπερ ἐδείκνυμεν ἐν τοῖς ἔμπροσθεν, ὁ γεγυμνασμένος ἐν τῇ θεραπευτικῇ με‐ θόδῳ.</w:t>
      </w:r>
    </w:p>
    <w:p>
      <w:r>
        <w:rPr>
          <w:rFonts w:ascii="Courier New" w:hAnsi="Courier New"/>
          <w:color w:val="555555"/>
          <w:sz w:val="20"/>
        </w:rPr>
        <w:t>[15]</w:t>
      </w:r>
    </w:p>
    <w:p>
      <w:r>
        <w:rPr>
          <w:rFonts w:ascii="Gentium Plus" w:hAnsi="Gentium Plus"/>
          <w:sz w:val="24"/>
        </w:rPr>
        <w:t>Ἵνα γὰρ ἤδη τινὸς ἐχώμεθα τῶν ἀκολού‐ θων τοῖς ἔμπροσθεν, ὑποκείσθω τις ἥκων πρὸς ἡμᾶς νενυγ‐ μένος αὐτὸ μόνον τὸ δέρμα βελόνῃ· τοῦτον τὸν ἄνθρωπον,</w:t>
      </w:r>
    </w:p>
    <w:p>
      <w:r>
        <w:rPr>
          <w:rFonts w:ascii="Courier New" w:hAnsi="Courier New"/>
          <w:color w:val="555555"/>
          <w:sz w:val="20"/>
        </w:rPr>
        <w:t>[10 . 387]</w:t>
      </w:r>
    </w:p>
    <w:p>
      <w:r>
        <w:rPr>
          <w:rFonts w:ascii="Gentium Plus" w:hAnsi="Gentium Plus"/>
          <w:sz w:val="24"/>
        </w:rPr>
        <w:t>μέλος, ἐπὶ τὰς συνήθεις ἀπολύσῃς πράξεις, οὐδὲν πείσεται φαῦλον· εἰ δὲ δυσελκὴς εἴη, πρῶτα μὲν ὀδυνήσεται, μετὰ ταῦτα δὲ ἤδη καὶ σφύξει καὶ φλεγμανεῖ τὸ μέρος. ὁ μὲν οὖν ἐμπειρικὸς ἐξ ἀνακρίσεως εἴσεται τὴν φύσιν τοῦ ἀνθρώπου·</w:t>
      </w:r>
    </w:p>
    <w:p>
      <w:r>
        <w:rPr>
          <w:rFonts w:ascii="Courier New" w:hAnsi="Courier New"/>
          <w:color w:val="555555"/>
          <w:sz w:val="20"/>
        </w:rPr>
        <w:t>[5]</w:t>
      </w:r>
    </w:p>
    <w:p>
      <w:r>
        <w:rPr>
          <w:rFonts w:ascii="Gentium Plus" w:hAnsi="Gentium Plus"/>
          <w:sz w:val="24"/>
        </w:rPr>
        <w:t>ἡμεῖς δὲ κᾀκ ταύτης μὲν ἅπασί γε χρώμενοι τοῖς ἐκ τῆς πείρας εὑρισκομένοις, οὐδὲν δὲ ἧττον καὶ ἐξ ὧν ἔχομεν γνωρισμάτων εὐχύμου καὶ κακοχύμου φύσεως, εὐαισθήτου τε καὶ δυσαισθήτου, πληθωρικῆς τε καὶ συμμέτρως ἐχούσης χυμῶν, εὖ εἰδότες ὡς ὁ μὲν πληθωρικὸς, ἢ κακόχυμος, ἢ</w:t>
      </w:r>
    </w:p>
    <w:p>
      <w:r>
        <w:rPr>
          <w:rFonts w:ascii="Courier New" w:hAnsi="Courier New"/>
          <w:color w:val="555555"/>
          <w:sz w:val="20"/>
        </w:rPr>
        <w:t>[10]</w:t>
      </w:r>
    </w:p>
    <w:p>
      <w:r>
        <w:rPr>
          <w:rFonts w:ascii="Gentium Plus" w:hAnsi="Gentium Plus"/>
          <w:sz w:val="24"/>
        </w:rPr>
        <w:t>εὐαίσθητος, ἤ τινα τούτων, ἢ πάντα ἔχων, φλεγμαίνει· ὅτῳ δ’ ὑπάρχει τἀναντία, δεινὸν οὐδὲν πείσεται. καὶ ταῦτα προγνόντες, οὐ μὰ Δία τὸ κολλητικὸν ἐπιθήσομεν φάρμα‐ κον, ὁποῖα τὰ πλεῖστα τῶν καλουμένων ἐναίμων ἐστὶν, ἃ προσφάτοις ἐπιτίθενται τραύμασιν, ἀλλὰ μαλακόν τε καὶ</w:t>
      </w:r>
    </w:p>
    <w:p>
      <w:r>
        <w:rPr>
          <w:rFonts w:ascii="Courier New" w:hAnsi="Courier New"/>
          <w:color w:val="555555"/>
          <w:sz w:val="20"/>
        </w:rPr>
        <w:t>[15]</w:t>
      </w:r>
    </w:p>
    <w:p>
      <w:r>
        <w:rPr>
          <w:rFonts w:ascii="Gentium Plus" w:hAnsi="Gentium Plus"/>
          <w:sz w:val="24"/>
        </w:rPr>
        <w:t>παρηγορικὸν καὶ ἀνώδυνον. ἔνθα μὲν γὰρ ἡ διαίρεσις ᾖ μεγάλη, σπουδὴν χρὴ ποιεῖσθαι ξηραντικωτέροις φαρμάκοις</w:t>
      </w:r>
    </w:p>
    <w:p>
      <w:r>
        <w:rPr>
          <w:rFonts w:ascii="Courier New" w:hAnsi="Courier New"/>
          <w:color w:val="555555"/>
          <w:sz w:val="20"/>
        </w:rPr>
        <w:t>[10 . 388]</w:t>
      </w:r>
    </w:p>
    <w:p>
      <w:r>
        <w:rPr>
          <w:rFonts w:ascii="Gentium Plus" w:hAnsi="Gentium Plus"/>
          <w:sz w:val="24"/>
        </w:rPr>
        <w:t>ἔνθα δ’ ἐκ βελόνης ἢ γραφίου διαίρεσις, ἑνὸς μόνου χρὴ φροντίζειν τοῦ μὴ φλεγμῆναι. κᾀν τῷδε δῆλον ὡς ὁ γεγραμ‐ μένος ὑπὸ Θεσσαλοῦ σκοπὸς τῶν ἐναίμων ἑλκῶν οὐδὲν ἡμᾶς οὐδέπω διδάσκει πλέον οὗ καὶ τοῖς ἰδιώταις μέτε‐</w:t>
      </w:r>
    </w:p>
    <w:p>
      <w:r>
        <w:rPr>
          <w:rFonts w:ascii="Courier New" w:hAnsi="Courier New"/>
          <w:color w:val="555555"/>
          <w:sz w:val="20"/>
        </w:rPr>
        <w:t>[5]</w:t>
      </w:r>
    </w:p>
    <w:p>
      <w:r>
        <w:rPr>
          <w:rFonts w:ascii="Gentium Plus" w:hAnsi="Gentium Plus"/>
          <w:sz w:val="24"/>
        </w:rPr>
        <w:t>στιν. οὐ γὰρ ὃ χρὴ ποιεῖσθαι γιγνώσκειν μέγα, φύσει γε ὑπάρχον ἅπασιν ἀνθρώποις, δι’ ὧν δ’ ἄν τις αὐτὸ ποιή‐ σειεν ἐπίστασθαι τῶν τεχνικῶν ἐστι. καὶ γὰρ εἰ ναῦν τις μέλλει πήξεσθαι καλῶς, ἴσμεν δήπου καὶ ἡμεῖς ἅπαν‐ τες οὐκ ὄντες ναυπηγοὶ, ποῦ μὲν χρὴ τάξαι τὰ πηδάλια,</w:t>
      </w:r>
    </w:p>
    <w:p>
      <w:r>
        <w:rPr>
          <w:rFonts w:ascii="Courier New" w:hAnsi="Courier New"/>
          <w:color w:val="555555"/>
          <w:sz w:val="20"/>
        </w:rPr>
        <w:t>[10]</w:t>
      </w:r>
    </w:p>
    <w:p>
      <w:r>
        <w:rPr>
          <w:rFonts w:ascii="Gentium Plus" w:hAnsi="Gentium Plus"/>
          <w:sz w:val="24"/>
        </w:rPr>
        <w:t>ποῦ δὲ τὴν πρύμναν καὶ τὴν πρῶραν, ἕκαστόν τε τῶν ἄλλων· ἀλλ’ οὐδὲν ἡμῖν πλέον πρόσεστιν ἀγνοοῦσι πῶς αὐτὰ δημιουργήσομεν. οὕτω δὲ καὶ οἰκίαν κατασκευαζόμενός τις οὐκ ἀγνοεῖ δήπουθεν οὔθ’ ὡς πρῶτα χρὴ θέσθαι τὰ θεμέλια τῶν τοίχων, οὔθ’ ὡς ἐπ’ αὐτοῖς καὶ ἀκλινεῖς ἐγεῖ‐</w:t>
      </w:r>
    </w:p>
    <w:p>
      <w:r>
        <w:rPr>
          <w:rFonts w:ascii="Courier New" w:hAnsi="Courier New"/>
          <w:color w:val="555555"/>
          <w:sz w:val="20"/>
        </w:rPr>
        <w:t>[15]</w:t>
      </w:r>
    </w:p>
    <w:p>
      <w:r>
        <w:rPr>
          <w:rFonts w:ascii="Gentium Plus" w:hAnsi="Gentium Plus"/>
          <w:sz w:val="24"/>
        </w:rPr>
        <w:t>ραι τοὺς τοίχους, οὔθ’ ὡς κατὰ τοῦτον πήξασθαι τὴν ὀροφὴν, οὔθ’ ὡς θύρας τε καὶ θυρίδας, ἕκαστόν τε τῶν</w:t>
      </w:r>
    </w:p>
    <w:p>
      <w:r>
        <w:rPr>
          <w:rFonts w:ascii="Courier New" w:hAnsi="Courier New"/>
          <w:color w:val="555555"/>
          <w:sz w:val="20"/>
        </w:rPr>
        <w:t>[10 . 389]</w:t>
      </w:r>
    </w:p>
    <w:p>
      <w:r>
        <w:rPr>
          <w:rFonts w:ascii="Gentium Plus" w:hAnsi="Gentium Plus"/>
          <w:sz w:val="24"/>
        </w:rPr>
        <w:t>δὲν τοῦτο πλέον οὐδὲν εἰς οἰκίας κατασκευὴν, ἄχρι περ ἂν ἀμαθὴς ὑπάρχων οἰκοδομικῆς, ἀγνοεῖ δημιουργεῖν αὐτά. μόνῳ τοίνυν τῶν ἁπάντων ἀνθρώπων σοφωτάτῳ ἀρκεῖ Θεσσαλῷ πρὸς ἐπιστήμην τεχνικὴν ὃ χρὴ ποιῆσαι γινώ‐</w:t>
      </w:r>
    </w:p>
    <w:p>
      <w:r>
        <w:rPr>
          <w:rFonts w:ascii="Courier New" w:hAnsi="Courier New"/>
          <w:color w:val="555555"/>
          <w:sz w:val="20"/>
        </w:rPr>
        <w:t>[5]</w:t>
      </w:r>
    </w:p>
    <w:p>
      <w:r>
        <w:rPr>
          <w:rFonts w:ascii="Gentium Plus" w:hAnsi="Gentium Plus"/>
          <w:sz w:val="24"/>
        </w:rPr>
        <w:t>σκειν. ἀλλ’ ἡμεῖς καὶ διὰ τῶν ἔμπροσθεν ἐδείξαμεν, ὡς ἀρχὴ μέν τίς ἐστι τοῦτο τῶν κατὰ τὰς τέχνας πράξεων, οὔπω μὴν ἴδιον οὐδὲν αὐτῶν μόριον, ἀλλ’ ἔτι κοινὸν ἰδιώταις ἅπασιν· αἱ γὰρ ἐνδείξεις αἱ πρῶται κατὰ πᾶσαν τέχνην φύσει πᾶσιν ἀνθρώποις ὑπάρχουσιν. ὥστε εἴπερ εἰσὶν</w:t>
      </w:r>
    </w:p>
    <w:p>
      <w:r>
        <w:rPr>
          <w:rFonts w:ascii="Courier New" w:hAnsi="Courier New"/>
          <w:color w:val="555555"/>
          <w:sz w:val="20"/>
        </w:rPr>
        <w:t>[10]</w:t>
      </w:r>
    </w:p>
    <w:p>
      <w:r>
        <w:rPr>
          <w:rFonts w:ascii="Gentium Plus" w:hAnsi="Gentium Plus"/>
          <w:sz w:val="24"/>
        </w:rPr>
        <w:t>ἱκαναὶ τεχνίτας αὗται ποιεῖν, οὐδὲν κωλύει καὶ ναυπηγεῖν ἡμᾶς καὶ τεκταίνεσθαι καὶ δύνασθαι πάντας ὑποδήματά τε κατασκευάζειν καὶ ἱμάτια καὶ οἰκίας ἀρχιτεκτονεῖν τε καὶ κιθαρίζειν καὶ ῥητορεύειν. ἀλλ’ οὐχ οὕτως ἔχει τὸ ἀλη‐ θές· οὐδ’ ὁ γινώσκων ὅτι τῷ τρωθέντι μορίῳ τὴν κατὰ</w:t>
      </w:r>
    </w:p>
    <w:p>
      <w:r>
        <w:rPr>
          <w:rFonts w:ascii="Courier New" w:hAnsi="Courier New"/>
          <w:color w:val="555555"/>
          <w:sz w:val="20"/>
        </w:rPr>
        <w:t>[15]</w:t>
      </w:r>
    </w:p>
    <w:p>
      <w:r>
        <w:rPr>
          <w:rFonts w:ascii="Gentium Plus" w:hAnsi="Gentium Plus"/>
          <w:sz w:val="24"/>
        </w:rPr>
        <w:t>φύσιν ἕνωσιν ἐκποριστέον ἰατρός ἐστιν, ἀλλ’ ὁ δι’ ὧν ἐκ‐ πορισθήσεται· καίτοί γε οὐδὲ τοῦτό γ’ αὐτὸ μόνον ἱκα‐ νὸν, ἐὰν ἀγνοῇ τις ὅπως χρηστέον αὐτοῖς ἐστιν, ἀλλ’ ὁ τὴν</w:t>
      </w:r>
    </w:p>
    <w:p>
      <w:r>
        <w:rPr>
          <w:rFonts w:ascii="Courier New" w:hAnsi="Courier New"/>
          <w:color w:val="555555"/>
          <w:sz w:val="20"/>
        </w:rPr>
        <w:t>[10 . 390]</w:t>
      </w:r>
    </w:p>
    <w:p>
      <w:r>
        <w:rPr>
          <w:rFonts w:ascii="Gentium Plus" w:hAnsi="Gentium Plus"/>
          <w:sz w:val="24"/>
        </w:rPr>
        <w:t>τοῦ σκοποῦ, μόνος οὗτός ἐστιν ὁ γινώσκων ἰᾶσθαι. συμ‐ βαίνει τοιγαροῦν γε τοῖς ἀμεθόδοις Θεσσαλείοις ἐξ ὧν μείζω τολμῶσιν ἢ δύνανται μηδὲ τῶν δυνατῶν ἐφικνεῖσθαι. γραφείῳ γοῦν τινος ἔναγχος εἰς τὴν χεῖρα πληγέντος, ὡς</w:t>
      </w:r>
    </w:p>
    <w:p>
      <w:r>
        <w:rPr>
          <w:rFonts w:ascii="Courier New" w:hAnsi="Courier New"/>
          <w:color w:val="555555"/>
          <w:sz w:val="20"/>
        </w:rPr>
        <w:t>[5]</w:t>
      </w:r>
    </w:p>
    <w:p>
      <w:r>
        <w:rPr>
          <w:rFonts w:ascii="Gentium Plus" w:hAnsi="Gentium Plus"/>
          <w:sz w:val="24"/>
        </w:rPr>
        <w:t>διαιρεθῆναι μὲν ὅλον τὸ δέρμα, νυχθῆναι δέ τι τῶν ὑπο‐ κειμένων αὐτῷ νεύρων, ἐν ἀρχῇ μὲν ἐπέθηκεν ἔμπλαστόν τι φάρμακον ὁ σοφώτατος Θεσσάλειος, ᾧ πολλάκις ἐπὶ μεγί‐ στων τραυμάτων εὐδοκίμει χρώμενος. ᾤετο γὰρ, οἶμαι, τῆς αὐτῆς δεῖσθαι θεραπείας ἅπαν τραῦμα. φλεγμονῆς δὲ ἐπι‐</w:t>
      </w:r>
    </w:p>
    <w:p>
      <w:r>
        <w:rPr>
          <w:rFonts w:ascii="Courier New" w:hAnsi="Courier New"/>
          <w:color w:val="555555"/>
          <w:sz w:val="20"/>
        </w:rPr>
        <w:t>[10]</w:t>
      </w:r>
    </w:p>
    <w:p>
      <w:r>
        <w:rPr>
          <w:rFonts w:ascii="Gentium Plus" w:hAnsi="Gentium Plus"/>
          <w:sz w:val="24"/>
        </w:rPr>
        <w:t>γενομένης, ἐπὶ τὸ δι’ ἀλεύρου πυρίνου κατάπλασμα μετα‐ βὰς, ἐν τούτῳ τε σήπων τὸν ἄνθρωπον, ἀπέκτεινεν ἐντὸς τῆς ἑβδόμης ἡμέρας. οὐδ’ ἀριθμήσασθαι δυνατὸν ὅσοι σπα‐ σθέντες ἀπέθανον, εἰς τὰς Παιωνείας χεῖρας ἐμπεσόντες αὐτῶν· ἵνα δηλαδὴ σώζηται τὸ Θεσσάλειον θέσπισμα, πᾶν</w:t>
      </w:r>
    </w:p>
    <w:p>
      <w:r>
        <w:rPr>
          <w:rFonts w:ascii="Courier New" w:hAnsi="Courier New"/>
          <w:color w:val="555555"/>
          <w:sz w:val="20"/>
        </w:rPr>
        <w:t>[15]</w:t>
      </w:r>
    </w:p>
    <w:p>
      <w:r>
        <w:rPr>
          <w:rFonts w:ascii="Gentium Plus" w:hAnsi="Gentium Plus"/>
          <w:sz w:val="24"/>
        </w:rPr>
        <w:t>ἕλκος ἔναιμον ὁμοίως θεραπευθῆναι, μηδὲν τῶν πεπονθό‐ των μορίων συνενδεικνυμένων. ἀλλ’ οὐχ ἥ γε ὄντως μέθοδος εἰς τοσοῦτον ἀμέθοδός ἐστιν εἰς ὅσον ἡ Θεσσάλειος· εὑρί‐</w:t>
      </w:r>
    </w:p>
    <w:p>
      <w:r>
        <w:rPr>
          <w:rFonts w:ascii="Courier New" w:hAnsi="Courier New"/>
          <w:color w:val="555555"/>
          <w:sz w:val="20"/>
        </w:rPr>
        <w:t>[10 . 391]</w:t>
      </w:r>
    </w:p>
    <w:p>
      <w:r>
        <w:rPr>
          <w:rFonts w:ascii="Gentium Plus" w:hAnsi="Gentium Plus"/>
          <w:sz w:val="24"/>
        </w:rPr>
        <w:t>κούτους ἰατροὺς οὐ μόνον φάρμακα βελτίω τῶν ἔμπρο‐ σθεν, ἀλλὰ καὶ τὸν σύμπαντα τῆς θεραπείας τρόπον. οὐδεὶς γοῦν χρώμενος εὐθὺς ἐξ ἀρχῆς οἷς ἡμεῖς εὕρομεν φαρμά‐ κοις ἐπὶ νεύρων τρώσεσιν ἐσπάσθη. κατενόησα γὰρ ὡς,</w:t>
      </w:r>
    </w:p>
    <w:p>
      <w:r>
        <w:rPr>
          <w:rFonts w:ascii="Courier New" w:hAnsi="Courier New"/>
          <w:color w:val="555555"/>
          <w:sz w:val="20"/>
        </w:rPr>
        <w:t>[5]</w:t>
      </w:r>
    </w:p>
    <w:p>
      <w:r>
        <w:rPr>
          <w:rFonts w:ascii="Gentium Plus" w:hAnsi="Gentium Plus"/>
          <w:sz w:val="24"/>
        </w:rPr>
        <w:t>ἐπειδὰν νυγῇ νεῦρον, ἀναγκαῖον αὐτῷ διὰ περιττὸν τῆς αἰσθήσεως ὀδυνᾶσθαί τε μειζόνως ἢ τἄλλα καὶ φλεγμαίνειν ἐξ ἀνάγκης, εἰ μή τις ἐξεύροι ἄκος τῶν ὀδυνῶν, ἐπίσχοι τε τὴν γένεσιν τῆς φλεγμονῆς. εὔλογον οὖν ἐφαίνετό μοι τὴν μὲν τοῦ δέρματος τρῶσιν ἀκόλλητον φυλάττειν, ὅπως ἐκρέοιεν</w:t>
      </w:r>
    </w:p>
    <w:p>
      <w:r>
        <w:rPr>
          <w:rFonts w:ascii="Courier New" w:hAnsi="Courier New"/>
          <w:color w:val="555555"/>
          <w:sz w:val="20"/>
        </w:rPr>
        <w:t>[10]</w:t>
      </w:r>
    </w:p>
    <w:p>
      <w:r>
        <w:rPr>
          <w:rFonts w:ascii="Gentium Plus" w:hAnsi="Gentium Plus"/>
          <w:sz w:val="24"/>
        </w:rPr>
        <w:t>δι’ αὐτῆς οἱ ἐκ τῆς τοῦ νεύρου τρώσεως ἰχῶρες, ἀπέριττον δ’ ἐργάζεσθαι τὸ σύμπαν σῶμα καὶ τοῦ μηδεμίαν ὀδύνην ἐπι‐ γίνεσθαι τῷ τετρωμένῳ μορίῳ, μεγάλην ποιεῖσθαι φροντίδα. καὶ τοίνυν ἐξεῦρον οὐκ ὀλίγα φάρμακα κατὰ τοῦ τραύματος ἐπιτιθέμενα πρὸς ἄμφω θαυμαστῶς παρεσκευασμένα, τό τε</w:t>
      </w:r>
    </w:p>
    <w:p>
      <w:r>
        <w:rPr>
          <w:rFonts w:ascii="Courier New" w:hAnsi="Courier New"/>
          <w:color w:val="555555"/>
          <w:sz w:val="20"/>
        </w:rPr>
        <w:t>[15]</w:t>
      </w:r>
    </w:p>
    <w:p>
      <w:r>
        <w:rPr>
          <w:rFonts w:ascii="Gentium Plus" w:hAnsi="Gentium Plus"/>
          <w:sz w:val="24"/>
        </w:rPr>
        <w:t>τὴν ὀδύνην ἰᾶσθαι καὶ τὴν ἐκροὴν ἀναστομοῦν τοῖς ἰχῶρσιν. ἀσφαλέστερον δ’ ἂν εἴη καὶ προσανατέμνειν τὸ δέρμα, τὸ δ’</w:t>
      </w:r>
    </w:p>
    <w:p>
      <w:r>
        <w:rPr>
          <w:rFonts w:ascii="Courier New" w:hAnsi="Courier New"/>
          <w:color w:val="555555"/>
          <w:sz w:val="20"/>
        </w:rPr>
        <w:t>[10 . 392]</w:t>
      </w:r>
    </w:p>
    <w:p>
      <w:r>
        <w:rPr>
          <w:rFonts w:ascii="Gentium Plus" w:hAnsi="Gentium Plus"/>
          <w:sz w:val="24"/>
        </w:rPr>
        <w:t>μεως· εἰ δ’ εἴη κακόχυμον, ἐκαθαίρειν αὐτίκα. τὸ δὲ τὰς ἄλλας φλεγμονὰς ἱκανῶς παραμυθούμενον ὕδωρ θερμὸν πολεμιώτα‐ τον ἡγεῖσθαι νεύρου τρώσει, γεγενημένης γε τῆς οὐσίας αὐτοῦ κατὰ ψύξιν τε καὶ πῆξιν ἐξ ὑγροτέρας ὕλης· ἅπασαι γὰρ αἱ</w:t>
      </w:r>
    </w:p>
    <w:p>
      <w:r>
        <w:rPr>
          <w:rFonts w:ascii="Courier New" w:hAnsi="Courier New"/>
          <w:color w:val="555555"/>
          <w:sz w:val="20"/>
        </w:rPr>
        <w:t>[5]</w:t>
      </w:r>
    </w:p>
    <w:p>
      <w:r>
        <w:rPr>
          <w:rFonts w:ascii="Gentium Plus" w:hAnsi="Gentium Plus"/>
          <w:sz w:val="24"/>
        </w:rPr>
        <w:t>τοιαῦται συστάσεις ὑπὸ τῶν θερμαινόντων τε καὶ ὑγραινόν‐ των ἅμα διαλύονταί τε καὶ σήπονται. τοῦ μὲν οὖν ὕδατος τοῦ θερμοῦ παντάπασιν ἀπέσχον τοὺς οὕτω τρωθέντας· ἐλαίῳ δὲ καταιονᾷν ἄμεινον εἶναι κρίνας θερμῷ· διότι καὶ τοῦτο ἀποδέδεικταί μοι, ψυχρὸν μὲν προσφερόμενον ἐμπλάτ‐</w:t>
      </w:r>
    </w:p>
    <w:p>
      <w:r>
        <w:rPr>
          <w:rFonts w:ascii="Courier New" w:hAnsi="Courier New"/>
          <w:color w:val="555555"/>
          <w:sz w:val="20"/>
        </w:rPr>
        <w:t>[10]</w:t>
      </w:r>
    </w:p>
    <w:p>
      <w:r>
        <w:rPr>
          <w:rFonts w:ascii="Gentium Plus" w:hAnsi="Gentium Plus"/>
          <w:sz w:val="24"/>
        </w:rPr>
        <w:t>τειν, θερμὸν δὲ διαφορεῖν. ἔφυγον μὲν οὖν καὶ τούτου τό τε ὠμοτριβὲς ὀνομαζόμενον καὶ ὅλως τὸ στῦφον, εἱλόμην δὲ τὸ λεπτομερέστατον, οἷόν πέρ ἐστι τὸ Σαβῖνον· ἄμεινον δὲ εἴη, εἰ καὶ δυοῖν, ἢ τριῶν ἐτῶν εἴη· διαφορητικώτερον γὰρ τοῦτο τοῦ προσφάτου· τὸ δ’ ἔτι παλαιότερον, ἀεὶ μὲν καὶ μᾶλλον</w:t>
      </w:r>
    </w:p>
    <w:p>
      <w:r>
        <w:rPr>
          <w:rFonts w:ascii="Courier New" w:hAnsi="Courier New"/>
          <w:color w:val="555555"/>
          <w:sz w:val="20"/>
        </w:rPr>
        <w:t>[15]</w:t>
      </w:r>
    </w:p>
    <w:p>
      <w:r>
        <w:rPr>
          <w:rFonts w:ascii="Gentium Plus" w:hAnsi="Gentium Plus"/>
          <w:sz w:val="24"/>
        </w:rPr>
        <w:t>ἑαυτοῦ γίνεται διαφορητικώτερον, ἀνώδυνον δὲ ἧττον. ἐν δὲ τοῖς φαρμάκοις ἐθέμην σκοπὸν, ὧν ἡ δύναμις λεπτομερής</w:t>
      </w:r>
    </w:p>
    <w:p>
      <w:r>
        <w:rPr>
          <w:rFonts w:ascii="Courier New" w:hAnsi="Courier New"/>
          <w:color w:val="555555"/>
          <w:sz w:val="20"/>
        </w:rPr>
        <w:t>[10 . 393]</w:t>
      </w:r>
    </w:p>
    <w:p>
      <w:r>
        <w:rPr>
          <w:rFonts w:ascii="Gentium Plus" w:hAnsi="Gentium Plus"/>
          <w:sz w:val="24"/>
        </w:rPr>
        <w:t>μόνη γὰρ αὕτη δύναιτ’ ἂν ἐκ βάθους ἕλκειν ἰχῶρας ἄνευ τοῦ συντείνειν καὶ δάκνειν τὸ μόριον. ἐχρησάμην δὲ πρῶτον μὲν τῇ τερμινθίνῃ ῥητίνῃ, καθ’ ἑαυτήν τε καὶ βραχὺ προσμίξας εὐφορβίου. καθ’ ἑαυτὴν μὲν ἐπί τε παίδων καὶ γυναικῶν καὶ</w:t>
      </w:r>
    </w:p>
    <w:p>
      <w:r>
        <w:rPr>
          <w:rFonts w:ascii="Courier New" w:hAnsi="Courier New"/>
          <w:color w:val="555555"/>
          <w:sz w:val="20"/>
        </w:rPr>
        <w:t>[5]</w:t>
      </w:r>
    </w:p>
    <w:p>
      <w:r>
        <w:rPr>
          <w:rFonts w:ascii="Gentium Plus" w:hAnsi="Gentium Plus"/>
          <w:sz w:val="24"/>
        </w:rPr>
        <w:t>ὅλως τῶν ἁπαλοσάρκων· σὺν εὐφορβίῳ δὲ ἐπὶ τῶν σκλη‐ ροσάρκων. οὕτω καὶ προπόλει καθ’ ἑαυτήν τε καὶ σὺν εὐφορβίῳ μαλάττων αὐτήν· εἴπερ δ’ εἴη σκληροτέρα, σύν τινι τῶν λεπτομερῶν ἐλαίων. καὶ σαγαπηνῷ δὲ ἐχρησάμην κατὰ τὰ σκληρὰ σώματα μετ’ ἐλαίου τε καὶ τῇ τερεβινθίνῃ</w:t>
      </w:r>
    </w:p>
    <w:p>
      <w:r>
        <w:rPr>
          <w:rFonts w:ascii="Courier New" w:hAnsi="Courier New"/>
          <w:color w:val="555555"/>
          <w:sz w:val="20"/>
        </w:rPr>
        <w:t>[10]</w:t>
      </w:r>
    </w:p>
    <w:p>
      <w:r>
        <w:rPr>
          <w:rFonts w:ascii="Gentium Plus" w:hAnsi="Gentium Plus"/>
          <w:sz w:val="24"/>
        </w:rPr>
        <w:t>μιγνύς· καὶ ὀποπάνακί τε κατὰ τὸν αὐτὸν τρόπον, ὡς καὶ ὁ Κυρηναῖος ὀπὸς ὀνήσειν, εἴ τις δι’ αὐτοῦ σκευάσειε φάρ‐ μακον ἐπίπαστον ἐμπλαστὸν, ὁποῖον ἡμεῖς τὸ δι’ εὐφορβίου συνεθήκαμεν, ἀλλ’ οὐδέπω τοῦθ’ ἡμῖν ἐκρίθη τῇ πείρᾳ, καθά‐ περ τὰ ἄλλα σύμπαντα. χρὴ γὰρ ἡγεῖσθαι μὲν τὴν ἐκ τῆς</w:t>
      </w:r>
    </w:p>
    <w:p>
      <w:r>
        <w:rPr>
          <w:rFonts w:ascii="Courier New" w:hAnsi="Courier New"/>
          <w:color w:val="555555"/>
          <w:sz w:val="20"/>
        </w:rPr>
        <w:t>[15]</w:t>
      </w:r>
    </w:p>
    <w:p>
      <w:r>
        <w:rPr>
          <w:rFonts w:ascii="Gentium Plus" w:hAnsi="Gentium Plus"/>
          <w:sz w:val="24"/>
        </w:rPr>
        <w:t>ἀληθινῆς μεθόδου τῶν ἰασομένων εὕρεσιν, ἐπιμαρτυρεῖν δ’ αὐτῇ καὶ τὴν πεῖραν εἰς ἀκριβεστέραν πίστιν. ἀπὸ γοῦν</w:t>
      </w:r>
    </w:p>
    <w:p>
      <w:r>
        <w:rPr>
          <w:rFonts w:ascii="Courier New" w:hAnsi="Courier New"/>
          <w:color w:val="555555"/>
          <w:sz w:val="20"/>
        </w:rPr>
        <w:t>[10 . 394]</w:t>
      </w:r>
    </w:p>
    <w:p>
      <w:r>
        <w:rPr>
          <w:rFonts w:ascii="Gentium Plus" w:hAnsi="Gentium Plus"/>
          <w:sz w:val="24"/>
        </w:rPr>
        <w:t>μὴ λιθῶδες, ἀλλ’ ἱκανῶς ὑπάρχῃ λεπτομερὲς, ἠλπίσαμεν ὀνήσειν τοὺς τὰ νεῦρα τρωθέντας εἰς τοσοῦτον ἐλαίῳ λεπτο‐ μερεῖ μιγνύντες, ὡς ἐργάσεσθαι γλοιῶδες τὸ μικτὸν ἐξ ἀμφοῖν. ἐπὶ δὲ τῶν ἰσχυροτέρων τε καὶ σκληροτέρων σωμάτων, εἰ</w:t>
      </w:r>
    </w:p>
    <w:p>
      <w:r>
        <w:rPr>
          <w:rFonts w:ascii="Courier New" w:hAnsi="Courier New"/>
          <w:color w:val="555555"/>
          <w:sz w:val="20"/>
        </w:rPr>
        <w:t>[5]</w:t>
      </w:r>
    </w:p>
    <w:p>
      <w:r>
        <w:rPr>
          <w:rFonts w:ascii="Gentium Plus" w:hAnsi="Gentium Plus"/>
          <w:sz w:val="24"/>
        </w:rPr>
        <w:t>καὶ μελιτῶδες ἐργάσαιο τῇ συστάσει, καὶ οὕτως ὀνήσεις, ἐκρίθη γὰρ καὶ τοῦτο τῇ πείρᾳ. καὶ τὴν πεπλυμένην δὲ τίτανον ἐπενοήσαμεν ὁμοίως μιγνύντες ἐλαίῳ προσφέρειν αὐτοῖς· καὶ μᾶλλόν γε ὀνίνησιν, ἐπειδὰν θαλάττῃ πλυθῇ· καλλίστη δὲ ἡ πλύσις ὥρᾳ θέρους ἐν τοῖς ὑπὸ κύνα καύ‐</w:t>
      </w:r>
    </w:p>
    <w:p>
      <w:r>
        <w:rPr>
          <w:rFonts w:ascii="Courier New" w:hAnsi="Courier New"/>
          <w:color w:val="555555"/>
          <w:sz w:val="20"/>
        </w:rPr>
        <w:t>[10]</w:t>
      </w:r>
    </w:p>
    <w:p>
      <w:r>
        <w:rPr>
          <w:rFonts w:ascii="Gentium Plus" w:hAnsi="Gentium Plus"/>
          <w:sz w:val="24"/>
        </w:rPr>
        <w:t>μασιν· εἰ δὲ καὶ δὶς αὐτὴν ἢ τρὶς ἐκπλύναις, ἄμεινον ἐργάσῃ τὸ φάρμακον· ὅπως δὲ χρὴ σκευάζειν τὰ τοιαῦτα διὰ τῆς τῶν περὶ φαρμάκων συνθέσεως ὑπομνημάτων εἴρηται. νυνὶ δὲ ἀρκέσει μοι λεχθῆναι τοσοῦτον, ὡς καὶ ταῦτα καὶ τἄλλα πλείω φάρμακα πρὸς νεύρων τρώσεις ἐξεῦρον,</w:t>
      </w:r>
    </w:p>
    <w:p>
      <w:r>
        <w:rPr>
          <w:rFonts w:ascii="Courier New" w:hAnsi="Courier New"/>
          <w:color w:val="555555"/>
          <w:sz w:val="20"/>
        </w:rPr>
        <w:t>[15]</w:t>
      </w:r>
    </w:p>
    <w:p>
      <w:r>
        <w:rPr>
          <w:rFonts w:ascii="Gentium Plus" w:hAnsi="Gentium Plus"/>
          <w:sz w:val="24"/>
        </w:rPr>
        <w:t>οὔτε τῶν διδασκάλων τινὰ θεασάμενος χρώμενον οὔτε ἀνα‐ γνούς που γεγραμμένα κατά τι θεραπευτικὸν σύγγραμμα τῶν πρεσβυτέρων, ἢ τούτων δή τι τῶν ἐπιγεγραμμένων αὐτοῖς</w:t>
      </w:r>
    </w:p>
    <w:p>
      <w:r>
        <w:rPr>
          <w:rFonts w:ascii="Courier New" w:hAnsi="Courier New"/>
          <w:color w:val="555555"/>
          <w:sz w:val="20"/>
        </w:rPr>
        <w:t>[10 . 395]</w:t>
      </w:r>
    </w:p>
    <w:p>
      <w:r>
        <w:rPr>
          <w:rFonts w:ascii="Gentium Plus" w:hAnsi="Gentium Plus"/>
          <w:sz w:val="24"/>
        </w:rPr>
        <w:t>τῆς φύσεως ἐνδεκτικῶς ὁρμηθεὶς, ὅπερ ἐστὶν ἴδιον ἰατροῦ μεθόδῳ χρωμένου. Θεσσαλὸς δὲ ὁ θαυμασιώτατος οὐδὲν φάρμακον εὑρὼν ἐγνῶσθαί φησι τὴν ὕλην αὐτῶν ἐκ πολ‐ λοῦ. καὶ μὴν οὐκ ἔγνωσταί τι παμπόλλων φαρμάκων ὧν</w:t>
      </w:r>
    </w:p>
    <w:p>
      <w:r>
        <w:rPr>
          <w:rFonts w:ascii="Courier New" w:hAnsi="Courier New"/>
          <w:color w:val="555555"/>
          <w:sz w:val="20"/>
        </w:rPr>
        <w:t>[5]</w:t>
      </w:r>
    </w:p>
    <w:p>
      <w:r>
        <w:rPr>
          <w:rFonts w:ascii="Gentium Plus" w:hAnsi="Gentium Plus"/>
          <w:sz w:val="24"/>
        </w:rPr>
        <w:t>ἡμεῖς εὑρήκαμεν, οὐ μόνον Θεσσαλῷ καὶ τοῖς πρὸ αὐτοῦ πᾶσιν ἰατροῖς, ἀλλ’ οὐδὲ τοῖς μετ’ αὐτὸν ἄχρι δεῦρο. ὑπα‐ χθεὶς γοῦν ἐγὼ πρὸς τινάποτε τῶν σηπομένων ὑπὸ Θεσσα‐ λείων ἰατρῶν ἀμεθόδων καὶ θεασάμενος αὐτὸν μέλλοντα καταπλάττεσθαι τῷ δι’ ἀλεύρου πυρίνου καταπλάσματι, μη‐</w:t>
      </w:r>
    </w:p>
    <w:p>
      <w:r>
        <w:rPr>
          <w:rFonts w:ascii="Courier New" w:hAnsi="Courier New"/>
          <w:color w:val="555555"/>
          <w:sz w:val="20"/>
        </w:rPr>
        <w:t>[10]</w:t>
      </w:r>
    </w:p>
    <w:p>
      <w:r>
        <w:rPr>
          <w:rFonts w:ascii="Gentium Plus" w:hAnsi="Gentium Plus"/>
          <w:sz w:val="24"/>
        </w:rPr>
        <w:t>δὲν ἐν τῷ παραχρῆμα φάρμακον ἔχων, ᾔτησα κονίαν στα‐ κτὴν, ἑωρακὼς ἐκ γειτόνων τοῦ κάμνοντος πηλοποιὸν, ἑψή‐ σας δὲ δι’ αὐτῆς ἄλευρον κρίθινον, οὐχ ὡς ἐκεῖνοι δι’ ὑδρε‐ λαίου τὸ πύρινον ἑψοῦσιν, ἐπέθηκα. καὶ αὖθις ὀρόβινον ἄλευρον ὁμοίως ἑψήσας, ἐπὶ φλεγμαίνοντός τε καὶ ση‐</w:t>
      </w:r>
    </w:p>
    <w:p>
      <w:r>
        <w:rPr>
          <w:rFonts w:ascii="Courier New" w:hAnsi="Courier New"/>
          <w:color w:val="555555"/>
          <w:sz w:val="20"/>
        </w:rPr>
        <w:t>[15]</w:t>
      </w:r>
    </w:p>
    <w:p>
      <w:r>
        <w:rPr>
          <w:rFonts w:ascii="Gentium Plus" w:hAnsi="Gentium Plus"/>
          <w:sz w:val="24"/>
        </w:rPr>
        <w:t>πομένου τοῦ νεύρου, διὰ τὰς καλὰς αὐτῶν θεραπείας ἐπι‐ θεὶς, ἔπαυσα ταύτης τῆς σηπεδόνος τὸν ἄνθρωπον. ἀλλὰ</w:t>
      </w:r>
    </w:p>
    <w:p>
      <w:r>
        <w:rPr>
          <w:rFonts w:ascii="Courier New" w:hAnsi="Courier New"/>
          <w:color w:val="555555"/>
          <w:sz w:val="20"/>
        </w:rPr>
        <w:t>[10 . 396]</w:t>
      </w:r>
    </w:p>
    <w:p>
      <w:r>
        <w:rPr>
          <w:rFonts w:ascii="Gentium Plus" w:hAnsi="Gentium Plus"/>
          <w:sz w:val="24"/>
        </w:rPr>
        <w:t>λόγος ἐκδέχεται μακρὸς, ἐν ἰδίῳ καιρῷ τῆς πραγματείας. τῆς δὲ τοῦ νεύρου τρώσεως ἀρκεῖ τὰ εἰρημένα φάρμακα. καὶ πάμπολλοί γε τῶν εὑρημένων ἡμῖν ἑνὶ χρῶνται, μάλιστα τῷ δι’ εὐφορβίου καὶ κηροῦ καὶ φρυκτῆς ῥητίνης ἐμπλαστῷ</w:t>
      </w:r>
    </w:p>
    <w:p>
      <w:r>
        <w:rPr>
          <w:rFonts w:ascii="Courier New" w:hAnsi="Courier New"/>
          <w:color w:val="555555"/>
          <w:sz w:val="20"/>
        </w:rPr>
        <w:t>[5]</w:t>
      </w:r>
    </w:p>
    <w:p>
      <w:r>
        <w:rPr>
          <w:rFonts w:ascii="Gentium Plus" w:hAnsi="Gentium Plus"/>
          <w:sz w:val="24"/>
        </w:rPr>
        <w:t>φαρμάκῳ· εἶτα οὐκ οἶδ’ ὅπως ἔνιοι μὲν ἔμιξαν αὐτῷ Σινώ‐ πιδος, ἔνιοι δ’ ὤχρας, ὑπὲρ τοῦ χρωσθὲν ἐκ τίνων σύγκειται λανθάνειν, ἵνα μὴ δοκῇ εἶναι τὸ ἐμὸν φθονοῦντες· οὐ μὴν ὑπ’ ἐμοῦ γε ἐξ ἀρχῆς οὕτως συνετέθη. τινὲς δ’ ἂν ἴσως αὐτῷ μίξειαν ἁλὸς ἄνθος, ἤ τι τοιοῦτον ἕτερον ὃ καὶ τὴν χροιὰν</w:t>
      </w:r>
    </w:p>
    <w:p>
      <w:r>
        <w:rPr>
          <w:rFonts w:ascii="Courier New" w:hAnsi="Courier New"/>
          <w:color w:val="555555"/>
          <w:sz w:val="20"/>
        </w:rPr>
        <w:t>[10]</w:t>
      </w:r>
    </w:p>
    <w:p>
      <w:r>
        <w:rPr>
          <w:rFonts w:ascii="Gentium Plus" w:hAnsi="Gentium Plus"/>
          <w:sz w:val="24"/>
        </w:rPr>
        <w:t>ὑπαλλάξει καὶ τὴν δύναμιν οὐ βλάψει· δύναιτο δ’ ἄν τις ὑπ’ ἀγνοίας μῖξαί τι καὶ τοιοῦτον, ὅπερ βλάψει τὴν δύναμιν. ἀλλ’ ἡμεῖς γε συνεθήκαμεν αὐτὸ διὰ κηροῦ καὶ ῥητίνης τερ‐ μινθίνης καὶ πίττης καὶ εὐφορβίου, τοῦ μὲν κηροῦ βάλλοντες μέρος ἓν, τῆς τερμινθίνης δὲ καὶ τῆς πίττης ἑκατέρας ἥμισυ·</w:t>
      </w:r>
    </w:p>
    <w:p>
      <w:r>
        <w:rPr>
          <w:rFonts w:ascii="Courier New" w:hAnsi="Courier New"/>
          <w:color w:val="555555"/>
          <w:sz w:val="20"/>
        </w:rPr>
        <w:t>[15]</w:t>
      </w:r>
    </w:p>
    <w:p>
      <w:r>
        <w:rPr>
          <w:rFonts w:ascii="Gentium Plus" w:hAnsi="Gentium Plus"/>
          <w:sz w:val="24"/>
        </w:rPr>
        <w:t>ὥστε τὸ ἐξ ἀμφοῖν ἶσον εἶναι τῷ κηρῷ. δύναιτο δ’ ἄν ποτε καὶ πλέον γίγνεσθαι τὸ ἐξ ἀμφοῖν τοῦ κηροῦ· δύναιτο δ’</w:t>
      </w:r>
    </w:p>
    <w:p>
      <w:r>
        <w:rPr>
          <w:rFonts w:ascii="Courier New" w:hAnsi="Courier New"/>
          <w:color w:val="555555"/>
          <w:sz w:val="20"/>
        </w:rPr>
        <w:t>[10 . 397]</w:t>
      </w:r>
    </w:p>
    <w:p>
      <w:r>
        <w:rPr>
          <w:rFonts w:ascii="Gentium Plus" w:hAnsi="Gentium Plus"/>
          <w:sz w:val="24"/>
        </w:rPr>
        <w:t>μέντοι καὶ μὴ παρούσης τερμινθίνης ἥ τ’ ἐκ τῶν κερα‐ μίων ὑγρὰ καὶ ἡ φρυκτὴ καλῶς ἂν μιχθεῖεν· οὐδὲν δὲ ἧττον αὐτῶν καὶ ἐλατίνη μιγνύοιτ’ ἄν. ἡ δὲ στροβιλίνη μόνον τῶν σκληρῶν σωμάτων ἐστὶ φάρμακον· ἐπὶ δὲ τῶν μαλα‐</w:t>
      </w:r>
    </w:p>
    <w:p>
      <w:r>
        <w:rPr>
          <w:rFonts w:ascii="Courier New" w:hAnsi="Courier New"/>
          <w:color w:val="555555"/>
          <w:sz w:val="20"/>
        </w:rPr>
        <w:t>[5]</w:t>
      </w:r>
    </w:p>
    <w:p>
      <w:r>
        <w:rPr>
          <w:rFonts w:ascii="Gentium Plus" w:hAnsi="Gentium Plus"/>
          <w:sz w:val="24"/>
        </w:rPr>
        <w:t>κωτέρων οὐ χρὴ μιγνύειν. εἰ μὲν οὖν ὑγρὰ ῥητίνη μιγ‐ νύοιτο, κόψας καὶ διασείσας τὸ εὐφόρβιον ἀναγμίγνυε τοῖς ἄλλοις τακεῖσιν· ἔστω δὲ ὁ σταθμὸς αὐτοῦ τὸ δωδέκατον μέρος τοῦ κηροῦ καί ποτε καὶ πλέον, εἰ βούλοιο ποιεῖν ἰσχυρότερον· εἰ δὲ ξηρὰ, καθάπερ ἡ φρυκτὴ δεήσεται βρα‐</w:t>
      </w:r>
    </w:p>
    <w:p>
      <w:r>
        <w:rPr>
          <w:rFonts w:ascii="Courier New" w:hAnsi="Courier New"/>
          <w:color w:val="555555"/>
          <w:sz w:val="20"/>
        </w:rPr>
        <w:t>[10]</w:t>
      </w:r>
    </w:p>
    <w:p>
      <w:r>
        <w:rPr>
          <w:rFonts w:ascii="Gentium Plus" w:hAnsi="Gentium Plus"/>
          <w:sz w:val="24"/>
        </w:rPr>
        <w:t>χέος ἐλαίου τὸ εὐφόρβιον. ὥστ’ ἔγωγε τηνικαῦτα λεῖον αὐτὸ σὺν ἐλαίῳ καὶ γλοιῶδες ἐργαζόμενος ἐψυγμένοις τοῖς ἄλλοις μετὰ τὸ τακῆναι ξύσας μιγνύω, πολλάκις δὲ καὶ ὕδατος ἔμιξα σκευαζομένῳ τῷ φαρμάκῳ τοσοῦτον ὅσον ἐν αὐτῷ τῷ τήκεσθαι τὰ μιγνύμενα, δαπανηθῆναί τε δύνα‐</w:t>
      </w:r>
    </w:p>
    <w:p>
      <w:r>
        <w:rPr>
          <w:rFonts w:ascii="Courier New" w:hAnsi="Courier New"/>
          <w:color w:val="555555"/>
          <w:sz w:val="20"/>
        </w:rPr>
        <w:t>[15]</w:t>
      </w:r>
    </w:p>
    <w:p>
      <w:r>
        <w:rPr>
          <w:rFonts w:ascii="Gentium Plus" w:hAnsi="Gentium Plus"/>
          <w:sz w:val="24"/>
        </w:rPr>
        <w:t>ται καὶ ἀφανισθῆναι τελέως. ἀλλὰ τὰ μὲν τοιαῦτα σύμ‐ παντα τῆς περὶ φαρμάκων πραγματείας ἐστὶν οἰκειότερα. νυνὶ δ’ ἀρκεῖ, καθάπερ ἔμπροσθεν ἐποιήσαμεν, ὁποῖον</w:t>
      </w:r>
    </w:p>
    <w:p>
      <w:r>
        <w:rPr>
          <w:rFonts w:ascii="Courier New" w:hAnsi="Courier New"/>
          <w:color w:val="555555"/>
          <w:sz w:val="20"/>
        </w:rPr>
        <w:t>[10 . 398]</w:t>
      </w:r>
    </w:p>
    <w:p>
      <w:r>
        <w:rPr>
          <w:rFonts w:ascii="Gentium Plus" w:hAnsi="Gentium Plus"/>
          <w:sz w:val="24"/>
        </w:rPr>
        <w:t>τιθέναι τῶν κατὰ μέρος ἕνεκα παραδείγματος. ἄφθονον γὰρ ἁπάντων τὴν ὕλην ἐν τῇ περὶ τῶν ἁπλῶν φαρμάκων ἔχεις πραγματείᾳ· σκευάζειν δ’ ὡς ἐν τῇ περὶ συνθέσεως εἴρη‐ ται. νῦν οὖν ἀρκεῖ τοῦτο εἰπόντι μόνον ἐπ’ ἄλλα μεταβαί‐</w:t>
      </w:r>
    </w:p>
    <w:p>
      <w:r>
        <w:rPr>
          <w:rFonts w:ascii="Courier New" w:hAnsi="Courier New"/>
          <w:color w:val="555555"/>
          <w:sz w:val="20"/>
        </w:rPr>
        <w:t>[5]</w:t>
      </w:r>
    </w:p>
    <w:p>
      <w:r>
        <w:rPr>
          <w:rFonts w:ascii="Gentium Plus" w:hAnsi="Gentium Plus"/>
          <w:sz w:val="24"/>
        </w:rPr>
        <w:t>νειν. ἡ τοῦ τετρωμένου νεύρου θεραπεία φαρμάκων δεῖται, θερμασίαν μὲν ἐγειρόντων χλιαρὰν, ξηραινόντων δ’ ἱκανῶς, καὶ τῇ φύσει δὲ τῆς οὐσίας ἑλκτικῶν τε ἅμα καὶ λεπτομερῶν. οὐ μόνον δὲ εἰς εὕρεσιν φαρμάκων τε καὶ διαιτημάτων ἡ θε‐ ραπευτικὴ μέθοδος ἐπιτήδειός ἐστιν, ἀλλὰ καὶ εἰς τὴν τῶν</w:t>
      </w:r>
    </w:p>
    <w:p>
      <w:r>
        <w:rPr>
          <w:rFonts w:ascii="Courier New" w:hAnsi="Courier New"/>
          <w:color w:val="555555"/>
          <w:sz w:val="20"/>
        </w:rPr>
        <w:t>[10]</w:t>
      </w:r>
    </w:p>
    <w:p>
      <w:r>
        <w:rPr>
          <w:rFonts w:ascii="Gentium Plus" w:hAnsi="Gentium Plus"/>
          <w:sz w:val="24"/>
        </w:rPr>
        <w:t>εὑρημένων χρῆσιν. ὥσπερ γὰρ ἐν τοῖς ἔμπροσθεν ἐδείκνυμεν οὐδὲ τῷ τυχόντι φαρμάκῳ τῶν πρὸς ἕλκη καλῶς δύνασθαι χρήσασθαι τὸν ἄνευ μεθόδου μεταχειριζόμενον αὐτὰ, τὸν αὐτὸν τρόπον ἔνεστι καὶ νῦν ἐπιδεικνύναι. γνωρίζειν γὰρ εἰς ὅσον ἤ τί γε ἐξήρανεν, ἢ ἐθέρμηνεν, ἢ παρηγόρησεν, ἢ ἠρέ‐</w:t>
      </w:r>
    </w:p>
    <w:p>
      <w:r>
        <w:rPr>
          <w:rFonts w:ascii="Courier New" w:hAnsi="Courier New"/>
          <w:color w:val="555555"/>
          <w:sz w:val="20"/>
        </w:rPr>
        <w:t>[15]</w:t>
      </w:r>
    </w:p>
    <w:p>
      <w:r>
        <w:rPr>
          <w:rFonts w:ascii="Gentium Plus" w:hAnsi="Gentium Plus"/>
          <w:sz w:val="24"/>
        </w:rPr>
        <w:t>θισε τὴν διάθεσιν ἡ τοῦ φαρμάκου προσφορὰ, μόνος ὁ κατὰ μέθοδον ἰατρεύων ἱκανός ἐστιν. οὗτος δ’ αὐτὸς οἶδε μόνος ἤ τί γ’ ἐπιτεῖναι τὴν ἐξ ἀρχῆς χρῆσιν, ἢ ἐκλῦσαι. τὸ γοῦν δι’</w:t>
      </w:r>
    </w:p>
    <w:p>
      <w:r>
        <w:rPr>
          <w:rFonts w:ascii="Courier New" w:hAnsi="Courier New"/>
          <w:color w:val="555555"/>
          <w:sz w:val="20"/>
        </w:rPr>
        <w:t>[10 . 399]</w:t>
      </w:r>
    </w:p>
    <w:p>
      <w:r>
        <w:rPr>
          <w:rFonts w:ascii="Gentium Plus" w:hAnsi="Gentium Plus"/>
          <w:sz w:val="24"/>
        </w:rPr>
        <w:t>πολλάκις δὲ ἄρα πρόσθεν εὐδοκιμοῦντος αὐτοῦ πεπείρατο, τριταῖον ἐπεδείκνυέ μοι τὸ τετρωμένον μόριον, ὀδυνώμενόν τε ἅμα καὶ φλεγμαῖνον, ἀπορῶν ὅπως οὐδὲν ἤνυσε τὸ φάρ‐ μακον. ἠρόμην οὖν τὸν τετρωμένον εἰ θερμασίας τινὸς οἷον</w:t>
      </w:r>
    </w:p>
    <w:p>
      <w:r>
        <w:rPr>
          <w:rFonts w:ascii="Courier New" w:hAnsi="Courier New"/>
          <w:color w:val="555555"/>
          <w:sz w:val="20"/>
        </w:rPr>
        <w:t>[5]</w:t>
      </w:r>
    </w:p>
    <w:p>
      <w:r>
        <w:rPr>
          <w:rFonts w:ascii="Gentium Plus" w:hAnsi="Gentium Plus"/>
          <w:sz w:val="24"/>
        </w:rPr>
        <w:t>ἐξ ἡλίου πραέος ᾔσθετο, τῇ πρώτῃ τῶν ἡμερῶν ἐπιβληθέν‐ τος αὐτοῦ· ὁ δὲ ἀπεκρίνατο μηδενὸς ᾐσθῆσθαι τοιούτου. πάλιν οὖν ἠρόμην τὸν ἰατρὸν ἐκ πόσου τε χρόνου τὸ φάρ‐ μακον ἐσκευασμένον ἔχει καὶ τίνας αὐτῷ θεραπεύσειεν. ὁ δὲ τὸν μὲν χρόνον ἐνιαυτοῦ πλέονα, τοὺς δὲ θεραπευθέντας</w:t>
      </w:r>
    </w:p>
    <w:p>
      <w:r>
        <w:rPr>
          <w:rFonts w:ascii="Courier New" w:hAnsi="Courier New"/>
          <w:color w:val="555555"/>
          <w:sz w:val="20"/>
        </w:rPr>
        <w:t>[10]</w:t>
      </w:r>
    </w:p>
    <w:p>
      <w:r>
        <w:rPr>
          <w:rFonts w:ascii="Gentium Plus" w:hAnsi="Gentium Plus"/>
          <w:sz w:val="24"/>
        </w:rPr>
        <w:t>ἔλεγε δύο μὲν παῖδας, ἓν δὲ μειράκιον εἶναι. πυθομένου δέ μου καὶ περὶ τῆς τοῦ μειρακίου σχέσεως τῆς κατὰ τὸ σῶμα, λευκὸν ἔφρασεν αὐτὸ καὶ μαλακὸν εἶναι. τούτων ἀκούσας ἐγὼ καὶ συνεὶς ἐλλείπειν ὡς πρὸς τὴν τοῦ παρόντος νεανίσκου κρᾶσιν τὸ εὐφόρβιον, αἰτήσας τε τὸ ἐμπλαστὸν</w:t>
      </w:r>
    </w:p>
    <w:p>
      <w:r>
        <w:rPr>
          <w:rFonts w:ascii="Courier New" w:hAnsi="Courier New"/>
          <w:color w:val="555555"/>
          <w:sz w:val="20"/>
        </w:rPr>
        <w:t>[15]</w:t>
      </w:r>
    </w:p>
    <w:p>
      <w:r>
        <w:rPr>
          <w:rFonts w:ascii="Gentium Plus" w:hAnsi="Gentium Plus"/>
          <w:sz w:val="24"/>
        </w:rPr>
        <w:t>φάρμακον καὶ τὸ εὐφόρβιον ἀνελόμενος, ὅσον ἤλπιζον αὐ‐ τάρκως αὐτῶν ἀλλήλοις μιχθήσεσθαι, μαλάττειν μὲν ταῖν χεροῖν ἐκέλευσα τὸ φάρμακον, ἀκριβῶς δὲ λειῶσαι τὸ εὐφόρ‐</w:t>
      </w:r>
    </w:p>
    <w:p>
      <w:r>
        <w:rPr>
          <w:rFonts w:ascii="Courier New" w:hAnsi="Courier New"/>
          <w:color w:val="555555"/>
          <w:sz w:val="20"/>
        </w:rPr>
        <w:t>[10 . 400]</w:t>
      </w:r>
    </w:p>
    <w:p>
      <w:r>
        <w:rPr>
          <w:rFonts w:ascii="Gentium Plus" w:hAnsi="Gentium Plus"/>
          <w:sz w:val="24"/>
        </w:rPr>
        <w:t>κελεύσας, εἶτ’ αὐτὸς ἔλαιον Σαβῖνον ἠρέμα παλαιὸν θερ‐ μήνας συμμέτρως, κατήντλησα τὸ τετρωμένον μόριον, ἀνα‐ κείρας τε βραχὺ μεμυκυῖαν αὐτοῦ τὴν ὀπὴν τῆς νύξεως, ἐπέθηκα τὸ φάρμακον, ἀσιτῆσαι προστάξας τὸν ἄνθρωπον·</w:t>
      </w:r>
    </w:p>
    <w:p>
      <w:r>
        <w:rPr>
          <w:rFonts w:ascii="Courier New" w:hAnsi="Courier New"/>
          <w:color w:val="555555"/>
          <w:sz w:val="20"/>
        </w:rPr>
        <w:t>[5]</w:t>
      </w:r>
    </w:p>
    <w:p>
      <w:r>
        <w:rPr>
          <w:rFonts w:ascii="Gentium Plus" w:hAnsi="Gentium Plus"/>
          <w:sz w:val="24"/>
        </w:rPr>
        <w:t>ἐς ἑσπέραν τε πάλιν ἐκέλευσα τὸν ἰατρὸν ἐπιλῦσαί τε καὶ χρήσασθαι κατὰ τὸν αὐτὸν τρόπον ἐλαίῳ καθ’ ὃν ἐμὲ χρώ‐ μενον ἐθεάσατο. τούτων οὖν γενομένων ἀνώδυνόν τε ἅμα καὶ ἀφλέγμαντον ἐφάνη κατὰ τὴν ὑστεραίαν τὸ πεπονθὸς μόριον, ἔγνωσάν τε πάντες οἱ παραγενόμενοι τῷ ἔργῳ τῷδε</w:t>
      </w:r>
    </w:p>
    <w:p>
      <w:r>
        <w:rPr>
          <w:rFonts w:ascii="Courier New" w:hAnsi="Courier New"/>
          <w:color w:val="555555"/>
          <w:sz w:val="20"/>
        </w:rPr>
        <w:t>[10]</w:t>
      </w:r>
    </w:p>
    <w:p>
      <w:r>
        <w:rPr>
          <w:rFonts w:ascii="Gentium Plus" w:hAnsi="Gentium Plus"/>
          <w:sz w:val="24"/>
        </w:rPr>
        <w:t>τὸ πολλάκις ἡμῖν λεγόμενον ἀληθέστατον ὑπάρχειν, ὡς οὐδέν τι μέγα δύναιτο τὰ φάρμακα χωρὶς τῶν χρωμένων ἐπιτη‐ δείως αὐτοῖς. τοῦτο δ’ αὐτὸ τὸ χρῆσθαι δεξιῶς, εὔδηλον δήπου μεθόδῳ γιγνόμενον, οἵαν ἡμεῖς ἤδη πολλάκις ἐν τοῖς πρὸ τοῦδε διήλθομεν ὑπομνήμασιν, ἐπὶ τὸ θερμὸν καὶ ψυ‐</w:t>
      </w:r>
    </w:p>
    <w:p>
      <w:r>
        <w:rPr>
          <w:rFonts w:ascii="Courier New" w:hAnsi="Courier New"/>
          <w:color w:val="555555"/>
          <w:sz w:val="20"/>
        </w:rPr>
        <w:t>[15]</w:t>
      </w:r>
    </w:p>
    <w:p>
      <w:r>
        <w:rPr>
          <w:rFonts w:ascii="Gentium Plus" w:hAnsi="Gentium Plus"/>
          <w:sz w:val="24"/>
        </w:rPr>
        <w:t>χρὸν καὶ ξηρὸν καὶ ὑγρὸν ἁπάσης χρήσεως φαρμάκων ὡς ἐπὶ κανόνας ἀναφερομένης. ἣν οὐ μόνον οἱ ἀμέθοδοι Θεσ‐ σάλειοι μεταχειρίζεσθαι καλῶς ἀδυνατοῦσιν, ἀλλὰ καὶ οἱ</w:t>
      </w:r>
    </w:p>
    <w:p>
      <w:r>
        <w:rPr>
          <w:rFonts w:ascii="Courier New" w:hAnsi="Courier New"/>
          <w:color w:val="555555"/>
          <w:sz w:val="20"/>
        </w:rPr>
        <w:t>[10 . 401]</w:t>
      </w:r>
    </w:p>
    <w:p>
      <w:r>
        <w:rPr>
          <w:rFonts w:ascii="Gentium Plus" w:hAnsi="Gentium Plus"/>
          <w:sz w:val="24"/>
        </w:rPr>
        <w:t>στοιχεῖα τοῦ σώματος ἢ οὐδ’ ὅλως ἐζήτησαν, ἢ ἄλλ’ ἄττα τῶν εἰρημένων ἔθεντο. περὶ μὲν δὴ τούτων ἅλις. Εἰ δὲ μὴ νυγείη τὸ νεῦρον, ἀλλὰ τρωθείη σαφῶς τῇ τομῇ, σκέπτεσθαι τὴν τρῶσιν ὁποία τις</w:t>
      </w:r>
    </w:p>
    <w:p>
      <w:r>
        <w:rPr>
          <w:rFonts w:ascii="Courier New" w:hAnsi="Courier New"/>
          <w:color w:val="555555"/>
          <w:sz w:val="20"/>
        </w:rPr>
        <w:t>[5]</w:t>
      </w:r>
    </w:p>
    <w:p>
      <w:r>
        <w:rPr>
          <w:rFonts w:ascii="Gentium Plus" w:hAnsi="Gentium Plus"/>
          <w:sz w:val="24"/>
        </w:rPr>
        <w:t>ἐγένετο· πότερον ἐγκαρσία τις, ἢ κατὰ τὸ τοῦ νεύρου μῆκος· ὁπόσον τέ τι τοῦ προκειμένου διῄρηται δέρματος. ὑποκείσθω δὴ πρότερον ἀνεπτύχθαι πολὺ τοῦ δέρματος, ὡς γυμνὸν φαί‐ νεσθαι τὸ νεῦρον, ὄρθιον, οὐκ ἐγκάρσιον διῃρημένον. οὐ χρὴ τούτῳ τῷ νεύρῳ τῶν εἰρημένων φαρμάκων οὐδὲν προσφέρειν,</w:t>
      </w:r>
    </w:p>
    <w:p>
      <w:r>
        <w:rPr>
          <w:rFonts w:ascii="Courier New" w:hAnsi="Courier New"/>
          <w:color w:val="555555"/>
          <w:sz w:val="20"/>
        </w:rPr>
        <w:t>[10]</w:t>
      </w:r>
    </w:p>
    <w:p>
      <w:r>
        <w:rPr>
          <w:rFonts w:ascii="Gentium Plus" w:hAnsi="Gentium Plus"/>
          <w:sz w:val="24"/>
        </w:rPr>
        <w:t>ὅσα δι’ εὐφορβίου καὶ τῶν οὕτω δριμέων ἐμπλαστὰ γίνεται· γεγυμνωμένον γὰρ οὐκ οἴσει τὴν δύναμιν αὐτῶν, ὥσπερ ὅτε διὰ μέσου τοῦ δέρματος ἔφερεν. ἄριστον οὖν τηνικαῦτα τὴν πεπλυμένην τίτανον ἐλαίῳ πλείονι δεύσαντα χρῆσθαι· ἀγα‐ θὸν δὲ καὶ τὸ διὰ τοῦ πομφόλυγος φάρμακον ἐν πλέονι</w:t>
      </w:r>
    </w:p>
    <w:p>
      <w:r>
        <w:rPr>
          <w:rFonts w:ascii="Courier New" w:hAnsi="Courier New"/>
          <w:color w:val="555555"/>
          <w:sz w:val="20"/>
        </w:rPr>
        <w:t>[15]</w:t>
      </w:r>
    </w:p>
    <w:p>
      <w:r>
        <w:rPr>
          <w:rFonts w:ascii="Gentium Plus" w:hAnsi="Gentium Plus"/>
          <w:sz w:val="24"/>
        </w:rPr>
        <w:t>ῥοδίνῳ τακέν· ἄμεινον δὲ εἰ καὶ τὸ ῥόδινον εἴη καὶ τοὔλαιον ἄναλον· σκοπὸς γάρ σοι γιγνέσθω τῆς θεραπείας ἁπάσης ἐπὶ</w:t>
      </w:r>
    </w:p>
    <w:p>
      <w:r>
        <w:rPr>
          <w:rFonts w:ascii="Courier New" w:hAnsi="Courier New"/>
          <w:color w:val="555555"/>
          <w:sz w:val="20"/>
        </w:rPr>
        <w:t>[10 . 402]</w:t>
      </w:r>
    </w:p>
    <w:p>
      <w:r>
        <w:rPr>
          <w:rFonts w:ascii="Gentium Plus" w:hAnsi="Gentium Plus"/>
          <w:sz w:val="24"/>
        </w:rPr>
        <w:t>ὀλίγιστα φάρμακα τὸ τοιοῦτο πέφυκε δρᾷν. ἔστω τοί‐ νυν ἡ τίτανος τηνικαῦτα πολλάκις ὕδατι χρηστῷ πεπλυ‐ μένη ὥρᾳ θέρους· πεπλύσθω δὲ, ὡς εἴρηται, καὶ ἡ πομφό‐ λυξ, ὥσπερ οὖν καὶ πέπλυται κατὰ τὸ σύνθετον φάρμακον,</w:t>
      </w:r>
    </w:p>
    <w:p>
      <w:r>
        <w:rPr>
          <w:rFonts w:ascii="Courier New" w:hAnsi="Courier New"/>
          <w:color w:val="555555"/>
          <w:sz w:val="20"/>
        </w:rPr>
        <w:t>[5]</w:t>
      </w:r>
    </w:p>
    <w:p>
      <w:r>
        <w:rPr>
          <w:rFonts w:ascii="Gentium Plus" w:hAnsi="Gentium Plus"/>
          <w:sz w:val="24"/>
        </w:rPr>
        <w:t>ᾧ συνήθως χρώμεθα, πολλὰ καὶ ἄλλα πεπλυμένα δεχόμενον. ὅσα γὰρ ἐκ μετάλλων ἐστὶ, πεπλύσθαι χρὴ πάντα μέλλοντά γε ξηραίνειν ἀδήκτως. ἀγαθὸν δὲ καὶ τὸ διὰ μέλιτος ἐμπλα‐ στὸν φάρμακον, ὅταν ἐκ καλλίστου μέλιτος ᾖ. λύειν δὲ καὶ τοῦτο χρὴ ῥοδίνῳ τά τε ἄλλα καλλίστῳ καὶ τῶν ἁλῶν ἥκι‐</w:t>
      </w:r>
    </w:p>
    <w:p>
      <w:r>
        <w:rPr>
          <w:rFonts w:ascii="Courier New" w:hAnsi="Courier New"/>
          <w:color w:val="555555"/>
          <w:sz w:val="20"/>
        </w:rPr>
        <w:t>[10]</w:t>
      </w:r>
    </w:p>
    <w:p>
      <w:r>
        <w:rPr>
          <w:rFonts w:ascii="Gentium Plus" w:hAnsi="Gentium Plus"/>
          <w:sz w:val="24"/>
        </w:rPr>
        <w:t>στα μετέχοντι· καὶ τὸν κηρὸν δὲ χρὴ πεπλύσθαι τὸν εἰς τὰ τοιαῦτα φάρμακα βαλλόμενον· εἰ δὲ καὶ τερμινθίνης τι ῥητί‐ νης μιγνύοιτο, πεπλύσθαι χρὴ καὶ ταύτην· ἔτι δὲ μᾶλλον, εἰ ἄλλης ἡστινοσοῦν. ἐξ ἁπάντων γὰρ ὧν ἂν πλύνῃς φαρ‐ μάκων οἱ δριμεῖς καὶ δακνώδεις ἰχῶρες ἐκκλύζονταί τε καὶ</w:t>
      </w:r>
    </w:p>
    <w:p>
      <w:r>
        <w:rPr>
          <w:rFonts w:ascii="Courier New" w:hAnsi="Courier New"/>
          <w:color w:val="555555"/>
          <w:sz w:val="20"/>
        </w:rPr>
        <w:t>[15]</w:t>
      </w:r>
    </w:p>
    <w:p>
      <w:r>
        <w:rPr>
          <w:rFonts w:ascii="Gentium Plus" w:hAnsi="Gentium Plus"/>
          <w:sz w:val="24"/>
        </w:rPr>
        <w:t>ἀποῤῥύπτονται. εἰ δ’ ἰσχυρὸς ὁ τετρωμένος εἴη καὶ σὺν τούτῳ καὶ ἀπέριττος τὸ σῶμα, δυνατὸν ἐπ’ αὐτοῦ χρῆσθαι</w:t>
      </w:r>
    </w:p>
    <w:p>
      <w:r>
        <w:rPr>
          <w:rFonts w:ascii="Courier New" w:hAnsi="Courier New"/>
          <w:color w:val="555555"/>
          <w:sz w:val="20"/>
        </w:rPr>
        <w:t>[10 . 403]</w:t>
      </w:r>
    </w:p>
    <w:p>
      <w:r>
        <w:rPr>
          <w:rFonts w:ascii="Gentium Plus" w:hAnsi="Gentium Plus"/>
          <w:sz w:val="24"/>
        </w:rPr>
        <w:t>αύτης τρώσεως γενομένης ἐκ καρπῷ ἐπὶ νεανίσκου φιλοσο‐ φοῦντος, εὐέκτου τε τἄλλα καὶ κατωπτηκότος ἐν ἡλίῳ θερινῷ τὸ σῶμα τὸν Πολυείδου τροχίσκον ἀνεὶς σιραίῳ, κᾄπειτα χλιάνας ἐφ’ ὕδατος θερμοῦ, βάψας ἐν αὐτῷ μοτοὺς ἐπέθηκα.</w:t>
      </w:r>
    </w:p>
    <w:p>
      <w:r>
        <w:rPr>
          <w:rFonts w:ascii="Courier New" w:hAnsi="Courier New"/>
          <w:color w:val="555555"/>
          <w:sz w:val="20"/>
        </w:rPr>
        <w:t>[5]</w:t>
      </w:r>
    </w:p>
    <w:p>
      <w:r>
        <w:rPr>
          <w:rFonts w:ascii="Gentium Plus" w:hAnsi="Gentium Plus"/>
          <w:sz w:val="24"/>
        </w:rPr>
        <w:t>καὶ γὰρ καὶ τούτου χρὴ μάλιστα φροντίζειν ἀεὶ, τοῦ μηδὲν τῶν ψαυόντων τῆς τρώσεως ψυχρὸν εἶναι, ἐπειδὴ τὸ πεπον‐ θὸς μόριον αἰσθητικώτατόν ἐστι καὶ τῇ κυριωτάτῃ τῶν ἀρχῶν συνεχὲς, ἔτι τε τῇ κράσει ψυχρότερον· ἐξ ὧν ἁπάντων ἑτοίμως μὲν ὑπὸ τοῦ ψυχροῦ βλάπτεται, διαδίδωσι δὲ ἐπὶ</w:t>
      </w:r>
    </w:p>
    <w:p>
      <w:r>
        <w:rPr>
          <w:rFonts w:ascii="Courier New" w:hAnsi="Courier New"/>
          <w:color w:val="555555"/>
          <w:sz w:val="20"/>
        </w:rPr>
        <w:t>[10]</w:t>
      </w:r>
    </w:p>
    <w:p>
      <w:r>
        <w:rPr>
          <w:rFonts w:ascii="Gentium Plus" w:hAnsi="Gentium Plus"/>
          <w:sz w:val="24"/>
        </w:rPr>
        <w:t>τὸν ἐγκέφαλον τὸ πάθος. εἰ δὲ καὶ τῶν εἰς μῦς καθηκόντων εἴη, καὶ σπασμοὺς ἐπικαλεῖται ῥᾳδίως· ἐδείχθησαν γὰρ οἱ μύες ὄργανα τῆς κατὰ προαίρεσιν κινήσεως. οὕτω δὲ καὶ ἐπὶ τῶν τενόντων προσδόκα γενήσεσθαι διὰ τὰς αὐτὰς αἰτίας. ἀλλὰ τό γε προειρημένον φάρμακον ἐπιθεὶς τῷ νεανίσκῳ κατά</w:t>
      </w:r>
    </w:p>
    <w:p>
      <w:r>
        <w:rPr>
          <w:rFonts w:ascii="Courier New" w:hAnsi="Courier New"/>
          <w:color w:val="555555"/>
          <w:sz w:val="20"/>
        </w:rPr>
        <w:t>[15]</w:t>
      </w:r>
    </w:p>
    <w:p>
      <w:r>
        <w:rPr>
          <w:rFonts w:ascii="Gentium Plus" w:hAnsi="Gentium Plus"/>
          <w:sz w:val="24"/>
        </w:rPr>
        <w:t>τε τοῦ τραύματος αὐτοῦ καὶ μέντοι καὶ τῶν ὑπερκειμένων μερῶν, οὐκ ὀλίγον ἐπιλαμβάνων αὐτῷ τὰ κατὰ μασχάλας καὶ τράχηλον καὶ κεφαλὴν, ἐλαίῳ θερμῷ διέβρεχον ἅπαντα</w:t>
      </w:r>
    </w:p>
    <w:p>
      <w:r>
        <w:rPr>
          <w:rFonts w:ascii="Courier New" w:hAnsi="Courier New"/>
          <w:color w:val="555555"/>
          <w:sz w:val="20"/>
        </w:rPr>
        <w:t>[10 . 404]</w:t>
      </w:r>
    </w:p>
    <w:p>
      <w:r>
        <w:rPr>
          <w:rFonts w:ascii="Gentium Plus" w:hAnsi="Gentium Plus"/>
          <w:sz w:val="24"/>
        </w:rPr>
        <w:t>φλέβα κατὰ τὴν πρώτην ἡμέραν εὐθέως. ἐν οὖν τῇ τετάρτῃ τῶν ἡμερῶν οὗτος ὁ νεανίσκος ἔσχε καλῶς, ὥστε ῥυσσὸν καὶ βραχὺ καὶ προσεσταλμένον φαίνεσθαι τὸ ἕλκος. οὐ μὴν ἀλλὰ καὶ προμηθέστερον ἐδόκει μηδὲν νεωτεροποιεῖν</w:t>
      </w:r>
    </w:p>
    <w:p>
      <w:r>
        <w:rPr>
          <w:rFonts w:ascii="Courier New" w:hAnsi="Courier New"/>
          <w:color w:val="555555"/>
          <w:sz w:val="20"/>
        </w:rPr>
        <w:t>[5]</w:t>
      </w:r>
    </w:p>
    <w:p>
      <w:r>
        <w:rPr>
          <w:rFonts w:ascii="Gentium Plus" w:hAnsi="Gentium Plus"/>
          <w:sz w:val="24"/>
        </w:rPr>
        <w:t>ἄχρι τῆς ἑβδόμης, μεθ’ ἣν τελέως ἦν ὑγιής. ἐλαίῳ δ’ αἰονᾷν οὐ χρὴ τὸ τοιοῦτον ἕλκος, καὶ μάλισθ’ ὅταν ὡς νῦν εἴρηται θεραπεύηται· τῇ γὰρ τοῦ τροχίσκου δυνάμει τὸ ἔλαιον ἐναντίον ἐστὶ καὶ ῥυπαίνει τὸ ἕλκος. οὐ γὰρ δήπου ταὐτόν ἐστιν ἢ γυμνῷ τῷ νεύρῳ προσφέρειν τοὔλαιον, ἢ διὰ προ‐</w:t>
      </w:r>
    </w:p>
    <w:p>
      <w:r>
        <w:rPr>
          <w:rFonts w:ascii="Courier New" w:hAnsi="Courier New"/>
          <w:color w:val="555555"/>
          <w:sz w:val="20"/>
        </w:rPr>
        <w:t>[10]</w:t>
      </w:r>
    </w:p>
    <w:p>
      <w:r>
        <w:rPr>
          <w:rFonts w:ascii="Gentium Plus" w:hAnsi="Gentium Plus"/>
          <w:sz w:val="24"/>
        </w:rPr>
        <w:t>βεβλημένου τοῦ δέρματος. ἀποπλύνειν οὖν αὐτοῦ τοὺς ἰχῶ‐ ρας, ἔριον μαλακὸν ὑπαλείπτρῳ περιελίττοντας· ἀποβρέχειν δὲ εἰ βούλοιο τὸ ἔριον, ὅπως μὴ ξηρῷ ψαύσῃς τὸ ἕλκος, ἀρκέσει τὸ σίραιον, ὅπερ καὶ ἕψημα καλοῦσι παρ’ ἡμῖν ἐπὶ τῆς Ἀσίας συνήθως. ἐν τούτῳ βάψας τὸ ἔριον, εἶτ’ ἀπο‐</w:t>
      </w:r>
    </w:p>
    <w:p>
      <w:r>
        <w:rPr>
          <w:rFonts w:ascii="Courier New" w:hAnsi="Courier New"/>
          <w:color w:val="555555"/>
          <w:sz w:val="20"/>
        </w:rPr>
        <w:t>[15]</w:t>
      </w:r>
    </w:p>
    <w:p>
      <w:r>
        <w:rPr>
          <w:rFonts w:ascii="Gentium Plus" w:hAnsi="Gentium Plus"/>
          <w:sz w:val="24"/>
        </w:rPr>
        <w:t>θλίψας, οὕτως ἀπομάττειν τὸ ἕλκος. ἔστω δὲ καὶ αὐτὸ τοῦτο χλιαρὸν ἐν ταῖς πρώταις μάλιστα ἡμέραις. εἰ δὲ πάντα κατὰ γνώμην περαίνοιτο, καὶ οἴνῳ γλυκεῖ βρέχειν ἀκίνδυνον,</w:t>
      </w:r>
    </w:p>
    <w:p>
      <w:r>
        <w:rPr>
          <w:rFonts w:ascii="Courier New" w:hAnsi="Courier New"/>
          <w:color w:val="555555"/>
          <w:sz w:val="20"/>
        </w:rPr>
        <w:t>[10 . 405]</w:t>
      </w:r>
    </w:p>
    <w:p>
      <w:r>
        <w:rPr>
          <w:rFonts w:ascii="Gentium Plus" w:hAnsi="Gentium Plus"/>
          <w:sz w:val="24"/>
        </w:rPr>
        <w:t>τε καὶ Σκυβελίτης ἐστὶ καὶ μετ’ αὐτοὺς ὁ καρύϊνος ὀνομα‐ ζόμενος· ὅσοι δὲ γλυκεῖς τε ἅμα καὶ κιῤῥοὶ τῶν οἴνων εἰσὶν, ὥσπερ ὁ Φαλερῖνος, ἀνεπιτήδειοι, δριμεῖς γὰρ ἅπαντες οἱ τοιοῦτοι καὶ πέρα τοῦ μετρίου θερμοί· ἤδη δὲ εἰς οὐλὴν</w:t>
      </w:r>
    </w:p>
    <w:p>
      <w:r>
        <w:rPr>
          <w:rFonts w:ascii="Courier New" w:hAnsi="Courier New"/>
          <w:color w:val="555555"/>
          <w:sz w:val="20"/>
        </w:rPr>
        <w:t>[5]</w:t>
      </w:r>
    </w:p>
    <w:p>
      <w:r>
        <w:rPr>
          <w:rFonts w:ascii="Gentium Plus" w:hAnsi="Gentium Plus"/>
          <w:sz w:val="24"/>
        </w:rPr>
        <w:t>ἰόντων τῶν ἑλκῶν, ὅσοι λευκοὶ τῶν οἴνων εἰσὶν ἀκριβῶς καὶ λεπτοὶ καὶ ὀλιγοφόροι καὶ ἄνοσμοι, βελτίους τῶν γλυκέων εἰσίν. ὕδατος δὲ χρῆσιν ἀεὶ φεῦγε τρωθέντος νεύρου, καθά‐ περ γε καὶ καταπλάσματος χαλαστικοῦ. τῇ δὲ εἰρημένῃ τοῦ τροχίσκου χρήσει πλησίον ἥκει τὸ διὰ τῆς χαλκίτεος φάρ‐</w:t>
      </w:r>
    </w:p>
    <w:p>
      <w:r>
        <w:rPr>
          <w:rFonts w:ascii="Courier New" w:hAnsi="Courier New"/>
          <w:color w:val="555555"/>
          <w:sz w:val="20"/>
        </w:rPr>
        <w:t>[10]</w:t>
      </w:r>
    </w:p>
    <w:p>
      <w:r>
        <w:rPr>
          <w:rFonts w:ascii="Gentium Plus" w:hAnsi="Gentium Plus"/>
          <w:sz w:val="24"/>
        </w:rPr>
        <w:t>μακον, ᾧ συνήθως χρώμεθα· τετῆχθαι δὲ καὶ τοῦτο χρὴ θέρους μὲν ῥοδίνῳ, χειμῶνος δὲ Σαβίνῳ· γέγραπται δ’ ἐν τῷ πρώτῳ περὶ φαρμάκων συνθέσεως. ὁ δὲ Πολυείδου τρο‐ χίσκος, ἢ κυκλίσκος, ἢ ὅπως ἄν τις ὀνομάζειν ἐθέλοι, γιγνώ‐ σκεται σχεδὸν ἅπασι· καὶ εἰ μὴ παρείη, τὸν Ἄνδρωνος, ἢ</w:t>
      </w:r>
    </w:p>
    <w:p>
      <w:r>
        <w:rPr>
          <w:rFonts w:ascii="Courier New" w:hAnsi="Courier New"/>
          <w:color w:val="555555"/>
          <w:sz w:val="20"/>
        </w:rPr>
        <w:t>[15]</w:t>
      </w:r>
    </w:p>
    <w:p>
      <w:r>
        <w:rPr>
          <w:rFonts w:ascii="Gentium Plus" w:hAnsi="Gentium Plus"/>
          <w:sz w:val="24"/>
        </w:rPr>
        <w:t>τὸν Πασίωνος ἀντ’ αὐτοῦ περιλαμβάνειν, ἢ τὸν ἡμέτερον ἰσχυρότερον ἁπάντων αὐτῶν ὑπάρχοντα. προείρηται δὲ ὅτι τοῖς μὲν ἰσχυροῖς σώμασι τὰ ἰσχυρὰ φάρμακα, τοῖς δὲ ἀσθε‐</w:t>
      </w:r>
    </w:p>
    <w:p>
      <w:r>
        <w:rPr>
          <w:rFonts w:ascii="Courier New" w:hAnsi="Courier New"/>
          <w:color w:val="555555"/>
          <w:sz w:val="20"/>
        </w:rPr>
        <w:t>[10 . 406]</w:t>
      </w:r>
    </w:p>
    <w:p>
      <w:r>
        <w:rPr>
          <w:rFonts w:ascii="Gentium Plus" w:hAnsi="Gentium Plus"/>
          <w:sz w:val="24"/>
        </w:rPr>
        <w:t>θὴς μέθοδος, ἐπισφραγίζεται δὲ ἡ πεῖρα. Θεσσαλὸς δὲ ἅμα τοῖς ἑαυτοῦ σοφισταῖς ἐφ’ ὑψηλοῦ θρόνου καθήμενος ἐν κριομύξοις ἀνδράσιν, ὡς ὁ Κερκίδας φησὶν, εὐδοκιμήσει, κατα‐ σκευάζων τῷ λόγῳ παντὸς ἕλκους προσφάτου τὴν αὐτὴν</w:t>
      </w:r>
    </w:p>
    <w:p>
      <w:r>
        <w:rPr>
          <w:rFonts w:ascii="Courier New" w:hAnsi="Courier New"/>
          <w:color w:val="555555"/>
          <w:sz w:val="20"/>
        </w:rPr>
        <w:t>[5]</w:t>
      </w:r>
    </w:p>
    <w:p>
      <w:r>
        <w:rPr>
          <w:rFonts w:ascii="Gentium Plus" w:hAnsi="Gentium Plus"/>
          <w:sz w:val="24"/>
        </w:rPr>
        <w:t>εἶναι θεραπείαν, οὐδεμίαν ἔνδειξιν ἐκ τῆς τοῦ μορίου φύσεως λαμβάνουσαν. εἷς δέ τις τῶν ὑπὸ τῆς σοφίας αὐτοῦ κεκο‐ μισμένων θαυμαστὴν ἐξεύρισκε θεραπείαν τῶν νευροτρώτων· αὐτίκα γὰρ ὅλα διέκοπτεν ἐξαίφνης αὐτὰ, μηδὲ προειπών τι τῷ τρωθέντι· καίτοι κᾀνταῦθα προεδίδου τὴν αἵρεσιν.</w:t>
      </w:r>
    </w:p>
    <w:p>
      <w:r>
        <w:rPr>
          <w:rFonts w:ascii="Courier New" w:hAnsi="Courier New"/>
          <w:color w:val="555555"/>
          <w:sz w:val="20"/>
        </w:rPr>
        <w:t>[10]</w:t>
      </w:r>
    </w:p>
    <w:p>
      <w:r>
        <w:rPr>
          <w:rFonts w:ascii="Gentium Plus" w:hAnsi="Gentium Plus"/>
          <w:sz w:val="24"/>
        </w:rPr>
        <w:t>ἐχρῆν γὰρ ἢ καὶ τοὺς μύας τρωθέντας καὶ τὰς ἀρτηρίας καὶ τὰς φλέβας καὶ πᾶν ὁτιοῦν ἄλλο διακόπτειν ὅλον, ἢ μηδὲ τὸ νεῦρον. ἢ οὕτως ἂν ὃ φεύγουσι πράττοντες ἁλίσκονται, διάφορον ἐκ τῶν διαφερόντων μορίων ἔνδειξιν θεραπείας λαμβάνοντες. τούτων μὲν οὖν ἀπαλλαγῶμεν ἤδη, τῆς δ’</w:t>
      </w:r>
    </w:p>
    <w:p>
      <w:r>
        <w:rPr>
          <w:rFonts w:ascii="Courier New" w:hAnsi="Courier New"/>
          <w:color w:val="555555"/>
          <w:sz w:val="20"/>
        </w:rPr>
        <w:t>[15]</w:t>
      </w:r>
    </w:p>
    <w:p>
      <w:r>
        <w:rPr>
          <w:rFonts w:ascii="Gentium Plus" w:hAnsi="Gentium Plus"/>
          <w:sz w:val="24"/>
        </w:rPr>
        <w:t>ἐγκαρσίας τρώσεως τῶν νεύρων μνησθῶμεν, ἐφ’ οἷς καὶ ὁ κίνδυνος τοῦ σπασθῆναι μείζων, τῆς μὲν φλεγμονῆς ἐκ τῶν τετρωμένων ἰνῶν εἰς τὰς ἀτμήτους διαδιδομένης, τοῦ σπασμοῦ</w:t>
      </w:r>
    </w:p>
    <w:p>
      <w:r>
        <w:rPr>
          <w:rFonts w:ascii="Courier New" w:hAnsi="Courier New"/>
          <w:color w:val="555555"/>
          <w:sz w:val="20"/>
        </w:rPr>
        <w:t>[10 . 407]</w:t>
      </w:r>
    </w:p>
    <w:p>
      <w:r>
        <w:rPr>
          <w:rFonts w:ascii="Gentium Plus" w:hAnsi="Gentium Plus"/>
          <w:sz w:val="24"/>
        </w:rPr>
        <w:t>ἕλκους καὶ τούτοις τὰ αὐτά· κενοῦν δ’ αἵματος ἀφειδέστερον αὐτῶν καὶ λεπτότερον ἢ κατ’ ἐκείνους διαιτᾷν, ἐν ἡσυχίᾳ τε καὶ στρωμνῇ μαλακῇ συνέχειν τὸν ἄνθρωπον ἐλαίῳ θερμῷ δαψιλῶς χρώμενον ἐπὶ μασχαλῶν καὶ τραχήλου καὶ τενόντων</w:t>
      </w:r>
    </w:p>
    <w:p>
      <w:r>
        <w:rPr>
          <w:rFonts w:ascii="Courier New" w:hAnsi="Courier New"/>
          <w:color w:val="555555"/>
          <w:sz w:val="20"/>
        </w:rPr>
        <w:t>[5]</w:t>
      </w:r>
    </w:p>
    <w:p>
      <w:r>
        <w:rPr>
          <w:rFonts w:ascii="Gentium Plus" w:hAnsi="Gentium Plus"/>
          <w:sz w:val="24"/>
        </w:rPr>
        <w:t>καὶ συνδέσμων καὶ κεφαλῆς. εἰ δὲ τῶν ἐν σκέλει νεύρων εἴη τὸ τμηθὲν, ὥσπερ ἐπὶ χειρὸς μασχάλας, οὕτως ἐνθάδε βου‐ βῶνας ἐλαίῳ πολλῷ τέγγειν, ἐπαναβαίνειν δὲ δι’ ὅλης τῆς ῥάχεως ἐπὶ τράχηλόν τε καὶ κεφαλήν. ἡ δὲ θλάσις ἡ τῶν νεύρων, ὅταν μὲν ἅμα τῷ δέρματι θλασθέντι τε καὶ ἑλκω‐</w:t>
      </w:r>
    </w:p>
    <w:p>
      <w:r>
        <w:rPr>
          <w:rFonts w:ascii="Courier New" w:hAnsi="Courier New"/>
          <w:color w:val="555555"/>
          <w:sz w:val="20"/>
        </w:rPr>
        <w:t>[10]</w:t>
      </w:r>
    </w:p>
    <w:p>
      <w:r>
        <w:rPr>
          <w:rFonts w:ascii="Gentium Plus" w:hAnsi="Gentium Plus"/>
          <w:sz w:val="24"/>
        </w:rPr>
        <w:t>θέντι γίγνηται, φαρμάκων δεῖται τῶν μὲν τοῦ ξηραίνειν σκοπὸν ἐχόντων κοινὸν, συνάγειν δέ πως καὶ σφίγγειν δυνα‐ μένων τὰ διὰ τὴν θλάσιν ἀλλήλων ἀφεστῶτα μόρια. τὰ δὲ χωρὶς τοῦ θλασθῆναι τὸ δέρμα συνεχέστατα καταντλεῖν ἐλαίῳ θερμῷ διαφορητικῷ, τὴν δ’ ὅλην τοῦ σώματος ἐπι‐</w:t>
      </w:r>
    </w:p>
    <w:p>
      <w:r>
        <w:rPr>
          <w:rFonts w:ascii="Courier New" w:hAnsi="Courier New"/>
          <w:color w:val="555555"/>
          <w:sz w:val="20"/>
        </w:rPr>
        <w:t>[15]</w:t>
      </w:r>
    </w:p>
    <w:p>
      <w:r>
        <w:rPr>
          <w:rFonts w:ascii="Gentium Plus" w:hAnsi="Gentium Plus"/>
          <w:sz w:val="24"/>
        </w:rPr>
        <w:t>μέλειαν ὁμοίαν ποιεῖσθαι. ἅπαξ οὖν εἶδον τοῦτο γιγνόμενον, ἰασάμην τε ταχέως αὐτὸ διὰ τῆς καταντλήσεως. ἅμα μέν‐ τοι τῷ δέρματι πάνυ πολλάκις ἐθεασάμην νεῦρα θλασθέντα</w:t>
      </w:r>
    </w:p>
    <w:p>
      <w:r>
        <w:rPr>
          <w:rFonts w:ascii="Courier New" w:hAnsi="Courier New"/>
          <w:color w:val="555555"/>
          <w:sz w:val="20"/>
        </w:rPr>
        <w:t>[10 . 408]</w:t>
      </w:r>
    </w:p>
    <w:p>
      <w:r>
        <w:rPr>
          <w:rFonts w:ascii="Gentium Plus" w:hAnsi="Gentium Plus"/>
          <w:sz w:val="24"/>
        </w:rPr>
        <w:t>διδαχθέντες ἔχουσι κατάπλασμα τὸ δι’ ὀξυμέλιτος καὶ τοῦ τῶν κυάμων ἀλεύρου καὶ ἔστιν ὄντως ἀγαθὸν φάρμακον. εἰ δ’ ὀδύνη τις συνείη τῇ θλάσει, πίττης ὑγρᾶς μιγνύειν ἕψον‐ τάς τε καλῶς ἐπιτιθέναι θερμόν· ὅταν δὲ ξηραντικώ‐</w:t>
      </w:r>
    </w:p>
    <w:p>
      <w:r>
        <w:rPr>
          <w:rFonts w:ascii="Courier New" w:hAnsi="Courier New"/>
          <w:color w:val="555555"/>
          <w:sz w:val="20"/>
        </w:rPr>
        <w:t>[5]</w:t>
      </w:r>
    </w:p>
    <w:p>
      <w:r>
        <w:rPr>
          <w:rFonts w:ascii="Gentium Plus" w:hAnsi="Gentium Plus"/>
          <w:sz w:val="24"/>
        </w:rPr>
        <w:t>τερον ἐθέλῃς γίγνεσθαι, μιγνύειν ὀρόβων ἀλεύρου. καὶ εἰ μᾶλλον βούλοιο ξηραίνειν, ἴρεως τῆς Ἰλλυρίδος ἢ μυρίκης. ἡ δὲ τοῦ παντὸς σώματος ἐπιμέλεια καὶ τούτοις κοινή. δια‐ κοπέντος δὲ ὅλου τοῦ νεύρου κίνδυνος μὲν οὐκέτι οὐδεὶς, ἀνάπηρον δ’ ἔσται τὸ μόριον. ἡ δὲ ἴασις κοινὴ τοῖς ἄλλοις</w:t>
      </w:r>
    </w:p>
    <w:p>
      <w:r>
        <w:rPr>
          <w:rFonts w:ascii="Courier New" w:hAnsi="Courier New"/>
          <w:color w:val="555555"/>
          <w:sz w:val="20"/>
        </w:rPr>
        <w:t>[10]</w:t>
      </w:r>
    </w:p>
    <w:p>
      <w:r>
        <w:rPr>
          <w:rFonts w:ascii="Gentium Plus" w:hAnsi="Gentium Plus"/>
          <w:sz w:val="24"/>
        </w:rPr>
        <w:t>ἕλκεσιν, ἣν μόνην ἴσασιν οἱ Θεσσάλειοι. περὶ μὲν δὴ τῶν νεύρων ἱκανὰ καὶ ταῦτα. τὰς δὲ ἐπιγινομένας αὐτοῖς φλεγ‐ μονὰς ὅπως χρὴ θεραπεύειν ἐν τῷ τῶν φλεγμονῶν λόγῳ διαιρησόμεθα. Ὁμοιοτάτην δὲ τοῖς τένουσιν ἔχοντες ἰδέαν</w:t>
      </w:r>
    </w:p>
    <w:p>
      <w:r>
        <w:rPr>
          <w:rFonts w:ascii="Courier New" w:hAnsi="Courier New"/>
          <w:color w:val="555555"/>
          <w:sz w:val="20"/>
        </w:rPr>
        <w:t>[15]</w:t>
      </w:r>
    </w:p>
    <w:p>
      <w:r>
        <w:rPr>
          <w:rFonts w:ascii="Gentium Plus" w:hAnsi="Gentium Plus"/>
          <w:sz w:val="24"/>
        </w:rPr>
        <w:t>οἱ σύνδεσμοι θεραπείας ἰσχυροτάτης ἀνέχονται, διά τε τὸ μὴ περαίνειν ἐπὶ τὸν ἐγκέφαλον ἀναίσθητοί τε εἶναι· τὰ</w:t>
      </w:r>
    </w:p>
    <w:p>
      <w:r>
        <w:rPr>
          <w:rFonts w:ascii="Courier New" w:hAnsi="Courier New"/>
          <w:color w:val="555555"/>
          <w:sz w:val="20"/>
        </w:rPr>
        <w:t>[10 . 409]</w:t>
      </w:r>
    </w:p>
    <w:p>
      <w:r>
        <w:rPr>
          <w:rFonts w:ascii="Gentium Plus" w:hAnsi="Gentium Plus"/>
          <w:sz w:val="24"/>
        </w:rPr>
        <w:t>τοῦ ἐγκεφάλου, τὰ δὲ διὰ τοῦ νωτιαίου. καὶ μέν γε καὶ οἱ τένοντες, ἐπειδὴ σύνθετον αὐτῶν ἐπεδείκνυμεν εἶναι τὴν οὐσίαν ἐκ νεύρου καὶ συνδέσμου, καθ’ ὅσον μὲν νεύρου μετ‐ έχουσι, κατὰ τοσοῦτον ἐξ ἐγκεφάλου πεφύκασιν, οὐ μὴν</w:t>
      </w:r>
    </w:p>
    <w:p>
      <w:r>
        <w:rPr>
          <w:rFonts w:ascii="Courier New" w:hAnsi="Courier New"/>
          <w:color w:val="555555"/>
          <w:sz w:val="20"/>
        </w:rPr>
        <w:t>[5]</w:t>
      </w:r>
    </w:p>
    <w:p>
      <w:r>
        <w:rPr>
          <w:rFonts w:ascii="Gentium Plus" w:hAnsi="Gentium Plus"/>
          <w:sz w:val="24"/>
        </w:rPr>
        <w:t>ἧττόν γε τῶν νεύρων αὐτῶν ἐπιφέρουσι τοὺς σπασμούς. οἱ σύνδεσμοι δὲ ἐξ ὀστοῦ πεφυκότες, ὅσοι μὲν στρογγύλοι, νεύ‐ ροις ἐοίκασι, πολὺ δὴ τῇ σκληρότητι διαφέροντες· ἀλλὰ τῷ λευκοί τε εἶναι καὶ ἄναιμοι καὶ ἀκοίλιοι, διαλύεσθαί τε εἰς ἶνας, ἡ ὁμοιότης αὐτῶν ἐστι πρός τε τὰ νεῦρα καὶ τοὺς</w:t>
      </w:r>
    </w:p>
    <w:p>
      <w:r>
        <w:rPr>
          <w:rFonts w:ascii="Courier New" w:hAnsi="Courier New"/>
          <w:color w:val="555555"/>
          <w:sz w:val="20"/>
        </w:rPr>
        <w:t>[10]</w:t>
      </w:r>
    </w:p>
    <w:p>
      <w:r>
        <w:rPr>
          <w:rFonts w:ascii="Gentium Plus" w:hAnsi="Gentium Plus"/>
          <w:sz w:val="24"/>
        </w:rPr>
        <w:t>τένοντας. ἔνθα μὲν οὖν στρογγύλοι σύνδεσμοι καὶ τένοντές εἰσι, τοῖς ἀπείροις ἀνατομῆς ὡς νεῦρα φαντάζονται, καὶ μάλισθ’ ὅταν ἀγνοῶσιν ὅτι καὶ σκληρότεροι πολὺ τῶν νεύρων εἰσίν· ἔνθα δὲ πλατεῖς, ἐνταῦθ’ ὅτι μὲν νεύρων διαφέρουσιν ἐπίστανται, καίτοι γε οὐδὲ τοῦτο πάντες· οὐ μὴν γιγνώσκουσί</w:t>
      </w:r>
    </w:p>
    <w:p>
      <w:r>
        <w:rPr>
          <w:rFonts w:ascii="Courier New" w:hAnsi="Courier New"/>
          <w:color w:val="555555"/>
          <w:sz w:val="20"/>
        </w:rPr>
        <w:t>[15]</w:t>
      </w:r>
    </w:p>
    <w:p>
      <w:r>
        <w:rPr>
          <w:rFonts w:ascii="Gentium Plus" w:hAnsi="Gentium Plus"/>
          <w:sz w:val="24"/>
        </w:rPr>
        <w:t>γε διακρίνειν αὐτοὺς ἀπ’ ἀλλήλων. ἀλλὰ σύ γε τὴν φύσιν ἑκάστου τῶν τριῶν μορίων ἐπιστάμενος, ἔτι τε διάπλασιν καὶ θέσιν ἣν ἔχουσιν ἐν ἅπαντι τῷ σώματι καθ’ ἕκαστον</w:t>
      </w:r>
    </w:p>
    <w:p>
      <w:r>
        <w:rPr>
          <w:rFonts w:ascii="Courier New" w:hAnsi="Courier New"/>
          <w:color w:val="555555"/>
          <w:sz w:val="20"/>
        </w:rPr>
        <w:t>[10 . 410]</w:t>
      </w:r>
    </w:p>
    <w:p>
      <w:r>
        <w:rPr>
          <w:rFonts w:ascii="Gentium Plus" w:hAnsi="Gentium Plus"/>
          <w:sz w:val="24"/>
        </w:rPr>
        <w:t>μως γνωριεῖς εἴτε νεῦρόν ἐστι τὸ τετρωμένον, εἴτε σύνδεσμος, εἴτε τένων. περὶ μὲν δὴ τῆς τῶν νεύρων καὶ τενόντων θερα‐ πείας προείρηται. σύνδεσμος δὲ τρωθεὶς ὁ μὲν ἐξ ὀστοῦ διήκων εἰς ὀστοῦν ἀκινδυνότατός ἐστι, καὶ πάντῃ</w:t>
      </w:r>
    </w:p>
    <w:p>
      <w:r>
        <w:rPr>
          <w:rFonts w:ascii="Courier New" w:hAnsi="Courier New"/>
          <w:color w:val="555555"/>
          <w:sz w:val="20"/>
        </w:rPr>
        <w:t>[5]</w:t>
      </w:r>
    </w:p>
    <w:p>
      <w:r>
        <w:rPr>
          <w:rFonts w:ascii="Gentium Plus" w:hAnsi="Gentium Plus"/>
          <w:sz w:val="24"/>
        </w:rPr>
        <w:t>ξηραίνων αὐτὸν ὁποίοις βούλοιο φαρμάκοις οὐδὲν βλάψεις τὸν ἄνθρωπον. ὁ δ’ εἰς μῦν ἐμφυόμενος ὅσον ἀκινδυνό‐ τερός ἐστι τένοντος καὶ νεύρου, τοσοῦτον τῶν ἄλλων συν‐ δέσμων σφαλερώτερος, ἢν μὴ χρηστῶς θεραπεύηται. τού‐ των οὐδὲν οἷοί τέ εἰσι διαπράξασθαι μεθόδῳ τῶν ἰατρῶν</w:t>
      </w:r>
    </w:p>
    <w:p>
      <w:r>
        <w:rPr>
          <w:rFonts w:ascii="Courier New" w:hAnsi="Courier New"/>
          <w:color w:val="555555"/>
          <w:sz w:val="20"/>
        </w:rPr>
        <w:t>[10]</w:t>
      </w:r>
    </w:p>
    <w:p>
      <w:r>
        <w:rPr>
          <w:rFonts w:ascii="Gentium Plus" w:hAnsi="Gentium Plus"/>
          <w:sz w:val="24"/>
        </w:rPr>
        <w:t>ὅσοι μήτε τὴν ἀπὸ τῶν μορίων ἔνδειξιν εἰς τὰς τῶν ἑλκῶν ἰάσεις χρήσιμον εἶναι συγχωροῦσιν, οὔθ’ ὅσοι τοῦτο μὲν ὁμολογοῦσιν, ἀγνοοῦσι δὲ τὴν ἑκάστου φύσιν, ἥτις, ὡς ἐδείκνυμεν, ἐκ τῆς τῶν στοιχείων γίνεται κράσεως. ἀλλ’ οὗτοι μὲν εἰ καὶ μηδὲν ἄλλο, τά γ’ ἐκ τῆς ὀργανικῆς κα‐</w:t>
      </w:r>
    </w:p>
    <w:p>
      <w:r>
        <w:rPr>
          <w:rFonts w:ascii="Courier New" w:hAnsi="Courier New"/>
          <w:color w:val="555555"/>
          <w:sz w:val="20"/>
        </w:rPr>
        <w:t>[15]</w:t>
      </w:r>
    </w:p>
    <w:p>
      <w:r>
        <w:rPr>
          <w:rFonts w:ascii="Gentium Plus" w:hAnsi="Gentium Plus"/>
          <w:sz w:val="24"/>
        </w:rPr>
        <w:t>τασκευῆς τῶν μορίων ἐνδεικτικῶς λαμβανόμενα γιγνώσκουσι· οἱ δ’ ἀπὸ τοῦ Θεσσαλοῦ καὶ ταῦτ’ ἀγνοοῦσιν, οἷον αὐτίκα διαιρεθέντος ἐπιγαστρίου μέχρι τοσούτου βάθους ὡς προ‐</w:t>
      </w:r>
    </w:p>
    <w:p>
      <w:r>
        <w:rPr>
          <w:rFonts w:ascii="Courier New" w:hAnsi="Courier New"/>
          <w:color w:val="555555"/>
          <w:sz w:val="20"/>
        </w:rPr>
        <w:t>[10 . 411]</w:t>
      </w:r>
    </w:p>
    <w:p>
      <w:r>
        <w:rPr>
          <w:rFonts w:ascii="Gentium Plus" w:hAnsi="Gentium Plus"/>
          <w:sz w:val="24"/>
        </w:rPr>
        <w:t>ἐπίπλους προπέσῃ, πότερον ἀποκόπτειν, ἢ οὐκ ἀποκόπτειν αὐτὸν χρή· καὶ πότερον βρόχῳ διαλαμβάνειν, ἢ μή· καὶ εἰ ῥάπτειν, ἢ μὴ ῥάπτειν τὸ τραῦμα· καὶ ῥάπτοντας ὅτῳ χρὴ τρόπῳ ῥάπτειν, οὐδὲν τούτων ἐπίστανται, οὐδὲ γὰρ ἡμεῖς</w:t>
      </w:r>
    </w:p>
    <w:p>
      <w:r>
        <w:rPr>
          <w:rFonts w:ascii="Courier New" w:hAnsi="Courier New"/>
          <w:color w:val="555555"/>
          <w:sz w:val="20"/>
        </w:rPr>
        <w:t>[5]</w:t>
      </w:r>
    </w:p>
    <w:p>
      <w:r>
        <w:rPr>
          <w:rFonts w:ascii="Gentium Plus" w:hAnsi="Gentium Plus"/>
          <w:sz w:val="24"/>
        </w:rPr>
        <w:t>ἂν ἔγνωμεν, εἰ μὴ δι’ ἀνατομῆς ἐμάθομεν ἁπάντων τῶν τῇδε μορίων τὴν φύσιν, ἣν καὶ διελθεῖν ἀναγκαῖόν ἐστιν οὐ σαφηνείας μόνης ἕνεκα τῶν λεχθησομένων, ἀλλὰ καὶ πί‐ στεως. δέρμα μὲν ἔξωθεν ἁπάντων προβέβληται τελευτῶν εἰς ὑμένα. μεθ’ ὃ κατὰ μὲν τὴν μέσην χώραν ἀπονευρώσεις</w:t>
      </w:r>
    </w:p>
    <w:p>
      <w:r>
        <w:rPr>
          <w:rFonts w:ascii="Courier New" w:hAnsi="Courier New"/>
          <w:color w:val="555555"/>
          <w:sz w:val="20"/>
        </w:rPr>
        <w:t>[10]</w:t>
      </w:r>
    </w:p>
    <w:p>
      <w:r>
        <w:rPr>
          <w:rFonts w:ascii="Gentium Plus" w:hAnsi="Gentium Plus"/>
          <w:sz w:val="24"/>
        </w:rPr>
        <w:t>μυῶν τέτανται διτταὶ δίκην ὑμένων· ἃς οὐδ’ ὅτι δύο εἰσὶν οἱ πολλοὶ τῶν ἀνατομικῶν ἐπίστανται. καὶ γὰρ καὶ συμπε‐ φύκασιν ἀλλήλαις, ὡς ἔργον εἶναι χωρίσαι, καὶ λεπτότητος εἰς ἄκρον ἥκουσιν. ἐφεξῆς δὲ ταῖσδε δύο μύες ὄρθιοι σαρ‐ κώδεις ἀπὸ τοῦ στήθους ἐπὶ τὰ καλούμενα τῆς ἥβης ὀστᾶ</w:t>
      </w:r>
    </w:p>
    <w:p>
      <w:r>
        <w:rPr>
          <w:rFonts w:ascii="Courier New" w:hAnsi="Courier New"/>
          <w:color w:val="555555"/>
          <w:sz w:val="20"/>
        </w:rPr>
        <w:t>[15]</w:t>
      </w:r>
    </w:p>
    <w:p>
      <w:r>
        <w:rPr>
          <w:rFonts w:ascii="Gentium Plus" w:hAnsi="Gentium Plus"/>
          <w:sz w:val="24"/>
        </w:rPr>
        <w:t>καθήκουσι. ταῦτα μὲν δὴ σύμπαντα τὰ εἰρημένα συμφυῆ τ’ ἐστὶ καὶ οἱ τὰς καλουμένας γαστροῤῥαφίας ὅπως χρὴ ποι‐</w:t>
      </w:r>
    </w:p>
    <w:p>
      <w:r>
        <w:rPr>
          <w:rFonts w:ascii="Courier New" w:hAnsi="Courier New"/>
          <w:color w:val="555555"/>
          <w:sz w:val="20"/>
        </w:rPr>
        <w:t>[10 . 412]</w:t>
      </w:r>
    </w:p>
    <w:p>
      <w:r>
        <w:rPr>
          <w:rFonts w:ascii="Gentium Plus" w:hAnsi="Gentium Plus"/>
          <w:sz w:val="24"/>
        </w:rPr>
        <w:t>ἐξ αὐτῶν. ὅσον δ’ ἐφεξῆς τῷδε, καλεῖται μὲν ὑπ’ αὐτῶν περιτόναιον, οἰομένων ἓν ἁπλοῦν ἀσύνθετον εἶναι σῶμα· τὸ δὲ οὐχ οὕτως ἔχει, σύγκειται γὰρ ἐκ δυοῖν σωμάτων, ἀναίμων μὲν ἀμφοῖν καὶ νευρωδῶν, ἀλλὰ τὸ μὲν ἕτερον</w:t>
      </w:r>
    </w:p>
    <w:p>
      <w:r>
        <w:rPr>
          <w:rFonts w:ascii="Courier New" w:hAnsi="Courier New"/>
          <w:color w:val="555555"/>
          <w:sz w:val="20"/>
        </w:rPr>
        <w:t>[5]</w:t>
      </w:r>
    </w:p>
    <w:p>
      <w:r>
        <w:rPr>
          <w:rFonts w:ascii="Gentium Plus" w:hAnsi="Gentium Plus"/>
          <w:sz w:val="24"/>
        </w:rPr>
        <w:t>αὐτῶν ἀπονεύρωσίς ἐστι μυῶν ἐγκαρσίων, τὸ δ’ ἕτερον ὑμὴν ἀκριβῶς λεπτὸς, οἷόν περ τὸ ἀράχνιον, ὅπερ δὴ τὸ περιτόναιον ὄντως ἐστί. τοιοῦτον μὲν ἐν τοῖς μέσοις ἑαυ‐ τοῦ τὸ ἐπιγάστριον· ὅσον δὲ ἀποκεχώρηκεν ἑκατέρωσε πρὸς τὸ πλάγιον ὡς ἐπὶ τέσσαρας δακτύλους, τοῦτο ἐφε‐</w:t>
      </w:r>
    </w:p>
    <w:p>
      <w:r>
        <w:rPr>
          <w:rFonts w:ascii="Courier New" w:hAnsi="Courier New"/>
          <w:color w:val="555555"/>
          <w:sz w:val="20"/>
        </w:rPr>
        <w:t>[10]</w:t>
      </w:r>
    </w:p>
    <w:p>
      <w:r>
        <w:rPr>
          <w:rFonts w:ascii="Gentium Plus" w:hAnsi="Gentium Plus"/>
          <w:sz w:val="24"/>
        </w:rPr>
        <w:t>ξῆς τῷ δέρματι τοὺς λοξοὺς ἔχει μῦς· προτέρους μὲν τοὺς ἀπὸ τοῦ θώρακος καταφερομένους, δευτέρους δὲ τοὺς ἀπὸ τῶν λαγόνων ἀναφερομένους· εἶτα ἐπὶ τούτοις τὸν ἐγκάρ‐ σιον, ἐφ’ ὧν τὸ περιτόναιον. ἀκινδυνότερόν τε οὖν ἐστι τοῦτο τὸ χωρίον τοῦ μέσου, μηδεμίαν ἔχον ἀπονεύρωσιν·</w:t>
      </w:r>
    </w:p>
    <w:p>
      <w:r>
        <w:rPr>
          <w:rFonts w:ascii="Courier New" w:hAnsi="Courier New"/>
          <w:color w:val="555555"/>
          <w:sz w:val="20"/>
        </w:rPr>
        <w:t>[15]</w:t>
      </w:r>
    </w:p>
    <w:p>
      <w:r>
        <w:rPr>
          <w:rFonts w:ascii="Gentium Plus" w:hAnsi="Gentium Plus"/>
          <w:sz w:val="24"/>
        </w:rPr>
        <w:t>αἵ τε γαστροῤῥαφίαι κατὰ τὸ μέσον εἰσὶ δυσμεταχείριστοι· καὶ γὰρ καὶ προπίπτει τὰ ἔντερα ταύτῃ μάλιστα καὶ δυσ‐ κάθεκτά ἐστιν ἐν τούτῳ τῷ τόπῳ· τὸ γὰρ σφίγγον αὐτὰ</w:t>
      </w:r>
    </w:p>
    <w:p>
      <w:r>
        <w:rPr>
          <w:rFonts w:ascii="Courier New" w:hAnsi="Courier New"/>
          <w:color w:val="555555"/>
          <w:sz w:val="20"/>
        </w:rPr>
        <w:t>[10 . 413]</w:t>
      </w:r>
    </w:p>
    <w:p>
      <w:r>
        <w:rPr>
          <w:rFonts w:ascii="Gentium Plus" w:hAnsi="Gentium Plus"/>
          <w:sz w:val="24"/>
        </w:rPr>
        <w:t>τοῦ θώρακος ἐπὶ τὰ τῆς ἥβης ὀστᾶ καθήκειν ἔφαμεν. ὅταν οὖν τις τούτων τρωθῇ διὰ διττὴν αἰτίαν, ἀναγκαῖόν ἐστι προπίπτειν ἔντερον, ἐκ μὲν τῶν πλαγίων μερῶν ὑπὸ τῶν ταύτῃ μυῶν σφιγγόμενον, ἐκ δὲ τῶν μέσων οὔτε τὸν μῦν</w:t>
      </w:r>
    </w:p>
    <w:p>
      <w:r>
        <w:rPr>
          <w:rFonts w:ascii="Courier New" w:hAnsi="Courier New"/>
          <w:color w:val="555555"/>
          <w:sz w:val="20"/>
        </w:rPr>
        <w:t>[5]</w:t>
      </w:r>
    </w:p>
    <w:p>
      <w:r>
        <w:rPr>
          <w:rFonts w:ascii="Gentium Plus" w:hAnsi="Gentium Plus"/>
          <w:sz w:val="24"/>
        </w:rPr>
        <w:t>ἐῤῥωμένον ἔχον, ἐπιτήδειόν τε χώραν εἰς πρόπτωσιν. εἰ δὲ καὶ μεῖζον εἴη τὸ τραῦμα, πλείω τε προπίπτειν ἀναγ‐ καῖόν ἐστιν ἔντερα καὶ χαλεπώτερον καταστέλλεσθαι. καθ’ ἕτερον δ’ αὖ τρόπον αἱ βραχεῖαι τρώσεις δυσμεταχείριστοι. ἢν γὰρ μὴ παραχρῆμά τις εἰς τὴν ἑαυτοῦ χώραν ἐμβάλλῃ τὸ</w:t>
      </w:r>
    </w:p>
    <w:p>
      <w:r>
        <w:rPr>
          <w:rFonts w:ascii="Courier New" w:hAnsi="Courier New"/>
          <w:color w:val="555555"/>
          <w:sz w:val="20"/>
        </w:rPr>
        <w:t>[10]</w:t>
      </w:r>
    </w:p>
    <w:p>
      <w:r>
        <w:rPr>
          <w:rFonts w:ascii="Gentium Plus" w:hAnsi="Gentium Plus"/>
          <w:sz w:val="24"/>
        </w:rPr>
        <w:t>προπεπτωκὸς, εἰς ὄγκον αἴρεται πνευματούμενον· ὥστ’ οὐκ ἔτι οἷόν τε δι’ ὀπῆς στενῆς ἐμβάλλειν αὐτό. βέλτιον οὖν ἐν ταῖς τοιαύταις τρώσεσι τὸ σύμμετρον τραῦμα. ταυτὶ μὲν δὴ προεπίστασθαι χρή· ὡς δ’ ἄν τις ἄριστα μεταχειρίζοιτο τὰς τοιαύτας τρώσεις, ἐφεξῆς σκεπτέον. ὅτι μὲν γὰρ οὐκ</w:t>
      </w:r>
    </w:p>
    <w:p>
      <w:r>
        <w:rPr>
          <w:rFonts w:ascii="Courier New" w:hAnsi="Courier New"/>
          <w:color w:val="555555"/>
          <w:sz w:val="20"/>
        </w:rPr>
        <w:t>[15]</w:t>
      </w:r>
    </w:p>
    <w:p>
      <w:r>
        <w:rPr>
          <w:rFonts w:ascii="Gentium Plus" w:hAnsi="Gentium Plus"/>
          <w:sz w:val="24"/>
        </w:rPr>
        <w:t>ἀρκεῖ τὸ Θεσσάλειον παράγγελμα τὸ κολλᾷν τοῖς ἐναίμοις φαρμάκοις αὐτὰς, οὕτως ἡγοῦμαι πρόδηλον ὑπάρχειν ὡς</w:t>
      </w:r>
    </w:p>
    <w:p>
      <w:r>
        <w:rPr>
          <w:rFonts w:ascii="Courier New" w:hAnsi="Courier New"/>
          <w:color w:val="555555"/>
          <w:sz w:val="20"/>
        </w:rPr>
        <w:t>[10 . 414]</w:t>
      </w:r>
    </w:p>
    <w:p>
      <w:r>
        <w:rPr>
          <w:rFonts w:ascii="Gentium Plus" w:hAnsi="Gentium Plus"/>
          <w:sz w:val="24"/>
        </w:rPr>
        <w:t>μὲν χρὴ ἐς τὴν οἰκείαν χώραν ἀποτίθεσθαι τὰ προπεπτωκότα ἔντερα, δεύτερον δὲ ἐπὶ τόδε ῥάψαι τὸ ἕλκος, εἶθ’ ἑξῆς τρί‐ τον ἐπιθεῖναι τὸ φάρμακον, εἶτ’ ἐπ’ αὐτὸ τέταρτον ὅπως μὴ συμπάθῃ τι τῶν κυριωτέρων προνοεῖσθαι, περὶ τοῦ</w:t>
      </w:r>
    </w:p>
    <w:p>
      <w:r>
        <w:rPr>
          <w:rFonts w:ascii="Courier New" w:hAnsi="Courier New"/>
          <w:color w:val="555555"/>
          <w:sz w:val="20"/>
        </w:rPr>
        <w:t>[5]</w:t>
      </w:r>
    </w:p>
    <w:p>
      <w:r>
        <w:rPr>
          <w:rFonts w:ascii="Gentium Plus" w:hAnsi="Gentium Plus"/>
          <w:sz w:val="24"/>
        </w:rPr>
        <w:t>πρώτου ῥηθέντος ἤδη σκοποῦμεν. οὐσῶν δὲ, ὡς εἴρηται, τριῶν ἐν τοῖς τραύμασι κατὰ μέγεθος διαφορῶν, ἀφ’ ἑκάστης αὐτῶν πειρᾶσθαι χρὴ λαβεῖν οἰκείαν ἔνδειξιν. ἔστω δὴ πρότερον μικρὸν οὕτως ὡς τὸ προπεσὸν ἔντερον ἐμφυσηθὲν μηκέτι οἷόν τε εἶναι καταστέλλειν, ἆρ’ οὐκ ἀναγκαῖον ἐνταῦθα δυοῖν</w:t>
      </w:r>
    </w:p>
    <w:p>
      <w:r>
        <w:rPr>
          <w:rFonts w:ascii="Courier New" w:hAnsi="Courier New"/>
          <w:color w:val="555555"/>
          <w:sz w:val="20"/>
        </w:rPr>
        <w:t>[10]</w:t>
      </w:r>
    </w:p>
    <w:p>
      <w:r>
        <w:rPr>
          <w:rFonts w:ascii="Gentium Plus" w:hAnsi="Gentium Plus"/>
          <w:sz w:val="24"/>
        </w:rPr>
        <w:t>θάτερον, ἤτοι τὴν φῦσαν ἐκκενοῦν ἢ τὸ τραῦμα μεῖζον ἐργά‐ ζεσθαι; βέλτιον οὖν οἶμαι τὸ πρότερον, ἐάν περ οἷόν τε ᾖ τυχεῖν αὐτοῦ. πῶς δ’ ἄν τις τύχοι μᾶλλον; εἰ τὴν αἰτίαν ὑφ’ ἧς ἐκφυσᾶται τὸ ἔντερον ἐκποδὼν ποιησαίμεθα. τίς οὖν ἐστιν αὕτη; ἡ ἐκ τοῦ περιέχοντος ἀέρος ψύξις· ὥστε</w:t>
      </w:r>
    </w:p>
    <w:p>
      <w:r>
        <w:rPr>
          <w:rFonts w:ascii="Courier New" w:hAnsi="Courier New"/>
          <w:color w:val="555555"/>
          <w:sz w:val="20"/>
        </w:rPr>
        <w:t>[15]</w:t>
      </w:r>
    </w:p>
    <w:p>
      <w:r>
        <w:rPr>
          <w:rFonts w:ascii="Gentium Plus" w:hAnsi="Gentium Plus"/>
          <w:sz w:val="24"/>
        </w:rPr>
        <w:t>καὶ ἡ ἴασις ἐν τῷ θερμῆναι. σπόγγον οὖν χρὴ μαλακὸν ὕδα‐ τι θερμῷ βρέξαντας, εἶτ’ ἐκπιέσαντας ἐκθερμῆναι τούτῳ τὸ</w:t>
      </w:r>
    </w:p>
    <w:p>
      <w:r>
        <w:rPr>
          <w:rFonts w:ascii="Courier New" w:hAnsi="Courier New"/>
          <w:color w:val="555555"/>
          <w:sz w:val="20"/>
        </w:rPr>
        <w:t>[10 . 415]</w:t>
      </w:r>
    </w:p>
    <w:p>
      <w:r>
        <w:rPr>
          <w:rFonts w:ascii="Gentium Plus" w:hAnsi="Gentium Plus"/>
          <w:sz w:val="24"/>
        </w:rPr>
        <w:t>καὶ γὰρ θερμαίνει μᾶλλον ὕδατος καὶ ῥώμην ἐντίθησι τῷ ἐντέρῳ. εἰ δὲ καὶ τούτῳ χρησαμένων ἔτι διαμένει τὸ ἔντε‐ ρον ἐμπεφυσημένον, ἐπιτέμνειν τοῦ περιτοναίου τοσοῦτον ὅσον δεῖται τὸ προπεπτωκός. ἐπιτήδεια δ’ ἐστὶν εἰς τὴν</w:t>
      </w:r>
    </w:p>
    <w:p>
      <w:r>
        <w:rPr>
          <w:rFonts w:ascii="Courier New" w:hAnsi="Courier New"/>
          <w:color w:val="555555"/>
          <w:sz w:val="20"/>
        </w:rPr>
        <w:t>[5]</w:t>
      </w:r>
    </w:p>
    <w:p>
      <w:r>
        <w:rPr>
          <w:rFonts w:ascii="Gentium Plus" w:hAnsi="Gentium Plus"/>
          <w:sz w:val="24"/>
        </w:rPr>
        <w:t>τοιαύτην τομὴν τὰ καλούμενα συριγγοτόμα. τὰ δ’ ἀμφήκη τῶν μαχαιρίων, ἢ κατὰ τὸ πέρας ὀξέα παντὶ τρόπῳ φευκτέα. σχῆμα δ’ ἐπιτήδειον τῷ κάμνοντι πρὸς μὲν τοῖς κάτω μέρεσι τῆς τρώσεως γεγενημένης τὸ ἀνάῤῥοπον, πρὸς δὲ τοῖς ἄνω τὸ κατάῤῥοπον. εἷς δ’ ἐπ’ ἀμφοῖν σκοπὸς, ὡς μὴ βαρύ‐</w:t>
      </w:r>
    </w:p>
    <w:p>
      <w:r>
        <w:rPr>
          <w:rFonts w:ascii="Courier New" w:hAnsi="Courier New"/>
          <w:color w:val="555555"/>
          <w:sz w:val="20"/>
        </w:rPr>
        <w:t>[10]</w:t>
      </w:r>
    </w:p>
    <w:p>
      <w:r>
        <w:rPr>
          <w:rFonts w:ascii="Gentium Plus" w:hAnsi="Gentium Plus"/>
          <w:sz w:val="24"/>
        </w:rPr>
        <w:t>νοιτό τι πρὸς τῶν ἄλλων ἐντέρων, τὸ προπεπτωκός. ὥστε καὶ τοῦ σκοποῦ τοῦδε κατὰ μὲν τὰ δεξιὰ μέρη τοῦ τραύ‐ ματος γεγονότος, ἐπὶ θάτερον ῥέπειν· εἰ δὲ ἐκ τῶν ἀριστε‐ ρῶν ᾖ, πρὸς τὴν δεξιὰν ἐπικλίνεσθαι πλευρὰν ὑψηλότερον ἀεὶ ποιοῦντας τὸ τετρωμένον μόριον. τοῦτο μέντοι καὶ</w:t>
      </w:r>
    </w:p>
    <w:p>
      <w:r>
        <w:rPr>
          <w:rFonts w:ascii="Courier New" w:hAnsi="Courier New"/>
          <w:color w:val="555555"/>
          <w:sz w:val="20"/>
        </w:rPr>
        <w:t>[15]</w:t>
      </w:r>
    </w:p>
    <w:p>
      <w:r>
        <w:rPr>
          <w:rFonts w:ascii="Gentium Plus" w:hAnsi="Gentium Plus"/>
          <w:sz w:val="24"/>
        </w:rPr>
        <w:t>τοῖς μεγάλοις καὶ τοῖς μέσοις ἕλκεσι συνοίσει· κοινὸς γὰρ ἁπάντων ὁ σκοπός. αἱ δ’ ἀποθέσεις τῶν ἐντέρων εἰς τὴν</w:t>
      </w:r>
    </w:p>
    <w:p>
      <w:r>
        <w:rPr>
          <w:rFonts w:ascii="Courier New" w:hAnsi="Courier New"/>
          <w:color w:val="555555"/>
          <w:sz w:val="20"/>
        </w:rPr>
        <w:t>[10 . 416]</w:t>
      </w:r>
    </w:p>
    <w:p>
      <w:r>
        <w:rPr>
          <w:rFonts w:ascii="Gentium Plus" w:hAnsi="Gentium Plus"/>
          <w:sz w:val="24"/>
        </w:rPr>
        <w:t>ὑπηρέτου δέονται δεξιοῦ. χρὴ γὰρ αὐτὸν ὅλον ἔξωθεν κα‐ ταλαβόντα τὸ τραῦμα ταῖς ἑαυτοῦ χερσὶν εἴσω προστέλλειν τε καὶ σφίγγειν, ὀλίγον ἑκάστοτε τῷ ῥάπτοντι προγυμνοῦντα· καὶ μέντοι καὶ τὸ ῥαφὲν αὐτὸ μετρίως προστέλλειν, ἄχρι</w:t>
      </w:r>
    </w:p>
    <w:p>
      <w:r>
        <w:rPr>
          <w:rFonts w:ascii="Courier New" w:hAnsi="Courier New"/>
          <w:color w:val="555555"/>
          <w:sz w:val="20"/>
        </w:rPr>
        <w:t>[5]</w:t>
      </w:r>
    </w:p>
    <w:p>
      <w:r>
        <w:rPr>
          <w:rFonts w:ascii="Gentium Plus" w:hAnsi="Gentium Plus"/>
          <w:sz w:val="24"/>
        </w:rPr>
        <w:t>περ ἂν ὅλον ἀκριβῶς ῥαφῇ. τίς δ’ ἂν εἴη τρόπος ἐπιτήδειος εἰς τὰ τοιαῦτα τῆς καλουμένης γαστροῤῥαφίας ἐφεξῆς λέγω‐ μεν. ἐπειδὴ συμφῦσαι χρὴ τῷ περιτοναίῳ τὸ ἐπιγάστριον, ἀρκτέον μὲν ἀπὸ τοῦ δέρματος ἔξωθεν εἴσω διαπείροντα τὴν βελόνην. ἐπειδὰν δὲ τὸ δέρμα καὶ τὸν μῦν τὸν ὄρθιον</w:t>
      </w:r>
    </w:p>
    <w:p>
      <w:r>
        <w:rPr>
          <w:rFonts w:ascii="Courier New" w:hAnsi="Courier New"/>
          <w:color w:val="555555"/>
          <w:sz w:val="20"/>
        </w:rPr>
        <w:t>[10]</w:t>
      </w:r>
    </w:p>
    <w:p>
      <w:r>
        <w:rPr>
          <w:rFonts w:ascii="Gentium Plus" w:hAnsi="Gentium Plus"/>
          <w:sz w:val="24"/>
        </w:rPr>
        <w:t>ὅλον διεξέλθοι, τὸ παρακείμενον ὑπερβαίνοντα περιτόναιον, ὠθεῖν αὐτὴν ἔσωθεν ἔξω διὰ τοῦ λοιποῦ ἀντικει‐ μένου περιτοναίου, κᾄπειτ’ ἐντεῦθεν ἔσωθεν ἔξω διαπεί‐ ρειν τὸ ἕτερον ἐπιγάστριον. διεξελθούσης δὲ τελέως αὐτῆς, ἔξωθεν εἴσω τὸ ἐπιγάστριον τοῦτο διαιροῦντας, εἶτα τὸ</w:t>
      </w:r>
    </w:p>
    <w:p>
      <w:r>
        <w:rPr>
          <w:rFonts w:ascii="Courier New" w:hAnsi="Courier New"/>
          <w:color w:val="555555"/>
          <w:sz w:val="20"/>
        </w:rPr>
        <w:t>[15]</w:t>
      </w:r>
    </w:p>
    <w:p>
      <w:r>
        <w:rPr>
          <w:rFonts w:ascii="Gentium Plus" w:hAnsi="Gentium Plus"/>
          <w:sz w:val="24"/>
        </w:rPr>
        <w:t>παρακείμενον αὐτῷ περιτόναιον ὑπερβαίνοντας, ἐπί τε τὸ ἀντικείμενον ἐλθόντας ἔσωθεν ἔξω τοῦτο διακεντεῖν, ἅμα δ’ αὐτῷ καὶ τὸ πλησίον ἐπιγάστριον ἅπαν· εἶτ’ αὖθις ἀπὸ</w:t>
      </w:r>
    </w:p>
    <w:p>
      <w:r>
        <w:rPr>
          <w:rFonts w:ascii="Courier New" w:hAnsi="Courier New"/>
          <w:color w:val="555555"/>
          <w:sz w:val="20"/>
        </w:rPr>
        <w:t>[10 . 417]</w:t>
      </w:r>
    </w:p>
    <w:p>
      <w:r>
        <w:rPr>
          <w:rFonts w:ascii="Gentium Plus" w:hAnsi="Gentium Plus"/>
          <w:sz w:val="24"/>
        </w:rPr>
        <w:t>περιτοναίῳ· κᾄπειτα διεκβάλλειν διὰ τοῦ πλησίον δέρματος, ἐκεῖθεν δ’ αὖ πάλιν εἴσω διείρειν, συῤῥάπτοντας αὐτὸ τῷ ἀντικειμένῳ περιτοναίῳ, διεκβάλλοντάς τε διὰ τοῦ πλησίον δέρματος. εἶτ’ αὖθις καὶ αὖθις ἐργάζεσθαι ταῦτα, μέχρι</w:t>
      </w:r>
    </w:p>
    <w:p>
      <w:r>
        <w:rPr>
          <w:rFonts w:ascii="Courier New" w:hAnsi="Courier New"/>
          <w:color w:val="555555"/>
          <w:sz w:val="20"/>
        </w:rPr>
        <w:t>[5]</w:t>
      </w:r>
    </w:p>
    <w:p>
      <w:r>
        <w:rPr>
          <w:rFonts w:ascii="Gentium Plus" w:hAnsi="Gentium Plus"/>
          <w:sz w:val="24"/>
        </w:rPr>
        <w:t>περ ἂν ὅλον ὁμοίως ῥάψωμεν τὸ τραῦμα. διάστημα δὲ τῶν ῥαφῶν ὅσον μὲν ἐπὶ τῷ σφίγγεσθαι τὰ ὑποκείμενα βρα‐ χύτατον εἶναι χρεών· ὅσον δ’ ἐπὶ τῷ τὸ μεταξὺ τῶν ῥα‐ φῶν δέρμα διαμένειν ἀσύῤῥηκτον οὐ χρηστὸν τὸ βραχύ. φεύγων οὖν ἑκατέρου τὴν ὑπερβολὴν ἀμφοῖν αἱρεῖσθαι τὸ</w:t>
      </w:r>
    </w:p>
    <w:p>
      <w:r>
        <w:rPr>
          <w:rFonts w:ascii="Courier New" w:hAnsi="Courier New"/>
          <w:color w:val="555555"/>
          <w:sz w:val="20"/>
        </w:rPr>
        <w:t>[10]</w:t>
      </w:r>
    </w:p>
    <w:p>
      <w:r>
        <w:rPr>
          <w:rFonts w:ascii="Gentium Plus" w:hAnsi="Gentium Plus"/>
          <w:sz w:val="24"/>
        </w:rPr>
        <w:t>μέτριον. ἤδη δὲ καὶ τοῦτο κοινόν πως ἁπάντων ἑλκῶν, ὥσπέρ γε καὶ αὐτοῦ τοῦ ῥάμματος ἡ σύστασις. τὸ μὲν γὰρ σκληρότερον χρὴ ῥήσσειν τὸ δέρμα, τὸ δὲ μαλακώτερον αὐτὸ φθάνει ῥηγνύμενον. οὕτω δὲ καὶ τὸ μὲν ἐγγυτάτω τῶν ἄκρων χειλῶν διαπείρειν τὴν βελόνην, τὸ λοιπὸν τοῦ</w:t>
      </w:r>
    </w:p>
    <w:p>
      <w:r>
        <w:rPr>
          <w:rFonts w:ascii="Courier New" w:hAnsi="Courier New"/>
          <w:color w:val="555555"/>
          <w:sz w:val="20"/>
        </w:rPr>
        <w:t>[15]</w:t>
      </w:r>
    </w:p>
    <w:p>
      <w:r>
        <w:rPr>
          <w:rFonts w:ascii="Gentium Plus" w:hAnsi="Gentium Plus"/>
          <w:sz w:val="24"/>
        </w:rPr>
        <w:t>δέρματος ὀλίγιστον ὂν, ἀναγκάζεται καὶ βιάζεται ῥήγνυ‐ σθαι, τὸ δὲ ἐπὶ πλεῖστον ἀποχωρεῖν τοῦδε πολὺ τοῦ δέρ‐</w:t>
      </w:r>
    </w:p>
    <w:p>
      <w:r>
        <w:rPr>
          <w:rFonts w:ascii="Courier New" w:hAnsi="Courier New"/>
          <w:color w:val="555555"/>
          <w:sz w:val="20"/>
        </w:rPr>
        <w:t>[10 . 418]</w:t>
      </w:r>
    </w:p>
    <w:p>
      <w:r>
        <w:rPr>
          <w:rFonts w:ascii="Gentium Plus" w:hAnsi="Gentium Plus"/>
          <w:sz w:val="24"/>
        </w:rPr>
        <w:t>ἑλκῶν ἐστι κοινὰ, μάλιστα αὐτὰ φυλακτέον ἐν ταῖς γα‐ στροῤῥαφίαις. αὐτὰς δὲ τὰς γαστροῤῥαφίας ἤτοι γε ὡς προείρηται ποιητέον, ἐστοχασμένου τοῦ συμφῦσαι τῷ περι‐ τοναίῳ τὸ ἐπιγάστριον, ἐπειδὴ μόγις αὐτῷ συμφύσεται,</w:t>
      </w:r>
    </w:p>
    <w:p>
      <w:r>
        <w:rPr>
          <w:rFonts w:ascii="Courier New" w:hAnsi="Courier New"/>
          <w:color w:val="555555"/>
          <w:sz w:val="20"/>
        </w:rPr>
        <w:t>[5]</w:t>
      </w:r>
    </w:p>
    <w:p>
      <w:r>
        <w:rPr>
          <w:rFonts w:ascii="Gentium Plus" w:hAnsi="Gentium Plus"/>
          <w:sz w:val="24"/>
        </w:rPr>
        <w:t>νευρῶδες ὑπάρχον, ἢ ὡς ἔνιοι, συνάγοντας ἀλλήλοις τὰ κατὰ φύσιν οἰκεῖα, περιτοναίῳ μὲν περιτόναιον, ἐπιγάστριον δ’ ἐπιγαστρίῳ. ἔσται δὲ τοῦτο κατὰ τόνδε τὸν τρόπον. ἀπὸ τοῦ πλησίον ἡμῶν ἐπιγαστρίου διεκβάλλειν χρὴ τὴν βελόνην ἔξωθεν εἴσω δι’ αὐτοῦ μόνου· κᾄπειθ’ ὑπερβάντας</w:t>
      </w:r>
    </w:p>
    <w:p>
      <w:r>
        <w:rPr>
          <w:rFonts w:ascii="Courier New" w:hAnsi="Courier New"/>
          <w:color w:val="555555"/>
          <w:sz w:val="20"/>
        </w:rPr>
        <w:t>[10]</w:t>
      </w:r>
    </w:p>
    <w:p>
      <w:r>
        <w:rPr>
          <w:rFonts w:ascii="Gentium Plus" w:hAnsi="Gentium Plus"/>
          <w:sz w:val="24"/>
        </w:rPr>
        <w:t>ἄμφω τὰ χείλη τοῦ περιτοναίου, πάλιν ἀντεπιστρέψαι τὴν βελόνην ἔξωθεν εἴσω, δι’ ἀμφοτέρων τῶν χειλῶν τοῦ περι‐ τοναίου· κᾄπειτ’ αὖθις ἀντεπιστρέφοντας ἔσωθεν ἔξω διεκ‐ βάλλειν κατὰ τὸ ἀντικείμενον ἐπιγάστριον. οὗτος ὁ τρόπος τοῦ κοινοῦ καὶ προχείρου, καθ’ ὃν διὰ τῶν τεττάρων χει‐</w:t>
      </w:r>
    </w:p>
    <w:p>
      <w:r>
        <w:rPr>
          <w:rFonts w:ascii="Courier New" w:hAnsi="Courier New"/>
          <w:color w:val="555555"/>
          <w:sz w:val="20"/>
        </w:rPr>
        <w:t>[15]</w:t>
      </w:r>
    </w:p>
    <w:p>
      <w:r>
        <w:rPr>
          <w:rFonts w:ascii="Gentium Plus" w:hAnsi="Gentium Plus"/>
          <w:sz w:val="24"/>
        </w:rPr>
        <w:t>λῶν ἐπιβολῇ μιᾷ διεκβάλλουσι τὴν βελόνην, διαφέρει τῷ κατακρύπτειν ὅλον ἀκριβῶς ἔνδον τοῦ ἐπιγαστρίου τὸ πε‐ ριτόναιον. ἑξῆς δὲ περὶ τῶν φαρμάκων εἴπωμεν. εἴη δ’ ἂν</w:t>
      </w:r>
    </w:p>
    <w:p>
      <w:r>
        <w:rPr>
          <w:rFonts w:ascii="Courier New" w:hAnsi="Courier New"/>
          <w:color w:val="555555"/>
          <w:sz w:val="20"/>
        </w:rPr>
        <w:t>[10 . 419]</w:t>
      </w:r>
    </w:p>
    <w:p>
      <w:r>
        <w:rPr>
          <w:rFonts w:ascii="Gentium Plus" w:hAnsi="Gentium Plus"/>
          <w:sz w:val="24"/>
        </w:rPr>
        <w:t>μένοις, ἃ κᾀν τοῖς ἄλλοις μέρεσι συμφύειν τὰ τραύματα διὰ τῶν ἔμπροσθεν ὑπομνημάτων ἀπεδείξαμεν. ἡ δ’ ἔξωθεν ἐπίδεσις ἔτι δὴ καὶ μᾶλλον ἐπὶ τούτων ἀναγκαία. τὸ δὲ δὴ τέταρτον ἔτι τῆς θεραπείας μέρος οὐ σμικρῷ τινι τῶν ἄλλων</w:t>
      </w:r>
    </w:p>
    <w:p>
      <w:r>
        <w:rPr>
          <w:rFonts w:ascii="Courier New" w:hAnsi="Courier New"/>
          <w:color w:val="555555"/>
          <w:sz w:val="20"/>
        </w:rPr>
        <w:t>[5]</w:t>
      </w:r>
    </w:p>
    <w:p>
      <w:r>
        <w:rPr>
          <w:rFonts w:ascii="Gentium Plus" w:hAnsi="Gentium Plus"/>
          <w:sz w:val="24"/>
        </w:rPr>
        <w:t>ἀποκεχώρηκεν· ἐλαίῳ γὰρ χρὴ θερμῷ συμμέτρως ἔριον ἁπαλὸν δεύοντας ὅλον ἐν κύκλῳ περιλαμβάνειν τὸ μεταξὺ βουβώνων τε καὶ μασχαλῶν. ἄμεινον δὲ καὶ διὰ κλυστῆρος ἐνιέναι τοῖς ἐντέροις ἕτερον τοιοῦτον. εἰ δέ τι καὶ αὐτῶν τῶν ἐντέρων τρωθείη, τὰ μὲν ἔξωθεν, ὡς εἴρηται, πάντα</w:t>
      </w:r>
    </w:p>
    <w:p>
      <w:r>
        <w:rPr>
          <w:rFonts w:ascii="Courier New" w:hAnsi="Courier New"/>
          <w:color w:val="555555"/>
          <w:sz w:val="20"/>
        </w:rPr>
        <w:t>[10]</w:t>
      </w:r>
    </w:p>
    <w:p>
      <w:r>
        <w:rPr>
          <w:rFonts w:ascii="Gentium Plus" w:hAnsi="Gentium Plus"/>
          <w:sz w:val="24"/>
        </w:rPr>
        <w:t>πράττειν ὡσαύτως, τὸ δὲ ἐνιέμενον οἶνος αὐστηρὸς μέλας χλιαρὸς ἔστω καὶ μᾶλλον εἰ διατρωθείη σύμπαν εἰς τὸν εἴσω πόρον. εὐίατα μὲν οὖν τὰ παχέα τῶν ἐντέρων, δυσιατότερα δὲ τὰ λεπτά. παντάπασι δὲ ἀνίατος ἡ νῆστις διά τε τὸ πλῆθος καὶ τὸ μέγεθος τῶν ἀγγείων καὶ τὸ λεπτὸν</w:t>
      </w:r>
    </w:p>
    <w:p>
      <w:r>
        <w:rPr>
          <w:rFonts w:ascii="Courier New" w:hAnsi="Courier New"/>
          <w:color w:val="555555"/>
          <w:sz w:val="20"/>
        </w:rPr>
        <w:t>[15]</w:t>
      </w:r>
    </w:p>
    <w:p>
      <w:r>
        <w:rPr>
          <w:rFonts w:ascii="Gentium Plus" w:hAnsi="Gentium Plus"/>
          <w:sz w:val="24"/>
        </w:rPr>
        <w:t>καὶ νευρῶδες τοῦ χιτῶνος· ἀλλὰ καὶ τὴν χολὴν ἀκραιφνῆ πᾶσαν ἐκδέχεται τὸ ἔντερον τοῦτο, καὶ πάντων ἐστὶν</w:t>
      </w:r>
    </w:p>
    <w:p>
      <w:r>
        <w:rPr>
          <w:rFonts w:ascii="Courier New" w:hAnsi="Courier New"/>
          <w:color w:val="555555"/>
          <w:sz w:val="20"/>
        </w:rPr>
        <w:t>[10 . 420]</w:t>
      </w:r>
    </w:p>
    <w:p>
      <w:r>
        <w:rPr>
          <w:rFonts w:ascii="Gentium Plus" w:hAnsi="Gentium Plus"/>
          <w:sz w:val="24"/>
        </w:rPr>
        <w:t>θεραπεύειν τολμᾷν· ἐγχωρεῖ γὰρ καὶ τυχεῖν, οὐ μόνον ὅτι παχύτερα ταῦτ’ ἐστὶν, ἀλλὰ καὶ τοῖς ἰωμένοις φαρμάκοις εὐπετὴς ἡ ἕδρα κατὰ τήνδε τὴν χώραν αὐτῆς· τὰ δ’ ἐν τῷ στομάτι καὶ τῷ στομάχῳ τῇ παρόδῳ μόνῃ ψαύει τῶν</w:t>
      </w:r>
    </w:p>
    <w:p>
      <w:r>
        <w:rPr>
          <w:rFonts w:ascii="Courier New" w:hAnsi="Courier New"/>
          <w:color w:val="555555"/>
          <w:sz w:val="20"/>
        </w:rPr>
        <w:t>[5]</w:t>
      </w:r>
    </w:p>
    <w:p>
      <w:r>
        <w:rPr>
          <w:rFonts w:ascii="Gentium Plus" w:hAnsi="Gentium Plus"/>
          <w:sz w:val="24"/>
        </w:rPr>
        <w:t>πεπονθότων· τοῖς δὲ ἐν τῷ στόματι καὶ τὸ περιττὸν τῆς αἰσθήσεως ἐναντιοῦται πρὸς τὰς ἰάσεις. ὅπως δ’ ἐπιχειρεῖ γαστέρα τετρωμένην ὁ Ἱπποκράτης ἰᾶσθαι, σὺν καὶ τοῖς ἄλλοις ὀλεθρίοις τρώμασι, παρ’ ἐκείνου μανθάνειν ἄμεινον. ἐγὼ γὰρ οὐχ ὑπὲρ τοῦ μηδένα τοῖς Ἱπποκράτους συγράμμασιν</w:t>
      </w:r>
    </w:p>
    <w:p>
      <w:r>
        <w:rPr>
          <w:rFonts w:ascii="Courier New" w:hAnsi="Courier New"/>
          <w:color w:val="555555"/>
          <w:sz w:val="20"/>
        </w:rPr>
        <w:t>[10]</w:t>
      </w:r>
    </w:p>
    <w:p>
      <w:r>
        <w:rPr>
          <w:rFonts w:ascii="Gentium Plus" w:hAnsi="Gentium Plus"/>
          <w:sz w:val="24"/>
        </w:rPr>
        <w:t>ὁμιλεῖν ἐπὶ τήνδε τὴν πραγματείαν ἧκον, ἀλλ’ ὅτι μοι δοκεῖ πρῶτος μὲν ἐκεῖνος ὁδῷ χρήσασθαι προσηκούσῃ, μὴ μέντοι γε ἅπαντα συμπληρῶσαι· καὶ γὰρ ἀδιόριστά τινα τῶν ὑπ’ αὐτοῦ γεγραμμένων ἐστὶν εὑρεῖν καὶ ἐλλιπῆ καὶ ἀσαφῆ· διὰ τοῦτο γοῦν ἐγὼ προὐθυμήθην ἅπαντά τε σαφῶς διελθεῖν,</w:t>
      </w:r>
    </w:p>
    <w:p>
      <w:r>
        <w:rPr>
          <w:rFonts w:ascii="Courier New" w:hAnsi="Courier New"/>
          <w:color w:val="555555"/>
          <w:sz w:val="20"/>
        </w:rPr>
        <w:t>[15]</w:t>
      </w:r>
    </w:p>
    <w:p>
      <w:r>
        <w:rPr>
          <w:rFonts w:ascii="Gentium Plus" w:hAnsi="Gentium Plus"/>
          <w:sz w:val="24"/>
        </w:rPr>
        <w:t>ἐξεργάσεσθαί τε τὰ χωρὶς διορισμῶν εἰρημένα καὶ προσθεῖναι τὰ λείποντα. προγυμνασάμενος οὖν τις ἐν τοῖς ἡμετέροις ἐπὶ τὴν τῶν Ἱπποκράτους συγγραμμάτων ἀνάγνωσιν ἴτω·</w:t>
      </w:r>
    </w:p>
    <w:p>
      <w:r>
        <w:rPr>
          <w:rFonts w:ascii="Courier New" w:hAnsi="Courier New"/>
          <w:color w:val="555555"/>
          <w:sz w:val="20"/>
        </w:rPr>
        <w:t>[10 . 421]</w:t>
      </w:r>
    </w:p>
    <w:p>
      <w:r>
        <w:rPr>
          <w:rFonts w:ascii="Gentium Plus" w:hAnsi="Gentium Plus"/>
          <w:sz w:val="24"/>
        </w:rPr>
        <w:t>τό τε περὶ τῶν ὀλεθρίων τρωμάτων. ἕξει δὲ εἰς αὐτὰ μεγίστας ἀφορμὰς ἐκ τῶνδε τῶν ὑπομνημάτων· ἔτι τε γνώσεται βεβαίως ὅτι μήτε τις τῶν ἀπὸ τῆς ὀνόματι μὲν σεμνῷ κεκοσμηκυίας ἑαυτὴν αἱρέσεως τῆς μεθοδικῆς, ἔργῳ δὲ</w:t>
      </w:r>
    </w:p>
    <w:p>
      <w:r>
        <w:rPr>
          <w:rFonts w:ascii="Courier New" w:hAnsi="Courier New"/>
          <w:color w:val="555555"/>
          <w:sz w:val="20"/>
        </w:rPr>
        <w:t>[5]</w:t>
      </w:r>
    </w:p>
    <w:p>
      <w:r>
        <w:rPr>
          <w:rFonts w:ascii="Gentium Plus" w:hAnsi="Gentium Plus"/>
          <w:sz w:val="24"/>
        </w:rPr>
        <w:t>ἀμεθοδωτάτης ὀρθῶς ἕλκος ἰᾶσθαι δυνατός ἐστι, μήτε τῶν ἄλλων λογικῶν, ὅσοι χωρὶς τοῦ γνῶναι τὰ τῶν ὁμοιομερῶν στοιχεῖα μεταχειρίζεσθαι τὴν τέχνην δικαιοῦσιν. ἀπορήσουσι γὰρ καὶ οὗτοι λογικῆς θεραπείας ἐπὶ τῶν ἁπλῶν τοῦ ζώου μορίων, ἀπὸ τῶν ὀργανικῶν μόνων ἐνδείξεις λαμβάνοντες.</w:t>
      </w:r>
    </w:p>
    <w:p>
      <w:r>
        <w:rPr>
          <w:rFonts w:ascii="Courier New" w:hAnsi="Courier New"/>
          <w:color w:val="555555"/>
          <w:sz w:val="20"/>
        </w:rPr>
        <w:t>[10]</w:t>
      </w:r>
    </w:p>
    <w:p>
      <w:r>
        <w:rPr>
          <w:rFonts w:ascii="Gentium Plus" w:hAnsi="Gentium Plus"/>
          <w:sz w:val="24"/>
        </w:rPr>
        <w:t>ὀλίγον οὖν ἔτι πρὸς τοὺς μεθοδικοὺς εἰπόντες ὑπὲρ τῶν κατὰ τὴν γαστέρα τραυμάτων ἐφ’ ἕτερόν τι μεταβησόμεθα. τρωθέντος τοῦ περιτοναίου προπίπτει πολλάκις ἐπίπλους, οὔτ’ εἰ κύριον ὑπάρχει μόριον, οὔτ’ εἰ μὴ κύριον, οὔτ’ ἐξ ὧντινων σύγκειται γινωσκόμενον αὐτοῖς, οὔθ’ ἥντινα ἔχων</w:t>
      </w:r>
    </w:p>
    <w:p>
      <w:r>
        <w:rPr>
          <w:rFonts w:ascii="Courier New" w:hAnsi="Courier New"/>
          <w:color w:val="555555"/>
          <w:sz w:val="20"/>
        </w:rPr>
        <w:t>[15]</w:t>
      </w:r>
    </w:p>
    <w:p>
      <w:r>
        <w:rPr>
          <w:rFonts w:ascii="Gentium Plus" w:hAnsi="Gentium Plus"/>
          <w:sz w:val="24"/>
        </w:rPr>
        <w:t>ἐνέργειαν ἢ χρείαν. ἐὰν οὖν πελιδνὸν καὶ μέλαν γένηται τὸ προπεσὸν αὐτοῦ μέρος, ὅ τι ποτὲ πράξουσιν ἐπ’ αὐτοῦ καλὸν ἀκοῦσαι· πότερον ἀποτεμοῦσιν, ἢ καταθήσουσιν ἔσω τοῦ</w:t>
      </w:r>
    </w:p>
    <w:p>
      <w:r>
        <w:rPr>
          <w:rFonts w:ascii="Courier New" w:hAnsi="Courier New"/>
          <w:color w:val="555555"/>
          <w:sz w:val="20"/>
        </w:rPr>
        <w:t>[10 . 422]</w:t>
      </w:r>
    </w:p>
    <w:p>
      <w:r>
        <w:rPr>
          <w:rFonts w:ascii="Gentium Plus" w:hAnsi="Gentium Plus"/>
          <w:sz w:val="24"/>
        </w:rPr>
        <w:t>ἐξ αὐτῆς τοῦ μορίου τῆς φύσεως ἡ ἔνδειξις αὐτοῖς ἔσται. καί‐ τοι φεύγουσί γ’ ἑκατέρας· τὴν μὲν ἐκ τῆς πείρας γνῶσιν ἀνατεινόμενοι τὸ σεμνὸν δὴ τοῦτο τῆς αἱρέσεως αὐτῶν ὄνομα, τὴν μέθοδον· τὴν δ’ ἐκ τῆς φύσεως τοῦ μορίου, διότι μήτε</w:t>
      </w:r>
    </w:p>
    <w:p>
      <w:r>
        <w:rPr>
          <w:rFonts w:ascii="Courier New" w:hAnsi="Courier New"/>
          <w:color w:val="555555"/>
          <w:sz w:val="20"/>
        </w:rPr>
        <w:t>[5]</w:t>
      </w:r>
    </w:p>
    <w:p>
      <w:r>
        <w:rPr>
          <w:rFonts w:ascii="Gentium Plus" w:hAnsi="Gentium Plus"/>
          <w:sz w:val="24"/>
        </w:rPr>
        <w:t>τὴν οὐσίαν αὐτοῦ γινώσκουσι, μήτε τὴν ἐνέργειαν ἢ τὴν χρείαν, ἀποστάντες ὡς ἀχρήστου τῆς ἀνατομῆς. ὥστε οὐκ ἴσασιν εἴτε τῶν ἀναγκαίων ἐστὶν εἰς τὸ ζῇν εἴτε τῶν οὐκ ἀναγκαίων μὲν, οὐ μὴν ἀκύρων γε παντάπασιν· ἀλλ’ οὐδ’ εἰ συμπάσχειν αὐτῷ τι μέλλει μέλος κύριον, ἢ μὴ συμπάσχειν·</w:t>
      </w:r>
    </w:p>
    <w:p>
      <w:r>
        <w:rPr>
          <w:rFonts w:ascii="Courier New" w:hAnsi="Courier New"/>
          <w:color w:val="555555"/>
          <w:sz w:val="20"/>
        </w:rPr>
        <w:t>[10]</w:t>
      </w:r>
    </w:p>
    <w:p>
      <w:r>
        <w:rPr>
          <w:rFonts w:ascii="Gentium Plus" w:hAnsi="Gentium Plus"/>
          <w:sz w:val="24"/>
        </w:rPr>
        <w:t>οὐδ’ εἰ τῶν ἀγγείων κατ’ αὐτὸ δύναταί τι δι’ αἱμοῤῥαγίας ἀποκτεῖναι τὸν ἄνθρωπον· οὐδ’ εἰ μετὰ τὴν ἀποτομὴν τοῦ μελανθέντος, εἰ βρόχῳ διαληφθείη τὸ ὑγιὲς, ὑπὲρ τοῦ μηδεμίαν αἱμοῤῥαγίαν γενέσθαι, τοῦτ’ αὐτῷ κίνδυνον οἴσει τινά· καὶ γάρ τοι νευρώδης φαίνεται κατά γε τὴν πρόχειρον φαντασίαν.</w:t>
      </w:r>
    </w:p>
    <w:p>
      <w:r>
        <w:rPr>
          <w:rFonts w:ascii="Courier New" w:hAnsi="Courier New"/>
          <w:color w:val="555555"/>
          <w:sz w:val="20"/>
        </w:rPr>
        <w:t>[15]</w:t>
      </w:r>
    </w:p>
    <w:p>
      <w:r>
        <w:rPr>
          <w:rFonts w:ascii="Gentium Plus" w:hAnsi="Gentium Plus"/>
          <w:sz w:val="24"/>
        </w:rPr>
        <w:t>ὥστε εἰ μή τις ἀκριβῶς εἰδείη τὴν φύσιν αὐτοῦ, μή ποτ’ ἂν θαῤῥήσῃ βρόχῳ χρήσασθαι, φόβῳ σπασμοῦ. τούτων</w:t>
      </w:r>
    </w:p>
    <w:p>
      <w:r>
        <w:rPr>
          <w:rFonts w:ascii="Courier New" w:hAnsi="Courier New"/>
          <w:color w:val="555555"/>
          <w:sz w:val="20"/>
        </w:rPr>
        <w:t>[10 . 423]</w:t>
      </w:r>
    </w:p>
    <w:p>
      <w:r>
        <w:rPr>
          <w:rFonts w:ascii="Gentium Plus" w:hAnsi="Gentium Plus"/>
          <w:sz w:val="24"/>
        </w:rPr>
        <w:t>πράξονται ἐπίπλου μελανθέντος οὐκ ἔχουσι φάναι. ἀλλ’ οὐχ ἡμεῖς γε παραπλησίως ἐκείνοις ἄπρακτοι καθεδούμεθα· γινώσκοντες δὲ τὴν μὲν χρείαν αὐτοῦ μικρόν τι τῷ ζώῳ συντελοῦσαν, τὴν δὲ οὐσίαν ἐξ ὑμένος τε λεπτοῦ καὶ ἀρτηριῶν</w:t>
      </w:r>
    </w:p>
    <w:p>
      <w:r>
        <w:rPr>
          <w:rFonts w:ascii="Courier New" w:hAnsi="Courier New"/>
          <w:color w:val="555555"/>
          <w:sz w:val="20"/>
        </w:rPr>
        <w:t>[5]</w:t>
      </w:r>
    </w:p>
    <w:p>
      <w:r>
        <w:rPr>
          <w:rFonts w:ascii="Gentium Plus" w:hAnsi="Gentium Plus"/>
          <w:sz w:val="24"/>
        </w:rPr>
        <w:t>καὶ φλεβῶν συγκειμένην, ἰδόντες δὲ καὶ τούτων τὰς ἀρχὰς ἀπὸ μεγίστων οὔσας ἀρτηριῶν καὶ φλεβῶν, αἱμοῤῥαγίαν μὲν εὐλαβησόμεθα, συμπάθειαν δὲ νεύρων οὐ φοβηθησόμεθα· καὶ διὰ τοῦτο βρόχῳ τε διαληψόμεθα τὸ πρὸ τοῦ μελανθέντος ἀποτεμοῦμέν τε τὸ μετὰ τὸν βρόχον ἐν τῷ κάτω πέρατι τῆς</w:t>
      </w:r>
    </w:p>
    <w:p>
      <w:r>
        <w:rPr>
          <w:rFonts w:ascii="Courier New" w:hAnsi="Courier New"/>
          <w:color w:val="555555"/>
          <w:sz w:val="20"/>
        </w:rPr>
        <w:t>[10]</w:t>
      </w:r>
    </w:p>
    <w:p>
      <w:r>
        <w:rPr>
          <w:rFonts w:ascii="Gentium Plus" w:hAnsi="Gentium Plus"/>
          <w:sz w:val="24"/>
        </w:rPr>
        <w:t>προειρημένης γαστροῤῥαφίας, ἐκκρεμεῖς τοῦ βρόχου τὰς ἀρχὰς ποιησάμενοι, πρὸς τὸ κομίσασθαι ῥᾳδίως αὐτὰς, ὅταν ἀποπτυσθῶσιν ἐκπυήσαντος τοῦ τραύματος. Περὶ μὲν οὖν τῶν ἄλλων μορίων τοῦ σώματος αὐτάρκως εἴρηται, περὶ δὲ τῶν ὀστῶν ὑπόλοιπον</w:t>
      </w:r>
    </w:p>
    <w:p>
      <w:r>
        <w:rPr>
          <w:rFonts w:ascii="Courier New" w:hAnsi="Courier New"/>
          <w:color w:val="555555"/>
          <w:sz w:val="20"/>
        </w:rPr>
        <w:t>[15]</w:t>
      </w:r>
    </w:p>
    <w:p>
      <w:r>
        <w:rPr>
          <w:rFonts w:ascii="Gentium Plus" w:hAnsi="Gentium Plus"/>
          <w:sz w:val="24"/>
        </w:rPr>
        <w:t>ἂν εἴη λέγειν. ἐγγίνεται γὰρ δὴ καὶ τούτοις τὸ προκείμενον ἐν τῷ λόγῳ νόσημα, τὸ καλούμενον ὑφ’ ἡμῶν ἑνώσεώς τε καὶ συνεχείας λύσις. ὄνομα δὲ ἴδιον αὐτῷ κεῖται κατὰ ταῦτα</w:t>
      </w:r>
    </w:p>
    <w:p>
      <w:r>
        <w:rPr>
          <w:rFonts w:ascii="Courier New" w:hAnsi="Courier New"/>
          <w:color w:val="555555"/>
          <w:sz w:val="20"/>
        </w:rPr>
        <w:t>[10 . 424]</w:t>
      </w:r>
    </w:p>
    <w:p>
      <w:r>
        <w:rPr>
          <w:rFonts w:ascii="Gentium Plus" w:hAnsi="Gentium Plus"/>
          <w:sz w:val="24"/>
        </w:rPr>
        <w:t>Ἑλλάδα γλῶσσαν ἐπίστανται σύνηθες· ἄπαγμα δὲ τῶν ἰατρῶν ἴδιον ὄνομά ἐστι τοῖς πολλοῖς ἀνθρώποις ἄηθες· εἰώθασι δὲ οὕτω προσαγορεύειν, ὅταν ἀποκαυλισθῇ τι πέρας ὀστοῦ καθ’ ὃ διαρθροῦται μάλιστα. καὶ μὲν δὴ καὶ τῶν</w:t>
      </w:r>
    </w:p>
    <w:p>
      <w:r>
        <w:rPr>
          <w:rFonts w:ascii="Courier New" w:hAnsi="Courier New"/>
          <w:color w:val="555555"/>
          <w:sz w:val="20"/>
        </w:rPr>
        <w:t>[5]</w:t>
      </w:r>
    </w:p>
    <w:p>
      <w:r>
        <w:rPr>
          <w:rFonts w:ascii="Gentium Plus" w:hAnsi="Gentium Plus"/>
          <w:sz w:val="24"/>
        </w:rPr>
        <w:t>καταγμάτων ὅσα τελέως διέστησε τὰ μέρη τοῦ κατεαγότος ὀστοῦ, καυληδὸν γεγονέναι φασίν. εὔδηλον δὲ ὡς ἐγκάρσιος ἡ τοιαύτη διαίρεσις, ὥσπερ ἑτέρα κατὰ τὸ μῆκος μᾶλλόν ἐστιν, οὐ διακόπτουσα παντάπασιν ἀπ’ ἀλλήλων τὰ μόρια τῶν οὕτω παθόντων, ἀλλ’ οἷον σχίζουσα κατ’ εὐθυωρίαν,</w:t>
      </w:r>
    </w:p>
    <w:p>
      <w:r>
        <w:rPr>
          <w:rFonts w:ascii="Courier New" w:hAnsi="Courier New"/>
          <w:color w:val="555555"/>
          <w:sz w:val="20"/>
        </w:rPr>
        <w:t>[10]</w:t>
      </w:r>
    </w:p>
    <w:p>
      <w:r>
        <w:rPr>
          <w:rFonts w:ascii="Gentium Plus" w:hAnsi="Gentium Plus"/>
          <w:sz w:val="24"/>
        </w:rPr>
        <w:t>ἣν ὀνομάζειν αὐτοῖς ἔθος ἐστὶ σχιδακηδόν· ἔνιοι δὲ τῶν νεωτέρων ἰατρῶν ἄχρι τοσούτου φιλοτιμοῦνται πάσας τῶν καταγμάτων τὰς διαφορὰς ἰδίοις ὀνόμασιν ἑρμηνεύειν, ὥστε καὶ ῥαφανηδόν τι καὶ ἀλφιτηδὸν γίνεσθαι φασὶν, οὐκ ἀρκού‐ μενοι τῷ λόγῳ δηλῶσαι τὸ πολυειδῶς συντετριμμένον ὀστοῦν.</w:t>
      </w:r>
    </w:p>
    <w:p>
      <w:r>
        <w:rPr>
          <w:rFonts w:ascii="Courier New" w:hAnsi="Courier New"/>
          <w:color w:val="555555"/>
          <w:sz w:val="20"/>
        </w:rPr>
        <w:t>[15]</w:t>
      </w:r>
    </w:p>
    <w:p>
      <w:r>
        <w:rPr>
          <w:rFonts w:ascii="Gentium Plus" w:hAnsi="Gentium Plus"/>
          <w:sz w:val="24"/>
        </w:rPr>
        <w:t>οὐ μὴν Ἱπποκράτης γε τοιοῦτος, ἀλλ’ ὡς ἔνι μάλιστα τοῖς συνηθεστάτοις ὀνόμασι χρώμενος, ἑρμηνεύειν οὐκ ὀκνεῖ λόγῳ</w:t>
      </w:r>
    </w:p>
    <w:p>
      <w:r>
        <w:rPr>
          <w:rFonts w:ascii="Courier New" w:hAnsi="Courier New"/>
          <w:color w:val="555555"/>
          <w:sz w:val="20"/>
        </w:rPr>
        <w:t>[10 . 425]</w:t>
      </w:r>
    </w:p>
    <w:p>
      <w:r>
        <w:rPr>
          <w:rFonts w:ascii="Gentium Plus" w:hAnsi="Gentium Plus"/>
          <w:sz w:val="24"/>
        </w:rPr>
        <w:t>ἧττον ὅσα κατὰ τὰ τῆς κεφαλῆς ὀστᾶ γίγνονται. καὶ εἴπερ οὕτως αὐτῷ περὶ πάντων τῶν παθῶν ὁ λόγος ἐξείργαστο, σύντομος ἂν ἡμῖν ἡ προκειμένη πραγματεία ἐγεγένητο. νυνὶ δ’ ἐπειδὴ τῶν πλείστων ἐπιδείξας τὴν ὁδὸν οἵαν δεῖ ποιεῖσθαι,</w:t>
      </w:r>
    </w:p>
    <w:p>
      <w:r>
        <w:rPr>
          <w:rFonts w:ascii="Courier New" w:hAnsi="Courier New"/>
          <w:color w:val="555555"/>
          <w:sz w:val="20"/>
        </w:rPr>
        <w:t>[5]</w:t>
      </w:r>
    </w:p>
    <w:p>
      <w:r>
        <w:rPr>
          <w:rFonts w:ascii="Gentium Plus" w:hAnsi="Gentium Plus"/>
          <w:sz w:val="24"/>
        </w:rPr>
        <w:t>τὰ κατὰ μέρος ἀνεξέργαστα παρέλιπεν, ἀναγκαῖον ἡμῖν ἐν ἐκείνοις χρονίζειν· οὐ μὴν οὐδὲ ταῦθ’ ὑπερβῆναι δίκαιον, ἀλλ’ ὅσα μὲν εἴρηται τελέως Ἱπποκράτει διὰ κεφαλαίων ὑπομνῆσαι, προσθεῖναι δ’ ἐνίοις ἀπόδειξιν ἄνευ πίστεως ὑπ’ αὐτοῦ ῥηθεῖσι· καί τι καὶ διορίσασθαι τῶν ἀδιορίστων,</w:t>
      </w:r>
    </w:p>
    <w:p>
      <w:r>
        <w:rPr>
          <w:rFonts w:ascii="Courier New" w:hAnsi="Courier New"/>
          <w:color w:val="555555"/>
          <w:sz w:val="20"/>
        </w:rPr>
        <w:t>[10]</w:t>
      </w:r>
    </w:p>
    <w:p>
      <w:r>
        <w:rPr>
          <w:rFonts w:ascii="Gentium Plus" w:hAnsi="Gentium Plus"/>
          <w:sz w:val="24"/>
        </w:rPr>
        <w:t>καὶ τάξαι τῶν ἀτάκτων, καὶ σαφέστερον ἑρμηνεῦσαί τι τῶν ἀσαφεστέρων ὑπ’ ἐκείνου γραφέντων. ἀλλ’ εἰ μὲν τὰς ῥήσεις αὐτοῦ ἐφ’ ἑκάστου παραγράφοιμι, μῆκος ὑπομνημά‐ των ἐξηγητικῶν ὁ λόγος ἕξει· καί τις ἴσως ἡμῖν ἐγκαλέσει μακρολογίαν εὐλόγως τῶν οὐκ εὐλόγως ἤδη μεμψαμένων</w:t>
      </w:r>
    </w:p>
    <w:p>
      <w:r>
        <w:rPr>
          <w:rFonts w:ascii="Courier New" w:hAnsi="Courier New"/>
          <w:color w:val="555555"/>
          <w:sz w:val="20"/>
        </w:rPr>
        <w:t>[15]</w:t>
      </w:r>
    </w:p>
    <w:p>
      <w:r>
        <w:rPr>
          <w:rFonts w:ascii="Gentium Plus" w:hAnsi="Gentium Plus"/>
          <w:sz w:val="24"/>
        </w:rPr>
        <w:t>ἐπὶ τῷ τρίτῳ καὶ τετάρτῳ γράμματι· κατ’ ἐκεῖνα μὲν γὰρ ἀναγκαῖον ἐγένετό μοι πολλὰς ἐκ τοῦ περὶ τῶν ἑλκῶν βιβλίου</w:t>
      </w:r>
    </w:p>
    <w:p>
      <w:r>
        <w:rPr>
          <w:rFonts w:ascii="Courier New" w:hAnsi="Courier New"/>
          <w:color w:val="555555"/>
          <w:sz w:val="20"/>
        </w:rPr>
        <w:t>[10 . 426]</w:t>
      </w:r>
    </w:p>
    <w:p>
      <w:r>
        <w:rPr>
          <w:rFonts w:ascii="Gentium Plus" w:hAnsi="Gentium Plus"/>
          <w:sz w:val="24"/>
        </w:rPr>
        <w:t>ἅπασιν ὁποῖόν τι τὸ κατὰ μέθοδον ἑλκῶν ἐστιν ἰάσεις γρά‐ φειν. ἐν δὲ τῷ περὶ τῶν καταγμάτων τίς οὕτως ἔμπληκτος ὃς οὐκ ἐπαινεῖ τὴν διδασκαλίαν ὡς σαφῆ τε ἅμα καὶ τελεώ‐ τατα πᾶσαν ἐξειργασμένην; εἰ δὲ καὶ φαίη τις εἷς ἢ δύο,</w:t>
      </w:r>
    </w:p>
    <w:p>
      <w:r>
        <w:rPr>
          <w:rFonts w:ascii="Courier New" w:hAnsi="Courier New"/>
          <w:color w:val="555555"/>
          <w:sz w:val="20"/>
        </w:rPr>
        <w:t>[5]</w:t>
      </w:r>
    </w:p>
    <w:p>
      <w:r>
        <w:rPr>
          <w:rFonts w:ascii="Gentium Plus" w:hAnsi="Gentium Plus"/>
          <w:sz w:val="24"/>
        </w:rPr>
        <w:t>μὴ θαυμάζειν τὸ γράμμα, πρὸς τοὺς τοιούτους μάλιστα μὲν ἐν καιρῷ τὸ τοῦ ποιητοῦ λεχθείη, Τούσδε δ’ ἔα φθινύθειν ἕνα καὶ δύο. τίς οὖν ἐστιν ἡ τῆς καταγμάτων ἰάσεως ἀληθής τε καὶ ὄντως μέθοδος, ἐξ αὐτῶν τῶν πραγμάτων τῆς φύσεως ἐνδεικτικῶς λαμβανομένη, λέγειν ἂν εἴη καιρὸς ἀρχὴν τῶν</w:t>
      </w:r>
    </w:p>
    <w:p>
      <w:r>
        <w:rPr>
          <w:rFonts w:ascii="Courier New" w:hAnsi="Courier New"/>
          <w:color w:val="555555"/>
          <w:sz w:val="20"/>
        </w:rPr>
        <w:t>[10]</w:t>
      </w:r>
    </w:p>
    <w:p>
      <w:r>
        <w:rPr>
          <w:rFonts w:ascii="Gentium Plus" w:hAnsi="Gentium Plus"/>
          <w:sz w:val="24"/>
        </w:rPr>
        <w:t>λόγων τήνδε θεμένους. ἐπειδὴ λέλυται τῆς συνεχείας τὰ τοῦ κατεαγότος ὀστοῦ μόρια, σκοπὸς μὲν τῆς θεραπείας αὐτοῖς, ὁ γοῦν πρῶτος, ἡ ἕνωσις· εἰ δ’ οὗτος ἀδύνατος φαίνοιτο, διὰ τὴν τῶν πεπονθότων μορίων ξηρότητα, δεύτερος ἄλλος ὁ τῆς δι’ ἑτέρου κολλήσεως ἀπόκειται σκοπός· ὃς εἰ μηδ’</w:t>
      </w:r>
    </w:p>
    <w:p>
      <w:r>
        <w:rPr>
          <w:rFonts w:ascii="Courier New" w:hAnsi="Courier New"/>
          <w:color w:val="555555"/>
          <w:sz w:val="20"/>
        </w:rPr>
        <w:t>[15]</w:t>
      </w:r>
    </w:p>
    <w:p>
      <w:r>
        <w:rPr>
          <w:rFonts w:ascii="Gentium Plus" w:hAnsi="Gentium Plus"/>
          <w:sz w:val="24"/>
        </w:rPr>
        <w:t>αὐτὸς εὑρίσκοιτο δυνατὸς, ἀνίατον ἐροῦμεν εἶναι τὸ πά‐ θος. ὅτι μὲν οὖν ἀδύνατόν ἐστι συμφῦναι τὸ οὕτως σκληρὸν ὀστοῦν, οἷον ἐπὶ νεανίσκων τ’ ἐστὶ καὶ μειρα‐</w:t>
      </w:r>
    </w:p>
    <w:p>
      <w:r>
        <w:rPr>
          <w:rFonts w:ascii="Courier New" w:hAnsi="Courier New"/>
          <w:color w:val="555555"/>
          <w:sz w:val="20"/>
        </w:rPr>
        <w:t>[10 . 427]</w:t>
      </w:r>
    </w:p>
    <w:p>
      <w:r>
        <w:rPr>
          <w:rFonts w:ascii="Gentium Plus" w:hAnsi="Gentium Plus"/>
          <w:sz w:val="24"/>
        </w:rPr>
        <w:t>δηλον δήπου παντί. μόνον δ’ ἐγχωρεῖ μαλακὸν ἱκανῶς ὀστοῦν, οἷον ἐπὶ τῶν παιδίων ἐστὶ, δέξασθαι σύμφυσιν. ὅτι δὲ καὶ δι’ ἑτέρας οὐσίας οἷον διὰ κόλλης ἐγχωρεῖ κολληθῆ‐ ναί τε καὶ δεθῆναι πρὸς ἄλληλα τὰ διεστῶτα μορία τοῦ</w:t>
      </w:r>
    </w:p>
    <w:p>
      <w:r>
        <w:rPr>
          <w:rFonts w:ascii="Courier New" w:hAnsi="Courier New"/>
          <w:color w:val="555555"/>
          <w:sz w:val="20"/>
        </w:rPr>
        <w:t>[5]</w:t>
      </w:r>
    </w:p>
    <w:p>
      <w:r>
        <w:rPr>
          <w:rFonts w:ascii="Gentium Plus" w:hAnsi="Gentium Plus"/>
          <w:sz w:val="24"/>
        </w:rPr>
        <w:t>κατεαγότος, ἐνθένδε μάλιστα ἄν τις ἐλπίσειεν. ἕκαστον τῶν τοῦ ζώου μορίων τὴν ἰδίαν τροφὴν ὁμοίαν ἔχειν ἑαυτῷ δέδεικται. εἴπερ οὖν ἀληθὲς τοῦτο, καὶ ἡ τῶν ὀστῶν οἰκεία τροφὴ παχυτάτη καὶ γεωδεστάτη τῶν ἄλλων ἁπασῶν ἔσται τῶν καθ’ ὅλον τὸ ζῶον. οὔκουν ἀδύνατον ἐξ αὐτῆς ταύτης</w:t>
      </w:r>
    </w:p>
    <w:p>
      <w:r>
        <w:rPr>
          <w:rFonts w:ascii="Courier New" w:hAnsi="Courier New"/>
          <w:color w:val="555555"/>
          <w:sz w:val="20"/>
        </w:rPr>
        <w:t>[10]</w:t>
      </w:r>
    </w:p>
    <w:p>
      <w:r>
        <w:rPr>
          <w:rFonts w:ascii="Gentium Plus" w:hAnsi="Gentium Plus"/>
          <w:sz w:val="24"/>
        </w:rPr>
        <w:t>τῆς οἰκείας τροφῆς περιττόν τι, τοῖς τοῦ κατάγματος ἐπιπηγνύμενον χείλεσι, δι’ ἑαυτοῦ μέσου κᾀκεῖνα κολλῆσαι. καὶ δὴ καὶ φαίνεται γιγνόμενον οὕτως· καὶ μαρτυρεῖ τῇ λογικῇ τοῦ πράγματος ἐλπίδι καὶ ἡ πεῖρα. σκεπτέον οὖν ἐφεξῆς, ὅτῳ μάλιστ’ ἄν τις τρόπῳ τουτὶ τὸ σῶμα τὸ τοῖς</w:t>
      </w:r>
    </w:p>
    <w:p>
      <w:r>
        <w:rPr>
          <w:rFonts w:ascii="Courier New" w:hAnsi="Courier New"/>
          <w:color w:val="555555"/>
          <w:sz w:val="20"/>
        </w:rPr>
        <w:t>[15]</w:t>
      </w:r>
    </w:p>
    <w:p>
      <w:r>
        <w:rPr>
          <w:rFonts w:ascii="Gentium Plus" w:hAnsi="Gentium Plus"/>
          <w:sz w:val="24"/>
        </w:rPr>
        <w:t>κατάγμασιν ἐπιτρεφόμενον, ὅσον τε καὶ οἷον χρὴ γεννήσειεν. ὅτι μὲν γὰρ οὔθ’ ὁπόσον ἔτυχεν οὔθ’ ὁποῖον, ἀλλὰ συμμε‐ τρίας τινὸς εἰς ἄμφω δεόμενον, ἄντικρυς δῆλον. ἥτις δὲ ἡ</w:t>
      </w:r>
    </w:p>
    <w:p>
      <w:r>
        <w:rPr>
          <w:rFonts w:ascii="Courier New" w:hAnsi="Courier New"/>
          <w:color w:val="555555"/>
          <w:sz w:val="20"/>
        </w:rPr>
        <w:t>[10 . 428]</w:t>
      </w:r>
    </w:p>
    <w:p>
      <w:r>
        <w:rPr>
          <w:rFonts w:ascii="Gentium Plus" w:hAnsi="Gentium Plus"/>
          <w:sz w:val="24"/>
        </w:rPr>
        <w:t>εὑρόντας, ἐφεξῆς χρὴ ζητῆσαι τὸν τρόπον ᾧ μάλιστ’ ἄν τις ἑκατέρου τυγχάνῃ. ζητῆσαι δὲ οὐδὲν ἧττον ἀναγκαῖόν ἐστι καὶ τὸν καιρὸν ἐν ᾧ ταῦτ’ ἐργάζεσθαι χρή· πότερον εὐθέως ἅμα τῷ γενέσθαι τὸ κάταγμα, καθάπερ ἐπὶ τῶν τραυμάτων</w:t>
      </w:r>
    </w:p>
    <w:p>
      <w:r>
        <w:rPr>
          <w:rFonts w:ascii="Courier New" w:hAnsi="Courier New"/>
          <w:color w:val="555555"/>
          <w:sz w:val="20"/>
        </w:rPr>
        <w:t>[5]</w:t>
      </w:r>
    </w:p>
    <w:p>
      <w:r>
        <w:rPr>
          <w:rFonts w:ascii="Gentium Plus" w:hAnsi="Gentium Plus"/>
          <w:sz w:val="24"/>
        </w:rPr>
        <w:t>αὐτίκα τὴν σύμφυσιν ἐποιοῦμεν, ἢ μοχθηρὸς μὲν ὁ τοιοῦτος καιρὸς, ἕτερον δέ τινα βελτίω χρὴ ζητεῖν. εὕροιμεν δ’ ἂν καὶ αὐτὸ τοῦτο πρὸς τῆς τοῦ πράγματος φύσεως, ὥσπερ καὶ τἄλλα πάντα, διδασκόμενοι. τίς οὖν ἡ τοῦ πράγματος φύσις; ὀστοῦν κατεαγὸς ἅμα τινὶ τῶν εἰρημένων ὀλίγον</w:t>
      </w:r>
    </w:p>
    <w:p>
      <w:r>
        <w:rPr>
          <w:rFonts w:ascii="Courier New" w:hAnsi="Courier New"/>
          <w:color w:val="555555"/>
          <w:sz w:val="20"/>
        </w:rPr>
        <w:t>[10]</w:t>
      </w:r>
    </w:p>
    <w:p>
      <w:r>
        <w:rPr>
          <w:rFonts w:ascii="Gentium Plus" w:hAnsi="Gentium Plus"/>
          <w:sz w:val="24"/>
        </w:rPr>
        <w:t>ἔμπροσθεν διαφορῶν. ἴδωμεν οὖν εἴ τι παρ’ ἑκάστης τῶν διαφορῶν εἰς τὴν θεραπείαν αὐτοῦ λαβεῖν ἐστιν, ἀπὸ τῆς καυληδὸν ὀνομαζομένης ἀρξάμενοι. παραλλάττει δ’ ἐπὶ ταύ‐ της ἀλλήλων τὰ μέρη τοῦ κατεαγότος ὡς μὴ κεῖσθαι κατ’ εὐθύ. δῆλον οὖν ὅτι κατ’ εὐθὺ χρὴ πρότερον αὐτὰ ποιήσαντα</w:t>
      </w:r>
    </w:p>
    <w:p>
      <w:r>
        <w:rPr>
          <w:rFonts w:ascii="Courier New" w:hAnsi="Courier New"/>
          <w:color w:val="555555"/>
          <w:sz w:val="20"/>
        </w:rPr>
        <w:t>[15]</w:t>
      </w:r>
    </w:p>
    <w:p>
      <w:r>
        <w:rPr>
          <w:rFonts w:ascii="Gentium Plus" w:hAnsi="Gentium Plus"/>
          <w:sz w:val="24"/>
        </w:rPr>
        <w:t>τῶν ἐφεξῆς τι πράττειν. ἕξει δὲ δήπου τὴν τοιαύτην θέσιν, ἐὰν ἐπὶ τἀναντία παράγηται τὰ ἐξεστῶτα παραδείγ‐ ματι χρωμένοις τῷ ὑγιεῖ· παρ’ ἐκείνου γὰρ ἀκριβὴς ἡ ἔνδειξίς</w:t>
      </w:r>
    </w:p>
    <w:p>
      <w:r>
        <w:rPr>
          <w:rFonts w:ascii="Courier New" w:hAnsi="Courier New"/>
          <w:color w:val="555555"/>
          <w:sz w:val="20"/>
        </w:rPr>
        <w:t>[10 . 429]</w:t>
      </w:r>
    </w:p>
    <w:p>
      <w:r>
        <w:rPr>
          <w:rFonts w:ascii="Gentium Plus" w:hAnsi="Gentium Plus"/>
          <w:sz w:val="24"/>
        </w:rPr>
        <w:t>κώλου καὶ ὀπίσω καὶ τῇδε καὶ τῇδε γενέσθαι τὴν μετάστασιν. ὅσα μὲν οὖν ὀπίσω μᾶλλον μετέστη, ταῦτ’ ὠθεῖν χρὴ πρόσω μετὰ τοῦ τὸ ἕτερον μέρος τοῦ κατεαγότος ἀντωθεῖν μετρίως εἰς τοὐναντίον· ὅσα δὲ πρόσω, ταῦτ’ εἰς τοὐπίσω μὲν αὐτὰ,</w:t>
      </w:r>
    </w:p>
    <w:p>
      <w:r>
        <w:rPr>
          <w:rFonts w:ascii="Courier New" w:hAnsi="Courier New"/>
          <w:color w:val="555555"/>
          <w:sz w:val="20"/>
        </w:rPr>
        <w:t>[5]</w:t>
      </w:r>
    </w:p>
    <w:p>
      <w:r>
        <w:rPr>
          <w:rFonts w:ascii="Gentium Plus" w:hAnsi="Gentium Plus"/>
          <w:sz w:val="24"/>
        </w:rPr>
        <w:t>τὸ δὲ ὑπόλοιπον μέρος ἄγειν ἠρέμα πρόσω. κατὰ ταὐτὰ δὲ καὶ τῶν εἰς τὸ δεξιὸν μέρος ἐξεστώτων ἡ ἴασις εἰς τὸ ἀρι‐ στερὸν ἀγομένων· ὥσπερ καὶ τῶν ἐπὶ τὸ ἀριστερὸν εἰς τὸ δεξιὸν, ἀεὶ τοῦ ἑτέρου μέρους ἀντωθουμένου μετρίως. ἀλλ’ ἐν τῷ τὴν ἐναντίαν ὁδὸν ἄγειν ἑκάτερον οὐ σμικρὸς κίνδυνός</w:t>
      </w:r>
    </w:p>
    <w:p>
      <w:r>
        <w:rPr>
          <w:rFonts w:ascii="Courier New" w:hAnsi="Courier New"/>
          <w:color w:val="555555"/>
          <w:sz w:val="20"/>
        </w:rPr>
        <w:t>[10]</w:t>
      </w:r>
    </w:p>
    <w:p>
      <w:r>
        <w:rPr>
          <w:rFonts w:ascii="Gentium Plus" w:hAnsi="Gentium Plus"/>
          <w:sz w:val="24"/>
        </w:rPr>
        <w:t>ἐστι θραυσθῆναί τινας ἐξοχὰς αὐτῶν. οὐ γὰρ δὴ λεῖόν γε τὸ πέρας ἑκατέρου τοῦ μέρους ἐστὶν, ὡς ἐπὶ τῶν ἀποπριομένων γίνεται. καὶ μὴν εἴπερ αὗται θραυσθεῖεν, οὐκ ἂν ἀκριβῶς ἔτι συναρμοσθεῖεν πρὸς ἄλληλα τοῦ κατεαγότος ὀστοῦ τὰ πέρατα, διὰ διττὴν αἰτίαν. αὐτά τε γὰρ, οἶμαι, τὰ θραύσ‐</w:t>
      </w:r>
    </w:p>
    <w:p>
      <w:r>
        <w:rPr>
          <w:rFonts w:ascii="Courier New" w:hAnsi="Courier New"/>
          <w:color w:val="555555"/>
          <w:sz w:val="20"/>
        </w:rPr>
        <w:t>[15]</w:t>
      </w:r>
    </w:p>
    <w:p>
      <w:r>
        <w:rPr>
          <w:rFonts w:ascii="Gentium Plus" w:hAnsi="Gentium Plus"/>
          <w:sz w:val="24"/>
        </w:rPr>
        <w:t>ματα, μεταξὺ τῶν συναγομένων μερῶν ἱστάμενα, διακωλύσει ψαύειν ἀλλήλων τὰ συναρμοττόμενα, καὶ εἴπερ ἄρα δυνηθείη</w:t>
      </w:r>
    </w:p>
    <w:p>
      <w:r>
        <w:rPr>
          <w:rFonts w:ascii="Courier New" w:hAnsi="Courier New"/>
          <w:color w:val="555555"/>
          <w:sz w:val="20"/>
        </w:rPr>
        <w:t>[10 . 430]</w:t>
      </w:r>
    </w:p>
    <w:p>
      <w:r>
        <w:rPr>
          <w:rFonts w:ascii="Gentium Plus" w:hAnsi="Gentium Plus"/>
          <w:sz w:val="24"/>
        </w:rPr>
        <w:t>ἡ ἁρμονία γενήσεται τῶν διαπλαττομένων, ὡς τὴν ἀρχαίαν ἕνωσιν μιμήσεσθαι· μόνως γὰρ ἂν ἐκείνη γένοιτο τῶν ἐξοχῶν ἁρμοσθεισῶν ἐν ταῖς κοιλότησιν. εἰ δ’ ἅπαξ ἀπόλοιντο θραυσθεῖσαι, κενὴν χώραν ἀναγκαῖον ἀπολειφθῆναι μεταξὺ</w:t>
      </w:r>
    </w:p>
    <w:p>
      <w:r>
        <w:rPr>
          <w:rFonts w:ascii="Courier New" w:hAnsi="Courier New"/>
          <w:color w:val="555555"/>
          <w:sz w:val="20"/>
        </w:rPr>
        <w:t>[5]</w:t>
      </w:r>
    </w:p>
    <w:p>
      <w:r>
        <w:rPr>
          <w:rFonts w:ascii="Gentium Plus" w:hAnsi="Gentium Plus"/>
          <w:sz w:val="24"/>
        </w:rPr>
        <w:t>τῶν ἁρμοζομένων ἀλλήλοις ὀστῶν, εἰς ἣν ἰχῶρας ἀθροιζομέ‐ νους, εἶτ’ ἐν τῷ χρόνῳ σηπομένους ὅλον ἅμ’ ἑαυτοῖς τὸ κῶλον ἀνάγκη διαφθεῖραι. διὰ ταῦτα μὲν οὖν χρὴ τὴν παρα‐ γωγὴν τῶν ὀστῶν ποιεῖσθαι διεστώτων. αὐτὸ δὲ δὴ τοῦτο πάλιν οὐχ οἷόν τε καλῶς ἐργάσασθαι χωρὶς ἀντιτάσεως. χρὴ</w:t>
      </w:r>
    </w:p>
    <w:p>
      <w:r>
        <w:rPr>
          <w:rFonts w:ascii="Courier New" w:hAnsi="Courier New"/>
          <w:color w:val="555555"/>
          <w:sz w:val="20"/>
        </w:rPr>
        <w:t>[10]</w:t>
      </w:r>
    </w:p>
    <w:p>
      <w:r>
        <w:rPr>
          <w:rFonts w:ascii="Gentium Plus" w:hAnsi="Gentium Plus"/>
          <w:sz w:val="24"/>
        </w:rPr>
        <w:t>τοίνυν ἤτοι διὰ τῶν χειρῶν, εἰ μικρὸν εἴη τὸ κῶλον, ἢ διὰ βρόχων περιβαλλομένων, ἢ καὶ σὺν αὐτοῖς ὀργάνων οἵων Ἱπποκράτης ἡμᾶς ἐδίδαξε τὴν ἀντίτασιν ποιεῖσθαι τῶν ὀστῶν· ἐπειδὰν δὲ ἱκανῶς διαταθῇ καὶ μηκέτι κίνδυνος ἀλλήλοις ἐνερείδειν τῷ παράγεσθαι, κατ’ εὐθὺ θέμενον ἀνεῖναι τοὺς</w:t>
      </w:r>
    </w:p>
    <w:p>
      <w:r>
        <w:rPr>
          <w:rFonts w:ascii="Courier New" w:hAnsi="Courier New"/>
          <w:color w:val="555555"/>
          <w:sz w:val="20"/>
        </w:rPr>
        <w:t>[15]</w:t>
      </w:r>
    </w:p>
    <w:p>
      <w:r>
        <w:rPr>
          <w:rFonts w:ascii="Gentium Plus" w:hAnsi="Gentium Plus"/>
          <w:sz w:val="24"/>
        </w:rPr>
        <w:t>βρόχους, ἐπιτρέψαντα τοῖς μυσὶ συνάγειν εἰς ταὐτὸ τὰ διε‐ στῶτα· συνεφάπτεσθαι δὲ ἐν τούτῳ ταῖς χερσὶ καὶ αὐτὸν εἴ τί που παραλλάττει μικρὸν ἐπανορθούμενόν τε καὶ διαπλάτ‐</w:t>
      </w:r>
    </w:p>
    <w:p>
      <w:r>
        <w:rPr>
          <w:rFonts w:ascii="Courier New" w:hAnsi="Courier New"/>
          <w:color w:val="555555"/>
          <w:sz w:val="20"/>
        </w:rPr>
        <w:t>[10 . 431]</w:t>
      </w:r>
    </w:p>
    <w:p>
      <w:r>
        <w:rPr>
          <w:rFonts w:ascii="Gentium Plus" w:hAnsi="Gentium Plus"/>
          <w:sz w:val="24"/>
        </w:rPr>
        <w:t>ἀκριβῶς τὸ κῶλον, ὡς μηδὲν κινοῖτο τῶν διαπλασθέντων· ἀναγκαῖον γὰρ ἐν τῷδε παραλλάττειν αὖθις. εἰ μὲν οὖν ἐπι‐ τρέψαις αὐτῷ τῷ κάμνοντι προνοεῖσθαι τῆς ἡσυχίας αὐτοῦ, περὶ μὲν τὸν τῆς ἐγρηγόρσεως χρόνον ἴσως ἂν τοῦτο πρά‐</w:t>
      </w:r>
    </w:p>
    <w:p>
      <w:r>
        <w:rPr>
          <w:rFonts w:ascii="Courier New" w:hAnsi="Courier New"/>
          <w:color w:val="555555"/>
          <w:sz w:val="20"/>
        </w:rPr>
        <w:t>[5]</w:t>
      </w:r>
    </w:p>
    <w:p>
      <w:r>
        <w:rPr>
          <w:rFonts w:ascii="Gentium Plus" w:hAnsi="Gentium Plus"/>
          <w:sz w:val="24"/>
        </w:rPr>
        <w:t>ξειεν, ὑπνώττων δ’ ἐξ ἀνάγκης κινήσει τὸ κῶλον. ὅπως οὖν ἀεὶ φυλάττοιτο τῶν διαπλασθέντων ἡ θέσις, οὐ μόνον ὑπνώττοντος, ἀλλὰ καὶ πρὸς ἄφοδον ἀνισταμένου τἀνθρώ‐ που, κᾀν ταῖς μεθυποστρώσεσιν ἀσφαλεῖ δεσμῷ περιλαβεῖν χρὴ τὸ κάταγμα, σφίγγειν ἀκριβῶς δυναμένῳ πρὸς ἄλληλα</w:t>
      </w:r>
    </w:p>
    <w:p>
      <w:r>
        <w:rPr>
          <w:rFonts w:ascii="Courier New" w:hAnsi="Courier New"/>
          <w:color w:val="555555"/>
          <w:sz w:val="20"/>
        </w:rPr>
        <w:t>[10]</w:t>
      </w:r>
    </w:p>
    <w:p>
      <w:r>
        <w:rPr>
          <w:rFonts w:ascii="Gentium Plus" w:hAnsi="Gentium Plus"/>
          <w:sz w:val="24"/>
        </w:rPr>
        <w:t>τὰ μέρη τοῦ κατεαγότος ὀστοῦ. ἀλλ’ ἐπεὶ τῶν δεσμῶν ὁ μὲν χαλαρὸς ἐπιτρέπει κινεῖσθαι τοῖς ὀστοῖς, ὁ δ’ ἰσχυρὸς σφιγγόμενος ὀδύνην ἀπεργάζεται, πειρατέον ἀπολαύοντα τῆς ἀφ’ ἑκατέρου χρείας, φυλάττεσθαι τὴν βλάβην. γένοιτο δ’ ἂν τοῦτο φευγόντων τὰς ἀμετρίας. μήτε οὖν εἰς τοσοῦτον</w:t>
      </w:r>
    </w:p>
    <w:p>
      <w:r>
        <w:rPr>
          <w:rFonts w:ascii="Courier New" w:hAnsi="Courier New"/>
          <w:color w:val="555555"/>
          <w:sz w:val="20"/>
        </w:rPr>
        <w:t>[15]</w:t>
      </w:r>
    </w:p>
    <w:p>
      <w:r>
        <w:rPr>
          <w:rFonts w:ascii="Gentium Plus" w:hAnsi="Gentium Plus"/>
          <w:sz w:val="24"/>
        </w:rPr>
        <w:t>σφίγγειν ὡς ἤδη καὶ θλίβειν, μήθ’ οὕτως ἐκλύειν τὴν σφίγ‐ ξιν ὡς χαλαρὸν ἐργάζεσθαι. εἰ μὲν οὖν ἰσοπαχὲς εἴη ἕκαστον τῶν μορίων, ὁ πλατύτατος ἂν ἐπίδεσμος ἄριστος ὑπῆρχεν,</w:t>
      </w:r>
    </w:p>
    <w:p>
      <w:r>
        <w:rPr>
          <w:rFonts w:ascii="Courier New" w:hAnsi="Courier New"/>
          <w:color w:val="555555"/>
          <w:sz w:val="20"/>
        </w:rPr>
        <w:t>[10 . 432]</w:t>
      </w:r>
    </w:p>
    <w:p>
      <w:r>
        <w:rPr>
          <w:rFonts w:ascii="Gentium Plus" w:hAnsi="Gentium Plus"/>
          <w:sz w:val="24"/>
        </w:rPr>
        <w:t>τὸ κατεαγός. ἐπεὶ δ’ οὐχ οὕτως ἔχει, τῷ μὲν θώρακι περιβάλλειν ἐγχωρεῖ τὸν πλατύτατον, οὔτε δ’ ἐπὶ τῶν κώλων οὔτ’ ἐπὶ κλειδὸς, ἀλλ’ ἐπὶ τῶν τοιούτων ὁ στενὸς ἀμείνων, ὡς ἂν μήτε ῥυτιδούμενος ἅπαντί τε μορίῳ ψαύων τοῦ δέρμα‐</w:t>
      </w:r>
    </w:p>
    <w:p>
      <w:r>
        <w:rPr>
          <w:rFonts w:ascii="Courier New" w:hAnsi="Courier New"/>
          <w:color w:val="555555"/>
          <w:sz w:val="20"/>
        </w:rPr>
        <w:t>[5]</w:t>
      </w:r>
    </w:p>
    <w:p>
      <w:r>
        <w:rPr>
          <w:rFonts w:ascii="Gentium Plus" w:hAnsi="Gentium Plus"/>
          <w:sz w:val="24"/>
        </w:rPr>
        <w:t>τος ᾧ περιελήλικται· ἀλλ’ οὗτός γε οὐκ ἀσφαλὴς, ὀλίγαις λαβαῖς συνέχων τὸ κατεαγός. ὅσον οὖν εἰς ἀσφάλειαν αὐτοῦ διὰ τὴν στενότητα λείπει, τοῦτ’ ἐκ πλήθους τῶν περιβολῶν καὶ τῆς ἐπὶ τὸ ὑγιὲς νομῆς προστιθέναι. ἀλλ’ ἐπεὶ τῶν ἐπι‐ δέσμων, ὅσοι πιλοῦσί τε καὶ σφίγγουσιν ἀλύπως τὴν σάρκα,</w:t>
      </w:r>
    </w:p>
    <w:p>
      <w:r>
        <w:rPr>
          <w:rFonts w:ascii="Courier New" w:hAnsi="Courier New"/>
          <w:color w:val="555555"/>
          <w:sz w:val="20"/>
        </w:rPr>
        <w:t>[10]</w:t>
      </w:r>
    </w:p>
    <w:p>
      <w:r>
        <w:rPr>
          <w:rFonts w:ascii="Gentium Plus" w:hAnsi="Gentium Plus"/>
          <w:sz w:val="24"/>
        </w:rPr>
        <w:t>φύσιν ἔχουσιν ἐκθλίβειν μὲν ἐξ ἐκείνων τῶν μορίων οἷς πρώ‐ τοις ἐπιβάλλονται τοὺς χυμοὺς, ἐναποτίθεσθαι δὲ καὶ στηρί‐ ζειν εἰς ἅπερ ἐτελεύτησαν, εὔλογον οἶμαι βάλλεσθαι μὲν τὴν ἀρχὴν τῶν ἐπιδέσμων ἐπ’ αὐτὸ τὸ κάταγμα· νέμεσθαι δὲ ἐντεῦθεν ἐπὶ τὸ λοιπὸν κῶλον. ὁ γὰρ ἔμπαλιν ἐπιδῶν</w:t>
      </w:r>
    </w:p>
    <w:p>
      <w:r>
        <w:rPr>
          <w:rFonts w:ascii="Courier New" w:hAnsi="Courier New"/>
          <w:color w:val="555555"/>
          <w:sz w:val="20"/>
        </w:rPr>
        <w:t>[15]</w:t>
      </w:r>
    </w:p>
    <w:p>
      <w:r>
        <w:rPr>
          <w:rFonts w:ascii="Gentium Plus" w:hAnsi="Gentium Plus"/>
          <w:sz w:val="24"/>
        </w:rPr>
        <w:t>ἀπὸ τῶν ὑγιεινῶν ἐπὶ τὸ πεπονθὸς ἐκθλίβει τὸ αἷμα. καὶ μὴν εἴπερ ἀπὸ μὲν τοῦ πεπονθότος ἄρχεσθαι προσ‐ ήκει, τελευτᾷν δὲ ἐπὶ τὸ ὑγιὲς, οὐ μόνον ἀβλαβὴς ἡ ἐπί‐</w:t>
      </w:r>
    </w:p>
    <w:p>
      <w:r>
        <w:rPr>
          <w:rFonts w:ascii="Courier New" w:hAnsi="Courier New"/>
          <w:color w:val="555555"/>
          <w:sz w:val="20"/>
        </w:rPr>
        <w:t>[10 . 433]</w:t>
      </w:r>
    </w:p>
    <w:p>
      <w:r>
        <w:rPr>
          <w:rFonts w:ascii="Gentium Plus" w:hAnsi="Gentium Plus"/>
          <w:sz w:val="24"/>
        </w:rPr>
        <w:t>χρηστόν τι προσεκπορίζουσα· φλεγμονὴν γὰρ οὐδεμίαν ἐάσει συστῆναι περὶ τὸ κάταγμα· χρὴ δὲ, οἶμαι, καὶ τούτου φροντί‐ ζειν ἐν τοῖς μάλιστα. κίνδυνος γὰρ ἐπί τε ταῖς ἀντιτάσεσιν, ἃς διαπλάττοντες τὸ κῶλον ἐποιούμεθα, καὶ πρὸ τούτων, ὅτι</w:t>
      </w:r>
    </w:p>
    <w:p>
      <w:r>
        <w:rPr>
          <w:rFonts w:ascii="Courier New" w:hAnsi="Courier New"/>
          <w:color w:val="555555"/>
          <w:sz w:val="20"/>
        </w:rPr>
        <w:t>[5]</w:t>
      </w:r>
    </w:p>
    <w:p>
      <w:r>
        <w:rPr>
          <w:rFonts w:ascii="Gentium Plus" w:hAnsi="Gentium Plus"/>
          <w:sz w:val="24"/>
        </w:rPr>
        <w:t>τὰ πλεῖστα τῶν ἐργαζομένων αἰτίων τὸ κάταγμα τὴν περι‐ βεβλημένην τοῖς ὀστοῖς σάρκα πρότερον ἀδικεῖ πιλοῦντα καὶ θλῶντα, ὡς μεγάλας ἀκολουθῆσαι φλεγμονάς. οὐ θαυμά‐ σαιμι δ’ ἂν οὐδ’ εἰ καὶ τοῖς ὀστοῖς αὐτοῖς τοῖς κατεαγόσιν ἀνάλογόν τι φλεγμονῇ συμπίπτει. καὶ γὰρ καὶ φαίνεται τά</w:t>
      </w:r>
    </w:p>
    <w:p>
      <w:r>
        <w:rPr>
          <w:rFonts w:ascii="Courier New" w:hAnsi="Courier New"/>
          <w:color w:val="555555"/>
          <w:sz w:val="20"/>
        </w:rPr>
        <w:t>[10]</w:t>
      </w:r>
    </w:p>
    <w:p>
      <w:r>
        <w:rPr>
          <w:rFonts w:ascii="Gentium Plus" w:hAnsi="Gentium Plus"/>
          <w:sz w:val="24"/>
        </w:rPr>
        <w:t>γε μὴ καλῶς ἰαθέντα σαφῶς ὑγρότερα τῶν κατὰ φύσιν, ὅταν ἅμα τραύματι τὸ κάταγμα γενόμενον ὑπὸ τὴν τῆς ὄψεως ἥκῃ διάγνωσιν. οὐ μὴν οὐδὲ ὁ σφάκελος ἐξ ἄλλης προφάσεως ὁρμᾶται, φθορὰ καὶ αὐτὸς ὑπάρχων ὅλης τῆς οὐσίας αὐτῶν. οὔκουν ἀμελεῖν χρὴ τοῦ τὸ περιττὸν ὑγρὸν ἐκθλίβε‐</w:t>
      </w:r>
    </w:p>
    <w:p>
      <w:r>
        <w:rPr>
          <w:rFonts w:ascii="Courier New" w:hAnsi="Courier New"/>
          <w:color w:val="555555"/>
          <w:sz w:val="20"/>
        </w:rPr>
        <w:t>[15]</w:t>
      </w:r>
    </w:p>
    <w:p>
      <w:r>
        <w:rPr>
          <w:rFonts w:ascii="Gentium Plus" w:hAnsi="Gentium Plus"/>
          <w:sz w:val="24"/>
        </w:rPr>
        <w:t>σθαι πάντων τῶν περὶ τὸ κάταγμα μορίων. ἄρχεσθαί τε οὖν ἀπὸ τοῦ πεπονθότος καὶ δὶς ἢ τρὶς ἐν κύκλῳ περιβαλόντα νέμεσθαι τοὐντεῦθεν ἐπὶ τὸ ὑγιές. ὁ γὰρ οὕτως ἐπιδῶν</w:t>
      </w:r>
    </w:p>
    <w:p>
      <w:r>
        <w:rPr>
          <w:rFonts w:ascii="Courier New" w:hAnsi="Courier New"/>
          <w:color w:val="555555"/>
          <w:sz w:val="20"/>
        </w:rPr>
        <w:t>[10 . 434]</w:t>
      </w:r>
    </w:p>
    <w:p>
      <w:r>
        <w:rPr>
          <w:rFonts w:ascii="Gentium Plus" w:hAnsi="Gentium Plus"/>
          <w:sz w:val="24"/>
        </w:rPr>
        <w:t>αἵματος, ἐκθλίβει τε τὸ φθάσαν ἠθροῖσθαι κατ’ αὐτό. διτ‐ τῶν δὲ ὄντων χωρίων τῶν δυναμένων ἐνδέξασθαί τι παρὰ τῶν πεπονθότων καὶ πέμψαι τὰ μὲν ὑπερκείμενα διά τε τὸ πλῆθος καὶ τὸ μέγεθος ἱκανώτερα πρὸς ἄμφω, τὰ δὲ ἄκρα</w:t>
      </w:r>
    </w:p>
    <w:p>
      <w:r>
        <w:rPr>
          <w:rFonts w:ascii="Courier New" w:hAnsi="Courier New"/>
          <w:color w:val="555555"/>
          <w:sz w:val="20"/>
        </w:rPr>
        <w:t>[5]</w:t>
      </w:r>
    </w:p>
    <w:p>
      <w:r>
        <w:rPr>
          <w:rFonts w:ascii="Gentium Plus" w:hAnsi="Gentium Plus"/>
          <w:sz w:val="24"/>
        </w:rPr>
        <w:t>διὰ τὰ ἐναντία, βραχὺ μέν τι καὶ δέξασθαι καὶ πέμψαι δύνα‐ ται, πολὺ δὲ οὔτε χορηγῆσαί ποτε τοῖς πεπονθόσιν οὔτε παρ’ ἐκείνων λαβεῖν. ὥστε διὰ ταῦτα δύο ἐπιδεύματα πρῶτα ποιησάμενος ὁ Ἱπποκράτης, τῷ μὲν ἑτέρῳ προτέρῳ τό τε περιεχόμενον ἐν τοῖς πεπονθόσιν ἐκθλίβει πρὸς τὰ ὑπερκεί‐</w:t>
      </w:r>
    </w:p>
    <w:p>
      <w:r>
        <w:rPr>
          <w:rFonts w:ascii="Courier New" w:hAnsi="Courier New"/>
          <w:color w:val="555555"/>
          <w:sz w:val="20"/>
        </w:rPr>
        <w:t>[10]</w:t>
      </w:r>
    </w:p>
    <w:p>
      <w:r>
        <w:rPr>
          <w:rFonts w:ascii="Gentium Plus" w:hAnsi="Gentium Plus"/>
          <w:sz w:val="24"/>
        </w:rPr>
        <w:t>μενα, τό τε ἐξ ἐκείνων ἐπιῤῥέον ἀνείργει. τῷ δὲ ὑπολοίπῳ κατὰ μὲν τὰς πρώτας ἐπιβολὰς, ἃς κατ’ αὐτοῦ τε τοῦ κα‐ τάγματος, ἔτι τε τῆς ἐπὶ τὰ κάτω νομῆς τῶν ὀθονίων ποιεῖται, τὸ μὲν ἐκθλίβει πρὸς αὐτὰ, τὸ δὲ ἀνείργει, κατὰ δὲ τὰς ἑξῆς ἁπάσας, ἡνίκα ἐκ τῶν κατωτάτω μερῶν ἄνω</w:t>
      </w:r>
    </w:p>
    <w:p>
      <w:r>
        <w:rPr>
          <w:rFonts w:ascii="Courier New" w:hAnsi="Courier New"/>
          <w:color w:val="555555"/>
          <w:sz w:val="20"/>
        </w:rPr>
        <w:t>[15]</w:t>
      </w:r>
    </w:p>
    <w:p>
      <w:r>
        <w:rPr>
          <w:rFonts w:ascii="Gentium Plus" w:hAnsi="Gentium Plus"/>
          <w:sz w:val="24"/>
        </w:rPr>
        <w:t>παλινδρομεῖν ἀξιοῖ τὸν ἐπίδεσμον, ὡς εἰς ταὐτὸ τῷ προτέρῳ τελευτῆσαι τοῖς ὑπερκειμένοις ἐκθλίβων, τὰς ἐξ αὐτῶν ἐπιῤ‐ ῥοὰς κωλύει. φρουρεῖ τ’ οὖν ἅμα καὶ στηρίζει τὸ κατεαγὸς,</w:t>
      </w:r>
    </w:p>
    <w:p>
      <w:r>
        <w:rPr>
          <w:rFonts w:ascii="Courier New" w:hAnsi="Courier New"/>
          <w:color w:val="555555"/>
          <w:sz w:val="20"/>
        </w:rPr>
        <w:t>[10 . 435]</w:t>
      </w:r>
    </w:p>
    <w:p>
      <w:r>
        <w:rPr>
          <w:rFonts w:ascii="Gentium Plus" w:hAnsi="Gentium Plus"/>
          <w:sz w:val="24"/>
        </w:rPr>
        <w:t>μὴν ἱκανά γε μόνα τὰ εἰρημένα πρὸς ἀμφοτέρας τὰς χρείας. ὅθεν εἰς μὲν τὴν φρουρὰν ἐπικουρίαν αὐτοῖς ὁ Ἱπποκράτης ἐξεῦρε τὴν τῶν σπληνῶν ἐπιβολὴν, ἅμα καὶ τοῖς ἔξωθεν ὀθονίοις, ἃ τούτους αὐτοὺς στηρίζει. πρὸς δὲ τῷ μὴ φλεγ‐</w:t>
      </w:r>
    </w:p>
    <w:p>
      <w:r>
        <w:rPr>
          <w:rFonts w:ascii="Courier New" w:hAnsi="Courier New"/>
          <w:color w:val="555555"/>
          <w:sz w:val="20"/>
        </w:rPr>
        <w:t>[5]</w:t>
      </w:r>
    </w:p>
    <w:p>
      <w:r>
        <w:rPr>
          <w:rFonts w:ascii="Gentium Plus" w:hAnsi="Gentium Plus"/>
          <w:sz w:val="24"/>
        </w:rPr>
        <w:t>μῆναι φαρμάκῳ τινὶ κελεύει χρῆσθαι τῶν ἀφλεγμάντων, οἵα πέρ ἐστιν ἡ ὑγρὰ κηρωτή. ταῦτά τε οὖν ἅπαντα τοῖς εἰρη‐ μένοις λογισμοῖς εὑρέθη καὶ πρὸς τούτοις ἔτι τὸ τῆς ἀποθέ‐ σεως σχῆμα, διττῷ καὶ τοῦτ’ ἐνδείξεως ὑποπῖπτον τρόπῳ· προτέρῳ μὲν ἐκ τῶν κοινῶν ἐννοιῶν ἠρτημένῳ ψιλῷ, ἑτέρῳ</w:t>
      </w:r>
    </w:p>
    <w:p>
      <w:r>
        <w:rPr>
          <w:rFonts w:ascii="Courier New" w:hAnsi="Courier New"/>
          <w:color w:val="555555"/>
          <w:sz w:val="20"/>
        </w:rPr>
        <w:t>[10]</w:t>
      </w:r>
    </w:p>
    <w:p>
      <w:r>
        <w:rPr>
          <w:rFonts w:ascii="Gentium Plus" w:hAnsi="Gentium Plus"/>
          <w:sz w:val="24"/>
        </w:rPr>
        <w:t>δὲ ἐκ τῆς τῶν θεραπευομένων ὀργάνων κατασκευῆς. ὁ μὲν οὖν πρότερος ἀνωδυνώτατον αἱρεῖσθαι συμβουλεύει σχῆμα, πρός τε τῷ μὴ φλεγμαίνειν τὰ μόρια καὶ διαμένειν ἀτρέμα ἐπ’ αὐτοῦ μόνου δύνασθαι τὸν κάμνοντα χρόνῳ παμπόλλῳ. ὁ δὲ δεύτερος τρόπος ὁ ἐκ τῆς τῶν θεραπευομένων φύσεως</w:t>
      </w:r>
    </w:p>
    <w:p>
      <w:r>
        <w:rPr>
          <w:rFonts w:ascii="Courier New" w:hAnsi="Courier New"/>
          <w:color w:val="555555"/>
          <w:sz w:val="20"/>
        </w:rPr>
        <w:t>[15]</w:t>
      </w:r>
    </w:p>
    <w:p>
      <w:r>
        <w:rPr>
          <w:rFonts w:ascii="Gentium Plus" w:hAnsi="Gentium Plus"/>
          <w:sz w:val="24"/>
        </w:rPr>
        <w:t>ὁρμώμενος ἀρτηρίας καὶ φλέβας καὶ νεῦρα καὶ μῦς ὡς εὐθύτατα κεῖσθαι κελεύει. καὶ δὴ καὶ ὁμολογοῦσιν ἀλλήλοις</w:t>
      </w:r>
    </w:p>
    <w:p>
      <w:r>
        <w:rPr>
          <w:rFonts w:ascii="Courier New" w:hAnsi="Courier New"/>
          <w:color w:val="555555"/>
          <w:sz w:val="20"/>
        </w:rPr>
        <w:t>[10 . 436]</w:t>
      </w:r>
    </w:p>
    <w:p>
      <w:r>
        <w:rPr>
          <w:rFonts w:ascii="Gentium Plus" w:hAnsi="Gentium Plus"/>
          <w:sz w:val="24"/>
        </w:rPr>
        <w:t>στά ἐστιν ἀνώδυνον, ὅ τι δ’ ἂν ἑτέρου μᾶλλον ἀνώδυνον ᾖ, κατὰ φύσιν μάλιστά ἐστι τῷ κώλῳ· χειρὶ μὲν τὸ καλούμενον ἐγγώνιον, σκέλει δὲ τὸ μικροῦ δεῖν ἐκτεταμένον. εἰς ἀνω‐ δυνίαν δὲ οὐ μόνον τὸ κατὰ φύσιν ἑκάστου σχῆμα τῶν ὀργά‐</w:t>
      </w:r>
    </w:p>
    <w:p>
      <w:r>
        <w:rPr>
          <w:rFonts w:ascii="Courier New" w:hAnsi="Courier New"/>
          <w:color w:val="555555"/>
          <w:sz w:val="20"/>
        </w:rPr>
        <w:t>[5]</w:t>
      </w:r>
    </w:p>
    <w:p>
      <w:r>
        <w:rPr>
          <w:rFonts w:ascii="Gentium Plus" w:hAnsi="Gentium Plus"/>
          <w:sz w:val="24"/>
        </w:rPr>
        <w:t>νων, ἀλλά τι καὶ τὸ ἔθος ἔοικε συντελεῖν. αὕτη μὲν οὖν σοι καὶ ἡ τοῦ σχήματος εὕρεσις, ἐν ᾧ χρὴ διαφυλάττειν τὸ κῶλον· ἡ δ’ αὐτὴ κατὰ τὴν ἀντίτασίν τε καὶ διάπλασιν. ἄμεινον γὰρ ἐν εὐθυτάτῳ καὶ ἀνωδυνωτάτῳ διατείνειν καὶ διαπλάττειν τὸ κῶλον· πολὺ δὴ μᾶλλον ἐν τῷ αὐτῷ σχήματι</w:t>
      </w:r>
    </w:p>
    <w:p>
      <w:r>
        <w:rPr>
          <w:rFonts w:ascii="Courier New" w:hAnsi="Courier New"/>
          <w:color w:val="555555"/>
          <w:sz w:val="20"/>
        </w:rPr>
        <w:t>[10]</w:t>
      </w:r>
    </w:p>
    <w:p>
      <w:r>
        <w:rPr>
          <w:rFonts w:ascii="Gentium Plus" w:hAnsi="Gentium Plus"/>
          <w:sz w:val="24"/>
        </w:rPr>
        <w:t>τὴν ἐπίδεσίν τε καὶ τὴν ἡσυχίαν τοῦ μορίου ποιεῖσθαι προσ‐ ήκει. τὸ γὰρ ἐν ἄλλῳ μὲν ἐπιδεῖν, ὑπαλλάττειν δὲ εἰς ἕτερον, οὐκ ὀδύνην μόνον, ἀλλὰ καὶ διαστροφὴν ἐργάζεται τοῖς ὀστοῖς. εἰ γάρ τι μεμνήμεθα τῶν ἐν τοῖς περὶ μυῶν κινήσεως ὑπομνήμασιν εἰρημένων, ἀναγκαῖόν ἐστιν ὑπαλλαττόντων</w:t>
      </w:r>
    </w:p>
    <w:p>
      <w:r>
        <w:rPr>
          <w:rFonts w:ascii="Courier New" w:hAnsi="Courier New"/>
          <w:color w:val="555555"/>
          <w:sz w:val="20"/>
        </w:rPr>
        <w:t>[15]</w:t>
      </w:r>
    </w:p>
    <w:p>
      <w:r>
        <w:rPr>
          <w:rFonts w:ascii="Gentium Plus" w:hAnsi="Gentium Plus"/>
          <w:sz w:val="24"/>
        </w:rPr>
        <w:t>τὸ σχῆμα τινὰς μὲν τῶν μυῶν ἐντείνεσθαί τε καὶ οἷον σφαιροῦσθαι συναγομένους, ἐνίους δ’ ἐκλύεσθαί τε καὶ χα‐ λᾶσθαι. ἔνθα μὲν οὖν ἐντείνονται, θλίβεσθαί τε πρὸς τῶν</w:t>
      </w:r>
    </w:p>
    <w:p>
      <w:r>
        <w:rPr>
          <w:rFonts w:ascii="Courier New" w:hAnsi="Courier New"/>
          <w:color w:val="555555"/>
          <w:sz w:val="20"/>
        </w:rPr>
        <w:t>[10 . 437]</w:t>
      </w:r>
    </w:p>
    <w:p>
      <w:r>
        <w:rPr>
          <w:rFonts w:ascii="Gentium Plus" w:hAnsi="Gentium Plus"/>
          <w:sz w:val="24"/>
        </w:rPr>
        <w:t>θλίψιν· ἔνθα δὲ ἡ τάσις ἐκλύεται, χαλαρὰν μὲν ἐν ἐκείνῳ τῷ μέρει τὴν ἐπίδεσιν, ἀστήρικτον δὲ γίνεσθαι τὸ κάταγμα. διὰ ταῦτ’ οὖν ἅπαντα διατείνειν τε καὶ διαπλάττειν ἐπιδεῖν τε καὶ ἀποτίθεσθαι καθ’ ἓν σχῆμα τὸ ἀνωδυνώτατον, ἕλοιτ’</w:t>
      </w:r>
    </w:p>
    <w:p>
      <w:r>
        <w:rPr>
          <w:rFonts w:ascii="Courier New" w:hAnsi="Courier New"/>
          <w:color w:val="555555"/>
          <w:sz w:val="20"/>
        </w:rPr>
        <w:t>[5]</w:t>
      </w:r>
    </w:p>
    <w:p>
      <w:r>
        <w:rPr>
          <w:rFonts w:ascii="Gentium Plus" w:hAnsi="Gentium Plus"/>
          <w:sz w:val="24"/>
        </w:rPr>
        <w:t>ἄν τις. εἰς μὲν δὴ τὴν πρώτην ἐνέργειαν ἣν ἐνεργοῦμεν ἐν τοῖς κατεαγόσιν, οὐδὲν ἔτι λείπει παράγγελμα. λύειν δὲ κελεύει διὰ τρίτης ὁ Ἱπποκράτης, ὅπως μήτ’ ἄση τις γίγνοιτο, μήτε κνῆσις ἀήθως σκεπασθέντι τῷ μορίῳ, μήτ’ ἐπὶ πλέον αἱ διαπνοαὶ κωλύοιντο τοῦ φθάσαντος ἐστηρίχθαι κατὰ τὸ</w:t>
      </w:r>
    </w:p>
    <w:p>
      <w:r>
        <w:rPr>
          <w:rFonts w:ascii="Courier New" w:hAnsi="Courier New"/>
          <w:color w:val="555555"/>
          <w:sz w:val="20"/>
        </w:rPr>
        <w:t>[10]</w:t>
      </w:r>
    </w:p>
    <w:p>
      <w:r>
        <w:rPr>
          <w:rFonts w:ascii="Gentium Plus" w:hAnsi="Gentium Plus"/>
          <w:sz w:val="24"/>
        </w:rPr>
        <w:t>κάταγμα· δι’ ἃς οὐ μόνον ἀσωδῶς κνήσεσθαι συμβαίνει τισὶν, ἀλλὰ καὶ διαβρωθέντος ὑπὸ τῆς τῶν ἰχώρων δριμύτητος ἐνίοτε τοῦ δέρματος ἕλκωσιν γενέσθαι. καταντλεῖν οὖν ὕδατος εὐκράτου τοσοῦτον, ὅσον ἱκανόν ἐστι διαφορῆσαι τοὺς τοιούτους ἰχῶρας. ἢν δὲ δὴ καὶ αὖθις ὁμοίως πράξῃς,</w:t>
      </w:r>
    </w:p>
    <w:p>
      <w:r>
        <w:rPr>
          <w:rFonts w:ascii="Courier New" w:hAnsi="Courier New"/>
          <w:color w:val="555555"/>
          <w:sz w:val="20"/>
        </w:rPr>
        <w:t>[15]</w:t>
      </w:r>
    </w:p>
    <w:p>
      <w:r>
        <w:rPr>
          <w:rFonts w:ascii="Gentium Plus" w:hAnsi="Gentium Plus"/>
          <w:sz w:val="24"/>
        </w:rPr>
        <w:t>ἑβδόμῃ μὲν ἂν εἴη μετὰ τὴν πρώτην ἀρχὴν ἡμέρᾳ, φαίνοιτο δ’ ἂν ἤδη μηδενός γε ἐμποδὼν γενομένου πάντ’ ἀφλέγμαντα, καὶ αὐτοῦ γε τοῦ κατὰ φύσιν ἐνίοτε μᾶλλον ἰσχνά. τότε</w:t>
      </w:r>
    </w:p>
    <w:p>
      <w:r>
        <w:rPr>
          <w:rFonts w:ascii="Courier New" w:hAnsi="Courier New"/>
          <w:color w:val="555555"/>
          <w:sz w:val="20"/>
        </w:rPr>
        <w:t>[10 . 438]</w:t>
      </w:r>
    </w:p>
    <w:p>
      <w:r>
        <w:rPr>
          <w:rFonts w:ascii="Gentium Plus" w:hAnsi="Gentium Plus"/>
          <w:sz w:val="24"/>
        </w:rPr>
        <w:t>ἔμπροσθεν μὲν γὰρ ὅθ’ ὁ τῆς φλεγμονῆς ἐπεκράτει σκοπὸς, οὐκ ἦν ἀσφαλὲς θλίβειν τοῖς νάρθηξι· νυνὶ δὲ ἐπειδὴ πέπαυ‐ ται μὲν αὕτη, στηρίζεσθαι δὲ χρὴ τὸ κάταγμα, καλῶς ἄν τις αὐτοῖς χρῷτο. καὶ μὲν δὴ καὶ διὰ πλέονος ἐγχωρεῖ λύειν,</w:t>
      </w:r>
    </w:p>
    <w:p>
      <w:r>
        <w:rPr>
          <w:rFonts w:ascii="Courier New" w:hAnsi="Courier New"/>
          <w:color w:val="555555"/>
          <w:sz w:val="20"/>
        </w:rPr>
        <w:t>[5]</w:t>
      </w:r>
    </w:p>
    <w:p>
      <w:r>
        <w:rPr>
          <w:rFonts w:ascii="Gentium Plus" w:hAnsi="Gentium Plus"/>
          <w:sz w:val="24"/>
        </w:rPr>
        <w:t>ὡς ἂν μηκέτι χρῃζόντων τῶν μερῶν ἀποκρίνειν ἰχῶρας. ἀλλὰ καὶ ἡ πώρωσις ἄμεινον ἂν οὕτως γίγνοιτο· χρὴ γὰρ, ὡς ἔμπροσθεν εἴρηται, παγῆναί τι τῆς οἰκείας τροφῆς τῶν ὀστῶν, ἵνα γένηται πῶρος. οὔκουν χρὴ τοῦτ’ ἀπο‐ κλύζειν τῶν χειλῶν τοῦ κατάγματος, ἢ διαφορεῖν ἐκτὸς,</w:t>
      </w:r>
    </w:p>
    <w:p>
      <w:r>
        <w:rPr>
          <w:rFonts w:ascii="Courier New" w:hAnsi="Courier New"/>
          <w:color w:val="555555"/>
          <w:sz w:val="20"/>
        </w:rPr>
        <w:t>[10]</w:t>
      </w:r>
    </w:p>
    <w:p>
      <w:r>
        <w:rPr>
          <w:rFonts w:ascii="Gentium Plus" w:hAnsi="Gentium Plus"/>
          <w:sz w:val="24"/>
        </w:rPr>
        <w:t>ὅπερ αἱ συνεχεῖς λύσεις ἐργάζονται. οὐ μὴν οὐδ’ οὕτω πολὺ διαλείπειν, ὡς μηδὲ γνῶναι πῶς προσχωρεῖ τὸ κάταγμα. πολλάκις γοῦν ἐθεασάμην ἀκριβῶς ξηρανθέντων τῶν ὀστῶν δυσχερῶς γιγνομένην τὴν πώρωσιν. ἐπαντλεῖν οὖν χρὴ τοῖσδε μέτριον τῷ πλήθει, διὰ τρίτης ἢ τετάρτης ἡμέρας ὕδωρ θερ‐</w:t>
      </w:r>
    </w:p>
    <w:p>
      <w:r>
        <w:rPr>
          <w:rFonts w:ascii="Courier New" w:hAnsi="Courier New"/>
          <w:color w:val="555555"/>
          <w:sz w:val="20"/>
        </w:rPr>
        <w:t>[15]</w:t>
      </w:r>
    </w:p>
    <w:p>
      <w:r>
        <w:rPr>
          <w:rFonts w:ascii="Gentium Plus" w:hAnsi="Gentium Plus"/>
          <w:sz w:val="24"/>
        </w:rPr>
        <w:t>μὸν, ὅρον ἔχοντα τοῦ παύσασθαι τῆς καταιονήσεως τὴν εἰς ὄγκον ἐρυθρὸν ἔπαρσιν τῶν σαρκῶν. ἐπὶ μὲν δὴ τούτων πρὶν ἄρχεσθαι καθίστασθαι παύσασθαι χρὴ, καθάπερ ἐφ’</w:t>
      </w:r>
    </w:p>
    <w:p>
      <w:r>
        <w:rPr>
          <w:rFonts w:ascii="Courier New" w:hAnsi="Courier New"/>
          <w:color w:val="555555"/>
          <w:sz w:val="20"/>
        </w:rPr>
        <w:t>[10 . 439]</w:t>
      </w:r>
    </w:p>
    <w:p>
      <w:r>
        <w:rPr>
          <w:rFonts w:ascii="Gentium Plus" w:hAnsi="Gentium Plus"/>
          <w:sz w:val="24"/>
        </w:rPr>
        <w:t>πεσεῖν τὸν ἐκ τῆς αἰονήσεως ὄγκον. ἐφ’ ὧν δ’ ὑγρότης ἐστὶ πλείων καὶ διὰ ταύτην οὐ πωροῦται τὰ κατεαγότα, ξηραίνειν αὐτὴν, ὡς ἔμπροσθεν εἴρηται, πειρᾶσθαι δι’ ἐπιδέσεως προσ‐ ηκούσης καὶ καταντλήσεως, ἤτοι γ’ ἐλαχίστης παντάπασιν</w:t>
      </w:r>
    </w:p>
    <w:p>
      <w:r>
        <w:rPr>
          <w:rFonts w:ascii="Courier New" w:hAnsi="Courier New"/>
          <w:color w:val="555555"/>
          <w:sz w:val="20"/>
        </w:rPr>
        <w:t>[5]</w:t>
      </w:r>
    </w:p>
    <w:p>
      <w:r>
        <w:rPr>
          <w:rFonts w:ascii="Gentium Plus" w:hAnsi="Gentium Plus"/>
          <w:sz w:val="24"/>
        </w:rPr>
        <w:t>ἢ πλείστης. ἡ μὲν γὰρ ἐλαχίστη, πρὶν ἐπιῤῥυῆναί τι παυο‐ μένη, τά τε πρόχειρα τῶν ὑγρῶν διαφορεῖ, τά τε ἐν τῷ βάθει διαχεῖ μετρίως· συμφέρει δὲ οὕτω κεχύσθαι τοῖς ὑπὸ τῆς ἐπιδέσεως ἐκθλίβεσθαι μέλλουσιν. ἡ δὲ πλείστη διαφορεῖ πλέον ἢ ἕλκει. εὔδηλον δὲ δήπου καὶ ὡς ἐπὶ μὲν τῆς ἐκθλι‐</w:t>
      </w:r>
    </w:p>
    <w:p>
      <w:r>
        <w:rPr>
          <w:rFonts w:ascii="Courier New" w:hAnsi="Courier New"/>
          <w:color w:val="555555"/>
          <w:sz w:val="20"/>
        </w:rPr>
        <w:t>[10]</w:t>
      </w:r>
    </w:p>
    <w:p>
      <w:r>
        <w:rPr>
          <w:rFonts w:ascii="Gentium Plus" w:hAnsi="Gentium Plus"/>
          <w:sz w:val="24"/>
        </w:rPr>
        <w:t>βούσης ἐπιδέσεως ἧττον χρὴ πιέζειν τὰ τελευταῖα τῶν ὀθο‐ νίων, ἐπὶ δὲ τῆς ἀνατρεφούσης οὐχ ἧττον, ταῦτα καὶ συμπάσας τὰς περιβολὰς χαλαρωτέρας ποιεῖσθαι. ἐπεὶ δὲ οὐ μόνον ἐν ᾧ χρὴ καιρῷ συμπράττειν ταῖς πωρώσεσιν, ἀλλὰ καὶ ὅπως ἐξεύρηται, λείποιτ’ ἂν ἔτι περὶ τῆς συμπάσης διαί‐</w:t>
      </w:r>
    </w:p>
    <w:p>
      <w:r>
        <w:rPr>
          <w:rFonts w:ascii="Courier New" w:hAnsi="Courier New"/>
          <w:color w:val="555555"/>
          <w:sz w:val="20"/>
        </w:rPr>
        <w:t>[15]</w:t>
      </w:r>
    </w:p>
    <w:p>
      <w:r>
        <w:rPr>
          <w:rFonts w:ascii="Gentium Plus" w:hAnsi="Gentium Plus"/>
          <w:sz w:val="24"/>
        </w:rPr>
        <w:t>της εἰπεῖν. ὅτι μὲν οὖν ἐν ἀρχῇ λεπτοτάτως χρὴ διαιτᾷν ἐν τῇ τῶν φλεγμονῶν οἰκείᾳ θεραπείᾳ λεχθήσεται· λεχθήσεται</w:t>
      </w:r>
    </w:p>
    <w:p>
      <w:r>
        <w:rPr>
          <w:rFonts w:ascii="Courier New" w:hAnsi="Courier New"/>
          <w:color w:val="555555"/>
          <w:sz w:val="20"/>
        </w:rPr>
        <w:t>[10 . 440]</w:t>
      </w:r>
    </w:p>
    <w:p>
      <w:r>
        <w:rPr>
          <w:rFonts w:ascii="Gentium Plus" w:hAnsi="Gentium Plus"/>
          <w:sz w:val="24"/>
        </w:rPr>
        <w:t>νοῦν τὰ περιττά. κατὰ δὲ τὸν τῆς πωρώσεως καιρὸν ἀνατρέφειν χρὴ τὸ σῶμα σιτίοις εὐχύμοις καὶ τροφίμοις, ἐξ ὧν εἴωθε γεννᾶσθαι χυμὸς οὐ μόνον χρηστὸς, ἀλλὰ καὶ γλίσ‐ χρος, ἐξ οἵου χρὴ μάλιστα γίγνεσθαι τὸν πῶρον· ἐκ μὲν γὰρ</w:t>
      </w:r>
    </w:p>
    <w:p>
      <w:r>
        <w:rPr>
          <w:rFonts w:ascii="Courier New" w:hAnsi="Courier New"/>
          <w:color w:val="555555"/>
          <w:sz w:val="20"/>
        </w:rPr>
        <w:t>[5]</w:t>
      </w:r>
    </w:p>
    <w:p>
      <w:r>
        <w:rPr>
          <w:rFonts w:ascii="Gentium Plus" w:hAnsi="Gentium Plus"/>
          <w:sz w:val="24"/>
        </w:rPr>
        <w:t>τῆς ὀῤῥώδους καὶ λεπτῆς ὑγρότητος οὐδ’ ἂν γεννηθείη τὴν ἀρχὴν, ἐκ δὲ τῆς παχείας μὲν, ἀλλὰ ψαθυρᾶς καὶ ἀλιποῦς, γεννηθείη μὲν ἂν οὐ βραδέως, ἀλλ’ ἐν τῷ χρόνῳ ξηραινόμε‐ νος κραυρότερος καὶ διὰ τοῦτο εὔθραυστος γίνεται. μεγέθει δὲ ἔστω τηλικοῦτος, ὡς ἀσφαλῆ τε ἅμα δεσμὸν εἶναι τοῖς</w:t>
      </w:r>
    </w:p>
    <w:p>
      <w:r>
        <w:rPr>
          <w:rFonts w:ascii="Courier New" w:hAnsi="Courier New"/>
          <w:color w:val="555555"/>
          <w:sz w:val="20"/>
        </w:rPr>
        <w:t>[10]</w:t>
      </w:r>
    </w:p>
    <w:p>
      <w:r>
        <w:rPr>
          <w:rFonts w:ascii="Gentium Plus" w:hAnsi="Gentium Plus"/>
          <w:sz w:val="24"/>
        </w:rPr>
        <w:t>ὀστοῖς καὶ μὴ θλίβειν τοὺς μῦς· ὁ μὲν γὰρ μικρότερος ἢ χρὴ σφαλερὸς τοῖς ὀστοῖς, ὁ δὲ μείζων τοῦ προσήκοντος ὀδυνη‐ ρὸς τοῖς μυσί. προσέχειν οὖν ἀκριβῶς αὐτῷ τὸν νοῦν, ἤτοι προτρέπειν ἐνδεῶς γιγνόμενον, ἢ κωλύειν ἀμέτρως αὐξανόμε‐ νον. ἐξ ὧν δ’ ἐργάσῃ ταῦτα, τό τε ποσὸν τῆς αἰονήσεώς</w:t>
      </w:r>
    </w:p>
    <w:p>
      <w:r>
        <w:rPr>
          <w:rFonts w:ascii="Courier New" w:hAnsi="Courier New"/>
          <w:color w:val="555555"/>
          <w:sz w:val="20"/>
        </w:rPr>
        <w:t>[15]</w:t>
      </w:r>
    </w:p>
    <w:p>
      <w:r>
        <w:rPr>
          <w:rFonts w:ascii="Gentium Plus" w:hAnsi="Gentium Plus"/>
          <w:sz w:val="24"/>
        </w:rPr>
        <w:t>ἐστι καὶ τὸ ποιὸν καὶ τὸ ποσὸν τῶν ἐδεσμάτων, αἵ τε ἔξω‐ θεν ἐπιτιθέμεναι κατ’ αὐτοῦ δυνάμεις φαρμάκων. περὶ μὲν οὖν αἰονήσεως καὶ διαίτης προείρηται. τῶν δὲ φαρμάκων</w:t>
      </w:r>
    </w:p>
    <w:p>
      <w:r>
        <w:rPr>
          <w:rFonts w:ascii="Courier New" w:hAnsi="Courier New"/>
          <w:color w:val="555555"/>
          <w:sz w:val="20"/>
        </w:rPr>
        <w:t>[10 . 441]</w:t>
      </w:r>
    </w:p>
    <w:p>
      <w:r>
        <w:rPr>
          <w:rFonts w:ascii="Gentium Plus" w:hAnsi="Gentium Plus"/>
          <w:sz w:val="24"/>
        </w:rPr>
        <w:t>προτρέπει τε καὶ συναύξει τοὺς πώρους· ὅσα δὲ διαφορητικὰ, καὶ τοὺς ὄντας ἤδη μεγάλους καθαίρει. μήτε δὲ ἀνατρέφειν ἐθέλων μήτε καθαίρειν τὸν πῶρον, ἀλλ’ ὡς αὐτὸς ὡρμήθη δέχεσθαι, φαρμάκων κέχρητο τῶν ἐναίμων ὀνομαζομένων·</w:t>
      </w:r>
    </w:p>
    <w:p>
      <w:r>
        <w:rPr>
          <w:rFonts w:ascii="Courier New" w:hAnsi="Courier New"/>
          <w:color w:val="555555"/>
          <w:sz w:val="20"/>
        </w:rPr>
        <w:t>[5]</w:t>
      </w:r>
    </w:p>
    <w:p>
      <w:r>
        <w:rPr>
          <w:rFonts w:ascii="Gentium Plus" w:hAnsi="Gentium Plus"/>
          <w:sz w:val="24"/>
        </w:rPr>
        <w:t>ἃ δὴ μετρίως ξηραίνοντα καὶ τὴν πῆξιν ἐργάζεται μετρίαν τοῦ πώρου. περὶ μὲν δὴ τῶν ἐγκαρσίων καταγμάτων ἱκανὰ καὶ ταῦτα· περὶ δὲ τῶν παραμήκων τὰ μὲν ἄλλα σύμ‐ παντα τὰ αὐτὰ, πιέζειν δὲ χρὴ μᾶλλον ταῦτα κατ’ αὐτὸ τὸ κάταγμα καὶ προστέλλειν εἴσω τὸ ἀφεστηκός. ὅσα δὲ ἐθραύ‐</w:t>
      </w:r>
    </w:p>
    <w:p>
      <w:r>
        <w:rPr>
          <w:rFonts w:ascii="Courier New" w:hAnsi="Courier New"/>
          <w:color w:val="555555"/>
          <w:sz w:val="20"/>
        </w:rPr>
        <w:t>[10]</w:t>
      </w:r>
    </w:p>
    <w:p>
      <w:r>
        <w:rPr>
          <w:rFonts w:ascii="Gentium Plus" w:hAnsi="Gentium Plus"/>
          <w:sz w:val="24"/>
        </w:rPr>
        <w:t>σθη πολυειδῶς καὶ μάλιστα σὺν ἕλκεσιν, ὅπερ ὡς τὰ πολλὰ φιλεῖ γίγνεσθαι, σπλῆνα σκεπαρνηδὸν ὡς Ἱπποκράτης ἐκέ‐ λευσε περιβάλλειν, οἴνῳ τέγγοντας αὐστηρῷ τε καὶ μέλανι καὶ μάλιστ’ ἐν θέρει. σήπεται γὰρ εἴτε ἐλαίῳ τις εἴτε κηρωτῇ χρῷτο, δεόμενά γε ξηραίνεσθαι μειζόνως ἢ τἄλλα, διότι καὶ</w:t>
      </w:r>
    </w:p>
    <w:p>
      <w:r>
        <w:rPr>
          <w:rFonts w:ascii="Courier New" w:hAnsi="Courier New"/>
          <w:color w:val="555555"/>
          <w:sz w:val="20"/>
        </w:rPr>
        <w:t>[15]</w:t>
      </w:r>
    </w:p>
    <w:p>
      <w:r>
        <w:rPr>
          <w:rFonts w:ascii="Gentium Plus" w:hAnsi="Gentium Plus"/>
          <w:sz w:val="24"/>
        </w:rPr>
        <w:t>μεῖζον τὸ πάθημα. καὶ τοίνυν καὶ τὰ φάρμακα πάντα τῶν ξηραινόντων ἔστω, καθάπερ ἐκεῖνος ἐκέλευσεν, ἅμα καὶ τὸ</w:t>
      </w:r>
    </w:p>
    <w:p>
      <w:r>
        <w:rPr>
          <w:rFonts w:ascii="Courier New" w:hAnsi="Courier New"/>
          <w:color w:val="555555"/>
          <w:sz w:val="20"/>
        </w:rPr>
        <w:t>[10 . 442]</w:t>
      </w:r>
    </w:p>
    <w:p>
      <w:r>
        <w:rPr>
          <w:rFonts w:ascii="Gentium Plus" w:hAnsi="Gentium Plus"/>
          <w:sz w:val="24"/>
        </w:rPr>
        <w:t>εἶναι κελεύει τὰ τοιαῦτα τῶν φαρμάκων. εἰ δὲ καὶ κατ’ ἀρχάς τις εὐθέως αὐτοῖς χρῷτο, τοιοῦτον εἶναι συνεβούλευε τὸ ἔναιμον, ὃ σύντροφόν ἐστιν ἐπιτέγξει. τὰ μὲν οὖν ἄλλα σύμπαντα ταῖς ἐκείνου ποιητέον ὑποθήκαις, οὐκ ἐν τοῖς εἰρη‐</w:t>
      </w:r>
    </w:p>
    <w:p>
      <w:r>
        <w:rPr>
          <w:rFonts w:ascii="Courier New" w:hAnsi="Courier New"/>
          <w:color w:val="555555"/>
          <w:sz w:val="20"/>
        </w:rPr>
        <w:t>[5]</w:t>
      </w:r>
    </w:p>
    <w:p>
      <w:r>
        <w:rPr>
          <w:rFonts w:ascii="Gentium Plus" w:hAnsi="Gentium Plus"/>
          <w:sz w:val="24"/>
        </w:rPr>
        <w:t>μένοις μόνον, ἀλλὰ κᾂν γυμνωθὲν τὸ ὀστοῦν ἀποπρίσεως δέοιτο, κᾂν παρασχίδας τινας ἤτοι γ’ αὐτὸν ἀφαιρεῖν ἢ τῆς φύσεως ἐξωθούσης συμπράττειν προσήκει. περὶ δὲ τῶν ὑπο‐ τιθεμένων σωλήνων τοῖς σκέλεσιν, ὅσα μὲν Ἱπποκράτης ἠπό‐ ρησεν, εἴτε χρηστέον εἴτε μὴ χρηστέον, ἅπαντές τε γινώσκου‐</w:t>
      </w:r>
    </w:p>
    <w:p>
      <w:r>
        <w:rPr>
          <w:rFonts w:ascii="Courier New" w:hAnsi="Courier New"/>
          <w:color w:val="555555"/>
          <w:sz w:val="20"/>
        </w:rPr>
        <w:t>[10]</w:t>
      </w:r>
    </w:p>
    <w:p>
      <w:r>
        <w:rPr>
          <w:rFonts w:ascii="Gentium Plus" w:hAnsi="Gentium Plus"/>
          <w:sz w:val="24"/>
        </w:rPr>
        <w:t>σιν, ἐπαινεῖν τε χρὴ τοὺς λογισμούς. ὃ δὲ τοῖς νεωτέροις εὕρηται γλωσσόκομον, ᾧ χρώμεθα μάλιστα κατὰ τὸν τῆς πωρώσεως καιρὸν, ἐπαινῶ μὲν εἴπερ τι καὶ ἄλλο τῶν τοιού‐ των μηχανημάτων, οὐ μὴν ἔοικέ γε Ἱπποκράτης γινώσκειν αὐτὸ καίτοι γε οὐκ ἀμελὴς εἰς τὴν τῶν χρησίμων ὀργάνων</w:t>
      </w:r>
    </w:p>
    <w:p>
      <w:r>
        <w:rPr>
          <w:rFonts w:ascii="Courier New" w:hAnsi="Courier New"/>
          <w:color w:val="555555"/>
          <w:sz w:val="20"/>
        </w:rPr>
        <w:t>[15]</w:t>
      </w:r>
    </w:p>
    <w:p>
      <w:r>
        <w:rPr>
          <w:rFonts w:ascii="Gentium Plus" w:hAnsi="Gentium Plus"/>
          <w:sz w:val="24"/>
        </w:rPr>
        <w:t>εὕρεσιν. ἀλλὰ τό γε τοῖς σκέλεσιν ὑποτιθέμενον ὄργανον ὀρθῶς τοῖς μετ’ αὐτὸν ἐξεύρηται, δι’ ἑνὸς ἄξονος ἐπὶ τελευτῇ</w:t>
      </w:r>
    </w:p>
    <w:p>
      <w:r>
        <w:rPr>
          <w:rFonts w:ascii="Courier New" w:hAnsi="Courier New"/>
          <w:color w:val="555555"/>
          <w:sz w:val="20"/>
        </w:rPr>
        <w:t>[10 . 443]</w:t>
      </w:r>
    </w:p>
    <w:p>
      <w:r>
        <w:rPr>
          <w:rFonts w:ascii="Gentium Plus" w:hAnsi="Gentium Plus"/>
          <w:sz w:val="24"/>
        </w:rPr>
        <w:t>τασιν ἐργαζόμενον ὅλῳ τῷ κώλῳ ἐντάσεσι διτταῖς. ὀνομά‐ ζεται δὲ αὐτῶν ἡ μὲν κατ’ εὐθὺ τείνουσα τὸ κῶλον εὐθύπο‐ ρος, ἡ δ’ ἄνω μὲν πρότερον, εὐθὺς δὲ κάτω μεταληπτική· γίνονται δὲ ἀμφότεραι διὰ περιθέσεως βρόχων. ἄριστος δ’</w:t>
      </w:r>
    </w:p>
    <w:p>
      <w:r>
        <w:rPr>
          <w:rFonts w:ascii="Courier New" w:hAnsi="Courier New"/>
          <w:color w:val="555555"/>
          <w:sz w:val="20"/>
        </w:rPr>
        <w:t>[5]</w:t>
      </w:r>
    </w:p>
    <w:p>
      <w:r>
        <w:rPr>
          <w:rFonts w:ascii="Gentium Plus" w:hAnsi="Gentium Plus"/>
          <w:sz w:val="24"/>
        </w:rPr>
        <w:t>εἰς τοῦτο βρόχος ὁ ἐκ δυοῖν διαρτῶν. οὗτος οὖν ἐν μὲν τοῖς κάτω τοῦ κατάγματος μέρεσι τοῦ κώλου περιτιθεὶς τὴν εὐθύπορον ἐργάζεται τάσιν, τῶν σκελῶν αὐτοῦ περιτεθέν‐ των τῷ ἄξονι· ἐν δὲ τοῖς ἄνω μέρεσι τοῦ κατάγματος ὁ αὐτὸς οὗτος βρόχος εἰ περιβληθείη, τὴν μεταληπτικὴν ἀπο‐</w:t>
      </w:r>
    </w:p>
    <w:p>
      <w:r>
        <w:rPr>
          <w:rFonts w:ascii="Courier New" w:hAnsi="Courier New"/>
          <w:color w:val="555555"/>
          <w:sz w:val="20"/>
        </w:rPr>
        <w:t>[10]</w:t>
      </w:r>
    </w:p>
    <w:p>
      <w:r>
        <w:rPr>
          <w:rFonts w:ascii="Gentium Plus" w:hAnsi="Gentium Plus"/>
          <w:sz w:val="24"/>
        </w:rPr>
        <w:t>τελεῖ τάσιν, ἀπαχθέντων αὐτοῦ τῶν σκελῶν, ἄνω μὲν πρότε‐ ρον, εἶτ’ αὖθις κάτω· περιβληθῆναι γὰρ χρὴ καὶ ταῦτα τῷ ἄξονι. τὴν περιαγωγὴν δὲ καὶ τὴν οἷον καμπὴν τῶν σκελῶν τοῦ βρόχου, τὴν ἐκ τῶν ἄνω μερῶν εἰς τὸ κάτω, διὰ τροχι‐ λιῶν γίγνεσθαι χρὴ κατὰ τὰς πλευρὰς τοῦ γλωττοκόμου</w:t>
      </w:r>
    </w:p>
    <w:p>
      <w:r>
        <w:rPr>
          <w:rFonts w:ascii="Courier New" w:hAnsi="Courier New"/>
          <w:color w:val="555555"/>
          <w:sz w:val="20"/>
        </w:rPr>
        <w:t>[15]</w:t>
      </w:r>
    </w:p>
    <w:p>
      <w:r>
        <w:rPr>
          <w:rFonts w:ascii="Gentium Plus" w:hAnsi="Gentium Plus"/>
          <w:sz w:val="24"/>
        </w:rPr>
        <w:t>τεταγμένων. ἔξεστι δὲ καὶ σωλῆνα καλεῖν τὸ τοιοῦτον μηχά‐ νημα καὶ μετὰ προσθήκης σωλῆνα μηχανικὸν ἢ γλωττόκομον μηχανικόν. ἀλλὰ περὶ μὲν ὀργάνων ἐπὶ πλέον ἐροῦμεν ἐν</w:t>
      </w:r>
    </w:p>
    <w:p>
      <w:r>
        <w:rPr>
          <w:rFonts w:ascii="Courier New" w:hAnsi="Courier New"/>
          <w:color w:val="555555"/>
          <w:sz w:val="20"/>
        </w:rPr>
        <w:t>[10 . 444]</w:t>
      </w:r>
    </w:p>
    <w:p>
      <w:r>
        <w:rPr>
          <w:rFonts w:ascii="Gentium Plus" w:hAnsi="Gentium Plus"/>
          <w:sz w:val="24"/>
        </w:rPr>
        <w:t>ἐπιδέσμων ποικιλίας ἐν ἐκείνοις λελέξεται. νυνὶ δὲ ἐπειδὴ περὶ τοῦ μηχανικοῦ σωλῆνος ἐμνημόνευσα, πολλὴν χρείαν παρεχομένου τῷ σκέλει καὶ κατὰ τὴν ἄλλην μὲν ἀπόθεσιν, ἔτι δὲ μᾶλλον ἐπειδὰν ἀλλάττῃ τὴν κοίτην ὁ κάμνων, ἢ</w:t>
      </w:r>
    </w:p>
    <w:p>
      <w:r>
        <w:rPr>
          <w:rFonts w:ascii="Courier New" w:hAnsi="Courier New"/>
          <w:color w:val="555555"/>
          <w:sz w:val="20"/>
        </w:rPr>
        <w:t>[5]</w:t>
      </w:r>
    </w:p>
    <w:p>
      <w:r>
        <w:rPr>
          <w:rFonts w:ascii="Gentium Plus" w:hAnsi="Gentium Plus"/>
          <w:sz w:val="24"/>
        </w:rPr>
        <w:t>ἀποτρίβηταί τι τῶν κατὰ γαστέρα, καλῶς ἂν ἔχοι πρὸς τῷ μηδὲν ἔτι ἐνδεῖν εἰς τὸν ὑπὲρ τούτων λόγον, ἐπαινέσαι πολὺ μᾶλλον ἐκεῖνο τὸ γλωττόκομον, οὗ καὶ τὴν ἑτέραν τῶν πλευρῶν καὶ τὸ σανίδιον ἐφ’ ὃ τὸν πόδα στηρίζουσι, κινού‐ μενα κατασκευάζουσιν, ὥστε ἁρμόζειν ἅπαντι μεγέθει κώλου.</w:t>
      </w:r>
    </w:p>
    <w:p>
      <w:r>
        <w:rPr>
          <w:rFonts w:ascii="Courier New" w:hAnsi="Courier New"/>
          <w:color w:val="555555"/>
          <w:sz w:val="20"/>
        </w:rPr>
        <w:t>[10]</w:t>
      </w:r>
    </w:p>
    <w:p>
      <w:r>
        <w:rPr>
          <w:rFonts w:ascii="Gentium Plus" w:hAnsi="Gentium Plus"/>
          <w:sz w:val="24"/>
        </w:rPr>
        <w:t>περὶ μὲν δὴ τῶν ἄλλων καταγμάτων ἀρκεῖ καὶ ταῦτα μετὰ τῶν ὑφ’ Ἱπποκράτους εἰρημένων γιγνώσκεσθαι. Περὶ δὲ τῶν ἐν τῇ κεφαλῇ γέγρα‐ πται μέν που καὶ περὶ τούτων Ἱπποκράτει βιβλίον ὅλον, ἅπαντα διδάσκοντι ὅσα χρὴ πράττειν ἐπ’ αὐτῶν· καὶ ἡμεῖς</w:t>
      </w:r>
    </w:p>
    <w:p>
      <w:r>
        <w:rPr>
          <w:rFonts w:ascii="Courier New" w:hAnsi="Courier New"/>
          <w:color w:val="555555"/>
          <w:sz w:val="20"/>
        </w:rPr>
        <w:t>[15]</w:t>
      </w:r>
    </w:p>
    <w:p>
      <w:r>
        <w:rPr>
          <w:rFonts w:ascii="Gentium Plus" w:hAnsi="Gentium Plus"/>
          <w:sz w:val="24"/>
        </w:rPr>
        <w:t>δὲ ὅταν τήνδε τὴν πραγματείαν ἐπιτελέσωμεν, ἐπιθησόμεθα ταῖς ἐξηγήσεσι τῶν συγγραμμάτων αὐτοῦ. κατὰ δὲ τὸ παρὸν, ἐπειδὴ τά τε προσευρημένα τοῖς ὑπ’ ἐκείνου λεχθεῖσιν ἐν τοῖσδε</w:t>
      </w:r>
    </w:p>
    <w:p>
      <w:r>
        <w:rPr>
          <w:rFonts w:ascii="Courier New" w:hAnsi="Courier New"/>
          <w:color w:val="555555"/>
          <w:sz w:val="20"/>
        </w:rPr>
        <w:t>[10 . 445]</w:t>
      </w:r>
    </w:p>
    <w:p>
      <w:r>
        <w:rPr>
          <w:rFonts w:ascii="Gentium Plus" w:hAnsi="Gentium Plus"/>
          <w:sz w:val="24"/>
        </w:rPr>
        <w:t>ριζόμεθα, πρῶτον μὲν ἀναγκαῖόν ἐστι μνημονεῦσαι τῶν κοί‐ λων ἐκκοπέων, οὓς καὶ κυκλίσκους ὀνομάζουσιν· εἶθ’ ἑξῆς τῶν φακωτῶν· καὶ μετ’ αὐτοὺς τῶν στενῶν ξυστήρων· εἶτα περὶ τῆς τῶν φαρμάκων χρήσεως εἰπεῖν τι. τῶν τοίνυν καταγμάτων</w:t>
      </w:r>
    </w:p>
    <w:p>
      <w:r>
        <w:rPr>
          <w:rFonts w:ascii="Courier New" w:hAnsi="Courier New"/>
          <w:color w:val="555555"/>
          <w:sz w:val="20"/>
        </w:rPr>
        <w:t>[5]</w:t>
      </w:r>
    </w:p>
    <w:p>
      <w:r>
        <w:rPr>
          <w:rFonts w:ascii="Gentium Plus" w:hAnsi="Gentium Plus"/>
          <w:sz w:val="24"/>
        </w:rPr>
        <w:t>τοῦ κρανίου τινὰ μὲν ἄχρι τῆς διπλόης ἐξήκει, τινὰ δὲ ἄχρι τῆς ἔνδον ἐπιφανείας τῶν ὀστῶν· καὶ τινὰ μὲν ἁπλαῖ ῥωγμαὶ, τινὰ δὲ θλάσεις, τινὰ δὲ ἕδραι τῶν πληξάντων εἰσίν. αἱ μὲν οὖν ἁπλαῖ ῥωγμαὶ μέχρι τῆς διπλόης διασχοῦσαι τῶν νῦν εἰρη‐ μένων ξυστήρων χρῄζουσι τῶν στενῶν. εἶναι δ’ αὐτοὺς χρὴ</w:t>
      </w:r>
    </w:p>
    <w:p>
      <w:r>
        <w:rPr>
          <w:rFonts w:ascii="Courier New" w:hAnsi="Courier New"/>
          <w:color w:val="555555"/>
          <w:sz w:val="20"/>
        </w:rPr>
        <w:t>[10]</w:t>
      </w:r>
    </w:p>
    <w:p>
      <w:r>
        <w:rPr>
          <w:rFonts w:ascii="Gentium Plus" w:hAnsi="Gentium Plus"/>
          <w:sz w:val="24"/>
        </w:rPr>
        <w:t>πολλοὺς μὲν τὸ πλῆθος, ἀνίσους δὲ τὸ μέγεθος, ὡς μηδέποτε ἀπορεῖν τοῦ χρησιμωτάτου τῷ ἔργῳ· κἄπειτα γυμνωθέντος κατὰ τὰ εἰθισμένα τοῦ πεπονθότος ὀστοῦ, χρῆσθαι πρώτῳ μὲν τῷ πλατυτέρῳ, δευτέρῳ δὲ τῷ μετ’ αὐτὸν στενωτέρῳ, κᾄπειθ’ οὕτως ἑξῆς τοῖς ἄλλοις ἄχρι τοῦ στενωτάτου· τούτῳ</w:t>
      </w:r>
    </w:p>
    <w:p>
      <w:r>
        <w:rPr>
          <w:rFonts w:ascii="Courier New" w:hAnsi="Courier New"/>
          <w:color w:val="555555"/>
          <w:sz w:val="20"/>
        </w:rPr>
        <w:t>[15]</w:t>
      </w:r>
    </w:p>
    <w:p>
      <w:r>
        <w:rPr>
          <w:rFonts w:ascii="Gentium Plus" w:hAnsi="Gentium Plus"/>
          <w:sz w:val="24"/>
        </w:rPr>
        <w:t>δὲ χρηστέον ἐπ’ αὐτῆς τῆς διπλόης. εἶτ’ ἰᾶσθαι χρὴ ξηροῖς φαρμάκοις αὐτίκα τε καὶ μέχρι τέλους· ἃ δὴ καὶ δι’ αὐτὸ</w:t>
      </w:r>
    </w:p>
    <w:p>
      <w:r>
        <w:rPr>
          <w:rFonts w:ascii="Courier New" w:hAnsi="Courier New"/>
          <w:color w:val="555555"/>
          <w:sz w:val="20"/>
        </w:rPr>
        <w:t>[10 . 446]</w:t>
      </w:r>
    </w:p>
    <w:p>
      <w:r>
        <w:rPr>
          <w:rFonts w:ascii="Gentium Plus" w:hAnsi="Gentium Plus"/>
          <w:sz w:val="24"/>
        </w:rPr>
        <w:t>Ἰλλυρίδος ἴρεως καὶ τοῦ τῶν ὀρόβων ἀλεύρου καὶ μάννης ἀριστολοχίας τε καὶ πάνακος ῥίζης φλοιοῦ, καὶ ἁπλῶς εἰπεῖν ἁπάντων ὅσα ῥύπτειν πέφυκεν ἄνευ τοῦ δάκνειν. αὕτη γὰρ ἡ γεννωμένη σὰρξ, ἔργον τῆς φύσεώς ἐστιν· ὥστε οὐδὲν εἰς</w:t>
      </w:r>
    </w:p>
    <w:p>
      <w:r>
        <w:rPr>
          <w:rFonts w:ascii="Courier New" w:hAnsi="Courier New"/>
          <w:color w:val="555555"/>
          <w:sz w:val="20"/>
        </w:rPr>
        <w:t>[5]</w:t>
      </w:r>
    </w:p>
    <w:p>
      <w:r>
        <w:rPr>
          <w:rFonts w:ascii="Gentium Plus" w:hAnsi="Gentium Plus"/>
          <w:sz w:val="24"/>
        </w:rPr>
        <w:t>τοῦτο τῆς ἰατρικῆς ὁ κάμνων δεῖται. τὸ δὲ τὴν γεννωμένην συμφύεσθαί τε καὶ περιφύεσθαι πᾶσι τοῖς τῶν ὀστῶν μέρεσιν ἐκ τοῦ μήτε ῥύπον ἐπ’ αὐτοῖς εἶναι μήτ’ ἐλαιώδη τινὰ λιπα‐ ρότητα γίγνοιτ’ ἂν μάλιστα. τοῦτ’ οὖν ἐστιν ὃ παρὰ τῶν ἰατρῶν οἱ κάμνοντες ἴσχουσιν εἰς τὴν σάρκωσιν, ὡς ξηρὸν</w:t>
      </w:r>
    </w:p>
    <w:p>
      <w:r>
        <w:rPr>
          <w:rFonts w:ascii="Courier New" w:hAnsi="Courier New"/>
          <w:color w:val="555555"/>
          <w:sz w:val="20"/>
        </w:rPr>
        <w:t>[10]</w:t>
      </w:r>
    </w:p>
    <w:p>
      <w:r>
        <w:rPr>
          <w:rFonts w:ascii="Gentium Plus" w:hAnsi="Gentium Plus"/>
          <w:sz w:val="24"/>
        </w:rPr>
        <w:t>μὲν ἅπαν εἶναι τὸ χωρίον, ἕκαστον δὲ μέρος τῶν πε‐ πονθότων ὀστῶν ἀκριβῶς καθαρόν. ταῦτα μὲν οὖν κοινὰ πάντων τῶν καταγμάτων, ὅταν ἄρχηται σαρκοῦσθαι. τῶν δ’ ἄχρι μήνιγγος διασχόντων, εἰ μὲν εἴη μόνη ῥωγμὴ, τοῖς εἰρημένοις ξυστῆρσι χρηστέον· εἰ δὲ μετὰ θλάσεώς τινος,</w:t>
      </w:r>
    </w:p>
    <w:p>
      <w:r>
        <w:rPr>
          <w:rFonts w:ascii="Courier New" w:hAnsi="Courier New"/>
          <w:color w:val="555555"/>
          <w:sz w:val="20"/>
        </w:rPr>
        <w:t>[15]</w:t>
      </w:r>
    </w:p>
    <w:p>
      <w:r>
        <w:rPr>
          <w:rFonts w:ascii="Gentium Plus" w:hAnsi="Gentium Plus"/>
          <w:sz w:val="24"/>
        </w:rPr>
        <w:t>ἐκκόπτειν χρὴ τὸ τεθλασμένον, ἤτοι διὰ τρυπάνων ἐν κύκλῳ πρότερον κατατιτρῶντα, κᾄπειθ’ οὕτω χρώμενον τοῖς ἐκκο‐ πεῦσιν, ἢ διὰ τῶν κυκλίσκων εὐθὺς ἐξ ἀρχῆς. ἡ μὲν οὖν διὰ</w:t>
      </w:r>
    </w:p>
    <w:p>
      <w:r>
        <w:rPr>
          <w:rFonts w:ascii="Courier New" w:hAnsi="Courier New"/>
          <w:color w:val="555555"/>
          <w:sz w:val="20"/>
        </w:rPr>
        <w:t>[10 . 447]</w:t>
      </w:r>
    </w:p>
    <w:p>
      <w:r>
        <w:rPr>
          <w:rFonts w:ascii="Gentium Plus" w:hAnsi="Gentium Plus"/>
          <w:sz w:val="24"/>
        </w:rPr>
        <w:t>ἀθροώτερον αὐτοῦ βαπτισθέντος, τῆς μήνιγγος τῆς σκληρᾶς τῆς ὑποτεταμένης τοῖς ὀστοῖς. ἡ δὲ διὰ τῶν κυκλίσκων οὐδ’ αὐτὴ παντάπασιν ἄμεμπτος, σείει γὰρ ἐπὶ πλεῖστον τὴν κεφαλὴν ἡσυχάζειν δεομένην. ἀρκεῖ δέ μοι κᾀνταῦθα μεγά‐</w:t>
      </w:r>
    </w:p>
    <w:p>
      <w:r>
        <w:rPr>
          <w:rFonts w:ascii="Courier New" w:hAnsi="Courier New"/>
          <w:color w:val="555555"/>
          <w:sz w:val="20"/>
        </w:rPr>
        <w:t>[5]</w:t>
      </w:r>
    </w:p>
    <w:p>
      <w:r>
        <w:rPr>
          <w:rFonts w:ascii="Gentium Plus" w:hAnsi="Gentium Plus"/>
          <w:sz w:val="24"/>
        </w:rPr>
        <w:t>λων μὲν οὐσῶν τῶν ῥωγμῶν καὶ τῶν ὀστῶν τῶν κατεαγότων ἰσχυρῶς κεκινημένων τοῖς κυκλίσκοις χρῆσθαι· βραχείαις γὰρ ἐπιβολαῖς χώραν παρέξεις τοῖς φακωτοῖς ἐκκοπεῦσιν· ἰσχυρῶν δὲ κατὰ τὰ πλεῖστα τῶν ὀστῶν ὑπαρχόντων κατα‐ τιτρῶναι τοῖς τρυπάνοις αὐτά. τινὲς δὲ ὑπὲρ τοῦ μηδέποτε</w:t>
      </w:r>
    </w:p>
    <w:p>
      <w:r>
        <w:rPr>
          <w:rFonts w:ascii="Courier New" w:hAnsi="Courier New"/>
          <w:color w:val="555555"/>
          <w:sz w:val="20"/>
        </w:rPr>
        <w:t>[10]</w:t>
      </w:r>
    </w:p>
    <w:p>
      <w:r>
        <w:rPr>
          <w:rFonts w:ascii="Gentium Plus" w:hAnsi="Gentium Plus"/>
          <w:sz w:val="24"/>
        </w:rPr>
        <w:t>ἁμαρτεῖν ἀβάπτιστα τρύπανα κατεσκευάσαντο. καλοῦσι δὲ οὕτως αὐτὰ διὰ τὸ μὴ βαπτίζεσθαι· περιθεῖ γὰρ ἐν κύκλῳ περιφερής τις ἴτυς, προὔχουσα μικρὸν ὑπεράνω τοῦ κατὰ τὸ τρύπανον ὀξέος πέρατος. εἶναι δὲ δήπου χρὴ πολλὰ καὶ ταῦτα πρὸς ἅπαν πάχος κρανίου παρεσκευασμένα· τοῖς</w:t>
      </w:r>
    </w:p>
    <w:p>
      <w:r>
        <w:rPr>
          <w:rFonts w:ascii="Courier New" w:hAnsi="Courier New"/>
          <w:color w:val="555555"/>
          <w:sz w:val="20"/>
        </w:rPr>
        <w:t>[15]</w:t>
      </w:r>
    </w:p>
    <w:p>
      <w:r>
        <w:rPr>
          <w:rFonts w:ascii="Gentium Plus" w:hAnsi="Gentium Plus"/>
          <w:sz w:val="24"/>
        </w:rPr>
        <w:t>μὲν γὰρ παχυτέροις τὸ μακρότερον ἁρμόσει τρύπανον· ὀνο‐ μάζω δὲ οὕτως ᾧ μεῖζόν ἐστι τὸ μεταξὺ τοῦ τ’ ἄκρου πέρατος καὶ τῆς κυκλοτεροῦς ἴτυος· τοῖς δὲ λεπτομερέσι τὸ μικρότε‐</w:t>
      </w:r>
    </w:p>
    <w:p>
      <w:r>
        <w:rPr>
          <w:rFonts w:ascii="Courier New" w:hAnsi="Courier New"/>
          <w:color w:val="555555"/>
          <w:sz w:val="20"/>
        </w:rPr>
        <w:t>[10 . 448]</w:t>
      </w:r>
    </w:p>
    <w:p>
      <w:r>
        <w:rPr>
          <w:rFonts w:ascii="Gentium Plus" w:hAnsi="Gentium Plus"/>
          <w:sz w:val="24"/>
        </w:rPr>
        <w:t>καὶ τῆς ἴτυος ἔλαττον. ἔνιοι δὲ τούτων, εἴτε δειλοτέρους χρὴ λέγειν, εἴτ’ ἀσφαλεστέρους, ταῖς καλουμέναις χοινικίσιν ἐχρήσαντο. σὺ δὲ εἰ μήτε ἀφύλακτος εἶναι μέλλοις τῶν ὄντων σφαλερῶν μήτε πέρα τοῦ προσήκοντος φοβερὸς, ἄριστόν σοι</w:t>
      </w:r>
    </w:p>
    <w:p>
      <w:r>
        <w:rPr>
          <w:rFonts w:ascii="Courier New" w:hAnsi="Courier New"/>
          <w:color w:val="555555"/>
          <w:sz w:val="20"/>
        </w:rPr>
        <w:t>[5]</w:t>
      </w:r>
    </w:p>
    <w:p>
      <w:r>
        <w:rPr>
          <w:rFonts w:ascii="Gentium Plus" w:hAnsi="Gentium Plus"/>
          <w:sz w:val="24"/>
        </w:rPr>
        <w:t>τοῖς κυκλίσκοις χρῆσθαι, κατὰ μὲν τὴν πρώτην ἐπιβολὴν τοῖς πλατυτέροις, ἑξῆς δ’ αὐτῶν τοῖς στενωτέροις, ἄχρι περ ἂν ἐπὶ τὴν παχεῖαν μήνιγγα κατέλθῃς. οὐ μὴν οὐδ’ ἐν κύκλῳ πᾶν ὅσον ἐκκοπῆναι χρὴ τοῖς κυκλίσκοις γυμνωτέον, ἀλλὰ κατ’ ἐκεῖνο μάλιστα τὸ μέρος, ἔνθα τὸ κάταγμα βιαιό‐</w:t>
      </w:r>
    </w:p>
    <w:p>
      <w:r>
        <w:rPr>
          <w:rFonts w:ascii="Courier New" w:hAnsi="Courier New"/>
          <w:color w:val="555555"/>
          <w:sz w:val="20"/>
        </w:rPr>
        <w:t>[10]</w:t>
      </w:r>
    </w:p>
    <w:p>
      <w:r>
        <w:rPr>
          <w:rFonts w:ascii="Gentium Plus" w:hAnsi="Gentium Plus"/>
          <w:sz w:val="24"/>
        </w:rPr>
        <w:t>τερον αὐτοῦ γέγονε. πρὸς μὲν γὰρ αὖ τοῖς ἄλλοις καὶ ἡ μῆνιγξ ἀφίσταται τάχιστα τῶν ἰσχυρῶς παθόντων ὀστῶν, ὥστε οὐδεὶς ἔσται κίνδυνος ἅψασθαι τῆς ἀφεστώσης ἤδη. ἢν δ’ ἅπαξ ἕν τι γυμνώσῃς μέρος, ὑποβαλὼν ἐκκοπέα, τὸ μὲν φακοειδὲς ἐπὶ τῷ πέρατι προὖχον ἀμβλὺ καὶ λεῖον ἔχοντα,</w:t>
      </w:r>
    </w:p>
    <w:p>
      <w:r>
        <w:rPr>
          <w:rFonts w:ascii="Courier New" w:hAnsi="Courier New"/>
          <w:color w:val="555555"/>
          <w:sz w:val="20"/>
        </w:rPr>
        <w:t>[15]</w:t>
      </w:r>
    </w:p>
    <w:p>
      <w:r>
        <w:rPr>
          <w:rFonts w:ascii="Gentium Plus" w:hAnsi="Gentium Plus"/>
          <w:sz w:val="24"/>
        </w:rPr>
        <w:t>τὸ δὲ ὀξὺ κατὰ τὸ μῆκος ὄρθιον ὅταν στηρίξῃς κατὰ τῆς μήνιγγος τὸ πλατὺ τοῦ φακοειδοῦς, ἐπικρούων τῇ μικρᾷ σφυρᾷ, διαιρεῖν οὕτω τὸ κρανίον. συμβαίνει γὰρ ἐπὶ ταῖς</w:t>
      </w:r>
    </w:p>
    <w:p>
      <w:r>
        <w:rPr>
          <w:rFonts w:ascii="Courier New" w:hAnsi="Courier New"/>
          <w:color w:val="555555"/>
          <w:sz w:val="20"/>
        </w:rPr>
        <w:t>[10 . 449]</w:t>
      </w:r>
    </w:p>
    <w:p>
      <w:r>
        <w:rPr>
          <w:rFonts w:ascii="Gentium Plus" w:hAnsi="Gentium Plus"/>
          <w:sz w:val="24"/>
        </w:rPr>
        <w:t>οὐδ’ ἂν νυστάζων τις ἐνεργῇ, τρωθῆναι δύναται, τῷ πλατεῖ μέρει μόνῳ τοῦ φακοειδοῦς ὁμιλοῦσα· καὶ ἢν προσέχηται δέ που τῷ κρανίῳ, καὶ ταύτης τὴν προσάρτησιν ἀλύπως ἀποσπᾷ τὸ περιφερὲς πέρας τοῦ φακοειδοῦς· ἕπεται δὲ ἐξ‐</w:t>
      </w:r>
    </w:p>
    <w:p>
      <w:r>
        <w:rPr>
          <w:rFonts w:ascii="Courier New" w:hAnsi="Courier New"/>
          <w:color w:val="555555"/>
          <w:sz w:val="20"/>
        </w:rPr>
        <w:t>[5]</w:t>
      </w:r>
    </w:p>
    <w:p>
      <w:r>
        <w:rPr>
          <w:rFonts w:ascii="Gentium Plus" w:hAnsi="Gentium Plus"/>
          <w:sz w:val="24"/>
        </w:rPr>
        <w:t>όπισθεν αὐτῷ ποδηγοῦντι, διακόπτων τὸ κρανίον ὁ ἐκκο‐ πεὺς αὐτός. ὥστε οὔτε ἀκινδυνότερον οὔτε θᾶττον ἐνερ‐ γοῦντα τρόπον ἕτερον ἀνατρήσεως εὑρεῖν ἐγχωρεῖ. μάλιστα δ’ αὐτὸν ἐπαινέσεις ἐν τοῖς σφοδροτάτοις κατάγμασιν· ἃ δή τινες τῶν νεωτέρων ἰατρῶν ἐγγεισώματά τε καὶ καμα‐</w:t>
      </w:r>
    </w:p>
    <w:p>
      <w:r>
        <w:rPr>
          <w:rFonts w:ascii="Courier New" w:hAnsi="Courier New"/>
          <w:color w:val="555555"/>
          <w:sz w:val="20"/>
        </w:rPr>
        <w:t>[10]</w:t>
      </w:r>
    </w:p>
    <w:p>
      <w:r>
        <w:rPr>
          <w:rFonts w:ascii="Gentium Plus" w:hAnsi="Gentium Plus"/>
          <w:sz w:val="24"/>
        </w:rPr>
        <w:t>ρώσεις ὀνομάζουσι, τὰ μὲν ἐγγεισώματα τῷ μέσῳ σφῶν αὐτῶν ἐρείδοντα κατὰ τῆς μήνιγγος, τὰ δὲ καμαρώματα τουτὶ μὲν ὑψηλὸν ἔχοντα, καθ’ ἃ δὲ πρῶτον ἀπὸ τῶν ὑγειῶν τὸ πεπονθὸς ἤρξατο χωρίζεσθαι ταῖς τοῦ κατάγματος ῥωγ‐ μαῖς, εἴσω μᾶλλον ἀπεληλυθότα καὶ κατὰ τῆς μήνιγγος ἐστη‐</w:t>
      </w:r>
    </w:p>
    <w:p>
      <w:r>
        <w:rPr>
          <w:rFonts w:ascii="Courier New" w:hAnsi="Courier New"/>
          <w:color w:val="555555"/>
          <w:sz w:val="20"/>
        </w:rPr>
        <w:t>[15]</w:t>
      </w:r>
    </w:p>
    <w:p>
      <w:r>
        <w:rPr>
          <w:rFonts w:ascii="Gentium Plus" w:hAnsi="Gentium Plus"/>
          <w:sz w:val="24"/>
        </w:rPr>
        <w:t>ριγμένα. τάχιστα γὰρ ἐπὶ τῶν τοιούτων ἐκκόπτεται τὸ πεπονθὸς ἅπαν, ἑτοιμότερον ὑποδυομένου τοῦ φακωτοῦ πέ‐ ρατος ἐν τοῖς ἐπὶ πλεῖστον ἐξεστηκόσι τοῦ κατὰ φύσιν.</w:t>
      </w:r>
    </w:p>
    <w:p>
      <w:r>
        <w:rPr>
          <w:rFonts w:ascii="Courier New" w:hAnsi="Courier New"/>
          <w:color w:val="555555"/>
          <w:sz w:val="20"/>
        </w:rPr>
        <w:t>[10 . 450]</w:t>
      </w:r>
    </w:p>
    <w:p>
      <w:r>
        <w:rPr>
          <w:rFonts w:ascii="Gentium Plus" w:hAnsi="Gentium Plus"/>
          <w:sz w:val="24"/>
        </w:rPr>
        <w:t>τῶν ἰσχυρῶς συντετρημένων ὀστῶν, κατ’ ἐκεῖνο μάλιστα τὸ μέρος ὑποδῦναι τὸν φακωτὸν παρασκευάσομεν. ἕπεται δὲ τούτου γενομένου πάντα ἑξῆς ὧν δεόμεθα σὺν ἀσφαλείᾳ τε ἅμα καὶ τάχει· καὶ σχεδὸν, ὡς ἄν τις εἴποι, κατὰ μὲν τἄλλα</w:t>
      </w:r>
    </w:p>
    <w:p>
      <w:r>
        <w:rPr>
          <w:rFonts w:ascii="Courier New" w:hAnsi="Courier New"/>
          <w:color w:val="555555"/>
          <w:sz w:val="20"/>
        </w:rPr>
        <w:t>[5]</w:t>
      </w:r>
    </w:p>
    <w:p>
      <w:r>
        <w:rPr>
          <w:rFonts w:ascii="Gentium Plus" w:hAnsi="Gentium Plus"/>
          <w:sz w:val="24"/>
        </w:rPr>
        <w:t>σύμπαντα καλῶς εἴρηται τοῦτο δὴ τὸ πολυθρύλητον, Ἀρχὴ δὲ τὸ ἥμισυ παντός· ἐνταυθοῖ δ’ οὐχ ἥμισυ τοῦ παν‐ τὸς, ἀλλ’ ἤτοι πᾶν ἢ ὀλίγου δεῖν ἅπαν ἔχοις ἂν ἐνθεὶς τὸν φακωτόν. αὕτη μὲν οὖν ἀρίστη χειρουργία τῶν ἐν τῷ κρανίῳ καταγμάτων· ὁπόσον δὲ ἐκκόπτειν χρὴ τοῦ πεπονθότος, ἐφε‐</w:t>
      </w:r>
    </w:p>
    <w:p>
      <w:r>
        <w:rPr>
          <w:rFonts w:ascii="Courier New" w:hAnsi="Courier New"/>
          <w:color w:val="555555"/>
          <w:sz w:val="20"/>
        </w:rPr>
        <w:t>[10]</w:t>
      </w:r>
    </w:p>
    <w:p>
      <w:r>
        <w:rPr>
          <w:rFonts w:ascii="Gentium Plus" w:hAnsi="Gentium Plus"/>
          <w:sz w:val="24"/>
        </w:rPr>
        <w:t>ξῆς σοι δίειμι. τὸ μὲν ἰσχυρῶς συντριβὲν ὅλον ἐξαίρειν· εἰ δ’ ἀπ’ αὐτοῦ τινες ἐπὶ πλέον ἐκτείνοιντο ῥωγμαὶ, καθάπερ ἐνίοτε φαίνεται συμβαῖνον, οὐ χρὴ ταύταις ἕπεσθαι μέχρι πέρατος, εὖ εἰδότας ὡς οὐδὲν βλάβος ἀκολουθήσει διὰ τοῦτο, τῶν ἄλλων ἁπάντων ὀρθῶς πραχθέντων. ἡμεῖς</w:t>
      </w:r>
    </w:p>
    <w:p>
      <w:r>
        <w:rPr>
          <w:rFonts w:ascii="Courier New" w:hAnsi="Courier New"/>
          <w:color w:val="555555"/>
          <w:sz w:val="20"/>
        </w:rPr>
        <w:t>[15]</w:t>
      </w:r>
    </w:p>
    <w:p>
      <w:r>
        <w:rPr>
          <w:rFonts w:ascii="Gentium Plus" w:hAnsi="Gentium Plus"/>
          <w:sz w:val="24"/>
        </w:rPr>
        <w:t>γοῦν οὐχ ἅπαξ οὐδὲ δὶς, ἀλλὰ πάνυ πολλάκις τοῦτο ποιή‐ σαντες ἐτύχομεν τοῦ τέλους. ἡ δ’ ἔνδειξις ἡμῖν κᾀνταῦθα εἰκότως τῶν ποιητέων ἐκ τῆς φύσεως τῶν πεπονθότων μο‐</w:t>
      </w:r>
    </w:p>
    <w:p>
      <w:r>
        <w:rPr>
          <w:rFonts w:ascii="Courier New" w:hAnsi="Courier New"/>
          <w:color w:val="555555"/>
          <w:sz w:val="20"/>
        </w:rPr>
        <w:t>[10 . 451]</w:t>
      </w:r>
    </w:p>
    <w:p>
      <w:r>
        <w:rPr>
          <w:rFonts w:ascii="Gentium Plus" w:hAnsi="Gentium Plus"/>
          <w:sz w:val="24"/>
        </w:rPr>
        <w:t>ὡς ἀφλεγμαντοτάτην ἐξεῦρεν ὁ λόγος, ἐπὶ κεφαλῆς οὐχ οἷόν τ’ ἐστὶ ποιήσασθαι. ὥστε οὔτε ἀποστρέψαι τὸ ἐπιῤῥέον οὔτε τὸ περιεχόμενον ἐν τοῖς πεπονθόσιν ἐκθλῖψαι δυνατόν· ὧν χωρὶς οὐδὲ τῶν ἄλλων ὀστῶν οὐδὲν ὑγιὲς φυλαχθῆναι</w:t>
      </w:r>
    </w:p>
    <w:p>
      <w:r>
        <w:rPr>
          <w:rFonts w:ascii="Courier New" w:hAnsi="Courier New"/>
          <w:color w:val="555555"/>
          <w:sz w:val="20"/>
        </w:rPr>
        <w:t>[5]</w:t>
      </w:r>
    </w:p>
    <w:p>
      <w:r>
        <w:rPr>
          <w:rFonts w:ascii="Gentium Plus" w:hAnsi="Gentium Plus"/>
          <w:sz w:val="24"/>
        </w:rPr>
        <w:t>δύναται. ὑποκείσθω γοῦν βραχίων ἄχρι τοῦ μυελοῦ ῥωγμὴν ἐσχηκὼς, εἶτα μηδεὶς αὐτὸν ἐπιδείτω νόμῳ καταγματικῷ, πᾶσα δήπουθεν ἀνάγκη τοὺς ἰχῶρας οὐκ ἔξω μόνον ὑπό τε τὸ δέρμα καὶ τοὺς μῦς ἀθροιζομένους, ἀλλὰ καὶ τῷ μυελῷ περιεχομένους, ἐκεῖνόν τε πρῶτον καὶ μάλιστα σῆψαι καὶ</w:t>
      </w:r>
    </w:p>
    <w:p>
      <w:r>
        <w:rPr>
          <w:rFonts w:ascii="Courier New" w:hAnsi="Courier New"/>
          <w:color w:val="555555"/>
          <w:sz w:val="20"/>
        </w:rPr>
        <w:t>[10]</w:t>
      </w:r>
    </w:p>
    <w:p>
      <w:r>
        <w:rPr>
          <w:rFonts w:ascii="Gentium Plus" w:hAnsi="Gentium Plus"/>
          <w:sz w:val="24"/>
        </w:rPr>
        <w:t>σὺν αὐτῷ τὸ σύμπαν ὀστοῦν, ὅπου γε καὶ νῦν ἁπάντων προσηκόντως γιγνομένων, ἔστιν ὅτε τοιαῦτα συμπίπτει. πῶς οὖν οὐχὶ καὶ μᾶλλον ἂν ἐπὶ κεφαλῆς ταῦτα συμβαίνοι, μήτε καταγματικὴν ἐπίδεσιν ἐγχωρούσης δέξασθαι, τῶν τε ἰχώρων ἐπὶ τὸ κάταντες φερομένων ὡς ἀθροίζεσθαι πάντας ἐπὶ τῆς</w:t>
      </w:r>
    </w:p>
    <w:p>
      <w:r>
        <w:rPr>
          <w:rFonts w:ascii="Courier New" w:hAnsi="Courier New"/>
          <w:color w:val="555555"/>
          <w:sz w:val="20"/>
        </w:rPr>
        <w:t>[15]</w:t>
      </w:r>
    </w:p>
    <w:p>
      <w:r>
        <w:rPr>
          <w:rFonts w:ascii="Gentium Plus" w:hAnsi="Gentium Plus"/>
          <w:sz w:val="24"/>
        </w:rPr>
        <w:t>μήνιγγος; ἐπὶ μὲν οὖν τῶν ἄλλων καταγμάτων ἡ ἐπίδεσις ὅταν ὀρθῶς γένηται, τοσούτου δεῖ περιττὴν ὑγρότητα συγ‐ χωρεῖν ἐπιτρέφεσθαι κατὰ τὸ πεπονθὸς ὀστοῦν, ὥστε καὶ</w:t>
      </w:r>
    </w:p>
    <w:p>
      <w:r>
        <w:rPr>
          <w:rFonts w:ascii="Courier New" w:hAnsi="Courier New"/>
          <w:color w:val="555555"/>
          <w:sz w:val="20"/>
        </w:rPr>
        <w:t>[10 . 452]</w:t>
      </w:r>
    </w:p>
    <w:p>
      <w:r>
        <w:rPr>
          <w:rFonts w:ascii="Gentium Plus" w:hAnsi="Gentium Plus"/>
          <w:sz w:val="24"/>
        </w:rPr>
        <w:t>τῆς κεφαλῆς ὁ μὲν διὰ τῆς ἐπιδέσεως τρόπος οὐχ οἷός τ’ ἐστὶ ξηραίνειν οὕτω τό τε κατεαγὸς ὀστοῦν αὐτὸ καὶ τὰ πέριξ, ὡς μήτε φλεγμῆναι μήθ’ ὅλως ἐργάσασθαί τινα ἰχῶρα· φάρμακόν τε οὐδὲν οὐδ’ ἐπὶ τῶν ἄλλων μερῶν ἄνευ τῆς</w:t>
      </w:r>
    </w:p>
    <w:p>
      <w:r>
        <w:rPr>
          <w:rFonts w:ascii="Courier New" w:hAnsi="Courier New"/>
          <w:color w:val="555555"/>
          <w:sz w:val="20"/>
        </w:rPr>
        <w:t>[5]</w:t>
      </w:r>
    </w:p>
    <w:p>
      <w:r>
        <w:rPr>
          <w:rFonts w:ascii="Gentium Plus" w:hAnsi="Gentium Plus"/>
          <w:sz w:val="24"/>
        </w:rPr>
        <w:t>ἐπιδέσεως ἱκανὸν εἰς ὅσον εἴρηται ξηρὸν καὶ ἀπέριττον ἐργά‐ σασθαι τὸ κατεαγός. ἀναγκαῖον οὖν ἡμῖν γίγνεται γυμνῶσαί τι τοῦ κατάγματος, ἵν’ ἔχωμεν ἀπομάττειν καὶ ἀποπλύνειν ἀπὸ τῆς μήνιγγος τοὺς ἰχῶρας, ἐπειδὰν ὅ τε τῆς φλεγμονῆς παύσηται καιρὸς, ἀκριβῶς τε ᾖ ξηρὰ πάντα, σαρκῶσαι καὶ</w:t>
      </w:r>
    </w:p>
    <w:p>
      <w:r>
        <w:rPr>
          <w:rFonts w:ascii="Courier New" w:hAnsi="Courier New"/>
          <w:color w:val="555555"/>
          <w:sz w:val="20"/>
        </w:rPr>
        <w:t>[10]</w:t>
      </w:r>
    </w:p>
    <w:p>
      <w:r>
        <w:rPr>
          <w:rFonts w:ascii="Gentium Plus" w:hAnsi="Gentium Plus"/>
          <w:sz w:val="24"/>
        </w:rPr>
        <w:t>συνουλῶσαι τὸ χωρίον. οὐκ ἔστιν ὁ λόγος οὗτος ψιλὸς, οἷον οἱ μηδὲν ἐπ’ αὐτῶν τῶν ἔργων εἰδότες σοφισταὶ ζητοῦσι, διὰ τί τὰ τῆς κεφαλῆς οὐ πωροῦται κατάγματα· πωροῦται μὲν γὰρ ὦ βέλτιστοι· καὶ ὑμεῖς οὕτως ἐστὲ ληρώδεις ὥστε τῶν οὐκ ὄντων ὡς ὄντων λέγειν αἰτίας. οἶδα γοῦν ποτε τὸ</w:t>
      </w:r>
    </w:p>
    <w:p>
      <w:r>
        <w:rPr>
          <w:rFonts w:ascii="Courier New" w:hAnsi="Courier New"/>
          <w:color w:val="555555"/>
          <w:sz w:val="20"/>
        </w:rPr>
        <w:t>[15]</w:t>
      </w:r>
    </w:p>
    <w:p>
      <w:r>
        <w:rPr>
          <w:rFonts w:ascii="Gentium Plus" w:hAnsi="Gentium Plus"/>
          <w:sz w:val="24"/>
        </w:rPr>
        <w:t>βρέγματος ὀστοῦν συντριβέν· τὸ δ’ ἐφεξῆς αὐτῷ τὸ τοῦ κροτάφου καλούμενον, ἐν ᾧ τὰς λεπιδοειδεῖς ἐπιβολὰς εἶναι</w:t>
      </w:r>
    </w:p>
    <w:p>
      <w:r>
        <w:rPr>
          <w:rFonts w:ascii="Courier New" w:hAnsi="Courier New"/>
          <w:color w:val="555555"/>
          <w:sz w:val="20"/>
        </w:rPr>
        <w:t>[10 . 453]</w:t>
      </w:r>
    </w:p>
    <w:p>
      <w:r>
        <w:rPr>
          <w:rFonts w:ascii="Gentium Plus" w:hAnsi="Gentium Plus"/>
          <w:sz w:val="24"/>
        </w:rPr>
        <w:t>ὅλως μὴ προσαψάμενοι, μόνον δ’ ἐκκόψαντες τὸ τοῦ βρέγ‐ ματος ἰάσαμεν τὸν ἄνθρωπον, ὡς καὶ νῦν ἔτι ζῇν ἐξ ἐτῶν πολλῶν. εἰ δὲ καὶ τὸ τοῦ βρέγματος εἰάσαμεν, οὕτως ἐσάπη ἂν θᾶττον ἡ κατὰ τοῦθ’ ὑποκειμένη μῆνιγξ ἢ ἐπωρώθη τὸ</w:t>
      </w:r>
    </w:p>
    <w:p>
      <w:r>
        <w:rPr>
          <w:rFonts w:ascii="Courier New" w:hAnsi="Courier New"/>
          <w:color w:val="555555"/>
          <w:sz w:val="20"/>
        </w:rPr>
        <w:t>[5]</w:t>
      </w:r>
    </w:p>
    <w:p>
      <w:r>
        <w:rPr>
          <w:rFonts w:ascii="Gentium Plus" w:hAnsi="Gentium Plus"/>
          <w:sz w:val="24"/>
        </w:rPr>
        <w:t>κάταγμα. ὡς εἴ γε μηδεὶς ἐκ τῶν πεπονθότων ἰχὼρ ἐντὸς ἔῤῥει, περιττὸν ἦν ἐκκόπτειν ὀστοῦν. ἐκεῖνοι μὲν οὖν ὡς σύνηθες αὐτοῖς ἐστι φλυαρείτωσαν, ἐγὼ δ’ ἐφ’ ἑτέρου κατάγ‐ ματος ὁμοίως γεγονότος ἐνενόησα τὸ μὲν ὑψηλὸν ὀστοῦν ἐᾶσαι, τὸ δ’ ἐν τοῖς πλαγίοις ἐκκόψαι πρὸς ὑπόῤῥυσιν τῶν</w:t>
      </w:r>
    </w:p>
    <w:p>
      <w:r>
        <w:rPr>
          <w:rFonts w:ascii="Courier New" w:hAnsi="Courier New"/>
          <w:color w:val="555555"/>
          <w:sz w:val="20"/>
        </w:rPr>
        <w:t>[10]</w:t>
      </w:r>
    </w:p>
    <w:p>
      <w:r>
        <w:rPr>
          <w:rFonts w:ascii="Gentium Plus" w:hAnsi="Gentium Plus"/>
          <w:sz w:val="24"/>
        </w:rPr>
        <w:t>ἰχώρων· εἶτ’ ἐννοήσας τό τε πάχος αὐτοῦ καὶ τὴν σκληρότητα βέλτιον ᾠήθην εἶναι τὸ μετέωρον ὀστοῦν ἐξε‐ λεῖν μᾶλλον ἢ τῆς ὑποῤῥύσεως φροντίζων σεῖσαι σφοδρῶς τὸν ἐγκέφαλον. ἐνενόησα δὲ καὶ ὡς εἰς τὰ πλάγια γεννηθείσης ὀπῆς μεγάλης τοῖς ὀστοῖς ἐξίσχειν ταύτῃ συμβήσεται τὸν</w:t>
      </w:r>
    </w:p>
    <w:p>
      <w:r>
        <w:rPr>
          <w:rFonts w:ascii="Courier New" w:hAnsi="Courier New"/>
          <w:color w:val="555555"/>
          <w:sz w:val="20"/>
        </w:rPr>
        <w:t>[15]</w:t>
      </w:r>
    </w:p>
    <w:p>
      <w:r>
        <w:rPr>
          <w:rFonts w:ascii="Gentium Plus" w:hAnsi="Gentium Plus"/>
          <w:sz w:val="24"/>
        </w:rPr>
        <w:t>ἐγκέφαλον. ἔστι δὲ δήπου πολλαχόθι κατὰ τὰ πλάγια καὶ νεύρων τις ἔκφυσις ἐπικαίρων· ἐν δὲ τοῖς ὑψηλοῖς τῆς κεφα‐ λῆς, οὐδὲ σμικρότατον οὐδαμόθεν νεῦρον ἐκφύεται. διὰ</w:t>
      </w:r>
    </w:p>
    <w:p>
      <w:r>
        <w:rPr>
          <w:rFonts w:ascii="Courier New" w:hAnsi="Courier New"/>
          <w:color w:val="555555"/>
          <w:sz w:val="20"/>
        </w:rPr>
        <w:t>[10 . 454]</w:t>
      </w:r>
    </w:p>
    <w:p>
      <w:r>
        <w:rPr>
          <w:rFonts w:ascii="Gentium Plus" w:hAnsi="Gentium Plus"/>
          <w:sz w:val="24"/>
        </w:rPr>
        <w:t>φαλῆς. ἐπωρώθη δὲ ἀεὶ θεραπευόντων ὡς χρή. καὶ σχεδὸν ἔτι τοῦθ’ ἡμῖν ὑπολείπεται διασκέψασθαι, τίς ἡ τῶν φαρ‐ μάκων τε καὶ ὅλης τῆς μετὰ τὴν ἀνάτρησιν ἐπιμελείας ἀγωγὴ βελτίστη πασῶν ἐστιν· ἆρά γε ἡ πρᾳοτάτη καὶ παρηγορικω‐</w:t>
      </w:r>
    </w:p>
    <w:p>
      <w:r>
        <w:rPr>
          <w:rFonts w:ascii="Courier New" w:hAnsi="Courier New"/>
          <w:color w:val="555555"/>
          <w:sz w:val="20"/>
        </w:rPr>
        <w:t>[5]</w:t>
      </w:r>
    </w:p>
    <w:p>
      <w:r>
        <w:rPr>
          <w:rFonts w:ascii="Gentium Plus" w:hAnsi="Gentium Plus"/>
          <w:sz w:val="24"/>
        </w:rPr>
        <w:t>τάτη, καθάπερ νῦν ὑπὸ τῶν πλείστων γίνεται, ἢ ἡ ταύτης ἐναντιωτάτη, διὰ τῶν ἰσχυρότατα ξηραινόντων φαρμάκων, οἷον καὶ Μέγης ὁ Σιδώνιος ἐπαινεῖ. καί τις ἡμέτερος πολίτης ἐχρῆτο διὰ παντὸς, ὡς καὶ τὴν Ἶσιν ἐπονομαζομένην εὐθέως ἐπιθεῖναι γυμνωθείσῃ τῇ μήνιγγι ἔμπλαστρον καὶ κατὰ ταύτης</w:t>
      </w:r>
    </w:p>
    <w:p>
      <w:r>
        <w:rPr>
          <w:rFonts w:ascii="Courier New" w:hAnsi="Courier New"/>
          <w:color w:val="555555"/>
          <w:sz w:val="20"/>
        </w:rPr>
        <w:t>[10]</w:t>
      </w:r>
    </w:p>
    <w:p>
      <w:r>
        <w:rPr>
          <w:rFonts w:ascii="Gentium Plus" w:hAnsi="Gentium Plus"/>
          <w:sz w:val="24"/>
        </w:rPr>
        <w:t>ἔξωθεν ὀξύμελι. πρεσβύτης δὲ ἦν οὗτος ἱκανῶς τρίβων τὰ τοιαῦτα τῆς τέχνης· οὐ μὴν οὔτε ἄλλον τινὰ χρώμενον εἶδον, οὔτε αὐτὸς ἐτόλμησα χρήσασθαι. τοσοῦτο μόνον ἔχω μαρτυ‐ ρεῖν τῷ Εὐδήμῳ, τοῦτο γὰρ ὁ πρεσβύτης ἐκαλεῖτο, ὡς ἐσώ‐ ζοντο μᾶλλον οἱ ὑπ’ ἐκείνου θεραπευόμενοι τῶν παρηγορικῶς</w:t>
      </w:r>
    </w:p>
    <w:p>
      <w:r>
        <w:rPr>
          <w:rFonts w:ascii="Courier New" w:hAnsi="Courier New"/>
          <w:color w:val="555555"/>
          <w:sz w:val="20"/>
        </w:rPr>
        <w:t>[15]</w:t>
      </w:r>
    </w:p>
    <w:p>
      <w:r>
        <w:rPr>
          <w:rFonts w:ascii="Gentium Plus" w:hAnsi="Gentium Plus"/>
          <w:sz w:val="24"/>
        </w:rPr>
        <w:t>ἀγομένων. ἐπεχείρησα δ’ ἄν ποτε καὶ αὐτὸς δι’ ἐμαυτοῦ πειραθῆναι τῆς τοιαύτης ἀγωγῆς, εἰ διὰ παντὸς ἐν Ἀσίᾳ</w:t>
      </w:r>
    </w:p>
    <w:p>
      <w:r>
        <w:rPr>
          <w:rFonts w:ascii="Courier New" w:hAnsi="Courier New"/>
          <w:color w:val="555555"/>
          <w:sz w:val="20"/>
        </w:rPr>
        <w:t>[10 . 455]</w:t>
      </w:r>
    </w:p>
    <w:p>
      <w:r>
        <w:rPr>
          <w:rFonts w:ascii="Gentium Plus" w:hAnsi="Gentium Plus"/>
          <w:sz w:val="24"/>
        </w:rPr>
        <w:t>λεως ἔθει συνηκολούθησα, παραχωρήσας τοῖς χειρουργοῖς καλουμένοις τὰ πλεῖστα τῶν τοιούτων ἔργων. τὴν μέντοι φύσιν τοῦ πράγματος ἐπισκοπούμενος ἐννοῶ τοιοῦτόν τινα διορισμὸν, ὑπὸ μακρᾶς πείρας ἡμετέρας μαρτυρούμενον· ὁ</w:t>
      </w:r>
    </w:p>
    <w:p>
      <w:r>
        <w:rPr>
          <w:rFonts w:ascii="Courier New" w:hAnsi="Courier New"/>
          <w:color w:val="555555"/>
          <w:sz w:val="20"/>
        </w:rPr>
        <w:t>[5]</w:t>
      </w:r>
    </w:p>
    <w:p>
      <w:r>
        <w:rPr>
          <w:rFonts w:ascii="Gentium Plus" w:hAnsi="Gentium Plus"/>
          <w:sz w:val="24"/>
        </w:rPr>
        <w:t>καλούμενος ἀκουστικὸς πόρος, οὐ μόνον ἄχρι τῆς σκληρᾶς ἐξικνεῖται μήνιγγος, ἀλλὰ καὶ αὐτοῦ τοῦ νεύρου ψαύει τοῦ καθήκοντος ἐξ ἐγκεφάλου εἰς αὐτόν. κείμενος δ’ οὕτως ἐγγὺς, ὅμως ἰσχυροτάτων ἀνέχεται φαρμάκων, ὡς καὶ πρόσθεν εἴρη‐ ται. θαυμαστὸν οὖν οὐδὲν, εἰ καὶ μετὰ τὰς ἀνατρήσεις ἡ</w:t>
      </w:r>
    </w:p>
    <w:p>
      <w:r>
        <w:rPr>
          <w:rFonts w:ascii="Courier New" w:hAnsi="Courier New"/>
          <w:color w:val="555555"/>
          <w:sz w:val="20"/>
        </w:rPr>
        <w:t>[10]</w:t>
      </w:r>
    </w:p>
    <w:p>
      <w:r>
        <w:rPr>
          <w:rFonts w:ascii="Gentium Plus" w:hAnsi="Gentium Plus"/>
          <w:sz w:val="24"/>
        </w:rPr>
        <w:t>μῆνιγξ ἡ παχεῖα, πρὶν ἀξιολόγως φλεγμῆναι, τοῖς ἰσχυροτά‐ τοις χαίρει φαρμάκοις, ὡς ἂν φύσει ξηρὰ τὴν οὐσίαν ὑπάρ‐</w:t>
      </w:r>
    </w:p>
    <w:p>
      <w:r>
        <w:rPr>
          <w:rFonts w:ascii="Courier New" w:hAnsi="Courier New"/>
          <w:color w:val="555555"/>
          <w:sz w:val="20"/>
        </w:rPr>
        <w:t>[10 . 456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Η.</w:t>
      </w:r>
    </w:p>
    <w:p>
      <w:r>
        <w:rPr>
          <w:rFonts w:ascii="Courier New" w:hAnsi="Courier New"/>
          <w:color w:val="555555"/>
          <w:sz w:val="20"/>
        </w:rPr>
        <w:t>[1]</w:t>
      </w:r>
    </w:p>
    <w:p>
      <w:r>
        <w:rPr>
          <w:rFonts w:ascii="Gentium Plus" w:hAnsi="Gentium Plus"/>
          <w:sz w:val="24"/>
        </w:rPr>
        <w:t>Τὴν θεραπευτικὴν μέθοδον, ὦ Εὐγενιανὲ φίλτατε, πάλαι μὲν ὑπηρξάμην γράφειν Ἱέρωνι χαριζόμενος, ἐπεὶ δὲ ἐξαίφνης ἐκεῖνος ἀποδημίαν μακρὰν ἀναγκασθεὶς στεί‐ λασθαι, μετ’ οὐ πολὺν χρόνον ἠγγέλθη τεθνεὼς, ἐγκατέλιπον</w:t>
      </w:r>
    </w:p>
    <w:p>
      <w:r>
        <w:rPr>
          <w:rFonts w:ascii="Courier New" w:hAnsi="Courier New"/>
          <w:color w:val="555555"/>
          <w:sz w:val="20"/>
        </w:rPr>
        <w:t>[5]</w:t>
      </w:r>
    </w:p>
    <w:p>
      <w:r>
        <w:rPr>
          <w:rFonts w:ascii="Gentium Plus" w:hAnsi="Gentium Plus"/>
          <w:sz w:val="24"/>
        </w:rPr>
        <w:t>κᾀγὼ τὴν γραφήν. οἶσθα γὰρ ὡς οὔτε ταύτην οὔτε ἄλλην τινὰ πραγματείαν ἔγραψα τῆς παρὰ τοῖς πολλοῖς ἐφιέμενος δόξης, ἀλλ’ ἤτοι φίλοις χαριζόμενος ἢ γυμνάζων ἐμαυτὸν, εἴς τε τὰ παρόντα χρησιμώτατον γυμνάσιον εἴς τε τὸ τῆς</w:t>
      </w:r>
    </w:p>
    <w:p>
      <w:r>
        <w:rPr>
          <w:rFonts w:ascii="Courier New" w:hAnsi="Courier New"/>
          <w:color w:val="555555"/>
          <w:sz w:val="20"/>
        </w:rPr>
        <w:t>[10 . 457]</w:t>
      </w:r>
    </w:p>
    <w:p>
      <w:r>
        <w:rPr>
          <w:rFonts w:ascii="Gentium Plus" w:hAnsi="Gentium Plus"/>
          <w:sz w:val="24"/>
        </w:rPr>
        <w:t>μενος. ὁ γάρ τοι τῶν πολλῶν ἀνθρώπων ἔπαινος εἰς μὲν χρείας τινὰς ἐπιτήδειον ὄργανον ἐνίοτε γίγνεται τοῖς ζῶσιν, ἀποθανόντας δὲ οὐδὲν ὀνίνησιν, ὥσπερ οὐδὲ τῶν ζώντων ἐνίους. ὅσοι γὰρ ἥσυχον εἵλοντο βίον, ὠφελημένοι μὲν ἐκ</w:t>
      </w:r>
    </w:p>
    <w:p>
      <w:r>
        <w:rPr>
          <w:rFonts w:ascii="Courier New" w:hAnsi="Courier New"/>
          <w:color w:val="555555"/>
          <w:sz w:val="20"/>
        </w:rPr>
        <w:t>[5]</w:t>
      </w:r>
    </w:p>
    <w:p>
      <w:r>
        <w:rPr>
          <w:rFonts w:ascii="Gentium Plus" w:hAnsi="Gentium Plus"/>
          <w:sz w:val="24"/>
        </w:rPr>
        <w:t>τῆς φιλοσόφιας, αὐτάρκη δ’ ἔχοντες τὰ πρὸς τὴν τοῦ σώμα‐ τος θεραπείαν, τούτοις ἐμπόδιον οὐ σμικρόν ἐστιν ἡ παρὰ τοῖς πολλοῖς δόξα, περαιτέρω τοῦ προσήκοντος ἀπάγουσα τῶν καλλίστων αὐτούς. ὥσπερ ἀμέλει καὶ ἡμᾶς οἶσθα πολ‐ λάκις ἀνιωμένους ἐπὶ τοῖς ἐνοχλοῦσιν οὕτω συνεχῶς ἐνίοτε</w:t>
      </w:r>
    </w:p>
    <w:p>
      <w:r>
        <w:rPr>
          <w:rFonts w:ascii="Courier New" w:hAnsi="Courier New"/>
          <w:color w:val="555555"/>
          <w:sz w:val="20"/>
        </w:rPr>
        <w:t>[10]</w:t>
      </w:r>
    </w:p>
    <w:p>
      <w:r>
        <w:rPr>
          <w:rFonts w:ascii="Gentium Plus" w:hAnsi="Gentium Plus"/>
          <w:sz w:val="24"/>
        </w:rPr>
        <w:t>χρόνον ἐφεξῆς πολὺν, ὡς μηδ’ ἅψασθαι δυνηθῆναι βιβλίου. ἐγὼ δὲ οὐκ οἶδ’ ὅπως εὐθὺς ἐκ μειρακίου θαυμαστῶς, ἢ ἐνθέως, ἢ μανικῶς, ἢ ὅπως ἄν τις ὀνομάζειν ἐθέλῃ, κατε‐ φρόνησα μὲν τῶν πολλῶν ἀνθρώπων δόξης, ἐπεθύμησα δὲ ἀληθείας καὶ ἐπιστήμης, οὐδὲν εἶναι νομίσας οὔτε κάλλιον</w:t>
      </w:r>
    </w:p>
    <w:p>
      <w:r>
        <w:rPr>
          <w:rFonts w:ascii="Courier New" w:hAnsi="Courier New"/>
          <w:color w:val="555555"/>
          <w:sz w:val="20"/>
        </w:rPr>
        <w:t>[15]</w:t>
      </w:r>
    </w:p>
    <w:p>
      <w:r>
        <w:rPr>
          <w:rFonts w:ascii="Gentium Plus" w:hAnsi="Gentium Plus"/>
          <w:sz w:val="24"/>
        </w:rPr>
        <w:t>ἀνθρώποις οὔτε θειότερον κτῆμα. διὰ ταῦτ’ οὖν οὐδ’ ἐπέ‐ γραψά ποτε τὸ ἐμὸν ὄνομα τῶν ὑπ’ ἐμοῦ γεγραμμένων βιβλίων οὐδενί· παρεκάλουν δ’, ὡς οἶσθα, καὶ ὑμᾶς μήτ’</w:t>
      </w:r>
    </w:p>
    <w:p>
      <w:r>
        <w:rPr>
          <w:rFonts w:ascii="Courier New" w:hAnsi="Courier New"/>
          <w:color w:val="555555"/>
          <w:sz w:val="20"/>
        </w:rPr>
        <w:t>[10 . 458]</w:t>
      </w:r>
    </w:p>
    <w:p>
      <w:r>
        <w:rPr>
          <w:rFonts w:ascii="Gentium Plus" w:hAnsi="Gentium Plus"/>
          <w:sz w:val="24"/>
        </w:rPr>
        <w:t>θατε, μήτ’ ἐπιγράφειν τὰ συγγράμματα. κατὰ ταῦτ’ οὖν ἅπαντα καὶ ἡ θεραπευτικὴ μέθοδος ἐγκατελείφθη μοι, τὰ μὲν κεφάλαια τῶν εὑρημένων διὰ βραχέων ὑπομνημάτων ἐμαυτῷ γράψαντός μου, διεξοδικὴν δ’ οὐδεμίαν ἔτι προσθέν‐</w:t>
      </w:r>
    </w:p>
    <w:p>
      <w:r>
        <w:rPr>
          <w:rFonts w:ascii="Courier New" w:hAnsi="Courier New"/>
          <w:color w:val="555555"/>
          <w:sz w:val="20"/>
        </w:rPr>
        <w:t>[5]</w:t>
      </w:r>
    </w:p>
    <w:p>
      <w:r>
        <w:rPr>
          <w:rFonts w:ascii="Gentium Plus" w:hAnsi="Gentium Plus"/>
          <w:sz w:val="24"/>
        </w:rPr>
        <w:t>τος διδασκαλίαν. νυνὶ δ’ ἐπειδὴ καὶ σὺ καὶ ἄλλοι πολλοὶ τῶν ἑταίρων, ἅπερ ἐθεάσασθέ με πολλάκις ἐπὶ τῶν νοσούντων ἔργῳ διαπραττόμενον, ἐν ὑπομνήμασιν ἔχειν ἀξιοῦτε, προσ‐ θήσω τὸ λεῖπον ἔτι τῇδε τῇ πραγματείᾳ. Ἐν μὲν οὖν τῷ τρίτῳ καὶ τετάρτῳ καὶ</w:t>
      </w:r>
    </w:p>
    <w:p>
      <w:r>
        <w:rPr>
          <w:rFonts w:ascii="Courier New" w:hAnsi="Courier New"/>
          <w:color w:val="555555"/>
          <w:sz w:val="20"/>
        </w:rPr>
        <w:t>[10]</w:t>
      </w:r>
    </w:p>
    <w:p>
      <w:r>
        <w:rPr>
          <w:rFonts w:ascii="Gentium Plus" w:hAnsi="Gentium Plus"/>
          <w:sz w:val="24"/>
        </w:rPr>
        <w:t>πέμπτῳ καὶ ἕκτῳ τῶνδε τῶν ὑπομνημάτων τὸ κοινὸν νό‐ σημα τῶν ὁμοιομερῶν τε καὶ ὀργανικῶν μορίων ὅπως χρὴ θεραπεύειν ἐγεγράφειν· ἀρξάμενος μὲν οὖν ἀπ’ αὐτοῦ, διότι τε σαφέστερόν ἐστι τῶν ἄλλων ἐναργῆ τε τὸν ἔλεγχον ἔχει τῶν ἔμπροσθεν ἁπάντων σχεδὸν ἰατρῶν ὅσοι μεθόδῳ</w:t>
      </w:r>
    </w:p>
    <w:p>
      <w:r>
        <w:rPr>
          <w:rFonts w:ascii="Courier New" w:hAnsi="Courier New"/>
          <w:color w:val="555555"/>
          <w:sz w:val="20"/>
        </w:rPr>
        <w:t>[15]</w:t>
      </w:r>
    </w:p>
    <w:p>
      <w:r>
        <w:rPr>
          <w:rFonts w:ascii="Gentium Plus" w:hAnsi="Gentium Plus"/>
          <w:sz w:val="24"/>
        </w:rPr>
        <w:t>μὲν ἐπαγγέλλονται μεταχειρίζεσθαι τὴν τέχνην, ἀμέθοδοι δέ εἰσιν ἐν ταῖς θεραπείαις. πλὴν γὰρ Ἱπποκράτους τοῦ πάντων ἡμῖν τῶν καλῶν παρασχόντος τὰ σπέρματα, τῶν</w:t>
      </w:r>
    </w:p>
    <w:p>
      <w:r>
        <w:rPr>
          <w:rFonts w:ascii="Courier New" w:hAnsi="Courier New"/>
          <w:color w:val="555555"/>
          <w:sz w:val="20"/>
        </w:rPr>
        <w:t>[10 . 459]</w:t>
      </w:r>
    </w:p>
    <w:p>
      <w:r>
        <w:rPr>
          <w:rFonts w:ascii="Gentium Plus" w:hAnsi="Gentium Plus"/>
          <w:sz w:val="24"/>
        </w:rPr>
        <w:t>τος ἰάσασθαι μεθόδῳ. δεῖται δὲ καὶ τὰ Ἱπποκράτους αὐτοῦ γεωργῶν ἀγαθῶν, οἳ σπεροῦσί τε αὐτὰ καὶ αὐξήσουσι καὶ τελειώσουσι προσηκόντως. καὶ ὅτι πρὸ ἡμῶν οὐδεὶς τοῦτ’ ἔπραξεν, ἀλλ’ οἱ πλεῖστοί γε καὶ προσδιέφθειραν αὐτοῦ τὰ</w:t>
      </w:r>
    </w:p>
    <w:p>
      <w:r>
        <w:rPr>
          <w:rFonts w:ascii="Courier New" w:hAnsi="Courier New"/>
          <w:color w:val="555555"/>
          <w:sz w:val="20"/>
        </w:rPr>
        <w:t>[5]</w:t>
      </w:r>
    </w:p>
    <w:p>
      <w:r>
        <w:rPr>
          <w:rFonts w:ascii="Gentium Plus" w:hAnsi="Gentium Plus"/>
          <w:sz w:val="24"/>
        </w:rPr>
        <w:t>σπέρματα, νομίζω σαφῶς ἐπιδεδεῖχθαι τοῖς προσεσχηκόσι τὸν νοῦν. τοῦτο μὲν οὖν τὸ γένος τοῦ νοσήματος, εἴτε συνεχείας λύσιν, εἴθ’ ἑνώσεως, εἴθ’ ὁπωσοῦν ἄλλως ὀνομάζειν τις ἐθέλοι, καλεῖν ἐπετρέψαμεν ὡς ἑκάστῳ φίλον. οὐ γὰρ ὑπὲρ ὀνομάτων σπουδάζομεν οὔτε κατὰ ταύτην τὴν πραγ‐</w:t>
      </w:r>
    </w:p>
    <w:p>
      <w:r>
        <w:rPr>
          <w:rFonts w:ascii="Courier New" w:hAnsi="Courier New"/>
          <w:color w:val="555555"/>
          <w:sz w:val="20"/>
        </w:rPr>
        <w:t>[10]</w:t>
      </w:r>
    </w:p>
    <w:p>
      <w:r>
        <w:rPr>
          <w:rFonts w:ascii="Gentium Plus" w:hAnsi="Gentium Plus"/>
          <w:sz w:val="24"/>
        </w:rPr>
        <w:t>ματείαν οὔτε καθ’ ἑτέραν τινὰ τῶν ἰατρικῶν, ἀλλ’ ὅπως ἂν μάλιστα τοῦ τέλους τῆς τέχνης τυγχάνωμεν. ἐπὶ δὲ τὸ πρῶτον ἁπάντων ἐπανερχώμεθα νῦν τῷ λόγῳ νόσημα, τὸ τοῖς ὁμοιομερέσιν ἐγγινόμενον, ὧν πρῶτόν εἰσιν αἱ κατὰ τὸ ζῶον ἐνέργειαι. δέδεικται γὰρ ἐν ἄλλαις πραγματείαις ὅπως</w:t>
      </w:r>
    </w:p>
    <w:p>
      <w:r>
        <w:rPr>
          <w:rFonts w:ascii="Courier New" w:hAnsi="Courier New"/>
          <w:color w:val="555555"/>
          <w:sz w:val="20"/>
        </w:rPr>
        <w:t>[15]</w:t>
      </w:r>
    </w:p>
    <w:p>
      <w:r>
        <w:rPr>
          <w:rFonts w:ascii="Gentium Plus" w:hAnsi="Gentium Plus"/>
          <w:sz w:val="24"/>
        </w:rPr>
        <w:t>ἕκαστον τῶν ὀργανικῶν μορίων ἐνεργεῖν τι λέγομεν, οἷον ὀφθαλμὸν ὁρᾷν, ἢ βαδίζειν σκέλος. εἶναι γὰρ οὔτε ὅλου τοῦ σκέλους, ἀλλὰ τοῦ μυώδους ἐν αὐτῷ γένους τὸ κῦρος τῆς</w:t>
      </w:r>
    </w:p>
    <w:p>
      <w:r>
        <w:rPr>
          <w:rFonts w:ascii="Courier New" w:hAnsi="Courier New"/>
          <w:color w:val="555555"/>
          <w:sz w:val="20"/>
        </w:rPr>
        <w:t>[10 . 460]</w:t>
      </w:r>
    </w:p>
    <w:p>
      <w:r>
        <w:rPr>
          <w:rFonts w:ascii="Gentium Plus" w:hAnsi="Gentium Plus"/>
          <w:sz w:val="24"/>
        </w:rPr>
        <w:t>λοειδοῦς· ἐπί τε τῶν ἄλλων ἁπάντων ὀργάνων ἀνάλογον. ἐδείχθη δὲ ἐν τῷ δευτέρῳ τῆσδε τῆς πραγματείας καὶ ὡς ἀναγκαιότατόν ἐστι τὸ γένος τοῦ νοσήματος τούτου, καὶ ὡς οὐδεὶς αὐτὸ λογικῶς ἰάσαιτο τῶν ἀγνοησάντων τὰ πρῶτα</w:t>
      </w:r>
    </w:p>
    <w:p>
      <w:r>
        <w:rPr>
          <w:rFonts w:ascii="Courier New" w:hAnsi="Courier New"/>
          <w:color w:val="555555"/>
          <w:sz w:val="20"/>
        </w:rPr>
        <w:t>[5]</w:t>
      </w:r>
    </w:p>
    <w:p>
      <w:r>
        <w:rPr>
          <w:rFonts w:ascii="Gentium Plus" w:hAnsi="Gentium Plus"/>
          <w:sz w:val="24"/>
        </w:rPr>
        <w:t>στοιχεῖα, καὶ ὡς οὐδὲν ὧν φθέγγονται συνίασιν ἔνιοι τῶν λογικοὺς ἑαυτοὺς ὀνομαζόντων, ὅταν ἀτονίαν εἶναι φάσκωσιν ἢ κοιλίας, ἢ ἐντέρων, ἢ ἥπατος, ἢ ὀφθαλμῶν, ἢ ὁτουδηποτοῦν μέρους. εἰ μὲν γὰρ τὴν περὶ τὸ σύμφυτον ἔργον ἀσθένειαν οὕτως ὀνομάζουσιν, οὐδὲν ἰδιώτου πλέον</w:t>
      </w:r>
    </w:p>
    <w:p>
      <w:r>
        <w:rPr>
          <w:rFonts w:ascii="Courier New" w:hAnsi="Courier New"/>
          <w:color w:val="555555"/>
          <w:sz w:val="20"/>
        </w:rPr>
        <w:t>[10]</w:t>
      </w:r>
    </w:p>
    <w:p>
      <w:r>
        <w:rPr>
          <w:rFonts w:ascii="Gentium Plus" w:hAnsi="Gentium Plus"/>
          <w:sz w:val="24"/>
        </w:rPr>
        <w:t>ἴσασιν· ἀκοῦσαι γάρ ἐστι κᾀκείνων ἀτονεῖν ἑαυτῶν τὴν γα‐ στέρα φασκόντων, μὴ πέττειν γοῦν αὐτὴν, μήτε τὰ σμικρό‐ τατα καὶ κουφότατα τῶν προσφερομένων. εἰ δὲ διάθεσίν τινα λέγουσιν ἐν τῇ γαστρὶ τὴν ἀτονίαν, ἑρμηνευσάτωσαν ἡμῖν ἥν τινά ποτε ταύτην εἶναί φασιν, ὡς ἐπὶ φλεγμονῆς ἐποίη‐</w:t>
      </w:r>
    </w:p>
    <w:p>
      <w:r>
        <w:rPr>
          <w:rFonts w:ascii="Courier New" w:hAnsi="Courier New"/>
          <w:color w:val="555555"/>
          <w:sz w:val="20"/>
        </w:rPr>
        <w:t>[15]</w:t>
      </w:r>
    </w:p>
    <w:p>
      <w:r>
        <w:rPr>
          <w:rFonts w:ascii="Gentium Plus" w:hAnsi="Gentium Plus"/>
          <w:sz w:val="24"/>
        </w:rPr>
        <w:t>σαν. τῷ μὲν γὰρ ἐμπειρικῷ τὰ συμπτώματα μόνον ἀρκεῖ τῶν πεπονθότων μορίων ἑρμηνεῦσαι, παρὰ φύσιν ὄγκον</w:t>
      </w:r>
    </w:p>
    <w:p>
      <w:r>
        <w:rPr>
          <w:rFonts w:ascii="Courier New" w:hAnsi="Courier New"/>
          <w:color w:val="555555"/>
          <w:sz w:val="20"/>
        </w:rPr>
        <w:t>[10 . 461]</w:t>
      </w:r>
    </w:p>
    <w:p>
      <w:r>
        <w:rPr>
          <w:rFonts w:ascii="Gentium Plus" w:hAnsi="Gentium Plus"/>
          <w:sz w:val="24"/>
        </w:rPr>
        <w:t>ἔρευθός τε καὶ ὅσα τοιαῦτα· καὶ τίθενταί γε πολλάκις ἓν ὄνομα κατὰ τοῦ σύμπαντος ἀθροίσματος ἕνεκα διδασκαλίας συντόμου, καθάπερ ἐπὶ τοῦ προειρημένου φλεγμονήν. οἱ δογματικοὶ δ’ οὐχ οὕτως, ἀλλ’ αὐτὴν τὴν οὐσίαν ἐπισκέπ‐</w:t>
      </w:r>
    </w:p>
    <w:p>
      <w:r>
        <w:rPr>
          <w:rFonts w:ascii="Courier New" w:hAnsi="Courier New"/>
          <w:color w:val="555555"/>
          <w:sz w:val="20"/>
        </w:rPr>
        <w:t>[5]</w:t>
      </w:r>
    </w:p>
    <w:p>
      <w:r>
        <w:rPr>
          <w:rFonts w:ascii="Gentium Plus" w:hAnsi="Gentium Plus"/>
          <w:sz w:val="24"/>
        </w:rPr>
        <w:t>τονται τοῦ νοσήματος, ᾗ τὸ προειρημένον ἄθροισμα τῶν συμπτωμάτων ἐξ ἀνάγκης ἕπεται. δοκεῖ γοῦν Ἐρασιστράτῳ τὸ παρεμπεσὸν εἰς τὰς ἀρτηρίας αἷμα πρὸς τοῦ πνεύματος ὠθούμενον ἐν τοῖς πέρασιν αὐτῶν σφηνωθῆναι, καὶ τοῦτο εἶναι τὴν φλεγμονήν. ἀλλ’ ἦν, οἶμαι, δίκαιος ἢ Ἐρασίστρατος</w:t>
      </w:r>
    </w:p>
    <w:p>
      <w:r>
        <w:rPr>
          <w:rFonts w:ascii="Courier New" w:hAnsi="Courier New"/>
          <w:color w:val="555555"/>
          <w:sz w:val="20"/>
        </w:rPr>
        <w:t>[10]</w:t>
      </w:r>
    </w:p>
    <w:p>
      <w:r>
        <w:rPr>
          <w:rFonts w:ascii="Gentium Plus" w:hAnsi="Gentium Plus"/>
          <w:sz w:val="24"/>
        </w:rPr>
        <w:t>αὐτὸς ἢ τῶν ἀπ’ αὐτοῦ τις ὁμοίως ἐξηγήσασθαι καὶ τὴν ἐν ταῖς ἀτονίαις ἑκάστου μορίου διάθεσιν· ὥσπερ γὰρ ἐπὶ τῆς φλεγμονῆς εἰς ὅ τι μεταπέπτωκεν ἡ φυσικὴ κατασκευὴ τοῦ μέρους ἐδήλωσεν, οὕτως ὁ λόγος ἐπιζητεῖ ῥηθῆναι καὶ τὴν εἰς ἀτονίαν ἑκάστου μορίου μετάπτωσιν. οὐ γὰρ δὴ κατὰ</w:t>
      </w:r>
    </w:p>
    <w:p>
      <w:r>
        <w:rPr>
          <w:rFonts w:ascii="Courier New" w:hAnsi="Courier New"/>
          <w:color w:val="555555"/>
          <w:sz w:val="20"/>
        </w:rPr>
        <w:t>[15]</w:t>
      </w:r>
    </w:p>
    <w:p>
      <w:r>
        <w:rPr>
          <w:rFonts w:ascii="Gentium Plus" w:hAnsi="Gentium Plus"/>
          <w:sz w:val="24"/>
        </w:rPr>
        <w:t>φύσιν γε διακείμενον ἀτονεῖ περὶ τὴν οἰκείαν ἐνέργειαν, ἀλλά τι πάντως αὐτῷ παρὰ φύσιν αἴτιον ἐγγενόμενον ἐξέλυσέ τε καὶ κατέβαλε καὶ νεκρῷ παραπλήσιον ἀπέφηνεν· ὃ οὔτε Ἐρα‐</w:t>
      </w:r>
    </w:p>
    <w:p>
      <w:r>
        <w:rPr>
          <w:rFonts w:ascii="Courier New" w:hAnsi="Courier New"/>
          <w:color w:val="555555"/>
          <w:sz w:val="20"/>
        </w:rPr>
        <w:t>[10 . 462]</w:t>
      </w:r>
    </w:p>
    <w:p>
      <w:r>
        <w:rPr>
          <w:rFonts w:ascii="Gentium Plus" w:hAnsi="Gentium Plus"/>
          <w:sz w:val="24"/>
        </w:rPr>
        <w:t>τῶν μὴ τολμησάντων ἀποφήνασθαί τι περὶ τῆς τῶν πρώτων σωμάτων φύσεως. Ἀλλ’ οὐ χρὴ μηκύνειν ἐπὶ πλέον, αὐτάρκως προαποδεδειχότας ἔμπροσθεν ὡς χρησιμώτατόν τε τοῦτ’ ἐστὶ</w:t>
      </w:r>
    </w:p>
    <w:p>
      <w:r>
        <w:rPr>
          <w:rFonts w:ascii="Courier New" w:hAnsi="Courier New"/>
          <w:color w:val="555555"/>
          <w:sz w:val="20"/>
        </w:rPr>
        <w:t>[5]</w:t>
      </w:r>
    </w:p>
    <w:p>
      <w:r>
        <w:rPr>
          <w:rFonts w:ascii="Gentium Plus" w:hAnsi="Gentium Plus"/>
          <w:sz w:val="24"/>
        </w:rPr>
        <w:t>τὸ γένος τοῦ νοσήματος ἐζητῆσθαι τοῖς ἰατροῖς καὶ ἀναγκαῖον τὸ περὶ στοιχείων πρότερον ἐπεσκέφθαι τὸν μέλλοντα καλῶς αὐτὸ μεταχειρίζεσθαι. ὥσθ’ ἡμῖν ὁ μέλλων νῦν λεχθήσεσθαι λόγος ἐπὶ τοῖς προαποδεδειγμένοις περανθήσεται στοιχείοις, ὑπὲρ ὧν ἓν, ὡς οἶσθα, βιβλίον ἐποιησάμεθα τὸ περὶ τῶν</w:t>
      </w:r>
    </w:p>
    <w:p>
      <w:r>
        <w:rPr>
          <w:rFonts w:ascii="Courier New" w:hAnsi="Courier New"/>
          <w:color w:val="555555"/>
          <w:sz w:val="20"/>
        </w:rPr>
        <w:t>[10]</w:t>
      </w:r>
    </w:p>
    <w:p>
      <w:r>
        <w:rPr>
          <w:rFonts w:ascii="Gentium Plus" w:hAnsi="Gentium Plus"/>
          <w:sz w:val="24"/>
        </w:rPr>
        <w:t>καθ’ Ἱπποκράτη στοιχείων ἐπιγεγραμμένον. ἔστι μὲν οὖν καὶ Διοκλεῖ καὶ Μνησιθέῳ καὶ Διευχεῖ καὶ Ἀθηναίῳ καὶ σχεδὸν πᾶσι τοῖς εὐδοκιμωτάτοις ἰατροῖς, ὥσπερ οὖν καὶ τῶν φιλο‐ σόφων τοῖς ἀρίστοις, ἡ αὐτὴ δόξα περὶ φύσεως σώματος, ἐκ θερμοῦ καὶ ψυχροῦ καὶ ξηροῦ καὶ ὑγροῦ νομίζουσι κεκρᾶ‐</w:t>
      </w:r>
    </w:p>
    <w:p>
      <w:r>
        <w:rPr>
          <w:rFonts w:ascii="Courier New" w:hAnsi="Courier New"/>
          <w:color w:val="555555"/>
          <w:sz w:val="20"/>
        </w:rPr>
        <w:t>[15]</w:t>
      </w:r>
    </w:p>
    <w:p>
      <w:r>
        <w:rPr>
          <w:rFonts w:ascii="Gentium Plus" w:hAnsi="Gentium Plus"/>
          <w:sz w:val="24"/>
        </w:rPr>
        <w:t>σθαι τά τε ἄλλα σύμπαντα σώματα καὶ τὰ τῶν ζώων οὐχ ἥκιστα. τῷ δὲ περὶ τούτων ἁπάντων ἀποφηναμένῳ τε καὶ ἀποδείξαντι πρώτῳ δίκαιον, οἶμαι, μαρτυρεῖν ἐστι τὴν εὕρεσιν.</w:t>
      </w:r>
    </w:p>
    <w:p>
      <w:r>
        <w:rPr>
          <w:rFonts w:ascii="Courier New" w:hAnsi="Courier New"/>
          <w:color w:val="555555"/>
          <w:sz w:val="20"/>
        </w:rPr>
        <w:t>[10 . 463]</w:t>
      </w:r>
    </w:p>
    <w:p>
      <w:r>
        <w:rPr>
          <w:rFonts w:ascii="Gentium Plus" w:hAnsi="Gentium Plus"/>
          <w:sz w:val="24"/>
        </w:rPr>
        <w:t>χεῖα, κᾂν ὅτι μάλιστα Χρύσιππος, ἢ Ἀριστοτέλης, ἤ τις ἄλλος ἰατρὸς ἢ φιλόσοφος ὡσαύτως ὑπὲρ αὐτῶν δοξάζῃ. καὶ τοίνυν ἐπειδὴ τῶν τοῦ ζώου μορίων ἕκαστον ἰδίαν ἐνέρ‐ γειαν ἐνεργεῖ, τῶν ἄλλων ἐνεργειῶν εἰς τοσοῦτον διαφέρου‐</w:t>
      </w:r>
    </w:p>
    <w:p>
      <w:r>
        <w:rPr>
          <w:rFonts w:ascii="Courier New" w:hAnsi="Courier New"/>
          <w:color w:val="555555"/>
          <w:sz w:val="20"/>
        </w:rPr>
        <w:t>[5]</w:t>
      </w:r>
    </w:p>
    <w:p>
      <w:r>
        <w:rPr>
          <w:rFonts w:ascii="Gentium Plus" w:hAnsi="Gentium Plus"/>
          <w:sz w:val="24"/>
        </w:rPr>
        <w:t>σαν εἰς ὅσον καὶ αὐτὸ διαφέρει τῶν ἐνεργούντων αὐτὰς, διαφέρει δὲ τῷ θερμότερον, ἢ ψυχρότερον, ἢ ὑγρότε‐ ρον, ἢ ξηρότερον ὑπάρχειν, ἢ κατὰ συζυγίαν τι τούτων πε‐ πονθέναι, τὴν κρᾶσιν αὐτῶν φυλακτέον ἐστὶ τῷ τὴν ἐνέργειαν φυλάττοντι. φυλαχθήσεται δὲ ψυχόντων μὲν, εἰ πρὸς τὸ</w:t>
      </w:r>
    </w:p>
    <w:p>
      <w:r>
        <w:rPr>
          <w:rFonts w:ascii="Courier New" w:hAnsi="Courier New"/>
          <w:color w:val="555555"/>
          <w:sz w:val="20"/>
        </w:rPr>
        <w:t>[10]</w:t>
      </w:r>
    </w:p>
    <w:p>
      <w:r>
        <w:rPr>
          <w:rFonts w:ascii="Gentium Plus" w:hAnsi="Gentium Plus"/>
          <w:sz w:val="24"/>
        </w:rPr>
        <w:t>ψυχρότερον, ὑγραινόντων δὲ, εἰ πρὸς τὸ ξηρότερον· οὕτω δὲ καὶ ξηραινόντων μὲν, εἰ ὑγραίνοιτο, ξηραινόντων δ’ ἅμα καὶ θερμαινόντων, εἰ ὑγραίνοιτό τε ἅμα καὶ ψύχοιτο, ξηραι‐ νόντων δὲ καὶ ψυχόντων, εἰ πρὸς τὸ ὑγρότερόν τε καὶ θερμό‐ τερον ἐκτρέποιτο, καὶ κατὰ τὰς λοιπὰς δύο συζυγίας ἀνάλο‐</w:t>
      </w:r>
    </w:p>
    <w:p>
      <w:r>
        <w:rPr>
          <w:rFonts w:ascii="Courier New" w:hAnsi="Courier New"/>
          <w:color w:val="555555"/>
          <w:sz w:val="20"/>
        </w:rPr>
        <w:t>[15]</w:t>
      </w:r>
    </w:p>
    <w:p>
      <w:r>
        <w:rPr>
          <w:rFonts w:ascii="Gentium Plus" w:hAnsi="Gentium Plus"/>
          <w:sz w:val="24"/>
        </w:rPr>
        <w:t>γον. ἀεὶ γὰρ χρὴ τῷ πλεονάζοντι τὸ ἐναντίον ἀντεισάγειν εἰς τοσοῦτον, ἄχρις ἂν εἰς τὸ σύμμετρόν τε καὶ κατὰ φύσιν ἀγά‐</w:t>
      </w:r>
    </w:p>
    <w:p>
      <w:r>
        <w:rPr>
          <w:rFonts w:ascii="Courier New" w:hAnsi="Courier New"/>
          <w:color w:val="555555"/>
          <w:sz w:val="20"/>
        </w:rPr>
        <w:t>[10 . 464]</w:t>
      </w:r>
    </w:p>
    <w:p>
      <w:r>
        <w:rPr>
          <w:rFonts w:ascii="Gentium Plus" w:hAnsi="Gentium Plus"/>
          <w:sz w:val="24"/>
        </w:rPr>
        <w:t>ματος ἐν ὁμοιομερέσι συνισταμένου μέθοδος ἰάσεως ἤδη μοι λέλεκται. ὀκτὼ γὰρ ὄντων αὐτῶν, ὡς ἐν τῷ περὶ τῆς τῶν νοσημάτων ἀποδέδεικται διαφορᾶς, ὀκτὼ καὶ οἱ τῆς ἰάσεως ἔσονται τρόποι, κοινὸν ἔχοντες σκοπὸν τὴν ἀλλοίωσιν τοῦ</w:t>
      </w:r>
    </w:p>
    <w:p>
      <w:r>
        <w:rPr>
          <w:rFonts w:ascii="Courier New" w:hAnsi="Courier New"/>
          <w:color w:val="555555"/>
          <w:sz w:val="20"/>
        </w:rPr>
        <w:t>[5]</w:t>
      </w:r>
    </w:p>
    <w:p>
      <w:r>
        <w:rPr>
          <w:rFonts w:ascii="Gentium Plus" w:hAnsi="Gentium Plus"/>
          <w:sz w:val="24"/>
        </w:rPr>
        <w:t>πεπονθότος ὁμοιομεροῦς σώματος· ἐπειδὴ καὶ τὸ νόσημα αὐτὸ κατὰ δυσκρασίαν καὶ ἀλλοίωσιν ἐγένετο τῆς κατὰ φύσιν ἑκάστου κράσεως· ἡ δὲ τῶν κατὰ μέρος ἴασις ἐν δυοῖν τούτοιν προερχομένη γίνεται, τῇ τε τῆς ὕλης εὐπορίᾳ καὶ τῇ ταύτης ἐπιδεξίᾳ χρήσει. τὴν μὲν δὴ τῶν φαρμάκων εὐπορίαν ἔκ τε</w:t>
      </w:r>
    </w:p>
    <w:p>
      <w:r>
        <w:rPr>
          <w:rFonts w:ascii="Courier New" w:hAnsi="Courier New"/>
          <w:color w:val="555555"/>
          <w:sz w:val="20"/>
        </w:rPr>
        <w:t>[10]</w:t>
      </w:r>
    </w:p>
    <w:p>
      <w:r>
        <w:rPr>
          <w:rFonts w:ascii="Gentium Plus" w:hAnsi="Gentium Plus"/>
          <w:sz w:val="24"/>
        </w:rPr>
        <w:t>τῆς περὶ τῶν ἁπλῶν φαρμάκων δυνάμεως, ἔτι τε τῆς περὶ συνθέσεως αὐτῶν πραγματείας ἔξεστί σοι λαμβάνειν μεθόδῳ· τὴν δὲ ὁδὸν τῶν διαιτημάτων ἐντεῦθεν. ἀλλὰ καὶ ὅπως χρὴ διαγινώσκειν ἑκάστου μορίου δυσκρασίαν, ἐκ τριῶν πραγμα‐ τειῶν ἀναμιμνήσκου, πρώτης μὲν τῆς περὶ κράσεων, δευτέρας</w:t>
      </w:r>
    </w:p>
    <w:p>
      <w:r>
        <w:rPr>
          <w:rFonts w:ascii="Courier New" w:hAnsi="Courier New"/>
          <w:color w:val="555555"/>
          <w:sz w:val="20"/>
        </w:rPr>
        <w:t>[15]</w:t>
      </w:r>
    </w:p>
    <w:p>
      <w:r>
        <w:rPr>
          <w:rFonts w:ascii="Gentium Plus" w:hAnsi="Gentium Plus"/>
          <w:sz w:val="24"/>
        </w:rPr>
        <w:t>δὲ τῆς περὶ τῶν πεπονθότων μορίων· καὶ τρίτης, ἣν ἐπι‐ γράφομεν ἰατρικὴν τέχνην. οὔκουν ἔτι δεῖ πολλῶν εἰς τὰ</w:t>
      </w:r>
    </w:p>
    <w:p>
      <w:r>
        <w:rPr>
          <w:rFonts w:ascii="Courier New" w:hAnsi="Courier New"/>
          <w:color w:val="555555"/>
          <w:sz w:val="20"/>
        </w:rPr>
        <w:t>[10 . 465]</w:t>
      </w:r>
    </w:p>
    <w:p>
      <w:r>
        <w:rPr>
          <w:rFonts w:ascii="Gentium Plus" w:hAnsi="Gentium Plus"/>
          <w:sz w:val="24"/>
        </w:rPr>
        <w:t>λογισμὸν ἐν τοῖς πρώτοις· ὅτῳ δὲ οὐδέτερον ὑπάρχει τούτων, ἔτι ἐνδεῖ τῷ λόγῳ πάμπολυ. εἰ δὲ καὶ μοχθηρᾷ λόγων αἱρέ‐ σει συνανετράφη, διττή γ’ οὕτω χρεία τοῦ χρόνου· ἑτέρου μὲν, ἵνα ἀποτρίψηται τὰς μοχθηρὰς δόξας, ἑτέρου δ’, ἵν’</w:t>
      </w:r>
    </w:p>
    <w:p>
      <w:r>
        <w:rPr>
          <w:rFonts w:ascii="Courier New" w:hAnsi="Courier New"/>
          <w:color w:val="555555"/>
          <w:sz w:val="20"/>
        </w:rPr>
        <w:t>[5]</w:t>
      </w:r>
    </w:p>
    <w:p>
      <w:r>
        <w:rPr>
          <w:rFonts w:ascii="Gentium Plus" w:hAnsi="Gentium Plus"/>
          <w:sz w:val="24"/>
        </w:rPr>
        <w:t>ἀσκηθῇ κατὰ τὰς βελτίους. Σὺ μὲν οὖν εὖ οἶδ’ ὅτι καὶ αὐτὸς ἱκανὸς ὑπάρχεις ἐκ τῶν καθόλου τοῦ γένους εἰρημένων εὑρίσκειν τὰ κατὰ μέρος· ἀλλὰ καὶ ἡμᾶς ἐθεάσω πολλὰ τῶν τοιούτων νοσημάτων ἰωμένους, ὥστ’ ἐξ ἀμφοτέρων ἔχεις τὸ μὴ δεῖ‐</w:t>
      </w:r>
    </w:p>
    <w:p>
      <w:r>
        <w:rPr>
          <w:rFonts w:ascii="Courier New" w:hAnsi="Courier New"/>
          <w:color w:val="555555"/>
          <w:sz w:val="20"/>
        </w:rPr>
        <w:t>[10]</w:t>
      </w:r>
    </w:p>
    <w:p>
      <w:r>
        <w:rPr>
          <w:rFonts w:ascii="Gentium Plus" w:hAnsi="Gentium Plus"/>
          <w:sz w:val="24"/>
        </w:rPr>
        <w:t>σθαι τῶν κατὰ μέρος. ἀλλ’ ἐπεί φησιν ὁ Πλάτων, οὐ γάρ ἐστι τὰ γραφέντα μὴ ἐκπεσεῖν, ἵν’ εἴποτε καὶ εἰς ἄλλον ἀφί‐ κοιτο τὸ βιβλίον ἀγύμναστον τῷ λογισμῷ, ῥᾷον αὐτὸν διδά‐ ξειε, προσθεῖναι χρή τινα τῶν κατὰ μέρος· ἐξ ὧν εὐθέως ἐνέσται καὶ αὐτὸ τοῦτο πεισθῆναι σαφῶς, ὃ μικρὸν ἔμπρο‐</w:t>
      </w:r>
    </w:p>
    <w:p>
      <w:r>
        <w:rPr>
          <w:rFonts w:ascii="Courier New" w:hAnsi="Courier New"/>
          <w:color w:val="555555"/>
          <w:sz w:val="20"/>
        </w:rPr>
        <w:t>[15]</w:t>
      </w:r>
    </w:p>
    <w:p>
      <w:r>
        <w:rPr>
          <w:rFonts w:ascii="Gentium Plus" w:hAnsi="Gentium Plus"/>
          <w:sz w:val="24"/>
        </w:rPr>
        <w:t>σθεν εἴρηται, ὡς δυνατόν ἐστι σαυτῷ τὰ κατὰ μέρος ἐξευρί‐ σκειν. ἐγὼ γοῦν ἐμαυτῷ πάντα ἐξεῦρον αὐτὰ, τῷ λόγῳ ποδη‐ γούμενος. ὅσον μὲν γὰρ ἐπὶ τοῖς διδασκάλοις, ἐχρῆν δήπου</w:t>
      </w:r>
    </w:p>
    <w:p>
      <w:r>
        <w:rPr>
          <w:rFonts w:ascii="Courier New" w:hAnsi="Courier New"/>
          <w:color w:val="555555"/>
          <w:sz w:val="20"/>
        </w:rPr>
        <w:t>[10 . 466]</w:t>
      </w:r>
    </w:p>
    <w:p>
      <w:r>
        <w:rPr>
          <w:rFonts w:ascii="Gentium Plus" w:hAnsi="Gentium Plus"/>
          <w:sz w:val="24"/>
        </w:rPr>
        <w:t>τὰ στύφοντα καὶ ὑπόπικρα· καὶ οἶνον ὡσαύτως τὸν αὐστηρόν· ἀψίνθιόν τε καὶ τοῦ διὰ μήλων κυδωνίων χυλοῦ καὶ ὅσα τοιαῦτα καταπίνεται φάρμακα. τῶν δ’ ἔξωθεν ἐπι‐ τιθεμένων πρώτην μὲν τὴν δι’ ἀψινθίου καὶ ὠμοτριβοῦς</w:t>
      </w:r>
    </w:p>
    <w:p>
      <w:r>
        <w:rPr>
          <w:rFonts w:ascii="Courier New" w:hAnsi="Courier New"/>
          <w:color w:val="555555"/>
          <w:sz w:val="20"/>
        </w:rPr>
        <w:t>[5]</w:t>
      </w:r>
    </w:p>
    <w:p>
      <w:r>
        <w:rPr>
          <w:rFonts w:ascii="Gentium Plus" w:hAnsi="Gentium Plus"/>
          <w:sz w:val="24"/>
        </w:rPr>
        <w:t>ἐλαίου κατάντλησιν· εἶτ’ ἐπίδεσιν ἐρίου πιλήματος, ἐξ αὐτῶν τε τούτων καὶ προσέτι μύρου μηλίνου καὶ μαστιχίνου καὶ ναρδίνου· καὶ μετὰ ταῦτα κηρωτὴν διὰ τῶν αὐτῶν ἐσκευασμένην· εἶτ’ ἄλλα φάρμακα κηρωτῶν ἰσχυρότερα, τὰ πρὸς τῶν ἰατρῶν ἐπιθέματα καλούμενα, διά τε τῶν εἰρημέ‐</w:t>
      </w:r>
    </w:p>
    <w:p>
      <w:r>
        <w:rPr>
          <w:rFonts w:ascii="Courier New" w:hAnsi="Courier New"/>
          <w:color w:val="555555"/>
          <w:sz w:val="20"/>
        </w:rPr>
        <w:t>[10]</w:t>
      </w:r>
    </w:p>
    <w:p>
      <w:r>
        <w:rPr>
          <w:rFonts w:ascii="Gentium Plus" w:hAnsi="Gentium Plus"/>
          <w:sz w:val="24"/>
        </w:rPr>
        <w:t>νων μύρων συγκείμενα καὶ φαρμάκων τῶν παραπλησίων, ἐν οἷς ἐστιν ἤδη καὶ ἀρωμάτων πλῆθος οὐκ ὀλίγον, στάχυς νάρ‐ δου καὶ ἄμωμον καὶ ὁ ἀρωματικὸς κάλαμος, ἴρις τε καὶ λάδανον καὶ τὸ τοῦ μαλαβάθρου φύλλον καὶ στύραξ καὶ βδέλλιον, ὀποβάλσαμόν τε καὶ βάλσαμον καὶ ξυλοβάλσαμον,</w:t>
      </w:r>
    </w:p>
    <w:p>
      <w:r>
        <w:rPr>
          <w:rFonts w:ascii="Courier New" w:hAnsi="Courier New"/>
          <w:color w:val="555555"/>
          <w:sz w:val="20"/>
        </w:rPr>
        <w:t>[15]</w:t>
      </w:r>
    </w:p>
    <w:p>
      <w:r>
        <w:rPr>
          <w:rFonts w:ascii="Gentium Plus" w:hAnsi="Gentium Plus"/>
          <w:sz w:val="24"/>
        </w:rPr>
        <w:t>ὅ τε λοιπὸς τῶν ἀρωμάτων κατάλογος. εἰ δὲ μηδὲ ταῦτα μη‐ δὲν ἐνεργοίη, τὸ κοινὸν ἁπάντων τῶν ἀτονούντων ἐπὶ τέλει βοήθημα ποιοῦμεν, καλοῦσι δ’ αὐτὸ φοινιγμὸν, ἤτοι διὰ</w:t>
      </w:r>
    </w:p>
    <w:p>
      <w:r>
        <w:rPr>
          <w:rFonts w:ascii="Courier New" w:hAnsi="Courier New"/>
          <w:color w:val="555555"/>
          <w:sz w:val="20"/>
        </w:rPr>
        <w:t>[10 . 467]</w:t>
      </w:r>
    </w:p>
    <w:p>
      <w:r>
        <w:rPr>
          <w:rFonts w:ascii="Gentium Plus" w:hAnsi="Gentium Plus"/>
          <w:sz w:val="24"/>
        </w:rPr>
        <w:t>εἶτ’ ἀποπέμψαι πρὸς ὑδάτων χρῆσιν αὐτοφυῶν. οὐδὲν γὰρ τούτων οἶδε πλέον ὁ ἐμπειρικὸς, ὡς καὶ τὰ συγγράμματα αὐτῶν δηλοῦσι. Κόϊντος μέν γε τοῖς ἀπεπτεῖν ἢ ἀνορεκτεῖν φάσκουσι πρῶτον μὲν γυμνάζεσθαι συνεβούλευε καὶ ἐσθίειν</w:t>
      </w:r>
    </w:p>
    <w:p>
      <w:r>
        <w:rPr>
          <w:rFonts w:ascii="Courier New" w:hAnsi="Courier New"/>
          <w:color w:val="555555"/>
          <w:sz w:val="20"/>
        </w:rPr>
        <w:t>[5]</w:t>
      </w:r>
    </w:p>
    <w:p>
      <w:r>
        <w:rPr>
          <w:rFonts w:ascii="Gentium Plus" w:hAnsi="Gentium Plus"/>
          <w:sz w:val="24"/>
        </w:rPr>
        <w:t>ὡς εὐπεπτότατά τε καὶ μὴ πολλὰ, μηδὲν δὲ ὠφελουμένων ἠναγκάζετο καὶ αὐτὸς εἰς τὰ τῶν ἐμπειρικῶν μετιέναι. τίς γὰρ οὐκ οἶδεν ὡς τὸ θερμὸν καὶ τὸ ψυχρὸν καὶ ξηρὸν καὶ ὑγρὸν εἰώθει σκώπτειν, βαλανείων ὀνόματα προσαγορεύων, ὧν χωρὶς ἀδύνατόν ἐστι θεραπεῦσαι μεθόδῳ τὰς ἀτονίας</w:t>
      </w:r>
    </w:p>
    <w:p>
      <w:r>
        <w:rPr>
          <w:rFonts w:ascii="Courier New" w:hAnsi="Courier New"/>
          <w:color w:val="555555"/>
          <w:sz w:val="20"/>
        </w:rPr>
        <w:t>[10]</w:t>
      </w:r>
    </w:p>
    <w:p>
      <w:r>
        <w:rPr>
          <w:rFonts w:ascii="Gentium Plus" w:hAnsi="Gentium Plus"/>
          <w:sz w:val="24"/>
        </w:rPr>
        <w:t>τῶν μορίων; ὥσθ’ ὅσον μὲν ἐπὶ τούτοις τὴν αὐτὴν ὁδὸν ἐβάδιζον ἂν κᾀγὼ κατὰ τὴν τῶν τοιούτων διαθέσεων ἴασιν, ἀλλ’ ὁ λόγος ἐδίδαξέ με τὰς ὀκτὼ διαφορὰς τῆς θεραπείας ἀτόνου γαστρός. ἐθεάσω γοῦν καὶ σύ τινας μὲν ἡμέρᾳ μιᾷ, μᾶλλον δὲ ὥρᾳ, ψυχροῦ πόσει θεραπευθέντας· ὧν ἐνίοις μὲν</w:t>
      </w:r>
    </w:p>
    <w:p>
      <w:r>
        <w:rPr>
          <w:rFonts w:ascii="Courier New" w:hAnsi="Courier New"/>
          <w:color w:val="555555"/>
          <w:sz w:val="20"/>
        </w:rPr>
        <w:t>[15]</w:t>
      </w:r>
    </w:p>
    <w:p>
      <w:r>
        <w:rPr>
          <w:rFonts w:ascii="Gentium Plus" w:hAnsi="Gentium Plus"/>
          <w:sz w:val="24"/>
        </w:rPr>
        <w:t>οὐ μόνον τὸ πρόσφατον ἔδωκα πηγαῖον, ἀλλὰ καὶ τὸ διὰ χιόνος ἐψυγμένον, ὡς ἐν Ῥώμῃ σκευάζειν ἔθος ἔχουσι, προ‐</w:t>
      </w:r>
    </w:p>
    <w:p>
      <w:r>
        <w:rPr>
          <w:rFonts w:ascii="Courier New" w:hAnsi="Courier New"/>
          <w:color w:val="555555"/>
          <w:sz w:val="20"/>
        </w:rPr>
        <w:t>[10 . 468]</w:t>
      </w:r>
    </w:p>
    <w:p>
      <w:r>
        <w:rPr>
          <w:rFonts w:ascii="Gentium Plus" w:hAnsi="Gentium Plus"/>
          <w:sz w:val="24"/>
        </w:rPr>
        <w:t>ταν· ἐδέσματά τε τὰ οὕτως ἐψυγμένα πολλάκις ἐθεάσω συγχωροῦντά με λαμβάνειν αὐτοῖς· ἐν οἷς ἐστι καὶ ἡ μέλκα, τῶν ἐν Ῥώμῃ καὶ τοῦτο ἓν εὐδοκιμούντων ἐδεσμάτων, ὥσπερ καὶ τὸ ἀφρόγαλα· τοῖς δ’ αὐτοῖς τούτοις καὶ τὰς ψυχρὰς</w:t>
      </w:r>
    </w:p>
    <w:p>
      <w:r>
        <w:rPr>
          <w:rFonts w:ascii="Courier New" w:hAnsi="Courier New"/>
          <w:color w:val="555555"/>
          <w:sz w:val="20"/>
        </w:rPr>
        <w:t>[5]</w:t>
      </w:r>
    </w:p>
    <w:p>
      <w:r>
        <w:rPr>
          <w:rFonts w:ascii="Gentium Plus" w:hAnsi="Gentium Plus"/>
          <w:sz w:val="24"/>
        </w:rPr>
        <w:t>κατὰ δύναμιν ὀπώρας ὁμοίως ἀποψύχων ἐδίδουν· καὶ πτι‐ σάνην καλῶς ὡσαύτως ἐψυγμένην, ἕτερά τε τοιαῦτα μυρία, σκοπὸν ἕνα ποιούμενος ἐπ’ αὐτῶν τὴν ψύξιν· ἐκώλυον δ’ ἀψινθίου καὶ τῶν στυφόντων ἅψασθαι· καθάπερ γε καὶ ἄλλους ὁμοίως μὲν ἀπῆγον τῶν ψυχόντων, ἐθέρμαινον δὲ</w:t>
      </w:r>
    </w:p>
    <w:p>
      <w:r>
        <w:rPr>
          <w:rFonts w:ascii="Courier New" w:hAnsi="Courier New"/>
          <w:color w:val="555555"/>
          <w:sz w:val="20"/>
        </w:rPr>
        <w:t>[10]</w:t>
      </w:r>
    </w:p>
    <w:p>
      <w:r>
        <w:rPr>
          <w:rFonts w:ascii="Gentium Plus" w:hAnsi="Gentium Plus"/>
          <w:sz w:val="24"/>
        </w:rPr>
        <w:t>παντοίως οἶνον παλαιὸν τῶν ἱκανῶς θερμῶν τῇ δυνάμει διδοὺς, οἷοι μάλιστά εἰσι Φαλερῖνός τε καὶ Σουῤῥεντῖνος, καὶ τροφὰς θερμαινούσας μετὰ πεπέρεως συχνοῦ. ἐπί τινων δ’, ὡς οἶσθα, τὸν σκοπὸν τῆς θεραπείας ἐποιησάμην ἐν τῷ ξηραίνειν· καὶ ἦν αὐτοῖς ἐδέσματά τε τὰ φύσει ξηρὰ, καλῶς</w:t>
      </w:r>
    </w:p>
    <w:p>
      <w:r>
        <w:rPr>
          <w:rFonts w:ascii="Courier New" w:hAnsi="Courier New"/>
          <w:color w:val="555555"/>
          <w:sz w:val="20"/>
        </w:rPr>
        <w:t>[15]</w:t>
      </w:r>
    </w:p>
    <w:p>
      <w:r>
        <w:rPr>
          <w:rFonts w:ascii="Gentium Plus" w:hAnsi="Gentium Plus"/>
          <w:sz w:val="24"/>
        </w:rPr>
        <w:t>ὠπτημένα καὶ τὸ σύμπαν ὀλίγιστον ποτόν· ἥ τε τῶν στυ‐ φόντων ἁπάντων χρῆσις, ἣν μόνην γινώσκουσιν οἱ χωρὶς λόγου θεραπεύοντες αὐτούς. ἄλλον δ’ οὐ πρὸ πολλοῦ ξηρό‐</w:t>
      </w:r>
    </w:p>
    <w:p>
      <w:r>
        <w:rPr>
          <w:rFonts w:ascii="Courier New" w:hAnsi="Courier New"/>
          <w:color w:val="555555"/>
          <w:sz w:val="20"/>
        </w:rPr>
        <w:t>[10 . 469]</w:t>
      </w:r>
    </w:p>
    <w:p>
      <w:r>
        <w:rPr>
          <w:rFonts w:ascii="Gentium Plus" w:hAnsi="Gentium Plus"/>
          <w:sz w:val="24"/>
        </w:rPr>
        <w:t>τοῖς μαρασμώδεσιν, ἰασάμην, εἰς τὰ ἐναντία πάντα μεταγα‐ γὼν ἢ ὡς οἱ θαυμασιώτατοι ἰατροὶ συνεβούλευον. οὐδὲ γὰρ οὐδὲ ἐξ ἄλλου τινὸς εἰς τοῦτο ἧκε κινδύνου, βραχεῖαν τότε κατ’ ἀρχὰς ἔχων δυσκρασίαν ἐπὶ ξηρότητι δεομένην</w:t>
      </w:r>
    </w:p>
    <w:p>
      <w:r>
        <w:rPr>
          <w:rFonts w:ascii="Courier New" w:hAnsi="Courier New"/>
          <w:color w:val="555555"/>
          <w:sz w:val="20"/>
        </w:rPr>
        <w:t>[5]</w:t>
      </w:r>
    </w:p>
    <w:p>
      <w:r>
        <w:rPr>
          <w:rFonts w:ascii="Gentium Plus" w:hAnsi="Gentium Plus"/>
          <w:sz w:val="24"/>
        </w:rPr>
        <w:t>ὑγράνσεως· ἀλλ’ οἱ παραλαβόντες αὐτὸν, ἀψίνθιόν τε ποτί‐ ζοντες καὶ πικροὺς ἀσπαράγους καὶ βολβοὺς ἐσθίειν διδόντες, ἔτι τε μῆλα κυδώνια καὶ κεστιανὰ καὶ ῥοιὰς, ὕστερόν τε, ὡς οὐδενὸς τούτων ἡ γαστὴρ ἐκράτει καὶ ῥοῦ χυλὸν ἀναγκάζοντες πιεῖν, ὅσα τε ὀλίγον ἔμπροσθεν εἶπον ἐπιτιθέντες ἔξωθεν</w:t>
      </w:r>
    </w:p>
    <w:p>
      <w:r>
        <w:rPr>
          <w:rFonts w:ascii="Courier New" w:hAnsi="Courier New"/>
          <w:color w:val="555555"/>
          <w:sz w:val="20"/>
        </w:rPr>
        <w:t>[10]</w:t>
      </w:r>
    </w:p>
    <w:p>
      <w:r>
        <w:rPr>
          <w:rFonts w:ascii="Gentium Plus" w:hAnsi="Gentium Plus"/>
          <w:sz w:val="24"/>
        </w:rPr>
        <w:t>ὀλίγου δεῖν ἀπεφήναντο ἀλίβαντα, τοῦτον ἡμεῖς ἰασά‐ μεθα, παντοίως ὑγραίνοντες αὐτοὶ τὴν ὕλην ἐξευρίσκοντες, ἐκ τῆς γεγραμμένης ἡμῶν μεθόδου κατὰ τὴν περὶ τῶν φαρμά‐ κων πραγματείαν. Ὡς γὰρ κᾀν τῷ περὶ τῆς ἀποδεικτικῆς εὑρέ‐</w:t>
      </w:r>
    </w:p>
    <w:p>
      <w:r>
        <w:rPr>
          <w:rFonts w:ascii="Courier New" w:hAnsi="Courier New"/>
          <w:color w:val="555555"/>
          <w:sz w:val="20"/>
        </w:rPr>
        <w:t>[15]</w:t>
      </w:r>
    </w:p>
    <w:p>
      <w:r>
        <w:rPr>
          <w:rFonts w:ascii="Gentium Plus" w:hAnsi="Gentium Plus"/>
          <w:sz w:val="24"/>
        </w:rPr>
        <w:t>σεως εἴρηται γράμματι, περιαντληθεὶς ὑπὸ τοῦ πλήθους τῆς τῶν ἰατρῶν διαφωνίας, εἶτ’ ἐπὶ τὸ κρίνειν αὐτὴν τραπόμε‐ νος, ἔγνων χρῆναι πρότερον ἐν ἀποδεικτικαῖς μεθόδοις γυμνά‐</w:t>
      </w:r>
    </w:p>
    <w:p>
      <w:r>
        <w:rPr>
          <w:rFonts w:ascii="Courier New" w:hAnsi="Courier New"/>
          <w:color w:val="555555"/>
          <w:sz w:val="20"/>
        </w:rPr>
        <w:t>[10 . 470]</w:t>
      </w:r>
    </w:p>
    <w:p>
      <w:r>
        <w:rPr>
          <w:rFonts w:ascii="Gentium Plus" w:hAnsi="Gentium Plus"/>
          <w:sz w:val="24"/>
        </w:rPr>
        <w:t>οὕτως ἕκαστον τῶν δογμάτων αὐτῇ καὶ ὡς ἡ τῶν εὑρεθέντων ἔνδειξις ἐποδήγει με, τὰς θεραπείας ἐποιούμην. ἀλλὰ γὰρ οὐ πάντες γε τοιοῦτοι, χρὴ τοίνυν γράφειν αὐτοῖς γυμνάσια τῆς ἐν τοῖς κατὰ μέρος εὐπορίας τῶν ὑλῶν, ἐπὶ τοῖς ὀκτὼ σκο‐</w:t>
      </w:r>
    </w:p>
    <w:p>
      <w:r>
        <w:rPr>
          <w:rFonts w:ascii="Courier New" w:hAnsi="Courier New"/>
          <w:color w:val="555555"/>
          <w:sz w:val="20"/>
        </w:rPr>
        <w:t>[5]</w:t>
      </w:r>
    </w:p>
    <w:p>
      <w:r>
        <w:rPr>
          <w:rFonts w:ascii="Gentium Plus" w:hAnsi="Gentium Plus"/>
          <w:sz w:val="24"/>
        </w:rPr>
        <w:t>ποῖς τῆς θεραπείας, ἀρξαμένους αὖθις ἀπὸ τῆς κοιλίας, ἐπειδὴ πρώτης ταύτης ἔτυχον ἄρτι μνησθείς. εὐιατότατοι μὲν οὖν εἰσιν αἱ κατὰ θερμότητα καὶ ψύξιν ἀλλοιώσεις, ὅτι ταῖς δραστικωτάταις ἐπανορθοῦνται ποιότησι· δυσιατότεραι δὲ αἱ καθ’ ὑγρότητα καὶ ξηρότητα· ταῖς γὰρ ἀσθενέσι καὶ ὡς</w:t>
      </w:r>
    </w:p>
    <w:p>
      <w:r>
        <w:rPr>
          <w:rFonts w:ascii="Courier New" w:hAnsi="Courier New"/>
          <w:color w:val="555555"/>
          <w:sz w:val="20"/>
        </w:rPr>
        <w:t>[10]</w:t>
      </w:r>
    </w:p>
    <w:p>
      <w:r>
        <w:rPr>
          <w:rFonts w:ascii="Gentium Plus" w:hAnsi="Gentium Plus"/>
          <w:sz w:val="24"/>
        </w:rPr>
        <w:t>ἂν εἴποι τις ὑλικωτέραις ποιότησιν ἡ ἴασις αὐτῶν ἐπιτελεῖ‐ ται, καὶ μάλισθ’ ὅταν ὑγραίνειν δέῃ. τὰ μὲν δὴ τοῦ χρόνου τῆς ἐπανορθώσεως ἴσα πώς ἐστι θερμότητί τε καὶ ψυχρότητι, τὸ δὲ τῆς ἀσφαλείας οὐκ ἴσον. εἰ μὴ γὰρ ἰσχυρὰ πάντα εἴη τὰ πέριξ μόρια τοῦ θεραπευομένου, κίνδυνος αὐτοῖς ὑπὸ</w:t>
      </w:r>
    </w:p>
    <w:p>
      <w:r>
        <w:rPr>
          <w:rFonts w:ascii="Courier New" w:hAnsi="Courier New"/>
          <w:color w:val="555555"/>
          <w:sz w:val="20"/>
        </w:rPr>
        <w:t>[15]</w:t>
      </w:r>
    </w:p>
    <w:p>
      <w:r>
        <w:rPr>
          <w:rFonts w:ascii="Gentium Plus" w:hAnsi="Gentium Plus"/>
          <w:sz w:val="24"/>
        </w:rPr>
        <w:t>τῶν ψυχόντων οὐ σμικρὰν πληγῆναι πληγήν. ἐπὶ δὲ τῶν ὑπολοίπων δυοῖν ποιοτήτων ἡ μὲν ἀσφάλεια παραπλήσιος, ὁ δὲ χρόνος τῆς θεραπείας πολλαπλάσιος ἐπὶ ταῖς ξηραῖς</w:t>
      </w:r>
    </w:p>
    <w:p>
      <w:r>
        <w:rPr>
          <w:rFonts w:ascii="Courier New" w:hAnsi="Courier New"/>
          <w:color w:val="555555"/>
          <w:sz w:val="20"/>
        </w:rPr>
        <w:t>[10 . 471]</w:t>
      </w:r>
    </w:p>
    <w:p>
      <w:r>
        <w:rPr>
          <w:rFonts w:ascii="Gentium Plus" w:hAnsi="Gentium Plus"/>
          <w:sz w:val="24"/>
        </w:rPr>
        <w:t>των, τοιοῦτον ἡ ξηρὰ δυσκρασία τοῖς νοσοῦσιν, ὥστε καὶ ἀνίατον ὑπάρχειν, ὅταν ἀκριβῶς συμπληρωθῇ. τὸ δ’ ἀκριβὲς τῆς συμπληρώσεώς ἐστιν ἐν τῷ τὰ τῆς στερεᾶς οὐσίας τῶν ὁμοιομερῶν σωμάτων γεγονέναι ξηρότερα.</w:t>
      </w:r>
    </w:p>
    <w:p>
      <w:r>
        <w:rPr>
          <w:rFonts w:ascii="Courier New" w:hAnsi="Courier New"/>
          <w:color w:val="555555"/>
          <w:sz w:val="20"/>
        </w:rPr>
        <w:t>[5]</w:t>
      </w:r>
    </w:p>
    <w:p>
      <w:r>
        <w:rPr>
          <w:rFonts w:ascii="Gentium Plus" w:hAnsi="Gentium Plus"/>
          <w:sz w:val="24"/>
        </w:rPr>
        <w:t>Ἑτέρα γάρ ἐστιν ἡ ξηρότης τῶν ἐκ τῆς ὑγροπαγοῦς οὐσίας συνεστώτων, ὁποῖόν ἐστι πιμελὴ καὶ σὰρξ, ἐκτακέντων. καὶ τρίτη γε πρὸς ταύταις τῆς οἰκείας ὑγρότη‐ τος, ἐξ ἧς τρέφεται τὰ μόρια, τελέως ἀπολλυμένης. περιέχεται δ’ αὐτὴ κατὰ πάντα τοῦ ζώου τὰ μόρια δροσοειδῶς ἐν αὐτοῖς</w:t>
      </w:r>
    </w:p>
    <w:p>
      <w:r>
        <w:rPr>
          <w:rFonts w:ascii="Courier New" w:hAnsi="Courier New"/>
          <w:color w:val="555555"/>
          <w:sz w:val="20"/>
        </w:rPr>
        <w:t>[10]</w:t>
      </w:r>
    </w:p>
    <w:p>
      <w:r>
        <w:rPr>
          <w:rFonts w:ascii="Gentium Plus" w:hAnsi="Gentium Plus"/>
          <w:sz w:val="24"/>
        </w:rPr>
        <w:t>παρεσπαρμένη, καὶ λέλεκται πολλάκις ἤδη περὶ αὐτῆς ἑτέρωθι· ταύτην οὖν ἐνθεῖναι τοῖς μορίοις οὐχ οἷόν τε χωρὶς τροφῆς· καὶ διὰ τοῦτο χαλεπωτάτη τῶν τοιούτων ἐστὶ διαθέσεων ἡ ἴασις· ἄλλη δὲ ξηρότης ἐστὶν ἡ κατὰ τὰς ἀρτηρίας καὶ φλέ‐ βας τὰς ἰδίας ἑκάστου τῶν μορίων συνισταμένη. γίγνεται δὲ</w:t>
      </w:r>
    </w:p>
    <w:p>
      <w:r>
        <w:rPr>
          <w:rFonts w:ascii="Courier New" w:hAnsi="Courier New"/>
          <w:color w:val="555555"/>
          <w:sz w:val="20"/>
        </w:rPr>
        <w:t>[15]</w:t>
      </w:r>
    </w:p>
    <w:p>
      <w:r>
        <w:rPr>
          <w:rFonts w:ascii="Gentium Plus" w:hAnsi="Gentium Plus"/>
          <w:sz w:val="24"/>
        </w:rPr>
        <w:t>καὶ αὕτη δηλονότι κατὰ τὴν τοῦ αἵματος ἔνδειαν. ἁπάσας ταύτας ξηρότητας ἐσχάτως βλάπτουσιν αἱ τῶν αὐστηρῶν ἐδεσμάτων καὶ πομάτων καὶ φαρμάκων προσφοραί· ἐκδαπα‐</w:t>
      </w:r>
    </w:p>
    <w:p>
      <w:r>
        <w:rPr>
          <w:rFonts w:ascii="Courier New" w:hAnsi="Courier New"/>
          <w:color w:val="555555"/>
          <w:sz w:val="20"/>
        </w:rPr>
        <w:t>[10 . 472]</w:t>
      </w:r>
    </w:p>
    <w:p>
      <w:r>
        <w:rPr>
          <w:rFonts w:ascii="Gentium Plus" w:hAnsi="Gentium Plus"/>
          <w:sz w:val="24"/>
        </w:rPr>
        <w:t>τὸ μὲν ἐκπίνουσαι, τὸ δὲ ἐκθλίβουσαι διὰ τῶν πόρων εἰς τὴν ἐντὸς εὐρύτητα τῆς κοιλίας, τὸ δ’ ἐπὶ τὰ συνεχῆ μόρια διωθούμεναι. θεραπεύειν οὖν αὐτὰς προσήκει, τὸ μὲν συνιζηκὸς τῶν πόρων ἀναπεταννύντα, τὸ δ’ εἰς τὰ παρακεί‐</w:t>
      </w:r>
    </w:p>
    <w:p>
      <w:r>
        <w:rPr>
          <w:rFonts w:ascii="Courier New" w:hAnsi="Courier New"/>
          <w:color w:val="555555"/>
          <w:sz w:val="20"/>
        </w:rPr>
        <w:t>[5]</w:t>
      </w:r>
    </w:p>
    <w:p>
      <w:r>
        <w:rPr>
          <w:rFonts w:ascii="Gentium Plus" w:hAnsi="Gentium Plus"/>
          <w:sz w:val="24"/>
        </w:rPr>
        <w:t>μενα μόρια διωσθὲν ἐπισπώμενον, ὑγραινούσῃ τε τροφῇ πληροῦντα τῆς οἰκείας ὑγρότητος ἕκαστον τῶν ὁμοιο‐ μερῶν, ὥσπερ καὶ ἡμεῖς τὸν ἐξηρασμένον ὑπὸ τῶν ἰατρῶν ἐθεραπεύσαμεν ἄνθρωπον. ἐν μὲν γὰρ τῇ κατὰ τὸ θερμὸν καὶ ψυχρὸν ἀντιθέσει μηδεμίαν ἐπικρατοῦσαν ἐναργῶς ἔχοντα</w:t>
      </w:r>
    </w:p>
    <w:p>
      <w:r>
        <w:rPr>
          <w:rFonts w:ascii="Courier New" w:hAnsi="Courier New"/>
          <w:color w:val="555555"/>
          <w:sz w:val="20"/>
        </w:rPr>
        <w:t>[10]</w:t>
      </w:r>
    </w:p>
    <w:p>
      <w:r>
        <w:rPr>
          <w:rFonts w:ascii="Gentium Plus" w:hAnsi="Gentium Plus"/>
          <w:sz w:val="24"/>
        </w:rPr>
        <w:t>δυσκρασίαν μήτε καθ’ ὅλον τὸ σῶμα μήτε κατὰ τὴν γα‐ στέρα, ξηρὸν δὲ καὶ λεπτὸν ἱκανῶς γεγενημένον, ἐκ τοῦ μὴ πέττειν καλῶς ἀτονούσης τῆς κοιλίας ἐπὶ τῇ κατὰ ξηρότητα δυσκρασίᾳ. τούτου γὰρ ὁ μὲν σκοπὸς τῆς θεραπείας ἦν ὑγρᾶναι τήν τε γαστέρα καὶ σύμπαν τὸ σῶμα. τίσι δ’ ἐνερ‐</w:t>
      </w:r>
    </w:p>
    <w:p>
      <w:r>
        <w:rPr>
          <w:rFonts w:ascii="Courier New" w:hAnsi="Courier New"/>
          <w:color w:val="555555"/>
          <w:sz w:val="20"/>
        </w:rPr>
        <w:t>[15]</w:t>
      </w:r>
    </w:p>
    <w:p>
      <w:r>
        <w:rPr>
          <w:rFonts w:ascii="Gentium Plus" w:hAnsi="Gentium Plus"/>
          <w:sz w:val="24"/>
        </w:rPr>
        <w:t>γείαις ἐχρησάμεθα ταῖς κατὰ μέρος, ἐπὶ τίσι τε μάλισθ’ ὕλαις ὑπὲρ τοῦ τυχεῖν τοῦ σκοποῦ διελθεῖν ἄμεινον. οἴκημα μὲν αὐτῷ παρεσκευασάμην ἐγγυτάτω τοῦ βαλανείου· τοιαῦτα δ’</w:t>
      </w:r>
    </w:p>
    <w:p>
      <w:r>
        <w:rPr>
          <w:rFonts w:ascii="Courier New" w:hAnsi="Courier New"/>
          <w:color w:val="555555"/>
          <w:sz w:val="20"/>
        </w:rPr>
        <w:t>[10 . 473]</w:t>
      </w:r>
    </w:p>
    <w:p>
      <w:r>
        <w:rPr>
          <w:rFonts w:ascii="Gentium Plus" w:hAnsi="Gentium Plus"/>
          <w:sz w:val="24"/>
        </w:rPr>
        <w:t>αὐτοῦ δ’ εὐθέως ἕωθεν εἰς τὸ βαλανεῖον εἰσεφερόμην ἐπὶ σινδόνων, ὅπως μὴ καταξηραίνοιτό τε δι’ ἑαυτοῦ κινούμενος ἐκλύοιτό τε πρὸ τοῦ δέοντος καιροῦ· τούτων γὰρ τὸ μὲν εἰς αὐτὴν τὴν διάθεσιν συντελεῖ, τὸ δὲ συντέμνει τὴν ἐν τῷ</w:t>
      </w:r>
    </w:p>
    <w:p>
      <w:r>
        <w:rPr>
          <w:rFonts w:ascii="Courier New" w:hAnsi="Courier New"/>
          <w:color w:val="555555"/>
          <w:sz w:val="20"/>
        </w:rPr>
        <w:t>[5]</w:t>
      </w:r>
    </w:p>
    <w:p>
      <w:r>
        <w:rPr>
          <w:rFonts w:ascii="Gentium Plus" w:hAnsi="Gentium Plus"/>
          <w:sz w:val="24"/>
        </w:rPr>
        <w:t>βαλανείῳ διατριβήν. ἐπὶ πλεῖστον γὰρ χρὴ τὸν ἄνθρωπον ἐνδιατρίβειν τῷ ὕδατι· καὶ διὰ τοῦτο καὶ αἱ κολυμβῆθραι βελτίους εἰσὶ τῶν μικρῶν πυέλων καὶ μάλισθ’ ὅσαι πλησίον ὑπάρχουσι τῆς ἔξωθεν θύρας, ὡς μηδὲ διὰ μακροῦ τὴν ἐκ τοῦ ὕδατος αὐτῷ πρὸς τοὐκτὸς εἶναι φοράν· οὐ γὰρ δὴ τοῦ</w:t>
      </w:r>
    </w:p>
    <w:p>
      <w:r>
        <w:rPr>
          <w:rFonts w:ascii="Courier New" w:hAnsi="Courier New"/>
          <w:color w:val="555555"/>
          <w:sz w:val="20"/>
        </w:rPr>
        <w:t>[10]</w:t>
      </w:r>
    </w:p>
    <w:p>
      <w:r>
        <w:rPr>
          <w:rFonts w:ascii="Gentium Plus" w:hAnsi="Gentium Plus"/>
          <w:sz w:val="24"/>
        </w:rPr>
        <w:t>ἀέρος ἐπὶ τῶν οὕτως ἐχόντων χρῄζομεν. ἔστω δ’ ἀκριβῶς εὔκρατον τὸ ὕδωρ· τὸ μὲν γὰρ ψυχρότερον λεληθυῖαν ψύξιν ἐναπεργάζεται τοῖς ἀσθενοῦσι σώμασι, τὸ δὲ θερμότερον συνάγει καὶ σφίγγει τοὺς πόρους καὶ πυκνοῖ. ἡμεῖς δ’ ἀνεῖναι καὶ χαλάσαι καὶ ἀνευρῦναι δεόμεθα συνιζηκότας αὐτούς· ὅπερ</w:t>
      </w:r>
    </w:p>
    <w:p>
      <w:r>
        <w:rPr>
          <w:rFonts w:ascii="Courier New" w:hAnsi="Courier New"/>
          <w:color w:val="555555"/>
          <w:sz w:val="20"/>
        </w:rPr>
        <w:t>[15]</w:t>
      </w:r>
    </w:p>
    <w:p>
      <w:r>
        <w:rPr>
          <w:rFonts w:ascii="Gentium Plus" w:hAnsi="Gentium Plus"/>
          <w:sz w:val="24"/>
        </w:rPr>
        <w:t>ἡ τῶν εὐκράτων ὑδάτων ἐργάζεται ποιότης· ἡδίστη γὰρ οὖσα προκαλεῖται τὴν φύσιν ἐξαπλοῦσθαι καὶ ἀποτείνεσθαι παν‐ ταχόσε πρὸς τὸ τερπνὸν, ἀνάπαλιν τοῖς ἀήδεσιν· ἀποχωρεῖ</w:t>
      </w:r>
    </w:p>
    <w:p>
      <w:r>
        <w:rPr>
          <w:rFonts w:ascii="Courier New" w:hAnsi="Courier New"/>
          <w:color w:val="555555"/>
          <w:sz w:val="20"/>
        </w:rPr>
        <w:t>[10 . 474]</w:t>
      </w:r>
    </w:p>
    <w:p>
      <w:r>
        <w:rPr>
          <w:rFonts w:ascii="Gentium Plus" w:hAnsi="Gentium Plus"/>
          <w:sz w:val="24"/>
        </w:rPr>
        <w:t>μαστὸν ἐπὶ μὲν τῇ τῶν ἀνιώντων ὁμιλίᾳ πιλεῖσθαι καὶ σφίγγεσθαι καὶ σκληρύνεσθαι τὰ σώματα καὶ τοὺς πόρους αὐ‐ τῶν συνάγεσθαι καὶ πυκνοῦσθαι, τοῖς δ’ ἐναντίοις τοῖς ἥδου‐ σιν ἕπεσθαι τὰ ἐναντία· χεῖσθαι μὲν γὰρ καὶ μαλάττεσθαι</w:t>
      </w:r>
    </w:p>
    <w:p>
      <w:r>
        <w:rPr>
          <w:rFonts w:ascii="Courier New" w:hAnsi="Courier New"/>
          <w:color w:val="555555"/>
          <w:sz w:val="20"/>
        </w:rPr>
        <w:t>[5]</w:t>
      </w:r>
    </w:p>
    <w:p>
      <w:r>
        <w:rPr>
          <w:rFonts w:ascii="Gentium Plus" w:hAnsi="Gentium Plus"/>
          <w:sz w:val="24"/>
        </w:rPr>
        <w:t>τὰ σώματα, τοὺς πόρους δ’ εὐρύνεσθαι. μετὰ δὲ τὸ τοιοῦ‐ τον λουτρὸν εὐθέως ἐδίδομεν ὄνειον γάλα τὴν ὄνον εἰς τὸν οἶκον εἰσάγοντες ἐν ᾧ κατέκειτο. ἐπεπείσμεθα γὰρ ὡς μάλι‐ στα μὲν, εἰ αὐτὸν τὸν ἄνθρωπον οἷόν τε ἦν θηλάζειν τὴν ὄνον, οὕτως ἂν ἐθεραπεύθη τάχιστα· τούτου δ’ ἔχοντος</w:t>
      </w:r>
    </w:p>
    <w:p>
      <w:r>
        <w:rPr>
          <w:rFonts w:ascii="Courier New" w:hAnsi="Courier New"/>
          <w:color w:val="555555"/>
          <w:sz w:val="20"/>
        </w:rPr>
        <w:t>[10]</w:t>
      </w:r>
    </w:p>
    <w:p>
      <w:r>
        <w:rPr>
          <w:rFonts w:ascii="Gentium Plus" w:hAnsi="Gentium Plus"/>
          <w:sz w:val="24"/>
        </w:rPr>
        <w:t>ἀηδίαν ἐλάχιστον χρόνον ὁμιλεῖν αὐτὸ τῷ πέριξ ἀέρι, τάχιστα μεταβάλλεσθαι πεφυκὸς, ὁμοίως τῷ σπέρματι· καὶ γὰρ καὶ τοῦτο χρόνον οὐδένα χρὴ διαμένειν ἔξω τῶν οἰκείων ὀργά‐ νων, εἰ μέλλει τὴν ἑαυτοῦ φυλάξειν δύναμιν· ἀλλ’ ἢ ἐν τοῖς τοῦ ἄῤῥενος εἶναι μορίοις, ἢ τοῖς τῆς θηλείας συνῆφθαι. καὶ</w:t>
      </w:r>
    </w:p>
    <w:p>
      <w:r>
        <w:rPr>
          <w:rFonts w:ascii="Courier New" w:hAnsi="Courier New"/>
          <w:color w:val="555555"/>
          <w:sz w:val="20"/>
        </w:rPr>
        <w:t>[15]</w:t>
      </w:r>
    </w:p>
    <w:p>
      <w:r>
        <w:rPr>
          <w:rFonts w:ascii="Gentium Plus" w:hAnsi="Gentium Plus"/>
          <w:sz w:val="24"/>
        </w:rPr>
        <w:t>δὴ καὶ τὸ γάλα κάλλιστον μὲν εἰ ἐξ αὐτῶν τῶν θηλῶν ἐπι‐ σπῷτό τις, ὥσπερ Εὐρυφῶν καὶ Ἡρόδοτος καὶ Πρόδικος ἀξιοῦσιν· οἳ τοσοῦτον ἄρα τεθαῤῥήκεσαν αὐτῷ πρὸς ἀναθρέ‐</w:t>
      </w:r>
    </w:p>
    <w:p>
      <w:r>
        <w:rPr>
          <w:rFonts w:ascii="Courier New" w:hAnsi="Courier New"/>
          <w:color w:val="555555"/>
          <w:sz w:val="20"/>
        </w:rPr>
        <w:t>[10 . 475]</w:t>
      </w:r>
    </w:p>
    <w:p>
      <w:r>
        <w:rPr>
          <w:rFonts w:ascii="Gentium Plus" w:hAnsi="Gentium Plus"/>
          <w:sz w:val="24"/>
        </w:rPr>
        <w:t>λευον ἐντιθεμένου τοῦ τιτθοῦ τῆς γυναικὸς τὴν θηλὴν βδάλ‐ λειν τὸ γάλα. τοῦτο δὲ οὐχ ὑπομενόντων ποιεῖν τῶν πλεί‐ στων ἄμεινόν ἐστιν ὅτι τάχιστα θερμὸν μεταφέρειν ἐκ τῶν τιτθῶν εἰς τὴν κοιλίαν τοῦ κάμνοντος αὐτό. τὸ μὲν οὖν</w:t>
      </w:r>
    </w:p>
    <w:p>
      <w:r>
        <w:rPr>
          <w:rFonts w:ascii="Courier New" w:hAnsi="Courier New"/>
          <w:color w:val="555555"/>
          <w:sz w:val="20"/>
        </w:rPr>
        <w:t>[5]</w:t>
      </w:r>
    </w:p>
    <w:p>
      <w:r>
        <w:rPr>
          <w:rFonts w:ascii="Gentium Plus" w:hAnsi="Gentium Plus"/>
          <w:sz w:val="24"/>
        </w:rPr>
        <w:t>ἀνθρώπειον ὡς ἂν ὁμόφυλον ἄριστον. ἐπεὶ δ’ ὑπομένουσιν οἱ πόλλοι γάλα γυναικὸς προσφέρεσθαι δίκην παιδίων, ὡς ὄνοις αὐτοῖς δοτέον ὄνειον γάλα. τοῦτο γάρ ἐστι πάν‐ των τῶν ἄλλων ἄριστον εἰς τὴν ἐνεστῶσαν διάθεσιν· λεπτό‐ τατον γὰρ ὑπάρχει, ἥκιστά τε τυροῦται καὶ τάχιστα διαδί‐</w:t>
      </w:r>
    </w:p>
    <w:p>
      <w:r>
        <w:rPr>
          <w:rFonts w:ascii="Courier New" w:hAnsi="Courier New"/>
          <w:color w:val="555555"/>
          <w:sz w:val="20"/>
        </w:rPr>
        <w:t>[10]</w:t>
      </w:r>
    </w:p>
    <w:p>
      <w:r>
        <w:rPr>
          <w:rFonts w:ascii="Gentium Plus" w:hAnsi="Gentium Plus"/>
          <w:sz w:val="24"/>
        </w:rPr>
        <w:t>δοται πανταχόσε. δεῖται δ’ ἀμφοῖν τούτοιν ὁ πεπονθὼς τὴν γαστέρα· τοῦ μὲν μὴ τυροῦσθαι, διὰ τὴν κοινὴν χρείαν· ἅπαντας γὰρ βλάπτει τοῦτο· τοῦ διαδίδοσθαι δὲ, διά τε τὸ δεῖσθαι ταχείας θρέψεως καὶ ὅτι μεμύκασιν αὐτῆς αἱ διέξοδοι. τοῦτό τε οὖν δοτέον αὐτὸ καθ’ αὑτὸ καὶ μέλι χλιαρὸν ὀλίγον</w:t>
      </w:r>
    </w:p>
    <w:p>
      <w:r>
        <w:rPr>
          <w:rFonts w:ascii="Courier New" w:hAnsi="Courier New"/>
          <w:color w:val="555555"/>
          <w:sz w:val="20"/>
        </w:rPr>
        <w:t>[15]</w:t>
      </w:r>
    </w:p>
    <w:p>
      <w:r>
        <w:rPr>
          <w:rFonts w:ascii="Gentium Plus" w:hAnsi="Gentium Plus"/>
          <w:sz w:val="24"/>
        </w:rPr>
        <w:t>ἐπιμιγνύειν αὐτῷ. μεγίστη δ’ ἔστω φροντὶς ἀμφοῖν τῆς ἀρε‐ τῆς ἐν ταῖς τοιαύταις διαθέσεσι. τὸ μὲν οὖν μέλι τὸ ξανθὸν</w:t>
      </w:r>
    </w:p>
    <w:p>
      <w:r>
        <w:rPr>
          <w:rFonts w:ascii="Courier New" w:hAnsi="Courier New"/>
          <w:color w:val="555555"/>
          <w:sz w:val="20"/>
        </w:rPr>
        <w:t>[10 . 476]</w:t>
      </w:r>
    </w:p>
    <w:p>
      <w:r>
        <w:rPr>
          <w:rFonts w:ascii="Gentium Plus" w:hAnsi="Gentium Plus"/>
          <w:sz w:val="24"/>
        </w:rPr>
        <w:t>διαυγεῖσθαι καὶ γευομένοις ἐπ’ ὀλίγον δριμὺ καὶ ἥδιστον· εἰς τοσοῦτό τε συνεστὼς ὡς ἐπαρθὲν τῷ δακτύλῳ καταῤῥεῖν χαμᾶζε, συνεχὲς ἑαυτῷ διαμένον ἁπάντων ἄριστον. εἰ δ’ ἀποῤῥηγνύοιτο κατά τι καὶ μὴ μένοι συνεχὲς, ἐπὶ τὴν γῆν</w:t>
      </w:r>
    </w:p>
    <w:p>
      <w:r>
        <w:rPr>
          <w:rFonts w:ascii="Courier New" w:hAnsi="Courier New"/>
          <w:color w:val="555555"/>
          <w:sz w:val="20"/>
        </w:rPr>
        <w:t>[5]</w:t>
      </w:r>
    </w:p>
    <w:p>
      <w:r>
        <w:rPr>
          <w:rFonts w:ascii="Gentium Plus" w:hAnsi="Gentium Plus"/>
          <w:sz w:val="24"/>
        </w:rPr>
        <w:t>κατατεινόμενον ἤτοι παχύτερόν ἐστιν ἢ λεπτότερον ἢ ἀνο‐ μοιομερές. ὀνομάζω δὲ ἀνομοιομερὲς, ὥσπερ οὖν καὶ αὐτὸ τοὔνομα ἐνδείκνυται, τὸ συγκείμενον ἐξ ἀνομοίων μερῶν. εὑρήσεις οὖν αὐτὸ διαθεώμενος ἤτοι παχύτητας ἢ ὑγρότητας ἐμφερομένας ἔχον, οὐχ ὁμοίας ἀλλήλαις τε καὶ τῷ παντί.</w:t>
      </w:r>
    </w:p>
    <w:p>
      <w:r>
        <w:rPr>
          <w:rFonts w:ascii="Courier New" w:hAnsi="Courier New"/>
          <w:color w:val="555555"/>
          <w:sz w:val="20"/>
        </w:rPr>
        <w:t>[10]</w:t>
      </w:r>
    </w:p>
    <w:p>
      <w:r>
        <w:rPr>
          <w:rFonts w:ascii="Gentium Plus" w:hAnsi="Gentium Plus"/>
          <w:sz w:val="24"/>
        </w:rPr>
        <w:t>κηρωδέστερον οὖν μέλι τό τε παχὺ καὶ ᾧ τοιαῦταί τινες ἐμφέρονται παχύτητες. περιπτωματικώτερον δὲ καὶ ἀκατερ‐ γαστότερον καὶ δυσπεπτότερον τό θ’ ὑγρὸν ὅλον ᾧ τε πολ‐ λαὶ κατὰ τὰ μόρια κατεσπαρμέναι φαίνονται σταγόνες ὑγρό‐ τητος· ᾧ δ’ ἐμφέρεταί τις ἢ κηροῦ ποιότης, ἢ προπόλεως,</w:t>
      </w:r>
    </w:p>
    <w:p>
      <w:r>
        <w:rPr>
          <w:rFonts w:ascii="Courier New" w:hAnsi="Courier New"/>
          <w:color w:val="555555"/>
          <w:sz w:val="20"/>
        </w:rPr>
        <w:t>[15]</w:t>
      </w:r>
    </w:p>
    <w:p>
      <w:r>
        <w:rPr>
          <w:rFonts w:ascii="Gentium Plus" w:hAnsi="Gentium Plus"/>
          <w:sz w:val="24"/>
        </w:rPr>
        <w:t>ἤ τις ἄλλη τοιαύτη γευομένοις οὐ μόνον οὐκ ἄριστον, ἀλλ’ ἤδη καὶ φαῦλον. ὅλως γὰρ οὐδεμίαν ἐξέχουσαν ἑτέρου οὐδε‐</w:t>
      </w:r>
    </w:p>
    <w:p>
      <w:r>
        <w:rPr>
          <w:rFonts w:ascii="Courier New" w:hAnsi="Courier New"/>
          <w:color w:val="555555"/>
          <w:sz w:val="20"/>
        </w:rPr>
        <w:t>[10 . 477]</w:t>
      </w:r>
    </w:p>
    <w:p>
      <w:r>
        <w:rPr>
          <w:rFonts w:ascii="Gentium Plus" w:hAnsi="Gentium Plus"/>
          <w:sz w:val="24"/>
        </w:rPr>
        <w:t>οὐδὲ τὸ τῶν θύμων ὄζον ἐναργῶς ἐπαινῶ· ἀκατεργαστότερον γάρ ἐστι τοῦτο καὶ οὐκ ἀκριβῶς πως μέλι· καίτοι τινας οἶδα τὸ τοιοῦτον ἐπαινοῦντας, ὥστε καὶ τῶν πιπρασκόντων ἔνιοι κόπτοντες τὸν θύμον ἐπιβάλλουσιν, ὅπως αὐτοῦ ὄζοι καὶ</w:t>
      </w:r>
    </w:p>
    <w:p>
      <w:r>
        <w:rPr>
          <w:rFonts w:ascii="Courier New" w:hAnsi="Courier New"/>
          <w:color w:val="555555"/>
          <w:sz w:val="20"/>
        </w:rPr>
        <w:t>[5]</w:t>
      </w:r>
    </w:p>
    <w:p>
      <w:r>
        <w:rPr>
          <w:rFonts w:ascii="Gentium Plus" w:hAnsi="Gentium Plus"/>
          <w:sz w:val="24"/>
        </w:rPr>
        <w:t>δόξειεν εἶναι κάλλιστον. ἀλλ’ ἐγὼ τὸ μὲν οὕτως ἀναιδῶς ὄζον οὐκ ἐπαινῶ· καὶ πολὺ δὴ μᾶλλον, εἰ ἐπεμβληθείη τι θύμου· τὸ δ’ ἀμυδράν τινα ποιότητα κατ’ ὀσμὴν ἢ γεῦσιν φέρον οὐ μέμφομαι. κατὰ ταὐτὰ δὲ καὶ τὸ γάλα μηδεμίαν ἔξωθεν ἐπιδεικνύσθω ποιότητα κατ’ ὀσμὴν ἢ γεῦσιν· ἀλλ’</w:t>
      </w:r>
    </w:p>
    <w:p>
      <w:r>
        <w:rPr>
          <w:rFonts w:ascii="Courier New" w:hAnsi="Courier New"/>
          <w:color w:val="555555"/>
          <w:sz w:val="20"/>
        </w:rPr>
        <w:t>[10]</w:t>
      </w:r>
    </w:p>
    <w:p>
      <w:r>
        <w:rPr>
          <w:rFonts w:ascii="Gentium Plus" w:hAnsi="Gentium Plus"/>
          <w:sz w:val="24"/>
        </w:rPr>
        <w:t>ἔστω γλυκὺ μὲν ὡς ἔνι μάλιστα καὶ συνεχὲς ἑαυτῷ καὶ λαμ‐ πρὸν, ὡς γάλακτι πρέπει· πρὸ πάντων δ’ ὁμοιομερὲς εἰς ὅσον ἐγχωρεῖ γάλακτι γενέσθαι τοιούτῳ· τελείαν γὰρ οὐκ ἐπιδέχε‐ ται τὴν ἀρετὴν, ὥσπερ τὸ μέλι τὸ ἄριστον. ὅπως δ’ εἴη τοιοῦτον, καὶ τροφὰς τῷ ζώῳ παρασκευαστέον ἐπιτηδείους καὶ</w:t>
      </w:r>
    </w:p>
    <w:p>
      <w:r>
        <w:rPr>
          <w:rFonts w:ascii="Courier New" w:hAnsi="Courier New"/>
          <w:color w:val="555555"/>
          <w:sz w:val="20"/>
        </w:rPr>
        <w:t>[15]</w:t>
      </w:r>
    </w:p>
    <w:p>
      <w:r>
        <w:rPr>
          <w:rFonts w:ascii="Gentium Plus" w:hAnsi="Gentium Plus"/>
          <w:sz w:val="24"/>
        </w:rPr>
        <w:t>γυμνάσια γυμναστέον σύμμετρα, καὶ εἴ τινα θηλάζει πῶλον, ἀφαιρετέον. ὅτι δὲ καὶ ἡλικίᾳ τὸ ἀκμαιότατον εἶναι προσήκει</w:t>
      </w:r>
    </w:p>
    <w:p>
      <w:r>
        <w:rPr>
          <w:rFonts w:ascii="Courier New" w:hAnsi="Courier New"/>
          <w:color w:val="555555"/>
          <w:sz w:val="20"/>
        </w:rPr>
        <w:t>[10 . 478]</w:t>
      </w:r>
    </w:p>
    <w:p>
      <w:r>
        <w:rPr>
          <w:rFonts w:ascii="Gentium Plus" w:hAnsi="Gentium Plus"/>
          <w:sz w:val="24"/>
        </w:rPr>
        <w:t>ἔσται, καταφρονοῦντας τῶν γελασόντων, εἰ καὶ τὰς ὄνους διαιτήσειν μέλλομεν. εἰ γὰρ οἱ περὶ Βαίνετον καὶ Πράσινον ἐσπουδακότες ὀσφραίνονται τὰς κόπρους τῶν ἵππων ἕνεκα τοῦ γνῶναι πῶς κατεργάζονται τὰς τροφὰς, ὡς ἐκ τούτου</w:t>
      </w:r>
    </w:p>
    <w:p>
      <w:r>
        <w:rPr>
          <w:rFonts w:ascii="Courier New" w:hAnsi="Courier New"/>
          <w:color w:val="555555"/>
          <w:sz w:val="20"/>
        </w:rPr>
        <w:t>[5]</w:t>
      </w:r>
    </w:p>
    <w:p>
      <w:r>
        <w:rPr>
          <w:rFonts w:ascii="Gentium Plus" w:hAnsi="Gentium Plus"/>
          <w:sz w:val="24"/>
        </w:rPr>
        <w:t>τὴν ὅλην αὐτῶν εὐεξίαν κατανοήσωσι, καὶ ἡμᾶς δήπου χρὴ πολὺ δὴ μᾶλλον εἰς ἀνθρώπου σωτηρίαν ἅπαντα προορᾶσθαι τὰ τοιαῦτα, καὶ πόας τε παρέχειν τῷ ζώῳ μὴ λίαν ὑγρὰς καὶ χόρτου καὶ κριθῆς τὸ σύμμετρον· οὐκ ἀμελεῖν δὲ οὐδὲν ψύχειν καὶ ἀνατρίβειν καὶ ἀποῤῥύπτειν καὶ καθαίρειν τὸ τῆς</w:t>
      </w:r>
    </w:p>
    <w:p>
      <w:r>
        <w:rPr>
          <w:rFonts w:ascii="Courier New" w:hAnsi="Courier New"/>
          <w:color w:val="555555"/>
          <w:sz w:val="20"/>
        </w:rPr>
        <w:t>[10]</w:t>
      </w:r>
    </w:p>
    <w:p>
      <w:r>
        <w:rPr>
          <w:rFonts w:ascii="Gentium Plus" w:hAnsi="Gentium Plus"/>
          <w:sz w:val="24"/>
        </w:rPr>
        <w:t>ὄνου σῶμα. εἰ μὲν οὖν ἀποπατήσειεν ὑγρότερα καὶ δυσωδέ‐ στερα καὶ μετὰ φύσης μεστὰ φαίνοιτο, πρόδηλον δήπουθεν ὡς οὐκ ἔπεψε καλῶς· ὥστε ἤ τι τῶν τροφῶν ἀφελεῖν, ἢ προσθεῖναι τοῖς γυμνασίοις, ἢ ὑπαλλάξαι χρὴ τὰς ποιότητας, ἢ τὴν περὶ τὰς τρίψεις τε καὶ ψύξεις ἐπιμέλειαν</w:t>
      </w:r>
    </w:p>
    <w:p>
      <w:r>
        <w:rPr>
          <w:rFonts w:ascii="Courier New" w:hAnsi="Courier New"/>
          <w:color w:val="555555"/>
          <w:sz w:val="20"/>
        </w:rPr>
        <w:t>[15]</w:t>
      </w:r>
    </w:p>
    <w:p>
      <w:r>
        <w:rPr>
          <w:rFonts w:ascii="Gentium Plus" w:hAnsi="Gentium Plus"/>
          <w:sz w:val="24"/>
        </w:rPr>
        <w:t>οὐ τὴν αὐτὴν ποιεῖσθαι, σκληρότερα δ’ ἀποπατήσαντος τοῦ ζώου πρὸς τἀναντία βλέπειν κᾀκείνων τι μετακοσμεῖν. ἐγὼ γὰρ εἰ πάνθ’ ὅσα χρὴ σκοπεῖσθαι περὶ τὸ ζῶον οὗ τῷ γά‐</w:t>
      </w:r>
    </w:p>
    <w:p>
      <w:r>
        <w:rPr>
          <w:rFonts w:ascii="Courier New" w:hAnsi="Courier New"/>
          <w:color w:val="555555"/>
          <w:sz w:val="20"/>
        </w:rPr>
        <w:t>[10 . 479]</w:t>
      </w:r>
    </w:p>
    <w:p>
      <w:r>
        <w:rPr>
          <w:rFonts w:ascii="Gentium Plus" w:hAnsi="Gentium Plus"/>
          <w:sz w:val="24"/>
        </w:rPr>
        <w:t>ὅλης ὑπομνήσομαι πραγματείας, ἣν ἀναγκαῖον μέν ἐστι γι‐ νώσκειν τὸν χρηστὸν παρασκευάσοντα τὸ γάλα, λέγειν δ’ οὐ νῦν καιρὸς, ἑτέρωθί γε διειλεγμένον τελεώτατα ὑπὲρ αὐτῆς. ἀλλ’ ἐπὶ τὸ προκείμενον ἐπάνειμι. καί μοι πάλιν ἀναμιμνή‐</w:t>
      </w:r>
    </w:p>
    <w:p>
      <w:r>
        <w:rPr>
          <w:rFonts w:ascii="Courier New" w:hAnsi="Courier New"/>
          <w:color w:val="555555"/>
          <w:sz w:val="20"/>
        </w:rPr>
        <w:t>[5]</w:t>
      </w:r>
    </w:p>
    <w:p>
      <w:r>
        <w:rPr>
          <w:rFonts w:ascii="Gentium Plus" w:hAnsi="Gentium Plus"/>
          <w:sz w:val="24"/>
        </w:rPr>
        <w:t>σκου τοῦ λελουμένου τε καὶ τὸ γάλα προσενεγκαμένου. τοῦτον οὖν τὸν ἄνθρωπον ἡσυχάζειν ἐάσαντες ἄχρι τοῦ δευτέρου λουτροῦ τρίψομεν τηνικαῦτα μετρίως τε ἅμα καὶ λιπαρῶς, εἰ ἀκριβῶς κατείργασται τὸ δοθὲν γάλα ταῖς ἐρυγαῖς τε καὶ τῷ τῆς γαστρὸς ὄγκῳ τεκμηρόμενοι. σύμμετρος δὲ ἀπὸ</w:t>
      </w:r>
    </w:p>
    <w:p>
      <w:r>
        <w:rPr>
          <w:rFonts w:ascii="Courier New" w:hAnsi="Courier New"/>
          <w:color w:val="555555"/>
          <w:sz w:val="20"/>
        </w:rPr>
        <w:t>[10]</w:t>
      </w:r>
    </w:p>
    <w:p>
      <w:r>
        <w:rPr>
          <w:rFonts w:ascii="Gentium Plus" w:hAnsi="Gentium Plus"/>
          <w:sz w:val="24"/>
        </w:rPr>
        <w:t>τοῦ πρώτου λουτροῦ πρὸς τὸ δεύτερον, ὡρῶν ἰσημερι‐ νῶν τεττάρων ἢ πέντε χρόνος, εἴ γε τὸ τρίτον ἔτι μέλ‐ λοις λούειν αὐτὸν, εἰ δὲ μὴ, πλεόνων. λούσεις δὲ τὸ τρίτον, ἢν εἰθισμένος ᾖ λουτροῖς χρῆσθαι πλείοσιν· οὗτοι γὰρ καὶ χαίρουσι καὶ ὀνίνανται πολλάκις λουόμενοι. καὶ μὲν δὴ καὶ</w:t>
      </w:r>
    </w:p>
    <w:p>
      <w:r>
        <w:rPr>
          <w:rFonts w:ascii="Courier New" w:hAnsi="Courier New"/>
          <w:color w:val="555555"/>
          <w:sz w:val="20"/>
        </w:rPr>
        <w:t>[15]</w:t>
      </w:r>
    </w:p>
    <w:p>
      <w:r>
        <w:rPr>
          <w:rFonts w:ascii="Gentium Plus" w:hAnsi="Gentium Plus"/>
          <w:sz w:val="24"/>
        </w:rPr>
        <w:t>ἐπαλείψομεν αὐτὸν ἐλαίῳ πρὶν ἀμφιέννυσθαι καθ’ ἕκαστον λουτρόν· εἰς ἀνάθρεψιν γὰρ συντελεῖ καὶ τοῦτο, καθάπερ καὶ αἱ τρίψεις. εἴρηται δὲ ὑπὲρ ἁπάντων τῶν τοιούτων τῆς δυ‐</w:t>
      </w:r>
    </w:p>
    <w:p>
      <w:r>
        <w:rPr>
          <w:rFonts w:ascii="Courier New" w:hAnsi="Courier New"/>
          <w:color w:val="555555"/>
          <w:sz w:val="20"/>
        </w:rPr>
        <w:t>[10 . 480]</w:t>
      </w:r>
    </w:p>
    <w:p>
      <w:r>
        <w:rPr>
          <w:rFonts w:ascii="Gentium Plus" w:hAnsi="Gentium Plus"/>
          <w:sz w:val="24"/>
        </w:rPr>
        <w:t>μνῆσαι καὶ νῦν ἐπὶ κεφαλαίων αὐτῶν. εἴτε γὰρ ὕδωρ ἐπιχέοις θερμὸν εὔκρατον ὁτῳδήποτε μορίῳ τοῦ σώματος, εἴτε τρί‐ βοις, εἴτε λούοις, εἴθ’ ὁπωσοῦν ἄλλως θερμαίνοις, ὄψει γιγ‐ νόμενον ὅπερ Ἱπποκράτης ἐπὶ τῶν ὕδατι θερμῷ καταντλου‐</w:t>
      </w:r>
    </w:p>
    <w:p>
      <w:r>
        <w:rPr>
          <w:rFonts w:ascii="Courier New" w:hAnsi="Courier New"/>
          <w:color w:val="555555"/>
          <w:sz w:val="20"/>
        </w:rPr>
        <w:t>[5]</w:t>
      </w:r>
    </w:p>
    <w:p>
      <w:r>
        <w:rPr>
          <w:rFonts w:ascii="Gentium Plus" w:hAnsi="Gentium Plus"/>
          <w:sz w:val="24"/>
        </w:rPr>
        <w:t>μένων εἶπε· τὸ μὲν γὰρ πρῶτον ἀείρεται, ἔπειτα δὲ ἰσχναίνε‐ ται. διὰ τοῦτο σαρκῶσαι μὲν ἡμῖν βουλομένοις ὁτιοῦν σῶμα μέχρι τοσούτου θερμαντέον ὡς εἰς ὄγκον ἀρθῆναι. διαφο‐ ρῆσαι δὲ καὶ κενῶσαι μέχρι τοσούτου χρονιστέον ὡς ἰσχνω‐ θῆναι τὸ πρότερον ὀγκωθέν. ἀκριβῶς δὲ τὸν νοῦν προσέχειν</w:t>
      </w:r>
    </w:p>
    <w:p>
      <w:r>
        <w:rPr>
          <w:rFonts w:ascii="Courier New" w:hAnsi="Courier New"/>
          <w:color w:val="555555"/>
          <w:sz w:val="20"/>
        </w:rPr>
        <w:t>[10]</w:t>
      </w:r>
    </w:p>
    <w:p>
      <w:r>
        <w:rPr>
          <w:rFonts w:ascii="Gentium Plus" w:hAnsi="Gentium Plus"/>
          <w:sz w:val="24"/>
        </w:rPr>
        <w:t>χρὴ τὸν ἐπιστατοῦντα ταῖς τοιαύταις ἐνεργείαις καὶ μάλιστα ἐφ’ ὧν βούλεται σαρκῶσαι· τοῦ μὲν γὰρ διαφορῆσαι πλατὺς ὁ καιρὸς, ὥστε οὐδ’ ἑκὼν ἁμάρτοις ἂν αὐτοῦ· τοῦ σαρκῶ‐ σαι δ’ ὀξύς· ὅταν γὰρ πρῶτον ὀγκωθῇ, τότε παύσασθαι χρή· τὸ δ’ ὀγκωθῆναι τοῦτο καθ’ ἕκαστον τῶν σωμάτων ἴδιόν</w:t>
      </w:r>
    </w:p>
    <w:p>
      <w:r>
        <w:rPr>
          <w:rFonts w:ascii="Courier New" w:hAnsi="Courier New"/>
          <w:color w:val="555555"/>
          <w:sz w:val="20"/>
        </w:rPr>
        <w:t>[15]</w:t>
      </w:r>
    </w:p>
    <w:p>
      <w:r>
        <w:rPr>
          <w:rFonts w:ascii="Gentium Plus" w:hAnsi="Gentium Plus"/>
          <w:sz w:val="24"/>
        </w:rPr>
        <w:t>ἐστιν. οὐ γὰρ οἷόν τε τὸν τῷ λόγῳ προκείμενον νῦν τὸν ἰσχνὸν εἰς ὄγκον ἀφικέσθαι τοῖς ὑγιαίνουσιν ἴσον· ἀλλ’ ὅταν</w:t>
      </w:r>
    </w:p>
    <w:p>
      <w:r>
        <w:rPr>
          <w:rFonts w:ascii="Courier New" w:hAnsi="Courier New"/>
          <w:color w:val="555555"/>
          <w:sz w:val="20"/>
        </w:rPr>
        <w:t>[10 . 481]</w:t>
      </w:r>
    </w:p>
    <w:p>
      <w:r>
        <w:rPr>
          <w:rFonts w:ascii="Gentium Plus" w:hAnsi="Gentium Plus"/>
          <w:sz w:val="24"/>
        </w:rPr>
        <w:t>βῶς προσέχειν τὸν νοῦν, ὅπως μὴ λάθῃ σε παρελθὼν ὁ και‐ ρός. ἐὰν γοῦν ἀνατρίβῃς τὸν ἄκρως ἰσχνὸν, ἀρκεῖ τὸ ἐρύθημα μόνον· ἐάν τε λούῃς, τὸ θερμῆναι μετρίως· ἐπέκεινα δὲ τοῦδε χρονίζων καταλύσεις μᾶλλον ἢ θρέψεις αὐτόν. ἐπαλεί‐</w:t>
      </w:r>
    </w:p>
    <w:p>
      <w:r>
        <w:rPr>
          <w:rFonts w:ascii="Courier New" w:hAnsi="Courier New"/>
          <w:color w:val="555555"/>
          <w:sz w:val="20"/>
        </w:rPr>
        <w:t>[5]</w:t>
      </w:r>
    </w:p>
    <w:p>
      <w:r>
        <w:rPr>
          <w:rFonts w:ascii="Gentium Plus" w:hAnsi="Gentium Plus"/>
          <w:sz w:val="24"/>
        </w:rPr>
        <w:t>φειν δὲ ἐλαίῳ μετὰ τὰ λουτρὰ χάριν τοῦ μὴ διαπνεῖσθαι πλέον τοῦ προσήκοντος, ἀλλ’ ἐμπεφράχθαι τοῦ δέρματος τοὺς πό‐ ρους. εἴη δ’ ἂν εὐθέως αὐτὸ τοῦτο τῆς μὲν ξηρότητος ἄκος, οἷον πρόβλημα δέ τι πρὸς τὴν ἐκ τοῦ περιέχοντος βλάβην. καὶ εἰ μὲν οὖν ἥδοιτο τῷ γάλακτι, καὶ μετὰ τὸ δεύτερον αὐτῷ</w:t>
      </w:r>
    </w:p>
    <w:p>
      <w:r>
        <w:rPr>
          <w:rFonts w:ascii="Courier New" w:hAnsi="Courier New"/>
          <w:color w:val="555555"/>
          <w:sz w:val="20"/>
        </w:rPr>
        <w:t>[10]</w:t>
      </w:r>
    </w:p>
    <w:p>
      <w:r>
        <w:rPr>
          <w:rFonts w:ascii="Gentium Plus" w:hAnsi="Gentium Plus"/>
          <w:sz w:val="24"/>
        </w:rPr>
        <w:t>δώσομεν λουτρόν· εἰ δὲ μὴ, πτισάνην ἀκριβῶς καθεψημένην, ἢ χόνδρον ὡς πτισάνην κατεσκευασμένον. εἶτ’ αὖθις ἡσυχά‐ σαντα πάλιν πρὸς τὸ τρίτον ἄξομεν λουτρὸν ἢ ἄντικρυς ἐπὶ τὸ δεῖπνον. ἄρτος δ’ ἔστω παρεσκευασμένος αὐτῷ κλι‐ βανίτης καθαρὸς ἐπιμελῶς μὲν ὠπτημένος, ἔχων δὲ ζύμης</w:t>
      </w:r>
    </w:p>
    <w:p>
      <w:r>
        <w:rPr>
          <w:rFonts w:ascii="Courier New" w:hAnsi="Courier New"/>
          <w:color w:val="555555"/>
          <w:sz w:val="20"/>
        </w:rPr>
        <w:t>[15]</w:t>
      </w:r>
    </w:p>
    <w:p>
      <w:r>
        <w:rPr>
          <w:rFonts w:ascii="Gentium Plus" w:hAnsi="Gentium Plus"/>
          <w:sz w:val="24"/>
        </w:rPr>
        <w:t>τε καὶ ἁλῶν αὐτάρκων. ὄψον τε τῶν πετραίων ἰχθύων, ἢ ὀνίσκος ἐκ λευκοῦ ζωμοῦ. καὶ μὴν καὶ τὰ πτερὰ καὶ οἱ ὄρχεις</w:t>
      </w:r>
    </w:p>
    <w:p>
      <w:r>
        <w:rPr>
          <w:rFonts w:ascii="Courier New" w:hAnsi="Courier New"/>
          <w:color w:val="555555"/>
          <w:sz w:val="20"/>
        </w:rPr>
        <w:t>[10 . 482]</w:t>
      </w:r>
    </w:p>
    <w:p>
      <w:r>
        <w:rPr>
          <w:rFonts w:ascii="Gentium Plus" w:hAnsi="Gentium Plus"/>
          <w:sz w:val="24"/>
        </w:rPr>
        <w:t>παρόντων δὲ τούτων ἄλλοις χρηστέον. οὕτω δὲ καὶ πέρδιξι καὶ στρουθοῖς χρῆσθαι τοῖς ὀρείοις τε καὶ μαλακοσάρκοις, φυλάττεσθαι δὲ τά θ’ ἕλεια καὶ σκληρόσαρκα· συνελόντι δὲ φάναι, τὸ κεφάλαιον τῆς τροφῆς, εὔπεπτος ἔστω καὶ τρόφι‐</w:t>
      </w:r>
    </w:p>
    <w:p>
      <w:r>
        <w:rPr>
          <w:rFonts w:ascii="Courier New" w:hAnsi="Courier New"/>
          <w:color w:val="555555"/>
          <w:sz w:val="20"/>
        </w:rPr>
        <w:t>[5]</w:t>
      </w:r>
    </w:p>
    <w:p>
      <w:r>
        <w:rPr>
          <w:rFonts w:ascii="Gentium Plus" w:hAnsi="Gentium Plus"/>
          <w:sz w:val="24"/>
        </w:rPr>
        <w:t>μος, ἥκιστα δὲ καὶ γλίσχρος καὶ περιττωματική. τροφιμώ‐ τατον οὖν ἐστιν ἁπάντων ὧν ἴσμεν ἐδεσμάτων χοίρειον κρέας, ἀλλ’ οὐχ ὁμοίως τοῖς εἰρημένοις εὔπεπτον καὶ χυμοῦ γλίσχρου καὶ παχέος γεννητικόν. οὐδὲ γὰρ οὐδ’ ἄλλως οἷόν τε δια‐ κεῖσθαι τὸ ἄκρως τρόφιμον. ἴσχεσθαι γὰρ αὐτὸ χρὴ καὶ προσ‐</w:t>
      </w:r>
    </w:p>
    <w:p>
      <w:r>
        <w:rPr>
          <w:rFonts w:ascii="Courier New" w:hAnsi="Courier New"/>
          <w:color w:val="555555"/>
          <w:sz w:val="20"/>
        </w:rPr>
        <w:t>[10]</w:t>
      </w:r>
    </w:p>
    <w:p>
      <w:r>
        <w:rPr>
          <w:rFonts w:ascii="Gentium Plus" w:hAnsi="Gentium Plus"/>
          <w:sz w:val="24"/>
        </w:rPr>
        <w:t>πλάττεσθαι δυσαπολύτως, οὐ διαῤῥεῖν ὑπὸ λεπτότητος. οὐ μὴν εἴς γε τὰ παρόντα χρηστόν. εἰ μὲν γὰρ ἡ τροφὴ ἑαυ‐ τὴν πέττουσα καὶ ἀναδιδοῦσα καὶ τοῖς τρεφομένοις ὁμοιοῦσα, προσεφύετο τοῖς πλείστης ἀναθρέψεως δεομένοις, τροφιμω‐ τάτων ἂν ἔδει σιτίων. ἐπεὶ δ’ οὐκ ἄλλο μέν ἐστι τὸ τρέφε‐</w:t>
      </w:r>
    </w:p>
    <w:p>
      <w:r>
        <w:rPr>
          <w:rFonts w:ascii="Courier New" w:hAnsi="Courier New"/>
          <w:color w:val="555555"/>
          <w:sz w:val="20"/>
        </w:rPr>
        <w:t>[15]</w:t>
      </w:r>
    </w:p>
    <w:p>
      <w:r>
        <w:rPr>
          <w:rFonts w:ascii="Gentium Plus" w:hAnsi="Gentium Plus"/>
          <w:sz w:val="24"/>
        </w:rPr>
        <w:t>σθαι δεόμενον, ἄλλο δὲ τὸ ταῦτα κατεργαζόμενον, ἀλλ’ ἑαυτῷ τε τὴν τροφὴν ἐπισπᾶται τὸ τρέφεσθαι μέλλον, ἑαυτῷ</w:t>
      </w:r>
    </w:p>
    <w:p>
      <w:r>
        <w:rPr>
          <w:rFonts w:ascii="Courier New" w:hAnsi="Courier New"/>
          <w:color w:val="555555"/>
          <w:sz w:val="20"/>
        </w:rPr>
        <w:t>[10 . 483]</w:t>
      </w:r>
    </w:p>
    <w:p>
      <w:r>
        <w:rPr>
          <w:rFonts w:ascii="Gentium Plus" w:hAnsi="Gentium Plus"/>
          <w:sz w:val="24"/>
        </w:rPr>
        <w:t>ἕξει σκοπὸν τῆς τῶν σιτίων ἐπιτηδειότητος· ἕνα μὲν οὖν αὐτοῦ τοῦ σιτίου τὴν φύσιν, ἕτερον δὲ τὴν οἰκείαν τε αὐτῷ καὶ σύμφυτον δύναμιν. ἐξ οὖν τῶν εἰρημένων εὔδηλον ὡς οὔτε τὸ τροφιμώτατον σιτίον ἄριστον εἰς τὰ δεόμενα σώ‐</w:t>
      </w:r>
    </w:p>
    <w:p>
      <w:r>
        <w:rPr>
          <w:rFonts w:ascii="Courier New" w:hAnsi="Courier New"/>
          <w:color w:val="555555"/>
          <w:sz w:val="20"/>
        </w:rPr>
        <w:t>[5]</w:t>
      </w:r>
    </w:p>
    <w:p>
      <w:r>
        <w:rPr>
          <w:rFonts w:ascii="Gentium Plus" w:hAnsi="Gentium Plus"/>
          <w:sz w:val="24"/>
        </w:rPr>
        <w:t>ματα πλείονος ἀναθρέψεως· οὐ γὰρ ὑπάρχει τῷ τοιούτῳ τὸ πέττεσθαι ῥᾳδίως· οὔτε τὸ εὐπεπτότατον, ὅτι γε μηδὲ τοῦτο δυνατὸν εἶναι τροφιμώτατον. ἐναντιουμένων οὖν ἀλλήλοις τῶν σκοπῶν οὐ χρὴ τοῦ ἑτέρου τῆς ἀκρότητος ὀριγνώμενον ἐπιλαθέσθαι θατέρου παντάπασιν, ἀλλ’ ἀμφοῖν ἀεὶ μεμνη‐</w:t>
      </w:r>
    </w:p>
    <w:p>
      <w:r>
        <w:rPr>
          <w:rFonts w:ascii="Courier New" w:hAnsi="Courier New"/>
          <w:color w:val="555555"/>
          <w:sz w:val="20"/>
        </w:rPr>
        <w:t>[10]</w:t>
      </w:r>
    </w:p>
    <w:p>
      <w:r>
        <w:rPr>
          <w:rFonts w:ascii="Gentium Plus" w:hAnsi="Gentium Plus"/>
          <w:sz w:val="24"/>
        </w:rPr>
        <w:t>μένον, εἰς ὅσον οἷόν τέ ἐστι μιγνύειν αὐτούς. τούτου μὲν δή μοι διαπαντὸς μέμνησο τοῦ παραγγέλματος. οἴνου δ’ ἐφεξῆς ποιότητός τε καὶ ποσότητος μνημονεύσωμεν, μεγίστην ἔχοντος εἰς τὰ τοιαῦτα δύναμιν, ἐπειδὴ καὶ μόνῳ τούτῳ ποτῷ χρηστέον εἶναί φημι πᾶσι τοῖς ἀναθρέψεως δεομένοις</w:t>
      </w:r>
    </w:p>
    <w:p>
      <w:r>
        <w:rPr>
          <w:rFonts w:ascii="Courier New" w:hAnsi="Courier New"/>
          <w:color w:val="555555"/>
          <w:sz w:val="20"/>
        </w:rPr>
        <w:t>[15]</w:t>
      </w:r>
    </w:p>
    <w:p>
      <w:r>
        <w:rPr>
          <w:rFonts w:ascii="Gentium Plus" w:hAnsi="Gentium Plus"/>
          <w:sz w:val="24"/>
        </w:rPr>
        <w:t>σώμασιν ἄνευ τοῦ πυρέττειν. ἔστω τοίνυν ὡς ἐν παραδείγ‐ ματι μὲν εἰπεῖν, οἷος ὁ Σαβῖνος μὲν ἐπὶ τῆς Ἰταλίας, Ἀρσύ‐ νιος δὲ κατὰ τὴν Ἀσίαν, ὡς δὲ τύπῳ τε καὶ ὅλῳ τῷ γένει</w:t>
      </w:r>
    </w:p>
    <w:p>
      <w:r>
        <w:rPr>
          <w:rFonts w:ascii="Courier New" w:hAnsi="Courier New"/>
          <w:color w:val="555555"/>
          <w:sz w:val="20"/>
        </w:rPr>
        <w:t>[10 . 484]</w:t>
      </w:r>
    </w:p>
    <w:p>
      <w:r>
        <w:rPr>
          <w:rFonts w:ascii="Gentium Plus" w:hAnsi="Gentium Plus"/>
          <w:sz w:val="24"/>
        </w:rPr>
        <w:t>στύψιν. ὑδατώδη δ’ οἶνον ὀνομάζω τὸν λεπτὸν καὶ λαμ‐ πρὸν τὸν λευκὸν, ὃς καὶ καθαρὸν καὶ ὀλιγοφόρον, ὡς Ἱππο‐ κράτης ἐκάλεσεν. ὀλιγοφόρος δ’ ἐστὶν, ὡς ἂν ἐν τῷ κεράν‐ νυσθαι, τὴν τοῦ ὕδατος μίξιν ὀλιγίστην φέρει. τουτέστιν ὁ</w:t>
      </w:r>
    </w:p>
    <w:p>
      <w:r>
        <w:rPr>
          <w:rFonts w:ascii="Courier New" w:hAnsi="Courier New"/>
          <w:color w:val="555555"/>
          <w:sz w:val="20"/>
        </w:rPr>
        <w:t>[5]</w:t>
      </w:r>
    </w:p>
    <w:p>
      <w:r>
        <w:rPr>
          <w:rFonts w:ascii="Gentium Plus" w:hAnsi="Gentium Plus"/>
          <w:sz w:val="24"/>
        </w:rPr>
        <w:t>ἀσθενέστατός τε καὶ ὑδατωδέστατος ὡς ἐν οἴνοις· ὁ γὰρ ἀνεχόμενος ὕδατος πλείστου μίξιν ἐν τῷ κεράννυσθαι σφο‐ δρότατός ἐστι καὶ ἰσχυρότατος. ὠνόμαζε τὸν τοιοῦτον ὁ Ἱπποκράτης οἰνώδη. ἀλλὰ τοῦτον μὲν φυλάττεσθαι, πλήτ‐ τοντα τὰς ἀσθενεῖς δυνάμεις. ὁ δ’ ὑδατώδης μὲν, αὐστηρὸς</w:t>
      </w:r>
    </w:p>
    <w:p>
      <w:r>
        <w:rPr>
          <w:rFonts w:ascii="Courier New" w:hAnsi="Courier New"/>
          <w:color w:val="555555"/>
          <w:sz w:val="20"/>
        </w:rPr>
        <w:t>[10]</w:t>
      </w:r>
    </w:p>
    <w:p>
      <w:r>
        <w:rPr>
          <w:rFonts w:ascii="Gentium Plus" w:hAnsi="Gentium Plus"/>
          <w:sz w:val="24"/>
        </w:rPr>
        <w:t>δὲ, ἐπιτήδειος, ὡς ἂν τὴν τοῦ ὕδατος ἐκπεφευγὼς ἀσθένειαν καὶ μηδέπω τὴν οἴνου βλάβην ἔχων. ἐκ τούτων οὖν τῶν σκο‐ πῶν εὑρήσεις αὐτοῦ καὶ τὴν ἡλικίαν καὶ τὴν κρᾶσιν. ὁ μὲν γὰρ νέος ὑδατωδέστερός τε καὶ ἀσθενέστερός πως ἢ ὡς οἴνῳ πρέπει, μετὰ καὶ τοῦ δυσπεπτότερος εἶναι καὶ περιττωματι‐</w:t>
      </w:r>
    </w:p>
    <w:p>
      <w:r>
        <w:rPr>
          <w:rFonts w:ascii="Courier New" w:hAnsi="Courier New"/>
          <w:color w:val="555555"/>
          <w:sz w:val="20"/>
        </w:rPr>
        <w:t>[15]</w:t>
      </w:r>
    </w:p>
    <w:p>
      <w:r>
        <w:rPr>
          <w:rFonts w:ascii="Gentium Plus" w:hAnsi="Gentium Plus"/>
          <w:sz w:val="24"/>
        </w:rPr>
        <w:t>κώτερος. ὁ δὲ πρεσβύτερος οἰνωδέστερός τε καὶ ἰσχυρότερος ἢ ὡς τοῖς παροῦσιν ἁρμόττει. διὸ καὶ θᾶττον ἐτῶν ἓξ ὁ εὐγενὴς Σαβῖνος οὐκ ἐπιτήδειος, ἐμπλέων ἐπὶ πλεῖστον</w:t>
      </w:r>
    </w:p>
    <w:p>
      <w:r>
        <w:rPr>
          <w:rFonts w:ascii="Courier New" w:hAnsi="Courier New"/>
          <w:color w:val="555555"/>
          <w:sz w:val="20"/>
        </w:rPr>
        <w:t>[10 . 485]</w:t>
      </w:r>
    </w:p>
    <w:p>
      <w:r>
        <w:rPr>
          <w:rFonts w:ascii="Gentium Plus" w:hAnsi="Gentium Plus"/>
          <w:sz w:val="24"/>
        </w:rPr>
        <w:t>εὐγενῆ δ’ ὀνομάζω τὸν αὐστηρὸν, ὁμοίως μὲν Σαβῖνον, ὁμοίως δὲ Ἀδριανόν τε καὶ Ἀλβανὸν, ὁμοίως δὲ Ἀρσύνιόν τε καὶ Τιτακαζηνὸν, ὅσοι τε ἄλλοι τοιοῦτοι· λέ‐ λεκται γὰρ ἐπὶ πλέον ὑπὲρ ἁπάντων οἴνων ἰδίᾳ. πρὸς τού‐</w:t>
      </w:r>
    </w:p>
    <w:p>
      <w:r>
        <w:rPr>
          <w:rFonts w:ascii="Courier New" w:hAnsi="Courier New"/>
          <w:color w:val="555555"/>
          <w:sz w:val="20"/>
        </w:rPr>
        <w:t>[5]</w:t>
      </w:r>
    </w:p>
    <w:p>
      <w:r>
        <w:rPr>
          <w:rFonts w:ascii="Gentium Plus" w:hAnsi="Gentium Plus"/>
          <w:sz w:val="24"/>
        </w:rPr>
        <w:t>τους οὖν ἀναφέρων τοὺς σκοποὺς καὶ τὴν πρὸς τὸ ὕδωρ αὐτοῦ ποιεῖσθαι κρᾶσιν· ἔτι δ’ ἂν μᾶλλον ἀκριβῶς στοχάζοιο τῶν εἰρημένων, εἰ τῆς τοῦ ὕδατος κακίας τὰ κεφάλαια διὰ μνήμης ἔχοις· ἤρτηται δὲ ἐκ τῆς ψυχρότητος αὐτοῦ πάντα, δι’ ἣν ἐν τοῖς ὑποχονδρίοις τε μέχρι πλείστου παραμένει καὶ</w:t>
      </w:r>
    </w:p>
    <w:p>
      <w:r>
        <w:rPr>
          <w:rFonts w:ascii="Courier New" w:hAnsi="Courier New"/>
          <w:color w:val="555555"/>
          <w:sz w:val="20"/>
        </w:rPr>
        <w:t>[10]</w:t>
      </w:r>
    </w:p>
    <w:p>
      <w:r>
        <w:rPr>
          <w:rFonts w:ascii="Gentium Plus" w:hAnsi="Gentium Plus"/>
          <w:sz w:val="24"/>
        </w:rPr>
        <w:t>κλύδωνας ἐργάζεται καὶ πνευματοῦται καὶ διαφθείρεται καὶ τῆς γαστρὸς ἐκλύει τὸν τόνον, ὡς καὶ τὰς πέψεις διὰ τοῦτο χείρους γίγνεσθαι· συμπράττει δ’ οὐδὲ ταῖς ἀναδόσεσι τῆς τροφῆς οὐδὲν ὅ τι καὶ ἄξιον λόγου. καὶ μέν γε καὶ αἱ τῶν προειρημένων οἴνων ἀρεταὶ ταῖς νῦν εἰρημέναις κακίαις ἐξ</w:t>
      </w:r>
    </w:p>
    <w:p>
      <w:r>
        <w:rPr>
          <w:rFonts w:ascii="Courier New" w:hAnsi="Courier New"/>
          <w:color w:val="555555"/>
          <w:sz w:val="20"/>
        </w:rPr>
        <w:t>[15]</w:t>
      </w:r>
    </w:p>
    <w:p>
      <w:r>
        <w:rPr>
          <w:rFonts w:ascii="Gentium Plus" w:hAnsi="Gentium Plus"/>
          <w:sz w:val="24"/>
        </w:rPr>
        <w:t>ὑπεναντίου τὴν φύσιν ἔχουσιν· οὔτε γὰρ ἐμφυσῶσι τὸ ὑπο‐ χόνδριον, ἀλλ’ εἰ καὶ φυσωδέστερόν πως εἴη προστέλλουσιν, οὔτε χρονίζουσιν αὐτόθι τῷ τῆς θερμασίας συμμέτρῳ, τάς θ’</w:t>
      </w:r>
    </w:p>
    <w:p>
      <w:r>
        <w:rPr>
          <w:rFonts w:ascii="Courier New" w:hAnsi="Courier New"/>
          <w:color w:val="555555"/>
          <w:sz w:val="20"/>
        </w:rPr>
        <w:t>[10 . 486]</w:t>
      </w:r>
    </w:p>
    <w:p>
      <w:r>
        <w:rPr>
          <w:rFonts w:ascii="Gentium Plus" w:hAnsi="Gentium Plus"/>
          <w:sz w:val="24"/>
        </w:rPr>
        <w:t>ἅμα καὶ συναναφέροντες τὴν τροφὴν εἰς τάχος τῇ κατὰ τὴν ἀνάδοσιν ἐνεργείᾳ συντελοῦσιν, εὔχυμοι τ’ εἰσὶ καὶ κατακε‐ ραστικοὶ καὶ πεπτικοὶ τῶν κατὰ γαστέρα τε καὶ φλέβας. αὐ‐ ξάνουσι δὲ καὶ τὴν δύναμιν τῶν ὀργάνων καὶ τὰ περιττώματα</w:t>
      </w:r>
    </w:p>
    <w:p>
      <w:r>
        <w:rPr>
          <w:rFonts w:ascii="Courier New" w:hAnsi="Courier New"/>
          <w:color w:val="555555"/>
          <w:sz w:val="20"/>
        </w:rPr>
        <w:t>[5]</w:t>
      </w:r>
    </w:p>
    <w:p>
      <w:r>
        <w:rPr>
          <w:rFonts w:ascii="Gentium Plus" w:hAnsi="Gentium Plus"/>
          <w:sz w:val="24"/>
        </w:rPr>
        <w:t>πρὸς τὰς ἐκκρίσεις ποδηγοῦσι. ταῦτ’ ἄρα καὶ οὐρητικοὶ τῶν ἄλλων οἴνων οἱ τοιοῦτοι μᾶλλόν εἰσιν, ὡς ἂν αὐτοί τε ταχέως διερχόμενοι τὸ σύμπαν σῶμα καὶ τὰ περιττώματα τῇ ῥύμῃ τῆς φορᾶς ἑαυτοῖς συνεκκρίνοντες. εἴρηται μὲν οὖν ἑτέρωθι τε‐ λεώτερον ὑπὲρ τῆς τῶν οἴνων δυνάμεως, ὥσπέρ γε καὶ περὶ</w:t>
      </w:r>
    </w:p>
    <w:p>
      <w:r>
        <w:rPr>
          <w:rFonts w:ascii="Courier New" w:hAnsi="Courier New"/>
          <w:color w:val="555555"/>
          <w:sz w:val="20"/>
        </w:rPr>
        <w:t>[10]</w:t>
      </w:r>
    </w:p>
    <w:p>
      <w:r>
        <w:rPr>
          <w:rFonts w:ascii="Gentium Plus" w:hAnsi="Gentium Plus"/>
          <w:sz w:val="24"/>
        </w:rPr>
        <w:t>τῆς τῶν σιτίων· καὶ χρὴ τὸν μεθόδῳ τὴν τέχνην ἐργάζεσθαι βουλόμενον ἰδίας τῶν ὑλῶν ἁπασῶν ἐκμαθόντα τὰς δυνά‐ μεις μηκέτι καθ’ ἕκαστον πάθος ἀκούειν ἀξιοῦν, ἀλλ’ αὐτὸ μόνον ἐπιγνόντα τὸ τῆς θεραπείας εἶδος εὑρετικὸν εἶναι τῆς ἁρμοζούσης διαίτης. ἐγὼ δ’ οὐκ ὀκνήσω, κηδόμενος τῶν</w:t>
      </w:r>
    </w:p>
    <w:p>
      <w:r>
        <w:rPr>
          <w:rFonts w:ascii="Courier New" w:hAnsi="Courier New"/>
          <w:color w:val="555555"/>
          <w:sz w:val="20"/>
        </w:rPr>
        <w:t>[15]</w:t>
      </w:r>
    </w:p>
    <w:p>
      <w:r>
        <w:rPr>
          <w:rFonts w:ascii="Gentium Plus" w:hAnsi="Gentium Plus"/>
          <w:sz w:val="24"/>
        </w:rPr>
        <w:t>τἀληθῆ σπευδόντων ἐκμανθάνειν, ἐφάψασθαι καὶ τῆς τοιαύ‐ της διδασκαλίας, ἕνεκα τοῦ τοὺς ἀγυμναστοτέρους τὸν λογισ‐ μὸν ἀπὸ τῶν καθόλου μεταβαίνειν ἐπὶ τὰ κατὰ μέρος ὑπὸ</w:t>
      </w:r>
    </w:p>
    <w:p>
      <w:r>
        <w:rPr>
          <w:rFonts w:ascii="Courier New" w:hAnsi="Courier New"/>
          <w:color w:val="555555"/>
          <w:sz w:val="20"/>
        </w:rPr>
        <w:t>[10 . 487]</w:t>
      </w:r>
    </w:p>
    <w:p>
      <w:r>
        <w:rPr>
          <w:rFonts w:ascii="Gentium Plus" w:hAnsi="Gentium Plus"/>
          <w:sz w:val="24"/>
        </w:rPr>
        <w:t>ἐστι προσθετέον αὖθις. ὁ σκοπὸς τῆς ποσότητος ἐπὶ μὲν τοῦ πόματος, ὡς μηδέ ποτ’ ἐμπλεῦσαι τῇ γαστρὶ καὶ κλύδω‐ νος ἐργάζεσθαί τινα αἴσθησιν, ἐπὶ δὲ τῶν σιτίων, μάλιστα μὲν εἰ οἷόν τε, μηδὲ βαρῦναί ποτε αὐτήν· χαλεπὸν δὲ τὸ</w:t>
      </w:r>
    </w:p>
    <w:p>
      <w:r>
        <w:rPr>
          <w:rFonts w:ascii="Courier New" w:hAnsi="Courier New"/>
          <w:color w:val="555555"/>
          <w:sz w:val="20"/>
        </w:rPr>
        <w:t>[5]</w:t>
      </w:r>
    </w:p>
    <w:p>
      <w:r>
        <w:rPr>
          <w:rFonts w:ascii="Gentium Plus" w:hAnsi="Gentium Plus"/>
          <w:sz w:val="24"/>
        </w:rPr>
        <w:t>τοιοῦτον ἢ ἴσως ἀδύνατον, ἐν ἀτόνῳ γαστρὶ φυλάξασθαι παντάπατιν, δεύτερον δ’ ὅτι τάχιστα παύσασθαι τὸ βάρος· ἐφεξῆς δὲ διάτασίν τε καὶ πνευμάτωσιν ὑποχονδρίων φυ‐ λάττεσθαι. εἰ μὲν δὴ συμπέσοι τοιοῦτό τι κατὰ τὴν πρώτην ἡμέραν, ἀνάλογον τῷ μεγέθει τοῦ συμπτώματος ἀφελεῖν χρὴ</w:t>
      </w:r>
    </w:p>
    <w:p>
      <w:r>
        <w:rPr>
          <w:rFonts w:ascii="Courier New" w:hAnsi="Courier New"/>
          <w:color w:val="555555"/>
          <w:sz w:val="20"/>
        </w:rPr>
        <w:t>[10]</w:t>
      </w:r>
    </w:p>
    <w:p>
      <w:r>
        <w:rPr>
          <w:rFonts w:ascii="Gentium Plus" w:hAnsi="Gentium Plus"/>
          <w:sz w:val="24"/>
        </w:rPr>
        <w:t>τῶν σιτίων ἐπὶ τῆς ὑστεραίας· εἰ δ’ ἀμέμπτως ἅπαντα γί‐ γνοιτο, προσθεῖναι βραχύ τι. κατὰ δὲ τὸν αὐτὸν λόγον ἐπὶ τῆς τρίτης ἡμέρας ἢ ἀφαιρεῖν ἢ προσθεῖναι, τῇ προηγουμένῃ παραβάλλοντας. καὶ οὕτως ἄχρι παντὸς ἀναθρεπτικῶς τε καὶ ἀναληπτικῶς ἅπαντα διαπράττεσθαι κινήσεσιν, αἰωρή‐</w:t>
      </w:r>
    </w:p>
    <w:p>
      <w:r>
        <w:rPr>
          <w:rFonts w:ascii="Courier New" w:hAnsi="Courier New"/>
          <w:color w:val="555555"/>
          <w:sz w:val="20"/>
        </w:rPr>
        <w:t>[15]</w:t>
      </w:r>
    </w:p>
    <w:p>
      <w:r>
        <w:rPr>
          <w:rFonts w:ascii="Gentium Plus" w:hAnsi="Gentium Plus"/>
          <w:sz w:val="24"/>
        </w:rPr>
        <w:t>σεσι καὶ περιπάτοις ἀνάλογον τῇ τοῦ σώματος ἐπιδόσει, προσ‐ τιθέντα καὶ τἄλλα πάντα κατὰ τὸν ἀναληπτικὸν ὀνομαζόμε‐ νον τρόπον, ὃς οὐ τῷ γένει διενήνοχε τοῦ νῦν ἡμῖν ἐνεστῶτος,</w:t>
      </w:r>
    </w:p>
    <w:p>
      <w:r>
        <w:rPr>
          <w:rFonts w:ascii="Courier New" w:hAnsi="Courier New"/>
          <w:color w:val="555555"/>
          <w:sz w:val="20"/>
        </w:rPr>
        <w:t>[10 . 488]</w:t>
      </w:r>
    </w:p>
    <w:p>
      <w:r>
        <w:rPr>
          <w:rFonts w:ascii="Gentium Plus" w:hAnsi="Gentium Plus"/>
          <w:sz w:val="24"/>
        </w:rPr>
        <w:t>περ ἡ γαστὴρ ἐπὶ τοῦδε. συμβαίνει δὲ μάλιστα κατὰ τὰ χρόνια τῶν ἀῤῥωστημάτων, ὅταν ἡ σύμφυτος ὑγρότης ἑκάστου μέρους, ἐξ ἧς πρώτης τρέφεται, κινδυνεύει μηκέτι εἶναι· τὴν μὲν γὰρ αὐτῶν τῶν στερεῶν σωμάτων ξηρότητα</w:t>
      </w:r>
    </w:p>
    <w:p>
      <w:r>
        <w:rPr>
          <w:rFonts w:ascii="Courier New" w:hAnsi="Courier New"/>
          <w:color w:val="555555"/>
          <w:sz w:val="20"/>
        </w:rPr>
        <w:t>[5]</w:t>
      </w:r>
    </w:p>
    <w:p>
      <w:r>
        <w:rPr>
          <w:rFonts w:ascii="Gentium Plus" w:hAnsi="Gentium Plus"/>
          <w:sz w:val="24"/>
        </w:rPr>
        <w:t>τῶν ἀδυνάτων ἐστὶν ἐπανορθώσασθαι, καθάπερ καὶ τὸ γῆ‐ ρας, ὡς κᾀν τῷ περὶ μαρασμοῦ δέδεικται λόγῳ· τὴν ὑγρό‐ τητα δὲ κᾂν ἀπόληται τελέως, οἷόν τε γεννῆσαι κατὰ τὴν εἰρημένην ἀρτίως δίαιταν. ἐν μὲν οὖν ταῖς ἄλλαις ἀναλήψε‐ σιν οὐδὲν ἐξαίρετον ἡ γαστὴρ πέπονθεν· ἐν δὲ τῇ νῦν προ‐</w:t>
      </w:r>
    </w:p>
    <w:p>
      <w:r>
        <w:rPr>
          <w:rFonts w:ascii="Courier New" w:hAnsi="Courier New"/>
          <w:color w:val="555555"/>
          <w:sz w:val="20"/>
        </w:rPr>
        <w:t>[10]</w:t>
      </w:r>
    </w:p>
    <w:p>
      <w:r>
        <w:rPr>
          <w:rFonts w:ascii="Gentium Plus" w:hAnsi="Gentium Plus"/>
          <w:sz w:val="24"/>
        </w:rPr>
        <w:t>κειμένῃ διαθέσει τὸ νόσημα μέν ἐστι τῆς γαστρὸς, λεπτύνεται δὲ τῷ χρόνῳ τὸ σύμπαν σῶμα μὴ καλῶς τρεφόμενον· εὔλογον οὖν ἀκριβεστέρας δεῖσθαι διαίτης τούσδε, διὰ τὸ περὶ τὰς πέψεις ἄῤῥωστον, ἀλλ’ ὅταν γε βελτίους γένωνται, κατὰ βραχὺ μετάγειν αὐτοὺς ἐπὶ τὴν ἀναθρεπτικὴν καὶ ἀναληπτι‐</w:t>
      </w:r>
    </w:p>
    <w:p>
      <w:r>
        <w:rPr>
          <w:rFonts w:ascii="Courier New" w:hAnsi="Courier New"/>
          <w:color w:val="555555"/>
          <w:sz w:val="20"/>
        </w:rPr>
        <w:t>[15]</w:t>
      </w:r>
    </w:p>
    <w:p>
      <w:r>
        <w:rPr>
          <w:rFonts w:ascii="Gentium Plus" w:hAnsi="Gentium Plus"/>
          <w:sz w:val="24"/>
        </w:rPr>
        <w:t>κὴν ὀνομαζομένην ἀγωγήν. γίγνοιτο δ’ ἂν τοῦτο τρίψεσί τε πλείοσιν ἢ πρόσθεν αἰωρήσεσί τε χρωμένων. ὑπαλλάττειν δ’ ἐν τούτῳ χρὴ καὶ τῶν τροφῶν τό τε ποσὸν καὶ τὸ ποιὸν,</w:t>
      </w:r>
    </w:p>
    <w:p>
      <w:r>
        <w:rPr>
          <w:rFonts w:ascii="Courier New" w:hAnsi="Courier New"/>
          <w:color w:val="555555"/>
          <w:sz w:val="20"/>
        </w:rPr>
        <w:t>[10 . 489]</w:t>
      </w:r>
    </w:p>
    <w:p>
      <w:r>
        <w:rPr>
          <w:rFonts w:ascii="Gentium Plus" w:hAnsi="Gentium Plus"/>
          <w:sz w:val="24"/>
        </w:rPr>
        <w:t>καὶ τοῦ χρόνου δὲ προϊόντος, ὅταν ἤδη πλησίον ἥκωσι τῆς ὑγιεινῆς καταστάσεως, ἀποχωρῆσαι πτισάνης καὶ γάλακτος· ἔτι δὲ τῶν ἐκ χόνδρου ῥοφημάτων ἐπὶ τὰ συνήθη προσάγον‐ τας σιτία· εἶτα καὶ τοὺς ἰχθύας ἀφελεῖν, εἰ μὴ δι’ ἔθους εἶεν,</w:t>
      </w:r>
    </w:p>
    <w:p>
      <w:r>
        <w:rPr>
          <w:rFonts w:ascii="Courier New" w:hAnsi="Courier New"/>
          <w:color w:val="555555"/>
          <w:sz w:val="20"/>
        </w:rPr>
        <w:t>[5]</w:t>
      </w:r>
    </w:p>
    <w:p>
      <w:r>
        <w:rPr>
          <w:rFonts w:ascii="Gentium Plus" w:hAnsi="Gentium Plus"/>
          <w:sz w:val="24"/>
        </w:rPr>
        <w:t>ἐπὶ τοῖς πτηνοῖς διαιτωμένους· ἐδωδῆς τε χοιρείων κρεῶν, ἄρξασθαι μὲν ἀπὸ ποδὸς ἐν πτισάνῃ καθεψημένου· μετὰ ταῦτα δὲ καὶ ὁ κωλὴν ἂν ληφθείη καλῶς, ἔπειτα ἤδη καὶ τἄλλα μόρια· τὸ μὲν πρῶτον ἱερείου νέου καὶ, εἰ χειμὼν εἴη, πρὸ μιᾶς ἡμέρας ἐσφαγμένου· τὸ γὰρ ἕωλον εὐπεπτότερόν</w:t>
      </w:r>
    </w:p>
    <w:p>
      <w:r>
        <w:rPr>
          <w:rFonts w:ascii="Courier New" w:hAnsi="Courier New"/>
          <w:color w:val="555555"/>
          <w:sz w:val="20"/>
        </w:rPr>
        <w:t>[10]</w:t>
      </w:r>
    </w:p>
    <w:p>
      <w:r>
        <w:rPr>
          <w:rFonts w:ascii="Gentium Plus" w:hAnsi="Gentium Plus"/>
          <w:sz w:val="24"/>
        </w:rPr>
        <w:t>ἐστι τοῦ προσφάτου. θέρους δ’ ἀρκεῖ τεθύσθαι μὲν ἕωθεν τὸ ἱερεῖον, ἐσθίεσθαι δὲ περὶ δυσμὰς ἡλίου· πειρατέον γὰρ ἄχρι παντὸς μὲν διαφυλάττειν ὃ παρῃνέσαμεν ἐν τοῖς ἔμπρο‐ σθεν, ἡνίκ’ εἰς ἑσπέραν ἠξιοῦμεν, δίδοσθαι τὴν ἰσχυροτέραν τροφὴν, οὐ μικρῶν ἀγαθῶν ἀπολαβόντων τῶν οὕτω διαιτω‐</w:t>
      </w:r>
    </w:p>
    <w:p>
      <w:r>
        <w:rPr>
          <w:rFonts w:ascii="Courier New" w:hAnsi="Courier New"/>
          <w:color w:val="555555"/>
          <w:sz w:val="20"/>
        </w:rPr>
        <w:t>[15]</w:t>
      </w:r>
    </w:p>
    <w:p>
      <w:r>
        <w:rPr>
          <w:rFonts w:ascii="Gentium Plus" w:hAnsi="Gentium Plus"/>
          <w:sz w:val="24"/>
        </w:rPr>
        <w:t>μένων· γνώσῃ δ’ ἐπισκεψάμενος ἀκριβέστερον· ἄμεινον γὰρ ἐπ’ ἀρχὴν ἀναγαγεῖν τὸν λόγον. ἐπειδὴ δέονται μὲν οἱ οὕτως ἔχοντες ὅτι πλείστου τοῦ θρέψαντος, οὐ δύνανται δὲ πέττειν</w:t>
      </w:r>
    </w:p>
    <w:p>
      <w:r>
        <w:rPr>
          <w:rFonts w:ascii="Courier New" w:hAnsi="Courier New"/>
          <w:color w:val="555555"/>
          <w:sz w:val="20"/>
        </w:rPr>
        <w:t>[10 . 490]</w:t>
      </w:r>
    </w:p>
    <w:p>
      <w:r>
        <w:rPr>
          <w:rFonts w:ascii="Gentium Plus" w:hAnsi="Gentium Plus"/>
          <w:sz w:val="24"/>
        </w:rPr>
        <w:t>διδόναι. διὰ τοῦτο οὖν οὐ μόνον ἅπαξ οὐχ οἷόν τ’ ἐστὶ τρέ‐ φειν αὐτοὺς ἱκανῶς, ἀλλ’ οὐδὲ δὶς, ἕως ἂν ὦσιν ἰσχνότατοι· καὶ διὰ ταύτην τὴν αἰτίαν εἴωθα τρὶς αὐτοὺς τρέφειν. ὅταν μέντοι βελτίους ἑαυτῶν ἐναργῶς ἤδη φαίνονται γεγονότες,</w:t>
      </w:r>
    </w:p>
    <w:p>
      <w:r>
        <w:rPr>
          <w:rFonts w:ascii="Courier New" w:hAnsi="Courier New"/>
          <w:color w:val="555555"/>
          <w:sz w:val="20"/>
        </w:rPr>
        <w:t>[5]</w:t>
      </w:r>
    </w:p>
    <w:p>
      <w:r>
        <w:rPr>
          <w:rFonts w:ascii="Gentium Plus" w:hAnsi="Gentium Plus"/>
          <w:sz w:val="24"/>
        </w:rPr>
        <w:t>ἀρκεῖ καὶ δὶς αὐτοὺς τρέφειν. τοσαύτην οὖν εὔλογον εἶναι αὐτοῦ τὴν πρώτην τροφὴν, ὡς ἀκριβῶς ἅπασαν πεπέφθαι πρὶν ἢ τὴν δευτέραν λαμβάνεσθαι. τοῦτο δὲ οὐχ οἷόν τε ταῖς ἰσχυροτέραις ὑπάρξαι. ληπτέον οὖν ἀσθενῆ τὴν πρώτην, ὡς πεφθῆναί τε τάχιστα καὶ ὑπελθεῖν αὐτῆς τὸ περίττωμα καὶ</w:t>
      </w:r>
    </w:p>
    <w:p>
      <w:r>
        <w:rPr>
          <w:rFonts w:ascii="Courier New" w:hAnsi="Courier New"/>
          <w:color w:val="555555"/>
          <w:sz w:val="20"/>
        </w:rPr>
        <w:t>[10]</w:t>
      </w:r>
    </w:p>
    <w:p>
      <w:r>
        <w:rPr>
          <w:rFonts w:ascii="Gentium Plus" w:hAnsi="Gentium Plus"/>
          <w:sz w:val="24"/>
        </w:rPr>
        <w:t>κενῇ καὶ καθαρᾷ τῇ γαστρὶ τὴν δευτέραν δοθῆναι τροφήν. ἀλλ’ ἐπεὶ μὴ μόνον ἡσυχία καὶ ὕπνος, ἀλλὰ καὶ χρόνος μα‐ κρότερος ἐκδέχεται τὴν ταύτης οἰκονομίαν, εὔλογον ὅσα τῶν σιτίων ἰσχυρότερα κατὰ τοῦτον μάλιστα δίδοσθαι τὸν και‐ ρόν. ἀμέλει καὶ οἱ ἀθλοῦντες οὕτω πράττουσιν ἅπαντες, οὐ</w:t>
      </w:r>
    </w:p>
    <w:p>
      <w:r>
        <w:rPr>
          <w:rFonts w:ascii="Courier New" w:hAnsi="Courier New"/>
          <w:color w:val="555555"/>
          <w:sz w:val="20"/>
        </w:rPr>
        <w:t>[15]</w:t>
      </w:r>
    </w:p>
    <w:p>
      <w:r>
        <w:rPr>
          <w:rFonts w:ascii="Gentium Plus" w:hAnsi="Gentium Plus"/>
          <w:sz w:val="24"/>
        </w:rPr>
        <w:t>λόγου μόνον ἐξευρόντος αὐτοῖς τινος, ἀλλὰ καὶ τῆς πολυχρο‐ νίου πείρας μαρτυρούσης. καὶ μέντοι καὶ ὅπερ ἐκεῖνοι πράτ‐ τουσιν, οὐδὲν χεῖρόν ἐστι καὶ τοὺς ἀναληπτικῶς ἀγομένους</w:t>
      </w:r>
    </w:p>
    <w:p>
      <w:r>
        <w:rPr>
          <w:rFonts w:ascii="Courier New" w:hAnsi="Courier New"/>
          <w:color w:val="555555"/>
          <w:sz w:val="20"/>
        </w:rPr>
        <w:t>[10 . 491]</w:t>
      </w:r>
    </w:p>
    <w:p>
      <w:r>
        <w:rPr>
          <w:rFonts w:ascii="Gentium Plus" w:hAnsi="Gentium Plus"/>
          <w:sz w:val="24"/>
        </w:rPr>
        <w:t>θῆναι τὴν τροφήν· ἐμπλέει γὰρ τὰ σιτία πινόντων, ὡς μὴ ψαύειν αὐτῶν τὸ τῆς γαστρὸς σῶμα, μέσης ἱσταμένης τῆς ὑγρότητος. εἰ δὲ διψώδεις εἶεν, ἀπέχειν μὲν αὐτοὺς τὸ πάμ‐ παν ἀνιαρόν τε ἅμα καὶ ἀλυσιτελές· ὀλίγον δὲ δοτέον</w:t>
      </w:r>
    </w:p>
    <w:p>
      <w:r>
        <w:rPr>
          <w:rFonts w:ascii="Courier New" w:hAnsi="Courier New"/>
          <w:color w:val="555555"/>
          <w:sz w:val="20"/>
        </w:rPr>
        <w:t>[5]</w:t>
      </w:r>
    </w:p>
    <w:p>
      <w:r>
        <w:rPr>
          <w:rFonts w:ascii="Gentium Plus" w:hAnsi="Gentium Plus"/>
          <w:sz w:val="24"/>
        </w:rPr>
        <w:t>ὡς παραμυθήσασθαι τὴν ἀνίαν καὶ πραῧναι τὸ δίψος. ἐπει‐ δὰν δὲ πέψωσι τὴν τροφὴν, ἐπιτρέπειν αὐτάρκως πιεῖν· ἀναδίδοται γὰρ οὕτω πραξάντων τάχιστα. μετὰ δὲ τὸν ὕπνον, ἕωθεν μὲν ἀποπατήσαντα καὶ βραχύ τι περιπα‐ τήσαντα τρῖψαι συμμέτρως. ἡ δὲ σύμμετρος ἐπὶ τούτων</w:t>
      </w:r>
    </w:p>
    <w:p>
      <w:r>
        <w:rPr>
          <w:rFonts w:ascii="Courier New" w:hAnsi="Courier New"/>
          <w:color w:val="555555"/>
          <w:sz w:val="20"/>
        </w:rPr>
        <w:t>[10]</w:t>
      </w:r>
    </w:p>
    <w:p>
      <w:r>
        <w:rPr>
          <w:rFonts w:ascii="Gentium Plus" w:hAnsi="Gentium Plus"/>
          <w:sz w:val="24"/>
        </w:rPr>
        <w:t>τρίψις ἐστὶν, ὡς θερμῆναι τὸ σῶμα· κᾄπειτα αἰώραις χρη‐ στέον· εἶτ’ αὖθις λουτέον τε καὶ τριπτέον ἐντὸς τοῦ μέσου τῆς ἡμέρας, ἢ πάντως γε περὶ τὸ μέσον ὡς ἱκανὸν γίγνεσθαι τὸ πρὸς τὴν ἑσπέραν διάστημα. τὸ δ’ ὅτι καὶ τῶν οἴκων ἐν οἷς ὁ ἀναλαμβανόμενος διαιτᾶται φροντιστέον ἐστὶν ἐν τοῖς</w:t>
      </w:r>
    </w:p>
    <w:p>
      <w:r>
        <w:rPr>
          <w:rFonts w:ascii="Courier New" w:hAnsi="Courier New"/>
          <w:color w:val="555555"/>
          <w:sz w:val="20"/>
        </w:rPr>
        <w:t>[15]</w:t>
      </w:r>
    </w:p>
    <w:p>
      <w:r>
        <w:rPr>
          <w:rFonts w:ascii="Gentium Plus" w:hAnsi="Gentium Plus"/>
          <w:sz w:val="24"/>
        </w:rPr>
        <w:t>μάλιστα, ὅπως μὴ ψυχρότεροι τοῦ προσήκοντος ἢ θερμότε‐ ροι γενηθῶσιν, οὐδὲν δέομαι λέγειν· ὅσα τ’ ἄλλα τοιαῦτα δυνατὸν ἑαυτῷ τινα χωρὶς ἡμῶν εὑρίσκειν, οὐ μόνον ἐκ τῶν</w:t>
      </w:r>
    </w:p>
    <w:p>
      <w:r>
        <w:rPr>
          <w:rFonts w:ascii="Courier New" w:hAnsi="Courier New"/>
          <w:color w:val="555555"/>
          <w:sz w:val="20"/>
        </w:rPr>
        <w:t>[10 . 492]</w:t>
      </w:r>
    </w:p>
    <w:p>
      <w:r>
        <w:rPr>
          <w:rFonts w:ascii="Gentium Plus" w:hAnsi="Gentium Plus"/>
          <w:sz w:val="24"/>
        </w:rPr>
        <w:t>πραγματείας. ἔστι γὰρ ἡ ἀναληπτικὴ δίαιτα μέση τῆς ὑγιεινῆς τε καὶ θεραπευτικῆς. ὥστε ἐκ τῶν καθ’ ἑκατέραν λεγομένων οὐδὲν ἔτι χαλεπὸν ἑαυτῷ τινα τὸ μέσον ἐξευρίσκειν. τά τε γὰρ ἄλλα καὶ οὐχ ἓν εἶδος ἅπασι διαίτης ἐν ἔθει· τοῖς μὲν</w:t>
      </w:r>
    </w:p>
    <w:p>
      <w:r>
        <w:rPr>
          <w:rFonts w:ascii="Courier New" w:hAnsi="Courier New"/>
          <w:color w:val="555555"/>
          <w:sz w:val="20"/>
        </w:rPr>
        <w:t>[5]</w:t>
      </w:r>
    </w:p>
    <w:p>
      <w:r>
        <w:rPr>
          <w:rFonts w:ascii="Gentium Plus" w:hAnsi="Gentium Plus"/>
          <w:sz w:val="24"/>
        </w:rPr>
        <w:t>γὰρ ἅπαξ, τοῖς δὲ δὶς σιτεῖσθαι, καὶ τοῖς μὲν θᾶττον, τοῖς δ’ εἰς ἑσπέραν ἄρχεσθαι τῆς προσφορᾶς ἔθος ἐστί. καὶ δὴ καὶ τὰ ἐσθιόμενα τοῖς μὲν ἰχθύες εἰσὶ τὸ πλεῖστον ἢ ὅλως τὰ ἐκ τῆς θαλάττης, τοῖς δὲ λάχανα μᾶλλον ἢ ὅλως τὰ ἐκ κήπων τοῖς δὲ ὀπῶραι, τοῖς δὲ ὄσπρια, τοῖς δὲ ἀκρόδρυα, τοῖς δὲ</w:t>
      </w:r>
    </w:p>
    <w:p>
      <w:r>
        <w:rPr>
          <w:rFonts w:ascii="Courier New" w:hAnsi="Courier New"/>
          <w:color w:val="555555"/>
          <w:sz w:val="20"/>
        </w:rPr>
        <w:t>[10]</w:t>
      </w:r>
    </w:p>
    <w:p>
      <w:r>
        <w:rPr>
          <w:rFonts w:ascii="Gentium Plus" w:hAnsi="Gentium Plus"/>
          <w:sz w:val="24"/>
        </w:rPr>
        <w:t>κρέα τετραπόδων ζώων, ἄλλοις ἄλλα, τοῖς δὲ ὀρνίθων, ἄλλων ἄλλοις καὶ ταῦτα. καὶ δὴ καὶ τυρῷ καὶ γάλακτι χρῶνταί τινες, οἱ πλεῖστοι μὲν αἰγῶν τοὐπίπαν ἢ βοῶν, ἔνιοι δὲ καὶ ἑτέρων τινῶν. καὶ πίνουσιν οἱ μὲν θερμὸν, οἱ δὲ ψυχρόν· καὶ οἶνον ἢ πολὺν, ἢ ὀλίγον, ἢ οὐδόλως, ἢ τοῖον, ἢ τοῖον.</w:t>
      </w:r>
    </w:p>
    <w:p>
      <w:r>
        <w:rPr>
          <w:rFonts w:ascii="Courier New" w:hAnsi="Courier New"/>
          <w:color w:val="555555"/>
          <w:sz w:val="20"/>
        </w:rPr>
        <w:t>[15]</w:t>
      </w:r>
    </w:p>
    <w:p>
      <w:r>
        <w:rPr>
          <w:rFonts w:ascii="Gentium Plus" w:hAnsi="Gentium Plus"/>
          <w:sz w:val="24"/>
        </w:rPr>
        <w:t>εἰς ταῦτ’ οὖν ἐπανάγειν ἕκαστον εἰς ἅπερ εἴθισται. γέγρα‐</w:t>
      </w:r>
    </w:p>
    <w:p>
      <w:r>
        <w:rPr>
          <w:rFonts w:ascii="Courier New" w:hAnsi="Courier New"/>
          <w:color w:val="555555"/>
          <w:sz w:val="20"/>
        </w:rPr>
        <w:t>[10 . 493]</w:t>
      </w:r>
    </w:p>
    <w:p>
      <w:r>
        <w:rPr>
          <w:rFonts w:ascii="Gentium Plus" w:hAnsi="Gentium Plus"/>
          <w:sz w:val="24"/>
        </w:rPr>
        <w:t>γε τοσοῦτον εἰπεῖν, ὡς οὐ μόνον ἐπὶ τῆς ἀναληπτικῆς διαί‐ της, ἀλλὰ καὶ κατὰ τὰς νόσους παμπόλλην μοῖραν εἰς ὕλης τροφῆς καὶ φαρμάκου ἔκλεξιν ἐκ τῶν ἐθῶν ἐστι λαβεῖν. ὁ μὲν γὰρ λόγος ὅλου τοῦ γένους ὑπαγορευτικώτερός ἐστι·</w:t>
      </w:r>
    </w:p>
    <w:p>
      <w:r>
        <w:rPr>
          <w:rFonts w:ascii="Courier New" w:hAnsi="Courier New"/>
          <w:color w:val="555555"/>
          <w:sz w:val="20"/>
        </w:rPr>
        <w:t>[5]</w:t>
      </w:r>
    </w:p>
    <w:p>
      <w:r>
        <w:rPr>
          <w:rFonts w:ascii="Gentium Plus" w:hAnsi="Gentium Plus"/>
          <w:sz w:val="24"/>
        </w:rPr>
        <w:t>τὰς δὲ ὕλας ἔκ τε τῶν ἄλλων ὧν εἶπον, ἀτὰρ οὐχ ἥκιστα καὶ ἐκ τῶν ἐθῶν ληπτέον. ἐπιβλέπειν δὲ καὶ τὰς τῶν φύσεων ἰδιότητας. οἶδα γοῦν τινας, εἰ διὰ τῆς νυκτὸς ὁτιοῦν ἀναγ‐ κασθεῖεν ἐγρηγορικὸν διαπράξασθαι, μηκέτι κοιμηθῆναι δυνα‐ μένους. ἐκείνοις οὖν οὐ χρὴ συμβουλεύειν ἐν τῇ νυκτὶ πίνειν,</w:t>
      </w:r>
    </w:p>
    <w:p>
      <w:r>
        <w:rPr>
          <w:rFonts w:ascii="Courier New" w:hAnsi="Courier New"/>
          <w:color w:val="555555"/>
          <w:sz w:val="20"/>
        </w:rPr>
        <w:t>[10]</w:t>
      </w:r>
    </w:p>
    <w:p>
      <w:r>
        <w:rPr>
          <w:rFonts w:ascii="Gentium Plus" w:hAnsi="Gentium Plus"/>
          <w:sz w:val="24"/>
        </w:rPr>
        <w:t>μή πως δι’ αὐτὸ τοῦτο περιπεσόντες ἀγρυπνίᾳ βλαβῶσι τὰ μέγιστα· ξηραίνει γὰρ ὅλου τοῦ σώματος τὴν ἕξιν ἡ ἀγρυ‐ πνία καὶ διὰ τοῦτό ἐστι βλαβερωτάτη τοῖς κατὰ ξηρότητα νοσοῦσιν. ἔνιοι δὲ εἰ γεύσαιντο πτισάνης, αὐτίκα ναυτιῶ‐ σιν· ἐνίοις δ’ ὀξύνεται ῥᾳδίως. ὅτι δὲ καὶ τὰ βόεια κρέα</w:t>
      </w:r>
    </w:p>
    <w:p>
      <w:r>
        <w:rPr>
          <w:rFonts w:ascii="Courier New" w:hAnsi="Courier New"/>
          <w:color w:val="555555"/>
          <w:sz w:val="20"/>
        </w:rPr>
        <w:t>[15]</w:t>
      </w:r>
    </w:p>
    <w:p>
      <w:r>
        <w:rPr>
          <w:rFonts w:ascii="Gentium Plus" w:hAnsi="Gentium Plus"/>
          <w:sz w:val="24"/>
        </w:rPr>
        <w:t>πέπτουσί τινες ῥᾳδίως, ἕν τι τῶν τεθρυλημένων ἐστί· καὶ ὡς ἄλλοι πρὸς ἄλλα βρώματά τε καὶ πόματα διάκεινται εὖ τε καὶ κακῶς. οὐ μόνον δ’ ἐκ τούτων, ἀλλὰ κᾀκ τῶν ὡρῶν τε καὶ χωρῶν εὐπορία τῆς ὕλης τῶν διαιτημάτων γίγνε‐</w:t>
      </w:r>
    </w:p>
    <w:p>
      <w:r>
        <w:rPr>
          <w:rFonts w:ascii="Courier New" w:hAnsi="Courier New"/>
          <w:color w:val="555555"/>
          <w:sz w:val="20"/>
        </w:rPr>
        <w:t>[10 . 494]</w:t>
      </w:r>
    </w:p>
    <w:p>
      <w:r>
        <w:rPr>
          <w:rFonts w:ascii="Gentium Plus" w:hAnsi="Gentium Plus"/>
          <w:sz w:val="24"/>
        </w:rPr>
        <w:t>ταῦτα· διὸ κᾀγὼ παρατρέχω μὲν τὰ τοιαῦτα, μόνον ἀναμι‐ μνήσκων αὐτῶν, ὑπὲρ τοῦ μηδὲν παραλείπεσθαι. τὸ παραλε‐ λειμμένον δὲ τοῖς νεωτέροις ἰατροῖς ἅπασιν ἐπέξειμι, τὸ τὰς διαθέσεις τῶν σωμάτων θεραπεύειν μεθόδῳ τῶν παλαιῶν,</w:t>
      </w:r>
    </w:p>
    <w:p>
      <w:r>
        <w:rPr>
          <w:rFonts w:ascii="Courier New" w:hAnsi="Courier New"/>
          <w:color w:val="555555"/>
          <w:sz w:val="20"/>
        </w:rPr>
        <w:t>[5]</w:t>
      </w:r>
    </w:p>
    <w:p>
      <w:r>
        <w:rPr>
          <w:rFonts w:ascii="Gentium Plus" w:hAnsi="Gentium Plus"/>
          <w:sz w:val="24"/>
        </w:rPr>
        <w:t>ὡς εἶπον καὶ πρόσθεν, ἀρξαμένων μὲν καλῶς, οὐ συντελεσάν‐ των δὲ τὴν μέθοδον. ἀλλ’ ἐπὶ τὸ προκείμενον ἰτέον αὖθις. αἱ ξηραὶ δυσκρασίαι τῶν σωμάτων αὐτῶν ἁψάμεναι τῶν στε‐ ρεῶν, εἰ μὲν περί τι μόριον συσταῖεν, ὥσπερ ὑπόκειται νῦν κατὰ τὴν γαστέρα, τελέως οὐκ ἄν ποτε θεραπευθεῖεν,</w:t>
      </w:r>
    </w:p>
    <w:p>
      <w:r>
        <w:rPr>
          <w:rFonts w:ascii="Courier New" w:hAnsi="Courier New"/>
          <w:color w:val="555555"/>
          <w:sz w:val="20"/>
        </w:rPr>
        <w:t>[10]</w:t>
      </w:r>
    </w:p>
    <w:p>
      <w:r>
        <w:rPr>
          <w:rFonts w:ascii="Gentium Plus" w:hAnsi="Gentium Plus"/>
          <w:sz w:val="24"/>
        </w:rPr>
        <w:t>οὐδ’ ἐπανέλθοιεν εἰς τὴν πρὸ τοῦ νοσῆσαι διάθεσιν. ἀλλ’ ὅπερ εἴωθε λέγεσθαι συνήθως ὑπ’ αὐτοῦ τοῦ πράγματος διδαχθεῖσι τοῖς πολλοῖς, ὡς ἡ νόσος ἐκάκωσε τὴν γαστέρα καὶ ἀσθενῆ παρεσκεύασεν εἰς τὸν ἔπειτα βίον, ἐπὶ ταῖς τοι‐ αύταις μάλιστα συμπίπτει δυσκρασίαις. γέροντος γὰρ οὗτοι</w:t>
      </w:r>
    </w:p>
    <w:p>
      <w:r>
        <w:rPr>
          <w:rFonts w:ascii="Courier New" w:hAnsi="Courier New"/>
          <w:color w:val="555555"/>
          <w:sz w:val="20"/>
        </w:rPr>
        <w:t>[15]</w:t>
      </w:r>
    </w:p>
    <w:p>
      <w:r>
        <w:rPr>
          <w:rFonts w:ascii="Gentium Plus" w:hAnsi="Gentium Plus"/>
          <w:sz w:val="24"/>
        </w:rPr>
        <w:t>ἴσχουσι γαστέρα πρὶν γηρᾶσαι· διὸ καὶ βλάπτονται ῥᾳδίως ὑπὸ σμικρῶν αἰτιῶν, ὥσπερ οἱ γέροντες, καὶ πέττειν οὐ δύ‐</w:t>
      </w:r>
    </w:p>
    <w:p>
      <w:r>
        <w:rPr>
          <w:rFonts w:ascii="Courier New" w:hAnsi="Courier New"/>
          <w:color w:val="555555"/>
          <w:sz w:val="20"/>
        </w:rPr>
        <w:t>[10 . 495]</w:t>
      </w:r>
    </w:p>
    <w:p>
      <w:r>
        <w:rPr>
          <w:rFonts w:ascii="Gentium Plus" w:hAnsi="Gentium Plus"/>
          <w:sz w:val="24"/>
        </w:rPr>
        <w:t>χεῖρον ἴσχειν· οὕτως δὲ κᾂν ἄλλο τι πάθωσι μόριον, ἂν δὲ καὶ τὴν καρδίαν αὐτὴν, ἐν τάχει μαραίνονται· καὶ καλεῖ τὸν τοιοῦτον μαρασμὸν ὁ Φίλιππος ἐκ νόσου γῆρας. οὗτος μὲν οὖν ὁ μαρασμὸς ἐπὶ θάνατον ἄγει συντόμως· ἐφεξῆς δὲ καὶ</w:t>
      </w:r>
    </w:p>
    <w:p>
      <w:r>
        <w:rPr>
          <w:rFonts w:ascii="Courier New" w:hAnsi="Courier New"/>
          <w:color w:val="555555"/>
          <w:sz w:val="20"/>
        </w:rPr>
        <w:t>[5]</w:t>
      </w:r>
    </w:p>
    <w:p>
      <w:r>
        <w:rPr>
          <w:rFonts w:ascii="Gentium Plus" w:hAnsi="Gentium Plus"/>
          <w:sz w:val="24"/>
        </w:rPr>
        <w:t>ὁ ἀπὸ τοῦ ἥπατος ἀρξάμενος· εἶθ’ ὁ ἀπὸ τῆς γαστρός· οἱ δ’ ἐπ’ ἄλλοις μορίοις εἰς τοσοῦτον χρονιώτεροι εἰς ὅσον ἕκαστον αὐτῶν ἀκυρώτερόν ἐστι τῶν εἰρημένων. εἰ δὲ βραχύ τι τὸ τῆς καρδίας σῶμα ξηρανθείη, ταχύγηροι μὲν γίγνονται, διαρκοῦσι δ’ εἰς ἔτη πλείω τῶν ἰσχυρῶς βλαβέντων. μετὰ</w:t>
      </w:r>
    </w:p>
    <w:p>
      <w:r>
        <w:rPr>
          <w:rFonts w:ascii="Courier New" w:hAnsi="Courier New"/>
          <w:color w:val="555555"/>
          <w:sz w:val="20"/>
        </w:rPr>
        <w:t>[10]</w:t>
      </w:r>
    </w:p>
    <w:p>
      <w:r>
        <w:rPr>
          <w:rFonts w:ascii="Gentium Plus" w:hAnsi="Gentium Plus"/>
          <w:sz w:val="24"/>
        </w:rPr>
        <w:t>ταῦτα δ’ ἐφ’ ἥπατι καὶ γαστρὶ, καθάπερ εἴρηται, κᾀπὶ τοῖς ἄλλοις ἅπασιν ἀνάλογον. ἀλλ’ ἥ γε δίαιτα κατὰ γένος ἡ αὐτὴ καὶ ταύτῃ τῇ ξηρότητι καὶ τῇ τὴν ὑγρότητα μόνην ἐκδαπα‐ νώσῃ, τὴν τρέφουσαν τὰ στερεά· καὶ πρὸς ταύταις γέ τοι τῇ τρίτῃ ῥηθείσῃ ξηρότητι κατὰ τὸν ἔμπροσθεν λόγον. εὐια‐</w:t>
      </w:r>
    </w:p>
    <w:p>
      <w:r>
        <w:rPr>
          <w:rFonts w:ascii="Courier New" w:hAnsi="Courier New"/>
          <w:color w:val="555555"/>
          <w:sz w:val="20"/>
        </w:rPr>
        <w:t>[15]</w:t>
      </w:r>
    </w:p>
    <w:p>
      <w:r>
        <w:rPr>
          <w:rFonts w:ascii="Gentium Plus" w:hAnsi="Gentium Plus"/>
          <w:sz w:val="24"/>
        </w:rPr>
        <w:t>τοτάτη δὲ πασῶν ἐστιν ἡ τετάρτη, καθ’ ἣν αἱ φλέβες ἐκκε‐ νοῦνται τῶν χυμῶν. καὶ μᾶλλον ὡς ψυχρότης ἕξεως ἡ τοιαύτη θεραπεύεται διάθεσις ἤπερ ὡς ξηρότης· καὶ ἵνα</w:t>
      </w:r>
    </w:p>
    <w:p>
      <w:r>
        <w:rPr>
          <w:rFonts w:ascii="Courier New" w:hAnsi="Courier New"/>
          <w:color w:val="555555"/>
          <w:sz w:val="20"/>
        </w:rPr>
        <w:t>[10 . 496]</w:t>
      </w:r>
    </w:p>
    <w:p>
      <w:r>
        <w:rPr>
          <w:rFonts w:ascii="Gentium Plus" w:hAnsi="Gentium Plus"/>
          <w:sz w:val="24"/>
        </w:rPr>
        <w:t>δυνος κατὰ τοῦτο. δευτέρα δ’ ἐστὶν ἡ ξηρότης, ὅθεν καὶ ἡ ἴασις ἑτοίμη τε καὶ ταχίστη. δύο γὰρ ἡμέραις εἴ τις αὐτοὺς διαιτήσειε πεφυλαγμένως θερμαίνων τε ἅμα τὰ μέτρια καὶ ἀνατρέφων ἀσφαλῶς, εὐθέως τῇ τρίτῃ προσίενται δίαιταν</w:t>
      </w:r>
    </w:p>
    <w:p>
      <w:r>
        <w:rPr>
          <w:rFonts w:ascii="Courier New" w:hAnsi="Courier New"/>
          <w:color w:val="555555"/>
          <w:sz w:val="20"/>
        </w:rPr>
        <w:t>[5]</w:t>
      </w:r>
    </w:p>
    <w:p>
      <w:r>
        <w:rPr>
          <w:rFonts w:ascii="Gentium Plus" w:hAnsi="Gentium Plus"/>
          <w:sz w:val="24"/>
        </w:rPr>
        <w:t>ἁδροτέραν ἀβλαβῶς· καὶ πολὺ δὴ μᾶλλον τῇ τετάρτῃ καὶ τῇ πέμπτῃ. καὶ τοῦτο ἄρα ἦν τὸ ὑφ’ Ἱπποκράτους λεγόμενον, τὰ ἐν πολλῷ χρόνῳ λεπτυνόμενα νωθρῶς ἐπανατρέφειν, τὰ ἐν ὀλίγῳ ὀλίγως. Ἰστέον δ’ ὅτι ταῖς ξηρότησι τῶν στερεῶν σω‐</w:t>
      </w:r>
    </w:p>
    <w:p>
      <w:r>
        <w:rPr>
          <w:rFonts w:ascii="Courier New" w:hAnsi="Courier New"/>
          <w:color w:val="555555"/>
          <w:sz w:val="20"/>
        </w:rPr>
        <w:t>[10]</w:t>
      </w:r>
    </w:p>
    <w:p>
      <w:r>
        <w:rPr>
          <w:rFonts w:ascii="Gentium Plus" w:hAnsi="Gentium Plus"/>
          <w:sz w:val="24"/>
        </w:rPr>
        <w:t>μάτων ψύξις ἐξ ἀνάγκης ἀκολουθεῖ χρονιζούσαις. διαμένειν γὰρ αὐτὴ καθ’ ἑαυτὴν ἡ ξηρότης, ἀμέμπτου τῆς κατὰ τὸ θερμὸν καὶ ψυχρὸν ἀντιθέσεως ὑπαρχούσης, οὐ δύναται. τάχιστα γὰρ ἐπὶ ταῖς ἀτροφίαις ἀποψύχεται τὰ μόρια, διότι καὶ ἡ θρέψις αὐτοῖς ἐστιν ἐκ θερμοῦ χυμοῦ τοῦ αἵματος. ἀλλ’ ὅπερ ἐν</w:t>
      </w:r>
    </w:p>
    <w:p>
      <w:r>
        <w:rPr>
          <w:rFonts w:ascii="Courier New" w:hAnsi="Courier New"/>
          <w:color w:val="555555"/>
          <w:sz w:val="20"/>
        </w:rPr>
        <w:t>[15]</w:t>
      </w:r>
    </w:p>
    <w:p>
      <w:r>
        <w:rPr>
          <w:rFonts w:ascii="Gentium Plus" w:hAnsi="Gentium Plus"/>
          <w:sz w:val="24"/>
        </w:rPr>
        <w:t>ἀρχῇ λέλεκται, ξηρότητος ἴασιν ἐποιησάμεθα νῦν ἐξ ἀρχῆς τε συστάσης μόνης ἄχρι πλείστου τε μηδεμίαν ἀξιόλογον ἀκο‐ λουθοῦσαν ἐχούσης ψύξιν. ἑξῆς ἂν οὖν εἴη μιγνύειν αὐτῇ</w:t>
      </w:r>
    </w:p>
    <w:p>
      <w:r>
        <w:rPr>
          <w:rFonts w:ascii="Courier New" w:hAnsi="Courier New"/>
          <w:color w:val="555555"/>
          <w:sz w:val="20"/>
        </w:rPr>
        <w:t>[10 . 497]</w:t>
      </w:r>
    </w:p>
    <w:p>
      <w:r>
        <w:rPr>
          <w:rFonts w:ascii="Gentium Plus" w:hAnsi="Gentium Plus"/>
          <w:sz w:val="24"/>
        </w:rPr>
        <w:t>γάλα. ἔσται τοίνυν ὁ σκοπὸς τῆς θεραπείας οὐκέθ’ ἁπλοῦς, ὡς ὁ καὶ πρόσθεν· οὐ γὰρ ὑγραίνειν μόνον, ἀλλὰ καὶ θερ‐ μαίνειν δεήσει. προσέχειν οὖν ἀκριβῶς ταῖς ὕλαις τῶν βοηθη‐ μάτων μή τι λάθωμεν ἡμᾶς αὐτοὺς, ἐπιπλέκοντές τι τῶν</w:t>
      </w:r>
    </w:p>
    <w:p>
      <w:r>
        <w:rPr>
          <w:rFonts w:ascii="Courier New" w:hAnsi="Courier New"/>
          <w:color w:val="555555"/>
          <w:sz w:val="20"/>
        </w:rPr>
        <w:t>[5]</w:t>
      </w:r>
    </w:p>
    <w:p>
      <w:r>
        <w:rPr>
          <w:rFonts w:ascii="Gentium Plus" w:hAnsi="Gentium Plus"/>
          <w:sz w:val="24"/>
        </w:rPr>
        <w:t>ἄγαν θερμαινόντων τοῖς ὑγραίνουσιν· ὑπάρχει γὰρ τούτοις τὸ ξηραῖνον ἰσχυρῶς. ἀλλὰ καὶ τὸ ποσὸν τῆς βλάβης ἐν ἑκα‐ τέρᾳ δυσκρασίᾳ πρὸς τὴν τῆς ὕλης εὕρεσιν ἱκανὸν ἔσται ποδηγεῖν· οἷον αὐτίκα μεγίστης μὲν ξηρότητος ἴασιν ἄρτι πέπαυμαι γράφων· αἱ μέτριαι δὲ τῆς οὕτως ἀκριβοῦς οὐ</w:t>
      </w:r>
    </w:p>
    <w:p>
      <w:r>
        <w:rPr>
          <w:rFonts w:ascii="Courier New" w:hAnsi="Courier New"/>
          <w:color w:val="555555"/>
          <w:sz w:val="20"/>
        </w:rPr>
        <w:t>[10]</w:t>
      </w:r>
    </w:p>
    <w:p>
      <w:r>
        <w:rPr>
          <w:rFonts w:ascii="Gentium Plus" w:hAnsi="Gentium Plus"/>
          <w:sz w:val="24"/>
        </w:rPr>
        <w:t>δέονται διαίτης, ὅτι μηδὲ τὰ τῆς δυνάμεως ἐπ’ αὐτῶν ἐσχάτως καταπέπτωκεν. οὐδὲ γὰρ οὐδὲ δι’ ἄλλο τι χαλεπὸν γίγνεται θεραπεῦσαι καλῶς ἰσχυρὰν ξηρότητα σώματος ἢ ὅτι χρῄζει μὲν ἀναθρέψεως, ἡ τροφὴ δ’ οὐ πέφυκεν ἑαυτὴν προσφύειν, ἀλλ’ αὐτοῦ δεῖται τοῦ τρεφομένου δημιουργοῦν‐</w:t>
      </w:r>
    </w:p>
    <w:p>
      <w:r>
        <w:rPr>
          <w:rFonts w:ascii="Courier New" w:hAnsi="Courier New"/>
          <w:color w:val="555555"/>
          <w:sz w:val="20"/>
        </w:rPr>
        <w:t>[15]</w:t>
      </w:r>
    </w:p>
    <w:p>
      <w:r>
        <w:rPr>
          <w:rFonts w:ascii="Gentium Plus" w:hAnsi="Gentium Plus"/>
          <w:sz w:val="24"/>
        </w:rPr>
        <w:t>τος αὐτὴν, ὅπερ ἐστὶν ἄτονον. ὅταν οὖν ᾖ μετρίως τοῦτο ξηρὸν, ἅτε μηδὲ τῆς δυνάμεως ἐσχάτως καταπεπτωκυίας, ἁδρότερόν τε διαιτᾷν ἐγχωρεῖ καὶ κίνδυνος οὐδεὶς ἁμαρτεῖν</w:t>
      </w:r>
    </w:p>
    <w:p>
      <w:r>
        <w:rPr>
          <w:rFonts w:ascii="Courier New" w:hAnsi="Courier New"/>
          <w:color w:val="555555"/>
          <w:sz w:val="20"/>
        </w:rPr>
        <w:t>[10 . 498]</w:t>
      </w:r>
    </w:p>
    <w:p>
      <w:r>
        <w:rPr>
          <w:rFonts w:ascii="Gentium Plus" w:hAnsi="Gentium Plus"/>
          <w:sz w:val="24"/>
        </w:rPr>
        <w:t>κρασίαν τὸν λόγον ἀγαγόντες ἐγυμνάσαμεν τοὺς φιλομαθεῖς ἐπ’ αὐτῆς ὡς ἐπὶ παραδείγματος· ἐντεῦθεν γὰρ ὁρμηθέντες αὐτοὶ ἐξευρήσουσιν ὕλας ἐπιτηδείας εἰς ἐπανόρθωσιν ξηροτή‐ των μετρίων. ὑποκείσθω δὲ καὶ νῦν ἔτι παραπλησία μὲν ἡ</w:t>
      </w:r>
    </w:p>
    <w:p>
      <w:r>
        <w:rPr>
          <w:rFonts w:ascii="Courier New" w:hAnsi="Courier New"/>
          <w:color w:val="555555"/>
          <w:sz w:val="20"/>
        </w:rPr>
        <w:t>[5]</w:t>
      </w:r>
    </w:p>
    <w:p>
      <w:r>
        <w:rPr>
          <w:rFonts w:ascii="Gentium Plus" w:hAnsi="Gentium Plus"/>
          <w:sz w:val="24"/>
        </w:rPr>
        <w:t>ξηρότης τῇ πρόσθεν, ἐζεύχθω δ’ αὐτῇ ψυχρότης. εἰς τοσοῦ‐ τον οὖν ἐπιμίξομεν τοῖς ἔμπροσθεν εἰρημένοις τὴν τῶν θερ‐ μαινόντων ὕλην εἰς ὅσον ἔψυκται τὸ μόριον. ὑποκείσθω δὴ πρῶτον ἐψῦχθαι μετρίως αὐτό· προσθήσομεν οὖν τοῖς εἰρημένοις ὀλίγον ἔμπροσθεν, ἐν μὲν τῇ τοῦ γάλακτος χρήσει</w:t>
      </w:r>
    </w:p>
    <w:p>
      <w:r>
        <w:rPr>
          <w:rFonts w:ascii="Courier New" w:hAnsi="Courier New"/>
          <w:color w:val="555555"/>
          <w:sz w:val="20"/>
        </w:rPr>
        <w:t>[10]</w:t>
      </w:r>
    </w:p>
    <w:p>
      <w:r>
        <w:rPr>
          <w:rFonts w:ascii="Gentium Plus" w:hAnsi="Gentium Plus"/>
          <w:sz w:val="24"/>
        </w:rPr>
        <w:t>τὸ μέλι πλέον, ἐν δὲ τῇ τοῦ οἴνου τὸν αὐτὸν μὲν τῷ γένει δώσομεν, ἧττον δ’ ὑδαρῆ τοῦ πρόσθεν, ἐτῶν δὲ πλειόνων. ἀλλὰ καὶ αὐτὰ τὰ ἐδέσματα σύμπαντα θερμότερα δοτέον οὐ ταῖς φυσικαῖς κράσεσι μόνον, ἀλλὰ καὶ ταῖς προσφάτοις ποιότησι. καὶ ναρδίνῳ μύρῳ συνεχῶς ἐπαλειπτέον τὴν κοι‐</w:t>
      </w:r>
    </w:p>
    <w:p>
      <w:r>
        <w:rPr>
          <w:rFonts w:ascii="Courier New" w:hAnsi="Courier New"/>
          <w:color w:val="555555"/>
          <w:sz w:val="20"/>
        </w:rPr>
        <w:t>[15]</w:t>
      </w:r>
    </w:p>
    <w:p>
      <w:r>
        <w:rPr>
          <w:rFonts w:ascii="Gentium Plus" w:hAnsi="Gentium Plus"/>
          <w:sz w:val="24"/>
        </w:rPr>
        <w:t>λίαν ὡς μηδέποτε γενέσθαι ξηράν. εἰ δὲ τοῦτο μὴ παρείη, τὸ μαστίχινον ἱκανόν· ἀλλὰ καὶ ὀποβαλσάμῳ χρίσομεν αὐτὴν, αὐτῷ τε καθ’ ἑαυτὸ καὶ μιγνύντες τοῖς προειρημένοις. καὶ εἰ</w:t>
      </w:r>
    </w:p>
    <w:p>
      <w:r>
        <w:rPr>
          <w:rFonts w:ascii="Courier New" w:hAnsi="Courier New"/>
          <w:color w:val="555555"/>
          <w:sz w:val="20"/>
        </w:rPr>
        <w:t>[10 . 499]</w:t>
      </w:r>
    </w:p>
    <w:p>
      <w:r>
        <w:rPr>
          <w:rFonts w:ascii="Gentium Plus" w:hAnsi="Gentium Plus"/>
          <w:sz w:val="24"/>
        </w:rPr>
        <w:t>προσμίξομεν. εἰ δὲ καὶ τὸ περιέχον εἴη ψυχρὸν, ἔριον βρέξαν‐ τες ἐπιθήσομεν. ἀλλὰ καὶ τὴν Χίαν μαστίχην ἐν ὀποβαλσάμῳ λειώσαντες, ἢ μύρῳ ναρδίνῳ, κᾄπειτα ἔριον δεύσαντες ἐπι‐ θήσομεν τῇ γαστρί. κάλλιον δὲ τὸ δευόμενον ἀρίστην εἶναι</w:t>
      </w:r>
    </w:p>
    <w:p>
      <w:r>
        <w:rPr>
          <w:rFonts w:ascii="Courier New" w:hAnsi="Courier New"/>
          <w:color w:val="555555"/>
          <w:sz w:val="20"/>
        </w:rPr>
        <w:t>[5]</w:t>
      </w:r>
    </w:p>
    <w:p>
      <w:r>
        <w:rPr>
          <w:rFonts w:ascii="Gentium Plus" w:hAnsi="Gentium Plus"/>
          <w:sz w:val="24"/>
        </w:rPr>
        <w:t>πορφύραν οἵα πέρ ἐστιν ἡ Τυρία· στύφειν τε γὰρ χρὴ με‐ τρίως αὐτὴν, ἐμπλάττειν τε τοῦ δέρματος τοὺς πόρους. τὰ μὲν γὰρ ἀραιοῦντα καὶ χαλῶντα διαφορεῖ τε ἅμα καὶ τοῖς ἔξωθεν προσπίπτουσι ψυχροῖς εὐάλωτα παρασκευάζει τὰ μόρια· τὰ δ’ ἐπὶ πλέον στύφοντα ξηραίνει. ὅθεν οὔτε δια‐</w:t>
      </w:r>
    </w:p>
    <w:p>
      <w:r>
        <w:rPr>
          <w:rFonts w:ascii="Courier New" w:hAnsi="Courier New"/>
          <w:color w:val="555555"/>
          <w:sz w:val="20"/>
        </w:rPr>
        <w:t>[10]</w:t>
      </w:r>
    </w:p>
    <w:p>
      <w:r>
        <w:rPr>
          <w:rFonts w:ascii="Gentium Plus" w:hAnsi="Gentium Plus"/>
          <w:sz w:val="24"/>
        </w:rPr>
        <w:t>φορητικῆς εἶναι προσήκει δυνάμεως τὸ θερμαῖνον φάρμακον τὰ οὕτως διακείμενα σώματα καὶ μὴ πολλὴν ἔχειν ἐπιμεμιγμέ‐ νην στύψιν. ἀναμνήσθητι γὰρ ὧν ἐπί τε τῶν ἀῤῥώστων ἐθεάσω κᾀν ταῖς περὶ τῶν φαρμάκων πραγματείαις ἐδιδάχ‐ θης, ὡς κατὰ μὲν τὴν ἑαυτῆς δύναμιν ἡ στρυφνὴ ποιότης</w:t>
      </w:r>
    </w:p>
    <w:p>
      <w:r>
        <w:rPr>
          <w:rFonts w:ascii="Courier New" w:hAnsi="Courier New"/>
          <w:color w:val="555555"/>
          <w:sz w:val="20"/>
        </w:rPr>
        <w:t>[15]</w:t>
      </w:r>
    </w:p>
    <w:p>
      <w:r>
        <w:rPr>
          <w:rFonts w:ascii="Gentium Plus" w:hAnsi="Gentium Plus"/>
          <w:sz w:val="24"/>
        </w:rPr>
        <w:t>ψύχει τε καὶ ξηραίνει· ξυμμιγνυμένη δέ τινι τῶν ἰσχυρῶς θερ‐ μαινόντων τὸ συγκείμενον ἐξ ἀμφοῖν ἧττον μὲν ἐργάζεται</w:t>
      </w:r>
    </w:p>
    <w:p>
      <w:r>
        <w:rPr>
          <w:rFonts w:ascii="Courier New" w:hAnsi="Courier New"/>
          <w:color w:val="555555"/>
          <w:sz w:val="20"/>
        </w:rPr>
        <w:t>[10 . 500]</w:t>
      </w:r>
    </w:p>
    <w:p>
      <w:r>
        <w:rPr>
          <w:rFonts w:ascii="Gentium Plus" w:hAnsi="Gentium Plus"/>
          <w:sz w:val="24"/>
        </w:rPr>
        <w:t>τιώτατα δὲ τούτων οἱ νῦν ἰατροὶ διαπράττονται, ξηρῷ καὶ ἀτρόφῳ μορίῳ πολλάκις ἐπιτιθέντες ἐκ θερμῆς καὶ στρυφνῆς ὕλης σύνθετον φάρμακον. ἔστι δὲ οὐδὲν τῶν στρυφνῶν με‐ τρίως στῦφον, ὅθεν οὐδὲ ξηραίνει μετρίως· ἀφεκτέον οὖν</w:t>
      </w:r>
    </w:p>
    <w:p>
      <w:r>
        <w:rPr>
          <w:rFonts w:ascii="Courier New" w:hAnsi="Courier New"/>
          <w:color w:val="555555"/>
          <w:sz w:val="20"/>
        </w:rPr>
        <w:t>[5]</w:t>
      </w:r>
    </w:p>
    <w:p>
      <w:r>
        <w:rPr>
          <w:rFonts w:ascii="Gentium Plus" w:hAnsi="Gentium Plus"/>
          <w:sz w:val="24"/>
        </w:rPr>
        <w:t>ἐστιν αὐτῶν ἐπὶ τῶν προκειμένων διαθέσεων. εἰ δὲ καὶ ἡ ψύξις εἴη πολλὴ μετὰ τῆς κατὰ ξηρότητα δυσκρασίας, ὡς ἀναγκάζειν ἐπὶ πλέον θερμαίνειν, πρῶτον μὲν ἀναμιμνήσκου τοῦ τῆς δυσκρασίας εἴδους· ἐδείχθη γὰρ ἁπάντων χαλεπώ‐ τατον· ὥστε δυσεπανόρθωτον αὐτὸ γίνωσκε καὶ πολλῆς ἀκρι‐</w:t>
      </w:r>
    </w:p>
    <w:p>
      <w:r>
        <w:rPr>
          <w:rFonts w:ascii="Courier New" w:hAnsi="Courier New"/>
          <w:color w:val="555555"/>
          <w:sz w:val="20"/>
        </w:rPr>
        <w:t>[10]</w:t>
      </w:r>
    </w:p>
    <w:p>
      <w:r>
        <w:rPr>
          <w:rFonts w:ascii="Gentium Plus" w:hAnsi="Gentium Plus"/>
          <w:sz w:val="24"/>
        </w:rPr>
        <w:t>βείας δεόμενον. ἀπέχεσθαι δὲ ὁμοίως τῶν ἰσχυρῶς θερ‐ μῶν καὶ στρυφνῶν πειρῶ, ἐλπίζων ἐν χρόνῳ πλείονι διὰ τῶν ἀσφαλεστέρων ἰᾶσθαι τὴν διάθεσιν. ἀσφαλέστεραι δέ εἰσιν αὗται, αὖθις γὰρ εἰπεῖν ὑπὲρ τῶν ὄντως ἀναγκαίων ἄμεινον, ἐν ναρδίνῳ μύρῳ λειώσας μαστίχην Χίαν ὡς λιπα‐</w:t>
      </w:r>
    </w:p>
    <w:p>
      <w:r>
        <w:rPr>
          <w:rFonts w:ascii="Courier New" w:hAnsi="Courier New"/>
          <w:color w:val="555555"/>
          <w:sz w:val="20"/>
        </w:rPr>
        <w:t>[15]</w:t>
      </w:r>
    </w:p>
    <w:p>
      <w:r>
        <w:rPr>
          <w:rFonts w:ascii="Gentium Plus" w:hAnsi="Gentium Plus"/>
          <w:sz w:val="24"/>
        </w:rPr>
        <w:t>ρωτάτην, ἀναλαμβάνων πορφύρᾳ χρῶ. μιγνύναι δ’ ἄμεινον εἰ παρείη καὶ τὸν ὀπὸν τοῦ βαλσάμου. διδόναι δὲ καὶ τὸ</w:t>
      </w:r>
    </w:p>
    <w:p>
      <w:r>
        <w:rPr>
          <w:rFonts w:ascii="Courier New" w:hAnsi="Courier New"/>
          <w:color w:val="555555"/>
          <w:sz w:val="20"/>
        </w:rPr>
        <w:t>[10 . 501]</w:t>
      </w:r>
    </w:p>
    <w:p>
      <w:r>
        <w:rPr>
          <w:rFonts w:ascii="Gentium Plus" w:hAnsi="Gentium Plus"/>
          <w:sz w:val="24"/>
        </w:rPr>
        <w:t>τε εἴη περιττωματικὸν καὶ μᾶλλον τρόφιμον. ἀλλὰ καὶ αὐτὸ καθ’ ἑαυτὸ ἀφηψημένον τὸ μέλι τροφὴ καλλίστη ψυ‐ χρᾷ γαστρὶ, πολεμιώτατον δὲ τῇ θερμῇ. καὶ χρὴ μεμνῆσθαι τούτων ἀμφοτέρων ἐν τοῖς μάλιστα, μὴ γινωσκομένων τοῖς</w:t>
      </w:r>
    </w:p>
    <w:p>
      <w:r>
        <w:rPr>
          <w:rFonts w:ascii="Courier New" w:hAnsi="Courier New"/>
          <w:color w:val="555555"/>
          <w:sz w:val="20"/>
        </w:rPr>
        <w:t>[5]</w:t>
      </w:r>
    </w:p>
    <w:p>
      <w:r>
        <w:rPr>
          <w:rFonts w:ascii="Gentium Plus" w:hAnsi="Gentium Plus"/>
          <w:sz w:val="24"/>
        </w:rPr>
        <w:t>πλείστοις ἰατροῖς, καὶ μήθ’ αἱρεῖσθαί τι μέλιτος μᾶλλον ἐν ψυχροῖς σώμασι μήτε φεύγειν ἐν θερμοῖς. ἡ μὲν δὴ πλείστη τροφὴ τῆς τοιαύτης διαθέσεως ἔστω μὲν μέλι τὸ κάλλιστον ἀφηψημένον ἐπ’ ἀνθράκων δρυΐνων, ἢ ἀμπελίνων εἰς τέλος διακαῶν, ἀφῃρημένου παντὸς τοῦ ἀφροῦ. τὸν δ’ οἶνον ἀεὶ</w:t>
      </w:r>
    </w:p>
    <w:p>
      <w:r>
        <w:rPr>
          <w:rFonts w:ascii="Courier New" w:hAnsi="Courier New"/>
          <w:color w:val="555555"/>
          <w:sz w:val="20"/>
        </w:rPr>
        <w:t>[10]</w:t>
      </w:r>
    </w:p>
    <w:p>
      <w:r>
        <w:rPr>
          <w:rFonts w:ascii="Gentium Plus" w:hAnsi="Gentium Plus"/>
          <w:sz w:val="24"/>
        </w:rPr>
        <w:t>καὶ μᾶλλον αἱρεῖσθαι παλαιότερον ὅσῳ περ ἂν ἡ ψύξις ἐπὶ μᾶλλον κρατῇ. καὶ εἰ δεήσειεν ὅλον τὸ γένος ὑπαλλάττειν, Ἀδριανὸν μὲν τὸ πρῶτον, εἶτ’ αὖθις Τιβουρτῖνον, ἤ τινα τῶν ὁμοίων αἱρούμενον ἅπαντας παλαιοὺς μὲν, ἀλλ’ οὐχ οὕτως ὥστε πικροὺς ὑπάρχειν ἤδη· ξηραίνουσι γὰρ οἱ πικροὶ,</w:t>
      </w:r>
    </w:p>
    <w:p>
      <w:r>
        <w:rPr>
          <w:rFonts w:ascii="Courier New" w:hAnsi="Courier New"/>
          <w:color w:val="555555"/>
          <w:sz w:val="20"/>
        </w:rPr>
        <w:t>[15]</w:t>
      </w:r>
    </w:p>
    <w:p>
      <w:r>
        <w:rPr>
          <w:rFonts w:ascii="Gentium Plus" w:hAnsi="Gentium Plus"/>
          <w:sz w:val="24"/>
        </w:rPr>
        <w:t>περαιτέρω τοῦ δέοντος. ἄριστον δὲ φάρμακον ἐπὶ τῶν τοι‐ ούτων ἁπάντων ᾧ καθ’ ἑκάστην ἡμέραν οἱ πιττωταὶ χρῶν‐ ται. καταχρίειν οὖν αὐτῷ προσήκει τὴν γαστέρα σύμπασαν·</w:t>
      </w:r>
    </w:p>
    <w:p>
      <w:r>
        <w:rPr>
          <w:rFonts w:ascii="Courier New" w:hAnsi="Courier New"/>
          <w:color w:val="555555"/>
          <w:sz w:val="20"/>
        </w:rPr>
        <w:t>[10 . 502]</w:t>
      </w:r>
    </w:p>
    <w:p>
      <w:r>
        <w:rPr>
          <w:rFonts w:ascii="Gentium Plus" w:hAnsi="Gentium Plus"/>
          <w:sz w:val="24"/>
        </w:rPr>
        <w:t>ἐφεξῆς ἐν ἡμέρᾳ μιᾷ· πλεονάκις δ’ οὐ χρή· διαφορήσεις γὰρ οὕτως, οὐ πληρώσεις αἵματος χρηστοῦ τὸ μόριον· ἡμεῖς δὲ οὐ διαφορεῖν τὸ περιεχόμενον, ἀλλ’ ἐκ τῶν πλησίον ἐπισπᾶ‐ σθαι βουλόμεθα. τοῦτο καὶ ἐπὶ τῶν ἠτροφηκότων ἁπάν‐</w:t>
      </w:r>
    </w:p>
    <w:p>
      <w:r>
        <w:rPr>
          <w:rFonts w:ascii="Courier New" w:hAnsi="Courier New"/>
          <w:color w:val="555555"/>
          <w:sz w:val="20"/>
        </w:rPr>
        <w:t>[5]</w:t>
      </w:r>
    </w:p>
    <w:p>
      <w:r>
        <w:rPr>
          <w:rFonts w:ascii="Gentium Plus" w:hAnsi="Gentium Plus"/>
          <w:sz w:val="24"/>
        </w:rPr>
        <w:t>των μορίων θαυμαστὸν φάρμακον, ἤν τις ἐπίστηται μετρίως χρῆσθαι. καὶ μέντοι καὶ τὸ θερμαίνειν τὴν γαστέρα, μὴ ποιότητι παραύξοντα τὸ θερμὸν, ἀλλ’ ὅτι μάλιστα φυλάτ‐ τοντα μὲν αὐτοῦ τὴν κατὰ φύσιν εὐκρασίαν, αὐξάνοντα δὲ τὴν οὐσίαν, οὐχ ὁ φαυλότατός ἐστι τῶν ἐν ταῖς τοιαύταις</w:t>
      </w:r>
    </w:p>
    <w:p>
      <w:r>
        <w:rPr>
          <w:rFonts w:ascii="Courier New" w:hAnsi="Courier New"/>
          <w:color w:val="555555"/>
          <w:sz w:val="20"/>
        </w:rPr>
        <w:t>[10]</w:t>
      </w:r>
    </w:p>
    <w:p>
      <w:r>
        <w:rPr>
          <w:rFonts w:ascii="Gentium Plus" w:hAnsi="Gentium Plus"/>
          <w:sz w:val="24"/>
        </w:rPr>
        <w:t>διαθέσεσι σκοπῶν. ἐργάζεται δὲ τοῦτο κατὰ μὲν τὴν δίαιταν ἅμα τοῖς εἰρημένοις ἔμπροσθεν οἶνος μάλιστα· τῶν δ’ ἔξω‐ θεν τῇ γαστρὶ προσφερομένων εὔσαρκον παιδίον συγκοιμώ‐ μενον, ὡς ψαύειν ἀεὶ τῶν κατ’ ἐπιγάστριον. ἔνιοι δὲ καὶ κυνίδια λιπαρὰ τῆς αὐτῆς ἕνεκα χρείας ἔχουσιν, οὐκ ἐν τῷ</w:t>
      </w:r>
    </w:p>
    <w:p>
      <w:r>
        <w:rPr>
          <w:rFonts w:ascii="Courier New" w:hAnsi="Courier New"/>
          <w:color w:val="555555"/>
          <w:sz w:val="20"/>
        </w:rPr>
        <w:t>[15]</w:t>
      </w:r>
    </w:p>
    <w:p>
      <w:r>
        <w:rPr>
          <w:rFonts w:ascii="Gentium Plus" w:hAnsi="Gentium Plus"/>
          <w:sz w:val="24"/>
        </w:rPr>
        <w:t>νοσηλεύεσθαι μόνον, ἀλλὰ καὶ ὑγιαίνοντες. τὰ μὲν οὖν τοι‐ αῦτα καὶ τοῖς διὰ ξηρότητα μόνην ἀτονοῦσι τὴν κοιλίαν ἐπιτήδεια. καὶ χρὴ περὶ παντὸς ποιεῖσθαι τὸ παιδίον ἄνικμον</w:t>
      </w:r>
    </w:p>
    <w:p>
      <w:r>
        <w:rPr>
          <w:rFonts w:ascii="Courier New" w:hAnsi="Courier New"/>
          <w:color w:val="555555"/>
          <w:sz w:val="20"/>
        </w:rPr>
        <w:t>[10 . 503]</w:t>
      </w:r>
    </w:p>
    <w:p>
      <w:r>
        <w:rPr>
          <w:rFonts w:ascii="Gentium Plus" w:hAnsi="Gentium Plus"/>
          <w:sz w:val="24"/>
        </w:rPr>
        <w:t>λον ἢ θερμαίνει. βλάπτουσι δὲ καὶ αἳ θερμαὶ πυρίαι τὰς τοι‐ αύτας διαθέσεις, αἱ μὲν οὖν ἅμα ξηρότητι συνιστάμεναι, διότι τῶν ὁμοιομερῶν σωμάτων ἐκβόσκονται τὰς νοτίδας· αἱ δὲ σὺν ὑγρότητι τῷ διαφορεῖν τε ταύτας, καὶ μάλισθ’ ὅταν</w:t>
      </w:r>
    </w:p>
    <w:p>
      <w:r>
        <w:rPr>
          <w:rFonts w:ascii="Courier New" w:hAnsi="Courier New"/>
          <w:color w:val="555555"/>
          <w:sz w:val="20"/>
        </w:rPr>
        <w:t>[5]</w:t>
      </w:r>
    </w:p>
    <w:p>
      <w:r>
        <w:rPr>
          <w:rFonts w:ascii="Gentium Plus" w:hAnsi="Gentium Plus"/>
          <w:sz w:val="24"/>
        </w:rPr>
        <w:t>ἐπὶ πλέον χρησώμεθα, καὶ τῷ σφόδρα μανὸν ἐργάζεσθαι καὶ τὸ σῶμα καὶ εὔψυκτον. περὶ μὲν οὖν ταύτης τῆς συζυγίας τῶν δυσκρασιῶν ἱκανὰ καὶ ταῦτα. Μιγνύσθω δ’ ἐφεξῆς δαψιλεῖ ξηρότητι, καθάπερ ὑπόκειται, μὴ πάνυ πολλὴ θερμότης. ἐπὶ μὲν τῆς</w:t>
      </w:r>
    </w:p>
    <w:p>
      <w:r>
        <w:rPr>
          <w:rFonts w:ascii="Courier New" w:hAnsi="Courier New"/>
          <w:color w:val="555555"/>
          <w:sz w:val="20"/>
        </w:rPr>
        <w:t>[10]</w:t>
      </w:r>
    </w:p>
    <w:p>
      <w:r>
        <w:rPr>
          <w:rFonts w:ascii="Gentium Plus" w:hAnsi="Gentium Plus"/>
          <w:sz w:val="24"/>
        </w:rPr>
        <w:t>τοιαύτης ὑπαλλάξεως τὴν πρώτην ἀγωγὴν φυλάξομεν, οὐχ ὅπως αὐξάνοντες ἢ τὴν τοῦ οἴνου δύναμιν, ἢ τὸ πλῆθος τοῦ μέλιτος, ἀλλὰ καὶ καθαιροῦντες ὡς μέλιτος μὲν μηδόλως γεύεσθαι, τὸν δ’ οἶνον ἥκιστα παλαιὸν προσφέρεσθαι. χλιαρὰ δὲ τὰ ἐδέσματα προσοίσομεν, ἃ καλεῖν ἔθος ἐστὶ τοῖς ἰατροῖς</w:t>
      </w:r>
    </w:p>
    <w:p>
      <w:r>
        <w:rPr>
          <w:rFonts w:ascii="Courier New" w:hAnsi="Courier New"/>
          <w:color w:val="555555"/>
          <w:sz w:val="20"/>
        </w:rPr>
        <w:t>[15]</w:t>
      </w:r>
    </w:p>
    <w:p>
      <w:r>
        <w:rPr>
          <w:rFonts w:ascii="Gentium Plus" w:hAnsi="Gentium Plus"/>
          <w:sz w:val="24"/>
        </w:rPr>
        <w:t>γαλακτώδη· θέρους δ’ ὄντος ἃ καλοῦσι κρηναῖα· καὶ τὴν κοιλίαν ἐπαλείψομεν ὀμφακίνῳ τε καὶ μηλίνῳ· πολὺ δὲ δὴ μᾶλλον ἐὰν πλείων ἡ θερμότης ᾖ, τὸν οἶνον ὑδαρέστερόν</w:t>
      </w:r>
    </w:p>
    <w:p>
      <w:r>
        <w:rPr>
          <w:rFonts w:ascii="Courier New" w:hAnsi="Courier New"/>
          <w:color w:val="555555"/>
          <w:sz w:val="20"/>
        </w:rPr>
        <w:t>[10 . 504]</w:t>
      </w:r>
    </w:p>
    <w:p>
      <w:r>
        <w:rPr>
          <w:rFonts w:ascii="Gentium Plus" w:hAnsi="Gentium Plus"/>
          <w:sz w:val="24"/>
        </w:rPr>
        <w:t>ἐν ἦρι μέσῳ, γινώσκοντες ὡς ἡ τοιαύτη διάθεσις ἀνάλογός ἐστι πυρετῷ· ὅπερ γὰρ ἐκεῖνος ἢ κατὰ σύμπαν τὸ ζῶον, ἢ κατὰ τὴν καρδίαν ἐστὶ, τοῦθ’ ἡ νῦν προκειμένη διάθεσις ἐν τῇ γαστρί. καὶ ἐγὼ πρῶτον μὲν ἁπάντων οἶδά τινα θεασά‐</w:t>
      </w:r>
    </w:p>
    <w:p>
      <w:r>
        <w:rPr>
          <w:rFonts w:ascii="Courier New" w:hAnsi="Courier New"/>
          <w:color w:val="555555"/>
          <w:sz w:val="20"/>
        </w:rPr>
        <w:t>[5]</w:t>
      </w:r>
    </w:p>
    <w:p>
      <w:r>
        <w:rPr>
          <w:rFonts w:ascii="Gentium Plus" w:hAnsi="Gentium Plus"/>
          <w:sz w:val="24"/>
        </w:rPr>
        <w:t>μενος ἅμα τοῖς διδασκάλοις ἄνδρα τῆς καθεστώσης ἡλικίας, ἐνοχλούμενον ἤδη μηνῶν οὐκ ὀλίγων· ἀλλ’ οὔτ’ ἐκείνων τις ἐγίνωσκε τὴν διάθεσιν οὔτ’ ἐγώ· μετὰ ταῦτα δ’ ἀνεμνήσθην εὑρηκὼς ἤδη τὴν θεραπευτικὴν μέθοδον, ὡς τοῦτ’ ἄρ’ ἦν ἐκεῖνο τὸ θεωρηθέν μοι πάλαι. κάλλιον δ’ αὐτὸ καὶ διηγή‐</w:t>
      </w:r>
    </w:p>
    <w:p>
      <w:r>
        <w:rPr>
          <w:rFonts w:ascii="Courier New" w:hAnsi="Courier New"/>
          <w:color w:val="555555"/>
          <w:sz w:val="20"/>
        </w:rPr>
        <w:t>[10]</w:t>
      </w:r>
    </w:p>
    <w:p>
      <w:r>
        <w:rPr>
          <w:rFonts w:ascii="Gentium Plus" w:hAnsi="Gentium Plus"/>
          <w:sz w:val="24"/>
        </w:rPr>
        <w:t>σασθαι, πάντως γὰρ δή που καὶ τοὺς ἀκούσαντας ὀνήσει, καθάπερ κᾀμέ. τετταρακοντούτης μὲν ἦν ὁ ἄνθρωπος, ἕξεως δὲ συμμέτρου κατὰ πάχος καὶ λεπτότητα κατὰ τὸν τῆς ὑγείας χρόνον. ἐδίψα δὲ σφόδρα καὶ μισεῖν ἔφασκε τὸ θερμὸν, ἐδίδου δ’ αὐτῷ οὐδεὶς ψυχρὸν ἱκανῶς λιπαροῦντι· πυρέττειν</w:t>
      </w:r>
    </w:p>
    <w:p>
      <w:r>
        <w:rPr>
          <w:rFonts w:ascii="Courier New" w:hAnsi="Courier New"/>
          <w:color w:val="555555"/>
          <w:sz w:val="20"/>
        </w:rPr>
        <w:t>[15]</w:t>
      </w:r>
    </w:p>
    <w:p>
      <w:r>
        <w:rPr>
          <w:rFonts w:ascii="Gentium Plus" w:hAnsi="Gentium Plus"/>
          <w:sz w:val="24"/>
        </w:rPr>
        <w:t>μέντοι τοῖς ἰατροῖς οὐκ ἐδόκει· καὶ ἡ γαστὴρ ἐξέκρινε τὰ ληφθέντα τριῶν ἢ τεττάρων ὡρῶν ὕστερον ἅμα τῷ ποτῷ.</w:t>
      </w:r>
    </w:p>
    <w:p>
      <w:r>
        <w:rPr>
          <w:rFonts w:ascii="Courier New" w:hAnsi="Courier New"/>
          <w:color w:val="555555"/>
          <w:sz w:val="20"/>
        </w:rPr>
        <w:t>[10 . 505]</w:t>
      </w:r>
    </w:p>
    <w:p>
      <w:r>
        <w:rPr>
          <w:rFonts w:ascii="Gentium Plus" w:hAnsi="Gentium Plus"/>
          <w:sz w:val="24"/>
        </w:rPr>
        <w:t>μηδὲν ὀνινάμενος ὑπὸ τῶν αὐστηρῶν καὶ στρυφνῶν ἐδεσμά‐ των τε καὶ φαρμάκων. ἐλάμβανε δὲ καὶ οἶνον αὐστηρὸν ἐπὶ τῇ τροφῇ οὗτος ὁ ἄνθρωπος, ἅμα μὲν οὐκέτι φέρων τὸ δίψος, ἅμα δὲ καὶ, ὡς ἔφασκεν, ἑλόμενος ἀποθανεῖν μᾶλλον ἢ ζῇν</w:t>
      </w:r>
    </w:p>
    <w:p>
      <w:r>
        <w:rPr>
          <w:rFonts w:ascii="Courier New" w:hAnsi="Courier New"/>
          <w:color w:val="555555"/>
          <w:sz w:val="20"/>
        </w:rPr>
        <w:t>[5]</w:t>
      </w:r>
    </w:p>
    <w:p>
      <w:r>
        <w:rPr>
          <w:rFonts w:ascii="Gentium Plus" w:hAnsi="Gentium Plus"/>
          <w:sz w:val="24"/>
        </w:rPr>
        <w:t>ἀνιώμενος. ὕδατος ψυχροῦ δαψιλὲς ἀθρόως ἐπὶ τῇ τροφῇ προσενεγκάμενος αὐτίκα μὲν ἐπαύσατο διψῶν, ἐξήμεσε δ’ ὀλίγον ὕστερον τὸ πλεῖστον. φρικῶδες δὲ τοὐντεῦθεν γίνεται τὸ σύμπαν σῶμα καὶ δεῖται σκεπασμάτων πλειόνων ἀποῤῥί‐ πτων ἔμπροσθεν ἅπαντα· τό τε οὖν λοιπὸν ἅπαν τῆς ἡμέρας</w:t>
      </w:r>
    </w:p>
    <w:p>
      <w:r>
        <w:rPr>
          <w:rFonts w:ascii="Courier New" w:hAnsi="Courier New"/>
          <w:color w:val="555555"/>
          <w:sz w:val="20"/>
        </w:rPr>
        <w:t>[10]</w:t>
      </w:r>
    </w:p>
    <w:p>
      <w:r>
        <w:rPr>
          <w:rFonts w:ascii="Gentium Plus" w:hAnsi="Gentium Plus"/>
          <w:sz w:val="24"/>
        </w:rPr>
        <w:t>ἐφεξῆς τοῦτο ἔπραξε καὶ δι’ ὅλης νυκτὸς ἐφ’ ἡσυχίας ἔμει‐ νεν, ἐνθάλπων ἑαυτὸν ἐπιβλήμασιν. ἐξέκρινε δ’ ἅπαξ ἡ γαστὴρ αὐτῷ μετρίως συνεστῶτα διὰ μέσης νυκτός· ὥστε οὐδὲ διψώδης ἦν ἔτι κατὰ τὴν ὑστεραίαν, εὐχρούστερός τε μακρῷ καὶ ἰσχυρότερος ἀπείργαστο. καὶ σκέψις μὲν ἐγένετο</w:t>
      </w:r>
    </w:p>
    <w:p>
      <w:r>
        <w:rPr>
          <w:rFonts w:ascii="Courier New" w:hAnsi="Courier New"/>
          <w:color w:val="555555"/>
          <w:sz w:val="20"/>
        </w:rPr>
        <w:t>[15]</w:t>
      </w:r>
    </w:p>
    <w:p>
      <w:r>
        <w:rPr>
          <w:rFonts w:ascii="Gentium Plus" w:hAnsi="Gentium Plus"/>
          <w:sz w:val="24"/>
        </w:rPr>
        <w:t>τοῖς ἰατροῖς εἰ λουστέον αὐτὸν, ἐνίων μὲν κελευόντων, ἐνίων δ’ ἀπαγορευόντων· ἐκράτει δὲ ἡ τοῦ λούειν δόξα. καὶ τοίνυν λουσάμενος εὐφόρως, μετρίως τε διῃτήθη καὶ κρεῖττον ἢ</w:t>
      </w:r>
    </w:p>
    <w:p>
      <w:r>
        <w:rPr>
          <w:rFonts w:ascii="Courier New" w:hAnsi="Courier New"/>
          <w:color w:val="555555"/>
          <w:sz w:val="20"/>
        </w:rPr>
        <w:t>[10 . 506]</w:t>
      </w:r>
    </w:p>
    <w:p>
      <w:r>
        <w:rPr>
          <w:rFonts w:ascii="Gentium Plus" w:hAnsi="Gentium Plus"/>
          <w:sz w:val="24"/>
        </w:rPr>
        <w:t>κατάποσιν ὡς δυσχερῆ καὶ πᾶσιν ἐδόκει διὰ τὸν ἔμετον ἀήθως γενόμενον ἐσπαράχθαι τε καὶ κάμνειν τὸν στόμαχον, ὡς δὲ καὶ τῶν ἑξῆς ἡμερῶν ἔμενε τὸ σύμπτωμα, δῆλον ἐγίγ‐ νετο πᾶσιν ἡμῖν ὡς ἡ μὲν γαστὴρ ἐθεραπεύθη τὴν ἀτονίαν,</w:t>
      </w:r>
    </w:p>
    <w:p>
      <w:r>
        <w:rPr>
          <w:rFonts w:ascii="Courier New" w:hAnsi="Courier New"/>
          <w:color w:val="555555"/>
          <w:sz w:val="20"/>
        </w:rPr>
        <w:t>[5]</w:t>
      </w:r>
    </w:p>
    <w:p>
      <w:r>
        <w:rPr>
          <w:rFonts w:ascii="Gentium Plus" w:hAnsi="Gentium Plus"/>
          <w:sz w:val="24"/>
        </w:rPr>
        <w:t>ὁ στόμαχος δὲ ἐψύχθη. καὶ οὐδὲν ἄρα θαυμαστὸν ἦν εἰς συμμετρίαν μὲν ἐπανελθεῖν τῇ πόσει τὸ ὑπερτεθερμασμένον, ψυχθῆναι δὲ τὸ μετρίως θερμόν. οὐ μὴν οὐδὲ ἠδυνήθη τις αὐτοῦ θεραπεῦσαι τὸν στόμαχον, ἀλλ’ ἕτερον ἀνθ’ ἑτέρου κακὸν ἀνταλλαξάμενος ἐτελεύτα τῷ χρόνῳ. ἄλλον δὲ τοιοῦ‐</w:t>
      </w:r>
    </w:p>
    <w:p>
      <w:r>
        <w:rPr>
          <w:rFonts w:ascii="Courier New" w:hAnsi="Courier New"/>
          <w:color w:val="555555"/>
          <w:sz w:val="20"/>
        </w:rPr>
        <w:t>[10]</w:t>
      </w:r>
    </w:p>
    <w:p>
      <w:r>
        <w:rPr>
          <w:rFonts w:ascii="Gentium Plus" w:hAnsi="Gentium Plus"/>
          <w:sz w:val="24"/>
        </w:rPr>
        <w:t>τον ἔτεσιν ὕστερον οὐκ ὀλίγοις ἐθεασάμην, ἤδη διαγινώσκειν εἰδὼς ἁπάσας τῆς γαστρὸς τὰς δυσκρασίας, ἐδόκει μοι δὴ ψύχειν ἀγωνιστικώτερον εὐθέως πρὶν ἐπὶ πλέον λεπτυνθέντα παραπλήσιόν τι τῷ πρόσθεν ἐπὶ τῇ ψύξει παθεῖν. ἀσφαλέ‐ στερον οὖν ἐφαίνετό μοι τὴν πρώτην ἀποπειραθῆναι τῶν</w:t>
      </w:r>
    </w:p>
    <w:p>
      <w:r>
        <w:rPr>
          <w:rFonts w:ascii="Courier New" w:hAnsi="Courier New"/>
          <w:color w:val="555555"/>
          <w:sz w:val="20"/>
        </w:rPr>
        <w:t>[15]</w:t>
      </w:r>
    </w:p>
    <w:p>
      <w:r>
        <w:rPr>
          <w:rFonts w:ascii="Gentium Plus" w:hAnsi="Gentium Plus"/>
          <w:sz w:val="24"/>
        </w:rPr>
        <w:t>κατὰ τὸ ὑποχόνδριον ἐπιτιθεμένων ψυκτηρίων φαρμάκων. καὶ οὕτω πράξαντος ἠλαττώθη μὲν τὸ καῦμα τῆς κοιλίας, ἀνέπνει δὲ τοῖς στενάζουσιν ὁμοίως ὁ ἄνθρωπος, ὡς μόλις</w:t>
      </w:r>
    </w:p>
    <w:p>
      <w:r>
        <w:rPr>
          <w:rFonts w:ascii="Courier New" w:hAnsi="Courier New"/>
          <w:color w:val="555555"/>
          <w:sz w:val="20"/>
        </w:rPr>
        <w:t>[10 . 507]</w:t>
      </w:r>
    </w:p>
    <w:p>
      <w:r>
        <w:rPr>
          <w:rFonts w:ascii="Gentium Plus" w:hAnsi="Gentium Plus"/>
          <w:sz w:val="24"/>
        </w:rPr>
        <w:t>νος ὡμολόγει τοιούτου τινὸς αἰσθάνεσθαι παθήματος. ἔγ‐ νων οὖν ἐψῦχθαι τὰς φρένας αὐτῷ· καὶ διὰ τοῦτο ἀποῤῥί‐ ψας τὰ ψυκτήρια, κατήντλουν ἐλαίῳ θερμῷ. τάχιστα δὲ τῆς ἀναπνοῆς ἀπολαβούσης τὸν κατὰ φύσιν ῥυθμὸν, ἐπαυσάμην</w:t>
      </w:r>
    </w:p>
    <w:p>
      <w:r>
        <w:rPr>
          <w:rFonts w:ascii="Courier New" w:hAnsi="Courier New"/>
          <w:color w:val="555555"/>
          <w:sz w:val="20"/>
        </w:rPr>
        <w:t>[5]</w:t>
      </w:r>
    </w:p>
    <w:p>
      <w:r>
        <w:rPr>
          <w:rFonts w:ascii="Gentium Plus" w:hAnsi="Gentium Plus"/>
          <w:sz w:val="24"/>
        </w:rPr>
        <w:t>μὲν τῆς αἰονήσεως, ἔγνων δὲ μετρίως αὐτὸν ψύχειν ἐν χρόνῳ πλείονι. τά τε οὖν ἔξωθεν ἐπιτιθέμενα κάτω μᾶλλον ἐπε‐ τίθην ἀποχωρῶν τοῦ διαφράγματος, ὡς ἐπὶ τὸν ὀμφαλόν· ἅπαντά τε τὰ ἐσθιόμενα καὶ τὰ πινόμενα πλὴν τοῦ γάλακ‐ τος ἐδίδων ψυχρὰ, παραπλησίως ὕδατι κρηναίῳ. καὶ οὕτως</w:t>
      </w:r>
    </w:p>
    <w:p>
      <w:r>
        <w:rPr>
          <w:rFonts w:ascii="Courier New" w:hAnsi="Courier New"/>
          <w:color w:val="555555"/>
          <w:sz w:val="20"/>
        </w:rPr>
        <w:t>[10]</w:t>
      </w:r>
    </w:p>
    <w:p>
      <w:r>
        <w:rPr>
          <w:rFonts w:ascii="Gentium Plus" w:hAnsi="Gentium Plus"/>
          <w:sz w:val="24"/>
        </w:rPr>
        <w:t>ἐν χρόνῳ πλείονι κατέστη, μηδὲν τῶν ἄλλων βλαβείς. ἰστέον δέ σοι καὶ τοῦτο πρὸ πάντων, ὡς ἐπειδὰν μὲν ἰσχυρῶς ἀλ‐ λοιωθῇ κατ’ ἀμφοτέρας τὰς ποιότητας ὁτιοῦν μόριον, ἀπόλ‐ λυται τὸ ἔργον αὐτοῦ σύμπαν. οὐ ῥᾴδιον δὲ οὐδὲ τὸ οὕτω διατεθὲν ἐπανελθεῖν εἰς τὸ κατὰ φύσιν. ἐπειδὰν δὲ ἡ ἑτέρα</w:t>
      </w:r>
    </w:p>
    <w:p>
      <w:r>
        <w:rPr>
          <w:rFonts w:ascii="Courier New" w:hAnsi="Courier New"/>
          <w:color w:val="555555"/>
          <w:sz w:val="20"/>
        </w:rPr>
        <w:t>[15]</w:t>
      </w:r>
    </w:p>
    <w:p>
      <w:r>
        <w:rPr>
          <w:rFonts w:ascii="Gentium Plus" w:hAnsi="Gentium Plus"/>
          <w:sz w:val="24"/>
        </w:rPr>
        <w:t>μόνη ποιότης ἐπὶ πλέον ὑπαλλαχθῇ, καθάπερ νῦν ὑπεθέμεθα τὴν ξηρότητα, τῶν δ’ ἄλλων τις ᾖ μετρία, δυνατὸν ἰάσασθαι</w:t>
      </w:r>
    </w:p>
    <w:p>
      <w:r>
        <w:rPr>
          <w:rFonts w:ascii="Courier New" w:hAnsi="Courier New"/>
          <w:color w:val="555555"/>
          <w:sz w:val="20"/>
        </w:rPr>
        <w:t>[10 . 508]</w:t>
      </w:r>
    </w:p>
    <w:p>
      <w:r>
        <w:rPr>
          <w:rFonts w:ascii="Gentium Plus" w:hAnsi="Gentium Plus"/>
          <w:sz w:val="24"/>
        </w:rPr>
        <w:t>Ὑποκείσθω δὴ πάλιν ἐπικρατεῖν μὲν τὴν θερμὴν δυσκρασίαν, μίγνυσθαι δ’ αὐτῇ ποτὲ μὲν ὑγρότητα, ποτὲ δὲ ξηρότητα, μετρίαν ἑκατέραν, καὶ προτέραν γε τὴν ὑγρότητα. τὴν τοιαύτην δυσκρασίαν ἀδεέστερον ὕδατι θερα‐</w:t>
      </w:r>
    </w:p>
    <w:p>
      <w:r>
        <w:rPr>
          <w:rFonts w:ascii="Courier New" w:hAnsi="Courier New"/>
          <w:color w:val="555555"/>
          <w:sz w:val="20"/>
        </w:rPr>
        <w:t>[5]</w:t>
      </w:r>
    </w:p>
    <w:p>
      <w:r>
        <w:rPr>
          <w:rFonts w:ascii="Gentium Plus" w:hAnsi="Gentium Plus"/>
          <w:sz w:val="24"/>
        </w:rPr>
        <w:t>πεύσομεν ψυχρῷ διὰ τὸ μὴ βλάπτεσθαι πρὸς αὐτοῦ τὰ γειτ‐ νιῶντα μετρίως διακείμενα. κατὰ γὰρ τὰς ξηρὰς διαθέσεις ἀναγκαῖόν ἐστιν οὐ τὰ πλησιάζοντα μόνον, ἀλλὰ τὸ σύμπαν ἰσχνότερον γενέσθαι τὸ σῶμα· τῆς κοιλίας δ’ αὐτῆς μηδέπω κατεξηρασμένης, ὡς ὑπόκειται νῦν, οὐδὲ τὸ σύμπαν σῶμα</w:t>
      </w:r>
    </w:p>
    <w:p>
      <w:r>
        <w:rPr>
          <w:rFonts w:ascii="Courier New" w:hAnsi="Courier New"/>
          <w:color w:val="555555"/>
          <w:sz w:val="20"/>
        </w:rPr>
        <w:t>[10]</w:t>
      </w:r>
    </w:p>
    <w:p>
      <w:r>
        <w:rPr>
          <w:rFonts w:ascii="Gentium Plus" w:hAnsi="Gentium Plus"/>
          <w:sz w:val="24"/>
        </w:rPr>
        <w:t>λεπτύνεσθαι δυνατόν· ὥστε οὐδὲ βλάπτεσθαι τῇ πόσει τοῦ ψυχροῦ. εἰ δ’ οὕτω ποτὲ ἰσχυρὰ δυσκρασία θερμότητος εἴη κατὰ τὴν κοιλίαν ὡς μέχρι τῆς καρδίας ἐξικνεῖσθαι, πυρέττειν ἀνάγκη τὸν ἄνθρωπον· ὥστε καὶ τὸν κίνδυνον ὀξύτερον εἰκὸς ἕπεσθαι ταῖς τοιαύταις δυσκρασίαις· ἡ δ’ ἴασις ἡ αὐτὴ μὲν</w:t>
      </w:r>
    </w:p>
    <w:p>
      <w:r>
        <w:rPr>
          <w:rFonts w:ascii="Courier New" w:hAnsi="Courier New"/>
          <w:color w:val="555555"/>
          <w:sz w:val="20"/>
        </w:rPr>
        <w:t>[15]</w:t>
      </w:r>
    </w:p>
    <w:p>
      <w:r>
        <w:rPr>
          <w:rFonts w:ascii="Gentium Plus" w:hAnsi="Gentium Plus"/>
          <w:sz w:val="24"/>
        </w:rPr>
        <w:t>κατὰ γένος, εἰρήσεται δὲ αὖθις ἐν ταῖς θεραπείαις τῶν πυρε‐ τῶν. ἡ δὲ μετὰ ξηρότητος θερμότης τοῖς αὐτοῖς μὲν ὑπάγε‐ ται κατὰ γένος, οὐ μὴν ὁμοίως γε ἀδεὴς τῶν ψυχόντων ἡ</w:t>
      </w:r>
    </w:p>
    <w:p>
      <w:r>
        <w:rPr>
          <w:rFonts w:ascii="Courier New" w:hAnsi="Courier New"/>
          <w:color w:val="555555"/>
          <w:sz w:val="20"/>
        </w:rPr>
        <w:t>[10 . 509]</w:t>
      </w:r>
    </w:p>
    <w:p>
      <w:r>
        <w:rPr>
          <w:rFonts w:ascii="Gentium Plus" w:hAnsi="Gentium Plus"/>
          <w:sz w:val="24"/>
        </w:rPr>
        <w:t>μόνη συστᾶσα πασῶν ἐστιν εὐιατοτάτη καὶ μετὰ θερμότητος ἢ ψυχρότητος ἐπιπλεκομένη. καὶ διότι γε συνεχῶς αἱ τρεῖς αὗται δυσκρασίαι καταλαμβάνουσι τὴν γαστέρα καί εἰσιν ἰαθῆναι ῥᾷσται, τὴν θεραπείαν δὲ ἀεὶ τούτων ἔχοντες ἐν</w:t>
      </w:r>
    </w:p>
    <w:p>
      <w:r>
        <w:rPr>
          <w:rFonts w:ascii="Courier New" w:hAnsi="Courier New"/>
          <w:color w:val="555555"/>
          <w:sz w:val="20"/>
        </w:rPr>
        <w:t>[5]</w:t>
      </w:r>
    </w:p>
    <w:p>
      <w:r>
        <w:rPr>
          <w:rFonts w:ascii="Gentium Plus" w:hAnsi="Gentium Plus"/>
          <w:sz w:val="24"/>
        </w:rPr>
        <w:t>μνήμῃ, πάντες οἱ χωρὶς μεθόδου θεραπεύοντες τὰς νόσους ἐπὶ τὰς ἄλλας, ὡς εἴρηται, μεταφέρουσιν ἀγνοοῦντες ὅτι πλείους εἰσίν. ἔστι δὲ δήπου τῆς μὲν ὑγρᾶς δυσκρα‐ σίας μόνης συνισταμένης βοηθήματα τὰ ξηραίνοντα τῶν ἐδεσμάτων, ἄνευ τοῦ θερμαίνειν ἢ ψύχειν ἰσχυρῶς· ἔτι τε</w:t>
      </w:r>
    </w:p>
    <w:p>
      <w:r>
        <w:rPr>
          <w:rFonts w:ascii="Courier New" w:hAnsi="Courier New"/>
          <w:color w:val="555555"/>
          <w:sz w:val="20"/>
        </w:rPr>
        <w:t>[10]</w:t>
      </w:r>
    </w:p>
    <w:p>
      <w:r>
        <w:rPr>
          <w:rFonts w:ascii="Gentium Plus" w:hAnsi="Gentium Plus"/>
          <w:sz w:val="24"/>
        </w:rPr>
        <w:t>πρὸς τούτοις ἔνδεια τῶν συνηθῶν ποτῶν· τῶν δὲ μετὰ θερ‐ μότητος ἡ στυφόντων ἐδεσμάτων καὶ ποτῶν χρῆσις· ἔστω δὲ καὶ ταῦτα χωρὶς τοῦ θερμαίνειν αὐστηρὰ, καὶ μὲν δὴ καὶ τὸ ψυχρὸν ποτὸν ἐπιτήδειον αὐτοῖς. τῆς δὲ μετὰ ψύξεως ὑγρᾶς δυσκρασίας ἄριστα μὲν ἰάματα τὰ δριμέα σύμπαντα·</w:t>
      </w:r>
    </w:p>
    <w:p>
      <w:r>
        <w:rPr>
          <w:rFonts w:ascii="Courier New" w:hAnsi="Courier New"/>
          <w:color w:val="555555"/>
          <w:sz w:val="20"/>
        </w:rPr>
        <w:t>[15]</w:t>
      </w:r>
    </w:p>
    <w:p>
      <w:r>
        <w:rPr>
          <w:rFonts w:ascii="Gentium Plus" w:hAnsi="Gentium Plus"/>
          <w:sz w:val="24"/>
        </w:rPr>
        <w:t>μιγνύσθω δ’ αὐτοῖς καὶ τὰ στρυφνὰ χωρὶς τοῦ ψύχειν σα‐ φῶς. ἄριστον δ’ ἴαμα καὶ τούτοις ὀλίγιστον πόμα καὶ τοῦτό τις τῶν θερμαινόντων ἰσχυρῶς οἴνων· εὔδηλον δὲ καὶ ὡς</w:t>
      </w:r>
    </w:p>
    <w:p>
      <w:r>
        <w:rPr>
          <w:rFonts w:ascii="Courier New" w:hAnsi="Courier New"/>
          <w:color w:val="555555"/>
          <w:sz w:val="20"/>
        </w:rPr>
        <w:t>[10 . 510]</w:t>
      </w:r>
    </w:p>
    <w:p>
      <w:r>
        <w:rPr>
          <w:rFonts w:ascii="Gentium Plus" w:hAnsi="Gentium Plus"/>
          <w:sz w:val="24"/>
        </w:rPr>
        <w:t>καὶ πινομένοις καὶ τἄλλα ἔστω σύμπαντα τὰ ἔξωθεν προσαγόμενα. Ἐπεὶ δὲ καὶ περὶ τούτων αὐτάρκως εἴρηται, πάλιν ἐπ’ ἀρχὴν τὸν λόγον ἀναγαγόντες, ἀθροίσωμεν αὐτοῦ</w:t>
      </w:r>
    </w:p>
    <w:p>
      <w:r>
        <w:rPr>
          <w:rFonts w:ascii="Courier New" w:hAnsi="Courier New"/>
          <w:color w:val="555555"/>
          <w:sz w:val="20"/>
        </w:rPr>
        <w:t>[5]</w:t>
      </w:r>
    </w:p>
    <w:p>
      <w:r>
        <w:rPr>
          <w:rFonts w:ascii="Gentium Plus" w:hAnsi="Gentium Plus"/>
          <w:sz w:val="24"/>
        </w:rPr>
        <w:t>τὰ κεφάλαια. τὴν μὲν οὖν θερμὴν δυσκρασίαν ψυκτέον ἐστὶ, τὴν δὲ ψυχρὰν θερμαντέον· οὕτω δὲ καὶ τὴν μὲν ὑγρὰν ξη‐ ραντέον, τὴν δὲ ξηρὰν ὑγραντέον. εἰ δὲ κατὰ συζυγίαν τινὰ εἴη γεγενημένη, μιγνύειν ἀμφοτέρους τοὺς σκοποὺς, τὴν μὲν ὑγρὰν καὶ θερμὴν ξηραίνοντας καὶ ψύχοντας, τὴν δ’ ὑγρὰν</w:t>
      </w:r>
    </w:p>
    <w:p>
      <w:r>
        <w:rPr>
          <w:rFonts w:ascii="Courier New" w:hAnsi="Courier New"/>
          <w:color w:val="555555"/>
          <w:sz w:val="20"/>
        </w:rPr>
        <w:t>[10]</w:t>
      </w:r>
    </w:p>
    <w:p>
      <w:r>
        <w:rPr>
          <w:rFonts w:ascii="Gentium Plus" w:hAnsi="Gentium Plus"/>
          <w:sz w:val="24"/>
        </w:rPr>
        <w:t>καὶ ψυχρὰν ξηραίνοντας καὶ θερμαίνοντας· οὕτως δὲ καὶ ξηρὰν καὶ θερμὴν ὑγραίνοντας καὶ ψύχοντας, τὴν δὲ ψυ‐ χρὰν καὶ ξηρὰν ὑγραίνοντας καὶ θερμαίνοντας. ἁπασῶν δὲ χειρίστην ἰστέον εἶναι τῶν μὲν ἁπλῶν τὴν ξηρὰν, τῶν δὲ συνθέτων τὴν ξηράν τε ἅμα καὶ ψυχράν. ἐν τούτῳ μὲν ἡμῖν</w:t>
      </w:r>
    </w:p>
    <w:p>
      <w:r>
        <w:rPr>
          <w:rFonts w:ascii="Courier New" w:hAnsi="Courier New"/>
          <w:color w:val="555555"/>
          <w:sz w:val="20"/>
        </w:rPr>
        <w:t>[15]</w:t>
      </w:r>
    </w:p>
    <w:p>
      <w:r>
        <w:rPr>
          <w:rFonts w:ascii="Gentium Plus" w:hAnsi="Gentium Plus"/>
          <w:sz w:val="24"/>
        </w:rPr>
        <w:t>τέλος ἐχέτω τὰ περὶ τῆς δυσκρασίας τῆς γαστρὸς, ἄνευ πε‐ ριττῆς τινος ἔξωθεν ὑγρότητος. Ἑξῆς δ’ ἐπὶ τὰς διά τι τοιοῦτο γιγνομένας</w:t>
      </w:r>
    </w:p>
    <w:p>
      <w:r>
        <w:rPr>
          <w:rFonts w:ascii="Courier New" w:hAnsi="Courier New"/>
          <w:color w:val="555555"/>
          <w:sz w:val="20"/>
        </w:rPr>
        <w:t>[10 . 511]</w:t>
      </w:r>
    </w:p>
    <w:p>
      <w:r>
        <w:rPr>
          <w:rFonts w:ascii="Gentium Plus" w:hAnsi="Gentium Plus"/>
          <w:sz w:val="24"/>
        </w:rPr>
        <w:t>κοιλίας τι περιεχόμενον ὑγρὸν ἤτοι θερμαίνειν, ἢ ψύχειν, ἢ ὑγραίνειν, ἢ ξηραίνειν αὐτὴν πεφυκὸς, ἢ κατὰ συζυγίαν τινὰ τούτων ποιεῖν· ἐνίοτε δ’ εἰς αὐτοὺς τοὺς χιτῶνας, ὡς ἂν εἴποι τις, ἀναπεπωμένον, ἢ ἐμπεπλασμένον ἐργάζεται τὴν</w:t>
      </w:r>
    </w:p>
    <w:p>
      <w:r>
        <w:rPr>
          <w:rFonts w:ascii="Courier New" w:hAnsi="Courier New"/>
          <w:color w:val="555555"/>
          <w:sz w:val="20"/>
        </w:rPr>
        <w:t>[5]</w:t>
      </w:r>
    </w:p>
    <w:p>
      <w:r>
        <w:rPr>
          <w:rFonts w:ascii="Gentium Plus" w:hAnsi="Gentium Plus"/>
          <w:sz w:val="24"/>
        </w:rPr>
        <w:t>δυσκρασίαν. ἡ μὲν οὖν προτέρα διάθεσις εἰ μὲν ἅπαξ συ‐ σταίη, δι’ ἐμέτων ἐκκαθαρθεῖσα καθίσταται ῥᾳδίως· εἰ δ’ αὖθις καὶ αὖθις ἐξ ἑτέρου τινὸς ἢ ἑτέρων ἐπιῤῥέοι μορίων, ἀκριβοῦς δεῖται τῆς διαγνώσεως. ἡ θεραπεία δ’ εὐθέως ἐπα‐ κολουθήσει τῇ γνώσει τῆς ποιούσης αἰτίας. ἐλέχθη γὰρ ἡμῖν</w:t>
      </w:r>
    </w:p>
    <w:p>
      <w:r>
        <w:rPr>
          <w:rFonts w:ascii="Courier New" w:hAnsi="Courier New"/>
          <w:color w:val="555555"/>
          <w:sz w:val="20"/>
        </w:rPr>
        <w:t>[10]</w:t>
      </w:r>
    </w:p>
    <w:p>
      <w:r>
        <w:rPr>
          <w:rFonts w:ascii="Gentium Plus" w:hAnsi="Gentium Plus"/>
          <w:sz w:val="24"/>
        </w:rPr>
        <w:t>ἐν ἄλλοις τέ τισι κᾀν ταῖς τῶν πυρετῶν διαφοραῖς ὡς ἐπιῤῥεῖ πολλάκις ἐξ ἑτέρων μορίων ἑτέροις, ἡ περιουσία· κα‐ θάπερ, εἰ οὕτως ἔτυχε, τῶν κατὰ τὴν κεφαλὴν τοῖς ὀφθαλ‐ μοῖς. ἔνθα χρὴ τὰ πέμποντα θεραπεύοντα μόρια μόνου τοῦ τόνου προνοεῖσθαι τῶν ὀφθαλμῶν, ὡς μὴ ῥᾳδίως δέχοιντο</w:t>
      </w:r>
    </w:p>
    <w:p>
      <w:r>
        <w:rPr>
          <w:rFonts w:ascii="Courier New" w:hAnsi="Courier New"/>
          <w:color w:val="555555"/>
          <w:sz w:val="20"/>
        </w:rPr>
        <w:t>[15]</w:t>
      </w:r>
    </w:p>
    <w:p>
      <w:r>
        <w:rPr>
          <w:rFonts w:ascii="Gentium Plus" w:hAnsi="Gentium Plus"/>
          <w:sz w:val="24"/>
        </w:rPr>
        <w:t>μηδὲν τῶν ἐπιῤῥεόντων αὐτοῖς. οὕτως οὖν χρὴ καὶ ἐπὶ τῆς κοιλίας εὑρόντα τὸ πέμπον τὰ περιττὰ σύμπασαν μὲν ἐκείνῳ</w:t>
      </w:r>
    </w:p>
    <w:p>
      <w:r>
        <w:rPr>
          <w:rFonts w:ascii="Courier New" w:hAnsi="Courier New"/>
          <w:color w:val="555555"/>
          <w:sz w:val="20"/>
        </w:rPr>
        <w:t>[10 . 512]</w:t>
      </w:r>
    </w:p>
    <w:p>
      <w:r>
        <w:rPr>
          <w:rFonts w:ascii="Gentium Plus" w:hAnsi="Gentium Plus"/>
          <w:sz w:val="24"/>
        </w:rPr>
        <w:t>τον μόνον, ὡς μὴ ῥᾳδίως δέχοιτο τὰ ἐπιῤῥέοντα. γένοιτο δ’ ἂν, οἶμαι, τοῦτο κατὰ διττὸν τρόπον· ἕνα μὲν τὸν κοινὸν ἁπάντων ῥευμάτων, ἀναστέλλεται γὰρ ὑπὸ τῶν στυφόντων· ἕτερον δὲ καὶ τοῦτον κοινὸν ἁπάντων τῶν εἰς εὐεξίαν ἀγομέ‐</w:t>
      </w:r>
    </w:p>
    <w:p>
      <w:r>
        <w:rPr>
          <w:rFonts w:ascii="Courier New" w:hAnsi="Courier New"/>
          <w:color w:val="555555"/>
          <w:sz w:val="20"/>
        </w:rPr>
        <w:t>[5]</w:t>
      </w:r>
    </w:p>
    <w:p>
      <w:r>
        <w:rPr>
          <w:rFonts w:ascii="Gentium Plus" w:hAnsi="Gentium Plus"/>
          <w:sz w:val="24"/>
        </w:rPr>
        <w:t>νων μορίων ὑπὸ τῆς ἐν τῇ κράσει συμμετρίας. ἐπισκέ‐ πτεσθαι τοιγαροῦν ὅλον μὲν τὸ σῶμα πρότερον χρὴ, εἰ περιτ‐ τωματικὸν ἢ πληθωρικὸν ὂν ἐπιπέμπει ῥεῦμα τῇ γαστρί· δεύτερον δ’, εἰ μὴ τοῦτο φαίνοιτο, τὸ καθ’ ἓν ἕκαστον τῶν μορίων σκοπεῖσθαι. κατὰ μὲν δὴ τὴν τοῦ παντὸς σώματος</w:t>
      </w:r>
    </w:p>
    <w:p>
      <w:r>
        <w:rPr>
          <w:rFonts w:ascii="Courier New" w:hAnsi="Courier New"/>
          <w:color w:val="555555"/>
          <w:sz w:val="20"/>
        </w:rPr>
        <w:t>[10]</w:t>
      </w:r>
    </w:p>
    <w:p>
      <w:r>
        <w:rPr>
          <w:rFonts w:ascii="Gentium Plus" w:hAnsi="Gentium Plus"/>
          <w:sz w:val="24"/>
        </w:rPr>
        <w:t>ἐπίσκεψιν ἔμαθες μὲν καὶ τὰ τοῦ πλήθους καὶ τὰ τῶν πε‐ ριττωμάτων γνωρίσματα διά τε τῆς ὑγιεινῆς πραγματείας καὶ τοῦ περὶ πλήθους βιβλίου. προσεπισκέπτου δ’ αὐτοῖς καὶ τάδε· πρῶτον μὲν ἐπὶ γυναικῶν, εἰ μὴ καθαίρονται κατὰ φύσιν· ἑξῆς δ’ ἐπ’ ἀνδρῶν, εἰ ἡ συνήθης ἔκκρισις ἐπέσχηται.</w:t>
      </w:r>
    </w:p>
    <w:p>
      <w:r>
        <w:rPr>
          <w:rFonts w:ascii="Courier New" w:hAnsi="Courier New"/>
          <w:color w:val="555555"/>
          <w:sz w:val="20"/>
        </w:rPr>
        <w:t>[15]</w:t>
      </w:r>
    </w:p>
    <w:p>
      <w:r>
        <w:rPr>
          <w:rFonts w:ascii="Gentium Plus" w:hAnsi="Gentium Plus"/>
          <w:sz w:val="24"/>
        </w:rPr>
        <w:t>πολλοῖς μὲν γὰρ αἱμοῤῥοῒς εἴθισται τὸ περιττὸν ἐκκενοῦν· ἐνίοις δ’ αἱμοῤῥαγίαι διὰ ῥινῶν, ἢ ἔμετος, ἤ τι κατ’ ἄλλον τινὰ τόπον ἐν ὡρισμέναις περιόδοις ἀποστομούμενον ἀγγεῖον·</w:t>
      </w:r>
    </w:p>
    <w:p>
      <w:r>
        <w:rPr>
          <w:rFonts w:ascii="Courier New" w:hAnsi="Courier New"/>
          <w:color w:val="555555"/>
          <w:sz w:val="20"/>
        </w:rPr>
        <w:t>[10 . 513]</w:t>
      </w:r>
    </w:p>
    <w:p>
      <w:r>
        <w:rPr>
          <w:rFonts w:ascii="Gentium Plus" w:hAnsi="Gentium Plus"/>
          <w:sz w:val="24"/>
        </w:rPr>
        <w:t>ἔστι δ’ οἷς καὶ διὰ γαστρὸς αἵματος ἔκκρισις ἀνὰ χρόνον γίγνεται, καὶ μάλισθ’ ὅσοι γυμνασίων ἰσχυρῶν ἀποστάντες οὐκ ἀπέστησαν τῆς ἔμπροσθεν διαίτης, ἤ τι κῶλον ὅλον ἀφῃ‐ ρέθησαν, ὡς ἐδήλωσε καὶ ὁ Ἱπποκράτης. ἐνίοις δὲ καὶ διάῤ‐</w:t>
      </w:r>
    </w:p>
    <w:p>
      <w:r>
        <w:rPr>
          <w:rFonts w:ascii="Courier New" w:hAnsi="Courier New"/>
          <w:color w:val="555555"/>
          <w:sz w:val="20"/>
        </w:rPr>
        <w:t>[5]</w:t>
      </w:r>
    </w:p>
    <w:p>
      <w:r>
        <w:rPr>
          <w:rFonts w:ascii="Gentium Plus" w:hAnsi="Gentium Plus"/>
          <w:sz w:val="24"/>
        </w:rPr>
        <w:t>ῥοιαι καὶ χολέραι διὰ χρόνων τινῶν γιγνόμεναι κενοῦσιν ἅπαντος τοῦ σώματος τὴν περιουσίαν. ἐπὶ δὲ τοῖσδε σκε‐ πτέον ὁποίᾳ τινὶ κέχρηται διαίτῃ· πότερον ἀπεψίαις πλείοσιν, ἢ πλησμοναῖς, ἐν ἀργῷ βίῳ καὶ μάλιστα παρὰ τὸ ἔθος, ἢ τοὐναντίον. εἶθ’ ἑξῆς ἐπισκεπτέον εἰ μέλος ἄλλο τοῦ σώμα‐</w:t>
      </w:r>
    </w:p>
    <w:p>
      <w:r>
        <w:rPr>
          <w:rFonts w:ascii="Courier New" w:hAnsi="Courier New"/>
          <w:color w:val="555555"/>
          <w:sz w:val="20"/>
        </w:rPr>
        <w:t>[10]</w:t>
      </w:r>
    </w:p>
    <w:p>
      <w:r>
        <w:rPr>
          <w:rFonts w:ascii="Gentium Plus" w:hAnsi="Gentium Plus"/>
          <w:sz w:val="24"/>
        </w:rPr>
        <w:t>τος ἐνοχλούμενον ἐν περιόδοις τισὶ χρόνων οὐκ ἐνοχλεῖται νῦν. ἐνίοις μὲν γὰρ ἀρθρῖτις, ἢ ἰσχιὰς, ἢ ποδάγρα· κεφα‐ λαία δ’ ἄλλοις, ἢ εἰς ὀφθαλμοὺς ἢ εἰς ὦτα κατασκῆπτον ῥεῦμα μετέστη νῦν εἰς τὴν γαστέρα. πολλοῖς δὲ καὶ κατάῤ‐ ῥοι καὶ κόρυζαι συνεχῶς γινόμεναι μεθίστανται κατά τινα</w:t>
      </w:r>
    </w:p>
    <w:p>
      <w:r>
        <w:rPr>
          <w:rFonts w:ascii="Courier New" w:hAnsi="Courier New"/>
          <w:color w:val="555555"/>
          <w:sz w:val="20"/>
        </w:rPr>
        <w:t>[15]</w:t>
      </w:r>
    </w:p>
    <w:p>
      <w:r>
        <w:rPr>
          <w:rFonts w:ascii="Gentium Plus" w:hAnsi="Gentium Plus"/>
          <w:sz w:val="24"/>
        </w:rPr>
        <w:t>χρόνον εἰς τὰ κατὰ τὴν γαστέρα χωρία. ταῦτ’ οὖν ἅπαντα κατασκεψάμενος, εἰ μὲν ἐξ ἀκυρωτέρων ἡ μετάστασις εἴη γε‐</w:t>
      </w:r>
    </w:p>
    <w:p>
      <w:r>
        <w:rPr>
          <w:rFonts w:ascii="Courier New" w:hAnsi="Courier New"/>
          <w:color w:val="555555"/>
          <w:sz w:val="20"/>
        </w:rPr>
        <w:t>[10 . 514]</w:t>
      </w:r>
    </w:p>
    <w:p>
      <w:r>
        <w:rPr>
          <w:rFonts w:ascii="Gentium Plus" w:hAnsi="Gentium Plus"/>
          <w:sz w:val="24"/>
        </w:rPr>
        <w:t>ἐκ κυριωτέρων, ἀμφοῖν ὁμοίως προνοήσεις τὴν ἐργαζομένην τὸ ῥεῦμα διάθεσιν ἐκκόπτων ἀεί. γίγνοιτο δ’ ἂν τοῦτο πάντα μὲν εἰς εὐεξίαν ἀγόντων ἡμῶν τὰ τοῦ σώματος μόρια, πάσας δὲ τὰς φυσικὰς ἐκκρίσεις εὔρους ἀεὶ παρασκευαζόντων. ὅπως</w:t>
      </w:r>
    </w:p>
    <w:p>
      <w:r>
        <w:rPr>
          <w:rFonts w:ascii="Courier New" w:hAnsi="Courier New"/>
          <w:color w:val="555555"/>
          <w:sz w:val="20"/>
        </w:rPr>
        <w:t>[5]</w:t>
      </w:r>
    </w:p>
    <w:p>
      <w:r>
        <w:rPr>
          <w:rFonts w:ascii="Gentium Plus" w:hAnsi="Gentium Plus"/>
          <w:sz w:val="24"/>
        </w:rPr>
        <w:t>δ’ ἄν τις ἐργάζοιτο ταῦτα διὰ τῆς ὑγιεινῆς πραγματείας δεδήλωται. πρόδηλον δ’ ὅτι κᾂν εἰ διὰ πληθώραν ὅλου τοῦ σώματος ἡ γαστὴρ δέχηται ῥεῦμα, τὸ σύμπαν σῶμα κενω‐ τέον ἐστίν. ὥσπερ γε καὶ εἰ διὰ κακοχυμίαν, ἐκείνην ἐκκα‐ θαίρειν προσήκει, κᾄπειθ’ οὕτως ἐπ’ αὐτὴν ἰέναι τὴν γα‐</w:t>
      </w:r>
    </w:p>
    <w:p>
      <w:r>
        <w:rPr>
          <w:rFonts w:ascii="Courier New" w:hAnsi="Courier New"/>
          <w:color w:val="555555"/>
          <w:sz w:val="20"/>
        </w:rPr>
        <w:t>[10]</w:t>
      </w:r>
    </w:p>
    <w:p>
      <w:r>
        <w:rPr>
          <w:rFonts w:ascii="Gentium Plus" w:hAnsi="Gentium Plus"/>
          <w:sz w:val="24"/>
        </w:rPr>
        <w:t>στέρα. πάντως γὰρ δήπου πλείοσιν ἡμέραις εἰς αὐτὴν ἐνη‐ νεγμένων τῶν περιττῶν ἀπήλαυσέ τι τῆς μοχθηρίας αὐτῶν. ὥστε ἐν καιρῷ χρήσαιτ’ ἂν ὁ οὕτω κάμνων ἀψινθίῳ ποτῷ. δήλη δ’ οἶμαί σοι καὶ ἡ μετὰ ταῦτα πρόνοια μέχρι τοῦ τὴν ἔμπροσθεν ἕξιν ἀνακτήσασθαι τῇ γαστρί. κατὰ γάρ τοι</w:t>
      </w:r>
    </w:p>
    <w:p>
      <w:r>
        <w:rPr>
          <w:rFonts w:ascii="Courier New" w:hAnsi="Courier New"/>
          <w:color w:val="555555"/>
          <w:sz w:val="20"/>
        </w:rPr>
        <w:t>[15]</w:t>
      </w:r>
    </w:p>
    <w:p>
      <w:r>
        <w:rPr>
          <w:rFonts w:ascii="Gentium Plus" w:hAnsi="Gentium Plus"/>
          <w:sz w:val="24"/>
        </w:rPr>
        <w:t>τὴν κρᾶσιν τοῦ λυπήσαντος αὐτὴν ῥεύματος ἔστιν ὅτε δύσ‐ κρατος γενομένη τῶν ἐναντίων εἰς ἐπανόρθωσιν ἰαμάτων</w:t>
      </w:r>
    </w:p>
    <w:p>
      <w:r>
        <w:rPr>
          <w:rFonts w:ascii="Courier New" w:hAnsi="Courier New"/>
          <w:color w:val="555555"/>
          <w:sz w:val="20"/>
        </w:rPr>
        <w:t>[10 . 515]</w:t>
      </w:r>
    </w:p>
    <w:p>
      <w:r>
        <w:rPr>
          <w:rFonts w:ascii="Gentium Plus" w:hAnsi="Gentium Plus"/>
          <w:sz w:val="24"/>
        </w:rPr>
        <w:t>ὅταν ὀλίγων ἡμερῶν ᾖ. ὡς εἴ γε δι’ ἀπορίαν τῶν ἰασομένων διαμείνῃ χρόνῳ πλείονι, ποτὲ μὲν οἱ χιτῶνες αὐτῆς ἐμπίπλαν‐ ται τῆς κακοχυμίας, ἔστι δ’ ὅτε καὶ αὐτὸ τὸ ὁμοιομερὲς αὐτῶν σῶμα δύσκρατον ἱκανῶς γενόμενον ὁμοίας χρῄζει</w:t>
      </w:r>
    </w:p>
    <w:p>
      <w:r>
        <w:rPr>
          <w:rFonts w:ascii="Courier New" w:hAnsi="Courier New"/>
          <w:color w:val="555555"/>
          <w:sz w:val="20"/>
        </w:rPr>
        <w:t>[5]</w:t>
      </w:r>
    </w:p>
    <w:p>
      <w:r>
        <w:rPr>
          <w:rFonts w:ascii="Gentium Plus" w:hAnsi="Gentium Plus"/>
          <w:sz w:val="24"/>
        </w:rPr>
        <w:t>θεραπείας τῇ λελεγμένῃ πρόσθεν ἐν τῷδε τῷ λόγῳ τῶν δυσκρασιῶν. ὑπόλοιπον οὖν ἐστι διελθεῖν ὅπως ἄν τις ἰῷτο τὰς ἐν τοῖς χιτῶσι τῆς γαστρὸς κακοχυμίας. ἔστι δὲ ἐπιτήδεια πρὸς τὰς τοιαύτας διαθέσεις φάρμακα τῷ γένει μὲν ἐκ τῶν καθαιρόντων μετρίως, ὡς μὴ προϊέναι τὴν δύναμιν</w:t>
      </w:r>
    </w:p>
    <w:p>
      <w:r>
        <w:rPr>
          <w:rFonts w:ascii="Courier New" w:hAnsi="Courier New"/>
          <w:color w:val="555555"/>
          <w:sz w:val="20"/>
        </w:rPr>
        <w:t>[10]</w:t>
      </w:r>
    </w:p>
    <w:p>
      <w:r>
        <w:rPr>
          <w:rFonts w:ascii="Gentium Plus" w:hAnsi="Gentium Plus"/>
          <w:sz w:val="24"/>
        </w:rPr>
        <w:t>αὐτῶν ἀνωτέρω τῶν κατὰ γαστέρα τε καὶ τὰ ἔντερα χωρίων· ἢ εἴπερ ἄρα πρὸς τούτοις, ἅπτεσθαι τῶν κατὰ τὸ μεσεντέ‐ ριον ἀγγείων. ἐν εἴδει δὲ τὰ διὰ τῆς ἀλόης ἐστὶ κάλλιστα καὶ αὐτὴ καθ’ αὑτὴν ἡ ἀλόη, μὴ παρόντων ἐκείνων. ἄπλυτος μὲν οὖν ἱκανώτερον ἐκκενοῖ, πλυθεῖσα δὲ ἧττον μὲν καθαί‐</w:t>
      </w:r>
    </w:p>
    <w:p>
      <w:r>
        <w:rPr>
          <w:rFonts w:ascii="Courier New" w:hAnsi="Courier New"/>
          <w:color w:val="555555"/>
          <w:sz w:val="20"/>
        </w:rPr>
        <w:t>[15]</w:t>
      </w:r>
    </w:p>
    <w:p>
      <w:r>
        <w:rPr>
          <w:rFonts w:ascii="Gentium Plus" w:hAnsi="Gentium Plus"/>
          <w:sz w:val="24"/>
        </w:rPr>
        <w:t>ρει, ῥώννυσι δὲ μᾶλλον τὴν γαστέρα. χρὴ τοίνυν ἔχειν τὴν καλουμένην ἤδη πρὸς ἁπάντων τῶν ἰατρῶν πικρὰν, ἐσκευασ‐ μένην διττῶς, ἐξ ἀπλύτου τε καὶ πεπλυμένης ἀλόης. μίγνυ‐</w:t>
      </w:r>
    </w:p>
    <w:p>
      <w:r>
        <w:rPr>
          <w:rFonts w:ascii="Courier New" w:hAnsi="Courier New"/>
          <w:color w:val="555555"/>
          <w:sz w:val="20"/>
        </w:rPr>
        <w:t>[10 . 516]</w:t>
      </w:r>
    </w:p>
    <w:p>
      <w:r>
        <w:rPr>
          <w:rFonts w:ascii="Gentium Plus" w:hAnsi="Gentium Plus"/>
          <w:sz w:val="24"/>
        </w:rPr>
        <w:t>καὶ νάρδου στάχυος καὶ κρόκου καὶ Χίας μαστίχης. ἔστωσαν δὲ ἓξ μὲν τούτων ἑκάστου δραχμαὶ, μόνης δὲ τῆς ἀλόης ἑκα‐ τόν. ἄριστον δὲ τοῦτο τὸ φάρμακον εἰς τὰς τῶν χιτώνων τῆς γαστρὸς κακοχυμίας· ἄμεινον δὲ χρῆσθαι ξηρῷ δι’ ὕδατος</w:t>
      </w:r>
    </w:p>
    <w:p>
      <w:r>
        <w:rPr>
          <w:rFonts w:ascii="Courier New" w:hAnsi="Courier New"/>
          <w:color w:val="555555"/>
          <w:sz w:val="20"/>
        </w:rPr>
        <w:t>[5]</w:t>
      </w:r>
    </w:p>
    <w:p>
      <w:r>
        <w:rPr>
          <w:rFonts w:ascii="Gentium Plus" w:hAnsi="Gentium Plus"/>
          <w:sz w:val="24"/>
        </w:rPr>
        <w:t>ὅσον δυοῖν κοχλιαρίων μικρῶν τὸ πλῆθος, ὅταν γε μετρίως καὶ μέσως αὐτῷ χρῆσθαι προαιρώμεθα· τὸ γὰρ δὴ πλεῖστον καὶ τελεώτατον οὐ σμικρῶν δυοῖν, ἀλλὰ μεγάλων ἡ πό‐ σις, ἐν ὕδατος εὐκράτου τρισὶ κυάθοις· ἐλαχίστη δὲ δόσις ἑνὸς κοχλιαρίου μικροῦ. χρῆσθαι δ’ ἐν τῷ καιρῷ τῷδε καὶ</w:t>
      </w:r>
    </w:p>
    <w:p>
      <w:r>
        <w:rPr>
          <w:rFonts w:ascii="Courier New" w:hAnsi="Courier New"/>
          <w:color w:val="555555"/>
          <w:sz w:val="20"/>
        </w:rPr>
        <w:t>[10]</w:t>
      </w:r>
    </w:p>
    <w:p>
      <w:r>
        <w:rPr>
          <w:rFonts w:ascii="Gentium Plus" w:hAnsi="Gentium Plus"/>
          <w:sz w:val="24"/>
        </w:rPr>
        <w:t>πτισάνης χυλῷ, πρῶτον αὐτὸν ἀπὸ τοῦ βαλανείου λαμβά‐ νοντα. τὸ μὲν γὰρ φάρμακον αὐτὸ κατὰ τὸν συνήθη τοῖς καθαίρουσι διδόσθω καιρόν. ἐπ’ αὐτῷ δὲ περιπατήσαντα σύμμετρα καὶ κινηθέντα μέτρια τῶν ἄλλων τῶν κατὰ τὴν δίαιταν ὑπαλλάττειν μηδέν. ἔνιοι δ’ ἀποτίθενται τὸ φάρμα‐</w:t>
      </w:r>
    </w:p>
    <w:p>
      <w:r>
        <w:rPr>
          <w:rFonts w:ascii="Courier New" w:hAnsi="Courier New"/>
          <w:color w:val="555555"/>
          <w:sz w:val="20"/>
        </w:rPr>
        <w:t>[15]</w:t>
      </w:r>
    </w:p>
    <w:p>
      <w:r>
        <w:rPr>
          <w:rFonts w:ascii="Gentium Plus" w:hAnsi="Gentium Plus"/>
          <w:sz w:val="24"/>
        </w:rPr>
        <w:t>κον, ἀναλαμβάνοντες ἀπηφρισμένῳ μέλιτι, καὶ γίνεται μὲν οὕτω μονιμώτερον, οὐ μὴν δὲ ὁμοίως γε πρὸς τὰς ὑποκειμέ‐ νας ἐν τῷ παρόντι λόγῳ διαθέσεις ἀγαθόν· ἧττον γὰρ ῥών‐</w:t>
      </w:r>
    </w:p>
    <w:p>
      <w:r>
        <w:rPr>
          <w:rFonts w:ascii="Courier New" w:hAnsi="Courier New"/>
          <w:color w:val="555555"/>
          <w:sz w:val="20"/>
        </w:rPr>
        <w:t>[10 . 517]</w:t>
      </w:r>
    </w:p>
    <w:p>
      <w:r>
        <w:rPr>
          <w:rFonts w:ascii="Gentium Plus" w:hAnsi="Gentium Plus"/>
          <w:sz w:val="24"/>
        </w:rPr>
        <w:t>γματος ἐμπεπλασμένου τῇ γαστρὶ δοτέον αὐτοῖς πρότερον ὅσα τέμνει τοῦτο, κᾄπειτα οὕτω καθαρτέον. εἰ δὲ καὶ πρὸς ἔμετον ἐπιτηδείως ἔχοιεν, οὐδὲν ἂν εἴη χεῖρον ἐμεῖν ἀπὸ ῥα‐ φανίδων δι’ ὀξυμέλιτος. εἰ δὲ μήτε γλίσχρος ὁ χυμὸς εἴη</w:t>
      </w:r>
    </w:p>
    <w:p>
      <w:r>
        <w:rPr>
          <w:rFonts w:ascii="Courier New" w:hAnsi="Courier New"/>
          <w:color w:val="555555"/>
          <w:sz w:val="20"/>
        </w:rPr>
        <w:t>[5]</w:t>
      </w:r>
    </w:p>
    <w:p>
      <w:r>
        <w:rPr>
          <w:rFonts w:ascii="Gentium Plus" w:hAnsi="Gentium Plus"/>
          <w:sz w:val="24"/>
        </w:rPr>
        <w:t>μήτε παχὺς, ἀρκεῖ καὶ ὁ ἀπὸ χυλοῦ τῆς πτισάνης ἔμετος μόνου καὶ ὁ ἀπὸ τοῦ μελικράτου· λαμβάνειν δ’ ἑκατέρου πλέον ἢ ὡς ἄν τις ἔλαβεν, ἤτοι τροφῆς ἕνεκεν ἢ ὑπαγωγῆς γαστρός. ἐπιτήδειον δὲ καὶ τὸ μελίκρατόν ἐστιν, ἀφηψημένου καθ’ αὑτὸ τοῦ ἀψινθίου πίνεσθαι· καὶ γὰρ καὶ τοῦτο καλῶς</w:t>
      </w:r>
    </w:p>
    <w:p>
      <w:r>
        <w:rPr>
          <w:rFonts w:ascii="Courier New" w:hAnsi="Courier New"/>
          <w:color w:val="555555"/>
          <w:sz w:val="20"/>
        </w:rPr>
        <w:t>[10]</w:t>
      </w:r>
    </w:p>
    <w:p>
      <w:r>
        <w:rPr>
          <w:rFonts w:ascii="Gentium Plus" w:hAnsi="Gentium Plus"/>
          <w:sz w:val="24"/>
        </w:rPr>
        <w:t>ὑπάγει κάτω τοὺς λεπτοὺς χυμοὺς, ὅσοι περ ἂν ἐν τῷ στό‐ ματι τῆς γαστρὸς αὐτῆς περιέχονται. κοινωνεῖ δὲ ὁ λόγος ὅδε σύμπας ὁ περὶ τῆς δυσκρασίας τοῖς ὑγιεινοῖς παραγγέλμασι, καθ’ ἕν τι μέρος ἑαυτοῦ τὸ τῶν ἀσθενῶν ἐνεργειῶν, οὐ γὰρ δὴ τῶν γε ἀπολωλυιῶν, ἢ πλημμελῶς γιγνομένων· ἐκπέπτωκε</w:t>
      </w:r>
    </w:p>
    <w:p>
      <w:r>
        <w:rPr>
          <w:rFonts w:ascii="Courier New" w:hAnsi="Courier New"/>
          <w:color w:val="555555"/>
          <w:sz w:val="20"/>
        </w:rPr>
        <w:t>[15]</w:t>
      </w:r>
    </w:p>
    <w:p>
      <w:r>
        <w:rPr>
          <w:rFonts w:ascii="Gentium Plus" w:hAnsi="Gentium Plus"/>
          <w:sz w:val="24"/>
        </w:rPr>
        <w:t>γὰρ ἐκεῖνο τελέως τῶν ὑγιεινῶν· ἡ δ’ ἀσθενὴς ἐνέργεια κατὰ τὸ μᾶλλόν τε καὶ ἧττον τῆς ὑγιεινῆς ἐστι πραγματείας ἢ τῆς θεραπευτικῆς, ὀλίγον μέν τι παραποδιζομένη τῆς ὑγιει‐</w:t>
      </w:r>
    </w:p>
    <w:p>
      <w:r>
        <w:rPr>
          <w:rFonts w:ascii="Courier New" w:hAnsi="Courier New"/>
          <w:color w:val="555555"/>
          <w:sz w:val="20"/>
        </w:rPr>
        <w:t>[10 . 518]</w:t>
      </w:r>
    </w:p>
    <w:p>
      <w:r>
        <w:rPr>
          <w:rFonts w:ascii="Gentium Plus" w:hAnsi="Gentium Plus"/>
          <w:sz w:val="24"/>
        </w:rPr>
        <w:t>τῶν συνηθῶν πράξεων ἤτοι γε ἀφίστασθαι διὰ τὸ μέγεθος τῆς βλάβης ἢ μή. Λέλεκται δὲ καὶ περὶ τούτων ἐν τοῖς ὑγιει‐ νοῖς· καὶ χρὴ καὶ διὰ τοῦτο θᾶττον ἀφίστασθαι τοῦ λόγου,</w:t>
      </w:r>
    </w:p>
    <w:p>
      <w:r>
        <w:rPr>
          <w:rFonts w:ascii="Courier New" w:hAnsi="Courier New"/>
          <w:color w:val="555555"/>
          <w:sz w:val="20"/>
        </w:rPr>
        <w:t>[5]</w:t>
      </w:r>
    </w:p>
    <w:p>
      <w:r>
        <w:rPr>
          <w:rFonts w:ascii="Gentium Plus" w:hAnsi="Gentium Plus"/>
          <w:sz w:val="24"/>
        </w:rPr>
        <w:t>γεγραμμένης γε δὴ συμπάσης ἤδη τῆς μεθόδου, καθ’ ἣν χρὴ τὰς δυσκρασίας ἰᾶσθαι τῆς γαστρὸς, εἴτε καθ’ ἕξιν, εἴτε κατὰ σχέσιν ἐν αὐτῇ γένοιντο. δῆλον δὲ ὡς καὶ μικτή ποτ’ ἐστὶ διάθεσις ἐν τῇ γαστρὶ τῶν εἰρημένων τριῶν τῶν ἁπλῶν· ὥστε καὶ αὐτὰ τὰ στερεὰ μόρια δυσκράτως ἔχειν</w:t>
      </w:r>
    </w:p>
    <w:p>
      <w:r>
        <w:rPr>
          <w:rFonts w:ascii="Courier New" w:hAnsi="Courier New"/>
          <w:color w:val="555555"/>
          <w:sz w:val="20"/>
        </w:rPr>
        <w:t>[10]</w:t>
      </w:r>
    </w:p>
    <w:p>
      <w:r>
        <w:rPr>
          <w:rFonts w:ascii="Gentium Plus" w:hAnsi="Gentium Plus"/>
          <w:sz w:val="24"/>
        </w:rPr>
        <w:t>καὶ χυμοὺς μοχθηροὺς ἐμπεπλάσθαι δυσεκνίπτως τῇ γαστρὶ καὶ κατὰ τὴν ἔνδον εὐρυχωρίαν ἑτέρους περιέχεσθαι. δύναται μὲν γάρ ποτε καὶ τὸ πρῶτον ἅμα τῷ δευτέρῳ ῥηθέντι συ‐ στῆναι· δύναται δὲ καὶ τὸ δεύτερον ἅμα τῷ τρίτῳ· καὶ αὖθίς γε τὸ πρῶτον ἅμα τῷ τρίτῳ· καὶ πάνθ’ ἅμα πολλάκις. ἐφ’</w:t>
      </w:r>
    </w:p>
    <w:p>
      <w:r>
        <w:rPr>
          <w:rFonts w:ascii="Courier New" w:hAnsi="Courier New"/>
          <w:color w:val="555555"/>
          <w:sz w:val="20"/>
        </w:rPr>
        <w:t>[15]</w:t>
      </w:r>
    </w:p>
    <w:p>
      <w:r>
        <w:rPr>
          <w:rFonts w:ascii="Gentium Plus" w:hAnsi="Gentium Plus"/>
          <w:sz w:val="24"/>
        </w:rPr>
        <w:t>ὧν ἀναμνησθήσῃ μὲν δήπου καὶ τῆς ἔμπροσθεν εἰρημένης μεθόδου ἐν τοῖς περὶ τῶν ἑλκῶν λόγοις ἁπασῶν τῶν ἐπιπλε‐ κομένων ἀλλήλαις διαθέσεων, οὐδὲν δ’ ἂν εἴη χεῖρον καὶ νῦν</w:t>
      </w:r>
    </w:p>
    <w:p>
      <w:r>
        <w:rPr>
          <w:rFonts w:ascii="Courier New" w:hAnsi="Courier New"/>
          <w:color w:val="555555"/>
          <w:sz w:val="20"/>
        </w:rPr>
        <w:t>[10 . 519]</w:t>
      </w:r>
    </w:p>
    <w:p>
      <w:r>
        <w:rPr>
          <w:rFonts w:ascii="Gentium Plus" w:hAnsi="Gentium Plus"/>
          <w:sz w:val="24"/>
        </w:rPr>
        <w:t>πρῶτον μὲν ἀφ’ οὗ μάλιστα κινδυνεύειν εἰκός ἐστι τὸν κά‐ μνοντα, δεύτερον δὲ, τί μὲν ἐξ αὐτῶν ἢ τίνα λόγον αἰτίας ἔχει, τίνα δὲ ἀποτελεῖται πρὸς αὐτῶν, καὶ τρίτον οἷς τ’ ἀδύ‐ νατόν ἐστιν ἰαθῆναι πρὸ τῶν ἄλλων καὶ ὅσοις δυνατὸν,</w:t>
      </w:r>
    </w:p>
    <w:p>
      <w:r>
        <w:rPr>
          <w:rFonts w:ascii="Courier New" w:hAnsi="Courier New"/>
          <w:color w:val="555555"/>
          <w:sz w:val="20"/>
        </w:rPr>
        <w:t>[5]</w:t>
      </w:r>
    </w:p>
    <w:p>
      <w:r>
        <w:rPr>
          <w:rFonts w:ascii="Gentium Plus" w:hAnsi="Gentium Plus"/>
          <w:sz w:val="24"/>
        </w:rPr>
        <w:t>ὥσπερ ἐπὶ τῶν ἑλκῶν ἐδείκνυμεν τῶν ἅμα φλεγμοναῖς συνιστα‐ μένων. ἔνθα μὲν γὰρ ἀπό τινος τῶν διαθέσεων οὐ μικρὸς ὁ κίνδυνός ἐστιν, ὁ πρὸς τὸ κατεπεῖγον σκοπὸς αἱρετέος· ἔνθα δὲ τὸ μὲν ποιοῦν ἐστι, τὸ δὲ γιγνόμενον, ὁ πρὸς τὸ αἴτιον· ἔνθα δὲ οὐχ οἷόν τε θεραπευθῆναι τόδε πρὸ τοῦδε, ὁ ἀπὸ τῆς</w:t>
      </w:r>
    </w:p>
    <w:p>
      <w:r>
        <w:rPr>
          <w:rFonts w:ascii="Courier New" w:hAnsi="Courier New"/>
          <w:color w:val="555555"/>
          <w:sz w:val="20"/>
        </w:rPr>
        <w:t>[10]</w:t>
      </w:r>
    </w:p>
    <w:p>
      <w:r>
        <w:rPr>
          <w:rFonts w:ascii="Gentium Plus" w:hAnsi="Gentium Plus"/>
          <w:sz w:val="24"/>
        </w:rPr>
        <w:t>τάξεως. ἐν μὲν οὖν τῷ πρὸς τὸ κατεπεῖγον σκοπῷ τὸ μέγε‐ θος τῆς διαθέσεως σκεπτέον. ἔστι δὲ τρία μεγέθη, τὸ μέν τι κατὰ τὸ τῆς βεβλαμμένης ἐνεργείας ἀξίωμα, τὸ δέ τι κατὰ τὴν οἰκείαν οὐσίαν τῆς διαθέσεως, καὶ τρίτον ἐπὶ τοῖσδε τὸ πρὸς τὴν διοικοῦσαν τὸ βεβλαμμένον σῶμα δύναμιν. ἐν δὲ</w:t>
      </w:r>
    </w:p>
    <w:p>
      <w:r>
        <w:rPr>
          <w:rFonts w:ascii="Courier New" w:hAnsi="Courier New"/>
          <w:color w:val="555555"/>
          <w:sz w:val="20"/>
        </w:rPr>
        <w:t>[15]</w:t>
      </w:r>
    </w:p>
    <w:p>
      <w:r>
        <w:rPr>
          <w:rFonts w:ascii="Gentium Plus" w:hAnsi="Gentium Plus"/>
          <w:sz w:val="24"/>
        </w:rPr>
        <w:t>τῷ πρὸς τὸ αἴτιον σκοπῷ θεωρητέον τί μὲν ἐκ τῶν ἐπιπε‐ πλεγμένων ἀλλήλοις αὐξάνειν ἢ γεννᾷν πέφυκε τὰ λοιπὰ, τίνα δ’ ἤτοι τὴν γένεσιν, ἢ τὴν αὔξησιν ὑπ’ ἐκείνου λαμβάνει. ἐν</w:t>
      </w:r>
    </w:p>
    <w:p>
      <w:r>
        <w:rPr>
          <w:rFonts w:ascii="Courier New" w:hAnsi="Courier New"/>
          <w:color w:val="555555"/>
          <w:sz w:val="20"/>
        </w:rPr>
        <w:t>[10 . 520]</w:t>
      </w:r>
    </w:p>
    <w:p>
      <w:r>
        <w:rPr>
          <w:rFonts w:ascii="Gentium Plus" w:hAnsi="Gentium Plus"/>
          <w:sz w:val="24"/>
        </w:rPr>
        <w:t>τί δυνατὸν ἰᾶσθαι. ὑποκείσθω γοῦν εἰς τὴν γαστέρα καταῤ‐ ῥέουσά τις ἐξ ἐγκεφάλου περιουσία ψυχρὰ καὶ διὰ ταύτην ἤδη μέν τις οὖσα δυσκρασία κατὰ τὴν κοιλίαν· ἔτι δὲ μᾶλλον καὶ χυμοὶ μοχθηροὶ καθ’ ὅλον αὐτῆς τὸ σῶμα τὰς μεταξὺ</w:t>
      </w:r>
    </w:p>
    <w:p>
      <w:r>
        <w:rPr>
          <w:rFonts w:ascii="Courier New" w:hAnsi="Courier New"/>
          <w:color w:val="555555"/>
          <w:sz w:val="20"/>
        </w:rPr>
        <w:t>[5]</w:t>
      </w:r>
    </w:p>
    <w:p>
      <w:r>
        <w:rPr>
          <w:rFonts w:ascii="Gentium Plus" w:hAnsi="Gentium Plus"/>
          <w:sz w:val="24"/>
        </w:rPr>
        <w:t>χώρας ἁπάσας τῶν ὁμοιομερῶν κατειληφότες. ἐν ταῖς τοιαύ‐ ταις ἐπιπλοκαῖς ἀξιώματι μέν ἐστι μείζων ἡ δυσκρασία, διότι καὶ ἡ εὐκρασία· κατὰ δὲ τὴν οἰκείαν οὐσίαν ὅ τι περ ἂν αὐτῶν τύχῃ περὶ τὸν ὑποκείμενον ἄῤῥωστον ἐν τῷ λόγῳ. καὶ κείσθω πρός γε τὸ παρὸν ἐν τοῖς εἰρημένοις τρισὶ μείζων</w:t>
      </w:r>
    </w:p>
    <w:p>
      <w:r>
        <w:rPr>
          <w:rFonts w:ascii="Courier New" w:hAnsi="Courier New"/>
          <w:color w:val="555555"/>
          <w:sz w:val="20"/>
        </w:rPr>
        <w:t>[10]</w:t>
      </w:r>
    </w:p>
    <w:p>
      <w:r>
        <w:rPr>
          <w:rFonts w:ascii="Gentium Plus" w:hAnsi="Gentium Plus"/>
          <w:sz w:val="24"/>
        </w:rPr>
        <w:t>εἶναι διάθεσις ἡ τῶν ἐν τοῖς χιτῶσι τῆς γαστρὸς χυμῶν. ἔστω δ’, εἰ βούλει, καὶ τοῦτο αὐτὸ πάθημα δῆξιν ἐργαζόμενον, καὶ διὰ τοῦτο αὐτὸ λειποψυχίαν τε καί τινας ἱδρῶτας ἅμα συγ‐ κοπτικαῖς ἐκλύσεσιν, ὡς εἶναι μεῖζον αὐτὸ τῶν ἄλλων, καθ’ ὅσον ὑπὲρ τὴν δύναμίν ἐστιν. εὔδηλον οὖν ὅτι τὴν μὲν πρώ‐</w:t>
      </w:r>
    </w:p>
    <w:p>
      <w:r>
        <w:rPr>
          <w:rFonts w:ascii="Courier New" w:hAnsi="Courier New"/>
          <w:color w:val="555555"/>
          <w:sz w:val="20"/>
        </w:rPr>
        <w:t>[15]</w:t>
      </w:r>
    </w:p>
    <w:p>
      <w:r>
        <w:rPr>
          <w:rFonts w:ascii="Gentium Plus" w:hAnsi="Gentium Plus"/>
          <w:sz w:val="24"/>
        </w:rPr>
        <w:t>την ἄν τις ἐπιμέλειαν ἀντιτάξαιτο πρὸς τὸ καταλῦον τὴν δύναμιν. ἑξῆς δ’ ἐπειδὴ μέγιστον τῶν ἄλλων ὑπέκειτο τοῦτο</w:t>
      </w:r>
    </w:p>
    <w:p>
      <w:r>
        <w:rPr>
          <w:rFonts w:ascii="Courier New" w:hAnsi="Courier New"/>
          <w:color w:val="555555"/>
          <w:sz w:val="20"/>
        </w:rPr>
        <w:t>[10 . 521]</w:t>
      </w:r>
    </w:p>
    <w:p>
      <w:r>
        <w:rPr>
          <w:rFonts w:ascii="Gentium Plus" w:hAnsi="Gentium Plus"/>
          <w:sz w:val="24"/>
        </w:rPr>
        <w:t>γνοιτο καὶ πρῶτον ἰῷτο. εἰ δ’ ἡμῖν ἤδη μετρίως ἔχει τοῦτο καὶ μήθ’ ἡ δύναμις ἔτι καταπίπτει μήτε ἡ κατὰ τὴν γαστέρα κακοχυμία παμπόλλη τις εἴη, τότε ἐπὶ τὴν αἰτίαν ἀφιξό‐ μεθα, γιγνώσκοντες ὡς οὐχ οἷόν τ’ ἐστὶ τελέως ἰαθῆναι</w:t>
      </w:r>
    </w:p>
    <w:p>
      <w:r>
        <w:rPr>
          <w:rFonts w:ascii="Courier New" w:hAnsi="Courier New"/>
          <w:color w:val="555555"/>
          <w:sz w:val="20"/>
        </w:rPr>
        <w:t>[5]</w:t>
      </w:r>
    </w:p>
    <w:p>
      <w:r>
        <w:rPr>
          <w:rFonts w:ascii="Gentium Plus" w:hAnsi="Gentium Plus"/>
          <w:sz w:val="24"/>
        </w:rPr>
        <w:t>διάθεσιν οὐδεμίαν, ἔτι μενούσης τῆς ἐργαζομένης αὐτὴν αἰ‐ τίας. ἡ δέ γε τάξις τῆς θεραπείας ἐνίοτε μὲν ὡς ἐπὶ φλεγ‐ μονῆς καὶ ἕλκους ἐναντίων ἐστὶν ἐνδεικτικὴ βοηθημάτων· ἐδείκνυτο γὰρ ὡς τὰ τὴν φλεγμονὴν θεραπεύοντα μεῖζον ἀποφαίνει τὸ ἕλκος, ἐνίοτε δ’ οὐδὲν βλάπτει τὴν ἑτέ‐</w:t>
      </w:r>
    </w:p>
    <w:p>
      <w:r>
        <w:rPr>
          <w:rFonts w:ascii="Courier New" w:hAnsi="Courier New"/>
          <w:color w:val="555555"/>
          <w:sz w:val="20"/>
        </w:rPr>
        <w:t>[10]</w:t>
      </w:r>
    </w:p>
    <w:p>
      <w:r>
        <w:rPr>
          <w:rFonts w:ascii="Gentium Plus" w:hAnsi="Gentium Plus"/>
          <w:sz w:val="24"/>
        </w:rPr>
        <w:t>ραν διάθεσιν, ὥσπερ ἐπὶ τῆς ἐνεστώσης ὑποθέσεως. ὁ γὰρ ἐκκενῶν τὸ περιεχόμενον ὑγρὸν ἐν τῷ τῆς γαστρὸς κύτει, τῶν ἐν τοῖς χιτῶσι περιεχομένων ὑγρῶν ὑποτέμνεται τὴν τροφήν· ὥσπερ γε καὶ ὁ τὸν ἐγκέφαλον ἰώμενος, ὡς μηδεμίαν ἐν ἑαυτῷ γεννᾷν αἰσθητὴν περιουσίαν, ἐκκόπτει τὴν οἷον πηγὴν</w:t>
      </w:r>
    </w:p>
    <w:p>
      <w:r>
        <w:rPr>
          <w:rFonts w:ascii="Courier New" w:hAnsi="Courier New"/>
          <w:color w:val="555555"/>
          <w:sz w:val="20"/>
        </w:rPr>
        <w:t>[15]</w:t>
      </w:r>
    </w:p>
    <w:p>
      <w:r>
        <w:rPr>
          <w:rFonts w:ascii="Gentium Plus" w:hAnsi="Gentium Plus"/>
          <w:sz w:val="24"/>
        </w:rPr>
        <w:t>τῶν εἰς τὴν γαστέρα ῥευμάτων. ἐπὶ μὲν δὴ τούτων ἡ τάξις τῆς θεραπείας τῇ τάξει τῶν αἰτίων ὁμολογεῖ, κᾂν ἐν ἄλλοις διαφέρηται. τὸ δ’ ἀπὸ τοῦ μεγέθους χρὴ διορίζεσθαι, καθά‐</w:t>
      </w:r>
    </w:p>
    <w:p>
      <w:r>
        <w:rPr>
          <w:rFonts w:ascii="Courier New" w:hAnsi="Courier New"/>
          <w:color w:val="555555"/>
          <w:sz w:val="20"/>
        </w:rPr>
        <w:t>[10 . 522]</w:t>
      </w:r>
    </w:p>
    <w:p>
      <w:r>
        <w:rPr>
          <w:rFonts w:ascii="Gentium Plus" w:hAnsi="Gentium Plus"/>
          <w:sz w:val="24"/>
        </w:rPr>
        <w:t>οἰκείαν ὕλην ἐφαρμόζειν τῶν βοηθημάτων· ἑξῆς δὲ κατὰ τὸν τῶν αἰτιῶν στοῖχον ἰᾶσθαι τὸ σύμπαν. ὅταν γὰρ μήτε πλῆ‐ θος ἀξιόλογον ᾖ τῶν κατὰ τὴν γαστέρα περιττωμάτων μήτ’ ἐν τῇ κοιλότητι περιεχομένων αὐτῆς μήτ’ ἐν τοῖς χιτῶσι, μήτε</w:t>
      </w:r>
    </w:p>
    <w:p>
      <w:r>
        <w:rPr>
          <w:rFonts w:ascii="Courier New" w:hAnsi="Courier New"/>
          <w:color w:val="555555"/>
          <w:sz w:val="20"/>
        </w:rPr>
        <w:t>[5]</w:t>
      </w:r>
    </w:p>
    <w:p>
      <w:r>
        <w:rPr>
          <w:rFonts w:ascii="Gentium Plus" w:hAnsi="Gentium Plus"/>
          <w:sz w:val="24"/>
        </w:rPr>
        <w:t>δῆξις ἀδικοῦσα τὴν δύναμιν, ἁπάντων μὲν χρὴ πρῶτον ἐκ‐ νοσηλεῦσαι τὸν ἐγκέφαλον, ἐφεξῆς δὲ τὸ κύτος τῆς γαστρὸς ἐκκενῶσαί τε καὶ διαῤῥῦψαι, καὶ μετὰ ταῦτα ἐκκαθῆραι τοὺς χιτῶνας, εἶτα τὴν δυσκρασίαν ἰᾶσθαι. εἴρηται δὲ ἑκάστου τὰ ἰάματα πρόσθεν, ὥστε οὐ χρὴ μηκύνειν ἔτι τὰ κατὰ τὸν</w:t>
      </w:r>
    </w:p>
    <w:p>
      <w:r>
        <w:rPr>
          <w:rFonts w:ascii="Courier New" w:hAnsi="Courier New"/>
          <w:color w:val="555555"/>
          <w:sz w:val="20"/>
        </w:rPr>
        <w:t>[10]</w:t>
      </w:r>
    </w:p>
    <w:p>
      <w:r>
        <w:rPr>
          <w:rFonts w:ascii="Gentium Plus" w:hAnsi="Gentium Plus"/>
          <w:sz w:val="24"/>
        </w:rPr>
        <w:t>λόγον, ἀλλ’ ἤδη τέλος ἐπιθεῖναι τῷ γράμματι. τὰς γὰρ τῶν ἄλλων ἁπάντων μορίων δυσκρασίας ἀνάλογον ἄν τις ἰῷτο τοῖς ἐπὶ τῆς γαστρὸς εἰρημένοις. ἀεὶ γὰρ χρὴ τό τ’ ἐναν‐ τίον τῇ διαθέσει πορίζεσθαι βοήθημα καὶ τὴν ἀπὸ τῆς φύσεως τοῦ πεπονθότος ἔνδειξιν τῶν ὠφελησόντων προστιθέναι, περὶ</w:t>
      </w:r>
    </w:p>
    <w:p>
      <w:r>
        <w:rPr>
          <w:rFonts w:ascii="Courier New" w:hAnsi="Courier New"/>
          <w:color w:val="555555"/>
          <w:sz w:val="20"/>
        </w:rPr>
        <w:t>[15]</w:t>
      </w:r>
    </w:p>
    <w:p>
      <w:r>
        <w:rPr>
          <w:rFonts w:ascii="Gentium Plus" w:hAnsi="Gentium Plus"/>
          <w:sz w:val="24"/>
        </w:rPr>
        <w:t>ἧς εἴρηται μὲν ἤδη καὶ διὰ τῶν ἔμπροσθεν, εἰρήσεται δὲ καὶ διὰ τῶν ἑξῆς ἐπὶ πλέον. ἀναγκαῖον δ’ ἂν εἴη καὶ νῦν ἐπ’ ὀλί‐</w:t>
      </w:r>
    </w:p>
    <w:p>
      <w:r>
        <w:rPr>
          <w:rFonts w:ascii="Courier New" w:hAnsi="Courier New"/>
          <w:color w:val="555555"/>
          <w:sz w:val="20"/>
        </w:rPr>
        <w:t>[10 . 523]</w:t>
      </w:r>
    </w:p>
    <w:p>
      <w:r>
        <w:rPr>
          <w:rFonts w:ascii="Gentium Plus" w:hAnsi="Gentium Plus"/>
          <w:sz w:val="24"/>
        </w:rPr>
        <w:t>Πρώτη μὲν ἔνδειξις ἀπὸ τῆς τοῦ πεπον‐ θότος τόπου κράσεώς ἐστι, τὸ μέτρον ὁρίζουσα τοῦ θερμαί‐ νειν, ἢ ψύχειν, ἢ ξηραίνειν, ἢ ὑγραίνειν, ἢ κατὰ συζυγίαν τι πράττειν αὐτῶν. δευτέρα δὲ ἀπὸ τοῦ κοινὸν εἶναι τὸ</w:t>
      </w:r>
    </w:p>
    <w:p>
      <w:r>
        <w:rPr>
          <w:rFonts w:ascii="Courier New" w:hAnsi="Courier New"/>
          <w:color w:val="555555"/>
          <w:sz w:val="20"/>
        </w:rPr>
        <w:t>[5]</w:t>
      </w:r>
    </w:p>
    <w:p>
      <w:r>
        <w:rPr>
          <w:rFonts w:ascii="Gentium Plus" w:hAnsi="Gentium Plus"/>
          <w:sz w:val="24"/>
        </w:rPr>
        <w:t>ἔργον ἅπασι τοῖς τοῦ ζώου μορίοις, ἢ κοινὴν τὴν δύναμιν χορηγεῖν. καὶ τρίτη παρὰ τῆς διαπλάσεως αὐτοῦ. καὶ τε‐ τάρτη παρὰ τῆς θέσεως ἧς μέρος ἐστὶν ἡ πρὸς τὰ πλησιά‐ ζοντα τοῦ ζώου μόρια κοινωνία· καὶ πρὸς τούτοις ἅπασι τὸ τῆς αἰσθήσεως ποσόν. λεχθήσεται μὲν οὖν κᾀν τοῖς ἑξῆς</w:t>
      </w:r>
    </w:p>
    <w:p>
      <w:r>
        <w:rPr>
          <w:rFonts w:ascii="Courier New" w:hAnsi="Courier New"/>
          <w:color w:val="555555"/>
          <w:sz w:val="20"/>
        </w:rPr>
        <w:t>[10]</w:t>
      </w:r>
    </w:p>
    <w:p>
      <w:r>
        <w:rPr>
          <w:rFonts w:ascii="Gentium Plus" w:hAnsi="Gentium Plus"/>
          <w:sz w:val="24"/>
        </w:rPr>
        <w:t>ὑπὲρ ἑκάστου τῶν εἰρημένων ἐπὶ πλέον· ἐπέλθωμεν δὲ καὶ νῦν αὐτὰ διὰ βραχέων. ὅσα μὲν θερμότερα φύσει μόρια, κατὰ τὴν ψύξιν νοσεῖ, μειζόνως τε ταῦτα καὶ μέχρι πλείονος χρόνου θερμαίνεσθαι δεῖται, καθάπερ γε καὶ τὰ ψυχρότερα κατὰ θερμότητα νοσοῦντα ψύχεσθαι, καὶ τὰ ξηρότερα καθ’</w:t>
      </w:r>
    </w:p>
    <w:p>
      <w:r>
        <w:rPr>
          <w:rFonts w:ascii="Courier New" w:hAnsi="Courier New"/>
          <w:color w:val="555555"/>
          <w:sz w:val="20"/>
        </w:rPr>
        <w:t>[15]</w:t>
      </w:r>
    </w:p>
    <w:p>
      <w:r>
        <w:rPr>
          <w:rFonts w:ascii="Gentium Plus" w:hAnsi="Gentium Plus"/>
          <w:sz w:val="24"/>
        </w:rPr>
        <w:t>ὑγρότητα ξηραίνεσθαι· καὶ δὴ κατὰ τὸν αὐτὸν λόγον ὑγραί‐ νεσθαι τὰ φύσει μὲν ὑγρότερα, κατὰ ξηρότητα δὲ νοσοῦντα, μειζόνως τε καὶ μέχρι πλείονος χρῄζει τοῦ χρόνου. τοσοῦτον</w:t>
      </w:r>
    </w:p>
    <w:p>
      <w:r>
        <w:rPr>
          <w:rFonts w:ascii="Courier New" w:hAnsi="Courier New"/>
          <w:color w:val="555555"/>
          <w:sz w:val="20"/>
        </w:rPr>
        <w:t>[10 . 524]</w:t>
      </w:r>
    </w:p>
    <w:p>
      <w:r>
        <w:rPr>
          <w:rFonts w:ascii="Gentium Plus" w:hAnsi="Gentium Plus"/>
          <w:sz w:val="24"/>
        </w:rPr>
        <w:t>ἐστιν, ὁπόσον εἰς τὰ παρὰ φύσιν ἐξετράπετο· καὶ καθάπερ ὁδόν τινα παλινδρομοῦσαν εἰς τοὐπίσω τῆς γενομένης αὐτῷ μεταστάσεως. ἔμπαλιν δὲ τῷ μὲν θερμοτέρῳ φύσει μορίῳ θερμὸν νόσημα νοσοῦντι βραχείας ἢ ὀλιγοχρονίου δεῖται τῆς</w:t>
      </w:r>
    </w:p>
    <w:p>
      <w:r>
        <w:rPr>
          <w:rFonts w:ascii="Courier New" w:hAnsi="Courier New"/>
          <w:color w:val="555555"/>
          <w:sz w:val="20"/>
        </w:rPr>
        <w:t>[5]</w:t>
      </w:r>
    </w:p>
    <w:p>
      <w:r>
        <w:rPr>
          <w:rFonts w:ascii="Gentium Plus" w:hAnsi="Gentium Plus"/>
          <w:sz w:val="24"/>
        </w:rPr>
        <w:t>ψύξεως, τῷ δὲ ψυχροτέρῳ τῆς θερμάνσεως· ὡσαύτως δὲ κᾀπὶ τῶν ὑγρῶν τε καὶ ξηρῶν. ὀλίγη γὰρ ἡ εἰς τὸ παρὰ φύσιν ἐκτροπὴ τοῖς τοιούτοις ἐστὶ καὶ ἡ εἰς τὸ κατὰ φύσιν ἐπάνοδος. ὅθεν καὶ κινδυνεύουσιν ἧττον οἷς ἂν οἰκεία τῆς φύσεως ἡ νόσος ὑπάρχει. δῆλον δ’ ὅτι καὶ κατὰ συζυ‐</w:t>
      </w:r>
    </w:p>
    <w:p>
      <w:r>
        <w:rPr>
          <w:rFonts w:ascii="Courier New" w:hAnsi="Courier New"/>
          <w:color w:val="555555"/>
          <w:sz w:val="20"/>
        </w:rPr>
        <w:t>[10]</w:t>
      </w:r>
    </w:p>
    <w:p>
      <w:r>
        <w:rPr>
          <w:rFonts w:ascii="Gentium Plus" w:hAnsi="Gentium Plus"/>
          <w:sz w:val="24"/>
        </w:rPr>
        <w:t>γίαν αἱ δυσκρασίαι γιγνόμεναι τηλικαύτην ἕξουσι τὴν εἰς τὸ κατὰ φύσιν ἐπάνοδον ἡλίκην ἐποιήσαντο τὴν εἰς τὸ παρὰ φύσιν ἐκτροπήν. οὕτω μὲν οὖν ἀπὸ τῆς κράσεως τῶν πεπον‐ θότων μορίων ἡ τῶν βοηθημάτων ἔνδειξις γίγνεται, ἀπὸ δὲ τοῦ κατὰ τὴν ἐνέργειαν ἤτοι χρήσιμον ἅπασι τοῖς τοῦ</w:t>
      </w:r>
    </w:p>
    <w:p>
      <w:r>
        <w:rPr>
          <w:rFonts w:ascii="Courier New" w:hAnsi="Courier New"/>
          <w:color w:val="555555"/>
          <w:sz w:val="20"/>
        </w:rPr>
        <w:t>[15]</w:t>
      </w:r>
    </w:p>
    <w:p>
      <w:r>
        <w:rPr>
          <w:rFonts w:ascii="Gentium Plus" w:hAnsi="Gentium Plus"/>
          <w:sz w:val="24"/>
        </w:rPr>
        <w:t>ζώου μορίοις ὑπάρχειν, ἢ ὀλίγοις τισὶν, ἢ ἑαυτῷ μόνῳ κατὰ μὲν τὰς ἄνευ χυμῶν δυσκρασίας οὐδὲν ἐκ τούτου τοῦ σκο‐</w:t>
      </w:r>
    </w:p>
    <w:p>
      <w:r>
        <w:rPr>
          <w:rFonts w:ascii="Courier New" w:hAnsi="Courier New"/>
          <w:color w:val="555555"/>
          <w:sz w:val="20"/>
        </w:rPr>
        <w:t>[10 . 525]</w:t>
      </w:r>
    </w:p>
    <w:p>
      <w:r>
        <w:rPr>
          <w:rFonts w:ascii="Gentium Plus" w:hAnsi="Gentium Plus"/>
          <w:sz w:val="24"/>
        </w:rPr>
        <w:t>ξηραίνεσθαι καὶ ὑγραίνεσθαι καὶ κατὰ συζυγίαν πάσχειν τι τούτων, ἕκαστον τῶν μορίων ἀνάλογον δεῖται τοῦ νοσήμα‐ τος. κατὰ μέντοι τὰς ἐπὶ τοῖς χυμοῖς, εἰ μὲν ἑαυτῷ μόνῳ τὸ μόριον ἐνεργοίη, θαῤῥῶν ποιήσεις τὰς κενώσεις, ὡς ἂν ἡ</w:t>
      </w:r>
    </w:p>
    <w:p>
      <w:r>
        <w:rPr>
          <w:rFonts w:ascii="Courier New" w:hAnsi="Courier New"/>
          <w:color w:val="555555"/>
          <w:sz w:val="20"/>
        </w:rPr>
        <w:t>[5]</w:t>
      </w:r>
    </w:p>
    <w:p>
      <w:r>
        <w:rPr>
          <w:rFonts w:ascii="Gentium Plus" w:hAnsi="Gentium Plus"/>
          <w:sz w:val="24"/>
        </w:rPr>
        <w:t>διάθεσις ὑπαγορεύῃ, συνεπιβλέπων τὴν δύναμιν· εἰ δ’ ἀναγ‐ καῖον εἴη τὸ ἔργον αὐτοῦ πᾶσι τοῖς τοῦ ζώου μορίοις, ὥσπερ τὸ τῆς γαστρός τε καὶ τοῦ ἥπατος, οὐ μικρὰν χρὴ φροντίδα ποιεῖσθαι τοῦ τόνου τῆς δυνάμεως, μή πως καταλύσωμεν αὐτὸν ἀθροωτέρᾳ κενώσει χρησάμενοι. κοινὸν δὲ τὸ ἔργον</w:t>
      </w:r>
    </w:p>
    <w:p>
      <w:r>
        <w:rPr>
          <w:rFonts w:ascii="Courier New" w:hAnsi="Courier New"/>
          <w:color w:val="555555"/>
          <w:sz w:val="20"/>
        </w:rPr>
        <w:t>[10]</w:t>
      </w:r>
    </w:p>
    <w:p>
      <w:r>
        <w:rPr>
          <w:rFonts w:ascii="Gentium Plus" w:hAnsi="Gentium Plus"/>
          <w:sz w:val="24"/>
        </w:rPr>
        <w:t>ἐστὶ καὶ φλεψὶ καὶ ἀρτηρίαις καὶ καρδίᾳ καὶ θώρακι καὶ νεφροῖς καὶ κύστει τῇ τε τὸ οὖρον ὑποδεχομένῃ καὶ τῇ χο‐ ληδόχῳ, σὺν τοῖς ἀπ’ αὐτῆς ἀγγείοις. ἐγκεφάλου δὲ τὸ ἔργον ὑγιαινόντων μὲν ἡμῶν εἰς τὰς καθ’ ὁρμὴν ἐνεργείας ἀναγ‐ καῖόν ἐστι τοῖς τὰς τοιαύτας ἐνεργείας διαπραττομένοις</w:t>
      </w:r>
    </w:p>
    <w:p>
      <w:r>
        <w:rPr>
          <w:rFonts w:ascii="Courier New" w:hAnsi="Courier New"/>
          <w:color w:val="555555"/>
          <w:sz w:val="20"/>
        </w:rPr>
        <w:t>[15]</w:t>
      </w:r>
    </w:p>
    <w:p>
      <w:r>
        <w:rPr>
          <w:rFonts w:ascii="Gentium Plus" w:hAnsi="Gentium Plus"/>
          <w:sz w:val="24"/>
        </w:rPr>
        <w:t>ὀργάνοις, οὐκ ἀναγκαῖον δὲ νοσούντων, ὅτι μὴ μόνον τοῖς ἀναπνευστικοῖς. ἄλλων δ’ ὀργάνων ἐνέργεια μὲν οὐκ ἔστιν, ὑπηρεσία δὲ ἀναγκαία πρὸς τὸ ζῇν, ὡς πνεύμονος καὶ τρα‐</w:t>
      </w:r>
    </w:p>
    <w:p>
      <w:r>
        <w:rPr>
          <w:rFonts w:ascii="Courier New" w:hAnsi="Courier New"/>
          <w:color w:val="555555"/>
          <w:sz w:val="20"/>
        </w:rPr>
        <w:t>[10 . 526]</w:t>
      </w:r>
    </w:p>
    <w:p>
      <w:r>
        <w:rPr>
          <w:rFonts w:ascii="Gentium Plus" w:hAnsi="Gentium Plus"/>
          <w:sz w:val="24"/>
        </w:rPr>
        <w:t>ρίων ὅτι τάχιστα τὰς περιουσίας ἐκκενοῦν ἔξεστιν ὡς ἂν ἐθέλῃς· ἐκ γαστρὸς δὲ καὶ ἥπατος οὐχ ὡς ἔτυχεν, ἀλλὰ σὺν τῷ φροντίζειν μηδὲν βλάψαι τὴν δύναμιν. ἐπεὶ δ’ οὐκ ἴσον ἐστὶ τὸ τῶν ἔργων ἀξίωμα πρὸς τὸ διασώζεσθαι</w:t>
      </w:r>
    </w:p>
    <w:p>
      <w:r>
        <w:rPr>
          <w:rFonts w:ascii="Courier New" w:hAnsi="Courier New"/>
          <w:color w:val="555555"/>
          <w:sz w:val="20"/>
        </w:rPr>
        <w:t>[5]</w:t>
      </w:r>
    </w:p>
    <w:p>
      <w:r>
        <w:rPr>
          <w:rFonts w:ascii="Gentium Plus" w:hAnsi="Gentium Plus"/>
          <w:sz w:val="24"/>
        </w:rPr>
        <w:t>τοὺς νοσοῦντας, ἀλλὰ τὸ μὲν μᾶλλον αὐτοῖς ἐστι, τὸ δὲ ἧττον χρηστὸν, ἀνάλογον χρὴ τῶν ἀξιωμάτων ἑκάστου μο‐ ρίου προνοεῖσθαι τοῦ τόνου. μέγιστον μὲν οὖν ἀξίωμα τὸ τῆς καρδίας ἐστὶν ἔργον, καὶ πάντων ἀναγκαιότατον τοῖς νοσοῦσι· τοῦ δ’ ἐγκεφάλου πρὸς μὲν τὴν ζωὴν ὁμότιμον,</w:t>
      </w:r>
    </w:p>
    <w:p>
      <w:r>
        <w:rPr>
          <w:rFonts w:ascii="Courier New" w:hAnsi="Courier New"/>
          <w:color w:val="555555"/>
          <w:sz w:val="20"/>
        </w:rPr>
        <w:t>[10]</w:t>
      </w:r>
    </w:p>
    <w:p>
      <w:r>
        <w:rPr>
          <w:rFonts w:ascii="Gentium Plus" w:hAnsi="Gentium Plus"/>
          <w:sz w:val="24"/>
        </w:rPr>
        <w:t>οὐ μὴν τῆς ἴσης ῥώμης ἐπὶ νοσούντων αὐτοῦ χρῄζομεν· οὐ γὰρ ἀναγκαῖον πᾶσιν ἐνεργεῖν νεύροις καὶ μυσίν. ὥστ’ ἀρ‐ κεῖ τοσοῦτον αὐτοῦ διασωζόμενον ᾧ μέλλει μόνον ἐπιτε‐ λεῖσθαι τὸ τῆς ἀναπνοῆς ἔργον. ἡ δ’ ἥπατος ἐνέργεια πᾶσι μὲν ἀναγκαία τοῖς μορίοις ἐστὶν, οὐ μὴν οὕτω γε</w:t>
      </w:r>
    </w:p>
    <w:p>
      <w:r>
        <w:rPr>
          <w:rFonts w:ascii="Courier New" w:hAnsi="Courier New"/>
          <w:color w:val="555555"/>
          <w:sz w:val="20"/>
        </w:rPr>
        <w:t>[15]</w:t>
      </w:r>
    </w:p>
    <w:p>
      <w:r>
        <w:rPr>
          <w:rFonts w:ascii="Gentium Plus" w:hAnsi="Gentium Plus"/>
          <w:sz w:val="24"/>
        </w:rPr>
        <w:t>διηνεκῶς ἔχει τὸ ἀναγκαῖον ὡς ἡ τῆς καρδίας. ἀνάλογον δ’ αὐτῷ καὶ ἡ τῆς γαστρός. ἐπιστάμενος οὖν ἁπάντων τῶν μορίων τὰς ἐνεργείας καὶ τὰς χρείας ἐν ἑτέροις ὑπο‐</w:t>
      </w:r>
    </w:p>
    <w:p>
      <w:r>
        <w:rPr>
          <w:rFonts w:ascii="Courier New" w:hAnsi="Courier New"/>
          <w:color w:val="555555"/>
          <w:sz w:val="20"/>
        </w:rPr>
        <w:t>[10 . 527]</w:t>
      </w:r>
    </w:p>
    <w:p>
      <w:r>
        <w:rPr>
          <w:rFonts w:ascii="Gentium Plus" w:hAnsi="Gentium Plus"/>
          <w:sz w:val="24"/>
        </w:rPr>
        <w:t>ἑκάστου φυλάττειν χρὴ τὸν τόνον. οὕτω δὲ καὶ ὅσα τῶν μορίων ἑτέροις ἀρχαὶ δυνάμεών εἰσι, διασώζειν αὐτῶν χρὴ τὸν τόνον ἀνάλογον τῇ χρείᾳ τῶν δυνάμεων, ἵν’ ὑπηρετῇ τοῖς τοῦ ζώου μέρεσιν. ἔμαθες δὲ καὶ περὶ τῶν τοιούτων</w:t>
      </w:r>
    </w:p>
    <w:p>
      <w:r>
        <w:rPr>
          <w:rFonts w:ascii="Courier New" w:hAnsi="Courier New"/>
          <w:color w:val="555555"/>
          <w:sz w:val="20"/>
        </w:rPr>
        <w:t>[5]</w:t>
      </w:r>
    </w:p>
    <w:p>
      <w:r>
        <w:rPr>
          <w:rFonts w:ascii="Gentium Plus" w:hAnsi="Gentium Plus"/>
          <w:sz w:val="24"/>
        </w:rPr>
        <w:t>μορίων ὡς ἐγκέφαλός ἐστι καὶ καρδία καὶ ἧπαρ· ὁ μὲν τοῖς νεύροις τε καὶ μυσὶν, ἡ δὲ ταῖς ἀρτηρίαις, τὸ δ’ ἧπαρ ταῖς φλεψὶ χορηγὰ τῆς δυνάμεως. ἀπὸ δὲ τῆς διαπλάσεως ἡ ἔνδειξις γίγνεται τοῦ τρόπου τῆς κενώσεως τῶν περιτ‐ τῶν ὧδέ πως. ἐμέτοις μὲν καὶ διαχωρήμασιν ἡ γαστὴρ</w:t>
      </w:r>
    </w:p>
    <w:p>
      <w:r>
        <w:rPr>
          <w:rFonts w:ascii="Courier New" w:hAnsi="Courier New"/>
          <w:color w:val="555555"/>
          <w:sz w:val="20"/>
        </w:rPr>
        <w:t>[10]</w:t>
      </w:r>
    </w:p>
    <w:p>
      <w:r>
        <w:rPr>
          <w:rFonts w:ascii="Gentium Plus" w:hAnsi="Gentium Plus"/>
          <w:sz w:val="24"/>
        </w:rPr>
        <w:t>ἐκκενοῦται, τὰ δ’ ἔντερα μόνοις τοῖς κάτω διερχομέ‐ νοις, ὥσπερ γε καὶ τοῦ ἥπατος τὰ σιμά. νεφροὶ δὲ καὶ κύστις καὶ τοῦ ἥπατος τὰ κυρτὰ πολλῆς μὲν ἐμ‐ πεπλησμένα κακοχυμίας διὰ τῶν ὑπηλάτων τε καὶ κατωτε‐ ρικῶν ὀνομαζομένων ἐκκαθαίρεται φαρμάκων, μετρίας δὲ</w:t>
      </w:r>
    </w:p>
    <w:p>
      <w:r>
        <w:rPr>
          <w:rFonts w:ascii="Courier New" w:hAnsi="Courier New"/>
          <w:color w:val="555555"/>
          <w:sz w:val="20"/>
        </w:rPr>
        <w:t>[15]</w:t>
      </w:r>
    </w:p>
    <w:p>
      <w:r>
        <w:rPr>
          <w:rFonts w:ascii="Gentium Plus" w:hAnsi="Gentium Plus"/>
          <w:sz w:val="24"/>
        </w:rPr>
        <w:t>διὰ τῶν οὐρητικῶν πόρων, ἐγκέφαλος δὲ δι’ ὑπερώας καὶ ῥινῶν καὶ ὠτῶν, θώραξ δὲ καὶ πνεύμων διὰ τραχείας ἀρτηρίας καὶ φάρυγγος. ἀπὸ δὲ τῆς θέσεως ἔνδειξις ἔσται</w:t>
      </w:r>
    </w:p>
    <w:p>
      <w:r>
        <w:rPr>
          <w:rFonts w:ascii="Courier New" w:hAnsi="Courier New"/>
          <w:color w:val="555555"/>
          <w:sz w:val="20"/>
        </w:rPr>
        <w:t>[10 . 528]</w:t>
      </w:r>
    </w:p>
    <w:p>
      <w:r>
        <w:rPr>
          <w:rFonts w:ascii="Gentium Plus" w:hAnsi="Gentium Plus"/>
          <w:sz w:val="24"/>
        </w:rPr>
        <w:t>κακοχυμίας, οὐ μικρά. τοῖς μὲν γὰρ ἐπιπολῆς δυσκράτοις, οἵων δεῖται φαρμάκων, τοιαῦτα προσοίσομεν· τοῖς δ’ ἐν τῷ βάθει προσλογιούμεθα τὸ διάστημα· εἰ γὰρ οἵων δεῖται, τοιούτοις χρῷτο, πολὺ ἂν ἀσθενέστερα τῆς χρείας γιγνό‐</w:t>
      </w:r>
    </w:p>
    <w:p>
      <w:r>
        <w:rPr>
          <w:rFonts w:ascii="Courier New" w:hAnsi="Courier New"/>
          <w:color w:val="555555"/>
          <w:sz w:val="20"/>
        </w:rPr>
        <w:t>[5]</w:t>
      </w:r>
    </w:p>
    <w:p>
      <w:r>
        <w:rPr>
          <w:rFonts w:ascii="Gentium Plus" w:hAnsi="Gentium Plus"/>
          <w:sz w:val="24"/>
        </w:rPr>
        <w:t>μενα πρὸς τὸν πεπονθότα τόπον ἀφίκοιτο. καὶ πρὸς τὰς κενώσεις δὲ ἡ θέσις συνενδείκνυταί τι διδάσκουσα τὴν κοι‐ νωνίαν τοῦ πεπονθότος μορίου πρὸς τὰ ἄλλα. εἰ μὴ γὰρ εἰδείημεν ὅτι τοῖς σιμοῖς τοῦ ἥπατος ὑπόκειται τὰ κατὰ τὴν γαστέρα καὶ τὴν νῆστιν, ὅτι τε τὴν μὲν νῆστιν ἐκδέ‐</w:t>
      </w:r>
    </w:p>
    <w:p>
      <w:r>
        <w:rPr>
          <w:rFonts w:ascii="Courier New" w:hAnsi="Courier New"/>
          <w:color w:val="555555"/>
          <w:sz w:val="20"/>
        </w:rPr>
        <w:t>[10]</w:t>
      </w:r>
    </w:p>
    <w:p>
      <w:r>
        <w:rPr>
          <w:rFonts w:ascii="Gentium Plus" w:hAnsi="Gentium Plus"/>
          <w:sz w:val="24"/>
        </w:rPr>
        <w:t>χεται τὸ λεπτὸν ἔντερον, ἐκεῖνο δὲ τὸ κῶλον, εἶτ’ αὖθις ἐκεῖνο τὸ ἀπευθυσμένον, οὐκ ἂν οἷοί τε εἴημεν εὑρεῖν, ἐκ‐ καθαίρεσθαι μὲν δύνασθαι, καὶ διὰ τῆς κάτω γαστρὸς καὶ δι’ ἐμέτων τὸ ἧπαρ, ἀμείνω δ’ εἶναι τὴν προτέραν κένω‐ σιν, ἀνέχεσθαι μεμελετηκότων τῶν ἐντέρων ἀεὶ τῆς ἐξ ἥπα‐</w:t>
      </w:r>
    </w:p>
    <w:p>
      <w:r>
        <w:rPr>
          <w:rFonts w:ascii="Courier New" w:hAnsi="Courier New"/>
          <w:color w:val="555555"/>
          <w:sz w:val="20"/>
        </w:rPr>
        <w:t>[15]</w:t>
      </w:r>
    </w:p>
    <w:p>
      <w:r>
        <w:rPr>
          <w:rFonts w:ascii="Gentium Plus" w:hAnsi="Gentium Plus"/>
          <w:sz w:val="24"/>
        </w:rPr>
        <w:t>τος περιουσίας. οὐ σμικρὰ δ’ ἔνδειξις οὐδὲ παρὰ τῆς εὐαι‐ σθησίας τε καὶ δυσαισθησίας τῶν μορίων ἐστί· καταφρονεῖ μὲν γὰρ πάντων τῶν φαρμάκων τὰ δυσαίσθητα, κᾂν ἱκα‐</w:t>
      </w:r>
    </w:p>
    <w:p>
      <w:r>
        <w:rPr>
          <w:rFonts w:ascii="Courier New" w:hAnsi="Courier New"/>
          <w:color w:val="555555"/>
          <w:sz w:val="20"/>
        </w:rPr>
        <w:t>[10 . 529]</w:t>
      </w:r>
    </w:p>
    <w:p>
      <w:r>
        <w:rPr>
          <w:rFonts w:ascii="Gentium Plus" w:hAnsi="Gentium Plus"/>
          <w:sz w:val="24"/>
        </w:rPr>
        <w:t>δύναμιν ἀνιώμενα. χρὴ τοίνυν ταῦτα μὲν οὐκ ἀθρόως οὐδ’ ἅπαξ ἰσχυροῖς ἐπιχειρεῖν ἰᾶσθαι φαρμάκοις, ἀλλ’ ἐν χρόνῳ μᾶλλον ἀσφαλῶς. ἐπὶ δὲ τῶν δυσαισθήτων οἷόν τ’ ἐστὶ καὶ διὰ ταχέων ἀκοῦσαι τὸ δέον, εἰσάπαξ χρησα‐</w:t>
      </w:r>
    </w:p>
    <w:p>
      <w:r>
        <w:rPr>
          <w:rFonts w:ascii="Courier New" w:hAnsi="Courier New"/>
          <w:color w:val="555555"/>
          <w:sz w:val="20"/>
        </w:rPr>
        <w:t>[5]</w:t>
      </w:r>
    </w:p>
    <w:p>
      <w:r>
        <w:rPr>
          <w:rFonts w:ascii="Gentium Plus" w:hAnsi="Gentium Plus"/>
          <w:sz w:val="24"/>
        </w:rPr>
        <w:t>μένους τῷ προσήκοντι βοηθήματι. ἀλλ’ ὥσπερ ἔφην εἰρή‐ σεται καὶ αὖθις ἐπὶ πλέον ὑπὲρ τῆς ἀπὸ τῶν τόπων ἐνδείξεως, καὶ μάλισθ’ ὅταν ἡμῖν ὁ λόγος γίγνηται περὶ τῆς</w:t>
      </w:r>
    </w:p>
    <w:p>
      <w:r>
        <w:rPr>
          <w:rFonts w:ascii="Courier New" w:hAnsi="Courier New"/>
          <w:color w:val="555555"/>
          <w:sz w:val="20"/>
        </w:rPr>
        <w:t>[10 . 530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Θ.</w:t>
      </w:r>
    </w:p>
    <w:p>
      <w:r>
        <w:rPr>
          <w:rFonts w:ascii="Courier New" w:hAnsi="Courier New"/>
          <w:color w:val="555555"/>
          <w:sz w:val="20"/>
        </w:rPr>
        <w:t>[1]</w:t>
      </w:r>
    </w:p>
    <w:p>
      <w:r>
        <w:rPr>
          <w:rFonts w:ascii="Gentium Plus" w:hAnsi="Gentium Plus"/>
          <w:sz w:val="24"/>
        </w:rPr>
        <w:t>Ὡς δ’ ἄν τις καὶ τοὺς πυρετοὺς ἰῷτο με‐ θόδῳ, τοῖς ἄλλοις ὡσαύτως νοσήμασι τοῖς κατὰ δυσκρασίαν συνισταμένοις ἐν ἡμῖν, ἃ διῆλθον ἐν τῷ πρὸ τοῦδε γράμματι, καιρὸς ἂν εἴη λέγειν. ὅτι μὲν οὖν, ὦ Εὐγενιανὲ, ἐκ</w:t>
      </w:r>
    </w:p>
    <w:p>
      <w:r>
        <w:rPr>
          <w:rFonts w:ascii="Courier New" w:hAnsi="Courier New"/>
          <w:color w:val="555555"/>
          <w:sz w:val="20"/>
        </w:rPr>
        <w:t>[5]</w:t>
      </w:r>
    </w:p>
    <w:p>
      <w:r>
        <w:rPr>
          <w:rFonts w:ascii="Gentium Plus" w:hAnsi="Gentium Plus"/>
          <w:sz w:val="24"/>
        </w:rPr>
        <w:t>θερμοῦ καὶ ψυχροῦ καὶ ὑγροῦ καὶ ξηροῦ κεραννυμένων ἀλλήλοις ἡ τῶν ἁπλῶν καὶ πρώτων μορίων συνέστηκε φύ‐ σις, ἅπερ Ἀριστοτέλης προσαγορεύει ὁμοιομερῆ δι’ ἑνὸς ἀποδέδεικται γράμματος, ἐν ᾧ περὶ τῶν καθ’ Ἱπποκράτην</w:t>
      </w:r>
    </w:p>
    <w:p>
      <w:r>
        <w:rPr>
          <w:rFonts w:ascii="Courier New" w:hAnsi="Courier New"/>
          <w:color w:val="555555"/>
          <w:sz w:val="20"/>
        </w:rPr>
        <w:t>[10 . 531]</w:t>
      </w:r>
    </w:p>
    <w:p>
      <w:r>
        <w:rPr>
          <w:rFonts w:ascii="Gentium Plus" w:hAnsi="Gentium Plus"/>
          <w:sz w:val="24"/>
        </w:rPr>
        <w:t>εἶναι, τὸ δὲ ψυχρότερον, ἢ ὑγρότερον, ἢ ξηρότερον, ἢ κατὰ συζυγίαν τι τούτων πεπονθέναι, τῶν ἁπλῶν καὶ πρώτων μορίων ἐστὶν ἡ πρὸς ἄλληλα διαφορὰ, διὰ τῆς περὶ κράσεων ἐδείχθη πραγματείας. ἐν δέ γε τῷ περὶ τῆς τῶν νοσημάτων</w:t>
      </w:r>
    </w:p>
    <w:p>
      <w:r>
        <w:rPr>
          <w:rFonts w:ascii="Courier New" w:hAnsi="Courier New"/>
          <w:color w:val="555555"/>
          <w:sz w:val="20"/>
        </w:rPr>
        <w:t>[5]</w:t>
      </w:r>
    </w:p>
    <w:p>
      <w:r>
        <w:rPr>
          <w:rFonts w:ascii="Gentium Plus" w:hAnsi="Gentium Plus"/>
          <w:sz w:val="24"/>
        </w:rPr>
        <w:t>διαφορᾶς βιβλίῳ τῶν μὲν ἁπλῶν τοῦ ζώου μορίων δύο τὰ πάντ’ εἶναι γένη νοσημάτων ἐδείκνυτο· κοινὸν μὲν τὸ ἕτερον αὐτοῖς, πρὸς τὰ σύνθετά τε καὶ δεύτερα καὶ ὀργανικὰ μόρια, καλοῦμεν δὲ αὐτὸ λύσιν ἑνώσεως· ἕτερον δ’ ἐξαίρετον ἴδιον ἐν δυσκρασίᾳ θερμοῦ καὶ ψυχροῦ καὶ ξηροῦ καὶ ὑγροῦ συνι‐</w:t>
      </w:r>
    </w:p>
    <w:p>
      <w:r>
        <w:rPr>
          <w:rFonts w:ascii="Courier New" w:hAnsi="Courier New"/>
          <w:color w:val="555555"/>
          <w:sz w:val="20"/>
        </w:rPr>
        <w:t>[10]</w:t>
      </w:r>
    </w:p>
    <w:p>
      <w:r>
        <w:rPr>
          <w:rFonts w:ascii="Gentium Plus" w:hAnsi="Gentium Plus"/>
          <w:sz w:val="24"/>
        </w:rPr>
        <w:t>στάμενον. εἶναι δὲ τῶν δυσκρασιῶν τὰς μὲν κατὰ μίαν ἀντίθεσιν ἁπλᾶς, τὰς δὲ κατ’ ἄμφω συνθέτους. ἐν μὲν οὖν τῇ κατὰ τὸ θερμὸν καὶ ψυχρὸν ἀντιθέσει δύο συνίστασθαι δυσκρασίας ἁπλᾶς· ἑτέραν μὲν, ὅταν ἑαυτοῦ γένηταί τι θερ‐ μότερον εἰς τοσοῦτον ὡς ἤδη βλάπτεσθαι τὴν ἐνέργειαν</w:t>
      </w:r>
    </w:p>
    <w:p>
      <w:r>
        <w:rPr>
          <w:rFonts w:ascii="Courier New" w:hAnsi="Courier New"/>
          <w:color w:val="555555"/>
          <w:sz w:val="20"/>
        </w:rPr>
        <w:t>[15]</w:t>
      </w:r>
    </w:p>
    <w:p>
      <w:r>
        <w:rPr>
          <w:rFonts w:ascii="Gentium Plus" w:hAnsi="Gentium Plus"/>
          <w:sz w:val="24"/>
        </w:rPr>
        <w:t>αὐτοῦ· δευτέραν δὲ, ὅταν ὁμοίως ἐπικρατήσῃ τὸ ψυχρόν. ἐν δὲ τῇ κατὰ τὸ ξηρὸν καὶ ὑγρὸν ἑτέρας αὖ δύο καὶ κατὰ</w:t>
      </w:r>
    </w:p>
    <w:p>
      <w:r>
        <w:rPr>
          <w:rFonts w:ascii="Courier New" w:hAnsi="Courier New"/>
          <w:color w:val="555555"/>
          <w:sz w:val="20"/>
        </w:rPr>
        <w:t>[10 . 532]</w:t>
      </w:r>
    </w:p>
    <w:p>
      <w:r>
        <w:rPr>
          <w:rFonts w:ascii="Gentium Plus" w:hAnsi="Gentium Plus"/>
          <w:sz w:val="24"/>
        </w:rPr>
        <w:t>λαις τῶν ἁπλῶν ἄλλας συνίστασθαι τέτταρας, ὑγρὰν καὶ ψυχρὰν, ὑγράν τε καὶ θερμὴν, καὶ ξηρὰν καὶ θερμὴν, ξηράν τε καὶ ψυχράν. εἴρηται δὲ καὶ γεννῶντα τὰς δυσκρασίας αἴτια δι’ ἑτέρου γράμματος, ἐν ᾧ τὰς τῶν νοσημάτων αἰτίας ἐδη‐</w:t>
      </w:r>
    </w:p>
    <w:p>
      <w:r>
        <w:rPr>
          <w:rFonts w:ascii="Courier New" w:hAnsi="Courier New"/>
          <w:color w:val="555555"/>
          <w:sz w:val="20"/>
        </w:rPr>
        <w:t>[5]</w:t>
      </w:r>
    </w:p>
    <w:p>
      <w:r>
        <w:rPr>
          <w:rFonts w:ascii="Gentium Plus" w:hAnsi="Gentium Plus"/>
          <w:sz w:val="24"/>
        </w:rPr>
        <w:t>λοῦμεν. ἓν δέ τι τῶν κατὰ δυσκρασίαν νοσημάτων ἐστὶ καὶ ὁ πυρετὸς, εἰς τοσαύτην ἀμετρίαν αἰρομένης τῆς θερμασίας ὡς ἀνιᾷν τε τὸν ἄνθρωπον ἐνέργειάν τε βλάπτειν, ὡς εἴ γε μήπω μηδέτερον ἔχει, κᾂν ὅτι μάλιστα θερμότερος ἑαυτοῦ τύχῃ γεγονὼς, οὐδέπω πυρέττειν αὐτὸν ἐδείκνυμεν. ἐπεὶ δ’</w:t>
      </w:r>
    </w:p>
    <w:p>
      <w:r>
        <w:rPr>
          <w:rFonts w:ascii="Courier New" w:hAnsi="Courier New"/>
          <w:color w:val="555555"/>
          <w:sz w:val="20"/>
        </w:rPr>
        <w:t>[10]</w:t>
      </w:r>
    </w:p>
    <w:p>
      <w:r>
        <w:rPr>
          <w:rFonts w:ascii="Gentium Plus" w:hAnsi="Gentium Plus"/>
          <w:sz w:val="24"/>
        </w:rPr>
        <w:t>ἕκαστον τῶν παρὰ φύσιν ἐν ἡμῖν συνισταμένων, εἴτε εἰδικω‐ τέρας τυγχάνῃ προσηγορίας, εἴτε γενικωτέρας, οὐκ ἔστιν ἐκτὸς τοῦ σώματος, ἀλλὰ καὶ ἡ φλεγμονὴ καὶ ἡ πλευρῖτις καὶ ἡ νόσος ἅμα τὰ τρία καθ’ ἓν γίνεται σῶμα τὸ Δίωνος, εἰ οὕτως ἔτυχεν, ἐνδείκνυται δὲ καὶ τούτων μὲν ἕκαστον ἰδίαν ἔνδειξιν,</w:t>
      </w:r>
    </w:p>
    <w:p>
      <w:r>
        <w:rPr>
          <w:rFonts w:ascii="Courier New" w:hAnsi="Courier New"/>
          <w:color w:val="555555"/>
          <w:sz w:val="20"/>
        </w:rPr>
        <w:t>[15]</w:t>
      </w:r>
    </w:p>
    <w:p>
      <w:r>
        <w:rPr>
          <w:rFonts w:ascii="Gentium Plus" w:hAnsi="Gentium Plus"/>
          <w:sz w:val="24"/>
        </w:rPr>
        <w:t>οὐδὲν δ’ ἧττον αἱ διαφοραὶ τοῦ πάντων εἰδικωτάτου, διὰ τοῦτ’ οὖν ἄμεινον ἔνδοξεν ἰδίᾳ πραγματεύεσθαι περὶ τῆς δια‐ φορᾶς τῶν πυρετῶν, ἵν’ ἐφ’ ἑτοίμοις ἅπασιν ὁ λόγος ἡμῖν</w:t>
      </w:r>
    </w:p>
    <w:p>
      <w:r>
        <w:rPr>
          <w:rFonts w:ascii="Courier New" w:hAnsi="Courier New"/>
          <w:color w:val="555555"/>
          <w:sz w:val="20"/>
        </w:rPr>
        <w:t>[10 . 533]</w:t>
      </w:r>
    </w:p>
    <w:p>
      <w:r>
        <w:rPr>
          <w:rFonts w:ascii="Gentium Plus" w:hAnsi="Gentium Plus"/>
          <w:sz w:val="24"/>
        </w:rPr>
        <w:t>γράψαντας ἀντιλογίας. ἀναμνησθῶμεν οὖν τὰ κεφάλαια τῆς διαφορᾶς αὐτῶν, ἵν’ ἐξ ἑκάστου τὴν οἰκείαν ἔνδειξιν ἀναλά‐ βωμεν. ἔστιν οὖν μία μὲν αὐτῶν διαφορὰ καθ’ ἣν ἤτοι πάρεστιν ἔτι τὸ ποιοῦν αἴτιον τὸν πυρετὸν, ἢ πέπαυται</w:t>
      </w:r>
    </w:p>
    <w:p>
      <w:r>
        <w:rPr>
          <w:rFonts w:ascii="Courier New" w:hAnsi="Courier New"/>
          <w:color w:val="555555"/>
          <w:sz w:val="20"/>
        </w:rPr>
        <w:t>[5]</w:t>
      </w:r>
    </w:p>
    <w:p>
      <w:r>
        <w:rPr>
          <w:rFonts w:ascii="Gentium Plus" w:hAnsi="Gentium Plus"/>
          <w:sz w:val="24"/>
        </w:rPr>
        <w:t>ποιῆσαν· ἑτέρα δὲ καθ’ ἣν ἤτοι γ’ ἑκτικός ἐστιν ὁ γεγονὼς πυρετὸς, ἢ ὡς ἂν εἴποι τις σχετικός. ἐπειδὴ γὰρ ὀνομάζουσι τὰς μὲν εὐλύτους διαθέσεις ἐν σχέσει, τὰς δὲ μὴ τοιαύτας, ἐν ἕξει, συγχωρητέον ἐστὶν ἕνεκα σαφοῦς διδασκαλίας καὶ αὐτῶν τῶν πυρετῶν τοὺς μὲν δυσλύτους ἑκτικοὺς, τοὺς δ’</w:t>
      </w:r>
    </w:p>
    <w:p>
      <w:r>
        <w:rPr>
          <w:rFonts w:ascii="Courier New" w:hAnsi="Courier New"/>
          <w:color w:val="555555"/>
          <w:sz w:val="20"/>
        </w:rPr>
        <w:t>[10]</w:t>
      </w:r>
    </w:p>
    <w:p>
      <w:r>
        <w:rPr>
          <w:rFonts w:ascii="Gentium Plus" w:hAnsi="Gentium Plus"/>
          <w:sz w:val="24"/>
        </w:rPr>
        <w:t>εὐλύτους σχετικοὺς ὀνομάζεσθαι. καὶ λεκτέον ἐνίους μὲν τῶν πυρετῶν εὔλυτον ἔχειν τὴν διάθεσιν οὕτως ὡς τὸ θερ‐ μανθὲν ἐν ἡλίῳ ξύλον, ἐνίους δὲ δύσλυτον, ὡς τὸ μέχρι τοῦ τύφεσθαί τε καὶ καπνὸν ἀποβάλλειν ὑπὸ πυρὸς θαλφθέν. αὗται μὲν αἱ πρῶται διαφοραὶ τῶν πυρετῶν, ἃς συνάψαντες</w:t>
      </w:r>
    </w:p>
    <w:p>
      <w:r>
        <w:rPr>
          <w:rFonts w:ascii="Courier New" w:hAnsi="Courier New"/>
          <w:color w:val="555555"/>
          <w:sz w:val="20"/>
        </w:rPr>
        <w:t>[15]</w:t>
      </w:r>
    </w:p>
    <w:p>
      <w:r>
        <w:rPr>
          <w:rFonts w:ascii="Gentium Plus" w:hAnsi="Gentium Plus"/>
          <w:sz w:val="24"/>
        </w:rPr>
        <w:t>πρότερον ταῖς γενικωτέραις ἐνδείξεσιν, αὖθις ἐπὶ τὰς αὐτῶν τῶν εἰρημένων εἰδικωτέρας ἀφιξόμεθα. πρώτη μὲν γὰρ ἔνδειξις ὡς ἀπὸ νοσήματός ἐστιν, ἅπαντος πυρετοῦ τὴν</w:t>
      </w:r>
    </w:p>
    <w:p>
      <w:r>
        <w:rPr>
          <w:rFonts w:ascii="Courier New" w:hAnsi="Courier New"/>
          <w:color w:val="555555"/>
          <w:sz w:val="20"/>
        </w:rPr>
        <w:t>[10 . 534]</w:t>
      </w:r>
    </w:p>
    <w:p>
      <w:r>
        <w:rPr>
          <w:rFonts w:ascii="Gentium Plus" w:hAnsi="Gentium Plus"/>
          <w:sz w:val="24"/>
        </w:rPr>
        <w:t>οὐκέθ’ ἁπλῶς ἀναίρεσιν, ἀλλὰ τοιάνδε τινά. κατὰ γάρ τοι δυσκρασίαν νοσούντων τῶν πυρεττόντων ἀναγκαῖον καὶ τὴν ἴασιν αὐτῶν ἀναίρεσιν εἶναι τῆς δυσκρασίας. ἅπασα δ’ ἀμετρία διὰ τῆς ἐναντίας ἀμετρίας ἰᾶται, καὶ γὰρ καὶ τοῦτ’</w:t>
      </w:r>
    </w:p>
    <w:p>
      <w:r>
        <w:rPr>
          <w:rFonts w:ascii="Courier New" w:hAnsi="Courier New"/>
          <w:color w:val="555555"/>
          <w:sz w:val="20"/>
        </w:rPr>
        <w:t>[5]</w:t>
      </w:r>
    </w:p>
    <w:p>
      <w:r>
        <w:rPr>
          <w:rFonts w:ascii="Gentium Plus" w:hAnsi="Gentium Plus"/>
          <w:sz w:val="24"/>
        </w:rPr>
        <w:t>ἔμπροσθεν ἐδείχθη. καὶ τοίνυν καὶ ἡ τῆς τοῦ πυρετοῦ δυσ‐ κρασίας ἀμετρία διὰ τῆς ἐναντίας ἀμετρίας ἰαθήσεται. ἔστι δ’ ἡ ἀμετρία τῆς τῶν πυρεττόντων δυσκρασίας ἐν πλεονεξίᾳ θερμότητος· ἡ τοίνυν εἰς εὐκρασίαν ὁδὸς αὐτοῖς διὰ ψύξεως ἔσται. εἰ μὲν οὖν ἤδη γεγονότες εἶεν οἱ πυρετοὶ, τὸ δὲ ποιῆ‐</w:t>
      </w:r>
    </w:p>
    <w:p>
      <w:r>
        <w:rPr>
          <w:rFonts w:ascii="Courier New" w:hAnsi="Courier New"/>
          <w:color w:val="555555"/>
          <w:sz w:val="20"/>
        </w:rPr>
        <w:t>[10]</w:t>
      </w:r>
    </w:p>
    <w:p>
      <w:r>
        <w:rPr>
          <w:rFonts w:ascii="Gentium Plus" w:hAnsi="Gentium Plus"/>
          <w:sz w:val="24"/>
        </w:rPr>
        <w:t>σαν αὐτοὺς αἴτιον οἴχοιτο, μόνος ἂν οὗτος εἴη τῆς θερα‐ πείας αὐτῶν ὁ σκοπὸς ἡ ψύξις. ὥστε ζητητέον ἡμῖν τὰς ὕλας ὅσαι ψύξιν ἰσόῤῥοπον ἔχουσι τῇ πλεονεκτούσῃ θερμότητι. γιγνομένων δ’ ἔτι τῶν πυρετῶν τὴν ποιοῦσαν αὐτοὺς αἰτίαν ἀναιρετέον· εἰ δὲ τὸ μὲν ἤδη γεγονὸς αὐτῶν εἴη, τὸ δ’ ἔτι</w:t>
      </w:r>
    </w:p>
    <w:p>
      <w:r>
        <w:rPr>
          <w:rFonts w:ascii="Courier New" w:hAnsi="Courier New"/>
          <w:color w:val="555555"/>
          <w:sz w:val="20"/>
        </w:rPr>
        <w:t>[15]</w:t>
      </w:r>
    </w:p>
    <w:p>
      <w:r>
        <w:rPr>
          <w:rFonts w:ascii="Gentium Plus" w:hAnsi="Gentium Plus"/>
          <w:sz w:val="24"/>
        </w:rPr>
        <w:t>γίγνοιτο, τοῦ συναμφοτέρου στοχαστέον, ἀναιρούντων πρό‐ τερον μὲν τὴν ἀνάπτουσαν αἰτίαν αὐτοὺς, ἐφεξῆς δὲ σβεν‐ νύντων, τὸ φθάσαν ἀπ’ αὐτῆς ἀνῆφθαι. τίνες οὖν αἰτίαι</w:t>
      </w:r>
    </w:p>
    <w:p>
      <w:r>
        <w:rPr>
          <w:rFonts w:ascii="Courier New" w:hAnsi="Courier New"/>
          <w:color w:val="555555"/>
          <w:sz w:val="20"/>
        </w:rPr>
        <w:t>[10 . 535]</w:t>
      </w:r>
    </w:p>
    <w:p>
      <w:r>
        <w:rPr>
          <w:rFonts w:ascii="Gentium Plus" w:hAnsi="Gentium Plus"/>
          <w:sz w:val="24"/>
        </w:rPr>
        <w:t>εἰ μή τις εἴη μεμνημένος ἀκριβῶς, οὐκ ἄν ποτε μεθόδῳ προ‐ νοήσαιτο πυρετῶν. Ἐλέχθη γοῦν ἐν ἐκείνοις τοῖς σώμασιν ἡ στέγνωσις ἐργαζομένη πυρετὸν, ἐν οἷς ἐστι τὸ διαπνεόμενον</w:t>
      </w:r>
    </w:p>
    <w:p>
      <w:r>
        <w:rPr>
          <w:rFonts w:ascii="Courier New" w:hAnsi="Courier New"/>
          <w:color w:val="555555"/>
          <w:sz w:val="20"/>
        </w:rPr>
        <w:t>[5]</w:t>
      </w:r>
    </w:p>
    <w:p>
      <w:r>
        <w:rPr>
          <w:rFonts w:ascii="Gentium Plus" w:hAnsi="Gentium Plus"/>
          <w:sz w:val="24"/>
        </w:rPr>
        <w:t>οὐκ ἀτμῶδες οἷόν περ ἐν τοῖς εὐχύμοις, ἀλλὰ δακνῶδες καὶ δριμὺ καὶ καπνῷ παραπλήσιον ἢ λιγνύϊ. τούτοις οὖν τοῖς σώμασιν ὑγιεινότατα μὲν λουτρὰ γλυκέων ὑδάτων εὐκράτων καὶ τρίψις ἀραιωτικὴ καὶ γυμνάσια σύμμετρα καὶ δίαιτα γλυ‐ κύχυμος, ἐναντιώτατα δὲ λουτρὰ ψυχρὰ καὶ στυπτηριώδη</w:t>
      </w:r>
    </w:p>
    <w:p>
      <w:r>
        <w:rPr>
          <w:rFonts w:ascii="Courier New" w:hAnsi="Courier New"/>
          <w:color w:val="555555"/>
          <w:sz w:val="20"/>
        </w:rPr>
        <w:t>[10]</w:t>
      </w:r>
    </w:p>
    <w:p>
      <w:r>
        <w:rPr>
          <w:rFonts w:ascii="Gentium Plus" w:hAnsi="Gentium Plus"/>
          <w:sz w:val="24"/>
        </w:rPr>
        <w:t>καὶ ἀλουσία καὶ γυμνάσιον ὀξὺ καὶ τρίψις ἤτοι μηδ’ ὅλως ἢ σκληρὰ γινομένη καὶ δίαιτα κακόχυμος, ἀγρυπνία τε καὶ θυμὸς καὶ λύπη καὶ φροντὶς, ἔγκαυσίς τε καὶ κόπος. ἀλλὰ περὶ μὲν τῶν ἄλλων αὖθις ἐπάνειμι· περὶ δὲ τῆς στεγνώ‐ σεως νῦν ὅθεν ὁ λόγος ὡρμήθη γινώσκειν χρὴ σαφῶς ὅτι</w:t>
      </w:r>
    </w:p>
    <w:p>
      <w:r>
        <w:rPr>
          <w:rFonts w:ascii="Courier New" w:hAnsi="Courier New"/>
          <w:color w:val="555555"/>
          <w:sz w:val="20"/>
        </w:rPr>
        <w:t>[15]</w:t>
      </w:r>
    </w:p>
    <w:p>
      <w:r>
        <w:rPr>
          <w:rFonts w:ascii="Gentium Plus" w:hAnsi="Gentium Plus"/>
          <w:sz w:val="24"/>
        </w:rPr>
        <w:t>καὶ μόνη χωρὶς τῶν ἄλλων ἁπάντων ἱκανὴ γεννῆσαι πυρετούς. ἐὰν οὖν εἴρξῃς τὰς τοιαύτας φύσεις τῶν οἰκείων</w:t>
      </w:r>
    </w:p>
    <w:p>
      <w:r>
        <w:rPr>
          <w:rFonts w:ascii="Courier New" w:hAnsi="Courier New"/>
          <w:color w:val="555555"/>
          <w:sz w:val="20"/>
        </w:rPr>
        <w:t>[10 . 536]</w:t>
      </w:r>
    </w:p>
    <w:p>
      <w:r>
        <w:rPr>
          <w:rFonts w:ascii="Gentium Plus" w:hAnsi="Gentium Plus"/>
          <w:sz w:val="24"/>
        </w:rPr>
        <w:t>Ῥώμῃ σὺν ἡμῖν διέτριψας χρόνον ἐνίους οὕτω νοσήσαντας· ἐφ’ ὧν οἱ τὴν θαυμαστὴν διάτριτον ἀσίτους ὑπερβάλλειν ἀξιοῦντος, αὐτοὶ κακοηθεστάτους πυρετοὺς κατασκευάζουσι, δέον αὐτίκα τοῦ πρώτου παροξυσμοῦ παρακμάζοντος ἀπά‐</w:t>
      </w:r>
    </w:p>
    <w:p>
      <w:r>
        <w:rPr>
          <w:rFonts w:ascii="Courier New" w:hAnsi="Courier New"/>
          <w:color w:val="555555"/>
          <w:sz w:val="20"/>
        </w:rPr>
        <w:t>[5]</w:t>
      </w:r>
    </w:p>
    <w:p>
      <w:r>
        <w:rPr>
          <w:rFonts w:ascii="Gentium Plus" w:hAnsi="Gentium Plus"/>
          <w:sz w:val="24"/>
        </w:rPr>
        <w:t>γειν εἰς τὸ βαλανεῖον, ἐπιτρέπειν τε λούεσθαι πολλάκις εἰ βούλοιντο, μὴ μόνον ἅπαξ, ἀλλὰ καὶ δίς. ἐγὼ γοῦν ἐάσας ἅπαντας τοὺς ἄλλους ἀναμνήσω σε τοῦ λουσαμένου μὲν ἐν τοῖς στυπτηριώδεσιν ὕδασιν, ἃ καλοῦσιν Ἄλβουλα, πυ‐ κνωθέντος δ’ ἐκ τούτου τὸ δέρμα, κᾀντεῦθεν ἀρξαμένου</w:t>
      </w:r>
    </w:p>
    <w:p>
      <w:r>
        <w:rPr>
          <w:rFonts w:ascii="Courier New" w:hAnsi="Courier New"/>
          <w:color w:val="555555"/>
          <w:sz w:val="20"/>
        </w:rPr>
        <w:t>[10]</w:t>
      </w:r>
    </w:p>
    <w:p>
      <w:r>
        <w:rPr>
          <w:rFonts w:ascii="Gentium Plus" w:hAnsi="Gentium Plus"/>
          <w:sz w:val="24"/>
        </w:rPr>
        <w:t>πυρέττειν, ἀρκέσει γὰρ ἕνεκα σαφηνείας οὗτος οἷον παρά‐ δειγμά τι τοῦ λόγου γενέσθαι. παρῆσαν μὲν ἐπισκοπούμενοι τῶν οὐκ ἀφανῶν τινες ἰατρῶν ὁ μὲν Ἐρασιστράτειος, ὁ δὲ μεθοδικός· ἔδοξε δ’ ἀμφοτέροις ἀσιτῆσαι τὸν ἄνθρω‐ πον. οὐ μὴν εἰάσαμέν γε ἡμεῖς, χωρισθέντων αὐτῶν ἐλθόν‐</w:t>
      </w:r>
    </w:p>
    <w:p>
      <w:r>
        <w:rPr>
          <w:rFonts w:ascii="Courier New" w:hAnsi="Courier New"/>
          <w:color w:val="555555"/>
          <w:sz w:val="20"/>
        </w:rPr>
        <w:t>[15]</w:t>
      </w:r>
    </w:p>
    <w:p>
      <w:r>
        <w:rPr>
          <w:rFonts w:ascii="Gentium Plus" w:hAnsi="Gentium Plus"/>
          <w:sz w:val="24"/>
        </w:rPr>
        <w:t>τες, ἀλλ’ εἰς βαλανεῖον εἰσαγαγόντες εὐθέως καὶ χλιαρὸν ἔλαιον ἐπὶ πλεῖστον αὐτῷ περιχέαντες, ἀνατρίψαντές τε πρᾳότατα, τὸ πλεῖστον τοῦ χρόνου μέρος ἐν τῷ τῆς θερμῆς</w:t>
      </w:r>
    </w:p>
    <w:p>
      <w:r>
        <w:rPr>
          <w:rFonts w:ascii="Courier New" w:hAnsi="Courier New"/>
          <w:color w:val="555555"/>
          <w:sz w:val="20"/>
        </w:rPr>
        <w:t>[10 . 537]</w:t>
      </w:r>
    </w:p>
    <w:p>
      <w:r>
        <w:rPr>
          <w:rFonts w:ascii="Gentium Plus" w:hAnsi="Gentium Plus"/>
          <w:sz w:val="24"/>
        </w:rPr>
        <w:t>χρησάμενον ὕδατι ψυχρῷ, κατὰ τὰ εἰωθότα σκεπάσαντες σιν‐ δόνι καὶ βραχὺ καθίσαι κελεύσαντες, ὡς ἀνακτήσασθαι τὴν δύναμιν, αὖθις εἰσαγαγόντες εἰς τὸ βαλανεῖον ὁμοίως τε πάλιν ἀλείψαντές τε καὶ τρίψαντες καὶ κατὰ τὸ θερμὸν ὕδωρ χρο‐</w:t>
      </w:r>
    </w:p>
    <w:p>
      <w:r>
        <w:rPr>
          <w:rFonts w:ascii="Courier New" w:hAnsi="Courier New"/>
          <w:color w:val="555555"/>
          <w:sz w:val="20"/>
        </w:rPr>
        <w:t>[5]</w:t>
      </w:r>
    </w:p>
    <w:p>
      <w:r>
        <w:rPr>
          <w:rFonts w:ascii="Gentium Plus" w:hAnsi="Gentium Plus"/>
          <w:sz w:val="24"/>
        </w:rPr>
        <w:t>νίσαι κελεύσαντες· εἶτ’ αὖθις ἐξαγαγόντες καὶ τῷ ψυχρῷ βάψαντες, ἀπομάξαντές τε τροφὴν ἐδώκαμεν αὐτίκα μὲν ἐξελθόντι μετὰ τὸ πιεῖν ὕδατος πτισάνης χυλὸν, εἶτα βραχὺ διαλιπόντες θριδακίνην, καὶ μετ’ αὐτὴν ἐξ ἁπλοῦ λευκοῦ ζωμοῦ τῶν ἁπαλοσάρκων ἰχθύων, οἷοί περ οἱ πετραῖοι πάν‐</w:t>
      </w:r>
    </w:p>
    <w:p>
      <w:r>
        <w:rPr>
          <w:rFonts w:ascii="Courier New" w:hAnsi="Courier New"/>
          <w:color w:val="555555"/>
          <w:sz w:val="20"/>
        </w:rPr>
        <w:t>[10]</w:t>
      </w:r>
    </w:p>
    <w:p>
      <w:r>
        <w:rPr>
          <w:rFonts w:ascii="Gentium Plus" w:hAnsi="Gentium Plus"/>
          <w:sz w:val="24"/>
        </w:rPr>
        <w:t>τες εἰσὶ καὶ οἱ ὀνίσκοι καλούμενοι. κάλλιον δ’ ἕνεκα τοῦ παραλελεῖφθαι μηδὲν ἅπαντα προσθεῖναι τῇ διηγήσει. τοῦ μὲν ἔτους ἦν ὁ καιρὸς ἐκεῖνος ἐν ᾧ ταῦτ’ ἐπράττετο βραχύ τι μετὰ τὰς ὑπὸ κύνα προσαγορευομένας ἡμέρας, ὁ δὲ ἄνθρω‐ πος ὡς πέντε καὶ τριάκοντα ἐτῶν, μελάντερος τὴν χροιὰν</w:t>
      </w:r>
    </w:p>
    <w:p>
      <w:r>
        <w:rPr>
          <w:rFonts w:ascii="Courier New" w:hAnsi="Courier New"/>
          <w:color w:val="555555"/>
          <w:sz w:val="20"/>
        </w:rPr>
        <w:t>[15]</w:t>
      </w:r>
    </w:p>
    <w:p>
      <w:r>
        <w:rPr>
          <w:rFonts w:ascii="Gentium Plus" w:hAnsi="Gentium Plus"/>
          <w:sz w:val="24"/>
        </w:rPr>
        <w:t>καὶ λεπτὸς τὴν ἕξιν καὶ δασὺς, ἁπτομένοις τε σαφῶς δακνώδη τὴν θερμασίαν ἔχων, ὁπόθ’ ὑγίαινεν, οὖρα κατακορῆ ξανθὰ καὶ εἰ ἐπὶ πλέον ἀσιτήσειε δάκνοντα, γαστὴρ ἐξηραίνετο συνε‐</w:t>
      </w:r>
    </w:p>
    <w:p>
      <w:r>
        <w:rPr>
          <w:rFonts w:ascii="Courier New" w:hAnsi="Courier New"/>
          <w:color w:val="555555"/>
          <w:sz w:val="20"/>
        </w:rPr>
        <w:t>[10 . 538]</w:t>
      </w:r>
    </w:p>
    <w:p>
      <w:r>
        <w:rPr>
          <w:rFonts w:ascii="Gentium Plus" w:hAnsi="Gentium Plus"/>
          <w:sz w:val="24"/>
        </w:rPr>
        <w:t>δὲ τῆς ψυχῆς ἦθος ὀξύθυμόν τε καὶ φροντιστικὸν ὑπῆρχεν, ὀλιγόϋπνός τε τὰ πάντα καὶ συνεχῶς ἀγρυπνίαν μεμφόμενος. οὗτος ἐν χωρίῳ τινὶ πράξεων ἕνεκα γενόμενος ἐχρῆτο τοῖς Ἀλβούλοις πλησίον οὖσιν ὥρας, τε ἑβδόμης, ὡς ἔφασκε, καὶ</w:t>
      </w:r>
    </w:p>
    <w:p>
      <w:r>
        <w:rPr>
          <w:rFonts w:ascii="Courier New" w:hAnsi="Courier New"/>
          <w:color w:val="555555"/>
          <w:sz w:val="20"/>
        </w:rPr>
        <w:t>[5]</w:t>
      </w:r>
    </w:p>
    <w:p>
      <w:r>
        <w:rPr>
          <w:rFonts w:ascii="Gentium Plus" w:hAnsi="Gentium Plus"/>
          <w:sz w:val="24"/>
        </w:rPr>
        <w:t>τρίς γε καὶ τετράκις ἐλούετο, χρηστόν τι δὴ τοῦτο νομίζων ἐργάζεσθαι. ἐκεῖθέν τε πάλιν εἰς τὸν ἀγρὸν ἀφικόμενος καὶ τροφὴν προσαράμενος, εἶθ’ ὑπνώσας βραχέα παρεγένετο μὲν εἰς τὴν πόλιν ἑσπέρας βαθείας, ἀπορήσας δ’ ἐπιτηδείου λου‐ τροῦ διὰ τῆς νυκτὸς ἐπύρεξε. θεασάμενοι δὲ αὐτὸν οἱ ἰατροὶ</w:t>
      </w:r>
    </w:p>
    <w:p>
      <w:r>
        <w:rPr>
          <w:rFonts w:ascii="Courier New" w:hAnsi="Courier New"/>
          <w:color w:val="555555"/>
          <w:sz w:val="20"/>
        </w:rPr>
        <w:t>[10]</w:t>
      </w:r>
    </w:p>
    <w:p>
      <w:r>
        <w:rPr>
          <w:rFonts w:ascii="Gentium Plus" w:hAnsi="Gentium Plus"/>
          <w:sz w:val="24"/>
        </w:rPr>
        <w:t>σχεδὸν ὥρας τρίτης τῆς ἡμέρας ἐκέλευσαν οὐ μόνον ἐκείνην, ἀλλὰ καὶ τὴν ἑξῆς ἀσιτεῖν ὅλην, ἵνα τὴν διὰ τρίτης νύκτα φυλάξαιντο, καὶ ταῦτ’ εἰπόντες ἀπηλλάττοντο. λούσαντες οὖν ἡμεῖς αὐτὸν καὶ διαιτήσαντες, ὡς εἴρηται, τοῖς οἰκέταις ἐκελεύσαμεν, ἐὰν εἰς ἑσπέραν οἱ ἰατροὶ παραγενηθῶσιν ἡσυ‐</w:t>
      </w:r>
    </w:p>
    <w:p>
      <w:r>
        <w:rPr>
          <w:rFonts w:ascii="Courier New" w:hAnsi="Courier New"/>
          <w:color w:val="555555"/>
          <w:sz w:val="20"/>
        </w:rPr>
        <w:t>[15]</w:t>
      </w:r>
    </w:p>
    <w:p>
      <w:r>
        <w:rPr>
          <w:rFonts w:ascii="Gentium Plus" w:hAnsi="Gentium Plus"/>
          <w:sz w:val="24"/>
        </w:rPr>
        <w:t>χάζειν τε φάναι τὸν ἄνθρωπον, ἀποπέμπειν τ’ ἐκείνους παρα‐ χρῆμα, τῆς ἐπιούσης ἡμέρας ἥκειν ἀξιώσαντας. ὡς δ’ ἐχω‐ ρίσθησαν, αὖθις ὁμοίως λούσαντές τε καὶ διαιτήσαντες αὐτὸν,</w:t>
      </w:r>
    </w:p>
    <w:p>
      <w:r>
        <w:rPr>
          <w:rFonts w:ascii="Courier New" w:hAnsi="Courier New"/>
          <w:color w:val="555555"/>
          <w:sz w:val="20"/>
        </w:rPr>
        <w:t>[10 . 539]</w:t>
      </w:r>
    </w:p>
    <w:p>
      <w:r>
        <w:rPr>
          <w:rFonts w:ascii="Gentium Plus" w:hAnsi="Gentium Plus"/>
          <w:sz w:val="24"/>
        </w:rPr>
        <w:t>μεν. παραγενόμενοι δὲ οἱ ἰατροὶ κατὰ τὴν ὑστεραίαν ἕωθεν, ἠξίουν αὐτὸν ἔτι κᾀκείνην ἀσιτῆσαι τὴν ἡμέραν, εἰ καὶ ὅτι μάλιστα τελέως ἀπύρετος εἴη. τοῦ δ’ ὑποσχομένου πράξειν ὡς κελεύουσιν, οἶσθα μὲν δή που τὸν γέλωτα τὸν γενόμενον</w:t>
      </w:r>
    </w:p>
    <w:p>
      <w:r>
        <w:rPr>
          <w:rFonts w:ascii="Courier New" w:hAnsi="Courier New"/>
          <w:color w:val="555555"/>
          <w:sz w:val="20"/>
        </w:rPr>
        <w:t>[5]</w:t>
      </w:r>
    </w:p>
    <w:p>
      <w:r>
        <w:rPr>
          <w:rFonts w:ascii="Gentium Plus" w:hAnsi="Gentium Plus"/>
          <w:sz w:val="24"/>
        </w:rPr>
        <w:t>ἀπελθόντων αὐτῶν, ὃν ἡμεῖς ὀλίγον ὕστερον ἀφικόμενοι κατελάβομεν. ἐπίστασαι δὲ καὶ ὅπως ἐπράχθη τὰ κατὰ τὸν ἄῤῥωστον. ἐπειδὴ γὰρ, ἔφην, ὑγιαίνων ἐλούου δὶς, οἱ δ’ ἰατροὶ τελέως ἀσιτῆσαί σε κελεύουσιν, οὔτ’ ἐκείνοις τὸ σύμπαν πει‐ σθῆναι δίκαιον, διαλλάξαι τέ τι τῶν ἐπὶ τῆς ὑγείας προσήκει.</w:t>
      </w:r>
    </w:p>
    <w:p>
      <w:r>
        <w:rPr>
          <w:rFonts w:ascii="Courier New" w:hAnsi="Courier New"/>
          <w:color w:val="555555"/>
          <w:sz w:val="20"/>
        </w:rPr>
        <w:t>[10]</w:t>
      </w:r>
    </w:p>
    <w:p>
      <w:r>
        <w:rPr>
          <w:rFonts w:ascii="Gentium Plus" w:hAnsi="Gentium Plus"/>
          <w:sz w:val="24"/>
        </w:rPr>
        <w:t>τοῦ δ’ οἰομένου με συμβουλεύειν αὐτῷ λούσασθαι μὲν, ἀλλ’ οὐ δὶς, ἑτοίμου τε πράττειν εἶναι φάσκοντος ὅ τί περ ἂν ἐγὼ κελεύσαιμι· μὴ τοίνυν, ἔφην, μήτ’ ἀσιτήσῃς μήτε λούσῃς δὶς, καὶ γὰρ καὶ καμεῖν μοι δοκεῖς τρίτην ἡμέραν καί που καὶ θερμανθῆναι σφοδρότερον ὑπὸ τοῦ ἡλίου· διά τε οὖν τὸν</w:t>
      </w:r>
    </w:p>
    <w:p>
      <w:r>
        <w:rPr>
          <w:rFonts w:ascii="Courier New" w:hAnsi="Courier New"/>
          <w:color w:val="555555"/>
          <w:sz w:val="20"/>
        </w:rPr>
        <w:t>[15]</w:t>
      </w:r>
    </w:p>
    <w:p>
      <w:r>
        <w:rPr>
          <w:rFonts w:ascii="Gentium Plus" w:hAnsi="Gentium Plus"/>
          <w:sz w:val="24"/>
        </w:rPr>
        <w:t>κάματον, ἔφην, καὶ τὴν ἔγκαυσιν ἕν σε χρὴ προσθεῖναι λου‐ τρὸν τοῖς δύο καὶ τρὶς λούσασθαι πειθόμενον ἐμοὶ, τοῦτο</w:t>
      </w:r>
    </w:p>
    <w:p>
      <w:r>
        <w:rPr>
          <w:rFonts w:ascii="Courier New" w:hAnsi="Courier New"/>
          <w:color w:val="555555"/>
          <w:sz w:val="20"/>
        </w:rPr>
        <w:t>[10 . 540]</w:t>
      </w:r>
    </w:p>
    <w:p>
      <w:r>
        <w:rPr>
          <w:rFonts w:ascii="Gentium Plus" w:hAnsi="Gentium Plus"/>
          <w:sz w:val="24"/>
        </w:rPr>
        <w:t>τάττεις, ἀλλ’ ἐπεὶ συνθήκας φυλάττειν δίκαιον, ἃ κελεύεις ποιήσω. τὰ δὲ πραχθέντα μετὰ ταῦτα τοῖς ἰατροῖς οἶσθα δήπου σαφῶς ὁπόσου καταγέλωτος ἦν ἄξια. δὶς μὲν ἐλέλουτο καὶ ἠριστηκὼς ἐκεκοίμητο, περὶ δὲ δυσμὰς ἡλίου τῶν οἰκετῶν</w:t>
      </w:r>
    </w:p>
    <w:p>
      <w:r>
        <w:rPr>
          <w:rFonts w:ascii="Courier New" w:hAnsi="Courier New"/>
          <w:color w:val="555555"/>
          <w:sz w:val="20"/>
        </w:rPr>
        <w:t>[5]</w:t>
      </w:r>
    </w:p>
    <w:p>
      <w:r>
        <w:rPr>
          <w:rFonts w:ascii="Gentium Plus" w:hAnsi="Gentium Plus"/>
          <w:sz w:val="24"/>
        </w:rPr>
        <w:t>τις ἀγγέλλει παρεῖναι τοὺς ἰατρούς. ὁ δὲ προσποιεῖται πυρέτ‐ τειν καὶ περιβαλλόμενος ἱμάτιον, εἴσω τε στραφεὶς, ὅπως μὴ καταφανὴς αὐτοῖς γένοιτο πεπωκὼς οἶνον, τῶν φίλων τινὶ κελεύει τοῖς ἰατροῖς ἀνθ’ αὑτοῦ ποιεῖσθαι τὰς ἀποκρίσεις, ἤν τι πυνθάνωνται. ἔμελλον δὲ δήπου τὸ συνηθέστατον αὐ‐</w:t>
      </w:r>
    </w:p>
    <w:p>
      <w:r>
        <w:rPr>
          <w:rFonts w:ascii="Courier New" w:hAnsi="Courier New"/>
          <w:color w:val="555555"/>
          <w:sz w:val="20"/>
        </w:rPr>
        <w:t>[10]</w:t>
      </w:r>
    </w:p>
    <w:p>
      <w:r>
        <w:rPr>
          <w:rFonts w:ascii="Gentium Plus" w:hAnsi="Gentium Plus"/>
          <w:sz w:val="24"/>
        </w:rPr>
        <w:t>τοῖς πρῶτον ἐρήσεσθαι, θεώμενοι περιβεβλημένον ἐπιμελῶς ἅμα τῇ κεφαλῇ τὸν ἄνθρωπον, ἥτις ἦν ὥρα καθ’ ἣν ὁ παρο‐ ξυσμὸς εἰσέβαλεν. ἀποκρινομένου δὲ τοῦ φίλου σχεδὸν οὐδε‐ μίαν ὁλόκληρον ὥραν γεγονέναι μεταξὺ, πότερον μετὰ φρί‐ κης, ἢ μετὰ περιψύξεως ὑπήρξατο πυνθάνονται. τοῦ δὲ μετὰ</w:t>
      </w:r>
    </w:p>
    <w:p>
      <w:r>
        <w:rPr>
          <w:rFonts w:ascii="Courier New" w:hAnsi="Courier New"/>
          <w:color w:val="555555"/>
          <w:sz w:val="20"/>
        </w:rPr>
        <w:t>[15]</w:t>
      </w:r>
    </w:p>
    <w:p>
      <w:r>
        <w:rPr>
          <w:rFonts w:ascii="Gentium Plus" w:hAnsi="Gentium Plus"/>
          <w:sz w:val="24"/>
        </w:rPr>
        <w:t>φρίκης εἰπόντος ἅπτονται τοῦ ἀνθρώπου, διά τε τὸ γελᾷν καὶ περικεκαλύφθαι νοτιζομένου. ἐπαινέσαντες οὖν αὐτὸν ἐπὶ τῷ πεισθῆναί σφισι καὶ μηδὲν ἁμαρτεῖν, πρὸ τοῦ διὰ τρίτης</w:t>
      </w:r>
    </w:p>
    <w:p>
      <w:r>
        <w:rPr>
          <w:rFonts w:ascii="Courier New" w:hAnsi="Courier New"/>
          <w:color w:val="555555"/>
          <w:sz w:val="20"/>
        </w:rPr>
        <w:t>[10 . 541]</w:t>
      </w:r>
    </w:p>
    <w:p>
      <w:r>
        <w:rPr>
          <w:rFonts w:ascii="Gentium Plus" w:hAnsi="Gentium Plus"/>
          <w:sz w:val="24"/>
        </w:rPr>
        <w:t>παυται τὰ τῆς φρίκης, ἱδρῶτος δ’ ἐστὶν ὑπόφασις καὶ νοτὶς πολλὴ περὶ τὸ δέρμα, καὶ ταῦτ’ οὐκ ἂν ἐγένετο, μὴ ἀσιτήσαν‐ τός σου καὶ τὴν διάτριτον ὑπερβάλλοντος. κελεύσαντες οὖν τοῖς οἰκείοις, ἐὰν γένωνταί τινες αὐτῷ νοτίδες, ἀπομάττειν</w:t>
      </w:r>
    </w:p>
    <w:p>
      <w:r>
        <w:rPr>
          <w:rFonts w:ascii="Courier New" w:hAnsi="Courier New"/>
          <w:color w:val="555555"/>
          <w:sz w:val="20"/>
        </w:rPr>
        <w:t>[5]</w:t>
      </w:r>
    </w:p>
    <w:p>
      <w:r>
        <w:rPr>
          <w:rFonts w:ascii="Gentium Plus" w:hAnsi="Gentium Plus"/>
          <w:sz w:val="24"/>
        </w:rPr>
        <w:t>ἐπιμελῶς, ὅπως μὴ ψυχθείη, παραγενήσεσθαί τε φάντες ἕωθεν ἀπαλλάττονται, μηδὲ τότε κελεύοντες ἐπὶ τοῖς ἱδρῶσι τραφῆ‐ ναι τὸν ἄνθρωπον· ἐδόκουν γὰρ αὐτοῖς αἱ κατ’ ἐκεῖνον τὸν καιρὸν νύκτες εἶναι μικραὶ καὶ κάλλιον ἐφαίνετο κατὰ τὴν ὑστεραίαν ἕωθεν τρέφειν. ἀπαλλαγέντων οὖν αὐτῶν ἐν</w:t>
      </w:r>
    </w:p>
    <w:p>
      <w:r>
        <w:rPr>
          <w:rFonts w:ascii="Courier New" w:hAnsi="Courier New"/>
          <w:color w:val="555555"/>
          <w:sz w:val="20"/>
        </w:rPr>
        <w:t>[10]</w:t>
      </w:r>
    </w:p>
    <w:p>
      <w:r>
        <w:rPr>
          <w:rFonts w:ascii="Gentium Plus" w:hAnsi="Gentium Plus"/>
          <w:sz w:val="24"/>
        </w:rPr>
        <w:t>ἱδρῶτι ῥεόμενος ὁ νεανίσκος, ὡς ἐνετετύλικτο τοῖς ἱματίοις, καταδραμὼν εἰς τὸ βαλανεῖον, ἐλούσατο τὸ τρίτον, ὁμοίως τε διῃτήθη. κᾄπειτα κατὰ τὴν ὑστεραίαν, πρὶν ἀφικέσθαι τοὺς ἰατροὺς, προῆλθε τῆς οἰκίας ἐπίτηδες, ὅπως μὴ καταλά‐ βοιεν αὐτόν. οἳ δ’ ἄρα μικρὸν ὕστερον ἥκοντες καὶ</w:t>
      </w:r>
    </w:p>
    <w:p>
      <w:r>
        <w:rPr>
          <w:rFonts w:ascii="Courier New" w:hAnsi="Courier New"/>
          <w:color w:val="555555"/>
          <w:sz w:val="20"/>
        </w:rPr>
        <w:t>[15]</w:t>
      </w:r>
    </w:p>
    <w:p>
      <w:r>
        <w:rPr>
          <w:rFonts w:ascii="Gentium Plus" w:hAnsi="Gentium Plus"/>
          <w:sz w:val="24"/>
        </w:rPr>
        <w:t>μαθόντες αὐτὸν προεληλυθέναι καθ’ ἑαυτοὺς ἐθαύμαζον, ὅ τι ποτ’ εἴη τὸ προελθεῖν ἀναγκάσαν ἠσιτηκότα δυοῖν ἡμέραιν τὸν ἄνθρωπον. εἰ μὲν οὖν ἓν τοῦτο μόνον ὑπὸ τῶν τοιούτων ἰατρῶν οἱ κάμνοντες ἠδικοῦντο, τὸ μέχρι πλειόνων ἡμερῶν</w:t>
      </w:r>
    </w:p>
    <w:p>
      <w:r>
        <w:rPr>
          <w:rFonts w:ascii="Courier New" w:hAnsi="Courier New"/>
          <w:color w:val="555555"/>
          <w:sz w:val="20"/>
        </w:rPr>
        <w:t>[10 . 542]</w:t>
      </w:r>
    </w:p>
    <w:p>
      <w:r>
        <w:rPr>
          <w:rFonts w:ascii="Gentium Plus" w:hAnsi="Gentium Plus"/>
          <w:sz w:val="24"/>
        </w:rPr>
        <w:t>ρου πολὺ θᾶττον ἐπὶ τὰς συνήθεις ἀφικνεῖσθαι πράξεις, ἦν μὲν ἂν δήπου καὶ οὕτω δεινὸν τὸ γιγνόμενον, ἀλλ’ ἧττον μακρῷ τῶν καταλαμβανόντων αὐτούς. ἐπειδὴ δὲ χαλεπωτά‐ τοις ἁλίσκονται πυρετοῖς αἱ εἰρημέναι φύσεις, ὅταν οὕτω</w:t>
      </w:r>
    </w:p>
    <w:p>
      <w:r>
        <w:rPr>
          <w:rFonts w:ascii="Courier New" w:hAnsi="Courier New"/>
          <w:color w:val="555555"/>
          <w:sz w:val="20"/>
        </w:rPr>
        <w:t>[5]</w:t>
      </w:r>
    </w:p>
    <w:p>
      <w:r>
        <w:rPr>
          <w:rFonts w:ascii="Gentium Plus" w:hAnsi="Gentium Plus"/>
          <w:sz w:val="24"/>
        </w:rPr>
        <w:t>διαιτηθῶσιν, οὐδὲν ἀποδεῖν μοι δοκοῦσι δημίων οἱ τὰ τοι‐ αῦτα διαπραττόμενοι τῶν ἰατρῶν. οὐ γὰρ ὥσπερ οἱ ὑγροὶ καὶ εὔχυμοι κατὰ τοὺς ἐφημέρους πυρετοὺς ἀναγκασθέντες ὑπερβάλλειν τὴν δαιμονίαν διάτριτον ἓν τοῦτο ἀδικοῦνται μόνον, τὸ κατατρίβεσθαι μάτην, οὕτω καὶ αἱ προειρημέναι</w:t>
      </w:r>
    </w:p>
    <w:p>
      <w:r>
        <w:rPr>
          <w:rFonts w:ascii="Courier New" w:hAnsi="Courier New"/>
          <w:color w:val="555555"/>
          <w:sz w:val="20"/>
        </w:rPr>
        <w:t>[10]</w:t>
      </w:r>
    </w:p>
    <w:p>
      <w:r>
        <w:rPr>
          <w:rFonts w:ascii="Gentium Plus" w:hAnsi="Gentium Plus"/>
          <w:sz w:val="24"/>
        </w:rPr>
        <w:t>φύσεις, ἀλλ’ ἐπὶ ταῖς μακροτέραις ἀσιτίαις ἁλίσκονται πυρε‐ τοῖς δριμυτάτοις τε καὶ ὀξυτάτοις, ἐξ ὧν ἡ μετάπτωσις εἰς τοὺς ἑκτικοὺς γίνεται ῥᾳδίως, κᾀξ ἐκείνων αὖθις εἰς τὸν περιφρυγῆ μαρασμὸν, ἢ ἐὰν εὐαδίκητον εἴη τὸ στόμα τῆς γα‐ στρὸς, εἰς τὸν συγκοπώδη. πολλάκις γοῦν ἤκουσας ἡμῶν</w:t>
      </w:r>
    </w:p>
    <w:p>
      <w:r>
        <w:rPr>
          <w:rFonts w:ascii="Courier New" w:hAnsi="Courier New"/>
          <w:color w:val="555555"/>
          <w:sz w:val="20"/>
        </w:rPr>
        <w:t>[15]</w:t>
      </w:r>
    </w:p>
    <w:p>
      <w:r>
        <w:rPr>
          <w:rFonts w:ascii="Gentium Plus" w:hAnsi="Gentium Plus"/>
          <w:sz w:val="24"/>
        </w:rPr>
        <w:t>λεγόντων ἐνίοις τῶν τοιούτων ἰατρῶν ὡς ἔξεστιν αὐτοῖς ἐναργέστατα μαθεῖν ἡλίκον ἐργάζονται κακὸν ἐν ἀσιτίᾳ φυ‐ λάττοντες τὰς προειρημένας φύσεις, ἢν ἐθελήσωσιν ὑγιαίνον‐</w:t>
      </w:r>
    </w:p>
    <w:p>
      <w:r>
        <w:rPr>
          <w:rFonts w:ascii="Courier New" w:hAnsi="Courier New"/>
          <w:color w:val="555555"/>
          <w:sz w:val="20"/>
        </w:rPr>
        <w:t>[10 . 543]</w:t>
      </w:r>
    </w:p>
    <w:p>
      <w:r>
        <w:rPr>
          <w:rFonts w:ascii="Gentium Plus" w:hAnsi="Gentium Plus"/>
          <w:sz w:val="24"/>
        </w:rPr>
        <w:t>ὄψονται γὰρ αὐτίκα πυρέττοντας δι’ οὐδὲν ἄλλο δήπουθεν, ἢ τὸν λιμόν. ᾧ γὰρ οὔτ’ ἦν ἔμπροσθεν οὐδὲν ἄλλο περὶ τὸ σῶμα μέμψεως ἄξιον, οὔτ’ ἐν τῷ μεταξὺ προσεγένετό τι νεώτερον ἔξωθεν, οὗτος ἐναργῶς ὑπὸ τῆς ἀσιτίας ἐπύρε‐</w:t>
      </w:r>
    </w:p>
    <w:p>
      <w:r>
        <w:rPr>
          <w:rFonts w:ascii="Courier New" w:hAnsi="Courier New"/>
          <w:color w:val="555555"/>
          <w:sz w:val="20"/>
        </w:rPr>
        <w:t>[5]</w:t>
      </w:r>
    </w:p>
    <w:p>
      <w:r>
        <w:rPr>
          <w:rFonts w:ascii="Gentium Plus" w:hAnsi="Gentium Plus"/>
          <w:sz w:val="24"/>
        </w:rPr>
        <w:t>ξεν. ὅταν δ’, ὡς εἴρηται, μὴ μόνον εἷς ἢ δύο τῶν οὕτω δυσ‐ κράτων, ἀλλ’ ἐφεξῆς ἅπαντες ἀσιτήσαντές τε καὶ ἀλουτήσαν‐ τες ἁλίσκωνται πυρετοῖς, οὐδ’ ἀμυδρὰν ὑπόνοιαν ἔτι δυνατὸν ἡμῖν γίγνεσθαι τοῦ δι’ ἄλλο τι καὶ μὴ διὰ τὴν ἀσιτίαν πυρέτ‐ τειν αὐτούς. οἷς γὰρ ἐν τῇ κράσει τοῦ μὲν ὑγροῦ τὸ ξηρὸν,</w:t>
      </w:r>
    </w:p>
    <w:p>
      <w:r>
        <w:rPr>
          <w:rFonts w:ascii="Courier New" w:hAnsi="Courier New"/>
          <w:color w:val="555555"/>
          <w:sz w:val="20"/>
        </w:rPr>
        <w:t>[10]</w:t>
      </w:r>
    </w:p>
    <w:p>
      <w:r>
        <w:rPr>
          <w:rFonts w:ascii="Gentium Plus" w:hAnsi="Gentium Plus"/>
          <w:sz w:val="24"/>
        </w:rPr>
        <w:t>τοῦ δὲ ψυχροῦ τὸ θερμὸν πλεονεκτεῖ, τούτοις ἡ μὲν ἕξις τοῦ σώματος ἰσχνὴ καὶ δασεῖα καὶ μελαντέρα, καὶ εἰ ἅψαιο, θερ‐ μοτέρα τῶν ἄλλων τριῶν τῶν δυσκράτων, τῶν ἧττον θερμῶν, ἐντεύξῃ· παμπόλλη δ’ ἡ ξανθὴ χολὴ καὶ οὖρα καὶ διαχωρή‐ ματα κατακορῆ καὶ οἱ σφυγμοὶ μεγάλοι καὶ ὕπνοι λεπτοὶ καὶ</w:t>
      </w:r>
    </w:p>
    <w:p>
      <w:r>
        <w:rPr>
          <w:rFonts w:ascii="Courier New" w:hAnsi="Courier New"/>
          <w:color w:val="555555"/>
          <w:sz w:val="20"/>
        </w:rPr>
        <w:t>[15]</w:t>
      </w:r>
    </w:p>
    <w:p>
      <w:r>
        <w:rPr>
          <w:rFonts w:ascii="Gentium Plus" w:hAnsi="Gentium Plus"/>
          <w:sz w:val="24"/>
        </w:rPr>
        <w:t>ὀλίγοι καὶ ὁ θυμὸς σφοδρός. εἴρηται τοιγαροῦν ἐπ’ αὐτῶν ὀρθῶς Ἱπποκράτει τό τε καθόλου τῆς διαίτης εἶδος ὁποῖόν τι χρὴ ποιεῖσθαι καὶ ὅσα καὶ οἷα καταλαμβάνει συμπτώματα</w:t>
      </w:r>
    </w:p>
    <w:p>
      <w:r>
        <w:rPr>
          <w:rFonts w:ascii="Courier New" w:hAnsi="Courier New"/>
          <w:color w:val="555555"/>
          <w:sz w:val="20"/>
        </w:rPr>
        <w:t>[10 . 544]</w:t>
      </w:r>
    </w:p>
    <w:p>
      <w:r>
        <w:rPr>
          <w:rFonts w:ascii="Gentium Plus" w:hAnsi="Gentium Plus"/>
          <w:sz w:val="24"/>
        </w:rPr>
        <w:t>ἀσιτήσωσιν, ἀλλὰ κᾂν τῆς ἑτέρας τροφῆς ἀπόσχωνται τῆς κατὰ τὸ ἄριστον. ἐν μὲν γὰρ τῷ ἕκτῳ τῶν ἐπιδημιῶν φησὶν, ἐν θερμῷ φύσει ψύξις, ποτὸν ὕδωρ, ἐλιννύειν. ἐν δὲ τῷ περὶ διαίτης ὀξέων, ὅ τινες ἐπιγράφουσι πρὸς τὰς Κνιδείας γνώ‐</w:t>
      </w:r>
    </w:p>
    <w:p>
      <w:r>
        <w:rPr>
          <w:rFonts w:ascii="Courier New" w:hAnsi="Courier New"/>
          <w:color w:val="555555"/>
          <w:sz w:val="20"/>
        </w:rPr>
        <w:t>[5]</w:t>
      </w:r>
    </w:p>
    <w:p>
      <w:r>
        <w:rPr>
          <w:rFonts w:ascii="Gentium Plus" w:hAnsi="Gentium Plus"/>
          <w:sz w:val="24"/>
        </w:rPr>
        <w:t>μας, ὑπὲρ τῶν ἐκλειπόντων τὸ εἰθισμένον ἄριστον διαλεγό‐ μενος, ἐμνημόνευσε καὶ τούτων τῶν φύσεων ὀνομάζων αὐτὰς πικροχόλους ἀπὸ τοῦ κρατοῦντος χυμοῦ. ἔχει δ’ ἡ ῥῆσις ὧδε· Ἀλλὰ μὴν καὶ οἱ μεμαθηκότες δὶς σιτέεσθαι τῆς ἡμέρης, ἢν μὴ ἀριστήσωσιν, ἀσθενέες καὶ ἄῤῥωστοί εἰσι καὶ δειλοὶ εἰς</w:t>
      </w:r>
    </w:p>
    <w:p>
      <w:r>
        <w:rPr>
          <w:rFonts w:ascii="Courier New" w:hAnsi="Courier New"/>
          <w:color w:val="555555"/>
          <w:sz w:val="20"/>
        </w:rPr>
        <w:t>[10]</w:t>
      </w:r>
    </w:p>
    <w:p>
      <w:r>
        <w:rPr>
          <w:rFonts w:ascii="Gentium Plus" w:hAnsi="Gentium Plus"/>
          <w:sz w:val="24"/>
        </w:rPr>
        <w:t>πᾶν ἔργον καὶ καρδιαλγέες, ἐκκρεμᾶσθαι γὰρ δοκέει αὐτοῖς τὰ σπλάγχνα καὶ οὐρέουσι θερμὸν καὶ χλωρὸν καὶ ἡ ἄφοδος συγκαίεται· ἔστι δ’ οἷσι καὶ πικραίνεται τὸ στόμα καὶ οἱ ὀφθαλμοὶ κοιλαίνονται καὶ οἱ κρόταφοι πάλλονται καὶ τὰ ἄκρα διαψύχονται. ταῦτα προειπὼν, εἶθ’ ἑξῆς ἕτερά τινα</w:t>
      </w:r>
    </w:p>
    <w:p>
      <w:r>
        <w:rPr>
          <w:rFonts w:ascii="Courier New" w:hAnsi="Courier New"/>
          <w:color w:val="555555"/>
          <w:sz w:val="20"/>
        </w:rPr>
        <w:t>[15]</w:t>
      </w:r>
    </w:p>
    <w:p>
      <w:r>
        <w:rPr>
          <w:rFonts w:ascii="Gentium Plus" w:hAnsi="Gentium Plus"/>
          <w:sz w:val="24"/>
        </w:rPr>
        <w:t>περί τε τοῦ δείπνου καὶ τῆς νυκτὸς, ἐπὶ τελευτῇ τοῦ λόγου φησὶ τοὺς πικροχόλους χαλεπώτερόν τε φέρειν τήν τε μονο‐ σιτίαν καὶ τὴν ἀσιτίαν τῶν ἄλλων ἀνθρώπων, ἕν τι μέρος</w:t>
      </w:r>
    </w:p>
    <w:p>
      <w:r>
        <w:rPr>
          <w:rFonts w:ascii="Courier New" w:hAnsi="Courier New"/>
          <w:color w:val="555555"/>
          <w:sz w:val="20"/>
        </w:rPr>
        <w:t>[10 . 545]</w:t>
      </w:r>
    </w:p>
    <w:p>
      <w:r>
        <w:rPr>
          <w:rFonts w:ascii="Gentium Plus" w:hAnsi="Gentium Plus"/>
          <w:sz w:val="24"/>
        </w:rPr>
        <w:t>δίαιταν, ὧν ἐν τῷ καθόλου παρῄνεσεν ἐν τῷ ἕκτῳ τῶν ἐπι‐ δημιῶν. ἡ γάρ τοι ψύξις ἣν ἐν ταῖς θερμαῖς φύσεσι συνεβού‐ λευε, γίγνεται μὲν καὶ ἐξ ἄλλων τινῶν, οὐχ ἥκιστα δὲ καὶ διὰ τῆς τῶν σιτίων προσφορᾶς. ὅσοις γὰρ αὐχμῶδές τέ ἐστι καὶ</w:t>
      </w:r>
    </w:p>
    <w:p>
      <w:r>
        <w:rPr>
          <w:rFonts w:ascii="Courier New" w:hAnsi="Courier New"/>
          <w:color w:val="555555"/>
          <w:sz w:val="20"/>
        </w:rPr>
        <w:t>[5]</w:t>
      </w:r>
    </w:p>
    <w:p>
      <w:r>
        <w:rPr>
          <w:rFonts w:ascii="Gentium Plus" w:hAnsi="Gentium Plus"/>
          <w:sz w:val="24"/>
        </w:rPr>
        <w:t>δριμὺ τὸ ἔμφυτον θερμὸν ἀμετρότερον ἐξ ἀρχῆς κρατηθεῖσι, τούτοις αἱ τροφαὶ πραότερον αὐτὸ καὶ ἧττον ἀποφαίνουσι δακνῶδες. εὔδηλον δὲ δήπουθεν ὡς εὐχύμους τε καὶ ἀκριβεῖς εἶναι χρὴ τροφὰς τὰς διδομένας αὐτοῖς, οὐ τῷ μετέχειν τῆς τοιαύτης ὀλίγης οὐσίας ὀνομαζομένας τε καὶ τρέφειν μὴ δυνα‐</w:t>
      </w:r>
    </w:p>
    <w:p>
      <w:r>
        <w:rPr>
          <w:rFonts w:ascii="Courier New" w:hAnsi="Courier New"/>
          <w:color w:val="555555"/>
          <w:sz w:val="20"/>
        </w:rPr>
        <w:t>[10]</w:t>
      </w:r>
    </w:p>
    <w:p>
      <w:r>
        <w:rPr>
          <w:rFonts w:ascii="Gentium Plus" w:hAnsi="Gentium Plus"/>
          <w:sz w:val="24"/>
        </w:rPr>
        <w:t>μένας, ἀλλὰ τῷ τὸ πλεῖστον ἐν ἑαυταῖς ἔχειν χρηστόν. εἰσὶ μὲν γάρ πως καὶ αἱ μαλάχαι καὶ αἱ κράμβαι καὶ τὰ τεῦτλα καὶ αἱ θριδακίναι καὶ ἁπλῶς εἰπεῖν τὰ λάχανα σύμπαντα καὶ αἱ ὀπῶραι τροφαὶ, περιέχεται γάρ τις ἐν αὐταῖς οὐσία τρό‐ φιμος. ἀλλ’ ὥσπερ τούτων ὀλίγον μέν ἐστι τὸ τρέφον, οὐκ</w:t>
      </w:r>
    </w:p>
    <w:p>
      <w:r>
        <w:rPr>
          <w:rFonts w:ascii="Courier New" w:hAnsi="Courier New"/>
          <w:color w:val="555555"/>
          <w:sz w:val="20"/>
        </w:rPr>
        <w:t>[15]</w:t>
      </w:r>
    </w:p>
    <w:p>
      <w:r>
        <w:rPr>
          <w:rFonts w:ascii="Gentium Plus" w:hAnsi="Gentium Plus"/>
          <w:sz w:val="24"/>
        </w:rPr>
        <w:t>ὀλίγον δὲ τὸ ἄχρηστον, οὕτως ἐπ’ ἄρτου καθαροῦ καὶ ὠῶν καὶ κρεῶν καὶ χόνδρου πλεῖστον μὲν τὸ τρέφον, ἐλάχιστον δὲ τὸ μὴ τοιοῦτον. ἐὰν δὲ δὴ πρὸς τῷ μὴ τρέφειν τὸ μεμιγμέ‐</w:t>
      </w:r>
    </w:p>
    <w:p>
      <w:r>
        <w:rPr>
          <w:rFonts w:ascii="Courier New" w:hAnsi="Courier New"/>
          <w:color w:val="555555"/>
          <w:sz w:val="20"/>
        </w:rPr>
        <w:t>[10 . 546]</w:t>
      </w:r>
    </w:p>
    <w:p>
      <w:r>
        <w:rPr>
          <w:rFonts w:ascii="Gentium Plus" w:hAnsi="Gentium Plus"/>
          <w:sz w:val="24"/>
        </w:rPr>
        <w:t>στρυφνὴν, ἢ πικρὰν, ἢ ὅλως μοχθηράν τινα δύναμιν ἔχειν, οὐ μόνον ἐκπέπτωκε τὰ τοιαῦτα τοῦ μὴ κυρίως ὑπάρχειν τρο‐ φαὶ, ἀλλὰ καὶ τῆς τῶν φαρμάκων δυνάμεως οὐ σμικρόν τι μετείληφε. τρέφειν οὖν χρὴ τοὺς τοιούτους ἀνθρώπους ἐκεί‐</w:t>
      </w:r>
    </w:p>
    <w:p>
      <w:r>
        <w:rPr>
          <w:rFonts w:ascii="Courier New" w:hAnsi="Courier New"/>
          <w:color w:val="555555"/>
          <w:sz w:val="20"/>
        </w:rPr>
        <w:t>[5]</w:t>
      </w:r>
    </w:p>
    <w:p>
      <w:r>
        <w:rPr>
          <w:rFonts w:ascii="Gentium Plus" w:hAnsi="Gentium Plus"/>
          <w:sz w:val="24"/>
        </w:rPr>
        <w:t>ναις ταῖς τροφαῖς ὅσαι μήτε τινὰ φαρμακώδη δύναμιν ἔχου‐ σιν αἰσθητὴν, ἀλλὰ μηδ’ αὐτὸ τὸ τρόφιμον πάμπολυ· πρόσεστι γάρ τις καὶ τούτῳ κακία πλεονασθέντι. πρῶτον μὲν γὰρ οὐδ’ ἡ κατὰ τὴν γαστέρα πέψις ἐπ’ αὐτῶν ἀκριβοῦται· εἰ δ’ ἄρα καὶ κρατήσειεν αὐτῶν ἡ γαστὴρ, ἀλλ’ ἥ γε κατὰ</w:t>
      </w:r>
    </w:p>
    <w:p>
      <w:r>
        <w:rPr>
          <w:rFonts w:ascii="Courier New" w:hAnsi="Courier New"/>
          <w:color w:val="555555"/>
          <w:sz w:val="20"/>
        </w:rPr>
        <w:t>[10]</w:t>
      </w:r>
    </w:p>
    <w:p>
      <w:r>
        <w:rPr>
          <w:rFonts w:ascii="Gentium Plus" w:hAnsi="Gentium Plus"/>
          <w:sz w:val="24"/>
        </w:rPr>
        <w:t>τὰς φλέβας οὐκ ἀκριβὴς γίγνεται. εἰ δὲ κᾀν ταύτῃ μηδέν τι μέγα πλημμεληθείη, τὴν γοῦν τρίτην πέψιν, ἥτις ἐστὶν ἑκά‐ στου τῶν μορίων οἰκεία, χαλεπὸν ἐν ἅπασιν αὐτοῖς κατορ‐ θωθῆναι. πρόσεστι δὲ δήπου τῷδε καὶ τὸ χρῆναι τὰς τροφὰς, ἐπειδὰν θερμότερόν τε καὶ ξηρότερον ἑαυτοῦ γένηται τὸ σῶμα,</w:t>
      </w:r>
    </w:p>
    <w:p>
      <w:r>
        <w:rPr>
          <w:rFonts w:ascii="Courier New" w:hAnsi="Courier New"/>
          <w:color w:val="555555"/>
          <w:sz w:val="20"/>
        </w:rPr>
        <w:t>[15]</w:t>
      </w:r>
    </w:p>
    <w:p>
      <w:r>
        <w:rPr>
          <w:rFonts w:ascii="Gentium Plus" w:hAnsi="Gentium Plus"/>
          <w:sz w:val="24"/>
        </w:rPr>
        <w:t>ψυχούσας πως εἶναι καὶ ὑγραινούσας. ὅθεν ἄριστος μὲν ὁ τῆς πτισάνης χυλὸς ἀκριβῶς καθεψημένης, οὐδὲν ἐχούσης ἐν ἑαυτῇ περιέργον ἥδυσμα. καὶ γὰρ ἐμψῦξαι καὶ ὑγρᾶναι καὶ</w:t>
      </w:r>
    </w:p>
    <w:p>
      <w:r>
        <w:rPr>
          <w:rFonts w:ascii="Courier New" w:hAnsi="Courier New"/>
          <w:color w:val="555555"/>
          <w:sz w:val="20"/>
        </w:rPr>
        <w:t>[10 . 547]</w:t>
      </w:r>
    </w:p>
    <w:p>
      <w:r>
        <w:rPr>
          <w:rFonts w:ascii="Gentium Plus" w:hAnsi="Gentium Plus"/>
          <w:sz w:val="24"/>
        </w:rPr>
        <w:t>τι μήθ’ ὑγρὸν μήτε ξηρὸν ἐπέχειν περίττωμα. καλῶ δ’ ἀτμώδη μὲν ὅσα διὰ τοῦ δέρματος εἰς τοὐκτὸς ἀποῤῥεῖν πέ‐ φυκεν, ὑγρὰ δ’ ὅσα διὰ τῆς κύστεως, ξηρὰ δ’ ὅσα διὰ τῆς κάτω γαστρός· ἀπὸ γὰρ τῆς ἐπικρατούσης ἐν ἑκάστῳ τῶν</w:t>
      </w:r>
    </w:p>
    <w:p>
      <w:r>
        <w:rPr>
          <w:rFonts w:ascii="Courier New" w:hAnsi="Courier New"/>
          <w:color w:val="555555"/>
          <w:sz w:val="20"/>
        </w:rPr>
        <w:t>[5]</w:t>
      </w:r>
    </w:p>
    <w:p>
      <w:r>
        <w:rPr>
          <w:rFonts w:ascii="Gentium Plus" w:hAnsi="Gentium Plus"/>
          <w:sz w:val="24"/>
        </w:rPr>
        <w:t>εἰρημένων οὐσίας ἐθέμην αὐτοῖς τὰς προσηγορίας. ὅτι δ’ οὐδέν τι τούτων ἐφέξει πτισάνης χυλὸς εὔδηλον. αἱ μὲν γὰρ διὰ τῆς κάτω γαστρὸς ὑποχωρήσεις τῶν περιττῶν ὑπὸ τῶν στυφόντων ἴσχεσθαι πεφύκασιν, αἱ δὲ δι’ οὔρων τε καὶ σύμ‐ παντος τοῦ δέρματος, ὑπό τε τῶν ἐμπλαττομένων τοῖς πό‐</w:t>
      </w:r>
    </w:p>
    <w:p>
      <w:r>
        <w:rPr>
          <w:rFonts w:ascii="Courier New" w:hAnsi="Courier New"/>
          <w:color w:val="555555"/>
          <w:sz w:val="20"/>
        </w:rPr>
        <w:t>[10]</w:t>
      </w:r>
    </w:p>
    <w:p>
      <w:r>
        <w:rPr>
          <w:rFonts w:ascii="Gentium Plus" w:hAnsi="Gentium Plus"/>
          <w:sz w:val="24"/>
        </w:rPr>
        <w:t>ροις καὶ σφοδρῶς στυφόντων, ἅπερ ὀνομάζουσι στρυφνά· πτισάνη δ’ οὔτε ἐμπλαστικῆς οὔτε στυπτικῆς μετέχει δυνά‐ μεως. ὅτι μὲν οὖν οὐ στύφει δηλοῖ καὶ ἡ γεῦσις, ἧς μόνης ἴδιόν ἐστιν αἰσθητὸν τὸ στῦφον. ὅτι δ’ οὐδ’ ἐμπλάττει λο‐ γίσασθαι πάρεστιν ἐκ τῶν ἄλλων αὐτῆς ἔργων. εἴτε</w:t>
      </w:r>
    </w:p>
    <w:p>
      <w:r>
        <w:rPr>
          <w:rFonts w:ascii="Courier New" w:hAnsi="Courier New"/>
          <w:color w:val="555555"/>
          <w:sz w:val="20"/>
        </w:rPr>
        <w:t>[15]</w:t>
      </w:r>
    </w:p>
    <w:p>
      <w:r>
        <w:rPr>
          <w:rFonts w:ascii="Gentium Plus" w:hAnsi="Gentium Plus"/>
          <w:sz w:val="24"/>
        </w:rPr>
        <w:t>γὰρ ἔξωθεν ἀνατρίβοις τῇ πτισάνῃ ῥυπαρὸν σῶμα, ῥύπτει τοῖς ἀφρονίτροις τε καὶ τῷ μέλιτι παραπλησίως, εἴτ’ ἐν τῇ γαστρὶ περιεχόμενον μέτριον φλέγμα δι’ ἐμέτων ἐκκενῶσαι</w:t>
      </w:r>
    </w:p>
    <w:p>
      <w:r>
        <w:rPr>
          <w:rFonts w:ascii="Courier New" w:hAnsi="Courier New"/>
          <w:color w:val="555555"/>
          <w:sz w:val="20"/>
        </w:rPr>
        <w:t>[10 . 548]</w:t>
      </w:r>
    </w:p>
    <w:p>
      <w:r>
        <w:rPr>
          <w:rFonts w:ascii="Gentium Plus" w:hAnsi="Gentium Plus"/>
          <w:sz w:val="24"/>
        </w:rPr>
        <w:t>μος. πρόσκειται δ’ ἐν τῷ λόγῳ τὸ μέτριον, ὅτι, εἰ πολὺ καὶ γλίσχρον ἰσχυρῶς καὶ παχὺ, ῥαφανῖδες δι’ ὀξυμέλιτος, οὐ με‐ λίκρατον καὶ πτισάνη πεφύκασιν ἀποῤῥύπτειν. ἔστι μὲν δὴ καὶ μελίκρατον εἰς ἁπάσας τὰς εἰρημένας ἐκκρίσεις ἐπιτή‐</w:t>
      </w:r>
    </w:p>
    <w:p>
      <w:r>
        <w:rPr>
          <w:rFonts w:ascii="Courier New" w:hAnsi="Courier New"/>
          <w:color w:val="555555"/>
          <w:sz w:val="20"/>
        </w:rPr>
        <w:t>[5]</w:t>
      </w:r>
    </w:p>
    <w:p>
      <w:r>
        <w:rPr>
          <w:rFonts w:ascii="Gentium Plus" w:hAnsi="Gentium Plus"/>
          <w:sz w:val="24"/>
        </w:rPr>
        <w:t>δειον, ἀλλ’ οὔτε ἄδιψον ὥσπερ ἡ πτισάνη κᾀν ταῖς πικροχό‐ λοις φύσεσιν ἐκχολοῦται ῥᾳδίως. ἄριστον μὲν οὖν, ὡς εἴρηται, σιτίον ἐπὶ τῶν τοιούτων κράσεων ἡ πτισάνη. δεύτερον δ’ ἐπ’ αὐτῇ χόνδρος ὄξος χάριν ἀναδόσεως ὀλίγον εἰληφώς. τρίτον δ’ ὁ χωρὶς ὄξους ὑγρὸς, οὐ παχὺς, ὁποῖον ἔνιοι σκευά‐</w:t>
      </w:r>
    </w:p>
    <w:p>
      <w:r>
        <w:rPr>
          <w:rFonts w:ascii="Courier New" w:hAnsi="Courier New"/>
          <w:color w:val="555555"/>
          <w:sz w:val="20"/>
        </w:rPr>
        <w:t>[10]</w:t>
      </w:r>
    </w:p>
    <w:p>
      <w:r>
        <w:rPr>
          <w:rFonts w:ascii="Gentium Plus" w:hAnsi="Gentium Plus"/>
          <w:sz w:val="24"/>
        </w:rPr>
        <w:t>ζουσιν ἔτνει παραπλήσιον· ἐμβαλεῖν δὲ καὶ τῷδε βέλτιον ἑψη‐ μένῳ πράσου· δῆλον δ’ ὅτι καὶ ἀνήθου καὶ ἁλῶν ἐξ ἀνάγκης μετέχειν. καὶ μὲν δὴ καὶ οἱ κριβανῖται τῶν ἄρτων ἀγαθὸν ἔδεσμα καὶ τῶν ἰχθύων οἱ πετραῖοι πάντες. οὐδὲν δ’ ἧττον αὐτῶν οἱ ὀνίσκοι, πλὴν εἴ που λίμνης ἢ ποταμῶν μεγάλων</w:t>
      </w:r>
    </w:p>
    <w:p>
      <w:r>
        <w:rPr>
          <w:rFonts w:ascii="Courier New" w:hAnsi="Courier New"/>
          <w:color w:val="555555"/>
          <w:sz w:val="20"/>
        </w:rPr>
        <w:t>[15]</w:t>
      </w:r>
    </w:p>
    <w:p>
      <w:r>
        <w:rPr>
          <w:rFonts w:ascii="Gentium Plus" w:hAnsi="Gentium Plus"/>
          <w:sz w:val="24"/>
        </w:rPr>
        <w:t>ἐμβαλλόντων εἰς θάλατταν νεμόμενοι πλησίον ὑγροτέραν τε καὶ γλισχροτέραν ἔχοιεν τὴν σάρκα. ἐφεξῆς δὲ τῶν ὀνίσκων</w:t>
      </w:r>
    </w:p>
    <w:p>
      <w:r>
        <w:rPr>
          <w:rFonts w:ascii="Courier New" w:hAnsi="Courier New"/>
          <w:color w:val="555555"/>
          <w:sz w:val="20"/>
        </w:rPr>
        <w:t>[10 . 549]</w:t>
      </w:r>
    </w:p>
    <w:p>
      <w:r>
        <w:rPr>
          <w:rFonts w:ascii="Gentium Plus" w:hAnsi="Gentium Plus"/>
          <w:sz w:val="24"/>
        </w:rPr>
        <w:t>βραξ καὶ ἡ τρίγλα κᾄπειτα πελάγιος κέφαλος. ἅπαντες δὲ χείρους ἰχθύες ὅσοι λίμνης θαλάττῃ συναπτούσης ἢ στόματος ποταμοῦ μεγάλου νέμονται πλησίον. ἐκ δὲ τῶν πτηνῶν ἄρι‐ στοι μὲν οἱ πέρδικες ἅμα τοῖς ὀρείοις ἅπασι στρουθοῖς, ἐφε‐</w:t>
      </w:r>
    </w:p>
    <w:p>
      <w:r>
        <w:rPr>
          <w:rFonts w:ascii="Courier New" w:hAnsi="Courier New"/>
          <w:color w:val="555555"/>
          <w:sz w:val="20"/>
        </w:rPr>
        <w:t>[5]</w:t>
      </w:r>
    </w:p>
    <w:p>
      <w:r>
        <w:rPr>
          <w:rFonts w:ascii="Gentium Plus" w:hAnsi="Gentium Plus"/>
          <w:sz w:val="24"/>
        </w:rPr>
        <w:t>ξῆς δὲ ἀλεκτορίδες καὶ φασιανοὶ καὶ νέαι περιστεραί· μὴ καθείρχθω δ’ ἔνδον μηδὲ ταῦτα, περιττωματικὰ γὰρ ἅπαντα τὰ ἀγύμναστα, περιττωματικὰ δὲ καὶ τὰ λιμναῖα σύμπαντα καὶ ἑλώδη· διὸ καὶ τῶν χοιρείων αὐτῶν ἀμείνω τὰ ἐκ τῶν ὀρῶν· ἐφεξῆς δὲ αὐτῶν οἱ ἔριφοι. πάντων δὲ τῶν</w:t>
      </w:r>
    </w:p>
    <w:p>
      <w:r>
        <w:rPr>
          <w:rFonts w:ascii="Courier New" w:hAnsi="Courier New"/>
          <w:color w:val="555555"/>
          <w:sz w:val="20"/>
        </w:rPr>
        <w:t>[10]</w:t>
      </w:r>
    </w:p>
    <w:p>
      <w:r>
        <w:rPr>
          <w:rFonts w:ascii="Gentium Plus" w:hAnsi="Gentium Plus"/>
          <w:sz w:val="24"/>
        </w:rPr>
        <w:t>εἰρημένων φευκτέα τά τε παλαιὰ ζῶα καὶ τὰ νεωστὶ γεγενη‐ μένα· τὰ μὲν γὰρ σκληρότερά ἐστι καὶ δυσπεπτότερα, τὰ δὲ πέρα τοῦ δέοντος ὑγρὰ καὶ περιττωματικὰ, καὶ μάλισθ’ ὅσα φύσει τῶν ζώων ἐστὶν ὑγρὰ, καθάπερ ὄϊές τε καὶ σύες. ἀλλὰ περὶ μὲν τῆς ἐν ἅπασι τοῖς ἐδέσμασι δυνάμεως ἑτέρωθι</w:t>
      </w:r>
    </w:p>
    <w:p>
      <w:r>
        <w:rPr>
          <w:rFonts w:ascii="Courier New" w:hAnsi="Courier New"/>
          <w:color w:val="555555"/>
          <w:sz w:val="20"/>
        </w:rPr>
        <w:t>[15]</w:t>
      </w:r>
    </w:p>
    <w:p>
      <w:r>
        <w:rPr>
          <w:rFonts w:ascii="Gentium Plus" w:hAnsi="Gentium Plus"/>
          <w:sz w:val="24"/>
        </w:rPr>
        <w:t>διῄρηται· νυνὶ δ’ ἕνεκα παραδείγματος ὥσπερ τἄλλα τὰ κατὰ τήνδε τὴν πραγματείαν, οὕτω λελέχθω καὶ ταῦτα· πρόκειται γὰρ οὐ τὰς ὕλας ἡμᾶς ἐξευρεῖν ἐν αὐτῇ, καθάπερ</w:t>
      </w:r>
    </w:p>
    <w:p>
      <w:r>
        <w:rPr>
          <w:rFonts w:ascii="Courier New" w:hAnsi="Courier New"/>
          <w:color w:val="555555"/>
          <w:sz w:val="20"/>
        </w:rPr>
        <w:t>[10 . 550]</w:t>
      </w:r>
    </w:p>
    <w:p>
      <w:r>
        <w:rPr>
          <w:rFonts w:ascii="Gentium Plus" w:hAnsi="Gentium Plus"/>
          <w:sz w:val="24"/>
        </w:rPr>
        <w:t>τὰς καθόλου δυνάμεις· οὐδὲν δὲ δήπου διοίσει δυνάμεις γενι‐ κὰς ἢ καθόλου προσαγορεύειν αὐτάς. ἐπανέλθωμεν οὖν αὖθις ἐπὶ τὸ προκείμενον. οἷς δ’ ἀποῤῥεῖ τι δριμὺ καθ’ ἑκά‐ στην ἡμέραν, ἕτοιμον τούτοις ἁλῶναι πυρετῷ στεγνωθεῖσι τὸ</w:t>
      </w:r>
    </w:p>
    <w:p>
      <w:r>
        <w:rPr>
          <w:rFonts w:ascii="Courier New" w:hAnsi="Courier New"/>
          <w:color w:val="555555"/>
          <w:sz w:val="20"/>
        </w:rPr>
        <w:t>[5]</w:t>
      </w:r>
    </w:p>
    <w:p>
      <w:r>
        <w:rPr>
          <w:rFonts w:ascii="Gentium Plus" w:hAnsi="Gentium Plus"/>
          <w:sz w:val="24"/>
        </w:rPr>
        <w:t>δέρμα. στεγνοῖ δ’ αὐτὸ τά τε στύφοντα πάντα, καθάπερ ὀλίγον ἔμπροσθεν ἐμνημονεύσαμεν τῶν Ἀλβούλων ὑδάτων, ὅσα τ’ ἐμπλάττεται τοῖς πόροις. ἔστι δ’ ὅτε καὶ ἡ ξηρότης αὐτοῦ τοῦ δέρματος ἀμετροτέρα γινομένη πυκνοῖ τοὺς πό‐ ρους αὐτοῦ. διὰ τοῦτο οὖν ἡμᾶς ἐθεάσω καὶ τὸν οἰνάνθῃ</w:t>
      </w:r>
    </w:p>
    <w:p>
      <w:r>
        <w:rPr>
          <w:rFonts w:ascii="Courier New" w:hAnsi="Courier New"/>
          <w:color w:val="555555"/>
          <w:sz w:val="20"/>
        </w:rPr>
        <w:t>[10]</w:t>
      </w:r>
    </w:p>
    <w:p>
      <w:r>
        <w:rPr>
          <w:rFonts w:ascii="Gentium Plus" w:hAnsi="Gentium Plus"/>
          <w:sz w:val="24"/>
        </w:rPr>
        <w:t>χρώμενον ἐν τῷ βαλανείῳ κωλύσαντας χρῆσθαι, καθ’ ὃν ἔφησε χρόνον, ἀνωμαλίας αἰσθάνεσθαι. καὶ τὸν ὡσαύτως ἐκείνῳ μετ’ ἐλαίου βραχέος οἴνῳ πολλῷ, καὶ τὸν τῷ σχι‐ νίνῳ δὲ χρώμενον, ἡνίκα πυκνώσεως ᾔσθετο, καὶ τοῦτον, ὡς οἶσθα, τοῦ λοιποῦ χρῆσθαι διεκωλύσαμεν. εἴρξαμεν δὲ καὶ τὸν</w:t>
      </w:r>
    </w:p>
    <w:p>
      <w:r>
        <w:rPr>
          <w:rFonts w:ascii="Courier New" w:hAnsi="Courier New"/>
          <w:color w:val="555555"/>
          <w:sz w:val="20"/>
        </w:rPr>
        <w:t>[15]</w:t>
      </w:r>
    </w:p>
    <w:p>
      <w:r>
        <w:rPr>
          <w:rFonts w:ascii="Gentium Plus" w:hAnsi="Gentium Plus"/>
          <w:sz w:val="24"/>
        </w:rPr>
        <w:t>εἰληθεροῦντα καθ’ ἑκάστην ἡμέραν καὶ τὸν τῇ κόνει χρώμε‐ νον. ἑτέρῳ δ’ εἰς ἀνωμαλίαν ἀφικομένῳ πυρετώδη τὸ σφο‐ δρὸν τῆς τρίψεως ἐπανεῖναι προσετάξαμεν. ἄλλον δ’, ὡς</w:t>
      </w:r>
    </w:p>
    <w:p>
      <w:r>
        <w:rPr>
          <w:rFonts w:ascii="Courier New" w:hAnsi="Courier New"/>
          <w:color w:val="555555"/>
          <w:sz w:val="20"/>
        </w:rPr>
        <w:t>[10 . 551]</w:t>
      </w:r>
    </w:p>
    <w:p>
      <w:r>
        <w:rPr>
          <w:rFonts w:ascii="Gentium Plus" w:hAnsi="Gentium Plus"/>
          <w:sz w:val="24"/>
        </w:rPr>
        <w:t>ψεως τῆς προσηκούσης ἡμερῶν παμπόλλων ἀνωμαλίαν αὐτοῦ φρικώδη διελύσαμεν. ἐχρῆτο δὲ κᾀκεῖνος ἐλαίῳ στύ‐ φοντι τούτῳ, τῷ δικαίως ἐνδόξῳ διὰ τὴν εἰς τἄλλα χρείαν, ὃ καλοῦσιν σπάνον. ἀφελόντες οὖν τοῦτο καὶ τῷ Σαβίνῳ</w:t>
      </w:r>
    </w:p>
    <w:p>
      <w:r>
        <w:rPr>
          <w:rFonts w:ascii="Courier New" w:hAnsi="Courier New"/>
          <w:color w:val="555555"/>
          <w:sz w:val="20"/>
        </w:rPr>
        <w:t>[5]</w:t>
      </w:r>
    </w:p>
    <w:p>
      <w:r>
        <w:rPr>
          <w:rFonts w:ascii="Gentium Plus" w:hAnsi="Gentium Plus"/>
          <w:sz w:val="24"/>
        </w:rPr>
        <w:t>λιπαρῶς τε καὶ μαλακῶς ἐπὶ πλέον ἀνατρίψαντες καὶ λούσαν‐ τες δὶς, εὐθέως ἀπεφήναμεν ὑγιῆ. ταῦτά τε οὖν ἅπαντα φυλακτέα τοῖς τὰ καπνώδη τε καὶ λιγνυώδη διαπνεομένοις, ὅσα τε γλίσχρα καὶ παχύχυμα· καὶ γὰρ καὶ ταῦτ’ ἐμπλάττοντα τοὺς πόρους ἐπέχει τὰς διαπνοάς. ἐπέχει δ’, ὡς εἴρηται, καὶ</w:t>
      </w:r>
    </w:p>
    <w:p>
      <w:r>
        <w:rPr>
          <w:rFonts w:ascii="Courier New" w:hAnsi="Courier New"/>
          <w:color w:val="555555"/>
          <w:sz w:val="20"/>
        </w:rPr>
        <w:t>[10]</w:t>
      </w:r>
    </w:p>
    <w:p>
      <w:r>
        <w:rPr>
          <w:rFonts w:ascii="Gentium Plus" w:hAnsi="Gentium Plus"/>
          <w:sz w:val="24"/>
        </w:rPr>
        <w:t>τὰ ξηραίνοντα τὸ δέρμα πέρα τοῦ μετρίου. πολλοὺς γοῦν ἐν ἡλίῳ χρωμένους τοῖς τοιούτοις, ἄλλους δὲ νίτρῳ πλέονι, τινὰς δ’ ἁλσὶν, ἢ γυμνασίοις πολλοῖς, ἢ τρίψει σκληρᾷ, ξηροτριβίᾳ τε καὶ κόνει νοσοῦντας ἐκ τούτων καθ’ ἕκαστον ἐνιαυτὸν, οἶσθ’ ὡς ἐπισχόντες αὐτῶν ἀνόσους ἤδη παμπόλ‐</w:t>
      </w:r>
    </w:p>
    <w:p>
      <w:r>
        <w:rPr>
          <w:rFonts w:ascii="Courier New" w:hAnsi="Courier New"/>
          <w:color w:val="555555"/>
          <w:sz w:val="20"/>
        </w:rPr>
        <w:t>[15]</w:t>
      </w:r>
    </w:p>
    <w:p>
      <w:r>
        <w:rPr>
          <w:rFonts w:ascii="Gentium Plus" w:hAnsi="Gentium Plus"/>
          <w:sz w:val="24"/>
        </w:rPr>
        <w:t>λων ἐτῶν ἐφυλάξαμεν. ἔστι δ’ εἰκότως τὰ τοιαῦτα παραγ‐ γέλματα κοινὰ τῶν θ’ ὑγιαινόντων ἔτι καὶ τῶν ἤδη δυσαρε‐</w:t>
      </w:r>
    </w:p>
    <w:p>
      <w:r>
        <w:rPr>
          <w:rFonts w:ascii="Courier New" w:hAnsi="Courier New"/>
          <w:color w:val="555555"/>
          <w:sz w:val="20"/>
        </w:rPr>
        <w:t>[10 . 552]</w:t>
      </w:r>
    </w:p>
    <w:p>
      <w:r>
        <w:rPr>
          <w:rFonts w:ascii="Gentium Plus" w:hAnsi="Gentium Plus"/>
          <w:sz w:val="24"/>
        </w:rPr>
        <w:t>ἔτι πυρετῶν ἐστι προφυλακτικὰ κατὰ τὴν τῶν ποιούντων αὐτοὺς αἰτιῶν ἄρσιν· ὁ γὰρ ἔτι γιγνόμενος πυρετὸς ἀρθέν‐ τος τοῦ αἰτίου συναναιρεῖται καὶ αὐτός. ὥσθ’ ὅσαπερ ἐν τῇ τῶν ὑγιεινῶν πραγματείᾳ περὶ τῶν τοιούτων κράσεων</w:t>
      </w:r>
    </w:p>
    <w:p>
      <w:r>
        <w:rPr>
          <w:rFonts w:ascii="Courier New" w:hAnsi="Courier New"/>
          <w:color w:val="555555"/>
          <w:sz w:val="20"/>
        </w:rPr>
        <w:t>[5]</w:t>
      </w:r>
    </w:p>
    <w:p>
      <w:r>
        <w:rPr>
          <w:rFonts w:ascii="Gentium Plus" w:hAnsi="Gentium Plus"/>
          <w:sz w:val="24"/>
        </w:rPr>
        <w:t>εἴρηται, μεταφέρειν ἅπαντα προσῆκεν ἐπὶ τὴν τῶν ἀρχο‐ μένων πυρέττειν, εἴτε ἴασιν χρὴ λέγειν, εἴτε προφυλα‐ κήν. ἰώμεθα γὰρ τὸ ἤδη γεγονὸς αὐτῶν, κᾂν ὀλίγον ᾖ, προφυλαττόμεθα δὲ μὴ γενηθῆναί τι πλέον ἀναιροῦντες τὸ αἴτιον.</w:t>
      </w:r>
    </w:p>
    <w:p>
      <w:r>
        <w:rPr>
          <w:rFonts w:ascii="Courier New" w:hAnsi="Courier New"/>
          <w:color w:val="555555"/>
          <w:sz w:val="20"/>
        </w:rPr>
        <w:t>[10]</w:t>
      </w:r>
    </w:p>
    <w:p>
      <w:r>
        <w:rPr>
          <w:rFonts w:ascii="Gentium Plus" w:hAnsi="Gentium Plus"/>
          <w:sz w:val="24"/>
        </w:rPr>
        <w:t>Ὥσπερ δὲ εὔρουν τε καὶ ἔμπνουν εἶναι τὸ σῶμα πάντῃ κοινὸς ἐπὶ τῶν εἰρημένων μάλιστα φύσεων ὑγιαινόντων τε καὶ δυσαρεστουμένων σκοπὸς, οὕτω καὶ τὸ φεύγειν ἀγρυπνίας καὶ θυμοὺς καὶ λύπας καὶ φρον‐ τίδας, ἐγκαύσεις τε καὶ ψύξεις καὶ κόπους· ἑτοιμότατα γὰρ</w:t>
      </w:r>
    </w:p>
    <w:p>
      <w:r>
        <w:rPr>
          <w:rFonts w:ascii="Courier New" w:hAnsi="Courier New"/>
          <w:color w:val="555555"/>
          <w:sz w:val="20"/>
        </w:rPr>
        <w:t>[15]</w:t>
      </w:r>
    </w:p>
    <w:p>
      <w:r>
        <w:rPr>
          <w:rFonts w:ascii="Gentium Plus" w:hAnsi="Gentium Plus"/>
          <w:sz w:val="24"/>
        </w:rPr>
        <w:t>ἐφ’ ἑκάστῳ τῶν εἰρημένων αἱ τοιαῦται κράσεις ἀναλίσκον‐ ται πυρετοῖς. ἰᾶσθαι δὲ αὐτὰς, ὅταν ἐπί τινι τῶν λελεγ‐ μένων προφάσεων πυρέξωσιν, ἔστιν οὖν ᾗ μὲν ὁμοίως τοῖς</w:t>
      </w:r>
    </w:p>
    <w:p>
      <w:r>
        <w:rPr>
          <w:rFonts w:ascii="Courier New" w:hAnsi="Courier New"/>
          <w:color w:val="555555"/>
          <w:sz w:val="20"/>
        </w:rPr>
        <w:t>[10 . 553]</w:t>
      </w:r>
    </w:p>
    <w:p>
      <w:r>
        <w:rPr>
          <w:rFonts w:ascii="Gentium Plus" w:hAnsi="Gentium Plus"/>
          <w:sz w:val="24"/>
        </w:rPr>
        <w:t>γὰρ ἐπὶ τὰ λουτρὰ χρὴ πάντας ἐν τῇ παρακμῇ τοῦ πρώ‐ του παροξυσμοῦ· τρίβειν τε λιπαρῶς τε ἅμα καὶ μαλακῶς τοὺς μὲν ἐπί τινι τῶν στυψάντων τὸ δέρμα, καθάπερ εἴρηται, τοὺς δ’ ἐπὶ ξηρότητι τρίβειν μὲν, ἀλλ’ ἐλάττω</w:t>
      </w:r>
    </w:p>
    <w:p>
      <w:r>
        <w:rPr>
          <w:rFonts w:ascii="Courier New" w:hAnsi="Courier New"/>
          <w:color w:val="555555"/>
          <w:sz w:val="20"/>
        </w:rPr>
        <w:t>[5]</w:t>
      </w:r>
    </w:p>
    <w:p>
      <w:r>
        <w:rPr>
          <w:rFonts w:ascii="Gentium Plus" w:hAnsi="Gentium Plus"/>
          <w:sz w:val="24"/>
        </w:rPr>
        <w:t>τούτοις, λούειν δὲ πλείω. στοχάζεσθαι δ’ ἀεὶ τοῦ μέτρου τῆς δυνάμεως ἐν ἅπαντι τῷ τοιούτῳ βοηθήματι. θυμοὶ μὲν οὖν καὶ λῦπαι καὶ ἀγρυπνίαι καὶ φροντίδες οὔτε τρί‐ ψεων οὔτε λουτρῶν δέονται πολλῶν, ἀλλὰ πολὺ μὲν ἐξ ἁπάντων ἐκ τοιᾶσδε πυρεξάντων αἰτίας, ἔλαιον περιχεῖν</w:t>
      </w:r>
    </w:p>
    <w:p>
      <w:r>
        <w:rPr>
          <w:rFonts w:ascii="Courier New" w:hAnsi="Courier New"/>
          <w:color w:val="555555"/>
          <w:sz w:val="20"/>
        </w:rPr>
        <w:t>[10]</w:t>
      </w:r>
    </w:p>
    <w:p>
      <w:r>
        <w:rPr>
          <w:rFonts w:ascii="Gentium Plus" w:hAnsi="Gentium Plus"/>
          <w:sz w:val="24"/>
        </w:rPr>
        <w:t>χλιαρὸν ἥκιστα μετέχον στύψεως· ἀνατρίψαντες δὲ βραχέα, λούειν ὡς ἔθος. αἱ δ’ ἐγκαύσεις εὐθέως μὲν ἐξ ἀρχῆς τῶν ψυχόντων δέονται καὶ πλειόνων λουτρῶν, ἥκιστα δὲ ἐλαίου δαψιλοῦς, ἢ συχνῆς τρίψεως. ἔστω δὲ τὰ ψύχοντα ῥόδι‐ νόν τε καὶ τὸ καλούμενον ὀμφάκινον ἔλαιον, ὅπερ, οἶμαι,</w:t>
      </w:r>
    </w:p>
    <w:p>
      <w:r>
        <w:rPr>
          <w:rFonts w:ascii="Courier New" w:hAnsi="Courier New"/>
          <w:color w:val="555555"/>
          <w:sz w:val="20"/>
        </w:rPr>
        <w:t>[15]</w:t>
      </w:r>
    </w:p>
    <w:p>
      <w:r>
        <w:rPr>
          <w:rFonts w:ascii="Gentium Plus" w:hAnsi="Gentium Plus"/>
          <w:sz w:val="24"/>
        </w:rPr>
        <w:t>καὶ ὠμοτριβὲς ὀνομάζουσιν. ἀμείνω δ’ ἐξ αὐτῶν ὅσα μηδ’ ὅλως ἐν ἑαυτοῖς ἔχει τῶν ἁλῶν. ἐργάζεσθαι δὲ ψυχρὸν τὸ</w:t>
      </w:r>
    </w:p>
    <w:p>
      <w:r>
        <w:rPr>
          <w:rFonts w:ascii="Courier New" w:hAnsi="Courier New"/>
          <w:color w:val="555555"/>
          <w:sz w:val="20"/>
        </w:rPr>
        <w:t>[10 . 554]</w:t>
      </w:r>
    </w:p>
    <w:p>
      <w:r>
        <w:rPr>
          <w:rFonts w:ascii="Gentium Plus" w:hAnsi="Gentium Plus"/>
          <w:sz w:val="24"/>
        </w:rPr>
        <w:t>ψαῦον τοῦ ὕδατος. ἔτι δὲ μᾶλλον εἰ κρουνὸς ὕδα‐ τος ψυχροῦ καταράττει τοῦ ἀγγείου, ψύχει τὸ ὑγρόν. εἰ δ’ ἐπὶ πλέον ἐψῦχθαι βούλοιο, χιόνι περιπλάττειν αὐτό. καταχεῖν δὲ τοῦ βρέγματος μετέωρον ἐξαίροντα τὴν χεῖρα</w:t>
      </w:r>
    </w:p>
    <w:p>
      <w:r>
        <w:rPr>
          <w:rFonts w:ascii="Courier New" w:hAnsi="Courier New"/>
          <w:color w:val="555555"/>
          <w:sz w:val="20"/>
        </w:rPr>
        <w:t>[5]</w:t>
      </w:r>
    </w:p>
    <w:p>
      <w:r>
        <w:rPr>
          <w:rFonts w:ascii="Gentium Plus" w:hAnsi="Gentium Plus"/>
          <w:sz w:val="24"/>
        </w:rPr>
        <w:t>δι’ ἐρίου συμμέτρου τῷ μεγέθει. ταῦτα ποιήσαντα μέχρι τῆς παρακμῆς ἄγειν ἐπὶ τὸ λουτρόν. εἰ δὲ καὶ ψυχθεὶς πυρέξειεν ὁ τὴν προειρημένην ἔχων κρᾶσιν, ὑπὲρ οὗ ταῦτα πάντα λέγεται, καὶ τοῦτον ἐπὶ τὸ βαλανεῖον ἀκτέον ἐν ταῖς παρακμαῖς. εἰ δὲ σὺν κορύζῃ καὶ κατάῤῥῳ πυρέττοι,</w:t>
      </w:r>
    </w:p>
    <w:p>
      <w:r>
        <w:rPr>
          <w:rFonts w:ascii="Courier New" w:hAnsi="Courier New"/>
          <w:color w:val="555555"/>
          <w:sz w:val="20"/>
        </w:rPr>
        <w:t>[10]</w:t>
      </w:r>
    </w:p>
    <w:p>
      <w:r>
        <w:rPr>
          <w:rFonts w:ascii="Gentium Plus" w:hAnsi="Gentium Plus"/>
          <w:sz w:val="24"/>
        </w:rPr>
        <w:t>πρὶν πεφθῆναι ταῦτα, λούειν οὐ χρή. τοὺς δ’ ἐπ’ ἐγκαύ‐ σει καὶ τούτων παρόντων λουστέον, ὡς ἐν τοῖς ὑγιεινοῖς ἐπεδείκνυμεν. ἐπὶ δὲ τῷ λουτρῷ τὴν κεφαλὴν τοῖς αὐτοῖς ἑκατέρων βρέχειν οἷς πρὸ τοῦ, ψύχουσι μὲν τῶν ἐπ’ ἐγκαύ‐ σει πυρεξάντων, θερμαίνουσι δὲ τῶν ἐπὶ ψύξει. μέτρια δ’</w:t>
      </w:r>
    </w:p>
    <w:p>
      <w:r>
        <w:rPr>
          <w:rFonts w:ascii="Courier New" w:hAnsi="Courier New"/>
          <w:color w:val="555555"/>
          <w:sz w:val="20"/>
        </w:rPr>
        <w:t>[15]</w:t>
      </w:r>
    </w:p>
    <w:p>
      <w:r>
        <w:rPr>
          <w:rFonts w:ascii="Gentium Plus" w:hAnsi="Gentium Plus"/>
          <w:sz w:val="24"/>
        </w:rPr>
        <w:t>ἔστω καὶ ταῦτα μετὰ τὸ λουτρὸν, οἷον τό τε καλούμενον ἴρινόν ἐστι καὶ τὸ νάρδινον μύρον. ἀλλ’ οὐ χρὴ μηκύνειν ἔτι περὶ τῶνδε λελεγμένων ἐν τοῖς ὑγιεινοῖς. ἀρκέσει δ’</w:t>
      </w:r>
    </w:p>
    <w:p>
      <w:r>
        <w:rPr>
          <w:rFonts w:ascii="Courier New" w:hAnsi="Courier New"/>
          <w:color w:val="555555"/>
          <w:sz w:val="20"/>
        </w:rPr>
        <w:t>[10 . 555]</w:t>
      </w:r>
    </w:p>
    <w:p>
      <w:r>
        <w:rPr>
          <w:rFonts w:ascii="Gentium Plus" w:hAnsi="Gentium Plus"/>
          <w:sz w:val="24"/>
        </w:rPr>
        <w:t>των, ἅπερ ἐπὶ τῶν ἐγκαυθέντων τε καὶ ψυχθέντων ἐλέγο‐ μεν χρῆναι πράττειν, ἄνευ τοῦ πυρέξαι· οὐ μὴν ἅπαντί γε καιρῷ τοὺς πυρέξαντας λουστέον, ἀλλ’ ἐν τῇ παρακμῇ τοῦ παροξυσμοῦ. καὶ μέντοι καὶ ὡς ἐπιτείνειν μὲν χρὴ τῶν</w:t>
      </w:r>
    </w:p>
    <w:p>
      <w:r>
        <w:rPr>
          <w:rFonts w:ascii="Courier New" w:hAnsi="Courier New"/>
          <w:color w:val="555555"/>
          <w:sz w:val="20"/>
        </w:rPr>
        <w:t>[5]</w:t>
      </w:r>
    </w:p>
    <w:p>
      <w:r>
        <w:rPr>
          <w:rFonts w:ascii="Gentium Plus" w:hAnsi="Gentium Plus"/>
          <w:sz w:val="24"/>
        </w:rPr>
        <w:t>πυρεξάντων ἐπ’ ἐγκαύσει τὴν ἐμψυκτικὴν ὀνομαζομένην ἀγω‐ γὴν, ἐκλύειν δὲ τῶν ψυχθέντων τὴν θερμαντικήν. ὑπόλοιπον δ’ ἂν εἴη τὴν ἐν τῇ διαίτῃ κοινότητά τε καὶ δια‐ φορὰν ἐπελθεῖν ἁπάντων τῶν εἰρημένων ἐπὶ τῆς ὑποκειμέ‐ νης κράσεως, ἁλούσης ἐφημέρῳ πυρετῷ. κοινὸν μὲν δὴ πάν‐</w:t>
      </w:r>
    </w:p>
    <w:p>
      <w:r>
        <w:rPr>
          <w:rFonts w:ascii="Courier New" w:hAnsi="Courier New"/>
          <w:color w:val="555555"/>
          <w:sz w:val="20"/>
        </w:rPr>
        <w:t>[10]</w:t>
      </w:r>
    </w:p>
    <w:p>
      <w:r>
        <w:rPr>
          <w:rFonts w:ascii="Gentium Plus" w:hAnsi="Gentium Plus"/>
          <w:sz w:val="24"/>
        </w:rPr>
        <w:t>των εἶδος ἔστω σοι διαίτης, εὔχυμον, εὔπεπτον, οὐδαμόθι κατὰ τοὺς πόρους ἰσχόμενον· ἀλλὰ τοῖς μὲν ἐγκαυθεῖσι μετὰ τοῦ ψύχειν καὶ ὑγραίνειν. οὕτως δὲ καὶ τοῖς θυμωθεῖσι. τοῖς δὲ ψυχθεῖσι, μετὰ τοῦ θερμαίνειν μετρίως. τοῖς δ’ ἀγρυπνή‐ σασι καὶ λυπηθεῖσι καὶ πλεῖον φροντίσασιν, ὑγρὸν καὶ ὑπνῶ‐</w:t>
      </w:r>
    </w:p>
    <w:p>
      <w:r>
        <w:rPr>
          <w:rFonts w:ascii="Courier New" w:hAnsi="Courier New"/>
          <w:color w:val="555555"/>
          <w:sz w:val="20"/>
        </w:rPr>
        <w:t>[15]</w:t>
      </w:r>
    </w:p>
    <w:p>
      <w:r>
        <w:rPr>
          <w:rFonts w:ascii="Gentium Plus" w:hAnsi="Gentium Plus"/>
          <w:sz w:val="24"/>
        </w:rPr>
        <w:t>δες. οὕτως δὲ καὶ τοῖς μὲν κοπωθεῖσι τροφιμώτερον, τοῖς δὲ ψυχθεῖσιν ἀτροφώτερον, τοῖς δ’ ἄλλοις τὸ μέσον ἀμφοῖν.</w:t>
      </w:r>
    </w:p>
    <w:p>
      <w:r>
        <w:rPr>
          <w:rFonts w:ascii="Courier New" w:hAnsi="Courier New"/>
          <w:color w:val="555555"/>
          <w:sz w:val="20"/>
        </w:rPr>
        <w:t>[10 . 556]</w:t>
      </w:r>
    </w:p>
    <w:p>
      <w:r>
        <w:rPr>
          <w:rFonts w:ascii="Gentium Plus" w:hAnsi="Gentium Plus"/>
          <w:sz w:val="24"/>
        </w:rPr>
        <w:t>τοιούτοις ἅπασι, τὸν ὑδατώδη καὶ ὄψει καὶ δυνάμει· βελτίων γὰρ ὕδατος αὐτὸς τὰ πάντα, τῇ πέψει συναιρόμενος καὶ οὖρα καὶ ἱδρῶτας προτρέπων. δῆλος δ’ ἐστὶ καὶ ὁ Ἱπποκράτης οὐ μόνον ἐν τοῖς ἐφημέροις πυρετοῖς, ἀλλὰ κᾀν τοῖς ὀξέσι</w:t>
      </w:r>
    </w:p>
    <w:p>
      <w:r>
        <w:rPr>
          <w:rFonts w:ascii="Courier New" w:hAnsi="Courier New"/>
          <w:color w:val="555555"/>
          <w:sz w:val="20"/>
        </w:rPr>
        <w:t>[5]</w:t>
      </w:r>
    </w:p>
    <w:p>
      <w:r>
        <w:rPr>
          <w:rFonts w:ascii="Gentium Plus" w:hAnsi="Gentium Plus"/>
          <w:sz w:val="24"/>
        </w:rPr>
        <w:t>διδοὺς οἶνον, ἐξ ὧν ἐν τῷ περὶ διαίτης ὀξέων γράφει. κατὰ δὲ τὸ ἕκτον τῶν ἐπιδημιῶν εἴτε οὖν αὐτὸς εἴτε καὶ Θεσσα‐ λὸς ὁ υἱὸς αὐτοῦ παραιτεῖται τὸν οἶνον οὐ μόνον εἰ πυ‐ ρέξειαν οἱ θερμοὶ ταῖς κράσεσιν, ἀλλὰ κᾀν τῷ τῆς ὑγείας χρόνῳ· ἐν θερμῇ γοῦν φύσει παραινεῖ ψύξιν τε καὶ ποτὸν</w:t>
      </w:r>
    </w:p>
    <w:p>
      <w:r>
        <w:rPr>
          <w:rFonts w:ascii="Courier New" w:hAnsi="Courier New"/>
          <w:color w:val="555555"/>
          <w:sz w:val="20"/>
        </w:rPr>
        <w:t>[10]</w:t>
      </w:r>
    </w:p>
    <w:p>
      <w:r>
        <w:rPr>
          <w:rFonts w:ascii="Gentium Plus" w:hAnsi="Gentium Plus"/>
          <w:sz w:val="24"/>
        </w:rPr>
        <w:t>ὕδωρ καὶ ἐλιννύειν· εἰ μὴ ἄρα τὸ πλείονι χρῆσθαι τῷ ὕδατι τοῦ οἴνου κατὰ τὰς τοιαύτας φύσεις, ᾗπερ ἀρέσκει τισὶ, φαίημεν ὑπ’ αὐτοῦ παραινεῖσθαι. τοῦτο μὲν οὖν αὐτὸ καθ’ αὑτὸ ζητείσθω, περὶ δὲ ποτοῦ ψυχροῦ διοριστέον. ἐγὼ μὲν δή φημι τὰς τοιαύτας φύσεις ὑγιαινούσας τε μᾶλλον πρὸς</w:t>
      </w:r>
    </w:p>
    <w:p>
      <w:r>
        <w:rPr>
          <w:rFonts w:ascii="Courier New" w:hAnsi="Courier New"/>
          <w:color w:val="555555"/>
          <w:sz w:val="20"/>
        </w:rPr>
        <w:t>[15]</w:t>
      </w:r>
    </w:p>
    <w:p>
      <w:r>
        <w:rPr>
          <w:rFonts w:ascii="Gentium Plus" w:hAnsi="Gentium Plus"/>
          <w:sz w:val="24"/>
        </w:rPr>
        <w:t>τοῦ τοιούτου πόματος ὀνίνασθαι μεγάλα καὶ κατὰ τὸν ἐφή‐ μερον πυρετὸν οὐκ ἀφαιροῦμαι τοὺς εἰθικότας· ἀήθει δὲ οὐκ ἀρξαίμην τηνικαῦτα διδόναι, ἀλλὰ πρότερον ἀκριβῶς</w:t>
      </w:r>
    </w:p>
    <w:p>
      <w:r>
        <w:rPr>
          <w:rFonts w:ascii="Courier New" w:hAnsi="Courier New"/>
          <w:color w:val="555555"/>
          <w:sz w:val="20"/>
        </w:rPr>
        <w:t>[10 . 557]</w:t>
      </w:r>
    </w:p>
    <w:p>
      <w:r>
        <w:rPr>
          <w:rFonts w:ascii="Gentium Plus" w:hAnsi="Gentium Plus"/>
          <w:sz w:val="24"/>
        </w:rPr>
        <w:t>ἔθος ἐκ παίδων, ἢ ὑπόληψιν ψευδῆ φοβοῖτο τὸ ψυχρὸν, ἔργῳ τε πείσαιμ’ ἂν αὐτὸν, ἐπιτηρήσας ποτὲ αὐτὸν καυ‐ σούμενον ἐν θέρει καὶ λόγῳ μετὰ τὸ ἔργον. ὅταν γὰρ ἐπὶ τῇ χρήσει τοῦ τοιούτου πόματος ἀπαλλαχθῇ μὲν αὐτίκα</w:t>
      </w:r>
    </w:p>
    <w:p>
      <w:r>
        <w:rPr>
          <w:rFonts w:ascii="Courier New" w:hAnsi="Courier New"/>
          <w:color w:val="555555"/>
          <w:sz w:val="20"/>
        </w:rPr>
        <w:t>[5]</w:t>
      </w:r>
    </w:p>
    <w:p>
      <w:r>
        <w:rPr>
          <w:rFonts w:ascii="Gentium Plus" w:hAnsi="Gentium Plus"/>
          <w:sz w:val="24"/>
        </w:rPr>
        <w:t>τοῦ καυσοῦσθαί τε καὶ ἀλύειν, ἑαυτοῦ δὲ εὐτονώτερον ἐπὶ τῷδε τὸν στόμαχον ἔχειν φαίνηται, καὶ ἡ γαστὴρ καταῤῥή‐ ξῃ χολῶδες καὶ πέψῃ καλῶς, αὖθίς τε καὶ αὖθις χρησα‐ μένῳ ἀνατρέφηται τὸ σῶμα, τότε ἂν ἤδη καὶ τοὺς ἄλλους αὐτῷ δείξας οὓς ὁμοίως ὤνησα, διέλθοιμι πρῶτον μὲν ὡς</w:t>
      </w:r>
    </w:p>
    <w:p>
      <w:r>
        <w:rPr>
          <w:rFonts w:ascii="Courier New" w:hAnsi="Courier New"/>
          <w:color w:val="555555"/>
          <w:sz w:val="20"/>
        </w:rPr>
        <w:t>[10]</w:t>
      </w:r>
    </w:p>
    <w:p>
      <w:r>
        <w:rPr>
          <w:rFonts w:ascii="Gentium Plus" w:hAnsi="Gentium Plus"/>
          <w:sz w:val="24"/>
        </w:rPr>
        <w:t>παντὸς μᾶλλον ἀληθές ἐστι τὸ τὰ ἐναντία τῶν ἐναντίων ὑπάρχειν ἰάματα· γέγραπται δέ μοι περὶ τούτου πρόσθεν. εἶθ’ ὡς ἡ κρᾶσις αὐτῷ τὴν ὑγιεινὴν ἐκβεβηκυῖα συμμετρίαν πλησίον ἥκει νόσου, καὶ ὡς τοῖς τοιούτοις σώμασιν ἡ ὑγίεια σφαλερὰ καὶ κατὰ σχέσιν μᾶλλον ἢ καθ’ ἕξιν ὑπάρχει, καὶ</w:t>
      </w:r>
    </w:p>
    <w:p>
      <w:r>
        <w:rPr>
          <w:rFonts w:ascii="Courier New" w:hAnsi="Courier New"/>
          <w:color w:val="555555"/>
          <w:sz w:val="20"/>
        </w:rPr>
        <w:t>[15]</w:t>
      </w:r>
    </w:p>
    <w:p>
      <w:r>
        <w:rPr>
          <w:rFonts w:ascii="Gentium Plus" w:hAnsi="Gentium Plus"/>
          <w:sz w:val="24"/>
        </w:rPr>
        <w:t>ὡς εἰ μὲν ἀγαθῆς ὢν ἔτυχε κράσεως, ἐφύλαττον ἂν ἐκεί‐ νην αὐτῷ τρόπῳ παντὶ, μοχθηρᾶς δ’ ὑπάρχοντι φύσεως ἐπὶ τὸ κρεῖττον ἐξαλλάττω. λέλεκται δὲ καὶ περὶ τούτων</w:t>
      </w:r>
    </w:p>
    <w:p>
      <w:r>
        <w:rPr>
          <w:rFonts w:ascii="Courier New" w:hAnsi="Courier New"/>
          <w:color w:val="555555"/>
          <w:sz w:val="20"/>
        </w:rPr>
        <w:t>[10 . 558]</w:t>
      </w:r>
    </w:p>
    <w:p>
      <w:r>
        <w:rPr>
          <w:rFonts w:ascii="Gentium Plus" w:hAnsi="Gentium Plus"/>
          <w:sz w:val="24"/>
        </w:rPr>
        <w:t>μιμούμενον ἐκείνους τῶν συγγραφέων, ὅσοι παντάπασιν ὀλίγα γινώσκοντες, ἐν ἅπασι τοῖς βιβλίοις αὐτὰ διέρχονται. τουτὶ γὰρ οὐχὶ πολλὰ διδάσκειν, ἀλλὰ γράφειν ἐστὶ πολλὰ καὶ πολλοὺς χάρτας ἀναλίσκειν, ἐνὸν ὀλίγους, καὶ πολὺν</w:t>
      </w:r>
    </w:p>
    <w:p>
      <w:r>
        <w:rPr>
          <w:rFonts w:ascii="Courier New" w:hAnsi="Courier New"/>
          <w:color w:val="555555"/>
          <w:sz w:val="20"/>
        </w:rPr>
        <w:t>[5]</w:t>
      </w:r>
    </w:p>
    <w:p>
      <w:r>
        <w:rPr>
          <w:rFonts w:ascii="Gentium Plus" w:hAnsi="Gentium Plus"/>
          <w:sz w:val="24"/>
        </w:rPr>
        <w:t>κατατρίβειν χρόνον, ἐνὸν μή. οὐκοῦν μηδὲ τὰς διαγνώσεις τῶν ἐφημέρων πυρετῶν ἐνταυθοῖ γράφω, προειρηκὼς μὲν ἐν τῷ δευτέρῳ περὶ κρίσεων ὀλίγου δεῖν ἁπάσας, εἰρηκὼς δὲ τὰ λείποντα κᾀν τῷ πρώτῳ περὶ τῆς διαφορᾶς τῶν πυ‐ ρετῶν. οὐδὲν δ’ ἧττον κᾀν τοῖς περὶ σφυγμῶν ὅσον</w:t>
      </w:r>
    </w:p>
    <w:p>
      <w:r>
        <w:rPr>
          <w:rFonts w:ascii="Courier New" w:hAnsi="Courier New"/>
          <w:color w:val="555555"/>
          <w:sz w:val="20"/>
        </w:rPr>
        <w:t>[10]</w:t>
      </w:r>
    </w:p>
    <w:p>
      <w:r>
        <w:rPr>
          <w:rFonts w:ascii="Gentium Plus" w:hAnsi="Gentium Plus"/>
          <w:sz w:val="24"/>
        </w:rPr>
        <w:t>ἐξ αὐτῶν χρηστὸν ἑρμηνεύσας, ὡς οἶσθα, μόνος ἁπάντων τῶν ἔμπροσθεν οὕτω σαφῶς ὡς μηδ’ ἂν παῖδα λαθεῖν τὸ δηλούμενον, Ἀρχιγένους ὡς ἐπεδείξαμεν, οὐ διδάξαντος, ἀλλὰ περιλαλήσαντος τὰ πλεῖστα κατά τε τὸ περὶ σφυγμῶν σύγ‐ γραμμα καὶ τὴν πραγματείαν ἣν αὐτὸς ἐπιγράφει περὶ τῆς</w:t>
      </w:r>
    </w:p>
    <w:p>
      <w:r>
        <w:rPr>
          <w:rFonts w:ascii="Courier New" w:hAnsi="Courier New"/>
          <w:color w:val="555555"/>
          <w:sz w:val="20"/>
        </w:rPr>
        <w:t>[15]</w:t>
      </w:r>
    </w:p>
    <w:p>
      <w:r>
        <w:rPr>
          <w:rFonts w:ascii="Gentium Plus" w:hAnsi="Gentium Plus"/>
          <w:sz w:val="24"/>
        </w:rPr>
        <w:t>τοῦ πυρετοῦ σημειώσεως. ὥσπερ δὲ τὸν ἐν τῷ στυπτηριώδει λουσάμενον ὕδατι τὴν τρίτην ἡμέραν ἀσιτεῖν ἐκέλευον οἱ ἰατροὶ, κατὰ τὸν αὐτὸν τρόπον οἶσθα καὶ τῶν ἐγκαυθέντων</w:t>
      </w:r>
    </w:p>
    <w:p>
      <w:r>
        <w:rPr>
          <w:rFonts w:ascii="Courier New" w:hAnsi="Courier New"/>
          <w:color w:val="555555"/>
          <w:sz w:val="20"/>
        </w:rPr>
        <w:t>[10 . 559]</w:t>
      </w:r>
    </w:p>
    <w:p>
      <w:r>
        <w:rPr>
          <w:rFonts w:ascii="Gentium Plus" w:hAnsi="Gentium Plus"/>
          <w:sz w:val="24"/>
        </w:rPr>
        <w:t>πυρεξάντων, οὐδένα λούοντας, οὐδὲ τρέφοντας αὐτοὺς πρὶν ὑπερβαλεῖν τὴν διάτριτον. ἀνάγκη δήπου κᾀμὲ λέγειν διάτρι‐ τον, ὅπως μὴ καὶ περὶ τοῦδε τῆς φλυαρίας αὐτῶν ἐνέχωμαι, φασκόντων ἕτερον μὲν εἶναι τὸν διὰ τρίτης παροξυσμὸν, ἑτέ‐</w:t>
      </w:r>
    </w:p>
    <w:p>
      <w:r>
        <w:rPr>
          <w:rFonts w:ascii="Courier New" w:hAnsi="Courier New"/>
          <w:color w:val="555555"/>
          <w:sz w:val="20"/>
        </w:rPr>
        <w:t>[5]</w:t>
      </w:r>
    </w:p>
    <w:p>
      <w:r>
        <w:rPr>
          <w:rFonts w:ascii="Gentium Plus" w:hAnsi="Gentium Plus"/>
          <w:sz w:val="24"/>
        </w:rPr>
        <w:t>ραν δὲ τὴν πρώτην διάτριτον· ἤκουσας γάρ ποτε καὶ σὺ μέχρι τοσούτου τῆς ἀδολεσχίας αὐτῶν ἐκταθείσης. ἀλλ’ εἴτε πρώ‐ την διάτριτον, εἴτ’ ἄλλο τι καλεῖν ἐθέλουσιν, οὐχ ἅπαξ ἢ δὶς ἢ τρὶς, ἀλλ’ ὁσάκις οὐδὲ μεμνῆσθαι δυνατὸν ἔν τε τῇ πρώτῃ τῶν ἡμερῶν, εὐθέως εἰς ἑσπέραν ἐλούσαμεν τοὺς τὸν ἐφήμε‐</w:t>
      </w:r>
    </w:p>
    <w:p>
      <w:r>
        <w:rPr>
          <w:rFonts w:ascii="Courier New" w:hAnsi="Courier New"/>
          <w:color w:val="555555"/>
          <w:sz w:val="20"/>
        </w:rPr>
        <w:t>[10]</w:t>
      </w:r>
    </w:p>
    <w:p>
      <w:r>
        <w:rPr>
          <w:rFonts w:ascii="Gentium Plus" w:hAnsi="Gentium Plus"/>
          <w:sz w:val="24"/>
        </w:rPr>
        <w:t>ρον πυρέξαντας, ἔν τε τῇ δευτέρᾳ πολὺ μᾶλλον, ἀλλὰ καὶ κατ’ αὐτὴν τρίτην, ὡς ὀλίγον ἔμπροσθεν ἔφαμεν ἐπὶ τοῦ στεγνωθέντος τὸ δέρμα. τουτὶ μὲν οὖν τὸ αἴτιον ὀλιγάκις ἐθεασάμην ἀνάψαν πυρετὸν, ὅθεν αὐτὸ μάλιστα προὐχειρι‐ σάμην, ἔγκαυσιν δὲ καὶ κόπον ἕκαστόν τε τῶν ἄλλων πάνυ</w:t>
      </w:r>
    </w:p>
    <w:p>
      <w:r>
        <w:rPr>
          <w:rFonts w:ascii="Courier New" w:hAnsi="Courier New"/>
          <w:color w:val="555555"/>
          <w:sz w:val="20"/>
        </w:rPr>
        <w:t>[15]</w:t>
      </w:r>
    </w:p>
    <w:p>
      <w:r>
        <w:rPr>
          <w:rFonts w:ascii="Gentium Plus" w:hAnsi="Gentium Plus"/>
          <w:sz w:val="24"/>
        </w:rPr>
        <w:t>πολλάκις. ἐθεάσω δὲ καὶ σὺ πάντας αὐτοὺς τῇ τετάρτῃ τῶν ἡμερῶν ἕωθέν τε προσελθόντας ἐπὶ τὰς συνήθεις πράξεις, ἀπαντῶντάς τε τοῖς ἰατροῖς ὅσοι καὶ τὴν τρίτην ἡμέραν ᾤοντο τελέως αὐτοὺς ἠσιτηκέναι. καὶ τοίνυν θαυμάζοντί σοι</w:t>
      </w:r>
    </w:p>
    <w:p>
      <w:r>
        <w:rPr>
          <w:rFonts w:ascii="Courier New" w:hAnsi="Courier New"/>
          <w:color w:val="555555"/>
          <w:sz w:val="20"/>
        </w:rPr>
        <w:t>[10 . 560]</w:t>
      </w:r>
    </w:p>
    <w:p>
      <w:r>
        <w:rPr>
          <w:rFonts w:ascii="Gentium Plus" w:hAnsi="Gentium Plus"/>
          <w:sz w:val="24"/>
        </w:rPr>
        <w:t>ἀποστῆναι τοὺς τοιούτους ἰατροὺς τῶν κακῶς αὐτοῖς ὑπει‐ λημμένων, ὡς νομίζω, προσηκόντως εἶπον ὅτι μήτε γινώσκουσι τὴν ἀληθῆ θεωρίαν, αἰδοῦνταί τε νῦν ἄρξασθαι μανθάνειν αὐτήν. ἔνιοι δ’, ὡς ἤκουσάς ποτέ τινος ἐξ αὐτῶν</w:t>
      </w:r>
    </w:p>
    <w:p>
      <w:r>
        <w:rPr>
          <w:rFonts w:ascii="Courier New" w:hAnsi="Courier New"/>
          <w:color w:val="555555"/>
          <w:sz w:val="20"/>
        </w:rPr>
        <w:t>[5]</w:t>
      </w:r>
    </w:p>
    <w:p>
      <w:r>
        <w:rPr>
          <w:rFonts w:ascii="Gentium Plus" w:hAnsi="Gentium Plus"/>
          <w:sz w:val="24"/>
        </w:rPr>
        <w:t>ὁμολογήσαντος ἡμῖν ἰδίᾳ τἀληθῆ μετὰ τοῦ δακρύειν, οὐδὲ τῶν ἐπιτηδείων εὐπορῆσαί φασιν, ἐὰν οἱ νομίζοντες αὐτοὺς ἐπίστασθαί τι θεάσωνται μανθάνοντας. ἀλλὰ σὺ μὲν ἅπαξ ἤκουσας τοῦτο, θεοὺς δ’ ἐγὼ σύμπαντας ἐπόμνυμι πολλοὺς ἐμοὶ πολλάκις ὡμολογηκέναι μόνῳ ταῦτα μετὰ τοῦ δακρύειν</w:t>
      </w:r>
    </w:p>
    <w:p>
      <w:r>
        <w:rPr>
          <w:rFonts w:ascii="Courier New" w:hAnsi="Courier New"/>
          <w:color w:val="555555"/>
          <w:sz w:val="20"/>
        </w:rPr>
        <w:t>[10]</w:t>
      </w:r>
    </w:p>
    <w:p>
      <w:r>
        <w:rPr>
          <w:rFonts w:ascii="Gentium Plus" w:hAnsi="Gentium Plus"/>
          <w:sz w:val="24"/>
        </w:rPr>
        <w:t>τε καὶ τὴν ἑαυτῶν ὀδύρεσθαι δυστυχίαν ἐπὶ τῷ τὸν χρόνον ἀπολέσαι μοχθηροῖς διδασκάλοις χρησαμένους. ἐπόμνυμι δ’ αὖθίς σοι τοὺς θεοὺς καὶ τοῦτό μοι λεχθῆναι πάνυ πολλάκις ὑπὸ τῶν συμφοιτησάντων ἔτι μειρακίῳ τὴν ἡλικίαν ὄντι. ἐπειδὴ γὰρ εἴωθα, ὁπότε τις ἔροιτο περί τινος δόγματος εἰ</w:t>
      </w:r>
    </w:p>
    <w:p>
      <w:r>
        <w:rPr>
          <w:rFonts w:ascii="Courier New" w:hAnsi="Courier New"/>
          <w:color w:val="555555"/>
          <w:sz w:val="20"/>
        </w:rPr>
        <w:t>[15]</w:t>
      </w:r>
    </w:p>
    <w:p>
      <w:r>
        <w:rPr>
          <w:rFonts w:ascii="Gentium Plus" w:hAnsi="Gentium Plus"/>
          <w:sz w:val="24"/>
        </w:rPr>
        <w:t>ἀληθὲς εἴη, μηδὲν ἀποκρίνασθαι δύνασθαι φάσκειν, εἰ μὴ καὶ τὰ τῶν ἄλλων ἁπάντων μάθοιμι καί τινα μεθόδον κτησαίμην ᾗ διαγινώσκοιμι τὸ βέλτιον, οὐκ ὀλίγοι τῶν ταῦτα ἀκουόν‐</w:t>
      </w:r>
    </w:p>
    <w:p>
      <w:r>
        <w:rPr>
          <w:rFonts w:ascii="Courier New" w:hAnsi="Courier New"/>
          <w:color w:val="555555"/>
          <w:sz w:val="20"/>
        </w:rPr>
        <w:t>[10 . 561]</w:t>
      </w:r>
    </w:p>
    <w:p>
      <w:r>
        <w:rPr>
          <w:rFonts w:ascii="Gentium Plus" w:hAnsi="Gentium Plus"/>
          <w:sz w:val="24"/>
        </w:rPr>
        <w:t>κέχρησαι καὶ παιδείᾳ θαυμαστῇ διὰ τὴν τοῦ πατρός σου φιλο‐ τιμίαν, καὶ ἡλικίαν δυναμένην μανθάνειν ἔχεις ὅθεν τε δαπα‐ νᾷν χρὴ σχολάζοντα μαθήμασι κέκτησαι· τὸ δ’ ἡμέτερον οὐχ ὧδ’ ἔχει· καὶ γὰρ ἀπαίδευτοι τὴν πρώτην παιδείαν ἐσμὲν καὶ</w:t>
      </w:r>
    </w:p>
    <w:p>
      <w:r>
        <w:rPr>
          <w:rFonts w:ascii="Courier New" w:hAnsi="Courier New"/>
          <w:color w:val="555555"/>
          <w:sz w:val="20"/>
        </w:rPr>
        <w:t>[5]</w:t>
      </w:r>
    </w:p>
    <w:p>
      <w:r>
        <w:rPr>
          <w:rFonts w:ascii="Gentium Plus" w:hAnsi="Gentium Plus"/>
          <w:sz w:val="24"/>
        </w:rPr>
        <w:t>οὐκ ὀξεῖς τὴν διάνοιαν ὥσπερ σὺ καὶ ἀναλίσκειν οὐκ ἔχομεν· ἀγαπητέον οὖν ἡμῖν ἐστιν ὁποῖά ποτ’ ἂν εἴη ταῦτα τὰ νῦν γινωσκόμενα. μὴ τοίνυν ἔτι θαύμαζε διὰ τί πολλοὶ τῶν ἰατρῶν οὐκ αἰσχύνονται φθεγγόμενοι τὴν διάτριτον, καίτοι μυριάκις ἡμᾶς ἑωρακότες ἐπὶ τῶν νοσούντων προγινώσκοντας</w:t>
      </w:r>
    </w:p>
    <w:p>
      <w:r>
        <w:rPr>
          <w:rFonts w:ascii="Courier New" w:hAnsi="Courier New"/>
          <w:color w:val="555555"/>
          <w:sz w:val="20"/>
        </w:rPr>
        <w:t>[10]</w:t>
      </w:r>
    </w:p>
    <w:p>
      <w:r>
        <w:rPr>
          <w:rFonts w:ascii="Gentium Plus" w:hAnsi="Gentium Plus"/>
          <w:sz w:val="24"/>
        </w:rPr>
        <w:t>εἴτ’ ἐφήμερός ἐστιν ὁ πυρετὸς εἴτε καὶ κατὰ τὴν τρίτην ἢ τετάρτην ἡμέραν οἴσει τινὰ παροξυσμόν. ἀλλ’ ἐκεῖνο σκόπει τὸ ὑφ’ Ἱπποκράτους εἰρημένον, ἀνθρώπου φιλοσοφω‐ τάτου τὸ ἦθος. ὅκου μὲν οὖν κάτοξυ τὸ νόσημα, αὐτίκα καὶ τοὺς ἐσχάτους πόνους ἔχει καὶ τῇ ἐσχάτως λεπτῇ διαίτῃ ἀναγ‐</w:t>
      </w:r>
    </w:p>
    <w:p>
      <w:r>
        <w:rPr>
          <w:rFonts w:ascii="Courier New" w:hAnsi="Courier New"/>
          <w:color w:val="555555"/>
          <w:sz w:val="20"/>
        </w:rPr>
        <w:t>[15]</w:t>
      </w:r>
    </w:p>
    <w:p>
      <w:r>
        <w:rPr>
          <w:rFonts w:ascii="Gentium Plus" w:hAnsi="Gentium Plus"/>
          <w:sz w:val="24"/>
        </w:rPr>
        <w:t>καῖον χρέεσθαι. ὅκου δὲ μὴ, ἀλλ’ ἐνδέχεται ἁδροτέρως διαι‐ τᾷν, τοσοῦτον ὑποκαταβαίνειν, ὁκόσον ἂν ἡ νοῦσος μαλθακω‐ τέρα τῶν ἐσχάτων εἴη. πόνους μὲν γὰρ λέγει πάντα τὰ</w:t>
      </w:r>
    </w:p>
    <w:p>
      <w:r>
        <w:rPr>
          <w:rFonts w:ascii="Courier New" w:hAnsi="Courier New"/>
          <w:color w:val="555555"/>
          <w:sz w:val="20"/>
        </w:rPr>
        <w:t>[10 . 562]</w:t>
      </w:r>
    </w:p>
    <w:p>
      <w:r>
        <w:rPr>
          <w:rFonts w:ascii="Gentium Plus" w:hAnsi="Gentium Plus"/>
          <w:sz w:val="24"/>
        </w:rPr>
        <w:t>στους, οἵπερ ἐν ταῖς ἀκμαῖς γίνονται. κελεύει δ’ εἰς τοῦτον τὸν χρόνον ἀποτίθεσθαι τῆς διαίτης τὸ λεπτότατον, οὐδέν τι διδάσκων ἀλλοιότερον ἢ ὁπότ’ ἔφασκεν· ὁκόταν ἀκμάζῃ τὸ νόσημα, τότε καὶ τῇ λεπτοτάτῃ διαίτῃ ἀναγκαῖον χρέεσθαι.</w:t>
      </w:r>
    </w:p>
    <w:p>
      <w:r>
        <w:rPr>
          <w:rFonts w:ascii="Courier New" w:hAnsi="Courier New"/>
          <w:color w:val="555555"/>
          <w:sz w:val="20"/>
        </w:rPr>
        <w:t>[5]</w:t>
      </w:r>
    </w:p>
    <w:p>
      <w:r>
        <w:rPr>
          <w:rFonts w:ascii="Gentium Plus" w:hAnsi="Gentium Plus"/>
          <w:sz w:val="24"/>
        </w:rPr>
        <w:t>καὶ μὴν οὐχ οἷόν τε τὸ λεπτότατον τῆς διαίτης εἰς τὴν ἀκμὴν ἀναβάλλεσθαι, χωρὶς τοῦ κατὰ τὴν ἀρχὴν ἐστοχάσθαι περὶ πόσην ἡμέραν ἀκμάσει τὸ νόσημα. ἀλλὰ καὶ Ἱπποκράτη φασὶ ληρεῖν ταῦτα γράψαντα καὶ ἡμῶν ἔργῳ διαδεικνυμένων αὐτὰ, πάντα μᾶλλον νομίζουσιν ἢ δυνατὸν ἀνθρώπῳ κατὰ τὸν</w:t>
      </w:r>
    </w:p>
    <w:p>
      <w:r>
        <w:rPr>
          <w:rFonts w:ascii="Courier New" w:hAnsi="Courier New"/>
          <w:color w:val="555555"/>
          <w:sz w:val="20"/>
        </w:rPr>
        <w:t>[10]</w:t>
      </w:r>
    </w:p>
    <w:p>
      <w:r>
        <w:rPr>
          <w:rFonts w:ascii="Gentium Plus" w:hAnsi="Gentium Plus"/>
          <w:sz w:val="24"/>
        </w:rPr>
        <w:t>πρῶτόν ποτε παροξυσμὸν, ἀκριβῆ γνῶσιν ἔχειν τῆς τοῦ κά‐ μνοντος διαθέσεως. ἐγὼ δ’ οὔτ’ ἐφ’ ἁπάντων τῶν νοσούντων ἀκριβῶς φημι γινώσκειν τὴν διάθεσιν ἐν τῇ πρώτῃ τῶν ἡμε‐ ρῶν οὔτε τῶν ἐφημέρων τινὰ πυρετὸν λαθεῖν ἄν με· τοῦτο δ’ ἀρκεῖ κατά γε τὰς πρώτας ἡμέρας εἰς τὸ μηδὲν ἁμαρτεῖν</w:t>
      </w:r>
    </w:p>
    <w:p>
      <w:r>
        <w:rPr>
          <w:rFonts w:ascii="Courier New" w:hAnsi="Courier New"/>
          <w:color w:val="555555"/>
          <w:sz w:val="20"/>
        </w:rPr>
        <w:t>[15]</w:t>
      </w:r>
    </w:p>
    <w:p>
      <w:r>
        <w:rPr>
          <w:rFonts w:ascii="Gentium Plus" w:hAnsi="Gentium Plus"/>
          <w:sz w:val="24"/>
        </w:rPr>
        <w:t>ἐν τῇ διαίτῃ, τὸ διακρῖναι τὸν ἐφήμερον πυρετὸν τῶν ἄλλων. διὰ τοῦτό γέ τοι τῇ τετάρτῃ τῶν ἡμερῶν, ἐν ᾗ πρῶτον ἐκεῖνοι προταριχεύσαντες τὸν ἄνθρωπον ἄρχονται τρέφειν, ἡμεῖς ἤδη</w:t>
      </w:r>
    </w:p>
    <w:p>
      <w:r>
        <w:rPr>
          <w:rFonts w:ascii="Courier New" w:hAnsi="Courier New"/>
          <w:color w:val="555555"/>
          <w:sz w:val="20"/>
        </w:rPr>
        <w:t>[10 . 563]</w:t>
      </w:r>
    </w:p>
    <w:p>
      <w:r>
        <w:rPr>
          <w:rFonts w:ascii="Gentium Plus" w:hAnsi="Gentium Plus"/>
          <w:sz w:val="24"/>
        </w:rPr>
        <w:t>κᾀκ τῶν ἐφημέρων πυρετῶν τὴν μετάστασιν εἰς τοὺς ὀξεῖς γενέσθαι, τῷ τρόπῳ τούτῳ τῆς διαίτης· ὡς εἴ γέ τις ἑτέρως διαιτήσειεν, ἐξ ἀνάγκης ἀκολουθήσουσι κατά γε τὰς προειρη‐ μένας κράσεις ὅσοι διακαέστατοι τῶν πυρετῶν. ἕτεραι γάρ</w:t>
      </w:r>
    </w:p>
    <w:p>
      <w:r>
        <w:rPr>
          <w:rFonts w:ascii="Courier New" w:hAnsi="Courier New"/>
          <w:color w:val="555555"/>
          <w:sz w:val="20"/>
        </w:rPr>
        <w:t>[5]</w:t>
      </w:r>
    </w:p>
    <w:p>
      <w:r>
        <w:rPr>
          <w:rFonts w:ascii="Gentium Plus" w:hAnsi="Gentium Plus"/>
          <w:sz w:val="24"/>
        </w:rPr>
        <w:t>εἰσι φύσεις ἐφ’ ὧν ἢ οὐδὲν ἢ οὐκ ἀξιόλογόν γέ τι τοσούτων ἡμερῶν βλάπτει λιμός· ὥσπερ ἕτεραί γε πάλιν ἐφ’ ὧν οὐ μόνον ἀβλαβὴς, ἀλλὰ καὶ πρὸς ὠφέλειάν ἐστιν ἡ ἀσιτία τῶν τριῶν ἡμερῶν. ἀλλὰ περὶ μὲν τῶν ἄλλων φύσεων ἑξῆς διορί‐ σω. τὴν ὑποκειμένην δ’ ἐξ ἀρχῆς κρᾶσιν εἰς τοὔσχατον ἄγουσι</w:t>
      </w:r>
    </w:p>
    <w:p>
      <w:r>
        <w:rPr>
          <w:rFonts w:ascii="Courier New" w:hAnsi="Courier New"/>
          <w:color w:val="555555"/>
          <w:sz w:val="20"/>
        </w:rPr>
        <w:t>[10]</w:t>
      </w:r>
    </w:p>
    <w:p>
      <w:r>
        <w:rPr>
          <w:rFonts w:ascii="Gentium Plus" w:hAnsi="Gentium Plus"/>
          <w:sz w:val="24"/>
        </w:rPr>
        <w:t>κίνδυνον αἱ ἀσιτίαι κατὰ πάντας τοὺς πυρετοὺς, οὐ μόνους ὧν νῦν ἐμνημόνευσα, τοὺς ἐφημέρους ὀνομαζομένους. Εἰ γὰρ καὶ δι’ ἔμφραξιν, ὡς ἐλέχθη, στε‐ γνωθείη ποθ’ ἡ διαπνοὴ, μικρὰν μὲν ὑπάρχουσαν αὐτὴν, εἴ τις ὀρθῶς διαῤῥύψειε, κωλύσει γενέσθαι δεύτερον παροξυσμόν·</w:t>
      </w:r>
    </w:p>
    <w:p>
      <w:r>
        <w:rPr>
          <w:rFonts w:ascii="Courier New" w:hAnsi="Courier New"/>
          <w:color w:val="555555"/>
          <w:sz w:val="20"/>
        </w:rPr>
        <w:t>[15]</w:t>
      </w:r>
    </w:p>
    <w:p>
      <w:r>
        <w:rPr>
          <w:rFonts w:ascii="Gentium Plus" w:hAnsi="Gentium Plus"/>
          <w:sz w:val="24"/>
        </w:rPr>
        <w:t>ἀξιολόγου δὲ γενομένης, οὐκ ἔθ’ ὁμοίως ἐπαγγείλασθαι δυ‐ νατόν. εἰ δὲ καὶ πολλοὶ καὶ παχεῖς καὶ γλίσχροι σφηνωθεῖεν χυμοὶ, τὸν ἐπὶ τούτοις πυρετὸν ἀδύνατόν ἐστιν ἐν τοῖς ὅροις</w:t>
      </w:r>
    </w:p>
    <w:p>
      <w:r>
        <w:rPr>
          <w:rFonts w:ascii="Courier New" w:hAnsi="Courier New"/>
          <w:color w:val="555555"/>
          <w:sz w:val="20"/>
        </w:rPr>
        <w:t>[10 . 564]</w:t>
      </w:r>
    </w:p>
    <w:p>
      <w:r>
        <w:rPr>
          <w:rFonts w:ascii="Gentium Plus" w:hAnsi="Gentium Plus"/>
          <w:sz w:val="24"/>
        </w:rPr>
        <w:t>χυμῶν διαδέξεται κατὰ τὰς κακοχύμους φύσεις. ὡς ἐπ’ ἄλλων γε κράσεων ἃς ἐν τοῖς ἑξῆς ἑρμηνεύσω γένοιτ’ ἄν τις ἰδέα πυρετοῦ συνόχου διὰ τὴν τοιαύτην αἰτίαν ἄνευ σήψεως χυμῶν. ἕπεσθαι δὲ τοῖς τοιούτοις λόγοις ἀδύνατον ὅσον ἄν</w:t>
      </w:r>
    </w:p>
    <w:p>
      <w:r>
        <w:rPr>
          <w:rFonts w:ascii="Courier New" w:hAnsi="Courier New"/>
          <w:color w:val="555555"/>
          <w:sz w:val="20"/>
        </w:rPr>
        <w:t>[5]</w:t>
      </w:r>
    </w:p>
    <w:p>
      <w:r>
        <w:rPr>
          <w:rFonts w:ascii="Gentium Plus" w:hAnsi="Gentium Plus"/>
          <w:sz w:val="24"/>
        </w:rPr>
        <w:t>τις μὴ πρότερον ἐν ταῖς εἰρημέναις πραγματείαις γυμνάσηται, καὶ μάλιστα τῇ περὶ τῆς διαφορᾶς τῶν πυρετῶν. ἐπειδὰν γὰρ ἔμφραξίς τις ᾖ μετρία δι’ ἣν ἐπύρεξαν οἱ κακόχυμοι κατὰ μὲν τὴν πρώτην καὶ δευτέραν ἡμέραν ἄχρι τινὸς, οὐκ ἔστιν ἐν τῷ σφυγμῷ τὸ τῆς σήψεως σημεῖον, ὥσπερ οὐδ’ ἐν τοῖς</w:t>
      </w:r>
    </w:p>
    <w:p>
      <w:r>
        <w:rPr>
          <w:rFonts w:ascii="Courier New" w:hAnsi="Courier New"/>
          <w:color w:val="555555"/>
          <w:sz w:val="20"/>
        </w:rPr>
        <w:t>[10]</w:t>
      </w:r>
    </w:p>
    <w:p>
      <w:r>
        <w:rPr>
          <w:rFonts w:ascii="Gentium Plus" w:hAnsi="Gentium Plus"/>
          <w:sz w:val="24"/>
        </w:rPr>
        <w:t>οὔροις τὸ τῆς ἀπεψίας. μηκυνομένης μέντοι τῆς παρακμῆς καὶ μηκέτ’ ἀνάλογον ἐνδιδούσης ὥσπερ ὑπήρξατο μετὰ τὴν ἀκμὴν ὕποπτός ἐστιν ἡ διάθεσις, ὥσπερ ἐφ’ ὧν ἐπείγεται πρὸς τὴν λύσιν, ἀτμοί γέ τινες, ἢ νοτίδες, ἢ ἱδρῶτες ἐξεκρί‐ θησαν, ἢ οὖρα πλείω χρηστὰ μετὰ τῶν κατὰ τὸν σφυγμὸν</w:t>
      </w:r>
    </w:p>
    <w:p>
      <w:r>
        <w:rPr>
          <w:rFonts w:ascii="Courier New" w:hAnsi="Courier New"/>
          <w:color w:val="555555"/>
          <w:sz w:val="20"/>
        </w:rPr>
        <w:t>[15]</w:t>
      </w:r>
    </w:p>
    <w:p>
      <w:r>
        <w:rPr>
          <w:rFonts w:ascii="Gentium Plus" w:hAnsi="Gentium Plus"/>
          <w:sz w:val="24"/>
        </w:rPr>
        <w:t>σημείων ἀγαθῶν ὑπαρχόντων, ἐφήμερός ἐστι βεβαίως ὁ πυρε‐ τός. ἀλλ’ ὅ γε διὰ μικρὰν ἔμφραξιν ὅμοιος μὲν τοῖς ἐφημέροις ἐστὶν, ὡς εἴρηται, κατά γε τὰ πρῶτα, μηκυνομένης δὲ τῆς</w:t>
      </w:r>
    </w:p>
    <w:p>
      <w:r>
        <w:rPr>
          <w:rFonts w:ascii="Courier New" w:hAnsi="Courier New"/>
          <w:color w:val="555555"/>
          <w:sz w:val="20"/>
        </w:rPr>
        <w:t>[10 . 565]</w:t>
      </w:r>
    </w:p>
    <w:p>
      <w:r>
        <w:rPr>
          <w:rFonts w:ascii="Gentium Plus" w:hAnsi="Gentium Plus"/>
          <w:sz w:val="24"/>
        </w:rPr>
        <w:t>σημεῖον ἐμφαίνηται τοῖς σφυγμοῖς· ἐὰν γὰρ μὴ διαπνευσθῇ τελέως, ἀναγκαῖόν ἐστι σαπῆναι τὴν κακοχυμίαν. ἵν’ οὖν διαπνεύσῃ, μείζονος ἡμῖν ἤδη βοηθείας ἐστὶ χρεία. εἰ μὲν οὖν ἤτοι παιδίον ἢ γέρων εἴη, φλεβοτομεῖν οὐκ ἔτ’ ἐγχωρεῖ·</w:t>
      </w:r>
    </w:p>
    <w:p>
      <w:r>
        <w:rPr>
          <w:rFonts w:ascii="Courier New" w:hAnsi="Courier New"/>
          <w:color w:val="555555"/>
          <w:sz w:val="20"/>
        </w:rPr>
        <w:t>[5]</w:t>
      </w:r>
    </w:p>
    <w:p>
      <w:r>
        <w:rPr>
          <w:rFonts w:ascii="Gentium Plus" w:hAnsi="Gentium Plus"/>
          <w:sz w:val="24"/>
        </w:rPr>
        <w:t>μεταξὺ δὲ τῶν ἡλικιῶν τούτων ῥώμης παρούσης τῷ κά‐ μνοντι φλεβοτομητέον, εἰ καὶ τὰ τοῦ πλήθους ἀπείη σημεῖα. βέλτιον γὰρ ἐκκενώσαντα τὸ πλέον τῆς κακοχυμίας, ἐπὶ τὸ διαῤῥύπτειν τὰς ἐμφράξεις ἰέναι· κίνδυνος γὰρ ἐκφραττόντων, πρὶν ἐκκενῶσαι, σφηνωθῆναι μᾶλλον αὐτάς. ἐκφράττουσι</w:t>
      </w:r>
    </w:p>
    <w:p>
      <w:r>
        <w:rPr>
          <w:rFonts w:ascii="Courier New" w:hAnsi="Courier New"/>
          <w:color w:val="555555"/>
          <w:sz w:val="20"/>
        </w:rPr>
        <w:t>[10]</w:t>
      </w:r>
    </w:p>
    <w:p>
      <w:r>
        <w:rPr>
          <w:rFonts w:ascii="Gentium Plus" w:hAnsi="Gentium Plus"/>
          <w:sz w:val="24"/>
        </w:rPr>
        <w:t>μὲν οὖν αἱ ῥυπτικαὶ δυνάμεις, ἔξωθέν τε προσπίπτουσαι τῷ δέρματι καὶ εἴσω τοῦ σώματος λαμβανόμεναι. κίνδυνος δὲ καὶ τὰς ἐκτὸς ἑλκούσας ἅμα τοῖς ἐμφράττουσι συνεπισπᾶσθαί τι καὶ ἄλλο, καὶ τὰς ἔνδοθεν ἀναφερομένας ἑαυταῖς συνεπι‐ σύρεσθαί τι τῶν ἐν τοῖς ἀγγείοις. ὅπερ εἰ μὲν γλίσχρον, ἢ</w:t>
      </w:r>
    </w:p>
    <w:p>
      <w:r>
        <w:rPr>
          <w:rFonts w:ascii="Courier New" w:hAnsi="Courier New"/>
          <w:color w:val="555555"/>
          <w:sz w:val="20"/>
        </w:rPr>
        <w:t>[15]</w:t>
      </w:r>
    </w:p>
    <w:p>
      <w:r>
        <w:rPr>
          <w:rFonts w:ascii="Gentium Plus" w:hAnsi="Gentium Plus"/>
          <w:sz w:val="24"/>
        </w:rPr>
        <w:t>παχὺ τύχοι, διπλασιάσει τὴν ἔμφραξιν· εἰ δὲ μὴ, ἀλλὰ τῷ πλήθει γε, πάντως οὐ σμικρὰ λυπήσει. φαίνεται γὰρ ἐνίοτε</w:t>
      </w:r>
    </w:p>
    <w:p>
      <w:r>
        <w:rPr>
          <w:rFonts w:ascii="Courier New" w:hAnsi="Courier New"/>
          <w:color w:val="555555"/>
          <w:sz w:val="20"/>
        </w:rPr>
        <w:t>[10 . 566]</w:t>
      </w:r>
    </w:p>
    <w:p>
      <w:r>
        <w:rPr>
          <w:rFonts w:ascii="Gentium Plus" w:hAnsi="Gentium Plus"/>
          <w:sz w:val="24"/>
        </w:rPr>
        <w:t>καὶ σφηνοῦσθαι τῶν γλίσχρων καὶ παχέων· εἰ δὲ καὶ διὰ πό‐ ρων στενῶν ἡ διέξοδος εἴη, πολὺ δὴ μᾶλλον ἴσχεσθαι. ὅπως οὖν ἀσφαλὴς καὶ τούτοις ἡ φορὰ καὶ τοῖς ἔξωθεν ἡ ὁλκὴ γίγνοιτο, χρησιμώτατόν τέ ἐστι κενῶσαι τὸ σῶμα. καὶ</w:t>
      </w:r>
    </w:p>
    <w:p>
      <w:r>
        <w:rPr>
          <w:rFonts w:ascii="Courier New" w:hAnsi="Courier New"/>
          <w:color w:val="555555"/>
          <w:sz w:val="20"/>
        </w:rPr>
        <w:t>[5]</w:t>
      </w:r>
    </w:p>
    <w:p>
      <w:r>
        <w:rPr>
          <w:rFonts w:ascii="Gentium Plus" w:hAnsi="Gentium Plus"/>
          <w:sz w:val="24"/>
        </w:rPr>
        <w:t>μέντοι καὶ τὰ διαπνεόμενα τῶν χυμῶν καπνώδη καὶ λιγνυώδη περιττώματα μειωθέντων αὐτῶν ἐλάττω γίγνοιτο ἄν. ὥστε καὶ διὰ τοῦτο βραχύτερον ἔσται τὸ πυρετῶδες θερμὸν, ὡς ἐγχωρεῖν αὐτὸ διαπνεῖν εἰς τοὐκτὸς, εἴπερ εἶεν αἱ ἐμφράξεις βραχεῖαι. ὅταν οὖν ποθ’ ὑπονοήσῃς ἐστεγνῶσθαι τὸ δέρμα</w:t>
      </w:r>
    </w:p>
    <w:p>
      <w:r>
        <w:rPr>
          <w:rFonts w:ascii="Courier New" w:hAnsi="Courier New"/>
          <w:color w:val="555555"/>
          <w:sz w:val="20"/>
        </w:rPr>
        <w:t>[10]</w:t>
      </w:r>
    </w:p>
    <w:p>
      <w:r>
        <w:rPr>
          <w:rFonts w:ascii="Gentium Plus" w:hAnsi="Gentium Plus"/>
          <w:sz w:val="24"/>
        </w:rPr>
        <w:t>δι’ ἔμφραξιν, ἔκ τε τῶν μὴ γίγνεσθαι κατὰ τὴν παρακμὴν τοῦ πρώτου παροξυσμοῦ κενώσεις ἀξιολόγους καὶ διαμένειν ὁμοίαν ἑαυτῇ τὴν παρακμὴν, εἰ μὲν ἀπὸ μηδενὸς τῶν προ‐ φανῶν αἰτίων ἐπύρεξεν ὁ ἄνθρωπος, ἔτι καὶ μᾶλλον ἂν εἴη σοι βεβαιοτέρα τῆς ἐμφράξεως ἡ διάγνωσις· εἰ δὲ σύν τινι</w:t>
      </w:r>
    </w:p>
    <w:p>
      <w:r>
        <w:rPr>
          <w:rFonts w:ascii="Courier New" w:hAnsi="Courier New"/>
          <w:color w:val="555555"/>
          <w:sz w:val="20"/>
        </w:rPr>
        <w:t>[15]</w:t>
      </w:r>
    </w:p>
    <w:p>
      <w:r>
        <w:rPr>
          <w:rFonts w:ascii="Gentium Plus" w:hAnsi="Gentium Plus"/>
          <w:sz w:val="24"/>
        </w:rPr>
        <w:t>τῶν προφανῶν, οὐκ ἀδύνατον ἅμα συνεληλυθέναι διττὰς αἰτίας. εἰ γὰρ ἡ ἑτέρα μόνη τῶν αἰτιῶν ἡ ἐκ τοῦ προκατάρ‐ ξαντος αἰτίου ἦν, ἐμειοῦτο ἂν ἡ παρακμὴ σὺν αἰσθηταῖς</w:t>
      </w:r>
    </w:p>
    <w:p>
      <w:r>
        <w:rPr>
          <w:rFonts w:ascii="Courier New" w:hAnsi="Courier New"/>
          <w:color w:val="555555"/>
          <w:sz w:val="20"/>
        </w:rPr>
        <w:t>[10 . 567]</w:t>
      </w:r>
    </w:p>
    <w:p>
      <w:r>
        <w:rPr>
          <w:rFonts w:ascii="Gentium Plus" w:hAnsi="Gentium Plus"/>
          <w:sz w:val="24"/>
        </w:rPr>
        <w:t>ἀφαιρεῖν αἵματος, ἀνάλογον τῇ τε δυνάμει καὶ τῷ μεγέθει τῆς ἐμφράξεως. ἔνδειξις δὲ τοῦ ποσοῦ τῆς ἐμφράξεως ἐκ τοῦ μεγέθους ἔσται τοῦ κατὰ τὸν πυρετόν· μείζων μὲν γὰρ ἐπὶ ταῖς σφοδροτέραις ἐμφράξεσιν, ἐλάττων δ’ ἐπὶ ταῖς μι‐</w:t>
      </w:r>
    </w:p>
    <w:p>
      <w:r>
        <w:rPr>
          <w:rFonts w:ascii="Courier New" w:hAnsi="Courier New"/>
          <w:color w:val="555555"/>
          <w:sz w:val="20"/>
        </w:rPr>
        <w:t>[5]</w:t>
      </w:r>
    </w:p>
    <w:p>
      <w:r>
        <w:rPr>
          <w:rFonts w:ascii="Gentium Plus" w:hAnsi="Gentium Plus"/>
          <w:sz w:val="24"/>
        </w:rPr>
        <w:t>κροτέραις συμπίπτει. κενώσαντα δὲ τὸ σύμμετρον οὐ μετὰ πολὺ διδόναι τῶν ῥυπτικῶν τινα τροφῶν ἢ φαρμάκων. ἔστι δ’ οὐ πολλὰ τὰ τοῦτο δυνάμενα ποιεῖν ἐν πυρετοῖς, ἀλλ’ ὡς εἴρηται καὶ πρόσθεν, ἐν τῷ τροφῆς μὲν λόγῳ ἡ πτι‐ σάνη τ’ ἐστὶ καὶ μελίκρατον, ἐν φαρμάκοις δὲ τό τε ὀξύ‐</w:t>
      </w:r>
    </w:p>
    <w:p>
      <w:r>
        <w:rPr>
          <w:rFonts w:ascii="Courier New" w:hAnsi="Courier New"/>
          <w:color w:val="555555"/>
          <w:sz w:val="20"/>
        </w:rPr>
        <w:t>[10]</w:t>
      </w:r>
    </w:p>
    <w:p>
      <w:r>
        <w:rPr>
          <w:rFonts w:ascii="Gentium Plus" w:hAnsi="Gentium Plus"/>
          <w:sz w:val="24"/>
        </w:rPr>
        <w:t>μελι καὶ ὅσα τῷ μελικράτῳ συνεψεῖν οἷόν τε, ὡς καλαμίνθη καὶ ὕσσωπον καὶ ὀρίγανον καὶ ἕρπυλον καὶ ἴρις καὶ σέλι‐ νον. ἀλλὰ ταῦτά γε πάντα πλέον ἢ δεῖ θερμὰ καὶ διὰ τοῦτο ἐξάπτει τοὺς πυρετοὺς ὥσπερ οἶνος. ὀξύμελι δὲ μό‐ νον οὔτε τοὺς πυρετοὺς ἐξάπτει καὶ ῥύπτει γενναίως, ὡς</w:t>
      </w:r>
    </w:p>
    <w:p>
      <w:r>
        <w:rPr>
          <w:rFonts w:ascii="Courier New" w:hAnsi="Courier New"/>
          <w:color w:val="555555"/>
          <w:sz w:val="20"/>
        </w:rPr>
        <w:t>[15]</w:t>
      </w:r>
    </w:p>
    <w:p>
      <w:r>
        <w:rPr>
          <w:rFonts w:ascii="Gentium Plus" w:hAnsi="Gentium Plus"/>
          <w:sz w:val="24"/>
        </w:rPr>
        <w:t>διαλύειν μὲν ὅσα γλίσχρα καὶ παχέα, τοὺς πόρους δ’ ἐκ‐ φράττειν. ἐν δὲ τῷ μεταξὺ μελικράτου τε καὶ ὀξυμέλιτος εἴη ἂν τὸ καλούμενον ἀπόμελι, χρῶνται δ’ αὐτῷ κατὰ</w:t>
      </w:r>
    </w:p>
    <w:p>
      <w:r>
        <w:rPr>
          <w:rFonts w:ascii="Courier New" w:hAnsi="Courier New"/>
          <w:color w:val="555555"/>
          <w:sz w:val="20"/>
        </w:rPr>
        <w:t>[10 . 568]</w:t>
      </w:r>
    </w:p>
    <w:p>
      <w:r>
        <w:rPr>
          <w:rFonts w:ascii="Gentium Plus" w:hAnsi="Gentium Plus"/>
          <w:sz w:val="24"/>
        </w:rPr>
        <w:t>καὶ τὸ σάκχαρ ἐν τοῖς τοιούτοις. ἐπὶ δὲ τῇ τοιαύτῃ τροφῇ παραφύλαττε πόσον ἀφαιρεῖται τῆς πυρετώδους θερμασίας. εἰ γάρ σοι φαίνοιτο κατὰ τὴν τρίτην ἡμέραν ἕωθεν ἐλάχιστόν τι λείπεσθαι τοῦ πυρετοῦ, μήτε τοῦ τῆς σήψεως τῶν χυμῶν</w:t>
      </w:r>
    </w:p>
    <w:p>
      <w:r>
        <w:rPr>
          <w:rFonts w:ascii="Courier New" w:hAnsi="Courier New"/>
          <w:color w:val="555555"/>
          <w:sz w:val="20"/>
        </w:rPr>
        <w:t>[5]</w:t>
      </w:r>
    </w:p>
    <w:p>
      <w:r>
        <w:rPr>
          <w:rFonts w:ascii="Gentium Plus" w:hAnsi="Gentium Plus"/>
          <w:sz w:val="24"/>
        </w:rPr>
        <w:t>σημείου παρόντος ἐν τοῖς σφυγμοῖς μήτ’ ἐν τοῖς οὔροις τοῦ τῆς ἀπεψίας, ἡ δ’ ὕποπτος ὥρα καθ’ ἣν εἰσέβαλεν ὁ πυρετὸς ἐν τῇ πρώτῃ τῶν ἡμερῶν, ἐξωτέρω τῆς μεσημβρίας εἴη, θαῤ‐ ῥῶν λοῦε τὸν ἄνθρωπον ὅσον οἷόν τε τάχιστα πρὸ πολλοῦ τῆς ἕκτης ὥρας. ἱκανὸν δὲ κᾂν ἐντὸς τρίτης ὥρας ξυμπλη‐</w:t>
      </w:r>
    </w:p>
    <w:p>
      <w:r>
        <w:rPr>
          <w:rFonts w:ascii="Courier New" w:hAnsi="Courier New"/>
          <w:color w:val="555555"/>
          <w:sz w:val="20"/>
        </w:rPr>
        <w:t>[10]</w:t>
      </w:r>
    </w:p>
    <w:p>
      <w:r>
        <w:rPr>
          <w:rFonts w:ascii="Gentium Plus" w:hAnsi="Gentium Plus"/>
          <w:sz w:val="24"/>
        </w:rPr>
        <w:t>ρωθῇ τὸ λουτρόν. οὕτω δὲ καὶ εἰ δεκάτην ὥραν ὑποπτεύοις, ἄχρι τῆς ἑβδόμης λούειν ἐγχωρεῖ, τριῶν ἢ τεττάρων ὡρῶν ἰσημερινῶν αὐταρκεστάτων οὐσῶν εἰς διάστημα τοῦ τε βαλα‐ νείου καὶ τοῦ παροξυντικοῦ καιροῦ. χρὴ δ’ ἐν τῷ βαλανείῳ προαλείψαντα καὶ προανατρίψαντα μετριώτατα διαῤῥύπτειν</w:t>
      </w:r>
    </w:p>
    <w:p>
      <w:r>
        <w:rPr>
          <w:rFonts w:ascii="Courier New" w:hAnsi="Courier New"/>
          <w:color w:val="555555"/>
          <w:sz w:val="20"/>
        </w:rPr>
        <w:t>[15]</w:t>
      </w:r>
    </w:p>
    <w:p>
      <w:r>
        <w:rPr>
          <w:rFonts w:ascii="Gentium Plus" w:hAnsi="Gentium Plus"/>
          <w:sz w:val="24"/>
        </w:rPr>
        <w:t>τε καὶ ἀποπλύνειν ἔξωθεν τὸ σῶμα. τὴν δ’ ὕλην τῶν ῥυπτι‐ κῶν ἐν τοῖς περὶ φαρμάκων ὑπομνήμασιν ἔχεις. ἐκλέγειν οὖν ἐκεῖθεν δεῖ τὰ πρὸς τὸ παρὸν ἁρμόττοντα· διῄρηται γὰρ</w:t>
      </w:r>
    </w:p>
    <w:p>
      <w:r>
        <w:rPr>
          <w:rFonts w:ascii="Courier New" w:hAnsi="Courier New"/>
          <w:color w:val="555555"/>
          <w:sz w:val="20"/>
        </w:rPr>
        <w:t>[10 . 569]</w:t>
      </w:r>
    </w:p>
    <w:p>
      <w:r>
        <w:rPr>
          <w:rFonts w:ascii="Gentium Plus" w:hAnsi="Gentium Plus"/>
          <w:sz w:val="24"/>
        </w:rPr>
        <w:t>θήσεται δὲ καὶ νῦν ἕνεκα παραδείγματος ὀλίγα. μετριώτατα μὲν οὖν ῥύπτει τό τε τῶν ὀρόβων ἄλευρον καὶ τὸ τῶν κρι‐ θῶν καὶ τὸ τῶν κυάμων, ἔτι καὶ τὸ μελίκρατον τὸ ὑδαρές· μᾶλλον δὲ τούτων ἴρις καὶ πάνακος ῥίζα καὶ ἀριστολοχία</w:t>
      </w:r>
    </w:p>
    <w:p>
      <w:r>
        <w:rPr>
          <w:rFonts w:ascii="Courier New" w:hAnsi="Courier New"/>
          <w:color w:val="555555"/>
          <w:sz w:val="20"/>
        </w:rPr>
        <w:t>[5]</w:t>
      </w:r>
    </w:p>
    <w:p>
      <w:r>
        <w:rPr>
          <w:rFonts w:ascii="Gentium Plus" w:hAnsi="Gentium Plus"/>
          <w:sz w:val="24"/>
        </w:rPr>
        <w:t>καὶ τὸ μέτριον ἐν τῇ κράσει μελίκρατόν ἐστιν, ὥσπερ γε καὶ τοῦδε μᾶλλον ὅταν ἀκρατέστατον ᾖ. γίνεται δὲ τοιοῦτο τῷ μέλιτι μιχθέντος ὕδατος βραχέως, ὡς χυθὲν τοῖς μικροῖς τοῦ δέρματος εὐκόλως ἐνδῦναι πόροις. ἔτι δὲ τοῦδε μᾶλλον ὁ ἀφρὸς τοῦ νίτρου καὶ τὸ νίτρον αὐτὸ καὶ τὸ ἀφρόνιτρον.</w:t>
      </w:r>
    </w:p>
    <w:p>
      <w:r>
        <w:rPr>
          <w:rFonts w:ascii="Courier New" w:hAnsi="Courier New"/>
          <w:color w:val="555555"/>
          <w:sz w:val="20"/>
        </w:rPr>
        <w:t>[10]</w:t>
      </w:r>
    </w:p>
    <w:p>
      <w:r>
        <w:rPr>
          <w:rFonts w:ascii="Gentium Plus" w:hAnsi="Gentium Plus"/>
          <w:sz w:val="24"/>
        </w:rPr>
        <w:t>εἶναι δὲ χρὴ τὸ μὲν νίτρον λεπτομερὲς, οἷόν πέρ ἐστι τὸ Βε‐ ρενίκιον· εἰ δὲ τὸ λιθῶδες εἴη, καίειν τε καὶ λειοῦν ἀκριβῶς αὐτό. μέλι δὲ τὸ καθαρώτατον καὶ δριμύτατον, οἷόν πέρ ἐστι τὸ Ὑμήττιον. ἔστι δὲ δήπου καὶ ὁ σάπων ὀνομαζόμενος ἐν τοῖς μάλιστα ῥύπτειν δυναμένοις. ἅλις ἔστω σοι παραδειγ‐</w:t>
      </w:r>
    </w:p>
    <w:p>
      <w:r>
        <w:rPr>
          <w:rFonts w:ascii="Courier New" w:hAnsi="Courier New"/>
          <w:color w:val="555555"/>
          <w:sz w:val="20"/>
        </w:rPr>
        <w:t>[15]</w:t>
      </w:r>
    </w:p>
    <w:p>
      <w:r>
        <w:rPr>
          <w:rFonts w:ascii="Gentium Plus" w:hAnsi="Gentium Plus"/>
          <w:sz w:val="24"/>
        </w:rPr>
        <w:t>μάτων τῆς τῶν ῥυπτόντων ὕλης. μετιέναι γὰρ ἤδη καιρὸς ἐπὶ τὰ μετὰ τὸ λουτρόν. ἔστι δ’ οὐ πολλά· πλὴν γὰρ ὕδατος</w:t>
      </w:r>
    </w:p>
    <w:p>
      <w:r>
        <w:rPr>
          <w:rFonts w:ascii="Courier New" w:hAnsi="Courier New"/>
          <w:color w:val="555555"/>
          <w:sz w:val="20"/>
        </w:rPr>
        <w:t>[10 . 570]</w:t>
      </w:r>
    </w:p>
    <w:p>
      <w:r>
        <w:rPr>
          <w:rFonts w:ascii="Gentium Plus" w:hAnsi="Gentium Plus"/>
          <w:sz w:val="24"/>
        </w:rPr>
        <w:t>δοτέον, κᾂν τὸ μεταξὺ τοῦ τε λουτροῦ καὶ τῶν ὑπόπτων διάστημα τριῶν ὡρῶν ἔσεσθαι στοχαζώμεθα. περὶ μέντοι τὴν ἑσπέραν καὶ θᾶττον ὥραις δυοῖν τοῦ κατὰ τὴν πρώτην ἡμέραν εἰσβεβληκότος παροξυσμοῦ καὶ λοῦσαι δυνατὸν ἕωθεν</w:t>
      </w:r>
    </w:p>
    <w:p>
      <w:r>
        <w:rPr>
          <w:rFonts w:ascii="Courier New" w:hAnsi="Courier New"/>
          <w:color w:val="555555"/>
          <w:sz w:val="20"/>
        </w:rPr>
        <w:t>[5]</w:t>
      </w:r>
    </w:p>
    <w:p>
      <w:r>
        <w:rPr>
          <w:rFonts w:ascii="Gentium Plus" w:hAnsi="Gentium Plus"/>
          <w:sz w:val="24"/>
        </w:rPr>
        <w:t>καὶ θρέψαι μόνον πτισάνης χυλῷ. εἶτα εἰ μὲν μηδόλως ἐνέγ‐ κοιεν αἱ ὧραί τι, λούειν αὖθις εἰ βούλοιτο καὶ τρέφειν, ὧν εἴρηκα σκοπῶν ἐχόμενον. εἰ δέ τι γένοιτο, παραβάλλειν τε τοῦτο τῷ κατὰ τὴν πρώτην ἡμέραν παροξυσμῷ, συνεπισκο‐ πεῖσθαι τά τε οὖρα καὶ τοὺς σφυγμούς· ἅπαντα δὲ δήπου</w:t>
      </w:r>
    </w:p>
    <w:p>
      <w:r>
        <w:rPr>
          <w:rFonts w:ascii="Courier New" w:hAnsi="Courier New"/>
          <w:color w:val="555555"/>
          <w:sz w:val="20"/>
        </w:rPr>
        <w:t>[10]</w:t>
      </w:r>
    </w:p>
    <w:p>
      <w:r>
        <w:rPr>
          <w:rFonts w:ascii="Gentium Plus" w:hAnsi="Gentium Plus"/>
          <w:sz w:val="24"/>
        </w:rPr>
        <w:t>φαίνεταί σοι μέτρια, βραχείας ὑπολειπομένης ἐμφράξεως, ὥστε καὶ λούσεις τῇ τετάρτῃ τῶν ἡμερῶν αὐτὸν καὶ θρέψεις τῶν εἰρημένων σκοπῶν ἐχόμενος· ἐλπίσεις τε μηδὲν ἔτι τῇ πέμπτῃ συμπεσεῖσθαι. μεγάλης δὲ τῆς ἐμφράξεως γεγενημένης οὐκέτ’ ἂν ὁ τοιοῦτος ἐκ τῶν ἐφημέρων εἴη πυρετῶν. ὥστε εἰς</w:t>
      </w:r>
    </w:p>
    <w:p>
      <w:r>
        <w:rPr>
          <w:rFonts w:ascii="Courier New" w:hAnsi="Courier New"/>
          <w:color w:val="555555"/>
          <w:sz w:val="20"/>
        </w:rPr>
        <w:t>[15]</w:t>
      </w:r>
    </w:p>
    <w:p>
      <w:r>
        <w:rPr>
          <w:rFonts w:ascii="Gentium Plus" w:hAnsi="Gentium Plus"/>
          <w:sz w:val="24"/>
        </w:rPr>
        <w:t>τὸν ἑξῆς ἀναβεβλήσθω λόγον, ἐν γάρ τοι τῷδε περὶ τῶν ἐφη‐ μέρων μόνων πρόκειται διελθεῖν. Ἐπεὶ τοίνυν ἐφήμεροι πυρετοὶ ταῖς ὑπο‐</w:t>
      </w:r>
    </w:p>
    <w:p>
      <w:r>
        <w:rPr>
          <w:rFonts w:ascii="Courier New" w:hAnsi="Courier New"/>
          <w:color w:val="555555"/>
          <w:sz w:val="20"/>
        </w:rPr>
        <w:t>[10 . 571]</w:t>
      </w:r>
    </w:p>
    <w:p>
      <w:r>
        <w:rPr>
          <w:rFonts w:ascii="Gentium Plus" w:hAnsi="Gentium Plus"/>
          <w:sz w:val="24"/>
        </w:rPr>
        <w:t>ἀπεψίαις σιτίων, ἑξῆς ἂν εἴη περὶ αὐτῶν διελθεῖν. χει‐ ρίστη μὲν οὖν ἐστιν ἐν ταῖς τοιαύταις κράσεσιν ἀπεψία καὶ τάχιστ’ ἀνάπτει πυρετὸν, ἐν ᾗ διαφθείρεται τὰ σιτία πρὸς τὸ κνισῶδές τε καὶ καπνῶδες· ὡς ἥ γε εἰς ὀξύτατον τρέπουσα</w:t>
      </w:r>
    </w:p>
    <w:p>
      <w:r>
        <w:rPr>
          <w:rFonts w:ascii="Courier New" w:hAnsi="Courier New"/>
          <w:color w:val="555555"/>
          <w:sz w:val="20"/>
        </w:rPr>
        <w:t>[5]</w:t>
      </w:r>
    </w:p>
    <w:p>
      <w:r>
        <w:rPr>
          <w:rFonts w:ascii="Gentium Plus" w:hAnsi="Gentium Plus"/>
          <w:sz w:val="24"/>
        </w:rPr>
        <w:t>σπανιάκις τε γίγνεται ταῖς τοιαύταις φύσεσι καὶ ἧττον βλά‐ πτει. λεχθήσεται δὲ ὑπὲρ ἑκατέρας ἰδίᾳ ἡμῖν τὴν ἀρχὴν ἀπὸ τῆς πλειστάκις τε γιγνομένης αὐτῆς καὶ μᾶλλον βλαπτούσης ποιησαμένοις. ἔστι δ’, ὡς εἴρηται, κνισώδης τέ τις αὕτη καὶ καπνώδης, ἔλαττον μὲν ὑπάρχουσα κακὸν, εἰ καταῤῥήξειεν ἡ</w:t>
      </w:r>
    </w:p>
    <w:p>
      <w:r>
        <w:rPr>
          <w:rFonts w:ascii="Courier New" w:hAnsi="Courier New"/>
          <w:color w:val="555555"/>
          <w:sz w:val="20"/>
        </w:rPr>
        <w:t>[10]</w:t>
      </w:r>
    </w:p>
    <w:p>
      <w:r>
        <w:rPr>
          <w:rFonts w:ascii="Gentium Plus" w:hAnsi="Gentium Plus"/>
          <w:sz w:val="24"/>
        </w:rPr>
        <w:t>γαστὴρ, οὐ μικρὸν δὲ εἰ ἐπισχεθείη. πυρέττουσι γὰρ ἐπὶ ταῖς ἐπισχέσεσιν αὐτῆς ἑτοίμως αἱ κακόχυμοι φύσεις καὶ μά‐ λισθ’ ὅταν ἐπὶ τὰς συνήθεις τράπωνται πράξεις, ὑπεριδόντες τοῦ μένειν ἔνδον ἐφ’ ἡσυχίας ἐν τῇ στρωμνῇ. πυρέττουσι δ’ ἔνιοι καὶ τῶν ἁλόντων διαῤῥοίαις ἐπ’ ἀπεψίᾳ, συναυξανομέ‐</w:t>
      </w:r>
    </w:p>
    <w:p>
      <w:r>
        <w:rPr>
          <w:rFonts w:ascii="Courier New" w:hAnsi="Courier New"/>
          <w:color w:val="555555"/>
          <w:sz w:val="20"/>
        </w:rPr>
        <w:t>[15]</w:t>
      </w:r>
    </w:p>
    <w:p>
      <w:r>
        <w:rPr>
          <w:rFonts w:ascii="Gentium Plus" w:hAnsi="Gentium Plus"/>
          <w:sz w:val="24"/>
        </w:rPr>
        <w:t>νης αὐτοῖς τῆς πυρετώδους διαθέσεως, οὐχ ἥκιστα κᾀκ τοῦ πλήθους τῶν ἐξαναστάσεων. εἰ δὲ καὶ δῆξίς τις, ἢ πόνος, ἢ θερμότης ἄμετρος ἐν τοῖς κατὰ τὴν γαστέρα καὶ τὰ ἔντερα</w:t>
      </w:r>
    </w:p>
    <w:p>
      <w:r>
        <w:rPr>
          <w:rFonts w:ascii="Courier New" w:hAnsi="Courier New"/>
          <w:color w:val="555555"/>
          <w:sz w:val="20"/>
        </w:rPr>
        <w:t>[10 . 572]</w:t>
      </w:r>
    </w:p>
    <w:p>
      <w:r>
        <w:rPr>
          <w:rFonts w:ascii="Gentium Plus" w:hAnsi="Gentium Plus"/>
          <w:sz w:val="24"/>
        </w:rPr>
        <w:t>διάθεσις. ἴασις δ’ οὐχ ἡ αὐτὴ τῶν ἐπισχεθέντων τοῖς ἐκκρί‐ νουσι· λεκτέον οὖν ὑπὲρ ἑκατέρων ἐν μέρει· φανεῖται γὰρ οὕτως οὐ μόνον ὅπῃ διαλλάττουσιν, ἀλλὰ καὶ ὅσον ἐν ἀμφο‐ τέροις κοινόν. εἰ μὲν δὴ φαίνοιτο μόνα τὰ διεφθαρμένα κεκε‐</w:t>
      </w:r>
    </w:p>
    <w:p>
      <w:r>
        <w:rPr>
          <w:rFonts w:ascii="Courier New" w:hAnsi="Courier New"/>
          <w:color w:val="555555"/>
          <w:sz w:val="20"/>
        </w:rPr>
        <w:t>[5]</w:t>
      </w:r>
    </w:p>
    <w:p>
      <w:r>
        <w:rPr>
          <w:rFonts w:ascii="Gentium Plus" w:hAnsi="Gentium Plus"/>
          <w:sz w:val="24"/>
        </w:rPr>
        <w:t>νῶσθαι, λουτέον τ’ ἐστὶ καὶ θρεπτέον ἐν τῇ παρακμῇ τοῦ πυρετοῦ, πρόνοιάν τινα τῶν κατὰ τὴν γαστέρα ποιησα‐ μένοις πρότερον. εἰ δ’ οὕτως εἴη πολλὴ κένωσις ἤτοι γεγο‐ νυῖα πρόσθεν ἢ καὶ νῦν ἔτι γιγνομένη κατὰ τὸν ἄνθρωπον ὡς κεκμηκέναι τὴν δύναμιν, ἄμεινον θρέψαι χωρὶς τοῦ λοῦσαι</w:t>
      </w:r>
    </w:p>
    <w:p>
      <w:r>
        <w:rPr>
          <w:rFonts w:ascii="Courier New" w:hAnsi="Courier New"/>
          <w:color w:val="555555"/>
          <w:sz w:val="20"/>
        </w:rPr>
        <w:t>[10]</w:t>
      </w:r>
    </w:p>
    <w:p>
      <w:r>
        <w:rPr>
          <w:rFonts w:ascii="Gentium Plus" w:hAnsi="Gentium Plus"/>
          <w:sz w:val="24"/>
        </w:rPr>
        <w:t>προνοησαμένους τῶν κατὰ τὴν γαστέρα. πρόνοια δ’ ἐπὶ τῶν οὕτως ἐχόντων, εἰ μὲν μηκέτι γίγνοιτο κένωσις, ἐμβροχὴ δι’ ἐλαίου τε καὶ ἀψινθίου· χρὴ δὲ προδιαβρέχειν ὕδατι ζέοντι τὸ ἀψίνθιον, ὅπως μὴ κνισωθείη. καὶ εἴ γέ τις αἴσθησις ὑπο‐ λείποιτο κατὰ τὴν γαστέρα δήξεως ἢ πόνου, πίλημα μετὰ τὴν</w:t>
      </w:r>
    </w:p>
    <w:p>
      <w:r>
        <w:rPr>
          <w:rFonts w:ascii="Courier New" w:hAnsi="Courier New"/>
          <w:color w:val="555555"/>
          <w:sz w:val="20"/>
        </w:rPr>
        <w:t>[15]</w:t>
      </w:r>
    </w:p>
    <w:p>
      <w:r>
        <w:rPr>
          <w:rFonts w:ascii="Gentium Plus" w:hAnsi="Gentium Plus"/>
          <w:sz w:val="24"/>
        </w:rPr>
        <w:t>ἐπιβροχὴν ἤτοι θερμὸν καὶ ξηρὸν ἢ βεβρεγμένον μὲν ἐλαίῳ ἐν ᾧ τὸ ἀψίνθιον ἀπεζέσθη, τὸ πλεῖστον δ’ ἐκπεπιεσμένον ἐπι‐</w:t>
      </w:r>
    </w:p>
    <w:p>
      <w:r>
        <w:rPr>
          <w:rFonts w:ascii="Courier New" w:hAnsi="Courier New"/>
          <w:color w:val="555555"/>
          <w:sz w:val="20"/>
        </w:rPr>
        <w:t>[10 . 573]</w:t>
      </w:r>
    </w:p>
    <w:p>
      <w:r>
        <w:rPr>
          <w:rFonts w:ascii="Gentium Plus" w:hAnsi="Gentium Plus"/>
          <w:sz w:val="24"/>
        </w:rPr>
        <w:t>ἐσκευασμένον, ἐν ἐκείνῳ δεύσαντα κατὰ τὸν αὐτὸν τρόπον ἐπιτιθέναι τὸ πίλημα. καὶ πολύ γε κάλλιον, εἰ πορφύρα τοῦτ’ εἴη θαλαττία· καὶ κάλλιστόν γε εἰ Τυρία ἀρίστη τυγ‐ χάνοι· λεπτομερεστέραν γὰρ ἔχει τὴν στύψιν ἥ τε τοιαύτη</w:t>
      </w:r>
    </w:p>
    <w:p>
      <w:r>
        <w:rPr>
          <w:rFonts w:ascii="Courier New" w:hAnsi="Courier New"/>
          <w:color w:val="555555"/>
          <w:sz w:val="20"/>
        </w:rPr>
        <w:t>[5]</w:t>
      </w:r>
    </w:p>
    <w:p>
      <w:r>
        <w:rPr>
          <w:rFonts w:ascii="Gentium Plus" w:hAnsi="Gentium Plus"/>
          <w:sz w:val="24"/>
        </w:rPr>
        <w:t>πορφύρα καὶ ἡ ἀρίστη νάρδος, ὥστε διὰ τοῦ βάθους διεξέρ‐ χεσθαι τῶν κατὰ τὴν γαστέρα σωμάτων, ἡ δύναμις αὐτῶν ξηραινόντων καὶ θερμαινόντων καὶ τονούντων. εἰ δ’ ἀτονώ‐ τερον ὑπάρχει τὸ στόμα τῆς γαστρὸς, ὅπερ καὶ στόμαχον ὀνομάζειν εἰθίσμεθα καταχρώμενοι τῇ προσηγορίᾳ, καὶ τῆς</w:t>
      </w:r>
    </w:p>
    <w:p>
      <w:r>
        <w:rPr>
          <w:rFonts w:ascii="Courier New" w:hAnsi="Courier New"/>
          <w:color w:val="555555"/>
          <w:sz w:val="20"/>
        </w:rPr>
        <w:t>[10]</w:t>
      </w:r>
    </w:p>
    <w:p>
      <w:r>
        <w:rPr>
          <w:rFonts w:ascii="Gentium Plus" w:hAnsi="Gentium Plus"/>
          <w:sz w:val="24"/>
        </w:rPr>
        <w:t>Χίας μαστίχης ἐν τῇ νάρδῳ λειώσαντες, ὡς γλοιῶδες γενέσθαι, δεύσαντες ἐξ αὐτοῦ, τὴν πορφύραν ἐπιθήσομεν. ἔστω δὲ θερ‐ μὸν ἱκανῶς ἕκαστον τῶν τοιούτων κατὰ τὴν πρώτην ἐπιβο‐ λήν· ἐκλύει γὰρ ἅπαντα τὰ χλιαρὰ τὸν τόνον τῆς γαστρός. οἶσθα δὲ καὶ ὡς ἐπ’ ἀγγείου διπλοῦ προϋποβεβλημένου κατὰ</w:t>
      </w:r>
    </w:p>
    <w:p>
      <w:r>
        <w:rPr>
          <w:rFonts w:ascii="Courier New" w:hAnsi="Courier New"/>
          <w:color w:val="555555"/>
          <w:sz w:val="20"/>
        </w:rPr>
        <w:t>[15]</w:t>
      </w:r>
    </w:p>
    <w:p>
      <w:r>
        <w:rPr>
          <w:rFonts w:ascii="Gentium Plus" w:hAnsi="Gentium Plus"/>
          <w:sz w:val="24"/>
        </w:rPr>
        <w:t>τὸ ἕτερον αὐτῶν τὸ μεῖζον ὕδατος ζέοντος, ἔθος ἡμῖν ἐστι θερμαίνειν τὰ μύρα· διαφθείρεται γὰρ ἡ δύναμις αὐτῶν ἑτέ‐ ρως θερμανθέντων. ἔτι δὲ ὑπιούσης τῆς γαστρὸς ἄμεινον</w:t>
      </w:r>
    </w:p>
    <w:p>
      <w:r>
        <w:rPr>
          <w:rFonts w:ascii="Courier New" w:hAnsi="Courier New"/>
          <w:color w:val="555555"/>
          <w:sz w:val="20"/>
        </w:rPr>
        <w:t>[10 . 574]</w:t>
      </w:r>
    </w:p>
    <w:p>
      <w:r>
        <w:rPr>
          <w:rFonts w:ascii="Gentium Plus" w:hAnsi="Gentium Plus"/>
          <w:sz w:val="24"/>
        </w:rPr>
        <w:t>πον τῇ νάρδῳ· χρηστὸν δ’ εἰς τὰ τοιαῦτα σύμπαντα καὶ τὸ μαστίχινον. οὐχ ἥκιστα δὲ καὶ τὰ τῆς τρυφῆς ἕνεκα τῶν δια‐ τεθρυμμένων γυναικῶν σκευαζόμενα μύρα ταυτὶ τὰ πολυτελῆ, χρήσιμα πρὸς τὰς τοιαύτας διαθέσεις τῆς γαστρὸς, ἅπερ</w:t>
      </w:r>
    </w:p>
    <w:p>
      <w:r>
        <w:rPr>
          <w:rFonts w:ascii="Courier New" w:hAnsi="Courier New"/>
          <w:color w:val="555555"/>
          <w:sz w:val="20"/>
        </w:rPr>
        <w:t>[5]</w:t>
      </w:r>
    </w:p>
    <w:p>
      <w:r>
        <w:rPr>
          <w:rFonts w:ascii="Gentium Plus" w:hAnsi="Gentium Plus"/>
          <w:sz w:val="24"/>
        </w:rPr>
        <w:t>ἔοικεν ὑπὸ τῆς ἐν Ῥώμῃ τρυφῆς εὑρεθέντα καὶ τὰς προσηγο‐ ρίας ἔχειν Ῥωμαϊκάς· ὀνομάζεταί γέ τοι σπικάτα γε καὶ φουλιάτα. μὴ φερόντων δὲ τῶν καμνόντων τὴν ζώνην, ἤτοι γ’ ἐξ ἔθους ἢ τρυφῆς, ἐγχωρεῖ διὰ κηρωτῆς ἀνύειν ταὐτόν. ἔστι δ’ εἰς τὰ τοιαῦτα καλλίστη κηροῦ Τυῤῥηνικοῦ</w:t>
      </w:r>
    </w:p>
    <w:p>
      <w:r>
        <w:rPr>
          <w:rFonts w:ascii="Courier New" w:hAnsi="Courier New"/>
          <w:color w:val="555555"/>
          <w:sz w:val="20"/>
        </w:rPr>
        <w:t>[10]</w:t>
      </w:r>
    </w:p>
    <w:p>
      <w:r>
        <w:rPr>
          <w:rFonts w:ascii="Gentium Plus" w:hAnsi="Gentium Plus"/>
          <w:sz w:val="24"/>
        </w:rPr>
        <w:t>τηχθέντος ἐν μύρῳ ναρδίνῳ, ψυχθείσῃ καὶ ξυσθείσῃ τῇ κηρωτῇ μιχθείσης λείας ἀκριβῶς ἀλόης τε καὶ μαστίχης. ἑκάστου δὲ αὐτῶν τὸ πλῆθος εἶναι χρὴ τοσόνδε· κηροῦ μὲν καὶ νάρδου τὸ ἴσον, ἀλόης δὲ τὸ ὄγδοον· ὥσπερ οὖν καὶ τῆς μαστίχης, ἢ εἰ βούλει βραχύ τι ταύτης πλέον. εἰ δὲ</w:t>
      </w:r>
    </w:p>
    <w:p>
      <w:r>
        <w:rPr>
          <w:rFonts w:ascii="Courier New" w:hAnsi="Courier New"/>
          <w:color w:val="555555"/>
          <w:sz w:val="20"/>
        </w:rPr>
        <w:t>[15]</w:t>
      </w:r>
    </w:p>
    <w:p>
      <w:r>
        <w:rPr>
          <w:rFonts w:ascii="Gentium Plus" w:hAnsi="Gentium Plus"/>
          <w:sz w:val="24"/>
        </w:rPr>
        <w:t>καὶ τῶν εἰρημένων τι μύρων τῶν πολυτελῶν ἀναμίξαις τῇ κηρωτῇ, βέλτιον ἔσται σοι τὸ φάρμακον. ἐγκαιομένης δὲ τῆς γαστρὸς, ὡς καὶ φλεγμονώδη διάθεσιν ἐν αὐτῇ ξυνί‐</w:t>
      </w:r>
    </w:p>
    <w:p>
      <w:r>
        <w:rPr>
          <w:rFonts w:ascii="Courier New" w:hAnsi="Courier New"/>
          <w:color w:val="555555"/>
          <w:sz w:val="20"/>
        </w:rPr>
        <w:t>[10 . 575]</w:t>
      </w:r>
    </w:p>
    <w:p>
      <w:r>
        <w:rPr>
          <w:rFonts w:ascii="Gentium Plus" w:hAnsi="Gentium Plus"/>
          <w:sz w:val="24"/>
        </w:rPr>
        <w:t>μένη. πολλὰ δὲ καὶ ἄλλα φάρμακα τὰ μὲν δι’ οἰάνθης ἐστὶ, τὰ δὲ δι’ ὑποκυστίδος καὶ βαλαυστίου καὶ φοινίκων σαρκὸς, ἐπιτήδεια καὶ ψύχειν τὴν γαστέρα καὶ ῥώμην ἐντι‐ θέναι. τούτων οὖν ἐκλέγου τὸ κάλλιστον εἰς τὰ παρόντα</w:t>
      </w:r>
    </w:p>
    <w:p>
      <w:r>
        <w:rPr>
          <w:rFonts w:ascii="Courier New" w:hAnsi="Courier New"/>
          <w:color w:val="555555"/>
          <w:sz w:val="20"/>
        </w:rPr>
        <w:t>[5]</w:t>
      </w:r>
    </w:p>
    <w:p>
      <w:r>
        <w:rPr>
          <w:rFonts w:ascii="Gentium Plus" w:hAnsi="Gentium Plus"/>
          <w:sz w:val="24"/>
        </w:rPr>
        <w:t>πρὸς τοὺς εἰρημένους σκοποὺς ἀποβλέπων. τρέφειν δ’ ἑξῆς τοῖσδε χρή· ῥεούσης μὲν ἔτι τῆς γαστρὸς, ἀλφίτοις τε καὶ τοῖς καλουμένοις ὀξυλιπέσιν ἄρτοις, ὀλίγιστον ὄξους ἔχου‐ σιν, οὐχ ὡς ἐπὶ δυσεντερίας ἢ χρονίας διαῤῥοίας εἰώθαμεν σκευάζειν. ἐπιπάττειν δὲ τὸ ἄλφιτον, ἐνίοτε μὲν ὕδατι</w:t>
      </w:r>
    </w:p>
    <w:p>
      <w:r>
        <w:rPr>
          <w:rFonts w:ascii="Courier New" w:hAnsi="Courier New"/>
          <w:color w:val="555555"/>
          <w:sz w:val="20"/>
        </w:rPr>
        <w:t>[10]</w:t>
      </w:r>
    </w:p>
    <w:p>
      <w:r>
        <w:rPr>
          <w:rFonts w:ascii="Gentium Plus" w:hAnsi="Gentium Plus"/>
          <w:sz w:val="24"/>
        </w:rPr>
        <w:t>θερμῷ δαψιλές, ἐνίοτε δ’, ὅταν ἡ γαστὴρ ἔτι ἐκκρίνῃ, πλέον τοῦ δέοντος ἤτοι ῥοιᾶς, ἢ ἀπίων, ἢ μήλων χυλῷ καὶ μά‐ λιστα τῶν κυδωνίων. εἰ δ’ ἥδιον τοῖς κάμνουσι καὶ ἀφέ‐ ψημά τι παρασκευάζοντας ἀπίων, ἢ μήλων, ἢ μύρτων, ἐπιπάττειν αὐτοῖς τὸ ἄλφιτον. εἰ δὲ μηκέτ’ ἐκκρίνει ἡ γα‐</w:t>
      </w:r>
    </w:p>
    <w:p>
      <w:r>
        <w:rPr>
          <w:rFonts w:ascii="Courier New" w:hAnsi="Courier New"/>
          <w:color w:val="555555"/>
          <w:sz w:val="20"/>
        </w:rPr>
        <w:t>[15]</w:t>
      </w:r>
    </w:p>
    <w:p>
      <w:r>
        <w:rPr>
          <w:rFonts w:ascii="Gentium Plus" w:hAnsi="Gentium Plus"/>
          <w:sz w:val="24"/>
        </w:rPr>
        <w:t>στὴρ, ὅ τε χόνδρος ἱκανὸς ὁμοίως ἠρτυμένος πτισάνῃ, τουτέστιν ὄξους ἔχων, τό τε δι’ αὐτοῦ ῥόφημα χωρὶς ὄξους</w:t>
      </w:r>
    </w:p>
    <w:p>
      <w:r>
        <w:rPr>
          <w:rFonts w:ascii="Courier New" w:hAnsi="Courier New"/>
          <w:color w:val="555555"/>
          <w:sz w:val="20"/>
        </w:rPr>
        <w:t>[10 . 576]</w:t>
      </w:r>
    </w:p>
    <w:p>
      <w:r>
        <w:rPr>
          <w:rFonts w:ascii="Gentium Plus" w:hAnsi="Gentium Plus"/>
          <w:sz w:val="24"/>
        </w:rPr>
        <w:t>ἐκ τοῦ λευκοῦ ζωμοῦ καί τις τῶν στυφουσῶν ὀπωρῶν καὶ μόνη καὶ μετ’ ἄρτου. ταύτας δὲ πολὺ μᾶλλον ἐπιδώσεις, ἔτι ῥεούσης τῆς γαστρός. εἰ δ’ ἀνορέκτως ἔχοιεν, ὡς ἀπε‐ στράφθαι τὰ σιτία, γίνεται γὰρ καὶ τοῦτο πολλοῖς τῶν</w:t>
      </w:r>
    </w:p>
    <w:p>
      <w:r>
        <w:rPr>
          <w:rFonts w:ascii="Courier New" w:hAnsi="Courier New"/>
          <w:color w:val="555555"/>
          <w:sz w:val="20"/>
        </w:rPr>
        <w:t>[5]</w:t>
      </w:r>
    </w:p>
    <w:p>
      <w:r>
        <w:rPr>
          <w:rFonts w:ascii="Gentium Plus" w:hAnsi="Gentium Plus"/>
          <w:sz w:val="24"/>
        </w:rPr>
        <w:t>ἁλόντων διαῤῥοίαις ἐπ’ ἀπεψίᾳ, τοῦ διὰ τῶν κυδωνίων μή‐ λων χυμοῦ προσδοτέον αὐτοῖς ὅσον κοχλιάριον ἓν ἢ δύο· εἰ δὲ μὴ παρείη τοῦτο, τὸ διὰ τῆς σαρκὸς αὐτῶν. εἴρηται δ’ ἡ σύνθεσις τῶν τοιούτων φαρμάκων ἐν τοῖς ὑγιεινοῖς. οὕτω μὲν ἐν τῇ πρώτῃ παρακμῇ τοὺς ἐπ’ ἀπεψίᾳ πυρέξαν‐</w:t>
      </w:r>
    </w:p>
    <w:p>
      <w:r>
        <w:rPr>
          <w:rFonts w:ascii="Courier New" w:hAnsi="Courier New"/>
          <w:color w:val="555555"/>
          <w:sz w:val="20"/>
        </w:rPr>
        <w:t>[10]</w:t>
      </w:r>
    </w:p>
    <w:p>
      <w:r>
        <w:rPr>
          <w:rFonts w:ascii="Gentium Plus" w:hAnsi="Gentium Plus"/>
          <w:sz w:val="24"/>
        </w:rPr>
        <w:t>τας ἰᾶσθαι προσήκει, τῆς γαστρὸς ἐκκρινούσης. εἰ δ’ ἐπέ‐ χοιτο τελείως, ἁψάμενος πρότερον τῶν ὑποχονδρίων, εἶθ’ ὅλης τῆς γαστρὸς, ἐπίσκεψαι σαφῶς εἰ ὑπελήλυθεν εἰς τὸ λεπτὸν ἔντερον, ἢ εἰς τὸ κῶλον, ἡ τροφή. κᾄπειτ’ ἐρώτη‐ σον ἑξῆς τὸν κάμνοντα κατὰ τί μὲν αἰσθάνεται μάλιστα</w:t>
      </w:r>
    </w:p>
    <w:p>
      <w:r>
        <w:rPr>
          <w:rFonts w:ascii="Courier New" w:hAnsi="Courier New"/>
          <w:color w:val="555555"/>
          <w:sz w:val="20"/>
        </w:rPr>
        <w:t>[15]</w:t>
      </w:r>
    </w:p>
    <w:p>
      <w:r>
        <w:rPr>
          <w:rFonts w:ascii="Gentium Plus" w:hAnsi="Gentium Plus"/>
          <w:sz w:val="24"/>
        </w:rPr>
        <w:t>μέρος, ἤτοι δήξεως ἢ βάρους, ὁποῖαι δέ τινες αἱ ἐρυγαί. διαγνοὺς δ’ ἐκ τούτων ἐν ᾧ μάλιστα μέρει τῆς συμπάσης</w:t>
      </w:r>
    </w:p>
    <w:p>
      <w:r>
        <w:rPr>
          <w:rFonts w:ascii="Courier New" w:hAnsi="Courier New"/>
          <w:color w:val="555555"/>
          <w:sz w:val="20"/>
        </w:rPr>
        <w:t>[10 . 577]</w:t>
      </w:r>
    </w:p>
    <w:p>
      <w:r>
        <w:rPr>
          <w:rFonts w:ascii="Gentium Plus" w:hAnsi="Gentium Plus"/>
          <w:sz w:val="24"/>
        </w:rPr>
        <w:t>τῶν τριῶν πεπέρεων διδόναι μὴ τοῦ φαρμακώδους, ἀλλ’ ὅπερ ἐπῃνέσαμεν ἐν τοῖς ὑγιεινοῖς ὡς ἁπλούστατόν τε καὶ τοῖς ἠπεπτηκόσιν ἐπιτήδειον· εἶθ’ ἑξῆς αἰονᾷν ὑποχόνδριά τε καὶ σύμπασαν τὴν γαστέρα. τοῦτο δὲ κᾂν ἤδη κατωτέρω</w:t>
      </w:r>
    </w:p>
    <w:p>
      <w:r>
        <w:rPr>
          <w:rFonts w:ascii="Courier New" w:hAnsi="Courier New"/>
          <w:color w:val="555555"/>
          <w:sz w:val="20"/>
        </w:rPr>
        <w:t>[5]</w:t>
      </w:r>
    </w:p>
    <w:p>
      <w:r>
        <w:rPr>
          <w:rFonts w:ascii="Gentium Plus" w:hAnsi="Gentium Plus"/>
          <w:sz w:val="24"/>
        </w:rPr>
        <w:t>προήκῃ τὰ διεφθαρμένα, τῷ μᾶλλόν τε καὶ ἧττον ἐξαλ‐ λάττοντα· πλέονος γὰρ δεῖται καὶ χρόνου καὶ καταντλή‐ σεως εἰς τὴν παρασκευὴν τῶν ἐφεξῆς πρακτέων οἷς ἔτι μετέωρός ἐστιν ἡ διεφθαρμένη τροφὴ κατὰ τὴν γαστέρα. κινη‐ θείσης δ’ αὐτῆς ἀξιολόγως ἐπὶ τὰ κάτω, συμπράττειν ἤτοι</w:t>
      </w:r>
    </w:p>
    <w:p>
      <w:r>
        <w:rPr>
          <w:rFonts w:ascii="Courier New" w:hAnsi="Courier New"/>
          <w:color w:val="555555"/>
          <w:sz w:val="20"/>
        </w:rPr>
        <w:t>[10]</w:t>
      </w:r>
    </w:p>
    <w:p>
      <w:r>
        <w:rPr>
          <w:rFonts w:ascii="Gentium Plus" w:hAnsi="Gentium Plus"/>
          <w:sz w:val="24"/>
        </w:rPr>
        <w:t>διὰ τῶν προσθέτων ἢ διὰ κλυσμάτων πρᾴεων, εἰ μὲν δῆξις συνείη, ταύτην πραΰνοντας· εἰ δ’ ἐμπνευμάτωσις ἐκείνην, κα‐ θιστῶντας· εἰ δὲ μηδέτερον, ἐκ μέλιτος καὶ ὕδατος ἐλαίου τε βραχέως συντιθεμένου τοῦ κλύσματος. ἔνθα δὲ εἴη σφο‐ δροτέρα δῆξις, ἔλαιον Σαβῖνον ἐπιτηδειότερον ἐνιέναι τηχ‐</w:t>
      </w:r>
    </w:p>
    <w:p>
      <w:r>
        <w:rPr>
          <w:rFonts w:ascii="Courier New" w:hAnsi="Courier New"/>
          <w:color w:val="555555"/>
          <w:sz w:val="20"/>
        </w:rPr>
        <w:t>[15]</w:t>
      </w:r>
    </w:p>
    <w:p>
      <w:r>
        <w:rPr>
          <w:rFonts w:ascii="Gentium Plus" w:hAnsi="Gentium Plus"/>
          <w:sz w:val="24"/>
        </w:rPr>
        <w:t>θέντος στέατος ἐν αὐτῷ χηνός· εἰ δὲ μὴ παρείη τοῦτο, τοῦ τῆς ἀλεκτορίδος· εἰ δὲ μηδὲ τοῦτο, τοῦ τῆς αὐγός· ἀποροῦν‐ τες δὲ καὶ τοῦδε, κηροῦ βραχύ τι προσεπεμβάλλειν τῷ ἐλαίῳ,</w:t>
      </w:r>
    </w:p>
    <w:p>
      <w:r>
        <w:rPr>
          <w:rFonts w:ascii="Courier New" w:hAnsi="Courier New"/>
          <w:color w:val="555555"/>
          <w:sz w:val="20"/>
        </w:rPr>
        <w:t>[10 . 578]</w:t>
      </w:r>
    </w:p>
    <w:p>
      <w:r>
        <w:rPr>
          <w:rFonts w:ascii="Gentium Plus" w:hAnsi="Gentium Plus"/>
          <w:sz w:val="24"/>
        </w:rPr>
        <w:t>συνέψοντας τῷ ἐλαίῳ πηγάνου τέ τι καὶ τῶν ἀφύσων σπερ‐ μάτων σελίνου καὶ κυμίνου καὶ μαράθρου καὶ σίνωνος, ὅσα τ’ ἄλλα τοιαῦτα. κενωθείσης δὲ τῆς γαστρὸς, αὐτίκα τρέφειν τὰ μὲν ἄλλα παραπλησίως τοῖς ἔμπροσθεν εἰρημένοις, ἀφαι‐</w:t>
      </w:r>
    </w:p>
    <w:p>
      <w:r>
        <w:rPr>
          <w:rFonts w:ascii="Courier New" w:hAnsi="Courier New"/>
          <w:color w:val="555555"/>
          <w:sz w:val="20"/>
        </w:rPr>
        <w:t>[5]</w:t>
      </w:r>
    </w:p>
    <w:p>
      <w:r>
        <w:rPr>
          <w:rFonts w:ascii="Gentium Plus" w:hAnsi="Gentium Plus"/>
          <w:sz w:val="24"/>
        </w:rPr>
        <w:t>ρεῖν δὲ τὰ στύφοντα. εἰ μὲν οὖν ἐν τῇ πρώτῃ τῶν ἡμερῶν εἰς ἑσπέραν πραχθείη ταῦτα, ἢ νυκτὸς ὥρας ἡστινοσοῦν, προ‐ νοεῖσθαι χρὴ κατὰ τὰ παραπλήσια καὶ τῇ δευτέρᾳ τῶν ἡμε‐ ρῶν, καὶ λούεσθαί γ’ ἐν αὐτῇ συγχωρεῖν, ἐὰν ἀκριβῶς ἀπύ‐ ρετος ᾖ. κᾀπειδὰν τῆς ἐπιούσης νυκτὸς ἀλύπως ὑπνώσῃ,</w:t>
      </w:r>
    </w:p>
    <w:p>
      <w:r>
        <w:rPr>
          <w:rFonts w:ascii="Courier New" w:hAnsi="Courier New"/>
          <w:color w:val="555555"/>
          <w:sz w:val="20"/>
        </w:rPr>
        <w:t>[10]</w:t>
      </w:r>
    </w:p>
    <w:p>
      <w:r>
        <w:rPr>
          <w:rFonts w:ascii="Gentium Plus" w:hAnsi="Gentium Plus"/>
          <w:sz w:val="24"/>
        </w:rPr>
        <w:t>τελέως ἤδη νομίζειν ὑγιαίνειν αὐτόν. εἰ δ’ ἡ μετὰ τὴν ἀπε‐ ψίαν ἡμέρα μετὰ τῆς ἐπιούσης νυκτὸς ἐνέγκοι τὸν πυρετὸν, ὡς ἐν τῇ δευτέρᾳ τῶν ἡμερῶν, προνοηθῆναί τε καὶ τραφῆναι τὸν ἄνθρωπον. ἐνέγκοι δέ τι εἰ καὶ ἡ διὰ τρίτης νὺξ βραχὺ πυρετῶδες, οὐδ’ οὕτως χρὴ δεδιέναι, ἀλλὰ καὶ τούτους</w:t>
      </w:r>
    </w:p>
    <w:p>
      <w:r>
        <w:rPr>
          <w:rFonts w:ascii="Courier New" w:hAnsi="Courier New"/>
          <w:color w:val="555555"/>
          <w:sz w:val="20"/>
        </w:rPr>
        <w:t>[15]</w:t>
      </w:r>
    </w:p>
    <w:p>
      <w:r>
        <w:rPr>
          <w:rFonts w:ascii="Gentium Plus" w:hAnsi="Gentium Plus"/>
          <w:sz w:val="24"/>
        </w:rPr>
        <w:t>ἐπὶ τῆς ἐρχομένης ἡμέρας καὶ λούειν καὶ τρέφειν, ἅπαντά τε τἄλλα ποιεῖν ἀνάλογον ἐπ’ αὐτῶν, ὡς ἔμπροσθεν διῄρηται. τὰς δ’ εἰς ὀξεῖαν ποιότητα μεταβολὰς τῆς ἀπεπτηθείσης τρο‐</w:t>
      </w:r>
    </w:p>
    <w:p>
      <w:r>
        <w:rPr>
          <w:rFonts w:ascii="Courier New" w:hAnsi="Courier New"/>
          <w:color w:val="555555"/>
          <w:sz w:val="20"/>
        </w:rPr>
        <w:t>[10 . 579]</w:t>
      </w:r>
    </w:p>
    <w:p>
      <w:r>
        <w:rPr>
          <w:rFonts w:ascii="Gentium Plus" w:hAnsi="Gentium Plus"/>
          <w:sz w:val="24"/>
        </w:rPr>
        <w:t>ὅτι μὴ σπανίως, ἐπὶ τροφαῖς ἑτοίμως ὀξυνομέναις οὔτε πυρε‐ τὸν ἀναπτούσας ἐφήμερον, ὥσπερ οὐδὲ τὰς βραδυπεψίας· ὡς εἴ γέ ποτε διὰ τοιαύτην ἀπεψίαν πυρέξειαν αἱ πικρόχολοι κρά‐ σεις, ἔμφραξίν τε καὶ σῆψιν χυμῶν ὑποπτεύειν προσήκει, περὶ</w:t>
      </w:r>
    </w:p>
    <w:p>
      <w:r>
        <w:rPr>
          <w:rFonts w:ascii="Courier New" w:hAnsi="Courier New"/>
          <w:color w:val="555555"/>
          <w:sz w:val="20"/>
        </w:rPr>
        <w:t>[5]</w:t>
      </w:r>
    </w:p>
    <w:p>
      <w:r>
        <w:rPr>
          <w:rFonts w:ascii="Gentium Plus" w:hAnsi="Gentium Plus"/>
          <w:sz w:val="24"/>
        </w:rPr>
        <w:t>ἧς ἀκριβέστερον ἑξῆς διοριῶ κατὰ τὸν περὶ σήψεων λόγον. νυνὶ δὲ τῇ τῶν ἐφημέρων πυρετῶν διδασκαλίᾳ τοσοῦτον ἐπι‐ προσθεὶς ἀπαλλάξομαι. καπνώδης ἀναθυμίασις οὐκ ἄν ποτε γένοιτο διὰ βραδυπεψίαν, ἢ ἀπεψίαν ὀξυρεγμιώδη. ψυχροὶ γὰρ ἀτμοὶ ἐκ τῶν τοιούτων χυμῶν ἀποῤῥέουσιν ὀλίγιστοι</w:t>
      </w:r>
    </w:p>
    <w:p>
      <w:r>
        <w:rPr>
          <w:rFonts w:ascii="Courier New" w:hAnsi="Courier New"/>
          <w:color w:val="555555"/>
          <w:sz w:val="20"/>
        </w:rPr>
        <w:t>[10]</w:t>
      </w:r>
    </w:p>
    <w:p>
      <w:r>
        <w:rPr>
          <w:rFonts w:ascii="Gentium Plus" w:hAnsi="Gentium Plus"/>
          <w:sz w:val="24"/>
        </w:rPr>
        <w:t>παντάπασιν, οὐκ ἀναθυμιάσεις πολλαὶ καπνώδεις τε καὶ λιγ‐ νυώδεις· οὐδὲ γὰρ οὐδ’ ἐπὶ τῶν ἐκτὸς ἑτέρως ἔστιν ἰδεῖν καπνὸν ἢ λιγνὺν, ἀλλὰ καπνὸν μὲν ἐπὶ ταῖς ἡμικαύστοις ὡς ἂν εἴποι τις ὕλαις, λιγνὺν δὲ ἐπὶ ταῖς ὑπεροπτηθείσαις τε καὶ καυθείσαις· ἔστι γὰρ ἡ μὲν λιγνὺς ἀναθυμίασις γεώδης, ὁ</w:t>
      </w:r>
    </w:p>
    <w:p>
      <w:r>
        <w:rPr>
          <w:rFonts w:ascii="Courier New" w:hAnsi="Courier New"/>
          <w:color w:val="555555"/>
          <w:sz w:val="20"/>
        </w:rPr>
        <w:t>[15]</w:t>
      </w:r>
    </w:p>
    <w:p>
      <w:r>
        <w:rPr>
          <w:rFonts w:ascii="Gentium Plus" w:hAnsi="Gentium Plus"/>
          <w:sz w:val="24"/>
        </w:rPr>
        <w:t>δὲ καπνὸς συμμιγὴς ἐξ ὑδατώδους τε καὶ γεώδους οὐσίας· οὐ μὴν οὐδ’ ὅπως χρὴ προνοεῖσθαι τῶν βραδυπεπτησόντων καὶ ὀξῶδες ἐρυγγανόντων ἀκούειν χρὴ ποθεῖν ἐν τῷδε· τῆς</w:t>
      </w:r>
    </w:p>
    <w:p>
      <w:r>
        <w:rPr>
          <w:rFonts w:ascii="Courier New" w:hAnsi="Courier New"/>
          <w:color w:val="555555"/>
          <w:sz w:val="20"/>
        </w:rPr>
        <w:t>[10 . 580]</w:t>
      </w:r>
    </w:p>
    <w:p>
      <w:r>
        <w:rPr>
          <w:rFonts w:ascii="Gentium Plus" w:hAnsi="Gentium Plus"/>
          <w:sz w:val="24"/>
        </w:rPr>
        <w:t>δὲ μόνον τῶν τοιούτων ἀπεψιῶν μνημονεύσομεν αἷς πυρετὸς ἕπεται. ἐπεὶ τοίνυν ἐφήμερος μὲν οὐχ ἕπεται πυρετὸς ταῖς ὀξυρεγμιώδεσιν ἀπεψίαις, ὁ δὲ ἐπὶ σήψει χυμῶν ἕπεταί ποτε, δεόντως εἰς τὸν ὑπὲρ ἐκείνων λόγον ἀνεβαλλόμην</w:t>
      </w:r>
    </w:p>
    <w:p>
      <w:r>
        <w:rPr>
          <w:rFonts w:ascii="Courier New" w:hAnsi="Courier New"/>
          <w:color w:val="555555"/>
          <w:sz w:val="20"/>
        </w:rPr>
        <w:t>[5]</w:t>
      </w:r>
    </w:p>
    <w:p>
      <w:r>
        <w:rPr>
          <w:rFonts w:ascii="Gentium Plus" w:hAnsi="Gentium Plus"/>
          <w:sz w:val="24"/>
        </w:rPr>
        <w:t>περὶ τῶν τοιούτων ἀπεψιῶν ἐρεῖν· οὐδὲ τότε καθ’ ὃν ἐν τοῖς ὑγιεινοῖς τρόπον. ἐν ἐκείνοις μὲν γὰρ εἴπομεν ὁποῖ’ ἄττα χρὴ πρᾶξαι τὸν ἀπεπτήσαντα περὶ τὸν τῆς ὑγείας καιρόν· ἐνταῦθα δὲ ὁποῖα κατὰ τοὺς ταῖς ἀπεψίαις ἀκολουθήσαν‐ τας πυρετούς.</w:t>
      </w:r>
    </w:p>
    <w:p>
      <w:r>
        <w:rPr>
          <w:rFonts w:ascii="Courier New" w:hAnsi="Courier New"/>
          <w:color w:val="555555"/>
          <w:sz w:val="20"/>
        </w:rPr>
        <w:t>[10]</w:t>
      </w:r>
    </w:p>
    <w:p>
      <w:r>
        <w:rPr>
          <w:rFonts w:ascii="Gentium Plus" w:hAnsi="Gentium Plus"/>
          <w:sz w:val="24"/>
        </w:rPr>
        <w:t>Σχεδὸν εἴρηταί μοι πάντα περὶ τῶν ἐφημέρων πυρετῶν· οἱ γὰρ ἐπὶ βουβῶσι πυρέξαντες οὐδὲ πυνθάνονται τῶν ἰατρῶν ὅ τι χρὴ ποιεῖν· ἀλλὰ τοῦ θ’ ἕλκους ἐφ’ ᾧπερ ἂν ὁ βουβὼν αὐτοῖς εἴη γεγεννημένος, αὐτοῦ τε τοῦ βουβῶνος προνοησάμενοι, λούονται κατὰ τὴν παρακμὴν τοῦ</w:t>
      </w:r>
    </w:p>
    <w:p>
      <w:r>
        <w:rPr>
          <w:rFonts w:ascii="Courier New" w:hAnsi="Courier New"/>
          <w:color w:val="555555"/>
          <w:sz w:val="20"/>
        </w:rPr>
        <w:t>[15]</w:t>
      </w:r>
    </w:p>
    <w:p>
      <w:r>
        <w:rPr>
          <w:rFonts w:ascii="Gentium Plus" w:hAnsi="Gentium Plus"/>
          <w:sz w:val="24"/>
        </w:rPr>
        <w:t>γενομένου παροξυσμοῦ. κᾂν φθέγξηταί τις τηνικαῦτα διάτρι‐ τον, ἅπαντες καταγελῶσι καὶ σχολαστικὸν ἀποκαλούσι κατα‐ νοοῦντες, οἶμαι, φύσει μὴ δεῖν ὑπερβάλλειν τὸ μηδόλως ἐσόμενον.</w:t>
      </w:r>
    </w:p>
    <w:p>
      <w:r>
        <w:rPr>
          <w:rFonts w:ascii="Courier New" w:hAnsi="Courier New"/>
          <w:color w:val="555555"/>
          <w:sz w:val="20"/>
        </w:rPr>
        <w:t>[10 . 581]</w:t>
      </w:r>
    </w:p>
    <w:p>
      <w:r>
        <w:rPr>
          <w:rFonts w:ascii="Gentium Plus" w:hAnsi="Gentium Plus"/>
          <w:sz w:val="24"/>
        </w:rPr>
        <w:t>ὅσα διαφεύγει τὰς αἰσθήσεις, οἷοί περ αὐτοὶ περὶ τὰ φαινό‐ μενα. τὸ δ’ ἐν ἅπασιν εἶναι τοιούτους οὐδὲν ἄλλο ἐστὶν ἢ τὸ γινώσκειν ὁπηνίκα μὲν ἔσοιτο διὰ τρίτης ὁ παροξυσμὸς, ὁπηνίκα δ’ οὐκ ἔσοιτο. καὶ μέν γε καὶ ψυχθέντες, ἢ ἐγκαυ‐</w:t>
      </w:r>
    </w:p>
    <w:p>
      <w:r>
        <w:rPr>
          <w:rFonts w:ascii="Courier New" w:hAnsi="Courier New"/>
          <w:color w:val="555555"/>
          <w:sz w:val="20"/>
        </w:rPr>
        <w:t>[5]</w:t>
      </w:r>
    </w:p>
    <w:p>
      <w:r>
        <w:rPr>
          <w:rFonts w:ascii="Gentium Plus" w:hAnsi="Gentium Plus"/>
          <w:sz w:val="24"/>
        </w:rPr>
        <w:t>θέντες, ἢ κοπιάσαντες, ἤ τι τοιοῦτον ἕτερον παθόντες, ἐπει‐ δὰν πυρέξαντες τύχωσιν, εἶτα τῆς ἐν ταῖς παρακμαῖς εὐφορίας αἴσθησιν ἔχωσιν ὑγιεινῆς, οὐδὲ τότ’ ἀνέχονται τῶν τὴν διά‐ τριτον φθεγγομένων. ὃ γὰρ εἴωθα λέγειν πολλάκις, ὡς ἅπαν‐ τος σοφιστοῦ τῶν ἰδιωτῶν ἕκαστος, ὃς ἂν ἔχῃ κατὰ φύσιν,</w:t>
      </w:r>
    </w:p>
    <w:p>
      <w:r>
        <w:rPr>
          <w:rFonts w:ascii="Courier New" w:hAnsi="Courier New"/>
          <w:color w:val="555555"/>
          <w:sz w:val="20"/>
        </w:rPr>
        <w:t>[10]</w:t>
      </w:r>
    </w:p>
    <w:p>
      <w:r>
        <w:rPr>
          <w:rFonts w:ascii="Gentium Plus" w:hAnsi="Gentium Plus"/>
          <w:sz w:val="24"/>
        </w:rPr>
        <w:t>ἀληθέστερα δοξάζει, τοῦτο κᾀπὶ τῆς θειοτάτης αὐτῶν δια‐ τρίτου θεάσασθαί σοι πάρεστι, καταγελωμένης ὑπὸ πάντων τῶν κατὰ φύσιν ἐχόντων. ἔναγχος γοῦν τις ἰδιώτης ἐν δείπνῳ πολυτελεῖ πλείω προσενεγκάμενος καὶ πιὼν ἧκε μὲν οἴκαδε, σφαλλόμενός τε καὶ χειραγωγούμενος. ἐπιπολασάν‐</w:t>
      </w:r>
    </w:p>
    <w:p>
      <w:r>
        <w:rPr>
          <w:rFonts w:ascii="Courier New" w:hAnsi="Courier New"/>
          <w:color w:val="555555"/>
          <w:sz w:val="20"/>
        </w:rPr>
        <w:t>[15]</w:t>
      </w:r>
    </w:p>
    <w:p>
      <w:r>
        <w:rPr>
          <w:rFonts w:ascii="Gentium Plus" w:hAnsi="Gentium Plus"/>
          <w:sz w:val="24"/>
        </w:rPr>
        <w:t>των δὲ αὐτῷ τῶν βαρυνόντων τὴν γαστέρα, πάντ’ ἐξεμέσας αὐτὰ, διὰ νυκτὸς μὲν ἐπύρεξεν, ἐκοιμήθη δ’ ἐπὶ πολὺ τῆς ἐπιούσης ἡμέρας· εἶτα διαναστὰς καὶ βραχέα περιπατήσας</w:t>
      </w:r>
    </w:p>
    <w:p>
      <w:r>
        <w:rPr>
          <w:rFonts w:ascii="Courier New" w:hAnsi="Courier New"/>
          <w:color w:val="555555"/>
          <w:sz w:val="20"/>
        </w:rPr>
        <w:t>[10 . 582]</w:t>
      </w:r>
    </w:p>
    <w:p>
      <w:r>
        <w:rPr>
          <w:rFonts w:ascii="Gentium Plus" w:hAnsi="Gentium Plus"/>
          <w:sz w:val="24"/>
        </w:rPr>
        <w:t>συμβουλεύσαντος· ὅσον μὲν γὰρ ἐπ’ ἐκείνῳ καὶ τὴν ἑξῆς ἡμέ‐ ραν ἀσιτεῖν ἐχρῆν αὐτόν· ὅσον δ’ ἐπὶ τοῖς ἀληθέσι καὶ οἷς αὐτὸς ἔπραξε λουσάμενος καὶ μετρίως διαιτηθεὶς καὶ κοιμη‐ θεὶς ἀμέμπτως, ἕωθεν ἀναστάντα τῶν συνηθῶν ἔχεσθαι ἐν</w:t>
      </w:r>
    </w:p>
    <w:p>
      <w:r>
        <w:rPr>
          <w:rFonts w:ascii="Courier New" w:hAnsi="Courier New"/>
          <w:color w:val="555555"/>
          <w:sz w:val="20"/>
        </w:rPr>
        <w:t>[5]</w:t>
      </w:r>
    </w:p>
    <w:p>
      <w:r>
        <w:rPr>
          <w:rFonts w:ascii="Gentium Plus" w:hAnsi="Gentium Plus"/>
          <w:sz w:val="24"/>
        </w:rPr>
        <w:t>αὐτῇ τῇ διατρίτῳ, καθ’ ἣν ἀσιτεῖν αὐτὸν ἐχρῆν πειθόμενον τοῖς διατριταρίοις ἰατροῖς, οὕτω γὰρ αὐτούς τις ἐπισκώπτων ὠνόμαζε χαριέντως, καὶ δεδειπνηκότος δὲ ἤδη κατὰ τὸ σύνη‐ θες τοῦ ἀνθρώπου, παρὼν ὁ εὐτράπελος ἐκεῖνος ἐγελωτο‐ ποίει, ἀναμιμνήσκων τὸν ἐμημεκότα τρίτης ἑσπέρας ὡς ἐχρῆν</w:t>
      </w:r>
    </w:p>
    <w:p>
      <w:r>
        <w:rPr>
          <w:rFonts w:ascii="Courier New" w:hAnsi="Courier New"/>
          <w:color w:val="555555"/>
          <w:sz w:val="20"/>
        </w:rPr>
        <w:t>[10]</w:t>
      </w:r>
    </w:p>
    <w:p>
      <w:r>
        <w:rPr>
          <w:rFonts w:ascii="Gentium Plus" w:hAnsi="Gentium Plus"/>
          <w:sz w:val="24"/>
        </w:rPr>
        <w:t>αὐτὸν ἄρτι δυοῖν ἡμερῶν ἄσιτόν τε καὶ ξηρὸν καὶ ἄσης με‐ στὸν κατακεῖσθαι, εἰς τὰς ὥρας ἀποβλέποντα κατὰ τὴν τῶν διατριταρίων πρόσταξιν. ἔστι γὰρ, οἶμαι, καὶ τοῖς ἰδιώταις εὔδηλα τὰ παρὰ τὴν ἐνάργειαν ἀποτετολμημένα. κᾀκ τούτου δεόντως ἰατροὺς μὲν ἑτέρους εἶναί φασι, λογιατροὺς δ’ ἑτέ‐</w:t>
      </w:r>
    </w:p>
    <w:p>
      <w:r>
        <w:rPr>
          <w:rFonts w:ascii="Courier New" w:hAnsi="Courier New"/>
          <w:color w:val="555555"/>
          <w:sz w:val="20"/>
        </w:rPr>
        <w:t>[15]</w:t>
      </w:r>
    </w:p>
    <w:p>
      <w:r>
        <w:rPr>
          <w:rFonts w:ascii="Gentium Plus" w:hAnsi="Gentium Plus"/>
          <w:sz w:val="24"/>
        </w:rPr>
        <w:t>ρους. πῶς γὰρ οὐ δίκαιοι τούτου τοῦ προσρήματός εἰσι τυγχάνειν οἱ μὴ γινώσκοντες ἃ μηδεὶς ἰδιώτης ἀγνοεῖ; πῶς δ’ οὐ καταγελᾶσθαι καὶ σκώπτεσθαι δικαιότατοι τυγχάνουσιν</w:t>
      </w:r>
    </w:p>
    <w:p>
      <w:r>
        <w:rPr>
          <w:rFonts w:ascii="Courier New" w:hAnsi="Courier New"/>
          <w:color w:val="555555"/>
          <w:sz w:val="20"/>
        </w:rPr>
        <w:t>[10 . 583]</w:t>
      </w:r>
    </w:p>
    <w:p>
      <w:r>
        <w:rPr>
          <w:rFonts w:ascii="Gentium Plus" w:hAnsi="Gentium Plus"/>
          <w:sz w:val="24"/>
        </w:rPr>
        <w:t>προκρίνοντες; ἀλλὰ τὴν μὲν ἐκείνων ἀναισθησίαν οὐδ’ ἂν ὁ Ἑρμῆς ἅμα ταῖς Μούσαις ἰάσαιτο. Συντετελεσμένου δὲ ἡμῖν τοῦ περὶ τῶν ἐφημέρων πυρετῶν λόγου κατὰ τὰς πικροχόλους φύσεις,</w:t>
      </w:r>
    </w:p>
    <w:p>
      <w:r>
        <w:rPr>
          <w:rFonts w:ascii="Courier New" w:hAnsi="Courier New"/>
          <w:color w:val="555555"/>
          <w:sz w:val="20"/>
        </w:rPr>
        <w:t>[5]</w:t>
      </w:r>
    </w:p>
    <w:p>
      <w:r>
        <w:rPr>
          <w:rFonts w:ascii="Gentium Plus" w:hAnsi="Gentium Plus"/>
          <w:sz w:val="24"/>
        </w:rPr>
        <w:t>ἐφ’ ὧν τὸ μὲν θερμὸν στοιχεῖον τοῦ ψυχροῦ, τὸ δὲ ξηρὸν τοῦ ὑγροῦ πλεονεκτεῖ, μεταβαίνωμεν ἤδη πρὸς ἑτέραν κρᾶσιν τῶν σωμάτων οὐδὲν ἧττον τῆσδε κακόχυμον, ἐν ᾗ τὸ μὲν θερμὸν τοῦ ψυχροῦ, τὸ δ’ ὑγρὸν τοῦ ξηροῦ κρατεῖ. σηπε‐ δονώδεσι γάρ τοι νοσήμασιν ἡ φύσις αὕτη ἁπασῶν μάλιστα</w:t>
      </w:r>
    </w:p>
    <w:p>
      <w:r>
        <w:rPr>
          <w:rFonts w:ascii="Courier New" w:hAnsi="Courier New"/>
          <w:color w:val="555555"/>
          <w:sz w:val="20"/>
        </w:rPr>
        <w:t>[10]</w:t>
      </w:r>
    </w:p>
    <w:p>
      <w:r>
        <w:rPr>
          <w:rFonts w:ascii="Gentium Plus" w:hAnsi="Gentium Plus"/>
          <w:sz w:val="24"/>
        </w:rPr>
        <w:t>τῶν δυσκρασιῶν ἁλίσκεται, διότι καὶ καθ’ ὃν ὑγιαίνει χρόνον ἐγγὺς σηπεδόνος ἐστὶν, ὡς ἔκ τε τῶν ἱδρώτων ἔνεστι τεκμαί‐ ρεσθαι δυσωδῶν ὑπαρχόντων, οὐχ ἥκιστα δὲ καὶ τῶν οὔρων καὶ τῶν διαχωρημάτων, ἔτι τε καὶ τῆς ἐκπνοῆς. οἵα γὰρ ἡ τῶν τράγων κρᾶσίς ἐστι, τοιαύτη καὶ ἡ τῶν τοιῶνδε φύ‐</w:t>
      </w:r>
    </w:p>
    <w:p>
      <w:r>
        <w:rPr>
          <w:rFonts w:ascii="Courier New" w:hAnsi="Courier New"/>
          <w:color w:val="555555"/>
          <w:sz w:val="20"/>
        </w:rPr>
        <w:t>[15]</w:t>
      </w:r>
    </w:p>
    <w:p>
      <w:r>
        <w:rPr>
          <w:rFonts w:ascii="Gentium Plus" w:hAnsi="Gentium Plus"/>
          <w:sz w:val="24"/>
        </w:rPr>
        <w:t>σεων. ἕτοιμον οὖν αὐτὴν νοσεῖν ἐξ αἰτίου παντὸς ἄλλα τε νοσήματα πολλὰ καὶ πυρετούς. οὔτε γὰρ ὁπόταν στεγνωθῇ τὸ δέρμα, δυνατὸν τοῖς οὕτω κεκραμένοις μὴ πυρέττειν, οὔθ’</w:t>
      </w:r>
    </w:p>
    <w:p>
      <w:r>
        <w:rPr>
          <w:rFonts w:ascii="Courier New" w:hAnsi="Courier New"/>
          <w:color w:val="555555"/>
          <w:sz w:val="20"/>
        </w:rPr>
        <w:t>[10 . 584]</w:t>
      </w:r>
    </w:p>
    <w:p>
      <w:r>
        <w:rPr>
          <w:rFonts w:ascii="Gentium Plus" w:hAnsi="Gentium Plus"/>
          <w:sz w:val="24"/>
        </w:rPr>
        <w:t>ρον πάθωσιν. αἱ μὲν οὖν στεγνώσεις μάλιστα τῶν κακοχύ‐ μων ἅπτονται φύσεων. ὥστε οὐδὲν ἧττον αἱ πικρόχολοι κρά‐ σεις τῶν σηπεδονωδῶν ἁλώσονται πυρετοῖς ἐπὶ στεγνώσει. ὑπὸ δὲ τῶν κνισωδῶν ἀπεψιῶν ἑτοιμότερον αἱ ὑγραὶ καὶ</w:t>
      </w:r>
    </w:p>
    <w:p>
      <w:r>
        <w:rPr>
          <w:rFonts w:ascii="Courier New" w:hAnsi="Courier New"/>
          <w:color w:val="555555"/>
          <w:sz w:val="20"/>
        </w:rPr>
        <w:t>[5]</w:t>
      </w:r>
    </w:p>
    <w:p>
      <w:r>
        <w:rPr>
          <w:rFonts w:ascii="Gentium Plus" w:hAnsi="Gentium Plus"/>
          <w:sz w:val="24"/>
        </w:rPr>
        <w:t>θερμαὶ βλαβήσονται φύσεις, ἃς ἀρτίως ὠνόμασα σηπεδονώ‐ δεις, ἐπειδὴ ῥᾷστα σήπονται κατὰ ταύτας οἱ χυμοί. περὶ δὲ τῶν ἐμφράξεων τί δεῖ καὶ λέγειν; ἃς διὰ τοῦτο μάλιστα πυρετοὺς ἀνάπτειν ἔφαμεν, ὅτι σήψεις ἐργάζονται κατὰ τὰ μὴ διαπνεόμενα σώματα. ἀλλὰ περὶ μὲν τῶν τοιούτων πυρε‐</w:t>
      </w:r>
    </w:p>
    <w:p>
      <w:r>
        <w:rPr>
          <w:rFonts w:ascii="Courier New" w:hAnsi="Courier New"/>
          <w:color w:val="555555"/>
          <w:sz w:val="20"/>
        </w:rPr>
        <w:t>[10]</w:t>
      </w:r>
    </w:p>
    <w:p>
      <w:r>
        <w:rPr>
          <w:rFonts w:ascii="Gentium Plus" w:hAnsi="Gentium Plus"/>
          <w:sz w:val="24"/>
        </w:rPr>
        <w:t>τῶν αὖθις ἐροῦμεν. οἱ δ’ ἐφήμεροι πάντες ἑτοιμότατα μὲν ἐν ταῖς εἰρημέναις συνίστανται κράσεσιν, ἐπὶ πᾶσι τοῖς αἰτίοις ὅσα μικρὸν ἔμπροσθεν εἴπομεν ἐπὶ τῶν πικροχόλων φύσεων· ἴασιν δὲ παραπλησίαν αὐτοῖς ἔχοντες ἐν ὀλίγοις πάνυ διαλλάττουσιν. ὑγρότεραι γὰρ αἱ φύσεις ὑπάρχουσαι,</w:t>
      </w:r>
    </w:p>
    <w:p>
      <w:r>
        <w:rPr>
          <w:rFonts w:ascii="Courier New" w:hAnsi="Courier New"/>
          <w:color w:val="555555"/>
          <w:sz w:val="20"/>
        </w:rPr>
        <w:t>[15]</w:t>
      </w:r>
    </w:p>
    <w:p>
      <w:r>
        <w:rPr>
          <w:rFonts w:ascii="Gentium Plus" w:hAnsi="Gentium Plus"/>
          <w:sz w:val="24"/>
        </w:rPr>
        <w:t>φέρουσιν ἐκείνων μᾶλλον ἀσιτίαν τε καὶ δίψος. ὥσθ’ ἧττον οὗτοι βλαβήσονται λιμαγχούμενοι πρὸς τῶν διατριταρίων</w:t>
      </w:r>
    </w:p>
    <w:p>
      <w:r>
        <w:rPr>
          <w:rFonts w:ascii="Courier New" w:hAnsi="Courier New"/>
          <w:color w:val="555555"/>
          <w:sz w:val="20"/>
        </w:rPr>
        <w:t>[10 . 585]</w:t>
      </w:r>
    </w:p>
    <w:p>
      <w:r>
        <w:rPr>
          <w:rFonts w:ascii="Gentium Plus" w:hAnsi="Gentium Plus"/>
          <w:sz w:val="24"/>
        </w:rPr>
        <w:t>καὶ τῶν βαλανείων, ὡς μανούντων μὲν τὸ δέρμα δέον‐ ται μᾶλλον, ἢ οὐχ ἧττόν γε τῶν πικροχόλων· ὡς ὑγραινόν‐ των δ’ οὐ δέονται. ὅσα δ’ ἐπὶ τῶν τοιούτων φύσεων εἴρηται, ταῦτα κᾀπὶ τῶν ἐπικτήτων ἕξεων εἰρῆσθαι χρὴ νομίζειν.</w:t>
      </w:r>
    </w:p>
    <w:p>
      <w:r>
        <w:rPr>
          <w:rFonts w:ascii="Courier New" w:hAnsi="Courier New"/>
          <w:color w:val="555555"/>
          <w:sz w:val="20"/>
        </w:rPr>
        <w:t>[5]</w:t>
      </w:r>
    </w:p>
    <w:p>
      <w:r>
        <w:rPr>
          <w:rFonts w:ascii="Gentium Plus" w:hAnsi="Gentium Plus"/>
          <w:sz w:val="24"/>
        </w:rPr>
        <w:t>ἔνιοι γὰρ ὑπάρχοντες εὔχυμοι φύσει πικρόχολοι γίγνονται, συνελθόντων εἰς ἕνα χρόνον ἐνίοτε πλειόνων αἰτιῶν ξηραι‐ νόντων τε καὶ θερμαινόντων τὸ σῶμα. φέρε γὰρ εἰς χωρίον ἀφῖχθαι τὸν ἄνθρωπον ὥρᾳ θέρους θερμὸν καὶ ξηρόν· εἶναι δὲ καὶ τὴν ἐν τῷ τότε χρόνῳ κατάστασιν θερμὴν καὶ</w:t>
      </w:r>
    </w:p>
    <w:p>
      <w:r>
        <w:rPr>
          <w:rFonts w:ascii="Courier New" w:hAnsi="Courier New"/>
          <w:color w:val="555555"/>
          <w:sz w:val="20"/>
        </w:rPr>
        <w:t>[10]</w:t>
      </w:r>
    </w:p>
    <w:p>
      <w:r>
        <w:rPr>
          <w:rFonts w:ascii="Gentium Plus" w:hAnsi="Gentium Plus"/>
          <w:sz w:val="24"/>
        </w:rPr>
        <w:t>ξηράν· ἐσθίειν τ’ αὐτὸν ἐδέσματα θερμὰ καὶ ξηρά· καὶ φρον‐ τίζειν καὶ λυπεῖσθαι καὶ ἀγρυπνεῖν καὶ θυμοῦσθαι καὶ πο‐ νεῖν πάμπολλα· δύναιτο δ’ ἂν ὁ αὐτὸς ἄνθρωπος ἀφροδισίοις τε συνεχέσι χρήσασθαι κατ’ ἐκεῖνον τὸν καιρὸν, ἐν ἡλίῳ τε διατρίβειν τὰ πλείω καὶ πίνειν φαρμάκων ξηραινόντων τε καὶ</w:t>
      </w:r>
    </w:p>
    <w:p>
      <w:r>
        <w:rPr>
          <w:rFonts w:ascii="Courier New" w:hAnsi="Courier New"/>
          <w:color w:val="555555"/>
          <w:sz w:val="20"/>
        </w:rPr>
        <w:t>[15]</w:t>
      </w:r>
    </w:p>
    <w:p>
      <w:r>
        <w:rPr>
          <w:rFonts w:ascii="Gentium Plus" w:hAnsi="Gentium Plus"/>
          <w:sz w:val="24"/>
        </w:rPr>
        <w:t>θερμαινόντων, ὥσπερ ἔνιοι μὲν τῆς θηριακῆς, ἔνιοι δὲ τῆς ἀμβροσίας, ἔνιοι δὲ τῆς ἀθανασίας, ἴσμεν γὰρ δήπου τὰ κα‐ λούμενα πρὸς τῶν νεωτέρων ἰατρῶν φάρμακα τοῖς τοιούτοις</w:t>
      </w:r>
    </w:p>
    <w:p>
      <w:r>
        <w:rPr>
          <w:rFonts w:ascii="Courier New" w:hAnsi="Courier New"/>
          <w:color w:val="555555"/>
          <w:sz w:val="20"/>
        </w:rPr>
        <w:t>[10 . 586]</w:t>
      </w:r>
    </w:p>
    <w:p>
      <w:r>
        <w:rPr>
          <w:rFonts w:ascii="Gentium Plus" w:hAnsi="Gentium Plus"/>
          <w:sz w:val="24"/>
        </w:rPr>
        <w:t>θέρους, ἀναγκαῖον αὐτῷ θερμὸν καὶ ξηρὸν, καὶ διὰ τοῦτο πικρόχολον εἶναι τὸ σῶμα, κᾂν ἔμπροσθεν εὐχυμότατον ἦν. καὶ τοίνυν καὶ πυρέξει ῥᾳδίως οὗτος ἐπὶ πᾶσι τοῖς ἔμπροσθεν εἰρημένοις αἰτίοις. οὕτω δὲ καὶ ὅστις εὔχυμος φύσει, χωρίον</w:t>
      </w:r>
    </w:p>
    <w:p>
      <w:r>
        <w:rPr>
          <w:rFonts w:ascii="Courier New" w:hAnsi="Courier New"/>
          <w:color w:val="555555"/>
          <w:sz w:val="20"/>
        </w:rPr>
        <w:t>[5]</w:t>
      </w:r>
    </w:p>
    <w:p>
      <w:r>
        <w:rPr>
          <w:rFonts w:ascii="Gentium Plus" w:hAnsi="Gentium Plus"/>
          <w:sz w:val="24"/>
        </w:rPr>
        <w:t>εὔκρατον οἰκῶν, εἰς ἕτερον χωρίον ὑγρὸν καὶ θερμὸν ἐν ἦρι μετέλθοι, καταστάσεως οὔσης θερμῆς καὶ ὑγρᾶς ἅπαντά τε τὰ διαιτήματα θερμὰ καὶ ὑγρὰ ποιήσαιτο, καὶ οὗτος ὁμοίως τῷ φύσει σηπεδονώδει τοῖς τ’ ἄλλοις ἁλώσεται νοσήμασιν οἷσπερ κᾀκεῖνοι· καὶ πυρέξει τούς τ’ ἄλλους πυρετοὺς ὁμοίως</w:t>
      </w:r>
    </w:p>
    <w:p>
      <w:r>
        <w:rPr>
          <w:rFonts w:ascii="Courier New" w:hAnsi="Courier New"/>
          <w:color w:val="555555"/>
          <w:sz w:val="20"/>
        </w:rPr>
        <w:t>[10]</w:t>
      </w:r>
    </w:p>
    <w:p>
      <w:r>
        <w:rPr>
          <w:rFonts w:ascii="Gentium Plus" w:hAnsi="Gentium Plus"/>
          <w:sz w:val="24"/>
        </w:rPr>
        <w:t>ἐκείνοις ἐπὶ τοῖς αὐτοῖς αἰτίοις, οὐχ ἥκιστα δὲ καὶ τὸν ἐφή‐ μερον, ὑπὲρ οὗ νῦν ὁ λόγος. Ὀκτὼ δ’ οὐσῶν τῶν πασῶν δυσκρασιῶν, ὡς ἐδείκνυμεν, ἑτοιμοτάτη μὲν εἰς πυρετοὺς ἡ θερμὴ καὶ ξηρά· καὶ ἢν μή τις αὐτὴν, ὡς εἴρηται, διαιτήσῃ, τάχιστα</w:t>
      </w:r>
    </w:p>
    <w:p>
      <w:r>
        <w:rPr>
          <w:rFonts w:ascii="Courier New" w:hAnsi="Courier New"/>
          <w:color w:val="555555"/>
          <w:sz w:val="20"/>
        </w:rPr>
        <w:t>[15]</w:t>
      </w:r>
    </w:p>
    <w:p>
      <w:r>
        <w:rPr>
          <w:rFonts w:ascii="Gentium Plus" w:hAnsi="Gentium Plus"/>
          <w:sz w:val="24"/>
        </w:rPr>
        <w:t>μεταπίπτουσιν ἀπ’ αὐτῶν εἰς τοὺς ὀξεῖς πυρετοὺς οἱ ἐφήμεροι. ἐγγὺς δ’ αὐτῇ πυρετῶν γ’ ἕνεκα, καίτοι πρὸς ἄλλα γε ὑπάρ‐ χουσα χείρων, ἡ θερμὴ καὶ ὑγρά. τρίτη δ’ ἐπὶ ταύταις ἐστὶν</w:t>
      </w:r>
    </w:p>
    <w:p>
      <w:r>
        <w:rPr>
          <w:rFonts w:ascii="Courier New" w:hAnsi="Courier New"/>
          <w:color w:val="555555"/>
          <w:sz w:val="20"/>
        </w:rPr>
        <w:t>[10 . 587]</w:t>
      </w:r>
    </w:p>
    <w:p>
      <w:r>
        <w:rPr>
          <w:rFonts w:ascii="Gentium Plus" w:hAnsi="Gentium Plus"/>
          <w:sz w:val="24"/>
        </w:rPr>
        <w:t>κατὰ τὸ ξηρὸν καὶ ὑγρὸν ἄμεμπτος· ἐν δὲ τῇ λοιπῇ πλεο‐ νεκτεῖ τὸ θερμόν. ἑτοιμοτέρα γὰρ ἥδε τῶν ὑπολοίπων καὶ βλάπτεσθαι πρὸς ἁπάντων τῶν εἰρημένων αἰτιῶν καὶ μετα‐ πίπτειν ἐκ τῶν ἐφημέρων εἰς τοὺς πολυημέρους· οὐδὲν γὰρ</w:t>
      </w:r>
    </w:p>
    <w:p>
      <w:r>
        <w:rPr>
          <w:rFonts w:ascii="Courier New" w:hAnsi="Courier New"/>
          <w:color w:val="555555"/>
          <w:sz w:val="20"/>
        </w:rPr>
        <w:t>[5]</w:t>
      </w:r>
    </w:p>
    <w:p>
      <w:r>
        <w:rPr>
          <w:rFonts w:ascii="Gentium Plus" w:hAnsi="Gentium Plus"/>
          <w:sz w:val="24"/>
        </w:rPr>
        <w:t>χεῖρον οὕτως αὐτοὺς ὀνομάσαι. ταύτῃ δ’ ἐφεξῆς ἐστιν, ἡ κατὰ μὲν τὸ θερμὸν καὶ ψυχρὸν εὔκρατος, ἐπικρατοῦν δὲ τὸ ξηρὸν στοιχεῖον ἔχουσα τοῦ ὑγροῦ. μεθ’ ἣν ἡ μέση πασῶν ἡ εὔκρατός ἐστι κατ’ ἀμφοτέρας τὰς ἀντιθέσεις. αἱ δ’ ὑπό‐ λοιποι κράσεις αἱ τέτταρες οὔτε ῥᾳδίως ἁλίσκονται πυρετοῖς</w:t>
      </w:r>
    </w:p>
    <w:p>
      <w:r>
        <w:rPr>
          <w:rFonts w:ascii="Courier New" w:hAnsi="Courier New"/>
          <w:color w:val="555555"/>
          <w:sz w:val="20"/>
        </w:rPr>
        <w:t>[10]</w:t>
      </w:r>
    </w:p>
    <w:p>
      <w:r>
        <w:rPr>
          <w:rFonts w:ascii="Gentium Plus" w:hAnsi="Gentium Plus"/>
          <w:sz w:val="24"/>
        </w:rPr>
        <w:t>ἐπὶ τοῖς εἰρημένοις αἰτίοις, οὔθ’ ἁλοῦσαί τινι τῶν ἐφημέρων, ἐὰν ἀσιτήσωσι, μεταπίπτουσιν εἰς τοὺς πολυημέρους. ἀλλ’ ἔνιαί γε αὐτῶν, ἐπειδὰν τύχωσι πλῆθος ἠθροικυῖαι χυμῶν ἄνευ διαφθορᾶς, ἀθροίζουσι δὲ αἱ τοιαῦται συνεχῶς, ὑπὸ ἀσιτίας ὀνίνανται, μάλιστα μὲν ἡ ὑγρὰ καὶ ψυχρὰ, δευτέρα</w:t>
      </w:r>
    </w:p>
    <w:p>
      <w:r>
        <w:rPr>
          <w:rFonts w:ascii="Courier New" w:hAnsi="Courier New"/>
          <w:color w:val="555555"/>
          <w:sz w:val="20"/>
        </w:rPr>
        <w:t>[15]</w:t>
      </w:r>
    </w:p>
    <w:p>
      <w:r>
        <w:rPr>
          <w:rFonts w:ascii="Gentium Plus" w:hAnsi="Gentium Plus"/>
          <w:sz w:val="24"/>
        </w:rPr>
        <w:t>δὲ ἡ ὑγρὰ, καὶ τρίτη μετὰ ταύτας ἡ ψυχρὰ, τετάρτη δ’ ἡ ξηρὰ καὶ ψυχρά. ἐπὶ γὰρ τοῖς ἐφημέροις πυρετοῖς παυσαμέ‐</w:t>
      </w:r>
    </w:p>
    <w:p>
      <w:r>
        <w:rPr>
          <w:rFonts w:ascii="Courier New" w:hAnsi="Courier New"/>
          <w:color w:val="555555"/>
          <w:sz w:val="20"/>
        </w:rPr>
        <w:t>[10 . 588]</w:t>
      </w:r>
    </w:p>
    <w:p>
      <w:r>
        <w:rPr>
          <w:rFonts w:ascii="Gentium Plus" w:hAnsi="Gentium Plus"/>
          <w:sz w:val="24"/>
        </w:rPr>
        <w:t>νιωτάτην διάτριτον· ἕτερος μὲν οὐκ ἂν ἐκ τῆς ἀσιτίας ἀνα‐ φθείη πυρετὸς ἐν ψυχραῖς κράσεσι· κακοῦται δ’ ἡ ξηρὰ καὶ ψυχρὰ μάλισθ’ ἕξις, ὥστε πολλοῦ χρόνου χρῄζειν ἵν’ εἰς τὸ κατὰ φύσιν ἐπανέλθωσιν οἱ οὕτω δύσκρατοι. συνούσης μέν‐</w:t>
      </w:r>
    </w:p>
    <w:p>
      <w:r>
        <w:rPr>
          <w:rFonts w:ascii="Courier New" w:hAnsi="Courier New"/>
          <w:color w:val="555555"/>
          <w:sz w:val="20"/>
        </w:rPr>
        <w:t>[5]</w:t>
      </w:r>
    </w:p>
    <w:p>
      <w:r>
        <w:rPr>
          <w:rFonts w:ascii="Gentium Plus" w:hAnsi="Gentium Plus"/>
          <w:sz w:val="24"/>
        </w:rPr>
        <w:t>τοι τινος αὐτοῖς κατὰ τύχην ἐπικτήτου κακίας χυμῶν, ἐγχω‐ ρεῖ μεταπεσεῖν ἐκ τῶν ἐφημέρων πυρετῶν εἰς τοὺς πολυημέ‐ ρους, ὅταν ἄσιτοι καὶ ἄλουτοι φυλαχθῶσι τὰς τρεῖς ἡμέρας. ἡ μέν τοι ξηρὰ μὲν, ἀλλ’ εὔκρατος κατὰ τὴν ἑτέραν ἀντίθεσιν φύσιν σώματος, ἐν ταῖς μακροτέραις ἀσιτίαις ἰσχνοῦται μὲν</w:t>
      </w:r>
    </w:p>
    <w:p>
      <w:r>
        <w:rPr>
          <w:rFonts w:ascii="Courier New" w:hAnsi="Courier New"/>
          <w:color w:val="555555"/>
          <w:sz w:val="20"/>
        </w:rPr>
        <w:t>[10]</w:t>
      </w:r>
    </w:p>
    <w:p>
      <w:r>
        <w:rPr>
          <w:rFonts w:ascii="Gentium Plus" w:hAnsi="Gentium Plus"/>
          <w:sz w:val="24"/>
        </w:rPr>
        <w:t>τῆς ξηρᾶς καὶ ψυχρᾶς μᾶλλον, ἀνατρέφεται δὲ ῥᾷον ὑπὸ τῆς προσηκούσης διαίτης. Ἐξαλλαχθήσεται δὲ καὶ τοῖς τοιού‐ τοις ἅπασιν ἡ δίαιτα πολὺ δή τι πλέον ἢ τοῖς πρώτοις ἁπάντων ῥηθεῖσι τῷ θερμῷ καὶ ξηρῷ καὶ ὑγρῷ. τὸν γοῦν</w:t>
      </w:r>
    </w:p>
    <w:p>
      <w:r>
        <w:rPr>
          <w:rFonts w:ascii="Courier New" w:hAnsi="Courier New"/>
          <w:color w:val="555555"/>
          <w:sz w:val="20"/>
        </w:rPr>
        <w:t>[15]</w:t>
      </w:r>
    </w:p>
    <w:p>
      <w:r>
        <w:rPr>
          <w:rFonts w:ascii="Gentium Plus" w:hAnsi="Gentium Plus"/>
          <w:sz w:val="24"/>
        </w:rPr>
        <w:t>ὑγρὸν καὶ ψυχρὸν φύσει τῷ θερμῷ καὶ ξηρῷ κατ’ ἀμφοτέρας τὰς δυσκρασίας ἐναντίως διακείμενον ἐναντίως διαιτήσομεν. ἄμεινον δ’ οὐχ ἁπλῶς ἐναντίως εἰπεῖν, ἀλλὰ κατὰ τὴν ἐκ τῆς</w:t>
      </w:r>
    </w:p>
    <w:p>
      <w:r>
        <w:rPr>
          <w:rFonts w:ascii="Courier New" w:hAnsi="Courier New"/>
          <w:color w:val="555555"/>
          <w:sz w:val="20"/>
        </w:rPr>
        <w:t>[10 . 589]</w:t>
      </w:r>
    </w:p>
    <w:p>
      <w:r>
        <w:rPr>
          <w:rFonts w:ascii="Gentium Plus" w:hAnsi="Gentium Plus"/>
          <w:sz w:val="24"/>
        </w:rPr>
        <w:t>αὐτὸν πυρετὸν οὐχ ἑτέραν, ἀλλὰ τὴν αὐτὴν ἕξουσιν ἔνδειξιν πάντῃ. λέλεκται γὰρ ἤδη πολλάκις ὡς τὸ μὲν κατὰ φύσιν ἀεὶ χρῄζει τῶν ὁμοίων, τὸ δὲ παρὰ φύσιν τῶν ἐναντίων· εἴ γε τὸ μὲν φυλάττεσθαι σκοπὸς, τὸ δ’ ἀναιρεῖσθαι. πυρετὸς μὲν</w:t>
      </w:r>
    </w:p>
    <w:p>
      <w:r>
        <w:rPr>
          <w:rFonts w:ascii="Courier New" w:hAnsi="Courier New"/>
          <w:color w:val="555555"/>
          <w:sz w:val="20"/>
        </w:rPr>
        <w:t>[5]</w:t>
      </w:r>
    </w:p>
    <w:p>
      <w:r>
        <w:rPr>
          <w:rFonts w:ascii="Gentium Plus" w:hAnsi="Gentium Plus"/>
          <w:sz w:val="24"/>
        </w:rPr>
        <w:t>οὖν ἅπας τῶν παρὰ φύσιν ἐστὶ καὶ διὰ τοῦτο χρῄζει διαίτης ὑγρᾶς καὶ ψυχρᾶς. αἱ κράσεις δὲ ποτὲ μὲν τῶν ὁμοίων, ἔστι δ’ ὅτε τῶν ἐναντίων χρῄζουσιν· αἱ μὲν γὰρ ἄμεμπτοι τῶν ὁμοίων ἀεὶ, φυλάττειν γὰρ αὐτὰς προσήκει· αἱ δύσκρατοι δ’, ὡς κᾀν τοῖς ὑγιεινοῖς ἐλέχθη, ποτὲ μὲν τῶν ὁμοίων, ἔστι</w:t>
      </w:r>
    </w:p>
    <w:p>
      <w:r>
        <w:rPr>
          <w:rFonts w:ascii="Courier New" w:hAnsi="Courier New"/>
          <w:color w:val="555555"/>
          <w:sz w:val="20"/>
        </w:rPr>
        <w:t>[10]</w:t>
      </w:r>
    </w:p>
    <w:p>
      <w:r>
        <w:rPr>
          <w:rFonts w:ascii="Gentium Plus" w:hAnsi="Gentium Plus"/>
          <w:sz w:val="24"/>
        </w:rPr>
        <w:t>δ’ ὅτε τῶν ἐναντίων. καὶ τοῦτ’ εὐλόγως πεπόνθασιν, οὔτε γὰρ ἀκριβῶς κατὰ φύσιν ὑπάρχουσι, πῶς γὰρ ἂν ἦσαν μεμ‐ πτέοι; οὔτε πάντῃ παρὰ φύσιν ἔχουσι, διὰ παντὸς γὰρ ἂν ἐνόσουν οἱ οὕτως κεκραμένοι· τῶν μὲν οὖν ὁμοίων δέονται κατ’ ἄλλα τέ τινα περὶ ὧν αὖθις εἰρήσεται καὶ μέντοι καὶ</w:t>
      </w:r>
    </w:p>
    <w:p>
      <w:r>
        <w:rPr>
          <w:rFonts w:ascii="Courier New" w:hAnsi="Courier New"/>
          <w:color w:val="555555"/>
          <w:sz w:val="20"/>
        </w:rPr>
        <w:t>[15]</w:t>
      </w:r>
    </w:p>
    <w:p>
      <w:r>
        <w:rPr>
          <w:rFonts w:ascii="Gentium Plus" w:hAnsi="Gentium Plus"/>
          <w:sz w:val="24"/>
        </w:rPr>
        <w:t>κατὰ τὰ ἕλκη πάντα· δέδεικται γὰρ ἤδη τοῦτο πολλάκις διὰ τῶν ἔμπροσθεν. τῶν ἐναντίων δὲ κατὰ τὴν ὑγιεινὴν δίαιταν,</w:t>
      </w:r>
    </w:p>
    <w:p>
      <w:r>
        <w:rPr>
          <w:rFonts w:ascii="Courier New" w:hAnsi="Courier New"/>
          <w:color w:val="555555"/>
          <w:sz w:val="20"/>
        </w:rPr>
        <w:t>[10 . 590]</w:t>
      </w:r>
    </w:p>
    <w:p>
      <w:r>
        <w:rPr>
          <w:rFonts w:ascii="Gentium Plus" w:hAnsi="Gentium Plus"/>
          <w:sz w:val="24"/>
        </w:rPr>
        <w:t>ἀλλ’ ὅταν ἐπανορθοῦσθαι τὴν δυσκρασίαν αὐτῶν ἐθελήσω‐ μεν. εἶναι γὰρ ἡμῖν σκοπὸν διττὸν ἐπὶ τῶν ὑγιαινόντων, ἤτοι φυλάττειν ὑγιαῖνον τὸ σῶμα κατὰ τὴν ἀρχαίαν κρᾶσιν, ἢ καὶ ταύτην αὐτὴν βελτίω ποιεῖν. οὕτως οὖν, οἶμαι, κᾀν</w:t>
      </w:r>
    </w:p>
    <w:p>
      <w:r>
        <w:rPr>
          <w:rFonts w:ascii="Courier New" w:hAnsi="Courier New"/>
          <w:color w:val="555555"/>
          <w:sz w:val="20"/>
        </w:rPr>
        <w:t>[5]</w:t>
      </w:r>
    </w:p>
    <w:p>
      <w:r>
        <w:rPr>
          <w:rFonts w:ascii="Gentium Plus" w:hAnsi="Gentium Plus"/>
          <w:sz w:val="24"/>
        </w:rPr>
        <w:t>τῷ διαιτᾷν τοὺς τὸν ἐφήμερον πυρέξαντας ἤτοι τῇ πυρε‐ τώδει διαθέσει μόνῃ τὸ ἐναντίον, ἢ καὶ τῇ τοῦ κάμνοντος δυσκρασίᾳ παραλήψομαι. κατὰ μέντοι τὴν εὔκρατον φύσιν ἀναμφισβητήτως, ἀπὸ τοῦ πυρετοῦ μόνου τὴν τῶν ἐναν‐ τίων ἔνδειξιν λαμβάνοντες, ὑγρὰν καὶ ψυχρὰν εἰς τοσοῦτον</w:t>
      </w:r>
    </w:p>
    <w:p>
      <w:r>
        <w:rPr>
          <w:rFonts w:ascii="Courier New" w:hAnsi="Courier New"/>
          <w:color w:val="555555"/>
          <w:sz w:val="20"/>
        </w:rPr>
        <w:t>[10]</w:t>
      </w:r>
    </w:p>
    <w:p>
      <w:r>
        <w:rPr>
          <w:rFonts w:ascii="Gentium Plus" w:hAnsi="Gentium Plus"/>
          <w:sz w:val="24"/>
        </w:rPr>
        <w:t>ποιησόμεθα τὴν δίαιταν, εἰς ὅσον ἂν αὐχμωδέστερόν τε καὶ θερμότερον ἑαυτοῦ φαίνηται τὸ σῶμα γεγονός. ἀλλὰ τοῦτο μὲν εὔδηλόν τε καὶ εὐζήτητον, ἐπανέλθωμεν δ’ αὖθις ἐπὶ τὰς δυσκράτους φύσεις. ἐπειδὴ γὰρ, ὡς ἐν τοῖς ὑγιεινοῖς διῄρηται, τὰς τοιαύτας ἐγχωρεῖ μὲν καὶ φυλάττειν οἵας</w:t>
      </w:r>
    </w:p>
    <w:p>
      <w:r>
        <w:rPr>
          <w:rFonts w:ascii="Courier New" w:hAnsi="Courier New"/>
          <w:color w:val="555555"/>
          <w:sz w:val="20"/>
        </w:rPr>
        <w:t>[15]</w:t>
      </w:r>
    </w:p>
    <w:p>
      <w:r>
        <w:rPr>
          <w:rFonts w:ascii="Gentium Plus" w:hAnsi="Gentium Plus"/>
          <w:sz w:val="24"/>
        </w:rPr>
        <w:t>παρελάβομεν, ἐγχωρεῖ δὲ καὶ μετακοσμεῖν ἐπὶ τὸ βέλτιον, ἄμεινον οἶμαι τὴν ἐξάλλαξιν αὐτῶν τῆς διαίτης, ὅταν ἀμέμ‐ πτως ὑγιαίνωσιν, οὐχ ὅταν ἤτοι νοσῶσιν ἢ δυσαρεστῶνται,</w:t>
      </w:r>
    </w:p>
    <w:p>
      <w:r>
        <w:rPr>
          <w:rFonts w:ascii="Courier New" w:hAnsi="Courier New"/>
          <w:color w:val="555555"/>
          <w:sz w:val="20"/>
        </w:rPr>
        <w:t>[10 . 591]</w:t>
      </w:r>
    </w:p>
    <w:p>
      <w:r>
        <w:rPr>
          <w:rFonts w:ascii="Gentium Plus" w:hAnsi="Gentium Plus"/>
          <w:sz w:val="24"/>
        </w:rPr>
        <w:t>Ἱπποκράτης τε διὰ τῶν ἐναργεστάτων ἀπέδειξεν ἐν τῷ περὶ διαίτης ὀξέων, ἅπασί τε σαφῶς φαίνεται τοῖς κατὰ φύσιν ἔχουσι. τοὺς γάρ τοι δυσαρεστουμένους, ὅτι μὲν ἔξω τοῦ χοροῦ τῶν κατὰ φύσιν ἐχόντων θετέον ἐστὶν, οὐκ ἄν</w:t>
      </w:r>
    </w:p>
    <w:p>
      <w:r>
        <w:rPr>
          <w:rFonts w:ascii="Courier New" w:hAnsi="Courier New"/>
          <w:color w:val="555555"/>
          <w:sz w:val="20"/>
        </w:rPr>
        <w:t>[5]</w:t>
      </w:r>
    </w:p>
    <w:p>
      <w:r>
        <w:rPr>
          <w:rFonts w:ascii="Gentium Plus" w:hAnsi="Gentium Plus"/>
          <w:sz w:val="24"/>
        </w:rPr>
        <w:t>τις νοῦν ἔχων ζητήσειεν· εἴτε δ’ ἤδη παρὰ φύσιν, εἴτ’ οὐ φύσει μόνον ἔχουσι, τοῦτ’ ἄν τις σκέψαιτο. καὶ μὴν εἴπερ ἔνδειξίν τινα χρὴ κᾀκ τῶν ἐθῶν λαμβάνειν, εἰ μὲν ἤδη φθάνοιμεν ἐκ πολλοῦ τὰς δυσκράτους φύσεις ἐναντίον τῇ κρατούσῃ δυσκρασίᾳ διαιτῶντες, οὕτω καὶ δυσαρε‐</w:t>
      </w:r>
    </w:p>
    <w:p>
      <w:r>
        <w:rPr>
          <w:rFonts w:ascii="Courier New" w:hAnsi="Courier New"/>
          <w:color w:val="555555"/>
          <w:sz w:val="20"/>
        </w:rPr>
        <w:t>[10]</w:t>
      </w:r>
    </w:p>
    <w:p>
      <w:r>
        <w:rPr>
          <w:rFonts w:ascii="Gentium Plus" w:hAnsi="Gentium Plus"/>
          <w:sz w:val="24"/>
        </w:rPr>
        <w:t>στούντων πράξομεν· εἰ δὲ μὴ τῶν ὁμοίων τῇ κράσει, τὴν ἔνδειξιν ἕξομεν. οὕτω δέ μοι δοκεῖ καὶ ὁ Ἱπποκράτης γινώσκειν, ἐπειδὰν λέγῃ, αἱ ὑγραὶ πᾶσαι δίαιται τοῖσι πυ‐ ρεταίνουσι ξυμφέρουσι, μάλιστα δὲ παιδίοισι καὶ τοῖσιν ἄλλοισι τοῖσιν οὕτως εἰθισμένοισι διαιτᾶσθαι. τοῖς μὲν γὰρ</w:t>
      </w:r>
    </w:p>
    <w:p>
      <w:r>
        <w:rPr>
          <w:rFonts w:ascii="Courier New" w:hAnsi="Courier New"/>
          <w:color w:val="555555"/>
          <w:sz w:val="20"/>
        </w:rPr>
        <w:t>[15]</w:t>
      </w:r>
    </w:p>
    <w:p>
      <w:r>
        <w:rPr>
          <w:rFonts w:ascii="Gentium Plus" w:hAnsi="Gentium Plus"/>
          <w:sz w:val="24"/>
        </w:rPr>
        <w:t>πυρεταίνουσιν ὑγραὶ δίαιται, καθόσον πυρεταίνουσιν ἐκ τῆς τῶν ἐναντίων ἐνδείξεως ὠφέλιμοι· τοῖς δὲ παιδίοις ἐκ τῆς τῶν ὁμοίων. ὡσαύτως δὲ καὶ τὴν ἀπὸ τῶν ἐθῶν ἔνδειξιν</w:t>
      </w:r>
    </w:p>
    <w:p>
      <w:r>
        <w:rPr>
          <w:rFonts w:ascii="Courier New" w:hAnsi="Courier New"/>
          <w:color w:val="555555"/>
          <w:sz w:val="20"/>
        </w:rPr>
        <w:t>[10 . 592]</w:t>
      </w:r>
    </w:p>
    <w:p>
      <w:r>
        <w:rPr>
          <w:rFonts w:ascii="Gentium Plus" w:hAnsi="Gentium Plus"/>
          <w:sz w:val="24"/>
        </w:rPr>
        <w:t>κατὰ φύσιν οὖσα τῶν ὁμοίων ἑαυτῇ δεῖται διαιτημάτων, ἥ τε ἐκ τοῦ ἔθους ἔνδειξις, ὥσπερ καὶ ἡ ἐκ τῆς ἡλικίας ἐλήφθη· φυλάττειν γὰρ συμβουλεύει καὶ τοῦτο, καθάπερ καὶ τὴν οἰκείαν τῆς ἡλικίας κρᾶσιν. ὥστε καὶ ἡμᾶς ἀπὸ</w:t>
      </w:r>
    </w:p>
    <w:p>
      <w:r>
        <w:rPr>
          <w:rFonts w:ascii="Courier New" w:hAnsi="Courier New"/>
          <w:color w:val="555555"/>
          <w:sz w:val="20"/>
        </w:rPr>
        <w:t>[5]</w:t>
      </w:r>
    </w:p>
    <w:p>
      <w:r>
        <w:rPr>
          <w:rFonts w:ascii="Gentium Plus" w:hAnsi="Gentium Plus"/>
          <w:sz w:val="24"/>
        </w:rPr>
        <w:t>πάντων τῶν περὶ τὸν ἄῤῥωστον ἀεὶ χρὴ τὴν τοῦ συμφέρον‐ τος εὕρεσιν ποιουμένους ἐπισκοπεῖσθαι πηνίκα μὲν ἀλλή‐ λαις αἱ ἐνδείξεις ὅμοιαι πᾶσαι, πηνίκα δ’ ἐναντίαι γίνων‐ ται. πασῶν μὲν γὰρ ὁμοίων οὐσῶν ἓν εἶδος ἀκριβὲς διαίτης συστησόμεθα· μαχομένων δ’ ἀλλήλαις, τὰς ἰσχυροτέρας τε</w:t>
      </w:r>
    </w:p>
    <w:p>
      <w:r>
        <w:rPr>
          <w:rFonts w:ascii="Courier New" w:hAnsi="Courier New"/>
          <w:color w:val="555555"/>
          <w:sz w:val="20"/>
        </w:rPr>
        <w:t>[10]</w:t>
      </w:r>
    </w:p>
    <w:p>
      <w:r>
        <w:rPr>
          <w:rFonts w:ascii="Gentium Plus" w:hAnsi="Gentium Plus"/>
          <w:sz w:val="24"/>
        </w:rPr>
        <w:t>καὶ πλείους προκρινοῦμεν, ὥσθ’ ἡμῖν ἐπικρατεῖσθαι μὲν ἐκ τούτων τὸ τῆς διαίτης εἶδος, οὐ μὴν παρῶφθαι οὐδὲ τὸ ἐναντίον. ἡ δ’ ἐπικράτησις ἐνίοτε μὲν ἑκατέρων κεραννυ‐ μένων εἰς ἑνὸς βοηθήματος ὕλην, ἐνίοτε δ’ ἐν μέρει παρα‐ λαμβανομένων γίνεται. κοινὸς μὲν οὗτος ὁ λόγος ἁπασῶν</w:t>
      </w:r>
    </w:p>
    <w:p>
      <w:r>
        <w:rPr>
          <w:rFonts w:ascii="Courier New" w:hAnsi="Courier New"/>
          <w:color w:val="555555"/>
          <w:sz w:val="20"/>
        </w:rPr>
        <w:t>[15]</w:t>
      </w:r>
    </w:p>
    <w:p>
      <w:r>
        <w:rPr>
          <w:rFonts w:ascii="Gentium Plus" w:hAnsi="Gentium Plus"/>
          <w:sz w:val="24"/>
        </w:rPr>
        <w:t>τῶν ἐμπεπλεγμένων ἀλλήλαις ἐναντίων ἐνδείξεων. ὅπως δ’ αὐτὸν χρὴ μεταχειρίζεσθαι, ποτὲ μὲν αὐτῶν τῶν νοσημά‐</w:t>
      </w:r>
    </w:p>
    <w:p>
      <w:r>
        <w:rPr>
          <w:rFonts w:ascii="Courier New" w:hAnsi="Courier New"/>
          <w:color w:val="555555"/>
          <w:sz w:val="20"/>
        </w:rPr>
        <w:t>[10 . 593]</w:t>
      </w:r>
    </w:p>
    <w:p>
      <w:r>
        <w:rPr>
          <w:rFonts w:ascii="Gentium Plus" w:hAnsi="Gentium Plus"/>
          <w:sz w:val="24"/>
        </w:rPr>
        <w:t>του, τὴν δὲ ἔνδειξιν ἐναντίαν ποιουμένου τῇ φυσικῇ κράσει τοῦ κάμνοντος, ἢ τῇ νῦν ἐπικτήτῳ, τῇ θ’ ἡλικίᾳ καὶ τῷ ἔθει καὶ τῷ χωρίῳ καὶ τῇ ὥρᾳ, δι’ αὐτῶν τῶν κατὰ μέρος ἐπιδείξω. νῦν οὖν ἡμῖν προκειμένου κατὰ τὸν λόγον εὑρεῖν</w:t>
      </w:r>
    </w:p>
    <w:p>
      <w:r>
        <w:rPr>
          <w:rFonts w:ascii="Courier New" w:hAnsi="Courier New"/>
          <w:color w:val="555555"/>
          <w:sz w:val="20"/>
        </w:rPr>
        <w:t>[5]</w:t>
      </w:r>
    </w:p>
    <w:p>
      <w:r>
        <w:rPr>
          <w:rFonts w:ascii="Gentium Plus" w:hAnsi="Gentium Plus"/>
          <w:sz w:val="24"/>
        </w:rPr>
        <w:t>ἐπιτήδειον δίαιταν ἑκάστῃ τῶν εἰρημένων δυσκρασιῶν, ὁ κοινὸς τρόπος τῆς μεθόδου προχειρισθεὶς ὡς ἐπὶ παραδείγ‐ ματος ἐξεταζέσθω. φέρε γὰρ ἁλῶναι πυρετῷ δύο ἀνθρώπους ἐν εὐκράτῳ μὲν χωρίῳ γεγενημένους καὶ τεθραμμένους, οὐκ ὄντας δ’ ἐν αὐτῷ νῦν, ἀλλ’ ἐν μὲν θερμῷ καὶ ξηρῷ</w:t>
      </w:r>
    </w:p>
    <w:p>
      <w:r>
        <w:rPr>
          <w:rFonts w:ascii="Courier New" w:hAnsi="Courier New"/>
          <w:color w:val="555555"/>
          <w:sz w:val="20"/>
        </w:rPr>
        <w:t>[10]</w:t>
      </w:r>
    </w:p>
    <w:p>
      <w:r>
        <w:rPr>
          <w:rFonts w:ascii="Gentium Plus" w:hAnsi="Gentium Plus"/>
          <w:sz w:val="24"/>
        </w:rPr>
        <w:t>τὸν ἕτερον, ἐν ὑγρῷ δὲ καὶ ψυχρῷ τὸν ἕτερον· εἶναι δὲ καὶ τῇ κράσει διαφέροντας αὐτοὺς καὶ τῇ φύσει καὶ τοῖς ἔθεσι καὶ ταῖς ἡλικίαις, εἰ δὲ βούλει καὶ κατὰ διαφερούσας ὥρας καὶ καταστάσεις ἀῤῥωστεῖν, ὥστε τὸν μὲν θερμὸν καὶ ξηρὸν φύσει καὶ τῇ διαίτῃ πάσῃ τοιαύτῃ συνειθίσθαι καὶ νεα‐</w:t>
      </w:r>
    </w:p>
    <w:p>
      <w:r>
        <w:rPr>
          <w:rFonts w:ascii="Courier New" w:hAnsi="Courier New"/>
          <w:color w:val="555555"/>
          <w:sz w:val="20"/>
        </w:rPr>
        <w:t>[15]</w:t>
      </w:r>
    </w:p>
    <w:p>
      <w:r>
        <w:rPr>
          <w:rFonts w:ascii="Gentium Plus" w:hAnsi="Gentium Plus"/>
          <w:sz w:val="24"/>
        </w:rPr>
        <w:t>νίσκον εἶναι καὶ χειμῶνος νοσεῖν ἐν ὑγρῷ καὶ ψυχρῷ χωρίῳ καὶ καταστάσει τοιαύτῃ· τὸν δὲ ὑγρόν τε καὶ ψυχρὸν ἐν ἔθει τε διαίτης ὁμοίῳ καὶ παῖδα τὴν ἡλικίαν· καὶ νοσεῖν δὲ θέρους</w:t>
      </w:r>
    </w:p>
    <w:p>
      <w:r>
        <w:rPr>
          <w:rFonts w:ascii="Courier New" w:hAnsi="Courier New"/>
          <w:color w:val="555555"/>
          <w:sz w:val="20"/>
        </w:rPr>
        <w:t>[10 . 594]</w:t>
      </w:r>
    </w:p>
    <w:p>
      <w:r>
        <w:rPr>
          <w:rFonts w:ascii="Gentium Plus" w:hAnsi="Gentium Plus"/>
          <w:sz w:val="24"/>
        </w:rPr>
        <w:t>ἐν ἑκατέρῳ τούτων αἱ ἐνδείξεις; ἡ μὲν ἀπὸ τοῦ πυρέττειν ἀμφοτέροις κοινὴ, τῶν ὑγραινόντων τε καὶ ψυχόντων δεο‐ μένη, τῶν δ’ ἄλλων οὐκέτ’ οὐδεμία κοινή. τῷ μὲν γὰρ προτέρῳ διά τε τὴν φύσιν καὶ τὴν ἡλικίαν ἐν ὁμοίοις ἑαυ‐</w:t>
      </w:r>
    </w:p>
    <w:p>
      <w:r>
        <w:rPr>
          <w:rFonts w:ascii="Courier New" w:hAnsi="Courier New"/>
          <w:color w:val="555555"/>
          <w:sz w:val="20"/>
        </w:rPr>
        <w:t>[5]</w:t>
      </w:r>
    </w:p>
    <w:p>
      <w:r>
        <w:rPr>
          <w:rFonts w:ascii="Gentium Plus" w:hAnsi="Gentium Plus"/>
          <w:sz w:val="24"/>
        </w:rPr>
        <w:t>ταῖς διαιτήμασιν εἰθισμένῳ ἐπιτήδεια τὰ ξηρότερα καὶ θερ‐ μότερα τῇ κράσει σιτία· καὶ μέντοι καὶ διὰ τὴν ὥραν τε καὶ τὴν κατάστασιν καὶ τὸ χωρίον· οὐ γὰρ τῶν ὁμοίων ἐστὶν ἡ ἀπὸ τούτων ἔνδειξις, ἀλλὰ τῶν ἐναντίων. τῷ δ’ ἑτέρῳ τῶν ὑποκειμένων διὰ μὲν τὴν ἡλικίαν καὶ τὴν φύσιν καὶ τὸ ἔθος</w:t>
      </w:r>
    </w:p>
    <w:p>
      <w:r>
        <w:rPr>
          <w:rFonts w:ascii="Courier New" w:hAnsi="Courier New"/>
          <w:color w:val="555555"/>
          <w:sz w:val="20"/>
        </w:rPr>
        <w:t>[10]</w:t>
      </w:r>
    </w:p>
    <w:p>
      <w:r>
        <w:rPr>
          <w:rFonts w:ascii="Gentium Plus" w:hAnsi="Gentium Plus"/>
          <w:sz w:val="24"/>
        </w:rPr>
        <w:t>τῶν ὁμοίων αὐτοῖς· ὑγρῶν μὲν καὶ συμμέτρως θερμῶν διὰ τὴν ἡλικίαν, ὑγρῶν δὲ καὶ ψυχρῶν διά τε τὴν φύσιν καὶ τὸ ἔθος· διὰ δὲ τὸ χωρίον καὶ τὴν ὥραν καὶ τὴν κατάστασιν τῶν ἐναντίων. ἅπερ ἐστὶ δήπου καὶ αὐτὰ ψυχρότερα καὶ ὑγρότερα τοσούτῳ τῶν εὐκράτων, ὅσῳ πέρ ἐστι καὶ τὰ</w:t>
      </w:r>
    </w:p>
    <w:p>
      <w:r>
        <w:rPr>
          <w:rFonts w:ascii="Courier New" w:hAnsi="Courier New"/>
          <w:color w:val="555555"/>
          <w:sz w:val="20"/>
        </w:rPr>
        <w:t>[15]</w:t>
      </w:r>
    </w:p>
    <w:p>
      <w:r>
        <w:rPr>
          <w:rFonts w:ascii="Gentium Plus" w:hAnsi="Gentium Plus"/>
          <w:sz w:val="24"/>
        </w:rPr>
        <w:t>χωρία τῶν εὐκράτων θερμότερα καὶ ξηρότερα· παρὰ μὲν γὰρ τῶν ἐθῶν ἡ ἔνδειξις ἀεὶ τῶν ὁμοίων ἐστὶν ἄχρις ἂν νοσῶσιν οἱ ἄνθρωποι. παρὰ δὲ τῶν ἡλικιῶν καὶ φύσεων καὶ χωρῶν</w:t>
      </w:r>
    </w:p>
    <w:p>
      <w:r>
        <w:rPr>
          <w:rFonts w:ascii="Courier New" w:hAnsi="Courier New"/>
          <w:color w:val="555555"/>
          <w:sz w:val="20"/>
        </w:rPr>
        <w:t>[10 . 595]</w:t>
      </w:r>
    </w:p>
    <w:p>
      <w:r>
        <w:rPr>
          <w:rFonts w:ascii="Gentium Plus" w:hAnsi="Gentium Plus"/>
          <w:sz w:val="24"/>
        </w:rPr>
        <w:t>τῶν ὁμοίων διαιτημάτων καὶ βοηθημάτων ἐστὶν, ἄν θ’ ὑγιαίνωσιν ἄν τε νοσῶσι. παρὰ δὲ τῶν δυσκράτων ὡρῶν μὲν καὶ καταστάσεων καὶ χωρῶν ἔνδειξις τῶν ἐναντίων· ἡλικιῶν δὲ καὶ φύσεων οὐχ ἁπλῶς, ἀλλὰ σὺν τῷ ἔθει. σκο‐</w:t>
      </w:r>
    </w:p>
    <w:p>
      <w:r>
        <w:rPr>
          <w:rFonts w:ascii="Courier New" w:hAnsi="Courier New"/>
          <w:color w:val="555555"/>
          <w:sz w:val="20"/>
        </w:rPr>
        <w:t>[5]</w:t>
      </w:r>
    </w:p>
    <w:p>
      <w:r>
        <w:rPr>
          <w:rFonts w:ascii="Gentium Plus" w:hAnsi="Gentium Plus"/>
          <w:sz w:val="24"/>
        </w:rPr>
        <w:t>πεῖσθαι δ’ ἐπὶ τῶν ἐναντίων ἐνδείξεων οὐδὲν οὕτω προσῆ‐ κεν ὡς τὸ μέγεθος ἑκάστου τῶν συνεισφερόντων, ὅπερ ἐδείκνυμεν ἐν τοῖς ὑγιεινοῖς ὑπομνήμασι διττόν· ἕτερον μὲν αὐτοῖς τοῖς τῶν ἐνδεικνυμένων ἀξιώμασι μετρούμενον, ἕτε‐ ρον δὲ ταῖς οἰκείαις αὐτῶν ὡς ἂν εἴποι τις οὐσίαις, ἃς ἐκ</w:t>
      </w:r>
    </w:p>
    <w:p>
      <w:r>
        <w:rPr>
          <w:rFonts w:ascii="Courier New" w:hAnsi="Courier New"/>
          <w:color w:val="555555"/>
          <w:sz w:val="20"/>
        </w:rPr>
        <w:t>[10]</w:t>
      </w:r>
    </w:p>
    <w:p>
      <w:r>
        <w:rPr>
          <w:rFonts w:ascii="Gentium Plus" w:hAnsi="Gentium Plus"/>
          <w:sz w:val="24"/>
        </w:rPr>
        <w:t>τοῦ παραβάλλειν τῷ συμμέτρῳ τε καὶ κατὰ φύσιν ἔφαμεν χρῆναι λαμβάνειν. εἰ μὴ γὰρ οὕτω τις ἐξετάσειε τῶν ἐνδεί‐ ξεων τὰς δυνάμεις, οὐχ οἷόν τε τὸ μέτρον ἐξευρεῖν τῆς διαίτης. ἐνδεικνυμένου γὰρ ἀεὶ τοῦ μὲν πυρετοῦ τὸ ψύχειν καὶ ὑγραίνειν, τῶν δ’ ἄλλων ἑκάστου, καθότι προείρηται,</w:t>
      </w:r>
    </w:p>
    <w:p>
      <w:r>
        <w:rPr>
          <w:rFonts w:ascii="Courier New" w:hAnsi="Courier New"/>
          <w:color w:val="555555"/>
          <w:sz w:val="20"/>
        </w:rPr>
        <w:t>[15]</w:t>
      </w:r>
    </w:p>
    <w:p>
      <w:r>
        <w:rPr>
          <w:rFonts w:ascii="Gentium Plus" w:hAnsi="Gentium Plus"/>
          <w:sz w:val="24"/>
        </w:rPr>
        <w:t>συμφωνούσης μὲν αὐτῶν τῆς ἐνδείξεως οὐδὲν ἂν εἴη πρᾶγ‐ μα, διαφωνούσης δὲ κατὰ τὰ πλείω καὶ μείζω τυποῦσθαι</w:t>
      </w:r>
    </w:p>
    <w:p>
      <w:r>
        <w:rPr>
          <w:rFonts w:ascii="Courier New" w:hAnsi="Courier New"/>
          <w:color w:val="555555"/>
          <w:sz w:val="20"/>
        </w:rPr>
        <w:t>[10 . 596]</w:t>
      </w:r>
    </w:p>
    <w:p>
      <w:r>
        <w:rPr>
          <w:rFonts w:ascii="Gentium Plus" w:hAnsi="Gentium Plus"/>
          <w:sz w:val="24"/>
        </w:rPr>
        <w:t>μὲν πυρέττουσιν ἔνδειξις κοινὴ τῶν ὑγραινόντων καὶ ψυ‐ χόντων ἐστὶν, οὐ μὴν ἀπό γε τῶν ἄλλων. ἀλλ’ ᾧ μὲν ἥ θ’ ἡλικία καὶ ἡ κρᾶσις ἅμα τῷ ἔθει καὶ ἡ χώρα καὶ ἡ ὥρα καὶ ἡ κατάστασις τῶν ὑγραινόντων καὶ ψυχόντων ἔχει τὴν ἔνδει‐</w:t>
      </w:r>
    </w:p>
    <w:p>
      <w:r>
        <w:rPr>
          <w:rFonts w:ascii="Courier New" w:hAnsi="Courier New"/>
          <w:color w:val="555555"/>
          <w:sz w:val="20"/>
        </w:rPr>
        <w:t>[5]</w:t>
      </w:r>
    </w:p>
    <w:p>
      <w:r>
        <w:rPr>
          <w:rFonts w:ascii="Gentium Plus" w:hAnsi="Gentium Plus"/>
          <w:sz w:val="24"/>
        </w:rPr>
        <w:t>ξιν, οὐ μόνον ἀναμφισβήτητόν ἐστι τὸ χρῆναι τοῦτον ὑγραί‐ νειν καὶ ψύχειν, ἀλλὰ καὶ τὸ μὴ μικρῶς μηδ’ ὡς ἔτυχεν, ἰσχυρῶς δὲ πάνυ καὶ μεγάλως, ἁπάντων γε τῶν σκοπῶν ἐν‐ δεικνυμένων ταὐτόν. ᾧ δ’ ἡ τῶν ἄλλων ἁπάντων ἔνδειξις οὐχ ὑγρῶν καὶ ψυχρῶν ὁμοίως τῷ πυρετῷ τῶν διαιτημάτων</w:t>
      </w:r>
    </w:p>
    <w:p>
      <w:r>
        <w:rPr>
          <w:rFonts w:ascii="Courier New" w:hAnsi="Courier New"/>
          <w:color w:val="555555"/>
          <w:sz w:val="20"/>
        </w:rPr>
        <w:t>[10]</w:t>
      </w:r>
    </w:p>
    <w:p>
      <w:r>
        <w:rPr>
          <w:rFonts w:ascii="Gentium Plus" w:hAnsi="Gentium Plus"/>
          <w:sz w:val="24"/>
        </w:rPr>
        <w:t>ἐστὶν, ἀλλὰ τῶν ἐναντίων αὐτοῖς τῶν θερμῶν καὶ ξηρῶν, ἀμφισβήτησις γίγνεται καὶ μάχη τῶν ἐνδείξεων πρὸς ἀλλήλας, ἡνίκα μάλιστά ἐστι χρεία τοῦ παραβάλλειν τόν τε ἀριθμὸν καὶ τὰ μεγέθη τῶν ἐνδείξεων. ἡ γοῦν ἀπὸ τοῦ πυρέττειν ἔνδειξις ἀριθμῷ μὲν λείπεται τῶν ἄλλων, ὅταν ἅπασαι τὸν</w:t>
      </w:r>
    </w:p>
    <w:p>
      <w:r>
        <w:rPr>
          <w:rFonts w:ascii="Courier New" w:hAnsi="Courier New"/>
          <w:color w:val="555555"/>
          <w:sz w:val="20"/>
        </w:rPr>
        <w:t>[15]</w:t>
      </w:r>
    </w:p>
    <w:p>
      <w:r>
        <w:rPr>
          <w:rFonts w:ascii="Gentium Plus" w:hAnsi="Gentium Plus"/>
          <w:sz w:val="24"/>
        </w:rPr>
        <w:t>ἐναντίον ὑφηγῶνται τρόπον πράττειν, ὑπερέχει δὲ μεγέθει τῷ κατὰ τὴν ἀξίαν, ἢ τὴν δύναμιν, ἢ ὅπως ἄν τις ὀνομάζειν</w:t>
      </w:r>
    </w:p>
    <w:p>
      <w:r>
        <w:rPr>
          <w:rFonts w:ascii="Courier New" w:hAnsi="Courier New"/>
          <w:color w:val="555555"/>
          <w:sz w:val="20"/>
        </w:rPr>
        <w:t>[10 . 597]</w:t>
      </w:r>
    </w:p>
    <w:p>
      <w:r>
        <w:rPr>
          <w:rFonts w:ascii="Gentium Plus" w:hAnsi="Gentium Plus"/>
          <w:sz w:val="24"/>
        </w:rPr>
        <w:t>δύο γὰρ αὐτῷ τόθ’ ὑπάρξει μεγέθη, τό τ’ ἐκ τοῦ γένους τῶν πυρετῶν, τὸ κοινὸν ἅπασι, τό τ’ ἴδιον οἰκεῖον αὐτοῦ. καὶ γὰρ ὅτι πυρετός ἐστιν, ἐπιστρέφει μᾶλλον ἡμᾶς πρὸς ἑαυτὸν ἁπάντων τῶν ἄλλων· καὶ ὅτι τὸ μέγεθος αὐτῷ τὸ οἰκεῖον</w:t>
      </w:r>
    </w:p>
    <w:p>
      <w:r>
        <w:rPr>
          <w:rFonts w:ascii="Courier New" w:hAnsi="Courier New"/>
          <w:color w:val="555555"/>
          <w:sz w:val="20"/>
        </w:rPr>
        <w:t>[5]</w:t>
      </w:r>
    </w:p>
    <w:p>
      <w:r>
        <w:rPr>
          <w:rFonts w:ascii="Gentium Plus" w:hAnsi="Gentium Plus"/>
          <w:sz w:val="24"/>
        </w:rPr>
        <w:t>ἀξιόλογον ὑπάρχει καὶ διὰ τοῦτο κατακρύπτει τε καὶ συσκιά‐ ζει τὰς ἐναντίας ἐνδείξεις. εἰ δὲ μικρὸς ὑπάρχει, δύνανθ’ αἱ ἄλλαι πᾶσαι συντεθεῖσαι πρὸς αὐτὸν ἀντεξετάζεσθαι. καὶ εἴπερ ἴσαι φανεῖεν, οὔθ’ ἡ τοῦ πυρετοῦ κρατήσειεν ἂν ἔνδει‐ ξις ὡς ὑγραίνειν καὶ ψύχειν, οὔθ’ ἡ τῶν ἄλλων ὡς θερμαίνειν</w:t>
      </w:r>
    </w:p>
    <w:p>
      <w:r>
        <w:rPr>
          <w:rFonts w:ascii="Courier New" w:hAnsi="Courier New"/>
          <w:color w:val="555555"/>
          <w:sz w:val="20"/>
        </w:rPr>
        <w:t>[10]</w:t>
      </w:r>
    </w:p>
    <w:p>
      <w:r>
        <w:rPr>
          <w:rFonts w:ascii="Gentium Plus" w:hAnsi="Gentium Plus"/>
          <w:sz w:val="24"/>
        </w:rPr>
        <w:t>καὶ ξηραίνειν, ἀλλὰ τὸ μέσον εἶδος τῆς διαίτης ἐπὶ τῶν οὕτως ἐχόντων σωμάτων ἐκλεξόμεθα. κρατούσης δὲ τῆς ἑτέρας ἐν‐ δείξεως εἰς τοσοῦτον ἀποχωρήσομεν τῆς εὐκράτου καὶ μέσης τῆς διαίτης, εἰς ὅσον ὑπερέχει τῶν ἐναντίων τὰ κρα‐ τοῦντα. γεγυμνασμένον τε οὖν εἰς ταῦτα πάντα καὶ φύσει</w:t>
      </w:r>
    </w:p>
    <w:p>
      <w:r>
        <w:rPr>
          <w:rFonts w:ascii="Courier New" w:hAnsi="Courier New"/>
          <w:color w:val="555555"/>
          <w:sz w:val="20"/>
        </w:rPr>
        <w:t>[15]</w:t>
      </w:r>
    </w:p>
    <w:p>
      <w:r>
        <w:rPr>
          <w:rFonts w:ascii="Gentium Plus" w:hAnsi="Gentium Plus"/>
          <w:sz w:val="24"/>
        </w:rPr>
        <w:t>συνετὸν εἶναι χρὴ τὸν ἰατρὸν, ἵν’ ἑκάστης ἐνδείξεως ἀκριβῶς ἐκλογισάμενος τὴν δύναμιν, ἀλλήλαις τε παραβάλ‐</w:t>
      </w:r>
    </w:p>
    <w:p>
      <w:r>
        <w:rPr>
          <w:rFonts w:ascii="Courier New" w:hAnsi="Courier New"/>
          <w:color w:val="555555"/>
          <w:sz w:val="20"/>
        </w:rPr>
        <w:t>[10 . 598]</w:t>
      </w:r>
    </w:p>
    <w:p>
      <w:r>
        <w:rPr>
          <w:rFonts w:ascii="Gentium Plus" w:hAnsi="Gentium Plus"/>
          <w:sz w:val="24"/>
        </w:rPr>
        <w:t>κάμνοντι διαιτημάτων. αἱ μὲν οὖν ἀπὸ τῶν ἐφημέρων πυρετῶν ἐνδείξεις ἐκ τούτων τῶν σκοπῶν λαμβάνονται, καὶ σπάνιον εἴ ποτε ἀπὸ τοῦ μέτρου τῆς τοῦ κάμνοντος δυνά‐ μεως. αἱ δὲ τῶν πολυημέρων ἐξ ἀνάγκης μὲν καὶ τὴν δύνα‐</w:t>
      </w:r>
    </w:p>
    <w:p>
      <w:r>
        <w:rPr>
          <w:rFonts w:ascii="Courier New" w:hAnsi="Courier New"/>
          <w:color w:val="555555"/>
          <w:sz w:val="20"/>
        </w:rPr>
        <w:t>[5]</w:t>
      </w:r>
    </w:p>
    <w:p>
      <w:r>
        <w:rPr>
          <w:rFonts w:ascii="Gentium Plus" w:hAnsi="Gentium Plus"/>
          <w:sz w:val="24"/>
        </w:rPr>
        <w:t>μιν προσλαμβάνουσιν· οὐ μικρὸς γὰρ ἐπ’ ἐκείνων ὁ ἀπὸ ταύτης σκοπός· οὐδὲν ἧττον δὲ καὶ τὴν γεννῶσαν αἰτίαν τοὺς πυρετοὺς, πλὴν τῶν ἑκτικῶν· οὐδεμία γὰρ ἀνάπτει τού‐ τους αἰτία, καθάπερ οὐδὲ τὸ δεδεγμένον ἑκτικῶς εἰς ἑαυτὸ σῶμα τὴν τοῦ πυρὸς θερμασίαν, εἴτε λίθος, εἴτε ξύλον</w:t>
      </w:r>
    </w:p>
    <w:p>
      <w:r>
        <w:rPr>
          <w:rFonts w:ascii="Courier New" w:hAnsi="Courier New"/>
          <w:color w:val="555555"/>
          <w:sz w:val="20"/>
        </w:rPr>
        <w:t>[10]</w:t>
      </w:r>
    </w:p>
    <w:p>
      <w:r>
        <w:rPr>
          <w:rFonts w:ascii="Gentium Plus" w:hAnsi="Gentium Plus"/>
          <w:sz w:val="24"/>
        </w:rPr>
        <w:t>ὑπάρχει. κοινὸν γὰρ αὐτοῖς τὸ μηκέτι γίνεσθαι πρὸς τοὺς ἐφημέρους ἐστὶ, διαλλάττοντας δὲ ἐν τῷ τοὺς μὲν ἐφημέρους κατὰ σχέσιν ἔχειν τὴν θέρμην, τοὺς δ’ ἑκτικοὺς ἐν ἕξει δυσ‐ λύτῳ. δύναιτο δ’ ἄν τις φάναι καὶ τὴν ἀπὸ τῆς δυνάμεως ἔνδειξιν ἀεὶ παρεῖναι κατά τε τἄλλα σύμπαντα νοσήματα</w:t>
      </w:r>
    </w:p>
    <w:p>
      <w:r>
        <w:rPr>
          <w:rFonts w:ascii="Courier New" w:hAnsi="Courier New"/>
          <w:color w:val="555555"/>
          <w:sz w:val="20"/>
        </w:rPr>
        <w:t>[15]</w:t>
      </w:r>
    </w:p>
    <w:p>
      <w:r>
        <w:rPr>
          <w:rFonts w:ascii="Gentium Plus" w:hAnsi="Gentium Plus"/>
          <w:sz w:val="24"/>
        </w:rPr>
        <w:t>καὶ τοὺς ἐφημέρους πυρετοὺς, ἡμᾶς δ’ ἐν τῷ νῦν λόγῳ μηδὲν αὐτῆς δεηθῆναι, διότι πρώτως μὲν οὐκ ἐνδείκνυται, κατὰ συμ‐</w:t>
      </w:r>
    </w:p>
    <w:p>
      <w:r>
        <w:rPr>
          <w:rFonts w:ascii="Courier New" w:hAnsi="Courier New"/>
          <w:color w:val="555555"/>
          <w:sz w:val="20"/>
        </w:rPr>
        <w:t>[10 . 599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Ι.</w:t>
      </w:r>
    </w:p>
    <w:p>
      <w:r>
        <w:rPr>
          <w:rFonts w:ascii="Courier New" w:hAnsi="Courier New"/>
          <w:color w:val="555555"/>
          <w:sz w:val="20"/>
        </w:rPr>
        <w:t>[1]</w:t>
      </w:r>
    </w:p>
    <w:p>
      <w:r>
        <w:rPr>
          <w:rFonts w:ascii="Gentium Plus" w:hAnsi="Gentium Plus"/>
          <w:sz w:val="24"/>
        </w:rPr>
        <w:t>Τῶν ἐφημέρων πυρετῶν, ὦ Εὐγενιανὲ, τὴν τῆς θεραπείας μέθοδον ἐν τῷ πρὸ τούτου γράμματι διῆλ‐ θον ὀγδόῳ τῆς ὅλης ὄντι πραγματείας. ἔστι δὲ τοῦ γένους τοῦδε τῶν πυρετῶν εἷς ὁ παροξυσμὸς, ἡμέρᾳ μιᾷ περιγρα‐</w:t>
      </w:r>
    </w:p>
    <w:p>
      <w:r>
        <w:rPr>
          <w:rFonts w:ascii="Courier New" w:hAnsi="Courier New"/>
          <w:color w:val="555555"/>
          <w:sz w:val="20"/>
        </w:rPr>
        <w:t>[5]</w:t>
      </w:r>
    </w:p>
    <w:p>
      <w:r>
        <w:rPr>
          <w:rFonts w:ascii="Gentium Plus" w:hAnsi="Gentium Plus"/>
          <w:sz w:val="24"/>
        </w:rPr>
        <w:t>φόμενος ὡς τὸ πολὺ κατά γε τὴν ἑαυτοῦ φύσιν. ὅσα γὰρ ἢ διὰ τὴν τῶν ἰατρῶν ἀμαθίαν ἢ διὰ τὴν τῶν καμνόντων ἀκο‐ λασίαν ἢ διὰ τὴν τῶν ὑπηρετούντων πλημμέλειαν ἁμαρτα‐ νόμενα περὶ τοὺς τοιούτους πυρετοὺς εἰς ἕτερόν τι γένος</w:t>
      </w:r>
    </w:p>
    <w:p>
      <w:r>
        <w:rPr>
          <w:rFonts w:ascii="Courier New" w:hAnsi="Courier New"/>
          <w:color w:val="555555"/>
          <w:sz w:val="20"/>
        </w:rPr>
        <w:t>[10 . 600]</w:t>
      </w:r>
    </w:p>
    <w:p>
      <w:r>
        <w:rPr>
          <w:rFonts w:ascii="Gentium Plus" w:hAnsi="Gentium Plus"/>
          <w:sz w:val="24"/>
        </w:rPr>
        <w:t>φύσιν. οὐδὲν γὰρ δήπου θαυμαστὸν ἐκ τῶν ἁμαρτανο‐ μένων οὐ μηκύνεσθαι μόνον ἢ μεταπίπτειν εἰς ἕτερόν τι γένος ἡντινοῦν τῶν νόσων, ἀλλὰ καὶ γεννᾶσθαι νῦν ἔμπροσθεν οὐκ οὖσαν. ὅπου γὰρ οὐδὲ τοῖς ὑγιαίνουσιν ἁμαρτάνειν ἀσφαλὲς,</w:t>
      </w:r>
    </w:p>
    <w:p>
      <w:r>
        <w:rPr>
          <w:rFonts w:ascii="Courier New" w:hAnsi="Courier New"/>
          <w:color w:val="555555"/>
          <w:sz w:val="20"/>
        </w:rPr>
        <w:t>[5]</w:t>
      </w:r>
    </w:p>
    <w:p>
      <w:r>
        <w:rPr>
          <w:rFonts w:ascii="Gentium Plus" w:hAnsi="Gentium Plus"/>
          <w:sz w:val="24"/>
        </w:rPr>
        <w:t>σχολῇ γ’ ἀκίνδυνον ἄν ποτε τοῖς κάμνουσι γένοιτο. λοιπῶν δ’ ὑπαρχόντων δυοῖν γενῶν, ὡς ἐν τῷ περὶ τῆς διαφορᾶς τῶν πυρετῶν ὑπομνήμασιν ἐπιδέδεικται, τὸ μὲν ἕτερον ἐπὶ χυμοῖς σηπομένοις ἐδείκνυτο γίνεσθαι, τὸ δ’ ἕτερον αὐτὰ τὰ στερεὰ τοῦ ζώου μόρια κατειληφὸς ἑκτικὸν ὀνομάζεται. μεταπί‐</w:t>
      </w:r>
    </w:p>
    <w:p>
      <w:r>
        <w:rPr>
          <w:rFonts w:ascii="Courier New" w:hAnsi="Courier New"/>
          <w:color w:val="555555"/>
          <w:sz w:val="20"/>
        </w:rPr>
        <w:t>[10]</w:t>
      </w:r>
    </w:p>
    <w:p>
      <w:r>
        <w:rPr>
          <w:rFonts w:ascii="Gentium Plus" w:hAnsi="Gentium Plus"/>
          <w:sz w:val="24"/>
        </w:rPr>
        <w:t>πτουσι δ’ εἰς ἑκάτερα γένη πολλάκις οἱ ἐφήμεροι πυρετοὶ, κα‐ θάπερ ἔμπροσθεν ἐδείκνυμεν, εἰ μή τις αὐτοὺς προσηκόντως μεταχειρίζοιτο. ὥσπερ δ’ ἐν τοῖς ἄλλοις ἅπασι πράγμασιν ὅσα κοινωνεῖ ταῖς φύσεσιν ἑνὶ περιλαμβανόμενα γένει καὶ διὰ τοῦτ’ εἰς ἄλληλα μεταπίπτειν δυνάμενα, τρίτη τις ἰδέα κατὰ</w:t>
      </w:r>
    </w:p>
    <w:p>
      <w:r>
        <w:rPr>
          <w:rFonts w:ascii="Courier New" w:hAnsi="Courier New"/>
          <w:color w:val="555555"/>
          <w:sz w:val="20"/>
        </w:rPr>
        <w:t>[15]</w:t>
      </w:r>
    </w:p>
    <w:p>
      <w:r>
        <w:rPr>
          <w:rFonts w:ascii="Gentium Plus" w:hAnsi="Gentium Plus"/>
          <w:sz w:val="24"/>
        </w:rPr>
        <w:t>τὴν μετάπτωσιν αὐτῶν συνίσταται, μηδετέρου τῶν ἄκρων ἀκριβοῦσα τὸν τύπον, οὕτω κᾀν ταῖς τῶν ἐφημέρων πυρετῶν μεταπτώσεσι φαντασθείη τις ἂν ἕτερόν τι γένος ἐν τῇ μετα‐</w:t>
      </w:r>
    </w:p>
    <w:p>
      <w:r>
        <w:rPr>
          <w:rFonts w:ascii="Courier New" w:hAnsi="Courier New"/>
          <w:color w:val="555555"/>
          <w:sz w:val="20"/>
        </w:rPr>
        <w:t>[10 . 601]</w:t>
      </w:r>
    </w:p>
    <w:p>
      <w:r>
        <w:rPr>
          <w:rFonts w:ascii="Gentium Plus" w:hAnsi="Gentium Plus"/>
          <w:sz w:val="24"/>
        </w:rPr>
        <w:t>δοκεῖ περὶ τοῦδε πρώτου διοριστέον εἶναι, ἵν’ ὥσπερ καὶ τἄλλα καὶ τοῦτο γνωρίζοιτό τε συνιστάμενον αὐτίκα καὶ κω‐ λύοιτο κατὰ τὴν πρώτην γένεσιν, ὡς μηδὲ δυσίατον ἢ ἀνία‐ τον αὐξηθὲν γενέσθαι. μέσον δ’ αὐτὸ συνιστάμενον οὔτε</w:t>
      </w:r>
    </w:p>
    <w:p>
      <w:r>
        <w:rPr>
          <w:rFonts w:ascii="Courier New" w:hAnsi="Courier New"/>
          <w:color w:val="555555"/>
          <w:sz w:val="20"/>
        </w:rPr>
        <w:t>[5]</w:t>
      </w:r>
    </w:p>
    <w:p>
      <w:r>
        <w:rPr>
          <w:rFonts w:ascii="Gentium Plus" w:hAnsi="Gentium Plus"/>
          <w:sz w:val="24"/>
        </w:rPr>
        <w:t>γνωρίσαι δυνατὸν οὔτε ἰάσασθαι τοῖς ἀγνοοῦσι τὴν ἰδέαν τῶν ἄκρων ὧν ὑπάρχει μέσον. ἀλλά σοί γ’ ἐπισταμένῳ τά τε τῶν ἐφημέρων πυρετῶν γνωρίσματα καὶ τὰ τῶν ὑπολοίπων δύο γενῶν, ἐπειδὰν ἤτοι νοθεύηται κατά τι ἢ παρεμφαίνηται τὰ τῶν ἄλλων, οὐδὲν ἂν εἴη χαλεπὸν ὑποπτεύειν ἤδη τὴν μετά‐</w:t>
      </w:r>
    </w:p>
    <w:p>
      <w:r>
        <w:rPr>
          <w:rFonts w:ascii="Courier New" w:hAnsi="Courier New"/>
          <w:color w:val="555555"/>
          <w:sz w:val="20"/>
        </w:rPr>
        <w:t>[10]</w:t>
      </w:r>
    </w:p>
    <w:p>
      <w:r>
        <w:rPr>
          <w:rFonts w:ascii="Gentium Plus" w:hAnsi="Gentium Plus"/>
          <w:sz w:val="24"/>
        </w:rPr>
        <w:t>πτωσιν. ἐπ’ ἐγκαύσεσι μὲν οὖν, ἢ ἀπεψίαις, ἢ κόποις, ἢ ἀγρυπνίαις, ἢ πάθεσι ψυχικοῖς, ἢ βουβῶσιν τοῖς διά τινα αἰτίαν προφανῆ γεγενημένοις, μέχρι τρίτης ἡμέρας οὐκ ἄν ποτε προέλθοι πυρετοῦ παροξυσμὸς, ἄνευ τοῦ πλημμεληθῆ‐ ναί τι περὶ τὸν κάμνοντα. τοῖς δ’ ἐπὶ στεγνώσει πυρέξασιν</w:t>
      </w:r>
    </w:p>
    <w:p>
      <w:r>
        <w:rPr>
          <w:rFonts w:ascii="Courier New" w:hAnsi="Courier New"/>
          <w:color w:val="555555"/>
          <w:sz w:val="20"/>
        </w:rPr>
        <w:t>[15]</w:t>
      </w:r>
    </w:p>
    <w:p>
      <w:r>
        <w:rPr>
          <w:rFonts w:ascii="Gentium Plus" w:hAnsi="Gentium Plus"/>
          <w:sz w:val="24"/>
        </w:rPr>
        <w:t>ἐγχωρεῖ καὶ ταύτης ἐξωτέρω προβῆναι τὸν παροξυσμόν. ἐπειδὴ γὰρ ἡ στέγνωσις ἤτοι φραχθέντων ἢ μυσάντων γίγνε‐ ται τῶν πόρων, ἢ καὶ τοῦ σώματος αὐτοῦ πιληθέντος ἀμε‐</w:t>
      </w:r>
    </w:p>
    <w:p>
      <w:r>
        <w:rPr>
          <w:rFonts w:ascii="Courier New" w:hAnsi="Courier New"/>
          <w:color w:val="555555"/>
          <w:sz w:val="20"/>
        </w:rPr>
        <w:t>[10 . 602]</w:t>
      </w:r>
    </w:p>
    <w:p>
      <w:r>
        <w:rPr>
          <w:rFonts w:ascii="Gentium Plus" w:hAnsi="Gentium Plus"/>
          <w:sz w:val="24"/>
        </w:rPr>
        <w:t>θίξει ψύχουσιν, ἢ τῇ δυνάμει καὶ φαρμάκοις τοῖς τοιούτοις, ἔτι δὲ τοῖς ξηραίνουσι τὸ δέρμα, καθάπερ ἡλίῳ διακαεῖ καὶ τοῖς πιλοῦσιν, ὡς τῇ σκληρᾷ τρίψει μετὰ τῶν ψυχόντων κατέχεσθαι μὲν ἐντὸς τοῦ σώματος τὰς οἷον καπνώδεις ἢ</w:t>
      </w:r>
    </w:p>
    <w:p>
      <w:r>
        <w:rPr>
          <w:rFonts w:ascii="Courier New" w:hAnsi="Courier New"/>
          <w:color w:val="555555"/>
          <w:sz w:val="20"/>
        </w:rPr>
        <w:t>[5]</w:t>
      </w:r>
    </w:p>
    <w:p>
      <w:r>
        <w:rPr>
          <w:rFonts w:ascii="Gentium Plus" w:hAnsi="Gentium Plus"/>
          <w:sz w:val="24"/>
        </w:rPr>
        <w:t>λιγνυώδεις ἀποῤῥοὰς, ἀνάπτεσθαι δ’ ἐπ’ αὐτοῖς τὸν πυρετόν. ἀλλ’ ἐπὶ τούτοις μὲν, ὡς εἴρηται, πίλησίν τέ τινα γίγνεσθαι τῶν σωμάτων αὐτῶν καὶ μύσιν τῶν πόρων, ἔμφραξιν δὲ διὰ γλίσχρους ἢ παχεῖς ἢ πολλοὺς χυμούς. καὶ τοίνυν καὶ τοὺς πυρετοὺς ὅσοι μὲν ἐπὶ μύσει τῶν πόρων ἢ πιλήσει προσφάτῳ</w:t>
      </w:r>
    </w:p>
    <w:p>
      <w:r>
        <w:rPr>
          <w:rFonts w:ascii="Courier New" w:hAnsi="Courier New"/>
          <w:color w:val="555555"/>
          <w:sz w:val="20"/>
        </w:rPr>
        <w:t>[10]</w:t>
      </w:r>
    </w:p>
    <w:p>
      <w:r>
        <w:rPr>
          <w:rFonts w:ascii="Gentium Plus" w:hAnsi="Gentium Plus"/>
          <w:sz w:val="24"/>
        </w:rPr>
        <w:t>τῶν σωμάτων ἐγένοντο, παύεσθαί τε μετὰ τὸν πρῶτον παρο‐ ξυσμὸν, ἐάν τις ὀρθῶς αὐτοῖς προσφέρηται καὶ ὄντως τού‐ τους ἐφημέρους γίγνεσθαι καὶ προσαγορεύεσθαι· ὅσοι δ’ ἐπ’ ἐμφράξει τὴν γένεσιν ἔσχον, εἰ μὲν ὀλίγη τις αὕτη συσταίη, λύεσθαι καὶ τούτους ὁμοίως γε τοῖς ἄλλοις ἐφημέροις, ἐὰν</w:t>
      </w:r>
    </w:p>
    <w:p>
      <w:r>
        <w:rPr>
          <w:rFonts w:ascii="Courier New" w:hAnsi="Courier New"/>
          <w:color w:val="555555"/>
          <w:sz w:val="20"/>
        </w:rPr>
        <w:t>[15]</w:t>
      </w:r>
    </w:p>
    <w:p>
      <w:r>
        <w:rPr>
          <w:rFonts w:ascii="Gentium Plus" w:hAnsi="Gentium Plus"/>
          <w:sz w:val="24"/>
        </w:rPr>
        <w:t>ἰάσηταί τις αὐτοὺς προσηκόντως· εἰ δ’ ἰσχυρῶς οἱ χυμοὶ σφηνωθεῖεν, ὡς μοχλείας δεῖσθαι σφοδροτέρας, ἐκτείνεσθαι μὲν ἀνάγκη τοὺς τοιούτους πυρετοὺς ὑπὲρ τὴν μίαν ἡμέ‐</w:t>
      </w:r>
    </w:p>
    <w:p>
      <w:r>
        <w:rPr>
          <w:rFonts w:ascii="Courier New" w:hAnsi="Courier New"/>
          <w:color w:val="555555"/>
          <w:sz w:val="20"/>
        </w:rPr>
        <w:t>[10 . 603]</w:t>
      </w:r>
    </w:p>
    <w:p>
      <w:r>
        <w:rPr>
          <w:rFonts w:ascii="Gentium Plus" w:hAnsi="Gentium Plus"/>
          <w:sz w:val="24"/>
        </w:rPr>
        <w:t>πῶς γὰρ ἂν ἐφήμερος ἔτι δύναιτο λέγεσθαι πυρετὸς ὁ μέ‐ χρι τρίτης ἡμέρας ἐκτεινόμενος; ἐν γὰρ τῇ δευτέρᾳ τῶν ἡμερῶν προσήκει παύεσθαι τὸν τοιοῦτον πυρετὸν, ὅσον ἐπὶ τῇ προσηγορίᾳ. λέλεκται γὰρ ἔμπροσθεν ὡς τεττά‐</w:t>
      </w:r>
    </w:p>
    <w:p>
      <w:r>
        <w:rPr>
          <w:rFonts w:ascii="Courier New" w:hAnsi="Courier New"/>
          <w:color w:val="555555"/>
          <w:sz w:val="20"/>
        </w:rPr>
        <w:t>[5]</w:t>
      </w:r>
    </w:p>
    <w:p>
      <w:r>
        <w:rPr>
          <w:rFonts w:ascii="Gentium Plus" w:hAnsi="Gentium Plus"/>
          <w:sz w:val="24"/>
        </w:rPr>
        <w:t>ρων καὶ εἴκοσιν ὡρῶν ὁ χρόνος ἐστὶ τῆς οὕτω λεγομένης ἡμέ‐ ρας, ὡς συναριθμεῖσθαι καὶ τὴν νύκτα τῷ ὀνόματι τῆς ἡμέ‐ ρας. καὶ μὴν εἰ μήτε σῆψις εἴη χυμῶν μήτ’ αὐτὸ τὸ σῶμα τὴν πυρεκτικὴν θερμασίαν ἑκτικῶς ἀναδέξαιτο, τῶν δύο γενῶν ἐκπεπτωκὸς ἂν εἴη. ἢ τοίνυν ἄλλο γένος ἐπὶ τοῖς εἰρη‐</w:t>
      </w:r>
    </w:p>
    <w:p>
      <w:r>
        <w:rPr>
          <w:rFonts w:ascii="Courier New" w:hAnsi="Courier New"/>
          <w:color w:val="555555"/>
          <w:sz w:val="20"/>
        </w:rPr>
        <w:t>[10]</w:t>
      </w:r>
    </w:p>
    <w:p>
      <w:r>
        <w:rPr>
          <w:rFonts w:ascii="Gentium Plus" w:hAnsi="Gentium Plus"/>
          <w:sz w:val="24"/>
        </w:rPr>
        <w:t>μένοις τρισὶν ἀναγκαῖόν ἐστι λέγειν ἐν τῇ πρώτῃ διαιρέσει τῶν πυρετῶν, ἢ καταφρονοῦντα τῆς προσηγορίας ἐφημέρους ὀνο‐ μάζειν αὐτούς. οὐ γὰρ δὴ τῆς γ’ οὐσίας ἦν αὐτῆς τῶν τοιού‐ των πυρετῶν ὁ ἐφήμερος ὄνομα· προσηγορίας δ’ οἰκείας ἀποροῦντες ἕνεκα σαφοῦς καὶ συντόμου διδασκαλίας ἀπὸ τοῦ</w:t>
      </w:r>
    </w:p>
    <w:p>
      <w:r>
        <w:rPr>
          <w:rFonts w:ascii="Courier New" w:hAnsi="Courier New"/>
          <w:color w:val="555555"/>
          <w:sz w:val="20"/>
        </w:rPr>
        <w:t>[15]</w:t>
      </w:r>
    </w:p>
    <w:p>
      <w:r>
        <w:rPr>
          <w:rFonts w:ascii="Gentium Plus" w:hAnsi="Gentium Plus"/>
          <w:sz w:val="24"/>
        </w:rPr>
        <w:t>πολλάκις αὐτοῖς ἑπομένου τοὔνομα ἐθέμεθα. φύσις μὲν οὖν αὐτῶν ἡ αὐτὴ τοῖς ἐφημέροις ἐστὶν, ὄνομα δὲ οὐ ταὐτόν. Ἐφ’ ὧν γὰρ ὁ παροξυσμὸς εἷς ἀπ’ ἀρχῆς</w:t>
      </w:r>
    </w:p>
    <w:p>
      <w:r>
        <w:rPr>
          <w:rFonts w:ascii="Courier New" w:hAnsi="Courier New"/>
          <w:color w:val="555555"/>
          <w:sz w:val="20"/>
        </w:rPr>
        <w:t>[10 . 604]</w:t>
      </w:r>
    </w:p>
    <w:p>
      <w:r>
        <w:rPr>
          <w:rFonts w:ascii="Gentium Plus" w:hAnsi="Gentium Plus"/>
          <w:sz w:val="24"/>
        </w:rPr>
        <w:t>ὀνομάζουσι τοὺς τοιούτους πυρετοὺς, οὐχ Ἑλληνικῷ μὲν ὀνόματι χρώμενοι, σολοικίζειν δ’ ἑλόμενοι μᾶλλον ἢ καταλι‐ πεῖν ἀνώνυμον αὐτῶν τὴν ἰδέαν. ἀλλ’ ὥσπερ ἰδέα μία τῶν τοιούτων ἐστὶ πυρετῶν, ἀφ’ ἧς ὀνομάζουσι συνόχους</w:t>
      </w:r>
    </w:p>
    <w:p>
      <w:r>
        <w:rPr>
          <w:rFonts w:ascii="Courier New" w:hAnsi="Courier New"/>
          <w:color w:val="555555"/>
          <w:sz w:val="20"/>
        </w:rPr>
        <w:t>[5]</w:t>
      </w:r>
    </w:p>
    <w:p>
      <w:r>
        <w:rPr>
          <w:rFonts w:ascii="Gentium Plus" w:hAnsi="Gentium Plus"/>
          <w:sz w:val="24"/>
        </w:rPr>
        <w:t>αὐτοὺς, οὕτως ἡ φύσις οὐκέθ’ ἁπλῆ καὶ μία. τινὲς μὲν γὰρ αὐτῶν ἐναργὲς ἔχουσι τὸ τῆς σήψεως σημεῖον· ἔνιοι δ’ οὐδ’ ὅλως ἔχουσιν, οὓς ἐκ τοῦ γένους τῶν ἐφημέρων πυρετῶν ἔφα‐ μεν εἶναι. ἐπειδὴ γὰρ ἡ τοῦ παροξυσμοῦ παῦλα διαπνεομένων εἴωθε γίγνεσθαι τῶν ζεσάντων χυμῶν, οὐ διαπνεῖται δ’ ἐπὶ</w:t>
      </w:r>
    </w:p>
    <w:p>
      <w:r>
        <w:rPr>
          <w:rFonts w:ascii="Courier New" w:hAnsi="Courier New"/>
          <w:color w:val="555555"/>
          <w:sz w:val="20"/>
        </w:rPr>
        <w:t>[10]</w:t>
      </w:r>
    </w:p>
    <w:p>
      <w:r>
        <w:rPr>
          <w:rFonts w:ascii="Gentium Plus" w:hAnsi="Gentium Plus"/>
          <w:sz w:val="24"/>
        </w:rPr>
        <w:t>ταῖς ἰσχυραῖς στεγνώσεσιν, ἀναγκαῖόν ἐστι πολυήμερον γίγνε‐ σθαι τὸν παροξυσμόν. ὅταν οὖν μηδεμία συνῇ τῷ τοιούτῳ πυρετῷ πρόφασις ἀρχὴν ἑτέρου παροξυσμοῦ γεννῶσα, πρὸς τῷ πολυήμερος ὑπάρχειν οὐδ’ εἰσβολὴν ἐπισημασίας οὐδεμιᾶς ποιεῖται· μένει δ’ ἀπ’ ἀρχῆς ἄχρι τέλους εἷς ὁ πυρετὸς, οὔτ’</w:t>
      </w:r>
    </w:p>
    <w:p>
      <w:r>
        <w:rPr>
          <w:rFonts w:ascii="Courier New" w:hAnsi="Courier New"/>
          <w:color w:val="555555"/>
          <w:sz w:val="20"/>
        </w:rPr>
        <w:t>[15]</w:t>
      </w:r>
    </w:p>
    <w:p>
      <w:r>
        <w:rPr>
          <w:rFonts w:ascii="Gentium Plus" w:hAnsi="Gentium Plus"/>
          <w:sz w:val="24"/>
        </w:rPr>
        <w:t>ἀμφημερινὴν οὔτε διὰ τρίτης οὔτε διὰ τετάρτης ἡμέρας ἔχων ἐπισημασίαν. ὅταν δ’ ἀκούσῃς μου λέγοντος ἐντὸς τοῦ σώματος στέγεσθαι τὸ πυρετῶδες θερμὸν ἐπὶ τῶν ἰσχυρῶς</w:t>
      </w:r>
    </w:p>
    <w:p>
      <w:r>
        <w:rPr>
          <w:rFonts w:ascii="Courier New" w:hAnsi="Courier New"/>
          <w:color w:val="555555"/>
          <w:sz w:val="20"/>
        </w:rPr>
        <w:t>[10 . 605]</w:t>
      </w:r>
    </w:p>
    <w:p>
      <w:r>
        <w:rPr>
          <w:rFonts w:ascii="Gentium Plus" w:hAnsi="Gentium Plus"/>
          <w:sz w:val="24"/>
        </w:rPr>
        <w:t>γονέναι τὴν πύκνωσιν, ὡς μηδενὶ τῶν ἱκανῶς λεπτυνθέντων χυμῶν ἐπιτρέπειν εἰς τοὐκτὸς διαῤῥεῖν. οὐδὲ γὰρ οὐδ’ ἐπὶ τῶν ὀστῶν λεγόμενον ἀληθὲς ἂν εἴη τοῦτο, μήτοι γε δὴ τῶν σαρκῶν τε καὶ τοῦ δέρματος. ἀλλ’ ὅταν ἡ μὲν ἐκ τῶν ζεόν‐</w:t>
      </w:r>
    </w:p>
    <w:p>
      <w:r>
        <w:rPr>
          <w:rFonts w:ascii="Courier New" w:hAnsi="Courier New"/>
          <w:color w:val="555555"/>
          <w:sz w:val="20"/>
        </w:rPr>
        <w:t>[5]</w:t>
      </w:r>
    </w:p>
    <w:p>
      <w:r>
        <w:rPr>
          <w:rFonts w:ascii="Gentium Plus" w:hAnsi="Gentium Plus"/>
          <w:sz w:val="24"/>
        </w:rPr>
        <w:t>των χυμῶν ἀναθυμίασις ᾖ παμπόλλη, διαῤῥέῃ δ’ ἐκτὸς ὀλίγη, τὴν ὑπολειπομένην ἀνάγκη διαφυλάττειν τὸν πυρετὸν, οὐ μόνον τῷ μένειν αὐτὴν, ἀλλὰ καὶ τῷ τὰ πλησιάζοντα συν‐ εκκαίειν. Ἐπεὶ τοίνυν ἐν δυοῖν τούτοιν ἐστι τὸ</w:t>
      </w:r>
    </w:p>
    <w:p>
      <w:r>
        <w:rPr>
          <w:rFonts w:ascii="Courier New" w:hAnsi="Courier New"/>
          <w:color w:val="555555"/>
          <w:sz w:val="20"/>
        </w:rPr>
        <w:t>[10]</w:t>
      </w:r>
    </w:p>
    <w:p>
      <w:r>
        <w:rPr>
          <w:rFonts w:ascii="Gentium Plus" w:hAnsi="Gentium Plus"/>
          <w:sz w:val="24"/>
        </w:rPr>
        <w:t>φυλάττεσθαι τὸν πυρετὸν, τῷ τε μὴ διαπνεῖσθαι πᾶσαν τὴν ἀτμίδα καὶ τῷ συνεκθερμαίνειν τὰ ψαύοντα, τρεῖς ἀνάγκη διαφορὰς ἐν τοῖς συνόχοις γίγνεσθαι πυρετοῖς, ἤτοι διαμένον‐ τος ἴσου τοῦ μεγέθους, ὃ κατὰ τὸν πρῶτον παροξυσμὸν ἔσχεν ἀκμάσας, ἢ προστιθέντος, ἢ ἀφαιροῦντος ἀεί τι σμι‐</w:t>
      </w:r>
    </w:p>
    <w:p>
      <w:r>
        <w:rPr>
          <w:rFonts w:ascii="Courier New" w:hAnsi="Courier New"/>
          <w:color w:val="555555"/>
          <w:sz w:val="20"/>
        </w:rPr>
        <w:t>[15]</w:t>
      </w:r>
    </w:p>
    <w:p>
      <w:r>
        <w:rPr>
          <w:rFonts w:ascii="Gentium Plus" w:hAnsi="Gentium Plus"/>
          <w:sz w:val="24"/>
        </w:rPr>
        <w:t>κρὸν, καὶ ταῦτα ποιοῦντος ἢ ὁμαλῶς, ἢ ἀνωμάλως. ἂν μὲν οὖν ἴσον ᾖ τῷ διαπνεομένῳ τὸ ἀναπτόμενον, οὔτ’ αὔξησιν οὔτε μείωσιν ἕξει τὸ πυρετῶδες θερμὸν, ἀλλ’ οὕτως</w:t>
      </w:r>
    </w:p>
    <w:p>
      <w:r>
        <w:rPr>
          <w:rFonts w:ascii="Courier New" w:hAnsi="Courier New"/>
          <w:color w:val="555555"/>
          <w:sz w:val="20"/>
        </w:rPr>
        <w:t>[10 . 606]</w:t>
      </w:r>
    </w:p>
    <w:p>
      <w:r>
        <w:rPr>
          <w:rFonts w:ascii="Gentium Plus" w:hAnsi="Gentium Plus"/>
          <w:sz w:val="24"/>
        </w:rPr>
        <w:t>αὐτῷ μήτ’ ἀφῃρεῖτο. διαφέρει γὰρ οὐδὲν εἴς γε τὴν τῆς ἰσό‐ τητος διαμονὴν ἢ διαφυλάττεσθαι τὴν αὐτὴν οὐσίαν διαπαν‐ τὸς, ἢ τῷ ἐκκενουμένῳ τὸ προστιθέμενον ἴσον ὑπάρχειν· εἰ δέ γε θάτερον αὐτῶν ἐπικρατήσειεν, εἰ μὲν τὸ κενούμενον,</w:t>
      </w:r>
    </w:p>
    <w:p>
      <w:r>
        <w:rPr>
          <w:rFonts w:ascii="Courier New" w:hAnsi="Courier New"/>
          <w:color w:val="555555"/>
          <w:sz w:val="20"/>
        </w:rPr>
        <w:t>[5]</w:t>
      </w:r>
    </w:p>
    <w:p>
      <w:r>
        <w:rPr>
          <w:rFonts w:ascii="Gentium Plus" w:hAnsi="Gentium Plus"/>
          <w:sz w:val="24"/>
        </w:rPr>
        <w:t>ἐλαττοῦσθαι τὸν πυρετὸν ἀναγκαῖόν ἐστιν· εἰ δὲ τὸ προστι‐ θέμενον, αὐξάνεσθαι πάντως. εὔδηλον δὲ καὶ ὡς τὸ μᾶλλόν τε καὶ τὸ ἧττον ἕτερον ἑτέρου τὸν πυρετὸν αὐξάνεσθαί τε καὶ μειοῦσθαι διὰ τὸ τῆς πλεονεξίας ἄνισον ἀναγκαῖόν ἐστι γίγνεσθαι. ποτὲ μὲν γὰρ πλέονι μέτρῳ, ποτὲ δ’ ἥττονι πλεο‐</w:t>
      </w:r>
    </w:p>
    <w:p>
      <w:r>
        <w:rPr>
          <w:rFonts w:ascii="Courier New" w:hAnsi="Courier New"/>
          <w:color w:val="555555"/>
          <w:sz w:val="20"/>
        </w:rPr>
        <w:t>[10]</w:t>
      </w:r>
    </w:p>
    <w:p>
      <w:r>
        <w:rPr>
          <w:rFonts w:ascii="Gentium Plus" w:hAnsi="Gentium Plus"/>
          <w:sz w:val="24"/>
        </w:rPr>
        <w:t>νεκτούσης ἤτοι τῆς γενέσεως τῶν πυρετῶν ἢ τῆς διαπνοῆς, οὔτε τοῖς αὐξανομένοις ἅπασιν ἴσην τὴν αὔξησιν οὔτε τοῖς μειουμένοις τὴν καθαίρεσιν οἷόν τε γίγνεσθαι· παμπόλλην δ’ εἶναι τὴν ἐν τῷ μᾶλλόν τε καὶ ἧττον διαφοράν. ἓν μὲν δὴ τοῦτο τὸ γένος ἢ εἶδος ἢ ὅ τί περ ἂν ὀνομάζειν ἐθέλῃς</w:t>
      </w:r>
    </w:p>
    <w:p>
      <w:r>
        <w:rPr>
          <w:rFonts w:ascii="Courier New" w:hAnsi="Courier New"/>
          <w:color w:val="555555"/>
          <w:sz w:val="20"/>
        </w:rPr>
        <w:t>[15]</w:t>
      </w:r>
    </w:p>
    <w:p>
      <w:r>
        <w:rPr>
          <w:rFonts w:ascii="Gentium Plus" w:hAnsi="Gentium Plus"/>
          <w:sz w:val="24"/>
        </w:rPr>
        <w:t>ἐστι συνόχων πυρετῶν, ἐκ τῆς αὐτῆς ὑπάρχον φύσεως τοῖς ἐφημέροις. ἕτερον δ’ ὅταν ἐν ἅπασι τοῖς ἀγγείοις καὶ μάλιστα τοῖς μεγίστοις ὁμοτίμως οἱ χυμοὶ διασήπωνται. τῶν τοιούτων</w:t>
      </w:r>
    </w:p>
    <w:p>
      <w:r>
        <w:rPr>
          <w:rFonts w:ascii="Courier New" w:hAnsi="Courier New"/>
          <w:color w:val="555555"/>
          <w:sz w:val="20"/>
        </w:rPr>
        <w:t>[10 . 607]</w:t>
      </w:r>
    </w:p>
    <w:p>
      <w:r>
        <w:rPr>
          <w:rFonts w:ascii="Gentium Plus" w:hAnsi="Gentium Plus"/>
          <w:sz w:val="24"/>
        </w:rPr>
        <w:t>σθαι, τὰ πολλὰ δ’ ἐν πολυαίμοις τε καὶ πολυσάρκοις ἡ γένε‐ σις αὐτῶν. αἵ τε γὰρ ἐμφράξεις οὐχ ἱκαναὶ γεννῆσαι πυρετὸν ἄνευ σήψεως, εἰ μὴ τὸ διαπνεόμενον εἴη πολὺ καὶ θερμὸν, ἥ τε σηπεδὼν τῶν χυμῶν εἰς ἁπάσας τὰς μεταξὺ βουβώνων</w:t>
      </w:r>
    </w:p>
    <w:p>
      <w:r>
        <w:rPr>
          <w:rFonts w:ascii="Courier New" w:hAnsi="Courier New"/>
          <w:color w:val="555555"/>
          <w:sz w:val="20"/>
        </w:rPr>
        <w:t>[5]</w:t>
      </w:r>
    </w:p>
    <w:p>
      <w:r>
        <w:rPr>
          <w:rFonts w:ascii="Gentium Plus" w:hAnsi="Gentium Plus"/>
          <w:sz w:val="24"/>
        </w:rPr>
        <w:t>τε καὶ μασχαλῶν φλέβας ὁμοτίμως τε καὶ διὰ ταχέων ἐκτα‐ θῆναι κατὰ τὰς ψυχρὰς ἕξεις οὐ δύναται. δεῖται γὰρ ἀεὶ τὰ σηπόμενα θερμά τ’ εἶναι καὶ ὑγρὰ καὶ δυσδιάπνευστα. διὰ τοῦτο οὖν οὔτ’ ἐν ψυχραῖς ἡλικίαις οὔτ’ ἐν κράσεσι σωμάτων ψυχραῖς, εἴτ’ οὖν ἐξ ἀρχῆς εἴτε καὶ νῦν εἴη γεγονότα ψυ‐</w:t>
      </w:r>
    </w:p>
    <w:p>
      <w:r>
        <w:rPr>
          <w:rFonts w:ascii="Courier New" w:hAnsi="Courier New"/>
          <w:color w:val="555555"/>
          <w:sz w:val="20"/>
        </w:rPr>
        <w:t>[10]</w:t>
      </w:r>
    </w:p>
    <w:p>
      <w:r>
        <w:rPr>
          <w:rFonts w:ascii="Gentium Plus" w:hAnsi="Gentium Plus"/>
          <w:sz w:val="24"/>
        </w:rPr>
        <w:t>χρὰ, σύνοχοι γεννῶνται πυρετοὶ, καθάπερ οὐδ’ ἐν ἰσχνοῖς ἢ ἀραιοῖς, ἀλλὰ καὶ τῶν ἡλικιῶν ταῖς θερμαῖς καὶ τῶν φύσεων καὶ τῶν ἐπικτήτων κράσεων ταῖς ὁμοίαις ἐγγίγνονται καὶ μᾶλ‐ λον ὅταν εὔσαρκοί τε καὶ πολύαιμοι καὶ πυκνοὶ τὰς ἕξεις οἱ κάμνοντες ὦσιν, ἢ περιττώμασι θερμοῖς πεπληρωμένοι. ταῦτ’</w:t>
      </w:r>
    </w:p>
    <w:p>
      <w:r>
        <w:rPr>
          <w:rFonts w:ascii="Courier New" w:hAnsi="Courier New"/>
          <w:color w:val="555555"/>
          <w:sz w:val="20"/>
        </w:rPr>
        <w:t>[15]</w:t>
      </w:r>
    </w:p>
    <w:p>
      <w:r>
        <w:rPr>
          <w:rFonts w:ascii="Gentium Plus" w:hAnsi="Gentium Plus"/>
          <w:sz w:val="24"/>
        </w:rPr>
        <w:t>ἄρα τοῖς οὕτω πυρέττουσιν ὁ σφυγμὸς μέγιστός ἐστι, ὁμαλὸς καὶ σφοδρός· καὶ τὴν σύστασιν τῆς ἀρτηρίας οὔτε σκληροτέ‐</w:t>
      </w:r>
    </w:p>
    <w:p>
      <w:r>
        <w:rPr>
          <w:rFonts w:ascii="Courier New" w:hAnsi="Courier New"/>
          <w:color w:val="555555"/>
          <w:sz w:val="20"/>
        </w:rPr>
        <w:t>[10 . 608]</w:t>
      </w:r>
    </w:p>
    <w:p>
      <w:r>
        <w:rPr>
          <w:rFonts w:ascii="Gentium Plus" w:hAnsi="Gentium Plus"/>
          <w:sz w:val="24"/>
        </w:rPr>
        <w:t>τοσοῦτον ἥκει καὶ πυκνότητος εἰς ὅσον ἂν ὁ πυρετὸς αὐτὸς ἥκοι μεγέθους. κοινὰ μὲν οὖν ἀμφοῖν ταῦτα· πρόσεστι δ’ ἐξαίρετα θατέρῳ σημεῖα τὰ τῆς σήψεως, ἐν οὔροις τε καὶ σφυγμοῖς καὶ τῷ τῆς θερμασίας ἀηδεῖ.</w:t>
      </w:r>
    </w:p>
    <w:p>
      <w:r>
        <w:rPr>
          <w:rFonts w:ascii="Courier New" w:hAnsi="Courier New"/>
          <w:color w:val="555555"/>
          <w:sz w:val="20"/>
        </w:rPr>
        <w:t>[5]</w:t>
      </w:r>
    </w:p>
    <w:p>
      <w:r>
        <w:rPr>
          <w:rFonts w:ascii="Gentium Plus" w:hAnsi="Gentium Plus"/>
          <w:sz w:val="24"/>
        </w:rPr>
        <w:t>Καὶ δὴ παραδείγματος ἕνεκα ἀναμνήσω σε δυοῖν νεανίσκοιν οὓς ἐθεάσω μεθ’ ἡμῶν. ἦν δὲ ὁ μὲν ἕτε‐ ρος αὐτῶν ἐλεύθερος καὶ γυμναστικὸς, ὁ δ’ ἕτερος δοῦλος οὐκ ἀγύμναστος μὲν, οὐ μὴν τά γε κατὰ παλαίστραν δεινὸς, ἀλλ’ ὅσα δούλῳ πρέπει, τὰ ἐφήμερα γυμνάσιά τε ἅμα καὶ</w:t>
      </w:r>
    </w:p>
    <w:p>
      <w:r>
        <w:rPr>
          <w:rFonts w:ascii="Courier New" w:hAnsi="Courier New"/>
          <w:color w:val="555555"/>
          <w:sz w:val="20"/>
        </w:rPr>
        <w:t>[10]</w:t>
      </w:r>
    </w:p>
    <w:p>
      <w:r>
        <w:rPr>
          <w:rFonts w:ascii="Gentium Plus" w:hAnsi="Gentium Plus"/>
          <w:sz w:val="24"/>
        </w:rPr>
        <w:t>ἔργα μεταχειρίζεσθαι. ὁ μὲν οὖν ἐλεύθερος τὸν χωρὶς σή‐ ψεως ἐπύρεξε σύνοχον, ὁ δὲ δοῦλος τὸν μετὰ σήψεως. ὁποίαν δ’ ἑκατέρῳ τὴν ἴασιν ἐποιησάμεθα καιρὸς ἂν εἴη λέγειν, ἐπειδὴ μάλιστα μὲν χρὴ γυμνάζεσθαι τοὺς μανθάνοντας ὁτιοῦν ἐπὶ παραδειγμάτων· οὐ γὰρ ἀρκοῦσιν αἱ καθό‐</w:t>
      </w:r>
    </w:p>
    <w:p>
      <w:r>
        <w:rPr>
          <w:rFonts w:ascii="Courier New" w:hAnsi="Courier New"/>
          <w:color w:val="555555"/>
          <w:sz w:val="20"/>
        </w:rPr>
        <w:t>[15]</w:t>
      </w:r>
    </w:p>
    <w:p>
      <w:r>
        <w:rPr>
          <w:rFonts w:ascii="Gentium Plus" w:hAnsi="Gentium Plus"/>
          <w:sz w:val="24"/>
        </w:rPr>
        <w:t>λου μέθοδοι πρὸς τὴν ἀκριβῆ γνῶσιν. ἀμείνω δὲ τῶν παρα‐ δειγμάτων ἐστὶν ὧν αὐτόπται γεγόναμεν· ὡς εἴ γε πάντες οἱ</w:t>
      </w:r>
    </w:p>
    <w:p>
      <w:r>
        <w:rPr>
          <w:rFonts w:ascii="Courier New" w:hAnsi="Courier New"/>
          <w:color w:val="555555"/>
          <w:sz w:val="20"/>
        </w:rPr>
        <w:t>[10 . 609]</w:t>
      </w:r>
    </w:p>
    <w:p>
      <w:r>
        <w:rPr>
          <w:rFonts w:ascii="Gentium Plus" w:hAnsi="Gentium Plus"/>
          <w:sz w:val="24"/>
        </w:rPr>
        <w:t>πρότερον αὐτὰ, παντάπασιν ἂν ὀλίγ’ ἄττα ψευδῶς ἦν λεγό‐ μενα. νυνὶ δ’ οἱ πλεῖστοι διδάσκειν ἄλλους ἐπιχειροῦσιν ἃ μήτ’ αὐτοί ποτ’ ἔπραξαν μήτ’ ἄλλοις ἐπεδείξαντο. τοὺς μὲν οὖν πολλοὺς τῶν ἰατρῶν οὐδὲν θαυμαστὸν ἀμελήσαν‐</w:t>
      </w:r>
    </w:p>
    <w:p>
      <w:r>
        <w:rPr>
          <w:rFonts w:ascii="Courier New" w:hAnsi="Courier New"/>
          <w:color w:val="555555"/>
          <w:sz w:val="20"/>
        </w:rPr>
        <w:t>[5]</w:t>
      </w:r>
    </w:p>
    <w:p>
      <w:r>
        <w:rPr>
          <w:rFonts w:ascii="Gentium Plus" w:hAnsi="Gentium Plus"/>
          <w:sz w:val="24"/>
        </w:rPr>
        <w:t>τας ἤθους χρηστοῦ δοξοσοφίαν μᾶλλον ἢ ἀλήθειαν σπουδά‐ σαι. τὸ δ’ ἡμέτερον οὐχ ὧδ’ ἔχει. οὐ γὰρ δὴ χθὲς ἢ πρώην, ἀλλ’ εὐθὺς ἐκ μειρακίου φιλοσοφίας ἐρασθέντες ἐπ’ ἐκείνην ἥξαμεν πρῶτον. εἶθ’ ὕστερον τοῦ πατρὸς ὀνείρασιν ἐναργέσι προτραπέντος ἐπὶ τὴν τῆς ἰατρικῆς ἄσκησιν ἀφικόμεθα καὶ</w:t>
      </w:r>
    </w:p>
    <w:p>
      <w:r>
        <w:rPr>
          <w:rFonts w:ascii="Courier New" w:hAnsi="Courier New"/>
          <w:color w:val="555555"/>
          <w:sz w:val="20"/>
        </w:rPr>
        <w:t>[10]</w:t>
      </w:r>
    </w:p>
    <w:p>
      <w:r>
        <w:rPr>
          <w:rFonts w:ascii="Gentium Plus" w:hAnsi="Gentium Plus"/>
          <w:sz w:val="24"/>
        </w:rPr>
        <w:t>δι’ ὅλου τοῦ βίου τὰς ἐπιστήμας ἑκατέρας ἔργοις μᾶλλον ἢ λόγοις ἐσπουδάσαμεν. οὐδὲν οὖν θαυμαστὸν ἐν ᾧ προσαγο‐ ρεύουσιν ἄλλοι, περιθέοντες ὅλην τὴν πόλιν ἐν κύκλῳ καὶ συνδειπνοῦσι καὶ παραπέμπουσι τοὺς πλουτοῦντάς τε καὶ δυ‐ ναμένους, ἐν τούτῳ τῷ χρόνῳ παντὶ φιλοπονοῦντας ἡμᾶς</w:t>
      </w:r>
    </w:p>
    <w:p>
      <w:r>
        <w:rPr>
          <w:rFonts w:ascii="Courier New" w:hAnsi="Courier New"/>
          <w:color w:val="555555"/>
          <w:sz w:val="20"/>
        </w:rPr>
        <w:t>[15]</w:t>
      </w:r>
    </w:p>
    <w:p>
      <w:r>
        <w:rPr>
          <w:rFonts w:ascii="Gentium Plus" w:hAnsi="Gentium Plus"/>
          <w:sz w:val="24"/>
        </w:rPr>
        <w:t>ἐκμαθεῖν μὲν πρῶτον ὅσα καλῶς εὕρηνται τοῖς παλαιοῖς, ἔπειτα διὰ τῶν ἔργων αὐτὰ κρῖναί τε ἅμα καὶ ἀσκῆσαι. τὸν τοίνυν γυμναστικὸν νεανίσκον ἀρξάμενον πυρέττειν ὥρας</w:t>
      </w:r>
    </w:p>
    <w:p>
      <w:r>
        <w:rPr>
          <w:rFonts w:ascii="Courier New" w:hAnsi="Courier New"/>
          <w:color w:val="555555"/>
          <w:sz w:val="20"/>
        </w:rPr>
        <w:t>[10 . 610]</w:t>
      </w:r>
    </w:p>
    <w:p>
      <w:r>
        <w:rPr>
          <w:rFonts w:ascii="Gentium Plus" w:hAnsi="Gentium Plus"/>
          <w:sz w:val="24"/>
        </w:rPr>
        <w:t>ὥρας που τρίτης. εὑρόντες δὲ πυρετὸν ἱκανῶς μὲν θερμὸν, ἀλλὰ καὶ τούς τε σφυγμοὺς ὁμαλοὺς καὶ μεγίστους καὶ ταχεῖς καὶ πυκνοὺς καὶ σφοδροὺς καὶ τὴν τῆς θερμασίας ποιότητα τὸ διαβρωτικὸν τῆς ἁφῆς οὐκ ἔχουσαν, ἔτι δὲ καὶ τὰ οὖρα τῇ</w:t>
      </w:r>
    </w:p>
    <w:p>
      <w:r>
        <w:rPr>
          <w:rFonts w:ascii="Courier New" w:hAnsi="Courier New"/>
          <w:color w:val="555555"/>
          <w:sz w:val="20"/>
        </w:rPr>
        <w:t>[5]</w:t>
      </w:r>
    </w:p>
    <w:p>
      <w:r>
        <w:rPr>
          <w:rFonts w:ascii="Gentium Plus" w:hAnsi="Gentium Plus"/>
          <w:sz w:val="24"/>
        </w:rPr>
        <w:t>τε συστάσει καὶ τῇ χροιᾷ τῶν κατὰ φύσιν οὐ πάνυ λειπόμενα, πυθόμενοί τε τοῦ τῶν γυμνασίων ἔθους ἠμεληκότα τὸν ἄν‐ θρωπον ἡμέραις ὡς τριάκοντα, τῇ δὲ προτεραίᾳ μόνῃ γεγυ‐ μνάσθαι σφοδρότερον μὲν, ἀλλ’ οὐκ ἐπὶ πολὺ, προσενηνέχθαι τε τὰ συνήθη σιτία καὶ ταῦτα πεπέφθαι μὲν, ἀλλὰ βραδέως</w:t>
      </w:r>
    </w:p>
    <w:p>
      <w:r>
        <w:rPr>
          <w:rFonts w:ascii="Courier New" w:hAnsi="Courier New"/>
          <w:color w:val="555555"/>
          <w:sz w:val="20"/>
        </w:rPr>
        <w:t>[10]</w:t>
      </w:r>
    </w:p>
    <w:p>
      <w:r>
        <w:rPr>
          <w:rFonts w:ascii="Gentium Plus" w:hAnsi="Gentium Plus"/>
          <w:sz w:val="24"/>
        </w:rPr>
        <w:t>καὶ μόγις, ὡς ἂν ἐπιγενομένου κατὰ τὴν ἑσπέραν τοῦ πυρετοῦ, φαινομένου δὲ ἐρυθροῦ καὶ μεστοῦ τοῦ ἀνθρώπου καὶ μέντοι καὶ πληρώσεως αὑτῷ τινα αἴσθησιν εἶναι λέγον‐ τος, ἐν τούτῳ τε φθεγξαμένου περὶ φλεβοτομίας τῶν παρόν‐ των τινὸς, ἔδοξεν ἡμῖν ἀναβάλλεσθαι τὴν περὶ τοῦ βοηθήμα‐</w:t>
      </w:r>
    </w:p>
    <w:p>
      <w:r>
        <w:rPr>
          <w:rFonts w:ascii="Courier New" w:hAnsi="Courier New"/>
          <w:color w:val="555555"/>
          <w:sz w:val="20"/>
        </w:rPr>
        <w:t>[15]</w:t>
      </w:r>
    </w:p>
    <w:p>
      <w:r>
        <w:rPr>
          <w:rFonts w:ascii="Gentium Plus" w:hAnsi="Gentium Plus"/>
          <w:sz w:val="24"/>
        </w:rPr>
        <w:t>τος σκέψιν εἰς ἕτερον καιρὸν, ἅμα μὲν ἵνα ἀκριβέστερον διαγνῶμεν ἐκ ποίου γένους ἐστὶν ὁ πυρετὸς, ἅμα δ’ ἐξ ἀνάγκης διὰ τὴν προγεγενημένην βραδυπεψίαν. ἐπεὶ δὲ καὶ κατὰ τὴν</w:t>
      </w:r>
    </w:p>
    <w:p>
      <w:r>
        <w:rPr>
          <w:rFonts w:ascii="Courier New" w:hAnsi="Courier New"/>
          <w:color w:val="555555"/>
          <w:sz w:val="20"/>
        </w:rPr>
        <w:t>[10 . 611]</w:t>
      </w:r>
    </w:p>
    <w:p>
      <w:r>
        <w:rPr>
          <w:rFonts w:ascii="Gentium Plus" w:hAnsi="Gentium Plus"/>
          <w:sz w:val="24"/>
        </w:rPr>
        <w:t>αἰσθητῶς, ὕποπτος ἦν ἤδη σύνοχος ὑπάρχειν ἐπ’ ἐμφράξει τε καὶ πολυαιμίᾳ καὶ τῇ διὰ τὸ πλῆθος τῶν σαρκῶν στεγνώσει. διαφυλαχθέντος δὲ τοῦ μεγέθους ἴσου δι’ ὅλης τῆς νυκτὸς, ἐπὶ τῆς ὑστεραίας ἐδόκει τοῖς ἐπισκοπουμένοις αὐτὸν ἰατροῖς</w:t>
      </w:r>
    </w:p>
    <w:p>
      <w:r>
        <w:rPr>
          <w:rFonts w:ascii="Courier New" w:hAnsi="Courier New"/>
          <w:color w:val="555555"/>
          <w:sz w:val="20"/>
        </w:rPr>
        <w:t>[5]</w:t>
      </w:r>
    </w:p>
    <w:p>
      <w:r>
        <w:rPr>
          <w:rFonts w:ascii="Gentium Plus" w:hAnsi="Gentium Plus"/>
          <w:sz w:val="24"/>
        </w:rPr>
        <w:t>ἅπασι φλεβοτομητέος εἶναι. στάσεως δ’ ἐγγινομένης περὶ τοῦ καιροῦ καὶ κρατησάντων τῶν εἰς τὴν ἐπιοῦσαν ἀναβάλλεσθαι συμβουλευόντων, ὁ πυρετὸς ἐναργῶς ἐφάνη δι’ ὅλης τῆς ἡμέ‐ ρας ἐπακμάζων ἑαυτῷ. κᾄπειτα τῆς ἐπιούσης νυκτὸς τῆς τρίτης ἄλλος μὲν οὐκ ἐγένετο παροξυσμὸς ὡς πρὸς τὸ πρῶ‐</w:t>
      </w:r>
    </w:p>
    <w:p>
      <w:r>
        <w:rPr>
          <w:rFonts w:ascii="Courier New" w:hAnsi="Courier New"/>
          <w:color w:val="555555"/>
          <w:sz w:val="20"/>
        </w:rPr>
        <w:t>[10]</w:t>
      </w:r>
    </w:p>
    <w:p>
      <w:r>
        <w:rPr>
          <w:rFonts w:ascii="Gentium Plus" w:hAnsi="Gentium Plus"/>
          <w:sz w:val="24"/>
        </w:rPr>
        <w:t>τον ἐξ ἀναλογίας, ἀφόρητον δ’ ἦν τὸ καῦμα τῷ κάμνοντι, καὶ τάσις ὅλου τοῦ σώματος ὡς πεπληρωμένου καὶ σφυγμὸς τῆς κεφαλῆς, ἀγρυπνία τε διὰ ταῦτα δεινὴ καὶ μεταῤῥιπτοῦν‐ τος ἑαυτὸν ἄλλοτ’ εἰς ἄλλο σχῆμα τοῦ νεανίσκου. καὶ τοίνυν ὡς οὐκέτ’ ἔφερεν, ὥρας που τῆς νυκτὸς ὀγδόης, ἐκπέμψας</w:t>
      </w:r>
    </w:p>
    <w:p>
      <w:r>
        <w:rPr>
          <w:rFonts w:ascii="Courier New" w:hAnsi="Courier New"/>
          <w:color w:val="555555"/>
          <w:sz w:val="20"/>
        </w:rPr>
        <w:t>[15]</w:t>
      </w:r>
    </w:p>
    <w:p>
      <w:r>
        <w:rPr>
          <w:rFonts w:ascii="Gentium Plus" w:hAnsi="Gentium Plus"/>
          <w:sz w:val="24"/>
        </w:rPr>
        <w:t>οἰκέτην πρός με δεῖται παρ’ αὐτὸν ἀφικέσθαι διὰ ταχέων. ὑπα‐ κούω δὴ καὶ ἀπέρχομαι καὶ καταλαμβάνω θερμότατόν τε τὸν πυρετὸν καὶ τοὺς σφυγμοὺς οἵους ἔμπροσθεν εἶπον. ἐπεὶ δ’</w:t>
      </w:r>
    </w:p>
    <w:p>
      <w:r>
        <w:rPr>
          <w:rFonts w:ascii="Courier New" w:hAnsi="Courier New"/>
          <w:color w:val="555555"/>
          <w:sz w:val="20"/>
        </w:rPr>
        <w:t>[10 . 612]</w:t>
      </w:r>
    </w:p>
    <w:p>
      <w:r>
        <w:rPr>
          <w:rFonts w:ascii="Gentium Plus" w:hAnsi="Gentium Plus"/>
          <w:sz w:val="24"/>
        </w:rPr>
        <w:t>θερμότητος ποιότητι σημεῖόν τι σηπεδόνος ἐφαίνετο χυμῶν, ἐδόκει κάλλιον εἶναι τεμεῖν τὴν φλέβα, πρὶν ἄρξασθαι τὴν σῆψιν. ἀφαιρῶ τοίνυν αὐτοῦ τοσοῦτον ἐξεπίτηδες, ὡς λειποθυμίαν ἐπιγενέσθαι, μέγιστόν τι βοήθημα τοῦτο</w:t>
      </w:r>
    </w:p>
    <w:p>
      <w:r>
        <w:rPr>
          <w:rFonts w:ascii="Courier New" w:hAnsi="Courier New"/>
          <w:color w:val="555555"/>
          <w:sz w:val="20"/>
        </w:rPr>
        <w:t>[5]</w:t>
      </w:r>
    </w:p>
    <w:p>
      <w:r>
        <w:rPr>
          <w:rFonts w:ascii="Gentium Plus" w:hAnsi="Gentium Plus"/>
          <w:sz w:val="24"/>
        </w:rPr>
        <w:t>πυρετῶν συνόχων ἐν ἰσχυρᾷ δυνάμει καὶ τῷ λόγῳ καὶ τῇ πείρᾳ δεδιδαγμένος. πρῶτον μὲν γὰρ εἰς ἐναντίαν κατάστασιν ἀφι‐ κνεῖται τάχιστα ψυχόμενον ἐν τῇ λειποθυμίᾳ τὸ σῶμα. τούτου δ’ οὔτε τοῖς κάμνουσιν οὔτ’ αὐτῇ τῇ διοικούσῃ τὰ ζῶα φύ‐ σει δύναιτ’ ἄν τις εὑρεῖν ἥδιον ἢ χρηστότερον. ἔπειτα δ’ ἐξ</w:t>
      </w:r>
    </w:p>
    <w:p>
      <w:r>
        <w:rPr>
          <w:rFonts w:ascii="Courier New" w:hAnsi="Courier New"/>
          <w:color w:val="555555"/>
          <w:sz w:val="20"/>
        </w:rPr>
        <w:t>[10]</w:t>
      </w:r>
    </w:p>
    <w:p>
      <w:r>
        <w:rPr>
          <w:rFonts w:ascii="Gentium Plus" w:hAnsi="Gentium Plus"/>
          <w:sz w:val="24"/>
        </w:rPr>
        <w:t>ἀνάγκης ἐν τοῖς τοιούτοις σώμασιν ἕπεται διαχώρησις γα‐ στρὸς, ἔστι δὲ ὅτε καὶ χολῆς ἔμετος, ἐφ’ οἷς αὐτίκα νοτίδες ἀπὸ παντὸς τοῦ σώματος, ἢ ἱδρῶτες. ἅπερ οὖν κᾀκείνῳ πάνθ’ ἑξῆς γενόμενα παραχρῆμα τὸν πυρετὸν ἔσβεσαν, ὥστε τινὰς τῶν παρόντων εἰπεῖν, ἔσφαξας ἄνθρωπε τὸν πυρετόν·</w:t>
      </w:r>
    </w:p>
    <w:p>
      <w:r>
        <w:rPr>
          <w:rFonts w:ascii="Courier New" w:hAnsi="Courier New"/>
          <w:color w:val="555555"/>
          <w:sz w:val="20"/>
        </w:rPr>
        <w:t>[15]</w:t>
      </w:r>
    </w:p>
    <w:p>
      <w:r>
        <w:rPr>
          <w:rFonts w:ascii="Gentium Plus" w:hAnsi="Gentium Plus"/>
          <w:sz w:val="24"/>
        </w:rPr>
        <w:t>ἐπὶ τούτου μὲν δὴ πάντες ἐγελάσαμεν. ὅπως δὲ πληρώσαιμι τὴν διήγησιν, οὐδὲν ἂν εἴη χεῖρον ὀλίγα προσθεῖναι. μετὰ δύο γὰρ τῆς φλεβοτομίας ὥρας βραχύ τι προσδοὺς τροφῆς τῷ</w:t>
      </w:r>
    </w:p>
    <w:p>
      <w:r>
        <w:rPr>
          <w:rFonts w:ascii="Courier New" w:hAnsi="Courier New"/>
          <w:color w:val="555555"/>
          <w:sz w:val="20"/>
        </w:rPr>
        <w:t>[10 . 613]</w:t>
      </w:r>
    </w:p>
    <w:p>
      <w:r>
        <w:rPr>
          <w:rFonts w:ascii="Gentium Plus" w:hAnsi="Gentium Plus"/>
          <w:sz w:val="24"/>
        </w:rPr>
        <w:t>δὲ πέμπτης ὥρας τῆς ἡμέρας οὕτω βαθέως ὑπνοῦντα κατέ‐ λαβον ὡς ἁπτομένου μου μηδ’ ὅλως αἰσθάνεσθαι. λεγόν‐ των δὲ καὶ τῶν ὑπηρετουμένων αὐτῷ βαθὺν οὕτως εἶναι τὸν ὕπνον ὡς μηδ’ ὅταν ἀπομάττωσιν αὐτοῦ τὰς νοτίδας ἐξε‐</w:t>
      </w:r>
    </w:p>
    <w:p>
      <w:r>
        <w:rPr>
          <w:rFonts w:ascii="Courier New" w:hAnsi="Courier New"/>
          <w:color w:val="555555"/>
          <w:sz w:val="20"/>
        </w:rPr>
        <w:t>[5]</w:t>
      </w:r>
    </w:p>
    <w:p>
      <w:r>
        <w:rPr>
          <w:rFonts w:ascii="Gentium Plus" w:hAnsi="Gentium Plus"/>
          <w:sz w:val="24"/>
        </w:rPr>
        <w:t>γείρεσθαι, συνεβούλευον οὕτω πράττειν, εἶναι γὰρ ἀκριβῶς ἤδη τὸν ἄνθρωπον ἀπύρετον. ἀφικόμενος δ’ αὖθις ὥρας δε‐ κάτης εὗρον ἔτι καὶ τότε κοιμώμενον αὐτόν. ἐξελθὼν δὲ πάλιν ἐπ’ ἄλλους ἀῤῥώστους ἐπανῆλθον ὥρας πρώτης νυκ‐ τὸς οὐκέτι μετὰ σιωπῆς, ἀλλ’ ἐξεπίτηδες μέγα φθεγγόμενος,</w:t>
      </w:r>
    </w:p>
    <w:p>
      <w:r>
        <w:rPr>
          <w:rFonts w:ascii="Courier New" w:hAnsi="Courier New"/>
          <w:color w:val="555555"/>
          <w:sz w:val="20"/>
        </w:rPr>
        <w:t>[10]</w:t>
      </w:r>
    </w:p>
    <w:p>
      <w:r>
        <w:rPr>
          <w:rFonts w:ascii="Gentium Plus" w:hAnsi="Gentium Plus"/>
          <w:sz w:val="24"/>
        </w:rPr>
        <w:t>ὅπως ὁ κάμνων διεγερθείη τοῦ ὕπνου. καὶ τοίνυν οὕτω γενο‐ μένου πτισάνης χυλῷ μόνῳ θρέψας αὐτὸν ἀπηλλαττόμην. ἐπιμετρήσας δὲ τὴν ὑστεραίαν ἐπὶ τὸ λουτρὸν ἀπέλυσα τῇ μετ’ αὐτήν. τὰ μὲν δὴ κατὰ τοῦτον οὕτως ἐπράχθη. τὰ δὲ κατὰ τὸν ἕτερον, ἤδη σοι δίειμι. δι’ ὅλης ἡμέρας ἐκεῖνος ὁ</w:t>
      </w:r>
    </w:p>
    <w:p>
      <w:r>
        <w:rPr>
          <w:rFonts w:ascii="Courier New" w:hAnsi="Courier New"/>
          <w:color w:val="555555"/>
          <w:sz w:val="20"/>
        </w:rPr>
        <w:t>[15]</w:t>
      </w:r>
    </w:p>
    <w:p>
      <w:r>
        <w:rPr>
          <w:rFonts w:ascii="Gentium Plus" w:hAnsi="Gentium Plus"/>
          <w:sz w:val="24"/>
        </w:rPr>
        <w:t>ἄνθρωπος καμὼν πολλὰ, κᾄπειτα λουσάμενος ὀλίγα τε προσ‐ ενεγκάμενος ὑπήρξατο πυρέττειν ἐν τῇ νυκτὶ συνάψας αὐτῇ καὶ τὴν ἑπομένην ἡμέραν. ἐθεασάμεθα δ’ ἡμεῖς αὐτὸν μετὰ</w:t>
      </w:r>
    </w:p>
    <w:p>
      <w:r>
        <w:rPr>
          <w:rFonts w:ascii="Courier New" w:hAnsi="Courier New"/>
          <w:color w:val="555555"/>
          <w:sz w:val="20"/>
        </w:rPr>
        <w:t>[10 . 614]</w:t>
      </w:r>
    </w:p>
    <w:p>
      <w:r>
        <w:rPr>
          <w:rFonts w:ascii="Gentium Plus" w:hAnsi="Gentium Plus"/>
          <w:sz w:val="24"/>
        </w:rPr>
        <w:t>παραπλησίως διακείμενον, ἐναργῆ δὲ τὰ τῆς σηπεδόνος τῶν χυμῶν ἔχοντα γνωρίσματα. φλέβα τοίνυν αὐτῷ παραχρῆμα διελόντες ἄχρι λειποθυμίας ἐκενώσαμεν. ἐφ’ ᾗ διαλιπόντες αὔταρκες ἐθρέψαμεν, μελικράτῳ μὲν πρῶτον, μετὰ δὲ ὥραν</w:t>
      </w:r>
    </w:p>
    <w:p>
      <w:r>
        <w:rPr>
          <w:rFonts w:ascii="Courier New" w:hAnsi="Courier New"/>
          <w:color w:val="555555"/>
          <w:sz w:val="20"/>
        </w:rPr>
        <w:t>[5]</w:t>
      </w:r>
    </w:p>
    <w:p>
      <w:r>
        <w:rPr>
          <w:rFonts w:ascii="Gentium Plus" w:hAnsi="Gentium Plus"/>
          <w:sz w:val="24"/>
        </w:rPr>
        <w:t>ἐκείνου μίαν πτισάνης χυλῷ. καὶ πάντ’ ἐπέπρακτο ταῦτα πέμπτης ὥρας ἐντός. ὁμοίου δὲ αὐτῷ διαμένοντος τοῦ πυρε‐ τοῦ σύνοχον εἶναι προσεδοκήσαμεν ἐπὶ σήψει. καὶ τοίνυν καὶ οὕτως ἀπέβη. θεασάμενοι γὰρ αὐτὸν ὥρας που δευτέρας νυκτὸς ἐν ἴσῳ μεγέθει, τὸν διὰ τρίτης παροξυσμὸν ἤτοι γ’ ἐσόμενον</w:t>
      </w:r>
    </w:p>
    <w:p>
      <w:r>
        <w:rPr>
          <w:rFonts w:ascii="Courier New" w:hAnsi="Courier New"/>
          <w:color w:val="555555"/>
          <w:sz w:val="20"/>
        </w:rPr>
        <w:t>[10]</w:t>
      </w:r>
    </w:p>
    <w:p>
      <w:r>
        <w:rPr>
          <w:rFonts w:ascii="Gentium Plus" w:hAnsi="Gentium Plus"/>
          <w:sz w:val="24"/>
        </w:rPr>
        <w:t>ἢ οὐκ ἐσόμενον, ἀκριβῶς ἠβουλήθημεν παραφυλάξαι νυκτὸς ὥραν ἑβδόμην τὴν ὕποπτον ἔχοντα. ὄρθρου δὴ βαθέος ἐπὶ τὸν ἄνθρωπον ἐλθόντες εὕρομεν ὅπερ ἠλπίσαμεν. οὔτε γὰρ ὁ διὰ τρίτης ἐγεγόνει παροξυσμὸς ἐφαίνετό τε βραχύ τι μικρότερος ὁ πυρετὸς οὗ κατελείπομεν ἐπὶ τῆς ἑσπέρας. ὡς δὲ καὶ τῆς</w:t>
      </w:r>
    </w:p>
    <w:p>
      <w:r>
        <w:rPr>
          <w:rFonts w:ascii="Courier New" w:hAnsi="Courier New"/>
          <w:color w:val="555555"/>
          <w:sz w:val="20"/>
        </w:rPr>
        <w:t>[15]</w:t>
      </w:r>
    </w:p>
    <w:p>
      <w:r>
        <w:rPr>
          <w:rFonts w:ascii="Gentium Plus" w:hAnsi="Gentium Plus"/>
          <w:sz w:val="24"/>
        </w:rPr>
        <w:t>μεσημβρίας ἰδὼν αὐτὸν, ἦν ἤδη βεβαιότατος ἀφαιρεῖν τι βραχὺ καὶ σύνοχον εἶναι παρακμαστικὸν, ἄμεινον ἐδόκει θρέψαι καὶ τόθ’ ὁμοίως τὸν ἄνθρωπον. διελθούσης δὲ καὶ τῆς τετάρτης</w:t>
      </w:r>
    </w:p>
    <w:p>
      <w:r>
        <w:rPr>
          <w:rFonts w:ascii="Courier New" w:hAnsi="Courier New"/>
          <w:color w:val="555555"/>
          <w:sz w:val="20"/>
        </w:rPr>
        <w:t>[10 . 615]</w:t>
      </w:r>
    </w:p>
    <w:p>
      <w:r>
        <w:rPr>
          <w:rFonts w:ascii="Gentium Plus" w:hAnsi="Gentium Plus"/>
          <w:sz w:val="24"/>
        </w:rPr>
        <w:t>ἦν, ἐν ᾗ πάλιν ὁμοίως αὐτὸν θρέψαντες ἠκολουθήσαμεν ἀφαιροῦντες τοῦ μεγέθους, δι’ ὅλης τε τῆς ἡμέρας ἐκείνης καὶ τῆς ἐπιούσης νυκτὸς τῆς πέμπτης, ὥστ’ ἐναργῶς τῇ πέμπτῃ τῶν ἡμερῶν ἐλάττονα φαίνεσθαι τοῦ πρόσθεν. ἀνάλογον δὲ</w:t>
      </w:r>
    </w:p>
    <w:p>
      <w:r>
        <w:rPr>
          <w:rFonts w:ascii="Courier New" w:hAnsi="Courier New"/>
          <w:color w:val="555555"/>
          <w:sz w:val="20"/>
        </w:rPr>
        <w:t>[5]</w:t>
      </w:r>
    </w:p>
    <w:p>
      <w:r>
        <w:rPr>
          <w:rFonts w:ascii="Gentium Plus" w:hAnsi="Gentium Plus"/>
          <w:sz w:val="24"/>
        </w:rPr>
        <w:t>τῇ μειώσει τοῦ πυρετοῦ καὶ ἡ τῶν οὔρων πέψις προὐχώρει. καὶ ἦν δῆλον ὡς κατὰ τὴν ἑβδόμην ἡμέραν παύσαιτο, καὶ οὕτως ἐγένετο. παρακμαστικὸς οὖν ἀκριβῶς οὗτος ἡμῖν ὁ σύνοχος ἐπὶ σήψει χυμῶν ὤφθη. πολλοὺς δ’ ἄλλους συνό‐ χους ἐθεασάμεθα τοὺς μὲν ἐπακμαστικοὺς, τοὺς δὲ ὁμοτό‐</w:t>
      </w:r>
    </w:p>
    <w:p>
      <w:r>
        <w:rPr>
          <w:rFonts w:ascii="Courier New" w:hAnsi="Courier New"/>
          <w:color w:val="555555"/>
          <w:sz w:val="20"/>
        </w:rPr>
        <w:t>[10]</w:t>
      </w:r>
    </w:p>
    <w:p>
      <w:r>
        <w:rPr>
          <w:rFonts w:ascii="Gentium Plus" w:hAnsi="Gentium Plus"/>
          <w:sz w:val="24"/>
        </w:rPr>
        <w:t>νους, ἢ ἀκμαστικοὺς, ἢ ὅπως ἄν τις ἐθέλοι καλεῖν, ἐνίους δ’ ὥσπερ καὶ οὗτος ὁ προειρημένος παρακμαστικούς· καὶ τινὰς μὲν ἐν τῇ πρώτῃ τῶν ἡμερῶν τὰ τῆς σήψεως ἔχοντας γνωρί‐ σματα, τινὰς δ’ ἐν τῇ τρίτῃ σχόντας, ἢ τὸ πλεῖστόν γε τῇ τετάρτῃ, ποτὲ μὲν ἀμαθίᾳ τῶν ἰατρῶν μὴ τεμνόντων τὴν</w:t>
      </w:r>
    </w:p>
    <w:p>
      <w:r>
        <w:rPr>
          <w:rFonts w:ascii="Courier New" w:hAnsi="Courier New"/>
          <w:color w:val="555555"/>
          <w:sz w:val="20"/>
        </w:rPr>
        <w:t>[15]</w:t>
      </w:r>
    </w:p>
    <w:p>
      <w:r>
        <w:rPr>
          <w:rFonts w:ascii="Gentium Plus" w:hAnsi="Gentium Plus"/>
          <w:sz w:val="24"/>
        </w:rPr>
        <w:t>φλέβα, ποτὲ δ’ αὐτῶν τῶν καμνόντων δειλίᾳ. τῶν γὰρ ἐπ’ ἐμφράξει μόνῃ πυρεξάντων οὐδεὶς μετέπεσεν εἰς τὸν ἐπὶ ση‐</w:t>
      </w:r>
    </w:p>
    <w:p>
      <w:r>
        <w:rPr>
          <w:rFonts w:ascii="Courier New" w:hAnsi="Courier New"/>
          <w:color w:val="555555"/>
          <w:sz w:val="20"/>
        </w:rPr>
        <w:t>[10 . 616]</w:t>
      </w:r>
    </w:p>
    <w:p>
      <w:r>
        <w:rPr>
          <w:rFonts w:ascii="Gentium Plus" w:hAnsi="Gentium Plus"/>
          <w:sz w:val="24"/>
        </w:rPr>
        <w:t>οὖν ὑπαρχούσης τῆς δυνάμεως καὶ τῆς ἡλικίας συγχωρούσης, ἄχρι λειποθυμίας ἄμεινον ἄγειν. εἰ δέ τι τούτων ἐνδέοι κατά τι, βέλτιον ἀφελεῖν μὲν ὅσον ἂν ἱκανὸν εἶναι φαίνηται, τήν γε πρώτην· ἐπαφαιρεῖν δ’ αὖθις ὅσον ἐνδέοι. μὴ φλεβοτομηθέν‐</w:t>
      </w:r>
    </w:p>
    <w:p>
      <w:r>
        <w:rPr>
          <w:rFonts w:ascii="Courier New" w:hAnsi="Courier New"/>
          <w:color w:val="555555"/>
          <w:sz w:val="20"/>
        </w:rPr>
        <w:t>[5]</w:t>
      </w:r>
    </w:p>
    <w:p>
      <w:r>
        <w:rPr>
          <w:rFonts w:ascii="Gentium Plus" w:hAnsi="Gentium Plus"/>
          <w:sz w:val="24"/>
        </w:rPr>
        <w:t>τες γὰρ οἱ οὕτως πυρέττοντες εἰς ἔσχατον ἥκουσι κινδύνου, πλὴν εἴ ποτε ῥώμη δυνάμεως, ἢ αἱμοῤῥαγία λάβρος, ἢ ἱδρὼς πολὺς ἐξαρπάσειεν αὐτοὺς ὀλέθρου προφανοῦς. ἀλλ’ ὅμως ἔνιοι τῶν ἰατρῶν ὁρῶντες τὴν φύσιν ἐναργέστατα δι’ αἱμοῤ‐ ῥαγίας ἐκσώζουσαν οὐκ ὀλίγους τῶν οὕτω κινδυνευόντων,</w:t>
      </w:r>
    </w:p>
    <w:p>
      <w:r>
        <w:rPr>
          <w:rFonts w:ascii="Courier New" w:hAnsi="Courier New"/>
          <w:color w:val="555555"/>
          <w:sz w:val="20"/>
        </w:rPr>
        <w:t>[10]</w:t>
      </w:r>
    </w:p>
    <w:p>
      <w:r>
        <w:rPr>
          <w:rFonts w:ascii="Gentium Plus" w:hAnsi="Gentium Plus"/>
          <w:sz w:val="24"/>
        </w:rPr>
        <w:t>ἀποδιδράσκουσι τὴν φλεβοτομίαν, οὔτ’ ἐμπειρίαν οὐδεμίαν οὔτε λόγον ἀληθῆ προστησάμενοι. τούτους μὲν οὖν ἐάσωμεν αὐτάρκως γε πρὸς αὐτοὺς διειλεγμένοι καθ’ ἓν ὅλον γράμμα τὸ περὶ φλεβοτομίας πρὸς Ἐρασίστρατον, αὐτοὶ δ’ αὖθις ἐπὶ τὸ προκείμενον ἴωμεν.</w:t>
      </w:r>
    </w:p>
    <w:p>
      <w:r>
        <w:rPr>
          <w:rFonts w:ascii="Courier New" w:hAnsi="Courier New"/>
          <w:color w:val="555555"/>
          <w:sz w:val="20"/>
        </w:rPr>
        <w:t>[15]</w:t>
      </w:r>
    </w:p>
    <w:p>
      <w:r>
        <w:rPr>
          <w:rFonts w:ascii="Gentium Plus" w:hAnsi="Gentium Plus"/>
          <w:sz w:val="24"/>
        </w:rPr>
        <w:t>Ἦν δ’ ἐν τῷ νῦν λόγῳ προκείμενον ὑπὲρ ἐκείνων διελθεῖν τῶν ἰατρῶν ὅσοι στεγνώσεσιν ἕπονται ταῖς</w:t>
      </w:r>
    </w:p>
    <w:p>
      <w:r>
        <w:rPr>
          <w:rFonts w:ascii="Courier New" w:hAnsi="Courier New"/>
          <w:color w:val="555555"/>
          <w:sz w:val="20"/>
        </w:rPr>
        <w:t>[10 . 617]</w:t>
      </w:r>
    </w:p>
    <w:p>
      <w:r>
        <w:rPr>
          <w:rFonts w:ascii="Gentium Plus" w:hAnsi="Gentium Plus"/>
          <w:sz w:val="24"/>
        </w:rPr>
        <w:t>ἐφημέρων ἔφασκον ὑπάρχειν γένους, εἰ δέ τις αὐτοῖς ἢ ἐξ ἀρχῆς εὐθέως ἢ ἐξ ὑστέρου σῆψις ἐπιγίγνοιτο, κατὰ μὲν ἁπά‐ σας τὰς φλέβας καὶ μάλιστα τὰς μεγάλας συνισταμένης αὐτῆς τοὺς συνόχους γεννᾶσθαι πυρετοὺς, ἐν ἑνὶ δὲ μορίῳ τοῦ ζώου</w:t>
      </w:r>
    </w:p>
    <w:p>
      <w:r>
        <w:rPr>
          <w:rFonts w:ascii="Courier New" w:hAnsi="Courier New"/>
          <w:color w:val="555555"/>
          <w:sz w:val="20"/>
        </w:rPr>
        <w:t>[5]</w:t>
      </w:r>
    </w:p>
    <w:p>
      <w:r>
        <w:rPr>
          <w:rFonts w:ascii="Gentium Plus" w:hAnsi="Gentium Plus"/>
          <w:sz w:val="24"/>
        </w:rPr>
        <w:t>τοὺς κατὰ περίοδόν τινα παροξυνομένους. ἀλλὰ περὶ μὲν τούτων αὖθις. ὃ δὲ χρὴ καὶ δὶς οἶμαι καὶ τρὶς καὶ πολλάκις αὖθίς τε καὶ αὖθις εἰπεῖν, εἰ μέλλοιεν οἱ οὕτως νοσοῦντες ὀρθῶς θεραπευθήσεσθαι, τὸ τῆς φλεβοτομίας παραληπτέον ἐστίν. ὅσοις γὰρ ἐπὶ πλήθει χυμῶν δυσδιάπνευστον τὸ σῶμα</w:t>
      </w:r>
    </w:p>
    <w:p>
      <w:r>
        <w:rPr>
          <w:rFonts w:ascii="Courier New" w:hAnsi="Courier New"/>
          <w:color w:val="555555"/>
          <w:sz w:val="20"/>
        </w:rPr>
        <w:t>[10]</w:t>
      </w:r>
    </w:p>
    <w:p>
      <w:r>
        <w:rPr>
          <w:rFonts w:ascii="Gentium Plus" w:hAnsi="Gentium Plus"/>
          <w:sz w:val="24"/>
        </w:rPr>
        <w:t>γενόμενον ἤθροισε τοσαύτην θερμασίαν ὡς ἤδη πυρέττειν, ἀφαιρεῖν αἵματος χρὴ τοσοῦτον ἂν ὅσον ἡ δύναμις φέρει, γινώσκοντας ὡς εἰ μὴ παραληφθείη τὸ βοήθημα τοῦτο, πνι‐ γήσεσθαι τοὺς οὕτω διακειμένους τὴν φύσιν, ἢ συγκόπτεσθαί γε πάντως αὐτοὺς, εἰ μήποθ’, ὡς εἴρηται, ῥώμη τῆς φύσεως</w:t>
      </w:r>
    </w:p>
    <w:p>
      <w:r>
        <w:rPr>
          <w:rFonts w:ascii="Courier New" w:hAnsi="Courier New"/>
          <w:color w:val="555555"/>
          <w:sz w:val="20"/>
        </w:rPr>
        <w:t>[15]</w:t>
      </w:r>
    </w:p>
    <w:p>
      <w:r>
        <w:rPr>
          <w:rFonts w:ascii="Gentium Plus" w:hAnsi="Gentium Plus"/>
          <w:sz w:val="24"/>
        </w:rPr>
        <w:t>ἢ ἱδρὼς πάμπολυς αὐτοὺς ἢ λάβρος αἱμοῤῥαγία ῥύσηται τοῦ θανάτου. δῆλον μὲν οὖν ἐστὶ, κᾂν ἐγὼ μὴ λέγω, τοῖς γε τὸ</w:t>
      </w:r>
    </w:p>
    <w:p>
      <w:r>
        <w:rPr>
          <w:rFonts w:ascii="Courier New" w:hAnsi="Courier New"/>
          <w:color w:val="555555"/>
          <w:sz w:val="20"/>
        </w:rPr>
        <w:t>[10 . 618]</w:t>
      </w:r>
    </w:p>
    <w:p>
      <w:r>
        <w:rPr>
          <w:rFonts w:ascii="Gentium Plus" w:hAnsi="Gentium Plus"/>
          <w:sz w:val="24"/>
        </w:rPr>
        <w:t>εἰρήσεται καὶ πρὸς ἡμῶν ὅτι νῦν ὁ λόγος ἐστὶν οὐ περὶ τοῦ πρὸς τὴν δύναμιν πλήθους. οὔτε γὰρ ἐμφράττει τοῦτο τὰ στόματα τῶν ἀγγείων, ὡς κωλύειν τὴν ἀνάψυξιν, οὔτε τείνει τοὺς χιτῶνας αὐτῶν οὔτ’ ἔρευθος οὔτ’ ὄγκον ἐργάζεται,</w:t>
      </w:r>
    </w:p>
    <w:p>
      <w:r>
        <w:rPr>
          <w:rFonts w:ascii="Courier New" w:hAnsi="Courier New"/>
          <w:color w:val="555555"/>
          <w:sz w:val="20"/>
        </w:rPr>
        <w:t>[5]</w:t>
      </w:r>
    </w:p>
    <w:p>
      <w:r>
        <w:rPr>
          <w:rFonts w:ascii="Gentium Plus" w:hAnsi="Gentium Plus"/>
          <w:sz w:val="24"/>
        </w:rPr>
        <w:t>πολὺ δὲ δὴ μᾶλλον οὐδὲ τὰς τῆς σαρκὸς ἢ τοῦ δέρματος ἐπέ‐ χει διαπνοάς. ἀλλὰ περὶ τοῦ μηκέτι δυναμένου χωρεῖ‐ σθαι πρὸς τῶν ἀγγείων, ὃ καὶ διὰ τοῦτ’ αὐτὸ ῥηγνύναι τε καὶ ἀναστομοῦν εἴωθεν αὐτὰ καὶ τἄλλα συμπτώματα τὰ νῦν εἰρημένα φέρει τὴν ἔμφραξιν, τὴν τάσιν, τὸν ὄγκον, τὸ ἔρευ‐</w:t>
      </w:r>
    </w:p>
    <w:p>
      <w:r>
        <w:rPr>
          <w:rFonts w:ascii="Courier New" w:hAnsi="Courier New"/>
          <w:color w:val="555555"/>
          <w:sz w:val="20"/>
        </w:rPr>
        <w:t>[10]</w:t>
      </w:r>
    </w:p>
    <w:p>
      <w:r>
        <w:rPr>
          <w:rFonts w:ascii="Gentium Plus" w:hAnsi="Gentium Plus"/>
          <w:sz w:val="24"/>
        </w:rPr>
        <w:t>θος, ὁ σύμπας μοι λόγος ἐπεράνθη τε καὶ νῦν οὐχ ἧττον περανθήσεται. τὸ γάρ τοι πλῆθος τοῦτο χρηστὸν ὂν συναύ‐ ξεσθαι πέφυκε τῇ ῥώμῃ τῆς δυνάμεως· ὡς εἴ γε βαρύνειέ ποτ’ αὐτὴν, οὔτ’ αὐξηθήσεται τοῦ λοιποῦ καὶ παύσεται χρηστὸν ὑπάρχον. εἰ γὰρ ἅπαξ ἀπολέσειε τὸν ἐκ τῆς φύσεως κόσμον,</w:t>
      </w:r>
    </w:p>
    <w:p>
      <w:r>
        <w:rPr>
          <w:rFonts w:ascii="Courier New" w:hAnsi="Courier New"/>
          <w:color w:val="555555"/>
          <w:sz w:val="20"/>
        </w:rPr>
        <w:t>[15]</w:t>
      </w:r>
    </w:p>
    <w:p>
      <w:r>
        <w:rPr>
          <w:rFonts w:ascii="Gentium Plus" w:hAnsi="Gentium Plus"/>
          <w:sz w:val="24"/>
        </w:rPr>
        <w:t>ἀδύνατον αὐτῷ μὴ σαπῆναι, διότι μηδ’ ἄλλο μηδὲν ὑγρὸν καὶ θερμὸν σῶμα τουτωνὶ τῶν ἐκτὸς ὁρῶμεν ἄσηπτον δια‐ μένον. ταῦτά τοι χρὴ σπεύδειν ἀφαιρεῖν τοῦ αἵματος, ὅπως</w:t>
      </w:r>
    </w:p>
    <w:p>
      <w:r>
        <w:rPr>
          <w:rFonts w:ascii="Courier New" w:hAnsi="Courier New"/>
          <w:color w:val="555555"/>
          <w:sz w:val="20"/>
        </w:rPr>
        <w:t>[10 . 619]</w:t>
      </w:r>
    </w:p>
    <w:p>
      <w:r>
        <w:rPr>
          <w:rFonts w:ascii="Gentium Plus" w:hAnsi="Gentium Plus"/>
          <w:sz w:val="24"/>
        </w:rPr>
        <w:t>τὴν φυσικὴν εὐκρασίαν φυλάττουσα κατὰ τὸν ἐξ ἀρχῆς τρό‐ πον ἐπικρατῇ τῶν χυμῶν· ὡς εἴ γε δύσκρατος γενομένη κάμοι, κίνδυνος αὐτοῖς σαπῆναι. ἡ δυσκρασία δ’ ἐν αὐτῇ γίνεται διὰ τὴν τοῦ πυρετοῦ θέρμην. ἣν ὅταν τις ἀμαθὴς ἰατρὸς</w:t>
      </w:r>
    </w:p>
    <w:p>
      <w:r>
        <w:rPr>
          <w:rFonts w:ascii="Courier New" w:hAnsi="Courier New"/>
          <w:color w:val="555555"/>
          <w:sz w:val="20"/>
        </w:rPr>
        <w:t>[5]</w:t>
      </w:r>
    </w:p>
    <w:p>
      <w:r>
        <w:rPr>
          <w:rFonts w:ascii="Gentium Plus" w:hAnsi="Gentium Plus"/>
          <w:sz w:val="24"/>
        </w:rPr>
        <w:t>αὐξήσῃ τῷ μὴ κενῶσαι τὸ τῆς στεγνώσεως αἴτιον, ἄπορος ἡ λοιπὴ πᾶσα βοήθεια γίγνεται. τοῦ μὲν γὰρ πλήθους κενοῦ‐ σθαι δεομένου, τῆς θέρμης δ’ ἐμψύχεσθαι, μάχη καὶ στάσις εἰς ἄλληλα τοῖς ἰωμένοις βοηθήμασι γίγνεται, τῶν μὲν ἐμψυχόν‐ των, εἰ καὶ τὴν εὐκρασίαν ἐκπορίζοιτο τῇ φύσει, κατεχόντων</w:t>
      </w:r>
    </w:p>
    <w:p>
      <w:r>
        <w:rPr>
          <w:rFonts w:ascii="Courier New" w:hAnsi="Courier New"/>
          <w:color w:val="555555"/>
          <w:sz w:val="20"/>
        </w:rPr>
        <w:t>[10]</w:t>
      </w:r>
    </w:p>
    <w:p>
      <w:r>
        <w:rPr>
          <w:rFonts w:ascii="Gentium Plus" w:hAnsi="Gentium Plus"/>
          <w:sz w:val="24"/>
        </w:rPr>
        <w:t>γοῦν τὸ πλῆθος ἐν τῷ σώματι, τῶν δὲ τῇ μανώσει τοῦ δέρ‐ ματος ἐκκενούντων αὐτὸ θερμαινόντων ἁπάντων, ὥστ’ εἰ μὲν τοῦτο κενοῦν ἐθέλοις, αὐξήσεις τὸν πυρετὸν, εἰ δ’ ἐκεῖνον ἐμψύχειν, καθέξεις τοῦτο. ταύτην τὴν ἀπορίαν τῶν ἰαμάτων οἱ μὴ κενώσαντες εὐθὺς ἐξ ἀρχῆς ἐργάζονται, πεισθέντες</w:t>
      </w:r>
    </w:p>
    <w:p>
      <w:r>
        <w:rPr>
          <w:rFonts w:ascii="Courier New" w:hAnsi="Courier New"/>
          <w:color w:val="555555"/>
          <w:sz w:val="20"/>
        </w:rPr>
        <w:t>[15]</w:t>
      </w:r>
    </w:p>
    <w:p>
      <w:r>
        <w:rPr>
          <w:rFonts w:ascii="Gentium Plus" w:hAnsi="Gentium Plus"/>
          <w:sz w:val="24"/>
        </w:rPr>
        <w:t>Ἐρασιστράτῳ τῷ μηδὲ τὰς αὐτομάτους αἱμοῤῥαγίας μιμή‐ σασθαι δυνηθέντι. κάλλιστον μὲν οὖν εὐθέως ὡς ἐθεάσω διαπαντὸς ἡμᾶς ποιοῦντας, οὐχ ἡμερῶν ἀριθμῷ ἐπὶ παντὸς</w:t>
      </w:r>
    </w:p>
    <w:p>
      <w:r>
        <w:rPr>
          <w:rFonts w:ascii="Courier New" w:hAnsi="Courier New"/>
          <w:color w:val="555555"/>
          <w:sz w:val="20"/>
        </w:rPr>
        <w:t>[10 . 620]</w:t>
      </w:r>
    </w:p>
    <w:p>
      <w:r>
        <w:rPr>
          <w:rFonts w:ascii="Gentium Plus" w:hAnsi="Gentium Plus"/>
          <w:sz w:val="24"/>
        </w:rPr>
        <w:t>μεως ἐπὶ τῶν τοιούτων πυρετῶν· εἰ γὰρ αὐτὴ διασώζοιτο, μὴ μόνον ἑκταίους ἢ ἑβδομαίους, ἀλλὰ καὶ κατὰ τὰς ἑξῆς ἡμέρας φλεβοτομεῖν. εἰ δ’ ἀναγκασθείης ποτὲ θεραπεύειν ἄῤῥωστον, ᾧ μὴ μόνον ἔμπροσθεν παρελείφθη τὸ τῆς φλεβο‐</w:t>
      </w:r>
    </w:p>
    <w:p>
      <w:r>
        <w:rPr>
          <w:rFonts w:ascii="Courier New" w:hAnsi="Courier New"/>
          <w:color w:val="555555"/>
          <w:sz w:val="20"/>
        </w:rPr>
        <w:t>[5]</w:t>
      </w:r>
    </w:p>
    <w:p>
      <w:r>
        <w:rPr>
          <w:rFonts w:ascii="Gentium Plus" w:hAnsi="Gentium Plus"/>
          <w:sz w:val="24"/>
        </w:rPr>
        <w:t>τομίας βοήθημα, ἄλλα καὶ νῦν ἤτοι διὰ τὴν ἀμαθίαν τῶν ἰατρῶν, ἢ τὴν τοῦ κάμνοντος, ἢ τὴν τῶν οἰκείων αὐτῶν δει‐ λίαν, ἐπὶ προήκοντι τῷ χρόνῳ κωλυθείης ἀφαιρεῖν αἵματος, ἐπὶ τὴν τοῦ ψυχροῦ δόσιν ἔρχεσθαι διορισάμενος ἀκριβῶς ὁπόση τις ἐξ αὐτοῦ γενήσεται βλάβη. μικρᾶς μὲν γὰρ ἢ οὐδ’</w:t>
      </w:r>
    </w:p>
    <w:p>
      <w:r>
        <w:rPr>
          <w:rFonts w:ascii="Courier New" w:hAnsi="Courier New"/>
          <w:color w:val="555555"/>
          <w:sz w:val="20"/>
        </w:rPr>
        <w:t>[10]</w:t>
      </w:r>
    </w:p>
    <w:p>
      <w:r>
        <w:rPr>
          <w:rFonts w:ascii="Gentium Plus" w:hAnsi="Gentium Plus"/>
          <w:sz w:val="24"/>
        </w:rPr>
        <w:t>ὅλως ἐσομένης διδόναι πίνειν ἀκραιφνὲς ψυχρὸν ὅσον ἂν ὁ κάμνων βούληται· ἔτι καὶ μᾶλλον θαῤῥῶν, εἰ ψυχροπότης εἴη. μεγάλης δὲ τῆς βλάβης προσδοκωμένης ἀφίστασθαι μὲν τῆς δόσεως, τοῖς δὲ ἄλλοις χρῆσθαι βοηθήμασιν, ἃ τάς τ’ ἐμφρά‐ ξεις ἐκφράττει καὶ τὸ πλῆθος κενοῖ καὶ πραΰνει τὸ ζέον τῶν</w:t>
      </w:r>
    </w:p>
    <w:p>
      <w:r>
        <w:rPr>
          <w:rFonts w:ascii="Courier New" w:hAnsi="Courier New"/>
          <w:color w:val="555555"/>
          <w:sz w:val="20"/>
        </w:rPr>
        <w:t>[15]</w:t>
      </w:r>
    </w:p>
    <w:p>
      <w:r>
        <w:rPr>
          <w:rFonts w:ascii="Gentium Plus" w:hAnsi="Gentium Plus"/>
          <w:sz w:val="24"/>
        </w:rPr>
        <w:t>πυρετῶν. αἱ δ’ ἐξ ἀκαίρου ψυχρᾶς πόσεως ἢ ἀμέτρου βλά‐ βαι κατὰ τάδε γίγνονται, τοὺς γλίσχρους καὶ παχεῖς καὶ πολ‐</w:t>
      </w:r>
    </w:p>
    <w:p>
      <w:r>
        <w:rPr>
          <w:rFonts w:ascii="Courier New" w:hAnsi="Courier New"/>
          <w:color w:val="555555"/>
          <w:sz w:val="20"/>
        </w:rPr>
        <w:t>[10 . 621]</w:t>
      </w:r>
    </w:p>
    <w:p>
      <w:r>
        <w:rPr>
          <w:rFonts w:ascii="Gentium Plus" w:hAnsi="Gentium Plus"/>
          <w:sz w:val="24"/>
        </w:rPr>
        <w:t>ἐρυσιπελατώδη διάθεσιν, ἢ σκιῤῥώδη τύχοιεν, ἢ οἰδηματώδη πεποιημένοι, κωλύει λεπτύνεσθαί τε καὶ διαφορεῖσθαι. ὅταν οὖν ἐκ τούτων μὲν ὁ πυρετὸς ἀνάπτηται, μηδὲν δὲ εἰς τὴν κένωσιν αὐτῶν ἡ τοῦ ψυχροῦ δόσις ὠφελῇ, παραχρῆμα μὲν</w:t>
      </w:r>
    </w:p>
    <w:p>
      <w:r>
        <w:rPr>
          <w:rFonts w:ascii="Courier New" w:hAnsi="Courier New"/>
          <w:color w:val="555555"/>
          <w:sz w:val="20"/>
        </w:rPr>
        <w:t>[5]</w:t>
      </w:r>
    </w:p>
    <w:p>
      <w:r>
        <w:rPr>
          <w:rFonts w:ascii="Gentium Plus" w:hAnsi="Gentium Plus"/>
          <w:sz w:val="24"/>
        </w:rPr>
        <w:t>οὐκ ὀλίγην φέρει τὴν ῥᾳστώνην ἐπὶ τὸ σβέσαι τὸν ἤδη γεγο‐ νότα πυρετὸν, ἅτε δὲ διαμενούσης τῆς αἰτίας αὖθις ἕτερον ἀναγκαῖον ἀνάπτεσθαι καὶ πολλάκις γε χαλεπώτερον τοῦ πρό‐ σθεν, ὅταν ἐκ τοῦ ψυχροῦ πυκνωθῇ τὸ σῶμα. τουτὶ μὲν δή σοι βλάβης εἶδος ἓν οὐκ εὐκαταφρόνητον. ἕτερον δὲ</w:t>
      </w:r>
    </w:p>
    <w:p>
      <w:r>
        <w:rPr>
          <w:rFonts w:ascii="Courier New" w:hAnsi="Courier New"/>
          <w:color w:val="555555"/>
          <w:sz w:val="20"/>
        </w:rPr>
        <w:t>[10]</w:t>
      </w:r>
    </w:p>
    <w:p>
      <w:r>
        <w:rPr>
          <w:rFonts w:ascii="Gentium Plus" w:hAnsi="Gentium Plus"/>
          <w:sz w:val="24"/>
        </w:rPr>
        <w:t>τοιόνδε· πολλὰ τῶν ἀσθενεστέρων τοῦ κάμνοντος μορίων εἴτε διὰ φυσικὴν δυσκρασίαν εἴτε δι’ ἐπίκτητον βλάβην ὑπὸ τοῦ ψυχροῦ πλήττεται. τῷ μὲν γὰρ στόμαχος ἔπαθεν οὕτως ἰσχυρῶς ὡς μόγις καταπίνειν, τῷ δ’ ἡ γαστὴρ ὡς μόγις πέτ‐ τειν, ἄλλῳ δὲ τὸ στόμα τῆς γαστρὸς, ἢ τὸ ἧπαρ, ἢ τὸ κῶ‐</w:t>
      </w:r>
    </w:p>
    <w:p>
      <w:r>
        <w:rPr>
          <w:rFonts w:ascii="Courier New" w:hAnsi="Courier New"/>
          <w:color w:val="555555"/>
          <w:sz w:val="20"/>
        </w:rPr>
        <w:t>[15]</w:t>
      </w:r>
    </w:p>
    <w:p>
      <w:r>
        <w:rPr>
          <w:rFonts w:ascii="Gentium Plus" w:hAnsi="Gentium Plus"/>
          <w:sz w:val="24"/>
        </w:rPr>
        <w:t>λον, ἢ ὁ πνεύμων, ἢ αἱ φρένες, ἢ καὶ νὴ Δία νεφροὶ καὶ κύστις ἤ τι τοιοῦτον ἕτερον ὑπὸ τοῦ ψυχροῦ πληγὲν ἄῤῥω‐ στον εἰς τὴν οἰκείαν ἐνέργειαν ἐγίνετο. τινὲς δὲ αὐτῶν ἐξ</w:t>
      </w:r>
    </w:p>
    <w:p>
      <w:r>
        <w:rPr>
          <w:rFonts w:ascii="Courier New" w:hAnsi="Courier New"/>
          <w:color w:val="555555"/>
          <w:sz w:val="20"/>
        </w:rPr>
        <w:t>[10 . 622]</w:t>
      </w:r>
    </w:p>
    <w:p>
      <w:r>
        <w:rPr>
          <w:rFonts w:ascii="Gentium Plus" w:hAnsi="Gentium Plus"/>
          <w:sz w:val="24"/>
        </w:rPr>
        <w:t>ὕστερον, ἀλλ’ αὐτίκα δυσπνοίαις καὶ σπασμοῖς καὶ τρόμοις ἁλίσκονται καὶ συλλήβδην εἰπεῖν κακοῦνται πᾶν τὸ νευρῶδες γένος. οἶδ’ ὅτι φοβερὸν ἄν σε πρὸς τὴν τοῦ ψυχροῦ δόσιν εἰργασάμην ἐξ ὧν εἶπον, εἰ μή με πολλάκις ἐθεάσω μὲν χρη‐</w:t>
      </w:r>
    </w:p>
    <w:p>
      <w:r>
        <w:rPr>
          <w:rFonts w:ascii="Courier New" w:hAnsi="Courier New"/>
          <w:color w:val="555555"/>
          <w:sz w:val="20"/>
        </w:rPr>
        <w:t>[5]</w:t>
      </w:r>
    </w:p>
    <w:p>
      <w:r>
        <w:rPr>
          <w:rFonts w:ascii="Gentium Plus" w:hAnsi="Gentium Plus"/>
          <w:sz w:val="24"/>
        </w:rPr>
        <w:t>σάμενον, ἀεὶ δ’ ὠφελήσαντα χωρὶς τοῦ βλάψαι τι τὸν κά‐ μνοντα σαφές. ὅσοις μὲν γὰρ ἐν κυρίῳ μορίῳ φλεγμονώδης ὄγκος ἢ οἰδηματώδης ἢ σκιῤῥώδης ἐστὶν, οὐ χρὴ τούτοις διδόναι τὸ ψυχρόν· οὐ μὴν οὐδ’ ὅσοις ἔμφραξις ἢ σῆψις χυ‐ μῶν ἄπεπτος. εἰ δ’ ἐναργῆ βλέποις τὰ τῆς πέψεως σημεῖα,</w:t>
      </w:r>
    </w:p>
    <w:p>
      <w:r>
        <w:rPr>
          <w:rFonts w:ascii="Courier New" w:hAnsi="Courier New"/>
          <w:color w:val="555555"/>
          <w:sz w:val="20"/>
        </w:rPr>
        <w:t>[10]</w:t>
      </w:r>
    </w:p>
    <w:p>
      <w:r>
        <w:rPr>
          <w:rFonts w:ascii="Gentium Plus" w:hAnsi="Gentium Plus"/>
          <w:sz w:val="24"/>
        </w:rPr>
        <w:t>χωρὶς τῶν εἰρημένων ὄγκων ἐκεῖνο μόνον ἔτι διάσκεψαι, μή τι μόριον οὕτω ψυχρὸν εἴη τὴν κρᾶσιν ὡς εἰς αὐτὸ κατασκῆψαι τὴν βλάβην. ἐρυσίπελας δὲ τὸ γοῦν ἀκριβὲς οὐκ ἂν ἄλλως ἰάσαιο. συμμιγὲς δ’ εἴπερ εἴη φλεγμονῇ, τὰ τῆς πέψεως ἀνα‐ μεῖναι χρὴ γνωρίσματα. ταῦτα μὲν οὖν ἐπιπλέον ἢ κατὰ</w:t>
      </w:r>
    </w:p>
    <w:p>
      <w:r>
        <w:rPr>
          <w:rFonts w:ascii="Courier New" w:hAnsi="Courier New"/>
          <w:color w:val="555555"/>
          <w:sz w:val="20"/>
        </w:rPr>
        <w:t>[15]</w:t>
      </w:r>
    </w:p>
    <w:p>
      <w:r>
        <w:rPr>
          <w:rFonts w:ascii="Gentium Plus" w:hAnsi="Gentium Plus"/>
          <w:sz w:val="24"/>
        </w:rPr>
        <w:t>τὴν ἐνστῶσαν ὑπόθεσιν, ὅθεν ἴσως καὶ αὖθις ἀναγκαῖον ἔσται ποτὲ δόσεως ψυχροῦ μνημονεῦσαι. νυνὶ γὰρ ὁ μὲν ἕτε‐</w:t>
      </w:r>
    </w:p>
    <w:p>
      <w:r>
        <w:rPr>
          <w:rFonts w:ascii="Courier New" w:hAnsi="Courier New"/>
          <w:color w:val="555555"/>
          <w:sz w:val="20"/>
        </w:rPr>
        <w:t>[10 . 623]</w:t>
      </w:r>
    </w:p>
    <w:p>
      <w:r>
        <w:rPr>
          <w:rFonts w:ascii="Gentium Plus" w:hAnsi="Gentium Plus"/>
          <w:sz w:val="24"/>
        </w:rPr>
        <w:t>ρος ἅμα σήψει καθ’ ὅλας τὰς φλέβας. ὅταν οὖν ποτ’ ἐπ’ αὐτῶν ἴδῃς τὰ τῆς πέψεως τῶν χυμῶν σημεῖα, περὶ ὧν αὐτάρκως ἐν τοῖς περὶ κρίσεων εἴρηται, θαῤῥῶν διδόναι τὸ ψυχρόν. ἡ γάρ τοι φύσις τῶν στερεῶν τοῦ ζώου μορίων</w:t>
      </w:r>
    </w:p>
    <w:p>
      <w:r>
        <w:rPr>
          <w:rFonts w:ascii="Courier New" w:hAnsi="Courier New"/>
          <w:color w:val="555555"/>
          <w:sz w:val="20"/>
        </w:rPr>
        <w:t>[5]</w:t>
      </w:r>
    </w:p>
    <w:p>
      <w:r>
        <w:rPr>
          <w:rFonts w:ascii="Gentium Plus" w:hAnsi="Gentium Plus"/>
          <w:sz w:val="24"/>
        </w:rPr>
        <w:t>ῥωσθεῖσα τοῖς προλελεπτυσμένοις ἐπιτίθεται χυμοῖς· ὥσθ’ ὅσοι μὲν χρηστοὶ καὶ τρέφειν ἱκανοὶ, τούτους μὲν ἕλκειν εἰς ἑαυτὰ, τοὺς δ’ ἀχρήστους ἐκβάλλειν ἤτοι διὰ τῆς γαστρὸς ἢ διὰ τοῦ δέρματος. εἰ δὲ ψυχροπότης ὁ κάμνων εἴη, πάνυ θαῤῥῶν δίδου τὸ ψυχρὸν, αὐτῇ τῇ πείρᾳ δεδιδαγμένος ἀνέ‐</w:t>
      </w:r>
    </w:p>
    <w:p>
      <w:r>
        <w:rPr>
          <w:rFonts w:ascii="Courier New" w:hAnsi="Courier New"/>
          <w:color w:val="555555"/>
          <w:sz w:val="20"/>
        </w:rPr>
        <w:t>[10]</w:t>
      </w:r>
    </w:p>
    <w:p>
      <w:r>
        <w:rPr>
          <w:rFonts w:ascii="Gentium Plus" w:hAnsi="Gentium Plus"/>
          <w:sz w:val="24"/>
        </w:rPr>
        <w:t>χεσθαι πάντα τὰ σπλάγχνα τῆς ὁμιλίας αὐτοῦ. πάντως γὰρ εἴ τι ψυχρὸν οὕτως ὑπῆρχεν ὡς πλήττεσθαι πρὸς αὐτοῦ κατὰ τὸν τῆς ὑγείας χρόνον, ἐναργῆ τὴν βλάβην ἐνεδείξατο ἄν· μηδενὸς δὲ μηδὲν μορίου βλαβέντος οὐδ’ ἂν ἐν τῷ πυρέττειν βλαβείη τι. ὅπου γὰρ καὶ ἀήθεις ἔνιοι ψυχροῦ, διὰ καυσώδη</w:t>
      </w:r>
    </w:p>
    <w:p>
      <w:r>
        <w:rPr>
          <w:rFonts w:ascii="Courier New" w:hAnsi="Courier New"/>
          <w:color w:val="555555"/>
          <w:sz w:val="20"/>
        </w:rPr>
        <w:t>[15]</w:t>
      </w:r>
    </w:p>
    <w:p>
      <w:r>
        <w:rPr>
          <w:rFonts w:ascii="Gentium Plus" w:hAnsi="Gentium Plus"/>
          <w:sz w:val="24"/>
        </w:rPr>
        <w:t>πυρετὸν ἀναγκασθέντες πιεῖν οὐδὲν ἐβλάβησαν, οὔπου γε τῶν ἐθάδων ἄν τις βλαβείη, πρόβλημα μέγιστον ἔχων ἐξ ἐπιμέ‐</w:t>
      </w:r>
    </w:p>
    <w:p>
      <w:r>
        <w:rPr>
          <w:rFonts w:ascii="Courier New" w:hAnsi="Courier New"/>
          <w:color w:val="555555"/>
          <w:sz w:val="20"/>
        </w:rPr>
        <w:t>[10 . 624]</w:t>
      </w:r>
    </w:p>
    <w:p>
      <w:r>
        <w:rPr>
          <w:rFonts w:ascii="Gentium Plus" w:hAnsi="Gentium Plus"/>
          <w:sz w:val="24"/>
        </w:rPr>
        <w:t>ρίαις τῶν ἀγγείων πολλὴ περιεχομένη, τῆς ἀερώδους οὐσίας ἐν αὐτοῖς καὶ προσέτι τῶν χυμῶν ἁπάντων ἐκπεπυρωμένων, ὅσον ὑπὸ τοῦ ψυχροῦ πάσχει ψυχομένη, τοσοῦτον εἰς αὐτὸ δρᾷ θερμαίνουσα. καὶ διὰ τοῦτο τοῖς ὀλίγον αἷμα καὶ σάρ‐</w:t>
      </w:r>
    </w:p>
    <w:p>
      <w:r>
        <w:rPr>
          <w:rFonts w:ascii="Courier New" w:hAnsi="Courier New"/>
          <w:color w:val="555555"/>
          <w:sz w:val="20"/>
        </w:rPr>
        <w:t>[5]</w:t>
      </w:r>
    </w:p>
    <w:p>
      <w:r>
        <w:rPr>
          <w:rFonts w:ascii="Gentium Plus" w:hAnsi="Gentium Plus"/>
          <w:sz w:val="24"/>
        </w:rPr>
        <w:t>κας ἔχουσιν ἡ πόσις τοῦ ψυχροῦ σφαλερωτέρα· ταχὺ γὰρ ἐπὶ τὰ στερεὰ τοῦ ζώου μόρια διικνεῖται, μηδενὶ προσεντυγ‐ χάνων ὑφ’ οὗ θραυσθήσεται. διὰ τοῦτο δὲ καὶ οἱ ἑκτικοὶ τῶν πυρετῶν οὔτ’ ἀκραιφνοῦς ὁμοίως οὔτε πολλοῦ χρῄζουσι τοῦ ψυχροῦ, λεπτοῖς καὶ ὀλιγαίμοις τοὐπίπαν ἐγγινόμενοι</w:t>
      </w:r>
    </w:p>
    <w:p>
      <w:r>
        <w:rPr>
          <w:rFonts w:ascii="Courier New" w:hAnsi="Courier New"/>
          <w:color w:val="555555"/>
          <w:sz w:val="20"/>
        </w:rPr>
        <w:t>[10]</w:t>
      </w:r>
    </w:p>
    <w:p>
      <w:r>
        <w:rPr>
          <w:rFonts w:ascii="Gentium Plus" w:hAnsi="Gentium Plus"/>
          <w:sz w:val="24"/>
        </w:rPr>
        <w:t>σώμασιν. ἀλλὰ περὶ μὲν ἐκείνων αὖθις εἰρήσεται· ἰάματα δὲ συνόχων πυρετῶν δύο ταῦτ’ ἐστὶ μέγιστα, φλεβοτομία καὶ ψυχρόν. ἀλλ’ ἐκείνη μὲν ἐν παντὶ καιρῷ, φερούσης γε τῆς δυνάμεως· ἡ δὲ τοῦ ψυχροῦ πόσις, ὅταν μὲν τοῖς σφυγμοῖς καὶ τοῖς οὔροις τὰ τῆς πέψεως ἐναργῆ σημεῖα</w:t>
      </w:r>
    </w:p>
    <w:p>
      <w:r>
        <w:rPr>
          <w:rFonts w:ascii="Courier New" w:hAnsi="Courier New"/>
          <w:color w:val="555555"/>
          <w:sz w:val="20"/>
        </w:rPr>
        <w:t>[15]</w:t>
      </w:r>
    </w:p>
    <w:p>
      <w:r>
        <w:rPr>
          <w:rFonts w:ascii="Gentium Plus" w:hAnsi="Gentium Plus"/>
          <w:sz w:val="24"/>
        </w:rPr>
        <w:t>βλέπῃς, μέγιστος δὲ πυρετὸς εἴη. προσεπιβλέπειν δὲ τοῖς τῆς φλεβοτομίας σκοποῖς τά τε προηγούμενα καὶ τὰ πάν‐ τως ἐπακολουθήσοντα. προηγησαμένης γὰρ ἀπεψίας σιτίων,</w:t>
      </w:r>
    </w:p>
    <w:p>
      <w:r>
        <w:rPr>
          <w:rFonts w:ascii="Courier New" w:hAnsi="Courier New"/>
          <w:color w:val="555555"/>
          <w:sz w:val="20"/>
        </w:rPr>
        <w:t>[10 . 625]</w:t>
      </w:r>
    </w:p>
    <w:p>
      <w:r>
        <w:rPr>
          <w:rFonts w:ascii="Gentium Plus" w:hAnsi="Gentium Plus"/>
          <w:sz w:val="24"/>
        </w:rPr>
        <w:t>ἂν ἱκανὸς εἶναί σοι δόξῃ πρός τε τὴν πέψιν αὐτῶν καὶ τὴν τῶν περιττωμάτων ὑποχώρησιν. ἑπομένης δέ τινος ἐξ ἀνάγκης κενώσεως, ἀπολιπεῖν αὐτῇ τοῦ περιττοῦ τοσοῦτον ὅσον μέλλει κενώσειν. ὥστε εἴτε καταμήνια τύχοι κινηθέντα</w:t>
      </w:r>
    </w:p>
    <w:p>
      <w:r>
        <w:rPr>
          <w:rFonts w:ascii="Courier New" w:hAnsi="Courier New"/>
          <w:color w:val="555555"/>
          <w:sz w:val="20"/>
        </w:rPr>
        <w:t>[5]</w:t>
      </w:r>
    </w:p>
    <w:p>
      <w:r>
        <w:rPr>
          <w:rFonts w:ascii="Gentium Plus" w:hAnsi="Gentium Plus"/>
          <w:sz w:val="24"/>
        </w:rPr>
        <w:t>κατὰ τὸν τῆς φλεβοτομίας καιρὸν, εἴθ’ αἱμοῤῥοῒς ἀναστο‐ μωθεῖσα θεασάμενος τοῦ φερομένου τὴν ὁρμὴν, εἰ μὲν ἱκα‐ νὸν αὐτὸ φαίνοιτο μόνον ἐκκενῶσαι τὸ δέον, ἐπιτρέπειν τῇ φύσει τὸ σύμπαν· εἰ δὲ μὴ, τοσοῦτον ἀφαιρεῖν αὐτοῦ, ὡς ἐξ ἀμφοῖν συντεθέντων ἀνυσθῆναι τὸ προσῆκον. ὥσπερ</w:t>
      </w:r>
    </w:p>
    <w:p>
      <w:r>
        <w:rPr>
          <w:rFonts w:ascii="Courier New" w:hAnsi="Courier New"/>
          <w:color w:val="555555"/>
          <w:sz w:val="20"/>
        </w:rPr>
        <w:t>[10]</w:t>
      </w:r>
    </w:p>
    <w:p>
      <w:r>
        <w:rPr>
          <w:rFonts w:ascii="Gentium Plus" w:hAnsi="Gentium Plus"/>
          <w:sz w:val="24"/>
        </w:rPr>
        <w:t>δ’ ἐπὶ τούτων τὴν φυσικὴν κένωσιν αἰσθητὴν οὖσαν οὐ μικρὸν χρὴ τίθεσθαι σκοπὸν, οὕτως ἑτέρωθι τὴν φύσιν ἢ τὴν ἡλικίαν ἢ τὴν κατάστασιν. ἔνιοι μὲν γὰρ εὐδιαφόρητοι φύσει, παῖδες δ’ ἀεὶ διὰ τὴν ἡλικίαν· ἡ κατάστασις δ’ ὅταν ᾖ θερμή τε ἄγαν καὶ ξηρά. καλῶ δὲ δηλονότι κατά‐</w:t>
      </w:r>
    </w:p>
    <w:p>
      <w:r>
        <w:rPr>
          <w:rFonts w:ascii="Courier New" w:hAnsi="Courier New"/>
          <w:color w:val="555555"/>
          <w:sz w:val="20"/>
        </w:rPr>
        <w:t>[15]</w:t>
      </w:r>
    </w:p>
    <w:p>
      <w:r>
        <w:rPr>
          <w:rFonts w:ascii="Gentium Plus" w:hAnsi="Gentium Plus"/>
          <w:sz w:val="24"/>
        </w:rPr>
        <w:t>στασιν τὴν τοῦ περιέχοντος ἡμᾶς ἀέρος κρᾶσιν, ἐν ᾗ καὶ χώρα καὶ ὥρα περιείληπται· καὶ γὰρ καὶ τούτων ἑκάτερον</w:t>
      </w:r>
    </w:p>
    <w:p>
      <w:r>
        <w:rPr>
          <w:rFonts w:ascii="Courier New" w:hAnsi="Courier New"/>
          <w:color w:val="555555"/>
          <w:sz w:val="20"/>
        </w:rPr>
        <w:t>[10 . 626]</w:t>
      </w:r>
    </w:p>
    <w:p>
      <w:r>
        <w:rPr>
          <w:rFonts w:ascii="Gentium Plus" w:hAnsi="Gentium Plus"/>
          <w:sz w:val="24"/>
        </w:rPr>
        <w:t>φόρητοι δ’ εἰσὶν οἱ ὑγροὶ τὴν φύσιν ἅπαντες καὶ μᾶλλον ἅμα θερμότητι, καὶ οἱ ἀραιοὶ τὴν ἕξιν, ἔτι δ’ οἷς τὸ στόμα τῆς γαστρὸς ἢ πικρόχολον, ἢ ἄῤῥωστον, ἢ πέρα τοῦ δέον‐ τος αἰσθητικόν. οὗτοι μὲν οὖν οἱ ἀντιπράττοντες τῇ φλε‐</w:t>
      </w:r>
    </w:p>
    <w:p>
      <w:r>
        <w:rPr>
          <w:rFonts w:ascii="Courier New" w:hAnsi="Courier New"/>
          <w:color w:val="555555"/>
          <w:sz w:val="20"/>
        </w:rPr>
        <w:t>[5]</w:t>
      </w:r>
    </w:p>
    <w:p>
      <w:r>
        <w:rPr>
          <w:rFonts w:ascii="Gentium Plus" w:hAnsi="Gentium Plus"/>
          <w:sz w:val="24"/>
        </w:rPr>
        <w:t>βοτομίᾳ σκοποί. συνενδεικνύμενοι δ’ αὐτὴν τῇ πρώτως χρῃζούσῃ διαθέσει, σκληρὰ μὲν ἡ ἕξις καὶ πυκνὴ καὶ τὸ σύμπαν φάναι δυσδιαφόρητος· ὑγρὸν δὲ ἢ ψυχρὸν τὸ πε‐ ριέχον. εὐλόγως δήπου τὰ μὲν συνενδείκνυται τὴν φλεβοτο‐ μίαν, τὰ δὲ ἀντενδείκνυται· κένωσις μὲν γὰρ αὐτῆς ὁ σκο‐</w:t>
      </w:r>
    </w:p>
    <w:p>
      <w:r>
        <w:rPr>
          <w:rFonts w:ascii="Courier New" w:hAnsi="Courier New"/>
          <w:color w:val="555555"/>
          <w:sz w:val="20"/>
        </w:rPr>
        <w:t>[10]</w:t>
      </w:r>
    </w:p>
    <w:p>
      <w:r>
        <w:rPr>
          <w:rFonts w:ascii="Gentium Plus" w:hAnsi="Gentium Plus"/>
          <w:sz w:val="24"/>
        </w:rPr>
        <w:t>πός. τῶν δ’ εἰρημένων τὰ μὲν ἐπέχει τὰς διαπνοὰς, τὰ δὲ προτρέπει· καὶ τὰ μὲν εὐκένωτά ἐστι, τὰ δὲ οὔ. κωλύει μὲν οὖν διαπνεῖσθαι τὰ σώματα στέγνωσίς τε τῶν πόρων καὶ τοῦ περιέχοντος ἡμᾶς ἀέρος ὑγρότης τε καὶ ψύξις, προτρέπει δὲ τὰ τούτων ἐναντία. τῶν κενουμένων δ’ αὐ‐</w:t>
      </w:r>
    </w:p>
    <w:p>
      <w:r>
        <w:rPr>
          <w:rFonts w:ascii="Courier New" w:hAnsi="Courier New"/>
          <w:color w:val="555555"/>
          <w:sz w:val="20"/>
        </w:rPr>
        <w:t>[15]</w:t>
      </w:r>
    </w:p>
    <w:p>
      <w:r>
        <w:rPr>
          <w:rFonts w:ascii="Gentium Plus" w:hAnsi="Gentium Plus"/>
          <w:sz w:val="24"/>
        </w:rPr>
        <w:t>τῶν τὰ μὲν ὑγρὰ καὶ θερμὰ καὶ λεπτὰ διαφορεῖται τάχι‐ στα, τὰ δὲ παχέα καὶ γλίσχρα καὶ ψυχρὰ δυσδιαφόρητά</w:t>
      </w:r>
    </w:p>
    <w:p>
      <w:r>
        <w:rPr>
          <w:rFonts w:ascii="Courier New" w:hAnsi="Courier New"/>
          <w:color w:val="555555"/>
          <w:sz w:val="20"/>
        </w:rPr>
        <w:t>[10 . 627]</w:t>
      </w:r>
    </w:p>
    <w:p>
      <w:r>
        <w:rPr>
          <w:rFonts w:ascii="Gentium Plus" w:hAnsi="Gentium Plus"/>
          <w:sz w:val="24"/>
        </w:rPr>
        <w:t>τε καὶ ψυχρᾶς πόσεως ἐγνῶσθαι κάλλιον. ἅπερ ἀμφότερα πολλοὺς ἐθεάσω δεδιότας ἀγυμνάστους ἰατρούς· ὧν τοὺς μὲν αἱμοφόβους, τοὺς δὲ ψυχροφόβους ὀνομάζομεν, ὥσπερ ὑδροφόβους τοὺς λυττῶντας· εἰσὶ γὰρ ἀμέλει καὶ τούτων</w:t>
      </w:r>
    </w:p>
    <w:p>
      <w:r>
        <w:rPr>
          <w:rFonts w:ascii="Courier New" w:hAnsi="Courier New"/>
          <w:color w:val="555555"/>
          <w:sz w:val="20"/>
        </w:rPr>
        <w:t>[5]</w:t>
      </w:r>
    </w:p>
    <w:p>
      <w:r>
        <w:rPr>
          <w:rFonts w:ascii="Gentium Plus" w:hAnsi="Gentium Plus"/>
          <w:sz w:val="24"/>
        </w:rPr>
        <w:t>ἔνιοι διὰ τὴν περὶ τὰ δόγματα σπουδὴν οὐκ ἐν βραχείᾳ λύττῃ. καταλιπόντες οὖν αὐτοὺς ἐχώμεθα τῶν ἐξ ἀρχῆς ἡμῖν προκειμένων ἀναμνησθέντες, ὡς ἐκ τῶν ἐφημέρων πυ‐ ρετῶν ὁ λόγος εἰς τοὺς συνόχους ἀφίκετο τῇ κοινωνίᾳ τῶν συμβαινόντων αὐτοῖς. ἐπειδὴ γὰρ ἡ τῆς ἐμφράξεως διάθεσις,</w:t>
      </w:r>
    </w:p>
    <w:p>
      <w:r>
        <w:rPr>
          <w:rFonts w:ascii="Courier New" w:hAnsi="Courier New"/>
          <w:color w:val="555555"/>
          <w:sz w:val="20"/>
        </w:rPr>
        <w:t>[10]</w:t>
      </w:r>
    </w:p>
    <w:p>
      <w:r>
        <w:rPr>
          <w:rFonts w:ascii="Gentium Plus" w:hAnsi="Gentium Plus"/>
          <w:sz w:val="24"/>
        </w:rPr>
        <w:t>ὅταν μὲν αὐτή τε σμικρὰ τύχοι καὶ καλῶς παιδαγωγηθῇ, τὸν ἐφήμερον ἐργάζεται πυρετόν. ὅταν δ’ ἤτοι διὰ μέγεθος ἢ διὰ ἀμαθίαν ἰατρῶν ἐκπέσοι τοῦ συνήθους χρόνου τῶν ἐφημέρων, ἤτοι σύνοχον ἤ τινα τῶν περιοδιζόντων, εἰκότως ὁ περὶ τοῦ τοῖς ἐφημέροις ὁμογενοῦς συνόχου λόγος</w:t>
      </w:r>
    </w:p>
    <w:p>
      <w:r>
        <w:rPr>
          <w:rFonts w:ascii="Courier New" w:hAnsi="Courier New"/>
          <w:color w:val="555555"/>
          <w:sz w:val="20"/>
        </w:rPr>
        <w:t>[15]</w:t>
      </w:r>
    </w:p>
    <w:p>
      <w:r>
        <w:rPr>
          <w:rFonts w:ascii="Gentium Plus" w:hAnsi="Gentium Plus"/>
          <w:sz w:val="24"/>
        </w:rPr>
        <w:t>ἡμᾶς ἐξεδέξατο· διὰ δὲ τούτων εὐθέως καὶ ὁ τοῦ μετὰ</w:t>
      </w:r>
    </w:p>
    <w:p>
      <w:r>
        <w:rPr>
          <w:rFonts w:ascii="Courier New" w:hAnsi="Courier New"/>
          <w:color w:val="555555"/>
          <w:sz w:val="20"/>
        </w:rPr>
        <w:t>[10 . 628]</w:t>
      </w:r>
    </w:p>
    <w:p>
      <w:r>
        <w:rPr>
          <w:rFonts w:ascii="Gentium Plus" w:hAnsi="Gentium Plus"/>
          <w:sz w:val="24"/>
        </w:rPr>
        <w:t>γυμνασίας ἑνὸς ἀῤῥώστου μνημονεῦσαι καθ’ ἑκάτερον εἶδος τῶν πυρετῶν. Ἐπεὶ τοίνυν πέπρακται τοῦθ’ ἡμῖν, ἐναρ‐ γῶς τε δέδεικται δι’ αὐτῶν, ὅπερ ἐν τῷ πρὸ τούτου γράμματι</w:t>
      </w:r>
    </w:p>
    <w:p>
      <w:r>
        <w:rPr>
          <w:rFonts w:ascii="Courier New" w:hAnsi="Courier New"/>
          <w:color w:val="555555"/>
          <w:sz w:val="20"/>
        </w:rPr>
        <w:t>[5]</w:t>
      </w:r>
    </w:p>
    <w:p>
      <w:r>
        <w:rPr>
          <w:rFonts w:ascii="Gentium Plus" w:hAnsi="Gentium Plus"/>
          <w:sz w:val="24"/>
        </w:rPr>
        <w:t>κατὰ τὴν τελευτὴν ἐλέχθη, τὸ χρῆναι τὰς ἐνδείξεις ἐπὶ τῶν ἄλλων πυρετῶν, ὅσοι μηκέτ’ εἰσὶν ἐφήμεροι, μὴ μόνον ἀπὸ τῶν ἐν ἐκείνῳ τῷ λόγῳ διδαχθέντων σκοπῶν, ἀλλὰ καὶ τῆς τῶν πυρετῶν ἐργαζομένης αἰτίας καὶ τῆς τοῦ κάμνοντος δυνά‐ μεως λαμβάνεσθαι, πάλιν ἐπὶ τὴν καθόλου γυμνασίαν ἀνέλ‐</w:t>
      </w:r>
    </w:p>
    <w:p>
      <w:r>
        <w:rPr>
          <w:rFonts w:ascii="Courier New" w:hAnsi="Courier New"/>
          <w:color w:val="555555"/>
          <w:sz w:val="20"/>
        </w:rPr>
        <w:t>[10]</w:t>
      </w:r>
    </w:p>
    <w:p>
      <w:r>
        <w:rPr>
          <w:rFonts w:ascii="Gentium Plus" w:hAnsi="Gentium Plus"/>
          <w:sz w:val="24"/>
        </w:rPr>
        <w:t>θωμεν, εὖ εἰδότες ὡς οὐχ οἷόν τ’ ἐστὶ τέχνης οὐδεμιᾶς ἐπιστή‐ μην κτήσασθαι χωρὶς τοῦ μέθοδον μέν τινα διὰ τῶν καθόλου λεγομένων θεωρημάτων, ἄσκησιν δὲ διὰ τῶν ἐν μέρει λαμβά‐ νειν παραδειγμάτων. οὔτε γὰρ οἷόν τε χωρὶς τοῦ γυμνάσα‐ σθαι πολυειδῶς ἐν τοῖς κατὰ μέρος ἐπὶ τῶν καμνόντων, ἃ</w:t>
      </w:r>
    </w:p>
    <w:p>
      <w:r>
        <w:rPr>
          <w:rFonts w:ascii="Courier New" w:hAnsi="Courier New"/>
          <w:color w:val="555555"/>
          <w:sz w:val="20"/>
        </w:rPr>
        <w:t>[15]</w:t>
      </w:r>
    </w:p>
    <w:p>
      <w:r>
        <w:rPr>
          <w:rFonts w:ascii="Gentium Plus" w:hAnsi="Gentium Plus"/>
          <w:sz w:val="24"/>
        </w:rPr>
        <w:t>χρὴ πράττειν· οὔτ’ αὐτὴν τὴν γυμνασίαν ἐγχωρεῖ γίγνεσθαι προσηκόντως ἄνευ τῆς τοῦ καθόλου γνώσεως· ἐν ἐκείνοις μὲν γὰρ ἡ μέθοδος, ἡ δ’ ἄσκησις ἐν τοῖς κατὰ μέρος. ὥσπερ οὖν</w:t>
      </w:r>
    </w:p>
    <w:p>
      <w:r>
        <w:rPr>
          <w:rFonts w:ascii="Courier New" w:hAnsi="Courier New"/>
          <w:color w:val="555555"/>
          <w:sz w:val="20"/>
        </w:rPr>
        <w:t>[10 . 629]</w:t>
      </w:r>
    </w:p>
    <w:p>
      <w:r>
        <w:rPr>
          <w:rFonts w:ascii="Gentium Plus" w:hAnsi="Gentium Plus"/>
          <w:sz w:val="24"/>
        </w:rPr>
        <w:t>μέρει χρῶνται, θατέρῳ δ’ εἴ τις σκάζων μόνῳ χρῷτο, παμπόλλῳ τε χρόνῳ καὶ μετὰ τοῦ σφάλλεσθαι πολλάκις ἀνύσει τὴν πο‐ ρείαν, οὕτως ὅστις ἐπὶ τέλος ἡστινοσοῦν ἀφικέσθαι τέχνης ἐθέλει, χρηστέον αὐτῷ τοῖς δύο τούτοις οἷόν περ σκέλεσιν ἢ</w:t>
      </w:r>
    </w:p>
    <w:p>
      <w:r>
        <w:rPr>
          <w:rFonts w:ascii="Courier New" w:hAnsi="Courier New"/>
          <w:color w:val="555555"/>
          <w:sz w:val="20"/>
        </w:rPr>
        <w:t>[5]</w:t>
      </w:r>
    </w:p>
    <w:p>
      <w:r>
        <w:rPr>
          <w:rFonts w:ascii="Gentium Plus" w:hAnsi="Gentium Plus"/>
          <w:sz w:val="24"/>
        </w:rPr>
        <w:t>ὀργάνοις ἢ ὅπως ἄν τις ὀνομάζειν βούληται· μεθόδῳ μὲν ἐν τοῖς καθόλου θεωρήμασιν, ἀσκήσει δ’ ἐν τοῖς κατὰ μέρος. Ἀνελθόντες οὖν αὖθις ἐπὶ τὴν μέθοδον ὑπὲρ τῆς τοῦ κάμνοντος ἐπισκεψώμεθα δυνάμεως, εἴτε συντε‐ λεῖ τι πρὸς τὴν θεραπείαν, εἴτ’ οὐδὲν ὅλως, ὡς ἔδοξέ τισιν.</w:t>
      </w:r>
    </w:p>
    <w:p>
      <w:r>
        <w:rPr>
          <w:rFonts w:ascii="Courier New" w:hAnsi="Courier New"/>
          <w:color w:val="555555"/>
          <w:sz w:val="20"/>
        </w:rPr>
        <w:t>[10]</w:t>
      </w:r>
    </w:p>
    <w:p>
      <w:r>
        <w:rPr>
          <w:rFonts w:ascii="Gentium Plus" w:hAnsi="Gentium Plus"/>
          <w:sz w:val="24"/>
        </w:rPr>
        <w:t>ἔοικε δὲ τοῖς ἄχρηστον εἰς θεραπείας εὕρεσιν εἶναι φαμένοις τὴν δύναμιν οὐκ οἰκεία τοῖς ἔργοις τῆς τέχνης ἡ σκέψις, ἀλλὰ λογικωτέρα μᾶλλον, ὡς σοφισταῖς γεγονέναι. λέγουσι μὲν γὰρ ἐκ τῆς διαθέσεως ἣν θεραπεύομεν εἶναι τὴν ἔνδειξιν ὧν χρὴ πράττειν, οὐκ ἐκ τῆς δυνάμεως. ἀμέλει καὶ ὥρας καὶ</w:t>
      </w:r>
    </w:p>
    <w:p>
      <w:r>
        <w:rPr>
          <w:rFonts w:ascii="Courier New" w:hAnsi="Courier New"/>
          <w:color w:val="555555"/>
          <w:sz w:val="20"/>
        </w:rPr>
        <w:t>[15]</w:t>
      </w:r>
    </w:p>
    <w:p>
      <w:r>
        <w:rPr>
          <w:rFonts w:ascii="Gentium Plus" w:hAnsi="Gentium Plus"/>
          <w:sz w:val="24"/>
        </w:rPr>
        <w:t>χώρας καὶ καταστάσεις καὶ ἡλικίας καὶ ἔθη καὶ κράσεις σωμά‐ των ἀχρήστους εἶναί φασι κατὰ τὸν αὐτὸν λόγον. εἶθ’ ὅταν ἀναγκάζονται τὴν θεραπείαν ἐξαλλάττειν, διὰ ταῦτα τῶν ἐν</w:t>
      </w:r>
    </w:p>
    <w:p>
      <w:r>
        <w:rPr>
          <w:rFonts w:ascii="Courier New" w:hAnsi="Courier New"/>
          <w:color w:val="555555"/>
          <w:sz w:val="20"/>
        </w:rPr>
        <w:t>[10 . 630]</w:t>
      </w:r>
    </w:p>
    <w:p>
      <w:r>
        <w:rPr>
          <w:rFonts w:ascii="Gentium Plus" w:hAnsi="Gentium Plus"/>
          <w:sz w:val="24"/>
        </w:rPr>
        <w:t>τενδείκνυσθαί φασιν ἐνίοτε τοῖς θεραπευτικοῖς σκοποῖς, τὰ δ’ εἰς ὕλας βοηθημάτων εἶναι χρήσιμα, καθάπερ καὶ τὰ μόρια τοῦ ζώου. καὶ γὰρ ἐπ’ ἐκείνων τὴν αὐτὴν στρέφονται στρο‐ φὴν, ἐν ἀρχῇ μὲν τῶν λόγων ἄχρηστα πρὸς τὴν τῆς θεραπείας</w:t>
      </w:r>
    </w:p>
    <w:p>
      <w:r>
        <w:rPr>
          <w:rFonts w:ascii="Courier New" w:hAnsi="Courier New"/>
          <w:color w:val="555555"/>
          <w:sz w:val="20"/>
        </w:rPr>
        <w:t>[5]</w:t>
      </w:r>
    </w:p>
    <w:p>
      <w:r>
        <w:rPr>
          <w:rFonts w:ascii="Gentium Plus" w:hAnsi="Gentium Plus"/>
          <w:sz w:val="24"/>
        </w:rPr>
        <w:t>εὕρεσιν ὑπάρχειν αὐτὰ φάσκοντες, ὕστερον δ’ ὅτ’ ἂν ἐξελέγ‐ χωνται, πρὸς μὲν τὴν ἔνδειξιν τῆς θεραπείας ἄχρηστα λέγον‐ τες, εἰς δὲ τὴν τῆς ὕλης ἐξάλλαξιν, ἢ εὕρεσιν, ἢ διαφορὰν, ἢ ποιότητα, καὶ γὰρ καὶ ὀνομάζουσιν οὐχ ὡσαύτως ἅπαντες, ἀναγκαῖα συγχωροῦντες ὑπάρχειν. ὅπερ οὖν εἶπον</w:t>
      </w:r>
    </w:p>
    <w:p>
      <w:r>
        <w:rPr>
          <w:rFonts w:ascii="Courier New" w:hAnsi="Courier New"/>
          <w:color w:val="555555"/>
          <w:sz w:val="20"/>
        </w:rPr>
        <w:t>[10]</w:t>
      </w:r>
    </w:p>
    <w:p>
      <w:r>
        <w:rPr>
          <w:rFonts w:ascii="Gentium Plus" w:hAnsi="Gentium Plus"/>
          <w:sz w:val="24"/>
        </w:rPr>
        <w:t>ἀρτίως, ἀναλήψομαι καὶ νῦν, ὡς ἐκ τοῦ χρησίμου τῆς τέχνης μεταβαίνοντες εἰς λογικὴν ἀφικνοῦνται σκέψιν. ἔστι μὲν γὰρ τὸ χρήσιμον ἐξευρεῖν βοηθήματα δι’ ὧν ὁ κάμνων θερα‐ πευθήσεται· καταλιπόντες δ’ ἐκεῖνοι τοῦτο περὶ ὀνομάτων ἐρίζουσιν, ἐνδείξεις τε καὶ ἀντενδείξεις λέγοντες καὶ κοινότητας</w:t>
      </w:r>
    </w:p>
    <w:p>
      <w:r>
        <w:rPr>
          <w:rFonts w:ascii="Courier New" w:hAnsi="Courier New"/>
          <w:color w:val="555555"/>
          <w:sz w:val="20"/>
        </w:rPr>
        <w:t>[15]</w:t>
      </w:r>
    </w:p>
    <w:p>
      <w:r>
        <w:rPr>
          <w:rFonts w:ascii="Gentium Plus" w:hAnsi="Gentium Plus"/>
          <w:sz w:val="24"/>
        </w:rPr>
        <w:t>καὶ σκοποὺς καὶ ὕλας βοηθημάτων, ὅσα τ’ ἄλλα τοιαῦτα τῇ διαφορᾷ τῶν ὀνομάτων ἀπολογεῖσθαι νομίζοντες, ὑπὲρ ὧν ἀπεφήναντο ψευδῶς. ἐγὼ δ’ οὐ κωλύω μὲν αὐτοὺς ὀνόμασιν</w:t>
      </w:r>
    </w:p>
    <w:p>
      <w:r>
        <w:rPr>
          <w:rFonts w:ascii="Courier New" w:hAnsi="Courier New"/>
          <w:color w:val="555555"/>
          <w:sz w:val="20"/>
        </w:rPr>
        <w:t>[10 . 631]</w:t>
      </w:r>
    </w:p>
    <w:p>
      <w:r>
        <w:rPr>
          <w:rFonts w:ascii="Gentium Plus" w:hAnsi="Gentium Plus"/>
          <w:sz w:val="24"/>
        </w:rPr>
        <w:t>προτεθέντων, ἅπερ ἐστὶ βοηθημάτων εὑρέσεις· εἰς ἃς ὅ τι περ ἂν φαίνηται συντελοῦν ὁπωσοῦν ἀναγκαῖον αὐτὸ φατέον εἰς τὴν θεραπείαν ὑπάρχειν. οὕτως οὖν καὶ ἡ δύναμις εἴτ’ ἀναγκαία σκοπεῖσθαι τοῖς ἰατροῖς ἐπὶ τῶν ἀῤῥωστούντων εἴτ’</w:t>
      </w:r>
    </w:p>
    <w:p>
      <w:r>
        <w:rPr>
          <w:rFonts w:ascii="Courier New" w:hAnsi="Courier New"/>
          <w:color w:val="555555"/>
          <w:sz w:val="20"/>
        </w:rPr>
        <w:t>[5]</w:t>
      </w:r>
    </w:p>
    <w:p>
      <w:r>
        <w:rPr>
          <w:rFonts w:ascii="Gentium Plus" w:hAnsi="Gentium Plus"/>
          <w:sz w:val="24"/>
        </w:rPr>
        <w:t>οὐκ ἀναγκαία σκοπῶμεν. ἐγὼ μὲν γάρ φημι πολλάκις ἀναγκαιο‐ τάτην ὑπάρχειν αὐτὴν, ὡς πάντα σχεδόν τι τὰ περὶ τὸν κά‐ μνοντα δι’ ἐκείνην πράττεσθαι μόνην, ἔστι δ’ ὅτε μετρίως ἀναγκαίαν, ὡς λαμβάνεσθαι μέν τι καὶ ἐξ αὐτῆς εἰς τὰ ποιη‐ τέα, μὴ μέντοι πρὸς αὐτήν γε τὸ πᾶν κῦρος ἀναφέρεσθαι</w:t>
      </w:r>
    </w:p>
    <w:p>
      <w:r>
        <w:rPr>
          <w:rFonts w:ascii="Courier New" w:hAnsi="Courier New"/>
          <w:color w:val="555555"/>
          <w:sz w:val="20"/>
        </w:rPr>
        <w:t>[10]</w:t>
      </w:r>
    </w:p>
    <w:p>
      <w:r>
        <w:rPr>
          <w:rFonts w:ascii="Gentium Plus" w:hAnsi="Gentium Plus"/>
          <w:sz w:val="24"/>
        </w:rPr>
        <w:t>τῶν πρακτέων. αὖθις δ’ ἄν σοι δείξαιμι τὴν δύναμιν οὕτω βραχὺ συντελοῦσαν εἰς τὴν τῶν βοηθημάτων εὕρεσιν, ὡς διὰ σμικρότητα καὶ λανθάνειν ἐνίοτε καὶ παραπέμπεσθαι καὶ σιωπᾶσθαι, καθάπερ ὅλως οὐκ οὖσαν ἐκ τῶν χρησίμων σκο‐ πῶν. ἀλλ’ ὅπερ ἐπὶ τῆς δυνάμεώς ἐστι, τοῦτο καὶ ἐπὶ τῶν</w:t>
      </w:r>
    </w:p>
    <w:p>
      <w:r>
        <w:rPr>
          <w:rFonts w:ascii="Courier New" w:hAnsi="Courier New"/>
          <w:color w:val="555555"/>
          <w:sz w:val="20"/>
        </w:rPr>
        <w:t>[15]</w:t>
      </w:r>
    </w:p>
    <w:p>
      <w:r>
        <w:rPr>
          <w:rFonts w:ascii="Gentium Plus" w:hAnsi="Gentium Plus"/>
          <w:sz w:val="24"/>
        </w:rPr>
        <w:t>ἄλλων ἁπάντων ὑπάρχει τῶν ἐνδεικνυμένων. ἄλλοτε γὰρ αὐ‐ τῶν ἄλλο τὸ μὲν ἧττον δύναται, τὸ δὲ πλέον· ἐνίοτε δὲ οὕτως ἰσχυρόν ἐστιν ὡς μόνον ἐνδείκνυσθαι δοκεῖν, ἢ οὕτως</w:t>
      </w:r>
    </w:p>
    <w:p>
      <w:r>
        <w:rPr>
          <w:rFonts w:ascii="Courier New" w:hAnsi="Courier New"/>
          <w:color w:val="555555"/>
          <w:sz w:val="20"/>
        </w:rPr>
        <w:t>[10 . 632]</w:t>
      </w:r>
    </w:p>
    <w:p>
      <w:r>
        <w:rPr>
          <w:rFonts w:ascii="Gentium Plus" w:hAnsi="Gentium Plus"/>
          <w:sz w:val="24"/>
        </w:rPr>
        <w:t>Ταῦτ’ οὖν ἐπιδεικνύντι μοι πρόσεχε τὸν νοῦν, ἐκεῖνο διὰ μνήμης ἔχων ὡς οὔτ’ ἐν ἄλλοις τισὶ τὸ μεθόδῳ θεραπεύειν ἐστὶν οὔτ’ ἄλλος τις πρὸ ἡμῶν διωρίσατο πάνθ’ ἑξῆς αὐτὰ, καίτοι γε ὑφ’ Ἱπποκράτους εὑρημένης τῆς ὁδοῦ.</w:t>
      </w:r>
    </w:p>
    <w:p>
      <w:r>
        <w:rPr>
          <w:rFonts w:ascii="Courier New" w:hAnsi="Courier New"/>
          <w:color w:val="555555"/>
          <w:sz w:val="20"/>
        </w:rPr>
        <w:t>[5]</w:t>
      </w:r>
    </w:p>
    <w:p>
      <w:r>
        <w:rPr>
          <w:rFonts w:ascii="Gentium Plus" w:hAnsi="Gentium Plus"/>
          <w:sz w:val="24"/>
        </w:rPr>
        <w:t>ταυτὶ γὰρ ἃ νῦν ἐγὼ μέλλω διέρχεσθαι τὴν θεραπείαν ἐκδει‐ κνύμενα πρῶτος ἁπάντων ἐκεῖνος ἔγραψεν· ἀλλ’ ὡς ἂν πρῶ‐ τος εὑρίσκων οὔτε τὴν προσήκουσαν ἅπασιν ἐπέθηκε τάξιν οὔτε τὴν ἀξίαν ἑκάστου τῶν σκοπῶν ἀκριβῶς ἀφωρίσατο, παρέλιπέ τέ τινας ἐν αὐτοῖς διορισμοὺς, ἀσαφῶς τε τὰ πλεῖ‐</w:t>
      </w:r>
    </w:p>
    <w:p>
      <w:r>
        <w:rPr>
          <w:rFonts w:ascii="Courier New" w:hAnsi="Courier New"/>
          <w:color w:val="555555"/>
          <w:sz w:val="20"/>
        </w:rPr>
        <w:t>[10]</w:t>
      </w:r>
    </w:p>
    <w:p>
      <w:r>
        <w:rPr>
          <w:rFonts w:ascii="Gentium Plus" w:hAnsi="Gentium Plus"/>
          <w:sz w:val="24"/>
        </w:rPr>
        <w:t>στα διὰ παλαιὰν βραχυλογίαν ἑρμήνευσε. καὶ δὴ καὶ περὶ τῶν ἐπιπεπλεγμένων· διαθέσεων ὀλίγιστα παντάπασιν ἐδίδαξε. συνελόντι δὲ φάναι τὴν ἐπὶ τὰς ἰάσεις ὁδὸν ἅπασαν μέν μοι δοκεῖ τέμνεσθαι, δεομένην μέντοι γ’ ἐπιμελείας εἰς τὸ τέλεον, ὥσπερ καὶ νῦν ὁρῶμεν ἐνίας τῶν ἐπὶ τῆς γῆς ὁδῶν τῶν πα‐</w:t>
      </w:r>
    </w:p>
    <w:p>
      <w:r>
        <w:rPr>
          <w:rFonts w:ascii="Courier New" w:hAnsi="Courier New"/>
          <w:color w:val="555555"/>
          <w:sz w:val="20"/>
        </w:rPr>
        <w:t>[15]</w:t>
      </w:r>
    </w:p>
    <w:p>
      <w:r>
        <w:rPr>
          <w:rFonts w:ascii="Gentium Plus" w:hAnsi="Gentium Plus"/>
          <w:sz w:val="24"/>
        </w:rPr>
        <w:t>λαιῶν ἢ πηλῶδές τι μόριον ἑαυτῶν, ἢ λίθων, ἢ ἀκανθῶν πλῆρες, ἢ λυπηρῶς ὄρθιον, ἢ κάταντες σφαλερῶς, ἢ θηρίων</w:t>
      </w:r>
    </w:p>
    <w:p>
      <w:r>
        <w:rPr>
          <w:rFonts w:ascii="Courier New" w:hAnsi="Courier New"/>
          <w:color w:val="555555"/>
          <w:sz w:val="20"/>
        </w:rPr>
        <w:t>[10 . 633]</w:t>
      </w:r>
    </w:p>
    <w:p>
      <w:r>
        <w:rPr>
          <w:rFonts w:ascii="Gentium Plus" w:hAnsi="Gentium Plus"/>
          <w:sz w:val="24"/>
        </w:rPr>
        <w:t>τραχὺ κεκτημένας. ἀμέλει ταῦτ’ ἐχούσας ἁπάσας τὰς ἐπὶ τῆς Ἰταλίας ὁδοὺς ὁ Τραϊανὸς ἐκεῖνος ἐπηνωρθώσατο, τὰ μὲν ὑγρὰ καὶ πηλώδη μέρη λίθοις στρωννὺς, ἢ ὑψηλοῖς ἐξαίρων χώμασιν, ἐκκαθαίρων δὲ τά τε ἀκανθώδη καὶ τραχέα καὶ</w:t>
      </w:r>
    </w:p>
    <w:p>
      <w:r>
        <w:rPr>
          <w:rFonts w:ascii="Courier New" w:hAnsi="Courier New"/>
          <w:color w:val="555555"/>
          <w:sz w:val="20"/>
        </w:rPr>
        <w:t>[5]</w:t>
      </w:r>
    </w:p>
    <w:p>
      <w:r>
        <w:rPr>
          <w:rFonts w:ascii="Gentium Plus" w:hAnsi="Gentium Plus"/>
          <w:sz w:val="24"/>
        </w:rPr>
        <w:t>γεφύρας ἐπιβάλλων τοῖς δυσπόροις τῶν ποταμῶν· ἔνθα δ’ ἐπιμήκης οὐ προσηκόντως ὁδὸς ἦν, ἐνταῦθα σύντομον ἑτέραν τεμνόμενος· ὥσπερ καὶ εἰ δι’ ὕψος λόφου χαλεπὴ, διὰ τῶν εὐπορωτέρων χωρίων ἐκτρέπων· καὶ εἰ θηριώδης ἢ ἔρημος, ἐξιστάμενος μὲν ἐκείνης, ἐφιστάμενος δὲ εἰς τὰς λεω‐</w:t>
      </w:r>
    </w:p>
    <w:p>
      <w:r>
        <w:rPr>
          <w:rFonts w:ascii="Courier New" w:hAnsi="Courier New"/>
          <w:color w:val="555555"/>
          <w:sz w:val="20"/>
        </w:rPr>
        <w:t>[10]</w:t>
      </w:r>
    </w:p>
    <w:p>
      <w:r>
        <w:rPr>
          <w:rFonts w:ascii="Gentium Plus" w:hAnsi="Gentium Plus"/>
          <w:sz w:val="24"/>
        </w:rPr>
        <w:t>φόρους, ἐπανορθούμενος δὲ καὶ τὰς τραχείας. οὔκουν χρὴ θαυμάζειν εἰ μαρτυροῦντες Ἱπποκράτει τὴν εὕρεσιν τῆς θερα‐ πευτικῆς μεθόδου γράφειν ἐπεχειρήσαμεν αὐτοὶ τήνδε τὴν πραγματείαν. οὐ γὰρ ὡς οὐδ’ ὅλως εὑρεθείσης αὐτῆς, ἀλλ’ ὡς δεομένης ὧν ὀλίγον ἔμπροσθεν εἶπον, ἐπὶ τήνδε τὴν συγ‐</w:t>
      </w:r>
    </w:p>
    <w:p>
      <w:r>
        <w:rPr>
          <w:rFonts w:ascii="Courier New" w:hAnsi="Courier New"/>
          <w:color w:val="555555"/>
          <w:sz w:val="20"/>
        </w:rPr>
        <w:t>[15]</w:t>
      </w:r>
    </w:p>
    <w:p>
      <w:r>
        <w:rPr>
          <w:rFonts w:ascii="Gentium Plus" w:hAnsi="Gentium Plus"/>
          <w:sz w:val="24"/>
        </w:rPr>
        <w:t>γραφὴν ἧκον οὐδένα τῶν πρὸ ἐμοῦ συμπληρώσαντα τὴν μέ‐ θοδον εὑρών. ἔνιοι μὲν γὰρ οὐδ’ ἔγνωσαν ὅλως αὐτὴν, ἔνιοι δὲ γνόντες οὐκ ἠδυνήθησαν προσθεῖναι τὸ λεῖπον· εἰσὶ δ’</w:t>
      </w:r>
    </w:p>
    <w:p>
      <w:r>
        <w:rPr>
          <w:rFonts w:ascii="Courier New" w:hAnsi="Courier New"/>
          <w:color w:val="555555"/>
          <w:sz w:val="20"/>
        </w:rPr>
        <w:t>[10 . 634]</w:t>
      </w:r>
    </w:p>
    <w:p>
      <w:r>
        <w:rPr>
          <w:rFonts w:ascii="Gentium Plus" w:hAnsi="Gentium Plus"/>
          <w:sz w:val="24"/>
        </w:rPr>
        <w:t>σαι παντάπασιν· οἵτινες δ’ εἰσὶν οὗτοι προϊόντος ῥηθήσε‐ ται τοῦ λόγου. νυνὶ δ’ ὅπερ ὑπεσχόμην ἤδη ποιήσω· πάντας ἑξῆς ἐκθήσομαι τοὺς θεραπευτικοὺς σκοπούς. Ἀρχὴ δ’ αὐτῶν εἰς σαφήνειαν χρήσιμος</w:t>
      </w:r>
    </w:p>
    <w:p>
      <w:r>
        <w:rPr>
          <w:rFonts w:ascii="Courier New" w:hAnsi="Courier New"/>
          <w:color w:val="555555"/>
          <w:sz w:val="20"/>
        </w:rPr>
        <w:t>[5]</w:t>
      </w:r>
    </w:p>
    <w:p>
      <w:r>
        <w:rPr>
          <w:rFonts w:ascii="Gentium Plus" w:hAnsi="Gentium Plus"/>
          <w:sz w:val="24"/>
        </w:rPr>
        <w:t>ἀνάμνησις ὧν ἐν τῇ πρὸ τούτου γράμματι διῆλθον, ὑπὲρ τῶν ἐφημέρων πυρετῶν διαλεγόμενος. ἐφαίνετο γὰρ ἐπ’ ἐκείνων ἔνδειξις ἡ πρώτη μὲν καὶ ὡς ἂν εἴποι τις κυριωτάτη τὴν διά‐ θεσιν τοῦ νοσοῦντος ἐκκόπτειν, ὥσπερ ἐπὶ τῶν ὑγιαινόντων ἐδείχθη φυλάττειν. ἀλλ’ ὥσπερ τηρεῖται διὰ τῶν ὁμοίων,</w:t>
      </w:r>
    </w:p>
    <w:p>
      <w:r>
        <w:rPr>
          <w:rFonts w:ascii="Courier New" w:hAnsi="Courier New"/>
          <w:color w:val="555555"/>
          <w:sz w:val="20"/>
        </w:rPr>
        <w:t>[10]</w:t>
      </w:r>
    </w:p>
    <w:p>
      <w:r>
        <w:rPr>
          <w:rFonts w:ascii="Gentium Plus" w:hAnsi="Gentium Plus"/>
          <w:sz w:val="24"/>
        </w:rPr>
        <w:t>οὕτως ἀναιρεῖται διὰ τῶν ἐναντίων. συνενδείκνυσθαι δ’ ἐλέγο‐ μεν εἰς τὴν τῶν ἰαμάτων εὕρεσιν αὐτήν τε τοῦ σώματος τὴν κρᾶσιν ἅμα τοῖς ἔθεσι καὶ τὴν χώραν καὶ τὴν ὥραν καὶ τὴν κατάστασιν. ἐφ’ ὧν δὲ νοσημάτων ἐξαίρετός τις ἐν ἑνὶ μορίῳ τοῦ ζώου διάθεσις ἐγένετο, καθάπερ ἐπὶ τῶν ἐγκαύσεων ἐν</w:t>
      </w:r>
    </w:p>
    <w:p>
      <w:r>
        <w:rPr>
          <w:rFonts w:ascii="Courier New" w:hAnsi="Courier New"/>
          <w:color w:val="555555"/>
          <w:sz w:val="20"/>
        </w:rPr>
        <w:t>[15]</w:t>
      </w:r>
    </w:p>
    <w:p>
      <w:r>
        <w:rPr>
          <w:rFonts w:ascii="Gentium Plus" w:hAnsi="Gentium Plus"/>
          <w:sz w:val="24"/>
        </w:rPr>
        <w:t>τῇ κεφαλῇ, λαμβάνεσθαί τινα κᾀκ τοῦ μέρους τούτου ἔνδει‐ ξιν. οὐ μὴν ἐν ἐκείνῳ γε τῷ γράμματι περὶ τῆς δυνάμεως ἢ τῆς τὴν διάθεσιν ἐργαζομένης αἰτίας εἴρηταί τι, διὰ τὸ τὴν</w:t>
      </w:r>
    </w:p>
    <w:p>
      <w:r>
        <w:rPr>
          <w:rFonts w:ascii="Courier New" w:hAnsi="Courier New"/>
          <w:color w:val="555555"/>
          <w:sz w:val="20"/>
        </w:rPr>
        <w:t>[10 . 635]</w:t>
      </w:r>
    </w:p>
    <w:p>
      <w:r>
        <w:rPr>
          <w:rFonts w:ascii="Gentium Plus" w:hAnsi="Gentium Plus"/>
          <w:sz w:val="24"/>
        </w:rPr>
        <w:t>ἐφημέροις πυρετοῖς, ὡς ἂν ἐῤῥωμένην τοὐπίπαν· διάθεσίν τε οὐδεμίαν εἶναι τὸν ἀκριβῶς ἐφήμερον πυρετὸν ἤτοι γεννῶ‐ σαν ἢ αὐξάνουσαν, ἑκατέρως γὰρ ἐγχωρεῖ λέγειν. ἀλλὰ νῦν γε περὶ πρώτης διελθὼν τῆς δυνάμεως ἑξῆς ἐπὶ τὰς γεννώσας</w:t>
      </w:r>
    </w:p>
    <w:p>
      <w:r>
        <w:rPr>
          <w:rFonts w:ascii="Courier New" w:hAnsi="Courier New"/>
          <w:color w:val="555555"/>
          <w:sz w:val="20"/>
        </w:rPr>
        <w:t>[5]</w:t>
      </w:r>
    </w:p>
    <w:p>
      <w:r>
        <w:rPr>
          <w:rFonts w:ascii="Gentium Plus" w:hAnsi="Gentium Plus"/>
          <w:sz w:val="24"/>
        </w:rPr>
        <w:t>αἰτίας τὸν πυρετὸν ἀφίξομαι τῷ λόγῳ. Διοικοῦσι τὸ ζῶον, ὡς ἐν τοῖς περὶ τῶν Ἱπποκράτους καὶ Πλάτωνος δογμάτων ἐπεδείκνυτο, τρεῖς ἑτερογενεῖς ἀλλήλων δυνάμεις, ὥσπερ ἐκ πηγῆς τινος ἰδίας ἑκάστη παντὶ τῷ σώματι διανεμόμεναι. καλεῖ δ’ αὐτὰς ὁ</w:t>
      </w:r>
    </w:p>
    <w:p>
      <w:r>
        <w:rPr>
          <w:rFonts w:ascii="Courier New" w:hAnsi="Courier New"/>
          <w:color w:val="555555"/>
          <w:sz w:val="20"/>
        </w:rPr>
        <w:t>[10]</w:t>
      </w:r>
    </w:p>
    <w:p>
      <w:r>
        <w:rPr>
          <w:rFonts w:ascii="Gentium Plus" w:hAnsi="Gentium Plus"/>
          <w:sz w:val="24"/>
        </w:rPr>
        <w:t>Πλάτων ψυχὰς, ἰδίαν ἑκάστης εὑρίσκων τὴν οὐσίαν. ἔστι δ’ ἡ μέν τις αὐτῶν εἰς τὸ τρέφεσθαι τὸ ζῶον ἀναγκαία καὶ κοινὴ πρὸς τὰ φυτὰ, τὴν μὲν οἷον πηγὴν ἔχουσα τὸ ἧπαρ, ὀχετοὺς δ’ ἐξ αὐτῆς εἰς ὅλον τὸ σῶμα διασπειρομένους τὰς φλέβας· ἣν εἴτ’ ἐπιθυμητικὴν, εἴτε φυσικὴν, εἴτε θρεπτικὴν ὀνομά‐</w:t>
      </w:r>
    </w:p>
    <w:p>
      <w:r>
        <w:rPr>
          <w:rFonts w:ascii="Courier New" w:hAnsi="Courier New"/>
          <w:color w:val="555555"/>
          <w:sz w:val="20"/>
        </w:rPr>
        <w:t>[15]</w:t>
      </w:r>
    </w:p>
    <w:p>
      <w:r>
        <w:rPr>
          <w:rFonts w:ascii="Gentium Plus" w:hAnsi="Gentium Plus"/>
          <w:sz w:val="24"/>
        </w:rPr>
        <w:t>ζοις, οὐδὲν διοίσει, καθάπερ οὐδὲ εἰ ψυχὴν ἢ δύναμιν. ἑτέρα δ’ οὐ μόνον ὡς φυτοῖς ἡμῖν ἢ ζῶσιν, ἀλλὰ καὶ ὡς ζώοις ὑπάρχουσα ψυχὴ, κατὰ τὴν καρδίαν ἵδρυται πηγή τις</w:t>
      </w:r>
    </w:p>
    <w:p>
      <w:r>
        <w:rPr>
          <w:rFonts w:ascii="Courier New" w:hAnsi="Courier New"/>
          <w:color w:val="555555"/>
          <w:sz w:val="20"/>
        </w:rPr>
        <w:t>[10 . 636]</w:t>
      </w:r>
    </w:p>
    <w:p>
      <w:r>
        <w:rPr>
          <w:rFonts w:ascii="Gentium Plus" w:hAnsi="Gentium Plus"/>
          <w:sz w:val="24"/>
        </w:rPr>
        <w:t>τῆς πηγῆς αἱ ἀρτηρίαι, καλουμένης καὶ αὐτῆς ὀνόμασι πολλοῖς· καὶ γὰρ δύναμις ζωτικὴ καὶ δύναμις θυμοειδὴς καὶ ψυχὴ ζωτικὴ καὶ ψυχὴ θυμοειδὴς ὀνομάζεται. τρίτη δ’ ἐν ἐγκεφάλῳ καθίδρυται ψυχὴ λογικὴ, τῶν κατὰ προαίρεσιν</w:t>
      </w:r>
    </w:p>
    <w:p>
      <w:r>
        <w:rPr>
          <w:rFonts w:ascii="Courier New" w:hAnsi="Courier New"/>
          <w:color w:val="555555"/>
          <w:sz w:val="20"/>
        </w:rPr>
        <w:t>[5]</w:t>
      </w:r>
    </w:p>
    <w:p>
      <w:r>
        <w:rPr>
          <w:rFonts w:ascii="Gentium Plus" w:hAnsi="Gentium Plus"/>
          <w:sz w:val="24"/>
        </w:rPr>
        <w:t>ἐνεργειῶν ἅμα ταῖς αἰσθήσεσιν ἐξηγουμένη, χρῆται δὲ μορίοις καὶ ἥδε καθάπερ ὀχετοῖς τισι τοῖς νεύροις, αἴσθησίν τε καὶ κίνησιν ἐπιπέμπουσα δι’ αὐτῶν τῷ ζώῳ παντί. τὸ μὲν δὴ ταύτας φυλάττειν τὰς δυνάμεις οὐδὲν ἄλλο ἐστὶν ἢ τὸ φυλάτ‐ τειν τὴν ζωήν· ἐδείχθη γὰρ ὅπως ἀπολομένης ἡστινοσοῦν ἐξ</w:t>
      </w:r>
    </w:p>
    <w:p>
      <w:r>
        <w:rPr>
          <w:rFonts w:ascii="Courier New" w:hAnsi="Courier New"/>
          <w:color w:val="555555"/>
          <w:sz w:val="20"/>
        </w:rPr>
        <w:t>[10]</w:t>
      </w:r>
    </w:p>
    <w:p>
      <w:r>
        <w:rPr>
          <w:rFonts w:ascii="Gentium Plus" w:hAnsi="Gentium Plus"/>
          <w:sz w:val="24"/>
        </w:rPr>
        <w:t>αὐτῶν μιᾶς ἀναγκαῖόν ἐστι καὶ τὰς λοιπὰς συναπόλλυσθαι. καὶ διὰ τοῦτο κατὰ τὴν ὑγιεινὴν πραγματείαν ὁ σκοπὸς ἡμῖν οὗτος ἦν. ἐπὶ δὲ τῆς θεραπευτικῆς ὁ μὲν πρῶτος σκοπὸς ἀνάλογον τῷ κατὰ τὴν ὑγιεινὴν ἡ τοῦ νοσήματος ἀναίρεσίς ἐστιν· οἷον γὰρ ἐπ’ ἐκείνης τὸ φυλάξαι τὴν ὑγείαν ὑπάρχει,</w:t>
      </w:r>
    </w:p>
    <w:p>
      <w:r>
        <w:rPr>
          <w:rFonts w:ascii="Courier New" w:hAnsi="Courier New"/>
          <w:color w:val="555555"/>
          <w:sz w:val="20"/>
        </w:rPr>
        <w:t>[15]</w:t>
      </w:r>
    </w:p>
    <w:p>
      <w:r>
        <w:rPr>
          <w:rFonts w:ascii="Gentium Plus" w:hAnsi="Gentium Plus"/>
          <w:sz w:val="24"/>
        </w:rPr>
        <w:t>τοιοῦτον ἐπὶ ταύτης ἐκκόψαι τὴν νόσον. ἓν δ’ ἀμφοτέραις αὐταῖς κοινὸν ἡ φυλακὴ τῆς ζωῆς· ἐπὶ μὲν τῆς ὑγιεινῆς πραγ‐ ματείας ἑπομένη τῇ φυλακῇ τῆς ὑγείας· ὃ γὰρ ἂν ὑγείας</w:t>
      </w:r>
    </w:p>
    <w:p>
      <w:r>
        <w:rPr>
          <w:rFonts w:ascii="Courier New" w:hAnsi="Courier New"/>
          <w:color w:val="555555"/>
          <w:sz w:val="20"/>
        </w:rPr>
        <w:t>[10 . 637]</w:t>
      </w:r>
    </w:p>
    <w:p>
      <w:r>
        <w:rPr>
          <w:rFonts w:ascii="Gentium Plus" w:hAnsi="Gentium Plus"/>
          <w:sz w:val="24"/>
        </w:rPr>
        <w:t>κόν· ἐπὶ δὲ τῆς θεραπευτικῆς οὐκέτι, διὰ τὸ τὰ λυτικὰ τῶν παρὰ φύσιν ἐν ἡμῖν διαθέσεων οὐκ ἐξ ἅπαντος φυλάττειν τὴν ζωήν· ἔνια γὰρ ἐξ αὐτῶν ἐστι τοιαῦτα ταῖς δυνάμεσιν, ὥστε ἀμετρότερον ἢ ἀκαιρότερον αὐτοῖς χρησαμένων ἀπόλ‐</w:t>
      </w:r>
    </w:p>
    <w:p>
      <w:r>
        <w:rPr>
          <w:rFonts w:ascii="Courier New" w:hAnsi="Courier New"/>
          <w:color w:val="555555"/>
          <w:sz w:val="20"/>
        </w:rPr>
        <w:t>[5]</w:t>
      </w:r>
    </w:p>
    <w:p>
      <w:r>
        <w:rPr>
          <w:rFonts w:ascii="Gentium Plus" w:hAnsi="Gentium Plus"/>
          <w:sz w:val="24"/>
        </w:rPr>
        <w:t>λυσθαι τὴν ζωήν. ἐπὶ γοῦν τῆς φλεβοτομίας, ἣν ὀλίγον ἔμπροσθεν ἄχρι λειποθυμίας ἐλέγομεν χρῆναι ποιεῖσθαι, χάριν τοῦ σβέσαι τὴν φλόγα τῶν ἐπὶ στεγνώσει συνόχων, οὐ σμι‐ κρόν τι τὸ βλάβος εἰκὸς ἀκολουθήσειν, εἰ μὴ κατὰ τὸν προσή‐ κοντα καιρὸν ἢ τὸ δέον ἀποτελεσθείη μέτρον. δύο οὖν ἀνθρώ‐</w:t>
      </w:r>
    </w:p>
    <w:p>
      <w:r>
        <w:rPr>
          <w:rFonts w:ascii="Courier New" w:hAnsi="Courier New"/>
          <w:color w:val="555555"/>
          <w:sz w:val="20"/>
        </w:rPr>
        <w:t>[10]</w:t>
      </w:r>
    </w:p>
    <w:p>
      <w:r>
        <w:rPr>
          <w:rFonts w:ascii="Gentium Plus" w:hAnsi="Gentium Plus"/>
          <w:sz w:val="24"/>
        </w:rPr>
        <w:t>πους ἀπολλυμένους εἶδον ἐν αὐταῖς τῶν ἰατρῶν ταῖς χερσὶ, λειποθυμήσαντας μὲν, ἀνακομισθέντας δ’ οὐκέτι. πολλοὶ δὲ εἰ καὶ μὴ παραχρῆμα διεφθάρησαν, ἀλλ’ ἐξ ὑστέρου γε διὰ τὸν τῆς δυνάμεως κάματον· οὓς εἴ τις ἐκένωσεν ἄνευ τοῦ καταλῦσαι τὴν δύναμιν, οὐκ ἂν ἀπώλοντο. καὶ μέν γε καὶ</w:t>
      </w:r>
    </w:p>
    <w:p>
      <w:r>
        <w:rPr>
          <w:rFonts w:ascii="Courier New" w:hAnsi="Courier New"/>
          <w:color w:val="555555"/>
          <w:sz w:val="20"/>
        </w:rPr>
        <w:t>[15]</w:t>
      </w:r>
    </w:p>
    <w:p>
      <w:r>
        <w:rPr>
          <w:rFonts w:ascii="Gentium Plus" w:hAnsi="Gentium Plus"/>
          <w:sz w:val="24"/>
        </w:rPr>
        <w:t>εἰς νόσον ἔνιοι μακρὰν ἐξέπεσον, ἐπὶ κενώσεσιν ἀμέτροις ἐκλυθείσης τῆς δυνάμεως. ἄλλοι δ’ εἰς τὸν ἐφεξῆς βίον ἅπαντα τὴν κρᾶσιν ὅλην τοῦ σώματος ἔσχον ψυχροτέραν, οὐ δυνη‐</w:t>
      </w:r>
    </w:p>
    <w:p>
      <w:r>
        <w:rPr>
          <w:rFonts w:ascii="Courier New" w:hAnsi="Courier New"/>
          <w:color w:val="555555"/>
          <w:sz w:val="20"/>
        </w:rPr>
        <w:t>[10 . 638]</w:t>
      </w:r>
    </w:p>
    <w:p>
      <w:r>
        <w:rPr>
          <w:rFonts w:ascii="Gentium Plus" w:hAnsi="Gentium Plus"/>
          <w:sz w:val="24"/>
        </w:rPr>
        <w:t>βλάβην· ἐξ ἧς ψυχρότητος οἱ μὲν ἄχροοί τε καὶ καχέκται καὶ ῥᾳδίως ἐπὶ παντὶ βλαπτόμενοι διετέλεσαν, ἄλλοι δ’ ἐξ αὐτοῦ τούτου νοσήμασιν ἑάλωσαν ὀλεθρίοις, ὑδέροις καὶ ὀρθο‐ πνοίαις καὶ ἥπατος ἀτονίαις καὶ γαστρὸς, ἀποπληξίαις τε</w:t>
      </w:r>
    </w:p>
    <w:p>
      <w:r>
        <w:rPr>
          <w:rFonts w:ascii="Courier New" w:hAnsi="Courier New"/>
          <w:color w:val="555555"/>
          <w:sz w:val="20"/>
        </w:rPr>
        <w:t>[5]</w:t>
      </w:r>
    </w:p>
    <w:p>
      <w:r>
        <w:rPr>
          <w:rFonts w:ascii="Gentium Plus" w:hAnsi="Gentium Plus"/>
          <w:sz w:val="24"/>
        </w:rPr>
        <w:t>καὶ παραπληξίαις. εἰς τοσοῦτον οὖν ἀναγκαίας οὔσης τῆς δυνάμεως, ἁπάντων δ’ αὐτὴν τῶν κενωτικῶν βοηθημάτων ὅταν ἀμετρότερον αὐτοῖς τις χρήσοιτο βλαπτόντων, ἐναντιού‐ μεναι δηλονότι πρὸς ἀλλήλαις αἱ ἐνδείξεις γίγνονται κατὰ τὰ τοιαῦτα τῶν σωμάτων ἐν οἷς ἡ μὲν διάθεσις ἵνα λυθῇ</w:t>
      </w:r>
    </w:p>
    <w:p>
      <w:r>
        <w:rPr>
          <w:rFonts w:ascii="Courier New" w:hAnsi="Courier New"/>
          <w:color w:val="555555"/>
          <w:sz w:val="20"/>
        </w:rPr>
        <w:t>[10]</w:t>
      </w:r>
    </w:p>
    <w:p>
      <w:r>
        <w:rPr>
          <w:rFonts w:ascii="Gentium Plus" w:hAnsi="Gentium Plus"/>
          <w:sz w:val="24"/>
        </w:rPr>
        <w:t>δεῖται κενώσεως ἀξιολόγου, φέρειν δ’ αὐτὴν ἡ δύναμις οὐ δύναται. πολλάκις δ’ οὐδὲν ὑπὸ τῆς κενώσεως ἡ δύναμις βλαπτομένη παρορᾶται τοὐντεῦθεν ὑπὸ τῶν ἀσκέπτων τε ἅμα καὶ προπετῶν ἰατρῶν, ὡς οὐδέποτε οὐδὲν ἐνδεικνυμένη. σφάλλονται δὲ, ὡς εἴρηται, διὰ τὸ μὴ γινώσκειν ὡς ἄλλου μέν</w:t>
      </w:r>
    </w:p>
    <w:p>
      <w:r>
        <w:rPr>
          <w:rFonts w:ascii="Courier New" w:hAnsi="Courier New"/>
          <w:color w:val="555555"/>
          <w:sz w:val="20"/>
        </w:rPr>
        <w:t>[15]</w:t>
      </w:r>
    </w:p>
    <w:p>
      <w:r>
        <w:rPr>
          <w:rFonts w:ascii="Gentium Plus" w:hAnsi="Gentium Plus"/>
          <w:sz w:val="24"/>
        </w:rPr>
        <w:t>τινος ἕνεκεν ἡ δύναμις σκοπὸς τῶν ποιητέων ἐστὶν, εἰς δὲ τὴν λύσιν τῆς διαθέσεως οὐδὲν ἐνδείκνυται. ὥσπερ οὖν ἐπὶ τῶν ὑγιαινόντων ἕπεται διὰ παντὸς τοῖς ἕνεκα τῆς ὑγείας</w:t>
      </w:r>
    </w:p>
    <w:p>
      <w:r>
        <w:rPr>
          <w:rFonts w:ascii="Courier New" w:hAnsi="Courier New"/>
          <w:color w:val="555555"/>
          <w:sz w:val="20"/>
        </w:rPr>
        <w:t>[10 . 639]</w:t>
      </w:r>
    </w:p>
    <w:p>
      <w:r>
        <w:rPr>
          <w:rFonts w:ascii="Gentium Plus" w:hAnsi="Gentium Plus"/>
          <w:sz w:val="24"/>
        </w:rPr>
        <w:t>ἀναιρετικὸν τῆς δυνάμεως, οὕτως ἐπὶ τῶν νοσούντων ἐνίοτε μὲν ἕπεται τοῖς ὡς πρὸς τὴν λύσιν αὐτοῦ πραττομένοις, ἐνίοτε δ’ ἀναιρεῖται πρὸς αὐτῶν. εἰ μὲν γὰρ ὀλίγον τῆς δυνάμεως εἴη τὸ πλῆθος ἰσχυρότερον, ἐπὶ ταῖς συμμέτροις</w:t>
      </w:r>
    </w:p>
    <w:p>
      <w:r>
        <w:rPr>
          <w:rFonts w:ascii="Courier New" w:hAnsi="Courier New"/>
          <w:color w:val="555555"/>
          <w:sz w:val="20"/>
        </w:rPr>
        <w:t>[5]</w:t>
      </w:r>
    </w:p>
    <w:p>
      <w:r>
        <w:rPr>
          <w:rFonts w:ascii="Gentium Plus" w:hAnsi="Gentium Plus"/>
          <w:sz w:val="24"/>
        </w:rPr>
        <w:t>κενώσεσιν οὐ μόνον οὐδεμία βλάβη τῆς δυνάμεως, ἀλλὰ καὶ ὠφέλεια μεγίστη γίνεται τοῦ βαρύνοντος αὐτὴν ἀρθέντος. εἰ δ’ ἵνα μὲν ἡ διάθεσις ἰαθῇ, πολλὴ χρεία τῆς κενώσεως εἴη, καταλύοιτο δὲ ὑπὸ τῆς τοσαύτης ἡ δύναμις, οὐ μόνον αὖ πάλιν οὐδὲν ὀνήσεται πρὸς αὐτῆς ὁ ἄνθρωπος, ἀλλὰ καὶ κιν‐</w:t>
      </w:r>
    </w:p>
    <w:p>
      <w:r>
        <w:rPr>
          <w:rFonts w:ascii="Courier New" w:hAnsi="Courier New"/>
          <w:color w:val="555555"/>
          <w:sz w:val="20"/>
        </w:rPr>
        <w:t>[10]</w:t>
      </w:r>
    </w:p>
    <w:p>
      <w:r>
        <w:rPr>
          <w:rFonts w:ascii="Gentium Plus" w:hAnsi="Gentium Plus"/>
          <w:sz w:val="24"/>
        </w:rPr>
        <w:t>δυνεύσει τὰ μέγιστα. κατὰ μὲν οὖν τοὺς ἐπὶ στεγνώσει συνό‐ χους ἰσχυρᾶς οὔσης ὡς τὰ πολλὰ τῆς δυνάμεως ἀκίνδυνος ἡ κένωσις, ἐν ἑτέροις δὲ νοσήμασιν ἐσχάτως ἐστὶ κινδυνώδης, οἷον ἐπὶ τῆς διαφθορᾶς εἰ τύχοι τῶν χυμῶν· ἐν καιρῷ γὰρ ἂν εἴη μνημονεύειν αὐτῆς ὑπὲρ τοῦ καὶ τοὺς τῆς φλεβοτο‐</w:t>
      </w:r>
    </w:p>
    <w:p>
      <w:r>
        <w:rPr>
          <w:rFonts w:ascii="Courier New" w:hAnsi="Courier New"/>
          <w:color w:val="555555"/>
          <w:sz w:val="20"/>
        </w:rPr>
        <w:t>[15]</w:t>
      </w:r>
    </w:p>
    <w:p>
      <w:r>
        <w:rPr>
          <w:rFonts w:ascii="Gentium Plus" w:hAnsi="Gentium Plus"/>
          <w:sz w:val="24"/>
        </w:rPr>
        <w:t>μίας ἅπαντας σκοποὺς ἐν τούτῳ τῷ βιβλίῳ διορίζειν. τὸ τοίνυν διεφθαρμένον ἀλλότριόν ἐστι τῇ φύσει, τὸ τοιοῦτον δ’ ἐνδείκνυται τὴν ἄρσιν. ἐὰν οὖν ἡ διαφθορά ποτε μετὰ</w:t>
      </w:r>
    </w:p>
    <w:p>
      <w:r>
        <w:rPr>
          <w:rFonts w:ascii="Courier New" w:hAnsi="Courier New"/>
          <w:color w:val="555555"/>
          <w:sz w:val="20"/>
        </w:rPr>
        <w:t>[10 . 640]</w:t>
      </w:r>
    </w:p>
    <w:p>
      <w:r>
        <w:rPr>
          <w:rFonts w:ascii="Gentium Plus" w:hAnsi="Gentium Plus"/>
          <w:sz w:val="24"/>
        </w:rPr>
        <w:t>θημα τῇ φυλακῇ τῆς δυνάμεως. ἡ μὲν γὰρ διάθεσις ἐνδεί‐ κνυται τὴν κένωσιν ἤτοι διὰ φλεβοτομίας ἢ καθάρσεως· οὐδε‐ τέραν δ’ αὖ ἡ ἄῤῥωστος οἴσει δύναμις. ἐπεὶ τοίνυν ἐν ἁπά‐ σαις ταῖς τοιαύταις μάχαις ἄπορος ἡ βοήθεια γίνεται, ποτὲ</w:t>
      </w:r>
    </w:p>
    <w:p>
      <w:r>
        <w:rPr>
          <w:rFonts w:ascii="Courier New" w:hAnsi="Courier New"/>
          <w:color w:val="555555"/>
          <w:sz w:val="20"/>
        </w:rPr>
        <w:t>[5]</w:t>
      </w:r>
    </w:p>
    <w:p>
      <w:r>
        <w:rPr>
          <w:rFonts w:ascii="Gentium Plus" w:hAnsi="Gentium Plus"/>
          <w:sz w:val="24"/>
        </w:rPr>
        <w:t>μὲν ὅλως ἀνίατος ἡ διάθεσις ἔσται, ποτὲ δὲ ἐν χρόνῳ καὶ μόγις ἰατροῦ μεγάλου τυχοῦσα δύναιτ’ ἂν ἰαθῆναι. χρὴ γὰρ δηλονότι κατὰ τὰς τοιαύτας ἐναντιώσεις τῶν ἐνδείξεων κατὰ βραχὺ μὲν ἐκκενοῦν τὸ μοχθηρὸν, κατὰ βραχὺ δ’ ἀντ’ αὐτοῦ τὸ χρηστὸν ἐντιθέναι. καλεῖται δ’ ἐπίκρασις ὑπὸ τῶν ἰατρῶν</w:t>
      </w:r>
    </w:p>
    <w:p>
      <w:r>
        <w:rPr>
          <w:rFonts w:ascii="Courier New" w:hAnsi="Courier New"/>
          <w:color w:val="555555"/>
          <w:sz w:val="20"/>
        </w:rPr>
        <w:t>[10]</w:t>
      </w:r>
    </w:p>
    <w:p>
      <w:r>
        <w:rPr>
          <w:rFonts w:ascii="Gentium Plus" w:hAnsi="Gentium Plus"/>
          <w:sz w:val="24"/>
        </w:rPr>
        <w:t>ἡ τοιαύτη θεραπεία τῆς κακοχυμίας. Μέμνησο δέ μοι πρὸς τὰ μέλλοντα καὶ τοὺς τῆς φλεβοτομίας σκοπούς. ἐπειδὴ γὰρ αἵματός ἐστι κένωσις ἡ φλεβοτομία καὶ χρηστὸν τῇ φύσει τὸ αἷμα, χρὴ δήπου καλῶς αὐτὴν γίγνεσθαι τὸ ἄχρηστον τῇ φύσει κενοῦσαν. ἄχρη‐</w:t>
      </w:r>
    </w:p>
    <w:p>
      <w:r>
        <w:rPr>
          <w:rFonts w:ascii="Courier New" w:hAnsi="Courier New"/>
          <w:color w:val="555555"/>
          <w:sz w:val="20"/>
        </w:rPr>
        <w:t>[15]</w:t>
      </w:r>
    </w:p>
    <w:p>
      <w:r>
        <w:rPr>
          <w:rFonts w:ascii="Gentium Plus" w:hAnsi="Gentium Plus"/>
          <w:sz w:val="24"/>
        </w:rPr>
        <w:t>στον δὲ γίγνεται τῇ φύσει τὸ αἷμα διττῶς· ἢ τὸ μὴ φυλάττον ἀκριβῶς τὴν ἑαυτοῦ ποιότητα, μηδὲ τρέφειν ἔτι δυνάμενον ὡς πρόσθεν χρηστὸν ἢ τὸ πλῆθος τοσοῦτον γενόμενον, ὡς</w:t>
      </w:r>
    </w:p>
    <w:p>
      <w:r>
        <w:rPr>
          <w:rFonts w:ascii="Courier New" w:hAnsi="Courier New"/>
          <w:color w:val="555555"/>
          <w:sz w:val="20"/>
        </w:rPr>
        <w:t>[10 . 641]</w:t>
      </w:r>
    </w:p>
    <w:p>
      <w:r>
        <w:rPr>
          <w:rFonts w:ascii="Gentium Plus" w:hAnsi="Gentium Plus"/>
          <w:sz w:val="24"/>
        </w:rPr>
        <w:t>τάς τε ἀρτηρίας καὶ τὰς φλέβας. ἐν τούτοις μὲν ἡ φλεβοτο‐ μία χρήσιμος, ὡς ἕν τι καὶ αὐτὴ τῶν κενωτικῶν βοηθημάτων· ἐν ἑτέροις δ’ ὡς ἀντισπαστικὸν ἢ παροχευτικὸν, ὅταν ὁρμὴν χυμῶν σφοδροτέραν ἤτοι γε εἰς τοὐναντίον ἀντισπάσωμεν</w:t>
      </w:r>
    </w:p>
    <w:p>
      <w:r>
        <w:rPr>
          <w:rFonts w:ascii="Courier New" w:hAnsi="Courier New"/>
          <w:color w:val="555555"/>
          <w:sz w:val="20"/>
        </w:rPr>
        <w:t>[5]</w:t>
      </w:r>
    </w:p>
    <w:p>
      <w:r>
        <w:rPr>
          <w:rFonts w:ascii="Gentium Plus" w:hAnsi="Gentium Plus"/>
          <w:sz w:val="24"/>
        </w:rPr>
        <w:t>δι’ αὐτῆς, ἢ παροχετεύσωμεν εἰς τὰ πλάγια. δεῖται δ’ ἀεὶ δυνάμεως ἰσχυρᾶς ἐξαρκούσης τῷ ποσῷ τῆς κατ’ αὐτὴν κενώ‐ σεως. ἐκ τούτων οὖν τῶν σκοπῶν ἐνίοτε μὲν ἅπαξ ἀφαι‐ ροῦμεν αἵματος ἐνίοτε δὲ δὶς ἢ τρὶς ἢ πλεονάκις ὡς κᾀν τοῖς ἑξῆς ἔσται δῆλον. ἐν δὲ τῷ παρόντι τοῦθ’ ἡμῖν δέδεικται</w:t>
      </w:r>
    </w:p>
    <w:p>
      <w:r>
        <w:rPr>
          <w:rFonts w:ascii="Courier New" w:hAnsi="Courier New"/>
          <w:color w:val="555555"/>
          <w:sz w:val="20"/>
        </w:rPr>
        <w:t>[10]</w:t>
      </w:r>
    </w:p>
    <w:p>
      <w:r>
        <w:rPr>
          <w:rFonts w:ascii="Gentium Plus" w:hAnsi="Gentium Plus"/>
          <w:sz w:val="24"/>
        </w:rPr>
        <w:t>σαφῶς ὅτι τῶν κενωτικῶν βοηθημάτων ἐνίοτε μὲν ἀλύπως ἡ δύναμις ἀνέχεται, μήτε ὀνιναμένη πρὸς αὐτῶν μηδὲν ὅ τι καὶ ἄξιον λόγου μήτε βλαπτομένη. πολλάκις δ’ ἤτοι μᾶλλον ἢ ἧττον ὠφελεῖταί τε καὶ βλάπτεται καὶ ὡς ὁπόταν μὲν ἀξιόλο‐ γον γένηται τὸ βλάβος ἐκ τῶν κενωτικῶν βοηθημάτων, ἐναρ‐</w:t>
      </w:r>
    </w:p>
    <w:p>
      <w:r>
        <w:rPr>
          <w:rFonts w:ascii="Courier New" w:hAnsi="Courier New"/>
          <w:color w:val="555555"/>
          <w:sz w:val="20"/>
        </w:rPr>
        <w:t>[15]</w:t>
      </w:r>
    </w:p>
    <w:p>
      <w:r>
        <w:rPr>
          <w:rFonts w:ascii="Gentium Plus" w:hAnsi="Gentium Plus"/>
          <w:sz w:val="24"/>
        </w:rPr>
        <w:t>γῶς φαίνεται τηνικαῦτα ἡ δύναμις ἐνδεικνυμένη τι καὶ αὐτὴ χρήσιμον, ὥσπερ γε καὶ ὁπόταν ὠφελεῖται σαφῶς. ὁπόταν δὲ μήτε ὄφελος αὐτῇ τι μήτε βλάβος ἐκ τῶν τὴν διάθεσιν ἀνα‐</w:t>
      </w:r>
    </w:p>
    <w:p>
      <w:r>
        <w:rPr>
          <w:rFonts w:ascii="Courier New" w:hAnsi="Courier New"/>
          <w:color w:val="555555"/>
          <w:sz w:val="20"/>
        </w:rPr>
        <w:t>[10 . 642]</w:t>
      </w:r>
    </w:p>
    <w:p>
      <w:r>
        <w:rPr>
          <w:rFonts w:ascii="Gentium Plus" w:hAnsi="Gentium Plus"/>
          <w:sz w:val="24"/>
        </w:rPr>
        <w:t>Μία δὲ κᾀκ ταύτης ἐστὶ διαπαντὸς ἡ τοῦ συμφέροντος ἔνδειξις, ὥσπερ καὶ τῶν ἄλλων ἁπάντων. κατὰ γὰρ τὴν ἑαυτοῦ φύσιν ἐνδεικνύμενον ἕκαστον ἓν ἐνδεί‐ ξεται διαπαντὸς, ὡς ἂν καὶ μίαν ἔχον τὴν φύσιν. καὶ τοῦτο</w:t>
      </w:r>
    </w:p>
    <w:p>
      <w:r>
        <w:rPr>
          <w:rFonts w:ascii="Courier New" w:hAnsi="Courier New"/>
          <w:color w:val="555555"/>
          <w:sz w:val="20"/>
        </w:rPr>
        <w:t>[5]</w:t>
      </w:r>
    </w:p>
    <w:p>
      <w:r>
        <w:rPr>
          <w:rFonts w:ascii="Gentium Plus" w:hAnsi="Gentium Plus"/>
          <w:sz w:val="24"/>
        </w:rPr>
        <w:t>τὸ ἓν εἰ μὲν ἁπλοῦν εἴη, τὸ τὴν ἔνδειξιν ποιούμενον ἁπλοῦν ἔσται καὶ αὐτό· συνθέτου δ’ ὑπάρχοντος ἐκείνου καὶ τοῦτο ἔσται σύνθετον. ἔνια μὲν οὖν ἐνδείκνυται τὴν ἑαυτοῦ φυλακὴν, ἔνια δὲ τὴν ἀναίρεσιν· ὁποτέρως δ’ ἂν τοῦτο ποιῇ, τὸ μὲν ἁπλοῦν ἁπλῆν καὶ τὴν ἔνδειξιν ἔχει, τὸ δ’ οὐχ</w:t>
      </w:r>
    </w:p>
    <w:p>
      <w:r>
        <w:rPr>
          <w:rFonts w:ascii="Courier New" w:hAnsi="Courier New"/>
          <w:color w:val="555555"/>
          <w:sz w:val="20"/>
        </w:rPr>
        <w:t>[10]</w:t>
      </w:r>
    </w:p>
    <w:p>
      <w:r>
        <w:rPr>
          <w:rFonts w:ascii="Gentium Plus" w:hAnsi="Gentium Plus"/>
          <w:sz w:val="24"/>
        </w:rPr>
        <w:t>ἁπλοῦν οὐχ ἁπλῆν. διὰ τοῦτο ἐν τοῖς ἔμπροσθεν ἀεὶ τὴν μὲν ἁπλῆν δυσκρασίαν ἁπλῆν καὶ τὴν ἔνδειξιν ἔφαμεν ποιεῖσθαι, καθάπερ εἰ τύχοι ἐπὶ ψύξεως τὴν θερμότητα, τὴν δ’ οὐχ ἁπλῆν οὐδὲ τὴν ἔνδειξιν ἔχειν ἁπλῆν. τὴν γὰρ θερμὴν καὶ ξηρὰν δυσκρασίαν ἐνδείκνυσθαι τὴν ἴασιν ἑαυτῆς διὰ τῶν</w:t>
      </w:r>
    </w:p>
    <w:p>
      <w:r>
        <w:rPr>
          <w:rFonts w:ascii="Courier New" w:hAnsi="Courier New"/>
          <w:color w:val="555555"/>
          <w:sz w:val="20"/>
        </w:rPr>
        <w:t>[15]</w:t>
      </w:r>
    </w:p>
    <w:p>
      <w:r>
        <w:rPr>
          <w:rFonts w:ascii="Gentium Plus" w:hAnsi="Gentium Plus"/>
          <w:sz w:val="24"/>
        </w:rPr>
        <w:t>ὑγραινόντων τε καὶ τῶν ψυχόντων. Ἕξει τοίνυν καὶ ἡ δύναμις ἀεὶ τὴν ἔνδειξιν μίαν, ἥτις ἐστὶν ἑαυτῆς φυλακή. ἐκ τίνων οὖν φυλαχθήσεται;</w:t>
      </w:r>
    </w:p>
    <w:p>
      <w:r>
        <w:rPr>
          <w:rFonts w:ascii="Courier New" w:hAnsi="Courier New"/>
          <w:color w:val="555555"/>
          <w:sz w:val="20"/>
        </w:rPr>
        <w:t>[10 . 643]</w:t>
      </w:r>
    </w:p>
    <w:p>
      <w:r>
        <w:rPr>
          <w:rFonts w:ascii="Gentium Plus" w:hAnsi="Gentium Plus"/>
          <w:sz w:val="24"/>
        </w:rPr>
        <w:t>μενον ἢ ἀλλοιούμενον ἐπανορθοῦσθαι, κατὰ δεύτερον δ’ ἐκ τοῦ κωλύειν ἡμᾶς τὰ κενοῦν ἢ ἀλλοιοῦν τὴν οὐσίαν αὐτῆς δυνάμενα. περιλαμβανέσθω δ’ ἐν τοῖς ἀλλοιοῦσι βραχυλογίας ἕνεκα καὶ τὰ τὴν συνέχειαν ἑαυτῆς διασπῶντα. ταῦτ’ οὖν ἀεὶ</w:t>
      </w:r>
    </w:p>
    <w:p>
      <w:r>
        <w:rPr>
          <w:rFonts w:ascii="Courier New" w:hAnsi="Courier New"/>
          <w:color w:val="555555"/>
          <w:sz w:val="20"/>
        </w:rPr>
        <w:t>[5]</w:t>
      </w:r>
    </w:p>
    <w:p>
      <w:r>
        <w:rPr>
          <w:rFonts w:ascii="Gentium Plus" w:hAnsi="Gentium Plus"/>
          <w:sz w:val="24"/>
        </w:rPr>
        <w:t>τῆς δυνάμεως ἐνδεικνυμένης, ἐπὶ μὲν τῶν ὑγιαινόντων, ὡς εἴρηται, συμφωνία τῶν πραττομένων ἁπάντων ἐστὶν εἰς τὴν διαμονὴν αὐτῆς, ἐπὶ δὲ τῶν νοσούντων οὐκ ἀεί. κᾀν τούτῳ χρὴ σκοπεῖσθαι τὸ ἐπικρατοῦν ἤτοι κατὰ τὸ μέγεθος ἢ καὶ κατὰ τὴν ἀξίαν, ὡς καὶ πρόσθεν ἐλέγετο. μέγιστον μὲν οὖν</w:t>
      </w:r>
    </w:p>
    <w:p>
      <w:r>
        <w:rPr>
          <w:rFonts w:ascii="Courier New" w:hAnsi="Courier New"/>
          <w:color w:val="555555"/>
          <w:sz w:val="20"/>
        </w:rPr>
        <w:t>[10]</w:t>
      </w:r>
    </w:p>
    <w:p>
      <w:r>
        <w:rPr>
          <w:rFonts w:ascii="Gentium Plus" w:hAnsi="Gentium Plus"/>
          <w:sz w:val="24"/>
        </w:rPr>
        <w:t>ἀξίωμα τὸ τῶν δυνάμεών ἐστιν· αὐτὸ γὰρ τὸ ζῇν ἡμῖν ἐκ τῆς τούτων ὑπάρχει φυλακῆς, ἐπειδὴ καὶ τὴν ζωὴν ἀναγ‐ καῖον ἤτοι αὐτὰς τὰς δυνάμεις ἢ τὰς ἐνεργείας αὐτῶν ὑπάρ‐ χειν· οὐδὲν δ’ ἂν εἴη τῆς ζωῆς πρότερον ἐν τοῖς ζώων σώμα‐ σιν, ὅτι μηδ’ ὑγιαίνειν οἷόν τε χωρὶς τοῦ ζῇν. ἡ δύναμις οὖν</w:t>
      </w:r>
    </w:p>
    <w:p>
      <w:r>
        <w:rPr>
          <w:rFonts w:ascii="Courier New" w:hAnsi="Courier New"/>
          <w:color w:val="555555"/>
          <w:sz w:val="20"/>
        </w:rPr>
        <w:t>[15]</w:t>
      </w:r>
    </w:p>
    <w:p>
      <w:r>
        <w:rPr>
          <w:rFonts w:ascii="Gentium Plus" w:hAnsi="Gentium Plus"/>
          <w:sz w:val="24"/>
        </w:rPr>
        <w:t>ἁπάντων πρῶτον φυλακτέα τοῖς ἀνθρώποις ἐστὶν ἐκ τοῦ μήτε κενοῦσθαι τὴν οὐσίαν αὐτῆς μήτ’ ἀλλοιοῦσθαι τοσαύ‐ την ἀλλοίωσιν, ὅση πλησιάσει φθορᾷ. καὶ ταύτης τῆς φυλα‐</w:t>
      </w:r>
    </w:p>
    <w:p>
      <w:r>
        <w:rPr>
          <w:rFonts w:ascii="Courier New" w:hAnsi="Courier New"/>
          <w:color w:val="555555"/>
          <w:sz w:val="20"/>
        </w:rPr>
        <w:t>[10 . 644]</w:t>
      </w:r>
    </w:p>
    <w:p>
      <w:r>
        <w:rPr>
          <w:rFonts w:ascii="Gentium Plus" w:hAnsi="Gentium Plus"/>
          <w:sz w:val="24"/>
        </w:rPr>
        <w:t>ἢ οὐκ οὖσαν ἐργαζόμεθα. μετὰ δὲ τὴν δύναμιν ἡ ἀπὸ τῶν διαθέσεών ἐστιν ἔνδειξις, ἃς θεραπεύειν πρόκειται, κᾄπειτα ἑξῆς τἄλλα. πᾶν οὖν ὅπερ ἂν μάχηται τῇ ἀπὸ τῆς δυνάμεως ἐνδείξει, δεύτερόν ἐστι καὶ ὕστερον ὧν ἐκείνη κελεύει. τὰ δ’</w:t>
      </w:r>
    </w:p>
    <w:p>
      <w:r>
        <w:rPr>
          <w:rFonts w:ascii="Courier New" w:hAnsi="Courier New"/>
          <w:color w:val="555555"/>
          <w:sz w:val="20"/>
        </w:rPr>
        <w:t>[5]</w:t>
      </w:r>
    </w:p>
    <w:p>
      <w:r>
        <w:rPr>
          <w:rFonts w:ascii="Gentium Plus" w:hAnsi="Gentium Plus"/>
          <w:sz w:val="24"/>
        </w:rPr>
        <w:t>εἰς ταὐτὸ συμβαίνοντα τοῖς ἐκείνῃ συμφέρουσιν ἀμφοτέρας ἔχει τὰς ψήφους, καὶ τὴν τῶν πρωτείων ὡς ἂν εἴποι τις καὶ τὴν τῶν δευτερείων. ὥστε ταῦτα μὲν ἀναμφισβητήτως ποιη‐ τέα, τὰ δ’ ἐναντιούμενα ποτὲ μὲν οὐδ’ ὅλως ἐστὶ ποιητέα, ἐνίοτε δ’ ἐπ’ ὀλίγον. εἰ γὰρ ἡ διάθεσις ἣν θεραπεύειν προαι‐</w:t>
      </w:r>
    </w:p>
    <w:p>
      <w:r>
        <w:rPr>
          <w:rFonts w:ascii="Courier New" w:hAnsi="Courier New"/>
          <w:color w:val="555555"/>
          <w:sz w:val="20"/>
        </w:rPr>
        <w:t>[10]</w:t>
      </w:r>
    </w:p>
    <w:p>
      <w:r>
        <w:rPr>
          <w:rFonts w:ascii="Gentium Plus" w:hAnsi="Gentium Plus"/>
          <w:sz w:val="24"/>
        </w:rPr>
        <w:t>ρούμεθα χρῄζει κενώσεως, ἄῤῥωστος δ’ ἡ δύναμις ἐσχάτως ὑπάρχει τῶν τὴν διάθεσιν ἰωμένων, οὐδὲν τῷ κάμνοντι προσά‐ ξωμεν ἐν ἐκείνῳ τῷ χρόνῳ παντὶ, καθ’ ὅσον ἀνατρέ‐ φομεν τὴν δύναμιν. ὅταν δ’ εἰς τοσοῦτον ἰσχύος ἥκειν αὐτὴν ὑπολάβωμεν ὡς ἤτοι μηδὲν ἢ ὀλίγον ὑπὸ τῆς κενώσεως βλά‐</w:t>
      </w:r>
    </w:p>
    <w:p>
      <w:r>
        <w:rPr>
          <w:rFonts w:ascii="Courier New" w:hAnsi="Courier New"/>
          <w:color w:val="555555"/>
          <w:sz w:val="20"/>
        </w:rPr>
        <w:t>[15]</w:t>
      </w:r>
    </w:p>
    <w:p>
      <w:r>
        <w:rPr>
          <w:rFonts w:ascii="Gentium Plus" w:hAnsi="Gentium Plus"/>
          <w:sz w:val="24"/>
        </w:rPr>
        <w:t>πτεσθαι, τηνικαῦτα καὶ πρὸς τὴν τῆς διαθέσεως ἴασιν ἀφιξό‐ μεθα. πρῶτος μὲν οὖν ἁπάντων σκοπὸς ὁ τῆς δυνάμεώς ἐστιν· οὐ μὴν ὡς θεραπευτικός γε πρῶτος, ὅς γε τὴν ἀρχὴν</w:t>
      </w:r>
    </w:p>
    <w:p>
      <w:r>
        <w:rPr>
          <w:rFonts w:ascii="Courier New" w:hAnsi="Courier New"/>
          <w:color w:val="555555"/>
          <w:sz w:val="20"/>
        </w:rPr>
        <w:t>[10 . 645]</w:t>
      </w:r>
    </w:p>
    <w:p>
      <w:r>
        <w:rPr>
          <w:rFonts w:ascii="Gentium Plus" w:hAnsi="Gentium Plus"/>
          <w:sz w:val="24"/>
        </w:rPr>
        <w:t>κῶν. οὐ γὰρ ἵν’ ὑγιαίνωμεν, οὐδ’ ἵν’ ἀπαλλαγῶμεν νόσων, ἐξ αὐτῆς τι πρώτως λαμβάνομεν, ἀλλ’ ἵνα ζῶμεν. πρόσκειται δ’ ἐν τῷ λόγῳ τὸ πρώτως, ὅτι γε καὶ κατὰ συμβεβηκός ποτε τῆς δυνάμεως ἡ ῥῶσις εἰς τὴν τῆς διαθέσεως ἴασιν ὑπάρχει</w:t>
      </w:r>
    </w:p>
    <w:p>
      <w:r>
        <w:rPr>
          <w:rFonts w:ascii="Courier New" w:hAnsi="Courier New"/>
          <w:color w:val="555555"/>
          <w:sz w:val="20"/>
        </w:rPr>
        <w:t>[5]</w:t>
      </w:r>
    </w:p>
    <w:p>
      <w:r>
        <w:rPr>
          <w:rFonts w:ascii="Gentium Plus" w:hAnsi="Gentium Plus"/>
          <w:sz w:val="24"/>
        </w:rPr>
        <w:t>χρήσιμος. ἀλλὰ τοῦτο μὲν ἐν τοῖς ἑξῆς ἐπιδειξόμεθα. Ἐπὶ δὲ τὸ προκείμενον αὖθις ἐπανέλθωμεν, εἰς ὀλίγα κεφάλαια συνόψεως ἕνεκα τὸ πᾶν ἀθροίσαντες. οἱ θεραπευτικοὶ σκοποὶ παρά τε τοῦ νοσήματός εἰσι καὶ τῆς τοῦ σώματος κράσεως καὶ τρίτου τοῦ περιέχοντος ἡμᾶς ἀέρος.</w:t>
      </w:r>
    </w:p>
    <w:p>
      <w:r>
        <w:rPr>
          <w:rFonts w:ascii="Courier New" w:hAnsi="Courier New"/>
          <w:color w:val="555555"/>
          <w:sz w:val="20"/>
        </w:rPr>
        <w:t>[10]</w:t>
      </w:r>
    </w:p>
    <w:p>
      <w:r>
        <w:rPr>
          <w:rFonts w:ascii="Gentium Plus" w:hAnsi="Gentium Plus"/>
          <w:sz w:val="24"/>
        </w:rPr>
        <w:t>εἰ δ’ ἔμπροσθεν ἕτεροί τινες εἶεν, ἢ καὶ αὖθις οὐχ οὗτοι μόνον, ἀλλὰ καὶ ἄλλοι ῥηθεῖεν ἐκ τῆς τούτων τομῆς ἅπαντες φανοῦνται γιγνόμενοι. ἡ μὲν γὰρ κρᾶσις τοῦ σώματος ἡ κατ’ ἐκεῖνον τὸν καιρὸν, ἡνίκα νοσεῖν ἤρξατο, πρὸς τὴν εὕρε‐ σιν τῶν ἰαμάτων ὑπάρχουσα χρήσιμος, ἐκ φύσεως καὶ ἡλικίας</w:t>
      </w:r>
    </w:p>
    <w:p>
      <w:r>
        <w:rPr>
          <w:rFonts w:ascii="Courier New" w:hAnsi="Courier New"/>
          <w:color w:val="555555"/>
          <w:sz w:val="20"/>
        </w:rPr>
        <w:t>[15]</w:t>
      </w:r>
    </w:p>
    <w:p>
      <w:r>
        <w:rPr>
          <w:rFonts w:ascii="Gentium Plus" w:hAnsi="Gentium Plus"/>
          <w:sz w:val="24"/>
        </w:rPr>
        <w:t>καὶ ἐθῶν καὶ τοῦ περιέχοντος ἡμᾶς ἀέρος γεννᾶται. τὸ περιέ‐ χον δ’ αὐτὸ τοιοῦτον εἰργάσθη διά τε τὴν χώραν καὶ τὴν ὥραν καὶ τὴν κατάστασιν. ἓν τοίνυν ἑκάτερον αὐτῶν ὑπάρ‐</w:t>
      </w:r>
    </w:p>
    <w:p>
      <w:r>
        <w:rPr>
          <w:rFonts w:ascii="Courier New" w:hAnsi="Courier New"/>
          <w:color w:val="555555"/>
          <w:sz w:val="20"/>
        </w:rPr>
        <w:t>[10 . 646]</w:t>
      </w:r>
    </w:p>
    <w:p>
      <w:r>
        <w:rPr>
          <w:rFonts w:ascii="Gentium Plus" w:hAnsi="Gentium Plus"/>
          <w:sz w:val="24"/>
        </w:rPr>
        <w:t>εἰς αἰτίας τέμνεσθαι πέφυκεν, ἀλλ’ ὡς εἰς διαφοράς· ἤτοι γὰρ ἐν τοῖς ὁμοιομερέσιν ἐστὶν, ἢ ἐν τοῖς ὀργανικοῖς συνίσταται μορίοις. ἐν μὲν οὖν τοῖς ὁμοιομερέσιν ἤτοι γ’ ἁπλῆ τις ἢ σύνθετος ὑπάρχουσα δυσκρασία, ἐν δὲ τοῖς ὀργανικοῖς περὶ</w:t>
      </w:r>
    </w:p>
    <w:p>
      <w:r>
        <w:rPr>
          <w:rFonts w:ascii="Courier New" w:hAnsi="Courier New"/>
          <w:color w:val="555555"/>
          <w:sz w:val="20"/>
        </w:rPr>
        <w:t>[5]</w:t>
      </w:r>
    </w:p>
    <w:p>
      <w:r>
        <w:rPr>
          <w:rFonts w:ascii="Gentium Plus" w:hAnsi="Gentium Plus"/>
          <w:sz w:val="24"/>
        </w:rPr>
        <w:t>τὴν τῶν ἁπλῶν μορίων γιγνομένη θέσιν, ἢ διάπλασιν, ἢ ἀριθμὸν, ἢ μέγεθος, ὅσαι τε καθ’ ἕκαστον τούτων ἐδείχθησαν οὖσαι διαφοραί. ταῦτ’ οὖν ἐστι τρία τὰ πρῶτα τὰ τὴν θε‐ ραπείαν ἐνδεικνύμενα, τὸ περιέχον ἅμα ταῖς διτταῖς τοῦ σώματος ἤτοι διαθέσεσιν ἢ κατασκευαῖς ἥδιόν σοι φάναι,</w:t>
      </w:r>
    </w:p>
    <w:p>
      <w:r>
        <w:rPr>
          <w:rFonts w:ascii="Courier New" w:hAnsi="Courier New"/>
          <w:color w:val="555555"/>
          <w:sz w:val="20"/>
        </w:rPr>
        <w:t>[10]</w:t>
      </w:r>
    </w:p>
    <w:p>
      <w:r>
        <w:rPr>
          <w:rFonts w:ascii="Gentium Plus" w:hAnsi="Gentium Plus"/>
          <w:sz w:val="24"/>
        </w:rPr>
        <w:t>μιᾷ μὲν τῇ κατὰ φύσιν, ἑτέρᾳ δὲ τῇ παρὰ φύσιν, ἥτις τὸ νόσημά ἐστιν. ὅτι δ’ οὐκ ἐνδέχεται αὐτὰ τὰ πρῶτα γένη τῶν θεραπευτικῶν σκοπῶν πλείω τῶν εἰρημένων τριῶν ὑπάρχειν ἐξ αὐτῆς τῆς τῶν πραγμάτων οὐσίας ἔνεστί σοι μαθεῖν. τὸ μὲν γὰρ νόσημα καὶ ἡ ὑγεία διαθέσεις εἰσὶ τοῦ σώματος, ἡ</w:t>
      </w:r>
    </w:p>
    <w:p>
      <w:r>
        <w:rPr>
          <w:rFonts w:ascii="Courier New" w:hAnsi="Courier New"/>
          <w:color w:val="555555"/>
          <w:sz w:val="20"/>
        </w:rPr>
        <w:t>[15]</w:t>
      </w:r>
    </w:p>
    <w:p>
      <w:r>
        <w:rPr>
          <w:rFonts w:ascii="Gentium Plus" w:hAnsi="Gentium Plus"/>
          <w:sz w:val="24"/>
        </w:rPr>
        <w:t>μὲν τὴν ἀναίρεσιν ἐνδεικνυμένη τὴν ἑαυτῆς, ἡ δὲ τὴν τήρησιν· τὸ περιέχον δὲ, οὗ χωρὶς οὔτ’ ἀνελεῖν οἷόν τε τὴν νόσον οὔτε κτήσασθαι τὴν ὑγείαν, τουτὶ μὲν οὖν τὸν ὧν οὐκ ἄνευ λόγον</w:t>
      </w:r>
    </w:p>
    <w:p>
      <w:r>
        <w:rPr>
          <w:rFonts w:ascii="Courier New" w:hAnsi="Courier New"/>
          <w:color w:val="555555"/>
          <w:sz w:val="20"/>
        </w:rPr>
        <w:t>[10 . 647]</w:t>
      </w:r>
    </w:p>
    <w:p>
      <w:r>
        <w:rPr>
          <w:rFonts w:ascii="Gentium Plus" w:hAnsi="Gentium Plus"/>
          <w:sz w:val="24"/>
        </w:rPr>
        <w:t>μεθιστῶμεν οὐδ’ ὁπότε παυσόμεθα τῆς ἀλλοιώσεως εἰσόμεθα. καθόλου οὖν ἐπὶ πάσης τῆς θεραπείας ἐν τούτοις τοῖς τρισὶ γένεσιν οἱ σκοποὶ τοῖς πλείστοις εἰσί. κατὰ μέρος δὲ, ὡς ἔμ‐ προσθεν εἴρηται, τινὲς μὲν τῶν ἁπλῶν μορίων εἰσὶν ἴδιοι, τινὲς</w:t>
      </w:r>
    </w:p>
    <w:p>
      <w:r>
        <w:rPr>
          <w:rFonts w:ascii="Courier New" w:hAnsi="Courier New"/>
          <w:color w:val="555555"/>
          <w:sz w:val="20"/>
        </w:rPr>
        <w:t>[5]</w:t>
      </w:r>
    </w:p>
    <w:p>
      <w:r>
        <w:rPr>
          <w:rFonts w:ascii="Gentium Plus" w:hAnsi="Gentium Plus"/>
          <w:sz w:val="24"/>
        </w:rPr>
        <w:t>δὲ τῶν συνθέτων. ἓν δή τι τῶν ἐγγινομένων τοῖς ἁπλοῖς ἐστιν ἡ κατὰ τὸ θερμὸν δυσκρασία. ταύτης δ’ εἰς ὅλον ἐκταθείσης τὸ σῶμα πυρετὸς τοὔνομα. καὶ τοίνυν ἅπαντος πυρετοῦ, καθόσον ἐστὶ πυρετὸς, ὑγρότης καὶ ψύξις ἰάματα. μόνου μὲν οὖν ὄντος αὐτοῦ σκοπὸς ἁπάντων τῶν βοηθημά‐</w:t>
      </w:r>
    </w:p>
    <w:p>
      <w:r>
        <w:rPr>
          <w:rFonts w:ascii="Courier New" w:hAnsi="Courier New"/>
          <w:color w:val="555555"/>
          <w:sz w:val="20"/>
        </w:rPr>
        <w:t>[10]</w:t>
      </w:r>
    </w:p>
    <w:p>
      <w:r>
        <w:rPr>
          <w:rFonts w:ascii="Gentium Plus" w:hAnsi="Gentium Plus"/>
          <w:sz w:val="24"/>
        </w:rPr>
        <w:t>των κοινὸς ὁ νῦν εἱρημένος, ὥστε οὐδὲν ἔτι δεῖ πρὸς τὴν ἴασιν ἀλλ’ ἢ τὰς ὕλας ἐξευρεῖν ἐν αἷς ὁ σκοπὸς, εὑρόντας δὲ τὰς ὕλας τὸν μὲν καιρὸν ἐξ αὐτῶν τῶν τεσσάρων τοῦ πυρετοῦ λαμβάνειν καιρῶν, τὸ ποσὸν δ’ ἐκ τοῦ παραβάλλειν τῷ κατὰ φύσιν τὴν νόσον. εἰς ὅσον γὰρ ἀποκεχώρηκε τοῦ</w:t>
      </w:r>
    </w:p>
    <w:p>
      <w:r>
        <w:rPr>
          <w:rFonts w:ascii="Courier New" w:hAnsi="Courier New"/>
          <w:color w:val="555555"/>
          <w:sz w:val="20"/>
        </w:rPr>
        <w:t>[15]</w:t>
      </w:r>
    </w:p>
    <w:p>
      <w:r>
        <w:rPr>
          <w:rFonts w:ascii="Gentium Plus" w:hAnsi="Gentium Plus"/>
          <w:sz w:val="24"/>
        </w:rPr>
        <w:t>κατὰ φύσιν, εἰς τοσοῦτον χρὴ ψύχειν τε καὶ ὑγραίνειν τὸν κάμνοντα. τὸ περιέχον δὲ, εἰ μὲν ἐναντίαν ἔχοι τῷ νοσήματι τὴν κρᾶσιν, ἕν τι τῶν βοηθημάτων ἐστίν· εἰ δὲ ὁμοίαν, ἕν τι</w:t>
      </w:r>
    </w:p>
    <w:p>
      <w:r>
        <w:rPr>
          <w:rFonts w:ascii="Courier New" w:hAnsi="Courier New"/>
          <w:color w:val="555555"/>
          <w:sz w:val="20"/>
        </w:rPr>
        <w:t>[10 . 648]</w:t>
      </w:r>
    </w:p>
    <w:p>
      <w:r>
        <w:rPr>
          <w:rFonts w:ascii="Gentium Plus" w:hAnsi="Gentium Plus"/>
          <w:sz w:val="24"/>
        </w:rPr>
        <w:t>σθαί τε καὶ φυγεῖν δυνάμεθα, τὴν δ’ ἐκ τοῦ περιέχοντος οὐχ οἷόν τ’ ἐστὶ φυγεῖν, ἀλλ’ ἀναγκαῖον χρῆσθαι τῇ παρούσῃ καταστάσει, διὰ τοῦτο καὶ ταύτῃ προσέχειν ἀναγκαζόμεθα, πολλάκις μὲν ὁμολογούσῃ τῇ κατὰ τὸ νόσημα ἐνδείξει, ὡς</w:t>
      </w:r>
    </w:p>
    <w:p>
      <w:r>
        <w:rPr>
          <w:rFonts w:ascii="Courier New" w:hAnsi="Courier New"/>
          <w:color w:val="555555"/>
          <w:sz w:val="20"/>
        </w:rPr>
        <w:t>[5]</w:t>
      </w:r>
    </w:p>
    <w:p>
      <w:r>
        <w:rPr>
          <w:rFonts w:ascii="Gentium Plus" w:hAnsi="Gentium Plus"/>
          <w:sz w:val="24"/>
        </w:rPr>
        <w:t>εἴπομεν, πολλάκις δ’ ἐναντιουμένῃ τε καὶ ἀντιπραττούσῃ. λόγον μὲν οὖν ἕξει τὸ περιέχον, ὡς εἴπομεν, ἐνίοτε μὲν ὕλης ἰωμένης, ἐνίοτε δὲ ὡς αἰτίου νοσάζοντος. εἰ μὲν γὰρ ὑγραί‐ νεσθαι καὶ ψύχεσθαι δεομένης τῆς νόσου ταῦτ’ ἐργάζοιτο, λόγον ὕλης ἔχει θεραπευτικῆς· εἰ δὲ θερμαίνοι καὶ ξηραίνοι,</w:t>
      </w:r>
    </w:p>
    <w:p>
      <w:r>
        <w:rPr>
          <w:rFonts w:ascii="Courier New" w:hAnsi="Courier New"/>
          <w:color w:val="555555"/>
          <w:sz w:val="20"/>
        </w:rPr>
        <w:t>[10]</w:t>
      </w:r>
    </w:p>
    <w:p>
      <w:r>
        <w:rPr>
          <w:rFonts w:ascii="Gentium Plus" w:hAnsi="Gentium Plus"/>
          <w:sz w:val="24"/>
        </w:rPr>
        <w:t>νοσῶδες αἴτιον γίγνεται. συμφωνοῦντος μὲν οὖν αὐτοῦ ταῖς θεραπευτικαῖς ἐνδείξεσιν ἀσμενιστέον, ἐναντιουμένου δὲ κωλυτέον τὴν βλάβην, ἐπιτείνοντάς τε καὶ παραυξάνοντας τῶν ἄλλων βοηθημάτων τήν θ’ ὑγρότητα καὶ τὴν ψύξιν. ἐπι‐ τηδευτέον δὲ καθ’ ὅσον ἐγχωρεῖ αὐτὸ τὸ περιέχον οἷον χρὴ</w:t>
      </w:r>
    </w:p>
    <w:p>
      <w:r>
        <w:rPr>
          <w:rFonts w:ascii="Courier New" w:hAnsi="Courier New"/>
          <w:color w:val="555555"/>
          <w:sz w:val="20"/>
        </w:rPr>
        <w:t>[15]</w:t>
      </w:r>
    </w:p>
    <w:p>
      <w:r>
        <w:rPr>
          <w:rFonts w:ascii="Gentium Plus" w:hAnsi="Gentium Plus"/>
          <w:sz w:val="24"/>
        </w:rPr>
        <w:t>κατασκευάζειν, ὑγροτέρους τε καὶ ψυχροτέρους οἴκους αἱρού‐ μενόν τε καὶ κατασκευάζοντα· καθάπερ εἰ καὶ ψυχρὸν καὶ ὑγρὸν εἴη τὸ εἶδος τῆς νόσου, τὸ θερμαίνειν καὶ ξηραίνειν</w:t>
      </w:r>
    </w:p>
    <w:p>
      <w:r>
        <w:rPr>
          <w:rFonts w:ascii="Courier New" w:hAnsi="Courier New"/>
          <w:color w:val="555555"/>
          <w:sz w:val="20"/>
        </w:rPr>
        <w:t>[10 . 649]</w:t>
      </w:r>
    </w:p>
    <w:p>
      <w:r>
        <w:rPr>
          <w:rFonts w:ascii="Gentium Plus" w:hAnsi="Gentium Plus"/>
          <w:sz w:val="24"/>
        </w:rPr>
        <w:t>νοντάς τε καὶ ξηραίνοντας. αἱρεῖσθαι μὲν οὖν λέγω τοὺς ἐξ ἑαυτῶν τοιούτους, κατασκευάζειν δὲ ἐπιτεχνώμενον, ἐν μὲν τῷ θέρει καταγείους τε καὶ πρὸς ἄρκτον ἐστραμμένους αὐ‐ τοὺς, ῥαίνοντα συνεχῶς τὸ ἔδαφος αὐτῶν, ἐξ εὐρίπου τέ</w:t>
      </w:r>
    </w:p>
    <w:p>
      <w:r>
        <w:rPr>
          <w:rFonts w:ascii="Courier New" w:hAnsi="Courier New"/>
          <w:color w:val="555555"/>
          <w:sz w:val="20"/>
        </w:rPr>
        <w:t>[5]</w:t>
      </w:r>
    </w:p>
    <w:p>
      <w:r>
        <w:rPr>
          <w:rFonts w:ascii="Gentium Plus" w:hAnsi="Gentium Plus"/>
          <w:sz w:val="24"/>
        </w:rPr>
        <w:t>τινος αὔραν εἰσπνεῖν ἐπιτεχνώμενον, ἄνθη τε καὶ βλαστήματα δυνάμεως ὑγρᾶς τε καὶ ψυχρᾶς ἐπὶ τοῦ ἐδάφους καταῤῥί‐ πτοντα, χειμῶνος δὲ τἀναντία τούτων ἐπιτεχνώμενον, ὅταν γε τὸ νόσημα κελεύῃ ποιεῖν, ὡς εἴρηται· μὴ κελεύοντος δὲ, τὴν ἀμετρίαν μόνην ἑκατέρας τῆς ὥρας κωλυτέον. ὑπὲρ ἧς</w:t>
      </w:r>
    </w:p>
    <w:p>
      <w:r>
        <w:rPr>
          <w:rFonts w:ascii="Courier New" w:hAnsi="Courier New"/>
          <w:color w:val="555555"/>
          <w:sz w:val="20"/>
        </w:rPr>
        <w:t>[10]</w:t>
      </w:r>
    </w:p>
    <w:p>
      <w:r>
        <w:rPr>
          <w:rFonts w:ascii="Gentium Plus" w:hAnsi="Gentium Plus"/>
          <w:sz w:val="24"/>
        </w:rPr>
        <w:t>ἐξ ἀνάγκης μοί τι καὶ μετὰ ταῦτα λεχθήσεται. νυνὶ γὰρ οὐ τὰς ὕλας τῶν βοηθημάτων ἔγνωκα κρίνειν, ἀλλὰ τὰς μεθό‐ δους ἐκδιδάσκειν. Ἀνάγωμεν οὖν αὖθις ἐπὶ ταύτας τὸν λόγον, ἐπιδεικνύντες ὅπως ὀλίγοι τε καὶ πολλοὶ γίγνονται σκοποὶ</w:t>
      </w:r>
    </w:p>
    <w:p>
      <w:r>
        <w:rPr>
          <w:rFonts w:ascii="Courier New" w:hAnsi="Courier New"/>
          <w:color w:val="555555"/>
          <w:sz w:val="20"/>
        </w:rPr>
        <w:t>[15]</w:t>
      </w:r>
    </w:p>
    <w:p>
      <w:r>
        <w:rPr>
          <w:rFonts w:ascii="Gentium Plus" w:hAnsi="Gentium Plus"/>
          <w:sz w:val="24"/>
        </w:rPr>
        <w:t>θεραπευτικοὶ κατὰ διαφόρους τομάς. τρεῖς τε γὰρ οἷόν τε ποιῆσαι τοὺς πάντας, ὡς ἀρτίως ἐποιήσαμεν, εἰς ὀλίγα κεφά‐ λαια τὸ πᾶν ἀνάγοντες· ἕκαστόν τε πάλιν αὐτῶν τέμνοντες</w:t>
      </w:r>
    </w:p>
    <w:p>
      <w:r>
        <w:rPr>
          <w:rFonts w:ascii="Courier New" w:hAnsi="Courier New"/>
          <w:color w:val="555555"/>
          <w:sz w:val="20"/>
        </w:rPr>
        <w:t>[10 . 650]</w:t>
      </w:r>
    </w:p>
    <w:p>
      <w:r>
        <w:rPr>
          <w:rFonts w:ascii="Gentium Plus" w:hAnsi="Gentium Plus"/>
          <w:sz w:val="24"/>
        </w:rPr>
        <w:t>κται. καὶ μέντοι καὶ αὐτῶν τῶν τμημάτων ἕκαστον οἷόν τε τέμνειν αὖθις, ἄχρις ἂν ἐπί τι τῶν ἀτμήτων ἀφικώμεθα. καὶ τὰ πρῶτα δὲ πάντων εἰρημένα τρία δυνατὸν εἰς ἐλάττω συνα‐ γαγεῖν, ὡς εἶναι δύο τὰ πάντα κεφάλαια τῶν τὴν θεραπείαν</w:t>
      </w:r>
    </w:p>
    <w:p>
      <w:r>
        <w:rPr>
          <w:rFonts w:ascii="Courier New" w:hAnsi="Courier New"/>
          <w:color w:val="555555"/>
          <w:sz w:val="20"/>
        </w:rPr>
        <w:t>[5]</w:t>
      </w:r>
    </w:p>
    <w:p>
      <w:r>
        <w:rPr>
          <w:rFonts w:ascii="Gentium Plus" w:hAnsi="Gentium Plus"/>
          <w:sz w:val="24"/>
        </w:rPr>
        <w:t>ἐνδεικνυμένων σκοπῶν τήν τ’ ἐνεστῶσαν διάθεσιν, ἣν νόσον ὀνομάζομεν, ἥν τ’ ἔμπροσθεν εἶχεν, ἣν ὑγείαν τε καὶ τὸ κατὰ φύσιν ἐκαλοῦμεν. οὐ γὰρ δὴ ἄλλο γέ τι τὸ ὑγιάζειν ἐστὶ παρὰ τὸ τὴν νῦν οὖσαν ἐν τῷ σώματι διάθεσιν εἰς τὸ κατὰ φύσιν ἄγειν· ἐναντίων δ’ οὐσῶν τῶν διαθέσεων ἀναγ‐</w:t>
      </w:r>
    </w:p>
    <w:p>
      <w:r>
        <w:rPr>
          <w:rFonts w:ascii="Courier New" w:hAnsi="Courier New"/>
          <w:color w:val="555555"/>
          <w:sz w:val="20"/>
        </w:rPr>
        <w:t>[10]</w:t>
      </w:r>
    </w:p>
    <w:p>
      <w:r>
        <w:rPr>
          <w:rFonts w:ascii="Gentium Plus" w:hAnsi="Gentium Plus"/>
          <w:sz w:val="24"/>
        </w:rPr>
        <w:t>καῖόν ἐστι δι’ ἐναντίαν γίγνεσθαι τὴν εἰς ἀλλήλας αὐτῶν με‐ τάπτωσιν. καὶ οὕτως αὖ πάλιν εἷς μόνος ὁ γενικώτατος ἔσται σκοπὸς τῶν ἰαμάτων ἡ ἐναντίωσις. ἐντεῦθεν οὖν πάλιν ἀρξά‐ μενοι τοὺς κατὰ μέρος ἐξεύρωμεν. ἐπειδὴ τὸ νοσοῦν ἐναν‐ τίον ἐστὶν ὑγιαίνοντι, δι’ ἐναντίων ἡ ὁδὸς ἐπ’ αὐτῶν. πῶς</w:t>
      </w:r>
    </w:p>
    <w:p>
      <w:r>
        <w:rPr>
          <w:rFonts w:ascii="Courier New" w:hAnsi="Courier New"/>
          <w:color w:val="555555"/>
          <w:sz w:val="20"/>
        </w:rPr>
        <w:t>[15]</w:t>
      </w:r>
    </w:p>
    <w:p>
      <w:r>
        <w:rPr>
          <w:rFonts w:ascii="Gentium Plus" w:hAnsi="Gentium Plus"/>
          <w:sz w:val="24"/>
        </w:rPr>
        <w:t>δ’ εὑρεθήσεται τὸ ποσὸν ἐν τοῖς ἐναντίοις; οὐ γὰρ ἀρκεῖ δή‐ που προσαγαγεῖν τὰ ψύχοντα ταῖς θερμαῖς διαθέσεσιν ἄνευ</w:t>
      </w:r>
    </w:p>
    <w:p>
      <w:r>
        <w:rPr>
          <w:rFonts w:ascii="Courier New" w:hAnsi="Courier New"/>
          <w:color w:val="555555"/>
          <w:sz w:val="20"/>
        </w:rPr>
        <w:t>[10 . 651]</w:t>
      </w:r>
    </w:p>
    <w:p>
      <w:r>
        <w:rPr>
          <w:rFonts w:ascii="Gentium Plus" w:hAnsi="Gentium Plus"/>
          <w:sz w:val="24"/>
        </w:rPr>
        <w:t>λιπεῖν τι καὶ τῆς νόσου λείψανον, ὑπερβάλλοντας δὲ γένος ἐναντίον ἀπεργάσασθαι νοσήματος. ὁ γὰρ ἐπὶ πλέον ἢ χρὴ ψύχων τὸ θερμὸν νόσημα τὴν ὑγιεινὴν ὑπερβὰς συμμετρίαν, ἕτερον ἐργάσεται νόσημα ψυχρόν. ὅπως οὖν τοῦτο μὴ γί‐</w:t>
      </w:r>
    </w:p>
    <w:p>
      <w:r>
        <w:rPr>
          <w:rFonts w:ascii="Courier New" w:hAnsi="Courier New"/>
          <w:color w:val="555555"/>
          <w:sz w:val="20"/>
        </w:rPr>
        <w:t>[5]</w:t>
      </w:r>
    </w:p>
    <w:p>
      <w:r>
        <w:rPr>
          <w:rFonts w:ascii="Gentium Plus" w:hAnsi="Gentium Plus"/>
          <w:sz w:val="24"/>
        </w:rPr>
        <w:t>γνοιτο, τὴν φύσιν ἐπίστασθαι χρὴ τοῦ θεραπευομένου σώ‐ ματος, ἵν’ ὁπόσον ἀφέστηκεν αὐτοῦ ἡ νόσος τῆς συμμετρίας γνόντες ἐπιθῶμεν τῷ ψύχοντι βοηθήματι τὸ μέτρον. ἀλλ’ οὐχ οἷόν τε τὴν ἀπόστασιν αὐτῶν ἐξευρεῖν, εἰ μὴ γνοίη‐ μεν εἰς ὅσον ἦν ὑγρὸν, ἢ ξηρὸν, ἢ θερμὸν, ἢ ψυχρὸν ὅθ’</w:t>
      </w:r>
    </w:p>
    <w:p>
      <w:r>
        <w:rPr>
          <w:rFonts w:ascii="Courier New" w:hAnsi="Courier New"/>
          <w:color w:val="555555"/>
          <w:sz w:val="20"/>
        </w:rPr>
        <w:t>[10]</w:t>
      </w:r>
    </w:p>
    <w:p>
      <w:r>
        <w:rPr>
          <w:rFonts w:ascii="Gentium Plus" w:hAnsi="Gentium Plus"/>
          <w:sz w:val="24"/>
        </w:rPr>
        <w:t>ὑγίαινεν, εἰς ὅσον δ’ ἐξέστηκεν ἐν τῷ νοσεῖν. τὸ μὲν γὰρ ἐπὶ πλεῖστον προκεχωρηκὸς τοῦ κατὰ φύσιν ἰσχυρῶν δεῖται τῶν ἐναντίων, τὸ δ’ οὐκ ἐπὶ πλεῖστον ἀσθενῶν. ἐπὶ πλεῖστον μὲν οὖν ἀφέστηκε τὸ ψυχρὸν νόσημα τοῦ φύσει θερμοῦ σώματος, ὥσπερ γε καὶ τὸ θερμὸν τοῦ ψυχροῦ· ἔλαττον δὲ</w:t>
      </w:r>
    </w:p>
    <w:p>
      <w:r>
        <w:rPr>
          <w:rFonts w:ascii="Courier New" w:hAnsi="Courier New"/>
          <w:color w:val="555555"/>
          <w:sz w:val="20"/>
        </w:rPr>
        <w:t>[15]</w:t>
      </w:r>
    </w:p>
    <w:p>
      <w:r>
        <w:rPr>
          <w:rFonts w:ascii="Gentium Plus" w:hAnsi="Gentium Plus"/>
          <w:sz w:val="24"/>
        </w:rPr>
        <w:t>ἀφέστηκε τὸ μὲν θερμὸν τοῦ θερμοῦ, τὸ δὲ ψυχρὸν τοῦ ψυ‐ χροῦ, ὥστ’ ἐξ ἀμφοῖν ἡ ἔνδειξις. ἀλλ’ ἐπεὶ τῶν μὲν ἄλλων ἁπάντων βοηθημάτων τῆς ὕλης ἡ ἔκλεξις ἐφ’ ἡμῖν ἐστι, τῆς</w:t>
      </w:r>
    </w:p>
    <w:p>
      <w:r>
        <w:rPr>
          <w:rFonts w:ascii="Courier New" w:hAnsi="Courier New"/>
          <w:color w:val="555555"/>
          <w:sz w:val="20"/>
        </w:rPr>
        <w:t>[10 . 652]</w:t>
      </w:r>
    </w:p>
    <w:p>
      <w:r>
        <w:rPr>
          <w:rFonts w:ascii="Gentium Plus" w:hAnsi="Gentium Plus"/>
          <w:sz w:val="24"/>
        </w:rPr>
        <w:t>τὴν ἔνδειξιν λαμβάνειν. ἀλλ’ ἐπεὶ διαγινώσκειν προσήκει τὰς κράσεις τῶν σωμάτων ἀκριβῶς, ἔστι δὲ πάνυ χαλεπὸν τὸ τοιοῦτον, πειρατέον μὲν δήπου καὶ ἐκ τῶν ἐν τοῖς περὶ κρά‐ σεων εἰρημένοις ἐξευρίσκειν αὐτάς· ἐξ ἐπιμέτρου δὲ πρὸς</w:t>
      </w:r>
    </w:p>
    <w:p>
      <w:r>
        <w:rPr>
          <w:rFonts w:ascii="Courier New" w:hAnsi="Courier New"/>
          <w:color w:val="555555"/>
          <w:sz w:val="20"/>
        </w:rPr>
        <w:t>[5]</w:t>
      </w:r>
    </w:p>
    <w:p>
      <w:r>
        <w:rPr>
          <w:rFonts w:ascii="Gentium Plus" w:hAnsi="Gentium Plus"/>
          <w:sz w:val="24"/>
        </w:rPr>
        <w:t>ἐπιστημονικωτέραν διάγνωσιν, ἀπό τε τῆς ἡλικίας καὶ τοῦ προηγουμένου βίου παντὸς, ὃς ἐξ ἐπιτηδευμάτων τε καὶ διαί‐ της συνέστηκε καὶ τῆς ἐν τῷ τοιῷδε χωρίῳ καὶ ὥρᾳ τῇδε καὶ καταστάσει τῇδε διατριβῆς. εἰ μὲν γὰρ ἰσχνὸς φύσει καὶ θερμὸς ἁπτομένῳ καὶ χολώδης καὶ θυμικὸς καὶ δασὺς, θερ‐</w:t>
      </w:r>
    </w:p>
    <w:p>
      <w:r>
        <w:rPr>
          <w:rFonts w:ascii="Courier New" w:hAnsi="Courier New"/>
          <w:color w:val="555555"/>
          <w:sz w:val="20"/>
        </w:rPr>
        <w:t>[10]</w:t>
      </w:r>
    </w:p>
    <w:p>
      <w:r>
        <w:rPr>
          <w:rFonts w:ascii="Gentium Plus" w:hAnsi="Gentium Plus"/>
          <w:sz w:val="24"/>
        </w:rPr>
        <w:t>μὸς οὗτός ἐστι καὶ ξηρὸς τὴν κρᾶσιν, οὐ μὴν ἐξ ἀνάγκης γε καὶ νῦν, ὁπότε νοσεῖν ὑπήρξατο, τὴν αὐτὴν ἀκριβῶς ἔχει διά‐ θεσιν. ἐγχωρεῖ γὰρ αὐτῷ βίον ἀργὸν ἐν ὑγροῖς καὶ ψυχροῖς ἐδέσμασί τε καὶ ποτοῖς γεγονέναι· καὶ πρὸς τούτοις ἔτι καὶ βαλανείοις ἐπὶ τροφαῖς καὶ ὕπνοις πολλοῖς ἐν ὑγρῷ καὶ</w:t>
      </w:r>
    </w:p>
    <w:p>
      <w:r>
        <w:rPr>
          <w:rFonts w:ascii="Courier New" w:hAnsi="Courier New"/>
          <w:color w:val="555555"/>
          <w:sz w:val="20"/>
        </w:rPr>
        <w:t>[15]</w:t>
      </w:r>
    </w:p>
    <w:p>
      <w:r>
        <w:rPr>
          <w:rFonts w:ascii="Gentium Plus" w:hAnsi="Gentium Plus"/>
          <w:sz w:val="24"/>
        </w:rPr>
        <w:t>ψυχρῷ χωρίῳ χειμῶνος, ὑγρᾶς καὶ ψυχρᾶς ἐπικρατούσης καταστάσεως, ὥσπερ γε τἀναντία τούτων ἐγχωρεῖ προηγήσα‐ σθαι, τουτέστι τὰ θερμαίνοντα καὶ ξηραίνοντα καθ’ ἕκαστον</w:t>
      </w:r>
    </w:p>
    <w:p>
      <w:r>
        <w:rPr>
          <w:rFonts w:ascii="Courier New" w:hAnsi="Courier New"/>
          <w:color w:val="555555"/>
          <w:sz w:val="20"/>
        </w:rPr>
        <w:t>[10 . 653]</w:t>
      </w:r>
    </w:p>
    <w:p>
      <w:r>
        <w:rPr>
          <w:rFonts w:ascii="Gentium Plus" w:hAnsi="Gentium Plus"/>
          <w:sz w:val="24"/>
        </w:rPr>
        <w:t>ἀναπληρώσομεν ὅσον ἂν ἐνδεὲς ἔχωμεν εἰς τὴν τῆς ἐνεστώσης διάγνωσιν κράσεως, ἐξ ἐκείνης δὲ εὑρεθείσης τὴν τῶν ποιη‐ τέων ἔνδειξιν ἕξομεν. Ἐλέγετο γοῦν ἔμπροσθεν ἐπὶ τῆς τοῦ ψυ‐</w:t>
      </w:r>
    </w:p>
    <w:p>
      <w:r>
        <w:rPr>
          <w:rFonts w:ascii="Courier New" w:hAnsi="Courier New"/>
          <w:color w:val="555555"/>
          <w:sz w:val="20"/>
        </w:rPr>
        <w:t>[5]</w:t>
      </w:r>
    </w:p>
    <w:p>
      <w:r>
        <w:rPr>
          <w:rFonts w:ascii="Gentium Plus" w:hAnsi="Gentium Plus"/>
          <w:sz w:val="24"/>
        </w:rPr>
        <w:t>χροῦ δόσεως ἕν τι καὶ τοῦτο ἐπισκεπτέον εἶναι, μή τι τῶν μορίων φύσει ψυχρὸν ὂν ἐκ τῆς πόσεως αὐτοῦ βλαβείη μεγάλως. ἆρ’ οὖν ἐγχωρεῖ τὴν κρᾶσιν ἑκάστου τῶν μορίων ἐπὶ τοῦ κάμνοντος ἀνθρώπου, χωρὶς ὧν εἴπομεν σημείων ἐν ταῖς περὶ τούτων πραγματείαις ἐξευρεῖν; ἐκεῖνοι μὲν οὖν</w:t>
      </w:r>
    </w:p>
    <w:p>
      <w:r>
        <w:rPr>
          <w:rFonts w:ascii="Courier New" w:hAnsi="Courier New"/>
          <w:color w:val="555555"/>
          <w:sz w:val="20"/>
        </w:rPr>
        <w:t>[10]</w:t>
      </w:r>
    </w:p>
    <w:p>
      <w:r>
        <w:rPr>
          <w:rFonts w:ascii="Gentium Plus" w:hAnsi="Gentium Plus"/>
          <w:sz w:val="24"/>
        </w:rPr>
        <w:t>οὔτε ζητοῦσιν οὔτε ἴσασιν, ἀλλὰ καὶ κατὰ τὴν παροιμίαν ἑνὶ καλόποδι πάντας ὑποδέουσιν. ἡμεῖς δὴ ζητήσαντες εὕρο‐ μεν ὅτι διὰ πολλῶν καὶ δυσκόλων γνωσθῆναι γνωρισμάτων ἑκάστου τῶν μορίων ἡ κρᾶσις εὑρίσκεται, στοχαστικῶς μᾶλ‐ λον ἢ ἐπιστημονικῶς. ἐὰν τοίνυν φανῇ τι γνωρισμάτων</w:t>
      </w:r>
    </w:p>
    <w:p>
      <w:r>
        <w:rPr>
          <w:rFonts w:ascii="Courier New" w:hAnsi="Courier New"/>
          <w:color w:val="555555"/>
          <w:sz w:val="20"/>
        </w:rPr>
        <w:t>[15]</w:t>
      </w:r>
    </w:p>
    <w:p>
      <w:r>
        <w:rPr>
          <w:rFonts w:ascii="Gentium Plus" w:hAnsi="Gentium Plus"/>
          <w:sz w:val="24"/>
        </w:rPr>
        <w:t>πολλῶν τε καὶ μακρῶν ἀκριβέστερον ἓν, οὐκ ἂν ἀποῤῥίψαν‐ τες ἐκεῖνα τοῦτο ἀντὶ πάντων ἑλοίμεθα; πᾶς, οἶμαι, νοῦν ἔχων ὁμολογήσει. καὶ μὴν οὐδ’ ἐγγύς ἐστι τῇ πίστει τὰ γνω‐</w:t>
      </w:r>
    </w:p>
    <w:p>
      <w:r>
        <w:rPr>
          <w:rFonts w:ascii="Courier New" w:hAnsi="Courier New"/>
          <w:color w:val="555555"/>
          <w:sz w:val="20"/>
        </w:rPr>
        <w:t>[10 . 654]</w:t>
      </w:r>
    </w:p>
    <w:p>
      <w:r>
        <w:rPr>
          <w:rFonts w:ascii="Gentium Plus" w:hAnsi="Gentium Plus"/>
          <w:sz w:val="24"/>
        </w:rPr>
        <w:t>ἔθους ἔνδειξιν. εἰ γὰρ ὑγιαίνων τις ἔπινεν ἀεὶ ψυχρὸν, οὔθ’ ἧπαρ οὔτε κύστιν οὔτε κοιλίαν οὔτ’ ἄλλο τι τῶν τοιού‐ των βλαπτόμενος, εὔδηλον ὡς ἰσχυρά τ’ ἐστὶν ἅπαντα ταῦτα καὶ οὐδ’ ἂν νῦν ὑπὸ τοῦ ψυχροῦ βλαβείη. μὴ τοίνυν μικρόν</w:t>
      </w:r>
    </w:p>
    <w:p>
      <w:r>
        <w:rPr>
          <w:rFonts w:ascii="Courier New" w:hAnsi="Courier New"/>
          <w:color w:val="555555"/>
          <w:sz w:val="20"/>
        </w:rPr>
        <w:t>[5]</w:t>
      </w:r>
    </w:p>
    <w:p>
      <w:r>
        <w:rPr>
          <w:rFonts w:ascii="Gentium Plus" w:hAnsi="Gentium Plus"/>
          <w:sz w:val="24"/>
        </w:rPr>
        <w:t>τινα καὶ φαῦλον σκοπὸν εἰς βοηθημάτων εὕρεσιν ὑπολαμβά‐ νωμεν εἶναι τὸ ἔθος, ὥσπερ οὐδ’ εἰς ὑγείας φυλακήν. οὐδεὶς γὰρ ἀνθρώπων οὕτως ἐστὶν ἔμπληκτος ὡς μεγάλως βλαπτό‐ μενος ὑπὸ τῆς τοῦ ψυχροῦ πόσεως εἰς πολυχρόνιον ἔθος ἀγαγεῖν τὴν χρῆσιν· ἐν γὰρ τῷ μεταξὺ βλαβεὶς ἐναργῶς ὑπ’</w:t>
      </w:r>
    </w:p>
    <w:p>
      <w:r>
        <w:rPr>
          <w:rFonts w:ascii="Courier New" w:hAnsi="Courier New"/>
          <w:color w:val="555555"/>
          <w:sz w:val="20"/>
        </w:rPr>
        <w:t>[10]</w:t>
      </w:r>
    </w:p>
    <w:p>
      <w:r>
        <w:rPr>
          <w:rFonts w:ascii="Gentium Plus" w:hAnsi="Gentium Plus"/>
          <w:sz w:val="24"/>
        </w:rPr>
        <w:t>αὐτοῦ καὶ νοσήσας ἀποστήσεται πάντως. ὥσπερ οὖν ἄλλα πολλὰ παρὰ τὰς κοινὰς ἐννοίας ἐνίοις ἐῤῥέθη τῶν ἰατρῶν, οὕτω καὶ τὸ μηδεμίαν εὕρεσιν ἢ διαίτης ὑγιεινῆς ἢ θερα‐ πείας νοσούντων ἐξ ἔθους γίγνεσθαι. φαίνεται γὰρ οὐχ ὥσπερ ἄλλ’ ἄττα σμικρὰν καὶ φαύλην ἔχον τὴν δύναμιν,</w:t>
      </w:r>
    </w:p>
    <w:p>
      <w:r>
        <w:rPr>
          <w:rFonts w:ascii="Courier New" w:hAnsi="Courier New"/>
          <w:color w:val="555555"/>
          <w:sz w:val="20"/>
        </w:rPr>
        <w:t>[15]</w:t>
      </w:r>
    </w:p>
    <w:p>
      <w:r>
        <w:rPr>
          <w:rFonts w:ascii="Gentium Plus" w:hAnsi="Gentium Plus"/>
          <w:sz w:val="24"/>
        </w:rPr>
        <w:t>ἀλλὰ μεγίστην τε καὶ κυριωτάτην, ὡς ἂν ἐνδεικνύμενον ἑκάστου τῶν σωμάτων τὴν φύσιν. ἡμεῖς μὲν οὖν ἐξ αὐτοῦ μεθόδῳ προερχόμενοι, τὴν διάθεσιν τῶν μορίων εὑρίσκεσθαί</w:t>
      </w:r>
    </w:p>
    <w:p>
      <w:r>
        <w:rPr>
          <w:rFonts w:ascii="Courier New" w:hAnsi="Courier New"/>
          <w:color w:val="555555"/>
          <w:sz w:val="20"/>
        </w:rPr>
        <w:t>[10 . 655]</w:t>
      </w:r>
    </w:p>
    <w:p>
      <w:r>
        <w:rPr>
          <w:rFonts w:ascii="Gentium Plus" w:hAnsi="Gentium Plus"/>
          <w:sz w:val="24"/>
        </w:rPr>
        <w:t>ποιητέων. ὁ δ’ ἐμπειρικὸς ὑπερβαίνειν φησὶ τὴν ζήτησιν τῆς φύσεως, ἐφ’ ὃ γὰρ ἂν ὑπ’ αὐτῆς ἤχθη, τοῦτο ἔχειν ἤδη γνῶ‐ σιν τοῦ μὴ βλάπτεσθαι τὸ τοῦ κάμνοντος σῶμα πόσει ψυ‐ χροῦ, τοῦτο δ’ εἶναι τὸ ἐξ ἀρχῆς ἡμῖν προκείμενον οὐ τῷ</w:t>
      </w:r>
    </w:p>
    <w:p>
      <w:r>
        <w:rPr>
          <w:rFonts w:ascii="Courier New" w:hAnsi="Courier New"/>
          <w:color w:val="555555"/>
          <w:sz w:val="20"/>
        </w:rPr>
        <w:t>[5]</w:t>
      </w:r>
    </w:p>
    <w:p>
      <w:r>
        <w:rPr>
          <w:rFonts w:ascii="Gentium Plus" w:hAnsi="Gentium Plus"/>
          <w:sz w:val="24"/>
        </w:rPr>
        <w:t>γνῶναι τὴν φύσιν. εἶτ’, οἶμαι, προσηκόντως ἡμᾶς μὲν ὡς μα‐ κρὰν ὁδὸν εἰκῆ περιερχομένους ἐπισκώψειεν· τοῖς δ’ ὅλως ἄχρηστον εἶναι λέγουσι τὸ ἔθος, ὡς μηδὲ τὸν κοινὸν νοῦν ἔχουσιν, εἰκότως μέμψαιτο. τί ποτ’ οὖν φήσεις πρὸς αὐτοὺς ἐροῦμεν ἡμεῖς οἱ μεθόδῳ τὴν τέχνην συνιστάμενοι; τί δ’</w:t>
      </w:r>
    </w:p>
    <w:p>
      <w:r>
        <w:rPr>
          <w:rFonts w:ascii="Courier New" w:hAnsi="Courier New"/>
          <w:color w:val="555555"/>
          <w:sz w:val="20"/>
        </w:rPr>
        <w:t>[10]</w:t>
      </w:r>
    </w:p>
    <w:p>
      <w:r>
        <w:rPr>
          <w:rFonts w:ascii="Gentium Plus" w:hAnsi="Gentium Plus"/>
          <w:sz w:val="24"/>
        </w:rPr>
        <w:t>ἄλλο γε ἢ ὅτι τἀληθῆ λέγουσιν ἐπὶ τῶν οὕτως ἐναργῆ τὴν ὠφέλειαν ἢ βλάβην ἐχόντων ἐθῶν; ἴσασι γὰρ ἅπαντες αὐτὰ καὶ πρὸ τῆς μεθόδου. τῶν δ’ ἄλλων ἐθῶν ἔνια τῶν κατὰ βραχὺ μεγάλην ἀθροιζόντων τὴν βλάβην οὐκέθ’ οἷόν τ’ ἐστὶ δι’ ἐμπειρίας ἐξευρεῖν· εἴρηται δὲ περὶ τῶν τοιούτων ἐπὶ</w:t>
      </w:r>
    </w:p>
    <w:p>
      <w:r>
        <w:rPr>
          <w:rFonts w:ascii="Courier New" w:hAnsi="Courier New"/>
          <w:color w:val="555555"/>
          <w:sz w:val="20"/>
        </w:rPr>
        <w:t>[15]</w:t>
      </w:r>
    </w:p>
    <w:p>
      <w:r>
        <w:rPr>
          <w:rFonts w:ascii="Gentium Plus" w:hAnsi="Gentium Plus"/>
          <w:sz w:val="24"/>
        </w:rPr>
        <w:t>πλέον ἐν τοῖς ὑγιεινοῖς. ὅθεν εἰ κᾀν τῇ τοῦ ψυχροῦ δόσει χωρὶς τῆς μεθόδου τὸ ἔθος ἱκανὸν, οὐδ’ ἡμεῖς δήπου τὴν</w:t>
      </w:r>
    </w:p>
    <w:p>
      <w:r>
        <w:rPr>
          <w:rFonts w:ascii="Courier New" w:hAnsi="Courier New"/>
          <w:color w:val="555555"/>
          <w:sz w:val="20"/>
        </w:rPr>
        <w:t>[10 . 656]</w:t>
      </w:r>
    </w:p>
    <w:p>
      <w:r>
        <w:rPr>
          <w:rFonts w:ascii="Gentium Plus" w:hAnsi="Gentium Plus"/>
          <w:sz w:val="24"/>
        </w:rPr>
        <w:t>ὠφελούμενοι προστίθεμεν ἔξωθεν, οἵ γε προστιθέναι δυνά‐ μενοι, τὴν ἐκ τῆς τῶν πραγμάτων φύσεως ἔνδειξιν. ἐν δὲ τῷ παρόντι λόγῳ τὴν ἀκολουθίαν τῆς μεθόδου φυλάττοντες ὁμολογοῦμεν ὁδῷ μακροτέρᾳ ταὐτὸν εὑρίσκειν, ὃ διὰ βρα‐</w:t>
      </w:r>
    </w:p>
    <w:p>
      <w:r>
        <w:rPr>
          <w:rFonts w:ascii="Courier New" w:hAnsi="Courier New"/>
          <w:color w:val="555555"/>
          <w:sz w:val="20"/>
        </w:rPr>
        <w:t>[5]</w:t>
      </w:r>
    </w:p>
    <w:p>
      <w:r>
        <w:rPr>
          <w:rFonts w:ascii="Gentium Plus" w:hAnsi="Gentium Plus"/>
          <w:sz w:val="24"/>
        </w:rPr>
        <w:t>χυτέρας ἐνῆν ἐξευρεῖν ἀναλογισμοῦ χωρίς. ἑωρακότες γὰρ, οἶμαι, πολλάκις ἤδη πολλοὺς τῶν καυσουμένων ἐν πυρετοῖς, ὅταν ἤδη μετρίως ὦσιν οἱ χυμοὶ πεπεμμένοι, παραχρῆμα λύσαντας ἤδη τὸν πυρετὸν ἐπὶ τῇ πόσει τοῦ ψυχροῦ, κᾂν ἀήθεις ὦσιν αὐτοῦ, πολὺ δήπου μᾶλλον ἐλπίσομεν ἐπὶ τῶν</w:t>
      </w:r>
    </w:p>
    <w:p>
      <w:r>
        <w:rPr>
          <w:rFonts w:ascii="Courier New" w:hAnsi="Courier New"/>
          <w:color w:val="555555"/>
          <w:sz w:val="20"/>
        </w:rPr>
        <w:t>[10]</w:t>
      </w:r>
    </w:p>
    <w:p>
      <w:r>
        <w:rPr>
          <w:rFonts w:ascii="Gentium Plus" w:hAnsi="Gentium Plus"/>
          <w:sz w:val="24"/>
        </w:rPr>
        <w:t>εἰθισμένων ἄνευ πάσης βλάβης ἔσεσθαι τὴν ὠφέλειαν. ἔχεις οὖν ἤδη καὶ τὸν περὶ τῶν ἐθῶν λόγον, εἰ καὶ κατὰ τὸ πάρ‐ εργον, ἀλλ’ ἱκανῶς διωρισμένον. ἓν γάρ τι καὶ τοῦτό ἐστι τῶν ἐνδεικνυμένων τὰς ἰάσεις διὰ μέσης τῆς τοῦ νοσήματος φύσεως, ὥσπερ γε καὶ ἡ ἡλικία. καὶ γὰρ καὶ αὕτη διὰ μέσης</w:t>
      </w:r>
    </w:p>
    <w:p>
      <w:r>
        <w:rPr>
          <w:rFonts w:ascii="Courier New" w:hAnsi="Courier New"/>
          <w:color w:val="555555"/>
          <w:sz w:val="20"/>
        </w:rPr>
        <w:t>[15]</w:t>
      </w:r>
    </w:p>
    <w:p>
      <w:r>
        <w:rPr>
          <w:rFonts w:ascii="Gentium Plus" w:hAnsi="Gentium Plus"/>
          <w:sz w:val="24"/>
        </w:rPr>
        <w:t>τῆς κράσεως ἔχει τὴν ἔνδειξιν, οἷον ἡ τῶν παιδίων ὑγρὰν καὶ θερμὴν ἔχουσα τὴν κρᾶσιν ἑτοίμως διαφορεῖται. Πρόσχες γάρ μοι κᾀνταῦθα τὸν νοῦν τῇ</w:t>
      </w:r>
    </w:p>
    <w:p>
      <w:r>
        <w:rPr>
          <w:rFonts w:ascii="Courier New" w:hAnsi="Courier New"/>
          <w:color w:val="555555"/>
          <w:sz w:val="20"/>
        </w:rPr>
        <w:t>[10 . 657]</w:t>
      </w:r>
    </w:p>
    <w:p>
      <w:r>
        <w:rPr>
          <w:rFonts w:ascii="Gentium Plus" w:hAnsi="Gentium Plus"/>
          <w:sz w:val="24"/>
        </w:rPr>
        <w:t>διὰ ξηρότητα καὶ ψύξιν· οὕτως δὲ ἡ τοῦ χαλκοῦ καὶ τοῦ σιδή‐ ρου καὶ ἡ τοῦ χρυσοῦ καὶ συνελόντι φάναι πάντων τῶν γεω‐ δῶν σωμάτων. ἡ δέ γε τῶν ὑγρῶν καὶ θερμῶν εἰς τὸ περι‐ έχον ἀεὶ σκίδναται τάχιστα, ποτὲ μὲν εἰς αἰσθητοὺς ἀτμοὺς</w:t>
      </w:r>
    </w:p>
    <w:p>
      <w:r>
        <w:rPr>
          <w:rFonts w:ascii="Courier New" w:hAnsi="Courier New"/>
          <w:color w:val="555555"/>
          <w:sz w:val="20"/>
        </w:rPr>
        <w:t>[5]</w:t>
      </w:r>
    </w:p>
    <w:p>
      <w:r>
        <w:rPr>
          <w:rFonts w:ascii="Gentium Plus" w:hAnsi="Gentium Plus"/>
          <w:sz w:val="24"/>
        </w:rPr>
        <w:t>λυομένη, ποτὲ δ’ εἰς ἀδήλους μὲν τῇ ὄψει, τῷ λόγῳ δὲ γνω‐ στὰς ἀποῤῥοάς. αὗται μὲν οὖν αἱ φύσεις τῶν σωμάτων οἷον ἐκ διαμέτρου πρὸς ἀλλήλας ἀντίκεινται· τῶν δ’ ἄλλων ἁπα‐ σῶν ἐν μὲν τῇ ξηρᾷ καὶ ψυχρᾷ φύσει πλησιέστερον ὑπάρ‐ χουσαι δυσδιαφόρητοι μέν εἰσιν, ἀλλ’ ἧττον σιδήρου καὶ</w:t>
      </w:r>
    </w:p>
    <w:p>
      <w:r>
        <w:rPr>
          <w:rFonts w:ascii="Courier New" w:hAnsi="Courier New"/>
          <w:color w:val="555555"/>
          <w:sz w:val="20"/>
        </w:rPr>
        <w:t>[10]</w:t>
      </w:r>
    </w:p>
    <w:p>
      <w:r>
        <w:rPr>
          <w:rFonts w:ascii="Gentium Plus" w:hAnsi="Gentium Plus"/>
          <w:sz w:val="24"/>
        </w:rPr>
        <w:t>λίθου καὶ ἀδάμαντος. ἐν δὲ τῇ θερμῇ καὶ ὑγρᾷ διαφοροῦν‐ ται μὲν ἑτοιμότερον, ἀλλ’ ἧττον καὶ αὗται τοῦ θερμανθέντος ὕδατος. χωρὶς μὲν γὰρ θερμότητος οὐχ οἷόν τ’ ἐστι διαφο‐ ρεῖσθαί τι σῶμα, μενούσης αὐτοῦ τῆς οὐσίας ἐσφιγμένης τε καὶ πεπιλημένης· ὑπὸ θερμότητος δ’ οὐχ ἅπαν, ἀλλ’ ὅσον</w:t>
      </w:r>
    </w:p>
    <w:p>
      <w:r>
        <w:rPr>
          <w:rFonts w:ascii="Courier New" w:hAnsi="Courier New"/>
          <w:color w:val="555555"/>
          <w:sz w:val="20"/>
        </w:rPr>
        <w:t>[15]</w:t>
      </w:r>
    </w:p>
    <w:p>
      <w:r>
        <w:rPr>
          <w:rFonts w:ascii="Gentium Plus" w:hAnsi="Gentium Plus"/>
          <w:sz w:val="24"/>
        </w:rPr>
        <w:t>ἐπιτήδειόν ἐστιν εἰς ἀτμοὺς λύεσθαι· τοιοῦτον δ’ ἐστὶ δήπου τὸ ὑγρόν. ἡ τοίνυν τῶν παιδίων οὐσία ῥᾷστα διαφορεῖται</w:t>
      </w:r>
    </w:p>
    <w:p>
      <w:r>
        <w:rPr>
          <w:rFonts w:ascii="Courier New" w:hAnsi="Courier New"/>
          <w:color w:val="555555"/>
          <w:sz w:val="20"/>
        </w:rPr>
        <w:t>[10 . 658]</w:t>
      </w:r>
    </w:p>
    <w:p>
      <w:r>
        <w:rPr>
          <w:rFonts w:ascii="Gentium Plus" w:hAnsi="Gentium Plus"/>
          <w:sz w:val="24"/>
        </w:rPr>
        <w:t>δὲ οὐδεμιᾶς. ὥστε οὐ χρῄζει κενωτικοῦ βοηθήματος, ἐξ ἑαυτῆς ἔχουσα τὸ κενοῦσθαι σύμφυτον. γίγνεται δὲ δήπου καὶ διὰ χώραν θερμὴν καὶ ξηρὰν, ὥραν τε θερινὴν καὶ κατά‐ στασιν ἱκανῶς θερμὴν καὶ ξηρὰν ἡ διὰ τῆς ἐπιφανείας τοῦ</w:t>
      </w:r>
    </w:p>
    <w:p>
      <w:r>
        <w:rPr>
          <w:rFonts w:ascii="Courier New" w:hAnsi="Courier New"/>
          <w:color w:val="555555"/>
          <w:sz w:val="20"/>
        </w:rPr>
        <w:t>[5]</w:t>
      </w:r>
    </w:p>
    <w:p>
      <w:r>
        <w:rPr>
          <w:rFonts w:ascii="Gentium Plus" w:hAnsi="Gentium Plus"/>
          <w:sz w:val="24"/>
        </w:rPr>
        <w:t>σώματος ἀξιόλογος κένωσις, ὥσπερ καὶ διὰ ταύτην τοὺς δεομένους αἵματος ἀφαιρέσεως ἢ οὐδ’ ὅλως φλεβοτομήσο‐ μεν ἢ ὀλίγον ἀφαιρήσομεν. ἔσονται δὲ καὶ κατὰ τὴν τομὴν τήνδε πολλοὶ σκοποὶ, ἡ φύσις ἡ ἐξ ἀρχῆς, τὸ ἔθος, ἡ ἡλικία, τὸ χωρίον, ἡ ὥρα τοῦ ἔτους, ἡ κατάστασις, ἔτι τε πρὸς τού‐</w:t>
      </w:r>
    </w:p>
    <w:p>
      <w:r>
        <w:rPr>
          <w:rFonts w:ascii="Courier New" w:hAnsi="Courier New"/>
          <w:color w:val="555555"/>
          <w:sz w:val="20"/>
        </w:rPr>
        <w:t>[10]</w:t>
      </w:r>
    </w:p>
    <w:p>
      <w:r>
        <w:rPr>
          <w:rFonts w:ascii="Gentium Plus" w:hAnsi="Gentium Plus"/>
          <w:sz w:val="24"/>
        </w:rPr>
        <w:t>τοις ἡ νοσώδης διάθεσις ἣν θεραπευόμεν, ἑτέρῳ τε τρόπῳ πρὸ αὐτῆς ἡ τοῦ κάμνοντος δύναμις. οὐσῶν δὲ δηλονότι πολλῶν τῶν διαθέσεων ἰδίᾳ καθ’ ἑκάστην αὐτῶν ἡ ἔνδειξις· ἀπὸ μὲν τῆς θερμῆς ἡ τοῦ ψύχειν, ἀπὸ δὲ τῆς ψυχρᾶς ἡ τοῦ θερμαίνειν, ἑκάστης τε τῶν ἄλλων ὑπεναντίωσις, ὥστε ὀκτὼ</w:t>
      </w:r>
    </w:p>
    <w:p>
      <w:r>
        <w:rPr>
          <w:rFonts w:ascii="Courier New" w:hAnsi="Courier New"/>
          <w:color w:val="555555"/>
          <w:sz w:val="20"/>
        </w:rPr>
        <w:t>[15]</w:t>
      </w:r>
    </w:p>
    <w:p>
      <w:r>
        <w:rPr>
          <w:rFonts w:ascii="Gentium Plus" w:hAnsi="Gentium Plus"/>
          <w:sz w:val="24"/>
        </w:rPr>
        <w:t>δυσκρασιῶν οὐσῶν ὀκτὼ καὶ τοὺς κατὰ μέρος εἶναι σκοποὺς ἁπάντων τῶν ἐπιγιγνομένων νοσημάτων τοῖς ἁπλοῖς σώμα‐ σιν, ἐξ ἐπιμέτρου δὲ τὸν κοινὸν πρὸς τὰς τῶν ὀργανικῶν</w:t>
      </w:r>
    </w:p>
    <w:p>
      <w:r>
        <w:rPr>
          <w:rFonts w:ascii="Courier New" w:hAnsi="Courier New"/>
          <w:color w:val="555555"/>
          <w:sz w:val="20"/>
        </w:rPr>
        <w:t>[10 . 659]</w:t>
      </w:r>
    </w:p>
    <w:p>
      <w:r>
        <w:rPr>
          <w:rFonts w:ascii="Gentium Plus" w:hAnsi="Gentium Plus"/>
          <w:sz w:val="24"/>
        </w:rPr>
        <w:t>ἀναγκασθέντες ἑρμηνεύειν αὐτὸ συνεχείας λύσιν ἐκαλέσαμεν, ἐπεδείξαμέν τε τὸν κοινὸν κᾀνταῦθα τῆς θεραπείας σκοπὸν εἶναι τὴν ἕνωσιν. ὅσοι δ’ ἐξ αὐτοῦ τούτου πάλιν τεμνόμενοι κατὰ μέρος συνίστανται, διὰ τῶν τεττάρων ὑπομνημάτων</w:t>
      </w:r>
    </w:p>
    <w:p>
      <w:r>
        <w:rPr>
          <w:rFonts w:ascii="Courier New" w:hAnsi="Courier New"/>
          <w:color w:val="555555"/>
          <w:sz w:val="20"/>
        </w:rPr>
        <w:t>[5]</w:t>
      </w:r>
    </w:p>
    <w:p>
      <w:r>
        <w:rPr>
          <w:rFonts w:ascii="Gentium Plus" w:hAnsi="Gentium Plus"/>
          <w:sz w:val="24"/>
        </w:rPr>
        <w:t>ἐδείχθησαν, τοῦ τρίτου τῶν ἐν τῇδε τῇ πραγματείᾳ καὶ τετάρ‐ του καὶ πέμπτου καὶ ἕκτου. νυνὶ μὲν οὖν ἔτι τὸν περὶ τῶν δυσκρασιῶν ἐν τοῖς ἑξῆς ὑπομνήμασι ποιήσομαι λόγον. συντελέσας δ’ αὐτὸν ἐπὶ τὰ τῶν ὀργανικῶν μορίων ἀφίξομαι νοσήματα καὶ δείξω κατὰ τὴν αὐτὴν μέθοδον ἐν</w:t>
      </w:r>
    </w:p>
    <w:p>
      <w:r>
        <w:rPr>
          <w:rFonts w:ascii="Courier New" w:hAnsi="Courier New"/>
          <w:color w:val="555555"/>
          <w:sz w:val="20"/>
        </w:rPr>
        <w:t>[10]</w:t>
      </w:r>
    </w:p>
    <w:p>
      <w:r>
        <w:rPr>
          <w:rFonts w:ascii="Gentium Plus" w:hAnsi="Gentium Plus"/>
          <w:sz w:val="24"/>
        </w:rPr>
        <w:t>αὐτοῖς τούς τε πρώτους ἁπάντων σκοποὺς, οὓς γενικωτάτους ὀνομάζειν οὐδὲν κωλύει, καὶ τοὺς ἐκ τῆς τούτων τομῆς γενο‐ μένους· εἶτ’ αὖθις τοὺς ἐξ ἐκείνων, ἄχρι περ ἂν ἐπί τι τῶν μηκέτι ἐγχωρούντων τομὴν ἀφικώμεθα· ταύτην γὰρ ἡμᾶς ὁ Πλάτων ἐδίδαξε μέθοδον ἁπάσης τέχνης συστάσεως. ἀλλὰ</w:t>
      </w:r>
    </w:p>
    <w:p>
      <w:r>
        <w:rPr>
          <w:rFonts w:ascii="Courier New" w:hAnsi="Courier New"/>
          <w:color w:val="555555"/>
          <w:sz w:val="20"/>
        </w:rPr>
        <w:t>[15]</w:t>
      </w:r>
    </w:p>
    <w:p>
      <w:r>
        <w:rPr>
          <w:rFonts w:ascii="Gentium Plus" w:hAnsi="Gentium Plus"/>
          <w:sz w:val="24"/>
        </w:rPr>
        <w:t>περὶ μὲν τῶν ὀργανικῶν, ὡς ἔφην, αὖθις εἰρήσεται· νυνὶ δ’ ἀναμνησθέντες ἐν τίνι μέρει τῆς προκειμένης πραγματείας ἐσμὲν, ἐπιθῶμεν ἤδη τῇ παρούσῃ διεξόδῳ τὴν προσήκουσαν</w:t>
      </w:r>
    </w:p>
    <w:p>
      <w:r>
        <w:rPr>
          <w:rFonts w:ascii="Courier New" w:hAnsi="Courier New"/>
          <w:color w:val="555555"/>
          <w:sz w:val="20"/>
        </w:rPr>
        <w:t>[10 . 660]</w:t>
      </w:r>
    </w:p>
    <w:p>
      <w:r>
        <w:rPr>
          <w:rFonts w:ascii="Gentium Plus" w:hAnsi="Gentium Plus"/>
          <w:sz w:val="24"/>
        </w:rPr>
        <w:t>ὁμοιομερέσι καὶ ἁπλοῖς ὀνομαζομένοις τοῦ ζώου μορίοις, ὃ καλεῖται δυσκρασία. ταύτης τῆς δυσκρασίας ἐνίας μὲν ἐδεί‐ ξαμεν ἀλλοιουμένων τῶν σωμάτων κατὰ ψιλὰς ποιότητας, ἐνίας δὲ μεθ’ ὕλης τινὸς εἰς αὐτὰ κατασκηπτούσης ἀποτελεῖ‐</w:t>
      </w:r>
    </w:p>
    <w:p>
      <w:r>
        <w:rPr>
          <w:rFonts w:ascii="Courier New" w:hAnsi="Courier New"/>
          <w:color w:val="555555"/>
          <w:sz w:val="20"/>
        </w:rPr>
        <w:t>[5]</w:t>
      </w:r>
    </w:p>
    <w:p>
      <w:r>
        <w:rPr>
          <w:rFonts w:ascii="Gentium Plus" w:hAnsi="Gentium Plus"/>
          <w:sz w:val="24"/>
        </w:rPr>
        <w:t>σθαι, γίγνεσθαι δ’ ἑκατέρας αὖ πάλιν ἤτοι περὶ ἓν ἢ πλείω μόρια τῶν ζώων ἢ καὶ σύμπαν τὸ σῶμα. διελθόντες οὖν ἐν τῷ τῆσδε τῆς πραγματείας ἑβδόμῳ γράμματι τὰς περὶ τὰ μόρια συνισταμένας δυσκρασίας ἀλλοιουμένων μόνων τῶν ποιοτήτων, ἑξῆς ἐν δυοῖν τούτοιν ἐπὶ τὰς εἰς ὅλον ἐκτεταμέ‐</w:t>
      </w:r>
    </w:p>
    <w:p>
      <w:r>
        <w:rPr>
          <w:rFonts w:ascii="Courier New" w:hAnsi="Courier New"/>
          <w:color w:val="555555"/>
          <w:sz w:val="20"/>
        </w:rPr>
        <w:t>[10]</w:t>
      </w:r>
    </w:p>
    <w:p>
      <w:r>
        <w:rPr>
          <w:rFonts w:ascii="Gentium Plus" w:hAnsi="Gentium Plus"/>
          <w:sz w:val="24"/>
        </w:rPr>
        <w:t>νας τὸ ζῶον ἀφικόμενοι περὶ πρώτων ἔγνωμεν διαλεχθῆναι τῶν πυρετῶν. ἐπεὶ δὲ καὶ τούτων αὐτῶν ἔνιοι μὲν ἔτι γίνον‐ ται, τῆς ἐργαζομένης αὐτοὺς αἰτίας ἐν τῷ σώματι περιεχομέ‐ νης, ἔνιοι δ’ ἐγένοντο μὲν, οἴχεται δ’ αὐτῶν τὸ ποιῆσαν αἴτιον, ἄμεινον ἐδόκει τὸν λόγον ἐπὶ τούτους πρώτους ἄγειν, ἁπλῆν</w:t>
      </w:r>
    </w:p>
    <w:p>
      <w:r>
        <w:rPr>
          <w:rFonts w:ascii="Courier New" w:hAnsi="Courier New"/>
          <w:color w:val="555555"/>
          <w:sz w:val="20"/>
        </w:rPr>
        <w:t>[15]</w:t>
      </w:r>
    </w:p>
    <w:p>
      <w:r>
        <w:rPr>
          <w:rFonts w:ascii="Gentium Plus" w:hAnsi="Gentium Plus"/>
          <w:sz w:val="24"/>
        </w:rPr>
        <w:t>τὴν πρώτην ἔνδειξιν ἔχοντας, εἶθ’ ἑξῆς αὐτῶν ἅψασθαι τῷ λόγῳ κᾀκείνων τῶν πυρετῶν ὧν ἐν τῷ σώματι τὸ ποιοῦν</w:t>
      </w:r>
    </w:p>
    <w:p>
      <w:r>
        <w:rPr>
          <w:rFonts w:ascii="Courier New" w:hAnsi="Courier New"/>
          <w:color w:val="555555"/>
          <w:sz w:val="20"/>
        </w:rPr>
        <w:t>[10 . 661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Κ.</w:t>
      </w:r>
    </w:p>
    <w:p>
      <w:r>
        <w:rPr>
          <w:rFonts w:ascii="Courier New" w:hAnsi="Courier New"/>
          <w:color w:val="555555"/>
          <w:sz w:val="20"/>
        </w:rPr>
        <w:t>[1]</w:t>
      </w:r>
    </w:p>
    <w:p>
      <w:r>
        <w:rPr>
          <w:rFonts w:ascii="Gentium Plus" w:hAnsi="Gentium Plus"/>
          <w:sz w:val="24"/>
        </w:rPr>
        <w:t>Ἐπὶ μὲν δὴ τῶν ἐφημέρων πυρετῶν ἁπλῆ τίς ἐστιν ἡ παρὰ φύσιν ἐν τῷ σώματι διάθεσις, ὡς ἂν τῶν πρῶτον ἐργασαμένων αἰτίων αὐτοὺς οὐκ ἔτ’ ὄντων. ἐφ’ ὧν δ’ ἐστὶν ἔτι τὸ ποιοῦν αἴτιον, οὐκ ἐπὶ τούτων οὔθ’ ἡ διάθε‐</w:t>
      </w:r>
    </w:p>
    <w:p>
      <w:r>
        <w:rPr>
          <w:rFonts w:ascii="Courier New" w:hAnsi="Courier New"/>
          <w:color w:val="555555"/>
          <w:sz w:val="20"/>
        </w:rPr>
        <w:t>[5]</w:t>
      </w:r>
    </w:p>
    <w:p>
      <w:r>
        <w:rPr>
          <w:rFonts w:ascii="Gentium Plus" w:hAnsi="Gentium Plus"/>
          <w:sz w:val="24"/>
        </w:rPr>
        <w:t>σις οὔθ’ ἡ ἴασις ἁπλῆ. χρὴ γὰρ τὸ μὲν ἤδη γεγονὸς τοῦ πυρετοῦ λύειν ἐκ τῆς οἰκείας ἐνδείξεως αὐτοῦ, τὸ δὲ γεννη‐ σόμενον ἀποτρέπειν τε καὶ κωλύειν γενέσθαι· κωλυθήσεται δὲ τῆς ποιούσης αἰτίας αὐτὸ τελέως ἐκκοπείσης. ὥστ’ ἐν μὲν</w:t>
      </w:r>
    </w:p>
    <w:p>
      <w:r>
        <w:rPr>
          <w:rFonts w:ascii="Courier New" w:hAnsi="Courier New"/>
          <w:color w:val="555555"/>
          <w:sz w:val="20"/>
        </w:rPr>
        <w:t>[10 . 662]</w:t>
      </w:r>
    </w:p>
    <w:p>
      <w:r>
        <w:rPr>
          <w:rFonts w:ascii="Gentium Plus" w:hAnsi="Gentium Plus"/>
          <w:sz w:val="24"/>
        </w:rPr>
        <w:t>λισθ’ ἡμῖν ἔσται, συνεπισκοπουμένοις αὐτῷ φύσιν καὶ ἡλικίαν καὶ ἔθος, ὥραν τε καὶ κατάστασιν καὶ χώραν καὶ δύναμιν. ἐν δὲ τοῖς ἄλλοις ὅσοι τὴν ἀνάπτουσαν αὐτοὺς αἰτίαν ἔχου‐ σιν ἔνδον ὁ πρῶτος σκοπὸς τῆς ἐνδείξεως ἀπὸ τῆς αἰτίας</w:t>
      </w:r>
    </w:p>
    <w:p>
      <w:r>
        <w:rPr>
          <w:rFonts w:ascii="Courier New" w:hAnsi="Courier New"/>
          <w:color w:val="555555"/>
          <w:sz w:val="20"/>
        </w:rPr>
        <w:t>[5]</w:t>
      </w:r>
    </w:p>
    <w:p>
      <w:r>
        <w:rPr>
          <w:rFonts w:ascii="Gentium Plus" w:hAnsi="Gentium Plus"/>
          <w:sz w:val="24"/>
        </w:rPr>
        <w:t>ἐστίν. εἴπερ οὖν ὀρθῶς ἡμῖν ἐδείχθη σῆψις χυμῶν αἰτία τῶν πολυημέρων εἶναι πυρετῶν, ταύτην ἰάσασθαι χρὴ πρώτην, οὐκ ἀμελοῦντας οὐδὲ τοῦ σβεννύναι τὸν ἐξ αὐτῆς ἀνῆφθαι φθάσαντα πυρετόν. εἰ μὲν οὖν εἰς ταὐτὸ συμβαίνοι τά τε τοῦ πυρετοῦ σβεστήρια καὶ τὰ τῆς αἰτίας ἀλεξητήρια, τὸ δη‐</w:t>
      </w:r>
    </w:p>
    <w:p>
      <w:r>
        <w:rPr>
          <w:rFonts w:ascii="Courier New" w:hAnsi="Courier New"/>
          <w:color w:val="555555"/>
          <w:sz w:val="20"/>
        </w:rPr>
        <w:t>[10]</w:t>
      </w:r>
    </w:p>
    <w:p>
      <w:r>
        <w:rPr>
          <w:rFonts w:ascii="Gentium Plus" w:hAnsi="Gentium Plus"/>
          <w:sz w:val="24"/>
        </w:rPr>
        <w:t>λούμενον ὑπ’ ἀμφοῖν ἓν ὂν ἑτοίμως πρακτέον. εἰ δὲ ἡ τῶν ἤδη γεγονότων πυρετῶν ἴασις αὐξάνει τὴν ἀνάπτουσαν αὐ‐ τοὺς αἰτίαν, ἢ τὰ τὴν αἰτίαν ἐκκόπτοντα παροξύνει τοὺς πυρετοὺς, ἐπισκεπτέον ἀκριβῶς ὑπὲρ τῆς τῶν βοηθημάτων ἰδέας. ἐπίσκεψις δ’ ἀκριβὴς ἄν σοι γένηται διελομένῳ τὴν</w:t>
      </w:r>
    </w:p>
    <w:p>
      <w:r>
        <w:rPr>
          <w:rFonts w:ascii="Courier New" w:hAnsi="Courier New"/>
          <w:color w:val="555555"/>
          <w:sz w:val="20"/>
        </w:rPr>
        <w:t>[15]</w:t>
      </w:r>
    </w:p>
    <w:p>
      <w:r>
        <w:rPr>
          <w:rFonts w:ascii="Gentium Plus" w:hAnsi="Gentium Plus"/>
          <w:sz w:val="24"/>
        </w:rPr>
        <w:t>ὅλην σκέψιν εἰς τρεῖς τούτους σκοποὺς, ἆρά γε τὸν πυρετόν ἐστι μόνον ἰατέον ἀμελοῦντα τῆς αἰτίας, ἢ τὴν αἰτίαν ἐκκο‐ πτέον οὐδὲν φροντίζοντα τοῦ πυρετοῦ, ἢ τὸ μὲν πλεῖστον</w:t>
      </w:r>
    </w:p>
    <w:p>
      <w:r>
        <w:rPr>
          <w:rFonts w:ascii="Courier New" w:hAnsi="Courier New"/>
          <w:color w:val="555555"/>
          <w:sz w:val="20"/>
        </w:rPr>
        <w:t>[10 . 663]</w:t>
      </w:r>
    </w:p>
    <w:p>
      <w:r>
        <w:rPr>
          <w:rFonts w:ascii="Gentium Plus" w:hAnsi="Gentium Plus"/>
          <w:sz w:val="24"/>
        </w:rPr>
        <w:t>οὐκ ἀμελητέον δ’ οὐδὲ τοῦ λοιποῦ. τὸ μὲν οὖν πρῶτον τῶν ῥηθέντων οὐκ ἐπαινέσομεν· εἰ γὰρ οἷς ἂν ἰώμεθα βοηθή‐ μασι τὸ γενώμενον ἀεὶ τοῦ πυρετοῦ, ταῦθ’ ἡμῖν αὐξήσει τὴν ποιοῦσαν αὐτὸν αἰτίαν, οὔτ’ ἀναιρήσομέν ποτε τὴν γένεσιν</w:t>
      </w:r>
    </w:p>
    <w:p>
      <w:r>
        <w:rPr>
          <w:rFonts w:ascii="Courier New" w:hAnsi="Courier New"/>
          <w:color w:val="555555"/>
          <w:sz w:val="20"/>
        </w:rPr>
        <w:t>[5]</w:t>
      </w:r>
    </w:p>
    <w:p>
      <w:r>
        <w:rPr>
          <w:rFonts w:ascii="Gentium Plus" w:hAnsi="Gentium Plus"/>
          <w:sz w:val="24"/>
        </w:rPr>
        <w:t>αὐτοῦ οὔτε τὸ μέγεθος καθαιρήσομεν· ἥ τε γὰρ γένεσις ἀκο‐ λουθήσει τῇ τῆς ποιούσης αἰτίας ἰδέᾳ τό τε μέγεθος ἐκείνη συναυξηθήσεται. τὸ δὲ δεύτερον τῶν ῥηθέντων εἰ διορισώ‐ μεθα, γένοιτ’ ἂν ἡμῖν χρηστόν. εἰ μὲν γὰρ ἀφόρητον εἴη τῷ κάμνοντι τὸ τοῦ πυρετοῦ μέγεθος, οὐ χρὴ δι’ ὧν τὴν αἰτίαν</w:t>
      </w:r>
    </w:p>
    <w:p>
      <w:r>
        <w:rPr>
          <w:rFonts w:ascii="Courier New" w:hAnsi="Courier New"/>
          <w:color w:val="555555"/>
          <w:sz w:val="20"/>
        </w:rPr>
        <w:t>[10]</w:t>
      </w:r>
    </w:p>
    <w:p>
      <w:r>
        <w:rPr>
          <w:rFonts w:ascii="Gentium Plus" w:hAnsi="Gentium Plus"/>
          <w:sz w:val="24"/>
        </w:rPr>
        <w:t>ἐκκόπτομεν αὐξάνειν τὸν πυρετόν. ἅμα γὰρ, ὡς ἔοικεν, ἀναι‐ ρήσομεν ἀμφοτέρους, τόν τε πυρετὸν καὶ τὸν ἄνθρωπον. εἰ δ’ οὕτως εἴη μέτριος ὁ πυρετὸς ὥστε μὴ προκαταλῦσαι τὴν δύναμιν τοῦ νοσοῦντος ἐν ᾧ χρόνῳ πρὸς τὴν αἰτίαν ἐνιστά‐ μεθα μόνην, οὐκ ἀπόβλητος ὁ τοιοῦτος ἂν εἴη τρόπος. οὐκ</w:t>
      </w:r>
    </w:p>
    <w:p>
      <w:r>
        <w:rPr>
          <w:rFonts w:ascii="Courier New" w:hAnsi="Courier New"/>
          <w:color w:val="555555"/>
          <w:sz w:val="20"/>
        </w:rPr>
        <w:t>[15]</w:t>
      </w:r>
    </w:p>
    <w:p>
      <w:r>
        <w:rPr>
          <w:rFonts w:ascii="Gentium Plus" w:hAnsi="Gentium Plus"/>
          <w:sz w:val="24"/>
        </w:rPr>
        <w:t>ἀπόβλητος δὲ οὐδὲ ὁ τρίτος, ἀνθίστασθαι μὲν κελεύων τῷ μείζονα τὴν ἀξίαν ἔχοντι, μὴ μέντοι μηδὲ θατέρου παντά‐ πασιν ἀμελεῖν. ὡς τὰ πολλὰ μὲν οὖν ἡ αἰτία μείζονα τὴν</w:t>
      </w:r>
    </w:p>
    <w:p>
      <w:r>
        <w:rPr>
          <w:rFonts w:ascii="Courier New" w:hAnsi="Courier New"/>
          <w:color w:val="555555"/>
          <w:sz w:val="20"/>
        </w:rPr>
        <w:t>[10 . 664]</w:t>
      </w:r>
    </w:p>
    <w:p>
      <w:r>
        <w:rPr>
          <w:rFonts w:ascii="Gentium Plus" w:hAnsi="Gentium Plus"/>
          <w:sz w:val="24"/>
        </w:rPr>
        <w:t>μέγεθος ὡς ὑπόγυιον ἐπιφέρειν τὸν ὄλεθρον, εἰ μή τις αὐτὸ κωλύσειεν· ἥνικα γε χρὴ τοῦτ’ ἐκκόψαντας πρότερον, ἐπὶ τὴν τῆς αἰτίας ἀναίρεσιν ἰέναι. ταυτὶ μὲν οὖν, ὦ Εὐγενιανὲ, διω‐ ρίσθω σοι κατ’ ἀρχὰς εὐθέως ὑπὲρ τῶν ἐναντίων ἐνδείξεων.</w:t>
      </w:r>
    </w:p>
    <w:p>
      <w:r>
        <w:rPr>
          <w:rFonts w:ascii="Courier New" w:hAnsi="Courier New"/>
          <w:color w:val="555555"/>
          <w:sz w:val="20"/>
        </w:rPr>
        <w:t>[5]</w:t>
      </w:r>
    </w:p>
    <w:p>
      <w:r>
        <w:rPr>
          <w:rFonts w:ascii="Gentium Plus" w:hAnsi="Gentium Plus"/>
          <w:sz w:val="24"/>
        </w:rPr>
        <w:t>ἐπεὶ δ’ ἐν τῷ ταύτας ἐξετάζειν οὐ σμικρὰν μοῖραν εἰς τὸ σωθῆναι τὸν ἄνθρωπον ἡ δύναμις ἔχειν ἐφάνη, γίγνοιτ’ ἄν σοι καὶ ἥδε σκοπὸς οὐ σμικρὸς εἰς τὴν τῶν πρακτέων εὕρεσιν. ὥστε εἶναι τοὺς πρώτους τρεῖς σκοποὺς ἐνδεικτικοὺς τῶν ποιητέων ἐν τοῖς ὑποκειμένοις τῇ σκέψει πυρετοῖς· ἕνα μὲν</w:t>
      </w:r>
    </w:p>
    <w:p>
      <w:r>
        <w:rPr>
          <w:rFonts w:ascii="Courier New" w:hAnsi="Courier New"/>
          <w:color w:val="555555"/>
          <w:sz w:val="20"/>
        </w:rPr>
        <w:t>[10]</w:t>
      </w:r>
    </w:p>
    <w:p>
      <w:r>
        <w:rPr>
          <w:rFonts w:ascii="Gentium Plus" w:hAnsi="Gentium Plus"/>
          <w:sz w:val="24"/>
        </w:rPr>
        <w:t>οὖν αὐτὸν τὸν πυρετὸν, ἕτερον δὲ τὴν γεννῶσαν αὐτὸν αἰτίαν, καὶ τρίτον τὴν δύναμιν. ἀλλὰ τοὺς μὲν δύο πρώτους σκοποὺς ἀναιρεῖν προσήκει, φυλάττειν δὲ τὸν τρίτον. ἔσται δή σοι κᾀνθάδε πάλιν ἡ αὐτὴ σκέψις ἣν μικρὸν ἔμπροσθεν ἐσκέψω, παραβάλλοντι τῇ δυνάμει τόν τε πυρετὸν ἐν μέρει</w:t>
      </w:r>
    </w:p>
    <w:p>
      <w:r>
        <w:rPr>
          <w:rFonts w:ascii="Courier New" w:hAnsi="Courier New"/>
          <w:color w:val="555555"/>
          <w:sz w:val="20"/>
        </w:rPr>
        <w:t>[15]</w:t>
      </w:r>
    </w:p>
    <w:p>
      <w:r>
        <w:rPr>
          <w:rFonts w:ascii="Gentium Plus" w:hAnsi="Gentium Plus"/>
          <w:sz w:val="24"/>
        </w:rPr>
        <w:t>καὶ τὴν αἰτίαν, εἶτα εἰ μὲν τῶν αὐτῶν ἄμφω δέοιντο βοη‐ θημάτων, ἑτοίμως λαμβάνοντι, μαχομένων δὲ τῶν ἐνδεί‐ ξεων, ἤτοι τὴν ἀπὸ τῆς δυνάμεως ἢ τὴν ἀπὸ τῆς αἰτίας</w:t>
      </w:r>
    </w:p>
    <w:p>
      <w:r>
        <w:rPr>
          <w:rFonts w:ascii="Courier New" w:hAnsi="Courier New"/>
          <w:color w:val="555555"/>
          <w:sz w:val="20"/>
        </w:rPr>
        <w:t>[10 . 665]</w:t>
      </w:r>
    </w:p>
    <w:p>
      <w:r>
        <w:rPr>
          <w:rFonts w:ascii="Gentium Plus" w:hAnsi="Gentium Plus"/>
          <w:sz w:val="24"/>
        </w:rPr>
        <w:t>μᾶλλον ἑπομένῳ, μὴ μέντοι γ’ ἀμελοῦντι μηδὲ τῶν ὑπολοί‐ πων. ἐκ γάρ τοι τῶν τοιούτων διορισμῶν διδαχθήσῃ πρώ‐ τως μὲν τὴν αἰτίαν ἐκκόπτειν καὶ τὸν πυρετὸν, ὅταν στοχα‐ ζομένῳ σοι φαίνηται τοῖς τοιούτοις ἰάμασιν ἡ δύναμις ἐξαρ‐</w:t>
      </w:r>
    </w:p>
    <w:p>
      <w:r>
        <w:rPr>
          <w:rFonts w:ascii="Courier New" w:hAnsi="Courier New"/>
          <w:color w:val="555555"/>
          <w:sz w:val="20"/>
        </w:rPr>
        <w:t>[5]</w:t>
      </w:r>
    </w:p>
    <w:p>
      <w:r>
        <w:rPr>
          <w:rFonts w:ascii="Gentium Plus" w:hAnsi="Gentium Plus"/>
          <w:sz w:val="24"/>
        </w:rPr>
        <w:t>κοῦσα· πρώτην δ’ αὖ πάλιν ῥωννύναι τὴν δύναμιν, ὅταν ἄῤῥωστος οὖσα μὴ φέρῃ τά τε τῆς αἰτίας καὶ τὰ τοῦ πυρε‐ τοῦ βοηθήματα. καὶ μέντοι καὶ πάντων ἅμα στοχάζεσθαί ποτε δυνατὸν, ὡς ὀλίγον ἔμπροσθεν ἐπί τε τοῦ πυρετοῦ καὶ τῆς αἰτίας ἐδείχθη.</w:t>
      </w:r>
    </w:p>
    <w:p>
      <w:r>
        <w:rPr>
          <w:rFonts w:ascii="Courier New" w:hAnsi="Courier New"/>
          <w:color w:val="555555"/>
          <w:sz w:val="20"/>
        </w:rPr>
        <w:t>[10]</w:t>
      </w:r>
    </w:p>
    <w:p>
      <w:r>
        <w:rPr>
          <w:rFonts w:ascii="Gentium Plus" w:hAnsi="Gentium Plus"/>
          <w:sz w:val="24"/>
        </w:rPr>
        <w:t>Τριῶν οὖν ὄντων τούτων οἷς χρὴ προσέχειν τὸν νοῦν ἐν ταῖς προκειμέναις τῶν πυρετῶν ἰάσεσιν, αὐτοῦ τε τοῦ πυρετοῦ καὶ τῆς ποιούσης αὐτὸν αἰτίας καὶ τῆς τοῦ κάμνοντος δυνάμεως, εὑρημένων δὲ καὶ τῶν τῆς ἐνδείξεως τρόπων τῶν γενικῶν, οὓς καὶ καθόλου προσαγορεύομεν, ἐπὶ</w:t>
      </w:r>
    </w:p>
    <w:p>
      <w:r>
        <w:rPr>
          <w:rFonts w:ascii="Courier New" w:hAnsi="Courier New"/>
          <w:color w:val="555555"/>
          <w:sz w:val="20"/>
        </w:rPr>
        <w:t>[15]</w:t>
      </w:r>
    </w:p>
    <w:p>
      <w:r>
        <w:rPr>
          <w:rFonts w:ascii="Gentium Plus" w:hAnsi="Gentium Plus"/>
          <w:sz w:val="24"/>
        </w:rPr>
        <w:t>τὰς διαφορὰς ἤδη τῶν εἰδικῶν τε καὶ κατὰ μέρος ἰέναι χρὴ βοηθημάτων, ἀναμνήσαντας αὖθις τῶν ἐφημέρων πυρετῶν, ἐπειδή τινες ἐξ αὐτῶν μεταπίπτουσιν εἰς τοὺς πολυημέρους. γιγνομένης δὲ τῆς μεταπτώσεως αὐτῶν καθ’ ἕνα τρόπον τὸν</w:t>
      </w:r>
    </w:p>
    <w:p>
      <w:r>
        <w:rPr>
          <w:rFonts w:ascii="Courier New" w:hAnsi="Courier New"/>
          <w:color w:val="555555"/>
          <w:sz w:val="20"/>
        </w:rPr>
        <w:t>[10 . 666]</w:t>
      </w:r>
    </w:p>
    <w:p>
      <w:r>
        <w:rPr>
          <w:rFonts w:ascii="Gentium Plus" w:hAnsi="Gentium Plus"/>
          <w:sz w:val="24"/>
        </w:rPr>
        <w:t>διότι καὶ αὐτῶν τῶν πυρετῶν ἤτοι γ’ ἀπήλλακται τὸ ποιῆσαν αἴτιον ἢ καὶ νῦν ἔτι μένει, περὶ ἀμφοτέρων ἐν μέρει λεκτέον. ἀπήλλακται μὲν οὖν τὸ ποιῆσαν αἴτιον, ὅταν ἐπὶ θυμῷ καὶ λύπῃ καὶ ἀγρυπνίᾳ καὶ φροντίδι καὶ ἡλίῳ θερινῷ καὶ κόπῳ</w:t>
      </w:r>
    </w:p>
    <w:p>
      <w:r>
        <w:rPr>
          <w:rFonts w:ascii="Courier New" w:hAnsi="Courier New"/>
          <w:color w:val="555555"/>
          <w:sz w:val="20"/>
        </w:rPr>
        <w:t>[5]</w:t>
      </w:r>
    </w:p>
    <w:p>
      <w:r>
        <w:rPr>
          <w:rFonts w:ascii="Gentium Plus" w:hAnsi="Gentium Plus"/>
          <w:sz w:val="24"/>
        </w:rPr>
        <w:t>καὶ βουβῶνι παυσαμένῳ γένηται πυρετὸς ἄνευ στεγνώσεως· οὐκ ἀπήλλακται δὲ, ὅταν ὑπὸ τοῦ προκατάρξαντος ἢ αὐτοῦ πυρετοῦ γένηταί τις στέγνωσις. ἥ τε γὰρ ψύξις ἀεὶ καὶ ἡ τῶν στυφόντων ὁμιλία διὰ μέσης στεγνώσεως ἐργάζονται πυρε‐ τὸν, ἥ τ’ ἔγκαυσις ἔστιν ὅτε στεγνοῖ τὴν ἕξιν, αὐτή τε πολ‐</w:t>
      </w:r>
    </w:p>
    <w:p>
      <w:r>
        <w:rPr>
          <w:rFonts w:ascii="Courier New" w:hAnsi="Courier New"/>
          <w:color w:val="555555"/>
          <w:sz w:val="20"/>
        </w:rPr>
        <w:t>[10]</w:t>
      </w:r>
    </w:p>
    <w:p>
      <w:r>
        <w:rPr>
          <w:rFonts w:ascii="Gentium Plus" w:hAnsi="Gentium Plus"/>
          <w:sz w:val="24"/>
        </w:rPr>
        <w:t>λάκις ἡ ἀρχὴ τοῦ πυρετοῦ φρικώδης γενομένη στέγνωσιν εἰρ‐ γάσατο. καὶ μέντοι καὶ γλίσχροι καὶ παχεῖς ἢ καὶ πολλοὶ χυμοὶ μετρίαν ἔμφραξιν ποιησάμενοι τὸν ἐφήμερον ἐνίοτε γεννῶσι πυρετὸν, ὅταν ἀγαθῶν ἰατρῶν τύχωσιν, ὡς ἔμπρο‐ σθεν ἐδείκνυτο. καλοῦνται μὲν οὖν πάντες ἐφήμεροι οἱ τοιοῦ‐</w:t>
      </w:r>
    </w:p>
    <w:p>
      <w:r>
        <w:rPr>
          <w:rFonts w:ascii="Courier New" w:hAnsi="Courier New"/>
          <w:color w:val="555555"/>
          <w:sz w:val="20"/>
        </w:rPr>
        <w:t>[15]</w:t>
      </w:r>
    </w:p>
    <w:p>
      <w:r>
        <w:rPr>
          <w:rFonts w:ascii="Gentium Plus" w:hAnsi="Gentium Plus"/>
          <w:sz w:val="24"/>
        </w:rPr>
        <w:t>τοι πυρετοὶ, διότι λύεσθαι πεφύκασιν ὅσον ἐφ’ ἑαυτοῖς ἡμέρᾳ μιᾷ, συναριθμουμένης αὐτῇ δηλονότι καὶ τῆς νυκτός· ὥσπερ ἐν τῷ λέγειν ἡμερῶν εἶναι μῆνα τριάκοντα καὶ τὸν ἐνιαυτὸν</w:t>
      </w:r>
    </w:p>
    <w:p>
      <w:r>
        <w:rPr>
          <w:rFonts w:ascii="Courier New" w:hAnsi="Courier New"/>
          <w:color w:val="555555"/>
          <w:sz w:val="20"/>
        </w:rPr>
        <w:t>[10 . 667]</w:t>
      </w:r>
    </w:p>
    <w:p>
      <w:r>
        <w:rPr>
          <w:rFonts w:ascii="Gentium Plus" w:hAnsi="Gentium Plus"/>
          <w:sz w:val="24"/>
        </w:rPr>
        <w:t>τριῶν ἡμερῶν, ἢ πραχθήσεται μετὰ τέσσαρας. οὐ μὴν ἡ αὐτή γε διάθεσις ἁπάντων αὐτῶν ἐστιν, ἀλλ’ ἔνιοι μὲν ἀχώ‐ ριστον ἔχουσι τὴν στέγνωσιν, ἔνιοι δὲ οὐκ ἀχώριστον μὲν, ἤτοι δ’ ὡς τὰ πολλὰ συνοῦσαν ἢ ἀμφιδόξως ἢ σπανίως.</w:t>
      </w:r>
    </w:p>
    <w:p>
      <w:r>
        <w:rPr>
          <w:rFonts w:ascii="Courier New" w:hAnsi="Courier New"/>
          <w:color w:val="555555"/>
          <w:sz w:val="20"/>
        </w:rPr>
        <w:t>[5]</w:t>
      </w:r>
    </w:p>
    <w:p>
      <w:r>
        <w:rPr>
          <w:rFonts w:ascii="Gentium Plus" w:hAnsi="Gentium Plus"/>
          <w:sz w:val="24"/>
        </w:rPr>
        <w:t>ἀχώριστος μὲν οὖν ἡ στέγνωσίς ἐστι τοῖς διὰ τὸ στυπτηριῶδες ἢ χαλκανθῶδες ὕδωρ ἤ τι τοιοῦτον ἕτερον, ἢ διὰ ψύξιν ἢ διὰ βραχεῖαν ἔμφραξιν πυρέξασιν, ὡς τὸ πολὺ δὲ τοῖς δι’ ἔγκαυσιν· ἀμφιδόξως δὲ τοῖς διὰ κόπον. ὅσοι δὲ διὰ θυ‐ μὸν ἢ λύπην, ἢ ἀγρυπνίαν, ἢ σύντονον σκέψιν, ἢ ἀπεψίαν,</w:t>
      </w:r>
    </w:p>
    <w:p>
      <w:r>
        <w:rPr>
          <w:rFonts w:ascii="Courier New" w:hAnsi="Courier New"/>
          <w:color w:val="555555"/>
          <w:sz w:val="20"/>
        </w:rPr>
        <w:t>[10]</w:t>
      </w:r>
    </w:p>
    <w:p>
      <w:r>
        <w:rPr>
          <w:rFonts w:ascii="Gentium Plus" w:hAnsi="Gentium Plus"/>
          <w:sz w:val="24"/>
        </w:rPr>
        <w:t>ἢ βουβῶνα πυρέττουσι, σπανιάκις αὐτοῖς σύνεστι στέγνω‐ σις. οὗτοι πάντες οἱ πυρετοὶ κατὰ τὸν ἑαυτῶν λόγον οὐκ ἀναμένουσι δεύτερον παροξυσμὸν, ἀλλ’ ἐντὸς τῶν εἴκοσι καὶ τεσσάρων ὡρῶν παύονται τοὐπίπαν, ἢ εἴ που κατὰ τὸ σπάνιον ἐνίοτε τινὲς αὐτῶν ἐπὶ πλέον ἐκτείνονται, δύο δ’ αὐτοῖς αἰτίαι</w:t>
      </w:r>
    </w:p>
    <w:p>
      <w:r>
        <w:rPr>
          <w:rFonts w:ascii="Courier New" w:hAnsi="Courier New"/>
          <w:color w:val="555555"/>
          <w:sz w:val="20"/>
        </w:rPr>
        <w:t>[15]</w:t>
      </w:r>
    </w:p>
    <w:p>
      <w:r>
        <w:rPr>
          <w:rFonts w:ascii="Gentium Plus" w:hAnsi="Gentium Plus"/>
          <w:sz w:val="24"/>
        </w:rPr>
        <w:t>προσγενόμεναι, κωλύουσι λυθῆναι, μία μὲν ἡ ψύξις ἤτοι γ’ ἐκ τοῦ περιέχοντος ἀέρος ἢ ἐξ ἀλείμματός τινος ἔξωθεν προσ‐ ενεχθέντος, ἑτέρα δ’ ἡ δαιμονία διάτριτος, ἐὰν ἀναγκασθῶσιν</w:t>
      </w:r>
    </w:p>
    <w:p>
      <w:r>
        <w:rPr>
          <w:rFonts w:ascii="Courier New" w:hAnsi="Courier New"/>
          <w:color w:val="555555"/>
          <w:sz w:val="20"/>
        </w:rPr>
        <w:t>[10 . 668]</w:t>
      </w:r>
    </w:p>
    <w:p>
      <w:r>
        <w:rPr>
          <w:rFonts w:ascii="Gentium Plus" w:hAnsi="Gentium Plus"/>
          <w:sz w:val="24"/>
        </w:rPr>
        <w:t>ὑπάρχει καὶ μηδεὶς τῶν τὴν διάτριτον σεβόντων ἰατρῶν παρείη τῷ κάμνοντι, παύσεται μὲν ὁ πυρετὸς ἐπὶ τῷ πρώτῳ παρο‐ ξυσμῷ μεθ’ ἱδρῶτος ἢ νοτίδος ἢ διαπνοῶν ἀτμωδῶν, ὁ κάμνων δ’ αἰσθανόμενος ἀπαλλαγῆναι ἑαυτὸν τοῦ πυρετοῦ</w:t>
      </w:r>
    </w:p>
    <w:p>
      <w:r>
        <w:rPr>
          <w:rFonts w:ascii="Courier New" w:hAnsi="Courier New"/>
          <w:color w:val="555555"/>
          <w:sz w:val="20"/>
        </w:rPr>
        <w:t>[5]</w:t>
      </w:r>
    </w:p>
    <w:p>
      <w:r>
        <w:rPr>
          <w:rFonts w:ascii="Gentium Plus" w:hAnsi="Gentium Plus"/>
          <w:sz w:val="24"/>
        </w:rPr>
        <w:t>τὰ συνήθη πράττειν ἐπιχειρήσει λουόμενος ἢ ἀλειφόμενος ἢ καὶ χωρὶς τούτων ἐσθίων εἴ τις εἴη τῶν ὀρείων ἀγροίκων. οἱ μὲν οὖν ἰδιῶται καθάπερ ἄλλα πολλὰ πρὸς αὐτῆς τῶν πραγμάτων τῆς φύσεως διδασκόμενοι πράττουσιν ἄμεινον τῶν σοφιστῶν, οὕτω κᾀν τοῖς ἐφημέροις πυρετοῖς ἱκανοὶ τὸ</w:t>
      </w:r>
    </w:p>
    <w:p>
      <w:r>
        <w:rPr>
          <w:rFonts w:ascii="Courier New" w:hAnsi="Courier New"/>
          <w:color w:val="555555"/>
          <w:sz w:val="20"/>
        </w:rPr>
        <w:t>[10]</w:t>
      </w:r>
    </w:p>
    <w:p>
      <w:r>
        <w:rPr>
          <w:rFonts w:ascii="Gentium Plus" w:hAnsi="Gentium Plus"/>
          <w:sz w:val="24"/>
        </w:rPr>
        <w:t>σύμπαν ἑαυτοῖς ἐκπορίζειν εἰσὶν, ὅταν γε χωρὶς ἰσχυροτέρας στεγνώσεως συστῶσιν. εἰ δὲ μετὰ τοιαύτης εἰσβάλοιεν, ἀτυ‐ χήσαντες μὲν ἰατρῶν περιπίπτουσί τινι τῶν σεβόντων τὴν διάτριτον, εὐτυχήσαντες δὲ τῶν λουσόντων τε καὶ θρεψόν‐ των αὐτοὺς καὶ τἄλλα σύμπαντα πραξόντων, ὅπως ἡ στέγνω‐</w:t>
      </w:r>
    </w:p>
    <w:p>
      <w:r>
        <w:rPr>
          <w:rFonts w:ascii="Courier New" w:hAnsi="Courier New"/>
          <w:color w:val="555555"/>
          <w:sz w:val="20"/>
        </w:rPr>
        <w:t>[15]</w:t>
      </w:r>
    </w:p>
    <w:p>
      <w:r>
        <w:rPr>
          <w:rFonts w:ascii="Gentium Plus" w:hAnsi="Gentium Plus"/>
          <w:sz w:val="24"/>
        </w:rPr>
        <w:t>σις λυθείη. πολλάκις γοῦν, ὡς εἴρηται, δι’ ἔμφραξιν βραχεῖαν ἅμα λεληθυίᾳ πυκνώσει τοῦ δέρματος, ἤτοι διὰ λουτρὸν μοχ‐ θηρὸν ἢ δι’ ἄλλο τι γενομένη, πυρετοῖς ἐφημέροις ἑάλωσαν</w:t>
      </w:r>
    </w:p>
    <w:p>
      <w:r>
        <w:rPr>
          <w:rFonts w:ascii="Courier New" w:hAnsi="Courier New"/>
          <w:color w:val="555555"/>
          <w:sz w:val="20"/>
        </w:rPr>
        <w:t>[10 . 669]</w:t>
      </w:r>
    </w:p>
    <w:p>
      <w:r>
        <w:rPr>
          <w:rFonts w:ascii="Gentium Plus" w:hAnsi="Gentium Plus"/>
          <w:sz w:val="24"/>
        </w:rPr>
        <w:t>ξιν, εἰς τοὺς πολυημέρους μεταπίπτουσιν. ἔστι γὰρ ὁ τοιοῦ‐ τος πυρετὸς ὅσον μὲν ἐφ’ ἑαυτῷ κοινὸς τῶν πολυημέρων τε καὶ τῶν ἐφημέρων, ἀλλὰ διὰ τὴν σμικρότητα τῆς αἰτίας μονήμερος γίνεται, καθάπερ γε καὶ διὰ μεγέθους ἐστὶν ὅτε</w:t>
      </w:r>
    </w:p>
    <w:p>
      <w:r>
        <w:rPr>
          <w:rFonts w:ascii="Courier New" w:hAnsi="Courier New"/>
          <w:color w:val="555555"/>
          <w:sz w:val="20"/>
        </w:rPr>
        <w:t>[5]</w:t>
      </w:r>
    </w:p>
    <w:p>
      <w:r>
        <w:rPr>
          <w:rFonts w:ascii="Gentium Plus" w:hAnsi="Gentium Plus"/>
          <w:sz w:val="24"/>
        </w:rPr>
        <w:t>πολυήμερος· ἀλλ’ ὅ γε παροξυσμὸς εἷς αὐτοῦ μέχρι τοῦ τέλους ἀπὸ τῆς ἀρχῆς ἐστιν, ἐὰν μὴ τύχῃ διαδεξάμενος αὐτὸν ὁ ἐπὶ σήψει χυμῶν. ἔστ’ ἂν οὖν μήτ’ ἐν τῷ σφυγμῷ μηδέπω τὸ τῆς σήψεως ὑπάρχει γνώρισμα μήτ’ ἐν τῇ θέρμῃ μήτ’ ἐν τοῖς οὔροις, ἐπ’ ἐμφράξει τε μόνῃ τὴν γένεσιν ἔχει καὶ ἴασις</w:t>
      </w:r>
    </w:p>
    <w:p>
      <w:r>
        <w:rPr>
          <w:rFonts w:ascii="Courier New" w:hAnsi="Courier New"/>
          <w:color w:val="555555"/>
          <w:sz w:val="20"/>
        </w:rPr>
        <w:t>[10]</w:t>
      </w:r>
    </w:p>
    <w:p>
      <w:r>
        <w:rPr>
          <w:rFonts w:ascii="Gentium Plus" w:hAnsi="Gentium Plus"/>
          <w:sz w:val="24"/>
        </w:rPr>
        <w:t>αὐτῷ τῆς ἐμφράξεως ἡ λύσις γίγνεται, καὶ ὡς χρὴ λύειν αὐτὴν ἔμπροσθεν εἴρηται. πλείους οὖν αἱ κατὰ μέρος δια‐ φοραὶ φαίνονται τῶν ἐφημέρων πυρετῶν· μία μὲν ὅταν μηδ’ ὅλως ᾖ μηκέτι τὸ ποιῆσαν αὐτοὺς αἴτιον, οἷον ἡ ἔγκαυ‐ σις· ἑτέρα δ’ ὅταν ἔτι παρείη, καθάπερ ἡ στέγνωσις, ἧς</w:t>
      </w:r>
    </w:p>
    <w:p>
      <w:r>
        <w:rPr>
          <w:rFonts w:ascii="Courier New" w:hAnsi="Courier New"/>
          <w:color w:val="555555"/>
          <w:sz w:val="20"/>
        </w:rPr>
        <w:t>[15]</w:t>
      </w:r>
    </w:p>
    <w:p>
      <w:r>
        <w:rPr>
          <w:rFonts w:ascii="Gentium Plus" w:hAnsi="Gentium Plus"/>
          <w:sz w:val="24"/>
        </w:rPr>
        <w:t>ἐδείχθησαν οὖσαι διτταὶ διαφοραὶ, πύκνωσίς τε τῶν μικρῶν πόρων καὶ ἣν νῦν μεταχειριζόμεθα κατὰ τὸν λόγον ἔμφραξις.</w:t>
      </w:r>
    </w:p>
    <w:p>
      <w:r>
        <w:rPr>
          <w:rFonts w:ascii="Courier New" w:hAnsi="Courier New"/>
          <w:color w:val="555555"/>
          <w:sz w:val="20"/>
        </w:rPr>
        <w:t>[10 . 670]</w:t>
      </w:r>
    </w:p>
    <w:p>
      <w:r>
        <w:rPr>
          <w:rFonts w:ascii="Gentium Plus" w:hAnsi="Gentium Plus"/>
          <w:sz w:val="24"/>
        </w:rPr>
        <w:t>ἐπ’ ἐγκαύσεσιν ἢ κόποις ἢ θυμοῖς, ἡ δὲ διὰ ψύξιν ἤτοι γε ἁπλῆν ἢ μετὰ στύψεως· ὅπῃ δ’ ἀλλήλων αὗται διαφέρουσιν ἐν τοῖς περὶ φαρμάκων διῄρηται. καὶ τῆς ἐμφράξεως δὲ ἡ μέν τις διὰ πλῆθος, ἡ δὲ διὰ ποιότητα γίνεται χυμῶν</w:t>
      </w:r>
    </w:p>
    <w:p>
      <w:r>
        <w:rPr>
          <w:rFonts w:ascii="Courier New" w:hAnsi="Courier New"/>
          <w:color w:val="555555"/>
          <w:sz w:val="20"/>
        </w:rPr>
        <w:t>[5]</w:t>
      </w:r>
    </w:p>
    <w:p>
      <w:r>
        <w:rPr>
          <w:rFonts w:ascii="Gentium Plus" w:hAnsi="Gentium Plus"/>
          <w:sz w:val="24"/>
        </w:rPr>
        <w:t>ἤτοι γλίσχρων ἢ παχέων ὑπαρχόντων. ἐπικρατήσει δὲ κατὰ τὴν ἴασιν ἐν μὲν τῇ διὰ πλῆθος ἀφαίρεσις αἵματος, ἐν δὲ τῇ διὰ ποιότητα τῶν λεπτυνόντων ἡ χρῆσις. ὁ δ’ ἀπὸ τῆς δυνάμεως σκοπὸς ἐν μὲν τοῖς ἐφημέροις πυρετοῖς μικρὸς, ἀξιόλογος δ’ ἐν τοῖς πολυημέροις ἐστὶ καὶ μᾶλλον ὅσῳ περ</w:t>
      </w:r>
    </w:p>
    <w:p>
      <w:r>
        <w:rPr>
          <w:rFonts w:ascii="Courier New" w:hAnsi="Courier New"/>
          <w:color w:val="555555"/>
          <w:sz w:val="20"/>
        </w:rPr>
        <w:t>[10]</w:t>
      </w:r>
    </w:p>
    <w:p>
      <w:r>
        <w:rPr>
          <w:rFonts w:ascii="Gentium Plus" w:hAnsi="Gentium Plus"/>
          <w:sz w:val="24"/>
        </w:rPr>
        <w:t>ἂν ὦσι μακρότεροι. κατὰ φύσιν μὲν οὖν ἐχούσης τῆς δυνά‐ μεως οὐδὲ τὸ βραχύτατον ἡ τῶν κενωτικῶν βοηθημάτων ἐμποδίζεται χρῆσις ἐν τοῖς πολυημέροις πυρετοῖς καὶ τοῖς ὀλι‐ γημέροις, οὐ κατὰ φύσιν δὲ ἐχούσης, λέγω δὲ οὐ κατὰ φύσιν, ὅταν ἀῤῥωστοτέρα πως ὑπάρχῃ κατὰ τὸ μέγεθος ἀεὶ τῆς</w:t>
      </w:r>
    </w:p>
    <w:p>
      <w:r>
        <w:rPr>
          <w:rFonts w:ascii="Courier New" w:hAnsi="Courier New"/>
          <w:color w:val="555555"/>
          <w:sz w:val="20"/>
        </w:rPr>
        <w:t>[15]</w:t>
      </w:r>
    </w:p>
    <w:p>
      <w:r>
        <w:rPr>
          <w:rFonts w:ascii="Gentium Plus" w:hAnsi="Gentium Plus"/>
          <w:sz w:val="24"/>
        </w:rPr>
        <w:t>ἀῤῥωστίας, ἐμποδίζεται τὰ κενωτικὰ βοηθήματα. σπανιώ‐ τερον μὲν οὖν εὐθύς ἐστιν ἐν τῇ πρώτῃ τῶν ἡμερῶν ἢ τῇ δευ‐ τέρᾳ τὴν δύναμιν ὑπάρχειν ἀσθενῆ. γίγνεται δ’ ἐνίοτε καὶ</w:t>
      </w:r>
    </w:p>
    <w:p>
      <w:r>
        <w:rPr>
          <w:rFonts w:ascii="Courier New" w:hAnsi="Courier New"/>
          <w:color w:val="555555"/>
          <w:sz w:val="20"/>
        </w:rPr>
        <w:t>[10 . 671]</w:t>
      </w:r>
    </w:p>
    <w:p>
      <w:r>
        <w:rPr>
          <w:rFonts w:ascii="Gentium Plus" w:hAnsi="Gentium Plus"/>
          <w:sz w:val="24"/>
        </w:rPr>
        <w:t>κόπος ἅμα ἐγκαύσει καὶ λύπῃ καὶ ἀγρυπνίᾳ προσγενο‐ μένῃ καὶ ἀσιτίᾳ δι’ ὅλης ἡμέρας ἐπιγιγνομένῃ, κᾄπειτα περὶ τὴν ἑσπέραν εἰσβάλλοντος τοῦ πυρετοῦ, πρὶν τραφῆναι τὸν ἄνθρωπον, ἀγρύπνου τε γενομένου τῆς νυκτὸς ἱκανῶς κατέ‐</w:t>
      </w:r>
    </w:p>
    <w:p>
      <w:r>
        <w:rPr>
          <w:rFonts w:ascii="Courier New" w:hAnsi="Courier New"/>
          <w:color w:val="555555"/>
          <w:sz w:val="20"/>
        </w:rPr>
        <w:t>[5]</w:t>
      </w:r>
    </w:p>
    <w:p>
      <w:r>
        <w:rPr>
          <w:rFonts w:ascii="Gentium Plus" w:hAnsi="Gentium Plus"/>
          <w:sz w:val="24"/>
        </w:rPr>
        <w:t>λυσε τὴν δύναμιν. Καί σοι διηγήσομαι τοιοῦτον ἄῤῥωστον ἐφ’ οὗ πρῶτον ἐτόλμησα τῷ λόγῳ ποδηγούμενος ὑπεριδεῖν μὲν τῆς διατρίτου, στοχάσασθαι δὲ τῆς δυνάμεως. ὕστερον δὲ καὶ ἄλλους ἰδὼν ὁμοίως αὐτῷ θαῤῥῶν ἤδη τὸν αὐτὸν τρόπον</w:t>
      </w:r>
    </w:p>
    <w:p>
      <w:r>
        <w:rPr>
          <w:rFonts w:ascii="Courier New" w:hAnsi="Courier New"/>
          <w:color w:val="555555"/>
          <w:sz w:val="20"/>
        </w:rPr>
        <w:t>[10]</w:t>
      </w:r>
    </w:p>
    <w:p>
      <w:r>
        <w:rPr>
          <w:rFonts w:ascii="Gentium Plus" w:hAnsi="Gentium Plus"/>
          <w:sz w:val="24"/>
        </w:rPr>
        <w:t>ἰασάμην ὅνπερ κᾀκεῖνον. ἡ γὰρ πρώτη πεῖρα μαρτυρήσασα τοῖς ὑπὸ τοῖς ἐνδείξεως εὑρημένοις θαρσαλεωτέρους ἀποτελεῖ πρὸς τὴν ἐκ δευτέρου χρῆσιν. ὁ τοίνυν ἁλοὺς τῷ πυρετῷ νεανίσκος ἦν μὲν ἐτῶν πέντε καὶ εἴκοσιν, ἰσχνὸς καὶ μυώδης τὸ σῶμα, καθάπερ κύων ξηρὸς καὶ θερμὸς ἀκριβῶς τὴν κρᾶ‐</w:t>
      </w:r>
    </w:p>
    <w:p>
      <w:r>
        <w:rPr>
          <w:rFonts w:ascii="Courier New" w:hAnsi="Courier New"/>
          <w:color w:val="555555"/>
          <w:sz w:val="20"/>
        </w:rPr>
        <w:t>[15]</w:t>
      </w:r>
    </w:p>
    <w:p>
      <w:r>
        <w:rPr>
          <w:rFonts w:ascii="Gentium Plus" w:hAnsi="Gentium Plus"/>
          <w:sz w:val="24"/>
        </w:rPr>
        <w:t>σιν. ἔχαιρε δέ πως καὶ γυμνασίοις καὶ τἄλλα φροντιστής τε καὶ φιλόπονος ἦν. οὗτος ἀποδημῶν, εἶτα πυθόμενός τι τῶν οὐχ ἡδέων ἠνιάθη τε ἅμα καὶ συντείνας ἑαυτὸν εἰς τὴν πόλιν</w:t>
      </w:r>
    </w:p>
    <w:p>
      <w:r>
        <w:rPr>
          <w:rFonts w:ascii="Courier New" w:hAnsi="Courier New"/>
          <w:color w:val="555555"/>
          <w:sz w:val="20"/>
        </w:rPr>
        <w:t>[10 . 672]</w:t>
      </w:r>
    </w:p>
    <w:p>
      <w:r>
        <w:rPr>
          <w:rFonts w:ascii="Gentium Plus" w:hAnsi="Gentium Plus"/>
          <w:sz w:val="24"/>
        </w:rPr>
        <w:t>μετρίως καὶ λουσάμενος καὶ δειπνήσας ἀνεπαύσατο κατά τι πανδοχεῖον ἀγρυπνήσας τὰ πλείω. κατὰ δὲ τὴν ὑστεραίαν ἔτι καὶ μᾶλλον ἠπείχθη καὶ διανύσας ὁδὸν παμπόλλην καὶ ψαμμώδη καὶ αὐχμηρὰν, ἐν ἡλίῳ θερμῷ σχεδὸν ὥρας ἑβδό‐</w:t>
      </w:r>
    </w:p>
    <w:p>
      <w:r>
        <w:rPr>
          <w:rFonts w:ascii="Courier New" w:hAnsi="Courier New"/>
          <w:color w:val="555555"/>
          <w:sz w:val="20"/>
        </w:rPr>
        <w:t>[5]</w:t>
      </w:r>
    </w:p>
    <w:p>
      <w:r>
        <w:rPr>
          <w:rFonts w:ascii="Gentium Plus" w:hAnsi="Gentium Plus"/>
          <w:sz w:val="24"/>
        </w:rPr>
        <w:t>μης καὶ ἡμισείας εἰς τὴν πόλιν ἀφίκετο. πυθόμενος δὲ ἡδίω δι’ ἅπερ ἔσπευδεν, εἰς γυμνάσιον ἐπορεύθη λουσόμενος, εἶτ’ ἀλειψάμενος ἀνετρίψατο σύν τινι τῶν αὐτόθι νεανίσκων. καὶ προτραπεὶς ὑπ’ αὐτοῦ κινηθῆναι βραχέα, φιλονεικίας αὐτοῖς ἐγγενομένης, οἵαις πολλάκις εἰώθασι περιπίπτειν οἱ</w:t>
      </w:r>
    </w:p>
    <w:p>
      <w:r>
        <w:rPr>
          <w:rFonts w:ascii="Courier New" w:hAnsi="Courier New"/>
          <w:color w:val="555555"/>
          <w:sz w:val="20"/>
        </w:rPr>
        <w:t>[10]</w:t>
      </w:r>
    </w:p>
    <w:p>
      <w:r>
        <w:rPr>
          <w:rFonts w:ascii="Gentium Plus" w:hAnsi="Gentium Plus"/>
          <w:sz w:val="24"/>
        </w:rPr>
        <w:t>γυμναστικοὶ, πλείω τοῦ δέοντος ἐγυμνάσατο· καὶ ἦν ἤδη ξηρὸς ἀμέτρως. ἐξελθὼν δὲ τοῦ γυμνασίου καταλαμβάνει μαχομένους τῶν ἑταίρων τινάς· οὓς διαλύων ἔλαθεν αὖθις ἑαυτὸν ἑτέρῳ περιπεσὼν οὐ μικρῷ γυμνασίῳ, τοὺς μὲν ἕλκων ἐξ αὐτῶν, τοὺς δὲ ὠθῶν, τοὺς δὲ διαλαμβάνων μέ‐</w:t>
      </w:r>
    </w:p>
    <w:p>
      <w:r>
        <w:rPr>
          <w:rFonts w:ascii="Courier New" w:hAnsi="Courier New"/>
          <w:color w:val="555555"/>
          <w:sz w:val="20"/>
        </w:rPr>
        <w:t>[15]</w:t>
      </w:r>
    </w:p>
    <w:p>
      <w:r>
        <w:rPr>
          <w:rFonts w:ascii="Gentium Plus" w:hAnsi="Gentium Plus"/>
          <w:sz w:val="24"/>
        </w:rPr>
        <w:t>σους, ἐπιτιμῶν τέ τισιν ἐξ αὐτῶν ὡς ἀδικοῦσι καὶ θυμού‐ μενος ὑπὲρ τῶν ἀδικουμένων, ὥσθ’ ὑποστρέψαι ξηρὸς ἐσχά‐ τως οἴκαδε, κόπου τε καὶ ἀνωμαλίας αἰσθανόμενος. ὕδατος</w:t>
      </w:r>
    </w:p>
    <w:p>
      <w:r>
        <w:rPr>
          <w:rFonts w:ascii="Courier New" w:hAnsi="Courier New"/>
          <w:color w:val="555555"/>
          <w:sz w:val="20"/>
        </w:rPr>
        <w:t>[10 . 673]</w:t>
      </w:r>
    </w:p>
    <w:p>
      <w:r>
        <w:rPr>
          <w:rFonts w:ascii="Gentium Plus" w:hAnsi="Gentium Plus"/>
          <w:sz w:val="24"/>
        </w:rPr>
        <w:t>ἐπετείνετο τὰ τῆς ἀνωμαλίας αὐτῷ, τοῦτο μὲν ἤμεσεν. ἄμει‐ νον δ’ ὑπολαβὼν εἶναι μηδέπω τρέφεσθαι, κατέκλινε τότε καὶ ἡσύχαζε ὥρας σχεδόν τι τῆς ἡμέρας ἑνδεκάτης· τοῦτο πράξας, ἀγρυπνήσας δὲ μετὰ τοῦ πυρέξαι δι’ ὅλης</w:t>
      </w:r>
    </w:p>
    <w:p>
      <w:r>
        <w:rPr>
          <w:rFonts w:ascii="Courier New" w:hAnsi="Courier New"/>
          <w:color w:val="555555"/>
          <w:sz w:val="20"/>
        </w:rPr>
        <w:t>[5]</w:t>
      </w:r>
    </w:p>
    <w:p>
      <w:r>
        <w:rPr>
          <w:rFonts w:ascii="Gentium Plus" w:hAnsi="Gentium Plus"/>
          <w:sz w:val="24"/>
        </w:rPr>
        <w:t>τῆς νυκτὸς, ἡσύχαζε κατὰ τὴν ἐπιοῦσαν ἄχρι μεσημβρίας, ἰάσασθαι τὴν ἀγρυπνίαν ἐλπίζων. ἡνίκα δέ τινες αὐτὸν ἰατροὶ τῆς διατρίτου θεασάμενοι, κατὰ μὲν τὸ παρὸν ἔφα‐ σαν ἀξιόλογον εἶναι πυρετὸν, εἰς ἑσπέραν δ’ αὖθις ὄψεσθαι. καὶ τοίνυν καὶ θεασάμενοι πάλιν ἑσπέρας παρακμάζοντα τὸν</w:t>
      </w:r>
    </w:p>
    <w:p>
      <w:r>
        <w:rPr>
          <w:rFonts w:ascii="Courier New" w:hAnsi="Courier New"/>
          <w:color w:val="555555"/>
          <w:sz w:val="20"/>
        </w:rPr>
        <w:t>[10]</w:t>
      </w:r>
    </w:p>
    <w:p>
      <w:r>
        <w:rPr>
          <w:rFonts w:ascii="Gentium Plus" w:hAnsi="Gentium Plus"/>
          <w:sz w:val="24"/>
        </w:rPr>
        <w:t>πυρετὸν, οὐκ ἠξίωσαν οὐδὲ τότε θρέψαι, καίτοι γ’ ἄλλου τινὸς ἰατροῦ συμβουλεύοντος, ἀλλὰ ἀντέστησαν ἐκεῖνοι γενναίως, εἰ μὲν γὰρ ἀπύρετος ἐγεγόνει, τάχα ἂν αὐτῷ δοῦναι τροφὴν εἰπόντες, ἔτι δὲ πυρέττοντι οὐκ ἂν δοῦναι. καὶ τοίνυν καὶ κατὰ τὴν τρίτην ἡμέραν ἕωθεν ἀφικόμε‐</w:t>
      </w:r>
    </w:p>
    <w:p>
      <w:r>
        <w:rPr>
          <w:rFonts w:ascii="Courier New" w:hAnsi="Courier New"/>
          <w:color w:val="555555"/>
          <w:sz w:val="20"/>
        </w:rPr>
        <w:t>[15]</w:t>
      </w:r>
    </w:p>
    <w:p>
      <w:r>
        <w:rPr>
          <w:rFonts w:ascii="Gentium Plus" w:hAnsi="Gentium Plus"/>
          <w:sz w:val="24"/>
        </w:rPr>
        <w:t>νοι τὴν διάτριτον ὑπερβάλλειν ἠξίουν. ἦν δ’, ὡς εἴρηται πρόσθεν, ἡ ὕποπτος ὥρα τῆς ἡμέρας ἐκείνης ἑνδεκάτη. χω‐ ρισθέντων οὖν αὐτῶν ἐγὼ παραγενόμενος ἐθεασάμην τοῦ</w:t>
      </w:r>
    </w:p>
    <w:p>
      <w:r>
        <w:rPr>
          <w:rFonts w:ascii="Courier New" w:hAnsi="Courier New"/>
          <w:color w:val="555555"/>
          <w:sz w:val="20"/>
        </w:rPr>
        <w:t>[10 . 674]</w:t>
      </w:r>
    </w:p>
    <w:p>
      <w:r>
        <w:rPr>
          <w:rFonts w:ascii="Gentium Plus" w:hAnsi="Gentium Plus"/>
          <w:sz w:val="24"/>
        </w:rPr>
        <w:t>γνωστικῷ γράφει διὰ τῆσδε τῆς ῥήσεως· ῥὶς ὀξεῖα, ὀφθαλ‐ μοὶ κοῖλοι καὶ τἄλλα ἅπερ ἴσμεν ἐφεξῆς αὐτῷ εἰρημένα. πάν‐ τως οὖν αὐτὸν ἁλώσεσθαι πυρετῷ ἑκτικῷ τε καὶ μαρασμώδει μὴ τραφέντα πείσας ἐμαυτὸν, ὅτι τάχιστα παρασκευάσας ἐκ</w:t>
      </w:r>
    </w:p>
    <w:p>
      <w:r>
        <w:rPr>
          <w:rFonts w:ascii="Courier New" w:hAnsi="Courier New"/>
          <w:color w:val="555555"/>
          <w:sz w:val="20"/>
        </w:rPr>
        <w:t>[5]</w:t>
      </w:r>
    </w:p>
    <w:p>
      <w:r>
        <w:rPr>
          <w:rFonts w:ascii="Gentium Plus" w:hAnsi="Gentium Plus"/>
          <w:sz w:val="24"/>
        </w:rPr>
        <w:t>χόνδρου ῥόφημα δίδωμι προσενέγκασθαι. ἀλλ’ ὅμως καίτοι τοῦτο προσενεγκάμενος, οὐδὲν ἧττον ἐν τῷ καιρῷ τοῦ παρο‐ ξυσμοῦ περὶ τὴν ἑνδεκάτην ὥραν εἰσβάλλοντος, ἀπεψύχθη τε τὰ ἄκρα δυσεκθερμάντως καὶ ὁ σφυγμὸς αὐτῷ μικρὸς καὶ ἄῤῥωστος ἐσχάτως ἐγένετο. διὸ δὴ καὶ κατὰ τὴν τετάρτην</w:t>
      </w:r>
    </w:p>
    <w:p>
      <w:r>
        <w:rPr>
          <w:rFonts w:ascii="Courier New" w:hAnsi="Courier New"/>
          <w:color w:val="555555"/>
          <w:sz w:val="20"/>
        </w:rPr>
        <w:t>[10]</w:t>
      </w:r>
    </w:p>
    <w:p>
      <w:r>
        <w:rPr>
          <w:rFonts w:ascii="Gentium Plus" w:hAnsi="Gentium Plus"/>
          <w:sz w:val="24"/>
        </w:rPr>
        <w:t>ἡμέραν ἕωθέν τε καὶ εἰς ἑσπέραν ἔδωκα τροφὴν αὐτῷ τήν τε δύναμιν ἀνακτώμενος καὶ τὸν αὐχμὸν τοῦ σώματος ἐπι‐ τέγγων. ἦν γὰρ αὐτῷ τὸ δέρμα καρφαλέον ὥσπερ βύρσα. διαμένοντος δὲ τοῦ πυρετοῦ λεπτοῦ καὶ ὁμοίου, κατὰ τὴν πέμπτην αὖθις ἡμέραν ἐδικαίωσα τρέφειν αὐτὸν οὐχ ἁπλῶς</w:t>
      </w:r>
    </w:p>
    <w:p>
      <w:r>
        <w:rPr>
          <w:rFonts w:ascii="Courier New" w:hAnsi="Courier New"/>
          <w:color w:val="555555"/>
          <w:sz w:val="20"/>
        </w:rPr>
        <w:t>[15]</w:t>
      </w:r>
    </w:p>
    <w:p>
      <w:r>
        <w:rPr>
          <w:rFonts w:ascii="Gentium Plus" w:hAnsi="Gentium Plus"/>
          <w:sz w:val="24"/>
        </w:rPr>
        <w:t>ῥοφήμασιν ὡς ἔμπροσθεν, ἀλλὰ καὶ κόκκους ῥοιᾶς ἐμβαλὼν εἰς χόνδρον ἐξ ὕδατος θερμοῦ χωρὶς ἀρτύσεως. κάλλιστον γὰρ ἔδεσμα τοῦτο κάμνοντι πικροχόλῳ στομάχῳ. καὶ γὰρ καὶ</w:t>
      </w:r>
    </w:p>
    <w:p>
      <w:r>
        <w:rPr>
          <w:rFonts w:ascii="Courier New" w:hAnsi="Courier New"/>
          <w:color w:val="555555"/>
          <w:sz w:val="20"/>
        </w:rPr>
        <w:t>[10 . 675]</w:t>
      </w:r>
    </w:p>
    <w:p>
      <w:r>
        <w:rPr>
          <w:rFonts w:ascii="Gentium Plus" w:hAnsi="Gentium Plus"/>
          <w:sz w:val="24"/>
        </w:rPr>
        <w:t>πλείστου μένων ὁ χόνδρος ἐν τῇ γαστρὶ πέττεται κατὰ βραχὺ, μήτ’ ἀποξυνόμενος μήτ’ ἐπιπολάζων, ἅπερ εἴωθε τοῖς ῥοφήμασιν ἔστιν ὅτε συμβαίνειν. ἐγένετο δ’ οὖν καὶ κατὰ τὴν πέμπτην ἡμέραν ἡ ἀρχὴ τοῦ παροξυσμοῦ παραπλησία,</w:t>
      </w:r>
    </w:p>
    <w:p>
      <w:r>
        <w:rPr>
          <w:rFonts w:ascii="Courier New" w:hAnsi="Courier New"/>
          <w:color w:val="555555"/>
          <w:sz w:val="20"/>
        </w:rPr>
        <w:t>[5]</w:t>
      </w:r>
    </w:p>
    <w:p>
      <w:r>
        <w:rPr>
          <w:rFonts w:ascii="Gentium Plus" w:hAnsi="Gentium Plus"/>
          <w:sz w:val="24"/>
        </w:rPr>
        <w:t>καὶ πάλιν ἡμῶν κατά τε τὴν ἕκτην καὶ τὴν ἑβδόμην ἡμέραν ὡσαύτως αὐτὸν διαιτησάντων ἡ κατὰ τὴν ὀγδόην αὖθις ὁμοία ταῖς ἔμπροσθεν. ἔνθα δὴ καὶ μάλιστα τὴν ἄνοιαν ἢ τὴν φιλονεικίαν ἢ οὐκ οἶδ’ ὅ τι φῶ τῶν τὸν διάτριτον αὐτὸν ἐν ἀρχῇ κελευσάντων ὑπερβάλλειν ἀκριβῶς ἦν καταμαθεῖν.</w:t>
      </w:r>
    </w:p>
    <w:p>
      <w:r>
        <w:rPr>
          <w:rFonts w:ascii="Courier New" w:hAnsi="Courier New"/>
          <w:color w:val="555555"/>
          <w:sz w:val="20"/>
        </w:rPr>
        <w:t>[10]</w:t>
      </w:r>
    </w:p>
    <w:p>
      <w:r>
        <w:rPr>
          <w:rFonts w:ascii="Gentium Plus" w:hAnsi="Gentium Plus"/>
          <w:sz w:val="24"/>
        </w:rPr>
        <w:t>ἐναργῶς γάρ τοι φαινομένου πᾶσιν, ὡς οὐκ ἂν εἰς τὴν τετάρ‐ την ἡμέραν ὁ ἄνθρωπος ἀφῖκτο, μὴ τραφεὶς πρὸ τοῦ κατὰ τὴν τρίτην παροξυσμοῦ, κακῶς ἐκεῖνοι καὶ τότε καὶ ταῖς ἐφε‐ ξῆς ἡμέραις ἔφασαν αὐτὸν τεθράφθαι. ἀλλὰ γὰρ οὐχ οἷόν τ’ ἦν, ἵν’ ἐξελέγξῃ τις αὐτοὺς, προδοῦναι τὸν κάμνοντα μὴ δι‐</w:t>
      </w:r>
    </w:p>
    <w:p>
      <w:r>
        <w:rPr>
          <w:rFonts w:ascii="Courier New" w:hAnsi="Courier New"/>
          <w:color w:val="555555"/>
          <w:sz w:val="20"/>
        </w:rPr>
        <w:t>[15]</w:t>
      </w:r>
    </w:p>
    <w:p>
      <w:r>
        <w:rPr>
          <w:rFonts w:ascii="Gentium Plus" w:hAnsi="Gentium Plus"/>
          <w:sz w:val="24"/>
        </w:rPr>
        <w:t>δόντα τροφὴν ἐν τῇ παροξυντικῇ τῶν ἡμερῶν. ὁμοίως οὖν θρέψαντες ἐπὶ τῆς ἐννάτης ἡμέρας τὸν ἄνθρωπον καὶ θεασά‐ μενοι κατὰ τὸν παροξυσμὸν εὐτονώτερον μὲν ἑαυτοῦ γεγο‐</w:t>
      </w:r>
    </w:p>
    <w:p>
      <w:r>
        <w:rPr>
          <w:rFonts w:ascii="Courier New" w:hAnsi="Courier New"/>
          <w:color w:val="555555"/>
          <w:sz w:val="20"/>
        </w:rPr>
        <w:t>[10 . 676]</w:t>
      </w:r>
    </w:p>
    <w:p>
      <w:r>
        <w:rPr>
          <w:rFonts w:ascii="Gentium Plus" w:hAnsi="Gentium Plus"/>
          <w:sz w:val="24"/>
        </w:rPr>
        <w:t>τῶν ἄκρων ψύξεως, οὐχ ὑπεμείναμεν ἀνέχεσθαι τὴν γλωσσαλ‐ γίαν τῶν ἰατρῶν, ἀλλὰ κατὰ τὴν ἑνδεκάτην ἡμέραν προει‐ πόντες τοῖς φίλοις τοῦ κάμνοντος ὡς εἴσονται τήμερον μέχρι τοῦ δεῦρο δι’ ἡμᾶς τὸν ἄνθρωπον σωζόμενον ἐπετρέψαμεν</w:t>
      </w:r>
    </w:p>
    <w:p>
      <w:r>
        <w:rPr>
          <w:rFonts w:ascii="Courier New" w:hAnsi="Courier New"/>
          <w:color w:val="555555"/>
          <w:sz w:val="20"/>
        </w:rPr>
        <w:t>[5]</w:t>
      </w:r>
    </w:p>
    <w:p>
      <w:r>
        <w:rPr>
          <w:rFonts w:ascii="Gentium Plus" w:hAnsi="Gentium Plus"/>
          <w:sz w:val="24"/>
        </w:rPr>
        <w:t>ὑπερβάλλειν αὐτὸν τὰς παροξυντικὰς ὥρας. ἀσφυξίας οὖν ἐν αὐταῖς γενομένης πάντως καὶ καταψύξεως ἰσχυρᾶς ὅλου τοῦ σώματος, ὡς μήτε φθέγγεσθαι μηκέτι καὶ μόγις τῶν θλιβόν‐ των αἰσθάνεσθαι, κληθέντες ἅμα πάντες οἱ ἐξ ἀρχῆς ὁρῶντες ἰατροὶ μονονοὺ διασπασθῆναι πρὸς τῶν οἰκείων τοῦ κάμνον‐</w:t>
      </w:r>
    </w:p>
    <w:p>
      <w:r>
        <w:rPr>
          <w:rFonts w:ascii="Courier New" w:hAnsi="Courier New"/>
          <w:color w:val="555555"/>
          <w:sz w:val="20"/>
        </w:rPr>
        <w:t>[10]</w:t>
      </w:r>
    </w:p>
    <w:p>
      <w:r>
        <w:rPr>
          <w:rFonts w:ascii="Gentium Plus" w:hAnsi="Gentium Plus"/>
          <w:sz w:val="24"/>
        </w:rPr>
        <w:t>τος ἐκινδυνεύσαμεν, ἐγὼ μὲν ὡς ἑκὼν προδοὺς τὴν σωτηρίαν αὐτοῦ διὰ φιλονεικίαν, οἱ δ’ ἐρασταὶ τῆς διατρίτης διὰ τὴν ἀμαθίαν, ἅμα δὲ καὶ ἀναισθησίαν. ἐκεῖνοι μὲν οὖν ὠχρότεροι καὶ ψυχρότεροι τοῦ νοσοῦντος αὐτοῦ γενόμενοι μηχανήν τινα ἐβουλεύσαντο φυγῆς. προνοήσας δ’ ἐγὼ τοῦτο τὴν αὔλειον</w:t>
      </w:r>
    </w:p>
    <w:p>
      <w:r>
        <w:rPr>
          <w:rFonts w:ascii="Courier New" w:hAnsi="Courier New"/>
          <w:color w:val="555555"/>
          <w:sz w:val="20"/>
        </w:rPr>
        <w:t>[15]</w:t>
      </w:r>
    </w:p>
    <w:p>
      <w:r>
        <w:rPr>
          <w:rFonts w:ascii="Gentium Plus" w:hAnsi="Gentium Plus"/>
          <w:sz w:val="24"/>
        </w:rPr>
        <w:t>θύραν ἐκέλευσα κλεισθῆναι, καί τινι τῶν ἑταίρων προσέ‐ ταξα λαβόντι τὴν κλεῖν φυλάττειν· εἶτ’ ἐν τῷ μέσῳ κατα‐ στὰς ἤδη μὲν οὖν ὑμᾶς, ἔφην, ἀκριβῶς πεπεῖσθαι τίς ἐστιν ὁ σώσας τὸν ἄνθρωπον ἄχρι τοῦ δεῦρο, σωθήσεται δὲ καὶ νῦν</w:t>
      </w:r>
    </w:p>
    <w:p>
      <w:r>
        <w:rPr>
          <w:rFonts w:ascii="Courier New" w:hAnsi="Courier New"/>
          <w:color w:val="555555"/>
          <w:sz w:val="20"/>
        </w:rPr>
        <w:t>[10 . 677]</w:t>
      </w:r>
    </w:p>
    <w:p>
      <w:r>
        <w:rPr>
          <w:rFonts w:ascii="Gentium Plus" w:hAnsi="Gentium Plus"/>
          <w:sz w:val="24"/>
        </w:rPr>
        <w:t>σαμεν ἐν τῷδε τῷ παροξυσμῷ τοῦ τρέφειν ἀπέστημεν ἂν, ἀλλ’ ἐπειδὴ τοσοῦτον αὐτοῦ ῥώμης ἐκ τῆς ἔμπροσθεν διαίτης ἔγνω‐ μεν ὑπάρχειν ὡς δύνασθαι διενεγκεῖν τὸν παροξυσμὸν, ἐπε‐ τρέψαμεν ὑπερβάλλειν ἀσίτῳ. κάλλιον μὲν οὖν ἦν τε‐</w:t>
      </w:r>
    </w:p>
    <w:p>
      <w:r>
        <w:rPr>
          <w:rFonts w:ascii="Courier New" w:hAnsi="Courier New"/>
          <w:color w:val="555555"/>
          <w:sz w:val="20"/>
        </w:rPr>
        <w:t>[5]</w:t>
      </w:r>
    </w:p>
    <w:p>
      <w:r>
        <w:rPr>
          <w:rFonts w:ascii="Gentium Plus" w:hAnsi="Gentium Plus"/>
          <w:sz w:val="24"/>
        </w:rPr>
        <w:t>θράφθαι πρὸ πολλοῦ τὸν ἄνθρωπον. ἀλλ’ ἵνα καὶ τούτους ἐξελέγξω καὶ πείσω τινὰς τῶν παρεχόντων αὐτοῖς τὰ ὦτα, φάσκουσιν ὑφ’ ἡμῶν ἐπιτρίβεσθαι τὸν νεανίσκον, ἀπολέσας ἐκεῖνον τὸν καιρὸν ἐπιδείξω νῦν αὐτοῖς ὅτι καὶ κατ’ αὐτὸν τὸν παροξυσμὸν ἐνίους τῶν ἀῤῥωστούντων προσήκει τρέφειν,</w:t>
      </w:r>
    </w:p>
    <w:p>
      <w:r>
        <w:rPr>
          <w:rFonts w:ascii="Courier New" w:hAnsi="Courier New"/>
          <w:color w:val="555555"/>
          <w:sz w:val="20"/>
        </w:rPr>
        <w:t>[10]</w:t>
      </w:r>
    </w:p>
    <w:p>
      <w:r>
        <w:rPr>
          <w:rFonts w:ascii="Gentium Plus" w:hAnsi="Gentium Plus"/>
          <w:sz w:val="24"/>
        </w:rPr>
        <w:t>μήτι γε μὴ πρὸ τοῦ παροξυσμοῦ. τοῦτ’ εἰπὼν καὶ διαστήσας τὰς γνάθους αὐτοῦ ἐγχέων πτισάνης χυλὸν δι’ ἀγγείου στε‐ νοστόμου κυάθων τὸ πλῆθος τριῶν, εἶτα ὀλίγον ὕστερον οἴνου λευκοῦ λεπτοῦ κεκραμένου συμμέτρως θερμῷ δύο κυά‐ θους. ἐφ’ οἷς ἀνέβλεψέ τε καὶ ἀκούειν καὶ φθέγγεσθαι καὶ</w:t>
      </w:r>
    </w:p>
    <w:p>
      <w:r>
        <w:rPr>
          <w:rFonts w:ascii="Courier New" w:hAnsi="Courier New"/>
          <w:color w:val="555555"/>
          <w:sz w:val="20"/>
        </w:rPr>
        <w:t>[15]</w:t>
      </w:r>
    </w:p>
    <w:p>
      <w:r>
        <w:rPr>
          <w:rFonts w:ascii="Gentium Plus" w:hAnsi="Gentium Plus"/>
          <w:sz w:val="24"/>
        </w:rPr>
        <w:t>γνωρίζειν τοὺς παρόντας ὑπήρξατο, πρότερον οἷόν περ ξύλον ξηρὸν ἐκτεταμένος ἀναίσθητός τε καὶ ἄφωνος. αὖθις οὖν αὐτῷ δοὺς ἄρτου τι καταπιεῖν ἐξ οἴνου καθ’ ὃν εἴρηται τρό‐ πον κεκραμένου τελέως ἀνεκτησάμην. καὶ πάλιν ἐπὶ τὴν ἐξ</w:t>
      </w:r>
    </w:p>
    <w:p>
      <w:r>
        <w:rPr>
          <w:rFonts w:ascii="Courier New" w:hAnsi="Courier New"/>
          <w:color w:val="555555"/>
          <w:sz w:val="20"/>
        </w:rPr>
        <w:t>[10 . 678]</w:t>
      </w:r>
    </w:p>
    <w:p>
      <w:r>
        <w:rPr>
          <w:rFonts w:ascii="Gentium Plus" w:hAnsi="Gentium Plus"/>
          <w:sz w:val="24"/>
        </w:rPr>
        <w:t>δεκάτῃ παροξυσμὸν ὑπομείναντα θεασάμενος, ἐν τῇ τεσσαρεσ‐ καιδεκάτῃ πάλιν ἕωθεν θρέψας ἔλουσα μετὰ τοῦτο περὶ ὥραν ὀγδόην. εἶτ’ αὖθις θρέψας γενναιότερον ἐπιδούς τε πιεῖν οἴνου· τοῦτο δὲ καὶ κατὰ τὴν δωδεκάτην τε καὶ τρισκαι‐</w:t>
      </w:r>
    </w:p>
    <w:p>
      <w:r>
        <w:rPr>
          <w:rFonts w:ascii="Courier New" w:hAnsi="Courier New"/>
          <w:color w:val="555555"/>
          <w:sz w:val="20"/>
        </w:rPr>
        <w:t>[5]</w:t>
      </w:r>
    </w:p>
    <w:p>
      <w:r>
        <w:rPr>
          <w:rFonts w:ascii="Gentium Plus" w:hAnsi="Gentium Plus"/>
          <w:sz w:val="24"/>
        </w:rPr>
        <w:t>δεκάτην ἡμέραν ἐπεποιήκειν· ἐν τῇ πεντεκαιδεκάτῃ πάλιν ἕωθεν ἔθρεψα. μᾶλλον δὲ αὐτοῦ τότε τὸν παροξυσμὸν ἐνεγ‐ κόντος εὐφόρως, αὖθις ἔλουσα κατὰ τὴν ἑκκαιδεκάτην ἡμέ‐ ραν, καὶ τἄλλα ὁμοίως ἔπραξα περὶ τὸν ἄνθρωπον τοῖς ἔμπροσθεν. ἐπεὶ δὲ κατὰ τὴν ἑπτακαιδεκάτην ἡμέραν ὁ παρο‐</w:t>
      </w:r>
    </w:p>
    <w:p>
      <w:r>
        <w:rPr>
          <w:rFonts w:ascii="Courier New" w:hAnsi="Courier New"/>
          <w:color w:val="555555"/>
          <w:sz w:val="20"/>
        </w:rPr>
        <w:t>[10]</w:t>
      </w:r>
    </w:p>
    <w:p>
      <w:r>
        <w:rPr>
          <w:rFonts w:ascii="Gentium Plus" w:hAnsi="Gentium Plus"/>
          <w:sz w:val="24"/>
        </w:rPr>
        <w:t>ξυσμὸς ἄθλιπτος καὶ μικρὸς ἐγένετο, θαῤῥῶν ἤδη τοῦ λοιποῦ διῄτων αὐτὸν ἀναληπτικῶς. οὗτος ὁ ἄῤῥωστος ἐπαίδευσε πολ‐ λοὺς τῶν ἡμιμοχθήρων τε καὶ μὴ παντάπασιν ὄνων ὡς καὶ πρὸ τῶν παροξυσμῶν ἐνίοτε χρὴ τρέφειν, εἰ καὶ δυοῖν ὡρῶν εἴη τὸ μεταξὺ, καὶ πολὺ δὴ μᾶλλον ἔμπροσθεν τῆς διατρίτου.</w:t>
      </w:r>
    </w:p>
    <w:p>
      <w:r>
        <w:rPr>
          <w:rFonts w:ascii="Courier New" w:hAnsi="Courier New"/>
          <w:color w:val="555555"/>
          <w:sz w:val="20"/>
        </w:rPr>
        <w:t>[15]</w:t>
      </w:r>
    </w:p>
    <w:p>
      <w:r>
        <w:rPr>
          <w:rFonts w:ascii="Gentium Plus" w:hAnsi="Gentium Plus"/>
          <w:sz w:val="24"/>
        </w:rPr>
        <w:t>ἐδίδαξα δέ σε καὶ κατ’ αὐτὴν τὴν εἰσβολὴν τοῦ πρώτου παρο‐ ξυσμοῦ τοὺς τοιούτους τρέφεσθαι δεομένους. λέγω δὲ τοὺς τοιούτους ἐφ’ ὧν ἡ δυσκρασία τοῦ σώματος ἐπὶ τὸ</w:t>
      </w:r>
    </w:p>
    <w:p>
      <w:r>
        <w:rPr>
          <w:rFonts w:ascii="Courier New" w:hAnsi="Courier New"/>
          <w:color w:val="555555"/>
          <w:sz w:val="20"/>
        </w:rPr>
        <w:t>[10 . 679]</w:t>
      </w:r>
    </w:p>
    <w:p>
      <w:r>
        <w:rPr>
          <w:rFonts w:ascii="Gentium Plus" w:hAnsi="Gentium Plus"/>
          <w:sz w:val="24"/>
        </w:rPr>
        <w:t>Ἔστι μὲν οὖν ἴσως καὶ τοῦτο τοῖς πολλοῖς τῶν ἰατρῶν ἄπιστον. ἀλλ’ εἴτε τῷ λόγῳ χρὴ παρέχειν αὐτῷ τὴν πίστιν εἴτε τοῖς ἔργοις, ἀμφοτέροις ἡμεῖς παρεχόμεθα, τοῖς μὲν ἔργοις ἀνθρώπους ἐπιδεικνύντες αὐτοῖς, οὓς, ἐὰν</w:t>
      </w:r>
    </w:p>
    <w:p>
      <w:r>
        <w:rPr>
          <w:rFonts w:ascii="Courier New" w:hAnsi="Courier New"/>
          <w:color w:val="555555"/>
          <w:sz w:val="20"/>
        </w:rPr>
        <w:t>[5]</w:t>
      </w:r>
    </w:p>
    <w:p>
      <w:r>
        <w:rPr>
          <w:rFonts w:ascii="Gentium Plus" w:hAnsi="Gentium Plus"/>
          <w:sz w:val="24"/>
        </w:rPr>
        <w:t>ἀσιτήσωσιν ἐπὶ δυοῖν ἡμέραιν, ἀνάγκη πυρέξαι· καθάπερ ἐνίους ὀργισθέντας ἢ λυπηθέντας ἢ ἀγρυπνήσαντας. ἐναρ‐ γέστατα γὰρ ἐπὶ τῶν ἀναλαμβανομένων ἐκ νόσου μακρᾶς τὰ τοιαῦτα φαίνεται γιγνόμενα καὶ τῶν θερμῶν καὶ τῶν ξηρῶν τὴν κρᾶσιν. τῷ λόγῳ δ’ ἡ πίστις τοῦ γινομένου λέλεκται μὲν</w:t>
      </w:r>
    </w:p>
    <w:p>
      <w:r>
        <w:rPr>
          <w:rFonts w:ascii="Courier New" w:hAnsi="Courier New"/>
          <w:color w:val="555555"/>
          <w:sz w:val="20"/>
        </w:rPr>
        <w:t>[10]</w:t>
      </w:r>
    </w:p>
    <w:p>
      <w:r>
        <w:rPr>
          <w:rFonts w:ascii="Gentium Plus" w:hAnsi="Gentium Plus"/>
          <w:sz w:val="24"/>
        </w:rPr>
        <w:t>ἤδη καὶ δι’ ἄλλων, εἰρήσεται δὲ αὐτοῦ καὶ νῦν τὰ κεφάλαια. οἱ δακνώδεις ἀτμοὶ καὶ χυμοὶ διὰ τῶν αἰσθητικῶν σωμάτων φερόμενοι φρίκας καὶ ῥίγη γεννῶσιν. ἐν οἷς στεγνουμένου τοῦ δέρματος ἐπισχεθέντα τὰ διαπνεόμενα πρόσθεν, ὅταν ᾖ λι‐ γνυώδη, πυρετὸν ἐξάπτει. τοὺς τοιούτους οὖν ἀτμοὺς καὶ χυ‐</w:t>
      </w:r>
    </w:p>
    <w:p>
      <w:r>
        <w:rPr>
          <w:rFonts w:ascii="Courier New" w:hAnsi="Courier New"/>
          <w:color w:val="555555"/>
          <w:sz w:val="20"/>
        </w:rPr>
        <w:t>[15]</w:t>
      </w:r>
    </w:p>
    <w:p>
      <w:r>
        <w:rPr>
          <w:rFonts w:ascii="Gentium Plus" w:hAnsi="Gentium Plus"/>
          <w:sz w:val="24"/>
        </w:rPr>
        <w:t>μοὺς αἵ τε κινήσεις αἱ πολλαὶ καὶ σφοδραὶ καὶ ἀγρυπνίαι καὶ οἱ θυμοὶ καὶ αἱ λῦπαι καὶ αἱ φροντίδες ἐργάζονται πλέονας. ἐφεξῆς δὲ τούτων αὐτὸ καθ’ ἑαυτὸ μόνον ἱκανὸν ἐνίοτε τὸ</w:t>
      </w:r>
    </w:p>
    <w:p>
      <w:r>
        <w:rPr>
          <w:rFonts w:ascii="Courier New" w:hAnsi="Courier New"/>
          <w:color w:val="555555"/>
          <w:sz w:val="20"/>
        </w:rPr>
        <w:t>[10 . 680]</w:t>
      </w:r>
    </w:p>
    <w:p>
      <w:r>
        <w:rPr>
          <w:rFonts w:ascii="Gentium Plus" w:hAnsi="Gentium Plus"/>
          <w:sz w:val="24"/>
        </w:rPr>
        <w:t>χόλων φύσεων ἡ ἕξις ἐπὶ ταῖς μακροτέραις ἀσιτίαις. ἐὰν οὖν ἅμα τε τοῦτο συμβῇ καὶ κίνησίν τινα κινηθεὶς ὁ κάμνων ἰσχυροτέραν τῆς δυνάμεως ἀθροωτέραν ἐργάσηται τῶν δακνω‐ δῶν περιττωμάτων τὴν εἰς τοὐκτὸς φορὰν, ἀναγκαῖόν</w:t>
      </w:r>
    </w:p>
    <w:p>
      <w:r>
        <w:rPr>
          <w:rFonts w:ascii="Courier New" w:hAnsi="Courier New"/>
          <w:color w:val="555555"/>
          <w:sz w:val="20"/>
        </w:rPr>
        <w:t>[5]</w:t>
      </w:r>
    </w:p>
    <w:p>
      <w:r>
        <w:rPr>
          <w:rFonts w:ascii="Gentium Plus" w:hAnsi="Gentium Plus"/>
          <w:sz w:val="24"/>
        </w:rPr>
        <w:t>ἐστιν, ὡς ἐν τοῖς τῶν συμπτωμάτων αἰτίοις ἐπεδείκνυμεν, ἤτοι ῥῖγος ἢ φρίκην ἐπιγίγνεσθαι. ῥῖγος μὲν οὖν ἔσται διά τε τὸ πλῆθος τῶν φερομένων καὶ τὴν δριμύτητα καὶ τὸ τά‐ χος τῆς φορᾶς καὶ τὴν τῆς δυνάμεως ἀσθένειαν. τά τε γὰρ πολλὰ τῶν ὀλίγων καὶ τὰ ταῖς ποιότησιν ἠκριβωμένα τῶν</w:t>
      </w:r>
    </w:p>
    <w:p>
      <w:r>
        <w:rPr>
          <w:rFonts w:ascii="Courier New" w:hAnsi="Courier New"/>
          <w:color w:val="555555"/>
          <w:sz w:val="20"/>
        </w:rPr>
        <w:t>[10]</w:t>
      </w:r>
    </w:p>
    <w:p>
      <w:r>
        <w:rPr>
          <w:rFonts w:ascii="Gentium Plus" w:hAnsi="Gentium Plus"/>
          <w:sz w:val="24"/>
        </w:rPr>
        <w:t>μὴ τοιούτων δάκνει μᾶλλον, ὥσπέρ γε καὶ τὰ θᾶττον φερό‐ μενα τῶν βραδυτέρων. ἥ τε δύναμις ἰσχυρὰ μὲν οὖσα κατα‐ φρονεῖ καὶ ἀνέχεται πάντων, ἀσθενὴς δὲ γινομένη καὶ πρὸς τῶν τυχόντων ἀνιᾶται. φρίκη δ’ ἂν γένοιτο τῆς τε ποιό‐ τητος αὐτῶν καὶ τοῦ τάχους τῆς φορᾶς ἐκλυθέντων ἅμα τῷ</w:t>
      </w:r>
    </w:p>
    <w:p>
      <w:r>
        <w:rPr>
          <w:rFonts w:ascii="Courier New" w:hAnsi="Courier New"/>
          <w:color w:val="555555"/>
          <w:sz w:val="20"/>
        </w:rPr>
        <w:t>[15]</w:t>
      </w:r>
    </w:p>
    <w:p>
      <w:r>
        <w:rPr>
          <w:rFonts w:ascii="Gentium Plus" w:hAnsi="Gentium Plus"/>
          <w:sz w:val="24"/>
        </w:rPr>
        <w:t>πλήθει, καὶ μάλισθ’ ὅταν ἡ δύναμις ἀνθίσταται τοῖς λυποῦ‐ σιν. ἐπὶ πλέον δὲ τῶν εἰρημένων ἐκλυθέντων οὐδὲ φρίκη γένοιτ’ ἂν, ἀλλ’ ἤτοι τις ἑλκώδης αἴσθησις ἢ ἀνωμαλία μόνη.</w:t>
      </w:r>
    </w:p>
    <w:p>
      <w:r>
        <w:rPr>
          <w:rFonts w:ascii="Courier New" w:hAnsi="Courier New"/>
          <w:color w:val="555555"/>
          <w:sz w:val="20"/>
        </w:rPr>
        <w:t>[10 . 681]</w:t>
      </w:r>
    </w:p>
    <w:p>
      <w:r>
        <w:rPr>
          <w:rFonts w:ascii="Gentium Plus" w:hAnsi="Gentium Plus"/>
          <w:sz w:val="24"/>
        </w:rPr>
        <w:t>τόν ἐστι ῥῖγος, ἁπάντων δ’ ἐκλυθέντων οὐδεμία τῆς διεξ‐ όδου τῶν περιττωμάτων αἴσθησις. εἰ δὲ τὰ μὲν εἴη, τὰ δὲ οὐκ εἴη, καὶ τὰ μὲν μείζω, τὰ δὲ σμικρότερα, τὸ ἐν μέσῳ πᾶν ἀπεργασθήσεται πλάτος ἐν ταῖς τοιαύταις μίξεσι τοῦ</w:t>
      </w:r>
    </w:p>
    <w:p>
      <w:r>
        <w:rPr>
          <w:rFonts w:ascii="Courier New" w:hAnsi="Courier New"/>
          <w:color w:val="555555"/>
          <w:sz w:val="20"/>
        </w:rPr>
        <w:t>[5]</w:t>
      </w:r>
    </w:p>
    <w:p>
      <w:r>
        <w:rPr>
          <w:rFonts w:ascii="Gentium Plus" w:hAnsi="Gentium Plus"/>
          <w:sz w:val="24"/>
        </w:rPr>
        <w:t>τε μεγίστου ῥίγους καὶ τῆς παντελοῦς τῶν περιττωμάτων ἀναισθησίας. οὐδὲν οὖν ἐστι θαυμαστὸν εἰ τῷ μὲν ἀνω‐ μαλίαν, τῷ δὲ ἑλκώδη τινὰ αἴσθησιν ἢ φρίκην ἢ ῥῖγος ἕκαστον τῶν αἰτίων αὐτό τε καθ’ ἑαυτὸ καὶ σὺν ἄλλοις ὁρᾶται φέρον. ὑποκείσθωσαν γὰρ ἀσθενεῖς μὲν αἱ δυνά‐</w:t>
      </w:r>
    </w:p>
    <w:p>
      <w:r>
        <w:rPr>
          <w:rFonts w:ascii="Courier New" w:hAnsi="Courier New"/>
          <w:color w:val="555555"/>
          <w:sz w:val="20"/>
        </w:rPr>
        <w:t>[10]</w:t>
      </w:r>
    </w:p>
    <w:p>
      <w:r>
        <w:rPr>
          <w:rFonts w:ascii="Gentium Plus" w:hAnsi="Gentium Plus"/>
          <w:sz w:val="24"/>
        </w:rPr>
        <w:t>μεις, αἰσθητικὸν δ’ ἱκανῶς τὸ σῶμα· καὶ γὰρ καὶ τοῦτο ἐδείχθη συντελεῖν οὐκ ὀλίγον εἰς τὴν τῶν τοιούτων συμπτω‐ μάτων γένεσιν, ἰσχνὴ δὲ ἡ ἕξις καὶ ἡ κρᾶσις πικρόχολος, ὅ τε στόμαχος ἐκχολούμενος ὁμοίως, ἐπί τε τούτοις ἅπασιν ἔνδεια γιγνέσθω σιτίων, ἀγρυπνία τέ τις καὶ λύπη καὶ φρον‐</w:t>
      </w:r>
    </w:p>
    <w:p>
      <w:r>
        <w:rPr>
          <w:rFonts w:ascii="Courier New" w:hAnsi="Courier New"/>
          <w:color w:val="555555"/>
          <w:sz w:val="20"/>
        </w:rPr>
        <w:t>[15]</w:t>
      </w:r>
    </w:p>
    <w:p>
      <w:r>
        <w:rPr>
          <w:rFonts w:ascii="Gentium Plus" w:hAnsi="Gentium Plus"/>
          <w:sz w:val="24"/>
        </w:rPr>
        <w:t>τὶς, ἀναγκαία τε πρόοδος οἴκοθεν ἐπειγούσης τινὸς χρείας. εἶτα τούτων ὑποκειμένων ὅπερ ἐθεάσω ποτὲ γιγνέσθω. προ‐</w:t>
      </w:r>
    </w:p>
    <w:p>
      <w:r>
        <w:rPr>
          <w:rFonts w:ascii="Courier New" w:hAnsi="Courier New"/>
          <w:color w:val="555555"/>
          <w:sz w:val="20"/>
        </w:rPr>
        <w:t>[10 . 682]</w:t>
      </w:r>
    </w:p>
    <w:p>
      <w:r>
        <w:rPr>
          <w:rFonts w:ascii="Gentium Plus" w:hAnsi="Gentium Plus"/>
          <w:sz w:val="24"/>
        </w:rPr>
        <w:t>κροτέραν ἀνύσαι κατὰ τὴν πόλιν ἐπειγόμενος. ἆρ’ οὐχ ἑτοί‐ μως ἐκ τῆς προσγενομένης αὐτῷ κινήσεως τῶν δακνωδῶν περιττωμάτων ἀνωμαλίαν μέν τινα πρῶτον, αὐτίκα δὲ καὶ φρίκην γενέσθαι; καὶ εἰ ἐπιμείνειε κινούμενος ἢ μὴ φθάσειε</w:t>
      </w:r>
    </w:p>
    <w:p>
      <w:r>
        <w:rPr>
          <w:rFonts w:ascii="Courier New" w:hAnsi="Courier New"/>
          <w:color w:val="555555"/>
          <w:sz w:val="20"/>
        </w:rPr>
        <w:t>[5]</w:t>
      </w:r>
    </w:p>
    <w:p>
      <w:r>
        <w:rPr>
          <w:rFonts w:ascii="Gentium Plus" w:hAnsi="Gentium Plus"/>
          <w:sz w:val="24"/>
        </w:rPr>
        <w:t>λαβεῖν σιτίων, αὐτίκα πυρέττειν αὐτόν; ἔδειξα δέ σοι πυρέ‐ ξαντας οὕτω τινὰς καὶ μάλιστα τῶν ἐκ νόσου μακρᾶς ἀνακο‐ μιζομένων· ὧν ἑνὶ κατὰ τύχην ἀπαντήσας, τῆς φρίκης ἀρχο‐ μένης ἄρτι δηλώσαντι τὸ γιγνόμενον, ἄρτον ἐξ οἴνου κεκρα‐ μένου δοὺς προσενέγκασθαι, παραχρῆμα τὴν φρίκην ἔπαυσα.</w:t>
      </w:r>
    </w:p>
    <w:p>
      <w:r>
        <w:rPr>
          <w:rFonts w:ascii="Courier New" w:hAnsi="Courier New"/>
          <w:color w:val="555555"/>
          <w:sz w:val="20"/>
        </w:rPr>
        <w:t>[10]</w:t>
      </w:r>
    </w:p>
    <w:p>
      <w:r>
        <w:rPr>
          <w:rFonts w:ascii="Gentium Plus" w:hAnsi="Gentium Plus"/>
          <w:sz w:val="24"/>
        </w:rPr>
        <w:t>ἀλλὰ τοῦτον μὲν, ὡς οἶσθα, κατὰ τὴν ὁδὸν εἰς ἐργαστήριον εἰσαγαγὼν ἐκώλυσα πυρέξαι. ἑτέρους δ’ εἰς τὴν ἑαυτῶν κα‐ ταγωγὴν ἀφικέσθαι φθάσαντας ἔθρεψα κατὰ τὴν ἀρχὴν τῆς φρίκης ἢ μικρὸν ὕστερον. ἁπλῶς δ’ εἰπεῖν οἷς ἔτι τὰ τῆς ἀρχῆς τῶν παροξυσμῶν ἐστι συμπτώματα, τούτοις ἅπασιν</w:t>
      </w:r>
    </w:p>
    <w:p>
      <w:r>
        <w:rPr>
          <w:rFonts w:ascii="Courier New" w:hAnsi="Courier New"/>
          <w:color w:val="555555"/>
          <w:sz w:val="20"/>
        </w:rPr>
        <w:t>[15]</w:t>
      </w:r>
    </w:p>
    <w:p>
      <w:r>
        <w:rPr>
          <w:rFonts w:ascii="Gentium Plus" w:hAnsi="Gentium Plus"/>
          <w:sz w:val="24"/>
        </w:rPr>
        <w:t>ἄρτον ἐξ οἴνου κεκραμένου θερμοῦ διὰ ταχέων προσφέρων ἔπαυσά τε παραχρῆμα τὴν φρίκην, ἐκώλυσά τε πυρέξαι. ὅσῳ δ’ ἂν θᾶττον αὐτοὺς θρέψοις, τοσούτῳ μᾶλλον κωλύσεις τὸν</w:t>
      </w:r>
    </w:p>
    <w:p>
      <w:r>
        <w:rPr>
          <w:rFonts w:ascii="Courier New" w:hAnsi="Courier New"/>
          <w:color w:val="555555"/>
          <w:sz w:val="20"/>
        </w:rPr>
        <w:t>[10 . 683]</w:t>
      </w:r>
    </w:p>
    <w:p>
      <w:r>
        <w:rPr>
          <w:rFonts w:ascii="Gentium Plus" w:hAnsi="Gentium Plus"/>
          <w:sz w:val="24"/>
        </w:rPr>
        <w:t>θερμασία δὲ αὐτοῖς ἐπιγίγνεται πολλὴ, τρόπον ὁμοιότατον τοῖς ἐν κρύει μὲν ὁδοιπορήσασι σφοδρῷ, καταχθεῖσι δ’ οἴκαδε καὶ τραφεῖσι θερμοῖς, ὡς εἴ γε βραδύνοις πλέον, ἔτι πλεῖον οὗτοι θερμανθήσονται θερμασίαν τοσαύτην τε καὶ τοιαύτην</w:t>
      </w:r>
    </w:p>
    <w:p>
      <w:r>
        <w:rPr>
          <w:rFonts w:ascii="Courier New" w:hAnsi="Courier New"/>
          <w:color w:val="555555"/>
          <w:sz w:val="20"/>
        </w:rPr>
        <w:t>[5]</w:t>
      </w:r>
    </w:p>
    <w:p>
      <w:r>
        <w:rPr>
          <w:rFonts w:ascii="Gentium Plus" w:hAnsi="Gentium Plus"/>
          <w:sz w:val="24"/>
        </w:rPr>
        <w:t>ὡς ἀμφιβάλλειν εἰ πυρετὸν ἤδη κλητέον αὐτήν. εἰ δ’ ὧραι δύο μετὰ τὴν ἀρχὴν τῆς ἀνωμαλίας εἴησαν γεγενημέναι, τρέφειν μέντοι καὶ τότε μενούσης γ’ ἔτι τῆς φρίκης, προλέγειν δ’ ὅτι πυρέξουσιν οὗτοι πυρετὸν ἄλυπον, ᾧ νοτίδες ἀκο‐ λουθήσουσι. καὶ τούτου γενομένου καὶ λούειν χρὴ καὶ τρέφειν</w:t>
      </w:r>
    </w:p>
    <w:p>
      <w:r>
        <w:rPr>
          <w:rFonts w:ascii="Courier New" w:hAnsi="Courier New"/>
          <w:color w:val="555555"/>
          <w:sz w:val="20"/>
        </w:rPr>
        <w:t>[10]</w:t>
      </w:r>
    </w:p>
    <w:p>
      <w:r>
        <w:rPr>
          <w:rFonts w:ascii="Gentium Plus" w:hAnsi="Gentium Plus"/>
          <w:sz w:val="24"/>
        </w:rPr>
        <w:t>αὖθις. εἰ δὲ ἡ μὲν φρίκη παύσοιτο, πυρέττοιεν δ’ ἤδη σα‐ φῶς, μηκέτι τρέφειν αὐτοὺς ἐν ἐκείνῳ τῷ καιρῷ, παρακμά‐ ζοντος δὲ τοῦ γενομένου παροξυσμοῦ τρέφειν αὐτίκα μὴ περιμένων ἀπυρεξίαν. ἐν ἁπάσαις γὰρ ταῖς αὐχμώδεσι διαθέ‐ σεσιν οὐ παύονται καλῶς οἱ παροξυσμοὶ πρὶν ἤτοι λουτροῖς</w:t>
      </w:r>
    </w:p>
    <w:p>
      <w:r>
        <w:rPr>
          <w:rFonts w:ascii="Courier New" w:hAnsi="Courier New"/>
          <w:color w:val="555555"/>
          <w:sz w:val="20"/>
        </w:rPr>
        <w:t>[15]</w:t>
      </w:r>
    </w:p>
    <w:p>
      <w:r>
        <w:rPr>
          <w:rFonts w:ascii="Gentium Plus" w:hAnsi="Gentium Plus"/>
          <w:sz w:val="24"/>
        </w:rPr>
        <w:t>ἢ τροφαῖς ὑγραινούσαις τεγχθῆναι. ταῦτα ἐγὼ πάντα δι’ ἔργων ἐπιδειξάμενος ἐφ’ οἷς, ὡς οἶσθα, παραδοξοποιὸς ὑπὸ τῶν ἐπαινούντων ἢ φθονούντων ἐκλήθην. ὁπότε δὲ λόγῳ</w:t>
      </w:r>
    </w:p>
    <w:p>
      <w:r>
        <w:rPr>
          <w:rFonts w:ascii="Courier New" w:hAnsi="Courier New"/>
          <w:color w:val="555555"/>
          <w:sz w:val="20"/>
        </w:rPr>
        <w:t>[10 . 684]</w:t>
      </w:r>
    </w:p>
    <w:p>
      <w:r>
        <w:rPr>
          <w:rFonts w:ascii="Gentium Plus" w:hAnsi="Gentium Plus"/>
          <w:sz w:val="24"/>
        </w:rPr>
        <w:t>παροξυσμοῦ τρέφειν, ἐνίους δὲ καὶ κατ’ αὐτὸν ἤτοι παρα‐ κμῆς ἀρξαμένης ἢ καὶ νὴ Δία τῆς ἀκμῆς ἐνεστηκυίας, οἶσθ’ ὡς τηνικαῦτα παραδοξολόγον ἐκάλουν με. τί ἂν οὖν τις πάθοι πρὸς ἀνθρώπους μήτε ἔργῳ μήτε λόγῳ πεισθῆναι δυναμέ‐</w:t>
      </w:r>
    </w:p>
    <w:p>
      <w:r>
        <w:rPr>
          <w:rFonts w:ascii="Courier New" w:hAnsi="Courier New"/>
          <w:color w:val="555555"/>
          <w:sz w:val="20"/>
        </w:rPr>
        <w:t>[5]</w:t>
      </w:r>
    </w:p>
    <w:p>
      <w:r>
        <w:rPr>
          <w:rFonts w:ascii="Gentium Plus" w:hAnsi="Gentium Plus"/>
          <w:sz w:val="24"/>
        </w:rPr>
        <w:t>νους; ἀλλ’ ἀδύνατον, φασὶ, διαγνῶναι τὰς τοιαύτας διαθέ‐ σεις. πῶς οὖν ἡμεῖς τὰς τοιαύτας διαγινώσκομεν; ἀδύνατον εἶναί σοι δοκεῖ διαγνῶναι ξηρὰν καὶ θερμὴν κρᾶσιν, ἢ ἐξ ἀρχῆς γεγενημένην, ἢ ἐν τῷ νῦν χρόνῳ τοιαύτην ἀποτελεσθεῖ‐ σαν; ἐμοὶ μὲν γὰρ οὕτω ῥᾷστον, ὡς καὶ ταυτὶ γνωρίζειν τὰ</w:t>
      </w:r>
    </w:p>
    <w:p>
      <w:r>
        <w:rPr>
          <w:rFonts w:ascii="Courier New" w:hAnsi="Courier New"/>
          <w:color w:val="555555"/>
          <w:sz w:val="20"/>
        </w:rPr>
        <w:t>[10]</w:t>
      </w:r>
    </w:p>
    <w:p>
      <w:r>
        <w:rPr>
          <w:rFonts w:ascii="Gentium Plus" w:hAnsi="Gentium Plus"/>
          <w:sz w:val="24"/>
        </w:rPr>
        <w:t>γράμματα. τί δ’ ὅτι τούτῳ μὲν οὐδέπω σηπεδὼν οὐδεμία χυμῶν ἐστι, τούτῳ δ’ ἐστὶν ἀδύνατον εἶναι διαγνῶναι νομί‐ ζεις; ἀλλ’ οὐχ ἡμεῖς γε. καὶ γὰρ διὰ τῶν σφυγμῶν καὶ διὰ τῶν οὔρων καὶ δι’ αὐτῆς ἔστιν ὅτε τῆς κατὰ τὴν θέρμην ποιό‐ τητος ἐναργῶς διαγινώσκομεν. εἰ δ’ ἐκ τοῦ μηδὲν αὐτοὶ</w:t>
      </w:r>
    </w:p>
    <w:p>
      <w:r>
        <w:rPr>
          <w:rFonts w:ascii="Courier New" w:hAnsi="Courier New"/>
          <w:color w:val="555555"/>
          <w:sz w:val="20"/>
        </w:rPr>
        <w:t>[15]</w:t>
      </w:r>
    </w:p>
    <w:p>
      <w:r>
        <w:rPr>
          <w:rFonts w:ascii="Gentium Plus" w:hAnsi="Gentium Plus"/>
          <w:sz w:val="24"/>
        </w:rPr>
        <w:t>μήτε μαθεῖν ἐθελῆσαι μήτ’ ἀσκῆσαι τοῖς ἐπιστήμοσιν ἀπι‐ στοῦσι, τί κωλύει καὶ τοῖς γεωμέτραις αὐτοῖς καὶ τοῖς ἀριθ‐</w:t>
      </w:r>
    </w:p>
    <w:p>
      <w:r>
        <w:rPr>
          <w:rFonts w:ascii="Courier New" w:hAnsi="Courier New"/>
          <w:color w:val="555555"/>
          <w:sz w:val="20"/>
        </w:rPr>
        <w:t>[10 . 685]</w:t>
      </w:r>
    </w:p>
    <w:p>
      <w:r>
        <w:rPr>
          <w:rFonts w:ascii="Gentium Plus" w:hAnsi="Gentium Plus"/>
          <w:sz w:val="24"/>
        </w:rPr>
        <w:t>Ἐάσαντες οὖν ἤδη τοὺς τοιούτους ἀνθρώ‐ πους αὖθις ἀνέλθωμεν ἐπὶ τὸ συνεχὲς τοῦ λόγου. ταῖς θερ‐ μαῖς καὶ ξηραῖς ἕξεσιν ἐναντιώτατόν ἐστι καὶ πυρετωδέστατον αἴτιον ἀσιτία. λέγω δ’ ἕξεις θερμὰς καὶ ξηρὰς οὐ μόνον ὅταν</w:t>
      </w:r>
    </w:p>
    <w:p>
      <w:r>
        <w:rPr>
          <w:rFonts w:ascii="Courier New" w:hAnsi="Courier New"/>
          <w:color w:val="555555"/>
          <w:sz w:val="20"/>
        </w:rPr>
        <w:t>[5]</w:t>
      </w:r>
    </w:p>
    <w:p>
      <w:r>
        <w:rPr>
          <w:rFonts w:ascii="Gentium Plus" w:hAnsi="Gentium Plus"/>
          <w:sz w:val="24"/>
        </w:rPr>
        <w:t>ἐξ ἀρχῆς ὦσι τοιαῦται κατὰ τὴν οἰκείαν κρᾶσιν, ἀλλὰ κἂν ἐξ ὑστέρου γεννηθῶσιν ἐκ διαίτης θερμῆς καὶ ξηρᾶς καὶ κινήσεων πλειόνων, ἀγρυπνίας τε καὶ φροντίδος καὶ λύπης καὶ χωρίου θερμοῦ καὶ ξηροῦ καὶ ὥρας θερινῆς καὶ καταστάσεως θερμῆς καὶ ξηρᾶς. ἔξεστι δὲ καὶ χωρὶς τοῦ τῆς ὥρας ὀνόματος ἐν</w:t>
      </w:r>
    </w:p>
    <w:p>
      <w:r>
        <w:rPr>
          <w:rFonts w:ascii="Courier New" w:hAnsi="Courier New"/>
          <w:color w:val="555555"/>
          <w:sz w:val="20"/>
        </w:rPr>
        <w:t>[10]</w:t>
      </w:r>
    </w:p>
    <w:p>
      <w:r>
        <w:rPr>
          <w:rFonts w:ascii="Gentium Plus" w:hAnsi="Gentium Plus"/>
          <w:sz w:val="24"/>
        </w:rPr>
        <w:t>τοῖς τοιούτοις λόγοις μόνης μεμνῆσθαι τῆς καταστάσεως. ἄνωθεν γοῦν ἀναληφθέντος τοῦ λόγου μᾶλλον πεισθήσῃ τῷ λεγομένῳ. τὰς θερμὰς καὶ ξηρὰς κράσεις, εἴτ’ ἐκ τῆς ἀρχαίας φύσεως εἴτ’ ἐκ τῆς διαίτης καὶ πόνων ἀμέτρων καὶ παθῶν ψυχικῶν καὶ χωρίου καὶ καταστάσεως εἰς τοῦτο εἶεν ἠγμέναι,</w:t>
      </w:r>
    </w:p>
    <w:p>
      <w:r>
        <w:rPr>
          <w:rFonts w:ascii="Courier New" w:hAnsi="Courier New"/>
          <w:color w:val="555555"/>
          <w:sz w:val="20"/>
        </w:rPr>
        <w:t>[15]</w:t>
      </w:r>
    </w:p>
    <w:p>
      <w:r>
        <w:rPr>
          <w:rFonts w:ascii="Gentium Plus" w:hAnsi="Gentium Plus"/>
          <w:sz w:val="24"/>
        </w:rPr>
        <w:t>βλάπτουσιν ἱκανῶς αἱ ἀσιτίαι. ἐν τούτῳ τῷ λόγῳ παραλέ‐ λειπται μὲν ἡ ὥρα κατά γε τὴν λέξιν, οὐ παραλέλειπται δὲ τῇ δυνάμει· περιέχεται γὰρ ἐν τῇ καταστάσει τῆς ἄκρως θερ‐</w:t>
      </w:r>
    </w:p>
    <w:p>
      <w:r>
        <w:rPr>
          <w:rFonts w:ascii="Courier New" w:hAnsi="Courier New"/>
          <w:color w:val="555555"/>
          <w:sz w:val="20"/>
        </w:rPr>
        <w:t>[10 . 686]</w:t>
      </w:r>
    </w:p>
    <w:p>
      <w:r>
        <w:rPr>
          <w:rFonts w:ascii="Gentium Plus" w:hAnsi="Gentium Plus"/>
          <w:sz w:val="24"/>
        </w:rPr>
        <w:t>νης, ἣν οὐχ οἷόν τε γενέσθαι κατ’ ἄλλην ὥραν οὐδεμίαν ὅ τι μὴ τοῦ θέρους· οὔτε γὰρ ἐν φθινοπώρῳ δυνατὸν οὔτ’ ἐν ἦρι, πολὺ δὲ μᾶλλον οὐδ’ ἐν χειμῶνι, θερμοτάτην ἅμα καὶ ξηροτάτην γενέσθαι κατάστασιν· ὥσπερ οὐδὲ ψυχροτάτην</w:t>
      </w:r>
    </w:p>
    <w:p>
      <w:r>
        <w:rPr>
          <w:rFonts w:ascii="Courier New" w:hAnsi="Courier New"/>
          <w:color w:val="555555"/>
          <w:sz w:val="20"/>
        </w:rPr>
        <w:t>[5]</w:t>
      </w:r>
    </w:p>
    <w:p>
      <w:r>
        <w:rPr>
          <w:rFonts w:ascii="Gentium Plus" w:hAnsi="Gentium Plus"/>
          <w:sz w:val="24"/>
        </w:rPr>
        <w:t>οὐδὲ ὑγροτάτην ἐν ἄλλῃ τινὶ πλὴν ἐν χειμῶνι. διὰ ταῦτα μὲν δὴ κᾀγὼ παραλιπὼν ἐνίοτε τὴν ὥραν ἀρκοῦμαι τῇ καταστάσει. ἐξέστω μὲν ἑκάστῳ χρῆσθαι τοῖς ὀνόμασιν ὡς ἂν ἐθέλοι, φυλάττοντι τῶν πραγμάτων τὴν φύσιν. ἔστι δὲ ἡ φύσις τῶν πραγμάτων οἵαν ἤδη τε πολλάκις ἔφην, οὐδὲν</w:t>
      </w:r>
    </w:p>
    <w:p>
      <w:r>
        <w:rPr>
          <w:rFonts w:ascii="Courier New" w:hAnsi="Courier New"/>
          <w:color w:val="555555"/>
          <w:sz w:val="20"/>
        </w:rPr>
        <w:t>[10]</w:t>
      </w:r>
    </w:p>
    <w:p>
      <w:r>
        <w:rPr>
          <w:rFonts w:ascii="Gentium Plus" w:hAnsi="Gentium Plus"/>
          <w:sz w:val="24"/>
        </w:rPr>
        <w:t>δὲ ἧττον ἐρῶ καὶ νῦν· ὅσα γὰρ ἀναγκαιότατα μὲν εἰς τὰς ἰάσεις ἐστὶν, ἀγνοεῖται δὲ μάλιστα, ταῦτ’ οὐδ’ Ἱπποκράτης ὀκνεῖ διδάσκειν πολλάκις. ἀσιτία τοίνυν τοῖς ξηροῖς καὶ θερ‐ μοῖς σώμασιν ὑγιαίνουσι μὲν βλαβερὰ, πυρέττουσι δ’ ἐν θέρει θερμῷ καὶ ξηρῷ τὸν ἐπ’ ἐγκαύσει πυρετὸν, ἢ πόνοις</w:t>
      </w:r>
    </w:p>
    <w:p>
      <w:r>
        <w:rPr>
          <w:rFonts w:ascii="Courier New" w:hAnsi="Courier New"/>
          <w:color w:val="555555"/>
          <w:sz w:val="20"/>
        </w:rPr>
        <w:t>[15]</w:t>
      </w:r>
    </w:p>
    <w:p>
      <w:r>
        <w:rPr>
          <w:rFonts w:ascii="Gentium Plus" w:hAnsi="Gentium Plus"/>
          <w:sz w:val="24"/>
        </w:rPr>
        <w:t>ἀμέτροις ἢ ἀγρυπνίαις ἢ τοῖς εἰρημένοις πάθεσι τῆς ψυχῆς οὐχ ἁπλῶς βλαβερὸν, ἀλλ’ εἴπερ τι καὶ ἄλλο τῶν πάντων ὀλέθριον· ἤτοι γὰρ εἰς καυσώδεις ἐμπίπτουσι πυρετοὺς ἐξ</w:t>
      </w:r>
    </w:p>
    <w:p>
      <w:r>
        <w:rPr>
          <w:rFonts w:ascii="Courier New" w:hAnsi="Courier New"/>
          <w:color w:val="555555"/>
          <w:sz w:val="20"/>
        </w:rPr>
        <w:t>[10 . 687]</w:t>
      </w:r>
    </w:p>
    <w:p>
      <w:r>
        <w:rPr>
          <w:rFonts w:ascii="Gentium Plus" w:hAnsi="Gentium Plus"/>
          <w:sz w:val="24"/>
        </w:rPr>
        <w:t>μεταπίπτουσιν, αὖθις δ’ ἐκ τούτων εἰς μαρασμόν· ἢ ἐξ ἀρ‐ χῆς εὐθέως ὁ ἑκτικὸς αὐτοῖς συμπίπτει πυρετὸς, ὑπερβὰς τὸν καυσώδη. μάλιστα δ’, ὡς εἴρηται πολλάκις, αἱ ξηραὶ καὶ θερμαὶ κράσεις ἁλίσκονται τοῖς ἑκτικοῖς πυρετοῖς εὐθὺς ἐξ</w:t>
      </w:r>
    </w:p>
    <w:p>
      <w:r>
        <w:rPr>
          <w:rFonts w:ascii="Courier New" w:hAnsi="Courier New"/>
          <w:color w:val="555555"/>
          <w:sz w:val="20"/>
        </w:rPr>
        <w:t>[5]</w:t>
      </w:r>
    </w:p>
    <w:p>
      <w:r>
        <w:rPr>
          <w:rFonts w:ascii="Gentium Plus" w:hAnsi="Gentium Plus"/>
          <w:sz w:val="24"/>
        </w:rPr>
        <w:t>ἀρχῆς, ὥσπερ καὶ ἐπὶ τῆς ἀνθρώπου, τῆς φθινοπώρου μὲν ἀρξαμένης πυρέττειν δι’ ἀγρυπνίαν καὶ λύπην, ἐπὶ πλεῖστον δὲ παρατεινάσης τοῦ χειμῶνος· ἣν τεθεάμεθα μὲν, ὡς οἶσθα, τεταρταίαν, ἐγνωρίσαμεν δ’ εὐθέως ἑκτικὸν εἶναι πυρετὸν ἐπι‐ πεπλεγμένον ἑτέρῳ τινι τῶν ἐπὶ χυμοῖς. ἴασις δ’ ἦν μόνη</w:t>
      </w:r>
    </w:p>
    <w:p>
      <w:r>
        <w:rPr>
          <w:rFonts w:ascii="Courier New" w:hAnsi="Courier New"/>
          <w:color w:val="555555"/>
          <w:sz w:val="20"/>
        </w:rPr>
        <w:t>[10]</w:t>
      </w:r>
    </w:p>
    <w:p>
      <w:r>
        <w:rPr>
          <w:rFonts w:ascii="Gentium Plus" w:hAnsi="Gentium Plus"/>
          <w:sz w:val="24"/>
        </w:rPr>
        <w:t>διδόναι ψυχρὸν ἐν καιρῷ μέτριον εἰθισμένῃ πίνειν αὐτὸ καὶ παρὰ τὸν ὑγείας χρόνον· ἀλλ’ ἕτεροι μὲν ἐπὶ ταύτης ἐνεπι‐ στεύοντο τὴν θεραπείαν, ὅθεν ἡμεῖς ἔγνωμεν σιωπᾷν. ἐπ’ ἄλλου δὲ κατὰ τὸν αὐτὸν χρόνον, ὃς ἡμῖν ἑαυτὸν ἐπέτρεψε, καθ’ ἑκάστην τροφὴν ἐδίδομεν, ἀκραιφνοῦς πηγαίου ψυχροῦ</w:t>
      </w:r>
    </w:p>
    <w:p>
      <w:r>
        <w:rPr>
          <w:rFonts w:ascii="Courier New" w:hAnsi="Courier New"/>
          <w:color w:val="555555"/>
          <w:sz w:val="20"/>
        </w:rPr>
        <w:t>[15]</w:t>
      </w:r>
    </w:p>
    <w:p>
      <w:r>
        <w:rPr>
          <w:rFonts w:ascii="Gentium Plus" w:hAnsi="Gentium Plus"/>
          <w:sz w:val="24"/>
        </w:rPr>
        <w:t>ποτὲ μὲν δύο κυάθους, ἔστι δ’ ὅτε τρεῖς· ἀθρόον γὰρ οἱ τοιοῦτοι ψυχρὸν οὐ φέρουσιν ἄνευ τοῦ βλαβῆναι. διὸ κάλλι‐ στόν ἐστιν εὐθὺς ἐν τῷ πρώτῳ παροξυσμῷ διαγνόντα τοῦ</w:t>
      </w:r>
    </w:p>
    <w:p>
      <w:r>
        <w:rPr>
          <w:rFonts w:ascii="Courier New" w:hAnsi="Courier New"/>
          <w:color w:val="555555"/>
          <w:sz w:val="20"/>
        </w:rPr>
        <w:t>[10 . 688]</w:t>
      </w:r>
    </w:p>
    <w:p>
      <w:r>
        <w:rPr>
          <w:rFonts w:ascii="Gentium Plus" w:hAnsi="Gentium Plus"/>
          <w:sz w:val="24"/>
        </w:rPr>
        <w:t>μηδέπω ξηρῶν ἱκανῶς τῶν σωμάτων γεγονότων. ὁ γοῦν ἐκ θυμοῦ πυρέξας ἐν τοῖς ὑπὸ κύνα καύμασι. θερμὸς καὶ ξηρὸς νεανίσκος ἐν τῷ πρώτῳ παροξυσμῷ πιὼν ὕδατος ψυχροῦ δύο κοτύλας, αὐτίκα μὲν ἤμεσε χολὴν ξανθοτάτην, ἐξέκρινε δ’</w:t>
      </w:r>
    </w:p>
    <w:p>
      <w:r>
        <w:rPr>
          <w:rFonts w:ascii="Courier New" w:hAnsi="Courier New"/>
          <w:color w:val="555555"/>
          <w:sz w:val="20"/>
        </w:rPr>
        <w:t>[5]</w:t>
      </w:r>
    </w:p>
    <w:p>
      <w:r>
        <w:rPr>
          <w:rFonts w:ascii="Gentium Plus" w:hAnsi="Gentium Plus"/>
          <w:sz w:val="24"/>
        </w:rPr>
        <w:t>ὀλίγον ὕστερον καὶ κάτω. κᾄπειτ’ αὖθις ἐπὶ τῇ τροφῇ λαβὼν ὁμοίως ὕδατος ὅσον κοτύλην οὐκέτι ἐπύρεξεν. ἀλλ’ ἔνιοι τῶν ἰατρῶν ἐν ἀρχῇ μὲν οὐ γνωρίζοντες οὐδεμίαν ἰδέαν πυρε‐ τοῦ, γνόντες δ’ ὕστερον, ὅτε οὐδὲν ὄφελος, εἰς ἑκτικὸν ἢ καὶ νὴ Δία ἤδη μαρασμώδη πυρετὸν ἐμπίπτοντα τὸν ἄῤῥωστον,</w:t>
      </w:r>
    </w:p>
    <w:p>
      <w:r>
        <w:rPr>
          <w:rFonts w:ascii="Courier New" w:hAnsi="Courier New"/>
          <w:color w:val="555555"/>
          <w:sz w:val="20"/>
        </w:rPr>
        <w:t>[10]</w:t>
      </w:r>
    </w:p>
    <w:p>
      <w:r>
        <w:rPr>
          <w:rFonts w:ascii="Gentium Plus" w:hAnsi="Gentium Plus"/>
          <w:sz w:val="24"/>
        </w:rPr>
        <w:t>ἔδοσαν αὐτῷ ψυχρὸν πιεῖν, ἡμᾶς μιμησάμενοι. καὶ πάντες ἀπέτυχον τοῦ σκοποῦ· πολλῆς γὰρ ἀκριβείας δεῖται κατὰ τὸ μέτρον ἐπὶ τῶν οὕτως ἐχόντων ἡ δόσις τοῦ ψυχροῦ καὶ λεχ‐ θήσεται περὶ αὐτῆς ὀλίγον ὕστερον, ἐπειδὰν πρότερον ἐπιθῶ τελευτὴν τοῖς ἐνεστῶσιν. ὁ γάρ τοι προγεγραμμένος ἄῤῥωστος</w:t>
      </w:r>
    </w:p>
    <w:p>
      <w:r>
        <w:rPr>
          <w:rFonts w:ascii="Courier New" w:hAnsi="Courier New"/>
          <w:color w:val="555555"/>
          <w:sz w:val="20"/>
        </w:rPr>
        <w:t>[15]</w:t>
      </w:r>
    </w:p>
    <w:p>
      <w:r>
        <w:rPr>
          <w:rFonts w:ascii="Gentium Plus" w:hAnsi="Gentium Plus"/>
          <w:sz w:val="24"/>
        </w:rPr>
        <w:t>ἁπάντων παράδειγμά ἐστι τῶν εὐθὺς ἐξ ἀρχῆς τρέφεσθαι δεο‐ μένων διὰ ξηρότητα, κᾂν ἤδη πυρέττειν ἄρχωνται. γινομένου</w:t>
      </w:r>
    </w:p>
    <w:p>
      <w:r>
        <w:rPr>
          <w:rFonts w:ascii="Courier New" w:hAnsi="Courier New"/>
          <w:color w:val="555555"/>
          <w:sz w:val="20"/>
        </w:rPr>
        <w:t>[10 . 689]</w:t>
      </w:r>
    </w:p>
    <w:p>
      <w:r>
        <w:rPr>
          <w:rFonts w:ascii="Gentium Plus" w:hAnsi="Gentium Plus"/>
          <w:sz w:val="24"/>
        </w:rPr>
        <w:t>σεσι καὶ ἀσιτίαις καὶ πόνοις ἐκθερμανθέντων καὶ λεπτυν‐ θέντων χυμῶν, ἡ ὑγραίνουσα τροφὴ μέγιστον ἴαμά ἐστιν. ὥσθ’ ὅπου γε διὰ πλῆθος, ἢ ἔμφραξιν, ἢ φλεγμονὴν, ἢ ἁπλῶς εἰπεῖν σηπεδόνα τινῶν χυμῶν ὁ πυρετὸς γεννᾶται,</w:t>
      </w:r>
    </w:p>
    <w:p>
      <w:r>
        <w:rPr>
          <w:rFonts w:ascii="Courier New" w:hAnsi="Courier New"/>
          <w:color w:val="555555"/>
          <w:sz w:val="20"/>
        </w:rPr>
        <w:t>[5]</w:t>
      </w:r>
    </w:p>
    <w:p>
      <w:r>
        <w:rPr>
          <w:rFonts w:ascii="Gentium Plus" w:hAnsi="Gentium Plus"/>
          <w:sz w:val="24"/>
        </w:rPr>
        <w:t>μέγιστον κακόν ἐστιν ἡ τροφή. τούτους μὲν οὖν οὐδ’ ἐν ταῖς παρακμαῖς ἀβλαβῶς ἂν τρέφοις, μήτι γε δὴ κατὰ τὴν εἰσβο‐ λὴν τῶν παροξυσμῶν· τοὺς προειρημένους δὲ ἅπαντι μὲν καιρῷ, μάλιστα δ’ ἐν τῇ παρακμῇ. καί με πολλάκις ἐθεάσω τοὺς ἐπὶ πλήθει καὶ φλεγμονῇ νοσοῦντας ἐν ἀσιτίαις</w:t>
      </w:r>
    </w:p>
    <w:p>
      <w:r>
        <w:rPr>
          <w:rFonts w:ascii="Courier New" w:hAnsi="Courier New"/>
          <w:color w:val="555555"/>
          <w:sz w:val="20"/>
        </w:rPr>
        <w:t>[10]</w:t>
      </w:r>
    </w:p>
    <w:p>
      <w:r>
        <w:rPr>
          <w:rFonts w:ascii="Gentium Plus" w:hAnsi="Gentium Plus"/>
          <w:sz w:val="24"/>
        </w:rPr>
        <w:t>διαφυλάξαντα μακραῖς οὕτως ὡς μηδ’ ὅλως θρέψαι πρὸ τῆς ἑβδόμης ἡμέρας, ἀλλ’ ἀρκεσθῆναι μόνῳ μελικράτῳ τῆς δυνά‐ μεως ἐῤῥωμένης δηλονότι, τινὰς δ’ αὐτῶν οἷς ἡ δύναμις οὐκ ἦν εὔρωστος, ἢ χολώδης ὁ στόμαχος, ἢ ἀσθενὴς, ἢ περιττῶς αἰσθητικὸς, ἐπὶ χυλῷ πτισάνης μόνῳ διεφύλαξα μέχρι τῆς</w:t>
      </w:r>
    </w:p>
    <w:p>
      <w:r>
        <w:rPr>
          <w:rFonts w:ascii="Courier New" w:hAnsi="Courier New"/>
          <w:color w:val="555555"/>
          <w:sz w:val="20"/>
        </w:rPr>
        <w:t>[15]</w:t>
      </w:r>
    </w:p>
    <w:p>
      <w:r>
        <w:rPr>
          <w:rFonts w:ascii="Gentium Plus" w:hAnsi="Gentium Plus"/>
          <w:sz w:val="24"/>
        </w:rPr>
        <w:t>ἑβδόμης ἡμέρας μέλλοντός γε δηλονότι κατὰ ταύτην ἤτοι παρακμάζειν τοῦ νοσήματος ἢ καὶ παντάπασι λυθήσεσθαι διὰ κρίσεως. ἔστωσαν δή σοι καθ’ ἕκαστον ἄῤῥωστον εὐθέως</w:t>
      </w:r>
    </w:p>
    <w:p>
      <w:r>
        <w:rPr>
          <w:rFonts w:ascii="Courier New" w:hAnsi="Courier New"/>
          <w:color w:val="555555"/>
          <w:sz w:val="20"/>
        </w:rPr>
        <w:t>[10 . 690]</w:t>
      </w:r>
    </w:p>
    <w:p>
      <w:r>
        <w:rPr>
          <w:rFonts w:ascii="Gentium Plus" w:hAnsi="Gentium Plus"/>
          <w:sz w:val="24"/>
        </w:rPr>
        <w:t>ἐκέλευσεν, ἥ τε τοῦ νοσήματος ἀκμὴ καὶ ἡ τοῦ κάμνοντος δύναμις. εἶτ’ εἰ μὲν ἐγχωρεῖ μηδ’ ὅλως τρεφόμενον ὑπερβάλλειν τὴν ἀκμὴν, ἐν ἀσιτίαις φύλαττε τὸν ἄνθρωπον· εἰ δὲ βρα‐ χείας τινὸς βοηθείας δέοιτο, τὸ μελίκρατον ἀρκείτω μόνον·</w:t>
      </w:r>
    </w:p>
    <w:p>
      <w:r>
        <w:rPr>
          <w:rFonts w:ascii="Courier New" w:hAnsi="Courier New"/>
          <w:color w:val="555555"/>
          <w:sz w:val="20"/>
        </w:rPr>
        <w:t>[5]</w:t>
      </w:r>
    </w:p>
    <w:p>
      <w:r>
        <w:rPr>
          <w:rFonts w:ascii="Gentium Plus" w:hAnsi="Gentium Plus"/>
          <w:sz w:val="24"/>
        </w:rPr>
        <w:t>εἰ δὲ ἔτι μείζονος ἢ κατὰ μελίκρατον, ὁ χυμὸς τῆς πτισάνης. εἰ δ’ οὐκ ἐγχωρεῖ τὴν ἀκμὴν τοῦ νοσήματος ὑπερβάλλειν, ἤτοι λεπτῶς διαιτώμενον ἢ ἀσιτοῦντα, πειρᾶσθαι τρέφειν τοῦτον εὐθὺς ἐν τῇ τοῦ πρώτου παροξυσμοῦ παρακμῇ. τινὰς δ’ αὐτῶν, ὡς εἴρηται, καὶ μέλλοντος εἰσβάλλειν καὶ ἀρχομένου.</w:t>
      </w:r>
    </w:p>
    <w:p>
      <w:r>
        <w:rPr>
          <w:rFonts w:ascii="Courier New" w:hAnsi="Courier New"/>
          <w:color w:val="555555"/>
          <w:sz w:val="20"/>
        </w:rPr>
        <w:t>[10]</w:t>
      </w:r>
    </w:p>
    <w:p>
      <w:r>
        <w:rPr>
          <w:rFonts w:ascii="Gentium Plus" w:hAnsi="Gentium Plus"/>
          <w:sz w:val="24"/>
        </w:rPr>
        <w:t>ξηροὶ δ’ εἰσὶν οὗτοι καὶ θερμοὶ τὴν κρᾶσιν, ἤτοι γ’ ἐξ ἀρχῆς ἢ κατ’ ἐκεῖνον τὸν χρόνον, ἀσθενεῖς τε τὴν δύναμιν ἐξ ἀνάγ‐ κης· οὐ γὰρ ἐνδέχεται ξηρὸν καὶ θερμὸν ἱκανῶς σῶμα πυρέ‐ ξαν ἐῤῥῶσθαι ταῖς δυνάμεσιν. εἰ μέντοι ποτὲ συνέλθοι φλεγμονὴ τοῖς τοιούτοις πυρετοῖς τε καὶ σώμασιν ἐπικαίρου</w:t>
      </w:r>
    </w:p>
    <w:p>
      <w:r>
        <w:rPr>
          <w:rFonts w:ascii="Courier New" w:hAnsi="Courier New"/>
          <w:color w:val="555555"/>
          <w:sz w:val="20"/>
        </w:rPr>
        <w:t>[15]</w:t>
      </w:r>
    </w:p>
    <w:p>
      <w:r>
        <w:rPr>
          <w:rFonts w:ascii="Gentium Plus" w:hAnsi="Gentium Plus"/>
          <w:sz w:val="24"/>
        </w:rPr>
        <w:t>μορίου, τεθνήξονται πάντως· ἐθεάσω γὰρ ἡμᾶς καὶ τοῦτο προειπόντας μὲν ἀεὶ, ψευσαμένους δ’ οὐδέποτε. καὶ μᾶλλον,</w:t>
      </w:r>
    </w:p>
    <w:p>
      <w:r>
        <w:rPr>
          <w:rFonts w:ascii="Courier New" w:hAnsi="Courier New"/>
          <w:color w:val="555555"/>
          <w:sz w:val="20"/>
        </w:rPr>
        <w:t>[10 . 691]</w:t>
      </w:r>
    </w:p>
    <w:p>
      <w:r>
        <w:rPr>
          <w:rFonts w:ascii="Gentium Plus" w:hAnsi="Gentium Plus"/>
          <w:sz w:val="24"/>
        </w:rPr>
        <w:t>γαστρὸς ἢ ἥπατος· ἀεὶ γὰρ ἐν τούτοις τοῖς μέρεσι φλεγμο‐ ναὶ μὴ ὅτι τοῖς οὕτως ἀσθενέσι τὴν δύναμιν, ἀλλὰ καὶ τοῖς ἰσχυροτέροις αὐτῶν ὀλέθριαι. καὶ μία σωτηρία πλευ‐ ριτικοῖς τε καὶ περιπνευμονικοῖς, προσκείσθω δὲ καὶ συναγχι‐</w:t>
      </w:r>
    </w:p>
    <w:p>
      <w:r>
        <w:rPr>
          <w:rFonts w:ascii="Courier New" w:hAnsi="Courier New"/>
          <w:color w:val="555555"/>
          <w:sz w:val="20"/>
        </w:rPr>
        <w:t>[5]</w:t>
      </w:r>
    </w:p>
    <w:p>
      <w:r>
        <w:rPr>
          <w:rFonts w:ascii="Gentium Plus" w:hAnsi="Gentium Plus"/>
          <w:sz w:val="24"/>
        </w:rPr>
        <w:t>κοῖς, ἡ ῥώμη τῆς δυνάμεως· ἔτι τε τούτων οὐδὲν ἧττον οἷς ἧπαρ ἢ γαστὴρ ἐφλέγμηνεν. ὅσον μὲν γὰρ ἐπὶ ταῖς φλεγμο‐ ναῖς αὐτῶν ἥκιστα προσήκει τρέφειν, ὅσον δ’ ἐπὶ τῇ τῆς δυνάμεως ἀῤῥωστίᾳ πολλάκις. ὥστ’ ἀναγκαῖον ἢ καταλῦσαι τὴν δύναμιν ἢ τὰς φλεγμονὰς αὐξῆσαι. ταυτὶ μὲν οὖν ἐπὶ</w:t>
      </w:r>
    </w:p>
    <w:p>
      <w:r>
        <w:rPr>
          <w:rFonts w:ascii="Courier New" w:hAnsi="Courier New"/>
          <w:color w:val="555555"/>
          <w:sz w:val="20"/>
        </w:rPr>
        <w:t>[10]</w:t>
      </w:r>
    </w:p>
    <w:p>
      <w:r>
        <w:rPr>
          <w:rFonts w:ascii="Gentium Plus" w:hAnsi="Gentium Plus"/>
          <w:sz w:val="24"/>
        </w:rPr>
        <w:t>πλέον ἴσως ἢ τοῖς ἐνεστῶσιν ἁρμόττει λέλεκταί μοι διεγνω‐ κότι γε καὶ τοῦτο τὸ γράμμα περὶ τῶν ἄνευ φλεγμονῆς δια‐ λεχθῆναι πυρετῶν. ἀλλὰ διὰ τὴν τοῦ λόγου κοινωνίαν ἐξέβην ἐφ’ ὅσον ἦν ἀναγκαῖον. Αὖθις οὖν ἐπανέλθωμεν ἐπὶ τούσδε τοῖς</w:t>
      </w:r>
    </w:p>
    <w:p>
      <w:r>
        <w:rPr>
          <w:rFonts w:ascii="Courier New" w:hAnsi="Courier New"/>
          <w:color w:val="555555"/>
          <w:sz w:val="20"/>
        </w:rPr>
        <w:t>[15]</w:t>
      </w:r>
    </w:p>
    <w:p>
      <w:r>
        <w:rPr>
          <w:rFonts w:ascii="Gentium Plus" w:hAnsi="Gentium Plus"/>
          <w:sz w:val="24"/>
        </w:rPr>
        <w:t>προειρημένοις πυρετοῖς συγγενεῖς, οὓς ὀνομάζειν εἰώθαμεν ἑκτικούς. ὁ γάρ τοι νεανίσκος, ὃν προέγραψα, τὸν ἑκτικὸν ἂν ἐπύρεξε πυρετὸν, ὑπερβάλλειν ἀναγκασθεὶς τὴν θαυμα‐</w:t>
      </w:r>
    </w:p>
    <w:p>
      <w:r>
        <w:rPr>
          <w:rFonts w:ascii="Courier New" w:hAnsi="Courier New"/>
          <w:color w:val="555555"/>
          <w:sz w:val="20"/>
        </w:rPr>
        <w:t>[10 . 692]</w:t>
      </w:r>
    </w:p>
    <w:p>
      <w:r>
        <w:rPr>
          <w:rFonts w:ascii="Gentium Plus" w:hAnsi="Gentium Plus"/>
          <w:sz w:val="24"/>
        </w:rPr>
        <w:t>εἰθισμένων ἄνευ μεθόδου διαιτᾷν. ὑποκείσθω τοίνυν ἄλλος τις ἅπαντα μὲν ἔχων τὰ αὐτὰ τῷ προειρημένῳ, τὴν δύναμιν δὲ ἰσχυρότερος εἰς τοσοῦτον ὡς καὶ τὴν διάτριτον ὑπερβάλ‐ λων ἀντέχειν. ἀνάγκη τὸν τοιοῦτον οὕτω διαιτώμενον ὡς</w:t>
      </w:r>
    </w:p>
    <w:p>
      <w:r>
        <w:rPr>
          <w:rFonts w:ascii="Courier New" w:hAnsi="Courier New"/>
          <w:color w:val="555555"/>
          <w:sz w:val="20"/>
        </w:rPr>
        <w:t>[5]</w:t>
      </w:r>
    </w:p>
    <w:p>
      <w:r>
        <w:rPr>
          <w:rFonts w:ascii="Gentium Plus" w:hAnsi="Gentium Plus"/>
          <w:sz w:val="24"/>
        </w:rPr>
        <w:t>διαιτῶσιν οἱ τὴν διάτριτον ὑμνοῦντες, εἰς τὸν ἑκτικὸν πυρετὸν ἐμπεσεῖν. ἔθρεψαν γὰρ ἂν αὐτὸν ἐν τῇ τετάρτῃ τῶν ἡμερῶν, εἶτ’ αὖθις ἐν τῇ ἕκτῃ, κᾄπειτ’ ὀγδόῃ τε καὶ δεκάτῃ· τοιοῦτος γοῦν τις ὁ τύπος τῆς διαίτης αὐτῶν ἐστιν, ὡς ἐθεάσω πολλάκις· ἡ μὲν πρώτη τροφὴ μετὰ τὴν πρώτην</w:t>
      </w:r>
    </w:p>
    <w:p>
      <w:r>
        <w:rPr>
          <w:rFonts w:ascii="Courier New" w:hAnsi="Courier New"/>
          <w:color w:val="555555"/>
          <w:sz w:val="20"/>
        </w:rPr>
        <w:t>[10]</w:t>
      </w:r>
    </w:p>
    <w:p>
      <w:r>
        <w:rPr>
          <w:rFonts w:ascii="Gentium Plus" w:hAnsi="Gentium Plus"/>
          <w:sz w:val="24"/>
        </w:rPr>
        <w:t>διάτριτον, αἱ δ’ ἄλλαι παρὰ μίαν. εὐθὺς δ’ ἂν, οἶμαι, καὶ δι’ ἀρτομέλιτος ἐξήραναν αὐτοῦ τὰ ὑποχόνδρια· καὶ γὰρ καὶ τοῦτο ἐκ τοῦ νόμου τῶν τοιούτων ἰατρῶν ἐστιν, εἴτε φλεγ‐ μαίνοι σπλάγχνον, εἴτε καὶ μή. κατ’ ἀρχὰς μὲν οὖν ὅπως χρὴ διαιτᾷν τοὺς οὕτω κάμνοντας εἴρηται μὲν καὶ πρόσθεν,</w:t>
      </w:r>
    </w:p>
    <w:p>
      <w:r>
        <w:rPr>
          <w:rFonts w:ascii="Courier New" w:hAnsi="Courier New"/>
          <w:color w:val="555555"/>
          <w:sz w:val="20"/>
        </w:rPr>
        <w:t>[15]</w:t>
      </w:r>
    </w:p>
    <w:p>
      <w:r>
        <w:rPr>
          <w:rFonts w:ascii="Gentium Plus" w:hAnsi="Gentium Plus"/>
          <w:sz w:val="24"/>
        </w:rPr>
        <w:t>οὐδὲν δὲ ἧττον ἐν κεφαλαίοις εἰρήσεται καὶ νῦν. ὅταν ἤτοι γε ἐκ κόπων, ἢ θυμῶν, ἢ φροντίδων πλεόνων, ἢ ἀγρυπνίας, ἢ λύπης, ἢ ἐνδείας μακρᾶς, ἢ καὶ πάντων ἅμα συνελθόντων,</w:t>
      </w:r>
    </w:p>
    <w:p>
      <w:r>
        <w:rPr>
          <w:rFonts w:ascii="Courier New" w:hAnsi="Courier New"/>
          <w:color w:val="555555"/>
          <w:sz w:val="20"/>
        </w:rPr>
        <w:t>[10 . 693]</w:t>
      </w:r>
    </w:p>
    <w:p>
      <w:r>
        <w:rPr>
          <w:rFonts w:ascii="Gentium Plus" w:hAnsi="Gentium Plus"/>
          <w:sz w:val="24"/>
        </w:rPr>
        <w:t>σώματος εἰσβάλῃ πυρετὸς, αὐχμηρὸν μὲν ποιῶν τὸ δέρμα, πυ‐ ρώδη δ’ ἔχων τὴν θέρμην, ἐλπὶς μὲν δήπου τοῦτον τὸν ἄν‐ θρωπον ἑκτικῷ ληφθήσεσθαι πυρετῷ καὶ μᾶλλον ἐν θέρει καὶ ἐν θερμῇ καὶ ξηρᾷ καταστάσει. χρὴ δὲ ὅτι τάχιστα διά τε</w:t>
      </w:r>
    </w:p>
    <w:p>
      <w:r>
        <w:rPr>
          <w:rFonts w:ascii="Courier New" w:hAnsi="Courier New"/>
          <w:color w:val="555555"/>
          <w:sz w:val="20"/>
        </w:rPr>
        <w:t>[5]</w:t>
      </w:r>
    </w:p>
    <w:p>
      <w:r>
        <w:rPr>
          <w:rFonts w:ascii="Gentium Plus" w:hAnsi="Gentium Plus"/>
          <w:sz w:val="24"/>
        </w:rPr>
        <w:t>πτισάνης χυλοῦ καὶ τῶν διὰ χόνδρου ῥοφημάτων θρέψαντα καὶ ἄρτου τι προσεπιδιδόντα θεραπεῦσαι πόσει ψυχρᾷ τὸν κάμνοντα. σβέννυται γὰρ αὐτίκα καὶ παύεται τελέως ὁ πυρε‐ τὸς ὅταν γε, ὡς εἴρηται, μήτε φλεγμονή τις αὐτῷ συνῇ μήτε σῆψις χυμῶν. εἰ δέ γε τούτων τι συνεπιφαίνοιτο, προσέ‐</w:t>
      </w:r>
    </w:p>
    <w:p>
      <w:r>
        <w:rPr>
          <w:rFonts w:ascii="Courier New" w:hAnsi="Courier New"/>
          <w:color w:val="555555"/>
          <w:sz w:val="20"/>
        </w:rPr>
        <w:t>[10]</w:t>
      </w:r>
    </w:p>
    <w:p>
      <w:r>
        <w:rPr>
          <w:rFonts w:ascii="Gentium Plus" w:hAnsi="Gentium Plus"/>
          <w:sz w:val="24"/>
        </w:rPr>
        <w:t>χειν ἀκριβῶς χρὴ καὶ διακρίνειν ἐν τίνι καιρῷ πρώτως τὸ ψυχρὸν ὕδωρ αὐτῷ δοῦναι τολμήσομεν. ἐγὼ γὰρ ἔδωκα πολ‐ λοῖς καὶ τῶν τοιούτων, ἄμεινον εἶναι νομίσας αὐξῆσαι τὰς φλεγμονὰς τό γε παραυτίκα τοῦ περιπεσεῖν ἀνέχεσθαι τὸν ἄνθρωπον ἑκτικῷ πυρετῷ. παντελῶς τοίνυν, ὡς ἀεὶ λέγομεν,</w:t>
      </w:r>
    </w:p>
    <w:p>
      <w:r>
        <w:rPr>
          <w:rFonts w:ascii="Courier New" w:hAnsi="Courier New"/>
          <w:color w:val="555555"/>
          <w:sz w:val="20"/>
        </w:rPr>
        <w:t>[15]</w:t>
      </w:r>
    </w:p>
    <w:p>
      <w:r>
        <w:rPr>
          <w:rFonts w:ascii="Gentium Plus" w:hAnsi="Gentium Plus"/>
          <w:sz w:val="24"/>
        </w:rPr>
        <w:t>ἡ θεραπεία τῇ διαγνώσει τε καὶ προγνώσει συνέπεται. δια‐ γνῶναι μὲν γὰρ χρὴ τὰ παρόντα, προγνῶναι δ’ ἐξ αὐτῶν τὰ γενησόμενα τὸν μέλλοντα χρήσεσθαι βοηθήματι δραστηρίῳ.</w:t>
      </w:r>
    </w:p>
    <w:p>
      <w:r>
        <w:rPr>
          <w:rFonts w:ascii="Courier New" w:hAnsi="Courier New"/>
          <w:color w:val="555555"/>
          <w:sz w:val="20"/>
        </w:rPr>
        <w:t>[10 . 694]</w:t>
      </w:r>
    </w:p>
    <w:p>
      <w:r>
        <w:rPr>
          <w:rFonts w:ascii="Gentium Plus" w:hAnsi="Gentium Plus"/>
          <w:sz w:val="24"/>
        </w:rPr>
        <w:t>τῆς σήψεως τῶν χυμῶν ἢ τῆς φλεγμονῆς, ἐπισχεῖν μὲν τὴν δόσιν τοῦ ψυχροῦ, τοῖς δ’ ἔξωθεν ἐπιτιθεμένοις ψυκτηρίοις ἰάμασι χρῆσθαι, ποτὲ μὲν ἐπὶ στόματι τῆς γαστρὸς ἢ καθ’ ὅλων τῶν ὑποχονδρίων, ἔστι δ’ ὅτε καὶ κατὰ τοῦ θώρακος</w:t>
      </w:r>
    </w:p>
    <w:p>
      <w:r>
        <w:rPr>
          <w:rFonts w:ascii="Courier New" w:hAnsi="Courier New"/>
          <w:color w:val="555555"/>
          <w:sz w:val="20"/>
        </w:rPr>
        <w:t>[5]</w:t>
      </w:r>
    </w:p>
    <w:p>
      <w:r>
        <w:rPr>
          <w:rFonts w:ascii="Gentium Plus" w:hAnsi="Gentium Plus"/>
          <w:sz w:val="24"/>
        </w:rPr>
        <w:t>ἐπιτιθέντα, καθ’ ἅπερ ἂν ἡγησώμεθα μάλιστα τὸ πλεῖστον εἶναι τῆς θέρμης. εἴρηται δ’ ὅτι καὶ βαλανεῖα τοῖς οὕτω κάμνουσιν ἐπιτήδεια, τουτέστι τοῖς ἐξηρασμένοις μὲν ἱκανῶς τὸ σῶμα, πυρέττουσι δ’ ἄνευ χυμῶν σηπεδόνος ἐπί τινι τῶν προειρημένων αἰτίων. ἐπιδέδεικται δὲ ἡμῖν ἐν τοῖς περὶ τῶν</w:t>
      </w:r>
    </w:p>
    <w:p>
      <w:r>
        <w:rPr>
          <w:rFonts w:ascii="Courier New" w:hAnsi="Courier New"/>
          <w:color w:val="555555"/>
          <w:sz w:val="20"/>
        </w:rPr>
        <w:t>[10]</w:t>
      </w:r>
    </w:p>
    <w:p>
      <w:r>
        <w:rPr>
          <w:rFonts w:ascii="Gentium Plus" w:hAnsi="Gentium Plus"/>
          <w:sz w:val="24"/>
        </w:rPr>
        <w:t>πυρετῶν λογισμοῖς ὅτι καὶ ταῖς φλεγμοναῖς διὰ τὴν σηπε‐ δόνα τῶν ἐν αὐταῖς χυμῶν ἕπονται πυρετοί. διὰ τοῦτο οὖν ὅταν εἴπω ποτὲ τοῖς ἐπὶ σήψει πυρετοῖς ἤτοι συμφέρειν ἢ μὴ συμφέρειν τόδε τι, καὶ τοὺς ἐπὶ φλεγμοναῖς ἀκούειν σε χρὴ περιλαμβανομένους ἐν τῷ κοινῷ γένει τῆς σηπεδόνος. ὅταν</w:t>
      </w:r>
    </w:p>
    <w:p>
      <w:r>
        <w:rPr>
          <w:rFonts w:ascii="Courier New" w:hAnsi="Courier New"/>
          <w:color w:val="555555"/>
          <w:sz w:val="20"/>
        </w:rPr>
        <w:t>[15]</w:t>
      </w:r>
    </w:p>
    <w:p>
      <w:r>
        <w:rPr>
          <w:rFonts w:ascii="Gentium Plus" w:hAnsi="Gentium Plus"/>
          <w:sz w:val="24"/>
        </w:rPr>
        <w:t>δ’ ἑξῆς ἀλλήλοις ἀμφοτέρους ὀνομάζοντος ἀκούῃς μου, τοὺς ἐπὶ φλεγμοναῖς ἴσθι τῶν ἐπὶ μόνῃ σήψει τηνικαῦτα διοριζο‐ μένους. ὁποία γάρ τίς ἐστιν ἡ τῆς φλεγμονῆς διάθεσις εἴρη‐</w:t>
      </w:r>
    </w:p>
    <w:p>
      <w:r>
        <w:rPr>
          <w:rFonts w:ascii="Courier New" w:hAnsi="Courier New"/>
          <w:color w:val="555555"/>
          <w:sz w:val="20"/>
        </w:rPr>
        <w:t>[10 . 695]</w:t>
      </w:r>
    </w:p>
    <w:p>
      <w:r>
        <w:rPr>
          <w:rFonts w:ascii="Gentium Plus" w:hAnsi="Gentium Plus"/>
          <w:sz w:val="24"/>
        </w:rPr>
        <w:t>περὶ τῶν παρὰ φύσιν ὄγκων. ἀναμνῆσαι δέ σε καὶ νῦν ἀναγ‐ καῖόν ἐστιν ὅτι κατασκήψαντος αἵματος θερμοῦ πλείονος εἰς τὸ τοῦ ζώου μόριον ἐξαίρεται μὲν αὐτίκα τὰ μείζω τῶν ἀγγείων, μὴ στέγοντα τὸ πλῆθος, ἑξῆς δ’ αὐτοῖς τὰ σμικρό‐</w:t>
      </w:r>
    </w:p>
    <w:p>
      <w:r>
        <w:rPr>
          <w:rFonts w:ascii="Courier New" w:hAnsi="Courier New"/>
          <w:color w:val="555555"/>
          <w:sz w:val="20"/>
        </w:rPr>
        <w:t>[5]</w:t>
      </w:r>
    </w:p>
    <w:p>
      <w:r>
        <w:rPr>
          <w:rFonts w:ascii="Gentium Plus" w:hAnsi="Gentium Plus"/>
          <w:sz w:val="24"/>
        </w:rPr>
        <w:t>τερα. κᾄπειθ’ οὕτως, ἐπειδὰν μηδ’ ἐν τούτοις στέγηται, διιδροῦται πρὸς τοὐκτὸς εἰς τὰς μεταξὺ τῶν ἀγγείων εὐρυχω‐ ρίας, ὡς καὶ τὰς ἐν τῇ συνθέτῳ σαρκὶ χώρας ἁπάσας κατα‐ λαμβάνειν. αὕτη μὲν ἡ τῆς φλεγμονῆς διάθεσις. ἐγχωρεῖ δὲ καὶ χωρὶς αὐτῆς ἐν αὐτοῖς τοῖς ἀγγείοις σήπεσθαί τινας</w:t>
      </w:r>
    </w:p>
    <w:p>
      <w:r>
        <w:rPr>
          <w:rFonts w:ascii="Courier New" w:hAnsi="Courier New"/>
          <w:color w:val="555555"/>
          <w:sz w:val="20"/>
        </w:rPr>
        <w:t>[10]</w:t>
      </w:r>
    </w:p>
    <w:p>
      <w:r>
        <w:rPr>
          <w:rFonts w:ascii="Gentium Plus" w:hAnsi="Gentium Plus"/>
          <w:sz w:val="24"/>
        </w:rPr>
        <w:t>χυμοὺς, ἤτοι καθ’ ἕν τι τοῦ ζώου μόριον ἐν τοῖς πέρα‐ σιν αὐτῶν σφηνωθέντας, ἢ καὶ καθ’ ὅλας αὐτῶν τὰς εὐρύ‐ τητας, ὁπόσαι μεταξὺ βουβώνων τέ εἰσι καὶ μασχαλῶν. ὅταν οὖν, ὡς ἐλέγομεν, ἄνευ σηπεδόνος αὐχμώδει σώματι πυρέττειν συμβῇ, τὸ κεφάλαιον τῆς ἰάσεως ἐν τοῖς ὑγραίνουσι καὶ ψύ‐</w:t>
      </w:r>
    </w:p>
    <w:p>
      <w:r>
        <w:rPr>
          <w:rFonts w:ascii="Courier New" w:hAnsi="Courier New"/>
          <w:color w:val="555555"/>
          <w:sz w:val="20"/>
        </w:rPr>
        <w:t>[15]</w:t>
      </w:r>
    </w:p>
    <w:p>
      <w:r>
        <w:rPr>
          <w:rFonts w:ascii="Gentium Plus" w:hAnsi="Gentium Plus"/>
          <w:sz w:val="24"/>
        </w:rPr>
        <w:t>χουσι βοηθήμασι τίθεσθαι χρή. Δύο δ’ εἰσὶν αἱ τούτων ὗλαι κατὰ γένος αἱ πρῶται· μία μὲν ἐν τοῖς προσπίπτουσιν ἔξωθεν, ἑτέρα δὲ</w:t>
      </w:r>
    </w:p>
    <w:p>
      <w:r>
        <w:rPr>
          <w:rFonts w:ascii="Courier New" w:hAnsi="Courier New"/>
          <w:color w:val="555555"/>
          <w:sz w:val="20"/>
        </w:rPr>
        <w:t>[10 . 696]</w:t>
      </w:r>
    </w:p>
    <w:p>
      <w:r>
        <w:rPr>
          <w:rFonts w:ascii="Gentium Plus" w:hAnsi="Gentium Plus"/>
          <w:sz w:val="24"/>
        </w:rPr>
        <w:t>ρόμενα καλοῦσιν. ἔξωθεν μὲν οὖν προσπίπτει τό τε περιέ‐ χον ἡμᾶς αὐτὸ καὶ ὅσα δυνάμει φαρμάκων ὑγραίνειν τε καὶ ψύχειν πεφύκασι, καὶ τρίτον πρὸς τούτοις ὑδάτων γλυκέων λουτρά. τὰ δ’ εἴσω τοῦ σώματος λαμβανόμενα τά τε ἐσθιό‐</w:t>
      </w:r>
    </w:p>
    <w:p>
      <w:r>
        <w:rPr>
          <w:rFonts w:ascii="Courier New" w:hAnsi="Courier New"/>
          <w:color w:val="555555"/>
          <w:sz w:val="20"/>
        </w:rPr>
        <w:t>[5]</w:t>
      </w:r>
    </w:p>
    <w:p>
      <w:r>
        <w:rPr>
          <w:rFonts w:ascii="Gentium Plus" w:hAnsi="Gentium Plus"/>
          <w:sz w:val="24"/>
        </w:rPr>
        <w:t>μενα καὶ τὰ πινόμενα καὶ ὁ εἰσπνεόμενος ἀήρ ἐστιν. ἐκ τούτων χρὴ πειρᾶσθαι τήν θ’ ὑγρότητα καὶ τὴν ψύξιν ἐκπορίζειν τοῖς ἐν τῷδε τῷ λόγῳ προκειμένοις πυρετοῖς. ἀλλ’ ἡ μὲν ψύξις ὡς ἂν ὑπὸ δραστηρίου ποιότητος γινομένη ὀλιγο‐ χρόνιός τ’ ἐστὶ καὶ σφαλερὰ, πολυχρόνιος δὲ ἡ τῶν ἐξηρασ‐</w:t>
      </w:r>
    </w:p>
    <w:p>
      <w:r>
        <w:rPr>
          <w:rFonts w:ascii="Courier New" w:hAnsi="Courier New"/>
          <w:color w:val="555555"/>
          <w:sz w:val="20"/>
        </w:rPr>
        <w:t>[10]</w:t>
      </w:r>
    </w:p>
    <w:p>
      <w:r>
        <w:rPr>
          <w:rFonts w:ascii="Gentium Plus" w:hAnsi="Gentium Plus"/>
          <w:sz w:val="24"/>
        </w:rPr>
        <w:t>μένων ἐπανόρθωσις ὑπάρχει δι’ ὑγρότητος, ἧττόν τε σφα‐ λερὰ τῆς διὰ ψύξεως. ἐπέλθωμεν οὖν ἐφεξῆς τὰς εἰρημένας ἓξ διαφορὰς τῆς ὕλης, ἀπὸ τοῦ περιέχοντος ἀρξάμενοι. Τούτῳ τοίνυν εὐκράτῳ μὲν ὄντι χρηστέον ὡς ἔχει, μηδὲν περιεργαζομένους. εἰ δ’ ἤτοι θερμὸν ἱκανῶς</w:t>
      </w:r>
    </w:p>
    <w:p>
      <w:r>
        <w:rPr>
          <w:rFonts w:ascii="Courier New" w:hAnsi="Courier New"/>
          <w:color w:val="555555"/>
          <w:sz w:val="20"/>
        </w:rPr>
        <w:t>[15]</w:t>
      </w:r>
    </w:p>
    <w:p>
      <w:r>
        <w:rPr>
          <w:rFonts w:ascii="Gentium Plus" w:hAnsi="Gentium Plus"/>
          <w:sz w:val="24"/>
        </w:rPr>
        <w:t>ἢ ψυχρὸν ὑπάρχοι, τῷ μὲν θερμῷ τοὐναντίον ἐπιτεχνᾶσθαι καταγείους οἴκους, ψυχροτάτους τε καὶ εὐπνουστάτους ἐξευ‐</w:t>
      </w:r>
    </w:p>
    <w:p>
      <w:r>
        <w:rPr>
          <w:rFonts w:ascii="Courier New" w:hAnsi="Courier New"/>
          <w:color w:val="555555"/>
          <w:sz w:val="20"/>
        </w:rPr>
        <w:t>[10 . 697]</w:t>
      </w:r>
    </w:p>
    <w:p>
      <w:r>
        <w:rPr>
          <w:rFonts w:ascii="Gentium Plus" w:hAnsi="Gentium Plus"/>
          <w:sz w:val="24"/>
        </w:rPr>
        <w:t>αὐτοῖς μηχανωμένους, ἐνίοτε μὲν ἐξ εὐρίπων εἰς οὓς καταῤ‐ ῥάσσουσιν ὕδατος κρουνοὶ πλείους, ἐνίοτε δ’ ἐξ ἀγγείων εἰς ἀγγεῖα μεταῤῥέοντος ὕδατος ψυχροῦ. εὐθὺς δὲ τοῦτο καὶ ὑπνωτικὸν ὑπάρχει, ῥαίνοντάς τε συχνῶς τὸν οἶκον ἀκραιφνεῖ</w:t>
      </w:r>
    </w:p>
    <w:p>
      <w:r>
        <w:rPr>
          <w:rFonts w:ascii="Courier New" w:hAnsi="Courier New"/>
          <w:color w:val="555555"/>
          <w:sz w:val="20"/>
        </w:rPr>
        <w:t>[5]</w:t>
      </w:r>
    </w:p>
    <w:p>
      <w:r>
        <w:rPr>
          <w:rFonts w:ascii="Gentium Plus" w:hAnsi="Gentium Plus"/>
          <w:sz w:val="24"/>
        </w:rPr>
        <w:t>ψυχρῷ καὶ ῥόδα πολλὰ κατὰ τῆς γῆς ἐκχέοντας, ἢ ἀμπέλων ἕλικας, ἢ βάτων ἀκρέμονας, ἢ σχίνων κλῶνας, ἤ τι τῶν ἄλλων φυτῶν ὅσα ψύχει· λέλεκται δὲ ὑπὲρ αὐτῶν ἤδη καὶ πρόσθεν. εἴργοντας δὲ δηλονότι καὶ πλῆθος ἀνθρώπων εἰσιέναι· καὶ γὰρ καὶ τοῦτο θερμαίνει τὸν οἶκον. οὕτω μὲν</w:t>
      </w:r>
    </w:p>
    <w:p>
      <w:r>
        <w:rPr>
          <w:rFonts w:ascii="Courier New" w:hAnsi="Courier New"/>
          <w:color w:val="555555"/>
          <w:sz w:val="20"/>
        </w:rPr>
        <w:t>[10]</w:t>
      </w:r>
    </w:p>
    <w:p>
      <w:r>
        <w:rPr>
          <w:rFonts w:ascii="Gentium Plus" w:hAnsi="Gentium Plus"/>
          <w:sz w:val="24"/>
        </w:rPr>
        <w:t>τὸν θερμότατον ἀέρα πειρᾶσθαι ψύχειν, ἐν θέρει δηλονότι θερμῷ καὶ ξηρῷ συνιστάμενον· οὐ γὰρ ἂν χειμῶνί ποτε γένοιτο θερμότατος, ὥσπερ οὐδὲ ψυχρότατος ἐν θέρει. τὸν ψυχρὸν δὲ μετρίως μὲν ὑπάρχοντα τοιοῦτον ἀγαπᾷν καὶ δέχεσθαι, μηδὲν αὐτὸν ἐπιτεχνώμενον ἢ ἐξαλλάττοντα τὴν κρᾶσιν αὐτοῦ·</w:t>
      </w:r>
    </w:p>
    <w:p>
      <w:r>
        <w:rPr>
          <w:rFonts w:ascii="Courier New" w:hAnsi="Courier New"/>
          <w:color w:val="555555"/>
          <w:sz w:val="20"/>
        </w:rPr>
        <w:t>[15]</w:t>
      </w:r>
    </w:p>
    <w:p>
      <w:r>
        <w:rPr>
          <w:rFonts w:ascii="Gentium Plus" w:hAnsi="Gentium Plus"/>
          <w:sz w:val="24"/>
        </w:rPr>
        <w:t>ψυχρότατον δ’ ὄντα, καθ’ ὅσον μὲν εἰσπνεῖται προσίεσθαι· ψύχει γὰρ ἱκανῶς τὴν ἐν τῇ καρδίᾳ θέρμην· οὐ μὴν καθ’ ὅσον ἔξωθέν γε ἅπτεται τοῦ κάμνοντος, πυκνοῖ γὰρ καὶ συνάγει</w:t>
      </w:r>
    </w:p>
    <w:p>
      <w:r>
        <w:rPr>
          <w:rFonts w:ascii="Courier New" w:hAnsi="Courier New"/>
          <w:color w:val="555555"/>
          <w:sz w:val="20"/>
        </w:rPr>
        <w:t>[10 . 698]</w:t>
      </w:r>
    </w:p>
    <w:p>
      <w:r>
        <w:rPr>
          <w:rFonts w:ascii="Gentium Plus" w:hAnsi="Gentium Plus"/>
          <w:sz w:val="24"/>
        </w:rPr>
        <w:t>νωδῶν χυμῶν· διὰ μὲν γὰρ τοῦ πνεύμονος ἀραιοῦ σπλάγχνου χαλεπὸν οὐδὲν ἐπὶ τὴν καρδίαν ἀφικνεῖσθαι ῥᾳδίως οὐ μόνην τὴν ποιότητα, ἀλλὰ καὶ τὴν οὐσίαν αὐτοῦ· διὰ μέντοι τοῦ δέρματος οὔτε τὴν ποιότητα δυνατὸν οὔτε τὴν οὐσίαν</w:t>
      </w:r>
    </w:p>
    <w:p>
      <w:r>
        <w:rPr>
          <w:rFonts w:ascii="Courier New" w:hAnsi="Courier New"/>
          <w:color w:val="555555"/>
          <w:sz w:val="20"/>
        </w:rPr>
        <w:t>[5]</w:t>
      </w:r>
    </w:p>
    <w:p>
      <w:r>
        <w:rPr>
          <w:rFonts w:ascii="Gentium Plus" w:hAnsi="Gentium Plus"/>
          <w:sz w:val="24"/>
        </w:rPr>
        <w:t>ἐπὶ τὴν καρδίαν ἀφικνεῖσθαι, φθάνοντος πυκνοῦσθαι. τὸ γὰρ ἐν τοῖς περὶ τῆς τῶν ἁπλῶν φαρμάκων δυνάμεως ῥηθὲν ἐπὶ τῶν ἰσχυρῶς στυφόντων ἀναμνῆσαι χρὴ κᾀνταῦθα καὶ γνῶναι τὸν ἄγαν ψυχρὸν ἀέρα τὰς ὁδοὺς ἀποκλείειν ἑαυτῷ, τὸ δέρμα στεγνοῦντ’ ἀεί. μείζονα μέντοι γνωστέον ἐσομένην</w:t>
      </w:r>
    </w:p>
    <w:p>
      <w:r>
        <w:rPr>
          <w:rFonts w:ascii="Courier New" w:hAnsi="Courier New"/>
          <w:color w:val="555555"/>
          <w:sz w:val="20"/>
        </w:rPr>
        <w:t>[10]</w:t>
      </w:r>
    </w:p>
    <w:p>
      <w:r>
        <w:rPr>
          <w:rFonts w:ascii="Gentium Plus" w:hAnsi="Gentium Plus"/>
          <w:sz w:val="24"/>
        </w:rPr>
        <w:t>ἐκ τῆς ψυχρᾶς εἰσπνοῆς τὴν ὠφέλειαν ἤπερ ἐκ τῆς τοῦ δέρ‐ ματος πυκνώσεως τὴν βλάβην, καὶ μάλισθ’ ὅταν δι’ ἐπιβλη‐ μάτων οἷόν τε θάλπειν αὐτό. χρῆσθαι δ’ ἀέρι τοιούτῳ κατ’ ἐκείνους μάλιστα τῶν ἑκτικῶν πυρετῶν ἐν οἷς ἡ καρδία πάσχει πρώτως, καθάπερ γε καὶ εἰ ἡ γαστὴρ πρώτη ἐπεπόν‐</w:t>
      </w:r>
    </w:p>
    <w:p>
      <w:r>
        <w:rPr>
          <w:rFonts w:ascii="Courier New" w:hAnsi="Courier New"/>
          <w:color w:val="555555"/>
          <w:sz w:val="20"/>
        </w:rPr>
        <w:t>[15]</w:t>
      </w:r>
    </w:p>
    <w:p>
      <w:r>
        <w:rPr>
          <w:rFonts w:ascii="Gentium Plus" w:hAnsi="Gentium Plus"/>
          <w:sz w:val="24"/>
        </w:rPr>
        <w:t>θει, διὰ τῶν ἐσθιομένων καὶ πινομένων ἀρήγειν αὐτῇ· ταύτῃ μὲν γὰρ ἐκεῖνα τὴν δύναμιν εἰλικρινῆ φυλάττοντα προσπίπτει, τῇ καρδίᾳ δὲ ὁ εἰσπνεόμενος ἀήρ. ἥπατι δὲ ἐκ μὲν τῆς εἰσ‐</w:t>
      </w:r>
    </w:p>
    <w:p>
      <w:r>
        <w:rPr>
          <w:rFonts w:ascii="Courier New" w:hAnsi="Courier New"/>
          <w:color w:val="555555"/>
          <w:sz w:val="20"/>
        </w:rPr>
        <w:t>[10 . 699]</w:t>
      </w:r>
    </w:p>
    <w:p>
      <w:r>
        <w:rPr>
          <w:rFonts w:ascii="Gentium Plus" w:hAnsi="Gentium Plus"/>
          <w:sz w:val="24"/>
        </w:rPr>
        <w:t>μὴν ἀμυδρῶς γε, διὰ τῶν ἐσθιομένων τε καὶ πινομένων. κοινὴ δ’ ἁπάντων ἴασις ἡ διὰ τῶν ἔξωθεν ἐπιτιθεμένων ὑγραινόντων τε καὶ ψυχόντων. ἐπὶ τούτοις μὲν οὖν τοῖς σπλάγχνοις ὡς τὰ πολλὰ τοὺς ἑκτικοὺς καὶ μαρασμώδεις</w:t>
      </w:r>
    </w:p>
    <w:p>
      <w:r>
        <w:rPr>
          <w:rFonts w:ascii="Courier New" w:hAnsi="Courier New"/>
          <w:color w:val="555555"/>
          <w:sz w:val="20"/>
        </w:rPr>
        <w:t>[5]</w:t>
      </w:r>
    </w:p>
    <w:p>
      <w:r>
        <w:rPr>
          <w:rFonts w:ascii="Gentium Plus" w:hAnsi="Gentium Plus"/>
          <w:sz w:val="24"/>
        </w:rPr>
        <w:t>ἐθεασάμεθα πυρετούς. ἐπιγίγνονται μὴν ἐνίοτε καὶ ταῖς τοῦ πνεύμονος ξηραῖς καὶ θερμαῖς δυσκρασίαις· ἀλλ’ οὐκ ἐπιτή‐ δειον εἰς τοὺς τοιούτους πυρετοὺς τὸ σπλάγχνον, ὑγρὸν καὶ χαῦνον ὑπάρχον. ἐπιγίνονται δὲ καὶ θώρακι καὶ μεσαραίῳ καὶ κύστει καὶ νήστει καὶ κώλῳ καί ποτε καὶ μήτρᾳ καὶ νε‐</w:t>
      </w:r>
    </w:p>
    <w:p>
      <w:r>
        <w:rPr>
          <w:rFonts w:ascii="Courier New" w:hAnsi="Courier New"/>
          <w:color w:val="555555"/>
          <w:sz w:val="20"/>
        </w:rPr>
        <w:t>[10]</w:t>
      </w:r>
    </w:p>
    <w:p>
      <w:r>
        <w:rPr>
          <w:rFonts w:ascii="Gentium Plus" w:hAnsi="Gentium Plus"/>
          <w:sz w:val="24"/>
        </w:rPr>
        <w:t>φροῖς. ἐπὶ δὲ τῷ διαφράγματι μαρασμὸν μὲν οὐκ εἶδον, ἑκτικὸν δ’ ἐθεασάμην πυρετὸν, ἅπαξ μὲν ἀκριβῶς ἀπερ‐ γασθέντα, πολλάκις δ’ ἀποκτείναντα πρὶν ἀκριβῶς συμπλη‐ ρωθῆναι. δύσπνοιά τε γὰρ ἕπεται καὶ παραφροσύνη ταῖς τοιαύταις διαθέσεσιν ἐφ’ αἷς ἀποθνήσκουσιν ὡς τὰ πολλὰ</w:t>
      </w:r>
    </w:p>
    <w:p>
      <w:r>
        <w:rPr>
          <w:rFonts w:ascii="Courier New" w:hAnsi="Courier New"/>
          <w:color w:val="555555"/>
          <w:sz w:val="20"/>
        </w:rPr>
        <w:t>[15]</w:t>
      </w:r>
    </w:p>
    <w:p>
      <w:r>
        <w:rPr>
          <w:rFonts w:ascii="Gentium Plus" w:hAnsi="Gentium Plus"/>
          <w:sz w:val="24"/>
        </w:rPr>
        <w:t>πρὶν ἑκτικὸν ἀκριβῶς γενέσθαι τὸν πυρετόν. ῥᾴστη δ’ αὐτῶν ἡ διάγνωσις τῇ τε σκληρότητι τοῦ σφυγμοῦ καὶ τῷ τὸ ὑπο‐ χόνδριον ἐπὶ πλεῖστον ἀνασπᾶσθαι καὶ τῷ δυσπνοεῖν ἀνώμα‐</w:t>
      </w:r>
    </w:p>
    <w:p>
      <w:r>
        <w:rPr>
          <w:rFonts w:ascii="Courier New" w:hAnsi="Courier New"/>
          <w:color w:val="555555"/>
          <w:sz w:val="20"/>
        </w:rPr>
        <w:t>[10 . 700]</w:t>
      </w:r>
    </w:p>
    <w:p>
      <w:r>
        <w:rPr>
          <w:rFonts w:ascii="Gentium Plus" w:hAnsi="Gentium Plus"/>
          <w:sz w:val="24"/>
        </w:rPr>
        <w:t>ἐνίοτε σμικρὸν καὶ πυκνὸν ἀναπνέουσιν, αὖθις δ’ ἔστιν ὅτε βραδύνουσι σαφῶς. εἶτ’ ἐξαίφνης ὥσπερ στενάζοντες ἀνέ‐ πνευσαν, ἢ διπλῆν τὴν εἴσω φορὰν τοῦ πνεύματος οἷον ἐπεισπνέοντες ἢ διπλῆν τὴν ἔξω ποιοῦνται, καθάπερ ἐπεκ‐</w:t>
      </w:r>
    </w:p>
    <w:p>
      <w:r>
        <w:rPr>
          <w:rFonts w:ascii="Courier New" w:hAnsi="Courier New"/>
          <w:color w:val="555555"/>
          <w:sz w:val="20"/>
        </w:rPr>
        <w:t>[5]</w:t>
      </w:r>
    </w:p>
    <w:p>
      <w:r>
        <w:rPr>
          <w:rFonts w:ascii="Gentium Plus" w:hAnsi="Gentium Plus"/>
          <w:sz w:val="24"/>
        </w:rPr>
        <w:t>πνέοντες. ἀναπνέουσι δὲ καὶ τῷ ἄλλῳ θώρακι παντὶ πολλάκις αἰσθητὸν καὶ μέγα, τὰς ὠμοπλάτας ἐξαίροντες· ἐνίοτε δ’ ἱκανῶς ἀραιὰν καὶ μεγάλην ποιοῦνται ἀναπνοὴν, ὅταν ἐπι‐ κρατῇ τὰ τῆς παραφροσύνης. ἀλλ’ οὐ πρόκειται νῦν λέγειν οὔτε τὰ γνωρίσματα τῶν πεπονθότων τόπων οὔτε τὰς αἰτίας</w:t>
      </w:r>
    </w:p>
    <w:p>
      <w:r>
        <w:rPr>
          <w:rFonts w:ascii="Courier New" w:hAnsi="Courier New"/>
          <w:color w:val="555555"/>
          <w:sz w:val="20"/>
        </w:rPr>
        <w:t>[10]</w:t>
      </w:r>
    </w:p>
    <w:p>
      <w:r>
        <w:rPr>
          <w:rFonts w:ascii="Gentium Plus" w:hAnsi="Gentium Plus"/>
          <w:sz w:val="24"/>
        </w:rPr>
        <w:t>αὐτῶν. αὖθις οὖν ἐπὶ τὴν θεραπείαν ἴωμεν, ἐπισκοπούμενοι τῶν προκειμένων ὑλῶν τὰς δυνάμεις ὁποίας τινὰς ἔχουσιν ὡς πρὸς τοὺς ἑκτικοὺς πυρετούς. εἴρηται δὲ ἤδη περὶ ἀέρος οὐκ ὀλίγα θερμοῦ καὶ ψυχροῦ καὶ μάλιστα μὲν ὠφελοῦντος, ὅταν, ὡς εἰώθασιν ὀνομάζειν, ἡ καρδία πρωτοπαθεῖ· βοηθοῦντος</w:t>
      </w:r>
    </w:p>
    <w:p>
      <w:r>
        <w:rPr>
          <w:rFonts w:ascii="Courier New" w:hAnsi="Courier New"/>
          <w:color w:val="555555"/>
          <w:sz w:val="20"/>
        </w:rPr>
        <w:t>[15]</w:t>
      </w:r>
    </w:p>
    <w:p>
      <w:r>
        <w:rPr>
          <w:rFonts w:ascii="Gentium Plus" w:hAnsi="Gentium Plus"/>
          <w:sz w:val="24"/>
        </w:rPr>
        <w:t>δ’ οὐκ ὀλίγον οὐδ’ ἐν τοῖς ἄλλοις πυρετοῖς, ἐπειδὴ κᾀν τού‐ τοις ἐξ ἀνάγκης ἡ καρδία παραπλησίαν ἀναδέχεται δυσκρασίαν. ἧς χωρὶς οὐχ οἷόν τε μὴ ὅτι μαρασμὸν ἢ ἑκτικὸν πυρετὸν,</w:t>
      </w:r>
    </w:p>
    <w:p>
      <w:r>
        <w:rPr>
          <w:rFonts w:ascii="Courier New" w:hAnsi="Courier New"/>
          <w:color w:val="555555"/>
          <w:sz w:val="20"/>
        </w:rPr>
        <w:t>[10 . 701]</w:t>
      </w:r>
    </w:p>
    <w:p>
      <w:r>
        <w:rPr>
          <w:rFonts w:ascii="Gentium Plus" w:hAnsi="Gentium Plus"/>
          <w:sz w:val="24"/>
        </w:rPr>
        <w:t>ὁ πνεύμων ποτὲ πάθῃ πρώτως, ἐμψύχοντος αὐτὸν ἀέρος δεή‐ σεται τῶν ἄλλων ἁπάντων μᾶλλον. Ἐφεξῆς δ’ ἂν εἴη σκέψασθαι περὶ τῶν ἔξωθεν ἐπιβαλλομένων φαρμάκων ὑγραινόντων τε καὶ ψυ‐</w:t>
      </w:r>
    </w:p>
    <w:p>
      <w:r>
        <w:rPr>
          <w:rFonts w:ascii="Courier New" w:hAnsi="Courier New"/>
          <w:color w:val="555555"/>
          <w:sz w:val="20"/>
        </w:rPr>
        <w:t>[5]</w:t>
      </w:r>
    </w:p>
    <w:p>
      <w:r>
        <w:rPr>
          <w:rFonts w:ascii="Gentium Plus" w:hAnsi="Gentium Plus"/>
          <w:sz w:val="24"/>
        </w:rPr>
        <w:t>χόντων. ὅτι μὲν δὴ καὶ τούτων ἐκλεκτέα τὰ ψύχοντα χωρὶς τοῦ στύφειν ἰσχυρῶς πρόδηλον παντί. πρὸς γὰρ τῷ μηδ’ ὑγραίνειν τὰ τοιαῦτα καὶ διικνεῖσθαι πρὸς τὸ βάθος ἡ ψύξις αὐτῶν ἀδυνατεῖ, συναγόντων τε καὶ σφιγγόντων τὸ δέρμα. κάλλιστα δ’ οὐ μόνον ὅσα ψύχει χωρὶς τοῦ στύφειν, ἀλλ’ εἰ</w:t>
      </w:r>
    </w:p>
    <w:p>
      <w:r>
        <w:rPr>
          <w:rFonts w:ascii="Courier New" w:hAnsi="Courier New"/>
          <w:color w:val="555555"/>
          <w:sz w:val="20"/>
        </w:rPr>
        <w:t>[10]</w:t>
      </w:r>
    </w:p>
    <w:p>
      <w:r>
        <w:rPr>
          <w:rFonts w:ascii="Gentium Plus" w:hAnsi="Gentium Plus"/>
          <w:sz w:val="24"/>
        </w:rPr>
        <w:t>καὶ τῇ συστάσει τοῦ σώματος εἴη λεπτομερῆ. τελεωτάτην μὲν οὖν εὑρεῖν οὐσίαν λεπτομερῆ καὶ ψυχρὰν ἀκριβῶς ἴσως ἀδύ‐ νατον. ἀκριβῶς δ’ εἶπον, ἐπειδὴ τὸ πάντων ὧν ἴσμεν ψυ‐ χρῶν τῇ δυνάμει λεπτομερέστατον, τὸ ὄξος, ἔχει τινὰ μεμιγ‐ μένην ἑαυτῷ θερμότητα. καὶ μέντοι καὶ ξηραίνει τὰ πλησιά‐</w:t>
      </w:r>
    </w:p>
    <w:p>
      <w:r>
        <w:rPr>
          <w:rFonts w:ascii="Courier New" w:hAnsi="Courier New"/>
          <w:color w:val="555555"/>
          <w:sz w:val="20"/>
        </w:rPr>
        <w:t>[15]</w:t>
      </w:r>
    </w:p>
    <w:p>
      <w:r>
        <w:rPr>
          <w:rFonts w:ascii="Gentium Plus" w:hAnsi="Gentium Plus"/>
          <w:sz w:val="24"/>
        </w:rPr>
        <w:t>ζοντα σώματα κᾂν ὑγρὸν εἴη κατὰ τὴν φαντασίαν. ὅθεν οὐδὲ μόνῳ αὐτῷ ποτε χρώμεθα πρὸς τὰς ὑγραίνεσθαί τε</w:t>
      </w:r>
    </w:p>
    <w:p>
      <w:r>
        <w:rPr>
          <w:rFonts w:ascii="Courier New" w:hAnsi="Courier New"/>
          <w:color w:val="555555"/>
          <w:sz w:val="20"/>
        </w:rPr>
        <w:t>[10 . 702]</w:t>
      </w:r>
    </w:p>
    <w:p>
      <w:r>
        <w:rPr>
          <w:rFonts w:ascii="Gentium Plus" w:hAnsi="Gentium Plus"/>
          <w:sz w:val="24"/>
        </w:rPr>
        <w:t>τοσούτῳ μιγνύντες ὡς δύνασθαι πιεῖν. ἀλλ’ εἰ καὶ τὸ τε‐ λέως λεπτομερὲς ἅμα καὶ ψυχρὸν σῶμα μὴ δυνατὸν εὑρεῖν, ὅμως ἐκλέγεσθαι χρὴ τὰς ἐπιτηδειοτάτας ὕλας εἰς τὴν τοῦ τοιούτου σύνθεσιν φαρμάκου. λέλεκται μὲν οὖν ἐπὶ πλέον</w:t>
      </w:r>
    </w:p>
    <w:p>
      <w:r>
        <w:rPr>
          <w:rFonts w:ascii="Courier New" w:hAnsi="Courier New"/>
          <w:color w:val="555555"/>
          <w:sz w:val="20"/>
        </w:rPr>
        <w:t>[5]</w:t>
      </w:r>
    </w:p>
    <w:p>
      <w:r>
        <w:rPr>
          <w:rFonts w:ascii="Gentium Plus" w:hAnsi="Gentium Plus"/>
          <w:sz w:val="24"/>
        </w:rPr>
        <w:t>ὑπὲρ αὐτῶν ἐν ταῖς περὶ τῶν φαρμάκων πραγματείαις. εἰρήσεται δὲ καὶ νῦν ἐπὶ παραδειγμάτων ὀλίγον ἕνεκα τοῦ γυμνάσασθαί σε καὶ κατὰ τοῦτο τὸ γένος ἐν τοῖς κατὰ μέρος. ἄρξομαι δ’ ἀπὸ τοῦ πάντων ἁπλουστάτου φαρμά‐ κου τῶν ὑγραινόντων τε καὶ ψυχόντων, ᾧ καὶ κατὰ τῶν</w:t>
      </w:r>
    </w:p>
    <w:p>
      <w:r>
        <w:rPr>
          <w:rFonts w:ascii="Courier New" w:hAnsi="Courier New"/>
          <w:color w:val="555555"/>
          <w:sz w:val="20"/>
        </w:rPr>
        <w:t>[10]</w:t>
      </w:r>
    </w:p>
    <w:p>
      <w:r>
        <w:rPr>
          <w:rFonts w:ascii="Gentium Plus" w:hAnsi="Gentium Plus"/>
          <w:sz w:val="24"/>
        </w:rPr>
        <w:t>ἐρυσιπελάτων χρῶμαι καὶ κατὰ τῶν ἐν αἰδοίοις φλεγμονῶν ἐν ἀρχῇ, πρὶν ὑποφαίνεσθαί τινα νομώδη σηπεδόνα. χρὴ δ’ εἰς αὐτὸ παρεσκευάσθαι κηρὸν ὡς κάλλιστον πεπλυ‐ μένον. εἴη δ’ ἂν κάλλιστος ὅ τε Ποντικὸς ὁ λευκὸς, ὅ τε ἐξ Ἀττικῶν κηρίων. ἔστω δὲ καὶ ῥόδινον ἐξ ἐλαίου τοῦ</w:t>
      </w:r>
    </w:p>
    <w:p>
      <w:r>
        <w:rPr>
          <w:rFonts w:ascii="Courier New" w:hAnsi="Courier New"/>
          <w:color w:val="555555"/>
          <w:sz w:val="20"/>
        </w:rPr>
        <w:t>[15]</w:t>
      </w:r>
    </w:p>
    <w:p>
      <w:r>
        <w:rPr>
          <w:rFonts w:ascii="Gentium Plus" w:hAnsi="Gentium Plus"/>
          <w:sz w:val="24"/>
        </w:rPr>
        <w:t>καλουμένου πρὸς τινῶν μὲν ὀμφακίνου, πρὸς ἄλλων δὲ ὠμοτριβοῦς, ἐσκευασμένου χωρὶς ἁλῶν. ἄριστον δὲ εἶναι καὶ τοῦτο τὸ ἔλαιον ἀκριβῶς λεπτομερὲς, ὥσπερ τὸ Σα‐</w:t>
      </w:r>
    </w:p>
    <w:p>
      <w:r>
        <w:rPr>
          <w:rFonts w:ascii="Courier New" w:hAnsi="Courier New"/>
          <w:color w:val="555555"/>
          <w:sz w:val="20"/>
        </w:rPr>
        <w:t>[10 . 703]</w:t>
      </w:r>
    </w:p>
    <w:p>
      <w:r>
        <w:rPr>
          <w:rFonts w:ascii="Gentium Plus" w:hAnsi="Gentium Plus"/>
          <w:sz w:val="24"/>
        </w:rPr>
        <w:t>γείου διπλοῦ καὶ γενομένης ὑγρᾶς κηρωτῆς. ἔσται δὲ τοι‐ αύτη τριπλάσιον ἢ τετραπλάσιον ἔχουσα τοῦ κηροῦ τὸ ῥόδινον. ἐπειδὰν δὲ αὐτὴ ψυχθῇ, μιγνύσθω ψυχθείσῃ κατὰ βραχὺ τοσοῦτον ὕδατος ὅσον ἂν ἐν θυείᾳ μαλαττο‐</w:t>
      </w:r>
    </w:p>
    <w:p>
      <w:r>
        <w:rPr>
          <w:rFonts w:ascii="Courier New" w:hAnsi="Courier New"/>
          <w:color w:val="555555"/>
          <w:sz w:val="20"/>
        </w:rPr>
        <w:t>[5]</w:t>
      </w:r>
    </w:p>
    <w:p>
      <w:r>
        <w:rPr>
          <w:rFonts w:ascii="Gentium Plus" w:hAnsi="Gentium Plus"/>
          <w:sz w:val="24"/>
        </w:rPr>
        <w:t>μένῃ σὺν αὐτῷ δέξασθαι δύναιτο. χρὴ δὲ καὶ τὴν κηρω‐ τὴν αὐτὴν ἱκανῶς ἐψῦχθαι καὶ τὸ μιγνύμενον ὕδωρ αὐτῇ ψυχρότατον ὑπάρχειν. ἱκανῶς δὲ ψύξεις τὴν κηρωτὴν, ἐπει‐ δὰν μετρίως παγῇ, καθιεὶς εἰς ὕδωρ ψυχρότατον ὅλον τὸ ἀγγεῖον ἐν ᾧ περιέχεται. μίξας δὲ εἰ βούλοιο καὶ ὄξους</w:t>
      </w:r>
    </w:p>
    <w:p>
      <w:r>
        <w:rPr>
          <w:rFonts w:ascii="Courier New" w:hAnsi="Courier New"/>
          <w:color w:val="555555"/>
          <w:sz w:val="20"/>
        </w:rPr>
        <w:t>[10]</w:t>
      </w:r>
    </w:p>
    <w:p>
      <w:r>
        <w:rPr>
          <w:rFonts w:ascii="Gentium Plus" w:hAnsi="Gentium Plus"/>
          <w:sz w:val="24"/>
        </w:rPr>
        <w:t>ὀλίγον ἱκανῶς λεπτοῦ καὶ διαυγοῦς, ἔτι δὲ καὶ μᾶλλον ὑγραῖνόν τε ἅμα καὶ ψῦχον ἐργάσῃ φάρμακον. οὐ χρὴ δ’ ἀναμένειν ἐπιχεῖσθαι κατὰ τοῦ σώματος αὐτὸ τοῦ κάμνον‐ τος εἰς τοσοῦτον ὡς θερμανθῆναι σαφῶς, ἀλλ’ ὑπαλλάτ‐ τεσθαι συνεχῶς. Ἄλλο φάρμακον. ὀξαλίδος ἢ ὀξυλαπάθου</w:t>
      </w:r>
    </w:p>
    <w:p>
      <w:r>
        <w:rPr>
          <w:rFonts w:ascii="Courier New" w:hAnsi="Courier New"/>
          <w:color w:val="555555"/>
          <w:sz w:val="20"/>
        </w:rPr>
        <w:t>[15]</w:t>
      </w:r>
    </w:p>
    <w:p>
      <w:r>
        <w:rPr>
          <w:rFonts w:ascii="Gentium Plus" w:hAnsi="Gentium Plus"/>
          <w:sz w:val="24"/>
        </w:rPr>
        <w:t>χυλὸς, ἀλφίτων λεπτῶν ὀλίγων μιχθέντων ἀναλαμβανέσθω διπτύχῳ ῥάκει τριβακῷ, ψυχρὸν δ’ ἱκανῶς ἐπιτιθέσθω καὶ τοῦτο. μὴ παρόντος δὲ τοιούτου ῥάκους, ὀθόνιον δί‐</w:t>
      </w:r>
    </w:p>
    <w:p>
      <w:r>
        <w:rPr>
          <w:rFonts w:ascii="Courier New" w:hAnsi="Courier New"/>
          <w:color w:val="555555"/>
          <w:sz w:val="20"/>
        </w:rPr>
        <w:t>[10 . 704]</w:t>
      </w:r>
    </w:p>
    <w:p>
      <w:r>
        <w:rPr>
          <w:rFonts w:ascii="Gentium Plus" w:hAnsi="Gentium Plus"/>
          <w:sz w:val="24"/>
        </w:rPr>
        <w:t>καὶ μὲν δὴ καὶ ὁ τῆς ἀνδράχνης καὶ ὁ τοῦ ἀειζώου χυλὸς ἅμα τῷ τῆς ὄμφακος ὁμοίως ἀλφίτοις μίγνυται. πρὸς τούτοις δ’ ἔτι φακὸς ὁ ἀπὸ τῶν τελμάτων καὶ τριβόλου χλω‐ ροῦ καὶ πολυγόνου καὶ θριδακίνης καὶ σέρεως χυλὸς, ὅσα</w:t>
      </w:r>
    </w:p>
    <w:p>
      <w:r>
        <w:rPr>
          <w:rFonts w:ascii="Courier New" w:hAnsi="Courier New"/>
          <w:color w:val="555555"/>
          <w:sz w:val="20"/>
        </w:rPr>
        <w:t>[5]</w:t>
      </w:r>
    </w:p>
    <w:p>
      <w:r>
        <w:rPr>
          <w:rFonts w:ascii="Gentium Plus" w:hAnsi="Gentium Plus"/>
          <w:sz w:val="24"/>
        </w:rPr>
        <w:t>τ’ ἄλλα ψύχειν ἐλέχθη σὺν ἀλφίτοις λεπτοῖς πάντα. καὶ χω‐ ρὶς δ’ ἀλφίτων ὅλας τὰς πόας ἔξεστι λειοῦντα χρῆσθαι. καὶ μὲν δὴ καὶ τὸ διὰ τῶν φοινίκων ἐπίθεμα τῶν λιπαρῶν, ὀνομάζουσι δ’ αὐτοὺς πατητοὺς, ἀγαθὸν φάρμακον. ἕψειν δὲ χρὴ καὶ τούτων τὴν σάρκα, τὸ ὑμενῶδες ἅπαν ἐξαίροντα</w:t>
      </w:r>
    </w:p>
    <w:p>
      <w:r>
        <w:rPr>
          <w:rFonts w:ascii="Courier New" w:hAnsi="Courier New"/>
          <w:color w:val="555555"/>
          <w:sz w:val="20"/>
        </w:rPr>
        <w:t>[10]</w:t>
      </w:r>
    </w:p>
    <w:p>
      <w:r>
        <w:rPr>
          <w:rFonts w:ascii="Gentium Plus" w:hAnsi="Gentium Plus"/>
          <w:sz w:val="24"/>
        </w:rPr>
        <w:t>ποτὲ μὲν δι’ ὄξους μόνου διαυγοῦς, ἔστι δ’ ὅτε καὶ ὕδατος αὐτῷ μιγνύντα· τακερᾶς δ’ ἱκανῶς γενηθείσης, λειοῦντα χρῆσθαι. σκληρὸν δ’ εἰ φαίνοιτό σοι κατὰ τὴν σύστασιν, ἄμεινον μιγνύναι τῆς προγεγραμμένης κηρωτῆς. εἰ δὲ καὶ ῥοδίνου ποτὲ τῶν εἰρημένων ἑκάστῳ μῖξαι βουληθείης, οὐδὲν</w:t>
      </w:r>
    </w:p>
    <w:p>
      <w:r>
        <w:rPr>
          <w:rFonts w:ascii="Courier New" w:hAnsi="Courier New"/>
          <w:color w:val="555555"/>
          <w:sz w:val="20"/>
        </w:rPr>
        <w:t>[15]</w:t>
      </w:r>
    </w:p>
    <w:p>
      <w:r>
        <w:rPr>
          <w:rFonts w:ascii="Gentium Plus" w:hAnsi="Gentium Plus"/>
          <w:sz w:val="24"/>
        </w:rPr>
        <w:t>ἔσται σοι χεῖρον τὸ φάρμακον· ἔστω δὲ ὀλίγιστόν τε τὸ μιγνύ‐ μενον καὶ ἁπλοῦν καὶ ψυχρὸν ἱκανῶς, κᾀξ ἐλαίου γεγονὸς ἅλας οὐκ ἔχοντος. ἁπλοῦν δ’ ὅταν εἴπω ῥόδινον ἢ ἄλλο τι</w:t>
      </w:r>
    </w:p>
    <w:p>
      <w:r>
        <w:rPr>
          <w:rFonts w:ascii="Courier New" w:hAnsi="Courier New"/>
          <w:color w:val="555555"/>
          <w:sz w:val="20"/>
        </w:rPr>
        <w:t>[10 . 705]</w:t>
      </w:r>
    </w:p>
    <w:p>
      <w:r>
        <w:rPr>
          <w:rFonts w:ascii="Gentium Plus" w:hAnsi="Gentium Plus"/>
          <w:sz w:val="24"/>
        </w:rPr>
        <w:t>ἐσκευασμένον. ἀγαθὸν φάρμακον εἰς τὰ τοιαῦτα καὶ ὁ τῶν ῥόδων χυλὸς ἅμα τοῖς ἀλφίτοις ψυχρός. ἀγαθὸν δὲ καὶ αὐτὰ λειωθέντα· καθάπερ οὖν καὶ αἱ λεῖαι βλάσται τῶν με‐ τρίως στυφόντων φυτῶν, οὕτω δ’ ἔστιν ὅτε καὶ βοτάναις</w:t>
      </w:r>
    </w:p>
    <w:p>
      <w:r>
        <w:rPr>
          <w:rFonts w:ascii="Courier New" w:hAnsi="Courier New"/>
          <w:color w:val="555555"/>
          <w:sz w:val="20"/>
        </w:rPr>
        <w:t>[5]</w:t>
      </w:r>
    </w:p>
    <w:p>
      <w:r>
        <w:rPr>
          <w:rFonts w:ascii="Gentium Plus" w:hAnsi="Gentium Plus"/>
          <w:sz w:val="24"/>
        </w:rPr>
        <w:t>χρήσασθαι μετρίως στυφούσαις δυνατὸν, ὥσπερ τῷ στρύχνῳ. ἀλλ’ ἡ μὲν τοιούτων φαρμάκων ὕλη δι’ ἑτέρας πραγματείας εἴρηται πᾶσα· νῦν δ’ ἀρκεῖ τὰ λελεγμένα παραδείγματος ἕνεκα. χρῆσθαι δ’ οὐχ ὡς οἱ πολλοὶ καθ’ ὅλου τοῦ θώρακος ἢ συμπάσης τῆς γαστρὸς, ἀλλὰ κατ’ ἐκείνου μάλιστα τοῦ</w:t>
      </w:r>
    </w:p>
    <w:p>
      <w:r>
        <w:rPr>
          <w:rFonts w:ascii="Courier New" w:hAnsi="Courier New"/>
          <w:color w:val="555555"/>
          <w:sz w:val="20"/>
        </w:rPr>
        <w:t>[10]</w:t>
      </w:r>
    </w:p>
    <w:p>
      <w:r>
        <w:rPr>
          <w:rFonts w:ascii="Gentium Plus" w:hAnsi="Gentium Plus"/>
          <w:sz w:val="24"/>
        </w:rPr>
        <w:t>πρώτως πεπονθότος. οὐδὲ γὰρ ἀναγκαῖον ἢ σὺν τῷ ψύχε‐ σθαι σφοδρῶς δεομένῳ ψυχθῆναί τι τῶν οὐχ ὁμοίως δεο‐ μένων, ἢ θᾶττον τοῦ δεόντος παύσασθαι, δεδιότα βλάψαι τι τῶν γειτνιώντων. ἐγὼ γοῦν οἶδα κατὰ τῶν ὑποχονδρίων ἐπιτεθέντος ποτὲ ψύχοντος φαρμάκου παραχρῆμα δυσπνοή‐</w:t>
      </w:r>
    </w:p>
    <w:p>
      <w:r>
        <w:rPr>
          <w:rFonts w:ascii="Courier New" w:hAnsi="Courier New"/>
          <w:color w:val="555555"/>
          <w:sz w:val="20"/>
        </w:rPr>
        <w:t>[15]</w:t>
      </w:r>
    </w:p>
    <w:p>
      <w:r>
        <w:rPr>
          <w:rFonts w:ascii="Gentium Plus" w:hAnsi="Gentium Plus"/>
          <w:sz w:val="24"/>
        </w:rPr>
        <w:t>σαντα τὸν ἄνθρωπον, ἄλλον δ’ αὐτίκα βήξαντα καὶ μικρὸν ὕστερον ἑκατέρῳ παυσάμενον τὸ σύμπτωμα, τοῦ ψύχοντος</w:t>
      </w:r>
    </w:p>
    <w:p>
      <w:r>
        <w:rPr>
          <w:rFonts w:ascii="Courier New" w:hAnsi="Courier New"/>
          <w:color w:val="555555"/>
          <w:sz w:val="20"/>
        </w:rPr>
        <w:t>[10 . 706]</w:t>
      </w:r>
    </w:p>
    <w:p>
      <w:r>
        <w:rPr>
          <w:rFonts w:ascii="Gentium Plus" w:hAnsi="Gentium Plus"/>
          <w:sz w:val="24"/>
        </w:rPr>
        <w:t>ὑπάρχει πλῆθος ἐμπλαστῶν φαρμάκων κηρωτοειδῶν μετρίως ψυχόντων, ὧν οὐ μόνης τῆς ὕλης τὰς δυνάμεις, ἀλλὰ καὶ τῆς συνθέσεως ἔμαθες τὴν μέθοδον. Ἐγὼ δ’ αἰσθανόμενος ὕστερον τὸ μέτρον</w:t>
      </w:r>
    </w:p>
    <w:p>
      <w:r>
        <w:rPr>
          <w:rFonts w:ascii="Courier New" w:hAnsi="Courier New"/>
          <w:color w:val="555555"/>
          <w:sz w:val="20"/>
        </w:rPr>
        <w:t>[5]</w:t>
      </w:r>
    </w:p>
    <w:p>
      <w:r>
        <w:rPr>
          <w:rFonts w:ascii="Gentium Plus" w:hAnsi="Gentium Plus"/>
          <w:sz w:val="24"/>
        </w:rPr>
        <w:t>ἤδη τῆς προκειμένης πραγματείας ἐκπίπτων ἐπὶ τὰ συνεχῆ τοῦ λόγου μεταβήσομαι. συνεχὴς δ’ ἐπὶ τοῖς εἰρημένοις ἡ περὶ βαλανείου σκέψις αὐτοῦ τε τοῦ πράγματος ἕνεκα ἔτι τε μάλιστα ἐπειδὴ Φίλιππος ἡγεῖται βλάπτειν αὐτὸ τοὺς μαραινομένους. ἐγὼ τοίνυν ἣν ἔχω γνώμην ὑπέρ γε τῆς δυνά‐</w:t>
      </w:r>
    </w:p>
    <w:p>
      <w:r>
        <w:rPr>
          <w:rFonts w:ascii="Courier New" w:hAnsi="Courier New"/>
          <w:color w:val="555555"/>
          <w:sz w:val="20"/>
        </w:rPr>
        <w:t>[10]</w:t>
      </w:r>
    </w:p>
    <w:p>
      <w:r>
        <w:rPr>
          <w:rFonts w:ascii="Gentium Plus" w:hAnsi="Gentium Plus"/>
          <w:sz w:val="24"/>
        </w:rPr>
        <w:t>μεως ἁπάσης τῶν βαλανείων καὶ προσέτι τὸν εἰς τοὺς ἑκτι‐ κοὺς καὶ μαρασμώδεις ἢ ἁπλῶς εἰπεῖν ἅπαντας, ἐν τῷδε τῷ λόγῳ μάλιστ’ ἂν διέλθοιμι. μέμνημαι γὰρ ὅτι καὶ πρόσθεν ἐπὶ τῶν ἐφημέρων πυρετῶν ἐπῄνουν αὐτά· καὶ κατὰ τὸν ἕβδομον λόγον ἐπὶ τῶν κατὰ ξηρότητα δυσκρασιῶν τῆς γα‐</w:t>
      </w:r>
    </w:p>
    <w:p>
      <w:r>
        <w:rPr>
          <w:rFonts w:ascii="Courier New" w:hAnsi="Courier New"/>
          <w:color w:val="555555"/>
          <w:sz w:val="20"/>
        </w:rPr>
        <w:t>[15]</w:t>
      </w:r>
    </w:p>
    <w:p>
      <w:r>
        <w:rPr>
          <w:rFonts w:ascii="Gentium Plus" w:hAnsi="Gentium Plus"/>
          <w:sz w:val="24"/>
        </w:rPr>
        <w:t>στρὸς ἀπεπτούντων τε καὶ λεπτυνομένων ἐκέλευον χρῆσθαι πολλάκις. οὐ μὴν περί γε τῆς συμπάσης δυνάμεως ἐν</w:t>
      </w:r>
    </w:p>
    <w:p>
      <w:r>
        <w:rPr>
          <w:rFonts w:ascii="Courier New" w:hAnsi="Courier New"/>
          <w:color w:val="555555"/>
          <w:sz w:val="20"/>
        </w:rPr>
        <w:t>[10 . 707]</w:t>
      </w:r>
    </w:p>
    <w:p>
      <w:r>
        <w:rPr>
          <w:rFonts w:ascii="Gentium Plus" w:hAnsi="Gentium Plus"/>
          <w:sz w:val="24"/>
        </w:rPr>
        <w:t>ἀγωνιστικωτέρα μάλιστά ἐστιν ἡ χρῆσις αὐτοῦ καὶ τὸν Φίλιπ‐ πον ἔχει κωλύοντα. δέδεικται μὲν οὖν ἤδη καὶ πρόσθεν ἐπὶ τῆς τῶν ἑλκῶν ἰάσεως ἡ αἰτία τῆς ἀγνοίας τῶν καθ’ ἕκαστον πάθος οἰκείων σκοπῶν· εἰρήσεται δ’ οὐδὲν ἧττον καὶ νῦν, εἴς</w:t>
      </w:r>
    </w:p>
    <w:p>
      <w:r>
        <w:rPr>
          <w:rFonts w:ascii="Courier New" w:hAnsi="Courier New"/>
          <w:color w:val="555555"/>
          <w:sz w:val="20"/>
        </w:rPr>
        <w:t>[5]</w:t>
      </w:r>
    </w:p>
    <w:p>
      <w:r>
        <w:rPr>
          <w:rFonts w:ascii="Gentium Plus" w:hAnsi="Gentium Plus"/>
          <w:sz w:val="24"/>
        </w:rPr>
        <w:t>τε τὰ παρόντα καὶ τὰ μέλλοντα χρήσιμος ὑπάρχουσα. μιᾶς μὲν γὰρ ἐν τῷ σώματι διαθέσεως οὔσης, εἰ καὶ μὴ τῷ λόγῳ, τῇ πείρᾳ γοῦν εὑρεῖν οὐ χαλεπὸν αὐτῆς ἐστι τὴν ἴασιν· ἐπι‐ πλεκομένων δὲ δυοῖν ἢ τριῶν, καὶ μάλισθ’ ὅταν ἐναντιωτάτων ἀλλήλοις δέωνται βοηθημάτων, ἀδύνατον μὲν εὑρεῖν τῇ πείρᾳ</w:t>
      </w:r>
    </w:p>
    <w:p>
      <w:r>
        <w:rPr>
          <w:rFonts w:ascii="Courier New" w:hAnsi="Courier New"/>
          <w:color w:val="555555"/>
          <w:sz w:val="20"/>
        </w:rPr>
        <w:t>[10]</w:t>
      </w:r>
    </w:p>
    <w:p>
      <w:r>
        <w:rPr>
          <w:rFonts w:ascii="Gentium Plus" w:hAnsi="Gentium Plus"/>
          <w:sz w:val="24"/>
        </w:rPr>
        <w:t>τὸ ποιητέον, οὐ ῥᾴδιον δ’ οὐδὲ τῷ λόγῳ. καὶ γὰρ καὶ τὴν οὐσίαν ἑκάστης τῶν διαθέσεων ἀκριβῶς χρὴ γνῶναι καὶ τὴν οἰκείαν τῆς θεραπείας ἐφ’ ἑκάστης αὐτῶν ἔνδειξιν λαβεῖν, ἥντινά τε χρὴ πρώτην τῶν ἄλλων ἢ μᾶλλον, ἥντινα δ’ ἧττον ἢ δευτέραν ἢ τρίτην ἰάσασθαι. διὰ ταύτην οὖν τὴν</w:t>
      </w:r>
    </w:p>
    <w:p>
      <w:r>
        <w:rPr>
          <w:rFonts w:ascii="Courier New" w:hAnsi="Courier New"/>
          <w:color w:val="555555"/>
          <w:sz w:val="20"/>
        </w:rPr>
        <w:t>[15]</w:t>
      </w:r>
    </w:p>
    <w:p>
      <w:r>
        <w:rPr>
          <w:rFonts w:ascii="Gentium Plus" w:hAnsi="Gentium Plus"/>
          <w:sz w:val="24"/>
        </w:rPr>
        <w:t>αἰτίαν οὔθ’ ὅτι πυρετῶν ᾗ πυρετοὶ συμπάντων ἐστὶν ἴδιον ἴαμα τὸ ψυχρὸν, εἴτε οὖν κατ’ ἐνέργειαν εἴτε κατὰ δύναμιν εἴη τοιοῦτον, ἐγνώσθη τῷ πλήθει τῶν ἰατρῶν, οὔθ’ ὅτι κατὰ</w:t>
      </w:r>
    </w:p>
    <w:p>
      <w:r>
        <w:rPr>
          <w:rFonts w:ascii="Courier New" w:hAnsi="Courier New"/>
          <w:color w:val="555555"/>
          <w:sz w:val="20"/>
        </w:rPr>
        <w:t>[10 . 708]</w:t>
      </w:r>
    </w:p>
    <w:p>
      <w:r>
        <w:rPr>
          <w:rFonts w:ascii="Gentium Plus" w:hAnsi="Gentium Plus"/>
          <w:sz w:val="24"/>
        </w:rPr>
        <w:t>βοηθήματα. περὶ ὧν εἴρηται μὲν ἤδη τι κᾀν τοῖς ἔμπροσθεν εἰρήσεται δὲ κᾀν τοῖς αὖθις. ἔνια γὰρ τῶν βοηθημάτων ἐπι‐ πεπλεγμένην τέ πως ἔχει καὶ διττὴν δύναμιν, ὡς καὶ πρώτως ὀνινάναι καὶ κατὰ συμβεβηκὸς, οἷόν πέρ ἐστι καὶ τὸ λουτρόν.</w:t>
      </w:r>
    </w:p>
    <w:p>
      <w:r>
        <w:rPr>
          <w:rFonts w:ascii="Courier New" w:hAnsi="Courier New"/>
          <w:color w:val="555555"/>
          <w:sz w:val="20"/>
        </w:rPr>
        <w:t>[5]</w:t>
      </w:r>
    </w:p>
    <w:p>
      <w:r>
        <w:rPr>
          <w:rFonts w:ascii="Gentium Plus" w:hAnsi="Gentium Plus"/>
          <w:sz w:val="24"/>
        </w:rPr>
        <w:t>ἡ μὲν γὰρ πόσις τοῦ ψυχροῦ καθ’ ἑαυτὴν μὲν ὀνίνησιν, ἐνερ‐ γείᾳ ψύχουσα· χυλὸς δ’ ὄμφακος τῇ δυνάμει ψυκτικὸν φάρ‐ μακον. ταυτὶ μὲν οὖν ἀμφότερα ψύχει πρώτως, ὅπερ ἐστὶ καθ’ ἑαυτὰ, διὰ μέσου μηδενός· αἵματος δ’ ἀφαίρεσις, ὡς ἔμπροσθεν ἐδείκνυμεν, ἐπὶ τῶν συνόχων καλουμένων πυρετῶν</w:t>
      </w:r>
    </w:p>
    <w:p>
      <w:r>
        <w:rPr>
          <w:rFonts w:ascii="Courier New" w:hAnsi="Courier New"/>
          <w:color w:val="555555"/>
          <w:sz w:val="20"/>
        </w:rPr>
        <w:t>[10]</w:t>
      </w:r>
    </w:p>
    <w:p>
      <w:r>
        <w:rPr>
          <w:rFonts w:ascii="Gentium Plus" w:hAnsi="Gentium Plus"/>
          <w:sz w:val="24"/>
        </w:rPr>
        <w:t>οὐκέτι πρώτως, ἀλλὰ κατὰ συμβεβηκὸς ἰᾶταί ποτε τὰς θερ‐ μὰς δυσκρασίας. ὡσαύτως δὲ καὶ κλυστὴρ καὶ κάθαρσις ἐπι‐ βροχή τε καὶ κατάπλασμα διαφορητικὸν ἢ πεπτικόν. ἑκατέρας δὲ τὰς δυνάμεις ἔχει συλλαβὸν ἐν ἑαυτῷ τὸ προκείμενον ἐν τῷ λόγῳ λουτρὸν, ὡς ἂν οἶμαι σύνθετον ὑπάρχον ἐκ διαφε‐</w:t>
      </w:r>
    </w:p>
    <w:p>
      <w:r>
        <w:rPr>
          <w:rFonts w:ascii="Courier New" w:hAnsi="Courier New"/>
          <w:color w:val="555555"/>
          <w:sz w:val="20"/>
        </w:rPr>
        <w:t>[15]</w:t>
      </w:r>
    </w:p>
    <w:p>
      <w:r>
        <w:rPr>
          <w:rFonts w:ascii="Gentium Plus" w:hAnsi="Gentium Plus"/>
          <w:sz w:val="24"/>
        </w:rPr>
        <w:t>ρόντων ταῖς δυνάμεσι τῶν ἑαυτοῦ μερῶν. εἰσελθόντες μὲν γὰρ ὁμιλοῦσιν ἀέρι θερμῷ, μετὰ δὲ ταῦτα εἰς ὕδωρ εἰσίασι θερ‐</w:t>
      </w:r>
    </w:p>
    <w:p>
      <w:r>
        <w:rPr>
          <w:rFonts w:ascii="Courier New" w:hAnsi="Courier New"/>
          <w:color w:val="555555"/>
          <w:sz w:val="20"/>
        </w:rPr>
        <w:t>[10 . 709]</w:t>
      </w:r>
    </w:p>
    <w:p>
      <w:r>
        <w:rPr>
          <w:rFonts w:ascii="Gentium Plus" w:hAnsi="Gentium Plus"/>
          <w:sz w:val="24"/>
        </w:rPr>
        <w:t>ἱδρῶτα. δύναται δὲ τὸ μὲν πρῶτον αὐτοῦ μέρος θερμῆναί τε δι’ ὅλου τοῦ σώματος καὶ χέαι τὰς ὕλας, ὁμαλῦναί τε τὰς ἀνωμαλίας, ἀραιῶσαί τε τὸ δέρμα καὶ κενῶσαι πολλὰ τῶν ἔμπροσθεν ὑπ’ αὐτοῦ κατεχομένων. τὸ δὲ δεύτερον, ὅταν</w:t>
      </w:r>
    </w:p>
    <w:p>
      <w:r>
        <w:rPr>
          <w:rFonts w:ascii="Courier New" w:hAnsi="Courier New"/>
          <w:color w:val="555555"/>
          <w:sz w:val="20"/>
        </w:rPr>
        <w:t>[5]</w:t>
      </w:r>
    </w:p>
    <w:p>
      <w:r>
        <w:rPr>
          <w:rFonts w:ascii="Gentium Plus" w:hAnsi="Gentium Plus"/>
          <w:sz w:val="24"/>
        </w:rPr>
        <w:t>ἐπὶ ξηρᾷ διαθέσει τοῦ σώματος αὐτῷ τις χρῆται, νοτίδα χρη‐ στὴν ἐνθεῖναι τοῖς στερεοῖς τοῦ ζώου μορίοις. ἡ δὲ τρίτη μοῖρα τῶν λουτρῶν, ἐπειδὰν τῷ ψυχρῷ τύχωμεν χρώ‐ μενοι, ψῦξαί τε σύμπαν τὸ σῶμα καὶ πυκνῶσαι τὸ δέρμα καὶ ῥῶσαι τὰς δυνάμεις. τὸ δὲ τέταρτον ἐκκενῶσαι δι’ ἱδρώ‐</w:t>
      </w:r>
    </w:p>
    <w:p>
      <w:r>
        <w:rPr>
          <w:rFonts w:ascii="Courier New" w:hAnsi="Courier New"/>
          <w:color w:val="555555"/>
          <w:sz w:val="20"/>
        </w:rPr>
        <w:t>[10]</w:t>
      </w:r>
    </w:p>
    <w:p>
      <w:r>
        <w:rPr>
          <w:rFonts w:ascii="Gentium Plus" w:hAnsi="Gentium Plus"/>
          <w:sz w:val="24"/>
        </w:rPr>
        <w:t>των τὸ σῶμα χωρὶς τῆς ἐκ τοῦ ψύχεσθαι βλάβης. ταῦτ’ οὖν δυναμένου περὶ τὸν ἄνθρωπον ἐργάζεσθαι πάντα τῶν ποτί‐ μων ὑδάτων εὐκράτου λουτροῦ καὶ πρὸς τούτοις ἔτι φρίκας τε καὶ πυκνώσεις τοῦ δέρματος, ὅταν ἀκαίρως λούσωνται, πειρατέον ἐφεξῆς διορίσαι πάντα, περὶ πρώτων ἐκείνων τὸν</w:t>
      </w:r>
    </w:p>
    <w:p>
      <w:r>
        <w:rPr>
          <w:rFonts w:ascii="Courier New" w:hAnsi="Courier New"/>
          <w:color w:val="555555"/>
          <w:sz w:val="20"/>
        </w:rPr>
        <w:t>[15]</w:t>
      </w:r>
    </w:p>
    <w:p>
      <w:r>
        <w:rPr>
          <w:rFonts w:ascii="Gentium Plus" w:hAnsi="Gentium Plus"/>
          <w:sz w:val="24"/>
        </w:rPr>
        <w:t>λόγον ποιησαμένους ὅσοι φρικώδεις γίγνονται λουόμενοι. μία μὲν γὰρ αὐτοῖς ἐστιν ἡ ὡς ἂν εἴποι τις αἰτία συνεκ‐ τικὴ τοῦ γινομένου συμπτώματος, ἄλλαι δ’ ἐκείνης πλείους</w:t>
      </w:r>
    </w:p>
    <w:p>
      <w:r>
        <w:rPr>
          <w:rFonts w:ascii="Courier New" w:hAnsi="Courier New"/>
          <w:color w:val="555555"/>
          <w:sz w:val="20"/>
        </w:rPr>
        <w:t>[10 . 710]</w:t>
      </w:r>
    </w:p>
    <w:p>
      <w:r>
        <w:rPr>
          <w:rFonts w:ascii="Gentium Plus" w:hAnsi="Gentium Plus"/>
          <w:sz w:val="24"/>
        </w:rPr>
        <w:t>εἶναί φημι κίνησιν ἀθροωτέραν τῶν δακνωδῶν περιττω‐ μάτων. ὅθεν οἷς ταῦτα μὲν πολλὰ, πυκναὶ δὲ αἱ σάρκες ἢ τὸ δέρμα φρίττουσιν, ἄν τε εἰς βαλανεῖον εἰσέλθωσιν, ἄν τε ἐν ἡλίῳ στῶσιν, ἄν τε κινηθῶσιν ὁπωσοῦν σφοδρότερον</w:t>
      </w:r>
    </w:p>
    <w:p>
      <w:r>
        <w:rPr>
          <w:rFonts w:ascii="Courier New" w:hAnsi="Courier New"/>
          <w:color w:val="555555"/>
          <w:sz w:val="20"/>
        </w:rPr>
        <w:t>[5]</w:t>
      </w:r>
    </w:p>
    <w:p>
      <w:r>
        <w:rPr>
          <w:rFonts w:ascii="Gentium Plus" w:hAnsi="Gentium Plus"/>
          <w:sz w:val="24"/>
        </w:rPr>
        <w:t>ἤτοι δι’ αἰωρήσεων ἢ τρίψεων ἢ γυμνασίων· οἷς δ’ ὀλίγα ταῦτ’ ἐστὶ καὶ ἡ τοῦ σώματος ἕξις ἑτοίμη χαλασθῆναι καὶ ἀραιωθῆναι πρὸς τῆς ἀμφ’ αὐτοῦ θερμασίας, οὐ μόνον οὐ φρίττουσιν, ἀλλὰ καὶ βελτίους γίγνονται κενουμένων τῶν πε‐ ριττωμάτων. εἰκότως τοίνυν οὔτ’ ἐν τῇ τῆς ἐπισημασίας ἀρχῇ</w:t>
      </w:r>
    </w:p>
    <w:p>
      <w:r>
        <w:rPr>
          <w:rFonts w:ascii="Courier New" w:hAnsi="Courier New"/>
          <w:color w:val="555555"/>
          <w:sz w:val="20"/>
        </w:rPr>
        <w:t>[10]</w:t>
      </w:r>
    </w:p>
    <w:p>
      <w:r>
        <w:rPr>
          <w:rFonts w:ascii="Gentium Plus" w:hAnsi="Gentium Plus"/>
          <w:sz w:val="24"/>
        </w:rPr>
        <w:t>τις ἔλουσεν ἄῤῥωστον οὔτ’ ἐν ἐπιδόσει· πεπύκνωται γὰρ ἐν ἐκείνῳ τῷ χρόνῳ καὶ πεπίληται τὸ δέρμα καὶ ἡ ὑποκειμένη μετ’ αὐτὸ σαρκώδης οὐσία. κατὰ δὲ τὰς παρακμὰς ἤτοι γε ἀρχομένας ἢ προιούσας ἢ προελθούσας ἐπιπλέον ἡμεῖς τε πολλάκις ἄλλοι τέ τινες ἰατροὶ πολλοὺς τῶν καμνόντων λού‐</w:t>
      </w:r>
    </w:p>
    <w:p>
      <w:r>
        <w:rPr>
          <w:rFonts w:ascii="Courier New" w:hAnsi="Courier New"/>
          <w:color w:val="555555"/>
          <w:sz w:val="20"/>
        </w:rPr>
        <w:t>[15]</w:t>
      </w:r>
    </w:p>
    <w:p>
      <w:r>
        <w:rPr>
          <w:rFonts w:ascii="Gentium Plus" w:hAnsi="Gentium Plus"/>
          <w:sz w:val="24"/>
        </w:rPr>
        <w:t>σαντες ὠφέλησαν οὐ σμικρά. πότε μὲν οὖν χρὴ τῆς παρα‐ κμῆς ἀρχομένης ἢ προελθούσης ἢ καὶ κατὰ τὴν ἀκμὴν ἐνίοτε, καὶ γὰρ καὶ τοῦτο συμβαίνει ποτὲ σπανίως, ἐπὶ τὸ βαλανεῖον</w:t>
      </w:r>
    </w:p>
    <w:p>
      <w:r>
        <w:rPr>
          <w:rFonts w:ascii="Courier New" w:hAnsi="Courier New"/>
          <w:color w:val="555555"/>
          <w:sz w:val="20"/>
        </w:rPr>
        <w:t>[10 . 711]</w:t>
      </w:r>
    </w:p>
    <w:p>
      <w:r>
        <w:rPr>
          <w:rFonts w:ascii="Gentium Plus" w:hAnsi="Gentium Plus"/>
          <w:sz w:val="24"/>
        </w:rPr>
        <w:t>μεως ἑκάστου τῶν τοῦ λουτροῦ διελθεῖν προθέμενος ἓν τὸ πρῶτον πάντων δίειμι καί φημι πολλοὺς μὲν καὶ τῶν ἀπεπτη‐ σάντων, ἔτι δὲ πλείους οἷς πλῆθός ἐστι δακνωδῶν περιττω‐ μάτων, ἅπαντάς τε τοὺς ἐν ἐπισημασίαις ἢ ἀναβάσεσι, καὶ</w:t>
      </w:r>
    </w:p>
    <w:p>
      <w:r>
        <w:rPr>
          <w:rFonts w:ascii="Courier New" w:hAnsi="Courier New"/>
          <w:color w:val="555555"/>
          <w:sz w:val="20"/>
        </w:rPr>
        <w:t>[5]</w:t>
      </w:r>
    </w:p>
    <w:p>
      <w:r>
        <w:rPr>
          <w:rFonts w:ascii="Gentium Plus" w:hAnsi="Gentium Plus"/>
          <w:sz w:val="24"/>
        </w:rPr>
        <w:t>τοὺς ἐν ἀκμῇ δὲ πλὴν ὀλίγων δή τινων, εἰκότως φρίττειν, ἄν τ’ εἰς βαλανεῖον εἰσέλθωσιν, ἄν τ’ ἐν ἡλίῳ θερμῷ στῶσιν, ἄν τε γυμνασίοις ἢ τρίψεσιν ἢ αἰωρήσεσιν ἐπιχειρήσωσιν· ἕκαστον γὰρ τῶν εἰρημένων ἀθρόαν ὁρμὴν ἐργάζεται τῶν περιττω‐ μάτων. ὅταν δὲ ἔτι μὲν ὑπάρχῃ πυκνὸν οὑτωσὶ τὸ δέρμα τῶν</w:t>
      </w:r>
    </w:p>
    <w:p>
      <w:r>
        <w:rPr>
          <w:rFonts w:ascii="Courier New" w:hAnsi="Courier New"/>
          <w:color w:val="555555"/>
          <w:sz w:val="20"/>
        </w:rPr>
        <w:t>[10]</w:t>
      </w:r>
    </w:p>
    <w:p>
      <w:r>
        <w:rPr>
          <w:rFonts w:ascii="Gentium Plus" w:hAnsi="Gentium Plus"/>
          <w:sz w:val="24"/>
        </w:rPr>
        <w:t>λουομένων, ὡς κατὰ τὴν πρώτην τοῦ περιέχοντος ἀέρος προσβολὴν, μὴ δύνασθαι τὴν κατὰ φύσιν ἀπολαβεῖν ἑαυτοῦ διάθεσιν, ἀλλὰ χρόνου πλέονος εἴη εἰς τοῦτο δεόμενον, ἀθρόα δὲ ὁρμήσῃ πρὸς τοὐκτὸς φέρεσθαι τὰ περιττὰ, κατέχεσθαί τε τοὐντεῦθεν ἀναγκαῖόν ἐστιν αὐτοῖς καὶ δάκνειν, ἀθροιζομέ‐</w:t>
      </w:r>
    </w:p>
    <w:p>
      <w:r>
        <w:rPr>
          <w:rFonts w:ascii="Courier New" w:hAnsi="Courier New"/>
          <w:color w:val="555555"/>
          <w:sz w:val="20"/>
        </w:rPr>
        <w:t>[15]</w:t>
      </w:r>
    </w:p>
    <w:p>
      <w:r>
        <w:rPr>
          <w:rFonts w:ascii="Gentium Plus" w:hAnsi="Gentium Plus"/>
          <w:sz w:val="24"/>
        </w:rPr>
        <w:t>νοις ὑπὸ τὸ δέρμα καὶ διὰ τῶν σαρκῶν φερομένοις. δέδεικται δ’ ἐν ταῖς τῶν συμπτωμάτων αἰτίαις ὡς τὰ δακνώδη περιτ‐ τώματα διὰ τῶν αἰσθητικῶν σωμάτων φερόμενα ῥίγη τε καὶ</w:t>
      </w:r>
    </w:p>
    <w:p>
      <w:r>
        <w:rPr>
          <w:rFonts w:ascii="Courier New" w:hAnsi="Courier New"/>
          <w:color w:val="555555"/>
          <w:sz w:val="20"/>
        </w:rPr>
        <w:t>[10 . 712]</w:t>
      </w:r>
    </w:p>
    <w:p>
      <w:r>
        <w:rPr>
          <w:rFonts w:ascii="Gentium Plus" w:hAnsi="Gentium Plus"/>
          <w:sz w:val="24"/>
        </w:rPr>
        <w:t>τας τοὺς εἰρημένους ἐξευρήκαμεν ἤδη τὰς αἰτίας, ὥσπερ γε καὶ τοῦ μὴ φρίττειν οἷς ἤτοι μηδ’ ὅλως ἐστὶ δακνῶδες μηδὲν ἐν τῷ σώματι περιττὸν ἢ τοσοῦτον ὡς ῥᾳδίως ἐκκενοῦσθαι. περὶ τούτων οὖν αὖθις αὐτῶν ὁ λόγος ἡμῖν γιγνέσθω, δι’ οὓς</w:t>
      </w:r>
    </w:p>
    <w:p>
      <w:r>
        <w:rPr>
          <w:rFonts w:ascii="Courier New" w:hAnsi="Courier New"/>
          <w:color w:val="555555"/>
          <w:sz w:val="20"/>
        </w:rPr>
        <w:t>[5]</w:t>
      </w:r>
    </w:p>
    <w:p>
      <w:r>
        <w:rPr>
          <w:rFonts w:ascii="Gentium Plus" w:hAnsi="Gentium Plus"/>
          <w:sz w:val="24"/>
        </w:rPr>
        <w:t>καὶ τῶν φριττόντων ἐμνημονεύσαμεν. εἰ γάρ τις εἰσελθὼν εἰς βαλανεῖον οὐκ ἔφριξεν, ἀλλ’ ἐχαλάσθη τε καὶ ἠραιώθη τὸ δέρμα, τούτῳ πάντως ἀναγκαῖον ἕπεσθαι τὰ πρόσθεν λεχ‐ θέντα, κένωσιν τῶν περιττῶν, ὁμαλὴν θερμότητα δι’ ὅλου τοῦ σώματος, ἀραίωσιν τῶν πόρων, χάλασιν τῶν συντεταμέ‐</w:t>
      </w:r>
    </w:p>
    <w:p>
      <w:r>
        <w:rPr>
          <w:rFonts w:ascii="Courier New" w:hAnsi="Courier New"/>
          <w:color w:val="555555"/>
          <w:sz w:val="20"/>
        </w:rPr>
        <w:t>[10]</w:t>
      </w:r>
    </w:p>
    <w:p>
      <w:r>
        <w:rPr>
          <w:rFonts w:ascii="Gentium Plus" w:hAnsi="Gentium Plus"/>
          <w:sz w:val="24"/>
        </w:rPr>
        <w:t>νων, χύσιν τῶν πεπιλημένων. ἡ μὲν οὖν κένωσις τῶν περιτ‐ τωμάτων χρησιμωτάτη πᾶσι πυρετοῖς ἐστιν· ὡσαύτως δ’ ἀραίωσίς τε καὶ χάλασις· οὔτε δὲ ἡ χύσις οὔθ’ ἡ θερμότης. ἀλλ’ ἡ μὲν θερμότης ἅπασιν ἐναντία· ψύχεσθαι μὲν γὰρ αὐτῶν ἡ διάθεσις, οὐ θερμαίνεσθαι δεῖται. τὸ διαχεῖσθαι δ’</w:t>
      </w:r>
    </w:p>
    <w:p>
      <w:r>
        <w:rPr>
          <w:rFonts w:ascii="Courier New" w:hAnsi="Courier New"/>
          <w:color w:val="555555"/>
          <w:sz w:val="20"/>
        </w:rPr>
        <w:t>[15]</w:t>
      </w:r>
    </w:p>
    <w:p>
      <w:r>
        <w:rPr>
          <w:rFonts w:ascii="Gentium Plus" w:hAnsi="Gentium Plus"/>
          <w:sz w:val="24"/>
        </w:rPr>
        <w:t>ὁμαλῶς τοῖς μὲν στερεοῖς τοῦ ζώου μορίοις οὐκ ἀνεπιτή‐ δειον, τοῖς χυμοῖς δ’ ἀεὶ λυσιτελὲς, ἀλλ’ ὅταν ἤτοι φλεγ‐ μονή τις ἢ ὁμοία φλεγμονῇ διάθεσις ὑπάρχῃ κατὰ τὸ ζῶον,</w:t>
      </w:r>
    </w:p>
    <w:p>
      <w:r>
        <w:rPr>
          <w:rFonts w:ascii="Courier New" w:hAnsi="Courier New"/>
          <w:color w:val="555555"/>
          <w:sz w:val="20"/>
        </w:rPr>
        <w:t>[10 . 713]</w:t>
      </w:r>
    </w:p>
    <w:p>
      <w:r>
        <w:rPr>
          <w:rFonts w:ascii="Gentium Plus" w:hAnsi="Gentium Plus"/>
          <w:sz w:val="24"/>
        </w:rPr>
        <w:t>πρὸς τὴν εὐρυχωρίαν τῶν ἀγγείων, ἁπάντων ἐστὶ βλαβερώτα‐ τον. αὐξάνονται μὲν οὖν αἱ φλεγμοναὶ τῶν θερμανθέντων καὶ χυθέντων χυμῶν ἐπιῤῥεόντων αὐταῖς. διατείνονται δ’ οἱ χιτῶνες τῶν ἀγγείων, μὴ στέγοντες τὸ πλῆθος ἐν τῇ χύ‐</w:t>
      </w:r>
    </w:p>
    <w:p>
      <w:r>
        <w:rPr>
          <w:rFonts w:ascii="Courier New" w:hAnsi="Courier New"/>
          <w:color w:val="555555"/>
          <w:sz w:val="20"/>
        </w:rPr>
        <w:t>[5]</w:t>
      </w:r>
    </w:p>
    <w:p>
      <w:r>
        <w:rPr>
          <w:rFonts w:ascii="Gentium Plus" w:hAnsi="Gentium Plus"/>
          <w:sz w:val="24"/>
        </w:rPr>
        <w:t>σει πνευματωθέν· ἡ δύναμις δ’ αὐτῷ τούτῳ κακοπαθεῖ. ταῖς τοίνυν θερμαῖς καὶ ξηραῖς διαθέσεσι τοῦ σώματος, ὑπὲρ ὧν ὁ λόγος ἦν, ἀποχεῖσθαι μὲν τὰ δακνώδη χρηστὸν, ἀκίνδυνος γὰρ ἡ χύσις, οὐκ ἀβλαβὴς δ’ ἡ θέρμανσις. ἐκ μὲν δὴ τοῦ πρώτου μέρους τῶν λουτρῶν μεμνῆσθαι χρὴ ταῦθ’</w:t>
      </w:r>
    </w:p>
    <w:p>
      <w:r>
        <w:rPr>
          <w:rFonts w:ascii="Courier New" w:hAnsi="Courier New"/>
          <w:color w:val="555555"/>
          <w:sz w:val="20"/>
        </w:rPr>
        <w:t>[10]</w:t>
      </w:r>
    </w:p>
    <w:p>
      <w:r>
        <w:rPr>
          <w:rFonts w:ascii="Gentium Plus" w:hAnsi="Gentium Plus"/>
          <w:sz w:val="24"/>
        </w:rPr>
        <w:t>ὑπάρξαντα τοῖς οὕτω κάμνουσιν, ὅταν ἐν καιρῷ λούωνται. μετίωμεν δήπου πρὸς τὸ δεύτερον αὐτῶν μέρος, ὅπερ ἦν αὐτὸ τὸ κυριώτατον προσαγορευόμενον λουτρόν. ἐν τούτῳ τοίνυν ὑγραινόμενοι μὲν ὀνίνανται, θερμαινόμενοι δ’ οὐδὲν ὀνίναν‐ ται. μετέλθωμεν οὖν αὖθις ἐπὶ τὸ τρίτον, ἐν ᾧ ψύχεται μὲν</w:t>
      </w:r>
    </w:p>
    <w:p>
      <w:r>
        <w:rPr>
          <w:rFonts w:ascii="Courier New" w:hAnsi="Courier New"/>
          <w:color w:val="555555"/>
          <w:sz w:val="20"/>
        </w:rPr>
        <w:t>[15]</w:t>
      </w:r>
    </w:p>
    <w:p>
      <w:r>
        <w:rPr>
          <w:rFonts w:ascii="Gentium Plus" w:hAnsi="Gentium Plus"/>
          <w:sz w:val="24"/>
        </w:rPr>
        <w:t>ἀλύπως τὰ τεθερμασμένα, ῥώννυται δ’ ἡ δύναμις. ὅσα δ’ ἠραιώθη τε καὶ περαιτέρω τοῦ προσήκοντος ἐχαλάσθη, ταῦτα εἰς τὴν κατὰ φύσιν ἐπανέρχεται συμμετρίαν, ὡς δηλοῖ καὶ τὸ</w:t>
      </w:r>
    </w:p>
    <w:p>
      <w:r>
        <w:rPr>
          <w:rFonts w:ascii="Courier New" w:hAnsi="Courier New"/>
          <w:color w:val="555555"/>
          <w:sz w:val="20"/>
        </w:rPr>
        <w:t>[10 . 714]</w:t>
      </w:r>
    </w:p>
    <w:p>
      <w:r>
        <w:rPr>
          <w:rFonts w:ascii="Gentium Plus" w:hAnsi="Gentium Plus"/>
          <w:sz w:val="24"/>
        </w:rPr>
        <w:t>πάντα, καὶ μετὰ τὴν τοῦ ψυχροῦ χρῆσιν ἱδροῦσιν ἔτι καὶ πάντ’ αὐτῶν ἐκκενοῦται τὰ περιττά. καὶ τοίνυν ἐκ πάντων ὧν εἴπο‐ μεν περὶ βαλανείων ἀθρόον κεφάλαιον συμβαίνει, κεκενῶσθαι μὲν ὅσον ἦν ἐπὶ τῷ σώματι λιγνυῶδές τε καὶ καπνῶδες· ἐν</w:t>
      </w:r>
    </w:p>
    <w:p>
      <w:r>
        <w:rPr>
          <w:rFonts w:ascii="Courier New" w:hAnsi="Courier New"/>
          <w:color w:val="555555"/>
          <w:sz w:val="20"/>
        </w:rPr>
        <w:t>[5]</w:t>
      </w:r>
    </w:p>
    <w:p>
      <w:r>
        <w:rPr>
          <w:rFonts w:ascii="Gentium Plus" w:hAnsi="Gentium Plus"/>
          <w:sz w:val="24"/>
        </w:rPr>
        <w:t>δὲ τῇ κατὰ φύσιν ὑπάρχειν συμμετρίᾳ τὰς σάρκας καὶ τὸ δέρμα, τὸν δὲ τῶν στερεῶν μορίων αὐχμὸν πεπαῦσθαι, καὶ τὴν θερμασίαν οὐ μόνον τὴν ἐκ τοῦ λουτροῦ προσγινομένην, ἀλλὰ καὶ τὴν ἔμπροσθεν οὖσαν ὑπὸ τῆς τοῦ ψυχροῦ χρήσεως ἀναιρεῖσθαι. μέγιστον δὲ τοῦ λόγου τεκμήριον ἡ συμβαίνουσα</w:t>
      </w:r>
    </w:p>
    <w:p>
      <w:r>
        <w:rPr>
          <w:rFonts w:ascii="Courier New" w:hAnsi="Courier New"/>
          <w:color w:val="555555"/>
          <w:sz w:val="20"/>
        </w:rPr>
        <w:t>[10]</w:t>
      </w:r>
    </w:p>
    <w:p>
      <w:r>
        <w:rPr>
          <w:rFonts w:ascii="Gentium Plus" w:hAnsi="Gentium Plus"/>
          <w:sz w:val="24"/>
        </w:rPr>
        <w:t>κατάστασις ἐπὶ τοῖς τοιούτοις λουτροῖς, ὅταν ὁδοιπορήσωμεν ἐν ἡλίῳ θερμῷ. παραγινόμεθα μὲν ἐπ’ αὐτὰ μηδὲ φθέγξα‐ σθαι δυνάμενοι διὰ τὴν ξηρότητα τῆς γλώττης καὶ φάρυγγος, ἅπαν τε τὸ σῶμα καρφαλέον ἔχοντες. ἐξελθόντες δὲ τοῦ ψυ‐ χροῦ παραχρῆμα πάντ’ ἀνακτώμεθα τὰ κατὰ φύσιν, οὔτε τῇ</w:t>
      </w:r>
    </w:p>
    <w:p>
      <w:r>
        <w:rPr>
          <w:rFonts w:ascii="Courier New" w:hAnsi="Courier New"/>
          <w:color w:val="555555"/>
          <w:sz w:val="20"/>
        </w:rPr>
        <w:t>[15]</w:t>
      </w:r>
    </w:p>
    <w:p>
      <w:r>
        <w:rPr>
          <w:rFonts w:ascii="Gentium Plus" w:hAnsi="Gentium Plus"/>
          <w:sz w:val="24"/>
        </w:rPr>
        <w:t>πυρώδει θερμασίᾳ κάμνοντες οὔτε τῇ ξηρότητι δυσφοροῦντες ἑτοίμως τε φθεγγόμενοι καὶ τῆς δίψης τὸ πλεῖστον ἰαθέντες. ἆρ’ οὖν ἐναργέστερον ἔτι δύναμιν λουτρῶν γνῶναι ποθεῖς</w:t>
      </w:r>
    </w:p>
    <w:p>
      <w:r>
        <w:rPr>
          <w:rFonts w:ascii="Courier New" w:hAnsi="Courier New"/>
          <w:color w:val="555555"/>
          <w:sz w:val="20"/>
        </w:rPr>
        <w:t>[10 . 715]</w:t>
      </w:r>
    </w:p>
    <w:p>
      <w:r>
        <w:rPr>
          <w:rFonts w:ascii="Gentium Plus" w:hAnsi="Gentium Plus"/>
          <w:sz w:val="24"/>
        </w:rPr>
        <w:t>οἶμαι. πάρεστι δὲ τοῖς βουλομένοις πειραθῆναι μετὰ τὴν τοιαύτην ὁδοιπορίαν ἀλουτήσασι τῆς ἑπομένης βλάβης. ἢ γὰρ εὐθέως πυρέξουσιν ἢ πολλῆς ἄσης ἀνάπλεοι διατελέσουσι βαρυνόμενοι τὴν κεφαλὴν καὶ μάλιστα ἐὰν μηδέπω τῷ ψυχρῷ</w:t>
      </w:r>
    </w:p>
    <w:p>
      <w:r>
        <w:rPr>
          <w:rFonts w:ascii="Courier New" w:hAnsi="Courier New"/>
          <w:color w:val="555555"/>
          <w:sz w:val="20"/>
        </w:rPr>
        <w:t>[5]</w:t>
      </w:r>
    </w:p>
    <w:p>
      <w:r>
        <w:rPr>
          <w:rFonts w:ascii="Gentium Plus" w:hAnsi="Gentium Plus"/>
          <w:sz w:val="24"/>
        </w:rPr>
        <w:t>σβέσωσι τὸ καῦμα. πολλοὶ μέντοι νεανίσκοι μετὰ τὰς τοιαύτας ὁδοιπορίας εὐθέως εἰς ὕδωρ ψυχρὸν ἑαυτοὺς ἐπιῤῥί‐ ψαντες ὠνίναντο, καὶ μάλισθ’ ὅσοι περ ἂν ὦσιν ἰσχυροὶ καὶ ψυχρῶν λουτρῶν ἐθάδες. οὕτω δὲ κᾀν τοῖς ἀγροῖς, ἐν οἷς οὐκ ἔστι βαλανεῖα, πράττουσιν, εἰς λίμνας ἢ ποταμοὺς ἑαυτοὺς</w:t>
      </w:r>
    </w:p>
    <w:p>
      <w:r>
        <w:rPr>
          <w:rFonts w:ascii="Courier New" w:hAnsi="Courier New"/>
          <w:color w:val="555555"/>
          <w:sz w:val="20"/>
        </w:rPr>
        <w:t>[10]</w:t>
      </w:r>
    </w:p>
    <w:p>
      <w:r>
        <w:rPr>
          <w:rFonts w:ascii="Gentium Plus" w:hAnsi="Gentium Plus"/>
          <w:sz w:val="24"/>
        </w:rPr>
        <w:t>ἐμβάλλοντες οὐδενὸς ἰατροῦ συμβουλεύσαντος αὐτοῖς, ἀλλ’ ὑπὸ τῆς διοικούσης τὸ σῶμα φύσεως ἀγόμενοι πρὸς τὸ δέον, ἥτις καὶ τοῖς ἀλόγοις ζώοις τὰς ἐπὶ τἀναντία τῶν λυπούντων ὁρμὰς ἐντίθησι· λούεται γὰρ κᾀκεῖνα ψυχρῷ τῷ θάλπει κα‐ ταπονούμενα, καθάπερ γε καὶ θερμὰς εὐνὰς ἐξευρίσκει τῷ</w:t>
      </w:r>
    </w:p>
    <w:p>
      <w:r>
        <w:rPr>
          <w:rFonts w:ascii="Courier New" w:hAnsi="Courier New"/>
          <w:color w:val="555555"/>
          <w:sz w:val="20"/>
        </w:rPr>
        <w:t>[15]</w:t>
      </w:r>
    </w:p>
    <w:p>
      <w:r>
        <w:rPr>
          <w:rFonts w:ascii="Gentium Plus" w:hAnsi="Gentium Plus"/>
          <w:sz w:val="24"/>
        </w:rPr>
        <w:t>κρύει κάμνοντα. κατὰ δὲ τὴν τοιαύτην ἐναντίωσιν ἐσθίει μὲν πεινῶντα, πίνει δὲ διψῶντα, καὶ τἄλλα πάντα πράττει φύσει. καὶ εἴπερ γε διάγνωσιν ἀκριβῆ τῆς τῶν πυρεττόντων</w:t>
      </w:r>
    </w:p>
    <w:p>
      <w:r>
        <w:rPr>
          <w:rFonts w:ascii="Courier New" w:hAnsi="Courier New"/>
          <w:color w:val="555555"/>
          <w:sz w:val="20"/>
        </w:rPr>
        <w:t>[10 . 716]</w:t>
      </w:r>
    </w:p>
    <w:p>
      <w:r>
        <w:rPr>
          <w:rFonts w:ascii="Gentium Plus" w:hAnsi="Gentium Plus"/>
          <w:sz w:val="24"/>
        </w:rPr>
        <w:t>λούειν ἐν ὕδασιν ἐνίους ψυχροῖς βαλανείου χωρίς. ὅτι μὲν γάρ εἰσί τινες οἱ δεόμενοι τούτου δῆλον ἐκ τῶν ὠφεληθέντων, οὓς οὐκ ἂν ὤνησε τὸ ψυχρὸν λουτρὸν, εἴπερ μὴ διέκειντο κατ’ ἐκεῖνον τὸν καιρὸν ἐπιτηδείως πρὸς αὐτό. τῷ δ’ ἀγνοεῖν ἡμᾶς</w:t>
      </w:r>
    </w:p>
    <w:p>
      <w:r>
        <w:rPr>
          <w:rFonts w:ascii="Courier New" w:hAnsi="Courier New"/>
          <w:color w:val="555555"/>
          <w:sz w:val="20"/>
        </w:rPr>
        <w:t>[5]</w:t>
      </w:r>
    </w:p>
    <w:p>
      <w:r>
        <w:rPr>
          <w:rFonts w:ascii="Gentium Plus" w:hAnsi="Gentium Plus"/>
          <w:sz w:val="24"/>
        </w:rPr>
        <w:t>ἀκριβῶς τὰς διαθέσεις μεγίστην τε τὴν ἐκ τῆς ἀποτυχίας ὑπάρχειν βλάβην ἀφιστάμεθα τῶν τοιούτων βοηθημάτων καὶ μάλιστα ἐπὶ τῶν ἑκτικῶν πυρετῶν, ὡς ἂν ὀλιγαίμου καὶ ὀλι‐ γοσάρκου κᾀπιμέλου τοῦ σώματος αὐτοῖς γεγονότος. οὐδὲν γὰρ ἔχουσι τῶν στερεῶν μορίων πρόβλημα τὴν ἐκ τοῦ</w:t>
      </w:r>
    </w:p>
    <w:p>
      <w:r>
        <w:rPr>
          <w:rFonts w:ascii="Courier New" w:hAnsi="Courier New"/>
          <w:color w:val="555555"/>
          <w:sz w:val="20"/>
        </w:rPr>
        <w:t>[10]</w:t>
      </w:r>
    </w:p>
    <w:p>
      <w:r>
        <w:rPr>
          <w:rFonts w:ascii="Gentium Plus" w:hAnsi="Gentium Plus"/>
          <w:sz w:val="24"/>
        </w:rPr>
        <w:t>ψυχροῦ προσβολὴν ἀλύπως ἐκδεχόμενον, ἀλλὰ αὐτοῖς εὐθέως προσπίπτει τοῖς ὁμοιομερέσιν ὀνομαζομένοις, ὑφ’ ὧν ἅπασι τοῖς ζώοις αἱ ἐνέργειαι γίνονται. νέος δ’ ἄν τις εὔσαρκος ὥρᾳ θέρους ἐν ἀκμῇ πυρετώδους νοσήματος, ἄνευ σπλάγχνου φλεγμονῆς, εἰς ψυχρὸν ἑαυτὸν ἐμβαλὼν ὕδωρ ἱδρῶτα κινή‐</w:t>
      </w:r>
    </w:p>
    <w:p>
      <w:r>
        <w:rPr>
          <w:rFonts w:ascii="Courier New" w:hAnsi="Courier New"/>
          <w:color w:val="555555"/>
          <w:sz w:val="20"/>
        </w:rPr>
        <w:t>[15]</w:t>
      </w:r>
    </w:p>
    <w:p>
      <w:r>
        <w:rPr>
          <w:rFonts w:ascii="Gentium Plus" w:hAnsi="Gentium Plus"/>
          <w:sz w:val="24"/>
        </w:rPr>
        <w:t>σειεν· εἰ δὲ καὶ ψυχρολουσίας συνήθης εἴη, πάνυ θαῤῥῶν χρή‐ σοιτο τῷ βοηθήματι. ἀλλὰ περὶ μὲν τῶν τοιούτων σωμάτων αὖθις εἰρήσεται. τοῖς δὲ τὸν ἑκτικὸν πυρέττουσι πυρετὸν</w:t>
      </w:r>
    </w:p>
    <w:p>
      <w:r>
        <w:rPr>
          <w:rFonts w:ascii="Courier New" w:hAnsi="Courier New"/>
          <w:color w:val="555555"/>
          <w:sz w:val="20"/>
        </w:rPr>
        <w:t>[10 . 717]</w:t>
      </w:r>
    </w:p>
    <w:p>
      <w:r>
        <w:rPr>
          <w:rFonts w:ascii="Gentium Plus" w:hAnsi="Gentium Plus"/>
          <w:sz w:val="24"/>
        </w:rPr>
        <w:t>νοις οὐκ ἀσφαλὲς εἰς ὅλον ἀναῤῥίπτειν, ἐπὶ τοιοῦτον ἰοῦσι βοήθημα· καθάπερ οὐδ’ ὅσοι θέρους ὥρᾳ θερμοῦ καὶ ξηροῦ μακροτέραν ὁδὸν ἀνύσαντες ἰσχνοὶ καὶ ἀσθενεῖς ὄντες ἐμψυχ‐ θῆναι δέονται· οὐδὲ γὰρ οὐδὲ τούτοις ἀκίνδυνος ἡ τοῦ ψυ‐</w:t>
      </w:r>
    </w:p>
    <w:p>
      <w:r>
        <w:rPr>
          <w:rFonts w:ascii="Courier New" w:hAnsi="Courier New"/>
          <w:color w:val="555555"/>
          <w:sz w:val="20"/>
        </w:rPr>
        <w:t>[5]</w:t>
      </w:r>
    </w:p>
    <w:p>
      <w:r>
        <w:rPr>
          <w:rFonts w:ascii="Gentium Plus" w:hAnsi="Gentium Plus"/>
          <w:sz w:val="24"/>
        </w:rPr>
        <w:t>χροῦ χρῆσις ἄνευ τοῦ κατὰ βαλανεῖον ὁμαλῶς προθερμανθῆ‐ ναι. τοιοῦτον γάρ τοι συμβαίνειν ἔοικεν ἡμῖν εἰς τὴν ψυχρὰν δεξαμενὴν εἰσιοῦσιν ἐπὶ τοῖς βαλανεῖοις, οἷόν τι καὶ τῇ τοῦ σιδήρου βαφῇ· καὶ γὰρ ψυχόμεθα καὶ τονούμεθα, καθάπερ ἐκεῖνος, ἐπειδὰν διάπυρος γενόμενος ἐμβάπτηται τῷ ψυχρῷ.</w:t>
      </w:r>
    </w:p>
    <w:p>
      <w:r>
        <w:rPr>
          <w:rFonts w:ascii="Courier New" w:hAnsi="Courier New"/>
          <w:color w:val="555555"/>
          <w:sz w:val="20"/>
        </w:rPr>
        <w:t>[10]</w:t>
      </w:r>
    </w:p>
    <w:p>
      <w:r>
        <w:rPr>
          <w:rFonts w:ascii="Gentium Plus" w:hAnsi="Gentium Plus"/>
          <w:sz w:val="24"/>
        </w:rPr>
        <w:t>καὶ τούτου χάριν ἐπὶ τῶν ἀσθενεστέρων σωμάτων εὕρηται τὰ βαλανεῖα, προθερμαίνοντα καὶ προπαρασκευάζοντα τῷ ψυ‐ χρῷ λουτρῷ. τοιοῦτον δὲ δή τι καὶ οἱ χωρὶς τοῦ βαλανείου χρώμενοι τῷ ψυχρῷ πράττουσιν, ὅταν προγυμνασθέντες εἰς αὐτὸ καθάλλωνται. οἷον γάρ τι τὸ βαλανεῖον ἡμῖν ἐστι, τοι‐</w:t>
      </w:r>
    </w:p>
    <w:p>
      <w:r>
        <w:rPr>
          <w:rFonts w:ascii="Courier New" w:hAnsi="Courier New"/>
          <w:color w:val="555555"/>
          <w:sz w:val="20"/>
        </w:rPr>
        <w:t>[15]</w:t>
      </w:r>
    </w:p>
    <w:p>
      <w:r>
        <w:rPr>
          <w:rFonts w:ascii="Gentium Plus" w:hAnsi="Gentium Plus"/>
          <w:sz w:val="24"/>
        </w:rPr>
        <w:t>οῦτον ἐκείνοις τὸ γυμνάσιον οὐ μόνον ἐκθερμαῖνον, ἀλλὰ καὶ τὴν ἐκ τοῦ βάθους κίνησιν τῆς ἐμφύτου θερμασίας πρὸς τοὐκ‐ τὸς ἐργαζόμενον, ὥστ’ ἀπαντῆσαί τε τῷ προσπίπτοντι ψυχρῷ</w:t>
      </w:r>
    </w:p>
    <w:p>
      <w:r>
        <w:rPr>
          <w:rFonts w:ascii="Courier New" w:hAnsi="Courier New"/>
          <w:color w:val="555555"/>
          <w:sz w:val="20"/>
        </w:rPr>
        <w:t>[10 . 718]</w:t>
      </w:r>
    </w:p>
    <w:p>
      <w:r>
        <w:rPr>
          <w:rFonts w:ascii="Gentium Plus" w:hAnsi="Gentium Plus"/>
          <w:sz w:val="24"/>
        </w:rPr>
        <w:t>καὶ πλῆξαί τι τῶν σπλάγχνων. οὔτε γὰρ τὴν οὐσίαν αὐτὴν τοῦ ψυχροῦ μέχρι τῶν σπλάγχνων ἐξικέσθαι καλὸν οὔτε ἀκραιφνῆ τὴν ποιότητα· βέλτιον δὲ καὶ ἀσφαλέστερόν ἐστι τῷ τῆς διαδόσεως λόγῳ πρὸς τὸ βάθος ὁδοιπορῆσαι μόνην τὴν</w:t>
      </w:r>
    </w:p>
    <w:p>
      <w:r>
        <w:rPr>
          <w:rFonts w:ascii="Courier New" w:hAnsi="Courier New"/>
          <w:color w:val="555555"/>
          <w:sz w:val="20"/>
        </w:rPr>
        <w:t>[5]</w:t>
      </w:r>
    </w:p>
    <w:p>
      <w:r>
        <w:rPr>
          <w:rFonts w:ascii="Gentium Plus" w:hAnsi="Gentium Plus"/>
          <w:sz w:val="24"/>
        </w:rPr>
        <w:t>ποιότητα χωρὶς τῆς οὐσίας. καὶ τοίνυν καὶ ὅσοι τῶν πυρετ‐ τόντων ἑκτικῶς ἐπὶ τὸ βαλανεῖον ἥκουσιν, εἰ μὴ τῷ ψυχρῷ βαφεῖεν, οὐδὲν ὀνίνανται. τῶν μὲν γὰρ ἄλλως πυρεττόντων οὐδέπω τὰ στερεὰ μόρια δύσλυτον ἔχει τὴν θέρμην. ὥσθ’ ἱκανὴ βοήθεια τούτοις ἐστὶν ἡ ἐκ τῶν ἱδρώτων ἅμα ταῖς</w:t>
      </w:r>
    </w:p>
    <w:p>
      <w:r>
        <w:rPr>
          <w:rFonts w:ascii="Courier New" w:hAnsi="Courier New"/>
          <w:color w:val="555555"/>
          <w:sz w:val="20"/>
        </w:rPr>
        <w:t>[10]</w:t>
      </w:r>
    </w:p>
    <w:p>
      <w:r>
        <w:rPr>
          <w:rFonts w:ascii="Gentium Plus" w:hAnsi="Gentium Plus"/>
          <w:sz w:val="24"/>
        </w:rPr>
        <w:t>ἀδήλοις αἰσθήσει διαπνοαῖς. καὶ τῶν γ’ ἐφημέρων πυρετῶν αὐτὴν σχεδόν γε τὴν οὐσίαν ἐκκενοῦσθαι συμβαίνει δι’ αὐτῶν. ἐπὶ δὲ τῶν διὰ ξηρότητα καὶ θερμασίαν ἑκτικοῖς ἁλόντων πυρετοῖς ὁμοία τοῖς διαπύροις σιδήροις ἐστὶν ἡ τῶν στερεῶν μορίων διάθεσις. ὥστ’ οὐκ ἀρκεῖ θερμῆναι καὶ τέγξαι μόνον</w:t>
      </w:r>
    </w:p>
    <w:p>
      <w:r>
        <w:rPr>
          <w:rFonts w:ascii="Courier New" w:hAnsi="Courier New"/>
          <w:color w:val="555555"/>
          <w:sz w:val="20"/>
        </w:rPr>
        <w:t>[15]</w:t>
      </w:r>
    </w:p>
    <w:p>
      <w:r>
        <w:rPr>
          <w:rFonts w:ascii="Gentium Plus" w:hAnsi="Gentium Plus"/>
          <w:sz w:val="24"/>
        </w:rPr>
        <w:t>ἐν τοῖς βαλανείοις αὐτοὺς, τροφὴν γὰρ ἂν οὕτω γε καὶ αὔξη‐ σιν δοίημεν τῷ πυρετῷ· βέλτιον δ’ ἐμβάπτοντας τῷ ψυχρῷ</w:t>
      </w:r>
    </w:p>
    <w:p>
      <w:r>
        <w:rPr>
          <w:rFonts w:ascii="Courier New" w:hAnsi="Courier New"/>
          <w:color w:val="555555"/>
          <w:sz w:val="20"/>
        </w:rPr>
        <w:t>[10 . 719]</w:t>
      </w:r>
    </w:p>
    <w:p>
      <w:r>
        <w:rPr>
          <w:rFonts w:ascii="Gentium Plus" w:hAnsi="Gentium Plus"/>
          <w:sz w:val="24"/>
        </w:rPr>
        <w:t>ἀγαγεῖν καὶ ψῦξαι τὸ σῶμα. τίς δ’ οὐ φησίν; οὐ μὴν διὰ τοῦτό γε τὸ κατορθούμενον ἐν τῷ βοηθήματι προσήκει ψέ‐ γειν, οὐδ’ ὅτι δύσληπτον τὸ μέτρον ἀφίστασθαι παντάπα‐ σιν. εἰ μὲν γὰρ οἷόν τ’ ἦν ἑτέρως ἰᾶσθαι τούς τ’ ἄλλους</w:t>
      </w:r>
    </w:p>
    <w:p>
      <w:r>
        <w:rPr>
          <w:rFonts w:ascii="Courier New" w:hAnsi="Courier New"/>
          <w:color w:val="555555"/>
          <w:sz w:val="20"/>
        </w:rPr>
        <w:t>[5]</w:t>
      </w:r>
    </w:p>
    <w:p>
      <w:r>
        <w:rPr>
          <w:rFonts w:ascii="Gentium Plus" w:hAnsi="Gentium Plus"/>
          <w:sz w:val="24"/>
        </w:rPr>
        <w:t>ἑκτικοὺς πυρετοὺς καὶ τοὺς μαρασμώδεις, ἄμεινον ἂν ἦν τὴν ἀσφαλεστέραν ἰέναι. ἐπεὶ δ’ ἐν μὲν τῷ ψῦξαι καὶ ὑγρᾶ‐ ναι τὸ κῦρος τῆς θεραπείας ἐστὶν, ἅπασι δὲ τοῖς ψυκτικοῖς βοηθήμασιν ἐφεδρεύει βλάβη διὰ τὴν ἰσχνότητα τοῦ σώμα‐ τος, ἀναγκαῖον οἶμαι γίγνεσθαι τὸ τοῦ Θουκυδίδου δράσαν‐</w:t>
      </w:r>
    </w:p>
    <w:p>
      <w:r>
        <w:rPr>
          <w:rFonts w:ascii="Courier New" w:hAnsi="Courier New"/>
          <w:color w:val="555555"/>
          <w:sz w:val="20"/>
        </w:rPr>
        <w:t>[10]</w:t>
      </w:r>
    </w:p>
    <w:p>
      <w:r>
        <w:rPr>
          <w:rFonts w:ascii="Gentium Plus" w:hAnsi="Gentium Plus"/>
          <w:sz w:val="24"/>
        </w:rPr>
        <w:t>τάς τι καὶ κινδυνεῦσαι. οἷς μὲν γὰρ ἑτέρα μὲν οὐχ ὑπάρχει τῆς σωτηρίας ὁδὸς, ἡ δὲ οὖσα μόνη σφαλερὰ καθέστηκεν, ἀναγκαῖον, οἶμαι, τούτοις ἐστὶν ὁμόσε τοῖς δεινοῖς ἰέναι. οὐ μὴν οὐδὲ τὸ σφάλμα θανατῶδες οὐδ’ ἀβοήθητον. οὓς γὰρ ἂν ἐν τῷ σβεννύναι τὸν πυρετὸν εἰς τὴν ἐναντίαν</w:t>
      </w:r>
    </w:p>
    <w:p>
      <w:r>
        <w:rPr>
          <w:rFonts w:ascii="Courier New" w:hAnsi="Courier New"/>
          <w:color w:val="555555"/>
          <w:sz w:val="20"/>
        </w:rPr>
        <w:t>[15]</w:t>
      </w:r>
    </w:p>
    <w:p>
      <w:r>
        <w:rPr>
          <w:rFonts w:ascii="Gentium Plus" w:hAnsi="Gentium Plus"/>
          <w:sz w:val="24"/>
        </w:rPr>
        <w:t>διάθεσιν ἀγάγῃ τὸ ψυχρὸν, ἔνεστιν ἰάσασθαι θερμαίνοντας ἐν τῷ μετὰ ταῦτα χρόνῳ παντί. ἀλλ’ οὐδ’ ὁ κίνδυνος ἴσος οὔθ’ ὁ τῆς διαθέσεως τῆς ψυχρᾶς οὔθ’ ὁ τῶν ἰαμάτων</w:t>
      </w:r>
    </w:p>
    <w:p>
      <w:r>
        <w:rPr>
          <w:rFonts w:ascii="Courier New" w:hAnsi="Courier New"/>
          <w:color w:val="555555"/>
          <w:sz w:val="20"/>
        </w:rPr>
        <w:t>[10 . 720]</w:t>
      </w:r>
    </w:p>
    <w:p>
      <w:r>
        <w:rPr>
          <w:rFonts w:ascii="Gentium Plus" w:hAnsi="Gentium Plus"/>
          <w:sz w:val="24"/>
        </w:rPr>
        <w:t>ματείας ἑβδόμῳ γράμματι, δέδεικται δὲ κᾀν τῷ περὶ μαρασ‐ μοῦ βιβλίῳ καὶ πρὸ τούτων ἔτι κατὰ τὴν ὑγιεινὴν πραγ‐ ματείαν, ὡς οὐχ οἷόν τε τὴν τῶν στερεῶν μορίων ξηρότητα τελέως ἰάσασθαι, καὶ ὡς, εἴπερ ἦν τοῦτο πρᾶξαι δυνατὸν,</w:t>
      </w:r>
    </w:p>
    <w:p>
      <w:r>
        <w:rPr>
          <w:rFonts w:ascii="Courier New" w:hAnsi="Courier New"/>
          <w:color w:val="555555"/>
          <w:sz w:val="20"/>
        </w:rPr>
        <w:t>[5]</w:t>
      </w:r>
    </w:p>
    <w:p>
      <w:r>
        <w:rPr>
          <w:rFonts w:ascii="Gentium Plus" w:hAnsi="Gentium Plus"/>
          <w:sz w:val="24"/>
        </w:rPr>
        <w:t>ἀγήρως ἄν τις ἐγένετο τοιαύτῃ διαίτῃ χρώμενος. εἴπερ οὖν ἀνίατος μέν ἐστιν ἡ ξηρότης τῶν στερεῶν σωμάτων, ὠκυτάτη δ’ ἐπ’ αὐτὴν ὁδὸς τέτμηται ἡ διὰ τῶν ἑκτικῶν πυρετῶν, ἄμεινον εἰς ψυχρὰν δυσκρασίαν μεταστήσαντα τὸν ἄνθρω‐ πον ἔχειν ᾧ θεραπεύσομεν. ὁ μὲν γὰρ τοῦτο πράξας ἀνα‐</w:t>
      </w:r>
    </w:p>
    <w:p>
      <w:r>
        <w:rPr>
          <w:rFonts w:ascii="Courier New" w:hAnsi="Courier New"/>
          <w:color w:val="555555"/>
          <w:sz w:val="20"/>
        </w:rPr>
        <w:t>[10]</w:t>
      </w:r>
    </w:p>
    <w:p>
      <w:r>
        <w:rPr>
          <w:rFonts w:ascii="Gentium Plus" w:hAnsi="Gentium Plus"/>
          <w:sz w:val="24"/>
        </w:rPr>
        <w:t>μαχέσαιτ’ ἂν ἐξ ὑστέρου τὴν βλάβην, ὁ δ’ ἐπιτρέψας ἰέναι τὴν ἐπὶ θάνατον, ἀνέλπιστον τῷ κάμνοντι τὴν σωτηρίαν εἰργάσατο. ὅσῳ τοίνυν ἄμεινόν ἐστι τοῦ χωρὶς ἐλπίδος ἀπο‐ λέσθαι βεβαίως τὸ σὺν ἐλπίδι χρηστῇ δράσαντάς τι καὶ κιν‐ δυνεῦσαι, τοσούτῳ τὸ μετὰ μεγάλων βοηθημάτων ἀγωνίσα‐</w:t>
      </w:r>
    </w:p>
    <w:p>
      <w:r>
        <w:rPr>
          <w:rFonts w:ascii="Courier New" w:hAnsi="Courier New"/>
          <w:color w:val="555555"/>
          <w:sz w:val="20"/>
        </w:rPr>
        <w:t>[15]</w:t>
      </w:r>
    </w:p>
    <w:p>
      <w:r>
        <w:rPr>
          <w:rFonts w:ascii="Gentium Plus" w:hAnsi="Gentium Plus"/>
          <w:sz w:val="24"/>
        </w:rPr>
        <w:t>σθαι τοῦ μηδὲν πράξαι βέλτιον, ἐμψύχωμεν οὖν ἅπαντι τρόπῳ τοὺς ἑκτικῶς πυρέσσοντας αὐτίκα, πρὶν προσελθόντας εἰς μαρασμὸν τελευτῆσαι. τὸν δ’ ἀκριβῶς μαρανθέντα μηδ’</w:t>
      </w:r>
    </w:p>
    <w:p>
      <w:r>
        <w:rPr>
          <w:rFonts w:ascii="Courier New" w:hAnsi="Courier New"/>
          <w:color w:val="555555"/>
          <w:sz w:val="20"/>
        </w:rPr>
        <w:t>[10 . 721]</w:t>
      </w:r>
    </w:p>
    <w:p>
      <w:r>
        <w:rPr>
          <w:rFonts w:ascii="Gentium Plus" w:hAnsi="Gentium Plus"/>
          <w:sz w:val="24"/>
        </w:rPr>
        <w:t>μεν, ἀλλ’ ἥ γε ξηρότης ὑπολειφθεῖσα γήρως τρόπῳ τὸν ἄν‐ θρωπον ἀπολεῖ, τοσοῦτον ἐπιβιώσαντα χρόνον ὅσον ἀντι‐ σχεῖν τὰ στερεὰ μόρια πρὸς τὴν ἐσχάτην ξηρότητα. τάχα δ’ ἄν τις ἕλοιτο τῶν οἰκείων τοῦ νοσοῦντος, ἔτι τε μᾶλλον ὁ κά‐</w:t>
      </w:r>
    </w:p>
    <w:p>
      <w:r>
        <w:rPr>
          <w:rFonts w:ascii="Courier New" w:hAnsi="Courier New"/>
          <w:color w:val="555555"/>
          <w:sz w:val="20"/>
        </w:rPr>
        <w:t>[5]</w:t>
      </w:r>
    </w:p>
    <w:p>
      <w:r>
        <w:rPr>
          <w:rFonts w:ascii="Gentium Plus" w:hAnsi="Gentium Plus"/>
          <w:sz w:val="24"/>
        </w:rPr>
        <w:t>μνων αὐτὸς ἐπιβιῶναί τινα χρόνον ἐν γέροντος σχέσει μᾶλλον ἢ τεθνάναι παραχρῆμα. θεραπεύειν οὖν καὶ τούτους μετὰ προῤ‐ ῥήσεως, εἰς ἕτερον μεθιστάντας μαρασμὸν, ὃν ἤδη καλεῖν ἔθος ἡμῖν ἐστιν ἐκ νόσου γῆρας· ἐγχωρεῖ γὰρ αὐτοὺς οὐ μόνον ἡμέρας πλείους, ἀλλὰ καὶ μῆνας ζῆσαι. νεανίσκον γοῦν ἐγώ</w:t>
      </w:r>
    </w:p>
    <w:p>
      <w:r>
        <w:rPr>
          <w:rFonts w:ascii="Courier New" w:hAnsi="Courier New"/>
          <w:color w:val="555555"/>
          <w:sz w:val="20"/>
        </w:rPr>
        <w:t>[10]</w:t>
      </w:r>
    </w:p>
    <w:p>
      <w:r>
        <w:rPr>
          <w:rFonts w:ascii="Gentium Plus" w:hAnsi="Gentium Plus"/>
          <w:sz w:val="24"/>
        </w:rPr>
        <w:t>τινα τῶν οὕτως ἐχόντων ἰασάμενος, εἶθ’ ἑξῆς ἀνακομίζων καὶ οἷον γηροτροφῶν αὐτοῦ τὴν πρεσβυτικὴν ἀσθένειαν, οὐ μόνον εἰς μῆνας, ἀλλὰ καὶ εἰς ἔτη διεφύλαξα ζῶντα. χρὴ δ’ οὐ νῦν ἀκούειν ποθεῖν τοῦ τοιούτου μαρασμοῦ τὴν ἐπιμέ‐ λειαν· ἔν τε γὰρ τῷ τῆσδε τῆς πραγματείας ἑβδόμῳ προεί‐</w:t>
      </w:r>
    </w:p>
    <w:p>
      <w:r>
        <w:rPr>
          <w:rFonts w:ascii="Courier New" w:hAnsi="Courier New"/>
          <w:color w:val="555555"/>
          <w:sz w:val="20"/>
        </w:rPr>
        <w:t>[15]</w:t>
      </w:r>
    </w:p>
    <w:p>
      <w:r>
        <w:rPr>
          <w:rFonts w:ascii="Gentium Plus" w:hAnsi="Gentium Plus"/>
          <w:sz w:val="24"/>
        </w:rPr>
        <w:t>ρηται δυνάμει, τὰς ξηρὰς καὶ ψυχρὰς δυσκρασίας ἰωμένων ἡμῶν, ἔν τε τῷ γηροκομικῷ μέρει τῆς ὑγιεινῆς πραγματείας. ὁ δ’ ἐνεστὼς λόγος οὐ μαρασμῶν ἐπηγγείλατο θεραπείαν</w:t>
      </w:r>
    </w:p>
    <w:p>
      <w:r>
        <w:rPr>
          <w:rFonts w:ascii="Courier New" w:hAnsi="Courier New"/>
          <w:color w:val="555555"/>
          <w:sz w:val="20"/>
        </w:rPr>
        <w:t>[10 . 722]</w:t>
      </w:r>
    </w:p>
    <w:p>
      <w:r>
        <w:rPr>
          <w:rFonts w:ascii="Gentium Plus" w:hAnsi="Gentium Plus"/>
          <w:sz w:val="24"/>
        </w:rPr>
        <w:t>μαρασμώδεις· εἴρηται δή μοι περὶ τούτων ἄλλα τε πολλὰ λόγῳ καὶ πείρᾳ κεκριμένα καὶ ὡς οὐ χρὴ δεδιέναι βαλανεῖον, ὥσπερ ὁ Φίλιππος εὐλαβέστερον ἴσως αὐτῷ χρώμενος, ὃν τρόπον ἐπὶ τῶν ἄλλων εἰθίσμεθα πυρετῶν ὅσοι διὰ φλεγ‐</w:t>
      </w:r>
    </w:p>
    <w:p>
      <w:r>
        <w:rPr>
          <w:rFonts w:ascii="Courier New" w:hAnsi="Courier New"/>
          <w:color w:val="555555"/>
          <w:sz w:val="20"/>
        </w:rPr>
        <w:t>[5]</w:t>
      </w:r>
    </w:p>
    <w:p>
      <w:r>
        <w:rPr>
          <w:rFonts w:ascii="Gentium Plus" w:hAnsi="Gentium Plus"/>
          <w:sz w:val="24"/>
        </w:rPr>
        <w:t>μονὰς καὶ σήψεις γίνονται χυμῶν. ἐπ’ ἐκείνων μὲν γὰρ οὐδὲν βλάψεις, εἰ καὶ μὴ βάπτοις εἰς τὸ ψυχρὸν ὕδωρ αὐτοὺς, ἀλλ’ ὡς εἴθισται περιχέοις χλιαρὸν μὲν πρῶτον, εἶθ’ οἷον ἐξ ἡλίου θερινοῦ, κᾄπειτα τούτου βραχύ τι ψυχρότερον. ἐπὶ δὲ τῶν ἑκτικῶν πυρετῶν οὐ τὸ θερμὸν λουτρόν ἐστι τὸ τὴν ὠφέ‐</w:t>
      </w:r>
    </w:p>
    <w:p>
      <w:r>
        <w:rPr>
          <w:rFonts w:ascii="Courier New" w:hAnsi="Courier New"/>
          <w:color w:val="555555"/>
          <w:sz w:val="20"/>
        </w:rPr>
        <w:t>[10]</w:t>
      </w:r>
    </w:p>
    <w:p>
      <w:r>
        <w:rPr>
          <w:rFonts w:ascii="Gentium Plus" w:hAnsi="Gentium Plus"/>
          <w:sz w:val="24"/>
        </w:rPr>
        <w:t>λειαν παρέχον, ἀλλὰ τὸ ψυχρὸν, ᾧ παρασκευάζει τὰ βαλανεῖα τὸ τοῦ κάμνοντος σῶμα, καθάπερ ἐπὶ τῶν ἄλλων ἁπάντων τῶν ἐν ὑγείᾳ λουομένων. οὐ μόνον δὲ διὰ τοῦτο δοκεῖ μοι Φί‐ λιππος ἀγνοεῖν ἐπὶ τῶν μαραινομένων ὁποῖόν τι χρῆμά ἐστι βαλανεῖον, ὅτι τοὺς οὕτως ἰσχνοὺς οὐδεὶς τολμᾷ βά‐</w:t>
      </w:r>
    </w:p>
    <w:p>
      <w:r>
        <w:rPr>
          <w:rFonts w:ascii="Courier New" w:hAnsi="Courier New"/>
          <w:color w:val="555555"/>
          <w:sz w:val="20"/>
        </w:rPr>
        <w:t>[15]</w:t>
      </w:r>
    </w:p>
    <w:p>
      <w:r>
        <w:rPr>
          <w:rFonts w:ascii="Gentium Plus" w:hAnsi="Gentium Plus"/>
          <w:sz w:val="24"/>
        </w:rPr>
        <w:t>πτειν εἰς τὴν ψυχρὰν δεξαμενὴν ἢ τὸ γοῦν ὕστατον ὕδωρ καταχεῖν ψυχρὸν, ἀλλὰ καὶ διότι πολλάκις ἔζευκταί τις ἄλλος</w:t>
      </w:r>
    </w:p>
    <w:p>
      <w:r>
        <w:rPr>
          <w:rFonts w:ascii="Courier New" w:hAnsi="Courier New"/>
          <w:color w:val="555555"/>
          <w:sz w:val="20"/>
        </w:rPr>
        <w:t>[10 . 723]</w:t>
      </w:r>
    </w:p>
    <w:p>
      <w:r>
        <w:rPr>
          <w:rFonts w:ascii="Gentium Plus" w:hAnsi="Gentium Plus"/>
          <w:sz w:val="24"/>
        </w:rPr>
        <w:t>καὶ μὲν δὴ καὶ ὅτι πάθος ὀλέθριον τῶν μαραινομένων αὐτὸ ὑπάρχει, καὶ διὰ τοῦτο οὐκ ὀρθῶς ἔνιοι πάντα μέμφονται τὰ προσφερόμενα, δέον οὐκ ἐκείνοις, ἀλλὰ τῇ διαθέσει τὴν αἰτίαν ἀναφέρειν. ἀναλαβόντες οὖν αὖθις ἅπερ ἐλέγομεν ἐπιθῶμεν</w:t>
      </w:r>
    </w:p>
    <w:p>
      <w:r>
        <w:rPr>
          <w:rFonts w:ascii="Courier New" w:hAnsi="Courier New"/>
          <w:color w:val="555555"/>
          <w:sz w:val="20"/>
        </w:rPr>
        <w:t>[5]</w:t>
      </w:r>
    </w:p>
    <w:p>
      <w:r>
        <w:rPr>
          <w:rFonts w:ascii="Gentium Plus" w:hAnsi="Gentium Plus"/>
          <w:sz w:val="24"/>
        </w:rPr>
        <w:t>ἤδη τῷ λόγῳ κεφαλήν. ἅπαντας τοὺς ἑκτικὸν νοσοῦντας πυ‐ ρετὸν καὶ μᾶλλον ἐξ αὐτῶν ὅσοι περ ἂν ἤδη μαραίνωνται, χωρὶς τοῦ τινα ἕτερον ἐπιπεπλέχθαι πυρετὸν αὐτοῖς, ἤτοι γ’ ἐπὶ σήψει μόνῃ χυμῶν ἢ μετὰ φλεγμονῆς, λοῦε θαῤῥῶν ἄνευ καμάτου παντὸς, ὡς μὴ καταλῦσαι τὴν δύναμιν· ὅπερ οὐχ</w:t>
      </w:r>
    </w:p>
    <w:p>
      <w:r>
        <w:rPr>
          <w:rFonts w:ascii="Courier New" w:hAnsi="Courier New"/>
          <w:color w:val="555555"/>
          <w:sz w:val="20"/>
        </w:rPr>
        <w:t>[10]</w:t>
      </w:r>
    </w:p>
    <w:p>
      <w:r>
        <w:rPr>
          <w:rFonts w:ascii="Gentium Plus" w:hAnsi="Gentium Plus"/>
          <w:sz w:val="24"/>
        </w:rPr>
        <w:t>ἥκιστα καὶ αὐτὸ βλάπτον ἰσχυρῶς αἴτιον γίγνεται τοῦ ψέγε‐ σθαι τὸ λουτρόν. τὸ δ’ ἄνευ καμάτου τοιόνδε τι λέγω. τὸν ἀῤῥωστοῦντα βούλομαι κομίζεσθαι μὲν ἐπὶ τοῦ σκίμποδος εἰς τὸ βαλανεῖον, ἑτοίμως δ’ αὐτῷ παρεσκευασμένης σινδόνος θερμῆς, ἐπ’ ἐκείνῃ ἐν τῷ πρώτῳ τῶν τριῶν οἴκων τοῦ βαλα‐</w:t>
      </w:r>
    </w:p>
    <w:p>
      <w:r>
        <w:rPr>
          <w:rFonts w:ascii="Courier New" w:hAnsi="Courier New"/>
          <w:color w:val="555555"/>
          <w:sz w:val="20"/>
        </w:rPr>
        <w:t>[15]</w:t>
      </w:r>
    </w:p>
    <w:p>
      <w:r>
        <w:rPr>
          <w:rFonts w:ascii="Gentium Plus" w:hAnsi="Gentium Plus"/>
          <w:sz w:val="24"/>
        </w:rPr>
        <w:t>νείου μεταφέρεσθαι γυμνωθέντα. τέσσαρες δ’ ἔστωσαν οἱ κρατοῦντες αὐτὸν, εἷς καθ’ ἕκαστον πέρας. εἰ μὲν οὖν αὐτάρ‐ κως εἴη θερμὸς ὁ πρῶτος οἶκος, ἐν αὐτῷ γυμνωθεὶς ὁ κάμνων εἰς τὸν δεύτερον εἰσκομιζέσθω· εἰ δ’ ἔτι σοι φαίνοιτο ψυχρό‐</w:t>
      </w:r>
    </w:p>
    <w:p>
      <w:r>
        <w:rPr>
          <w:rFonts w:ascii="Courier New" w:hAnsi="Courier New"/>
          <w:color w:val="555555"/>
          <w:sz w:val="20"/>
        </w:rPr>
        <w:t>[10 . 724]</w:t>
      </w:r>
    </w:p>
    <w:p>
      <w:r>
        <w:rPr>
          <w:rFonts w:ascii="Gentium Plus" w:hAnsi="Gentium Plus"/>
          <w:sz w:val="24"/>
        </w:rPr>
        <w:t>δόνα μὴ ψυχρὰν ἤ τι τοιοῦτον ἐπίβλημα. δῆλον δ’ ὡς χρὴ τὴν μέλλουσαν ὀχεῖν αὐτὸν σινδόνα ἰσχυροτέραν ὑπάρχειν· εἰ δ’ ἀσθενὴς εἴη, καθ’ ἑαυτὴν ἐπιπτύσσοντα διπλῆν ἐργάζε‐ σθαι βέλτιον. ἔστω δὲ ὁ μέσος οἶκος οὐ μόνον τῇ θέσει, ἀλλὰ</w:t>
      </w:r>
    </w:p>
    <w:p>
      <w:r>
        <w:rPr>
          <w:rFonts w:ascii="Courier New" w:hAnsi="Courier New"/>
          <w:color w:val="555555"/>
          <w:sz w:val="20"/>
        </w:rPr>
        <w:t>[5]</w:t>
      </w:r>
    </w:p>
    <w:p>
      <w:r>
        <w:rPr>
          <w:rFonts w:ascii="Gentium Plus" w:hAnsi="Gentium Plus"/>
          <w:sz w:val="24"/>
        </w:rPr>
        <w:t>καὶ τῇ κράσει τοσούτῳ τοῦ πρώτου θερμότερος ὅσῳ τοῦ τρί‐ του ψυχρότερος. ἐν τούτῳ τῷ οἴκῳ τὸ ἔλαιον ἔστω χλιαρὸν, ὡς εὐθέως περιχυθῆναι τῷ κάμνοντι κατὰ τῆς σινδόνος εἰσκο‐ μισθέντι. καὶ τοῦτο πράξαντες, εἰς τὸν τρίτον εἰσίτωσαν, εἰς τὴν δεξαμενὴν ἀποκομίζοντες αὐτὸν, ὥστε διόδῳ χρήσασθαι</w:t>
      </w:r>
    </w:p>
    <w:p>
      <w:r>
        <w:rPr>
          <w:rFonts w:ascii="Courier New" w:hAnsi="Courier New"/>
          <w:color w:val="555555"/>
          <w:sz w:val="20"/>
        </w:rPr>
        <w:t>[10]</w:t>
      </w:r>
    </w:p>
    <w:p>
      <w:r>
        <w:rPr>
          <w:rFonts w:ascii="Gentium Plus" w:hAnsi="Gentium Plus"/>
          <w:sz w:val="24"/>
        </w:rPr>
        <w:t>μόνῃ τοῖς τρισὶν οἴκοις τοῦ βαλανείου, μὴ ταχέως βαδιζόντων τῶν εἰσκομιζόντων τὸν κάμνοντα, ἀλλὰ τοσοῦτον ἐπιμεινάν‐ των κατὰ τοὺς πρώτους οἴκους ὅσον ἐν μὲν θατέρῳ μετα‐ τεθῆναι μόνον ἀπὸ τοῦ σκίμποδος, ἐν δὲ τῷ μέσῳ περιχυθῆ‐ ναι τὸ ἔλαιον. ἔστω δὲ καὶ ὁ ἀὴρ ὁ τῶν οἴκων ἁπάντων μήτε</w:t>
      </w:r>
    </w:p>
    <w:p>
      <w:r>
        <w:rPr>
          <w:rFonts w:ascii="Courier New" w:hAnsi="Courier New"/>
          <w:color w:val="555555"/>
          <w:sz w:val="20"/>
        </w:rPr>
        <w:t>[15]</w:t>
      </w:r>
    </w:p>
    <w:p>
      <w:r>
        <w:rPr>
          <w:rFonts w:ascii="Gentium Plus" w:hAnsi="Gentium Plus"/>
          <w:sz w:val="24"/>
        </w:rPr>
        <w:t>θερμὸς ἄκρως μήτε ψυχρὸς, ἀλλ’ εὔκρατος ἱκανῶς καὶ μετρίως ὑγρός· ἔσται δὲ τοῦτο προεκχυθέντος ὕδατος εὐκράτου δαψι‐ λῶς ἐκ τῆς δεξαμενῆς, ὡς διαῤῥυῆναι διὰ πάντων τῶν οἴκων.</w:t>
      </w:r>
    </w:p>
    <w:p>
      <w:r>
        <w:rPr>
          <w:rFonts w:ascii="Courier New" w:hAnsi="Courier New"/>
          <w:color w:val="555555"/>
          <w:sz w:val="20"/>
        </w:rPr>
        <w:t>[10 . 725]</w:t>
      </w:r>
    </w:p>
    <w:p>
      <w:r>
        <w:rPr>
          <w:rFonts w:ascii="Gentium Plus" w:hAnsi="Gentium Plus"/>
          <w:sz w:val="24"/>
        </w:rPr>
        <w:t>ὀχούμενος ἐπὶ τῆς σινδόνος, οὐδεμιᾶς ἐπαντλήσεως αὐτῷ γε‐ νομένης, οἵας ἐπ’ ἄλλων εἰθίσμεθα πράττειν. ἀλλ’ οὐδὲ κατὰ τῆς κεφαλῆς αὐτοῦ καταχεῖσθαι βουλοίμην ἄν· ἱκανὸν γὰρ καὶ ταύτῃ δῦναι δὶς ἢ καὶ τρὶς ἅμα τῷ παντὶ σώματι κατὰ τοῦ</w:t>
      </w:r>
    </w:p>
    <w:p>
      <w:r>
        <w:rPr>
          <w:rFonts w:ascii="Courier New" w:hAnsi="Courier New"/>
          <w:color w:val="555555"/>
          <w:sz w:val="20"/>
        </w:rPr>
        <w:t>[5]</w:t>
      </w:r>
    </w:p>
    <w:p>
      <w:r>
        <w:rPr>
          <w:rFonts w:ascii="Gentium Plus" w:hAnsi="Gentium Plus"/>
          <w:sz w:val="24"/>
        </w:rPr>
        <w:t>ὕδατος, ὑφιέντων μετρίως εἰς τὸ κάτω τὴν σινδόνα, καὶ αὖθις ἀνακομιζόντων αὐτὸν ὁμοίως νεανίσκων τεττάρων. ἐκ‐ κομισθεὶς δ’ ἐντεῦθεν εἰς ὕδωρ ψυχρὸν ἀθρόως βλαπτέσθω μηδ’ ἐπὶ βραχὺ χρονίζων ἐν αὐτῷ. δεδιδάχθαι δὲ χρὴ καὶ τἄλλα μὲν ἀκριβῶς ἅπαντα τοὺς βαστάζοντας αὐτόν· ἐξαίρε‐</w:t>
      </w:r>
    </w:p>
    <w:p>
      <w:r>
        <w:rPr>
          <w:rFonts w:ascii="Courier New" w:hAnsi="Courier New"/>
          <w:color w:val="555555"/>
          <w:sz w:val="20"/>
        </w:rPr>
        <w:t>[10]</w:t>
      </w:r>
    </w:p>
    <w:p>
      <w:r>
        <w:rPr>
          <w:rFonts w:ascii="Gentium Plus" w:hAnsi="Gentium Plus"/>
          <w:sz w:val="24"/>
        </w:rPr>
        <w:t>τον δ’ ἔτι τοῦτ’ ἔστω δίδαγμά τε ἅμα καὶ παράγγελμα, τὸ τάχος τῆς βαφῆς. εὐθὺς δ’ ἕτερος ἑτοίμην ἔχων σινδόνα κατ’ αὐτοῦ βαλέτω, κᾄπειθ’ ἑξῆς ἐπιβληθεὶς τῷ σκίμποδι διὰ σπόγγων μὲν ἀποματτέσθω τὰ πρῶτα, μαλακοῖς δ’ ὕστερον ὀθονίοις, μηδ’ αὐτῶν τῶν ἀποματτόντων αὐτὸν βιαίως</w:t>
      </w:r>
    </w:p>
    <w:p>
      <w:r>
        <w:rPr>
          <w:rFonts w:ascii="Courier New" w:hAnsi="Courier New"/>
          <w:color w:val="555555"/>
          <w:sz w:val="20"/>
        </w:rPr>
        <w:t>[15]</w:t>
      </w:r>
    </w:p>
    <w:p>
      <w:r>
        <w:rPr>
          <w:rFonts w:ascii="Gentium Plus" w:hAnsi="Gentium Plus"/>
          <w:sz w:val="24"/>
        </w:rPr>
        <w:t>ψαυόντων, ἀλλ’ ὡς ἔνι μάλιστα πρᾳότατα. μετὰ δὲ ταῦτα ἐπαλείψαντάς τε καὶ περιθέντας ἱμάτια κομίζειν αὖθις ἐπὶ τοῦ σκίμποδος εἰς τὸν οἶκον ἐν ᾧ διαιτᾶται, δώσοντας τρο‐ φήν. εἴρηται δὲ κᾀν τοῖς πρόσθεν, ἡνίκα ἰώμεθα τὰς ξη‐</w:t>
      </w:r>
    </w:p>
    <w:p>
      <w:r>
        <w:rPr>
          <w:rFonts w:ascii="Courier New" w:hAnsi="Courier New"/>
          <w:color w:val="555555"/>
          <w:sz w:val="20"/>
        </w:rPr>
        <w:t>[10 . 726]</w:t>
      </w:r>
    </w:p>
    <w:p>
      <w:r>
        <w:rPr>
          <w:rFonts w:ascii="Gentium Plus" w:hAnsi="Gentium Plus"/>
          <w:sz w:val="24"/>
        </w:rPr>
        <w:t>τὸν οἶκον ἐζεῦχθαι χρῆναι τῷ βαλανείῳ. περὶ μὲν οὖν λουτρῶν αὐτάρκης ὁ λόγος εἰς τὰ παρόντα. Συνεχῆ δ’ ἐπὶ τοῖς εἰρημένοις τὰ περὶ τῆς δυνάμεως τῶν τροφῶν. ὅτι μὲν οὖν ὑγρὰς καὶ ψυχρὰς εἶναι</w:t>
      </w:r>
    </w:p>
    <w:p>
      <w:r>
        <w:rPr>
          <w:rFonts w:ascii="Courier New" w:hAnsi="Courier New"/>
          <w:color w:val="555555"/>
          <w:sz w:val="20"/>
        </w:rPr>
        <w:t>[5]</w:t>
      </w:r>
    </w:p>
    <w:p>
      <w:r>
        <w:rPr>
          <w:rFonts w:ascii="Gentium Plus" w:hAnsi="Gentium Plus"/>
          <w:sz w:val="24"/>
        </w:rPr>
        <w:t>προσήκει τὰς μελλούσας ὀνήσειν τοὺς ἑκτικοὺς πυρετοὺς εὔ‐ δηλον παντί. τοιαῦται δ’ εἰσὶν ὅ τε χυλὸς ὁ τῆς πτισάνης ψυχρὸς λαμβανόμενος, ὅ τε χόνδρος ὁμοίως πτισάνης χυλῷ σκευασθεὶς, ὅπερ ἐστὶ δι’ ὕδατος καὶ πράσου βραχέος ἀνήθου τε καὶ ἁλῶν ἐλαίου τε καὶ ὄξους. ἐπιτήδειος δὲ τοῖς ὧδε κά‐</w:t>
      </w:r>
    </w:p>
    <w:p>
      <w:r>
        <w:rPr>
          <w:rFonts w:ascii="Courier New" w:hAnsi="Courier New"/>
          <w:color w:val="555555"/>
          <w:sz w:val="20"/>
        </w:rPr>
        <w:t>[10]</w:t>
      </w:r>
    </w:p>
    <w:p>
      <w:r>
        <w:rPr>
          <w:rFonts w:ascii="Gentium Plus" w:hAnsi="Gentium Plus"/>
          <w:sz w:val="24"/>
        </w:rPr>
        <w:t>μνουσι καὶ ὁ βραχὺς ἄρτος ἐν ὕδατι ψυχρῷ. μηδενὸς δ’ αὐτῶν ἡ ψύξις εἰλικρινὴς ἔστω, καθάπερ ἡ τοῦ ποτοῦ. ἐκεῖνο μὲν γὰρ καὶ θερμαίνεται ταχέως καὶ διεξέρχεται, ταῦτα δ’ ἐπὶ πλέον ἐν τῇ γαστρὶ διαμένοντα τάχ’ ἄν που καὶ διαψύξαιεν αὐτὴν ἀμέτρως ὄντα ψυχρά. χρονίου δ’ ὑπάρχοντος ἤδη τοῦ</w:t>
      </w:r>
    </w:p>
    <w:p>
      <w:r>
        <w:rPr>
          <w:rFonts w:ascii="Courier New" w:hAnsi="Courier New"/>
          <w:color w:val="555555"/>
          <w:sz w:val="20"/>
        </w:rPr>
        <w:t>[15]</w:t>
      </w:r>
    </w:p>
    <w:p>
      <w:r>
        <w:rPr>
          <w:rFonts w:ascii="Gentium Plus" w:hAnsi="Gentium Plus"/>
          <w:sz w:val="24"/>
        </w:rPr>
        <w:t>πυρετοῦ καὶ τὸ τῆς ὄνου γάλα δοτέον, ἀκριβῶς προσέχοντα τὸν νοῦν, μὴ τυρωθῇ ποτε κατὰ τὴν γαστέρα. τοῦτο δὲ ἐνίοτε μὲν αὐτὸς ὁ κάμνων ἡμᾶς διδάξει τῆς ἑαυτοῦ φύσεως</w:t>
      </w:r>
    </w:p>
    <w:p>
      <w:r>
        <w:rPr>
          <w:rFonts w:ascii="Courier New" w:hAnsi="Courier New"/>
          <w:color w:val="555555"/>
          <w:sz w:val="20"/>
        </w:rPr>
        <w:t>[10 . 727]</w:t>
      </w:r>
    </w:p>
    <w:p>
      <w:r>
        <w:rPr>
          <w:rFonts w:ascii="Gentium Plus" w:hAnsi="Gentium Plus"/>
          <w:sz w:val="24"/>
        </w:rPr>
        <w:t>βραχὺ τῇ χρήσει προσερχομένους. ἕτοιμον μὲν οὖν ἤτοι μέλι‐ τος αὐτῷ μιγνύντας ἢ καὶ βραχύ τι τῶν ἐδωδίμων ἁλῶν κω‐ λῦσαι τὸ σύμπτωμα. φευκτέον δ’ εἰς ὅσον οἷόν τε τὸ μέλι κατὰ τοὺς ἑκτικοὺς πυρετοὺς καὶ διὰ τοῦτο καὶ τὸ μελίκρατον,</w:t>
      </w:r>
    </w:p>
    <w:p>
      <w:r>
        <w:rPr>
          <w:rFonts w:ascii="Courier New" w:hAnsi="Courier New"/>
          <w:color w:val="555555"/>
          <w:sz w:val="20"/>
        </w:rPr>
        <w:t>[5]</w:t>
      </w:r>
    </w:p>
    <w:p>
      <w:r>
        <w:rPr>
          <w:rFonts w:ascii="Gentium Plus" w:hAnsi="Gentium Plus"/>
          <w:sz w:val="24"/>
        </w:rPr>
        <w:t>ἐκχολοῦται γὰρ αὐτίκα καὶ ξηροτέρους ἅμα θέρμῃ δριμείᾳ τοὺς πυρετοὺς ἀπεργάζεται. δοτέον οὖν τὴν πρώτην τὸ γάλα τῆς ὄνου κυάθου μὴ πλέον, ὡς ἐθεάσω διδόντας ἡμᾶς εἰσα‐ χθείσης μὲν εἰς τὸν κοιτῶνα τῆς ὄνου, πρὸς τὸ μηδένα χρόνον ἐν τῷ μεταξὺ γενέσθαι, καταπιόντος δ’ αὐτὸ τοῦ κάμνοντος</w:t>
      </w:r>
    </w:p>
    <w:p>
      <w:r>
        <w:rPr>
          <w:rFonts w:ascii="Courier New" w:hAnsi="Courier New"/>
          <w:color w:val="555555"/>
          <w:sz w:val="20"/>
        </w:rPr>
        <w:t>[10]</w:t>
      </w:r>
    </w:p>
    <w:p>
      <w:r>
        <w:rPr>
          <w:rFonts w:ascii="Gentium Plus" w:hAnsi="Gentium Plus"/>
          <w:sz w:val="24"/>
        </w:rPr>
        <w:t>αὐτίκα, θεωρούντων δ’ ἡμῶν ἀκριβῶς καὶ παραβαλλόντων τὴν κίνησιν τῶν ἀρτηριῶν, τὴν ἐπὶ τῇ προσφορᾷ γιγνομένην, τῇ πρὸ τοῦ ληφθῆναι τὸ γάλα. εἰ μὲν γὰρ διαφθείροιτο, τοὺς σφυγμοὺς σμικροὺς καὶ ἀνωμάλους εὑρήσεις οἵους περ ἐπὶ θλίψει στομάχου συμβαίνοντας οἶσθα· εἰ δὲ μὴ διαφθείροιτο,</w:t>
      </w:r>
    </w:p>
    <w:p>
      <w:r>
        <w:rPr>
          <w:rFonts w:ascii="Courier New" w:hAnsi="Courier New"/>
          <w:color w:val="555555"/>
          <w:sz w:val="20"/>
        </w:rPr>
        <w:t>[15]</w:t>
      </w:r>
    </w:p>
    <w:p>
      <w:r>
        <w:rPr>
          <w:rFonts w:ascii="Gentium Plus" w:hAnsi="Gentium Plus"/>
          <w:sz w:val="24"/>
        </w:rPr>
        <w:t>τοὺς σφυγμοὺς μείζους τε καὶ ἰσχυροτέρους γιγνομένους. ὥστ’ ἐξέσται σοι μετὰ ταῦτα προσφέροντι τὸ πλῆθος αὐξῆσαι τοῦ γάλακτος ἥμισυ κυάθου, κᾄπειθ’ ἥμισυ προσθεῖναι πάλιν, εἶθ’</w:t>
      </w:r>
    </w:p>
    <w:p>
      <w:r>
        <w:rPr>
          <w:rFonts w:ascii="Courier New" w:hAnsi="Courier New"/>
          <w:color w:val="555555"/>
          <w:sz w:val="20"/>
        </w:rPr>
        <w:t>[10 . 728]</w:t>
      </w:r>
    </w:p>
    <w:p>
      <w:r>
        <w:rPr>
          <w:rFonts w:ascii="Gentium Plus" w:hAnsi="Gentium Plus"/>
          <w:sz w:val="24"/>
        </w:rPr>
        <w:t>τρου δὲ οὐ μόνον τοῦ γάλακτος, ἀλλὰ καὶ τῶν ἄλλων ἁπάντων σιτίων ἔμαθες τοὺς σκοποὺς, ἔνθα τὰς τῆς γαστρὸς ἰώμεθα δυσκρασίας, ἐν τῷ τῶνδε τῶν ὑπομνημάτων ἑβδόμῳ. πρώτην γὰρ ἐν ἐκείνῳ τῷ λόγῳ τὴν ξηρὰν δυσκρασίαν αὐτῆς ὑποθέ‐</w:t>
      </w:r>
    </w:p>
    <w:p>
      <w:r>
        <w:rPr>
          <w:rFonts w:ascii="Courier New" w:hAnsi="Courier New"/>
          <w:color w:val="555555"/>
          <w:sz w:val="20"/>
        </w:rPr>
        <w:t>[5]</w:t>
      </w:r>
    </w:p>
    <w:p>
      <w:r>
        <w:rPr>
          <w:rFonts w:ascii="Gentium Plus" w:hAnsi="Gentium Plus"/>
          <w:sz w:val="24"/>
        </w:rPr>
        <w:t>μενοι κεχρονισμένην εἰς τοσοῦτον ὡς σύμπαν ἤδη τὸ σῶμα λεπτὸν ὑπάρχειν ἐπεδείξαμεν, ὅπως ἄν τις ἅμα μὲν ἄμφω καλῶς ἰῷτο, καὶ τὴν δυσκρασίαν τῆς γαστρὸς καὶ τὴν ἰσχνό‐ τητα τοῦ σώματος. καὶ τοίνυν ἴσως ἄμεινον ὑπὲρ τοῦ μὴ γράφειν πολλὰ πρὸς ἐκεῖνον ἀναπέμψαι τὸν λόγον ὑπὲρ τῶν</w:t>
      </w:r>
    </w:p>
    <w:p>
      <w:r>
        <w:rPr>
          <w:rFonts w:ascii="Courier New" w:hAnsi="Courier New"/>
          <w:color w:val="555555"/>
          <w:sz w:val="20"/>
        </w:rPr>
        <w:t>[10]</w:t>
      </w:r>
    </w:p>
    <w:p>
      <w:r>
        <w:rPr>
          <w:rFonts w:ascii="Gentium Plus" w:hAnsi="Gentium Plus"/>
          <w:sz w:val="24"/>
        </w:rPr>
        <w:t>ἄλλων ἁπάντων ἐδεσμάτων· ὅμοιαι γὰρ αἱ διαθέσεις οὖσαι παραπλησίων χρῄζουσι καὶ τῶν ἰαμάτων. ὅσον δ’ ἐστὶν ἡ τῶν ἑκτικῶν πυρετῶν θερμοτέρα, τοσοῦτον καὶ τῶν βοηθη‐ μάτων δεῖται ψυχροτέρων, ἀκριβείας τε πλείονος, ὅπως μή τι βλάψαιμεν ἰσχυροῖς βοηθήμασι χρησάμενοι. καὶ τοὺς μὲν ἤδη</w:t>
      </w:r>
    </w:p>
    <w:p>
      <w:r>
        <w:rPr>
          <w:rFonts w:ascii="Courier New" w:hAnsi="Courier New"/>
          <w:color w:val="555555"/>
          <w:sz w:val="20"/>
        </w:rPr>
        <w:t>[15]</w:t>
      </w:r>
    </w:p>
    <w:p>
      <w:r>
        <w:rPr>
          <w:rFonts w:ascii="Gentium Plus" w:hAnsi="Gentium Plus"/>
          <w:sz w:val="24"/>
        </w:rPr>
        <w:t>μαραινομένους, ὡς εἴρηται, λουστέον, ὅσοι δ’ ἐν τοῖς ἑκτι‐ κοῖς εἰσι πυρετοῖς οὐδέπω μαραινόμενοι, τούτους οἷόν τ’ ἐστὶ καὶ χωρὶς σινδόνος ὑποβεβλημένης λούειν, ὡς ἂν ἰσχυ‐</w:t>
      </w:r>
    </w:p>
    <w:p>
      <w:r>
        <w:rPr>
          <w:rFonts w:ascii="Courier New" w:hAnsi="Courier New"/>
          <w:color w:val="555555"/>
          <w:sz w:val="20"/>
        </w:rPr>
        <w:t>[10 . 729]</w:t>
      </w:r>
    </w:p>
    <w:p>
      <w:r>
        <w:rPr>
          <w:rFonts w:ascii="Gentium Plus" w:hAnsi="Gentium Plus"/>
          <w:sz w:val="24"/>
        </w:rPr>
        <w:t>εἰς τὸν οἶκον, ἤτοι γε ἐπὶ σκίμποδος ἢ φορείου τινὸς, εἶθ’ ἑαυτοῖς βαδίζοντας ἐπὶ τὸ θερμὸν ὕδωρ ἀκτέον, ὅπως ἐν ἐκείνῳ χρονίζοιεν. ὅσοι δ’ ἀκρατέστεροι τῶν τοιούτων εἰσὶ, σφαλερὸν ἐπιτρέπειν αὐτοῖς ἐμβαίνειν ταῖς ψυχραῖς κολυμ‐</w:t>
      </w:r>
    </w:p>
    <w:p>
      <w:r>
        <w:rPr>
          <w:rFonts w:ascii="Courier New" w:hAnsi="Courier New"/>
          <w:color w:val="555555"/>
          <w:sz w:val="20"/>
        </w:rPr>
        <w:t>[5]</w:t>
      </w:r>
    </w:p>
    <w:p>
      <w:r>
        <w:rPr>
          <w:rFonts w:ascii="Gentium Plus" w:hAnsi="Gentium Plus"/>
          <w:sz w:val="24"/>
        </w:rPr>
        <w:t>βήθραις, ἀλλ’ ἔξω μᾶλλον αὐτῶν καταχεῖν ἐπὶ χλιαρῷ τῷ προτέρῳ τὸ δεύτερον ψυχρόν. ἔστω δ’ οὕτω ψυχρὸν τότε κατὰ τὴν δεξαμενὴν ὕδωρ αὐτοῖς παρεσκευασμένον, ὅσον ἐξ ἐκείνης ἄν τις ἀρυσάμενος, αὔταρκες ἀθρόως εἰς ἅπαξ ἐπι‐ χέαι τοῖς λελουμένοις, ὡς μηδεμίαν ἐμφαίνειν σαφῆ ποιό‐</w:t>
      </w:r>
    </w:p>
    <w:p>
      <w:r>
        <w:rPr>
          <w:rFonts w:ascii="Courier New" w:hAnsi="Courier New"/>
          <w:color w:val="555555"/>
          <w:sz w:val="20"/>
        </w:rPr>
        <w:t>[10]</w:t>
      </w:r>
    </w:p>
    <w:p>
      <w:r>
        <w:rPr>
          <w:rFonts w:ascii="Gentium Plus" w:hAnsi="Gentium Plus"/>
          <w:sz w:val="24"/>
        </w:rPr>
        <w:t>τητα μήτε τῶν ἀκριβῶς ψυχρῶν μήτε τῶν χλιαρῶν ὑδά‐ των, ἀλλ’ οἷον τὸ κρηναῖον καλούμενον ἐν μέσῳ ψύξεως πληκτικῆς καὶ χλιαρότητος ἐκλυτικῆς. εἰ μὲν οὖν ἀκριβῶς ἅπαντα γίγνοιτο, κατά τε τὰ λουτρὰ καὶ τὰς τροφὰς ἐλπὶς σωθήσεσθαι τοὺς μαραινομένους· εἰ δ’ ἁμαρτηθείη τι κᾂν</w:t>
      </w:r>
    </w:p>
    <w:p>
      <w:r>
        <w:rPr>
          <w:rFonts w:ascii="Courier New" w:hAnsi="Courier New"/>
          <w:color w:val="555555"/>
          <w:sz w:val="20"/>
        </w:rPr>
        <w:t>[15]</w:t>
      </w:r>
    </w:p>
    <w:p>
      <w:r>
        <w:rPr>
          <w:rFonts w:ascii="Gentium Plus" w:hAnsi="Gentium Plus"/>
          <w:sz w:val="24"/>
        </w:rPr>
        <w:t>ἓν, ἀνατρέπει τἄλλα σύμπαντα· τὸ γάρ τοι τῆς διαθέσεως αὐτῶν ὀλέθριον οὐδὲ βραχύτατον ἁμάρτημα φέρει. καὶ εἴ τις ἐσώθη τῶν τοιούτων, τὸ σαρκῶδες αὐτοῦ γένος ὁ μα‐</w:t>
      </w:r>
    </w:p>
    <w:p>
      <w:r>
        <w:rPr>
          <w:rFonts w:ascii="Courier New" w:hAnsi="Courier New"/>
          <w:color w:val="555555"/>
          <w:sz w:val="20"/>
        </w:rPr>
        <w:t>[10 . 730]</w:t>
      </w:r>
    </w:p>
    <w:p>
      <w:r>
        <w:rPr>
          <w:rFonts w:ascii="Gentium Plus" w:hAnsi="Gentium Plus"/>
          <w:sz w:val="24"/>
        </w:rPr>
        <w:t>ἀδύνατόν ἐστι τὸν ἄνθρωπον ὑγιασθῆναι τελέως· ἀλλ’ ἀναγκαῖον ἤτοι γ’ ἐξ αὐτοῦ τοῦ πυρετοῦ τὸν θάνατον ἥκειν εὐθέως ἢ μεταπεσόντος εἰς τὸ καλούμενον ἐκ νόσου γῆ‐ ρας. πρῶτον μὲν γὰρ ὁ τοιοῦτος πυρετὸς ἐκβόσκεται τὴν</w:t>
      </w:r>
    </w:p>
    <w:p>
      <w:r>
        <w:rPr>
          <w:rFonts w:ascii="Courier New" w:hAnsi="Courier New"/>
          <w:color w:val="555555"/>
          <w:sz w:val="20"/>
        </w:rPr>
        <w:t>[5]</w:t>
      </w:r>
    </w:p>
    <w:p>
      <w:r>
        <w:rPr>
          <w:rFonts w:ascii="Gentium Plus" w:hAnsi="Gentium Plus"/>
          <w:sz w:val="24"/>
        </w:rPr>
        <w:t>οἰκείαν ἰκμάδα τῶν μορίων, ὑφ’ ἧς τρέφεται· μεταβαίνει δ’ ἐντεῦθεν ἐπὶ τὸ σαρκῶδες γένος, ὃ ταῖς ἰσὶ καὶ τοῖς ὑμενώδεσι μορίοις τῶν στερεῶν σωμάτων περιπέφυκεν· εἶθ’ οὕτως ἅπτεται καὶ αὐτῶν τῶν στερεῶν μορίων. καθ’ ἕκα‐ στον γάρ τοι μόριον τῶν ἁπλῶν καὶ πρώτων ὀνομαζομέ‐</w:t>
      </w:r>
    </w:p>
    <w:p>
      <w:r>
        <w:rPr>
          <w:rFonts w:ascii="Courier New" w:hAnsi="Courier New"/>
          <w:color w:val="555555"/>
          <w:sz w:val="20"/>
        </w:rPr>
        <w:t>[10]</w:t>
      </w:r>
    </w:p>
    <w:p>
      <w:r>
        <w:rPr>
          <w:rFonts w:ascii="Gentium Plus" w:hAnsi="Gentium Plus"/>
          <w:sz w:val="24"/>
        </w:rPr>
        <w:t>νων, ἐθεάσω κατὰ τὰς ἀνατομὰς τὸ μὲν οἷον ἰνῶδές τί ἐστι τῆς οὐσίας αὐτῶν, τὸ δ’ ὑμενῶδες, τὸ δὲ σαρκῶδες. οἷον εἰ τύχοι τῆς φλεβὸς ἕνα χιτῶνα κεκτημένης λεπτὸν, ἔστιν εὑρεῖν κατ’ αὐτὴν ἶνας πολλὰς ἀραχνοειδέσι διατά‐ σεσι συναπτομένας· αἷς ἀμφοτέραις ἡ οἰκεία τῆς φλεβὸς</w:t>
      </w:r>
    </w:p>
    <w:p>
      <w:r>
        <w:rPr>
          <w:rFonts w:ascii="Courier New" w:hAnsi="Courier New"/>
          <w:color w:val="555555"/>
          <w:sz w:val="20"/>
        </w:rPr>
        <w:t>[15]</w:t>
      </w:r>
    </w:p>
    <w:p>
      <w:r>
        <w:rPr>
          <w:rFonts w:ascii="Gentium Plus" w:hAnsi="Gentium Plus"/>
          <w:sz w:val="24"/>
        </w:rPr>
        <w:t>οὐσία περιπέφυκεν, ἄλλη κατ’ ἄλλο μόριον ὑπάρχουσα, κοινὸν οὐδὲν ὄνομα κεκτημένη· καλεῖν γοῦν αὐτὴν οὐδὲν κωλύει διδασκαλίας ἕνεκα σαρκοειδῆ φύσιν ἢ καὶ νὴ Δία</w:t>
      </w:r>
    </w:p>
    <w:p>
      <w:r>
        <w:rPr>
          <w:rFonts w:ascii="Courier New" w:hAnsi="Courier New"/>
          <w:color w:val="555555"/>
          <w:sz w:val="20"/>
        </w:rPr>
        <w:t>[10 . 731]</w:t>
      </w:r>
    </w:p>
    <w:p>
      <w:r>
        <w:rPr>
          <w:rFonts w:ascii="Gentium Plus" w:hAnsi="Gentium Plus"/>
          <w:sz w:val="24"/>
        </w:rPr>
        <w:t>ραν ὑπάρχουσαν, καθ’ ἧπαρ δ’ ἑτέραν, ὥσπερ γε καὶ κατὰ ἀρτηρίαν καὶ μῦν. ὠνόμασται δὲ μόνη σὰρξ ἡ ἐν μυσὶ, τῶν ἄλλων οὐδεμίαν ὀνομάζουσι σάρκα, πλὴν ὀλίγοι δή τινες· ἀλλὰ τὰ μὲν ἐν τοῖς σπλάγχνοις, οἷον ἥπατι καὶ νεφροῖς καὶ</w:t>
      </w:r>
    </w:p>
    <w:p>
      <w:r>
        <w:rPr>
          <w:rFonts w:ascii="Courier New" w:hAnsi="Courier New"/>
          <w:color w:val="555555"/>
          <w:sz w:val="20"/>
        </w:rPr>
        <w:t>[5]</w:t>
      </w:r>
    </w:p>
    <w:p>
      <w:r>
        <w:rPr>
          <w:rFonts w:ascii="Gentium Plus" w:hAnsi="Gentium Plus"/>
          <w:sz w:val="24"/>
        </w:rPr>
        <w:t>σπληνὶ καὶ πνεύμονι, παρεγχύματα καλοῦσι· τὰς δ’ ἐν ἐντέ‐ ροις καὶ γαστρὶ καὶ στομάχῳ καὶ μήτρᾳ ἀνωνύμους ἀπολεί‐ πουσιν. ἀλλὰ σὺ τῶν μὲν ὀνομάτων μηδὲν φρόντιζε, γίγνω‐ σκε δὲ ἑκάστου τῶν μορίων τὸν ὄγκον τῆς οὐσίας ὑπὸ τῆς τοιαύτης μάλιστα συμπληροῦσθαι φύσεως, φθορὰν καὶ γένε‐</w:t>
      </w:r>
    </w:p>
    <w:p>
      <w:r>
        <w:rPr>
          <w:rFonts w:ascii="Courier New" w:hAnsi="Courier New"/>
          <w:color w:val="555555"/>
          <w:sz w:val="20"/>
        </w:rPr>
        <w:t>[10]</w:t>
      </w:r>
    </w:p>
    <w:p>
      <w:r>
        <w:rPr>
          <w:rFonts w:ascii="Gentium Plus" w:hAnsi="Gentium Plus"/>
          <w:sz w:val="24"/>
        </w:rPr>
        <w:t>σιν ἐπιδεχομένης, ὡς ἔνεστι θεάσασθαι σαφῶς ἐπὶ τῶν κοί‐ λων ἑλκῶν. οὐ μὴν οὔθ’ ἡ τῶν ἰνῶν φύσις οὔθ’ ἡ νευρώ‐ δης ἢ ὑμενώδης ὁρᾶται τὴν αὐτὴν ἔχουσα γένεσιν· οὐδ’ ἐγχωρεῖ τὰς ἐν ἑκάστῳ μορίῳ τοιαύτας ἶνας ὑπὸ τῶν κακοη‐ θῶν πυρετῶν ἐκτακῆναι, καθάπερ τὰς σάρκας. αἵ γε πρὶν</w:t>
      </w:r>
    </w:p>
    <w:p>
      <w:r>
        <w:rPr>
          <w:rFonts w:ascii="Courier New" w:hAnsi="Courier New"/>
          <w:color w:val="555555"/>
          <w:sz w:val="20"/>
        </w:rPr>
        <w:t>[15]</w:t>
      </w:r>
    </w:p>
    <w:p>
      <w:r>
        <w:rPr>
          <w:rFonts w:ascii="Gentium Plus" w:hAnsi="Gentium Plus"/>
          <w:sz w:val="24"/>
        </w:rPr>
        <w:t>ξηρανθῆναι τελέως διαφθείρουσι τὸ ζῶον. εἰσὶ μὲν οὖν καὶ οἱ μαρασμώδεις πυρετοὶ πάντες ἐκ τοῦ τῶν συντηκόν‐ των γένους, ἀλλὰ διαφέρουσι τῷ τὸ συντηκόμενον ἑκάστοτε</w:t>
      </w:r>
    </w:p>
    <w:p>
      <w:r>
        <w:rPr>
          <w:rFonts w:ascii="Courier New" w:hAnsi="Courier New"/>
          <w:color w:val="555555"/>
          <w:sz w:val="20"/>
        </w:rPr>
        <w:t>[10 . 732]</w:t>
      </w:r>
    </w:p>
    <w:p>
      <w:r>
        <w:rPr>
          <w:rFonts w:ascii="Gentium Plus" w:hAnsi="Gentium Plus"/>
          <w:sz w:val="24"/>
        </w:rPr>
        <w:t>ἐκείνων εἰς γαστέρα. φαίνεται δὲ τοῦτο κᾀπὶ τῶν κρεῶν γιγνό‐ μενον ἐναργῶς, ὀπτωμένων ἐπὶ τῆς καλουμένης ἐσχάρας· ἐνίων μὲν γὰρ ἀποῤῥεῖ πάμπολυ τὸ σύντηγμα καὶ φέρεται κατὰ τῶν ἀνθράκων ἀθρόως· ἐνίων δ’ ὅλως οὐδὲν αἰσθητὸν</w:t>
      </w:r>
    </w:p>
    <w:p>
      <w:r>
        <w:rPr>
          <w:rFonts w:ascii="Courier New" w:hAnsi="Courier New"/>
          <w:color w:val="555555"/>
          <w:sz w:val="20"/>
        </w:rPr>
        <w:t>[5]</w:t>
      </w:r>
    </w:p>
    <w:p>
      <w:r>
        <w:rPr>
          <w:rFonts w:ascii="Gentium Plus" w:hAnsi="Gentium Plus"/>
          <w:sz w:val="24"/>
        </w:rPr>
        <w:t>ἀποῤῥέον φαίνεται, κᾂν ἴσον ᾖ τὸ πλῆθος τῶν ἀνθράκων. οἱ γοῦν ἄγριοι σύες ἢ οὐδ’ ὅλως ἢ ὀλίγιστον ἔχουσι τὸ ἀποῤῥέον, οἱ δ’ ἥμεροι πάμπολυ· καὶ ὅσον περ ἂν ᾖ πιμελωδέστερον καὶ σαρκωδέστερον τὸ ζῶον, τοσοῦτον τὸ ἀποῤῥέον αὐτῶν τῶν σαρκῶν ἐπὶ τῆς ἐσχάρας ὀπτωμένων πλέον φαίνεται. τὸν</w:t>
      </w:r>
    </w:p>
    <w:p>
      <w:r>
        <w:rPr>
          <w:rFonts w:ascii="Courier New" w:hAnsi="Courier New"/>
          <w:color w:val="555555"/>
          <w:sz w:val="20"/>
        </w:rPr>
        <w:t>[10]</w:t>
      </w:r>
    </w:p>
    <w:p>
      <w:r>
        <w:rPr>
          <w:rFonts w:ascii="Gentium Plus" w:hAnsi="Gentium Plus"/>
          <w:sz w:val="24"/>
        </w:rPr>
        <w:t>αὐτὸν οὖν τρόπον ἐπὶ τῶν θερμοτάτων πυρετῶν, εἰ μὲν οὖν εἶεν σάρκες ὑγραὶ καὶ μαλακαὶ μετὰ πλήθους πιμελῆς, τὰς συντήξεις αἰσθητὰς ἴσχουσιν· εἰ δὲ ἄνευ πιμελῆς καὶ ξηραὶ, τοῖς μαρασμώδεσιν ἁλίσκονται πυρετοῖς. ἐναργέστατον δὲ τούτου τεκμήριον οἱ τὰς συντήξεις ἐκκρίνοντες ἄῤῥωστοι διὰ</w:t>
      </w:r>
    </w:p>
    <w:p>
      <w:r>
        <w:rPr>
          <w:rFonts w:ascii="Courier New" w:hAnsi="Courier New"/>
          <w:color w:val="555555"/>
          <w:sz w:val="20"/>
        </w:rPr>
        <w:t>[15]</w:t>
      </w:r>
    </w:p>
    <w:p>
      <w:r>
        <w:rPr>
          <w:rFonts w:ascii="Gentium Plus" w:hAnsi="Gentium Plus"/>
          <w:sz w:val="24"/>
        </w:rPr>
        <w:t>γαστρὸς, ἢν μὴ φθάσωσιν ἀποθανεῖν, ἤτοι γ’ ὑπὸ βίας τοῦ νοσήματος ἢ διὰ τὴν τῶν ἰατρῶν ἀμαθίαν εἰς τοὺς μαρα‐ σμώδεις ἐμπίπτοντες πυρετούς. ἄχρι μὲν γὰρ ἂν ἔχωσι τὴν ὕλην δαψιλῆ, ταύτην συντήκουσιν· ὅταν δὲ ἐπιλείπωσιν</w:t>
      </w:r>
    </w:p>
    <w:p>
      <w:r>
        <w:rPr>
          <w:rFonts w:ascii="Courier New" w:hAnsi="Courier New"/>
          <w:color w:val="555555"/>
          <w:sz w:val="20"/>
        </w:rPr>
        <w:t>[10 . 733]</w:t>
      </w:r>
    </w:p>
    <w:p>
      <w:r>
        <w:rPr>
          <w:rFonts w:ascii="Gentium Plus" w:hAnsi="Gentium Plus"/>
          <w:sz w:val="24"/>
        </w:rPr>
        <w:t>τὰς σκληρὰς καὶ δυστήκτους σάρκας, ὧν οὐδὲν ἀποῤῥεῖ διὰ ξηρότητα, καθάπερ οὐδὲ τῶν ταριχηρῶν κρεῶν, εἰ καὶ ταῦτ’ ἐθελήσειας ὀπτᾷν, ἐπιβάλλων ἴσῳ τοῖς ἄλλοις πυρί· ξηρότεραι μὲν γὰρ αἱ σάρκες αὐτῶν ἔσονται καὶ σκληρυνθήσονταί γε βύρ‐</w:t>
      </w:r>
    </w:p>
    <w:p>
      <w:r>
        <w:rPr>
          <w:rFonts w:ascii="Courier New" w:hAnsi="Courier New"/>
          <w:color w:val="555555"/>
          <w:sz w:val="20"/>
        </w:rPr>
        <w:t>[5]</w:t>
      </w:r>
    </w:p>
    <w:p>
      <w:r>
        <w:rPr>
          <w:rFonts w:ascii="Gentium Plus" w:hAnsi="Gentium Plus"/>
          <w:sz w:val="24"/>
        </w:rPr>
        <w:t>σης τρόπον· οὐ μὴν ἐκρυήσεταί γε αὐτῶν οὐδεμία τηκεδὼν αἰσθητή. ταῦτ’ οὖν γινώσκοντί σοι καὶ ἡ τῶν συντηκτικῶν πυρετῶν ἐπιμέλεια κατὰ τὰς αὐτὰς γινέσθω μεθόδους ἐπί τε ψυχροῦ δόσιν ὅτι τάχιστα παραγιγνομένῳ καὶ διὰ τῶν ὑγραινόντων καὶ ψυχόντων τρέφοντι. μελίκρατον δ’</w:t>
      </w:r>
    </w:p>
    <w:p>
      <w:r>
        <w:rPr>
          <w:rFonts w:ascii="Courier New" w:hAnsi="Courier New"/>
          <w:color w:val="555555"/>
          <w:sz w:val="20"/>
        </w:rPr>
        <w:t>[10]</w:t>
      </w:r>
    </w:p>
    <w:p>
      <w:r>
        <w:rPr>
          <w:rFonts w:ascii="Gentium Plus" w:hAnsi="Gentium Plus"/>
          <w:sz w:val="24"/>
        </w:rPr>
        <w:t>οἰομένῳ πολεμιώτατον εἶναι, ᾧ μάλισθ’ ὁρᾷς χρωμένους ἐπὶ τῶν τοιούτων πυρετῶν τοὺς πλείστους τῶν ἰατρῶν. ἀλλὰ περὶ μὲν τῶν συντηκόντων πυρετῶν αὖθις ἐξέσται διελθεῖν, ὥσπερ γε καὶ περὶ τῶν ἐν λοιμοῖς πυρετῶν ἑκτικῶν, οἷος ὁ νῦν ἐπιδημῶν ἐστιν, εἰρήσεται γὰρ περὶ τοῦδε κατὰ τοὺς λοι‐</w:t>
      </w:r>
    </w:p>
    <w:p>
      <w:r>
        <w:rPr>
          <w:rFonts w:ascii="Courier New" w:hAnsi="Courier New"/>
          <w:color w:val="555555"/>
          <w:sz w:val="20"/>
        </w:rPr>
        <w:t>[15]</w:t>
      </w:r>
    </w:p>
    <w:p>
      <w:r>
        <w:rPr>
          <w:rFonts w:ascii="Gentium Plus" w:hAnsi="Gentium Plus"/>
          <w:sz w:val="24"/>
        </w:rPr>
        <w:t>μώδεις πυρετούς. τῶν δ’ ἄλλων ἑκτικῶν καὶ μαρασμωδῶν</w:t>
      </w:r>
    </w:p>
    <w:p>
      <w:r>
        <w:rPr>
          <w:rFonts w:ascii="Courier New" w:hAnsi="Courier New"/>
          <w:color w:val="555555"/>
          <w:sz w:val="20"/>
        </w:rPr>
        <w:t>[10 . 734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Λ.</w:t>
      </w:r>
    </w:p>
    <w:p>
      <w:r>
        <w:rPr>
          <w:rFonts w:ascii="Courier New" w:hAnsi="Courier New"/>
          <w:color w:val="555555"/>
          <w:sz w:val="20"/>
        </w:rPr>
        <w:t>[1]</w:t>
      </w:r>
    </w:p>
    <w:p>
      <w:r>
        <w:rPr>
          <w:rFonts w:ascii="Gentium Plus" w:hAnsi="Gentium Plus"/>
          <w:sz w:val="24"/>
        </w:rPr>
        <w:t>Τῶν δ’ ἐπὶ χυμοῖς σηπομένοις ἀναπτομέ‐ νων πυρετῶν οἱ πρῶτοι μὲν εἴρηνται σκοποὶ πρόσθεν ἡνίκα ἐδείκνυον ὅπως ἐγχωρεῖ καὶ δύο καὶ τρεῖς αὐτοὺς ποιῆσαι, κᾂν εἰ βουληθείημεν ἕνα. νυνὶ δ’ ὥσπερ ἐπὶ τῶν ἄλλων πυρε‐</w:t>
      </w:r>
    </w:p>
    <w:p>
      <w:r>
        <w:rPr>
          <w:rFonts w:ascii="Courier New" w:hAnsi="Courier New"/>
          <w:color w:val="555555"/>
          <w:sz w:val="20"/>
        </w:rPr>
        <w:t>[5]</w:t>
      </w:r>
    </w:p>
    <w:p>
      <w:r>
        <w:rPr>
          <w:rFonts w:ascii="Gentium Plus" w:hAnsi="Gentium Plus"/>
          <w:sz w:val="24"/>
        </w:rPr>
        <w:t>τῶν ἐκ τῆς τῶν πρώτων γενῶν τομῆς ἄχρι τῶν ἐσχάτων εἰδῶν ἀφικόμεθα τέμνοντες, οὕτω πρᾶξαι πειραθῶμεν κᾀπὶ τῆς προκειμένης διαφορᾶς, ἐκεῖνο πρότερον ἀναμνήσαντες ὃ κᾀν τοῖς περὶ διαφορᾶς τῶν σφυγμῶν ὑπομνήμασιν ἐδείξαμεν,</w:t>
      </w:r>
    </w:p>
    <w:p>
      <w:r>
        <w:rPr>
          <w:rFonts w:ascii="Courier New" w:hAnsi="Courier New"/>
          <w:color w:val="555555"/>
          <w:sz w:val="20"/>
        </w:rPr>
        <w:t>[10 . 735]</w:t>
      </w:r>
    </w:p>
    <w:p>
      <w:r>
        <w:rPr>
          <w:rFonts w:ascii="Gentium Plus" w:hAnsi="Gentium Plus"/>
          <w:sz w:val="24"/>
        </w:rPr>
        <w:t>εἴτε γενικωτάτας ἰδέας, εἴθ’ ὁπωσοῦν ἄλλως φυλάττων ἀκριβῆ τοῦ πράγματος τὴν ἔννοιαν, οὐ διοίσει. τῶν μὲν δὴ πυρετῶν αὐτῶν τοὺς ἐφημέρους ὅπως χρὴ θεραπεύειν ἐν τῷ τῶνδε τῶν ὑπομνημάτων ὀγδόῳ διῆλθον· ὥσπερ γε καὶ ὅπως τοὺς</w:t>
      </w:r>
    </w:p>
    <w:p>
      <w:r>
        <w:rPr>
          <w:rFonts w:ascii="Courier New" w:hAnsi="Courier New"/>
          <w:color w:val="555555"/>
          <w:sz w:val="20"/>
        </w:rPr>
        <w:t>[5]</w:t>
      </w:r>
    </w:p>
    <w:p>
      <w:r>
        <w:rPr>
          <w:rFonts w:ascii="Gentium Plus" w:hAnsi="Gentium Plus"/>
          <w:sz w:val="24"/>
        </w:rPr>
        <w:t>συνόχους ἐν τῷ μετ’ αὐτό· καὶ τρίτους γε τοὺς ἑκτικοὺς ἐν τῷ μετ’ ἐκεῖνο τῆς ὅλης πραγματείας ὄντι δεκάτῳ, μετὰ τῶν ἰδίων ἑκάστῳ πλεῖστα καὶ τῶν κοινῶν ἐπελθών. νυνὶ δ’ ὅπως ἄν τις ἰῷτο μεθόδῳ τοὺς ἐπὶ σήψει χυμῶν συνιστα‐ μένους πρόκειται διελθεῖν. οἱ σκοποὶ δ’ οἱ θεραπευτικοὶ</w:t>
      </w:r>
    </w:p>
    <w:p>
      <w:r>
        <w:rPr>
          <w:rFonts w:ascii="Courier New" w:hAnsi="Courier New"/>
          <w:color w:val="555555"/>
          <w:sz w:val="20"/>
        </w:rPr>
        <w:t>[10]</w:t>
      </w:r>
    </w:p>
    <w:p>
      <w:r>
        <w:rPr>
          <w:rFonts w:ascii="Gentium Plus" w:hAnsi="Gentium Plus"/>
          <w:sz w:val="24"/>
        </w:rPr>
        <w:t>κατὰ μὲν τὴν εἰς δύο τομὴν ἥ τε διάθεσις ἣν θεραπεύομεν ὑπάρχει καὶ ἡ τῶν τοῦ κάμνοντος μορίων κρᾶσις. ἐγχωρεῖ δ’, ὡς ἐλέχθη, καὶ δι’ ἑνὸς ἑρμηνεῦσαι κεφαλαίου, θεραπευτικὸν εἰπόντων ἡμῶν εἶναι σκοπὸν ἕνα κοινὸν ἁπάντων νοσημάτων, τὴν ἐναντίωσιν· οὗ τεμνομένου γεννᾶσθαι τοὺς δύο, τοῦ</w:t>
      </w:r>
    </w:p>
    <w:p>
      <w:r>
        <w:rPr>
          <w:rFonts w:ascii="Courier New" w:hAnsi="Courier New"/>
          <w:color w:val="555555"/>
          <w:sz w:val="20"/>
        </w:rPr>
        <w:t>[15]</w:t>
      </w:r>
    </w:p>
    <w:p>
      <w:r>
        <w:rPr>
          <w:rFonts w:ascii="Gentium Plus" w:hAnsi="Gentium Plus"/>
          <w:sz w:val="24"/>
        </w:rPr>
        <w:t>μὲν νοσήματος ἐνδεικνυμένου τὴν τῶν ἐναντίων ἑαυτῷ βοη‐ θημάτων χρῆσιν, τῆς δὲ τοῦ θεραπευσομένου κράσεως ὀρι‐ ζούσης ἅμα τῷ νοσήματι τὸ μέτρον τῆς ἐναντιώσεως.</w:t>
      </w:r>
    </w:p>
    <w:p>
      <w:r>
        <w:rPr>
          <w:rFonts w:ascii="Courier New" w:hAnsi="Courier New"/>
          <w:color w:val="555555"/>
          <w:sz w:val="20"/>
        </w:rPr>
        <w:t>[10 . 736]</w:t>
      </w:r>
    </w:p>
    <w:p>
      <w:r>
        <w:rPr>
          <w:rFonts w:ascii="Gentium Plus" w:hAnsi="Gentium Plus"/>
          <w:sz w:val="24"/>
        </w:rPr>
        <w:t>σθαι τὸν σκοπὸν ἐγχωρεῖ. καὶ ὡς ὁπόταν εἰς δύο μόνους τὴν πρώτην ποιησώμεθα τομὴν, ἤτοι γ’ ἐν τοῖς νοσεροῖς αἰτίοις ἢ ἐν τοῖς ὑγιεινοῖς, τίθεσθαι χρὴ τὸ περιέχον. ὄντων δ’ αἰ‐ τίων ὑγιεινῶν ἁπάντων τῶν ποιούντων ὑγείαν, ἓν ἐξ αὐτῶν</w:t>
      </w:r>
    </w:p>
    <w:p>
      <w:r>
        <w:rPr>
          <w:rFonts w:ascii="Courier New" w:hAnsi="Courier New"/>
          <w:color w:val="555555"/>
          <w:sz w:val="20"/>
        </w:rPr>
        <w:t>[5]</w:t>
      </w:r>
    </w:p>
    <w:p>
      <w:r>
        <w:rPr>
          <w:rFonts w:ascii="Gentium Plus" w:hAnsi="Gentium Plus"/>
          <w:sz w:val="24"/>
        </w:rPr>
        <w:t>ἐστι τὸ καλούμενον βοήθημα, κατὰ διαφόρους ἐννοίας ἔσχα‐ τον καὶ πρῶτον ὑγιεινὸν αἴτιον ὀρθῶς λεγόμενον. ἔσχατον μὲν γὰρ ἔσται τῷ χρόνῳ, διότι φύσις καὶ τέχνη καὶ τύχη τῷ χρόνῳ πρότερα τῶν βοηθημάτων ἐστὶν ὑγείας αἴτια· πρῶτον δὲ καθ’ ὅσον αὐτὸ ψαύει τοῦ νοσοῦντος, ἀλλοιοῦν τὴν διά‐</w:t>
      </w:r>
    </w:p>
    <w:p>
      <w:r>
        <w:rPr>
          <w:rFonts w:ascii="Courier New" w:hAnsi="Courier New"/>
          <w:color w:val="555555"/>
          <w:sz w:val="20"/>
        </w:rPr>
        <w:t>[10]</w:t>
      </w:r>
    </w:p>
    <w:p>
      <w:r>
        <w:rPr>
          <w:rFonts w:ascii="Gentium Plus" w:hAnsi="Gentium Plus"/>
          <w:sz w:val="24"/>
        </w:rPr>
        <w:t>θεσιν αὐτοῦ· καὶ διὰ τὴν ἐκ τούτου γινομένην ἀλλοίωσιν τῶν νοσούντων σωμάτων εἰς ὑγείαν ἀγομένων ἡ τέχνη καὶ ὁ τεχνίτης καὶ ἡ τύχη αἴτια τῆς ὑγείας γίνεται, οὐ τῷ πρώτως αὐτὰ τὰς νόσους ἐκκόπτειν, ἀλλὰ τῷ δι’ ἑτέρων ὑλῶν ἐπιτη‐ δείων, αἵτινες ὀνομάζονται βοηθήματα. φλεβοτομία γὰρ</w:t>
      </w:r>
    </w:p>
    <w:p>
      <w:r>
        <w:rPr>
          <w:rFonts w:ascii="Courier New" w:hAnsi="Courier New"/>
          <w:color w:val="555555"/>
          <w:sz w:val="20"/>
        </w:rPr>
        <w:t>[15]</w:t>
      </w:r>
    </w:p>
    <w:p>
      <w:r>
        <w:rPr>
          <w:rFonts w:ascii="Gentium Plus" w:hAnsi="Gentium Plus"/>
          <w:sz w:val="24"/>
        </w:rPr>
        <w:t>αὐτὴ μὲν καθ’ ἑαυτὴν αὐτὸ δὴ τοῦτο τὸ νῦν εἰρημένον ὄνομα κέκτηται· βλάψασα δὲ τὸν ἄνθρωπον ἐκ τῶν αἰτίων γίνεται τῶν νοσωδῶν, ὥσπερ γε καὶ ὠφελήσασα τῶν ὑγιεινῶν. καὶ</w:t>
      </w:r>
    </w:p>
    <w:p>
      <w:r>
        <w:rPr>
          <w:rFonts w:ascii="Courier New" w:hAnsi="Courier New"/>
          <w:color w:val="555555"/>
          <w:sz w:val="20"/>
        </w:rPr>
        <w:t>[10 . 737]</w:t>
      </w:r>
    </w:p>
    <w:p>
      <w:r>
        <w:rPr>
          <w:rFonts w:ascii="Gentium Plus" w:hAnsi="Gentium Plus"/>
          <w:sz w:val="24"/>
        </w:rPr>
        <w:t>καὶ πάσης ὕλης τῆς ὁπωσοῦν ἀλλοιούσης τὸ σῶμα καθ’ ὃν ἂν ὠφελῇ χρόνον ὀνομαζομένης βοηθήματος. οὕτως οὖν καὶ περιέχοντος ἡμᾶς ἴδιον μὲν ὄνομα κατὰ τὴν ἑαυτοῦ φύσιν ὁ ἀήρ· ἐν δὲ τῇ πρὸς ἡμᾶς σχέσει ποτὲ μὲν βοήθημα καὶ</w:t>
      </w:r>
    </w:p>
    <w:p>
      <w:r>
        <w:rPr>
          <w:rFonts w:ascii="Courier New" w:hAnsi="Courier New"/>
          <w:color w:val="555555"/>
          <w:sz w:val="20"/>
        </w:rPr>
        <w:t>[5]</w:t>
      </w:r>
    </w:p>
    <w:p>
      <w:r>
        <w:rPr>
          <w:rFonts w:ascii="Gentium Plus" w:hAnsi="Gentium Plus"/>
          <w:sz w:val="24"/>
        </w:rPr>
        <w:t>τῶν αἰτίων ἕν τι τῶν ὑγιεινῶν γίγνεται, ποτὲ δὲ τῶν ἐναν‐ τίων αὐτοῖς τῶν νοσωδῶν. ἐπεὶ δ’ ἔκ τε τῆς ἐνεστώσης κατα‐ στάσεως καὶ τῆς ὥρας τοῦ ἔτους καὶ τῆς τοῦ χωρίου φύσεως ὁ ἀὴρ ἴσχει τὰς καθ’ ὑγρότητα καὶ ξηρότητα καὶ θερμότητα καὶ ψυχρότητα μεταβολὰς, ἐξ ἐκείνων πάλιν ἑκάστου γίγνον‐</w:t>
      </w:r>
    </w:p>
    <w:p>
      <w:r>
        <w:rPr>
          <w:rFonts w:ascii="Courier New" w:hAnsi="Courier New"/>
          <w:color w:val="555555"/>
          <w:sz w:val="20"/>
        </w:rPr>
        <w:t>[10]</w:t>
      </w:r>
    </w:p>
    <w:p>
      <w:r>
        <w:rPr>
          <w:rFonts w:ascii="Gentium Plus" w:hAnsi="Gentium Plus"/>
          <w:sz w:val="24"/>
        </w:rPr>
        <w:t>ταί τινες ἐνδείξεις μερικώτεραι. τύχη μὲν οὖν καὶ τέχνη καὶ τεχνίτης διὰ μέσων τῶν ὑλῶν ἔχουσι τὸ δρᾷν· ἡ φύσις δ’ αὐτὴ δι’ ἑαυτῆς, ἐκ τριῶν τούτων συμπληρουμένη μορίων τῆς τε τοῦ πνεύματος οὐσίας καὶ τῆς τῶν ὄντως στερεῶν, ἅπερ ἐκ σπέρματος ἐδείχθη γιγνόμενα, καὶ τρίτης ἐπ’ αὐτοῖς τῆς σαρ‐</w:t>
      </w:r>
    </w:p>
    <w:p>
      <w:r>
        <w:rPr>
          <w:rFonts w:ascii="Courier New" w:hAnsi="Courier New"/>
          <w:color w:val="555555"/>
          <w:sz w:val="20"/>
        </w:rPr>
        <w:t>[15]</w:t>
      </w:r>
    </w:p>
    <w:p>
      <w:r>
        <w:rPr>
          <w:rFonts w:ascii="Gentium Plus" w:hAnsi="Gentium Plus"/>
          <w:sz w:val="24"/>
        </w:rPr>
        <w:t>κοειδοῦς οὐσίας, ἐν ἑκάστῳ τῶν μορίων ἰδίας ὑπαρχούσης. ἕκαστον δὲ τῶν εἰρημένων τριῶν ἰδίαν τινὰ ἔχει ποσότητα καὶ ποιότητα κατὰ φύσιν. ἡ μὲν οὖν ποιότης αὐτῶν ἐκ τῆς</w:t>
      </w:r>
    </w:p>
    <w:p>
      <w:r>
        <w:rPr>
          <w:rFonts w:ascii="Courier New" w:hAnsi="Courier New"/>
          <w:color w:val="555555"/>
          <w:sz w:val="20"/>
        </w:rPr>
        <w:t>[10 . 738]</w:t>
      </w:r>
    </w:p>
    <w:p>
      <w:r>
        <w:rPr>
          <w:rFonts w:ascii="Gentium Plus" w:hAnsi="Gentium Plus"/>
          <w:sz w:val="24"/>
        </w:rPr>
        <w:t>συνίσταται. τὸ ποσὸν δὲ τῶν μὲν στερεῶν σωμάτων ἴσον ἀεὶ διαμένει, τοῖς μὲν αὐξανομένοις ἔτι κατὰ τὸν ἀριθμὸν μόνον, τοῖς δ’ ἤδη τετελειωμένοις καὶ κατὰ τὸ μέγεθος. τῆς σαρκοειδοῦς δ’ οὐσίας ἐξαλλάττεται τὸ μέγεθος, εἰ καὶ μηκέτι</w:t>
      </w:r>
    </w:p>
    <w:p>
      <w:r>
        <w:rPr>
          <w:rFonts w:ascii="Courier New" w:hAnsi="Courier New"/>
          <w:color w:val="555555"/>
          <w:sz w:val="20"/>
        </w:rPr>
        <w:t>[5]</w:t>
      </w:r>
    </w:p>
    <w:p>
      <w:r>
        <w:rPr>
          <w:rFonts w:ascii="Gentium Plus" w:hAnsi="Gentium Plus"/>
          <w:sz w:val="24"/>
        </w:rPr>
        <w:t>αὔξοιτο τὸ ζῶον. οὕτως δὲ καὶ ἡ τοῦ πνεύματος οὐσία μο‐ νονοὺ καθ’ ἑκάστην ῥοπὴν ἐλάττων τε καὶ πλείων γίνεται. καὶ τοίνυν καὶ ἡ δύναμις ἐφ’ οἷς ἔμπροσθεν εἶπον σκοποῖς ἤτοι μόνη προστίθεται κατὰ τὴν τῶν εἰρημένων τριῶν οὐσιῶν συναρίθμησιν, ἢ τῆς κράσεως ἀφορισθείσης ἰδίᾳ καθ’ ἑαυ‐</w:t>
      </w:r>
    </w:p>
    <w:p>
      <w:r>
        <w:rPr>
          <w:rFonts w:ascii="Courier New" w:hAnsi="Courier New"/>
          <w:color w:val="555555"/>
          <w:sz w:val="20"/>
        </w:rPr>
        <w:t>[10]</w:t>
      </w:r>
    </w:p>
    <w:p>
      <w:r>
        <w:rPr>
          <w:rFonts w:ascii="Gentium Plus" w:hAnsi="Gentium Plus"/>
          <w:sz w:val="24"/>
        </w:rPr>
        <w:t>τήν. ἥτις αὖ πάλιν καὶ αὐτὴ ποτὲ μὲν, ὡς ἐδείκνυτο, διχῇ τέμνεται, εἴς τε τὴν ἐξ ἀρχῆς φύσιν καὶ τὴν ἐπίκτητον διάθε‐ σιν· ὥστε ἀπὸ τούτων καὶ τῶν ἄλλων τῶν προειρημένων γίγνεσθαί τινα ἔνδειξιν ἰαμάτων ἰδίαν ἑκάστου. πολλάκις δὲ ἡ ἐπίκτητος κρᾶσις εἰς τὰς ποιητικὰς αἰτίας ἀναχθεῖσα τὴν</w:t>
      </w:r>
    </w:p>
    <w:p>
      <w:r>
        <w:rPr>
          <w:rFonts w:ascii="Courier New" w:hAnsi="Courier New"/>
          <w:color w:val="555555"/>
          <w:sz w:val="20"/>
        </w:rPr>
        <w:t>[15]</w:t>
      </w:r>
    </w:p>
    <w:p>
      <w:r>
        <w:rPr>
          <w:rFonts w:ascii="Gentium Plus" w:hAnsi="Gentium Plus"/>
          <w:sz w:val="24"/>
        </w:rPr>
        <w:t>ἔνδειξιν ἐκείναις ἐχαρίσατο. κατὰ τοῦτον οὖν ἔφαμεν τὸν τρό‐ πον ἐξ ἡλικίας ἐπιτηδευμάτων τε καὶ ἐθῶν ἔνδειξιν βοηθη‐ μάτων γίγνεσθαι, συμφωνεῖν δ’ ἀλλήλαις ἁπάσας τὰς εἰρημέ‐</w:t>
      </w:r>
    </w:p>
    <w:p>
      <w:r>
        <w:rPr>
          <w:rFonts w:ascii="Courier New" w:hAnsi="Courier New"/>
          <w:color w:val="555555"/>
          <w:sz w:val="20"/>
        </w:rPr>
        <w:t>[10 . 739]</w:t>
      </w:r>
    </w:p>
    <w:p>
      <w:r>
        <w:rPr>
          <w:rFonts w:ascii="Gentium Plus" w:hAnsi="Gentium Plus"/>
          <w:sz w:val="24"/>
        </w:rPr>
        <w:t>γενικωτέρας. ἄγεσθαι δ’ εἰς χρῆσιν τὰς ἰδικωτέρας, εὑρισκο‐ μένας ἐκ τῆς τῶν γενικωτέρων τομῆς. Ἡ γάρ τοι πρώτη πασῶν ἔνδειξις θε‐ ραπευτικὴ ἐξ αὐτοῦ τοῦ θεραπευομένου νοσήματος γιγνομένη</w:t>
      </w:r>
    </w:p>
    <w:p>
      <w:r>
        <w:rPr>
          <w:rFonts w:ascii="Courier New" w:hAnsi="Courier New"/>
          <w:color w:val="555555"/>
          <w:sz w:val="20"/>
        </w:rPr>
        <w:t>[5]</w:t>
      </w:r>
    </w:p>
    <w:p>
      <w:r>
        <w:rPr>
          <w:rFonts w:ascii="Gentium Plus" w:hAnsi="Gentium Plus"/>
          <w:sz w:val="24"/>
        </w:rPr>
        <w:t>τὴν ἐναντίωσιν ἐδίδαξεν. ἐπεὶ δ’ ἔστι πλείονα γένη τῶν νό‐ σων, ἕκαστον αὐτῶν ἰδίαν ἕξει τὴν ἐναντίωσιν. ἀλλὰ τὰ μὲν ἄλλα παρείσθω τό γε νῦν εἶναι. προκεχωρήσθω δὲ μόνον ἡμῖν εἰς τὰ παρόντα τῆς θεραπευομένης νόσου τὸ γένος ἐν δυσκρασίᾳ κείμενον. ἰαθήσεται τοίνυν τοῦτο διὰ τῆς ἐναν‐</w:t>
      </w:r>
    </w:p>
    <w:p>
      <w:r>
        <w:rPr>
          <w:rFonts w:ascii="Courier New" w:hAnsi="Courier New"/>
          <w:color w:val="555555"/>
          <w:sz w:val="20"/>
        </w:rPr>
        <w:t>[10]</w:t>
      </w:r>
    </w:p>
    <w:p>
      <w:r>
        <w:rPr>
          <w:rFonts w:ascii="Gentium Plus" w:hAnsi="Gentium Plus"/>
          <w:sz w:val="24"/>
        </w:rPr>
        <w:t>τίας αὐτῷ δυσκρασίας. ἀλλ’ ἐπεὶ τοῦ γένους ὅλου τῶν πυρε‐ τῶν ἡ δυσκρασία θερμότης ἐστὶ, διὰ ψυχρότητος ἰαθήσεται, ὥστε ἀλλήλαις ὁμολογεῖν ἁπάσας τὰς ἐνδείξεις. ἐάν τε γὰρ εἴπωμεν ἁπλῶς οὕτως ὡς χρὴ τὸν πυρετὸν ἰᾶσθαι διὰ τῶν ἐναντίων ἐάν τε προσθέντες ὡς διὰ τῶν ἐναντίων τῇ κράσει</w:t>
      </w:r>
    </w:p>
    <w:p>
      <w:r>
        <w:rPr>
          <w:rFonts w:ascii="Courier New" w:hAnsi="Courier New"/>
          <w:color w:val="555555"/>
          <w:sz w:val="20"/>
        </w:rPr>
        <w:t>[15]</w:t>
      </w:r>
    </w:p>
    <w:p>
      <w:r>
        <w:rPr>
          <w:rFonts w:ascii="Gentium Plus" w:hAnsi="Gentium Plus"/>
          <w:sz w:val="24"/>
        </w:rPr>
        <w:t>μάχην οὐδεμίαν ἕξουσιν οἱ λόγοι· κατὰ δὲ τὸν αὐτὸν τρόπον οὐδ’ εἰ φαίημεν ἰᾶσθαι χρῆναι διὰ τῶν ψυχόντων τὸν πυρε‐ τὸν, ὥσπερ γε οὐδ’ εἰ τέμνοντες τοῦτο φαίημεν ἐνίοτε μὲν</w:t>
      </w:r>
    </w:p>
    <w:p>
      <w:r>
        <w:rPr>
          <w:rFonts w:ascii="Courier New" w:hAnsi="Courier New"/>
          <w:color w:val="555555"/>
          <w:sz w:val="20"/>
        </w:rPr>
        <w:t>[10 . 740]</w:t>
      </w:r>
    </w:p>
    <w:p>
      <w:r>
        <w:rPr>
          <w:rFonts w:ascii="Gentium Plus" w:hAnsi="Gentium Plus"/>
          <w:sz w:val="24"/>
        </w:rPr>
        <w:t>δὲ διὰ τῶν δυνάμει, καί ποτε αὖθις διὰ τῶν κατὰ συμβεβη‐ κὸς, ἢ καὶ συντιθέντες ταῦτα μάχην οὐδεμίαν ἕξει τοῖς προ‐ ειρημένοις ὁ λόγος, ὥσπερ γε οὐδ’ εἰ φαίημεν ὅσα μὲν κατ’ ἐνέργειαν ἢ δύναμιν ἢ κατὰ συμβεβηκὸς θερμαίνει χείρονας</w:t>
      </w:r>
    </w:p>
    <w:p>
      <w:r>
        <w:rPr>
          <w:rFonts w:ascii="Courier New" w:hAnsi="Courier New"/>
          <w:color w:val="555555"/>
          <w:sz w:val="20"/>
        </w:rPr>
        <w:t>[5]</w:t>
      </w:r>
    </w:p>
    <w:p>
      <w:r>
        <w:rPr>
          <w:rFonts w:ascii="Gentium Plus" w:hAnsi="Gentium Plus"/>
          <w:sz w:val="24"/>
        </w:rPr>
        <w:t>ἑαυτῶν ἀποτελεῖν τοὺς πυρετοὺς, ὅσα δ’ αὖ κατ’ ἐνέργειαν ἢ δύναμιν ἢ κατὰ συμβεβηκὸς ψύχει θεραπεύειν αὐτούς. ἡ γὰρ ἀπὸ τῆς διαθέσεως ἔνδειξις εἰς τοσούτους ἐτμήθη τοὺς κατὰ μέρος σκοπούς. αὐτοὶ δὲ πάλιν οὗτοι οἱ σκοποὶ τὴν ὕλην τῶν βοηθημάτων εὑρίσκουσι κατὰ τὰς ἐν τοῖς περὶ φαρ‐</w:t>
      </w:r>
    </w:p>
    <w:p>
      <w:r>
        <w:rPr>
          <w:rFonts w:ascii="Courier New" w:hAnsi="Courier New"/>
          <w:color w:val="555555"/>
          <w:sz w:val="20"/>
        </w:rPr>
        <w:t>[10]</w:t>
      </w:r>
    </w:p>
    <w:p>
      <w:r>
        <w:rPr>
          <w:rFonts w:ascii="Gentium Plus" w:hAnsi="Gentium Plus"/>
          <w:sz w:val="24"/>
        </w:rPr>
        <w:t>μάκων εἰρημένας μεθόδους· ἀρχὴ γὰρ ἐκείνων ἐστὶν εἰς ὅπερ ἐτελεύτησεν ἡ ἐκ τῆς θεραπευομένης διαθέσεως τομή. κυριω‐ τάτη μὲν οὖν ἐν τῷ λυθῆναι τὴν νόσον θεραπεία νοεῖται, καταχρωμένων δὲ καὶ τὸ μικτὸν γένος ἔκ τε τῆς ὄντως θερα‐ πείας καὶ ἣν ὀνομάζουσι προφυλακήν. τῶν μὲν οὖν ἐφημέρων</w:t>
      </w:r>
    </w:p>
    <w:p>
      <w:r>
        <w:rPr>
          <w:rFonts w:ascii="Courier New" w:hAnsi="Courier New"/>
          <w:color w:val="555555"/>
          <w:sz w:val="20"/>
        </w:rPr>
        <w:t>[15]</w:t>
      </w:r>
    </w:p>
    <w:p>
      <w:r>
        <w:rPr>
          <w:rFonts w:ascii="Gentium Plus" w:hAnsi="Gentium Plus"/>
          <w:sz w:val="24"/>
        </w:rPr>
        <w:t>πυρετῶν ἡ ὄντως ἐστὶ θεραπεία, καθάπερ γε καὶ ἡ τῶν ἑκτι‐ κῶν. ὅσοι δ’ ἐπὶ χυμοῖς συνίστανται σηπομένοις ἡ λεγομένη θεραπεία τὴν προφυλακὴν προσείληφεν, ἥτις ἐστὶ τὸ τὴν νό‐</w:t>
      </w:r>
    </w:p>
    <w:p>
      <w:r>
        <w:rPr>
          <w:rFonts w:ascii="Courier New" w:hAnsi="Courier New"/>
          <w:color w:val="555555"/>
          <w:sz w:val="20"/>
        </w:rPr>
        <w:t>[10 . 741]</w:t>
      </w:r>
    </w:p>
    <w:p>
      <w:r>
        <w:rPr>
          <w:rFonts w:ascii="Gentium Plus" w:hAnsi="Gentium Plus"/>
          <w:sz w:val="24"/>
        </w:rPr>
        <w:t>τοῦτο τὸ μέρος τῆς τέχνης θεραπευτικὸν, ἀποκεχωρισμένον τοῦ καθαρῶς τε καὶ εἰλικρινῶς προφυλακτικοῦ τῷ γενέσθαι τὴν νόσον μὲν αἰσθητῶς ὑπὸ τῆς αἰτίας ἤδη, μέλλειν δὲ ἔσε‐ σθαι κατὰ τὰς προφυλακτικάς. τοῖς μὲν οὖν ὀνόμασιν ὡς</w:t>
      </w:r>
    </w:p>
    <w:p>
      <w:r>
        <w:rPr>
          <w:rFonts w:ascii="Courier New" w:hAnsi="Courier New"/>
          <w:color w:val="555555"/>
          <w:sz w:val="20"/>
        </w:rPr>
        <w:t>[5]</w:t>
      </w:r>
    </w:p>
    <w:p>
      <w:r>
        <w:rPr>
          <w:rFonts w:ascii="Gentium Plus" w:hAnsi="Gentium Plus"/>
          <w:sz w:val="24"/>
        </w:rPr>
        <w:t>ἂν ἐθέλοι τις χρήσθω, τοῦτο γὰρ ἀναμιμνήσκειν ἀεὶ χρὴ, φυ‐ λαττέτω δὲ τὴν ἐφ’ ἑκάστου τῶν πραγμάτων ἔνδειξιν τῶν ἰαμάτων, ὡς εἴ γε παραλείποι τι κᾂν ἓν ἐξ αὐτῶν, ἀνάλογον ἐκείνου τῷ μεγέθει τε καὶ τῇ δυνάμει βλάψει τὴν ἴασιν. Ὅνπερ δὲ τρόπον ἀπὸ τῆς διαθέσεως ἐπὶ</w:t>
      </w:r>
    </w:p>
    <w:p>
      <w:r>
        <w:rPr>
          <w:rFonts w:ascii="Courier New" w:hAnsi="Courier New"/>
          <w:color w:val="555555"/>
          <w:sz w:val="20"/>
        </w:rPr>
        <w:t>[10]</w:t>
      </w:r>
    </w:p>
    <w:p>
      <w:r>
        <w:rPr>
          <w:rFonts w:ascii="Gentium Plus" w:hAnsi="Gentium Plus"/>
          <w:sz w:val="24"/>
        </w:rPr>
        <w:t>τὰς ὕλας τῶν βοηθημάτων ἀφικόμεθα, τὸν αὐτὸν τρόπον ἀφ’ ἑκάστου τῶν ἄλλων γενῶν τῶν πρώτων κατέρχεσθαι χρὴ πρὸς αὐτάς· οἷον ἀπὸ τῆς δυνάμεως· ἀντιτέτακται γὰρ αὕτη τῇ νόσῳ καθάπερ τις ἀνταγωνιστής· καὶ πρόκειταί γε τῷ ἰατρῷ βοηθεῖν ταύτῃ καὶ συναγωνίζεσθαι τρόπῳ παντί. τίς</w:t>
      </w:r>
    </w:p>
    <w:p>
      <w:r>
        <w:rPr>
          <w:rFonts w:ascii="Courier New" w:hAnsi="Courier New"/>
          <w:color w:val="555555"/>
          <w:sz w:val="20"/>
        </w:rPr>
        <w:t>[15]</w:t>
      </w:r>
    </w:p>
    <w:p>
      <w:r>
        <w:rPr>
          <w:rFonts w:ascii="Gentium Plus" w:hAnsi="Gentium Plus"/>
          <w:sz w:val="24"/>
        </w:rPr>
        <w:t>οὖν πρῶτος σκοπὸς ἀπὸ τῆς δυνάμεως ἢ τίς ἔνδειξις προ‐ τέρα; καὶ γὰρ κᾀνταῦθα λεκτέον ὡς ἂν ἐθέλοι τις, αὐτὴν</w:t>
      </w:r>
    </w:p>
    <w:p>
      <w:r>
        <w:rPr>
          <w:rFonts w:ascii="Courier New" w:hAnsi="Courier New"/>
          <w:color w:val="555555"/>
          <w:sz w:val="20"/>
        </w:rPr>
        <w:t>[10 . 742]</w:t>
      </w:r>
    </w:p>
    <w:p>
      <w:r>
        <w:rPr>
          <w:rFonts w:ascii="Gentium Plus" w:hAnsi="Gentium Plus"/>
          <w:sz w:val="24"/>
        </w:rPr>
        <w:t>ὑπ’ αὐτῆς ἐνδεικνύμενον ἕτερον σκοπὸν δεύτερον. ἐπεὶ τοί‐ νυν ἐδείχθη τὴν ἑαυτῆς ἐνδεικνυμένη φυλακὴν, ὥσπερ ἡ νόσος τὴν ἀναίρεσιν, ἔσται πάλιν ὁ δεύτερος ἐπὶ τῇ δυνά‐ μει σκοπὸς ἡ φυλακὴ, καθάπερ ἐπὶ τῶν νοσημάτων ἡ ἀναί‐</w:t>
      </w:r>
    </w:p>
    <w:p>
      <w:r>
        <w:rPr>
          <w:rFonts w:ascii="Courier New" w:hAnsi="Courier New"/>
          <w:color w:val="555555"/>
          <w:sz w:val="20"/>
        </w:rPr>
        <w:t>[5]</w:t>
      </w:r>
    </w:p>
    <w:p>
      <w:r>
        <w:rPr>
          <w:rFonts w:ascii="Gentium Plus" w:hAnsi="Gentium Plus"/>
          <w:sz w:val="24"/>
        </w:rPr>
        <w:t>ρεσις. ἀλλ’ ἡ μὲν φυλακὴ τὴν τῶν ὁμοίων ἐνδείξεται προσ‐ αγωγὴν, ἡ δ’ ἀναίρεσις τὴν τῶν ἐναντίων. ἐπειδὴ δὲ τῆς δυνάμεως οὐσία συνεπληροῦτο διά τε τοῦ πνεύματος καὶ τῆς σαρκώδους ἰδέας καὶ τῶν στερεῶν, ἐκ τῶν ὁμοίων ἑκά‐ στῳ πορίζεσθαι χρὴ τὴν διαμονήν· τῷ μὲν πνεύματι διὰ</w:t>
      </w:r>
    </w:p>
    <w:p>
      <w:r>
        <w:rPr>
          <w:rFonts w:ascii="Courier New" w:hAnsi="Courier New"/>
          <w:color w:val="555555"/>
          <w:sz w:val="20"/>
        </w:rPr>
        <w:t>[10]</w:t>
      </w:r>
    </w:p>
    <w:p>
      <w:r>
        <w:rPr>
          <w:rFonts w:ascii="Gentium Plus" w:hAnsi="Gentium Plus"/>
          <w:sz w:val="24"/>
        </w:rPr>
        <w:t>τῆς ἀναπνοῆς τε καὶ διαπνοῆς καὶ τῆς ἐκ τοῦ αἵματος ἀναθυμιάσεως, ἐξέστω δὲ κᾀνταῦθα τῷ βουλομένῳ καλεῖν ἀέρωσιν, ἢ λεπτοποίησιν αἵματος, ἢ εἰς ἀτμοὺς λύσιν, ἢ χύσιν, ἢ ὅπως ἂν αὐτὸς ἐθέλοι· τῷ δὲ τῶν στερεῶν γένει διὰ τῆς στερεᾶς τροφῆς, ὥσπερ γε καὶ τῷ τῶν σαρκωδῶν</w:t>
      </w:r>
    </w:p>
    <w:p>
      <w:r>
        <w:rPr>
          <w:rFonts w:ascii="Courier New" w:hAnsi="Courier New"/>
          <w:color w:val="555555"/>
          <w:sz w:val="20"/>
        </w:rPr>
        <w:t>[15]</w:t>
      </w:r>
    </w:p>
    <w:p>
      <w:r>
        <w:rPr>
          <w:rFonts w:ascii="Gentium Plus" w:hAnsi="Gentium Plus"/>
          <w:sz w:val="24"/>
        </w:rPr>
        <w:t>διὰ τῆς ἐν μέσῳ φύσεως ὑγρῶν τε καὶ στερεῶν σωμάτων. ἑκάστου δὲ τούτων εὑρήσεις τὸ μὲν ποσὸν ἐκ τῆς κατὰ τὴν φυλαττομένην οὐσίαν ποσότητος, τὸ δὲ ποιὸν ἐκ τῆς</w:t>
      </w:r>
    </w:p>
    <w:p>
      <w:r>
        <w:rPr>
          <w:rFonts w:ascii="Courier New" w:hAnsi="Courier New"/>
          <w:color w:val="555555"/>
          <w:sz w:val="20"/>
        </w:rPr>
        <w:t>[10 . 743]</w:t>
      </w:r>
    </w:p>
    <w:p>
      <w:r>
        <w:rPr>
          <w:rFonts w:ascii="Gentium Plus" w:hAnsi="Gentium Plus"/>
          <w:sz w:val="24"/>
        </w:rPr>
        <w:t>γε ἀρίστης ὑπαρχούσης ἢ μεμπτῆς κατά τι, τὴν μὲν ἀρί‐ στην ἀεὶ φυλάττειν χρὴ, τὴν μεμπτὴν δὲ ἐπὶ μὲν τῶν ὑγιαινόντων ἤτοι φυλάττειν ἢ ἀλλοιοῦν· ἐπὶ δὲ τῶν νο‐ σούντων φυλάττειν, ἐξ οὗ λογισμοῦ πρόσθεν ἐδείκνυτο με‐</w:t>
      </w:r>
    </w:p>
    <w:p>
      <w:r>
        <w:rPr>
          <w:rFonts w:ascii="Courier New" w:hAnsi="Courier New"/>
          <w:color w:val="555555"/>
          <w:sz w:val="20"/>
        </w:rPr>
        <w:t>[5]</w:t>
      </w:r>
    </w:p>
    <w:p>
      <w:r>
        <w:rPr>
          <w:rFonts w:ascii="Gentium Plus" w:hAnsi="Gentium Plus"/>
          <w:sz w:val="24"/>
        </w:rPr>
        <w:t>γίστην ἔνδειξιν ἔχον τὸ ἔθος, ἢ γὰρ τὴν ἐξ ἀρχῆς αὐτοῦ φυλάττειν κρᾶσιν ἢ τὴν ἐπίκτητον ἐργάζεσθαι. γίγνεσθαι δ’, ὡς ἐλέγετο, τὴν ἔνδειξιν τοῦ μέτρου τῶν βοηθημάτων ἐκ τῆς νῦν κράσεως, ὥσπερ γε κᾀκ τῆς ἡλικίας, οὐχ ἧς ἔμπροσθεν εἶχεν ὁ κάμνων, ἀλλ’ ἧς νῦν ἔχει. διαφορᾶς δ’</w:t>
      </w:r>
    </w:p>
    <w:p>
      <w:r>
        <w:rPr>
          <w:rFonts w:ascii="Courier New" w:hAnsi="Courier New"/>
          <w:color w:val="555555"/>
          <w:sz w:val="20"/>
        </w:rPr>
        <w:t>[10]</w:t>
      </w:r>
    </w:p>
    <w:p>
      <w:r>
        <w:rPr>
          <w:rFonts w:ascii="Gentium Plus" w:hAnsi="Gentium Plus"/>
          <w:sz w:val="24"/>
        </w:rPr>
        <w:t>οὐκ ὀλίγης ὑπαρχούσης ἐν τῇ κράσει τῶν τοῦ ζώου μορίων, ἴδιον ἑκάστῳ τὸ μέτρον ἔσεσθαι τῶν ὁμοίων ἑαυτῷ, τῷ μὲν γεωδεστέρῳ τῶν γεωδεστέρων, τῷ δὲ ὑγροτέρῳ τῶν ὑγροτέρων· οὕτω δὲ καὶ τῷ μὲν ἀερωδεστέρῳ τῶν ἀερωδῶν, τῷ δὲ θερμοτέρῳ τῶν πυρωδῶν. ἐντεῦθεν οὖν ἤδη τὰς ὕλας</w:t>
      </w:r>
    </w:p>
    <w:p>
      <w:r>
        <w:rPr>
          <w:rFonts w:ascii="Courier New" w:hAnsi="Courier New"/>
          <w:color w:val="555555"/>
          <w:sz w:val="20"/>
        </w:rPr>
        <w:t>[15]</w:t>
      </w:r>
    </w:p>
    <w:p>
      <w:r>
        <w:rPr>
          <w:rFonts w:ascii="Gentium Plus" w:hAnsi="Gentium Plus"/>
          <w:sz w:val="24"/>
        </w:rPr>
        <w:t>ἐξευρίσκειν ἁπάντων τῶν κατὰ μέρος, ἐν τροφαῖς καὶ πό‐ μασι καὶ ἀέρι καὶ τοῖς ἐπιτηδευομένοις ἅπασιν. ἔνθα δ’</w:t>
      </w:r>
    </w:p>
    <w:p>
      <w:r>
        <w:rPr>
          <w:rFonts w:ascii="Courier New" w:hAnsi="Courier New"/>
          <w:color w:val="555555"/>
          <w:sz w:val="20"/>
        </w:rPr>
        <w:t>[10 . 744]</w:t>
      </w:r>
    </w:p>
    <w:p>
      <w:r>
        <w:rPr>
          <w:rFonts w:ascii="Gentium Plus" w:hAnsi="Gentium Plus"/>
          <w:sz w:val="24"/>
        </w:rPr>
        <w:t>χρῆσθαι μεθόδῳ, πρὸς τὴν τῶν πρακτέων εὕρεσιν ἐπιβλέπον‐ τα μέγεθός τε καὶ ἀξίωμα τῶν ἐνδεικνυμένων σκοπῶν. αἱρεῖ‐ σθαι γὰρ ἐδείκνυμεν χρῆναι τὰς ἀπὸ τῶν ἀξιολογωτέρων τε καὶ μειζόντων ἐνδείξεις σκοπῶν. ἀξίωμα μὲν οὖν αὐτῶν εἰς</w:t>
      </w:r>
    </w:p>
    <w:p>
      <w:r>
        <w:rPr>
          <w:rFonts w:ascii="Courier New" w:hAnsi="Courier New"/>
          <w:color w:val="555555"/>
          <w:sz w:val="20"/>
        </w:rPr>
        <w:t>[5]</w:t>
      </w:r>
    </w:p>
    <w:p>
      <w:r>
        <w:rPr>
          <w:rFonts w:ascii="Gentium Plus" w:hAnsi="Gentium Plus"/>
          <w:sz w:val="24"/>
        </w:rPr>
        <w:t>ζωὴν ἢ ὑγείαν ἀποβλεπόντων κρίνεσθαι, μέγεθος δ’ εἶναι διττὸν, ἤτοι κατὰ τὴν οἰκείαν οὐσίαν ἢ τὴν τοῦ κατὰ φύσιν ἐκτροπήν. ἐπὶ ταύταις οὖν ἤδη ταῖς μεθόδοις γυμνα‐ σθῶμεν ἐν τῷ γένει τῶν ἐπὶ σηπεδόνι πυρετῶν. Ἐπεὶ δὲ ἡ σηπεδὼν ἤτοι γε ὁμοτίμως ἐν</w:t>
      </w:r>
    </w:p>
    <w:p>
      <w:r>
        <w:rPr>
          <w:rFonts w:ascii="Courier New" w:hAnsi="Courier New"/>
          <w:color w:val="555555"/>
          <w:sz w:val="20"/>
        </w:rPr>
        <w:t>[10]</w:t>
      </w:r>
    </w:p>
    <w:p>
      <w:r>
        <w:rPr>
          <w:rFonts w:ascii="Gentium Plus" w:hAnsi="Gentium Plus"/>
          <w:sz w:val="24"/>
        </w:rPr>
        <w:t>ἅπασι συνίσταται τοῖς ἀγγείοις ἢ ἐν τοῖς μεγίστοις καὶ κυ‐ ριωτάτοις, ἃ δὴ μεταξὺ βουβώνων τ’ ἐστὶ καὶ μασχαλῶν, ἢ καθ’ ἕν τι μόριον ἤτοι φλεγμαῖνον, ἢ καὶ χωρὶς φλε‐ γμονῆς, ἐν ἑαυτῷ περιέχον οἷόν περ ἐν ἑστίᾳ τινὶ τὴν ἀρχὴν τοῦ πυρετοῦ, καθ’ ἑκάστην τῶν εἰρημένων διαφορῶν ἰδίᾳ</w:t>
      </w:r>
    </w:p>
    <w:p>
      <w:r>
        <w:rPr>
          <w:rFonts w:ascii="Courier New" w:hAnsi="Courier New"/>
          <w:color w:val="555555"/>
          <w:sz w:val="20"/>
        </w:rPr>
        <w:t>[15]</w:t>
      </w:r>
    </w:p>
    <w:p>
      <w:r>
        <w:rPr>
          <w:rFonts w:ascii="Gentium Plus" w:hAnsi="Gentium Plus"/>
          <w:sz w:val="24"/>
        </w:rPr>
        <w:t>χρὴ γυμνάσασθαι. καὶ πρώτην γε τὴν ἤτοι κατὰ τὰ μέγιστα τῶν ἀγγείων ἢ σύμπανθ’ ἅμα γινομένην τῷ λόγῳ προχειρη‐ σόμεθα. τὸν γὰρ ἐπὶ τῇ τοιαύτῃ διαθέσει πυρετὸν εἶναι μὲν</w:t>
      </w:r>
    </w:p>
    <w:p>
      <w:r>
        <w:rPr>
          <w:rFonts w:ascii="Courier New" w:hAnsi="Courier New"/>
          <w:color w:val="555555"/>
          <w:sz w:val="20"/>
        </w:rPr>
        <w:t>[10 . 745]</w:t>
      </w:r>
    </w:p>
    <w:p>
      <w:r>
        <w:rPr>
          <w:rFonts w:ascii="Gentium Plus" w:hAnsi="Gentium Plus"/>
          <w:sz w:val="24"/>
        </w:rPr>
        <w:t>παύσασθαι τὴν σηπεδόνα. παύσασθαι δ’ οὐ δύναται μενού‐ σης τῆς αἰτίας. ἐκκόπτειν οὖν χρὴ τὴν αἰτίαν αὐτῆς, εἰ μέλλει προτέρα μὲν ἡ σῆψις, ἐπ’ αὐτῇ δ’ ὁ πυρετὸς ἰαθήσεσθαι. τίς οὖν ἡ αἰτία τῆς ὁμοτίμου σηπεδόνος ἐν ἅπασι τοῖς ἀγ‐</w:t>
      </w:r>
    </w:p>
    <w:p>
      <w:r>
        <w:rPr>
          <w:rFonts w:ascii="Courier New" w:hAnsi="Courier New"/>
          <w:color w:val="555555"/>
          <w:sz w:val="20"/>
        </w:rPr>
        <w:t>[5]</w:t>
      </w:r>
    </w:p>
    <w:p>
      <w:r>
        <w:rPr>
          <w:rFonts w:ascii="Gentium Plus" w:hAnsi="Gentium Plus"/>
          <w:sz w:val="24"/>
        </w:rPr>
        <w:t>γείοις ἀναμνησθῆναι χρὴ πρῶτον, ἢ τίς ποθ’ ἡμῖν ἐδείκνυτο σηπεδόνος αἰτία, κᾄπειθ’ ἑξῆς ζητῆσαι τὴν τῆς ὁμαλῶς γινο‐ μένης ἐν ἅπαντι μέρει τοῦ ζώου. δέδεικται τοίνυν ἐν ταῖς τῶν νόσων αἰτίαις ὡς ἐκεῖνα μόνα σήπεται τῶν σωμάτων ὅσα φύσιν ἔχοντα θερμὴν καὶ ὑγρὰν ἀδιάπνευστα καὶ ἀῤῥί‐</w:t>
      </w:r>
    </w:p>
    <w:p>
      <w:r>
        <w:rPr>
          <w:rFonts w:ascii="Courier New" w:hAnsi="Courier New"/>
          <w:color w:val="555555"/>
          <w:sz w:val="20"/>
        </w:rPr>
        <w:t>[10]</w:t>
      </w:r>
    </w:p>
    <w:p>
      <w:r>
        <w:rPr>
          <w:rFonts w:ascii="Gentium Plus" w:hAnsi="Gentium Plus"/>
          <w:sz w:val="24"/>
        </w:rPr>
        <w:t>πιστα μένει ἐν θερμῷ καὶ ὑγρῷ χωρίῳ. εἰ δ’ ἐν κινήσει τε εἴη καὶ ῥιπίζοιτο καὶ διαπνέοιτο, δύναιτ’ ἂν ἄσηπτα φυλάτ‐ τεσθαι, καὶ μάλισθ’ ὅσα σώματα διοικοῦσιν αἱ φύσεις, ὥσπερ τὰ τῶν ζώων τε καὶ τῶν φυτῶν· αὗται γὰρ ἐξ ἀρχῆς ἑαυταῖς ἔχουσι συμφύτους κινήσεις, ὡς ἐν τοῖς τῶν φυσικῶν</w:t>
      </w:r>
    </w:p>
    <w:p>
      <w:r>
        <w:rPr>
          <w:rFonts w:ascii="Courier New" w:hAnsi="Courier New"/>
          <w:color w:val="555555"/>
          <w:sz w:val="20"/>
        </w:rPr>
        <w:t>[15]</w:t>
      </w:r>
    </w:p>
    <w:p>
      <w:r>
        <w:rPr>
          <w:rFonts w:ascii="Gentium Plus" w:hAnsi="Gentium Plus"/>
          <w:sz w:val="24"/>
        </w:rPr>
        <w:t>δυνάμεων ὑπομνήμασιν ἐδείκνυμεν, αἷς ἀποκρίνουσι τὰ πε‐ ριττά. δέδεικται δὲ καὶ δι’ ἄλλων δυοῖν βιβλίων πηλίκη τίς</w:t>
      </w:r>
    </w:p>
    <w:p>
      <w:r>
        <w:rPr>
          <w:rFonts w:ascii="Courier New" w:hAnsi="Courier New"/>
          <w:color w:val="555555"/>
          <w:sz w:val="20"/>
        </w:rPr>
        <w:t>[10 . 746]</w:t>
      </w:r>
    </w:p>
    <w:p>
      <w:r>
        <w:rPr>
          <w:rFonts w:ascii="Gentium Plus" w:hAnsi="Gentium Plus"/>
          <w:sz w:val="24"/>
        </w:rPr>
        <w:t>ῥιπίζεσθαι καὶ διαπνεῖσθαι τὸ σῶμα καὶ τὴν κατὰ φύσιν ἑαυ‐ τοῦ φυλάττειν θερμασίαν. εἴπερ οὖν τι μέλλει σαφῶς σήπε‐ σθαι τῶν κατ’ αὐτὸ, τὰς εἰρημένας χρὴ διαπνοὰς ἐπισχεθῆ‐ ναι. πῶς δ’ ἂν καὶ δύναιντο αἱ καθ’ ὅλον τὸ ζῶον εἰς τοῦτ’</w:t>
      </w:r>
    </w:p>
    <w:p>
      <w:r>
        <w:rPr>
          <w:rFonts w:ascii="Courier New" w:hAnsi="Courier New"/>
          <w:color w:val="555555"/>
          <w:sz w:val="20"/>
        </w:rPr>
        <w:t>[5]</w:t>
      </w:r>
    </w:p>
    <w:p>
      <w:r>
        <w:rPr>
          <w:rFonts w:ascii="Gentium Plus" w:hAnsi="Gentium Plus"/>
          <w:sz w:val="24"/>
        </w:rPr>
        <w:t>ἐλθεῖν ἄνευ στεγνώσεως, ἤτοι γ’ ἐν τοῖς πέρασι τῶν ἀγγείων γινομένης ἢ κατὰ σύμπαν τὸ δέρμα; κατὰ μὲν οὖν τὰ πέρατα τῶν ἀγγείων ἡ στέγνωσις γίγνοιτ’ ἂν, ἢ διὰ σφοδράν τινα ἔξωθεν ψύξιν, ἢ διὰ πάχος, ἢ πλῆθος, ἢ γλισχρότητα τῶν περιεχομένων ἐν αὐτοῖς χυμῶν, ἀθροώτερον ῥευσάντων ἐπὶ</w:t>
      </w:r>
    </w:p>
    <w:p>
      <w:r>
        <w:rPr>
          <w:rFonts w:ascii="Courier New" w:hAnsi="Courier New"/>
          <w:color w:val="555555"/>
          <w:sz w:val="20"/>
        </w:rPr>
        <w:t>[10]</w:t>
      </w:r>
    </w:p>
    <w:p>
      <w:r>
        <w:rPr>
          <w:rFonts w:ascii="Gentium Plus" w:hAnsi="Gentium Plus"/>
          <w:sz w:val="24"/>
        </w:rPr>
        <w:t>τὴν ἔξω φοράν. γίγνεται δ’ αὐτοῖς τοῦτο καὶ διὰ γυμνάσια τὰ κατὰ παλαίστραν ἢ ἄλλως ἐπιτηδευθέντα καὶ δι’ ὁδοιπο‐ ρίας συντόνους ἢ διὰ τὸ περιέχον ἐξαίφνης ἐκ κρύους εἰς θάλπος μεταβαλόν. ἐνίοτε δὲ καὶ διὰ θυμὸν οἱ χυμοὶ ζέσαν‐ τες ἀθρόα καὶ χρησάμενοι τῇ πρὸς τοὐκτὸς φύσει τὰς εἰρη‐</w:t>
      </w:r>
    </w:p>
    <w:p>
      <w:r>
        <w:rPr>
          <w:rFonts w:ascii="Courier New" w:hAnsi="Courier New"/>
          <w:color w:val="555555"/>
          <w:sz w:val="20"/>
        </w:rPr>
        <w:t>[15]</w:t>
      </w:r>
    </w:p>
    <w:p>
      <w:r>
        <w:rPr>
          <w:rFonts w:ascii="Gentium Plus" w:hAnsi="Gentium Plus"/>
          <w:sz w:val="24"/>
        </w:rPr>
        <w:t>μένας στεγνώσεις εἰργάσαντο. χρὴ τοίνυν ὅστις ἰᾶσθαι μέλλει τὸν προκείμενον ἐν τῷ λόγῳ πυρετὸν, ἅμα μὲν ἐκκόπτειν αὐτοῦ τὴν αἰτίαν, ἅμα δὲ καὶ τὴν ἤδη γεγενημένην ὑπ’ αὐτῆς ἐν τῷ ζώῳ θερμασίαν ἐμψύχειν. ὅπως μὲν οὖν ἐκείνην χρὴ</w:t>
      </w:r>
    </w:p>
    <w:p>
      <w:r>
        <w:rPr>
          <w:rFonts w:ascii="Courier New" w:hAnsi="Courier New"/>
          <w:color w:val="555555"/>
          <w:sz w:val="20"/>
        </w:rPr>
        <w:t>[10 . 747]</w:t>
      </w:r>
    </w:p>
    <w:p>
      <w:r>
        <w:rPr>
          <w:rFonts w:ascii="Gentium Plus" w:hAnsi="Gentium Plus"/>
          <w:sz w:val="24"/>
        </w:rPr>
        <w:t>κατὰ τὴν ἰδίαν ἑκάστης φύσιν ἐξευρίσκοντα τὴν ἐναντίωσιν· εἰ μὲν ὑπὸ ψυχρᾶς αἰτίας ἐπιλήθη τε καὶ πυκνὸν εἴργασται τὸ σῶμα, χαλῶντα καὶ ἀραιοῦντα παντοίως αὐτό· δι’ ἔμ‐ φραξιν δὲ τοῦτο παθὸν ἐκφράττοντα. τὸ δὲ ἐκφράττον εὑρή‐</w:t>
      </w:r>
    </w:p>
    <w:p>
      <w:r>
        <w:rPr>
          <w:rFonts w:ascii="Courier New" w:hAnsi="Courier New"/>
          <w:color w:val="555555"/>
          <w:sz w:val="20"/>
        </w:rPr>
        <w:t>[5]</w:t>
      </w:r>
    </w:p>
    <w:p>
      <w:r>
        <w:rPr>
          <w:rFonts w:ascii="Gentium Plus" w:hAnsi="Gentium Plus"/>
          <w:sz w:val="24"/>
        </w:rPr>
        <w:t>σεις κᾀνταῦθα, τῷ τῆς ἐναντιώσεως προσέχων σκοπῷ· τοὺς μὲν γὰρ πολλοὺς χυμοὺς κενώσεις, τοὺς παχεῖς δὲ καὶ γλί‐ σχρους ἐργάσῃ λεπτούς τε καὶ ῥυτούς. εἰ δὲ καὶ πλείω συνέλ‐ θοι ποτὲ αἴτια, πρὸς ἅπαντα ἐνιστάμενος ἐξ ὑπεναντίου· δυνατὸν γὰρ δήπου καὶ πεπιλῆσθαι τὸ σῶμα καὶ πεπυκνῶ‐</w:t>
      </w:r>
    </w:p>
    <w:p>
      <w:r>
        <w:rPr>
          <w:rFonts w:ascii="Courier New" w:hAnsi="Courier New"/>
          <w:color w:val="555555"/>
          <w:sz w:val="20"/>
        </w:rPr>
        <w:t>[10]</w:t>
      </w:r>
    </w:p>
    <w:p>
      <w:r>
        <w:rPr>
          <w:rFonts w:ascii="Gentium Plus" w:hAnsi="Gentium Plus"/>
          <w:sz w:val="24"/>
        </w:rPr>
        <w:t>σθαι τοὺς πόρους καὶ πολλοὺς καὶ γλίσχρους εἶναι τοὺς χυ‐ μούς. ἐν δὲ ταῖς τοιαύταις ἐπιπλοκαῖς, εἴ τι μεμνήμεθα τῶν ἐν τοῖς ἔμπροσθεν εἰρημένων, ἄρχεσθαι προσήκει ἀπὸ τῆς φλεβοτομίας, ἐκκενοῦντα τὸ πλῆθος, ἀφικνεῖσθαι δ’ ἐπὶ τῷ λεπτύνειν τοὺς χυμοὺς, εἶθ’ ἑξῆς ἐπὶ τὸ χαλᾷν τὰ πεπιλη‐</w:t>
      </w:r>
    </w:p>
    <w:p>
      <w:r>
        <w:rPr>
          <w:rFonts w:ascii="Courier New" w:hAnsi="Courier New"/>
          <w:color w:val="555555"/>
          <w:sz w:val="20"/>
        </w:rPr>
        <w:t>[15]</w:t>
      </w:r>
    </w:p>
    <w:p>
      <w:r>
        <w:rPr>
          <w:rFonts w:ascii="Gentium Plus" w:hAnsi="Gentium Plus"/>
          <w:sz w:val="24"/>
        </w:rPr>
        <w:t>μένα καὶ ἀραιοῦν τὰ πεπυκνωμένα. ταυτὶ μὲν οὖν ἐκ τῆς νοσώδους διαθέσεως ἐνδεικτικῶς ληπτέον. Ἀπὸ δὲ τῆς δυνάμεως, ἐπειδὴ σιτία</w:t>
      </w:r>
    </w:p>
    <w:p>
      <w:r>
        <w:rPr>
          <w:rFonts w:ascii="Courier New" w:hAnsi="Courier New"/>
          <w:color w:val="555555"/>
          <w:sz w:val="20"/>
        </w:rPr>
        <w:t>[10 . 748]</w:t>
      </w:r>
    </w:p>
    <w:p>
      <w:r>
        <w:rPr>
          <w:rFonts w:ascii="Gentium Plus" w:hAnsi="Gentium Plus"/>
          <w:sz w:val="24"/>
        </w:rPr>
        <w:t>καὶ ποιότητι δεούσῃ προσφερόμενα, καὶ ἦν αὐτῶν τὸ μὲν τοῦ ποσοῦ μέτρον ἀπὸ τῆς οὐσίας τῆς δυνάμεως εὑρισκόμε‐ νον, τὸ δὲ τῆς ποιότητος ἀπὸ τῆς κράσεως, ἐπισκεπτέον ὅπως ἔχουσιν αἱ διοικοῦσαι τὸ σῶμα δυνάμεις. εὐρώστων μὲν</w:t>
      </w:r>
    </w:p>
    <w:p>
      <w:r>
        <w:rPr>
          <w:rFonts w:ascii="Courier New" w:hAnsi="Courier New"/>
          <w:color w:val="555555"/>
          <w:sz w:val="20"/>
        </w:rPr>
        <w:t>[5]</w:t>
      </w:r>
    </w:p>
    <w:p>
      <w:r>
        <w:rPr>
          <w:rFonts w:ascii="Gentium Plus" w:hAnsi="Gentium Plus"/>
          <w:sz w:val="24"/>
        </w:rPr>
        <w:t>γὰρ οὐσῶν θαῤῥῶν χρῶ τοῖς κενωτικοῖς βοηθήμασιν, ἅπερ ἐκ τῆς κατὰ τὴν νόσον ἐλήφθη διαθέσεως· ἀῤῥωστοτέρων δὲ γεγενημένων εὐλαβῶς μεταχειρίζου τὰ κενωτικὰ βοηθήματα. καὶ μὲν δὴ καὶ τὸ τῶν τροφῶν ποσὸν ἐντεῦθέν σοι ληπτέον. ἐῤῥωμένων γὰρ τῶν δυνάμεων κατὰ τὸν ἑαυτῶν λόγον καὶ</w:t>
      </w:r>
    </w:p>
    <w:p>
      <w:r>
        <w:rPr>
          <w:rFonts w:ascii="Courier New" w:hAnsi="Courier New"/>
          <w:color w:val="555555"/>
          <w:sz w:val="20"/>
        </w:rPr>
        <w:t>[10]</w:t>
      </w:r>
    </w:p>
    <w:p>
      <w:r>
        <w:rPr>
          <w:rFonts w:ascii="Gentium Plus" w:hAnsi="Gentium Plus"/>
          <w:sz w:val="24"/>
        </w:rPr>
        <w:t>τῆς ἀκμῆς τοῦ νοσήματος ἐν τάχει προσδοκωμένης ἔξεστι λε‐ πτότατα διαιτᾷν, ἀῤῥωστοτέρων δ’ οὐσῶν οὐκ ἔξεστιν ἄνευ ζημίας μεγάλης· ἀλλὰ χρὴ προστιθέναι τοῖς τρέφουσι τοσοῦ‐ τον ὅσον ἀφῄρηνται τῆς εὐτονίας αἱ δυνάμεις. ἐκ τούτων μὲν τῶν σκοπῶν τὸ ποσὸν τῆς τροφῆς ληπτέον, ἐκ δὲ τῆς</w:t>
      </w:r>
    </w:p>
    <w:p>
      <w:r>
        <w:rPr>
          <w:rFonts w:ascii="Courier New" w:hAnsi="Courier New"/>
          <w:color w:val="555555"/>
          <w:sz w:val="20"/>
        </w:rPr>
        <w:t>[15]</w:t>
      </w:r>
    </w:p>
    <w:p>
      <w:r>
        <w:rPr>
          <w:rFonts w:ascii="Gentium Plus" w:hAnsi="Gentium Plus"/>
          <w:sz w:val="24"/>
        </w:rPr>
        <w:t>διαθέσεως τῆς κατὰ τὴν νόσον ἅμα τῇ κατὰ φύσιν κράσει ἐν τῷ τότε χρόνῳ τῶν στερεῶν σωμάτων τὸ ποιὸν, ἀπὸ μὲν τῆς διαθέσεως, εἰ ἔμφραξις εἴη, τὰς λεπτυνούσας, ἀπὸ δὲ τῆς</w:t>
      </w:r>
    </w:p>
    <w:p>
      <w:r>
        <w:rPr>
          <w:rFonts w:ascii="Courier New" w:hAnsi="Courier New"/>
          <w:color w:val="555555"/>
          <w:sz w:val="20"/>
        </w:rPr>
        <w:t>[10 . 749]</w:t>
      </w:r>
    </w:p>
    <w:p>
      <w:r>
        <w:rPr>
          <w:rFonts w:ascii="Gentium Plus" w:hAnsi="Gentium Plus"/>
          <w:sz w:val="24"/>
        </w:rPr>
        <w:t>τούτων διώρισται πρόσθεν. ὁ δὲ καιρὸς τῆς τροφῆς ἐπὶ μὲν τῶν ἄλλων ἁπάντων πυρετῶν, ὅσοι σήψεσιν ἕπονται, προϊόν‐ τος εἰρήσεται τοῦ λόγου· τοῖς δ’ ἕνα μόνον ἀπ’ ἀρχῆς ἄχρι τέλους ἔχουσι παροξυσμὸν, ὑπὲρ τούτων γὰρ ἡμῖν ὁ ἐνεστὼς</w:t>
      </w:r>
    </w:p>
    <w:p>
      <w:r>
        <w:rPr>
          <w:rFonts w:ascii="Courier New" w:hAnsi="Courier New"/>
          <w:color w:val="555555"/>
          <w:sz w:val="20"/>
        </w:rPr>
        <w:t>[5]</w:t>
      </w:r>
    </w:p>
    <w:p>
      <w:r>
        <w:rPr>
          <w:rFonts w:ascii="Gentium Plus" w:hAnsi="Gentium Plus"/>
          <w:sz w:val="24"/>
        </w:rPr>
        <w:t>λόγος, ἥ τ’ εὐφορία καὶ τὸ ἔθος οἱ σκοποί· τηνικαῦτα γὰρ ἂν αὐτοῖς δοτέον ὅταν εὐφορώτατοι σφῶν αὐτῶν ὑπάρχωσι, καὶ μάλιστα κατ’ ἐκεῖνον τὸν καιρὸν τῆς ἡμέρας ἐν ᾧ καὶ πρόσθεν ὑγιαίνοντες ἔθος εἶχον σιτεῖσθαι· μάλιστα γὰρ ἂν εὐφόρως ἐνέγκαιεν τὰ σιτία κατὰ τούτους τοὺς σκοποὺς λα‐</w:t>
      </w:r>
    </w:p>
    <w:p>
      <w:r>
        <w:rPr>
          <w:rFonts w:ascii="Courier New" w:hAnsi="Courier New"/>
          <w:color w:val="555555"/>
          <w:sz w:val="20"/>
        </w:rPr>
        <w:t>[10]</w:t>
      </w:r>
    </w:p>
    <w:p>
      <w:r>
        <w:rPr>
          <w:rFonts w:ascii="Gentium Plus" w:hAnsi="Gentium Plus"/>
          <w:sz w:val="24"/>
        </w:rPr>
        <w:t>βόντες. ὅτι δὲ καὶ τὸ ψυχρὸν τοῖς οὕτω νοσοῦσι δοτέον, ὅταν ἤδη πέττωνται μὲν οἱ χυμοὶ, τὸ δὲ πάχος αὐτῶν ᾖ προλελε‐ πτυσμένον, ἐκ τῶν ἐν τοῖς ἔμπροσθεν εἰρημένων εὔδηλον. Ἐπαμφοτερίζοντος γὰρ τοῦ τοιούτου πυ‐ ρετοῦ τοῖς τ’ ἐπὶ σήψει χυμῶν ἐν περιόδοις τισὶ παροξυνο‐</w:t>
      </w:r>
    </w:p>
    <w:p>
      <w:r>
        <w:rPr>
          <w:rFonts w:ascii="Courier New" w:hAnsi="Courier New"/>
          <w:color w:val="555555"/>
          <w:sz w:val="20"/>
        </w:rPr>
        <w:t>[15]</w:t>
      </w:r>
    </w:p>
    <w:p>
      <w:r>
        <w:rPr>
          <w:rFonts w:ascii="Gentium Plus" w:hAnsi="Gentium Plus"/>
          <w:sz w:val="24"/>
        </w:rPr>
        <w:t>μένοις καὶ τοῖς ἐφημέροις ὀνομαζομένοις, ἐν ἑκατέρῳ τῷ γένει προσηκόντως ἐμνημονεύσαμεν τούτων, ἕνα μὲν ἐχόν‐</w:t>
      </w:r>
    </w:p>
    <w:p>
      <w:r>
        <w:rPr>
          <w:rFonts w:ascii="Courier New" w:hAnsi="Courier New"/>
          <w:color w:val="555555"/>
          <w:sz w:val="20"/>
        </w:rPr>
        <w:t>[10 . 750]</w:t>
      </w:r>
    </w:p>
    <w:p>
      <w:r>
        <w:rPr>
          <w:rFonts w:ascii="Gentium Plus" w:hAnsi="Gentium Plus"/>
          <w:sz w:val="24"/>
        </w:rPr>
        <w:t>καὶ ἤδη πολυημέρων πως ὄντων. ὥσθ’ ἓν μὲν ἕξουσι κοινὸν πρὸς τοὺς ἐφημέρους, δύο δὲ πρὸς τοὺς ἐπὶ σήψει πολυη‐ μέρους. τὸ δ’ ἕτερον γένος τῶν συνόχων δύο μὲν ἔχει κοινὰ πρὸς τοὺς ἐφημέρους, τό τε χωρὶς σήψεως γίγνεσθαι</w:t>
      </w:r>
    </w:p>
    <w:p>
      <w:r>
        <w:rPr>
          <w:rFonts w:ascii="Courier New" w:hAnsi="Courier New"/>
          <w:color w:val="555555"/>
          <w:sz w:val="20"/>
        </w:rPr>
        <w:t>[5]</w:t>
      </w:r>
    </w:p>
    <w:p>
      <w:r>
        <w:rPr>
          <w:rFonts w:ascii="Gentium Plus" w:hAnsi="Gentium Plus"/>
          <w:sz w:val="24"/>
        </w:rPr>
        <w:t>καὶ χωρὶς περιόδου· τὸ τρίτον δ’ οὐ κοινὸν, εἰς γὰρ τὴν πέμπτην ἡμέραν ἐκτείνεται πολλάκις. ἡ μὲν οὖν τῶνδε τῶν πυρετῶν θεραπεία γέγραπται πρόσθεν, ἡ δὲ τῶν ἐπὶ σή‐ ψει συνόχων ἑκατέρῳ τῷ γένει κοινωνοῦσα καὶ ἡμᾶς ἠνάγκασεν ἐν ἀμφοτέροις τοῖς λόγοις ὑπὲρ αὐτῆς διελ‐</w:t>
      </w:r>
    </w:p>
    <w:p>
      <w:r>
        <w:rPr>
          <w:rFonts w:ascii="Courier New" w:hAnsi="Courier New"/>
          <w:color w:val="555555"/>
          <w:sz w:val="20"/>
        </w:rPr>
        <w:t>[10]</w:t>
      </w:r>
    </w:p>
    <w:p>
      <w:r>
        <w:rPr>
          <w:rFonts w:ascii="Gentium Plus" w:hAnsi="Gentium Plus"/>
          <w:sz w:val="24"/>
        </w:rPr>
        <w:t>θεῖν. ἀλλ’ ἡ μὲν οὐσία καὶ ἡ σύμπασα φύσις αὐτῶν ἐκ τοῦ γένους ἐστὶ τοῦ νῦν ἡμῖν προκειμένου. καθ’ ἓν δέ τι τῶν συμβεβηκότων αὐτοῖς ἐκοινώνησαν τοῖς ἐφημέ‐ ροις, ὅπερ ἦν εἷς ὁ σύμπας παροξυσμὸς ὅλης τῆς νόσου. χρὴ τοίνυν καὶ τὰ τῆς ἰάσεως αὐτοῖς καθ’ ἓν μὲν τοῦτο</w:t>
      </w:r>
    </w:p>
    <w:p>
      <w:r>
        <w:rPr>
          <w:rFonts w:ascii="Courier New" w:hAnsi="Courier New"/>
          <w:color w:val="555555"/>
          <w:sz w:val="20"/>
        </w:rPr>
        <w:t>[15]</w:t>
      </w:r>
    </w:p>
    <w:p>
      <w:r>
        <w:rPr>
          <w:rFonts w:ascii="Gentium Plus" w:hAnsi="Gentium Plus"/>
          <w:sz w:val="24"/>
        </w:rPr>
        <w:t>μόνον εἰς κοινωνίαν ἥκειν τοῖς ἐφημέροις, κατὰ δὲ τἄλλα σύμπαντα διχῇ τμηθῆναι, καὶ τοὺς μέν τινας σκοποὺς θε‐ ραπευτικοὺς ἐκ τοῦ γένους τῶν ἐπὶ σήψει λαβεῖν, τοὺς δέ</w:t>
      </w:r>
    </w:p>
    <w:p>
      <w:r>
        <w:rPr>
          <w:rFonts w:ascii="Courier New" w:hAnsi="Courier New"/>
          <w:color w:val="555555"/>
          <w:sz w:val="20"/>
        </w:rPr>
        <w:t>[10 . 751]</w:t>
      </w:r>
    </w:p>
    <w:p>
      <w:r>
        <w:rPr>
          <w:rFonts w:ascii="Gentium Plus" w:hAnsi="Gentium Plus"/>
          <w:sz w:val="24"/>
        </w:rPr>
        <w:t>διαφορὰς τῶν ἐπὶ σήψει χυμῶν ἰᾶσθαι προσήκει, καθάπερ ἤδη πολλάκις ἔμπροσθεν εἴρηται, τὴν ἔνδειξιν ἀπό τε τοῦ κοινοῦ γένους αὐτῶν λαμβάνοντας καὶ τῆς καθ’ ἕκαστον ἰδίας διαφορᾶς.</w:t>
      </w:r>
    </w:p>
    <w:p>
      <w:r>
        <w:rPr>
          <w:rFonts w:ascii="Courier New" w:hAnsi="Courier New"/>
          <w:color w:val="555555"/>
          <w:sz w:val="20"/>
        </w:rPr>
        <w:t>[5]</w:t>
      </w:r>
    </w:p>
    <w:p>
      <w:r>
        <w:rPr>
          <w:rFonts w:ascii="Gentium Plus" w:hAnsi="Gentium Plus"/>
          <w:sz w:val="24"/>
        </w:rPr>
        <w:t>Ἀναλαβόντες οὖν αὖ εἴπωμεν ὁπόσαι μέν εἰσιν αἱ πᾶσαι διαφοραὶ τῶν ἐπὶ σηπεδόνι χυμῶν ἀναπτο‐ μένων πυρετῶν, τίς δ’ ἡ κοινὴ τοῦ γένους αὐτῶν ἔνδειξις τῶν ἰασομένων βοηθημάτων, εἶθ’ ἑξῆς ὁποία τις ἡ καθ’ ἕκαστον ἰδία. χρὴ γὰρ δήπου τό τε κοινὸν αὐτοῖς ἅπασι κοι‐</w:t>
      </w:r>
    </w:p>
    <w:p>
      <w:r>
        <w:rPr>
          <w:rFonts w:ascii="Courier New" w:hAnsi="Courier New"/>
          <w:color w:val="555555"/>
          <w:sz w:val="20"/>
        </w:rPr>
        <w:t>[10]</w:t>
      </w:r>
    </w:p>
    <w:p>
      <w:r>
        <w:rPr>
          <w:rFonts w:ascii="Gentium Plus" w:hAnsi="Gentium Plus"/>
          <w:sz w:val="24"/>
        </w:rPr>
        <w:t>νὴν καὶ τὴν ἔνδειξιν ἔχειν, τό τ’ ἐν ἑκάστῳ διάφορον εἰς ὅσον ἀποκεχώρηκε τῶν ὁμογενῶν, εἰς τοσοῦτον καὶ τὴν ἔνδειξιν ἀφωρισμένην ἐκείνων ἔχειν. εἰσὶ δὲ τῶν ἐπὶ σήψει χυμῶν αἱ διαφοραὶ αἵδε. μία μὲν ἐκ τοῦ παρεῖναι τὰς αἰτίας αὐτοῖς τῆς σηπεδόνος, ἢ μὴ παρεῖναι, δευτέρα δὲ</w:t>
      </w:r>
    </w:p>
    <w:p>
      <w:r>
        <w:rPr>
          <w:rFonts w:ascii="Courier New" w:hAnsi="Courier New"/>
          <w:color w:val="555555"/>
          <w:sz w:val="20"/>
        </w:rPr>
        <w:t>[15]</w:t>
      </w:r>
    </w:p>
    <w:p>
      <w:r>
        <w:rPr>
          <w:rFonts w:ascii="Gentium Plus" w:hAnsi="Gentium Plus"/>
          <w:sz w:val="24"/>
        </w:rPr>
        <w:t>ἐκ τοῦ καθ’ ὅλον τὸ ζῶον ἢ κατὰ μέρος ὑπάρχειν τὴν</w:t>
      </w:r>
    </w:p>
    <w:p>
      <w:r>
        <w:rPr>
          <w:rFonts w:ascii="Courier New" w:hAnsi="Courier New"/>
          <w:color w:val="555555"/>
          <w:sz w:val="20"/>
        </w:rPr>
        <w:t>[10 . 752]</w:t>
      </w:r>
    </w:p>
    <w:p>
      <w:r>
        <w:rPr>
          <w:rFonts w:ascii="Gentium Plus" w:hAnsi="Gentium Plus"/>
          <w:sz w:val="24"/>
        </w:rPr>
        <w:t>ἢ χωρὶς ταύτης εἴη. ἐπισκεπτέον οὖν ἡμῖν ἐστι τί μὲν ἔχει κοινὸν ἡ ἀπὸ τῆς αἰτίας ἔνδειξις ὑπαρχούσης ἔτι, τί δ’ ἡ τῆς σηπεδόνος αὐτῆς· κᾄπειθ’ ἑξῆς τί μὲν ἡ καθ’ ὅλον τὸ ζῶον ἢ τά γε κυριώτατα τῶν ἀγγείων αὐτοῦ· τί</w:t>
      </w:r>
    </w:p>
    <w:p>
      <w:r>
        <w:rPr>
          <w:rFonts w:ascii="Courier New" w:hAnsi="Courier New"/>
          <w:color w:val="555555"/>
          <w:sz w:val="20"/>
        </w:rPr>
        <w:t>[5]</w:t>
      </w:r>
    </w:p>
    <w:p>
      <w:r>
        <w:rPr>
          <w:rFonts w:ascii="Gentium Plus" w:hAnsi="Gentium Plus"/>
          <w:sz w:val="24"/>
        </w:rPr>
        <w:t>δὲ ἡ καθ’ ἕν τι μόριον, ἔπειθ’ ἑξῆς τῶν καθ’ ἕν τι μο‐ ρίων τὰς διαφοράς. ἄλλην μὲν γὰρ εἰκὸς ἔνδειξιν εἶναι τὴν μετὰ φλεγμονῆς, ἑτέραν δὲ τὴν χωρὶς ταύτης. ἐν αὐ‐ ταῖς δὲ ταύταις πάλιν ἑτέραν μὲν ἔτι παρούσης τῆς ποι‐ ούσης αἰτίας, ἑτέραν δ’ οἰχομένης αὐτῆς. εἶθ’ ἑξῆς τὰς</w:t>
      </w:r>
    </w:p>
    <w:p>
      <w:r>
        <w:rPr>
          <w:rFonts w:ascii="Courier New" w:hAnsi="Courier New"/>
          <w:color w:val="555555"/>
          <w:sz w:val="20"/>
        </w:rPr>
        <w:t>[10]</w:t>
      </w:r>
    </w:p>
    <w:p>
      <w:r>
        <w:rPr>
          <w:rFonts w:ascii="Gentium Plus" w:hAnsi="Gentium Plus"/>
          <w:sz w:val="24"/>
        </w:rPr>
        <w:t>καθ’ ἑκάστην αἰτίαν ἔτι παροῦσαν διαφορὰς, ἐπὶ πάντων τῶν εἰρημένων κατὰ τὴν τομὴν εἰδῶν· ἐνταῦθα γὰρ ἡμῖν ἀναγκαῖόν ἐστιν εἰς τὰς ἀπὸ τῶν θεραπευομένων διαθέ‐ σεων ἐνδείξεις τελευτῆσαι. μετὰ δὲ ταύτας δηλονότι τὰς ἀπὸ τῶν θεραπευσομένων μορίων ἐνδείξεις ληψόμεθα κατὰ</w:t>
      </w:r>
    </w:p>
    <w:p>
      <w:r>
        <w:rPr>
          <w:rFonts w:ascii="Courier New" w:hAnsi="Courier New"/>
          <w:color w:val="555555"/>
          <w:sz w:val="20"/>
        </w:rPr>
        <w:t>[15]</w:t>
      </w:r>
    </w:p>
    <w:p>
      <w:r>
        <w:rPr>
          <w:rFonts w:ascii="Gentium Plus" w:hAnsi="Gentium Plus"/>
          <w:sz w:val="24"/>
        </w:rPr>
        <w:t>τὴν προειρημένην μέθοδον· αἷς προσθέντες τὰς ἀπὸ τῆς δυνάμεως τελείαν ἕξομεν ἤδη τὴν μέθοδον τῆς ἁπάντων</w:t>
      </w:r>
    </w:p>
    <w:p>
      <w:r>
        <w:rPr>
          <w:rFonts w:ascii="Courier New" w:hAnsi="Courier New"/>
          <w:color w:val="555555"/>
          <w:sz w:val="20"/>
        </w:rPr>
        <w:t>[10 . 753]</w:t>
      </w:r>
    </w:p>
    <w:p>
      <w:r>
        <w:rPr>
          <w:rFonts w:ascii="Gentium Plus" w:hAnsi="Gentium Plus"/>
          <w:sz w:val="24"/>
        </w:rPr>
        <w:t>Ἀρξώμεθα οὖν ἀπὸ τοῦ πρώτου σκοποῦ κατὰ τὴν διαίρεσιν, ὅπερ ἦν ἡ σηπεδὼν τῶν χυμῶν, καὶ σκεψώμεθα τίσιν ἄν τις προσέχων σκοποῖς καὶ τίσιν ἐνδεί‐ ξεσι χρώμενος ἐξεύροι τὴν θεραπείαν αὐτῆς. ἀρχὴ δ’ εἰς</w:t>
      </w:r>
    </w:p>
    <w:p>
      <w:r>
        <w:rPr>
          <w:rFonts w:ascii="Courier New" w:hAnsi="Courier New"/>
          <w:color w:val="555555"/>
          <w:sz w:val="20"/>
        </w:rPr>
        <w:t>[5]</w:t>
      </w:r>
    </w:p>
    <w:p>
      <w:r>
        <w:rPr>
          <w:rFonts w:ascii="Gentium Plus" w:hAnsi="Gentium Plus"/>
          <w:sz w:val="24"/>
        </w:rPr>
        <w:t>τὴν εὕρεσιν ἡ φύσις ἔσται τοῦ πράγματος ὑπὲρ οὗ σκο‐ πούμεθα· καὶ γὰρ καὶ τοῦτο ἐμάθομεν ἐν ταῖς ἀποδεικτι‐ καῖς μεθόδοις. τίς οὖν ἡ φύσις τῆς σηπεδόνος ἐστίν; ἡ μεταβολὴ τῆς ὅλης τοῦ σώματος σηπομένης οὐσίας ἐπὶ φθορὰν, ὑπὸ τῆς ἔξωθεν θερμασίας. οὐ γὰρ δὴ ὑπό γε τῆς</w:t>
      </w:r>
    </w:p>
    <w:p>
      <w:r>
        <w:rPr>
          <w:rFonts w:ascii="Courier New" w:hAnsi="Courier New"/>
          <w:color w:val="555555"/>
          <w:sz w:val="20"/>
        </w:rPr>
        <w:t>[10]</w:t>
      </w:r>
    </w:p>
    <w:p>
      <w:r>
        <w:rPr>
          <w:rFonts w:ascii="Gentium Plus" w:hAnsi="Gentium Plus"/>
          <w:sz w:val="24"/>
        </w:rPr>
        <w:t>οἰκείας τι φθείρεται, τοὐναντίον δ’ ἅπαν αὐξάνεταί τε καὶ ῥώννυται καὶ ὑγιαίνει καὶ ζῇ τῶν ὄντων ἕκαστον, ὑπὸ τῆς οἰκείας θερμασίας διοικούμενον· ὥσπερ ἀμέλει καὶ αὐτὰ τὰ τῶν ζώων σώματα καίτοι τὸ πλεῖστον τῆς ἑαυτῶν οὐσίας ὑγρὸν καὶ θερμὸν ἔχοντα, διαρκεῖ πάμπολυν ἐτῶν ἀριθμὸν</w:t>
      </w:r>
    </w:p>
    <w:p>
      <w:r>
        <w:rPr>
          <w:rFonts w:ascii="Courier New" w:hAnsi="Courier New"/>
          <w:color w:val="555555"/>
          <w:sz w:val="20"/>
        </w:rPr>
        <w:t>[15]</w:t>
      </w:r>
    </w:p>
    <w:p>
      <w:r>
        <w:rPr>
          <w:rFonts w:ascii="Gentium Plus" w:hAnsi="Gentium Plus"/>
          <w:sz w:val="24"/>
        </w:rPr>
        <w:t>ἄσηπτά τε καὶ ὑγιῆ καὶ ζῶντα φυλαττομένης αὐτῶν, ὡς ἐπιδέδεικται, τῆς οἰκείας θερμασίας, ἐν μὲν τῷ τῆς καρδίας σώματι διὰ τῆς ἀναπνοῆς, ἐν ἅπασι δὲ τοῖς ἄλλοις μέρεσι</w:t>
      </w:r>
    </w:p>
    <w:p>
      <w:r>
        <w:rPr>
          <w:rFonts w:ascii="Courier New" w:hAnsi="Courier New"/>
          <w:color w:val="555555"/>
          <w:sz w:val="20"/>
        </w:rPr>
        <w:t>[10 . 754]</w:t>
      </w:r>
    </w:p>
    <w:p>
      <w:r>
        <w:rPr>
          <w:rFonts w:ascii="Gentium Plus" w:hAnsi="Gentium Plus"/>
          <w:sz w:val="24"/>
        </w:rPr>
        <w:t>εἴδους ἀναπνοῆς, ὃ καθ’ ὅλον τὸ δέρμα γιγνόμενον ὠνό‐ μασται διαπνοή. τῇ δὲ τούτων βλάβῃ συγκακοῦται μὲν τὸ κατὰ φύσιν θερμόν· ὀθνεῖον δέ τι καὶ παρὰ φύσιν ἕτερον ἐγγινόμενον τοῖς σώμασι τοὺς μὲν χυμοὺς πρώτους δι’ ὑγρό‐</w:t>
      </w:r>
    </w:p>
    <w:p>
      <w:r>
        <w:rPr>
          <w:rFonts w:ascii="Courier New" w:hAnsi="Courier New"/>
          <w:color w:val="555555"/>
          <w:sz w:val="20"/>
        </w:rPr>
        <w:t>[5]</w:t>
      </w:r>
    </w:p>
    <w:p>
      <w:r>
        <w:rPr>
          <w:rFonts w:ascii="Gentium Plus" w:hAnsi="Gentium Plus"/>
          <w:sz w:val="24"/>
        </w:rPr>
        <w:t>τητα σήπει τε καὶ διαφθείρει, τῷ χρόνῳ δὲ καὶ τῆς πιμελῆς ἅπτεται καὶ τῆς σαρκός. ὥσπερ οὖν ὅσα τῶν μὴ ζώντων σωμάτων σήπεται, πρῶτον μὲν ἀποφράττουσιν αὐτῶν ὅσον ἤδη σέσηπται, εἶθ’ ἑξῆς τὸ λοιπὸν αἰωρήσαντες ἐν ἀέρι ψυ‐ χρῷ διαπνοὰς εὐψυχεῖς μηχανῶνται, κατὰ τὸν αὐτὸν τρό‐</w:t>
      </w:r>
    </w:p>
    <w:p>
      <w:r>
        <w:rPr>
          <w:rFonts w:ascii="Courier New" w:hAnsi="Courier New"/>
          <w:color w:val="555555"/>
          <w:sz w:val="20"/>
        </w:rPr>
        <w:t>[10]</w:t>
      </w:r>
    </w:p>
    <w:p>
      <w:r>
        <w:rPr>
          <w:rFonts w:ascii="Gentium Plus" w:hAnsi="Gentium Plus"/>
          <w:sz w:val="24"/>
        </w:rPr>
        <w:t>πον ἰασόμεθα τὴν ἐν τοῖς ζώοις σηπεδόνα, τὸ μὲν ἤδη διεφθαρμένον ἐκκενοῦντες ἅπαντι τρόπῳ, τὸ δὲ ὑπόλοι‐ πον αἰωρήσεσι μετρίαις καὶ διαπνοαῖς εὐψυχέσιν εἰς τὴν ἀκριβῆ συμμετρίαν ἐπαναγαγόντες. ἡ μὲν δὴ κένωσις αὐτῶν δι’ οὔρων τε καὶ διαχωρημάτων ἐμέτων τε καὶ ἱδρώτων</w:t>
      </w:r>
    </w:p>
    <w:p>
      <w:r>
        <w:rPr>
          <w:rFonts w:ascii="Courier New" w:hAnsi="Courier New"/>
          <w:color w:val="555555"/>
          <w:sz w:val="20"/>
        </w:rPr>
        <w:t>[15]</w:t>
      </w:r>
    </w:p>
    <w:p>
      <w:r>
        <w:rPr>
          <w:rFonts w:ascii="Gentium Plus" w:hAnsi="Gentium Plus"/>
          <w:sz w:val="24"/>
        </w:rPr>
        <w:t>ἔσται· μετὰ δὲ ταῦτα κινήσεις μετρίας ἅμα τῇ τοῦ πε‐ ριέχοντος εὐκρασίᾳ προσάξομεν. ὅπως δ’ ἄν τις ἕκαστον τούτων ὀρθῶς μεταχειρίζοιτο, μικρὸν ὕστερον ἐπισκεψόμεθα.</w:t>
      </w:r>
    </w:p>
    <w:p>
      <w:r>
        <w:rPr>
          <w:rFonts w:ascii="Courier New" w:hAnsi="Courier New"/>
          <w:color w:val="555555"/>
          <w:sz w:val="20"/>
        </w:rPr>
        <w:t>[10 . 755]</w:t>
      </w:r>
    </w:p>
    <w:p>
      <w:r>
        <w:rPr>
          <w:rFonts w:ascii="Gentium Plus" w:hAnsi="Gentium Plus"/>
          <w:sz w:val="24"/>
        </w:rPr>
        <w:t>ὡς ἄν τις κάλλιστα τῆς ποιούσης αἰτίας τὴν σῆψιν ἔτι μενού‐ σης ἐξεύροι τὴν ἴασιν. ἔστι δ’ οὐδ’ ἐνταῦθα χαλεπὸν οὐδὲν ἐξευρεῖν, ὅτι διὰ τῶν ἐναντίων ἀναιρουμένης αὐτῆς. ἐπεὶ τοίνυν ἡ κώλυσις τῆς διαπνοῆς εἰργάζετο τὴν σῆψιν, ἀναι‐</w:t>
      </w:r>
    </w:p>
    <w:p>
      <w:r>
        <w:rPr>
          <w:rFonts w:ascii="Courier New" w:hAnsi="Courier New"/>
          <w:color w:val="555555"/>
          <w:sz w:val="20"/>
        </w:rPr>
        <w:t>[5]</w:t>
      </w:r>
    </w:p>
    <w:p>
      <w:r>
        <w:rPr>
          <w:rFonts w:ascii="Gentium Plus" w:hAnsi="Gentium Plus"/>
          <w:sz w:val="24"/>
        </w:rPr>
        <w:t>ρετέον αὐτήν. ἀλλ’ ἐπεὶ πολυειδῶς ἐγίγνετο καὶ πυκνουμένων τῶν πόρων καὶ πιλουμένων τῶν σωμάτων καὶ διὰ πλῆθος καὶ πάχος καὶ γλισχρότητα τῶν χυμῶν ἐμφραττομένων, ἑκά‐ στην τῶν εἰρημένων διαθέσεων ἰᾶσθαι χρὴ διὰ τῶν ἐναν‐ τίων· τὴν μὲν πύκνωσιν τοῖς ἀραιοῦσι, τὴν δὲ πίλησιν τοῖς</w:t>
      </w:r>
    </w:p>
    <w:p>
      <w:r>
        <w:rPr>
          <w:rFonts w:ascii="Courier New" w:hAnsi="Courier New"/>
          <w:color w:val="555555"/>
          <w:sz w:val="20"/>
        </w:rPr>
        <w:t>[10]</w:t>
      </w:r>
    </w:p>
    <w:p>
      <w:r>
        <w:rPr>
          <w:rFonts w:ascii="Gentium Plus" w:hAnsi="Gentium Plus"/>
          <w:sz w:val="24"/>
        </w:rPr>
        <w:t>χέουσι, τὸ δὲ πλῆθος τοῖς κενοῦσι, καὶ τὸ πάχος τοῖς τέμνουσι, καὶ τὴν γλισχρότητα τοῖς ῥύπτουσιν. καὶ εἰ μὲν καθ’ ὅλον εἴη τὸ σῶμα τῶν εἰρημένων ἕκαστον, ὅλῳ τῷ σώ‐ ματι διὰ τῶν ἐναντίων τιμωροῦντες· καθ’ ἓν δέ τι τῶν μο‐ ρίων ὑπαρχούσης τῆς σηπεδόνος, ἐν ἐκείνῳ τὰ εἰρημένα</w:t>
      </w:r>
    </w:p>
    <w:p>
      <w:r>
        <w:rPr>
          <w:rFonts w:ascii="Courier New" w:hAnsi="Courier New"/>
          <w:color w:val="555555"/>
          <w:sz w:val="20"/>
        </w:rPr>
        <w:t>[15]</w:t>
      </w:r>
    </w:p>
    <w:p>
      <w:r>
        <w:rPr>
          <w:rFonts w:ascii="Gentium Plus" w:hAnsi="Gentium Plus"/>
          <w:sz w:val="24"/>
        </w:rPr>
        <w:t>μηχανώμεθα. οὐ τῶν αὐτῶν δὲ δηλονότι δεήσεται πάντα κενώσεως φαρμάκων, ὡς ἂν καὶ ταῖς κράσεσι καὶ ταῖς θέσεσι καὶ ταῖς διαπλάσεσι καὶ τῇ συμπάσῃ κατασκευῇ καὶ φύσει</w:t>
      </w:r>
    </w:p>
    <w:p>
      <w:r>
        <w:rPr>
          <w:rFonts w:ascii="Courier New" w:hAnsi="Courier New"/>
          <w:color w:val="555555"/>
          <w:sz w:val="20"/>
        </w:rPr>
        <w:t>[10 . 756]</w:t>
      </w:r>
    </w:p>
    <w:p>
      <w:r>
        <w:rPr>
          <w:rFonts w:ascii="Gentium Plus" w:hAnsi="Gentium Plus"/>
          <w:sz w:val="24"/>
        </w:rPr>
        <w:t>Ὅπως οὖν χρὴ βοηθεῖν ἑκάστῳ μετὰ ταῦτα σκεψόμεθα κατὰ τὴν οἰκείαν τοῦ λόγου τάξιν· ἧς τὴν ἀρχὴν ἀπὸ τῆς ἐν ὅλῳ τῷ σώματι σηπεδόνος ποιησόμεθα, γεννώσης καὶ αὐτῆς τοὺς συνόχους ὀνομαζομένους πυ‐</w:t>
      </w:r>
    </w:p>
    <w:p>
      <w:r>
        <w:rPr>
          <w:rFonts w:ascii="Courier New" w:hAnsi="Courier New"/>
          <w:color w:val="555555"/>
          <w:sz w:val="20"/>
        </w:rPr>
        <w:t>[5]</w:t>
      </w:r>
    </w:p>
    <w:p>
      <w:r>
        <w:rPr>
          <w:rFonts w:ascii="Gentium Plus" w:hAnsi="Gentium Plus"/>
          <w:sz w:val="24"/>
        </w:rPr>
        <w:t>ρετούς. ἐκκαθαίρειν οὖν χρὴ τὰ σεσηπότα τῶν οὕτω καμνόν‐ των σωμάτων δι’ οὔρων τε καὶ γαστρὸς καὶ ἱδρώτων· εἰ δ’ αὐτόματόν ποτε τὴν ὁρμὴν ἐπὶ τὸ στόμα τῆς γαστρὸς ποιή‐ σαιτο, καὶ δι’ ἐμέτων· ἄλλως δὲ οὐ χρὴ παρὰ φύσιν ἐρεθί‐ ζειν αὐτά. ἔστι μὲν οὐκ ὀλίγη τις ὕλη τῶν τὰς εἰρημένας</w:t>
      </w:r>
    </w:p>
    <w:p>
      <w:r>
        <w:rPr>
          <w:rFonts w:ascii="Courier New" w:hAnsi="Courier New"/>
          <w:color w:val="555555"/>
          <w:sz w:val="20"/>
        </w:rPr>
        <w:t>[10]</w:t>
      </w:r>
    </w:p>
    <w:p>
      <w:r>
        <w:rPr>
          <w:rFonts w:ascii="Gentium Plus" w:hAnsi="Gentium Plus"/>
          <w:sz w:val="24"/>
        </w:rPr>
        <w:t>ἐκκρίσεις προτρεπόντων, ἀλλ’ εἰ πλείους αὐτῶν θερμαὶ καὶ ξηραὶ ταῖς δυνάμεσιν οὖσαι τὸν πυρετὸν ἐπαύξονται. ἐκλε‐ κτέον οὖν τῷ ἰατρῷ ὅσα χωρὶς τοῦ θερμαίνειν καὶ ξηραίνειν ἱκανῶς τὰς εἰρημένας κενώσεις ἐργάζονται, καθάπερ ὅ τε τῆς πτισάνης χυλὸς καὶ τὸ μελίκρατον ὀξύμελί τε καὶ ἀπόμελι</w:t>
      </w:r>
    </w:p>
    <w:p>
      <w:r>
        <w:rPr>
          <w:rFonts w:ascii="Courier New" w:hAnsi="Courier New"/>
          <w:color w:val="555555"/>
          <w:sz w:val="20"/>
        </w:rPr>
        <w:t>[15]</w:t>
      </w:r>
    </w:p>
    <w:p>
      <w:r>
        <w:rPr>
          <w:rFonts w:ascii="Gentium Plus" w:hAnsi="Gentium Plus"/>
          <w:sz w:val="24"/>
        </w:rPr>
        <w:t>καὶ ἡ τοῦ σελίνου ῥίζα κατὰ τὸ πινόμενον ὕδωρ ἑψομένη. αὐτὰ δὲ ταῦτα καὶ κατὰ κοιλίαν ἀγαθά· μὴ διαχωρούσης δὲ</w:t>
      </w:r>
    </w:p>
    <w:p>
      <w:r>
        <w:rPr>
          <w:rFonts w:ascii="Courier New" w:hAnsi="Courier New"/>
          <w:color w:val="555555"/>
          <w:sz w:val="20"/>
        </w:rPr>
        <w:t>[10 . 757]</w:t>
      </w:r>
    </w:p>
    <w:p>
      <w:r>
        <w:rPr>
          <w:rFonts w:ascii="Gentium Plus" w:hAnsi="Gentium Plus"/>
          <w:sz w:val="24"/>
        </w:rPr>
        <w:t>σῶμα πρὶν μὲν κενῶσαι, μανοῦν οὐ χρή· κενώσαντα δ’ ἐγ‐ χωρεῖ μανοῦν φαρμάκῳ χλιαρὰν ἔχοντι τὴν θερμασίαν, ὁποῖόν ἐστι τὸ διὰ τοῦ χαμαιμήλου. ἐν τούτῳ τῷ καιρῷ καὶ οἶνος ὑδατώδης πινόμενος ἁπάσας κινεῖ τὰς ἐκκρίσεις καὶ</w:t>
      </w:r>
    </w:p>
    <w:p>
      <w:r>
        <w:rPr>
          <w:rFonts w:ascii="Courier New" w:hAnsi="Courier New"/>
          <w:color w:val="555555"/>
          <w:sz w:val="20"/>
        </w:rPr>
        <w:t>[5]</w:t>
      </w:r>
    </w:p>
    <w:p>
      <w:r>
        <w:rPr>
          <w:rFonts w:ascii="Gentium Plus" w:hAnsi="Gentium Plus"/>
          <w:sz w:val="24"/>
        </w:rPr>
        <w:t>λουτρὸν εὔκρατον ἐκ γλυκέος ὕδατος. εἰ δὲ καὶ μὴ προσ‐ κέοιτό ποτε κατὰ τὴν λέξιν τὸ γλυκὺ, προσυπακούειν χρὴ γινώσκοντας ὅτι περὶ τοῦ τοιούτου λουτροῦ διὰ παντὸς ὁ λόγος ἡμῖν ἐπὶ τῶν πυρεττόντων ἐστὶν, οὐκ ἀσφαλτώδους ἢ θειώδους, ἢ στυπτηριώδους, ἢ χαλκανθώδους, ἢ ἁλμώ‐</w:t>
      </w:r>
    </w:p>
    <w:p>
      <w:r>
        <w:rPr>
          <w:rFonts w:ascii="Courier New" w:hAnsi="Courier New"/>
          <w:color w:val="555555"/>
          <w:sz w:val="20"/>
        </w:rPr>
        <w:t>[10]</w:t>
      </w:r>
    </w:p>
    <w:p>
      <w:r>
        <w:rPr>
          <w:rFonts w:ascii="Gentium Plus" w:hAnsi="Gentium Plus"/>
          <w:sz w:val="24"/>
        </w:rPr>
        <w:t>δους ἢ θαλάττης αὐτῆς. ἀλλ’ ὅταν ἀνθίσταται τὸ μέγεθος τοῦ πυρετοῦ, καθάπερ ἐπὶ τῶν συνόχων, οὔτ’ οἴνῳ χρη‐ στέον οὔτε λουτρῷ οὔτε ἀλείμμασιν ἀραιωτικοῖς· ἀλλὰ τὸ ψυχρὸν ὕδωρ ἐν τούτοις τοῖς πυρετοῖς πινόμενον, ὡς ἔμ‐ προσθεν εἴπομεν, ἐπιτηδειότατον, εἰ μὴ καὶ τοῦτο κωλύει</w:t>
      </w:r>
    </w:p>
    <w:p>
      <w:r>
        <w:rPr>
          <w:rFonts w:ascii="Courier New" w:hAnsi="Courier New"/>
          <w:color w:val="555555"/>
          <w:sz w:val="20"/>
        </w:rPr>
        <w:t>[15]</w:t>
      </w:r>
    </w:p>
    <w:p>
      <w:r>
        <w:rPr>
          <w:rFonts w:ascii="Gentium Plus" w:hAnsi="Gentium Plus"/>
          <w:sz w:val="24"/>
        </w:rPr>
        <w:t>τι τῶν εἰρημένων. αὐτοῦ μὲν γὰρ τοῦ πυρετοῦ διαπαντὸς ἴαμα τὸ ψυχρὸν ποτὸν, οὐ μὴν τοῦ γ’ ἐκκενωθῆναι τὰ ση‐ πόμενα διὰ γαστρὸς, οὔρων ἢ ἱδρώτων. διὸ χρὴ γεγυμνα‐</w:t>
      </w:r>
    </w:p>
    <w:p>
      <w:r>
        <w:rPr>
          <w:rFonts w:ascii="Courier New" w:hAnsi="Courier New"/>
          <w:color w:val="555555"/>
          <w:sz w:val="20"/>
        </w:rPr>
        <w:t>[10 . 758]</w:t>
      </w:r>
    </w:p>
    <w:p>
      <w:r>
        <w:rPr>
          <w:rFonts w:ascii="Gentium Plus" w:hAnsi="Gentium Plus"/>
          <w:sz w:val="24"/>
        </w:rPr>
        <w:t>των σκοπεῖσθαι, τίνα μέν ἐστιν αὐτοῦ τοῦ πυρετοῦ τὰ ἰάματα, τίνα δὲ τῆς σήψεως αὐτῆς καθ’ ἑαυτὴν ἐγκειμέ‐ νης μόνης, τίνα δὲ τῆς ποιούσης αὐτὴν αἰτίας, καὶ ταύ‐ της αὐτῆς καθ’ ἑαυτὴν ἐγκειμένης. οὐ γὰρ ὁμολογεῖ πάντα</w:t>
      </w:r>
    </w:p>
    <w:p>
      <w:r>
        <w:rPr>
          <w:rFonts w:ascii="Courier New" w:hAnsi="Courier New"/>
          <w:color w:val="555555"/>
          <w:sz w:val="20"/>
        </w:rPr>
        <w:t>[5]</w:t>
      </w:r>
    </w:p>
    <w:p>
      <w:r>
        <w:rPr>
          <w:rFonts w:ascii="Gentium Plus" w:hAnsi="Gentium Plus"/>
          <w:sz w:val="24"/>
        </w:rPr>
        <w:t>ἀλλήλοις διὰ παντὸς, ἀλλ’ ἐναντιοῦται πλειστάκις. ἔνθα χρὴ μεμνημένον ὧν ἐμάθομεν ἐπὶ τὸ μέγιστον ἁπάν‐ των ἔρχεσθαι καὶ τοῦτ’ ἤτοι πρῶτον ἢ μᾶλλον τῶν ἄλλων ἰᾶσθαι. χαλεπὸν μὲν οὖν εὖ ἴσθι καὶ γνώμης ὀξείας δεό‐ μενον ἀλλήλοις παραβάλλειν τὸν πυρετὸν καὶ τὴν σηπεδόνα</w:t>
      </w:r>
    </w:p>
    <w:p>
      <w:r>
        <w:rPr>
          <w:rFonts w:ascii="Courier New" w:hAnsi="Courier New"/>
          <w:color w:val="555555"/>
          <w:sz w:val="20"/>
        </w:rPr>
        <w:t>[10]</w:t>
      </w:r>
    </w:p>
    <w:p>
      <w:r>
        <w:rPr>
          <w:rFonts w:ascii="Gentium Plus" w:hAnsi="Gentium Plus"/>
          <w:sz w:val="24"/>
        </w:rPr>
        <w:t>καὶ τὴν ποιοῦσαν αἰτίαν, ὅταν ἔτι καὶ αὐτὴ παρῇ· χαλε‐ πώτερον δὲ εἰ καὶ τὴν δύναμιν αὐτοῖς παραβάλλοις, ὅπερ ἀναγκαῖον μὲν ἀεὶ διὰ τὸν τῆς ζωῆς σκοπὸν, ὡς ἔμπρο‐ σθεν ἐδείκνυμεν, ἐνίοτε δὲ καὶ κατὰ τὸ συμβεβηκὸς ὡς πρὸς τὴν ἴασιν τῶν νοσημάτων, ὅπερ ὑπεσχόμεθα δείξειν. εἰ μὲν</w:t>
      </w:r>
    </w:p>
    <w:p>
      <w:r>
        <w:rPr>
          <w:rFonts w:ascii="Courier New" w:hAnsi="Courier New"/>
          <w:color w:val="555555"/>
          <w:sz w:val="20"/>
        </w:rPr>
        <w:t>[15]</w:t>
      </w:r>
    </w:p>
    <w:p>
      <w:r>
        <w:rPr>
          <w:rFonts w:ascii="Gentium Plus" w:hAnsi="Gentium Plus"/>
          <w:sz w:val="24"/>
        </w:rPr>
        <w:t>γὰρ ἱμάτιον εἴη τὸ σηπόμενον, ἤ τι τῶν ἀψύχων ἄλλων σωμάτων, ἐκ τῶν εἰρημένων ἂν ὑπῆρχεν ἡμῖν μόνον ἡ ἔν‐ δειξις· ἐπεὶ δ’ ἐν ζῶντι σώματι γίνεται σῆψις, ἀλλοιοῦν</w:t>
      </w:r>
    </w:p>
    <w:p>
      <w:r>
        <w:rPr>
          <w:rFonts w:ascii="Courier New" w:hAnsi="Courier New"/>
          <w:color w:val="555555"/>
          <w:sz w:val="20"/>
        </w:rPr>
        <w:t>[10 . 759]</w:t>
      </w:r>
    </w:p>
    <w:p>
      <w:r>
        <w:rPr>
          <w:rFonts w:ascii="Gentium Plus" w:hAnsi="Gentium Plus"/>
          <w:sz w:val="24"/>
        </w:rPr>
        <w:t>τῶν σηπομένων οἷον ἡμισαπῆ τ’ ἐστὶ καὶ ἡμιμόχθηρα, τὴν δύναμιν αὐτοῦ ταύτην ᾗ πέττειν πέφυκεν ἐπεγείρων καὶ ῥωννύων ἰάσῃ τὰ σηπόμενα. διὸ καὶ τότε μάλιστα τολμῶ‐ μεν ἤτοι λούειν ἐν τοῖς βαλανείοις αὐτοὺς ἢ τοῖς ἀραιωτι‐</w:t>
      </w:r>
    </w:p>
    <w:p>
      <w:r>
        <w:rPr>
          <w:rFonts w:ascii="Courier New" w:hAnsi="Courier New"/>
          <w:color w:val="555555"/>
          <w:sz w:val="20"/>
        </w:rPr>
        <w:t>[5]</w:t>
      </w:r>
    </w:p>
    <w:p>
      <w:r>
        <w:rPr>
          <w:rFonts w:ascii="Gentium Plus" w:hAnsi="Gentium Plus"/>
          <w:sz w:val="24"/>
        </w:rPr>
        <w:t>κοῖς χρῆσθαι φαρμάκοις, ἢ ὕδωρ ψυχρὸν ἢ οἶνον διδόναι πίνειν, ὅταν ἴδωμεν τὰ γνωρίσματα τῶν πεττομένων χυμῶν. οὐ γὰρ δὴ τῆς γε σφυγμικῆς δυνάμεως ἐῤῥωμένης μό‐ νης εἰς τὰ τοιαῦτα χρῄζομεν, ὥσπερ οὐδὲ τῆς καθ’ ὁρμὴν ἡμᾶς κινούσης, ἀλλ’ ὡς εἴρηται τῆς πεπτικῆς μᾶλλον. εἰ μὲν</w:t>
      </w:r>
    </w:p>
    <w:p>
      <w:r>
        <w:rPr>
          <w:rFonts w:ascii="Courier New" w:hAnsi="Courier New"/>
          <w:color w:val="555555"/>
          <w:sz w:val="20"/>
        </w:rPr>
        <w:t>[10]</w:t>
      </w:r>
    </w:p>
    <w:p>
      <w:r>
        <w:rPr>
          <w:rFonts w:ascii="Gentium Plus" w:hAnsi="Gentium Plus"/>
          <w:sz w:val="24"/>
        </w:rPr>
        <w:t>οὖν αἵ τε δυνάμεις ἰσχυραὶ πᾶσαι τυγχάνοιεν οὖσαι καὶ ὁ πυ‐ ρετὸς διακαέστατος καὶ τὰ τῆς πέψεως ἐναργῆ σημεῖα, τὸ ψυχρὸν αὐτῷ διδόναι θαῤῥοῦντα· δῆλον γὰρ ὅτι μηδὲ πρε‐ σβύτης ἐστὶν ὁ τοιοῦτος ἐξ ὧν προειρήκαμεν ἁπάσας ἰσχυρὰς ὑπάρχειν αὐτῷ τὰς δυνάμεις. εἰ δὲ καὶ εὔσαρκος εἴη καὶ ἡ</w:t>
      </w:r>
    </w:p>
    <w:p>
      <w:r>
        <w:rPr>
          <w:rFonts w:ascii="Courier New" w:hAnsi="Courier New"/>
          <w:color w:val="555555"/>
          <w:sz w:val="20"/>
        </w:rPr>
        <w:t>[15]</w:t>
      </w:r>
    </w:p>
    <w:p>
      <w:r>
        <w:rPr>
          <w:rFonts w:ascii="Gentium Plus" w:hAnsi="Gentium Plus"/>
          <w:sz w:val="24"/>
        </w:rPr>
        <w:t>κατάστασις θερμὴ καὶ ξηρὰ, κᾂν εἰς κολυμβήθραν αὐτὸν ἐμ‐ βάλῃς ψυχρὰν, οὐ βλαβήσεται. κατὰ τὸν τοιοῦτον γοῦν και‐</w:t>
      </w:r>
    </w:p>
    <w:p>
      <w:r>
        <w:rPr>
          <w:rFonts w:ascii="Courier New" w:hAnsi="Courier New"/>
          <w:color w:val="555555"/>
          <w:sz w:val="20"/>
        </w:rPr>
        <w:t>[10 . 760]</w:t>
      </w:r>
    </w:p>
    <w:p>
      <w:r>
        <w:rPr>
          <w:rFonts w:ascii="Gentium Plus" w:hAnsi="Gentium Plus"/>
          <w:sz w:val="24"/>
        </w:rPr>
        <w:t>πάντως αὐτίκα καὶ ἡ γαστὴρ οἷστισιν αὐτῶν κατέῤῥηξε χο‐ λώδη. μετρίου δ’ ὑπάρχοντος τοῦ πυρετοῦ καὶ τῶν δυνάμεων οὐσῶν οὐκ ἰσχυρῶν ἅμα τοῖς τῆς πέψεως σημείοις ὠφελεῖ τοὺς τοιούτους τά τε βαλανεῖα καὶ ἡ τοῦ οἴνου πόσις, ὅσα</w:t>
      </w:r>
    </w:p>
    <w:p>
      <w:r>
        <w:rPr>
          <w:rFonts w:ascii="Courier New" w:hAnsi="Courier New"/>
          <w:color w:val="555555"/>
          <w:sz w:val="20"/>
        </w:rPr>
        <w:t>[5]</w:t>
      </w:r>
    </w:p>
    <w:p>
      <w:r>
        <w:rPr>
          <w:rFonts w:ascii="Gentium Plus" w:hAnsi="Gentium Plus"/>
          <w:sz w:val="24"/>
        </w:rPr>
        <w:t>τε τῶν ἀλειμμάτων ἐστὶ μανωτικὰ, καὶ πολὺ μᾶλλον ὅταν ᾖ τὸ περιέχον ψυχρόν. οὐδὲ γὰρ ἐπιθυμοῦσιν ὡς τὰ πολλὰ ψυχρῶν λουτρῶν ἢ πόσεων ἐν ταῖς τοιαύταις καταστάσεσιν, ἀναψυχόμενοι διὰ παντὸς ταῖς εἰσπνοαῖς· ὡς εἴ γε συμβαίη ποτὲ ψυχροῦ τοῦ περιέχοντος ἀέρος ὄντος ἰσχυρῶς καυσοῦ‐</w:t>
      </w:r>
    </w:p>
    <w:p>
      <w:r>
        <w:rPr>
          <w:rFonts w:ascii="Courier New" w:hAnsi="Courier New"/>
          <w:color w:val="555555"/>
          <w:sz w:val="20"/>
        </w:rPr>
        <w:t>[10]</w:t>
      </w:r>
    </w:p>
    <w:p>
      <w:r>
        <w:rPr>
          <w:rFonts w:ascii="Gentium Plus" w:hAnsi="Gentium Plus"/>
          <w:sz w:val="24"/>
        </w:rPr>
        <w:t>σθαι τὸν κάμνοντα, βραχείας ἐπ’ αὐτοῦ σωτηρίας ἐλπίδας ἔχειν. εἰ δὲ μηδὲ τὰ τῆς πέψεως εἴη σημεῖα, μηδὲ τὰς δυνά‐ μεις ἰσχυρὰς ἔχειν φαίνοιτο, σωθῆναι τοῦτον ἀδύνατον· ὥστε οὔτε λούσεις αὐτὸν οὔτ’ ἀλείψεις τοῖς μανωτικοῖς φαρμάκοις, οὔτ’ οἶνον δώσεις οὔτε ψυχρόν· ἐφ’ οὗ γὰρ ἀνέλπιστος ἡ σω‐</w:t>
      </w:r>
    </w:p>
    <w:p>
      <w:r>
        <w:rPr>
          <w:rFonts w:ascii="Courier New" w:hAnsi="Courier New"/>
          <w:color w:val="555555"/>
          <w:sz w:val="20"/>
        </w:rPr>
        <w:t>[15]</w:t>
      </w:r>
    </w:p>
    <w:p>
      <w:r>
        <w:rPr>
          <w:rFonts w:ascii="Gentium Plus" w:hAnsi="Gentium Plus"/>
          <w:sz w:val="24"/>
        </w:rPr>
        <w:t>τηρία μάταιον ἂν εἴη διαβάλλειν τοῖς ἰδιώταις τὰ πολλοὺς σώζοντα βοηθήματα. ἐγὼ γοῦν οἶδά τινας ἰατροὺς ἀμεθόδους μιμησαμένους τὰ ὑφ’ ἡμῶν πραττόμενα καὶ τοῖς αὐτοῖς χρη‐</w:t>
      </w:r>
    </w:p>
    <w:p>
      <w:r>
        <w:rPr>
          <w:rFonts w:ascii="Courier New" w:hAnsi="Courier New"/>
          <w:color w:val="555555"/>
          <w:sz w:val="20"/>
        </w:rPr>
        <w:t>[10 . 761]</w:t>
      </w:r>
    </w:p>
    <w:p>
      <w:r>
        <w:rPr>
          <w:rFonts w:ascii="Gentium Plus" w:hAnsi="Gentium Plus"/>
          <w:sz w:val="24"/>
        </w:rPr>
        <w:t>οὔτ’ ἀνύσαντάς τι καὶ τὴν εὔκαιρον αὐτῶν χρῆσιν ὕπο‐ πτόν τε καὶ φοβερὰν ἐργασαμένους. ἀλλ’ ἡμεῖς γε καιροὺς δηλονότι καὶ βοηθήματα γράφομεν ἐπὶ τῶν σωθῆναι δυ‐ ναμένων, ὡς ὅσοι γε ἀνίατοι τῶν νοσούντων εἰσὶν, οὔτε</w:t>
      </w:r>
    </w:p>
    <w:p>
      <w:r>
        <w:rPr>
          <w:rFonts w:ascii="Courier New" w:hAnsi="Courier New"/>
          <w:color w:val="555555"/>
          <w:sz w:val="20"/>
        </w:rPr>
        <w:t>[5]</w:t>
      </w:r>
    </w:p>
    <w:p>
      <w:r>
        <w:rPr>
          <w:rFonts w:ascii="Gentium Plus" w:hAnsi="Gentium Plus"/>
          <w:sz w:val="24"/>
        </w:rPr>
        <w:t>καιρὸς ἐπιτήδειος οὔτε βοήθημα τούτοις ἐστί. καὶ χρὴ με‐ μνῆσθαι τοῦδε παρ’ ὅλον τὸν λόγον, ὑπὲρ τοῦ μὴ δόξαι ποτὲ τὸν κυριώτατον καὶ πρῶτον σκοπὸν ἁπάντων δια‐ βάλλεσθαι. λέγοντος γοῦν Ἱπποκράτους τὰ ἐναντία τῶν ἐναντίων ἰάματα τί κωλύει πᾶσιν ἑξῆς τοῖς πυρέττουσιν</w:t>
      </w:r>
    </w:p>
    <w:p>
      <w:r>
        <w:rPr>
          <w:rFonts w:ascii="Courier New" w:hAnsi="Courier New"/>
          <w:color w:val="555555"/>
          <w:sz w:val="20"/>
        </w:rPr>
        <w:t>[10]</w:t>
      </w:r>
    </w:p>
    <w:p>
      <w:r>
        <w:rPr>
          <w:rFonts w:ascii="Gentium Plus" w:hAnsi="Gentium Plus"/>
          <w:sz w:val="24"/>
        </w:rPr>
        <w:t>ὕδωρ ψυχρὸν διδόναι; ἀλλ’ οὔτε δοτέον οὔτ’ ἀνατρέπεται κατ’ ἐκεῖνον τὸν χρόνον ὁ καθόλου σκοπὸς ἁπάσης τῆς θερα‐ πείας. ἓν μὲν γάρ τι τῶν ψυχόντων ἐνεργείᾳ τὸ ψυχρὸν ὕδωρ ἐστὶ, πλείω δ’ ἄλλα τὰ μὲν κατὰ δύναμιν, ὡς εἴρηται, ψύ‐ χει, τὰ δὲ κατὰ συμβεβηκός· ὧν ἄλλοτ’ ἄλλῳ χρώμεθα διὰ</w:t>
      </w:r>
    </w:p>
    <w:p>
      <w:r>
        <w:rPr>
          <w:rFonts w:ascii="Courier New" w:hAnsi="Courier New"/>
          <w:color w:val="555555"/>
          <w:sz w:val="20"/>
        </w:rPr>
        <w:t>[15]</w:t>
      </w:r>
    </w:p>
    <w:p>
      <w:r>
        <w:rPr>
          <w:rFonts w:ascii="Gentium Plus" w:hAnsi="Gentium Plus"/>
          <w:sz w:val="24"/>
        </w:rPr>
        <w:t>τὴν ἐπιπλοκὴν τῶν ἐναντιουμένων ἀλλήλοις σκοπῶν. εἴρηται δ’ ἡ μέθοδος τῆς τοῦ συμφέροντος ἑκάστοτε πρὸ τῶν ἄλλων αἱρέσεως. ἐδείχθη δὲ καὶ ὡς ὅσον μὲν ἐπ’ αὐτῷ τῷ πυρετῷ</w:t>
      </w:r>
    </w:p>
    <w:p>
      <w:r>
        <w:rPr>
          <w:rFonts w:ascii="Courier New" w:hAnsi="Courier New"/>
          <w:color w:val="555555"/>
          <w:sz w:val="20"/>
        </w:rPr>
        <w:t>[10 . 762]</w:t>
      </w:r>
    </w:p>
    <w:p>
      <w:r>
        <w:rPr>
          <w:rFonts w:ascii="Gentium Plus" w:hAnsi="Gentium Plus"/>
          <w:sz w:val="24"/>
        </w:rPr>
        <w:t>οὐκ ἀεί· καθάπερ οὐδ’ ὅταν ἔμφραξις γλίσχρων καὶ παχέων χυμῶν ἐργάσηται τὴν σηπεδόνα τῶν χυμῶν. ὑποκείσθω δὲ σὺν αὐτοῖς εἶναι καὶ πλῆθος ἐν ὅλῳ τῷ σώματι καὶ ἡ δύναμις οὐκ ἀσθενής. ἐν γὰρ ταῖς τοιαύταις ἐπιπλοκαῖς πολλῶν ἐν</w:t>
      </w:r>
    </w:p>
    <w:p>
      <w:r>
        <w:rPr>
          <w:rFonts w:ascii="Courier New" w:hAnsi="Courier New"/>
          <w:color w:val="555555"/>
          <w:sz w:val="20"/>
        </w:rPr>
        <w:t>[5]</w:t>
      </w:r>
    </w:p>
    <w:p>
      <w:r>
        <w:rPr>
          <w:rFonts w:ascii="Gentium Plus" w:hAnsi="Gentium Plus"/>
          <w:sz w:val="24"/>
        </w:rPr>
        <w:t>τῷ σώματι παρὰ φύσιν ὑπαρχόντων ἔνια μὲν αἴτια προη‐ γούμενα γενήσεται, καθάπερ τὸ πλῆθος ἅμα τοῖς γλίσχροις καὶ παχέσι χυμοῖς· ὑπὸ τούτων γὰρ ἡ ἔμφραξις ἀπειργάσθη, νόσημα οὖσα τῶν ἐμφραττομένων σωμάτων ὀργανικόν. ἐπὶ ταύτῃ δὲ σύμπτωμα ἐγένετο τῆς διαπνοῆς ἡ ἐπίσχεσις, ἐφ’</w:t>
      </w:r>
    </w:p>
    <w:p>
      <w:r>
        <w:rPr>
          <w:rFonts w:ascii="Courier New" w:hAnsi="Courier New"/>
          <w:color w:val="555555"/>
          <w:sz w:val="20"/>
        </w:rPr>
        <w:t>[10]</w:t>
      </w:r>
    </w:p>
    <w:p>
      <w:r>
        <w:rPr>
          <w:rFonts w:ascii="Gentium Plus" w:hAnsi="Gentium Plus"/>
          <w:sz w:val="24"/>
        </w:rPr>
        <w:t>ᾗ πάλιν ἡ σηπεδὼν τῶν χυμῶν αἴτιόν τι προηγούμενον τοῦ πυρετοῦ. Τοῖς οὖν ἐπιχειροῦσιν ἰᾶσθαι τὸν πυρετὸν ἀναγκαῖόν ἐστι παύειν τὴν σῆψιν, ὥστε δύο γενέσθαι σκοποὺς, τὸν μὲν ἀπὸ τοῦ πυρετοῦ, τὸν δὲ ἀπὸ τῆς σή‐</w:t>
      </w:r>
    </w:p>
    <w:p>
      <w:r>
        <w:rPr>
          <w:rFonts w:ascii="Courier New" w:hAnsi="Courier New"/>
          <w:color w:val="555555"/>
          <w:sz w:val="20"/>
        </w:rPr>
        <w:t>[15]</w:t>
      </w:r>
    </w:p>
    <w:p>
      <w:r>
        <w:rPr>
          <w:rFonts w:ascii="Gentium Plus" w:hAnsi="Gentium Plus"/>
          <w:sz w:val="24"/>
        </w:rPr>
        <w:t>ψεως. ἄλλοι δ’ αὖ πάλιν ἔσονται δύο σκοποὶ, ἵνα τὸ μὲν γεγονὸς ἤδη τοῦ πυρετοῦ θεραπεύηται, τὸ δὲ γιγνόμενον κω‐ λύηται. ἄλλοι δ’ αὖ πάλιν ἔσονται ἀπὸ τῆς σήψεως δύο</w:t>
      </w:r>
    </w:p>
    <w:p>
      <w:r>
        <w:rPr>
          <w:rFonts w:ascii="Courier New" w:hAnsi="Courier New"/>
          <w:color w:val="555555"/>
          <w:sz w:val="20"/>
        </w:rPr>
        <w:t>[10 . 763]</w:t>
      </w:r>
    </w:p>
    <w:p>
      <w:r>
        <w:rPr>
          <w:rFonts w:ascii="Gentium Plus" w:hAnsi="Gentium Plus"/>
          <w:sz w:val="24"/>
        </w:rPr>
        <w:t>μενον κωλύοντες. ἦν δὲ τὸ γιγνόμενον ἐκ τῆς ἀδιαπνευστίας· οὐδὲν γὰρ χεῖρον οὕτως αὐτὴν ὀνομάσαι σαφοῦς ἕνεκα διδασκαλίας. ὥστε καὶ περὶ ταύτης ἕτεραι δύο ἐνδείξεις ἔσονται, τὸ μὲν ἐπεσχημένον ἐκκενούντων, τὸ δ’ ἐπέχεσθαι</w:t>
      </w:r>
    </w:p>
    <w:p>
      <w:r>
        <w:rPr>
          <w:rFonts w:ascii="Courier New" w:hAnsi="Courier New"/>
          <w:color w:val="555555"/>
          <w:sz w:val="20"/>
        </w:rPr>
        <w:t>[5]</w:t>
      </w:r>
    </w:p>
    <w:p>
      <w:r>
        <w:rPr>
          <w:rFonts w:ascii="Gentium Plus" w:hAnsi="Gentium Plus"/>
          <w:sz w:val="24"/>
        </w:rPr>
        <w:t>μέλλον κωλυόντων. κωλυθήσεται δὲ διὰ τῶν τὴν ἔμφραξιν ἰωμένων. ἧς πάλιν καὶ αὐτῆς τὸ μὲν ἤδη γεγονὸς ἰατέον ἐστὶ, τὸ δὲ ἐσόμενον κωλυτέον. ἰαθήσεται μὲν οὖν τὸ γε‐ γονὸς ὑπὸ τῶν ἐκφραττόντων, κωλυθήσεται δὲ τὴν ἐπιῤ‐ ῥοὴν τῶν ἐμφραττόντων χυμῶν ἀνειργόντων. ὅπερ οὖν</w:t>
      </w:r>
    </w:p>
    <w:p>
      <w:r>
        <w:rPr>
          <w:rFonts w:ascii="Courier New" w:hAnsi="Courier New"/>
          <w:color w:val="555555"/>
          <w:sz w:val="20"/>
        </w:rPr>
        <w:t>[10]</w:t>
      </w:r>
    </w:p>
    <w:p>
      <w:r>
        <w:rPr>
          <w:rFonts w:ascii="Gentium Plus" w:hAnsi="Gentium Plus"/>
          <w:sz w:val="24"/>
        </w:rPr>
        <w:t>ἔσχατον εὑρέθη κατὰ τὴν ἀναλυτικὴν μέθοδον, ἐν τῇ θε‐ ραπείᾳ πρῶτον ἁπάντων χρὴ πραχθῆναι. δέδεικται γὰρ ἐν τοῖς ἔμπροσθεν λόγοις ὡς, ἐὰν ἐθελήσωμεν τοῖς ἐκφρακτι‐ κοῖς βοηθήμασι χρῆσθαι, ἄνευ τοῦ προκενῶσαι τὸ πλῆθος οὐ μόνον οὐδὲν ἀνύσομεν, ἀλλὰ μείζονα τὴν διάθεσιν ἐργα‐</w:t>
      </w:r>
    </w:p>
    <w:p>
      <w:r>
        <w:rPr>
          <w:rFonts w:ascii="Courier New" w:hAnsi="Courier New"/>
          <w:color w:val="555555"/>
          <w:sz w:val="20"/>
        </w:rPr>
        <w:t>[15]</w:t>
      </w:r>
    </w:p>
    <w:p>
      <w:r>
        <w:rPr>
          <w:rFonts w:ascii="Gentium Plus" w:hAnsi="Gentium Plus"/>
          <w:sz w:val="24"/>
        </w:rPr>
        <w:t>σόμεθα, μαχομένων ἀλλήλαις τῶν ἐνδείξεων. ἀλλ’ ἐὰν κενώσαντες πρότερον ἐπὶ τὸ θεραπεύειν ἴωμεν τὴν ἔμφρα‐</w:t>
      </w:r>
    </w:p>
    <w:p>
      <w:r>
        <w:rPr>
          <w:rFonts w:ascii="Courier New" w:hAnsi="Courier New"/>
          <w:color w:val="555555"/>
          <w:sz w:val="20"/>
        </w:rPr>
        <w:t>[10 . 764]</w:t>
      </w:r>
    </w:p>
    <w:p>
      <w:r>
        <w:rPr>
          <w:rFonts w:ascii="Gentium Plus" w:hAnsi="Gentium Plus"/>
          <w:sz w:val="24"/>
        </w:rPr>
        <w:t>των ἐστὶ τὰ πλεῖστα θερμὰ, κίνδυνος αὐξῆσαι καὶ τὴν σηπεδόνα καὶ τὸν πυρετόν. ὅσα τοίνυν ἄνευ τοῦ θερμαί‐ νειν ἐκφράττειν δύναται, τούτοις χρησόμεθα· μετὰ δὲ τὸ διαῤῥῦψαι καὶ τεμεῖν τὰ ἐμφράττοντα, κενοῦν αὐτοὺς πει‐</w:t>
      </w:r>
    </w:p>
    <w:p>
      <w:r>
        <w:rPr>
          <w:rFonts w:ascii="Courier New" w:hAnsi="Courier New"/>
          <w:color w:val="555555"/>
          <w:sz w:val="20"/>
        </w:rPr>
        <w:t>[5]</w:t>
      </w:r>
    </w:p>
    <w:p>
      <w:r>
        <w:rPr>
          <w:rFonts w:ascii="Gentium Plus" w:hAnsi="Gentium Plus"/>
          <w:sz w:val="24"/>
        </w:rPr>
        <w:t>ρασόμεθα διά τε γαστρὸς καὶ οὔρων καὶ ἱδρώτων. οὐσῶν δὲ καὶ τῶν ταῦτα ἐργαζομένων ὑλῶν θερμῶν ἀναγκαῖον μὲν ἐν τούτῳ τήν τε σῆψιν αὐξάνειν καὶ τοὺς πυρετούς. ὥστε καθ’ ὅσον ἐνδέχεται πειρατέον ἐκλέγεσθαι τὰς ἧττον θερμαι‐ νούσας ὕλας· ἢ εἴ τις εὑρίσκοιτο μὴ θερμαίνουσα, καθάπερ ἐν</w:t>
      </w:r>
    </w:p>
    <w:p>
      <w:r>
        <w:rPr>
          <w:rFonts w:ascii="Courier New" w:hAnsi="Courier New"/>
          <w:color w:val="555555"/>
          <w:sz w:val="20"/>
        </w:rPr>
        <w:t>[10]</w:t>
      </w:r>
    </w:p>
    <w:p>
      <w:r>
        <w:rPr>
          <w:rFonts w:ascii="Gentium Plus" w:hAnsi="Gentium Plus"/>
          <w:sz w:val="24"/>
        </w:rPr>
        <w:t>τῷ καιρῷ τῷδε τὸ βαλανεῖον, ἐπ’ αὐτὴν ἔρχεσθαι. πει‐ ρᾶσθαι δ’ ἐν τούτῳ τῷ χρόνῳ καὶ τὴν δύναμιν ῥων‐ νύειν, ὅπως πέττῃ τοὺς χυμοὺς, ἐκνικῶσα τὴν σῆψιν. αὐτοῦ δὲ τοῦ πυρετοῦ τὸ γεγονὸς ἤδη ψυκτέον· ἔσχατος γὰρ ἐν τῇ τῶν βοηθημάτων τάξει σκοπὸς ὁ ἀπὸ τοῦδε, καίτοι καθ’</w:t>
      </w:r>
    </w:p>
    <w:p>
      <w:r>
        <w:rPr>
          <w:rFonts w:ascii="Courier New" w:hAnsi="Courier New"/>
          <w:color w:val="555555"/>
          <w:sz w:val="20"/>
        </w:rPr>
        <w:t>[15]</w:t>
      </w:r>
    </w:p>
    <w:p>
      <w:r>
        <w:rPr>
          <w:rFonts w:ascii="Gentium Plus" w:hAnsi="Gentium Plus"/>
          <w:sz w:val="24"/>
        </w:rPr>
        <w:t>ἕτερον τρόπον ὑπάρχων πρῶτος· ἀπ’ αὐτοῦ γοῦν ἤρξατο καὶ ἡ τῶν βοηθημάτων εὑρετικὴ μέθοδος. Εἰ μὲν οὖν μηδὲν ἰσχυρὸν ἐν τῷ μεταξὺ</w:t>
      </w:r>
    </w:p>
    <w:p>
      <w:r>
        <w:rPr>
          <w:rFonts w:ascii="Courier New" w:hAnsi="Courier New"/>
          <w:color w:val="555555"/>
          <w:sz w:val="20"/>
        </w:rPr>
        <w:t>[10 . 765]</w:t>
      </w:r>
    </w:p>
    <w:p>
      <w:r>
        <w:rPr>
          <w:rFonts w:ascii="Gentium Plus" w:hAnsi="Gentium Plus"/>
          <w:sz w:val="24"/>
        </w:rPr>
        <w:t>ἀρχῆς τοῦ νοσήματος ἄχρι τῆς τελευτῆς, τὰ βοηθήματα ταχί‐ στη λύσις ἐπακολουθήσει τοῦ πυρετοῦ· παρεμπεσόντος δὲ τοιούτου τινὸς ὡς ἐφ’ ἑαυτοῦ τὴν ὅλην ἐπιστρέψαι θερα‐ πείαν, ἀναγκαῖόν ἐστι βραδῦναι τὸ τέλος τῆς ἰάσεως. τὸ γὰρ</w:t>
      </w:r>
    </w:p>
    <w:p>
      <w:r>
        <w:rPr>
          <w:rFonts w:ascii="Courier New" w:hAnsi="Courier New"/>
          <w:color w:val="555555"/>
          <w:sz w:val="20"/>
        </w:rPr>
        <w:t>[5]</w:t>
      </w:r>
    </w:p>
    <w:p>
      <w:r>
        <w:rPr>
          <w:rFonts w:ascii="Gentium Plus" w:hAnsi="Gentium Plus"/>
          <w:sz w:val="24"/>
        </w:rPr>
        <w:t>παρεμπῖπτον τοῦτο τοὐπίπαν ἤτοι γ’ ἐναντίον ἐστὶ τοῖς λύουσι βοηθήμασι τὸν προειρημένον στοῖχον, τῶν τ’ αἰτίων καὶ διαθέσεων καὶ συμπτωμάτων, ἢ πάντως γ’ οὐδὲν ὀνίνη‐ σιν. εἰ μὲν οὖν ἡ τοῦ παρεμπίπτοντος ἴασις ἐναντία ᾖ τῇ προειρημένῃ τάξει τῶν βοηθημάτων, ἀναγκαῖον ἐν ἐκείνῳ</w:t>
      </w:r>
    </w:p>
    <w:p>
      <w:r>
        <w:rPr>
          <w:rFonts w:ascii="Courier New" w:hAnsi="Courier New"/>
          <w:color w:val="555555"/>
          <w:sz w:val="20"/>
        </w:rPr>
        <w:t>[10]</w:t>
      </w:r>
    </w:p>
    <w:p>
      <w:r>
        <w:rPr>
          <w:rFonts w:ascii="Gentium Plus" w:hAnsi="Gentium Plus"/>
          <w:sz w:val="24"/>
        </w:rPr>
        <w:t>τῷ χρόνῳ πάντα χείρω γενέσθαι· εἰ δὲ μήτ’ ὠφελοῖ τι πάντῃ μήτε βλάπτοι τὴν ἐξ ἀρχῆς διάθεσιν ἡ τοῦ μεταξὺ γενομένου παθήματος ἐπανόρθωσις, εἰς τὸ τάχος τῆς ὅλης θεραπείας ἐμποδισθησόμεθα· βλαπτούσης δ’ ἀναγκαῖον ἤτοι γ’ εἰς ἔτι πλέονα χρόνον ἐκταθῆναι τὴν σύμπασαν ἴασιν ἢ κίνδυνον</w:t>
      </w:r>
    </w:p>
    <w:p>
      <w:r>
        <w:rPr>
          <w:rFonts w:ascii="Courier New" w:hAnsi="Courier New"/>
          <w:color w:val="555555"/>
          <w:sz w:val="20"/>
        </w:rPr>
        <w:t>[15]</w:t>
      </w:r>
    </w:p>
    <w:p>
      <w:r>
        <w:rPr>
          <w:rFonts w:ascii="Gentium Plus" w:hAnsi="Gentium Plus"/>
          <w:sz w:val="24"/>
        </w:rPr>
        <w:t>ἀκολουθῆσαί τινα ἢ συναμφότερον γενέσθαι. φέρε γὰρ ἐν τῷ μεταξὺ κακωθέντος στομάχου συγκοπὴν ἐμπεσεῖν, ἣν ἀναγκα‐ ζομένων ἰᾶσθαι τροφὰς ἀκαίρους δοθῆναι χρὴ σὺν οἴνῳ καὶ ψυχρῷ. τῇ γὰρ τούτων χρήσει τὰς ἐμφράξεις καὶ τὴν στέ‐</w:t>
      </w:r>
    </w:p>
    <w:p>
      <w:r>
        <w:rPr>
          <w:rFonts w:ascii="Courier New" w:hAnsi="Courier New"/>
          <w:color w:val="555555"/>
          <w:sz w:val="20"/>
        </w:rPr>
        <w:t>[10 . 766]</w:t>
      </w:r>
    </w:p>
    <w:p>
      <w:r>
        <w:rPr>
          <w:rFonts w:ascii="Gentium Plus" w:hAnsi="Gentium Plus"/>
          <w:sz w:val="24"/>
        </w:rPr>
        <w:t>των αὔξησιν καὶ αὐτὸν τὸν πυρετόν. ἀλλ’ ὅταν ἥ τε δύναμις ἐξαρκῇ καὶ μηδὲν, ὡς εἴρηται, παρεμπέσῃ καθάπερ ἄρτι μὲν ἐῤῥέθη συγκοπῇ κακωθέντος στομάχου, οὐ γένοιτο δ’ ἄν ποτε καὶ αἱμοῤῥαγία καὶ ἀγρυπνία καὶ ἄλγημα καί τι τῶν ἁμαρτα‐</w:t>
      </w:r>
    </w:p>
    <w:p>
      <w:r>
        <w:rPr>
          <w:rFonts w:ascii="Courier New" w:hAnsi="Courier New"/>
          <w:color w:val="555555"/>
          <w:sz w:val="20"/>
        </w:rPr>
        <w:t>[5]</w:t>
      </w:r>
    </w:p>
    <w:p>
      <w:r>
        <w:rPr>
          <w:rFonts w:ascii="Gentium Plus" w:hAnsi="Gentium Plus"/>
          <w:sz w:val="24"/>
        </w:rPr>
        <w:t>νομένων ὑπὸ τοῦ κάμνοντος ἤ τινος τῶν ἀμφ’ αὐτὸν, ἡ εἰρη‐ μένη μικρὸν ἔμπροσθεν ἅπασα τῶν βοηθημάτων τάξις ἰάσεται τὸν ἄνθρωπον. οὔτ’ αὐτὴ καθ’ ἕκαστον βοήθημα τὰ παρὰ φύσιν ἐκθεραπεύουσα πάντα. τὸ γοῦν μελίκρατον, ὅσον μὲν ἐπὶ τὸ τέμνειν τοὺς παχεῖς χυμοὺς καὶ ῥύπτειν τοὺς γλίσχρους</w:t>
      </w:r>
    </w:p>
    <w:p>
      <w:r>
        <w:rPr>
          <w:rFonts w:ascii="Courier New" w:hAnsi="Courier New"/>
          <w:color w:val="555555"/>
          <w:sz w:val="20"/>
        </w:rPr>
        <w:t>[10]</w:t>
      </w:r>
    </w:p>
    <w:p>
      <w:r>
        <w:rPr>
          <w:rFonts w:ascii="Gentium Plus" w:hAnsi="Gentium Plus"/>
          <w:sz w:val="24"/>
        </w:rPr>
        <w:t>καὶ τὰς ἐκκρίσεις προτρέπειν, ἄριστον ἂν εἴη βοήθημα κατὰ τοὺς ἐπὶ στεγνώσει καὶ σήψει συνόχους· ὅσον δ’ ἐπὶ τὸ τὴν θέρμην αὐξάνειν τοῦ πυρετοῦ βλαβερόν· ὅθεν εἴπερ ἄμετρος ἥδε εἴη, φείδεσθαι μὲν χρὴ τοῦ μελικράτου, χρῆσθαι δὲ τῷ χυλῷ τῆς πτισάνης· εἰ δὲ τὰς ἐμφράξεις δυσλύτους εἶναι λογι‐</w:t>
      </w:r>
    </w:p>
    <w:p>
      <w:r>
        <w:rPr>
          <w:rFonts w:ascii="Courier New" w:hAnsi="Courier New"/>
          <w:color w:val="555555"/>
          <w:sz w:val="20"/>
        </w:rPr>
        <w:t>[15]</w:t>
      </w:r>
    </w:p>
    <w:p>
      <w:r>
        <w:rPr>
          <w:rFonts w:ascii="Gentium Plus" w:hAnsi="Gentium Plus"/>
          <w:sz w:val="24"/>
        </w:rPr>
        <w:t>ζόμεθα, καὶ ὀξυμέλιτι. καὶ τοῦτο δ’ αὖ πάλιν αὐτῷ χρησαμέ‐ νων ἀμέτρως, ἔντερόν τε ξύει καὶ βῆχα κινεῖ καὶ τὰ νευρώδη</w:t>
      </w:r>
    </w:p>
    <w:p>
      <w:r>
        <w:rPr>
          <w:rFonts w:ascii="Courier New" w:hAnsi="Courier New"/>
          <w:color w:val="555555"/>
          <w:sz w:val="20"/>
        </w:rPr>
        <w:t>[10 . 767]</w:t>
      </w:r>
    </w:p>
    <w:p>
      <w:r>
        <w:rPr>
          <w:rFonts w:ascii="Gentium Plus" w:hAnsi="Gentium Plus"/>
          <w:sz w:val="24"/>
        </w:rPr>
        <w:t>τοιοῦτον ὃ μηδὲν βλάπτον ὀνίνησι μεγάλως. καὶ τοῦθ’, ὡς ἐδείχθη, γίνεται διὰ τὴν ἐπιπλοκὴν τῶν παρὰ φύσιν ἐν τῷ σώματι συνισταμένων διαθέσεων ἅμα τοῖς προηγουμένοις αὐτῶν αἰτίοις καὶ τοῖς ἑπομένοις συμπτώμασιν.</w:t>
      </w:r>
    </w:p>
    <w:p>
      <w:r>
        <w:rPr>
          <w:rFonts w:ascii="Courier New" w:hAnsi="Courier New"/>
          <w:color w:val="555555"/>
          <w:sz w:val="20"/>
        </w:rPr>
        <w:t>[5]</w:t>
      </w:r>
    </w:p>
    <w:p>
      <w:r>
        <w:rPr>
          <w:rFonts w:ascii="Gentium Plus" w:hAnsi="Gentium Plus"/>
          <w:sz w:val="24"/>
        </w:rPr>
        <w:t>Οὐ μὴν διά γε τοῦτο ποτὲ μὲν ἀληθὲς γίνεται τὸ τὰ ἐναντία τῶν ἐναντίων ὑπάρχειν ἰάματα, ποτὲ δὲ ψεῦδος· ἀλλὰ διὰ παντὸς μένει ἀληθές· οὐδὲ γὰρ οἷόν τε τὰ παρὰ φύσιν ἰαθῆναι δι’ ἄλλης τινὸς ἰαμάτων ἰδέας. οὐ μὴν ἀεί γε βέλτιον ἰᾶσθαι πάντα τὰ παρὰ φύσιν, ἀλλ’</w:t>
      </w:r>
    </w:p>
    <w:p>
      <w:r>
        <w:rPr>
          <w:rFonts w:ascii="Courier New" w:hAnsi="Courier New"/>
          <w:color w:val="555555"/>
          <w:sz w:val="20"/>
        </w:rPr>
        <w:t>[10]</w:t>
      </w:r>
    </w:p>
    <w:p>
      <w:r>
        <w:rPr>
          <w:rFonts w:ascii="Gentium Plus" w:hAnsi="Gentium Plus"/>
          <w:sz w:val="24"/>
        </w:rPr>
        <w:t>ὅταν μόνα τύχῃ καθ’ ἑαυτὰ συνιστάντα· μετ’ ἄλλων δ’ εἰ γένοιτο, πολλάκις ἕτερα χρὴ πρὸ ἐκείνων ἰᾶσθαι, καθάπερ ἐπὶ τῶν κοίλων ἑλκῶν, ὅταν ἅμα φλεγμονῇ συστῇ. μένει γὰρ καὶ νῦν ἀληθὲς τὸ ὑπὸ τῶν σαρκούντων αὐτὰ θερα‐ πεύεσθαι· χρῆσθαι δὲ οὐχ οἷόν τε τοιούτοις, πρὶν ἰάσα‐</w:t>
      </w:r>
    </w:p>
    <w:p>
      <w:r>
        <w:rPr>
          <w:rFonts w:ascii="Courier New" w:hAnsi="Courier New"/>
          <w:color w:val="555555"/>
          <w:sz w:val="20"/>
        </w:rPr>
        <w:t>[15]</w:t>
      </w:r>
    </w:p>
    <w:p>
      <w:r>
        <w:rPr>
          <w:rFonts w:ascii="Gentium Plus" w:hAnsi="Gentium Plus"/>
          <w:sz w:val="24"/>
        </w:rPr>
        <w:t>σθαι τὴν φλεγμονήν. ἀλλ’ ὁπότ’ ἄν γε ταύτην ἰώμεθα, τὸ ἕλκος τὸ κοῖλον οὐχ ὅπως ἑαυτοῦ κρεῖττον, ἀλλὰ καὶ κοι‐</w:t>
      </w:r>
    </w:p>
    <w:p>
      <w:r>
        <w:rPr>
          <w:rFonts w:ascii="Courier New" w:hAnsi="Courier New"/>
          <w:color w:val="555555"/>
          <w:sz w:val="20"/>
        </w:rPr>
        <w:t>[10 . 768]</w:t>
      </w:r>
    </w:p>
    <w:p>
      <w:r>
        <w:rPr>
          <w:rFonts w:ascii="Gentium Plus" w:hAnsi="Gentium Plus"/>
          <w:sz w:val="24"/>
        </w:rPr>
        <w:t>κωτικοῖς φαρμάκοις, οὔτε σαρκώσεις αὐτὸ καὶ τὴν φλεγμο‐ νὴν αὐξήσεις. τὰ γάρ τοι σαρκωτικὰ τῶν ἀφλεγμάντων σωμάτων, οὐ τῶν ἔτι φλεγμαινόντων, ἐστὶ σαρκωτικά. τοῦτο οὖν τὸ οὕτω μικρὸν ἐν τῇ λέξει, τὸ τὰ ἐναντία τῶν</w:t>
      </w:r>
    </w:p>
    <w:p>
      <w:r>
        <w:rPr>
          <w:rFonts w:ascii="Courier New" w:hAnsi="Courier New"/>
          <w:color w:val="555555"/>
          <w:sz w:val="20"/>
        </w:rPr>
        <w:t>[5]</w:t>
      </w:r>
    </w:p>
    <w:p>
      <w:r>
        <w:rPr>
          <w:rFonts w:ascii="Gentium Plus" w:hAnsi="Gentium Plus"/>
          <w:sz w:val="24"/>
        </w:rPr>
        <w:t>ἐναντίων ὑπάρχειν ἰάματα, μέγιστον εὑρίσκεται τῇ δυνάμει. συγχεῖται γὰρ ἡ θεραπευτικὴ μέθοδος ἅπασα τῷ περιδόντι τοῦτον τὸν σκοπὸν, ἁπάντων τῶν παρὰ φύσιν ὑπὸ τῶν ἑαυτοῖς ἐναντίων θεραπευομένων. διττῆς δὲ οὔσης αὐτῶν τῆς πρώτης διαφορᾶς, τὰ μὲν γὰρ ὑπάρχει καθ’ ἑαυτὰ, τὰ δ’ ἐν</w:t>
      </w:r>
    </w:p>
    <w:p>
      <w:r>
        <w:rPr>
          <w:rFonts w:ascii="Courier New" w:hAnsi="Courier New"/>
          <w:color w:val="555555"/>
          <w:sz w:val="20"/>
        </w:rPr>
        <w:t>[10]</w:t>
      </w:r>
    </w:p>
    <w:p>
      <w:r>
        <w:rPr>
          <w:rFonts w:ascii="Gentium Plus" w:hAnsi="Gentium Plus"/>
          <w:sz w:val="24"/>
        </w:rPr>
        <w:t>τῷ γίνεσθαι τὸ εἶναι λαμβάνει ταῖς διαθέσεσιν ἑπόμενα, δίκην σκιῶν, ἡ μὲν ἴασις ἀναίρεσίς ἐστι τῶν διαθέσεων, ἀκολουθεῖ δ’ αὐτῇ ἡ τῶν συμπτωμάτων ἀναίρεσις. οἷς οὐδὲν αὐτοῖς προσάγεται πρώτως, ἀλλὰ κᾀπὶ τούτων γε μένει τὸ καθόλου, τὸ τὰ ἐναντία τῶν ἐναντίων ὑπάρχειν ἰάματα· τὰς</w:t>
      </w:r>
    </w:p>
    <w:p>
      <w:r>
        <w:rPr>
          <w:rFonts w:ascii="Courier New" w:hAnsi="Courier New"/>
          <w:color w:val="555555"/>
          <w:sz w:val="20"/>
        </w:rPr>
        <w:t>[15]</w:t>
      </w:r>
    </w:p>
    <w:p>
      <w:r>
        <w:rPr>
          <w:rFonts w:ascii="Gentium Plus" w:hAnsi="Gentium Plus"/>
          <w:sz w:val="24"/>
        </w:rPr>
        <w:t>γὰρ διαθέσεις αἷς ἕπεται τὰ συμπτώματα θεραπεύοντες εἰς ἐναντίαν κατάστασιν ἄγομεν. ὥσθ’ ὅσα συμπτώματα διὰ</w:t>
      </w:r>
    </w:p>
    <w:p>
      <w:r>
        <w:rPr>
          <w:rFonts w:ascii="Courier New" w:hAnsi="Courier New"/>
          <w:color w:val="555555"/>
          <w:sz w:val="20"/>
        </w:rPr>
        <w:t>[10 . 769]</w:t>
      </w:r>
    </w:p>
    <w:p>
      <w:r>
        <w:rPr>
          <w:rFonts w:ascii="Gentium Plus" w:hAnsi="Gentium Plus"/>
          <w:sz w:val="24"/>
        </w:rPr>
        <w:t>εἰ δὲ δὴ καὶ αὐτῷ τῷ συμπτώματι τῷ διὰ τὴν πύκνωσιν τῶν πόρων γιγνομένῳ, τουτέστι ταῖς ἐλάττοσι τῶν συμμέ‐ τρων ἀποῤῥοαῖς, ὅπερ ἐκαλέσαμεν ὀλίγον ἔμπροσθεν ἀδια‐ πνευστίαν, ἕτερον ἐθέλοις φάναι συμπτώματος εἶδος ἀντεισ‐</w:t>
      </w:r>
    </w:p>
    <w:p>
      <w:r>
        <w:rPr>
          <w:rFonts w:ascii="Courier New" w:hAnsi="Courier New"/>
          <w:color w:val="555555"/>
          <w:sz w:val="20"/>
        </w:rPr>
        <w:t>[5]</w:t>
      </w:r>
    </w:p>
    <w:p>
      <w:r>
        <w:rPr>
          <w:rFonts w:ascii="Gentium Plus" w:hAnsi="Gentium Plus"/>
          <w:sz w:val="24"/>
        </w:rPr>
        <w:t>άγειν ἐναντίον, οὐδ’ οὕτως ἄπορος ὁ λόγος· εἰσὶ γὰρ αἱ πλείους τῶν συμμέτρων ἀπόῤῥοιαι ταῖς ἐλάττοσιν ἐναντίαι. ὥστε κᾂν ἐν τοῖς συμπτώμασιν αὐτοῖς ἐθέλῃ τις λέγειν τὰ ἐναντία τῶν ἐναντίων ἰάματα, φυλάττεσθαι κᾀπὶ τούτων τὸν πρῶτον ἁπάντων τῶν παρὰ φύσιν σκοπὸν τῆς ἰάσεως.</w:t>
      </w:r>
    </w:p>
    <w:p>
      <w:r>
        <w:rPr>
          <w:rFonts w:ascii="Courier New" w:hAnsi="Courier New"/>
          <w:color w:val="555555"/>
          <w:sz w:val="20"/>
        </w:rPr>
        <w:t>[10]</w:t>
      </w:r>
    </w:p>
    <w:p>
      <w:r>
        <w:rPr>
          <w:rFonts w:ascii="Gentium Plus" w:hAnsi="Gentium Plus"/>
          <w:sz w:val="24"/>
        </w:rPr>
        <w:t>ἄμεινον δ’, ὡς ἐλέγετο, τῶν ὄντως τε καὶ πρώτως θεραπευο‐ μένων ὑπολαμβάνειν τὰ ἐναντία εἶναι βοηθήματα, τουτέστι τῶν ἐν τῷ σώματι διαθέσεων, αἵπερ ὄντως εἰσὶν ὄντα. τὰς γὰρ ἐνεργείας αὐτῶν, ὥσπερ οὖν καὶ τὰς βλάβας, γινόμενα μὲν εἶναι φατέον, ὄντα δὲ ἁπλῶς οὐ ῥητέον. οὔτε γὰρ τὸ</w:t>
      </w:r>
    </w:p>
    <w:p>
      <w:r>
        <w:rPr>
          <w:rFonts w:ascii="Courier New" w:hAnsi="Courier New"/>
          <w:color w:val="555555"/>
          <w:sz w:val="20"/>
        </w:rPr>
        <w:t>[15]</w:t>
      </w:r>
    </w:p>
    <w:p>
      <w:r>
        <w:rPr>
          <w:rFonts w:ascii="Gentium Plus" w:hAnsi="Gentium Plus"/>
          <w:sz w:val="24"/>
        </w:rPr>
        <w:t>ἐκτείνειν οὔτε τὸ κάμπτειν τὴν χεῖρα τῶν ὄντων ἁπλῶς ἐστιν εἰπεῖν, ἀλλὰ τῶν γιγνομένων, οὔτε πολὺ μᾶλλον τὴν ἀκι‐</w:t>
      </w:r>
    </w:p>
    <w:p>
      <w:r>
        <w:rPr>
          <w:rFonts w:ascii="Courier New" w:hAnsi="Courier New"/>
          <w:color w:val="555555"/>
          <w:sz w:val="20"/>
        </w:rPr>
        <w:t>[10 . 770]</w:t>
      </w:r>
    </w:p>
    <w:p>
      <w:r>
        <w:rPr>
          <w:rFonts w:ascii="Gentium Plus" w:hAnsi="Gentium Plus"/>
          <w:sz w:val="24"/>
        </w:rPr>
        <w:t>μυσὶν ἢ τοῖς νεύροις διαθέσεως, ἀλλὰ τὴν μὲν διάθεσιν, ἕν τι τῶν ὄντων ὑπάρχουσαν, ἐναντίων δεῖσθαι βοηθημάτων, ἕπεσθαι δ’ αὐτῇ λυομένῃ τὴν ἐναντίαν κατάστασιν, ἥπερ ἐστὶν ἡ ὑγεία· καὶ ταύτῃ πάλιν ἐνέργειάν τινα φύσεως,</w:t>
      </w:r>
    </w:p>
    <w:p>
      <w:r>
        <w:rPr>
          <w:rFonts w:ascii="Courier New" w:hAnsi="Courier New"/>
          <w:color w:val="555555"/>
          <w:sz w:val="20"/>
        </w:rPr>
        <w:t>[5]</w:t>
      </w:r>
    </w:p>
    <w:p>
      <w:r>
        <w:rPr>
          <w:rFonts w:ascii="Gentium Plus" w:hAnsi="Gentium Plus"/>
          <w:sz w:val="24"/>
        </w:rPr>
        <w:t>ἐναντίαν τῷ παυσαμένῳ συμπτώματι, μὴ μέντοι μηδ’ ὑπὸ τῶν ὀνομάτων ἐξαπατᾶσθαι, πολλάκις μὲν ἐν ἑτέρῳ σχή‐ ματι λεγομένων ἢ ὡς τοῖς ἐναντίοις προσήκει, πολλάκις δ’ ὅλως οὐκ ὄντων ὀνομάτων, ἀλλ’ ἐξ αὐτῆς τῶν πρα‐ γμάτων τῆς φύσεως εὑρίσκειν τὸ ἐναντίον, ἔχοντά γε δὴ καὶ</w:t>
      </w:r>
    </w:p>
    <w:p>
      <w:r>
        <w:rPr>
          <w:rFonts w:ascii="Courier New" w:hAnsi="Courier New"/>
          <w:color w:val="555555"/>
          <w:sz w:val="20"/>
        </w:rPr>
        <w:t>[10]</w:t>
      </w:r>
    </w:p>
    <w:p>
      <w:r>
        <w:rPr>
          <w:rFonts w:ascii="Gentium Plus" w:hAnsi="Gentium Plus"/>
          <w:sz w:val="24"/>
        </w:rPr>
        <w:t>τούτου σκοπὸν ὁμολογούμενον, ὡς ἔστιν ἐναντία τὰ πλεῖ‐ στον ἀλλήλων διεστῶτα καθ’ ἕν τι γένος. ἐννοήσας οὖν τὸ σύμμετρον ἐν ἐκείνῳ τῷ γένει, τοῦτο δ’, ὡς πολλάκις ἐδείχθη, μέσον τῶν ἄκρων ἐστὶν, εὑρήσεις ἐντεῦθεν ἄπειρόν τι πλῆθος ἐναντίων πραγμάτων, ἐν τῷ μᾶλλόν τε καὶ ἧττον</w:t>
      </w:r>
    </w:p>
    <w:p>
      <w:r>
        <w:rPr>
          <w:rFonts w:ascii="Courier New" w:hAnsi="Courier New"/>
          <w:color w:val="555555"/>
          <w:sz w:val="20"/>
        </w:rPr>
        <w:t>[15]</w:t>
      </w:r>
    </w:p>
    <w:p>
      <w:r>
        <w:rPr>
          <w:rFonts w:ascii="Gentium Plus" w:hAnsi="Gentium Plus"/>
          <w:sz w:val="24"/>
        </w:rPr>
        <w:t>ἀλλήλων διαφερόντων. ἐν μὲν γὰρ ταῖς διαθέσεσιν, εἰ οὕ‐ τως ἔτυχε, τὴν συμμετρίαν τῶν πόρων, ἧς ἐφ’ ἑκά‐ τερα διττὰς ἀμετρίας ἀλλήλαις ἐναντίας· ἐν δὲ ταῖς ἐνερ‐</w:t>
      </w:r>
    </w:p>
    <w:p>
      <w:r>
        <w:rPr>
          <w:rFonts w:ascii="Courier New" w:hAnsi="Courier New"/>
          <w:color w:val="555555"/>
          <w:sz w:val="20"/>
        </w:rPr>
        <w:t>[10 . 771]</w:t>
      </w:r>
    </w:p>
    <w:p>
      <w:r>
        <w:rPr>
          <w:rFonts w:ascii="Gentium Plus" w:hAnsi="Gentium Plus"/>
          <w:sz w:val="24"/>
        </w:rPr>
        <w:t>ἑκατέρωθεν ἀμετρία. ἀλλὰ κατὰ μὲν τοὺς πόρους ὀνόματα κεῖται ταῖς ἀμετρίαις, πύκνωσίς τε καὶ μάνωσις, ἐν δὲ τοῖς κενουμένοις οὐ κεῖται. διόπερ ἀναγκαζόμεθα λέγειν ἐλάττους τε καὶ πλείους ἀποῤῥοίας, ὥσπερ εἰ καὶ τῶν πόρων ἀναγκα‐</w:t>
      </w:r>
    </w:p>
    <w:p>
      <w:r>
        <w:rPr>
          <w:rFonts w:ascii="Courier New" w:hAnsi="Courier New"/>
          <w:color w:val="555555"/>
          <w:sz w:val="20"/>
        </w:rPr>
        <w:t>[5]</w:t>
      </w:r>
    </w:p>
    <w:p>
      <w:r>
        <w:rPr>
          <w:rFonts w:ascii="Gentium Plus" w:hAnsi="Gentium Plus"/>
          <w:sz w:val="24"/>
        </w:rPr>
        <w:t>ζοίμεθα τοὺς μὲν ἐλάττους τῶν κατὰ φύσιν, τοὺς δὲ μείζους λέγειν, οὐκ ἔχοντες οὔτε τὸ τῆς πυκνώσεως, οὔτε τὸ τῆς μανώσεως ὄνομα. τοῦτο οὖν ὡς ἔφην, ἐν τοῖς μάλιστα φυ‐ λακτέον ἡμῖν ἐστιν, ἅμα δὲ καὶ γυμναστέον ἀμφ’ αὐτὸ πρὸς τὸ ταχέως εὑρίσκειν δύνασθαι παντὸς τοῦ λεχθέντος</w:t>
      </w:r>
    </w:p>
    <w:p>
      <w:r>
        <w:rPr>
          <w:rFonts w:ascii="Courier New" w:hAnsi="Courier New"/>
          <w:color w:val="555555"/>
          <w:sz w:val="20"/>
        </w:rPr>
        <w:t>[10]</w:t>
      </w:r>
    </w:p>
    <w:p>
      <w:r>
        <w:rPr>
          <w:rFonts w:ascii="Gentium Plus" w:hAnsi="Gentium Plus"/>
          <w:sz w:val="24"/>
        </w:rPr>
        <w:t>οὕτω τὸ ἐναντίον. οὐ γὰρ ἐν τοῖς ποιοῖς σώμασιν μόνον, ἀλλὰ κᾀν τοῖς ποσοῖς ἐστιν εὑρεῖν τὴν τοιαύτην ἐναντίωσιν, ἣν οἱ περὶ τὸν Ἀριστοτέλη καλοῦσιν ἀντίθεσιν, οὐκ ἐναντίω‐ σιν. οὔτε γὰρ τὸ μέγα τῷ μικρῷ φασιν ὑπάρχειν ἐναντίον, ἀλλ’ ἀντικείμενον ἐν τῷ πρὸς τὶ, οὔτε τὸ πολὺ τῷ ὀλίγῳ·</w:t>
      </w:r>
    </w:p>
    <w:p>
      <w:r>
        <w:rPr>
          <w:rFonts w:ascii="Courier New" w:hAnsi="Courier New"/>
          <w:color w:val="555555"/>
          <w:sz w:val="20"/>
        </w:rPr>
        <w:t>[15]</w:t>
      </w:r>
    </w:p>
    <w:p>
      <w:r>
        <w:rPr>
          <w:rFonts w:ascii="Gentium Plus" w:hAnsi="Gentium Plus"/>
          <w:sz w:val="24"/>
        </w:rPr>
        <w:t>κατὰ δὲ τὸν αὐτὸν τρόπον οὐδ’ ἀραιὸν τῷ πυκνῷ, οὐδὲ τῷ συντεταμένῳ τὸ κεχαλασμένον, οὐδὲ τῷ κατὰ φύσιν αὖ τὸ παρὰ φύσιν. ἀλλὰ κατά γε τὸν Ἱπποκράτη πάντα τὰ τοιαῦτα</w:t>
      </w:r>
    </w:p>
    <w:p>
      <w:r>
        <w:rPr>
          <w:rFonts w:ascii="Courier New" w:hAnsi="Courier New"/>
          <w:color w:val="555555"/>
          <w:sz w:val="20"/>
        </w:rPr>
        <w:t>[10 . 772]</w:t>
      </w:r>
    </w:p>
    <w:p>
      <w:r>
        <w:rPr>
          <w:rFonts w:ascii="Gentium Plus" w:hAnsi="Gentium Plus"/>
          <w:sz w:val="24"/>
        </w:rPr>
        <w:t>τωνα τὰς γενέσεις ἐκ τῶν ἐναντίων εἶναι φάσκοντα. δέδει‐ κται δέ μοι καὶ δι’ ἑτέρων ὅτι καὶ Ἀριστοτέλης αὐτὸς οὐκ ἐφύλαξε τὴν ἑαυτοῦ νομοθεσίαν ἐν τοῖς ὀνόμασιν, ἡνίκα τὰς ἀρχὰς τῶν ὑπὸ φύσεως διοικουμένων ὕλην ἔθετο καὶ εἶδος καὶ</w:t>
      </w:r>
    </w:p>
    <w:p>
      <w:r>
        <w:rPr>
          <w:rFonts w:ascii="Courier New" w:hAnsi="Courier New"/>
          <w:color w:val="555555"/>
          <w:sz w:val="20"/>
        </w:rPr>
        <w:t>[5]</w:t>
      </w:r>
    </w:p>
    <w:p>
      <w:r>
        <w:rPr>
          <w:rFonts w:ascii="Gentium Plus" w:hAnsi="Gentium Plus"/>
          <w:sz w:val="24"/>
        </w:rPr>
        <w:t>στέρησιν. ἀλλ’ ὅπερ ἀεὶ λέγομεν ἑπόμενοι τῷ θείῳ Πλάτωνι, καταφρονεῖν μὲν χρὴ τῶν ὀνομάτων, μὴ καταφρονεῖν δὲ τῆς τῶν πραγμάτων ἐπιστήμης. αὕτη μὲν γὰρ εἰς σωτηρίαν ἀν‐ θρώπων διαφέρει καὶ τὸ σφάλμα αὐτῆς εἰς ὄλεθρον τελευτᾷ. τοῖς δ’ ὀνόμασιν ἄν τε κυρίως ἄν τε ἀκύρως χρησώμεθα, τοῖς</w:t>
      </w:r>
    </w:p>
    <w:p>
      <w:r>
        <w:rPr>
          <w:rFonts w:ascii="Courier New" w:hAnsi="Courier New"/>
          <w:color w:val="555555"/>
          <w:sz w:val="20"/>
        </w:rPr>
        <w:t>[10]</w:t>
      </w:r>
    </w:p>
    <w:p>
      <w:r>
        <w:rPr>
          <w:rFonts w:ascii="Gentium Plus" w:hAnsi="Gentium Plus"/>
          <w:sz w:val="24"/>
        </w:rPr>
        <w:t>κάμνουσιν οὐδὲν οὔτε πλέον οὔθ’ ἧττον ἐκ τοῦ τοιούτου. μάθοις δ’ ἂν ἐναργέστερον, εἰ μὴ τὰ ἐναντία τῶν ἐναντίων, ἀλλὰ τὰ ἀντικείμενα λέγοις, ᾗπερ ἐκείνοις φίλον, ἀλλήλων ὑπάρχειν ἰάματα. τὸ μὲν γὰρ πλῆθος ἡ κένωσις ἰᾶται, τὴν δ’ ἔνδειαν αἱ τροφαὶ, καὶ ὅλως τὸ μὲν ὑπερβάλλον ἡ ἀφαί‐</w:t>
      </w:r>
    </w:p>
    <w:p>
      <w:r>
        <w:rPr>
          <w:rFonts w:ascii="Courier New" w:hAnsi="Courier New"/>
          <w:color w:val="555555"/>
          <w:sz w:val="20"/>
        </w:rPr>
        <w:t>[15]</w:t>
      </w:r>
    </w:p>
    <w:p>
      <w:r>
        <w:rPr>
          <w:rFonts w:ascii="Gentium Plus" w:hAnsi="Gentium Plus"/>
          <w:sz w:val="24"/>
        </w:rPr>
        <w:t>ρεσις, τὸ δ’ ἐλλεῖπον ἡ πρόσθεσις. ὅθεν, οἶμαι, καὶ δι’ ἑτέρου λέλεκται γράμματος ὀρθῶς τῷ παλαιῷ· ἰατρικὴ γάρ ἐστι πρόσ‐ θεσις καὶ ἀφαίρεσις· πρόσθεσις μὲν τῶν ἐλλειπόντων, ἀφαί‐ ρεσις δὲ τῶν πλεοναζόντων. ἐλλείπει δὲ καὶ πλεονάζει τὰ</w:t>
      </w:r>
    </w:p>
    <w:p>
      <w:r>
        <w:rPr>
          <w:rFonts w:ascii="Courier New" w:hAnsi="Courier New"/>
          <w:color w:val="555555"/>
          <w:sz w:val="20"/>
        </w:rPr>
        <w:t>[10 . 773]</w:t>
      </w:r>
    </w:p>
    <w:p>
      <w:r>
        <w:rPr>
          <w:rFonts w:ascii="Gentium Plus" w:hAnsi="Gentium Plus"/>
          <w:sz w:val="24"/>
        </w:rPr>
        <w:t>τὸ ποσὸν, ὅταν αἷμα πλέον ᾖ τοῦ δέοντος ἢ πάλιν ἔλαττον γένηται· κατὰ δὲ τὸ ποιὸν, ὅταν ἤτοι θερμὸν ἢ ψυχρὸν ἢ παχύτερον ἢ λεπτότερον. εἴτ’ οὖν ἐναντίωσιν εἴτ’ ἀντίθεσιν ὀνομάζειν ἐθέλοις, τοῦ ἐξ ἁπάντων τῶν παρὰ φύσιν σκοποῦ</w:t>
      </w:r>
    </w:p>
    <w:p>
      <w:r>
        <w:rPr>
          <w:rFonts w:ascii="Courier New" w:hAnsi="Courier New"/>
          <w:color w:val="555555"/>
          <w:sz w:val="20"/>
        </w:rPr>
        <w:t>[5]</w:t>
      </w:r>
    </w:p>
    <w:p>
      <w:r>
        <w:rPr>
          <w:rFonts w:ascii="Gentium Plus" w:hAnsi="Gentium Plus"/>
          <w:sz w:val="24"/>
        </w:rPr>
        <w:t>τῆς ἰάσεως ἀεὶ μέμνησο καὶ πρόσεχε τὸν νοῦν αὐτῷ, μάλιστα μὲν, ὡς εἴρηται πρόσθεν, ἐν ταῖς διαθέσεσιν, ἤδη δὲ κᾀν τοῖς συμπτώμασιν· ὧν οὔτε πρώτως ἐστὶν ἴασις οὔτ’ ἐναντίωσις κυρίως, ἀλλ’ ἡ μὲν ἴασις ἅμα ταῖς διαθέσεσι κατὰ συμβεβη‐ κὸς, ἐναντίον δὲ καταχρηστικῶς ὀνομαζόντων ἕνεκα σαφοῦς</w:t>
      </w:r>
    </w:p>
    <w:p>
      <w:r>
        <w:rPr>
          <w:rFonts w:ascii="Courier New" w:hAnsi="Courier New"/>
          <w:color w:val="555555"/>
          <w:sz w:val="20"/>
        </w:rPr>
        <w:t>[10]</w:t>
      </w:r>
    </w:p>
    <w:p>
      <w:r>
        <w:rPr>
          <w:rFonts w:ascii="Gentium Plus" w:hAnsi="Gentium Plus"/>
          <w:sz w:val="24"/>
        </w:rPr>
        <w:t>τε ἅμα καὶ συντόμου διδασκαλίας. Ἀνέλθωμεν οὖν αὖθις ἐπὶ τοὺς θεραπευ‐ τικοὺς σκοποὺς τοῦ προκειμένου γένους τῶν πυρετῶν, ἀνα‐ μνήσωμέν τε τὰ γένη τῶν παρὰ φύσιν ἐν ἡμῖν τῶν τε αἰτίων καὶ τῶν νοσημάτων καὶ τῶν συμπτωμάτων· αἰτίων μὲν τοῦ</w:t>
      </w:r>
    </w:p>
    <w:p>
      <w:r>
        <w:rPr>
          <w:rFonts w:ascii="Courier New" w:hAnsi="Courier New"/>
          <w:color w:val="555555"/>
          <w:sz w:val="20"/>
        </w:rPr>
        <w:t>[15]</w:t>
      </w:r>
    </w:p>
    <w:p>
      <w:r>
        <w:rPr>
          <w:rFonts w:ascii="Gentium Plus" w:hAnsi="Gentium Plus"/>
          <w:sz w:val="24"/>
        </w:rPr>
        <w:t>πλήθους καὶ τοῦ πάχους καὶ τῆς γλισχρότητος τῶν χυμῶν, αἰτίου δ’ ἅμα καὶ συμπτώματος τῆς κατὰ τὴν διαπνοὴν</w:t>
      </w:r>
    </w:p>
    <w:p>
      <w:r>
        <w:rPr>
          <w:rFonts w:ascii="Courier New" w:hAnsi="Courier New"/>
          <w:color w:val="555555"/>
          <w:sz w:val="20"/>
        </w:rPr>
        <w:t>[10 . 774]</w:t>
      </w:r>
    </w:p>
    <w:p>
      <w:r>
        <w:rPr>
          <w:rFonts w:ascii="Gentium Plus" w:hAnsi="Gentium Plus"/>
          <w:sz w:val="24"/>
        </w:rPr>
        <w:t>τῆς σήψεως, νοσήματος δὲ τῆς ἐμφράξεως καὶ τοῦ πυρετοῦ, συμπτώματος δὲ τῆς ἐπισχέσεως τῆς διαπνοῆς. ἐνδείξεται τοιγαροῦν, ὡς ἐλέχθη, τῶν μὲν προηγουμένων αἰτίων ἕκαστον ἴδιόν τι· τὸ μὲν πλῆθος ἐν τῷ πρὸς τὶ κατὰ τὴν τοῦ πο‐</w:t>
      </w:r>
    </w:p>
    <w:p>
      <w:r>
        <w:rPr>
          <w:rFonts w:ascii="Courier New" w:hAnsi="Courier New"/>
          <w:color w:val="555555"/>
          <w:sz w:val="20"/>
        </w:rPr>
        <w:t>[5]</w:t>
      </w:r>
    </w:p>
    <w:p>
      <w:r>
        <w:rPr>
          <w:rFonts w:ascii="Gentium Plus" w:hAnsi="Gentium Plus"/>
          <w:sz w:val="24"/>
        </w:rPr>
        <w:t>σοῦ προσηγορίαν τὴν κένωσιν, ἡ δὲ γλισχρότης καὶ τὸ πάχος κατὰ τὴν τοῦ ποιοῦ διάθεσιν ὑπάρχοντα τὴν διὰ τῶν ἐναντίων ἴασιν. ἅτε δὲ οὐκ ὄντων ἐν ταῖς πλείσταις ἀντιθέ‐ σεσι συνηθῶν ὀνομάτων, ἀπατᾶσθαι συμβαίνει τοὺς ἀγυμνά‐ στους τὴν περὶ τῶν πραγμάτων ἐπιστήμην, ὅταν ὀνομάσαι</w:t>
      </w:r>
    </w:p>
    <w:p>
      <w:r>
        <w:rPr>
          <w:rFonts w:ascii="Courier New" w:hAnsi="Courier New"/>
          <w:color w:val="555555"/>
          <w:sz w:val="20"/>
        </w:rPr>
        <w:t>[10]</w:t>
      </w:r>
    </w:p>
    <w:p>
      <w:r>
        <w:rPr>
          <w:rFonts w:ascii="Gentium Plus" w:hAnsi="Gentium Plus"/>
          <w:sz w:val="24"/>
        </w:rPr>
        <w:t>μιᾷ προσηγορίᾳ μὴ δυνηθῶσι τὸ νοούμενον, ὡς οὐδ’ ὅλως ὄντος ἀφισταμένους· ὅπερ ἀμέλει καὶ κατὰ τοὺς γλίσχρους καὶ παχεῖς χυμοὺς πεπόνθασιν. ὁ μὲν γὰρ παχὺς χυμὸς ἀν‐ τικείμενον ἔχει τὸν λεπτὸν, ὁ δὲ γλίσχρος, ὡς μὲν ἐγὼ πρῶ‐ τον ὠνόμασα, τὸν ῥυπτικὸν, ὡς δ’ ἄν τις ἴσως ἀπὸ στερεῶν</w:t>
      </w:r>
    </w:p>
    <w:p>
      <w:r>
        <w:rPr>
          <w:rFonts w:ascii="Courier New" w:hAnsi="Courier New"/>
          <w:color w:val="555555"/>
          <w:sz w:val="20"/>
        </w:rPr>
        <w:t>[15]</w:t>
      </w:r>
    </w:p>
    <w:p>
      <w:r>
        <w:rPr>
          <w:rFonts w:ascii="Gentium Plus" w:hAnsi="Gentium Plus"/>
          <w:sz w:val="24"/>
        </w:rPr>
        <w:t>σωμάτων ὁρμώμενος φαίη, τὸν κραῦρον. οὕτω γὰρ φαίνεται καὶ ὁ Ἀριστοτέλης ἀεὶ ποιούμενος τὴν ἀντίθεσιν· ἀλλ’ οὐκ</w:t>
      </w:r>
    </w:p>
    <w:p>
      <w:r>
        <w:rPr>
          <w:rFonts w:ascii="Courier New" w:hAnsi="Courier New"/>
          <w:color w:val="555555"/>
          <w:sz w:val="20"/>
        </w:rPr>
        <w:t>[10 . 775]</w:t>
      </w:r>
    </w:p>
    <w:p>
      <w:r>
        <w:rPr>
          <w:rFonts w:ascii="Gentium Plus" w:hAnsi="Gentium Plus"/>
          <w:sz w:val="24"/>
        </w:rPr>
        <w:t>των. εἰ δὲ νοήσαις τοῦ γλίσχρου χυμοῦ τὴν φύσιν, ὡς παντὸς τοῦ ψαύσαντος ἀντέχεται δυσλύτως, εἰκότως, οἶμαι, τὸν μὴ συμπλεκόμενον ἀποῤῥύπτοντά τε τοὺς συμπλεκομένους ἐναντίον εἶναι φήσεις αὐτῷ. κατὰ γοῦν τὰ προηγούμενα τῶν</w:t>
      </w:r>
    </w:p>
    <w:p>
      <w:r>
        <w:rPr>
          <w:rFonts w:ascii="Courier New" w:hAnsi="Courier New"/>
          <w:color w:val="555555"/>
          <w:sz w:val="20"/>
        </w:rPr>
        <w:t>[5]</w:t>
      </w:r>
    </w:p>
    <w:p>
      <w:r>
        <w:rPr>
          <w:rFonts w:ascii="Gentium Plus" w:hAnsi="Gentium Plus"/>
          <w:sz w:val="24"/>
        </w:rPr>
        <w:t>αἰτιῶν αἱ ἀντιθέσεις αὐτάρκως εἴρηνται· κατὰ δὲ τὴν ὀργα‐ νικὴν νόσον, ἥπερ ἐστὶν ἔμφραξις, τὸ ἐναντίον ταύτῃ ἡ ἔκ‐ φραξις ὑπάρχει· κατὰ δὲ τὸ σύμπτωμα τὸ τῆς ἐποχῆς τῶν διαπνεομένων ἡ ἔκκρισις αὐτῶν ἐστι τὸ ἐναντίον· κατὰ δὲ τὴν σηπεδόνα τῶν χυμῶν ἥ τε ἔκκρισις καὶ ἡ ἀνάψυξις καὶ</w:t>
      </w:r>
    </w:p>
    <w:p>
      <w:r>
        <w:rPr>
          <w:rFonts w:ascii="Courier New" w:hAnsi="Courier New"/>
          <w:color w:val="555555"/>
          <w:sz w:val="20"/>
        </w:rPr>
        <w:t>[10]</w:t>
      </w:r>
    </w:p>
    <w:p>
      <w:r>
        <w:rPr>
          <w:rFonts w:ascii="Gentium Plus" w:hAnsi="Gentium Plus"/>
          <w:sz w:val="24"/>
        </w:rPr>
        <w:t>ἡ ῥίπισις καὶ ἡ τῶν ἡμισαπῶν πέψις· αὐτῶν δὲ τῶν πυρε‐ τῶν ἡ ἀντίθεσις ψύξις ἐστίν. ἐξ ὧν δ’ ἄν τις μεθόδῳ εὕροι τὴν ἐργαζομένην ἕκαστον τῶν εἰρημένων ὕλην ἤδη εἴρηται. μαχομένων οὖν αὐτῶν, ὥσπερ ἐλέγομεν, ἄλλοτ’ ἄλλη κρατεῖ τῶν ἐνδείξεων τε καὶ ὑλῶν. καὶ κατὰ τοῦτο τινὲς ἀγνοή‐</w:t>
      </w:r>
    </w:p>
    <w:p>
      <w:r>
        <w:rPr>
          <w:rFonts w:ascii="Courier New" w:hAnsi="Courier New"/>
          <w:color w:val="555555"/>
          <w:sz w:val="20"/>
        </w:rPr>
        <w:t>[15]</w:t>
      </w:r>
    </w:p>
    <w:p>
      <w:r>
        <w:rPr>
          <w:rFonts w:ascii="Gentium Plus" w:hAnsi="Gentium Plus"/>
          <w:sz w:val="24"/>
        </w:rPr>
        <w:t>σαντες ὡς ἀφ’ ἑκάστου τῶν ὄντων ἔνδειξίς ἐστιν ἀεὶ μία, καὶ ὡς εἰ μὲν εἴη τῶν παρὰ φύσιν τι τὸ ἐνδεικνύμενον, ἡ ἔνδειξις αὐτοῦ τὸ ἐναντίον ἐστὶν, εἰ δὲ τῶν κατὰ φύσιν,</w:t>
      </w:r>
    </w:p>
    <w:p>
      <w:r>
        <w:rPr>
          <w:rFonts w:ascii="Courier New" w:hAnsi="Courier New"/>
          <w:color w:val="555555"/>
          <w:sz w:val="20"/>
        </w:rPr>
        <w:t>[10 . 776]</w:t>
      </w:r>
    </w:p>
    <w:p>
      <w:r>
        <w:rPr>
          <w:rFonts w:ascii="Gentium Plus" w:hAnsi="Gentium Plus"/>
          <w:sz w:val="24"/>
        </w:rPr>
        <w:t>ραπευτικὴν οὔτε ὑγιεινὴν συστήσασθαι μέθοδον. ὅπου γὰρ ἐν τοῖς πρώτοις ἐσφάλησαν σκοποῖς, πολὺ δήπου μᾶλλον ἔμελλον ἐν τοῖς μετ’ αὐτοὺς σφαλήσεσθαι. χρὴ γὰρ, οἶμαι, τὰ θεμέλια τοῖς οἰκοδομήμασιν ἰσχυρὰ προκαταβεβλῆσθαι.</w:t>
      </w:r>
    </w:p>
    <w:p>
      <w:r>
        <w:rPr>
          <w:rFonts w:ascii="Courier New" w:hAnsi="Courier New"/>
          <w:color w:val="555555"/>
          <w:sz w:val="20"/>
        </w:rPr>
        <w:t>[5]</w:t>
      </w:r>
    </w:p>
    <w:p>
      <w:r>
        <w:rPr>
          <w:rFonts w:ascii="Gentium Plus" w:hAnsi="Gentium Plus"/>
          <w:sz w:val="24"/>
        </w:rPr>
        <w:t>καὶ τὴν τρόπιν τοῖς σκάφεσιν, εἰ μέλλει τι τῶν ἐπ’ αὐτοῖς οἰκοδομουμένων τε καὶ πηγνυμένων ἀσφαλὲς γενήσεσθαι· ὅπου δ’ ἂν ἐξ ἀρχῆς εὐθὺς ἡ πρώτη κρηπὶς σαθρὰ συμ‐ παγῇ, τίς μηχανὴ τῶν ἐπ’ αὐτῇ τι γενήσεσθαι μὴ σαθρόν; ἐπεὶ τοίνυν τῶν κατὰ τὴν προκειμένην στέγνωσιν συνόχων,</w:t>
      </w:r>
    </w:p>
    <w:p>
      <w:r>
        <w:rPr>
          <w:rFonts w:ascii="Courier New" w:hAnsi="Courier New"/>
          <w:color w:val="555555"/>
          <w:sz w:val="20"/>
        </w:rPr>
        <w:t>[10]</w:t>
      </w:r>
    </w:p>
    <w:p>
      <w:r>
        <w:rPr>
          <w:rFonts w:ascii="Gentium Plus" w:hAnsi="Gentium Plus"/>
          <w:sz w:val="24"/>
        </w:rPr>
        <w:t>οὐ γὰρ ὀκνητέον αὖθις καὶ αὖθις ἀναλαμβάνειν τὸν λόγον, ὑπὲρ τοῦ μαθεῖν τοὺς πολλοὺς τῶν ἰατρῶν κᾂν νῦν γοῦν τὴν ἀληθῆ μέθοδον, ἑπτὰ μὲν ὑπέκειτο τὰ παρὰ φύσιν, ἀφ’ ὧν αἱ ἐνδείξεις, πλῆθος χυμῶν καὶ πάχος καὶ γλισχρό‐ της ἔμφραξίς τε καὶ τῶν ἀναπνεομένων ἐπίσχεσις καὶ σῆ‐</w:t>
      </w:r>
    </w:p>
    <w:p>
      <w:r>
        <w:rPr>
          <w:rFonts w:ascii="Courier New" w:hAnsi="Courier New"/>
          <w:color w:val="555555"/>
          <w:sz w:val="20"/>
        </w:rPr>
        <w:t>[15]</w:t>
      </w:r>
    </w:p>
    <w:p>
      <w:r>
        <w:rPr>
          <w:rFonts w:ascii="Gentium Plus" w:hAnsi="Gentium Plus"/>
          <w:sz w:val="24"/>
        </w:rPr>
        <w:t>ψις καὶ πυρετὸς οὐκ ἔχων διάλειμμα· καὶ ταῦτ’ ἐνεδεί‐ κνυτο πάντως τὸ ἐναντίον. ἔξωθεν δ’ αὐτῶν ἔνδειξις ἀπὸ</w:t>
      </w:r>
    </w:p>
    <w:p>
      <w:r>
        <w:rPr>
          <w:rFonts w:ascii="Courier New" w:hAnsi="Courier New"/>
          <w:color w:val="555555"/>
          <w:sz w:val="20"/>
        </w:rPr>
        <w:t>[10 . 777]</w:t>
      </w:r>
    </w:p>
    <w:p>
      <w:r>
        <w:rPr>
          <w:rFonts w:ascii="Gentium Plus" w:hAnsi="Gentium Plus"/>
          <w:sz w:val="24"/>
        </w:rPr>
        <w:t>μορίου καὶ τῶν ἄλλων ἁπάντων τῶν κυρίων ἐκ τοῦ ποσοῦ τῆς οὐσίας αὐτῶν καὶ ἐκ τοῦ ποσοῦ τε καὶ ποιοῦ τῆς τοῦ πνεύματος οὐσίας· αἱ δὲ ἀπὸ τούτων ἐνδείξεις οὐ τῶν ἐναντίων ἦσαν, ἀλλὰ τῶν οἰκείων· εἰς δὲ τὴν διάγνωσιν</w:t>
      </w:r>
    </w:p>
    <w:p>
      <w:r>
        <w:rPr>
          <w:rFonts w:ascii="Courier New" w:hAnsi="Courier New"/>
          <w:color w:val="555555"/>
          <w:sz w:val="20"/>
        </w:rPr>
        <w:t>[5]</w:t>
      </w:r>
    </w:p>
    <w:p>
      <w:r>
        <w:rPr>
          <w:rFonts w:ascii="Gentium Plus" w:hAnsi="Gentium Plus"/>
          <w:sz w:val="24"/>
        </w:rPr>
        <w:t>αὐτῶν, ὡς ἐλέγομεν, ἥ θ’ ἡλικία καὶ τὸ ἔθος ἅπαντά τε τὰ προκατάρξαντα τῆς νόσου συντελεῖ· προερχομένων δὲ κᾀν‐ τεῦθεν ἐνδείξεων οὐκ ὀλίγων, εἰς ἁπάσας χρὴ βλέπειν ἅμα τὸν ἰατρὸν, ἵν’ ἐξεύρῃ τίνι μὲν πρῶτον καὶ μᾶλλον, τίνι δ’ ἧττόν τε καὶ δεύτερον, τίνι αὖθίς τε καὶ τρίτον καὶ</w:t>
      </w:r>
    </w:p>
    <w:p>
      <w:r>
        <w:rPr>
          <w:rFonts w:ascii="Courier New" w:hAnsi="Courier New"/>
          <w:color w:val="555555"/>
          <w:sz w:val="20"/>
        </w:rPr>
        <w:t>[10]</w:t>
      </w:r>
    </w:p>
    <w:p>
      <w:r>
        <w:rPr>
          <w:rFonts w:ascii="Gentium Plus" w:hAnsi="Gentium Plus"/>
          <w:sz w:val="24"/>
        </w:rPr>
        <w:t>οὕτως ἐφεξῆς ἄλλῳ μετ’ ἄλλο χρήσεται βοηθήματι. Τῶν μὲν γὰρ δυνάμεων ἰσχυρῶν ὑπαρχου‐ σῶν τοῦ τὸν ἐπὶ σηπεδόνι πυρετὸν πυρέττοντος, ὡς ὑπό‐ κειται, φλεβοτομητέον αὐτίκα χωρὶς ἀπεψίας τῆς κατὰ γα‐ στέρα τοῦ νοσήματος ὑπαρξαμένου. τῆς δυνάμεως δὲ ἀσθενε‐</w:t>
      </w:r>
    </w:p>
    <w:p>
      <w:r>
        <w:rPr>
          <w:rFonts w:ascii="Courier New" w:hAnsi="Courier New"/>
          <w:color w:val="555555"/>
          <w:sz w:val="20"/>
        </w:rPr>
        <w:t>[15]</w:t>
      </w:r>
    </w:p>
    <w:p>
      <w:r>
        <w:rPr>
          <w:rFonts w:ascii="Gentium Plus" w:hAnsi="Gentium Plus"/>
          <w:sz w:val="24"/>
        </w:rPr>
        <w:t>στέρας οὔσης, ἢ τῆς ἡλικίας κωλυούσης, οὐ χρὴ τέμνειν φλέβα. λέλεκται δ’ ἔμπροσθεν ὡς οὐδὲ συνεισβάλλει τῷ τοιούτῳ πυρετῷ δύναμις ἄῤῥωστος· εὐεκτικῶν τε γάρ ἐστι</w:t>
      </w:r>
    </w:p>
    <w:p>
      <w:r>
        <w:rPr>
          <w:rFonts w:ascii="Courier New" w:hAnsi="Courier New"/>
          <w:color w:val="555555"/>
          <w:sz w:val="20"/>
        </w:rPr>
        <w:t>[10 . 778]</w:t>
      </w:r>
    </w:p>
    <w:p>
      <w:r>
        <w:rPr>
          <w:rFonts w:ascii="Gentium Plus" w:hAnsi="Gentium Plus"/>
          <w:sz w:val="24"/>
        </w:rPr>
        <w:t>ἐὰν ἐν παιδίῳ γένηται μήπω τεσσαρεσκαιδέκατον ἔτος ἄγοντι, φλεβοτομεῖν οὐ προσήκει, διότι τοῖς τηλικούτοις γε θερμοῖς καὶ ὑγροῖς οὖσι καθ’ ἑκάστην ἡμέραν ἀποῤῥεῖ καὶ διαφορεῖ‐ ται πάμπολυ τῆς τοῦ σώματος οὐσίας. ὥσθ’ ὅπερ ἂν ἐκ τῆς</w:t>
      </w:r>
    </w:p>
    <w:p>
      <w:r>
        <w:rPr>
          <w:rFonts w:ascii="Courier New" w:hAnsi="Courier New"/>
          <w:color w:val="555555"/>
          <w:sz w:val="20"/>
        </w:rPr>
        <w:t>[5]</w:t>
      </w:r>
    </w:p>
    <w:p>
      <w:r>
        <w:rPr>
          <w:rFonts w:ascii="Gentium Plus" w:hAnsi="Gentium Plus"/>
          <w:sz w:val="24"/>
        </w:rPr>
        <w:t>φλεβοτομίας ἐμηχανησάμεθα, τοῦτ’ αὐτόματον ἐκ τῆς τοῦ θεραπευομένου σώματος ὑπάρχει φύσεως. εἰ δ’ ὑπὲρ τεσσα‐ ρεσκαιδέκατον ἔτος εἴη τὸ σῶμα, σκεπτέον αὐτοῦ τὴν σχέσιν ὁποία τίς ἐστιν, ἆρ’ ἰσχνὴ καὶ πυκνὴ καὶ σκληρὰ καὶ πολύαι‐ μος ἢ τἀναντία· καὶ οὕτως ἐπὶ μὲν τῇ προτέρᾳ παραλήψῃ</w:t>
      </w:r>
    </w:p>
    <w:p>
      <w:r>
        <w:rPr>
          <w:rFonts w:ascii="Courier New" w:hAnsi="Courier New"/>
          <w:color w:val="555555"/>
          <w:sz w:val="20"/>
        </w:rPr>
        <w:t>[10]</w:t>
      </w:r>
    </w:p>
    <w:p>
      <w:r>
        <w:rPr>
          <w:rFonts w:ascii="Gentium Plus" w:hAnsi="Gentium Plus"/>
          <w:sz w:val="24"/>
        </w:rPr>
        <w:t>τὴν φλεβοτομίαν, ἐπὶ δὲ τῆς δευτέρας οὐκέτι. καὶ μὲν δὴ καὶ τὸ μέτρον σοι τῆς κενώσεως ἐκ τῶν αὐτῶν σκοπῶν λαμβανέ‐ σθω. καὶ γὰρ εἰ τριακονταετὴς μὲν ὁ φλεβοτομούμενος εἴη, πλαδαρός τε καὶ μαλακὸς καὶ πιμελώδης καὶ λευκὸς καὶ μικρὰς ἔχων τὰς φλέβας, ἤτοι γ’ οὐδ’ ὅλως φλεβοτομήσεις αὐτὸν ἢ</w:t>
      </w:r>
    </w:p>
    <w:p>
      <w:r>
        <w:rPr>
          <w:rFonts w:ascii="Courier New" w:hAnsi="Courier New"/>
          <w:color w:val="555555"/>
          <w:sz w:val="20"/>
        </w:rPr>
        <w:t>[15]</w:t>
      </w:r>
    </w:p>
    <w:p>
      <w:r>
        <w:rPr>
          <w:rFonts w:ascii="Gentium Plus" w:hAnsi="Gentium Plus"/>
          <w:sz w:val="24"/>
        </w:rPr>
        <w:t>ὀλίγον ἀφαιρήσεις· οὐδ’ ὅλως μὲν ἐν ὥρᾳ θερινῇ καὶ πνιγώ‐ δει χωρίῳ, θερμῆς καὶ ξηρᾶς οὔσης τῆς καταστάσεως, ὀλίγον δ’ ἐν ταῖς ἄλλαις ὥραις καὶ χώραις καὶ καταστάσεσιν. εἰ μὲν</w:t>
      </w:r>
    </w:p>
    <w:p>
      <w:r>
        <w:rPr>
          <w:rFonts w:ascii="Courier New" w:hAnsi="Courier New"/>
          <w:color w:val="555555"/>
          <w:sz w:val="20"/>
        </w:rPr>
        <w:t>[10 . 779]</w:t>
      </w:r>
    </w:p>
    <w:p>
      <w:r>
        <w:rPr>
          <w:rFonts w:ascii="Gentium Plus" w:hAnsi="Gentium Plus"/>
          <w:sz w:val="24"/>
        </w:rPr>
        <w:t>τὸ πλῆθος τῶν χυμῶν, εὐθὺς ἂν ἐπὶ τῇ φλεβοτομίᾳ κατὰ φύσιν ἔσχεν. ὥστε ἀφαιρεῖν ἦν προσῆκον ἐν ἁπάσῃ κράσει σώματος καὶ πάσῃ χώρᾳ καὶ ὥρᾳ καὶ καταστάσει τοσοῦ‐ τον τῶν χυμῶν ὅσον ὑπὲρ τὸ κατὰ φύσιν ηὔξητο. ἐπεὶ</w:t>
      </w:r>
    </w:p>
    <w:p>
      <w:r>
        <w:rPr>
          <w:rFonts w:ascii="Courier New" w:hAnsi="Courier New"/>
          <w:color w:val="555555"/>
          <w:sz w:val="20"/>
        </w:rPr>
        <w:t>[5]</w:t>
      </w:r>
    </w:p>
    <w:p>
      <w:r>
        <w:rPr>
          <w:rFonts w:ascii="Gentium Plus" w:hAnsi="Gentium Plus"/>
          <w:sz w:val="24"/>
        </w:rPr>
        <w:t>δ’ οὔτε τὴν ἔμφραξιν οὔτε τὴν σηπεδόνα δυνατόν ἐστι θεραπεῦσαι διὰ τῆς φλεβοτομίας, ἑτέρων δεομένας βοηθη‐ μάτων, ὡς ἔμπροσθεν ἐδείκνυμεν, ἀποθέσθαι χρή τι τοῦ αἵματος εἰς τὸν τῆς θεραπείας χρόνον, ὅπως μήποτ’ ἀνάγ‐ κη καταλάβῃ τις ἡμᾶς ἀκαίρως τρέφειν. ὅσον μὲν γὰρ ἐπὶ</w:t>
      </w:r>
    </w:p>
    <w:p>
      <w:r>
        <w:rPr>
          <w:rFonts w:ascii="Courier New" w:hAnsi="Courier New"/>
          <w:color w:val="555555"/>
          <w:sz w:val="20"/>
        </w:rPr>
        <w:t>[10]</w:t>
      </w:r>
    </w:p>
    <w:p>
      <w:r>
        <w:rPr>
          <w:rFonts w:ascii="Gentium Plus" w:hAnsi="Gentium Plus"/>
          <w:sz w:val="24"/>
        </w:rPr>
        <w:t>τοιούτῳ πυρετῷ θρεπτέον οὐδ’ ὅλως ἐστίν. ἐδείχθη γάρ σοι καὶ πρόσθεν ὁ ἀπὸ τῆς δυνάμεως σκοπὸς μόνος, ἐν‐ δεικνύμενος τὴν τροφήν· ὅσον δ’ ἐπὶ τῷ κεκενῶσθαι τὸ σῶμα δεήσει τρέφειν. ὥστ’ ἀναγκαῖον ἔσται δυοῖν θάτερον, ἢ τρέφοντα τὸν πυρετὸν αὐξάνειν, ἢ μὴ τρέφοντα καταλύειν</w:t>
      </w:r>
    </w:p>
    <w:p>
      <w:r>
        <w:rPr>
          <w:rFonts w:ascii="Courier New" w:hAnsi="Courier New"/>
          <w:color w:val="555555"/>
          <w:sz w:val="20"/>
        </w:rPr>
        <w:t>[15]</w:t>
      </w:r>
    </w:p>
    <w:p>
      <w:r>
        <w:rPr>
          <w:rFonts w:ascii="Gentium Plus" w:hAnsi="Gentium Plus"/>
          <w:sz w:val="24"/>
        </w:rPr>
        <w:t>τὴν δύναμιν. ἄμεινον οὖν, ὡς εἴρηται, καταλιπεῖν τι τοῦ αἵματος, οἰκείαν τροφὴν τοῖς τοῦ ζώου μορίοις· αὐτὸν δ’</w:t>
      </w:r>
    </w:p>
    <w:p>
      <w:r>
        <w:rPr>
          <w:rFonts w:ascii="Courier New" w:hAnsi="Courier New"/>
          <w:color w:val="555555"/>
          <w:sz w:val="20"/>
        </w:rPr>
        <w:t>[10 . 780]</w:t>
      </w:r>
    </w:p>
    <w:p>
      <w:r>
        <w:rPr>
          <w:rFonts w:ascii="Gentium Plus" w:hAnsi="Gentium Plus"/>
          <w:sz w:val="24"/>
        </w:rPr>
        <w:t>ὧν ὡς φαρμάκων μᾶλλον ἢ τροφῶν χρῄζομεν. ἐδείχθη γάρ σοι καὶ περὶ τοῦδε πρόσθεν, ὅθεν οὐ χρὴ μηκύνειν ἔτι περὶ αὐτῶν. Ἀλλὰ καὶ περὶ καταπλασμάτων τε καὶ περὶ</w:t>
      </w:r>
    </w:p>
    <w:p>
      <w:r>
        <w:rPr>
          <w:rFonts w:ascii="Courier New" w:hAnsi="Courier New"/>
          <w:color w:val="555555"/>
          <w:sz w:val="20"/>
        </w:rPr>
        <w:t>[5]</w:t>
      </w:r>
    </w:p>
    <w:p>
      <w:r>
        <w:rPr>
          <w:rFonts w:ascii="Gentium Plus" w:hAnsi="Gentium Plus"/>
          <w:sz w:val="24"/>
        </w:rPr>
        <w:t>τῆς τῶν ὑποχονδρίων αἰονήσεως λεκτέον. ὁ μὲν γὰρ πολὺς ὅμιλος τῶν ἰατρῶν ἕν τι καὶ τοῦτο τῶν ἐκ τοῦ νόμου τῆς ἀμεθόδου θεραπείας ἔθετο. καὶ πάντας ὥσπερ τρέφουσι μετὰ τὴν διάτριτον, οὕτω καὶ προκαταντλοῦσιν ἐλαίῳ, κᾄ‐ πειτα μίαν ὑπερβαλόντες αὖθις τρέφουσι προκαταπλάττον‐</w:t>
      </w:r>
    </w:p>
    <w:p>
      <w:r>
        <w:rPr>
          <w:rFonts w:ascii="Courier New" w:hAnsi="Courier New"/>
          <w:color w:val="555555"/>
          <w:sz w:val="20"/>
        </w:rPr>
        <w:t>[10]</w:t>
      </w:r>
    </w:p>
    <w:p>
      <w:r>
        <w:rPr>
          <w:rFonts w:ascii="Gentium Plus" w:hAnsi="Gentium Plus"/>
          <w:sz w:val="24"/>
        </w:rPr>
        <w:t>τες, εἰ δέ που γαστὴρ ἐπισχεθείη, καὶ κλύζοντες· ὥστε τό γε κατὰ τούτους ὥρᾳ μιᾷ δύνασθαι μαθεῖν τινα τέχνην διαι‐ τητικήν. οὐ μὴν ὧδ’ ἔχει τἀληθές. ἀλλ’ ὅλης οὔσης μεγάλης τῆς τέχνης ἕν τι τῶν μερῶν αὐτῆς οὐ τὸ φαυλότατόν ἐστιν ἐπιστήμη διαίτης, ἥτις ἐκ τούτων μάλιστα συμπληροῦται τῶν</w:t>
      </w:r>
    </w:p>
    <w:p>
      <w:r>
        <w:rPr>
          <w:rFonts w:ascii="Courier New" w:hAnsi="Courier New"/>
          <w:color w:val="555555"/>
          <w:sz w:val="20"/>
        </w:rPr>
        <w:t>[15]</w:t>
      </w:r>
    </w:p>
    <w:p>
      <w:r>
        <w:rPr>
          <w:rFonts w:ascii="Gentium Plus" w:hAnsi="Gentium Plus"/>
          <w:sz w:val="24"/>
        </w:rPr>
        <w:t>βοηθημάτων, τροφῶν καὶ πομάτων ἐπιβροχῶν τε καὶ κατα‐ πλασμάτων καὶ κλυστήρων. ἡ γάρ τοι φλεβοτομία κατὰ τὴν ἀρχὴν καὶ αὐτὴ μόνη πρὸς τῶν αὐτῶν ἰατρῶν παραληφθεῖσα</w:t>
      </w:r>
    </w:p>
    <w:p>
      <w:r>
        <w:rPr>
          <w:rFonts w:ascii="Courier New" w:hAnsi="Courier New"/>
          <w:color w:val="555555"/>
          <w:sz w:val="20"/>
        </w:rPr>
        <w:t>[10 . 781]</w:t>
      </w:r>
    </w:p>
    <w:p>
      <w:r>
        <w:rPr>
          <w:rFonts w:ascii="Gentium Plus" w:hAnsi="Gentium Plus"/>
          <w:sz w:val="24"/>
        </w:rPr>
        <w:t>μιᾶς οὖν ὥρας, ὡς ἔφην, ἐστὶν ἡ μάθησις τῆς διαίτης αὐτῶν. εἰ δ’ ὁ μανθάνων εἴη συνετὸς οὐδὲ ταύτης ὅλης, ἀλλ’ ὀλι‐ γοστοῦ μέρους αὐτῆς, ἐν ᾧ τούτων τῶν νῦν λεχθησομένων ἀκοῦσαι δυνατόν ἐστιν. ἅπαντας τοὺς πυρέττοντας ἐν ἀρχῇ</w:t>
      </w:r>
    </w:p>
    <w:p>
      <w:r>
        <w:rPr>
          <w:rFonts w:ascii="Courier New" w:hAnsi="Courier New"/>
          <w:color w:val="555555"/>
          <w:sz w:val="20"/>
        </w:rPr>
        <w:t>[5]</w:t>
      </w:r>
    </w:p>
    <w:p>
      <w:r>
        <w:rPr>
          <w:rFonts w:ascii="Gentium Plus" w:hAnsi="Gentium Plus"/>
          <w:sz w:val="24"/>
        </w:rPr>
        <w:t>μὲν φλεβοτομήσεις, ἐὰν ἰσχυροὶ τὴν δύναμιν ὦσι· καταν‐ τλήσας δ’ ἐλαίῳ μετὰ τὴν διάτριτον, ἤτοι μελικράτῳ μετὰ χόνδρου θρέψεις ἢ ῥοφήματι. κᾄπειθ’ ἑξῆς τρέφε παρὰ μίαν, ἀρτομέλιτι προκαταπλάττων. εἰ δ’ ἐπισχεθείη ποτὲ ἡ γαστὴρ, ὑπάγειν αὐτὴν κλυστῆρι. τὴν μὲν οὖν ἐκείνων διαιτητικὴν</w:t>
      </w:r>
    </w:p>
    <w:p>
      <w:r>
        <w:rPr>
          <w:rFonts w:ascii="Courier New" w:hAnsi="Courier New"/>
          <w:color w:val="555555"/>
          <w:sz w:val="20"/>
        </w:rPr>
        <w:t>[10]</w:t>
      </w:r>
    </w:p>
    <w:p>
      <w:r>
        <w:rPr>
          <w:rFonts w:ascii="Gentium Plus" w:hAnsi="Gentium Plus"/>
          <w:sz w:val="24"/>
        </w:rPr>
        <w:t>τέχνην ἤδη σύμπασαν ἀκήκοας ἐν τοῖσδε τοῖς ῥήμασιν, οὐκ ἐν ἓξ μησὶν, ἀλλ’ ἐν ἓξ στίχοις. τὴν δ’ ὄντως διαιτητικὴν ἑξῆς ἄκουσον. θερμαίνειν ὑποχόνδρια καταπλάσμασιν ἢ αἰονή‐ σεσιν οὐ διὰ παντὸς ἀσφαλὲς, ἀλλ’ ἐπ’ ἐκείνων μόνων τῶν ἀῤῥώστων, ἐφ’ ὧν οὐκέτ’ ἀλᾶται περιττὸν ἐν ὅλῳ τῷ σώ‐</w:t>
      </w:r>
    </w:p>
    <w:p>
      <w:r>
        <w:rPr>
          <w:rFonts w:ascii="Courier New" w:hAnsi="Courier New"/>
          <w:color w:val="555555"/>
          <w:sz w:val="20"/>
        </w:rPr>
        <w:t>[15]</w:t>
      </w:r>
    </w:p>
    <w:p>
      <w:r>
        <w:rPr>
          <w:rFonts w:ascii="Gentium Plus" w:hAnsi="Gentium Plus"/>
          <w:sz w:val="24"/>
        </w:rPr>
        <w:t>ματι. τοῖς δ’ ἄλλοις ἅπασι κακὸν ἔσχατον. ἐάν τε γὰρ ᾖ πλῆθος ὁποτερονοῦν, εἴτε τὸ πρὸς τὴν δύναμιν εἴτε πρὸς τὴν εὐρυχωρίαν τῶν ἀγγείων, ἐάν τε περιττώματα μοχθηρὰ</w:t>
      </w:r>
    </w:p>
    <w:p>
      <w:r>
        <w:rPr>
          <w:rFonts w:ascii="Courier New" w:hAnsi="Courier New"/>
          <w:color w:val="555555"/>
          <w:sz w:val="20"/>
        </w:rPr>
        <w:t>[10 . 782]</w:t>
      </w:r>
    </w:p>
    <w:p>
      <w:r>
        <w:rPr>
          <w:rFonts w:ascii="Gentium Plus" w:hAnsi="Gentium Plus"/>
          <w:sz w:val="24"/>
        </w:rPr>
        <w:t>τὸ θερμαινόμενον. ἐθεάσω γοῦν οὐκ ὀλιγάκις ἀφλέγμαντα τελέως ὑποχόνδρια κατὰ τέσσαρας ἡμέρας ἀρχομένων αἰονᾷν αὐτὰ τῶν ἀγελαίων ἰατρῶν φλεγμήναντα, αὐτὸ τοῦτό σοι δείξαντος ἐμοῦ καὶ κελεύσαντος ἀκριβῶς προσέχειν τὸν νοῦν</w:t>
      </w:r>
    </w:p>
    <w:p>
      <w:r>
        <w:rPr>
          <w:rFonts w:ascii="Courier New" w:hAnsi="Courier New"/>
          <w:color w:val="555555"/>
          <w:sz w:val="20"/>
        </w:rPr>
        <w:t>[5]</w:t>
      </w:r>
    </w:p>
    <w:p>
      <w:r>
        <w:rPr>
          <w:rFonts w:ascii="Gentium Plus" w:hAnsi="Gentium Plus"/>
          <w:sz w:val="24"/>
        </w:rPr>
        <w:t>τῇ μελλούσῃ γενήσεσθαι φλεγμονῇ. ἐφ’ ὧν καὶ μάλιστα ἐγνὼς πηλίκον ἐστὶ κακὸν ἄλογος τριβή. διὰ παντὸς γὰρ αὐτοὶ γεν‐ νῶντες τὰς φλεγμονὰς ἐξ ὧν πράττουσιν οὐ γινώσκουσιν, ἀλλ’ ἀεὶ τοῖς αὐτοῖς ἁμαρτήμασι περιπίπτουσιν, ὥσπερ Ἱππο‐ κράτης ἔλεγε, τοὺς ἔνθεν τε καὶ ἔνθεν ἐπιδοῦντας τὰ μεθ’</w:t>
      </w:r>
    </w:p>
    <w:p>
      <w:r>
        <w:rPr>
          <w:rFonts w:ascii="Courier New" w:hAnsi="Courier New"/>
          <w:color w:val="555555"/>
          <w:sz w:val="20"/>
        </w:rPr>
        <w:t>[10]</w:t>
      </w:r>
    </w:p>
    <w:p>
      <w:r>
        <w:rPr>
          <w:rFonts w:ascii="Gentium Plus" w:hAnsi="Gentium Plus"/>
          <w:sz w:val="24"/>
        </w:rPr>
        <w:t>ἕλκους κατάγματα. καὶ γὰρ κᾀκεῖνοι φλεγμονὰς ἐργαζόμενοι κατὰ τὸ ἕλκος ὅμως οὐκ ἐπαύοντα, νομίζοντες οὐ τὴν ἐπίδε‐ σιν αἰτίαν ὑπάρχειν, ἀλλ’ ἄλλην τινὰ ἀποτυχίαν. πῶς δ’ ἂν καὶ μετέβησαν ἐφ’ ἕτερον ἰάσεως τρόπον οἱ τὴν ἄλογον πρε‐ σβεύοντες τριβὴν, ἀφ’ ὧν αὐτοί τε διὰ παντὸς εἰθίσθησαν</w:t>
      </w:r>
    </w:p>
    <w:p>
      <w:r>
        <w:rPr>
          <w:rFonts w:ascii="Courier New" w:hAnsi="Courier New"/>
          <w:color w:val="555555"/>
          <w:sz w:val="20"/>
        </w:rPr>
        <w:t>[15]</w:t>
      </w:r>
    </w:p>
    <w:p>
      <w:r>
        <w:rPr>
          <w:rFonts w:ascii="Gentium Plus" w:hAnsi="Gentium Plus"/>
          <w:sz w:val="24"/>
        </w:rPr>
        <w:t>οὕτω πράττειν, τούς τε διδασκάλους ἐθεάσαντο πρὸ αὐτῶν; οὐδὲν γὰρ οὐδ’ ἐπιχειρεῖν ἀξιοῦσιν οἱ τοιοῦτοι δι’ ἐνδείξεως</w:t>
      </w:r>
    </w:p>
    <w:p>
      <w:r>
        <w:rPr>
          <w:rFonts w:ascii="Courier New" w:hAnsi="Courier New"/>
          <w:color w:val="555555"/>
          <w:sz w:val="20"/>
        </w:rPr>
        <w:t>[10 . 783]</w:t>
      </w:r>
    </w:p>
    <w:p>
      <w:r>
        <w:rPr>
          <w:rFonts w:ascii="Gentium Plus" w:hAnsi="Gentium Plus"/>
          <w:sz w:val="24"/>
        </w:rPr>
        <w:t>τῆς τοῦ πράγματος ὁρμηθεὶς φύσεως ἐξεῦρε τρόπον ἰάσεως ἐπιτήδειον. οὗ λοιπὸν εἰς πεῖραν ἐλθόντος ἐγνώθη πόσον ὁ πρότερος ἐσφάλλετο. καὶ τοίνυν εἴ τις ἐθελήσειεν ἐπὶ τῶν τοιούτων διαθέσεων ἀποστὰς καταπλασμάτων τε καὶ τῆς δι’</w:t>
      </w:r>
    </w:p>
    <w:p>
      <w:r>
        <w:rPr>
          <w:rFonts w:ascii="Courier New" w:hAnsi="Courier New"/>
          <w:color w:val="555555"/>
          <w:sz w:val="20"/>
        </w:rPr>
        <w:t>[5]</w:t>
      </w:r>
    </w:p>
    <w:p>
      <w:r>
        <w:rPr>
          <w:rFonts w:ascii="Gentium Plus" w:hAnsi="Gentium Plus"/>
          <w:sz w:val="24"/>
        </w:rPr>
        <w:t>ἐλαίου καταντλήσεως, ἐπὶ τὴν ἐκ τοῦ λόγου διδασκο‐ μένην ἀφικέσθαι θεραπείαν, οὐ χαλεπῶς ἂν οὐδ’ αὐτὸς τῇ πείρᾳ κρίνειε πηλίκον ἁμαρτάνουσιν οἱ οὕτω θεραπεύοντες τά τε πληθωρικὰ καὶ τὰ μὴ καθαρὰ σώματα. συμβαίνει δ’ ἐν τοῖς τοιούτοις νοσήμασι τοὺς πλουσίους μᾶλλον τῶν</w:t>
      </w:r>
    </w:p>
    <w:p>
      <w:r>
        <w:rPr>
          <w:rFonts w:ascii="Courier New" w:hAnsi="Courier New"/>
          <w:color w:val="555555"/>
          <w:sz w:val="20"/>
        </w:rPr>
        <w:t>[10]</w:t>
      </w:r>
    </w:p>
    <w:p>
      <w:r>
        <w:rPr>
          <w:rFonts w:ascii="Gentium Plus" w:hAnsi="Gentium Plus"/>
          <w:sz w:val="24"/>
        </w:rPr>
        <w:t>πενήτων κακῶς θεραπεύεσθαι. ἀμφότερα γὰρ ἐπ’ αὐτῶν ἁμαρτάνεται διὰ τὴν τρυφὴν οὐκ ὀλιγάκις, ἥ τε τῆς φλεβοτο‐ μίας ἔνδεια καὶ ἡ περιττοτέρα δῆθεν ἐπιμέλεια τῶν ἰατρῶν, ὡς καθ’ ἑκάστην τι πράττειν ἡμέραν ἐπὶ τῷ τοῦ κάμνοντος σώματι. κατ’ ἀρχὰς μὲν οὖν ὑπὸ τρυφῆς οὐκ ἀνέχονται τῆς</w:t>
      </w:r>
    </w:p>
    <w:p>
      <w:r>
        <w:rPr>
          <w:rFonts w:ascii="Courier New" w:hAnsi="Courier New"/>
          <w:color w:val="555555"/>
          <w:sz w:val="20"/>
        </w:rPr>
        <w:t>[15]</w:t>
      </w:r>
    </w:p>
    <w:p>
      <w:r>
        <w:rPr>
          <w:rFonts w:ascii="Gentium Plus" w:hAnsi="Gentium Plus"/>
          <w:sz w:val="24"/>
        </w:rPr>
        <w:t>φλεβοτομίας οἱ πλείους αὐτῶν, καίτοι μᾶλλον τῶν πενήτων ἁλισκομένοι ταῖς πληθωρικαῖς διαθέσεσιν, ὡς ἂν καὶ μᾶλλον ἐμπιπλάμενοι καὶ βιοῦντες ἀργότερον. οἱ θεραπεύοντες δ’</w:t>
      </w:r>
    </w:p>
    <w:p>
      <w:r>
        <w:rPr>
          <w:rFonts w:ascii="Courier New" w:hAnsi="Courier New"/>
          <w:color w:val="555555"/>
          <w:sz w:val="20"/>
        </w:rPr>
        <w:t>[10 . 784]</w:t>
      </w:r>
    </w:p>
    <w:p>
      <w:r>
        <w:rPr>
          <w:rFonts w:ascii="Gentium Plus" w:hAnsi="Gentium Plus"/>
          <w:sz w:val="24"/>
        </w:rPr>
        <w:t>τῶν ἄλλων χρήσει νομίζουσιν ἀναπληρώσειν ὁπόσον ἐνδεῖ. καὶ μέντοι καὶ οἱ κάμνοντες, οἰόμενοι τὴν μὲν ἐφ’ ἡσυχίας δίαιταν ἀμέλειαν εἶναι, τὸ δ’ ὁτιοῦν πράττειν ἐπιμέλειαν, ἐπαναγκάζουσιν αὐτοὺς ἑκάστης ἡμέρας προσφέρειν τι τοῖς</w:t>
      </w:r>
    </w:p>
    <w:p>
      <w:r>
        <w:rPr>
          <w:rFonts w:ascii="Courier New" w:hAnsi="Courier New"/>
          <w:color w:val="555555"/>
          <w:sz w:val="20"/>
        </w:rPr>
        <w:t>[5]</w:t>
      </w:r>
    </w:p>
    <w:p>
      <w:r>
        <w:rPr>
          <w:rFonts w:ascii="Gentium Plus" w:hAnsi="Gentium Plus"/>
          <w:sz w:val="24"/>
        </w:rPr>
        <w:t>ὑποχονδρίοις· βουλομένοις δὲ δήπου καὶ τοῖς ἰατροῖς ἔτι τοῦτο πρὸς τὸ δοκεῖν ἐνεργεῖν τι διαπαντὸς, ἐντεῦθεν γὰρ ἐλπίζουσι καὶ τὸν μισθὸν πλείω λήψεσθαι. συμβαίνει τοιγαροῦν ἐν ἐκείνῳ τῷ χρόνῳ τὰς φλεγμονὰς ἄρχεσθαι τοῖς πλουσίοις, ἐν ᾧ πλησίον ἤδη τῆς λύσεώς ἐστιν ἐπὶ τῶν πενήτων τὸ νόσημα.</w:t>
      </w:r>
    </w:p>
    <w:p>
      <w:r>
        <w:rPr>
          <w:rFonts w:ascii="Courier New" w:hAnsi="Courier New"/>
          <w:color w:val="555555"/>
          <w:sz w:val="20"/>
        </w:rPr>
        <w:t>[10]</w:t>
      </w:r>
    </w:p>
    <w:p>
      <w:r>
        <w:rPr>
          <w:rFonts w:ascii="Gentium Plus" w:hAnsi="Gentium Plus"/>
          <w:sz w:val="24"/>
        </w:rPr>
        <w:t>φλεβοτομηθέντες γὰρ ἐν ἀρχῇ κατὰ τοὺς προκειμένους ἐν τῷ λόγῳ πυρετοὺς οὐ μόνον οἱ πένητες, ἀλλὰ καὶ οἱ δοῦλοι τῶν πλουσίων, οἱ πλεῖστοι μὲν ἐν τῇ πέμπτῃ τῶν ἡμερῶν ἐκρίθη‐ σαν, ἔνιοι δὲ ἐς τὴν ἑβδόμην ἀφίκοντο, ποῤῥωτέρω δ’ οὐδείς. ἀλλ’ οἵ γε πλούσιοι τὸ μὲν πλῆθος καὶ τὰ περιττώματα πλείω</w:t>
      </w:r>
    </w:p>
    <w:p>
      <w:r>
        <w:rPr>
          <w:rFonts w:ascii="Courier New" w:hAnsi="Courier New"/>
          <w:color w:val="555555"/>
          <w:sz w:val="20"/>
        </w:rPr>
        <w:t>[15]</w:t>
      </w:r>
    </w:p>
    <w:p>
      <w:r>
        <w:rPr>
          <w:rFonts w:ascii="Gentium Plus" w:hAnsi="Gentium Plus"/>
          <w:sz w:val="24"/>
        </w:rPr>
        <w:t>τῶν πενήτων καὶ δούλων ἔχοντες, παραλιπόντες δὲ τὸ τῆς φλεβοτομίας βοήθημα, κᾄπειτα καθ’ ἑκάστην ἡμέραν αἰονώ‐ μενοί τε δι’ ἐλαίου θερμοῦ καὶ καταπλαττόμενοι τοῖς χαλαστι‐ κοῖς καταπλάσμασι φλεγμονήν τινα συνισταμένην ἴσχουσιν,</w:t>
      </w:r>
    </w:p>
    <w:p>
      <w:r>
        <w:rPr>
          <w:rFonts w:ascii="Courier New" w:hAnsi="Courier New"/>
          <w:color w:val="555555"/>
          <w:sz w:val="20"/>
        </w:rPr>
        <w:t>[10 . 785]</w:t>
      </w:r>
    </w:p>
    <w:p>
      <w:r>
        <w:rPr>
          <w:rFonts w:ascii="Gentium Plus" w:hAnsi="Gentium Plus"/>
          <w:sz w:val="24"/>
        </w:rPr>
        <w:t>σπλάγχνων, ἔνιοι μὲν ἐν τῇ τετάρτῃ τῶν ἡμερῶν, ἔνιοι δ’ ἐν τῇ πέμπτῃ, πάντες δ’ οὖν ἐν τῇ ἕκτῃ. οἶσθα δὲ δήπου καὶ τὸν ἐν αὐτῷ τῷ καταντλεῖσθαι δυσπνοήσαντα, τοῦ περιττοῦ παντὸς ἐπὶ τὰς φρένας ἑλχθέντος ὑπὸ τῆς θερμασίας. οὗτός</w:t>
      </w:r>
    </w:p>
    <w:p>
      <w:r>
        <w:rPr>
          <w:rFonts w:ascii="Courier New" w:hAnsi="Courier New"/>
          <w:color w:val="555555"/>
          <w:sz w:val="20"/>
        </w:rPr>
        <w:t>[5]</w:t>
      </w:r>
    </w:p>
    <w:p>
      <w:r>
        <w:rPr>
          <w:rFonts w:ascii="Gentium Plus" w:hAnsi="Gentium Plus"/>
          <w:sz w:val="24"/>
        </w:rPr>
        <w:t>τε οὖν ἀπέθανε καὶ ἄλλοι μυρίοι καθ’ ἑκάστην ἡμέραν ἀπο‐ θνήσκουσιν, ὥσπερ σικύας τοῦ καταπλάσματος ἕλκοντος ἐπὶ τὰ σπλάγχνα τὰ καθ’ ὅλον τὸ σῶμα περιττά. τινὲς δ’ ἀμέλει καὶ αὐτῇ τῇ σικύᾳ κατ’ αὐτῶν ἐχρήσαντο, τοῦθ’ ἓν μόνον ἐννοοῦντες κᾀκεῖνοι, τὸ φαίνεσθαί τι πράττοντες</w:t>
      </w:r>
    </w:p>
    <w:p>
      <w:r>
        <w:rPr>
          <w:rFonts w:ascii="Courier New" w:hAnsi="Courier New"/>
          <w:color w:val="555555"/>
          <w:sz w:val="20"/>
        </w:rPr>
        <w:t>[10]</w:t>
      </w:r>
    </w:p>
    <w:p>
      <w:r>
        <w:rPr>
          <w:rFonts w:ascii="Gentium Plus" w:hAnsi="Gentium Plus"/>
          <w:sz w:val="24"/>
        </w:rPr>
        <w:t>ἀεὶ περὶ τὸν κάμνοντα. κάλλιστον μὲν οὖν, ὡς εἴρηται, φλέβα τέμνειν οὐ μόνον ἐν τοῖς συνόχοις πυρετοῖς, ἀλλὰ καὶ τοῖς ἄλλοις ἅπασι τοῖς ἐπὶ σήψει χυμῶν, ὅταν γε ἤτοι τὰ τῆς ἡλικίας ἢ τὰ τῆς δυνάμεως μὴ κωλύῃ. κουφισθεῖσα γὰρ ἡ διοικοῦσα τὰ σώματα ἡμῶν φύσις, ἀποθεμένη τε</w:t>
      </w:r>
    </w:p>
    <w:p>
      <w:r>
        <w:rPr>
          <w:rFonts w:ascii="Courier New" w:hAnsi="Courier New"/>
          <w:color w:val="555555"/>
          <w:sz w:val="20"/>
        </w:rPr>
        <w:t>[15]</w:t>
      </w:r>
    </w:p>
    <w:p>
      <w:r>
        <w:rPr>
          <w:rFonts w:ascii="Gentium Plus" w:hAnsi="Gentium Plus"/>
          <w:sz w:val="24"/>
        </w:rPr>
        <w:t>τὸ βαρῦνον αὐτὴν οἷόν πέρ τι φορτίον, ἐπικρατήσει τοῦ λοιποῦ ῥᾳδίως. ὥστε καὶ πέψει τὸ πεφθῆναι δυνάμενον, ἐκκρινεῖ τε τὸ δυνάμενον ἐκκριθῆναι ἀναμνησθεῖσα τῶν οἰκείων ἐνεργειῶν. ἡ γὰρ τῶν μέσων τοῦ σώματος, ὡς</w:t>
      </w:r>
    </w:p>
    <w:p>
      <w:r>
        <w:rPr>
          <w:rFonts w:ascii="Courier New" w:hAnsi="Courier New"/>
          <w:color w:val="555555"/>
          <w:sz w:val="20"/>
        </w:rPr>
        <w:t>[10 . 786]</w:t>
      </w:r>
    </w:p>
    <w:p>
      <w:r>
        <w:rPr>
          <w:rFonts w:ascii="Gentium Plus" w:hAnsi="Gentium Plus"/>
          <w:sz w:val="24"/>
        </w:rPr>
        <w:t>μὴ φλεβοτομηθέντων ἐστὶν, οὐ μέγιστον δὲ ἐπὶ τῶν φλε‐ βοτομηθέντων. ἀλλ’ ὅμως κᾀπὶ τούτων τι βλάπτειν πέφυκεν ἐν τοῖς συνόχοις πυρετοῖς· διακαιόμενα γὰρ ὑπὸ τοῦ πλήθους τῆς θέρμης τὰ σπλάγχνα προσέτι διακαίεται καὶ ἐξοπτᾶται.</w:t>
      </w:r>
    </w:p>
    <w:p>
      <w:r>
        <w:rPr>
          <w:rFonts w:ascii="Courier New" w:hAnsi="Courier New"/>
          <w:color w:val="555555"/>
          <w:sz w:val="20"/>
        </w:rPr>
        <w:t>[5]</w:t>
      </w:r>
    </w:p>
    <w:p>
      <w:r>
        <w:rPr>
          <w:rFonts w:ascii="Gentium Plus" w:hAnsi="Gentium Plus"/>
          <w:sz w:val="24"/>
        </w:rPr>
        <w:t>μόνοι τοιγαροῦν ἐκεῖνοι δεήσονται προνοίας τοιαύτης, οἷς ἡ σῆψις ἐν ἑνὶ συνέστη μορίῳ, προφλεβοτομηθέντες δηλονότι καὶ οὗτοι. ποιησόμεθα δ’ αὐτῶν τὴν πρόνοιαν οὐχ ὁμοίως τοῖς ἐκ τῆς τριόδου τούτοις ἰατροῖς, εὐθέως ἐξ ἀρχῆς χαλῶν‐ τες, ἀλλὰ πᾶν τοὐναντίον ἐπὶ τῶν πλείστων ἐργαζόμενοι. τὰ</w:t>
      </w:r>
    </w:p>
    <w:p>
      <w:r>
        <w:rPr>
          <w:rFonts w:ascii="Courier New" w:hAnsi="Courier New"/>
          <w:color w:val="555555"/>
          <w:sz w:val="20"/>
        </w:rPr>
        <w:t>[10]</w:t>
      </w:r>
    </w:p>
    <w:p>
      <w:r>
        <w:rPr>
          <w:rFonts w:ascii="Gentium Plus" w:hAnsi="Gentium Plus"/>
          <w:sz w:val="24"/>
        </w:rPr>
        <w:t>μὲν γὰρ χαλαστικὰ τῶν βοηθημάτων ὥσπερ γε διαφορεῖ τὸ περιεχόμενον ἐν τοῖς μέλεσιν, οὕτως ἐπισπᾶται πλέον ἀντ’ αὐτοῦ, κατ’ ἀρχὰς προσαγόμενα. φερομένων γὰρ ἔτι τῶν ῥευμάτων ἐπὶ τὸ πεπονθὸς, ἀποκρούεσθαι βέλτιόν ἐστι καὶ ἀναστέλλειν, οὐχ ἕλκειν ἐπ’ αὐτά. τὰ δ’ ἀποκρου‐</w:t>
      </w:r>
    </w:p>
    <w:p>
      <w:r>
        <w:rPr>
          <w:rFonts w:ascii="Courier New" w:hAnsi="Courier New"/>
          <w:color w:val="555555"/>
          <w:sz w:val="20"/>
        </w:rPr>
        <w:t>[15]</w:t>
      </w:r>
    </w:p>
    <w:p>
      <w:r>
        <w:rPr>
          <w:rFonts w:ascii="Gentium Plus" w:hAnsi="Gentium Plus"/>
          <w:sz w:val="24"/>
        </w:rPr>
        <w:t>στικὰ καλούμενα, μετέχοντα δηλονότι τῆς στυπτικῆς δυνά‐ μεως, ἐπιτήδεια πρὸς τὰς ἀρχάς ἐστιν, ἅμα μὲν ἐντιθέντα τόνον τοῖς πάσχουσι μορίοις, ὡς μὴ ῥᾳδίως ὑποδέχοιντο τὰ</w:t>
      </w:r>
    </w:p>
    <w:p>
      <w:r>
        <w:rPr>
          <w:rFonts w:ascii="Courier New" w:hAnsi="Courier New"/>
          <w:color w:val="555555"/>
          <w:sz w:val="20"/>
        </w:rPr>
        <w:t>[10 . 787]</w:t>
      </w:r>
    </w:p>
    <w:p>
      <w:r>
        <w:rPr>
          <w:rFonts w:ascii="Gentium Plus" w:hAnsi="Gentium Plus"/>
          <w:sz w:val="24"/>
        </w:rPr>
        <w:t>ἤδη περιεχομένων ἀντεκθλίβοντα τὸ λεπτότατον. εἰ δ’ ἥ τε φορὰ παύσαιτο διὰ τῶν τοιούτων βοηθημάτων, ἥ τ’ ἐκ τῆς στύψεως ἐγγενομένη πύκνωσις τοῖς πεπονθόσι κατέχοι τὰ παχύτερα, καιρὸς ἤδη χαλᾷν ὑπὲρ τοῦ κενῶσαι τὰ περιεχό‐</w:t>
      </w:r>
    </w:p>
    <w:p>
      <w:r>
        <w:rPr>
          <w:rFonts w:ascii="Courier New" w:hAnsi="Courier New"/>
          <w:color w:val="555555"/>
          <w:sz w:val="20"/>
        </w:rPr>
        <w:t>[5]</w:t>
      </w:r>
    </w:p>
    <w:p>
      <w:r>
        <w:rPr>
          <w:rFonts w:ascii="Gentium Plus" w:hAnsi="Gentium Plus"/>
          <w:sz w:val="24"/>
        </w:rPr>
        <w:t>μενα. μάλιστα δ’ ὅταν εἰς ἧπαρ ἢ γαστέρα κατασκήπτῃ τὰ περιττὰ τοῖς στύφουσι χρῆσθαι· κύριά τε γὰρ ἱκανῶς τὰ μόρια καὶ πάντως ἐργάζεσθαι τὸ σφέτερον ἔργον ἀναγκαῖα κᾀν ταῖς νόσοις. ἐστὶ δὲ οὐ σμικρὸν αὐτῶν τὸ ἔργον, οἷόν περ ἑκάστου τῶν ἄλλων, ἃ μόνον ἐκεῖνο κατεργάζεσθαι πέ‐</w:t>
      </w:r>
    </w:p>
    <w:p>
      <w:r>
        <w:rPr>
          <w:rFonts w:ascii="Courier New" w:hAnsi="Courier New"/>
          <w:color w:val="555555"/>
          <w:sz w:val="20"/>
        </w:rPr>
        <w:t>[10]</w:t>
      </w:r>
    </w:p>
    <w:p>
      <w:r>
        <w:rPr>
          <w:rFonts w:ascii="Gentium Plus" w:hAnsi="Gentium Plus"/>
          <w:sz w:val="24"/>
        </w:rPr>
        <w:t>φυκεν ὑφ’ οὗ θρέψεται· ἀλλ’ οὕτως εἰς μέγα τῷ ζώῳ διαφέ‐ ρειν, ὡς εἰ μήτε κατὰ γαστέρα πεφθείη καλῶς ἡ τροφὴ μήθ’ αἱματωθείη κατὰ τὸ ἧπαρ, οἷόν περ ἐν λιμῷ πάσχομεν ἀπο‐ ρίᾳ βρωμάτων ἀσιτεῖν ἀναγκαζόμενοι, τοιοῦτόν τι καὶ νῦν συμβήσεται πᾶσι τοῖς τοῦ ζώου μορίοις· οὐ γὰρ ἐκ τῶν κατα‐</w:t>
      </w:r>
    </w:p>
    <w:p>
      <w:r>
        <w:rPr>
          <w:rFonts w:ascii="Courier New" w:hAnsi="Courier New"/>
          <w:color w:val="555555"/>
          <w:sz w:val="20"/>
        </w:rPr>
        <w:t>[15]</w:t>
      </w:r>
    </w:p>
    <w:p>
      <w:r>
        <w:rPr>
          <w:rFonts w:ascii="Gentium Plus" w:hAnsi="Gentium Plus"/>
          <w:sz w:val="24"/>
        </w:rPr>
        <w:t>ποθέντων, ἀλλ’ ἐκ τῶν κατεργασθέντων ἐν τοῖς εἰρημένοις σπλάγχνοις ἡ χορηγία τῆς τροφῆς ἐστιν ὅλῳ τῷ σώματι. διὰ ταῦτα μὲν δὴ περιττότερον ἢ τὰ ἄλλα μόρια γαστήρ τε</w:t>
      </w:r>
    </w:p>
    <w:p>
      <w:r>
        <w:rPr>
          <w:rFonts w:ascii="Courier New" w:hAnsi="Courier New"/>
          <w:color w:val="555555"/>
          <w:sz w:val="20"/>
        </w:rPr>
        <w:t>[10 . 788]</w:t>
      </w:r>
    </w:p>
    <w:p>
      <w:r>
        <w:rPr>
          <w:rFonts w:ascii="Gentium Plus" w:hAnsi="Gentium Plus"/>
          <w:sz w:val="24"/>
        </w:rPr>
        <w:t>ᾖ διαφορεῖν τὰ στηριχθέντα, καὶ τότε δεῖται στύφεσθαι τὰ μέτρια· τὸ γὰρ ἐξ ἐπιμέτρου περὶ τὰ ἄλλα μόρια κατ’ ἀρχὰς αὐτοῖς προστιθέμενον τῆς στύψεως ἀεὶ φυλάττεσθαι χρὴ, μενούσης γε τῆς ἐνδειξαμένης αὐτὸ χρείας· ἡ χρεία δ’ ἐστὶν,</w:t>
      </w:r>
    </w:p>
    <w:p>
      <w:r>
        <w:rPr>
          <w:rFonts w:ascii="Courier New" w:hAnsi="Courier New"/>
          <w:color w:val="555555"/>
          <w:sz w:val="20"/>
        </w:rPr>
        <w:t>[5]</w:t>
      </w:r>
    </w:p>
    <w:p>
      <w:r>
        <w:rPr>
          <w:rFonts w:ascii="Gentium Plus" w:hAnsi="Gentium Plus"/>
          <w:sz w:val="24"/>
        </w:rPr>
        <w:t>ὡς ὀλίγον ἔμπροσθεν εἴπομεν, ἡ κατεργασία τῆς τροφῆς. ἐὰν οὖν ἀτονήσαντα μὴ πέψῃ καλῶς, οὐ μόνον οὐδὲν ὄφε‐ λος ἔσται τῶν καταποθέντων σιτίων, ἀλλ’ ἐπὶ ταῖς διαφθο‐ ραῖς αὐτῶν πολλάκις ἐρεθισθείσης τῆς γαστρὸς, συναπέρ‐ χεταί τι καὶ τῶν προϋπαρχόντων. ὥστε διχόθεν ἤδη τὴν</w:t>
      </w:r>
    </w:p>
    <w:p>
      <w:r>
        <w:rPr>
          <w:rFonts w:ascii="Courier New" w:hAnsi="Courier New"/>
          <w:color w:val="555555"/>
          <w:sz w:val="20"/>
        </w:rPr>
        <w:t>[10]</w:t>
      </w:r>
    </w:p>
    <w:p>
      <w:r>
        <w:rPr>
          <w:rFonts w:ascii="Gentium Plus" w:hAnsi="Gentium Plus"/>
          <w:sz w:val="24"/>
        </w:rPr>
        <w:t>βλάβην γίνεσθαι τῷ παντὶ σώματι, μήθ’ ὑπὸ τῶν σιτίων τραφέντι καὶ τῆς οἰκείας παρασκευῆς τι προσαπολλύντι. καὶ χωρὶς δὲ τῶν εἰρημένων αἱ πέψεις τῶν σιτίων, ἄν τε καθ’ ἧπαρ ἀτυχήσωσιν, ἄν τε κατὰ γαστέρα, τοὺς πυρετοὺς αὐξά‐ νουσι καὶ δριμυτέρους ἐργάζονται τῇ κακοχυμίᾳ. διὰ τοῦτο</w:t>
      </w:r>
    </w:p>
    <w:p>
      <w:r>
        <w:rPr>
          <w:rFonts w:ascii="Courier New" w:hAnsi="Courier New"/>
          <w:color w:val="555555"/>
          <w:sz w:val="20"/>
        </w:rPr>
        <w:t>[15]</w:t>
      </w:r>
    </w:p>
    <w:p>
      <w:r>
        <w:rPr>
          <w:rFonts w:ascii="Gentium Plus" w:hAnsi="Gentium Plus"/>
          <w:sz w:val="24"/>
        </w:rPr>
        <w:t>τοίνυν πολλὴν χρὴ πεποιῆσθαι πρόνοιαν ἐν ἅπασι πυρε‐ τοῖς πέψεως σιτίων. καὶ διὰ ταύτην τοῦ τόνου τῶν πεπτι‐ κῶν ὀργάνων οὐ σμικρὰ φροντιστέον. ἔνιοι δ’, ὥς φησιν</w:t>
      </w:r>
    </w:p>
    <w:p>
      <w:r>
        <w:rPr>
          <w:rFonts w:ascii="Courier New" w:hAnsi="Courier New"/>
          <w:color w:val="555555"/>
          <w:sz w:val="20"/>
        </w:rPr>
        <w:t>[10 . 789]</w:t>
      </w:r>
    </w:p>
    <w:p>
      <w:r>
        <w:rPr>
          <w:rFonts w:ascii="Gentium Plus" w:hAnsi="Gentium Plus"/>
          <w:sz w:val="24"/>
        </w:rPr>
        <w:t>γοῦν ἥπατος φλεγμονὴν ἰᾶσθαι χαλαστικοῖς βοηθήμασιν, ἐξ ὧν ἐν τῇ διαγνώσει σφάλλονται, δόξαν ἑαυτοῖς ποριζόμενοι· φαίνεται γὰρ ἐνίοτε τοῦ καθήκοντος εἰς ὑποχόνδρια μυὸς ἐκ τῶν πλευρῶν τοῦ θώρακος ἡ περιγραφὴ παρα‐</w:t>
      </w:r>
    </w:p>
    <w:p>
      <w:r>
        <w:rPr>
          <w:rFonts w:ascii="Courier New" w:hAnsi="Courier New"/>
          <w:color w:val="555555"/>
          <w:sz w:val="20"/>
        </w:rPr>
        <w:t>[5]</w:t>
      </w:r>
    </w:p>
    <w:p>
      <w:r>
        <w:rPr>
          <w:rFonts w:ascii="Gentium Plus" w:hAnsi="Gentium Plus"/>
          <w:sz w:val="24"/>
        </w:rPr>
        <w:t>πλησία τῷ ἥπατι. θαυμαστὸν δ’ οὐδὲν, οἶμαι, τοὺς μήτ’ ἄλλο μηδὲν ἐν τῇ τέχνῃ καλῶς ἐκμαθόντας μήτ’ ἀσκη‐ θέντας ἐν διαγνώσεσι πεπονθότων μορίων τὰ τοιαῦτα κερ‐ δαίνειν. Ἐκείνους μὲν οὖν ἐατέον, ἡμεῖς δὲ κᾂν</w:t>
      </w:r>
    </w:p>
    <w:p>
      <w:r>
        <w:rPr>
          <w:rFonts w:ascii="Courier New" w:hAnsi="Courier New"/>
          <w:color w:val="555555"/>
          <w:sz w:val="20"/>
        </w:rPr>
        <w:t>[10]</w:t>
      </w:r>
    </w:p>
    <w:p>
      <w:r>
        <w:rPr>
          <w:rFonts w:ascii="Gentium Plus" w:hAnsi="Gentium Plus"/>
          <w:sz w:val="24"/>
        </w:rPr>
        <w:t>ἐλαχίστην ποθ’ ὑπόνοιαν σχῶμεν ἥπατος ἢ γαστρὸς κακο‐ πραγούντων, εὐθέως ἀψίνθιον ἐλαίῳ προσαφεψήσαντες αἰο‐ νήσομεν τὰ μόρια. διττὴν δὲ ἅπαντος ἀψινθίου ποιό‐ τητα καὶ δύναμιν ἔχοντος, ὡς κᾀν τοῖς περὶ φαρμάκων εἴρηται, κατὰ μὲν τὸ Ποντικὸν ἡ στύφουσα ποιότης ἐστὶν</w:t>
      </w:r>
    </w:p>
    <w:p>
      <w:r>
        <w:rPr>
          <w:rFonts w:ascii="Courier New" w:hAnsi="Courier New"/>
          <w:color w:val="555555"/>
          <w:sz w:val="20"/>
        </w:rPr>
        <w:t>[15]</w:t>
      </w:r>
    </w:p>
    <w:p>
      <w:r>
        <w:rPr>
          <w:rFonts w:ascii="Gentium Plus" w:hAnsi="Gentium Plus"/>
          <w:sz w:val="24"/>
        </w:rPr>
        <w:t>οὐκ ὀλίγη, τοῖς δ’ ἄλλοις ἅπασιν ἡ μὲν πικρὰ ποιότης ὑπάρχει σφοδροτάτη· στύψεως δ’ ἤτοι παντάπασιν ἀμυδρᾶς ἢ καὶ οὐδ’ ὅλως ἂν αἴσθοιο γενόμενος αὐτῶν. ταῦτά τοι τὸ</w:t>
      </w:r>
    </w:p>
    <w:p>
      <w:r>
        <w:rPr>
          <w:rFonts w:ascii="Courier New" w:hAnsi="Courier New"/>
          <w:color w:val="555555"/>
          <w:sz w:val="20"/>
        </w:rPr>
        <w:t>[10 . 790]</w:t>
      </w:r>
    </w:p>
    <w:p>
      <w:r>
        <w:rPr>
          <w:rFonts w:ascii="Gentium Plus" w:hAnsi="Gentium Plus"/>
          <w:sz w:val="24"/>
        </w:rPr>
        <w:t>καὶ γαστρὸς φλεγμονάς· ἔστι δ’ αὐτοῦ καὶ τὸ φύλλον καὶ τὸ ἄνθος πολὺ σμικρότερον ἢ τῶν ἄλλων ἀψινθίων, καὶ ἡ ὀσμὴ τούτῳ μὲν οὐχ ὅπως ἀηδὴς, ἀλλά τι καὶ τῶν ἀρω‐ μάτων ἐμφαίνουσα· τοῖς δ’ ἄλλοις δυσώδης ἅπασι· φεύγειν</w:t>
      </w:r>
    </w:p>
    <w:p>
      <w:r>
        <w:rPr>
          <w:rFonts w:ascii="Courier New" w:hAnsi="Courier New"/>
          <w:color w:val="555555"/>
          <w:sz w:val="20"/>
        </w:rPr>
        <w:t>[5]</w:t>
      </w:r>
    </w:p>
    <w:p>
      <w:r>
        <w:rPr>
          <w:rFonts w:ascii="Gentium Plus" w:hAnsi="Gentium Plus"/>
          <w:sz w:val="24"/>
        </w:rPr>
        <w:t>μὲν οὖν ἐκεῖνα προσήκει, χρῆσθαι δ’ ἀεὶ τῷ Ποντικῷ. καὶ τῶν ἄλλων δέ τι φαρμάκων ἐμβαλὼν εἰς τοὔλαιον, οἷς ἐπι‐ μέμικται τῇ πικρᾷ ποιότητι δύναμις στυπτικὴ, κατὰ τὸν αὐτὸν τρόπον χρήσῃ. δέδεικται γὰρ ἐν τοῖς περὶ φαρμά‐ κων ἡ πικρὰ ποιότης ποδηγοῦσα τὴν στύφουσαν. διὸ καὶ</w:t>
      </w:r>
    </w:p>
    <w:p>
      <w:r>
        <w:rPr>
          <w:rFonts w:ascii="Courier New" w:hAnsi="Courier New"/>
          <w:color w:val="555555"/>
          <w:sz w:val="20"/>
        </w:rPr>
        <w:t>[10]</w:t>
      </w:r>
    </w:p>
    <w:p>
      <w:r>
        <w:rPr>
          <w:rFonts w:ascii="Gentium Plus" w:hAnsi="Gentium Plus"/>
          <w:sz w:val="24"/>
        </w:rPr>
        <w:t>κρεῖττόν ἐστι τὸ τοιοῦτον φάρμακον ἅπαν τοῦ στύφοντος μόνον. εἰ μὲν οὖν ἰσχυροτέραν ἐθέλοις ἐργάσασθαι τὴν στύψιν, ἔστω σοι καὶ τὸ ἔλαιον στῦφον, ὁποῖόν ἐστι τό τε Ἱσπάνον ὀνομαζόμενον, ὅσα τ’ ἄλλα σκευάζουσι μετὰ θαλ‐ λῶν ἐλαίας· ἢ οἷόν πέρ ἐστι τὸ καλούμενον ὀμφάκινον. εἰ δ’</w:t>
      </w:r>
    </w:p>
    <w:p>
      <w:r>
        <w:rPr>
          <w:rFonts w:ascii="Courier New" w:hAnsi="Courier New"/>
          <w:color w:val="555555"/>
          <w:sz w:val="20"/>
        </w:rPr>
        <w:t>[15]</w:t>
      </w:r>
    </w:p>
    <w:p>
      <w:r>
        <w:rPr>
          <w:rFonts w:ascii="Gentium Plus" w:hAnsi="Gentium Plus"/>
          <w:sz w:val="24"/>
        </w:rPr>
        <w:t>ἀσθενεστέρᾳ βούλοιο χρήσασθαι τῇ στύψει, τῶν ἄλλων ἐλαίων τι παρασκεύαζε καὶ μάλιστα τῶν λεπτομερῶν, οἷόν</w:t>
      </w:r>
    </w:p>
    <w:p>
      <w:r>
        <w:rPr>
          <w:rFonts w:ascii="Courier New" w:hAnsi="Courier New"/>
          <w:color w:val="555555"/>
          <w:sz w:val="20"/>
        </w:rPr>
        <w:t>[10 . 791]</w:t>
      </w:r>
    </w:p>
    <w:p>
      <w:r>
        <w:rPr>
          <w:rFonts w:ascii="Gentium Plus" w:hAnsi="Gentium Plus"/>
          <w:sz w:val="24"/>
        </w:rPr>
        <w:t>ρας ἐστὶ χρεία, τὸ Ἱστρικὸν ἔλαιον, ὡς ἂν ἑκατέρας ἔχον ἐν ἑαυτῷ τὰς ποιότητας, στύφουσαν καὶ πικράν. ἀποροῦντι δ’ ἀψινθίου μήλινον ἢ μαστίχινον ἢ σχίνινον ἀρκέσει τὴν πρώτην· εἰ δὲ μικρὸς ὁ πυρετὸς εἴη, καὶ τὸ διὰ τῆς νάρ‐</w:t>
      </w:r>
    </w:p>
    <w:p>
      <w:r>
        <w:rPr>
          <w:rFonts w:ascii="Courier New" w:hAnsi="Courier New"/>
          <w:color w:val="555555"/>
          <w:sz w:val="20"/>
        </w:rPr>
        <w:t>[5]</w:t>
      </w:r>
    </w:p>
    <w:p>
      <w:r>
        <w:rPr>
          <w:rFonts w:ascii="Gentium Plus" w:hAnsi="Gentium Plus"/>
          <w:sz w:val="24"/>
        </w:rPr>
        <w:t>δου μύρον. ἔστω δὲ καὶ τοῦτ’ ἄριστον· οὐ σμικρὰ γὰρ ἡ διαφορὰ τοῦ τοιούτου πρὸς τὸ φαῦλον· ὃ γοῦν ἐν Νεα‐ πόλει τῆς Ἰταλίας σκευάζουσιν, ὄνομα μόνον ἐστὶ μύρου ναρδίνου, παραβαλλόμενον τῷ κατὰ τὴν Ἀσίαν ἔμπροσθεν μὲν ἐν Λαοδικείᾳ μόνῃ σκευαζόμενον, νυνὶ δὲ ἐν πολλαῖς</w:t>
      </w:r>
    </w:p>
    <w:p>
      <w:r>
        <w:rPr>
          <w:rFonts w:ascii="Courier New" w:hAnsi="Courier New"/>
          <w:color w:val="555555"/>
          <w:sz w:val="20"/>
        </w:rPr>
        <w:t>[10]</w:t>
      </w:r>
    </w:p>
    <w:p>
      <w:r>
        <w:rPr>
          <w:rFonts w:ascii="Gentium Plus" w:hAnsi="Gentium Plus"/>
          <w:sz w:val="24"/>
        </w:rPr>
        <w:t>ἤδη πόλεσιν. εἰ δ’ ἡ παρακμὴ τοῦ πυρετοῦ, καθ’ ἣν δηλον‐ ότι πράττεις τὰ τοιαῦτα, μὴ πάνυ τι πρᾳεῖα γίγνοιτο, φυλάττεσθαι μὲν τὴν νάρδον· ἄμεινον δὲ χρῆσθαι τηνι‐ καῦτα τῷ μηλίνῳ· μὴ παρόντος δὲ τούτου, τῷ σχινίνῳ· καὶ μετ’ αὐτὸ τῷ μαστιχίνῳ. πάντων γὰρ τούτων τὸ νάρ‐</w:t>
      </w:r>
    </w:p>
    <w:p>
      <w:r>
        <w:rPr>
          <w:rFonts w:ascii="Courier New" w:hAnsi="Courier New"/>
          <w:color w:val="555555"/>
          <w:sz w:val="20"/>
        </w:rPr>
        <w:t>[15]</w:t>
      </w:r>
    </w:p>
    <w:p>
      <w:r>
        <w:rPr>
          <w:rFonts w:ascii="Gentium Plus" w:hAnsi="Gentium Plus"/>
          <w:sz w:val="24"/>
        </w:rPr>
        <w:t>δινον μύρον μᾶλλον θερμαίνει· διὸ καὶ μικτέον αὐτῷ τῶν ἄλλων ἀποροῦντι ῥοδίνου. ἡ δὲ τοῦ μυρσίνου στύψις οὐκ ἐπιτήδειος· ἔστι γὰρ τοῦτο παχυμερέστερον ἢ ὥστε διὰ</w:t>
      </w:r>
    </w:p>
    <w:p>
      <w:r>
        <w:rPr>
          <w:rFonts w:ascii="Courier New" w:hAnsi="Courier New"/>
          <w:color w:val="555555"/>
          <w:sz w:val="20"/>
        </w:rPr>
        <w:t>[10 . 792]</w:t>
      </w:r>
    </w:p>
    <w:p>
      <w:r>
        <w:rPr>
          <w:rFonts w:ascii="Gentium Plus" w:hAnsi="Gentium Plus"/>
          <w:sz w:val="24"/>
        </w:rPr>
        <w:t>λέλεκται· πολὺ γὰρ αὐτῶν ἐκλέξῃ πλῆθος ἐκ τῶν περὶ φαρ‐ μάκων ὑπομνημάτων. ὡσαύτως δὲ καὶ τὸ κατάπλασμα σύν‐ θετον ἐχέτω τὴν δύναμιν ἔκ τε τῆς χαλαστικῆς λεπτομε‐ ροῦς καὶ πικρᾶς καὶ στυφούσης. ἐπικρατείτω δ’ ἐν αὐταῖς,</w:t>
      </w:r>
    </w:p>
    <w:p>
      <w:r>
        <w:rPr>
          <w:rFonts w:ascii="Courier New" w:hAnsi="Courier New"/>
          <w:color w:val="555555"/>
          <w:sz w:val="20"/>
        </w:rPr>
        <w:t>[5]</w:t>
      </w:r>
    </w:p>
    <w:p>
      <w:r>
        <w:rPr>
          <w:rFonts w:ascii="Gentium Plus" w:hAnsi="Gentium Plus"/>
          <w:sz w:val="24"/>
        </w:rPr>
        <w:t>εἰ μὲν ἀποκρούεσθαί τε καὶ τόνον ἐντιθέναι βουλοίμεθα, τὸ στῦφον· εἰ δὲ τέμνειν καὶ διαῤῥύπτειν τὸ πικρόν. εἰ δὲ διαφορεῖν, τὰ λεπτομερῆ τῶν χαλώντων· τὰ γὰρ παχυμερῆ τοῖς ἐκπυήσουσιν ἐδείχθη χρηστά. διωρισμένων δ’ ἐν τοῖς περὶ φαρμάκων ὑπομνήμασι τῶν τε μόνην ἐχόντων ἤτοι</w:t>
      </w:r>
    </w:p>
    <w:p>
      <w:r>
        <w:rPr>
          <w:rFonts w:ascii="Courier New" w:hAnsi="Courier New"/>
          <w:color w:val="555555"/>
          <w:sz w:val="20"/>
        </w:rPr>
        <w:t>[10]</w:t>
      </w:r>
    </w:p>
    <w:p>
      <w:r>
        <w:rPr>
          <w:rFonts w:ascii="Gentium Plus" w:hAnsi="Gentium Plus"/>
          <w:sz w:val="24"/>
        </w:rPr>
        <w:t>τὴν στύφουσαν ἢ τὴν πικρὰν ποιότητα τῶν τε συναμφο‐ τέρας, ἄριστον μὲν οὖν ἀεὶ αἱρεῖσθαι τὰ συναμφοτέρας ἔχοντα· μὴ παρόντων δὲ τούτων, αὐτὸν μιγνύναι τὰ πι‐ κρὰ τοῖς στύφουσιν, ὥσπερ ἐθεάσω ποθ’ ἡμᾶς κατάπλα‐ σμα συντιθέντας ἥπατος φλεγμαίνοντος ἐκ τῶν παρόντων.</w:t>
      </w:r>
    </w:p>
    <w:p>
      <w:r>
        <w:rPr>
          <w:rFonts w:ascii="Courier New" w:hAnsi="Courier New"/>
          <w:color w:val="555555"/>
          <w:sz w:val="20"/>
        </w:rPr>
        <w:t>[15]</w:t>
      </w:r>
    </w:p>
    <w:p>
      <w:r>
        <w:rPr>
          <w:rFonts w:ascii="Gentium Plus" w:hAnsi="Gentium Plus"/>
          <w:sz w:val="24"/>
        </w:rPr>
        <w:t>ἦν μὲν γὰρ ἰατρὸς ὁ κάμνων· ἐθεασάμεθα δ’ αὐτὸν ἤδη λύχνων ἡμμένων, ὡς μηδὲν ἔτι δύνασθαι πρίασθαι παρὰ τῶν καπηλευόντων τὰ τοιαῦτα. παρακμὴν οὖν εὑρόντες</w:t>
      </w:r>
    </w:p>
    <w:p>
      <w:r>
        <w:rPr>
          <w:rFonts w:ascii="Courier New" w:hAnsi="Courier New"/>
          <w:color w:val="555555"/>
          <w:sz w:val="20"/>
        </w:rPr>
        <w:t>[10 . 793]</w:t>
      </w:r>
    </w:p>
    <w:p>
      <w:r>
        <w:rPr>
          <w:rFonts w:ascii="Gentium Plus" w:hAnsi="Gentium Plus"/>
          <w:sz w:val="24"/>
        </w:rPr>
        <w:t>καὶ μάλισθ’ ὅτι τὴν ὕποπτον ὥραν προσεδοκῶμεν ἀρχὴν οἴσειν ἑτέρου παροξυσμοῦ περὶ τὰς τῶν ἀλεκτρυόνων ᾠδάς. ἀφεψήσαντες οὖν ἐλαίῳ μὲν ἀψίνθιον, ἐν ὕδατι δὲ κυδώνιον μῆλον. ἐν ᾧ ταῦθ’ ἥψετο, μυροβαλάνου πίεσμα καὶ ἴρεως</w:t>
      </w:r>
    </w:p>
    <w:p>
      <w:r>
        <w:rPr>
          <w:rFonts w:ascii="Courier New" w:hAnsi="Courier New"/>
          <w:color w:val="555555"/>
          <w:sz w:val="20"/>
        </w:rPr>
        <w:t>[5]</w:t>
      </w:r>
    </w:p>
    <w:p>
      <w:r>
        <w:rPr>
          <w:rFonts w:ascii="Gentium Plus" w:hAnsi="Gentium Plus"/>
          <w:sz w:val="24"/>
        </w:rPr>
        <w:t>τὴν ῥίζαν εὑρόντες ἔνδον καὶ κόψαντες καὶ διαττήσαντες, εἶτ’ ἐμβαλόντες λέβητι τοῦ τ’ ἐλαίου καὶ τοῦ ὕδατος, ὧνπερ ἐσκευάκειμεν, ἀφεψήσαντές τε μετρίως ἐπενεβάλλομεν ἅμα κηρῷ βραχεῖ τὴν μυροβάλανον καὶ τὴν ἴριν. ἕψομεν δ’, ὡς οἶσθα, τὸ μῆλον οὐ δι’ ὕδατος μόνον, ἀλλὰ καὶ δι’ οἴνου</w:t>
      </w:r>
    </w:p>
    <w:p>
      <w:r>
        <w:rPr>
          <w:rFonts w:ascii="Courier New" w:hAnsi="Courier New"/>
          <w:color w:val="555555"/>
          <w:sz w:val="20"/>
        </w:rPr>
        <w:t>[10]</w:t>
      </w:r>
    </w:p>
    <w:p>
      <w:r>
        <w:rPr>
          <w:rFonts w:ascii="Gentium Plus" w:hAnsi="Gentium Plus"/>
          <w:sz w:val="24"/>
        </w:rPr>
        <w:t>πολλάκις αὐστηροῦ· καὶ μίγνυμεν ἐνίοτε καὶ αὐτῆς τι τοῦ μήλου τῆς σαρκὸς ἅπασι τοῖς τοιούτοις καταπλάσμασιν. ὅταν μὲν γὰρ τό τε ἐπιῤῥέον εἴη πλέον, ἀτονώτερον τε τὸ μόριον, αὐξάνομεν, ὡς οἶσθα, τὴν στύψιν· ὅταν δὲ τό θ’ ὅλον σῶμα κενὸν, οὐκ ἄῤῥωστόν τε τὸ μόριον, ἐπιῤῥέῃ τε μηδὲν ἔτι, βρα‐</w:t>
      </w:r>
    </w:p>
    <w:p>
      <w:r>
        <w:rPr>
          <w:rFonts w:ascii="Courier New" w:hAnsi="Courier New"/>
          <w:color w:val="555555"/>
          <w:sz w:val="20"/>
        </w:rPr>
        <w:t>[15]</w:t>
      </w:r>
    </w:p>
    <w:p>
      <w:r>
        <w:rPr>
          <w:rFonts w:ascii="Gentium Plus" w:hAnsi="Gentium Plus"/>
          <w:sz w:val="24"/>
        </w:rPr>
        <w:t>χύτατον ἔστω τὸ στῦφον, ἀξιολογώτερον δὲ αὐτοῦ τὸ χαλα‐ στικὸν καὶ πρὸς τούτοις τό τε πικρὸν καὶ τὸ δριμὺ κατὰ τὴν</w:t>
      </w:r>
    </w:p>
    <w:p>
      <w:r>
        <w:rPr>
          <w:rFonts w:ascii="Courier New" w:hAnsi="Courier New"/>
          <w:color w:val="555555"/>
          <w:sz w:val="20"/>
        </w:rPr>
        <w:t>[10 . 794]</w:t>
      </w:r>
    </w:p>
    <w:p>
      <w:r>
        <w:rPr>
          <w:rFonts w:ascii="Gentium Plus" w:hAnsi="Gentium Plus"/>
          <w:sz w:val="24"/>
        </w:rPr>
        <w:t>ἡ φλεγμονὴ μὴ πάνυ θερμὴ καὶ ἀσιτίαν ὁ κάμνων ἐνεγκεῖν δυνάμενος, αὐξανέσθω σοι τὸ διαφορητικὸν εἶδος τῆς θερα‐ πείας, ἐκλυομένου τοῦ στυπτικοῦ. οὐ γὰρ δὴ τὴν φλεγμο‐ νὴν δυνατὸν ὠφελῆσαι τοῖς στύφουσιν, ἡνίκα μήτ’ ἐπιῤῥέῃ</w:t>
      </w:r>
    </w:p>
    <w:p>
      <w:r>
        <w:rPr>
          <w:rFonts w:ascii="Courier New" w:hAnsi="Courier New"/>
          <w:color w:val="555555"/>
          <w:sz w:val="20"/>
        </w:rPr>
        <w:t>[5]</w:t>
      </w:r>
    </w:p>
    <w:p>
      <w:r>
        <w:rPr>
          <w:rFonts w:ascii="Gentium Plus" w:hAnsi="Gentium Plus"/>
          <w:sz w:val="24"/>
        </w:rPr>
        <w:t>μηδὲν, ἐστήρικταί τε δυσλύτως ἐν τῷ πάσχοντι παχυμερὴς χυμὸς, ἀλλ’, ὡς εἴρηται, βραδύνειν αἱρούμεθα μᾶλλον ἐν τῇ θεραπείᾳ μιγνύντες τι τῶν στυφόντων ὑπὲρ τοῦ φυλάξαι τῶν μορίων τὸν τόνον. ὅθεν οὔτ’ ἐπὶ κώλου πάσχοντος ἢ τῶν ἄλλων ἐντέρων τινὸς οὔτε τῶν καθ’ ὑποχόνδρια μυῶν</w:t>
      </w:r>
    </w:p>
    <w:p>
      <w:r>
        <w:rPr>
          <w:rFonts w:ascii="Courier New" w:hAnsi="Courier New"/>
          <w:color w:val="555555"/>
          <w:sz w:val="20"/>
        </w:rPr>
        <w:t>[10]</w:t>
      </w:r>
    </w:p>
    <w:p>
      <w:r>
        <w:rPr>
          <w:rFonts w:ascii="Gentium Plus" w:hAnsi="Gentium Plus"/>
          <w:sz w:val="24"/>
        </w:rPr>
        <w:t>ἢ περιτοναίου μικτέον τὰ στύφοντα· καθάπερ οὐδὲ κύ‐ στεως ἢ μήτρας, ὅταν γ’, ὡς εἴρηται, μήτ’ ἐπιῤῥέῃ μηδὲν ἔτι μήτε πλῆθος ἢ περιττώματα πολλὰ καθ’ ὅλον ὑπάρχῃ τὸ σῶμα. νεφροὶ δὲ καὶ θώραξ ἐν μέσῳ τῶν εἰρημένων εἰσίν· ὅσον γὰρ ἀπολείπονται γαστρὸς καὶ ἥπατος, τοσοῦτον τῶν</w:t>
      </w:r>
    </w:p>
    <w:p>
      <w:r>
        <w:rPr>
          <w:rFonts w:ascii="Courier New" w:hAnsi="Courier New"/>
          <w:color w:val="555555"/>
          <w:sz w:val="20"/>
        </w:rPr>
        <w:t>[15]</w:t>
      </w:r>
    </w:p>
    <w:p>
      <w:r>
        <w:rPr>
          <w:rFonts w:ascii="Gentium Plus" w:hAnsi="Gentium Plus"/>
          <w:sz w:val="24"/>
        </w:rPr>
        <w:t>ἄλλων πλεονεκτοῦνται· ἐπὶ μὲν γὰρ τοῦ ἥπατος ἢ τῆς γα‐ στρὸς ἐκλυθῆναι τὸν τόνον ὀλεθριώτατον, ἐπὶ δὲ τῶν ἄλλων</w:t>
      </w:r>
    </w:p>
    <w:p>
      <w:r>
        <w:rPr>
          <w:rFonts w:ascii="Courier New" w:hAnsi="Courier New"/>
          <w:color w:val="555555"/>
          <w:sz w:val="20"/>
        </w:rPr>
        <w:t>[10 . 795]</w:t>
      </w:r>
    </w:p>
    <w:p>
      <w:r>
        <w:rPr>
          <w:rFonts w:ascii="Gentium Plus" w:hAnsi="Gentium Plus"/>
          <w:sz w:val="24"/>
        </w:rPr>
        <w:t>νοις γ’ ὁμοίως· πλὴν εἴ ποτε πῦον ἐκκαθαίρειν δέοι, περιεχό‐ μενον ἐν θώρακι καὶ πνεύμονι. περὶ δὲ τοῦ σπληνὸς οὐχ ἁπλῶς ἀποφήνασθαι δυνατὸν, ἀλλὰ μετὰ τοῦ διορίσασθαι τήν τε φύσιν ὅλου τοῦ σώματος καὶ τὴν ἐν τῷ τῆς θεραπείας</w:t>
      </w:r>
    </w:p>
    <w:p>
      <w:r>
        <w:rPr>
          <w:rFonts w:ascii="Courier New" w:hAnsi="Courier New"/>
          <w:color w:val="555555"/>
          <w:sz w:val="20"/>
        </w:rPr>
        <w:t>[5]</w:t>
      </w:r>
    </w:p>
    <w:p>
      <w:r>
        <w:rPr>
          <w:rFonts w:ascii="Gentium Plus" w:hAnsi="Gentium Plus"/>
          <w:sz w:val="24"/>
        </w:rPr>
        <w:t>χρόνῳ διάθεσιν. εἰ μὲν γὰρ ἤτοι φύσει τῶν ἀθροιζόντων εἴη περίττωμα μελαγχολικὸν ὁ κάμνων ἢ κατ’ ἐκεῖνον τὸν χρόνον ὁ τοιοῦτος ἐν αὐτῷ πλεονάζοι χυμὸς, ἀναγκαῖόν ἐστιν ἐν τῇ θεραπείᾳ τοῦ σπληνὸς ἐπιπλέκεσθαι τοῖς ἄλλοις τὰ στύφοντα, χάριν τοῦ φυλάττεσθαι τοῦ σπλάγχνου τὸν</w:t>
      </w:r>
    </w:p>
    <w:p>
      <w:r>
        <w:rPr>
          <w:rFonts w:ascii="Courier New" w:hAnsi="Courier New"/>
          <w:color w:val="555555"/>
          <w:sz w:val="20"/>
        </w:rPr>
        <w:t>[10]</w:t>
      </w:r>
    </w:p>
    <w:p>
      <w:r>
        <w:rPr>
          <w:rFonts w:ascii="Gentium Plus" w:hAnsi="Gentium Plus"/>
          <w:sz w:val="24"/>
        </w:rPr>
        <w:t>τόνον. οὕτω γὰρ ἕλξει τε πρὸς ἑαυτὸν τὰ περιττώματα, καὶ καθάρας τὸ σῶμα, πάλιν αὐτὰ ἐκκρινεῖ διὰ τῆς γαστρὸς, ὡς ἐν τοῖς φυσικοῖς περὶ τούτων ἐπιδέδεικται λόγοις. εἰ δὲ μηδὲν οὐδ’ ὅλως ᾖ περίττωμα μελαγχολικὸν ἢ οὐδ’ ὅλως στυ‐ πτέον ἢ ὡς ἥκιστα. προσέχειν δ’ ἀκριβῶς τὸν νοῦν οὐ κατὰ</w:t>
      </w:r>
    </w:p>
    <w:p>
      <w:r>
        <w:rPr>
          <w:rFonts w:ascii="Courier New" w:hAnsi="Courier New"/>
          <w:color w:val="555555"/>
          <w:sz w:val="20"/>
        </w:rPr>
        <w:t>[15]</w:t>
      </w:r>
    </w:p>
    <w:p>
      <w:r>
        <w:rPr>
          <w:rFonts w:ascii="Gentium Plus" w:hAnsi="Gentium Plus"/>
          <w:sz w:val="24"/>
        </w:rPr>
        <w:t>τὸν σπλῆνα μόνον, ἀλλὰ καὶ κατὰ σύμπαντα τἄλλα μόρια, καθ’ ἃ σήπεται χυμὸς, ὁποῖον μέν τοι τῶν συμπτωμάτων ἐστὶ τὸ ἰσχυρότατον, ὁποῖον τὸ δεύτερον ἢ τὸ τρίτον, ἵν’ ἐξ</w:t>
      </w:r>
    </w:p>
    <w:p>
      <w:r>
        <w:rPr>
          <w:rFonts w:ascii="Courier New" w:hAnsi="Courier New"/>
          <w:color w:val="555555"/>
          <w:sz w:val="20"/>
        </w:rPr>
        <w:t>[10 . 796]</w:t>
      </w:r>
    </w:p>
    <w:p>
      <w:r>
        <w:rPr>
          <w:rFonts w:ascii="Gentium Plus" w:hAnsi="Gentium Plus"/>
          <w:sz w:val="24"/>
        </w:rPr>
        <w:t>θεραπείαν ἁρμόσῃς. ἐνίοτε μὲν γὰρ ἡ θέρμη κρατεῖ κατὰ τὸ πεπονθὸς, ἐνίοτε δ’ ὄγκος, ἤτοι διὰ τὸ πλῆθος τοῦ χυμοῦ σκληρὸς ἢ διὰ τὸ πάχος. εἰ μὲν οὖν ἡ θέρμη κρατοίη, πειρᾶσθαι διαφορεῖν ἀτρέμα, διὰ τῶν χλιαρὰν ἐχόντων θερ‐</w:t>
      </w:r>
    </w:p>
    <w:p>
      <w:r>
        <w:rPr>
          <w:rFonts w:ascii="Courier New" w:hAnsi="Courier New"/>
          <w:color w:val="555555"/>
          <w:sz w:val="20"/>
        </w:rPr>
        <w:t>[5]</w:t>
      </w:r>
    </w:p>
    <w:p>
      <w:r>
        <w:rPr>
          <w:rFonts w:ascii="Gentium Plus" w:hAnsi="Gentium Plus"/>
          <w:sz w:val="24"/>
        </w:rPr>
        <w:t>μασίαν, οἷόν ἐστι τό τε λινόσπερμον καὶ τὸ χαμαίμηλον· ἐπι‐ μιγνύναι δ’ αὐτοῖς ἄλευρον ἐκ κριθῶν ἢ κυάμων· οὐδέτερον γὰρ αὐτῶν θερμαίνει. πολλάκις δ’, ὡς οἶσθα, τὸ καλού‐ μενον ὑπὸ τῶν ἰατρῶν ἀρτόμελι παρασκευάζοντες εἰς κατά‐ πλασμα τοιαύτης φλεγμονῆς ὕδατος ἐπεμίξαμεν. ἐπὶ δὲ</w:t>
      </w:r>
    </w:p>
    <w:p>
      <w:r>
        <w:rPr>
          <w:rFonts w:ascii="Courier New" w:hAnsi="Courier New"/>
          <w:color w:val="555555"/>
          <w:sz w:val="20"/>
        </w:rPr>
        <w:t>[10]</w:t>
      </w:r>
    </w:p>
    <w:p>
      <w:r>
        <w:rPr>
          <w:rFonts w:ascii="Gentium Plus" w:hAnsi="Gentium Plus"/>
          <w:sz w:val="24"/>
        </w:rPr>
        <w:t>σπληνὸς ἔστιν ὅτε καὶ ὄξους. εἰ δ’ ἡ θέρμη τοῦ φλεγμαί‐ νοντος μορίου μὴ πολὺ τοῦ κατὰ φύσιν ἐξεστήκοι, μέγεθος δ’ ἀξιόλογον εἴη, διαφορεῖν θαῤῥούντως χωρὶς ὕδατος ἐπι‐ μιγνύντα τοῖς εἰρημένοις καὶ τῆλιν. εἰ δ’ οἷον σκιῤῥώδης τις φλεγμονὴ τύχοι, διὰ τὸ πάχος ἢ τὴν γλισχρότητα τῶν</w:t>
      </w:r>
    </w:p>
    <w:p>
      <w:r>
        <w:rPr>
          <w:rFonts w:ascii="Courier New" w:hAnsi="Courier New"/>
          <w:color w:val="555555"/>
          <w:sz w:val="20"/>
        </w:rPr>
        <w:t>[15]</w:t>
      </w:r>
    </w:p>
    <w:p>
      <w:r>
        <w:rPr>
          <w:rFonts w:ascii="Gentium Plus" w:hAnsi="Gentium Plus"/>
          <w:sz w:val="24"/>
        </w:rPr>
        <w:t>ἐν αὐτῇ χυμῶν, ὄξους τε ἅμα καὶ τῶν πικρῶν μικτέον φαρ‐ μάκων καὶ μάλιστ’ ἐπὶ σπληνός. τὸ γάρ τοι σπλάγχνον τοῦτο, διὰ τὸ παχὺν ἐπισπᾶσθαι χυμὸν ἐξ ἥπατος, ὑπὸ τοῦ</w:t>
      </w:r>
    </w:p>
    <w:p>
      <w:r>
        <w:rPr>
          <w:rFonts w:ascii="Courier New" w:hAnsi="Courier New"/>
          <w:color w:val="555555"/>
          <w:sz w:val="20"/>
        </w:rPr>
        <w:t>[10 . 797]</w:t>
      </w:r>
    </w:p>
    <w:p>
      <w:r>
        <w:rPr>
          <w:rFonts w:ascii="Gentium Plus" w:hAnsi="Gentium Plus"/>
          <w:sz w:val="24"/>
        </w:rPr>
        <w:t>ὀξυμέλιτος καὶ ἀψινθίου καὶ καππάρεως ἐπιτήδεια κατα‐ πλάσματα. ταῦτ’ οὖν ἀγνοοῦντες οἱ πολλοὶ τῶν ἰατρῶν, ἅπαντας αἰονῶσιν ἐλαίῳ καὶ καταπλάττουσι τοῖς χαλαστικοῖς καταπλάσμασι, πρὶν κενῶσαι τὸ σῶμα, πάντων δ’, ὡς εἴρη‐</w:t>
      </w:r>
    </w:p>
    <w:p>
      <w:r>
        <w:rPr>
          <w:rFonts w:ascii="Courier New" w:hAnsi="Courier New"/>
          <w:color w:val="555555"/>
          <w:sz w:val="20"/>
        </w:rPr>
        <w:t>[5]</w:t>
      </w:r>
    </w:p>
    <w:p>
      <w:r>
        <w:rPr>
          <w:rFonts w:ascii="Gentium Plus" w:hAnsi="Gentium Plus"/>
          <w:sz w:val="24"/>
        </w:rPr>
        <w:t>ται, μάλιστα τοὺς πλουσίους, οἷς οὐ μόνον εἰς τὰ τοιαῦτα ὑπηρετοῦσιν, ἀλλὰ καὶ λούεσθαι συγχωροῦσιν. ἐγὼ δ’ οὔτε λούσαιμ’ ἂν οὐδένα τῶν ἐπὶ σηπεδόνι χυμῶν πυρεττόντων οὔτε χαλαστικοῖς χρήσομαι καταπλάσμασι, πρὶν κενῶσαι τὰ περιττά. κενώσας δὲ καὶ λούοιμ’ ἂν ἤδη θαῤῥῶν καὶ κατα‐</w:t>
      </w:r>
    </w:p>
    <w:p>
      <w:r>
        <w:rPr>
          <w:rFonts w:ascii="Courier New" w:hAnsi="Courier New"/>
          <w:color w:val="555555"/>
          <w:sz w:val="20"/>
        </w:rPr>
        <w:t>[10]</w:t>
      </w:r>
    </w:p>
    <w:p>
      <w:r>
        <w:rPr>
          <w:rFonts w:ascii="Gentium Plus" w:hAnsi="Gentium Plus"/>
          <w:sz w:val="24"/>
        </w:rPr>
        <w:t>πλάττοιμι, τὰ μὲν ἄλλα μόρια τοῖς χαλαστικοῖς, ἧπαρ δὲ καὶ γαστέρα μετὰ τοῦ τὰ μέτρια στύφειν. Ἧττον δὲ ἐπὶ θώρακος τοῖς στύφουσι χρηστέον, ἀποκρούεται γὰρ εἰς πνεύμονα καὶ καρδίαν ἐνίοτε τὰ τοιαῦτα τοὺς τὴν φλεγμονὴν ἐργαζομένους χυμούς. ἀλλὰ</w:t>
      </w:r>
    </w:p>
    <w:p>
      <w:r>
        <w:rPr>
          <w:rFonts w:ascii="Courier New" w:hAnsi="Courier New"/>
          <w:color w:val="555555"/>
          <w:sz w:val="20"/>
        </w:rPr>
        <w:t>[15]</w:t>
      </w:r>
    </w:p>
    <w:p>
      <w:r>
        <w:rPr>
          <w:rFonts w:ascii="Gentium Plus" w:hAnsi="Gentium Plus"/>
          <w:sz w:val="24"/>
        </w:rPr>
        <w:t>διὰ τῶν ἐδεσμάτων αὐτοῖς φυλακτέον τὸν τόνον· οὐ γὰρ ὥσπερ ἐπὶ γαστρὸς καὶ ἥπατος, οὕτω καὶ ἐνθάδε λεπτότατα</w:t>
      </w:r>
    </w:p>
    <w:p>
      <w:r>
        <w:rPr>
          <w:rFonts w:ascii="Courier New" w:hAnsi="Courier New"/>
          <w:color w:val="555555"/>
          <w:sz w:val="20"/>
        </w:rPr>
        <w:t>[10 . 798]</w:t>
      </w:r>
    </w:p>
    <w:p>
      <w:r>
        <w:rPr>
          <w:rFonts w:ascii="Gentium Plus" w:hAnsi="Gentium Plus"/>
          <w:sz w:val="24"/>
        </w:rPr>
        <w:t>κίνδυνός ἐστι φλεγμαινόντων αὐτῶν μήτε πεφθῆναι καλῶς αὐξηθῆναί τε τὰς φλεγμονάς· εἰς θώρακα δὲ τοσοῦτον ἀφι‐ κνεῖται τῶν πεφθέντων ὅσον ἱκανὸν αὐτῷ μόνῳ τῷ τρεφο‐ μένῳ μορίῳ. πολὺ δὲ δὴ μᾶλλον ἐπὶ πνεύμονος φλεγμαίνον‐</w:t>
      </w:r>
    </w:p>
    <w:p>
      <w:r>
        <w:rPr>
          <w:rFonts w:ascii="Courier New" w:hAnsi="Courier New"/>
          <w:color w:val="555555"/>
          <w:sz w:val="20"/>
        </w:rPr>
        <w:t>[5]</w:t>
      </w:r>
    </w:p>
    <w:p>
      <w:r>
        <w:rPr>
          <w:rFonts w:ascii="Gentium Plus" w:hAnsi="Gentium Plus"/>
          <w:sz w:val="24"/>
        </w:rPr>
        <w:t>τος ἀφεκτέον ἐστὶ τῶν στυφόντων, ὅπου γε καὶ τοῖς χαλα‐ στικοῖς μικτέον, ἐπ’ αὐτῶν τῶν δριμυτέρων τι καὶ σαφῶς θερμαινόντων· ἕλκειν γὰρ ἔξω μᾶλλον ἢ ἀποκρούεσθαι προσήκει. διὸ καὶ αἱ σικύαι προκενωθέντων χρήσιμοι, πλη‐ θωρικῶν δὲ ὑπαρχόντων οὐ μᾶλλον ἐκ πνεύμονος εἰς θώρακα</w:t>
      </w:r>
    </w:p>
    <w:p>
      <w:r>
        <w:rPr>
          <w:rFonts w:ascii="Courier New" w:hAnsi="Courier New"/>
          <w:color w:val="555555"/>
          <w:sz w:val="20"/>
        </w:rPr>
        <w:t>[10]</w:t>
      </w:r>
    </w:p>
    <w:p>
      <w:r>
        <w:rPr>
          <w:rFonts w:ascii="Gentium Plus" w:hAnsi="Gentium Plus"/>
          <w:sz w:val="24"/>
        </w:rPr>
        <w:t>μεθιστᾶσί τι τῶν περιττωμάτων ἢ ἐξ ὅλου τοῦ σώματος ἕλκουσιν εἰς ἀμφότερα. Τῷ δὲ αὐτῷ λόγῳ κᾀπὶ τῶν κατὰ τὸν ἐγκέφαλον καὶ τὰς μήνιγγας φλεγμονῶν οὐ χρησόμεθα σι‐ κύαις ἐν ἀρχῇ τῶν παθῶν· ἀλλ’ ὅταν μήτ’ ἐπιῤῥέῃ</w:t>
      </w:r>
    </w:p>
    <w:p>
      <w:r>
        <w:rPr>
          <w:rFonts w:ascii="Courier New" w:hAnsi="Courier New"/>
          <w:color w:val="555555"/>
          <w:sz w:val="20"/>
        </w:rPr>
        <w:t>[15]</w:t>
      </w:r>
    </w:p>
    <w:p>
      <w:r>
        <w:rPr>
          <w:rFonts w:ascii="Gentium Plus" w:hAnsi="Gentium Plus"/>
          <w:sz w:val="24"/>
        </w:rPr>
        <w:t>μηδὲν ἔτι καὶ προκενώσωμεν ὅλον τὸ σῶμα, κατὰ τὴν ἀρχὴν δὲ κᾀνθάδε τοῖς ἀποκρουστικοῖς ὀνομαζομένοις χρηστέον</w:t>
      </w:r>
    </w:p>
    <w:p>
      <w:r>
        <w:rPr>
          <w:rFonts w:ascii="Courier New" w:hAnsi="Courier New"/>
          <w:color w:val="555555"/>
          <w:sz w:val="20"/>
        </w:rPr>
        <w:t>[10 . 799]</w:t>
      </w:r>
    </w:p>
    <w:p>
      <w:r>
        <w:rPr>
          <w:rFonts w:ascii="Gentium Plus" w:hAnsi="Gentium Plus"/>
          <w:sz w:val="24"/>
        </w:rPr>
        <w:t>αὐτῶν ἐξικέσθαι βουλοίμεθα πρὸς τὸ βάθος, ἐπιμίξομεν τοῖς ἀποκρουστικοῖς ὀνομαζομένοις τῶν ποδηγεῖν τι δυναμένων, τουτέστι τῶν λεπτομερῶν κατὰ τὴν οὐσίαν. ὄξος μὲν οὖν οὐ μόνον ἐστὶ λεπτομερὲς, ἀλλὰ καὶ αὐτῆς τῆς ἀποκρουστικῆς</w:t>
      </w:r>
    </w:p>
    <w:p>
      <w:r>
        <w:rPr>
          <w:rFonts w:ascii="Courier New" w:hAnsi="Courier New"/>
          <w:color w:val="555555"/>
          <w:sz w:val="20"/>
        </w:rPr>
        <w:t>[5]</w:t>
      </w:r>
    </w:p>
    <w:p>
      <w:r>
        <w:rPr>
          <w:rFonts w:ascii="Gentium Plus" w:hAnsi="Gentium Plus"/>
          <w:sz w:val="24"/>
        </w:rPr>
        <w:t>δυνάμεως οὐ μετρίως μετείληφεν. ὅθεν εἰκότως ἐν ἀργῇ τῶν παθῶν αὐτῷ χρῶνται, τῷ ῥοδίνῳ μιγνύντες. ἐπὶ προήκοντι δὲ τῷ χρόνῳ καὶ σπονδυλίου καὶ ἑρπύλλου μιγνύουσιν, ἤδη τι καὶ θερμαῖνον ἐχόντων, οὐ μόνον λεπτομερές· ἐν ᾧ καιρῷ χρὴ μεταβαίνειν ἐπὶ τὰ διαπέττοντά τε καὶ διαφοροῦντα</w:t>
      </w:r>
    </w:p>
    <w:p>
      <w:r>
        <w:rPr>
          <w:rFonts w:ascii="Courier New" w:hAnsi="Courier New"/>
          <w:color w:val="555555"/>
          <w:sz w:val="20"/>
        </w:rPr>
        <w:t>[10]</w:t>
      </w:r>
    </w:p>
    <w:p>
      <w:r>
        <w:rPr>
          <w:rFonts w:ascii="Gentium Plus" w:hAnsi="Gentium Plus"/>
          <w:sz w:val="24"/>
        </w:rPr>
        <w:t>πλέον, ἢ κατὰ τὴν χρείαν τῶν φλεγμαινόντων αἱρούμενον ἑκάτερον, ὡς ἂν ἐκλυομένης αὐτῶν τῆς δυνάμεως ἐν τῷ με‐ ταξὺ τεταγμένων ὀστῶν. οὕτως οὖν καὶ τῷ καστορείῳ χρώ‐ μεθα, καίτοι γ’ ἐπὶ τῶν ἄλλων οὐ χρώμενοι φλεγμονῶν, οὐδ’ ἢν ἐν ἐσχάτῳ τῆς παρακμῆς ὦσι· θερμότερον γάρ ἐστιν ἢ ὡς</w:t>
      </w:r>
    </w:p>
    <w:p>
      <w:r>
        <w:rPr>
          <w:rFonts w:ascii="Courier New" w:hAnsi="Courier New"/>
          <w:color w:val="555555"/>
          <w:sz w:val="20"/>
        </w:rPr>
        <w:t>[15]</w:t>
      </w:r>
    </w:p>
    <w:p>
      <w:r>
        <w:rPr>
          <w:rFonts w:ascii="Gentium Plus" w:hAnsi="Gentium Plus"/>
          <w:sz w:val="24"/>
        </w:rPr>
        <w:t>ἐν ταῖς φλεγμοναῖς ἐπιτήδειον εἶναι. τοῖς μέντοι κατὰ τὸν ἐγκέφαλον χωρίοις ἄριστον ἐν ταῖς παρακμαῖς τῶν φλεγμο‐ νῶν, ὡς ἂν οὐκ εὐθέως αὐτοῖς προσπῖπτον, ἀλλὰ διὰ μέσων</w:t>
      </w:r>
    </w:p>
    <w:p>
      <w:r>
        <w:rPr>
          <w:rFonts w:ascii="Courier New" w:hAnsi="Courier New"/>
          <w:color w:val="555555"/>
          <w:sz w:val="20"/>
        </w:rPr>
        <w:t>[10 . 800]</w:t>
      </w:r>
    </w:p>
    <w:p>
      <w:r>
        <w:rPr>
          <w:rFonts w:ascii="Gentium Plus" w:hAnsi="Gentium Plus"/>
          <w:sz w:val="24"/>
        </w:rPr>
        <w:t>μερὲς τῆς οὐσίας, ὃ καὶ αὐτὸ τοῖς διὰ προβλημάτων στε‐ γανῶν διαπέμψειν μέλλουσι τὴν ἑαυτῶν δύναμιν ἐπιτή‐ δειόν ἐστιν. Οἶσθα δὲ δήπου καὶ τοὺς ἑκάστου τῶν</w:t>
      </w:r>
    </w:p>
    <w:p>
      <w:r>
        <w:rPr>
          <w:rFonts w:ascii="Courier New" w:hAnsi="Courier New"/>
          <w:color w:val="555555"/>
          <w:sz w:val="20"/>
        </w:rPr>
        <w:t>[5]</w:t>
      </w:r>
    </w:p>
    <w:p>
      <w:r>
        <w:rPr>
          <w:rFonts w:ascii="Gentium Plus" w:hAnsi="Gentium Plus"/>
          <w:sz w:val="24"/>
        </w:rPr>
        <w:t>μορίων οἰκείους πόρους εἰς τὴν τῶν περιττωμάτων ἔκκρισιν εὔρους ἡμᾶς παρασκευάζοντας· ἐντέρῳ μὲν καὶ γαστρὶ καὶ μεσαραίῳ καὶ τοῖς σιμοῖς τοῦ ἥπατος τὸν δι’ ἀπευθυσμένον· νεφροῖς δὲ καὶ κύστει καὶ τοῖς κυρτοῖς τοῦ ἥπατος καὶ κοίλῃ φλεβὶ καὶ ἀρτηρίᾳ τῇ μεγάλῃ καὶ πᾶσι τοῖς κατ’ ὀσφὺν</w:t>
      </w:r>
    </w:p>
    <w:p>
      <w:r>
        <w:rPr>
          <w:rFonts w:ascii="Courier New" w:hAnsi="Courier New"/>
          <w:color w:val="555555"/>
          <w:sz w:val="20"/>
        </w:rPr>
        <w:t>[10]</w:t>
      </w:r>
    </w:p>
    <w:p>
      <w:r>
        <w:rPr>
          <w:rFonts w:ascii="Gentium Plus" w:hAnsi="Gentium Plus"/>
          <w:sz w:val="24"/>
        </w:rPr>
        <w:t>τὸν τοῖς οὔροις ἀνακείμενον· πνεύμονι δὲ καὶ θώρακι τὸν διὰ τραχείας ἀρτηρίας καὶ φάρυγγος· ἐγκεφάλῳ δὲ καὶ μή‐ νιγξι τὸν δι’ ὑπερώας καὶ ῥινός. ἡ δ’ εὔροια τοῖς μὲν δι’ ἕδρας ἐκκριθήσεσθαι μέλλουσιν ὑπό τε μελικράτου γενήσε‐ ται καὶ τῶν ἐδεσμάτων ὅσα λαπάττει τὴν γαστέρα, καὶ</w:t>
      </w:r>
    </w:p>
    <w:p>
      <w:r>
        <w:rPr>
          <w:rFonts w:ascii="Courier New" w:hAnsi="Courier New"/>
          <w:color w:val="555555"/>
          <w:sz w:val="20"/>
        </w:rPr>
        <w:t>[15]</w:t>
      </w:r>
    </w:p>
    <w:p>
      <w:r>
        <w:rPr>
          <w:rFonts w:ascii="Gentium Plus" w:hAnsi="Gentium Plus"/>
          <w:sz w:val="24"/>
        </w:rPr>
        <w:t>φαρμάκων ὅσα μετρίως ἐρεθίζειν πέφυκε· φυλάττεσθαι γὰρ χρὴ τὰ δριμύτερα, παροξύνοντα τὰς φλεγμονάς. ἐπὶ δὲ γα‐ στρὸς καὶ ἥπατος καὶ σπληνὸς φλεγμαινόντων, οὐδὲ τὸ μελί‐</w:t>
      </w:r>
    </w:p>
    <w:p>
      <w:r>
        <w:rPr>
          <w:rFonts w:ascii="Courier New" w:hAnsi="Courier New"/>
          <w:color w:val="555555"/>
          <w:sz w:val="20"/>
        </w:rPr>
        <w:t>[10 . 801]</w:t>
      </w:r>
    </w:p>
    <w:p>
      <w:r>
        <w:rPr>
          <w:rFonts w:ascii="Gentium Plus" w:hAnsi="Gentium Plus"/>
          <w:sz w:val="24"/>
        </w:rPr>
        <w:t>αὐξάνει τῶν σπλάγχνων. τοῖς δὲ διουρητικοῖς ὀνομαζομένοις φαρμάκοις ἐπ’ οὖρα προτρέψεις τὴν περιουσίαν· ὥσπερ γε καὶ τοῖς βηχικοῖς τὰ κατὰ θώρακα καὶ πνεύμονα διὰ βηχῶν ἐκκενώσεις· ἔμαθες δ’ ἐν τοῖς περὶ φαρμάκων τὰς ὕλας ἑκά‐</w:t>
      </w:r>
    </w:p>
    <w:p>
      <w:r>
        <w:rPr>
          <w:rFonts w:ascii="Courier New" w:hAnsi="Courier New"/>
          <w:color w:val="555555"/>
          <w:sz w:val="20"/>
        </w:rPr>
        <w:t>[5]</w:t>
      </w:r>
    </w:p>
    <w:p>
      <w:r>
        <w:rPr>
          <w:rFonts w:ascii="Gentium Plus" w:hAnsi="Gentium Plus"/>
          <w:sz w:val="24"/>
        </w:rPr>
        <w:t>στων οὐ μόνον τῶν εἰρημένων, ἀλλὰ καὶ ὅσα διὰ ῥινῶν ἐκκενοῖ τὰ κατ’ ἐγκέφαλόν τε καὶ μήνιγγας περιττά. Καὶ γὰρ καὶ τούτων ἁπάντων ἐν ἐκείνοις τοῖς ὑπομνήμασι τὴν ὕλην ἄφθονον ἔχεις. ὥστ’ ἀρκεῖ πρός γε τὰ παρόντα περὶ τῆς τῶν φλεγμαινόντων μορίων</w:t>
      </w:r>
    </w:p>
    <w:p>
      <w:r>
        <w:rPr>
          <w:rFonts w:ascii="Courier New" w:hAnsi="Courier New"/>
          <w:color w:val="555555"/>
          <w:sz w:val="20"/>
        </w:rPr>
        <w:t>[10]</w:t>
      </w:r>
    </w:p>
    <w:p>
      <w:r>
        <w:rPr>
          <w:rFonts w:ascii="Gentium Plus" w:hAnsi="Gentium Plus"/>
          <w:sz w:val="24"/>
        </w:rPr>
        <w:t>διαφορᾶς ὅσα λέλεκταί μοι. μελλήσω γὰρ ἐπὶ πλέον ἐρεῖν ὑπὲρ αὐτῶν ἐν τῇ μεθόδῳ τῆς θεραπείας ἁπάντων τῶν παρὰ φύσιν ὄγκων· οὐδὲ γὰρ οὐδὲ νῦν ὡς ἔργον τι καὶ σπούδασμα μετεχειρισάμην τόνδε τὸν λόγον, ἀλλ’ ἐν παρέργῳ διῆλθον, ὡς ἐξ ἀκολουθίας τινὸς ἐμπεσὼν αὐτῷ. προὔκειτο γὰρ οὐχ ὡς</w:t>
      </w:r>
    </w:p>
    <w:p>
      <w:r>
        <w:rPr>
          <w:rFonts w:ascii="Courier New" w:hAnsi="Courier New"/>
          <w:color w:val="555555"/>
          <w:sz w:val="20"/>
        </w:rPr>
        <w:t>[15]</w:t>
      </w:r>
    </w:p>
    <w:p>
      <w:r>
        <w:rPr>
          <w:rFonts w:ascii="Gentium Plus" w:hAnsi="Gentium Plus"/>
          <w:sz w:val="24"/>
        </w:rPr>
        <w:t>ἄν τις ἄριστα θεραπεύσειεν ἓν ἕκαστον τῶν μορίων φλεγμαῖνον ὑποθέσθαί σοι κατὰ τὸν ἐνεστῶτα λόγον, ἀλλ’ ἐνδείξασθαι</w:t>
      </w:r>
    </w:p>
    <w:p>
      <w:r>
        <w:rPr>
          <w:rFonts w:ascii="Courier New" w:hAnsi="Courier New"/>
          <w:color w:val="555555"/>
          <w:sz w:val="20"/>
        </w:rPr>
        <w:t>[10 . 802]</w:t>
      </w:r>
    </w:p>
    <w:p>
      <w:r>
        <w:rPr>
          <w:rFonts w:ascii="Gentium Plus" w:hAnsi="Gentium Plus"/>
          <w:sz w:val="24"/>
        </w:rPr>
        <w:t>θῆναι τὸ σύμπαν σῶμα καὶ μάλισθ’ ὅταν μὴ φλεγμαίνῃ τι τῶν ἔνδον· εἰ γὰρ εἴη τὸ περιέχον θερμὸν ὡς κεχύσθαι τὰς ὕλας ἱκανῶς, μείζων ἡ βλάβη τοῖς τοιούτοις ἕπεται κατα‐ πλάσμασιν ἤπερ τοῖς λουτροῖς. καίτοι δοκοῦσί γε οἱ καθ’</w:t>
      </w:r>
    </w:p>
    <w:p>
      <w:r>
        <w:rPr>
          <w:rFonts w:ascii="Courier New" w:hAnsi="Courier New"/>
          <w:color w:val="555555"/>
          <w:sz w:val="20"/>
        </w:rPr>
        <w:t>[5]</w:t>
      </w:r>
    </w:p>
    <w:p>
      <w:r>
        <w:rPr>
          <w:rFonts w:ascii="Gentium Plus" w:hAnsi="Gentium Plus"/>
          <w:sz w:val="24"/>
        </w:rPr>
        <w:t>ἑκάστην ἡμέραν αἰονῶντές τε καὶ καταπλάττοντες τὰ ὑποχόν‐ δρια ἐκ τούτων μὲν οὐχ ὅπως βλάβην, ἀλλὰ καὶ μεγάλην ὠφέλειαν γίγνεσθαι τοῖς νοσοῦσιν, ἐκ λουτρῶν δ’ οὐκ ὠφέ‐ λειαν γίγνεσθαι, ἀλλὰ καὶ μεγίστην βλάβην, ἀγνοοῦντες ὥσπερ τῶν ἄλλων ἁπάντων ὧν περὶ τὸν κάμνοντα πράττουσιν, οὕτω</w:t>
      </w:r>
    </w:p>
    <w:p>
      <w:r>
        <w:rPr>
          <w:rFonts w:ascii="Courier New" w:hAnsi="Courier New"/>
          <w:color w:val="555555"/>
          <w:sz w:val="20"/>
        </w:rPr>
        <w:t>[10]</w:t>
      </w:r>
    </w:p>
    <w:p>
      <w:r>
        <w:rPr>
          <w:rFonts w:ascii="Gentium Plus" w:hAnsi="Gentium Plus"/>
          <w:sz w:val="24"/>
        </w:rPr>
        <w:t>καὶ τῶν βαλανείων τὴν φύσιν. ἐγὼ δὲ περὶ μὲν ὅλης αὐ‐ τῶν τῆς δυνάμεως ἔμπροσθεν εἴρηκα τελεώτατα, νυνὶ δ’ ἀρκεῖ μοι τό γε τοσοῦτον εἰπεῖν, ὡς ἐπὶ τινῶν μὲν οὔ τι βλάψει τὸ βαλανεῖον ὅλως, ἐπὶ τινῶν δὲ τοῦ καταπλάσματος ἧττον. ὃ γὰρ ἐν τοῖς ὑποχονδρίοις ἐργάζεται τὰ χαλαστικὰ</w:t>
      </w:r>
    </w:p>
    <w:p>
      <w:r>
        <w:rPr>
          <w:rFonts w:ascii="Courier New" w:hAnsi="Courier New"/>
          <w:color w:val="555555"/>
          <w:sz w:val="20"/>
        </w:rPr>
        <w:t>[15]</w:t>
      </w:r>
    </w:p>
    <w:p>
      <w:r>
        <w:rPr>
          <w:rFonts w:ascii="Gentium Plus" w:hAnsi="Gentium Plus"/>
          <w:sz w:val="24"/>
        </w:rPr>
        <w:t>πρὸς αὐτῶν ὀνομαζόμενα βοηθήματα, τοῦτ’ ἐν ὅλῳ τῷ σώ‐ ματι τὸ βαλανεῖον. ὥσθ’ ὅταν ἐν τῇ παρακμῇ παραλαμβά‐ νηται, διαπνεομένου τοῦ σώματος ἤδη μετρίως, οὐ σμικρὸν</w:t>
      </w:r>
    </w:p>
    <w:p>
      <w:r>
        <w:rPr>
          <w:rFonts w:ascii="Courier New" w:hAnsi="Courier New"/>
          <w:color w:val="555555"/>
          <w:sz w:val="20"/>
        </w:rPr>
        <w:t>[10 . 803]</w:t>
      </w:r>
    </w:p>
    <w:p>
      <w:r>
        <w:rPr>
          <w:rFonts w:ascii="Gentium Plus" w:hAnsi="Gentium Plus"/>
          <w:sz w:val="24"/>
        </w:rPr>
        <w:t>καπνώδη περιττώματα. καὶ εἴ γε μηδὲν εἴη τῶν σπλάγχνων ἀσθενὲς, ὀνήσει τὸν κάμνοντα, χωρὶς τοῦ φρῖξαι τότε γενόμε‐ νον. τρεῖς γὰρ ἔχειν δεῖ τούτους σκοποὺς ἐπὶ τῶν ἐν ἅπασι πυρετοῖς λουτρῶν· ἕνα μὲν εἰ χωρὶς τοῦ φρῖξαι γένοιτο, δεύ‐</w:t>
      </w:r>
    </w:p>
    <w:p>
      <w:r>
        <w:rPr>
          <w:rFonts w:ascii="Courier New" w:hAnsi="Courier New"/>
          <w:color w:val="555555"/>
          <w:sz w:val="20"/>
        </w:rPr>
        <w:t>[5]</w:t>
      </w:r>
    </w:p>
    <w:p>
      <w:r>
        <w:rPr>
          <w:rFonts w:ascii="Gentium Plus" w:hAnsi="Gentium Plus"/>
          <w:sz w:val="24"/>
        </w:rPr>
        <w:t>τερον δ’ εἰ μηδὲν τῶν κυρίων μορίων ἀσθενὲς ὑπάρχοι, καὶ τρίτον εἰ μὴ πλῆθος ὠμῶν εἴη χυμῶν κατὰ τὰς πρώτας φλέ‐ βας. ἡ μὲν γὰρ φρίκη λέλεκται πρόσθεν ὅπως οὐ μόνον αὐξά‐ νειν τοὺς ὄντας ἤδη πυρετοὺς, ἀλλὰ καὶ γεννᾷν ἐνίοτε πέφυκε τοὺς οὐκ ὄντας· ἡ δ’ ἀσθένεια τῶν μορίων χυθέντας τοὺς</w:t>
      </w:r>
    </w:p>
    <w:p>
      <w:r>
        <w:rPr>
          <w:rFonts w:ascii="Courier New" w:hAnsi="Courier New"/>
          <w:color w:val="555555"/>
          <w:sz w:val="20"/>
        </w:rPr>
        <w:t>[10]</w:t>
      </w:r>
    </w:p>
    <w:p>
      <w:r>
        <w:rPr>
          <w:rFonts w:ascii="Gentium Plus" w:hAnsi="Gentium Plus"/>
          <w:sz w:val="24"/>
        </w:rPr>
        <w:t>χυμοὺς ὑποδέχεται μᾶλλον ἢ πρὶν χυθῆναι· τὸ δὲ τῶν ὠμῶν χυμῶν πλῆθος εἰς ὅλον ἀναδίδοται τὸ σῶμα. μηδενὸς δὲ τούτων ἐμποδίζοντος ἐπὶ τῶν βαλανείων δύο ἂν ταῦτα κερ‐ δαίνοιτο τῷ κάμνοντι, κενωθῆναί τι τῆς περιουσίας τῶν χυ‐ μῶν καὶ διαπνεῦσαι τὸ πολὺ τῆς τοῦ πυρετοῦ θερμότητος.</w:t>
      </w:r>
    </w:p>
    <w:p>
      <w:r>
        <w:rPr>
          <w:rFonts w:ascii="Courier New" w:hAnsi="Courier New"/>
          <w:color w:val="555555"/>
          <w:sz w:val="20"/>
        </w:rPr>
        <w:t>[15]</w:t>
      </w:r>
    </w:p>
    <w:p>
      <w:r>
        <w:rPr>
          <w:rFonts w:ascii="Gentium Plus" w:hAnsi="Gentium Plus"/>
          <w:sz w:val="24"/>
        </w:rPr>
        <w:t>εἰ δὲ πρὸς τῷ μηδὲν ἀσθενὲς εἶναι τῶν κυρίων μορίων, ἔτι καὶ τῶν ἀκύρων ἀσθενὲς ὑπάρχει τι, καθάπερ ἐπὶ μὲν τῶν ποδαγρικῶν οἱ πόδες, ἐπὶ δὲ τῶν ἀρθριτικῶν ἅπαντα τὰ</w:t>
      </w:r>
    </w:p>
    <w:p>
      <w:r>
        <w:rPr>
          <w:rFonts w:ascii="Courier New" w:hAnsi="Courier New"/>
          <w:color w:val="555555"/>
          <w:sz w:val="20"/>
        </w:rPr>
        <w:t>[10 . 804]</w:t>
      </w:r>
    </w:p>
    <w:p>
      <w:r>
        <w:rPr>
          <w:rFonts w:ascii="Gentium Plus" w:hAnsi="Gentium Plus"/>
          <w:sz w:val="24"/>
        </w:rPr>
        <w:t>κάμνοντι πρὸς τὴν σωτηρίαν ἀπεργασθείη μοῖρα, δεξαμένων τὰ περιττὰ τῶν ἀσθενῶν. εἴωθε μὲν γὰρ ἐνίοτε καὶ χωρὶς τῶν βαλανείων ἐπιῤῥεῖν τοῖς ἀσθενέσι τὸ περιττόν· ἐπὶ βα‐ λανείοις δὲ μᾶλλον, ὡς ἂν καὶ τῶν ὑγρῶν χεομένων καὶ τῶν</w:t>
      </w:r>
    </w:p>
    <w:p>
      <w:r>
        <w:rPr>
          <w:rFonts w:ascii="Courier New" w:hAnsi="Courier New"/>
          <w:color w:val="555555"/>
          <w:sz w:val="20"/>
        </w:rPr>
        <w:t>[5]</w:t>
      </w:r>
    </w:p>
    <w:p>
      <w:r>
        <w:rPr>
          <w:rFonts w:ascii="Gentium Plus" w:hAnsi="Gentium Plus"/>
          <w:sz w:val="24"/>
        </w:rPr>
        <w:t>ὁδῶν αὐτοῖς παρασκευαζομένων εἰς εὔροιαν· ἄμφω γὰρ ταῦτα θερμαινομένοις μετρίως ἀναγκαῖον ἐπακολουθεῖν. λέγω δὲ τήν τε χύσιν τῶν ὑγρῶν καὶ τὴν εὐρυχωρίαν τῶν ὁδῶν. ὅθεν ὅταν ἧπαρ, ἢ γαστὴρ, ἢ πνεύμων, ἢ θώραξ, ἤ τι τῶν οὕτω κυρίων ἀσθενὲς τύχῃ, μέγιστα βλάπτονται λουσάμενοι πάν‐</w:t>
      </w:r>
    </w:p>
    <w:p>
      <w:r>
        <w:rPr>
          <w:rFonts w:ascii="Courier New" w:hAnsi="Courier New"/>
          <w:color w:val="555555"/>
          <w:sz w:val="20"/>
        </w:rPr>
        <w:t>[10]</w:t>
      </w:r>
    </w:p>
    <w:p>
      <w:r>
        <w:rPr>
          <w:rFonts w:ascii="Gentium Plus" w:hAnsi="Gentium Plus"/>
          <w:sz w:val="24"/>
        </w:rPr>
        <w:t>τες οἷς ἂν ᾖ τι περιττὸν ἐν τῷ σώματι· τοῖς δ’ αὐτοῖς τού‐ τοις καταπλασθεῖσιν ἡ βλάβη γίγνεται διπλασία μετὰ τοῦ μηδὲν ὀνίνασθαι. τὰ μὲν γὰρ βαλανεῖα καὶ κενοῖ τὸ σύμπαν σῶμα καὶ τὸ καπνῶδες ἅμα τῷ λιγνυώδει διαφορεῖ, τὰ δ’ εἰρημένα καταπλάσματα τὰ χαλαστικὰ μετὰ τῶν ὁμοίων</w:t>
      </w:r>
    </w:p>
    <w:p>
      <w:r>
        <w:rPr>
          <w:rFonts w:ascii="Courier New" w:hAnsi="Courier New"/>
          <w:color w:val="555555"/>
          <w:sz w:val="20"/>
        </w:rPr>
        <w:t>[15]</w:t>
      </w:r>
    </w:p>
    <w:p>
      <w:r>
        <w:rPr>
          <w:rFonts w:ascii="Gentium Plus" w:hAnsi="Gentium Plus"/>
          <w:sz w:val="24"/>
        </w:rPr>
        <w:t>αἰονήσεων οὔτε τι τῶν ἀγαθῶν ἔχει καὶ πάνθ’ ἕλκει τὰ περιττὰ πρὸς τὸ τῶν μορίων ἀσθενέστερον, ὅ τί περ ἂν ᾖ τοῦτο τῶν κατὰ τὰ μέσα τοῦ σώματος, εἴτ’ οὖν ἧπαρ, εἴτε</w:t>
      </w:r>
    </w:p>
    <w:p>
      <w:r>
        <w:rPr>
          <w:rFonts w:ascii="Courier New" w:hAnsi="Courier New"/>
          <w:color w:val="555555"/>
          <w:sz w:val="20"/>
        </w:rPr>
        <w:t>[10 . 805]</w:t>
      </w:r>
    </w:p>
    <w:p>
      <w:r>
        <w:rPr>
          <w:rFonts w:ascii="Gentium Plus" w:hAnsi="Gentium Plus"/>
          <w:sz w:val="24"/>
        </w:rPr>
        <w:t>φροί. εἰ δ’ ἐπιμελέστεροι βουλόμεθα φαίνεσθαι καὶ τὸν θώ‐ ρακα συνθερμαίνοιεν, ἤτοι γ’ εἰς αὐτὸν ἐκεῖνον ἕλξουσι τὸ περιττὸν ἢ εἰς τὴν καρδίαν ἢ εἰς τὸν πνεύμονα. λέγω δὲ ἀσθε‐ νὲς μόριον ἤτοι τὸ φύσει δυσκρατότατον, ἄλλῳ γὰρ ἄλλο</w:t>
      </w:r>
    </w:p>
    <w:p>
      <w:r>
        <w:rPr>
          <w:rFonts w:ascii="Courier New" w:hAnsi="Courier New"/>
          <w:color w:val="555555"/>
          <w:sz w:val="20"/>
        </w:rPr>
        <w:t>[5]</w:t>
      </w:r>
    </w:p>
    <w:p>
      <w:r>
        <w:rPr>
          <w:rFonts w:ascii="Gentium Plus" w:hAnsi="Gentium Plus"/>
          <w:sz w:val="24"/>
        </w:rPr>
        <w:t>τοιοῦτον, ἢ τὸ κατά τινα προηγησαμένην νόσον ἐν δυσκρασίᾳ γενόμενον, ἢ κατὰ τὸν ἐνεστῶτα χρόνον εἰς αὐτὴν ἠγμένον. οὐ γὰρ ἁπάντων εὐθέως τῶν φλεγμαινόντων μορίων ἢ σηπομέ‐ νους χυμοὺς περιεχόντων ἢ ἐμπεφραγμένων ἡ δύναμις ἀῤῥω‐ στεῖ· θᾶττον μέντοι κᾀπὶ τούτων εἰς τὸ πεπονθὸς φέρεται</w:t>
      </w:r>
    </w:p>
    <w:p>
      <w:r>
        <w:rPr>
          <w:rFonts w:ascii="Courier New" w:hAnsi="Courier New"/>
          <w:color w:val="555555"/>
          <w:sz w:val="20"/>
        </w:rPr>
        <w:t>[10]</w:t>
      </w:r>
    </w:p>
    <w:p>
      <w:r>
        <w:rPr>
          <w:rFonts w:ascii="Gentium Plus" w:hAnsi="Gentium Plus"/>
          <w:sz w:val="24"/>
        </w:rPr>
        <w:t>τὸ περιττὸν, ὁπόσον ἂν ᾖ διὰ τὴν ἐκ τοῦ παθήματος θέρ‐ μην· ἡ γὰρ οἷον ἑστία τοῦ πυρετοῦ τὸ τὴν ἔμφραξιν ἢ τὴν σῆψιν ἢ τὴν φλεγμονὴν ἐκδεξάμενόν ἐστι μόριον. ὅταν οὖν ἕλκοντι διὰ θέρμην αὐτῷ προσέλθοι τις ἔξωθεν ἑτέρα πρό‐ φασις, ἔκ τινος τῶν δυνάμει θερμαινόντων ἀναγκαῖον αὐξά‐</w:t>
      </w:r>
    </w:p>
    <w:p>
      <w:r>
        <w:rPr>
          <w:rFonts w:ascii="Courier New" w:hAnsi="Courier New"/>
          <w:color w:val="555555"/>
          <w:sz w:val="20"/>
        </w:rPr>
        <w:t>[15]</w:t>
      </w:r>
    </w:p>
    <w:p>
      <w:r>
        <w:rPr>
          <w:rFonts w:ascii="Gentium Plus" w:hAnsi="Gentium Plus"/>
          <w:sz w:val="24"/>
        </w:rPr>
        <w:t>νεσθαι τὴν διάθεσιν. εἰ δ’, ὡς εἴρηται, προκεκενωμένος ὅλον τὸ σῶμα διὰ τῶν χαλαστικῶν θεραπεύοιτο, χωρὶς τοῦ μέγι‐ στον εἶναι τὸν πυρετὸν ὀνίναιτ’ ἄν τι. τηνικαῦτα δ’, ὡς</w:t>
      </w:r>
    </w:p>
    <w:p>
      <w:r>
        <w:rPr>
          <w:rFonts w:ascii="Courier New" w:hAnsi="Courier New"/>
          <w:color w:val="555555"/>
          <w:sz w:val="20"/>
        </w:rPr>
        <w:t>[10 . 806]</w:t>
      </w:r>
    </w:p>
    <w:p>
      <w:r>
        <w:rPr>
          <w:rFonts w:ascii="Gentium Plus" w:hAnsi="Gentium Plus"/>
          <w:sz w:val="24"/>
        </w:rPr>
        <w:t>ψυχρὰν δεξαμενὴν τοὺς τοιούτους· εἰώθασι γὰρ οἵ τ’ ὠμοὶ χυμοὶ καὶ οἱ σηπόμενοι δυσδιάπνευστοι γίγνεσθαι χρονιζόν‐ των ἐν αὐτῇ, βλάπτει δ’ αὐτοὺς, κᾂν ἰσχυρῶς εἴη τὸ ὕδωρ ψυχρὸν, ἐπειδὴ διαπνεῖσθαι τῶν οὕτω διακειμένων καὶ ὅλον</w:t>
      </w:r>
    </w:p>
    <w:p>
      <w:r>
        <w:rPr>
          <w:rFonts w:ascii="Courier New" w:hAnsi="Courier New"/>
          <w:color w:val="555555"/>
          <w:sz w:val="20"/>
        </w:rPr>
        <w:t>[5]</w:t>
      </w:r>
    </w:p>
    <w:p>
      <w:r>
        <w:rPr>
          <w:rFonts w:ascii="Gentium Plus" w:hAnsi="Gentium Plus"/>
          <w:sz w:val="24"/>
        </w:rPr>
        <w:t>μὲν τὸ σῶμα δεῖται, μάλιστα δὲ τὸ πεπονθός. ὥστε ἤτοι πε‐ ριχέειν αὐτοῖς, ὡς εἰώθαμεν, ἐπιτήδειον ὕδωρ, ἢ εἰ μετρίως εἴη τὸ κατὰ τὴν κολυμβήθραν ψυχρὸν, ἐπιτρέψαντας ἐμβῆναι διὰ ταχέων ἐξιέναι κελεύειν. ἐπὶ δὲ προήκοντι τῷ νοσήματι, καθ’ ὃν ἤδη καιρὸν ἐκδεδαπάνηται μὲν τὰ περιττὰ, πέπτεται δὲ</w:t>
      </w:r>
    </w:p>
    <w:p>
      <w:r>
        <w:rPr>
          <w:rFonts w:ascii="Courier New" w:hAnsi="Courier New"/>
          <w:color w:val="555555"/>
          <w:sz w:val="20"/>
        </w:rPr>
        <w:t>[10]</w:t>
      </w:r>
    </w:p>
    <w:p>
      <w:r>
        <w:rPr>
          <w:rFonts w:ascii="Gentium Plus" w:hAnsi="Gentium Plus"/>
          <w:sz w:val="24"/>
        </w:rPr>
        <w:t>τὰ ὠμὰ καὶ τὰ σηπόμενα, καὶ καταπλάσμασι χαλῶσι καὶ βαλα‐ νείοις ἀκίνδυνον χρῆσθαι. Καιρὸς δ’ ἐπιτηδειότατος ἐν τοῖς διαλεί‐ πουσι πυρετοῖς ὅταν, ὡς εἴρηται, διαπνεῖν ἄρξηται τὸ πυρε‐ τῶδες θερμόν. εὐθὺς γὰρ τῇ τροφῇ παρασκευάζει τὸ σῶμα,</w:t>
      </w:r>
    </w:p>
    <w:p>
      <w:r>
        <w:rPr>
          <w:rFonts w:ascii="Courier New" w:hAnsi="Courier New"/>
          <w:color w:val="555555"/>
          <w:sz w:val="20"/>
        </w:rPr>
        <w:t>[15]</w:t>
      </w:r>
    </w:p>
    <w:p>
      <w:r>
        <w:rPr>
          <w:rFonts w:ascii="Gentium Plus" w:hAnsi="Gentium Plus"/>
          <w:sz w:val="24"/>
        </w:rPr>
        <w:t>δυοῖν τούτοιν σκοποῖν καὶ τοῦ ταύτης καιροῦ δεομένου, τῆς τ’ ἀκμῆς τοῦ προγεγονότος παροξυσμοῦ καὶ τῆς ἀρχῆς τοῦ γενησομένου. πρὸς τούτους γὰρ ἀποβλέποντας χρὴ πειρᾶ‐</w:t>
      </w:r>
    </w:p>
    <w:p>
      <w:r>
        <w:rPr>
          <w:rFonts w:ascii="Courier New" w:hAnsi="Courier New"/>
          <w:color w:val="555555"/>
          <w:sz w:val="20"/>
        </w:rPr>
        <w:t>[10 . 807]</w:t>
      </w:r>
    </w:p>
    <w:p>
      <w:r>
        <w:rPr>
          <w:rFonts w:ascii="Gentium Plus" w:hAnsi="Gentium Plus"/>
          <w:sz w:val="24"/>
        </w:rPr>
        <w:t>ἐν μέσῳ τῆς τ’ ἀκμῆς τοῦ προτέρου παροξυσμοῦ καὶ τῆς ἀρχῆς τοῦ δευτέρου, ῥᾷστον ἐξευρεῖν τὸν καιρόν· εἰ δ’ ὀλίγον, ἀναγκαῖόν ἐστι δυοῖν θάτερον, ἢ θερμὸν ἱκανῶς ἔτι τὸν κά‐ μνοντα τρέφειν ἢ μελλούσης ὅσον οὔπω τῆς εἰσβολῆς γενέ‐</w:t>
      </w:r>
    </w:p>
    <w:p>
      <w:r>
        <w:rPr>
          <w:rFonts w:ascii="Courier New" w:hAnsi="Courier New"/>
          <w:color w:val="555555"/>
          <w:sz w:val="20"/>
        </w:rPr>
        <w:t>[5]</w:t>
      </w:r>
    </w:p>
    <w:p>
      <w:r>
        <w:rPr>
          <w:rFonts w:ascii="Gentium Plus" w:hAnsi="Gentium Plus"/>
          <w:sz w:val="24"/>
        </w:rPr>
        <w:t>σθαι τοῦ δευτέρου παροξυσμοῦ. προγνωστικοῦ τοιγαροῦν ὁ τοιοῦτος πυρετὸς δεῖται ἰατροῦ, δυναμένου στοχάζεσθαι κατὰ τὰς πρώτας εὐθέως ἡμέρας εἰς πόσον ἐκταθήσεται χρόνον ὁ πυρετός· δῆλον γὰρ ὅτι σύνοχος ὑπάρχων ὀξεῖαν ἔχει τὴν λύσιν. εἰ μὲν οὖν μὴ πόῤῥω τῆς ἑβδόμης ἡμέρας μέλλοι προέρ‐</w:t>
      </w:r>
    </w:p>
    <w:p>
      <w:r>
        <w:rPr>
          <w:rFonts w:ascii="Courier New" w:hAnsi="Courier New"/>
          <w:color w:val="555555"/>
          <w:sz w:val="20"/>
        </w:rPr>
        <w:t>[10]</w:t>
      </w:r>
    </w:p>
    <w:p>
      <w:r>
        <w:rPr>
          <w:rFonts w:ascii="Gentium Plus" w:hAnsi="Gentium Plus"/>
          <w:sz w:val="24"/>
        </w:rPr>
        <w:t>χεσθαι, παντάπασιν ἀσιτητέον ἐστὶ τῷ νοσοῦντι στοχασαμέ‐ νων ἡμῶν εἰ ἡ δύναμις ἐξαρκέσει. εἰ δ’ ἤτοι μέχρι τῆς ἐννάτης ἢ ἑνδεκάτης ἢ τεσσαρεσκαιδεκάτης ἐκτείνεσθαι μέλλοι, ἢ καὶ περὶ μὲν τὴν ἑβδόμην λύεσθαι, τὴν δύναμιν δ’ ἀσθενεστέ‐ ραν ἢ ὥστ’ ἐξαρκέσαι μέχρι τοσούτου χρόνου δόξειεν ἔχειν</w:t>
      </w:r>
    </w:p>
    <w:p>
      <w:r>
        <w:rPr>
          <w:rFonts w:ascii="Courier New" w:hAnsi="Courier New"/>
          <w:color w:val="555555"/>
          <w:sz w:val="20"/>
        </w:rPr>
        <w:t>[15]</w:t>
      </w:r>
    </w:p>
    <w:p>
      <w:r>
        <w:rPr>
          <w:rFonts w:ascii="Gentium Plus" w:hAnsi="Gentium Plus"/>
          <w:sz w:val="24"/>
        </w:rPr>
        <w:t>ὁ κάμνων, ἀναγκαῖον μὲν ἔσται τρέφειν, αἱρεῖσθαι δ’, ὡς ἐν ἀπόροις προσήκει, τὰ ἧττον βλαβερὰ διοριζόμενόν τε καὶ ἧττον ἀφορίζοντα τῶν μᾶλλον βλαπτόντων αὐτὰ τῷ τε</w:t>
      </w:r>
    </w:p>
    <w:p>
      <w:r>
        <w:rPr>
          <w:rFonts w:ascii="Courier New" w:hAnsi="Courier New"/>
          <w:color w:val="555555"/>
          <w:sz w:val="20"/>
        </w:rPr>
        <w:t>[10 . 808]</w:t>
      </w:r>
    </w:p>
    <w:p>
      <w:r>
        <w:rPr>
          <w:rFonts w:ascii="Gentium Plus" w:hAnsi="Gentium Plus"/>
          <w:sz w:val="24"/>
        </w:rPr>
        <w:t>παροξυσμοῦ καὶ τῷ τῆς ἀρχῆς καὶ τῷ τῆς ἀκμῆς ἤθει. φλεγ‐ μαίνοντος μὲν γὰρ ἥπατος ἢ γαστρὸς ὀλεθριώτατον θρέψαι πρὸ τοῦ παροξυσμοῦ· χωρὶς δὲ φλεγμονῆς ἀῤῥωστούντων τὴν δύναμιν ὠφελιμώτατον. εἰώθασι γὰρ τῶν οὕτως ἐχόν‐</w:t>
      </w:r>
    </w:p>
    <w:p>
      <w:r>
        <w:rPr>
          <w:rFonts w:ascii="Courier New" w:hAnsi="Courier New"/>
          <w:color w:val="555555"/>
          <w:sz w:val="20"/>
        </w:rPr>
        <w:t>[5]</w:t>
      </w:r>
    </w:p>
    <w:p>
      <w:r>
        <w:rPr>
          <w:rFonts w:ascii="Gentium Plus" w:hAnsi="Gentium Plus"/>
          <w:sz w:val="24"/>
        </w:rPr>
        <w:t>των ἐπὶ μὲν τῷ ἥπατι κακοπραγοῦντι διαχωρήσεις τοῖς πα‐ ροξυσμοῖς συνεισβάλλειν, ἐπὶ δὲ τῷ στόματι τῆς γαστρὸς συγκοπήν. τοῖς δ’ εἰρημένοις ὀργάνοις τοῦ ζώου τὸ ἀνάλογον ἐπὶ τῶν ἄλλων σκοπεῖν κατά γε τὴν θέσιν καὶ τὴν ἀξίαν τοῦ μορίου· λεχθήσεται δὲ καὶ αὖθις ὑπὲρ αὐτῶν. ἦθος δ’ ἀκμῆς</w:t>
      </w:r>
    </w:p>
    <w:p>
      <w:r>
        <w:rPr>
          <w:rFonts w:ascii="Courier New" w:hAnsi="Courier New"/>
          <w:color w:val="555555"/>
          <w:sz w:val="20"/>
        </w:rPr>
        <w:t>[10]</w:t>
      </w:r>
    </w:p>
    <w:p>
      <w:r>
        <w:rPr>
          <w:rFonts w:ascii="Gentium Plus" w:hAnsi="Gentium Plus"/>
          <w:sz w:val="24"/>
        </w:rPr>
        <w:t>καὶ παροξυσμοῦ ἀρχῆς ἀξιῶ σε σκοπεῖσθαι προσέχοντα τὸν νοῦν· ἐπὶ μὲν τῆς ἀκμῆς, εἰ ξηρὰ καὶ αὐχμώδης ἄνευ μεγέ‐ θους τῆς θέρμης τῆς πυρεκτικῆς ἢ διακαὴς χωρὶς αὐχμοῦ· τὴν μὲν γὰρ προτέραν ὅτι τάχιστα χρὴ τέγγειν ὑγραινούσαις τρο‐ φαῖς· ἐπὶ δὲ τῆς δευτέρας ἀναμένειν λωφῆσαι τὸ πλεῖστον</w:t>
      </w:r>
    </w:p>
    <w:p>
      <w:r>
        <w:rPr>
          <w:rFonts w:ascii="Courier New" w:hAnsi="Courier New"/>
          <w:color w:val="555555"/>
          <w:sz w:val="20"/>
        </w:rPr>
        <w:t>[15]</w:t>
      </w:r>
    </w:p>
    <w:p>
      <w:r>
        <w:rPr>
          <w:rFonts w:ascii="Gentium Plus" w:hAnsi="Gentium Plus"/>
          <w:sz w:val="24"/>
        </w:rPr>
        <w:t>τῆς θερμότητος. οὕτω δὲ καὶ τῆς ἀρχῆς τοῦ παροξυσμοῦ τὸ ἦθος ἐν τῷ καταψύχειν τὰ τοῦ σώματος ἀκρωτήρια καὶ πολ‐ λὴν εἴσω ποιεῖσθαι μετάστασιν τοῦ αἵματος ἢ χωρὶς ἁπάσης</w:t>
      </w:r>
    </w:p>
    <w:p>
      <w:r>
        <w:rPr>
          <w:rFonts w:ascii="Courier New" w:hAnsi="Courier New"/>
          <w:color w:val="555555"/>
          <w:sz w:val="20"/>
        </w:rPr>
        <w:t>[10 . 809]</w:t>
      </w:r>
    </w:p>
    <w:p>
      <w:r>
        <w:rPr>
          <w:rFonts w:ascii="Gentium Plus" w:hAnsi="Gentium Plus"/>
          <w:sz w:val="24"/>
        </w:rPr>
        <w:t>τῆς ἀθλίπτου καταφρονεῖν ὡς ἐπιεικοῦς, ἐπὶ δὲ τῆς προτέ‐ ρας διορίσασθαι. χωρὶς μὲν γὰρ φλεγμονῆς σπλάγχνου ἢ πε‐ ριουσίας χυμῶν, ἐπικρατούσης τῆς εἰς τὸ βάθος κινήσεως, ἐν τοῖς παροξυσμοῖς οὐδὲν βλάψεις ὀλίγῳ θᾶττον τρέφων· εἰ δ’</w:t>
      </w:r>
    </w:p>
    <w:p>
      <w:r>
        <w:rPr>
          <w:rFonts w:ascii="Courier New" w:hAnsi="Courier New"/>
          <w:color w:val="555555"/>
          <w:sz w:val="20"/>
        </w:rPr>
        <w:t>[5]</w:t>
      </w:r>
    </w:p>
    <w:p>
      <w:r>
        <w:rPr>
          <w:rFonts w:ascii="Gentium Plus" w:hAnsi="Gentium Plus"/>
          <w:sz w:val="24"/>
        </w:rPr>
        <w:t>ἤτοι φλεγμονή τις ἢ πλῆθος εἴη, φυλακτέον τὴν πρὸ τοῦ πα‐</w:t>
      </w:r>
    </w:p>
    <w:p>
      <w:r>
        <w:rPr>
          <w:rFonts w:ascii="Courier New" w:hAnsi="Courier New"/>
          <w:color w:val="555555"/>
          <w:sz w:val="20"/>
        </w:rPr>
        <w:t>[10 . 810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Μ.</w:t>
      </w:r>
    </w:p>
    <w:p>
      <w:r>
        <w:rPr>
          <w:rFonts w:ascii="Courier New" w:hAnsi="Courier New"/>
          <w:color w:val="555555"/>
          <w:sz w:val="20"/>
        </w:rPr>
        <w:t>[1]</w:t>
      </w:r>
    </w:p>
    <w:p>
      <w:r>
        <w:rPr>
          <w:rFonts w:ascii="Gentium Plus" w:hAnsi="Gentium Plus"/>
          <w:sz w:val="24"/>
        </w:rPr>
        <w:t>Οὔτε γένος οὔτε εἶδος οὔτε διαφορά τίς ἐστι πυρετῶν, ὡς ἔνιοι νομίζουσιν οἱ μετὰ συμπτωμάτων συνιστάμενοι, ἀλλ’ ὥσπερ ἄλλο τι ἄλλῳ νόσημά τε νοσή‐ ματι καὶ σύμπτωμα συμπτώματι καθ’ ἕνα χρόνον ἐπιπλέ‐</w:t>
      </w:r>
    </w:p>
    <w:p>
      <w:r>
        <w:rPr>
          <w:rFonts w:ascii="Courier New" w:hAnsi="Courier New"/>
          <w:color w:val="555555"/>
          <w:sz w:val="20"/>
        </w:rPr>
        <w:t>[5]</w:t>
      </w:r>
    </w:p>
    <w:p>
      <w:r>
        <w:rPr>
          <w:rFonts w:ascii="Gentium Plus" w:hAnsi="Gentium Plus"/>
          <w:sz w:val="24"/>
        </w:rPr>
        <w:t>κεται περὶ ἓν σῶμα, κατὰ τὸν αὐτὸν τρόπον ἅμα πυρετῷ γίγνεταί τινα μείζω συμπτώματα, περιττοτέρας προνοίας δεόμενα. τῶν μὲν γὰρ μικροτέρων ἐξ ἀνάγκης ἑπομένων ταῖς γενέσεσι τῶν πυρετῶν οὐδὲ μέμνηνται τὴν ἀρχὴν, ἀλλ’</w:t>
      </w:r>
    </w:p>
    <w:p>
      <w:r>
        <w:rPr>
          <w:rFonts w:ascii="Courier New" w:hAnsi="Courier New"/>
          <w:color w:val="555555"/>
          <w:sz w:val="20"/>
        </w:rPr>
        <w:t>[10 . 811]</w:t>
      </w:r>
    </w:p>
    <w:p>
      <w:r>
        <w:rPr>
          <w:rFonts w:ascii="Gentium Plus" w:hAnsi="Gentium Plus"/>
          <w:sz w:val="24"/>
        </w:rPr>
        <w:t>κατὰ τὸ σπάνιον ἐπιγινόμενα τοῖς πυρέττουσιν ἢ τὸ σύνηθες ὑπερβάλλοντα μέγεθος ἐξαιρέτου παρὰ τἄλλα διδασκαλίας ἀξιοῦσιν. εἰσὶ μὲν οὖν αὐτῶν αἱ πρῶται διαφοραὶ τρεῖς. ἤτοι γὰρ ἐν ταῖς τῶν ἐνεργειῶν βλάβαις εἰσὶν ἢ ἐν ταῖς τῶν</w:t>
      </w:r>
    </w:p>
    <w:p>
      <w:r>
        <w:rPr>
          <w:rFonts w:ascii="Courier New" w:hAnsi="Courier New"/>
          <w:color w:val="555555"/>
          <w:sz w:val="20"/>
        </w:rPr>
        <w:t>[5]</w:t>
      </w:r>
    </w:p>
    <w:p>
      <w:r>
        <w:rPr>
          <w:rFonts w:ascii="Gentium Plus" w:hAnsi="Gentium Plus"/>
          <w:sz w:val="24"/>
        </w:rPr>
        <w:t>ἐπεχομένων ἢ κενουμένων ἀμετρίαις, ἢ διαθέσεσι σωμάτων ὑπάρχουσι. οὐ γὰρ τὸ τέταρτον γένος ἐν συμπτώμασι θετέον, εἰ καὶ ὅτι μάλιστα πάμπολλοι καὶ τοῦτο τοῖς συμπτώμασιν ἔμιξαν, οἷον ἐρυσιπέλατα καὶ ὀφθαλμίας καὶ ἕλκη καὶ πα‐ ρωτίδας, ὅσα τ’ ἄλλα τοιαῦτα. τῶν δ’ εἰρημένων τριῶν αἱ</w:t>
      </w:r>
    </w:p>
    <w:p>
      <w:r>
        <w:rPr>
          <w:rFonts w:ascii="Courier New" w:hAnsi="Courier New"/>
          <w:color w:val="555555"/>
          <w:sz w:val="20"/>
        </w:rPr>
        <w:t>[10]</w:t>
      </w:r>
    </w:p>
    <w:p>
      <w:r>
        <w:rPr>
          <w:rFonts w:ascii="Gentium Plus" w:hAnsi="Gentium Plus"/>
          <w:sz w:val="24"/>
        </w:rPr>
        <w:t>μὲν τῶν ἐνεργειῶν βλάβαι λυπηραὶ γενηθεῖσαι πρὸς ἑαυτὰς ἐπιστρέφουσι τὸν ἰατρὸν, ἀφίστασθαι τῶν διαθέσεων ἀναγ‐ κάζουσαι, καθάπερ γε καὶ αἱ τῶν ἐκκρινομένων ἢ ἐπεχομέ‐ νων ἀμετρίαι. τὸ δ’ ἐν ταῖς διαθέσεσι γένος τῶν συμπτω‐ μάτων σημεῖον μέν ἐστιν ἑτέρας διαθέσεως, ἣν χρὴ θερα‐</w:t>
      </w:r>
    </w:p>
    <w:p>
      <w:r>
        <w:rPr>
          <w:rFonts w:ascii="Courier New" w:hAnsi="Courier New"/>
          <w:color w:val="555555"/>
          <w:sz w:val="20"/>
        </w:rPr>
        <w:t>[15]</w:t>
      </w:r>
    </w:p>
    <w:p>
      <w:r>
        <w:rPr>
          <w:rFonts w:ascii="Gentium Plus" w:hAnsi="Gentium Plus"/>
          <w:sz w:val="24"/>
        </w:rPr>
        <w:t>πεύειν, αὐτὸ δ’ οὐδεμίαν ἐξαίρετον ἴασιν ἔχει, παυόμενον ἅμα τῇ ποιούσῃ διαθέσει. καθόλου μὲν οὖν εἰπεῖν οὐδὲν τῶν συμπτωμάτων ᾗ σύμπτωμά ἐστιν οὔτ’ ἐνδείκνυται θε‐</w:t>
      </w:r>
    </w:p>
    <w:p>
      <w:r>
        <w:rPr>
          <w:rFonts w:ascii="Courier New" w:hAnsi="Courier New"/>
          <w:color w:val="555555"/>
          <w:sz w:val="20"/>
        </w:rPr>
        <w:t>[10 . 812]</w:t>
      </w:r>
    </w:p>
    <w:p>
      <w:r>
        <w:rPr>
          <w:rFonts w:ascii="Gentium Plus" w:hAnsi="Gentium Plus"/>
          <w:sz w:val="24"/>
        </w:rPr>
        <w:t>σημάτων ἡ ἔνδειξις τῆς θεραπείας γινομένη, καθάπερ ἐκ τῶν αἰτίων ἡ προφυλακή. λέλεκται δὲ καὶ ὅπως ἡ προφυ‐ λακὴ τῷ τῶν ἰαμάτων μίγνυται γένει. κατὰ συμβεβηκὸς δέ ποτε καὶ τὰ συμπτώματα τὴν θεραπείαν ἐξαλλάττει, λόγον</w:t>
      </w:r>
    </w:p>
    <w:p>
      <w:r>
        <w:rPr>
          <w:rFonts w:ascii="Courier New" w:hAnsi="Courier New"/>
          <w:color w:val="555555"/>
          <w:sz w:val="20"/>
        </w:rPr>
        <w:t>[5]</w:t>
      </w:r>
    </w:p>
    <w:p>
      <w:r>
        <w:rPr>
          <w:rFonts w:ascii="Gentium Plus" w:hAnsi="Gentium Plus"/>
          <w:sz w:val="24"/>
        </w:rPr>
        <w:t>αἰτίας ἔχοντα κατ’ ἐκεῖνον τὸν χρόνον. ἓν δ’ αὐτῶν ἐστιν ἁπάντων κεφάλαιον, ὅταν γ’ ὡς αἰτία τὴν θεραπείαν ὑπαλ‐ λάττῃ· λέγω δὲ τὸ ἓν τοῦτο τὴν βλάβην εἴτ’ οὖν τῆς δυνά‐ μεως εἴτε τῆς διαθέσεως· ὡς ὅταν γε βλάπτῃ μηδὲν, οὐ δια‐ κόπτει τὴν ἴασιν. βλάπτει δὲ τὴν μὲν δύναμιν ἀγρυπνία καὶ</w:t>
      </w:r>
    </w:p>
    <w:p>
      <w:r>
        <w:rPr>
          <w:rFonts w:ascii="Courier New" w:hAnsi="Courier New"/>
          <w:color w:val="555555"/>
          <w:sz w:val="20"/>
        </w:rPr>
        <w:t>[10]</w:t>
      </w:r>
    </w:p>
    <w:p>
      <w:r>
        <w:rPr>
          <w:rFonts w:ascii="Gentium Plus" w:hAnsi="Gentium Plus"/>
          <w:sz w:val="24"/>
        </w:rPr>
        <w:t>ὀδύνη καὶ κένωσις ἄμετρος, τὴν διάθεσιν δ’ οὐκ ἀεὶ μὲν, ὡς τὰ πολλὰ δὲ καὶ μάλισθ’ ὅταν ἄμετρα γένηται. ἐπὶ τούτοις οὖν μόνοις ἀναγκαζόμεθα τὴν ἀγωγὴν τῆς θεραπείας, ἣν ἐξ ἀρχῆς ἐνεστησάμεθα, μεταβαλόντες ἐν τῷ παρόντι πρῶτον ἐκκόψαι τὸ σύμπτωμα. καταλυομένης οὖν τῆς δυνάμεως, οὐ</w:t>
      </w:r>
    </w:p>
    <w:p>
      <w:r>
        <w:rPr>
          <w:rFonts w:ascii="Courier New" w:hAnsi="Courier New"/>
          <w:color w:val="555555"/>
          <w:sz w:val="20"/>
        </w:rPr>
        <w:t>[15]</w:t>
      </w:r>
    </w:p>
    <w:p>
      <w:r>
        <w:rPr>
          <w:rFonts w:ascii="Gentium Plus" w:hAnsi="Gentium Plus"/>
          <w:sz w:val="24"/>
        </w:rPr>
        <w:t>μὴν ἤδη γε ἰσχυρῶς καταλελυμένης, ἀλλ’ ἀντεχούσης ἔτι, πρὸς τὸ σύμπτωμα μόνον ἀποβλέπομεν, ὅτι τάχιστα σπεύδοντες ἀναιρεῖν αὐτό· καταλελυμένης δ’ ἰσχυρῶς οὐ μόνον τὸ σύμ‐</w:t>
      </w:r>
    </w:p>
    <w:p>
      <w:r>
        <w:rPr>
          <w:rFonts w:ascii="Courier New" w:hAnsi="Courier New"/>
          <w:color w:val="555555"/>
          <w:sz w:val="20"/>
        </w:rPr>
        <w:t>[10 . 813]</w:t>
      </w:r>
    </w:p>
    <w:p>
      <w:r>
        <w:rPr>
          <w:rFonts w:ascii="Gentium Plus" w:hAnsi="Gentium Plus"/>
          <w:sz w:val="24"/>
        </w:rPr>
        <w:t>βοηθήματι καὶ τὸ σύμπτωμα παύεσθαι δύναιτο καὶ τὸ νόσημα θεραπεύεσθαι, τοῦτο οὐκ ἂν εἴη πρὸς σύμπτωμα βλέπειν ἢ συμπτώματος ἕνεκα βοήθημα παραλαμβάνειν, ἀλλ’ ἄντικρυς ἡ τοιαύτη πᾶσα τῶν βοηθημάτων ἰδέα νοσημάτων ἴασίς</w:t>
      </w:r>
    </w:p>
    <w:p>
      <w:r>
        <w:rPr>
          <w:rFonts w:ascii="Courier New" w:hAnsi="Courier New"/>
          <w:color w:val="555555"/>
          <w:sz w:val="20"/>
        </w:rPr>
        <w:t>[5]</w:t>
      </w:r>
    </w:p>
    <w:p>
      <w:r>
        <w:rPr>
          <w:rFonts w:ascii="Gentium Plus" w:hAnsi="Gentium Plus"/>
          <w:sz w:val="24"/>
        </w:rPr>
        <w:t>ἐστιν. οὔτε γὰρ ὅταν ἄλγημα πλευρᾶς ἐν πλευρίτιδι φλεβοτο‐ μήσαντες ἢ καθάραντες ἰασώμεθα, συμπτώματός ἐστιν ἡ τοιαύτη θεραπεία, οὔθ’ ὅταν ἀπόστημα διατεινόμενον καὶ σφῦζον ὀδυνηρῶς διελόντες ἐκκρίνωμεν τὸ πῦον, ἀλλ’ ὅταν εἰ οὕτως ἔτυχεν ἐπὶ δυσεντερικαῖς ἐκκρίσεσι δακνούσαις σφο‐</w:t>
      </w:r>
    </w:p>
    <w:p>
      <w:r>
        <w:rPr>
          <w:rFonts w:ascii="Courier New" w:hAnsi="Courier New"/>
          <w:color w:val="555555"/>
          <w:sz w:val="20"/>
        </w:rPr>
        <w:t>[10]</w:t>
      </w:r>
    </w:p>
    <w:p>
      <w:r>
        <w:rPr>
          <w:rFonts w:ascii="Gentium Plus" w:hAnsi="Gentium Plus"/>
          <w:sz w:val="24"/>
        </w:rPr>
        <w:t>δρῶς ἤτοι τράγου χυλὸν ἐνίεμεν ἢ στέαρ αἴγειον ἢ ῥοδίνην κηρωτήν. ὑφ’ ὧν αὕτη μὲν ἡ τῶν ἐντέρων ἕλκωσις οὐ θε‐ ραπεύεται· καὶ μάλισθ’ ὅταν ἔχῃ τι σηπεδονῶδες· ἀναπαύεται δ’ ἡ δύναμις ἐν τῷ μεταξύ· καὶ τοῦτ’ ἐστὶ τὸ πρὸς τὸ σύμ‐ πτωμα στῆναι, τοῦ νοσήματος ἀμελήσαντας παρ’ ἐκεῖνον τὸν</w:t>
      </w:r>
    </w:p>
    <w:p>
      <w:r>
        <w:rPr>
          <w:rFonts w:ascii="Courier New" w:hAnsi="Courier New"/>
          <w:color w:val="555555"/>
          <w:sz w:val="20"/>
        </w:rPr>
        <w:t>[15]</w:t>
      </w:r>
    </w:p>
    <w:p>
      <w:r>
        <w:rPr>
          <w:rFonts w:ascii="Gentium Plus" w:hAnsi="Gentium Plus"/>
          <w:sz w:val="24"/>
        </w:rPr>
        <w:t>καιρόν. ὡς ὅταν γε θαῤῥῶμεν τῷ τόνῳ τῆς δυνάμεως, οὐδέ‐ ποτε πρὸς τὸ σύμπτωμα ἐνιστάμεθα, τοὐναντίον δ’ ἅπαν ἐνίοτε διὰ τῶν ὀδυνηρῶν βοηθημάτων τὰ νοσήματα θερα‐</w:t>
      </w:r>
    </w:p>
    <w:p>
      <w:r>
        <w:rPr>
          <w:rFonts w:ascii="Courier New" w:hAnsi="Courier New"/>
          <w:color w:val="555555"/>
          <w:sz w:val="20"/>
        </w:rPr>
        <w:t>[10 . 814]</w:t>
      </w:r>
    </w:p>
    <w:p>
      <w:r>
        <w:rPr>
          <w:rFonts w:ascii="Gentium Plus" w:hAnsi="Gentium Plus"/>
          <w:sz w:val="24"/>
        </w:rPr>
        <w:t>φαρμάκοις τότε μάλιστα θεραπεύομεν, ὅταν ᾖ σφοδροτάτη. πεντηκοντούτης γοῦν ἰατρός τις νοσῶν, ἑβδόμην ἄγων ἐκείνην τὴν νύκτα, μὴ πάνυ τι τὴν δύναμιν ἰσχυρὸς, ἀλγήματος αὐτῷ κεφαλῆς ἰσχυροῦ γενομένου κατὰ τὸν δεξιὸν μάλιστα κρότα‐</w:t>
      </w:r>
    </w:p>
    <w:p>
      <w:r>
        <w:rPr>
          <w:rFonts w:ascii="Courier New" w:hAnsi="Courier New"/>
          <w:color w:val="555555"/>
          <w:sz w:val="20"/>
        </w:rPr>
        <w:t>[5]</w:t>
      </w:r>
    </w:p>
    <w:p>
      <w:r>
        <w:rPr>
          <w:rFonts w:ascii="Gentium Plus" w:hAnsi="Gentium Plus"/>
          <w:sz w:val="24"/>
        </w:rPr>
        <w:t>φον, οὐκ ἀναμείνας ἀφικέσθαι τινὰ τῶν ἑταίρων ἑαυτὸν ἐφλεβοτόμησεν ἐν τῇ νυκτί. καὶ τὸ μὲν ἄλγημα διὰ ταχέων ἐπαύσατο, μέχρι μέντοι χρόνου πολλοῦ κακόχρους καὶ ἄῤῥω‐ στος τὴν δύναμιν ἰσχνός τε καὶ ἄτροφος ἦν, ὡς μόλις ἀναλα‐ βεῖν τὴν ἐξ ἀρχῆς ἕξιν. ἔστι δὲ κᾀνταῦθα πρόφασις διττὴ</w:t>
      </w:r>
    </w:p>
    <w:p>
      <w:r>
        <w:rPr>
          <w:rFonts w:ascii="Courier New" w:hAnsi="Courier New"/>
          <w:color w:val="555555"/>
          <w:sz w:val="20"/>
        </w:rPr>
        <w:t>[10]</w:t>
      </w:r>
    </w:p>
    <w:p>
      <w:r>
        <w:rPr>
          <w:rFonts w:ascii="Gentium Plus" w:hAnsi="Gentium Plus"/>
          <w:sz w:val="24"/>
        </w:rPr>
        <w:t>τῶν πρὸς ὀδύνην ἱσταμένων ἰατρῶν, ἐνίοτε μὲν ὑπὲρ τοῦ χαρίσασθαι τῇ μαλακίᾳ τῶν καμνόντων, ἐνίοτε δὲ κατὰ τὸν τῆς τέχνης λόγον. εἰ μὲν γὰρ ἐνὸν ἀντισχόντα ταῖς ὀδύναις διὰ τῶν ἰσχυρῶν βοηθημάτων ἡμέρᾳ μιᾷ θεραπευθῆναι, πρὸς τὴν ὀδύνην ἵστατό τις τῆς ὅλης θεραπείας ἀμελῶν, οὐ κατὰ</w:t>
      </w:r>
    </w:p>
    <w:p>
      <w:r>
        <w:rPr>
          <w:rFonts w:ascii="Courier New" w:hAnsi="Courier New"/>
          <w:color w:val="555555"/>
          <w:sz w:val="20"/>
        </w:rPr>
        <w:t>[15]</w:t>
      </w:r>
    </w:p>
    <w:p>
      <w:r>
        <w:rPr>
          <w:rFonts w:ascii="Gentium Plus" w:hAnsi="Gentium Plus"/>
          <w:sz w:val="24"/>
        </w:rPr>
        <w:t>τὸν λόγον τῆς τέχνης, ἀλλὰ τῷ κάμνοντι χαριζόμενος οὕτω πράττει. εἰ δὲ ὑπὸ τῆς ὀδύνης ἡ δύναμις καταλύοιτο καὶ κίνδυνος ἐφεδρεύοι διὰ τοῦτο, πραΰνειν μὲν χρὴ τὸ ἄλ‐</w:t>
      </w:r>
    </w:p>
    <w:p>
      <w:r>
        <w:rPr>
          <w:rFonts w:ascii="Courier New" w:hAnsi="Courier New"/>
          <w:color w:val="555555"/>
          <w:sz w:val="20"/>
        </w:rPr>
        <w:t>[10 . 815]</w:t>
      </w:r>
    </w:p>
    <w:p>
      <w:r>
        <w:rPr>
          <w:rFonts w:ascii="Gentium Plus" w:hAnsi="Gentium Plus"/>
          <w:sz w:val="24"/>
        </w:rPr>
        <w:t>ματι δυνηθῇ, πρός τε τὸν χρόνον ἐξαρκέσαι τῆς ἰάσεως. οἶδα γὰρ ἐνίους τῶν γενναίων εἶναι προσποιουμένων ἰατρῶν τε καὶ καμνόντων ἀπολλυμένους δι’ αὐτὸ τοῦτο τὸ καρτερῶς τε καὶ ἀνδρείως ὁμόσε χωρεῖν ἀεὶ ταῖς ὀδύναις, οὐδὲν τῶν</w:t>
      </w:r>
    </w:p>
    <w:p>
      <w:r>
        <w:rPr>
          <w:rFonts w:ascii="Courier New" w:hAnsi="Courier New"/>
          <w:color w:val="555555"/>
          <w:sz w:val="20"/>
        </w:rPr>
        <w:t>[5]</w:t>
      </w:r>
    </w:p>
    <w:p>
      <w:r>
        <w:rPr>
          <w:rFonts w:ascii="Gentium Plus" w:hAnsi="Gentium Plus"/>
          <w:sz w:val="24"/>
        </w:rPr>
        <w:t>παρηγορικῶν ἑλομένους, ἀλλ’ ἐν τοῖς τραχέσι καὶ ὡς ἔλεγον αὐτοὶ τὴν διάθεσιν ἀνασκευάζουσι διαγιγνομένους βοηθήμασιν, οὓς ἐν χρόνῳ πλείονι θεραπεῦσαι βέλτιον ἦν ἢ τοὺς σπεύδοντας ἀνδρείως ἀποθανεῖν. ἰώμενος δέ τις, ὡς αὐτὸς ἐνόμιζε, γενναίως δυσεντερικοὺς ἰσχυροτάτῳ φαρμάκῳ</w:t>
      </w:r>
    </w:p>
    <w:p>
      <w:r>
        <w:rPr>
          <w:rFonts w:ascii="Courier New" w:hAnsi="Courier New"/>
          <w:color w:val="555555"/>
          <w:sz w:val="20"/>
        </w:rPr>
        <w:t>[10]</w:t>
      </w:r>
    </w:p>
    <w:p>
      <w:r>
        <w:rPr>
          <w:rFonts w:ascii="Gentium Plus" w:hAnsi="Gentium Plus"/>
          <w:sz w:val="24"/>
        </w:rPr>
        <w:t>πολλοὺς μὲν ἐθεράπευσεν ἐν ἡμέρᾳ μιᾷ, τινὰς δὲ ἀπέκτεινεν. ἦν δὲ ὁ τρόπος αὐτοῦ τῆς θεραπείας τοιόσδε. κρόμμυα τὰ κάρτα καλούμενα μετὰ ἄρτου ἐδίδουν ἐσθίειν καὶ πίνειν ὀλί‐ γον ἡμέρᾳ μιᾷ· κατὰ τὴν ὑστεραίαν ἕωθεν ἔκλυζεν ἅλμῃ δριμυτάτῃ, καὶ μετ’ αὐτὴν ἐνίει φάρμακον ἰσχυρόν. ὅσοι μὲν</w:t>
      </w:r>
    </w:p>
    <w:p>
      <w:r>
        <w:rPr>
          <w:rFonts w:ascii="Courier New" w:hAnsi="Courier New"/>
          <w:color w:val="555555"/>
          <w:sz w:val="20"/>
        </w:rPr>
        <w:t>[15]</w:t>
      </w:r>
    </w:p>
    <w:p>
      <w:r>
        <w:rPr>
          <w:rFonts w:ascii="Gentium Plus" w:hAnsi="Gentium Plus"/>
          <w:sz w:val="24"/>
        </w:rPr>
        <w:t>οὖν ἀντισχεῖν ἠδυνήθησαν αὐτῷ τελέως ὑγιάσθησαν, ἔνιοι δὲ σπασθέντες ἢ μετὰ νοτίδος ὑπὸ τῆς ὀδύνης συγκοπέντες ἀπέθανον. ὅρος οὖν ἐπὶ καμνόντων τῷ κατὰ τὸν λόγον τῆς</w:t>
      </w:r>
    </w:p>
    <w:p>
      <w:r>
        <w:rPr>
          <w:rFonts w:ascii="Courier New" w:hAnsi="Courier New"/>
          <w:color w:val="555555"/>
          <w:sz w:val="20"/>
        </w:rPr>
        <w:t>[10 . 816]</w:t>
      </w:r>
    </w:p>
    <w:p>
      <w:r>
        <w:rPr>
          <w:rFonts w:ascii="Gentium Plus" w:hAnsi="Gentium Plus"/>
          <w:sz w:val="24"/>
        </w:rPr>
        <w:t>ἀσφαλές· ὥσπερ γε καὶ τῷ πραΰνοντι τὰς ὀδύνας ἡ τῆς δυνάμεως φυλακή. τὸ δ’ ἐπέκεινα τῶνδε σκαιοῦ μὲν ἀνδρὸς ἔργον ἐστὶν, ἅμα τῷ νοσήματι καὶ τὴν ζωὴν ἀφελέσθαι τὸν ἄνθρωπον· κόλακος δὲ τὸ χαρίζεσθαι τῷ νοσοῦντι, σκοπὸν</w:t>
      </w:r>
    </w:p>
    <w:p>
      <w:r>
        <w:rPr>
          <w:rFonts w:ascii="Courier New" w:hAnsi="Courier New"/>
          <w:color w:val="555555"/>
          <w:sz w:val="20"/>
        </w:rPr>
        <w:t>[5]</w:t>
      </w:r>
    </w:p>
    <w:p>
      <w:r>
        <w:rPr>
          <w:rFonts w:ascii="Gentium Plus" w:hAnsi="Gentium Plus"/>
          <w:sz w:val="24"/>
        </w:rPr>
        <w:t>ὧν πράττει θέμενον ἡδονὴν, οὐχ ὑγείαν. ἐμπίπτουσι δ’ εἰς τὰς τοιαύτας ὑπερβολὰς ἐν πολλαῖς μὲν καὶ ἄλλαις ὕλαις βοηθημάτων οἱ ἰατροὶ, μάλιστα δ’ ἐν τοῖς καλουμένοις ἀνω‐ δύνοις φαρμάκοις, ὅσα δι’ ὀποῦ μήκωνος, ἢ ὑοσκυάμου σπέρ‐ ματος, ἢ μανδραγόρου ῥίζης, ἢ στύρακος, ἤ τινος τοιούτου</w:t>
      </w:r>
    </w:p>
    <w:p>
      <w:r>
        <w:rPr>
          <w:rFonts w:ascii="Courier New" w:hAnsi="Courier New"/>
          <w:color w:val="555555"/>
          <w:sz w:val="20"/>
        </w:rPr>
        <w:t>[10]</w:t>
      </w:r>
    </w:p>
    <w:p>
      <w:r>
        <w:rPr>
          <w:rFonts w:ascii="Gentium Plus" w:hAnsi="Gentium Plus"/>
          <w:sz w:val="24"/>
        </w:rPr>
        <w:t>συντιθέασιν. οἵ τε γὰρ χαριζόμενοι τοῖς νοσοῦσι πλεονά‐ ζουσιν ἐν τῇ χρήσει τῶν τοιούτων φαρμάκων, οἵ τ’ ἀκαίρως καὶ ἀμέτρως γενναῖοι μηδ’ ὅλως χρώμενοι διαφθείρουσιν ὀδύναις τοὺς κάμνοντας. ὥσπερ οὖν ἐν ἁπάσαις ταῖς καθ’ ὅλον τὸν βίον ἕξεσί τε καὶ πράξεσιν, οὕτω κᾀνταῦθα τὸ μη‐</w:t>
      </w:r>
    </w:p>
    <w:p>
      <w:r>
        <w:rPr>
          <w:rFonts w:ascii="Courier New" w:hAnsi="Courier New"/>
          <w:color w:val="555555"/>
          <w:sz w:val="20"/>
        </w:rPr>
        <w:t>[15]</w:t>
      </w:r>
    </w:p>
    <w:p>
      <w:r>
        <w:rPr>
          <w:rFonts w:ascii="Gentium Plus" w:hAnsi="Gentium Plus"/>
          <w:sz w:val="24"/>
        </w:rPr>
        <w:t>δὲν ἄγαν αἱρετέον, ὅρον ἔχοντα τὴν ὠφέλειαν τοῦ κάμνον‐ τος. εἰ μὲν γὰρ οἷόν τε εἴη τοῖς ἰωμένοις τὸ νόσημα βοη‐</w:t>
      </w:r>
    </w:p>
    <w:p>
      <w:r>
        <w:rPr>
          <w:rFonts w:ascii="Courier New" w:hAnsi="Courier New"/>
          <w:color w:val="555555"/>
          <w:sz w:val="20"/>
        </w:rPr>
        <w:t>[10 . 817]</w:t>
      </w:r>
    </w:p>
    <w:p>
      <w:r>
        <w:rPr>
          <w:rFonts w:ascii="Gentium Plus" w:hAnsi="Gentium Plus"/>
          <w:sz w:val="24"/>
        </w:rPr>
        <w:t>καρωτικῶν φαρμάκων, ἃ καλοῦσιν ἀνώδυνα. εἰ δὲ ὑπό τε τῶν ἀγρυπνιῶν καὶ τοῦ καταλύεσθαι τὴν δύναμιν εἰς κίν‐ δυνον ὁ κάμνων ἥκει θανάτου, τότ’ ἂν ἐν καιρῷ χρήσαιο καὶ τοῖς τοιούτοις φαρμάκοις, ἐπιστάμενος μὲν ὅτι βλάψεις τι</w:t>
      </w:r>
    </w:p>
    <w:p>
      <w:r>
        <w:rPr>
          <w:rFonts w:ascii="Courier New" w:hAnsi="Courier New"/>
          <w:color w:val="555555"/>
          <w:sz w:val="20"/>
        </w:rPr>
        <w:t>[5]</w:t>
      </w:r>
    </w:p>
    <w:p>
      <w:r>
        <w:rPr>
          <w:rFonts w:ascii="Gentium Plus" w:hAnsi="Gentium Plus"/>
          <w:sz w:val="24"/>
        </w:rPr>
        <w:t>τὴν ἕξιν τοῦ σώματος, αἱρετώτερον δὲ εἶναι νομίζων τοῦ θανάτου τὴν βλάβην. εἰ μὲν γὰρ μὴ πάνυ τις αὕτη μεγάλη γένοιτο, κᾂν ἐκκόψαιμεν αὖθις αὐτὴν ἐπὶ μακροτέρας σχολῆς· εἰ δ’ οὕτως ἄμετρος ὡς μηδ’ ἐν χρόνῳ πολλῷ τελέως ἰαθῆ‐ ναι, τοῦτο γοῦν αὐτὸ βέλτιον εἶναι νομίζομεν ἢ ἀπολέσθαι</w:t>
      </w:r>
    </w:p>
    <w:p>
      <w:r>
        <w:rPr>
          <w:rFonts w:ascii="Courier New" w:hAnsi="Courier New"/>
          <w:color w:val="555555"/>
          <w:sz w:val="20"/>
        </w:rPr>
        <w:t>[10]</w:t>
      </w:r>
    </w:p>
    <w:p>
      <w:r>
        <w:rPr>
          <w:rFonts w:ascii="Gentium Plus" w:hAnsi="Gentium Plus"/>
          <w:sz w:val="24"/>
        </w:rPr>
        <w:t>τὸν ἄνθρωπον· κατὰ τοῦτον τὸν λογισμὸν καὶ ἡμεῖς αὐτοὶ, καίτοι μάλιστα πάντων ἐξιστάμενοι χρῆσθαι καρωτικοῖς φαρ‐ μάκοις, ἔσθ’ ὅτε καὶ κωλικοῖς ἐδώκαμεν αὐτὰ καὶ ὀφθαλμοὺς ὀδυνωμένοις σφοδρότατα καὶ οὖς, ἕτερά τε μόρια κατὰ τὸν αὐτὸν τρόπον. ἔσθ’ ὅτε καὶ διὰ κατάῤῥουν λεπτὸν ἀγρυ‐</w:t>
      </w:r>
    </w:p>
    <w:p>
      <w:r>
        <w:rPr>
          <w:rFonts w:ascii="Courier New" w:hAnsi="Courier New"/>
          <w:color w:val="555555"/>
          <w:sz w:val="20"/>
        </w:rPr>
        <w:t>[15]</w:t>
      </w:r>
    </w:p>
    <w:p>
      <w:r>
        <w:rPr>
          <w:rFonts w:ascii="Gentium Plus" w:hAnsi="Gentium Plus"/>
          <w:sz w:val="24"/>
        </w:rPr>
        <w:t>πνοῦντός τε καὶ βήττοντος ἰσχυρῶς τοῦ κάμνοντος ἐδώκαμεν ὀλίγον τι τοῦ τοιούτου φαρμάκου, ῥᾷστον εἶναι νομίζοντες ἐπανορθώσασθαι τὴν βλάβην τῷ χρόνῳ, εἴ τις ἅπαξ χρήσαιτο</w:t>
      </w:r>
    </w:p>
    <w:p>
      <w:r>
        <w:rPr>
          <w:rFonts w:ascii="Courier New" w:hAnsi="Courier New"/>
          <w:color w:val="555555"/>
          <w:sz w:val="20"/>
        </w:rPr>
        <w:t>[10 . 818]</w:t>
      </w:r>
    </w:p>
    <w:p>
      <w:r>
        <w:rPr>
          <w:rFonts w:ascii="Gentium Plus" w:hAnsi="Gentium Plus"/>
          <w:sz w:val="24"/>
        </w:rPr>
        <w:t>μακα σφῶν αὐτῶν. τὰ μὲν γὰρ πλεῖστον ἔχοντα τῶν καρούν‐ των εὐδοκιμεῖ μὲν ἐν τῷ παραυτίκα μᾶλλον, ἰσχυρὰν δὲ καὶ δύσλυτον ἐναποτίθεται τὴν ψύξιν τῷ τοῦ κάμνοντος σώματι· τὰ δ’ ἔλαττον μὲν τούτων ἔχοντα, τῶν μιγνυμένων δὲ αὐτοῖς</w:t>
      </w:r>
    </w:p>
    <w:p>
      <w:r>
        <w:rPr>
          <w:rFonts w:ascii="Courier New" w:hAnsi="Courier New"/>
          <w:color w:val="555555"/>
          <w:sz w:val="20"/>
        </w:rPr>
        <w:t>[5]</w:t>
      </w:r>
    </w:p>
    <w:p>
      <w:r>
        <w:rPr>
          <w:rFonts w:ascii="Gentium Plus" w:hAnsi="Gentium Plus"/>
          <w:sz w:val="24"/>
        </w:rPr>
        <w:t>θερμαντικῶν πλεῖστον, ὅσον ἀπρακτότερα πρὸς τὸ παρὸν ὑπάρχει, τοσοῦτον ἀβλαβέστερα πρὸς τὸ μέλλον. ἅπαντα δ’ ἀμείνω τὰ τοιαῦτα μετ’ ἐνιαυτὸν τῆς συνθέσεως λαμβανό‐ μενα, καθάπερ καὶ τὸ τοῦ Φίλωνος οὐδενὸς ἧττον ἔνδοξον ὀδύνας πραῧναι ναρκῶσαν τὴν αἴσθησιν. ἔστι δὲ καὶ</w:t>
      </w:r>
    </w:p>
    <w:p>
      <w:r>
        <w:rPr>
          <w:rFonts w:ascii="Courier New" w:hAnsi="Courier New"/>
          <w:color w:val="555555"/>
          <w:sz w:val="20"/>
        </w:rPr>
        <w:t>[10]</w:t>
      </w:r>
    </w:p>
    <w:p>
      <w:r>
        <w:rPr>
          <w:rFonts w:ascii="Gentium Plus" w:hAnsi="Gentium Plus"/>
          <w:sz w:val="24"/>
        </w:rPr>
        <w:t>ἄλλα πολλὰ φάρμακα διὰ τῶν σπερμάτων ὀνομαζόμενα καὶ τρίγωνα, μετριώτερα μὲν εἰς τὴν ἐν τῷ παραχρῆμα νάρκην, ἀκινδυνότερα δὲ εἰς τὸ μέλλον· ἅπαντα δ’ ἀμείνω καὶ ταῦτα μετ’ ἐνιαυτὸν τοῦ συντίθεσθαι λαμβανόμενα. τό γε μὴν τοῦ Φίλωνος εἰ καὶ δυοῖν ἢ καὶ τριῶν ἢ καὶ τεττάρων ἐτῶν εἴη,</w:t>
      </w:r>
    </w:p>
    <w:p>
      <w:r>
        <w:rPr>
          <w:rFonts w:ascii="Courier New" w:hAnsi="Courier New"/>
          <w:color w:val="555555"/>
          <w:sz w:val="20"/>
        </w:rPr>
        <w:t>[15]</w:t>
      </w:r>
    </w:p>
    <w:p>
      <w:r>
        <w:rPr>
          <w:rFonts w:ascii="Gentium Plus" w:hAnsi="Gentium Plus"/>
          <w:sz w:val="24"/>
        </w:rPr>
        <w:t>πολὺ δήπου βέλτιον· οὐκ ἄχρηστον δ’ οὐδ’ ἐν τοῖς ἐφεξῆς ἔτεσιν ἄχρι που ἐτῶν δέκα. τὸ γὰρ ἐπὶ πλέον κεχρονισμέ‐</w:t>
      </w:r>
    </w:p>
    <w:p>
      <w:r>
        <w:rPr>
          <w:rFonts w:ascii="Courier New" w:hAnsi="Courier New"/>
          <w:color w:val="555555"/>
          <w:sz w:val="20"/>
        </w:rPr>
        <w:t>[10 . 819]</w:t>
      </w:r>
    </w:p>
    <w:p>
      <w:r>
        <w:rPr>
          <w:rFonts w:ascii="Gentium Plus" w:hAnsi="Gentium Plus"/>
          <w:sz w:val="24"/>
        </w:rPr>
        <w:t>ἤδη δ’ ἐξίτηλόν ἐστι τὴν δύναμιν, ὥστε ἀσθενῶς ἀνύειν οὗ χάριν ἐσκευάσθη. ὥσπερ οὖν χρὴ φυλάττεσθαι καθ’ ὅσον οἷόν τε τὴν τῶν τοιούτων φαρμάκων χρῆσιν, οὕτως ἀναγκασθέν‐ τας χρήσασθαι, μήτε νέα ἱκανῶς προσφέρειν ἰσχυρὰν ἔτι</w:t>
      </w:r>
    </w:p>
    <w:p>
      <w:r>
        <w:rPr>
          <w:rFonts w:ascii="Courier New" w:hAnsi="Courier New"/>
          <w:color w:val="555555"/>
          <w:sz w:val="20"/>
        </w:rPr>
        <w:t>[5]</w:t>
      </w:r>
    </w:p>
    <w:p>
      <w:r>
        <w:rPr>
          <w:rFonts w:ascii="Gentium Plus" w:hAnsi="Gentium Plus"/>
          <w:sz w:val="24"/>
        </w:rPr>
        <w:t>δύναμιν ἐχόντων τῶν ἐν αὐτοῖς ψυκτικῶν, μήθ’ οὕτως πα‐ λαιὰ ὡς ἁμαρτεῖν τοῦ σκοποῦ· ἀλλ’ ὡς εἴρηται, τοσοῦτον ἀναμένειν χρόνον ἐν ὅσῳ κολασθήσεται τὸ βίαιον τῶν ψυκτι‐ κῶν ὑπὸ τῆς τῶν θερμαινόντων δυνάμεως. ἡ μὲν δὴ τῶν τοιούτων φαρμάκων χρῆσις ὡς πρὸς σύμπτωμά ἐστιν ἱστα‐</w:t>
      </w:r>
    </w:p>
    <w:p>
      <w:r>
        <w:rPr>
          <w:rFonts w:ascii="Courier New" w:hAnsi="Courier New"/>
          <w:color w:val="555555"/>
          <w:sz w:val="20"/>
        </w:rPr>
        <w:t>[10]</w:t>
      </w:r>
    </w:p>
    <w:p>
      <w:r>
        <w:rPr>
          <w:rFonts w:ascii="Gentium Plus" w:hAnsi="Gentium Plus"/>
          <w:sz w:val="24"/>
        </w:rPr>
        <w:t>μένων καὶ μάλισθ’ ὅταν ὑπὸ ψυχρᾶς αἰτίας ἡ ὀδύνη συνίστη‐ ται· βλάπτει γὰρ ἰσχυρῶς τὴν διάθεσιν ὅλην ταῦτα καὶ δύσ‐ λυτον ἀπεργάζεται. Φλεβοτομία δέ γε ἡ μὴ καταλύουσα τὴν δύναμιν οὐ πρὸς τὸ σύμπτωμα βλεπόντων ἐστὶ, ἀλλὰ τὴν</w:t>
      </w:r>
    </w:p>
    <w:p>
      <w:r>
        <w:rPr>
          <w:rFonts w:ascii="Courier New" w:hAnsi="Courier New"/>
          <w:color w:val="555555"/>
          <w:sz w:val="20"/>
        </w:rPr>
        <w:t>[15]</w:t>
      </w:r>
    </w:p>
    <w:p>
      <w:r>
        <w:rPr>
          <w:rFonts w:ascii="Gentium Plus" w:hAnsi="Gentium Plus"/>
          <w:sz w:val="24"/>
        </w:rPr>
        <w:t>διάθεσιν ὅλην ἐκκοπτόντων. οὕτω δὲ καὶ λουτρὸν καὶ κάθαρ‐ σις καὶ πυρία καὶ οἴνου πόσις. ὧν ἁπάντων Ἱπποκράτης ἐπὶ ὀφθαλμῶν ὀδυνωμένων ἐμνημόνευσεν, ἐν ἀφορισμοῖς</w:t>
      </w:r>
    </w:p>
    <w:p>
      <w:r>
        <w:rPr>
          <w:rFonts w:ascii="Courier New" w:hAnsi="Courier New"/>
          <w:color w:val="555555"/>
          <w:sz w:val="20"/>
        </w:rPr>
        <w:t>[10 . 820]</w:t>
      </w:r>
    </w:p>
    <w:p>
      <w:r>
        <w:rPr>
          <w:rFonts w:ascii="Gentium Plus" w:hAnsi="Gentium Plus"/>
          <w:sz w:val="24"/>
        </w:rPr>
        <w:t>πυρίη ἢ φλεβοτομίη ἢ φαρμακίη λύει. ἅπαντα γὰρ ταῦτα τὰς διαθέσεις ἰώμενα συνεξιᾶται τὰς ὀδύνας αὐτῶν. οὕτω δὲ καὶ τροφὴ, καθάπερ καὶ ἐν τοῖς ἔμπροσθεν εἶπον, ξηρῷ καὶ αὐχμώδει σώματι κάμνοντος στομάχου διδομένη τὴν διά‐</w:t>
      </w:r>
    </w:p>
    <w:p>
      <w:r>
        <w:rPr>
          <w:rFonts w:ascii="Courier New" w:hAnsi="Courier New"/>
          <w:color w:val="555555"/>
          <w:sz w:val="20"/>
        </w:rPr>
        <w:t>[5]</w:t>
      </w:r>
    </w:p>
    <w:p>
      <w:r>
        <w:rPr>
          <w:rFonts w:ascii="Gentium Plus" w:hAnsi="Gentium Plus"/>
          <w:sz w:val="24"/>
        </w:rPr>
        <w:t>θεσιν ἰωμένη κωλύει συγκόπτεσθαι. οὐ μὴν ἥ γε διὰ πλῆθος ψυχρῶν ἤτοι γ’ ἔκλυσις ἢ στομαχικὴ συγκοπὴ τῆς τροφῆς ὡς ἰάματος δεῖται· καίτοι πολλάκις ἐν ταῖς τοιαύταις δια‐ θέσεσιν οὐ τροφὴν μόνον, ἀλλὰ καὶ οἴνου τι δοῦναι τοῖς κάμνουσιν ἀναγκαζόμεθα, τὸν ἐν τῷ παραχρῆμα κίνδυνον</w:t>
      </w:r>
    </w:p>
    <w:p>
      <w:r>
        <w:rPr>
          <w:rFonts w:ascii="Courier New" w:hAnsi="Courier New"/>
          <w:color w:val="555555"/>
          <w:sz w:val="20"/>
        </w:rPr>
        <w:t>[10]</w:t>
      </w:r>
    </w:p>
    <w:p>
      <w:r>
        <w:rPr>
          <w:rFonts w:ascii="Gentium Plus" w:hAnsi="Gentium Plus"/>
          <w:sz w:val="24"/>
        </w:rPr>
        <w:t>ἀποτρέποντες, οὐ τὴν διάθεσιν ἰώμενοι. κένωσις γὰρ μᾶλλον ἢ πρόσθεσις ἡ τῶν τοιούτων ἐστὶν ἴασις· καὶ πλείστους ἰδεῖν ἐστὶ τῶν οὕτως ἐχόντων ὁσημέραι διαφθειρομένους ἀμαθίᾳ τῶν ἰατρῶν. ὑπὲρ ὧν μοι δοκεῖ καιρὸς εἶναι τὸν λόγον ἐπιστήσαντα διελθεῖν.</w:t>
      </w:r>
    </w:p>
    <w:p>
      <w:r>
        <w:rPr>
          <w:rFonts w:ascii="Courier New" w:hAnsi="Courier New"/>
          <w:color w:val="555555"/>
          <w:sz w:val="20"/>
        </w:rPr>
        <w:t>[15]</w:t>
      </w:r>
    </w:p>
    <w:p>
      <w:r>
        <w:rPr>
          <w:rFonts w:ascii="Gentium Plus" w:hAnsi="Gentium Plus"/>
          <w:sz w:val="24"/>
        </w:rPr>
        <w:t>Ἄρχονται τοίνυν πυρέττειν ἔνιοι, πάμπολυ πλῆθος ὠμῶν χυμῶν ἠθροικότες, ἅμα τῷ κεκακῶσθαι τὸ</w:t>
      </w:r>
    </w:p>
    <w:p>
      <w:r>
        <w:rPr>
          <w:rFonts w:ascii="Courier New" w:hAnsi="Courier New"/>
          <w:color w:val="555555"/>
          <w:sz w:val="20"/>
        </w:rPr>
        <w:t>[10 . 821]</w:t>
      </w:r>
    </w:p>
    <w:p>
      <w:r>
        <w:rPr>
          <w:rFonts w:ascii="Gentium Plus" w:hAnsi="Gentium Plus"/>
          <w:sz w:val="24"/>
        </w:rPr>
        <w:t>γ’ ἐξ ἀπεψιῶν ἢ καὶ ἄλλως πως ἐμπεφύσηται τούτοις τὸ ὑπο‐ χόνδριον, ἐν ὄγκῳ τε μείζονι τοῦ κατὰ φύσιν ὅλον τὸ σῶμά ἐστι· καὶ ἡ χροιὰ τοῖς μὲν ἐπὶ τὸ λευκότερόν τε καὶ ὑδαλεώτερον ἐκτέτραπται τοῦ κατὰ φύσιν, ἔστι δὲ οἷς</w:t>
      </w:r>
    </w:p>
    <w:p>
      <w:r>
        <w:rPr>
          <w:rFonts w:ascii="Courier New" w:hAnsi="Courier New"/>
          <w:color w:val="555555"/>
          <w:sz w:val="20"/>
        </w:rPr>
        <w:t>[5]</w:t>
      </w:r>
    </w:p>
    <w:p>
      <w:r>
        <w:rPr>
          <w:rFonts w:ascii="Gentium Plus" w:hAnsi="Gentium Plus"/>
          <w:sz w:val="24"/>
        </w:rPr>
        <w:t>ἐπὶ τὸ μελάντερον ἢ πελιδνότερον, οὓς ἔνιοι τῶν ἰατρῶν ὀνο‐ μάζουσι μολιβδοχρῶτας. οἱ σφυγμοὶ δὲ ἁπάντων μικρότεροί τέ εἰσιν ἢ κατὰ λόγον τῆς θέρμης, ἀμυδροὶ δὲ καὶ πάντως ἀνώμαλοι, πολλάκις μὲν κατὰ τὴν συστηματικὴν ὀνομαζομέ‐ νην ἀνωμαλίαν, ἀεὶ δὲ τὴν κατὰ μίαν πληγήν· ἐπ’ οὐδενὸς</w:t>
      </w:r>
    </w:p>
    <w:p>
      <w:r>
        <w:rPr>
          <w:rFonts w:ascii="Courier New" w:hAnsi="Courier New"/>
          <w:color w:val="555555"/>
          <w:sz w:val="20"/>
        </w:rPr>
        <w:t>[10]</w:t>
      </w:r>
    </w:p>
    <w:p>
      <w:r>
        <w:rPr>
          <w:rFonts w:ascii="Gentium Plus" w:hAnsi="Gentium Plus"/>
          <w:sz w:val="24"/>
        </w:rPr>
        <w:t>τῶν τοιούτων αἵματος ἀφαίρεσις ἄνευ μεγίστης εἴωθε γίγνε‐ σθαι βλάβης, καίτοι δέονταί γε κενώσεως· ἀλλ’ οὔτε φλεβοτο‐ μίαν οὔτε κάθαρσιν φέρουσιν, εἴ γε καὶ χωρὶς τούτων ἐξαίφ‐ νης συγκόπτονται. πῶς οὖν χρὴ τοὺς τοιούτους ἰᾶσθαι, δεομένους μὲν κενώσεως, μὴ φέροντας δὲ τὰ κενωτικὰ βοηθή‐</w:t>
      </w:r>
    </w:p>
    <w:p>
      <w:r>
        <w:rPr>
          <w:rFonts w:ascii="Courier New" w:hAnsi="Courier New"/>
          <w:color w:val="555555"/>
          <w:sz w:val="20"/>
        </w:rPr>
        <w:t>[15]</w:t>
      </w:r>
    </w:p>
    <w:p>
      <w:r>
        <w:rPr>
          <w:rFonts w:ascii="Gentium Plus" w:hAnsi="Gentium Plus"/>
          <w:sz w:val="24"/>
        </w:rPr>
        <w:t>ματα, οὐδεμίαν ἄλλην εὗρον ἐπ’ αὐτῶν κένωσιν πλὴν τὴν τῆς διατρίψεως. ἄρχεσθαι δ’ εὐθέως ἐν ἀρχῇ τῆς νόσου προσήκει, τὸ μὲν πρῶτον ἀπὸ τῶν σκελῶν ἄνωθεν κάτω διὰ σινδόνων</w:t>
      </w:r>
    </w:p>
    <w:p>
      <w:r>
        <w:rPr>
          <w:rFonts w:ascii="Courier New" w:hAnsi="Courier New"/>
          <w:color w:val="555555"/>
          <w:sz w:val="20"/>
        </w:rPr>
        <w:t>[10 . 822]</w:t>
      </w:r>
    </w:p>
    <w:p>
      <w:r>
        <w:rPr>
          <w:rFonts w:ascii="Gentium Plus" w:hAnsi="Gentium Plus"/>
          <w:sz w:val="24"/>
        </w:rPr>
        <w:t>ἀμύττεσθαι πρὸς αὐτῶν τὸ δέρμα, θερμαίνεσθαί τε ὁμοῦ αὐτὸ καὶ διαφορεῖσθαι δεομένου τοῦ κάμνοντος. ἐφεξῆς δὲ καὶ ὅλας τὰς χεῖρας ἀπὸ τῶν ὤμων ἄνωθεν κάτω κατὰ τὸν αὐτὸν τρόπον τρίβειν. ἐπειδὰν δὲ ἱκανῶς ἅπαντα τὰ κῶλα</w:t>
      </w:r>
    </w:p>
    <w:p>
      <w:r>
        <w:rPr>
          <w:rFonts w:ascii="Courier New" w:hAnsi="Courier New"/>
          <w:color w:val="555555"/>
          <w:sz w:val="20"/>
        </w:rPr>
        <w:t>[5]</w:t>
      </w:r>
    </w:p>
    <w:p>
      <w:r>
        <w:rPr>
          <w:rFonts w:ascii="Gentium Plus" w:hAnsi="Gentium Plus"/>
          <w:sz w:val="24"/>
        </w:rPr>
        <w:t>φαίνηται θερμὰ καὶ φόβος ᾖ κοπώδη τινὰ αἴσθησιν αὐτοῖς γενέσθαι, τεθλασμένης τῆς σαρκὸς ἐπὶ τῷ πλήθει τῆς τρίψεως ἐλαίῳ χαλαστικῷ χρηστέον, οἷόν ἐστι τὸ Σαβῖνον. ἀπέχεσθαι δὲ τῶν στυφόντων Ἱσπανοῦ καὶ Ἱστρικοῦ καὶ τοῦ μετὰ θαλ‐ λῶν ἢ ἐξ ὠμῆς ἔτι τῆς ἐλαίας ἐσκευασμένου. χειμῶνος δ’</w:t>
      </w:r>
    </w:p>
    <w:p>
      <w:r>
        <w:rPr>
          <w:rFonts w:ascii="Courier New" w:hAnsi="Courier New"/>
          <w:color w:val="555555"/>
          <w:sz w:val="20"/>
        </w:rPr>
        <w:t>[10]</w:t>
      </w:r>
    </w:p>
    <w:p>
      <w:r>
        <w:rPr>
          <w:rFonts w:ascii="Gentium Plus" w:hAnsi="Gentium Plus"/>
          <w:sz w:val="24"/>
        </w:rPr>
        <w:t>ὄντος οὐδὲν ἂν εἴη χεῖρον ἐπί τι τῶν διαφορητικῶν ἰέναι, οἷόν πέρ ἐστι τὸ σικυώνιον ἔλαιον ἢ τὸ διὰ τοῦ χαμαιμήλου ἢ τὸ παρὰ τοῖς Αἰγυπτίοις εὐδοκιμοῦν. εἰ δὲ μὴ παρείη ταῦτα, τῶν ἐλαίων τι τῶν χαλαστικῶν, οἷς οὐδεμία σύνεστί τις στύ‐ ψις καὶ μάλιστα εἰ παλαιότερον εἴη λαβόντας ἐμβαλεῖν αὐτῷ</w:t>
      </w:r>
    </w:p>
    <w:p>
      <w:r>
        <w:rPr>
          <w:rFonts w:ascii="Courier New" w:hAnsi="Courier New"/>
          <w:color w:val="555555"/>
          <w:sz w:val="20"/>
        </w:rPr>
        <w:t>[15]</w:t>
      </w:r>
    </w:p>
    <w:p>
      <w:r>
        <w:rPr>
          <w:rFonts w:ascii="Gentium Plus" w:hAnsi="Gentium Plus"/>
          <w:sz w:val="24"/>
        </w:rPr>
        <w:t>σύμμετρον ἀνήθου. κᾄπειτα, ὡς εἰώθαμεν, ἐπ’ ἀγγείου δι‐ πλοῦ θερμήναντάς τε, ὥστε δέξασθαι μετρίως αὐτὸ τὴν</w:t>
      </w:r>
    </w:p>
    <w:p>
      <w:r>
        <w:rPr>
          <w:rFonts w:ascii="Courier New" w:hAnsi="Courier New"/>
          <w:color w:val="555555"/>
          <w:sz w:val="20"/>
        </w:rPr>
        <w:t>[10 . 823]</w:t>
      </w:r>
    </w:p>
    <w:p>
      <w:r>
        <w:rPr>
          <w:rFonts w:ascii="Gentium Plus" w:hAnsi="Gentium Plus"/>
          <w:sz w:val="24"/>
        </w:rPr>
        <w:t>ἐπὶ πλεῖστον τὰ κῶλα· μετὰ δὲ ταῦτα τὸ μὲν ἔλαιον ἀπο‐ μάττειν, ἀσηρὸν γὰρ, ἰέναι δὲ ἐπὶ τὴν ῥάχιν ὅλην καὶ ταύτην ἀνατρίβειν ὁμοίως, τὰ μὲν πρῶτα ξηρᾷ τρίψει, τῷ λίπει δ’ ὕστερον. εἶτ’ αὖθις ἐπὶ τὰ σκέλη μετιέναι, κᾀκ τούτων αὖθις</w:t>
      </w:r>
    </w:p>
    <w:p>
      <w:r>
        <w:rPr>
          <w:rFonts w:ascii="Courier New" w:hAnsi="Courier New"/>
          <w:color w:val="555555"/>
          <w:sz w:val="20"/>
        </w:rPr>
        <w:t>[5]</w:t>
      </w:r>
    </w:p>
    <w:p>
      <w:r>
        <w:rPr>
          <w:rFonts w:ascii="Gentium Plus" w:hAnsi="Gentium Plus"/>
          <w:sz w:val="24"/>
        </w:rPr>
        <w:t>ἐπὶ τὰς χεῖρας, εἶτ’ αὖθις ἐπὶ τὴν ῥάχιν, ὅλης τῆς ἡμέρας οὕτω πράττοντας ἐν οἴκῳ φῶς ἔχοντι καθαρὸν καὶ ἄνικμον· ἔστω δὲ δηλονότι καὶ τῇ θερμότητι σύμμετρος ὁ οἶκος. ἐπι‐ τηδειότατον δὲ τούτοις ἔστω τὸ μελίκρατον, ἐναφεψηθέντος ὑσσώπου. καὶ χρὴ μήτε σιτίον αὐτοῖς μήτε ῥόφημα μήθ’</w:t>
      </w:r>
    </w:p>
    <w:p>
      <w:r>
        <w:rPr>
          <w:rFonts w:ascii="Courier New" w:hAnsi="Courier New"/>
          <w:color w:val="555555"/>
          <w:sz w:val="20"/>
        </w:rPr>
        <w:t>[10]</w:t>
      </w:r>
    </w:p>
    <w:p>
      <w:r>
        <w:rPr>
          <w:rFonts w:ascii="Gentium Plus" w:hAnsi="Gentium Plus"/>
          <w:sz w:val="24"/>
        </w:rPr>
        <w:t>ὕδωρ διδόναι μήτ’ ἐπιτρέπειν ὅλως πίνειν δαψιλῶς, ἀλλὰ τῷ μελικράτῳ μόνῳ χρῆσθαι κατὰ τὰς τρεῖς τὰς πρώτας ἡμέ‐ ρας, ἐκ διαδοχῆς τρίβοντα καὶ μόνον ἐκεῖνον ἀνιέντα τὸν καιρὸν, ἐν ᾧπερ ἂν ὕπνος αὐτοὺς καταλάβῃ· συνεργεῖ δ’ εἰς τοῦτο μάλιστα καὶ ἡ πλείων τρίψις· ὥστε καὶ κατὰ τοῦτ’ ἂν</w:t>
      </w:r>
    </w:p>
    <w:p>
      <w:r>
        <w:rPr>
          <w:rFonts w:ascii="Courier New" w:hAnsi="Courier New"/>
          <w:color w:val="555555"/>
          <w:sz w:val="20"/>
        </w:rPr>
        <w:t>[15]</w:t>
      </w:r>
    </w:p>
    <w:p>
      <w:r>
        <w:rPr>
          <w:rFonts w:ascii="Gentium Plus" w:hAnsi="Gentium Plus"/>
          <w:sz w:val="24"/>
        </w:rPr>
        <w:t>εἴη βοήθημα χρηστὸν οὐ μόνον τὸ κενοῦν, ἀλλὰ καὶ τὸν ὕπνον ἐμποιοῦν. οὐ μὴν οὐδ’ ὁ πλείων ὕπνος ἀγαθὸς τοῖς τοιού‐ τοις· οὔτε γὰρ ἐπιτρέπει διαφορῆσαι τοὺς ὠμοὺς χυμοὺς καὶ</w:t>
      </w:r>
    </w:p>
    <w:p>
      <w:r>
        <w:rPr>
          <w:rFonts w:ascii="Courier New" w:hAnsi="Courier New"/>
          <w:color w:val="555555"/>
          <w:sz w:val="20"/>
        </w:rPr>
        <w:t>[10 . 824]</w:t>
      </w:r>
    </w:p>
    <w:p>
      <w:r>
        <w:rPr>
          <w:rFonts w:ascii="Gentium Plus" w:hAnsi="Gentium Plus"/>
          <w:sz w:val="24"/>
        </w:rPr>
        <w:t>δεῖται μετρίων, ὕπνου τε καὶ ἐγρηγόρσεως, οὕτω καὶ ἥδε. πέπτει μὲν γὰρ ὁ ὕπνος, διαφορεῖ δὲ ἡ ἐγρήγορσις· ἀμφο‐ τέρων δ’ ἐστὶ χρεία τοῖς ἐκ πλήθους ὠμῶν χυμῶν νοσοῦ‐ σιν· ἐν μέρει τοίνυν μετρίως γινόμενα τιμωρεῖν ἀλλήλοις</w:t>
      </w:r>
    </w:p>
    <w:p>
      <w:r>
        <w:rPr>
          <w:rFonts w:ascii="Courier New" w:hAnsi="Courier New"/>
          <w:color w:val="555555"/>
          <w:sz w:val="20"/>
        </w:rPr>
        <w:t>[5]</w:t>
      </w:r>
    </w:p>
    <w:p>
      <w:r>
        <w:rPr>
          <w:rFonts w:ascii="Gentium Plus" w:hAnsi="Gentium Plus"/>
          <w:sz w:val="24"/>
        </w:rPr>
        <w:t>δυνήσονται χρηστῶς. εἰ μὲν γὰρ ὁ σφυγμὸς αὐτοῖς μικρὸς ἱκανῶς εἴη καὶ ἄῤῥωστος, ἢ καὶ πρὸς τούτοις ἀνώμαλος ἰσχυρῶς, ἔσχατος ὁ κίνδυνος, καὶ χρὴ πράττειν τὰ λελεγμένα μηδὲν ἄλλο περιεργαζόμενον. εἰ δὲ καὶ τόνου μετρίως ἔχοι καὶ μεγέθους, ἄθλιπτός τε εἴη καὶ ὁμαλὸς, ἐπισκέπτου</w:t>
      </w:r>
    </w:p>
    <w:p>
      <w:r>
        <w:rPr>
          <w:rFonts w:ascii="Courier New" w:hAnsi="Courier New"/>
          <w:color w:val="555555"/>
          <w:sz w:val="20"/>
        </w:rPr>
        <w:t>[10]</w:t>
      </w:r>
    </w:p>
    <w:p>
      <w:r>
        <w:rPr>
          <w:rFonts w:ascii="Gentium Plus" w:hAnsi="Gentium Plus"/>
          <w:sz w:val="24"/>
        </w:rPr>
        <w:t>τὰ κατὰ γαστέρα καὶ κλύζε θαῤῥῶν, εἰ μὴ καλῶς αὐτομά‐ τως διεξέρχοιτο. συμβαίνει γὰρ ἐπὶ τῷ μελικράτῳ κενοῦ‐ σθαι ταύτῃ χρηστῶς ἅπασαν τὴν περιουσίαν τὴν ἐν ταῖς πρώταις τῶν φλεβῶν εἰωθυῖαν ἀθροίζεσθαι ταῖς καθ’ ἧπάρ τε καὶ μεσεντέριον. εἰ δὲ πλείων τοῦ δέοντος ἡ ὁρμὴ τῶν</w:t>
      </w:r>
    </w:p>
    <w:p>
      <w:r>
        <w:rPr>
          <w:rFonts w:ascii="Courier New" w:hAnsi="Courier New"/>
          <w:color w:val="555555"/>
          <w:sz w:val="20"/>
        </w:rPr>
        <w:t>[15]</w:t>
      </w:r>
    </w:p>
    <w:p>
      <w:r>
        <w:rPr>
          <w:rFonts w:ascii="Gentium Plus" w:hAnsi="Gentium Plus"/>
          <w:sz w:val="24"/>
        </w:rPr>
        <w:t>περιττῶν ἐπὶ τὴν γαστέρα γένοιτο, τὴν μὲν πρώτην ἐπὶ πλέον ἕψειν τὸ μελίκρατον· ἧττον γὰρ ὑπάγον τὸ τοιοῦτον τρέφει μᾶλλον· ὥσπερ γε τὸ ὠμὸν ἧττον μὲν τρέφει, μᾶλ‐</w:t>
      </w:r>
    </w:p>
    <w:p>
      <w:r>
        <w:rPr>
          <w:rFonts w:ascii="Courier New" w:hAnsi="Courier New"/>
          <w:color w:val="555555"/>
          <w:sz w:val="20"/>
        </w:rPr>
        <w:t>[10 . 825]</w:t>
      </w:r>
    </w:p>
    <w:p>
      <w:r>
        <w:rPr>
          <w:rFonts w:ascii="Gentium Plus" w:hAnsi="Gentium Plus"/>
          <w:sz w:val="24"/>
        </w:rPr>
        <w:t>τῆς περιουσίας μηδ’ οὕτως μὲν ἵστασθαι, διδόναι δ’ ἀντὶ τοῦ μελικράτου πτισάνης χυλόν. εἰ δ’ ἐπιμένει φερόμενα, τῷ ἐκ τοῦ χόνδρου ῥοφήματι τρέφειν, παρακολουθοῦντα δηλονότι τοῖς σφυγμοῖς· ἔσθ’ ὅτε γὰρ ἐξαίφνης μεταβάλλου‐</w:t>
      </w:r>
    </w:p>
    <w:p>
      <w:r>
        <w:rPr>
          <w:rFonts w:ascii="Courier New" w:hAnsi="Courier New"/>
          <w:color w:val="555555"/>
          <w:sz w:val="20"/>
        </w:rPr>
        <w:t>[5]</w:t>
      </w:r>
    </w:p>
    <w:p>
      <w:r>
        <w:rPr>
          <w:rFonts w:ascii="Gentium Plus" w:hAnsi="Gentium Plus"/>
          <w:sz w:val="24"/>
        </w:rPr>
        <w:t>σιν εἰς ἀῤῥωστίαν ἢ ἀνωμαλίαν ἢ μικρότητα. καθ’ ὃν και‐ ρὸν ἄρτον ἐξ οἴνου κεκραμένου διδόναι προσήκει μήτε γαστρὸς δηλονότι μήθ’ ἥπατος φλεγμαινόντων· ὡς εἴ γε φλεγμαίνοιεν, ὠμῶν χυμῶν πεπληρωμένου τοῦ σώματος ἀνέλπιστος ὁ κάμνων ἐστὶ, τῶν σφυγμῶν οὕτω τραπέντων.</w:t>
      </w:r>
    </w:p>
    <w:p>
      <w:r>
        <w:rPr>
          <w:rFonts w:ascii="Courier New" w:hAnsi="Courier New"/>
          <w:color w:val="555555"/>
          <w:sz w:val="20"/>
        </w:rPr>
        <w:t>[10]</w:t>
      </w:r>
    </w:p>
    <w:p>
      <w:r>
        <w:rPr>
          <w:rFonts w:ascii="Gentium Plus" w:hAnsi="Gentium Plus"/>
          <w:sz w:val="24"/>
        </w:rPr>
        <w:t>ἐπὶ μὲν δὴ τῶν τοιούτων ἀῤῥώστων προλέγων τὸν θάνα‐ τον, ἀνέγκλητον φυλάξαις σεαυτὸν, μηδενὶ βοηθήματι γεν‐ ναίῳ χρώμενος. ἐφ’ ὧν δ’ ἐλπὶς σωτηρίας, ἐπὶ πάντων δ’ ἐστὶ τῶν χωρὶς φλεγμονῆς οὕτω νοσούντων, ὅταν ἐξ ἀρχῆς παραλαμβάνωμεν αὐτοὺς, αἰσχρότατον εἶναί μοι δοκεῖ συγ‐</w:t>
      </w:r>
    </w:p>
    <w:p>
      <w:r>
        <w:rPr>
          <w:rFonts w:ascii="Courier New" w:hAnsi="Courier New"/>
          <w:color w:val="555555"/>
          <w:sz w:val="20"/>
        </w:rPr>
        <w:t>[15]</w:t>
      </w:r>
    </w:p>
    <w:p>
      <w:r>
        <w:rPr>
          <w:rFonts w:ascii="Gentium Plus" w:hAnsi="Gentium Plus"/>
          <w:sz w:val="24"/>
        </w:rPr>
        <w:t>κοπῆναι τὸν κάμνοντα· καίτοι γ’ ὁσημέραι γίγνεται τοῦτο, διὰ τὴν ἀμαθίαν τῶν ἰατρῶν. ἀλλ’ οὐ πρὸς τούτους χρὴ βλέπειν, οὐδὲ τούτοις παραβάλλειν ἑαυτὸν, ἀλλ’ ὅστις ἂν</w:t>
      </w:r>
    </w:p>
    <w:p>
      <w:r>
        <w:rPr>
          <w:rFonts w:ascii="Courier New" w:hAnsi="Courier New"/>
          <w:color w:val="555555"/>
          <w:sz w:val="20"/>
        </w:rPr>
        <w:t>[10 . 826]</w:t>
      </w:r>
    </w:p>
    <w:p>
      <w:r>
        <w:rPr>
          <w:rFonts w:ascii="Gentium Plus" w:hAnsi="Gentium Plus"/>
          <w:sz w:val="24"/>
        </w:rPr>
        <w:t>ἐξαίφνης ἄῤῥωστον συγκοπῆναι μήτε προειπόντος αὐτοῦ τὸ σύμπτωμα μήτε παρεσκευασμένου πρὸς αὐτὸ μήτε κωλύ‐ σαντος. εἴρηται δέ μοι καὶ πρόσθεν ὡς ἐν ταῖς τοιαύταις διαθέσεσιν αὐτοὶ κατασκευάζουσι τὰς φλεγμονὰς οἱ δια‐</w:t>
      </w:r>
    </w:p>
    <w:p>
      <w:r>
        <w:rPr>
          <w:rFonts w:ascii="Courier New" w:hAnsi="Courier New"/>
          <w:color w:val="555555"/>
          <w:sz w:val="20"/>
        </w:rPr>
        <w:t>[5]</w:t>
      </w:r>
    </w:p>
    <w:p>
      <w:r>
        <w:rPr>
          <w:rFonts w:ascii="Gentium Plus" w:hAnsi="Gentium Plus"/>
          <w:sz w:val="24"/>
        </w:rPr>
        <w:t>παντὸς τοῖς ὑποχονδρίοις λωβούμενοι διὰ καταπλασμάτων τε καὶ καταντλήσεων. οὔκουν χρηστέον αὐτοῖς πρὶν ἢ τὸ πολὺ τοῦ πλήθους τὸ μὲν ἐκκενῶσαι, τὸ δὲ πέψαι· τηνι‐ καῦτα δὲ ἤδη χρηστέον αὐτοῖς οὐχ ἁπλῶς χαλῶντας, ἀλλ’ αἰονῶντας δι’ ἀψινθίου μετρίως, ἢν ὁ πυρετὸς ὑπάρχῃ μὴ</w:t>
      </w:r>
    </w:p>
    <w:p>
      <w:r>
        <w:rPr>
          <w:rFonts w:ascii="Courier New" w:hAnsi="Courier New"/>
          <w:color w:val="555555"/>
          <w:sz w:val="20"/>
        </w:rPr>
        <w:t>[10]</w:t>
      </w:r>
    </w:p>
    <w:p>
      <w:r>
        <w:rPr>
          <w:rFonts w:ascii="Gentium Plus" w:hAnsi="Gentium Plus"/>
          <w:sz w:val="24"/>
        </w:rPr>
        <w:t>πάνυ μέγας. εἰ δ’, ὡς εἴρηται, θεραπεύοντί σοι τὰς τρεῖς τὰς πρώτας ἡμέρας μηδὲν ἀπαντήσειε χεῖρον, ἐπὶ τῶν αὐτῶν ἄγειν ἄχρι τῆς ἑβδόμης, μελικράτῳ μόνῳ χρωμένους ὕσσω‐ πον ἔχοντι· μακροτάτην γὰρ οἱ οὕτω διακείμενοι φέρουσιν ἀσιτίαν, ἐξ αὐτῶν ὧν ἔχουσιν ὠμῶν χυμῶν πεττομένων</w:t>
      </w:r>
    </w:p>
    <w:p>
      <w:r>
        <w:rPr>
          <w:rFonts w:ascii="Courier New" w:hAnsi="Courier New"/>
          <w:color w:val="555555"/>
          <w:sz w:val="20"/>
        </w:rPr>
        <w:t>[15]</w:t>
      </w:r>
    </w:p>
    <w:p>
      <w:r>
        <w:rPr>
          <w:rFonts w:ascii="Gentium Plus" w:hAnsi="Gentium Plus"/>
          <w:sz w:val="24"/>
        </w:rPr>
        <w:t>τρεφομένου τοῦ σώματος. εἰ δὲ μὴ μόνον ὠμοὶ τύχοιεν ὄντες, ἀλλὰ καὶ διαφθορᾶς εἰς τοσοῦτον ἥκοντες ὡς μὴ δύνασθαι πεφθῆναι τελέως, ἀδύνατον σωθῆναι τοὺς οὕτω</w:t>
      </w:r>
    </w:p>
    <w:p>
      <w:r>
        <w:rPr>
          <w:rFonts w:ascii="Courier New" w:hAnsi="Courier New"/>
          <w:color w:val="555555"/>
          <w:sz w:val="20"/>
        </w:rPr>
        <w:t>[10 . 827]</w:t>
      </w:r>
    </w:p>
    <w:p>
      <w:r>
        <w:rPr>
          <w:rFonts w:ascii="Gentium Plus" w:hAnsi="Gentium Plus"/>
          <w:sz w:val="24"/>
        </w:rPr>
        <w:t>ἁμαρτάνοιτο, μέχρι τῆς ἑβδόμης ἐπὶ μελικράτῳ μόνῳ διαιτᾷν· ἢ εἴ ποτ’ ἄρα δεήσειεν ἤτοι τῆς γαστρὸς ἐκκρινούσης ἢ ἀπο‐ στραφέντων αὐτῶν τὸ μελίκρατον, ἐπὶ τὸν τῆς πτισάνης ἰέναι χυλόν. εἰ δὲ καὶ τοῦτον ἀποστρέφοιντο, χόνδρον ὁμοίως</w:t>
      </w:r>
    </w:p>
    <w:p>
      <w:r>
        <w:rPr>
          <w:rFonts w:ascii="Courier New" w:hAnsi="Courier New"/>
          <w:color w:val="555555"/>
          <w:sz w:val="20"/>
        </w:rPr>
        <w:t>[5]</w:t>
      </w:r>
    </w:p>
    <w:p>
      <w:r>
        <w:rPr>
          <w:rFonts w:ascii="Gentium Plus" w:hAnsi="Gentium Plus"/>
          <w:sz w:val="24"/>
        </w:rPr>
        <w:t>ἀρτύειν πτισάνῃ· καὶ γὰρ οὐδὲ βλάπτει τοὺς οὕτω διακειμέ‐ νους ὄξος· ἀλλ’ ἢν αἴσθοιό ποτε παχεῖς ἱκανῶς εἶναι τοὺς ὠμοὺς χυμοὺς ὀξύμελι διδόναι διὰ παντὸς, ἀντὶ τοῦ μελικρά‐ του. εἰ δ’ ἄχθοιντο τῷ συνεχεῖ τῆς δόσεως, ἐξαλλάτ‐ τειν μὲν ἐπὶ μελίκρατον καὶ πτισάνην· ἐπανέρχεσθαι δ’ αὖθις</w:t>
      </w:r>
    </w:p>
    <w:p>
      <w:r>
        <w:rPr>
          <w:rFonts w:ascii="Courier New" w:hAnsi="Courier New"/>
          <w:color w:val="555555"/>
          <w:sz w:val="20"/>
        </w:rPr>
        <w:t>[10]</w:t>
      </w:r>
    </w:p>
    <w:p>
      <w:r>
        <w:rPr>
          <w:rFonts w:ascii="Gentium Plus" w:hAnsi="Gentium Plus"/>
          <w:sz w:val="24"/>
        </w:rPr>
        <w:t>ἐπ’ αὐτό· μάλιστα δὲ ἐπὶ τῶν μικρὸν ἐχόντων καὶ ἀραιὸν καὶ βραδὺν τὸν σφυγμὸν ἡγεῖσθαι ψυχροὺς εἶναι τοὺς χυμούς. εὐθὺς δὲ τούτοις σύνεστι καὶ ἡ τοῦ παντὸς σώματος ἄχροια σαφῶς, οἵα περ πρόσθεν εἴρηται. δόξει δέ τισιν ἴσως ἀδύνατον εἶναι τὸ λεγόμενον οὐδενὶ τῶν πυρεσσόντων οὔτε</w:t>
      </w:r>
    </w:p>
    <w:p>
      <w:r>
        <w:rPr>
          <w:rFonts w:ascii="Courier New" w:hAnsi="Courier New"/>
          <w:color w:val="555555"/>
          <w:sz w:val="20"/>
        </w:rPr>
        <w:t>[15]</w:t>
      </w:r>
    </w:p>
    <w:p>
      <w:r>
        <w:rPr>
          <w:rFonts w:ascii="Gentium Plus" w:hAnsi="Gentium Plus"/>
          <w:sz w:val="24"/>
        </w:rPr>
        <w:t>βραδυτέρων οὔτε ἀραιοτέρων γινομένων τῶν σφυγμῶν. ἀλλὰ κατὰ διττόν γε τρόπον ἀληθὲς ὑπάρχει τὸ εἰρημένον· ἕνα μὲν</w:t>
      </w:r>
    </w:p>
    <w:p>
      <w:r>
        <w:rPr>
          <w:rFonts w:ascii="Courier New" w:hAnsi="Courier New"/>
          <w:color w:val="555555"/>
          <w:sz w:val="20"/>
        </w:rPr>
        <w:t>[10 . 828]</w:t>
      </w:r>
    </w:p>
    <w:p>
      <w:r>
        <w:rPr>
          <w:rFonts w:ascii="Gentium Plus" w:hAnsi="Gentium Plus"/>
          <w:sz w:val="24"/>
        </w:rPr>
        <w:t>τεροι γίνονται τοῦ κατὰ φύσιν· ἕτερον δὲ, διότι καὶ κατὰ τοὺς ἄλλους καιροὺς τοῦ παροξυσμοῦ πάντων τῶν ὁπωσοῦν πυρεττόντων ἀραιότερόν τε καὶ βραδύτερον αἱ τούτων ἀρτη‐ ρίαι σφύζουσιν. εἰ μὲν γὰρ δὴ θέρος εἴη καὶ ψυχροπότης ὁ</w:t>
      </w:r>
    </w:p>
    <w:p>
      <w:r>
        <w:rPr>
          <w:rFonts w:ascii="Courier New" w:hAnsi="Courier New"/>
          <w:color w:val="555555"/>
          <w:sz w:val="20"/>
        </w:rPr>
        <w:t>[5]</w:t>
      </w:r>
    </w:p>
    <w:p>
      <w:r>
        <w:rPr>
          <w:rFonts w:ascii="Gentium Plus" w:hAnsi="Gentium Plus"/>
          <w:sz w:val="24"/>
        </w:rPr>
        <w:t>νοσῶν, ψυχρὸν τούτῳ διδόναι τὸ ὀξύμελι, χειμῶνος δ’ ὄντος ἅπασι θερμὸν, ὡσαύτως ψυχροπόταις τε καὶ θερμοπόταις· ὥσπερ εἰ καὶ ἄμετρον καῦμα θέρους ὥρᾳ ψυχρὸν καὶ τοῖς θερμοπόταις, εἰ μηδὲν εὐπαθὲς ἔχοιεν σπλάγχνον. ἐναντιώ‐ τατα δὲ τούτοις ἐστὶ βαλανεῖα καὶ ὁ περιέχων ἀὴρ, εἰ θερμὸς</w:t>
      </w:r>
    </w:p>
    <w:p>
      <w:r>
        <w:rPr>
          <w:rFonts w:ascii="Courier New" w:hAnsi="Courier New"/>
          <w:color w:val="555555"/>
          <w:sz w:val="20"/>
        </w:rPr>
        <w:t>[10]</w:t>
      </w:r>
    </w:p>
    <w:p>
      <w:r>
        <w:rPr>
          <w:rFonts w:ascii="Gentium Plus" w:hAnsi="Gentium Plus"/>
          <w:sz w:val="24"/>
        </w:rPr>
        <w:t>ἱκανῶς ἢ ψυχρός. ὅθεν οὔτε λούειν προσήκει καὶ κατακλίνειν ἐν οἴκῳ ὥρᾳ μὲν θέρους ψυχεινῷ, χειμῶνος δ’ ἀλεεινῷ. βλά‐ πτονται γὰρ ἱκανῶς ὑφ’ ἑκατέρας τῆς ἀμετρίας ἐν μὲν τοῖς βαλανείοις, ὡς κᾀν τῷ θέρει καὶ πάσῃ τῇ κατὰ τὸ θερμὸν αὐξήσει χεομένων τῶν ὠμῶν χυμῶν καὶ πάντῃ τοῦ σώματος</w:t>
      </w:r>
    </w:p>
    <w:p>
      <w:r>
        <w:rPr>
          <w:rFonts w:ascii="Courier New" w:hAnsi="Courier New"/>
          <w:color w:val="555555"/>
          <w:sz w:val="20"/>
        </w:rPr>
        <w:t>[15]</w:t>
      </w:r>
    </w:p>
    <w:p>
      <w:r>
        <w:rPr>
          <w:rFonts w:ascii="Gentium Plus" w:hAnsi="Gentium Plus"/>
          <w:sz w:val="24"/>
        </w:rPr>
        <w:t>ῥεόντων, ὡς κίνδυνον εἶναι καὶ πρὸς τὸν πνεύμονα καὶ τὴν καρδίαν ἀφικέσθαι καί ποτε καὶ εἰς τὸν ἐγκέφαλον ἀναδρα‐</w:t>
      </w:r>
    </w:p>
    <w:p>
      <w:r>
        <w:rPr>
          <w:rFonts w:ascii="Courier New" w:hAnsi="Courier New"/>
          <w:color w:val="555555"/>
          <w:sz w:val="20"/>
        </w:rPr>
        <w:t>[10 . 829]</w:t>
      </w:r>
    </w:p>
    <w:p>
      <w:r>
        <w:rPr>
          <w:rFonts w:ascii="Gentium Plus" w:hAnsi="Gentium Plus"/>
          <w:sz w:val="24"/>
        </w:rPr>
        <w:t>μένειν καὶ τὰς πρώτας φλέβας. ἐν δὲ τοῖς ἀμέτρως ψυχροῖς οἴκοις καὶ χειμῶνι καὶ ὅλως ψυχρῷ τῷ περιέχοντι δύσπεπτοί τε μένουσιν οἱ ὠμοὶ χυμοὶ καὶ τὰς κατὰ τὸ ἧπαρ ἐμφρά‐ ξεις, εἰ μὲν εἶεν μακραὶ, παραύξουσιν· εἰ δ’ οὐκ εἶεν, γεν‐</w:t>
      </w:r>
    </w:p>
    <w:p>
      <w:r>
        <w:rPr>
          <w:rFonts w:ascii="Courier New" w:hAnsi="Courier New"/>
          <w:color w:val="555555"/>
          <w:sz w:val="20"/>
        </w:rPr>
        <w:t>[5]</w:t>
      </w:r>
    </w:p>
    <w:p>
      <w:r>
        <w:rPr>
          <w:rFonts w:ascii="Gentium Plus" w:hAnsi="Gentium Plus"/>
          <w:sz w:val="24"/>
        </w:rPr>
        <w:t>νῶσι διὰ πάχος ἰσχόμενοι καὶ σφηνούμενοι. ταῦτα μὲν οὖν οὕτω πρακτέον, ὅταν ἀπὸ πρώτης ἡμέρας αὐτὸς ἄρχῃ τῆς θεραπείας αὐτῶν. εἰ δὲ συγκοπτομένων ἤδη κληθείης, ἀφλεγ‐ μάντων ὄντων ὧν εἶπον χωρίων, διδόναι μὲν αὐτοῖς ἄρτου μὴ πολὺ, δι’ οἴνου δὲ τῶν ἀνάδοσιν ἐργαζομένων ταχεῖαν·</w:t>
      </w:r>
    </w:p>
    <w:p>
      <w:r>
        <w:rPr>
          <w:rFonts w:ascii="Courier New" w:hAnsi="Courier New"/>
          <w:color w:val="555555"/>
          <w:sz w:val="20"/>
        </w:rPr>
        <w:t>[10]</w:t>
      </w:r>
    </w:p>
    <w:p>
      <w:r>
        <w:rPr>
          <w:rFonts w:ascii="Gentium Plus" w:hAnsi="Gentium Plus"/>
          <w:sz w:val="24"/>
        </w:rPr>
        <w:t>εὐθέως δ’ ἐπὶ τὴν τρίψιν ἰέναι καὶ χρῆσθαι κατὰ τὸν εἰρη‐ μένον ὀλίγον ἔμπροσθεν τρόπον. εἰ μὲν οὖν εἴη θέρος καὶ τὸ χωρίον φύσει θερμὸν καὶ πνιγῶδες ἢ ἡ κατάστασις ἱκανῶς θερμὴ, μεθ’ ὕδατος ψυχροῦ δοτέον τὸν οἶνον· εἰ δὲ μηδὲν τῶν τοιούτων εἴη, μετὰ θερμοῦ. τὸ μέντοι δεύτερον</w:t>
      </w:r>
    </w:p>
    <w:p>
      <w:r>
        <w:rPr>
          <w:rFonts w:ascii="Courier New" w:hAnsi="Courier New"/>
          <w:color w:val="555555"/>
          <w:sz w:val="20"/>
        </w:rPr>
        <w:t>[15]</w:t>
      </w:r>
    </w:p>
    <w:p>
      <w:r>
        <w:rPr>
          <w:rFonts w:ascii="Gentium Plus" w:hAnsi="Gentium Plus"/>
          <w:sz w:val="24"/>
        </w:rPr>
        <w:t>καὶ τρίτον ἐκ παντὸς τρόπου πειρᾶσθαι θερμὸν διδόναι ποτόν. εἰ γὰρ τὴν ὅλην θεραπείαν, ἧς ἕνεκα καὶ τὰς τρί‐ ψεις παραλαμβάνομεν, ἄμεινον τὸ θερμὸν ταῖς πέψεσι τῶν</w:t>
      </w:r>
    </w:p>
    <w:p>
      <w:r>
        <w:rPr>
          <w:rFonts w:ascii="Courier New" w:hAnsi="Courier New"/>
          <w:color w:val="555555"/>
          <w:sz w:val="20"/>
        </w:rPr>
        <w:t>[10 . 830]</w:t>
      </w:r>
    </w:p>
    <w:p>
      <w:r>
        <w:rPr>
          <w:rFonts w:ascii="Gentium Plus" w:hAnsi="Gentium Plus"/>
          <w:sz w:val="24"/>
        </w:rPr>
        <w:t>Ἐφ’ ὧν δὲ διὰ χολὴν ξανθὴν ἀδικήσασαν τὸ στόμα τῆς γαστρὸς ἡ συγκοπὴ γένοιτο, ψυχρὸν τούτοις χρὴ προσφέρειν τὸ ποτόν. οἶνον μέντοι τῇ φύσει θερμὸν εἰς ἀνάδοσιν ὁρμῶντα τοῖς συγκοπτομένοις ἅπασι δοτέον· ἀνα‐</w:t>
      </w:r>
    </w:p>
    <w:p>
      <w:r>
        <w:rPr>
          <w:rFonts w:ascii="Courier New" w:hAnsi="Courier New"/>
          <w:color w:val="555555"/>
          <w:sz w:val="20"/>
        </w:rPr>
        <w:t>[5]</w:t>
      </w:r>
    </w:p>
    <w:p>
      <w:r>
        <w:rPr>
          <w:rFonts w:ascii="Gentium Plus" w:hAnsi="Gentium Plus"/>
          <w:sz w:val="24"/>
        </w:rPr>
        <w:t>δοθῆναι γὰρ βουλόμεθα τὴν ληφθεῖσαν τροφὴν, οὐκ ἐν τῇ γαστρὶ μεῖναι. δῆλον δὲ ὅτι τοὺς οἴνους κιῤῥοὺς μὲν τῇ χροιᾷ, λεπτοὺς δὲ τῇ συστάσει, παλαιοὺς δὲ τὴν ἡλικίαν ἐκλε‐ κτέον, εὐθὺς δ’ ἂν εἶεν εὐώδεις οἱ τοιοίδε. καὶ μέντοι καὶ αὐτῷ σοι πάρεστι καταπιόντι βραχὺ κραθέντων αὐτῶν</w:t>
      </w:r>
    </w:p>
    <w:p>
      <w:r>
        <w:rPr>
          <w:rFonts w:ascii="Courier New" w:hAnsi="Courier New"/>
          <w:color w:val="555555"/>
          <w:sz w:val="20"/>
        </w:rPr>
        <w:t>[10]</w:t>
      </w:r>
    </w:p>
    <w:p>
      <w:r>
        <w:rPr>
          <w:rFonts w:ascii="Gentium Plus" w:hAnsi="Gentium Plus"/>
          <w:sz w:val="24"/>
        </w:rPr>
        <w:t>αἰσθάνεσθαι θερμασίας εἰς ὅλον ἰούσης τὸ σῶμα. μὴ μέντοι πικροί γε ἔστωσαν ὑπὸ παλαιότητος οἱ οἶνοι καὶ μά‐ λιστα ἐφ’ ὧν ὁ τοῦ κάμνοντος στόμαχος ὑπὸ τῆς ξανθῆς ἀδικεῖται χολῆς. οὔτε γὰρ ἔτι τὸ τῶν οἴνων εὔχυμον καὶ τρό‐ φιμον ἔχουσιν οἱ τοιοῦτοι καὶ ἀηδεῖς ὄντες αὐτῷ τούτῳ τὸν</w:t>
      </w:r>
    </w:p>
    <w:p>
      <w:r>
        <w:rPr>
          <w:rFonts w:ascii="Courier New" w:hAnsi="Courier New"/>
          <w:color w:val="555555"/>
          <w:sz w:val="20"/>
        </w:rPr>
        <w:t>[15]</w:t>
      </w:r>
    </w:p>
    <w:p>
      <w:r>
        <w:rPr>
          <w:rFonts w:ascii="Gentium Plus" w:hAnsi="Gentium Plus"/>
          <w:sz w:val="24"/>
        </w:rPr>
        <w:t>στόμαχον ἀνιῶσιν. ἄριστοι τοίνυν εἰσὶν ὅσοι τῶν οἴνων αὐστηροὶ τὴν φύσιν ὄντες αἰσθητὴν μὲν οὐκέτι τὴν στύψιν ἔχουσι διὰ τὴν παλαιότητα, σαφῆ δ’ ἱκανῶς τὴν θερμασίαν.</w:t>
      </w:r>
    </w:p>
    <w:p>
      <w:r>
        <w:rPr>
          <w:rFonts w:ascii="Courier New" w:hAnsi="Courier New"/>
          <w:color w:val="555555"/>
          <w:sz w:val="20"/>
        </w:rPr>
        <w:t>[10 . 831]</w:t>
      </w:r>
    </w:p>
    <w:p>
      <w:r>
        <w:rPr>
          <w:rFonts w:ascii="Gentium Plus" w:hAnsi="Gentium Plus"/>
          <w:sz w:val="24"/>
        </w:rPr>
        <w:t>πικρόχολος, ἡδέως τε λαμβανόμενοι καὶ πέψει καὶ ἀναδόσει συνεργοῦντες καὶ τὴν κακίαν τοῦ χυμοῦ πραΰνοντες καὶ θερ‐ μὴν τὴν ἕξιν ἐργαζόμενοι καὶ ῥωννύντες τὸν στόμαχον. ἄρι‐ στοι δ’ εἰσὶ τῶν τοιούτων οἴνων Σουῤῥεντῖνος, Σιγνῖνος,</w:t>
      </w:r>
    </w:p>
    <w:p>
      <w:r>
        <w:rPr>
          <w:rFonts w:ascii="Courier New" w:hAnsi="Courier New"/>
          <w:color w:val="555555"/>
          <w:sz w:val="20"/>
        </w:rPr>
        <w:t>[5]</w:t>
      </w:r>
    </w:p>
    <w:p>
      <w:r>
        <w:rPr>
          <w:rFonts w:ascii="Gentium Plus" w:hAnsi="Gentium Plus"/>
          <w:sz w:val="24"/>
        </w:rPr>
        <w:t>Σαβῖνος, Τιβουρτῖνος, Μάρσος, Ἰταλιῶται πάντες οὗτοι, στύφοντες μὲν, ἀλλ’ οὐχ ὁμοίως ἅπαντες. ὁ μὲν γὰρ Σουῤῥεν‐ τῖνος μετρίως τε στύφει καὶ θερμότερος τῶν ἄλλων καὶ ἡδίων ἐστίν. ἐφεξῆς δ’ ὁ Τιβουρτῖνος ὁ εὐγενής· ἔστι γάρ τις καὶ ἄλλος Τιβουρτῖνος ἄτονος ὁμοίως Σαβίνῳ, βραχείας μετέχων</w:t>
      </w:r>
    </w:p>
    <w:p>
      <w:r>
        <w:rPr>
          <w:rFonts w:ascii="Courier New" w:hAnsi="Courier New"/>
          <w:color w:val="555555"/>
          <w:sz w:val="20"/>
        </w:rPr>
        <w:t>[10]</w:t>
      </w:r>
    </w:p>
    <w:p>
      <w:r>
        <w:rPr>
          <w:rFonts w:ascii="Gentium Plus" w:hAnsi="Gentium Plus"/>
          <w:sz w:val="24"/>
        </w:rPr>
        <w:t>στύψεως. ὁ δὲ Σιγνῖνος αὐστηρότερος· καὶ τούτου πολὺ μᾶλ‐ λον ὁ Μάρσος. πάντες οὗτοι χρηστοὶ πικροχόλῳ στομάχῳ. καὶ διὰ τοῦτ’ αὐτοῖς χρηστέον, ὅταν γ’ ἤτοι ὑπὸ καυσωδῶν πυρετῶν ἀδικηθεὶς ἐπιφέρῃ συγκοπὴν, ἢ καὶ ἄλλως πολλῆς εἰς αὐτὸν ἤτοι ῥυείσης ἢ ἀναποθείσης χολῆς. οἷς μέντοι δι’</w:t>
      </w:r>
    </w:p>
    <w:p>
      <w:r>
        <w:rPr>
          <w:rFonts w:ascii="Courier New" w:hAnsi="Courier New"/>
          <w:color w:val="555555"/>
          <w:sz w:val="20"/>
        </w:rPr>
        <w:t>[15]</w:t>
      </w:r>
    </w:p>
    <w:p>
      <w:r>
        <w:rPr>
          <w:rFonts w:ascii="Gentium Plus" w:hAnsi="Gentium Plus"/>
          <w:sz w:val="24"/>
        </w:rPr>
        <w:t>ὠμοὺς χυμοὺς ὁ κίνδυνος τῆς συγκοπῆς, ὁ Φαλερῖνος ἀμείνων τῶν εἰρημένων εἰς τοσοῦτον εἰς ὅσον εὐχυμότερός τέ ἐστι καὶ</w:t>
      </w:r>
    </w:p>
    <w:p>
      <w:r>
        <w:rPr>
          <w:rFonts w:ascii="Courier New" w:hAnsi="Courier New"/>
          <w:color w:val="555555"/>
          <w:sz w:val="20"/>
        </w:rPr>
        <w:t>[10 . 832]</w:t>
      </w:r>
    </w:p>
    <w:p>
      <w:r>
        <w:rPr>
          <w:rFonts w:ascii="Gentium Plus" w:hAnsi="Gentium Plus"/>
          <w:sz w:val="24"/>
        </w:rPr>
        <w:t>τῶν ὠμῶν χυμῶν συνεργήσει. τῶν δ’ εἰρημένων ἕκαστος ὁ μὲν μᾶλλον, ὁ δ’ ἧττον, ἅπαντες δ’ οὖν Φαλερῖνοι τονοῦσι μᾶλλον τὸν στόμαχον. ἐπεὶ δὲ καὶ αὐτῶν τῶν Φαλερίνων ὁ μέν τις ἱκανός ἐστι γλυκὺς, ὃν ὀνομάζουσι Φαυστῖνον, ὁ δ’</w:t>
      </w:r>
    </w:p>
    <w:p>
      <w:r>
        <w:rPr>
          <w:rFonts w:ascii="Courier New" w:hAnsi="Courier New"/>
          <w:color w:val="555555"/>
          <w:sz w:val="20"/>
        </w:rPr>
        <w:t>[5]</w:t>
      </w:r>
    </w:p>
    <w:p>
      <w:r>
        <w:rPr>
          <w:rFonts w:ascii="Gentium Plus" w:hAnsi="Gentium Plus"/>
          <w:sz w:val="24"/>
        </w:rPr>
        <w:t>ὡς μὲν πρὸς ἐκεῖνον αὐστηρὸς, ὡς δὲ πρὸς τὸν Σιγνῖνόν τε καὶ Μάρσον γλυκὺς, ἐκλεκτέον εἰς τὰ τοιαῦτα τὸν δεύτερον. εἰ δ’ ὁ κάμνων εἴθιστο χρῆσθαι περὶ τὸν τῆς ὑγείας χρόνον οἴνοις γλυκέσιν, οὐδὲν κωλύει τούτῳ δοῦναι τὸν γλυκύτερον Φαλερῖνον. ἐπὶ μέντοι τῆς Ἀσίας καὶ τῆς Ἑλλάδος, ὅσα</w:t>
      </w:r>
    </w:p>
    <w:p>
      <w:r>
        <w:rPr>
          <w:rFonts w:ascii="Courier New" w:hAnsi="Courier New"/>
          <w:color w:val="555555"/>
          <w:sz w:val="20"/>
        </w:rPr>
        <w:t>[10]</w:t>
      </w:r>
    </w:p>
    <w:p>
      <w:r>
        <w:rPr>
          <w:rFonts w:ascii="Gentium Plus" w:hAnsi="Gentium Plus"/>
          <w:sz w:val="24"/>
        </w:rPr>
        <w:t>τε τούτοις ἔθνη γειτνιᾷ, μὴ παρόντων τῶν εἰρημένων οἴνων, ἔσθ’ ὅτε κάλλιστος πρὸς ἀνάδοσιν τῶν ἐν ἐκείνοις τοῖς χω‐ ρίοις εὐπορουμένων οἴνων ὁ Ἀρουίσιός τε καὶ ὁ Λέσβιος· ὁ μὲν οὖν Λέσβιος εὔδηλός ἐστι κᾀκ τῆς προσηγορίας ἐν Λέσβῳ γινόμενος, ὁ δ’ Ἀρουίσιος ἐν χωρίοις τισὶ τῆς</w:t>
      </w:r>
    </w:p>
    <w:p>
      <w:r>
        <w:rPr>
          <w:rFonts w:ascii="Courier New" w:hAnsi="Courier New"/>
          <w:color w:val="555555"/>
          <w:sz w:val="20"/>
        </w:rPr>
        <w:t>[15]</w:t>
      </w:r>
    </w:p>
    <w:p>
      <w:r>
        <w:rPr>
          <w:rFonts w:ascii="Gentium Plus" w:hAnsi="Gentium Plus"/>
          <w:sz w:val="24"/>
        </w:rPr>
        <w:t>Χίου γεωργεῖται. τριῶν δὲ οὐσῶν ἐν Λέσβῳ πόλεων, ἧττον μὲν εὐώδης καὶ γλυκὺς ἐν Μιτυλήνῃ γεννᾶται, μᾶλλον δ’ εὐώδης καὶ γλυκὺς ἐν Ἐρεσσῷ, κᾄπειτα ἐν Μηθύμνῃ. λαμ‐</w:t>
      </w:r>
    </w:p>
    <w:p>
      <w:r>
        <w:rPr>
          <w:rFonts w:ascii="Courier New" w:hAnsi="Courier New"/>
          <w:color w:val="555555"/>
          <w:sz w:val="20"/>
        </w:rPr>
        <w:t>[10 . 833]</w:t>
      </w:r>
    </w:p>
    <w:p>
      <w:r>
        <w:rPr>
          <w:rFonts w:ascii="Gentium Plus" w:hAnsi="Gentium Plus"/>
          <w:sz w:val="24"/>
        </w:rPr>
        <w:t>μικται θάλασσα, μεγίστην βλάβην ἡγουμένους ἐφ’ ὧν μέμι‐ κται γενήσεσθαι. οὐ μὴν οὐδὲ εἰώθασι τοῖς εὐγενέσιν οἴνοις, ὑπὲρ ὧν ὁ λόγος ἐστὶ, μιγνύναι τῆς θαλάσσης ἐν Λέσβῳ, κα‐ θάπερ οὐδ’ ἐν Χίῳ τῷ Ἀρουισίῳ. γεννᾶται δὲ καὶ κατὰ τὴν</w:t>
      </w:r>
    </w:p>
    <w:p>
      <w:r>
        <w:rPr>
          <w:rFonts w:ascii="Courier New" w:hAnsi="Courier New"/>
          <w:color w:val="555555"/>
          <w:sz w:val="20"/>
        </w:rPr>
        <w:t>[5]</w:t>
      </w:r>
    </w:p>
    <w:p>
      <w:r>
        <w:rPr>
          <w:rFonts w:ascii="Gentium Plus" w:hAnsi="Gentium Plus"/>
          <w:sz w:val="24"/>
        </w:rPr>
        <w:t>Ἑλλησποντιακὴν Μυσίαν οἶνος ὅμοιος τῷ Σουῤῥεντίνῳ, Μύσιος ὀνομαζόμενος κατ’ ἐξοχήν. οὗτοι πάντες οἱ οἶνοι κιῤῥοὶ καὶ θερμοὶ καὶ εὐώδεις εἰσὶ καὶ τῇ συστάσει μέσοι τῶν θ’ ὑδατωδῶν καὶ τῶν παχέων. ὑδατώδεις μὲν οὖν εἰσι τὴν σύστασιν ὅ τε Ἀδριανὸς καὶ Σαβῖνος καὶ Ἀλβανὸς καὶ Γαυ‐</w:t>
      </w:r>
    </w:p>
    <w:p>
      <w:r>
        <w:rPr>
          <w:rFonts w:ascii="Courier New" w:hAnsi="Courier New"/>
          <w:color w:val="555555"/>
          <w:sz w:val="20"/>
        </w:rPr>
        <w:t>[10]</w:t>
      </w:r>
    </w:p>
    <w:p>
      <w:r>
        <w:rPr>
          <w:rFonts w:ascii="Gentium Plus" w:hAnsi="Gentium Plus"/>
          <w:sz w:val="24"/>
        </w:rPr>
        <w:t>ριανὸς καὶ Θοῦσκος, ὅ τε Νεαπολίτης ὁ Ἀμιναῖος, ἐν τοῖς περὶ Νεάπολιν χωρίοις γενόμενος· ὥστε καὶ ὀνομάζουσιν οὕτως αὐτόν. ἐπὶ δὲ τῆς Ἀσίας ὅ τε Τιβηκῖνος καὶ ὁ Τιτα‐ καζηνὸς καὶ τρίτος μετ’ αὐτοὺς ὁ Ἀρσυϊνός. ἔμπαλιν δὲ παχεῖς οἶνοι, καθάπερ τὸ σίραιον, ὃ παρ’ ἡμῖν ὀνομάζουσιν</w:t>
      </w:r>
    </w:p>
    <w:p>
      <w:r>
        <w:rPr>
          <w:rFonts w:ascii="Courier New" w:hAnsi="Courier New"/>
          <w:color w:val="555555"/>
          <w:sz w:val="20"/>
        </w:rPr>
        <w:t>[15]</w:t>
      </w:r>
    </w:p>
    <w:p>
      <w:r>
        <w:rPr>
          <w:rFonts w:ascii="Gentium Plus" w:hAnsi="Gentium Plus"/>
          <w:sz w:val="24"/>
        </w:rPr>
        <w:t>ἕψημα, ὁ Σκυβελλίτης καὶ ὁ Θηραῖος καὶ Ἀλβάτης· ἐπὶ δὲ τῆς Ἀσίας Αἰγεάτης τε καὶ Περπερῖνος. ἐφ’ ὧν οὖν διὰ πλῆθος ὠμῶν χυμῶν ἡ συγκοπὴ γίγνεται, τοὺς</w:t>
      </w:r>
    </w:p>
    <w:p>
      <w:r>
        <w:rPr>
          <w:rFonts w:ascii="Courier New" w:hAnsi="Courier New"/>
          <w:color w:val="555555"/>
          <w:sz w:val="20"/>
        </w:rPr>
        <w:t>[10 . 834]</w:t>
      </w:r>
    </w:p>
    <w:p>
      <w:r>
        <w:rPr>
          <w:rFonts w:ascii="Gentium Plus" w:hAnsi="Gentium Plus"/>
          <w:sz w:val="24"/>
        </w:rPr>
        <w:t>ἀπράκτους· αἱρετέον δὲ τοὺς μέσους αὐτῶν κιῤῥοὺς, ὡς εἴρη‐ ται, καὶ θερμοὺς ὄντας. οὐδὲ γὰρ ἂν εὕροις οὐδένα τῶν λευ‐ κῶν οἴνων θερμὸν, ὅπου γε καὶ οἱ αὐστηροὶ καὶ μετρίως λευκοὶ παλαιούμενοι κιῤῥότεροί πως γίνονται. εἰ δ’ ἄλλως</w:t>
      </w:r>
    </w:p>
    <w:p>
      <w:r>
        <w:rPr>
          <w:rFonts w:ascii="Courier New" w:hAnsi="Courier New"/>
          <w:color w:val="555555"/>
          <w:sz w:val="20"/>
        </w:rPr>
        <w:t>[5]</w:t>
      </w:r>
    </w:p>
    <w:p>
      <w:r>
        <w:rPr>
          <w:rFonts w:ascii="Gentium Plus" w:hAnsi="Gentium Plus"/>
          <w:sz w:val="24"/>
        </w:rPr>
        <w:t>ἐθέλεις ὀνομάζειν τὸ κιῤῥὸν χρῶμα, δύναιο ἂν λέγειν πυῤῥὸν ἢ ὠχρόν. ὅσοι δ’ ἐν αὐτοῖς εἰσι θερμότατοι, ξανθοὶ πάντες εἰσίν· ὁποῖος καὶ ὁ Καίκουβος ἐπὶ τῆς Ἰταλίας. ὃς οὐχ ἕν τι γένος ἐστὶν οἴνου τοιούτου ἐξ ἀρχῆς, ὡς ἔνιοι νομίζουσιν, ἀλλ’ ὑπὸ παλαιότητος εἰς τοῦθ’ ἥκων, ὡς πυῤῥὰν ἔχειν</w:t>
      </w:r>
    </w:p>
    <w:p>
      <w:r>
        <w:rPr>
          <w:rFonts w:ascii="Courier New" w:hAnsi="Courier New"/>
          <w:color w:val="555555"/>
          <w:sz w:val="20"/>
        </w:rPr>
        <w:t>[10]</w:t>
      </w:r>
    </w:p>
    <w:p>
      <w:r>
        <w:rPr>
          <w:rFonts w:ascii="Gentium Plus" w:hAnsi="Gentium Plus"/>
          <w:sz w:val="24"/>
        </w:rPr>
        <w:t>χρόαν, ὅθεν περ καὶ τοὔνομα αὐτῷ· ἥκουσι δ’ οὐ πάντες εἰς τοῦτο φθάνοντες παχύνεσθαι, πρὶν ἐν τῷ διαυγεῖ τὸ ξανθὸν λαβεῖν χρῶμα. τῶν δ’ ἄλλων οἴνων τῶν αὐστηρῶν ὅσοι μετρίως λευκοὶ καὶ παχεῖς, οὐδεὶς ἐπιτήδειος εἰς ἀνάδοσιν· εἰ μέντοι παλαιωθεῖεν ἱκανῶς, χρήσαιτ’ ἄν τις αὐτοῖς ἑτέρων</w:t>
      </w:r>
    </w:p>
    <w:p>
      <w:r>
        <w:rPr>
          <w:rFonts w:ascii="Courier New" w:hAnsi="Courier New"/>
          <w:color w:val="555555"/>
          <w:sz w:val="20"/>
        </w:rPr>
        <w:t>[15]</w:t>
      </w:r>
    </w:p>
    <w:p>
      <w:r>
        <w:rPr>
          <w:rFonts w:ascii="Gentium Plus" w:hAnsi="Gentium Plus"/>
          <w:sz w:val="24"/>
        </w:rPr>
        <w:t>μὴ παρόντων· εὐστόμαχοι δ’ εἰσὶν οἱ τοιοῦτοι πάντες πα‐ λαιούμενοι. ὅπως δὲ καὶ τούτων ἔχοις τι παράδειγμα, τοῦ τ’</w:t>
      </w:r>
    </w:p>
    <w:p>
      <w:r>
        <w:rPr>
          <w:rFonts w:ascii="Courier New" w:hAnsi="Courier New"/>
          <w:color w:val="555555"/>
          <w:sz w:val="20"/>
        </w:rPr>
        <w:t>[10 . 835]</w:t>
      </w:r>
    </w:p>
    <w:p>
      <w:r>
        <w:rPr>
          <w:rFonts w:ascii="Gentium Plus" w:hAnsi="Gentium Plus"/>
          <w:sz w:val="24"/>
        </w:rPr>
        <w:t>ρίμου καὶ τοῦ Σικελοῦ τοῦ Ἀμιναίου τοῦ ἐν τοῖς μεγάλοις κεραμείοις· ὁ γὰρ ἐν τοῖς μικροῖς λαγυνίοις ἐναντιώτατος τῷδε, κακοστόμαχος ἅμα καὶ κεφαλαλγὴς ὑπάρχων. πειρᾶ‐ σθαι μὲν οὖν ἀεὶ τὸν ἄριστον αἱρεῖσθαι· μὴ παρόντος δὲ τὸν</w:t>
      </w:r>
    </w:p>
    <w:p>
      <w:r>
        <w:rPr>
          <w:rFonts w:ascii="Courier New" w:hAnsi="Courier New"/>
          <w:color w:val="555555"/>
          <w:sz w:val="20"/>
        </w:rPr>
        <w:t>[5]</w:t>
      </w:r>
    </w:p>
    <w:p>
      <w:r>
        <w:rPr>
          <w:rFonts w:ascii="Gentium Plus" w:hAnsi="Gentium Plus"/>
          <w:sz w:val="24"/>
        </w:rPr>
        <w:t>ὁμοιότατον ἐκείνῳ κατὰ τὰ λελεγμένα γνωρίσματα. κάλλι‐ στοι γοῦν εἰς ἀνάδοσιν ὅ τ’ Ἀρουίσιός ἐστι καὶ ὁ Λέσβιος· ἀλλ’ εἰ μὴ παρεῖεν, ἐν Ἀσίᾳ δὲ εἴημεν, ἤτοι τὸν Ἀφροδι‐ σιαῖον ληπτέον ἢ τὸν αὐστηρὸν Τμωλίτην ἤ τινα τῶν ὁμοίων αὐτοῖς, κιῤῥὸν τῇ χρόᾳ καὶ θερμαίνοντα σαφῶς, εἰ ποθείη</w:t>
      </w:r>
    </w:p>
    <w:p>
      <w:r>
        <w:rPr>
          <w:rFonts w:ascii="Courier New" w:hAnsi="Courier New"/>
          <w:color w:val="555555"/>
          <w:sz w:val="20"/>
        </w:rPr>
        <w:t>[10]</w:t>
      </w:r>
    </w:p>
    <w:p>
      <w:r>
        <w:rPr>
          <w:rFonts w:ascii="Gentium Plus" w:hAnsi="Gentium Plus"/>
          <w:sz w:val="24"/>
        </w:rPr>
        <w:t>παραχρῆμα. ἐπισκέπτεσθαι δὲ χρὴ πρὸ πάντων ὁποία τις ἡ τοῦ κάμνοντός ἐστι φύσις. εἰ μὲν γὰρ ἀσθενὴς τὴν κεφαλὴν εἴη καὶ ῥᾳδίως ὑπὸ τῶν θερμῶν οἴνων πληρούμενος, ἐπὶ τοὺς ἧττον θερμοὺς ἔρχεσθαι μᾶλλον χρή· εἰ δ’ ἰσχυρὸς τὴν κεφαλὴν ᾖ καὶ χαίρων οἴνοις τοῖς τοιούτοις ἢ εἰθισμένος</w:t>
      </w:r>
    </w:p>
    <w:p>
      <w:r>
        <w:rPr>
          <w:rFonts w:ascii="Courier New" w:hAnsi="Courier New"/>
          <w:color w:val="555555"/>
          <w:sz w:val="20"/>
        </w:rPr>
        <w:t>[15]</w:t>
      </w:r>
    </w:p>
    <w:p>
      <w:r>
        <w:rPr>
          <w:rFonts w:ascii="Gentium Plus" w:hAnsi="Gentium Plus"/>
          <w:sz w:val="24"/>
        </w:rPr>
        <w:t>ἀλύπως φέρειν, χρηστέον αὐτοῖς θαῤῥούντως. κεφαλαλγεῖς δέ εἰσιν ὅσον ἐφ’ ἑαυτοῖς οἶνοι πάντες οἱ εὐώδεις καὶ κιῤῥοί· διὰ τοῦτο καὶ ὁ Φαλερῖνος καὶ ὁ Τμωλίτης καὶ ὁ Λέσβιος</w:t>
      </w:r>
    </w:p>
    <w:p>
      <w:r>
        <w:rPr>
          <w:rFonts w:ascii="Courier New" w:hAnsi="Courier New"/>
          <w:color w:val="555555"/>
          <w:sz w:val="20"/>
        </w:rPr>
        <w:t>[10 . 836]</w:t>
      </w:r>
    </w:p>
    <w:p>
      <w:r>
        <w:rPr>
          <w:rFonts w:ascii="Gentium Plus" w:hAnsi="Gentium Plus"/>
          <w:sz w:val="24"/>
        </w:rPr>
        <w:t>εἴρηται διαφορὰ, τοιαύτη κᾀν τοῖς Τμωλίταις· ὁ μὲν γὰρ ἕτερος ἱκανῶς γλυκὺς, ὁ δὲ ἕτερος αὐστηρὸς, ὡς ἐκείνῳ περιβάλλειν· θερμοὶ δ’ ἱκανῶς ἀμφότεροι καὶ διὰ τοῦτο κεφαλαλγεῖς. οἱ δὲ αὐστηροὶ τήν τε γαστέρα ῥωννύουσι</w:t>
      </w:r>
    </w:p>
    <w:p>
      <w:r>
        <w:rPr>
          <w:rFonts w:ascii="Courier New" w:hAnsi="Courier New"/>
          <w:color w:val="555555"/>
          <w:sz w:val="20"/>
        </w:rPr>
        <w:t>[5]</w:t>
      </w:r>
    </w:p>
    <w:p>
      <w:r>
        <w:rPr>
          <w:rFonts w:ascii="Gentium Plus" w:hAnsi="Gentium Plus"/>
          <w:sz w:val="24"/>
        </w:rPr>
        <w:t>καὶ ἄλυποι τῇ κεφαλῇ πάντων οἴνων μάλιστ’ εἰσίν· εἰς ἀνάδοσιν δὲ οὐχ ὁρμῶσιν· ὥστε σοι φευκτέον αὐτοὺς ἐπὶ τῶν συγκοπτομένων οὐδὲν ἧττον ὕδατος. ἐπιτήδειος δὲ εἰς ἀνάδοσιν καὶ ὁ Ἱπποδαμάντειος παλαιωθεὶς ἐκ τῆς ἰδέας ἂν τοῦ τε Φαλερίνου γλυκέος καὶ τοῦ Τμωλίτου·</w:t>
      </w:r>
    </w:p>
    <w:p>
      <w:r>
        <w:rPr>
          <w:rFonts w:ascii="Courier New" w:hAnsi="Courier New"/>
          <w:color w:val="555555"/>
          <w:sz w:val="20"/>
        </w:rPr>
        <w:t>[10]</w:t>
      </w:r>
    </w:p>
    <w:p>
      <w:r>
        <w:rPr>
          <w:rFonts w:ascii="Gentium Plus" w:hAnsi="Gentium Plus"/>
          <w:sz w:val="24"/>
        </w:rPr>
        <w:t>πρόσεστι δὲ αὐτῷ στύψις σαφὴς, ἥπερ ἐκείνων οὐδετέρῳ, καὶ διὰ τοῦτό ἐστιν εὐστομαχώτερος. ἀποροῦντι δέ σοι τῶν οἰκείων οἴνων ἐν ἑκατέρᾳ τῇ συγκοπῇ, λέγω δὲ τῇ τε διὰ πλῆθος ὠμῶν καὶ τῇ διὰ χολὴν, ἀναγκαζομένῳ τε πάντως οἴνῳ χρήσασθαι, φευκτέοι μὲν, ὡς εἴρηται, πάντες οἱ αὐστη‐</w:t>
      </w:r>
    </w:p>
    <w:p>
      <w:r>
        <w:rPr>
          <w:rFonts w:ascii="Courier New" w:hAnsi="Courier New"/>
          <w:color w:val="555555"/>
          <w:sz w:val="20"/>
        </w:rPr>
        <w:t>[15]</w:t>
      </w:r>
    </w:p>
    <w:p>
      <w:r>
        <w:rPr>
          <w:rFonts w:ascii="Gentium Plus" w:hAnsi="Gentium Plus"/>
          <w:sz w:val="24"/>
        </w:rPr>
        <w:t>ροὶ καὶ νέοι· φευκτέοι δὲ καὶ οἱ παχεῖς· αἱρετέοι δὲ οἱ ὑδατώδεις καὶ μᾶλλον εἰ παλαιοὶ τύχοιεν ὄντες· οὐ θερμαί‐ νουσι μὲν γὰρ ἱκανῶς οἱ τοιοῦτοι, ῥᾳδίως δὲ ἀνα‐</w:t>
      </w:r>
    </w:p>
    <w:p>
      <w:r>
        <w:rPr>
          <w:rFonts w:ascii="Courier New" w:hAnsi="Courier New"/>
          <w:color w:val="555555"/>
          <w:sz w:val="20"/>
        </w:rPr>
        <w:t>[10 . 837]</w:t>
      </w:r>
    </w:p>
    <w:p>
      <w:r>
        <w:rPr>
          <w:rFonts w:ascii="Gentium Plus" w:hAnsi="Gentium Plus"/>
          <w:sz w:val="24"/>
        </w:rPr>
        <w:t>τοιούτοις οἴνοις πρὸς τοὺς κιῤῥοὺς ὄντος, ἡ διαφορὰ γέ‐ νηται ἂν ἐν τοῖσδε· πέψει μὲν τῇ κατὰ τὴν γαστέρα καὶ φλέβας οἱ κιῤῥοὶ συναίρονται μᾶλλον, ὅτι καὶ μᾶλλον θερ‐ μαίνουσιν, ἐπικεραστικοὶ δ’ εἰσὶ καὶ θρεπτικοί· καὶ διὰ</w:t>
      </w:r>
    </w:p>
    <w:p>
      <w:r>
        <w:rPr>
          <w:rFonts w:ascii="Courier New" w:hAnsi="Courier New"/>
          <w:color w:val="555555"/>
          <w:sz w:val="20"/>
        </w:rPr>
        <w:t>[5]</w:t>
      </w:r>
    </w:p>
    <w:p>
      <w:r>
        <w:rPr>
          <w:rFonts w:ascii="Gentium Plus" w:hAnsi="Gentium Plus"/>
          <w:sz w:val="24"/>
        </w:rPr>
        <w:t>τοῦτο καὶ ταῖς εὐχυμίαις συντελοῦσιν. ὧν οὐδὲν ὑπάρχει τοῖς ὑδατώδεσιν, ἥκιστα γὰρ ἐκ τῆς τούτων οὐσίας ὁμοιοῦ‐ ταί τι τῷ αἵματι. πληττόντων δὲ τῶν κιῤῥῶν τὴν κεφαλὴν, ἀλυπότατοι πεφύκασιν οἱ ὑδατώδεις· οὐρητικοὶ δέ εἰσιν ἁπάντων οἴνων μάλιστα. δεύτεροι δ’ ἐπ’ αὐτοῖς, ὅσοι λε‐</w:t>
      </w:r>
    </w:p>
    <w:p>
      <w:r>
        <w:rPr>
          <w:rFonts w:ascii="Courier New" w:hAnsi="Courier New"/>
          <w:color w:val="555555"/>
          <w:sz w:val="20"/>
        </w:rPr>
        <w:t>[10]</w:t>
      </w:r>
    </w:p>
    <w:p>
      <w:r>
        <w:rPr>
          <w:rFonts w:ascii="Gentium Plus" w:hAnsi="Gentium Plus"/>
          <w:sz w:val="24"/>
        </w:rPr>
        <w:t>πτότατοι τῶν κιῤῥῶν· οὓς μάλιστ’ ἄν τις εἰς συγκοπὰς αἱροῖτο. βραδυπορώτεροι δὲ τούτων οἱ κιῤῥοὶ καὶ παχεῖς· ἀλλ’ ὅμως τῶν αὐστηρῶν ἁπάντων ποριμώτεροι. τρέφουσι δὲ μᾶλλον τῶν λεπτῶν, κακοχυμίαν τε τάχιστα πάντων τῶν οἴνων ἐπανορθοῦνται, χρηστὸν αἷμα γεννῶντες. ἐπ’ ἀρχὴν</w:t>
      </w:r>
    </w:p>
    <w:p>
      <w:r>
        <w:rPr>
          <w:rFonts w:ascii="Courier New" w:hAnsi="Courier New"/>
          <w:color w:val="555555"/>
          <w:sz w:val="20"/>
        </w:rPr>
        <w:t>[15]</w:t>
      </w:r>
    </w:p>
    <w:p>
      <w:r>
        <w:rPr>
          <w:rFonts w:ascii="Gentium Plus" w:hAnsi="Gentium Plus"/>
          <w:sz w:val="24"/>
        </w:rPr>
        <w:t>οὖν αὖθις ἐπαναγάγωμεν τὸν λόγον. Ὅτι μὲν οὖν ἡ συγκοπὴ κατάπτωσίς ἐστιν</w:t>
      </w:r>
    </w:p>
    <w:p>
      <w:r>
        <w:rPr>
          <w:rFonts w:ascii="Courier New" w:hAnsi="Courier New"/>
          <w:color w:val="555555"/>
          <w:sz w:val="20"/>
        </w:rPr>
        <w:t>[10 . 838]</w:t>
      </w:r>
    </w:p>
    <w:p>
      <w:r>
        <w:rPr>
          <w:rFonts w:ascii="Gentium Plus" w:hAnsi="Gentium Plus"/>
          <w:sz w:val="24"/>
        </w:rPr>
        <w:t>διοικουσῶν ἡμᾶς δυνάμεων ἔν τε τῷ πνεύματι καὶ τῇ τῶν στερεῶν σωμάτων ἐστὶ κράσει, ταῦθ’ ἡμῖν φυλακτέον ἐστὶ παρόντα καὶ ἀνασωστέον διαφθειρόμενα. πῶς μὲν οὖν χρὴ φυλάττειν αὐτὰ κατὰ τὸν τῆς ὑγείας χρόνον, ἐν τοῖς ὑγιεινοῖς</w:t>
      </w:r>
    </w:p>
    <w:p>
      <w:r>
        <w:rPr>
          <w:rFonts w:ascii="Courier New" w:hAnsi="Courier New"/>
          <w:color w:val="555555"/>
          <w:sz w:val="20"/>
        </w:rPr>
        <w:t>[5]</w:t>
      </w:r>
    </w:p>
    <w:p>
      <w:r>
        <w:rPr>
          <w:rFonts w:ascii="Gentium Plus" w:hAnsi="Gentium Plus"/>
          <w:sz w:val="24"/>
        </w:rPr>
        <w:t>δεδήλωται· πῶς δὲ ἐν ταῖς νόσοις, εἴρηται μὲν ἤδη καὶ διὰ τῶν ἔμπροσθεν ὑπομνημάτων, εἰρήσεται δὲ καὶ νῦν. οὐ μὴν ἤδη γέ πω τὸ σύμπαν εἰς πρέπουσαν ἥκει σύνοψιν, οὐδὲ τοι‐ αύτην ἔχει μέθοδον οἵαν τἄλλα τὰ πρότερα. ὅπερ οὖν ἐνδεῖ, προσθεῖναι καιρός. τὴν τοῦ πνεύματος οὐσίαν ἅμα τοῖς</w:t>
      </w:r>
    </w:p>
    <w:p>
      <w:r>
        <w:rPr>
          <w:rFonts w:ascii="Courier New" w:hAnsi="Courier New"/>
          <w:color w:val="555555"/>
          <w:sz w:val="20"/>
        </w:rPr>
        <w:t>[10]</w:t>
      </w:r>
    </w:p>
    <w:p>
      <w:r>
        <w:rPr>
          <w:rFonts w:ascii="Gentium Plus" w:hAnsi="Gentium Plus"/>
          <w:sz w:val="24"/>
        </w:rPr>
        <w:t>στερεοῖς σώμασι φυλακτέον ἡμῖν ἐστιν ἐν ταῖς νόσοις, ὥστε καὶ τῇ ποιότητι καὶ τῇ ποσότητι καθ’ ὅσον ἐνδέχεται κατὰ φύσιν ἔχειν αὐτά. εἰ μὲν οὖν ἐνεχώρει τοῦ τε μὴ κενοῦσθαί τι τῆς οὐσίας αὐτῶν καὶ τοῦ μηδ’ ὅλως ἀλλοιοῦσθαι προνοή‐ σασθαι, τοῦτο ἂν ἦν ἄριστον. ἐπεὶ δ’ ἐν τοῖς ὑγιεινοῖς ὑπο‐</w:t>
      </w:r>
    </w:p>
    <w:p>
      <w:r>
        <w:rPr>
          <w:rFonts w:ascii="Courier New" w:hAnsi="Courier New"/>
          <w:color w:val="555555"/>
          <w:sz w:val="20"/>
        </w:rPr>
        <w:t>[15]</w:t>
      </w:r>
    </w:p>
    <w:p>
      <w:r>
        <w:rPr>
          <w:rFonts w:ascii="Gentium Plus" w:hAnsi="Gentium Plus"/>
          <w:sz w:val="24"/>
        </w:rPr>
        <w:t>μνήμασιν ἀδύνατον ἐδείχθη τὸ τοιοῦτον ὑπάρξαι ποτὲ τῷ γεννητῷ σώματι, πειρᾶσθαι χρὴ τὸ μὲν ἐκρέον τῆς οὐσίας</w:t>
      </w:r>
    </w:p>
    <w:p>
      <w:r>
        <w:rPr>
          <w:rFonts w:ascii="Courier New" w:hAnsi="Courier New"/>
          <w:color w:val="555555"/>
          <w:sz w:val="20"/>
        </w:rPr>
        <w:t>[10 . 839]</w:t>
      </w:r>
    </w:p>
    <w:p>
      <w:r>
        <w:rPr>
          <w:rFonts w:ascii="Gentium Plus" w:hAnsi="Gentium Plus"/>
          <w:sz w:val="24"/>
        </w:rPr>
        <w:t>σίαν ἐπανάγειν δι’ ἐναντίας ἀλλοιώσεως. εἰ μὲν οὖν ἥ τε κένωσις ἥ τε ἀλλοίωσις γίγνοιτο κατὰ βραχὺ, καὶ ἡ ἐπανόρ‐ θωσις ἀμφοῖν ἔσται κατὰ βραχύ· καὶ τοῦτ’ ἐστὶν ἔργον, ὡς ἐδείχθη, τῆς ὑγιεινῆς τέχνης. εἰ δὲ καὶ ἀθρόως καὶ κατὰ με‐</w:t>
      </w:r>
    </w:p>
    <w:p>
      <w:r>
        <w:rPr>
          <w:rFonts w:ascii="Courier New" w:hAnsi="Courier New"/>
          <w:color w:val="555555"/>
          <w:sz w:val="20"/>
        </w:rPr>
        <w:t>[5]</w:t>
      </w:r>
    </w:p>
    <w:p>
      <w:r>
        <w:rPr>
          <w:rFonts w:ascii="Gentium Plus" w:hAnsi="Gentium Plus"/>
          <w:sz w:val="24"/>
        </w:rPr>
        <w:t>γάλα μὴ μόνον αἱ κενώσεις, ἀλλὰ καὶ αἱ προσθέσεις ποτὲ γένοιντο, νόσος ἂν οὕτω γε συσταίη, θεραπευτικῆς δὲ ἂν εἰς τὴν ἴασιν αὐτῶν δεοίμεθα μεθόδου. ὥσπερ οὖν τῆς ὑγιεινῆς ἦν ἔργον τὸ κατὰ μικρὰ τὴν εἰς τὸ παρὰ φύσιν ἐκτροπὴν ἐπανορθοῦσθαι, οὕτω τῆς θεραπευτικῆς ἐστι τὸ κατὰ με‐</w:t>
      </w:r>
    </w:p>
    <w:p>
      <w:r>
        <w:rPr>
          <w:rFonts w:ascii="Courier New" w:hAnsi="Courier New"/>
          <w:color w:val="555555"/>
          <w:sz w:val="20"/>
        </w:rPr>
        <w:t>[10]</w:t>
      </w:r>
    </w:p>
    <w:p>
      <w:r>
        <w:rPr>
          <w:rFonts w:ascii="Gentium Plus" w:hAnsi="Gentium Plus"/>
          <w:sz w:val="24"/>
        </w:rPr>
        <w:t>γάλα. τοῦ μὲν δὴ ψυχικοῦ πνεύματος ἐναργῶς ἐδείξαμεν οἷον πηγήν τινα οὖσαν τὸν ἐγκέφαλον, ἀρδομένου καὶ τρεφομένου διά τε τῆς εἰσπνοῆς καὶ τῆς ἐκ τοῦ δικτυοειδοῦς πλέγματος χορηγίας. τοῦ δὲ ζωτικοῦ πνεύματος οὐχ ὁμοίως μὲν ἐναρ‐ γῶς ἡ ἀπόδειξις ἦν, οὐ μὴν ἀπίθανόν γε κατά τε τὴν καρ‐</w:t>
      </w:r>
    </w:p>
    <w:p>
      <w:r>
        <w:rPr>
          <w:rFonts w:ascii="Courier New" w:hAnsi="Courier New"/>
          <w:color w:val="555555"/>
          <w:sz w:val="20"/>
        </w:rPr>
        <w:t>[15]</w:t>
      </w:r>
    </w:p>
    <w:p>
      <w:r>
        <w:rPr>
          <w:rFonts w:ascii="Gentium Plus" w:hAnsi="Gentium Plus"/>
          <w:sz w:val="24"/>
        </w:rPr>
        <w:t>δίαν αὐτὸ καὶ τὰς ἀρτηρίας δοκεῖν περιέχεσθαι, τρεφόμενον καὶ τοῦτο μάλιστα μὲν ἐκ τῆς ἀναπνοῆς, ἤδη δὲ καὶ τοῦ</w:t>
      </w:r>
    </w:p>
    <w:p>
      <w:r>
        <w:rPr>
          <w:rFonts w:ascii="Courier New" w:hAnsi="Courier New"/>
          <w:color w:val="555555"/>
          <w:sz w:val="20"/>
        </w:rPr>
        <w:t>[10 . 840]</w:t>
      </w:r>
    </w:p>
    <w:p>
      <w:r>
        <w:rPr>
          <w:rFonts w:ascii="Gentium Plus" w:hAnsi="Gentium Plus"/>
          <w:sz w:val="24"/>
        </w:rPr>
        <w:t>ἂν καὶ τοῦτο κατά τε τὸ ἧπαρ καὶ τὰς φλέβας. εἴρηται δὲ ἐπὶ πλεῖστον ὑπὲρ οὐσίας δυνάμεων ἐν τοῖς περὶ τῶν Ἱππο‐ κράτους καὶ Πλάτωνος δογμάτων. ἡ δὲ τῶν στερεῶν σωμά‐ των οὐσία δεῖται μὲν δήπου ποσή τις ὑπάρχειν· καὶ</w:t>
      </w:r>
    </w:p>
    <w:p>
      <w:r>
        <w:rPr>
          <w:rFonts w:ascii="Courier New" w:hAnsi="Courier New"/>
          <w:color w:val="555555"/>
          <w:sz w:val="20"/>
        </w:rPr>
        <w:t>[5]</w:t>
      </w:r>
    </w:p>
    <w:p>
      <w:r>
        <w:rPr>
          <w:rFonts w:ascii="Gentium Plus" w:hAnsi="Gentium Plus"/>
          <w:sz w:val="24"/>
        </w:rPr>
        <w:t>διὰ τοῦτο αἱ τροφαὶ διασώζουσι τὸ θνητὸν γένος. οὐ μὴν ἧττον εὐκρασίας χρῄζει τῶν συνθετικῶν αὐτῶν στοιχείων· καὶ λέλεκται πολλάκις ἤδη δι’ ὧν χρὴ φυλάττειν αὐτὴν εὔκρατον. ἀλλ’ ἥ γε κατάπτωσις τῆς δυνάμεως, ὑπὲρ ἧς νῦν πρόκειται λέγειν, ἐπὶ μὲν τῇ στερεῶν οὐσίᾳ διαφορουμένῃ κατά γε τὰ</w:t>
      </w:r>
    </w:p>
    <w:p>
      <w:r>
        <w:rPr>
          <w:rFonts w:ascii="Courier New" w:hAnsi="Courier New"/>
          <w:color w:val="555555"/>
          <w:sz w:val="20"/>
        </w:rPr>
        <w:t>[10]</w:t>
      </w:r>
    </w:p>
    <w:p>
      <w:r>
        <w:rPr>
          <w:rFonts w:ascii="Gentium Plus" w:hAnsi="Gentium Plus"/>
          <w:sz w:val="24"/>
        </w:rPr>
        <w:t>χρονιώτατα νοσήματα γίγνεται πολλάκις, ἀτροφίᾳ λεπτυνθέν‐ τος τοῦ ζώου καὶ τῶν ὀξέων ἐν τοῖς συντηκτικοῖς πυρετοῖς. ἐπὶ δὲ τῇ κράσει μεταβαλλούσῃ θερμανθέντων αὐτῶν ἀμέτρως ἢ ψυχθέντων ἢ ὑγρανθέντων ἢ ξηρανθέντων ἢ κατὰ συζυγίαν τι τούτων παθόντων. ἡ δὲ τοῦ πνεύματος ἀλλοίωσις διά τε</w:t>
      </w:r>
    </w:p>
    <w:p>
      <w:r>
        <w:rPr>
          <w:rFonts w:ascii="Courier New" w:hAnsi="Courier New"/>
          <w:color w:val="555555"/>
          <w:sz w:val="20"/>
        </w:rPr>
        <w:t>[15]</w:t>
      </w:r>
    </w:p>
    <w:p>
      <w:r>
        <w:rPr>
          <w:rFonts w:ascii="Gentium Plus" w:hAnsi="Gentium Plus"/>
          <w:sz w:val="24"/>
        </w:rPr>
        <w:t>μοχθηροὺς γίγνεται χυμοὺς καὶ τὴν τοῦ περιέχοντος ἀέρος κακίαν ἄλλοτε ἐξ ἄλλης αἰτίας εἰς τοῦτ’ ἀχθέντος· ἔτι τε τὰς</w:t>
      </w:r>
    </w:p>
    <w:p>
      <w:r>
        <w:rPr>
          <w:rFonts w:ascii="Courier New" w:hAnsi="Courier New"/>
          <w:color w:val="555555"/>
          <w:sz w:val="20"/>
        </w:rPr>
        <w:t>[10 . 841]</w:t>
      </w:r>
    </w:p>
    <w:p>
      <w:r>
        <w:rPr>
          <w:rFonts w:ascii="Gentium Plus" w:hAnsi="Gentium Plus"/>
          <w:sz w:val="24"/>
        </w:rPr>
        <w:t>ἐξῃρήσθω γε ταῦτα τῆς ἐνεστώσης ὑποθέσεως. ἡ δὲ τῆς οὐσίας τοῦ πνεύματος φθορὰ γενήσεσθαί τε κινδυνεύουσα καὶ ἡ ἤδη γινομένη διά τε πάθος ψυχικὸν καὶ ὀδύνην ἰσχυρὰν καὶ κινήσεις πλείους· ἐξ οὗ γένους ἐστὶ καὶ ἀγρυπνία καὶ</w:t>
      </w:r>
    </w:p>
    <w:p>
      <w:r>
        <w:rPr>
          <w:rFonts w:ascii="Courier New" w:hAnsi="Courier New"/>
          <w:color w:val="555555"/>
          <w:sz w:val="20"/>
        </w:rPr>
        <w:t>[5]</w:t>
      </w:r>
    </w:p>
    <w:p>
      <w:r>
        <w:rPr>
          <w:rFonts w:ascii="Gentium Plus" w:hAnsi="Gentium Plus"/>
          <w:sz w:val="24"/>
        </w:rPr>
        <w:t>προσέτι δι’ ὑπερβάλλουσαν αὐτοῦ λεπτότητα καὶ τῶν περι‐ εχόντων αὐτὸ σωμάτων ἀραίωσιν καὶ δὴ καὶ πρὸ τούτων ἁπάντων δι’ ἐπίσχεσιν τῆς ἀναπνοῆς καὶ τροφῆς ἀπορίαν ἐπανορθώσεως ἀκριβεστέρας δεῖται. τὰ μὲν οὖν πάθη τὰ ψυχικὰ φόβοι τέ εἰσιν ἐξαιφνίδιοι καὶ σφοδροὶ, οὓς ἐκπλήξεις</w:t>
      </w:r>
    </w:p>
    <w:p>
      <w:r>
        <w:rPr>
          <w:rFonts w:ascii="Courier New" w:hAnsi="Courier New"/>
          <w:color w:val="555555"/>
          <w:sz w:val="20"/>
        </w:rPr>
        <w:t>[10]</w:t>
      </w:r>
    </w:p>
    <w:p>
      <w:r>
        <w:rPr>
          <w:rFonts w:ascii="Gentium Plus" w:hAnsi="Gentium Plus"/>
          <w:sz w:val="24"/>
        </w:rPr>
        <w:t>καλοῦσιν· αἵ τ’ ἐναντίαι τοῖς φόβοις ἡδοναὶ μέγισται, καλοῦσι δὲ καὶ ταύτας περιχαρείας. ἴσμεν γὰρ ἐξ ἀμφοῖν ἀποθανόν‐ τας τινάς. ἤδη δὲ καὶ οἱ ἄλλοι φόβοι πάντες οἱ μεγάλοι σὺν ταῖς μεγίσταις ἡδοναῖς εἰ καὶ μὴ ἀπέκτειναν, ἀλλ’ ἔκλυτον ἐργάζονται καὶ ἄτονον τὸ πνεῦμα. καὶ λῦπαι δὲ καὶ ἀγωνίαι</w:t>
      </w:r>
    </w:p>
    <w:p>
      <w:r>
        <w:rPr>
          <w:rFonts w:ascii="Courier New" w:hAnsi="Courier New"/>
          <w:color w:val="555555"/>
          <w:sz w:val="20"/>
        </w:rPr>
        <w:t>[15]</w:t>
      </w:r>
    </w:p>
    <w:p>
      <w:r>
        <w:rPr>
          <w:rFonts w:ascii="Gentium Plus" w:hAnsi="Gentium Plus"/>
          <w:sz w:val="24"/>
        </w:rPr>
        <w:t>καὶ θυμοὶ καὶ φροντίδες, ἐν οἵῳ τρόπῳ καὶ αἱ πλείους ἀγρυ‐ πνίαι, βλάπτουσι καταλύουσαι τὴν δύναμιν. ἐν μὲν δὴ τού‐ τοις ἅπασιν αὐτὴ καθ’ ἑαυτὴν ἡ ψυχὴ κινεῖται, κατὰ δὲ τὰς</w:t>
      </w:r>
    </w:p>
    <w:p>
      <w:r>
        <w:rPr>
          <w:rFonts w:ascii="Courier New" w:hAnsi="Courier New"/>
          <w:color w:val="555555"/>
          <w:sz w:val="20"/>
        </w:rPr>
        <w:t>[10 . 842]</w:t>
      </w:r>
    </w:p>
    <w:p>
      <w:r>
        <w:rPr>
          <w:rFonts w:ascii="Gentium Plus" w:hAnsi="Gentium Plus"/>
          <w:sz w:val="24"/>
        </w:rPr>
        <w:t>τόνον ἑκάτερα τὰ γένη τῶν οἰκείων κινήσεων εἰς ἀμετρίαν ἐκταθέντα. περὶ δὲ πόνων τί δεῖ λέγειν; ὅπως ἀνεῖλον μέν τινας αὐξηθέντες ἐπὶ τὸ σφοδρότερον, ἔβλαψαν δὲ πάντας, εἰ καὶ μὴ τύχοιεν ἀποκτείναντες. ἐν τοῖς τοιούτοις ἅπασιν</w:t>
      </w:r>
    </w:p>
    <w:p>
      <w:r>
        <w:rPr>
          <w:rFonts w:ascii="Courier New" w:hAnsi="Courier New"/>
          <w:color w:val="555555"/>
          <w:sz w:val="20"/>
        </w:rPr>
        <w:t>[5]</w:t>
      </w:r>
    </w:p>
    <w:p>
      <w:r>
        <w:rPr>
          <w:rFonts w:ascii="Gentium Plus" w:hAnsi="Gentium Plus"/>
          <w:sz w:val="24"/>
        </w:rPr>
        <w:t>ἐναργῶς φαίνονται λειποδρανοῦντές τε καὶ καταλυόμενοι τὴν δύναμιν οἱ κάμνοντες· ἔνιοι δ’, ὡς εἴρηται, καὶ ἀποθνή‐ σκοντες, ἔσθ’ ὅτε μὲν ἀπολλυμένου τοῦ πνεύματος, ἔσθ’ ὅτε δὲ ἀλλοιουμένου, ποτὲ δὲ ἐκ μέρους διαφορουμένου, πολλά‐ κις δ’ ἀμφότερα ταῦτα πάσχοντος. διῄρηται γὰρ ἐπὶ πλέον</w:t>
      </w:r>
    </w:p>
    <w:p>
      <w:r>
        <w:rPr>
          <w:rFonts w:ascii="Courier New" w:hAnsi="Courier New"/>
          <w:color w:val="555555"/>
          <w:sz w:val="20"/>
        </w:rPr>
        <w:t>[10]</w:t>
      </w:r>
    </w:p>
    <w:p>
      <w:r>
        <w:rPr>
          <w:rFonts w:ascii="Gentium Plus" w:hAnsi="Gentium Plus"/>
          <w:sz w:val="24"/>
        </w:rPr>
        <w:t>ὑπὲρ αὐτῶν ἐν ἄλλοις τέ τισι κᾀν τοῖς περὶ τῶν Ἱπποκρά‐ τους καὶ Πλάτωνος δογμάτων. εἰς δέ γε τὰ παρόντα τὸν μὲν τρόπον ᾧ βλάπτειν ἕκαστον πέφυκεν οὐκ ἀναγκαῖον ζη‐ τεῖν· τὸ δὲ ὅτι βλάπτει, λαβόντα παρὰ τῆς ἐναργείας χρῆ‐ σθαι συμφερόντως εἰς φυλακὴν δυνάμεως ἐν νόσοις. οὕτω δ’</w:t>
      </w:r>
    </w:p>
    <w:p>
      <w:r>
        <w:rPr>
          <w:rFonts w:ascii="Courier New" w:hAnsi="Courier New"/>
          <w:color w:val="555555"/>
          <w:sz w:val="20"/>
        </w:rPr>
        <w:t>[15]</w:t>
      </w:r>
    </w:p>
    <w:p>
      <w:r>
        <w:rPr>
          <w:rFonts w:ascii="Gentium Plus" w:hAnsi="Gentium Plus"/>
          <w:sz w:val="24"/>
        </w:rPr>
        <w:t>εἰ καὶ λεπτυνθείη ποτὲ περαιτέρω τοῦ δέοντος ἡ τῶν διοι‐ κούντων ἡμᾶς πνευμάτων οὐσία, γίγνοιτ’ ἂν ἀσθενὴς κατ’ ἀμφότερα, καὶ ὡς ἠλλοιωμένη τὴν κρᾶσιν καὶ ὡς εὐσκέδαστος</w:t>
      </w:r>
    </w:p>
    <w:p>
      <w:r>
        <w:rPr>
          <w:rFonts w:ascii="Courier New" w:hAnsi="Courier New"/>
          <w:color w:val="555555"/>
          <w:sz w:val="20"/>
        </w:rPr>
        <w:t>[10 . 843]</w:t>
      </w:r>
    </w:p>
    <w:p>
      <w:r>
        <w:rPr>
          <w:rFonts w:ascii="Gentium Plus" w:hAnsi="Gentium Plus"/>
          <w:sz w:val="24"/>
        </w:rPr>
        <w:t>κατὰ δὲ τὸν αὐτὸν τρόπον εἰ καὶ τὸ σῶμα σύμπαν εἰς ἄμε‐ τρον ἐκτραπείη μανότητα, διαφοροῖτ’ ἂν ἡ τῶν πνευμάτων οὐσία ῥᾳδίως, αὐτή τε λεπτομερὴς ὑπάρχουσα καὶ τῶν σωμά‐ των μὴ στεγόντων αὐτήν. οὔκουν οὐδ’ ἀραιοῦν ἀμέ‐</w:t>
      </w:r>
    </w:p>
    <w:p>
      <w:r>
        <w:rPr>
          <w:rFonts w:ascii="Courier New" w:hAnsi="Courier New"/>
          <w:color w:val="555555"/>
          <w:sz w:val="20"/>
        </w:rPr>
        <w:t>[5]</w:t>
      </w:r>
    </w:p>
    <w:p>
      <w:r>
        <w:rPr>
          <w:rFonts w:ascii="Gentium Plus" w:hAnsi="Gentium Plus"/>
          <w:sz w:val="24"/>
        </w:rPr>
        <w:t>τρως χρὴ τοῦ νοσοῦντος τὸ σῶμα, συνέχειν ἐν ἑαυτῷ τὸ πνεῦμα προαιρούμενον, οὔτε λεπτύνειν ἰσχυρῶς τὰ κατ’ αὐτὸ διὰ τῶν ἐσθιομένων τε καὶ πινομένων. ὅτι δὲ καὶ αὐτῶν τῶν τροφῶν ἅμα τοῖς ποτοῖς οὐ σμικρόν ἐστι φροντιστέον εἰς ῥώμην δυνάμεως, ὅπως τῇ τε ποσότητι σύμμετροι καὶ ταῖς</w:t>
      </w:r>
    </w:p>
    <w:p>
      <w:r>
        <w:rPr>
          <w:rFonts w:ascii="Courier New" w:hAnsi="Courier New"/>
          <w:color w:val="555555"/>
          <w:sz w:val="20"/>
        </w:rPr>
        <w:t>[10]</w:t>
      </w:r>
    </w:p>
    <w:p>
      <w:r>
        <w:rPr>
          <w:rFonts w:ascii="Gentium Plus" w:hAnsi="Gentium Plus"/>
          <w:sz w:val="24"/>
        </w:rPr>
        <w:t>ποιότησιν ἠκριβωμένοι εἶεν, πρόδηλον εἶναι νομίζω. πρόδη‐ λον δὲ οὐδὲν ἧττον, ὡς καὶ τῆς εἰσπνεομένης οὐσίας φροντι‐ στέον, ὅπως εὐκρατοτάτη τ’ εἴη καὶ παντὸς τοῦ μιαίνοντος αὐτὴν καθαρωτάτη, μήτ’ ἐκ μετάλλων ἢ καμίνων ἢ βαρά‐ θρων ἐπιμιξίαν τινὰ λαμβάνουσα, μήτε ἐκ σηπεδόνος ὀσπρίων</w:t>
      </w:r>
    </w:p>
    <w:p>
      <w:r>
        <w:rPr>
          <w:rFonts w:ascii="Courier New" w:hAnsi="Courier New"/>
          <w:color w:val="555555"/>
          <w:sz w:val="20"/>
        </w:rPr>
        <w:t>[15]</w:t>
      </w:r>
    </w:p>
    <w:p>
      <w:r>
        <w:rPr>
          <w:rFonts w:ascii="Gentium Plus" w:hAnsi="Gentium Plus"/>
          <w:sz w:val="24"/>
        </w:rPr>
        <w:t>ἢ λαχάνων ἢ ζώων ἢ ὁτουδήποτε, μήτ’ ἀτμοὺς ἐκ λιμνῶν ἢ ἑλῶν ἢ ποταμῶν δεχομένη. ταῦτ’ οὖν ἅπαντα προνοεῖσθαι</w:t>
      </w:r>
    </w:p>
    <w:p>
      <w:r>
        <w:rPr>
          <w:rFonts w:ascii="Courier New" w:hAnsi="Courier New"/>
          <w:color w:val="555555"/>
          <w:sz w:val="20"/>
        </w:rPr>
        <w:t>[10 . 844]</w:t>
      </w:r>
    </w:p>
    <w:p>
      <w:r>
        <w:rPr>
          <w:rFonts w:ascii="Gentium Plus" w:hAnsi="Gentium Plus"/>
          <w:sz w:val="24"/>
        </w:rPr>
        <w:t>τούτοις αὐτῶν τῶν στερεῶν σωμάτων, ἐν οἷς δὴ καὶ μάλιστα ἔοικεν ἡ οὐσία τῶν δυνάμεων ὑπάρχειν, οὐ σμικρῶς προνοη‐ τέον, ὅπως ὑγιεινὰ ταῖς κράσεσιν εἴη· τοῦτο μὲν οὖν ἁπάν‐ των μορίων κοινὸν ἀγαθόν. ἐξαίρετον δὲ εἰς ῥώμην δυνάμεως</w:t>
      </w:r>
    </w:p>
    <w:p>
      <w:r>
        <w:rPr>
          <w:rFonts w:ascii="Courier New" w:hAnsi="Courier New"/>
          <w:color w:val="555555"/>
          <w:sz w:val="20"/>
        </w:rPr>
        <w:t>[5]</w:t>
      </w:r>
    </w:p>
    <w:p>
      <w:r>
        <w:rPr>
          <w:rFonts w:ascii="Gentium Plus" w:hAnsi="Gentium Plus"/>
          <w:sz w:val="24"/>
        </w:rPr>
        <w:t>καὶ προφυλακὴν τοῦ μή ποτ’ ἐξαιφνίδιον ἐπιπεσεῖν παρο‐ ξυσμὸν συγκοπτικὸν ἡ φυλακὴ τῆς εὐκρασίας ἐστὶ, πρῶτον μὲν τῶν τριῶν ἀρχῶν, ἔπειτα δὲ καὶ τῶν ἄλλων μορίων ὅσα τὰς ἀρχὰς εἰς συμπάθειαν ἐπισπᾶται ῥᾳδίως, οἷόν πέρ ἐστι καὶ τὸ τῆς γαστρὸς στόμα τῷ περιττῷ τῆς αἰσθήσεως, ἄλλα</w:t>
      </w:r>
    </w:p>
    <w:p>
      <w:r>
        <w:rPr>
          <w:rFonts w:ascii="Courier New" w:hAnsi="Courier New"/>
          <w:color w:val="555555"/>
          <w:sz w:val="20"/>
        </w:rPr>
        <w:t>[10]</w:t>
      </w:r>
    </w:p>
    <w:p>
      <w:r>
        <w:rPr>
          <w:rFonts w:ascii="Gentium Plus" w:hAnsi="Gentium Plus"/>
          <w:sz w:val="24"/>
        </w:rPr>
        <w:t>τε πολλὰ συμπτώματα καὶ συγκοπὰς ἐπιφέρον. ἡ μὲν οὖν προειρημένη διάθεσις τῶν ὠμῶν χυμῶν, εἰ μὲν καὶ τῷ πλή‐ θει βαρύνοιεν οὗτοι τὴν δύναμιν, ἐμφράττοιέν τε διὰ πλῆ‐ θος καὶ πάχος τοῦ ζώου τοὺς πόρους κατὰ πολλὰς προ‐ φάσεις, ὀλέθριός τέ ἐστι καὶ συγκοπτικὴ, καὶ τῷ μὴ τρέ‐</w:t>
      </w:r>
    </w:p>
    <w:p>
      <w:r>
        <w:rPr>
          <w:rFonts w:ascii="Courier New" w:hAnsi="Courier New"/>
          <w:color w:val="555555"/>
          <w:sz w:val="20"/>
        </w:rPr>
        <w:t>[15]</w:t>
      </w:r>
    </w:p>
    <w:p>
      <w:r>
        <w:rPr>
          <w:rFonts w:ascii="Gentium Plus" w:hAnsi="Gentium Plus"/>
          <w:sz w:val="24"/>
        </w:rPr>
        <w:t>φεσθαι τὸ ζῶον καὶ τῷ καταπνίγεσθαι καὶ ἀλλοιοῦσθαι καὶ διαφθείρεσθαι τῆς κράσεως τὴν συμμετρίαν. οἱ μὲν γὰρ</w:t>
      </w:r>
    </w:p>
    <w:p>
      <w:r>
        <w:rPr>
          <w:rFonts w:ascii="Courier New" w:hAnsi="Courier New"/>
          <w:color w:val="555555"/>
          <w:sz w:val="20"/>
        </w:rPr>
        <w:t>[10 . 845]</w:t>
      </w:r>
    </w:p>
    <w:p>
      <w:r>
        <w:rPr>
          <w:rFonts w:ascii="Gentium Plus" w:hAnsi="Gentium Plus"/>
          <w:sz w:val="24"/>
        </w:rPr>
        <w:t>βαρύνουσιν· εἰ δ’ ἐμφράττουσι τὰς διαπνοὰς, σβεννύουσι τὸ θερμόν· εἰ δὲ μήτ’ ἐμφράττοιεν μήτε βαρύνοιεν, οὐ συγ‐ κοπὰς οὗτοί γε φέρουσιν, ἀλλὰ τὰς καλουμένας λειποψυχίας· ἐκλύονται γὰρ, εἰ μὴ τρέφοιντο συνεχέστερον, οἱ τοιοῦτοι. διδό‐</w:t>
      </w:r>
    </w:p>
    <w:p>
      <w:r>
        <w:rPr>
          <w:rFonts w:ascii="Courier New" w:hAnsi="Courier New"/>
          <w:color w:val="555555"/>
          <w:sz w:val="20"/>
        </w:rPr>
        <w:t>[5]</w:t>
      </w:r>
    </w:p>
    <w:p>
      <w:r>
        <w:rPr>
          <w:rFonts w:ascii="Gentium Plus" w:hAnsi="Gentium Plus"/>
          <w:sz w:val="24"/>
        </w:rPr>
        <w:t>ναι δὲ οὐ χρὴ πλῆθος εἰς ἅπαξ αὐτοῖς, οὐ μὴν οὐδὲ παχείας ἢ ψυχρὰς τὴν δύναμιν τροφὰς, ἀλλ’ ὡς εἴρηται πρόσθεν, ἐκ τοῦ γένους τῶν λεπτυνουσῶν τε καὶ θερμαινουσῶν. οὕτω δὲ αὐτοῖς καὶ τὰ φάρμακα δοτέον, ὅσα γε λαβεῖν δύναται πυρέτ‐ των ἄνθρωπος, φάρμακα λεπτύνοντα καὶ θερμαίνοντα.</w:t>
      </w:r>
    </w:p>
    <w:p>
      <w:r>
        <w:rPr>
          <w:rFonts w:ascii="Courier New" w:hAnsi="Courier New"/>
          <w:color w:val="555555"/>
          <w:sz w:val="20"/>
        </w:rPr>
        <w:t>[10]</w:t>
      </w:r>
    </w:p>
    <w:p>
      <w:r>
        <w:rPr>
          <w:rFonts w:ascii="Gentium Plus" w:hAnsi="Gentium Plus"/>
          <w:sz w:val="24"/>
        </w:rPr>
        <w:t>τούτοις ὁ ὑδατώδης οἶνος εὐθέως ἐξ ἀρχῆς ἐπιτήδειος, εἰ μὴ σφοδρῶς πυρέττοιεν, ὅπερ οὐ πάνυ τι συμβαίνει κατὰ τὴν εἰρημένην διάθεσιν· ἔτι δὲ μᾶλλον εἰ πρεσβῦται τύχοιεν ὄντες, οἶνον αὐτοῖς δοτέον ἐφ’ ἑκάστῃ τροφῇ καὶ μᾶλλον εἰ τὰ δια‐ λείμματα εἴη μέτρια. παροξύνονται δὲ ἐπὶ τοῖς τοιούτοις</w:t>
      </w:r>
    </w:p>
    <w:p>
      <w:r>
        <w:rPr>
          <w:rFonts w:ascii="Courier New" w:hAnsi="Courier New"/>
          <w:color w:val="555555"/>
          <w:sz w:val="20"/>
        </w:rPr>
        <w:t>[15]</w:t>
      </w:r>
    </w:p>
    <w:p>
      <w:r>
        <w:rPr>
          <w:rFonts w:ascii="Gentium Plus" w:hAnsi="Gentium Plus"/>
          <w:sz w:val="24"/>
        </w:rPr>
        <w:t>χυμοῖς καθ’ ἑκάστην ἡμέραν καὶ μᾶλλον εἰς ἑσπέραν τε καὶ νύκτωρ, οὐχ ἕωθεν δὲ οὐδ’ ἄχρι μεσημβρίας. περὶ μὲν δὴ</w:t>
      </w:r>
    </w:p>
    <w:p>
      <w:r>
        <w:rPr>
          <w:rFonts w:ascii="Courier New" w:hAnsi="Courier New"/>
          <w:color w:val="555555"/>
          <w:sz w:val="20"/>
        </w:rPr>
        <w:t>[10 . 846]</w:t>
      </w:r>
    </w:p>
    <w:p>
      <w:r>
        <w:rPr>
          <w:rFonts w:ascii="Gentium Plus" w:hAnsi="Gentium Plus"/>
          <w:sz w:val="24"/>
        </w:rPr>
        <w:t>Μεταβῶμεν δὲ ἐπὶ τοὺς ἐναντίαν μὲν ἔχοντας αὐτοῖς τὴν διάθεσιν, ὁμοίως δὲ τούτοις συγκοπτο‐ μένους, ἂν μὴ προσχῇ τις ἀκριβῶς αὐτοῖς. εἰσὶ δ’ οὗτοι λεπτοὺς ἱκανῶς ἔχοντες τοὺς χυμοὺς, ὡς διαφορεῖσθαι</w:t>
      </w:r>
    </w:p>
    <w:p>
      <w:r>
        <w:rPr>
          <w:rFonts w:ascii="Courier New" w:hAnsi="Courier New"/>
          <w:color w:val="555555"/>
          <w:sz w:val="20"/>
        </w:rPr>
        <w:t>[5]</w:t>
      </w:r>
    </w:p>
    <w:p>
      <w:r>
        <w:rPr>
          <w:rFonts w:ascii="Gentium Plus" w:hAnsi="Gentium Plus"/>
          <w:sz w:val="24"/>
        </w:rPr>
        <w:t>τάχιστα. καὶ δὴ καὶ θεραπευτέον αὐτοὺς ἐναντίως τοῖς προ‐ ειρημένοις. ἐκείνους μὲν γὰρ ἐκκενοῦμεν κατὰ βραχὺ συνεχῶς διὰ τὸ μὴ φέρειν ἀθρόαν τὴν κένωσιν· τοὺς δ’ οὕτως ἔχον‐ τας θρέψομεν κατὰ βραχὺ συνεχῶς. εἰ δ’ ἐξ ἀρχῆς παραλά‐ βωμεν ἔτι τῆς δυνάμεως ἐῤῥωμένης, οὐδὲ κατὰ βραχύ·</w:t>
      </w:r>
    </w:p>
    <w:p>
      <w:r>
        <w:rPr>
          <w:rFonts w:ascii="Courier New" w:hAnsi="Courier New"/>
          <w:color w:val="555555"/>
          <w:sz w:val="20"/>
        </w:rPr>
        <w:t>[10]</w:t>
      </w:r>
    </w:p>
    <w:p>
      <w:r>
        <w:rPr>
          <w:rFonts w:ascii="Gentium Plus" w:hAnsi="Gentium Plus"/>
          <w:sz w:val="24"/>
        </w:rPr>
        <w:t>δύνανται γὰρ οἱ τοιοῦτοι καὶ πλείονος εἰς ἅπαξ δοθείσης περιγίγνεσθαι τροφῆς. ὥσπερ δὲ τοὺς ἐκ πλήθους ὠμῶν χυ‐ μῶν κινδυνεύοντας συγκοπῆναι παντάπασιν ἐλέγομεν ὀλε‐ θρίως ἔχειν, ὅταν τὸ ἧπαρ αὐτῶν ἢ ἡ κοιλία φλεγμαίνῃ, κατὰ τὸν αὐτὸν τρόπον καὶ τοὺς νῦν ὑποκειμένους ἐν τῷ λόγῳ</w:t>
      </w:r>
    </w:p>
    <w:p>
      <w:r>
        <w:rPr>
          <w:rFonts w:ascii="Courier New" w:hAnsi="Courier New"/>
          <w:color w:val="555555"/>
          <w:sz w:val="20"/>
        </w:rPr>
        <w:t>[15]</w:t>
      </w:r>
    </w:p>
    <w:p>
      <w:r>
        <w:rPr>
          <w:rFonts w:ascii="Gentium Plus" w:hAnsi="Gentium Plus"/>
          <w:sz w:val="24"/>
        </w:rPr>
        <w:t>νομιστέον ἀνιάτως ἔχειν, ἢν φλεγμήνῃ τι τούτων σπλάγχνον, καμνούσης ἤδη τῆς δυνάμεως· οὔτε γὰρ οἷόν τε τρέφειν αὐτοὺς συνεχῶς, ἀλλ’ ἐν ταῖς παρακμαῖς μόνον, οὔτε μὴ τρέφοντας</w:t>
      </w:r>
    </w:p>
    <w:p>
      <w:r>
        <w:rPr>
          <w:rFonts w:ascii="Courier New" w:hAnsi="Courier New"/>
          <w:color w:val="555555"/>
          <w:sz w:val="20"/>
        </w:rPr>
        <w:t>[10 . 847]</w:t>
      </w:r>
    </w:p>
    <w:p>
      <w:r>
        <w:rPr>
          <w:rFonts w:ascii="Gentium Plus" w:hAnsi="Gentium Plus"/>
          <w:sz w:val="24"/>
        </w:rPr>
        <w:t>θέσεων ἡ νεκρώδης ἐν τῷ προσώπῳ κατάστασις ἐν τάχει γίνεται· ῥὶς ὀξεῖα, ὀφθαλμοὶ κοῖλοι καὶ τἄλλα ὅσα τούτοις ἐφεξῆς λέλεκται. ἐάν τε γὰρ ἐκκρίνωσι πλέον, ἐάν τε ἀγρυ‐ πνήσωσιν ἢ λυπηθῶσιν, ἢ μὴ θᾶττον τραφῶσιν, αὐτίκα τοιοῦ‐</w:t>
      </w:r>
    </w:p>
    <w:p>
      <w:r>
        <w:rPr>
          <w:rFonts w:ascii="Courier New" w:hAnsi="Courier New"/>
          <w:color w:val="555555"/>
          <w:sz w:val="20"/>
        </w:rPr>
        <w:t>[5]</w:t>
      </w:r>
    </w:p>
    <w:p>
      <w:r>
        <w:rPr>
          <w:rFonts w:ascii="Gentium Plus" w:hAnsi="Gentium Plus"/>
          <w:sz w:val="24"/>
        </w:rPr>
        <w:t>τον ἴσχουσι τὸ πρόσωπον. εἰ μὲν οὖν σύν τινι τούτων ἤ τισιν ὀφθεῖεν οἱ τοιοῦτοι, μικρότερον εἶναι νόμιζε τὸ κακὸν ἢ εἰ χωρὶς τούτων ἐλεπτύνθησαν· εἰ δ’ ἄνευ τούτων, ὀλέθριον· ἔτι δὲ μᾶλλον, εἰ κατ’ ἀρχὰς τοῦ νοσήματος οὕτως ἔχοιεν· οὐδὲ γὰρ ἐξαρκέσουσιν εἰς τὴν πέψιν αὐτοῦ. ταῦτ’ ἄρα καὶ ὁ Ἱππο‐</w:t>
      </w:r>
    </w:p>
    <w:p>
      <w:r>
        <w:rPr>
          <w:rFonts w:ascii="Courier New" w:hAnsi="Courier New"/>
          <w:color w:val="555555"/>
          <w:sz w:val="20"/>
        </w:rPr>
        <w:t>[10]</w:t>
      </w:r>
    </w:p>
    <w:p>
      <w:r>
        <w:rPr>
          <w:rFonts w:ascii="Gentium Plus" w:hAnsi="Gentium Plus"/>
          <w:sz w:val="24"/>
        </w:rPr>
        <w:t>κράτης ἔφη· καὶ ἢν μέν τι τουτέων ὁμολογῇ, ἧττον νομίζειν δεινὸν εἶναι. κατ’ ἀρχὴν μὲν γὰρ τοῦ νοσήματος, ὡς προεῖ‐ πον, εἰ καὶ μετά τινος τῶν προειρημένων οὕτως ἔχοιεν, οὐκ ἀγαθόν· ἧττον μὲν τοῦτο δεινὸν ἢ εἰ καὶ μηδὲ μετὰ τούτων τινός· ἀλλὰ τῷ διαφορεῖσθαι ῥᾳδίως χαλεπόν. οὐ μόνον δὲ</w:t>
      </w:r>
    </w:p>
    <w:p>
      <w:r>
        <w:rPr>
          <w:rFonts w:ascii="Courier New" w:hAnsi="Courier New"/>
          <w:color w:val="555555"/>
          <w:sz w:val="20"/>
        </w:rPr>
        <w:t>[15]</w:t>
      </w:r>
    </w:p>
    <w:p>
      <w:r>
        <w:rPr>
          <w:rFonts w:ascii="Gentium Plus" w:hAnsi="Gentium Plus"/>
          <w:sz w:val="24"/>
        </w:rPr>
        <w:t>ἀπολεπτυνθέντος οὕτω τοῦ τε πνεύματος αὐτοῖς καὶ τοῦ αἵματος ἡ διαφόρησις εἴωθε γίνεσθαι πολλάκις, ἀλλὰ καὶ τῆς</w:t>
      </w:r>
    </w:p>
    <w:p>
      <w:r>
        <w:rPr>
          <w:rFonts w:ascii="Courier New" w:hAnsi="Courier New"/>
          <w:color w:val="555555"/>
          <w:sz w:val="20"/>
        </w:rPr>
        <w:t>[10 . 848]</w:t>
      </w:r>
    </w:p>
    <w:p>
      <w:r>
        <w:rPr>
          <w:rFonts w:ascii="Gentium Plus" w:hAnsi="Gentium Plus"/>
          <w:sz w:val="24"/>
        </w:rPr>
        <w:t>κινηθείσης. ὅπερ εἴωθε μάλιστα γίνεσθαι διὰ τὴν ἀμετρίαν τῆς καθεκτικῆς. τὸ μὲν δὴ τρέφειν ἀναγκαῖον, ὅ τι περ ἂν ᾖ τούτων· ἀναγκαῖον δὲ καὶ τὸ πυκνοῦν τὴν ἐπιφάνειαν, ὥσπερ τῶν προτέρων ἀραιοῦν· ἐκ διαμέτρου γὰρ ἀλλήλαις αἱ δια‐</w:t>
      </w:r>
    </w:p>
    <w:p>
      <w:r>
        <w:rPr>
          <w:rFonts w:ascii="Courier New" w:hAnsi="Courier New"/>
          <w:color w:val="555555"/>
          <w:sz w:val="20"/>
        </w:rPr>
        <w:t>[5]</w:t>
      </w:r>
    </w:p>
    <w:p>
      <w:r>
        <w:rPr>
          <w:rFonts w:ascii="Gentium Plus" w:hAnsi="Gentium Plus"/>
          <w:sz w:val="24"/>
        </w:rPr>
        <w:t>θέσεις ὑπάρχουσαι καὶ τῆς τῶν βοηθημάτων ἰδέας ἐναντιωτά‐ της δεήσονται. ψυχρὸν οὖν ἐπὶ τούτων τὸν ἀέρα καὶ στύφοντα ποιητέον· εἴρηται δὲ ἔμπροσθεν ὅπως χρὴ ταῦτα πράττειν. ἀλειπτέον δὲ αὐτοὺς ὁμοίως τοῖς στύφουσιν ἀλείμμασι. καὶ τροφὰς δοτέον οὐ πάνυ τι διαῤῥεούσας ἑτοίμως, οὔτε μελί‐</w:t>
      </w:r>
    </w:p>
    <w:p>
      <w:r>
        <w:rPr>
          <w:rFonts w:ascii="Courier New" w:hAnsi="Courier New"/>
          <w:color w:val="555555"/>
          <w:sz w:val="20"/>
        </w:rPr>
        <w:t>[10]</w:t>
      </w:r>
    </w:p>
    <w:p>
      <w:r>
        <w:rPr>
          <w:rFonts w:ascii="Gentium Plus" w:hAnsi="Gentium Plus"/>
          <w:sz w:val="24"/>
        </w:rPr>
        <w:t>κρατον οὔτε χυλὸν πτισάνης, ἀλλ’ ἄρτους καὶ τὰ διὰ τοῦ χόνδρου ῥοφήματα καὶ ὀπώρας αὐστηρὰς καὶ δυσφθάρτους, αὐτάς τε καθ’ ἑαυτὰς καὶ μετ’ ἄρτου καὶ χόνδρου δι’ ὕδατος ἑψημένου. δοτέον δὲ τούτοις ἔστιν ὅτε καὶ ὠὰ καὶ μᾶλλον τὰς λεκίθους αὐτῶν, δύσπεπτον γὰρ τὸ λευκόν. ἀλεκτρυόνων</w:t>
      </w:r>
    </w:p>
    <w:p>
      <w:r>
        <w:rPr>
          <w:rFonts w:ascii="Courier New" w:hAnsi="Courier New"/>
          <w:color w:val="555555"/>
          <w:sz w:val="20"/>
        </w:rPr>
        <w:t>[15]</w:t>
      </w:r>
    </w:p>
    <w:p>
      <w:r>
        <w:rPr>
          <w:rFonts w:ascii="Gentium Plus" w:hAnsi="Gentium Plus"/>
          <w:sz w:val="24"/>
        </w:rPr>
        <w:t>τε τῶν γάλακτι τεθραμμένων τοὺς ὄρχεις· δοτέον δὲ καὶ τοὺς ἐγκεφάλους τοὺς ὑείους, ἤτοι γ’ ὀπτηθέντας ἀκριβῶς· ἔναι‐ μοι γὰρ δοθέντες ἐσχάτως βλάπτουσιν· ἢ διὰ τοῦ λευκοῦ</w:t>
      </w:r>
    </w:p>
    <w:p>
      <w:r>
        <w:rPr>
          <w:rFonts w:ascii="Courier New" w:hAnsi="Courier New"/>
          <w:color w:val="555555"/>
          <w:sz w:val="20"/>
        </w:rPr>
        <w:t>[10 . 849]</w:t>
      </w:r>
    </w:p>
    <w:p>
      <w:r>
        <w:rPr>
          <w:rFonts w:ascii="Gentium Plus" w:hAnsi="Gentium Plus"/>
          <w:sz w:val="24"/>
        </w:rPr>
        <w:t>καὶ ὅλως ἅπαντα πρακτέον ὑπὲρ τοῦ παχυτέραν μὲν ἐργά‐ σασθαι τὴν ὕλην τῶν χυμῶν, πυκνῶσαι δὲ τὸ δέρμα καὶ διακωλῦσαι τὰς διαπνοάς. ἀναγκαῖος δὲ τούτοις ὁ ὑδατώδης οἶνός ἐστιν, εὐθὺς ἐπὶ τοῖς σιτίοις ἐξ ἀρχῆς λαμβανόμενος. εἰ</w:t>
      </w:r>
    </w:p>
    <w:p>
      <w:r>
        <w:rPr>
          <w:rFonts w:ascii="Courier New" w:hAnsi="Courier New"/>
          <w:color w:val="555555"/>
          <w:sz w:val="20"/>
        </w:rPr>
        <w:t>[5]</w:t>
      </w:r>
    </w:p>
    <w:p>
      <w:r>
        <w:rPr>
          <w:rFonts w:ascii="Gentium Plus" w:hAnsi="Gentium Plus"/>
          <w:sz w:val="24"/>
        </w:rPr>
        <w:t>δ’ ὡς ἐλπίζομεν ἅπαντα γίγνοιτο, καὶ κρεώδους τροφῆς ἐπι‐ δώσομεν αὐτοῖς τι καὶ μάλιστα μετὰ τὴν τετάρτην ἡμέραν, ἤδη τῶν τοὺς πυρετοὺς γεννώντων χυμῶν εἰς πέψιν ἡκόν‐ των. ἐν τοιαύτῃ διαθέσει γενομένου νεανίσκου κατὰ τὸν δέκατον ἐμνήσθην λόγον, ὃν ἐτρέφομεν, ὡς εἶπον, ἑκά‐</w:t>
      </w:r>
    </w:p>
    <w:p>
      <w:r>
        <w:rPr>
          <w:rFonts w:ascii="Courier New" w:hAnsi="Courier New"/>
          <w:color w:val="555555"/>
          <w:sz w:val="20"/>
        </w:rPr>
        <w:t>[10]</w:t>
      </w:r>
    </w:p>
    <w:p>
      <w:r>
        <w:rPr>
          <w:rFonts w:ascii="Gentium Plus" w:hAnsi="Gentium Plus"/>
          <w:sz w:val="24"/>
        </w:rPr>
        <w:t>στης ἡμέρας καὶ μάλιστά γε πρὸ τοῦ παροξυσμοῦ. καὶ ὡς ἐξε‐ πίτηδες ἅπαξ μου μὴ διδόντος αὐτῷ τροφὴν ἡ εἰσβολὴ τοῦ παροξυσμοῦ μετὰ συγκοπῆς ἐγένετο. κατὰ τὰς τοιαύτας οὖν θεραπείας ἁπάσας ἤδη μὲν συγκοπτομένου τοῦ κάμνοντος ὁ πρὸς τὸ σύμπτωμα κρατεῖ σκοπός· οὐδέπω δὲ εἰς τοῦθ’ ἥκον‐</w:t>
      </w:r>
    </w:p>
    <w:p>
      <w:r>
        <w:rPr>
          <w:rFonts w:ascii="Courier New" w:hAnsi="Courier New"/>
          <w:color w:val="555555"/>
          <w:sz w:val="20"/>
        </w:rPr>
        <w:t>[15]</w:t>
      </w:r>
    </w:p>
    <w:p>
      <w:r>
        <w:rPr>
          <w:rFonts w:ascii="Gentium Plus" w:hAnsi="Gentium Plus"/>
          <w:sz w:val="24"/>
        </w:rPr>
        <w:t>τος ἀμφοτέρων στοχαζόμεθα, τοῦ τε μὴ γενέσθαι τὸ σύμ‐ πτωμα καὶ τοῦ κατὰ βραχὺ λύειν τὸ νόσημα. θᾶττον δ’ ἂν ἐλύσαμεν αὐτὸ, μὴ δεδιότες τὸ σύμπτωμα. τὸν μὲν γὰρ ὑπὸ</w:t>
      </w:r>
    </w:p>
    <w:p>
      <w:r>
        <w:rPr>
          <w:rFonts w:ascii="Courier New" w:hAnsi="Courier New"/>
          <w:color w:val="555555"/>
          <w:sz w:val="20"/>
        </w:rPr>
        <w:t>[10 . 850]</w:t>
      </w:r>
    </w:p>
    <w:p>
      <w:r>
        <w:rPr>
          <w:rFonts w:ascii="Gentium Plus" w:hAnsi="Gentium Plus"/>
          <w:sz w:val="24"/>
        </w:rPr>
        <w:t>κενώσαντες ἀπηλλάξαμεν τῆς διαθέσεως, εἴπερ οἷός τε ἦν ἐνεγκεῖν ἀθρόαν κένωσιν καὶ μηδεὶς φόβος ἐφέδρευε συγκοπῆς· τὸν δ’ εὐδιαφόρητον οὐκ ἂν πρὸ τοῦ παροξυσμοῦ τρέφειν ἀναγκαζόμενοι μακρότερον εἰργαζόμεθα τὸ νόσημα. περὶ μὲν</w:t>
      </w:r>
    </w:p>
    <w:p>
      <w:r>
        <w:rPr>
          <w:rFonts w:ascii="Courier New" w:hAnsi="Courier New"/>
          <w:color w:val="555555"/>
          <w:sz w:val="20"/>
        </w:rPr>
        <w:t>[5]</w:t>
      </w:r>
    </w:p>
    <w:p>
      <w:r>
        <w:rPr>
          <w:rFonts w:ascii="Gentium Plus" w:hAnsi="Gentium Plus"/>
          <w:sz w:val="24"/>
        </w:rPr>
        <w:t>δὴ τούτων ἀρκείτω τὰ λελεγμένα. Τῶν δ’ ἄλλων προφάσεων ἐφ’ αἷς συγκό‐ πτονται μνημονεύσομεν ἐφεξῆς. εἰσὶ δὲ τέσσαρες, ἄλγημά τε σφοδρὸν καὶ ἀγρυπνία καὶ κένωσις ἄμετρος γαστρός· ἐπὶ δὲ τῶν παραπαιόντων καὶ ἡ κίνησις ἔστιν ὅτε. καὶ εἰ βούλει καὶ</w:t>
      </w:r>
    </w:p>
    <w:p>
      <w:r>
        <w:rPr>
          <w:rFonts w:ascii="Courier New" w:hAnsi="Courier New"/>
          <w:color w:val="555555"/>
          <w:sz w:val="20"/>
        </w:rPr>
        <w:t>[10]</w:t>
      </w:r>
    </w:p>
    <w:p>
      <w:r>
        <w:rPr>
          <w:rFonts w:ascii="Gentium Plus" w:hAnsi="Gentium Plus"/>
          <w:sz w:val="24"/>
        </w:rPr>
        <w:t>πέμπτην προστίθει τὴν δυσκρασίαν τῶν ἀρχῶν, ὑπὲρ ἧς ἐπὶ τελευτῇ τοῦ λόγου διαλεξόμεθα, καὶ μάλισθ’ ὅτι διττῶς γίγνε‐ ται, ἤτοι κατὰ ψιλὰς τὰς ποιότητας ἀλλοιουμένων τῶν μο‐ ρίων ἢ κακοχυμίας τινὸς ἐν αὐτοῖς παραλαμβανομένης. ἑξῆς οὖν ὑπὲρ ἁπάντων ῥητέον τῶν διῃρημένων, ἀρξαμένους ἀπὸ</w:t>
      </w:r>
    </w:p>
    <w:p>
      <w:r>
        <w:rPr>
          <w:rFonts w:ascii="Courier New" w:hAnsi="Courier New"/>
          <w:color w:val="555555"/>
          <w:sz w:val="20"/>
        </w:rPr>
        <w:t>[15]</w:t>
      </w:r>
    </w:p>
    <w:p>
      <w:r>
        <w:rPr>
          <w:rFonts w:ascii="Gentium Plus" w:hAnsi="Gentium Plus"/>
          <w:sz w:val="24"/>
        </w:rPr>
        <w:t>τῶν ἀλγημάτων. εἰ μὲν οὖν δυναίμεθα τὴν αἰτίαν αὐτὴν ἐκκόψαι δι’ ἣν ἀλγοῦσιν, οὕτως ἂν οὐ πρὸς σύμπτωμα εἴημεν ἐνεργοῦντες, ἀλλ’ ἰώμενοι τὸν κάμνοντα· κωλυόμενοι δὲ διά</w:t>
      </w:r>
    </w:p>
    <w:p>
      <w:r>
        <w:rPr>
          <w:rFonts w:ascii="Courier New" w:hAnsi="Courier New"/>
          <w:color w:val="555555"/>
          <w:sz w:val="20"/>
        </w:rPr>
        <w:t>[10 . 851]</w:t>
      </w:r>
    </w:p>
    <w:p>
      <w:r>
        <w:rPr>
          <w:rFonts w:ascii="Gentium Plus" w:hAnsi="Gentium Plus"/>
          <w:sz w:val="24"/>
        </w:rPr>
        <w:t>ἀλγημάτων σφοδρόν. ἐπεὶ δ’ οὔτε ἀναιρεῖν οἷόν τέ ἐστι τὰς τῶν ἀλγημάτων αἰτίας οὔτ’ ἀμβλύνειν τὰς σφοδρότητας ἄνευ τοῦ γνῶναι τουτὶ τὸ ἄλγημα τὸ περὶ τὸν κάμνοντα συνεστηκὸς ὑπὸ τίνος αἰτίας γίγνεται, προεσκέφθαι χρὴ</w:t>
      </w:r>
    </w:p>
    <w:p>
      <w:r>
        <w:rPr>
          <w:rFonts w:ascii="Courier New" w:hAnsi="Courier New"/>
          <w:color w:val="555555"/>
          <w:sz w:val="20"/>
        </w:rPr>
        <w:t>[5]</w:t>
      </w:r>
    </w:p>
    <w:p>
      <w:r>
        <w:rPr>
          <w:rFonts w:ascii="Gentium Plus" w:hAnsi="Gentium Plus"/>
          <w:sz w:val="24"/>
        </w:rPr>
        <w:t>δηλονότι τὰς αἰτίας καὶ τὰ σημεῖα δι’ ὧν ἄν τις αὐτὰς γνω‐ ρίσειεν· ὡς τὰ πολλὰ γὰρ ἄδηλοι ταῖς αἰσθήσεσιν ὑπάρχου‐ σαι, γεγυμνασμένου δέονται περὶ τὴν τοιαύτην θεωρίαν ἀνδρός. εἴρηται μὲν οὖν ἡμῖν οὐκ ὀλίγα δι’ ἑτέρων πραγμα‐ τειῶν ὑπὲρ ἀλγημάτων γενέσεως, ἁπάντων δὲ αὐτῶν τοῦ</w:t>
      </w:r>
    </w:p>
    <w:p>
      <w:r>
        <w:rPr>
          <w:rFonts w:ascii="Courier New" w:hAnsi="Courier New"/>
          <w:color w:val="555555"/>
          <w:sz w:val="20"/>
        </w:rPr>
        <w:t>[10]</w:t>
      </w:r>
    </w:p>
    <w:p>
      <w:r>
        <w:rPr>
          <w:rFonts w:ascii="Gentium Plus" w:hAnsi="Gentium Plus"/>
          <w:sz w:val="24"/>
        </w:rPr>
        <w:t>καιροῦ νῦν ἥκοντος, ἀναγκαῖον εἶναι νομίζω διελθεῖν ἐπὶ κεφαλαίων ὅλον τὸν λόγον. ἐπεὶ τοίνυν ἐν τῷ τοῦ ζώου σώματι κατὰ πάσας τὰς αἱρέσεις οὐ πάντα ἐστὶν αἰσθητικὰ τὰ μόρια, δῆλον ὡς οὐκ ὀδυνήσεται τὰ τελέως ἀναίσθητα. μόνοις οὖν τοῖς αἰσθητοῖς τῆς ὀδύνης ὑπαρχούσης, ἐφεξῆς</w:t>
      </w:r>
    </w:p>
    <w:p>
      <w:r>
        <w:rPr>
          <w:rFonts w:ascii="Courier New" w:hAnsi="Courier New"/>
          <w:color w:val="555555"/>
          <w:sz w:val="20"/>
        </w:rPr>
        <w:t>[15]</w:t>
      </w:r>
    </w:p>
    <w:p>
      <w:r>
        <w:rPr>
          <w:rFonts w:ascii="Gentium Plus" w:hAnsi="Gentium Plus"/>
          <w:sz w:val="24"/>
        </w:rPr>
        <w:t>σκεπτέον ἆρά γε διὰ παντὸς ὀδυνηθήσεται τὰ τοιαῦτα τῶν σωμάτων ἢ καθ’ ἕνα τινὰ χρόνον ἐγγινομένης αὐτοῖς δια‐ θέσεως ὀδυνηρᾶς. ἀλλ’ εἴπερ αὐτὸ τὸ φαινόμενον ἐναργῶς</w:t>
      </w:r>
    </w:p>
    <w:p>
      <w:r>
        <w:rPr>
          <w:rFonts w:ascii="Courier New" w:hAnsi="Courier New"/>
          <w:color w:val="555555"/>
          <w:sz w:val="20"/>
        </w:rPr>
        <w:t>[10 . 852]</w:t>
      </w:r>
    </w:p>
    <w:p>
      <w:r>
        <w:rPr>
          <w:rFonts w:ascii="Gentium Plus" w:hAnsi="Gentium Plus"/>
          <w:sz w:val="24"/>
        </w:rPr>
        <w:t>δῆλον ὡς κατά τινα χρόνον ἐγγινομένης ἑκάστῳ τῶν ὀδυνωμέ‐ νων ὀδυνηρᾶς διαθέσεως ἀναγκαῖον ἀλγεῖν ἐστιν. ἐὰν οὖν εὕρωμεν ἥτις ποτ’ ἐστὶν ἡ τοῖς αἰσθητοῖς σώμασιν ἐγγινομένη διάθεσις, καθ’ ἣν ἀνιᾶται τὸ ζῶον, ἑαλωκὸς ἂν εἴη ἡμῖν τὸ</w:t>
      </w:r>
    </w:p>
    <w:p>
      <w:r>
        <w:rPr>
          <w:rFonts w:ascii="Courier New" w:hAnsi="Courier New"/>
          <w:color w:val="555555"/>
          <w:sz w:val="20"/>
        </w:rPr>
        <w:t>[5]</w:t>
      </w:r>
    </w:p>
    <w:p>
      <w:r>
        <w:rPr>
          <w:rFonts w:ascii="Gentium Plus" w:hAnsi="Gentium Plus"/>
          <w:sz w:val="24"/>
        </w:rPr>
        <w:t>ζητούμενον. ἐνταῦθ’ οὖν ἀπὸ τῶν κατὰ φύσιν ἐννοιῶν, αἳ δὴ καὶ κοιναὶ πᾶσιν ἡμῖν εἰσιν, ἰέναι χρὴ μεθόδῳ πρὸς τὸ σκέμμα. διδάσκει δὲ ἡ κατὰ φύσιν ἔννοια τὸ πάθος χρῆ‐ ναι τοῦ σώματος, ᾧ μέλλει πονήσειν, ἤτοι συνεχείας λύσιν ἢ ἀλλοίωσιν εἶναί τινα. διὸ καὶ καλῶς ἐλέγετο τοῖς ἐξ ἀτό‐</w:t>
      </w:r>
    </w:p>
    <w:p>
      <w:r>
        <w:rPr>
          <w:rFonts w:ascii="Courier New" w:hAnsi="Courier New"/>
          <w:color w:val="555555"/>
          <w:sz w:val="20"/>
        </w:rPr>
        <w:t>[10]</w:t>
      </w:r>
    </w:p>
    <w:p>
      <w:r>
        <w:rPr>
          <w:rFonts w:ascii="Gentium Plus" w:hAnsi="Gentium Plus"/>
          <w:sz w:val="24"/>
        </w:rPr>
        <w:t>μων ἢ ἀναισθήτων ἢ ἀνάρμων στοιχείων, συντιθεῖσι τὸ σῶμα παντάπασιν ἄπορον εἶναι διάθεσιν εὑρεῖν, ὑφ’ ἧς ὀδύνη γίγνεται. φαίνεται γὰρ οὐδὲν τῶν ἁπλῶς ψαυόντων ὀδυνηρόν· ἁπλῶς δ’ ἀλλήλων ψαύει τὰ τοιαῦτα σώματα. κᾂν εἰ μὴ ψαύοι δὲ μόνον, ἀλλὰ καὶ θραύοι κατὰ τὴν</w:t>
      </w:r>
    </w:p>
    <w:p>
      <w:r>
        <w:rPr>
          <w:rFonts w:ascii="Courier New" w:hAnsi="Courier New"/>
          <w:color w:val="555555"/>
          <w:sz w:val="20"/>
        </w:rPr>
        <w:t>[15]</w:t>
      </w:r>
    </w:p>
    <w:p>
      <w:r>
        <w:rPr>
          <w:rFonts w:ascii="Gentium Plus" w:hAnsi="Gentium Plus"/>
          <w:sz w:val="24"/>
        </w:rPr>
        <w:t>πρόπτωσιν ἄλληλα, πλέον οὐδὲν εἰς ἀλγήματος γένεσιν, ἀναισθήτων ὑποκειμένων τῶν θραυομένων· εἰ μή τι καὶ</w:t>
      </w:r>
    </w:p>
    <w:p>
      <w:r>
        <w:rPr>
          <w:rFonts w:ascii="Courier New" w:hAnsi="Courier New"/>
          <w:color w:val="555555"/>
          <w:sz w:val="20"/>
        </w:rPr>
        <w:t>[10 . 853]</w:t>
      </w:r>
    </w:p>
    <w:p>
      <w:r>
        <w:rPr>
          <w:rFonts w:ascii="Gentium Plus" w:hAnsi="Gentium Plus"/>
          <w:sz w:val="24"/>
        </w:rPr>
        <w:t>μὲν τούτων ἐπὶ πλέον ἐν ἄλλοις τέ τισι κᾀν τῷ πέμπτῳ περὶ τῶν Ἀσκληπιάδου δογμάτων ἐσκεψάμεθα. νυνὶ δὲ ἀρ‐ χὴν ὁμολογουμένην λαμβάνοντες, ὡς ἀναγκαῖον ἤτοι διαί‐ ρεσιν εἶναι τὴν διάθεσιν τῆς ὀδύνης ἢ ἀλλοίωσιν, ἀναμνη‐</w:t>
      </w:r>
    </w:p>
    <w:p>
      <w:r>
        <w:rPr>
          <w:rFonts w:ascii="Courier New" w:hAnsi="Courier New"/>
          <w:color w:val="555555"/>
          <w:sz w:val="20"/>
        </w:rPr>
        <w:t>[5]</w:t>
      </w:r>
    </w:p>
    <w:p>
      <w:r>
        <w:rPr>
          <w:rFonts w:ascii="Gentium Plus" w:hAnsi="Gentium Plus"/>
          <w:sz w:val="24"/>
        </w:rPr>
        <w:t>σθῶμεν αὖθις ὡς οὐδ’ ἡ ἀλλοίωσις ἡ κατὰ βραχὺ γινο‐ μένη δύναιτ’ ἄν ποτε ὀδυνῆσαι τὸ ζῶον, ἀλλ’ ἀναγκαῖον ἀθρόαν τε ἅμα καὶ βιαίαν γίνεσθαι τὴν μεταβολὴν, εἰ μέλλει τις ὀδύνη γενήσεσθαι. φαίνεται γὰρ οὐ μόνον εἰς τὸ παρὰ φύσιν ἀθρόως ἀγόμενα τὰ σώματα λυπηρὰν</w:t>
      </w:r>
    </w:p>
    <w:p>
      <w:r>
        <w:rPr>
          <w:rFonts w:ascii="Courier New" w:hAnsi="Courier New"/>
          <w:color w:val="555555"/>
          <w:sz w:val="20"/>
        </w:rPr>
        <w:t>[10]</w:t>
      </w:r>
    </w:p>
    <w:p>
      <w:r>
        <w:rPr>
          <w:rFonts w:ascii="Gentium Plus" w:hAnsi="Gentium Plus"/>
          <w:sz w:val="24"/>
        </w:rPr>
        <w:t>ἴσχειν τὴν μεταβολὴν, ἀλλὰ καὶ τὴν εἰς τὸ κατὰ φύσιν ἐπάνοδον αὐτὴν, εἰ μὴ κατὰ βραχὺ λαμβάνοι, κᾀν τούτῳ πονοῦντα. τοὺς γοῦν ὁδοιπορήσαντας ἐν σφοδρῷ κρύει θερμαινομένους ἀθρόως ἴσμεν ἀλγοῦντας οὕτως ἰσχυρῶς τὰ περὶ τὰς ῥίζας τῶν ὀνύχων, ὡς μὴ δύνασθαι φέρειν.</w:t>
      </w:r>
    </w:p>
    <w:p>
      <w:r>
        <w:rPr>
          <w:rFonts w:ascii="Courier New" w:hAnsi="Courier New"/>
          <w:color w:val="555555"/>
          <w:sz w:val="20"/>
        </w:rPr>
        <w:t>[15]</w:t>
      </w:r>
    </w:p>
    <w:p>
      <w:r>
        <w:rPr>
          <w:rFonts w:ascii="Gentium Plus" w:hAnsi="Gentium Plus"/>
          <w:sz w:val="24"/>
        </w:rPr>
        <w:t>εἰ μὲν οὖν καὶ αὐτὸ τὸ σφοδρῶς θερμαίνεσθαι ἢ ψύχε‐ σθαι διαίρεσίν τινα τῆς συνεχείας ἐργάζεται, πλείονος ἴσως</w:t>
      </w:r>
    </w:p>
    <w:p>
      <w:r>
        <w:rPr>
          <w:rFonts w:ascii="Courier New" w:hAnsi="Courier New"/>
          <w:color w:val="555555"/>
          <w:sz w:val="20"/>
        </w:rPr>
        <w:t>[10 . 854]</w:t>
      </w:r>
    </w:p>
    <w:p>
      <w:r>
        <w:rPr>
          <w:rFonts w:ascii="Gentium Plus" w:hAnsi="Gentium Plus"/>
          <w:sz w:val="24"/>
        </w:rPr>
        <w:t>τῶν ἁπλῶν φαρμάκων δυνάμεως ὑπομνήμασιν. ἀλλ’ εἴς γε τὰ παρόντα τί ποιοῦν τὸ θερμαῖνον ἰσχυρῶς ἢ ψῦχον σφοδρῶς ὀδύνην ἐργάζεται, ζητεῖν οὐκ ἀναγκαῖον· εἴτε γὰρ ὡς τέμνον τὸ συνεχὲς τῆς οὐσίας τῶν αἰσθητῶν, εἴθ’ ὡς</w:t>
      </w:r>
    </w:p>
    <w:p>
      <w:r>
        <w:rPr>
          <w:rFonts w:ascii="Courier New" w:hAnsi="Courier New"/>
          <w:color w:val="555555"/>
          <w:sz w:val="20"/>
        </w:rPr>
        <w:t>[5]</w:t>
      </w:r>
    </w:p>
    <w:p>
      <w:r>
        <w:rPr>
          <w:rFonts w:ascii="Gentium Plus" w:hAnsi="Gentium Plus"/>
          <w:sz w:val="24"/>
        </w:rPr>
        <w:t>ἀλλοιοῦν αὐτὴν ἀθρόως, οὐδὲν διαφέρει πρὸς τὴν εὕρεσιν τῶν ἰασομένων τὰς ὀδύνας, ἐάν γε μόνον εἰδῶμεν ὡς τὸ θερμαῖνον ἢ ψῦχον βιαίως ὀδυνηρὸν γίνεται τοῖς αἰσθα‐ νομένοις σώμασιν. εἴπερ γοῦν ἄρχεσθαι μὲν ἀπὸ τῶν ἐναρ‐ γῶν δεῖ, φαίνεται δὲ ἐναργῶς ταῦτα μόνα τῶν πλησια‐</w:t>
      </w:r>
    </w:p>
    <w:p>
      <w:r>
        <w:rPr>
          <w:rFonts w:ascii="Courier New" w:hAnsi="Courier New"/>
          <w:color w:val="555555"/>
          <w:sz w:val="20"/>
        </w:rPr>
        <w:t>[10]</w:t>
      </w:r>
    </w:p>
    <w:p>
      <w:r>
        <w:rPr>
          <w:rFonts w:ascii="Gentium Plus" w:hAnsi="Gentium Plus"/>
          <w:sz w:val="24"/>
        </w:rPr>
        <w:t>ζόντων ἡμῖν ὀδυνηρὰ, τά τ’ ἰσχυρῶς θερμαίνοντά τε καὶ ψύχοντα καὶ τὰ διαιροῦντα τὸ συνεχὲς τῆς οὐσίας, ἅπερ ἐν τοῖς θλῶσί τε καὶ τέμνουσι καὶ τείνουσι περιέχεται, ζητήσωμεν εὑρεῖν τὴν ἴασιν αὐτῶν ὁδῷ τινι προϊόντες ἀπὸ τῆς τῶν ζητουμένων φύσεως, ὅπερ ὀνομάζεται μέθοδος.</w:t>
      </w:r>
    </w:p>
    <w:p>
      <w:r>
        <w:rPr>
          <w:rFonts w:ascii="Courier New" w:hAnsi="Courier New"/>
          <w:color w:val="555555"/>
          <w:sz w:val="20"/>
        </w:rPr>
        <w:t>[15]</w:t>
      </w:r>
    </w:p>
    <w:p>
      <w:r>
        <w:rPr>
          <w:rFonts w:ascii="Gentium Plus" w:hAnsi="Gentium Plus"/>
          <w:sz w:val="24"/>
        </w:rPr>
        <w:t>ἄνωθεν οὖν αὖθις ἀρξάμενοι λέγωμεν. ἐπειδὴ ζητοῦμεν ὅπως ἐν νόσοις ὀδυνώμεθα μηδενὸς ἡμῖν ἔξωθεν ὀδυνηροῦ πλη‐</w:t>
      </w:r>
    </w:p>
    <w:p>
      <w:r>
        <w:rPr>
          <w:rFonts w:ascii="Courier New" w:hAnsi="Courier New"/>
          <w:color w:val="555555"/>
          <w:sz w:val="20"/>
        </w:rPr>
        <w:t>[10 . 855]</w:t>
      </w:r>
    </w:p>
    <w:p>
      <w:r>
        <w:rPr>
          <w:rFonts w:ascii="Gentium Plus" w:hAnsi="Gentium Plus"/>
          <w:sz w:val="24"/>
        </w:rPr>
        <w:t>των αἴτιον, ὃ θερμαῖνον σφοδρῶς ἢ ψῦχον ἢ διαιροῦν τὴν οὐσίαν ἑνός γέ τινος αἰσθητοῦ σώματος ἀνιαρὸν ἡμῖν γίνε‐ ται, καὶ πρῶτόν γε θεασώμεθα τίνος εἶναι χρὴ φύσεως ὃ διαιρήσει τὴν συνέχειαν. ἀναγκαῖον οὖν ἤτοι ῥῆξιν ἢ</w:t>
      </w:r>
    </w:p>
    <w:p>
      <w:r>
        <w:rPr>
          <w:rFonts w:ascii="Courier New" w:hAnsi="Courier New"/>
          <w:color w:val="555555"/>
          <w:sz w:val="20"/>
        </w:rPr>
        <w:t>[5]</w:t>
      </w:r>
    </w:p>
    <w:p>
      <w:r>
        <w:rPr>
          <w:rFonts w:ascii="Gentium Plus" w:hAnsi="Gentium Plus"/>
          <w:sz w:val="24"/>
        </w:rPr>
        <w:t>θλάσιν ἢ διάβρωσιν εἶναι τὴν διάθεσιν, ἐν τῷ διαιρεῖσθαι τὸ συνεχές. ἀλλ’ ἡ μὲν ῥῆξις ἐκ τάσεώς τινος, ἡ δὲ θλά‐ σις ἐκ βάρους, ἡ δὲ διάβρωσις ἐκ δακνώδους γίνεται ποιότητος. ὅταν οὖν ἔξωθεν μὲν μηδὲν ᾖ τὸ τεῖνον ἢ βα‐ ρῦνον ἢ δάκνον, ἐξ ἑαυτοῦ δέ τι πάσχῃ τούτων τὸ</w:t>
      </w:r>
    </w:p>
    <w:p>
      <w:r>
        <w:rPr>
          <w:rFonts w:ascii="Courier New" w:hAnsi="Courier New"/>
          <w:color w:val="555555"/>
          <w:sz w:val="20"/>
        </w:rPr>
        <w:t>[10]</w:t>
      </w:r>
    </w:p>
    <w:p>
      <w:r>
        <w:rPr>
          <w:rFonts w:ascii="Gentium Plus" w:hAnsi="Gentium Plus"/>
          <w:sz w:val="24"/>
        </w:rPr>
        <w:t>σῶμα, παντί που δῆλον ὡς ἡ μὲν τάσις ὑπό τινος ἔνδον οὐσίας πολλῆς διατεινούσης τὸ περιέχον αὐτὴν σῶμα γίνοιτ’ ἂν ἢ ἀμέτρου ξηρότητος, ἡ δὲ θλάσις ἔξωθεν ἐπιπεπτω‐ κυίας οὐσίας σκληρᾶς ἢ μεγάλης ἢ βαρείας ἢ συναμφοτέρων, ἡ δὲ δῆξις ὑπὸ χυμοῦ δακνώδη φύσιν ἔχοντος· ἐπισκε‐</w:t>
      </w:r>
    </w:p>
    <w:p>
      <w:r>
        <w:rPr>
          <w:rFonts w:ascii="Courier New" w:hAnsi="Courier New"/>
          <w:color w:val="555555"/>
          <w:sz w:val="20"/>
        </w:rPr>
        <w:t>[15]</w:t>
      </w:r>
    </w:p>
    <w:p>
      <w:r>
        <w:rPr>
          <w:rFonts w:ascii="Gentium Plus" w:hAnsi="Gentium Plus"/>
          <w:sz w:val="24"/>
        </w:rPr>
        <w:t>πτέον οὖν ἡμῖν ἐν ταῖς σφοδραῖς ὀδύναις ἤτοι χυμὸν πολὺν ἢ πνεῦμα διέξοδον οὐκ ἔχον, ἢ βαρὺν ὄγκον, ἢ δα‐</w:t>
      </w:r>
    </w:p>
    <w:p>
      <w:r>
        <w:rPr>
          <w:rFonts w:ascii="Courier New" w:hAnsi="Courier New"/>
          <w:color w:val="555555"/>
          <w:sz w:val="20"/>
        </w:rPr>
        <w:t>[10 . 856]</w:t>
      </w:r>
    </w:p>
    <w:p>
      <w:r>
        <w:rPr>
          <w:rFonts w:ascii="Gentium Plus" w:hAnsi="Gentium Plus"/>
          <w:sz w:val="24"/>
        </w:rPr>
        <w:t>ἐν ἀρχῇ διῄρηται, τὸ θερμαῖνον ἰσχυρῶς ἢ ψῦχον. ὧν πά‐ λιν αὐτῶν τὰς αἰτίας ἢ ἐν τῷ πνεύματι θετέον ἢ ἐν τοῖς ὑγροῖς ἢ ἐν τοῖς στερεοῖς· ὅ τι γὰρ ἂν αὐτῶν ἰσχυρῶς ψυ‐ χθὲν ἢ ὑποθερμανθὲν ψαύῃ τῶν πλησιαζόντων, ὀδυνηρὸν</w:t>
      </w:r>
    </w:p>
    <w:p>
      <w:r>
        <w:rPr>
          <w:rFonts w:ascii="Courier New" w:hAnsi="Courier New"/>
          <w:color w:val="555555"/>
          <w:sz w:val="20"/>
        </w:rPr>
        <w:t>[5]</w:t>
      </w:r>
    </w:p>
    <w:p>
      <w:r>
        <w:rPr>
          <w:rFonts w:ascii="Gentium Plus" w:hAnsi="Gentium Plus"/>
          <w:sz w:val="24"/>
        </w:rPr>
        <w:t>αὐτοῖς γίγνεται. πῶς μὲν οὖν χρὴ διαγινώσκειν ἕκαστον τῶν εἰρημένων καὶ ὡς οὐχ ἁπάντων ἔχομεν ἐναργῆ σημεῖα καὶ ὡς εἴπερ τι ἄλλο καὶ ἡ διάγνωσις τῶν ἀδήλων πρὸς αἴσθη‐ σιν αἰτιῶν τε καὶ διαθέσεων ἐκ πολλῆς μὲν γυμνασίας, ἐπιμελοῦς δ’ ἁπάντων περισκέψεως ἡμῖν περιγίνεται, δι’</w:t>
      </w:r>
    </w:p>
    <w:p>
      <w:r>
        <w:rPr>
          <w:rFonts w:ascii="Courier New" w:hAnsi="Courier New"/>
          <w:color w:val="555555"/>
          <w:sz w:val="20"/>
        </w:rPr>
        <w:t>[10]</w:t>
      </w:r>
    </w:p>
    <w:p>
      <w:r>
        <w:rPr>
          <w:rFonts w:ascii="Gentium Plus" w:hAnsi="Gentium Plus"/>
          <w:sz w:val="24"/>
        </w:rPr>
        <w:t>ἑτέρων δεδήλωται. νυνὶ δὲ οὐ τοῦτο πρόκειται σκοπεῖν, ἀλλ’ αὐτὴν μόνην διέρχεσθαι τὴν θεραπευτικὴν μέθοδον. ἐξ ἧς ἐπιστημονικῶς διαγνωσθείσης ἡλίκη βοήθεια καὶ ὠφέλεια γίνεται τοῖς ἰατροῖς οὐ μόνον εἰς βοηθημάτων τε καὶ ἰαμά‐ των εὑπορίαν, ἀλλ’ ἔστιν ὅτε καὶ εἰς τὴν τῆς διαθέσεως</w:t>
      </w:r>
    </w:p>
    <w:p>
      <w:r>
        <w:rPr>
          <w:rFonts w:ascii="Courier New" w:hAnsi="Courier New"/>
          <w:color w:val="555555"/>
          <w:sz w:val="20"/>
        </w:rPr>
        <w:t>[15]</w:t>
      </w:r>
    </w:p>
    <w:p>
      <w:r>
        <w:rPr>
          <w:rFonts w:ascii="Gentium Plus" w:hAnsi="Gentium Plus"/>
          <w:sz w:val="24"/>
        </w:rPr>
        <w:t>γνῶσιν, ἐναργῶς ὑμῖν ἔδειξα πολλάκις ἐπ’ αὐτῶν τῶν κα‐ μνόντων, ὧν ἤδη μνημονεύσω δυοῖν ἢ τριῶν οὐ πρὸ πολλοῦ</w:t>
      </w:r>
    </w:p>
    <w:p>
      <w:r>
        <w:rPr>
          <w:rFonts w:ascii="Courier New" w:hAnsi="Courier New"/>
          <w:color w:val="555555"/>
          <w:sz w:val="20"/>
        </w:rPr>
        <w:t>[10 . 857]</w:t>
      </w:r>
    </w:p>
    <w:p>
      <w:r>
        <w:rPr>
          <w:rFonts w:ascii="Gentium Plus" w:hAnsi="Gentium Plus"/>
          <w:sz w:val="24"/>
        </w:rPr>
        <w:t>κωλικὸς εἶναι νομιζόμενος, οὐ μόνον οὐδὲν ὀνινάμενος ὑπὸ καταντλήσεων καὶ πυρίας καὶ καταπλασμάτων καὶ κλυσμά‐ των, οἷς συνήθως εἰώθασιν ἐπὶ τῶν τοιούτων χρῆσθαι διαθέσεων, ἀλλὰ καὶ παροξυνόμενος ὑπὸ τῶν πλείστων.</w:t>
      </w:r>
    </w:p>
    <w:p>
      <w:r>
        <w:rPr>
          <w:rFonts w:ascii="Courier New" w:hAnsi="Courier New"/>
          <w:color w:val="555555"/>
          <w:sz w:val="20"/>
        </w:rPr>
        <w:t>[5]</w:t>
      </w:r>
    </w:p>
    <w:p>
      <w:r>
        <w:rPr>
          <w:rFonts w:ascii="Gentium Plus" w:hAnsi="Gentium Plus"/>
          <w:sz w:val="24"/>
        </w:rPr>
        <w:t>ἐπὶ γοῦν ἐλαίῳ πηγανίνῳ διὰ τῆς ἕδρας ἐνεθέντι χείρων ἐγένετο καὶ αὖθις ἐπὶ καστορίῳ· καὶ μέντοι καὶ μέλι ποτὲ προσενεγκάμενος ἑφθὸν ἔχον πέπερι ἐσχάτως ὠδυνήθη· καὶ τὸν χυλὸν δὲ τῆς ἑφθῆς τήλεως ἅμα μέλιτι λαβὼν ἱκανῶς παρωξύνθη. στοχασάμενος οὖν ἐγὼ χυμοὺς δακνώδεις ἐν</w:t>
      </w:r>
    </w:p>
    <w:p>
      <w:r>
        <w:rPr>
          <w:rFonts w:ascii="Courier New" w:hAnsi="Courier New"/>
          <w:color w:val="555555"/>
          <w:sz w:val="20"/>
        </w:rPr>
        <w:t>[10]</w:t>
      </w:r>
    </w:p>
    <w:p>
      <w:r>
        <w:rPr>
          <w:rFonts w:ascii="Gentium Plus" w:hAnsi="Gentium Plus"/>
          <w:sz w:val="24"/>
        </w:rPr>
        <w:t>αὐτοῖς τοῖς χιτῶσι τῶν ἐντέρων ἀναπεπῶσθαι, συνδιαφθεί‐ ροντας ἑαυτοῖς τά τε κάτωθεν ἐνιέμενα καὶ τὰ διὰ τοῦ στόματος λαμβανόμενα, δύσφθαρτον αὐτῷ τροφὴν δούς. εἶτ’ ἰδὼν ὀδυνώμενον ἔγνων χρῆναι τὴν κακοχυμίαν ἐκκα‐ θαίρειν. ὄντος δ’ ἀρίστου πρὸς τὰς τοιαύτας κακοχυμίας</w:t>
      </w:r>
    </w:p>
    <w:p>
      <w:r>
        <w:rPr>
          <w:rFonts w:ascii="Courier New" w:hAnsi="Courier New"/>
          <w:color w:val="555555"/>
          <w:sz w:val="20"/>
        </w:rPr>
        <w:t>[15]</w:t>
      </w:r>
    </w:p>
    <w:p>
      <w:r>
        <w:rPr>
          <w:rFonts w:ascii="Gentium Plus" w:hAnsi="Gentium Plus"/>
          <w:sz w:val="24"/>
        </w:rPr>
        <w:t>φαρμάκου τοῦ διὰ τῆς ἀλόης, ὃ καλοῦσιν ἤδη συνήθως πικρὰν, ἀθρόως μὲν οὐκ ἐτόλμησα καθαίρειν αὐτὸν τὸν ἄνθρωπον, ὑπό τε τῆς ὀδύνης καὶ τῆς ἐνδείας καθῃρημένον</w:t>
      </w:r>
    </w:p>
    <w:p>
      <w:r>
        <w:rPr>
          <w:rFonts w:ascii="Courier New" w:hAnsi="Courier New"/>
          <w:color w:val="555555"/>
          <w:sz w:val="20"/>
        </w:rPr>
        <w:t>[10 . 858]</w:t>
      </w:r>
    </w:p>
    <w:p>
      <w:r>
        <w:rPr>
          <w:rFonts w:ascii="Gentium Plus" w:hAnsi="Gentium Plus"/>
          <w:sz w:val="24"/>
        </w:rPr>
        <w:t>τοῦτ’ ἐργαζόμενος ἡμέρας ὡς οἶσθά που πεντεκαίδεκα τε‐ λέως ἰασάμην αὐτὸν οὐδὲν οὐκέτι αὐτῷ προσαγαγὼν ἄλλο βοήθημα. οὗτος μὲν οὖν ἐν ἐκείνῳ τῷ χρόνῳ πρῶτον οὕτως ἠνωχλεῖτο, μηδέπω πρότερον ἀλγήσας ἔντερα. νεανί‐</w:t>
      </w:r>
    </w:p>
    <w:p>
      <w:r>
        <w:rPr>
          <w:rFonts w:ascii="Courier New" w:hAnsi="Courier New"/>
          <w:color w:val="555555"/>
          <w:sz w:val="20"/>
        </w:rPr>
        <w:t>[5]</w:t>
      </w:r>
    </w:p>
    <w:p>
      <w:r>
        <w:rPr>
          <w:rFonts w:ascii="Gentium Plus" w:hAnsi="Gentium Plus"/>
          <w:sz w:val="24"/>
        </w:rPr>
        <w:t>σκος δέ τις ἐγγὺς ἐκείνῳ τὴν ἡλικίαν, οὐκ ὀλιγάκις ἔμπροσθεν ἠνωχλημένος ὑπὸ κωλικῶν ἀλγημάτων, ἐκαθάρθη λαβὼν σκαμμωνίας ὀπόν. ἀξιολόγου δὲ τῆς καθάρσεως γενομένης, ἐν μὲν τῇ πρώτῃ τῶν ἡμερῶν λουσάμενος εἰς ἑσπέραν καὶ λαβὼν πτισάνης χυλὸν πρῶτον, εἶτ’ ἐπιφαγὼν ἰχθύας ἤμεσε</w:t>
      </w:r>
    </w:p>
    <w:p>
      <w:r>
        <w:rPr>
          <w:rFonts w:ascii="Courier New" w:hAnsi="Courier New"/>
          <w:color w:val="555555"/>
          <w:sz w:val="20"/>
        </w:rPr>
        <w:t>[10]</w:t>
      </w:r>
    </w:p>
    <w:p>
      <w:r>
        <w:rPr>
          <w:rFonts w:ascii="Gentium Plus" w:hAnsi="Gentium Plus"/>
          <w:sz w:val="24"/>
        </w:rPr>
        <w:t>τὰ ληφθέντα διὰ νυκτός. ἐν δὲ τῇ δευτέρᾳ λουσάμενος ἔφαγε· πρῶτον μὲν θριδακίνης, εἶτα κρεῶν ὀρνιθείων ἑψομένων ἐν λευκῷ ζωμῷ· κᾄπειτα προσηνέγκατο χόνδρον, ἐξ ὕδα‐ τος ἐπιβαλὼν οἶνον αὐστηρόν. μετρίως δὲ διάγειν δόξας ἐπ’ αὐτοῖς, διῃτήθη μὲν καὶ τῇ τρίτῃ τῶν ἡμερῶν παραπλησίως,</w:t>
      </w:r>
    </w:p>
    <w:p>
      <w:r>
        <w:rPr>
          <w:rFonts w:ascii="Courier New" w:hAnsi="Courier New"/>
          <w:color w:val="555555"/>
          <w:sz w:val="20"/>
        </w:rPr>
        <w:t>[15]</w:t>
      </w:r>
    </w:p>
    <w:p>
      <w:r>
        <w:rPr>
          <w:rFonts w:ascii="Gentium Plus" w:hAnsi="Gentium Plus"/>
          <w:sz w:val="24"/>
        </w:rPr>
        <w:t>ἐξέδωκε δὲ ἡ γαστὴρ αὐτοῦ μετὰ τοῦ δηχθῆναι πλείω τῆς τῶν ἐδεσμάτων ἀναλογίας. εἶτα κατὰ τὴν τετάρτην ἡμέραν ἔτι καὶ μᾶλλον ὠδυνήθη τὰ κατὰ τὴν γαστέρα· καὶ δόξας ἐν τῷ</w:t>
      </w:r>
    </w:p>
    <w:p>
      <w:r>
        <w:rPr>
          <w:rFonts w:ascii="Courier New" w:hAnsi="Courier New"/>
          <w:color w:val="555555"/>
          <w:sz w:val="20"/>
        </w:rPr>
        <w:t>[10 . 859]</w:t>
      </w:r>
    </w:p>
    <w:p>
      <w:r>
        <w:rPr>
          <w:rFonts w:ascii="Gentium Plus" w:hAnsi="Gentium Plus"/>
          <w:sz w:val="24"/>
        </w:rPr>
        <w:t>ὠδυνήθη τε σφοδρότερον καὶ μετὰ ταῦτα ἐξέκρινεν ὑγρὸν δια‐ χώρημα πάμπολυ, σαφῶς ἐνδεικνύμενον ὡς κᾀκ τοῦ σώματος ὅλου τι φέρεται πρὸς τὰ κατὰ τὴν γαστέρα χωρία. κᾄπειθ’ ἑξῆς ἐκ περιόδων ὁμοίως ἠνωχλεῖτο. πειθόμενοι δ’ ἡμεῖς</w:t>
      </w:r>
    </w:p>
    <w:p>
      <w:r>
        <w:rPr>
          <w:rFonts w:ascii="Courier New" w:hAnsi="Courier New"/>
          <w:color w:val="555555"/>
          <w:sz w:val="20"/>
        </w:rPr>
        <w:t>[5]</w:t>
      </w:r>
    </w:p>
    <w:p>
      <w:r>
        <w:rPr>
          <w:rFonts w:ascii="Gentium Plus" w:hAnsi="Gentium Plus"/>
          <w:sz w:val="24"/>
        </w:rPr>
        <w:t>αὐτῷ τὰ συμπτώματα, τὴν βλάβην ἐκ τῆς σκαμμωνίας ἔγνωμεν ἐν ἐκείνοις μάλιστα γεγονέναι τοῖς ἐντέροις, ἃ καὶ πρότερον ἦν ἀσθενῆ, ὥσθ’ οἷον ῥευματικήν τινα συν‐ ίστασθαι διάθεσιν. οἶσθ’ οὖν ὅπως ἰασάμην καὶ τοῦτον ἀποῤῥῖψαι μὲν κελεύσας τὰ κωλικὰ βοηθήματα, τραφῆναι δὲ</w:t>
      </w:r>
    </w:p>
    <w:p>
      <w:r>
        <w:rPr>
          <w:rFonts w:ascii="Courier New" w:hAnsi="Courier New"/>
          <w:color w:val="555555"/>
          <w:sz w:val="20"/>
        </w:rPr>
        <w:t>[10]</w:t>
      </w:r>
    </w:p>
    <w:p>
      <w:r>
        <w:rPr>
          <w:rFonts w:ascii="Gentium Plus" w:hAnsi="Gentium Plus"/>
          <w:sz w:val="24"/>
        </w:rPr>
        <w:t>χόνδρῳ θερμῷ, δι’ ὕδατος ἡψημένῳ, κόκκους ῥοιᾶς ἐμβαλὼν αὐτῷ. κοιμηθεὶς δ’ ὅλῃ τῇ νυκτὶ χωρὶς ὀδύνης ἐθαύμασε δήπου τὸ παράδοξον τῆς βοηθείας, ἠρώτα δ’ ὅ τι χρὴ πιεῖν. ἐδώκαμεν οὖν αὐτῷ πιεῖν ὑδαρῆ ῥοῦ χυλὸν, ὅπως εἴτε τις ἐπιπολῆς εἴη γεγενημένη περὶ τὸ ἔντερον ἑλκώδης διάθεσις</w:t>
      </w:r>
    </w:p>
    <w:p>
      <w:r>
        <w:rPr>
          <w:rFonts w:ascii="Courier New" w:hAnsi="Courier New"/>
          <w:color w:val="555555"/>
          <w:sz w:val="20"/>
        </w:rPr>
        <w:t>[15]</w:t>
      </w:r>
    </w:p>
    <w:p>
      <w:r>
        <w:rPr>
          <w:rFonts w:ascii="Gentium Plus" w:hAnsi="Gentium Plus"/>
          <w:sz w:val="24"/>
        </w:rPr>
        <w:t>ἀποστύψειεν, εἴτε καὶ ῥέῃ τι κατὰ τὸ σύνηθες ἐκ τῶν ἄνω χωρίων εἰς τὸ πεπονθὸς ἀναστείλειεν· ἀρίστῳ τε αὐτῷ χρή‐ σασθαι προσετάξαμεν οὕτως· εἶτ’ εἰς ἑσπέραν δειπνεῖν οἴνων</w:t>
      </w:r>
    </w:p>
    <w:p>
      <w:r>
        <w:rPr>
          <w:rFonts w:ascii="Courier New" w:hAnsi="Courier New"/>
          <w:color w:val="555555"/>
          <w:sz w:val="20"/>
        </w:rPr>
        <w:t>[10 . 860]</w:t>
      </w:r>
    </w:p>
    <w:p>
      <w:r>
        <w:rPr>
          <w:rFonts w:ascii="Gentium Plus" w:hAnsi="Gentium Plus"/>
          <w:sz w:val="24"/>
        </w:rPr>
        <w:t>ἄρτου καθαροῦ. συνεχωρήσαμεν δὲ καὶ τῶν αὐστηρῶν ὀπω‐ ρῶν λαβεῖν ἧς ἂν αὐτὸς ἐθέλῃ μήλων ἢ ἀπίων ἢ ῥοιᾶς. ὁμοίως δὲ καὶ τῇ τρίτῃ τῶν ἡμερῶν διαιτηθεὶς ἐν τῇ τετάρτῃ πιὼν τῆς θηριακῆς, ὑγιὴς τελέως ἐγένετο, καὶ τοῦ λοιποῦ</w:t>
      </w:r>
    </w:p>
    <w:p>
      <w:r>
        <w:rPr>
          <w:rFonts w:ascii="Courier New" w:hAnsi="Courier New"/>
          <w:color w:val="555555"/>
          <w:sz w:val="20"/>
        </w:rPr>
        <w:t>[5]</w:t>
      </w:r>
    </w:p>
    <w:p>
      <w:r>
        <w:rPr>
          <w:rFonts w:ascii="Gentium Plus" w:hAnsi="Gentium Plus"/>
          <w:sz w:val="24"/>
        </w:rPr>
        <w:t>τοῖς συνήθεσι χρώμενος οὐδὲν ἐβλάπτετο. παραπλησίως δὲ ἕτερόν τινα διακείμενον ὥρᾳ θέρους, ἐπειδὴ διψώδης ἱκανῶς ὑπῆρχε πρὸς τοῖς ἄλλοις τοῖς εἰρημένοις καὶ ψυχρῷ ποτῷ συνεχώρησα χρῆσθαι. μὴ τοίνυν ζήτει σημεῖα τοιαῦτα καθ’ ἑκάστην διάθεσιν, οἷα πλευρίτιδός ἐστιν ἢ δυσεντερίας. ἐπι‐</w:t>
      </w:r>
    </w:p>
    <w:p>
      <w:r>
        <w:rPr>
          <w:rFonts w:ascii="Courier New" w:hAnsi="Courier New"/>
          <w:color w:val="555555"/>
          <w:sz w:val="20"/>
        </w:rPr>
        <w:t>[10]</w:t>
      </w:r>
    </w:p>
    <w:p>
      <w:r>
        <w:rPr>
          <w:rFonts w:ascii="Gentium Plus" w:hAnsi="Gentium Plus"/>
          <w:sz w:val="24"/>
        </w:rPr>
        <w:t>στημονικὴ μὲν γὰρ ἡ τῶν τοιούτων νοσημάτων διάγνωσις, ὡρισμένοις σημείοις γνωριζομένη, στοχαστικὴ δὲ ἡ τῶν ἀρτίως εἰρημένων καὶ μόνοις τοῖς ἀκριβῶς ἐπισταμένοις ἑκάστου νο‐ σήματος τὴν οἰκείαν θεραπείαν εὑρίσκεσθαι δυναμένη. ὥστ’ ἐπεὶ περὶ ταύτης πρόκειται νῦν λέγειν, αὐτὴ καθ’ ἑαυτὴν</w:t>
      </w:r>
    </w:p>
    <w:p>
      <w:r>
        <w:rPr>
          <w:rFonts w:ascii="Courier New" w:hAnsi="Courier New"/>
          <w:color w:val="555555"/>
          <w:sz w:val="20"/>
        </w:rPr>
        <w:t>[15]</w:t>
      </w:r>
    </w:p>
    <w:p>
      <w:r>
        <w:rPr>
          <w:rFonts w:ascii="Gentium Plus" w:hAnsi="Gentium Plus"/>
          <w:sz w:val="24"/>
        </w:rPr>
        <w:t>περαινέσθω, μὴ προσαπτομένων ἡμῶν τῆς διαγνώσεως τῶν διαθέσεων· καὶ μάλισθ’ ὅταν ἐκ στοχαστικῶν ἀρχομένη ση‐ μείων συνάπτηται τῇ τῶν ὠφελούντων ἢ βλαπτόντων δια‐</w:t>
      </w:r>
    </w:p>
    <w:p>
      <w:r>
        <w:rPr>
          <w:rFonts w:ascii="Courier New" w:hAnsi="Courier New"/>
          <w:color w:val="555555"/>
          <w:sz w:val="20"/>
        </w:rPr>
        <w:t>[10 . 861]</w:t>
      </w:r>
    </w:p>
    <w:p>
      <w:r>
        <w:rPr>
          <w:rFonts w:ascii="Gentium Plus" w:hAnsi="Gentium Plus"/>
          <w:sz w:val="24"/>
        </w:rPr>
        <w:t>τῶν νοσημάτων διαγνώσεσιν ἰδίᾳ ποιούμεθα καθ’ ἑαυτὴν, ἵνα τεχνωθείς τις εὑρίσκῃ καθ’ ἕκαστον ἄῤῥωστον, ὥσπερ καὶ ἡμεῖς τά τε πεπονθότα μόρια καὶ τὰς διαθέσεις αὐτῶν. Ἐπανέλθωμεν οὖν αὖθις ἐπὶ τὰς τὴν ὀδύ‐</w:t>
      </w:r>
    </w:p>
    <w:p>
      <w:r>
        <w:rPr>
          <w:rFonts w:ascii="Courier New" w:hAnsi="Courier New"/>
          <w:color w:val="555555"/>
          <w:sz w:val="20"/>
        </w:rPr>
        <w:t>[5]</w:t>
      </w:r>
    </w:p>
    <w:p>
      <w:r>
        <w:rPr>
          <w:rFonts w:ascii="Gentium Plus" w:hAnsi="Gentium Plus"/>
          <w:sz w:val="24"/>
        </w:rPr>
        <w:t>νην ἐργαζομένας διαθέσεις. εἰ μὲν γὰρ αἵματος πλῆθος εἴη τὸ διατεῖνον, ὥσπερ ἀμέλει καὶ ἐν τοῖς φλεγμαίνουσι γίγνεται, φλεβοτομητέον αὐτίκα τῆς δυνάμεως ἰσχυρᾶς οὔσης· εἰ δ’ ἤτοι φοβοῖτο τὴν φλεβοτομίαν ὁ ἄνθρωπος ἢ ἀῤῥωστότερος εἴη τὴν δύναμιν, ἀντισπαστέον τε καὶ παροχευτέον· εἴρηται</w:t>
      </w:r>
    </w:p>
    <w:p>
      <w:r>
        <w:rPr>
          <w:rFonts w:ascii="Courier New" w:hAnsi="Courier New"/>
          <w:color w:val="555555"/>
          <w:sz w:val="20"/>
        </w:rPr>
        <w:t>[10]</w:t>
      </w:r>
    </w:p>
    <w:p>
      <w:r>
        <w:rPr>
          <w:rFonts w:ascii="Gentium Plus" w:hAnsi="Gentium Plus"/>
          <w:sz w:val="24"/>
        </w:rPr>
        <w:t>δὲ ἔμπροσθεν ὅπως χρὴ ταῦτα ποιεῖν. εἰ δὲ καὶ τούτων γενο‐ μένων ἔτι μένοι τὸ ἄλγημα, δῆλον μὲν δήπου κατὰ τὸ πε‐ πονθὸς μόριον ἐσφηνῶσθαι τὸ λυποῦν. εὔδηλος δὲ ἡ θεραπεία τοῖς διαφορητικοῖς γινομένη φαρμάκοις. ὡσαύτως δὲ καὶ τὰς διὰ φυσῶδες πνεῦμα γινομένας ὀδύνας ἰασόμεθα,</w:t>
      </w:r>
    </w:p>
    <w:p>
      <w:r>
        <w:rPr>
          <w:rFonts w:ascii="Courier New" w:hAnsi="Courier New"/>
          <w:color w:val="555555"/>
          <w:sz w:val="20"/>
        </w:rPr>
        <w:t>[15]</w:t>
      </w:r>
    </w:p>
    <w:p>
      <w:r>
        <w:rPr>
          <w:rFonts w:ascii="Gentium Plus" w:hAnsi="Gentium Plus"/>
          <w:sz w:val="24"/>
        </w:rPr>
        <w:t>προσβοηθοῦντες ἐπ’ αὐτῶν μᾶλλον τοῖς λεπτύνουσι ἐδέσ‐ μασί τε καὶ πόμασιν ἐνέμασί τε καὶ καταπλάσμασιν αἰονή‐ σεσί τε καὶ πυριάμασιν. εἰ δ’ ὄγκος βαρύνων ἢ θλῶν ὀδύ‐</w:t>
      </w:r>
    </w:p>
    <w:p>
      <w:r>
        <w:rPr>
          <w:rFonts w:ascii="Courier New" w:hAnsi="Courier New"/>
          <w:color w:val="555555"/>
          <w:sz w:val="20"/>
        </w:rPr>
        <w:t>[10 . 862]</w:t>
      </w:r>
    </w:p>
    <w:p>
      <w:r>
        <w:rPr>
          <w:rFonts w:ascii="Gentium Plus" w:hAnsi="Gentium Plus"/>
          <w:sz w:val="24"/>
        </w:rPr>
        <w:t>ἐναντιώτατα τούτοις ἐστὶ τὰ λεπτύνοντα καὶ θερμαίνοντα. χρῄζει γὰρ ἡ τοιαύτη διάθεσις, εἰ μὲν ἰαθήσεσθαι μέλλει, τῆς κενώσεως τῶν λυπούντων· εἰ δ’ εἴη τοῦτο ποιεῖν ἀδύνατον, τῆς ἐπικράσεως· εἰ δὲ καὶ τοῦτο ἀδύνατον, διὰ τῆς τῶν</w:t>
      </w:r>
    </w:p>
    <w:p>
      <w:r>
        <w:rPr>
          <w:rFonts w:ascii="Courier New" w:hAnsi="Courier New"/>
          <w:color w:val="555555"/>
          <w:sz w:val="20"/>
        </w:rPr>
        <w:t>[5]</w:t>
      </w:r>
    </w:p>
    <w:p>
      <w:r>
        <w:rPr>
          <w:rFonts w:ascii="Gentium Plus" w:hAnsi="Gentium Plus"/>
          <w:sz w:val="24"/>
        </w:rPr>
        <w:t>ναρκωτικῶν φαρμάκων προσφορᾶς· ἥτις ἐστὶ μὲν κοινὴ, βλάπτει δὲ ἥκιστα τῶν ἄλλων τὰς τοιαύτας διαθέσεις. λεπτὰ γὰρ ὑπάρχει ταῖς συστάσεσι καὶ θερμὰ ταῖς δυνάμεσι τὰ πλεῖ‐ στα τῶν τοιούτων ὑγρῶν· ὅσα δὲ δι’ ὀπίου καὶ ὑοσκυάμου καὶ τῶν οὕτως ψυχόντων σκευάζεται φάρμακα, ψύχει τε ἅμα</w:t>
      </w:r>
    </w:p>
    <w:p>
      <w:r>
        <w:rPr>
          <w:rFonts w:ascii="Courier New" w:hAnsi="Courier New"/>
          <w:color w:val="555555"/>
          <w:sz w:val="20"/>
        </w:rPr>
        <w:t>[10]</w:t>
      </w:r>
    </w:p>
    <w:p>
      <w:r>
        <w:rPr>
          <w:rFonts w:ascii="Gentium Plus" w:hAnsi="Gentium Plus"/>
          <w:sz w:val="24"/>
        </w:rPr>
        <w:t>καὶ ξηραίνει πάντως· κατὰ τοῦτο γοῦν οὐ μόνον ὡς αἰσθή‐ σεως ναρκωτικὰ χρήσιμα καθέστηκεν, ἀλλὰ καὶ ὡς συνιστάντα καὶ παχύνοντα τὴν τῶν ὑγρῶν λεπτότητα καὶ προσέτι καὶ τὴν θερμότητα σφοδρὰν ὑπάρχουσαν ἐμψύχοντα. παχέων δὲ ὑγρῶν ἢ γλίσχρων ἐπικρατούντων ἐναντιώτατα ὑπάρχει</w:t>
      </w:r>
    </w:p>
    <w:p>
      <w:r>
        <w:rPr>
          <w:rFonts w:ascii="Courier New" w:hAnsi="Courier New"/>
          <w:color w:val="555555"/>
          <w:sz w:val="20"/>
        </w:rPr>
        <w:t>[15]</w:t>
      </w:r>
    </w:p>
    <w:p>
      <w:r>
        <w:rPr>
          <w:rFonts w:ascii="Gentium Plus" w:hAnsi="Gentium Plus"/>
          <w:sz w:val="24"/>
        </w:rPr>
        <w:t>τὰ ναρκωτικὰ φάρμακα καὶ πάνυ χρὴ φυλάττεσθαι τὴν χρῆ‐ σιν αὐτῶν ἐπὶ ταῖς τοιαύταις διαθέσεσιν. οὐ μὴν οὐδ’ ὀδύνη</w:t>
      </w:r>
    </w:p>
    <w:p>
      <w:r>
        <w:rPr>
          <w:rFonts w:ascii="Courier New" w:hAnsi="Courier New"/>
          <w:color w:val="555555"/>
          <w:sz w:val="20"/>
        </w:rPr>
        <w:t>[10 . 863]</w:t>
      </w:r>
    </w:p>
    <w:p>
      <w:r>
        <w:rPr>
          <w:rFonts w:ascii="Gentium Plus" w:hAnsi="Gentium Plus"/>
          <w:sz w:val="24"/>
        </w:rPr>
        <w:t>ποτε συμπλακείη κατά τι συμβεβηκὸς, ἀτμῶδες πνεῦμα τῶν περιεχόντων ἑαυτὸ σωμάτων ἀδυνατοῦν διεξιέναι, σφοδρό‐ τατα πάντως οἱ οὕτως ἔχοντες ὀδυνῶνται. ἕπεται δ’ αὐτοῖς τοῦτο κατὰ διττὴν αἰτίαν, ἤτοι γ’ ἔμφραξιν ἢ θερμασίαν·</w:t>
      </w:r>
    </w:p>
    <w:p>
      <w:r>
        <w:rPr>
          <w:rFonts w:ascii="Courier New" w:hAnsi="Courier New"/>
          <w:color w:val="555555"/>
          <w:sz w:val="20"/>
        </w:rPr>
        <w:t>[5]</w:t>
      </w:r>
    </w:p>
    <w:p>
      <w:r>
        <w:rPr>
          <w:rFonts w:ascii="Gentium Plus" w:hAnsi="Gentium Plus"/>
          <w:sz w:val="24"/>
        </w:rPr>
        <w:t>ἥ τε γὰρ ἔμφραξις ἴσχει τὸ πνεῦμα καὶ κωλύει διεξιέναι· θερ‐ μαινόμενά τε τὰ παχέα καὶ γλίσχρα φυσῶδες πνεῦμα γεννᾷν πέφυκε. τοιαῦται μάλιστα γίνονται διαθέσεις τοῖς ἐμπε‐ πλησμένοις ἐδεσμάτων, ψυχρῶν μὲν ταῖς κράσεσι, παχέων δὲ καὶ γλίσχρων ταῖς συστάσεσιν, ὅταν ἐν αὐτοῖς περιέχηται</w:t>
      </w:r>
    </w:p>
    <w:p>
      <w:r>
        <w:rPr>
          <w:rFonts w:ascii="Courier New" w:hAnsi="Courier New"/>
          <w:color w:val="555555"/>
          <w:sz w:val="20"/>
        </w:rPr>
        <w:t>[10]</w:t>
      </w:r>
    </w:p>
    <w:p>
      <w:r>
        <w:rPr>
          <w:rFonts w:ascii="Gentium Plus" w:hAnsi="Gentium Plus"/>
          <w:sz w:val="24"/>
        </w:rPr>
        <w:t>τοῖς χιτῶσι τῶν ἐντέρων τὸ φυσῶδες πνεῦμα. δυοῖν γὰρ ὄντοιν αὐτῶν, ἐπειδὰν ἐν τῇ μεταξὺ χώρᾳ τοιοῦτός τις ἀθροισθῇ χυμὸς, εἰς φυσῶδες μεταβάλλει πνεῦμα. παχὺ δὲ δή που τοῦτ’ ἔστι καὶ ψυχρὸν καὶ βραδύπορον. ὅταν οὖν ἴσχηταί τε καὶ διατείνῃ τοὺς χιτῶνας, ὅ τε χυμὸς ἐξ οὗ τὴν</w:t>
      </w:r>
    </w:p>
    <w:p>
      <w:r>
        <w:rPr>
          <w:rFonts w:ascii="Courier New" w:hAnsi="Courier New"/>
          <w:color w:val="555555"/>
          <w:sz w:val="20"/>
        </w:rPr>
        <w:t>[15]</w:t>
      </w:r>
    </w:p>
    <w:p>
      <w:r>
        <w:rPr>
          <w:rFonts w:ascii="Gentium Plus" w:hAnsi="Gentium Plus"/>
          <w:sz w:val="24"/>
        </w:rPr>
        <w:t>γένεσιν ἔχει ψύχει σφοδρῶς τὰ ψαύοντα μόρια τῶν ἐντέρων, κατὰ δύο προφάσεις οἱ οὕτω κάμνοντες ὀδυνῶνται. τὸ μὲν οὖν παραυτίκα τελέως ἀνώδυνοι γίνονται, πιόντες τι τῶν</w:t>
      </w:r>
    </w:p>
    <w:p>
      <w:r>
        <w:rPr>
          <w:rFonts w:ascii="Courier New" w:hAnsi="Courier New"/>
          <w:color w:val="555555"/>
          <w:sz w:val="20"/>
        </w:rPr>
        <w:t>[10 . 864]</w:t>
      </w:r>
    </w:p>
    <w:p>
      <w:r>
        <w:rPr>
          <w:rFonts w:ascii="Gentium Plus" w:hAnsi="Gentium Plus"/>
          <w:sz w:val="24"/>
        </w:rPr>
        <w:t>τοίως· οἵ τε γὰρ χιτῶνες τῶν ἐντέρων πυκνότεροι καὶ δυσ‐ διαπνευστότεροι γίγνονται τῇ ψυχρότητι τῶν φαρμάκων, ὅ τε χυμὸς παχύτερος καὶ δυσκινητότερος. ὥστε καὶ χρόνου πλέονος ἀναγκαῖον ἔσται δεηθῆναι τὸν κάμνοντα καὶ τοῦ θε‐</w:t>
      </w:r>
    </w:p>
    <w:p>
      <w:r>
        <w:rPr>
          <w:rFonts w:ascii="Courier New" w:hAnsi="Courier New"/>
          <w:color w:val="555555"/>
          <w:sz w:val="20"/>
        </w:rPr>
        <w:t>[5]</w:t>
      </w:r>
    </w:p>
    <w:p>
      <w:r>
        <w:rPr>
          <w:rFonts w:ascii="Gentium Plus" w:hAnsi="Gentium Plus"/>
          <w:sz w:val="24"/>
        </w:rPr>
        <w:t>ραπεύοντος εἰς ἄκρον γεγυμνασμένου κατὰ τὴν τέχνην. εἰ γὰρ ὡς ἔτυχεν αὖθις ἐγχειρήσειε τῇ θεραπείᾳ, κίνδυνος ἐκ δευτέρου πνευματωθέντας τοὺς χυμοὺς τὴν αὐτὴν ὀδύνην ἐργάσεσθαι· εἴτ’ ἐκ δευτέρου δηλονότι δοθῆναί τι τῶν ναρ‐ κωτικῶν φαρμάκων δεῖ, τῆς αὐτῆς ἀνάγκης καταλαβούσης·</w:t>
      </w:r>
    </w:p>
    <w:p>
      <w:r>
        <w:rPr>
          <w:rFonts w:ascii="Courier New" w:hAnsi="Courier New"/>
          <w:color w:val="555555"/>
          <w:sz w:val="20"/>
        </w:rPr>
        <w:t>[10]</w:t>
      </w:r>
    </w:p>
    <w:p>
      <w:r>
        <w:rPr>
          <w:rFonts w:ascii="Gentium Plus" w:hAnsi="Gentium Plus"/>
          <w:sz w:val="24"/>
        </w:rPr>
        <w:t>ὡσαύτως δὲ κᾀκ τρίτου καὶ τετάρτου καὶ πολλάκις ἐφε‐ ξῆς, ἄχρις ἂν ὁ ἄνθρωπος ἀνίατος γενόμενος εἰς καχεξίαν τε τοῦ παντὸς σώματος ἀφίκηται καὶ πολλῷ χρόνῳ κακο‐ παθήσας ἀποθάνῃ. πῶς οὖν χρὴ τὰς διὰ τοὺς ψυχροὺς χυ‐ μοὺς ἐν τῷ μεταξὺ τῶν ἐντέρων ἠθροισμένας ὀδύνας ἰᾶσθαι;</w:t>
      </w:r>
    </w:p>
    <w:p>
      <w:r>
        <w:rPr>
          <w:rFonts w:ascii="Courier New" w:hAnsi="Courier New"/>
          <w:color w:val="555555"/>
          <w:sz w:val="20"/>
        </w:rPr>
        <w:t>[15]</w:t>
      </w:r>
    </w:p>
    <w:p>
      <w:r>
        <w:rPr>
          <w:rFonts w:ascii="Gentium Plus" w:hAnsi="Gentium Plus"/>
          <w:sz w:val="24"/>
        </w:rPr>
        <w:t>οὐ θερμαίνοντες σφοδρῶς αἰονήσεσιν ἢ καταπλάσμα‐ σιν· ὑπὸ γὰρ τῶν θερμαινόντων, εἰ μὴ καὶ διαφορηθεῖεν ἱκανῶς, χέονται καὶ πνευματοῦνται πάντες οἱ γλίσχροι καὶ</w:t>
      </w:r>
    </w:p>
    <w:p>
      <w:r>
        <w:rPr>
          <w:rFonts w:ascii="Courier New" w:hAnsi="Courier New"/>
          <w:color w:val="555555"/>
          <w:sz w:val="20"/>
        </w:rPr>
        <w:t>[10 . 865]</w:t>
      </w:r>
    </w:p>
    <w:p>
      <w:r>
        <w:rPr>
          <w:rFonts w:ascii="Gentium Plus" w:hAnsi="Gentium Plus"/>
          <w:sz w:val="24"/>
        </w:rPr>
        <w:t>ἅμα καὶ πέττειν, ὅπερ ἐκ τῶν λεπτυνόντων γίνεται φαρμά‐ κων· καὶ μάλισθ’ ὅταν μὴ θερμαίνωσι σφοδρῶς. ὅτι δὲ καὶ τούτων αὐτῶν ὅσα ταῖς δυνάμεσίν ἐστιν ἀφυσότερα καὶ ξη‐ ραντικώτερα, ταῦθ’ αἱρεῖσθαι χρὴ μᾶλλον εὔδηλον παντί.</w:t>
      </w:r>
    </w:p>
    <w:p>
      <w:r>
        <w:rPr>
          <w:rFonts w:ascii="Courier New" w:hAnsi="Courier New"/>
          <w:color w:val="555555"/>
          <w:sz w:val="20"/>
        </w:rPr>
        <w:t>[5]</w:t>
      </w:r>
    </w:p>
    <w:p>
      <w:r>
        <w:rPr>
          <w:rFonts w:ascii="Gentium Plus" w:hAnsi="Gentium Plus"/>
          <w:sz w:val="24"/>
        </w:rPr>
        <w:t>καὶ πολλῶν ἰδιωτῶν ἐστιν ἀκοῦσαι πολλάκις ἧττον ἀλγεῖν φασκόντων τὸ κῶλον, ὅταν μήτε καταπλάττωνταί τινι μήτε καταντλῶνται δι’ ἐλαίου μήτε κλύζωνται. καὶ ὅσοι γεν‐ ναῖοί εἰσι καὶ ἰσχυροὶ, μετρίως διαιτηθέντες ἐν χρόνῳ πλέονι συντομώτερον καὶ ἀκινδυνότερον ἐκθεραπεύονται τῶν</w:t>
      </w:r>
    </w:p>
    <w:p>
      <w:r>
        <w:rPr>
          <w:rFonts w:ascii="Courier New" w:hAnsi="Courier New"/>
          <w:color w:val="555555"/>
          <w:sz w:val="20"/>
        </w:rPr>
        <w:t>[10]</w:t>
      </w:r>
    </w:p>
    <w:p>
      <w:r>
        <w:rPr>
          <w:rFonts w:ascii="Gentium Plus" w:hAnsi="Gentium Plus"/>
          <w:sz w:val="24"/>
        </w:rPr>
        <w:t>βιαιοτέρως ὡς εἴρηται θερμαινόντων. οὐδὲν γὰρ οὕτω χρὴ δεδιέναι κατὰ τοὺς τοιούτους χυμοὺς ὡς θερμότητα χέουσαν μὲν καὶ πνευματοῦσαν αὐτοὺς, διαφορεῖν δ’ ἀδυνατοῦσαν. ἐθεασάμην γοῦν τινα τῶν κατ’ ἀγρὸν ἐργατῶν, ὃς ἐπειδὴ ᾔσθετο κωλικῆς ὀδύνης, ἐζώννυτο μὲν αὐτίκα, πρότερον οὐ</w:t>
      </w:r>
    </w:p>
    <w:p>
      <w:r>
        <w:rPr>
          <w:rFonts w:ascii="Courier New" w:hAnsi="Courier New"/>
          <w:color w:val="555555"/>
          <w:sz w:val="20"/>
        </w:rPr>
        <w:t>[15]</w:t>
      </w:r>
    </w:p>
    <w:p>
      <w:r>
        <w:rPr>
          <w:rFonts w:ascii="Gentium Plus" w:hAnsi="Gentium Plus"/>
          <w:sz w:val="24"/>
        </w:rPr>
        <w:t>ζωννύμενος, ἤσθιε δὲ μετ’ ἄρτου σκόροδα, μηδεμίαν ἐκλεί‐ πων συνήθη πρᾶξιν, ἔπινε δὲ δι’ ὅλης μὲν ἡμέρας οὐδὲν, εἰς ἑσπέραν δὲ ἀκρατέστερον· εἶτα κοιμώμενος δι’ ὅλης νυκτὸς</w:t>
      </w:r>
    </w:p>
    <w:p>
      <w:r>
        <w:rPr>
          <w:rFonts w:ascii="Courier New" w:hAnsi="Courier New"/>
          <w:color w:val="555555"/>
          <w:sz w:val="20"/>
        </w:rPr>
        <w:t>[10 . 866]</w:t>
      </w:r>
    </w:p>
    <w:p>
      <w:r>
        <w:rPr>
          <w:rFonts w:ascii="Gentium Plus" w:hAnsi="Gentium Plus"/>
          <w:sz w:val="24"/>
        </w:rPr>
        <w:t>τὰ σκόροδα τῶν ἀφύσων καὶ ἀδίψων βρωμάτων. ἔνιοι δὲ ἀπείρως ἔχοντες αὐτῶν ὑπολαμβάνουσι κρομμύων εἶναι διψωδέστερα τοῦ παντὸς ἁμαρτάνοντες· οὐ μόνον γὰρ οὐκ ἔστι διψωδέστερα κρομμύων, ἀλλ’ οὐδὲ διψώδη τὴν ἀρχὴν,</w:t>
      </w:r>
    </w:p>
    <w:p>
      <w:r>
        <w:rPr>
          <w:rFonts w:ascii="Courier New" w:hAnsi="Courier New"/>
          <w:color w:val="555555"/>
          <w:sz w:val="20"/>
        </w:rPr>
        <w:t>[5]</w:t>
      </w:r>
    </w:p>
    <w:p>
      <w:r>
        <w:rPr>
          <w:rFonts w:ascii="Gentium Plus" w:hAnsi="Gentium Plus"/>
          <w:sz w:val="24"/>
        </w:rPr>
        <w:t>ἀφυσότατά τε πάντων βρωμάτων. ὥστ’ ἔγωγε τῶν ἀγροί‐ κων θηριακὴν ὀνομάζω τὸ βρῶμα. καὶ εἴ τις ἢ Θρᾷκας ἢ Κελτοὺς ἢ ὅλως τοὺς ψυχρὰν γοῦν οἰκοῦντας εἴρξειεν ἐσθίειν σκορόδων, οὐ σμικρὰ βλάψει τοὺς ἀνθρώπους. ὅσοι μὲν οὖν ἄνευ πυρετῶν ἀλγοῦσι σφοδρῶς ἔντερα, διὰ τὴν εἰρη‐</w:t>
      </w:r>
    </w:p>
    <w:p>
      <w:r>
        <w:rPr>
          <w:rFonts w:ascii="Courier New" w:hAnsi="Courier New"/>
          <w:color w:val="555555"/>
          <w:sz w:val="20"/>
        </w:rPr>
        <w:t>[10]</w:t>
      </w:r>
    </w:p>
    <w:p>
      <w:r>
        <w:rPr>
          <w:rFonts w:ascii="Gentium Plus" w:hAnsi="Gentium Plus"/>
          <w:sz w:val="24"/>
        </w:rPr>
        <w:t>μένην αἰτίαν καὶ σκορόδων ἐγχωρεῖ τούτους ἐσθίειν καὶ τῆς διὰ τῶν ἐσχιδνῶν πίνειν, ὠφελούσης ἄκρως τὰς τοιαύτας δια‐ θέσεις. ἐν πυρετοῖς δὲ εἴ ποτε γένοιτο, πειρατέον μὲν πρῶ‐ τον εἰ προσίενται τὴν διὰ τῶν κέγχρων πυρίαν ξηράν· εἰ δὲ ἐπὶ τῆσδε μὴ παύσαιντο, τῶν ἀφύσων τι σπερμάτων ἑψή‐</w:t>
      </w:r>
    </w:p>
    <w:p>
      <w:r>
        <w:rPr>
          <w:rFonts w:ascii="Courier New" w:hAnsi="Courier New"/>
          <w:color w:val="555555"/>
          <w:sz w:val="20"/>
        </w:rPr>
        <w:t>[15]</w:t>
      </w:r>
    </w:p>
    <w:p>
      <w:r>
        <w:rPr>
          <w:rFonts w:ascii="Gentium Plus" w:hAnsi="Gentium Plus"/>
          <w:sz w:val="24"/>
        </w:rPr>
        <w:t>σαντας ἐν ἐλαίῳ λεπτομερεῖ, κᾄπειτα δι’ ὀθόνην διηθήσαντας ὡς καθαρὸν γενέσθαι τοὔλαιον, εἶτ’ ἐν αὐτῷ τήξαντας στέαρ</w:t>
      </w:r>
    </w:p>
    <w:p>
      <w:r>
        <w:rPr>
          <w:rFonts w:ascii="Courier New" w:hAnsi="Courier New"/>
          <w:color w:val="555555"/>
          <w:sz w:val="20"/>
        </w:rPr>
        <w:t>[10 . 867]</w:t>
      </w:r>
    </w:p>
    <w:p>
      <w:r>
        <w:rPr>
          <w:rFonts w:ascii="Gentium Plus" w:hAnsi="Gentium Plus"/>
          <w:sz w:val="24"/>
        </w:rPr>
        <w:t>χρῆσθαι· πρὸ παντὸς δὲ ἔστω τὸ καλούμενον ἄναλον· ἔστω δὲ μὴ πάνυ παλαιόν· ἐγχωρεῖ δὲ καὶ προσφάτῳ χρῆσθαι καὶ μάλιστα τῷ χηνείῳ. εἰ δὲ μηδ’ ἐπὶ τούτῳ καθίστανται, δεύ‐ τερον αὖθις ἐνιέναι ταὐτὸ, βραχὺ προσεπεμβάλλοντας καστο‐</w:t>
      </w:r>
    </w:p>
    <w:p>
      <w:r>
        <w:rPr>
          <w:rFonts w:ascii="Courier New" w:hAnsi="Courier New"/>
          <w:color w:val="555555"/>
          <w:sz w:val="20"/>
        </w:rPr>
        <w:t>[5]</w:t>
      </w:r>
    </w:p>
    <w:p>
      <w:r>
        <w:rPr>
          <w:rFonts w:ascii="Gentium Plus" w:hAnsi="Gentium Plus"/>
          <w:sz w:val="24"/>
        </w:rPr>
        <w:t>ρίου καὶ ὀπίου, μέγεθος δὲ ἑκατέρου μὴ μεῖζον κυάμου· τὸ δὲ τοῦ ἐλαίου πλῆθος ἔστω κοτύλη. ἀναλαμβάνεται δὲ ἐκ τούτου τοῦ φαρμάκου καὶ κροκιδίου τι· χρὴ δὲ ἐξάψαντας αὐτὴν ἰσχυροῦ νήματος ἐπὶ πλεῖστον εἴσω κατὰ τὸ ἀπευ‐ θυσμένον ἔντερον ἐντιθέναι, πρὸς τῷ καὶ ῥᾳδίως ὅτε βούλει</w:t>
      </w:r>
    </w:p>
    <w:p>
      <w:r>
        <w:rPr>
          <w:rFonts w:ascii="Courier New" w:hAnsi="Courier New"/>
          <w:color w:val="555555"/>
          <w:sz w:val="20"/>
        </w:rPr>
        <w:t>[10]</w:t>
      </w:r>
    </w:p>
    <w:p>
      <w:r>
        <w:rPr>
          <w:rFonts w:ascii="Gentium Plus" w:hAnsi="Gentium Plus"/>
          <w:sz w:val="24"/>
        </w:rPr>
        <w:t>κομίζεσθαι καὶ τὴν ὠφέλειαν ἐναργῆ παρέχεσθαι. κατὰ δὲ τὸν αὐτὸν τρόπον καὶ τὰ τῶν ὀφθαλμῶν καὶ τὰ τῶν ὤτων ἀλγή‐ ματα διὰ τοιοῦτον χυμὸν ἢ πνεῦμα φυσῶδες ἐν πυρετοῖς γινόμενα πραΰνειν προσήκει, τῇ τε διὰ τῶν κέγχρων πυρίᾳ χρώμενον, ἐπειδὴ καὶ κουφότατόν ἐστιν ἁπάντων τοῦτο καὶ</w:t>
      </w:r>
    </w:p>
    <w:p>
      <w:r>
        <w:rPr>
          <w:rFonts w:ascii="Courier New" w:hAnsi="Courier New"/>
          <w:color w:val="555555"/>
          <w:sz w:val="20"/>
        </w:rPr>
        <w:t>[15]</w:t>
      </w:r>
    </w:p>
    <w:p>
      <w:r>
        <w:rPr>
          <w:rFonts w:ascii="Gentium Plus" w:hAnsi="Gentium Plus"/>
          <w:sz w:val="24"/>
        </w:rPr>
        <w:t>ξηραντικώτατον, ἀλύπους τε τὰς ἀποῤῥοίας ἔχει καὶ ἀδήκ‐ τους, ἐγχέοντά τε τοῖς ὠσὶ τὸ διὰ καστορίου καὶ ὀπίου φάρμακον, ᾧ συνήθως χρώμεθα πρὸς τὰ τοιαῦτα. τὸ</w:t>
      </w:r>
    </w:p>
    <w:p>
      <w:r>
        <w:rPr>
          <w:rFonts w:ascii="Courier New" w:hAnsi="Courier New"/>
          <w:color w:val="555555"/>
          <w:sz w:val="20"/>
        </w:rPr>
        <w:t>[10 . 868]</w:t>
      </w:r>
    </w:p>
    <w:p>
      <w:r>
        <w:rPr>
          <w:rFonts w:ascii="Gentium Plus" w:hAnsi="Gentium Plus"/>
          <w:sz w:val="24"/>
        </w:rPr>
        <w:t>ἕψημά ἐστιν· οἱ πλεῖστοι δὲ τῶν ἰατρῶν ὀνομάζουσιν αὐτὸ σίραιον. εἰ δὲ καὶ καταπλάττειν ποτὲ δεήσειε, κωδίας ἐν ὕδατι καθέψοντας, δι’ ἀλεύρου τήλεως ἢ κριθῶν ἢ λινοσπέρ‐ μου ἐμβαλλομένον τῷ ὕδατι, τὸ κατάπλασμα συνθετέον.</w:t>
      </w:r>
    </w:p>
    <w:p>
      <w:r>
        <w:rPr>
          <w:rFonts w:ascii="Courier New" w:hAnsi="Courier New"/>
          <w:color w:val="555555"/>
          <w:sz w:val="20"/>
        </w:rPr>
        <w:t>[5]</w:t>
      </w:r>
    </w:p>
    <w:p>
      <w:r>
        <w:rPr>
          <w:rFonts w:ascii="Gentium Plus" w:hAnsi="Gentium Plus"/>
          <w:sz w:val="24"/>
        </w:rPr>
        <w:t>εἰδέναι δὲ χρὴ τὸ διὰ καστορίου φάρμακον οὐ μόνον ὤτων ἄλγημα πραΰνειν, ἀλλὰ καὶ ὀφθαλμῶν καὶ ὀδόντων ἐνστα‐ ζόμενον τοῖς ὠσίν. ἴσασι δὲ δήπου πάντες ἤδη καὶ τὰ δι’ ὀπίου κολλύρια σφοδροτάτας ὀδύνας ὀφθαλμῶν πραΰνοντα. χρηστέον δ’ αὐτοῖς, ὡς εἴρηται, μεγίστης ἀνάγκης καταλα‐</w:t>
      </w:r>
    </w:p>
    <w:p>
      <w:r>
        <w:rPr>
          <w:rFonts w:ascii="Courier New" w:hAnsi="Courier New"/>
          <w:color w:val="555555"/>
          <w:sz w:val="20"/>
        </w:rPr>
        <w:t>[10]</w:t>
      </w:r>
    </w:p>
    <w:p>
      <w:r>
        <w:rPr>
          <w:rFonts w:ascii="Gentium Plus" w:hAnsi="Gentium Plus"/>
          <w:sz w:val="24"/>
        </w:rPr>
        <w:t>βούσης, εἰδότα μὲν ὅτι βλαβήσεταί τι τὰ μόρια καὶ ἀσθε‐ νέστερα πρὸς τὸ λοιπὸν τοῦ βίου γενήσεται ψυχθέντα, τὸ δὲ σωθῆναι τὸν ἄνθρωπον ἐν τῷ παραχρῆμα τῆς εἰς ὕστερον ἀκολουθούσης βλάβης προαιρούμενον. ἐπεί τοί γ’ ὅτι πολλοὶ τῶν χρησαμένων αὐτοῖς ἐγγὺς ἧκον, οἱ μὲν τοῦ μηδ’ ὅλως</w:t>
      </w:r>
    </w:p>
    <w:p>
      <w:r>
        <w:rPr>
          <w:rFonts w:ascii="Courier New" w:hAnsi="Courier New"/>
          <w:color w:val="555555"/>
          <w:sz w:val="20"/>
        </w:rPr>
        <w:t>[15]</w:t>
      </w:r>
    </w:p>
    <w:p>
      <w:r>
        <w:rPr>
          <w:rFonts w:ascii="Gentium Plus" w:hAnsi="Gentium Plus"/>
          <w:sz w:val="24"/>
        </w:rPr>
        <w:t>ὁρᾷν, οἱ δὲ τοῦ κωφωθῆναι, γινώσκεται πᾶσιν. ὅθεν ἡμεῖς εἴ ποτε ἀναγκασθείημεν αὐτοῖς χρήσασθαι, μετὰ ταῦτα κατὰ τὴν τῆς ὑγείας καιρὸν ἐκθερμαίνομεν τὰ μόρια, τοῖς μὲν ὠσὶν</w:t>
      </w:r>
    </w:p>
    <w:p>
      <w:r>
        <w:rPr>
          <w:rFonts w:ascii="Courier New" w:hAnsi="Courier New"/>
          <w:color w:val="555555"/>
          <w:sz w:val="20"/>
        </w:rPr>
        <w:t>[10 . 869]</w:t>
      </w:r>
    </w:p>
    <w:p>
      <w:r>
        <w:rPr>
          <w:rFonts w:ascii="Gentium Plus" w:hAnsi="Gentium Plus"/>
          <w:sz w:val="24"/>
        </w:rPr>
        <w:t>τὰ θερμαίνοντα κολλύρια μόνα· μάλιστα δὲ ἐπαινοῦμεν εἰς ταῦτα τὸ διὰ κινναμώμου. περὶ μὲν οὖν ὀδύνης τῆς ἐπὶ παχέσιν ἢ γλίσχροις ἢ ψυχροῖς χυμοῖς ἢ φοσώδει πνεύματι καὶ ταῦθ’ ἱκανά. παραπλησία γὰρ ἁπάντων αὐτῶν ἐστὶν ἡ</w:t>
      </w:r>
    </w:p>
    <w:p>
      <w:r>
        <w:rPr>
          <w:rFonts w:ascii="Courier New" w:hAnsi="Courier New"/>
          <w:color w:val="555555"/>
          <w:sz w:val="20"/>
        </w:rPr>
        <w:t>[5]</w:t>
      </w:r>
    </w:p>
    <w:p>
      <w:r>
        <w:rPr>
          <w:rFonts w:ascii="Gentium Plus" w:hAnsi="Gentium Plus"/>
          <w:sz w:val="24"/>
        </w:rPr>
        <w:t>θεραπεία διὰ τῶν εἰρημένων ὑλῶν περαινομένη, πλὴν ἥ γε διὰ πνεῦμα φυσῶδες ἐξαίρετον ἴαμα κέκτηται τὴν σικύαν πολλάκις προστιθεμένην ἅμα δαψιλεῖ φλογί. καὶ δόξει σοι τὸ βοήθημα τοῦτο μαγείᾳ τινὶ παραπλήσιον ἐργάζεσθαι κατὰ τὰς τοιαύτας διαθέσεις, εἴτε κατά τι τῶν ἐντέρων,</w:t>
      </w:r>
    </w:p>
    <w:p>
      <w:r>
        <w:rPr>
          <w:rFonts w:ascii="Courier New" w:hAnsi="Courier New"/>
          <w:color w:val="555555"/>
          <w:sz w:val="20"/>
        </w:rPr>
        <w:t>[10]</w:t>
      </w:r>
    </w:p>
    <w:p>
      <w:r>
        <w:rPr>
          <w:rFonts w:ascii="Gentium Plus" w:hAnsi="Gentium Plus"/>
          <w:sz w:val="24"/>
        </w:rPr>
        <w:t>εἴτε κατ’ ἄλλο τι τοῦ σώματος γένοιτο μόριον. αὐτίκα γὰρ ἀνώδυνοί τε ἅμα καὶ εἰς τέλος ὑγιεῖς οἱ διὰ πνεῦμα φυ‐ σῶδες ὀδυνώμενοι γίγνονται, προσβληθείσης σικύας. εἰ δὲ μὴ μόνον εἴη πνεῦμα φυσῶδες, ἀλλὰ καὶ χυμὸς ἐξ οὗ τοῦτο γεννᾶται, παραχρῆμα μὲν ἀνώδυνοι γίνονται, πάλιν δ’ αὐ‐</w:t>
      </w:r>
    </w:p>
    <w:p>
      <w:r>
        <w:rPr>
          <w:rFonts w:ascii="Courier New" w:hAnsi="Courier New"/>
          <w:color w:val="555555"/>
          <w:sz w:val="20"/>
        </w:rPr>
        <w:t>[15]</w:t>
      </w:r>
    </w:p>
    <w:p>
      <w:r>
        <w:rPr>
          <w:rFonts w:ascii="Gentium Plus" w:hAnsi="Gentium Plus"/>
          <w:sz w:val="24"/>
        </w:rPr>
        <w:t>τοῖς ἤτοι διὰ τῆς ἐπιούσης νυκτὸς ἢ κατὰ τὴν ὑστεραίαν ἡμέραν, ἢ καὶ διὰ τρίτης, ὅμοιαι συμβαίνουσιν ὀδύναι, καὶ</w:t>
      </w:r>
    </w:p>
    <w:p>
      <w:r>
        <w:rPr>
          <w:rFonts w:ascii="Courier New" w:hAnsi="Courier New"/>
          <w:color w:val="555555"/>
          <w:sz w:val="20"/>
        </w:rPr>
        <w:t>[10 . 870]</w:t>
      </w:r>
    </w:p>
    <w:p>
      <w:r>
        <w:rPr>
          <w:rFonts w:ascii="Gentium Plus" w:hAnsi="Gentium Plus"/>
          <w:sz w:val="24"/>
        </w:rPr>
        <w:t>μότερον ἐκθερμαίνωσι τὰ μόρια. σοὶ δὲ καὶ τοῦτο μὲν αὐτὸ μέγιστον ἔστω γνώρισμα τῆς διαθέσεως. ἑπέσθω δὲ καὶ ἡ θεραπεία προσήκουσα μὴ θερμαίνοντι μὲν ἐπιφανῶς τὸ μόριον, ἀγωγῆ δὲ ἐπιμελείας χρωμένῳ λεπτυνούσῃ. εἰ δὲ</w:t>
      </w:r>
    </w:p>
    <w:p>
      <w:r>
        <w:rPr>
          <w:rFonts w:ascii="Courier New" w:hAnsi="Courier New"/>
          <w:color w:val="555555"/>
          <w:sz w:val="20"/>
        </w:rPr>
        <w:t>[5]</w:t>
      </w:r>
    </w:p>
    <w:p>
      <w:r>
        <w:rPr>
          <w:rFonts w:ascii="Gentium Plus" w:hAnsi="Gentium Plus"/>
          <w:sz w:val="24"/>
        </w:rPr>
        <w:t>καὶ κατὰ γαστέρα τῶν τοιούτων τι συμβαίνει, θαυμαστῶς ὑπὸ κλυσμάτων ὀνίνανται δριμέων. χρὴ δὲ πρῶτον μὲν αὐτῶν ἰᾶσθαι τὸν παροξυσμὸν τῆς ὀδύνης, προσβάλλοντα σικύαν ὑπὲρ τοῦ διαπνεῦσαι τὸ φυσῶδες πνεῦμα· μετὰ ταῦτα δὲ ἐκκενοῦν τὸν χυμὸν, ἐνιέντα τῶν τοιούτων τι φαρμάκων.</w:t>
      </w:r>
    </w:p>
    <w:p>
      <w:r>
        <w:rPr>
          <w:rFonts w:ascii="Courier New" w:hAnsi="Courier New"/>
          <w:color w:val="555555"/>
          <w:sz w:val="20"/>
        </w:rPr>
        <w:t>[10]</w:t>
      </w:r>
    </w:p>
    <w:p>
      <w:r>
        <w:rPr>
          <w:rFonts w:ascii="Gentium Plus" w:hAnsi="Gentium Plus"/>
          <w:sz w:val="24"/>
        </w:rPr>
        <w:t>ἐγὼ δὲ εἴωθα χρῆσθαι τῶν λεπτομερῶν ἐλαίων τινὶ, πήγα‐ νον ἐναφεψῶν. ἔνιοι δὲ ὑπὸ τὴν τοιαύτην θεραπείαν ἀχθέν‐ των, ὅταν παραδέξωνται τοὔλαιον, ὀδυνῶνται σφοδρότατα· κᾄπειτ’ ὀλίγον ὕστερον ἐκκρίνουσιν ὑαλώδη χυμόν· ἐφ’ ᾧ παραχρῆμα τήν τ’ ὀδύνην ἅμα καὶ τὴν διάθεσιν ἐκθερα‐</w:t>
      </w:r>
    </w:p>
    <w:p>
      <w:r>
        <w:rPr>
          <w:rFonts w:ascii="Courier New" w:hAnsi="Courier New"/>
          <w:color w:val="555555"/>
          <w:sz w:val="20"/>
        </w:rPr>
        <w:t>[15]</w:t>
      </w:r>
    </w:p>
    <w:p>
      <w:r>
        <w:rPr>
          <w:rFonts w:ascii="Gentium Plus" w:hAnsi="Gentium Plus"/>
          <w:sz w:val="24"/>
        </w:rPr>
        <w:t>πεύονται· κενωθέντος γὰρ τοῦ τὸ φυσῶδες πνεῦμα γεννῶν‐ τος αἰτίου πάντα παύεται. τοιούτοις χυμοῖς ἐναντιωτάτην μὲν ἔχουσι φύσιν οἱ λεπτοὶ καὶ δριμεῖς, ὁμοίαν δὲ τὴν ὀδύ‐</w:t>
      </w:r>
    </w:p>
    <w:p>
      <w:r>
        <w:rPr>
          <w:rFonts w:ascii="Courier New" w:hAnsi="Courier New"/>
          <w:color w:val="555555"/>
          <w:sz w:val="20"/>
        </w:rPr>
        <w:t>[10 . 871]</w:t>
      </w:r>
    </w:p>
    <w:p>
      <w:r>
        <w:rPr>
          <w:rFonts w:ascii="Gentium Plus" w:hAnsi="Gentium Plus"/>
          <w:sz w:val="24"/>
        </w:rPr>
        <w:t>στόματι τῆς γαστρὸς ἀθροισθέντες· ὥσπερ καὶ πρώην τῷ μικρὸν ὕστερον ἐμέσαντι τὸν ἰώδη χυμόν. ἄμεινον δὲ οὐκ ἰώδη λέγειν αὐτὸν, ἀλλ’ ἀκριβέστατον ἴον· ἦν γὰρ δὴ τοιοῦτος οἷος ὁ κάλλιστος ἴος. ἀλλὰ τούτῳ γε τῷ νεανίσκῳ</w:t>
      </w:r>
    </w:p>
    <w:p>
      <w:r>
        <w:rPr>
          <w:rFonts w:ascii="Courier New" w:hAnsi="Courier New"/>
          <w:color w:val="555555"/>
          <w:sz w:val="20"/>
        </w:rPr>
        <w:t>[5]</w:t>
      </w:r>
    </w:p>
    <w:p>
      <w:r>
        <w:rPr>
          <w:rFonts w:ascii="Gentium Plus" w:hAnsi="Gentium Plus"/>
          <w:sz w:val="24"/>
        </w:rPr>
        <w:t>μετὰ τοῦ σπᾶσθαι καὶ συγκόπτεσθαι καί τινες ἐγίνοντο νοτί‐ δες ψυχραὶ καὶ ὁ σφυγμὸς ἐσχάτως μικρὸς ἦν. ἐξ ὧνπερ καὶ τεκμηράμενος ἐν τῷ στόματι τῆς γαστρὸς, ὃ συνήθως ὀνο‐ μάζομεν στόμαχον, εἶναί τινα δακνώδη χυμὸν, ἔδωκα πιεῖν αὐτῷ ὕδατος χλιαροῦ· μεθ’ ὃ παραχρῆμα τοιοῦτον ἤμεσεν</w:t>
      </w:r>
    </w:p>
    <w:p>
      <w:r>
        <w:rPr>
          <w:rFonts w:ascii="Courier New" w:hAnsi="Courier New"/>
          <w:color w:val="555555"/>
          <w:sz w:val="20"/>
        </w:rPr>
        <w:t>[10]</w:t>
      </w:r>
    </w:p>
    <w:p>
      <w:r>
        <w:rPr>
          <w:rFonts w:ascii="Gentium Plus" w:hAnsi="Gentium Plus"/>
          <w:sz w:val="24"/>
        </w:rPr>
        <w:t>οἷόν περ εἰ καὶ σὺ βουληθείης ἐργάσασθαι, μίξας ὕδατι τὸν εὐανθέστατον ἴον. ὅταν μὲν οὖν ἐν τῇ γαστρὶ συνίσταται τοιοῦτος χυμὸς, ἐμέτοις ἐκκαθαίρειν αὐτόν· ὅταν δὲ ἐν τοῖς ἐντέροις, ἐνιέναι διὰ τῆς ἕδρας ἐπιτήδειόν τι τῶν τοιούτους χυμοὺς κατακλύζειν δυναμένων. εἶναι δὲ χρὴ τοῦτο ῥυπτι‐</w:t>
      </w:r>
    </w:p>
    <w:p>
      <w:r>
        <w:rPr>
          <w:rFonts w:ascii="Courier New" w:hAnsi="Courier New"/>
          <w:color w:val="555555"/>
          <w:sz w:val="20"/>
        </w:rPr>
        <w:t>[15]</w:t>
      </w:r>
    </w:p>
    <w:p>
      <w:r>
        <w:rPr>
          <w:rFonts w:ascii="Gentium Plus" w:hAnsi="Gentium Plus"/>
          <w:sz w:val="24"/>
        </w:rPr>
        <w:t>κὸν μὲν πάντως. ἀλλ’ ἐπειδὴ τὰ πλεῖστα τῶν τοιούτων δάκνει, κάλλιστα ἂν εἴη τῶν ἀδήκτων τι ῥυπτικὸν ἐκλέγε‐ σθαι· τοιοῦτον δέ ἐστιν ἐν τοῖς μάλιστα πτισάνης χυλός.</w:t>
      </w:r>
    </w:p>
    <w:p>
      <w:r>
        <w:rPr>
          <w:rFonts w:ascii="Courier New" w:hAnsi="Courier New"/>
          <w:color w:val="555555"/>
          <w:sz w:val="20"/>
        </w:rPr>
        <w:t>[10 . 872]</w:t>
      </w:r>
    </w:p>
    <w:p>
      <w:r>
        <w:rPr>
          <w:rFonts w:ascii="Gentium Plus" w:hAnsi="Gentium Plus"/>
          <w:sz w:val="24"/>
        </w:rPr>
        <w:t>εἴρηται καὶ παραδείγματα κατὰ τὸν ἔμπροσθεν λόγον. ἐπεὶ δὲ καὶ τῶν διὰ ξηρότητα σφοδρὰν τεινομένων τε ἅμα καὶ ὀδυνωμένων ἐμνημόνευσα, προσθεῖναί τι καὶ περὶ τούτων ἄμεινον. εἰδέναι γὰρ χρὴ τὴν τοιαύτην διάθεσιν ἐνδεικνυμέ‐</w:t>
      </w:r>
    </w:p>
    <w:p>
      <w:r>
        <w:rPr>
          <w:rFonts w:ascii="Courier New" w:hAnsi="Courier New"/>
          <w:color w:val="555555"/>
          <w:sz w:val="20"/>
        </w:rPr>
        <w:t>[5]</w:t>
      </w:r>
    </w:p>
    <w:p>
      <w:r>
        <w:rPr>
          <w:rFonts w:ascii="Gentium Plus" w:hAnsi="Gentium Plus"/>
          <w:sz w:val="24"/>
        </w:rPr>
        <w:t>νην μὲν εἰ μέλλει θεραπεύειν τις αὐτὴν, ὑγρότητα, χαλεπὴν δ’ οὖσαν ἢ καὶ παντάπασιν ἀδύνατον ἐκθεραπεύεσθαι, λόγῳ πυρετοῦ γενομένην. ἕπεται δὲ μάλιστα ταῖς ὀλεθρίαις φρενί‐ τισι καὶ σωθέντα τινὰ τῶν οὕτω σπασθέντων οὔτ’ αὐτὸς εἶδον οὔτ’ ἄλλου λέγοντος ἤκουσα. τὰ πολλὰ γὰρ οἱ σπα‐</w:t>
      </w:r>
    </w:p>
    <w:p>
      <w:r>
        <w:rPr>
          <w:rFonts w:ascii="Courier New" w:hAnsi="Courier New"/>
          <w:color w:val="555555"/>
          <w:sz w:val="20"/>
        </w:rPr>
        <w:t>[10]</w:t>
      </w:r>
    </w:p>
    <w:p>
      <w:r>
        <w:rPr>
          <w:rFonts w:ascii="Gentium Plus" w:hAnsi="Gentium Plus"/>
          <w:sz w:val="24"/>
        </w:rPr>
        <w:t>σμοὶ γίγνονται διά τε πλήρωσιν τῶν νευρωδῶν μορίων, ᾧ λόγῳ καὶ τοῖς φλεγμαίνουσιν ἰσχυρῶς ἕπονται· καὶ προσέτι καὶ διὰ δακνώδη χυμὸν λεπτὸν, ἀναβιβρώσκοντα τὰ νευρώδη μόρια· καὶ ψύξιν ἰσχυρὰν, ὅμοιόν τι πήξει δρῶσαν. οὗτοι μὲν οἱ εἰρημένοι τρεῖς σπασμοὶ θεραπεύονται πολλάκις· ἀνία‐</w:t>
      </w:r>
    </w:p>
    <w:p>
      <w:r>
        <w:rPr>
          <w:rFonts w:ascii="Courier New" w:hAnsi="Courier New"/>
          <w:color w:val="555555"/>
          <w:sz w:val="20"/>
        </w:rPr>
        <w:t>[15]</w:t>
      </w:r>
    </w:p>
    <w:p>
      <w:r>
        <w:rPr>
          <w:rFonts w:ascii="Gentium Plus" w:hAnsi="Gentium Plus"/>
          <w:sz w:val="24"/>
        </w:rPr>
        <w:t>τος δὲ ὁ διὰ ξηρότητα τῶν νευρωδῶν μορίων γιγνόμενος. ἐδείχθη γάρ μοι κᾀν τῷ περὶ μαρασμοῦ λόγῳ παντάπασιν ἀθεράπευτος ἡ τῶν στερεῶν σωμάτων ξηρότης. ὥστ’ οὐδὲν</w:t>
      </w:r>
    </w:p>
    <w:p>
      <w:r>
        <w:rPr>
          <w:rFonts w:ascii="Courier New" w:hAnsi="Courier New"/>
          <w:color w:val="555555"/>
          <w:sz w:val="20"/>
        </w:rPr>
        <w:t>[10 . 873]</w:t>
      </w:r>
    </w:p>
    <w:p>
      <w:r>
        <w:rPr>
          <w:rFonts w:ascii="Gentium Plus" w:hAnsi="Gentium Plus"/>
          <w:sz w:val="24"/>
        </w:rPr>
        <w:t>οὐδὲ περὶ τῶν διὰ κένωσιν ἀμέτρων ἤτοι διὰ γαστρὸς ἢ δι’ ἐμέτου ἢ δι’ αἱμοῤῥαγίας· εἴρηται γὰρ ὑπὲρ αὐτῶν ἤδη με‐ τρίως ἐν τοῖς ἔμπροσθεν αὖθίς τε διελθεῖν ἀναγκαῖον ἔσται καὶ μάλισθ’ ὅταν ὁ λόγος μοι γίγνηται περὶ τῶν παρὰ φύσιν</w:t>
      </w:r>
    </w:p>
    <w:p>
      <w:r>
        <w:rPr>
          <w:rFonts w:ascii="Courier New" w:hAnsi="Courier New"/>
          <w:color w:val="555555"/>
          <w:sz w:val="20"/>
        </w:rPr>
        <w:t>[5]</w:t>
      </w:r>
    </w:p>
    <w:p>
      <w:r>
        <w:rPr>
          <w:rFonts w:ascii="Gentium Plus" w:hAnsi="Gentium Plus"/>
          <w:sz w:val="24"/>
        </w:rPr>
        <w:t>ὄγκων. καταπαύσω τοιγαροῦν ἤδη τὸν ἐνεστῶτα λόγον, ἐπειδὴ περὶ τῶν ἀναγκαιοτάτων συμπτωμάτων καὶ μάλιστα τῶν συνεζευγμένων αὐταῖς ταῖς διαθέσεσι τῶν πυρετῶν αὐ‐</w:t>
      </w:r>
    </w:p>
    <w:p>
      <w:r>
        <w:rPr>
          <w:rFonts w:ascii="Courier New" w:hAnsi="Courier New"/>
          <w:color w:val="555555"/>
          <w:sz w:val="20"/>
        </w:rPr>
        <w:t>[10 . 874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Ν.</w:t>
      </w:r>
    </w:p>
    <w:p>
      <w:r>
        <w:rPr>
          <w:rFonts w:ascii="Courier New" w:hAnsi="Courier New"/>
          <w:color w:val="555555"/>
          <w:sz w:val="20"/>
        </w:rPr>
        <w:t>[1]</w:t>
      </w:r>
    </w:p>
    <w:p>
      <w:r>
        <w:rPr>
          <w:rFonts w:ascii="Gentium Plus" w:hAnsi="Gentium Plus"/>
          <w:sz w:val="24"/>
        </w:rPr>
        <w:t>Δύο μὲν ἤδη γένη νοσημάτων ὅπως ἄν τις ἰῷτο μεθόδῳ δεδήλωται· τὸ μὲν ἕτερον, ἡ δυσκρασία, πα‐ λαιὰν ἔχουσα προσηγορίαν, τὸ δ’ ἕτερον ὑφ’ ἡμῶν ὠνο‐ μασμένον, ἡ τῆς συνεχείας λύσις. ὑπὲρ ἧς πρώτης γράψαντες</w:t>
      </w:r>
    </w:p>
    <w:p>
      <w:r>
        <w:rPr>
          <w:rFonts w:ascii="Courier New" w:hAnsi="Courier New"/>
          <w:color w:val="555555"/>
          <w:sz w:val="20"/>
        </w:rPr>
        <w:t>[5]</w:t>
      </w:r>
    </w:p>
    <w:p>
      <w:r>
        <w:rPr>
          <w:rFonts w:ascii="Gentium Plus" w:hAnsi="Gentium Plus"/>
          <w:sz w:val="24"/>
        </w:rPr>
        <w:t>ἐν τῷ τρίτῳ καὶ τετάρτῳ καὶ πέμπτῳ καὶ ἕκτῳ τῶνδε τῶν ὑπομνημάτων, ἐφεξῆς αὐτῇ τὰ κατὰ δυσκρασίαν γιγνόμενα μέχρι τοῦ δωδεκάτου διήλθομεν. ἐν δὲ τῷδε τῷ τρισκαιδεκάτῳ τῆς ὅλης πραγματείας ὄντι περὶ τῶν παρὰ φύσιν ὄγκων</w:t>
      </w:r>
    </w:p>
    <w:p>
      <w:r>
        <w:rPr>
          <w:rFonts w:ascii="Courier New" w:hAnsi="Courier New"/>
          <w:color w:val="555555"/>
          <w:sz w:val="20"/>
        </w:rPr>
        <w:t>[10 . 875]</w:t>
      </w:r>
    </w:p>
    <w:p>
      <w:r>
        <w:rPr>
          <w:rFonts w:ascii="Gentium Plus" w:hAnsi="Gentium Plus"/>
          <w:sz w:val="24"/>
        </w:rPr>
        <w:t>μέλη τοῦ κατὰ φύσιν. ὑγείαν δὲ καλεῖν ἢ κατὰ φύσιν οὐ διοίσει πρός γε τὰ παρόντα. πολλῶν δὲ κατ’ εἶδος ὄντων ἐν αὐτοῖς παθῶν, περὶ πρώτης ἐροῦμεν τῆς φλεγμονῆς. ἄμει‐ νον γὰρ ἀπὸ ταύτης ἄρξασθαι διά τε τὸ συνεχέστατα γί‐</w:t>
      </w:r>
    </w:p>
    <w:p>
      <w:r>
        <w:rPr>
          <w:rFonts w:ascii="Courier New" w:hAnsi="Courier New"/>
          <w:color w:val="555555"/>
          <w:sz w:val="20"/>
        </w:rPr>
        <w:t>[5]</w:t>
      </w:r>
    </w:p>
    <w:p>
      <w:r>
        <w:rPr>
          <w:rFonts w:ascii="Gentium Plus" w:hAnsi="Gentium Plus"/>
          <w:sz w:val="24"/>
        </w:rPr>
        <w:t>γνεσθαι καὶ πυρετούς τε καὶ ἄλλα συμπτώματα ἐργάζεσθαι σφαλερώτατα. λεγόντων δὲ πολλάκις τῶν παλαιῶν φλεγ‐ μονὴν τὴν φλόγωσιν, ἰστέον νῦν ἡμᾶς οὐ περὶ ταύτης διέρ‐ χεσθαι τῆς φλεγμονῆς, ἀλλ’ ἥτις ἅμα τῇ φλογώσει καὶ τάσιν ἔχει περὶ τὸ μόριον, ἡμῖν θ’ ἁπτομένοις φαινομένην αὐτῷ</w:t>
      </w:r>
    </w:p>
    <w:p>
      <w:r>
        <w:rPr>
          <w:rFonts w:ascii="Courier New" w:hAnsi="Courier New"/>
          <w:color w:val="555555"/>
          <w:sz w:val="20"/>
        </w:rPr>
        <w:t>[10]</w:t>
      </w:r>
    </w:p>
    <w:p>
      <w:r>
        <w:rPr>
          <w:rFonts w:ascii="Gentium Plus" w:hAnsi="Gentium Plus"/>
          <w:sz w:val="24"/>
        </w:rPr>
        <w:t>τε τῷ κάμνοντι διὰ τῆς ἰδίως ὀνομαζομένης συναισθήσεως. οὐδὲν δ’ ἧττον τῆς τάσεως ἀντίτυπόν ἐστι τὸ φλεγμαῖνον μόριον ἐν ὄγκῳ τε μείζονι τοῦ κατὰ φύσιν· ὀδύνη δ’ αὐτῷ σύνεστιν ἤτοι γ’ ἐλάττων ἢ μείζων· ἐνίοτε δὲ καὶ μετὰ σφυγμοῦ συναισθήσεως, ὅταν ἐπιπλέον αὐξηθῇ τὸ νόσημα,</w:t>
      </w:r>
    </w:p>
    <w:p>
      <w:r>
        <w:rPr>
          <w:rFonts w:ascii="Courier New" w:hAnsi="Courier New"/>
          <w:color w:val="555555"/>
          <w:sz w:val="20"/>
        </w:rPr>
        <w:t>[15]</w:t>
      </w:r>
    </w:p>
    <w:p>
      <w:r>
        <w:rPr>
          <w:rFonts w:ascii="Gentium Plus" w:hAnsi="Gentium Plus"/>
          <w:sz w:val="24"/>
        </w:rPr>
        <w:t>καὶ μάλισθ’ ἡνίκα ἐκπυΐσκεται. οὕτω δὲ καὶ τὸ καλούμενον ἔρευθος ἤτοι γ’ ἧττον ἢ μᾶλλον. ἀεὶ δὲ πάντως ἐστὶν ἐν</w:t>
      </w:r>
    </w:p>
    <w:p>
      <w:r>
        <w:rPr>
          <w:rFonts w:ascii="Courier New" w:hAnsi="Courier New"/>
          <w:color w:val="555555"/>
          <w:sz w:val="20"/>
        </w:rPr>
        <w:t>[10 . 876]</w:t>
      </w:r>
    </w:p>
    <w:p>
      <w:r>
        <w:rPr>
          <w:rFonts w:ascii="Gentium Plus" w:hAnsi="Gentium Plus"/>
          <w:sz w:val="24"/>
        </w:rPr>
        <w:t>ἴχνει, κᾂν κατὰ τὸ τῆς χειρὸς ἔνδον γένηται μεγάλη φλεγμονὴ, καὶ ταῦτα φαίνεσθαί πως ἑαυτῶν ἐνίοτε ἐρυ‐ θρότερα. Δέδεικται γάρ τοι πᾶσα φλεγμονὴ δι’ ἐπιῤ‐</w:t>
      </w:r>
    </w:p>
    <w:p>
      <w:r>
        <w:rPr>
          <w:rFonts w:ascii="Courier New" w:hAnsi="Courier New"/>
          <w:color w:val="555555"/>
          <w:sz w:val="20"/>
        </w:rPr>
        <w:t>[5]</w:t>
      </w:r>
    </w:p>
    <w:p>
      <w:r>
        <w:rPr>
          <w:rFonts w:ascii="Gentium Plus" w:hAnsi="Gentium Plus"/>
          <w:sz w:val="24"/>
        </w:rPr>
        <w:t>ῥοὴν αἵματος γιγνομένη τισὶ μὲν εὐθέως θερμοῦ πλέον ἢ κατὰ φύσιν ἦν θερμὸν, ἅπασι δ’ οὖν ἐν τῷ φλεγμαί‐ νοντι μορίῳ θερμοτέρου γιγνομένου. καὶ τοῦτο κοινὸν ἁπά‐ σαις ταῖς αἱρέσεσίν ἐστιν, εἴτε σφήνωσιν μόνην αἰτιῶνται κατὰ τὰ πέρατα τῶν ἀγγείων, εἴτε παρέμπτωσιν τοῦ αἵμα‐</w:t>
      </w:r>
    </w:p>
    <w:p>
      <w:r>
        <w:rPr>
          <w:rFonts w:ascii="Courier New" w:hAnsi="Courier New"/>
          <w:color w:val="555555"/>
          <w:sz w:val="20"/>
        </w:rPr>
        <w:t>[10]</w:t>
      </w:r>
    </w:p>
    <w:p>
      <w:r>
        <w:rPr>
          <w:rFonts w:ascii="Gentium Plus" w:hAnsi="Gentium Plus"/>
          <w:sz w:val="24"/>
        </w:rPr>
        <w:t>τος ἐν μόναις ταῖς ἀρτηρίαις, εἴτ’ ἔμφραξίν τινα, εἴτε ἔνστασιν ἐν λόγῳ θεωρητοῖς ἀραιώμασιν. ὥστε καὶ ὁ τῆς ἰάσεως σκοπὸς ἁπάσαις κοινὸς ἡ κένωσις τοῦ πλεονάζον‐ τος αἵματος ἐν τῷ φλεγμαίνοντι μορίῳ. γιγνομένης δ’ ἔτι τῆς φλεγμονῆς διττὸς ὁ σκοπὸς ὥσπερ καὶ τῶν ἄλλων</w:t>
      </w:r>
    </w:p>
    <w:p>
      <w:r>
        <w:rPr>
          <w:rFonts w:ascii="Courier New" w:hAnsi="Courier New"/>
          <w:color w:val="555555"/>
          <w:sz w:val="20"/>
        </w:rPr>
        <w:t>[15]</w:t>
      </w:r>
    </w:p>
    <w:p>
      <w:r>
        <w:rPr>
          <w:rFonts w:ascii="Gentium Plus" w:hAnsi="Gentium Plus"/>
          <w:sz w:val="24"/>
        </w:rPr>
        <w:t>ἁπάντων ἐδείχθη νοσημάτων, ὅσα τὴν γένεσιν ἐνεστῶσαν ἔτι καὶ μήπω συμπεπληρωμένην ἔχοι. τὸ μὲν γὰρ γεγονὸς αὐτῶν ἤδη τῷ θεραπευτικῷ μέρει τῆς ἰατρικῆς ὑποπέ‐</w:t>
      </w:r>
    </w:p>
    <w:p>
      <w:r>
        <w:rPr>
          <w:rFonts w:ascii="Courier New" w:hAnsi="Courier New"/>
          <w:color w:val="555555"/>
          <w:sz w:val="20"/>
        </w:rPr>
        <w:t>[10 . 877]</w:t>
      </w:r>
    </w:p>
    <w:p>
      <w:r>
        <w:rPr>
          <w:rFonts w:ascii="Gentium Plus" w:hAnsi="Gentium Plus"/>
          <w:sz w:val="24"/>
        </w:rPr>
        <w:t>τοῦτο ἔφαμεν οὐχ ἁπλῆν, ἀλλὰ σύνθετον εἶναι τὴν ὅλην ἐπιμέλειαν τῶν ἔτι γιγνομένων παθῶν ἐκ προφυλακτικῆς τε καὶ θεραπευτικῆς. ὥσπερ γε καὶ εἰ μηδ’ ὅλως ἄρχοιτο φλεγμαίνειν μηδέπω, φαίνοιτο δὲ τὸ τῶν γεννῆσαι δυνα‐</w:t>
      </w:r>
    </w:p>
    <w:p>
      <w:r>
        <w:rPr>
          <w:rFonts w:ascii="Courier New" w:hAnsi="Courier New"/>
          <w:color w:val="555555"/>
          <w:sz w:val="20"/>
        </w:rPr>
        <w:t>[5]</w:t>
      </w:r>
    </w:p>
    <w:p>
      <w:r>
        <w:rPr>
          <w:rFonts w:ascii="Gentium Plus" w:hAnsi="Gentium Plus"/>
          <w:sz w:val="24"/>
        </w:rPr>
        <w:t>μένων αἰτίων εἶδος ἤδη κατὰ τὸ σῶμα, σκοπὸς κᾀπὶ τού‐ των ἁπάντων ἡ προφυλακὴ μόνη. μηδέπω δ’ αἰτίας μηδὲ μιᾶς ὑποτρεφομένης ἐν τῷ σώματι, τὸ καλούμενον ὑγιεινὸν μέρος τῆς τέχνης προνοεῖται καὶ οὕτως ἐχόντων. ὅσα τοί‐ νυν αἴτια τὴν φλεγμονὴν ὁρᾶται γεννῶντα, ταῦτα ὅταν</w:t>
      </w:r>
    </w:p>
    <w:p>
      <w:r>
        <w:rPr>
          <w:rFonts w:ascii="Courier New" w:hAnsi="Courier New"/>
          <w:color w:val="555555"/>
          <w:sz w:val="20"/>
        </w:rPr>
        <w:t>[10]</w:t>
      </w:r>
    </w:p>
    <w:p>
      <w:r>
        <w:rPr>
          <w:rFonts w:ascii="Gentium Plus" w:hAnsi="Gentium Plus"/>
          <w:sz w:val="24"/>
        </w:rPr>
        <w:t>μὲν ἤδη πως ᾖ κατὰ τὸ σῶμα, μικρὰ δ’ ἔτι καὶ ἀρχόμενα, κωλύειν αὐτὰ δεῖ μείζω γενέσθαι, καὶ τοῦτ’ ἐστὶν ἡ προ‐ φυλακὴ τῆς φλεγμονῆς. εἰ δὲ τηλικοῦτον ἔχει τὸ μέγεθος ὡς ἤδη ποιεῖν φλεγμονὴν, ἐκκόπτειν μὲν χρὴ ταῦτα, τὸ δὲ ἤδη γεγονὸς αὐτῆς ἰᾶσθαι.</w:t>
      </w:r>
    </w:p>
    <w:p>
      <w:r>
        <w:rPr>
          <w:rFonts w:ascii="Courier New" w:hAnsi="Courier New"/>
          <w:color w:val="555555"/>
          <w:sz w:val="20"/>
        </w:rPr>
        <w:t>[15]</w:t>
      </w:r>
    </w:p>
    <w:p>
      <w:r>
        <w:rPr>
          <w:rFonts w:ascii="Gentium Plus" w:hAnsi="Gentium Plus"/>
          <w:sz w:val="24"/>
        </w:rPr>
        <w:t>Γένεσις μὲν οὖν κοινὴ πάσαις ταῖς φλεγ‐ μοναῖς ἐξ αἵματος ἐπιῤῥοῆς ἐστι πλείονος ἢ ὅσου δεῖται</w:t>
      </w:r>
    </w:p>
    <w:p>
      <w:r>
        <w:rPr>
          <w:rFonts w:ascii="Courier New" w:hAnsi="Courier New"/>
          <w:color w:val="555555"/>
          <w:sz w:val="20"/>
        </w:rPr>
        <w:t>[10 . 878]</w:t>
      </w:r>
    </w:p>
    <w:p>
      <w:r>
        <w:rPr>
          <w:rFonts w:ascii="Gentium Plus" w:hAnsi="Gentium Plus"/>
          <w:sz w:val="24"/>
        </w:rPr>
        <w:t>χθη καὶ τῷ τῆς ἀνωμάλου δυσκρασίας. ἐπιῤῥεῖ δὲ πλέον, ἐνίοτε μὲν ἑτέρου τινὸς ἢ ἑτέρων τινῶν μορίων εἰς αὐτὸ πεμπόντων, ὑποδεχομένου δὲ τοῦ φλεγμαίνειν ἀρχομένου, ποτὲ δὲ ἕλκοντος ἐφ’ ἑαυτὸ τοῦ πάσχοντος. τὰ μὲν οὖν</w:t>
      </w:r>
    </w:p>
    <w:p>
      <w:r>
        <w:rPr>
          <w:rFonts w:ascii="Courier New" w:hAnsi="Courier New"/>
          <w:color w:val="555555"/>
          <w:sz w:val="20"/>
        </w:rPr>
        <w:t>[5]</w:t>
      </w:r>
    </w:p>
    <w:p>
      <w:r>
        <w:rPr>
          <w:rFonts w:ascii="Gentium Plus" w:hAnsi="Gentium Plus"/>
          <w:sz w:val="24"/>
        </w:rPr>
        <w:t>πέμποντα ποτὲ μὲν, ὡς τῷ πλήθει περιττὸν ἢ ἀνιαρὸν τῇ ποιότητι, διωθεῖται τὸν χυμὸν, ἐνίοτε δὲ καὶ δι’ ἄμφω· τὰ δὲ ἕλκοντα διὰ θερμότητα νοσώδη. κατὰ δὲ τὰς ὀδύ‐ νας ἄρχεται μὲν ἐκ τοῦ τὴν ὀδύνην ἔχοντος ἡ αἰτία, τὰ δ’ ὑπερκείμενα τὸ σύμπαν ἐργάζεται τῆς φλεγμονῆς. τὸ μὲν</w:t>
      </w:r>
    </w:p>
    <w:p>
      <w:r>
        <w:rPr>
          <w:rFonts w:ascii="Courier New" w:hAnsi="Courier New"/>
          <w:color w:val="555555"/>
          <w:sz w:val="20"/>
        </w:rPr>
        <w:t>[10]</w:t>
      </w:r>
    </w:p>
    <w:p>
      <w:r>
        <w:rPr>
          <w:rFonts w:ascii="Gentium Plus" w:hAnsi="Gentium Plus"/>
          <w:sz w:val="24"/>
        </w:rPr>
        <w:t>οὖν ἐπὶ τὸ θερμαινόμενον ἤτοι γ’ ἕλκεσθαι τοὺς πλησιά‐ ζοντας χυμοὺς, ὡς ἡμεῖς φαμεν, ἢ ὡς Ἀσκληπιάδης ἐνόμιζε, ῥεῖν, ἐναργῶς φαίνεται καὶ φυλαττέσθω τῷ λόγῳ κᾀνταῦθα τὸ ἀληθὲς, ἐξ αὐτοῦ τοῦ βλέπεσθαι. τά γε μὴν ὀδυνώμενα φαίνεται μὲν καὶ ταῦτα φλεγμαίνοντα διὰ</w:t>
      </w:r>
    </w:p>
    <w:p>
      <w:r>
        <w:rPr>
          <w:rFonts w:ascii="Courier New" w:hAnsi="Courier New"/>
          <w:color w:val="555555"/>
          <w:sz w:val="20"/>
        </w:rPr>
        <w:t>[15]</w:t>
      </w:r>
    </w:p>
    <w:p>
      <w:r>
        <w:rPr>
          <w:rFonts w:ascii="Gentium Plus" w:hAnsi="Gentium Plus"/>
          <w:sz w:val="24"/>
        </w:rPr>
        <w:t>τὴν ὀδύνην, ἡ δ’ αἰτία τισὶ μὲν οὐδ’ ὅλως εἴρηται, τισὶ δ’ οὐδαμῶς πιθανή. καθ’ ἡμᾶς δ’ ἐστὶ τοιάδε. δέδεικται δὲ κατὰ τὴν πραγματείαν ἣν περὶ τῶν φυσικῶν δυνάμεων</w:t>
      </w:r>
    </w:p>
    <w:p>
      <w:r>
        <w:rPr>
          <w:rFonts w:ascii="Courier New" w:hAnsi="Courier New"/>
          <w:color w:val="555555"/>
          <w:sz w:val="20"/>
        </w:rPr>
        <w:t>[10 . 879]</w:t>
      </w:r>
    </w:p>
    <w:p>
      <w:r>
        <w:rPr>
          <w:rFonts w:ascii="Gentium Plus" w:hAnsi="Gentium Plus"/>
          <w:sz w:val="24"/>
        </w:rPr>
        <w:t>τικὴν ὀνομάζομεν. ἐνεργεῖ δ’ αὕτη κατ’ ἐκείνους τοὺς καιροὺς ἐν οἷς ἂν αἴσθηται λυποῦντός τινος. ἓν δέ τι τῶν λυπούντων αὐτήν ἐστι καὶ τὸ τὴν ὀδύνην ἐργαζόμενον αἴτιον, ὅ τί ποτ’ ἂν ᾖ. τοῦτ’ οὖν ἀποτρῖψαι σπεύδουσα φλεγμονὴν ἔστιν ὅτε</w:t>
      </w:r>
    </w:p>
    <w:p>
      <w:r>
        <w:rPr>
          <w:rFonts w:ascii="Courier New" w:hAnsi="Courier New"/>
          <w:color w:val="555555"/>
          <w:sz w:val="20"/>
        </w:rPr>
        <w:t>[5]</w:t>
      </w:r>
    </w:p>
    <w:p>
      <w:r>
        <w:rPr>
          <w:rFonts w:ascii="Gentium Plus" w:hAnsi="Gentium Plus"/>
          <w:sz w:val="24"/>
        </w:rPr>
        <w:t>κατὰ τὸ μέρος ἐργάζεται. ὅταν γὰρ ταῖς πρώταις ἑαυτῆς κινή‐ σεσι μηδὲν ἀνύσῃ, τηνικαῦτ’ ἤδη σφοδρότερον ἐπιχειροῦσα τὸ λυποῦν ἀποτρίψασθαι συνεκθλίβει τι πρὸς τὸ μέρος ἐκ τῶν ὑπερκειμένων αἷμα καὶ πνεῦμα. κᾀντεῦθεν ἐπὶ ταῖς ὀδύναις εἰς ὄγκον εἴρηται τὸ μέρος ἀνάλογον τῷ πρὸς αὐτὸ</w:t>
      </w:r>
    </w:p>
    <w:p>
      <w:r>
        <w:rPr>
          <w:rFonts w:ascii="Courier New" w:hAnsi="Courier New"/>
          <w:color w:val="555555"/>
          <w:sz w:val="20"/>
        </w:rPr>
        <w:t>[10]</w:t>
      </w:r>
    </w:p>
    <w:p>
      <w:r>
        <w:rPr>
          <w:rFonts w:ascii="Gentium Plus" w:hAnsi="Gentium Plus"/>
          <w:sz w:val="24"/>
        </w:rPr>
        <w:t>ῥυέντι χυμῷ. Καὶ μέντοι καὶ πάντων τῶν παρὰ φύσιν ὄγκων ἡ ποικιλία τῆς διαφορᾶς ἕπεται τῇ τῶν ἐπιῤῥεόντων φύσει. πνευματωδέστεροι μὲν γὰρ, ὅταν ἡ πνευματώδης οὐσία πλείων ἀφίκηται, γίνονται· φλεγμονωδέστεροι δὲ, ὅταν</w:t>
      </w:r>
    </w:p>
    <w:p>
      <w:r>
        <w:rPr>
          <w:rFonts w:ascii="Courier New" w:hAnsi="Courier New"/>
          <w:color w:val="555555"/>
          <w:sz w:val="20"/>
        </w:rPr>
        <w:t>[15]</w:t>
      </w:r>
    </w:p>
    <w:p>
      <w:r>
        <w:rPr>
          <w:rFonts w:ascii="Gentium Plus" w:hAnsi="Gentium Plus"/>
          <w:sz w:val="24"/>
        </w:rPr>
        <w:t>ἡ τοῦ αἵματος· ἐρυσιπελατώδεις δὲ ὅταν ὁ τῆς ξανθῆς χολῆς χυμός· οἰδηματώδεις δὲ, ὅταν ὁ τοῦ φλέγματος, ὥσπερ γε καὶ σκιῤῥώδεις, ὅταν ἤτοι παχὺς ἢ καὶ γλίσχρος ἱκανῶς ὁ κατα‐ σκήψας εἰς τὸ μόριον ᾖ χυμός. ὁ μὲν οὖν παχὺς ἤδη πώς ἐστι</w:t>
      </w:r>
    </w:p>
    <w:p>
      <w:r>
        <w:rPr>
          <w:rFonts w:ascii="Courier New" w:hAnsi="Courier New"/>
          <w:color w:val="555555"/>
          <w:sz w:val="20"/>
        </w:rPr>
        <w:t>[10 . 880]</w:t>
      </w:r>
    </w:p>
    <w:p>
      <w:r>
        <w:rPr>
          <w:rFonts w:ascii="Gentium Plus" w:hAnsi="Gentium Plus"/>
          <w:sz w:val="24"/>
        </w:rPr>
        <w:t>τε γλίσχρων ἐδεσμάτων γίγνεται, καί ποτε καὶ αὐτῶν τῶν νευρωδῶν μορίων περίττωμα πολὺ γεννησάντων. ἀλλὰ περὶ μὲν τῶν ἄλλων ὄγκων ἐφεξῆς εἰρήσεται· περὶ δὲ τῆς φλεγμονῆς τὰ κοινὰ πάντων λαβόντες εἰς τὸν λόγον οὕτως</w:t>
      </w:r>
    </w:p>
    <w:p>
      <w:r>
        <w:rPr>
          <w:rFonts w:ascii="Courier New" w:hAnsi="Courier New"/>
          <w:color w:val="555555"/>
          <w:sz w:val="20"/>
        </w:rPr>
        <w:t>[5]</w:t>
      </w:r>
    </w:p>
    <w:p>
      <w:r>
        <w:rPr>
          <w:rFonts w:ascii="Gentium Plus" w:hAnsi="Gentium Plus"/>
          <w:sz w:val="24"/>
        </w:rPr>
        <w:t>αὐτοῖς προσθῶμεν, ὅσα μόνης αὐτῆς ἐστιν ἴδια. ὅταν οὖν ἄρχηταί τι φλεγμαίνειν μόριον, ἐπισκεπτέον εἴτε διὰ θερμασίαν τινὰ παρὰ φύσιν ἐν αὐτῷ γενομένην εἴτε δι’ ὀδύνην ἤτοι γ’ οἰκείαν ἤ τινα τῶν πλησιαζόντων εἰς τοῦθ’ ἧκεν· ἵνα σοι παύοντι τὴν αἰτίαν ἡ φλεγμονὴ μηκέτ’</w:t>
      </w:r>
    </w:p>
    <w:p>
      <w:r>
        <w:rPr>
          <w:rFonts w:ascii="Courier New" w:hAnsi="Courier New"/>
          <w:color w:val="555555"/>
          <w:sz w:val="20"/>
        </w:rPr>
        <w:t>[10]</w:t>
      </w:r>
    </w:p>
    <w:p>
      <w:r>
        <w:rPr>
          <w:rFonts w:ascii="Gentium Plus" w:hAnsi="Gentium Plus"/>
          <w:sz w:val="24"/>
        </w:rPr>
        <w:t>αὐξάνηται. μετὰ δὲ τήνδε τὴν ἐπίσκεψιν ἐφεξῆς θέασαι μή τι τῶν πλησιαζόντων μορίων ἐπιπέμπει πλέον αἷμα τῷ φλεγμαίνοντι· καὶ μετὰ τοῦτο μὴ καὶ σύμπαν τὸ σῶμα πληθωρικῶς διάκειται. Μεμνῆσθαι δ’ οἶμαί σε καὶ τούτου τοῦ</w:t>
      </w:r>
    </w:p>
    <w:p>
      <w:r>
        <w:rPr>
          <w:rFonts w:ascii="Courier New" w:hAnsi="Courier New"/>
          <w:color w:val="555555"/>
          <w:sz w:val="20"/>
        </w:rPr>
        <w:t>[15]</w:t>
      </w:r>
    </w:p>
    <w:p>
      <w:r>
        <w:rPr>
          <w:rFonts w:ascii="Gentium Plus" w:hAnsi="Gentium Plus"/>
          <w:sz w:val="24"/>
        </w:rPr>
        <w:t>δεδειγμένου πολλάκις, ὡς ἐκ τῶν ἰσχυροτέρων μορίων ὠθού‐ μενα τὰ περιττὰ κατὰ πλῆθος ἢ ποιότητα τοῖς ἀσθενεστέ‐ ροις ἐγκατασκήπτει· καὶ διὰ τοῦτό γε καὶ οἱ ἀδένες ἑτοί‐</w:t>
      </w:r>
    </w:p>
    <w:p>
      <w:r>
        <w:rPr>
          <w:rFonts w:ascii="Courier New" w:hAnsi="Courier New"/>
          <w:color w:val="555555"/>
          <w:sz w:val="20"/>
        </w:rPr>
        <w:t>[10 . 881]</w:t>
      </w:r>
    </w:p>
    <w:p>
      <w:r>
        <w:rPr>
          <w:rFonts w:ascii="Gentium Plus" w:hAnsi="Gentium Plus"/>
          <w:sz w:val="24"/>
        </w:rPr>
        <w:t>σφοδρότερος μὲν γὰρ ὁ τῶν ἀρτηριῶν καὶ φλεβῶν καὶ νεύρων καὶ μυῶν ἐστι τόνος· ἀσθενέστερος δὲ καὶ ἴσως οὐδ’ ὅλως ὁ τῶν ἀδενωδῶν σωμάτων. οὕτως οὖν καὶ δι’ ἕλκος ἐν δακτύλῳ γενόμενον ἤτοι ποδὸς ἢ χειρὸς οἱ κατὰ τὸν βου‐</w:t>
      </w:r>
    </w:p>
    <w:p>
      <w:r>
        <w:rPr>
          <w:rFonts w:ascii="Courier New" w:hAnsi="Courier New"/>
          <w:color w:val="555555"/>
          <w:sz w:val="20"/>
        </w:rPr>
        <w:t>[5]</w:t>
      </w:r>
    </w:p>
    <w:p>
      <w:r>
        <w:rPr>
          <w:rFonts w:ascii="Gentium Plus" w:hAnsi="Gentium Plus"/>
          <w:sz w:val="24"/>
        </w:rPr>
        <w:t>βῶνα καὶ τὴν μασχάλην ἀδένες ἐξαίρονταί τε καὶ φλεγμαί‐ νουσι, τοῦ καταῤῥέοντος ἐπ’ ἄκρον τὸ κῶλον αἵματος ἀπο‐ λαβόντες πρῶτοι. καὶ κατὰ τράχηλον δὲ καὶ παρ’ ὦτα πολλάκις ἐξῄρθησαν ἀδένες, ἑλκῶν γενομένων ἤτοι κατὰ τὴν κεφαλὴν ἢ τὸν τράχηλον ἤ τι τῶν πλησίων μορίων· ὀνομά‐</w:t>
      </w:r>
    </w:p>
    <w:p>
      <w:r>
        <w:rPr>
          <w:rFonts w:ascii="Courier New" w:hAnsi="Courier New"/>
          <w:color w:val="555555"/>
          <w:sz w:val="20"/>
        </w:rPr>
        <w:t>[10]</w:t>
      </w:r>
    </w:p>
    <w:p>
      <w:r>
        <w:rPr>
          <w:rFonts w:ascii="Gentium Plus" w:hAnsi="Gentium Plus"/>
          <w:sz w:val="24"/>
        </w:rPr>
        <w:t>ζουσι δὲ τοὺς οὕτως ἐξαρθέντας ἀδένας βουβῶνας. εἰ δὲ σκιῤῥωδεστέρα ποτ’ αὐτῶν ἡ φλεγμονὴ γένοιτο, δυσίατός τέ ἐστι καὶ καλεῖται χοιράς. ἥτις μὲν οὖν ἐστιν ἡ τῶν χοιράδων ἴασις ἰδία, κατὰ τὸν ἑξῆς λόγον εἰρήσεται. νυνὶ δὲ περὶ τῶν φλεγμονῶν ἐπειδὴ περὶ τούτων πρόκειται διελθεῖν, ἀναλαβόν‐</w:t>
      </w:r>
    </w:p>
    <w:p>
      <w:r>
        <w:rPr>
          <w:rFonts w:ascii="Courier New" w:hAnsi="Courier New"/>
          <w:color w:val="555555"/>
          <w:sz w:val="20"/>
        </w:rPr>
        <w:t>[15]</w:t>
      </w:r>
    </w:p>
    <w:p>
      <w:r>
        <w:rPr>
          <w:rFonts w:ascii="Gentium Plus" w:hAnsi="Gentium Plus"/>
          <w:sz w:val="24"/>
        </w:rPr>
        <w:t>τες περὶ τούτων αὖθις λέγωμεν· ὡς τὸ κωλύειν αὐτὰς ἀρχο‐ μένας ἐκκοπτόντων τὴν γεννῶσαν αἰτίαν γίγνεται. καὶ πρῶ‐ τόν γε περὶ τῶν ἐφ’ ἕλκεσι φλεγμονῶν εἴπωμεν· ἐπειδὰν γὰρ</w:t>
      </w:r>
    </w:p>
    <w:p>
      <w:r>
        <w:rPr>
          <w:rFonts w:ascii="Courier New" w:hAnsi="Courier New"/>
          <w:color w:val="555555"/>
          <w:sz w:val="20"/>
        </w:rPr>
        <w:t>[10 . 882]</w:t>
      </w:r>
    </w:p>
    <w:p>
      <w:r>
        <w:rPr>
          <w:rFonts w:ascii="Gentium Plus" w:hAnsi="Gentium Plus"/>
          <w:sz w:val="24"/>
        </w:rPr>
        <w:t>μὲν οἱ βουβῶνες ἀνίστανται. φαίνεται δ’ ἐνίοτε καὶ ἡ φλὲψ αὐτὴ καθ’ ὅλον τὸ κῶλον ἐρυθρά τε καὶ θερμὴ καὶ τεταμένη, καὶ εἰ θίγῃς αὐτῆς ὀδυνωμένη. πληθωρικοῦ μὲν οὖν ὄντος ἢ κακοχύμου τοῦ παντὸς σώματος ἡ θεραπεία δύσκολος</w:t>
      </w:r>
    </w:p>
    <w:p>
      <w:r>
        <w:rPr>
          <w:rFonts w:ascii="Courier New" w:hAnsi="Courier New"/>
          <w:color w:val="555555"/>
          <w:sz w:val="20"/>
        </w:rPr>
        <w:t>[5]</w:t>
      </w:r>
    </w:p>
    <w:p>
      <w:r>
        <w:rPr>
          <w:rFonts w:ascii="Gentium Plus" w:hAnsi="Gentium Plus"/>
          <w:sz w:val="24"/>
        </w:rPr>
        <w:t>γίνεται, ὑγιεινοῦ δ’ ἀκριβῶς ῥᾳδία. θερμαίνειν τε γὰρ καὶ ὑγραίνειν χρὴ μετρίως ὅλον τὸ κῶλον, ὅπως ἀνώδυνον γένοιτο, γινώσκεις δὲ δήπου τὴν τῶν τοιούτων ὕλην, αὐτῷ μὲν οὖν τῷ ἕλκει τῆς τετραφαρμάκου δυνάμεως ἐπιτιθεμένης ἐν μοτῷ· λύεται δὲ ῥοδίνῳ μὲν μάλιστα, μὴ παρόντος δὲ αὐτοῦ,</w:t>
      </w:r>
    </w:p>
    <w:p>
      <w:r>
        <w:rPr>
          <w:rFonts w:ascii="Courier New" w:hAnsi="Courier New"/>
          <w:color w:val="555555"/>
          <w:sz w:val="20"/>
        </w:rPr>
        <w:t>[10]</w:t>
      </w:r>
    </w:p>
    <w:p>
      <w:r>
        <w:rPr>
          <w:rFonts w:ascii="Gentium Plus" w:hAnsi="Gentium Plus"/>
          <w:sz w:val="24"/>
        </w:rPr>
        <w:t>τῶν χαλαστικῶν ἐλαίῳ τινί· τῷ δὲ ὅλῳ κώλῳ περιελιττομέ‐ νου πιλήματος ἐλαίῳ θερμῷ βεβρεγμένου. καὶ μέντοι καὶ αὐτῷ τῷ ἕλκει τὸ φάρμακον ἐπιτιθέναι χρὴ θερμὸν, ἔξω‐ θέν τε καταπλάττειν αὐτῷ θερμῷ καταπλάσματι τὸ μὲν ἄλευρον ἤτοι κρίθινον ἢ πύρινον ἢ μικτὸν ἐξ ἀμφοῖν ἔχοντι,</w:t>
      </w:r>
    </w:p>
    <w:p>
      <w:r>
        <w:rPr>
          <w:rFonts w:ascii="Courier New" w:hAnsi="Courier New"/>
          <w:color w:val="555555"/>
          <w:sz w:val="20"/>
        </w:rPr>
        <w:t>[15]</w:t>
      </w:r>
    </w:p>
    <w:p>
      <w:r>
        <w:rPr>
          <w:rFonts w:ascii="Gentium Plus" w:hAnsi="Gentium Plus"/>
          <w:sz w:val="24"/>
        </w:rPr>
        <w:t>τὸ δὲ ὑγρὸν ὕδωρ μετ’ ἐλαίου βραχέος. οὕτω δὲ καὶ αὐτῷ τῷ ἀδένι τῷ φλεγμαίνειν ἠργμένῳ παρηγορικῶς χρὴ προσ‐ φέρεσθαι τήν γε πρώτην ἡμέραν ἐξ ἐλαίου θερμοῦ διά‐</w:t>
      </w:r>
    </w:p>
    <w:p>
      <w:r>
        <w:rPr>
          <w:rFonts w:ascii="Courier New" w:hAnsi="Courier New"/>
          <w:color w:val="555555"/>
          <w:sz w:val="20"/>
        </w:rPr>
        <w:t>[10 . 883]</w:t>
      </w:r>
    </w:p>
    <w:p>
      <w:r>
        <w:rPr>
          <w:rFonts w:ascii="Gentium Plus" w:hAnsi="Gentium Plus"/>
          <w:sz w:val="24"/>
        </w:rPr>
        <w:t>ὕστερον γὰρ ἐκείνοις χρησόμεθα, τοῦ τε καθ’ ὅλον τὸ κῶλον ὄγκου παρηγορηθέντος, ἀνωδύνου τε τοῦ ἕλκους γενομένου. καὶ μέντοι γε καὶ τὸ μακεδονικὸν καλούμενον φάρμακον, ὡσαύτως τῇ τετραφαρμάκῳ δυνάμει κατὰ τῶν ἑλκῶν ἐπιφέρειν</w:t>
      </w:r>
    </w:p>
    <w:p>
      <w:r>
        <w:rPr>
          <w:rFonts w:ascii="Courier New" w:hAnsi="Courier New"/>
          <w:color w:val="555555"/>
          <w:sz w:val="20"/>
        </w:rPr>
        <w:t>[5]</w:t>
      </w:r>
    </w:p>
    <w:p>
      <w:r>
        <w:rPr>
          <w:rFonts w:ascii="Gentium Plus" w:hAnsi="Gentium Plus"/>
          <w:sz w:val="24"/>
        </w:rPr>
        <w:t>προσήκει· καὶ γὰρ καὶ παραπλήσιά πως ἀλλήλοις ἐστὶ, μόνῳ τῷ λιβανωτῷ πλεονεκτοῦντος τοῦ μακεδονικοῦ. πληθωρικοῦ δ’ ὄντος ἢ κακοχύμου τοῦ σώματος ἡ διὰ τῶν οὕτω θερμαι‐ νόντων ἀγωγὴ ῥευματίζει τὸ κῶλον. οὐ μὴν οὐδ’ ἄλλῃ τινὶ χρῆσθαι δυνατόν. ἀναγκαζόμεθα τοιγαροῦν ἐνίοτε κενοῦν</w:t>
      </w:r>
    </w:p>
    <w:p>
      <w:r>
        <w:rPr>
          <w:rFonts w:ascii="Courier New" w:hAnsi="Courier New"/>
          <w:color w:val="555555"/>
          <w:sz w:val="20"/>
        </w:rPr>
        <w:t>[10]</w:t>
      </w:r>
    </w:p>
    <w:p>
      <w:r>
        <w:rPr>
          <w:rFonts w:ascii="Gentium Plus" w:hAnsi="Gentium Plus"/>
          <w:sz w:val="24"/>
        </w:rPr>
        <w:t>αἵματος ἤτοι φλέβα τέμνοντες ἢ ἀποσχάζοντες τὰ μὴ πεπον‐ θότα κῶλα. χειρὸς μὲν γὰρ κακῶς ἐχούσης τὰ σκέλη, τοῦ δ’ ἑτέρου τῶν σκελῶν πεπονθότος τὸ λοιπόν. ταύτας γὰρ τὰς κενώσεις ἐνδείκνυται τὸ πλῆθος, ὥσπερ γε καὶ ἡ κακοχυμία τὴν τοῦ πλεονάζοντος χυμοῦ κάθαρσιν. ὡς τὰ πολλὰ μὲν</w:t>
      </w:r>
    </w:p>
    <w:p>
      <w:r>
        <w:rPr>
          <w:rFonts w:ascii="Courier New" w:hAnsi="Courier New"/>
          <w:color w:val="555555"/>
          <w:sz w:val="20"/>
        </w:rPr>
        <w:t>[15]</w:t>
      </w:r>
    </w:p>
    <w:p>
      <w:r>
        <w:rPr>
          <w:rFonts w:ascii="Gentium Plus" w:hAnsi="Gentium Plus"/>
          <w:sz w:val="24"/>
        </w:rPr>
        <w:t>οὖν ἐπὶ τοῖς εἰρημένοις βοηθήμασι παύεται τῶν ἀδένων ἡ φλεγμονή. πολλάκις δ’ ἤτοι τοῦ θεραπεύοντος βραδύνοντος περὶ τὴν τοῦ παντὸς σώματος κένωσιν ἢ αὐτοῦ τοῦ κάμνον‐</w:t>
      </w:r>
    </w:p>
    <w:p>
      <w:r>
        <w:rPr>
          <w:rFonts w:ascii="Courier New" w:hAnsi="Courier New"/>
          <w:color w:val="555555"/>
          <w:sz w:val="20"/>
        </w:rPr>
        <w:t>[10 . 884]</w:t>
      </w:r>
    </w:p>
    <w:p>
      <w:r>
        <w:rPr>
          <w:rFonts w:ascii="Gentium Plus" w:hAnsi="Gentium Plus"/>
          <w:sz w:val="24"/>
        </w:rPr>
        <w:t>γίνεται τῶν ἀδένων, ὡς εἰς ἐκπύησιν ἔρχεσθαι. καὶ μέντοι καὶ τὰ καλούμενα φύματα κατ’ αὐτοὺς τοὺς ἀδένας συμβαί‐ νει, διὰ ῥεῦμα κατασκῆψαν ἄνευ τῆς ἕλκους προφάσεως. ὅταν οὖν ποτε διατείνωνται σφοδρῶς ἀδένες ἢ ἁπλῶς ὁτιοῦν μό‐</w:t>
      </w:r>
    </w:p>
    <w:p>
      <w:r>
        <w:rPr>
          <w:rFonts w:ascii="Courier New" w:hAnsi="Courier New"/>
          <w:color w:val="555555"/>
          <w:sz w:val="20"/>
        </w:rPr>
        <w:t>[5]</w:t>
      </w:r>
    </w:p>
    <w:p>
      <w:r>
        <w:rPr>
          <w:rFonts w:ascii="Gentium Plus" w:hAnsi="Gentium Plus"/>
          <w:sz w:val="24"/>
        </w:rPr>
        <w:t>ριον ἄλλο φλεγμαῖνον, ἀναγκαζόμεθα προκενώσαντες τὸ ὅλον ἀποσχάζειν αὐτό. κενοῦμεν δὲ τὸ ὅλον, ὡς κᾀν τῷ περὶ πλήθους ἐδείξαμεν, οὐ μόνον ἐν πληθωρικῇ διαθέσει γιγνόμενον, ἀλλὰ καὶ διὰ μέγεθος τοῦ πάθους, ἐν συμμετρίᾳ χυμῶν καθεστηκότος τοῦ παντὸς σώματος. ἡ γὰρ ὀδύνη καὶ</w:t>
      </w:r>
    </w:p>
    <w:p>
      <w:r>
        <w:rPr>
          <w:rFonts w:ascii="Courier New" w:hAnsi="Courier New"/>
          <w:color w:val="555555"/>
          <w:sz w:val="20"/>
        </w:rPr>
        <w:t>[10]</w:t>
      </w:r>
    </w:p>
    <w:p>
      <w:r>
        <w:rPr>
          <w:rFonts w:ascii="Gentium Plus" w:hAnsi="Gentium Plus"/>
          <w:sz w:val="24"/>
        </w:rPr>
        <w:t>ἡ θερμασία τοῦ φλεγμαίνοντος μέλους αἰτίαι ῥεύματος γί‐ νονται, κᾂν ἀπέριττον ᾖ τὸ σύμπαν σῶμα. χρὴ τοίνυν ἐνδε‐ έστερον αὐτὸ ποιεῖν τηνικαῦτα κενοῦντα κένωσιν, ἥτις ἂν ἁρμόττειν φαίνηται μάλιστα τῇ θ’ ἡλικίᾳ καὶ τῇ φύσει τοῦ κάμνοντος, ἐπισκοποῦντα καὶ τὴν ὥραν καὶ τὴν χώραν καὶ</w:t>
      </w:r>
    </w:p>
    <w:p>
      <w:r>
        <w:rPr>
          <w:rFonts w:ascii="Courier New" w:hAnsi="Courier New"/>
          <w:color w:val="555555"/>
          <w:sz w:val="20"/>
        </w:rPr>
        <w:t>[15]</w:t>
      </w:r>
    </w:p>
    <w:p>
      <w:r>
        <w:rPr>
          <w:rFonts w:ascii="Gentium Plus" w:hAnsi="Gentium Plus"/>
          <w:sz w:val="24"/>
        </w:rPr>
        <w:t>τὰ ἔθη τοῦ νοσοῦντος· ὑπὲρ ὧν ἤδη πολλάκις ἐν πολλοῖς εἴπομεν, ὥστε κᾂν μὴ προσκέηταί ποτε τῷ λόγῳ, συν‐ υπακούειν αὐτὰ χρή. ὅταν τὸ οἷον ζέον τῆς φλεγμονῆς παύ‐</w:t>
      </w:r>
    </w:p>
    <w:p>
      <w:r>
        <w:rPr>
          <w:rFonts w:ascii="Courier New" w:hAnsi="Courier New"/>
          <w:color w:val="555555"/>
          <w:sz w:val="20"/>
        </w:rPr>
        <w:t>[10 . 885]</w:t>
      </w:r>
    </w:p>
    <w:p>
      <w:r>
        <w:rPr>
          <w:rFonts w:ascii="Gentium Plus" w:hAnsi="Gentium Plus"/>
          <w:sz w:val="24"/>
        </w:rPr>
        <w:t>τὰ διαφορητικὰ χρὴ μεταβαίνειν κατὰ βραχὺ, πρῶτον μὲν τοῖς παρηγορικοῖς μιγνύντα μέλιτος ὀλίγον, εἶτ’ ἀφαιροῦντα μὲν ὅλον τὸ πύρινον ἄλευρον, ἀρκούμενον δὲ τῷ κριθίνῳ μετὰ τοῦ καὶ τὸ μέλι προσαύξειν, εἶθ’ ἑξῆς ἐπί τι τῶν δια‐</w:t>
      </w:r>
    </w:p>
    <w:p>
      <w:r>
        <w:rPr>
          <w:rFonts w:ascii="Courier New" w:hAnsi="Courier New"/>
          <w:color w:val="555555"/>
          <w:sz w:val="20"/>
        </w:rPr>
        <w:t>[5]</w:t>
      </w:r>
    </w:p>
    <w:p>
      <w:r>
        <w:rPr>
          <w:rFonts w:ascii="Gentium Plus" w:hAnsi="Gentium Plus"/>
          <w:sz w:val="24"/>
        </w:rPr>
        <w:t>φορούντων ἰέναι φαρμάκων ὅσα ταῖς συστάσεσιν ἤτοι γ’ ὑγρὰ τοῖς ἐμμότοις ὁμοίως ἐστὶν ἢ κηρωτοειδῆ. ἀφίστασθαι δὲ τῶν σκληρῶν, οἷα πολλὰ τῶν ἐμπλαστῶν ἐστι· συντείνει τε γὰρ τὰ λείψανα τῶν φλεγμονῶν, αὖθίς τε φλεγμαίνειν ἀναγκάζει τὰ πεπονθότα μόρια. κᾂν εἰ πῦον δέ τι κατὰ τὸ διαπυῆσαν</w:t>
      </w:r>
    </w:p>
    <w:p>
      <w:r>
        <w:rPr>
          <w:rFonts w:ascii="Courier New" w:hAnsi="Courier New"/>
          <w:color w:val="555555"/>
          <w:sz w:val="20"/>
        </w:rPr>
        <w:t>[10]</w:t>
      </w:r>
    </w:p>
    <w:p>
      <w:r>
        <w:rPr>
          <w:rFonts w:ascii="Gentium Plus" w:hAnsi="Gentium Plus"/>
          <w:sz w:val="24"/>
        </w:rPr>
        <w:t>ἀξιόλογον εἴη περιεχόμενον, οὐ χρὴ τέμνειν αὐτίκα, καθάπερ ἔνιοι πράττουσιν, ἀλλὰ διαφορεῖν ἐπιχειρεῖν τοῖς τοῦτο δρᾷν πεφύκοσι φαρμάκοις, ὧν ἡ χρῆσις ἐστοχάσθω τῆς διαθέσεως· ὅταν μὲν γὰρ ἔτι φλεγμονῶδές τι κατὰ τὸ μόριον ᾖ, τὰ δρι‐ μέα τῶν φαρμάκων ἐρεθίζει μᾶλλον ἢ διαφορεῖ. ὅταν δὲ φαί‐</w:t>
      </w:r>
    </w:p>
    <w:p>
      <w:r>
        <w:rPr>
          <w:rFonts w:ascii="Courier New" w:hAnsi="Courier New"/>
          <w:color w:val="555555"/>
          <w:sz w:val="20"/>
        </w:rPr>
        <w:t>[15]</w:t>
      </w:r>
    </w:p>
    <w:p>
      <w:r>
        <w:rPr>
          <w:rFonts w:ascii="Gentium Plus" w:hAnsi="Gentium Plus"/>
          <w:sz w:val="24"/>
        </w:rPr>
        <w:t>νηταί σοι τὸ τῆς φλεγμονῆς λείψανον σκιῤῥῶδες γινόμενον, θαῤῥεῖν ἤδη τοῖς ἰσχυροῖς φαρμάκοις, ἐπιβλέποντα δὶς τῆς ἡμέρας ὁποῖόν τι δρᾷ κατὰ μὲν τὴν ἕω τὸ πρότερον, εἰς τὴν</w:t>
      </w:r>
    </w:p>
    <w:p>
      <w:r>
        <w:rPr>
          <w:rFonts w:ascii="Courier New" w:hAnsi="Courier New"/>
          <w:color w:val="555555"/>
          <w:sz w:val="20"/>
        </w:rPr>
        <w:t>[10 . 886]</w:t>
      </w:r>
    </w:p>
    <w:p>
      <w:r>
        <w:rPr>
          <w:rFonts w:ascii="Gentium Plus" w:hAnsi="Gentium Plus"/>
          <w:sz w:val="24"/>
        </w:rPr>
        <w:t>τὸν ἐκείνου καιρόν. ὅταν οὖν ἴδῃς ποτὲ διὰ τὴν τοῦ φαρ‐ μάκου δριμύτητα τὸ πεπονθὸς μέρος ἠρεθισμένον ὡς ὀγκω‐ δέστερον ἢ ἐρυθρότερον ἢ ὀδυνωδέστερον γεγονέναι, παρηγό‐ ρει μεταξὺ τῇ διὰ τῶν σπόγγων πυρίᾳ. καὶ αὕτη δέ σοι ποτὲ</w:t>
      </w:r>
    </w:p>
    <w:p>
      <w:r>
        <w:rPr>
          <w:rFonts w:ascii="Courier New" w:hAnsi="Courier New"/>
          <w:color w:val="555555"/>
          <w:sz w:val="20"/>
        </w:rPr>
        <w:t>[5]</w:t>
      </w:r>
    </w:p>
    <w:p>
      <w:r>
        <w:rPr>
          <w:rFonts w:ascii="Gentium Plus" w:hAnsi="Gentium Plus"/>
          <w:sz w:val="24"/>
        </w:rPr>
        <w:t>μὲν ἐξ ὕδατος ἔστω ποτίμου, ποτὲ δ’ ἁλῶν ἔχοντός τι κατὰ τὰς σκιῤῥωδεστέρας δηλονότι φλεγμονάς. εἰ δὲ καὶ νικηθείη ποτὲ τὰ φάρμακα πρὸς τοῦ πλήθους τοῦ πύου καὶ φαίνοιτο μὴ δυνάμενα διαφορῆσαι πᾶν αὐτὸ, τέμνειν χρὴ τὸ οὕτως ἀφιστάμενον, ἔνθα μάλιστά ἐστιν ὑψηλότατον ἑαυτοῦ· καὶ</w:t>
      </w:r>
    </w:p>
    <w:p>
      <w:r>
        <w:rPr>
          <w:rFonts w:ascii="Courier New" w:hAnsi="Courier New"/>
          <w:color w:val="555555"/>
          <w:sz w:val="20"/>
        </w:rPr>
        <w:t>[10]</w:t>
      </w:r>
    </w:p>
    <w:p>
      <w:r>
        <w:rPr>
          <w:rFonts w:ascii="Gentium Plus" w:hAnsi="Gentium Plus"/>
          <w:sz w:val="24"/>
        </w:rPr>
        <w:t>γὰρ λεπτότατον εὑρήσεις ἐνταῦθα τὸ δέρμα. μέμνησο δὲ καὶ θατέρου σκοποῦ τοῦ τῆς ὑποῤῥύσεως ἐν τῇ τομῇ· καὶ πρὸς ἀμφότερα ἀποβλέπων οὕτως σχάζε τὸ διαπυῆσαν· ἐπιτίθει τε φάρμακον ἐφεξῆς τῶν ξηραινόντων ἀδήκτως. εἰ δὲ καὶ σεσηπέναι φαίνοιτό τινα τοῦ διαπυήσαντος, ἐκκόπτειν ἀναγ‐</w:t>
      </w:r>
    </w:p>
    <w:p>
      <w:r>
        <w:rPr>
          <w:rFonts w:ascii="Courier New" w:hAnsi="Courier New"/>
          <w:color w:val="555555"/>
          <w:sz w:val="20"/>
        </w:rPr>
        <w:t>[15]</w:t>
      </w:r>
    </w:p>
    <w:p>
      <w:r>
        <w:rPr>
          <w:rFonts w:ascii="Gentium Plus" w:hAnsi="Gentium Plus"/>
          <w:sz w:val="24"/>
        </w:rPr>
        <w:t>καῖον αὐτά. τινὲς δ’ ἐπὶ τῶν κατὰ μασχάλην καὶ βουβῶνα διαπυϊσκόντων ἀεὶ κελεύουσι μυρσινοειδῶς ἐκτέμνειν τοῦ δέρματος, ἐπειδὴ φύσει χαλαρὸν ἐν αὐτοῖς ἐστι καὶ διὰ τοῦτο</w:t>
      </w:r>
    </w:p>
    <w:p>
      <w:r>
        <w:rPr>
          <w:rFonts w:ascii="Courier New" w:hAnsi="Courier New"/>
          <w:color w:val="555555"/>
          <w:sz w:val="20"/>
        </w:rPr>
        <w:t>[10 . 887]</w:t>
      </w:r>
    </w:p>
    <w:p>
      <w:r>
        <w:rPr>
          <w:rFonts w:ascii="Gentium Plus" w:hAnsi="Gentium Plus"/>
          <w:sz w:val="24"/>
        </w:rPr>
        <w:t>φλεγμαίνουσι ῥᾳδίως ἐπὶ σμικραῖς προφάσεσι. καὶ μεγί‐ στας γ’ ἔνιοι τὰς περιτομὰς εἰώθασι ποιεῖσθαι, δι’ ἃς αἴσχι‐ στόν τε τὸ μέρος εἰς οὐλὴν ἀχθὲν γίνεται καὶ προσέτι καὶ ἀσθενέστερον ἐμποδίζει τε πολλάκις εἰς τὰς κινήσεις. ταῦτ’</w:t>
      </w:r>
    </w:p>
    <w:p>
      <w:r>
        <w:rPr>
          <w:rFonts w:ascii="Courier New" w:hAnsi="Courier New"/>
          <w:color w:val="555555"/>
          <w:sz w:val="20"/>
        </w:rPr>
        <w:t>[5]</w:t>
      </w:r>
    </w:p>
    <w:p>
      <w:r>
        <w:rPr>
          <w:rFonts w:ascii="Gentium Plus" w:hAnsi="Gentium Plus"/>
          <w:sz w:val="24"/>
        </w:rPr>
        <w:t>οὖν ἡμεῖς φυλαττόμενοι τὰ μὲν πλεῖστα μόνῃ τῇ τομῇ μετὰ φαρμάκων ξηραινόντων ἱκανῶς ἰασάμεθα τὰς τοιαύτας διαθέσεις· εἰ δέ ποτε καὶ περιτέμνειν ἐδέησε, διὰ τὸ πλῆ‐ θος οὐ τοῦ πύου μόνον, ἀλλὰ καὶ τῶν ἐφθαρμένων σωμάτων, ἤρκεσεν ἡμῖν οὐ πάνυ μεγάλη μυρσινοειδὴς περιαίρε‐</w:t>
      </w:r>
    </w:p>
    <w:p>
      <w:r>
        <w:rPr>
          <w:rFonts w:ascii="Courier New" w:hAnsi="Courier New"/>
          <w:color w:val="555555"/>
          <w:sz w:val="20"/>
        </w:rPr>
        <w:t>[10]</w:t>
      </w:r>
    </w:p>
    <w:p>
      <w:r>
        <w:rPr>
          <w:rFonts w:ascii="Gentium Plus" w:hAnsi="Gentium Plus"/>
          <w:sz w:val="24"/>
        </w:rPr>
        <w:t>σις. ἐχούσης δὲ τῆς τοιαύτης τὸ μῆκος μεῖζον τοῦ πλάτους, ἐγκάρσιον ἔστω τὸ μῆκος ἐπὶ τοῦ βουβῶνος, οὐ κατ’ εὐθὺ τοῦ κώλου. καὶ γὰρ κατὰ φύσιν οὕτως ἐπιπτύσσεται τὸ δέρμα ἑαυτῷ, καμπτόντων τὸ κῶλον. ἐπὶ δὲ τῇ περιαιρέσει πλη‐ ροῦν χρὴ τὸ πεπονθὸς μόριον τῇ καλουμένῃ μάννῃ· ἔστι</w:t>
      </w:r>
    </w:p>
    <w:p>
      <w:r>
        <w:rPr>
          <w:rFonts w:ascii="Courier New" w:hAnsi="Courier New"/>
          <w:color w:val="555555"/>
          <w:sz w:val="20"/>
        </w:rPr>
        <w:t>[15]</w:t>
      </w:r>
    </w:p>
    <w:p>
      <w:r>
        <w:rPr>
          <w:rFonts w:ascii="Gentium Plus" w:hAnsi="Gentium Plus"/>
          <w:sz w:val="24"/>
        </w:rPr>
        <w:t>δὲ ὑπόσεισμα λιβανωτοῦ τὸ φάρμακον τοῦτο, στύψεώς τε μετέχον ὀλίγης καὶ κατὰ τοῦτο καὶ αὐτοῦ τοῦ λιβανωτοῦ πρὸς ἔνια βέλτιον. ἐκεῖνος γὰρ ἐκ τῆς πυητικῆς δυνάμεώς</w:t>
      </w:r>
    </w:p>
    <w:p>
      <w:r>
        <w:rPr>
          <w:rFonts w:ascii="Courier New" w:hAnsi="Courier New"/>
          <w:color w:val="555555"/>
          <w:sz w:val="20"/>
        </w:rPr>
        <w:t>[10 . 888]</w:t>
      </w:r>
    </w:p>
    <w:p>
      <w:r>
        <w:rPr>
          <w:rFonts w:ascii="Gentium Plus" w:hAnsi="Gentium Plus"/>
          <w:sz w:val="24"/>
        </w:rPr>
        <w:t>ρώτερος ἐν αὐτῷ καὶ τῇ χροιᾷ λευκότερος, ὥσπερ γε ὁ τοῦδε ξανθότερος ξηραντικώτερός ἐστι. τῇ δὲ μάννῃ καὶ φλοιοῦ τι λιβανωτοῦ μέμικται σμικρὸν, ἀφ’ οὗ τὸ στῦφον ἔχει. τοῦτο δ’ αὐτὸ τὸ φάρμακον ὁ φλοιὸς τοῦ λιβανωτοῦ καὶ στύ‐</w:t>
      </w:r>
    </w:p>
    <w:p>
      <w:r>
        <w:rPr>
          <w:rFonts w:ascii="Courier New" w:hAnsi="Courier New"/>
          <w:color w:val="555555"/>
          <w:sz w:val="20"/>
        </w:rPr>
        <w:t>[5]</w:t>
      </w:r>
    </w:p>
    <w:p>
      <w:r>
        <w:rPr>
          <w:rFonts w:ascii="Gentium Plus" w:hAnsi="Gentium Plus"/>
          <w:sz w:val="24"/>
        </w:rPr>
        <w:t>φει καὶ ξηραίνει γενναίως. διὸ καὶ πρὸς τὰς μετριωτέρας αἱμοῤῥαγίας αὐτῷ χρώμεθα μόνῳ, καθάπερ γε καὶ πρὸς τὰς σφοδροτέρας καυθέντι μόνῳ καὶ τῷ τε διηθημένῳ δηλονότι καὶ χνοώδει γεγονότι. καὶ μὲν δὴ καὶ παρηγορῆσαι χρὴ πρό‐ τερον τὸ τμηθὲν, ὡς εἴρηται, μέρος εἰς ὅσον ἂν φαίνηται</w:t>
      </w:r>
    </w:p>
    <w:p>
      <w:r>
        <w:rPr>
          <w:rFonts w:ascii="Courier New" w:hAnsi="Courier New"/>
          <w:color w:val="555555"/>
          <w:sz w:val="20"/>
        </w:rPr>
        <w:t>[10]</w:t>
      </w:r>
    </w:p>
    <w:p>
      <w:r>
        <w:rPr>
          <w:rFonts w:ascii="Gentium Plus" w:hAnsi="Gentium Plus"/>
          <w:sz w:val="24"/>
        </w:rPr>
        <w:t>δεόμενον, ἐπιβροχῆς μὲν πρῶτον, εἶτα καταπλάσματος, εἶτα τῶν ὑγραινόντων τινὸς φαρμάκων ἢ μὴ ξηραινόντων, ἔξωθεν ἐπιτιθεμένων δηλονότι τούτων. κατ’ αὐτοῦ γὰρ τοῦ ἡλκω‐ μένου τήν τε μάννην, ὡς εἴρηται, καὶ τῶν ἐμμότων φαρμά‐ κων τὰ διαπυΐσκοντα μὲν πρῶτον, εἶτ’ ἀνακαθαίροντα θετέον</w:t>
      </w:r>
    </w:p>
    <w:p>
      <w:r>
        <w:rPr>
          <w:rFonts w:ascii="Courier New" w:hAnsi="Courier New"/>
          <w:color w:val="555555"/>
          <w:sz w:val="20"/>
        </w:rPr>
        <w:t>[15]</w:t>
      </w:r>
    </w:p>
    <w:p>
      <w:r>
        <w:rPr>
          <w:rFonts w:ascii="Gentium Plus" w:hAnsi="Gentium Plus"/>
          <w:sz w:val="24"/>
        </w:rPr>
        <w:t>ἐστίν· ἐφ’ οἷς εἰ μὲν εἴη κοιλότης ἔτι, τὰ σαρκοῦντα προσ‐ φέρειν, εἰ δ’ οὐκ εἴη, τὰ συνουλωτικά τε καὶ ἐπουλωτικὰ</w:t>
      </w:r>
    </w:p>
    <w:p>
      <w:r>
        <w:rPr>
          <w:rFonts w:ascii="Courier New" w:hAnsi="Courier New"/>
          <w:color w:val="555555"/>
          <w:sz w:val="20"/>
        </w:rPr>
        <w:t>[10 . 889]</w:t>
      </w:r>
    </w:p>
    <w:p>
      <w:r>
        <w:rPr>
          <w:rFonts w:ascii="Gentium Plus" w:hAnsi="Gentium Plus"/>
          <w:sz w:val="24"/>
        </w:rPr>
        <w:t>κατὰ τὴν τούτων χρῆσιν οὐ σμικρόν τι παρορᾶται τοῖς πλεί‐ στοις τῶν ἰατρῶν, ἄμεινον ἂν εἴη καὶ περὶ τούτων δηλῶ‐ σαι. τηνικαῦτα γὰρ εἰς οὐλὴν ἄγειν ἄρχονται τὰ ἕλκη, τοῖς ἐπουλωτικοῖς χρώμενοι φαρμάκοις, ὁπόταν ἀκριβῶς ἀνα‐</w:t>
      </w:r>
    </w:p>
    <w:p>
      <w:r>
        <w:rPr>
          <w:rFonts w:ascii="Courier New" w:hAnsi="Courier New"/>
          <w:color w:val="555555"/>
          <w:sz w:val="20"/>
        </w:rPr>
        <w:t>[5]</w:t>
      </w:r>
    </w:p>
    <w:p>
      <w:r>
        <w:rPr>
          <w:rFonts w:ascii="Gentium Plus" w:hAnsi="Gentium Plus"/>
          <w:sz w:val="24"/>
        </w:rPr>
        <w:t>πληρωθῇ καὶ μηδὲν ἔτ’ ἔχῃ κοῖλον, εἶτ’ αὐτοῖς συμβαίνει τὰς οὐλὰς ἐργάζεσθαι τοῦ πέριξ δέρματος ὑψηλοτέρας. ὅπως οὖν ἐκείνῳ γίγνοιντο ἴσαι, τοῖς τοιούτοις φαρμάκοις χρῆσθαι προσήκει, πρὶν ἀκριβῶς ὁμαλὲς ἀποδειχθῆναι τὸ ἕλκος, ἐπὶ μὲν τὰ χείλη διὰ μήλης πυρῆνος ἐπιτιθέντας</w:t>
      </w:r>
    </w:p>
    <w:p>
      <w:r>
        <w:rPr>
          <w:rFonts w:ascii="Courier New" w:hAnsi="Courier New"/>
          <w:color w:val="555555"/>
          <w:sz w:val="20"/>
        </w:rPr>
        <w:t>[10]</w:t>
      </w:r>
    </w:p>
    <w:p>
      <w:r>
        <w:rPr>
          <w:rFonts w:ascii="Gentium Plus" w:hAnsi="Gentium Plus"/>
          <w:sz w:val="24"/>
        </w:rPr>
        <w:t>τῶν ξηρῶν τι φαρμάκων, ὧν ἐν τῇ τῶν ἑλκῶν ἐμνημο‐ νεύσαμεν θεραπείᾳ· τῷ δ’ ἄλλῳ μοτῷ σκέποντας, κεχρι‐ σμένῳ τῶν ἐπουλωτικῶν τινι φαρμάκων, ὑγρῶν τῇ συστά‐ σει. προκοπτούσης δέ σοι τῆς θεραπείας καὶ τοῦτο ἀφαι‐ ρήσεις ὕστερον, μόνῳ τῷ ξηρῷ φαρμάκῳ χρώμενος ἐφ’ ὅλου</w:t>
      </w:r>
    </w:p>
    <w:p>
      <w:r>
        <w:rPr>
          <w:rFonts w:ascii="Courier New" w:hAnsi="Courier New"/>
          <w:color w:val="555555"/>
          <w:sz w:val="20"/>
        </w:rPr>
        <w:t>[15]</w:t>
      </w:r>
    </w:p>
    <w:p>
      <w:r>
        <w:rPr>
          <w:rFonts w:ascii="Gentium Plus" w:hAnsi="Gentium Plus"/>
          <w:sz w:val="24"/>
        </w:rPr>
        <w:t>τοῦ ἕλκους, ἐπικυλιομένου τοῦ τῆς σπαθομίλης πυρῆνος. ἔξωθεν δ’ ἀρκεῖ μοτὸς ἤτοι ξηρὸς ἢ ἐξ οἴνου. καὶ μᾶλλον ὁ ἐκ τῶν μαλακῶν ἐλλυχνίων, οἷά πέρ ἐστι τὰ Ταρσικά·</w:t>
      </w:r>
    </w:p>
    <w:p>
      <w:r>
        <w:rPr>
          <w:rFonts w:ascii="Courier New" w:hAnsi="Courier New"/>
          <w:color w:val="555555"/>
          <w:sz w:val="20"/>
        </w:rPr>
        <w:t>[10 . 890]</w:t>
      </w:r>
    </w:p>
    <w:p>
      <w:r>
        <w:rPr>
          <w:rFonts w:ascii="Gentium Plus" w:hAnsi="Gentium Plus"/>
          <w:sz w:val="24"/>
        </w:rPr>
        <w:t>των ἑλκῶν. ταῦτα μὲν οὖν εἴρηται τῇ κοινωνίᾳ τῶν πραγ‐ μάτων ἀκολουθήσαντός μου. Πάλιν δ’ ἐπὶ τὸν περὶ τῆς φλεγμονῆς λόγον ἀφικόμενοι λέγωμεν ὡς κοινὸς μὲν ἁπασῶν σκοπὸς</w:t>
      </w:r>
    </w:p>
    <w:p>
      <w:r>
        <w:rPr>
          <w:rFonts w:ascii="Courier New" w:hAnsi="Courier New"/>
          <w:color w:val="555555"/>
          <w:sz w:val="20"/>
        </w:rPr>
        <w:t>[5]</w:t>
      </w:r>
    </w:p>
    <w:p>
      <w:r>
        <w:rPr>
          <w:rFonts w:ascii="Gentium Plus" w:hAnsi="Gentium Plus"/>
          <w:sz w:val="24"/>
        </w:rPr>
        <w:t>ἡ κένωσις, ὅσαι δ’ ἔτι γίγνονται, πρότερον τοῦ κενοῦν ἐστι κωλῦσαι τὸ αἷμα ῥεῖν ἐπὶ τὸ φλεγμαῖνον. ἔσται δὲ τοῦτο καλῶς, εἰ τοῦ ῥεύματος αἰτίαν εὕροιμεν. ἔστι δὲ καὶ αὕτη διττή· ποτὲ μὲν ἐξ αὐτοῦ τοῦ φλεγμαίνοντος ὁρμωμένη μορίου, ποτὲ δὲ ἐξ ἄλλου τινὸς ἢ ἄλλων. ἐξ</w:t>
      </w:r>
    </w:p>
    <w:p>
      <w:r>
        <w:rPr>
          <w:rFonts w:ascii="Courier New" w:hAnsi="Courier New"/>
          <w:color w:val="555555"/>
          <w:sz w:val="20"/>
        </w:rPr>
        <w:t>[10]</w:t>
      </w:r>
    </w:p>
    <w:p>
      <w:r>
        <w:rPr>
          <w:rFonts w:ascii="Gentium Plus" w:hAnsi="Gentium Plus"/>
          <w:sz w:val="24"/>
        </w:rPr>
        <w:t>αὐτοῦ μὲν, ὅταν ἤτοι θερμότερον ἢ ὀδυνώμενον γένηται, καθότι καὶ πρόσθεν εἴρηται· οὐκ ἐξ αὐτοῦ δὲ, ὅταν ἤτοι γ’ ἐξ ἑτέρου τινὸς ἢ ἑτέρων αὐτῷ πέμπηται τὸ περιττὸν, ἢ καὶ τῆς καθ’ ὅλον τὸ σῶμα διαθέσεως. θερμότερον μὲν οὖν γίνεται διὰ κίνησιν ἀμετροτέραν ἤ τινα θάλψιν ἐξ</w:t>
      </w:r>
    </w:p>
    <w:p>
      <w:r>
        <w:rPr>
          <w:rFonts w:ascii="Courier New" w:hAnsi="Courier New"/>
          <w:color w:val="555555"/>
          <w:sz w:val="20"/>
        </w:rPr>
        <w:t>[15]</w:t>
      </w:r>
    </w:p>
    <w:p>
      <w:r>
        <w:rPr>
          <w:rFonts w:ascii="Gentium Plus" w:hAnsi="Gentium Plus"/>
          <w:sz w:val="24"/>
        </w:rPr>
        <w:t>ἡλίου καὶ πυρὸς, ἢ διὰ δριμὺ φάρμακον. ὀδυνᾶται δὲ διά τε δυσκρασίαν καὶ τραῦμα καὶ θλάσμα καὶ στρέμμα καὶ τάσιν, ἔτι τ’ ἔμφραξίν τινα καὶ πνεῦμα φυσῶδες. ἡ δυσ‐</w:t>
      </w:r>
    </w:p>
    <w:p>
      <w:r>
        <w:rPr>
          <w:rFonts w:ascii="Courier New" w:hAnsi="Courier New"/>
          <w:color w:val="555555"/>
          <w:sz w:val="20"/>
        </w:rPr>
        <w:t>[10 . 891]</w:t>
      </w:r>
    </w:p>
    <w:p>
      <w:r>
        <w:rPr>
          <w:rFonts w:ascii="Gentium Plus" w:hAnsi="Gentium Plus"/>
          <w:sz w:val="24"/>
        </w:rPr>
        <w:t>κατὰ τὸ σῶμα χυμῶν. ἔξωθεν μὲν ἐπί τινι τῶν ἰοβόλων ὀνομαζομένων ζώων ἢ φαρμάκῳ θερμαίνοντι σφοδρῶς ἢ ψύχοντι, κᾀκ τοῦ περιέχοντος ἐνίοτε, διὰ δὲ τὸ σῶμα τοῦ κάμνοντος αὐτὸ μοχθηροὺς ἀθροῖσαν χυμοὺς ἀνο‐</w:t>
      </w:r>
    </w:p>
    <w:p>
      <w:r>
        <w:rPr>
          <w:rFonts w:ascii="Courier New" w:hAnsi="Courier New"/>
          <w:color w:val="555555"/>
          <w:sz w:val="20"/>
        </w:rPr>
        <w:t>[5]</w:t>
      </w:r>
    </w:p>
    <w:p>
      <w:r>
        <w:rPr>
          <w:rFonts w:ascii="Gentium Plus" w:hAnsi="Gentium Plus"/>
          <w:sz w:val="24"/>
        </w:rPr>
        <w:t>μοίους ταῖς δυνάμεσι. ταῦτ’ οὖν ἅπαντα διασκεψάμενος, ὅσαι μὲν ἔτι γίγνονται φλεγμοναὶ, τὰς αἰτίας αὐτῶν ἔκκο‐ πτε πρότερον, ὅσαι δ’ ἤδη γεγόνασιν, αὐτὰς μόνας θερά‐ πευε. πῶς οὖν χρή σε τοῦ παντὸς σώματος ἐπιμελεῖσθαι μοχθηρῶς διακειμένου, λέλεκται μὲν οὖν οὐκ ὀλίγα καὶ διὰ</w:t>
      </w:r>
    </w:p>
    <w:p>
      <w:r>
        <w:rPr>
          <w:rFonts w:ascii="Courier New" w:hAnsi="Courier New"/>
          <w:color w:val="555555"/>
          <w:sz w:val="20"/>
        </w:rPr>
        <w:t>[10]</w:t>
      </w:r>
    </w:p>
    <w:p>
      <w:r>
        <w:rPr>
          <w:rFonts w:ascii="Gentium Plus" w:hAnsi="Gentium Plus"/>
          <w:sz w:val="24"/>
        </w:rPr>
        <w:t>τῶν ἔμπροσθεν, εἴρηται δὲ κᾀν τῷ περὶ πλήθους γράμ‐ ματι· καὶ νῦν δ’ εἰρήσεται τὰ κεφάλαια τῶν λόγων. ὅταν μὲν γὰρ ὁμοτίμως ἀλλήλοις αὐξηθῶσιν οἱ χυμοὶ, πλῆθος τοῦτο καὶ πληθώραν ὀνομάζουσιν. ὅταν δ’ ἤδη ξανθῆς χολῆς ἢ μελαίνης ἢ φλέγματος ἢ τῶν ὀῤῥωδῶν ὑγρῶν με‐</w:t>
      </w:r>
    </w:p>
    <w:p>
      <w:r>
        <w:rPr>
          <w:rFonts w:ascii="Courier New" w:hAnsi="Courier New"/>
          <w:color w:val="555555"/>
          <w:sz w:val="20"/>
        </w:rPr>
        <w:t>[15]</w:t>
      </w:r>
    </w:p>
    <w:p>
      <w:r>
        <w:rPr>
          <w:rFonts w:ascii="Gentium Plus" w:hAnsi="Gentium Plus"/>
          <w:sz w:val="24"/>
        </w:rPr>
        <w:t>στὸν γένηται τὸ σῶμα, κακοχυμίαν, οὐ πληθώραν καλοῦσι τὴν τοιαύτην διάθεσιν. ἡ μὲν οὖν πληθώρα διά τε τῆς τοῦ αἵματος ἀφαιρέσεως θεραπεύεται καὶ διὰ λουτρῶν πλεό‐</w:t>
      </w:r>
    </w:p>
    <w:p>
      <w:r>
        <w:rPr>
          <w:rFonts w:ascii="Courier New" w:hAnsi="Courier New"/>
          <w:color w:val="555555"/>
          <w:sz w:val="20"/>
        </w:rPr>
        <w:t>[10 . 892]</w:t>
      </w:r>
    </w:p>
    <w:p>
      <w:r>
        <w:rPr>
          <w:rFonts w:ascii="Gentium Plus" w:hAnsi="Gentium Plus"/>
          <w:sz w:val="24"/>
        </w:rPr>
        <w:t>ρούντων, καὶ πρὸς τούτοις ἅπασιν ἀσιτίαις, ὑπὲρ ὧν ἐν τοῖς ὑγιεινοῖς ὑπομνήμασιν εἴρηται τελέως. ἡ κακοχυμία δὲ διὰ τῆς οἰκείας ἑκάστου τῶν πλεοναζόντων χυμῶν κα‐ θάρσεως. εἴρηται δὲ καὶ περὶ ταύτης ἐν τῷ προφυλακτικῷ</w:t>
      </w:r>
    </w:p>
    <w:p>
      <w:r>
        <w:rPr>
          <w:rFonts w:ascii="Courier New" w:hAnsi="Courier New"/>
          <w:color w:val="555555"/>
          <w:sz w:val="20"/>
        </w:rPr>
        <w:t>[5]</w:t>
      </w:r>
    </w:p>
    <w:p>
      <w:r>
        <w:rPr>
          <w:rFonts w:ascii="Gentium Plus" w:hAnsi="Gentium Plus"/>
          <w:sz w:val="24"/>
        </w:rPr>
        <w:t>μέρει τῆς ὑγιεινῆς πραγματείας. ἐκεῖθεν οὖν αὐτὰ μεταφέ‐ ρειν ἐνταῦθα σκοπούμενον ὅτῳ βέλτιον ἐξ ἑαυτῶν χρῆ‐ σθαι. πυρέττοντος γὰρ ἤδη τοῦ κάμνοντος οὔτε γυμνασίοις ἔτι δυνατὸν ἐκκενῶσαι τὸ πλῆθος οὔτε θερμαίνουσι χρί‐ σμασιν οὔτε τρίψει πολλῇ, καθάπερ οὔτε τοῖς λουτροῖς·</w:t>
      </w:r>
    </w:p>
    <w:p>
      <w:r>
        <w:rPr>
          <w:rFonts w:ascii="Courier New" w:hAnsi="Courier New"/>
          <w:color w:val="555555"/>
          <w:sz w:val="20"/>
        </w:rPr>
        <w:t>[10]</w:t>
      </w:r>
    </w:p>
    <w:p>
      <w:r>
        <w:rPr>
          <w:rFonts w:ascii="Gentium Plus" w:hAnsi="Gentium Plus"/>
          <w:sz w:val="24"/>
        </w:rPr>
        <w:t>ἀφαιρέσει δ’ αἵματος ἅμα ταῖς ἀσιτίαις ἢ καθάρσει τινί. μηδέπω δὲ πυρέττοντος ἅπασι τοῖς εἰρημένοις χρῆσθαι, τὸ βέλτιον εἰς τὰ παρόντα προαιρούμενον. εὔδηλον γὰρ δήπου, κᾂν ἐγὼ μὴ λέγω, περὶ μὲν τῆς ἐν σκέλει φλεγμονῆς ὡς οὐ προσήκει διὰ περιπάτων ἢ δρόμων γυμνάζειν· ἀλλ’ οὐδ’</w:t>
      </w:r>
    </w:p>
    <w:p>
      <w:r>
        <w:rPr>
          <w:rFonts w:ascii="Courier New" w:hAnsi="Courier New"/>
          <w:color w:val="555555"/>
          <w:sz w:val="20"/>
        </w:rPr>
        <w:t>[15]</w:t>
      </w:r>
    </w:p>
    <w:p>
      <w:r>
        <w:rPr>
          <w:rFonts w:ascii="Gentium Plus" w:hAnsi="Gentium Plus"/>
          <w:sz w:val="24"/>
        </w:rPr>
        <w:t>ἑστάναι τούτῳ κάλλιον· ἄμεινον δὲ καθήμενον ἐπὶ πολὺ τρίψασθαι, κᾄπειτα διὰ τῆς τῶν χειρῶν κινήσεως γυμνάσα‐ σθαι. τῷ δ’ ἐν τοῖς ἄνω μέρεσιν ἔχοντι τὸ φλεγμαίνειν</w:t>
      </w:r>
    </w:p>
    <w:p>
      <w:r>
        <w:rPr>
          <w:rFonts w:ascii="Courier New" w:hAnsi="Courier New"/>
          <w:color w:val="555555"/>
          <w:sz w:val="20"/>
        </w:rPr>
        <w:t>[10 . 893]</w:t>
      </w:r>
    </w:p>
    <w:p>
      <w:r>
        <w:rPr>
          <w:rFonts w:ascii="Gentium Plus" w:hAnsi="Gentium Plus"/>
          <w:sz w:val="24"/>
        </w:rPr>
        <w:t>οὕτω δὲ καὶ ἡ τρίψις τούτοις μὲν ἡ τῶν σκελῶν μᾶλλον, οἷς δ’ ἐν σκέλεσι τὸ φλεγμαῖνον ἡ τῶν ἄνω· τὸ γὰρ τῆς ἀντι‐ σπάσεως παράγγελμα κοινὸν ἐπὶ τοῖς τοιούτοις ἅπασιν· οὔκουν οὐδ’ ὅταν ἤτοι κατὰ τὴν ἕδραν ἤ τι τῶν πλησίων</w:t>
      </w:r>
    </w:p>
    <w:p>
      <w:r>
        <w:rPr>
          <w:rFonts w:ascii="Courier New" w:hAnsi="Courier New"/>
          <w:color w:val="555555"/>
          <w:sz w:val="20"/>
        </w:rPr>
        <w:t>[5]</w:t>
      </w:r>
    </w:p>
    <w:p>
      <w:r>
        <w:rPr>
          <w:rFonts w:ascii="Gentium Plus" w:hAnsi="Gentium Plus"/>
          <w:sz w:val="24"/>
        </w:rPr>
        <w:t>μορίων ἀρχὴ φλεγμονῆς γίγνηται, γαστέρα λαπάξεις, ὥσπερ οὐδ’ εἰ κατὰ κύστιν ἢ αἰδοῖον ἢ νεφροὺς οὐρητικὰ φάρμακα καταπίνειν κελεύσεις· οὐδ’ εἰ γυναικὶ κατὰ μήτραν ἢ αἰδοῖον ἔμμηνα κινήσεις, ἀλλ’ ἐπὶ τὰ ποῤῥώτατα τὴν ἀντίσπα‐ σιν ἀεὶ ποιήσεις, προσέχων δηλονότι καὶ τῷ τῆς φλεγμονῆς</w:t>
      </w:r>
    </w:p>
    <w:p>
      <w:r>
        <w:rPr>
          <w:rFonts w:ascii="Courier New" w:hAnsi="Courier New"/>
          <w:color w:val="555555"/>
          <w:sz w:val="20"/>
        </w:rPr>
        <w:t>[10]</w:t>
      </w:r>
    </w:p>
    <w:p>
      <w:r>
        <w:rPr>
          <w:rFonts w:ascii="Gentium Plus" w:hAnsi="Gentium Plus"/>
          <w:sz w:val="24"/>
        </w:rPr>
        <w:t>μεγέθει καὶ τῇ τοῦ παντὸς σώματος διαθέσει. παμπόλλου μὲν γὰρ ὄντος τοῦ πλήθους οὔτε γυμνασίοις οὔτε λου‐ τροῖς ἀκίνδυνον χρῆσθαι, βραχέος δ’ ὑπάρχοντος ἐγχωρεῖ καὶ διὰ τούτων κενοῦν. ἀλλ’ ὅπερ ἔφην, ἔν τε τῷ προφυ‐ λακτικῷ μέρει τῆς ὑγιεινῆς πραγματείας γέγραπται ταῦτα</w:t>
      </w:r>
    </w:p>
    <w:p>
      <w:r>
        <w:rPr>
          <w:rFonts w:ascii="Courier New" w:hAnsi="Courier New"/>
          <w:color w:val="555555"/>
          <w:sz w:val="20"/>
        </w:rPr>
        <w:t>[15]</w:t>
      </w:r>
    </w:p>
    <w:p>
      <w:r>
        <w:rPr>
          <w:rFonts w:ascii="Gentium Plus" w:hAnsi="Gentium Plus"/>
          <w:sz w:val="24"/>
        </w:rPr>
        <w:t>κᾀν τῷ περὶ πλήθους γράμματι, κᾀν τοῖς περὶ φλεβοτομίας, ἔτι κᾀν τῷ περὶ τῆς τῶν καθαιρόντων δυνάμεως. ὅσον δ’</w:t>
      </w:r>
    </w:p>
    <w:p>
      <w:r>
        <w:rPr>
          <w:rFonts w:ascii="Courier New" w:hAnsi="Courier New"/>
          <w:color w:val="555555"/>
          <w:sz w:val="20"/>
        </w:rPr>
        <w:t>[10 . 894]</w:t>
      </w:r>
    </w:p>
    <w:p>
      <w:r>
        <w:rPr>
          <w:rFonts w:ascii="Gentium Plus" w:hAnsi="Gentium Plus"/>
          <w:sz w:val="24"/>
        </w:rPr>
        <w:t>τοὺς ἰδίους οὖν μόνης τῆς φλεγμονῆς ἀφικώμεθα λόγους. ὧν εἰσιν εἰκότως πρῶτοι γιγνομένης αὐτῆς διὰ τὴν ἐν αὐτῷ τῷ φλεγμαίνοντι μορίῳ διάθεσιν· εὔδηλον γὰρ ὡς ἐκείνην μέν σοι πρότερον θεραπευτέον, ἐφεξῆς δὲ αὐτὸ τὸ γεγενημένον</w:t>
      </w:r>
    </w:p>
    <w:p>
      <w:r>
        <w:rPr>
          <w:rFonts w:ascii="Courier New" w:hAnsi="Courier New"/>
          <w:color w:val="555555"/>
          <w:sz w:val="20"/>
        </w:rPr>
        <w:t>[5]</w:t>
      </w:r>
    </w:p>
    <w:p>
      <w:r>
        <w:rPr>
          <w:rFonts w:ascii="Gentium Plus" w:hAnsi="Gentium Plus"/>
          <w:sz w:val="24"/>
        </w:rPr>
        <w:t>ἤδη τῆς φλεγμονῆς. ἐνίοτε δὲ διὰ τῶν αὐτῶν ἀμφοτέρων καθισταμένων· οἷον ὅταν ἐπὶ φυσώδει πνεύματι καὶ πυ‐ κνώσει τοῦ μορίου γένηταί τις ὀδύνη. τηνικαῦτα γὰρ ἡ τῶν θερμαινόντων μετρίως, ἃ δὴ καὶ χαλαστικὰ προσαγορεύομεν, ἁρμόττει χρῆσις, ἅμα μὲν ἀραιοῦσα τὰ μεμυκότα τοῦ σώμα‐</w:t>
      </w:r>
    </w:p>
    <w:p>
      <w:r>
        <w:rPr>
          <w:rFonts w:ascii="Courier New" w:hAnsi="Courier New"/>
          <w:color w:val="555555"/>
          <w:sz w:val="20"/>
        </w:rPr>
        <w:t>[10]</w:t>
      </w:r>
    </w:p>
    <w:p>
      <w:r>
        <w:rPr>
          <w:rFonts w:ascii="Gentium Plus" w:hAnsi="Gentium Plus"/>
          <w:sz w:val="24"/>
        </w:rPr>
        <w:t>τος, ἅμα δὲ λεπτύνουσα τὸ φυσῶδες πνεῦμα καὶ διαφο‐ ροῦσα τὸ γεγενημένον ἤδη τῆς φλεγμονῆς. οὕτω δὲ κᾂν τοῦ ψυχροῦ κρατοῦντος ἡ δυσκρασία γίγνηται· θερμαίνων γὰρ καὶ τότε τὴν δυσκρασίαν ἅμα καὶ τὴν φλεγμονὴν ἐκθεραπεύ‐ σεις, ὥσπερ γε καὶ εἰ διὰ θερμασίαν πλείονα τοῖς ψύχου‐</w:t>
      </w:r>
    </w:p>
    <w:p>
      <w:r>
        <w:rPr>
          <w:rFonts w:ascii="Courier New" w:hAnsi="Courier New"/>
          <w:color w:val="555555"/>
          <w:sz w:val="20"/>
        </w:rPr>
        <w:t>[15]</w:t>
      </w:r>
    </w:p>
    <w:p>
      <w:r>
        <w:rPr>
          <w:rFonts w:ascii="Gentium Plus" w:hAnsi="Gentium Plus"/>
          <w:sz w:val="24"/>
        </w:rPr>
        <w:t>σιν ἰάμασιν ἄμφω καταστήσει· ἡ μὲν γὰρ δυσκρασία τῶν ἐναντίων ἀεὶ δεῖται. κενοῦται δὲ τὸ πεπληρωμένον οὐ μό‐</w:t>
      </w:r>
    </w:p>
    <w:p>
      <w:r>
        <w:rPr>
          <w:rFonts w:ascii="Courier New" w:hAnsi="Courier New"/>
          <w:color w:val="555555"/>
          <w:sz w:val="20"/>
        </w:rPr>
        <w:t>[10 . 895]</w:t>
      </w:r>
    </w:p>
    <w:p>
      <w:r>
        <w:rPr>
          <w:rFonts w:ascii="Gentium Plus" w:hAnsi="Gentium Plus"/>
          <w:sz w:val="24"/>
        </w:rPr>
        <w:t>καὶ τοῖς ψύχουσι. καὶ μᾶλλόν γ’ ἐπὶ τῶν ἀρχομένων φλεγ‐ μονῶν τοῖς ψύχουσι καὶ στύφουσι χρηστέον ἤπερ τοῖς δια‐ φοροῦσιν· ἔτι δὲ μᾶλλον ὅταν μὴ παχὺ τὸ ἐπιῤῥέον ᾖ. σφο‐ δρᾶς δὲ τῆς τῷ φλεγμαίνοντι μορίῳ σφηνώσεως γεγονυίας</w:t>
      </w:r>
    </w:p>
    <w:p>
      <w:r>
        <w:rPr>
          <w:rFonts w:ascii="Courier New" w:hAnsi="Courier New"/>
          <w:color w:val="555555"/>
          <w:sz w:val="20"/>
        </w:rPr>
        <w:t>[5]</w:t>
      </w:r>
    </w:p>
    <w:p>
      <w:r>
        <w:rPr>
          <w:rFonts w:ascii="Gentium Plus" w:hAnsi="Gentium Plus"/>
          <w:sz w:val="24"/>
        </w:rPr>
        <w:t>οὐκ ἔθ’ οἷόν τε τοῖς ἀποκρουομένοις χρῆσθαι, ἀλλ’ ἐπὶ τὸ διαφορεῖν ἰέναι καιρός. ὅταν δὲ ἐπὶ θηρίῳ νύξαντί πως ἢ δάκνοντι τὴν ὀδύνην γίνεσθαι συμβαίνῃ, διττὸς τῆς ἀνω‐ δυνίας ὁ σκοπὸς, ἢ κενῶσαι τὸν ἰὸν ἢ ἀλλοιῶσαι τὸ τὴν ὀδύνην ἐργαζόμενον. κενοῦται μὲν οὖν διὰ τῶν σφοδρῶς</w:t>
      </w:r>
    </w:p>
    <w:p>
      <w:r>
        <w:rPr>
          <w:rFonts w:ascii="Courier New" w:hAnsi="Courier New"/>
          <w:color w:val="555555"/>
          <w:sz w:val="20"/>
        </w:rPr>
        <w:t>[10]</w:t>
      </w:r>
    </w:p>
    <w:p>
      <w:r>
        <w:rPr>
          <w:rFonts w:ascii="Gentium Plus" w:hAnsi="Gentium Plus"/>
          <w:sz w:val="24"/>
        </w:rPr>
        <w:t>ἑλκόντων φαρμάκων, ἀλλοιοῦται δὲ διὰ τῶν ἐναντίων, ἤτοι κατὰ τὰς ποιότητας ἢ καθ’ ὅλην τὴν οὐσίαν. ἐδείχθη γὰρ ἐν τοῖς περὶ φαρμάκων ἔνια μὲν ὅλαις ταῖς οὐσίαις ἀλλή‐ λοις ἐναντία, τινὰ δὲ ταῖς ποιότησι μόναις. ἐδείχθη δὲ καὶ ὡς ἐπὶ μὲν τῶν ἐναντίων κατὰ ποιότητα μέθοδός τίς</w:t>
      </w:r>
    </w:p>
    <w:p>
      <w:r>
        <w:rPr>
          <w:rFonts w:ascii="Courier New" w:hAnsi="Courier New"/>
          <w:color w:val="555555"/>
          <w:sz w:val="20"/>
        </w:rPr>
        <w:t>[15]</w:t>
      </w:r>
    </w:p>
    <w:p>
      <w:r>
        <w:rPr>
          <w:rFonts w:ascii="Gentium Plus" w:hAnsi="Gentium Plus"/>
          <w:sz w:val="24"/>
        </w:rPr>
        <w:t>ἐστιν, ἐπὶ δὲ τῶν κατὰ τὴν οὐσίαν οὐκ ἔστιν, ἀλλ’ ἐκ πείρας εὕρηται πάντα· καὶ σὺ τοίνυν ὅσα μὲν ἐκ μεθό‐</w:t>
      </w:r>
    </w:p>
    <w:p>
      <w:r>
        <w:rPr>
          <w:rFonts w:ascii="Courier New" w:hAnsi="Courier New"/>
          <w:color w:val="555555"/>
          <w:sz w:val="20"/>
        </w:rPr>
        <w:t>[10 . 896]</w:t>
      </w:r>
    </w:p>
    <w:p>
      <w:r>
        <w:rPr>
          <w:rFonts w:ascii="Gentium Plus" w:hAnsi="Gentium Plus"/>
          <w:sz w:val="24"/>
        </w:rPr>
        <w:t>πείρας ἐγνωσμένα κατὰ τὰς περὶ τῶν φαρμάκων πραγμα‐ τείας ἔχεις ἠθροισμένα, μίαν μὲν τὴν περὶ τῆς δυνάμεως αὐτῶν, ἑτέραν δὲ τὴν περὶ τῆς συνθέσεως, καὶ τρίτην τὴν περὶ τῶν εὐπορίστων ὀνομαζομένων, ἐν αἷς ἐπιδέδει‐</w:t>
      </w:r>
    </w:p>
    <w:p>
      <w:r>
        <w:rPr>
          <w:rFonts w:ascii="Courier New" w:hAnsi="Courier New"/>
          <w:color w:val="555555"/>
          <w:sz w:val="20"/>
        </w:rPr>
        <w:t>[5]</w:t>
      </w:r>
    </w:p>
    <w:p>
      <w:r>
        <w:rPr>
          <w:rFonts w:ascii="Gentium Plus" w:hAnsi="Gentium Plus"/>
          <w:sz w:val="24"/>
        </w:rPr>
        <w:t>κταί μοι τίνα μὲν ἐκ μόνης τῆς πείρας εὕρηται φάρμακα, τίνα δὲ ἐκ μόνου τοῦ λόγου, τίνα δ’ ἐξ ἀμφοτέρων. ἡ τοίνυν μέθοδος, ὑπὲρ ἧς ἐν τῇδε τῇ πραγματείᾳ πρόκειται λέγειν, ἐπὶ ταῖς ὀδύναις ἁπάσαις, ὅσαι διὰ θηρίων ἢ φαρ‐ μάκων γίνονται, διττὸν ἔχει τὸν σκοπὸν, κένωσίν τε καὶ</w:t>
      </w:r>
    </w:p>
    <w:p>
      <w:r>
        <w:rPr>
          <w:rFonts w:ascii="Courier New" w:hAnsi="Courier New"/>
          <w:color w:val="555555"/>
          <w:sz w:val="20"/>
        </w:rPr>
        <w:t>[10]</w:t>
      </w:r>
    </w:p>
    <w:p>
      <w:r>
        <w:rPr>
          <w:rFonts w:ascii="Gentium Plus" w:hAnsi="Gentium Plus"/>
          <w:sz w:val="24"/>
        </w:rPr>
        <w:t>ἀλλοίωσιν τοῦ τὴν ὀδύνην ἐργαζομένου. κενοῖ μὲν οὖν τὰ θερμαίνοντα πάντα καὶ τὰ χωρὶς τοῦ θερμαίνειν ἕλκοντα σφοδρῶς, ὥσπερ αἵ τε σικύαι καί τινα τῶν κοί‐ λων κεράτων, οἷς ὡς σικύαις ἔνιοι χρῶνται. τινὲς δὲ καὶ δι’ αὐτοῦ τοῦ στόματος ἕλκουσι τὸν ἰὸν, αὐτοὶ προσπί‐</w:t>
      </w:r>
    </w:p>
    <w:p>
      <w:r>
        <w:rPr>
          <w:rFonts w:ascii="Courier New" w:hAnsi="Courier New"/>
          <w:color w:val="555555"/>
          <w:sz w:val="20"/>
        </w:rPr>
        <w:t>[15]</w:t>
      </w:r>
    </w:p>
    <w:p>
      <w:r>
        <w:rPr>
          <w:rFonts w:ascii="Gentium Plus" w:hAnsi="Gentium Plus"/>
          <w:sz w:val="24"/>
        </w:rPr>
        <w:t>πτοντες τῷ πεπονθότι μορίῳ καὶ περιλαμβάνοντες αὐτὸ τοῖς χείλεσιν. ἔχεταί γε μὴν καὶ τοῦ προειρημένου σκοποῦ τὸ καυτήριον, ὅσα τε φάρμακα παραπλησίως τοῖς καυτη‐</w:t>
      </w:r>
    </w:p>
    <w:p>
      <w:r>
        <w:rPr>
          <w:rFonts w:ascii="Courier New" w:hAnsi="Courier New"/>
          <w:color w:val="555555"/>
          <w:sz w:val="20"/>
        </w:rPr>
        <w:t>[10 . 897]</w:t>
      </w:r>
    </w:p>
    <w:p>
      <w:r>
        <w:rPr>
          <w:rFonts w:ascii="Gentium Plus" w:hAnsi="Gentium Plus"/>
          <w:sz w:val="24"/>
        </w:rPr>
        <w:t>οὐσίαν ὅλην τοῦ λυποῦντος. ἕτερον δὲ γένος ἐστὶ βοηθημά‐ των ἀλλοιούντων τὴν ποιότητα διὰ τῶν ἐναντίων, εἰ μὲν θερμασίας ὁ κάμνων αἰσθάνοιτο σφοδρᾶς ἤτοι κατ’ αὐτὸ τὸ δεδηγμένον ἢ καθ’ ὅλον τὸ σῶμα, τὰ ψύχοντα φάρμακα προσ‐</w:t>
      </w:r>
    </w:p>
    <w:p>
      <w:r>
        <w:rPr>
          <w:rFonts w:ascii="Courier New" w:hAnsi="Courier New"/>
          <w:color w:val="555555"/>
          <w:sz w:val="20"/>
        </w:rPr>
        <w:t>[5]</w:t>
      </w:r>
    </w:p>
    <w:p>
      <w:r>
        <w:rPr>
          <w:rFonts w:ascii="Gentium Plus" w:hAnsi="Gentium Plus"/>
          <w:sz w:val="24"/>
        </w:rPr>
        <w:t>φερόντων ἡμῶν· εἰ δὲ ψύξεως, τὰ θερμαίνοντα. μεμάθηκας δὲ ἐν ταῖς περὶ τῶν φαρμάκων πραγματείαις ἑκάτερα. τοιαῦ‐ ται μὲν οὖν αἱ κοιναὶ πάσης φλεγμονῆς ἰάσεις· ὑπαλλάττον‐ ται δὲ κατὰ τὰ πεπονθότα μόρια. δέδεικται γὰρ ἤδη κᾀν τῇ τῶν ἑλκῶν θεραπείᾳ τοῦτο· καὶ πολλῶν οὐ δεῖ λόγων</w:t>
      </w:r>
    </w:p>
    <w:p>
      <w:r>
        <w:rPr>
          <w:rFonts w:ascii="Courier New" w:hAnsi="Courier New"/>
          <w:color w:val="555555"/>
          <w:sz w:val="20"/>
        </w:rPr>
        <w:t>[10]</w:t>
      </w:r>
    </w:p>
    <w:p>
      <w:r>
        <w:rPr>
          <w:rFonts w:ascii="Gentium Plus" w:hAnsi="Gentium Plus"/>
          <w:sz w:val="24"/>
        </w:rPr>
        <w:t>τῷ μεμνημένῳ τῶν ἐν ἐκείνοις εἰρημένων, ἀλλ’ ἀρκέσει διὰ βραχέων ἐπελθεῖν αὐτά. Μία μὲν οὖν ἔνδειξις ἐκ τῶν ὁμοιομερῶν καλουμένων γίνεται μερῶν τοῦ σώματος· ἑτέρα δὲ ἐκ τῶν ὀργανικῶν. ἡ μὲν οὖν ἐκ τῶν ὁμοιομερῶν τὸ ποσὸν τοῦ</w:t>
      </w:r>
    </w:p>
    <w:p>
      <w:r>
        <w:rPr>
          <w:rFonts w:ascii="Courier New" w:hAnsi="Courier New"/>
          <w:color w:val="555555"/>
          <w:sz w:val="20"/>
        </w:rPr>
        <w:t>[15]</w:t>
      </w:r>
    </w:p>
    <w:p>
      <w:r>
        <w:rPr>
          <w:rFonts w:ascii="Gentium Plus" w:hAnsi="Gentium Plus"/>
          <w:sz w:val="24"/>
        </w:rPr>
        <w:t>θερμαίνειν, ἢ ψύχειν, ἢ ξηραίνειν, ἢ ὑγραίνειν διορίζει, ἡ δ’ ἐκ τῶν ὀργανικῶν τὸν τόπον δι’ οὗ χρὴ κενῶσαι καὶ προσέσι τὸν τρόπον τῆς κενώσεως· ἔτι τε πρὸς τούτοις τὸ</w:t>
      </w:r>
    </w:p>
    <w:p>
      <w:r>
        <w:rPr>
          <w:rFonts w:ascii="Courier New" w:hAnsi="Courier New"/>
          <w:color w:val="555555"/>
          <w:sz w:val="20"/>
        </w:rPr>
        <w:t>[10 . 898]</w:t>
      </w:r>
    </w:p>
    <w:p>
      <w:r>
        <w:rPr>
          <w:rFonts w:ascii="Gentium Plus" w:hAnsi="Gentium Plus"/>
          <w:sz w:val="24"/>
        </w:rPr>
        <w:t>περὶ μὲν οὖν τῆς ἀπὸ τῶν ὁμοιομερῶν ἐνδείξεως λέλεκται πρόσθεν ἐν τῇ τῶν ἑλκῶν ἰάσει, περὶ δὲ τῆς τῶν ὀργανικῶν ἐν τῷδε λεχθήσεται. Τῆς γάρ τοι φλεγμονῆς κατὰ διττὸν τρόπον</w:t>
      </w:r>
    </w:p>
    <w:p>
      <w:r>
        <w:rPr>
          <w:rFonts w:ascii="Courier New" w:hAnsi="Courier New"/>
          <w:color w:val="555555"/>
          <w:sz w:val="20"/>
        </w:rPr>
        <w:t>[5]</w:t>
      </w:r>
    </w:p>
    <w:p>
      <w:r>
        <w:rPr>
          <w:rFonts w:ascii="Gentium Plus" w:hAnsi="Gentium Plus"/>
          <w:sz w:val="24"/>
        </w:rPr>
        <w:t>ἐξεστώσης τοῦ κατὰ φύσιν, ὅτι τε πεπλήρωται τὸ μόριον αἵματος πολλοῦ καὶ ὅτι θερμότερόν ἐστιν, ὁ τῆς κενώσεως σκοπὸς ἐπικρατεῖ μᾶλλον τοῦ τῆς ἐμψύξεως, οὐχ ὡς ἐν τοῖς ἐρυσιπέλασιν· ἐπ’ ἐκείνων γὰρ ὁ τῆς ἐμψύξεως ἐπείγει πρὸ τοῦ τῆς κενώσεως. καίτοι τό γε κεφάλαιον τῆς θεραπείας</w:t>
      </w:r>
    </w:p>
    <w:p>
      <w:r>
        <w:rPr>
          <w:rFonts w:ascii="Courier New" w:hAnsi="Courier New"/>
          <w:color w:val="555555"/>
          <w:sz w:val="20"/>
        </w:rPr>
        <w:t>[10]</w:t>
      </w:r>
    </w:p>
    <w:p>
      <w:r>
        <w:rPr>
          <w:rFonts w:ascii="Gentium Plus" w:hAnsi="Gentium Plus"/>
          <w:sz w:val="24"/>
        </w:rPr>
        <w:t>ἀμφοτέρων τῶν παθῶν κοινόν ἐστιν ἡ κένωσις τοῦ λυποῦν‐ τος χυμοῦ. καὶ διὰ τοῦτο μετὰ τὴν ἔμψυξιν τῶν ἐρυσιπελά‐ των ἐπὶ τὰ διαφορητικὰ παραγινόμεθα φάρμακα. ἐπὶ τοίνυν τῆς φλεγμονῆς ζεούσης εἰς τοσοῦτον ψυκτέον ἐστὶν, εἰς ὅσον ἐκκόψαι τε καὶ κωλῦσαι τὴν αὔξησιν αὐτῆς συμφέρει. καὶ</w:t>
      </w:r>
    </w:p>
    <w:p>
      <w:r>
        <w:rPr>
          <w:rFonts w:ascii="Courier New" w:hAnsi="Courier New"/>
          <w:color w:val="555555"/>
          <w:sz w:val="20"/>
        </w:rPr>
        <w:t>[15]</w:t>
      </w:r>
    </w:p>
    <w:p>
      <w:r>
        <w:rPr>
          <w:rFonts w:ascii="Gentium Plus" w:hAnsi="Gentium Plus"/>
          <w:sz w:val="24"/>
        </w:rPr>
        <w:t>γὰρ ὀδυνώσης τῆς πλέονος θερμασίας καί τι καὶ πρὸς τὸ πεπονθὸς ἑλκούσης, ἐξ ἀμφοῖν αὐξάνεσθαι συμβαίνει τὴν φλεγμονήν. ὅσον μὲν οὖν ὡς θερμῷ νοσήματι τῇ φλεγμονῇ</w:t>
      </w:r>
    </w:p>
    <w:p>
      <w:r>
        <w:rPr>
          <w:rFonts w:ascii="Courier New" w:hAnsi="Courier New"/>
          <w:color w:val="555555"/>
          <w:sz w:val="20"/>
        </w:rPr>
        <w:t>[10 . 899]</w:t>
      </w:r>
    </w:p>
    <w:p>
      <w:r>
        <w:rPr>
          <w:rFonts w:ascii="Gentium Plus" w:hAnsi="Gentium Plus"/>
          <w:sz w:val="24"/>
        </w:rPr>
        <w:t>ὡσαύτως δὲ καὶ καθ’ ὅσον ἀναστέλλει τὸ ἐπιῤῥέον. ὅσον δὲ τοῦ περιεχομένου κατὰ τὸ φλεγμαῖνον ἀποκρουστικὸν εἰς τὰ πλησιάζοντα μόρια, θεραπευτικὸν τοῦτ’ ἔστι τῆς οὔσης ἤδη φλεγμονῆς. ὡσαύτως δὲ καὶ τὰ θερμαίνοντα μετρίως</w:t>
      </w:r>
    </w:p>
    <w:p>
      <w:r>
        <w:rPr>
          <w:rFonts w:ascii="Courier New" w:hAnsi="Courier New"/>
          <w:color w:val="555555"/>
          <w:sz w:val="20"/>
        </w:rPr>
        <w:t>[5]</w:t>
      </w:r>
    </w:p>
    <w:p>
      <w:r>
        <w:rPr>
          <w:rFonts w:ascii="Gentium Plus" w:hAnsi="Gentium Plus"/>
          <w:sz w:val="24"/>
        </w:rPr>
        <w:t>ἐνίοτε κατ’ ἀμφοτέρους τοὺς τρόπους ὀνίνησι, ὅταν τὴν ὀδύνην παύῃ καὶ διαφορῇ τὸ περιεχόμενον ἐν τοῖς πεπον‐ θόσι μορίοις· ἐν μὲν τῷ παύειν τὴν ὀδύνην κωλύει τὴν αὔξησιν, ἐν δὲ τῷ διαφορεῖν ἰᾶται τὸ γεγονὸς ἤδη τῆς φλεγμονῆς.</w:t>
      </w:r>
    </w:p>
    <w:p>
      <w:r>
        <w:rPr>
          <w:rFonts w:ascii="Courier New" w:hAnsi="Courier New"/>
          <w:color w:val="555555"/>
          <w:sz w:val="20"/>
        </w:rPr>
        <w:t>[10]</w:t>
      </w:r>
    </w:p>
    <w:p>
      <w:r>
        <w:rPr>
          <w:rFonts w:ascii="Gentium Plus" w:hAnsi="Gentium Plus"/>
          <w:sz w:val="24"/>
        </w:rPr>
        <w:t>Ἐπεὶ τοίνυν τὸ κῦρος ἅπαν ἐστὶ τῆς τῶν φλεγμαινόντων θεραπείας ἐν τῷ κενῶσαι τὸ περιττὸν αἷμα τοῦ φλεγμαίνοντος μορίου, κένωσις δὲ ἐπινοεῖται διττὴ τῶν οὕτως ἐχόντων, ἢ μεθισταμένου πρὸς ἕτερα χωρία τοῦ περιεχομένου κατὰ τὸ φλεγμαῖνον αἵματος, ἢ ἔξωθεν τοῦ</w:t>
      </w:r>
    </w:p>
    <w:p>
      <w:r>
        <w:rPr>
          <w:rFonts w:ascii="Courier New" w:hAnsi="Courier New"/>
          <w:color w:val="555555"/>
          <w:sz w:val="20"/>
        </w:rPr>
        <w:t>[15]</w:t>
      </w:r>
    </w:p>
    <w:p>
      <w:r>
        <w:rPr>
          <w:rFonts w:ascii="Gentium Plus" w:hAnsi="Gentium Plus"/>
          <w:sz w:val="24"/>
        </w:rPr>
        <w:t>σώματος ἐκκρινομένου, βέλτιόν ἐστιν ἀμφοτέροις χρῆσθαι προσέχοντα τὸν νοῦν, μὴ κατὰ συμβεβηκὸς ἕπηταί τις βλάβη. διττῆς τοίνυν ἑκατέρας τῶν εἰρημένων κενώσεως οὔσης, εἰς</w:t>
      </w:r>
    </w:p>
    <w:p>
      <w:r>
        <w:rPr>
          <w:rFonts w:ascii="Courier New" w:hAnsi="Courier New"/>
          <w:color w:val="555555"/>
          <w:sz w:val="20"/>
        </w:rPr>
        <w:t>[10 . 900]</w:t>
      </w:r>
    </w:p>
    <w:p>
      <w:r>
        <w:rPr>
          <w:rFonts w:ascii="Gentium Plus" w:hAnsi="Gentium Plus"/>
          <w:sz w:val="24"/>
        </w:rPr>
        <w:t>βοηθημάτων, τῆς μὲν εἰς τὰ ἄλλα μόρια μεταῤῥύσεως τοῦ αἵματος ἡ μὲν ἑτέρα διωθουμένων αὐτὸ τῶν φλεγμαινόντων μορίων, ἡ δ’ ἑτέρα τῶν ἀπαθῶν ἑλκόντων γίνεται· τῆς δὲ ἔξω τοῦ σώματος κενώσεως ἡ μία μὲν αἰσθηταῖς ἐκροαῖς, ἡ</w:t>
      </w:r>
    </w:p>
    <w:p>
      <w:r>
        <w:rPr>
          <w:rFonts w:ascii="Courier New" w:hAnsi="Courier New"/>
          <w:color w:val="555555"/>
          <w:sz w:val="20"/>
        </w:rPr>
        <w:t>[5]</w:t>
      </w:r>
    </w:p>
    <w:p>
      <w:r>
        <w:rPr>
          <w:rFonts w:ascii="Gentium Plus" w:hAnsi="Gentium Plus"/>
          <w:sz w:val="24"/>
        </w:rPr>
        <w:t>δὲ ἑτέρα λόγῳ θεωρηταῖς ἐπιτελεῖται. καὶ τῆς αἰσθηταῖς ἐκροαῖς γινομένης ἡ μὲν ἑτέρα δι’ αὐτοῦ τοῦ φλεγμαίνοντος, ἡ δ’ ἑτέρα διὰ τῶν συναναστομουμένων αὐτῷ. διὸ καὶ χρεία τῆς ἀνατομῆς ἐστιν εἰς διάγνωσιν τῆς τοιαύτης κοινωνίας. αὗται μὲν οὖν ἀπὸ τῆς φύσεως τῶν μορίων ἐνδείξεις προέρ‐</w:t>
      </w:r>
    </w:p>
    <w:p>
      <w:r>
        <w:rPr>
          <w:rFonts w:ascii="Courier New" w:hAnsi="Courier New"/>
          <w:color w:val="555555"/>
          <w:sz w:val="20"/>
        </w:rPr>
        <w:t>[10]</w:t>
      </w:r>
    </w:p>
    <w:p>
      <w:r>
        <w:rPr>
          <w:rFonts w:ascii="Gentium Plus" w:hAnsi="Gentium Plus"/>
          <w:sz w:val="24"/>
        </w:rPr>
        <w:t>χονται, τὴν θεραπείαν ὑπαλλάττουσαι τῶν φλεγμαινόντων· ἔτι τε πρὸς ταύταις ἡ ἐκ τῆς θέσεώς τε καὶ διαπλάσεως, ἃς ὡς ὀργανικὸν ἐνδείκνυται τὸ πεπονθὸς, οὐχ ὡς ὁμοιο‐ μερές. Ἔτι δ’ ἄλλαι κοιναὶ τῶν ὀργανικῶν εἰσι καὶ</w:t>
      </w:r>
    </w:p>
    <w:p>
      <w:r>
        <w:rPr>
          <w:rFonts w:ascii="Courier New" w:hAnsi="Courier New"/>
          <w:color w:val="555555"/>
          <w:sz w:val="20"/>
        </w:rPr>
        <w:t>[15]</w:t>
      </w:r>
    </w:p>
    <w:p>
      <w:r>
        <w:rPr>
          <w:rFonts w:ascii="Gentium Plus" w:hAnsi="Gentium Plus"/>
          <w:sz w:val="24"/>
        </w:rPr>
        <w:t>τῶν ὁμοιομερῶν, ὅταν ἐπισκεπτώμεθα τήν τ’ ἐνέργειαν αὐ‐ τῶν, καὶ εἰ ἀραιὸν ἢ πυκνὸν, ἢ ἀναίσθητον, ἢ δυσαίσθητόν ἐστιν, ἢ εὐαίσθητον. εἰς ἃς ἁπάσας ἀποβλέπειν χρὴ τὸν ἐπι‐</w:t>
      </w:r>
    </w:p>
    <w:p>
      <w:r>
        <w:rPr>
          <w:rFonts w:ascii="Courier New" w:hAnsi="Courier New"/>
          <w:color w:val="555555"/>
          <w:sz w:val="20"/>
        </w:rPr>
        <w:t>[10 . 901]</w:t>
      </w:r>
    </w:p>
    <w:p>
      <w:r>
        <w:rPr>
          <w:rFonts w:ascii="Gentium Plus" w:hAnsi="Gentium Plus"/>
          <w:sz w:val="24"/>
        </w:rPr>
        <w:t>Ἐπεὶ δὲ, ὡς ἀεὶ λέγομεν, οὐχ ἱκανόν ἐστιν αὐτὰ μόνον γινώσκειν τὰ καθόλου χωρὶς τοῦ γεγυμνά‐ σθαι περὶ τὰ κατὰ μέρος, οὕτω καὶ νῦν πράξομεν οὐ διὰ πάντων τῶν κατὰ μέρος ἰόντες, ἀλλ’ ὅσα περ ἂν ἡμῖν ἱκανὰ</w:t>
      </w:r>
    </w:p>
    <w:p>
      <w:r>
        <w:rPr>
          <w:rFonts w:ascii="Courier New" w:hAnsi="Courier New"/>
          <w:color w:val="555555"/>
          <w:sz w:val="20"/>
        </w:rPr>
        <w:t>[5]</w:t>
      </w:r>
    </w:p>
    <w:p>
      <w:r>
        <w:rPr>
          <w:rFonts w:ascii="Gentium Plus" w:hAnsi="Gentium Plus"/>
          <w:sz w:val="24"/>
        </w:rPr>
        <w:t>δόξῃ τοῖς ἀναγνωσομένοις αὐτὰ γενήσεσθαι. ὑποκείσθω τοί‐ νυν ἧπαρ ἀρχόμενον φλεγμαίνειν καὶ ζητείσθω τίς ἀρίστη θεραπεία γενήσεται τοῦ πάθους. ἐπισκέπτου δὴ πρῶτον μὲν ἁπάντων, ἀφ’ ὧν εἶπον ὁρμώμενος, εἰ δεῖται κενώσεως τὸ πᾶν σῶμα. κᾂν εὕροις δεόμενον, ἐφεξῆς σκέπτου τὴν ῥώμην τοῦ</w:t>
      </w:r>
    </w:p>
    <w:p>
      <w:r>
        <w:rPr>
          <w:rFonts w:ascii="Courier New" w:hAnsi="Courier New"/>
          <w:color w:val="555555"/>
          <w:sz w:val="20"/>
        </w:rPr>
        <w:t>[10]</w:t>
      </w:r>
    </w:p>
    <w:p>
      <w:r>
        <w:rPr>
          <w:rFonts w:ascii="Gentium Plus" w:hAnsi="Gentium Plus"/>
          <w:sz w:val="24"/>
        </w:rPr>
        <w:t>κάμνοντος, εἰ δύναται κένωσιν ἀθρόαν ἐνεγκεῖν. ἔστω δὴ πρότερον ἐῤῥῶσθαι τὴν δύναμιν· ἐφεξῆς σκέπτου τὴν ἡλι‐ κίαν. εἰ γὰρ παιδίον εἴη, τὴν διὰ φλεβοτομίας οὐκ οἴσει κένωσιν, ὡς ἔμπροσθεν ἐδείχθη· κατὰ μὲν τὸν τῆς ἥβης και‐ ρὸν οἱ παῖδες ἤδη φέρουσι τὴν διὰ τῆς φλεβοτομίας κένωσιν.</w:t>
      </w:r>
    </w:p>
    <w:p>
      <w:r>
        <w:rPr>
          <w:rFonts w:ascii="Courier New" w:hAnsi="Courier New"/>
          <w:color w:val="555555"/>
          <w:sz w:val="20"/>
        </w:rPr>
        <w:t>[15]</w:t>
      </w:r>
    </w:p>
    <w:p>
      <w:r>
        <w:rPr>
          <w:rFonts w:ascii="Gentium Plus" w:hAnsi="Gentium Plus"/>
          <w:sz w:val="24"/>
        </w:rPr>
        <w:t>ἀντισπαστέον οὖν ἅμα καὶ κενωτέον τὸ φερόμενον ἐπὶ τὸ ἧπαρ αἷμα τῇ φλεβοτομίᾳ, κατὰ τὸν δεξιὸν ἀγκῶνα τὴν ἔνδον φλέβα τέμνοντες, ἐπεὶ κατ’ εὐθὺ καὶ δι’ εὐρείας ὁδοῦ</w:t>
      </w:r>
    </w:p>
    <w:p>
      <w:r>
        <w:rPr>
          <w:rFonts w:ascii="Courier New" w:hAnsi="Courier New"/>
          <w:color w:val="555555"/>
          <w:sz w:val="20"/>
        </w:rPr>
        <w:t>[10 . 902]</w:t>
      </w:r>
    </w:p>
    <w:p>
      <w:r>
        <w:rPr>
          <w:rFonts w:ascii="Gentium Plus" w:hAnsi="Gentium Plus"/>
          <w:sz w:val="24"/>
        </w:rPr>
        <w:t>τὴν μέσην τέμνειν· εἰ δὲ μήτ’ αὐτὴ φαίνοιτο, τὴν λοιπὴν καὶ τρίτην. τὸ δὲ ποσὸν τῆς κενώσεως ἔκ τε τῆς κατὰ τὸ πλῆθος εὑρήσεις ποσότητος, ὅσα τ’ ἄλλα κατὰ τὸν ἔμπρο‐ σθεν εἴρηται λόγον, ἡλικία τε καὶ φύσις ὥρα τε καὶ χώρα</w:t>
      </w:r>
    </w:p>
    <w:p>
      <w:r>
        <w:rPr>
          <w:rFonts w:ascii="Courier New" w:hAnsi="Courier New"/>
          <w:color w:val="555555"/>
          <w:sz w:val="20"/>
        </w:rPr>
        <w:t>[5]</w:t>
      </w:r>
    </w:p>
    <w:p>
      <w:r>
        <w:rPr>
          <w:rFonts w:ascii="Gentium Plus" w:hAnsi="Gentium Plus"/>
          <w:sz w:val="24"/>
        </w:rPr>
        <w:t>καὶ ἔθος, ἔτι τε πρὸ τούτων καὶ ἡ δύναμις τοῦ κάμνον‐ τος. ἐφ’ ἁπάντων γὰρ ταῦτα κοινά. τὸ δ’ ἤτοι τὴν ἔνδον ἢ τὴν μέσην ἢ τὴν ὠμιαίαν φλέβα τέμνειν, ἢ τὴν παρὰ τὸ σφυρὸν, ἢ τὴν ἐν ἰγνύϊ, παρὰ τοῦ πεπονθότος μορίου τὴν ἔνδειξιν ἔχει. καὶ διώρισται μὲν ἤδη κᾀν τοῖς περὶ</w:t>
      </w:r>
    </w:p>
    <w:p>
      <w:r>
        <w:rPr>
          <w:rFonts w:ascii="Courier New" w:hAnsi="Courier New"/>
          <w:color w:val="555555"/>
          <w:sz w:val="20"/>
        </w:rPr>
        <w:t>[10]</w:t>
      </w:r>
    </w:p>
    <w:p>
      <w:r>
        <w:rPr>
          <w:rFonts w:ascii="Gentium Plus" w:hAnsi="Gentium Plus"/>
          <w:sz w:val="24"/>
        </w:rPr>
        <w:t>φλεβοτομίας ὑπὲρ τῶν τοιούτων ἁπασῶν κενώσεων· εἰρή‐ σεται δὲ καὶ νῦν ὅσον εἰς τὰ παρόντα χρήσιμον, αὐτό τε τοῦτο πρῶτον, ὡς οὐκ ἀγκεῖ μόνον ὅτι κενωτέον ἐστὶν ἐξευρεῖν, ὡς ἂν φαῖεν οἱ τὴν ἀμέθοδον αἵρεσιν μετιόντες, οὐδὲν φροντίζοντες τῆς διαφορᾶς τῶν πεπονθότων μορίων.</w:t>
      </w:r>
    </w:p>
    <w:p>
      <w:r>
        <w:rPr>
          <w:rFonts w:ascii="Courier New" w:hAnsi="Courier New"/>
          <w:color w:val="555555"/>
          <w:sz w:val="20"/>
        </w:rPr>
        <w:t>[15]</w:t>
      </w:r>
    </w:p>
    <w:p>
      <w:r>
        <w:rPr>
          <w:rFonts w:ascii="Gentium Plus" w:hAnsi="Gentium Plus"/>
          <w:sz w:val="24"/>
        </w:rPr>
        <w:t>οὐ γὰρ ὁ λόγος μόνον, ἀλλὰ καὶ ἡ πεῖρα δείκνυσιν ἄλλην ἄλλῳ μορίῳ κένωσιν ἁρμόττουσαν. ἐθεάσω γοῦν ἐνίους τῶν ἀρξαμένων φλεγμαίνειν ὀφθαλμοὺς αὐτῷ μόνῳ τῷ</w:t>
      </w:r>
    </w:p>
    <w:p>
      <w:r>
        <w:rPr>
          <w:rFonts w:ascii="Courier New" w:hAnsi="Courier New"/>
          <w:color w:val="555555"/>
          <w:sz w:val="20"/>
        </w:rPr>
        <w:t>[10 . 903]</w:t>
      </w:r>
    </w:p>
    <w:p>
      <w:r>
        <w:rPr>
          <w:rFonts w:ascii="Gentium Plus" w:hAnsi="Gentium Plus"/>
          <w:sz w:val="24"/>
        </w:rPr>
        <w:t>θέντας. ὅπερ ἐὰν ἐφ’ ἥπατος ἀρχομένου φλεγμαίνειν ἐπι‐ χειρήσῃ τις πρᾶξαι, μεγίστην ἐργάσεται τὴν φλεγμονὴν, ὥσπερ γε καὶ εἰ τῶν νεφρῶν ἢ τῆς κύστεως φλεγμαίνειν ἀρξαμένων οὐρητικὰ ποτίζοι φάρμακα καταμήνιά τε κινοῖ</w:t>
      </w:r>
    </w:p>
    <w:p>
      <w:r>
        <w:rPr>
          <w:rFonts w:ascii="Courier New" w:hAnsi="Courier New"/>
          <w:color w:val="555555"/>
          <w:sz w:val="20"/>
        </w:rPr>
        <w:t>[5]</w:t>
      </w:r>
    </w:p>
    <w:p>
      <w:r>
        <w:rPr>
          <w:rFonts w:ascii="Gentium Plus" w:hAnsi="Gentium Plus"/>
          <w:sz w:val="24"/>
        </w:rPr>
        <w:t>μήτρας φλεγμαινούσης· ἀντισπᾷν γὰρ χρὴ τῶν ἀρχομένων ῥευματίζεσθαι ποῤῥωτάτω τὸ περιττὸν, οὐχ ἕλκειν ἐπ’ αὐτά. κατὰ τοῦτον οὖν τὸν λόγον οὐδὲ γαστρὸς οὐδ’ ἐντέρων ἀρξαμένων φλεγμαίνειν ὑπηλάτῳ χρῆσθαι προσήκει. τὴν δ’ αὐτὴν ἔνδειξιν ἔχει τούτοις μὲν μήτρα, τοῖς δ’ οὐ‐</w:t>
      </w:r>
    </w:p>
    <w:p>
      <w:r>
        <w:rPr>
          <w:rFonts w:ascii="Courier New" w:hAnsi="Courier New"/>
          <w:color w:val="555555"/>
          <w:sz w:val="20"/>
        </w:rPr>
        <w:t>[10]</w:t>
      </w:r>
    </w:p>
    <w:p>
      <w:r>
        <w:rPr>
          <w:rFonts w:ascii="Gentium Plus" w:hAnsi="Gentium Plus"/>
          <w:sz w:val="24"/>
        </w:rPr>
        <w:t>ρητικοῖς ὀργάνοις αἰδοῖα. τό γε μὴν ἐμέτοις χρῆσθαι τῶν αἰδοίων πεπονθότων ἀντισπαστικόν ἐστι βοήθημα. κατὰ δὲ τὸν αὐτὸν λόγον ἐπὶ μὲν τοῖς κατὰ τὴν κεφαλὴν ἅπα‐ σιν ὑπήλατον φάρμακον, ὅσα δὲ κατὰ τὸν φάρυγγα καὶ οὐρανίσκον, ἢ τὴν ὑπερώαν, ἢ τὴν γλῶτταν, ἢ ὅλως κατὰ</w:t>
      </w:r>
    </w:p>
    <w:p>
      <w:r>
        <w:rPr>
          <w:rFonts w:ascii="Courier New" w:hAnsi="Courier New"/>
          <w:color w:val="555555"/>
          <w:sz w:val="20"/>
        </w:rPr>
        <w:t>[15]</w:t>
      </w:r>
    </w:p>
    <w:p>
      <w:r>
        <w:rPr>
          <w:rFonts w:ascii="Gentium Plus" w:hAnsi="Gentium Plus"/>
          <w:sz w:val="24"/>
        </w:rPr>
        <w:t>τὸ στόμα φλεγμαίνειν ἄρχεται, φυλακτέον ἐπὶ τούτων ἁπάν‐ των τοὺς καλουμένους ἀποφλεγματισμούς. ὅμοιον γὰρ τοῦτο</w:t>
      </w:r>
    </w:p>
    <w:p>
      <w:r>
        <w:rPr>
          <w:rFonts w:ascii="Courier New" w:hAnsi="Courier New"/>
          <w:color w:val="555555"/>
          <w:sz w:val="20"/>
        </w:rPr>
        <w:t>[10 . 904]</w:t>
      </w:r>
    </w:p>
    <w:p>
      <w:r>
        <w:rPr>
          <w:rFonts w:ascii="Gentium Plus" w:hAnsi="Gentium Plus"/>
          <w:sz w:val="24"/>
        </w:rPr>
        <w:t>οὖρα κινεῖν τῶν κατὰ τοὺς νεφροὺς ἢ κύστιν ἐχόν‐ των κακῶς, ἢ ἐμέτους τῶν κατὰ τὸν στόμαχον. ἄμεινον οὖν ἐπὶ τὴν ῥῖνα παροχετεύειν, ἀρχομένων τῶν κατὰ τὸ στόμα μορίων φλεγμαίνειν. οὕτω δὲ καὶ φλέβα τέμνειν, εἰ μὲν ταῦτα</w:t>
      </w:r>
    </w:p>
    <w:p>
      <w:r>
        <w:rPr>
          <w:rFonts w:ascii="Courier New" w:hAnsi="Courier New"/>
          <w:color w:val="555555"/>
          <w:sz w:val="20"/>
        </w:rPr>
        <w:t>[5]</w:t>
      </w:r>
    </w:p>
    <w:p>
      <w:r>
        <w:rPr>
          <w:rFonts w:ascii="Gentium Plus" w:hAnsi="Gentium Plus"/>
          <w:sz w:val="24"/>
        </w:rPr>
        <w:t>πεπόνθοι, τὴν ὠμιαίαν ἐν χειρὶ, καὶ ταύτης μὴ φαινομένης τὴν μέσην· εἰ δ’ ἧπαρ ἢ θώραξ ἢ πνεύμων ἢ καρδία, τὴν ἔνδον. ἐπὶ δὲ συνάγχης πρώτας μὲν τὰς ἐν χερσὶ, δευτέρας δὲ τὰς ὑπὸ τὴν γλῶτταν. τῶν δὲ κατ’ ἰνίον πασχόντων καὶ τὴν ἐν ἀγκῶνι μὲν, οὐχ ἥκιστα δὲ καὶ τὴν ἐν τῷ μετώπῳ.</w:t>
      </w:r>
    </w:p>
    <w:p>
      <w:r>
        <w:rPr>
          <w:rFonts w:ascii="Courier New" w:hAnsi="Courier New"/>
          <w:color w:val="555555"/>
          <w:sz w:val="20"/>
        </w:rPr>
        <w:t>[10]</w:t>
      </w:r>
    </w:p>
    <w:p>
      <w:r>
        <w:rPr>
          <w:rFonts w:ascii="Gentium Plus" w:hAnsi="Gentium Plus"/>
          <w:sz w:val="24"/>
        </w:rPr>
        <w:t>ἐπὶ δὲ νεφρῶν καὶ κύστεως αἰδοίου τε καὶ μήτρας τὰς ἐν τοῖς σκέλεσι, μάλιστα μὲν τὰς κατὰ τὴν ἰγνύαν, εἰ δὲ μὴ, τὰς παρὰ σφυρόν. ἀεὶ δ’ ἐπὶ πάντων τὰς κατ’ εὐθύ. τοῦ μὲν ἥπατος ἀρχομένου φλεγμαίνειν, τὰς ἐν τῇ δεξιᾷ χειρὶ, τοῦ δὲ σπληνὸς, ἔμπαλιν. ὥστ’ εὐθὺς ἡ διαφορὰ τῶν κενώ‐</w:t>
      </w:r>
    </w:p>
    <w:p>
      <w:r>
        <w:rPr>
          <w:rFonts w:ascii="Courier New" w:hAnsi="Courier New"/>
          <w:color w:val="555555"/>
          <w:sz w:val="20"/>
        </w:rPr>
        <w:t>[15]</w:t>
      </w:r>
    </w:p>
    <w:p>
      <w:r>
        <w:rPr>
          <w:rFonts w:ascii="Gentium Plus" w:hAnsi="Gentium Plus"/>
          <w:sz w:val="24"/>
        </w:rPr>
        <w:t>σεων πρῶτον κατὰ τὴν τῶν μορίων διαφορὰν ὑπαλλάττε‐ ται· καὶ δῆλον ὅτι τὸ κοινὸν τῆς ἐνδείξεως οὐ μᾶλλον ὠφε‐</w:t>
      </w:r>
    </w:p>
    <w:p>
      <w:r>
        <w:rPr>
          <w:rFonts w:ascii="Courier New" w:hAnsi="Courier New"/>
          <w:color w:val="555555"/>
          <w:sz w:val="20"/>
        </w:rPr>
        <w:t>[10 . 905]</w:t>
      </w:r>
    </w:p>
    <w:p>
      <w:r>
        <w:rPr>
          <w:rFonts w:ascii="Gentium Plus" w:hAnsi="Gentium Plus"/>
          <w:sz w:val="24"/>
        </w:rPr>
        <w:t>κοινή· τὸ δ’ ὅθεν ἢ ὅπως, οἱ πεπονθότες τόποι διδάσκουσιν. οὕτω γοῦν καὶ οἱ τῶν κώλων ἐπενοήθησαν δεσμοὶ θώρακος ἢ γαστρὸς, ἢ τῶν κατὰ τὸν τράχηλον, ἢ τὴν κεφαλὴν μο‐ ρίων φλεγμαινόντων. οὐ γὰρ δὴ τὸ φλεγμαῖνόν γε αὐτὸ δήσεις</w:t>
      </w:r>
    </w:p>
    <w:p>
      <w:r>
        <w:rPr>
          <w:rFonts w:ascii="Courier New" w:hAnsi="Courier New"/>
          <w:color w:val="555555"/>
          <w:sz w:val="20"/>
        </w:rPr>
        <w:t>[5]</w:t>
      </w:r>
    </w:p>
    <w:p>
      <w:r>
        <w:rPr>
          <w:rFonts w:ascii="Gentium Plus" w:hAnsi="Gentium Plus"/>
          <w:sz w:val="24"/>
        </w:rPr>
        <w:t>κῶλον, ἀλλ’ ἐπὶ μὲν σκελῶν τὰς χεῖρας, ἐπὶ χειρῶν δὲ τὰ σκέλη. Καὶ μὴν καὶ τὸ ψύχειν καὶ στύφειν ἐν ἀρχῇ τὰ φλεγμαίνοντα χωρὶς τῆς περὶ τῶν πεπονθότων ἐνδείξεως οὐ μᾶλλον ὠφελείας ἢ βλάβης αἴτιον. ἐπὶ μὲν γὰρ τῶν κατὰ</w:t>
      </w:r>
    </w:p>
    <w:p>
      <w:r>
        <w:rPr>
          <w:rFonts w:ascii="Courier New" w:hAnsi="Courier New"/>
          <w:color w:val="555555"/>
          <w:sz w:val="20"/>
        </w:rPr>
        <w:t>[10]</w:t>
      </w:r>
    </w:p>
    <w:p>
      <w:r>
        <w:rPr>
          <w:rFonts w:ascii="Gentium Plus" w:hAnsi="Gentium Plus"/>
          <w:sz w:val="24"/>
        </w:rPr>
        <w:t>τὸ κῶλον μορίων ἀρκεῖ καὶ σπόγγον ἐπιθεῖναι, βρέξαντας ἤτοι γε ὕδατι ψυχρῷ μικρὸν ὄξους μιγνύντας ἢ ὕδατι μόνῳ· καθάπερ γε καὶ οἴνῳ τινὶ τῶν αὐστηρῶν. ἥπατος δ’ ἀρξα‐ μένου φλεγμαίνειν οὐδεὶς ἂν χρήσαιτο τούτων οὐδενὶ νοῦν ἔχων ἄνθρωπος· ἀλλ’ οὐδ’ εἰ μήλινον ἐπιβρέξαις ἢ μύρσι‐</w:t>
      </w:r>
    </w:p>
    <w:p>
      <w:r>
        <w:rPr>
          <w:rFonts w:ascii="Courier New" w:hAnsi="Courier New"/>
          <w:color w:val="555555"/>
          <w:sz w:val="20"/>
        </w:rPr>
        <w:t>[15]</w:t>
      </w:r>
    </w:p>
    <w:p>
      <w:r>
        <w:rPr>
          <w:rFonts w:ascii="Gentium Plus" w:hAnsi="Gentium Plus"/>
          <w:sz w:val="24"/>
        </w:rPr>
        <w:t>νον, ἢ μαστίχινον, ἢ νάρδινον, ἢ σχίνινον, ἤ τι τῶν στυ‐ φόντων ἐλαίων ἢ καὶ τῶν ἄλλων ἐναφεψήσας ἀψίνθιον, οὐδὲ τούτων οὐδὲν ἁρμόττει ψυχρὸν, ὥσπερ οὐδὲ κατάπλασμα</w:t>
      </w:r>
    </w:p>
    <w:p>
      <w:r>
        <w:rPr>
          <w:rFonts w:ascii="Courier New" w:hAnsi="Courier New"/>
          <w:color w:val="555555"/>
          <w:sz w:val="20"/>
        </w:rPr>
        <w:t>[10 . 906]</w:t>
      </w:r>
    </w:p>
    <w:p>
      <w:r>
        <w:rPr>
          <w:rFonts w:ascii="Gentium Plus" w:hAnsi="Gentium Plus"/>
          <w:sz w:val="24"/>
        </w:rPr>
        <w:t>κυδώνια, κατάπλασμα σκευάσοις δι’ αὐτοῦ, φλεγμονῆς ἥπατος ἔτι ἀρχομένης, ψυχρὸν δ’ οὐδὲ τοῦτο προσοίσεις· ὥσπερ οὐδὲ τὸ ἔλαιον ἐσκευασμένον, ὡς εἴρηται, τοῖς ὀφθαλμοῖς ἢ τοῖς ἐν τῷ στόματι μορίοις ἀρχομένοις φλεγμαίνειν. ὠτὶ δὲ κᾂν</w:t>
      </w:r>
    </w:p>
    <w:p>
      <w:r>
        <w:rPr>
          <w:rFonts w:ascii="Courier New" w:hAnsi="Courier New"/>
          <w:color w:val="555555"/>
          <w:sz w:val="20"/>
        </w:rPr>
        <w:t>[5]</w:t>
      </w:r>
    </w:p>
    <w:p>
      <w:r>
        <w:rPr>
          <w:rFonts w:ascii="Gentium Plus" w:hAnsi="Gentium Plus"/>
          <w:sz w:val="24"/>
        </w:rPr>
        <w:t>ὄξος ἐγχέῃς μετὰ ῥοδίνου, βλάψεις οὐδέν. ἀλλ’ οὐκ ὀφθαλ‐ μοῖς γε φλεγμαίνουσιν ἀγαθὸν τοῦτο, καθάπερ οὐδὲ τὸ διὰ μόρων φάρμακον ἤ τι τῶν στοματικῶν ὀνομαζομένων ἄλλο· πάντα γὰρ ἀνιαρὰ τὰ τοιαῦτα τοῖς ὀφθαλμοῖς, καίτοι κατὰ τὸ γένος ὄντα τῆς ἐνδείξεως. ἀδένων δὲ φλεγμαίνειν ἀρχομέ‐</w:t>
      </w:r>
    </w:p>
    <w:p>
      <w:r>
        <w:rPr>
          <w:rFonts w:ascii="Courier New" w:hAnsi="Courier New"/>
          <w:color w:val="555555"/>
          <w:sz w:val="20"/>
        </w:rPr>
        <w:t>[10]</w:t>
      </w:r>
    </w:p>
    <w:p>
      <w:r>
        <w:rPr>
          <w:rFonts w:ascii="Gentium Plus" w:hAnsi="Gentium Plus"/>
          <w:sz w:val="24"/>
        </w:rPr>
        <w:t>νων ἤρκεσε πολλάκις ἔλαιον μόνον θερμόν. Ἀλλὰ καὶ ἡ ἄλλη δίαιτα τοῖς μὲν ἀδένας ἤ τι τῶν κατὰ τὰ κῶλα μορίων ἔχουσι φλεγμαῖνον, ἕνα μό‐ νον λαμβάνει σκοπὸν, ὡς τοσαῦτα καὶ τοιαῦτα προσφέρεσθαι δεῖν, ὅσα δὴ καὶ οἷα πεφθήσεται ῥᾷστα. διαφέρει δ’ οὐδὲν</w:t>
      </w:r>
    </w:p>
    <w:p>
      <w:r>
        <w:rPr>
          <w:rFonts w:ascii="Courier New" w:hAnsi="Courier New"/>
          <w:color w:val="555555"/>
          <w:sz w:val="20"/>
        </w:rPr>
        <w:t>[15]</w:t>
      </w:r>
    </w:p>
    <w:p>
      <w:r>
        <w:rPr>
          <w:rFonts w:ascii="Gentium Plus" w:hAnsi="Gentium Plus"/>
          <w:sz w:val="24"/>
        </w:rPr>
        <w:t>ἢ χόνδρον, ἢ πτισάνην, ἢ μελίκρατον, ἢ ῥόαν, ἢ μῆλον, ἤ τι τοιοῦτον προσενέγκασθαι. φλεγμαίνοντος δ’ ἥπατος ἀκρι‐</w:t>
      </w:r>
    </w:p>
    <w:p>
      <w:r>
        <w:rPr>
          <w:rFonts w:ascii="Courier New" w:hAnsi="Courier New"/>
          <w:color w:val="555555"/>
          <w:sz w:val="20"/>
        </w:rPr>
        <w:t>[10 . 907]</w:t>
      </w:r>
    </w:p>
    <w:p>
      <w:r>
        <w:rPr>
          <w:rFonts w:ascii="Gentium Plus" w:hAnsi="Gentium Plus"/>
          <w:sz w:val="24"/>
        </w:rPr>
        <w:t>γὰρ ἔργον αὐτῶν ἅπαντι τῷ ζώῳ κοινόν ἐστι, καὶ μὴ πεφ‐ θείσης καλῶς τῆς τροφῆς ἢ μὴ προσηκόντως αἱματωθείσης, ἅπασι τοῖς τοῦ ζώου μέλεσι μεγίστη βλάβη προσγίνεται. τὰ δὲ τῶν κώλων μόρια τοσοῦτον λαμβάνει τῆς τροφῆς, ὅσον</w:t>
      </w:r>
    </w:p>
    <w:p>
      <w:r>
        <w:rPr>
          <w:rFonts w:ascii="Courier New" w:hAnsi="Courier New"/>
          <w:color w:val="555555"/>
          <w:sz w:val="20"/>
        </w:rPr>
        <w:t>[5]</w:t>
      </w:r>
    </w:p>
    <w:p>
      <w:r>
        <w:rPr>
          <w:rFonts w:ascii="Gentium Plus" w:hAnsi="Gentium Plus"/>
          <w:sz w:val="24"/>
        </w:rPr>
        <w:t>τρέφεσθαι πέφυκε. διὸ κᾂν ἐκ μήλου καλῶς ἐν τῇ γαστρὶ πεφθέντος ἀφίκηται πρὸς αὐτὰ τροφὴ, κᾂν ἐκ χόνδρου, κᾂν ἐκ πτισάνης, οὐ μέγα διαφέρει. κατὰ δὲ τὸ ἧπαρ ὁπόσον ἡ διαφορὰ τῶν τροφῶν δύναται καὶ ὡς μέγιστον ἐφ’ ἑκάτερα, πάρεστί σοι μανθάνειν.</w:t>
      </w:r>
    </w:p>
    <w:p>
      <w:r>
        <w:rPr>
          <w:rFonts w:ascii="Courier New" w:hAnsi="Courier New"/>
          <w:color w:val="555555"/>
          <w:sz w:val="20"/>
        </w:rPr>
        <w:t>[10]</w:t>
      </w:r>
    </w:p>
    <w:p>
      <w:r>
        <w:rPr>
          <w:rFonts w:ascii="Gentium Plus" w:hAnsi="Gentium Plus"/>
          <w:sz w:val="24"/>
        </w:rPr>
        <w:t>Ἐκκενοῦσθαι μὲν δήπου χρὴ τοῦ ἥπα‐ τος ὅσον ἀθροίζεται κατ’ αὐτὸ τοῦ τε πικροχόλου χυμοῦ καὶ τῶν ἐκ τῆς φλεγμονῆς ἰχώρων. τοῦτο δ’ οὐκ ἂν γένοιτο χωρὶς τοῦ διαῤῥύπτεσθαι μὲν τὰ κατὰ τὸ σπλάγχνον ἀγγεῖα, τὸν δ’ εἰς τὴν νῆστιν καθήκοντα πόρον ἀναστομοῦσθαι. χόν‐</w:t>
      </w:r>
    </w:p>
    <w:p>
      <w:r>
        <w:rPr>
          <w:rFonts w:ascii="Courier New" w:hAnsi="Courier New"/>
          <w:color w:val="555555"/>
          <w:sz w:val="20"/>
        </w:rPr>
        <w:t>[15]</w:t>
      </w:r>
    </w:p>
    <w:p>
      <w:r>
        <w:rPr>
          <w:rFonts w:ascii="Gentium Plus" w:hAnsi="Gentium Plus"/>
          <w:sz w:val="24"/>
        </w:rPr>
        <w:t>δρος οὖν ἐμπλάττων μὲν τοῦτον, ἐμπλάττων δὲ τὰ κατὰ τὸ ἧπαρ ἀγγεῖα καὶ μάλιστα τὰ πέρατ’ αὐτῶν, κωλύει τήν τε χολὴν εἰς τὸ ἔντερον ὑπιέναι καὶ τὴν τροφὴν εἰς ὅλον ἀνα‐</w:t>
      </w:r>
    </w:p>
    <w:p>
      <w:r>
        <w:rPr>
          <w:rFonts w:ascii="Courier New" w:hAnsi="Courier New"/>
          <w:color w:val="555555"/>
          <w:sz w:val="20"/>
        </w:rPr>
        <w:t>[10 . 908]</w:t>
      </w:r>
    </w:p>
    <w:p>
      <w:r>
        <w:rPr>
          <w:rFonts w:ascii="Gentium Plus" w:hAnsi="Gentium Plus"/>
          <w:sz w:val="24"/>
        </w:rPr>
        <w:t>ἐδεσμάτων τε καὶ φαρμάκων αὐτῷ τε τῷ ἥπατι καὶ τῷ τοῦ χοληδόχου πόρου στόματι. τὰ δὲ τοιαῦτα πάντα γλίσχρα μὲν ἥκιστ’ ἐστὶ, λεπτὰ δὲ ταῖς συστάσεσι καὶ δακνώδη ταῖς ποιό‐ τησιν. ἀλλὰ πάλιν ὑπὸ τούτων δακνόμενα τὰ φλεγμαίνοντα</w:t>
      </w:r>
    </w:p>
    <w:p>
      <w:r>
        <w:rPr>
          <w:rFonts w:ascii="Courier New" w:hAnsi="Courier New"/>
          <w:color w:val="555555"/>
          <w:sz w:val="20"/>
        </w:rPr>
        <w:t>[5]</w:t>
      </w:r>
    </w:p>
    <w:p>
      <w:r>
        <w:rPr>
          <w:rFonts w:ascii="Gentium Plus" w:hAnsi="Gentium Plus"/>
          <w:sz w:val="24"/>
        </w:rPr>
        <w:t>παροξύνεται καὶ διὰ τοῦτο δεόμεθα τῶν ἄνευ τοῦ δάκνειν αὐτὰ ῥυπτόντων, οἷόν πέρ ἐστι καὶ τὸ μελίκρατον. ἀλλ’ ἴσμεν ὅτι τὰ γλυκέα πάντα καὶ σπλῆνα καὶ ἧπαρ ἐπὶ πλεῖστον ἐξαί‐ ρει. λοιπὴ τοίνυν ἄμεμπτος ὡς ἐν ἐδέσματι μὲν ἡ πτισάνη· χωρὶς γὰρ τοῦ δάκνειν ῥύπτει· ὡς ἐν φαρμάκοις δ’ ὀξύμελι</w:t>
      </w:r>
    </w:p>
    <w:p>
      <w:r>
        <w:rPr>
          <w:rFonts w:ascii="Courier New" w:hAnsi="Courier New"/>
          <w:color w:val="555555"/>
          <w:sz w:val="20"/>
        </w:rPr>
        <w:t>[10]</w:t>
      </w:r>
    </w:p>
    <w:p>
      <w:r>
        <w:rPr>
          <w:rFonts w:ascii="Gentium Plus" w:hAnsi="Gentium Plus"/>
          <w:sz w:val="24"/>
        </w:rPr>
        <w:t>μεθ’ ὕδατος κεραννύμενον. καὶ γὰρ καὶ ἡ ῥόα καὶ τὸ μῆλον ὅσα τ’ ἄλλα στύφει, συνάγοντα τοῦ χοληδόχου πόρου τὸ στόμα, κωλύει τὴν χολὴν ἐκκρίνεσθαι· καὶ διὰ τοῦτο βλάπτει φλεγμονὰς ἥπατος, καὶ μάλισθ’ ὅταν ἐν τοῖς σιμοῖς ὦσι μέρεσι τοῦ σπλάγχνου· πρὸς γὰρ τῇ διὰ φλεγμονὴν στενοχωρίᾳ καὶ</w:t>
      </w:r>
    </w:p>
    <w:p>
      <w:r>
        <w:rPr>
          <w:rFonts w:ascii="Courier New" w:hAnsi="Courier New"/>
          <w:color w:val="555555"/>
          <w:sz w:val="20"/>
        </w:rPr>
        <w:t>[15]</w:t>
      </w:r>
    </w:p>
    <w:p>
      <w:r>
        <w:rPr>
          <w:rFonts w:ascii="Gentium Plus" w:hAnsi="Gentium Plus"/>
          <w:sz w:val="24"/>
        </w:rPr>
        <w:t>ἡ ἐκ τῶν στυφόντων τε καὶ γλίσχρων ἐδεσμάτων προσέρχεται. καὶ τὰ δάκνοντα δὲ μᾶλλον βλάπτει τὰς ἐν τοῖς σιμοῖς φλεγ‐ μονάς· ὅσαι γὰρ ἐν τοῖς κυρτοῖς αὐτοῦ μέρεσι γίγνονται,</w:t>
      </w:r>
    </w:p>
    <w:p>
      <w:r>
        <w:rPr>
          <w:rFonts w:ascii="Courier New" w:hAnsi="Courier New"/>
          <w:color w:val="555555"/>
          <w:sz w:val="20"/>
        </w:rPr>
        <w:t>[10 . 909]</w:t>
      </w:r>
    </w:p>
    <w:p>
      <w:r>
        <w:rPr>
          <w:rFonts w:ascii="Gentium Plus" w:hAnsi="Gentium Plus"/>
          <w:sz w:val="24"/>
        </w:rPr>
        <w:t>καὶ μήτε τὸ στῦφον ἔτι στύφειν ὁμοίως μήτε τὸ δάκνον δά‐ κνειν μήτε τὸ διὰ γλισχρότητα τοῖς στενοῖς ἀγγείοις ἐμπλατ‐ τόμενον ἔτι μένειν ὁμοίως γλίσχρον. ἡ μεταβολὴ δ’ αὐτοῖς διττὴ, τῷ τε προπεπέφθαι καὶ διότι τῷ προϋπάρχοντι κατὰ</w:t>
      </w:r>
    </w:p>
    <w:p>
      <w:r>
        <w:rPr>
          <w:rFonts w:ascii="Courier New" w:hAnsi="Courier New"/>
          <w:color w:val="555555"/>
          <w:sz w:val="20"/>
        </w:rPr>
        <w:t>[5]</w:t>
      </w:r>
    </w:p>
    <w:p>
      <w:r>
        <w:rPr>
          <w:rFonts w:ascii="Gentium Plus" w:hAnsi="Gentium Plus"/>
          <w:sz w:val="24"/>
        </w:rPr>
        <w:t>τὸ σπλάγχνον αἵματι μίγνυται. τοῦ δέ γε σιμοῦ μέρους ἐν ἥπατι φλεγμαίνοντος εὐθὺς μὲν ἀναγκαῖόν ἐστι καὶ τὰς ἐν τῷ μεσεντερίῳ συμφλεγμαίνειν φλέβας· ἀπὸ γὰρ τῆς ἐπὶ πύ‐ λας ἅπασαι πεφύκασιν· εὐθὺς δὲ καὶ τὰ προσπίπτοντα τοῖς στόμασιν αὐτῶν ἐπιδείκνυται τὴν ἑαυτῶν δύναμιν.</w:t>
      </w:r>
    </w:p>
    <w:p>
      <w:r>
        <w:rPr>
          <w:rFonts w:ascii="Courier New" w:hAnsi="Courier New"/>
          <w:color w:val="555555"/>
          <w:sz w:val="20"/>
        </w:rPr>
        <w:t>[10]</w:t>
      </w:r>
    </w:p>
    <w:p>
      <w:r>
        <w:rPr>
          <w:rFonts w:ascii="Gentium Plus" w:hAnsi="Gentium Plus"/>
          <w:sz w:val="24"/>
        </w:rPr>
        <w:t>Ἆρά σοι δοκεῖ σμικρὰ διαφορὰ προσέρχε‐ σθαι τῇ κοινῇ τῶν φλεγμονῶν θεραπείᾳ παρὰ τῶν μορίων; ἐμοὶ μὲν γὰρ μεγίστη φαίνεται, κᾂν εἰ τὴν Θεσσάλειον ἀναι‐ σθησίαν ζηλοῦντες οἴονται τὴν κοινὴν ἔνδειξιν ἀρκεῖν μόνην. ἀναμνῆσαι δέ σε βούλομαι καὶ τῆς καλῆς αὐτῶν θεραπείας,</w:t>
      </w:r>
    </w:p>
    <w:p>
      <w:r>
        <w:rPr>
          <w:rFonts w:ascii="Courier New" w:hAnsi="Courier New"/>
          <w:color w:val="555555"/>
          <w:sz w:val="20"/>
        </w:rPr>
        <w:t>[15]</w:t>
      </w:r>
    </w:p>
    <w:p>
      <w:r>
        <w:rPr>
          <w:rFonts w:ascii="Gentium Plus" w:hAnsi="Gentium Plus"/>
          <w:sz w:val="24"/>
        </w:rPr>
        <w:t>ἣν ἐπὶ Θεαγένους ἐποιήσαντο τοῦ Κυνικοῦ φιλοσόφου· ταύ‐ την γὰρ ἔγνωσαν οὐκ ὀλίγοι διὰ δόξαν τἀνθρώπου, δημοσίᾳ</w:t>
      </w:r>
    </w:p>
    <w:p>
      <w:r>
        <w:rPr>
          <w:rFonts w:ascii="Courier New" w:hAnsi="Courier New"/>
          <w:color w:val="555555"/>
          <w:sz w:val="20"/>
        </w:rPr>
        <w:t>[10 . 910]</w:t>
      </w:r>
    </w:p>
    <w:p>
      <w:r>
        <w:rPr>
          <w:rFonts w:ascii="Gentium Plus" w:hAnsi="Gentium Plus"/>
          <w:sz w:val="24"/>
        </w:rPr>
        <w:t>ρας. ὁ μὲν οὖν θεραπεύων αὐτὸν ἦν εἷς τῶν Σωρανοῦ μαθητῶν, Ἄτταλος τοὔνομα. κατέπλαττε δὲ ἑκάστης ἡμέρας τὸ ἧπαρ ἀρτομέλιτι, μὴ γινώσκων ὅτι στύφεσθαι με‐ τρίως δεῖται τὸ σπλάγχνον τοῦτο, διότι τῆς θρεπτικῆς δυνά‐</w:t>
      </w:r>
    </w:p>
    <w:p>
      <w:r>
        <w:rPr>
          <w:rFonts w:ascii="Courier New" w:hAnsi="Courier New"/>
          <w:color w:val="555555"/>
          <w:sz w:val="20"/>
        </w:rPr>
        <w:t>[5]</w:t>
      </w:r>
    </w:p>
    <w:p>
      <w:r>
        <w:rPr>
          <w:rFonts w:ascii="Gentium Plus" w:hAnsi="Gentium Plus"/>
          <w:sz w:val="24"/>
        </w:rPr>
        <w:t>μεως ἀρχὴ τοῖς ζώοις ἐστὶ καὶ τὸ φλεβῶδες γένος ἀπ’ αὐτοῦ πέφυκεν. οὕτως οὖν ἐθεράπευσε τὸ σπλάγχνον, ὡς τοὺς βου‐ βῶνας ἀμίκτῳ καὶ μόνῃ τῇ διὰ τῶν χαλώντων ἀγωγῇ, κατα‐ πλάττων μὲν ἀρτομέλιτι, προκαταιονῶν δὲ ἐλαίῳ θερμῷ καὶ τρέφων ἐκ χόνδρου ῥοφήματι. ταῦτα γὰρ ἀρκεῖ τὰ τρία</w:t>
      </w:r>
    </w:p>
    <w:p>
      <w:r>
        <w:rPr>
          <w:rFonts w:ascii="Courier New" w:hAnsi="Courier New"/>
          <w:color w:val="555555"/>
          <w:sz w:val="20"/>
        </w:rPr>
        <w:t>[10]</w:t>
      </w:r>
    </w:p>
    <w:p>
      <w:r>
        <w:rPr>
          <w:rFonts w:ascii="Gentium Plus" w:hAnsi="Gentium Plus"/>
          <w:sz w:val="24"/>
        </w:rPr>
        <w:t>σχεδὸν ἅπασι τοῖς νῦν ἀμεθόδοις Θεσσαλείοις εἰς τὴν τῶν ὀξέων ἴασιν. ἔδοξε δέ μοι κατὰ μόνας εἰπεῖν τῷ Ἀττάλῳ, προσμιγνύναι τι τῶν στυφόντων καὶ μὴ ψιλῇ χρῆσθαι τῇ διὰ τῶν χαλαστικῶν ἀγωγῇ. περὶ μὲν οὖν τῆς τοῦ σπλάγχνου φύσεως οὐκ ἔμελλον ἐρεῖν αὐτῷ· τοῦτο γὰρ ἦν ὄντως ὄνῳ</w:t>
      </w:r>
    </w:p>
    <w:p>
      <w:r>
        <w:rPr>
          <w:rFonts w:ascii="Courier New" w:hAnsi="Courier New"/>
          <w:color w:val="555555"/>
          <w:sz w:val="20"/>
        </w:rPr>
        <w:t>[15]</w:t>
      </w:r>
    </w:p>
    <w:p>
      <w:r>
        <w:rPr>
          <w:rFonts w:ascii="Gentium Plus" w:hAnsi="Gentium Plus"/>
          <w:sz w:val="24"/>
        </w:rPr>
        <w:t>μῦθον λέγειν· ὃ δ’ ᾤμην εἰπὼν πείσειν αὐτὸν, ᾧ καὶ πάντας ἀνθρώπους ὁρῶ τάχιστα πειθομένους, τοῦτο διῆλθον μόνον· ὡς ἡ μακρὰ πεῖρα ἐδίδαξε τοὺς ἰατροὺς θεραπεύειν ἧπαρ ὕλῃ</w:t>
      </w:r>
    </w:p>
    <w:p>
      <w:r>
        <w:rPr>
          <w:rFonts w:ascii="Courier New" w:hAnsi="Courier New"/>
          <w:color w:val="555555"/>
          <w:sz w:val="20"/>
        </w:rPr>
        <w:t>[10 . 911]</w:t>
      </w:r>
    </w:p>
    <w:p>
      <w:r>
        <w:rPr>
          <w:rFonts w:ascii="Gentium Plus" w:hAnsi="Gentium Plus"/>
          <w:sz w:val="24"/>
        </w:rPr>
        <w:t>ραπευτικοῖς γράμμασι τῶν ἰατρῶν. ἐὰν οὖν σοι δοκῇ, μῖξον, ἔφην, ἀψινθίου τι τῆς κόμης μὲν ἀκριβῶς κεκομμένης τῷ καταπλάσματι, τῆς πόας δ’ ὅλης τῷ ἐλαίῳ, καθάπερ ὁρᾷς ἄλλους ἐναφέψοντας αὐτῷ μετρίως. τῷ καταπλάσματι δὲ</w:t>
      </w:r>
    </w:p>
    <w:p>
      <w:r>
        <w:rPr>
          <w:rFonts w:ascii="Courier New" w:hAnsi="Courier New"/>
          <w:color w:val="555555"/>
          <w:sz w:val="20"/>
        </w:rPr>
        <w:t>[5]</w:t>
      </w:r>
    </w:p>
    <w:p>
      <w:r>
        <w:rPr>
          <w:rFonts w:ascii="Gentium Plus" w:hAnsi="Gentium Plus"/>
          <w:sz w:val="24"/>
        </w:rPr>
        <w:t>μυροβαλάνου πίεσμα καὶ ἴριν καὶ σχίνου τὸ ἄνθος ἢ τῆς ναρδίτιδος βοτάνης τὴν ῥίζαν ἢ κυπέρου μῖξον· οὐ χεῖρον δὲ καὶ δι’ οἴνου ποτ’ αὐτὰ κατασκευάσαι καὶ μῖξαι ποτὲ τῆς ἰλύος αὐτοῦ, καί τι τῶν στυφόντων ἐναφεψῆσαι μήλων, ὁποῖα τὰ κυδώνιά τε καὶ στρούθια καλούμενα καὶ ταῦτα δὴ τὰ πλεο‐</w:t>
      </w:r>
    </w:p>
    <w:p>
      <w:r>
        <w:rPr>
          <w:rFonts w:ascii="Courier New" w:hAnsi="Courier New"/>
          <w:color w:val="555555"/>
          <w:sz w:val="20"/>
        </w:rPr>
        <w:t>[10]</w:t>
      </w:r>
    </w:p>
    <w:p>
      <w:r>
        <w:rPr>
          <w:rFonts w:ascii="Gentium Plus" w:hAnsi="Gentium Plus"/>
          <w:sz w:val="24"/>
        </w:rPr>
        <w:t>νάζοντα κατὰ τὴν Ῥωμαίων πόλιν, ἃ προσαγορεύουσι κε‐ στιανά. τὸ δ’ ἔλαιον, ὁρῶ γάρ σε καὶ τοῦτο μιγνύντα, μὴ τὸ τυχὸν ἔστω, ἀλλ’ ἤτοι τὸ ἀπὸ τῆς Ἱσπανίας ἢ τὸ Ἰστρι‐ κὸν, ἢ τὸ ὀμφάκινον, ἢ σχίνινον, ἢ μύρτινον, ἢ μήλινον, ἢ νάρδινον μύρον. πολλὴν δὲ καὶ ἄλλην ἔφην ὕλην ἄφθονον</w:t>
      </w:r>
    </w:p>
    <w:p>
      <w:r>
        <w:rPr>
          <w:rFonts w:ascii="Courier New" w:hAnsi="Courier New"/>
          <w:color w:val="555555"/>
          <w:sz w:val="20"/>
        </w:rPr>
        <w:t>[15]</w:t>
      </w:r>
    </w:p>
    <w:p>
      <w:r>
        <w:rPr>
          <w:rFonts w:ascii="Gentium Plus" w:hAnsi="Gentium Plus"/>
          <w:sz w:val="24"/>
        </w:rPr>
        <w:t>εἶναι τῶν ἐναφεψεῖσθαι δυναμένων. καὶ γὰρ σχίνου τοὺς ἁπαλοὺς κλῶνας καὶ μυρσίνης καὶ βάτου καὶ ἀμπέλου καὶ μᾶλλον τῆς ἀγρίας, ἀφ’ ἧς καὶ τὴν οἰνάνθην καλουμένην</w:t>
      </w:r>
    </w:p>
    <w:p>
      <w:r>
        <w:rPr>
          <w:rFonts w:ascii="Courier New" w:hAnsi="Courier New"/>
          <w:color w:val="555555"/>
          <w:sz w:val="20"/>
        </w:rPr>
        <w:t>[10 . 912]</w:t>
      </w:r>
    </w:p>
    <w:p>
      <w:r>
        <w:rPr>
          <w:rFonts w:ascii="Gentium Plus" w:hAnsi="Gentium Plus"/>
          <w:sz w:val="24"/>
        </w:rPr>
        <w:t>τῷ τε καταπλάσματι καὶ ταῖς κηρωταῖς μιγνύναι· καὶ γὰρ καὶ κηρωτάς τινας ἐξ ὕλης τοιαύτης αὐτῷ συνεβούλευον ἐπιτιθέ‐ ναι μετὰ τὸ κατάπλασμα. καὶ συνάπτειν γ’ ἐπειρώμην ἐφε‐ ξῆς αὐτῷ τὴν ὅλην ἀγωγὴν, ἵνα καὶ τὰ καλούμενα πρὸς τῶν</w:t>
      </w:r>
    </w:p>
    <w:p>
      <w:r>
        <w:rPr>
          <w:rFonts w:ascii="Courier New" w:hAnsi="Courier New"/>
          <w:color w:val="555555"/>
          <w:sz w:val="20"/>
        </w:rPr>
        <w:t>[5]</w:t>
      </w:r>
    </w:p>
    <w:p>
      <w:r>
        <w:rPr>
          <w:rFonts w:ascii="Gentium Plus" w:hAnsi="Gentium Plus"/>
          <w:sz w:val="24"/>
        </w:rPr>
        <w:t>ἰατρῶν ἐπιθέματα διὰ μικτῆς ὕλης σκευάζῃ. βέλτιον γὰρ, ἔφην, ἐστὶν ἀρθέντος τοῦ καταπλάσματος ἐπικεῖσθαί τι τῷ σπλάγχνῳ. καὶ ὁ Ἄτταλος ὑποτεμνόμενός μου τὸν λόγον, εἰ μὴ σφόδρα ς’ ἐτίμων, ἔφη, τούτων οὐδενὸς ἂν ἠνεσχόμην· ἐν οἷς γὰρ ἐναυάγησαν οἱ πρόσθεν ἰατροὶ, πρὶν τὴν ὄντως</w:t>
      </w:r>
    </w:p>
    <w:p>
      <w:r>
        <w:rPr>
          <w:rFonts w:ascii="Courier New" w:hAnsi="Courier New"/>
          <w:color w:val="555555"/>
          <w:sz w:val="20"/>
        </w:rPr>
        <w:t>[10]</w:t>
      </w:r>
    </w:p>
    <w:p>
      <w:r>
        <w:rPr>
          <w:rFonts w:ascii="Gentium Plus" w:hAnsi="Gentium Plus"/>
          <w:sz w:val="24"/>
        </w:rPr>
        <w:t>ἰατρικὴν ὑπὸ τῶν ἡμετέρων εὑρεθῆναι, ταῦτά μοι συμβου‐ λεύεις ὥσπερ οὐκ εἰδότι. τρεῖς οὖν ἡμέρας ἢ τέσσαρας, ἔφη, συγχώρησόν μοι προνοήσασθαι τοῦ Θεαγένους ὡς ἐγὼ βού‐ λομαι, καὶ θεάσῃ τελείως αὐτὸν ὑγιαίνοντα. τί οὖν, ἔφην, ἐὰν ἐξαίφνης ἱδρώτων ὀλίγων καὶ τούτων γλίσχρων ἐπιφανέντων</w:t>
      </w:r>
    </w:p>
    <w:p>
      <w:r>
        <w:rPr>
          <w:rFonts w:ascii="Courier New" w:hAnsi="Courier New"/>
          <w:color w:val="555555"/>
          <w:sz w:val="20"/>
        </w:rPr>
        <w:t>[15]</w:t>
      </w:r>
    </w:p>
    <w:p>
      <w:r>
        <w:rPr>
          <w:rFonts w:ascii="Gentium Plus" w:hAnsi="Gentium Plus"/>
          <w:sz w:val="24"/>
        </w:rPr>
        <w:t>ἀποθάνῃ, μνημονεύσεις ὧν ὑπέσχου καὶ μεταθῇ τοῦ λοιποῦ; καταγελῶν ἐπὶ τούτοις ὁ Ἄτταλος ἐχωρίσθη, μηκέτ’ ἀποκρι‐ νόμενος μηδὲν, ὥστ’ οὐδὲ περὶ τοῦ χόνδρου τι συμβουλεῦσαί</w:t>
      </w:r>
    </w:p>
    <w:p>
      <w:r>
        <w:rPr>
          <w:rFonts w:ascii="Courier New" w:hAnsi="Courier New"/>
          <w:color w:val="555555"/>
          <w:sz w:val="20"/>
        </w:rPr>
        <w:t>[10 . 913]</w:t>
      </w:r>
    </w:p>
    <w:p>
      <w:r>
        <w:rPr>
          <w:rFonts w:ascii="Gentium Plus" w:hAnsi="Gentium Plus"/>
          <w:sz w:val="24"/>
        </w:rPr>
        <w:t>μιγνύναι τῷ ὕδατι μικρὸν ὕστερον, ἐπειδὴ τὰ κυρτὰ τοῦ ἥπατος ἐπεπόνθει. καθάπερ γὰρ τὰ σιμὰ διὰ τῆς γαστρὸς ἐκκενωτέον ἐστὶν, ὡς ὀλίγον ἔμπροσθεν εἶπον, οὕτω τὰ κυρτὰ διὰ τῶν μετρίως οὐρητικῶν φαρμάκων, οἷόν ἐστι τὸ</w:t>
      </w:r>
    </w:p>
    <w:p>
      <w:r>
        <w:rPr>
          <w:rFonts w:ascii="Courier New" w:hAnsi="Courier New"/>
          <w:color w:val="555555"/>
          <w:sz w:val="20"/>
        </w:rPr>
        <w:t>[5]</w:t>
      </w:r>
    </w:p>
    <w:p>
      <w:r>
        <w:rPr>
          <w:rFonts w:ascii="Gentium Plus" w:hAnsi="Gentium Plus"/>
          <w:sz w:val="24"/>
        </w:rPr>
        <w:t>σέλινον. ἐν δὲ τῷ χρόνῳ προϊόντι πεττομένης ἤδη τῆς φλεγ‐ μονῆς καὶ τοῖς ἰσχυροτέροις ἐγχωρεῖ χρήσασθαι, τῷ ἀσάρῳ καὶ τῇ Κελτικῇ νάρδῳ καὶ τῷ καλουμένῳ φοῦ καὶ πε‐ τροσελίνῳ καὶ σμυρνίῳ καὶ μήῳ· καθάπερ γε καὶ διὰ τῆς γαστρὸς κενοῦν, εἰ τὰ σιμὰ πεπόνθασι, κνίκον μιγνύντα τοῖς</w:t>
      </w:r>
    </w:p>
    <w:p>
      <w:r>
        <w:rPr>
          <w:rFonts w:ascii="Courier New" w:hAnsi="Courier New"/>
          <w:color w:val="555555"/>
          <w:sz w:val="20"/>
        </w:rPr>
        <w:t>[10]</w:t>
      </w:r>
    </w:p>
    <w:p>
      <w:r>
        <w:rPr>
          <w:rFonts w:ascii="Gentium Plus" w:hAnsi="Gentium Plus"/>
          <w:sz w:val="24"/>
        </w:rPr>
        <w:t>ἐδέσμασι καὶ ἀκαλήφην καὶ λινοζῶστιν, ἐπίθυμόν τε καὶ πολυ‐ πόδιον καὶ πάνθ’ ὅσα μετρίως ὑπάγει. ἔτι δὲ μᾶλλον ἐν ταῖς παρακμαῖς αὐτοῖς τε τούτοις χρῆσθαι θαρσαλεώτερον ἢ πρό‐ σθεν, ὅσα τε τούτων ἐστὶ σφοδρότερα, τὰ μὲν ἐναφέψοντας τῇ πτισάνῃ, τὰ δὲ κόψαντας, ὡς χνοώδη γενέσθαι· διδόναι δὲ</w:t>
      </w:r>
    </w:p>
    <w:p>
      <w:r>
        <w:rPr>
          <w:rFonts w:ascii="Courier New" w:hAnsi="Courier New"/>
          <w:color w:val="555555"/>
          <w:sz w:val="20"/>
        </w:rPr>
        <w:t>[15]</w:t>
      </w:r>
    </w:p>
    <w:p>
      <w:r>
        <w:rPr>
          <w:rFonts w:ascii="Gentium Plus" w:hAnsi="Gentium Plus"/>
          <w:sz w:val="24"/>
        </w:rPr>
        <w:t>καὶ ταῦτα διὰ πτισάνης ἢ μεθ’ ὕδατος. ἐγὼ γοῦν καὶ πολυ‐ ποδίου τι ποτὲ συνέψησα τῇ πτισάνῃ καὶ μέλανος ἐλλεβόρου φλοιόν. καὶ διὰ τῶν κλυσμάτων δὲ κενοῦν αὐτοὺς προσῆκεν,</w:t>
      </w:r>
    </w:p>
    <w:p>
      <w:r>
        <w:rPr>
          <w:rFonts w:ascii="Courier New" w:hAnsi="Courier New"/>
          <w:color w:val="555555"/>
          <w:sz w:val="20"/>
        </w:rPr>
        <w:t>[10 . 914]</w:t>
      </w:r>
    </w:p>
    <w:p>
      <w:r>
        <w:rPr>
          <w:rFonts w:ascii="Gentium Plus" w:hAnsi="Gentium Plus"/>
          <w:sz w:val="24"/>
        </w:rPr>
        <w:t>μένοις τῷ μελικράτῳ· κατὰ δὲ τὰς παρακμὰς καὶ μάλιστα ἐὰν σκιῤῥῶδές τι καταλείπηται τῆς φλεγμονῆς, ἰσχυρότερα μιγνύν‐ τας φάρμακα· τὸ γοῦν ὕσσωπον ἐναφεψόμενον τῷ ὕδατι τηνικαῦτα καὶ τὴν ὀρίγανον καὶ τὴν κολοκυνθίδα καὶ τὸ λε‐</w:t>
      </w:r>
    </w:p>
    <w:p>
      <w:r>
        <w:rPr>
          <w:rFonts w:ascii="Courier New" w:hAnsi="Courier New"/>
          <w:color w:val="555555"/>
          <w:sz w:val="20"/>
        </w:rPr>
        <w:t>[5]</w:t>
      </w:r>
    </w:p>
    <w:p>
      <w:r>
        <w:rPr>
          <w:rFonts w:ascii="Gentium Plus" w:hAnsi="Gentium Plus"/>
          <w:sz w:val="24"/>
        </w:rPr>
        <w:t>πτὸν κενταύριον. ἐπιτηδειότατα γάρ ἐστι σκιῤῥωθῆναι τὰ δύο σπλάγχνα, τό θ’ ἧπαρ καὶ ὁ σπλὴν, ἐὰν ἀμελήσῃ τις αὐτῶν ἢ τοῖς γλίσχροις ἐδέσμασι χρήσηται, καθάπερ καὶ ὁ Ἄτταλος ἐπὶ τοῦ Θεαγένους ἑκάστης ἡμέρας χόνδρον προσ‐ φέρων καὶ μηδὲν διδοὺς τῶν ἐκφραττόντων τε καὶ ῥυπτόντων.</w:t>
      </w:r>
    </w:p>
    <w:p>
      <w:r>
        <w:rPr>
          <w:rFonts w:ascii="Courier New" w:hAnsi="Courier New"/>
          <w:color w:val="555555"/>
          <w:sz w:val="20"/>
        </w:rPr>
        <w:t>[10]</w:t>
      </w:r>
    </w:p>
    <w:p>
      <w:r>
        <w:rPr>
          <w:rFonts w:ascii="Gentium Plus" w:hAnsi="Gentium Plus"/>
          <w:sz w:val="24"/>
        </w:rPr>
        <w:t>ἀλλὰ τό γε συμβὰν τῷ Θεαγένει, μᾶλλον δὲ τῷ Ἀττάλῳ, και‐ ρὸς εἰπεῖν. ὡς γὰρ ὑπέσχετό μοι, μετὰ τρεῖς ἡμέρας ἐπιδεί‐ ξειν τὸν ἄνδρα τῆς φλεγμονῆς τοῦ ἥπατος ἀπηλλαγμένον, ὁ μὲν ἔτι δὴ καὶ μᾶλλον ἐπὶ πλεῖστόν τε κατήντλει τὸ σπλάγ‐ χνον ἐλαίῳ θερμῷ· κατέπλαττέ τε συνεχέστερον ἐκ τῆς ἐπι‐</w:t>
      </w:r>
    </w:p>
    <w:p>
      <w:r>
        <w:rPr>
          <w:rFonts w:ascii="Courier New" w:hAnsi="Courier New"/>
          <w:color w:val="555555"/>
          <w:sz w:val="20"/>
        </w:rPr>
        <w:t>[15]</w:t>
      </w:r>
    </w:p>
    <w:p>
      <w:r>
        <w:rPr>
          <w:rFonts w:ascii="Gentium Plus" w:hAnsi="Gentium Plus"/>
          <w:sz w:val="24"/>
        </w:rPr>
        <w:t>μελείας ἐλπίζων αὑτῷ προχωρήσειν τὰ τῆς θεραπείας ἄμεινον, ἀπεκρίνατό τε πυνθανομένοις γαυριῶν ὑπὲρ τοῦ Θεαγένους τὰ βελτίω. ἀλλὰ συνέβη γε καθ’ ὃν ἐγὼ τρόπον εἶπον, ἐξαί‐</w:t>
      </w:r>
    </w:p>
    <w:p>
      <w:r>
        <w:rPr>
          <w:rFonts w:ascii="Courier New" w:hAnsi="Courier New"/>
          <w:color w:val="555555"/>
          <w:sz w:val="20"/>
        </w:rPr>
        <w:t>[10 . 915]</w:t>
      </w:r>
    </w:p>
    <w:p>
      <w:r>
        <w:rPr>
          <w:rFonts w:ascii="Gentium Plus" w:hAnsi="Gentium Plus"/>
          <w:sz w:val="24"/>
        </w:rPr>
        <w:t>Ἄτταλος ἦγέ τινας τῶν ἠρωτηκότων φίλων ὅπως διάγοι, δεῖ‐ ξαι βουλόμενος αὐτὸν οὕτως ἔχοντα καλῶς ὡς λούεσθαι μέλλειν, ἀγαλλόμενός τε μετὰ πολλῶν εἰσῆλθεν εἰς τὸν οἶκον ἐν ᾧ κατέκειτο· τὸν Θεαγένη δὲ τεθνεῶτα λούειν ἐνεχείρουν</w:t>
      </w:r>
    </w:p>
    <w:p>
      <w:r>
        <w:rPr>
          <w:rFonts w:ascii="Courier New" w:hAnsi="Courier New"/>
          <w:color w:val="555555"/>
          <w:sz w:val="20"/>
        </w:rPr>
        <w:t>[5]</w:t>
      </w:r>
    </w:p>
    <w:p>
      <w:r>
        <w:rPr>
          <w:rFonts w:ascii="Gentium Plus" w:hAnsi="Gentium Plus"/>
          <w:sz w:val="24"/>
        </w:rPr>
        <w:t>ἔνιοι τῶν φίλων, ταῦτα δὴ τὰ νενομισμένα, Κυνικοί τέ τινες ὄντες καὶ ἄλλως φιλόσοφοι. διὸ καὶ μέχρι τοῦ νεκροῦ παραγε‐ νέσθαι συνέβη τῷ Ἀττάλῳ μετὰ τοῦ χοροῦ τῶν θεατῶν, ἅτε μηδενὸς ἔνδον οἰμώζοντος. οὔτε γὰρ οἰκέτης οὔτε παιδίον οὔτε γυνὴ τῷ Θεαγένει ἦν, ἀλλ’ οἱ φιλοσοφοῦντες μόνοι</w:t>
      </w:r>
    </w:p>
    <w:p>
      <w:r>
        <w:rPr>
          <w:rFonts w:ascii="Courier New" w:hAnsi="Courier New"/>
          <w:color w:val="555555"/>
          <w:sz w:val="20"/>
        </w:rPr>
        <w:t>[10]</w:t>
      </w:r>
    </w:p>
    <w:p>
      <w:r>
        <w:rPr>
          <w:rFonts w:ascii="Gentium Plus" w:hAnsi="Gentium Plus"/>
          <w:sz w:val="24"/>
        </w:rPr>
        <w:t>παρῆσαν αὐτῷ φίλοι, τὰ μὲν ἐπὶ τοῖς τεθνεῶσι νομιζόμενα πράττοντες, οὐ μὴν οἰμώζειν γε μέλλοντες. οὕτω μὲν ὁ Θεσσάλειος ὄνος εὐδοκίμησεν, ἐπὶ πολλῶν θεατῶν ἐπιδείξας ἀπηλλαγμένον τῆς φλεγμονῆς ἐντὸς τῶν τεττάρων ἡμερῶν, ὡς ὑπέσχετο, τὸν ἄνθρωπον. οἱ δ’ ἄλλοι μεθοδικοὶ μυρίους ἀπο‐</w:t>
      </w:r>
    </w:p>
    <w:p>
      <w:r>
        <w:rPr>
          <w:rFonts w:ascii="Courier New" w:hAnsi="Courier New"/>
          <w:color w:val="555555"/>
          <w:sz w:val="20"/>
        </w:rPr>
        <w:t>[15]</w:t>
      </w:r>
    </w:p>
    <w:p>
      <w:r>
        <w:rPr>
          <w:rFonts w:ascii="Gentium Plus" w:hAnsi="Gentium Plus"/>
          <w:sz w:val="24"/>
        </w:rPr>
        <w:t>κτείνοντες ὁσημέραι τὴν ἀγωγὴν τῆς θεραπείας οὐδέπω καὶ νῦν ὑπαλλάξαι τολμῶσιν, οὐδὲ πειραθῆναί ποτε κᾂν ἅπαξ τῆς τοῖς ἄλλοις ἰατροῖς, οἷς ὄντως ἐσπουδάσθη τὰ τῆς τέχνης</w:t>
      </w:r>
    </w:p>
    <w:p>
      <w:r>
        <w:rPr>
          <w:rFonts w:ascii="Courier New" w:hAnsi="Courier New"/>
          <w:color w:val="555555"/>
          <w:sz w:val="20"/>
        </w:rPr>
        <w:t>[10 . 916]</w:t>
      </w:r>
    </w:p>
    <w:p>
      <w:r>
        <w:rPr>
          <w:rFonts w:ascii="Gentium Plus" w:hAnsi="Gentium Plus"/>
          <w:sz w:val="24"/>
        </w:rPr>
        <w:t>σφοδρὰ, καὶ μᾶλλον ὅταν ἀλαζονίᾳ μιχθῇ. τοιοῦτοι μὲν οὖν ἐν ἅπασιν οἱ Θεσσάλειοι. Χρὴ δ’ ἡμᾶς φεύγοντας τὰ τοιαῦτα ἁμαρτήματα κᾂν εἰ μηδὲν ἄλλο, ἀλλ’ οὖν τῇ ἐμπειρίᾳ</w:t>
      </w:r>
    </w:p>
    <w:p>
      <w:r>
        <w:rPr>
          <w:rFonts w:ascii="Courier New" w:hAnsi="Courier New"/>
          <w:color w:val="555555"/>
          <w:sz w:val="20"/>
        </w:rPr>
        <w:t>[5]</w:t>
      </w:r>
    </w:p>
    <w:p>
      <w:r>
        <w:rPr>
          <w:rFonts w:ascii="Gentium Plus" w:hAnsi="Gentium Plus"/>
          <w:sz w:val="24"/>
        </w:rPr>
        <w:t>πιστεύειν. ὅπερ ἀεὶ παραινῶ τοῖς ἀγυμνάστοις περὶ τὸν λό‐ γον. ἄμεινον γὰρ αὐτοῖς ἐστι μηδ’ ὅλως ἐξ ἀναλογισμῶν τι λαμβάνειν, ὅταν ἀμαθεῖς τε ἅμα καὶ ἀγύμναστοι τῶν λογικῶν ὦσιν μεθόδων, ἃς νῦν ἡμεῖς γράφομεν. ἡ γάρ τοι τοῦ ἥπατος οὐσία ῥᾷστα σκίῤῥοις ἁλίσκεσθαι πέφυκεν, ἔχουσά</w:t>
      </w:r>
    </w:p>
    <w:p>
      <w:r>
        <w:rPr>
          <w:rFonts w:ascii="Courier New" w:hAnsi="Courier New"/>
          <w:color w:val="555555"/>
          <w:sz w:val="20"/>
        </w:rPr>
        <w:t>[10]</w:t>
      </w:r>
    </w:p>
    <w:p>
      <w:r>
        <w:rPr>
          <w:rFonts w:ascii="Gentium Plus" w:hAnsi="Gentium Plus"/>
          <w:sz w:val="24"/>
        </w:rPr>
        <w:t>τι καὶ φύσει πηλῶδες, ὡς παίζων τις ἔλεγεν ἰατρὸς τῶν καθ’ ἡμᾶς. ἡ δὲ τοῦ σπληνὸς ἀραιοτέρα μέν ἐστι τοῦ ἥπατος, ἁλίσκεται δὲ συνεχέστερον ἐκείνου τῷ σκιῤῥώδει πα‐ θήματι διὰ τὴν τῆς τροφῆς ἰδέαν ᾗ χρῆται. δέδεικται γὰρ ὑπὸ τοῦ παχέος αἵματος τρεφόμενος, ὃ καθάπερ τις ἰλύς ἐστι</w:t>
      </w:r>
    </w:p>
    <w:p>
      <w:r>
        <w:rPr>
          <w:rFonts w:ascii="Courier New" w:hAnsi="Courier New"/>
          <w:color w:val="555555"/>
          <w:sz w:val="20"/>
        </w:rPr>
        <w:t>[15]</w:t>
      </w:r>
    </w:p>
    <w:p>
      <w:r>
        <w:rPr>
          <w:rFonts w:ascii="Gentium Plus" w:hAnsi="Gentium Plus"/>
          <w:sz w:val="24"/>
        </w:rPr>
        <w:t>τοῦ καθαρωτέρου καὶ ῥᾷστα γίγνεται μέλαινα χολή· διὸ καὶ μελαγχολικὸν αὐτὸ ἢ μέλαν καλοῦμεν περίττωμα. ταῦτα μὲν</w:t>
      </w:r>
    </w:p>
    <w:p>
      <w:r>
        <w:rPr>
          <w:rFonts w:ascii="Courier New" w:hAnsi="Courier New"/>
          <w:color w:val="555555"/>
          <w:sz w:val="20"/>
        </w:rPr>
        <w:t>[10 . 917]</w:t>
      </w:r>
    </w:p>
    <w:p>
      <w:r>
        <w:rPr>
          <w:rFonts w:ascii="Gentium Plus" w:hAnsi="Gentium Plus"/>
          <w:sz w:val="24"/>
        </w:rPr>
        <w:t>σκόμενα τοῖς σκιῤῥώδεσιν ὄγκοις. οἱ νεφροὶ δὲ τῷ κατακεκρύ‐ φθαι λανθάνουσι τὴν ἁφήν· ὅ γε μὴν λόγος ἡμᾶς διδάσκει καὶ τούτους ἑτοίμως ἁλίσκεσθαι σκίῤῥοις· καὶ διὰ τοῦτο τὰς μὲν ἀλύτους τὸ πάμπαν εἶναι νεφρίτιδας, τὰς δὲ δυσλύ‐</w:t>
      </w:r>
    </w:p>
    <w:p>
      <w:r>
        <w:rPr>
          <w:rFonts w:ascii="Courier New" w:hAnsi="Courier New"/>
          <w:color w:val="555555"/>
          <w:sz w:val="20"/>
        </w:rPr>
        <w:t>[5]</w:t>
      </w:r>
    </w:p>
    <w:p>
      <w:r>
        <w:rPr>
          <w:rFonts w:ascii="Gentium Plus" w:hAnsi="Gentium Plus"/>
          <w:sz w:val="24"/>
        </w:rPr>
        <w:t>τους· ἄμφω γὰρ ἔχουσιν οἱ νεφροὶ τὰ λελεγμένα τῶν προει‐ ρημένων σπλάγχνων ὑπάρχειν ἑκατέρῳ, τήν τε τῆς οὐσίας ποιότητα καὶ τὴν τῶν διερχομένων ἐν αὐτοῖς περιττωμάτων φαυλότητα. διὸ καὶ οἱ τὰ παχύχυμα τῶν ἐδεσμάτων ἐσθίον‐ τες ἁλίσκονται τῷ τῆς λιθιάσεως πάθει. προορᾶσθαι τοι‐</w:t>
      </w:r>
    </w:p>
    <w:p>
      <w:r>
        <w:rPr>
          <w:rFonts w:ascii="Courier New" w:hAnsi="Courier New"/>
          <w:color w:val="555555"/>
          <w:sz w:val="20"/>
        </w:rPr>
        <w:t>[10]</w:t>
      </w:r>
    </w:p>
    <w:p>
      <w:r>
        <w:rPr>
          <w:rFonts w:ascii="Gentium Plus" w:hAnsi="Gentium Plus"/>
          <w:sz w:val="24"/>
        </w:rPr>
        <w:t>γαροῦν χρὴ τοσοῦτον μᾶλλον, ὅσον δυσιατότεραι τῶν τριῶν τούτων εἰσὶ σπλάγχνων αἱ σκιῤῥώδεις διαθέσεις, ὅπως μή τις αὐταῖς περιπέσῃ. μάλιστα δ’, ὡς εἴρηται, περιπίπτουσιν οἱ φλεγμηνάντων αὐτῶν ἐδέσμασι χρώμενοι παχεῖς ἢ γλίσχρους χυμοὺς γεννῶσι. καὶ μέντοι καὶ τὰ ἰάματα τῶν τοιούτων</w:t>
      </w:r>
    </w:p>
    <w:p>
      <w:r>
        <w:rPr>
          <w:rFonts w:ascii="Courier New" w:hAnsi="Courier New"/>
          <w:color w:val="555555"/>
          <w:sz w:val="20"/>
        </w:rPr>
        <w:t>[15]</w:t>
      </w:r>
    </w:p>
    <w:p>
      <w:r>
        <w:rPr>
          <w:rFonts w:ascii="Gentium Plus" w:hAnsi="Gentium Plus"/>
          <w:sz w:val="24"/>
        </w:rPr>
        <w:t>παθῶν ὡμολόγηται πᾶσιν εἶναι τὰ τέμνοντα καὶ διαλύοντα καὶ θρύπτοντα, τοῦ γένους μὲν ὄντα δηλονότι τοῦ τῶν ἐκφραττόντων καὶ ῥυπτόντων, ἰσχυρότερά γε μὴν ταῖς δυνά‐ μεσι. μεμάθηκας δ’ ἐν τῇ περὶ τῶν ἁπλῶν φαρμάκων πραγ‐</w:t>
      </w:r>
    </w:p>
    <w:p>
      <w:r>
        <w:rPr>
          <w:rFonts w:ascii="Courier New" w:hAnsi="Courier New"/>
          <w:color w:val="555555"/>
          <w:sz w:val="20"/>
        </w:rPr>
        <w:t>[10 . 918]</w:t>
      </w:r>
    </w:p>
    <w:p>
      <w:r>
        <w:rPr>
          <w:rFonts w:ascii="Gentium Plus" w:hAnsi="Gentium Plus"/>
          <w:sz w:val="24"/>
        </w:rPr>
        <w:t>λόγος μοι γενήσεται σύντομος ἀρκουμένῳ ταῖς καθόλου δυνά‐ μεσι καὶ μόνῃ τῇ μεθόδῳ μετὰ παραδειγμάτων ὀλίγων. ὅπου γὰρ ἥ θ’ ὕλη τῶν δυνάμεων ἤδη προπαρεσκεύασταί σοι καὶ τὰ συνενδεικνύμενα τὴν θεραπείαν ἔμπροσθεν εἴρηται, καταλεί‐</w:t>
      </w:r>
    </w:p>
    <w:p>
      <w:r>
        <w:rPr>
          <w:rFonts w:ascii="Courier New" w:hAnsi="Courier New"/>
          <w:color w:val="555555"/>
          <w:sz w:val="20"/>
        </w:rPr>
        <w:t>[5]</w:t>
      </w:r>
    </w:p>
    <w:p>
      <w:r>
        <w:rPr>
          <w:rFonts w:ascii="Gentium Plus" w:hAnsi="Gentium Plus"/>
          <w:sz w:val="24"/>
        </w:rPr>
        <w:t>πεται νῦν οὐδὲν ἄλλο, πλὴν τῶν οἰκείων ἑκάστου νοσήματος ἐνδείξεων ἐπιμνησθῆναι. τὰ συνενδεικνύμενα δὴ λέγω δηλον‐ ότι δύναμιν καὶ φύσιν καὶ ἡλικίαν καὶ ὥραν καὶ χώραν καὶ ἔθος, ὅσα τ’ ἄλλα τοιαῦτα. καὶ τοίνυν περὶ τῆς ἀπὸ τῶν μορίων ἐνδείξεως ἐφεξῆς ἐρῶ, τὴν ἀρχὴν ἀπὸ τῶν κατὰ τὸ</w:t>
      </w:r>
    </w:p>
    <w:p>
      <w:r>
        <w:rPr>
          <w:rFonts w:ascii="Courier New" w:hAnsi="Courier New"/>
          <w:color w:val="555555"/>
          <w:sz w:val="20"/>
        </w:rPr>
        <w:t>[10]</w:t>
      </w:r>
    </w:p>
    <w:p>
      <w:r>
        <w:rPr>
          <w:rFonts w:ascii="Gentium Plus" w:hAnsi="Gentium Plus"/>
          <w:sz w:val="24"/>
        </w:rPr>
        <w:t>ἧπαρ ποιησάμενος. ἐνδείκνυται γὰρ τοῦτο τὰ μὲν ἔξωθεν ἐπιτιθέμενα κατὰ τὰς φλεγμονὰς αὐτοῦ μικτῆς εἶναι χρῆναι δυνάμεως οὐ μόνον ἐν γενέσει τῆς φλεγμονῆς οὔσης, τοῦτο μὲν γὰρ κοινὸν ἁπασῶν φλεγμονῶν, ὁπότε γε καὶ μόνοις τοῖς ἀποκρουστικοῖς βοηθήμασι κατὰ τὸν χρόνον ἐκεῖνον οὐκ ἄν</w:t>
      </w:r>
    </w:p>
    <w:p>
      <w:r>
        <w:rPr>
          <w:rFonts w:ascii="Courier New" w:hAnsi="Courier New"/>
          <w:color w:val="555555"/>
          <w:sz w:val="20"/>
        </w:rPr>
        <w:t>[15]</w:t>
      </w:r>
    </w:p>
    <w:p>
      <w:r>
        <w:rPr>
          <w:rFonts w:ascii="Gentium Plus" w:hAnsi="Gentium Plus"/>
          <w:sz w:val="24"/>
        </w:rPr>
        <w:t>τις ἁμάρτοι χρώμενος, ἀλλὰ κᾀπειδὰν μήτ’ ἐπιῤῥέῃ μηδὲν ἔτι, μήτε ἀπώσασθαι δυνατὸν ᾖ τὸ ἐν τῷ φλεγμαίνοντι μορίῳ περιεχόμενον. γίγνεται γὰρ καὶ τοῦτο διὰ πλείους αἰτίας. ἐν</w:t>
      </w:r>
    </w:p>
    <w:p>
      <w:r>
        <w:rPr>
          <w:rFonts w:ascii="Courier New" w:hAnsi="Courier New"/>
          <w:color w:val="555555"/>
          <w:sz w:val="20"/>
        </w:rPr>
        <w:t>[10 . 919]</w:t>
      </w:r>
    </w:p>
    <w:p>
      <w:r>
        <w:rPr>
          <w:rFonts w:ascii="Gentium Plus" w:hAnsi="Gentium Plus"/>
          <w:sz w:val="24"/>
        </w:rPr>
        <w:t>τὸ πολύ· ἐνίοτε δὲ καὶ ἡ κατ’ αὐτὸ τὸ δεχόμενον μόριον ἰσχυ‐ ροτέρα δύναμις, ὡς ἂν μηδέπω κεκμηκυῖα καὶ τὸ περιεχόμενον αὐτὸ κατὰ τὸ φλεγμαῖνον οὐδέπω βιαίως ἐσφηνωμένον. ἀκμαζούσης δὲ τῆς φλεγμονῆς τό τε περιεχόμενον αἷμα πολὺ</w:t>
      </w:r>
    </w:p>
    <w:p>
      <w:r>
        <w:rPr>
          <w:rFonts w:ascii="Courier New" w:hAnsi="Courier New"/>
          <w:color w:val="555555"/>
          <w:sz w:val="20"/>
        </w:rPr>
        <w:t>[5]</w:t>
      </w:r>
    </w:p>
    <w:p>
      <w:r>
        <w:rPr>
          <w:rFonts w:ascii="Gentium Plus" w:hAnsi="Gentium Plus"/>
          <w:sz w:val="24"/>
        </w:rPr>
        <w:t>καὶ πολλάκις παχύτερον, ἐσφηνωμένον τε σφοδρῶς, ἥ τε τοῦ μορίου δύναμις ἀσθενεστέρα· δεόμεθα δὲ καὶ ταύτης ἰσχυού‐ σης, ὡς ὠθεῖν δύνασθαι τὸ περιττὸν ἀφ’ ἑαυτῆς· ἐπειδὴ τῶν στυφόντων φαρμάκων ἡ δύναμις οὐχ ἱκανὴ τηνικαῦτα τὸ πᾶν ἐργάσασθαι μόνη. συνάγουσα μὲν γὰρ καὶ σφίγγουσα</w:t>
      </w:r>
    </w:p>
    <w:p>
      <w:r>
        <w:rPr>
          <w:rFonts w:ascii="Courier New" w:hAnsi="Courier New"/>
          <w:color w:val="555555"/>
          <w:sz w:val="20"/>
        </w:rPr>
        <w:t>[10]</w:t>
      </w:r>
    </w:p>
    <w:p>
      <w:r>
        <w:rPr>
          <w:rFonts w:ascii="Gentium Plus" w:hAnsi="Gentium Plus"/>
          <w:sz w:val="24"/>
        </w:rPr>
        <w:t>καὶ οἱονεὶ πιλοῦσα καὶ θλίβουσα τὰ σώματα δύνα‐ ται τὰ λεπτότερα ταῖς συστάσεσιν ὑγρὰ πρὸς τοὺς περικει‐ μένους ἀποπέμπειν τόπους, οὐ μὴν ἄνευ γε τοῦ συνεπισχεῖν τι καὶ τὴν ἐν τῷ πάσχοντι μορίῳ δύναμιν, ἀξιόλογον αὐτοῖς γίνεται τὸ ἔργον. τηνικαῦτα γοῦν ἡ μὲν ἀπὸ τῆς φλεγ‐</w:t>
      </w:r>
    </w:p>
    <w:p>
      <w:r>
        <w:rPr>
          <w:rFonts w:ascii="Courier New" w:hAnsi="Courier New"/>
          <w:color w:val="555555"/>
          <w:sz w:val="20"/>
        </w:rPr>
        <w:t>[15]</w:t>
      </w:r>
    </w:p>
    <w:p>
      <w:r>
        <w:rPr>
          <w:rFonts w:ascii="Gentium Plus" w:hAnsi="Gentium Plus"/>
          <w:sz w:val="24"/>
        </w:rPr>
        <w:t>μονῆς ἔνδειξις τῶν ποιητέων ἐστὶ μία· καλοῦσι δ’ αὐτὴν διαφόρησιν, ἐκκενοῦσαν λόγῳ θεωρητοῖς πόροις τὸν ἐν τῷ φλεγμαίνοντι μορίῳ χυμόν. ἡ δ’ ἀπ’ αὐτοῦ τοῦ μορίου πρὸς</w:t>
      </w:r>
    </w:p>
    <w:p>
      <w:r>
        <w:rPr>
          <w:rFonts w:ascii="Courier New" w:hAnsi="Courier New"/>
          <w:color w:val="555555"/>
          <w:sz w:val="20"/>
        </w:rPr>
        <w:t>[10 . 920]</w:t>
      </w:r>
    </w:p>
    <w:p>
      <w:r>
        <w:rPr>
          <w:rFonts w:ascii="Gentium Plus" w:hAnsi="Gentium Plus"/>
          <w:sz w:val="24"/>
        </w:rPr>
        <w:t>ἐπιπλεκομένων οὖν ἀλλήλαις ἐναντίων ἐνδείξεων ἐπιπεπλέ‐ χθαι χρὴ καὶ τὸ φάρμακον. μηροῦ δὲ φλεγμαίνοντος, ἢ κνήμης, ἢ πήχεος, ἢ βραχίονος, ἢ καὶ ἐν αὐτοῖς ἀδένων, οὐ δεόμεθα φυλάττειν τὸν τόνον. οὗτος ὁ σκοπὸς ἔστω</w:t>
      </w:r>
    </w:p>
    <w:p>
      <w:r>
        <w:rPr>
          <w:rFonts w:ascii="Courier New" w:hAnsi="Courier New"/>
          <w:color w:val="555555"/>
          <w:sz w:val="20"/>
        </w:rPr>
        <w:t>[5]</w:t>
      </w:r>
    </w:p>
    <w:p>
      <w:r>
        <w:rPr>
          <w:rFonts w:ascii="Gentium Plus" w:hAnsi="Gentium Plus"/>
          <w:sz w:val="24"/>
        </w:rPr>
        <w:t>σοι κοινὸς ἐπὶ πάντων τῶν μορίων, ὧν ἔργον τι τοιοῦτόν ἐστιν, ὡς ὅλῳ τῷ σώματι χρήσιμον ὑπάρχειν. Οὐκοῦν οὐδὲ τὸν σπλῆνα παντάπασι χα‐ λᾷν χρὴ, καὶ γὰρ καὶ οὗτος ἐκκαθαίρει τοῦ ἥπατος ὅσον ἰλυῶδές τέ ἐστι καὶ μελαγχολικὸν, ἐπεὶ δ’ ὑπὸ τοιούτου</w:t>
      </w:r>
    </w:p>
    <w:p>
      <w:r>
        <w:rPr>
          <w:rFonts w:ascii="Courier New" w:hAnsi="Courier New"/>
          <w:color w:val="555555"/>
          <w:sz w:val="20"/>
        </w:rPr>
        <w:t>[10]</w:t>
      </w:r>
    </w:p>
    <w:p>
      <w:r>
        <w:rPr>
          <w:rFonts w:ascii="Gentium Plus" w:hAnsi="Gentium Plus"/>
          <w:sz w:val="24"/>
        </w:rPr>
        <w:t>τρέφεται. καὶ διὰ τοῦθ’, ὅταν ἔμφραξίς τις ἢ φλεγμονὴ κατ’ αὐτὸν γένηται, καὶ μάλιστα ὅταν ᾖ ἐσκιῤῥωμένος, τῶν ἐκφραττόντων καὶ τεμνόντων ἰσχυροτέρων δεῖται. οἷον γάρ ἐστι φάρμακον ἥπατι τὸ ἀψίνθιον, τοιοῦτον τῷ σπληνὶ καππάρεως φλοιός· ὁποῖον δ’ ἥπατι τὸ καλούμενον εὐπα‐</w:t>
      </w:r>
    </w:p>
    <w:p>
      <w:r>
        <w:rPr>
          <w:rFonts w:ascii="Courier New" w:hAnsi="Courier New"/>
          <w:color w:val="555555"/>
          <w:sz w:val="20"/>
        </w:rPr>
        <w:t>[15]</w:t>
      </w:r>
    </w:p>
    <w:p>
      <w:r>
        <w:rPr>
          <w:rFonts w:ascii="Gentium Plus" w:hAnsi="Gentium Plus"/>
          <w:sz w:val="24"/>
        </w:rPr>
        <w:t>τόριον, τοιοῦτον τῷ σπληνὶ τὸ σκολοπένδριον. ὁμοίων μὲν γὰρ δεῖται φαρμάκων κατὰ τὸ γένος ἀμφότερα τὰ σπλάγ‐</w:t>
      </w:r>
    </w:p>
    <w:p>
      <w:r>
        <w:rPr>
          <w:rFonts w:ascii="Courier New" w:hAnsi="Courier New"/>
          <w:color w:val="555555"/>
          <w:sz w:val="20"/>
        </w:rPr>
        <w:t>[10 . 921]</w:t>
      </w:r>
    </w:p>
    <w:p>
      <w:r>
        <w:rPr>
          <w:rFonts w:ascii="Gentium Plus" w:hAnsi="Gentium Plus"/>
          <w:sz w:val="24"/>
        </w:rPr>
        <w:t>ται τροφῇ. σκιῤῥουμένοις οὖν αὐτοῖς αἱ προσήκουσαι τρο‐ φαὶ κοιναὶ μὲν τῷ γένει, διαφέρουσαι δὲ τὸ μᾶλλόν τε καὶ ἧττόν εἰσιν. ὅθεν εἰ καὶ δι’ ὀξυμέλιτος ἡ κάππαρις ἐσθίοιτο, χρησίμη μὲν ἀμφοτέροις ἐστὶ τοῖς σπλάγχνοις,</w:t>
      </w:r>
    </w:p>
    <w:p>
      <w:r>
        <w:rPr>
          <w:rFonts w:ascii="Courier New" w:hAnsi="Courier New"/>
          <w:color w:val="555555"/>
          <w:sz w:val="20"/>
        </w:rPr>
        <w:t>[5]</w:t>
      </w:r>
    </w:p>
    <w:p>
      <w:r>
        <w:rPr>
          <w:rFonts w:ascii="Gentium Plus" w:hAnsi="Gentium Plus"/>
          <w:sz w:val="24"/>
        </w:rPr>
        <w:t>ἀλλ’ οὔτ’ ἴση τὸ πλῆθος οὔθ’ ὁμοίως κεκραμένον ἔχουσα τὸ ὀξύμελι· πλείων τε γὰρ αὕτη καὶ δι’ ἀκρατεστέρου τοῦ ὀξυμέλιτος ἐπὶ τοῦ σπληνὸς ὠφελιμωτέρα γίγνοιτ’ ἄν. αὕτη μὲν οὖν ἡ διαφορὰ κατὰ τὸ μᾶλλόν τε καὶ ἧττον. τῶν δὲ ὁμοίων κατὰ γένος ἢ εἶδος ἢ ὡς ἄν τις ἐθέλοι</w:t>
      </w:r>
    </w:p>
    <w:p>
      <w:r>
        <w:rPr>
          <w:rFonts w:ascii="Courier New" w:hAnsi="Courier New"/>
          <w:color w:val="555555"/>
          <w:sz w:val="20"/>
        </w:rPr>
        <w:t>[10]</w:t>
      </w:r>
    </w:p>
    <w:p>
      <w:r>
        <w:rPr>
          <w:rFonts w:ascii="Gentium Plus" w:hAnsi="Gentium Plus"/>
          <w:sz w:val="24"/>
        </w:rPr>
        <w:t>ὀνομάζειν βοηθημάτων, ἔκ τε τῆς ἐνεργείας αὐτῶν εἴληπται καὶ διαπλάσεως. ἀπὸ δὲ τῆς εἰς τὰ παρακείμενα κοινω‐ νίας, ὅπερ ἐστὶ ταὐτὸν τῇ θέσει, τὸ τὰ μὲν κυρτὰ τοῦ ἥπατος ἐκκαθαίρεσθαι διὰ νεφρῶν, τὰ δὲ σιμὰ διὰ τῆς κάτω γαστρός. ἐπὶ δὲ σπληνὸς τὴν ἑτέραν μόνην εἶναι</w:t>
      </w:r>
    </w:p>
    <w:p>
      <w:r>
        <w:rPr>
          <w:rFonts w:ascii="Courier New" w:hAnsi="Courier New"/>
          <w:color w:val="555555"/>
          <w:sz w:val="20"/>
        </w:rPr>
        <w:t>[15]</w:t>
      </w:r>
    </w:p>
    <w:p>
      <w:r>
        <w:rPr>
          <w:rFonts w:ascii="Gentium Plus" w:hAnsi="Gentium Plus"/>
          <w:sz w:val="24"/>
        </w:rPr>
        <w:t>κένωσιν τῶν περιττῶν, ἡ γὰρ ἐπὶ τοὺς νεφροὺς οὐκ ἔστι τούτῳ τῷ σπλάγχνῳ. διὰ τοῦτ’ οὖν ὅταν φλεγμαίνῃ, τοῖς κατωτερικοῖς ὀνομαζομένοις φαρμάκοις ἐρεθίζομέν τε καὶ</w:t>
      </w:r>
    </w:p>
    <w:p>
      <w:r>
        <w:rPr>
          <w:rFonts w:ascii="Courier New" w:hAnsi="Courier New"/>
          <w:color w:val="555555"/>
          <w:sz w:val="20"/>
        </w:rPr>
        <w:t>[10 . 922]</w:t>
      </w:r>
    </w:p>
    <w:p>
      <w:r>
        <w:rPr>
          <w:rFonts w:ascii="Gentium Plus" w:hAnsi="Gentium Plus"/>
          <w:sz w:val="24"/>
        </w:rPr>
        <w:t>διττὸς δ’ ὁ τρόπος ἐστὶ τῆς τῶν τοιούτων φαρμάκων χρή‐ σεως. ἐπὶ μὲν τῶν ἀνωτέρω κειμένων διὰ τῶν μὲν ἐσθιο‐ μένων καὶ πινομένων, ἐπὶ δὲ τῶν κατωτέρω διὰ κλυστῆ‐ ρος ἐνιεμένου, ἐπειδὴ τῶν μὲν ἐσθιομένων καὶ πινομένων</w:t>
      </w:r>
    </w:p>
    <w:p>
      <w:r>
        <w:rPr>
          <w:rFonts w:ascii="Courier New" w:hAnsi="Courier New"/>
          <w:color w:val="555555"/>
          <w:sz w:val="20"/>
        </w:rPr>
        <w:t>[5]</w:t>
      </w:r>
    </w:p>
    <w:p>
      <w:r>
        <w:rPr>
          <w:rFonts w:ascii="Gentium Plus" w:hAnsi="Gentium Plus"/>
          <w:sz w:val="24"/>
        </w:rPr>
        <w:t>ἡ δύναμις ἐκλύεται πρὶν ἐπὶ τὰ κάτω μέρη προχωρῆσαι, τὰ δ’ ἐνιέμενα τὴν ἀρχὴν οὐδ’ ἐπαναβῆναι δύνανται πρὸς τὴν νῆστιν· ἀλλ’ εἰ καὶ πάνυ σφόδρα βιάζοιο, τάχ’ ἂν ἅψαιο τῶν λεπτῶν ἐντέρων μόνων. καὶ τοῦτ’ οὖν αὐτὸ παρὰ τῆς τῶν μορίων θέσεως ἐδιδάχθημεν, ἐνιέναι</w:t>
      </w:r>
    </w:p>
    <w:p>
      <w:r>
        <w:rPr>
          <w:rFonts w:ascii="Courier New" w:hAnsi="Courier New"/>
          <w:color w:val="555555"/>
          <w:sz w:val="20"/>
        </w:rPr>
        <w:t>[10]</w:t>
      </w:r>
    </w:p>
    <w:p>
      <w:r>
        <w:rPr>
          <w:rFonts w:ascii="Gentium Plus" w:hAnsi="Gentium Plus"/>
          <w:sz w:val="24"/>
        </w:rPr>
        <w:t>μέν τι τοῖς κατωτέρω κειμένοις ἐντέροις, ἄνωθεν δὲ διδόναι τοῖς τ’ ἀνωτέρω καὶ αὐτῇ τῇ γαστρὶ καὶ σπληνὶ καὶ στομάχῳ. λέγω δὲ νῦν στόμαχον, ὅνπερ δὴ καὶ κυ‐ ρίως ὀνομάζουσιν· ἐνίοτε γὰρ οὕτω καλοῦσι καὶ τὸ στόμα τῆς γαστρός· ὥσπερ ὅταν εἴπωσι συγκόπτεσθαί τινας</w:t>
      </w:r>
    </w:p>
    <w:p>
      <w:r>
        <w:rPr>
          <w:rFonts w:ascii="Courier New" w:hAnsi="Courier New"/>
          <w:color w:val="555555"/>
          <w:sz w:val="20"/>
        </w:rPr>
        <w:t>[15]</w:t>
      </w:r>
    </w:p>
    <w:p>
      <w:r>
        <w:rPr>
          <w:rFonts w:ascii="Gentium Plus" w:hAnsi="Gentium Plus"/>
          <w:sz w:val="24"/>
        </w:rPr>
        <w:t>στομαχικῶς. ἀλλ’ ἐπί γε τοῦ κυρίως ὀνομαζομένου στομά‐ χου καὶ τὰ καταπλάσματα κατὰ τῆς ῥάχεως ἐπιτίθεμεν, οὐκ ἔμπροσθεν, ὥσπερ ὅταν τὸ στόμα τῆς γαστρὸς φλεγ‐</w:t>
      </w:r>
    </w:p>
    <w:p>
      <w:r>
        <w:rPr>
          <w:rFonts w:ascii="Courier New" w:hAnsi="Courier New"/>
          <w:color w:val="555555"/>
          <w:sz w:val="20"/>
        </w:rPr>
        <w:t>[10 . 923]</w:t>
      </w:r>
    </w:p>
    <w:p>
      <w:r>
        <w:rPr>
          <w:rFonts w:ascii="Gentium Plus" w:hAnsi="Gentium Plus"/>
          <w:sz w:val="24"/>
        </w:rPr>
        <w:t>τε τοῦ τραχήλου καὶ τοῦ θώρακος φερόμενος κάτω μέχρι τῆς γαστρός. Οὔτ’ οὖν ταῦτα γινώσκουσιν οἱ Θεσσάλειοι, καὶ διὰ τοῦτο πάντας ὁμοίως θεραπεύουσιν, οὔθ’ ὅτι πᾶν</w:t>
      </w:r>
    </w:p>
    <w:p>
      <w:r>
        <w:rPr>
          <w:rFonts w:ascii="Courier New" w:hAnsi="Courier New"/>
          <w:color w:val="555555"/>
          <w:sz w:val="20"/>
        </w:rPr>
        <w:t>[5]</w:t>
      </w:r>
    </w:p>
    <w:p>
      <w:r>
        <w:rPr>
          <w:rFonts w:ascii="Gentium Plus" w:hAnsi="Gentium Plus"/>
          <w:sz w:val="24"/>
        </w:rPr>
        <w:t>τὸ φλεγμαῖνον μέλος, ἐὰν μὴ στεγνὸν ἔχῃ τὸ περικείμενον ἑαυτῷ δέρμα, χαλᾷ τι καὶ μεθίησιν ἔξω τῶν λεπτομερῶν ἰχώρων. καὶ διὰ τοῦτ’ ἔκ τε τῶν κατὰ τὸ στόμα καὶ τὴν ῥῖνα καὶ τὴν φάρυγγα καὶ στόμαχον, ἔντερά τε καὶ γαστέρα καὶ τὰ σπλάγχνα πάντα, ῥεῖ τι πρὸς τοὐκτός. οὕτω δὲ καὶ κατὰ</w:t>
      </w:r>
    </w:p>
    <w:p>
      <w:r>
        <w:rPr>
          <w:rFonts w:ascii="Courier New" w:hAnsi="Courier New"/>
          <w:color w:val="555555"/>
          <w:sz w:val="20"/>
        </w:rPr>
        <w:t>[10]</w:t>
      </w:r>
    </w:p>
    <w:p>
      <w:r>
        <w:rPr>
          <w:rFonts w:ascii="Gentium Plus" w:hAnsi="Gentium Plus"/>
          <w:sz w:val="24"/>
        </w:rPr>
        <w:t>τὴν ἔνδον ἐπιφάνειαν τοῦ θώρακος ἐκκρίνεταί τις ἰχὼρ, ὅταν φλεγμαίνῃ. καθάπερ οὖν ὁ μὲν σπλὴν καὶ τὰ σιμὰ τοῦ ἥπα‐ τος ἐκκαθαίρεται διὰ τῶν ἐντέρων, οἱ νεφροὶ δὲ καὶ κυρτὰ τοῦ ἥπατος διὰ τῶν οὔρων, οὕτως ὁ θώραξ, ὅταν γε τὰ ἔνδον αὐτοῦ φλεγμαίνῃ, κατὰ τὸν ὑπεζωκότα μεθίησί τι</w:t>
      </w:r>
    </w:p>
    <w:p>
      <w:r>
        <w:rPr>
          <w:rFonts w:ascii="Courier New" w:hAnsi="Courier New"/>
          <w:color w:val="555555"/>
          <w:sz w:val="20"/>
        </w:rPr>
        <w:t>[15]</w:t>
      </w:r>
    </w:p>
    <w:p>
      <w:r>
        <w:rPr>
          <w:rFonts w:ascii="Gentium Plus" w:hAnsi="Gentium Plus"/>
          <w:sz w:val="24"/>
        </w:rPr>
        <w:t>πρὸς τὴν μεταξὺ χώραν ἑαυτοῦ καὶ τοῦ πνεύμονος· ἐκκαθαρ‐ θῆναι δὲ τοῦτο δεήσεται διὰ τῶν αὐτῶν ὁδῶν τῷ πνεύμονι. δώσομεν οὖν τοῖς οὕτω κάμνουσι φάρμακα τῆς λεπτυνούσης</w:t>
      </w:r>
    </w:p>
    <w:p>
      <w:r>
        <w:rPr>
          <w:rFonts w:ascii="Courier New" w:hAnsi="Courier New"/>
          <w:color w:val="555555"/>
          <w:sz w:val="20"/>
        </w:rPr>
        <w:t>[10 . 924]</w:t>
      </w:r>
    </w:p>
    <w:p>
      <w:r>
        <w:rPr>
          <w:rFonts w:ascii="Gentium Plus" w:hAnsi="Gentium Plus"/>
          <w:sz w:val="24"/>
        </w:rPr>
        <w:t>δι’ αὐτῶν ὁδοιπορήσειν μέλλοντα, καὶ μάλισθ’ ὅταν ᾖ παχέα ταῖς συστάσεσιν ἢ γλίσχρα, καθάπερ ἐπὶ τῶν ἐμπύων ἐστίν. ἐκλεξώμεθα δὲ καὶ τούτων ὅσα μὲν μέτρια, φλεγμαινόντων ἔτι τῶν πεπονθότων μελῶν, ὅσα δὲ ἰσχυρότερα, κατὰ τὰς</w:t>
      </w:r>
    </w:p>
    <w:p>
      <w:r>
        <w:rPr>
          <w:rFonts w:ascii="Courier New" w:hAnsi="Courier New"/>
          <w:color w:val="555555"/>
          <w:sz w:val="20"/>
        </w:rPr>
        <w:t>[5]</w:t>
      </w:r>
    </w:p>
    <w:p>
      <w:r>
        <w:rPr>
          <w:rFonts w:ascii="Gentium Plus" w:hAnsi="Gentium Plus"/>
          <w:sz w:val="24"/>
        </w:rPr>
        <w:t>ἀκριβεῖς παρακμὰς τῶν φλεγμονῶν ἢ καὶ τελέως μὲν αὐτῶν πεπαυμένων, ἐκκριθῆναι δὲ τῶν περιττῶν δεομένων. μέτριον μὲν οὖν ἐν τοῖς τοιούτοις ἐστὶν ὅ τε τῆς πτισάνης χυλὸς καὶ τὸ μελίκρατον, ἰσχυρότερον δὲ τὸ τῆς ἀκαλήφης σπέρμα, καὶ ὅταν ἐμβληθῇ βραχύ τι τῷ μελικράτῳ τῶν δριμέων βοτανῶν,</w:t>
      </w:r>
    </w:p>
    <w:p>
      <w:r>
        <w:rPr>
          <w:rFonts w:ascii="Courier New" w:hAnsi="Courier New"/>
          <w:color w:val="555555"/>
          <w:sz w:val="20"/>
        </w:rPr>
        <w:t>[10]</w:t>
      </w:r>
    </w:p>
    <w:p>
      <w:r>
        <w:rPr>
          <w:rFonts w:ascii="Gentium Plus" w:hAnsi="Gentium Plus"/>
          <w:sz w:val="24"/>
        </w:rPr>
        <w:t>οἷον ὀριγάνου καὶ ὑσσώπου καὶ καλαμίνθης καὶ γλήχωνος, ἴρεώς τε τῆς Ἰλλυρίδος ἡ ῥίζα. πλέον δ’ εἰ μίξαις τούτων ἢ καὶ τὴν ἴριν οὕτω κόψαις καὶ σήσαις ὡς χνοώδη ποιῆσαι, κᾄπειτα ἐπιβάλλοις τῷ μελικράτῳ, τμητικώτατον ἕξεις φάρ‐ μακον. οὕτω δὲ καὶ τὸ διὰ πρασίου σκευαζόμενον ὀξύμελί</w:t>
      </w:r>
    </w:p>
    <w:p>
      <w:r>
        <w:rPr>
          <w:rFonts w:ascii="Courier New" w:hAnsi="Courier New"/>
          <w:color w:val="555555"/>
          <w:sz w:val="20"/>
        </w:rPr>
        <w:t>[15]</w:t>
      </w:r>
    </w:p>
    <w:p>
      <w:r>
        <w:rPr>
          <w:rFonts w:ascii="Gentium Plus" w:hAnsi="Gentium Plus"/>
          <w:sz w:val="24"/>
        </w:rPr>
        <w:t>τε καὶ ἄλλα τοιαῦτα, τέμνειν ἱκανῶς πέφυκε τὰ παχύτερα τῶν ἐν θώρακι καὶ πνεύμονι περιττῶν. καὶ πάντων αὐτῶν τὴν εὐπορίαν ἔχεις ἐν ταῖς περὶ τῶν φαρμάκων πραγμα‐</w:t>
      </w:r>
    </w:p>
    <w:p>
      <w:r>
        <w:rPr>
          <w:rFonts w:ascii="Courier New" w:hAnsi="Courier New"/>
          <w:color w:val="555555"/>
          <w:sz w:val="20"/>
        </w:rPr>
        <w:t>[10 . 925]</w:t>
      </w:r>
    </w:p>
    <w:p>
      <w:r>
        <w:rPr>
          <w:rFonts w:ascii="Gentium Plus" w:hAnsi="Gentium Plus"/>
          <w:sz w:val="24"/>
        </w:rPr>
        <w:t>Οὐ μόνον δὲ τὴν εἰρημένην τῶν βοηθη‐ μάτων διαφορὰν ἐκ τῶν πεπονθότων ἐμάθομεν τόπων, ἀλλὰ καὶ τὸ τὰ μὲν ἐπιπολῆς φλεγμαίνοντα τοῖς τῆς φλεγμονῆς ἰδίοις βοηθήμασιν ἰάσασθαι, τὰ δ’ ἐν τῷ βάθει</w:t>
      </w:r>
    </w:p>
    <w:p>
      <w:r>
        <w:rPr>
          <w:rFonts w:ascii="Courier New" w:hAnsi="Courier New"/>
          <w:color w:val="555555"/>
          <w:sz w:val="20"/>
        </w:rPr>
        <w:t>[5]</w:t>
      </w:r>
    </w:p>
    <w:p>
      <w:r>
        <w:rPr>
          <w:rFonts w:ascii="Gentium Plus" w:hAnsi="Gentium Plus"/>
          <w:sz w:val="24"/>
        </w:rPr>
        <w:t>μετὰ τοῦ μιγνύναι τι καὶ τῶν δριμυτέρων· ἐκλύεται γὰρ ἡ δύναμις εἰς τὸ βάθος αὐτῶν διαδιδομένων. οὕτω δὲ καὶ ἡ σικύα βοήθημα γενναῖον εὕρηται τῆς τ’ ἔξω φορᾶς τῶν ἐν τῷ βάθει καὶ τῆς οἱονεὶ μοχλείας τῶν ἤδη σκιῤῥουμένων. ἀλλ’ οὐ χρηστέον ἐστὶ σικύᾳ κατ’ ἀρχὰς</w:t>
      </w:r>
    </w:p>
    <w:p>
      <w:r>
        <w:rPr>
          <w:rFonts w:ascii="Courier New" w:hAnsi="Courier New"/>
          <w:color w:val="555555"/>
          <w:sz w:val="20"/>
        </w:rPr>
        <w:t>[10]</w:t>
      </w:r>
    </w:p>
    <w:p>
      <w:r>
        <w:rPr>
          <w:rFonts w:ascii="Gentium Plus" w:hAnsi="Gentium Plus"/>
          <w:sz w:val="24"/>
        </w:rPr>
        <w:t>ἐπὶ μορίου φλεγμαίνοντος, ἀλλ’ ἐπειδὰν ὅλον τὸ σῶμα κε‐ νώσῃς καὶ χρεία σοι γένηται κενῶσαί τι καὶ ἐκμοχλεῦσαι τῶν κατὰ τὸ φλεγμαῖνον ἢ πρὸς τοὐκτὸς ἀποσπάσασθαι. γινομένων δ’ ἔτι τῶν παθῶν οὐκ αὐτοῖς τοῖς ἀρχομένοις κάμνειν μέλεσιν, ἀλλὰ τοῖς συνεχέσιν αὐτῶν ἐπιβάλλειν τὴν</w:t>
      </w:r>
    </w:p>
    <w:p>
      <w:r>
        <w:rPr>
          <w:rFonts w:ascii="Courier New" w:hAnsi="Courier New"/>
          <w:color w:val="555555"/>
          <w:sz w:val="20"/>
        </w:rPr>
        <w:t>[15]</w:t>
      </w:r>
    </w:p>
    <w:p>
      <w:r>
        <w:rPr>
          <w:rFonts w:ascii="Gentium Plus" w:hAnsi="Gentium Plus"/>
          <w:sz w:val="24"/>
        </w:rPr>
        <w:t>σικύαν ἀντισπάσεως ἕνεκεν. οὕτω γοῦν καὶ μήτρας αἱμοῤ‐ ῥαγούσης πρὸς τοὺς τιτθοὺς ἐπιβάλλομεν σικύαν, ἐπ’ αὐτῶν</w:t>
      </w:r>
    </w:p>
    <w:p>
      <w:r>
        <w:rPr>
          <w:rFonts w:ascii="Courier New" w:hAnsi="Courier New"/>
          <w:color w:val="555555"/>
          <w:sz w:val="20"/>
        </w:rPr>
        <w:t>[10 . 926]</w:t>
      </w:r>
    </w:p>
    <w:p>
      <w:r>
        <w:rPr>
          <w:rFonts w:ascii="Gentium Plus" w:hAnsi="Gentium Plus"/>
          <w:sz w:val="24"/>
        </w:rPr>
        <w:t>μήτρας, τὸ τῆς σικύας στόμα. κατὰ δὲ τὸν αὐτὸν τρό‐ πον αἱμοῤῥαγίας διὰ ῥινῶν γιγνομένης ἐπιβάλλομεν τοῖς ὑποχονδρίοις μεγίστας σικύας. οὕτω δὲ καὶ πᾶσαν ἄλλην αἱμοῤῥαγίαν ἀντισπῶμεν ἐπὶ τἀναντία διὰ τῶν κοινῶν</w:t>
      </w:r>
    </w:p>
    <w:p>
      <w:r>
        <w:rPr>
          <w:rFonts w:ascii="Courier New" w:hAnsi="Courier New"/>
          <w:color w:val="555555"/>
          <w:sz w:val="20"/>
        </w:rPr>
        <w:t>[5]</w:t>
      </w:r>
    </w:p>
    <w:p>
      <w:r>
        <w:rPr>
          <w:rFonts w:ascii="Gentium Plus" w:hAnsi="Gentium Plus"/>
          <w:sz w:val="24"/>
        </w:rPr>
        <w:t>φλεβῶν, ὥσπερ αὖ πάλιν ἕλκομεν, εἰ τούτου δεοίμεθα· κατὰ γοῦν ἐφηβαίου τε καὶ βουβῶνος ἐπιτίθεμεν σικύαν, ἔμμηνα κινῆσαι βουλόμενοι. καὶ κατ’ ἰνίου δὲ σικύα τιθε‐ μένη γενναῖόν ἐστι βοήθημα ῥεύματος ὀφθαλμῶν. χρὴ δὲ προκεκενῶσθαι τὸ σύμπαν σῶμα· πληθωρικοῦ γὰρ ὄντος</w:t>
      </w:r>
    </w:p>
    <w:p>
      <w:r>
        <w:rPr>
          <w:rFonts w:ascii="Courier New" w:hAnsi="Courier New"/>
          <w:color w:val="555555"/>
          <w:sz w:val="20"/>
        </w:rPr>
        <w:t>[10]</w:t>
      </w:r>
    </w:p>
    <w:p>
      <w:r>
        <w:rPr>
          <w:rFonts w:ascii="Gentium Plus" w:hAnsi="Gentium Plus"/>
          <w:sz w:val="24"/>
        </w:rPr>
        <w:t>αὐτοῦ, καθ’ ὅ τι περ ἂν ἐρείσεις μέρος τῆς κεφαλῆς τὴν σικύαν, ὅλην αὐτὴν πληρώσεις. Οὗτος οὖν ὁ κοινὸς σκοπὸς ἁπάσης φλεγ‐ μονῆς οὐχ ὡσαύτως ἐφ’ ἑκάστου τῶν μορίων ἐπιτελεῖται. προσέρχεται δ’ ἅπασι τοῖς εἰρημένοις οὐ σμικρὰ μοῖρα καὶ ἡ</w:t>
      </w:r>
    </w:p>
    <w:p>
      <w:r>
        <w:rPr>
          <w:rFonts w:ascii="Courier New" w:hAnsi="Courier New"/>
          <w:color w:val="555555"/>
          <w:sz w:val="20"/>
        </w:rPr>
        <w:t>[15]</w:t>
      </w:r>
    </w:p>
    <w:p>
      <w:r>
        <w:rPr>
          <w:rFonts w:ascii="Gentium Plus" w:hAnsi="Gentium Plus"/>
          <w:sz w:val="24"/>
        </w:rPr>
        <w:t>τοῦ προσενεχθησομένου φαρμάκου φύσις. οὐ γὰρ ἁπλῶς εἰ στῦψαι δεοίμεθα τὴν ἀρχομένην φλεγμονὴν, ἅπαν τὸ στῦφον προσοίσομεν ἐπὶ τῶν καταπίνεσθαι μελλόντων, ἀλλ’ ὅσοις</w:t>
      </w:r>
    </w:p>
    <w:p>
      <w:r>
        <w:rPr>
          <w:rFonts w:ascii="Courier New" w:hAnsi="Courier New"/>
          <w:color w:val="555555"/>
          <w:sz w:val="20"/>
        </w:rPr>
        <w:t>[10 . 927]</w:t>
      </w:r>
    </w:p>
    <w:p>
      <w:r>
        <w:rPr>
          <w:rFonts w:ascii="Gentium Plus" w:hAnsi="Gentium Plus"/>
          <w:sz w:val="24"/>
        </w:rPr>
        <w:t>γοῦν ἐν τοῖς μάλιστα στύφει, καθάπερ γε καὶ τὸ μῖσυ καὶ σῶρυ καὶ χαλκίτης καὶ διφρυγὲς, ὅ τε κεκαυμένος χαλκὸς ἥ τε λεπὶς αὐτοῦ καὶ τὸ ἄνθος· ἀλλ’ ἔστι βλαβερὰ τὰ φάρμακα ταῦτα καταπινόμενα· διόπερ οὐδὲ τοῖς στοματικοῖς ἀσφαλῶς</w:t>
      </w:r>
    </w:p>
    <w:p>
      <w:r>
        <w:rPr>
          <w:rFonts w:ascii="Courier New" w:hAnsi="Courier New"/>
          <w:color w:val="555555"/>
          <w:sz w:val="20"/>
        </w:rPr>
        <w:t>[5]</w:t>
      </w:r>
    </w:p>
    <w:p>
      <w:r>
        <w:rPr>
          <w:rFonts w:ascii="Gentium Plus" w:hAnsi="Gentium Plus"/>
          <w:sz w:val="24"/>
        </w:rPr>
        <w:t>μίγνυνται· παραῤῥεῖ γὰρ ἐνίοτε αὐτῶν τι μέχρι τῆς γαστρός. οὐ μὴν οὐδ’ ἀλόη καλῶς ἂν μιχθείη τοῖς καταπίνεσθαι μέλ‐ λουσι φαρμάκοις, ἕνεκα φλεγμονῆς τῶν ἔνδον· ἐπειδὴ καὶ ταύτῃ μέμικταί τις δύναμις καθαρτική. παρηκμακυίας μέντοι τελέως τῆς φλεγμονῆς, εἴ τις μικρὸν ἀλόης μίξειεν ἕνεκα</w:t>
      </w:r>
    </w:p>
    <w:p>
      <w:r>
        <w:rPr>
          <w:rFonts w:ascii="Courier New" w:hAnsi="Courier New"/>
          <w:color w:val="555555"/>
          <w:sz w:val="20"/>
        </w:rPr>
        <w:t>[10]</w:t>
      </w:r>
    </w:p>
    <w:p>
      <w:r>
        <w:rPr>
          <w:rFonts w:ascii="Gentium Plus" w:hAnsi="Gentium Plus"/>
          <w:sz w:val="24"/>
        </w:rPr>
        <w:t>τοῦ τὴν γαστέρα κινῆσαι μὴ διακεχωρηκυῖαν τελέως, οὐδὲν βλάψει. βέλτιον δὲ διὰ λινοζώστιδος ἢ ἀκαλήφης ἢ κνίκου ἤ τινος τῶν τοιούτων ὑπάγειν τὴν γαστέρα τῶν οὕτω κα‐ μνόντων. ὅλως δὲ, ἄν τις ἀφέλῃ τὴν ἀπὸ τῶν μορίων ἔνδει‐ ξιν, οὐδὲν κωλύει τὴν ἰατρικὴν οὐχ ἓξ μησὶν, ἀλλ’ ἓξ ἡμέ‐</w:t>
      </w:r>
    </w:p>
    <w:p>
      <w:r>
        <w:rPr>
          <w:rFonts w:ascii="Courier New" w:hAnsi="Courier New"/>
          <w:color w:val="555555"/>
          <w:sz w:val="20"/>
        </w:rPr>
        <w:t>[15]</w:t>
      </w:r>
    </w:p>
    <w:p>
      <w:r>
        <w:rPr>
          <w:rFonts w:ascii="Gentium Plus" w:hAnsi="Gentium Plus"/>
          <w:sz w:val="24"/>
        </w:rPr>
        <w:t>ραις ὅλην ἐκμαθεῖν. οὐ μὴν οὐδὲ προσθέντες τὴν ἀπὸ τῶν μορίων ἔνδειξιν ἔχοιμεν ἂν ἤδη τὸ πᾶν εἰς τὴν θεραπείαν ἄνευ τοῦ τὰς περὶ τῶν φαρμάκων ἐκμαθεῖν μεθόδους. ἐπ’</w:t>
      </w:r>
    </w:p>
    <w:p>
      <w:r>
        <w:rPr>
          <w:rFonts w:ascii="Courier New" w:hAnsi="Courier New"/>
          <w:color w:val="555555"/>
          <w:sz w:val="20"/>
        </w:rPr>
        <w:t>[10 . 928]</w:t>
      </w:r>
    </w:p>
    <w:p>
      <w:r>
        <w:rPr>
          <w:rFonts w:ascii="Gentium Plus" w:hAnsi="Gentium Plus"/>
          <w:sz w:val="24"/>
        </w:rPr>
        <w:t>ματα. νυνὶ γὰρ, ὡς πολλάκις εἶπον, εἰ καί τινος ἐμνημόνευσα φαρμάκου, παραδείγματος ἕνεκα τοῦτ’ ἔπραξα. Προσθῶμεν οὖν ἔτι τῆς ἀπὸ τῶν μορίων ἐνδείξεως ὅσα μήπω λέλεκται, καταβάλλοντες προφα‐</w:t>
      </w:r>
    </w:p>
    <w:p>
      <w:r>
        <w:rPr>
          <w:rFonts w:ascii="Courier New" w:hAnsi="Courier New"/>
          <w:color w:val="555555"/>
          <w:sz w:val="20"/>
        </w:rPr>
        <w:t>[5]</w:t>
      </w:r>
    </w:p>
    <w:p>
      <w:r>
        <w:rPr>
          <w:rFonts w:ascii="Gentium Plus" w:hAnsi="Gentium Plus"/>
          <w:sz w:val="24"/>
        </w:rPr>
        <w:t>νέστατα τὴν τῶν Θεσσαλείων αἵρεσιν· οἳ μήτε ἀνατομῆς ἁπτόμενοι μήτ’ ἐνεργείας ἢ χρείας εἰδότες, ὅταν ἴδωσί τινα κροκιδίζοντα καὶ καρφολογοῦντα, τολμῶσιν ὀξυροδίνῳ κατα‐ βρέχειν τὴν κεφαλὴν ἡμῖν ἑπόμενοι. διὰ τί γὰρ οὐ τὸν θώρακα μᾶλλον; εἴπερ ἐνδεικτεκῶς μὲν εὑρίσκουσι τὰ βοηθήματα,</w:t>
      </w:r>
    </w:p>
    <w:p>
      <w:r>
        <w:rPr>
          <w:rFonts w:ascii="Courier New" w:hAnsi="Courier New"/>
          <w:color w:val="555555"/>
          <w:sz w:val="20"/>
        </w:rPr>
        <w:t>[10]</w:t>
      </w:r>
    </w:p>
    <w:p>
      <w:r>
        <w:rPr>
          <w:rFonts w:ascii="Gentium Plus" w:hAnsi="Gentium Plus"/>
          <w:sz w:val="24"/>
        </w:rPr>
        <w:t>δυνατὸν δ’ ἐστὶ καὶ τῆς καρδίας πασχούσης φρενιτικὸν γίνε‐ σθαι τὸν ἄνθρωπον. ὁ μὲν γὰρ ἐμπειρικὸς ἐκ τῆς πείρας φησὶ τὴν τῶν τοιούτων βοηθημάτων εὕρεσιν ἐσχηκέναι, τῷ δὲ καὶ ταύτην ἀτιμάσαντι καὶ τὴν τῶν ἐνεργειῶν ζήτησιν φυ‐ γόντι πόθεν ἐπῆλθεν ἀντὶ τοῦ θώρακος ἑλέσθαι τὴν κεφαλὴν</w:t>
      </w:r>
    </w:p>
    <w:p>
      <w:r>
        <w:rPr>
          <w:rFonts w:ascii="Courier New" w:hAnsi="Courier New"/>
          <w:color w:val="555555"/>
          <w:sz w:val="20"/>
        </w:rPr>
        <w:t>[15]</w:t>
      </w:r>
    </w:p>
    <w:p>
      <w:r>
        <w:rPr>
          <w:rFonts w:ascii="Gentium Plus" w:hAnsi="Gentium Plus"/>
          <w:sz w:val="24"/>
        </w:rPr>
        <w:t>ἐπὶ τῶν φρενιτικῶν ἐπιβρέχειν· ἀλλὰ τοῦτό γε τὸ ὀξυῤῥόδι‐ νον ὃ τῇ κεφαλῇ προσφέρομεν ἐπὶ τῶν φρενιτικῶν, ὥσπερ τις ἔλεγε τῶν ἑταίρων, οὐ μόνον τοὺς ἀμεθόδους Θεσσα‐</w:t>
      </w:r>
    </w:p>
    <w:p>
      <w:r>
        <w:rPr>
          <w:rFonts w:ascii="Courier New" w:hAnsi="Courier New"/>
          <w:color w:val="555555"/>
          <w:sz w:val="20"/>
        </w:rPr>
        <w:t>[10 . 929]</w:t>
      </w:r>
    </w:p>
    <w:p>
      <w:r>
        <w:rPr>
          <w:rFonts w:ascii="Gentium Plus" w:hAnsi="Gentium Plus"/>
          <w:sz w:val="24"/>
        </w:rPr>
        <w:t>ὅσοι κατὰ τὴν καρδίαν ἡγοῦνται τὸ ψυχῆς ἡγεμονικὸν ὑπάρ‐ χειν. ἰδὼν γοῦν ποτὲ τῶν ἀπ’ Ἀθηναίου τινὰ τὴν κεφαλὴν αἰονῶντα ῥοδίνῳ καὶ ὄξει μεμιγμένοις ἐκώλυον ἀξιῶν ἐπιφέρειν τῷ θώρακι τὸ βοήθημα· βεβλάφθαι μὲν γὰρ τῷ</w:t>
      </w:r>
    </w:p>
    <w:p>
      <w:r>
        <w:rPr>
          <w:rFonts w:ascii="Courier New" w:hAnsi="Courier New"/>
          <w:color w:val="555555"/>
          <w:sz w:val="20"/>
        </w:rPr>
        <w:t>[5]</w:t>
      </w:r>
    </w:p>
    <w:p>
      <w:r>
        <w:rPr>
          <w:rFonts w:ascii="Gentium Plus" w:hAnsi="Gentium Plus"/>
          <w:sz w:val="24"/>
        </w:rPr>
        <w:t>παραφρονοῦντι τὸ ἡγεμονικὸν, εἶναι δ’ ἐν καρδίᾳ τοῦτο κατὰ τὸν Ἀθήναιον, οὔκουν ὀρθῶς αὐτὸν ποιεῖν ἀποστάντα τοῦ θώρακος ἐνοχλεῖν τῇ κεφαλῇ καὶ πράγματα παρέχειν ἀπαθεῖ μορίῳ, νυνὶ μὲν ὀξυῤῥοδίνῳ καταντλοῦντα, νυνὶ δὲ ἀποκεί‐ ροντα καὶ σπονδύλιον ἢ ἕρπυλλον ἤ τι τοιοῦτον προσφέ‐</w:t>
      </w:r>
    </w:p>
    <w:p>
      <w:r>
        <w:rPr>
          <w:rFonts w:ascii="Courier New" w:hAnsi="Courier New"/>
          <w:color w:val="555555"/>
          <w:sz w:val="20"/>
        </w:rPr>
        <w:t>[10]</w:t>
      </w:r>
    </w:p>
    <w:p>
      <w:r>
        <w:rPr>
          <w:rFonts w:ascii="Gentium Plus" w:hAnsi="Gentium Plus"/>
          <w:sz w:val="24"/>
        </w:rPr>
        <w:t>ροντα· καὶ εἰ χρονίζοι τὸ πάθημα καὶ τὸ καστόριον ἢ καὶ νὴ Δία σικύαν· ὅμοιον γὰρ εἶναι τοῦτο τῷ φλεγμαίνοντος μηροῦ τῇ περόνῃ προσάγειν τὸ βοήθημα. καὶ μὲν δὴ κᾀπὶ τῶν ληθαργικῶν οὐδείς ἐστιν ὃς οὐ προσφέρει τῇ κεφαλῇ τὰ βοηθήματα· καὶ τοῦτο γὰρ τὸ πάθος ἐναντίον μέν πώς</w:t>
      </w:r>
    </w:p>
    <w:p>
      <w:r>
        <w:rPr>
          <w:rFonts w:ascii="Courier New" w:hAnsi="Courier New"/>
          <w:color w:val="555555"/>
          <w:sz w:val="20"/>
        </w:rPr>
        <w:t>[15]</w:t>
      </w:r>
    </w:p>
    <w:p>
      <w:r>
        <w:rPr>
          <w:rFonts w:ascii="Gentium Plus" w:hAnsi="Gentium Plus"/>
          <w:sz w:val="24"/>
        </w:rPr>
        <w:t>ἐστι κατὰ τὴν ἰδέαν τῇ φρενίτιδι. γίνεται δ’ ἐγκεφάλου πά‐ σχοντος, ἐν ᾧ τῆς ψυχῆς ἐστι τὸ ἡγεμονικόν. ὅταν μὲν οὖν ὁ πλεονάζων ἐν ἐγκεφάλῳ ψυχρὸς ᾖ χυμὸς, ἀναισθησία τε</w:t>
      </w:r>
    </w:p>
    <w:p>
      <w:r>
        <w:rPr>
          <w:rFonts w:ascii="Courier New" w:hAnsi="Courier New"/>
          <w:color w:val="555555"/>
          <w:sz w:val="20"/>
        </w:rPr>
        <w:t>[10 . 930]</w:t>
      </w:r>
    </w:p>
    <w:p>
      <w:r>
        <w:rPr>
          <w:rFonts w:ascii="Gentium Plus" w:hAnsi="Gentium Plus"/>
          <w:sz w:val="24"/>
        </w:rPr>
        <w:t>εὐκινησία μᾶλλον, ὡς ἂν εἴποι, τις ἅμα τῇ τοῦ λογισμοῦ βλάβῃ. συμβαίνει γὰρ, ὡς ἐν τοῖς περὶ τούτων δέδεικται λόγοις, διὰ μὲν τὴν ψύξιν ἡ ἀργία, διὰ δὲ τὴν θερμασίαν ἡ ἄμετρος κίνησις, ἐκ δὲ τῆς χυμῶν μοχθηρίας ἡ ἄνοια. φλεβοτομητέον</w:t>
      </w:r>
    </w:p>
    <w:p>
      <w:r>
        <w:rPr>
          <w:rFonts w:ascii="Courier New" w:hAnsi="Courier New"/>
          <w:color w:val="555555"/>
          <w:sz w:val="20"/>
        </w:rPr>
        <w:t>[5]</w:t>
      </w:r>
    </w:p>
    <w:p>
      <w:r>
        <w:rPr>
          <w:rFonts w:ascii="Gentium Plus" w:hAnsi="Gentium Plus"/>
          <w:sz w:val="24"/>
        </w:rPr>
        <w:t>οὖν ἐστιν ἐπὶ τῶν τοιούτων παθῶν κατ’ ἀρχὰς εὐθὺς ἰσχυ‐ ρᾶς μὲν οὔσης εἰς τοσοῦτον τῆς δυνάμεως ὡς ἐνεγκεῖν ἀλύ‐ πως τὴν φλεβοτομίαν, ἑτέρου δὲ μηδενὸς κωλύοντος ὧν ἐν τοῖς περὶ φλεβοτομίας εἴπομεν, οἷον ἤτοι πλήθους ὠμῶν χυμῶν ἢ παιδικῆς ἡλικίας ἢ ὥρας ἢ χώρας ἐσχάτως θερμῆς ἢ</w:t>
      </w:r>
    </w:p>
    <w:p>
      <w:r>
        <w:rPr>
          <w:rFonts w:ascii="Courier New" w:hAnsi="Courier New"/>
          <w:color w:val="555555"/>
          <w:sz w:val="20"/>
        </w:rPr>
        <w:t>[10]</w:t>
      </w:r>
    </w:p>
    <w:p>
      <w:r>
        <w:rPr>
          <w:rFonts w:ascii="Gentium Plus" w:hAnsi="Gentium Plus"/>
          <w:sz w:val="24"/>
        </w:rPr>
        <w:t>ψυχρᾶς. τοῦτο μὲν οὖν κοινὸν ἀμφοτέροις τοῖς νοσήμασιν, ὅσα τε μετὰ καταφορᾶς καὶ ὅσα μετ’ ἀγρυπνίας γίνεται. κοι‐ νὸν δὲ καὶ τὸ κατὰ τὴν ἀρχὴν ὀξυρόδινον προσφέρειν· ἀπώ‐ σασθαι γὰρ χρὴ τῆς κεφαλῆς τὸν χυμὸν, ὁποῖος ἂν εἴη. τὰ δ’ ἐφεξῆς ἐναντία, πραΰνειν μὲν γὰρ προσήκει τὰ μετὰ τῶν</w:t>
      </w:r>
    </w:p>
    <w:p>
      <w:r>
        <w:rPr>
          <w:rFonts w:ascii="Courier New" w:hAnsi="Courier New"/>
          <w:color w:val="555555"/>
          <w:sz w:val="20"/>
        </w:rPr>
        <w:t>[15]</w:t>
      </w:r>
    </w:p>
    <w:p>
      <w:r>
        <w:rPr>
          <w:rFonts w:ascii="Gentium Plus" w:hAnsi="Gentium Plus"/>
          <w:sz w:val="24"/>
        </w:rPr>
        <w:t>ἀγρυπνιῶν, ἐπεγείρειν δὲ τὰ μετὰ τῆς ἀκινησίας. εἰκότως οὖν ἀκμαζόντων αὐτῶν τοῖς μὲν ἀγρυπνιτικοῖς καὶ περι‐ κοπτικοῖς νοσήμασι τὰς διὰ μήκωνος κωδειῶν ἐπιβροχὰς</w:t>
      </w:r>
    </w:p>
    <w:p>
      <w:r>
        <w:rPr>
          <w:rFonts w:ascii="Courier New" w:hAnsi="Courier New"/>
          <w:color w:val="555555"/>
          <w:sz w:val="20"/>
        </w:rPr>
        <w:t>[10 . 931]</w:t>
      </w:r>
    </w:p>
    <w:p>
      <w:r>
        <w:rPr>
          <w:rFonts w:ascii="Gentium Plus" w:hAnsi="Gentium Plus"/>
          <w:sz w:val="24"/>
        </w:rPr>
        <w:t>τὰ πτερύγια τῆς ῥινὸς ἐκ τῶν ἔνδοθεν μερῶν ἢ τὸ μέτωπον ὁμοίοις φαρμάκοις. καρῶσαι γὰρ χρὴ καὶ ναρκῶσαι ποιῆσαι τὸ ἡγεμονικὸν, ἐμψύχοντα δηλονότι τὸν ὑπερτεθερμασμένον ἐγκέφαλον. ἐπὶ δὲ τῶν ἐναντίων παθῶν ἐπεγεῖραι καὶ τεμνεῖν</w:t>
      </w:r>
    </w:p>
    <w:p>
      <w:r>
        <w:rPr>
          <w:rFonts w:ascii="Courier New" w:hAnsi="Courier New"/>
          <w:color w:val="555555"/>
          <w:sz w:val="20"/>
        </w:rPr>
        <w:t>[5]</w:t>
      </w:r>
    </w:p>
    <w:p>
      <w:r>
        <w:rPr>
          <w:rFonts w:ascii="Gentium Plus" w:hAnsi="Gentium Plus"/>
          <w:sz w:val="24"/>
        </w:rPr>
        <w:t>καὶ θερμῆναι προσήκει τὸ πάχος τοῦ λυποῦντος χυμοῦ, ὅστις ἄνευ μὲν τοῦ σήπεσθαι καταφορὰς βαθείας ἐργάζεται, χωρὶς πυρετῶν, ἃς ὀνομάζουσιν ἀποπληξίας καὶ κάρους καὶ κατο‐ χάς. εἰ δὲ καὶ σήποιτό ποτε, μετὰ πυρετοῦ γίνεται τὰ τοιαῦτα καὶ καλεῖται τὸ τοιοῦτο νόσημα λήθαργος. ἐναφε‐</w:t>
      </w:r>
    </w:p>
    <w:p>
      <w:r>
        <w:rPr>
          <w:rFonts w:ascii="Courier New" w:hAnsi="Courier New"/>
          <w:color w:val="555555"/>
          <w:sz w:val="20"/>
        </w:rPr>
        <w:t>[10]</w:t>
      </w:r>
    </w:p>
    <w:p>
      <w:r>
        <w:rPr>
          <w:rFonts w:ascii="Gentium Plus" w:hAnsi="Gentium Plus"/>
          <w:sz w:val="24"/>
        </w:rPr>
        <w:t>ψοῦντες οὖν ὄξει θύμον καὶ γλήχωνα καὶ ὀρίγανον, ὅσα τ’ ἄλλα τοιαῦτα, τῇ ῥινὶ τῶν οὕτω διακειμένων προσοίσομεν, ὅπως ὁ ἀτμὸς ἐπὶ τὸν ἐγκέφαλον ἀναφερόμενος τέμνῃ τὸ πάχος τοῦ χυμοῦ. μετὰ δὲ ταῦτα καὶ τὸν οὐρανίσκον ἰσχυ‐ ροῖς καὶ δριμέσι φαρμάκοις χρίσομεν. ἑξῆς δὲ τούτων καὶ</w:t>
      </w:r>
    </w:p>
    <w:p>
      <w:r>
        <w:rPr>
          <w:rFonts w:ascii="Courier New" w:hAnsi="Courier New"/>
          <w:color w:val="555555"/>
          <w:sz w:val="20"/>
        </w:rPr>
        <w:t>[15]</w:t>
      </w:r>
    </w:p>
    <w:p>
      <w:r>
        <w:rPr>
          <w:rFonts w:ascii="Gentium Plus" w:hAnsi="Gentium Plus"/>
          <w:sz w:val="24"/>
        </w:rPr>
        <w:t>πταρμικοῖς χρησόμεθα. καὶ κατὰ τῆς κεφαλῆς ἐπιθήσομεν ὁμοίας δυνάμεις φαρμάκων, ἄχρι καὶ τοῦ νάπυος, ἐπιτείνοντες ἀεὶ τὸ σφοδρὸν αὐτῶν, εἰ χρονίζει τὸ πάθος. ἀλλὰ καὶ ταῖς</w:t>
      </w:r>
    </w:p>
    <w:p>
      <w:r>
        <w:rPr>
          <w:rFonts w:ascii="Courier New" w:hAnsi="Courier New"/>
          <w:color w:val="555555"/>
          <w:sz w:val="20"/>
        </w:rPr>
        <w:t>[10 . 932]</w:t>
      </w:r>
    </w:p>
    <w:p>
      <w:r>
        <w:rPr>
          <w:rFonts w:ascii="Gentium Plus" w:hAnsi="Gentium Plus"/>
          <w:sz w:val="24"/>
        </w:rPr>
        <w:t>ρίῳ. πέττει γὰρ αὐτὸ καλῶς ἐπὶ προήκοντι τῷ χρόνῳ παρα‐ ληφθέν. ὥστε κᾀνταῦθα πάλιν εἰς κοινὴν θεραπείαν ἄγεσθαι λήθαργόν τε καὶ φρενίτιδα ἐπὶ τῆς παρακμῆς. ἐν μὲν δὴ τοῖς τοιούτοις πάθεσιν ἐξελέγχονται προφανῶς οἵ τε ἀπὸ</w:t>
      </w:r>
    </w:p>
    <w:p>
      <w:r>
        <w:rPr>
          <w:rFonts w:ascii="Courier New" w:hAnsi="Courier New"/>
          <w:color w:val="555555"/>
          <w:sz w:val="20"/>
        </w:rPr>
        <w:t>[5]</w:t>
      </w:r>
    </w:p>
    <w:p>
      <w:r>
        <w:rPr>
          <w:rFonts w:ascii="Gentium Plus" w:hAnsi="Gentium Plus"/>
          <w:sz w:val="24"/>
        </w:rPr>
        <w:t>τοῦ Θεσσάλου πάντες οἵ τ’ ἐν τῇ καρδίᾳ τὸ ἡγεμονικὸν τῆς ψυχῆς μέρος εἰπόντες ἰατροί. μὴ γὰρ ὅτι τῶν εἰρημένων τινὸς εὐπορῆσαι βοηθημάτων αὐτοῖς ἐστι δυνατὸν, ἀλλὰ μηδὲ ὅτῳ μορίῳ προσφέρειν δεῖ τὰ βοηθήματα. οὐ γὰρ δὴ ὥσπερ ἐπ’ ὀφθαλμίας ἢ πλευρίτιδος ἢ συνάγχης αὐτός τε ὁ κάμνων</w:t>
      </w:r>
    </w:p>
    <w:p>
      <w:r>
        <w:rPr>
          <w:rFonts w:ascii="Courier New" w:hAnsi="Courier New"/>
          <w:color w:val="555555"/>
          <w:sz w:val="20"/>
        </w:rPr>
        <w:t>[10]</w:t>
      </w:r>
    </w:p>
    <w:p>
      <w:r>
        <w:rPr>
          <w:rFonts w:ascii="Gentium Plus" w:hAnsi="Gentium Plus"/>
          <w:sz w:val="24"/>
        </w:rPr>
        <w:t>αἰσθάνεται τοῦ πεπονθότος μορίου, ἡμῖν τε διὰ τῆς ἁφῆς καὶ τῆς ὄψεως εἰς γνῶσιν ἥκει, κατὰ τὸν αὐτὸν τρόπον ἐπί τε ληθάργου καὶ φρενίτιδος ἐπιληψίας τε καὶ παραπληξίας καὶ σπασμῶν καὶ τετάνων, ἔτι τε τῆς καλουμένης ἰδίως κατο‐ χῆς. ἐφ’ ὧν ἁπάντων ἡ μὲν ἰδέα τῶν βοηθημάτων ἐκ τῆς</w:t>
      </w:r>
    </w:p>
    <w:p>
      <w:r>
        <w:rPr>
          <w:rFonts w:ascii="Courier New" w:hAnsi="Courier New"/>
          <w:color w:val="555555"/>
          <w:sz w:val="20"/>
        </w:rPr>
        <w:t>[15]</w:t>
      </w:r>
    </w:p>
    <w:p>
      <w:r>
        <w:rPr>
          <w:rFonts w:ascii="Gentium Plus" w:hAnsi="Gentium Plus"/>
          <w:sz w:val="24"/>
        </w:rPr>
        <w:t>τοῦ πάθους φύσεως εὑρίσκεται, τὸ δὲ χωρίον ᾧ μάλιστα χρὴ προσφέρειν αὐτὰ διὰ τοῦ προεγνῶσθαι τὰς ἐνεργείας τε καὶ χρείας τῶν μορίων.</w:t>
      </w:r>
    </w:p>
    <w:p>
      <w:r>
        <w:rPr>
          <w:rFonts w:ascii="Courier New" w:hAnsi="Courier New"/>
          <w:color w:val="555555"/>
          <w:sz w:val="20"/>
        </w:rPr>
        <w:t>[10 . 933]</w:t>
      </w:r>
    </w:p>
    <w:p>
      <w:r>
        <w:rPr>
          <w:rFonts w:ascii="Gentium Plus" w:hAnsi="Gentium Plus"/>
          <w:sz w:val="24"/>
        </w:rPr>
        <w:t>κνυμένων ἁπάντων, κᾂν παραλειφθῇ ποτε ἐπὶ τῷ λόγῳ, πολ‐ λάκις εἴρηται πρόσθεν. ἀλλὰ νῦν γε τὴν ἀπὸ τῶν μορίων ἔνδειξιν μόνην πρόκειται διελθεῖν, οἷον εὐθὺς ἐπὶ τῶν κατὰ τὴν κεφαλὴν, εἰ καὶ μηδὲν ἄλλο, τοῦτο γοῦν ἔνεστιν ἅπαντι</w:t>
      </w:r>
    </w:p>
    <w:p>
      <w:r>
        <w:rPr>
          <w:rFonts w:ascii="Courier New" w:hAnsi="Courier New"/>
          <w:color w:val="555555"/>
          <w:sz w:val="20"/>
        </w:rPr>
        <w:t>[5]</w:t>
      </w:r>
    </w:p>
    <w:p>
      <w:r>
        <w:rPr>
          <w:rFonts w:ascii="Gentium Plus" w:hAnsi="Gentium Plus"/>
          <w:sz w:val="24"/>
        </w:rPr>
        <w:t>νοῆσαι προχείρως, ὅτι πρόκειται τοῦ ἐγκεφάλου πρῶτον μὲν ἡ παχεῖα μῆνιγξ, ἐοικυῖα ταῖς ἐκτὸς ταύταις βύρσαις· ἐπ’ αὐτῇ δ’ ἐστὶ τὸ κρανίον. ἀναγκαῖον οὖν ἐκλύεσθαι τῶν ἐπιτιθεμένων φαρμάκων τὴν δύναμιν, ἐν τοῖς προβλήμασι πυκνοῖς καὶ σκληροῖς οὖσι· καὶ εἰ μὴ ῥαφαὶ κατὰ τὸ τῆς κε‐</w:t>
      </w:r>
    </w:p>
    <w:p>
      <w:r>
        <w:rPr>
          <w:rFonts w:ascii="Courier New" w:hAnsi="Courier New"/>
          <w:color w:val="555555"/>
          <w:sz w:val="20"/>
        </w:rPr>
        <w:t>[10]</w:t>
      </w:r>
    </w:p>
    <w:p>
      <w:r>
        <w:rPr>
          <w:rFonts w:ascii="Gentium Plus" w:hAnsi="Gentium Plus"/>
          <w:sz w:val="24"/>
        </w:rPr>
        <w:t>φαλῆς ὀστοῦν ὑπὸ τῆς φύσεως ἐγεγόνεισαν, οὐδὲν ἂν μέγα τῶν φαρμάκων οὐδὲν ἤνυσεν ἔξωθεν ἐπιτιθέμενον. ἐπεὶ δὲ καὶ αἱ ῥαφαὶ, καὶ μάλιστα ἡ στεφανιαία, παρίησιν ἔσω ῥᾳδίως οὐ τὰς ποιότητας μόνας τῶν ἐπιτιθεμένων φαρμάκων, ἀλλὰ καὶ τὰς οὐσίας, ὅταν γε ᾖ λεπτομερὴς, εἰκότως πολλὰ τῶν</w:t>
      </w:r>
    </w:p>
    <w:p>
      <w:r>
        <w:rPr>
          <w:rFonts w:ascii="Courier New" w:hAnsi="Courier New"/>
          <w:color w:val="555555"/>
          <w:sz w:val="20"/>
        </w:rPr>
        <w:t>[15]</w:t>
      </w:r>
    </w:p>
    <w:p>
      <w:r>
        <w:rPr>
          <w:rFonts w:ascii="Gentium Plus" w:hAnsi="Gentium Plus"/>
          <w:sz w:val="24"/>
        </w:rPr>
        <w:t>κατὰ τὸν ἐγκέφαλον ὠφελεῖται παθῶν ὑπὸ τῆς τῶν ἔξωθεν ἐπιτιθεμένων φαρμάκων δυνάμεως. ἐγὼ γοῦν ἀπ’ ἐμαυ‐ τοῦ πειραθεὶς οἶδα, καταντληθέντος ῥοδίνῳ ψυχρῷ, ταχί‐</w:t>
      </w:r>
    </w:p>
    <w:p>
      <w:r>
        <w:rPr>
          <w:rFonts w:ascii="Courier New" w:hAnsi="Courier New"/>
          <w:color w:val="555555"/>
          <w:sz w:val="20"/>
        </w:rPr>
        <w:t>[10 . 934]</w:t>
      </w:r>
    </w:p>
    <w:p>
      <w:r>
        <w:rPr>
          <w:rFonts w:ascii="Gentium Plus" w:hAnsi="Gentium Plus"/>
          <w:sz w:val="24"/>
        </w:rPr>
        <w:t>κατὰ τὸ βρέγμα τόπῳ. καὶ μέντοι καὶ διαφορὰ παμπόλλη τοῖς ἀνθρώποις ὁρᾶται πρὸς ἀλλήλους ἐναργῶς ἐπὶ τῆς ῥαφῆς τῆσδε καὶ πρὸ τῆς ἀνατομῆς. ἐθεασάμεθα γοῦν τινων ἐξυρημένων ἔτι ἐν τῷ μασσᾶσθαι σαφεστάτην κίνησιν τῆς</w:t>
      </w:r>
    </w:p>
    <w:p>
      <w:r>
        <w:rPr>
          <w:rFonts w:ascii="Courier New" w:hAnsi="Courier New"/>
          <w:color w:val="555555"/>
          <w:sz w:val="20"/>
        </w:rPr>
        <w:t>[5]</w:t>
      </w:r>
    </w:p>
    <w:p>
      <w:r>
        <w:rPr>
          <w:rFonts w:ascii="Gentium Plus" w:hAnsi="Gentium Plus"/>
          <w:sz w:val="24"/>
        </w:rPr>
        <w:t>συναρθρώσεως τῶν κατὰ τὴν στεφανιαίαν ῥαφὴν ὀστῶν, ὡς εἶναι πρόδηλον ὅτι χαλαρὰ τοῖς ἀνθρώποις ἐκείνοις ἡ σύνθεσις ἦν τῶν ὀστῶν τῆς κεφαλῆς. εἰκότως οὖν κατὰ τοῦτο μάλιστα τὸ χωρίον ἐπιφέρουσιν ἅπαντες ἰατροὶ τὰς ἐπιβροχὰς τῇ κεφαλῇ, κατὰ διαδοχὴν μὲν ἀπὸ τῶν πρώτως εὑρόντων ἐπὶ</w:t>
      </w:r>
    </w:p>
    <w:p>
      <w:r>
        <w:rPr>
          <w:rFonts w:ascii="Courier New" w:hAnsi="Courier New"/>
          <w:color w:val="555555"/>
          <w:sz w:val="20"/>
        </w:rPr>
        <w:t>[10]</w:t>
      </w:r>
    </w:p>
    <w:p>
      <w:r>
        <w:rPr>
          <w:rFonts w:ascii="Gentium Plus" w:hAnsi="Gentium Plus"/>
          <w:sz w:val="24"/>
        </w:rPr>
        <w:t>τοὔργον ἐρχόμενοι, θεώμενοι δὲ καὶ αὐτοὶ, ὅσοι γε προσέ‐ χουσι τὸν νοῦν οὐκ ἀργῶς τοῖς γινομένοις, ὅπως μὲν ἡ ῥαφὴ φαίνηται κινουμένη σαφῶς, ὅπως δ’ αἰσθάνωνται κατὰ τοῦτο τὸ μέρος οἱ ἄνθρωποι, τάχιστα θερμαινόμενοί τε καὶ ψυχό‐ μενοι διὰ τῶν ἔξωθεν αὐτοῖς ὁμιλούντων· πρὸς γὰρ αὖ τοῖς</w:t>
      </w:r>
    </w:p>
    <w:p>
      <w:r>
        <w:rPr>
          <w:rFonts w:ascii="Courier New" w:hAnsi="Courier New"/>
          <w:color w:val="555555"/>
          <w:sz w:val="20"/>
        </w:rPr>
        <w:t>[15]</w:t>
      </w:r>
    </w:p>
    <w:p>
      <w:r>
        <w:rPr>
          <w:rFonts w:ascii="Gentium Plus" w:hAnsi="Gentium Plus"/>
          <w:sz w:val="24"/>
        </w:rPr>
        <w:t>ἄλλοις καὶ λεπτότατόν ἐστιν ἐν τούτῳ τῷ μέρει τὸ κρανίον καὶ ἀραιότατον. ὅταν οὖν τινος εἴσω διικνεῖσθαι φαρμάκου τὴν δύναμιν ἰσχυρῶς ἐθελήσῃς, κατὰ τοῦτο μάλιστα τὸ</w:t>
      </w:r>
    </w:p>
    <w:p>
      <w:r>
        <w:rPr>
          <w:rFonts w:ascii="Courier New" w:hAnsi="Courier New"/>
          <w:color w:val="555555"/>
          <w:sz w:val="20"/>
        </w:rPr>
        <w:t>[10 . 935]</w:t>
      </w:r>
    </w:p>
    <w:p>
      <w:r>
        <w:rPr>
          <w:rFonts w:ascii="Gentium Plus" w:hAnsi="Gentium Plus"/>
          <w:sz w:val="24"/>
        </w:rPr>
        <w:t>τειν, ἀποκείραντα τῶν τριχῶν ἢ ξυρῶντα τελέως· εἰ δ’ ὑγρὸν εἴη τὸ προσφερόμενον, ἐξ ὑψηλοτέρου βάλλοντα καὶ οἷον κα‐ τακρουνίζοντα· διικνεῖται γὰρ εἴσω μᾶλλον ὑπὸ τῆς βολῆς ὠθούμενον. ὥσπερ δ’ ἐνταῦθα τὸ σφοδρότερον τῆς βολῆς</w:t>
      </w:r>
    </w:p>
    <w:p>
      <w:r>
        <w:rPr>
          <w:rFonts w:ascii="Courier New" w:hAnsi="Courier New"/>
          <w:color w:val="555555"/>
          <w:sz w:val="20"/>
        </w:rPr>
        <w:t>[5]</w:t>
      </w:r>
    </w:p>
    <w:p>
      <w:r>
        <w:rPr>
          <w:rFonts w:ascii="Gentium Plus" w:hAnsi="Gentium Plus"/>
          <w:sz w:val="24"/>
        </w:rPr>
        <w:t>συμφέρον ἐστὶν, οὕτως ἐπ’ ὀφθαλμῶν ἀλυσιτελές· ἐν κεφαλῇ μὲν γὰρ ὀστοῦν ἐστὶ τὸ πληττόμενον, ἐπὶ ὀφθαλμοῦ δὲ ὑμενώδη τινὰ καὶ ἀσθενῆ σώματα. καὶ κατὰ μὲν τὴν κεφα‐ λὴν ἕτερον μέν ἐστι τὸ πληττόμενον, ἄλλο δὲ τὸ θεραπευόμε‐ νον, ὃ τῆς μὲν πληγῆς οὐκ αἰσθάνεται, τῆς δὲ διὰ τὴν βολὴν</w:t>
      </w:r>
    </w:p>
    <w:p>
      <w:r>
        <w:rPr>
          <w:rFonts w:ascii="Courier New" w:hAnsi="Courier New"/>
          <w:color w:val="555555"/>
          <w:sz w:val="20"/>
        </w:rPr>
        <w:t>[10]</w:t>
      </w:r>
    </w:p>
    <w:p>
      <w:r>
        <w:rPr>
          <w:rFonts w:ascii="Gentium Plus" w:hAnsi="Gentium Plus"/>
          <w:sz w:val="24"/>
        </w:rPr>
        <w:t>ἀφικνουμένης εἰς αὐτὸ δυνάμεως ἀπολαύσει· κατὰ δὲ τὸν ὀφ‐ θαλμὸν οὐκ ἄλλο μέν τι τὸ πληττόμενον, ἄλλο δὲ τὸ θερα‐ πευόμενόν ἐστιν· ἀλλ’ ὅπερ χρὴ θεραπευθῆναι, τοῦτο καὶ πλήττεται σφοδρῶς. ἔτι τε πρὸς τούτοις τὸ μὲν ὀστοῦν τῆς κεφαλῆς ἀναίσθητόν ἐστιν, αἰσθητικώτερον δὲ μόριον ὁ ὀφ‐</w:t>
      </w:r>
    </w:p>
    <w:p>
      <w:r>
        <w:rPr>
          <w:rFonts w:ascii="Courier New" w:hAnsi="Courier New"/>
          <w:color w:val="555555"/>
          <w:sz w:val="20"/>
        </w:rPr>
        <w:t>[15]</w:t>
      </w:r>
    </w:p>
    <w:p>
      <w:r>
        <w:rPr>
          <w:rFonts w:ascii="Gentium Plus" w:hAnsi="Gentium Plus"/>
          <w:sz w:val="24"/>
        </w:rPr>
        <w:t>θαλμός. ἐγχεῖν οὖν αὐτῷ τὰ φάρμακα, πρῶτον μὲν ἐπαίρον‐ τας τὸ ἄνω βλέφαρον, ὡς ὅτι μαλακώτατα, δεύτερον δὲ μὴ καταράσσοντας, καθάπερ ἐπὶ τῆς κεφαλῆς. ἐξευρίσκειν δὲ καὶ</w:t>
      </w:r>
    </w:p>
    <w:p>
      <w:r>
        <w:rPr>
          <w:rFonts w:ascii="Courier New" w:hAnsi="Courier New"/>
          <w:color w:val="555555"/>
          <w:sz w:val="20"/>
        </w:rPr>
        <w:t>[10 . 936]</w:t>
      </w:r>
    </w:p>
    <w:p>
      <w:r>
        <w:rPr>
          <w:rFonts w:ascii="Gentium Plus" w:hAnsi="Gentium Plus"/>
          <w:sz w:val="24"/>
        </w:rPr>
        <w:t>τάτης. καί μοι δοκοῦσιν οἱ παλαιοὶ μετὰ πολλῆς περισκέψεως ἐπὶ τὸ τῶν ὠῶν ὑγρὸν ἀφικέσθαι, τό τε ἀδηκτότατον αὐτοῦ καὶ τὸ γλίσχρον ἑλόμενοι. διὰ μὲν γὰρ τοῦ μηδ’ ὅλως δάκνειν ὁ προειρημένος αὐτοῖς ἐπληροῦτο σκοπός· διὰ δὲ τοῦ γλίσ‐</w:t>
      </w:r>
    </w:p>
    <w:p>
      <w:r>
        <w:rPr>
          <w:rFonts w:ascii="Courier New" w:hAnsi="Courier New"/>
          <w:color w:val="555555"/>
          <w:sz w:val="20"/>
        </w:rPr>
        <w:t>[5]</w:t>
      </w:r>
    </w:p>
    <w:p>
      <w:r>
        <w:rPr>
          <w:rFonts w:ascii="Gentium Plus" w:hAnsi="Gentium Plus"/>
          <w:sz w:val="24"/>
        </w:rPr>
        <w:t>χρου συντέλειά τις εἰς ἀνωδυνίαν ἐγίγνετο· λεαίνειν γὰρ πέφυκε τὰ τοιαῦτα τῶν ὑγρῶν ἁπάσας τὰς τραχύτητας, ὅσαι διὰ ῥεῦμα γίγνονται δριμύ. καὶ προσέτι μονιμώτερα τῶν ὑδα‐ τωδῶν τε καὶ λεπτῶν ὑγρῶν ἐστι τὰ παχέα μετρίως καὶ γλίσχρα. ὅτι μὲν οὖν τὸ χωρὶς τοῦ δάκνειν γλίσχρον, ὅταν</w:t>
      </w:r>
    </w:p>
    <w:p>
      <w:r>
        <w:rPr>
          <w:rFonts w:ascii="Courier New" w:hAnsi="Courier New"/>
          <w:color w:val="555555"/>
          <w:sz w:val="20"/>
        </w:rPr>
        <w:t>[10]</w:t>
      </w:r>
    </w:p>
    <w:p>
      <w:r>
        <w:rPr>
          <w:rFonts w:ascii="Gentium Plus" w:hAnsi="Gentium Plus"/>
          <w:sz w:val="24"/>
        </w:rPr>
        <w:t>καὶ μετρίως ᾖ θερμὸν, ἀνωδυνώτατόν ἐστιν, ἔμαθες δή που κᾀπὶ τῶν κατὰ τὴν γαστέρα δακνωδῶν διαχωρημάτων, ἐφ’ ὧν ἐνιέμενον στέαρ εὐθέως πραΰνει τὴν ὀδύνην. ὅτι δὲ καὶ διαμένειν ἄμεινόν ἐστι τὸ τοιοῦτον ὑγρὸν ἐν τῷ πεπονθότι μορίῳ πρόδηλον. ἐπὶ μὲν γὰρ τῶν κατὰ τὴν γαστέρα τὸ</w:t>
      </w:r>
    </w:p>
    <w:p>
      <w:r>
        <w:rPr>
          <w:rFonts w:ascii="Courier New" w:hAnsi="Courier New"/>
          <w:color w:val="555555"/>
          <w:sz w:val="20"/>
        </w:rPr>
        <w:t>[15]</w:t>
      </w:r>
    </w:p>
    <w:p>
      <w:r>
        <w:rPr>
          <w:rFonts w:ascii="Gentium Plus" w:hAnsi="Gentium Plus"/>
          <w:sz w:val="24"/>
        </w:rPr>
        <w:t>κλύζειν συνεχῶς ἀνιαρόν· ἐπὶ δὲ τῶν κατὰ τὸν ὀφθαλμὸν ἀνατείνειν τὸ βλέφαρον. ἥ γε μὴν εὐαισθησία τοῦ μορίου καὶ τὸ λεῖον αἱρεῖσθαι πάντως τὸ μέλλον ἐνίεσθαι καὶ μηδὲν ἐν</w:t>
      </w:r>
    </w:p>
    <w:p>
      <w:r>
        <w:rPr>
          <w:rFonts w:ascii="Courier New" w:hAnsi="Courier New"/>
          <w:color w:val="555555"/>
          <w:sz w:val="20"/>
        </w:rPr>
        <w:t>[10 . 937]</w:t>
      </w:r>
    </w:p>
    <w:p>
      <w:r>
        <w:rPr>
          <w:rFonts w:ascii="Gentium Plus" w:hAnsi="Gentium Plus"/>
          <w:sz w:val="24"/>
        </w:rPr>
        <w:t>ἐπενοήθη καλῶς ἥ τ’ ἐκ τῶν ὠῶν ὑγρότης καὶ τὸ λελειῶσθαι χρῆναι σφόδρᾳ ἀκριβῶς, ὅσα γε τῶν γεωδῶν σωμάτων ἀνα‐ μίγνυται τοῖς ὀφθαλμικοῖς φαρμάκοις. ὅταν γε μὴν ὀδύναι γίγνωνται σφοδραὶ κατ’ αὐτοὺς, ἀναμνησθεὶς ὅσα</w:t>
      </w:r>
    </w:p>
    <w:p>
      <w:r>
        <w:rPr>
          <w:rFonts w:ascii="Courier New" w:hAnsi="Courier New"/>
          <w:color w:val="555555"/>
          <w:sz w:val="20"/>
        </w:rPr>
        <w:t>[5]</w:t>
      </w:r>
    </w:p>
    <w:p>
      <w:r>
        <w:rPr>
          <w:rFonts w:ascii="Gentium Plus" w:hAnsi="Gentium Plus"/>
          <w:sz w:val="24"/>
        </w:rPr>
        <w:t>περὶ γενέσεως ἁπασῶν ὀδυνῶν ἔμαθες, ἐπισκέπτου κατὰ τίνα διάθεσιν ἐξ αὐτῶν ὀδυνᾶσθαι συμβαίνει τὸν ὀφθαλμὸν ἐν ταῖς φλεγμοναῖς, ὑπὲρ ὧν νῦν ὁ λόγος ἐστίν. ἤτοι γὰρ ἐπὶ τὸ δάκνεσθαι σφοδρῶς ἐκ τῆς τῶν ἐπιῤῥεόντων δριμύτητος, ἢ διὰ τὸ τείνεσθαι πεπληρωμένους τοὺς χιτῶνας αὐτῶν, ἢ δι’</w:t>
      </w:r>
    </w:p>
    <w:p>
      <w:r>
        <w:rPr>
          <w:rFonts w:ascii="Courier New" w:hAnsi="Courier New"/>
          <w:color w:val="555555"/>
          <w:sz w:val="20"/>
        </w:rPr>
        <w:t>[10]</w:t>
      </w:r>
    </w:p>
    <w:p>
      <w:r>
        <w:rPr>
          <w:rFonts w:ascii="Gentium Plus" w:hAnsi="Gentium Plus"/>
          <w:sz w:val="24"/>
        </w:rPr>
        <w:t>ἔντασίν τινα παχέων ὑγρῶν ἢ πνευμάτων φυσωδῶν, ὀδύναι γίνονται σφοδραὶ κατ’ αὐτούς. τὰς μὲν οὖν δήξεις διά τε τῶν καθαιρόντων φαρμάκων ἀντισπῶντας κάτω καὶ κενοῦν‐ τας θεραπεύειν προσήκει καὶ αὐτῷ τῷ μορίῳ τοῦ ὠοῦ τὸ ὑγρὸν ἐγχέοντας, ὅπως ἀλύπως ἐκκλύζηται σὺν αὐτῷ τὸ</w:t>
      </w:r>
    </w:p>
    <w:p>
      <w:r>
        <w:rPr>
          <w:rFonts w:ascii="Courier New" w:hAnsi="Courier New"/>
          <w:color w:val="555555"/>
          <w:sz w:val="20"/>
        </w:rPr>
        <w:t>[15]</w:t>
      </w:r>
    </w:p>
    <w:p>
      <w:r>
        <w:rPr>
          <w:rFonts w:ascii="Gentium Plus" w:hAnsi="Gentium Plus"/>
          <w:sz w:val="24"/>
        </w:rPr>
        <w:t>δριμὺ ῥεῦμα. προπεπεμμένης δὲ τῆς φλεγμονῆς ἤδη καὶ κενοῦ τοῦ σώματος ὄντος, ἐπιτηδειότατα τούτοις ἐστὶ λουτρά· καὶ γὰρ ἀνώδυνοι παραχρῆμα γίνονται καὶ παύεται τὸ ἐπιῤῥέον ὑγρὸν τοῖς ὀφθαλμοῖς, ἐκκριθέντος μὲν τοῦ πλείστου δι’ ὅλου</w:t>
      </w:r>
    </w:p>
    <w:p>
      <w:r>
        <w:rPr>
          <w:rFonts w:ascii="Courier New" w:hAnsi="Courier New"/>
          <w:color w:val="555555"/>
          <w:sz w:val="20"/>
        </w:rPr>
        <w:t>[10 . 938]</w:t>
      </w:r>
    </w:p>
    <w:p>
      <w:r>
        <w:rPr>
          <w:rFonts w:ascii="Gentium Plus" w:hAnsi="Gentium Plus"/>
          <w:sz w:val="24"/>
        </w:rPr>
        <w:t>ποῦ. τὰς δ’ ἐπὶ τῇ πληρώσει τάσεις διά τε κενώσεως αἵμα‐ τος καὶ γαστρὸς ὑπαγωγῆς καὶ τρίψεως τῶν κάτω μορίων ἰάσασθαι προσήκει· εἰ δ’ ἀναγκαζοίμεθά ποτε, καὶ δεσμοῖς τῶν κώλων, ἔπειτα πυριάσεσιν αὐτοῦ τοῦ φλεγμαίνοντος</w:t>
      </w:r>
    </w:p>
    <w:p>
      <w:r>
        <w:rPr>
          <w:rFonts w:ascii="Courier New" w:hAnsi="Courier New"/>
          <w:color w:val="555555"/>
          <w:sz w:val="20"/>
        </w:rPr>
        <w:t>[5]</w:t>
      </w:r>
    </w:p>
    <w:p>
      <w:r>
        <w:rPr>
          <w:rFonts w:ascii="Gentium Plus" w:hAnsi="Gentium Plus"/>
          <w:sz w:val="24"/>
        </w:rPr>
        <w:t>μορίου, δι’ ὕδατος ποτίμου θερμοῦ συμμέτρως· τὰς δ’ ἐντά‐ σεις προκενώσαντα κᾀπὶ τούτων τὸ πᾶν σῶμα καὶ μέντοι καὶ ἀντισπάσαντα κάτω τὴν ῥοπὴν τῶν χυμῶν. ἑξῆς αὐτοῖς τοῖς τοπικοῖς ὀνομαζομένοις βοηθήμασι θεραπεύειν, οὐ τοῖς ἀπο‐ κρουομένοις καὶ ἀναστέλλουσι φαρμάκοις χρώμενον, ἀλλὰ</w:t>
      </w:r>
    </w:p>
    <w:p>
      <w:r>
        <w:rPr>
          <w:rFonts w:ascii="Courier New" w:hAnsi="Courier New"/>
          <w:color w:val="555555"/>
          <w:sz w:val="20"/>
        </w:rPr>
        <w:t>[10]</w:t>
      </w:r>
    </w:p>
    <w:p>
      <w:r>
        <w:rPr>
          <w:rFonts w:ascii="Gentium Plus" w:hAnsi="Gentium Plus"/>
          <w:sz w:val="24"/>
        </w:rPr>
        <w:t>τοῖς διαφοροῦσι. πυριατέον οὖν αὐτοὺς, ὡς ἀρτίως εἴρηται, καὶ τὸ τῆς τήλεως ἐγχυτέον ἀφέψημα, προπλύναντας ἐπιμε‐ λῶς τὴν τῆλιν, ὅπως μηδὲν αὐτῇ προσιζηκὸς ἤτοι κόνεως ἢ ψάμμου λάθῃ. διαφορητικὸν γὰρ ἀλύπως ἐστὶ τὸ φάρμακον τοῦτο, πάντων μάλιστα τῶν ὀφθαλμοῖς προσφερομένων.</w:t>
      </w:r>
    </w:p>
    <w:p>
      <w:r>
        <w:rPr>
          <w:rFonts w:ascii="Courier New" w:hAnsi="Courier New"/>
          <w:color w:val="555555"/>
          <w:sz w:val="20"/>
        </w:rPr>
        <w:t>[15]</w:t>
      </w:r>
    </w:p>
    <w:p>
      <w:r>
        <w:rPr>
          <w:rFonts w:ascii="Gentium Plus" w:hAnsi="Gentium Plus"/>
          <w:sz w:val="24"/>
        </w:rPr>
        <w:t>μεμνῆσθαι δὲ χρὴ τῶν κοινῶν παραγγελμάτων ἐπὶ πάντων τῶν κατὰ μέρος. ὧν ἓν καὶ τόδ’ ἐστὶν, ὡς τὰ διαφορητικὰ</w:t>
      </w:r>
    </w:p>
    <w:p>
      <w:r>
        <w:rPr>
          <w:rFonts w:ascii="Courier New" w:hAnsi="Courier New"/>
          <w:color w:val="555555"/>
          <w:sz w:val="20"/>
        </w:rPr>
        <w:t>[10 . 939]</w:t>
      </w:r>
    </w:p>
    <w:p>
      <w:r>
        <w:rPr>
          <w:rFonts w:ascii="Gentium Plus" w:hAnsi="Gentium Plus"/>
          <w:sz w:val="24"/>
        </w:rPr>
        <w:t>φερόμενα πληροῖ μᾶλλον ἢ κενοῖ. ταῦτά τε οὖν καὶ τὰ ἄλλα θεραπεύων νοσήματα καὶ τὰς φλεγμονὰς, ὑπὲρ ὧν νῦν ὁ λόγος ἐστὶ, μηδενὶ θαῤῥήσεις τῶν διαφορητικῶν ὀνομαζομέ‐ νων βοηθημάτων, πρὶν τῇ τοῦ σώματος ὅλου χρήσασθαι</w:t>
      </w:r>
    </w:p>
    <w:p>
      <w:r>
        <w:rPr>
          <w:rFonts w:ascii="Courier New" w:hAnsi="Courier New"/>
          <w:color w:val="555555"/>
          <w:sz w:val="20"/>
        </w:rPr>
        <w:t>[5]</w:t>
      </w:r>
    </w:p>
    <w:p>
      <w:r>
        <w:rPr>
          <w:rFonts w:ascii="Gentium Plus" w:hAnsi="Gentium Plus"/>
          <w:sz w:val="24"/>
        </w:rPr>
        <w:t>κενώσει. πρόσεχε δὲ κᾀκείνῳ τὸν νοῦν ἐπὶ πάντων παθῶν, οὐ μόνον φλεγμονῶν, ὡς ἐνίοτε τὸ μὲν ὅλον σῶμα μετρίως διάκειται κατά τε ποιότητα καὶ συμμετρίαν χυμῶν· ἓν δέ τι τῶν ὑπερκειμένων ἢ δύο τῷ κάμνοντι μορίῳ τὴν ἑαυτοῦ περιουσίαν ἐκπέμπει· καθάπερ ἀμέλει κᾀπὶ τῶν ὀφθαλμῶν</w:t>
      </w:r>
    </w:p>
    <w:p>
      <w:r>
        <w:rPr>
          <w:rFonts w:ascii="Courier New" w:hAnsi="Courier New"/>
          <w:color w:val="555555"/>
          <w:sz w:val="20"/>
        </w:rPr>
        <w:t>[10]</w:t>
      </w:r>
    </w:p>
    <w:p>
      <w:r>
        <w:rPr>
          <w:rFonts w:ascii="Gentium Plus" w:hAnsi="Gentium Plus"/>
          <w:sz w:val="24"/>
        </w:rPr>
        <w:t>οὐ σπανιάκις, ἀλλὰ καὶ πάνυ πολλάκις ἰδεῖν ἐστι γιγνόμενον, ἐπιπεμπούσης αὐτοῖς τῆς κεφαλῆς τὸ ῥεῦμα. πρόδηλον οὖν, οἶμαι, κᾀπὶ τούτων ἐστὶν ὡς χρὴ τὴν κεφαλὴν ἰάσασθαι προ‐ τέραν, εὑρόντα τὴν διάθεσιν αὐτῆς, ᾗ τῶν περιττωμάτων ἡ γένεσις ἕπεται. καὶ τά γε χρονίζοντα τῶν ὀφθαλμῶν ῥεύματα</w:t>
      </w:r>
    </w:p>
    <w:p>
      <w:r>
        <w:rPr>
          <w:rFonts w:ascii="Courier New" w:hAnsi="Courier New"/>
          <w:color w:val="555555"/>
          <w:sz w:val="20"/>
        </w:rPr>
        <w:t>[15]</w:t>
      </w:r>
    </w:p>
    <w:p>
      <w:r>
        <w:rPr>
          <w:rFonts w:ascii="Gentium Plus" w:hAnsi="Gentium Plus"/>
          <w:sz w:val="24"/>
        </w:rPr>
        <w:t>θεραπεύομεν ἀφιστάμενοι μὲν αὐτῶν τῶν ὀφθαλμῶν, ἐπὶ δὲ τὴν τῆς κεφαλῆς ἀφικνούμενοι πρόνοιαν· ἐκ μὲν τοῦ γένους τῶν δυσκρασιῶν οὖσαν, ἐνδεικνυμένην δὲ θεραπείαν ἐναν‐ τίαν ἑαυτῇ, καθὸ δέδεικται πρόσθεν. ὡς τὰ πολλὰ μὲν</w:t>
      </w:r>
    </w:p>
    <w:p>
      <w:r>
        <w:rPr>
          <w:rFonts w:ascii="Courier New" w:hAnsi="Courier New"/>
          <w:color w:val="555555"/>
          <w:sz w:val="20"/>
        </w:rPr>
        <w:t>[10 . 940]</w:t>
      </w:r>
    </w:p>
    <w:p>
      <w:r>
        <w:rPr>
          <w:rFonts w:ascii="Gentium Plus" w:hAnsi="Gentium Plus"/>
          <w:sz w:val="24"/>
        </w:rPr>
        <w:t>φαλὴν ἢ ὑγρά· καὶ δῆλον ὅτι καὶ ἀμφότεραι συνέρχονται. σπανιώτεραι δέ εἰσιν αἱ διὰ θερμότητα δριμὺ ῥεῦμα τοῖς ὀφθαλμοῖς ἐπιπέμπουσαι, καθ’ ἃς οὐ προσήκει τοῖς διὰ θα‐ ψίας καὶ τοῦ νάπυος χρῆσθαι φαρμάκοις, ἀλλὰ τοὐναντίον</w:t>
      </w:r>
    </w:p>
    <w:p>
      <w:r>
        <w:rPr>
          <w:rFonts w:ascii="Courier New" w:hAnsi="Courier New"/>
          <w:color w:val="555555"/>
          <w:sz w:val="20"/>
        </w:rPr>
        <w:t>[5]</w:t>
      </w:r>
    </w:p>
    <w:p>
      <w:r>
        <w:rPr>
          <w:rFonts w:ascii="Gentium Plus" w:hAnsi="Gentium Plus"/>
          <w:sz w:val="24"/>
        </w:rPr>
        <w:t>ἅπαν, ἐλαίῳ μὲν ὀμφακίνῳ τε καὶ Ἱσπανῷ καὶ ῥοδίνῳ, λουτροῖς δὲ ποτίμων ὑδάτων πλείοσιν. ἐνίοτε μὲν οὖν ὁ ἐγκέ‐ φαλος ἐπιπέμπει τὸ ῥεῦμα· καὶ χρὴ τούτου μὲν τὴν κρᾶσιν ἐπανορθοῦσθαι τοῖς ὅλης τῆς κεφαλῆς ἐπιθέμασιν. ἐνίοτε δὲ τῶν ἀγγείων ἐστὶ τὸ πάθος ἤτοι τῶν φλεβῶν ἢ τῶν ἀρτη‐</w:t>
      </w:r>
    </w:p>
    <w:p>
      <w:r>
        <w:rPr>
          <w:rFonts w:ascii="Courier New" w:hAnsi="Courier New"/>
          <w:color w:val="555555"/>
          <w:sz w:val="20"/>
        </w:rPr>
        <w:t>[10]</w:t>
      </w:r>
    </w:p>
    <w:p>
      <w:r>
        <w:rPr>
          <w:rFonts w:ascii="Gentium Plus" w:hAnsi="Gentium Plus"/>
          <w:sz w:val="24"/>
        </w:rPr>
        <w:t>ριῶν ἀτονωτέρων ὑπαρχουσῶν, ὡς δέχεσθαι τὴν τῶν ἄλλων ἀγγείων περιουσίαν. ἡνίκα ἐκτέμνοντές τι μέρος αὐτῶν ἢ καὶ διατέμνοντες ὅλα μέχρι πολλοῦ βάθους, διαλαμβάνομεν οὐλῇ σκληρᾷ τὰ μεταξὺ διορίζοντες μόρια τοῦ τμηθέντος, ὡς μηκέτ’ εἶναι συνεχῆ, μηδ’ ἐπιῤῥεῖν ἐκ τοῦ ἑτέρου πρὸς τὸ</w:t>
      </w:r>
    </w:p>
    <w:p>
      <w:r>
        <w:rPr>
          <w:rFonts w:ascii="Courier New" w:hAnsi="Courier New"/>
          <w:color w:val="555555"/>
          <w:sz w:val="20"/>
        </w:rPr>
        <w:t>[15]</w:t>
      </w:r>
    </w:p>
    <w:p>
      <w:r>
        <w:rPr>
          <w:rFonts w:ascii="Gentium Plus" w:hAnsi="Gentium Plus"/>
          <w:sz w:val="24"/>
        </w:rPr>
        <w:t>ἕτερον. ἀλλ’ ὅταν γε τῶν ἐν τῷ βάθει κειμένων ἀγγείων τῶν ἄνωθεν ἡκόντων ἅμα τοῖς νεύροις ἐπὶ τοὺς ὀφθαλμοὺς ἢ τὸ πάθημα, τούτων οὐδὲν οἷόν τ’ ἐστὶ πρᾶξαι· διὸ καὶ δυσίατα</w:t>
      </w:r>
    </w:p>
    <w:p>
      <w:r>
        <w:rPr>
          <w:rFonts w:ascii="Courier New" w:hAnsi="Courier New"/>
          <w:color w:val="555555"/>
          <w:sz w:val="20"/>
        </w:rPr>
        <w:t>[10 . 941]</w:t>
      </w:r>
    </w:p>
    <w:p>
      <w:r>
        <w:rPr>
          <w:rFonts w:ascii="Gentium Plus" w:hAnsi="Gentium Plus"/>
          <w:sz w:val="24"/>
        </w:rPr>
        <w:t>καὶ χωρὶς χειρουργίας ἔνεστι ῥῶσαι, φαρμάκοις καταχρίοντα τονωτικοῖς. ἐνίοτε δὲ καὶ θερμὸν αἷμα καὶ ἀτμῶν μεστὸν ἐπὶ τὴν κεφαλὴν ἀναφέρεται καὶ πληθύει μάλιστα κατὰ τὰς ἀρτηρίας. ἐφ’ οὗ χρησιμώτατον εὕρηται βοήθημα τοῖς</w:t>
      </w:r>
    </w:p>
    <w:p>
      <w:r>
        <w:rPr>
          <w:rFonts w:ascii="Courier New" w:hAnsi="Courier New"/>
          <w:color w:val="555555"/>
          <w:sz w:val="20"/>
        </w:rPr>
        <w:t>[5]</w:t>
      </w:r>
    </w:p>
    <w:p>
      <w:r>
        <w:rPr>
          <w:rFonts w:ascii="Gentium Plus" w:hAnsi="Gentium Plus"/>
          <w:sz w:val="24"/>
        </w:rPr>
        <w:t>ἰατροῖς ἡ ἀρτηριοτομία. χρὴ δὲ ξυροῦντα τὴν κεφαλὴν ἐπιμε‐ λῶς ἅπτεσθαι τῶν τ’ ὀπίσω καὶ καθ’ ἑκάτερον οὖς ἀρτηριῶν καὶ τῶν ἐν τῷ μετώπῳ τε καὶ τοὺς κροτάφους. ὅσοι δ’ αὐτῶν θερμότεραί σοι φαίνονται τῶν ἄλλων εἶναι καὶ μᾶλλον σφύ‐ ζειν, ἐκείνας τέμνειν· ὅσαι δὲ μικραί τέ εἰσι καὶ ὑπὸ τῷ δέρ‐</w:t>
      </w:r>
    </w:p>
    <w:p>
      <w:r>
        <w:rPr>
          <w:rFonts w:ascii="Courier New" w:hAnsi="Courier New"/>
          <w:color w:val="555555"/>
          <w:sz w:val="20"/>
        </w:rPr>
        <w:t>[10]</w:t>
      </w:r>
    </w:p>
    <w:p>
      <w:r>
        <w:rPr>
          <w:rFonts w:ascii="Gentium Plus" w:hAnsi="Gentium Plus"/>
          <w:sz w:val="24"/>
        </w:rPr>
        <w:t>ματι, κᾂν μέρος αὐτῶν ἐκτέμνῃς, ὥσπερ ἐν τοῖς σκέλεσιν ἐπὶ τῶν κιρσῶν εἰώθαμεν πράττειν, ἄμεινον ἐργάσῃ. καὶ τῶν καθ’ ἡμᾶς γέ τις ὀφθαλμικῶν οὐχ ὁ φαυλότατος ἐξέκοπτε τῶν ἐποχουμένων τοῖς κροταφίταις μυσὶν ἀρτηριῶν οὐκ ὀλι‐ γίστην μοῖραν. ὡς τὰ πολλὰ μὲν οὖν ἀνασπᾶται τῆς ἐκτμη‐</w:t>
      </w:r>
    </w:p>
    <w:p>
      <w:r>
        <w:rPr>
          <w:rFonts w:ascii="Courier New" w:hAnsi="Courier New"/>
          <w:color w:val="555555"/>
          <w:sz w:val="20"/>
        </w:rPr>
        <w:t>[15]</w:t>
      </w:r>
    </w:p>
    <w:p>
      <w:r>
        <w:rPr>
          <w:rFonts w:ascii="Gentium Plus" w:hAnsi="Gentium Plus"/>
          <w:sz w:val="24"/>
        </w:rPr>
        <w:t>θείσης ἀρτηρίας τὰ καταλειπόμενα μόρια πρὸς τὸ συνεχὲς ἀμφοτέρων, καὶ μᾶλλον γίνεται τοῦτο ἐπί τε τῶν μικρῶν</w:t>
      </w:r>
    </w:p>
    <w:p>
      <w:r>
        <w:rPr>
          <w:rFonts w:ascii="Courier New" w:hAnsi="Courier New"/>
          <w:color w:val="555555"/>
          <w:sz w:val="20"/>
        </w:rPr>
        <w:t>[10 . 942]</w:t>
      </w:r>
    </w:p>
    <w:p>
      <w:r>
        <w:rPr>
          <w:rFonts w:ascii="Gentium Plus" w:hAnsi="Gentium Plus"/>
          <w:sz w:val="24"/>
        </w:rPr>
        <w:t>σοι μέγα τὸ ἀγγεῖον ἢ μεγάλως σφύζοι, ἀσφαλέστερον αὐτῷ βρόχον περιβάλλοντα πρότερον, οὕτως ἐκκόπτειν τὸ μεταξύ. γιγνέσθωσαν δ’ οἱ τοιοῦτοι τῶν βρόχων ἐξ ὕλης δυσσήπτου· τοιαύτη δ’ ἐστὶν ἐν Ῥώμῃ μὲν ἡ τῶν Γαϊετανῶν ὀνομαζομέ‐</w:t>
      </w:r>
    </w:p>
    <w:p>
      <w:r>
        <w:rPr>
          <w:rFonts w:ascii="Courier New" w:hAnsi="Courier New"/>
          <w:color w:val="555555"/>
          <w:sz w:val="20"/>
        </w:rPr>
        <w:t>[5]</w:t>
      </w:r>
    </w:p>
    <w:p>
      <w:r>
        <w:rPr>
          <w:rFonts w:ascii="Gentium Plus" w:hAnsi="Gentium Plus"/>
          <w:sz w:val="24"/>
        </w:rPr>
        <w:t>νων, ἐκ μὲν τῆς τῶν Κελτῶν χώρας κομιζομένων, πιπρασκο‐ μένων δὲ μάλιστα κατὰ τὴν ἱερὰν ὁδὸν, ἥτις ἐκ τοῦ τῆς Ῥώμης ἱεροῦ κατάγει πρὸς τὰς ἀγοράς. τούτων μὲν οὖν ἐν Ῥώμῃ ῥᾷστον εὐπορῆσαι· καὶ γὰρ εὐωνότατα πιπράσκεται. κατ’ ἄλλην δὲ πόλιν ἰατρεύοντί σοι παρασκευάσθω τῶν νη‐</w:t>
      </w:r>
    </w:p>
    <w:p>
      <w:r>
        <w:rPr>
          <w:rFonts w:ascii="Courier New" w:hAnsi="Courier New"/>
          <w:color w:val="555555"/>
          <w:sz w:val="20"/>
        </w:rPr>
        <w:t>[10]</w:t>
      </w:r>
    </w:p>
    <w:p>
      <w:r>
        <w:rPr>
          <w:rFonts w:ascii="Gentium Plus" w:hAnsi="Gentium Plus"/>
          <w:sz w:val="24"/>
        </w:rPr>
        <w:t>μάτων τι τῶν σηρικῶν ὀνομαζομένων. ἔχουσι γὰρ αἱ πλού‐ σιαι γυναῖκες αὐτὰ πολλαχόθι τῆς ὑπὸ Ῥωμαίων ἀρχῆς, καὶ μάλιστα ἐν μεγάλαις πολέσιν, ἐν αἷς εἰσι πολλαὶ τῶν τοιού‐ των γυναικῶν. εἰ δὲ μὴ παρείη τοῦτο, τῶν κατ’ ἐκείνην τὴν χώραν ἐν ᾗπερ ἂν ὢν τυγχάνῃς ἐκλέγου τὴν ἀσηπτοτέραν</w:t>
      </w:r>
    </w:p>
    <w:p>
      <w:r>
        <w:rPr>
          <w:rFonts w:ascii="Courier New" w:hAnsi="Courier New"/>
          <w:color w:val="555555"/>
          <w:sz w:val="20"/>
        </w:rPr>
        <w:t>[15]</w:t>
      </w:r>
    </w:p>
    <w:p>
      <w:r>
        <w:rPr>
          <w:rFonts w:ascii="Gentium Plus" w:hAnsi="Gentium Plus"/>
          <w:sz w:val="24"/>
        </w:rPr>
        <w:t>ὕλην, οἵα πέρ ἐστιν ἡ τῶν ἰσχνῶν χορδῶν· αἱ μὲν γὰρ εὔση‐ πτοι ταχέως ἀποπίπτουσι τῶν ἀγγείων. ἡμεῖς δὲ βουλόμεθα περισαρκωθέντων αὐτῶν ἀποπίπτειν τὸν βρόχον. ἡ γὰρ</w:t>
      </w:r>
    </w:p>
    <w:p>
      <w:r>
        <w:rPr>
          <w:rFonts w:ascii="Courier New" w:hAnsi="Courier New"/>
          <w:color w:val="555555"/>
          <w:sz w:val="20"/>
        </w:rPr>
        <w:t>[10 . 943]</w:t>
      </w:r>
    </w:p>
    <w:p>
      <w:r>
        <w:rPr>
          <w:rFonts w:ascii="Gentium Plus" w:hAnsi="Gentium Plus"/>
          <w:sz w:val="24"/>
        </w:rPr>
        <w:t>ἐπίθεμα γίγνεται καὶ μύει τὸ στόμιον αὐτῶν. ἐπειδὰν δὲ φθάσῃ γενέσθαι, καιρὸς ἤδη τοῖς βρόχοις ἀκινδύνως ἀποῤ‐ ῥυῆναι. τὰς μέντοι φλέβας, ὅτ’ ἄν ποτε ἐκτέμνῃς τι μόριον αὐτῶν, οὐκ ἀναγκαῖον οὕτως ἀσήπτοις ὕλαις διαδεῖν, ἀλλ’</w:t>
      </w:r>
    </w:p>
    <w:p>
      <w:r>
        <w:rPr>
          <w:rFonts w:ascii="Courier New" w:hAnsi="Courier New"/>
          <w:color w:val="555555"/>
          <w:sz w:val="20"/>
        </w:rPr>
        <w:t>[5]</w:t>
      </w:r>
    </w:p>
    <w:p>
      <w:r>
        <w:rPr>
          <w:rFonts w:ascii="Gentium Plus" w:hAnsi="Gentium Plus"/>
          <w:sz w:val="24"/>
        </w:rPr>
        <w:t>ἀρκεῖ καὶ τῶν ἄλλων τις. ἐπὶ μὲν γὰρ τῶν ἀρτηριῶν ἡ διηνε‐ κὴς κίνησις ἀνοίγνυσι τὰ στόματα τῶν τετμημένων ἀγγείων· ἐπὶ δὲ τῶν φλεβῶν, ὅταν ἅπαξ μύσῃ καθ’ ὁντιναοῦν τρόπον ἤτοι πιληθέντα δι’ ἐπιδέσεως ἢ στυφθέντα διὰ φαρ‐ μάκων, ἐπιτρέπει τῇ πέριξ σαρκὶ περιφύεσθαι, καὶ μάλισθ’</w:t>
      </w:r>
    </w:p>
    <w:p>
      <w:r>
        <w:rPr>
          <w:rFonts w:ascii="Courier New" w:hAnsi="Courier New"/>
          <w:color w:val="555555"/>
          <w:sz w:val="20"/>
        </w:rPr>
        <w:t>[10]</w:t>
      </w:r>
    </w:p>
    <w:p>
      <w:r>
        <w:rPr>
          <w:rFonts w:ascii="Gentium Plus" w:hAnsi="Gentium Plus"/>
          <w:sz w:val="24"/>
        </w:rPr>
        <w:t>ὅταν ἀκίνητον ἔχῃ τὸ μέρος ὁ χειρουργηθεὶς ἄνθρωπος, ἔτι δὲ μᾶλλον, ἐὰν καὶ ἀνάῤῥοπον ἔχῃ ἐπὶ κενῷ τῷ σύμπαντι σώματι. καὶ γάρ τοι καὶ τοὺς κιρσοὺς οὕτω θεραπεύομεν. ὀνομάζεται δὲ κιρσὸς ἡ ἀνευρυσμένη φλέψ. ἀνευρύνεται δ’ ἐν ὄρχεσί τε καὶ σκέλεσι τοὐπίπαν. ἐπεὶ δὲ γραφομένων ἔτι</w:t>
      </w:r>
    </w:p>
    <w:p>
      <w:r>
        <w:rPr>
          <w:rFonts w:ascii="Courier New" w:hAnsi="Courier New"/>
          <w:color w:val="555555"/>
          <w:sz w:val="20"/>
        </w:rPr>
        <w:t>[15]</w:t>
      </w:r>
    </w:p>
    <w:p>
      <w:r>
        <w:rPr>
          <w:rFonts w:ascii="Gentium Plus" w:hAnsi="Gentium Plus"/>
          <w:sz w:val="24"/>
        </w:rPr>
        <w:t>τῶνδε τῶν ὑπομνημάτων ἠξίωσαν οὐκ ὀλίγοι τῶν ἑταίρων ἐπὶ τῇ τελευτῇ τῆς ὅλης πραγματείας ἁπάντων ἐφεξῆς με τῶν κατὰ χειρουργίαν μνημονεῦσαι, διὰ τοῦτο καὶ νῦν ὁ περὶ τῶν</w:t>
      </w:r>
    </w:p>
    <w:p>
      <w:r>
        <w:rPr>
          <w:rFonts w:ascii="Courier New" w:hAnsi="Courier New"/>
          <w:color w:val="555555"/>
          <w:sz w:val="20"/>
        </w:rPr>
        <w:t>[10 . 944]</w:t>
      </w:r>
    </w:p>
    <w:p>
      <w:r>
        <w:rPr>
          <w:rFonts w:ascii="Gentium Plus" w:hAnsi="Gentium Plus"/>
          <w:sz w:val="24"/>
        </w:rPr>
        <w:t>μέρος ἐν ὀφθαλμοῖς παθῶν εἰδικωτέρας θεραπείας δεομένων, οὐδ’ ὑπὲρ ἐκείνων ἔτι λέγειν ἐνταυθοῖ προσήκει. τῷ μὲν γὰρ ἐπιμελῶς ἀνεγνωκότι τὰ πρόσθεν εἰρημένα καὶ φύσει συνετῷ ῥᾷστόν ἐστι κατὰ τὴν ἀκολουθίαν ἐξευρίσκειν ἅπαντα· τοῖς</w:t>
      </w:r>
    </w:p>
    <w:p>
      <w:r>
        <w:rPr>
          <w:rFonts w:ascii="Courier New" w:hAnsi="Courier New"/>
          <w:color w:val="555555"/>
          <w:sz w:val="20"/>
        </w:rPr>
        <w:t>[5]</w:t>
      </w:r>
    </w:p>
    <w:p>
      <w:r>
        <w:rPr>
          <w:rFonts w:ascii="Gentium Plus" w:hAnsi="Gentium Plus"/>
          <w:sz w:val="24"/>
        </w:rPr>
        <w:t>δὲ μὴ τοιούτοις ἄμεινον ἰδίᾳ γράψαι θεραπευτικὴν πραγμα‐ τείαν ἁπάντων τῶν ἐν ὀφθαλμοῖς παθῶν, ἐπεὶ καὶ πολλοὶ</w:t>
      </w:r>
    </w:p>
    <w:p>
      <w:r>
        <w:rPr>
          <w:rFonts w:ascii="Courier New" w:hAnsi="Courier New"/>
          <w:color w:val="555555"/>
          <w:sz w:val="20"/>
        </w:rPr>
        <w:t>[10 . 945 (t1)]</w:t>
      </w:r>
    </w:p>
    <w:p>
      <w:pPr>
        <w:jc w:val="center"/>
      </w:pPr>
      <w:r>
        <w:rPr>
          <w:rFonts w:ascii="Gentium Plus" w:hAnsi="Gentium Plus"/>
          <w:b/>
          <w:sz w:val="24"/>
        </w:rPr>
        <w:t>ΓΑΛΗΝΟΥ ΘΕΡΑΠΕΥΤΙΚΗΣ ΜΕΘΟΔΟΥ</w:t>
      </w:r>
    </w:p>
    <w:p>
      <w:r>
        <w:rPr>
          <w:rFonts w:ascii="Courier New" w:hAnsi="Courier New"/>
          <w:color w:val="555555"/>
          <w:sz w:val="20"/>
        </w:rPr>
        <w:t>[t2]</w:t>
      </w:r>
    </w:p>
    <w:p>
      <w:r>
        <w:rPr>
          <w:rFonts w:ascii="Gentium Plus" w:hAnsi="Gentium Plus"/>
          <w:sz w:val="24"/>
        </w:rPr>
        <w:t>ΒΙΒΛΙΟΝ Ξ.</w:t>
      </w:r>
    </w:p>
    <w:p>
      <w:r>
        <w:rPr>
          <w:rFonts w:ascii="Courier New" w:hAnsi="Courier New"/>
          <w:color w:val="555555"/>
          <w:sz w:val="20"/>
        </w:rPr>
        <w:t>[1]</w:t>
      </w:r>
    </w:p>
    <w:p>
      <w:r>
        <w:rPr>
          <w:rFonts w:ascii="Gentium Plus" w:hAnsi="Gentium Plus"/>
          <w:sz w:val="24"/>
        </w:rPr>
        <w:t>Περὶ μὲν τῶν παρὰ φύσιν ὄγκων ὁπόσοι μέν εἰσι καὶ ὁποῖοι γέγραπται πρόσθεν ἰδίᾳ καθ’ ἓν βιβλίον. ὡς δ’ ἄν τις αὐτοὺς θεραπεύοι μεθόδῳ, τῆς προκειμένης πραγματείας ἴδιον ὂν, ἐν τῷ τρισκαιδεκάτῳ τῶνδε τῶν ὑπο‐</w:t>
      </w:r>
    </w:p>
    <w:p>
      <w:r>
        <w:rPr>
          <w:rFonts w:ascii="Courier New" w:hAnsi="Courier New"/>
          <w:color w:val="555555"/>
          <w:sz w:val="20"/>
        </w:rPr>
        <w:t>[5]</w:t>
      </w:r>
    </w:p>
    <w:p>
      <w:r>
        <w:rPr>
          <w:rFonts w:ascii="Gentium Plus" w:hAnsi="Gentium Plus"/>
          <w:sz w:val="24"/>
        </w:rPr>
        <w:t>μνημάτων ἠρξάμεθα λέγειν. ἐπεὶ δ’ ἐν τοῖς ἔμπροσθεν ὑπὲρ ἁπάντων πυρετῶν ὁ λόγος ἐγεγόνει, βέλτιον ἔδοξέ μοι περὶ πρώτης φλεγμονῆς διελθεῖν ὡς ἂν συνεχέστατά τε γινομένης καὶ πυρετοὺς ἐπιφερούσης πολλάκις. εἴρηται μὲν οὖν τι κᾀν</w:t>
      </w:r>
    </w:p>
    <w:p>
      <w:r>
        <w:rPr>
          <w:rFonts w:ascii="Courier New" w:hAnsi="Courier New"/>
          <w:color w:val="555555"/>
          <w:sz w:val="20"/>
        </w:rPr>
        <w:t>[10 . 946]</w:t>
      </w:r>
    </w:p>
    <w:p>
      <w:r>
        <w:rPr>
          <w:rFonts w:ascii="Gentium Plus" w:hAnsi="Gentium Plus"/>
          <w:sz w:val="24"/>
        </w:rPr>
        <w:t>ἄλλαις αὐτῶν αἰτίαις· ἀλλ’ ὁ τέλειός τε καὶ ἴδιος αὐτῆς λόγος ἐν τῷ πρὸ τούτου βιβλίῳ γέγραπται, τὴν μέθοδον τῆς θε‐ ραπείας ὁποία τίς ἐστὶ διερχομένων ἡμῶν, οὐ τὴν τῶν βοηθημάτων ὕλην, ὅ τι μὴ παραδείγματος ἕνεκεν, ὡς κᾀπὶ τῶν</w:t>
      </w:r>
    </w:p>
    <w:p>
      <w:r>
        <w:rPr>
          <w:rFonts w:ascii="Courier New" w:hAnsi="Courier New"/>
          <w:color w:val="555555"/>
          <w:sz w:val="20"/>
        </w:rPr>
        <w:t>[5]</w:t>
      </w:r>
    </w:p>
    <w:p>
      <w:r>
        <w:rPr>
          <w:rFonts w:ascii="Gentium Plus" w:hAnsi="Gentium Plus"/>
          <w:sz w:val="24"/>
        </w:rPr>
        <w:t>ἔμπροσθεν ἐποιήσαμεν. οὐ πόῤῥω δὲ τῆς φλεγμονῆς ἕτερον νόσημά ἐστιν ἐρυσίπελας ὀνομαζόμενον, ἐπὶ χολώδει χυμῷ συνιστάμενον, ὡς ἐδείχθη. βέλτιον δ’ ἴσως αὐτὸ μακροτέρῳ λόγῳ διορίσαι τῆς φλεγμονῆς. κοινὰ μὲν οὖν ἀμφοῖν ὅ τε παρὰ φύσιν ὄγκος ἐστὶ καὶ ἡ θερμασία, διαφέρει δὲ πρῶτα</w:t>
      </w:r>
    </w:p>
    <w:p>
      <w:r>
        <w:rPr>
          <w:rFonts w:ascii="Courier New" w:hAnsi="Courier New"/>
          <w:color w:val="555555"/>
          <w:sz w:val="20"/>
        </w:rPr>
        <w:t>[10]</w:t>
      </w:r>
    </w:p>
    <w:p>
      <w:r>
        <w:rPr>
          <w:rFonts w:ascii="Gentium Plus" w:hAnsi="Gentium Plus"/>
          <w:sz w:val="24"/>
        </w:rPr>
        <w:t>μὲν καὶ μάλιστα τῇ χροιᾷ. ἐρυθρᾶς μὲν γὰρ οὔσης αὐτῆς φλεγμονὴν τὸ πάθος ὀνομάζουσιν, ὠχρᾶς δ’ ἢ ξανθῆς ἢ ὥσπερ ἐξ ὠχροῦ καὶ ξανθοῦ χρώματος μικτῆς, ἐρυσίπελας. ἀτὰρ οὖν καὶ ὁ σφυγμὸς ἴδιον σύμπτωμά ἐστι τῆς μεγάλης φλεγμονῆς· καὶ γὰρ καὶ διὰ βάθους γίνεται μᾶλλον, ὥσπερ γε</w:t>
      </w:r>
    </w:p>
    <w:p>
      <w:r>
        <w:rPr>
          <w:rFonts w:ascii="Courier New" w:hAnsi="Courier New"/>
          <w:color w:val="555555"/>
          <w:sz w:val="20"/>
        </w:rPr>
        <w:t>[15]</w:t>
      </w:r>
    </w:p>
    <w:p>
      <w:r>
        <w:rPr>
          <w:rFonts w:ascii="Gentium Plus" w:hAnsi="Gentium Plus"/>
          <w:sz w:val="24"/>
        </w:rPr>
        <w:t>ἐρυσίπελας ἐν τῷ δέρματι μᾶλλον ἢ ἐν τῷ βάθει. λεπτὸς γὰρ κατὰ τὴν σύστασιν ὁ τῆς ὠχρᾶς χολῆς χυμὸς, ὥστε διαῤῥεῖ</w:t>
      </w:r>
    </w:p>
    <w:p>
      <w:r>
        <w:rPr>
          <w:rFonts w:ascii="Courier New" w:hAnsi="Courier New"/>
          <w:color w:val="555555"/>
          <w:sz w:val="20"/>
        </w:rPr>
        <w:t>[10 . 947]</w:t>
      </w:r>
    </w:p>
    <w:p>
      <w:r>
        <w:rPr>
          <w:rFonts w:ascii="Gentium Plus" w:hAnsi="Gentium Plus"/>
          <w:sz w:val="24"/>
        </w:rPr>
        <w:t>νος. ἡ δὲ τοῦ δέρματος πυκνότης οὐκέθ’ ὁμοίως εὔπορος τῇδε τῇ χολῇ, πλὴν εἰ πάνυ λεπτὴ καὶ ὑδατώδης εἴη, τοιαύτη γὰρ μάλιστα καὶ ἡ καθ’ ἑκάστην ἡμέραν ἐστὶ συναπερχομένη τοῖς ἱδρῶσι. καὶ πολλῶν ὄψει κατὰ τὰ βαλανεῖα ταῖς στλεγ‐</w:t>
      </w:r>
    </w:p>
    <w:p>
      <w:r>
        <w:rPr>
          <w:rFonts w:ascii="Courier New" w:hAnsi="Courier New"/>
          <w:color w:val="555555"/>
          <w:sz w:val="20"/>
        </w:rPr>
        <w:t>[5]</w:t>
      </w:r>
    </w:p>
    <w:p>
      <w:r>
        <w:rPr>
          <w:rFonts w:ascii="Gentium Plus" w:hAnsi="Gentium Plus"/>
          <w:sz w:val="24"/>
        </w:rPr>
        <w:t>γίσιν ἀποξεόντων τὸν ἱδρῶτα τοιοῦτον τὴν χρόαν, οἷόν περ καὶ τὸ οὖρόν ἐστι τοῖς ἐπὶ πλέον ἀσιτήσασιν. οἶσθα γὰρ ὡς χρονιζόντων ἡμῶν ἐν ταῖς ἀσιτίαις ὠχρότερον ἐξ ὑδατώδους γίγνεται τὸ οὖρον· ὕστερον δέ ποτε καὶ ξανθὸν, εἰ μὴ φθά‐ σειέ τις ἐπιτέγξαι τὸν αὐχμὸν τοῦ σώματος, ὑγραινούσῃ τε</w:t>
      </w:r>
    </w:p>
    <w:p>
      <w:r>
        <w:rPr>
          <w:rFonts w:ascii="Courier New" w:hAnsi="Courier New"/>
          <w:color w:val="555555"/>
          <w:sz w:val="20"/>
        </w:rPr>
        <w:t>[10]</w:t>
      </w:r>
    </w:p>
    <w:p>
      <w:r>
        <w:rPr>
          <w:rFonts w:ascii="Gentium Plus" w:hAnsi="Gentium Plus"/>
          <w:sz w:val="24"/>
        </w:rPr>
        <w:t>τροφῇ καὶ ποτῷ. κατὰ φύσιν μὲν οὖν διοικουμένου τοῦ σώ‐ ματος ὁ πικρόχολος χυμὸς ἀδήλως διαπνεῖται· παρὰ φύσιν δὲ κατ’ ἄλλα τε πάθη πλεονάζων φαίνεται, περὶ ὧν αὖθις εἰρήσεται, καὶ μέντοι κατὰ τουτὶ τὸ νῦν ἡμῖν προκείμενον, ὃ καλοῦσιν ἐρυσίπελας. ὅταν γὰρ ἤτοι πολὺ πλέον τοῦ κατὰ</w:t>
      </w:r>
    </w:p>
    <w:p>
      <w:r>
        <w:rPr>
          <w:rFonts w:ascii="Courier New" w:hAnsi="Courier New"/>
          <w:color w:val="555555"/>
          <w:sz w:val="20"/>
        </w:rPr>
        <w:t>[15]</w:t>
      </w:r>
    </w:p>
    <w:p>
      <w:r>
        <w:rPr>
          <w:rFonts w:ascii="Gentium Plus" w:hAnsi="Gentium Plus"/>
          <w:sz w:val="24"/>
        </w:rPr>
        <w:t>φύσιν ἢ παχύτερος γενόμενος ἀθρόως ἐνεχθῇ πρὸς τὸ δέρμα, διακαίει τε τοῦτο καὶ εἰς ὄγκον αἴρει. Κρεῖττον δ’ ἐστὶν, ὥσπερ ἀεὶ λέγομέν τε</w:t>
      </w:r>
    </w:p>
    <w:p>
      <w:r>
        <w:rPr>
          <w:rFonts w:ascii="Courier New" w:hAnsi="Courier New"/>
          <w:color w:val="555555"/>
          <w:sz w:val="20"/>
        </w:rPr>
        <w:t>[10 . 948]</w:t>
      </w:r>
    </w:p>
    <w:p>
      <w:r>
        <w:rPr>
          <w:rFonts w:ascii="Gentium Plus" w:hAnsi="Gentium Plus"/>
          <w:sz w:val="24"/>
        </w:rPr>
        <w:t>οὐ τῶν ὀνομάτων ἄρξασθαι, δευτέραν ἀμείνω τῆς πρό‐ σθεν ἀρχῆς τῷ λόγῳ τήνδε θεμένους. ὅταν αἵματος πολλοῦ κατασκήψαντος εἴς τι μόριον, ὡς μὴ στέγεσθαι πρὸς τῶν ἀγγείων τῶν κατ’ αὐτὸ, διεκπίπτῃ τι δροσοειδῶς ἐκ τῶν</w:t>
      </w:r>
    </w:p>
    <w:p>
      <w:r>
        <w:rPr>
          <w:rFonts w:ascii="Courier New" w:hAnsi="Courier New"/>
          <w:color w:val="555555"/>
          <w:sz w:val="20"/>
        </w:rPr>
        <w:t>[5]</w:t>
      </w:r>
    </w:p>
    <w:p>
      <w:r>
        <w:rPr>
          <w:rFonts w:ascii="Gentium Plus" w:hAnsi="Gentium Plus"/>
          <w:sz w:val="24"/>
        </w:rPr>
        <w:t>ἀγγείων εἰς τὰς τῶν μυῶν χώρας, ἃς ἔχουσι μεταξὺ τῶν συν‐ τιθέντων αὐτοὺς ὁμοιομερῶν σωμάτων, ὄγκος μὲν γίγνεται διὰ τὸ πλῆθος· ἕπεται δὲ αὐτῷ τάσις μὲν τοῦ δέρματος, ὀδύνη δ’ ἐν τῷ βάθει καὶ πόνος μετὰ σφυγμοῦ καὶ ἁπτομένοις ἀντι‐ τυπία τις, ἔρευθός τε καὶ θερμότης, ὡς ἂν καὶ τοῦ δέρματος</w:t>
      </w:r>
    </w:p>
    <w:p>
      <w:r>
        <w:rPr>
          <w:rFonts w:ascii="Courier New" w:hAnsi="Courier New"/>
          <w:color w:val="555555"/>
          <w:sz w:val="20"/>
        </w:rPr>
        <w:t>[10]</w:t>
      </w:r>
    </w:p>
    <w:p>
      <w:r>
        <w:rPr>
          <w:rFonts w:ascii="Gentium Plus" w:hAnsi="Gentium Plus"/>
          <w:sz w:val="24"/>
        </w:rPr>
        <w:t>ἀπολαύοντος ὧν πάσχουσιν αἱ ὑπ’ αὐτὸ σάρκες. ἀνάλογόν τε τοῖς νῦν εἰρημένοις καὶ περὶ τὰ σπλάγχνα γίνεται διάθεσις. ἔστι γὰρ δὴ κᾀν τούτοις ἰδία σὰρξ, ἣν ἔνιοι παρέγχυμα προσαγορεύουσιν, εἰς ἣν ἀτμοειδῶς ἐκ τῶν πεπληρωμένων ἀγγείων ἐκκρινόμενον τὸ αἷμα τὰ προειρημένα συμπτώματα</w:t>
      </w:r>
    </w:p>
    <w:p>
      <w:r>
        <w:rPr>
          <w:rFonts w:ascii="Courier New" w:hAnsi="Courier New"/>
          <w:color w:val="555555"/>
          <w:sz w:val="20"/>
        </w:rPr>
        <w:t>[15]</w:t>
      </w:r>
    </w:p>
    <w:p>
      <w:r>
        <w:rPr>
          <w:rFonts w:ascii="Gentium Plus" w:hAnsi="Gentium Plus"/>
          <w:sz w:val="24"/>
        </w:rPr>
        <w:t>ἐργάσεται. μία μὲν οὖν ἥδε διάθεσις αἱματώδους ἔκγονος ῥεύματος ἐν σαρκοειδέσι σώμασι μάλιστα γινομένη. δευτέρα δ’ ἑτέρα χολώδους περὶ τὸ δέρμα συνισταμένη μάλιστα τό</w:t>
      </w:r>
    </w:p>
    <w:p>
      <w:r>
        <w:rPr>
          <w:rFonts w:ascii="Courier New" w:hAnsi="Courier New"/>
          <w:color w:val="555555"/>
          <w:sz w:val="20"/>
        </w:rPr>
        <w:t>[10 . 949]</w:t>
      </w:r>
    </w:p>
    <w:p>
      <w:r>
        <w:rPr>
          <w:rFonts w:ascii="Gentium Plus" w:hAnsi="Gentium Plus"/>
          <w:sz w:val="24"/>
        </w:rPr>
        <w:t>καὶ τὸ καθ’ ἕκαστον τῶν ἐντὸς περιτεταμένων ὑμενῶδές τε καὶ λεπτόν. ὥσπερ οὖν ἡ προτέρα συνεπιλαμβάνει τι καὶ τοῦ δέρματος, οὕτω καὶ ἥδε τῆς ὑποκειμένης αὐτῷ σαρκός. εἰ δὲ καὶ παχύτερος ὁ χυμὸς εἴη καὶ δριμύτερος, ἀπο‐</w:t>
      </w:r>
    </w:p>
    <w:p>
      <w:r>
        <w:rPr>
          <w:rFonts w:ascii="Courier New" w:hAnsi="Courier New"/>
          <w:color w:val="555555"/>
          <w:sz w:val="20"/>
        </w:rPr>
        <w:t>[5]</w:t>
      </w:r>
    </w:p>
    <w:p>
      <w:r>
        <w:rPr>
          <w:rFonts w:ascii="Gentium Plus" w:hAnsi="Gentium Plus"/>
          <w:sz w:val="24"/>
        </w:rPr>
        <w:t>δέρει τὴν ἐπιδερμίδα καί ποτ’ ἐν τῷ χρόνῳ πρὸς τὸ βάθος ἐξικνεῖται τοῦ δέρματος ἡ ἕλκωσις. αὕτη μὲν οὖν ἡ διά‐ θεσις ἐρυσίπελας ὀνομαζέσθω, διττὴν δὲ ἔχον, ὡς εἴρηται, διαφορὰν, ἤτοι χωρὶς ἑλκώσεως, ἢ σὺν ταύτῃ γιγνόμενον. ἡ προτέρα δὲ μονοειδής ἐστι καὶ καλείσθω φλεγμονή. ὅταν οὖν</w:t>
      </w:r>
    </w:p>
    <w:p>
      <w:r>
        <w:rPr>
          <w:rFonts w:ascii="Courier New" w:hAnsi="Courier New"/>
          <w:color w:val="555555"/>
          <w:sz w:val="20"/>
        </w:rPr>
        <w:t>[10]</w:t>
      </w:r>
    </w:p>
    <w:p>
      <w:r>
        <w:rPr>
          <w:rFonts w:ascii="Gentium Plus" w:hAnsi="Gentium Plus"/>
          <w:sz w:val="24"/>
        </w:rPr>
        <w:t>μήτε ἀκριβῶς ᾖ χολῶδες τὸ ῥεῦμα μήθ’ αἱματῶδες, ἀλλ’ ἐξ ἀμφοῖν μικτὸν, ἀπὸ μὲν τοῦ κρατοῦντος ἐν τῇ μίξει τοὔνομα αὐτῷ τιθέσθω, κατηγορείσθω δὲ τοῦτο τὸ κρα‐ τούμενον, ὡς ἤτοι φλεγμονὴν ἐρυσιπελατώδη καλεῖν ἡμᾶς ἢ ἐρυσίπελας φλεγμονῶδες. εἰ δὲ μηδέτερον ἐπικρατοίη,</w:t>
      </w:r>
    </w:p>
    <w:p>
      <w:r>
        <w:rPr>
          <w:rFonts w:ascii="Courier New" w:hAnsi="Courier New"/>
          <w:color w:val="555555"/>
          <w:sz w:val="20"/>
        </w:rPr>
        <w:t>[15]</w:t>
      </w:r>
    </w:p>
    <w:p>
      <w:r>
        <w:rPr>
          <w:rFonts w:ascii="Gentium Plus" w:hAnsi="Gentium Plus"/>
          <w:sz w:val="24"/>
        </w:rPr>
        <w:t>μέσον ἐρυσιπέλατός τε καὶ φλεγμονῆς ὀνομαζέσθω τὸ πάθος. Ἡ δὲ τῆς θεραπείας μέθοδος ὡς ἐπὶ τῶν</w:t>
      </w:r>
    </w:p>
    <w:p>
      <w:r>
        <w:rPr>
          <w:rFonts w:ascii="Courier New" w:hAnsi="Courier New"/>
          <w:color w:val="555555"/>
          <w:sz w:val="20"/>
        </w:rPr>
        <w:t>[10 . 950]</w:t>
      </w:r>
    </w:p>
    <w:p>
      <w:r>
        <w:rPr>
          <w:rFonts w:ascii="Gentium Plus" w:hAnsi="Gentium Plus"/>
          <w:sz w:val="24"/>
        </w:rPr>
        <w:t>τῶν ἁπλῶν ποιησαμένοις. κοινὸς μὲν οὖν σκοπὸς ἅπασι τοῖς οὕτω παρὰ φύσιν ὄγκοις ἡ κένωσις. οὕτω δ’ εἶπον ἀνα‐ μιμνήσκων τοῦ πλήθους τῶν ἐργαζομένων αὐτοὺς χυμῶν. εἰ γάρ τις τούτους κενώσειε, τὴν κατὰ φύσιν ἕξιν ἀναλήψεται</w:t>
      </w:r>
    </w:p>
    <w:p>
      <w:r>
        <w:rPr>
          <w:rFonts w:ascii="Courier New" w:hAnsi="Courier New"/>
          <w:color w:val="555555"/>
          <w:sz w:val="20"/>
        </w:rPr>
        <w:t>[5]</w:t>
      </w:r>
    </w:p>
    <w:p>
      <w:r>
        <w:rPr>
          <w:rFonts w:ascii="Gentium Plus" w:hAnsi="Gentium Plus"/>
          <w:sz w:val="24"/>
        </w:rPr>
        <w:t>τὸ μόριον. ἀλλὰ καὶ ἡ κένωσις ὁμοίως ἅπασι διττὴ, μία μὲν οὖν ἀπωθουμένων ἡμῶν αὐτοὺς εἰς ἕτερα μόρια, δευτέρα δὲ διαφορούντων ἔξω κατὰ τὴν ἄδηλον αἰσθήσει διαπνοήν. ἐπεὶ δ’ οὐ τῷ ποσῷ μόνον ἀνιᾷ τὸ ἐρυσίπελας, ἀλλὰ καὶ τῷ ποιῷ, σφοδρὰν ἔχον τὴν φλόγωσιν, ἐμψύξεως δεήσεται περιττοτέρας</w:t>
      </w:r>
    </w:p>
    <w:p>
      <w:r>
        <w:rPr>
          <w:rFonts w:ascii="Courier New" w:hAnsi="Courier New"/>
          <w:color w:val="555555"/>
          <w:sz w:val="20"/>
        </w:rPr>
        <w:t>[10]</w:t>
      </w:r>
    </w:p>
    <w:p>
      <w:r>
        <w:rPr>
          <w:rFonts w:ascii="Gentium Plus" w:hAnsi="Gentium Plus"/>
          <w:sz w:val="24"/>
        </w:rPr>
        <w:t>ἢ κατὰ τὴν φλεγμονήν. οὐ μὴν ἀκίνδυνός γε ἡ τοιαύτη θερα‐ πεία τῷ παντὶ σώματι, διὰ τὸ φέρεσθαι τὴν χολὴν ἐνίοτε πρός τι τῶν ἐπικαίρων μορίων, ὅπου γε οὐδ’ ὅταν αἷμα ψύχηται πλεονάζον, ἀκίνδυνον ἐκ τῶν ἀκύρων μερῶν ἀπω‐ θεῖσθαι τὸ ῥεῦμα. καθάπερ οὖν ἐπ’ ἐκείνου μετὰ τῆς τοῦ</w:t>
      </w:r>
    </w:p>
    <w:p>
      <w:r>
        <w:rPr>
          <w:rFonts w:ascii="Courier New" w:hAnsi="Courier New"/>
          <w:color w:val="555555"/>
          <w:sz w:val="20"/>
        </w:rPr>
        <w:t>[15]</w:t>
      </w:r>
    </w:p>
    <w:p>
      <w:r>
        <w:rPr>
          <w:rFonts w:ascii="Gentium Plus" w:hAnsi="Gentium Plus"/>
          <w:sz w:val="24"/>
        </w:rPr>
        <w:t>παντὸς σώματος κενώσεως τοῖς ἀποκρουστικοῖς ὀνομαζομέ‐ νοις ἐχρώμεθα βοηθήμασιν, οὕτω καὶ νῦν πράξομεν· ἀντὶ μὲν φλεβοτομίας χολαγωγῷ φαρμάκῳ καθαίροντες, αὐτὸ δὲ</w:t>
      </w:r>
    </w:p>
    <w:p>
      <w:r>
        <w:rPr>
          <w:rFonts w:ascii="Courier New" w:hAnsi="Courier New"/>
          <w:color w:val="555555"/>
          <w:sz w:val="20"/>
        </w:rPr>
        <w:t>[10 . 951]</w:t>
      </w:r>
    </w:p>
    <w:p>
      <w:r>
        <w:rPr>
          <w:rFonts w:ascii="Gentium Plus" w:hAnsi="Gentium Plus"/>
          <w:sz w:val="24"/>
        </w:rPr>
        <w:t>τῆς χρόας μεταβολή. καὶ γὰρ τό γε ἀκριβὲς ἐρυσίπελας εὐθὺς ἅμα ταύτῃ παύεται, τὸ δ’ οὐκ ἀκριβὲς, ἀλλ’ ἤδη πως φλεγ‐ μονῶδες πελιδνὸν ἀποφαίνει τὸ δέρμα, ψυχόντων ἐπὶ πλέον. εἰ δὲ μηδ’ οὕτως τις παύοιτο, μελαίνεται, καὶ μάλιστα ἐπὶ</w:t>
      </w:r>
    </w:p>
    <w:p>
      <w:r>
        <w:rPr>
          <w:rFonts w:ascii="Courier New" w:hAnsi="Courier New"/>
          <w:color w:val="555555"/>
          <w:sz w:val="20"/>
        </w:rPr>
        <w:t>[5]</w:t>
      </w:r>
    </w:p>
    <w:p>
      <w:r>
        <w:rPr>
          <w:rFonts w:ascii="Gentium Plus" w:hAnsi="Gentium Plus"/>
          <w:sz w:val="24"/>
        </w:rPr>
        <w:t>τῶν πρεσβυτικῶν σωμάτων· ὥστ’ ἔνια τῶν οὕτω ψυχθέντων οὐδὲ τοῖς διαφορητικοῖς φαρμάκοις ἐκθεραπεύεται τελέως, ἀλλ’ ὑπολείπει τινὰ περὶ τὸ μόριον ὄγκον σκιῤῥώδη. μεταβαί‐ νειν οὖν ἄμεινον ἀπὸ τῶν ψυχόντων τε καὶ στυφόντων ἐπὶ τἀναντία καθ’ ὃν ἂν καιρὸν ἴδῃς ἠλλοιωμένον τὸ χρῶμα τοῦ</w:t>
      </w:r>
    </w:p>
    <w:p>
      <w:r>
        <w:rPr>
          <w:rFonts w:ascii="Courier New" w:hAnsi="Courier New"/>
          <w:color w:val="555555"/>
          <w:sz w:val="20"/>
        </w:rPr>
        <w:t>[10]</w:t>
      </w:r>
    </w:p>
    <w:p>
      <w:r>
        <w:rPr>
          <w:rFonts w:ascii="Gentium Plus" w:hAnsi="Gentium Plus"/>
          <w:sz w:val="24"/>
        </w:rPr>
        <w:t>πάσχοντος μορίου, πρὶν ἤτοι πελιδνὸν ἢ καὶ παντάπασι μέ‐ λαν γενέσθαι. λέλεκται δ’ ἐν ταῖς περὶ φαρμάκων πραγμα‐ τείαις ἡ τῶν ψυχόντων ὕλη, τὸ στρύχνον καὶ τὸ ἀείζωον, ἥ τ’ ἀνδράχνη καὶ ἡ κοτυληδὼν καὶ τὸ ψύλλιον, ὅ θ’ ὑοσκύαμος καὶ ἡ θριδακίνη καὶ ἡ σέρις, ὅ τε ἀπὸ τῶν τελμάτων φακὸς,</w:t>
      </w:r>
    </w:p>
    <w:p>
      <w:r>
        <w:rPr>
          <w:rFonts w:ascii="Courier New" w:hAnsi="Courier New"/>
          <w:color w:val="555555"/>
          <w:sz w:val="20"/>
        </w:rPr>
        <w:t>[15]</w:t>
      </w:r>
    </w:p>
    <w:p>
      <w:r>
        <w:rPr>
          <w:rFonts w:ascii="Gentium Plus" w:hAnsi="Gentium Plus"/>
          <w:sz w:val="24"/>
        </w:rPr>
        <w:t>αἵ τε δι’ ὕδατος πάνυ ψυχροῦ κηρωταὶ καὶ τἄλλα ὅσα τοιαῦ‐ τα. μεταπεσούσης δὲ τῆς φλογώσεως τοῦ πεπονθότος μορίου, καταπλάττειν αὐτὸ, πρὶν πελιδνὸν γενέσθαι δι’ ὠμῆς λύσεως,</w:t>
      </w:r>
    </w:p>
    <w:p>
      <w:r>
        <w:rPr>
          <w:rFonts w:ascii="Courier New" w:hAnsi="Courier New"/>
          <w:color w:val="555555"/>
          <w:sz w:val="20"/>
        </w:rPr>
        <w:t>[10 . 952]</w:t>
      </w:r>
    </w:p>
    <w:p>
      <w:r>
        <w:rPr>
          <w:rFonts w:ascii="Gentium Plus" w:hAnsi="Gentium Plus"/>
          <w:sz w:val="24"/>
        </w:rPr>
        <w:t>γενέσθαι φθάσειεν, ἀποσχάζοντα καταπλάττειν αἰονᾶν τε τὰ μὲν πλεῖστα δι’ ὕδατος θερμοῦ· καὶ θάλασσα δὲ καὶ ἅλμη ποτὲ συνοίσει. καὶ αὐτῷ δὲ τῷ καταπλάσματι μίγνυται τοιοῦτον ὕδωρ ἢ ὄξος ἢ ὀξάλμη. ἐν τούτῳ δὲ τῷ καιρῷ καὶ</w:t>
      </w:r>
    </w:p>
    <w:p>
      <w:r>
        <w:rPr>
          <w:rFonts w:ascii="Courier New" w:hAnsi="Courier New"/>
          <w:color w:val="555555"/>
          <w:sz w:val="20"/>
        </w:rPr>
        <w:t>[5]</w:t>
      </w:r>
    </w:p>
    <w:p>
      <w:r>
        <w:rPr>
          <w:rFonts w:ascii="Gentium Plus" w:hAnsi="Gentium Plus"/>
          <w:sz w:val="24"/>
        </w:rPr>
        <w:t>κοριανοῦ μετ’ ἀλφίτων ἔνιοι πειραθέντες ἔγραψαν ὡς ἀγα‐ θὸν εἴη φάρμακον ἐρυσιπελάτων. εἶτ’ αὖθις ἕτεροι κατ’ ἀρχὰς χρησάμενοι μεγάλης βλάβης τῷ κάμνοντι κατέστησαν αἴτιοι. καὶ ἡ διὰ τοῦ ῥοδίνου δὲ κηρωτὴ λαμβάνουσα τῆς τιτάνου κατὰ τὸν αὐτὸν τρόπον ἐνίοις γέγραπται βοηθεῖν ἐρυσιπέλασι</w:t>
      </w:r>
    </w:p>
    <w:p>
      <w:r>
        <w:rPr>
          <w:rFonts w:ascii="Courier New" w:hAnsi="Courier New"/>
          <w:color w:val="555555"/>
          <w:sz w:val="20"/>
        </w:rPr>
        <w:t>[10]</w:t>
      </w:r>
    </w:p>
    <w:p>
      <w:r>
        <w:rPr>
          <w:rFonts w:ascii="Gentium Plus" w:hAnsi="Gentium Plus"/>
          <w:sz w:val="24"/>
        </w:rPr>
        <w:t>καὶ ἄλλα τινὰ τοιαῦτα τῶν θερμαινόντων ἱκανῶς, ὧν οὐδέν ἐστιν ἐρυσιπέλατος ἴαμα πρὶν μεταπεσὸν αὐτὸ παύσασθαι μὲν ὅπερ ἦν ἐξ ἀρχῆς, ἕτερον δ’ ἐναντίον ἐκείνῳ γενέσθαι. πῶς γὰρ οὐκ ἐναντίον ἔσται τὸ θερμῷ πάθει τὸ ψυχρὸν, ἢ τῷ ξανθῷ τὴν χρόαν ἢ ὠχρῷ τὸ πελιδνὸν ἢ μέλαν; ὥσπερ</w:t>
      </w:r>
    </w:p>
    <w:p>
      <w:r>
        <w:rPr>
          <w:rFonts w:ascii="Courier New" w:hAnsi="Courier New"/>
          <w:color w:val="555555"/>
          <w:sz w:val="20"/>
        </w:rPr>
        <w:t>[15]</w:t>
      </w:r>
    </w:p>
    <w:p>
      <w:r>
        <w:rPr>
          <w:rFonts w:ascii="Gentium Plus" w:hAnsi="Gentium Plus"/>
          <w:sz w:val="24"/>
        </w:rPr>
        <w:t>δὲ πολλάκις ἐπιμίγνυται φλεγμονῇ τὸ ἐρυσίπελας, οὕτως ἐνίοτε τῷ οἰδήματι· καὶ καλείσθω τηνικαῦνα τὸ μικτὸν ἐξ</w:t>
      </w:r>
    </w:p>
    <w:p>
      <w:r>
        <w:rPr>
          <w:rFonts w:ascii="Courier New" w:hAnsi="Courier New"/>
          <w:color w:val="555555"/>
          <w:sz w:val="20"/>
        </w:rPr>
        <w:t>[10 . 953]</w:t>
      </w:r>
    </w:p>
    <w:p>
      <w:r>
        <w:rPr>
          <w:rFonts w:ascii="Gentium Plus" w:hAnsi="Gentium Plus"/>
          <w:sz w:val="24"/>
        </w:rPr>
        <w:t>νον σκληρόν τε καὶ δύσλυτον γένηται, κληθήσεται σκιῤῥῶδες ἐρυσίπελας. καὶ τοίνυν καὶ ἡ θεραπεία καθάπερ ἐν ἅπασι τοῖς συνθέτοις, οὕτω κᾀπὶ τούτων σοι γιγνέσθω· καὶ μά‐ λιστα μὲν ἀνθισταμένῳ πρὸς τὸ κρατοῦν, οὐκ ἐπιλελησμένῳ</w:t>
      </w:r>
    </w:p>
    <w:p>
      <w:r>
        <w:rPr>
          <w:rFonts w:ascii="Courier New" w:hAnsi="Courier New"/>
          <w:color w:val="555555"/>
          <w:sz w:val="20"/>
        </w:rPr>
        <w:t>[5]</w:t>
      </w:r>
    </w:p>
    <w:p>
      <w:r>
        <w:rPr>
          <w:rFonts w:ascii="Gentium Plus" w:hAnsi="Gentium Plus"/>
          <w:sz w:val="24"/>
        </w:rPr>
        <w:t>δ’ οὐδὲ τῆς ἀπὸ τοῦ μιχθέντος ἐνδείξεως. Ὥσπερ γὰρ ἐπὶ χολώδει ῥεύματι τὸ ἐρυσί‐ πελας, οὕτως ἐπὶ φλέγματι τὸ οἴδημα γίγνεται χαῦνός τις ὄγκος ἀνώδυνος. ἴσμεν δὲ δήπου καὶ ἄλλως οἰδήματα γινόμενα περὶ τοὺς πόδας ἐν ὑδερικαῖς διαθέσεσι καὶ φθόαις καὶ καχε‐</w:t>
      </w:r>
    </w:p>
    <w:p>
      <w:r>
        <w:rPr>
          <w:rFonts w:ascii="Courier New" w:hAnsi="Courier New"/>
          <w:color w:val="555555"/>
          <w:sz w:val="20"/>
        </w:rPr>
        <w:t>[10]</w:t>
      </w:r>
    </w:p>
    <w:p>
      <w:r>
        <w:rPr>
          <w:rFonts w:ascii="Gentium Plus" w:hAnsi="Gentium Plus"/>
          <w:sz w:val="24"/>
        </w:rPr>
        <w:t>ξίαις ἑτέραις ἰσχυραῖς. ἐπ’ ἐκείνων μὲν οὖν σύμπτωμά ἐστι τὸ οἴδημα τοῦ κατέχοντος πλήθους τὸν ἄνθρωπον, οὐδὲ μιᾶς ἰδίας ἐξαιρέτου θεραπείας δεόμενον. ἀρκεῖ γὰρ, εἴπερ ἄρα, τηνικαῦτα ἀνατρίβειν τὰ σκέλη ποτὲ μὲν δι’ ὀξυροδίνου, ποτὲ δὲ δι’ ἐλαίου καὶ ἁλῶν, ἢ καὶ αὐτῷ τῷ ὀξυροδίνῳ τῶν</w:t>
      </w:r>
    </w:p>
    <w:p>
      <w:r>
        <w:rPr>
          <w:rFonts w:ascii="Courier New" w:hAnsi="Courier New"/>
          <w:color w:val="555555"/>
          <w:sz w:val="20"/>
        </w:rPr>
        <w:t>[15]</w:t>
      </w:r>
    </w:p>
    <w:p>
      <w:r>
        <w:rPr>
          <w:rFonts w:ascii="Gentium Plus" w:hAnsi="Gentium Plus"/>
          <w:sz w:val="24"/>
        </w:rPr>
        <w:t>ἁλῶν ἐπεμβάλλοντα. διὰ δὲ τὸν φλεγματώδη χυμὸν ἐπιῤ‐ ῥυέντα μορίῳ συνιστάντος οἰδήματος, ἱκανὸς ἐνίοτε καὶ σπόγ‐ γος μόνος ὕδατι βεβρεγμένος ὀλίγον ὄξους ἔχοντι. γενέσθω</w:t>
      </w:r>
    </w:p>
    <w:p>
      <w:r>
        <w:rPr>
          <w:rFonts w:ascii="Courier New" w:hAnsi="Courier New"/>
          <w:color w:val="555555"/>
          <w:sz w:val="20"/>
        </w:rPr>
        <w:t>[10 . 954]</w:t>
      </w:r>
    </w:p>
    <w:p>
      <w:r>
        <w:rPr>
          <w:rFonts w:ascii="Gentium Plus" w:hAnsi="Gentium Plus"/>
          <w:sz w:val="24"/>
        </w:rPr>
        <w:t>πλέον ἔχουσα τὸ ὄξος. ἐπιδεῖν δὲ χρὴ τὸν σπόγγον ἐκ τῶν κάτω μερῶν ἀρχόμενον καὶ ἄνω τελευτῶντα. καινὸς δ’ ἔστω πάντως, εἰ μέλλοι τι χρηστὸν ἐργάσασθαι· μὴ παρόντος δέ σοι καινοῦ, διαῤῥύπτειν χρὴ καὶ καθαίρειν τὸν ἐπιτυχόντα</w:t>
      </w:r>
    </w:p>
    <w:p>
      <w:r>
        <w:rPr>
          <w:rFonts w:ascii="Courier New" w:hAnsi="Courier New"/>
          <w:color w:val="555555"/>
          <w:sz w:val="20"/>
        </w:rPr>
        <w:t>[5]</w:t>
      </w:r>
    </w:p>
    <w:p>
      <w:r>
        <w:rPr>
          <w:rFonts w:ascii="Gentium Plus" w:hAnsi="Gentium Plus"/>
          <w:sz w:val="24"/>
        </w:rPr>
        <w:t>νίτρῳ τε καὶ ἀφρονίτρῳ καὶ τῇ καλουμένῃ κονίᾳ στακτῇ. μὴ καταστάντος δὲ ἐπὶ τοῖσδε τοῦ οἰδήματος, ἐπειδὰν αὖθις ἐπιδέῃς, ἐπεμβάλλειν καὶ βραχὺ τῆς στυπτηρίας καὶ σπόγγον καινὸν προσοιστέον· εἰ δ’ οὐκ ἔχοις καινὸν, ἄμεινον χρῆσθαι τούτῳ δὴ τῷ καλουμένῳ πρὸς τῶν πολλῶν ἐλλυχνίῳ. μαλακὸν</w:t>
      </w:r>
    </w:p>
    <w:p>
      <w:r>
        <w:rPr>
          <w:rFonts w:ascii="Courier New" w:hAnsi="Courier New"/>
          <w:color w:val="555555"/>
          <w:sz w:val="20"/>
        </w:rPr>
        <w:t>[10]</w:t>
      </w:r>
    </w:p>
    <w:p>
      <w:r>
        <w:rPr>
          <w:rFonts w:ascii="Gentium Plus" w:hAnsi="Gentium Plus"/>
          <w:sz w:val="24"/>
        </w:rPr>
        <w:t>δ’ ἔστω πρὸ πάντων, ὁποῖον τὸ Ταρσικόν· εἰ δ’ ἐκείνου τις εὐποροίη, θαῤῥῶν χρήσθω· βέλτιον γὰρ ἐνεργήσει τοῦ σπόγ‐ γου. δευέσθω δὲ δηλονότι τῷ τὴν στυπτηρίαν ἔχοντι ὀξυ‐ κράτῳ καὶ ἐπιδείσθω, καθότι προείρηται, κάτωθεν ἄνω. σφίγγειν δ’ οὕτω συμμέτρως, ὡς ἐν κατάγματι, καὶ μᾶλλον</w:t>
      </w:r>
    </w:p>
    <w:p>
      <w:r>
        <w:rPr>
          <w:rFonts w:ascii="Courier New" w:hAnsi="Courier New"/>
          <w:color w:val="555555"/>
          <w:sz w:val="20"/>
        </w:rPr>
        <w:t>[15]</w:t>
      </w:r>
    </w:p>
    <w:p>
      <w:r>
        <w:rPr>
          <w:rFonts w:ascii="Gentium Plus" w:hAnsi="Gentium Plus"/>
          <w:sz w:val="24"/>
        </w:rPr>
        <w:t>μὲν τὰ κάτω πρῶτα· κατὰ βραχὺ δ’ ἐκλύειν τὴν σφίγξιν· οὐ μὴν εἰς τοσοῦτόν γε, ὡς χαλαρὸν γενέσθαι τι μέρος τῆς ἐπι‐ δέσεως. ἀγαθὸν δὲ φάρμακον εἰς ταῦτα καὶ τὸ γλαύκιον αὐτό</w:t>
      </w:r>
    </w:p>
    <w:p>
      <w:r>
        <w:rPr>
          <w:rFonts w:ascii="Courier New" w:hAnsi="Courier New"/>
          <w:color w:val="555555"/>
          <w:sz w:val="20"/>
        </w:rPr>
        <w:t>[10 . 955]</w:t>
      </w:r>
    </w:p>
    <w:p>
      <w:r>
        <w:rPr>
          <w:rFonts w:ascii="Gentium Plus" w:hAnsi="Gentium Plus"/>
          <w:sz w:val="24"/>
        </w:rPr>
        <w:t>αὐτοῦ συντιθέμενον ἡμέτερον φάρμακον, οὗ τὴν σύν‐ θεσιν ἔχεις ἐν τῇ περὶ τῶν φαρμάκων πραγματείᾳ λεγομένῃ. ἦσαν δέ μοι μέχρι δεῦρο τρεῖς, ἥ τε περὶ τῶν ἁπλῶν, καὶ μετὰ ταύτην ἡ περὶ τῆς συνθέσεως αὐτῶν, εἶθ’ ἡ περὶ τῶν</w:t>
      </w:r>
    </w:p>
    <w:p>
      <w:r>
        <w:rPr>
          <w:rFonts w:ascii="Courier New" w:hAnsi="Courier New"/>
          <w:color w:val="555555"/>
          <w:sz w:val="20"/>
        </w:rPr>
        <w:t>[5]</w:t>
      </w:r>
    </w:p>
    <w:p>
      <w:r>
        <w:rPr>
          <w:rFonts w:ascii="Gentium Plus" w:hAnsi="Gentium Plus"/>
          <w:sz w:val="24"/>
        </w:rPr>
        <w:t>εὐπορίστων. ἔοικα δὲ καὶ τετάρτην ἄλλην ποιήσειν, ἐπειδὴ καὶ πολλοὶ τῶν ἑταίρων οὕτως ἀξιοῦσιν· ἐν ᾗ περὶ τῶν κοι‐ νῶν καὶ ἰδίων ἑκάστου μορίου καὶ πάθους φαρμάκων ὁ λόγος ἐστί μοι. ἀλλὰ τοῦτό γε τὸ διὰ τοῦ γλαυκίου φάρμακον οὐκ οἰδήματα μόνον, ἀλλὰ καὶ πολὺ δὴ μᾶλλον αὐτῶν ἐρυσιπέ‐</w:t>
      </w:r>
    </w:p>
    <w:p>
      <w:r>
        <w:rPr>
          <w:rFonts w:ascii="Courier New" w:hAnsi="Courier New"/>
          <w:color w:val="555555"/>
          <w:sz w:val="20"/>
        </w:rPr>
        <w:t>[10]</w:t>
      </w:r>
    </w:p>
    <w:p>
      <w:r>
        <w:rPr>
          <w:rFonts w:ascii="Gentium Plus" w:hAnsi="Gentium Plus"/>
          <w:sz w:val="24"/>
        </w:rPr>
        <w:t>λατά τε τὰς φλεγμονὰς ἀρχομένας ἰᾶται, καὶ μάλιστα τὰς θερ‐ μάς. εὔδηλον δὲ ὅτι καὶ τὰς ἐρυσιπελατώδεις φλεγμονὰς ἐρυσιπέλατά τε τὰ φλεγμονώδη θεραπεύσεις ταὐτῷ τούτῳ τῷ φαρμάκῳ. οὐ μὴν τάς τε σκιῤῥουμένας ἤδη τῶν φλεγμο‐ νῶν ἢ τὰ ψυχθέντα τῶν ἐρυσιπελάτων, οὔθ’ ὅλως οὐδεμίαν</w:t>
      </w:r>
    </w:p>
    <w:p>
      <w:r>
        <w:rPr>
          <w:rFonts w:ascii="Courier New" w:hAnsi="Courier New"/>
          <w:color w:val="555555"/>
          <w:sz w:val="20"/>
        </w:rPr>
        <w:t>[15]</w:t>
      </w:r>
    </w:p>
    <w:p>
      <w:r>
        <w:rPr>
          <w:rFonts w:ascii="Gentium Plus" w:hAnsi="Gentium Plus"/>
          <w:sz w:val="24"/>
        </w:rPr>
        <w:t>διάθεσιν σκιῤῥώδη· περὶ ὧν εἴρηται μέν τι κᾀν τῷ πέμπτῳ περὶ τῆς τῶν ἁπλῶν φαρμάκων δυνάμεως, εἰρήσεται δὲ καὶ</w:t>
      </w:r>
    </w:p>
    <w:p>
      <w:r>
        <w:rPr>
          <w:rFonts w:ascii="Courier New" w:hAnsi="Courier New"/>
          <w:color w:val="555555"/>
          <w:sz w:val="20"/>
        </w:rPr>
        <w:t>[10 . 956]</w:t>
      </w:r>
    </w:p>
    <w:p>
      <w:r>
        <w:rPr>
          <w:rFonts w:ascii="Gentium Plus" w:hAnsi="Gentium Plus"/>
          <w:sz w:val="24"/>
        </w:rPr>
        <w:t>ἤτοι γλίσχρος ἐστὶν ἢ παχὺς, ἢ ἀμφότερα. τῆς θεραπείας δὲ αὐτοῦ κοινὸς ὁ σκοπὸς ἐκκενῶσαι τὸ περιεχόμενον ἐν τῷ μορίῳ παρὰ φύσιν ἅπαν. ἴδιος δ’ ὁ τρόπος τῆς κενώσεως· ἀποῤῥῦψαι γὰρ αὐτὸν χρὴ δυσλύτως ἐμπεπλασμένον. ἐὰν</w:t>
      </w:r>
    </w:p>
    <w:p>
      <w:r>
        <w:rPr>
          <w:rFonts w:ascii="Courier New" w:hAnsi="Courier New"/>
          <w:color w:val="555555"/>
          <w:sz w:val="20"/>
        </w:rPr>
        <w:t>[5]</w:t>
      </w:r>
    </w:p>
    <w:p>
      <w:r>
        <w:rPr>
          <w:rFonts w:ascii="Gentium Plus" w:hAnsi="Gentium Plus"/>
          <w:sz w:val="24"/>
        </w:rPr>
        <w:t>οὖν ἀθρόως ἕλκουσί τε καὶ διαφοροῦσι φαρμάκοις ἐγχειρῇ τις κενοῦν, ἄνευ τοῦ μαλάττειν τε καὶ χεῖν τοῖς ὑγραίνουσι καὶ θερμαίνουσιν, ἐν ὀλίγαις μὲν ἡμέραις ταῖς πρώταις ἀξιόλογον ἐπίδοσιν δόξει λαμβάνειν ἡ θεραπεία, τό γε μὴν ὑπόλοιπον τῆς διαθέσεως ἀνίατον ἔσται· διαφορηθέντος</w:t>
      </w:r>
    </w:p>
    <w:p>
      <w:r>
        <w:rPr>
          <w:rFonts w:ascii="Courier New" w:hAnsi="Courier New"/>
          <w:color w:val="555555"/>
          <w:sz w:val="20"/>
        </w:rPr>
        <w:t>[10]</w:t>
      </w:r>
    </w:p>
    <w:p>
      <w:r>
        <w:rPr>
          <w:rFonts w:ascii="Gentium Plus" w:hAnsi="Gentium Plus"/>
          <w:sz w:val="24"/>
        </w:rPr>
        <w:t>γὰρ ἅπαντος τοῦ λεπτομεροῦς κατ’ αὐτὴν, ὅμοιόν τι πήξει λιθώδει τὸ λοιπὸν λήψεται. καὶ γὰρ οὖν καὶ τῶν ἐν ταῖς ἀρθρίτισι πώρων ἡ γένεσις ἐξ ὑγροῦ παχέος ἐστὶ καὶ γλί‐ σχρου μὴ κατὰ βραχὺ διαφορηθέντος, ἀλλ’ ἀθρόως ξηραν‐ θέντος ὑπὸ βιαίων φαρμάκων. οὕτω δὲ κᾀν τοῖς νεφροῖς</w:t>
      </w:r>
    </w:p>
    <w:p>
      <w:r>
        <w:rPr>
          <w:rFonts w:ascii="Courier New" w:hAnsi="Courier New"/>
          <w:color w:val="555555"/>
          <w:sz w:val="20"/>
        </w:rPr>
        <w:t>[15]</w:t>
      </w:r>
    </w:p>
    <w:p>
      <w:r>
        <w:rPr>
          <w:rFonts w:ascii="Gentium Plus" w:hAnsi="Gentium Plus"/>
          <w:sz w:val="24"/>
        </w:rPr>
        <w:t>οἱ λίθοι γεννῶνται, κατοπτηθέντος ἐν αὐτοῖς χυμοῦ παχέος καὶ γλίσχρου. διὰ τοῦτ’ οὖν ἐπὶ τῶν σκιῤῥωδῶν διαθέ‐ σεων οὐδὲν τῶν ἰσχυρῶς θερμαινόντων ἢ ξηραινόντων φαρ‐</w:t>
      </w:r>
    </w:p>
    <w:p>
      <w:r>
        <w:rPr>
          <w:rFonts w:ascii="Courier New" w:hAnsi="Courier New"/>
          <w:color w:val="555555"/>
          <w:sz w:val="20"/>
        </w:rPr>
        <w:t>[10 . 957]</w:t>
      </w:r>
    </w:p>
    <w:p>
      <w:r>
        <w:rPr>
          <w:rFonts w:ascii="Gentium Plus" w:hAnsi="Gentium Plus"/>
          <w:sz w:val="24"/>
        </w:rPr>
        <w:t>διαφορεῖν ἐστιν, οἷον ὁ ἐλάφειος μυελὸς καὶ μόσχειος καὶ στέαρ αἴγειόν τε καὶ ταύρειον καὶ λεόντειον, ἔτι τε πρὸς τούτοις ἀμμωνιακὸν θυμίαμα καὶ βδέλλιον ἑκάτερον, καὶ μᾶλλον τὸ Σκυθικὸν ὅσῳ περ ὑγρότερόν ἐστιν. ὡσαύτως δὲ</w:t>
      </w:r>
    </w:p>
    <w:p>
      <w:r>
        <w:rPr>
          <w:rFonts w:ascii="Courier New" w:hAnsi="Courier New"/>
          <w:color w:val="555555"/>
          <w:sz w:val="20"/>
        </w:rPr>
        <w:t>[5]</w:t>
      </w:r>
    </w:p>
    <w:p>
      <w:r>
        <w:rPr>
          <w:rFonts w:ascii="Gentium Plus" w:hAnsi="Gentium Plus"/>
          <w:sz w:val="24"/>
        </w:rPr>
        <w:t>καὶ ὁ στύραξ ὁ ὑγρότερος ἀμείνων τοῦ ξηροῦ. τούτοις οὖν προσέχων τοῖς σκοποῖς καὶ τὰς ἐπιπεπλεγμένας διαθέσεις ἰᾶσθαι δυνήσῃ, κατὰ τὴν εἰρημένην ἤδη πολλάκις ἐπὶ πάν‐ των τῶν συνθέτων παθῶν μέθοδον. Ἐμοὶ δὲ καιρὸς ἂν εἴη περὶ τῆς τῶν πα‐</w:t>
      </w:r>
    </w:p>
    <w:p>
      <w:r>
        <w:rPr>
          <w:rFonts w:ascii="Courier New" w:hAnsi="Courier New"/>
          <w:color w:val="555555"/>
          <w:sz w:val="20"/>
        </w:rPr>
        <w:t>[10]</w:t>
      </w:r>
    </w:p>
    <w:p>
      <w:r>
        <w:rPr>
          <w:rFonts w:ascii="Gentium Plus" w:hAnsi="Gentium Plus"/>
          <w:sz w:val="24"/>
        </w:rPr>
        <w:t>σχόντων μορίων ἀναμνῆσαι διαφορᾶς, ἧς ἀεὶ μνημονεύειν ἠξίουν ἐπὶ πάντων τῶν νοσημάτων τε καὶ συμπτωμάτων. εἴρηται δ’ οὐκ ὀλίγα καὶ κατὰ τὸ πρὸ τούτου γράμμα περὶ τῆς ἀπ’ αὐτῶν ἐνδείξεως. ὁ μὲν γὰρ πρῶτος σκο‐ πὸς τῆς ἰάσεως ἁπάντων τῶν παρὰ φύσιν ὄγκων ἐν οἷς</w:t>
      </w:r>
    </w:p>
    <w:p>
      <w:r>
        <w:rPr>
          <w:rFonts w:ascii="Courier New" w:hAnsi="Courier New"/>
          <w:color w:val="555555"/>
          <w:sz w:val="20"/>
        </w:rPr>
        <w:t>[15]</w:t>
      </w:r>
    </w:p>
    <w:p>
      <w:r>
        <w:rPr>
          <w:rFonts w:ascii="Gentium Plus" w:hAnsi="Gentium Plus"/>
          <w:sz w:val="24"/>
        </w:rPr>
        <w:t>οὐδέπω γεγόνασι πῶροι κένωσίς ἐστιν. ἡ δὲ τῶν σκιῤῥου‐ μένων μορίων κένωσις ὑπὸ τῶν προειρημένων γίγνεται φαρμάκων, ἃ καλεῖν ἔθος ἐστὶ τοῖς ἰατροῖς μαλακτικά.</w:t>
      </w:r>
    </w:p>
    <w:p>
      <w:r>
        <w:rPr>
          <w:rFonts w:ascii="Courier New" w:hAnsi="Courier New"/>
          <w:color w:val="555555"/>
          <w:sz w:val="20"/>
        </w:rPr>
        <w:t>[10 . 958]</w:t>
      </w:r>
    </w:p>
    <w:p>
      <w:r>
        <w:rPr>
          <w:rFonts w:ascii="Gentium Plus" w:hAnsi="Gentium Plus"/>
          <w:sz w:val="24"/>
        </w:rPr>
        <w:t>τὰ δὲ πυκνότερα, καὶ τὴν κένωσιν ἑτέρων δεῖσθαι κατ’ εἶδος βοηθημάτων ἀναγκαῖόν ἐστι. διὰ τοῦτ’ οὖν ἐπὶ τενόντων τε καὶ συνδέσμων ἔδοξέ μοι βέλτιον εἶναι παραμιγνύναι τι τῇ διὰ τῶν μαλαττόντων φαρμάκων ἀγωγῇ τῆς τμητικῆς ὀνο‐</w:t>
      </w:r>
    </w:p>
    <w:p>
      <w:r>
        <w:rPr>
          <w:rFonts w:ascii="Courier New" w:hAnsi="Courier New"/>
          <w:color w:val="555555"/>
          <w:sz w:val="20"/>
        </w:rPr>
        <w:t>[5]</w:t>
      </w:r>
    </w:p>
    <w:p>
      <w:r>
        <w:rPr>
          <w:rFonts w:ascii="Gentium Plus" w:hAnsi="Gentium Plus"/>
          <w:sz w:val="24"/>
        </w:rPr>
        <w:t>μαζομένης, ὧν τοῖς μάλιστα ὄξος ἐστὶ τοιοῦτον. ἐνίοτε μὲν οὖν αὐτῷ χρώμεθα κᾀπὶ τῶν ἄλλων μορίων σκιῤῥωθέντων, ὡς ἐρῶ μικρὸν ὕστερον. ἐπὶ δὲ τενόντων τε καὶ συνδέσμων ὧδέ πως. ὄξει δριμυτάτῳ σβέννυμι λίθον διάπυρον, εἰ μὲν οὖν οἷόν τε, τὸν πυρίτην λίθον καλούμενον, ὃς οὐδ’ αὐτός</w:t>
      </w:r>
    </w:p>
    <w:p>
      <w:r>
        <w:rPr>
          <w:rFonts w:ascii="Courier New" w:hAnsi="Courier New"/>
          <w:color w:val="555555"/>
          <w:sz w:val="20"/>
        </w:rPr>
        <w:t>[10]</w:t>
      </w:r>
    </w:p>
    <w:p>
      <w:r>
        <w:rPr>
          <w:rFonts w:ascii="Gentium Plus" w:hAnsi="Gentium Plus"/>
          <w:sz w:val="24"/>
        </w:rPr>
        <w:t>ἐστι σπάνιος ἐν ταῖς μεγάλαις πόλεσι, μὴ παρόντος δὲ τούτου, τὸν μυλίτην· ὀνομάζουσι δὲ οὕτως ἐξ οὗ τὰς μύλας ἐφ’ ὧν ἀλοῦσι κατασκευάζουσιν. εἶτα ἀναφερομένου τινὸς ἀτμοῦ θερμοῦ μετὰ τὸ καταχυθῆναι τοῦ λίθου τὸ ὄξος, ἐν ἐκείνῳ τὸν ἐσκιῤῥωμένον σύνδεσμον ἢ τένοντα διακινεῖν ἀναγκάζω·</w:t>
      </w:r>
    </w:p>
    <w:p>
      <w:r>
        <w:rPr>
          <w:rFonts w:ascii="Courier New" w:hAnsi="Courier New"/>
          <w:color w:val="555555"/>
          <w:sz w:val="20"/>
        </w:rPr>
        <w:t>[15]</w:t>
      </w:r>
    </w:p>
    <w:p>
      <w:r>
        <w:rPr>
          <w:rFonts w:ascii="Gentium Plus" w:hAnsi="Gentium Plus"/>
          <w:sz w:val="24"/>
        </w:rPr>
        <w:t>καὶ μετὰ τοῦτο πάλιν ἐπιτίθημι τὸ μαλακτικὸν φάρμακον. ἐλαίῳ γε μὴν ἀπ’ ἀρχῆς τῆς θεραπείας οὐχ ὕδατι καταντλῶ τὸ πεπονθὸς μόριον, ἄχρι παντὸς ἑκάστης ἡμέρας. ἐχέτω δὲ</w:t>
      </w:r>
    </w:p>
    <w:p>
      <w:r>
        <w:rPr>
          <w:rFonts w:ascii="Courier New" w:hAnsi="Courier New"/>
          <w:color w:val="555555"/>
          <w:sz w:val="20"/>
        </w:rPr>
        <w:t>[10 . 959]</w:t>
      </w:r>
    </w:p>
    <w:p>
      <w:r>
        <w:rPr>
          <w:rFonts w:ascii="Gentium Plus" w:hAnsi="Gentium Plus"/>
          <w:sz w:val="24"/>
        </w:rPr>
        <w:t>πέρ ἐστι τὸ Σαβῖνον. ἐναφεψῶ δ’ ἐνίοτε τῷ ἐλαίῳ καὶ τῆς ἀλθαίας τὴν ῥίζαν, ἀγρίου τε σικύου καὶ εἴ τις ἄλλη τοιαύτη. καὶ τούτῳ χρῶμαι καθ’ ἑκάστην ἡμέραν, ὡς εἶπον. ἡ δὲ δι’ ὄξους θεραπεία χρήσιμός ἐστιν ἐπὶ προσήκοντι τῷ πάθει,</w:t>
      </w:r>
    </w:p>
    <w:p>
      <w:r>
        <w:rPr>
          <w:rFonts w:ascii="Courier New" w:hAnsi="Courier New"/>
          <w:color w:val="555555"/>
          <w:sz w:val="20"/>
        </w:rPr>
        <w:t>[5]</w:t>
      </w:r>
    </w:p>
    <w:p>
      <w:r>
        <w:rPr>
          <w:rFonts w:ascii="Gentium Plus" w:hAnsi="Gentium Plus"/>
          <w:sz w:val="24"/>
        </w:rPr>
        <w:t>προπαρεσκευασμένου τοῦ μέρους ὑπὸ τῶν μαλακτικῶν. ἐπε‐ νόησα δέ τινα καὶ σύνθετα φάρμακα δι’ ὄξους, ἃ μεταξὺ τῶν μαλακτικῶν ἐπιτίθημι πρὸς μίαν ἡμέραν. ἡ γάρ τοι τοῦ ὄξους δύναμις, ἐάν τις αὐτῇ μετρίως τε καὶ κατὰ τὸν προσήκοντα καιρὸν χρήσηται, ὠφελεῖ τὰς τοιαύτας διαθέσεις τέμνουσα</w:t>
      </w:r>
    </w:p>
    <w:p>
      <w:r>
        <w:rPr>
          <w:rFonts w:ascii="Courier New" w:hAnsi="Courier New"/>
          <w:color w:val="555555"/>
          <w:sz w:val="20"/>
        </w:rPr>
        <w:t>[10]</w:t>
      </w:r>
    </w:p>
    <w:p>
      <w:r>
        <w:rPr>
          <w:rFonts w:ascii="Gentium Plus" w:hAnsi="Gentium Plus"/>
          <w:sz w:val="24"/>
        </w:rPr>
        <w:t>καὶ διαλύουσα τοὺς παχεῖς χυμούς· εἰ δὲ ἀμετρότερον ἢ οὐκ ἐν καιρῷ τῷ προσήκοντι, τὸ λεπτότερον ἐξαρπάζουσα τὸ καταλεῖπον ἐᾷ λιθοῦσθαι. καὶ μέντοι καὶ μέχρι πλείονος, εἴ τις αὐτῷ χρῷτο, τῆς οὐσίας ἅπτεται τῶν νεύρων. διὰ τοῦτ’ οὖν οὔτε πολλάκις οὔτε κατ’ ἀρχὰς οὔτ’ ἐν χρόνῳ πολλῷ</w:t>
      </w:r>
    </w:p>
    <w:p>
      <w:r>
        <w:rPr>
          <w:rFonts w:ascii="Courier New" w:hAnsi="Courier New"/>
          <w:color w:val="555555"/>
          <w:sz w:val="20"/>
        </w:rPr>
        <w:t>[15]</w:t>
      </w:r>
    </w:p>
    <w:p>
      <w:r>
        <w:rPr>
          <w:rFonts w:ascii="Gentium Plus" w:hAnsi="Gentium Plus"/>
          <w:sz w:val="24"/>
        </w:rPr>
        <w:t>χρηστέον ἐστὶ τοῖς δι’ ὄξους φαρμάκοις ἐπὶ συνδέσμων τε καὶ τενόντων. ἐπὶ μέντοι σπληνὸς ἢ τῶν σαρκωδῶν μερῶν τοῦ μυὸς ἐσκιῤῥωμένων ἀκίνδυνος ἡ χρῆσις· ἀραιά τε γὰρ ταῦτα</w:t>
      </w:r>
    </w:p>
    <w:p>
      <w:r>
        <w:rPr>
          <w:rFonts w:ascii="Courier New" w:hAnsi="Courier New"/>
          <w:color w:val="555555"/>
          <w:sz w:val="20"/>
        </w:rPr>
        <w:t>[10 . 960]</w:t>
      </w:r>
    </w:p>
    <w:p>
      <w:r>
        <w:rPr>
          <w:rFonts w:ascii="Gentium Plus" w:hAnsi="Gentium Plus"/>
          <w:sz w:val="24"/>
        </w:rPr>
        <w:t>δυνάμεως αὐτοῦ. τῷ μὲν οὖν ἀμμωνιακῷ θυμιάματι μετ’ ὄξους πολλοὶ καὶ ἄλλοι χρῶνται κατὰ τοῦ σπληνὸς ἐπιτι‐ θέντες πηλῶδες τῷ πάχει, τὸ μικτὸν ἐξ ἀμφοῖν ἐργαζόμενοι· καὶ πολλάκις γε τοῦτο μόνον ἤρκεσεν εἰς τὴν θεραπείαν αὐτοῦ.</w:t>
      </w:r>
    </w:p>
    <w:p>
      <w:r>
        <w:rPr>
          <w:rFonts w:ascii="Courier New" w:hAnsi="Courier New"/>
          <w:color w:val="555555"/>
          <w:sz w:val="20"/>
        </w:rPr>
        <w:t>[5]</w:t>
      </w:r>
    </w:p>
    <w:p>
      <w:r>
        <w:rPr>
          <w:rFonts w:ascii="Gentium Plus" w:hAnsi="Gentium Plus"/>
          <w:sz w:val="24"/>
        </w:rPr>
        <w:t>ἐπὶ δὲ τῶν μυῶν ἄλλον μὲν οὐκ εἶδον, ἐγὼ δ’ ἐχρησάμην πολλάκις ἐν τῷ μεταξὺ τῶν μαλακτικῶν. ἐπ’ ἐκείνοις μὲν οὖν οὐδεμία σαφὴς ὠφέλεια γίγνεται· προμαλαχθέντος δ’ ὑπ’ αὐτῶν τοῦ σκιῤῥώδους ὄγκου μεγίστην ὠφέλειαν ἐργά‐ ζεται τὸ δι’ ὄξους λυθὲν ἀμμωνιακόν. ἀπόχρη δὲ καὶ τούτῳ</w:t>
      </w:r>
    </w:p>
    <w:p>
      <w:r>
        <w:rPr>
          <w:rFonts w:ascii="Courier New" w:hAnsi="Courier New"/>
          <w:color w:val="555555"/>
          <w:sz w:val="20"/>
        </w:rPr>
        <w:t>[10]</w:t>
      </w:r>
    </w:p>
    <w:p>
      <w:r>
        <w:rPr>
          <w:rFonts w:ascii="Gentium Plus" w:hAnsi="Gentium Plus"/>
          <w:sz w:val="24"/>
        </w:rPr>
        <w:t>κατὰ μίαν ἢ καὶ δευτέραν ἡμέραν χρησαμένους ἐπανελθεῖν αὖθις ἐπὶ τὰ μαλακτικά· πάλιν δ’ ἐκείνοις χρησαμένους ἡμέ‐ ραις πλείοσιν ἀφικνεῖσθαι πάλιν ἐπὶ τὸ δι’ ὄξους φάρμακον, εἴτ’ οὖν ἀμμωνιακὸν εἴτε καὶ τῶν ἄλλων τι τῶν μαλακτικῶν ὅσα μικρὸν ἔμπροσθεν εἶπον. οὐ γὰρ δὴ ἄλλο γέ τι δεῖ προσ‐</w:t>
      </w:r>
    </w:p>
    <w:p>
      <w:r>
        <w:rPr>
          <w:rFonts w:ascii="Courier New" w:hAnsi="Courier New"/>
          <w:color w:val="555555"/>
          <w:sz w:val="20"/>
        </w:rPr>
        <w:t>[15]</w:t>
      </w:r>
    </w:p>
    <w:p>
      <w:r>
        <w:rPr>
          <w:rFonts w:ascii="Gentium Plus" w:hAnsi="Gentium Plus"/>
          <w:sz w:val="24"/>
        </w:rPr>
        <w:t>φέρειν, οἷα τὰ πολλὰ τῶν ξηρῶν ὀνομαζομένων ἐστὶ φαρμά‐ κων· εὐδοκιμήσει μὲν γὰρ ἐν ἀρχῇ τὸ φάρμακον, ἀνίατον δ’ ἐργάζεται τὸ λείψανον τῆς διαθέσεως. διὰ τοῦτο γοῦν ἐγὼ</w:t>
      </w:r>
    </w:p>
    <w:p>
      <w:r>
        <w:rPr>
          <w:rFonts w:ascii="Courier New" w:hAnsi="Courier New"/>
          <w:color w:val="555555"/>
          <w:sz w:val="20"/>
        </w:rPr>
        <w:t>[10 . 961]</w:t>
      </w:r>
    </w:p>
    <w:p>
      <w:r>
        <w:rPr>
          <w:rFonts w:ascii="Gentium Plus" w:hAnsi="Gentium Plus"/>
          <w:sz w:val="24"/>
        </w:rPr>
        <w:t>ἐχρησάμην· ὀνομάζουσι δὲ αὐτὴν ἀναδενδρομαλάχην οἱ πολ‐ λοί· ταύτης οὖν ἡ ῥίζα λυομένη μετὰ στέατος ἀγαθὸν εἰς τὰ τοιαῦτα φάρμακα. ἔστω δὲ τὸ στέαρ, εἰ μὲν οἷόν τ’ εἴη, χήνειον· εἰ δὲ μὴ παρείη τοῦτο, ὀρνίθειον· εἰ δὲ μηδὲ</w:t>
      </w:r>
    </w:p>
    <w:p>
      <w:r>
        <w:rPr>
          <w:rFonts w:ascii="Courier New" w:hAnsi="Courier New"/>
          <w:color w:val="555555"/>
          <w:sz w:val="20"/>
        </w:rPr>
        <w:t>[5]</w:t>
      </w:r>
    </w:p>
    <w:p>
      <w:r>
        <w:rPr>
          <w:rFonts w:ascii="Gentium Plus" w:hAnsi="Gentium Plus"/>
          <w:sz w:val="24"/>
        </w:rPr>
        <w:t>τοῦτο, τῷ τῶν ὑῶν χρηστέον. ἀλλὰ καὶ τῆς ἀγρίας μαλάχης, ἥτις πανταχόθι φύεται, τὰ φύλλα λειωθέντα μετά τινος τῶν εἰρημένων ὀνήσει. ἀμείνω δὲ τῶν ὠμῶν ἐστι τὰ προαφηψη‐ μένα μετρίως. τὰ μὲν δὴ τοιαῦτα βοηθήματα καὶ τὸ ποικίλ‐ λειν, ὡς εἴρηται, τὴν θεραπείαν ἁπάντων μορίων ἐστὶ κοινὰ,</w:t>
      </w:r>
    </w:p>
    <w:p>
      <w:r>
        <w:rPr>
          <w:rFonts w:ascii="Courier New" w:hAnsi="Courier New"/>
          <w:color w:val="555555"/>
          <w:sz w:val="20"/>
        </w:rPr>
        <w:t>[10]</w:t>
      </w:r>
    </w:p>
    <w:p>
      <w:r>
        <w:rPr>
          <w:rFonts w:ascii="Gentium Plus" w:hAnsi="Gentium Plus"/>
          <w:sz w:val="24"/>
        </w:rPr>
        <w:t>ὅσα περ ἂν ἁλῷ πάθει σκιῤῥώδει, καθάπερ γε καὶ ἡ τῶν οἰδημάτων ἴασις, ἣν ὀλίγον ἔμπροσθεν εἶπον, ἐξαλλάττεται κατὰ τὰ μόρια ταῖς εἰρημέναις διαφοραῖς. αὐτίκα γέ τοι τοῖς καθ’ ὑποχόνδριον οἰδήμασιν οὐκ ἄν τις ψυχρὸν ἐπιθείη σπόγ‐ γον ἐξ ὀξυκράτου· καθάπερ οὐδὲ τοῖς ἄλλοις ὄγκοις τοῖς κατ’</w:t>
      </w:r>
    </w:p>
    <w:p>
      <w:r>
        <w:rPr>
          <w:rFonts w:ascii="Courier New" w:hAnsi="Courier New"/>
          <w:color w:val="555555"/>
          <w:sz w:val="20"/>
        </w:rPr>
        <w:t>[15]</w:t>
      </w:r>
    </w:p>
    <w:p>
      <w:r>
        <w:rPr>
          <w:rFonts w:ascii="Gentium Plus" w:hAnsi="Gentium Plus"/>
          <w:sz w:val="24"/>
        </w:rPr>
        <w:t>αὐτό. τίς δ’ ἀψίνθιον ἐναποζέσας ἐλαίῳ κατήντλησέ ποτε τὸ γόνυ; τίς δὲ ὀφθαλμὸν ἤ τι τῶν ἔνδον τοῦ στόματος ὁπωσοῦν πάσχον; ἀλλ’ ἥπατί τε κακοπραγοῦντι καὶ σπληνὶ</w:t>
      </w:r>
    </w:p>
    <w:p>
      <w:r>
        <w:rPr>
          <w:rFonts w:ascii="Courier New" w:hAnsi="Courier New"/>
          <w:color w:val="555555"/>
          <w:sz w:val="20"/>
        </w:rPr>
        <w:t>[10 . 962]</w:t>
      </w:r>
    </w:p>
    <w:p>
      <w:r>
        <w:rPr>
          <w:rFonts w:ascii="Gentium Plus" w:hAnsi="Gentium Plus"/>
          <w:sz w:val="24"/>
        </w:rPr>
        <w:t>ἡ πεῖρα δεικνῦσα τὴν δύναμιν ἐναργῶς οὐδὲν ἧττον τοῦ λόγου. νυνὶ δ’ ἡμεῖς μόνην ἐν τῇδε τῇ πραγματείᾳ τὴν κατὰ μέθοδον εὕρεσιν τῶν ἰαμάτων ὁποία τίς ἐστι διερχό‐ μεθα. κατὰ μέντοι τὰς περὶ φαρμάκων ἀμφοτέρας ἐμί‐</w:t>
      </w:r>
    </w:p>
    <w:p>
      <w:r>
        <w:rPr>
          <w:rFonts w:ascii="Courier New" w:hAnsi="Courier New"/>
          <w:color w:val="555555"/>
          <w:sz w:val="20"/>
        </w:rPr>
        <w:t>[5]</w:t>
      </w:r>
    </w:p>
    <w:p>
      <w:r>
        <w:rPr>
          <w:rFonts w:ascii="Gentium Plus" w:hAnsi="Gentium Plus"/>
          <w:sz w:val="24"/>
        </w:rPr>
        <w:t>ξαμεν, ἅπαντα γινώσκειν ἀξιοῦντες τὸν ἰατρὸν, ὅσα τ’ ἐκ πείρας εὕρηται μόνης, ὅσα τ’ ἐκ λόγου μόνου· καὶ τρίτα γε πρὸς αὐτοῖς ὅσα συντελούντων ἀμφοτέρων εἰς τὴν εὕρε‐ σιν. ἅπασι δ’ οὖν αὐτοῖς ὀρθῶς χρήσεται μόνος ὁ γεγυ‐ μνασμένος ἐν τῇδε τῇ μεθόδῳ.</w:t>
      </w:r>
    </w:p>
    <w:p>
      <w:r>
        <w:rPr>
          <w:rFonts w:ascii="Courier New" w:hAnsi="Courier New"/>
          <w:color w:val="555555"/>
          <w:sz w:val="20"/>
        </w:rPr>
        <w:t>[10]</w:t>
      </w:r>
    </w:p>
    <w:p>
      <w:r>
        <w:rPr>
          <w:rFonts w:ascii="Gentium Plus" w:hAnsi="Gentium Plus"/>
          <w:sz w:val="24"/>
        </w:rPr>
        <w:t>Περὶ μὲν οὖν φλεγμονῆς καὶ σκίῤῥου καὶ οἰδήματος ἀρκείτω τὰ εἰρημένα μεμνημένων ἡμῶν ὡς σκίῤ‐ ῥον ὀνομάζομεν ὄγκον σκληρὸν ἀνώδυνον, οὐ μὴν ἀναίσθη‐ τόν γε πάντως· ὁ γὰρ τοιοῦτος ἀνίατος· οἱ δ’ ἄλλοι πάντες ὥσπερ ἀναισθητότερόν τε καὶ δυσαισθητότερον ἀποφαίνουσι</w:t>
      </w:r>
    </w:p>
    <w:p>
      <w:r>
        <w:rPr>
          <w:rFonts w:ascii="Courier New" w:hAnsi="Courier New"/>
          <w:color w:val="555555"/>
          <w:sz w:val="20"/>
        </w:rPr>
        <w:t>[15]</w:t>
      </w:r>
    </w:p>
    <w:p>
      <w:r>
        <w:rPr>
          <w:rFonts w:ascii="Gentium Plus" w:hAnsi="Gentium Plus"/>
          <w:sz w:val="24"/>
        </w:rPr>
        <w:t>τὸ πάσχον μόριον, οὕτως οὐ παντελῶς ἀναίσθητον, ὅταν γ’ αἰσθητικὸν ᾖ φύσει· τοὺς γὰρ συνδέσμους ἴσμεν ἀναι‐ σθήτους ὄντας. εἰ δέ τις ἐκείνους μόνους τῶν παρὰ φύσιν</w:t>
      </w:r>
    </w:p>
    <w:p>
      <w:r>
        <w:rPr>
          <w:rFonts w:ascii="Courier New" w:hAnsi="Courier New"/>
          <w:color w:val="555555"/>
          <w:sz w:val="20"/>
        </w:rPr>
        <w:t>[10 . 963]</w:t>
      </w:r>
    </w:p>
    <w:p>
      <w:r>
        <w:rPr>
          <w:rFonts w:ascii="Gentium Plus" w:hAnsi="Gentium Plus"/>
          <w:sz w:val="24"/>
        </w:rPr>
        <w:t>ἀναίσθητοι, τοὺς δὲ ἄλλους οὐ σκίῤῥους, ἀλλ’ ὄγκους σκιῤ‐ ῥώδεις, ὑπὲρ ὀνόματος ἴστω ζυγομαχῶν καὶ καλέσομεν οὕτω καὶ ἡμεῖς τὸ πάθος, ὅταν ἐκείνῳ διαλεγώμεθα· καὶ γὰρ καὶ ἔθος ἡμῖν ἐστιν οἷς ἄν τις ὀνόμασι χαίρῃ, τούτοις</w:t>
      </w:r>
    </w:p>
    <w:p>
      <w:r>
        <w:rPr>
          <w:rFonts w:ascii="Courier New" w:hAnsi="Courier New"/>
          <w:color w:val="555555"/>
          <w:sz w:val="20"/>
        </w:rPr>
        <w:t>[5]</w:t>
      </w:r>
    </w:p>
    <w:p>
      <w:r>
        <w:rPr>
          <w:rFonts w:ascii="Gentium Plus" w:hAnsi="Gentium Plus"/>
          <w:sz w:val="24"/>
        </w:rPr>
        <w:t>αὐτῷ διαλέγεσθαι. Καιρὸς οὖν ἤδη περὶ τῶν ἐμφυσημάτων διελθεῖν, οὐ τὴν αὐτὴν ἐχόντων θεραπείαν τοῖς οἰδήμασιν. ἐκεῖνα μὲν γὰρ, ὡς ἔφην, ὑπὸ φλεγματώδους γίνεται χυμοῦ· καὶ διὰ τοῦτο θλιβόντων εἴκει μέχρι βάθους ἱκανοῦ τῶν</w:t>
      </w:r>
    </w:p>
    <w:p>
      <w:r>
        <w:rPr>
          <w:rFonts w:ascii="Courier New" w:hAnsi="Courier New"/>
          <w:color w:val="555555"/>
          <w:sz w:val="20"/>
        </w:rPr>
        <w:t>[10]</w:t>
      </w:r>
    </w:p>
    <w:p>
      <w:r>
        <w:rPr>
          <w:rFonts w:ascii="Gentium Plus" w:hAnsi="Gentium Plus"/>
          <w:sz w:val="24"/>
        </w:rPr>
        <w:t>δακτύλων ἐγκαταβαινόντων εἰς αὐτά. τὰ δ’ ἐμφυσήματα φυσώδους πνεύματος ἀθροιζομένου γίγνεται ποτὲ μὲν ὑπὸ τῷ δέρματι, ποτὲ δὲ ὑπὸ τοῖς περιοστέοις ὑμέσιν, ἢ τοῖς τοὺς μῦς περιέχουσιν ἤ τι τῶν σπλάγχνων. ἀθροίζεται δ’ οὐκ ὀλίγον ἐνίοτε καὶ κατὰ τὴν γαστέρα καὶ τὰ ἔντερα κᾀν τῷ</w:t>
      </w:r>
    </w:p>
    <w:p>
      <w:r>
        <w:rPr>
          <w:rFonts w:ascii="Courier New" w:hAnsi="Courier New"/>
          <w:color w:val="555555"/>
          <w:sz w:val="20"/>
        </w:rPr>
        <w:t>[15]</w:t>
      </w:r>
    </w:p>
    <w:p>
      <w:r>
        <w:rPr>
          <w:rFonts w:ascii="Gentium Plus" w:hAnsi="Gentium Plus"/>
          <w:sz w:val="24"/>
        </w:rPr>
        <w:t>μεταξὺ τούτων τε καὶ τοῦ περιτοναίου. καὶ διαφέρει γε τῶν οἰδημάτων τῷ μὴ βοθροῦσθαι πιεζόμενα καὶ ψοφεῖν ὥσπερ τύμπανον· ἔτι τε καὶ τῷ περιέχεσθαι πολλάκις</w:t>
      </w:r>
    </w:p>
    <w:p>
      <w:r>
        <w:rPr>
          <w:rFonts w:ascii="Courier New" w:hAnsi="Courier New"/>
          <w:color w:val="555555"/>
          <w:sz w:val="20"/>
        </w:rPr>
        <w:t>[10 . 964]</w:t>
      </w:r>
    </w:p>
    <w:p>
      <w:r>
        <w:rPr>
          <w:rFonts w:ascii="Gentium Plus" w:hAnsi="Gentium Plus"/>
          <w:sz w:val="24"/>
        </w:rPr>
        <w:t>δ’ ἔστω σοὶ κᾀπὶ τούτων ὁ μὲν ἁπάντων αὐτῶν κοινὸς, ἐκκε‐ νῶσαι τὸ παρὰ φύσιν, ἐν ὅτῳ περ ἂν εἴη περιεχόμενον· ὁ δ’ ἴδιος ἐπὶ τῷ κοινῷ, τὸ διὰ τῶν λεπτομερεστάτων τε καὶ θερ‐ μοτέρων ταῖς δυνάμεσι φαρμάκων διαφορῆσαι. ἐπὶ μὲν οὖν</w:t>
      </w:r>
    </w:p>
    <w:p>
      <w:r>
        <w:rPr>
          <w:rFonts w:ascii="Courier New" w:hAnsi="Courier New"/>
          <w:color w:val="555555"/>
          <w:sz w:val="20"/>
        </w:rPr>
        <w:t>[5]</w:t>
      </w:r>
    </w:p>
    <w:p>
      <w:r>
        <w:rPr>
          <w:rFonts w:ascii="Gentium Plus" w:hAnsi="Gentium Plus"/>
          <w:sz w:val="24"/>
        </w:rPr>
        <w:t>τῶν κατὰ τὴν γαστέρα τε καὶ σπλάγχνα λεπτομερὲς ἔλαιον ἐργάσεται τοῦτο, πήγανον ἐναπεζεσμένον ἔχον ἤ τι τῶν θερ‐ μαινόντων σπερμάτων, οἷόν πέρ ἐστι τό τε τοῦ κυμίνου καὶ τὸ τοῦ σελίνου τε καὶ πετροσελίνου. καί ποτε καὶ σικύα με‐ γάλη χωρὶς ἀμυχῶν δὶς ἢ τρὶς ἐπιβαλλομένη κατὰ μέσην τὴν</w:t>
      </w:r>
    </w:p>
    <w:p>
      <w:r>
        <w:rPr>
          <w:rFonts w:ascii="Courier New" w:hAnsi="Courier New"/>
          <w:color w:val="555555"/>
          <w:sz w:val="20"/>
        </w:rPr>
        <w:t>[10]</w:t>
      </w:r>
    </w:p>
    <w:p>
      <w:r>
        <w:rPr>
          <w:rFonts w:ascii="Gentium Plus" w:hAnsi="Gentium Plus"/>
          <w:sz w:val="24"/>
        </w:rPr>
        <w:t>γαστέρα. περιλήψεται δὲ δηλονότι τὸν ὀμφαλὸν ἡ τηλικαύτη τε καὶ οὕτω τιθεμένη. κατὰ δὲ τὰ κῶλα καὶ τοὺς ὑπὸ τῷ δέρ‐ ματι μῦς ἤ τινας τῶν περιοστέων ὑμένων ἐμφυσήματος γενομέ‐ νου, χωρὶς μὲν ὀδυνῶν ὑγρόν τι τῶν λεπτομερεστάτων ἱκανὸν, οἷόν πέρ ἐστι τὸ τῆς στακτῆς ὀνομαζομένης κονίας, ἀναλαμ‐</w:t>
      </w:r>
    </w:p>
    <w:p>
      <w:r>
        <w:rPr>
          <w:rFonts w:ascii="Courier New" w:hAnsi="Courier New"/>
          <w:color w:val="555555"/>
          <w:sz w:val="20"/>
        </w:rPr>
        <w:t>[15]</w:t>
      </w:r>
    </w:p>
    <w:p>
      <w:r>
        <w:rPr>
          <w:rFonts w:ascii="Gentium Plus" w:hAnsi="Gentium Plus"/>
          <w:sz w:val="24"/>
        </w:rPr>
        <w:t>βανομένης σπόγγῳ καινῷ· συνούσης δὲ ὀδύνης ὑπαλείφειν τὸ μόριον ἐλαίῳ χαλαστικῷ. γίνονται δὲ ἐκ πληγῶν αἱ τοιαῦ‐ ται διαθέσεις· ἐν αἷς ἤτοι μῦς τις ἢ περιόστεος ὑμὴν θλᾶ‐</w:t>
      </w:r>
    </w:p>
    <w:p>
      <w:r>
        <w:rPr>
          <w:rFonts w:ascii="Courier New" w:hAnsi="Courier New"/>
          <w:color w:val="555555"/>
          <w:sz w:val="20"/>
        </w:rPr>
        <w:t>[10 . 965]</w:t>
      </w:r>
    </w:p>
    <w:p>
      <w:r>
        <w:rPr>
          <w:rFonts w:ascii="Gentium Plus" w:hAnsi="Gentium Plus"/>
          <w:sz w:val="24"/>
        </w:rPr>
        <w:t>σπόγγον· ἐπὶ δὲ τῶν μυῶν, ὀδυνῶνται γὰρ ἐνίοτε, παρηγορι‐ κωτέρου χρεία φαρμάκου. διόπερ οὐ μόνῃ τῇ κονίᾳ χρώμεθα κατὰ τούτους, ἀλλὰ μιγνύντες αὐτῇ τὸ καλούμενον ἕψημα μετ’ ἐλαίου βραχέος. ἄμεινον δὲ μηδ’ ὅλως κατ’ ἀρχὰς τότε</w:t>
      </w:r>
    </w:p>
    <w:p>
      <w:r>
        <w:rPr>
          <w:rFonts w:ascii="Courier New" w:hAnsi="Courier New"/>
          <w:color w:val="555555"/>
          <w:sz w:val="20"/>
        </w:rPr>
        <w:t>[5]</w:t>
      </w:r>
    </w:p>
    <w:p>
      <w:r>
        <w:rPr>
          <w:rFonts w:ascii="Gentium Plus" w:hAnsi="Gentium Plus"/>
          <w:sz w:val="24"/>
        </w:rPr>
        <w:t>μιγνύναι τὴν κονίαν, ἀλλὰ τῷ ἑψήματι χρῆσθαι μετὰ οἴνου καὶ ὄξους βραχέος, ἔλαιον ἐπιχέοντα συμμέτρως· ἐπειδὰν δὲ μίξῃς αὐτὰ θερμήνας συμμέτρως, ἐπιτίθει βρέχων ἔριον ἄπλυ‐ τον, ὃ καλοῦσιν οἰσυπηρόν. εἰ δὲ μὴ τοῦτο ἔχεις, ἀλλὰ τὴν οἴσυπον ἐκείνου ἐπεμβάλλειν τῷ μιχθέντι, διὰ τῶν εἰρημένων·</w:t>
      </w:r>
    </w:p>
    <w:p>
      <w:r>
        <w:rPr>
          <w:rFonts w:ascii="Courier New" w:hAnsi="Courier New"/>
          <w:color w:val="555555"/>
          <w:sz w:val="20"/>
        </w:rPr>
        <w:t>[10]</w:t>
      </w:r>
    </w:p>
    <w:p>
      <w:r>
        <w:rPr>
          <w:rFonts w:ascii="Gentium Plus" w:hAnsi="Gentium Plus"/>
          <w:sz w:val="24"/>
        </w:rPr>
        <w:t>ὅτι δ’ ἀμείνων ὁ Ἀττικὸς οἴσυπος ἅπαντος ἄλλου, κᾂν ἐγὼ μὴ λέγω, γινώσκεις. καὶ τοίνυν καὶ ἡ δι’ αὐτοῦ κηρωτὴ τῶν ἅπασι γινωσκομένων ἐστὶ φαρμάκων· καὶ χρῶνταί γε πάμ‐ πολλοι κατὰ τῶν ἐν ὑποχονδρίῳ φλεγμονῶν ταύτῃ. καὶ ταύτης οὖν ἐμβάλλων, ὅταν οἴσυπος μὴ παρῇ, τὸ δέον ἐργάσῃ.</w:t>
      </w:r>
    </w:p>
    <w:p>
      <w:r>
        <w:rPr>
          <w:rFonts w:ascii="Courier New" w:hAnsi="Courier New"/>
          <w:color w:val="555555"/>
          <w:sz w:val="20"/>
        </w:rPr>
        <w:t>[15]</w:t>
      </w:r>
    </w:p>
    <w:p>
      <w:r>
        <w:rPr>
          <w:rFonts w:ascii="Gentium Plus" w:hAnsi="Gentium Plus"/>
          <w:sz w:val="24"/>
        </w:rPr>
        <w:t>χρὴ γὰρ τοὺς τεθλασμένους μῦς παρηγορῆσαι, διὰ φαρμάκου μικτὴν ἔχοντος δύναμιν, ὡς καὶ πέττειν ἅμα καὶ διαφορεῖν</w:t>
      </w:r>
    </w:p>
    <w:p>
      <w:r>
        <w:rPr>
          <w:rFonts w:ascii="Courier New" w:hAnsi="Courier New"/>
          <w:color w:val="555555"/>
          <w:sz w:val="20"/>
        </w:rPr>
        <w:t>[10 . 966]</w:t>
      </w:r>
    </w:p>
    <w:p>
      <w:r>
        <w:rPr>
          <w:rFonts w:ascii="Gentium Plus" w:hAnsi="Gentium Plus"/>
          <w:sz w:val="24"/>
        </w:rPr>
        <w:t>τὰς φλεγμονὰς ἐνίοτε καὶ μάλιστα ἐπὶ τῶν πληθωρικῶν σωμά‐ των. μεμνημένος οὖν τῶν εἰρημένων τριῶν σκοπῶν ἐπὶ τῶν ἐμπεφυσημένων διὰ πληγήν τινα μυῶν, εἰ μὲν ὀδύνη μείζων εἴη, τῷ παρηγορικωτέρῳ χρῶ τρόπῳ· μὴ παρούσης δὲ ταύτης,</w:t>
      </w:r>
    </w:p>
    <w:p>
      <w:r>
        <w:rPr>
          <w:rFonts w:ascii="Courier New" w:hAnsi="Courier New"/>
          <w:color w:val="555555"/>
          <w:sz w:val="20"/>
        </w:rPr>
        <w:t>[5]</w:t>
      </w:r>
    </w:p>
    <w:p>
      <w:r>
        <w:rPr>
          <w:rFonts w:ascii="Gentium Plus" w:hAnsi="Gentium Plus"/>
          <w:sz w:val="24"/>
        </w:rPr>
        <w:t>ἀγωνιστικωτέρῳ. καλεῖν δὲ οὕτως εἴωθα τοὺς διὰ συντόμων ὁδῶν ἐπὶ τὸ τέλος ἰόντας. αἱ σύντομοι δ’ ὁδοὶ διὰ τῶν ἰσχυρὰν δύναμιν ἐχόντων γίνονται φαρμάκων· ἰσχυρὰ δὲ δύ‐ ναμίς ἐστι μάλιστα μὲν ἐν τῇ κονίᾳ τε καὶ τῷ ὄξει, δεύτερον δ’ ἐν οἴνῳ. τούτων οὖν πλέον μίξεις, ὅταν τοῦ παρη‐</w:t>
      </w:r>
    </w:p>
    <w:p>
      <w:r>
        <w:rPr>
          <w:rFonts w:ascii="Courier New" w:hAnsi="Courier New"/>
          <w:color w:val="555555"/>
          <w:sz w:val="20"/>
        </w:rPr>
        <w:t>[10]</w:t>
      </w:r>
    </w:p>
    <w:p>
      <w:r>
        <w:rPr>
          <w:rFonts w:ascii="Gentium Plus" w:hAnsi="Gentium Plus"/>
          <w:sz w:val="24"/>
        </w:rPr>
        <w:t>γορεῖσθαι καταφρονήσῃς. αὐτῶν δὲ τούτων πάλιν ἀποκρού‐ σασθαι μὲν βουλόμενος οἶνον ἐμβαλεῖς πλείονα. κάλλιστος δ’ εἰς ταῦτα μέλας αὐστηρός. διαφορῆσαι δὲ προαιρούμενος, τὴν κονίαν. ὄξος δ’ αὐτῇ μιγνύμενον εἰς ἄμφω συνεργεῖ· διότι καὶ μικτὴν δύναμιν ἔχειν ἐδείχθη. ἀνωδύνου δὲ γινο‐</w:t>
      </w:r>
    </w:p>
    <w:p>
      <w:r>
        <w:rPr>
          <w:rFonts w:ascii="Courier New" w:hAnsi="Courier New"/>
          <w:color w:val="555555"/>
          <w:sz w:val="20"/>
        </w:rPr>
        <w:t>[15]</w:t>
      </w:r>
    </w:p>
    <w:p>
      <w:r>
        <w:rPr>
          <w:rFonts w:ascii="Gentium Plus" w:hAnsi="Gentium Plus"/>
          <w:sz w:val="24"/>
        </w:rPr>
        <w:t>μένου τοῦ μυὸς ἔξεστί σοι μὴ παρούσης τῆς κονίας ἀντ’ αὐτῆς ἐμβάλλειν ἀφρόνιτρον· ἔστω δὲ τοῦτο μὴ λιθῶδες, ἀλλ’ ἀφρῶδες μᾶλλον. ἔστι δὲ τὸ μὲν λιθῶδες σκληρὸν</w:t>
      </w:r>
    </w:p>
    <w:p>
      <w:r>
        <w:rPr>
          <w:rFonts w:ascii="Courier New" w:hAnsi="Courier New"/>
          <w:color w:val="555555"/>
          <w:sz w:val="20"/>
        </w:rPr>
        <w:t>[10 . 967]</w:t>
      </w:r>
    </w:p>
    <w:p>
      <w:r>
        <w:rPr>
          <w:rFonts w:ascii="Gentium Plus" w:hAnsi="Gentium Plus"/>
          <w:sz w:val="24"/>
        </w:rPr>
        <w:t>τοῖς εἰρημένοις ὑγροῖς· τὸ δὲ ἀφρῶδες μαλακὸν καὶ χαῦ‐ νον, ἔτι τε λευκότερον τοῦ λιθώδους. τοῦτ’ οὖν καὶ λύεται τάχιστα πρὸς τῆς ὑγρότητος, ὀνίνησί τε μάλιστα λε‐ πτομερὲς ὑπάρχον. ὅσα δὲ τῶν τοιούτων ἐμφυσημάτων</w:t>
      </w:r>
    </w:p>
    <w:p>
      <w:r>
        <w:rPr>
          <w:rFonts w:ascii="Courier New" w:hAnsi="Courier New"/>
          <w:color w:val="555555"/>
          <w:sz w:val="20"/>
        </w:rPr>
        <w:t>[5]</w:t>
      </w:r>
    </w:p>
    <w:p>
      <w:r>
        <w:rPr>
          <w:rFonts w:ascii="Gentium Plus" w:hAnsi="Gentium Plus"/>
          <w:sz w:val="24"/>
        </w:rPr>
        <w:t>ἀμεληθέντα χρονίζει, πρῶτον μὲν ἐπ’ αὐτῶν τῷ διὰ τῆς κονίας, ὡς εἴρηται, χρήσαιο· δεύτερον δὲ τῶν ἐμπλαστωδῶν τινι. παράδειγμα δ’ ἐρῶ καὶ τῶνδε. γλοιὸν ἀναζέσας διήθη‐ σον πρῶτον, ὡς γενέσθαι καθαρόν· εἶτ’ αὖθις ἐμβαλὼν τῇ κακκάβῃ τίτανον ἄσβεστον λείαν ὡς ἄλευρον ἔμπλαττε μέχρι</w:t>
      </w:r>
    </w:p>
    <w:p>
      <w:r>
        <w:rPr>
          <w:rFonts w:ascii="Courier New" w:hAnsi="Courier New"/>
          <w:color w:val="555555"/>
          <w:sz w:val="20"/>
        </w:rPr>
        <w:t>[10]</w:t>
      </w:r>
    </w:p>
    <w:p>
      <w:r>
        <w:rPr>
          <w:rFonts w:ascii="Gentium Plus" w:hAnsi="Gentium Plus"/>
          <w:sz w:val="24"/>
        </w:rPr>
        <w:t>πηλώδους συστάσεως. ἀγαθὸν δ’ ἐπὶ τούτοις ἐστὶ καὶ τὸ διὰ τοῦ συκομόρου φάρμακον, ὅσα τ’ ἄλλα τοιαῦτα. νυνὶ γὰρ, ὡς εἴρηται, πολλάκις ἤδη παραδείγματα μόνα γράφω τῶν φαρμάκων, ὧν ἡ καθόλου δύναμις ὑπὸ τῆς θεραπευτικῆς εὑρίσκεται μεθόδου. ὥσπερ δὲ τῶν φαρμάκων τῆς χρήσεως</w:t>
      </w:r>
    </w:p>
    <w:p>
      <w:r>
        <w:rPr>
          <w:rFonts w:ascii="Courier New" w:hAnsi="Courier New"/>
          <w:color w:val="555555"/>
          <w:sz w:val="20"/>
        </w:rPr>
        <w:t>[15]</w:t>
      </w:r>
    </w:p>
    <w:p>
      <w:r>
        <w:rPr>
          <w:rFonts w:ascii="Gentium Plus" w:hAnsi="Gentium Plus"/>
          <w:sz w:val="24"/>
        </w:rPr>
        <w:t>ἐνταυθοῖ παραδείγματα γράφεται χάριν τοῦ νοῆσαί τε σα‐ φέστερον ὅλην τὴν μέθοδον, εὐπορώτερόν τε γίνεσθαι περὶ τὴν εὕρεσιν τῆς ὕλης, οὕτω καὶ τῶν πεπονθότων μορίων τοῦ</w:t>
      </w:r>
    </w:p>
    <w:p>
      <w:r>
        <w:rPr>
          <w:rFonts w:ascii="Courier New" w:hAnsi="Courier New"/>
          <w:color w:val="555555"/>
          <w:sz w:val="20"/>
        </w:rPr>
        <w:t>[10 . 968]</w:t>
      </w:r>
    </w:p>
    <w:p>
      <w:r>
        <w:rPr>
          <w:rFonts w:ascii="Gentium Plus" w:hAnsi="Gentium Plus"/>
          <w:sz w:val="24"/>
        </w:rPr>
        <w:t>νεωτέρων πριαπισμὸς, ἐπειδὴ τὸ αἰδοῖον ἀκουσίως ἐξαίρεται τῶν οὕτω διακειμένων· ὃ θεασάμενός τις τῶν ἐν τοῖσδε τοῖς ὑπομνήμασι προγεγυμνασμένων ἑτοίμως γνωριεῖ τοῦ τῶν ἐμφυσημάτων ὑπάρχον γένους. ἀναμνησθεὶς τά τε κατὰ τὴν</w:t>
      </w:r>
    </w:p>
    <w:p>
      <w:r>
        <w:rPr>
          <w:rFonts w:ascii="Courier New" w:hAnsi="Courier New"/>
          <w:color w:val="555555"/>
          <w:sz w:val="20"/>
        </w:rPr>
        <w:t>[5]</w:t>
      </w:r>
    </w:p>
    <w:p>
      <w:r>
        <w:rPr>
          <w:rFonts w:ascii="Gentium Plus" w:hAnsi="Gentium Plus"/>
          <w:sz w:val="24"/>
        </w:rPr>
        <w:t>ἀνατομὴν φαινόμενα τοῦ μορίου καὶ τὰ κατὰ τοὺς φυσικοὺς ὑπὲρ τῆς ἐνεργείας αὐτοῦ καὶ τῆς χρείας λόγους, οὐ χαλεπῶς ἐννοήσει ὅτι τὸ πληρούμενον ἀτμώδους πνεύματος, τὸ σηραγγῶδες νεῦρον, ὃ τὴν ἰδίαν οὐσίαν συνίστησι τοῦ αἰ‐ δοίου, τὸ πάθος ἐργάζεται τοῦτο. πνεῦμα δ’ ἀτμῶδες ἐν</w:t>
      </w:r>
    </w:p>
    <w:p>
      <w:r>
        <w:rPr>
          <w:rFonts w:ascii="Courier New" w:hAnsi="Courier New"/>
          <w:color w:val="555555"/>
          <w:sz w:val="20"/>
        </w:rPr>
        <w:t>[10]</w:t>
      </w:r>
    </w:p>
    <w:p>
      <w:r>
        <w:rPr>
          <w:rFonts w:ascii="Gentium Plus" w:hAnsi="Gentium Plus"/>
          <w:sz w:val="24"/>
        </w:rPr>
        <w:t>τοῖς τῶν ζώων σώμασιν ἐμάθομεν ἐκ χυμῶν θερμαινομένων ἠρέμα γίγνεσθαι. ἔνθα μὲν γὰρ ἰσχυρόν τ’ ἐστὶ τὸ ἔμφυτον θερμὸν, ἥ θ’ ὑγρότης τοῦ μορίου κατειργασμένη τελέως, εἰς ἀτμοὺς λεπτομερεῖς λυομένη, κατὰ τὴν ἄδηλον αἰσθήσει διαπνοὴν εἰς τὸ περιέχον ἀποῤῥεῖ. ἔνθα δ’ ἤτοι τὸ σύμφυτον</w:t>
      </w:r>
    </w:p>
    <w:p>
      <w:r>
        <w:rPr>
          <w:rFonts w:ascii="Courier New" w:hAnsi="Courier New"/>
          <w:color w:val="555555"/>
          <w:sz w:val="20"/>
        </w:rPr>
        <w:t>[15]</w:t>
      </w:r>
    </w:p>
    <w:p>
      <w:r>
        <w:rPr>
          <w:rFonts w:ascii="Gentium Plus" w:hAnsi="Gentium Plus"/>
          <w:sz w:val="24"/>
        </w:rPr>
        <w:t>θερμὸν ἀσθενέστερόν ἐστιν ἢ τὸ κατὰ φύσιν ὑγρὸν ἡμίπεπτόν τε καὶ παχὺ καὶ γλίσχρον, ἐνταῦθα παχύτερος ὁ ἀτμὸς ἢ ὡς διαπνεῖσθαι γεννᾶται, καὶ μάλισθ’ ὅταν καὶ τὸ μόριον</w:t>
      </w:r>
    </w:p>
    <w:p>
      <w:r>
        <w:rPr>
          <w:rFonts w:ascii="Courier New" w:hAnsi="Courier New"/>
          <w:color w:val="555555"/>
          <w:sz w:val="20"/>
        </w:rPr>
        <w:t>[10 . 969]</w:t>
      </w:r>
    </w:p>
    <w:p>
      <w:r>
        <w:rPr>
          <w:rFonts w:ascii="Gentium Plus" w:hAnsi="Gentium Plus"/>
          <w:sz w:val="24"/>
        </w:rPr>
        <w:t>εχόμενον ὑγρὸν ὑπόψυχρόν τ’ ἐστὶ καὶ παχὺ καὶ γλίσχρον· αὐξηθεῖσα δὲ ἡ θερμότης εἰς ἀτμοὺς αὐτὸ διαλύει παχεῖς. ὅπερ καὶ μάλιστά σοι σκεπτέον ἐστι καὶ διοριστέον, ὡς πρὸς τὴν θεραπείαν. ἡ μὲν γὰρ ἀρχὴ κοινὴ τῶν διαθέσεων ἀμ‐</w:t>
      </w:r>
    </w:p>
    <w:p>
      <w:r>
        <w:rPr>
          <w:rFonts w:ascii="Courier New" w:hAnsi="Courier New"/>
          <w:color w:val="555555"/>
          <w:sz w:val="20"/>
        </w:rPr>
        <w:t>[5]</w:t>
      </w:r>
    </w:p>
    <w:p>
      <w:r>
        <w:rPr>
          <w:rFonts w:ascii="Gentium Plus" w:hAnsi="Gentium Plus"/>
          <w:sz w:val="24"/>
        </w:rPr>
        <w:t>φοτέρων προκενῶσαι τὸν ὅλον ὄγκον, ἣν ἂν οἷόν τ’ εἴη δέξασθαι κένωσιν. εἴρηται δὲ πολλάκις ὑπὲρ τῆς ἐν τοῖς κενωτικοῖς βοηθήμασι δυνάμεως, ἅπερ ἐστὶ φλεβοτομία καὶ κάθαρσις, ἥ τε διὰ τῶν ὑπηλάτων φαρμάκων καὶ ἡ διὰ τῶν ἀνωτερικῶν ἢ ἐμετικῶν ὀνομαζομένων· ἔτι τε τρίψις</w:t>
      </w:r>
    </w:p>
    <w:p>
      <w:r>
        <w:rPr>
          <w:rFonts w:ascii="Courier New" w:hAnsi="Courier New"/>
          <w:color w:val="555555"/>
          <w:sz w:val="20"/>
        </w:rPr>
        <w:t>[10]</w:t>
      </w:r>
    </w:p>
    <w:p>
      <w:r>
        <w:rPr>
          <w:rFonts w:ascii="Gentium Plus" w:hAnsi="Gentium Plus"/>
          <w:sz w:val="24"/>
        </w:rPr>
        <w:t>πολλὴ καὶ κίνησις πᾶσα καὶ λουτρὰ καὶ μάλισθ’ ὅσα δια‐ φορητικῶν ὑδάτων ἐστί. οὕτω δὲ καὶ τὰ δριμέα φάρμακα χριόμενα διαφορεῖ καὶ πάνθ’ ἁπλῶς ὅσα θερμαίνουσί τε καὶ ξηραίνουσι. κατὰ συμβεβηκὸς δέ τι καὶ ἡ ἀσιτία δέδει‐ κται κενοῦν καὶ μάλισθ’ ὅταν ᾖ τὸ περιέχον θερμόν. ὅπερ</w:t>
      </w:r>
    </w:p>
    <w:p>
      <w:r>
        <w:rPr>
          <w:rFonts w:ascii="Courier New" w:hAnsi="Courier New"/>
          <w:color w:val="555555"/>
          <w:sz w:val="20"/>
        </w:rPr>
        <w:t>[15]</w:t>
      </w:r>
    </w:p>
    <w:p>
      <w:r>
        <w:rPr>
          <w:rFonts w:ascii="Gentium Plus" w:hAnsi="Gentium Plus"/>
          <w:sz w:val="24"/>
        </w:rPr>
        <w:t>ἂν οὖν ἐκ τούτων τῶν βοηθημάτων ὁ κάμνων ἐπιτηδειό‐ τατος ᾖ προσίεσθαι, τούτῳ κενωτέον αὐτὸν ἐπιτιθέντα τῷ μορίῳ φάρμακον, εἰ μὲν θερμότερον εἴη γεγονὸς, τῶν ψυ‐</w:t>
      </w:r>
    </w:p>
    <w:p>
      <w:r>
        <w:rPr>
          <w:rFonts w:ascii="Courier New" w:hAnsi="Courier New"/>
          <w:color w:val="555555"/>
          <w:sz w:val="20"/>
        </w:rPr>
        <w:t>[10 . 970]</w:t>
      </w:r>
    </w:p>
    <w:p>
      <w:r>
        <w:rPr>
          <w:rFonts w:ascii="Gentium Plus" w:hAnsi="Gentium Plus"/>
          <w:sz w:val="24"/>
        </w:rPr>
        <w:t>κατ’ ἀρχὰς μὲν πάντως μετρίως ψῦχον, ὕστερον δ’ οὐκ ἀναγ‐ καῖον. οὕτω δὲ καὶ τὰ κατὰ τὴν ὀσφῦν ἅπαντα μόρια παρα‐ ληπτέον ἐστὶ φαρμάκῳ τὴν αὐτὴν δύναμιν ἔχοντι. καὶ τὴν ἄλλην δίαιταν ἄφυσόν τε καὶ ξηραντικὴν παραληπτέον.</w:t>
      </w:r>
    </w:p>
    <w:p>
      <w:r>
        <w:rPr>
          <w:rFonts w:ascii="Courier New" w:hAnsi="Courier New"/>
          <w:color w:val="555555"/>
          <w:sz w:val="20"/>
        </w:rPr>
        <w:t>[5]</w:t>
      </w:r>
    </w:p>
    <w:p>
      <w:r>
        <w:rPr>
          <w:rFonts w:ascii="Gentium Plus" w:hAnsi="Gentium Plus"/>
          <w:sz w:val="24"/>
        </w:rPr>
        <w:t>γίνεται δὲ οὐ πολλοῖς μὲν τὸ πάθος τοῦτο, νεανίαις γε μὴν μᾶλλον ἢ κατ’ ἄλλην ἡλικίαν· ὥστε καὶ ἡ φλεβοτομία μά‐ λιστα αὐτοὺς ὀνίνησιν, ὡς ἂν καὶ τῆς ἡλικίας οὐκ ἀρνουμένης αὐτῶν. οἶδα γοῦν ἐγώ τινα τῶν ὑπ’ ἐμοῦ θεραπευθέντων ἐν τρισὶν ἡμέραις εἰς τὸ κατὰ φύσιν ἐπανελθόντα διά τε φλε‐</w:t>
      </w:r>
    </w:p>
    <w:p>
      <w:r>
        <w:rPr>
          <w:rFonts w:ascii="Courier New" w:hAnsi="Courier New"/>
          <w:color w:val="555555"/>
          <w:sz w:val="20"/>
        </w:rPr>
        <w:t>[10]</w:t>
      </w:r>
    </w:p>
    <w:p>
      <w:r>
        <w:rPr>
          <w:rFonts w:ascii="Gentium Plus" w:hAnsi="Gentium Plus"/>
          <w:sz w:val="24"/>
        </w:rPr>
        <w:t>βοτομίας καὶ φαρμάκου τοιοῦδε· κηρωτὴν διὰ ῥοδίνου τοῦ ἁπλοῦ ποιήσας ὑγρὰν οὕτως, ὡς ἐπὶ τῶν καταγμάτων χρώ‐ μεθα μεθ’ ὕδατος ψυχροῦ, καὶ γὰρ θέρους ἦν ἀρχὴ, δεύσας τε καὶ ἀναφυράσας ἐπέθηκα τῷ αἰδοίῳ καὶ ταῖς ψόαις ὀνο‐ μαζομέναις. οὗτος μὲν οὕτως ἐθεραπεύθη. τούτου δ’ οὐχ</w:t>
      </w:r>
    </w:p>
    <w:p>
      <w:r>
        <w:rPr>
          <w:rFonts w:ascii="Courier New" w:hAnsi="Courier New"/>
          <w:color w:val="555555"/>
          <w:sz w:val="20"/>
        </w:rPr>
        <w:t>[15]</w:t>
      </w:r>
    </w:p>
    <w:p>
      <w:r>
        <w:rPr>
          <w:rFonts w:ascii="Gentium Plus" w:hAnsi="Gentium Plus"/>
          <w:sz w:val="24"/>
        </w:rPr>
        <w:t>ἧττον ἄλλος ἐπὶ τῇ φλεβοτομίᾳ τῷ διὰ τοῦ χαμαιμήλου χρη‐ σάμενος ὑγρῷ φαρμάκῳ. δίδωμι δ’ αὐτοῖς καὶ τῆς νυμφαίας πίνειν τό γε κατ’ ἀρχὰς, ἐφεξῆς δὲ τῆς ἄγνου τὸ σπέρμα· καὶ</w:t>
      </w:r>
    </w:p>
    <w:p>
      <w:r>
        <w:rPr>
          <w:rFonts w:ascii="Courier New" w:hAnsi="Courier New"/>
          <w:color w:val="555555"/>
          <w:sz w:val="20"/>
        </w:rPr>
        <w:t>[10 . 971]</w:t>
      </w:r>
    </w:p>
    <w:p>
      <w:r>
        <w:rPr>
          <w:rFonts w:ascii="Gentium Plus" w:hAnsi="Gentium Plus"/>
          <w:sz w:val="24"/>
        </w:rPr>
        <w:t>τὸ παράγγελμα κοινὸν ἐπὶ πάντων σχεδὸν τῶν διὰ μοχθη‐ ροὺς χυμοὺς συστάντων νοσημάτων, ὡς ἐπὶ τῇ τελευτῇ τοῖς θερμαίνουσι καὶ ξηραίνουσι χρῆσθαι· τελέως γὰρ ἐκκόπτει ταῦτα τὸ καταλειπόμενον τοῦ χυμοῦ.</w:t>
      </w:r>
    </w:p>
    <w:p>
      <w:r>
        <w:rPr>
          <w:rFonts w:ascii="Courier New" w:hAnsi="Courier New"/>
          <w:color w:val="555555"/>
          <w:sz w:val="20"/>
        </w:rPr>
        <w:t>[5]</w:t>
      </w:r>
    </w:p>
    <w:p>
      <w:r>
        <w:rPr>
          <w:rFonts w:ascii="Gentium Plus" w:hAnsi="Gentium Plus"/>
          <w:sz w:val="24"/>
        </w:rPr>
        <w:t>Γλῶττάν γε μὴν οὕτως ἐξαρθεῖσαν εἴδομεν, ὡς μὴ χωρεῖσθαι πρὸς τοῦ στόματος τοῦ ἀνθρώπου, μήτε πεφλεβοτομημένου ποτὲ καὶ τὴν ἡλικίαν ἑξηκοντούτου· δε‐ κάτη δέ που σχεδὸν ὥρα τῆς ἡμέρας ἦν, ἡνίκα τὸ πρῶτον εἶδον αὐτόν. καί μοι καθαρτέος ἔδοξεν εἶναι τοῖς συνήθεσι</w:t>
      </w:r>
    </w:p>
    <w:p>
      <w:r>
        <w:rPr>
          <w:rFonts w:ascii="Courier New" w:hAnsi="Courier New"/>
          <w:color w:val="555555"/>
          <w:sz w:val="20"/>
        </w:rPr>
        <w:t>[10]</w:t>
      </w:r>
    </w:p>
    <w:p>
      <w:r>
        <w:rPr>
          <w:rFonts w:ascii="Gentium Plus" w:hAnsi="Gentium Plus"/>
          <w:sz w:val="24"/>
        </w:rPr>
        <w:t>καταποτίοις, ἃ διὰ τῆς ἀλόης καὶ σκαμμωνίας καὶ κολοκυν‐ θίδος συντίθεμεν, εἰς ἑσπέραν δοθέντος τοῦ φαρμάκου· ἐπ’ αὐτὸ μέντοι τὸ πεπονθὸς μέρος ἐπιθεῖναί τι συνεβούλευσα τῶν ψυχόντων τήν γε πρώτην· ὕστερον γὰρ, ἔφην, ἁρμοσό‐ μεθα πρὸς τὸ ἀποβαῖνον. ἀλλ’ ἑνί γέ τινι τῶν ἰατρῶν οὐκ</w:t>
      </w:r>
    </w:p>
    <w:p>
      <w:r>
        <w:rPr>
          <w:rFonts w:ascii="Courier New" w:hAnsi="Courier New"/>
          <w:color w:val="555555"/>
          <w:sz w:val="20"/>
        </w:rPr>
        <w:t>[15]</w:t>
      </w:r>
    </w:p>
    <w:p>
      <w:r>
        <w:rPr>
          <w:rFonts w:ascii="Gentium Plus" w:hAnsi="Gentium Plus"/>
          <w:sz w:val="24"/>
        </w:rPr>
        <w:t>ἐδόκει· καὶ διὰ τοῦτο τῶν μὲν καταποτίων ἔλαβεν· ἀνεβλήθη δ’ ἡ περὶ τοῦ τοπικοῦ φαρμάκου σκέψις εἰς τὴν ὑστεραίαν, ἡνίκα καὶ μᾶλλον ἀνύσειν τι τὸ δοκιμασθὲν ἠλπίζετο, προκεκενωμένου</w:t>
      </w:r>
    </w:p>
    <w:p>
      <w:r>
        <w:rPr>
          <w:rFonts w:ascii="Courier New" w:hAnsi="Courier New"/>
          <w:color w:val="555555"/>
          <w:sz w:val="20"/>
        </w:rPr>
        <w:t>[10 . 972]</w:t>
      </w:r>
    </w:p>
    <w:p>
      <w:r>
        <w:rPr>
          <w:rFonts w:ascii="Gentium Plus" w:hAnsi="Gentium Plus"/>
          <w:sz w:val="24"/>
        </w:rPr>
        <w:t>νημένης. ἀλλὰ διά γε τῆς νυκτὸς ἐναργέστατον ὄναρ αὐτῷ γενόμενον ἐπῄνεσέ τε τὴν ἐμὴν συμβουλὴν, ὥρισέ τε τοῦ φαρ‐ μάκου τὴν ὕλην, θριδακίνης χυλῷ διακλύζεσθαι κελεῦσαν· ᾧ δὴ καὶ μόνῳ χρησάμενος ὁ ἄνθρωπος ὤνητο τελέως, ὡς μηκέτ’</w:t>
      </w:r>
    </w:p>
    <w:p>
      <w:r>
        <w:rPr>
          <w:rFonts w:ascii="Courier New" w:hAnsi="Courier New"/>
          <w:color w:val="555555"/>
          <w:sz w:val="20"/>
        </w:rPr>
        <w:t>[5]</w:t>
      </w:r>
    </w:p>
    <w:p>
      <w:r>
        <w:rPr>
          <w:rFonts w:ascii="Gentium Plus" w:hAnsi="Gentium Plus"/>
          <w:sz w:val="24"/>
        </w:rPr>
        <w:t>ἄλλου δεηθῆναι. τό γε μὴν ἐπὶ τοῦ πριαπισμοῦ μᾶλλον ἐμε‐ τικοῖς φαρμάκοις χρῆσθαι τῶν ὑπηλάτων, ἐπὶ δὲ τῆς γλώττης ἔμπαλιν, εὔδηλον ὡς ἐκ τῆς τοῦ μορίου θέσεως ἔχει τὴν ἔνδει‐ ξιν. ἡ γὰρ ὑφ’ Ἱπποκράτους ἀντίσπασις ὀνομαζομένη τὴν εὕρεσιν οὐκ ἀπὸ τῆς οὐσίας, ἀλλ’ ἀπὸ τῆς θέσεως τοῦ θερα‐</w:t>
      </w:r>
    </w:p>
    <w:p>
      <w:r>
        <w:rPr>
          <w:rFonts w:ascii="Courier New" w:hAnsi="Courier New"/>
          <w:color w:val="555555"/>
          <w:sz w:val="20"/>
        </w:rPr>
        <w:t>[10]</w:t>
      </w:r>
    </w:p>
    <w:p>
      <w:r>
        <w:rPr>
          <w:rFonts w:ascii="Gentium Plus" w:hAnsi="Gentium Plus"/>
          <w:sz w:val="24"/>
        </w:rPr>
        <w:t>πευομένου λαμβάνει μορίου. Καιρὸς οὖν ἤδη μεταβαίνειν ἐφ’ ἕτερον ὄγκου γένος, ἀπὸ τοῦ πράγματος ἀρξαμένους μᾶλλον ἢ τῆς προσηγορίας· αὕτη γὰρ ἀναμφισβήτητός τ’ ἐστὶ καὶ ὄν‐ τως ἐπιστημονικὴ διδασκαλία. τὸ μὲν οὖν ἐπιῤῥεῖν τινα χυμὸν</w:t>
      </w:r>
    </w:p>
    <w:p>
      <w:r>
        <w:rPr>
          <w:rFonts w:ascii="Courier New" w:hAnsi="Courier New"/>
          <w:color w:val="555555"/>
          <w:sz w:val="20"/>
        </w:rPr>
        <w:t>[15]</w:t>
      </w:r>
    </w:p>
    <w:p>
      <w:r>
        <w:rPr>
          <w:rFonts w:ascii="Gentium Plus" w:hAnsi="Gentium Plus"/>
          <w:sz w:val="24"/>
        </w:rPr>
        <w:t>ἅπασι τοῖς τοιούτοις ὄγκοις ἐν τῷ περὶ τῶν παρὰ φύσιν ὄγκων ἐπιδέδεικται γράμματι. τὸ δὲ μὴ τὸν αὐτὸν ἐν ἅπασιν εἶναι διὰ τῆς αἰσθήσεως ἐναργῶς φαίνεται, διαφερόντων γε</w:t>
      </w:r>
    </w:p>
    <w:p>
      <w:r>
        <w:rPr>
          <w:rFonts w:ascii="Courier New" w:hAnsi="Courier New"/>
          <w:color w:val="555555"/>
          <w:sz w:val="20"/>
        </w:rPr>
        <w:t>[10 . 973]</w:t>
      </w:r>
    </w:p>
    <w:p>
      <w:r>
        <w:rPr>
          <w:rFonts w:ascii="Gentium Plus" w:hAnsi="Gentium Plus"/>
          <w:sz w:val="24"/>
        </w:rPr>
        <w:t>τητα καὶ ψυχρότητα καὶ σκληρότητα καὶ μαλακότητα διαφο‐ ραῖς. ὁ μὲν οὖν ἐρυθρὸς ὄγκος ἐναργῶς ἐνδείκνυται τὸν χυμὸν ὑπάρχειν αἷμα, καθάπερ γε καὶ ὁ ξανθὸς καὶ ὠχρὸς τὴν τοιαύτην χολήν· ὁ δ’ ὑπόλευκός τε καὶ χαῦνος</w:t>
      </w:r>
    </w:p>
    <w:p>
      <w:r>
        <w:rPr>
          <w:rFonts w:ascii="Courier New" w:hAnsi="Courier New"/>
          <w:color w:val="555555"/>
          <w:sz w:val="20"/>
        </w:rPr>
        <w:t>[5]</w:t>
      </w:r>
    </w:p>
    <w:p>
      <w:r>
        <w:rPr>
          <w:rFonts w:ascii="Gentium Plus" w:hAnsi="Gentium Plus"/>
          <w:sz w:val="24"/>
        </w:rPr>
        <w:t>τὸ φλέγμα. γίνονται δέ τινες ὄγκοι παρὰ τούσδε, τῇ μὲν χρόᾳ μεταξὺ τῶν ἐρυθρῶν τε καὶ μελάνων, οἷόν περ τὸ φαιόν ἐστι χρῶμα. καλοῦσι δ’ αὐτὸ πολλάκις ἐν τοῖς τοῦ σώματος μέρεσι γενόμενον οἱ πλεῖστοι τῶν ἰατρῶν πελιδνόν. ἡ δ’ ἀντι‐ τυπία καὶ τούτοις τοῖς ὄγκοις ἱκανή· καὶ εἰ φλέβας ἀξιολό‐</w:t>
      </w:r>
    </w:p>
    <w:p>
      <w:r>
        <w:rPr>
          <w:rFonts w:ascii="Courier New" w:hAnsi="Courier New"/>
          <w:color w:val="555555"/>
          <w:sz w:val="20"/>
        </w:rPr>
        <w:t>[10]</w:t>
      </w:r>
    </w:p>
    <w:p>
      <w:r>
        <w:rPr>
          <w:rFonts w:ascii="Gentium Plus" w:hAnsi="Gentium Plus"/>
          <w:sz w:val="24"/>
        </w:rPr>
        <w:t>γους ἔχοι τὸ μόριον, ἐξαιρουμένας ἰδεῖν ἔστιν αὐτὰς ὑπὸ παχέος τε καὶ μελαντέρου πως αἵματος, οἷόν περ ἐνίοτε καὶ κατὰ γαστέρα πολλοῖς τῶν ἡπατικῶν ἐκκρίνεται. καί τινες τῶν ἰατρῶν οὐ κακῶς μοι δοκοῦσιν εἰκάζειν αὐτὸ τῇ τοῖς οἴνοις ὑφιζανούσῃ τρυγί. ἐπὶ πλέον δ’ οὖν ὁ χυμὸς οὗτος</w:t>
      </w:r>
    </w:p>
    <w:p>
      <w:r>
        <w:rPr>
          <w:rFonts w:ascii="Courier New" w:hAnsi="Courier New"/>
          <w:color w:val="555555"/>
          <w:sz w:val="20"/>
        </w:rPr>
        <w:t>[15]</w:t>
      </w:r>
    </w:p>
    <w:p>
      <w:r>
        <w:rPr>
          <w:rFonts w:ascii="Gentium Plus" w:hAnsi="Gentium Plus"/>
          <w:sz w:val="24"/>
        </w:rPr>
        <w:t>ἐκθερμανθεὶς ἤτοι διὰ σῆψιν ἢ πυρετὸν φλεγμονώδη τὴν μέλαιναν ἐργάζεται χολὴν, ἧς οὔτε ζῶόν τι γεύεται μέχρι καὶ τῶν μυῶν ἥ τε γῆ ξύεται πρὸς αὐτῆς, ἕκαστόν τε τῶν ἀποξυ‐</w:t>
      </w:r>
    </w:p>
    <w:p>
      <w:r>
        <w:rPr>
          <w:rFonts w:ascii="Courier New" w:hAnsi="Courier New"/>
          <w:color w:val="555555"/>
          <w:sz w:val="20"/>
        </w:rPr>
        <w:t>[10 . 974]</w:t>
      </w:r>
    </w:p>
    <w:p>
      <w:r>
        <w:rPr>
          <w:rFonts w:ascii="Gentium Plus" w:hAnsi="Gentium Plus"/>
          <w:sz w:val="24"/>
        </w:rPr>
        <w:t>ὥς που καὶ Πλάτων ἔφη, ζέσις τε καὶ ζύμωσις. ἔστι γὰρ ὁ τοιοῦτος χυμὸς, οἷόν περ τὸ ὄξος ἐδείξαμεν ὑπάρχειν, ὑφ’ οὗ καὶ αὐτοῦ κατὰ γῆς ἐκχυθέντος ταὐτὸ γίνεται σύμπτωμα. διὸ καὶ καλοῦσιν οἱ παλαιοὶ τὸν χυμὸν τὸν τοιοῦτον ὀξὺν,</w:t>
      </w:r>
    </w:p>
    <w:p>
      <w:r>
        <w:rPr>
          <w:rFonts w:ascii="Courier New" w:hAnsi="Courier New"/>
          <w:color w:val="555555"/>
          <w:sz w:val="20"/>
        </w:rPr>
        <w:t>[5]</w:t>
      </w:r>
    </w:p>
    <w:p>
      <w:r>
        <w:rPr>
          <w:rFonts w:ascii="Gentium Plus" w:hAnsi="Gentium Plus"/>
          <w:sz w:val="24"/>
        </w:rPr>
        <w:t>καθάπερ τὸν τῆς ὠχρᾶς χολῆς πικρόν. οὐχ ἥκιστα δὲ καὶ κατὰ τοὺς ἐμέτους φαίνεται τοιοῦτος. ὥσπερ δ’ ὀλίγον ἔμ‐ προσθεν ἔλεγον, ἓν μέν τι πάθος ἀκριβῆ σκίῤῥον ὑπάρχειν, ᾧ πρὸς τοῖς ἄλλοις ἀναισθησία σύνεστι, τοὺς δ’ ἄλλους ὄγκους, ὅσοι μηδέπω παντάπασίν εἰσιν ἀναίσθητοι, διχῶς</w:t>
      </w:r>
    </w:p>
    <w:p>
      <w:r>
        <w:rPr>
          <w:rFonts w:ascii="Courier New" w:hAnsi="Courier New"/>
          <w:color w:val="555555"/>
          <w:sz w:val="20"/>
        </w:rPr>
        <w:t>[10]</w:t>
      </w:r>
    </w:p>
    <w:p>
      <w:r>
        <w:rPr>
          <w:rFonts w:ascii="Gentium Plus" w:hAnsi="Gentium Plus"/>
          <w:sz w:val="24"/>
        </w:rPr>
        <w:t>ὀνομάζεσθαι πρὸς τῶν ἰατρῶν, ἤτοι σκίῤῥους, ἐπειδὴ τοῦ γένους εἰσὶ τῶν σκίῤῥων, ἢ σκιῤῥώδεις ὄγκους· οὕτω κᾀπὶ τῶν χυμῶν ἡ μὲν ἀναμφισβητήτως μέλαινα χολὴ τοιαύτη τίς ἐστιν οἵαν ἄρτι διῆλθον, ὀξεῖα καὶ ζυμοῦσα τὴν γῆν, ἀηδής τε πᾶσι τοῖς ζώοις. ἡ δ’ ἐπιτηδεία γενέσθαι τοιαύτη καλεῖ‐</w:t>
      </w:r>
    </w:p>
    <w:p>
      <w:r>
        <w:rPr>
          <w:rFonts w:ascii="Courier New" w:hAnsi="Courier New"/>
          <w:color w:val="555555"/>
          <w:sz w:val="20"/>
        </w:rPr>
        <w:t>[15]</w:t>
      </w:r>
    </w:p>
    <w:p>
      <w:r>
        <w:rPr>
          <w:rFonts w:ascii="Gentium Plus" w:hAnsi="Gentium Plus"/>
          <w:sz w:val="24"/>
        </w:rPr>
        <w:t>ται διχῶς, ἤτοι μελαγχολικὸς χυμὸς ἢ μέλαινα χολὴ, τῶν οὕτως ὀνομαζόντων αὐτὴν ἐρούντων ἂν ἑτέραν μὲν εἶναι μέλαιναν ἐν τῷ κατὰ φύσιν ἔχειν τῷ ζώῳ ἑκάστης ἡμέρας γινομένην,</w:t>
      </w:r>
    </w:p>
    <w:p>
      <w:r>
        <w:rPr>
          <w:rFonts w:ascii="Courier New" w:hAnsi="Courier New"/>
          <w:color w:val="555555"/>
          <w:sz w:val="20"/>
        </w:rPr>
        <w:t>[10 . 975]</w:t>
      </w:r>
    </w:p>
    <w:p>
      <w:r>
        <w:rPr>
          <w:rFonts w:ascii="Gentium Plus" w:hAnsi="Gentium Plus"/>
          <w:sz w:val="24"/>
        </w:rPr>
        <w:t>λουμένην. ὅπερ δ’ ἀεὶ παρακελεύομαι, καταφρονεῖν μὲν ὀνο‐ μάτων, ἐπιστήμην δ’ ἀσκεῖν ἀκριβῆ τῆς τῶν πραγμάτων φύσεως, οὕτω καὶ νῦν ποιητέον, ὀνομάζοντας μὲν ὡς ἂν ἐπέλθῃ, λόγῳ δ’ ἑρμηνεύοντας ὡς γίνονταί τινες ὄγκοι παρὰ</w:t>
      </w:r>
    </w:p>
    <w:p>
      <w:r>
        <w:rPr>
          <w:rFonts w:ascii="Courier New" w:hAnsi="Courier New"/>
          <w:color w:val="555555"/>
          <w:sz w:val="20"/>
        </w:rPr>
        <w:t>[5]</w:t>
      </w:r>
    </w:p>
    <w:p>
      <w:r>
        <w:rPr>
          <w:rFonts w:ascii="Gentium Plus" w:hAnsi="Gentium Plus"/>
          <w:sz w:val="24"/>
        </w:rPr>
        <w:t>φύσιν ὑπὸ τοῦ τοιούτου χυμοῦ τὴν φύσιν οἵα πέρ ἐστιν ἐν οἴνῳ μὲν ἡ τρὺξ, ἐν ἐλαίῳ δ’ ἀμόργη· καὶ ὡς οὗτοι τῷ χρόνῳ προϊόντι σηπομένου τοῦ χυμοῦ διὰ τὴν ἐν τοῖς ἀγγείοις σφήνωσιν ἕλκονται. ὥσπερ οὖν τἄλλα πάθη πάντα παμπόλλην ἔχει διαφορὰν κατὰ τὸ μέρος ἐν τῷ μᾶλλόν τε</w:t>
      </w:r>
    </w:p>
    <w:p>
      <w:r>
        <w:rPr>
          <w:rFonts w:ascii="Courier New" w:hAnsi="Courier New"/>
          <w:color w:val="555555"/>
          <w:sz w:val="20"/>
        </w:rPr>
        <w:t>[10]</w:t>
      </w:r>
    </w:p>
    <w:p>
      <w:r>
        <w:rPr>
          <w:rFonts w:ascii="Gentium Plus" w:hAnsi="Gentium Plus"/>
          <w:sz w:val="24"/>
        </w:rPr>
        <w:t>καὶ ἧττον, οὕτω καὶ τοῦτο. τῆς γάρ τοι φλεγμονῆς ἡ μὲν ἐξέρυθρός ἐστιν, ἡ δ’ ὀλίγῳ τινὶ τοῦ κατὰ φύσιν ἐρυθρο‐ τέρα. τὸ δ’ οὖν εἶδος ἢ γένος ἢ ὅπως ἂν ἐθέλῃς ὀνομά‐ ζειν, ἀμφοτέραις ταὐτόν· ἐρυθρότεραί τε γάρ εἰσι τοῦ κατὰ φύσιν, ὀδύνη τε πάντως αὐταῖς σύνεστι, παμπόλλην ἔχουσα</w:t>
      </w:r>
    </w:p>
    <w:p>
      <w:r>
        <w:rPr>
          <w:rFonts w:ascii="Courier New" w:hAnsi="Courier New"/>
          <w:color w:val="555555"/>
          <w:sz w:val="20"/>
        </w:rPr>
        <w:t>[15]</w:t>
      </w:r>
    </w:p>
    <w:p>
      <w:r>
        <w:rPr>
          <w:rFonts w:ascii="Gentium Plus" w:hAnsi="Gentium Plus"/>
          <w:sz w:val="24"/>
        </w:rPr>
        <w:t>καὶ ἥδε διαφορὰν ἐν τῷ μᾶλλόν τε καὶ ἧττον· οὕτω δὲ καὶ ἡ ἀντιτυπία καὶ ἡ τάσις τοῦ δέρματος οὐκ ἴση πάσαις· ἀλλὰ κοινόν γε ἐπ’ αὐτῶν ἀντιτυπώτερον εἶναι τὸ μέρος ἢ</w:t>
      </w:r>
    </w:p>
    <w:p>
      <w:r>
        <w:rPr>
          <w:rFonts w:ascii="Courier New" w:hAnsi="Courier New"/>
          <w:color w:val="555555"/>
          <w:sz w:val="20"/>
        </w:rPr>
        <w:t>[10 . 976]</w:t>
      </w:r>
    </w:p>
    <w:p>
      <w:r>
        <w:rPr>
          <w:rFonts w:ascii="Gentium Plus" w:hAnsi="Gentium Plus"/>
          <w:sz w:val="24"/>
        </w:rPr>
        <w:t>τινὰ συνεκτεινομένου τε καὶ παρατεινομένου τοῦ δέρματος, εἰς ὅσον ἂν ὁ ὄγκος αἴρηται. οὕτως οὖν καὶ τὸ νῦν ἡμῖν ἑρμηνευόμενον πάθος ἐνίοτε μὲν ἀμυδρὰ καὶ σμικρὰ τὰ συμ‐ πτώματα καὶ λαθεῖν πως δυνάμενα τοὺς πολλοὺς ἐπιφέρει,</w:t>
      </w:r>
    </w:p>
    <w:p>
      <w:r>
        <w:rPr>
          <w:rFonts w:ascii="Courier New" w:hAnsi="Courier New"/>
          <w:color w:val="555555"/>
          <w:sz w:val="20"/>
        </w:rPr>
        <w:t>[5]</w:t>
      </w:r>
    </w:p>
    <w:p>
      <w:r>
        <w:rPr>
          <w:rFonts w:ascii="Gentium Plus" w:hAnsi="Gentium Plus"/>
          <w:sz w:val="24"/>
        </w:rPr>
        <w:t>πολλάκις δ’ οὕτως ἰσχυρὰ καὶ μεγάλα καὶ σαφῆ πᾶσιν, ὡς μηδὲ παῖδα λαθεῖν. ἀλλὰ τό γε κοινὸν ἐν ἅπασι τοῖς κατὰ μέρος ἐφ’ ἑαυτὸ καλοῦν τὴν νόησιν ἕν γε νόσημα τὸ τοιοῦτον ἐνδείκνυται καὶ προσηγορίαν μίαν ἐπ’ αὐτῷ ἀναγ‐ κάζει τίθεσθαι. μεγάλων μὲν οὖν ἁπάντων ὄντων οὐδεὶς</w:t>
      </w:r>
    </w:p>
    <w:p>
      <w:r>
        <w:rPr>
          <w:rFonts w:ascii="Courier New" w:hAnsi="Courier New"/>
          <w:color w:val="555555"/>
          <w:sz w:val="20"/>
        </w:rPr>
        <w:t>[10]</w:t>
      </w:r>
    </w:p>
    <w:p>
      <w:r>
        <w:rPr>
          <w:rFonts w:ascii="Gentium Plus" w:hAnsi="Gentium Plus"/>
          <w:sz w:val="24"/>
        </w:rPr>
        <w:t>ἀμφισβητεῖ τῆς προσηγορίας, ἀλλ’ ὀνομάζουσι συμφώνως τὸ τοιοῦτον πάθημα καρκῖνον. ἀρχόμενον δ’ ἔτι λανθάνειν εἰκός ἐστι τοὺς πολλοὺς, ὥσπερ ἀμέλει καὶ τὰ τῆς γῆς ἀνί‐ σχοντα φυτά· καὶ γὰρ καὶ ταῦτα μόνοις τοῖς ἀγαθοῖς γεωρ‐ γοῖς διαγινώσκεται. τίς οὖν ἥ τε κοινὴ καὶ ἰδία τῆς θεραπείας</w:t>
      </w:r>
    </w:p>
    <w:p>
      <w:r>
        <w:rPr>
          <w:rFonts w:ascii="Courier New" w:hAnsi="Courier New"/>
          <w:color w:val="555555"/>
          <w:sz w:val="20"/>
        </w:rPr>
        <w:t>[15]</w:t>
      </w:r>
    </w:p>
    <w:p>
      <w:r>
        <w:rPr>
          <w:rFonts w:ascii="Gentium Plus" w:hAnsi="Gentium Plus"/>
          <w:sz w:val="24"/>
        </w:rPr>
        <w:t>ἔνδειξις ἐπὶ καρκίνου, καιρὸς ἤδη λέγειν. ἡ μὲν κοινὴ κενῶσαι μὲν ἐν τῷ παραχρῆμα τὸν γεννῶντα τὸ πάθος χυμὸν, ὁμοίῳ</w:t>
      </w:r>
    </w:p>
    <w:p>
      <w:r>
        <w:rPr>
          <w:rFonts w:ascii="Courier New" w:hAnsi="Courier New"/>
          <w:color w:val="555555"/>
          <w:sz w:val="20"/>
        </w:rPr>
        <w:t>[10 . 977]</w:t>
      </w:r>
    </w:p>
    <w:p>
      <w:r>
        <w:rPr>
          <w:rFonts w:ascii="Gentium Plus" w:hAnsi="Gentium Plus"/>
          <w:sz w:val="24"/>
        </w:rPr>
        <w:t>κωλῦσαι δὲ τοῦ λοιποῦ μάλιστα μὲν, εἰ οἷόν τε, μηδ’ ἀθροί‐ ζεσθαι κατὰ τὰς φλέβας τοιοῦτον χυμόν· εἰ δὲ μὴ, ἀλλὰ κενοῦν τε πάντως αὐτὸν ἐκ διαλειμμάτων ἅμα καὶ τῷ ῥωννύειν τὸ μόριον, ἵνα μηδὲν φέρηται πρὸς αὐτὸ τῆς</w:t>
      </w:r>
    </w:p>
    <w:p>
      <w:r>
        <w:rPr>
          <w:rFonts w:ascii="Courier New" w:hAnsi="Courier New"/>
          <w:color w:val="555555"/>
          <w:sz w:val="20"/>
        </w:rPr>
        <w:t>[5]</w:t>
      </w:r>
    </w:p>
    <w:p>
      <w:r>
        <w:rPr>
          <w:rFonts w:ascii="Gentium Plus" w:hAnsi="Gentium Plus"/>
          <w:sz w:val="24"/>
        </w:rPr>
        <w:t>τῶν χυμῶν περιουσίας. ὥσπερ οὖν τὸν πικρόχολον χυμὸν ἐκκενοῦμεν, καθαίροντες φαρμάκῳ τοιοῦτον ἕλκειν ἐπιτη‐ δείῳ χυμὸν, οὕτω καὶ τὸν μελαγχολικὸν ἐκκενώσομεν ἢ διὰ τῶν ἁπλῶν τινος, οἷόν ἐστι τὸ ἐπίθυμον, οὗ πλῆθος δραχμῶν τεττάρων ἐν ὀῤῥῷ γάλακτος ἢ μελικράτῳ δίδο‐</w:t>
      </w:r>
    </w:p>
    <w:p>
      <w:r>
        <w:rPr>
          <w:rFonts w:ascii="Courier New" w:hAnsi="Courier New"/>
          <w:color w:val="555555"/>
          <w:sz w:val="20"/>
        </w:rPr>
        <w:t>[10]</w:t>
      </w:r>
    </w:p>
    <w:p>
      <w:r>
        <w:rPr>
          <w:rFonts w:ascii="Gentium Plus" w:hAnsi="Gentium Plus"/>
          <w:sz w:val="24"/>
        </w:rPr>
        <w:t>μεν· ἤ τινος τῶν συνθέτων, οἷόν πέρ ἐστι καὶ τὸ ἡμέ‐ τερον συγκείμενον ἐκ δυοῖν καὶ τριάκοντα ἁπλῶν φαρμάκων. ἀλλὰ τὴν μὲν τούτων ὕλην ἐν ἑτέροις ἔχεις γεγραμμένην· ἐνταῦθα δὲ τὰ τῆς μεθόδου λεγέσθω, μετὰ γάρ τοι τὴν κάθαρσιν ἐπὶ πάντων τούτων ἐῤῥέθη πρόσθεν ὡς ἤτοι γ’</w:t>
      </w:r>
    </w:p>
    <w:p>
      <w:r>
        <w:rPr>
          <w:rFonts w:ascii="Courier New" w:hAnsi="Courier New"/>
          <w:color w:val="555555"/>
          <w:sz w:val="20"/>
        </w:rPr>
        <w:t>[15]</w:t>
      </w:r>
    </w:p>
    <w:p>
      <w:r>
        <w:rPr>
          <w:rFonts w:ascii="Gentium Plus" w:hAnsi="Gentium Plus"/>
          <w:sz w:val="24"/>
        </w:rPr>
        <w:t>ὀπίσω χρὴ διώσασθαι τὸν κατασκήψαντα χυμὸν εἴς τι μό‐ ριον ἢ διαφορῆσαι· καὶ ὡς κατ’ ἀρχὰς μὲν ἔν τε τῷ τῆς καθάρσεως καιρῷ καὶ πρὸ αὐτῆς ἀπωθῆσαι, διαφορεῖν δὲ</w:t>
      </w:r>
    </w:p>
    <w:p>
      <w:r>
        <w:rPr>
          <w:rFonts w:ascii="Courier New" w:hAnsi="Courier New"/>
          <w:color w:val="555555"/>
          <w:sz w:val="20"/>
        </w:rPr>
        <w:t>[10 . 978]</w:t>
      </w:r>
    </w:p>
    <w:p>
      <w:r>
        <w:rPr>
          <w:rFonts w:ascii="Gentium Plus" w:hAnsi="Gentium Plus"/>
          <w:sz w:val="24"/>
        </w:rPr>
        <w:t>τῆς καθάρσεως γενομένης μικτὸν εἶναι χρὴ τὸ προσφερό‐ μενον φάρμακον ἐκ διαφορούσης τε καὶ ἀποκρουομένης δυνάμεως. ἑκάτεραι δ’ εἰσὶν ἄπρακτοι περὶ τὸν παχὺν χυ‐ μόν· αἱ μὲν γὰρ ἀσθενεῖς αὐτῷ τῷ μηδὲν ἐργάζεσθαι</w:t>
      </w:r>
    </w:p>
    <w:p>
      <w:r>
        <w:rPr>
          <w:rFonts w:ascii="Courier New" w:hAnsi="Courier New"/>
          <w:color w:val="555555"/>
          <w:sz w:val="20"/>
        </w:rPr>
        <w:t>[5]</w:t>
      </w:r>
    </w:p>
    <w:p>
      <w:r>
        <w:rPr>
          <w:rFonts w:ascii="Gentium Plus" w:hAnsi="Gentium Plus"/>
          <w:sz w:val="24"/>
        </w:rPr>
        <w:t>μέγα, αἱ δ’ ἰσχυραὶ τῷ σφοδρῶς μὲν ἤτοι διαφορεῖν ἢ ἀπωθεῖσθαι τὸ λεπτότερον ἐν τῷ κατὰ τὰς φλέβας αἵματι· τὸ δὲ παχὺ καὶ μελαγχολικὸν, ὃ τῇ τρυγὶ προσεικάζομεν, οὔτ’ ἐκκενοῦν οὔτ’ ἀποκρούεσθαι. τούτοις οὖν χρωμένῳ κατ’ ἀρχὰς μὲν ἧττον ὁ ὄγκος ἐπίδηλος ἔσται, τὸ λείψανον</w:t>
      </w:r>
    </w:p>
    <w:p>
      <w:r>
        <w:rPr>
          <w:rFonts w:ascii="Courier New" w:hAnsi="Courier New"/>
          <w:color w:val="555555"/>
          <w:sz w:val="20"/>
        </w:rPr>
        <w:t>[10]</w:t>
      </w:r>
    </w:p>
    <w:p>
      <w:r>
        <w:rPr>
          <w:rFonts w:ascii="Gentium Plus" w:hAnsi="Gentium Plus"/>
          <w:sz w:val="24"/>
        </w:rPr>
        <w:t>δ’ αὐτοῦ δύσλυτον ἀπεργασθήσεται. διὸ τῶν συμμέτρων ταῖς δυνάμεσι φαρμάκων ἐστὶ χρεία, μήτε νικωμένων διὰ τὴν ἀσθένειαν μήτε παχυνόντων ἰσχυρῶς τὸ αἷμα διὰ τὸ σφοδρὸν τῆς ἐνεργείας, ἔτι δὲ πρὸς τούτοις ἀδήκτων παν‐ τάπασιν· ἡ γὰρ κακοήθεια τοῦ πάθους ὑπὸ τῶν δακνόν‐</w:t>
      </w:r>
    </w:p>
    <w:p>
      <w:r>
        <w:rPr>
          <w:rFonts w:ascii="Courier New" w:hAnsi="Courier New"/>
          <w:color w:val="555555"/>
          <w:sz w:val="20"/>
        </w:rPr>
        <w:t>[15]</w:t>
      </w:r>
    </w:p>
    <w:p>
      <w:r>
        <w:rPr>
          <w:rFonts w:ascii="Gentium Plus" w:hAnsi="Gentium Plus"/>
          <w:sz w:val="24"/>
        </w:rPr>
        <w:t>των παροξύνεται καὶ ὥσπερ εἰώθασι λέγειν ἀγριοῦται. διὰ τοῦτ’ οὖν ὅσα σύμμετρα μέν ἐστι ταῖς δυνάμεσιν, ἄδηκτα δὲ ταῖς ποιότησιν, ἁρμόττει τοῖς τοιούτοις πάθε‐ σιν. εὐπορία δὲ τῆς ὕλης αὐτῶν, ὡς ἐν τοῖς περὶ φαρμά‐</w:t>
      </w:r>
    </w:p>
    <w:p>
      <w:r>
        <w:rPr>
          <w:rFonts w:ascii="Courier New" w:hAnsi="Courier New"/>
          <w:color w:val="555555"/>
          <w:sz w:val="20"/>
        </w:rPr>
        <w:t>[10 . 979]</w:t>
      </w:r>
    </w:p>
    <w:p>
      <w:r>
        <w:rPr>
          <w:rFonts w:ascii="Gentium Plus" w:hAnsi="Gentium Plus"/>
          <w:sz w:val="24"/>
        </w:rPr>
        <w:t>μένων μεταλλικῶν ἐστι. τὰ μὲν γὰρ διὰ τούτων συγκείμενα φάρμακα μεγάλως τοὺς ἀρχομένους καρκίνους ἅμα ταῖς καθάρσεσιν ἰᾶσθαι δύναται· τοὺς μείζονας δ’ ἱκανὸν αὐ‐ τοῖς ἐστι κωλύειν αὐξηθῆναι. τούς γε μὴν ἰαθέντας, ὅπως</w:t>
      </w:r>
    </w:p>
    <w:p>
      <w:r>
        <w:rPr>
          <w:rFonts w:ascii="Courier New" w:hAnsi="Courier New"/>
          <w:color w:val="555555"/>
          <w:sz w:val="20"/>
        </w:rPr>
        <w:t>[5]</w:t>
      </w:r>
    </w:p>
    <w:p>
      <w:r>
        <w:rPr>
          <w:rFonts w:ascii="Gentium Plus" w:hAnsi="Gentium Plus"/>
          <w:sz w:val="24"/>
        </w:rPr>
        <w:t>μηκέτι γεννηθῶσι προφυλάξασθαι, τῆς ὑγιεινῆς ἐστι πραγ‐ ματείας ἔργον, ἧς μόριόν ἐστι καὶ ἡ περὶ τῶν ἐδεσμάτων. εἴ γε μὴν ἐγχειρήσεις ποτὲ διὰ χειρουργίας ἰᾶσθαι καρκῖνον, ἄρξαι μὲν κενοῦν ἀπὸ καθάρσεως τοῦ μελαγχο‐ λικοῦ χυμοῦ. περικόψας δὲ πᾶν ἀκριβῶς τὸ πεπονθὸς, ὡς</w:t>
      </w:r>
    </w:p>
    <w:p>
      <w:r>
        <w:rPr>
          <w:rFonts w:ascii="Courier New" w:hAnsi="Courier New"/>
          <w:color w:val="555555"/>
          <w:sz w:val="20"/>
        </w:rPr>
        <w:t>[10]</w:t>
      </w:r>
    </w:p>
    <w:p>
      <w:r>
        <w:rPr>
          <w:rFonts w:ascii="Gentium Plus" w:hAnsi="Gentium Plus"/>
          <w:sz w:val="24"/>
        </w:rPr>
        <w:t>μηδεμίαν ἀπολείπεσθαι ῥίζαν, ἔασον ἐκχυθῆναι τὸ αἷμα καὶ μὴ ταχέως ἐπίσχῃς, ἀλλὰ καὶ θλῖβε τὰς πέριξ φλέβας, ἐκπιέζων αὐτῶν τὸ παχὺ τοῦ αἵματος· εἶτα θεράπευε τοῖς ἄλλοις ἕλκεσι παραπλησίως. Ἔστι γε μὴν καὶ ἄλλο πάθος ὑπὸ χυμοῦ</w:t>
      </w:r>
    </w:p>
    <w:p>
      <w:r>
        <w:rPr>
          <w:rFonts w:ascii="Courier New" w:hAnsi="Courier New"/>
          <w:color w:val="555555"/>
          <w:sz w:val="20"/>
        </w:rPr>
        <w:t>[15]</w:t>
      </w:r>
    </w:p>
    <w:p>
      <w:r>
        <w:rPr>
          <w:rFonts w:ascii="Gentium Plus" w:hAnsi="Gentium Plus"/>
          <w:sz w:val="24"/>
        </w:rPr>
        <w:t>παχέος τε καὶ ζέοντος γινόμενον. ἄρχεται δὲ τὰ πολλὰ μὲν ἀπὸ φλυκταίνης, ἐνίοτε δὲ καὶ χωρὶς ταύτης. ἀλλὰ κνᾶταί</w:t>
      </w:r>
    </w:p>
    <w:p>
      <w:r>
        <w:rPr>
          <w:rFonts w:ascii="Courier New" w:hAnsi="Courier New"/>
          <w:color w:val="555555"/>
          <w:sz w:val="20"/>
        </w:rPr>
        <w:t>[10 . 980]</w:t>
      </w:r>
    </w:p>
    <w:p>
      <w:r>
        <w:rPr>
          <w:rFonts w:ascii="Gentium Plus" w:hAnsi="Gentium Plus"/>
          <w:sz w:val="24"/>
        </w:rPr>
        <w:t>ἧς ῥηγνυμένης ἕλκος ἐσχαρῶδες γίνεται. πολλάκις δὲ οὐ μία φλύκταινα γεννᾶται κνησαμένων, ἀλλὰ πολλαὶ μικραὶ καθάπερ τινὲς κέγχροι καταπυκνοῦσαι τὸ μέρος· ὧν ἐκρη‐ γνυμένων ὁμοίως ἐσχαρῶδες ἕλκος γεννᾶται. κατὰ δὲ τοὺς</w:t>
      </w:r>
    </w:p>
    <w:p>
      <w:r>
        <w:rPr>
          <w:rFonts w:ascii="Courier New" w:hAnsi="Courier New"/>
          <w:color w:val="555555"/>
          <w:sz w:val="20"/>
        </w:rPr>
        <w:t>[5]</w:t>
      </w:r>
    </w:p>
    <w:p>
      <w:r>
        <w:rPr>
          <w:rFonts w:ascii="Gentium Plus" w:hAnsi="Gentium Plus"/>
          <w:sz w:val="24"/>
        </w:rPr>
        <w:t>ἐπιδημήσαντας ἄνθρακας ἐν Ἀσίᾳ καὶ χωρὶς φλυκταινῶν ἐνίοις εὐθέως ἀπεδάρη τὸ δέρμα. ἅπασιν οὖν, ὡς ἔφην, ἕλκος ἐσχαρῶδες γίνεται, ποτὲ μὲν τεφρώδους ἐσχάρας, ποτὲ δὲ μελαίνης. ἥ τε πέριξ ἅπασα αὐτοῖς σὰρξ εἰς ἐσχά‐ την ἀφικνεῖται φλόγωσιν· οὐ μὴν τῇ χρόᾳ γ’ ἔοικεν ἐρυσι‐</w:t>
      </w:r>
    </w:p>
    <w:p>
      <w:r>
        <w:rPr>
          <w:rFonts w:ascii="Courier New" w:hAnsi="Courier New"/>
          <w:color w:val="555555"/>
          <w:sz w:val="20"/>
        </w:rPr>
        <w:t>[10]</w:t>
      </w:r>
    </w:p>
    <w:p>
      <w:r>
        <w:rPr>
          <w:rFonts w:ascii="Gentium Plus" w:hAnsi="Gentium Plus"/>
          <w:sz w:val="24"/>
        </w:rPr>
        <w:t>πέλατι, ἀλλ’ ἔτι καὶ τῆς φλεγμονῆς ἐπ’ αὐτῷ γίνεται τὸ χρῶμα μελάντερον, ὡς εἰ καὶ μίξαις ἐρυθρῷ πλέονι τοῦ μέλανος ἔλαττον. ὅτι δὲ πυρέττουσιν οἱ οὕτως ἔχοντες ἐξ ἀνάγκης οὐδὲν ἧττον, ἀλλ’ ἔτι καὶ μᾶλλον ἐκείνων οἷς ἐρυσιπελατώδης ἐστὶν ἡ φλεγμονὴ, πρόδηλον παντί. καὶ</w:t>
      </w:r>
    </w:p>
    <w:p>
      <w:r>
        <w:rPr>
          <w:rFonts w:ascii="Courier New" w:hAnsi="Courier New"/>
          <w:color w:val="555555"/>
          <w:sz w:val="20"/>
        </w:rPr>
        <w:t>[15]</w:t>
      </w:r>
    </w:p>
    <w:p>
      <w:r>
        <w:rPr>
          <w:rFonts w:ascii="Gentium Plus" w:hAnsi="Gentium Plus"/>
          <w:sz w:val="24"/>
        </w:rPr>
        <w:t>μὲν δὴ καὶ ὡς ἀπὸ φλεβοτομίας ἀρκτέον ἐστὶ τῆς ἰάσεως εὔδηλον εἶναι νομίζω τοῖς μεμνημένοις ὅσα περὶ φλεβοτο‐ μίας εἴρηται κατὰ τὴν τῶν πυρετῶν θεραπείαν. οὐκ ἄδηλον</w:t>
      </w:r>
    </w:p>
    <w:p>
      <w:r>
        <w:rPr>
          <w:rFonts w:ascii="Courier New" w:hAnsi="Courier New"/>
          <w:color w:val="555555"/>
          <w:sz w:val="20"/>
        </w:rPr>
        <w:t>[10 . 981]</w:t>
      </w:r>
    </w:p>
    <w:p>
      <w:r>
        <w:rPr>
          <w:rFonts w:ascii="Gentium Plus" w:hAnsi="Gentium Plus"/>
          <w:sz w:val="24"/>
        </w:rPr>
        <w:t>μένη μειζόνως ὠφελήσειε, πλὴν εἰ μὴ τῶν ἄλλων τι παρείη τῶν κωλυόντων φλεβοτομεῖν. ἐπὶ δὲ τοῦ πεπονθότος μέ‐ ρους, ὅσον μὲν ἐπὶ τῇ φλογώσει τῶν χυμῶν, τῶν ψυχόν‐ των ἐστὶ χρεία· διὰ δὲ τὸ πάχος τοῦ χυμοῦ καὶ μέντοι</w:t>
      </w:r>
    </w:p>
    <w:p>
      <w:r>
        <w:rPr>
          <w:rFonts w:ascii="Courier New" w:hAnsi="Courier New"/>
          <w:color w:val="555555"/>
          <w:sz w:val="20"/>
        </w:rPr>
        <w:t>[5]</w:t>
      </w:r>
    </w:p>
    <w:p>
      <w:r>
        <w:rPr>
          <w:rFonts w:ascii="Gentium Plus" w:hAnsi="Gentium Plus"/>
          <w:sz w:val="24"/>
        </w:rPr>
        <w:t>καὶ τὴν κακοήθειαν οὔτ’ ἀποτρέψεις ποτὲ τὸ ῥεῦμα· καὶ εἰ τούτου ποτὲ τύχοις, ἕτερόν τι ἐν τῷ βάθει βλάψεις. οὐ μὴν οὐδ’ ἐπιῤῥεῖν αὐτῷ συγχωρητέον ἐστὶν, ἀλλ’ εὑρί‐ σκειν φάρμακα μετὰ τοῦ μετρίως ἀποκρούεσθαι καὶ δια‐ φορεῖν δυνάμενα. τοιοῦτον δ’ ἐστὶ τό τε δι’ ἀρνογλώσσου</w:t>
      </w:r>
    </w:p>
    <w:p>
      <w:r>
        <w:rPr>
          <w:rFonts w:ascii="Courier New" w:hAnsi="Courier New"/>
          <w:color w:val="555555"/>
          <w:sz w:val="20"/>
        </w:rPr>
        <w:t>[10]</w:t>
      </w:r>
    </w:p>
    <w:p>
      <w:r>
        <w:rPr>
          <w:rFonts w:ascii="Gentium Plus" w:hAnsi="Gentium Plus"/>
          <w:sz w:val="24"/>
        </w:rPr>
        <w:t>κατάπλασμα καὶ τὸ δι’ ἑφθῆς φακῆς, ἄρτου κλιβανίτου μιγνύντων ἡμῶν αὐτοῖς ὅσον ἁπαλόν. ἔστω δὲ μὴ πάνυ τι καθαρὸς, ὥσπερ οὐδὲ ῥυπαρός γε ἄγαν. ὁ μὲν γὰρ ἀκριβῶς καθαρὸς ἐμπλαστικωτέρας οὐσίας ἐστὶν, ὁ δὲ πιτυρίας ἁδρομερεστέρας. κατ’ αὐτοῦ δὲ τοῦ ἕλκους ἐπιτι‐</w:t>
      </w:r>
    </w:p>
    <w:p>
      <w:r>
        <w:rPr>
          <w:rFonts w:ascii="Courier New" w:hAnsi="Courier New"/>
          <w:color w:val="555555"/>
          <w:sz w:val="20"/>
        </w:rPr>
        <w:t>[15]</w:t>
      </w:r>
    </w:p>
    <w:p>
      <w:r>
        <w:rPr>
          <w:rFonts w:ascii="Gentium Plus" w:hAnsi="Gentium Plus"/>
          <w:sz w:val="24"/>
        </w:rPr>
        <w:t>θεμένου τινὸς τῶν ἰσχυρῶν φαρμάκων, οἷόν ἐστι τὸ Ἄν‐ δρωνος ἢ Πασίωνος ἢ Πολυείδου, λύοντα μετά τινος τῶν</w:t>
      </w:r>
    </w:p>
    <w:p>
      <w:r>
        <w:rPr>
          <w:rFonts w:ascii="Courier New" w:hAnsi="Courier New"/>
          <w:color w:val="555555"/>
          <w:sz w:val="20"/>
        </w:rPr>
        <w:t>[10 . 982]</w:t>
      </w:r>
    </w:p>
    <w:p>
      <w:r>
        <w:rPr>
          <w:rFonts w:ascii="Gentium Plus" w:hAnsi="Gentium Plus"/>
          <w:sz w:val="24"/>
        </w:rPr>
        <w:t>στοι δὲ οἴνων εἰς τοῦτο Θηραῖός τε καὶ Σκυβελίτης ἐστίν· ὧν μὴ παρόντων σιραίῳ χρηστέον, ὃ καλεῖται παρ’ ἡμῖν ἕψημα. τὰ δὲ τοῖς ἄλλοις ἕλκεσι προσφερόμενα φάρμακα πέττοντά τε καὶ διαπυΐσκοντα, ταῦτα οὐ χρὴ νῦν προσφέ‐</w:t>
      </w:r>
    </w:p>
    <w:p>
      <w:r>
        <w:rPr>
          <w:rFonts w:ascii="Courier New" w:hAnsi="Courier New"/>
          <w:color w:val="555555"/>
          <w:sz w:val="20"/>
        </w:rPr>
        <w:t>[5]</w:t>
      </w:r>
    </w:p>
    <w:p>
      <w:r>
        <w:rPr>
          <w:rFonts w:ascii="Gentium Plus" w:hAnsi="Gentium Plus"/>
          <w:sz w:val="24"/>
        </w:rPr>
        <w:t>ρειν· αὐξήσεις γὰρ τὴν σηπεδόνα τοῦ μορίου. καὶ μὴν καὶ ἀποσχάζειν τοὺς τοιούτους ὄγκους, ὅταν γε προφλεβοτο‐ μήσῃς, οὐκ ἀνεπιτήδειον· ἔστωσαν δὲ βαθύτεραι τῶν συμμέ‐ τρων αἱ ἀμυχαὶ διὰ τὸ πάχος τοῦ λυποῦντος χυμοῦ. παυ‐ σαμένης δὲ τῆς φλογώσεως ὁμοίως τοῖς ἄλλοις ἕλκεσιν εἰς</w:t>
      </w:r>
    </w:p>
    <w:p>
      <w:r>
        <w:rPr>
          <w:rFonts w:ascii="Courier New" w:hAnsi="Courier New"/>
          <w:color w:val="555555"/>
          <w:sz w:val="20"/>
        </w:rPr>
        <w:t>[10]</w:t>
      </w:r>
    </w:p>
    <w:p>
      <w:r>
        <w:rPr>
          <w:rFonts w:ascii="Gentium Plus" w:hAnsi="Gentium Plus"/>
          <w:sz w:val="24"/>
        </w:rPr>
        <w:t>οὐλὴν ἄξεις τὸ ἕλκος. ἀρκεῖν ἡγοῦμαι καὶ περὶ τῶν ἀνθράκων εἰρῆσθαι τοσαῦτα. Τῶν δ’ ἄλλων ὄγκων ἐφεξῆς μνημονεύσω καὶ πρῶτόν γε τῶν καλουμένων χοιράδων. γίνονται δ’ αὗται σκιῤῥουμένων ἀδένων. καὶ ἡ θεραπεία γ’ αὐτῶν, ὅσον μὲν</w:t>
      </w:r>
    </w:p>
    <w:p>
      <w:r>
        <w:rPr>
          <w:rFonts w:ascii="Courier New" w:hAnsi="Courier New"/>
          <w:color w:val="555555"/>
          <w:sz w:val="20"/>
        </w:rPr>
        <w:t>[15]</w:t>
      </w:r>
    </w:p>
    <w:p>
      <w:r>
        <w:rPr>
          <w:rFonts w:ascii="Gentium Plus" w:hAnsi="Gentium Plus"/>
          <w:sz w:val="24"/>
        </w:rPr>
        <w:t>ἐπὶ τῷ πάθει, κοινὴ τοῖς ἐν ἄλλῳ τινὶ μέρει γινομένοις σκίῤ‐ ῥοις· ὅσον δ’ ἐπὶ τῇ φύσει τοῦ μορίου, κατά τινας ἀδένας ἑτέρους προσλαμβάνει σκοποὺς διττούς. ἄμεινον δ’ ἴσως κᾀν‐</w:t>
      </w:r>
    </w:p>
    <w:p>
      <w:r>
        <w:rPr>
          <w:rFonts w:ascii="Courier New" w:hAnsi="Courier New"/>
          <w:color w:val="555555"/>
          <w:sz w:val="20"/>
        </w:rPr>
        <w:t>[10 . 983]</w:t>
      </w:r>
    </w:p>
    <w:p>
      <w:r>
        <w:rPr>
          <w:rFonts w:ascii="Gentium Plus" w:hAnsi="Gentium Plus"/>
          <w:sz w:val="24"/>
        </w:rPr>
        <w:t>διδασκαλίας. ὅσοι μὲν γὰρ ἀδένες ἀγγείων σχιζομένων ἀνα‐ πληροῦσι τὸ ἐν μέσῳ, στήριγμα γινόμενοι τῆς σχίσεως αὐτῶν, οὐ μεγάλη τούτων ἡ χρεία τοῖς ζώοις ἐστὶν, ἀλλ’ ἐκ περιττῆς μὲν προνοίας ὥσπερ ἄλλ’ ἄττα τοὺς τοιούτους</w:t>
      </w:r>
    </w:p>
    <w:p>
      <w:r>
        <w:rPr>
          <w:rFonts w:ascii="Courier New" w:hAnsi="Courier New"/>
          <w:color w:val="555555"/>
          <w:sz w:val="20"/>
        </w:rPr>
        <w:t>[5]</w:t>
      </w:r>
    </w:p>
    <w:p>
      <w:r>
        <w:rPr>
          <w:rFonts w:ascii="Gentium Plus" w:hAnsi="Gentium Plus"/>
          <w:sz w:val="24"/>
        </w:rPr>
        <w:t>ἀδένας ἡ φύσις ἐδημιούργησε. τῶν δ’ ἤτοι σίελον ἢ γάλα παρασκευαζόντων ἢ σπέρμα, καὶ μέντοι καὶ ὅσοι φλεγμα‐ τώδη τινὰ γεννῶσιν ὑγρότητα κατὰ μεσεντέριον ἢ φά‐ ρυγγα καὶ λάρυγγα, μείζων ἡ χρεία. καί τινες οὐδὲ ἀδένας ὀνομάζουσι τοὺς τοιούτους, ἀλλ’ ἀδενώδη σώματα πολὺ τῶν</w:t>
      </w:r>
    </w:p>
    <w:p>
      <w:r>
        <w:rPr>
          <w:rFonts w:ascii="Courier New" w:hAnsi="Courier New"/>
          <w:color w:val="555555"/>
          <w:sz w:val="20"/>
        </w:rPr>
        <w:t>[10]</w:t>
      </w:r>
    </w:p>
    <w:p>
      <w:r>
        <w:rPr>
          <w:rFonts w:ascii="Gentium Plus" w:hAnsi="Gentium Plus"/>
          <w:sz w:val="24"/>
        </w:rPr>
        <w:t>ἄλλων ἀδένων ἀραιότερά τε καὶ σπογγοειδέστερα τὴν οὐσίαν ὄντα· καὶ μέντοι καὶ καθήκουσιν εἰς τοὺς τοιούτους ἀδέ‐ νας ἀρτηρίαι τε καὶ φλέβες αἰσθηταί. σκιῤῥωθέντας τε θεραπευτέον αὐτοὺς ὡσαύτως τοῖς ἄλλοις ἅπασι μορίοις. ὅσοι δ’ ἐν ταῖς μεταξὺ χώραις τῶν ἀγγείων εἰσὶν, ἕτερος</w:t>
      </w:r>
    </w:p>
    <w:p>
      <w:r>
        <w:rPr>
          <w:rFonts w:ascii="Courier New" w:hAnsi="Courier New"/>
          <w:color w:val="555555"/>
          <w:sz w:val="20"/>
        </w:rPr>
        <w:t>[15]</w:t>
      </w:r>
    </w:p>
    <w:p>
      <w:r>
        <w:rPr>
          <w:rFonts w:ascii="Gentium Plus" w:hAnsi="Gentium Plus"/>
          <w:sz w:val="24"/>
        </w:rPr>
        <w:t>ἐν τούτοις προσέρχεται σκοπὸς τῆς ἰάσεως· ἐν ᾧ συναιρεῖ‐ ται τῷ πάθει τὸ μέρος. ἔστι δὲ καὶ αὐτὸς οὗτος διττὸς,</w:t>
      </w:r>
    </w:p>
    <w:p>
      <w:r>
        <w:rPr>
          <w:rFonts w:ascii="Courier New" w:hAnsi="Courier New"/>
          <w:color w:val="555555"/>
          <w:sz w:val="20"/>
        </w:rPr>
        <w:t>[10 . 984]</w:t>
      </w:r>
    </w:p>
    <w:p>
      <w:r>
        <w:rPr>
          <w:rFonts w:ascii="Gentium Plus" w:hAnsi="Gentium Plus"/>
          <w:sz w:val="24"/>
        </w:rPr>
        <w:t>ἐπὶ τῶν καρκίνων, ἢ σηπόντων φαρμάκοις. ἥτις δ’ ἐστὶν ἡ τῶν τοιούτων φαρμάκων ὕλη κατὰ τὰς περὶ τῶν φαρμά‐ κων πραγματείας ἔχεις. Ἐμοὶ δ’ ἤδη καιρὸς ὑπὲρ τῶν ἄλλων ὄγκων</w:t>
      </w:r>
    </w:p>
    <w:p>
      <w:r>
        <w:rPr>
          <w:rFonts w:ascii="Courier New" w:hAnsi="Courier New"/>
          <w:color w:val="555555"/>
          <w:sz w:val="20"/>
        </w:rPr>
        <w:t>[5]</w:t>
      </w:r>
    </w:p>
    <w:p>
      <w:r>
        <w:rPr>
          <w:rFonts w:ascii="Gentium Plus" w:hAnsi="Gentium Plus"/>
          <w:sz w:val="24"/>
        </w:rPr>
        <w:t>εἰπεῖν, ὧν πρῶτός ἐστι τὸ καλούμενον ἀπόστημα. διττὸν δὲ καὶ τούτου τὸ γένος, ἓν μὲν ὅταν ἐκπυησάσης φλεγμονῆς ἀθροισθῇ τὸ πῦον, οἷον ἐν κόλπῳ τινί· τὸ δ’ ἕτερον ἄνευ φλεγμονῆς προηγησαμένης ὑγροῦ τινος εὐθὺς ἐξ ἀρχῆς ἄλλοτε μὲν ἄλλου κατ’ εἶδος, ἀλλὰ πάντως γε μὴν δριμέος</w:t>
      </w:r>
    </w:p>
    <w:p>
      <w:r>
        <w:rPr>
          <w:rFonts w:ascii="Courier New" w:hAnsi="Courier New"/>
          <w:color w:val="555555"/>
          <w:sz w:val="20"/>
        </w:rPr>
        <w:t>[10]</w:t>
      </w:r>
    </w:p>
    <w:p>
      <w:r>
        <w:rPr>
          <w:rFonts w:ascii="Gentium Plus" w:hAnsi="Gentium Plus"/>
          <w:sz w:val="24"/>
        </w:rPr>
        <w:t>ἀθροιζομένου κατά τι μόριον. ὑποδέρει δὲ τοῦτο τὰ περι‐ κείμενα σώματα· χώραν δὲ αὐτῷ παρασκευάζων ἤτοι μεταξὺ δυοῖν χιτώνων ἢ ὑπό τισιν ὑμέσιν. ὑποδέρει δὲ πάντως μὲν τῷ πλήθει διατείνων, ἔστι δ’ ὅτε ἐν τῷ χρόνῳ δριμύτητά τινα σηπεδονώδη προσλαμβάνων. εὑρίσκονται δὲ διαιρουμέ‐</w:t>
      </w:r>
    </w:p>
    <w:p>
      <w:r>
        <w:rPr>
          <w:rFonts w:ascii="Courier New" w:hAnsi="Courier New"/>
          <w:color w:val="555555"/>
          <w:sz w:val="20"/>
        </w:rPr>
        <w:t>[15]</w:t>
      </w:r>
    </w:p>
    <w:p>
      <w:r>
        <w:rPr>
          <w:rFonts w:ascii="Gentium Plus" w:hAnsi="Gentium Plus"/>
          <w:sz w:val="24"/>
        </w:rPr>
        <w:t>νων σμίλῃ τῶν τοιούτων ἀποστημάτων ἰδιότητες οὐχ ὑγρῶν μόνων, ἀλλὰ καὶ στερεῶν τινων σωμάτων οὐκ ὀλίγαι. καὶ γὰρ ὀνύχων καὶ τριχῶν καὶ ὀστῶν καὶ ὀστράκων καὶ λίθων</w:t>
      </w:r>
    </w:p>
    <w:p>
      <w:r>
        <w:rPr>
          <w:rFonts w:ascii="Courier New" w:hAnsi="Courier New"/>
          <w:color w:val="555555"/>
          <w:sz w:val="20"/>
        </w:rPr>
        <w:t>[10 . 985]</w:t>
      </w:r>
    </w:p>
    <w:p>
      <w:r>
        <w:rPr>
          <w:rFonts w:ascii="Gentium Plus" w:hAnsi="Gentium Plus"/>
          <w:sz w:val="24"/>
        </w:rPr>
        <w:t>σια. καὶ μέντοι καὶ τῶν ὑγρῶν αὐτῷ τὸ μὲν οἷον βόρβορος ἢ πηλὸς, ἢ ἐλαίου τις ἰλὺς, ἢ οἴνου τρύξ· τὸ δ’ οὕτω δυσῶδες ὡς δυσχεραίνειν ἅπαντας. ἀλλὰ ταῦτα μέν ἐστι σπανιώτερα. συνηθέστατα δὲ γιγνόμενα τοῦ γένους τοῦδε</w:t>
      </w:r>
    </w:p>
    <w:p>
      <w:r>
        <w:rPr>
          <w:rFonts w:ascii="Courier New" w:hAnsi="Courier New"/>
          <w:color w:val="555555"/>
          <w:sz w:val="20"/>
        </w:rPr>
        <w:t>[5]</w:t>
      </w:r>
    </w:p>
    <w:p>
      <w:r>
        <w:rPr>
          <w:rFonts w:ascii="Gentium Plus" w:hAnsi="Gentium Plus"/>
          <w:sz w:val="24"/>
        </w:rPr>
        <w:t>τῶν νοσημάτων εἴδη ἐστὶ τρία, προσηγορίας ἕκαστον αὐτῶν ἰδίας τετυχηκὸς, ἀθήρωμα καὶ μελικηρὶς καὶ στεάτωμα, ἀπὸ τῆς ὁμοιότητος τῶν περιεχομένων οὐσιῶν κατὰ τοὺς ὄγκους. ἔστι γὰρ αὐτῶν ἡ μέν τις οἷόν περ τὸ στέαρ, ἡ δὲ οἷον μέλι, καί τις ἀθήρᾳ παραπλήσιος. οἱ σκοποὶ δὲ τῆς</w:t>
      </w:r>
    </w:p>
    <w:p>
      <w:r>
        <w:rPr>
          <w:rFonts w:ascii="Courier New" w:hAnsi="Courier New"/>
          <w:color w:val="555555"/>
          <w:sz w:val="20"/>
        </w:rPr>
        <w:t>[10]</w:t>
      </w:r>
    </w:p>
    <w:p>
      <w:r>
        <w:rPr>
          <w:rFonts w:ascii="Gentium Plus" w:hAnsi="Gentium Plus"/>
          <w:sz w:val="24"/>
        </w:rPr>
        <w:t>θεραπείας κοινοὶ διαφορῆσαι τὸ περιεχόμενον ἢ σῆψαι πᾶν ἢ ἐκτεμεῖν. ἔνιοι μὲν οὖν ὄγκοι τοῖς τρισὶν ὑποπίπτουσι σκοποῖς, ὅσοι λεπτότερον ὑγρὸν ἔχουσιν, ὡς ἡ μελικηρίς· ἔνιοι δὲ τοῖς δύο μόνοις, ὥσπερ τὸ ἀθέρωμα· καὶ γὰρ ἐκτεμεῖν καὶ σῆψαι οἷόν τε τοῦτο· τὸ δὲ στεάτωμα διὰ χειρουργίας μόνης</w:t>
      </w:r>
    </w:p>
    <w:p>
      <w:r>
        <w:rPr>
          <w:rFonts w:ascii="Courier New" w:hAnsi="Courier New"/>
          <w:color w:val="555555"/>
          <w:sz w:val="20"/>
        </w:rPr>
        <w:t>[15]</w:t>
      </w:r>
    </w:p>
    <w:p>
      <w:r>
        <w:rPr>
          <w:rFonts w:ascii="Gentium Plus" w:hAnsi="Gentium Plus"/>
          <w:sz w:val="24"/>
        </w:rPr>
        <w:t>θεραπεύεται μήτε σαπῆναι μήτε διαφορηθῆναι δυνάμενον. ἐπὶ δὲ τῶν ἐν βάθει συνισταμένων ἀποστημάτων καὶ μάλιστα</w:t>
      </w:r>
    </w:p>
    <w:p>
      <w:r>
        <w:rPr>
          <w:rFonts w:ascii="Courier New" w:hAnsi="Courier New"/>
          <w:color w:val="555555"/>
          <w:sz w:val="20"/>
        </w:rPr>
        <w:t>[10 . 986]</w:t>
      </w:r>
    </w:p>
    <w:p>
      <w:r>
        <w:rPr>
          <w:rFonts w:ascii="Gentium Plus" w:hAnsi="Gentium Plus"/>
          <w:sz w:val="24"/>
        </w:rPr>
        <w:t>λέστατά εἰσιν, ὧν ἡ δύναμις εἰς ἀτμούς τε λῦσαι καὶ διαφο‐ ρῆσαι τὸ συνιστάμενον ὑγρόν. ἔστι δὲ καὶ ἄλλα πολλὰ μὲν τοιαῦτα· μάλιστα δὲ αὐτῶν εὐδόκιμα τό τε διὰ τῶν ἐχιδνῶν, ὅπερ ὀνομάζουσι θηριακὴν ἀντίδοτον, ἥ τ’ ἀθανασία καλου‐</w:t>
      </w:r>
    </w:p>
    <w:p>
      <w:r>
        <w:rPr>
          <w:rFonts w:ascii="Courier New" w:hAnsi="Courier New"/>
          <w:color w:val="555555"/>
          <w:sz w:val="20"/>
        </w:rPr>
        <w:t>[5]</w:t>
      </w:r>
    </w:p>
    <w:p>
      <w:r>
        <w:rPr>
          <w:rFonts w:ascii="Gentium Plus" w:hAnsi="Gentium Plus"/>
          <w:sz w:val="24"/>
        </w:rPr>
        <w:t>μένη καὶ ἀμβροσία· ταῦτα μὲν οὖν πολυτελῆ· τῶν δ’ εὐτελῶν ἄριστόν ἐστιν τὸ ἡμέτερον, ὃ διὰ τῆς Κρητικῆς καλαμίνθης σκευάζομεν. ἅπαντα δὲ τὰ τοιαῦτα κατὰ τὴν περὶ τῶν φαρ‐ μάκων πραγματείαν ἀθροιζόμενα, ἣν, ὡς ὀλίγον ἔμπροσθεν ἔφην, ἐπὶ ταῖς τρισὶ ταῖς ἔμπροσθεν ἄμεινον εἶναι νομίζω</w:t>
      </w:r>
    </w:p>
    <w:p>
      <w:r>
        <w:rPr>
          <w:rFonts w:ascii="Courier New" w:hAnsi="Courier New"/>
          <w:color w:val="555555"/>
          <w:sz w:val="20"/>
        </w:rPr>
        <w:t>[10]</w:t>
      </w:r>
    </w:p>
    <w:p>
      <w:r>
        <w:rPr>
          <w:rFonts w:ascii="Gentium Plus" w:hAnsi="Gentium Plus"/>
          <w:sz w:val="24"/>
        </w:rPr>
        <w:t>προσθεῖναι, χάριν τοῦ λείπεσθαι μηδέν. Ἐπεὶ δὲ τῶν κατὰ τὴν χειρουργίαν πρατ‐ τομένων οἱ σκοποὶ τὸ μέν τι κοινὸν ἔχουσι, τὸ δ’ ἴδιον, ἄμεινον εἶναί μοι δοκεῖ μὴ διασπᾷν αὐτοὺς, ἀλλ’ ἀθρόως ἅπαντας ἐν τοῖς τελευταίοις τῆσδε τῆς πραγματείας εἰπεῖν.</w:t>
      </w:r>
    </w:p>
    <w:p>
      <w:r>
        <w:rPr>
          <w:rFonts w:ascii="Courier New" w:hAnsi="Courier New"/>
          <w:color w:val="555555"/>
          <w:sz w:val="20"/>
        </w:rPr>
        <w:t>[15]</w:t>
      </w:r>
    </w:p>
    <w:p>
      <w:r>
        <w:rPr>
          <w:rFonts w:ascii="Gentium Plus" w:hAnsi="Gentium Plus"/>
          <w:sz w:val="24"/>
        </w:rPr>
        <w:t>νυνὶ δὲ τοσοῦτον ἔτι περὶ τῶν παρὰ φύσιν ὄγκων ῥητέον ἐστὶν, ὡς ὅσοι μὲν αὐτῶν ὅλῳ τῷ γένει παρὰ φύσιν εἰσὶ, ἐνδείκνυνται τὴν ἄρσιν, ὑπαγόμενοι κοινοτέρῳ σκοπῷ τῷ</w:t>
      </w:r>
    </w:p>
    <w:p>
      <w:r>
        <w:rPr>
          <w:rFonts w:ascii="Courier New" w:hAnsi="Courier New"/>
          <w:color w:val="555555"/>
          <w:sz w:val="20"/>
        </w:rPr>
        <w:t>[10 . 987]</w:t>
      </w:r>
    </w:p>
    <w:p>
      <w:r>
        <w:rPr>
          <w:rFonts w:ascii="Gentium Plus" w:hAnsi="Gentium Plus"/>
          <w:sz w:val="24"/>
        </w:rPr>
        <w:t>ὅλαις ἐξέστηκε τοῦ κατὰ φύσιν, ὥσπερ ἐπὶ τῶν στεατωμάτων καὶ ἀθερωμάτων ἔχει. τούτου δὲ γένους ἐστὶ καὶ ἡ καλου‐ μένη μυρμηκία καὶ ἡ ἀκροχορδὼν, ὅ τ’ ἐν τῇ κύστει λίθος ὑπόχυμά τε καὶ ἡ τῆς μύλης κύησις, ἐπὶ γυναικῶν, ὀνομά‐</w:t>
      </w:r>
    </w:p>
    <w:p>
      <w:r>
        <w:rPr>
          <w:rFonts w:ascii="Courier New" w:hAnsi="Courier New"/>
          <w:color w:val="555555"/>
          <w:sz w:val="20"/>
        </w:rPr>
        <w:t>[5]</w:t>
      </w:r>
    </w:p>
    <w:p>
      <w:r>
        <w:rPr>
          <w:rFonts w:ascii="Gentium Plus" w:hAnsi="Gentium Plus"/>
          <w:sz w:val="24"/>
        </w:rPr>
        <w:t>ζουσι δ’ οὕτω τὴν ἀδιάπλαστον σάρκα· πάντα γὰρ τὰ τοιαῦτα τελέως ἐκκόψαι σπεύδομεν. ὧν δὲ καὶ ὁ πεπονθὼς τόπος ἕν τι τῶν κατὰ φύσιν ἐστὶ μορίων, ὁ μὲν πρῶτος σκοπὸς ἰᾶσθαι τὸ πάθος, ὁ δ’ ἐπ’ αὐτὸ δεύτερος, ὅταν ἀνίατον ᾖ, συνεκκόψαι τῷ πάθει τὸ μέρος, ὡς ἐπὶ καρκίνου</w:t>
      </w:r>
    </w:p>
    <w:p>
      <w:r>
        <w:rPr>
          <w:rFonts w:ascii="Courier New" w:hAnsi="Courier New"/>
          <w:color w:val="555555"/>
          <w:sz w:val="20"/>
        </w:rPr>
        <w:t>[10]</w:t>
      </w:r>
    </w:p>
    <w:p>
      <w:r>
        <w:rPr>
          <w:rFonts w:ascii="Gentium Plus" w:hAnsi="Gentium Plus"/>
          <w:sz w:val="24"/>
        </w:rPr>
        <w:t>τε καὶ τῶν ἀθεραπεύτων ἁπάντων ἑλκῶν. ἔμπαλιν δ’ ὡς ἐπὶ τῶν ὑποχυμάτων ἀποπίπτοντες τοῦ πρώτου σκοποῦ πρὸς ἕτερον ἄγομεν αὐτὰ τόπον ἀκυρώτερον. ἔνιοι δὲ καὶ ταῦτα κενοῦν ἐπεχείρησαν, ὡς ἐν τοῖς χειρουργουμένοις ἐρῶ. νυνὶ δ’ ἀρκέσει τοσοῦτον εἰπεῖν, ὡς τὸ κατὰ τὰς ὑδροκή‐</w:t>
      </w:r>
    </w:p>
    <w:p>
      <w:r>
        <w:rPr>
          <w:rFonts w:ascii="Courier New" w:hAnsi="Courier New"/>
          <w:color w:val="555555"/>
          <w:sz w:val="20"/>
        </w:rPr>
        <w:t>[15]</w:t>
      </w:r>
    </w:p>
    <w:p>
      <w:r>
        <w:rPr>
          <w:rFonts w:ascii="Gentium Plus" w:hAnsi="Gentium Plus"/>
          <w:sz w:val="24"/>
        </w:rPr>
        <w:t>λας ὑγρὸν ἀλλότριόν ἐστι τῆς τοῦ σώματος οὐσίας ὅλῃ τῇ φύσει· καὶ τὸ κατὰ τοὺς ἀσκίτας ὑδέρους ὕδωρ. ὧν ἡ κένω‐</w:t>
      </w:r>
    </w:p>
    <w:p>
      <w:r>
        <w:rPr>
          <w:rFonts w:ascii="Courier New" w:hAnsi="Courier New"/>
          <w:color w:val="555555"/>
          <w:sz w:val="20"/>
        </w:rPr>
        <w:t>[10 . 988]</w:t>
      </w:r>
    </w:p>
    <w:p>
      <w:r>
        <w:rPr>
          <w:rFonts w:ascii="Gentium Plus" w:hAnsi="Gentium Plus"/>
          <w:sz w:val="24"/>
        </w:rPr>
        <w:t>χειρουργίας· ἐπὶ μὲν τῆς ὑδροκήλης διὰ καθέσεως σίφωνος, ἐπὶ δὲ τῶν ὑδέρων διὰ παρακεντήσεως. συνεκτέμνεται δὲ τῷ πάθει τὸ πεπονθὸς μόριον, ὥσπερ ἐπὶ τῶν ἔμπροσθεν εἰρημένων, οὕτω κᾀπὶ τῶν κηλητῶν τοῦ περιτοναίου τι μέ‐</w:t>
      </w:r>
    </w:p>
    <w:p>
      <w:r>
        <w:rPr>
          <w:rFonts w:ascii="Courier New" w:hAnsi="Courier New"/>
          <w:color w:val="555555"/>
          <w:sz w:val="20"/>
        </w:rPr>
        <w:t>[5]</w:t>
      </w:r>
    </w:p>
    <w:p>
      <w:r>
        <w:rPr>
          <w:rFonts w:ascii="Gentium Plus" w:hAnsi="Gentium Plus"/>
          <w:sz w:val="24"/>
        </w:rPr>
        <w:t>ρος. ὡσαύτως δὲ καὶ ὁ γαργαρεὼν ἐνίοτε τῷ πάθει συνεκτέ‐ μνεται κατά τε τὰ σκέλη καὶ τοὺς ὄρχεις αἱ φλέβες τοῖς κιρσοῖς, ὅ τ’ ἐν τῇ ῥινὶ χιτὼν τῷ πωλύπῳ καὶ ὁ τετρημένος ὀδοὺς τῷ τρήματι. ἀλλὰ τούτων μὲν οὐδὲν δυνατόν ἐστιν ἐς τὸ κατὰ φύσιν ἀγαγεῖν· ἐπὶ δὲ τοῦ γαργαρεῶνος ἐργάζε‐</w:t>
      </w:r>
    </w:p>
    <w:p>
      <w:r>
        <w:rPr>
          <w:rFonts w:ascii="Courier New" w:hAnsi="Courier New"/>
          <w:color w:val="555555"/>
          <w:sz w:val="20"/>
        </w:rPr>
        <w:t>[10]</w:t>
      </w:r>
    </w:p>
    <w:p>
      <w:r>
        <w:rPr>
          <w:rFonts w:ascii="Gentium Plus" w:hAnsi="Gentium Plus"/>
          <w:sz w:val="24"/>
        </w:rPr>
        <w:t>σθαι χρὴ τοῦτο παντὶ τρόπῳ καὶ μὴ σπεύδειν ἐκτεμεῖν· ὅταν δὲ ἰσχνὸς καὶ ἱμαντώδης γένηταί ποτε, τηνικαῦτα ἀφαιρεῖν. τοιοῦτον μὲν οὖν αὐτὸν ἐργάσεται χρόνος μακρότερος· οἷον δ’ Ἱπποκράτης ἔγραψε κατὰ τὸ προγνωστικὸν ὀλίγων ἡμε‐ ρῶν ἀριθμός· οὕτω δὲ καὶ τἄλλα τὰ κατὰ μέγεθος ἐξιστά‐</w:t>
      </w:r>
    </w:p>
    <w:p>
      <w:r>
        <w:rPr>
          <w:rFonts w:ascii="Courier New" w:hAnsi="Courier New"/>
          <w:color w:val="555555"/>
          <w:sz w:val="20"/>
        </w:rPr>
        <w:t>[15]</w:t>
      </w:r>
    </w:p>
    <w:p>
      <w:r>
        <w:rPr>
          <w:rFonts w:ascii="Gentium Plus" w:hAnsi="Gentium Plus"/>
          <w:sz w:val="24"/>
        </w:rPr>
        <w:t>μενα τοῦ κατὰ φύσιν, ἐν οἷς ἐστι καὶ τὰ ὑπερσαρκοῦντα πάντα καὶ ἐγκανθίδες, οἵ τε κατὰ τὴν ἕδραν ὀνομαζόμενοι θύμοι. τινὰ δὲ τῶν τοιούτων ἑλκῶν ἐπαμφοτερίζει ταῖς</w:t>
      </w:r>
    </w:p>
    <w:p>
      <w:r>
        <w:rPr>
          <w:rFonts w:ascii="Courier New" w:hAnsi="Courier New"/>
          <w:color w:val="555555"/>
          <w:sz w:val="20"/>
        </w:rPr>
        <w:t>[10 . 989]</w:t>
      </w:r>
    </w:p>
    <w:p>
      <w:r>
        <w:rPr>
          <w:rFonts w:ascii="Gentium Plus" w:hAnsi="Gentium Plus"/>
          <w:sz w:val="24"/>
        </w:rPr>
        <w:t>οὐλῶν καὶ τὰ κατὰ τοὺς ὀφθαλμοὺς πτερύγια. τῆς γε μὴν ἰάσεως ἐπ’ αὐτῶν ὁ σκοπὸς πρόδηλος. ἐγκόπτεσθαι γὰρ δεῖ τὰ τοιαῦτα πάντα· καὶ χρὴ σκοπούμενον ἀεὶ τοὺς τρόπους τῆς ἀναιρέσεως ἐπὶ τὸν ἄριστον ἐξ αὐτῶν ἰέναι. σκοποὶ δ’</w:t>
      </w:r>
    </w:p>
    <w:p>
      <w:r>
        <w:rPr>
          <w:rFonts w:ascii="Courier New" w:hAnsi="Courier New"/>
          <w:color w:val="555555"/>
          <w:sz w:val="20"/>
        </w:rPr>
        <w:t>[5]</w:t>
      </w:r>
    </w:p>
    <w:p>
      <w:r>
        <w:rPr>
          <w:rFonts w:ascii="Gentium Plus" w:hAnsi="Gentium Plus"/>
          <w:sz w:val="24"/>
        </w:rPr>
        <w:t>εἰσὶ τῆς κρίσεως τῶν ἀρίστων τρεῖς, ἥ τε τοῦ χρόνου τῆς θε‐ ραπείας βραχύτης, τό τ’ ἀνωδύνως αὐτὴν ἐργάσασθαι, καὶ τρίτος ἐπὶ τούτοις ἡ ἀσφάλεια. καὶ αὐτῆς τῆς ἀσφαλείας ἴδιοι σκοποὶ τρεῖς· εἷς μὲν καὶ πρῶτος ὡς τυχεῖν τοῦ τέλους πάν‐ τως· ἕτερος δὲ τὸ κᾂν ἀποτύχωμέν ποτε τοῦ τέλους, ἀλλὰ</w:t>
      </w:r>
    </w:p>
    <w:p>
      <w:r>
        <w:rPr>
          <w:rFonts w:ascii="Courier New" w:hAnsi="Courier New"/>
          <w:color w:val="555555"/>
          <w:sz w:val="20"/>
        </w:rPr>
        <w:t>[10]</w:t>
      </w:r>
    </w:p>
    <w:p>
      <w:r>
        <w:rPr>
          <w:rFonts w:ascii="Gentium Plus" w:hAnsi="Gentium Plus"/>
          <w:sz w:val="24"/>
        </w:rPr>
        <w:t>μηδέν γε βλάψαι τὸν κάμνοντα· καὶ τρίτος, ὡς μὴ ῥᾳδίως ὑποτροπιάσαι τὸ νόσημα. κατὰ ταῦτά σοι κρίνοντι τὴν ἀρί‐ στην ὁδὸν τῆς ἰάσεως ἐπὶ πάντων τῶν νῦν ἡμῖν προκειμένων εὑρεθήσεται ποτὲ μὲν ἡ διὰ τῆς χειρουργίας αἱρετωτέρα, ποτὲ δὲ ἡ διὰ τῶν φαρμάκων. ἡ μὲν οὖν διὰ τῆς χειρουργίας ἔν</w:t>
      </w:r>
    </w:p>
    <w:p>
      <w:r>
        <w:rPr>
          <w:rFonts w:ascii="Courier New" w:hAnsi="Courier New"/>
          <w:color w:val="555555"/>
          <w:sz w:val="20"/>
        </w:rPr>
        <w:t>[15]</w:t>
      </w:r>
    </w:p>
    <w:p>
      <w:r>
        <w:rPr>
          <w:rFonts w:ascii="Gentium Plus" w:hAnsi="Gentium Plus"/>
          <w:sz w:val="24"/>
        </w:rPr>
        <w:t>γε τοῖς νῦν ἡμῖν προκειμένοις ἐπὶ τὴν ἀναίρεσιν αὐτῶν σπεύ‐ δει τελείως ἐκκόψαι τοῦ ζώου τὸ παρὰ φύσιν, ὅλῳ τῷ γένει</w:t>
      </w:r>
    </w:p>
    <w:p>
      <w:r>
        <w:rPr>
          <w:rFonts w:ascii="Courier New" w:hAnsi="Courier New"/>
          <w:color w:val="555555"/>
          <w:sz w:val="20"/>
        </w:rPr>
        <w:t>[10 . 990]</w:t>
      </w:r>
    </w:p>
    <w:p>
      <w:r>
        <w:rPr>
          <w:rFonts w:ascii="Gentium Plus" w:hAnsi="Gentium Plus"/>
          <w:sz w:val="24"/>
        </w:rPr>
        <w:t>τερον ἔχει τὸν τῆς μεταθέσεως ἐπὶ τῶν ὑποχυμάτων. ἡ δὲ διὰ τῶν φαρμάκων πρώτῳ μὲν χρῆται σκοπῷ κενῶσαί τε καὶ διαφορῆσαι τὸ παρὰ φύσιν· εἰ δ’ οὗτος ἀδύνατος εἴη, διὰ τὴν τοῦ μορίου φύσιν ἢ καὶ τὸ τοῦ πάθους ἀνίατον ἐκπυῆ‐</w:t>
      </w:r>
    </w:p>
    <w:p>
      <w:r>
        <w:rPr>
          <w:rFonts w:ascii="Courier New" w:hAnsi="Courier New"/>
          <w:color w:val="555555"/>
          <w:sz w:val="20"/>
        </w:rPr>
        <w:t>[5]</w:t>
      </w:r>
    </w:p>
    <w:p>
      <w:r>
        <w:rPr>
          <w:rFonts w:ascii="Gentium Plus" w:hAnsi="Gentium Plus"/>
          <w:sz w:val="24"/>
        </w:rPr>
        <w:t>σαί τε καὶ διασῆψαι· δεύτερος δ’ ἐπ’ αὐτῶν σκοπὸς οὗτος. οὕτω γοῦν κᾀπὶ τοῦ γαργαρεῶνος ποιοῦμεν, εἰς τὸ κατὰ φύ‐ σιν μὲν πρῶτον ἐπανάγοντες αὐτόν· εἰ δ’ ἀποτύχοιμεν τού‐ του, τελέως ἐκκόπτοντες ἤτοι διὰ χειρουργίας ἢ διὰ φαρμάκων καυστικῶν. ἀλλὰ τὰ μὲν φάρμακα κάλλιον εἰς τὴν περὶ τῶν</w:t>
      </w:r>
    </w:p>
    <w:p>
      <w:r>
        <w:rPr>
          <w:rFonts w:ascii="Courier New" w:hAnsi="Courier New"/>
          <w:color w:val="555555"/>
          <w:sz w:val="20"/>
        </w:rPr>
        <w:t>[10]</w:t>
      </w:r>
    </w:p>
    <w:p>
      <w:r>
        <w:rPr>
          <w:rFonts w:ascii="Gentium Plus" w:hAnsi="Gentium Plus"/>
          <w:sz w:val="24"/>
        </w:rPr>
        <w:t>φαρμάκων ἀναβάλλεσθαι πραγματείαν, ἐπειδὴ τετάρτην ἄλλην ἄμεινον ἔδοξεν ἐπὶ τρισὶ πραγματεύεσθαι· τὴν δὲ χειρουργίαν ἐπὶ τῇ τελευτῇ τάξαι τῆσδε τῆς πραγματείας. Οὔκουν ἔτι χρὴ διατρίβειν ἐν τοῖσδε· μετα‐ βῆναι δὲ πρὸς τὰ παραπλήσια ἰάσεως δεόμενα τοῖς εἰρημέ‐</w:t>
      </w:r>
    </w:p>
    <w:p>
      <w:r>
        <w:rPr>
          <w:rFonts w:ascii="Courier New" w:hAnsi="Courier New"/>
          <w:color w:val="555555"/>
          <w:sz w:val="20"/>
        </w:rPr>
        <w:t>[15]</w:t>
      </w:r>
    </w:p>
    <w:p>
      <w:r>
        <w:rPr>
          <w:rFonts w:ascii="Gentium Plus" w:hAnsi="Gentium Plus"/>
          <w:sz w:val="24"/>
        </w:rPr>
        <w:t>νοις. ἔστι δὲ ταῦτα τά θ’ ὑπερβάλλοντα τοῦ προσήκοντος ἐν ἀριθμῷ τε καὶ πηλικότητι καὶ τὰ κατ’ ἄμφω ταῦτα</w:t>
      </w:r>
    </w:p>
    <w:p>
      <w:r>
        <w:rPr>
          <w:rFonts w:ascii="Courier New" w:hAnsi="Courier New"/>
          <w:color w:val="555555"/>
          <w:sz w:val="20"/>
        </w:rPr>
        <w:t>[10 . 991]</w:t>
      </w:r>
    </w:p>
    <w:p>
      <w:r>
        <w:rPr>
          <w:rFonts w:ascii="Gentium Plus" w:hAnsi="Gentium Plus"/>
          <w:sz w:val="24"/>
        </w:rPr>
        <w:t>καὶ τοῦ συμφέροντος ἢ κατὰ φύσιν ἢ χρησίμου ποτ’ εἴποιμι, τὴν αὐτὴν ἕξει δύναμιν ὁ λόγος. εἴρηται μὲν ἑτέρωθι περὶ τῶνδε μακρότερον· ἀναμνῆσαι δὲ καὶ νῦν ἐπὶ κεφαλαίων ἅπαντα ἄμεινον εἶναί μοι δοκεῖ. πρῶτον τῶν κατὰ τὸ</w:t>
      </w:r>
    </w:p>
    <w:p>
      <w:r>
        <w:rPr>
          <w:rFonts w:ascii="Courier New" w:hAnsi="Courier New"/>
          <w:color w:val="555555"/>
          <w:sz w:val="20"/>
        </w:rPr>
        <w:t>[5]</w:t>
      </w:r>
    </w:p>
    <w:p>
      <w:r>
        <w:rPr>
          <w:rFonts w:ascii="Gentium Plus" w:hAnsi="Gentium Plus"/>
          <w:sz w:val="24"/>
        </w:rPr>
        <w:t>σῶμα πάντων ἐστιν οὗ μάλιστα χρῄζομεν, ἡ τῶν μορίων ἀόχλητος ἐνέργεια. ταύτην τε ἔχοντες φύσει διὰ τοῦτο συνή‐ θως λέγομεν ὀρέγεσθαι τοῦ κατὰ φύσιν ἐνεργεῖν. ἐπεὶ δὲ τοῦτο αὐτὸ συνῆπται τῷ κατὰ φύσιν ἔχειν, εἰκότως οὐδὲν ἡγούμεθα διαφέρειν ἢ κατὰ φύσιν ἔχειν εἰπεῖν, ἢ κατὰ φύσιν</w:t>
      </w:r>
    </w:p>
    <w:p>
      <w:r>
        <w:rPr>
          <w:rFonts w:ascii="Courier New" w:hAnsi="Courier New"/>
          <w:color w:val="555555"/>
          <w:sz w:val="20"/>
        </w:rPr>
        <w:t>[10]</w:t>
      </w:r>
    </w:p>
    <w:p>
      <w:r>
        <w:rPr>
          <w:rFonts w:ascii="Gentium Plus" w:hAnsi="Gentium Plus"/>
          <w:sz w:val="24"/>
        </w:rPr>
        <w:t>ἐνεργεῖν. ἀλλὰ καὶ χωρὶς προσθήκης ἐνίοτε λέγομεν ἐφίεσθαι τοῦ κατὰ φύσιν ὑπακουομένου τῇ λέξει τοῦ ἔχειν ἢ ἐνεργεῖν, ἢ ἀμφοτέρων. αὕτη μὲν ἡ αἰτία τοῦ καλῶς εἰθίσθαι τοῖς ἰατροῖς τῇ τοῦ κατὰ φύσιν χρῆσθαι φωνῇ περὶ πάντων ὧν αἱρούμεθα κατὰ τὸ σῶμα. μαθεῖν δ’ ἐστὶν ὅτι μὴ πρῶτον</w:t>
      </w:r>
    </w:p>
    <w:p>
      <w:r>
        <w:rPr>
          <w:rFonts w:ascii="Courier New" w:hAnsi="Courier New"/>
          <w:color w:val="555555"/>
          <w:sz w:val="20"/>
        </w:rPr>
        <w:t>[15]</w:t>
      </w:r>
    </w:p>
    <w:p>
      <w:r>
        <w:rPr>
          <w:rFonts w:ascii="Gentium Plus" w:hAnsi="Gentium Plus"/>
          <w:sz w:val="24"/>
        </w:rPr>
        <w:t>μηδὲ δι’ αὐτὸ τὸ κατὰ φύσιν ἡμῖν ἐστιν αἱρετέον, ἀλλὰ δευτέρως τε καὶ κατὰ συμβεβηκὸς, ἐν οἷς ἡ φύσις ἀποτυγ‐</w:t>
      </w:r>
    </w:p>
    <w:p>
      <w:r>
        <w:rPr>
          <w:rFonts w:ascii="Courier New" w:hAnsi="Courier New"/>
          <w:color w:val="555555"/>
          <w:sz w:val="20"/>
        </w:rPr>
        <w:t>[10 . 992]</w:t>
      </w:r>
    </w:p>
    <w:p>
      <w:r>
        <w:rPr>
          <w:rFonts w:ascii="Gentium Plus" w:hAnsi="Gentium Plus"/>
          <w:sz w:val="24"/>
        </w:rPr>
        <w:t>τισὶ καὶ λείπων πέμπτος ἐγένετο καί τινα τοιαῦτα ἕτερα, τὰ μὲν ἀριθμῷ, τὰ δὲ μεγέθει τοῦ προσήκοντος ἐσφαλμένα. καὶ εἴπερ συνεχῶς μὲν ταῦτα, σπάνια δ’ ἐγίνετο τὰ κατορ‐ θώματα, τοὐναντίον ἂν ἐπὶ τῶν τῆς φύσεως ἔργων ἐπράτ‐</w:t>
      </w:r>
    </w:p>
    <w:p>
      <w:r>
        <w:rPr>
          <w:rFonts w:ascii="Courier New" w:hAnsi="Courier New"/>
          <w:color w:val="555555"/>
          <w:sz w:val="20"/>
        </w:rPr>
        <w:t>[5]</w:t>
      </w:r>
    </w:p>
    <w:p>
      <w:r>
        <w:rPr>
          <w:rFonts w:ascii="Gentium Plus" w:hAnsi="Gentium Plus"/>
          <w:sz w:val="24"/>
        </w:rPr>
        <w:t>τομεν, οὐ φυλάττοντες ὥσπερ νῦν, ἀλλ’ ἀναιροῦντες αὐτά. οὗτος ὁ λόγος ἀεί σοι μνημονευέσθω, διαφέρων εἰς τὴν τῶν ὀνομάτων χρῆσιν, ἐξαπατῆσαι δυναμένων τοὺς ἀσκέπτους ἐμποιῆσαί τε διαφωνίας φαντασίαν, ἐὰν ὁ μέν τις λέγῃ τὸ παρὰ φύσιν ἅπαν ἐκκόπτειν δεῖν· ὁ δὲ τὸ βλάπτον ἢ ἀσύμ‐</w:t>
      </w:r>
    </w:p>
    <w:p>
      <w:r>
        <w:rPr>
          <w:rFonts w:ascii="Courier New" w:hAnsi="Courier New"/>
          <w:color w:val="555555"/>
          <w:sz w:val="20"/>
        </w:rPr>
        <w:t>[10]</w:t>
      </w:r>
    </w:p>
    <w:p>
      <w:r>
        <w:rPr>
          <w:rFonts w:ascii="Gentium Plus" w:hAnsi="Gentium Plus"/>
          <w:sz w:val="24"/>
        </w:rPr>
        <w:t>φορον ἢ λυμαινόμενον ταῖς ἐνεργείαις. Αὖθις οὖν ἀναλαβόντες ὑπὲρ τῶν πραγ‐ μάτων λέγωμεν, ἐπειδὴ τὰ τῶν ὀνομάτων ἡμῖν διώρισται, τὴν ἀρχὴν τῷ λόγῳ τήνδε ποιησάμενοι. παράκειται τοῖς εἰρημένοις νοσήμασι τὰ κατ’ ἀριθμὸν ἢ μέγεθος ἐξεστῶτα τοῦ προσή‐</w:t>
      </w:r>
    </w:p>
    <w:p>
      <w:r>
        <w:rPr>
          <w:rFonts w:ascii="Courier New" w:hAnsi="Courier New"/>
          <w:color w:val="555555"/>
          <w:sz w:val="20"/>
        </w:rPr>
        <w:t>[15]</w:t>
      </w:r>
    </w:p>
    <w:p>
      <w:r>
        <w:rPr>
          <w:rFonts w:ascii="Gentium Plus" w:hAnsi="Gentium Plus"/>
          <w:sz w:val="24"/>
        </w:rPr>
        <w:t>κοντος. ἐφ’ ὧν ἐκκόπτειν μὲν χρὴ τὸ περιττὸν, ἤτοι κατὰ μέγεθος ἢ κατ’ ἀριθμόν· ἀνατρέφειν τε καὶ κατασκευάζειν τὸ λεῖπον, ὅταν γε δυνατὸν ᾖ τοῦτο πρᾶξαι. τὸν γάρ τοι πέμ‐</w:t>
      </w:r>
    </w:p>
    <w:p>
      <w:r>
        <w:rPr>
          <w:rFonts w:ascii="Courier New" w:hAnsi="Courier New"/>
          <w:color w:val="555555"/>
          <w:sz w:val="20"/>
        </w:rPr>
        <w:t>[10 . 993]</w:t>
      </w:r>
    </w:p>
    <w:p>
      <w:r>
        <w:rPr>
          <w:rFonts w:ascii="Gentium Plus" w:hAnsi="Gentium Plus"/>
          <w:sz w:val="24"/>
        </w:rPr>
        <w:t>γεννῆσαι τοῖς ἰατροῖς, ἀλλ’ ἔστι μόνης τῆς φύσεως ἔργα τὰ τοιαῦτα πάντα. τὸ μέντοι τελέως ἀφαιρεῖν τὸ κατ’ ἀριθμὸν ὑπερβάλλον ἢ ἀποκόψαι τι τοῦ κατὰ τὸ μέγεθος ὑπεραυξηθέν‐ τος οὐδ’ ἡμῖν ἀδύνατον. ἓν γοῦν ἐστι τῶν ἰατρῶν ἔργων οὐ</w:t>
      </w:r>
    </w:p>
    <w:p>
      <w:r>
        <w:rPr>
          <w:rFonts w:ascii="Courier New" w:hAnsi="Courier New"/>
          <w:color w:val="555555"/>
          <w:sz w:val="20"/>
        </w:rPr>
        <w:t>[5]</w:t>
      </w:r>
    </w:p>
    <w:p>
      <w:r>
        <w:rPr>
          <w:rFonts w:ascii="Gentium Plus" w:hAnsi="Gentium Plus"/>
          <w:sz w:val="24"/>
        </w:rPr>
        <w:t>τὸ φαυλότατον, ὅταν εἰς πολυσαρκίαν ἐκτραπῇ τὸ σῶμα τοσαύτην ὥστε μηδὲ βαδίζειν ἀλύπως δύνασθαι μηδ’ ἅψα‐ σθαι τῆς ἕδρας διὰ τὸν ὄγκον τῆς γαστρὸς, ἀλλὰ μηδ’ ἀνα‐ πνεῖν ἀκωλύτως, ἐκτήκειν αὐτὸ καὶ καθαίρειν· ὥσπερ γε κᾀπειδὰν ἐν ἀτροφίᾳ γένηται παραπλησίᾳ τοῖς ἐχομένοις</w:t>
      </w:r>
    </w:p>
    <w:p>
      <w:r>
        <w:rPr>
          <w:rFonts w:ascii="Courier New" w:hAnsi="Courier New"/>
          <w:color w:val="555555"/>
          <w:sz w:val="20"/>
        </w:rPr>
        <w:t>[10]</w:t>
      </w:r>
    </w:p>
    <w:p>
      <w:r>
        <w:rPr>
          <w:rFonts w:ascii="Gentium Plus" w:hAnsi="Gentium Plus"/>
          <w:sz w:val="24"/>
        </w:rPr>
        <w:t>φθόῃ, τῆς ἀναθρέψεως αὐτοῦ προνοεῖσθαι. πολλάκις δ’ οὐχ ὅλον, ἀλλ’ ἕν τι μέρος ἐν ἀτροφίᾳ γίνεται προηγησαμένης ἤτοι παραλύσεως ἢ δυσκρασίας μορίου. καί σοι καιρὸς ἤδη περὶ τῆς τούτων θεραπείας ἐπισκέπτεσθαι τὴν ἀρχὴν ἀπὸ τῶν εἰς τὴν πολυσαρκίαν ἄμετρον ἐκπεσόντων ποιησα‐</w:t>
      </w:r>
    </w:p>
    <w:p>
      <w:r>
        <w:rPr>
          <w:rFonts w:ascii="Courier New" w:hAnsi="Courier New"/>
          <w:color w:val="555555"/>
          <w:sz w:val="20"/>
        </w:rPr>
        <w:t>[15]</w:t>
      </w:r>
    </w:p>
    <w:p>
      <w:r>
        <w:rPr>
          <w:rFonts w:ascii="Gentium Plus" w:hAnsi="Gentium Plus"/>
          <w:sz w:val="24"/>
        </w:rPr>
        <w:t>μένῳ. δέδεικται δ’ ἐν τοῖς περὶ κράσεων ἡ θερμοτέρα τε καὶ ξηροτέρα κρᾶσις ἰσχνὸν ἐργαζομένη τὸ σῶμα. τοιαύτην οὖν σοι ποιητέον ἐστὶ τὴν τῶν παχέων σωμάτων, εἰ μέλλοι γενή‐</w:t>
      </w:r>
    </w:p>
    <w:p>
      <w:r>
        <w:rPr>
          <w:rFonts w:ascii="Courier New" w:hAnsi="Courier New"/>
          <w:color w:val="555555"/>
          <w:sz w:val="20"/>
        </w:rPr>
        <w:t>[10 . 994]</w:t>
      </w:r>
    </w:p>
    <w:p>
      <w:r>
        <w:rPr>
          <w:rFonts w:ascii="Gentium Plus" w:hAnsi="Gentium Plus"/>
          <w:sz w:val="24"/>
        </w:rPr>
        <w:t>πραγματείαν, ἀλλὰ καὶ κατὰ τὴν τῶν ὑγιεινῶν οὐδὲν ἧττον, ὀξέα γυμνάσια καὶ ἡ λεπτύνουσα δίαιτα καὶ φάρμακα τοιαῦτα καὶ τῆς ψυχῆς αἱ φροντίδες ἀποφαίνουσι τήν τε κρᾶσιν ὅλην θερμοτέραν καὶ ξηροτέραν καὶ διὰ ταύτην τὸ σῶμα λεπτό‐</w:t>
      </w:r>
    </w:p>
    <w:p>
      <w:r>
        <w:rPr>
          <w:rFonts w:ascii="Courier New" w:hAnsi="Courier New"/>
          <w:color w:val="555555"/>
          <w:sz w:val="20"/>
        </w:rPr>
        <w:t>[5]</w:t>
      </w:r>
    </w:p>
    <w:p>
      <w:r>
        <w:rPr>
          <w:rFonts w:ascii="Gentium Plus" w:hAnsi="Gentium Plus"/>
          <w:sz w:val="24"/>
        </w:rPr>
        <w:t>τερον. ἐν μὲν δὴ τοῖς γυμνασίοις οἱ ὀξύτατοι δρόμοι μάλι‐ στα ἁρμόζουσιν. ἡ δ’ ὕλη τῆς λεπτυνούσης διαίτης ἰδίᾳ γέγραπται καθ’ ἓν ὅλον βιβλίον. εἰ δὲ καὶ φαρμάκων δέοιντο τῶν λεπτυνόντων, εἴρηται μὲν καὶ ταῦτα κατὰ τὰς περὶ τῶν φαρμάκων πραγματείας· εἰρήσεται δὲ καὶ νῦν ὅσα δραστικώ‐</w:t>
      </w:r>
    </w:p>
    <w:p>
      <w:r>
        <w:rPr>
          <w:rFonts w:ascii="Courier New" w:hAnsi="Courier New"/>
          <w:color w:val="555555"/>
          <w:sz w:val="20"/>
        </w:rPr>
        <w:t>[10]</w:t>
      </w:r>
    </w:p>
    <w:p>
      <w:r>
        <w:rPr>
          <w:rFonts w:ascii="Gentium Plus" w:hAnsi="Gentium Plus"/>
          <w:sz w:val="24"/>
        </w:rPr>
        <w:t>τατα τῶν τοιούτων ἐστὶν, οἷς ἀξιῶ σε χρῆσθαι καθαίρειν ἐπιχειροῦντα πολυσαρκίαν ἄμετρον. οἷς οὖν εἰώθασιν ἕνεκα παθῶν ἀρθριτικῶν ἔνιοι χρῆσθαι τμητικοῖς τὴν δύναμιν ἱκα‐ νῶς οὖσι, τούτοις καὶ σὺ χρῶ, θεραπεύειν ὑπερβάλλουσαν εὐσαρκίαν πειρώμενος. ἔστι δὲ τοιαῦτα πηγάνου τὸ σπέρμα</w:t>
      </w:r>
    </w:p>
    <w:p>
      <w:r>
        <w:rPr>
          <w:rFonts w:ascii="Courier New" w:hAnsi="Courier New"/>
          <w:color w:val="555555"/>
          <w:sz w:val="20"/>
        </w:rPr>
        <w:t>[15]</w:t>
      </w:r>
    </w:p>
    <w:p>
      <w:r>
        <w:rPr>
          <w:rFonts w:ascii="Gentium Plus" w:hAnsi="Gentium Plus"/>
          <w:sz w:val="24"/>
        </w:rPr>
        <w:t>καὶ μᾶλλον τοῦ ἀγρίου σὺν αὐτοῖς τοῖς κορύμβοις, ἀριστο‐ λοχία θ’ ἡ στρογγύλη καὶ τὸ λεπτὸν κενταύριον, ἥ τε γεντιανὴ καὶ τὸ πόλιον· ὅσα τε τῶν οὐρητικῶν ὀνομαζομένων ἰσχυρὰ,</w:t>
      </w:r>
    </w:p>
    <w:p>
      <w:r>
        <w:rPr>
          <w:rFonts w:ascii="Courier New" w:hAnsi="Courier New"/>
          <w:color w:val="555555"/>
          <w:sz w:val="20"/>
        </w:rPr>
        <w:t>[10 . 995]</w:t>
      </w:r>
    </w:p>
    <w:p>
      <w:r>
        <w:rPr>
          <w:rFonts w:ascii="Gentium Plus" w:hAnsi="Gentium Plus"/>
          <w:sz w:val="24"/>
        </w:rPr>
        <w:t>καθ’ αὑτὸ καὶ σὺν ἄλλοις λεπτῦναί τε τοὺς χυμοὺς ἱκανὸν καὶ κενῶσαι, τὰ μέν τοι δι’ οὔρων αἰσθητῶς, τὰ δέ τοι καὶ κατὰ τὴν ἄδηλον αἰσθήσει διαπνοήν· ἀλλὰ καὶ οἱ διὰ τῶν κεκαυμένων ἐχιδνῶν ἅλες ἱκανῶς λεπτύνουσι. καὶ πολλοὶ</w:t>
      </w:r>
    </w:p>
    <w:p>
      <w:r>
        <w:rPr>
          <w:rFonts w:ascii="Courier New" w:hAnsi="Courier New"/>
          <w:color w:val="555555"/>
          <w:sz w:val="20"/>
        </w:rPr>
        <w:t>[5]</w:t>
      </w:r>
    </w:p>
    <w:p>
      <w:r>
        <w:rPr>
          <w:rFonts w:ascii="Gentium Plus" w:hAnsi="Gentium Plus"/>
          <w:sz w:val="24"/>
        </w:rPr>
        <w:t>τῶν ἰσχνοτέρων ἢ μέσως εὐσάρκων ὑπὸ τῶν τοιούτων φαρ‐ μάκων πόσεως ἀπώλοντο, κατοπτηθέντος αὐτοῖς τοῦ αἵμα‐ τος. ὥρμησαν δ’ ἐπ’ αὐτὰ θεασάμενοί τινας ἀπηλλαγμένους ἀρθριτικῶν παθῶν, οὐκ ἐπιλογισάμενοι τὴν κρᾶσιν τῶν ὠφεληθέντων, ὑγροτέραν τε καὶ φλεγματικωτέραν οὖσαν,</w:t>
      </w:r>
    </w:p>
    <w:p>
      <w:r>
        <w:rPr>
          <w:rFonts w:ascii="Courier New" w:hAnsi="Courier New"/>
          <w:color w:val="555555"/>
          <w:sz w:val="20"/>
        </w:rPr>
        <w:t>[10]</w:t>
      </w:r>
    </w:p>
    <w:p>
      <w:r>
        <w:rPr>
          <w:rFonts w:ascii="Gentium Plus" w:hAnsi="Gentium Plus"/>
          <w:sz w:val="24"/>
        </w:rPr>
        <w:t>οἵα πέρ ἐστι καὶ ἡ τῶν παχέων, ἐφ’ ὧν ἀκίνδυνος ἡ τῶν τοιούτων χρῆσις φαρμάκων. ἐγὼ γοῦν ἐθεράπευσα τινὰ νεα‐ νίσκον ἐτῶν ἐγγὺς τεσσαράκοντα, παχὺν ἱκανῶς γεγονότα, τῇ τε πρὸς τοὺς ἀρθριτικοὺς ἀντιδότῳ καὶ τοῖς ἁλσὶ τῆς θηρια‐ κῆς, αὐτῇ τε τῇ θηριακῇ μετὰ τοῦ καὶ τῇ ἄλλῃ διαίτῃ τῇ</w:t>
      </w:r>
    </w:p>
    <w:p>
      <w:r>
        <w:rPr>
          <w:rFonts w:ascii="Courier New" w:hAnsi="Courier New"/>
          <w:color w:val="555555"/>
          <w:sz w:val="20"/>
        </w:rPr>
        <w:t>[15]</w:t>
      </w:r>
    </w:p>
    <w:p>
      <w:r>
        <w:rPr>
          <w:rFonts w:ascii="Gentium Plus" w:hAnsi="Gentium Plus"/>
          <w:sz w:val="24"/>
        </w:rPr>
        <w:t>λεπτυνούσῃ χρῆσθαι καὶ γυμνασίων δρόμοις ὠκέσι. παρε‐ σκεύαζον δ’ αὐτὸν ἐπὶ τὸν δρόμον, ἀνατρίβων μὲν πρῶτον ὠμολίνοις τραχέσιν, ἄχρι τοῦ φοινίξαι τὸ δέρμα, τρίβων ἐφε‐</w:t>
      </w:r>
    </w:p>
    <w:p>
      <w:r>
        <w:rPr>
          <w:rFonts w:ascii="Courier New" w:hAnsi="Courier New"/>
          <w:color w:val="555555"/>
          <w:sz w:val="20"/>
        </w:rPr>
        <w:t>[10 . 996]</w:t>
      </w:r>
    </w:p>
    <w:p>
      <w:r>
        <w:rPr>
          <w:rFonts w:ascii="Gentium Plus" w:hAnsi="Gentium Plus"/>
          <w:sz w:val="24"/>
        </w:rPr>
        <w:t>τος, ᾧ καὶ μετὰ δρόμον ἐχρώμην αὖθις. ἔστι δὲ ταῦτα σι‐ κύου ῥίζα τοῦ ἀγρίου καὶ ἡ ἀλθαία καὶ ἡ γεντιανὴ καὶ ἡ ἀριστολοχία καὶ ἡ τοῦ πάνακος ῥίζα καὶ τὸ πόλιον καὶ τὸ κενταύριον. ἐν δὲ τῷ χειμῶνι καὶ μετὰ τὸ λουτρὸν ἐπαλεί‐</w:t>
      </w:r>
    </w:p>
    <w:p>
      <w:r>
        <w:rPr>
          <w:rFonts w:ascii="Courier New" w:hAnsi="Courier New"/>
          <w:color w:val="555555"/>
          <w:sz w:val="20"/>
        </w:rPr>
        <w:t>[5]</w:t>
      </w:r>
    </w:p>
    <w:p>
      <w:r>
        <w:rPr>
          <w:rFonts w:ascii="Gentium Plus" w:hAnsi="Gentium Plus"/>
          <w:sz w:val="24"/>
        </w:rPr>
        <w:t>φειν συμφέρει τῷ εἰρημένῳ ἐλαίῳ. οὐκ εὐθὺς δὲ τὴν τροφὴν ἐπὶ τοῖς λουτροῖς διδόναι προσῆκεν, ἀλλὰ κοιμᾶσθαι πρότε‐ ρον, ἐπιτρέπειν δ’, εἰ βούλοιντο καὶ αὖθις λούσασθαι πρὶν ἢ τραφῆναι. κάλλιον δ’ ἐστὶ καὶ τὸ ὕδωρ τῶν διαφορητικῶν. εἰ μὲν οὖν αὐτοφυὲς ἔχοιμεν, ἐκείνῳ χρωμένους ὁποῖον ἐστι</w:t>
      </w:r>
    </w:p>
    <w:p>
      <w:r>
        <w:rPr>
          <w:rFonts w:ascii="Courier New" w:hAnsi="Courier New"/>
          <w:color w:val="555555"/>
          <w:sz w:val="20"/>
        </w:rPr>
        <w:t>[10]</w:t>
      </w:r>
    </w:p>
    <w:p>
      <w:r>
        <w:rPr>
          <w:rFonts w:ascii="Gentium Plus" w:hAnsi="Gentium Plus"/>
          <w:sz w:val="24"/>
        </w:rPr>
        <w:t>καὶ τὸ κατὰ τὴν Λέσβον ἀπὸ τεσσαράκοντα σταδίων τῆς Μιτυλήνης· εἰ δὲ μὴ κατασκευάζοντας αὐτοὺς παραπλήσιον. ἔστι δὲ τὸ κατὰ τὴν Μιτυλήνην καὶ χρόᾳ καὶ δυνάμει τοιοῦ‐ τον, ὁποῖον ἂν γένοιτο μιχθέντος ἁλὸς ἄνθους ὕδατι θαλάσ‐ σης. τουτὶ γὰρ τὸ ὕδωρ καὶ τοῖς ὑδεριῶσι καὶ τοῖς ἄλλοις</w:t>
      </w:r>
    </w:p>
    <w:p>
      <w:r>
        <w:rPr>
          <w:rFonts w:ascii="Courier New" w:hAnsi="Courier New"/>
          <w:color w:val="555555"/>
          <w:sz w:val="20"/>
        </w:rPr>
        <w:t>[15]</w:t>
      </w:r>
    </w:p>
    <w:p>
      <w:r>
        <w:rPr>
          <w:rFonts w:ascii="Gentium Plus" w:hAnsi="Gentium Plus"/>
          <w:sz w:val="24"/>
        </w:rPr>
        <w:t>οἰδαλέοις ἐπιτήδειόν ἐστιν, ἰσχυρῶς ξηραῖνον· ὡσαύτως δὲ δὴ καὶ τοῖς πολυσάρκοις καὶ μάλιστα ὅταν αὐτοὺς ἀναγ‐ κάζῃ τις ἐν αὐτῷ κολυμβᾷν ὀξύτατα καὶ λουσαμένους πλέον</w:t>
      </w:r>
    </w:p>
    <w:p>
      <w:r>
        <w:rPr>
          <w:rFonts w:ascii="Courier New" w:hAnsi="Courier New"/>
          <w:color w:val="555555"/>
          <w:sz w:val="20"/>
        </w:rPr>
        <w:t>[10 . 997]</w:t>
      </w:r>
    </w:p>
    <w:p>
      <w:r>
        <w:rPr>
          <w:rFonts w:ascii="Gentium Plus" w:hAnsi="Gentium Plus"/>
          <w:sz w:val="24"/>
        </w:rPr>
        <w:t>ἢ πάντως γε ἡσυχάζειν. εἰδέναι δὲ χρὴ καὶ προλέγειν τῷ θεραπευομένῳ τὴν πολυσαρκίαν ὡς ἔσθ’ ὅτε διὰ κίνησιν ἀθροωτέραν εἰκός ἐστι καὶ πυρέξαι αὐτόν· ὅτι τε μήθ’ ὁ πυρετὸς ἀνάρμοστος εἰς τὰ παρόντα γενήσεται, τοῦ ἰατροῦ</w:t>
      </w:r>
    </w:p>
    <w:p>
      <w:r>
        <w:rPr>
          <w:rFonts w:ascii="Courier New" w:hAnsi="Courier New"/>
          <w:color w:val="555555"/>
          <w:sz w:val="20"/>
        </w:rPr>
        <w:t>[5]</w:t>
      </w:r>
    </w:p>
    <w:p>
      <w:r>
        <w:rPr>
          <w:rFonts w:ascii="Gentium Plus" w:hAnsi="Gentium Plus"/>
          <w:sz w:val="24"/>
        </w:rPr>
        <w:t>καλῶς ἅπαντα πράττοντος. εὔδηλον γὰρ ὡς ὅταν ἐπὶ κόπων πυρέξωσιν καὶ οἱ οὕτω θεραπευόμενοι, καταστήσαντες αὐτῶν τὸν πυρετὸν, αὖθις ἐπὶ τὴν αὐτὴν ἰδέαν τῆς ὅλης θεραπείας ἀφιξόμεθα. φεύγειν δ’ ἐπ’ αὐτῶν χρὴ καὶ τοὺς τροφίμους οἴνους, οἷοί πέρ εἰσιν οἱ παχεῖς· τοῖς δὲ ὑδατώδεσι χρῆσθαι,</w:t>
      </w:r>
    </w:p>
    <w:p>
      <w:r>
        <w:rPr>
          <w:rFonts w:ascii="Courier New" w:hAnsi="Courier New"/>
          <w:color w:val="555555"/>
          <w:sz w:val="20"/>
        </w:rPr>
        <w:t>[10]</w:t>
      </w:r>
    </w:p>
    <w:p>
      <w:r>
        <w:rPr>
          <w:rFonts w:ascii="Gentium Plus" w:hAnsi="Gentium Plus"/>
          <w:sz w:val="24"/>
        </w:rPr>
        <w:t>τουτέστι τοῖς λευκοῖς μὲν τῇ χρόᾳ, λεπτοῖς δὲ κατὰ τὴν σύ‐ στασιν, ἢ τοῖς τεθαλαττωμένοις. Ὅσους δ’ ἀνατρέφειν βουλόμεθα καταλε‐ λεπτυσμένους, οἶνον μὲν δώσομεν τὸν παχὺν, ἐδέσματα δὲ τὰ παχύχυμα καὶ γυμνάσια τὰ βραχέα καὶ τρίψιν τὴν μετρίαν·</w:t>
      </w:r>
    </w:p>
    <w:p>
      <w:r>
        <w:rPr>
          <w:rFonts w:ascii="Courier New" w:hAnsi="Courier New"/>
          <w:color w:val="555555"/>
          <w:sz w:val="20"/>
        </w:rPr>
        <w:t>[15]</w:t>
      </w:r>
    </w:p>
    <w:p>
      <w:r>
        <w:rPr>
          <w:rFonts w:ascii="Gentium Plus" w:hAnsi="Gentium Plus"/>
          <w:sz w:val="24"/>
        </w:rPr>
        <w:t>καὶ ἁπλῶς εἰπεῖν, ἅπαντα τοῖς εἰρημένοις ἐναντία πράξομεν. ἐπιτήδειον δ’ αὐτοῖς ἐστι καὶ τὸ πιττοῦσθαι δι’ ἡμε‐ ρῶν ἤτοι τριῶν ἢ τεττάρων· κάλλιστον γὰρ τοῦτο φάρμακον</w:t>
      </w:r>
    </w:p>
    <w:p>
      <w:r>
        <w:rPr>
          <w:rFonts w:ascii="Courier New" w:hAnsi="Courier New"/>
          <w:color w:val="555555"/>
          <w:sz w:val="20"/>
        </w:rPr>
        <w:t>[10 . 998]</w:t>
      </w:r>
    </w:p>
    <w:p>
      <w:r>
        <w:rPr>
          <w:rFonts w:ascii="Gentium Plus" w:hAnsi="Gentium Plus"/>
          <w:sz w:val="24"/>
        </w:rPr>
        <w:t>τοῦ βοηθήματος ἀνατρέφειν αὐτό. καὶ ἡμῖν ἤρκεσεν ἐπὶ πάν‐ των σχεδὸν μόνον τοῦτο· καὶ γὰρ καὶ θερμαίνει καὶ ὑγραίνει πλῆθος αἵματος ἐπισπώμενον. οὔτ’ οὖν συνεχῶς χρὴ προσ‐ φέρειν αὐτὸ τοῖς κάμνουσι σώμασιν, οὔθ’ ὅτε χρὴ καταχρίειν</w:t>
      </w:r>
    </w:p>
    <w:p>
      <w:r>
        <w:rPr>
          <w:rFonts w:ascii="Courier New" w:hAnsi="Courier New"/>
          <w:color w:val="555555"/>
          <w:sz w:val="20"/>
        </w:rPr>
        <w:t>[5]</w:t>
      </w:r>
    </w:p>
    <w:p>
      <w:r>
        <w:rPr>
          <w:rFonts w:ascii="Gentium Plus" w:hAnsi="Gentium Plus"/>
          <w:sz w:val="24"/>
        </w:rPr>
        <w:t>πολλάκις, ἀλλ’ ἐν μὲν χειμῶνι δὶς, ἐν θέρει δ’ ἅπαξ ἀρκεῖ. τοῖς δ’ ἐκ γενετῆς ἔχουσιν ἰσχνότερά τινα μόρια καὶ οἱ ἀνδρα‐ ποδοκάπηλοι βοηθοῦσι διὰ τοῦ βοηθήματος τοῦδε μετὰ τῆς καλουμένης ἐπικρούσεως, ἔστι δὲ κᾀκείνοις συμμετρία τις, ὡς μὴ μᾶλλον τοῦ δέοντος γίγνοιτο μήτ’ ἔλαττον, οὔσης τοιᾶσδε.</w:t>
      </w:r>
    </w:p>
    <w:p>
      <w:r>
        <w:rPr>
          <w:rFonts w:ascii="Courier New" w:hAnsi="Courier New"/>
          <w:color w:val="555555"/>
          <w:sz w:val="20"/>
        </w:rPr>
        <w:t>[10]</w:t>
      </w:r>
    </w:p>
    <w:p>
      <w:r>
        <w:rPr>
          <w:rFonts w:ascii="Gentium Plus" w:hAnsi="Gentium Plus"/>
          <w:sz w:val="24"/>
        </w:rPr>
        <w:t>ναρθήκια λεῖα μετρίως ἀληλιμμένα κατὰ τῶν ἰσχνῶν μορίων ἐπαράσσουσιν, ἄχρι περ ἂν ἐξαρθῇ μετρίως· ἐν τούτῳ γὰρ τὸ ὅλον ἐστὶν, ὥσπερ καὶ Ἱπποκράτης ἔλεγεν ἐπὶ καταντλή‐ σεως ὕδατος θερμοῦ, τὸ μὲν πρῶτον ἀείρεται, ἔπειτα δ’ ἰσχναίνεται. πάντ’ οὖν ἃ εὐσαρκῶσαι βουλόμεθα μόρια καὶ</w:t>
      </w:r>
    </w:p>
    <w:p>
      <w:r>
        <w:rPr>
          <w:rFonts w:ascii="Courier New" w:hAnsi="Courier New"/>
          <w:color w:val="555555"/>
          <w:sz w:val="20"/>
        </w:rPr>
        <w:t>[15]</w:t>
      </w:r>
    </w:p>
    <w:p>
      <w:r>
        <w:rPr>
          <w:rFonts w:ascii="Gentium Plus" w:hAnsi="Gentium Plus"/>
          <w:sz w:val="24"/>
        </w:rPr>
        <w:t>τρίβειν χρὴ καὶ καταντλεῖν καὶ παίειν καὶ πιττοῦν ἄχρι περ ἂν ἐξαρθῇ· γενομένου δὲ τούτου, παραχρῆμα παύεσθαι χρὴ</w:t>
      </w:r>
    </w:p>
    <w:p>
      <w:r>
        <w:rPr>
          <w:rFonts w:ascii="Courier New" w:hAnsi="Courier New"/>
          <w:color w:val="555555"/>
          <w:sz w:val="20"/>
        </w:rPr>
        <w:t>[10 . 999]</w:t>
      </w:r>
    </w:p>
    <w:p>
      <w:r>
        <w:rPr>
          <w:rFonts w:ascii="Gentium Plus" w:hAnsi="Gentium Plus"/>
          <w:sz w:val="24"/>
        </w:rPr>
        <w:t>καθάπερ ἕλκειν πέφυκεν, οὕτω καὶ διαφορεῖν. ἐὰν οὖν ἀνα‐ μείνῃς διαφορηθῆναι τὸ ἑλχθὲν, οὐδὲν ἕξεις πλέον. οὕτω καὶ πυγὰς τίς ἀνδραποδοκάπηλος ἔναγχος ηὔξησεν ἐν ὀλίγῳ χρόνῳ παιδὸς ὑπολέπτου, συμμέτρως μὲν τῇ κατακρούσει</w:t>
      </w:r>
    </w:p>
    <w:p>
      <w:r>
        <w:rPr>
          <w:rFonts w:ascii="Courier New" w:hAnsi="Courier New"/>
          <w:color w:val="555555"/>
          <w:sz w:val="20"/>
        </w:rPr>
        <w:t>[5]</w:t>
      </w:r>
    </w:p>
    <w:p>
      <w:r>
        <w:rPr>
          <w:rFonts w:ascii="Gentium Plus" w:hAnsi="Gentium Plus"/>
          <w:sz w:val="24"/>
        </w:rPr>
        <w:t>χρώμενος ἑκάστης ἡμέρας ἢ παρὰ μίαν, συμμέτρως δὲ πιτ‐ τῶν. ἀλλὰ τοῖς γε τὸ σύμπαν σῶμα λεπτοῖς καὶ λούεσθαι μετὰ τροφὴν ἐπιτήδειον. ὥσπερ δὲ τοῖς λεπτύνουσι βοηθή‐ μασι κίνδυνος ἦν ἀκολουθῆσαι πυρετὸν ὑπερθερμανθέντος ἀμέτρως τοῦ σώματος, οὕτω καὶ τοῖς λουομένοις ἐπὶ τρο‐</w:t>
      </w:r>
    </w:p>
    <w:p>
      <w:r>
        <w:rPr>
          <w:rFonts w:ascii="Courier New" w:hAnsi="Courier New"/>
          <w:color w:val="555555"/>
          <w:sz w:val="20"/>
        </w:rPr>
        <w:t>[10]</w:t>
      </w:r>
    </w:p>
    <w:p>
      <w:r>
        <w:rPr>
          <w:rFonts w:ascii="Gentium Plus" w:hAnsi="Gentium Plus"/>
          <w:sz w:val="24"/>
        </w:rPr>
        <w:t>φαῖς κίνδυνός ἐστι κατὰ τὸ ἧπαρ ἔμφραξιν γενέσθαι, καὶ μάλιστα διὰ τὸ τῶν ἐδεσμάτων εἶδος· ἐμφράττει γὰρ καὶ ἄλλως τὰ παχύχυμα, χρωμένων ἐπὶ πλέον αὐτοῖς. ὅπου δὲ καὶ ἄλλως τοῦτο δρᾷν πέφυκε, πολὺ δὴ μᾶλλον ἐπὶ βαλα‐ νείοις ἅμα τροφῇ τοῦτο δράσει. γίνεταί γε μὴν καὶ λίθων</w:t>
      </w:r>
    </w:p>
    <w:p>
      <w:r>
        <w:rPr>
          <w:rFonts w:ascii="Courier New" w:hAnsi="Courier New"/>
          <w:color w:val="555555"/>
          <w:sz w:val="20"/>
        </w:rPr>
        <w:t>[15]</w:t>
      </w:r>
    </w:p>
    <w:p>
      <w:r>
        <w:rPr>
          <w:rFonts w:ascii="Gentium Plus" w:hAnsi="Gentium Plus"/>
          <w:sz w:val="24"/>
        </w:rPr>
        <w:t>ἐν νεφροῖς σύστασις ἐπὶ τῇ τοιαύτῃ διαίτῃ χρονιζούσῃ· διὰ τί δὲ, οὐ πᾶσι γίνεται πρόδηλον. ἐνίους μὲν γὰρ εἰκός ἐστιν ἤτοι πυκνοὺς ἔχειν τοὺς νεφροὺς ἢ στενὰς τὰς ἀναστο‐</w:t>
      </w:r>
    </w:p>
    <w:p>
      <w:r>
        <w:rPr>
          <w:rFonts w:ascii="Courier New" w:hAnsi="Courier New"/>
          <w:color w:val="555555"/>
          <w:sz w:val="20"/>
        </w:rPr>
        <w:t>[10 . 1000]</w:t>
      </w:r>
    </w:p>
    <w:p>
      <w:r>
        <w:rPr>
          <w:rFonts w:ascii="Gentium Plus" w:hAnsi="Gentium Plus"/>
          <w:sz w:val="24"/>
        </w:rPr>
        <w:t>διάγνωσις οὐδεμία σαφής ἐστιν· ἀλλ’ ἐπερωτᾷν χρὴ τὸν διαι‐ τώμενον, ὡς εἴρηται, συνεχῶς εἴ τις αὐτῷ βάρους αἴσθησις ἐν ὑποχονδρίῳ δεξιῷ καὶ κατὰ τοὺς ψόας γίγνεται. κᾂν αἴσθη‐ ταί ποτε τοιούτου τινὸς, αὐτίκα δι’ ὀξυμέλιτος διδόναι κάπ‐</w:t>
      </w:r>
    </w:p>
    <w:p>
      <w:r>
        <w:rPr>
          <w:rFonts w:ascii="Courier New" w:hAnsi="Courier New"/>
          <w:color w:val="555555"/>
          <w:sz w:val="20"/>
        </w:rPr>
        <w:t>[5]</w:t>
      </w:r>
    </w:p>
    <w:p>
      <w:r>
        <w:rPr>
          <w:rFonts w:ascii="Gentium Plus" w:hAnsi="Gentium Plus"/>
          <w:sz w:val="24"/>
        </w:rPr>
        <w:t>παριν ἐν ἀρχῇ τῆς τροφῆς, ἄχρι περ ἂν καταστῇ τὸ βάρος. ἐπὶ δὲ τῶν δυσκόλως ἀνατρεφομένων μορίων καὶ πλέον ἤδη κατεψυγμένων ἐχρησάμην ἐνίοτε καὶ θαψίᾳ, ποτὲ μὲν μετὰ μέλιτος ἐπιχρίων τὸ μόριον, ἔστι δ’ ὅτε καὶ κηρωτῆς· ἐπι‐ σπᾶται γὰρ καὶ αὕτη τοῖς μορίοις οἷς ἂν ἐπιτεθῇ πλῆθος</w:t>
      </w:r>
    </w:p>
    <w:p>
      <w:r>
        <w:rPr>
          <w:rFonts w:ascii="Courier New" w:hAnsi="Courier New"/>
          <w:color w:val="555555"/>
          <w:sz w:val="20"/>
        </w:rPr>
        <w:t>[10]</w:t>
      </w:r>
    </w:p>
    <w:p>
      <w:r>
        <w:rPr>
          <w:rFonts w:ascii="Gentium Plus" w:hAnsi="Gentium Plus"/>
          <w:sz w:val="24"/>
        </w:rPr>
        <w:t>αἵματος. ἐφ’ ὧν δὲ ὀλίγον ἐνδεῖ τῷ δέρματι τοῦ αἰδοίου πρὸς τὸ κατὰ φύσιν, ἐπὶ τούτων ἄνευ θαψίας πολλάκις μόνῃ τῇ τάσει τὸ δέον εἰργασάμην, ἶνα χάρτου μαλακὴν καὶ εὔτο‐ νον ἐν κύκλῳ περιελίττων ὑποκεχρισμένῳ τῷ δέρματι κόμ‐ μεως. εὔδηλον δὲ δήπουθεν ὅτι καὶ τὸ τῆς ἰνὸς πέρας ἐπι‐</w:t>
      </w:r>
    </w:p>
    <w:p>
      <w:r>
        <w:rPr>
          <w:rFonts w:ascii="Courier New" w:hAnsi="Courier New"/>
          <w:color w:val="555555"/>
          <w:sz w:val="20"/>
        </w:rPr>
        <w:t>[15]</w:t>
      </w:r>
    </w:p>
    <w:p>
      <w:r>
        <w:rPr>
          <w:rFonts w:ascii="Gentium Plus" w:hAnsi="Gentium Plus"/>
          <w:sz w:val="24"/>
        </w:rPr>
        <w:t>κολλᾷν χρὴ διὰ κόμμεως τῷ ὑποβεβλημένῳ ἄνω μέρει τῆς ἰνός· ἐν τάχει τε γὰρ ξηραίνεται καὶ ἀλύπως σφίγγει. προϋ‐</w:t>
      </w:r>
    </w:p>
    <w:p>
      <w:r>
        <w:rPr>
          <w:rFonts w:ascii="Courier New" w:hAnsi="Courier New"/>
          <w:color w:val="555555"/>
          <w:sz w:val="20"/>
        </w:rPr>
        <w:t>[10 . 1001]</w:t>
      </w:r>
    </w:p>
    <w:p>
      <w:r>
        <w:rPr>
          <w:rFonts w:ascii="Gentium Plus" w:hAnsi="Gentium Plus"/>
          <w:sz w:val="24"/>
        </w:rPr>
        <w:t>μερῶν στρογγύλον τι σύμμετρον, ὃ καὶ μετὰ τὸ κολλῆσαι τὴν ἶνα ῥᾳδίως ἐξαιρήσεις. ἔνιοι δὲ τῶν διὰ θαψίας ἐπαγόντων τὴν ποσθὴν τὸ στρογγύλον τοῦτο μολύβδινον ἐποίησαν ὥσπερ τι σωληνάριον· εἶτ’ ἔξωθεν αὐτὸ περιτείνοντες τὸ</w:t>
      </w:r>
    </w:p>
    <w:p>
      <w:r>
        <w:rPr>
          <w:rFonts w:ascii="Courier New" w:hAnsi="Courier New"/>
          <w:color w:val="555555"/>
          <w:sz w:val="20"/>
        </w:rPr>
        <w:t>[5]</w:t>
      </w:r>
    </w:p>
    <w:p>
      <w:r>
        <w:rPr>
          <w:rFonts w:ascii="Gentium Plus" w:hAnsi="Gentium Plus"/>
          <w:sz w:val="24"/>
        </w:rPr>
        <w:t>δέρμα τῆς ποσθῆς καταδοῦσιν ἱμᾶντι μαλακῷ. καὶ γένοιτ’ ἄν ποτε καὶ τοῦτο χρήσιμον ἐφ’ ὧν ἐνδεῖ πολὺ τοῦ δέρματος· εἰ δ’ ὀλίγον εἴη τὸ λεῖπον, ἀρκεῖ μόνον, ὡς εἴρηται, τὸ χαρ‐ τίον ἐν κύκλῳ περιελιττόμενον· ἐν αὐτῷ δὲ τῷ περιβάλλειν τε τῷ δέρματι καὶ κατακολλᾷν αὐτὸ προϋποκεῖσθαι χρὴ τὸ</w:t>
      </w:r>
    </w:p>
    <w:p>
      <w:r>
        <w:rPr>
          <w:rFonts w:ascii="Courier New" w:hAnsi="Courier New"/>
          <w:color w:val="555555"/>
          <w:sz w:val="20"/>
        </w:rPr>
        <w:t>[10]</w:t>
      </w:r>
    </w:p>
    <w:p>
      <w:r>
        <w:rPr>
          <w:rFonts w:ascii="Gentium Plus" w:hAnsi="Gentium Plus"/>
          <w:sz w:val="24"/>
        </w:rPr>
        <w:t>σωληνάριον. ἐγὼ δὲ εἴωθα, εἰ καὶ μηδὲν τούτων παρῇ, τοῦ χάρτου σύμμετρον ἑλίττων ἐνθεῖναι στήριγμα τοῦ περιβλή‐ ματος, ἵν’ ὕστερον, ὅταν ἀκριβῶς παγῇ τὸ περιελιττόμενον ἔξωθεν ἐξαρθέντος τοῦ στηρίγματος, εὐκόλως οὐρεῖν ὑπάρχῃ τῷ θεραπευομένῳ. πρόδηλον δ’ ὅτι καὶ τοῦτο τὸ πάθημα</w:t>
      </w:r>
    </w:p>
    <w:p>
      <w:r>
        <w:rPr>
          <w:rFonts w:ascii="Courier New" w:hAnsi="Courier New"/>
          <w:color w:val="555555"/>
          <w:sz w:val="20"/>
        </w:rPr>
        <w:t>[15]</w:t>
      </w:r>
    </w:p>
    <w:p>
      <w:r>
        <w:rPr>
          <w:rFonts w:ascii="Gentium Plus" w:hAnsi="Gentium Plus"/>
          <w:sz w:val="24"/>
        </w:rPr>
        <w:t>τοῦ γένους τῶν νοσημάτων ἐστὶν, ὃ κατὰ πηλικότητα τοῦ κατὰ φύσιν ἐξέστηκεν, ἐνίοτε μὲν ἀποσαπείσης τῆς ποσθῆς γινόμενον, ἐνίοτε δὲ ἐξ ἀρχῆς ἔλαττον συγγενόμενον. ὑπάγε‐</w:t>
      </w:r>
    </w:p>
    <w:p>
      <w:r>
        <w:rPr>
          <w:rFonts w:ascii="Courier New" w:hAnsi="Courier New"/>
          <w:color w:val="555555"/>
          <w:sz w:val="20"/>
        </w:rPr>
        <w:t>[10 . 1002]</w:t>
      </w:r>
    </w:p>
    <w:p>
      <w:r>
        <w:rPr>
          <w:rFonts w:ascii="Gentium Plus" w:hAnsi="Gentium Plus"/>
          <w:sz w:val="24"/>
        </w:rPr>
        <w:t>ἀρχὴν τοῦ αἰδοίου τὸ δέρμα τεμνόντων κυκλοτερῶς, ἕνεκα λυθείσης αὐτοῦ τῆς συνεχείας ἕλκεσθαι κάτω μέχρι τοῦ σκε‐ πάσαι τὴν καλουμένην βάλανον ὅλην· ἐνίοτε δὲ ὑποδερόντων σμίλῃ κατὰ τὰ ἔνδον ἀπὸ τῆς κατὰ τὴν βάλανον ῥίζης, εἶθ’</w:t>
      </w:r>
    </w:p>
    <w:p>
      <w:r>
        <w:rPr>
          <w:rFonts w:ascii="Courier New" w:hAnsi="Courier New"/>
          <w:color w:val="555555"/>
          <w:sz w:val="20"/>
        </w:rPr>
        <w:t>[5]</w:t>
      </w:r>
    </w:p>
    <w:p>
      <w:r>
        <w:rPr>
          <w:rFonts w:ascii="Gentium Plus" w:hAnsi="Gentium Plus"/>
          <w:sz w:val="24"/>
        </w:rPr>
        <w:t>ἑλκόντων κάτω, κᾄπειτα δεσμευόντων, ὡς εἴρηται, μαλακῷ τινι. λεχθήσεται δὲ περὶ τῶν τοιούτων τρόπων ἐπὶ προή‐ κοντι λόγῳ, καθάπερ γε καὶ περὶ κολοβωμάτων· οὕτως γὰρ ὀνομάζουσι τὰ κατὰ χεῖλος ἢ πτερύγιον ῥινὸς ἢ οὖς ἐλλεί‐ ποντα. μεθοδεύεται γάρ πως καὶ ταῦτα· πρῶτον μὲν ὑπο‐</w:t>
      </w:r>
    </w:p>
    <w:p>
      <w:r>
        <w:rPr>
          <w:rFonts w:ascii="Courier New" w:hAnsi="Courier New"/>
          <w:color w:val="555555"/>
          <w:sz w:val="20"/>
        </w:rPr>
        <w:t>[10]</w:t>
      </w:r>
    </w:p>
    <w:p>
      <w:r>
        <w:rPr>
          <w:rFonts w:ascii="Gentium Plus" w:hAnsi="Gentium Plus"/>
          <w:sz w:val="24"/>
        </w:rPr>
        <w:t>δερόντων ἑκατέρωθεν τὸ δέρμα, μετὰ δὲ τοῦτο ἐπαγόντων καὶ συναγόντων ἀλλήλοις τὰ χείλη τῶν δερμάτων, ἀφαιρούν‐ των τε τὸ τετυλωμένον ἑκατέρου, κᾄπειτα ῥαπτόντων τε καὶ κολλώντων. ἐκ ταὐτοῦ δὲ τοῦ γένους εἰσὶ καὶ αἱ κατὰ τὸν μέγαν κανθὸν ῥυάδες, ἢ μειωθέντος ἐπὶ πλέον ἢ τελέως</w:t>
      </w:r>
    </w:p>
    <w:p>
      <w:r>
        <w:rPr>
          <w:rFonts w:ascii="Courier New" w:hAnsi="Courier New"/>
          <w:color w:val="555555"/>
          <w:sz w:val="20"/>
        </w:rPr>
        <w:t>[15]</w:t>
      </w:r>
    </w:p>
    <w:p>
      <w:r>
        <w:rPr>
          <w:rFonts w:ascii="Gentium Plus" w:hAnsi="Gentium Plus"/>
          <w:sz w:val="24"/>
        </w:rPr>
        <w:t>ἀπολλυμένου τοῦ κανθοῦ. τελέως μὲν οὖν ἀπολλυμένου παντάπασιν ἀνίατον γίνεται τὸ νόσημα, μειωθέντος δὲ διὰ τῶν μετρίως στυφόντων θεραπεύεται μετὰ τοῦ προκαθᾶραι πρῶτον μὲν ὅλον τὸ σῶμα, δεύτερον δὲ τὴν κεφαλήν. ἔστι</w:t>
      </w:r>
    </w:p>
    <w:p>
      <w:r>
        <w:rPr>
          <w:rFonts w:ascii="Courier New" w:hAnsi="Courier New"/>
          <w:color w:val="555555"/>
          <w:sz w:val="20"/>
        </w:rPr>
        <w:t>[10 . 1003]</w:t>
      </w:r>
    </w:p>
    <w:p>
      <w:r>
        <w:rPr>
          <w:rFonts w:ascii="Gentium Plus" w:hAnsi="Gentium Plus"/>
          <w:sz w:val="24"/>
        </w:rPr>
        <w:t>καὶ τὰ νάρδινα καλούμενα, καὶ μάλισθ’ ὅσα δι’ οἴνου σκευάζεται. συνελόντι δὲ εἰπεῖν, ἐπὶ πάντων ἐν οἷς ἀπώλετό τις οὐσία μάλιστα μὲν αὐτὴν ὁμοιοτάτην πειρᾶσθαι χρὴ κατασκευάζειν· εἰ δ’ ἀδύνατον εἴη τοῦτο, τῆς γε αὐτῆς χρείας</w:t>
      </w:r>
    </w:p>
    <w:p>
      <w:r>
        <w:rPr>
          <w:rFonts w:ascii="Courier New" w:hAnsi="Courier New"/>
          <w:color w:val="555555"/>
          <w:sz w:val="20"/>
        </w:rPr>
        <w:t>[5]</w:t>
      </w:r>
    </w:p>
    <w:p>
      <w:r>
        <w:rPr>
          <w:rFonts w:ascii="Gentium Plus" w:hAnsi="Gentium Plus"/>
          <w:sz w:val="24"/>
        </w:rPr>
        <w:t>ἐστοχασμένων ἡμῶν· ἔσται δὲ καὶ αὐτὴ κατὰ τοῦθ’ ὁμοία. τοῦ γοῦν τῆς κνήμης ὀστοῦ πολλάκις ἀναγκασθέντες ἐκκόψαι συχνὸν, εἰς τὴν χώραν αὐτοῦ φῦσαί τινα ἑτέραν οὐσίαν τὴν φύσιν προκαλούμεθα διὰ τῶν σαρκωτικῶν φαρμάκων, ἥτις ἐν ἀρχῇ μὲν οἵα περ σκληρὰ σάρξ ἐστιν, ὕστερον δὲ πώρου</w:t>
      </w:r>
    </w:p>
    <w:p>
      <w:r>
        <w:rPr>
          <w:rFonts w:ascii="Courier New" w:hAnsi="Courier New"/>
          <w:color w:val="555555"/>
          <w:sz w:val="20"/>
        </w:rPr>
        <w:t>[10]</w:t>
      </w:r>
    </w:p>
    <w:p>
      <w:r>
        <w:rPr>
          <w:rFonts w:ascii="Gentium Plus" w:hAnsi="Gentium Plus"/>
          <w:sz w:val="24"/>
        </w:rPr>
        <w:t>σκληροτέρου λαμβάνει σύστασιν, καὶ τῷ χρόνῳ κρατυνθεῖσα πρὸς τὰς βαδίσεις αὑτοῦ γίνεται ἐπιτηδεία. καὶ σκυταλίδας δὲ δακτύλων ἐκκόπτοντες ὁρῶμεν ἐν τῇ χώρᾳ τῶν ἐκκοπεισῶν ἑτέραν οὐσίαν, οἵαν περ εἴρηκα γεννωμένην. ὅτι δὲ καὶ φλέβας αἰσθητὰς ἐνίοτε γεννωμένας εἴδομεν εἴρηται πρό‐</w:t>
      </w:r>
    </w:p>
    <w:p>
      <w:r>
        <w:rPr>
          <w:rFonts w:ascii="Courier New" w:hAnsi="Courier New"/>
          <w:color w:val="555555"/>
          <w:sz w:val="20"/>
        </w:rPr>
        <w:t>[15]</w:t>
      </w:r>
    </w:p>
    <w:p>
      <w:r>
        <w:rPr>
          <w:rFonts w:ascii="Gentium Plus" w:hAnsi="Gentium Plus"/>
          <w:sz w:val="24"/>
        </w:rPr>
        <w:t>σθεν. αὗται μὲν οὖν οὐχ ὅμοιαι ταῖς ἀπολωλυίαις, ἀλλ’ αἱ αὐταὶ γίγνεσθαι λέγοιντ’ ἂν, ὥσπερ γε καὶ ἡ ἐν τοῖς κοίλοις ἕλκεσι σάρξ. ἡ δ’ ἐν τῷ τυλοῦσθαι ταύτην οὐλὴ γεν‐</w:t>
      </w:r>
    </w:p>
    <w:p>
      <w:r>
        <w:rPr>
          <w:rFonts w:ascii="Courier New" w:hAnsi="Courier New"/>
          <w:color w:val="555555"/>
          <w:sz w:val="20"/>
        </w:rPr>
        <w:t>[10 . 1004]</w:t>
      </w:r>
    </w:p>
    <w:p>
      <w:r>
        <w:rPr>
          <w:rFonts w:ascii="Gentium Plus" w:hAnsi="Gentium Plus"/>
          <w:sz w:val="24"/>
        </w:rPr>
        <w:t>πυκνοτέρα γοῦν αὐτοῦ φαίνεται διά τε τῆς ὄψεως καὶ τῆς ἁφῆς, καὶ μέντοι καὶ τῷ λογισμῷ τεκμαιρομένοις ἐκ τοῦ μὴ φύειν τρίχας. ταῦτ’ οὖν ἔχων ἀεὶ πρόχειρα πρὸς τὰς θερα‐ πείας εὐπορήσεις ὧν σε χρὴ πράττειν.</w:t>
      </w:r>
    </w:p>
    <w:p>
      <w:r>
        <w:rPr>
          <w:rFonts w:ascii="Courier New" w:hAnsi="Courier New"/>
          <w:color w:val="555555"/>
          <w:sz w:val="20"/>
        </w:rPr>
        <w:t>[5]</w:t>
      </w:r>
    </w:p>
    <w:p>
      <w:r>
        <w:rPr>
          <w:rFonts w:ascii="Gentium Plus" w:hAnsi="Gentium Plus"/>
          <w:sz w:val="24"/>
        </w:rPr>
        <w:t>Ἐμοὶ δ’ ἤδη καιρὸς ἐπ’ ἄλλα προϊέναι νο‐ σημάτων εἴδη, κοινωνοῦντα τοῖς προειρημένοις. ὁ μὲν οὖν ἕρπης ὀνομαζόμενος ἐκ τοῦ αὐτοῦ γένους ἐστὶ τοῖς ἡλκωμέ‐ νοις ἐρυσιπέλασιν, ἡ σαρκοκήλη δὲ τοῖς σκίῤῥοις. ὀφίασις δὲ καὶ ἀλωπεκία καὶ ἡ πτίλωσις ἐκ τοῦ γένους ἐστὶ τῶν νοση‐</w:t>
      </w:r>
    </w:p>
    <w:p>
      <w:r>
        <w:rPr>
          <w:rFonts w:ascii="Courier New" w:hAnsi="Courier New"/>
          <w:color w:val="555555"/>
          <w:sz w:val="20"/>
        </w:rPr>
        <w:t>[10]</w:t>
      </w:r>
    </w:p>
    <w:p>
      <w:r>
        <w:rPr>
          <w:rFonts w:ascii="Gentium Plus" w:hAnsi="Gentium Plus"/>
          <w:sz w:val="24"/>
        </w:rPr>
        <w:t>μάτων ἐν οἷς ἀπόλωλέ τι τῶν κατὰ φύσιν, ὥσπερ γε καὶ ἡ μυρμηκία τῷ ὅλῳ γένει παρὰ φύσιν ἐστί. τρίτη δ’ ἁπάντων αὐτῶν ἡ διαφορά. τινὰ μὲν γὰρ ἐκ μεταβολῆς γίνεται τῶν στερεῶν σωμάτων, ὡς ἡ μυρμηκία καὶ ἡ λεύκη καὶ ὁ ἀλφὸς καὶ ὁ σφάκελος, ἐλέφας τε καὶ ψώρα καὶ λέπρα, τινὰ δ’</w:t>
      </w:r>
    </w:p>
    <w:p>
      <w:r>
        <w:rPr>
          <w:rFonts w:ascii="Courier New" w:hAnsi="Courier New"/>
          <w:color w:val="555555"/>
          <w:sz w:val="20"/>
        </w:rPr>
        <w:t>[15]</w:t>
      </w:r>
    </w:p>
    <w:p>
      <w:r>
        <w:rPr>
          <w:rFonts w:ascii="Gentium Plus" w:hAnsi="Gentium Plus"/>
          <w:sz w:val="24"/>
        </w:rPr>
        <w:t>οὐδ’ ὅλως ὄντα πρότερον ὕστερα γίνεται, καθάπερ καὶ ἡ μελικηρὶς, ἀθερώματά τε καὶ στεατώματα· καὶ καθ’ ἕτερον τρόπον ἕλμινθες καὶ ἀσκαρίδες καὶ κηρία· καλοῦσι γὰρ</w:t>
      </w:r>
    </w:p>
    <w:p>
      <w:r>
        <w:rPr>
          <w:rFonts w:ascii="Courier New" w:hAnsi="Courier New"/>
          <w:color w:val="555555"/>
          <w:sz w:val="20"/>
        </w:rPr>
        <w:t>[10 . 1005]</w:t>
      </w:r>
    </w:p>
    <w:p>
      <w:r>
        <w:rPr>
          <w:rFonts w:ascii="Gentium Plus" w:hAnsi="Gentium Plus"/>
          <w:sz w:val="24"/>
        </w:rPr>
        <w:t>σθεν εἰρημένα, ἃ κατά τινα τῶν ἀποστημάτων εὑρίσκεται, πώροις, ἢ λίθοις, ἢ ὀστοῖς, ἢ θριξὶν, ἤ τισιν ἑτέροις τῶν τοιούτων ἐοικότα. προσέχειν οὖν ἀεὶ χρὴ τὸν νοῦν ἐπὶ πάν‐ των τῶν παρὰ φύσιν ἀκριβῶς ἐπισκοπούμενον ἐκ τίνος</w:t>
      </w:r>
    </w:p>
    <w:p>
      <w:r>
        <w:rPr>
          <w:rFonts w:ascii="Courier New" w:hAnsi="Courier New"/>
          <w:color w:val="555555"/>
          <w:sz w:val="20"/>
        </w:rPr>
        <w:t>[5]</w:t>
      </w:r>
    </w:p>
    <w:p>
      <w:r>
        <w:rPr>
          <w:rFonts w:ascii="Gentium Plus" w:hAnsi="Gentium Plus"/>
          <w:sz w:val="24"/>
        </w:rPr>
        <w:t>γένους ἐστίν· εἴπερ γε τὴν πρώτην ἔνδειξιν ὁρμητήριον ἐσομένην ἁπασῶν τῶν ἐφεξῆς ὀρθῶς εἴπομεν ἐκ τοῦ γένους λαμβάνεσθαι. τὸν γοῦν ἕρπητα χολώδης γεννᾷ χυμός· ὥστε κατά γε τοῦτο ταὐτοῦ γένους ὑπάρχειν ἐρυσιπέλατι, καὶ τοῦτό γ’ αὐτοῦ μᾶλλον ἔτι τὸ ἡλκωμένον. διαφέρει</w:t>
      </w:r>
    </w:p>
    <w:p>
      <w:r>
        <w:rPr>
          <w:rFonts w:ascii="Courier New" w:hAnsi="Courier New"/>
          <w:color w:val="555555"/>
          <w:sz w:val="20"/>
        </w:rPr>
        <w:t>[10]</w:t>
      </w:r>
    </w:p>
    <w:p>
      <w:r>
        <w:rPr>
          <w:rFonts w:ascii="Gentium Plus" w:hAnsi="Gentium Plus"/>
          <w:sz w:val="24"/>
        </w:rPr>
        <w:t>δὲ τῇ λεπτότητι τοῦ χυμοῦ· πάνυ γάρ ἐστι λεπτὸς ὁ τὸν ἕρπητα γεννῶν, ὡς μὴ μόνον διὰ πάντων διέρχεσθαι τῶν ἔνδον μορίων, ὁπόσα σαρκώδη τὴν οὐσίαν ἐστὶν, ἀλλὰ καὶ δι’ αὐτοῦ τοῦ δέρματος ἄχρι τῆς ἐπιδερμίδος, ἣν μό‐ νην ἀναβιβρώσκει τε καὶ διεσθίει τῷ στέγεσθαί τι πρὸς</w:t>
      </w:r>
    </w:p>
    <w:p>
      <w:r>
        <w:rPr>
          <w:rFonts w:ascii="Courier New" w:hAnsi="Courier New"/>
          <w:color w:val="555555"/>
          <w:sz w:val="20"/>
        </w:rPr>
        <w:t>[15]</w:t>
      </w:r>
    </w:p>
    <w:p>
      <w:r>
        <w:rPr>
          <w:rFonts w:ascii="Gentium Plus" w:hAnsi="Gentium Plus"/>
          <w:sz w:val="24"/>
        </w:rPr>
        <w:t>αὐτῆς· ὡς εἴ γε καὶ ταύτην διεξείη τοῖς ἱδρῶσιν ὁμοίως, οὐκ ἂν ἕλκος εἰργάσατο. κοινὸν γὰρ δὴ τοῦτο τοῖς</w:t>
      </w:r>
    </w:p>
    <w:p>
      <w:r>
        <w:rPr>
          <w:rFonts w:ascii="Courier New" w:hAnsi="Courier New"/>
          <w:color w:val="555555"/>
          <w:sz w:val="20"/>
        </w:rPr>
        <w:t>[10 . 1006]</w:t>
      </w:r>
    </w:p>
    <w:p>
      <w:r>
        <w:rPr>
          <w:rFonts w:ascii="Gentium Plus" w:hAnsi="Gentium Plus"/>
          <w:sz w:val="24"/>
        </w:rPr>
        <w:t>ἕλκη προσαγορεύουσιν, ἴσχεσθαί τε καὶ βραδύνειν ἐν τῇ διεξόδῳ τὸν ἐργαζόμενον αὐτὰ χυμόν. τῷ δ’ ἧττον καὶ μᾶλ‐ λον ἕτερον ἑτέρου χυμὸν ἤτοι λεπτὸν ἢ παχὺν ὑπάρχειν αἱ κατὰ τὸ βάθος ἐν τοῖς ἕλκεσιν γίνονται διαφοραί. τούτου</w:t>
      </w:r>
    </w:p>
    <w:p>
      <w:r>
        <w:rPr>
          <w:rFonts w:ascii="Courier New" w:hAnsi="Courier New"/>
          <w:color w:val="555555"/>
          <w:sz w:val="20"/>
        </w:rPr>
        <w:t>[5]</w:t>
      </w:r>
    </w:p>
    <w:p>
      <w:r>
        <w:rPr>
          <w:rFonts w:ascii="Gentium Plus" w:hAnsi="Gentium Plus"/>
          <w:sz w:val="24"/>
        </w:rPr>
        <w:t>τοῦ γένους ἐστὶ καὶ ἡ φαγέδαινα καὶ οἱ ἡλκωμένοι τῶν καρκί‐ νων. ἐφ’ ὧν ἁπάντων ἡ μὲν κοινὴ θεραπεία κωλύσαντα τὸν ἐπιῤῥέοντα χυμὸν ἰᾶσθαι τὸ ἕλκος· ἡ δ’ ἰδία καθ’ ἕκαστον ἔκ τε τῆς τοῦ μορίου φύσεως εὑρίσκεται καὶ τῆς ἰδέας τε καὶ ποσότητος τοῦ χυμοῦ. λεπτότατος μὲν οὖν ἐν τοῖς τοιούτοις</w:t>
      </w:r>
    </w:p>
    <w:p>
      <w:r>
        <w:rPr>
          <w:rFonts w:ascii="Courier New" w:hAnsi="Courier New"/>
          <w:color w:val="555555"/>
          <w:sz w:val="20"/>
        </w:rPr>
        <w:t>[10]</w:t>
      </w:r>
    </w:p>
    <w:p>
      <w:r>
        <w:rPr>
          <w:rFonts w:ascii="Gentium Plus" w:hAnsi="Gentium Plus"/>
          <w:sz w:val="24"/>
        </w:rPr>
        <w:t>χυμοῖς ἐστιν ὁ τὸν ἑλκούμενον ἕρπητα γεννῶν· παχύτατος δὲ ὁ τὸν καρκίνον· ἐφεξῆς δὲ τούτων κατά γε τὸ πάχος ὁ τὰς φαγεδαίνας ὀνομαζομένας. ὧν ἰδέαι τινές εἰσι τά τε χειρώνια καὶ τηλέφια καλούμενα. καὶ ἤδη τινὲς ἄλλαι τοιαίδε προσηγορίαι γεγόνασιν, ἄχρηστοί τε καὶ περίεργοι· πρὸς</w:t>
      </w:r>
    </w:p>
    <w:p>
      <w:r>
        <w:rPr>
          <w:rFonts w:ascii="Courier New" w:hAnsi="Courier New"/>
          <w:color w:val="555555"/>
          <w:sz w:val="20"/>
        </w:rPr>
        <w:t>[15]</w:t>
      </w:r>
    </w:p>
    <w:p>
      <w:r>
        <w:rPr>
          <w:rFonts w:ascii="Gentium Plus" w:hAnsi="Gentium Plus"/>
          <w:sz w:val="24"/>
        </w:rPr>
        <w:t>γάρ τοι τὴν θεραπείαν ἐπίστασθαι χρὴ τό τε πλῆθος τοῦ χυμοῦ καὶ τὴν δύναμιν καὶ τὴν σύστασιν, οἷον εὐθέως ἐπὶ τῶν ἑρπήτων, ἐπειδὴ λεπτός ἐστιν ὁ χυμὸς, ἐκ τοῦ γένους ὢν</w:t>
      </w:r>
    </w:p>
    <w:p>
      <w:r>
        <w:rPr>
          <w:rFonts w:ascii="Courier New" w:hAnsi="Courier New"/>
          <w:color w:val="555555"/>
          <w:sz w:val="20"/>
        </w:rPr>
        <w:t>[10 . 1007]</w:t>
      </w:r>
    </w:p>
    <w:p>
      <w:r>
        <w:rPr>
          <w:rFonts w:ascii="Gentium Plus" w:hAnsi="Gentium Plus"/>
          <w:sz w:val="24"/>
        </w:rPr>
        <w:t>διαφορηθεὶς, ἐπιτρέπει συνουλωθῆναι τῷ ἕλκει. ἐὰν μὲν οὖν φθάσῃ τις ἐκκαθάρας τὸ σύμπαν σῶμα, μετὰ τοῦ τοῖς ἀνα‐ στέλλουσί τε καὶ ἀποκρουομένοις τοὺς ἐπιῤῥέοντας χυμοὺς χρήσασθαι φαρμάκοις ἰάσατο τὸν ἕρπητα. μηδέτερον δὲ</w:t>
      </w:r>
    </w:p>
    <w:p>
      <w:r>
        <w:rPr>
          <w:rFonts w:ascii="Courier New" w:hAnsi="Courier New"/>
          <w:color w:val="555555"/>
          <w:sz w:val="20"/>
        </w:rPr>
        <w:t>[5]</w:t>
      </w:r>
    </w:p>
    <w:p>
      <w:r>
        <w:rPr>
          <w:rFonts w:ascii="Gentium Plus" w:hAnsi="Gentium Plus"/>
          <w:sz w:val="24"/>
        </w:rPr>
        <w:t>ἐργασάμενος τούτων, ἀλλὰ μόνοις ἀρκεσθεὶς τοῖς ἐπουλοῦσι, τὴν ἡλκωμένην ἐπιδερμίδα ταύτην μὲν ἰάσατο, τὴν συνεχῆ δ’ αὐτῇ παθεῖν οὐκ ἐκώλυσεν. εἶτ’ αὖθις πάλιν ἐκείνης ἐπουλουμένης ἢ συνεχὴς ἀναδέρεται, καὶ τοῦτ’ ἐπὶ πλεῖστον γίγνεται, καθάπερ ἕρποντος τοῦ πάθους ἄχρι περ ἂν ὁ ἐργα‐</w:t>
      </w:r>
    </w:p>
    <w:p>
      <w:r>
        <w:rPr>
          <w:rFonts w:ascii="Courier New" w:hAnsi="Courier New"/>
          <w:color w:val="555555"/>
          <w:sz w:val="20"/>
        </w:rPr>
        <w:t>[10]</w:t>
      </w:r>
    </w:p>
    <w:p>
      <w:r>
        <w:rPr>
          <w:rFonts w:ascii="Gentium Plus" w:hAnsi="Gentium Plus"/>
          <w:sz w:val="24"/>
        </w:rPr>
        <w:t>ζόμενος αὐτὰ χυμὸς ἐκκενωθῇ. γυνὴ γοῦν τις ἐν Ῥώμῃ τῶν ἐπιφανῶν ἕρπητα κατὰ τὸ σφυρὸν ἔχουσα πρῶτον μὲν ἐχρήσατο τῷ διὰ φύκους φαρμάκῳ, τάχιστα δὲ ἐπουλωθέντος αὐτοῦ τὸ συνεχὲς εὐθὺς ἐπιπολῆς ἀνεδάρη δέρμα, καθάπερ ἐξ ἀποσύρματος. ᾧ πάλιν ἐπιτιθέντος τοῦ φαρμάκου τὸ</w:t>
      </w:r>
    </w:p>
    <w:p>
      <w:r>
        <w:rPr>
          <w:rFonts w:ascii="Courier New" w:hAnsi="Courier New"/>
          <w:color w:val="555555"/>
          <w:sz w:val="20"/>
        </w:rPr>
        <w:t>[15]</w:t>
      </w:r>
    </w:p>
    <w:p>
      <w:r>
        <w:rPr>
          <w:rFonts w:ascii="Gentium Plus" w:hAnsi="Gentium Plus"/>
          <w:sz w:val="24"/>
        </w:rPr>
        <w:t>συνεχὲς αὖθις ἡλκώθη. καὶ τοῦτ’ οὐκ ἐπαύετο γιγνόμενον, ἀλλ’ ἧκεν ὕστερον ἡ ἕλκωσις ἐπὶ τὸ γόνυ, πάντα μᾶλλον αὐτῆς παθεῖν ἑτοίμης οὔσης ἢ καθαρθῆναι χολαγωγῷ φαρ‐</w:t>
      </w:r>
    </w:p>
    <w:p>
      <w:r>
        <w:rPr>
          <w:rFonts w:ascii="Courier New" w:hAnsi="Courier New"/>
          <w:color w:val="555555"/>
          <w:sz w:val="20"/>
        </w:rPr>
        <w:t>[10 . 1008]</w:t>
      </w:r>
    </w:p>
    <w:p>
      <w:r>
        <w:rPr>
          <w:rFonts w:ascii="Gentium Plus" w:hAnsi="Gentium Plus"/>
          <w:sz w:val="24"/>
        </w:rPr>
        <w:t>διὰ τὸ τοὺς πλείστους αἰτιᾶσθαι τὰ ἀναίτια, καταγνοῦσα τοῦ διὰ φύκους φαρμάκου, τῶν ἄλλων τι προσφέρειν ἐκέλευ‐ σεν. ἐχρώμεθα οὖν ἐφεξῆς τῷ διὰ σάνδικος. ὡς δὲ καὶ τοῦτο τὸ μὲν ἡλκωμένον ἐπούλου, τὸ δ’ ἑλκούμενον οὐκ ἐκώλυεν,</w:t>
      </w:r>
    </w:p>
    <w:p>
      <w:r>
        <w:rPr>
          <w:rFonts w:ascii="Courier New" w:hAnsi="Courier New"/>
          <w:color w:val="555555"/>
          <w:sz w:val="20"/>
        </w:rPr>
        <w:t>[5]</w:t>
      </w:r>
    </w:p>
    <w:p>
      <w:r>
        <w:rPr>
          <w:rFonts w:ascii="Gentium Plus" w:hAnsi="Gentium Plus"/>
          <w:sz w:val="24"/>
        </w:rPr>
        <w:t>ἀνελήλυθε δὲ τὸ πάθος ἐγγὺς ἤδη τοῦ βουβῶνος ὑπὸ τῆς ἀνάγκης βιασθεῖσα γάλακτος ὀῤῥὸν ὑπέσχετο λήψεσθαι. παρεμβαλόντες οὖν ἡμεῖς αὐτῷ λάθρα σκαμμωνίας ἐλάχιστον, ἄκουσαν αὐτὴν ἐκκαθάραντες ἐθεραπεύσαμεν. οὗπερ οὖν ἕνεκα ταῦτα λέγεται πάλιν ἀναμνήσω. τὸν κοινὸν σκοπὸν</w:t>
      </w:r>
    </w:p>
    <w:p>
      <w:r>
        <w:rPr>
          <w:rFonts w:ascii="Courier New" w:hAnsi="Courier New"/>
          <w:color w:val="555555"/>
          <w:sz w:val="20"/>
        </w:rPr>
        <w:t>[10]</w:t>
      </w:r>
    </w:p>
    <w:p>
      <w:r>
        <w:rPr>
          <w:rFonts w:ascii="Gentium Plus" w:hAnsi="Gentium Plus"/>
          <w:sz w:val="24"/>
        </w:rPr>
        <w:t>ἐπὶ τῶν ὑπὸ ταὐτὸ γένος ἁπάντων νοσημάτων ἐπειδὰν λά‐ βῃς, οὐκ ἀναιρήσεις μὲν αὐτὸν ἐν τοῖς κατὰ μέρος, εἰς δια‐ φορὰν δ’ ἄξεις ἕκαστον πρέπουσαν ταῖς τε διαθέσεσι καὶ ταῖς ἐργαζομέναις αὐτὰς αἰτίαις, ὥσπερ ἐπὶ τῶν αὐτομάτων ἑλκῶν ἐδείχθη. κενώσεις γὰρ δηλονότι τὸν πλεονάζοντα χυ‐</w:t>
      </w:r>
    </w:p>
    <w:p>
      <w:r>
        <w:rPr>
          <w:rFonts w:ascii="Courier New" w:hAnsi="Courier New"/>
          <w:color w:val="555555"/>
          <w:sz w:val="20"/>
        </w:rPr>
        <w:t>[15]</w:t>
      </w:r>
    </w:p>
    <w:p>
      <w:r>
        <w:rPr>
          <w:rFonts w:ascii="Gentium Plus" w:hAnsi="Gentium Plus"/>
          <w:sz w:val="24"/>
        </w:rPr>
        <w:t>μὸν ἐνίοτε μὲν τῷ τὴν ὠχρὰν χολὴν ἐκκαθαίροντι φαρμάκῳ· πολλάκις δὲ τῷ τὴν μέλαιναν, ἔστι δ’ ὅτε μικτῷ, χολήν τε ἅμα καὶ φλέγμα κενοῦντι, ὥσπερ ἐπὶ θατέρου τῶν</w:t>
      </w:r>
    </w:p>
    <w:p>
      <w:r>
        <w:rPr>
          <w:rFonts w:ascii="Courier New" w:hAnsi="Courier New"/>
          <w:color w:val="555555"/>
          <w:sz w:val="20"/>
        </w:rPr>
        <w:t>[10 . 1009]</w:t>
      </w:r>
    </w:p>
    <w:p>
      <w:r>
        <w:rPr>
          <w:rFonts w:ascii="Gentium Plus" w:hAnsi="Gentium Plus"/>
          <w:sz w:val="24"/>
        </w:rPr>
        <w:t>ζουσι κεγχρίαν. οὗτος γὰρ οὐκ εὐθέως ἕλκος ἐργάζεται καθά‐ περ ὁ ἕτερος, ἀλλὰ μικρὰς πάνυ φλυκταίνας ὥσπερ κέγχρους, αἳ καὶ αὐταὶ τοῦ χρόνου προϊόντος εἰς ἕλκος τελευτῶσι. καί τισιν οὐκ ἀλόγως ἔδοξεν ἐπιμεμίχθαι τῇ χολῇ φλέγματος</w:t>
      </w:r>
    </w:p>
    <w:p>
      <w:r>
        <w:rPr>
          <w:rFonts w:ascii="Courier New" w:hAnsi="Courier New"/>
          <w:color w:val="555555"/>
          <w:sz w:val="20"/>
        </w:rPr>
        <w:t>[5]</w:t>
      </w:r>
    </w:p>
    <w:p>
      <w:r>
        <w:rPr>
          <w:rFonts w:ascii="Gentium Plus" w:hAnsi="Gentium Plus"/>
          <w:sz w:val="24"/>
        </w:rPr>
        <w:t>ἐν τῷ τοιούτῳ πάθει. γίγνεται δέ ποτε καὶ χωρὶς τῆς τοῦ παντὸς σώματος ἰσχυρᾶς κακοχυμίας ἐν μέρει ἕλκη, ἃ θερα‐ πεύομεν ῥᾳδίως ὑπὸ φαρμάκων μικτὴν ἐχόντων δύναμιν ἀποκρουστικήν τε καὶ διαφορητικήν. ἀποκρούεται μὲν οὖν τά τε στύφοντα καὶ τὰ χωρὶς τοῦ στύφειν ψύχοντα· διαφορεῖ</w:t>
      </w:r>
    </w:p>
    <w:p>
      <w:r>
        <w:rPr>
          <w:rFonts w:ascii="Courier New" w:hAnsi="Courier New"/>
          <w:color w:val="555555"/>
          <w:sz w:val="20"/>
        </w:rPr>
        <w:t>[10]</w:t>
      </w:r>
    </w:p>
    <w:p>
      <w:r>
        <w:rPr>
          <w:rFonts w:ascii="Gentium Plus" w:hAnsi="Gentium Plus"/>
          <w:sz w:val="24"/>
        </w:rPr>
        <w:t>δὲ τὰ θερμαίνοντα. καὶ δῆλον ὅτι κατὰ μὲν τὴν γένεσιν τῶν ἑλκῶν ἐπικρατεῖν χρὴ τὰ τὴν ἀποκρουστικὴν δύναμιν ἔχοντα· μηκέτι δ’ ἐπιῤῥέοντος τοῦ χυμοῦ τοῦ μοχθηροῦ τῷ μορίῳ, τὴν διαφορητικήν. τὴν μὲν γὰρ ὀλίγην κακοχυμίαν κᾂν ἀπώ‐ σηταί τις αὐτὴν ἐπί τε τὰ σπλάγχνα καὶ τὰς μεγάλας φλέ‐</w:t>
      </w:r>
    </w:p>
    <w:p>
      <w:r>
        <w:rPr>
          <w:rFonts w:ascii="Courier New" w:hAnsi="Courier New"/>
          <w:color w:val="555555"/>
          <w:sz w:val="20"/>
        </w:rPr>
        <w:t>[15]</w:t>
      </w:r>
    </w:p>
    <w:p>
      <w:r>
        <w:rPr>
          <w:rFonts w:ascii="Gentium Plus" w:hAnsi="Gentium Plus"/>
          <w:sz w:val="24"/>
        </w:rPr>
        <w:t>βας, οὐδὲν ἐργάσεται κακὸν αἰσθητόν· εἰ δὲ ἀξιόλογος ᾖ, εἴς τι κύριον ἐνίοτε κατασκήπτει μόριον, ὅταν γε μὴ διὰ</w:t>
      </w:r>
    </w:p>
    <w:p>
      <w:r>
        <w:rPr>
          <w:rFonts w:ascii="Courier New" w:hAnsi="Courier New"/>
          <w:color w:val="555555"/>
          <w:sz w:val="20"/>
        </w:rPr>
        <w:t>[10 . 1010]</w:t>
      </w:r>
    </w:p>
    <w:p>
      <w:r>
        <w:rPr>
          <w:rFonts w:ascii="Gentium Plus" w:hAnsi="Gentium Plus"/>
          <w:sz w:val="24"/>
        </w:rPr>
        <w:t>φθάσῃ διὰ τῶν διαχωρημάτων, ἢ τῶν οὔρων ἢ καὶ διὰ τοῦ περιέχοντος ὅλον τὸ σῶμα δέρματος. ἐπὶ μὲν οὖν τῆς ὠχρᾶς χολῆς αἱ κεκώσεις ἑτοιμότεραι, τὸ δὲ φλέγμα, καὶ μάλισθ’ ὅσον αὐτοῦ παχύτερόν τε καὶ γλίσχρον ἐστὶν, ὡσαύ‐</w:t>
      </w:r>
    </w:p>
    <w:p>
      <w:r>
        <w:rPr>
          <w:rFonts w:ascii="Courier New" w:hAnsi="Courier New"/>
          <w:color w:val="555555"/>
          <w:sz w:val="20"/>
        </w:rPr>
        <w:t>[5]</w:t>
      </w:r>
    </w:p>
    <w:p>
      <w:r>
        <w:rPr>
          <w:rFonts w:ascii="Gentium Plus" w:hAnsi="Gentium Plus"/>
          <w:sz w:val="24"/>
        </w:rPr>
        <w:t>τως δὲ καὶ ἡ μέλαινα χολὴ δυσκόλως ἐκκενοῦται· καὶ διὰ τοῦτο δεόμεθα καθαίροντος φαρμάκου. κατὰ δὲ τοὺς ἕρπη‐ τας, ἐπειδὴ λεπτός ἐστιν ὁ τὸ πάθος ἐργαζόμενος χυμὸς, ἀρκεῖ καὶ λαπάξαι γαστέρα διὰ τῶν ἐπιτυχόντων, ἢ οὖρα κινῆσαι διὰ τῶν μετρίως οὐρητικῶν. ἀλλ’ ἐπειδὴ περὶ φαρμάκων με‐</w:t>
      </w:r>
    </w:p>
    <w:p>
      <w:r>
        <w:rPr>
          <w:rFonts w:ascii="Courier New" w:hAnsi="Courier New"/>
          <w:color w:val="555555"/>
          <w:sz w:val="20"/>
        </w:rPr>
        <w:t>[10]</w:t>
      </w:r>
    </w:p>
    <w:p>
      <w:r>
        <w:rPr>
          <w:rFonts w:ascii="Gentium Plus" w:hAnsi="Gentium Plus"/>
          <w:sz w:val="24"/>
        </w:rPr>
        <w:t>θόδου γέγραπταί τι κᾀν τοῖς ἔμπροσθεν, οὐκ ὀλίγα δὲ καὶ κατὰ τὰς ἰδίας αὐτῶν εἴρηται πραγματείας, ἄμεινον ἂν εἴη μηκέτ’ ἐκτείνειν τὸν λόγον· ἱκανὰ γὰρ καὶ ταῦτα τῷ γε προσέ‐ χοντι τὸν νοῦν, οὐδὲ γὰρ ἡμεῖς αὐτὰ παρὰ τῶν Μουσῶν ἐμάθομεν. ἀλλ’ ἡ τῶν πραγμάτων φύσις ἀνδρὶ συνετῷ καὶ</w:t>
      </w:r>
    </w:p>
    <w:p>
      <w:r>
        <w:rPr>
          <w:rFonts w:ascii="Courier New" w:hAnsi="Courier New"/>
          <w:color w:val="555555"/>
          <w:sz w:val="20"/>
        </w:rPr>
        <w:t>[15]</w:t>
      </w:r>
    </w:p>
    <w:p>
      <w:r>
        <w:rPr>
          <w:rFonts w:ascii="Gentium Plus" w:hAnsi="Gentium Plus"/>
          <w:sz w:val="24"/>
        </w:rPr>
        <w:t>φιλοπόνῳ καὶ γεγυμνασμένῳ τὸν νοῦν ὑπαγορεύει τὸ ποιη‐ τέον· ὅταν δὲ καὶ τὰς ὁδοὺς τῆς εὑρέσεως τὶς ὑφ’ ἑτέρου διδαχθείσας ἔχῃ, ῥᾷστον αὐτῷ προσέρχεσθαι κατ’ αὐτάς.</w:t>
      </w:r>
    </w:p>
    <w:p>
      <w:r>
        <w:rPr>
          <w:rFonts w:ascii="Courier New" w:hAnsi="Courier New"/>
          <w:color w:val="555555"/>
          <w:sz w:val="20"/>
        </w:rPr>
        <w:t>[10 . 1011]</w:t>
      </w:r>
    </w:p>
    <w:p>
      <w:r>
        <w:rPr>
          <w:rFonts w:ascii="Gentium Plus" w:hAnsi="Gentium Plus"/>
          <w:sz w:val="24"/>
        </w:rPr>
        <w:t>ἔργοις μεγίστοις κοσμῆσαι τὴν τέχνην· ὅσοι δ’ ἀσύνετοι, μηδὲν εὑρίσκεσθαι πλέον αὐτοῖς, εἰ καὶ δι’ ὅλου τοῦ βίου μυ‐ ρίων ἔργων ἰατρικῶν αὐτόπται γίγνοιντο. πάμπολλα γοῦν ἐπινοεῖται μέχρι τήμερον, οὐδέπω τοῖς ἔμπροσθεν εὑρημένα·</w:t>
      </w:r>
    </w:p>
    <w:p>
      <w:r>
        <w:rPr>
          <w:rFonts w:ascii="Courier New" w:hAnsi="Courier New"/>
          <w:color w:val="555555"/>
          <w:sz w:val="20"/>
        </w:rPr>
        <w:t>[5]</w:t>
      </w:r>
    </w:p>
    <w:p>
      <w:r>
        <w:rPr>
          <w:rFonts w:ascii="Gentium Plus" w:hAnsi="Gentium Plus"/>
          <w:sz w:val="24"/>
        </w:rPr>
        <w:t>καθάπερ νῦν ἐπὶ Ῥώμης ἐπενόησέ τις ἰᾶσθαι διὰ στόματος ἀκροχορδόνας τε καὶ μυρμηκίας. ἀλλ’ ἐπὶ μὲν τῶν ἀκροχορδό‐ νων, ὡς ἂν ἐξεχουσῶν τοῦ δέρματος, οὐδὲν θαυμαστόν· τὸ δὲ τῶν μυρμηκιῶν καὶ μάλισθ’ ὅσαι τελέως εἰσὶν ἰσόπεδοι τῷ δέρματι, θαυμαστὸν ἐδόκει. ἀλλ’ ὅμως καὶ ταύτας πρῶτον</w:t>
      </w:r>
    </w:p>
    <w:p>
      <w:r>
        <w:rPr>
          <w:rFonts w:ascii="Courier New" w:hAnsi="Courier New"/>
          <w:color w:val="555555"/>
          <w:sz w:val="20"/>
        </w:rPr>
        <w:t>[10]</w:t>
      </w:r>
    </w:p>
    <w:p>
      <w:r>
        <w:rPr>
          <w:rFonts w:ascii="Gentium Plus" w:hAnsi="Gentium Plus"/>
          <w:sz w:val="24"/>
        </w:rPr>
        <w:t>μὲν τῇ θέσει τῶν χειλῶν ὥσπερ βδάλλων ἐπεσπᾶτό τε κᾀκ τῆς ῥίζης ἐμόχλευεν· εἶτα τοῖς προσθίοις ὀδοῦσιν παραλαμ‐ βάνων ἀθρόως ἐξέσπα. καὶ μὴν καὶ διὰ μυρσίνης σμίλης καὶ διὰ τοῦ καλουμένου σκολοπομαχαιρίου γεγυμνασμένος ταῖς χερσὶ ῥᾳδίως ἄν τις ἐκκόψειεν αὐτὰς, ἰδίαν ἐχούσας πε‐</w:t>
      </w:r>
    </w:p>
    <w:p>
      <w:r>
        <w:rPr>
          <w:rFonts w:ascii="Courier New" w:hAnsi="Courier New"/>
          <w:color w:val="555555"/>
          <w:sz w:val="20"/>
        </w:rPr>
        <w:t>[15]</w:t>
      </w:r>
    </w:p>
    <w:p>
      <w:r>
        <w:rPr>
          <w:rFonts w:ascii="Gentium Plus" w:hAnsi="Gentium Plus"/>
          <w:sz w:val="24"/>
        </w:rPr>
        <w:t>ριγραφὴν, ᾗ χωρίζονται τοῦ πέριξ δέρματος. ὡσαύτως δὲ καὶ διά τινος ἰσχυροῦ πτεροῦ, περιτιθεμένου κυκλοτερῶς τῇ μυρ‐ μηκίᾳ, ποιούμεθα τὴν ἄρσιν αὐτῆς. χρὴ δὲ σύμμετρον ἔχειν</w:t>
      </w:r>
    </w:p>
    <w:p>
      <w:r>
        <w:rPr>
          <w:rFonts w:ascii="Courier New" w:hAnsi="Courier New"/>
          <w:color w:val="555555"/>
          <w:sz w:val="20"/>
        </w:rPr>
        <w:t>[10 . 1012]</w:t>
      </w:r>
    </w:p>
    <w:p>
      <w:r>
        <w:rPr>
          <w:rFonts w:ascii="Gentium Plus" w:hAnsi="Gentium Plus"/>
          <w:sz w:val="24"/>
        </w:rPr>
        <w:t>μηκίας, ἵνα τε πανταχόθεν αὐτὴν ἀκριβῶς σφίγγῃ, κᾄπειτα περιστρέψαι μετὰ τοῦ κάτω βιάζεσθαι· τάχιστά τε γὰρ ἂν οὕτω καὶ σὺν αὐτῇ τῇ ῥίζῃ τὴν μυρμηκίαν ὅλην ἐκβάλλοις. εὔδηλον δὲ καὶ ὅτι τὸ πέρας τοῦ περιγλύφοντος αὐτὴν</w:t>
      </w:r>
    </w:p>
    <w:p>
      <w:r>
        <w:rPr>
          <w:rFonts w:ascii="Courier New" w:hAnsi="Courier New"/>
          <w:color w:val="555555"/>
          <w:sz w:val="20"/>
        </w:rPr>
        <w:t>[5]</w:t>
      </w:r>
    </w:p>
    <w:p>
      <w:r>
        <w:rPr>
          <w:rFonts w:ascii="Gentium Plus" w:hAnsi="Gentium Plus"/>
          <w:sz w:val="24"/>
        </w:rPr>
        <w:t>πτεροῦ λεπτόν τε ἅμα καὶ ὀξὺ καὶ ἰσχυρὸν εἶναι χρή. διὸ τά τε τῶν παλαιῶν ἀλεκτρυόνων πτερὰ εἰς τοῦτο χρήσιμα καὶ μᾶλλον ἔτι τὰ τῶν ἀετῶν. ἀποτέμνειν δ’ αὐτῶν χρὴ πρὸς τῇ ῥίζῃ τοσοῦτον, ὡς περιλαβεῖν ἱκανῶς τὴν μυρμηκίαν. εὐθὺς δὲ ἀπὸ τῆς ἀποτομῆς, εἰ καλῶς γίγνοιτο, καὶ τὴν ὀξύ‐</w:t>
      </w:r>
    </w:p>
    <w:p>
      <w:r>
        <w:rPr>
          <w:rFonts w:ascii="Courier New" w:hAnsi="Courier New"/>
          <w:color w:val="555555"/>
          <w:sz w:val="20"/>
        </w:rPr>
        <w:t>[10]</w:t>
      </w:r>
    </w:p>
    <w:p>
      <w:r>
        <w:rPr>
          <w:rFonts w:ascii="Gentium Plus" w:hAnsi="Gentium Plus"/>
          <w:sz w:val="24"/>
        </w:rPr>
        <w:t>τητα παρέξεις αὐτῷ. καὶ τοῦτ’ οὖν ὁ λογισμὸς εὗρεν, οὐ περίπτωσις. ὅτι δὲ διὰ τῶν ἑλκόντων σφοδρῶς φαρμάκων ἀνασπασθήσεται καὶ ὅτι διὰ τῶν σηπόντων νεκρωθήσεται, τῷ λογισμῷ μέν τις εὗρε· θαῤῥήσας δὲ χρῆσθαι, πρὸς τῆς πείρας ἐμαρτυρήθη. τινὰ μὲν γὰρ ἄντικρύς ἐστι καὶ πρὸ τῆς</w:t>
      </w:r>
    </w:p>
    <w:p>
      <w:r>
        <w:rPr>
          <w:rFonts w:ascii="Courier New" w:hAnsi="Courier New"/>
          <w:color w:val="555555"/>
          <w:sz w:val="20"/>
        </w:rPr>
        <w:t>[15]</w:t>
      </w:r>
    </w:p>
    <w:p>
      <w:r>
        <w:rPr>
          <w:rFonts w:ascii="Gentium Plus" w:hAnsi="Gentium Plus"/>
          <w:sz w:val="24"/>
        </w:rPr>
        <w:t>πείρας πιστὰ, καθάπερ εἰ τύχοι τὸν ἀρτίως ἐμπεπαρμένον ἐξελεῖν σκόλοπα καὶ τὸ βέλος, ὅσα τε τοῖς ὀφθαλμοῖς ἐμπί‐ πτει ψαμμία. τινὰ δὲ ἐπινοεῖται μὲν ὑπὸ τοῦ λογισμοῦ, βε‐</w:t>
      </w:r>
    </w:p>
    <w:p>
      <w:r>
        <w:rPr>
          <w:rFonts w:ascii="Courier New" w:hAnsi="Courier New"/>
          <w:color w:val="555555"/>
          <w:sz w:val="20"/>
        </w:rPr>
        <w:t>[10 . 1013]</w:t>
      </w:r>
    </w:p>
    <w:p>
      <w:r>
        <w:rPr>
          <w:rFonts w:ascii="Gentium Plus" w:hAnsi="Gentium Plus"/>
          <w:sz w:val="24"/>
        </w:rPr>
        <w:t>καὶ κατὰ σαυτὸν ὁδοὺς τοιαύτας εἰς εὐπορίαν ἰαμάτων οὐκ ὀκνήσω προσθεῖναί τι παράδειγμα τῶν ἐκ τοῦ προκειμένου γένους. ὀνομάζομεν δὲ αὐτὸ κατὰ τὸν ἀριθμὸν τῶν μορίων. ἐπειδὴ γὰρ ἔνια μὲν ἐλλείπει, καθάπερ ὀδοὺς ἢ δάκτυλος ἢ</w:t>
      </w:r>
    </w:p>
    <w:p>
      <w:r>
        <w:rPr>
          <w:rFonts w:ascii="Courier New" w:hAnsi="Courier New"/>
          <w:color w:val="555555"/>
          <w:sz w:val="20"/>
        </w:rPr>
        <w:t>[5]</w:t>
      </w:r>
    </w:p>
    <w:p>
      <w:r>
        <w:rPr>
          <w:rFonts w:ascii="Gentium Plus" w:hAnsi="Gentium Plus"/>
          <w:sz w:val="24"/>
        </w:rPr>
        <w:t>ῥινὸς πτερύγιον, ἢ ὠτός τι μόριον, ἢ αἰδοίου δέρμα, τινὰ δὲ πλεονάζει, καθάπερ ἕκτος δάκτυλος, αἵ τ’ ἐξοστώσεις κα‐ λούμεναι καὶ τῶν ὀδόντων οἱ παραφυόμενοι τοῖς κατὰ φύσιν· ἐξελεῖν μέντοι τὸ περιττὸν οὐδὲν χαλεπὸν, ἕτερον δὲ γεννῆσαι τῷ μηκέτ’ ὄντι παραπλήσιον ἐπὶ τινῶν μὲν</w:t>
      </w:r>
    </w:p>
    <w:p>
      <w:r>
        <w:rPr>
          <w:rFonts w:ascii="Courier New" w:hAnsi="Courier New"/>
          <w:color w:val="555555"/>
          <w:sz w:val="20"/>
        </w:rPr>
        <w:t>[10]</w:t>
      </w:r>
    </w:p>
    <w:p>
      <w:r>
        <w:rPr>
          <w:rFonts w:ascii="Gentium Plus" w:hAnsi="Gentium Plus"/>
          <w:sz w:val="24"/>
        </w:rPr>
        <w:t>ῥάδιον, ἐπὶ τινῶν δὲ χαλεπὸν, ἐπὶ τινῶν ἀδύνατον. ἐὰν μὲν δὴ σαρκῶδες ᾖ τὸ λεῖπον, οὐ χαλεπῶς ἄν τις αὐτὸ γεννήσειεν· εἴρηται δ’ ἔμπροσθεν ἡ μέθοδος ἐπὶ τῶν κοίλων ἑλκῶν. ἐὰν δὲ ὀστοῦν ᾖ, αὐτὸ μὲν ἀδύνατον, ἀντ’ αὐτοῦ δὲ ἕτερόν τι σκληρὸν οὐκ ἀδύνατον ἐργάσασθαι. λέλεκται δέ τι καὶ περὶ</w:t>
      </w:r>
    </w:p>
    <w:p>
      <w:r>
        <w:rPr>
          <w:rFonts w:ascii="Courier New" w:hAnsi="Courier New"/>
          <w:color w:val="555555"/>
          <w:sz w:val="20"/>
        </w:rPr>
        <w:t>[15]</w:t>
      </w:r>
    </w:p>
    <w:p>
      <w:r>
        <w:rPr>
          <w:rFonts w:ascii="Gentium Plus" w:hAnsi="Gentium Plus"/>
          <w:sz w:val="24"/>
        </w:rPr>
        <w:t>τῆς τῶν φλεβῶν γενέσεως ἔμπροσθεν, ὡς ἐνίοτε μὲν αἰσθητῶς εἴδομεν ἑτέρας νέας γεννηθείσας, ἐνίοτε δ’ ἅπαντα μηχανωμέ‐</w:t>
      </w:r>
    </w:p>
    <w:p>
      <w:r>
        <w:rPr>
          <w:rFonts w:ascii="Courier New" w:hAnsi="Courier New"/>
          <w:color w:val="555555"/>
          <w:sz w:val="20"/>
        </w:rPr>
        <w:t>[10 . 1014]</w:t>
      </w:r>
    </w:p>
    <w:p>
      <w:r>
        <w:rPr>
          <w:rFonts w:ascii="Gentium Plus" w:hAnsi="Gentium Plus"/>
          <w:sz w:val="24"/>
        </w:rPr>
        <w:t>Εἰ δὲ δάκτυλος ὁ λείπων ἤ τι τοιοῦτον εἴη, παντάπασιν ἀδύνατος ἡ γένεσις αὐτοῦ. λέλεκται δέ τι καὶ περὶ ποσθῆς ἔμπροσθεν, ὅπως ἄν τις αὐτὴν ἐργάσηται. τὰ δ’ ἐπὶ ῥινὸς ἢ ὠτὸς ἢ χείλους ἐλλείποντα γεννῆσαι μὲν</w:t>
      </w:r>
    </w:p>
    <w:p>
      <w:r>
        <w:rPr>
          <w:rFonts w:ascii="Courier New" w:hAnsi="Courier New"/>
          <w:color w:val="555555"/>
          <w:sz w:val="20"/>
        </w:rPr>
        <w:t>[5]</w:t>
      </w:r>
    </w:p>
    <w:p>
      <w:r>
        <w:rPr>
          <w:rFonts w:ascii="Gentium Plus" w:hAnsi="Gentium Plus"/>
          <w:sz w:val="24"/>
        </w:rPr>
        <w:t>ἀδύνατον, εὐπρεπῆ δ’ ἐργάσασθαι δυνατὸν, ἐὰν ὑποδείρας τις ἑκατέρωθεν τὸ δέρμα, κᾄπειτα συναγαγὼν κολλῆσαι δυνηθῇ. καθ’ ἕτερον δὲ τρόπον ἐκ τούτου τοῦ γένους ἐστὶ τῶν νοσημάτων ἀθερώματά τε καὶ στεατώματα καὶ μελικη‐ ρίδες, ἀσκαρίδες τε καὶ κηρία καὶ ἕλμινθες, οἵ τε κατ’ ἄρθρα</w:t>
      </w:r>
    </w:p>
    <w:p>
      <w:r>
        <w:rPr>
          <w:rFonts w:ascii="Courier New" w:hAnsi="Courier New"/>
          <w:color w:val="555555"/>
          <w:sz w:val="20"/>
        </w:rPr>
        <w:t>[10]</w:t>
      </w:r>
    </w:p>
    <w:p>
      <w:r>
        <w:rPr>
          <w:rFonts w:ascii="Gentium Plus" w:hAnsi="Gentium Plus"/>
          <w:sz w:val="24"/>
        </w:rPr>
        <w:t>καὶ πνεύμονα πῶροι, καὶ οἱ κατὰ νεφροὺς καὶ κύστιν λίθοι· κοινὸν γὰρ ἐπὶ πάντων αὐτῶν ἡ τῆς οὐσίας γένεσις οὐκ οὔσης πρότερον. ἔμπαλιν δὲ κατὰ τὰς ἀλωπεκίας καὶ τὰς ὀφιάσεις καὶ τὰς πτιλώσεις, ἔτι τε τὴν φαλάκρωσιν, ἀπώλεια μορίου τινός ἐστι χρησίμως γεγονότος. ὥσπερ οὖν ἐπὶ πάν‐</w:t>
      </w:r>
    </w:p>
    <w:p>
      <w:r>
        <w:rPr>
          <w:rFonts w:ascii="Courier New" w:hAnsi="Courier New"/>
          <w:color w:val="555555"/>
          <w:sz w:val="20"/>
        </w:rPr>
        <w:t>[15]</w:t>
      </w:r>
    </w:p>
    <w:p>
      <w:r>
        <w:rPr>
          <w:rFonts w:ascii="Gentium Plus" w:hAnsi="Gentium Plus"/>
          <w:sz w:val="24"/>
        </w:rPr>
        <w:t>των τῶν ἄλλων, ἐν οἷς γεννηθῆναί τι βουλόμεθα, τὰς κινήσεις τῆς φύσεως ἀκωλύτους ἐργαζόμεθα, κατὰ τὸν αὐτὸν τρόπον ἐπὶ τῶν ἀπολωλυιῶν τριχῶν. ἔργον γὰρ τῆς φύσεώς ἐστιν,</w:t>
      </w:r>
    </w:p>
    <w:p>
      <w:r>
        <w:rPr>
          <w:rFonts w:ascii="Courier New" w:hAnsi="Courier New"/>
          <w:color w:val="555555"/>
          <w:sz w:val="20"/>
        </w:rPr>
        <w:t>[10 . 1015]</w:t>
      </w:r>
    </w:p>
    <w:p>
      <w:r>
        <w:rPr>
          <w:rFonts w:ascii="Gentium Plus" w:hAnsi="Gentium Plus"/>
          <w:sz w:val="24"/>
        </w:rPr>
        <w:t>ἡ τῶν τριχῶν ἐπί τε τῆς κεφαλῆς καὶ τῶν βλεφάρων. ἀνα‐ μνησθεὶς οὖν ὧν ἔμαθες ἐν τοῖς φυσικοῖς λόγοις περὶ τριχῶν γενέσεως, ἐξ ἐκείνων εὑρήσεις τὰς τῆς ἀπωλείας αὐτῶν αἰτίας. ἐδείχθη δ’ ὅτι τῶν διαπνεομένων χυμῶν ὅσον ἰλυῶδές ἐστιν</w:t>
      </w:r>
    </w:p>
    <w:p>
      <w:r>
        <w:rPr>
          <w:rFonts w:ascii="Courier New" w:hAnsi="Courier New"/>
          <w:color w:val="555555"/>
          <w:sz w:val="20"/>
        </w:rPr>
        <w:t>[5]</w:t>
      </w:r>
    </w:p>
    <w:p>
      <w:r>
        <w:rPr>
          <w:rFonts w:ascii="Gentium Plus" w:hAnsi="Gentium Plus"/>
          <w:sz w:val="24"/>
        </w:rPr>
        <w:t>ἐξ ἀρχῆς τ’ εὐθέως τὰς τρίχας ἐγέννησε καὶ τοῦ λοιποῦ καθ’ ὑπόφυσιν αὐξάνει. τοῦτ’ οὖν, ὅταν ἤτοι γ’ ἀπόληται παντάπασιν ἢ μοχθηρὸν γενηθῇ, φθείρεσθαι τὰς τρίχας ἀναγκαῖόν ἐστι. καὶ γὰρ οὖν καὶ τὰ φυτὰ κατὰ διττὴν αἰτίαν ἀπόλλυται, ποτὲ μὲν ἀποροῦντα τῆς τρεφούσης ὑγρότητος,</w:t>
      </w:r>
    </w:p>
    <w:p>
      <w:r>
        <w:rPr>
          <w:rFonts w:ascii="Courier New" w:hAnsi="Courier New"/>
          <w:color w:val="555555"/>
          <w:sz w:val="20"/>
        </w:rPr>
        <w:t>[10]</w:t>
      </w:r>
    </w:p>
    <w:p>
      <w:r>
        <w:rPr>
          <w:rFonts w:ascii="Gentium Plus" w:hAnsi="Gentium Plus"/>
          <w:sz w:val="24"/>
        </w:rPr>
        <w:t>ἔστι δ’ ὅτε οὐκ οἰκείῳ χρώμενα. τελέως μὲν ἀπολουμένου τοῦ τρέφοντος χυμοῦ τὰς τρίχας ἡ φαλάκρωσις γίνεται, μοχθη‐ ροῦ δ’ ἀποτελεσθέντος αἵ τ’ ὀφιάσεις καλούμεναι καὶ αἱ ἀλωπεκίαι. πρῶτον μὲν οὖν εὑρήσεις ἐκ τῆς κατὰ φύσιν αὐτῶν διοικήσεως τὴν παρὰ φύσιν αἰτίαν. ἐφεξῆς δὲ τῆς θεραπείας</w:t>
      </w:r>
    </w:p>
    <w:p>
      <w:r>
        <w:rPr>
          <w:rFonts w:ascii="Courier New" w:hAnsi="Courier New"/>
          <w:color w:val="555555"/>
          <w:sz w:val="20"/>
        </w:rPr>
        <w:t>[15]</w:t>
      </w:r>
    </w:p>
    <w:p>
      <w:r>
        <w:rPr>
          <w:rFonts w:ascii="Gentium Plus" w:hAnsi="Gentium Plus"/>
          <w:sz w:val="24"/>
        </w:rPr>
        <w:t>εὐπορήσεις ἐνδεικτικῶς ὑπὸ τῶν κοινῶν ἀγομένης σκοπῶν ἅπασι τοῖς προειρημένοις, ἐφ’ ὧν ἐκ κακοχυμίας ἤτοι γ’ ἄλλο τι πάθος ἢ ἕλκος γίνεται· κωλῦσαι μὲν γὰρ χρὴ τὸ ἐπιῤῥέον,</w:t>
      </w:r>
    </w:p>
    <w:p>
      <w:r>
        <w:rPr>
          <w:rFonts w:ascii="Courier New" w:hAnsi="Courier New"/>
          <w:color w:val="555555"/>
          <w:sz w:val="20"/>
        </w:rPr>
        <w:t>[10 . 1016]</w:t>
      </w:r>
    </w:p>
    <w:p>
      <w:r>
        <w:rPr>
          <w:rFonts w:ascii="Gentium Plus" w:hAnsi="Gentium Plus"/>
          <w:sz w:val="24"/>
        </w:rPr>
        <w:t>μορίῳ περιέχεσθαι. καθάπερ οὖν ἐπ’ ἐκείνων ἑλκῶν καθάρ‐ σεις τοῦ λυποῦντος χυμοῦ πρῶτον ἐγίγνοντό σοι, τὸν αὐ‐ τὸν τρόπον ἐπὶ τῶν τριχῶν αὐτῶν, ἀπ’ αὐτῶν δ’ ἄρξῃ τῆς θεραπείας, ἐπισκεψάμενος ἀκριβῶς ὁποία τις ἡ χρόα</w:t>
      </w:r>
    </w:p>
    <w:p>
      <w:r>
        <w:rPr>
          <w:rFonts w:ascii="Courier New" w:hAnsi="Courier New"/>
          <w:color w:val="555555"/>
          <w:sz w:val="20"/>
        </w:rPr>
        <w:t>[5]</w:t>
      </w:r>
    </w:p>
    <w:p>
      <w:r>
        <w:rPr>
          <w:rFonts w:ascii="Gentium Plus" w:hAnsi="Gentium Plus"/>
          <w:sz w:val="24"/>
        </w:rPr>
        <w:t>γέγονε τοῦ δέρματος, ἐξ οὗ τὰς τρίχας ὁρᾷς ἀπολλυμένας. εἰ μὲν γὰρ λευκοτέρα τοῦ κατὰ φύσιν, ἐπὶ τὴν τῶν φλεγματω‐ δῶν χυμῶν ἀφικνοῦ κάθαρσιν· εἰ δ’ ὠχροτέρα πως, ἐπὶ τὴν τῆς τοιαύτης χολῆς, ὥσπερ γε καὶ εἰ μελαντέρα, τὰ τῶν μελα‐ νῶν ἀγωγὰ δώσεις φάρμακα. πρὸς δὲ τὴν ἀκριβεστέραν τῆς</w:t>
      </w:r>
    </w:p>
    <w:p>
      <w:r>
        <w:rPr>
          <w:rFonts w:ascii="Courier New" w:hAnsi="Courier New"/>
          <w:color w:val="555555"/>
          <w:sz w:val="20"/>
        </w:rPr>
        <w:t>[10]</w:t>
      </w:r>
    </w:p>
    <w:p>
      <w:r>
        <w:rPr>
          <w:rFonts w:ascii="Gentium Plus" w:hAnsi="Gentium Plus"/>
          <w:sz w:val="24"/>
        </w:rPr>
        <w:t>κακοχυμίας διάγνωσιν οὐ μικρὰ κᾀκ τῆς προηγησαμένης διαί‐ της ὠφεληθήσῃ, μεμαθηκώς γε τίνα μὲν ἐδεσμάτων τὸν με‐ λαγχολικὸν ἀθροίζει χυμὸν, τίνα δὲ τὸν τῆς ὠχρᾶς χολῆς καὶ τοῦ φλέγματος. ὅταν οὖν ἤδη θαῤῥήσῃς ὡς ἐπὶ καθαρω‐ τάτῳ σώματι, τὸν ἐν τῷ πεπονθότι δέρματι περιεχόμενον</w:t>
      </w:r>
    </w:p>
    <w:p>
      <w:r>
        <w:rPr>
          <w:rFonts w:ascii="Courier New" w:hAnsi="Courier New"/>
          <w:color w:val="555555"/>
          <w:sz w:val="20"/>
        </w:rPr>
        <w:t>[15]</w:t>
      </w:r>
    </w:p>
    <w:p>
      <w:r>
        <w:rPr>
          <w:rFonts w:ascii="Gentium Plus" w:hAnsi="Gentium Plus"/>
          <w:sz w:val="24"/>
        </w:rPr>
        <w:t>χυμὸν ἐκδαπανήσεις τοῖς διαφορητικοῖς φαρμάκοις, φυλαττό‐ μενος ἐν αὐτοῖς οὕτω θερμὰ καὶ δριμέα προσάγειν φάρμακα ὡς ἑλκωθῆναι τὸ δέρμα. καὶ μέντοι καὶ τὰ ξηραίνοντα σφο‐ δρῶς φυλάττεσθαι χρὴ, μή πως ἅμα τῷ μοχθηρῷ χυμῷ συνεκ‐</w:t>
      </w:r>
    </w:p>
    <w:p>
      <w:r>
        <w:rPr>
          <w:rFonts w:ascii="Courier New" w:hAnsi="Courier New"/>
          <w:color w:val="555555"/>
          <w:sz w:val="20"/>
        </w:rPr>
        <w:t>[10 . 1017]</w:t>
      </w:r>
    </w:p>
    <w:p>
      <w:r>
        <w:rPr>
          <w:rFonts w:ascii="Gentium Plus" w:hAnsi="Gentium Plus"/>
          <w:sz w:val="24"/>
        </w:rPr>
        <w:t>κρώσει γίνεται. ταῦτ’ οὖν ἐννοήσας ἐγὼ πρῶτον ἔμιξα τοῖς τὰς ἀλωπεκίας θεραπεύουσι φαρμάκοις βραχύ τι θαψίας. εἶτα προσέχων καθ’ ἑκάστην ἡμέραν, ὅπως ἡ τοῦ κάμνοντος φύσις ὑπ’ αὐτοῦ διατίθεται, κᾀπειδὰν ἤτοι γε οἰδισκόμενον</w:t>
      </w:r>
    </w:p>
    <w:p>
      <w:r>
        <w:rPr>
          <w:rFonts w:ascii="Courier New" w:hAnsi="Courier New"/>
          <w:color w:val="555555"/>
          <w:sz w:val="20"/>
        </w:rPr>
        <w:t>[5]</w:t>
      </w:r>
    </w:p>
    <w:p>
      <w:r>
        <w:rPr>
          <w:rFonts w:ascii="Gentium Plus" w:hAnsi="Gentium Plus"/>
          <w:sz w:val="24"/>
        </w:rPr>
        <w:t>ἐπὶ πλέον ἢ ἀναδερόμενόν πως ἴδω, τοῦ φαρμάκου μὲν ἀφί‐ σταμαι κατ’ ἐκείνην τὴν ἡμέραν, ἐπαλείφω δὲ τετηκότι στέατι τὸ μόριον ἤτοι γ’ ὄρνιθος ἢ χηνὸς, ἐπειδὴ λεπτομερέστερα ταῦτά ἐστι καὶ κατὰ βάθος εἰσδύεται. κᾄπειτα κατὰ τὴν ὑστε‐ ραίαν, εἰ μὲν ἐπιμένοι τι τῶν εἰρημένων, ὁμοίως ἐπαλείφω·</w:t>
      </w:r>
    </w:p>
    <w:p>
      <w:r>
        <w:rPr>
          <w:rFonts w:ascii="Courier New" w:hAnsi="Courier New"/>
          <w:color w:val="555555"/>
          <w:sz w:val="20"/>
        </w:rPr>
        <w:t>[10]</w:t>
      </w:r>
    </w:p>
    <w:p>
      <w:r>
        <w:rPr>
          <w:rFonts w:ascii="Gentium Plus" w:hAnsi="Gentium Plus"/>
          <w:sz w:val="24"/>
        </w:rPr>
        <w:t>μὴ μενόντων δὲ τῷ φαρμάκῳ χρῶμαι· ὅπως δ’ εἰς βάθος δύοιτο, προσανατρίβω τὸ δέρμα τῇ σινδόνι μέχρι τοῦ σαφῶς ἐρυθρὸν γενέσθαι. εἴ γε μὴν μετὰ τὸ λουτρὸν χρῆσθαι βούλοιο τῷ τοιούτῳ φαρμάκῳ παρὰ τοῦ βαλανείου, τοῦθ’ ἕξεις γινό‐ μενον ὃ πρόσθεν ὑπὸ τῆς ἀνατρίψεως. καὶ τοὺς ἀπολλύντας</w:t>
      </w:r>
    </w:p>
    <w:p>
      <w:r>
        <w:rPr>
          <w:rFonts w:ascii="Courier New" w:hAnsi="Courier New"/>
          <w:color w:val="555555"/>
          <w:sz w:val="20"/>
        </w:rPr>
        <w:t>[15]</w:t>
      </w:r>
    </w:p>
    <w:p>
      <w:r>
        <w:rPr>
          <w:rFonts w:ascii="Gentium Plus" w:hAnsi="Gentium Plus"/>
          <w:sz w:val="24"/>
        </w:rPr>
        <w:t>δὲ τὰς ἐκ τῶν βλεφάρων τρίχας, οὓς ὀνομάζουσι πτίλους, ὁμοίοις μὲν τῷ γένει. θεραπεύσεις φαρμάκοις. Ἐκλέξῃ δ’ ὕλην ἐπιτήδειον τοῖς ὀφθαλμοῖς</w:t>
      </w:r>
    </w:p>
    <w:p>
      <w:r>
        <w:rPr>
          <w:rFonts w:ascii="Courier New" w:hAnsi="Courier New"/>
          <w:color w:val="555555"/>
          <w:sz w:val="20"/>
        </w:rPr>
        <w:t>[10 . 1018]</w:t>
      </w:r>
    </w:p>
    <w:p>
      <w:r>
        <w:rPr>
          <w:rFonts w:ascii="Gentium Plus" w:hAnsi="Gentium Plus"/>
          <w:sz w:val="24"/>
        </w:rPr>
        <w:t>φάρμακον εἰς τοὺς χιτῶνας αὐτῶν. ὅθεν ἀμείνω τὰ ξηρὰ, περὶ ὧν ὥσπερ καὶ τῶν ἄλλων ἐν ταῖς ἡμετέραις τῶν φαρμά‐ κων πραγματείαις λέλεκται. νυνὶ γὰρ, ὅπερ ἔφην, ἀρκεῖ μόνα τὰ γένη διεξέρχεσθαι τῶν φαρμάκων, ἄνευ τῶν κατὰ μέρος</w:t>
      </w:r>
    </w:p>
    <w:p>
      <w:r>
        <w:rPr>
          <w:rFonts w:ascii="Courier New" w:hAnsi="Courier New"/>
          <w:color w:val="555555"/>
          <w:sz w:val="20"/>
        </w:rPr>
        <w:t>[5]</w:t>
      </w:r>
    </w:p>
    <w:p>
      <w:r>
        <w:rPr>
          <w:rFonts w:ascii="Gentium Plus" w:hAnsi="Gentium Plus"/>
          <w:sz w:val="24"/>
        </w:rPr>
        <w:t>ὑλῶν, ὅπως μὴ πολλάκις ἀναγκαζοίμην ὑπὲρ αὐτῶν λέγειν. ὅσα μὲν τοίνυν ἀλλότρια τῆς κατὰ φύσιν ἐστὶ διοικήσεως, ἐξαιρεῖν ὅλα αὐτὰ προσήκει· ὅσα δ’ οἰκεῖα μὲν, ἀλλὰ διέφθαρταί πως, ἀνασώζειν αὐτὰ, καθόσον ἐνδέχεται. λέλε‐ κται δ’ ἔμπροσθεν ὡς ἐπαμφοτερίζει τινά. λέλεκται δὲ ὡς</w:t>
      </w:r>
    </w:p>
    <w:p>
      <w:r>
        <w:rPr>
          <w:rFonts w:ascii="Courier New" w:hAnsi="Courier New"/>
          <w:color w:val="555555"/>
          <w:sz w:val="20"/>
        </w:rPr>
        <w:t>[10]</w:t>
      </w:r>
    </w:p>
    <w:p>
      <w:r>
        <w:rPr>
          <w:rFonts w:ascii="Gentium Plus" w:hAnsi="Gentium Plus"/>
          <w:sz w:val="24"/>
        </w:rPr>
        <w:t>καὶ τῶν ἀλλοτρίων ἔνια ταῖς οὐσίαις ὅλαις ἐστὶν ἀλλότρια, λογικῆς ζητήσεως οὐκ ἐς τὴν θεραπείαν χρησίμης οὔσης κατὰ τοῦτον τὸν τόπον ἐπ’ ἐνίων παθῶν. τὸ γάρ τοι πτερύγιον ὅτι μὲν ἀλλότριόν ἐστι τῆς ὑγιεινῆς καταστάσεως εὔδηλον εἶναι νομίζω πᾶσιν· οὐ μὴν ἀλλότριόν γε κατὰ τὴν οὐσίαν</w:t>
      </w:r>
    </w:p>
    <w:p>
      <w:r>
        <w:rPr>
          <w:rFonts w:ascii="Courier New" w:hAnsi="Courier New"/>
          <w:color w:val="555555"/>
          <w:sz w:val="20"/>
        </w:rPr>
        <w:t>[15]</w:t>
      </w:r>
    </w:p>
    <w:p>
      <w:r>
        <w:rPr>
          <w:rFonts w:ascii="Gentium Plus" w:hAnsi="Gentium Plus"/>
          <w:sz w:val="24"/>
        </w:rPr>
        <w:t>ἐστὶν, ὥσπερ ἀθέρωμα καὶ μελικηρίς. ἴασις δὲ καὶ τούτου μικροῦ μὲν ὄντος ἔτι καὶ μαλακοῦ διὰ τῶν ῥυπτόντων φαρμά‐</w:t>
      </w:r>
    </w:p>
    <w:p>
      <w:r>
        <w:rPr>
          <w:rFonts w:ascii="Courier New" w:hAnsi="Courier New"/>
          <w:color w:val="555555"/>
          <w:sz w:val="20"/>
        </w:rPr>
        <w:t>[10 . 1019]</w:t>
      </w:r>
    </w:p>
    <w:p>
      <w:r>
        <w:rPr>
          <w:rFonts w:ascii="Gentium Plus" w:hAnsi="Gentium Plus"/>
          <w:sz w:val="24"/>
        </w:rPr>
        <w:t>δὲ καὶ σκληροῦ γενομένου διὰ χειρουργίας. ὁμοίως δὲ καὶ τῶν ὑδατίδων τὰς μεγάλας θεραπευτέον· τὰς μικρὰς δὲ τὰ ξηραντικὰ τῶν φαρμάκων ὀνίνησι. τὸ δὲ χαλάζιον, ἔστι γὰρ ἕν τι καὶ τοῦτο τῶν ἐν ὀφθαλμοῖς γινομένων, ὅλῳ τῷ γένει</w:t>
      </w:r>
    </w:p>
    <w:p>
      <w:r>
        <w:rPr>
          <w:rFonts w:ascii="Courier New" w:hAnsi="Courier New"/>
          <w:color w:val="555555"/>
          <w:sz w:val="20"/>
        </w:rPr>
        <w:t>[5]</w:t>
      </w:r>
    </w:p>
    <w:p>
      <w:r>
        <w:rPr>
          <w:rFonts w:ascii="Gentium Plus" w:hAnsi="Gentium Plus"/>
          <w:sz w:val="24"/>
        </w:rPr>
        <w:t>παρὰ φύσιν ὑπάρχον ἐκκόπτεσθαι δεῖται. οὕτω δὲ καὶ τὸ πῦον ὑπὸ τῶν ὑποπύων ὀνομαζομένων ὀφθαλμῶν· ἀλλὰ τοῦτο μὲν ὡς τὰ πολλὰ διαφορεῖται φαρμάκοις. ὑπό‐ χυμα δὲ ἀρχόμενον μὲν διαφορεῖται, σύστασιν δ’ ἱκανὴν λαβὸν οὐκέτι. τῶν καθ’ ἡμᾶς δέ τις ὀφθαλμικῶν Ἰοῦστος</w:t>
      </w:r>
    </w:p>
    <w:p>
      <w:r>
        <w:rPr>
          <w:rFonts w:ascii="Courier New" w:hAnsi="Courier New"/>
          <w:color w:val="555555"/>
          <w:sz w:val="20"/>
        </w:rPr>
        <w:t>[10]</w:t>
      </w:r>
    </w:p>
    <w:p>
      <w:r>
        <w:rPr>
          <w:rFonts w:ascii="Gentium Plus" w:hAnsi="Gentium Plus"/>
          <w:sz w:val="24"/>
        </w:rPr>
        <w:t>ὄνομα καὶ διὰ κατασείσεως τῆς κεφαλῆς πολλοὺς τῶν ὑπο‐ πύων ἐθεράπευσε, καθίζων μὲν αὐτοὺς ὀρθίους ἐπὶ δίφρου, περιλαμβάνων δὲ τὴν κεφαλὴν ἑκατέρωθεν ἐκ τῶν πλαγίων, εἶτα διασείων οὕτως ὥσθ’ ὁρᾷν ἡμᾶς ἐναργῶς κάτω χωροῦν τὸ πῦον. ἔμενε δὲ κάτω καίτοι τῶν ὑποχυμάτων μὴ μενόν‐</w:t>
      </w:r>
    </w:p>
    <w:p>
      <w:r>
        <w:rPr>
          <w:rFonts w:ascii="Courier New" w:hAnsi="Courier New"/>
          <w:color w:val="555555"/>
          <w:sz w:val="20"/>
        </w:rPr>
        <w:t>[15]</w:t>
      </w:r>
    </w:p>
    <w:p>
      <w:r>
        <w:rPr>
          <w:rFonts w:ascii="Gentium Plus" w:hAnsi="Gentium Plus"/>
          <w:sz w:val="24"/>
        </w:rPr>
        <w:t>των, εἰ μὴ πάνυ τις ἀκριβῶς αὐτὰ σφηνώσειε διὰ τὸ βαρὺ τῆς οὐσίας. κουφότερον γάρ ἐστιν, ὡς ἂν εἴποι τις εἰκάζων, ἢ νεφελωδέστερον τὸ ὑπόχυμα τοῦ πύου· πλὴν ὅσα καὶ τού‐</w:t>
      </w:r>
    </w:p>
    <w:p>
      <w:r>
        <w:rPr>
          <w:rFonts w:ascii="Courier New" w:hAnsi="Courier New"/>
          <w:color w:val="555555"/>
          <w:sz w:val="20"/>
        </w:rPr>
        <w:t>[10 . 1020]</w:t>
      </w:r>
    </w:p>
    <w:p>
      <w:r>
        <w:rPr>
          <w:rFonts w:ascii="Gentium Plus" w:hAnsi="Gentium Plus"/>
          <w:sz w:val="24"/>
        </w:rPr>
        <w:t>ὑγρότητος ἐστίν. ἃ δὴ καὶ περικεντούντων διαλύεται μὲν ἐν τῷ παραυτίκα, χρόνῳ δ’ ὕστερον οὐ μακρῷ καθάπερ τις ἰλὺς ὑποχωρεῖ κάτω. τὸ δ’ ἐν τοῖς ὀφθαλμοῖς πῦον ὅταν διαφορῆσαι βουλώμεθα, τοῖς διὰ σμύρνης μάλιστα κολλυρίοις</w:t>
      </w:r>
    </w:p>
    <w:p>
      <w:r>
        <w:rPr>
          <w:rFonts w:ascii="Courier New" w:hAnsi="Courier New"/>
          <w:color w:val="555555"/>
          <w:sz w:val="20"/>
        </w:rPr>
        <w:t>[5]</w:t>
      </w:r>
    </w:p>
    <w:p>
      <w:r>
        <w:rPr>
          <w:rFonts w:ascii="Gentium Plus" w:hAnsi="Gentium Plus"/>
          <w:sz w:val="24"/>
        </w:rPr>
        <w:t>χρηστέον, ἃ δὴ καὶ καλοῦσιν ἰδίως διάσμυρνα· τούτων δ’ ἧττον, ἄμεινον δὲ τῶν ἄλλων ἐνεργεῖ τὰ διὰ λιβάνου, τὰ δ’ ἱκανῶς ξηραίνοντα παραχρῆμα μὲν ἱκανῶς ἐκκενοῖ, τὸ δ’ ὑπό‐ λοιπον πήγνυσι δυσλύτως, ὡς ἐπὶ τῶν σκιῤῥουμένων ἔμπρο‐ σθεν εἴρηται. πολλάκις δὲ πῦον ἀθρόως ἐκενώσαμεν διελόντες</w:t>
      </w:r>
    </w:p>
    <w:p>
      <w:r>
        <w:rPr>
          <w:rFonts w:ascii="Courier New" w:hAnsi="Courier New"/>
          <w:color w:val="555555"/>
          <w:sz w:val="20"/>
        </w:rPr>
        <w:t>[10]</w:t>
      </w:r>
    </w:p>
    <w:p>
      <w:r>
        <w:rPr>
          <w:rFonts w:ascii="Gentium Plus" w:hAnsi="Gentium Plus"/>
          <w:sz w:val="24"/>
        </w:rPr>
        <w:t>τὸν κερατοειδῆ μικρὸν ὑπεράνω τοῦ χωρίου, καθ’ ὃ συμφύον‐ ται πρὸς ἀλλήλους ἅπαντες οἱ χιτῶνες. ὀνομάζουσι δὲ ἔνιοι μὲν ἴριν, ἔνιοι δὲ στεφάνην τὸ χωρίον. ὥστε καὶ τοῦτο τὸ πάθημα τοῖς τρισὶν ὑποπίπτει τρόποις τῆς κενώσεως καὶ διὰ χειρουργίας ἀθρόως ἐκκενούσης καὶ διὰ φαρμάκου κατὰ βραχὺ</w:t>
      </w:r>
    </w:p>
    <w:p>
      <w:r>
        <w:rPr>
          <w:rFonts w:ascii="Courier New" w:hAnsi="Courier New"/>
          <w:color w:val="555555"/>
          <w:sz w:val="20"/>
        </w:rPr>
        <w:t>[15]</w:t>
      </w:r>
    </w:p>
    <w:p>
      <w:r>
        <w:rPr>
          <w:rFonts w:ascii="Gentium Plus" w:hAnsi="Gentium Plus"/>
          <w:sz w:val="24"/>
        </w:rPr>
        <w:t>καὶ πρὸς ἀκυρώτερον ἀπαγόμενον τόπον, ὡς ἐν ταῖς κατα‐ σείσεσι. τοῦ γένους δ’ εἰσὶν, ὡς ἔφην, τῶν ὅλαις ταῖς</w:t>
      </w:r>
    </w:p>
    <w:p>
      <w:r>
        <w:rPr>
          <w:rFonts w:ascii="Courier New" w:hAnsi="Courier New"/>
          <w:color w:val="555555"/>
          <w:sz w:val="20"/>
        </w:rPr>
        <w:t>[10 . 1021]</w:t>
      </w:r>
    </w:p>
    <w:p>
      <w:r>
        <w:rPr>
          <w:rFonts w:ascii="Gentium Plus" w:hAnsi="Gentium Plus"/>
          <w:sz w:val="24"/>
        </w:rPr>
        <w:t>εἴτ’ οὖν στρογγύλαι τινές εἰσιν εἴτε καὶ πλατεῖαι. διὸ καὶ τελέως αὐτὰς ἐξαιρεῖν χρὴ τοῦ σώματος. ἐξαιρήσεις δὲ ἀπο‐ κτείνας. ἀποκτενεῖς δὲ τοῖς πικροῖς φαρμάκοις· ζῶσαι μὲν γὰρ ἀντέχονται τῶν ἐντέρων, ἀποθανοῦσαι δὲ συνεκκενοῦν‐</w:t>
      </w:r>
    </w:p>
    <w:p>
      <w:r>
        <w:rPr>
          <w:rFonts w:ascii="Courier New" w:hAnsi="Courier New"/>
          <w:color w:val="555555"/>
          <w:sz w:val="20"/>
        </w:rPr>
        <w:t>[5]</w:t>
      </w:r>
    </w:p>
    <w:p>
      <w:r>
        <w:rPr>
          <w:rFonts w:ascii="Gentium Plus" w:hAnsi="Gentium Plus"/>
          <w:sz w:val="24"/>
        </w:rPr>
        <w:t>ται τῇ κόπρῳ. συνεκκενοῦνται δὲ ζῶσαι μὲν ἔτι σκοτωθεῖσαι καὶ ὡς ἂν εἴποι τις ἡμιθνῆτες γινόμεναι. τὰς μὲν οὖν στρογ‐ γύλας ἕλμινθας ἱκανὸν ἀποκτεῖναι ἀψίνθιον. ἡ πλατεῖα δὲ ἰσχυροτέρων δεῖται φαρμάκων, ὁποῖόν ἐστι καὶ ἡ πτέρις, ἔτι δὲ καὶ ἡ καλουμένη ἀσκαρίς. ἀλλὰ περὶ μὲν τῆς τῶν φαρ‐</w:t>
      </w:r>
    </w:p>
    <w:p>
      <w:r>
        <w:rPr>
          <w:rFonts w:ascii="Courier New" w:hAnsi="Courier New"/>
          <w:color w:val="555555"/>
          <w:sz w:val="20"/>
        </w:rPr>
        <w:t>[10]</w:t>
      </w:r>
    </w:p>
    <w:p>
      <w:r>
        <w:rPr>
          <w:rFonts w:ascii="Gentium Plus" w:hAnsi="Gentium Plus"/>
          <w:sz w:val="24"/>
        </w:rPr>
        <w:t>μάκων εὐπορίας οὐ νῦν πρόκειται λέγειν. ἐνταῦθα οὖν ἤδη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