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σφυγμῶν πρὸς νεοφύτους</w:t>
      </w:r>
      <w:r>
        <w:br/>
      </w:r>
      <w:r>
        <w:rPr>
          <w:i/>
          <w:color w:val="666666"/>
          <w:sz w:val="40"/>
        </w:rPr>
        <w:t>On Pulses for Beginners</w:t>
      </w:r>
    </w:p>
    <w:p>
      <w:pPr>
        <w:jc w:val="center"/>
      </w:pPr>
      <w:r>
        <w:rPr>
          <w:i/>
          <w:color w:val="666666"/>
          <w:sz w:val="28"/>
        </w:rPr>
        <w:t>by Galen Pergamon</w:t>
      </w:r>
    </w:p>
    <w:p/>
    <w:p>
      <w:r>
        <w:rPr>
          <w:rFonts w:ascii="Courier New" w:hAnsi="Courier New"/>
          <w:color w:val="555555"/>
          <w:sz w:val="20"/>
        </w:rPr>
        <w:t>[8 . 453 (t1)]</w:t>
      </w:r>
    </w:p>
    <w:p>
      <w:pPr>
        <w:jc w:val="center"/>
      </w:pPr>
      <w:r>
        <w:rPr>
          <w:rFonts w:ascii="Gentium Plus" w:hAnsi="Gentium Plus"/>
          <w:b/>
          <w:sz w:val="24"/>
        </w:rPr>
        <w:t>ΓΑΛΗΝΟΥ ΠΕΡΙ ΤΩΝ ΣΦΥΓΜΩΝ</w:t>
      </w:r>
    </w:p>
    <w:p>
      <w:r>
        <w:rPr>
          <w:rFonts w:ascii="Courier New" w:hAnsi="Courier New"/>
          <w:color w:val="555555"/>
          <w:sz w:val="20"/>
        </w:rPr>
        <w:t>[t2]</w:t>
      </w:r>
    </w:p>
    <w:p>
      <w:r>
        <w:rPr>
          <w:rFonts w:ascii="Gentium Plus" w:hAnsi="Gentium Plus"/>
          <w:sz w:val="24"/>
        </w:rPr>
        <w:t>ΤΟΙΣ ΕΙΣΑΓΟΜΕΝΟΙΣ.</w:t>
      </w:r>
    </w:p>
    <w:p>
      <w:r>
        <w:rPr>
          <w:rFonts w:ascii="Courier New" w:hAnsi="Courier New"/>
          <w:color w:val="555555"/>
          <w:sz w:val="20"/>
        </w:rPr>
        <w:t>[1]</w:t>
      </w:r>
    </w:p>
    <w:p>
      <w:r>
        <w:rPr>
          <w:rFonts w:ascii="Gentium Plus" w:hAnsi="Gentium Plus"/>
          <w:sz w:val="24"/>
        </w:rPr>
        <w:t>Ὅσα τοῖς εἰσαγομένοις, φίλτατε Τεῦθρα, χρήσιμον ἐπίστασθαι περὶ σφυγμῶν, ἐνταῦθα λεχθήσεται. τὴν δ’ ὅλην ὑπὲρ αὐτῶν τέχνην ἑτέρωθι γεγραμμένην ἔχεις. πᾶσαι μὲν οὖν αἱ ἀρτηρίαι τὸν αὐτὸν τρόπον σφύζουσιν ἀλ‐</w:t>
      </w:r>
    </w:p>
    <w:p>
      <w:r>
        <w:rPr>
          <w:rFonts w:ascii="Courier New" w:hAnsi="Courier New"/>
          <w:color w:val="555555"/>
          <w:sz w:val="20"/>
        </w:rPr>
        <w:t>[5]</w:t>
      </w:r>
    </w:p>
    <w:p>
      <w:r>
        <w:rPr>
          <w:rFonts w:ascii="Gentium Plus" w:hAnsi="Gentium Plus"/>
          <w:sz w:val="24"/>
        </w:rPr>
        <w:t>λήλαις τε καὶ τῇ καρδίᾳ, ὥστ’ ἐκ μιᾶς αὐτῶν δύνασθαι περὶ πασῶν συλλογίζεσθαι, οὐ μὴν αἰσθέσθαι γε τῆς κινήσεως ὁμοίως ἁπασῶν δυνατὸν, ἀλλὰ τῶν μὲν ἐν τοῖς ἀσάρκοις μέρεσι προφανέστερον, τῶν δ’ ἐν τοῖς σαρκώδεσιν ἀμυδρότε‐</w:t>
      </w:r>
    </w:p>
    <w:p>
      <w:r>
        <w:rPr>
          <w:rFonts w:ascii="Courier New" w:hAnsi="Courier New"/>
          <w:color w:val="555555"/>
          <w:sz w:val="20"/>
        </w:rPr>
        <w:t>[8 . 454]</w:t>
      </w:r>
    </w:p>
    <w:p>
      <w:r>
        <w:rPr>
          <w:rFonts w:ascii="Gentium Plus" w:hAnsi="Gentium Plus"/>
          <w:sz w:val="24"/>
        </w:rPr>
        <w:t>δον εἰσὶν, ἢ ἐπίπροσθεν αὐτῶν ἐστιν ἄλλα σώματα, τούτων οὐκ ἂν αἴσθοιο τῆς κινήσεως, ἔν γε τῷ κατὰ φύσιν ἔχειν τὸ ζῶον. ἐκτακέντος δὲ τοῦ σώματος σφοδρῶς, ἥ τε κατὰ τὴν ῥάχιν ἀρτηρία πολλάκις τοῖς ἁπτομένοις τοῦ ἐπιγαστρίου τὴν</w:t>
      </w:r>
    </w:p>
    <w:p>
      <w:r>
        <w:rPr>
          <w:rFonts w:ascii="Courier New" w:hAnsi="Courier New"/>
          <w:color w:val="555555"/>
          <w:sz w:val="20"/>
        </w:rPr>
        <w:t>[5]</w:t>
      </w:r>
    </w:p>
    <w:p>
      <w:r>
        <w:rPr>
          <w:rFonts w:ascii="Gentium Plus" w:hAnsi="Gentium Plus"/>
          <w:sz w:val="24"/>
        </w:rPr>
        <w:t>κίνησιν διασημαίνει καί τινες τῶν ἐν τοῖς κώλοις ᾔσθησαν, ἀφανῶς πρότερον οὐσῶν. διαπαντὸς δ’ αἵ τε κατὰ τοὺς κρο‐ τάφους καὶ τῶν ποδῶν αἱ ἐπὶ τοῖς ταρσοῖς καὶ τῶν χειρῶν αἱ κατὰ τοὺς καρποὺς ἐντὸς αἰσθητὴν ἔχουσι τὴν κίνησιν. τού‐ των δ’ ἔλαττον μὲν, οὐ μὴν ἀφανῶς οὐδ’ αὐταὶ σφύζουσιν αἵ</w:t>
      </w:r>
    </w:p>
    <w:p>
      <w:r>
        <w:rPr>
          <w:rFonts w:ascii="Courier New" w:hAnsi="Courier New"/>
          <w:color w:val="555555"/>
          <w:sz w:val="20"/>
        </w:rPr>
        <w:t>[10]</w:t>
      </w:r>
    </w:p>
    <w:p>
      <w:r>
        <w:rPr>
          <w:rFonts w:ascii="Gentium Plus" w:hAnsi="Gentium Plus"/>
          <w:sz w:val="24"/>
        </w:rPr>
        <w:t>τε τῶν ὤτων ὄπισθεν ἐν τῇ κεφαλῇ καὶ τῶν βραχιόνων ἐν‐ τός. καὶ ἤδη τινὲς ἄλλαι, αἳ μὴ πάνυ τῇ πολλῇ σαρκὶ κα‐ λύπτονται, ἀλλ’ οὔτε ἑτοιμότερον οὔτε εὐσχημονέστερον οὔτε τῇ χρείᾳ συμφερώτερον ἄλλης ἂν ἅπτοι, τὰς ἐν τοῖς καρποῖς παρείς· αὗται γὰρ ἐπιφανεῖς μάλιστα ὑπάρχουσι τῷ</w:t>
      </w:r>
    </w:p>
    <w:p>
      <w:r>
        <w:rPr>
          <w:rFonts w:ascii="Courier New" w:hAnsi="Courier New"/>
          <w:color w:val="555555"/>
          <w:sz w:val="20"/>
        </w:rPr>
        <w:t>[15]</w:t>
      </w:r>
    </w:p>
    <w:p>
      <w:r>
        <w:rPr>
          <w:rFonts w:ascii="Gentium Plus" w:hAnsi="Gentium Plus"/>
          <w:sz w:val="24"/>
        </w:rPr>
        <w:t>τ’ ἀσάρκῳ τοῦ χωρίου καὶ οὐδὲν δι’ αὐτὰς γυμνοῦν τοῦ σώματος ἀναγκαῖον, ὥσπερ δι’ ἄλλας πολλὰς, καὶ ὅτι κατ’ εὐθὺ τεταγμέναι εἰσίν· οὐ μικρὸν δὲ τοῦτο εἰς ἀκρίβειαν δια‐</w:t>
      </w:r>
    </w:p>
    <w:p>
      <w:r>
        <w:rPr>
          <w:rFonts w:ascii="Courier New" w:hAnsi="Courier New"/>
          <w:color w:val="555555"/>
          <w:sz w:val="20"/>
        </w:rPr>
        <w:t>[8 . 455]</w:t>
      </w:r>
    </w:p>
    <w:p>
      <w:r>
        <w:rPr>
          <w:rFonts w:ascii="Gentium Plus" w:hAnsi="Gentium Plus"/>
          <w:sz w:val="24"/>
        </w:rPr>
        <w:t>Ἁπτομένῳ δέ σοι φανεῖται διαστελλομένη κατὰ πᾶσαν διάστασιν ἡ ἀρτηρία. τρεῖς δ’ εἰσὶ διαστάσεις παντὸς τοῦ σώματος, εἰς μῆκος, βάθος καὶ πλάτος. ἀλλ’ ἐν τῷ κατὰ φύσιν ἔχειν τὸ ζῶον συμμέτρως πάνυ διαστελλο‐</w:t>
      </w:r>
    </w:p>
    <w:p>
      <w:r>
        <w:rPr>
          <w:rFonts w:ascii="Courier New" w:hAnsi="Courier New"/>
          <w:color w:val="555555"/>
          <w:sz w:val="20"/>
        </w:rPr>
        <w:t>[5]</w:t>
      </w:r>
    </w:p>
    <w:p>
      <w:r>
        <w:rPr>
          <w:rFonts w:ascii="Gentium Plus" w:hAnsi="Gentium Plus"/>
          <w:sz w:val="24"/>
        </w:rPr>
        <w:t>μένην εὑρήσεις τὴν ἀρτηρίαν· ἐν δὲ τῷ παρὰ φύσιν ἔχειν ἔστιν ὅπη τὸ μὲν ἐλλείπει, τὸ δ’ ὑπερβάλλει, καθ’ ἡντιναοῦν διάστασιν. ἐν τούτῳ χρὴ μεμνημένον σε, οἷος ἦν ὁ κατὰ φύσιν σφυγμὸς, καὶ εἰ μὲν τῷ πλάτει μείζων ὁ παρὰ φύσιν εὑρίσκοιτο, πλατὴν καλεῖν, εἰ δὲ τῷ μήκει, μακρὸν, εἰ δὲ</w:t>
      </w:r>
    </w:p>
    <w:p>
      <w:r>
        <w:rPr>
          <w:rFonts w:ascii="Courier New" w:hAnsi="Courier New"/>
          <w:color w:val="555555"/>
          <w:sz w:val="20"/>
        </w:rPr>
        <w:t>[10]</w:t>
      </w:r>
    </w:p>
    <w:p>
      <w:r>
        <w:rPr>
          <w:rFonts w:ascii="Gentium Plus" w:hAnsi="Gentium Plus"/>
          <w:sz w:val="24"/>
        </w:rPr>
        <w:t>τῷ βάθει, ὑψηλὸν, καὶ τοὺς ἐναντίους αὐτοῖς τοὺς ἐλάτ‐ τους τοῦ κατὰ φύσιν ὀνομάζειν ἀνάλογον, στενὸν καὶ βρα‐ χὺν καὶ ταπεινόν. τῶν δὲ ἐν πάσαις ταῖς διαστάσεσιν ὁμοίως εἰς τὸ παρὰ φύσιν τρεπομένων ὁ μὲν πάντη μειωθεὶς μικρὸς, ὁ δὲ πάντη αὐξηθεὶς μέγας ὀνομάζεται. αὗται μὲν αἱ κατὰ</w:t>
      </w:r>
    </w:p>
    <w:p>
      <w:r>
        <w:rPr>
          <w:rFonts w:ascii="Courier New" w:hAnsi="Courier New"/>
          <w:color w:val="555555"/>
          <w:sz w:val="20"/>
        </w:rPr>
        <w:t>[15]</w:t>
      </w:r>
    </w:p>
    <w:p>
      <w:r>
        <w:rPr>
          <w:rFonts w:ascii="Gentium Plus" w:hAnsi="Gentium Plus"/>
          <w:sz w:val="24"/>
        </w:rPr>
        <w:t>τὸ ποσὸν τῆς διαστολῆς ἐν σφυγμῷ διαφοραί. Τῶν δὲ τῆς κινήσεως ἰδίων ἥ τε ταχύτης</w:t>
      </w:r>
    </w:p>
    <w:p>
      <w:r>
        <w:rPr>
          <w:rFonts w:ascii="Courier New" w:hAnsi="Courier New"/>
          <w:color w:val="555555"/>
          <w:sz w:val="20"/>
        </w:rPr>
        <w:t>[8 . 456]</w:t>
      </w:r>
    </w:p>
    <w:p>
      <w:r>
        <w:rPr>
          <w:rFonts w:ascii="Gentium Plus" w:hAnsi="Gentium Plus"/>
          <w:sz w:val="24"/>
        </w:rPr>
        <w:t>ἐκλελυμένη. κριτέον δὲ καὶ ταύτας τῷ κατὰ φύσιν παρα‐ βάλλοντας. ἐν δὲ τῷ ποιῷ τῆς προσβολῆς ἥ τε σφοδρότης καὶ ἀμυδρότης συνίστανται, βιαίως μὲν ὠθουμένης τῆς ἁφῆς ἡ σφοδρότης, ἀῤῥώστως δὲ ἡ ἀμυδρότης. μαλακότης δὲ καὶ</w:t>
      </w:r>
    </w:p>
    <w:p>
      <w:r>
        <w:rPr>
          <w:rFonts w:ascii="Courier New" w:hAnsi="Courier New"/>
          <w:color w:val="555555"/>
          <w:sz w:val="20"/>
        </w:rPr>
        <w:t>[5]</w:t>
      </w:r>
    </w:p>
    <w:p>
      <w:r>
        <w:rPr>
          <w:rFonts w:ascii="Gentium Plus" w:hAnsi="Gentium Plus"/>
          <w:sz w:val="24"/>
        </w:rPr>
        <w:t>σκληρότης αὐτοῦ τοῦ χιτῶνος τῆς ἀρτηρίας ποιότητές εἰσιν· ἡ μὲν μαλακότης, ὅταν οἷον σαρκωδεστέρα καὶ κατὰ τὴν προσβολὴν ἡ ἀρτηρία φαίνηται· ἡ δὲ σκληρότης, ὅταν οἷον ξηροτέρα τε καὶ βυρσωδεστέρα. συνδιαγινώσκεται μὲν οὖν εὐθὺς τῇ κινήσει τῆς ἀρτηρίας καὶ ἡ τοιαύτη τῶν σφυγμῶν</w:t>
      </w:r>
    </w:p>
    <w:p>
      <w:r>
        <w:rPr>
          <w:rFonts w:ascii="Courier New" w:hAnsi="Courier New"/>
          <w:color w:val="555555"/>
          <w:sz w:val="20"/>
        </w:rPr>
        <w:t>[10]</w:t>
      </w:r>
    </w:p>
    <w:p>
      <w:r>
        <w:rPr>
          <w:rFonts w:ascii="Gentium Plus" w:hAnsi="Gentium Plus"/>
          <w:sz w:val="24"/>
        </w:rPr>
        <w:t>διαφορά. οὐκ ἔστι δὲ αὐτῆς ἰδία, καθάπερ αἱ προειρημέναι τρεῖς. ἐκείνων γὰρ ἡ μὲν τοῦ τάχους καὶ τῆς βραδύτητος κατὰ τὸ ποιὸν ἦν τῆς κινήσεως, ἡ δὲ τῆς σφοδρότητος καὶ τῆς ἀμυδρότητος κατὰ τὸ τῆς πληγῆς ποιὸν, ἡ δὲ τοῦ μεγέ‐ θους καὶ τῆς μικρότητος κατὰ τὸ ποσὸν τῆς διαστολῆς. ἡ</w:t>
      </w:r>
    </w:p>
    <w:p>
      <w:r>
        <w:rPr>
          <w:rFonts w:ascii="Courier New" w:hAnsi="Courier New"/>
          <w:color w:val="555555"/>
          <w:sz w:val="20"/>
        </w:rPr>
        <w:t>[15]</w:t>
      </w:r>
    </w:p>
    <w:p>
      <w:r>
        <w:rPr>
          <w:rFonts w:ascii="Gentium Plus" w:hAnsi="Gentium Plus"/>
          <w:sz w:val="24"/>
        </w:rPr>
        <w:t>διαστολὴ δὲ οὐκ ἄνευ κινήσεως. τὸ δὲ μαλακὸν σῶμα καὶ σκληρὸν οὐ προσδεῖται κινήσεως εἰς τὸ τοιοῦτον εἶναι. τέσ‐ σαρας οὖν ταύτας τὰς διαφορὰς τῶν σφυγμῶν κατὰ τὴν πλη‐ γὴν εὑρήσεις.</w:t>
      </w:r>
    </w:p>
    <w:p>
      <w:r>
        <w:rPr>
          <w:rFonts w:ascii="Courier New" w:hAnsi="Courier New"/>
          <w:color w:val="555555"/>
          <w:sz w:val="20"/>
        </w:rPr>
        <w:t>[8 . 457]</w:t>
      </w:r>
    </w:p>
    <w:p>
      <w:r>
        <w:rPr>
          <w:rFonts w:ascii="Gentium Plus" w:hAnsi="Gentium Plus"/>
          <w:sz w:val="24"/>
        </w:rPr>
        <w:t>διάλειμμα. καλεῖν γὰρ ἔθος οὕτω τοῖς ἰατροῖς τὸν μεταξὺ δύο πληγῶν χρόνον, ἐν ᾧ διαστέλλεται ἡ ἀρτηρία καὶ συ‐ στέλλεται. καὶ προσήκειν ἡγοῦμαι τοῖς εἰσαγομένος γυμνά‐ σασθαι, πρῶτον μὲν, ὡς ἐπ’ ἀναισθήτου τῆς συστολῆς.</w:t>
      </w:r>
    </w:p>
    <w:p>
      <w:r>
        <w:rPr>
          <w:rFonts w:ascii="Courier New" w:hAnsi="Courier New"/>
          <w:color w:val="555555"/>
          <w:sz w:val="20"/>
        </w:rPr>
        <w:t>[5]</w:t>
      </w:r>
    </w:p>
    <w:p>
      <w:r>
        <w:rPr>
          <w:rFonts w:ascii="Gentium Plus" w:hAnsi="Gentium Plus"/>
          <w:sz w:val="24"/>
        </w:rPr>
        <w:t>καλείσθω μοι τὸ μέν τι πληγὴ, τὸ δὲ διάλειμμα· πληγὴ μὲν ἡ ἀπὸ τῆς ἀρτηρίας κινουμένης προσβολὴ τῇ ἁφῇ γιγνομένη· διάλειμμα δὲ ἡ μεταξὺ δυοῖν πληγῶν ἡσυχία, καθ’ ἣν ὁ πυ‐ κνὸς καὶ ἀραιὸς καὶ μέσος ἀμφοῖν, ἐφ’ ᾧπερ οἱ κατὰ φύσιν συνίστανται σφυγμοί. γνωριεῖς δὲ καὶ τούτους τῷ ποσῷ τοῦ</w:t>
      </w:r>
    </w:p>
    <w:p>
      <w:r>
        <w:rPr>
          <w:rFonts w:ascii="Courier New" w:hAnsi="Courier New"/>
          <w:color w:val="555555"/>
          <w:sz w:val="20"/>
        </w:rPr>
        <w:t>[10]</w:t>
      </w:r>
    </w:p>
    <w:p>
      <w:r>
        <w:rPr>
          <w:rFonts w:ascii="Gentium Plus" w:hAnsi="Gentium Plus"/>
          <w:sz w:val="24"/>
        </w:rPr>
        <w:t>χρόνου. πυκνὸς μὲν γάρ ἐστιν, ὅταν βραχὺς ὁ τῆς ἡσυχίας ᾖ χρόνος· ἀραιὸς δὲ, ὅταν πολύς. ἡσυχίαν δὲ λέγειν, ἢ διάλειμμα πληγῶν, ἢ συστολὴν, οὐ διοίσει. Ὁμαλότης δὲ καὶ ἀνωμαλία γίνεται κατὰ πάσας τὰς εἰρημένας διαφοράς. ἡ γὰρ ἐφεξῆς ἰσότης τούτων</w:t>
      </w:r>
    </w:p>
    <w:p>
      <w:r>
        <w:rPr>
          <w:rFonts w:ascii="Courier New" w:hAnsi="Courier New"/>
          <w:color w:val="555555"/>
          <w:sz w:val="20"/>
        </w:rPr>
        <w:t>[15]</w:t>
      </w:r>
    </w:p>
    <w:p>
      <w:r>
        <w:rPr>
          <w:rFonts w:ascii="Gentium Plus" w:hAnsi="Gentium Plus"/>
          <w:sz w:val="24"/>
        </w:rPr>
        <w:t>ὁμαλότης ἐστί· οἷον ὅταν τὸ μέγεθος τῶν ἐφεξῆς ἴσον ᾖ, λέ‐ γοιτ’ ἂν ὁμαλὸς εἶναι κατὰ τὸ μέγεθος ὁ σφυγμός· καὶ εἰ τὸ τάχος ἴσον, ὁμαλὸς κατὰ τὸ τάχος. ὡσαύτως δὲ καὶ εἰ κατὰ</w:t>
      </w:r>
    </w:p>
    <w:p>
      <w:r>
        <w:rPr>
          <w:rFonts w:ascii="Courier New" w:hAnsi="Courier New"/>
          <w:color w:val="555555"/>
          <w:sz w:val="20"/>
        </w:rPr>
        <w:t>[8 . 458]</w:t>
      </w:r>
    </w:p>
    <w:p>
      <w:r>
        <w:rPr>
          <w:rFonts w:ascii="Gentium Plus" w:hAnsi="Gentium Plus"/>
          <w:sz w:val="24"/>
        </w:rPr>
        <w:t>διαφθορὰ τῆς ἰσότητός ἐστι, καθ’ ἣν ἂν τύχῃ διαφορὰν τῶν σφυγμῶν συνισταμένη. ἔσται γὰρ ὁ μέν τις κατὰ τὸ μέγε‐ θος ἀνώμαλος, ὁ δέ τις κατὰ τὸ τάχος, ὁ δὲ κατὰ σφοδρό‐ τητα καὶ ἀμυδρότητα καὶ πυκνότητα, καὶ ἐπὶ τῶν ἄλλων</w:t>
      </w:r>
    </w:p>
    <w:p>
      <w:r>
        <w:rPr>
          <w:rFonts w:ascii="Courier New" w:hAnsi="Courier New"/>
          <w:color w:val="555555"/>
          <w:sz w:val="20"/>
        </w:rPr>
        <w:t>[5]</w:t>
      </w:r>
    </w:p>
    <w:p>
      <w:r>
        <w:rPr>
          <w:rFonts w:ascii="Gentium Plus" w:hAnsi="Gentium Plus"/>
          <w:sz w:val="24"/>
        </w:rPr>
        <w:t>ὁμοίως. Ἔστι δὲ ὅτε καὶ διά τινος τάξεως ἀριθμοῦ πληγῶν ὡρισμένου τοῖς ἴσοις σφυγμοῖς εἷς ἄνισος παρεμ‐ πίπτει· καὶ τοῦτο γίνεται πολυειδῶς. καὶ γὰρ τρισὶν ἴσοις ὁ τέταρτος ἄνισος ἕπεται, καὶ τοῦτο ἐφεξῆς ἀεὶ, ἢ τέτρασιν</w:t>
      </w:r>
    </w:p>
    <w:p>
      <w:r>
        <w:rPr>
          <w:rFonts w:ascii="Courier New" w:hAnsi="Courier New"/>
          <w:color w:val="555555"/>
          <w:sz w:val="20"/>
        </w:rPr>
        <w:t>[10]</w:t>
      </w:r>
    </w:p>
    <w:p>
      <w:r>
        <w:rPr>
          <w:rFonts w:ascii="Gentium Plus" w:hAnsi="Gentium Plus"/>
          <w:sz w:val="24"/>
        </w:rPr>
        <w:t>ὁ πέμπτος. καὶ κατὰ πᾶν ἄλλο πλῆθος ὡσαύτως. καὶ γὰρ πέντε πολλάκις ἴσοις ὁ ἕκτος ἄνισος ἕπεται, καὶ πάλιν ἓξ ἴσοις ὁ ἕβδομος οὐκ ἴσος. ἡ μὲν οὖν ἰσότης ἐν τοῖς τοιού‐ τοις οὐκέτι σώζεται· καὶ διὰ τοῦτο ἀνώμαλος ὁ σφυγμὸς γί‐ νεται, τάξις μέντοι τις σώζεται, καὶ διὰ τοῦτο τεταγμένος</w:t>
      </w:r>
    </w:p>
    <w:p>
      <w:r>
        <w:rPr>
          <w:rFonts w:ascii="Courier New" w:hAnsi="Courier New"/>
          <w:color w:val="555555"/>
          <w:sz w:val="20"/>
        </w:rPr>
        <w:t>[15]</w:t>
      </w:r>
    </w:p>
    <w:p>
      <w:r>
        <w:rPr>
          <w:rFonts w:ascii="Gentium Plus" w:hAnsi="Gentium Plus"/>
          <w:sz w:val="24"/>
        </w:rPr>
        <w:t>ἐστί. δι’ ἴσου γὰρ ἀεὶ πλήθους τοῖς ἴσοις σφυγμοῖς εἷς ἄνι‐ σος παρεμπίπτων τὴν ἰσότητα διαφθείρει· ἥ γ’ οὖν κατὰ τὰς περιόδους ἀναλογία φυλάττει τινὰ τάξιν. ἂν δ’ ὅλως</w:t>
      </w:r>
    </w:p>
    <w:p>
      <w:r>
        <w:rPr>
          <w:rFonts w:ascii="Courier New" w:hAnsi="Courier New"/>
          <w:color w:val="555555"/>
          <w:sz w:val="20"/>
        </w:rPr>
        <w:t>[8 . 459]</w:t>
      </w:r>
    </w:p>
    <w:p>
      <w:r>
        <w:rPr>
          <w:rFonts w:ascii="Gentium Plus" w:hAnsi="Gentium Plus"/>
          <w:sz w:val="24"/>
        </w:rPr>
        <w:t>Γίνεται δὲ καὶ καθ’ ἕνα σφυγμὸν ἀνωμαλία, περί τε τὰ μέρη τῆς ἀρτηρίας διαφερόντως ἔχοντα πρὸς ἄλλη‐ λα, θέσει τε καὶ κινήσει, καὶ παρὰ τὴν ἑνὸς ἑκάστου σφυγ‐ μοῦ καθ’ αὑτὸ κίνησιν. ἡ μὲν οὖν ἐν τῇ θέσει τῶν μορίων</w:t>
      </w:r>
    </w:p>
    <w:p>
      <w:r>
        <w:rPr>
          <w:rFonts w:ascii="Courier New" w:hAnsi="Courier New"/>
          <w:color w:val="555555"/>
          <w:sz w:val="20"/>
        </w:rPr>
        <w:t>[5]</w:t>
      </w:r>
    </w:p>
    <w:p>
      <w:r>
        <w:rPr>
          <w:rFonts w:ascii="Gentium Plus" w:hAnsi="Gentium Plus"/>
          <w:sz w:val="24"/>
        </w:rPr>
        <w:t>ἀνωμαλία συνίσταται παρὰ τὸ ἄνω καὶ κάτω, καὶ πρόσω καὶ ὀπίσω, καὶ δεξιὰ καὶ ἀριστερὰ μετῆχθαι δοκεῖν τὴν ἀρτηρίαν· ἐν δὲ τῇ κινήσει θᾶττον, ἢ βραδύτερον, ἢ πρωϊαίτερον, ἢ ὀψιαίτερον, ἢ σφοδρότερον, ἢ ἀμυδρότερον, ἢ ἐπὶ πλείονα χρόνον, ἢ ἐλάσσονα, ἢ ἀεὶ, ἢ οὐδ’ ὅλως κινουμένων. καθ’</w:t>
      </w:r>
    </w:p>
    <w:p>
      <w:r>
        <w:rPr>
          <w:rFonts w:ascii="Courier New" w:hAnsi="Courier New"/>
          <w:color w:val="555555"/>
          <w:sz w:val="20"/>
        </w:rPr>
        <w:t>[10]</w:t>
      </w:r>
    </w:p>
    <w:p>
      <w:r>
        <w:rPr>
          <w:rFonts w:ascii="Gentium Plus" w:hAnsi="Gentium Plus"/>
          <w:sz w:val="24"/>
        </w:rPr>
        <w:t>ἕκαστον δὲ μέρος ἐν μὲν τῷ διακεκόφθαι σαφῶς, ἐξ ὧν ἐστι καὶ ὁ δορκαδίζων· ὡσαύτως δὲ καὶ ἐν τῷ παλινδρομεῖν, ἐξ ὧν ἐστι καὶ ὁ δίκροτος. ἐν δὲ τῷ τῆς κινήσεως οὐκ ἰσοταχεῖ, ὅταν ἀρχομένη μὲν ὠκυτέρα, τελευτῶσα δὲ βραδυτέρα, καὶ ἀνάπαλιν ἀρχομένη μὲν βραδυτέρα, τελευτῶσα δὲ ὠκυτέρα,</w:t>
      </w:r>
    </w:p>
    <w:p>
      <w:r>
        <w:rPr>
          <w:rFonts w:ascii="Courier New" w:hAnsi="Courier New"/>
          <w:color w:val="555555"/>
          <w:sz w:val="20"/>
        </w:rPr>
        <w:t>[15]</w:t>
      </w:r>
    </w:p>
    <w:p>
      <w:r>
        <w:rPr>
          <w:rFonts w:ascii="Gentium Plus" w:hAnsi="Gentium Plus"/>
          <w:sz w:val="24"/>
        </w:rPr>
        <w:t>καὶ κατὰ σφοδρότητα καὶ ἀμυδρότητα καὶ μικρότητα καὶ μέγεθος ὡσαύτως, οὐκ εἰς δύο μόνους χρόνους τῆς κινήσεως μεριζομένης, ἀλλὰ καὶ εἰς πλείονας, ἐφ’ ὅσον ἂν αἰσθήσει διαγνωστόν. αὗται μὲν οὖν αἱ ἁπλαῖ καὶ καθ’ ἕνα σφυγ‐</w:t>
      </w:r>
    </w:p>
    <w:p>
      <w:r>
        <w:rPr>
          <w:rFonts w:ascii="Courier New" w:hAnsi="Courier New"/>
          <w:color w:val="555555"/>
          <w:sz w:val="20"/>
        </w:rPr>
        <w:t>[8 . 460]</w:t>
      </w:r>
    </w:p>
    <w:p>
      <w:r>
        <w:rPr>
          <w:rFonts w:ascii="Gentium Plus" w:hAnsi="Gentium Plus"/>
          <w:sz w:val="24"/>
        </w:rPr>
        <w:t>Σύνθετοι δὲ καθ’ ὅσον ἂν δυνατὸν ᾖ ἄλλην ἄλλῃ, καὶ μίαν μιᾷ, καὶ μίαν πλείοσι, καὶ πολλὰς πολλαῖς μί‐ γνυσθαι. καί τινες αὐτῶν ἰδίου τετυχήκασιν ὀνόματος. ὥσπερ καὶ ὁ σκωληκίζων καὶ ὁ μυρμηκίζων καὶ ὁ ἑκτικός· ὁ μὲν σκω‐</w:t>
      </w:r>
    </w:p>
    <w:p>
      <w:r>
        <w:rPr>
          <w:rFonts w:ascii="Courier New" w:hAnsi="Courier New"/>
          <w:color w:val="555555"/>
          <w:sz w:val="20"/>
        </w:rPr>
        <w:t>[5]</w:t>
      </w:r>
    </w:p>
    <w:p>
      <w:r>
        <w:rPr>
          <w:rFonts w:ascii="Gentium Plus" w:hAnsi="Gentium Plus"/>
          <w:sz w:val="24"/>
        </w:rPr>
        <w:t>ληκίζων, ὅταν οἱονεὶ ἕρποντος τὴν ἀρτηρίαν σκώληκος ἔμφασις γίγνηται κυματωδῶς ἐγειρομένου, καὶ μὴ καθ’ ἕνα χρόνον ὅλης διαστελλομένης τῆς ἀρτηρίας εἰ μὲν οὖν σὺν μικρότητι διαστολῆς τοῦτο γίγνοιτο, σκωληκίζων καλεῖται· εἰ δὲ σὺν μεγέθει, κυματώδης ἁπλῶς. δῆλον δὲ ὅτι καὶ ἀμυ‐</w:t>
      </w:r>
    </w:p>
    <w:p>
      <w:r>
        <w:rPr>
          <w:rFonts w:ascii="Courier New" w:hAnsi="Courier New"/>
          <w:color w:val="555555"/>
          <w:sz w:val="20"/>
        </w:rPr>
        <w:t>[10]</w:t>
      </w:r>
    </w:p>
    <w:p>
      <w:r>
        <w:rPr>
          <w:rFonts w:ascii="Gentium Plus" w:hAnsi="Gentium Plus"/>
          <w:sz w:val="24"/>
        </w:rPr>
        <w:t>δρὸς καὶ πυκνός ἐστιν ὁ σκωληκίζων. ὁ δ’ εἰς ἐσχάτην κα‐ ταπεπτωκὼς ἀμυδρότητα καὶ πυκνότητα καὶ μικρότητα μυρ‐ μηκίζων καλεῖται, ταχὺς μὲν εἶναι δοκῶν, οὐκ ὢν δὲ τα‐ χύς. ἑκτικὸς δὲ, ὥσπερ πυρετὸς, οὕτως καὶ σφυγμὸς καλεῖ‐ ται, ὁ μηδεμίαν τροπὴν μεγάλην ποιούμενος, ἀλλ’ ἀεὶ παρα‐</w:t>
      </w:r>
    </w:p>
    <w:p>
      <w:r>
        <w:rPr>
          <w:rFonts w:ascii="Courier New" w:hAnsi="Courier New"/>
          <w:color w:val="555555"/>
          <w:sz w:val="20"/>
        </w:rPr>
        <w:t>[15]</w:t>
      </w:r>
    </w:p>
    <w:p>
      <w:r>
        <w:rPr>
          <w:rFonts w:ascii="Gentium Plus" w:hAnsi="Gentium Plus"/>
          <w:sz w:val="24"/>
        </w:rPr>
        <w:t>πλήσιος μένων, συμπλεκόμενός τε καὶ μηδέποτε λυόμενος ὅλης τῆς ἕξεως τετραμμένης νοσωδῶς, ἐν τοῖς τοιούτοις πυρετοῖς τε καὶ σφυγμοῖς. ταῦτά μοι ἀρκεῖν δοκεῖ περὶ τῆς τῶν σφυγ‐</w:t>
      </w:r>
    </w:p>
    <w:p>
      <w:r>
        <w:rPr>
          <w:rFonts w:ascii="Courier New" w:hAnsi="Courier New"/>
          <w:color w:val="555555"/>
          <w:sz w:val="20"/>
        </w:rPr>
        <w:t>[8 . 461]</w:t>
      </w:r>
    </w:p>
    <w:p>
      <w:r>
        <w:rPr>
          <w:rFonts w:ascii="Gentium Plus" w:hAnsi="Gentium Plus"/>
          <w:sz w:val="24"/>
        </w:rPr>
        <w:t>ἀκριβέστερον αὐτὸ ἔρχεσθαι βούλοιτο, βιβλίον ὅλον ἔχει περὶ τῆς τῶν σφυγμῶν διαφορᾶς ὑφ’ ἡμῶν γεγραμμένον. οὔκουν οὔτε περὶ πλήρους καὶ κενοῦ σφυγμοῦ νῦν λέγειν ἀναγκαῖον, οὔτε περὶ ῥυθμῶν, ἐν ἐκείνῳ γὰρ εἴρηται ἀκριβῶς περὶ αὐτῶν,</w:t>
      </w:r>
    </w:p>
    <w:p>
      <w:r>
        <w:rPr>
          <w:rFonts w:ascii="Courier New" w:hAnsi="Courier New"/>
          <w:color w:val="555555"/>
          <w:sz w:val="20"/>
        </w:rPr>
        <w:t>[5]</w:t>
      </w:r>
    </w:p>
    <w:p>
      <w:r>
        <w:rPr>
          <w:rFonts w:ascii="Gentium Plus" w:hAnsi="Gentium Plus"/>
          <w:sz w:val="24"/>
        </w:rPr>
        <w:t>καὶ ἔστιν ἀσαφέστερος ὁ λόγος τοῖς εἰσαγομένοις. ἀναλα‐ βόντες οὖν ἐν κεφαλαίῳ τὰ προειρημένα, τῶν ἐφεξῆς ἐχώμεθα. μέγας τοίνυν ἐστὶ σφυγμὸς ὁ κατὰ μῆκος καὶ πλάτος καὶ βάθος τῆς ἀρτηρίας ἐπὶ πολὺ διϊσταμένης γινόμενος, μακρὸς δὲ ὁ κατὰ μῆκος μόνον, πλατὺς ὁ κατὰ πλάτος, καὶ ὑψηλὸς</w:t>
      </w:r>
    </w:p>
    <w:p>
      <w:r>
        <w:rPr>
          <w:rFonts w:ascii="Courier New" w:hAnsi="Courier New"/>
          <w:color w:val="555555"/>
          <w:sz w:val="20"/>
        </w:rPr>
        <w:t>[10]</w:t>
      </w:r>
    </w:p>
    <w:p>
      <w:r>
        <w:rPr>
          <w:rFonts w:ascii="Gentium Plus" w:hAnsi="Gentium Plus"/>
          <w:sz w:val="24"/>
        </w:rPr>
        <w:t>ὁ κατὰ βάθος. σφοδρὸς δὲ σφυγμός ἐστιν ὁ πλήττων εὐρώ‐ στως τὴν ἁφήν· μαλακὸς δὲ, ἐφ’ οὗ ὁ χιτὼν τῆς ἀρτηρίας ἁπαλὸς ᾖ· καὶ ταχὺς μὲν ὁ ἐν ὀλίγῳ χρόνῳ διαστελλομένης τῆς ἀρτηρίας γινόμενος· πυκνὸς δὲ ὁ δι’ ὀλίγου· καὶ ὁμα‐ λὸς μὲν ὁ ἐφεξῆς ἴσος· τεταγμένος δὲ ὁ κατὰ περίοδον ἴσος·</w:t>
      </w:r>
    </w:p>
    <w:p>
      <w:r>
        <w:rPr>
          <w:rFonts w:ascii="Courier New" w:hAnsi="Courier New"/>
          <w:color w:val="555555"/>
          <w:sz w:val="20"/>
        </w:rPr>
        <w:t>[15]</w:t>
      </w:r>
    </w:p>
    <w:p>
      <w:r>
        <w:rPr>
          <w:rFonts w:ascii="Gentium Plus" w:hAnsi="Gentium Plus"/>
          <w:sz w:val="24"/>
        </w:rPr>
        <w:t>ὁ δὲ κατὰ μίαν πληγὴν ἄνισος ἀνώμαλος λέγεται κατὰ μίαν πληγήν. εἶεν δ’ ἂν σαφεῖς καὶ οἱ ἐναντίοι αὐτῶν μι‐ κρὸς καὶ βραχὺς καὶ στενὸς καὶ ταπεινὸς καὶ ἀμυδρὸς καὶ σκληρὸς καὶ βραδὺς καὶ ἀραιὸς καὶ ἀνώμαλος καὶ ἄτακτος.</w:t>
      </w:r>
    </w:p>
    <w:p>
      <w:r>
        <w:rPr>
          <w:rFonts w:ascii="Courier New" w:hAnsi="Courier New"/>
          <w:color w:val="555555"/>
          <w:sz w:val="20"/>
        </w:rPr>
        <w:t>[8 . 462]</w:t>
      </w:r>
    </w:p>
    <w:p>
      <w:r>
        <w:rPr>
          <w:rFonts w:ascii="Gentium Plus" w:hAnsi="Gentium Plus"/>
          <w:sz w:val="24"/>
        </w:rPr>
        <w:t>ἑκάστου μέσος· ὁμαλοῦ δὲ καὶ ἀνωμάλου μέσος οὐδείς ἐστιν, οὐδὲ τεταγμένου καὶ ἀτάκτου. καὶ ὅτι τῶν μὲν ἄλλων ἁπάντων οἱ μέσοι κατὰ φύσιν, ἐν τούτοις δὲ ὁ μὲν ὁμαλὸς κατὰ φύσιν μόνος, οἱ ἄλλοι οὐ κατὰ φύσιν, ὅ τε ἀνώμαλος</w:t>
      </w:r>
    </w:p>
    <w:p>
      <w:r>
        <w:rPr>
          <w:rFonts w:ascii="Courier New" w:hAnsi="Courier New"/>
          <w:color w:val="555555"/>
          <w:sz w:val="20"/>
        </w:rPr>
        <w:t>[5]</w:t>
      </w:r>
    </w:p>
    <w:p>
      <w:r>
        <w:rPr>
          <w:rFonts w:ascii="Gentium Plus" w:hAnsi="Gentium Plus"/>
          <w:sz w:val="24"/>
        </w:rPr>
        <w:t>καὶ ἄτακτος. Ἐπεὶ δὲ πολυειδῶς οἱ σφυγμοὶ τρέπεσθαι πεφύκασιν, οὐδὲν γὰρ εὕροις, ὡς ἔπος εἰπεῖν, αἴτιον, ὃ μὴ καὶ τούτους τρέπει, δοκεῖ μοι τριττὴν αὐτῶν τῆς τροπῆς τὴν ἀνωτάτω διαφορὰν ποιησάμενον οὕτως ὑπὲρ ἑκάστης ἰδίᾳ</w:t>
      </w:r>
    </w:p>
    <w:p>
      <w:r>
        <w:rPr>
          <w:rFonts w:ascii="Courier New" w:hAnsi="Courier New"/>
          <w:color w:val="555555"/>
          <w:sz w:val="20"/>
        </w:rPr>
        <w:t>[10]</w:t>
      </w:r>
    </w:p>
    <w:p>
      <w:r>
        <w:rPr>
          <w:rFonts w:ascii="Gentium Plus" w:hAnsi="Gentium Plus"/>
          <w:sz w:val="24"/>
        </w:rPr>
        <w:t>κατὰ μέρος εἰπεῖν. πρώτη μὲν οὖν ἡ κατὰ φύσιν αὐτῶν ἐστι τροπή. δευτέρα δὲ ἡ οὐ κατὰ φύσιν μὲν, οὐ μὴν ἤδη παρὰ φύσιν. τρίτη δὲ ἡ παρὰ φύσιν. ἐπιγίνονται δ’ αὗται πᾶ‐ σαι ταῖς φυσικαῖς διαφοραῖς· ἄλλῳ γὰρ ἄλλως αἱ ἀρτηρίαι φύσει κινοῦνται· καὶ χρὴ πρώτας ταύτας ἐπίστασθαι τὸν μέλ‐</w:t>
      </w:r>
    </w:p>
    <w:p>
      <w:r>
        <w:rPr>
          <w:rFonts w:ascii="Courier New" w:hAnsi="Courier New"/>
          <w:color w:val="555555"/>
          <w:sz w:val="20"/>
        </w:rPr>
        <w:t>[15]</w:t>
      </w:r>
    </w:p>
    <w:p>
      <w:r>
        <w:rPr>
          <w:rFonts w:ascii="Gentium Plus" w:hAnsi="Gentium Plus"/>
          <w:sz w:val="24"/>
        </w:rPr>
        <w:t>λοντα γνωρίζειν ὑπὸ τίνος αἰτίου καὶ μέχρι πόσου τετράφθαι συμβέβηκε τὸν σφυγμόν· ἀλλὰ τὸ μὲν ἴδιον ἑκάστου ἀκριβῶς ἄν τις πειραθεὶς μάθοι. καὶ δεῖ πολλάκις ἧφθαι τῆς ἀρτη‐</w:t>
      </w:r>
    </w:p>
    <w:p>
      <w:r>
        <w:rPr>
          <w:rFonts w:ascii="Courier New" w:hAnsi="Courier New"/>
          <w:color w:val="555555"/>
          <w:sz w:val="20"/>
        </w:rPr>
        <w:t>[8 . 463]</w:t>
      </w:r>
    </w:p>
    <w:p>
      <w:r>
        <w:rPr>
          <w:rFonts w:ascii="Gentium Plus" w:hAnsi="Gentium Plus"/>
          <w:sz w:val="24"/>
        </w:rPr>
        <w:t>πάσης σφοδρᾶς κινήσεως, ἤδη δὲ καὶ ἐν ταῖς ἄλλαις διαθέ‐ σεσιν. ἐπειδὴ δὲ πάντων οὐκ ἐνδέχεται δι’ ἐμπειρίας ἐληλυ‐ θέναι, πολλοὶ γὰρ ἤδη πολλάκις ἐδεήθησαν ἰατρῶν οἷς ὑγιαίνοντες οὐκ ἐνέτυχον, ἄριστον δὴ κᾀνταῦθα πλεῖον ἰδιώ‐</w:t>
      </w:r>
    </w:p>
    <w:p>
      <w:r>
        <w:rPr>
          <w:rFonts w:ascii="Courier New" w:hAnsi="Courier New"/>
          <w:color w:val="555555"/>
          <w:sz w:val="20"/>
        </w:rPr>
        <w:t>[5]</w:t>
      </w:r>
    </w:p>
    <w:p>
      <w:r>
        <w:rPr>
          <w:rFonts w:ascii="Gentium Plus" w:hAnsi="Gentium Plus"/>
          <w:sz w:val="24"/>
        </w:rPr>
        <w:t>του τὸν τεχνίτην ἔχειν. ἔχοι δ’ ἂν πλέον, ἐπιστήμην πορι‐ σάμενος τῶν τοῖς πολλοῖς ὁμοίως ὑπαρχόντων. ἔστι δέ τις, ὡς τύπῳ φάναι, κοινὴ φύσις ἀνδρῶν, καὶ ἄλλη γυναικῶν, καὶ ὅσοι θερμότερόν εἰσι κεκραμένοι καὶ ὅσοι ψυχρότερον. καὶ τούτων ἑκατέρων κοινὴ φύσις, καὶ τῶν ἰσχνῶν πάντων</w:t>
      </w:r>
    </w:p>
    <w:p>
      <w:r>
        <w:rPr>
          <w:rFonts w:ascii="Courier New" w:hAnsi="Courier New"/>
          <w:color w:val="555555"/>
          <w:sz w:val="20"/>
        </w:rPr>
        <w:t>[10]</w:t>
      </w:r>
    </w:p>
    <w:p>
      <w:r>
        <w:rPr>
          <w:rFonts w:ascii="Gentium Plus" w:hAnsi="Gentium Plus"/>
          <w:sz w:val="24"/>
        </w:rPr>
        <w:t>κοινὴ καὶ τῶν παχέων ὡσαύτως κοινή. καὶ σπάνιον ἐν ἑκά‐ στῃ τῶν προειρημένων κοινοτήτων τὸ μὴ τοῖς πολλοῖς ἐοι‐ κός. ὥστε καὶ τὸ ἁμαρτάνειν τοῦ ἀληθοῦς ἐστι σπάνιον τῷ τὸ κοινὸν ἀκριβῶς ἐπισταμένῳ. Ἅνδρες μὲν γυναικῶν ὡς ἐπίπαν μείζονα πολλῷ καὶ</w:t>
      </w:r>
    </w:p>
    <w:p>
      <w:r>
        <w:rPr>
          <w:rFonts w:ascii="Courier New" w:hAnsi="Courier New"/>
          <w:color w:val="555555"/>
          <w:sz w:val="20"/>
        </w:rPr>
        <w:t>[15]</w:t>
      </w:r>
    </w:p>
    <w:p>
      <w:r>
        <w:rPr>
          <w:rFonts w:ascii="Gentium Plus" w:hAnsi="Gentium Plus"/>
          <w:sz w:val="24"/>
        </w:rPr>
        <w:t>σφοδρότερον ὡσαύτως πολλῷ καὶ βραδύτερον ὁλίγῳ καὶ ἀραιότερον ἱκανῶς ἔχουσι τὸν σφυγμόν. Οἱ δὲ φύσει θερμότεροι μείζονα μὲν καὶ ὠκύτερον καὶ</w:t>
      </w:r>
    </w:p>
    <w:p>
      <w:r>
        <w:rPr>
          <w:rFonts w:ascii="Courier New" w:hAnsi="Courier New"/>
          <w:color w:val="555555"/>
          <w:sz w:val="20"/>
        </w:rPr>
        <w:t>[8 . 464]</w:t>
      </w:r>
    </w:p>
    <w:p>
      <w:r>
        <w:rPr>
          <w:rFonts w:ascii="Gentium Plus" w:hAnsi="Gentium Plus"/>
          <w:sz w:val="24"/>
        </w:rPr>
        <w:t>Οἱ δ’ ἰσχνότεροι φύσει μείζονα μὲν, καὶ ἀραιότερον πολλῷ, σφοδρότερον δὲ οὐ πολλῷ. φύσει μὲν οὖν οὕτως διαφέρουσι. Τρέπονται δὲ κατὰ μὲν τὰς ἡλικίας ὡδί πως. ὁ μὲν</w:t>
      </w:r>
    </w:p>
    <w:p>
      <w:r>
        <w:rPr>
          <w:rFonts w:ascii="Courier New" w:hAnsi="Courier New"/>
          <w:color w:val="555555"/>
          <w:sz w:val="20"/>
        </w:rPr>
        <w:t>[5]</w:t>
      </w:r>
    </w:p>
    <w:p>
      <w:r>
        <w:rPr>
          <w:rFonts w:ascii="Gentium Plus" w:hAnsi="Gentium Plus"/>
          <w:sz w:val="24"/>
        </w:rPr>
        <w:t>τοῦ νεογενοῦς παιδίου σφυγμὸς πυκνότερος· ὁ δὲ τοῦ γέ‐ ροντος ἀραιότερος· οἱ δ’ ἐν τῷ μεταξὺ πάντες ἀνάλογον, ἐφ’ ὅσον ἂν ἢ παιδίου ἢ γέροντος ἐγγύτεροι τυγχάνωσιν ὄντες. ὡσαύτως ταχύτατος μὲν ὁ τοῦ παιδίου, βραδύτε‐ ρος δὲ ὁ τοῦ γέροντος· οἱ δὲ τῶν ἄλλων ἡλικιῶν μεταξύ.</w:t>
      </w:r>
    </w:p>
    <w:p>
      <w:r>
        <w:rPr>
          <w:rFonts w:ascii="Courier New" w:hAnsi="Courier New"/>
          <w:color w:val="555555"/>
          <w:sz w:val="20"/>
        </w:rPr>
        <w:t>[10]</w:t>
      </w:r>
    </w:p>
    <w:p>
      <w:r>
        <w:rPr>
          <w:rFonts w:ascii="Gentium Plus" w:hAnsi="Gentium Plus"/>
          <w:sz w:val="24"/>
        </w:rPr>
        <w:t>πολλῷ δὲ μείζων ἡ κατὰ τὴν ἀραιότητα διαφορὰ γέροντος πρὸς παιδίον τῆς κατὰ τὸ τάχος. ἐν δὲ τῇ κατὰ μέγεθος καὶ σφοδρότητα διαφορᾷ μέγιστος μὲν ἐν ἡλικίαις ὁ τῶν ἀκμαζόντων, μικρότατος δὲ ὁ τῶν γερόντων, μέσος δὲ αὐ‐ τῶν βραχὺ μείζων ὁ τῶν παιδίων. καὶ σφοδρότατος μὲν ὁ</w:t>
      </w:r>
    </w:p>
    <w:p>
      <w:r>
        <w:rPr>
          <w:rFonts w:ascii="Courier New" w:hAnsi="Courier New"/>
          <w:color w:val="555555"/>
          <w:sz w:val="20"/>
        </w:rPr>
        <w:t>[15]</w:t>
      </w:r>
    </w:p>
    <w:p>
      <w:r>
        <w:rPr>
          <w:rFonts w:ascii="Gentium Plus" w:hAnsi="Gentium Plus"/>
          <w:sz w:val="24"/>
        </w:rPr>
        <w:t>τῶν ἀκμαζόντων, ἀμυδρότατος δὲ ὁ τῶν γερόντων, μέσος δὲ αὐτῶν ὁ τῶν παιδίων. οὕτως μὲν ἐν ταῖς ἡλικίαις οἱ σφυγμοί. Κατὰ δὲ τὰς ὥρας τοῦ μὲν ἦρος τὰ μέσα μεγίστους</w:t>
      </w:r>
    </w:p>
    <w:p>
      <w:r>
        <w:rPr>
          <w:rFonts w:ascii="Courier New" w:hAnsi="Courier New"/>
          <w:color w:val="555555"/>
          <w:sz w:val="20"/>
        </w:rPr>
        <w:t>[8 . 465]</w:t>
      </w:r>
    </w:p>
    <w:p>
      <w:r>
        <w:rPr>
          <w:rFonts w:ascii="Gentium Plus" w:hAnsi="Gentium Plus"/>
          <w:sz w:val="24"/>
        </w:rPr>
        <w:t>συμμέτρους. ὡσαύτως δὲ καὶ τοῦ φθινοπώρου τὰ μέσα. προϊὸν δὲ τὸ ἔαρ ἀφαιρεῖται τοῦ μεγέθους καὶ τῆς σφοδρό‐ τητος, προστίθησι δὲ τῷ τάχει καὶ τῇ πυκνότητι. καὶ τέ‐ λος ἡνίκα ἂν ἐπιλάβῃ τὸ θέρος, ἀμυδροὶ καὶ μικροὶ καὶ τα‐</w:t>
      </w:r>
    </w:p>
    <w:p>
      <w:r>
        <w:rPr>
          <w:rFonts w:ascii="Courier New" w:hAnsi="Courier New"/>
          <w:color w:val="555555"/>
          <w:sz w:val="20"/>
        </w:rPr>
        <w:t>[5]</w:t>
      </w:r>
    </w:p>
    <w:p>
      <w:r>
        <w:rPr>
          <w:rFonts w:ascii="Gentium Plus" w:hAnsi="Gentium Plus"/>
          <w:sz w:val="24"/>
        </w:rPr>
        <w:t>χεῖς καὶ πυκνοὶ γίνονται. τὸ δὲ φθινόπωρον προϊὸν ἁπάντων ἀφαιρεῖ, μεγέθους, σφοδρότητος, τάχους, πυκνότητος, ὥστε καὶ τοῦ χειμῶνος ἐπελθόντος, εἰς μικρότητα καὶ ἀμυδρότητα καὶ βραδύτητα καὶ ἀραιότητα τετράφθαι. ἔοικε δὲ τὰ μὲν πρῶτα τοῦ ἦρος τοῖς ὑστάτοις τοῦ φθινοπώρου, τὰ δὲ</w:t>
      </w:r>
    </w:p>
    <w:p>
      <w:r>
        <w:rPr>
          <w:rFonts w:ascii="Courier New" w:hAnsi="Courier New"/>
          <w:color w:val="555555"/>
          <w:sz w:val="20"/>
        </w:rPr>
        <w:t>[10]</w:t>
      </w:r>
    </w:p>
    <w:p>
      <w:r>
        <w:rPr>
          <w:rFonts w:ascii="Gentium Plus" w:hAnsi="Gentium Plus"/>
          <w:sz w:val="24"/>
        </w:rPr>
        <w:t>ὕστατα τοῖς πρώτοις, καὶ τὰ μὲν πρῶτα τοῦ θέρους τοῖς ὑστάτοις τοῦ θέρους, καὶ τὰ πρῶτα τοῦ χειμῶνος τοῖς ὑστάτοις τοῦ χειμῶνος. ὥστε ὅσα θέρους μέσου καὶ μέ‐ σου χειμῶνος ἶσον ἐφ’ ἑκάτερα ἀφέστηκεν, ὁμοίως τρέπει. μέσον δὲ θέρους πῂ μὲν ὡσαύτως ἐστὶ, πῂ δὲ ἐναντίως</w:t>
      </w:r>
    </w:p>
    <w:p>
      <w:r>
        <w:rPr>
          <w:rFonts w:ascii="Courier New" w:hAnsi="Courier New"/>
          <w:color w:val="555555"/>
          <w:sz w:val="20"/>
        </w:rPr>
        <w:t>[15]</w:t>
      </w:r>
    </w:p>
    <w:p>
      <w:r>
        <w:rPr>
          <w:rFonts w:ascii="Gentium Plus" w:hAnsi="Gentium Plus"/>
          <w:sz w:val="24"/>
        </w:rPr>
        <w:t>ἔχει μέσῳ χειμῶνι, μικροὶ μὲν γὰρ καὶ ἀμυδροὶ καθ’ ἑκά‐ τερον. ὠκεῖς δὲ καὶ πυκνοὶ θέρους καὶ βραδεῖς καὶ ἀραιοὶ χειμῶνος, οὐ μὴν οὕτω μικροὶ θέρους, ὡς χειμῶνος, ἀλλ’</w:t>
      </w:r>
    </w:p>
    <w:p>
      <w:r>
        <w:rPr>
          <w:rFonts w:ascii="Courier New" w:hAnsi="Courier New"/>
          <w:color w:val="555555"/>
          <w:sz w:val="20"/>
        </w:rPr>
        <w:t>[8 . 466]</w:t>
      </w:r>
    </w:p>
    <w:p>
      <w:r>
        <w:rPr>
          <w:rFonts w:ascii="Gentium Plus" w:hAnsi="Gentium Plus"/>
          <w:sz w:val="24"/>
        </w:rPr>
        <w:t>ἀλλ’ ἧττον χειμῶνος. αὗται μὲν οὖν αἱ κατὰ τὰς ὥρας τῶν σφυγμῶν τροπαί. Περὶ δὲ τὰς χώρας ὡσαύτως ταῖς ὥραις. ἐν μὲν ταῖς ἄγαν θερμαῖς οἷοι μέσου θέρους. ἐν δὲ ταῖς ἄγαν ψυχραῖς</w:t>
      </w:r>
    </w:p>
    <w:p>
      <w:r>
        <w:rPr>
          <w:rFonts w:ascii="Courier New" w:hAnsi="Courier New"/>
          <w:color w:val="555555"/>
          <w:sz w:val="20"/>
        </w:rPr>
        <w:t>[5]</w:t>
      </w:r>
    </w:p>
    <w:p>
      <w:r>
        <w:rPr>
          <w:rFonts w:ascii="Gentium Plus" w:hAnsi="Gentium Plus"/>
          <w:sz w:val="24"/>
        </w:rPr>
        <w:t>οἷοι μέσου χειμῶνος. ἐν δὲ ταῖς εὐκράτοις οἷοι μέσου τοῦ ἦρος. ἀνάλογον δὲ κᾀν ταῖς μεταξύ. καὶ τῶν ἄλλων δὲ κα‐ ταστάσεων τοῦ περιέχοντος ἡμᾶς ἀέρος αἱ μὲν θερμαὶ ταῖς θερμαῖς ὥραις, αἱ δὲ ψυχραὶ ταῖς ψυχραῖς, αἱ δὲ μέσαι ταῖς μέσαις τοῦ ἦρος ἐοίκασιν.</w:t>
      </w:r>
    </w:p>
    <w:p>
      <w:r>
        <w:rPr>
          <w:rFonts w:ascii="Courier New" w:hAnsi="Courier New"/>
          <w:color w:val="555555"/>
          <w:sz w:val="20"/>
        </w:rPr>
        <w:t>[10]</w:t>
      </w:r>
    </w:p>
    <w:p>
      <w:r>
        <w:rPr>
          <w:rFonts w:ascii="Gentium Plus" w:hAnsi="Gentium Plus"/>
          <w:sz w:val="24"/>
        </w:rPr>
        <w:t>Ἐν δὲ τῷ κύειν οἱ σφυγμοὶ μείζονες καὶ πυκνότεροι καὶ ὠκύτεροι γίνονται· τὰ δὲ ἄλλα κατὰ φύσιν φυλάττουσιν. Εἶεν δ’ ἂν, εἴπερ τι καὶ ἄλλο, καὶ ὕπνοι κατὰ φύσιν. τρέπουσι δὲ καὶ οὗτοι τοὺς σφυγμοὺς, ἀρχόμενοι μὲν μικρο‐ τέρους καὶ βραδυτέρους καὶ ἀραιοτέρους καὶ ἀμυδροτέρους</w:t>
      </w:r>
    </w:p>
    <w:p>
      <w:r>
        <w:rPr>
          <w:rFonts w:ascii="Courier New" w:hAnsi="Courier New"/>
          <w:color w:val="555555"/>
          <w:sz w:val="20"/>
        </w:rPr>
        <w:t>[15]</w:t>
      </w:r>
    </w:p>
    <w:p>
      <w:r>
        <w:rPr>
          <w:rFonts w:ascii="Gentium Plus" w:hAnsi="Gentium Plus"/>
          <w:sz w:val="24"/>
        </w:rPr>
        <w:t>ἀπεργαζόμενοι, προϊόντες δὲ βραδύτητα μὲν ἐπιτείνουσι καὶ ἀραιότητα, καὶ μάλιστα κατὰ τροφήν. μείζους δὲ γίνονται καὶ σφοδρότεροι. χρονίσαντες δὲ πάλιν τρέπονται εἰς ἀμυ‐ δρότητα καὶ μικρότητα· φυλάττουσι δὲ βραδύτητα καὶ</w:t>
      </w:r>
    </w:p>
    <w:p>
      <w:r>
        <w:rPr>
          <w:rFonts w:ascii="Courier New" w:hAnsi="Courier New"/>
          <w:color w:val="555555"/>
          <w:sz w:val="20"/>
        </w:rPr>
        <w:t>[8 . 467]</w:t>
      </w:r>
    </w:p>
    <w:p>
      <w:r>
        <w:rPr>
          <w:rFonts w:ascii="Gentium Plus" w:hAnsi="Gentium Plus"/>
          <w:sz w:val="24"/>
        </w:rPr>
        <w:t>Τῶν δ’ ἐξ ὕπνου μεταπεπτωκώτων εἰς ἐγρήγορσιν ἐν μὲν τῷ παραχρῆμα μεγάλοι καὶ σφοδροὶ καὶ ταχεῖς καὶ πυ‐ κνοὶ καί τινα κλόνον ἔχοντες. μετ’ ὀλίγον δὲ εἰς συμμετρίαν ἔρχονται.</w:t>
      </w:r>
    </w:p>
    <w:p>
      <w:r>
        <w:rPr>
          <w:rFonts w:ascii="Courier New" w:hAnsi="Courier New"/>
          <w:color w:val="555555"/>
          <w:sz w:val="20"/>
        </w:rPr>
        <w:t>[5]</w:t>
      </w:r>
    </w:p>
    <w:p>
      <w:r>
        <w:rPr>
          <w:rFonts w:ascii="Gentium Plus" w:hAnsi="Gentium Plus"/>
          <w:sz w:val="24"/>
        </w:rPr>
        <w:t>Αἱ δ’ ἐπίκτητοι σχέσεις τοῦ σώματος ὁμοίως ταῖς φυ‐ σικαῖς τρέπουσι τοὺς σφυγμούς. ὁ μὲν γὰρ ἰσχνὸς φύσει, γενόμενος εὔσαρκος, ἀνάλογον τῷ τοιούτῳ φύσει τὸν σφυγ‐ μὸν ἔχει. ὁ δὲ εὔσαρκος, ἰσχνὸς γενόμενος, τοῖς ἰσχνοῖς φύ‐ σει παραπλήσιον ἔχει τὸν σφυγμόν. δῆλον δὲ ὅτι χωρὶς τοῦ</w:t>
      </w:r>
    </w:p>
    <w:p>
      <w:r>
        <w:rPr>
          <w:rFonts w:ascii="Courier New" w:hAnsi="Courier New"/>
          <w:color w:val="555555"/>
          <w:sz w:val="20"/>
        </w:rPr>
        <w:t>[10]</w:t>
      </w:r>
    </w:p>
    <w:p>
      <w:r>
        <w:rPr>
          <w:rFonts w:ascii="Gentium Plus" w:hAnsi="Gentium Plus"/>
          <w:sz w:val="24"/>
        </w:rPr>
        <w:t>τὴν δύναμιν ὑπαλλάττεσθαι, τὴν κατ’ ἰσχνότητα καὶ εὐσαρ‐ κίαν διαφορὰν ἐξετάζειν χρή· καὶ ἐπὶ τῶν ἄλλων ὡσαύτως, ὥστε καθ’ ἓν μόνον, ὑπὲρ οὗ τὸν λόγον ἑκάστοτε ποιούμεθα, τὴν τροπὴν γεγονέναι. ἅπερ δ’ ἐπὶ τῶν εὐσάρκων εἴρηται, ταῦτα καὶ ἐπὶ τῶν παχέων εἰρῆσθαι δοκεῖν χρὴ, ἐπιτεταμένα</w:t>
      </w:r>
    </w:p>
    <w:p>
      <w:r>
        <w:rPr>
          <w:rFonts w:ascii="Courier New" w:hAnsi="Courier New"/>
          <w:color w:val="555555"/>
          <w:sz w:val="20"/>
        </w:rPr>
        <w:t>[15]</w:t>
      </w:r>
    </w:p>
    <w:p>
      <w:r>
        <w:rPr>
          <w:rFonts w:ascii="Gentium Plus" w:hAnsi="Gentium Plus"/>
          <w:sz w:val="24"/>
        </w:rPr>
        <w:t>μᾶλλον. Καὶ αἱ κράσεις δὲ τοῦ σώματος αἱ ἐπίκτητοι ταῖς φυ‐ σικαῖς κράσεσιν ἀνάλογον τρέπουσι τοὺς σφυγμούς. Ἑξῆς δὲ καιρὸς ἂν εἴη λέγειν τὰς ἄλλας τρο‐</w:t>
      </w:r>
    </w:p>
    <w:p>
      <w:r>
        <w:rPr>
          <w:rFonts w:ascii="Courier New" w:hAnsi="Courier New"/>
          <w:color w:val="555555"/>
          <w:sz w:val="20"/>
        </w:rPr>
        <w:t>[8 . 468]</w:t>
      </w:r>
    </w:p>
    <w:p>
      <w:r>
        <w:rPr>
          <w:rFonts w:ascii="Gentium Plus" w:hAnsi="Gentium Plus"/>
          <w:sz w:val="24"/>
        </w:rPr>
        <w:t>ἀρχὰς μὲν, καὶ μέχρι τοῦ μετρίου, σφοδροτέρους τε καὶ με‐ γάλους καὶ ταχεῖς καὶ πυκνοὺς τοὺς σφυγμοὺς ἀπεργάζονται. πολλὰ δὲ καὶ ὑπὲρ τὴν δύναμιν τοῦ πονοῦντος, μικροὺς καὶ ἀμυδροὺς καὶ ταχεῖς καὶ πυκνοτάτους ἐσχάτως. ὑπερβαλλόν‐</w:t>
      </w:r>
    </w:p>
    <w:p>
      <w:r>
        <w:rPr>
          <w:rFonts w:ascii="Courier New" w:hAnsi="Courier New"/>
          <w:color w:val="555555"/>
          <w:sz w:val="20"/>
        </w:rPr>
        <w:t>[5]</w:t>
      </w:r>
    </w:p>
    <w:p>
      <w:r>
        <w:rPr>
          <w:rFonts w:ascii="Gentium Plus" w:hAnsi="Gentium Plus"/>
          <w:sz w:val="24"/>
        </w:rPr>
        <w:t>τως δ’ ἄμετρα, ὥστε μόλις ἔτι κινεῖσθαι δύνασθαι, καὶ διὰ μακρῶν ἀναπαύσεων, ἢ μηδόλως· ἀλλ’ ἱκανῶς ἐκλύεσθαι, πάνυ μικροὺς καὶ ἀμυδροὺς καὶ βραδεῖς καὶ ἀραιοὺς ἐργά‐ ζεται τοὺς σφυγμούς. εἰ δὲ εἰς διάλυσιν τῆς δυνάμεως κατα‐ στρέφοι, τοὺς ἐκείνης ἰδίους. εἰρήσεται δὲ μικρὸν ὕστερον,</w:t>
      </w:r>
    </w:p>
    <w:p>
      <w:r>
        <w:rPr>
          <w:rFonts w:ascii="Courier New" w:hAnsi="Courier New"/>
          <w:color w:val="555555"/>
          <w:sz w:val="20"/>
        </w:rPr>
        <w:t>[10]</w:t>
      </w:r>
    </w:p>
    <w:p>
      <w:r>
        <w:rPr>
          <w:rFonts w:ascii="Gentium Plus" w:hAnsi="Gentium Plus"/>
          <w:sz w:val="24"/>
        </w:rPr>
        <w:t>ὁποίους διαλυομένη δύναμις ἐργάζεται σφυγμούς. Λουτρὰ δὲ θερμὰ μὲν μεγάλους καὶ ταχεῖς καὶ πυκνοὺς καὶ σφοδροὺς, ἔστ’ ἂν εἴη σύμμετρα. τὰ δὲ ἄμετρα, μι‐ κροὺς καὶ ἀμυδροὺς, ὠκεῖς δ’ ἔτι, καὶ πυκνούς. εἰ δ’ ἐν τούτῳ μὴ παύσαιντο, μικροὺς καὶ βραδεῖς καὶ ἀραιοὺς καὶ</w:t>
      </w:r>
    </w:p>
    <w:p>
      <w:r>
        <w:rPr>
          <w:rFonts w:ascii="Courier New" w:hAnsi="Courier New"/>
          <w:color w:val="555555"/>
          <w:sz w:val="20"/>
        </w:rPr>
        <w:t>[15]</w:t>
      </w:r>
    </w:p>
    <w:p>
      <w:r>
        <w:rPr>
          <w:rFonts w:ascii="Gentium Plus" w:hAnsi="Gentium Plus"/>
          <w:sz w:val="24"/>
        </w:rPr>
        <w:t>ἀμυδρούς. Λουτρὰ δὲ ψυχρὰ παραχρῆμα μὲν μικροὺς καὶ βραδεῖς καὶ ἀραιοὺς καὶ ἀραιοτέρους. εἰς ὕστερον δὲ οἷον ἄν τι καὶ</w:t>
      </w:r>
    </w:p>
    <w:p>
      <w:r>
        <w:rPr>
          <w:rFonts w:ascii="Courier New" w:hAnsi="Courier New"/>
          <w:color w:val="555555"/>
          <w:sz w:val="20"/>
        </w:rPr>
        <w:t>[8 . 469]</w:t>
      </w:r>
    </w:p>
    <w:p>
      <w:r>
        <w:rPr>
          <w:rFonts w:ascii="Gentium Plus" w:hAnsi="Gentium Plus"/>
          <w:sz w:val="24"/>
        </w:rPr>
        <w:t>ναρκώσαντα μὲν οὖν καὶ καταψύξαντα μικροὺς καὶ ἀμυ‐ δροὺς καὶ βραδεῖς καὶ ἀραιοὺς, ἐκθερμήναντα δὲ καὶ ῥώσαν‐ τα μεγάλους μὲν καὶ σφοδροὺς, τάχει δὲ καὶ πυκνότητι συμμέτρους.</w:t>
      </w:r>
    </w:p>
    <w:p>
      <w:r>
        <w:rPr>
          <w:rFonts w:ascii="Courier New" w:hAnsi="Courier New"/>
          <w:color w:val="555555"/>
          <w:sz w:val="20"/>
        </w:rPr>
        <w:t>[5]</w:t>
      </w:r>
    </w:p>
    <w:p>
      <w:r>
        <w:rPr>
          <w:rFonts w:ascii="Gentium Plus" w:hAnsi="Gentium Plus"/>
          <w:sz w:val="24"/>
        </w:rPr>
        <w:t>Σιτία πολλὰ μὲν, ὥστε βαρῦναι τὴν δύναμιν, ἀνωμά‐ λους τε καὶ ἀτάκτους τοὺς σφυγμοὺς ἐργάζεται. Ἀρχιγένης δέ φησιν, ὠκυτέρους πλέον καὶ πυκνοτέρους. τὰ δὲ σύμμε‐ τρα μεγάλους καὶ σφοδροὺς καὶ ταχεῖς καὶ πυκνούς. τὰ δὲ ἐλάττονα, ὥστε μὴ τρέφειν αὐτάρκως, οὐχ ὁμοίως τοῖς συμ‐</w:t>
      </w:r>
    </w:p>
    <w:p>
      <w:r>
        <w:rPr>
          <w:rFonts w:ascii="Courier New" w:hAnsi="Courier New"/>
          <w:color w:val="555555"/>
          <w:sz w:val="20"/>
        </w:rPr>
        <w:t>[10]</w:t>
      </w:r>
    </w:p>
    <w:p>
      <w:r>
        <w:rPr>
          <w:rFonts w:ascii="Gentium Plus" w:hAnsi="Gentium Plus"/>
          <w:sz w:val="24"/>
        </w:rPr>
        <w:t>μέτροις, ἀλλ’ ἐλάττονα τὴν τροπὴν ἐργάζεται, καὶ μέχρι χρόνου βραχέος. Οἶνος τὰ μὲν ἄλλα παραπλησίως σιτίοις τρέπει τοὺς σφυγμοὺς, διαφέρει δὲ τῷ παραχρῆμα τὴν τροπὴν ἐρ‐ γάζεσθαι καὶ τῷ προτέραν παύεσθαι τὴν ἀπὸ οἴνου τῆς</w:t>
      </w:r>
    </w:p>
    <w:p>
      <w:r>
        <w:rPr>
          <w:rFonts w:ascii="Courier New" w:hAnsi="Courier New"/>
          <w:color w:val="555555"/>
          <w:sz w:val="20"/>
        </w:rPr>
        <w:t>[15]</w:t>
      </w:r>
    </w:p>
    <w:p>
      <w:r>
        <w:rPr>
          <w:rFonts w:ascii="Gentium Plus" w:hAnsi="Gentium Plus"/>
          <w:sz w:val="24"/>
        </w:rPr>
        <w:t>ἀπὸ τῶν σιτίων, καὶ τῷ τὸ τάχος πλέον αὔξειν, καὶ τὸ μέ‐ γεθος, ἤπερ τὴν σφοδρότητα καὶ τὴν πυκνότητα. σχεδὸν γὰρ ὅσῳ σφοδροτέραν τε καὶ διαρκεστέραν τὴν ἰσχὺν τοῦ σώ‐ ματος ἡ σύμμετρος τροφὴ παρέχει, τοσούτῳ τὸ μέγεθος ὁ</w:t>
      </w:r>
    </w:p>
    <w:p>
      <w:r>
        <w:rPr>
          <w:rFonts w:ascii="Courier New" w:hAnsi="Courier New"/>
          <w:color w:val="555555"/>
          <w:sz w:val="20"/>
        </w:rPr>
        <w:t>[8 . 470]</w:t>
      </w:r>
    </w:p>
    <w:p>
      <w:r>
        <w:rPr>
          <w:rFonts w:ascii="Gentium Plus" w:hAnsi="Gentium Plus"/>
          <w:sz w:val="24"/>
        </w:rPr>
        <w:t>Ὕδωρ ἁπάντων τῶν προσφερομένων βραχυτάτην τρο‐ πὴν ἐργάζεται, πλὴν ἀνάλογον σιτίοις, καὶ τοῦτο τρέπει. Τὰ δὲ ἄλλα πάντα, καθ’ ὅσον ἂν ἢ τρέφειν, ἢ θερ‐ μαίνειν, ἢ ψύχειν δύνηται, κατὰ τοσοῦτον καὶ τὴν τῶν ἀρ‐</w:t>
      </w:r>
    </w:p>
    <w:p>
      <w:r>
        <w:rPr>
          <w:rFonts w:ascii="Courier New" w:hAnsi="Courier New"/>
          <w:color w:val="555555"/>
          <w:sz w:val="20"/>
        </w:rPr>
        <w:t>[5]</w:t>
      </w:r>
    </w:p>
    <w:p>
      <w:r>
        <w:rPr>
          <w:rFonts w:ascii="Gentium Plus" w:hAnsi="Gentium Plus"/>
          <w:sz w:val="24"/>
        </w:rPr>
        <w:t>τηριῶν κίνησιν μεταβάλλει. οὕτω μὲν ἐπὶ τοῖς οὐ φύσει κα‐ λουμένοις αἰτίοις οἱ σφυγμοὶ τρέπονται. Τὰς δὲ ἐπὶ τοῖς παρὰ φύσιν αἰτίοις τροπὰς ἐφεξῆς λέγωμεν, ὑπομνήσαντες πρότερον ὅσα τῇ τοῦ λόγου κοινωνίᾳ συνεγράφη τῶν παρὰ φύσιν. καταστάσεις οὖν ἀέρος</w:t>
      </w:r>
    </w:p>
    <w:p>
      <w:r>
        <w:rPr>
          <w:rFonts w:ascii="Courier New" w:hAnsi="Courier New"/>
          <w:color w:val="555555"/>
          <w:sz w:val="20"/>
        </w:rPr>
        <w:t>[10]</w:t>
      </w:r>
    </w:p>
    <w:p>
      <w:r>
        <w:rPr>
          <w:rFonts w:ascii="Gentium Plus" w:hAnsi="Gentium Plus"/>
          <w:sz w:val="24"/>
        </w:rPr>
        <w:t>καὶ πλῆθος σιτίων, ὥστε βαρῦναι τὴν δύναμιν καὶ γυμνασίων καὶ λουτρῶν καὶ ὕπνων ἀμετρίαι παρὰ φύσιν, αἱ γὰρ κατὰ ποσὸν ὑπερβολαὶ τῶν κατὰ φύσιν καὶ τῶν οὐ φύσει λεγομέ‐ νων αἰτίων εἰς τὸ παρὰ φύσιν μεθίστανται. τῶν δὲ οὐ μόνον τῷ ποσῷ παρὰ φύσιν, ἀλλὰ καὶ τῷ γένει, τὸ μὲν</w:t>
      </w:r>
    </w:p>
    <w:p>
      <w:r>
        <w:rPr>
          <w:rFonts w:ascii="Courier New" w:hAnsi="Courier New"/>
          <w:color w:val="555555"/>
          <w:sz w:val="20"/>
        </w:rPr>
        <w:t>[15]</w:t>
      </w:r>
    </w:p>
    <w:p>
      <w:r>
        <w:rPr>
          <w:rFonts w:ascii="Gentium Plus" w:hAnsi="Gentium Plus"/>
          <w:sz w:val="24"/>
        </w:rPr>
        <w:t>πλῆθος ἄπειρον, καὶ διὰ τοῦτο ἀπερίληπτον. ἡ δὲ τέχνη κᾀν τούτοις συνίσταται καθ’ ὅσον ἐνδέχεται γένεσί τε καὶ εἴ‐ δεσιν ὡρισμένοις μετροῦσα τὸ ἄπειρον. ἕκαστον γὰρ τῶν</w:t>
      </w:r>
    </w:p>
    <w:p>
      <w:r>
        <w:rPr>
          <w:rFonts w:ascii="Courier New" w:hAnsi="Courier New"/>
          <w:color w:val="555555"/>
          <w:sz w:val="20"/>
        </w:rPr>
        <w:t>[8 . 471]</w:t>
      </w:r>
    </w:p>
    <w:p>
      <w:r>
        <w:rPr>
          <w:rFonts w:ascii="Gentium Plus" w:hAnsi="Gentium Plus"/>
          <w:sz w:val="24"/>
        </w:rPr>
        <w:t>οἷον λύειν τε καὶ σκεδαννύειν τὴν ζωτικὴν δύναμιν, τὸ δὲ οἷον θλίβειν τε καὶ βαρύνειν. λύεται μὲν οὖν ἡ δύναμις τροφῆς ἀπορίᾳ, καὶ νοσημάτων κακοηθείᾳ, καὶ ψυχικῶν πα‐ θῶν ἰσχύϊ, καὶ ἀλγημάτων σφοδρότησιν, ἢ μήκεσι, καὶ κε‐</w:t>
      </w:r>
    </w:p>
    <w:p>
      <w:r>
        <w:rPr>
          <w:rFonts w:ascii="Courier New" w:hAnsi="Courier New"/>
          <w:color w:val="555555"/>
          <w:sz w:val="20"/>
        </w:rPr>
        <w:t>[5]</w:t>
      </w:r>
    </w:p>
    <w:p>
      <w:r>
        <w:rPr>
          <w:rFonts w:ascii="Gentium Plus" w:hAnsi="Gentium Plus"/>
          <w:sz w:val="24"/>
        </w:rPr>
        <w:t>νώσεσιν ἀμέτροις. βαρύνεται δὲ ὑπό τε πλήθους ὕλης καὶ ὑπὸ τῶν ἐν τοῖς ὀργάνοις παθῶν, οἷον φλεγμονῶν καὶ σκίῤ‐ ῥων καὶ ὄγκων καὶ ἀποστάσεων καὶ φθορῶν πολυειδῶν. ἡ μὲν οὖν λυομένη δύναμις μικρὸν καὶ ἀμυδρὸν καὶ πυκνὸν ἄγαν ἐργάζεται τὸν σφυγμὸν, ἡ δὲ θλιβομένη τε καὶ οἷον βα‐</w:t>
      </w:r>
    </w:p>
    <w:p>
      <w:r>
        <w:rPr>
          <w:rFonts w:ascii="Courier New" w:hAnsi="Courier New"/>
          <w:color w:val="555555"/>
          <w:sz w:val="20"/>
        </w:rPr>
        <w:t>[10]</w:t>
      </w:r>
    </w:p>
    <w:p>
      <w:r>
        <w:rPr>
          <w:rFonts w:ascii="Gentium Plus" w:hAnsi="Gentium Plus"/>
          <w:sz w:val="24"/>
        </w:rPr>
        <w:t>ρυνομένη εἰς ἀνωμαλίαν τε καὶ ἀταξίαν τρέπει τοὺς σφυγ‐ μοὺς τήν τε ἄλλην ἅπασαν καὶ τὴν κατὰ σφοδρότητα καὶ μέγεθος. αὗται γὰρ ἴδιαι μάλιστα θλιβομένης δυνάμεως ἀνωμαλίαι, καὶ τῆς μὲν μεγάλως βαρυνομένης ἐπὶ πλείοσι διαφοραῖς, τῆς δ’ ἐπ’ ὀλίγον ἐν ὀλίγαις, καὶ πλείονες μὲν οἱ</w:t>
      </w:r>
    </w:p>
    <w:p>
      <w:r>
        <w:rPr>
          <w:rFonts w:ascii="Courier New" w:hAnsi="Courier New"/>
          <w:color w:val="555555"/>
          <w:sz w:val="20"/>
        </w:rPr>
        <w:t>[15]</w:t>
      </w:r>
    </w:p>
    <w:p>
      <w:r>
        <w:rPr>
          <w:rFonts w:ascii="Gentium Plus" w:hAnsi="Gentium Plus"/>
          <w:sz w:val="24"/>
        </w:rPr>
        <w:t>μεγάλοι σφυγμοὶ τῶν σμικρῶν καὶ οἱ σφοδροὶ τῶν ἀμυδρῶν ἐπὶ μικρᾷ τῇ βλάβῃ. τὸ δ’ ἐναντίον ἐν τῇ μεγάλῃ. καὶ ἀπόλ‐ λυνται δέ τινες ὅλαι κινήσεις, καὶ παρεμπίπτουσιν ἐν ταῖς</w:t>
      </w:r>
    </w:p>
    <w:p>
      <w:r>
        <w:rPr>
          <w:rFonts w:ascii="Courier New" w:hAnsi="Courier New"/>
          <w:color w:val="555555"/>
          <w:sz w:val="20"/>
        </w:rPr>
        <w:t>[8 . 472]</w:t>
      </w:r>
    </w:p>
    <w:p>
      <w:r>
        <w:rPr>
          <w:rFonts w:ascii="Gentium Plus" w:hAnsi="Gentium Plus"/>
          <w:sz w:val="24"/>
        </w:rPr>
        <w:t>τὴν βλάβην, αἱ δὲ ἀπολλύμεναι μείζονα δηλοῦσιν. αὗται μὲν αἱ κοιναὶ τροπαὶ πάσης λύσεώς τε καὶ θλίψεως· τὸ δὲ ἴδιον ἑκάστῃ προσλαμβάνει παρὰ τὴν ποιήσασαν αἰτίαν. τῆς μὲν οὖν ὑπ’ ἐνδείας λυομένης δυνάμεως ἡ τροπὴ τῶν</w:t>
      </w:r>
    </w:p>
    <w:p>
      <w:r>
        <w:rPr>
          <w:rFonts w:ascii="Courier New" w:hAnsi="Courier New"/>
          <w:color w:val="555555"/>
          <w:sz w:val="20"/>
        </w:rPr>
        <w:t>[5]</w:t>
      </w:r>
    </w:p>
    <w:p>
      <w:r>
        <w:rPr>
          <w:rFonts w:ascii="Gentium Plus" w:hAnsi="Gentium Plus"/>
          <w:sz w:val="24"/>
        </w:rPr>
        <w:t>σφυγμῶν, κατ’ ἀρχὰς μὲν εἰς ἀμυδρότητα καὶ μικρότητα καὶ τάχος καὶ πυκνότητα γίγνεται, μεσούσης δὲ εἰς ἀμυδρό‐ τητα καὶ μικρότητα καὶ βραδύτητα καὶ ἀραιότητα, τε‐ λευτώσης δὲ εἰς ἐσχάτην μικρότητα καὶ ἀμυδρότητα καὶ πυ‐ κνότητα καὶ τάχους ψευδῆ φαντασίαν. οὗτός ἐστιν ὁ μυρ‐</w:t>
      </w:r>
    </w:p>
    <w:p>
      <w:r>
        <w:rPr>
          <w:rFonts w:ascii="Courier New" w:hAnsi="Courier New"/>
          <w:color w:val="555555"/>
          <w:sz w:val="20"/>
        </w:rPr>
        <w:t>[10]</w:t>
      </w:r>
    </w:p>
    <w:p>
      <w:r>
        <w:rPr>
          <w:rFonts w:ascii="Gentium Plus" w:hAnsi="Gentium Plus"/>
          <w:sz w:val="24"/>
        </w:rPr>
        <w:t>μηκίζων καλούμενος. ὁ δὲ σκωληκίζων σφυγμὸς γίνεται μὲν καὶ αὐτὸς λυομένης ἤδη τῆς δυνάμεως, ἀλλ’ ἐπ’ ὀλίγον ἀντε‐ χούσης ἔτι. καὶ διαφέρει τοῦ μυρμηκίζοντος τῷ μηκέθ’ ὁμοίως εἰς ἐσχάτην ἀμυδρότητα καὶ μικρότητα συνεστάλθαι, καὶ φανερὸν ἔχειν τὴν κατὰ μίαν πληγὴν ἀνωμαλίαν, τὴν περὶ</w:t>
      </w:r>
    </w:p>
    <w:p>
      <w:r>
        <w:rPr>
          <w:rFonts w:ascii="Courier New" w:hAnsi="Courier New"/>
          <w:color w:val="555555"/>
          <w:sz w:val="20"/>
        </w:rPr>
        <w:t>[15]</w:t>
      </w:r>
    </w:p>
    <w:p>
      <w:r>
        <w:rPr>
          <w:rFonts w:ascii="Gentium Plus" w:hAnsi="Gentium Plus"/>
          <w:sz w:val="24"/>
        </w:rPr>
        <w:t>τὸ πρωϊαίτερον, ἢ ὀψιαίτερον τῶν μερῶν ἀρχομένων κινεῖ‐ σθαι γιγνομένην. ὅθεν ἧττον βραδὺς, ἢ μικρός ἐστι. ἔσθ’ ὅτε δὲ οὐδ’ ὅλως βραδύς. διόπερ καὶ ἥκιστα μοχθηρός ἐστι. αἱ μὲν οὖν ὑπὸ τῶν ὀλεθρίων καὶ ὀξέων πυρετῶν γιγνόμεναι</w:t>
      </w:r>
    </w:p>
    <w:p>
      <w:r>
        <w:rPr>
          <w:rFonts w:ascii="Courier New" w:hAnsi="Courier New"/>
          <w:color w:val="555555"/>
          <w:sz w:val="20"/>
        </w:rPr>
        <w:t>[8 . 473]</w:t>
      </w:r>
    </w:p>
    <w:p>
      <w:r>
        <w:rPr>
          <w:rFonts w:ascii="Gentium Plus" w:hAnsi="Gentium Plus"/>
          <w:sz w:val="24"/>
        </w:rPr>
        <w:t>ἄλλαις λύσεσι τῆς δυνάμεως ὡς ἐπὶ τὸ πολὺ μὲν οἱ σκωληκί‐ ζοντες ἕπονται, καὶ τούτων μάλιστα ταῖς χωρὶς πυρετῶν γι‐ νομέναις, ἢ μετὰ μικρῶν πάνυ. ταῦτ’ ἄρα καρδιακαῖς μὲν συγκοπαῖς οἱ μυρμηκίζοντες, χολέραις δὲ καὶ ἰσχυροῖς ῥεύμασι</w:t>
      </w:r>
    </w:p>
    <w:p>
      <w:r>
        <w:rPr>
          <w:rFonts w:ascii="Courier New" w:hAnsi="Courier New"/>
          <w:color w:val="555555"/>
          <w:sz w:val="20"/>
        </w:rPr>
        <w:t>[5]</w:t>
      </w:r>
    </w:p>
    <w:p>
      <w:r>
        <w:rPr>
          <w:rFonts w:ascii="Gentium Plus" w:hAnsi="Gentium Plus"/>
          <w:sz w:val="24"/>
        </w:rPr>
        <w:t>κοιλίας, καὶ αἱμοῤῥαγίαις, καὶ γυναικείῳ ῥῷ, καὶ πᾶσι τοῖς ὀξέως κενωτικοῖς πάθεσιν ἐπιπλεῖστον μὲν οἱ σκωληκίζοντες, ἐν ἐσχάτοις δὲ οἱ μυρμηκίζοντες ἕπονται. ὅταν δὲ χωρὶς πυ‐ ρετῶν ταῦτα συμπίπτῃ, τότε δὴ καὶ μᾶλλον εὑρήσεις τὸν σκωληκίζοντα σφυγμὸν, σαφῆ τε ἅμα καὶ μέχρι πλείστου</w:t>
      </w:r>
    </w:p>
    <w:p>
      <w:r>
        <w:rPr>
          <w:rFonts w:ascii="Courier New" w:hAnsi="Courier New"/>
          <w:color w:val="555555"/>
          <w:sz w:val="20"/>
        </w:rPr>
        <w:t>[10]</w:t>
      </w:r>
    </w:p>
    <w:p>
      <w:r>
        <w:rPr>
          <w:rFonts w:ascii="Gentium Plus" w:hAnsi="Gentium Plus"/>
          <w:sz w:val="24"/>
        </w:rPr>
        <w:t>παραμένοντα. τοιαῦται μὲν αἱ κοινόταται τῶν παρὰ φύσιν αἰτίων τροπαί. Καὶ κατ’ εἶδος δὲ αὐτὰς ἑξῆς ἐροῦμεν. Θυμοῦ μὲν ὑψηλός ἐστιν ὁ σφυγμὸς καὶ μέγας καὶ σφο‐ δρὸς καὶ ταχὺς καὶ πυκνός.</w:t>
      </w:r>
    </w:p>
    <w:p>
      <w:r>
        <w:rPr>
          <w:rFonts w:ascii="Courier New" w:hAnsi="Courier New"/>
          <w:color w:val="555555"/>
          <w:sz w:val="20"/>
        </w:rPr>
        <w:t>[15]</w:t>
      </w:r>
    </w:p>
    <w:p>
      <w:r>
        <w:rPr>
          <w:rFonts w:ascii="Gentium Plus" w:hAnsi="Gentium Plus"/>
          <w:sz w:val="24"/>
        </w:rPr>
        <w:t>Ἡδονῆς δὲ μέγας καὶ ἀραιὸς, οὐ μὴν σφοδρότητί γε διάφορος. Λύπης δὲ σμικρὸς καὶ βραδὺς καὶ ἀμυδρὸς καὶ ἀραιός. Φόβου δὲ τοῦ μὲν ὑπογυίου καὶ σφοδροῦ ταχὺς καὶ κλο‐</w:t>
      </w:r>
    </w:p>
    <w:p>
      <w:r>
        <w:rPr>
          <w:rFonts w:ascii="Courier New" w:hAnsi="Courier New"/>
          <w:color w:val="555555"/>
          <w:sz w:val="20"/>
        </w:rPr>
        <w:t>[8 . 474]</w:t>
      </w:r>
    </w:p>
    <w:p>
      <w:r>
        <w:rPr>
          <w:rFonts w:ascii="Gentium Plus" w:hAnsi="Gentium Plus"/>
          <w:sz w:val="24"/>
        </w:rPr>
        <w:t>οἷος ὁ τῆς λύπης. ἅπασι δὲ τούτοις εἰς μακρὸν χρονίζουσιν, ἢ σφοδροῖς ἄγαν γενομένοις, οἷοι διαλυομένης δυνάμεως ἕπον‐ ται σφυγμοί. καὶ γὰρ καὶ λύει τὴν δύναμιν ἅπαντα ταῦτα, συντόμως μὲν ὅσα ἰσχυρὰ, χρονίως δὲ ὅσα ἐναντία.</w:t>
      </w:r>
    </w:p>
    <w:p>
      <w:r>
        <w:rPr>
          <w:rFonts w:ascii="Courier New" w:hAnsi="Courier New"/>
          <w:color w:val="555555"/>
          <w:sz w:val="20"/>
        </w:rPr>
        <w:t>[5]</w:t>
      </w:r>
    </w:p>
    <w:p>
      <w:r>
        <w:rPr>
          <w:rFonts w:ascii="Gentium Plus" w:hAnsi="Gentium Plus"/>
          <w:sz w:val="24"/>
        </w:rPr>
        <w:t>Ἄλγημα δὲ τὸ τρέπον τοὺς σφυγμοὺς, τρέπει δὲ ἢ τὸ ἰσχυρὸν, ἢ τὸ ἐν μορίοις κυρίοις, ὥσπερ καὶ ἡ φλεγμονὴ, μικρὸν μὲν ὂν ἔτι καὶ ἀρχόμενον μείζονα καὶ σφοδρότερον καὶ ὠκύτερον καὶ πυκνότερον τὸν σφυγμὸν ἐργάζεται, αὐξη‐ θὲν δὲ καὶ ἰσχυρὸν πάνυ γενόμενον, ὡς ἀδικεῖν ἤδη τὸν ζωτι‐</w:t>
      </w:r>
    </w:p>
    <w:p>
      <w:r>
        <w:rPr>
          <w:rFonts w:ascii="Courier New" w:hAnsi="Courier New"/>
          <w:color w:val="555555"/>
          <w:sz w:val="20"/>
        </w:rPr>
        <w:t>[10]</w:t>
      </w:r>
    </w:p>
    <w:p>
      <w:r>
        <w:rPr>
          <w:rFonts w:ascii="Gentium Plus" w:hAnsi="Gentium Plus"/>
          <w:sz w:val="24"/>
        </w:rPr>
        <w:t>κὸν τόνον, μικρότερον καὶ ἀμυδρότερον καὶ ταχὺν καὶ πυκνόν. καὶ ὅσῳ ἂν ἐγχρονίζῃ μᾶλλον ἢ σφοδρότερον γίνηται, τῶν εἰρημένων ἕκαστον ἐπιτείνεται. τὸ δὲ ἤδη διαλῦον τὴν δύ‐ ναμιν εἰς ἀμυδρότητα καὶ μικρότητα καὶ τάχους ψευδῆ φαν‐ τασίαν, καὶ ὑπερβάλλουσαν πυκνότητα τὴν τροπὴν ἐργά‐</w:t>
      </w:r>
    </w:p>
    <w:p>
      <w:r>
        <w:rPr>
          <w:rFonts w:ascii="Courier New" w:hAnsi="Courier New"/>
          <w:color w:val="555555"/>
          <w:sz w:val="20"/>
        </w:rPr>
        <w:t>[15]</w:t>
      </w:r>
    </w:p>
    <w:p>
      <w:r>
        <w:rPr>
          <w:rFonts w:ascii="Gentium Plus" w:hAnsi="Gentium Plus"/>
          <w:sz w:val="24"/>
        </w:rPr>
        <w:t>ζεται. Φλεγμονῆς σφυγμὸς ὁ μὲν κοινὸς ἁπάσης οἷον ἐμπρίων ἐστὶν, ὡς δοκεῖν τὸ μέν τι διεστάλθαι τῆς ἀρτηρίας, τὸ δὲ</w:t>
      </w:r>
    </w:p>
    <w:p>
      <w:r>
        <w:rPr>
          <w:rFonts w:ascii="Courier New" w:hAnsi="Courier New"/>
          <w:color w:val="555555"/>
          <w:sz w:val="20"/>
        </w:rPr>
        <w:t>[8 . 475]</w:t>
      </w:r>
    </w:p>
    <w:p>
      <w:r>
        <w:rPr>
          <w:rFonts w:ascii="Gentium Plus" w:hAnsi="Gentium Plus"/>
          <w:sz w:val="24"/>
        </w:rPr>
        <w:t>κλονῶδες ὁ σφυγμὸς οὗτος. καὶ ταχύς ἐστι καὶ πυκνὸς, οὐκ ἀεὶ δὲ μέγας. ὁ δὲ ἴδιος ἑκάστης ὁ μὲν τῆς ἀρχομένης μεί‐ ζων τοῦ κατὰ φύσιν καὶ σφοδρότερος καὶ ὠκύτερος καὶ πυ‐ κνότερος. ὁ δὲ αὐξανομένης ἔτι ταῦτά τε προσαυξάνει πάν‐</w:t>
      </w:r>
    </w:p>
    <w:p>
      <w:r>
        <w:rPr>
          <w:rFonts w:ascii="Courier New" w:hAnsi="Courier New"/>
          <w:color w:val="555555"/>
          <w:sz w:val="20"/>
        </w:rPr>
        <w:t>[5]</w:t>
      </w:r>
    </w:p>
    <w:p>
      <w:r>
        <w:rPr>
          <w:rFonts w:ascii="Gentium Plus" w:hAnsi="Gentium Plus"/>
          <w:sz w:val="24"/>
        </w:rPr>
        <w:t>τα καὶ σαφῶς τε ἤδη σκληρότερός ἐστι καὶ κλονωδέστερος. τῆς δὲ ἀκμαζούσης σαφέστερος μέν ἐστι καὶ σκληρότερος καὶ κλονωδέστερος, μικρότερος δὲ ἢ πρόσθεν, οὐ μὴν ἀμυδρό‐ τερός γε, πλὴν εἰ μὴ ὑπὲρ τὴν δύναμιν εἴη τὸ πάθος. ἀλλὰ καὶ πυκνότερος γίνεται καὶ ταχύς. εἰ δ’ ἱκανῶς χρονίζοι,</w:t>
      </w:r>
    </w:p>
    <w:p>
      <w:r>
        <w:rPr>
          <w:rFonts w:ascii="Courier New" w:hAnsi="Courier New"/>
          <w:color w:val="555555"/>
          <w:sz w:val="20"/>
        </w:rPr>
        <w:t>[10]</w:t>
      </w:r>
    </w:p>
    <w:p>
      <w:r>
        <w:rPr>
          <w:rFonts w:ascii="Gentium Plus" w:hAnsi="Gentium Plus"/>
          <w:sz w:val="24"/>
        </w:rPr>
        <w:t>καὶ ἤδη σκληρύνοιτο σκιῤῥωδῶς, τοῖς εἰρημένοις ἰσχνότης σφυγμοῦ καὶ σκληρότης προσγίνεται. ταῦτα ἐπὶ τῆς τὸν ἐν ὅλῳ τῷ ζώῳ σφυγμὸν τρεπούσης φλεγμονῆς ἢ διὰ τὸ μέγε‐ θος, ἢ διὰ τὸ κύριον τοῦ μέρους ἐν ᾧ συνέστη. τῆς δὲ μὴ συγκινούσης τὸ πᾶν ὅ γε ἐν τῷ φλεγμαίνοντι μορίῳ σφυγμὸς</w:t>
      </w:r>
    </w:p>
    <w:p>
      <w:r>
        <w:rPr>
          <w:rFonts w:ascii="Courier New" w:hAnsi="Courier New"/>
          <w:color w:val="555555"/>
          <w:sz w:val="20"/>
        </w:rPr>
        <w:t>[15]</w:t>
      </w:r>
    </w:p>
    <w:p>
      <w:r>
        <w:rPr>
          <w:rFonts w:ascii="Gentium Plus" w:hAnsi="Gentium Plus"/>
          <w:sz w:val="24"/>
        </w:rPr>
        <w:t>οἷος εἴρηται. ἐπιτείνεται δὲ καὶ ἀνίεται τῶν εἰρημένων ἕκα‐ στον ἢ παρὰ τὸ ποσὸν τῆς φλεγμονῆς, ἢ παρὰ τὴν αὐτοῦ τοῦ φλεγμαίνοντος ὀργάνου φύσιν. τὰ μὲν γὰρ νευρωδέστερα</w:t>
      </w:r>
    </w:p>
    <w:p>
      <w:r>
        <w:rPr>
          <w:rFonts w:ascii="Courier New" w:hAnsi="Courier New"/>
          <w:color w:val="555555"/>
          <w:sz w:val="20"/>
        </w:rPr>
        <w:t>[8 . 476]</w:t>
      </w:r>
    </w:p>
    <w:p>
      <w:r>
        <w:rPr>
          <w:rFonts w:ascii="Gentium Plus" w:hAnsi="Gentium Plus"/>
          <w:sz w:val="24"/>
        </w:rPr>
        <w:t>τοὺς σφυγμοὺς ἐργάζεται. τὰ δὲ φλεβωδέστερα καὶ ἀρτηριω‐ δέστερα τοὺς ἐναντίους. αὐτῶν δὲ τούτων μείζων ὁ ἐν τοῖς ἀρτηριώδεσι· καὶ ῥᾳδίως ἀνώμαλος καὶ ἄτακτος γινόμενος. δῆλος οὖν ἤδη καὶ ὁ τῶν τὸ ἧπαρ φλεγμαινόντων σφυγμὸς,</w:t>
      </w:r>
    </w:p>
    <w:p>
      <w:r>
        <w:rPr>
          <w:rFonts w:ascii="Courier New" w:hAnsi="Courier New"/>
          <w:color w:val="555555"/>
          <w:sz w:val="20"/>
        </w:rPr>
        <w:t>[5]</w:t>
      </w:r>
    </w:p>
    <w:p>
      <w:r>
        <w:rPr>
          <w:rFonts w:ascii="Gentium Plus" w:hAnsi="Gentium Plus"/>
          <w:sz w:val="24"/>
        </w:rPr>
        <w:t>οἷος ἂν εἴη, καὶ ὁ τῶν τὸν σπλῆνα, καὶ ὁ τῶν τοὺς νε‐ φροὺς, ἢ τὴν κύστιν, ἢ τὴν γαστέρα, ἢ τὸ κῶλον, καὶ πλευ‐ ριτικῶν καὶ περιπνευμονικῶν καὶ πάντων ἁπλῶς εἰπεῖν ὧν τῇ τοῦ μέρους φλεγμονῇ πυρετὸς ἕπεται. πλὴν ὅσα διὰ μὲν τῶν συμπτωμάτων φύσιν τῶν τε ἐξ ἀνάγκης ἑπομένων αὐταῖς</w:t>
      </w:r>
    </w:p>
    <w:p>
      <w:r>
        <w:rPr>
          <w:rFonts w:ascii="Courier New" w:hAnsi="Courier New"/>
          <w:color w:val="555555"/>
          <w:sz w:val="20"/>
        </w:rPr>
        <w:t>[10]</w:t>
      </w:r>
    </w:p>
    <w:p>
      <w:r>
        <w:rPr>
          <w:rFonts w:ascii="Gentium Plus" w:hAnsi="Gentium Plus"/>
          <w:sz w:val="24"/>
        </w:rPr>
        <w:t>καὶ τῶν κατὰ τύχην συνδραμόντων, ὡς ἂν ἕκαστον τρέπειν δύνηται, καὶ τὸν σφυγμὸν ἐπὶ τοσοῦτον ἀλλοιοῦσθαι συμβή‐ σεται, μικτῆς ἐν αὐτῇ τροπῆς γενομένης, τῆς δὲ κατὰ τὸν λόγον φλεγμονῆς, καὶ ἣν ἡ τοῦ τόπου φύσις, καὶ ἡ τοῦ πα‐ ρόντος συμπτώματος ἐργάζεται. σπασθῆναι μὲν γὰρ τοῖς</w:t>
      </w:r>
    </w:p>
    <w:p>
      <w:r>
        <w:rPr>
          <w:rFonts w:ascii="Courier New" w:hAnsi="Courier New"/>
          <w:color w:val="555555"/>
          <w:sz w:val="20"/>
        </w:rPr>
        <w:t>[15]</w:t>
      </w:r>
    </w:p>
    <w:p>
      <w:r>
        <w:rPr>
          <w:rFonts w:ascii="Gentium Plus" w:hAnsi="Gentium Plus"/>
          <w:sz w:val="24"/>
        </w:rPr>
        <w:t>τὰς φρένας φλεγμαίνουσιν ἕτοιμον. πνιγῆναι δὲ τοῖς τὸν πνεύμονα. συγκοπῆναι δὲ τοῖς τὸ στόμα τῆς γαστρός. ἀτρο‐ φῆσαι δὲ τοῖς τὸ ἧπαρ. ἀπεπτῆσαι δὲ τοῖς τὴν γαστέρα. ἐπισχεθῆναι δὲ τὰ οὖρα τοῖς τοὺς νεφρούς. καὶ τὰ μὲν</w:t>
      </w:r>
    </w:p>
    <w:p>
      <w:r>
        <w:rPr>
          <w:rFonts w:ascii="Courier New" w:hAnsi="Courier New"/>
          <w:color w:val="555555"/>
          <w:sz w:val="20"/>
        </w:rPr>
        <w:t>[8 . 477]</w:t>
      </w:r>
    </w:p>
    <w:p>
      <w:r>
        <w:rPr>
          <w:rFonts w:ascii="Gentium Plus" w:hAnsi="Gentium Plus"/>
          <w:sz w:val="24"/>
        </w:rPr>
        <w:t>τὰ δὲ ἀναισθητότερα κατὰ τὴν διάθεσιν μόνον. ἐκ τούτων οὖν ἁπάντων πολυειδεῖς αἱ ἀλλοιώσεις γίνονται τῶν ἐπὶ ταῖς φλεγμοναῖς σφυγμῶν, καὶ ὡς χρὴ διορίζειν αὐτὰς, εἴρηται μὲν ἐν ἑτέραις τελείως, εἰρήσεται δὲ καὶ νῦν, εἰς ὅσον τοῖς εἰσα‐</w:t>
      </w:r>
    </w:p>
    <w:p>
      <w:r>
        <w:rPr>
          <w:rFonts w:ascii="Courier New" w:hAnsi="Courier New"/>
          <w:color w:val="555555"/>
          <w:sz w:val="20"/>
        </w:rPr>
        <w:t>[5]</w:t>
      </w:r>
    </w:p>
    <w:p>
      <w:r>
        <w:rPr>
          <w:rFonts w:ascii="Gentium Plus" w:hAnsi="Gentium Plus"/>
          <w:sz w:val="24"/>
        </w:rPr>
        <w:t>γομένοις χρήσιμόν ἐστι. Τῶν μὲν οὖν πλευριτικῶν ταχὺς καὶ πυκνὸς καὶ οὐ λίαν μέγας. δόξει δὲ εἶναι καὶ σφοδρός. ὁ δέ ἐστιν οὐκ ἀμυδρὸς μὲν, οὐ μὴν ἤδη καὶ σφοδρὸς, ὅσον ἐπὶ τῷ πάθει. τούτου γὰρ ἐπὶ πάντων μεμνῆσθαι χρὴ, τοῦ δεῖν ἐφ’ ἑκάστῳ</w:t>
      </w:r>
    </w:p>
    <w:p>
      <w:r>
        <w:rPr>
          <w:rFonts w:ascii="Courier New" w:hAnsi="Courier New"/>
          <w:color w:val="555555"/>
          <w:sz w:val="20"/>
        </w:rPr>
        <w:t>[10]</w:t>
      </w:r>
    </w:p>
    <w:p>
      <w:r>
        <w:rPr>
          <w:rFonts w:ascii="Gentium Plus" w:hAnsi="Gentium Plus"/>
          <w:sz w:val="24"/>
        </w:rPr>
        <w:t>τῶν πραγμάτων, ὅσον ἐπ’ ἐκείνῳ, τὴν τροπὴν ἐξετάζειν, διο‐ ρίζοντας τὸ διά τι ἄλλο, καὶ μὴ δι’ ἐκεῖνο συμβεβηκός. ὁ τοί‐ νυν τῶν πλευριτικῶν σφυγμὸς νευρωδεστέραν πως καὶ σκληροτέ‐ ραν ἐργαζόμενος τὴν ἀρτηρίαν, ὡς ἂν εἰς σφοδρότητα τρέπων, ἀπατᾷ τοὺς ἀγυμνάστους, οὐ δυναμένους διακρίνειν σκληρὰν</w:t>
      </w:r>
    </w:p>
    <w:p>
      <w:r>
        <w:rPr>
          <w:rFonts w:ascii="Courier New" w:hAnsi="Courier New"/>
          <w:color w:val="555555"/>
          <w:sz w:val="20"/>
        </w:rPr>
        <w:t>[15]</w:t>
      </w:r>
    </w:p>
    <w:p>
      <w:r>
        <w:rPr>
          <w:rFonts w:ascii="Gentium Plus" w:hAnsi="Gentium Plus"/>
          <w:sz w:val="24"/>
        </w:rPr>
        <w:t>πληγὴν σφοδρᾶς. οὕτω δὲ καὶ ἄλλας πολλὰς διαφορὰς σφυγμῶν ἀδυνατοῦντες διακρίνειν οἱ πολλοὶ τῶν ἰατρῶν τάχα ἂν μέμψονται τοῖς ἐνταῦθα γεγραμμένοις, ἐξ ὧν αὐτοὶ</w:t>
      </w:r>
    </w:p>
    <w:p>
      <w:r>
        <w:rPr>
          <w:rFonts w:ascii="Courier New" w:hAnsi="Courier New"/>
          <w:color w:val="555555"/>
          <w:sz w:val="20"/>
        </w:rPr>
        <w:t>[8 . 478]</w:t>
      </w:r>
    </w:p>
    <w:p>
      <w:r>
        <w:rPr>
          <w:rFonts w:ascii="Gentium Plus" w:hAnsi="Gentium Plus"/>
          <w:sz w:val="24"/>
        </w:rPr>
        <w:t>οὐ χρὴ μηκύνειν ἐν τῷ νῦν λόγῳ περὶ αὐτῶν. γέγραπται γὰρ ἡμῖν ἰδίᾳ περὶ τῆς τῶν σφυγμῶν διαγνώσεως. ἀσκεῖν οὖν παρακελεύομαι τόν τε λογισμὸν ἅμα καὶ τὴν ἁφὴν, ὡς ἐπ’ αὐτῶν τῶν ἔργων γνωρίζειν δύνασθαι τοὺς σφυγμοὺς, οὐ</w:t>
      </w:r>
    </w:p>
    <w:p>
      <w:r>
        <w:rPr>
          <w:rFonts w:ascii="Courier New" w:hAnsi="Courier New"/>
          <w:color w:val="555555"/>
          <w:sz w:val="20"/>
        </w:rPr>
        <w:t>[5]</w:t>
      </w:r>
    </w:p>
    <w:p>
      <w:r>
        <w:rPr>
          <w:rFonts w:ascii="Gentium Plus" w:hAnsi="Gentium Plus"/>
          <w:sz w:val="24"/>
        </w:rPr>
        <w:t>λόγῳ διακρίνειν μόνον. ἀρχὴ δὲ τῆς ἐπὶ τῶν ἔργων τριβῆς ἡ διὰ τοῦ λόγου διδασκαλία. καὶ γάρ τοι καὶ τῆς πυκνότη‐ τος οὐχ οἷόν τε τὸ ποσὸν λόγῳ ἑρμηνεῦσαι, καί τοι μεγάλην ἔχει διαφορὰν, ἢ ὑπερβαίνουσα τὸ εἰθισμένον μέτρον τῆς πλευρίτιδος, ἢ ἐλλείπουσα. τὰς μὲν γὰρ ὑπερβολὰς εἰς περι‐</w:t>
      </w:r>
    </w:p>
    <w:p>
      <w:r>
        <w:rPr>
          <w:rFonts w:ascii="Courier New" w:hAnsi="Courier New"/>
          <w:color w:val="555555"/>
          <w:sz w:val="20"/>
        </w:rPr>
        <w:t>[10]</w:t>
      </w:r>
    </w:p>
    <w:p>
      <w:r>
        <w:rPr>
          <w:rFonts w:ascii="Gentium Plus" w:hAnsi="Gentium Plus"/>
          <w:sz w:val="24"/>
        </w:rPr>
        <w:t>πνευμονίαν μεθισταμένης, ἢ συγκοπὴν ἀπειλούσης ἀνάγκη γί‐ νεσθαι. τὰς δὲ ἐνδείας, εἰς καταφορὰν, ἢ νεύρων βλάβην τελευτᾷν. οὕτως δὲ καὶ τὸ τῆς ἀνωμαλίας εἶδος, τὸ μὲν οἷον ἐμπριστικὸν, ἴδιον οὐχ ἥκιστα πλευριτικῶν ὑπάρχον, ἀνιέ‐ μενον μὲν μαλακῆς καὶ ῥᾳδίως πεφθησομένης. ἐπιτεινόμε‐</w:t>
      </w:r>
    </w:p>
    <w:p>
      <w:r>
        <w:rPr>
          <w:rFonts w:ascii="Courier New" w:hAnsi="Courier New"/>
          <w:color w:val="555555"/>
          <w:sz w:val="20"/>
        </w:rPr>
        <w:t>[15]</w:t>
      </w:r>
    </w:p>
    <w:p>
      <w:r>
        <w:rPr>
          <w:rFonts w:ascii="Gentium Plus" w:hAnsi="Gentium Plus"/>
          <w:sz w:val="24"/>
        </w:rPr>
        <w:t>νον δὲ χαλεπῆς καὶ δυσπέπτου γνώρισμα πλευρίτιδος. αἱ δὲ τοιαῦται σὺν ἀσθενεῖ τῇ δυνάμει κινδυνώδεις ὀξέως· σὺν ἰσχυρᾷ δὲ ἢ χρονίως ἐπέφθησαν, ἢ εἰς ἐμπύημα μετέπε‐</w:t>
      </w:r>
    </w:p>
    <w:p>
      <w:r>
        <w:rPr>
          <w:rFonts w:ascii="Courier New" w:hAnsi="Courier New"/>
          <w:color w:val="555555"/>
          <w:sz w:val="20"/>
        </w:rPr>
        <w:t>[8 . 479]</w:t>
      </w:r>
    </w:p>
    <w:p>
      <w:r>
        <w:rPr>
          <w:rFonts w:ascii="Gentium Plus" w:hAnsi="Gentium Plus"/>
          <w:sz w:val="24"/>
        </w:rPr>
        <w:t>πεπτομένης ὁ σφυγμὸς πᾶσαν ἀποτίθεται καταβραχὺ τὴν παρὰ φύσιν τροπήν. τῆς δὲ εἰς ἐμπύημα μεταπιπτούσης οἱ τῶν ἐμπυημάτων ἴδιοι γίνονται. κατὰ ταὐτὰ δὲ καὶ τοῖς φθινωδῶς μαρανθησομένοις οἱ ἐπὶ τῶν μαρασμῶν.</w:t>
      </w:r>
    </w:p>
    <w:p>
      <w:r>
        <w:rPr>
          <w:rFonts w:ascii="Courier New" w:hAnsi="Courier New"/>
          <w:color w:val="555555"/>
          <w:sz w:val="20"/>
        </w:rPr>
        <w:t>[5]</w:t>
      </w:r>
    </w:p>
    <w:p>
      <w:r>
        <w:rPr>
          <w:rFonts w:ascii="Gentium Plus" w:hAnsi="Gentium Plus"/>
          <w:sz w:val="24"/>
        </w:rPr>
        <w:t>Ἔστι δὲ τῶν ἐμπύων ὁ σφυγμὸς, ἄρτι μὲν ἀρχομένων οἷος ὁ τῆς ἀκμαζούσης φλεγμονῆς. αὕτη γὰρ καὶ αὐτῶν τῶν ἐμπυημάτων ἐστὶν ἀρχή. ἔσθ’ ὅτε δὲ καὶ ἀνώμαλος καὶ ἄτακτος, ἑκτικὸς δὲ πᾶσιν. ἤδη δὲ τοῦ πύου παρακειμένου, τὰ μὲν ἄλλα παραπλήσιος, ἀλλ’ ὁμαλώτερος. ἐπὶ δὲ ταῖς</w:t>
      </w:r>
    </w:p>
    <w:p>
      <w:r>
        <w:rPr>
          <w:rFonts w:ascii="Courier New" w:hAnsi="Courier New"/>
          <w:color w:val="555555"/>
          <w:sz w:val="20"/>
        </w:rPr>
        <w:t>[10]</w:t>
      </w:r>
    </w:p>
    <w:p>
      <w:r>
        <w:rPr>
          <w:rFonts w:ascii="Gentium Plus" w:hAnsi="Gentium Plus"/>
          <w:sz w:val="24"/>
        </w:rPr>
        <w:t>ῥήξεσιν ἀμυδρότερος καὶ πλατύτερος καὶ βραδύτερος καὶ ἀραιότερος. Ὁ δὲ τῶν μαραινομένων οὐ καθ’ ἓν εἶδος τρέπεται σφυγμός. χρὴ δὲ ἐφ’ ὅσον ἐνδέχεται, διαφοραῖς εὐδήλοις διορίσασθαι περὶ αὐτῶν. οἱ μὲν δὴ ταῖς μὴ λυθείσαις φλεγ‐</w:t>
      </w:r>
    </w:p>
    <w:p>
      <w:r>
        <w:rPr>
          <w:rFonts w:ascii="Courier New" w:hAnsi="Courier New"/>
          <w:color w:val="555555"/>
          <w:sz w:val="20"/>
        </w:rPr>
        <w:t>[15]</w:t>
      </w:r>
    </w:p>
    <w:p>
      <w:r>
        <w:rPr>
          <w:rFonts w:ascii="Gentium Plus" w:hAnsi="Gentium Plus"/>
          <w:sz w:val="24"/>
        </w:rPr>
        <w:t>μοναῖς κατὰ βραχὺ συναπομαρανθέντες ἀμυδροὺς καὶ θάτ‐ τονας καὶ πυκνοὺς ἄγαν καὶ μυούρους κατὰ μέγεθος ἐν μιᾷ πληγῇ τοὺς σφυγμοὺς ἴσχουσιν. οὓς Ἀρχιγένης ἐπινενευκότας τε καὶ περινενευκότας καλεῖ, σαφῶς δηλοῦν βουλόμενος τὸ</w:t>
      </w:r>
    </w:p>
    <w:p>
      <w:r>
        <w:rPr>
          <w:rFonts w:ascii="Courier New" w:hAnsi="Courier New"/>
          <w:color w:val="555555"/>
          <w:sz w:val="20"/>
        </w:rPr>
        <w:t>[8 . 480]</w:t>
      </w:r>
    </w:p>
    <w:p>
      <w:r>
        <w:rPr>
          <w:rFonts w:ascii="Gentium Plus" w:hAnsi="Gentium Plus"/>
          <w:sz w:val="24"/>
        </w:rPr>
        <w:t>οἷον ἐπινεύσεως, οὐ γὰρ ὡς ἀποκεκομμένων ἀθρόως, ἀλλ’ ὡς ἐπικεκαμμένων τῶν ἑκατέρωθεν μερῶν εἰς βραχὺ συνέσταλ‐ ται, μύουρος ὢν τῷ μεγέθει καθ’ ἑκάτερα τὰ μέρη. τοῦτο μὲν οὖν οὐ τούτοις μόνοις, ἀλλὰ καὶ τοῖς πλείστοις τῶν</w:t>
      </w:r>
    </w:p>
    <w:p>
      <w:r>
        <w:rPr>
          <w:rFonts w:ascii="Courier New" w:hAnsi="Courier New"/>
          <w:color w:val="555555"/>
          <w:sz w:val="20"/>
        </w:rPr>
        <w:t>[5]</w:t>
      </w:r>
    </w:p>
    <w:p>
      <w:r>
        <w:rPr>
          <w:rFonts w:ascii="Gentium Plus" w:hAnsi="Gentium Plus"/>
          <w:sz w:val="24"/>
        </w:rPr>
        <w:t>ὁπωσοῦν μαραινομένων ὑπάρχει. τοῖς μὲν οὖν διὰ φλεγμονὰς πᾶσιν, ἤδη δὲ καὶ τῶν ἄλλων τοῖς πολλοῖς, εἰ μή τι ἄρα καὶ ἐκεῖνοι διά τινας φλεγμονὰς λανθανούσας μαραίνονται. καὶ εἴη ἂν οὗτος τῶν ἐπὶ φλεγμοναῖς μαραινομένων ἴδιος, οὐδενὶ τῶν ἄλλως μαρανθέντων ὑπάρχων. ἑκτικὸς δὲ ἅπασι</w:t>
      </w:r>
    </w:p>
    <w:p>
      <w:r>
        <w:rPr>
          <w:rFonts w:ascii="Courier New" w:hAnsi="Courier New"/>
          <w:color w:val="555555"/>
          <w:sz w:val="20"/>
        </w:rPr>
        <w:t>[10]</w:t>
      </w:r>
    </w:p>
    <w:p>
      <w:r>
        <w:rPr>
          <w:rFonts w:ascii="Gentium Plus" w:hAnsi="Gentium Plus"/>
          <w:sz w:val="24"/>
        </w:rPr>
        <w:t>τοῖς μαραινομένοις σφυγμός ἐστι, καὶ τοῦτο αὐτοῖς κοινότα‐ τον. ἐν δευτέρῳ δὲ ἡ κατὰ τὸ μέγεθος τῆς διαστολῆς ἀνω‐ μαλία μυουρίζουσα. καὶ γὰρ καὶ τοῦτο τοῖς πλείστοις ὑπάρ‐ χει. τρίτον δὲ τὸ τῆς πυκνότητος. ὑπάρχει γὰρ καὶ τοῦτο πᾶσι μὲν τοῖς ἐπὶ φλεγμοναῖς μαρανθεῖσιν ἀχώριστον. ἀλλὰ</w:t>
      </w:r>
    </w:p>
    <w:p>
      <w:r>
        <w:rPr>
          <w:rFonts w:ascii="Courier New" w:hAnsi="Courier New"/>
          <w:color w:val="555555"/>
          <w:sz w:val="20"/>
        </w:rPr>
        <w:t>[15]</w:t>
      </w:r>
    </w:p>
    <w:p>
      <w:r>
        <w:rPr>
          <w:rFonts w:ascii="Gentium Plus" w:hAnsi="Gentium Plus"/>
          <w:sz w:val="24"/>
        </w:rPr>
        <w:t>καὶ τοῖς ἐπὶ καρδιακαῖς διαθέσεσιν, ἢ στομαχικαῖς συγκοπαῖς ὀξέως κινδυνεύουσιν, εἶτ’ ἀπὸ οἴνου πόσεως διαφυγοῦσι μὲν τὴν ὀξύτητα, μαρανθεῖσι δὲ τῷ χρόνῳ, εἰ μή τις ἄρα καὶ τού‐</w:t>
      </w:r>
    </w:p>
    <w:p>
      <w:r>
        <w:rPr>
          <w:rFonts w:ascii="Courier New" w:hAnsi="Courier New"/>
          <w:color w:val="555555"/>
          <w:sz w:val="20"/>
        </w:rPr>
        <w:t>[8 . 481]</w:t>
      </w:r>
    </w:p>
    <w:p>
      <w:r>
        <w:rPr>
          <w:rFonts w:ascii="Gentium Plus" w:hAnsi="Gentium Plus"/>
          <w:sz w:val="24"/>
        </w:rPr>
        <w:t>καὶ γάρ τινες αὐτῶν τὸν ἐπινενευκότα σφυγμὸν ἔχουσι, εἰ μή τι ἄρα πάλιν τούτους μὲν ἐπὶ φλεγμοναῖς, τοὺς δὲ ἄλλους ἄνευ φλεγμονῆς μαραίνεσθαι φήσει τις. τοῦτο μὲν οὖν ἄπορον. ἔχουσι δὲ οὗτοι σφυγμὸν ἑκτικὸν ἤτοι ἀμυδρὸν, πυκνὸν ἄγαν,</w:t>
      </w:r>
    </w:p>
    <w:p>
      <w:r>
        <w:rPr>
          <w:rFonts w:ascii="Courier New" w:hAnsi="Courier New"/>
          <w:color w:val="555555"/>
          <w:sz w:val="20"/>
        </w:rPr>
        <w:t>[5]</w:t>
      </w:r>
    </w:p>
    <w:p>
      <w:r>
        <w:rPr>
          <w:rFonts w:ascii="Gentium Plus" w:hAnsi="Gentium Plus"/>
          <w:sz w:val="24"/>
        </w:rPr>
        <w:t>καί τινες αὐτῶν τὸν ἐπινενευκότα. δευτέρα μὲν δὴ αὕτη δια‐ φορὰ σφυγμοῖς τοῖς μαραινομένοις. ἄλλη δὲ τρίτη τῶν ἀραιὸν ἰσχόντων. ἀλλὰ καὶ τούτοις πάντως ὅ τε προηγησάμενος πυρετὸς ἐπύκνωσεν αὐτὸν, καὶ ἡ ἐσχάτη λύσις τῆς δυνάμεως ἱκανῶς πυκνοῖ. τοὐμμέσῳ δὲ πάντων μὲν πυρετῶν ὑποψυ‐</w:t>
      </w:r>
    </w:p>
    <w:p>
      <w:r>
        <w:rPr>
          <w:rFonts w:ascii="Courier New" w:hAnsi="Courier New"/>
          <w:color w:val="555555"/>
          <w:sz w:val="20"/>
        </w:rPr>
        <w:t>[10]</w:t>
      </w:r>
    </w:p>
    <w:p>
      <w:r>
        <w:rPr>
          <w:rFonts w:ascii="Gentium Plus" w:hAnsi="Gentium Plus"/>
          <w:sz w:val="24"/>
        </w:rPr>
        <w:t>χθέντων, μηδέπω δὲ ἀπολλυμένων αὐτῶν τὴν εἰς ἀραιότητα τροπὴν εἰργάσατο. τοῦτο δὲ τὸ εἶδος τῶν μαρασμῶν πρεσ‐ βυτικῆς ἡλικίας ἴδιον, ἡνίκα ἂν μάλιστα τῶν κατὰ θώρακα καὶ πνεύμονα πεπονθός τι τύχῃ. οὗτοι τὴν πυρεκτικὴν σκλη‐ ρότητα τοῦ σφυγμοῦ φυλάττουσι, κᾂν ἀραιὸς ᾖ. παντελῶς</w:t>
      </w:r>
    </w:p>
    <w:p>
      <w:r>
        <w:rPr>
          <w:rFonts w:ascii="Courier New" w:hAnsi="Courier New"/>
          <w:color w:val="555555"/>
          <w:sz w:val="20"/>
        </w:rPr>
        <w:t>[15]</w:t>
      </w:r>
    </w:p>
    <w:p>
      <w:r>
        <w:rPr>
          <w:rFonts w:ascii="Gentium Plus" w:hAnsi="Gentium Plus"/>
          <w:sz w:val="24"/>
        </w:rPr>
        <w:t>δὲ ὀλίγοις τῶν μαραινομένων εἰς ἄλλην ἀνωμαλίαν ὁ σφυγμὸς τρέπεται πλὴν τῆς εἰρημένης κατὰ τὸ μέγεθος. Ὁ δὲ τῶν φθισικῶν ὀνομαζομένων σφυγμὸς μικρὸς καὶ</w:t>
      </w:r>
    </w:p>
    <w:p>
      <w:r>
        <w:rPr>
          <w:rFonts w:ascii="Courier New" w:hAnsi="Courier New"/>
          <w:color w:val="555555"/>
          <w:sz w:val="20"/>
        </w:rPr>
        <w:t>[8 . 482]</w:t>
      </w:r>
    </w:p>
    <w:p>
      <w:r>
        <w:rPr>
          <w:rFonts w:ascii="Gentium Plus" w:hAnsi="Gentium Plus"/>
          <w:sz w:val="24"/>
        </w:rPr>
        <w:t>Ὁ δὲ τῶν περιπνευμονικῶν μέγας ἐστὶ, καὶ κυματῶδές τι ἔχων, καὶ ἀμυδρὸς καὶ μαλακὸς, ὁμοίως τῷ τῶν ληθαρ‐ γικῶν, πλὴν ὅσα πλεονάζει τῇ ἀνωμαλίᾳ, τῇ τε κατὰ μίαν πληγὴν καὶ τῇ συστηματικῇ καλουμένῃ· κατὰ μὲν τὴν</w:t>
      </w:r>
    </w:p>
    <w:p>
      <w:r>
        <w:rPr>
          <w:rFonts w:ascii="Courier New" w:hAnsi="Courier New"/>
          <w:color w:val="555555"/>
          <w:sz w:val="20"/>
        </w:rPr>
        <w:t>[5]</w:t>
      </w:r>
    </w:p>
    <w:p>
      <w:r>
        <w:rPr>
          <w:rFonts w:ascii="Gentium Plus" w:hAnsi="Gentium Plus"/>
          <w:sz w:val="24"/>
        </w:rPr>
        <w:t>μίαν πληγὴν οἷον διακεκομμένος τε καὶ κυματιζόμενος καὶ δίκροτος ἔσθ’ ὅτε γινόμενος· ἐν δὲ τῇ συστηματικῇ τάς τε ἄλ‐ λας διαφορὰς ἔχει, καί ποτε μὲν διαλείπει, ποτὲ δὲ παρεμ‐ πίπτει. πυρεττόντων δ’ ἁπάντων τῶν περιπνευμονικῶν ὀξέως, καί τι καὶ κωματῶδες ἐχόντων, ὁπότερον ἂν αὐτῶν ἐπικρατῇ,</w:t>
      </w:r>
    </w:p>
    <w:p>
      <w:r>
        <w:rPr>
          <w:rFonts w:ascii="Courier New" w:hAnsi="Courier New"/>
          <w:color w:val="555555"/>
          <w:sz w:val="20"/>
        </w:rPr>
        <w:t>[10]</w:t>
      </w:r>
    </w:p>
    <w:p>
      <w:r>
        <w:rPr>
          <w:rFonts w:ascii="Gentium Plus" w:hAnsi="Gentium Plus"/>
          <w:sz w:val="24"/>
        </w:rPr>
        <w:t>κατ’ ἐκεῖνο μάλιστα τὸ ποσὸν τῆς πυκνότητος εὑρίσκεται. πυρωδεστέρας μὲν ὑπαρχούσης τῆς περιπνευμονίας, ἱκανῶς ὁ σφυγμὸς πυκνός ἐστι· κωματωδεστέρας δὲ ἧττον πυκνός ἐστι. Ὁ δὲ τῶν ληθαργικῶν σφυγμὸς ὅμοιος ὢν τῷ τῶν περι‐ πνευμονικῶν κατά τε μέγεθος καὶ ἀμυδρότητα καὶ μαλακότητα</w:t>
      </w:r>
    </w:p>
    <w:p>
      <w:r>
        <w:rPr>
          <w:rFonts w:ascii="Courier New" w:hAnsi="Courier New"/>
          <w:color w:val="555555"/>
          <w:sz w:val="20"/>
        </w:rPr>
        <w:t>[15]</w:t>
      </w:r>
    </w:p>
    <w:p>
      <w:r>
        <w:rPr>
          <w:rFonts w:ascii="Gentium Plus" w:hAnsi="Gentium Plus"/>
          <w:sz w:val="24"/>
        </w:rPr>
        <w:t>καὶ βραδύτερος αὐτοῦ ἐστι καὶ ἀμυδρότερος καὶ ἧττον ἀνώ‐ μαλος καὶ διαλείπων μᾶλλον ἢ παρεμπίπτων. γίγνεται δὲ ἔσθ’ ὅτε καὶ δίκροτος. ἀεὶ μέντοι κωματώδης ἐστὶ, ἔν γε ταῖς βαθείαις καταφοραῖς, ἐφ’ ὧν ταῦτα λέγεται. τῶν γὰρ</w:t>
      </w:r>
    </w:p>
    <w:p>
      <w:r>
        <w:rPr>
          <w:rFonts w:ascii="Courier New" w:hAnsi="Courier New"/>
          <w:color w:val="555555"/>
          <w:sz w:val="20"/>
        </w:rPr>
        <w:t>[8 . 483]</w:t>
      </w:r>
    </w:p>
    <w:p>
      <w:r>
        <w:rPr>
          <w:rFonts w:ascii="Gentium Plus" w:hAnsi="Gentium Plus"/>
          <w:sz w:val="24"/>
        </w:rPr>
        <w:t>μάτων τοὺς σφυγμοὺς διέξιμεν, ἵνα καὶ τῶν ἐλλειπόντων κατά τι καὶ μηδέπω τελείων ἱκανῶς γνωρίζειν δυνηθῶμεν τὸ μέγεθος, ὅσον τε ἤδη ἔχουσι καὶ ὅσον οἷόν τέ ἐστι προσγε‐ νέσθαι αὐτοῖς. ἐπειδὴ δὲ πολλάκις μὲν ἀνωμαλίας ἐμνημο‐</w:t>
      </w:r>
    </w:p>
    <w:p>
      <w:r>
        <w:rPr>
          <w:rFonts w:ascii="Courier New" w:hAnsi="Courier New"/>
          <w:color w:val="555555"/>
          <w:sz w:val="20"/>
        </w:rPr>
        <w:t>[5]</w:t>
      </w:r>
    </w:p>
    <w:p>
      <w:r>
        <w:rPr>
          <w:rFonts w:ascii="Gentium Plus" w:hAnsi="Gentium Plus"/>
          <w:sz w:val="24"/>
        </w:rPr>
        <w:t>νεύσαμεν, ὀλιγάκις δὲ ἀταξίας, εἰδέναι χρὴ τοῦτο καθόλου, ταῖς ἀνωμαλίαις ὡς τὸ πολὺ τὴν ἀταξίαν ἑπομένην. σπα‐ νίως δὲ ἔστιν εὑρεῖν ἀνώμαλον σφυγμὸν τεταγμένον. αἱ μὲν οὖν μικρότεραι βλάβαι τοὺς ἀνωμάλους καὶ τεταγμένους, αἱ δὲ μείζονες τοὺς ἀνωμάλους καὶ ἀτάκτους σφυγμοὺς ἐργάζονται.</w:t>
      </w:r>
    </w:p>
    <w:p>
      <w:r>
        <w:rPr>
          <w:rFonts w:ascii="Courier New" w:hAnsi="Courier New"/>
          <w:color w:val="555555"/>
          <w:sz w:val="20"/>
        </w:rPr>
        <w:t>[10]</w:t>
      </w:r>
    </w:p>
    <w:p>
      <w:r>
        <w:rPr>
          <w:rFonts w:ascii="Gentium Plus" w:hAnsi="Gentium Plus"/>
          <w:sz w:val="24"/>
        </w:rPr>
        <w:t>Ὁ δὲ τῶν φρενιτικῶν σφυγμὸς μικρός ἐστι· σπανιώ‐ τατα δὲ ὤφθη ποτὲ μέγας καὶ τόνου μετρίως ἔχει. καὶ σκληρὸς καὶ νευρώδης ἐστὶ καὶ πυκνὸς καὶ ἄγαν ταχύς. ἔχει δέ τι καὶ κυματῶδες. ἐνίοτε δὲ καὶ ὑποτρέμειν σοι δόξειε· ποτὲ δὲ καὶ ἀποκεκόφθαι σπασμωδῶς. τὸ γὰρ τῶν πυρετῶν</w:t>
      </w:r>
    </w:p>
    <w:p>
      <w:r>
        <w:rPr>
          <w:rFonts w:ascii="Courier New" w:hAnsi="Courier New"/>
          <w:color w:val="555555"/>
          <w:sz w:val="20"/>
        </w:rPr>
        <w:t>[15]</w:t>
      </w:r>
    </w:p>
    <w:p>
      <w:r>
        <w:rPr>
          <w:rFonts w:ascii="Gentium Plus" w:hAnsi="Gentium Plus"/>
          <w:sz w:val="24"/>
        </w:rPr>
        <w:t>ἴδιον ἐν τῷ τάχει σύμπτωμα μάλιστα οὗτος ἐναργῶς ἐκτή‐ σατο κατ’ ἀμφότερα τῆς διαστολῆς τὰ πέρατα, καὶ μᾶλλον τὸ ἔξω. ἔστι δὲ καὶ τὸ τῆς κατὰ τὴν θέσιν ἀνωμαλίας εἶδος</w:t>
      </w:r>
    </w:p>
    <w:p>
      <w:r>
        <w:rPr>
          <w:rFonts w:ascii="Courier New" w:hAnsi="Courier New"/>
          <w:color w:val="555555"/>
          <w:sz w:val="20"/>
        </w:rPr>
        <w:t>[8 . 484]</w:t>
      </w:r>
    </w:p>
    <w:p>
      <w:r>
        <w:rPr>
          <w:rFonts w:ascii="Gentium Plus" w:hAnsi="Gentium Plus"/>
          <w:sz w:val="24"/>
        </w:rPr>
        <w:t>δόξει πολλάκις ἡ ἀρτηρία καταλιποῦσα τὸν ἑαυτῆς τόπον, ἄνω φέρεσθαι κλονωδῶς, ἀναβρασσομένη μᾶλλον, οὐ σφυγ‐ ματωδῶς διαστελλομένη. κατὰ δὲ τὸν αὐτὸν τρόπον καὶ κάτω χωρεῖ κατασπωμένη μᾶλλον ἢ συστελλομένη. τὸ δὲ</w:t>
      </w:r>
    </w:p>
    <w:p>
      <w:r>
        <w:rPr>
          <w:rFonts w:ascii="Courier New" w:hAnsi="Courier New"/>
          <w:color w:val="555555"/>
          <w:sz w:val="20"/>
        </w:rPr>
        <w:t>[5]</w:t>
      </w:r>
    </w:p>
    <w:p>
      <w:r>
        <w:rPr>
          <w:rFonts w:ascii="Gentium Plus" w:hAnsi="Gentium Plus"/>
          <w:sz w:val="24"/>
        </w:rPr>
        <w:t>ἄγαν πυκνὸν αὐτῆς ἐφεδρεύουσαν ἀπειλεῖ συγκοπήν. Ἔστι δέ τι καὶ ἄλλο πάθος ὃ εἴτε μέσον ληθάργου καὶ φρενίτιδος χρὴ ὀνομάζειν, ὡς οὐδετέρῳ ταὐτὸν ὂν, εἴτε κοι‐ νὸν ἀμφοῖν, ὡς μικτὸν ἔκ τε τῶν φρενίτιδος εἰδῶν ἔκ τε τῶν ληθάργου. τοῦτο μὲν ἰδίᾳ σκεψώμεθα. περὶ δὲ τῶν</w:t>
      </w:r>
    </w:p>
    <w:p>
      <w:r>
        <w:rPr>
          <w:rFonts w:ascii="Courier New" w:hAnsi="Courier New"/>
          <w:color w:val="555555"/>
          <w:sz w:val="20"/>
        </w:rPr>
        <w:t>[10]</w:t>
      </w:r>
    </w:p>
    <w:p>
      <w:r>
        <w:rPr>
          <w:rFonts w:ascii="Gentium Plus" w:hAnsi="Gentium Plus"/>
          <w:sz w:val="24"/>
        </w:rPr>
        <w:t>σφυγμῶν αὐτοῦ νῦν ἐροῦμεν. καὶ ἵνα μὴ ὥσπερ αἴνιγμά τι προβεβλημένον εἴη, τοῖς συνεδρεύουσιν αὐτῷ δηλώσω. τὰ μὲν πολλὰ μύουσι τοὺς ὀφθαλμοὺς καὶ ὑπνώδεις εἰσὶ καὶ ῥέγχουσιν. αὖθις δ’ ἐπὶ πλεῖστον ἀτενὲς ὁρῶντες, διετέλε‐ σαν ἀσκαρδαμυκτὶ παραπλησίως τοῖς κατόχοις. καὶ εἰ πυν‐</w:t>
      </w:r>
    </w:p>
    <w:p>
      <w:r>
        <w:rPr>
          <w:rFonts w:ascii="Courier New" w:hAnsi="Courier New"/>
          <w:color w:val="555555"/>
          <w:sz w:val="20"/>
        </w:rPr>
        <w:t>[15]</w:t>
      </w:r>
    </w:p>
    <w:p>
      <w:r>
        <w:rPr>
          <w:rFonts w:ascii="Gentium Plus" w:hAnsi="Gentium Plus"/>
          <w:sz w:val="24"/>
        </w:rPr>
        <w:t>θάνοιτό τις, καὶ εἰ διαλέγεσθαι βιάζοιτο, δυσχερεῖς ἀποκρίνε‐ σθαι καὶ ἀργοί. τὰ πολλὰ δὲ καὶ παραφόρως φθεγγόμενοι, καὶ οὐκ ὀρθῶς ἀποκρινόμενοι, καὶ ληροῦντες εἰκῆ. τοιοῦτον μέν ἐστι τὸ πάθος, ὃ καὶ νῦν βούλομαι δηλοῦν τοῖς συνε‐</w:t>
      </w:r>
    </w:p>
    <w:p>
      <w:r>
        <w:rPr>
          <w:rFonts w:ascii="Courier New" w:hAnsi="Courier New"/>
          <w:color w:val="555555"/>
          <w:sz w:val="20"/>
        </w:rPr>
        <w:t>[8 . 485]</w:t>
      </w:r>
    </w:p>
    <w:p>
      <w:r>
        <w:rPr>
          <w:rFonts w:ascii="Gentium Plus" w:hAnsi="Gentium Plus"/>
          <w:sz w:val="24"/>
        </w:rPr>
        <w:t>δὲ αὐτοῦ ταχεῖς, καὶ πυκνοὶ παραπλησίως τοῖς φρενιτικοῖς, ἀλλ’ ἧττον. οὕτω δὲ καὶ ἰσχύος ἧττον ἐκείνων ἔχουσι. πλα‐ τεῖς δὲ καὶ βραχεῖς, καὶ τὸ κατὰ τὴν ἔξω κίνησιν ἀθρόως ἀποκεκομμένον οὐκ ἔχοντες, ἀλλ’ ἑτέρῳ μὲν τρόπῳ, καθάπερ</w:t>
      </w:r>
    </w:p>
    <w:p>
      <w:r>
        <w:rPr>
          <w:rFonts w:ascii="Courier New" w:hAnsi="Courier New"/>
          <w:color w:val="555555"/>
          <w:sz w:val="20"/>
        </w:rPr>
        <w:t>[5]</w:t>
      </w:r>
    </w:p>
    <w:p>
      <w:r>
        <w:rPr>
          <w:rFonts w:ascii="Gentium Plus" w:hAnsi="Gentium Plus"/>
          <w:sz w:val="24"/>
        </w:rPr>
        <w:t>εἴσω σπεύδοντες ὑποφεύγουσιν, ἐπιταχύνοντες μὲν τὴν συστο‐ λὴν, ὑποκλέπτοντες δὲ τὴν διαστολήν. οὐ μὴν ὁμοίως γε κατ’ αὐτὴν τοῖς φρενιτικοῖς. τὸ γὰρ οἷον ἀποκεκομμένον οὐκ ἔχουσιν. Οἱ δὲ τῶν κατόχων σφυγμοὶ, κατόχους γὰρ καὶ κα‐</w:t>
      </w:r>
    </w:p>
    <w:p>
      <w:r>
        <w:rPr>
          <w:rFonts w:ascii="Courier New" w:hAnsi="Courier New"/>
          <w:color w:val="555555"/>
          <w:sz w:val="20"/>
        </w:rPr>
        <w:t>[10]</w:t>
      </w:r>
    </w:p>
    <w:p>
      <w:r>
        <w:rPr>
          <w:rFonts w:ascii="Gentium Plus" w:hAnsi="Gentium Plus"/>
          <w:sz w:val="24"/>
        </w:rPr>
        <w:t>τεχομένους ἐκάλουν αὐτοὺς οἱ παλαιοὶ, κατοχὴν δὲ καὶ κατά‐ ληψιν οἱ νεώτεροι τὸ πάθος ὀνομάζουσιν, ἐοίκασι μὲν τὰ ἄλλα τοῖς ληθαργικοῖς, μεγέθους τε καὶ βραδύτητος καὶ ἀραιότητος, ὥσπερ καὶ ὅλον τὸ πάθος τοῦ πάθους οὐ πόῤῥω τὴν ἰδέαν ἐστίν. οὐ μὴν ἀσθενὴς ὁ τῶν κατόχων</w:t>
      </w:r>
    </w:p>
    <w:p>
      <w:r>
        <w:rPr>
          <w:rFonts w:ascii="Courier New" w:hAnsi="Courier New"/>
          <w:color w:val="555555"/>
          <w:sz w:val="20"/>
        </w:rPr>
        <w:t>[15]</w:t>
      </w:r>
    </w:p>
    <w:p>
      <w:r>
        <w:rPr>
          <w:rFonts w:ascii="Gentium Plus" w:hAnsi="Gentium Plus"/>
          <w:sz w:val="24"/>
        </w:rPr>
        <w:t>σφυγμὸς, οὐδὲ μαλακός. ἀλλ’ ἐν τούτοις δὴ καὶ πάνυ δια‐ φέρουσιν, ὥσπερ καὶ ἐν τῷ λύεσθαι μὲν καὶ οἰδίσκεσθαι τὴν ὅλην ἕξιν τοῖς ληθαργικοῖς, ἐσφίχθαι δὲ καὶ συνέχεσθαι τοῖς κατόχοις. οὕτω δὲ καὶ ἀνωμαλίᾳ καὶ ὁμαλότητι δια‐</w:t>
      </w:r>
    </w:p>
    <w:p>
      <w:r>
        <w:rPr>
          <w:rFonts w:ascii="Courier New" w:hAnsi="Courier New"/>
          <w:color w:val="555555"/>
          <w:sz w:val="20"/>
        </w:rPr>
        <w:t>[8 . 486]</w:t>
      </w:r>
    </w:p>
    <w:p>
      <w:r>
        <w:rPr>
          <w:rFonts w:ascii="Gentium Plus" w:hAnsi="Gentium Plus"/>
          <w:sz w:val="24"/>
        </w:rPr>
        <w:t>ἀνώμαλος δὲ ὁ τῶν ληθαργικῶν. Ἀρχιγένης δέ φησι τὸν τῆς ἀρτηρίας τόπον ἰδίως ἐπ’ αὐτῶν θερμότερον εὑρίσκεσθαι, καθάπερ τοῖς σπασθησομένοις μετὰ καταφορᾶς. Τῶν σπωμένων αὐτὸ μὲν τὸ σῶμα τῆς ἀρτηρίας συνῆ‐</w:t>
      </w:r>
    </w:p>
    <w:p>
      <w:r>
        <w:rPr>
          <w:rFonts w:ascii="Courier New" w:hAnsi="Courier New"/>
          <w:color w:val="555555"/>
          <w:sz w:val="20"/>
        </w:rPr>
        <w:t>[5]</w:t>
      </w:r>
    </w:p>
    <w:p>
      <w:r>
        <w:rPr>
          <w:rFonts w:ascii="Gentium Plus" w:hAnsi="Gentium Plus"/>
          <w:sz w:val="24"/>
        </w:rPr>
        <w:t>χθαι δοκεῖ, καὶ πανταχόθεν ἐσφηνῶσθαι, οὐχ ὡς τεθλιμμέ‐ νον ὑπό τινος, ἢ στενοχωρούμενον. οὐ μὴν οὐδ’ ὅλως πε‐ φρικὸς οἷον τὸ πυρεκτικὸν, καὶ μάλιστα, ὡς ἐν ἐπισημασίαις. οὐδὲ ὡς διὰ σκληρότητα δυσεπέκτατον, οἷον τὸ ἐπὶ χρόνου μήκεσι. καὶ μάλιστα σὺν ἁμαρτήμασί τισιν, ἢ σπλάγχνων</w:t>
      </w:r>
    </w:p>
    <w:p>
      <w:r>
        <w:rPr>
          <w:rFonts w:ascii="Courier New" w:hAnsi="Courier New"/>
          <w:color w:val="555555"/>
          <w:sz w:val="20"/>
        </w:rPr>
        <w:t>[10]</w:t>
      </w:r>
    </w:p>
    <w:p>
      <w:r>
        <w:rPr>
          <w:rFonts w:ascii="Gentium Plus" w:hAnsi="Gentium Plus"/>
          <w:sz w:val="24"/>
        </w:rPr>
        <w:t>κακώσεσιν, ἀλλ’ ὡς ἂν εἰ σῶμα νευρῶδες κοῖλον, οἷον ἔντε‐ ρον, ἤ τι παραπλήσιον ἐξ ἀμφοτέρων τῶν περάτων τεταμέ‐ νον. οὕτω δὲ καὶ ἡ κίνησις ἀνώμαλος, ἄνω καὶ κάτω μεθι‐ σταμένης τῆς ἀρτηρίας, ὥσπερ χορδῆς. οὐδὲ γὰρ διαστολῆς, ἢ συστολῆς ἔμφασίς ἐστιν, ἀλλὰ κλόνῳ μᾶλλον ἔοικεν, οἷον</w:t>
      </w:r>
    </w:p>
    <w:p>
      <w:r>
        <w:rPr>
          <w:rFonts w:ascii="Courier New" w:hAnsi="Courier New"/>
          <w:color w:val="555555"/>
          <w:sz w:val="20"/>
        </w:rPr>
        <w:t>[15]</w:t>
      </w:r>
    </w:p>
    <w:p>
      <w:r>
        <w:rPr>
          <w:rFonts w:ascii="Gentium Plus" w:hAnsi="Gentium Plus"/>
          <w:sz w:val="24"/>
        </w:rPr>
        <w:t>ἐκπηδώσης ἄνω, πάλιν δὲ εἴσω σπωμένης, καὶ οὔτε διακεκρι‐ μένως τοῦτο πασχούσης. ἀλλ’ ἑνὶ χρόνῳ πολλάκις τὸ μέν τι μέρος αὐτῆς ἄνω φέρεσθαι δοκεῖ, καθάπερ ἐκτοξευόμενον,</w:t>
      </w:r>
    </w:p>
    <w:p>
      <w:r>
        <w:rPr>
          <w:rFonts w:ascii="Courier New" w:hAnsi="Courier New"/>
          <w:color w:val="555555"/>
          <w:sz w:val="20"/>
        </w:rPr>
        <w:t>[8 . 487]</w:t>
      </w:r>
    </w:p>
    <w:p>
      <w:r>
        <w:rPr>
          <w:rFonts w:ascii="Gentium Plus" w:hAnsi="Gentium Plus"/>
          <w:sz w:val="24"/>
        </w:rPr>
        <w:t>μὲν ταχέως κινεῖσθαι, τὸ δὲ βραδέως. δοκεῖ δὲ καὶ σφοδρὸς εἶναι καὶ μέγας ὁ τῶν σπωμένων σφυγμός. ὁ δὲ ἔστι μὲν οὔτε ἀμυδρὸς, οὔτε μικρὸς, οὐ μὴν ἐφ’ ὅσον φαντάζεται σφοδρὸς, ἢ μέγας. ἐξαπατᾷ γὰρ ἡ πληγὴ, διὰ μὲν τὴν τά‐</w:t>
      </w:r>
    </w:p>
    <w:p>
      <w:r>
        <w:rPr>
          <w:rFonts w:ascii="Courier New" w:hAnsi="Courier New"/>
          <w:color w:val="555555"/>
          <w:sz w:val="20"/>
        </w:rPr>
        <w:t>[5]</w:t>
      </w:r>
    </w:p>
    <w:p>
      <w:r>
        <w:rPr>
          <w:rFonts w:ascii="Gentium Plus" w:hAnsi="Gentium Plus"/>
          <w:sz w:val="24"/>
        </w:rPr>
        <w:t>σιν εὔρωστος φαινομένη, διὰ δὲ τὸν κλόνον ἐκπηδητική. ὅθεν καὶ ὑψηλότερος ἔσθ’ ὅτε φαίνεται, καὶ οἷον ψόφον τινὰ τραχὺν ἀποτελεῖ πρὸς τὴν ἁφήν. καὶ οὐκ ἄν τινα λάθοι τῶν ἠσκημένων ὁ σφυγμὸς οὗτος. οὐδενὶ γὰρ ἔοικεν, οὔτε τὴν ἐφ’ ἑκάτερα τάσιν οὔτε τὸ σπασμῶδες τῆς κινήσεως. μιγνυ‐</w:t>
      </w:r>
    </w:p>
    <w:p>
      <w:r>
        <w:rPr>
          <w:rFonts w:ascii="Courier New" w:hAnsi="Courier New"/>
          <w:color w:val="555555"/>
          <w:sz w:val="20"/>
        </w:rPr>
        <w:t>[10]</w:t>
      </w:r>
    </w:p>
    <w:p>
      <w:r>
        <w:rPr>
          <w:rFonts w:ascii="Gentium Plus" w:hAnsi="Gentium Plus"/>
          <w:sz w:val="24"/>
        </w:rPr>
        <w:t>μένου δὲ αὐτοῦ τῷ τῆς καταφορᾶς δυσφώρατος ἡ κίνησις, καὶ μόνῳ τῷ καθ’ ἑαυτὸν ἑκάτερον γνωρίζειν ἀκριβῶς ἠσκη‐ μένῳ, δυνατὸν καὶ τὴν μίξιν ἐπιγνῶναι. Παραλύσεως σφυγμὸς μικρὸς καὶ ἀμυδρὸς καὶ βραδύς. καί τισι μὲν αὐτῶν ἀραιὸς, τισὶ δὲ πυκνὸς μὲν, ἀλλ’ ὑποδια‐</w:t>
      </w:r>
    </w:p>
    <w:p>
      <w:r>
        <w:rPr>
          <w:rFonts w:ascii="Courier New" w:hAnsi="Courier New"/>
          <w:color w:val="555555"/>
          <w:sz w:val="20"/>
        </w:rPr>
        <w:t>[15]</w:t>
      </w:r>
    </w:p>
    <w:p>
      <w:r>
        <w:rPr>
          <w:rFonts w:ascii="Gentium Plus" w:hAnsi="Gentium Plus"/>
          <w:sz w:val="24"/>
        </w:rPr>
        <w:t>λείπων ἀτάκτως. Ἐπιληπτικῶν δὲ καὶ ἀποπληκτικῶν οἱ σφυγμοὶ παρα‐ πλήσιοι. ὅσα οὖν περὶ τῶν ἐπιληπτικῶν ῥηθήσεται,</w:t>
      </w:r>
    </w:p>
    <w:p>
      <w:r>
        <w:rPr>
          <w:rFonts w:ascii="Courier New" w:hAnsi="Courier New"/>
          <w:color w:val="555555"/>
          <w:sz w:val="20"/>
        </w:rPr>
        <w:t>[8 . 488]</w:t>
      </w:r>
    </w:p>
    <w:p>
      <w:r>
        <w:rPr>
          <w:rFonts w:ascii="Gentium Plus" w:hAnsi="Gentium Plus"/>
          <w:sz w:val="24"/>
        </w:rPr>
        <w:t>ἐπιτεταμένα δὲ μᾶλλον. ἐν μὲν δὴ τῷ μετρίως ἐνοχλεῖσθαι, καὶ μηδέπω τῆς φύσεως ἱκανῶς ἰσχυρότερον εἶναι τὸ πάθος, οὐδεμίαν εὔδηλόν ἐστιν εὑρεῖν τροπὴν ἐν μεγέθει καὶ σφο‐ δρότητι καὶ τάχει καὶ πυκνότητι καὶ σκληρότητι. μόνον δ’</w:t>
      </w:r>
    </w:p>
    <w:p>
      <w:r>
        <w:rPr>
          <w:rFonts w:ascii="Courier New" w:hAnsi="Courier New"/>
          <w:color w:val="555555"/>
          <w:sz w:val="20"/>
        </w:rPr>
        <w:t>[5]</w:t>
      </w:r>
    </w:p>
    <w:p>
      <w:r>
        <w:rPr>
          <w:rFonts w:ascii="Gentium Plus" w:hAnsi="Gentium Plus"/>
          <w:sz w:val="24"/>
        </w:rPr>
        <w:t>ὥσπερ τεταμένη καθ’ ἑκάτερόν ἐστιν ἡ ἀρτηρία τοῖς σπωμέ‐ νοις εἰκότως. εἰ δ’ ἰσχυρὸν εἴη τὸ πάθος, ὡς βαρύνειν τὴν δύναμιν, ἀνωμαλίαν τέ τινα λαμβάνει καὶ τάσιν ἰσχυρὰν καὶ μικρότερος γίνεται καὶ ἀμυδρότερος καὶ ἀραιότερος. μεγάλως δὲ θλίψαν, καὶ καταβαλὸν τὴν δύναμιν, ἀμυδροὺς καὶ πυ‐</w:t>
      </w:r>
    </w:p>
    <w:p>
      <w:r>
        <w:rPr>
          <w:rFonts w:ascii="Courier New" w:hAnsi="Courier New"/>
          <w:color w:val="555555"/>
          <w:sz w:val="20"/>
        </w:rPr>
        <w:t>[10]</w:t>
      </w:r>
    </w:p>
    <w:p>
      <w:r>
        <w:rPr>
          <w:rFonts w:ascii="Gentium Plus" w:hAnsi="Gentium Plus"/>
          <w:sz w:val="24"/>
        </w:rPr>
        <w:t>κνοὺς καὶ ταχεῖς ἐργάζεται. Ὁ δὲ τῶν συναγχικῶν σφυγμὸς τάσιν μέν τινα παρα‐ πλησίαν ἔχει τῷ σπασμῷ, μέγας δέ ἐστι καὶ κυματώδης, ὡς τῶν περιπνευμονικῶν. καὶ ὁπότερον ἂν ἐπ’ αὐτῷ μεγάλως ἐπικρατῇ, κατ’ ἐκεῖνο χρὴ προσδοκᾷν τὴν μετάπτωσιν.</w:t>
      </w:r>
    </w:p>
    <w:p>
      <w:r>
        <w:rPr>
          <w:rFonts w:ascii="Courier New" w:hAnsi="Courier New"/>
          <w:color w:val="555555"/>
          <w:sz w:val="20"/>
        </w:rPr>
        <w:t>[15]</w:t>
      </w:r>
    </w:p>
    <w:p>
      <w:r>
        <w:rPr>
          <w:rFonts w:ascii="Gentium Plus" w:hAnsi="Gentium Plus"/>
          <w:sz w:val="24"/>
        </w:rPr>
        <w:t>εἰ μὲν γὰρ τὸ περιπνευμονικὸν εἶδος ἐπικρατήσειεν, εἰς περι‐ πνευμονίας, εἰ δὲ τὸ σπασμῶδες, εἰς σπασμὸν ἡ συνάγχη τελήσει· ὅσοι δ’ ἂν ἐξ αὐτῶν ἰσχυρῶς πνίγονται, μικρὸς τούτοις καὶ ἀραιὸς ὁ σφυγμὸς γίνεται· τελευτώντων δ’ ἤδη</w:t>
      </w:r>
    </w:p>
    <w:p>
      <w:r>
        <w:rPr>
          <w:rFonts w:ascii="Courier New" w:hAnsi="Courier New"/>
          <w:color w:val="555555"/>
          <w:sz w:val="20"/>
        </w:rPr>
        <w:t>[8 . 489]</w:t>
      </w:r>
    </w:p>
    <w:p>
      <w:r>
        <w:rPr>
          <w:rFonts w:ascii="Gentium Plus" w:hAnsi="Gentium Plus"/>
          <w:sz w:val="24"/>
        </w:rPr>
        <w:t>Ὀρθοπνοίας ὀξείας σφυγμὸς ἀνώμαλος καὶ ἄτακτος καὶ ὑπεκλείπων. καὶ τῆς μὲν μέσης τῇ κακίᾳ πυκνὸς, τῆς δ’ ἐσχάτως βιαίας βραδὺς καὶ ἐκλείπων· τῆς δ’ ἀναιρούσης ἤδη, πυκνὸς καὶ ἀμυδρός.</w:t>
      </w:r>
    </w:p>
    <w:p>
      <w:r>
        <w:rPr>
          <w:rFonts w:ascii="Courier New" w:hAnsi="Courier New"/>
          <w:color w:val="555555"/>
          <w:sz w:val="20"/>
        </w:rPr>
        <w:t>[5]</w:t>
      </w:r>
    </w:p>
    <w:p>
      <w:r>
        <w:rPr>
          <w:rFonts w:ascii="Gentium Plus" w:hAnsi="Gentium Plus"/>
          <w:sz w:val="24"/>
        </w:rPr>
        <w:t>Ὑστερικῆς δὲ πνίξεως ἀποτεταμένος σπασμωδῶς καὶ ἀραιός. τῆς δ’ ὀλεθρίας πυκνὸς καὶ ἄτακτος καὶ ὑπεκ‐ λείπων. Στόμαχος πεπονθὼς, οὕτως γὰρ καλείσθω καὶ ὑφ’ ἡμῶν ἐν τῷ παρόντι τὸ στόμα τῆς κοιλίας διὰ τὴν τῶν πολ‐</w:t>
      </w:r>
    </w:p>
    <w:p>
      <w:r>
        <w:rPr>
          <w:rFonts w:ascii="Courier New" w:hAnsi="Courier New"/>
          <w:color w:val="555555"/>
          <w:sz w:val="20"/>
        </w:rPr>
        <w:t>[10]</w:t>
      </w:r>
    </w:p>
    <w:p>
      <w:r>
        <w:rPr>
          <w:rFonts w:ascii="Gentium Plus" w:hAnsi="Gentium Plus"/>
          <w:sz w:val="24"/>
        </w:rPr>
        <w:t>λῶν συνήθειαν, οὐ καθ’ ἓν εἶδος τρέπει τὸν σφυγμόν. ἀλλ’ ὁ μὲν φλεγμαίνων μόνον, οἵαν ἐπὶ φλεγμονῆς νευρώδους σώ‐ ματος εἴπομεν γίνεσθαι, τὴν τροπὴν τοιαύτην ἐργάζεται. ὁ δὲ θλιβόμενος, ἢ δακνόμενος, ἢ ἐκλύων, ἢ ἐμετικὸς, ἢ ναυτιώδης, ἢ ἀνόρεκτος, ἢ ὀδυνώδης κατὰ τὸ τοῦ συμπτώ‐</w:t>
      </w:r>
    </w:p>
    <w:p>
      <w:r>
        <w:rPr>
          <w:rFonts w:ascii="Courier New" w:hAnsi="Courier New"/>
          <w:color w:val="555555"/>
          <w:sz w:val="20"/>
        </w:rPr>
        <w:t>[15]</w:t>
      </w:r>
    </w:p>
    <w:p>
      <w:r>
        <w:rPr>
          <w:rFonts w:ascii="Gentium Plus" w:hAnsi="Gentium Plus"/>
          <w:sz w:val="24"/>
        </w:rPr>
        <w:t>ματος εἶδος. αἱ μὲν γὰρ δήξεις καὶ οἱ ἔμετοι καὶ ναυτίαι καὶ οἱ λυγμοὶ καὶ οἱ ἀλυσμοὶ καὶ ἐκλύσεις ἰσχυρῶς πυ‐</w:t>
      </w:r>
    </w:p>
    <w:p>
      <w:r>
        <w:rPr>
          <w:rFonts w:ascii="Courier New" w:hAnsi="Courier New"/>
          <w:color w:val="555555"/>
          <w:sz w:val="20"/>
        </w:rPr>
        <w:t>[8 . 490]</w:t>
      </w:r>
    </w:p>
    <w:p>
      <w:r>
        <w:rPr>
          <w:rFonts w:ascii="Gentium Plus" w:hAnsi="Gentium Plus"/>
          <w:sz w:val="24"/>
        </w:rPr>
        <w:t>σθαι. καί τισι μετρίως θάττονα. θλίψις δὲ μόνη χωρὶς τούτων τινὸς ἀραιὸν καὶ βραδὺν καὶ μικρὸν καὶ ἀμυδρόν. ἡ δὲ τοιαύτη θλίψις ἐπὶ τροφαῖς βαρυνούσαις γίνεται, μηδε‐ μίαν ἐχούσαις ἰσχυρὰν δύναμιν, ἀλλὰ τῷ ποσῷ μόνῳ διο‐</w:t>
      </w:r>
    </w:p>
    <w:p>
      <w:r>
        <w:rPr>
          <w:rFonts w:ascii="Courier New" w:hAnsi="Courier New"/>
          <w:color w:val="555555"/>
          <w:sz w:val="20"/>
        </w:rPr>
        <w:t>[5]</w:t>
      </w:r>
    </w:p>
    <w:p>
      <w:r>
        <w:rPr>
          <w:rFonts w:ascii="Gentium Plus" w:hAnsi="Gentium Plus"/>
          <w:sz w:val="24"/>
        </w:rPr>
        <w:t>χλούσαις, καί τισι ὑγροῖς συῤῥυεῖσιν εἰς αὐτὸν ἀδήκτοις. εἰ δὲ καὶ ψύχοιτο πρὸς αὐτῶν, τότε δὴ καὶ μάλιστα τοιοῦ‐ τος ὁ σφυγμὸς ἔσται. καὶ ὁ τῶν βουλιμιώντων δὲ τοιοῦ‐ τός ἐστιν. αἱ μὲν οὖν εἰς πυκνότητα τρέπουσαι διαθέσεις, ἅπασαι χρονίζουσαι, ἢ καὶ σφοδρότεραι γινόμεναι, τὸν σκω‐</w:t>
      </w:r>
    </w:p>
    <w:p>
      <w:r>
        <w:rPr>
          <w:rFonts w:ascii="Courier New" w:hAnsi="Courier New"/>
          <w:color w:val="555555"/>
          <w:sz w:val="20"/>
        </w:rPr>
        <w:t>[10]</w:t>
      </w:r>
    </w:p>
    <w:p>
      <w:r>
        <w:rPr>
          <w:rFonts w:ascii="Gentium Plus" w:hAnsi="Gentium Plus"/>
          <w:sz w:val="24"/>
        </w:rPr>
        <w:t>ληκίζοντα σφυγμὸν ἐργάζονται. αἱ δὲ εἰς ἀραιότητα πρὸς τῷ τὰς εἰρημένας διαφορὰς ἐπιτείνειν τοιοῦτόν τι σὺν αὐτοῖς εἶδος ἐν τῇ καθ’ ἕνα σφυγμὸν ἀνωμαλίᾳ γεννῶσιν, ὡς εἰς πολλὰ δοκεῖν τετρῆσθαι τὸ σῶμα τῆς ἀρτηρίας, ὡς μηδὲν συνεχὲς δοκεῖν εἶναι, ἀλλ’ οἷον ψάμμου προσπεσούσης αἴσθη‐</w:t>
      </w:r>
    </w:p>
    <w:p>
      <w:r>
        <w:rPr>
          <w:rFonts w:ascii="Courier New" w:hAnsi="Courier New"/>
          <w:color w:val="555555"/>
          <w:sz w:val="20"/>
        </w:rPr>
        <w:t>[15]</w:t>
      </w:r>
    </w:p>
    <w:p>
      <w:r>
        <w:rPr>
          <w:rFonts w:ascii="Gentium Plus" w:hAnsi="Gentium Plus"/>
          <w:sz w:val="24"/>
        </w:rPr>
        <w:t>σιν γίνεσθαι τῇ ἁφῇ κατὰ τὴν διαστολήν. Ὑδέρων ὁ σφυγμὸς τοῦ μὲν ἀσκίτου μακρὸς καὶ πυκνὸς</w:t>
      </w:r>
    </w:p>
    <w:p>
      <w:r>
        <w:rPr>
          <w:rFonts w:ascii="Courier New" w:hAnsi="Courier New"/>
          <w:color w:val="555555"/>
          <w:sz w:val="20"/>
        </w:rPr>
        <w:t>[8 . 491]</w:t>
      </w:r>
    </w:p>
    <w:p>
      <w:r>
        <w:rPr>
          <w:rFonts w:ascii="Gentium Plus" w:hAnsi="Gentium Plus"/>
          <w:sz w:val="24"/>
        </w:rPr>
        <w:t>τερος, οὐκ ἄῤῥωστος, θάττων, πυκνὸς, ὑπόσκληρος, σύν τινι τάσει· τοῦ δὲ ἀνὰ σάρκα κυματώδης πλατύτερος καὶ μαλακός. Ἐλεφαντιώντων σφυγμὸς μικρὸς καὶ ἄῤῥωστος καὶ βρα‐</w:t>
      </w:r>
    </w:p>
    <w:p>
      <w:r>
        <w:rPr>
          <w:rFonts w:ascii="Courier New" w:hAnsi="Courier New"/>
          <w:color w:val="555555"/>
          <w:sz w:val="20"/>
        </w:rPr>
        <w:t>[5]</w:t>
      </w:r>
    </w:p>
    <w:p>
      <w:r>
        <w:rPr>
          <w:rFonts w:ascii="Gentium Plus" w:hAnsi="Gentium Plus"/>
          <w:sz w:val="24"/>
        </w:rPr>
        <w:t>δὺς καὶ πυκνός. Ἰκτεριώντων σφυγμὸς ἄνευ πυρετοῦ μικρότερος, πυ‐ κνότερος, σκληρότερος, οὐκ ἀμυδρὸς, οὐ τάχυς. Τῶν δὲ ἐλλέβορον εἰληφότων, ὀλίγον μὲν πρὸ τῶν ἐμέτων, ἡνίκα ἂν θλίβωνται, πλατὺς, ἀραιὸς, ἀμυδρότε‐</w:t>
      </w:r>
    </w:p>
    <w:p>
      <w:r>
        <w:rPr>
          <w:rFonts w:ascii="Courier New" w:hAnsi="Courier New"/>
          <w:color w:val="555555"/>
          <w:sz w:val="20"/>
        </w:rPr>
        <w:t>[10]</w:t>
      </w:r>
    </w:p>
    <w:p>
      <w:r>
        <w:rPr>
          <w:rFonts w:ascii="Gentium Plus" w:hAnsi="Gentium Plus"/>
          <w:sz w:val="24"/>
        </w:rPr>
        <w:t>ρος καὶ βραδύτερος· ἐμούντων δὲ καὶ σπαραττομένων ἀνώμα‐ λος καὶ ἄτακτος. ἤδη δὲ καὶ βελτιόνων γινομένων τεταγ‐ μένος μὲν, ἀλλὰ καὶ ἔτι ἀνώμαλος, ἧττον δὲ ἢ πρόσθεν. ἐγγὺς δὲ τοῦ κατὰ φύσιν ἐλθόντων ὁμαλὸς καὶ μείζων τοῦ πρόσθεν καὶ σφοδρότερος. ὅσοι δὲ ἐξ αὐτῶν συγκόπτον‐</w:t>
      </w:r>
    </w:p>
    <w:p>
      <w:r>
        <w:rPr>
          <w:rFonts w:ascii="Courier New" w:hAnsi="Courier New"/>
          <w:color w:val="555555"/>
          <w:sz w:val="20"/>
        </w:rPr>
        <w:t>[15]</w:t>
      </w:r>
    </w:p>
    <w:p>
      <w:r>
        <w:rPr>
          <w:rFonts w:ascii="Gentium Plus" w:hAnsi="Gentium Plus"/>
          <w:sz w:val="24"/>
        </w:rPr>
        <w:t>ται καὶ σπῶνται καὶ λύζουσι, μικρὸς τούτοις καὶ ἀμυ‐ δρὸς καὶ ἄτακτος ὁ σφυγμὸς καὶ θάττων καὶ πυκνὸς</w:t>
      </w:r>
    </w:p>
    <w:p>
      <w:r>
        <w:rPr>
          <w:rFonts w:ascii="Courier New" w:hAnsi="Courier New"/>
          <w:color w:val="555555"/>
          <w:sz w:val="20"/>
        </w:rPr>
        <w:t>[8 . 492]</w:t>
      </w:r>
    </w:p>
    <w:p>
      <w:r>
        <w:rPr>
          <w:rFonts w:ascii="Gentium Plus" w:hAnsi="Gentium Plus"/>
          <w:sz w:val="24"/>
        </w:rPr>
        <w:t>καὶ ἄτακτος καὶ ἀνώμαλος, οὐ μὴν πυκνὸς, οὐδὲ ταχὺς, ἀλλ’ ἐπιβραδύνων μᾶλλον. ἐμφαίνει δέ τι καὶ κυματῶ‐ δες καὶ πλατὺ καί ποτε καὶ τάσιν τινὰ τῆς ἀρτηρίας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