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Στοιχεῖα Ἀστρονομίας</w:t>
      </w:r>
      <w:r>
        <w:br/>
      </w:r>
      <w:r>
        <w:rPr>
          <w:i/>
          <w:color w:val="666666"/>
          <w:sz w:val="40"/>
        </w:rPr>
        <w:t>Elements of Astronomy</w:t>
      </w:r>
    </w:p>
    <w:p>
      <w:pPr>
        <w:jc w:val="center"/>
      </w:pPr>
      <w:r>
        <w:rPr>
          <w:rFonts w:ascii="Times New Roman" w:hAnsi="Times New Roman"/>
          <w:color w:val="1E3A70"/>
          <w:sz w:val="32"/>
        </w:rPr>
        <w:t>Γεμῖνος ὁ Ῥόδιος</w:t>
      </w:r>
      <w:r>
        <w:br/>
      </w:r>
      <w:r>
        <w:rPr>
          <w:i/>
          <w:color w:val="666666"/>
          <w:sz w:val="28"/>
        </w:rPr>
        <w:t>by Geminus Rhodes</w:t>
      </w:r>
    </w:p>
    <w:p/>
    <w:p>
      <w:r>
        <w:rPr>
          <w:rFonts w:ascii="Courier New" w:hAnsi="Courier New"/>
          <w:color w:val="555555"/>
          <w:sz w:val="20"/>
        </w:rPr>
        <w:t>[T 1]</w:t>
      </w:r>
    </w:p>
    <w:p>
      <w:r>
        <w:rPr>
          <w:rFonts w:ascii="Gentium Plus" w:hAnsi="Gentium Plus"/>
          <w:sz w:val="24"/>
        </w:rPr>
        <w:t>ΓΕΜΙΝΟΥ ΕΙΣΑΓΩΓΗ ΕΙΣ ΤΑ ΦΑΙΝΟΜΕΝΑ</w:t>
      </w:r>
    </w:p>
    <w:p>
      <w:r>
        <w:rPr>
          <w:rFonts w:ascii="Courier New" w:hAnsi="Courier New"/>
          <w:color w:val="555555"/>
          <w:sz w:val="20"/>
        </w:rPr>
        <w:t>[1 . 1]</w:t>
      </w:r>
    </w:p>
    <w:p>
      <w:r>
        <w:rPr>
          <w:rFonts w:ascii="Gentium Plus" w:hAnsi="Gentium Plus"/>
          <w:sz w:val="24"/>
        </w:rPr>
        <w:t>Ὁ τῶν ζῳδίων κύκλος διαιρεῖται εἰς μέρη ιβ, καὶ καλεῖται κοινῶς μὲν ἕκαστον τῶν τμημάτων δωδεκατη‐ μόριον, ἰδίως δὲ ἀπὸ τῶν ἐμπεριεχομένων ἀστέρων ὑφ’ ὧν καὶ διατυποῦται ἕκαστον αὐτῶν ζῴδιον.</w:t>
      </w:r>
    </w:p>
    <w:p>
      <w:r>
        <w:rPr>
          <w:rFonts w:ascii="Courier New" w:hAnsi="Courier New"/>
          <w:color w:val="555555"/>
          <w:sz w:val="20"/>
        </w:rPr>
        <w:t>[1 . 2]</w:t>
      </w:r>
    </w:p>
    <w:p>
      <w:r>
        <w:rPr>
          <w:rFonts w:ascii="Gentium Plus" w:hAnsi="Gentium Plus"/>
          <w:sz w:val="24"/>
        </w:rPr>
        <w:t>Ἔστι δὲ καὶ τὰ ιβ ζῴδια τάδε· Κριός, Ταῦρος, Δίδυμοι, Καρκί‐ νος, Λέων, Παρθένος, Ζυγός, Σκορπίος, Τοξότης, Αἰγό‐ κερως, Ὑδροχόος, Ἰχθύες.</w:t>
      </w:r>
    </w:p>
    <w:p>
      <w:r>
        <w:rPr>
          <w:rFonts w:ascii="Courier New" w:hAnsi="Courier New"/>
          <w:color w:val="555555"/>
          <w:sz w:val="20"/>
        </w:rPr>
        <w:t>[1 . 3]</w:t>
      </w:r>
    </w:p>
    <w:p>
      <w:r>
        <w:rPr>
          <w:rFonts w:ascii="Gentium Plus" w:hAnsi="Gentium Plus"/>
          <w:sz w:val="24"/>
        </w:rPr>
        <w:t>Διχῶς δὲ λέγεται ζῴδιον, καθ’ ἕνα μὲν τρόπον τὸ ιβον μέρος τοῦ ζῳδιακοῦ κύκλου, ὅ ἐστι διάστημά τι τόπου ἢ ἄστροις ἢ σημείοις ἀφοριζόμενον, καθ’ ἕτερον δὲ τὸ ἐκ τῶν ἀστέρων εἰδωλοπεποιημένον κατὰ τὴν ὁμοιό‐</w:t>
      </w:r>
    </w:p>
    <w:p>
      <w:r>
        <w:rPr>
          <w:rFonts w:ascii="Courier New" w:hAnsi="Courier New"/>
          <w:color w:val="555555"/>
          <w:sz w:val="20"/>
        </w:rPr>
        <w:t>[5]</w:t>
      </w:r>
    </w:p>
    <w:p>
      <w:r>
        <w:rPr>
          <w:rFonts w:ascii="Gentium Plus" w:hAnsi="Gentium Plus"/>
          <w:sz w:val="24"/>
        </w:rPr>
        <w:t>τητα καὶ τὴν θέσιν τῶν ἀστέρων.</w:t>
      </w:r>
    </w:p>
    <w:p>
      <w:r>
        <w:rPr>
          <w:rFonts w:ascii="Courier New" w:hAnsi="Courier New"/>
          <w:color w:val="555555"/>
          <w:sz w:val="20"/>
        </w:rPr>
        <w:t>[1 . 4]</w:t>
      </w:r>
    </w:p>
    <w:p>
      <w:r>
        <w:rPr>
          <w:rFonts w:ascii="Gentium Plus" w:hAnsi="Gentium Plus"/>
          <w:sz w:val="24"/>
        </w:rPr>
        <w:t>Τὰ μὲν οὖν δωδε‐ κατημόρια ἴσα ἐστὶ κατὰ τὸ μέγεθος· διόπτρᾳ γὰρ διῄρηται ὁ τῶν ζῳδίων κύκλος εἰς ιβ μέρη ἴσα. Τὰ δὲ κατεστηριγμένα ζῴδια οὔτε ἴσα ἐστὶ κατὰ τὸ μέγεθος</w:t>
      </w:r>
    </w:p>
    <w:p>
      <w:r>
        <w:rPr>
          <w:rFonts w:ascii="Courier New" w:hAnsi="Courier New"/>
          <w:color w:val="555555"/>
          <w:sz w:val="20"/>
        </w:rPr>
        <w:t>[5]</w:t>
      </w:r>
    </w:p>
    <w:p>
      <w:r>
        <w:rPr>
          <w:rFonts w:ascii="Gentium Plus" w:hAnsi="Gentium Plus"/>
          <w:sz w:val="24"/>
        </w:rPr>
        <w:t>οὔτε ἐξ ἴσων ἀστέρων συνέστηκεν οὔτε πάντα ἐκπληροῖ τοὺς ἰδίους τόπους τῶν δωδεκατημορίων·</w:t>
      </w:r>
    </w:p>
    <w:p>
      <w:r>
        <w:rPr>
          <w:rFonts w:ascii="Courier New" w:hAnsi="Courier New"/>
          <w:color w:val="555555"/>
          <w:sz w:val="20"/>
        </w:rPr>
        <w:t>[1 . 5]</w:t>
      </w:r>
    </w:p>
    <w:p>
      <w:r>
        <w:rPr>
          <w:rFonts w:ascii="Gentium Plus" w:hAnsi="Gentium Plus"/>
          <w:sz w:val="24"/>
        </w:rPr>
        <w:t>ἀλλ’ ἃ μὲν ἐλλείπει, καθάπερ ὁ Καρκίνος· μικρὸν γὰρ τόπον ἐπέχει τοῦ ἰδίου τόπου· ἃ δὲ ὑπερπίπτει καὶ μέρη τινὰ τῶν προηγουμένων καὶ τῶν ἑπομένων ζῳδίων ἐπιλαμβά‐</w:t>
      </w:r>
    </w:p>
    <w:p>
      <w:r>
        <w:rPr>
          <w:rFonts w:ascii="Courier New" w:hAnsi="Courier New"/>
          <w:color w:val="555555"/>
          <w:sz w:val="20"/>
        </w:rPr>
        <w:t>[5]</w:t>
      </w:r>
    </w:p>
    <w:p>
      <w:r>
        <w:rPr>
          <w:rFonts w:ascii="Gentium Plus" w:hAnsi="Gentium Plus"/>
          <w:sz w:val="24"/>
        </w:rPr>
        <w:t>νει, καθάπερ ἡ Παρθένος· ἔτι δέ τινα τῶν ιβ ζῳδίων οὐδὲ</w:t>
      </w:r>
    </w:p>
    <w:p>
      <w:r>
        <w:rPr>
          <w:rFonts w:ascii="Courier New" w:hAnsi="Courier New"/>
          <w:color w:val="555555"/>
          <w:sz w:val="20"/>
        </w:rPr>
        <w:t>[1 . 6]</w:t>
      </w:r>
    </w:p>
    <w:p>
      <w:r>
        <w:rPr>
          <w:rFonts w:ascii="Gentium Plus" w:hAnsi="Gentium Plus"/>
          <w:sz w:val="24"/>
        </w:rPr>
        <w:t>Πάλιν δὲ ἕκαστον τῶν δωδεκατημορίων διαιρεῖται εἰς μέρη λ, καὶ καλεῖται τὸ ἓν τμῆμα μοῖρα, ὥστε τὸν ὅλον κύκλον τῶν ζῳδίων περιέχειν ζῴδια μὲν ιβ, μοί‐ ρας δὲ τξ.</w:t>
      </w:r>
    </w:p>
    <w:p>
      <w:r>
        <w:rPr>
          <w:rFonts w:ascii="Courier New" w:hAnsi="Courier New"/>
          <w:color w:val="555555"/>
          <w:sz w:val="20"/>
        </w:rPr>
        <w:t>[1 . 7]</w:t>
      </w:r>
    </w:p>
    <w:p>
      <w:r>
        <w:rPr>
          <w:rFonts w:ascii="Gentium Plus" w:hAnsi="Gentium Plus"/>
          <w:sz w:val="24"/>
        </w:rPr>
        <w:t>Ὁ δὲ ἥλιος ἐνιαυτῷ διαπορεύεται τὸν ζῳδιακὸν κύκλον· ἔστι γὰρ ἐνιαύσιος χρόνος, ἐν ᾧ ὁ ἥλιος περι‐ πορεύεται τὸν ζῳδιακὸν κύκλον καὶ ἀπὸ τοῦ αὐτοῦ ση‐ μείου ἐπὶ τὸ αὐτὸ σημεῖον ἀποκαθίσταται. Ὁ δὲ χρόνος</w:t>
      </w:r>
    </w:p>
    <w:p>
      <w:r>
        <w:rPr>
          <w:rFonts w:ascii="Courier New" w:hAnsi="Courier New"/>
          <w:color w:val="555555"/>
          <w:sz w:val="20"/>
        </w:rPr>
        <w:t>[5]</w:t>
      </w:r>
    </w:p>
    <w:p>
      <w:r>
        <w:rPr>
          <w:rFonts w:ascii="Gentium Plus" w:hAnsi="Gentium Plus"/>
          <w:sz w:val="24"/>
        </w:rPr>
        <w:t>οὗτός ἐστι τξε δʹ· ἐν τοσαύταις γὰρ ἡμέραις τὰς τξ μοίρας παροδεύει ὁ ἥλιος, ὥστε παρὰ μικρὸν ἐν μιᾷ ἡμέρᾳ μοῖραν κινεῖσθαι τὸν ἥλιον.</w:t>
      </w:r>
    </w:p>
    <w:p>
      <w:r>
        <w:rPr>
          <w:rFonts w:ascii="Courier New" w:hAnsi="Courier New"/>
          <w:color w:val="555555"/>
          <w:sz w:val="20"/>
        </w:rPr>
        <w:t>[1 . 8]</w:t>
      </w:r>
    </w:p>
    <w:p>
      <w:r>
        <w:rPr>
          <w:rFonts w:ascii="Gentium Plus" w:hAnsi="Gentium Plus"/>
          <w:sz w:val="24"/>
        </w:rPr>
        <w:t>Ἄλλο μέντοι γέ ἐστι μοῖρα καὶ ἄλλο ἡμέρα. Μοῖρα μὲν γάρ ἐστι διάστημά τι λὸν μέρος ὑπάρχον τοῦ ζῳδίου, ἡμέρα δέ ἐστι χρόνος λὸν μέρος ὡς ἔγγιστα τοῦ μηνιαίου χρόνου. Καὶ ἡ μὲν</w:t>
      </w:r>
    </w:p>
    <w:p>
      <w:r>
        <w:rPr>
          <w:rFonts w:ascii="Courier New" w:hAnsi="Courier New"/>
          <w:color w:val="555555"/>
          <w:sz w:val="20"/>
        </w:rPr>
        <w:t>[5]</w:t>
      </w:r>
    </w:p>
    <w:p>
      <w:r>
        <w:rPr>
          <w:rFonts w:ascii="Gentium Plus" w:hAnsi="Gentium Plus"/>
          <w:sz w:val="24"/>
        </w:rPr>
        <w:t>μοῖρα τξον μέρος ἐστὶ τοῦ ζῳδιακοῦ κύκλου, ἡ δὲ ἡμέρα τξεον καὶ δον μέρος ὡς ἔγγιστα τοῦ ἐνιαυσιαίου χρόνου. Καὶ πάντα μὲν τὰ ζῴδια τριακονταμόριά ἐστιν, οὐ πάντα δὲ τριακονθήμερα.</w:t>
      </w:r>
    </w:p>
    <w:p>
      <w:r>
        <w:rPr>
          <w:rFonts w:ascii="Courier New" w:hAnsi="Courier New"/>
          <w:color w:val="555555"/>
          <w:sz w:val="20"/>
        </w:rPr>
        <w:t>[1 . 9]</w:t>
      </w:r>
    </w:p>
    <w:p>
      <w:r>
        <w:rPr>
          <w:rFonts w:ascii="Gentium Plus" w:hAnsi="Gentium Plus"/>
          <w:sz w:val="24"/>
        </w:rPr>
        <w:t>Διαιρεῖται δὲ ὁ ἐνιαύσιος χρόνος εἰς μέρη δ, ἔαρ θέρος φθινόπωρον καὶ χειμῶνα. Ἐαρινὴ μὲν οὖν ἰσημερία γίνεται περὶ τὴν τῶν ἀνθέων ἀκμὴν ἐν Κριοῦ μιᾷ μοίρᾳ. Τροπὴ δὲ θερινὴ γίνεται περὶ τὴν τῶν καυμάτων ἐπίτασιν</w:t>
      </w:r>
    </w:p>
    <w:p>
      <w:r>
        <w:rPr>
          <w:rFonts w:ascii="Courier New" w:hAnsi="Courier New"/>
          <w:color w:val="555555"/>
          <w:sz w:val="20"/>
        </w:rPr>
        <w:t>[5]</w:t>
      </w:r>
    </w:p>
    <w:p>
      <w:r>
        <w:rPr>
          <w:rFonts w:ascii="Gentium Plus" w:hAnsi="Gentium Plus"/>
          <w:sz w:val="24"/>
        </w:rPr>
        <w:t>ἐν Καρκίνου μιᾷ μοίρᾳ.</w:t>
      </w:r>
    </w:p>
    <w:p>
      <w:r>
        <w:rPr>
          <w:rFonts w:ascii="Courier New" w:hAnsi="Courier New"/>
          <w:color w:val="555555"/>
          <w:sz w:val="20"/>
        </w:rPr>
        <w:t>[1 . 10]</w:t>
      </w:r>
    </w:p>
    <w:p>
      <w:r>
        <w:rPr>
          <w:rFonts w:ascii="Gentium Plus" w:hAnsi="Gentium Plus"/>
          <w:sz w:val="24"/>
        </w:rPr>
        <w:t>ὅταν〉 τὸν βορειότατον κύκλον γράψῃ καὶ μεγίστην πασῶν τῶν ἐν τῷ ἐνιαυτῷ ἡμέραν ἐπιτελέσῃ, ἐλαχίστην δὲ τὴν νύκτα· ἡ μέντοι γε μεγίστη ἡμέρα ἴση ἐστὶ τῇ μεγίστῃ νυκτερινῇ, καὶ ἡ ἐλαχίστη ἡμέρα ἴση ἐστὶ τῇ</w:t>
      </w:r>
    </w:p>
    <w:p>
      <w:r>
        <w:rPr>
          <w:rFonts w:ascii="Courier New" w:hAnsi="Courier New"/>
          <w:color w:val="555555"/>
          <w:sz w:val="20"/>
        </w:rPr>
        <w:t>[5]</w:t>
      </w:r>
    </w:p>
    <w:p>
      <w:r>
        <w:rPr>
          <w:rFonts w:ascii="Gentium Plus" w:hAnsi="Gentium Plus"/>
          <w:sz w:val="24"/>
        </w:rPr>
        <w:t>ἐλαχίστῃ νυκτερινῇ· ἔστι δὲ ἡ μεγίστη ἡμέρα κατὰ τὸ ἐν Ῥόδῳ κλίμα ὡρῶν ἰσημερινῶν ιδ 𐅵ʹ.</w:t>
      </w:r>
    </w:p>
    <w:p>
      <w:r>
        <w:rPr>
          <w:rFonts w:ascii="Courier New" w:hAnsi="Courier New"/>
          <w:color w:val="555555"/>
          <w:sz w:val="20"/>
        </w:rPr>
        <w:t>[1 . 11]</w:t>
      </w:r>
    </w:p>
    <w:p>
      <w:r>
        <w:rPr>
          <w:rFonts w:ascii="Gentium Plus" w:hAnsi="Gentium Plus"/>
          <w:sz w:val="24"/>
        </w:rPr>
        <w:t>Ἰσημε‐ ρία δέ ἐστι φθινοπωρινή, ὅταν ὁ ἥλιος ἀπ’ ἄρκτων πρὸς μεσημβρίαν παροδεύων πάλιν ἐπὶ τοῦ ἰσημερινοῦ γέ‐ νηται κύκλου καὶ ἴσην τὴν ἡμέραν τῇ νυκτερινῇ ποιήση‐</w:t>
      </w:r>
    </w:p>
    <w:p>
      <w:r>
        <w:rPr>
          <w:rFonts w:ascii="Courier New" w:hAnsi="Courier New"/>
          <w:color w:val="555555"/>
          <w:sz w:val="20"/>
        </w:rPr>
        <w:t>[5]</w:t>
      </w:r>
    </w:p>
    <w:p>
      <w:r>
        <w:rPr>
          <w:rFonts w:ascii="Gentium Plus" w:hAnsi="Gentium Plus"/>
          <w:sz w:val="24"/>
        </w:rPr>
        <w:t>ται.</w:t>
      </w:r>
    </w:p>
    <w:p>
      <w:r>
        <w:rPr>
          <w:rFonts w:ascii="Courier New" w:hAnsi="Courier New"/>
          <w:color w:val="555555"/>
          <w:sz w:val="20"/>
        </w:rPr>
        <w:t>[1 . 12]</w:t>
      </w:r>
    </w:p>
    <w:p>
      <w:r>
        <w:rPr>
          <w:rFonts w:ascii="Gentium Plus" w:hAnsi="Gentium Plus"/>
          <w:sz w:val="24"/>
        </w:rPr>
        <w:t>Τροπὴ δέ ἐστι χειμερινή, ὅταν ὁ ἥλιος πορρω‐ τάτω ἡμῶν τῆς οἰκήσεως γένηται καὶ ταπεινότατον ὡς πρὸς τὸν ὁρίζοντα καὶ νοτιώτατον κύκλον γράψῃ καὶ μεγίστην πασῶν τῶν ἐν τῷ ἐνιαυτῷ νύκτα ποιήσηται,</w:t>
      </w:r>
    </w:p>
    <w:p>
      <w:r>
        <w:rPr>
          <w:rFonts w:ascii="Courier New" w:hAnsi="Courier New"/>
          <w:color w:val="555555"/>
          <w:sz w:val="20"/>
        </w:rPr>
        <w:t>[5]</w:t>
      </w:r>
    </w:p>
    <w:p>
      <w:r>
        <w:rPr>
          <w:rFonts w:ascii="Gentium Plus" w:hAnsi="Gentium Plus"/>
          <w:sz w:val="24"/>
        </w:rPr>
        <w:t>ἐλαχίστην δὲ ἡμέραν· ἔστι δὲ ἡ μεγίστη νὺξ κατὰ τὸ ἐν Ῥόδῳ κλίμα ὡρῶν ἰσημερινῶν ιδ 𐅵ʹ.</w:t>
      </w:r>
    </w:p>
    <w:p>
      <w:r>
        <w:rPr>
          <w:rFonts w:ascii="Courier New" w:hAnsi="Courier New"/>
          <w:color w:val="555555"/>
          <w:sz w:val="20"/>
        </w:rPr>
        <w:t>[1 . 13]</w:t>
      </w:r>
    </w:p>
    <w:p>
      <w:r>
        <w:rPr>
          <w:rFonts w:ascii="Gentium Plus" w:hAnsi="Gentium Plus"/>
          <w:sz w:val="24"/>
        </w:rPr>
        <w:t>Οἱ δὲ μεταξὺ χρόνοι τῶν τροπῶν καὶ τῶν ἰσημεριῶν τοῦτον διαιροῦνται τὸν τρόπον. Ἀπὸ μὲν ἰσημερίας ἐαρινῆς μέχρι τροπῆς θερινῆς ἡμέραι εἰσὶν ϛδ 𐅵ʹ· ἐν γὰρ τοσαύταις ἡμέραις διαπορεύεται ὁ ἥλιος Κριὸν Ταῦρον</w:t>
      </w:r>
    </w:p>
    <w:p>
      <w:r>
        <w:rPr>
          <w:rFonts w:ascii="Courier New" w:hAnsi="Courier New"/>
          <w:color w:val="555555"/>
          <w:sz w:val="20"/>
        </w:rPr>
        <w:t>[5]</w:t>
      </w:r>
    </w:p>
    <w:p>
      <w:r>
        <w:rPr>
          <w:rFonts w:ascii="Gentium Plus" w:hAnsi="Gentium Plus"/>
          <w:sz w:val="24"/>
        </w:rPr>
        <w:t>Διδύμους καὶ ἐπὶ τὴν αην μοῖραν τοῦ Καρκίνου παραγε‐ νόμενος τὴν θερινὴν τροπὴν ποιεῖται.</w:t>
      </w:r>
    </w:p>
    <w:p>
      <w:r>
        <w:rPr>
          <w:rFonts w:ascii="Courier New" w:hAnsi="Courier New"/>
          <w:color w:val="555555"/>
          <w:sz w:val="20"/>
        </w:rPr>
        <w:t>[1 . 14]</w:t>
      </w:r>
    </w:p>
    <w:p>
      <w:r>
        <w:rPr>
          <w:rFonts w:ascii="Gentium Plus" w:hAnsi="Gentium Plus"/>
          <w:sz w:val="24"/>
        </w:rPr>
        <w:t>Ἀπὸ δὲ θερινῆς τροπῆς μέχρις ἰσημερίας φθινοπωρινῆς ἡμέραι εἰσὶν ϛβ 𐅵ʹ· ἐν γὰρ τοσαύταις ἡμέραις διαπορεύεται ὁ ἥλιος Καρκίνον Λέοντα Παρθένον καὶ ἐπὶ τὴν αην μοῖραν</w:t>
      </w:r>
    </w:p>
    <w:p>
      <w:r>
        <w:rPr>
          <w:rFonts w:ascii="Courier New" w:hAnsi="Courier New"/>
          <w:color w:val="555555"/>
          <w:sz w:val="20"/>
        </w:rPr>
        <w:t>[5]</w:t>
      </w:r>
    </w:p>
    <w:p>
      <w:r>
        <w:rPr>
          <w:rFonts w:ascii="Gentium Plus" w:hAnsi="Gentium Plus"/>
          <w:sz w:val="24"/>
        </w:rPr>
        <w:t>τῶν Χηλῶν παραγενόμενος τὴν φθινοπωρινὴν ἰσημερίαν ποιεῖται.</w:t>
      </w:r>
    </w:p>
    <w:p>
      <w:r>
        <w:rPr>
          <w:rFonts w:ascii="Courier New" w:hAnsi="Courier New"/>
          <w:color w:val="555555"/>
          <w:sz w:val="20"/>
        </w:rPr>
        <w:t>[1 . 15]</w:t>
      </w:r>
    </w:p>
    <w:p>
      <w:r>
        <w:rPr>
          <w:rFonts w:ascii="Gentium Plus" w:hAnsi="Gentium Plus"/>
          <w:sz w:val="24"/>
        </w:rPr>
        <w:t>Ἀπὸ δὲ ἰσημερίας φθινοπωρινῆς μέχρι τροπῆς χειμερινῆς ἡμέραι εἰσὶν πη ηʹ· ἐν γὰρ τοσαύταις ἡμέραις διαπορεύεται ὁ ἥλιος Χηλὰς Σκορπίον Τοξότην</w:t>
      </w:r>
    </w:p>
    <w:p>
      <w:r>
        <w:rPr>
          <w:rFonts w:ascii="Courier New" w:hAnsi="Courier New"/>
          <w:color w:val="555555"/>
          <w:sz w:val="20"/>
        </w:rPr>
        <w:t>[5]</w:t>
      </w:r>
    </w:p>
    <w:p>
      <w:r>
        <w:rPr>
          <w:rFonts w:ascii="Gentium Plus" w:hAnsi="Gentium Plus"/>
          <w:sz w:val="24"/>
        </w:rPr>
        <w:t>κερω τὴν χειμερινὴν τροπὴν ποιεῖται.</w:t>
      </w:r>
    </w:p>
    <w:p>
      <w:r>
        <w:rPr>
          <w:rFonts w:ascii="Courier New" w:hAnsi="Courier New"/>
          <w:color w:val="555555"/>
          <w:sz w:val="20"/>
        </w:rPr>
        <w:t>[1 . 16]</w:t>
      </w:r>
    </w:p>
    <w:p>
      <w:r>
        <w:rPr>
          <w:rFonts w:ascii="Gentium Plus" w:hAnsi="Gentium Plus"/>
          <w:sz w:val="24"/>
        </w:rPr>
        <w:t>Ἀπὸ δὲ τρο‐ πῆς χειμερινῆς μέχρις ἰσημερίας ἐαρινῆς ἡμέραι εἰσὶν ϛ ηʹ· ἐν γὰρ τοσαύταις ἡμέραις διαπορεύεται ὁ ἥλιος τὰ ἀπολειπόμενα τρία ζῴδια, Αἰγόκερων Ὑδροχόον</w:t>
      </w:r>
    </w:p>
    <w:p>
      <w:r>
        <w:rPr>
          <w:rFonts w:ascii="Courier New" w:hAnsi="Courier New"/>
          <w:color w:val="555555"/>
          <w:sz w:val="20"/>
        </w:rPr>
        <w:t>[5]</w:t>
      </w:r>
    </w:p>
    <w:p>
      <w:r>
        <w:rPr>
          <w:rFonts w:ascii="Gentium Plus" w:hAnsi="Gentium Plus"/>
          <w:sz w:val="24"/>
        </w:rPr>
        <w:t>Ἰχθύας.</w:t>
      </w:r>
    </w:p>
    <w:p>
      <w:r>
        <w:rPr>
          <w:rFonts w:ascii="Courier New" w:hAnsi="Courier New"/>
          <w:color w:val="555555"/>
          <w:sz w:val="20"/>
        </w:rPr>
        <w:t>[1 . 17]</w:t>
      </w:r>
    </w:p>
    <w:p>
      <w:r>
        <w:rPr>
          <w:rFonts w:ascii="Gentium Plus" w:hAnsi="Gentium Plus"/>
          <w:sz w:val="24"/>
        </w:rPr>
        <w:t>Αἱ πᾶσαι οὖν ἡμέραι τούτων τῶν δ χρόνων συντιθέμεναι ποιοῦσι τξε δʹ, ὅσαιπερ ἦσαν αἱ τοῦ ἐνιαυτοῦ.</w:t>
      </w:r>
    </w:p>
    <w:p>
      <w:r>
        <w:rPr>
          <w:rFonts w:ascii="Courier New" w:hAnsi="Courier New"/>
          <w:color w:val="555555"/>
          <w:sz w:val="20"/>
        </w:rPr>
        <w:t>[1 . 18]</w:t>
      </w:r>
    </w:p>
    <w:p>
      <w:r>
        <w:rPr>
          <w:rFonts w:ascii="Gentium Plus" w:hAnsi="Gentium Plus"/>
          <w:sz w:val="24"/>
        </w:rPr>
        <w:t>Ἐπιζητεῖται δὲ ἐν τούτοις, πῶς ἴσων ὄντων τῶν τεταρτημορίων τοῦ ζῳδιακοῦ κύκλου ὁ ἥλιος ἰσοταχῶς κινούμενος διὰ παντὸς ἐν ἀνίσοις χρόνοις διαπορεύεται τὰς ἴσας περιφερείας.</w:t>
      </w:r>
    </w:p>
    <w:p>
      <w:r>
        <w:rPr>
          <w:rFonts w:ascii="Courier New" w:hAnsi="Courier New"/>
          <w:color w:val="555555"/>
          <w:sz w:val="20"/>
        </w:rPr>
        <w:t>[1 . 19]</w:t>
      </w:r>
    </w:p>
    <w:p>
      <w:r>
        <w:rPr>
          <w:rFonts w:ascii="Gentium Plus" w:hAnsi="Gentium Plus"/>
          <w:sz w:val="24"/>
        </w:rPr>
        <w:t>Ὑπόκειται γὰρ πρὸς ὅλην τὴν ἀστρολογίαν ἥλιόν τε καὶ σελήνην καὶ τοὺς ε πλανήτας ἰσοταχῶς καὶ ἐγκυ‐ κλίως καὶ ὑπεναντίως τῷ κόσμῳ κινεῖσθαι. Οἱ γὰρ Πυθα‐ γόρειοι πρῶτοι προσελθόντες ταῖς τοιαύταις ζητήσεσιν</w:t>
      </w:r>
    </w:p>
    <w:p>
      <w:r>
        <w:rPr>
          <w:rFonts w:ascii="Courier New" w:hAnsi="Courier New"/>
          <w:color w:val="555555"/>
          <w:sz w:val="20"/>
        </w:rPr>
        <w:t>[5]</w:t>
      </w:r>
    </w:p>
    <w:p>
      <w:r>
        <w:rPr>
          <w:rFonts w:ascii="Gentium Plus" w:hAnsi="Gentium Plus"/>
          <w:sz w:val="24"/>
        </w:rPr>
        <w:t>ὑπέθεντο ἐγκυκλίους καὶ ὁμαλὰς ἡλίου καὶ σελήνης καὶ τῶν ε πλανητῶν ἀστέρων τὰς κινήσεις.</w:t>
      </w:r>
    </w:p>
    <w:p>
      <w:r>
        <w:rPr>
          <w:rFonts w:ascii="Courier New" w:hAnsi="Courier New"/>
          <w:color w:val="555555"/>
          <w:sz w:val="20"/>
        </w:rPr>
        <w:t>[1 . 20]</w:t>
      </w:r>
    </w:p>
    <w:p>
      <w:r>
        <w:rPr>
          <w:rFonts w:ascii="Gentium Plus" w:hAnsi="Gentium Plus"/>
          <w:sz w:val="24"/>
        </w:rPr>
        <w:t>Τὴν γὰρ τοιαύτην ἀταξίαν οὐ προσεδέξαντο πρὸς τὰ θεῖα καὶ αἰώνια, ὡς ποτὲ μὲν τάχιον κινεῖσθαι, ποτὲ δὲ βρά‐ διον, ποτὲ δὲ ἑστηκέναι· οὓς δὴ καὶ καλοῦσι στηριγμοὺς</w:t>
      </w:r>
    </w:p>
    <w:p>
      <w:r>
        <w:rPr>
          <w:rFonts w:ascii="Courier New" w:hAnsi="Courier New"/>
          <w:color w:val="555555"/>
          <w:sz w:val="20"/>
        </w:rPr>
        <w:t>[5]</w:t>
      </w:r>
    </w:p>
    <w:p>
      <w:r>
        <w:rPr>
          <w:rFonts w:ascii="Gentium Plus" w:hAnsi="Gentium Plus"/>
          <w:sz w:val="24"/>
        </w:rPr>
        <w:t>ἐπὶ τῶν ε πλανητῶν ἀστέρων. Οὐδὲ γὰρ περὶ ἄνθρωπον κόσμιον καὶ τεταγμένον ἐν ταῖς πορείαις τὴν τοιαύτην ἀνωμαλίαν τῆς κινήσεως προσδέξαιτο ἄν τις·</w:t>
      </w:r>
    </w:p>
    <w:p>
      <w:r>
        <w:rPr>
          <w:rFonts w:ascii="Courier New" w:hAnsi="Courier New"/>
          <w:color w:val="555555"/>
          <w:sz w:val="20"/>
        </w:rPr>
        <w:t>[1 . 21]</w:t>
      </w:r>
    </w:p>
    <w:p>
      <w:r>
        <w:rPr>
          <w:rFonts w:ascii="Gentium Plus" w:hAnsi="Gentium Plus"/>
          <w:sz w:val="24"/>
        </w:rPr>
        <w:t>αἱ γὰρ τοῦ βίου χρεῖαι τοῖς ἀνθρώποις πολλάκις αἴτιαι γίνονται βραδυτῆτος καὶ ταχυτῆτος. Περὶ δὲ τὴν ἄφθαρ‐ τον φύσιν τῶν ἀστέρων οὐδεμίαν δυνατὸν αἰτίαν προσ‐</w:t>
      </w:r>
    </w:p>
    <w:p>
      <w:r>
        <w:rPr>
          <w:rFonts w:ascii="Courier New" w:hAnsi="Courier New"/>
          <w:color w:val="555555"/>
          <w:sz w:val="20"/>
        </w:rPr>
        <w:t>[5]</w:t>
      </w:r>
    </w:p>
    <w:p>
      <w:r>
        <w:rPr>
          <w:rFonts w:ascii="Gentium Plus" w:hAnsi="Gentium Plus"/>
          <w:sz w:val="24"/>
        </w:rPr>
        <w:t>αχθῆναι ταχυτῆτος καὶ βραδυτῆτος. Δι’ ἥντινα αἰτίαν προέτειναν οὕτω, πῶς ἂν δι’ ἐγκυκλίων καὶ ὁμαλῶν</w:t>
      </w:r>
    </w:p>
    <w:p>
      <w:r>
        <w:rPr>
          <w:rFonts w:ascii="Courier New" w:hAnsi="Courier New"/>
          <w:color w:val="555555"/>
          <w:sz w:val="20"/>
        </w:rPr>
        <w:t>[1 . 22]</w:t>
      </w:r>
    </w:p>
    <w:p>
      <w:r>
        <w:rPr>
          <w:rFonts w:ascii="Gentium Plus" w:hAnsi="Gentium Plus"/>
          <w:sz w:val="24"/>
        </w:rPr>
        <w:t>Περὶ μὲν οὖν τῶν λοιπῶν ἀστέρων ἐν ἑτέροις ἀπο‐ δώσομεν τὴν αἰτίαν. Νυνὶ δὲ περὶ ἡλίου ὑποδείξομεν, δι’ ἣν αἰτίαν ἰσοταχῶς κινούμενος ἐν ἀνίσοις χρόνοις τὰς ἴσας περιφερείας διαπορεύεται.</w:t>
      </w:r>
    </w:p>
    <w:p>
      <w:r>
        <w:rPr>
          <w:rFonts w:ascii="Courier New" w:hAnsi="Courier New"/>
          <w:color w:val="555555"/>
          <w:sz w:val="20"/>
        </w:rPr>
        <w:t>[1 . 23]</w:t>
      </w:r>
    </w:p>
    <w:p>
      <w:r>
        <w:rPr>
          <w:rFonts w:ascii="Gentium Plus" w:hAnsi="Gentium Plus"/>
          <w:sz w:val="24"/>
        </w:rPr>
        <w:t>Ἀνωτάτω γὰρ πάντων ἐστὶν ἡ λεγομένη τῶν ἀπλανῶν ἀστέρων σφαῖρα ἡ περιέχουσα τὴν εἰδωλοποιίαν πάντων τῶν κατεστηριγμένων ζῳδίων. Οὐ πάντας δὲ τοὺς ἀστέρας ὑποληπτέον ὑπὸ μίαν ἐπιφάνειαν κεῖσθαι,</w:t>
      </w:r>
    </w:p>
    <w:p>
      <w:r>
        <w:rPr>
          <w:rFonts w:ascii="Courier New" w:hAnsi="Courier New"/>
          <w:color w:val="555555"/>
          <w:sz w:val="20"/>
        </w:rPr>
        <w:t>[5]</w:t>
      </w:r>
    </w:p>
    <w:p>
      <w:r>
        <w:rPr>
          <w:rFonts w:ascii="Gentium Plus" w:hAnsi="Gentium Plus"/>
          <w:sz w:val="24"/>
        </w:rPr>
        <w:t>ἀλλ’ οὓς μὲν μετεωροτέρους ὑπάρχειν, οὓς δὲ ταπεινο‐ τέρους· διὰ δὲ τὸ τὴν ὅρασιν ἐπὶ ἴσον ἐξικνεῖσθαι μῆκος ἀνεπαίσθητος γίνεται ἡ τοῦ ὕψους διαφορά.</w:t>
      </w:r>
    </w:p>
    <w:p>
      <w:r>
        <w:rPr>
          <w:rFonts w:ascii="Courier New" w:hAnsi="Courier New"/>
          <w:color w:val="555555"/>
          <w:sz w:val="20"/>
        </w:rPr>
        <w:t>[1 . 24]</w:t>
      </w:r>
    </w:p>
    <w:p>
      <w:r>
        <w:rPr>
          <w:rFonts w:ascii="Gentium Plus" w:hAnsi="Gentium Plus"/>
          <w:sz w:val="24"/>
        </w:rPr>
        <w:t>Ὑπὸ δὲ τὴν τῶν ἀπλανῶν ἀστέρων σφαῖραν κεῖται Φαίνων, ὁ τοῦ Κρόνου προσαγορευόμενος ἀστήρ· οὗτος τὸν μὲν ζῳδιακὸν κύκλον ἐν ἔτεσι λ ὡς ἔγγιστα διαπορεύεται,</w:t>
      </w:r>
    </w:p>
    <w:p>
      <w:r>
        <w:rPr>
          <w:rFonts w:ascii="Courier New" w:hAnsi="Courier New"/>
          <w:color w:val="555555"/>
          <w:sz w:val="20"/>
        </w:rPr>
        <w:t>[5]</w:t>
      </w:r>
    </w:p>
    <w:p>
      <w:r>
        <w:rPr>
          <w:rFonts w:ascii="Gentium Plus" w:hAnsi="Gentium Plus"/>
          <w:sz w:val="24"/>
        </w:rPr>
        <w:t>τὸ δὲ ἓν ζῴδιον ἐν β ἔτεσι καὶ ϛ μησίν.</w:t>
      </w:r>
    </w:p>
    <w:p>
      <w:r>
        <w:rPr>
          <w:rFonts w:ascii="Courier New" w:hAnsi="Courier New"/>
          <w:color w:val="555555"/>
          <w:sz w:val="20"/>
        </w:rPr>
        <w:t>[1 . 25]</w:t>
      </w:r>
    </w:p>
    <w:p>
      <w:r>
        <w:rPr>
          <w:rFonts w:ascii="Gentium Plus" w:hAnsi="Gentium Plus"/>
          <w:sz w:val="24"/>
        </w:rPr>
        <w:t>Ὑπὸ δὲ τὸν Φαίνοντα κατώτερον αὐτοῦ φέρεται Φαέθων, ὁ τοῦ Διὸς προσαγορευόμενος ἀστήρ· οὗτος δὲ τὸν μὲν ζῳδιακὸν κύκλον διαπορεύεται ἐν ιβ ἔτεσι, τὸ δὲ ἓν ζῴδιον ἐν ἐνιαυτῷ.</w:t>
      </w:r>
    </w:p>
    <w:p>
      <w:r>
        <w:rPr>
          <w:rFonts w:ascii="Courier New" w:hAnsi="Courier New"/>
          <w:color w:val="555555"/>
          <w:sz w:val="20"/>
        </w:rPr>
        <w:t>[1 . 26]</w:t>
      </w:r>
    </w:p>
    <w:p>
      <w:r>
        <w:rPr>
          <w:rFonts w:ascii="Gentium Plus" w:hAnsi="Gentium Plus"/>
          <w:sz w:val="24"/>
        </w:rPr>
        <w:t>Ὑπὸ δὲ τοῦτον τέτακται Πυρόεις ὁ τοῦ Ἄρεος· οὗτος δὲ τὸν μὲν ζῳδιακὸν κύκλον διέρχεται ἐν δυσὶν ἔτεσι καὶ ἑξαμήνῳ, τὸ δὲ ζῴδιον ἐν δυσὶ μησὶ καὶ ἡμίσει.</w:t>
      </w:r>
    </w:p>
    <w:p>
      <w:r>
        <w:rPr>
          <w:rFonts w:ascii="Courier New" w:hAnsi="Courier New"/>
          <w:color w:val="555555"/>
          <w:sz w:val="20"/>
        </w:rPr>
        <w:t>[1 . 27]</w:t>
      </w:r>
    </w:p>
    <w:p>
      <w:r>
        <w:rPr>
          <w:rFonts w:ascii="Gentium Plus" w:hAnsi="Gentium Plus"/>
          <w:sz w:val="24"/>
        </w:rPr>
        <w:t>Τὴν δὲ ἐχομένην χώραν κατέχει ὁ ἥλιος, ἐνιαυτῷ διαπορευόμενος τὸν ζῳδιακὸν κύκλον, τὸ δὲ ζῴδιον ὡς ἔγγιστα ἑνὶ μηνί.</w:t>
      </w:r>
    </w:p>
    <w:p>
      <w:r>
        <w:rPr>
          <w:rFonts w:ascii="Courier New" w:hAnsi="Courier New"/>
          <w:color w:val="555555"/>
          <w:sz w:val="20"/>
        </w:rPr>
        <w:t>[1 . 28]</w:t>
      </w:r>
    </w:p>
    <w:p>
      <w:r>
        <w:rPr>
          <w:rFonts w:ascii="Gentium Plus" w:hAnsi="Gentium Plus"/>
          <w:sz w:val="24"/>
        </w:rPr>
        <w:t>Κατώτερος δὲ τούτου κεῖται Φωσφόρος, ὁ τῆς Ἀφροδίτης ἀστήρ· οὗτος δὲ ὡς ἔγγιστα ἰσοταχῶς κινεῖται τῷ ἡλίῳ.</w:t>
      </w:r>
    </w:p>
    <w:p>
      <w:r>
        <w:rPr>
          <w:rFonts w:ascii="Courier New" w:hAnsi="Courier New"/>
          <w:color w:val="555555"/>
          <w:sz w:val="20"/>
        </w:rPr>
        <w:t>[1 . 29]</w:t>
      </w:r>
    </w:p>
    <w:p>
      <w:r>
        <w:rPr>
          <w:rFonts w:ascii="Gentium Plus" w:hAnsi="Gentium Plus"/>
          <w:sz w:val="24"/>
        </w:rPr>
        <w:t>Ὑπὸ τοῦτον δὲ 〈Στίλ‐ βων〉 ὁ τοῦ Ἑρμοῦ ἀστὴρ κεῖται, καὶ αὐτὸς δὲ ἰσοταχῶς τῷ ἡλίῳ κινεῖται.</w:t>
      </w:r>
    </w:p>
    <w:p>
      <w:r>
        <w:rPr>
          <w:rFonts w:ascii="Courier New" w:hAnsi="Courier New"/>
          <w:color w:val="555555"/>
          <w:sz w:val="20"/>
        </w:rPr>
        <w:t>[1 . 30]</w:t>
      </w:r>
    </w:p>
    <w:p>
      <w:r>
        <w:rPr>
          <w:rFonts w:ascii="Gentium Plus" w:hAnsi="Gentium Plus"/>
          <w:sz w:val="24"/>
        </w:rPr>
        <w:t>Κατωτέρω δὲ πάντων φέρεται ἡ</w:t>
      </w:r>
    </w:p>
    <w:p>
      <w:r>
        <w:rPr>
          <w:rFonts w:ascii="Courier New" w:hAnsi="Courier New"/>
          <w:color w:val="555555"/>
          <w:sz w:val="20"/>
        </w:rPr>
        <w:t>[1 . 31]</w:t>
      </w:r>
    </w:p>
    <w:p>
      <w:r>
        <w:rPr>
          <w:rFonts w:ascii="Gentium Plus" w:hAnsi="Gentium Plus"/>
          <w:sz w:val="24"/>
        </w:rPr>
        <w:t>Εἰ μὲν οὖν ὁ ἥλιος ἐκινεῖτο ἐπὶ τῶν κατεστηριγμέ‐ νων ζῳδίων, πάντως ἂν ἐγίνοντο οἱ μεταξὺ τῶν τροπῶν καὶ τῶν ἰσημεριῶν χρόνοι ἴσοι ἀλλήλοις· τὰς γὰρ ἴσας περιφερείας ἰσοταχῶς κινούμενος ὤφειλεν ἐν ἴσοις δια‐</w:t>
      </w:r>
    </w:p>
    <w:p>
      <w:r>
        <w:rPr>
          <w:rFonts w:ascii="Courier New" w:hAnsi="Courier New"/>
          <w:color w:val="555555"/>
          <w:sz w:val="20"/>
        </w:rPr>
        <w:t>[5]</w:t>
      </w:r>
    </w:p>
    <w:p>
      <w:r>
        <w:rPr>
          <w:rFonts w:ascii="Gentium Plus" w:hAnsi="Gentium Plus"/>
          <w:sz w:val="24"/>
        </w:rPr>
        <w:t>νύειν χρόνοις.</w:t>
      </w:r>
    </w:p>
    <w:p>
      <w:r>
        <w:rPr>
          <w:rFonts w:ascii="Courier New" w:hAnsi="Courier New"/>
          <w:color w:val="555555"/>
          <w:sz w:val="20"/>
        </w:rPr>
        <w:t>[1 . 32]</w:t>
      </w:r>
    </w:p>
    <w:p>
      <w:r>
        <w:rPr>
          <w:rFonts w:ascii="Gentium Plus" w:hAnsi="Gentium Plus"/>
          <w:sz w:val="24"/>
        </w:rPr>
        <w:t>Ὁμοίως δὲ εἰ κατώτερον τοῦ ζῳδια‐ κοῦ κύκλου φερόμενος ὁ ἥλιος περὶ τὸ αὐτὸ κέντρον ἐκινεῖτο τῷ ζῳδιακῷ κύκλῳ, καὶ οὕτως ἂν ἐγίνοντο οἱ μεταξὺ τῶν τροπῶν καὶ τῶν ἰσημεριῶν χρόνοι ἴσοι·</w:t>
      </w:r>
    </w:p>
    <w:p>
      <w:r>
        <w:rPr>
          <w:rFonts w:ascii="Courier New" w:hAnsi="Courier New"/>
          <w:color w:val="555555"/>
          <w:sz w:val="20"/>
        </w:rPr>
        <w:t>[5]</w:t>
      </w:r>
    </w:p>
    <w:p>
      <w:r>
        <w:rPr>
          <w:rFonts w:ascii="Gentium Plus" w:hAnsi="Gentium Plus"/>
          <w:sz w:val="24"/>
        </w:rPr>
        <w:t>πάντες γὰρ οἱ περὶ τὸ αὐτὸ κέντρον γραφόμενοι κύκλοι ὁμοίως ὑπὸ τῶν διαμέτρων διαιροῦνται·</w:t>
      </w:r>
    </w:p>
    <w:p>
      <w:r>
        <w:rPr>
          <w:rFonts w:ascii="Courier New" w:hAnsi="Courier New"/>
          <w:color w:val="555555"/>
          <w:sz w:val="20"/>
        </w:rPr>
        <w:t>[1 . 33]</w:t>
      </w:r>
    </w:p>
    <w:p>
      <w:r>
        <w:rPr>
          <w:rFonts w:ascii="Gentium Plus" w:hAnsi="Gentium Plus"/>
          <w:sz w:val="24"/>
        </w:rPr>
        <w:t>ὥστε ἐπεὶ ὁ ζῳδιακὸς κύκλος εἰς δ μέρη ἴσα τέμνεται ὑπὸ τῶν διαμέτρων τῶν τὰ τροπικὰ καὶ ἰσημερινὰ σημεῖα ἐπιζευ‐ γνυουσῶν, ἀνάγκη καὶ τὸν ἡλιακὸν κύκλον εἰς δ μέρη</w:t>
      </w:r>
    </w:p>
    <w:p>
      <w:r>
        <w:rPr>
          <w:rFonts w:ascii="Courier New" w:hAnsi="Courier New"/>
          <w:color w:val="555555"/>
          <w:sz w:val="20"/>
        </w:rPr>
        <w:t>[5]</w:t>
      </w:r>
    </w:p>
    <w:p>
      <w:r>
        <w:rPr>
          <w:rFonts w:ascii="Gentium Plus" w:hAnsi="Gentium Plus"/>
          <w:sz w:val="24"/>
        </w:rPr>
        <w:t>διαιρεῖσθαι ἴσα ὑπὸ τῶν αὐτῶν διαμέτρων· ἰσοταχῶς οὖν κινούμενος ὁ ἥλιος ἐπὶ τῆς ἰδίας σφαίρας ἴσους</w:t>
      </w:r>
    </w:p>
    <w:p>
      <w:r>
        <w:rPr>
          <w:rFonts w:ascii="Courier New" w:hAnsi="Courier New"/>
          <w:color w:val="555555"/>
          <w:sz w:val="20"/>
        </w:rPr>
        <w:t>[1 . 34]</w:t>
      </w:r>
    </w:p>
    <w:p>
      <w:r>
        <w:rPr>
          <w:rFonts w:ascii="Gentium Plus" w:hAnsi="Gentium Plus"/>
          <w:sz w:val="24"/>
        </w:rPr>
        <w:t>Νυνὶ δὲ κατώτερον φέρεται ὁ ἥλιος καὶ ἐπὶ ἐκκέν‐ τρου κύκλου κινεῖται, καθάπερ ὑπογέγραπται· οὐ γὰρ τὸ αὐτὸ κέντρον ἐστὶ τοῦ ἡλιακοῦ κύκλου καὶ τοῦ ζῳδιακοῦ, ἀλλ’ ἐφ’ ἓν μέρος παρῆκται ἡ τοῦ ἡλίου σφαῖρα. Διὰ</w:t>
      </w:r>
    </w:p>
    <w:p>
      <w:r>
        <w:rPr>
          <w:rFonts w:ascii="Courier New" w:hAnsi="Courier New"/>
          <w:color w:val="555555"/>
          <w:sz w:val="20"/>
        </w:rPr>
        <w:t>[5]</w:t>
      </w:r>
    </w:p>
    <w:p>
      <w:r>
        <w:rPr>
          <w:rFonts w:ascii="Gentium Plus" w:hAnsi="Gentium Plus"/>
          <w:sz w:val="24"/>
        </w:rPr>
        <w:t>δὲ τὴν τοιαύτην θέσιν εἰς δ μέρη ἄνισα διαιρεῖται ὁ ἡλια‐ κὸς δρόμος·</w:t>
      </w:r>
    </w:p>
    <w:p>
      <w:r>
        <w:rPr>
          <w:rFonts w:ascii="Courier New" w:hAnsi="Courier New"/>
          <w:color w:val="555555"/>
          <w:sz w:val="20"/>
        </w:rPr>
        <w:t>[1 . 35]</w:t>
      </w:r>
    </w:p>
    <w:p>
      <w:r>
        <w:rPr>
          <w:rFonts w:ascii="Gentium Plus" w:hAnsi="Gentium Plus"/>
          <w:sz w:val="24"/>
        </w:rPr>
        <w:t>καὶ γίνεται μεγίστη μὲν περιφέρεια ἡ ὑποπεπτωκυῖα ὑπὸ τὸ τοῦ ζῳδιακοῦ κύκλου τεταρτη‐ μόριον τὸ ἀπὸ Κριοῦ αη μοίρας μέχρι Διδύμων λῆ, ἐλαχίστη δὲ περιφέρεια ἡ κειμένη ὑπὸ τὸ τεταρτημόριον</w:t>
      </w:r>
    </w:p>
    <w:p>
      <w:r>
        <w:rPr>
          <w:rFonts w:ascii="Courier New" w:hAnsi="Courier New"/>
          <w:color w:val="555555"/>
          <w:sz w:val="20"/>
        </w:rPr>
        <w:t>[5]</w:t>
      </w:r>
    </w:p>
    <w:p>
      <w:r>
        <w:rPr>
          <w:rFonts w:ascii="Gentium Plus" w:hAnsi="Gentium Plus"/>
          <w:sz w:val="24"/>
        </w:rPr>
        <w:t>τὸ ἀπὸ Ζυγοῦ αη μοίρας μέχρι Τοξότου μοίρας λῆ.</w:t>
      </w:r>
    </w:p>
    <w:p>
      <w:r>
        <w:rPr>
          <w:rFonts w:ascii="Courier New" w:hAnsi="Courier New"/>
          <w:color w:val="555555"/>
          <w:sz w:val="20"/>
        </w:rPr>
        <w:t>[1 . 36]</w:t>
      </w:r>
    </w:p>
    <w:p>
      <w:r>
        <w:rPr>
          <w:rFonts w:ascii="Gentium Plus" w:hAnsi="Gentium Plus"/>
          <w:sz w:val="24"/>
        </w:rPr>
        <w:t>Ὅθεν εὐλόγως ὁ ἥλιος ἰσοταχῶς κινούμενος ἐπὶ τοῦ ἰδίου κύκλου τὰς ἀνίσους περιφερείας ἐν ἀνίσοις χρόνοις διέρχεται καὶ τὴν μὲν μεγίστην ἐν μεγίστῳ, τὴν δὲ ἐλαχίστην ἐν ἐλαχίστῳ χρόνῳ διαπορεύεται.</w:t>
      </w:r>
    </w:p>
    <w:p>
      <w:r>
        <w:rPr>
          <w:rFonts w:ascii="Courier New" w:hAnsi="Courier New"/>
          <w:color w:val="555555"/>
          <w:sz w:val="20"/>
        </w:rPr>
        <w:t>[1 . 37]</w:t>
      </w:r>
    </w:p>
    <w:p>
      <w:r>
        <w:rPr>
          <w:rFonts w:ascii="Gentium Plus" w:hAnsi="Gentium Plus"/>
          <w:sz w:val="24"/>
        </w:rPr>
        <w:t>Ἀλλ’ ὅταν μὲν τὴν μεγίστην περιφέρειαν ἐπὶ τοῦ ἰδίου κύκλου διανύῃ, τότε παροδεύει τὸ τοῦ ζῳδιακοῦ τεταρτημόριον τὸ ἀπὸ ἰσημερίας ἐαρινῆς μέχρι τροπῆς θερινῆς· ὅταν</w:t>
      </w:r>
    </w:p>
    <w:p>
      <w:r>
        <w:rPr>
          <w:rFonts w:ascii="Courier New" w:hAnsi="Courier New"/>
          <w:color w:val="555555"/>
          <w:sz w:val="20"/>
        </w:rPr>
        <w:t>[5]</w:t>
      </w:r>
    </w:p>
    <w:p>
      <w:r>
        <w:rPr>
          <w:rFonts w:ascii="Gentium Plus" w:hAnsi="Gentium Plus"/>
          <w:sz w:val="24"/>
        </w:rPr>
        <w:t>δὲ τὴν ἐλαχίστην περιφέρειαν ἐπὶ τοῦ ἰδίου κύκλου κινῆται, τότε παροδεύει τοῦ ζῳδιακοῦ τὸ τεταρτημόριον τὸ ἀπὸ ἰσημερίας φθινοπωρινῆς μέχρι τροπῆς χειμερινῆς.</w:t>
      </w:r>
    </w:p>
    <w:p>
      <w:r>
        <w:rPr>
          <w:rFonts w:ascii="Courier New" w:hAnsi="Courier New"/>
          <w:color w:val="555555"/>
          <w:sz w:val="20"/>
        </w:rPr>
        <w:t>[1 . 38]</w:t>
      </w:r>
    </w:p>
    <w:p>
      <w:r>
        <w:rPr>
          <w:rFonts w:ascii="Gentium Plus" w:hAnsi="Gentium Plus"/>
          <w:sz w:val="24"/>
        </w:rPr>
        <w:t>Ἐπεὶ οὖν ἄνισοι περιφέρειαι τοῦ ἡλιακοῦ κύκλου ὑπὸ ἴσας περιφερείας τοῦ ζῳδιακοῦ κύκλου ὑποπεπτώ‐ κασιν, ἀνάγκη ἀνίσους γίνεσθαι τοὺς ἀπὸ τῶν τροπῶν μέχρι τῶν ἰσημεριῶν χρόνους, καὶ μέγιστον μὲν τὸν</w:t>
      </w:r>
    </w:p>
    <w:p>
      <w:r>
        <w:rPr>
          <w:rFonts w:ascii="Courier New" w:hAnsi="Courier New"/>
          <w:color w:val="555555"/>
          <w:sz w:val="20"/>
        </w:rPr>
        <w:t>[5]</w:t>
      </w:r>
    </w:p>
    <w:p>
      <w:r>
        <w:rPr>
          <w:rFonts w:ascii="Gentium Plus" w:hAnsi="Gentium Plus"/>
          <w:sz w:val="24"/>
        </w:rPr>
        <w:t>ἀπὸ ἰσημερίας ἐαρινῆς μέχρι τροπῆς θερινῆς, ἐλάχιστον δὲ τὸν ἀπὸ ἰσημερίας φθινοπωρινῆς μέχρι τροπῆς χειμε‐ ρινῆς.</w:t>
      </w:r>
    </w:p>
    <w:p>
      <w:r>
        <w:rPr>
          <w:rFonts w:ascii="Courier New" w:hAnsi="Courier New"/>
          <w:color w:val="555555"/>
          <w:sz w:val="20"/>
        </w:rPr>
        <w:t>[1 . 39]</w:t>
      </w:r>
    </w:p>
    <w:p>
      <w:r>
        <w:rPr>
          <w:rFonts w:ascii="Gentium Plus" w:hAnsi="Gentium Plus"/>
          <w:sz w:val="24"/>
        </w:rPr>
        <w:t>Ὁ μὲν οὖν ἥλιος διὰ παντὸς ἰσοταχῶς κι‐</w:t>
      </w:r>
    </w:p>
    <w:p>
      <w:r>
        <w:rPr>
          <w:rFonts w:ascii="Courier New" w:hAnsi="Courier New"/>
          <w:color w:val="555555"/>
          <w:sz w:val="20"/>
        </w:rPr>
        <w:t>[1 . 40]</w:t>
      </w:r>
    </w:p>
    <w:p>
      <w:r>
        <w:rPr>
          <w:rFonts w:ascii="Gentium Plus" w:hAnsi="Gentium Plus"/>
          <w:sz w:val="24"/>
        </w:rPr>
        <w:t>Διὰ δὲ τὴν αὐτὴν αἰτίαν καὶ τὰ ἴσα ζῴδια ἐν ἀνί‐ σοις χρόνοις διαπορεύεται ὁ ἥλιος· ἐὰν γὰρ ἀπὸ τῶν περάτων τῶν δωδεκατημορίων ἐπὶ τὸ κέντρον τοῦ ζῳδια‐ κοῦ κύκλου ἐπιζεύξωμεν εὐθείας, καθάπερ ὑπογέγραπται,</w:t>
      </w:r>
    </w:p>
    <w:p>
      <w:r>
        <w:rPr>
          <w:rFonts w:ascii="Courier New" w:hAnsi="Courier New"/>
          <w:color w:val="555555"/>
          <w:sz w:val="20"/>
        </w:rPr>
        <w:t>[5]</w:t>
      </w:r>
    </w:p>
    <w:p>
      <w:r>
        <w:rPr>
          <w:rFonts w:ascii="Gentium Plus" w:hAnsi="Gentium Plus"/>
          <w:sz w:val="24"/>
        </w:rPr>
        <w:t>ἔσται ὁ μὲν τῶν ζῳδίων κύκλος εἰς ιβ μέρη ἴσα διῃρημένος, ὁ δὲ τοῦ ἡλίου κύκλος διὰ τὴν ἐκκεντρότητα εἰς ιβ μέρη ἄνισα διῃρημένος, καὶ μεγίστη μὲν περιφέρεια ἡ ὑπο‐[Omitted graphic marker] πεπτωκυῖα ὑπὸ τοὺς Διδύμους, ἐλαχίστη δὲ ἡ ὑποπεπτω‐ κυῖα ὑπὸ τὸν Τοξότην.</w:t>
      </w:r>
    </w:p>
    <w:p>
      <w:r>
        <w:rPr>
          <w:rFonts w:ascii="Courier New" w:hAnsi="Courier New"/>
          <w:color w:val="555555"/>
          <w:sz w:val="20"/>
        </w:rPr>
        <w:t>[1 . 41]</w:t>
      </w:r>
    </w:p>
    <w:p>
      <w:r>
        <w:rPr>
          <w:rFonts w:ascii="Gentium Plus" w:hAnsi="Gentium Plus"/>
          <w:sz w:val="24"/>
        </w:rPr>
        <w:t>Δι’ ἣν αἰτίαν ἐν πλείστῳ μὲν χρόνῳ διαπορεύεται ὁ ἥλιος τοὺς Διδύμους, ἐν ἐλα‐ χίστῳ δὲ χρόνῳ τὸν Τοξότην, αὐτὸς μὲν διὰ παντὸς ἰσοταχῶς κινούμενος, διὰ δὲ τὴν ἐκκεντρότητα εἰς ἄνισα</w:t>
      </w:r>
    </w:p>
    <w:p>
      <w:r>
        <w:rPr>
          <w:rFonts w:ascii="Courier New" w:hAnsi="Courier New"/>
          <w:color w:val="555555"/>
          <w:sz w:val="20"/>
        </w:rPr>
        <w:t>[5]</w:t>
      </w:r>
    </w:p>
    <w:p>
      <w:r>
        <w:rPr>
          <w:rFonts w:ascii="Gentium Plus" w:hAnsi="Gentium Plus"/>
          <w:sz w:val="24"/>
        </w:rPr>
        <w:t>μέρη διαιρουμένου τοῦ ἡλιακοῦ κύκλου συμβαίνει καὶ τοὺς χρόνους ἀνίσους εἶναι τῶν ζῳδίων.</w:t>
      </w:r>
    </w:p>
    <w:p>
      <w:r>
        <w:rPr>
          <w:rFonts w:ascii="Courier New" w:hAnsi="Courier New"/>
          <w:color w:val="555555"/>
          <w:sz w:val="20"/>
        </w:rPr>
        <w:t>[2 . 1]</w:t>
      </w:r>
    </w:p>
    <w:p>
      <w:r>
        <w:rPr>
          <w:rFonts w:ascii="Gentium Plus" w:hAnsi="Gentium Plus"/>
          <w:sz w:val="24"/>
        </w:rPr>
        <w:t>Τῆς δὲ πρὸς ἄλληλα τάξεως καὶ θέσεως τῶν ιβ</w:t>
      </w:r>
    </w:p>
    <w:p>
      <w:r>
        <w:rPr>
          <w:rFonts w:ascii="Courier New" w:hAnsi="Courier New"/>
          <w:color w:val="555555"/>
          <w:sz w:val="20"/>
        </w:rPr>
        <w:t>[5]</w:t>
      </w:r>
    </w:p>
    <w:p>
      <w:r>
        <w:rPr>
          <w:rFonts w:ascii="Gentium Plus" w:hAnsi="Gentium Plus"/>
          <w:sz w:val="24"/>
        </w:rPr>
        <w:t>συζυγίαν.</w:t>
      </w:r>
    </w:p>
    <w:p>
      <w:r>
        <w:rPr>
          <w:rFonts w:ascii="Courier New" w:hAnsi="Courier New"/>
          <w:color w:val="555555"/>
          <w:sz w:val="20"/>
        </w:rPr>
        <w:t>[2 . 2]</w:t>
      </w:r>
    </w:p>
    <w:p>
      <w:r>
        <w:rPr>
          <w:rFonts w:ascii="Gentium Plus" w:hAnsi="Gentium Plus"/>
          <w:sz w:val="24"/>
        </w:rPr>
        <w:t>Κατὰ διάμετρον μὲν οὖν εἰσι ζῴδια τὰ κατὰ τὴν αὐτὴν διάμετρον κείμενα. Ἔστι δὲ τάδε· Κριὸς Ζυγός, Ταῦρος Σκορπίος, Δίδυμοι Τοξότης, Καρκίνος Αἰγό‐ κερως, Λέων Ὑδροχόος, Παρθένος Ἰχθύες.</w:t>
      </w:r>
    </w:p>
    <w:p>
      <w:r>
        <w:rPr>
          <w:rFonts w:ascii="Courier New" w:hAnsi="Courier New"/>
          <w:color w:val="555555"/>
          <w:sz w:val="20"/>
        </w:rPr>
        <w:t>[2 . 3]</w:t>
      </w:r>
    </w:p>
    <w:p>
      <w:r>
        <w:rPr>
          <w:rFonts w:ascii="Gentium Plus" w:hAnsi="Gentium Plus"/>
          <w:sz w:val="24"/>
        </w:rPr>
        <w:t>Συμβέ‐ βηκε δὲ τούτοις, ὅταν τὸ ἕτερον αὐτῶν ἀνατέλλῃ, τὸ κατὰ διάμετρον δύνειν, καὶ τοὐναντίον (ὁ δὲ λόγος ἐπὶ τῶν δωδεκατημορίων, καὶ οὐκ ἐπὶ τῶν κατεστηριγμένων</w:t>
      </w:r>
    </w:p>
    <w:p>
      <w:r>
        <w:rPr>
          <w:rFonts w:ascii="Courier New" w:hAnsi="Courier New"/>
          <w:color w:val="555555"/>
          <w:sz w:val="20"/>
        </w:rPr>
        <w:t>[5]</w:t>
      </w:r>
    </w:p>
    <w:p>
      <w:r>
        <w:rPr>
          <w:rFonts w:ascii="Gentium Plus" w:hAnsi="Gentium Plus"/>
          <w:sz w:val="24"/>
        </w:rPr>
        <w:t>ζῳδίων).</w:t>
      </w:r>
    </w:p>
    <w:p>
      <w:r>
        <w:rPr>
          <w:rFonts w:ascii="Courier New" w:hAnsi="Courier New"/>
          <w:color w:val="555555"/>
          <w:sz w:val="20"/>
        </w:rPr>
        <w:t>[2 . 4]</w:t>
      </w:r>
    </w:p>
    <w:p>
      <w:r>
        <w:rPr>
          <w:rFonts w:ascii="Gentium Plus" w:hAnsi="Gentium Plus"/>
          <w:sz w:val="24"/>
        </w:rPr>
        <w:t>Κριοῦ μὲν γὰρ ἀνατέλλοντος δύνει Ζυγός, Ταύρου δὲ ἀνατέλλοντος δύνει Σκορπίος· ὁ δὲ αὐτὸς λόγος καὶ ἐπὶ τῶν λοιπῶν τῶν κατὰ διάμετρον ζῳδίων.</w:t>
      </w:r>
    </w:p>
    <w:p>
      <w:r>
        <w:rPr>
          <w:rFonts w:ascii="Courier New" w:hAnsi="Courier New"/>
          <w:color w:val="555555"/>
          <w:sz w:val="20"/>
        </w:rPr>
        <w:t>[2 . 5]</w:t>
      </w:r>
    </w:p>
    <w:p>
      <w:r>
        <w:rPr>
          <w:rFonts w:ascii="Gentium Plus" w:hAnsi="Gentium Plus"/>
          <w:sz w:val="24"/>
        </w:rPr>
        <w:t>Λαμβάνεται δὲ 〈τὰ〉 κατὰ διάμετρον ὑπὸ τῶν Χαλδαίων καὶ πρὸς τὰς ἐν ταῖς γενέσεσι συμπαθείας. Δοκοῦσι γὰρ οἱ κατὰ διάμετρον γεννώμενοι συμπάσχειν ἀλλήλοις καὶ, ὡς ἂν εἴποι τις, ἀντικεῖσθαι ἀλλήλοις.</w:t>
      </w:r>
    </w:p>
    <w:p>
      <w:r>
        <w:rPr>
          <w:rFonts w:ascii="Courier New" w:hAnsi="Courier New"/>
          <w:color w:val="555555"/>
          <w:sz w:val="20"/>
        </w:rPr>
        <w:t>[2 . 6]</w:t>
      </w:r>
    </w:p>
    <w:p>
      <w:r>
        <w:rPr>
          <w:rFonts w:ascii="Gentium Plus" w:hAnsi="Gentium Plus"/>
          <w:sz w:val="24"/>
        </w:rPr>
        <w:t>Καὶ αἱ τῶν ἀστέρων ἐποχαὶ ἐν τοῖς κατὰ διάμετρον ζῳδίοις κατὰ τὸν αὐτὸν καιρὸν καὶ συνωφελοῦσι καὶ συμβλάπτουσι τὰς γενέσεις κατὰ τὰς παραδεδομένας δυνάμεις τῶν ἀστέρων.</w:t>
      </w:r>
    </w:p>
    <w:p>
      <w:r>
        <w:rPr>
          <w:rFonts w:ascii="Courier New" w:hAnsi="Courier New"/>
          <w:color w:val="555555"/>
          <w:sz w:val="20"/>
        </w:rPr>
        <w:t>[2 . 7]</w:t>
      </w:r>
    </w:p>
    <w:p>
      <w:r>
        <w:rPr>
          <w:rFonts w:ascii="Gentium Plus" w:hAnsi="Gentium Plus"/>
          <w:sz w:val="24"/>
        </w:rPr>
        <w:t>Κατὰ τρίγωνον δέ ἐστι Κριὸς Λέων Τοξότης, Ταῦ‐ ρος Παρθένος Αἰγόκερως, Δίδυμοι Ζυγὸς Ὑδροχόος, Καρκίνος Σκορπίος Ἰχθύες, τὰ πάντα τρίγωνα ἰσό‐ πλευρα δ· ὑποτείνει δὲ ἡ τοῦ τριγώνου πλευρὰ ὑπὸ</w:t>
      </w:r>
    </w:p>
    <w:p>
      <w:r>
        <w:rPr>
          <w:rFonts w:ascii="Courier New" w:hAnsi="Courier New"/>
          <w:color w:val="555555"/>
          <w:sz w:val="20"/>
        </w:rPr>
        <w:t>[5]</w:t>
      </w:r>
    </w:p>
    <w:p>
      <w:r>
        <w:rPr>
          <w:rFonts w:ascii="Gentium Plus" w:hAnsi="Gentium Plus"/>
          <w:sz w:val="24"/>
        </w:rPr>
        <w:t>ζῴδια μὲν δ, μοίρας δὲ ρκ.</w:t>
      </w:r>
    </w:p>
    <w:p>
      <w:r>
        <w:rPr>
          <w:rFonts w:ascii="Courier New" w:hAnsi="Courier New"/>
          <w:color w:val="555555"/>
          <w:sz w:val="20"/>
        </w:rPr>
        <w:t>[2 . 8]</w:t>
      </w:r>
    </w:p>
    <w:p>
      <w:r>
        <w:rPr>
          <w:rFonts w:ascii="Gentium Plus" w:hAnsi="Gentium Plus"/>
          <w:sz w:val="24"/>
        </w:rPr>
        <w:t>Καλεῖται δὲ τὸ μὲν πρῶτον τρίγωνον τὸ ἀπὸ Κριοῦ βόρειον· ἐὰν γὰρ τῆς σελήνης ἔν τινι τῶν τριῶν ζῳδίων</w:t>
      </w:r>
    </w:p>
    <w:p>
      <w:r>
        <w:rPr>
          <w:rFonts w:ascii="Courier New" w:hAnsi="Courier New"/>
          <w:color w:val="555555"/>
          <w:sz w:val="20"/>
        </w:rPr>
        <w:t>[5]</w:t>
      </w:r>
    </w:p>
    <w:p>
      <w:r>
        <w:rPr>
          <w:rFonts w:ascii="Gentium Plus" w:hAnsi="Gentium Plus"/>
          <w:sz w:val="24"/>
        </w:rPr>
        <w:t>ὁρμηθέντες οἱ ἀστρολόγοι προλέγουσι τὰς βορεινὰς στάσεις·</w:t>
      </w:r>
    </w:p>
    <w:p>
      <w:r>
        <w:rPr>
          <w:rFonts w:ascii="Courier New" w:hAnsi="Courier New"/>
          <w:color w:val="555555"/>
          <w:sz w:val="20"/>
        </w:rPr>
        <w:t>[2 . 9]</w:t>
      </w:r>
    </w:p>
    <w:p>
      <w:r>
        <w:rPr>
          <w:rFonts w:ascii="Gentium Plus" w:hAnsi="Gentium Plus"/>
          <w:sz w:val="24"/>
        </w:rPr>
        <w:t>ἐὰν μὲν γὰρ ἐν ἄλλῳ ζῳδίῳ τῆς σελήνης ὑπαρχούσης βορεινὴ γένηται, εὐδιάλυτος γίνεται ὁ βο‐ ρέας· ἐὰν δὲ ἔν τινι τῶν ἀφωρισμένων ζῳδίων ἐν τῷ βο‐ ρεινῷ τριγώνῳ βορέας συμπνεύσῃ, προλέγουσιν ἐπὶ</w:t>
      </w:r>
    </w:p>
    <w:p>
      <w:r>
        <w:rPr>
          <w:rFonts w:ascii="Courier New" w:hAnsi="Courier New"/>
          <w:color w:val="555555"/>
          <w:sz w:val="20"/>
        </w:rPr>
        <w:t>[5]</w:t>
      </w:r>
    </w:p>
    <w:p>
      <w:r>
        <w:rPr>
          <w:rFonts w:ascii="Gentium Plus" w:hAnsi="Gentium Plus"/>
          <w:sz w:val="24"/>
        </w:rPr>
        <w:t>πολλὰς ἡμέρας διαμένειν τὴν αὐτὴν σύστασιν.</w:t>
      </w:r>
    </w:p>
    <w:p>
      <w:r>
        <w:rPr>
          <w:rFonts w:ascii="Courier New" w:hAnsi="Courier New"/>
          <w:color w:val="555555"/>
          <w:sz w:val="20"/>
        </w:rPr>
        <w:t>[2 . 10]</w:t>
      </w:r>
    </w:p>
    <w:p>
      <w:r>
        <w:rPr>
          <w:rFonts w:ascii="Gentium Plus" w:hAnsi="Gentium Plus"/>
          <w:sz w:val="24"/>
        </w:rPr>
        <w:t>Τὸ δὲ ἑξῆς τρίγωνον τὸ ἀπὸ τοῦ Ταύρου καλεῖται νότιον· πάλιν γὰρ ἐὰν τῆς σελήνης ἔν τινι τῶν τριῶν ζῳδίων ὑπαρχούσης νότος πνεύσῃ, ἐπὶ πολλὰς ἡμέρας ἡ αὐτὴ</w:t>
      </w:r>
    </w:p>
    <w:p>
      <w:r>
        <w:rPr>
          <w:rFonts w:ascii="Courier New" w:hAnsi="Courier New"/>
          <w:color w:val="555555"/>
          <w:sz w:val="20"/>
        </w:rPr>
        <w:t>[5]</w:t>
      </w:r>
    </w:p>
    <w:p>
      <w:r>
        <w:rPr>
          <w:rFonts w:ascii="Gentium Plus" w:hAnsi="Gentium Plus"/>
          <w:sz w:val="24"/>
        </w:rPr>
        <w:t>διαμένει στάσις.</w:t>
      </w:r>
    </w:p>
    <w:p>
      <w:r>
        <w:rPr>
          <w:rFonts w:ascii="Courier New" w:hAnsi="Courier New"/>
          <w:color w:val="555555"/>
          <w:sz w:val="20"/>
        </w:rPr>
        <w:t>[2 . 11]</w:t>
      </w:r>
    </w:p>
    <w:p>
      <w:r>
        <w:rPr>
          <w:rFonts w:ascii="Gentium Plus" w:hAnsi="Gentium Plus"/>
          <w:sz w:val="24"/>
        </w:rPr>
        <w:t>Τὸ δὲ ἑξῆς τρίγωνον τὸ ἀπὸ τῶν Διδύμων καλεῖται ζεφυρικὸν διὰ τὴν ὁμοίαν αἰτίαν. Τὸ δὲ ἐπὶ πᾶσι τρίγωνον τὸ ἀπὸ τοῦ Καρκίνου ἀφηλιωτικὸν διὰ τὴν αὐτὴν αἰτίαν.</w:t>
      </w:r>
    </w:p>
    <w:p>
      <w:r>
        <w:rPr>
          <w:rFonts w:ascii="Courier New" w:hAnsi="Courier New"/>
          <w:color w:val="555555"/>
          <w:sz w:val="20"/>
        </w:rPr>
        <w:t>[2 . 12]</w:t>
      </w:r>
    </w:p>
    <w:p>
      <w:r>
        <w:rPr>
          <w:rFonts w:ascii="Gentium Plus" w:hAnsi="Gentium Plus"/>
          <w:sz w:val="24"/>
        </w:rPr>
        <w:t>Λαμβάνεται δὲ τὰ τρίγωνα καὶ πρὸς τὰς ἐν ταῖς γενέσεσι συμπαθείας. Δοκοῦσι γὰρ οἱ κατὰ τρίγωνον γεννώμενοι συμπάσχειν ἀλλήλοις καὶ αἱ τῶν ἀστέρων στάσεις αἱ ἐν τοῖς αὐτοῖς τριγώνοις καὶ συνωφελεῖν καὶ</w:t>
      </w:r>
    </w:p>
    <w:p>
      <w:r>
        <w:rPr>
          <w:rFonts w:ascii="Courier New" w:hAnsi="Courier New"/>
          <w:color w:val="555555"/>
          <w:sz w:val="20"/>
        </w:rPr>
        <w:t>[5]</w:t>
      </w:r>
    </w:p>
    <w:p>
      <w:r>
        <w:rPr>
          <w:rFonts w:ascii="Gentium Plus" w:hAnsi="Gentium Plus"/>
          <w:sz w:val="24"/>
        </w:rPr>
        <w:t>συμβλάπτειν ἅμα τὰς γενέσεις.</w:t>
      </w:r>
    </w:p>
    <w:p>
      <w:r>
        <w:rPr>
          <w:rFonts w:ascii="Courier New" w:hAnsi="Courier New"/>
          <w:color w:val="555555"/>
          <w:sz w:val="20"/>
        </w:rPr>
        <w:t>[2 . 13]</w:t>
      </w:r>
    </w:p>
    <w:p>
      <w:r>
        <w:rPr>
          <w:rFonts w:ascii="Gentium Plus" w:hAnsi="Gentium Plus"/>
          <w:sz w:val="24"/>
        </w:rPr>
        <w:t>Κατὰ γὰρ τρεῖς τρόπους αἱ συμπάθειαι γίνονται, κατὰ διάμετρον, κατὰ τρίγωνον, κατὰ τετράγωνον· κατὰ ἄλλην δὲ διάστασιν οὐδεμία συμπάθεια γίνεται.</w:t>
      </w:r>
    </w:p>
    <w:p>
      <w:r>
        <w:rPr>
          <w:rFonts w:ascii="Courier New" w:hAnsi="Courier New"/>
          <w:color w:val="555555"/>
          <w:sz w:val="20"/>
        </w:rPr>
        <w:t>[2 . 14]</w:t>
      </w:r>
    </w:p>
    <w:p>
      <w:r>
        <w:rPr>
          <w:rFonts w:ascii="Gentium Plus" w:hAnsi="Gentium Plus"/>
          <w:sz w:val="24"/>
        </w:rPr>
        <w:t>Καί‐ τοι εὔλογον ἦν ἐκ τῶν μάλιστα σύνεγγυς συγκειμένων ζῳδίων συμπάθειαν γίνεσθαι· ἡ γὰρ ἀποφορὰ καὶ ἀπόρροια ἡ φερομένη ἀπὸ τῆς ἰδίας δυνάμεως ἑκάστου τῶν ἀστέρων</w:t>
      </w:r>
    </w:p>
    <w:p>
      <w:r>
        <w:rPr>
          <w:rFonts w:ascii="Courier New" w:hAnsi="Courier New"/>
          <w:color w:val="555555"/>
          <w:sz w:val="20"/>
        </w:rPr>
        <w:t>[5]</w:t>
      </w:r>
    </w:p>
    <w:p>
      <w:r>
        <w:rPr>
          <w:rFonts w:ascii="Gentium Plus" w:hAnsi="Gentium Plus"/>
          <w:sz w:val="24"/>
        </w:rPr>
        <w:t>ὤφειλε μάλιστα συναναχρωτίζεσθαι καὶ συνανακίρνασθαι τοῖς πλησιάζουσι ζῳδίοις.</w:t>
      </w:r>
    </w:p>
    <w:p>
      <w:r>
        <w:rPr>
          <w:rFonts w:ascii="Courier New" w:hAnsi="Courier New"/>
          <w:color w:val="555555"/>
          <w:sz w:val="20"/>
        </w:rPr>
        <w:t>[2 . 15]</w:t>
      </w:r>
    </w:p>
    <w:p>
      <w:r>
        <w:rPr>
          <w:rFonts w:ascii="Gentium Plus" w:hAnsi="Gentium Plus"/>
          <w:sz w:val="24"/>
        </w:rPr>
        <w:t>Ὥσπερ γὰρ τρίγωνα καὶ τετράγωνα ἐγγράφεται εἰς τὸν κύκλον, οὕτω καὶ ἑξάγωνον καὶ ὀκτάγωνον καὶ δωδεκάγωνον· ἀλλὰ κατὰ μὲν τὰς τούτων ἐγγραφὰς οὐδεμία γίνεται συμπάθεια, κατὰ δὲ</w:t>
      </w:r>
    </w:p>
    <w:p>
      <w:r>
        <w:rPr>
          <w:rFonts w:ascii="Courier New" w:hAnsi="Courier New"/>
          <w:color w:val="555555"/>
          <w:sz w:val="20"/>
        </w:rPr>
        <w:t>[5]</w:t>
      </w:r>
    </w:p>
    <w:p>
      <w:r>
        <w:rPr>
          <w:rFonts w:ascii="Gentium Plus" w:hAnsi="Gentium Plus"/>
          <w:sz w:val="24"/>
        </w:rPr>
        <w:t>τοὺς προειρημένους τρόπους μόνον, φυσικῆς τινος ὑπαρ‐ χούσης ἐν ταῖς τοιαύταις ἀποστάσεσι συμπαθείας.</w:t>
      </w:r>
    </w:p>
    <w:p>
      <w:r>
        <w:rPr>
          <w:rFonts w:ascii="Courier New" w:hAnsi="Courier New"/>
          <w:color w:val="555555"/>
          <w:sz w:val="20"/>
        </w:rPr>
        <w:t>[2 . 16]</w:t>
      </w:r>
    </w:p>
    <w:p>
      <w:r>
        <w:rPr>
          <w:rFonts w:ascii="Gentium Plus" w:hAnsi="Gentium Plus"/>
          <w:sz w:val="24"/>
        </w:rPr>
        <w:t>Κατὰ τετράγωνον δέ ἐστι Κριὸς Καρκίνος Ζυγὸς Αἰγόκερως, Ταῦρος Λέων Σκορπίος Ὑδροχόος, Δίδυμοι Παρθένος Τοξότης Ἰχθύες, τὰ πάντα τετράγωνα γ· ὑπο‐ τείνει δὲ ἡ τοῦ τετραγώνου πλευρὰ ὑπὸ ζῴδια μὲν γ,</w:t>
      </w:r>
    </w:p>
    <w:p>
      <w:r>
        <w:rPr>
          <w:rFonts w:ascii="Courier New" w:hAnsi="Courier New"/>
          <w:color w:val="555555"/>
          <w:sz w:val="20"/>
        </w:rPr>
        <w:t>[5]</w:t>
      </w:r>
    </w:p>
    <w:p>
      <w:r>
        <w:rPr>
          <w:rFonts w:ascii="Gentium Plus" w:hAnsi="Gentium Plus"/>
          <w:sz w:val="24"/>
        </w:rPr>
        <w:t>μοίρας δὲ ϛ.</w:t>
      </w:r>
    </w:p>
    <w:p>
      <w:r>
        <w:rPr>
          <w:rFonts w:ascii="Courier New" w:hAnsi="Courier New"/>
          <w:color w:val="555555"/>
          <w:sz w:val="20"/>
        </w:rPr>
        <w:t>[2 . 17]</w:t>
      </w:r>
    </w:p>
    <w:p>
      <w:r>
        <w:rPr>
          <w:rFonts w:ascii="Gentium Plus" w:hAnsi="Gentium Plus"/>
          <w:sz w:val="24"/>
        </w:rPr>
        <w:t>Καλεῖται δὲ τὸ μὲν πρῶτον τετράγω‐ νον τὸ ἀπὸ τοῦ Κριοῦ, ἐν ᾧ αἱ ὧραι συντελοῦνται, ἔαρ θέρος φθινόπωρον χειμών, τὸ δὲ δεύτερον τετράγωνον τὸ ἀπὸ τοῦ Ταύρου, ἐν ᾧ αἱ ὧραι τὸν μέσον ἔχουσι χρόνον, ἔαρος</w:t>
      </w:r>
    </w:p>
    <w:p>
      <w:r>
        <w:rPr>
          <w:rFonts w:ascii="Courier New" w:hAnsi="Courier New"/>
          <w:color w:val="555555"/>
          <w:sz w:val="20"/>
        </w:rPr>
        <w:t>[5]</w:t>
      </w:r>
    </w:p>
    <w:p>
      <w:r>
        <w:rPr>
          <w:rFonts w:ascii="Gentium Plus" w:hAnsi="Gentium Plus"/>
          <w:sz w:val="24"/>
        </w:rPr>
        <w:t>θέρους φθινοπώρου χειμῶνος, τὸ δὲ τρίτον τετράγωνον τὸ ἀπὸ τῶν Διδύμων, ἐν ᾧ αἱ ὧραι λήγουσι κατὰ τοὺς χρό‐ νους.</w:t>
      </w:r>
    </w:p>
    <w:p>
      <w:r>
        <w:rPr>
          <w:rFonts w:ascii="Courier New" w:hAnsi="Courier New"/>
          <w:color w:val="555555"/>
          <w:sz w:val="20"/>
        </w:rPr>
        <w:t>[2 . 18]</w:t>
      </w:r>
    </w:p>
    <w:p>
      <w:r>
        <w:rPr>
          <w:rFonts w:ascii="Gentium Plus" w:hAnsi="Gentium Plus"/>
          <w:sz w:val="24"/>
        </w:rPr>
        <w:t>Λαμβάνεται δὲ τὰ τετράγωνα, καθάπερ εἴρηται, καὶ πρὸς τὰς ἐν ταῖς γενέσεσι συμπαθείας. Ἔτι δὲ ἡ τῶν τετραγώνων ἔκθεσις καὶ πρὸς τὴν ἄλλην χρείαν λαμβάνεται ὑπό τινων.</w:t>
      </w:r>
    </w:p>
    <w:p>
      <w:r>
        <w:rPr>
          <w:rFonts w:ascii="Courier New" w:hAnsi="Courier New"/>
          <w:color w:val="555555"/>
          <w:sz w:val="20"/>
        </w:rPr>
        <w:t>[2 . 19]</w:t>
      </w:r>
    </w:p>
    <w:p>
      <w:r>
        <w:rPr>
          <w:rFonts w:ascii="Gentium Plus" w:hAnsi="Gentium Plus"/>
          <w:sz w:val="24"/>
        </w:rPr>
        <w:t>Τοῦ γὰρ ἑνὸς τῶν ζῳδίων τοῦ αὐτοῦ τετραγώνου δύνοντος τὸ ἑξῆς ὑπελάμ‐ βανον μεσουρανεῖν 〈ἐν〉 τῷ ὑπὲρ γῆν ἡμισφαιρίῳ, 〈τὸ δὲ ἑξῆς ἀνατέλλεν, τὸ δὲ τελευταῖον μεσουρανεῖν ἐν τῷ</w:t>
      </w:r>
    </w:p>
    <w:p>
      <w:r>
        <w:rPr>
          <w:rFonts w:ascii="Courier New" w:hAnsi="Courier New"/>
          <w:color w:val="555555"/>
          <w:sz w:val="20"/>
        </w:rPr>
        <w:t>[5]</w:t>
      </w:r>
    </w:p>
    <w:p>
      <w:r>
        <w:rPr>
          <w:rFonts w:ascii="Gentium Plus" w:hAnsi="Gentium Plus"/>
          <w:sz w:val="24"/>
        </w:rPr>
        <w:t>ὑπὸ γῆς ἡμισφαιρίῳ,〉 οἷον Αἰγόκερω δύνοντος μεσου‐ ρανεῖν Κριόν, ἀνατέλλειν δὲ Καρκίνον, μεσουρανεῖν δὲ ὑπὸ γῆν Ζυγόν. Ὁ δὲ αὐτὸς λόγος καὶ ἐπὶ τῶν λοιπῶν</w:t>
      </w:r>
    </w:p>
    <w:p>
      <w:r>
        <w:rPr>
          <w:rFonts w:ascii="Courier New" w:hAnsi="Courier New"/>
          <w:color w:val="555555"/>
          <w:sz w:val="20"/>
        </w:rPr>
        <w:t>[2 . 20]</w:t>
      </w:r>
    </w:p>
    <w:p>
      <w:r>
        <w:rPr>
          <w:rFonts w:ascii="Gentium Plus" w:hAnsi="Gentium Plus"/>
          <w:sz w:val="24"/>
        </w:rPr>
        <w:t>Τὸ δὲ τοιοῦτον παράγγελμα ἐπὶ μὲν τοῦ ἑνὸς τετραγώνου τοῦ τὰς τροπὰς καὶ τὰς ἰσημερίας περιέ‐ χοντος κατὰ τὸ ὁλοσχερὲς λεγόμενον συμφωνήσει πρὸς τὸ φαινόμενον, πρὸς δὲ τὴν ἐν τῷ λόγῳ ἀκρίβειαν δια‐</w:t>
      </w:r>
    </w:p>
    <w:p>
      <w:r>
        <w:rPr>
          <w:rFonts w:ascii="Courier New" w:hAnsi="Courier New"/>
          <w:color w:val="555555"/>
          <w:sz w:val="20"/>
        </w:rPr>
        <w:t>[5]</w:t>
      </w:r>
    </w:p>
    <w:p>
      <w:r>
        <w:rPr>
          <w:rFonts w:ascii="Gentium Plus" w:hAnsi="Gentium Plus"/>
          <w:sz w:val="24"/>
        </w:rPr>
        <w:t>φωνεῖ.</w:t>
      </w:r>
    </w:p>
    <w:p>
      <w:r>
        <w:rPr>
          <w:rFonts w:ascii="Courier New" w:hAnsi="Courier New"/>
          <w:color w:val="555555"/>
          <w:sz w:val="20"/>
        </w:rPr>
        <w:t>[2 . 21]</w:t>
      </w:r>
    </w:p>
    <w:p>
      <w:r>
        <w:rPr>
          <w:rFonts w:ascii="Gentium Plus" w:hAnsi="Gentium Plus"/>
          <w:sz w:val="24"/>
        </w:rPr>
        <w:t>Αἰγόκερω γὰρ τῆς πρώτης μοίρας δυνούσης Κριοῦ πρώτη μοῖρα μεσουρανήσει, Καρκίνου δὲ πρώτη μοῖρα ἀνατελεῖ, Ζυγοῦ δὲ πρώτη μοῖρα ὑπὸ γῆν μεσουρα‐ νήσει· τότε γὰρ ὁ διὰ μέσων τῶν ζῳδίων κύκλος εἰς δ</w:t>
      </w:r>
    </w:p>
    <w:p>
      <w:r>
        <w:rPr>
          <w:rFonts w:ascii="Courier New" w:hAnsi="Courier New"/>
          <w:color w:val="555555"/>
          <w:sz w:val="20"/>
        </w:rPr>
        <w:t>[5]</w:t>
      </w:r>
    </w:p>
    <w:p>
      <w:r>
        <w:rPr>
          <w:rFonts w:ascii="Gentium Plus" w:hAnsi="Gentium Plus"/>
          <w:sz w:val="24"/>
        </w:rPr>
        <w:t>μέρη ἴσα διαιρεῖται ὑπὸ τῶν κολούρων κύκλων, ὥστε ἴσον εἶναι τὸ ἀπὸ τῆς μεσουρανήσεως πρὸς ἀνατολὴν καὶ δύσιν τοῦ ζῳδιακοῦ διάστημα· ἑκάτερον γὰρ αὐτῶν γίνεται ζῳδίων γ.</w:t>
      </w:r>
    </w:p>
    <w:p>
      <w:r>
        <w:rPr>
          <w:rFonts w:ascii="Courier New" w:hAnsi="Courier New"/>
          <w:color w:val="555555"/>
          <w:sz w:val="20"/>
        </w:rPr>
        <w:t>[2 . 22]</w:t>
      </w:r>
    </w:p>
    <w:p>
      <w:r>
        <w:rPr>
          <w:rFonts w:ascii="Gentium Plus" w:hAnsi="Gentium Plus"/>
          <w:sz w:val="24"/>
        </w:rPr>
        <w:t>Ἐν δὲ ταῖς λοιπαῖς στάσεσι τοῦ τετραγώνου τού‐ του καὶ τῶν λοιπῶν οὐ συμβαίνει εἰς δ μέρη ἴσα διαιρεῖσθαι τὸν ζῳδιακὸν κύκλον. Διὰ δὲ τοῦτο οὐκ ἔστι διὰ παντὸς ἴσον τὸ ἀπὸ τῆς μεσουρανήσεως πρὸς ἀνατολὴν καὶ</w:t>
      </w:r>
    </w:p>
    <w:p>
      <w:r>
        <w:rPr>
          <w:rFonts w:ascii="Courier New" w:hAnsi="Courier New"/>
          <w:color w:val="555555"/>
          <w:sz w:val="20"/>
        </w:rPr>
        <w:t>[5]</w:t>
      </w:r>
    </w:p>
    <w:p>
      <w:r>
        <w:rPr>
          <w:rFonts w:ascii="Gentium Plus" w:hAnsi="Gentium Plus"/>
          <w:sz w:val="24"/>
        </w:rPr>
        <w:t>δύσιν διάστημα ἐπὶ τοῦ ζῳδιακοῦ κύκλου λαμβανομένων τῶν διαστημάτων.</w:t>
      </w:r>
    </w:p>
    <w:p>
      <w:r>
        <w:rPr>
          <w:rFonts w:ascii="Courier New" w:hAnsi="Courier New"/>
          <w:color w:val="555555"/>
          <w:sz w:val="20"/>
        </w:rPr>
        <w:t>[2 . 23]</w:t>
      </w:r>
    </w:p>
    <w:p>
      <w:r>
        <w:rPr>
          <w:rFonts w:ascii="Gentium Plus" w:hAnsi="Gentium Plus"/>
          <w:sz w:val="24"/>
        </w:rPr>
        <w:t>Κατὰ μὲν γὰρ παράλληλον κύκλον ἴσον ἐστὶ διὰ παντὸς τὸ ἀπὸ τῆς μεσουρανήσεως πρὸς τὴν ἀνατολὴν καὶ πρὸς τὴν δύσιν διάστημα· ὅθεν καὶ τῷ ἡλίῳ φερομένῳ καθ’ ἑκάστην ἡμέραν ἐπὶ κύκλων</w:t>
      </w:r>
    </w:p>
    <w:p>
      <w:r>
        <w:rPr>
          <w:rFonts w:ascii="Courier New" w:hAnsi="Courier New"/>
          <w:color w:val="555555"/>
          <w:sz w:val="20"/>
        </w:rPr>
        <w:t>[5]</w:t>
      </w:r>
    </w:p>
    <w:p>
      <w:r>
        <w:rPr>
          <w:rFonts w:ascii="Gentium Plus" w:hAnsi="Gentium Plus"/>
          <w:sz w:val="24"/>
        </w:rPr>
        <w:t>παραλλήλων ἴσον εἶναι συμβαίνει τὸν ἀπὸ τῆς ἀνατολῆς μέχρι τῆς μεσουρανήσεως δρόμον τῷ ἀπὸ τῆς μεσου‐ ρανήσεως μέχρι δύσεως.</w:t>
      </w:r>
    </w:p>
    <w:p>
      <w:r>
        <w:rPr>
          <w:rFonts w:ascii="Courier New" w:hAnsi="Courier New"/>
          <w:color w:val="555555"/>
          <w:sz w:val="20"/>
        </w:rPr>
        <w:t>[2 . 24]</w:t>
      </w:r>
    </w:p>
    <w:p>
      <w:r>
        <w:rPr>
          <w:rFonts w:ascii="Gentium Plus" w:hAnsi="Gentium Plus"/>
          <w:sz w:val="24"/>
        </w:rPr>
        <w:t>Ἐπὶ δὲ τοῦ ζῳδιακοῦ κύκλου λαμβανομένων τῶν διαστημάτων ἄνισον εἶναι συμβέβηκε τὸ ἀπὸ τῆς μεσουρανήσεως μέχρι τῆς ἀνα‐</w:t>
      </w:r>
    </w:p>
    <w:p>
      <w:r>
        <w:rPr>
          <w:rFonts w:ascii="Courier New" w:hAnsi="Courier New"/>
          <w:color w:val="555555"/>
          <w:sz w:val="20"/>
        </w:rPr>
        <w:t>[5]</w:t>
      </w:r>
    </w:p>
    <w:p>
      <w:r>
        <w:rPr>
          <w:rFonts w:ascii="Gentium Plus" w:hAnsi="Gentium Plus"/>
          <w:sz w:val="24"/>
        </w:rPr>
        <w:t>δύσεως διὰ τὴν λοξότητα τοῦ ζῳδιακοῦ κύκλου. Καὶ ἔστιν ὅτε τῶν ἓξ ζῳδίων τῶν διὰ παντὸς ὑπὲρ γῆν ὄντων τρία μὲν καὶ ἥμισυ ἀπὸ τῆς μεσουρανήσεως πρὸς ἀνατολὴν ἀπολαμβάνεται, δύο δὲ καὶ ἥμισυ πρὸς δύσιν.</w:t>
      </w:r>
    </w:p>
    <w:p>
      <w:r>
        <w:rPr>
          <w:rFonts w:ascii="Courier New" w:hAnsi="Courier New"/>
          <w:color w:val="555555"/>
          <w:sz w:val="20"/>
        </w:rPr>
        <w:t>[2 . 25]</w:t>
      </w:r>
    </w:p>
    <w:p>
      <w:r>
        <w:rPr>
          <w:rFonts w:ascii="Gentium Plus" w:hAnsi="Gentium Plus"/>
          <w:sz w:val="24"/>
        </w:rPr>
        <w:t>Ἤδη δὲ παρὰ τὰς τῶν κλιμάτων διαφορὰς καὶ εἰς ἀνισώτερα μέρη διαιρεῖται ὑπὸ τοῦ μεσημβρινοῦ κύκλου· καὶ ἔστιν ὅτε τῶν ρπ μοιρῶν τῶν διὰ παντὸς ὑπὲρ τὸν ὁρίζοντα</w:t>
      </w:r>
    </w:p>
    <w:p>
      <w:r>
        <w:rPr>
          <w:rFonts w:ascii="Courier New" w:hAnsi="Courier New"/>
          <w:color w:val="555555"/>
          <w:sz w:val="20"/>
        </w:rPr>
        <w:t>[5]</w:t>
      </w:r>
    </w:p>
    <w:p>
      <w:r>
        <w:rPr>
          <w:rFonts w:ascii="Gentium Plus" w:hAnsi="Gentium Plus"/>
          <w:sz w:val="24"/>
        </w:rPr>
        <w:t>ὑπαρχουσῶν ρ μὲν καὶ κ μοῖραι ἀπὸ τῆς μεσουρανήσεως πρὸς ἀνατολὴν ἀπολαμβάνονται, ξ δὲ πρὸς δύσιν, καὶ τοὐναντίον.</w:t>
      </w:r>
    </w:p>
    <w:p>
      <w:r>
        <w:rPr>
          <w:rFonts w:ascii="Courier New" w:hAnsi="Courier New"/>
          <w:color w:val="555555"/>
          <w:sz w:val="20"/>
        </w:rPr>
        <w:t>[2 . 26]</w:t>
      </w:r>
    </w:p>
    <w:p>
      <w:r>
        <w:rPr>
          <w:rFonts w:ascii="Gentium Plus" w:hAnsi="Gentium Plus"/>
          <w:sz w:val="24"/>
        </w:rPr>
        <w:t>Τοιαύτης οὖν ὑπαρχούσης τῆς πα‐ ραλλαγῆς ἐν τῇ διαιρέσει τοῦ ζῳδιακοῦ κύκλου, ἔκδηλον ὁλοσχερῶς γίνεται τὸ ἁμάρτημα. Ὑδροχόου γὰρ δύνοντος οὐ μεσουρανεῖ Ταῦρος, ἀλλ’ ἀφέξει ζῴδιον ὅλον ἀπὸ</w:t>
      </w:r>
    </w:p>
    <w:p>
      <w:r>
        <w:rPr>
          <w:rFonts w:ascii="Courier New" w:hAnsi="Courier New"/>
          <w:color w:val="555555"/>
          <w:sz w:val="20"/>
        </w:rPr>
        <w:t>[5]</w:t>
      </w:r>
    </w:p>
    <w:p>
      <w:r>
        <w:rPr>
          <w:rFonts w:ascii="Gentium Plus" w:hAnsi="Gentium Plus"/>
          <w:sz w:val="24"/>
        </w:rPr>
        <w:t>τῆς μεσουρανήσεως, ἔστι δὲ ὅτε καὶ πλέον· οὐδὲ ὑπὸ γῆν δὲ μεσουρανήσει Σκορπίος, ἀλλὰ ζῴδιον ὅλον ἀφέξει ἀπὸ τοῦ μεσημβρινοῦ, ἔστι δὲ ὅτε καὶ πλεῖον. Ὥστε καθόλου τὴν τῶν τετραγώνων ἔκθεσιν διημαρτῆσθαι.</w:t>
      </w:r>
    </w:p>
    <w:p>
      <w:r>
        <w:rPr>
          <w:rFonts w:ascii="Courier New" w:hAnsi="Courier New"/>
          <w:color w:val="555555"/>
          <w:sz w:val="20"/>
        </w:rPr>
        <w:t>[2 . 27]</w:t>
      </w:r>
    </w:p>
    <w:p>
      <w:r>
        <w:rPr>
          <w:rFonts w:ascii="Gentium Plus" w:hAnsi="Gentium Plus"/>
          <w:sz w:val="24"/>
        </w:rPr>
        <w:t>Κατὰ συζυγίαν δὲ λέγεται ζῴδια τὰ ἐκ τοῦ αὐτοῦ τόπου ἀνατέλλοντα καὶ εἰς τὸν αὐτὸν τόπον δύνοντα· ταῦτα δέ ἐστι τὰ ὑπὸ τῶν αὐτῶν παραλλήλων παρα‐ λαμβανόμενα κύκλων.</w:t>
      </w:r>
    </w:p>
    <w:p>
      <w:r>
        <w:rPr>
          <w:rFonts w:ascii="Courier New" w:hAnsi="Courier New"/>
          <w:color w:val="555555"/>
          <w:sz w:val="20"/>
        </w:rPr>
        <w:t>[2 . 28]</w:t>
      </w:r>
    </w:p>
    <w:p>
      <w:r>
        <w:rPr>
          <w:rFonts w:ascii="Gentium Plus" w:hAnsi="Gentium Plus"/>
          <w:sz w:val="24"/>
        </w:rPr>
        <w:t>Οἱ μὲν οὖν ἀρχαῖοι τὰς συζυγίας ἀπεφαίνοντο οὕτως. Καρκίνον μὲν ἐξετίθεντο μηδεμίαν ἔχειν συζυγίαν πρὸς ἄλλο ζῴδιον, ἀλλὰ καὶ ἀνατέλλειν βορειότατον καὶ δύνειν βορειότατον, τοιούτῳ τινὶ πιθανῶς προσανα‐</w:t>
      </w:r>
    </w:p>
    <w:p>
      <w:r>
        <w:rPr>
          <w:rFonts w:ascii="Courier New" w:hAnsi="Courier New"/>
          <w:color w:val="555555"/>
          <w:sz w:val="20"/>
        </w:rPr>
        <w:t>[5]</w:t>
      </w:r>
    </w:p>
    <w:p>
      <w:r>
        <w:rPr>
          <w:rFonts w:ascii="Gentium Plus" w:hAnsi="Gentium Plus"/>
          <w:sz w:val="24"/>
        </w:rPr>
        <w:t>παυόμενοι·</w:t>
      </w:r>
    </w:p>
    <w:p>
      <w:r>
        <w:rPr>
          <w:rFonts w:ascii="Courier New" w:hAnsi="Courier New"/>
          <w:color w:val="555555"/>
          <w:sz w:val="20"/>
        </w:rPr>
        <w:t>[2 . 29]</w:t>
      </w:r>
    </w:p>
    <w:p>
      <w:r>
        <w:rPr>
          <w:rFonts w:ascii="Gentium Plus" w:hAnsi="Gentium Plus"/>
          <w:sz w:val="24"/>
        </w:rPr>
        <w:t>ἐπεὶ γὰρ αἱ θεριναὶ τροπαὶ γίνονται ἐν Καρκίνῳ, ἐν δὲ ταῖς θεριναῖς τροπαῖς βορειότατος γίνεται ὁ ἥλιος, διὰ τοῦτο ὑπέλαβον βορειότατον ἀνα‐ τέλλειν τὸν Καρκίνον, ὁμοίως δὲ καὶ δύνειν.</w:t>
      </w:r>
    </w:p>
    <w:p>
      <w:r>
        <w:rPr>
          <w:rFonts w:ascii="Courier New" w:hAnsi="Courier New"/>
          <w:color w:val="555555"/>
          <w:sz w:val="20"/>
        </w:rPr>
        <w:t>[2 . 30]</w:t>
      </w:r>
    </w:p>
    <w:p>
      <w:r>
        <w:rPr>
          <w:rFonts w:ascii="Gentium Plus" w:hAnsi="Gentium Plus"/>
          <w:sz w:val="24"/>
        </w:rPr>
        <w:t>Ὁ δὲ αὐτὸς λόγος καὶ ἐπὶ τοῦ Αἰγόκερω· καὶ γὰρ τοῦτον ὑπελάμβανον νοτιώτατον ἀνατέλλειν καὶ πρὸς μηδὲν ἕτερον ζῴδιον συζυγίαν ἔχειν·</w:t>
      </w:r>
    </w:p>
    <w:p>
      <w:r>
        <w:rPr>
          <w:rFonts w:ascii="Courier New" w:hAnsi="Courier New"/>
          <w:color w:val="555555"/>
          <w:sz w:val="20"/>
        </w:rPr>
        <w:t>[2 . 31]</w:t>
      </w:r>
    </w:p>
    <w:p>
      <w:r>
        <w:rPr>
          <w:rFonts w:ascii="Gentium Plus" w:hAnsi="Gentium Plus"/>
          <w:sz w:val="24"/>
        </w:rPr>
        <w:t>ἐπεὶ γὰρ αἱ τροπαὶ αἱ χειμεριναὶ γίνονται ἐν Αἰγόκερῳ, ἐν δὲ ταῖς χειμερι‐ ναῖς τροπαῖς νοτιώτατος γίνεται ὁ ἥλιος, διὰ τοῦτο ὑπέλαβον νοτιώτατον ἀνατέλλειν τὸν Αἰγόκερων καὶ</w:t>
      </w:r>
    </w:p>
    <w:p>
      <w:r>
        <w:rPr>
          <w:rFonts w:ascii="Courier New" w:hAnsi="Courier New"/>
          <w:color w:val="555555"/>
          <w:sz w:val="20"/>
        </w:rPr>
        <w:t>[5]</w:t>
      </w:r>
    </w:p>
    <w:p>
      <w:r>
        <w:rPr>
          <w:rFonts w:ascii="Gentium Plus" w:hAnsi="Gentium Plus"/>
          <w:sz w:val="24"/>
        </w:rPr>
        <w:t>μηδὲν ἄλλο ζῴδιον ἐκ τοῦ αὐτοῦ τόπου ἀνατέλλειν καὶ 〈εἰς τὸν αὐτὸν τόπον〉 δύνειν Αἰγόκερῳ.</w:t>
      </w:r>
    </w:p>
    <w:p>
      <w:r>
        <w:rPr>
          <w:rFonts w:ascii="Courier New" w:hAnsi="Courier New"/>
          <w:color w:val="555555"/>
          <w:sz w:val="20"/>
        </w:rPr>
        <w:t>[2 . 32]</w:t>
      </w:r>
    </w:p>
    <w:p>
      <w:r>
        <w:rPr>
          <w:rFonts w:ascii="Gentium Plus" w:hAnsi="Gentium Plus"/>
          <w:sz w:val="24"/>
        </w:rPr>
        <w:t>Τὰς δὲ λοιπὰς συζυγίας ἐξετίθεντο οὕτως· Διδύμοις Λέοντα, Ταύρῳ Παρθένον, Κριῷ Ζυγόν, Ἰχθύσι Σκορπίον, Ὑδρο‐ χόῳ Τοξότην.</w:t>
      </w:r>
    </w:p>
    <w:p>
      <w:r>
        <w:rPr>
          <w:rFonts w:ascii="Courier New" w:hAnsi="Courier New"/>
          <w:color w:val="555555"/>
          <w:sz w:val="20"/>
        </w:rPr>
        <w:t>[2 . 33]</w:t>
      </w:r>
    </w:p>
    <w:p>
      <w:r>
        <w:rPr>
          <w:rFonts w:ascii="Gentium Plus" w:hAnsi="Gentium Plus"/>
          <w:sz w:val="24"/>
        </w:rPr>
        <w:t>Τὴν δὲ τοιαύτην ἔκθεσιν παντελῶς διημαρτημένην εἶναι συμβέβηκεν· οὔτε γὰρ ἐν ὅλῳ τῷ Καρκίνῳ 〈αἱ〉 τροπαὶ γίνονται, ἀλλ’ ἔστιν ἕν τι σημεῖον λόγῳ θεωρητόν, ἐφ’ οὗ γενόμενος ὁ ἥλιος τὴν τροπὴν ποιεῖται· ἐν γὰρ</w:t>
      </w:r>
    </w:p>
    <w:p>
      <w:r>
        <w:rPr>
          <w:rFonts w:ascii="Courier New" w:hAnsi="Courier New"/>
          <w:color w:val="555555"/>
          <w:sz w:val="20"/>
        </w:rPr>
        <w:t>[5]</w:t>
      </w:r>
    </w:p>
    <w:p>
      <w:r>
        <w:rPr>
          <w:rFonts w:ascii="Gentium Plus" w:hAnsi="Gentium Plus"/>
          <w:sz w:val="24"/>
        </w:rPr>
        <w:t>στιγμιαίῳ χρόνῳ αἱ τροπαὶ γίνονται.</w:t>
      </w:r>
    </w:p>
    <w:p>
      <w:r>
        <w:rPr>
          <w:rFonts w:ascii="Courier New" w:hAnsi="Courier New"/>
          <w:color w:val="555555"/>
          <w:sz w:val="20"/>
        </w:rPr>
        <w:t>[2 . 34]</w:t>
      </w:r>
    </w:p>
    <w:p>
      <w:r>
        <w:rPr>
          <w:rFonts w:ascii="Gentium Plus" w:hAnsi="Gentium Plus"/>
          <w:sz w:val="24"/>
        </w:rPr>
        <w:t>Τὸ δὲ ὅλον δωδεκατημόριον τοῦ Καρκίνου ὁμοίως κεῖται τοῖς Διδύ‐ μοις, καὶ ἑκάτερον αὐτῶν ἴσον ἀπέχει ἀπὸ τοῦ θερινοῦ τροπικοῦ σημείου.</w:t>
      </w:r>
    </w:p>
    <w:p>
      <w:r>
        <w:rPr>
          <w:rFonts w:ascii="Courier New" w:hAnsi="Courier New"/>
          <w:color w:val="555555"/>
          <w:sz w:val="20"/>
        </w:rPr>
        <w:t>[2 . 35]</w:t>
      </w:r>
    </w:p>
    <w:p>
      <w:r>
        <w:rPr>
          <w:rFonts w:ascii="Gentium Plus" w:hAnsi="Gentium Plus"/>
          <w:sz w:val="24"/>
        </w:rPr>
        <w:t>Δι’ ἣν αἰτίαν καὶ τὰ μεγέθη τῶν ἡμερῶν ἴσα ἐστὶν ἐν Διδύμοις καὶ ἐν Καρκίνῳ, καὶ ἐν τοῖς</w:t>
      </w:r>
    </w:p>
    <w:p>
      <w:r>
        <w:rPr>
          <w:rFonts w:ascii="Courier New" w:hAnsi="Courier New"/>
          <w:color w:val="555555"/>
          <w:sz w:val="20"/>
        </w:rPr>
        <w:t>[5]</w:t>
      </w:r>
    </w:p>
    <w:p>
      <w:r>
        <w:rPr>
          <w:rFonts w:ascii="Gentium Plus" w:hAnsi="Gentium Plus"/>
          <w:sz w:val="24"/>
        </w:rPr>
        <w:t>ἐν Διδύμοις·</w:t>
      </w:r>
    </w:p>
    <w:p>
      <w:r>
        <w:rPr>
          <w:rFonts w:ascii="Courier New" w:hAnsi="Courier New"/>
          <w:color w:val="555555"/>
          <w:sz w:val="20"/>
        </w:rPr>
        <w:t>[2 . 36]</w:t>
      </w:r>
    </w:p>
    <w:p>
      <w:r>
        <w:rPr>
          <w:rFonts w:ascii="Gentium Plus" w:hAnsi="Gentium Plus"/>
          <w:sz w:val="24"/>
        </w:rPr>
        <w:t>ἐξ ἴσου γὰρ κεῖται πρὸς τὸ θερινὸν σημεῖον τὰ δύο δωδεκατημόρια. Ὅθεν καὶ ὑπὸ τῶν αὐτῶν ἐμπεριλαμβάνεται κύκλων, διὰ δὲ τοῦτο ἐκ τοῦ αὐτοῦ τόπου ἀνατέλλουσι Δίδυμοι καὶ Καρκίνος, ὁμοίως δὲ</w:t>
      </w:r>
    </w:p>
    <w:p>
      <w:r>
        <w:rPr>
          <w:rFonts w:ascii="Courier New" w:hAnsi="Courier New"/>
          <w:color w:val="555555"/>
          <w:sz w:val="20"/>
        </w:rPr>
        <w:t>[5]</w:t>
      </w:r>
    </w:p>
    <w:p>
      <w:r>
        <w:rPr>
          <w:rFonts w:ascii="Gentium Plus" w:hAnsi="Gentium Plus"/>
          <w:sz w:val="24"/>
        </w:rPr>
        <w:t>δύνουσιν εἰς τὸν αὐτὸν τόπον.</w:t>
      </w:r>
    </w:p>
    <w:p>
      <w:r>
        <w:rPr>
          <w:rFonts w:ascii="Courier New" w:hAnsi="Courier New"/>
          <w:color w:val="555555"/>
          <w:sz w:val="20"/>
        </w:rPr>
        <w:t>[2 . 37]</w:t>
      </w:r>
    </w:p>
    <w:p>
      <w:r>
        <w:rPr>
          <w:rFonts w:ascii="Gentium Plus" w:hAnsi="Gentium Plus"/>
          <w:sz w:val="24"/>
        </w:rPr>
        <w:t>Ὁ δὲ αὐτὸς λόγος καὶ ἐπὶ τοῦ Αἰγόκερω. Οὐδὲ γὰρ οὗτός ἐστι νοτιώτατος, ἀλλ’ ἕν τι σημεῖον λόγῳ θεωρητόν, ὃ κοινόν ἐστι τῆς τε τοῦ Τοξότου τελευτῆς καὶ τῆς τοῦ Αἰγόκερω ἀρχῆς· διὸ ἐξ ἴσου κεῖται τῷ Τοξότῃ καὶ τὴν</w:t>
      </w:r>
    </w:p>
    <w:p>
      <w:r>
        <w:rPr>
          <w:rFonts w:ascii="Courier New" w:hAnsi="Courier New"/>
          <w:color w:val="555555"/>
          <w:sz w:val="20"/>
        </w:rPr>
        <w:t>[5]</w:t>
      </w:r>
    </w:p>
    <w:p>
      <w:r>
        <w:rPr>
          <w:rFonts w:ascii="Gentium Plus" w:hAnsi="Gentium Plus"/>
          <w:sz w:val="24"/>
        </w:rPr>
        <w:t>αὐτὴν ἀπόστασιν ἔχει ἀπὸ τοῦ χειμερινοῦ τροπικοῦ σημείου.</w:t>
      </w:r>
    </w:p>
    <w:p>
      <w:r>
        <w:rPr>
          <w:rFonts w:ascii="Courier New" w:hAnsi="Courier New"/>
          <w:color w:val="555555"/>
          <w:sz w:val="20"/>
        </w:rPr>
        <w:t>[2 . 38]</w:t>
      </w:r>
    </w:p>
    <w:p>
      <w:r>
        <w:rPr>
          <w:rFonts w:ascii="Gentium Plus" w:hAnsi="Gentium Plus"/>
          <w:sz w:val="24"/>
        </w:rPr>
        <w:t>Ὅθεν καὶ τὰ μεγέθη τῶν ἡμερῶν καὶ τῶν νυκτερινῶν τὰ αὐτά ἐστιν ἔν τε Τοξότῃ καὶ ἐν Αἰγόκερῳ, καὶ τὸ ἄκρον τοῦ γνώμονος ἐν τοῖς ὡρολογίοις τὰς αὐτὰς γράφει γραμμάς.</w:t>
      </w:r>
    </w:p>
    <w:p>
      <w:r>
        <w:rPr>
          <w:rFonts w:ascii="Courier New" w:hAnsi="Courier New"/>
          <w:color w:val="555555"/>
          <w:sz w:val="20"/>
        </w:rPr>
        <w:t>[2 . 39]</w:t>
      </w:r>
    </w:p>
    <w:p>
      <w:r>
        <w:rPr>
          <w:rFonts w:ascii="Gentium Plus" w:hAnsi="Gentium Plus"/>
          <w:sz w:val="24"/>
        </w:rPr>
        <w:t>Καὶ ὑπὸ τῶν αὐτῶν παραλλήλων ἐμπεριλαμβάνεται κύκλων τὰ δύο δωδεκατημόρια τοῦ Τοξότου τε καὶ Αἰγόκερω· καὶ διὰ τοῦτο ἐκ τοῦ αὐτοῦ τόπου ἀνατέλλει καὶ εἰς τὸν αὐτὸν τόπον δύνει Τοξότης</w:t>
      </w:r>
    </w:p>
    <w:p>
      <w:r>
        <w:rPr>
          <w:rFonts w:ascii="Courier New" w:hAnsi="Courier New"/>
          <w:color w:val="555555"/>
          <w:sz w:val="20"/>
        </w:rPr>
        <w:t>[5]</w:t>
      </w:r>
    </w:p>
    <w:p>
      <w:r>
        <w:rPr>
          <w:rFonts w:ascii="Gentium Plus" w:hAnsi="Gentium Plus"/>
          <w:sz w:val="24"/>
        </w:rPr>
        <w:t>καὶ Αἰγόκερως· ἔστιν οὖν κατὰ συζυγίαν Τοξότης καὶ Αἰγόκερως.</w:t>
      </w:r>
    </w:p>
    <w:p>
      <w:r>
        <w:rPr>
          <w:rFonts w:ascii="Courier New" w:hAnsi="Courier New"/>
          <w:color w:val="555555"/>
          <w:sz w:val="20"/>
        </w:rPr>
        <w:t>[2 . 40]</w:t>
      </w:r>
    </w:p>
    <w:p>
      <w:r>
        <w:rPr>
          <w:rFonts w:ascii="Gentium Plus" w:hAnsi="Gentium Plus"/>
          <w:sz w:val="24"/>
        </w:rPr>
        <w:t>Ὁμοίως δὲ καὶ τὰς λοιπὰς συζυγίας διημαρτημέ‐ νας εἶναι συμβέβηκεν. Ἐκδηλότατον δὲ γίνεται 〈τὸ〉 ἁμάρτημα περὶ τὴν συζυγίαν τοῦ Κριοῦ. Ἀποφαίνονται γὰρ κατὰ συζυγίαν Κριὸν Ζυγῷ ὡς τούτων τῶν ζῳδίων</w:t>
      </w:r>
    </w:p>
    <w:p>
      <w:r>
        <w:rPr>
          <w:rFonts w:ascii="Courier New" w:hAnsi="Courier New"/>
          <w:color w:val="555555"/>
          <w:sz w:val="20"/>
        </w:rPr>
        <w:t>[5]</w:t>
      </w:r>
    </w:p>
    <w:p>
      <w:r>
        <w:rPr>
          <w:rFonts w:ascii="Gentium Plus" w:hAnsi="Gentium Plus"/>
          <w:sz w:val="24"/>
        </w:rPr>
        <w:t>ἐκ τοῦ αὐτοῦ τόπου ἀνατελλόντων καὶ εἰς τὸν αὐτὸν τόπον δυνόντων.</w:t>
      </w:r>
    </w:p>
    <w:p>
      <w:r>
        <w:rPr>
          <w:rFonts w:ascii="Courier New" w:hAnsi="Courier New"/>
          <w:color w:val="555555"/>
          <w:sz w:val="20"/>
        </w:rPr>
        <w:t>[2 . 41]</w:t>
      </w:r>
    </w:p>
    <w:p>
      <w:r>
        <w:rPr>
          <w:rFonts w:ascii="Gentium Plus" w:hAnsi="Gentium Plus"/>
          <w:sz w:val="24"/>
        </w:rPr>
        <w:t>Ἀλλ’ ὁ μὲν Κριὸς βόρειος ἀνα‐ τέλλει καὶ δύνει· τοῦ γὰρ ἰσημερινοῦ κύκλου πρὸς ἄρκτους κεῖται· αἱ δὲ Ζυγοῦ νότιαι καὶ ἀνατέλλουσι καὶ δύνουσι· τοῦ γὰρ ἰσημερινοῦ κύκλου πρὸς μεσημβρίαν κεῖνται.</w:t>
      </w:r>
    </w:p>
    <w:p>
      <w:r>
        <w:rPr>
          <w:rFonts w:ascii="Courier New" w:hAnsi="Courier New"/>
          <w:color w:val="555555"/>
          <w:sz w:val="20"/>
        </w:rPr>
        <w:t>[2 . 42]</w:t>
      </w:r>
    </w:p>
    <w:p>
      <w:r>
        <w:rPr>
          <w:rFonts w:ascii="Gentium Plus" w:hAnsi="Gentium Plus"/>
          <w:sz w:val="24"/>
        </w:rPr>
        <w:t>Πῶς οὖν δύναται Κριὸς Ζυγῷ κατὰ συζυγίαν εἶναι; Ἐκ διαφόρων γὰρ τόπων ἀνατέλλουσιν, ὁμοίως δὲ καὶ δύνουσιν. Οὐ δύναται οὖν ταῦτα τὰ ζῴδια ὑπὸ τῶν αὐτῶν παραλλήλων περιέχεσθαι κύκλων.</w:t>
      </w:r>
    </w:p>
    <w:p>
      <w:r>
        <w:rPr>
          <w:rFonts w:ascii="Courier New" w:hAnsi="Courier New"/>
          <w:color w:val="555555"/>
          <w:sz w:val="20"/>
        </w:rPr>
        <w:t>[2 . 43]</w:t>
      </w:r>
    </w:p>
    <w:p>
      <w:r>
        <w:rPr>
          <w:rFonts w:ascii="Gentium Plus" w:hAnsi="Gentium Plus"/>
          <w:sz w:val="24"/>
        </w:rPr>
        <w:t>Ὁμοίως δὲ οὐδὲ αἱ λοιπαὶ συζυγίαι συμφωνοῦσιν. Ἠγνοήκασιν οὖν τὰ περὶ τὰς πρώτας μοίρας συμβεβηκότα τοῖς κατὰ συζυ‐ γίαν ζῳδίοις περὶ ὅλα τὰ ζῴδια ἐκθέμενοι· πολλῷ γὰρ</w:t>
      </w:r>
    </w:p>
    <w:p>
      <w:r>
        <w:rPr>
          <w:rFonts w:ascii="Courier New" w:hAnsi="Courier New"/>
          <w:color w:val="555555"/>
          <w:sz w:val="20"/>
        </w:rPr>
        <w:t>[5]</w:t>
      </w:r>
    </w:p>
    <w:p>
      <w:r>
        <w:rPr>
          <w:rFonts w:ascii="Gentium Plus" w:hAnsi="Gentium Plus"/>
          <w:sz w:val="24"/>
        </w:rPr>
        <w:t>μᾶλλον ἔδει τὰ ὅλοις τοῖς δωδεκατημορίοις συμβεβηκότα εἰς ἀναγραφὴν καὶ παραγγέλματα ἀγαγεῖν.</w:t>
      </w:r>
    </w:p>
    <w:p>
      <w:r>
        <w:rPr>
          <w:rFonts w:ascii="Courier New" w:hAnsi="Courier New"/>
          <w:color w:val="555555"/>
          <w:sz w:val="20"/>
        </w:rPr>
        <w:t>[2 . 44]</w:t>
      </w:r>
    </w:p>
    <w:p>
      <w:r>
        <w:rPr>
          <w:rFonts w:ascii="Gentium Plus" w:hAnsi="Gentium Plus"/>
          <w:sz w:val="24"/>
        </w:rPr>
        <w:t>Εἰσὶν οὖν κατὰ ἀλήθειαν συζυγίαι ϛ· Δίδυμοι Καρκίνῳ, Ταῦρος Λέοντι, Κριὸς Παρθένῳ, Ἰχθύες Ζυγῷ, Ὑδροχόος Σκορπίῳ, Αἰγόκερως Τοξότῃ. Ταῦτα γὰρ καὶ ἐκ τοῦ αὐτοῦ τόπου ἀνατέλλει καὶ εἰς τὸν αὐτὸν τόπον</w:t>
      </w:r>
    </w:p>
    <w:p>
      <w:r>
        <w:rPr>
          <w:rFonts w:ascii="Courier New" w:hAnsi="Courier New"/>
          <w:color w:val="555555"/>
          <w:sz w:val="20"/>
        </w:rPr>
        <w:t>[5]</w:t>
      </w:r>
    </w:p>
    <w:p>
      <w:r>
        <w:rPr>
          <w:rFonts w:ascii="Gentium Plus" w:hAnsi="Gentium Plus"/>
          <w:sz w:val="24"/>
        </w:rPr>
        <w:t>δύνει καὶ ὑπὸ τῶν αὐτῶν παραλλήλων ἐμπεριλαμβάνεται κύκλων καὶ ἐξ ἴσου κεῖται πρὸς τὰ τροπικὰ σημεῖα.</w:t>
      </w:r>
    </w:p>
    <w:p>
      <w:r>
        <w:rPr>
          <w:rFonts w:ascii="Courier New" w:hAnsi="Courier New"/>
          <w:color w:val="555555"/>
          <w:sz w:val="20"/>
        </w:rPr>
        <w:t>[2 . 45]</w:t>
      </w:r>
    </w:p>
    <w:p>
      <w:r>
        <w:rPr>
          <w:rFonts w:ascii="Gentium Plus" w:hAnsi="Gentium Plus"/>
          <w:sz w:val="24"/>
        </w:rPr>
        <w:t>Ἐν τούτοις γὰρ καὶ τὰ μεγέθη τῶν ἡμερῶν καὶ τῶν νυκτῶν ἴσα, καὶ τὰ ἄκρα τῶν γνωμόνων ἐν τοῖς ὡρολογίοις τὰς αὐτὰς γράφει γραμμάς.</w:t>
      </w:r>
    </w:p>
    <w:p>
      <w:r>
        <w:rPr>
          <w:rFonts w:ascii="Courier New" w:hAnsi="Courier New"/>
          <w:color w:val="555555"/>
          <w:sz w:val="20"/>
        </w:rPr>
        <w:t>[3 T]</w:t>
      </w:r>
    </w:p>
    <w:p>
      <w:r>
        <w:rPr>
          <w:rFonts w:ascii="Gentium Plus" w:hAnsi="Gentium Plus"/>
          <w:sz w:val="24"/>
        </w:rPr>
        <w:t>Περὶ τῶν κατεστηριγμένων ζῳδίων</w:t>
      </w:r>
    </w:p>
    <w:p>
      <w:r>
        <w:rPr>
          <w:rFonts w:ascii="Courier New" w:hAnsi="Courier New"/>
          <w:color w:val="555555"/>
          <w:sz w:val="20"/>
        </w:rPr>
        <w:t>[3 . 1]</w:t>
      </w:r>
    </w:p>
    <w:p>
      <w:r>
        <w:rPr>
          <w:rFonts w:ascii="Gentium Plus" w:hAnsi="Gentium Plus"/>
          <w:sz w:val="24"/>
        </w:rPr>
        <w:t>Τὰ κατεστηριγμένα ζῴδια διαιρεῖται εἰς μέρη</w:t>
      </w:r>
    </w:p>
    <w:p>
      <w:r>
        <w:rPr>
          <w:rFonts w:ascii="Courier New" w:hAnsi="Courier New"/>
          <w:color w:val="555555"/>
          <w:sz w:val="20"/>
        </w:rPr>
        <w:t>[3 . 2]</w:t>
      </w:r>
    </w:p>
    <w:p>
      <w:r>
        <w:rPr>
          <w:rFonts w:ascii="Gentium Plus" w:hAnsi="Gentium Plus"/>
          <w:sz w:val="24"/>
        </w:rPr>
        <w:t>Τὰ μὲν οὖν ἐπὶ τοῦ ζῳδιακοῦ κύκλου κείμενά ἐστι τὰ ιβ ζῴδια, ὧν τὰς ὀνομασίας προειρήκαμεν. Καὶ ἐν τοῖς ιβ ζῳδίοις τινὲς ἀστέρες διὰ τὰς ἐπ’ αὐτοῖς γινομένας ἐπισημασίας ἰδίας προσηγορίας ἠξιωμένοι</w:t>
      </w:r>
    </w:p>
    <w:p>
      <w:r>
        <w:rPr>
          <w:rFonts w:ascii="Courier New" w:hAnsi="Courier New"/>
          <w:color w:val="555555"/>
          <w:sz w:val="20"/>
        </w:rPr>
        <w:t>[5]</w:t>
      </w:r>
    </w:p>
    <w:p>
      <w:r>
        <w:rPr>
          <w:rFonts w:ascii="Gentium Plus" w:hAnsi="Gentium Plus"/>
          <w:sz w:val="24"/>
        </w:rPr>
        <w:t>εἰσίν.</w:t>
      </w:r>
    </w:p>
    <w:p>
      <w:r>
        <w:rPr>
          <w:rFonts w:ascii="Courier New" w:hAnsi="Courier New"/>
          <w:color w:val="555555"/>
          <w:sz w:val="20"/>
        </w:rPr>
        <w:t>[3 . 3]</w:t>
      </w:r>
    </w:p>
    <w:p>
      <w:r>
        <w:rPr>
          <w:rFonts w:ascii="Gentium Plus" w:hAnsi="Gentium Plus"/>
          <w:sz w:val="24"/>
        </w:rPr>
        <w:t>Οἱ μὲν γὰρ ἐπὶ τοῦ Ταύρου ἐπὶ τοῦ νώτου αὐτοῦ κείμενοι ἀστέρες τὸν ἀριθμὸν ϛ καλοῦνται Πλειά‐ δες· οἱ δὲ ἐπὶ τοῦ βουκράνου τοῦ Ταύρου κείμενοι ἀστέρες τὸν ἀριθμὸν ε καλοῦνται Ὑάδες.</w:t>
      </w:r>
    </w:p>
    <w:p>
      <w:r>
        <w:rPr>
          <w:rFonts w:ascii="Courier New" w:hAnsi="Courier New"/>
          <w:color w:val="555555"/>
          <w:sz w:val="20"/>
        </w:rPr>
        <w:t>[3 . 4]</w:t>
      </w:r>
    </w:p>
    <w:p>
      <w:r>
        <w:rPr>
          <w:rFonts w:ascii="Gentium Plus" w:hAnsi="Gentium Plus"/>
          <w:sz w:val="24"/>
        </w:rPr>
        <w:t>Ὁ δὲ προηγού‐ μενος τῶν ποδῶν τῶν Διδύμων ἀστὴρ προσαγορεύεται Πρόπους. Οἱ δὲ ἐν τῷ Καρκίνῳ νεφελοειδεῖ συστροφῇ ἐοικότες καλοῦνται Φάτνη· οἱ δὲ πλησίον αὐτῆς δύο</w:t>
      </w:r>
    </w:p>
    <w:p>
      <w:r>
        <w:rPr>
          <w:rFonts w:ascii="Courier New" w:hAnsi="Courier New"/>
          <w:color w:val="555555"/>
          <w:sz w:val="20"/>
        </w:rPr>
        <w:t>[5]</w:t>
      </w:r>
    </w:p>
    <w:p>
      <w:r>
        <w:rPr>
          <w:rFonts w:ascii="Gentium Plus" w:hAnsi="Gentium Plus"/>
          <w:sz w:val="24"/>
        </w:rPr>
        <w:t>ἀστέρες κείμενοι Ὄνοι προσαγορεύονται.</w:t>
      </w:r>
    </w:p>
    <w:p>
      <w:r>
        <w:rPr>
          <w:rFonts w:ascii="Courier New" w:hAnsi="Courier New"/>
          <w:color w:val="555555"/>
          <w:sz w:val="20"/>
        </w:rPr>
        <w:t>[3 . 5]</w:t>
      </w:r>
    </w:p>
    <w:p>
      <w:r>
        <w:rPr>
          <w:rFonts w:ascii="Gentium Plus" w:hAnsi="Gentium Plus"/>
          <w:sz w:val="24"/>
        </w:rPr>
        <w:t>Ὁ δὲ ἐν τῇ καρδίᾳ τοῦ Λέοντος κείμενος λαμπρὸς ἀστὴρ ὁμωνύμως τῷ τόπῳ, ἐφ’ ᾧ κεῖται, Καρδία Λέοντος προσαγορεύεται· ὑπὸ δέ τινων Βασιλίσκος καλεῖται, ὅτι δοκοῦσιν οἱ περὶ</w:t>
      </w:r>
    </w:p>
    <w:p>
      <w:r>
        <w:rPr>
          <w:rFonts w:ascii="Courier New" w:hAnsi="Courier New"/>
          <w:color w:val="555555"/>
          <w:sz w:val="20"/>
        </w:rPr>
        <w:t>[5]</w:t>
      </w:r>
    </w:p>
    <w:p>
      <w:r>
        <w:rPr>
          <w:rFonts w:ascii="Gentium Plus" w:hAnsi="Gentium Plus"/>
          <w:sz w:val="24"/>
        </w:rPr>
        <w:t>τὸν τόπον τοῦτον γεννώμενοι βασιλικὸν ἔχειν τὸ γενέθλιον.</w:t>
      </w:r>
    </w:p>
    <w:p>
      <w:r>
        <w:rPr>
          <w:rFonts w:ascii="Courier New" w:hAnsi="Courier New"/>
          <w:color w:val="555555"/>
          <w:sz w:val="20"/>
        </w:rPr>
        <w:t>[3 . 6]</w:t>
      </w:r>
    </w:p>
    <w:p>
      <w:r>
        <w:rPr>
          <w:rFonts w:ascii="Gentium Plus" w:hAnsi="Gentium Plus"/>
          <w:sz w:val="24"/>
        </w:rPr>
        <w:t>Ὁ δὲ ἐν ἄκρᾳ τῇ ἀριστερᾷ χειρὶ τῆς Παρθένου κεί‐ μενος λαμπρὸς ἀστὴρ Στάχυς προσαγορεύεται· ὁ δὲ παρὰ τὴν δεξιὰν τῆς Παρθένου πτέρυγα κείμενος ἀστε‐</w:t>
      </w:r>
    </w:p>
    <w:p>
      <w:r>
        <w:rPr>
          <w:rFonts w:ascii="Courier New" w:hAnsi="Courier New"/>
          <w:color w:val="555555"/>
          <w:sz w:val="20"/>
        </w:rPr>
        <w:t>[5]</w:t>
      </w:r>
    </w:p>
    <w:p>
      <w:r>
        <w:rPr>
          <w:rFonts w:ascii="Gentium Plus" w:hAnsi="Gentium Plus"/>
          <w:sz w:val="24"/>
        </w:rPr>
        <w:t>χειρὶ κείμενοι τοῦ Ὑδροχόου δ ἀστέρες Κάλπις καλοῦν‐ ται.</w:t>
      </w:r>
    </w:p>
    <w:p>
      <w:r>
        <w:rPr>
          <w:rFonts w:ascii="Courier New" w:hAnsi="Courier New"/>
          <w:color w:val="555555"/>
          <w:sz w:val="20"/>
        </w:rPr>
        <w:t>[3 . 7]</w:t>
      </w:r>
    </w:p>
    <w:p>
      <w:r>
        <w:rPr>
          <w:rFonts w:ascii="Gentium Plus" w:hAnsi="Gentium Plus"/>
          <w:sz w:val="24"/>
        </w:rPr>
        <w:t>Οἱ δὲ ἀπὸ τῶν οὐραίων μερῶν τῶν Ἰχθύων κατὰ τὸ ἑξῆς κείμενοι ἀστέρες Λίνοι προσαγορεύονται· εἰσὶ δὲ ἐν μὲν τῷ νοτίῳ λίνῳ ἀστέρες θ, ἐν δὲ τῷ βορείῳ λίνῳ ἀστέρες ε· ὁ δὲ ἐν ἄκρῳ τῷ λίνῳ κείμενος λαμπρὸς ἀστὴρ</w:t>
      </w:r>
    </w:p>
    <w:p>
      <w:r>
        <w:rPr>
          <w:rFonts w:ascii="Courier New" w:hAnsi="Courier New"/>
          <w:color w:val="555555"/>
          <w:sz w:val="20"/>
        </w:rPr>
        <w:t>[5]</w:t>
      </w:r>
    </w:p>
    <w:p>
      <w:r>
        <w:rPr>
          <w:rFonts w:ascii="Gentium Plus" w:hAnsi="Gentium Plus"/>
          <w:sz w:val="24"/>
        </w:rPr>
        <w:t>Σύνδεσμος προσαγορεύεται.</w:t>
      </w:r>
    </w:p>
    <w:p>
      <w:r>
        <w:rPr>
          <w:rFonts w:ascii="Courier New" w:hAnsi="Courier New"/>
          <w:color w:val="555555"/>
          <w:sz w:val="20"/>
        </w:rPr>
        <w:t>[3 . 8]</w:t>
      </w:r>
    </w:p>
    <w:p>
      <w:r>
        <w:rPr>
          <w:rFonts w:ascii="Gentium Plus" w:hAnsi="Gentium Plus"/>
          <w:sz w:val="24"/>
        </w:rPr>
        <w:t>Βόρεια δέ ἐστιν, ὅσα τοῦ τῶν ζῳδίων κύκλου πρὸς ἄρκτους κεῖται. Ἔστι δὲ τάδε· ἡ Μεγάλη Ἄρκτος, ἡ Μικρά, Δράκων ὁ διὰ τῶν Ἄρκτων, Ἀρκτοφύλαξ, Στέ‐ φανος, Ἐνγόνασιν, Ὀφιοῦχος, Ὄφις, Λύρα, Ὄρνις,</w:t>
      </w:r>
    </w:p>
    <w:p>
      <w:r>
        <w:rPr>
          <w:rFonts w:ascii="Courier New" w:hAnsi="Courier New"/>
          <w:color w:val="555555"/>
          <w:sz w:val="20"/>
        </w:rPr>
        <w:t>[5]</w:t>
      </w:r>
    </w:p>
    <w:p>
      <w:r>
        <w:rPr>
          <w:rFonts w:ascii="Gentium Plus" w:hAnsi="Gentium Plus"/>
          <w:sz w:val="24"/>
        </w:rPr>
        <w:t>Ὀϊστός, Ἀετός, Δελφίς, Προτομὴ Ἵππου καθ’ Ἵππαρχον, Ἵππος, Κηφεύς, Κασσιέπεια, Ἀνδρομέδα, Περσεύς, Ἡνίο‐ χος, Δελτωτὸν καὶ ὁ ὕστερον κατεστηριγμένος ὑπὸ Καλλιμάχου Βερενίκης Πλόκαμος.</w:t>
      </w:r>
    </w:p>
    <w:p>
      <w:r>
        <w:rPr>
          <w:rFonts w:ascii="Courier New" w:hAnsi="Courier New"/>
          <w:color w:val="555555"/>
          <w:sz w:val="20"/>
        </w:rPr>
        <w:t>[3 . 9]</w:t>
      </w:r>
    </w:p>
    <w:p>
      <w:r>
        <w:rPr>
          <w:rFonts w:ascii="Gentium Plus" w:hAnsi="Gentium Plus"/>
          <w:sz w:val="24"/>
        </w:rPr>
        <w:t>Πάλιν δὲ καὶ ἐν τούτοις ἀστέρες τινὲς ἰδίας ἔχουσι προσηγορίας διὰ τὰς ὁλοσχερεῖς ἐπ’ αὐτοῖς γινομένας ἐπισημασίας. Ὁ μὲν γὰρ ἀνὰ μέσον τῶν σκελῶν τοῦ Ἀρκτοφύλακος κείμενος ἐπίσημος ἀστὴρ Ἀρκτοῦρος</w:t>
      </w:r>
    </w:p>
    <w:p>
      <w:r>
        <w:rPr>
          <w:rFonts w:ascii="Courier New" w:hAnsi="Courier New"/>
          <w:color w:val="555555"/>
          <w:sz w:val="20"/>
        </w:rPr>
        <w:t>[5]</w:t>
      </w:r>
    </w:p>
    <w:p>
      <w:r>
        <w:rPr>
          <w:rFonts w:ascii="Gentium Plus" w:hAnsi="Gentium Plus"/>
          <w:sz w:val="24"/>
        </w:rPr>
        <w:t>ὀνομάζεται.</w:t>
      </w:r>
    </w:p>
    <w:p>
      <w:r>
        <w:rPr>
          <w:rFonts w:ascii="Courier New" w:hAnsi="Courier New"/>
          <w:color w:val="555555"/>
          <w:sz w:val="20"/>
        </w:rPr>
        <w:t>[3 . 10]</w:t>
      </w:r>
    </w:p>
    <w:p>
      <w:r>
        <w:rPr>
          <w:rFonts w:ascii="Gentium Plus" w:hAnsi="Gentium Plus"/>
          <w:sz w:val="24"/>
        </w:rPr>
        <w:t>Ὁ δὲ παρὰ τὴν Λύραν κείμενος λαμ‐ πρὸς ἀστὴρ ὁμωνύμως ὅλῳ τῷ ζῳδίῳ Λύρα προσαγορεύεται. Ὁ δὲ μέσος τῶν ἐν τῷ Ἀετῷ τριῶν ἀστέρων ὁμωνύμως τῷ ζῳδίῳ Ἀετὸς προσαγορεύεται.</w:t>
      </w:r>
    </w:p>
    <w:p>
      <w:r>
        <w:rPr>
          <w:rFonts w:ascii="Courier New" w:hAnsi="Courier New"/>
          <w:color w:val="555555"/>
          <w:sz w:val="20"/>
        </w:rPr>
        <w:t>[3 . 11]</w:t>
      </w:r>
    </w:p>
    <w:p>
      <w:r>
        <w:rPr>
          <w:rFonts w:ascii="Gentium Plus" w:hAnsi="Gentium Plus"/>
          <w:sz w:val="24"/>
        </w:rPr>
        <w:t>Οἱ δὲ ἐν ἄκρᾳ τῇ ἀριστερᾷ χειρὶ τοῦ Περσέως κείμενοι ἀστέρες Γοργόνιον</w:t>
      </w:r>
    </w:p>
    <w:p>
      <w:r>
        <w:rPr>
          <w:rFonts w:ascii="Courier New" w:hAnsi="Courier New"/>
          <w:color w:val="555555"/>
          <w:sz w:val="20"/>
        </w:rPr>
        <w:t>[5]</w:t>
      </w:r>
    </w:p>
    <w:p>
      <w:r>
        <w:rPr>
          <w:rFonts w:ascii="Gentium Plus" w:hAnsi="Gentium Plus"/>
          <w:sz w:val="24"/>
        </w:rPr>
        <w:t>καταστηρίζονται.</w:t>
      </w:r>
    </w:p>
    <w:p>
      <w:r>
        <w:rPr>
          <w:rFonts w:ascii="Courier New" w:hAnsi="Courier New"/>
          <w:color w:val="555555"/>
          <w:sz w:val="20"/>
        </w:rPr>
        <w:t>[3 . 12]</w:t>
      </w:r>
    </w:p>
    <w:p>
      <w:r>
        <w:rPr>
          <w:rFonts w:ascii="Gentium Plus" w:hAnsi="Gentium Plus"/>
          <w:sz w:val="24"/>
        </w:rPr>
        <w:t>Ὁ δὲ ἐν τῷ εὐωνύμῳ ὤμῳ τοῦ Ἡνιόχου κείμενος λαμπρὸς ἀστὴρ Αἴξ προσαγορεύεται· οἱ δὲ ἐν ἄκρᾳ τῇ αὐτοῦ χειρὶ κείμενοι ἀστερίσκοι δύο Ἔριφοι καλοῦνται.</w:t>
      </w:r>
    </w:p>
    <w:p>
      <w:r>
        <w:rPr>
          <w:rFonts w:ascii="Courier New" w:hAnsi="Courier New"/>
          <w:color w:val="555555"/>
          <w:sz w:val="20"/>
        </w:rPr>
        <w:t>[3 . 13]</w:t>
      </w:r>
    </w:p>
    <w:p>
      <w:r>
        <w:rPr>
          <w:rFonts w:ascii="Gentium Plus" w:hAnsi="Gentium Plus"/>
          <w:sz w:val="24"/>
        </w:rPr>
        <w:t>Νότια δέ ἐστιν, ὅσα τοῦ τῶν ζῳδίων κύκλου πρὸς μεσημβρίαν κεῖται. Ἔστι δὲ τάδε· Ὠρίων καὶ Προκύων, Κύων, Λαγωός, Ἀργώ, Ὕδρος, Κρατήρ, Κόραξ, Κένταυρος, Θηρίον, ὃ κρατεῖ ὁ Κένταυρος καθ’ Ἵππαρχον, Θυμιατήριον,</w:t>
      </w:r>
    </w:p>
    <w:p>
      <w:r>
        <w:rPr>
          <w:rFonts w:ascii="Courier New" w:hAnsi="Courier New"/>
          <w:color w:val="555555"/>
          <w:sz w:val="20"/>
        </w:rPr>
        <w:t>[5]</w:t>
      </w:r>
    </w:p>
    <w:p>
      <w:r>
        <w:rPr>
          <w:rFonts w:ascii="Gentium Plus" w:hAnsi="Gentium Plus"/>
          <w:sz w:val="24"/>
        </w:rPr>
        <w:t>Νότιος Ἰχθύς, Κῆτος, Ὕδωρ τὸ ἀπὸ τοῦ Ὑδροχόου, Ποταμὸς ὁ ἀπὸ τοῦ Ὠρίωνος, Νότιος Στέφανος, ὑπὸ δέ τινων Οὐρανίσκος προσαγορευόμενος.</w:t>
      </w:r>
    </w:p>
    <w:p>
      <w:r>
        <w:rPr>
          <w:rFonts w:ascii="Courier New" w:hAnsi="Courier New"/>
          <w:color w:val="555555"/>
          <w:sz w:val="20"/>
        </w:rPr>
        <w:t>[3 . 14]</w:t>
      </w:r>
    </w:p>
    <w:p>
      <w:r>
        <w:rPr>
          <w:rFonts w:ascii="Gentium Plus" w:hAnsi="Gentium Plus"/>
          <w:sz w:val="24"/>
        </w:rPr>
        <w:t>Πάλιν δὲ καὶ ἐν τούτοις τινὲς ἀστέρες ἰδίας ἔχουσι προσηγορίας. Ὁ μὲν γὰρ ἐν τῷ Πρόκυνι ὢν λαμπρὸς ἀστὴρ Προκύων καλεῖται. Ὁ δὲ ἐν τῷ στόματι τοῦ Κυνὸς λαμπρὸς ἀστήρ, ὃς δοκεῖ τὴν ἐπίτασιν τῶν καυμάτων</w:t>
      </w:r>
    </w:p>
    <w:p>
      <w:r>
        <w:rPr>
          <w:rFonts w:ascii="Courier New" w:hAnsi="Courier New"/>
          <w:color w:val="555555"/>
          <w:sz w:val="20"/>
        </w:rPr>
        <w:t>[5]</w:t>
      </w:r>
    </w:p>
    <w:p>
      <w:r>
        <w:rPr>
          <w:rFonts w:ascii="Gentium Plus" w:hAnsi="Gentium Plus"/>
          <w:sz w:val="24"/>
        </w:rPr>
        <w:t>ποιεῖν, ὁμωνύμως ὅλῳ τῷ ζῳδίῳ Κύων προσαγορεύεται.</w:t>
      </w:r>
    </w:p>
    <w:p>
      <w:r>
        <w:rPr>
          <w:rFonts w:ascii="Courier New" w:hAnsi="Courier New"/>
          <w:color w:val="555555"/>
          <w:sz w:val="20"/>
        </w:rPr>
        <w:t>[3 . 15]</w:t>
      </w:r>
    </w:p>
    <w:p>
      <w:r>
        <w:rPr>
          <w:rFonts w:ascii="Gentium Plus" w:hAnsi="Gentium Plus"/>
          <w:sz w:val="24"/>
        </w:rPr>
        <w:t>Ὁ δὲ ἐν ἄκρῳ τῷ πηδαλίῳ τῆς Ἀργοῦς κείμενος λαμπρὸς ἀστὴρ Κάνωβος ὀνομάζεται· οὗτος μὲν ἐν Ῥόδῳ δυσθεώρητός ἐστιν ἢ παντελῶς ἀφ’ ὑψηλῶν τόπων ὀρᾶται· ἐν Ἀλεξανδρείᾳ δέ ἐστι παντελῶς ἐκφανής·</w:t>
      </w:r>
    </w:p>
    <w:p>
      <w:r>
        <w:rPr>
          <w:rFonts w:ascii="Courier New" w:hAnsi="Courier New"/>
          <w:color w:val="555555"/>
          <w:sz w:val="20"/>
        </w:rPr>
        <w:t>[5]</w:t>
      </w:r>
    </w:p>
    <w:p>
      <w:r>
        <w:rPr>
          <w:rFonts w:ascii="Gentium Plus" w:hAnsi="Gentium Plus"/>
          <w:sz w:val="24"/>
        </w:rPr>
        <w:t>σχεδὸν γὰρ δον μέρος ζῳδίου ἀπὸ τοῦ ὁρίζοντος μετεω‐</w:t>
      </w:r>
    </w:p>
    <w:p>
      <w:r>
        <w:rPr>
          <w:rFonts w:ascii="Courier New" w:hAnsi="Courier New"/>
          <w:color w:val="555555"/>
          <w:sz w:val="20"/>
        </w:rPr>
        <w:t>[4 T]</w:t>
      </w:r>
    </w:p>
    <w:p>
      <w:r>
        <w:rPr>
          <w:rFonts w:ascii="Gentium Plus" w:hAnsi="Gentium Plus"/>
          <w:sz w:val="24"/>
        </w:rPr>
        <w:t>Περὶ ἄξονος καὶ πόλων</w:t>
      </w:r>
    </w:p>
    <w:p>
      <w:r>
        <w:rPr>
          <w:rFonts w:ascii="Courier New" w:hAnsi="Courier New"/>
          <w:color w:val="555555"/>
          <w:sz w:val="20"/>
        </w:rPr>
        <w:t>[4 . 1]</w:t>
      </w:r>
    </w:p>
    <w:p>
      <w:r>
        <w:rPr>
          <w:rFonts w:ascii="Gentium Plus" w:hAnsi="Gentium Plus"/>
          <w:sz w:val="24"/>
        </w:rPr>
        <w:t>Τοῦ δὲ κόσμου σφαιροειδοῦς ὑπάρχοντος ἄξων καλεῖται ἡ διάμετρος τοῦ κόσμου, περὶ ἣν στρέφεται ὁ κόσμος. Τὰ δὲ πέρατα τοῦ ἄξονος πόλοι λέγονται τοῦ κόσμου.</w:t>
      </w:r>
    </w:p>
    <w:p>
      <w:r>
        <w:rPr>
          <w:rFonts w:ascii="Courier New" w:hAnsi="Courier New"/>
          <w:color w:val="555555"/>
          <w:sz w:val="20"/>
        </w:rPr>
        <w:t>[4 . 2]</w:t>
      </w:r>
    </w:p>
    <w:p>
      <w:r>
        <w:rPr>
          <w:rFonts w:ascii="Gentium Plus" w:hAnsi="Gentium Plus"/>
          <w:sz w:val="24"/>
        </w:rPr>
        <w:t>Τῶν δὲ πόλων ὁ μὲν λέγεται βόρειος, ὁ δὲ νότιος, βόρειος μὲν ὁ διὰ παντὸς φαινόμενος ὡς πρὸς τὴν ἡμετέραν οἴκησιν, νότιος δὲ ὁ διὰ παντὸς ἀόρατος ὡς πρὸς τὸν ἡμέτερον ὁρίζοντα.</w:t>
      </w:r>
    </w:p>
    <w:p>
      <w:r>
        <w:rPr>
          <w:rFonts w:ascii="Courier New" w:hAnsi="Courier New"/>
          <w:color w:val="555555"/>
          <w:sz w:val="20"/>
        </w:rPr>
        <w:t>[4 . 3]</w:t>
      </w:r>
    </w:p>
    <w:p>
      <w:r>
        <w:rPr>
          <w:rFonts w:ascii="Gentium Plus" w:hAnsi="Gentium Plus"/>
          <w:sz w:val="24"/>
        </w:rPr>
        <w:t>Εἰσὶ μέντοι τόποι τινὲς ἐπὶ τῆς γῆς, ὅπου συμβαίνει τὸν μὲν παρ’ ἡμῖν πόλον τὸν ἀεὶ φανερὸν ἐκείνοις ἀόρατον εἶναι, τὸν δὲ παρ’ ἡμῖν ἀόρατον ἐκείνοις φανερὸν εἶναι.</w:t>
      </w:r>
    </w:p>
    <w:p>
      <w:r>
        <w:rPr>
          <w:rFonts w:ascii="Courier New" w:hAnsi="Courier New"/>
          <w:color w:val="555555"/>
          <w:sz w:val="20"/>
        </w:rPr>
        <w:t>[4 . 4]</w:t>
      </w:r>
    </w:p>
    <w:p>
      <w:r>
        <w:rPr>
          <w:rFonts w:ascii="Gentium Plus" w:hAnsi="Gentium Plus"/>
          <w:sz w:val="24"/>
        </w:rPr>
        <w:t>Καὶ πάλιν ἔστι τις τόπος ἐπὶ τῆς γῆς, ὅπου οἱ δύο πόλοι ὁμοίως ἐπὶ τοῦ ὁρίζοντος κεῖνται.</w:t>
      </w:r>
    </w:p>
    <w:p>
      <w:r>
        <w:rPr>
          <w:rFonts w:ascii="Courier New" w:hAnsi="Courier New"/>
          <w:color w:val="555555"/>
          <w:sz w:val="20"/>
        </w:rPr>
        <w:t>[5 T]</w:t>
      </w:r>
    </w:p>
    <w:p>
      <w:r>
        <w:rPr>
          <w:rFonts w:ascii="Gentium Plus" w:hAnsi="Gentium Plus"/>
          <w:sz w:val="24"/>
        </w:rPr>
        <w:t>Περὶ τῶν ἐν τῇ σφαίρᾳ κύκλων</w:t>
      </w:r>
    </w:p>
    <w:p>
      <w:r>
        <w:rPr>
          <w:rFonts w:ascii="Courier New" w:hAnsi="Courier New"/>
          <w:color w:val="555555"/>
          <w:sz w:val="20"/>
        </w:rPr>
        <w:t>[5 . 1]</w:t>
      </w:r>
    </w:p>
    <w:p>
      <w:r>
        <w:rPr>
          <w:rFonts w:ascii="Gentium Plus" w:hAnsi="Gentium Plus"/>
          <w:sz w:val="24"/>
        </w:rPr>
        <w:t>Τῶν δὲ ἐν τῇ σφαίρᾳ κύκλων οἱ μέν εἰσι παράλλη‐ λοι, οἱ δὲ λοξοί, οἱ δὲ διὰ τῶν πόλων. Παράλληλοι μὲν οἱ τοὺς αὐτοὺς πόλους ἔχοντες τῷ κόσμῳ. Εἰσὶ δὲ παράλληλοι κύκλοι ε· ἀρκτικός, θερινὸς</w:t>
      </w:r>
    </w:p>
    <w:p>
      <w:r>
        <w:rPr>
          <w:rFonts w:ascii="Courier New" w:hAnsi="Courier New"/>
          <w:color w:val="555555"/>
          <w:sz w:val="20"/>
        </w:rPr>
        <w:t>[5]</w:t>
      </w:r>
    </w:p>
    <w:p>
      <w:r>
        <w:rPr>
          <w:rFonts w:ascii="Gentium Plus" w:hAnsi="Gentium Plus"/>
          <w:sz w:val="24"/>
        </w:rPr>
        <w:t>τροπικός, ἰσημερινός, χειμερινὸς τροπικός, ἀνταρκτικός.</w:t>
      </w:r>
    </w:p>
    <w:p>
      <w:r>
        <w:rPr>
          <w:rFonts w:ascii="Courier New" w:hAnsi="Courier New"/>
          <w:color w:val="555555"/>
          <w:sz w:val="20"/>
        </w:rPr>
        <w:t>[5 . 2]</w:t>
      </w:r>
    </w:p>
    <w:p>
      <w:r>
        <w:rPr>
          <w:rFonts w:ascii="Gentium Plus" w:hAnsi="Gentium Plus"/>
          <w:sz w:val="24"/>
        </w:rPr>
        <w:t>Ἀρκτικὸς μὲν οὖν ἐστι κύκλος ὁ μέγιστος τῶν ἀεὶ θεωρουμένων κύκλων, ὁ ἐφαπτόμενος τοῦ ὁρίζοντος καθ’ ἓν σημεῖον καὶ ὅλος ὑπὲρ γῆν ἀπολαμβανόμενος, ἐν ᾧ τὰ κείμενα τῶν ἄστρων οὔτε δύσιν οὔτε ἀνατολὴν</w:t>
      </w:r>
    </w:p>
    <w:p>
      <w:r>
        <w:rPr>
          <w:rFonts w:ascii="Courier New" w:hAnsi="Courier New"/>
          <w:color w:val="555555"/>
          <w:sz w:val="20"/>
        </w:rPr>
        <w:t>[5]</w:t>
      </w:r>
    </w:p>
    <w:p>
      <w:r>
        <w:rPr>
          <w:rFonts w:ascii="Gentium Plus" w:hAnsi="Gentium Plus"/>
          <w:sz w:val="24"/>
        </w:rPr>
        <w:t>ποιεῖται, ἀλλὰ δι’ ὅλης τῆς νυκτὸς περὶ τὸν πόλον στρε‐ φόμενα θεωρεῖται.</w:t>
      </w:r>
    </w:p>
    <w:p>
      <w:r>
        <w:rPr>
          <w:rFonts w:ascii="Courier New" w:hAnsi="Courier New"/>
          <w:color w:val="555555"/>
          <w:sz w:val="20"/>
        </w:rPr>
        <w:t>[5 . 3]</w:t>
      </w:r>
    </w:p>
    <w:p>
      <w:r>
        <w:rPr>
          <w:rFonts w:ascii="Gentium Plus" w:hAnsi="Gentium Plus"/>
          <w:sz w:val="24"/>
        </w:rPr>
        <w:t>Οὗτος δὲ ὁ κύκλος ἐν τῇ καθ’ ἡμᾶς οἰκουμένῃ ὑπὸ τοῦ ἐμπροσθίου ποδὸς τῆς Μεγάλης</w:t>
      </w:r>
    </w:p>
    <w:p>
      <w:r>
        <w:rPr>
          <w:rFonts w:ascii="Courier New" w:hAnsi="Courier New"/>
          <w:color w:val="555555"/>
          <w:sz w:val="20"/>
        </w:rPr>
        <w:t>[5 . 4]</w:t>
      </w:r>
    </w:p>
    <w:p>
      <w:r>
        <w:rPr>
          <w:rFonts w:ascii="Gentium Plus" w:hAnsi="Gentium Plus"/>
          <w:sz w:val="24"/>
        </w:rPr>
        <w:t>Θερινὸς δὲ τροπικὸς κύκλος ἐστὶν ὁ βορειότατος τῶν ὑπὸ τοῦ ἡλίου γραφομένων κύκλων κατὰ τὴν τοῦ κόσμου γινομένην περιστροφήν, ἐφ’ οὗ γενόμενος ὁ ἥλιος τὴν θερινὴν τροπὴν ποιεῖται, ἐν ᾗ μεγίστη μὲν πασῶν</w:t>
      </w:r>
    </w:p>
    <w:p>
      <w:r>
        <w:rPr>
          <w:rFonts w:ascii="Courier New" w:hAnsi="Courier New"/>
          <w:color w:val="555555"/>
          <w:sz w:val="20"/>
        </w:rPr>
        <w:t>[5]</w:t>
      </w:r>
    </w:p>
    <w:p>
      <w:r>
        <w:rPr>
          <w:rFonts w:ascii="Gentium Plus" w:hAnsi="Gentium Plus"/>
          <w:sz w:val="24"/>
        </w:rPr>
        <w:t>τῶν ἐν τῷ ἐνιαυτῷ 〈ἡ〉 ἡμέρα, ἐλαχίστη δὲ ἡ νὺξ γίνεται.</w:t>
      </w:r>
    </w:p>
    <w:p>
      <w:r>
        <w:rPr>
          <w:rFonts w:ascii="Courier New" w:hAnsi="Courier New"/>
          <w:color w:val="555555"/>
          <w:sz w:val="20"/>
        </w:rPr>
        <w:t>[5 . 5]</w:t>
      </w:r>
    </w:p>
    <w:p>
      <w:r>
        <w:rPr>
          <w:rFonts w:ascii="Gentium Plus" w:hAnsi="Gentium Plus"/>
          <w:sz w:val="24"/>
        </w:rPr>
        <w:t>Μετὰ μέντοι γε τὴν θερινὴν τροπὴν οὐκέτι πρὸς τὰς ἄρκτους παροδεύων ὁ ἥλιος θεωρεῖται, ἀλλ’ ἐπὶ τὰ ἕτερα μέρη τρέπεται τοῦ κόσμου, διὸ καὶ κέκληται τροπικός.</w:t>
      </w:r>
    </w:p>
    <w:p>
      <w:r>
        <w:rPr>
          <w:rFonts w:ascii="Courier New" w:hAnsi="Courier New"/>
          <w:color w:val="555555"/>
          <w:sz w:val="20"/>
        </w:rPr>
        <w:t>[5 . 6]</w:t>
      </w:r>
    </w:p>
    <w:p>
      <w:r>
        <w:rPr>
          <w:rFonts w:ascii="Gentium Plus" w:hAnsi="Gentium Plus"/>
          <w:sz w:val="24"/>
        </w:rPr>
        <w:t>Ἰσημερινὸς δέ ἐστι κύκλος ὁ μέγιστος τῶν ε παραλλή‐ λων κύκλων, ὁ διχοτομούμενος ὑπὸ τοῦ ὁρίζοντος, ὥστε ἡμικύκλιον μὲν ὑπὲρ γῆς ἀπολαμβάνεσθαι, ἡμικύκλιον δὲ ὑπὸ τὸν ὁρίζοντα, ἐφ’ οὗ γενόμενος ὁ ἥλιος τὰς ἰσημε‐</w:t>
      </w:r>
    </w:p>
    <w:p>
      <w:r>
        <w:rPr>
          <w:rFonts w:ascii="Courier New" w:hAnsi="Courier New"/>
          <w:color w:val="555555"/>
          <w:sz w:val="20"/>
        </w:rPr>
        <w:t>[5]</w:t>
      </w:r>
    </w:p>
    <w:p>
      <w:r>
        <w:rPr>
          <w:rFonts w:ascii="Gentium Plus" w:hAnsi="Gentium Plus"/>
          <w:sz w:val="24"/>
        </w:rPr>
        <w:t>ρίας ποιεῖται, τήν τε ἐαρινὴν καὶ τὴν φθινοπωρινήν.</w:t>
      </w:r>
    </w:p>
    <w:p>
      <w:r>
        <w:rPr>
          <w:rFonts w:ascii="Courier New" w:hAnsi="Courier New"/>
          <w:color w:val="555555"/>
          <w:sz w:val="20"/>
        </w:rPr>
        <w:t>[5 . 7]</w:t>
      </w:r>
    </w:p>
    <w:p>
      <w:r>
        <w:rPr>
          <w:rFonts w:ascii="Gentium Plus" w:hAnsi="Gentium Plus"/>
          <w:sz w:val="24"/>
        </w:rPr>
        <w:t>Χειμερινὸς δὲ τροπικὸς κύκλος ἐστὶν ὁ νοτιώτατος τῶν ὑπὸ τοῦ ἡλίου γραφομένων κύκλων κατὰ τὴν ὑπὸ τοῦ κόσμου γινομένην περιστροφήν, ἐφ’ οὗ γενόμενος ὁ ἥλιος τὴν χειμερινὴν τροπὴν ποιεῖται, ἐν ᾗ ἡ μεγίστη</w:t>
      </w:r>
    </w:p>
    <w:p>
      <w:r>
        <w:rPr>
          <w:rFonts w:ascii="Courier New" w:hAnsi="Courier New"/>
          <w:color w:val="555555"/>
          <w:sz w:val="20"/>
        </w:rPr>
        <w:t>[5]</w:t>
      </w:r>
    </w:p>
    <w:p>
      <w:r>
        <w:rPr>
          <w:rFonts w:ascii="Gentium Plus" w:hAnsi="Gentium Plus"/>
          <w:sz w:val="24"/>
        </w:rPr>
        <w:t>μὲν πασῶν τῶν ἐν τῷ ἐνιαυτῷ νὺξ ἐπιτελεῖται, ἐλαχίστη δὲ ἡ ἡμέρα.</w:t>
      </w:r>
    </w:p>
    <w:p>
      <w:r>
        <w:rPr>
          <w:rFonts w:ascii="Courier New" w:hAnsi="Courier New"/>
          <w:color w:val="555555"/>
          <w:sz w:val="20"/>
        </w:rPr>
        <w:t>[5 . 8]</w:t>
      </w:r>
    </w:p>
    <w:p>
      <w:r>
        <w:rPr>
          <w:rFonts w:ascii="Gentium Plus" w:hAnsi="Gentium Plus"/>
          <w:sz w:val="24"/>
        </w:rPr>
        <w:t>Μετὰ μέντοι γε τὴν χειμερινὴν τροπὴν οὐκέτι πρὸς μεσημβρίαν παροδεύων ὁ ἥλιος θεωρεῖται, ἀλλ’ ἐπὶ τὰ ἕτερα μέρη τρέπεται τοῦ κόσμου, διὸ κέκληται καὶ οὗτος τροπικός.</w:t>
      </w:r>
    </w:p>
    <w:p>
      <w:r>
        <w:rPr>
          <w:rFonts w:ascii="Courier New" w:hAnsi="Courier New"/>
          <w:color w:val="555555"/>
          <w:sz w:val="20"/>
        </w:rPr>
        <w:t>[5 . 9]</w:t>
      </w:r>
    </w:p>
    <w:p>
      <w:r>
        <w:rPr>
          <w:rFonts w:ascii="Gentium Plus" w:hAnsi="Gentium Plus"/>
          <w:sz w:val="24"/>
        </w:rPr>
        <w:t>Ἀνταρκτικὸς δέ ἐστι κύκλος ἴσος καὶ παράλληλος τῷ ἀρκτικῷ καὶ ἐφαπτόμενος τοῦ ὁρίζοντος καθ’ ἓν ση‐ μεῖον καὶ ὅλος ὑπὸ γῆν ἀπολαμβανόμενος, ἐν ᾧ τὰ κείμενα τῶν ἄστρων διὰ παντὸς ἡμῖν ἐστιν ἀόρατα.</w:t>
      </w:r>
    </w:p>
    <w:p>
      <w:r>
        <w:rPr>
          <w:rFonts w:ascii="Courier New" w:hAnsi="Courier New"/>
          <w:color w:val="555555"/>
          <w:sz w:val="20"/>
        </w:rPr>
        <w:t>[5 . 10]</w:t>
      </w:r>
    </w:p>
    <w:p>
      <w:r>
        <w:rPr>
          <w:rFonts w:ascii="Gentium Plus" w:hAnsi="Gentium Plus"/>
          <w:sz w:val="24"/>
        </w:rPr>
        <w:t>Τῶν δὲ προειρημένων ε κύκλων μέγιστος μέν ἐστιν ὁ ἰσημερινός, ἑξῆς δὲ τοῖς μεγέθεσιν οἱ τροπικοί, ἐλάχιστοι δὲ ὡς πρὸς τὴν ἡμετέραν οἴκησιν οἱ ἀρκτικοί.</w:t>
      </w:r>
    </w:p>
    <w:p>
      <w:r>
        <w:rPr>
          <w:rFonts w:ascii="Courier New" w:hAnsi="Courier New"/>
          <w:color w:val="555555"/>
          <w:sz w:val="20"/>
        </w:rPr>
        <w:t>[5 . 11]</w:t>
      </w:r>
    </w:p>
    <w:p>
      <w:r>
        <w:rPr>
          <w:rFonts w:ascii="Gentium Plus" w:hAnsi="Gentium Plus"/>
          <w:sz w:val="24"/>
        </w:rPr>
        <w:t>Τούτους δὴ τοὺς κύκλους δεῖ νοεῖν ἀπλατεῖς, λόγῳ θεωρητούς, ἐκ τῆς τῶν ἀστέρων θέσεως καὶ τῆς τῶν διόπτρων θεωρίας καὶ τῆς ἡμετέρας ἐπινοίας διατυ‐ πουμένους. Μόνος γὰρ ἐν τῷ κόσμῳ κύκλος ἐστὶ θεωρητὸς</w:t>
      </w:r>
    </w:p>
    <w:p>
      <w:r>
        <w:rPr>
          <w:rFonts w:ascii="Courier New" w:hAnsi="Courier New"/>
          <w:color w:val="555555"/>
          <w:sz w:val="20"/>
        </w:rPr>
        <w:t>[5]</w:t>
      </w:r>
    </w:p>
    <w:p>
      <w:r>
        <w:rPr>
          <w:rFonts w:ascii="Gentium Plus" w:hAnsi="Gentium Plus"/>
          <w:sz w:val="24"/>
        </w:rPr>
        <w:t>ὁ τοῦ γάλακτος, οἱ δὲ λοιποὶ λόγῳ εἰσὶ θεωρητοί.</w:t>
      </w:r>
    </w:p>
    <w:p>
      <w:r>
        <w:rPr>
          <w:rFonts w:ascii="Courier New" w:hAnsi="Courier New"/>
          <w:color w:val="555555"/>
          <w:sz w:val="20"/>
        </w:rPr>
        <w:t>[5 . 12]</w:t>
      </w:r>
    </w:p>
    <w:p>
      <w:r>
        <w:rPr>
          <w:rFonts w:ascii="Gentium Plus" w:hAnsi="Gentium Plus"/>
          <w:sz w:val="24"/>
        </w:rPr>
        <w:t>Πέντε δὲ παράλληλοι μόνον καταγράφονται κύκλοι εἰς τὴν σφαῖραν, οὐ διὰ τὸ μόνον τούτους ἐν τῷ κόσμῳ παραλλήλους εἶναι. Ὁ γὰρ ἥλιος καθ’ ἑκάστην ἡμέραν ὡς πρὸς αἴσθησιν</w:t>
      </w:r>
    </w:p>
    <w:p>
      <w:r>
        <w:rPr>
          <w:rFonts w:ascii="Courier New" w:hAnsi="Courier New"/>
          <w:color w:val="555555"/>
          <w:sz w:val="20"/>
        </w:rPr>
        <w:t>[5]</w:t>
      </w:r>
    </w:p>
    <w:p>
      <w:r>
        <w:rPr>
          <w:rFonts w:ascii="Gentium Plus" w:hAnsi="Gentium Plus"/>
          <w:sz w:val="24"/>
        </w:rPr>
        <w:t>κύκλον παράλληλον περιστρέφεται τῷ ἰσημερινῷ κατὰ τὴν ἐπὶ τοῦ κόσμου γινομένην περιστροφήν, ὥστε μεταξὺ τῶν τροπικῶν κύκλων ρπβ κύκλους παραλλήλους γρά‐ φεσθαι ὑπὸ τοῦ ἡλίου· τοσαῦται γὰρ ἡμέραι εἰσὶν αἱ μεταξὺ τῶν τροπῶν.</w:t>
      </w:r>
    </w:p>
    <w:p>
      <w:r>
        <w:rPr>
          <w:rFonts w:ascii="Courier New" w:hAnsi="Courier New"/>
          <w:color w:val="555555"/>
          <w:sz w:val="20"/>
        </w:rPr>
        <w:t>[5 . 13]</w:t>
      </w:r>
    </w:p>
    <w:p>
      <w:r>
        <w:rPr>
          <w:rFonts w:ascii="Gentium Plus" w:hAnsi="Gentium Plus"/>
          <w:sz w:val="24"/>
        </w:rPr>
        <w:t>Φέρονται δὲ καὶ πάντες οἱ ἀστέρες ἐπὶ παραλλήλων κύκλων καθ’ ἑκάστην ἡμέραν. Συγκαταγράφονται δὲ οὗτοι πάντες εἰς τὴν σφαῖραν διὰ τὸ πρὸς μὲν ἄλλας πραγματείας τῶν ἐν τῇ ἀστρολογίᾳ</w:t>
      </w:r>
    </w:p>
    <w:p>
      <w:r>
        <w:rPr>
          <w:rFonts w:ascii="Courier New" w:hAnsi="Courier New"/>
          <w:color w:val="555555"/>
          <w:sz w:val="20"/>
        </w:rPr>
        <w:t>[5]</w:t>
      </w:r>
    </w:p>
    <w:p>
      <w:r>
        <w:rPr>
          <w:rFonts w:ascii="Gentium Plus" w:hAnsi="Gentium Plus"/>
          <w:sz w:val="24"/>
        </w:rPr>
        <w:t>πολλὰ συμβάλλεσθαι·</w:t>
      </w:r>
    </w:p>
    <w:p>
      <w:r>
        <w:rPr>
          <w:rFonts w:ascii="Courier New" w:hAnsi="Courier New"/>
          <w:color w:val="555555"/>
          <w:sz w:val="20"/>
        </w:rPr>
        <w:t>[5 . 14]</w:t>
      </w:r>
    </w:p>
    <w:p>
      <w:r>
        <w:rPr>
          <w:rFonts w:ascii="Gentium Plus" w:hAnsi="Gentium Plus"/>
          <w:sz w:val="24"/>
        </w:rPr>
        <w:t>οὐδὲ γὰρ καταστερισθῆναι δυνατὸν καλῶς τὴν σφαῖραν ἄνευ πάντων τῶν παραλλήλων κύκλων, οὐδὲ τὰ μεγέθη τῶν νυκτῶν καὶ τῶν ἡμερῶν ἀκριβῶς εὑρεθῆναι ἄνευ τῶν προειρημένων κύκλων· πρὸς</w:t>
      </w:r>
    </w:p>
    <w:p>
      <w:r>
        <w:rPr>
          <w:rFonts w:ascii="Courier New" w:hAnsi="Courier New"/>
          <w:color w:val="555555"/>
          <w:sz w:val="20"/>
        </w:rPr>
        <w:t>[5]</w:t>
      </w:r>
    </w:p>
    <w:p>
      <w:r>
        <w:rPr>
          <w:rFonts w:ascii="Gentium Plus" w:hAnsi="Gentium Plus"/>
          <w:sz w:val="24"/>
        </w:rPr>
        <w:t>μέντοι γε τὴν πρώτην εἰσαγωγὴν τῆς ἀστρολογίας οὐδὲν ἀποτέλεσμα προσφερόμενοι οὐ καταγράφονται ἐν τῇ σφαίρᾳ.</w:t>
      </w:r>
    </w:p>
    <w:p>
      <w:r>
        <w:rPr>
          <w:rFonts w:ascii="Courier New" w:hAnsi="Courier New"/>
          <w:color w:val="555555"/>
          <w:sz w:val="20"/>
        </w:rPr>
        <w:t>[5 . 15]</w:t>
      </w:r>
    </w:p>
    <w:p>
      <w:r>
        <w:rPr>
          <w:rFonts w:ascii="Gentium Plus" w:hAnsi="Gentium Plus"/>
          <w:sz w:val="24"/>
        </w:rPr>
        <w:t>Οἱ δὲ ε παράλληλοι κύκλοι διὰ τὸ ἀποτελέσματά τινα προσφέρεσθαι διωρισμένα εἰς τὴν πρώτην εἰσαγωγὴν τῆς ἀστρολογίας κατεγράφησαν εἰς τὴν σφαῖραν.</w:t>
      </w:r>
    </w:p>
    <w:p>
      <w:r>
        <w:rPr>
          <w:rFonts w:ascii="Courier New" w:hAnsi="Courier New"/>
          <w:color w:val="555555"/>
          <w:sz w:val="20"/>
        </w:rPr>
        <w:t>[5 . 16]</w:t>
      </w:r>
    </w:p>
    <w:p>
      <w:r>
        <w:rPr>
          <w:rFonts w:ascii="Gentium Plus" w:hAnsi="Gentium Plus"/>
          <w:sz w:val="24"/>
        </w:rPr>
        <w:t>Ὁ μὲν γὰρ ἀρκτικὸς κύκλος ἀφορίζει τὰ ἀεὶ θεωρούμενα</w:t>
      </w:r>
    </w:p>
    <w:p>
      <w:r>
        <w:rPr>
          <w:rFonts w:ascii="Courier New" w:hAnsi="Courier New"/>
          <w:color w:val="555555"/>
          <w:sz w:val="20"/>
        </w:rPr>
        <w:t>[5]</w:t>
      </w:r>
    </w:p>
    <w:p>
      <w:r>
        <w:rPr>
          <w:rFonts w:ascii="Gentium Plus" w:hAnsi="Gentium Plus"/>
          <w:sz w:val="24"/>
        </w:rPr>
        <w:t>Ὁ δὲ ἰσημερινὸς κύκλος τὰς ἰσημερίας περιέχει. Ὁ δὲ χειμερινὸς τροπικὸς κύκλος τέρμα ἐστὶ τῆς πρὸς μεσημ‐ βρίαν προόδου τῷ ἡλίῳ καὶ τὴν χειμερινὴν τροπὴν πε‐ ριέχει. Ὁ δὲ ἀνταρκτικὸς κύκλος τὰ μὴ θεωρούμενα τῶν ἄστρων ἀφορίζει.</w:t>
      </w:r>
    </w:p>
    <w:p>
      <w:r>
        <w:rPr>
          <w:rFonts w:ascii="Courier New" w:hAnsi="Courier New"/>
          <w:color w:val="555555"/>
          <w:sz w:val="20"/>
        </w:rPr>
        <w:t>[5 . 17]</w:t>
      </w:r>
    </w:p>
    <w:p>
      <w:r>
        <w:rPr>
          <w:rFonts w:ascii="Gentium Plus" w:hAnsi="Gentium Plus"/>
          <w:sz w:val="24"/>
        </w:rPr>
        <w:t>Ἔχοντες οὖν κεφάλαια καὶ ἀπο‐ τελέσματα ὡρισμένα πρὸς τὴν εἰσαγωγὴν τῆς ἀστρολο‐ γίας εὐλόγως κατεγράφησαν εἰς τὴν σφαῖραν.</w:t>
      </w:r>
    </w:p>
    <w:p>
      <w:r>
        <w:rPr>
          <w:rFonts w:ascii="Courier New" w:hAnsi="Courier New"/>
          <w:color w:val="555555"/>
          <w:sz w:val="20"/>
        </w:rPr>
        <w:t>[5 . 18]</w:t>
      </w:r>
    </w:p>
    <w:p>
      <w:r>
        <w:rPr>
          <w:rFonts w:ascii="Gentium Plus" w:hAnsi="Gentium Plus"/>
          <w:sz w:val="24"/>
        </w:rPr>
        <w:t>Τῶν δὲ προειρημένων ε παραλλήλων κύκλων ὁ μὲν ἀρκτικὸς κύκλος ὅλος ὑπὲρ γῆν ἀπολαμβάνεται.</w:t>
      </w:r>
    </w:p>
    <w:p>
      <w:r>
        <w:rPr>
          <w:rFonts w:ascii="Courier New" w:hAnsi="Courier New"/>
          <w:color w:val="555555"/>
          <w:sz w:val="20"/>
        </w:rPr>
        <w:t>[5 . 19]</w:t>
      </w:r>
    </w:p>
    <w:p>
      <w:r>
        <w:rPr>
          <w:rFonts w:ascii="Gentium Plus" w:hAnsi="Gentium Plus"/>
          <w:sz w:val="24"/>
        </w:rPr>
        <w:t>Ὁ δὲ θερινὸς τροπικὸς κύκλος εἰς δύο μέρη ἄνισα τέμνεται ὑπὸ τοῦ ὁρίζοντος· καὶ τὸ μὲν μεῖζον τμῆμα ὑπὲρ γῆς ἀπολαμβάνεται, τὸ δὲ ἔλασσον ὑπὸ τὴν γῆν.</w:t>
      </w:r>
    </w:p>
    <w:p>
      <w:r>
        <w:rPr>
          <w:rFonts w:ascii="Courier New" w:hAnsi="Courier New"/>
          <w:color w:val="555555"/>
          <w:sz w:val="20"/>
        </w:rPr>
        <w:t>[5 . 20]</w:t>
      </w:r>
    </w:p>
    <w:p>
      <w:r>
        <w:rPr>
          <w:rFonts w:ascii="Gentium Plus" w:hAnsi="Gentium Plus"/>
          <w:sz w:val="24"/>
        </w:rPr>
        <w:t>Οὐ κατὰ πᾶσαν δὲ χώραν καὶ πόλιν ὁμοίως ὁ θερινὸς τροπικὸς κύκλος τέμνεται ὑπὸ τοῦ ὁρίζοντος, ἀλλὰ παρὰ τὰς τῶν κλιμάτων παραλλαγὰς διάφορον τὴν τῶν τμημάτων ὑπεροχὴν συμβαίνει γίνεσθαι.</w:t>
      </w:r>
    </w:p>
    <w:p>
      <w:r>
        <w:rPr>
          <w:rFonts w:ascii="Courier New" w:hAnsi="Courier New"/>
          <w:color w:val="555555"/>
          <w:sz w:val="20"/>
        </w:rPr>
        <w:t>[5 . 21]</w:t>
      </w:r>
    </w:p>
    <w:p>
      <w:r>
        <w:rPr>
          <w:rFonts w:ascii="Gentium Plus" w:hAnsi="Gentium Plus"/>
          <w:sz w:val="24"/>
        </w:rPr>
        <w:t>Καὶ τοῖς μὲν πρὸς ἄρκτον μᾶλλον ἡμῶν οἰκοῦσιν εἰς ἀνισαίτερα μέρη συμβαίνει τέμνεσθαι τὸν θερινὸν ὑπὸ τοῦ ὁρίζοντος· καὶ πέρας ἐστὶ χώρα τις, ἐν ᾗ ὅλος ὁ θερινὸς τροπικὸς</w:t>
      </w:r>
    </w:p>
    <w:p>
      <w:r>
        <w:rPr>
          <w:rFonts w:ascii="Courier New" w:hAnsi="Courier New"/>
          <w:color w:val="555555"/>
          <w:sz w:val="20"/>
        </w:rPr>
        <w:t>[5]</w:t>
      </w:r>
    </w:p>
    <w:p>
      <w:r>
        <w:rPr>
          <w:rFonts w:ascii="Gentium Plus" w:hAnsi="Gentium Plus"/>
          <w:sz w:val="24"/>
        </w:rPr>
        <w:t>κύκλος ὑπὲρ γῆν γίνεται.</w:t>
      </w:r>
    </w:p>
    <w:p>
      <w:r>
        <w:rPr>
          <w:rFonts w:ascii="Courier New" w:hAnsi="Courier New"/>
          <w:color w:val="555555"/>
          <w:sz w:val="20"/>
        </w:rPr>
        <w:t>[5 . 22]</w:t>
      </w:r>
    </w:p>
    <w:p>
      <w:r>
        <w:rPr>
          <w:rFonts w:ascii="Gentium Plus" w:hAnsi="Gentium Plus"/>
          <w:sz w:val="24"/>
        </w:rPr>
        <w:t>Τοῖς δὲ πρὸς μεσημβρίαν μᾶλλον ἡμῶν οἰκοῦσιν εἰς ἀεὶ ἰσαίτερα μέρη ὁ θερινὸς τροπικὸς κύκλος ὑπὸ τοῦ ὁρίζοντος τέτμηται· καὶ πέρας ἐστὶ χώρα τις πρὸς μεσημβρίαν ἡμῶν κειμένη, ἐν ᾗ διχο‐</w:t>
      </w:r>
    </w:p>
    <w:p>
      <w:r>
        <w:rPr>
          <w:rFonts w:ascii="Courier New" w:hAnsi="Courier New"/>
          <w:color w:val="555555"/>
          <w:sz w:val="20"/>
        </w:rPr>
        <w:t>[5]</w:t>
      </w:r>
    </w:p>
    <w:p>
      <w:r>
        <w:rPr>
          <w:rFonts w:ascii="Gentium Plus" w:hAnsi="Gentium Plus"/>
          <w:sz w:val="24"/>
        </w:rPr>
        <w:t>τομεῖται ὁ θερινὸς τροπικὸς κύκλος ὑπὸ τοῦ ὁρίζοντος.</w:t>
      </w:r>
    </w:p>
    <w:p>
      <w:r>
        <w:rPr>
          <w:rFonts w:ascii="Courier New" w:hAnsi="Courier New"/>
          <w:color w:val="555555"/>
          <w:sz w:val="20"/>
        </w:rPr>
        <w:t>[5 . 23]</w:t>
      </w:r>
    </w:p>
    <w:p>
      <w:r>
        <w:rPr>
          <w:rFonts w:ascii="Gentium Plus" w:hAnsi="Gentium Plus"/>
          <w:sz w:val="24"/>
        </w:rPr>
        <w:t>〈Κατὰ δὲ τὸν ἐν τῇ Ἑλλάδι ὁρίζοντα ὁ θερινὸς τροπικὸς ὑπὸ τοῦ ὁρίζοντοσ〉 τέμνεται οὕτως, ὥστε τοῦ ὅλου κύκλου διαιρουμένου εἰς η μέρη, ε μὲν τμήματα ὑπὲρ γῆν ἀπολαμβάνεσθαι, γ δὲ ὑπὸ γῆν.</w:t>
      </w:r>
    </w:p>
    <w:p>
      <w:r>
        <w:rPr>
          <w:rFonts w:ascii="Courier New" w:hAnsi="Courier New"/>
          <w:color w:val="555555"/>
          <w:sz w:val="20"/>
        </w:rPr>
        <w:t>[5 . 24]</w:t>
      </w:r>
    </w:p>
    <w:p>
      <w:r>
        <w:rPr>
          <w:rFonts w:ascii="Gentium Plus" w:hAnsi="Gentium Plus"/>
          <w:sz w:val="24"/>
        </w:rPr>
        <w:t>Πρὸς δὲ τοῦτο τὸ κλίμα δοκεῖ καὶ ὁ Ἄρατος συντεταχέναι τὴν τῶν Φαινομένων πραγματείαν· περὶ γὰρ τοῦ θερινοῦ τροπικοῦ κύκλου διαλεγόμενός φησιν οὕτως·</w:t>
      </w:r>
    </w:p>
    <w:p>
      <w:r>
        <w:rPr>
          <w:rFonts w:ascii="Courier New" w:hAnsi="Courier New"/>
          <w:color w:val="555555"/>
          <w:sz w:val="20"/>
        </w:rPr>
        <w:t>[5]</w:t>
      </w:r>
    </w:p>
    <w:p>
      <w:r>
        <w:rPr>
          <w:rFonts w:ascii="Gentium Plus" w:hAnsi="Gentium Plus"/>
          <w:sz w:val="24"/>
        </w:rPr>
        <w:t>τοῦ μέν, ὅσον τε μάλιστα, δι’ ὀκτὼ μετρηθέντος πέντε μὲν ἔνδια στρέφεται καθ’ ὑπέρτερα γαίης, τὰ τρία δ’ ἐν περάτῃ· θέρεος δέ οἱ ἐν τροπαί εἰσιν. Ἐκ δὲ ταύτης τῆς διαιρέσεως ἀκολουθεῖ τὴν μεγίστην ἡμέραν ὡρῶν ἰσημερινῶν γίνεσθαι ιε, τὴν δὲ νύκτα ὡρῶν</w:t>
      </w:r>
    </w:p>
    <w:p>
      <w:r>
        <w:rPr>
          <w:rFonts w:ascii="Courier New" w:hAnsi="Courier New"/>
          <w:color w:val="555555"/>
          <w:sz w:val="20"/>
        </w:rPr>
        <w:t>[10]</w:t>
      </w:r>
    </w:p>
    <w:p>
      <w:r>
        <w:rPr>
          <w:rFonts w:ascii="Gentium Plus" w:hAnsi="Gentium Plus"/>
          <w:sz w:val="24"/>
        </w:rPr>
        <w:t>ἰσημερινῶν θ.</w:t>
      </w:r>
    </w:p>
    <w:p>
      <w:r>
        <w:rPr>
          <w:rFonts w:ascii="Courier New" w:hAnsi="Courier New"/>
          <w:color w:val="555555"/>
          <w:sz w:val="20"/>
        </w:rPr>
        <w:t>[5 . 25]</w:t>
      </w:r>
    </w:p>
    <w:p>
      <w:r>
        <w:rPr>
          <w:rFonts w:ascii="Gentium Plus" w:hAnsi="Gentium Plus"/>
          <w:sz w:val="24"/>
        </w:rPr>
        <w:t>Ἐν δὲ τῷ κατὰ Ῥόδον ὁρίζοντι ὁ θερινὸς τροπικὸς κύκλος ὑπὸ τοῦ ὁρίζοντος τέμνεται οὕτως, ὥστε τοῦ ὅλου κύκλου διῃρημένου εἰς μέρη μη τὰ μὲν κθ τμήματα ὑπὲρ τὸν ὁρίζοντα ἀπολαμβάνεσθαι,</w:t>
      </w:r>
    </w:p>
    <w:p>
      <w:r>
        <w:rPr>
          <w:rFonts w:ascii="Courier New" w:hAnsi="Courier New"/>
          <w:color w:val="555555"/>
          <w:sz w:val="20"/>
        </w:rPr>
        <w:t>[5]</w:t>
      </w:r>
    </w:p>
    <w:p>
      <w:r>
        <w:rPr>
          <w:rFonts w:ascii="Gentium Plus" w:hAnsi="Gentium Plus"/>
          <w:sz w:val="24"/>
        </w:rPr>
        <w:t>τὰ δὲ ιθ ὑπὸ γῆν. Ἐκ δὲ τῆς διαιρέσεως ταύτης ἀκολουθεῖ τὴν μεγίστην ἡμέραν ἐν Ῥόδῳ γίνεσθαι ὡρῶν ἰσημερινῶν ιδ 𐅵ʹ, τὴν δὲ νύκτα ὡρῶν ἰσημερινῶν θ 𐅵ʹ.</w:t>
      </w:r>
    </w:p>
    <w:p>
      <w:r>
        <w:rPr>
          <w:rFonts w:ascii="Courier New" w:hAnsi="Courier New"/>
          <w:color w:val="555555"/>
          <w:sz w:val="20"/>
        </w:rPr>
        <w:t>[5 . 26]</w:t>
      </w:r>
    </w:p>
    <w:p>
      <w:r>
        <w:rPr>
          <w:rFonts w:ascii="Gentium Plus" w:hAnsi="Gentium Plus"/>
          <w:sz w:val="24"/>
        </w:rPr>
        <w:t>Ὁ δὲ ἰσημερινὸς κύκλος καθ’ ὅλην τὴν οἰκουμένην διχοτομεῖται ὑπὸ τοῦ ὁρίζοντος, ὥστε ἡμικύκλιον μὲν ὑπὲρ γῆς ἀπολαμβάνεσθαι, ἡμικύκλιον δὲ ὑπὸ γῆν. Δι’ ἣν αἰτίαν ἐπὶ τοῦ κύκλου τούτου αἱ ἰσημερίαι γίνονται.</w:t>
      </w:r>
    </w:p>
    <w:p>
      <w:r>
        <w:rPr>
          <w:rFonts w:ascii="Courier New" w:hAnsi="Courier New"/>
          <w:color w:val="555555"/>
          <w:sz w:val="20"/>
        </w:rPr>
        <w:t>[5 . 27]</w:t>
      </w:r>
    </w:p>
    <w:p>
      <w:r>
        <w:rPr>
          <w:rFonts w:ascii="Gentium Plus" w:hAnsi="Gentium Plus"/>
          <w:sz w:val="24"/>
        </w:rPr>
        <w:t>Ὁ δὲ χειμερινὸς τροπικὸς κύκλος ὑπὸ τοῦ ὁρίζον‐ τος τέμνεται οὕτως, ὥστε τὸ μὲν ἔλασσον τμῆμα ὑπὲρ γῆν γίνεσθαι, τὸ δὲ μεῖζον ὑπὸ γῆν. Ἡ δ’ ἀνισότης τῶν τμη‐ μάτων τὴν αὐτὴν παραλλαγὴν ἔχει ἐπὶ πάντων τῶν</w:t>
      </w:r>
    </w:p>
    <w:p>
      <w:r>
        <w:rPr>
          <w:rFonts w:ascii="Courier New" w:hAnsi="Courier New"/>
          <w:color w:val="555555"/>
          <w:sz w:val="20"/>
        </w:rPr>
        <w:t>[5]</w:t>
      </w:r>
    </w:p>
    <w:p>
      <w:r>
        <w:rPr>
          <w:rFonts w:ascii="Gentium Plus" w:hAnsi="Gentium Plus"/>
          <w:sz w:val="24"/>
        </w:rPr>
        <w:t>κλιμάτων, ἥτις ἐγίνετο καὶ ἐπὶ τοῦ θερινοῦ τροπικοῦ κύκλου· διὰ παντὸς γὰρ τὰ ἐναλλὰξ τμήματα τῶν τρο‐ πικῶν κύκλων ἴσα ἀλλήλοις ἐστί· δι’ ἣν αἰτίαν ἡ μεγίστη ἡμέρα ἴση ἐστὶ τῇ μεγίστῃ νυκτερινῇ, καὶ ἡ ἐλαχίστη ἡμέρα ἴση ἐστὶ τῇ ἐλαχίστῃ νυκτερινῇ.</w:t>
      </w:r>
    </w:p>
    <w:p>
      <w:r>
        <w:rPr>
          <w:rFonts w:ascii="Courier New" w:hAnsi="Courier New"/>
          <w:color w:val="555555"/>
          <w:sz w:val="20"/>
        </w:rPr>
        <w:t>[5 . 28]</w:t>
      </w:r>
    </w:p>
    <w:p>
      <w:r>
        <w:rPr>
          <w:rFonts w:ascii="Gentium Plus" w:hAnsi="Gentium Plus"/>
          <w:sz w:val="24"/>
        </w:rPr>
        <w:t>Ὁ δὲ ἀνταρκτικὸς κύκλος ὅλος ὑπὸ τὸν ὁρίζοντα κρύπτεται.</w:t>
      </w:r>
    </w:p>
    <w:p>
      <w:r>
        <w:rPr>
          <w:rFonts w:ascii="Courier New" w:hAnsi="Courier New"/>
          <w:color w:val="555555"/>
          <w:sz w:val="20"/>
        </w:rPr>
        <w:t>[5 . 29]</w:t>
      </w:r>
    </w:p>
    <w:p>
      <w:r>
        <w:rPr>
          <w:rFonts w:ascii="Gentium Plus" w:hAnsi="Gentium Plus"/>
          <w:sz w:val="24"/>
        </w:rPr>
        <w:t>Τῶν δὲ προειρημένων ε παραλλήλων κύκλων τινῶν μὲν τὰ μεγέθη καθ’ ὅλην τὴν οἰκουμένην διαμένει τὰ αὐτά, τινῶν δὲ τὰ μεγέθη μεταπίπτει παρὰ τὰ κλίματα·</w:t>
      </w:r>
    </w:p>
    <w:p>
      <w:r>
        <w:rPr>
          <w:rFonts w:ascii="Courier New" w:hAnsi="Courier New"/>
          <w:color w:val="555555"/>
          <w:sz w:val="20"/>
        </w:rPr>
        <w:t>[5 . 30]</w:t>
      </w:r>
    </w:p>
    <w:p>
      <w:r>
        <w:rPr>
          <w:rFonts w:ascii="Gentium Plus" w:hAnsi="Gentium Plus"/>
          <w:sz w:val="24"/>
        </w:rPr>
        <w:t>καὶ οἷς μὲν μείζονες, οἷς δὲ ἐλάσσονες οἱ κύκλοι γίνονται. Οἱ μὲν γὰρ τροπικοὶ κύκλοι καὶ ὁ ἰσημερινὸς καθ’ ὅλην τὴν οἰκουμένην ἴσοι εἰσὶ τοῖς μεγέθεσιν, οἱ δὲ ἀρκτικοὶ κύκλοι μεταπίπτουσι κατὰ τὰ μεγέθη καὶ οἷς</w:t>
      </w:r>
    </w:p>
    <w:p>
      <w:r>
        <w:rPr>
          <w:rFonts w:ascii="Courier New" w:hAnsi="Courier New"/>
          <w:color w:val="555555"/>
          <w:sz w:val="20"/>
        </w:rPr>
        <w:t>[5]</w:t>
      </w:r>
    </w:p>
    <w:p>
      <w:r>
        <w:rPr>
          <w:rFonts w:ascii="Gentium Plus" w:hAnsi="Gentium Plus"/>
          <w:sz w:val="24"/>
        </w:rPr>
        <w:t>μὲν μείζονες, οἷς δὲ ἐλάττονες γίνονται.</w:t>
      </w:r>
    </w:p>
    <w:p>
      <w:r>
        <w:rPr>
          <w:rFonts w:ascii="Courier New" w:hAnsi="Courier New"/>
          <w:color w:val="555555"/>
          <w:sz w:val="20"/>
        </w:rPr>
        <w:t>[5 . 31]</w:t>
      </w:r>
    </w:p>
    <w:p>
      <w:r>
        <w:rPr>
          <w:rFonts w:ascii="Gentium Plus" w:hAnsi="Gentium Plus"/>
          <w:sz w:val="24"/>
        </w:rPr>
        <w:t>Τοῖς μὲν γὰρ πρὸς ἄρκτον οἰκοῦσι μείζονες οἱ ἀρκτικοὶ κύκλοι γίνονται· τοῦ γὰρ πόλου μετεωρότερον φαινομένου ἀνάγκη καὶ τὸν ἀρκτικὸν κύκλον τὸν ἐφαπτό‐ μενον τοῦ ὁρίζοντος μείζονα ἀεὶ μᾶλλον καὶ μείζονα</w:t>
      </w:r>
    </w:p>
    <w:p>
      <w:r>
        <w:rPr>
          <w:rFonts w:ascii="Courier New" w:hAnsi="Courier New"/>
          <w:color w:val="555555"/>
          <w:sz w:val="20"/>
        </w:rPr>
        <w:t>[5]</w:t>
      </w:r>
    </w:p>
    <w:p>
      <w:r>
        <w:rPr>
          <w:rFonts w:ascii="Gentium Plus" w:hAnsi="Gentium Plus"/>
          <w:sz w:val="24"/>
        </w:rPr>
        <w:t>γίνεσθαι.</w:t>
      </w:r>
    </w:p>
    <w:p>
      <w:r>
        <w:rPr>
          <w:rFonts w:ascii="Courier New" w:hAnsi="Courier New"/>
          <w:color w:val="555555"/>
          <w:sz w:val="20"/>
        </w:rPr>
        <w:t>[5 . 32]</w:t>
      </w:r>
    </w:p>
    <w:p>
      <w:r>
        <w:rPr>
          <w:rFonts w:ascii="Gentium Plus" w:hAnsi="Gentium Plus"/>
          <w:sz w:val="24"/>
        </w:rPr>
        <w:t>Τοῖς δ’ ἔτι πρὸς ἄρκτον οἰκοῦσι γίνεταί ποτε ὁ θερινὸς τροπικὸς κύκλος ἀρκτικός, ὥστε τοὺς δύο κύκλους ἐφαρμόσαι ἀλλήλοις, τὸν θερινὸν τροπικὸν κύκλον καὶ τὸν ἀρκτικόν, καὶ μίαν λαβεῖν τάξιν.</w:t>
      </w:r>
    </w:p>
    <w:p>
      <w:r>
        <w:rPr>
          <w:rFonts w:ascii="Courier New" w:hAnsi="Courier New"/>
          <w:color w:val="555555"/>
          <w:sz w:val="20"/>
        </w:rPr>
        <w:t>[5 . 33]</w:t>
      </w:r>
    </w:p>
    <w:p>
      <w:r>
        <w:rPr>
          <w:rFonts w:ascii="Gentium Plus" w:hAnsi="Gentium Plus"/>
          <w:sz w:val="24"/>
        </w:rPr>
        <w:t>Πρὸς δὲ τοὺς ἀρκτικωτέρους τόπους καὶ τοῦ θερινοῦ τροπικοῦ κύκλου μείζονες οἱ ἀρκτικοὶ κύκλοι γίνονται·</w:t>
      </w:r>
    </w:p>
    <w:p>
      <w:r>
        <w:rPr>
          <w:rFonts w:ascii="Courier New" w:hAnsi="Courier New"/>
          <w:color w:val="555555"/>
          <w:sz w:val="20"/>
        </w:rPr>
        <w:t>[5 . 34]</w:t>
      </w:r>
    </w:p>
    <w:p>
      <w:r>
        <w:rPr>
          <w:rFonts w:ascii="Gentium Plus" w:hAnsi="Gentium Plus"/>
          <w:sz w:val="24"/>
        </w:rPr>
        <w:t>πέρας δέ ἐστί τις χώρα πρὸς ἄρκτον κειμένη, ἐν ᾗ ὁ μὲν πόλος κατὰ κορυφὴν γίνεται, ὁ δ’ ἀρκτικὸς κύκλος τὴν τοῦ</w:t>
      </w:r>
    </w:p>
    <w:p>
      <w:r>
        <w:rPr>
          <w:rFonts w:ascii="Courier New" w:hAnsi="Courier New"/>
          <w:color w:val="555555"/>
          <w:sz w:val="20"/>
        </w:rPr>
        <w:t>[5]</w:t>
      </w:r>
    </w:p>
    <w:p>
      <w:r>
        <w:rPr>
          <w:rFonts w:ascii="Gentium Plus" w:hAnsi="Gentium Plus"/>
          <w:sz w:val="24"/>
        </w:rPr>
        <w:t>περιστροφὴν τοῦ κόσμου καὶ τὸ αὐτὸ μέγεθος λαμβάνει τῷ ἰσημερινῷ, ὥστε τοὺς τρεῖς κύκλους, τὸν ἀρκτικὸν καὶ τὸν ἰσημερινὸν καὶ τὸν ὁρίζοντα, τὴν αὐτὴν τάξιν καὶ θέσιν λαμβάνειν.</w:t>
      </w:r>
    </w:p>
    <w:p>
      <w:r>
        <w:rPr>
          <w:rFonts w:ascii="Courier New" w:hAnsi="Courier New"/>
          <w:color w:val="555555"/>
          <w:sz w:val="20"/>
        </w:rPr>
        <w:t>[5 . 35]</w:t>
      </w:r>
    </w:p>
    <w:p>
      <w:r>
        <w:rPr>
          <w:rFonts w:ascii="Gentium Plus" w:hAnsi="Gentium Plus"/>
          <w:sz w:val="24"/>
        </w:rPr>
        <w:t>Πάλιν δὲ τοῖς πρὸς μεσημβρίαν ἡμῶν οἰκοῦσιν οἱ μὲν πόλοι ταπεινότεροι γίνονται, οἱ δὲ ἀρκτικοὶ κύκλοι ἐλάσσονες·</w:t>
      </w:r>
    </w:p>
    <w:p>
      <w:r>
        <w:rPr>
          <w:rFonts w:ascii="Courier New" w:hAnsi="Courier New"/>
          <w:color w:val="555555"/>
          <w:sz w:val="20"/>
        </w:rPr>
        <w:t>[5 . 36]</w:t>
      </w:r>
    </w:p>
    <w:p>
      <w:r>
        <w:rPr>
          <w:rFonts w:ascii="Gentium Plus" w:hAnsi="Gentium Plus"/>
          <w:sz w:val="24"/>
        </w:rPr>
        <w:t>καὶ πέρας ἐστὶ χώρα τις πρὸς μεσημ‐ βρίαν ἡμῶν κειμένη, αὕτη δέ ἐστιν ἡ λεγομένη ὑπὸ τὸν ἰσημερινόν, ἐν ᾗ οἱ μὲν πόλοι ἐπὶ τοῦ ὁρίζοντος γίνονται, οἱ δ’ ἀρκτικοὶ κύκλοι καθόλου ἀναιροῦνται, ὥστε ἀντὶ</w:t>
      </w:r>
    </w:p>
    <w:p>
      <w:r>
        <w:rPr>
          <w:rFonts w:ascii="Courier New" w:hAnsi="Courier New"/>
          <w:color w:val="555555"/>
          <w:sz w:val="20"/>
        </w:rPr>
        <w:t>[5]</w:t>
      </w:r>
    </w:p>
    <w:p>
      <w:r>
        <w:rPr>
          <w:rFonts w:ascii="Gentium Plus" w:hAnsi="Gentium Plus"/>
          <w:sz w:val="24"/>
        </w:rPr>
        <w:t>τῶν ε παραλλήλων κύκλων γ παραλλήλους γίνεσθαι, τούς τε τροπικοὺς καὶ τὸν ἰσημερινόν.</w:t>
      </w:r>
    </w:p>
    <w:p>
      <w:r>
        <w:rPr>
          <w:rFonts w:ascii="Courier New" w:hAnsi="Courier New"/>
          <w:color w:val="555555"/>
          <w:sz w:val="20"/>
        </w:rPr>
        <w:t>[5 . 37]</w:t>
      </w:r>
    </w:p>
    <w:p>
      <w:r>
        <w:rPr>
          <w:rFonts w:ascii="Gentium Plus" w:hAnsi="Gentium Plus"/>
          <w:sz w:val="24"/>
        </w:rPr>
        <w:t>Διὰ γὰρ τὰ προειρημένα οὐχ ὑποληπτέον καθο‐ λικῶς γίνεσθαι τοὺς ε παραλλήλους κύκλους, ἀλλ’ ὡς πρὸς τὴν ἡμετέραν οἰκουμένην τὸ πλῆθος αὐτῶν ἐκκεῖσθαι. Εἰσὶ γάρ τινες ὁρίζοντες, ἐν οἷς γ μόνοι παράλληλοι</w:t>
      </w:r>
    </w:p>
    <w:p>
      <w:r>
        <w:rPr>
          <w:rFonts w:ascii="Courier New" w:hAnsi="Courier New"/>
          <w:color w:val="555555"/>
          <w:sz w:val="20"/>
        </w:rPr>
        <w:t>[5]</w:t>
      </w:r>
    </w:p>
    <w:p>
      <w:r>
        <w:rPr>
          <w:rFonts w:ascii="Gentium Plus" w:hAnsi="Gentium Plus"/>
          <w:sz w:val="24"/>
        </w:rPr>
        <w:t>κύκλοι γίνονται·</w:t>
      </w:r>
    </w:p>
    <w:p>
      <w:r>
        <w:rPr>
          <w:rFonts w:ascii="Courier New" w:hAnsi="Courier New"/>
          <w:color w:val="555555"/>
          <w:sz w:val="20"/>
        </w:rPr>
        <w:t>[5 . 38]</w:t>
      </w:r>
    </w:p>
    <w:p>
      <w:r>
        <w:rPr>
          <w:rFonts w:ascii="Gentium Plus" w:hAnsi="Gentium Plus"/>
          <w:sz w:val="24"/>
        </w:rPr>
        <w:t>εἰσὶ δὲ οἰκήσεις ἐπὶ τῆς γῆς, ὧν πρώτη μὲν γίνεται οἴκησις, παρ’ οἷς ὁ θερινὸς τροπικὸς κύκλος ἐφάπτεται τοῦ ὁρίζοντος καὶ τὴν τοῦ ἀρκτικοῦ κύκλου τάξιν λαμβάνει, δευτέρα δὲ οἴκησις ἡ λεγομένη</w:t>
      </w:r>
    </w:p>
    <w:p>
      <w:r>
        <w:rPr>
          <w:rFonts w:ascii="Courier New" w:hAnsi="Courier New"/>
          <w:color w:val="555555"/>
          <w:sz w:val="20"/>
        </w:rPr>
        <w:t>[5]</w:t>
      </w:r>
    </w:p>
    <w:p>
      <w:r>
        <w:rPr>
          <w:rFonts w:ascii="Gentium Plus" w:hAnsi="Gentium Plus"/>
          <w:sz w:val="24"/>
        </w:rPr>
        <w:t>ὑπὸ τὸν πόλον, τρίτη δέ ἐστιν οἴκησις, ὑπὲρ ἧς μικρὸν ἔμπροσθεν εἰρήκαμεν, ἡ προσαγορευομένη ὑπὸ τὸν ἰσημερινόν.</w:t>
      </w:r>
    </w:p>
    <w:p>
      <w:r>
        <w:rPr>
          <w:rFonts w:ascii="Courier New" w:hAnsi="Courier New"/>
          <w:color w:val="555555"/>
          <w:sz w:val="20"/>
        </w:rPr>
        <w:t>[5 . 39]</w:t>
      </w:r>
    </w:p>
    <w:p>
      <w:r>
        <w:rPr>
          <w:rFonts w:ascii="Gentium Plus" w:hAnsi="Gentium Plus"/>
          <w:sz w:val="24"/>
        </w:rPr>
        <w:t>Ὅθεν οὐθ’ ἡ τάξις τῶν ε παραλλήλων κύκλων ἡ αὐτὴ παρὰ πᾶσίν ἐστιν. Ἀλλ’ ἐν μὲν τῇ καθ’ ἡμᾶς οἰκου‐ μένῃ πρῶτος μὲν ὀνομάζεται ὁ ἀρκτικός, δεύτερος δὲ ὁ</w:t>
      </w:r>
    </w:p>
    <w:p>
      <w:r>
        <w:rPr>
          <w:rFonts w:ascii="Courier New" w:hAnsi="Courier New"/>
          <w:color w:val="555555"/>
          <w:sz w:val="20"/>
        </w:rPr>
        <w:t>[5]</w:t>
      </w:r>
    </w:p>
    <w:p>
      <w:r>
        <w:rPr>
          <w:rFonts w:ascii="Gentium Plus" w:hAnsi="Gentium Plus"/>
          <w:sz w:val="24"/>
        </w:rPr>
        <w:t>χειμερινὸς τροπικός, πέμπτος δὲ ὁ ἀνταρκτικός.</w:t>
      </w:r>
    </w:p>
    <w:p>
      <w:r>
        <w:rPr>
          <w:rFonts w:ascii="Courier New" w:hAnsi="Courier New"/>
          <w:color w:val="555555"/>
          <w:sz w:val="20"/>
        </w:rPr>
        <w:t>[5 . 40]</w:t>
      </w:r>
    </w:p>
    <w:p>
      <w:r>
        <w:rPr>
          <w:rFonts w:ascii="Gentium Plus" w:hAnsi="Gentium Plus"/>
          <w:sz w:val="24"/>
        </w:rPr>
        <w:t>Τοῖς δὲ πρὸς ἄρκτον μᾶλλον ἡμῶν οἰκοῦσι γίνεταί ποτε πρῶτος ὁ θερινὸς τροπικὸς κύκλος, δεύτερος δὲ ὁ ἀρκτικός, τρίτος δὲ ὁ ἰσημερινός, τέταρτος δὲ ὁ ἀνταρκτικός, πέμπτος</w:t>
      </w:r>
    </w:p>
    <w:p>
      <w:r>
        <w:rPr>
          <w:rFonts w:ascii="Courier New" w:hAnsi="Courier New"/>
          <w:color w:val="555555"/>
          <w:sz w:val="20"/>
        </w:rPr>
        <w:t>[5]</w:t>
      </w:r>
    </w:p>
    <w:p>
      <w:r>
        <w:rPr>
          <w:rFonts w:ascii="Gentium Plus" w:hAnsi="Gentium Plus"/>
          <w:sz w:val="24"/>
        </w:rPr>
        <w:t>δὲ ὁ χειμερινὸς τροπικός· παρ’ οἷς γὰρ ὁ ἀρκτικὸς κύκλος μείζων γίνεται τοῦ θερινοῦ τροπικοῦ, ἀνάγκη τὴν προειρη‐ μένην τάξιν ὑπάρχειν.</w:t>
      </w:r>
    </w:p>
    <w:p>
      <w:r>
        <w:rPr>
          <w:rFonts w:ascii="Courier New" w:hAnsi="Courier New"/>
          <w:color w:val="555555"/>
          <w:sz w:val="20"/>
        </w:rPr>
        <w:t>[5 . 41]</w:t>
      </w:r>
    </w:p>
    <w:p>
      <w:r>
        <w:rPr>
          <w:rFonts w:ascii="Gentium Plus" w:hAnsi="Gentium Plus"/>
          <w:sz w:val="24"/>
        </w:rPr>
        <w:t>Ὁμοίως δὲ οὐδ’ αἱ δυνάμεις τῶν ε παραλλήλων κύκλων παρὰ πᾶσι τοῖς ἐπὶ τῆς γῆς οἰκοῦσιν αἱ αὐταί εἰσιν. Ὁ γὰρ παρ’ ἡμῖν θερινὸς τροπικὸς κύκλος τοῖς ἀντίποσι χειμερινὸς τροπικὸς κύκλος γίνεται, ὁ δὲ παρ’</w:t>
      </w:r>
    </w:p>
    <w:p>
      <w:r>
        <w:rPr>
          <w:rFonts w:ascii="Courier New" w:hAnsi="Courier New"/>
          <w:color w:val="555555"/>
          <w:sz w:val="20"/>
        </w:rPr>
        <w:t>[5]</w:t>
      </w:r>
    </w:p>
    <w:p>
      <w:r>
        <w:rPr>
          <w:rFonts w:ascii="Gentium Plus" w:hAnsi="Gentium Plus"/>
          <w:sz w:val="24"/>
        </w:rPr>
        <w:t>ἐκείνοις θερινὸς τροπικὸς παρ’ ἡμῖν γίνεται χειμερινὸς τροπικός.</w:t>
      </w:r>
    </w:p>
    <w:p>
      <w:r>
        <w:rPr>
          <w:rFonts w:ascii="Courier New" w:hAnsi="Courier New"/>
          <w:color w:val="555555"/>
          <w:sz w:val="20"/>
        </w:rPr>
        <w:t>[5 . 42]</w:t>
      </w:r>
    </w:p>
    <w:p>
      <w:r>
        <w:rPr>
          <w:rFonts w:ascii="Gentium Plus" w:hAnsi="Gentium Plus"/>
          <w:sz w:val="24"/>
        </w:rPr>
        <w:t>Τοῖς δὲ ὑπὸ τὸν ἰσημερινὸν οἰκοῦσι τῇ μὲν δυνάμει οἱ τρεῖς κύκλοι θερινοί εἰσι τροπικοί· ὑπ’ αὐ‐ τὴν γὰρ τὴν πάροδον τοῦ ἡλίου κεῖνται· τῇ δὲ πρὸς ἀλλήλους παραλλαγῇ γένοιτ’ ἂν θερινὸς μὲν τροπικὸς</w:t>
      </w:r>
    </w:p>
    <w:p>
      <w:r>
        <w:rPr>
          <w:rFonts w:ascii="Courier New" w:hAnsi="Courier New"/>
          <w:color w:val="555555"/>
          <w:sz w:val="20"/>
        </w:rPr>
        <w:t>[5]</w:t>
      </w:r>
    </w:p>
    <w:p>
      <w:r>
        <w:rPr>
          <w:rFonts w:ascii="Gentium Plus" w:hAnsi="Gentium Plus"/>
          <w:sz w:val="24"/>
        </w:rPr>
        <w:t>κύκλος ὁ παρ’ ἡμῖν ἰσημερινός, χειμερινοὶ δὲ οἱ δύο τροπικοί·</w:t>
      </w:r>
    </w:p>
    <w:p>
      <w:r>
        <w:rPr>
          <w:rFonts w:ascii="Courier New" w:hAnsi="Courier New"/>
          <w:color w:val="555555"/>
          <w:sz w:val="20"/>
        </w:rPr>
        <w:t>[5 . 43]</w:t>
      </w:r>
    </w:p>
    <w:p>
      <w:r>
        <w:rPr>
          <w:rFonts w:ascii="Gentium Plus" w:hAnsi="Gentium Plus"/>
          <w:sz w:val="24"/>
        </w:rPr>
        <w:t>φύσει γὰρ λέγοιτ’ ἂν καὶ καθολικῶς πρὸς ἅπασαν τὴν οἰκουμένην θερινὸς τροπικὸς κύκλος ὑπάρχειν ὁ ἔγγιστα τῆς οἰκήσεως ὑπάρχων· δι’ ἣν αἰτίαν τοῖς ὑπὸ τὸν ἰσημερινὸν οἰκοῦσι ὁ θερινὸς τροπικὸς κύκλος γίνεται</w:t>
      </w:r>
    </w:p>
    <w:p>
      <w:r>
        <w:rPr>
          <w:rFonts w:ascii="Courier New" w:hAnsi="Courier New"/>
          <w:color w:val="555555"/>
          <w:sz w:val="20"/>
        </w:rPr>
        <w:t>[5]</w:t>
      </w:r>
    </w:p>
    <w:p>
      <w:r>
        <w:rPr>
          <w:rFonts w:ascii="Gentium Plus" w:hAnsi="Gentium Plus"/>
          <w:sz w:val="24"/>
        </w:rPr>
        <w:t>ὁ ἰσημερινός· τότε γὰρ αὐτοῖς κατὰ κορυφὴν γίνεται ὁ ἥλιος.</w:t>
      </w:r>
    </w:p>
    <w:p>
      <w:r>
        <w:rPr>
          <w:rFonts w:ascii="Courier New" w:hAnsi="Courier New"/>
          <w:color w:val="555555"/>
          <w:sz w:val="20"/>
        </w:rPr>
        <w:t>[5 . 44]</w:t>
      </w:r>
    </w:p>
    <w:p>
      <w:r>
        <w:rPr>
          <w:rFonts w:ascii="Gentium Plus" w:hAnsi="Gentium Plus"/>
          <w:sz w:val="24"/>
        </w:rPr>
        <w:t>Ἰσημερινοὶ δὲ κύκλοι γίνονται παρ’ αὐτοῖς πάντες οἱ παράλληλοι· ἰσημερία γὰρ διὰ παντός ἐστι παρ’ αὐτοῖς· πάντες γὰρ οἱ παράλληλοι κύκλοι διχοτο‐ μοῦνται ὑπὸ τοῦ ὁρίζοντος.</w:t>
      </w:r>
    </w:p>
    <w:p>
      <w:r>
        <w:rPr>
          <w:rFonts w:ascii="Courier New" w:hAnsi="Courier New"/>
          <w:color w:val="555555"/>
          <w:sz w:val="20"/>
        </w:rPr>
        <w:t>[5 . 45]</w:t>
      </w:r>
    </w:p>
    <w:p>
      <w:r>
        <w:rPr>
          <w:rFonts w:ascii="Gentium Plus" w:hAnsi="Gentium Plus"/>
          <w:sz w:val="24"/>
        </w:rPr>
        <w:t>Οὐδὲ αἱ διαστάσεις δὲ αἱ ἀπ’ ἀλλήλων τοῖς κύκλοις αἱ αὐταὶ διαμένουσι καθ’ ὅλην τὴν οἰκουμένην. Ἀλλὰ πρὸς τὴν καταγραφὴν τῶν σφαιρῶν διαιρεῖται οὕτως κατὰ πλάτος·</w:t>
      </w:r>
    </w:p>
    <w:p>
      <w:r>
        <w:rPr>
          <w:rFonts w:ascii="Courier New" w:hAnsi="Courier New"/>
          <w:color w:val="555555"/>
          <w:sz w:val="20"/>
        </w:rPr>
        <w:t>[5 . 46]</w:t>
      </w:r>
    </w:p>
    <w:p>
      <w:r>
        <w:rPr>
          <w:rFonts w:ascii="Gentium Plus" w:hAnsi="Gentium Plus"/>
          <w:sz w:val="24"/>
        </w:rPr>
        <w:t>τοῦ παντὸς μεσημβρινοῦ κύκλου διαιρου‐ μένου εἰς μέρη ξ ὁ ἀρκτικὸς ἀπὸ τοῦ πόλου καταγράφεται ἀπέχων ἑξηκοστὰ ϛ, ὁ δὲ θερινὸς τροπικὸς ἀπὸ τοῦ ἀρκτι‐ κοῦ γράφεται ἀπέχων ἑξηκοστὰ ε, ὁ δὲ ἰσημερινὸς ἀφ’ ἑ‐</w:t>
      </w:r>
    </w:p>
    <w:p>
      <w:r>
        <w:rPr>
          <w:rFonts w:ascii="Courier New" w:hAnsi="Courier New"/>
          <w:color w:val="555555"/>
          <w:sz w:val="20"/>
        </w:rPr>
        <w:t>[5]</w:t>
      </w:r>
    </w:p>
    <w:p>
      <w:r>
        <w:rPr>
          <w:rFonts w:ascii="Gentium Plus" w:hAnsi="Gentium Plus"/>
          <w:sz w:val="24"/>
        </w:rPr>
        <w:t>κατέρου τῶν τροπικῶν ἑξηκοστὰ δ, ὁ δὲ χειμερινὸς τροπικὸς κύκλος ἀπὸ τοῦ ἀνταρκτικοῦ ἀπέχων ἑξηκοστὰ ε, ὁ δὲ ἀνταρκτικὸς ἀπὸ τοῦ πόλου ἀπέχων ἑξηκοστὰ ϛ.</w:t>
      </w:r>
    </w:p>
    <w:p>
      <w:r>
        <w:rPr>
          <w:rFonts w:ascii="Courier New" w:hAnsi="Courier New"/>
          <w:color w:val="555555"/>
          <w:sz w:val="20"/>
        </w:rPr>
        <w:t>[5 . 47]</w:t>
      </w:r>
    </w:p>
    <w:p>
      <w:r>
        <w:rPr>
          <w:rFonts w:ascii="Gentium Plus" w:hAnsi="Gentium Plus"/>
          <w:sz w:val="24"/>
        </w:rPr>
        <w:t>Οὐ κατὰ πᾶσαν δὲ χώραν καὶ πόλιν τὰς αὐ‐ τὰς διαστάσεις ἔχουσιν ἀπ’ ἀλλήλων οἱ κύκλοι. Ἀλλ’ οἱ μὲν τροπικοὶ κύκλοι ἀπὸ τοῦ ἰσημερινοῦ κατὰ πᾶν ἔγκλιμα τὴν αὐτὴν ἀπόστασιν ἔχουσιν, οἱ δὲ τροπικοὶ κύκλοι</w:t>
      </w:r>
    </w:p>
    <w:p>
      <w:r>
        <w:rPr>
          <w:rFonts w:ascii="Courier New" w:hAnsi="Courier New"/>
          <w:color w:val="555555"/>
          <w:sz w:val="20"/>
        </w:rPr>
        <w:t>[5]</w:t>
      </w:r>
    </w:p>
    <w:p>
      <w:r>
        <w:rPr>
          <w:rFonts w:ascii="Gentium Plus" w:hAnsi="Gentium Plus"/>
          <w:sz w:val="24"/>
        </w:rPr>
        <w:t>ἀπὸ τῶν ἀρκτικῶν οὐ τὴν αὐτὴν ἔχουσι διάστασιν κατὰ πάντας τοὺς ὁρίζοντας, ἀλλ’ οἱ μὲν ἔλασσον, οἱ δὲ πλέον διεστήκασιν.</w:t>
      </w:r>
    </w:p>
    <w:p>
      <w:r>
        <w:rPr>
          <w:rFonts w:ascii="Courier New" w:hAnsi="Courier New"/>
          <w:color w:val="555555"/>
          <w:sz w:val="20"/>
        </w:rPr>
        <w:t>[5 . 48]</w:t>
      </w:r>
    </w:p>
    <w:p>
      <w:r>
        <w:rPr>
          <w:rFonts w:ascii="Gentium Plus" w:hAnsi="Gentium Plus"/>
          <w:sz w:val="24"/>
        </w:rPr>
        <w:t>Ὁμοίως δὲ οὐδ’ οἱ ἀρκτικοὶ ἀπὸ τῶν πόλων τὴν ἴσην ἀπόστασιν ἔχουσι κατὰ πᾶν ἔγκλιμα, ἀλλ’ οἱ μὲν ἐλάσσονα, οἱ δὲ πλείονα. Καταγράφονται μέντοι γε πᾶσαι αἱ σφαῖραι πρὸς τὸν ἐν τῇ Ἑλλάδι ὁρί‐</w:t>
      </w:r>
    </w:p>
    <w:p>
      <w:r>
        <w:rPr>
          <w:rFonts w:ascii="Courier New" w:hAnsi="Courier New"/>
          <w:color w:val="555555"/>
          <w:sz w:val="20"/>
        </w:rPr>
        <w:t>[5]</w:t>
      </w:r>
    </w:p>
    <w:p>
      <w:r>
        <w:rPr>
          <w:rFonts w:ascii="Gentium Plus" w:hAnsi="Gentium Plus"/>
          <w:sz w:val="24"/>
        </w:rPr>
        <w:t>ζοντα.</w:t>
      </w:r>
    </w:p>
    <w:p>
      <w:r>
        <w:rPr>
          <w:rFonts w:ascii="Courier New" w:hAnsi="Courier New"/>
          <w:color w:val="555555"/>
          <w:sz w:val="20"/>
        </w:rPr>
        <w:t>[5 . 49]</w:t>
      </w:r>
    </w:p>
    <w:p>
      <w:r>
        <w:rPr>
          <w:rFonts w:ascii="Gentium Plus" w:hAnsi="Gentium Plus"/>
          <w:sz w:val="24"/>
        </w:rPr>
        <w:t>Διὰ τῶν πόλων δέ εἰσι κύκλοι οἱ ὑπό τινων κόλουροι προσαγορευόμενοι, οἷς συμβέβηκεν ἐπὶ τῶν ἰδίων περι‐ φερειῶν τοὺς τοῦ κόσμου πόλους ἔχειν. Κόλουροι δὲ κέκληνται διὰ τὸ μέρη τινὰ αὐτῶν ἀθεώρητα γίνεσθαι·</w:t>
      </w:r>
    </w:p>
    <w:p>
      <w:r>
        <w:rPr>
          <w:rFonts w:ascii="Courier New" w:hAnsi="Courier New"/>
          <w:color w:val="555555"/>
          <w:sz w:val="20"/>
        </w:rPr>
        <w:t>[5 . 50]</w:t>
      </w:r>
    </w:p>
    <w:p>
      <w:r>
        <w:rPr>
          <w:rFonts w:ascii="Gentium Plus" w:hAnsi="Gentium Plus"/>
          <w:sz w:val="24"/>
        </w:rPr>
        <w:t>οἱ μὲν γὰρ λοιποὶ κύκλοι κατὰ τὴν περιστροφὴν τοῦ κόσμου ὅλοι θεωροῦνται, τῶν δὲ κολούρων κύκλων μέρη τινά ἐστιν ἀθεώρητα τὰ ὑπὸ τοῦ ἀνταρκτικοῦ ὑπὸ</w:t>
      </w:r>
    </w:p>
    <w:p>
      <w:r>
        <w:rPr>
          <w:rFonts w:ascii="Courier New" w:hAnsi="Courier New"/>
          <w:color w:val="555555"/>
          <w:sz w:val="20"/>
        </w:rPr>
        <w:t>[5]</w:t>
      </w:r>
    </w:p>
    <w:p>
      <w:r>
        <w:rPr>
          <w:rFonts w:ascii="Gentium Plus" w:hAnsi="Gentium Plus"/>
          <w:sz w:val="24"/>
        </w:rPr>
        <w:t>κύκλοι διὰ τῶν τροπικῶν καὶ ἰσημερινῶν σημείων καὶ εἰς δ μέρη ἴσα διαιροῦσι τὸν διὰ μέσων τῶν ζῳδίων κύκλον.</w:t>
      </w:r>
    </w:p>
    <w:p>
      <w:r>
        <w:rPr>
          <w:rFonts w:ascii="Courier New" w:hAnsi="Courier New"/>
          <w:color w:val="555555"/>
          <w:sz w:val="20"/>
        </w:rPr>
        <w:t>[5 . 51]</w:t>
      </w:r>
    </w:p>
    <w:p>
      <w:r>
        <w:rPr>
          <w:rFonts w:ascii="Gentium Plus" w:hAnsi="Gentium Plus"/>
          <w:sz w:val="24"/>
        </w:rPr>
        <w:t>Λοξὸς δέ ἐστι κύκλος ὁ τῶν ιβ ζῳδίων. Αὐτὸς δ’ ἐκ γ κύκλων παραλλήλων συνέστηκεν, ὧν οἱ μὲν τὸ πλάτος ἀφορίζειν Λέγονται τοῦ ζῳδιακοῦ κύκλου, ὁ δὲ διὰ μέσων τῶν ζῳδίων καλεῖται.</w:t>
      </w:r>
    </w:p>
    <w:p>
      <w:r>
        <w:rPr>
          <w:rFonts w:ascii="Courier New" w:hAnsi="Courier New"/>
          <w:color w:val="555555"/>
          <w:sz w:val="20"/>
        </w:rPr>
        <w:t>[5 . 52]</w:t>
      </w:r>
    </w:p>
    <w:p>
      <w:r>
        <w:rPr>
          <w:rFonts w:ascii="Gentium Plus" w:hAnsi="Gentium Plus"/>
          <w:sz w:val="24"/>
        </w:rPr>
        <w:t>Οὗτος δὲ ἐφάπτεται δύο κύκλων ἴσων καὶ παραλλήλων, τοῦ μὲν θερινοῦ τρο‐ πικοῦ κατὰ τὴν τοῦ Καρκίνου αην μοῖραν, τοῦ δὲ χειμε‐ ρινοῦ τροπικοῦ κατὰ τὴν Αἰγόκερω αην μοῖραν· τὸν</w:t>
      </w:r>
    </w:p>
    <w:p>
      <w:r>
        <w:rPr>
          <w:rFonts w:ascii="Courier New" w:hAnsi="Courier New"/>
          <w:color w:val="555555"/>
          <w:sz w:val="20"/>
        </w:rPr>
        <w:t>[5]</w:t>
      </w:r>
    </w:p>
    <w:p>
      <w:r>
        <w:rPr>
          <w:rFonts w:ascii="Gentium Plus" w:hAnsi="Gentium Plus"/>
          <w:sz w:val="24"/>
        </w:rPr>
        <w:t>δ’ ἰσημερινὸν δίχα τέμνει κατὰ τὴν τοῦ Κριοῦ αην μοῖραν καὶ κατὰ τὴν τοῦ Ζυγοῦ αην μοῖραν.</w:t>
      </w:r>
    </w:p>
    <w:p>
      <w:r>
        <w:rPr>
          <w:rFonts w:ascii="Courier New" w:hAnsi="Courier New"/>
          <w:color w:val="555555"/>
          <w:sz w:val="20"/>
        </w:rPr>
        <w:t>[5 . 53]</w:t>
      </w:r>
    </w:p>
    <w:p>
      <w:r>
        <w:rPr>
          <w:rFonts w:ascii="Gentium Plus" w:hAnsi="Gentium Plus"/>
          <w:sz w:val="24"/>
        </w:rPr>
        <w:t>Τὸ δὲ πλάτος ἐστὶ τοῦ ζῳδιακοῦ κύκλου μοιρῶν ιβ. Λοξὸς δὲ κέκληται ὁ ζῳδιακὸς κύκλος διὰ τὸ τέμνειν τοὺς παραλλήλους κύκλους.</w:t>
      </w:r>
    </w:p>
    <w:p>
      <w:r>
        <w:rPr>
          <w:rFonts w:ascii="Courier New" w:hAnsi="Courier New"/>
          <w:color w:val="555555"/>
          <w:sz w:val="20"/>
        </w:rPr>
        <w:t>[5 . 54]</w:t>
      </w:r>
    </w:p>
    <w:p>
      <w:r>
        <w:rPr>
          <w:rFonts w:ascii="Gentium Plus" w:hAnsi="Gentium Plus"/>
          <w:sz w:val="24"/>
        </w:rPr>
        <w:t>Ὁρίζων δέ ἐστι κύκλος ὁ διορίζων ἡμῖν τό τε φα‐ νερὸν καὶ τὸ ἀφανὲς μέρος τοῦ κόσμου καὶ διχοτομῶν τὴν ὅλην σφαῖραν τοῦ κόσμου, ὥστε ἡμισφαίριον μὲν ὑπὲρ γῆς ἀπολαμβάνεσθαι, ἡμισφαίριον δὲ ὑπὸ γῆν.</w:t>
      </w:r>
    </w:p>
    <w:p>
      <w:r>
        <w:rPr>
          <w:rFonts w:ascii="Courier New" w:hAnsi="Courier New"/>
          <w:color w:val="555555"/>
          <w:sz w:val="20"/>
        </w:rPr>
        <w:t>[5 . 55]</w:t>
      </w:r>
    </w:p>
    <w:p>
      <w:r>
        <w:rPr>
          <w:rFonts w:ascii="Gentium Plus" w:hAnsi="Gentium Plus"/>
          <w:sz w:val="24"/>
        </w:rPr>
        <w:t>Εἰσὶ δὲ οἱ ὁρίζοντες δύο, εἷς μὲν ὁ αἰσθητός, ἕτερος δὲ ὁ λόγῳ θεωρητός.</w:t>
      </w:r>
    </w:p>
    <w:p>
      <w:r>
        <w:rPr>
          <w:rFonts w:ascii="Courier New" w:hAnsi="Courier New"/>
          <w:color w:val="555555"/>
          <w:sz w:val="20"/>
        </w:rPr>
        <w:t>[5 . 56]</w:t>
      </w:r>
    </w:p>
    <w:p>
      <w:r>
        <w:rPr>
          <w:rFonts w:ascii="Gentium Plus" w:hAnsi="Gentium Plus"/>
          <w:sz w:val="24"/>
        </w:rPr>
        <w:t>Αἰσθητὸς μὲν οὖν ἐστιν ὁρίζων ὁ ὑπὸ τῆς ἡμετέρας ὄψεως περιγραφόμενος κατὰ τὸν ἀποτερματισμὸν τῆς ὁράσεως, ὡς οὐ μείζονα τὴν διάμετρον ἔχειν σταδίων ͵β.</w:t>
      </w:r>
    </w:p>
    <w:p>
      <w:r>
        <w:rPr>
          <w:rFonts w:ascii="Courier New" w:hAnsi="Courier New"/>
          <w:color w:val="555555"/>
          <w:sz w:val="20"/>
        </w:rPr>
        <w:t>[5 . 57]</w:t>
      </w:r>
    </w:p>
    <w:p>
      <w:r>
        <w:rPr>
          <w:rFonts w:ascii="Gentium Plus" w:hAnsi="Gentium Plus"/>
          <w:sz w:val="24"/>
        </w:rPr>
        <w:t>Ὁ δὲ λόγῳ θεωρητὸς ὁρίζων ἐστὶν ὁ μέχρι τῆς τῶν ἀπλανῶν ἀστέρων σφαίρας διήκων</w:t>
      </w:r>
    </w:p>
    <w:p>
      <w:r>
        <w:rPr>
          <w:rFonts w:ascii="Courier New" w:hAnsi="Courier New"/>
          <w:color w:val="555555"/>
          <w:sz w:val="20"/>
        </w:rPr>
        <w:t>[5 . 58]</w:t>
      </w:r>
    </w:p>
    <w:p>
      <w:r>
        <w:rPr>
          <w:rFonts w:ascii="Gentium Plus" w:hAnsi="Gentium Plus"/>
          <w:sz w:val="24"/>
        </w:rPr>
        <w:t>Οὐ κατὰ πᾶσαν δὲ χώραν καὶ πόλιν ὁ αὐτός ἐστιν ὁρίζων. Ἀλλὰ πρὸς μὲν τὴν αἴσθησιν σχεδὸν ὡς ἐπὶ σταδίους υ ὁ αὐτὸς ὁρίζων διαμένει, ὥστε καὶ τὰ μεγέθη τῶν ἡμερῶν καὶ τὸ κλίμα καὶ πάντα τὰ φαινόμενα τὰ</w:t>
      </w:r>
    </w:p>
    <w:p>
      <w:r>
        <w:rPr>
          <w:rFonts w:ascii="Courier New" w:hAnsi="Courier New"/>
          <w:color w:val="555555"/>
          <w:sz w:val="20"/>
        </w:rPr>
        <w:t>[5]</w:t>
      </w:r>
    </w:p>
    <w:p>
      <w:r>
        <w:rPr>
          <w:rFonts w:ascii="Gentium Plus" w:hAnsi="Gentium Plus"/>
          <w:sz w:val="24"/>
        </w:rPr>
        <w:t>αὐτὰ διαμένειν.</w:t>
      </w:r>
    </w:p>
    <w:p>
      <w:r>
        <w:rPr>
          <w:rFonts w:ascii="Courier New" w:hAnsi="Courier New"/>
          <w:color w:val="555555"/>
          <w:sz w:val="20"/>
        </w:rPr>
        <w:t>[5 . 59]</w:t>
      </w:r>
    </w:p>
    <w:p>
      <w:r>
        <w:rPr>
          <w:rFonts w:ascii="Gentium Plus" w:hAnsi="Gentium Plus"/>
          <w:sz w:val="24"/>
        </w:rPr>
        <w:t>Πλειόνων δὲ σταδίων γινομένων κατὰ τὴν παραλλαγὴν τῆς οἰκήσεως ἕτερος ὁρίζων γίνεται κατὰ τὸ κλίμα διαφέρων καὶ πάντα τὰ φαινόμενα μετα‐ πίπτει. Δεῖ μέντοι γε τὴν παραλλαγὴν τῆς οἰκήσεως τὴν</w:t>
      </w:r>
    </w:p>
    <w:p>
      <w:r>
        <w:rPr>
          <w:rFonts w:ascii="Courier New" w:hAnsi="Courier New"/>
          <w:color w:val="555555"/>
          <w:sz w:val="20"/>
        </w:rPr>
        <w:t>[5]</w:t>
      </w:r>
    </w:p>
    <w:p>
      <w:r>
        <w:rPr>
          <w:rFonts w:ascii="Gentium Plus" w:hAnsi="Gentium Plus"/>
          <w:sz w:val="24"/>
        </w:rPr>
        <w:t>ὑπὲρ υ στάδια λαμβάνεσθαι κατὰ τὴν πρὸς ἄρκτον ἢ πρὸς μεσημβρίαν πάροδον·</w:t>
      </w:r>
    </w:p>
    <w:p>
      <w:r>
        <w:rPr>
          <w:rFonts w:ascii="Courier New" w:hAnsi="Courier New"/>
          <w:color w:val="555555"/>
          <w:sz w:val="20"/>
        </w:rPr>
        <w:t>[5 . 60]</w:t>
      </w:r>
    </w:p>
    <w:p>
      <w:r>
        <w:rPr>
          <w:rFonts w:ascii="Gentium Plus" w:hAnsi="Gentium Plus"/>
          <w:sz w:val="24"/>
        </w:rPr>
        <w:t>τοῖς μὲν γὰρ ἐπὶ τοῦ αὐτοῦ παραλλήλου οἰκοῦσι, καὶ ἀπὸ μυρίων σταδίων ὑπάρχουσιν, ὁ μὲν ὁρίζων ἐστὶ διάφορος, τὸ δὲ κλίμα τὸ αὐτὸ καὶ πάντα τὰ φαινόμενα παραπλήσια· αἱ μέντοι</w:t>
      </w:r>
    </w:p>
    <w:p>
      <w:r>
        <w:rPr>
          <w:rFonts w:ascii="Courier New" w:hAnsi="Courier New"/>
          <w:color w:val="555555"/>
          <w:sz w:val="20"/>
        </w:rPr>
        <w:t>[5]</w:t>
      </w:r>
    </w:p>
    <w:p>
      <w:r>
        <w:rPr>
          <w:rFonts w:ascii="Gentium Plus" w:hAnsi="Gentium Plus"/>
          <w:sz w:val="24"/>
        </w:rPr>
        <w:t>γε ἀρχαὶ καὶ τελευταὶ αἱ τῶν ἡμερῶν οὐχ ἅμα πᾶσιν ἔσονται τοῖς ἐπὶ τοῦ αὐτοῦ παραλλήλου οἰκοῦσι.</w:t>
      </w:r>
    </w:p>
    <w:p>
      <w:r>
        <w:rPr>
          <w:rFonts w:ascii="Courier New" w:hAnsi="Courier New"/>
          <w:color w:val="555555"/>
          <w:sz w:val="20"/>
        </w:rPr>
        <w:t>[5 . 61]</w:t>
      </w:r>
    </w:p>
    <w:p>
      <w:r>
        <w:rPr>
          <w:rFonts w:ascii="Gentium Plus" w:hAnsi="Gentium Plus"/>
          <w:sz w:val="24"/>
        </w:rPr>
        <w:t>Κατὰ δὲ τὴν πρὸς τὸν λόγον ἀκρίβειαν ἅμα τῷ στιγμιαίαν πάροδον γενέσθαι καθ’ ὁποιονοῦν μέρος τοῦ κόσμου μεταπίπτει καὶ ὁ ὁρίζων καὶ τὸ ἔγκλιμα, καὶ πάντα τὰ</w:t>
      </w:r>
    </w:p>
    <w:p>
      <w:r>
        <w:rPr>
          <w:rFonts w:ascii="Courier New" w:hAnsi="Courier New"/>
          <w:color w:val="555555"/>
          <w:sz w:val="20"/>
        </w:rPr>
        <w:t>[5]</w:t>
      </w:r>
    </w:p>
    <w:p>
      <w:r>
        <w:rPr>
          <w:rFonts w:ascii="Gentium Plus" w:hAnsi="Gentium Plus"/>
          <w:sz w:val="24"/>
        </w:rPr>
        <w:t>φαινόμενα διάφορα.</w:t>
      </w:r>
    </w:p>
    <w:p>
      <w:r>
        <w:rPr>
          <w:rFonts w:ascii="Courier New" w:hAnsi="Courier New"/>
          <w:color w:val="555555"/>
          <w:sz w:val="20"/>
        </w:rPr>
        <w:t>[5 . 62]</w:t>
      </w:r>
    </w:p>
    <w:p>
      <w:r>
        <w:rPr>
          <w:rFonts w:ascii="Gentium Plus" w:hAnsi="Gentium Plus"/>
          <w:sz w:val="24"/>
        </w:rPr>
        <w:t>Οὐ καταγράφεται δὲ ὁ ὁρίζων ἐν ταῖς σφαίραις δι’ αἰτίαν τοιαύτην, ὅτι οἱ μὲν λοιποὶ κύκλοι πάντες φερομένου τοῦ κόσμου ἀπ’ ἀνατολῆς ἐπὶ τὴν δύσιν</w:t>
      </w:r>
    </w:p>
    <w:p>
      <w:r>
        <w:rPr>
          <w:rFonts w:ascii="Courier New" w:hAnsi="Courier New"/>
          <w:color w:val="555555"/>
          <w:sz w:val="20"/>
        </w:rPr>
        <w:t>[5]</w:t>
      </w:r>
    </w:p>
    <w:p>
      <w:r>
        <w:rPr>
          <w:rFonts w:ascii="Gentium Plus" w:hAnsi="Gentium Plus"/>
          <w:sz w:val="24"/>
        </w:rPr>
        <w:t>ὁ δὲ ὁρίζων ἐστὶ φύσει ἀκίνητος τὴν αὐτὴν τάξιν διαφυ‐ λάττων διὰ παντός.</w:t>
      </w:r>
    </w:p>
    <w:p>
      <w:r>
        <w:rPr>
          <w:rFonts w:ascii="Courier New" w:hAnsi="Courier New"/>
          <w:color w:val="555555"/>
          <w:sz w:val="20"/>
        </w:rPr>
        <w:t>[5 . 63]</w:t>
      </w:r>
    </w:p>
    <w:p>
      <w:r>
        <w:rPr>
          <w:rFonts w:ascii="Gentium Plus" w:hAnsi="Gentium Plus"/>
          <w:sz w:val="24"/>
        </w:rPr>
        <w:t>Εἰ οὖν κατεγράφοντο οἱ ὁρί‐ ζοντες ἐν ταῖς σφαίραις, στρεφομένων αὐτῶν συνέβαινεν ἂν τὸν ὁρίζοντα κινεῖσθαι καὶ κατὰ κορυφήν ποτε γίνεσθαι, ὅπερ ἐστὶν ἀδιανόητον καὶ ἀλλότριον τοῦ σφαιρικοῦ</w:t>
      </w:r>
    </w:p>
    <w:p>
      <w:r>
        <w:rPr>
          <w:rFonts w:ascii="Courier New" w:hAnsi="Courier New"/>
          <w:color w:val="555555"/>
          <w:sz w:val="20"/>
        </w:rPr>
        <w:t>[5]</w:t>
      </w:r>
    </w:p>
    <w:p>
      <w:r>
        <w:rPr>
          <w:rFonts w:ascii="Gentium Plus" w:hAnsi="Gentium Plus"/>
          <w:sz w:val="24"/>
        </w:rPr>
        <w:t>λόγου. Ὑπὸ μέντοι γε τῆς σφαιροθήκης ἡ τοῦ ὁρίζοντος θέσις κατανοεῖται.</w:t>
      </w:r>
    </w:p>
    <w:p>
      <w:r>
        <w:rPr>
          <w:rFonts w:ascii="Courier New" w:hAnsi="Courier New"/>
          <w:color w:val="555555"/>
          <w:sz w:val="20"/>
        </w:rPr>
        <w:t>[5 . 64]</w:t>
      </w:r>
    </w:p>
    <w:p>
      <w:r>
        <w:rPr>
          <w:rFonts w:ascii="Gentium Plus" w:hAnsi="Gentium Plus"/>
          <w:sz w:val="24"/>
        </w:rPr>
        <w:t>Μεσημβρινὸς δέ ἐστι κύκλος ὁ διὰ τῶν τοῦ κόσμου πόλων καὶ τοῦ κατὰ κορυφὴν σημείου γραφόμενος κύκλος, ἐφ’ οὗ γενόμενος ὁ ἥλιος τὰ μέσα τῶν ἡμερῶν καὶ τὰ μέσα τῶν νυκτῶν ποιεῖται.</w:t>
      </w:r>
    </w:p>
    <w:p>
      <w:r>
        <w:rPr>
          <w:rFonts w:ascii="Courier New" w:hAnsi="Courier New"/>
          <w:color w:val="555555"/>
          <w:sz w:val="20"/>
        </w:rPr>
        <w:t>[5 . 65]</w:t>
      </w:r>
    </w:p>
    <w:p>
      <w:r>
        <w:rPr>
          <w:rFonts w:ascii="Gentium Plus" w:hAnsi="Gentium Plus"/>
          <w:sz w:val="24"/>
        </w:rPr>
        <w:t>Καὶ οὗτος δέ ἐστιν ὁ κύκλος ἀκίνητος ἐν τῷ κόσμῳ καὶ τὴν αὐτὴν τάξιν διαφυλάσ‐ σων ἐν ὅλῃ τῇ τοῦ κόσμου περιστροφῇ. Οὐ καταγρά‐ φεται δὲ οὐδὲ οὗτος ὁ κύκλος ἐν ταῖς καταστηριζομέ‐</w:t>
      </w:r>
    </w:p>
    <w:p>
      <w:r>
        <w:rPr>
          <w:rFonts w:ascii="Courier New" w:hAnsi="Courier New"/>
          <w:color w:val="555555"/>
          <w:sz w:val="20"/>
        </w:rPr>
        <w:t>[5]</w:t>
      </w:r>
    </w:p>
    <w:p>
      <w:r>
        <w:rPr>
          <w:rFonts w:ascii="Gentium Plus" w:hAnsi="Gentium Plus"/>
          <w:sz w:val="24"/>
        </w:rPr>
        <w:t>ναις σφαίραις διὰ τὸ καὶ ἀκίνητος εἶναι καὶ μηδεμίαν ἐπιδέχεσθαι μετάπτωσιν.</w:t>
      </w:r>
    </w:p>
    <w:p>
      <w:r>
        <w:rPr>
          <w:rFonts w:ascii="Courier New" w:hAnsi="Courier New"/>
          <w:color w:val="555555"/>
          <w:sz w:val="20"/>
        </w:rPr>
        <w:t>[5 . 66]</w:t>
      </w:r>
    </w:p>
    <w:p>
      <w:r>
        <w:rPr>
          <w:rFonts w:ascii="Gentium Plus" w:hAnsi="Gentium Plus"/>
          <w:sz w:val="24"/>
        </w:rPr>
        <w:t>Οὐ κατὰ πᾶσαν δὲ χώραν καὶ πόλιν ὁ αὐτός ἐστι μεσημβρινός. Ἀλλὰ πρὸς μὲν τὴν αἴσθησιν σχεδὸν ἐπὶ σταδίους υ ὁ αὐτὸς μεσημβρινὸς διαμένει, πρὸς δὲ τὴν ἐν τῷ λόγῳ ἀκρίβειαν ἅμα τῷ τὴν τυχοῦσαν γίνεσθαι</w:t>
      </w:r>
    </w:p>
    <w:p>
      <w:r>
        <w:rPr>
          <w:rFonts w:ascii="Courier New" w:hAnsi="Courier New"/>
          <w:color w:val="555555"/>
          <w:sz w:val="20"/>
        </w:rPr>
        <w:t>[5]</w:t>
      </w:r>
    </w:p>
    <w:p>
      <w:r>
        <w:rPr>
          <w:rFonts w:ascii="Gentium Plus" w:hAnsi="Gentium Plus"/>
          <w:sz w:val="24"/>
        </w:rPr>
        <w:t>πάροδον ἢ πρὸς ἀνατολὴν ἢ πρὸς δύσιν ἕτερος γίνεται μεσημβρινός·</w:t>
      </w:r>
    </w:p>
    <w:p>
      <w:r>
        <w:rPr>
          <w:rFonts w:ascii="Courier New" w:hAnsi="Courier New"/>
          <w:color w:val="555555"/>
          <w:sz w:val="20"/>
        </w:rPr>
        <w:t>[5 . 67]</w:t>
      </w:r>
    </w:p>
    <w:p>
      <w:r>
        <w:rPr>
          <w:rFonts w:ascii="Gentium Plus" w:hAnsi="Gentium Plus"/>
          <w:sz w:val="24"/>
        </w:rPr>
        <w:t>κατὰ μὲν γὰρ τὴν πρὸς ἄρκτον καὶ πρὸς μεσημβρίαν πάροδον, καὶ ἐὰν μεταξὺ μύριοι στάδιοι ὑπάρχωσιν, ὁ αὐτὸς μένει μεσημβρινός, κατὰ δὲ τὴν</w:t>
      </w:r>
    </w:p>
    <w:p>
      <w:r>
        <w:rPr>
          <w:rFonts w:ascii="Courier New" w:hAnsi="Courier New"/>
          <w:color w:val="555555"/>
          <w:sz w:val="20"/>
        </w:rPr>
        <w:t>[5 . 68]</w:t>
      </w:r>
    </w:p>
    <w:p>
      <w:r>
        <w:rPr>
          <w:rFonts w:ascii="Gentium Plus" w:hAnsi="Gentium Plus"/>
          <w:sz w:val="24"/>
        </w:rPr>
        <w:t>Λοξὸς δέ ἐστι κύκλος καὶ ὁ τοῦ γάλακτος. Οὗτος μὲν μείζονι πλάτει λελόξωται τῷ τροπικῷ κύκλῳ. Συνέστηκε δὲ ἐκ βραχυμερίας νεφελοειδοῦς καὶ ἔστιν ἐν τῷ κόσμῳ μόνος θεωρητός.</w:t>
      </w:r>
    </w:p>
    <w:p>
      <w:r>
        <w:rPr>
          <w:rFonts w:ascii="Courier New" w:hAnsi="Courier New"/>
          <w:color w:val="555555"/>
          <w:sz w:val="20"/>
        </w:rPr>
        <w:t>[5 . 69]</w:t>
      </w:r>
    </w:p>
    <w:p>
      <w:r>
        <w:rPr>
          <w:rFonts w:ascii="Gentium Plus" w:hAnsi="Gentium Plus"/>
          <w:sz w:val="24"/>
        </w:rPr>
        <w:t>Οὐχ ὥρισται δὲ αὐτοῦ τὸ πλάτος, ἀλλὰ κατὰ μέν τινα μέρη πλατύτερός ἐστι, κατὰ δέ τινα στενότερος. Δι’ ἣν αἰτίαν ἐν ταῖς πλείσταις σφαίραις οὐδὲ καταγράφεται ὁ τοῦ γάλακτος κύκλος.</w:t>
      </w:r>
    </w:p>
    <w:p>
      <w:r>
        <w:rPr>
          <w:rFonts w:ascii="Courier New" w:hAnsi="Courier New"/>
          <w:color w:val="555555"/>
          <w:sz w:val="20"/>
        </w:rPr>
        <w:t>[5]</w:t>
      </w:r>
    </w:p>
    <w:p>
      <w:r>
        <w:rPr>
          <w:rFonts w:ascii="Gentium Plus" w:hAnsi="Gentium Plus"/>
          <w:sz w:val="24"/>
        </w:rPr>
        <w:t>Ἔστι δὲ καὶ οὗτος τῶν μεγίστων κύκλων.</w:t>
      </w:r>
    </w:p>
    <w:p>
      <w:r>
        <w:rPr>
          <w:rFonts w:ascii="Courier New" w:hAnsi="Courier New"/>
          <w:color w:val="555555"/>
          <w:sz w:val="20"/>
        </w:rPr>
        <w:t>[5 . 70]</w:t>
      </w:r>
    </w:p>
    <w:p>
      <w:r>
        <w:rPr>
          <w:rFonts w:ascii="Gentium Plus" w:hAnsi="Gentium Plus"/>
          <w:sz w:val="24"/>
        </w:rPr>
        <w:t>Μέγιστοι γὰρ ἐν σφαίραις λέγονται κύκλοι οἱ τὸ αὐτὸ κέντρον ἔχοντες τῇ σφαίρᾳ. Εἰσὶ δὲ μέγιστοι κύκλοι ζ· ἰσημερινός, ζῳδιακὸς καὶ</w:t>
      </w:r>
    </w:p>
    <w:p>
      <w:r>
        <w:rPr>
          <w:rFonts w:ascii="Courier New" w:hAnsi="Courier New"/>
          <w:color w:val="555555"/>
          <w:sz w:val="20"/>
        </w:rPr>
        <w:t>[5]</w:t>
      </w:r>
    </w:p>
    <w:p>
      <w:r>
        <w:rPr>
          <w:rFonts w:ascii="Gentium Plus" w:hAnsi="Gentium Plus"/>
          <w:sz w:val="24"/>
        </w:rPr>
        <w:t>ὁ διὰ μέσων τῶν ζῳδίων, οἱ διὰ τῶν πόλων, ὁ καθ’ ἑκάστην οἴκησιν ὁρίζων, ὁ μεσημβρινός, ὁ τοῦ γάλακτος.</w:t>
      </w:r>
    </w:p>
    <w:p>
      <w:r>
        <w:rPr>
          <w:rFonts w:ascii="Courier New" w:hAnsi="Courier New"/>
          <w:color w:val="555555"/>
          <w:sz w:val="20"/>
        </w:rPr>
        <w:t>[6 T]</w:t>
      </w:r>
    </w:p>
    <w:p>
      <w:r>
        <w:rPr>
          <w:rFonts w:ascii="Gentium Plus" w:hAnsi="Gentium Plus"/>
          <w:sz w:val="24"/>
        </w:rPr>
        <w:t>Περὶ ἡμέρας καὶ νυκτός</w:t>
      </w:r>
    </w:p>
    <w:p>
      <w:r>
        <w:rPr>
          <w:rFonts w:ascii="Courier New" w:hAnsi="Courier New"/>
          <w:color w:val="555555"/>
          <w:sz w:val="20"/>
        </w:rPr>
        <w:t>[6 . 1]</w:t>
      </w:r>
    </w:p>
    <w:p>
      <w:r>
        <w:rPr>
          <w:rFonts w:ascii="Gentium Plus" w:hAnsi="Gentium Plus"/>
          <w:sz w:val="24"/>
        </w:rPr>
        <w:t>Ἡμέρα λέγεται διχῶς, καθ’ ἕνα μὲν τρόπον χρόνος ὁ ἀπ’ ἀνατολῆς ἡλίου μέχρι δύσεως, καθ’ ἕτερον δὲ τρόπον ἡμέρα λέγεται χρόνος ὁ ἀφ’ ἡλίου ἀνατολῆς μέχρις ἡλίου ἀνατολῆς.</w:t>
      </w:r>
    </w:p>
    <w:p>
      <w:r>
        <w:rPr>
          <w:rFonts w:ascii="Courier New" w:hAnsi="Courier New"/>
          <w:color w:val="555555"/>
          <w:sz w:val="20"/>
        </w:rPr>
        <w:t>[6 . 2]</w:t>
      </w:r>
    </w:p>
    <w:p>
      <w:r>
        <w:rPr>
          <w:rFonts w:ascii="Gentium Plus" w:hAnsi="Gentium Plus"/>
          <w:sz w:val="24"/>
        </w:rPr>
        <w:t>Ἔστι δὲ ἡ ἡμέρα κατὰ τὸν δεύτερον τρόπον τοῦ κόσμου περιστροφὴ καὶ τῆς περιφερείας ἀνατολή, ἣν ὁ ἥλιος μεταβαίνει ὑπεναντίως κινούμενος τῷ κόσμῳ ἐν τῇ περιστροφῇ τοῦ κόσμου.</w:t>
      </w:r>
    </w:p>
    <w:p>
      <w:r>
        <w:rPr>
          <w:rFonts w:ascii="Courier New" w:hAnsi="Courier New"/>
          <w:color w:val="555555"/>
          <w:sz w:val="20"/>
        </w:rPr>
        <w:t>[6 . 3]</w:t>
      </w:r>
    </w:p>
    <w:p>
      <w:r>
        <w:rPr>
          <w:rFonts w:ascii="Gentium Plus" w:hAnsi="Gentium Plus"/>
          <w:sz w:val="24"/>
        </w:rPr>
        <w:t>Δι’ ἣν αἰτίαν οὐδέ ἐστι τὸ συναμφότερον νὺξ καὶ ἡμέρα ἐπὶ τὸ αὐτὸ ἴση πάσῃ νυκτὶ καὶ ἡμέρᾳ. Ἀλλὰ πρὸς μὲν τὴν αἴσθησιν ἴσα τὰ</w:t>
      </w:r>
    </w:p>
    <w:p>
      <w:r>
        <w:rPr>
          <w:rFonts w:ascii="Courier New" w:hAnsi="Courier New"/>
          <w:color w:val="555555"/>
          <w:sz w:val="20"/>
        </w:rPr>
        <w:t>[5]</w:t>
      </w:r>
    </w:p>
    <w:p>
      <w:r>
        <w:rPr>
          <w:rFonts w:ascii="Gentium Plus" w:hAnsi="Gentium Plus"/>
          <w:sz w:val="24"/>
        </w:rPr>
        <w:t>τις καὶ ἀνεπαίσθητος ἡ παραλλαγή·</w:t>
      </w:r>
    </w:p>
    <w:p>
      <w:r>
        <w:rPr>
          <w:rFonts w:ascii="Courier New" w:hAnsi="Courier New"/>
          <w:color w:val="555555"/>
          <w:sz w:val="20"/>
        </w:rPr>
        <w:t>[6 . 4]</w:t>
      </w:r>
    </w:p>
    <w:p>
      <w:r>
        <w:rPr>
          <w:rFonts w:ascii="Gentium Plus" w:hAnsi="Gentium Plus"/>
          <w:sz w:val="24"/>
        </w:rPr>
        <w:t>αἱ μὲν γὰρ τοῦ κόσμου περιστροφαὶ ἰσόχρονοί εἰσιν, αἱ δὲ τῶν περιφε‐ ρειῶν ἀνατολαί, ἃς ὁ ἥλιος μεταβαίνει ἐν τῇ τοῦ κόσμου περιστροφῇ, οὔκ εἰσιν ἰσόχρονοι· δι’ ἣν αἰτίαν οὐκ ἔστι</w:t>
      </w:r>
    </w:p>
    <w:p>
      <w:r>
        <w:rPr>
          <w:rFonts w:ascii="Courier New" w:hAnsi="Courier New"/>
          <w:color w:val="555555"/>
          <w:sz w:val="20"/>
        </w:rPr>
        <w:t>[5]</w:t>
      </w:r>
    </w:p>
    <w:p>
      <w:r>
        <w:rPr>
          <w:rFonts w:ascii="Gentium Plus" w:hAnsi="Gentium Plus"/>
          <w:sz w:val="24"/>
        </w:rPr>
        <w:t>τὸ συναμφότερον πᾶσα νὺξ καὶ ἡμέρα 〈ἴσον〉 συναμφο‐ τέρῳ πάσῃ νυκτὶ καὶ ἡμέρᾳ.</w:t>
      </w:r>
    </w:p>
    <w:p>
      <w:r>
        <w:rPr>
          <w:rFonts w:ascii="Courier New" w:hAnsi="Courier New"/>
          <w:color w:val="555555"/>
          <w:sz w:val="20"/>
        </w:rPr>
        <w:t>[6 . 5]</w:t>
      </w:r>
    </w:p>
    <w:p>
      <w:r>
        <w:rPr>
          <w:rFonts w:ascii="Gentium Plus" w:hAnsi="Gentium Plus"/>
          <w:sz w:val="24"/>
        </w:rPr>
        <w:t>Κατὰ δὴ τὸν δεύτερον τρόπον τῆς διαιρέσεως τῶν ἡμερῶν τὸν μὲν μῆνα λέγομεν εἶναι ἡμερῶν λ, τὸν δὲ ἐνιαυτὸν ἡμερῶν τξε δʹ.</w:t>
      </w:r>
    </w:p>
    <w:p>
      <w:r>
        <w:rPr>
          <w:rFonts w:ascii="Courier New" w:hAnsi="Courier New"/>
          <w:color w:val="555555"/>
          <w:sz w:val="20"/>
        </w:rPr>
        <w:t>[6 . 6]</w:t>
      </w:r>
    </w:p>
    <w:p>
      <w:r>
        <w:rPr>
          <w:rFonts w:ascii="Gentium Plus" w:hAnsi="Gentium Plus"/>
          <w:sz w:val="24"/>
        </w:rPr>
        <w:t>Ἔστι δὲ τὸ συναμφότερον νὺξ καὶ ἡμέρα χρόνος ὡρῶν ἰσημερινῶν κδ· ἰσημερινὴ δὲ ὥρα τὸ κδον μέρος τοῦ συγκειμένου χρόνου ἐκ νυκτὸς καὶ ἡμέρας.</w:t>
      </w:r>
    </w:p>
    <w:p>
      <w:r>
        <w:rPr>
          <w:rFonts w:ascii="Courier New" w:hAnsi="Courier New"/>
          <w:color w:val="555555"/>
          <w:sz w:val="20"/>
        </w:rPr>
        <w:t>[6 . 7]</w:t>
      </w:r>
    </w:p>
    <w:p>
      <w:r>
        <w:rPr>
          <w:rFonts w:ascii="Gentium Plus" w:hAnsi="Gentium Plus"/>
          <w:sz w:val="24"/>
        </w:rPr>
        <w:t>Οὐ κατὰ πᾶσαν δὲ χώραν καὶ πόλιν τὰ αὐτὰ μεγέθη τῶν ἡμερῶν ἐστιν. Ἀλλὰ τοῖς μὲν πρὸς ἄρκτον οἰκοῦσι μείζονες αἱ ἡμέραι γίνονται, τοῖς δὲ πρὸς μεσημβρίαν ἐλάττονες.</w:t>
      </w:r>
    </w:p>
    <w:p>
      <w:r>
        <w:rPr>
          <w:rFonts w:ascii="Courier New" w:hAnsi="Courier New"/>
          <w:color w:val="555555"/>
          <w:sz w:val="20"/>
        </w:rPr>
        <w:t>[6 . 8]</w:t>
      </w:r>
    </w:p>
    <w:p>
      <w:r>
        <w:rPr>
          <w:rFonts w:ascii="Gentium Plus" w:hAnsi="Gentium Plus"/>
          <w:sz w:val="24"/>
        </w:rPr>
        <w:t>Ἔστι δὲ ἐν Ῥόδῳ μὲν ἡ μεγίστη ἡμέρα ὡρῶν ἰσημερινῶν ιδ 𐅵ʹ, περὶ δὲ Ῥώμην ἡ μεγίστη ἡμέρα ὡρῶν ἰσημερινῶν ιε· τοῖς δὲ βορειοτέροις οἰκοῦσι τῆς Προποντίδος ἡ μεγίστη ἡμέρα γίνεται ὡρῶν ἰσημερι‐</w:t>
      </w:r>
    </w:p>
    <w:p>
      <w:r>
        <w:rPr>
          <w:rFonts w:ascii="Courier New" w:hAnsi="Courier New"/>
          <w:color w:val="555555"/>
          <w:sz w:val="20"/>
        </w:rPr>
        <w:t>[5]</w:t>
      </w:r>
    </w:p>
    <w:p>
      <w:r>
        <w:rPr>
          <w:rFonts w:ascii="Gentium Plus" w:hAnsi="Gentium Plus"/>
          <w:sz w:val="24"/>
        </w:rPr>
        <w:t>νῶν ιϛ, καὶ ἔτι τοῖς βορειοτέροις ιζ καὶ ιη ὡρῶν ἡ μεγίστη ἡμέρα γίνεται.</w:t>
      </w:r>
    </w:p>
    <w:p>
      <w:r>
        <w:rPr>
          <w:rFonts w:ascii="Courier New" w:hAnsi="Courier New"/>
          <w:color w:val="555555"/>
          <w:sz w:val="20"/>
        </w:rPr>
        <w:t>[6 . 9]</w:t>
      </w:r>
    </w:p>
    <w:p>
      <w:r>
        <w:rPr>
          <w:rFonts w:ascii="Gentium Plus" w:hAnsi="Gentium Plus"/>
          <w:sz w:val="24"/>
        </w:rPr>
        <w:t>Ἐπὶ δὲ τοὺς τόπους τούτους δοκεῖ καὶ Πυθέας ὁ Μασσαλιώτης παρεῖναι. Φησὶ γοῦν ἐν τοῖς Περὶ τοῦ Ὠκεανοῦ πεπραγματευμένοις αὐτῷ, ὅτι «ἐδείκνυον ἡμῖν οἱ βάρβαροι, ὅπου ὁ ἥλιος κοιμᾶται· συνέβαινε γὰρ περὶ</w:t>
      </w:r>
    </w:p>
    <w:p>
      <w:r>
        <w:rPr>
          <w:rFonts w:ascii="Courier New" w:hAnsi="Courier New"/>
          <w:color w:val="555555"/>
          <w:sz w:val="20"/>
        </w:rPr>
        <w:t>[5]</w:t>
      </w:r>
    </w:p>
    <w:p>
      <w:r>
        <w:rPr>
          <w:rFonts w:ascii="Gentium Plus" w:hAnsi="Gentium Plus"/>
          <w:sz w:val="24"/>
        </w:rPr>
        <w:t>τούτους τοὺς τόπους τὴν μὲν νύκτα παντελῶς μικρὰν</w:t>
      </w:r>
    </w:p>
    <w:p>
      <w:r>
        <w:rPr>
          <w:rFonts w:ascii="Courier New" w:hAnsi="Courier New"/>
          <w:color w:val="555555"/>
          <w:sz w:val="20"/>
        </w:rPr>
        <w:t>[6 . 10]</w:t>
      </w:r>
    </w:p>
    <w:p>
      <w:r>
        <w:rPr>
          <w:rFonts w:ascii="Gentium Plus" w:hAnsi="Gentium Plus"/>
          <w:sz w:val="24"/>
        </w:rPr>
        <w:t>Κράτης δὲ ὁ γραμματικός φησι τῶν τόπων τούτων καὶ Ὅμηρον μνημονεῦσαι, ἐν οἷς φησιν Ὀδυσσεύς· Τηλέπυλον Λαιστρυγονίην, ὅθι ποιμένα ποιμὴν ἠπύει εἰσελάων, ὁ δέ τ’ ἐξελάων ὑπακούει.</w:t>
      </w:r>
    </w:p>
    <w:p>
      <w:r>
        <w:rPr>
          <w:rFonts w:ascii="Courier New" w:hAnsi="Courier New"/>
          <w:color w:val="555555"/>
          <w:sz w:val="20"/>
        </w:rPr>
        <w:t>[5]</w:t>
      </w:r>
    </w:p>
    <w:p>
      <w:r>
        <w:rPr>
          <w:rFonts w:ascii="Gentium Plus" w:hAnsi="Gentium Plus"/>
          <w:sz w:val="24"/>
        </w:rPr>
        <w:t>Ἔνθα κ’ ἄυπνος ἀνὴρ δοιοὺς ἐξήρατο μισθούς, τὸν μὲν βουκολέων, τὸν δ’ ἄργυφα μῆλα νομεύων· ἐγγὺς γὰρ νυκτός τε καὶ ἤματός εἰσι κέλευθοι.</w:t>
      </w:r>
    </w:p>
    <w:p>
      <w:r>
        <w:rPr>
          <w:rFonts w:ascii="Courier New" w:hAnsi="Courier New"/>
          <w:color w:val="555555"/>
          <w:sz w:val="20"/>
        </w:rPr>
        <w:t>[6 . 11]</w:t>
      </w:r>
    </w:p>
    <w:p>
      <w:r>
        <w:rPr>
          <w:rFonts w:ascii="Gentium Plus" w:hAnsi="Gentium Plus"/>
          <w:sz w:val="24"/>
        </w:rPr>
        <w:t>Περὶ γὰρ τοὺς τόπους τούτους γινομένης μεγίστης ἡμέρας ὡρῶν κγ ἰσημερινῶν ἡ νὺξ μικρὰ παντάπασιν εἶναι ἀπολείπεται ὥρας α, ὥστε πλησιάζειν τὴν δύσιν τῇ ἀνατολῇ μικρᾶς παντάπασι τῆς περιφερείας ὑπὸ τὸν</w:t>
      </w:r>
    </w:p>
    <w:p>
      <w:r>
        <w:rPr>
          <w:rFonts w:ascii="Courier New" w:hAnsi="Courier New"/>
          <w:color w:val="555555"/>
          <w:sz w:val="20"/>
        </w:rPr>
        <w:t>[5]</w:t>
      </w:r>
    </w:p>
    <w:p>
      <w:r>
        <w:rPr>
          <w:rFonts w:ascii="Gentium Plus" w:hAnsi="Gentium Plus"/>
          <w:sz w:val="24"/>
        </w:rPr>
        <w:t>ὁρίζοντα ἀπολαμβανομένης ἀπὸ τοῦ θερινοῦ τροπικοῦ.</w:t>
      </w:r>
    </w:p>
    <w:p>
      <w:r>
        <w:rPr>
          <w:rFonts w:ascii="Courier New" w:hAnsi="Courier New"/>
          <w:color w:val="555555"/>
          <w:sz w:val="20"/>
        </w:rPr>
        <w:t>[6 . 12]</w:t>
      </w:r>
    </w:p>
    <w:p>
      <w:r>
        <w:rPr>
          <w:rFonts w:ascii="Gentium Plus" w:hAnsi="Gentium Plus"/>
          <w:sz w:val="24"/>
        </w:rPr>
        <w:t>Εἴ τις οὖν, φησί, δύναιτο διαγρυπνεῖν τὰς τηλικαύτας ἡμέρας, διπλοῦς ἐξοίσεται μισθοὺς «τὸν μὲν βουκολέων, τὸν δ’ ἄργυφα μῆλα νομεύων». Εἶτα ἐπιφέρει τὴν αἰτίαν μαθηματικὴν οὖσαν καὶ σύμφωνον τῷ σφαιρικῷ λόγῳ·</w:t>
      </w:r>
    </w:p>
    <w:p>
      <w:r>
        <w:rPr>
          <w:rFonts w:ascii="Courier New" w:hAnsi="Courier New"/>
          <w:color w:val="555555"/>
          <w:sz w:val="20"/>
        </w:rPr>
        <w:t>[5]</w:t>
      </w:r>
    </w:p>
    <w:p>
      <w:r>
        <w:rPr>
          <w:rFonts w:ascii="Gentium Plus" w:hAnsi="Gentium Plus"/>
          <w:sz w:val="24"/>
        </w:rPr>
        <w:t>«ἐγγὺς γὰρ νυκτός τε καὶ ἤματός εἰσι κέλευθοι,» τοῦτο δέ ἐστιν, ὅτι ἡ δύσις παράκειται τῇ ἀνατολῇ.</w:t>
      </w:r>
    </w:p>
    <w:p>
      <w:r>
        <w:rPr>
          <w:rFonts w:ascii="Courier New" w:hAnsi="Courier New"/>
          <w:color w:val="555555"/>
          <w:sz w:val="20"/>
        </w:rPr>
        <w:t>[6 . 13]</w:t>
      </w:r>
    </w:p>
    <w:p>
      <w:r>
        <w:rPr>
          <w:rFonts w:ascii="Gentium Plus" w:hAnsi="Gentium Plus"/>
          <w:sz w:val="24"/>
        </w:rPr>
        <w:t>Ἔτι δὲ μᾶλλον πρὸς ἄρκτον ἡμῶν παροδευόντων γίνεται ὁ θερινὸς τροπικὸς κύκλος ὅλος ὑπὲρ γῆν, ὥστε ἐν ταῖς θεριναῖς τροπαῖς τὴν παρ’ ἐκείνοις ἡμέραν γί‐ νεσθαι ὡρῶν ἰσημερινῶν κδ.</w:t>
      </w:r>
    </w:p>
    <w:p>
      <w:r>
        <w:rPr>
          <w:rFonts w:ascii="Courier New" w:hAnsi="Courier New"/>
          <w:color w:val="555555"/>
          <w:sz w:val="20"/>
        </w:rPr>
        <w:t>[6 . 14]</w:t>
      </w:r>
    </w:p>
    <w:p>
      <w:r>
        <w:rPr>
          <w:rFonts w:ascii="Gentium Plus" w:hAnsi="Gentium Plus"/>
          <w:sz w:val="24"/>
        </w:rPr>
        <w:t>Τοῖς δ’ ἔτι πρὸς ἄρκτον οἰκοῦσι γίνεται μέρος τι τοῦ ζῳδιακοῦ κύκλου ὑπὲρ γῆς διὰ παντός. Καὶ παρ’ οἷς μὲν ζῳδίου μέγεθος ὑπὲρ τὸν ὁρίζοντα ἀπολαμβάνεται, μηνιαία ἡμέρα παρ’ αὐτοῖς γίνεται. Παρ’ οἷς δὲ β ζῴδια</w:t>
      </w:r>
    </w:p>
    <w:p>
      <w:r>
        <w:rPr>
          <w:rFonts w:ascii="Courier New" w:hAnsi="Courier New"/>
          <w:color w:val="555555"/>
          <w:sz w:val="20"/>
        </w:rPr>
        <w:t>[5]</w:t>
      </w:r>
    </w:p>
    <w:p>
      <w:r>
        <w:rPr>
          <w:rFonts w:ascii="Gentium Plus" w:hAnsi="Gentium Plus"/>
          <w:sz w:val="24"/>
        </w:rPr>
        <w:t>ὑπὲρ γῆς ἀπολαμβάνεται, διμηνιαίαν τῶν ἡμερῶν τὴν μεγίστην ἡμέραν συμβαίνει γίνεσθαι.</w:t>
      </w:r>
    </w:p>
    <w:p>
      <w:r>
        <w:rPr>
          <w:rFonts w:ascii="Courier New" w:hAnsi="Courier New"/>
          <w:color w:val="555555"/>
          <w:sz w:val="20"/>
        </w:rPr>
        <w:t>[6 . 15]</w:t>
      </w:r>
    </w:p>
    <w:p>
      <w:r>
        <w:rPr>
          <w:rFonts w:ascii="Gentium Plus" w:hAnsi="Gentium Plus"/>
          <w:sz w:val="24"/>
        </w:rPr>
        <w:t>Πέρας δέ ἐστί τις χώρα ἐσχάτη πρὸς ἄρκτον κειμένη, ἐν ᾗ ὁ μὲν πόλος κατὰ κορυφὴν γίνεται, τοῦ δὲ ζῳδιακοῦ κύκλου ϛ ζῴδια ὑπὲρ τὸν ὁρίζοντα ἀπολαμβάνεται, ϛ δὲ ὑπὸ τὸν ὁρίζοντα</w:t>
      </w:r>
    </w:p>
    <w:p>
      <w:r>
        <w:rPr>
          <w:rFonts w:ascii="Courier New" w:hAnsi="Courier New"/>
          <w:color w:val="555555"/>
          <w:sz w:val="20"/>
        </w:rPr>
        <w:t>[5]</w:t>
      </w:r>
    </w:p>
    <w:p>
      <w:r>
        <w:rPr>
          <w:rFonts w:ascii="Gentium Plus" w:hAnsi="Gentium Plus"/>
          <w:sz w:val="24"/>
        </w:rPr>
        <w:t>ἀποτέμνεται· ἡ μεγίστη δὲ ἡμέρα παρ’ αὐτοῖς ἑξαμη‐ νιαία γίνεται, ὁμοίως δὲ καὶ ἡ νύξ.</w:t>
      </w:r>
    </w:p>
    <w:p>
      <w:r>
        <w:rPr>
          <w:rFonts w:ascii="Courier New" w:hAnsi="Courier New"/>
          <w:color w:val="555555"/>
          <w:sz w:val="20"/>
        </w:rPr>
        <w:t>[6 . 16]</w:t>
      </w:r>
    </w:p>
    <w:p>
      <w:r>
        <w:rPr>
          <w:rFonts w:ascii="Gentium Plus" w:hAnsi="Gentium Plus"/>
          <w:sz w:val="24"/>
        </w:rPr>
        <w:t>Καὶ τούτων δὲ τῶν τόπων δοκεῖ μνημονεύειν καὶ Ὅμηρος, ὥς φησι Κράτης ὁ γραμματικός, ὅταν περὶ τῆς Κιμμερίων οἰκήσεως λέγῃ· Ἔνθα δὲ Κιμμερίων ἀνδρῶν δῆμός τε πόλις τε</w:t>
      </w:r>
    </w:p>
    <w:p>
      <w:r>
        <w:rPr>
          <w:rFonts w:ascii="Courier New" w:hAnsi="Courier New"/>
          <w:color w:val="555555"/>
          <w:sz w:val="20"/>
        </w:rPr>
        <w:t>[5]</w:t>
      </w:r>
    </w:p>
    <w:p>
      <w:r>
        <w:rPr>
          <w:rFonts w:ascii="Gentium Plus" w:hAnsi="Gentium Plus"/>
          <w:sz w:val="24"/>
        </w:rPr>
        <w:t>ἠέρι καὶ νεφέλῃ κεκαλυμμένοι· οὐδέ ποτ’ αὐτοὺς ἠέλιος φαέθων ἐπιδέρκεται ἀκτίνεσσιν, οὐδ’ ὁπόταν στείχῃσι πρὸς οὐρανὸν ἀστερόεντα, οὐθ’ ὅταν ἂψ ἐπὶ γαῖαν ἀπ’ οὐρανόθεν προτράπηται, ἀλλ’ ἐπὶ νὺξ ὀλοὴ τέταται δειλοῖσι βροτοῖσι.</w:t>
      </w:r>
    </w:p>
    <w:p>
      <w:r>
        <w:rPr>
          <w:rFonts w:ascii="Courier New" w:hAnsi="Courier New"/>
          <w:color w:val="555555"/>
          <w:sz w:val="20"/>
        </w:rPr>
        <w:t>[6 . 17]</w:t>
      </w:r>
    </w:p>
    <w:p>
      <w:r>
        <w:rPr>
          <w:rFonts w:ascii="Gentium Plus" w:hAnsi="Gentium Plus"/>
          <w:sz w:val="24"/>
        </w:rPr>
        <w:t>Τοῦ γὰρ πόλου κατὰ κορυφὴν ὑπάρχοντος ἑξαμη‐ νιαίαν τὴν νύκτα καὶ τὴν ἡμέραν γίνεσθαι συμβαίνει· τρίμηνος μὲν γὰρ γίνεται, ἐν ὅσῳ ὁ ἥλιος χρόνῳ ἀπὸ τοῦ ἰσημερινοῦ κύκλου, ὃς δὴ καὶ τὴν τοῦ ὁρίζοντος ἐπέχει</w:t>
      </w:r>
    </w:p>
    <w:p>
      <w:r>
        <w:rPr>
          <w:rFonts w:ascii="Courier New" w:hAnsi="Courier New"/>
          <w:color w:val="555555"/>
          <w:sz w:val="20"/>
        </w:rPr>
        <w:t>[5]</w:t>
      </w:r>
    </w:p>
    <w:p>
      <w:r>
        <w:rPr>
          <w:rFonts w:ascii="Gentium Plus" w:hAnsi="Gentium Plus"/>
          <w:sz w:val="24"/>
        </w:rPr>
        <w:t>τάξιν, ἐπὶ τὸν θερινὸν τροπικὸν κύκλον παραγίνεται, ἑτέρα δὲ τρίμηνος, ἐν ᾗ ἀπὸ τοῦ θερινοῦ τροπικοῦ ἐπὶ τὸν ὁρίζοντα καταντᾷ· καὶ πάντα τοῦτον τὸν χρόνον ὑπὲρ γῆς κύκλους παραλλήλους ἐνεχθήσεται.</w:t>
      </w:r>
    </w:p>
    <w:p>
      <w:r>
        <w:rPr>
          <w:rFonts w:ascii="Courier New" w:hAnsi="Courier New"/>
          <w:color w:val="555555"/>
          <w:sz w:val="20"/>
        </w:rPr>
        <w:t>[6 . 18]</w:t>
      </w:r>
    </w:p>
    <w:p>
      <w:r>
        <w:rPr>
          <w:rFonts w:ascii="Gentium Plus" w:hAnsi="Gentium Plus"/>
          <w:sz w:val="24"/>
        </w:rPr>
        <w:t>Ἐπεὶ δὲ συμβαίνει τὴν οἴκησιν ταύτην ἐν μέσῃ τῇ κατεψυγμένῃ καὶ ἀοικήτῳ ζώνῃ ὑπάρχειν, ἀνάγκη διὰ παντὸς νέφεσι κατέχεσθαι τὸν τόπον καὶ ἐπὶ πολὺ βάθος ἀέρος συνεστη‐</w:t>
      </w:r>
    </w:p>
    <w:p>
      <w:r>
        <w:rPr>
          <w:rFonts w:ascii="Courier New" w:hAnsi="Courier New"/>
          <w:color w:val="555555"/>
          <w:sz w:val="20"/>
        </w:rPr>
        <w:t>[5]</w:t>
      </w:r>
    </w:p>
    <w:p>
      <w:r>
        <w:rPr>
          <w:rFonts w:ascii="Gentium Plus" w:hAnsi="Gentium Plus"/>
          <w:sz w:val="24"/>
        </w:rPr>
        <w:t>κέναι τὰ νέφη καὶ μὴ δύνασθαι τὰς τοῦ ἡλίου αὐγὰς διακόπτειν τὰ νέφη.</w:t>
      </w:r>
    </w:p>
    <w:p>
      <w:r>
        <w:rPr>
          <w:rFonts w:ascii="Courier New" w:hAnsi="Courier New"/>
          <w:color w:val="555555"/>
          <w:sz w:val="20"/>
        </w:rPr>
        <w:t>[6 . 19]</w:t>
      </w:r>
    </w:p>
    <w:p>
      <w:r>
        <w:rPr>
          <w:rFonts w:ascii="Gentium Plus" w:hAnsi="Gentium Plus"/>
          <w:sz w:val="24"/>
        </w:rPr>
        <w:t>Ὥστε εὐλόγως νύκτα διὰ</w:t>
      </w:r>
    </w:p>
    <w:p>
      <w:r>
        <w:rPr>
          <w:rFonts w:ascii="Courier New" w:hAnsi="Courier New"/>
          <w:color w:val="555555"/>
          <w:sz w:val="20"/>
        </w:rPr>
        <w:t>[5]</w:t>
      </w:r>
    </w:p>
    <w:p>
      <w:r>
        <w:rPr>
          <w:rFonts w:ascii="Gentium Plus" w:hAnsi="Gentium Plus"/>
          <w:sz w:val="24"/>
        </w:rPr>
        <w:t>ὁ ἥλιος ᾖ, διὰ τὴν φυσικὴν ἀνάγκην νύξ ἐστι παρ’ αὐτοῖς, ὥστε διὰ παντὸς ἀφώτιστον αὐτῶν εἶναι τὴν οἴκησιν.</w:t>
      </w:r>
    </w:p>
    <w:p>
      <w:r>
        <w:rPr>
          <w:rFonts w:ascii="Courier New" w:hAnsi="Courier New"/>
          <w:color w:val="555555"/>
          <w:sz w:val="20"/>
        </w:rPr>
        <w:t>[6 . 20]</w:t>
      </w:r>
    </w:p>
    <w:p>
      <w:r>
        <w:rPr>
          <w:rFonts w:ascii="Gentium Plus" w:hAnsi="Gentium Plus"/>
          <w:sz w:val="24"/>
        </w:rPr>
        <w:t>Τοῦτο οὗν, φησί, τὸ λεγόμενόν ἐστιν ὑπὸ τοῦ ποιητοῦ· οὐδέ ποτ’ αὐτοὺς ἠέλιος φαέθων ἐπιδέρκεται ἀκτίνεσσιν. Εἰ μὲν οὖν ταῦτ’ ἐνθυμεῖται Ὅμηρος, ἕτερος ἔστω λό‐</w:t>
      </w:r>
    </w:p>
    <w:p>
      <w:r>
        <w:rPr>
          <w:rFonts w:ascii="Courier New" w:hAnsi="Courier New"/>
          <w:color w:val="555555"/>
          <w:sz w:val="20"/>
        </w:rPr>
        <w:t>[5]</w:t>
      </w:r>
    </w:p>
    <w:p>
      <w:r>
        <w:rPr>
          <w:rFonts w:ascii="Gentium Plus" w:hAnsi="Gentium Plus"/>
          <w:sz w:val="24"/>
        </w:rPr>
        <w:t>γος.</w:t>
      </w:r>
    </w:p>
    <w:p>
      <w:r>
        <w:rPr>
          <w:rFonts w:ascii="Courier New" w:hAnsi="Courier New"/>
          <w:color w:val="555555"/>
          <w:sz w:val="20"/>
        </w:rPr>
        <w:t>[6 . 21]</w:t>
      </w:r>
    </w:p>
    <w:p>
      <w:r>
        <w:rPr>
          <w:rFonts w:ascii="Gentium Plus" w:hAnsi="Gentium Plus"/>
          <w:sz w:val="24"/>
        </w:rPr>
        <w:t>Ὅτι δ’ εἰσὶ τόποι τινὲς γῆς σφαιροειδοῦς ὑπαρχούσης ἔχοντες τὰ προειρημένα μεγέθη τῶν ἡμερῶν πρὸς ἄλληλα, δῆλον ἐπ’ αὐτῆς τῆς σφαίρας. Τοὺς μέντοι γε τόπους τούτους ἀοικήτους εἶναι συμβέβηκε διὰ τὴν</w:t>
      </w:r>
    </w:p>
    <w:p>
      <w:r>
        <w:rPr>
          <w:rFonts w:ascii="Courier New" w:hAnsi="Courier New"/>
          <w:color w:val="555555"/>
          <w:sz w:val="20"/>
        </w:rPr>
        <w:t>[5]</w:t>
      </w:r>
    </w:p>
    <w:p>
      <w:r>
        <w:rPr>
          <w:rFonts w:ascii="Gentium Plus" w:hAnsi="Gentium Plus"/>
          <w:sz w:val="24"/>
        </w:rPr>
        <w:t>τοῦ ψύχους ὑπερβολήν· ἐν μέσῃ γὰρ κεῖνται τῇ κατε‐ ψυγμένῃ ζώνῃ.</w:t>
      </w:r>
    </w:p>
    <w:p>
      <w:r>
        <w:rPr>
          <w:rFonts w:ascii="Courier New" w:hAnsi="Courier New"/>
          <w:color w:val="555555"/>
          <w:sz w:val="20"/>
        </w:rPr>
        <w:t>[6 . 22]</w:t>
      </w:r>
    </w:p>
    <w:p>
      <w:r>
        <w:rPr>
          <w:rFonts w:ascii="Gentium Plus" w:hAnsi="Gentium Plus"/>
          <w:sz w:val="24"/>
        </w:rPr>
        <w:t>Ἀνάπαλιν δὲ τοῖς πρὸς μεσημβρίαν οἰκοῦσιν ἐλάττονες ἀεὶ μᾶλλον καὶ ἐλάττονες αἱ ἡμέραι γίνονται. Παρ’ οἷς μὲν ιδ ὡρῶν ἰσημερινῶν ἡ μεγίστη ἡμέρα γίνεται, παρ’ οἷς δὲ ιγ.</w:t>
      </w:r>
    </w:p>
    <w:p>
      <w:r>
        <w:rPr>
          <w:rFonts w:ascii="Courier New" w:hAnsi="Courier New"/>
          <w:color w:val="555555"/>
          <w:sz w:val="20"/>
        </w:rPr>
        <w:t>[6 . 23]</w:t>
      </w:r>
    </w:p>
    <w:p>
      <w:r>
        <w:rPr>
          <w:rFonts w:ascii="Gentium Plus" w:hAnsi="Gentium Plus"/>
          <w:sz w:val="24"/>
        </w:rPr>
        <w:t>Πέρας δέ ἐστι χώρα τις πρὸς μεσημ‐ βρίαν ἡμῶν κειμένη, 〈ἡ〉 λεγομένη ὑπὸ τὸν ἰσημερινόν, ἐν ᾗ οἱ μὲν πόλοι ἐπὶ τοῦ ὁρίζοντος πίπτουσιν, ὀρθὴ δὲ καθίσταται ἡ τοῦ κόσμου σφαῖρα· διχοτομοῦνται δὲ</w:t>
      </w:r>
    </w:p>
    <w:p>
      <w:r>
        <w:rPr>
          <w:rFonts w:ascii="Courier New" w:hAnsi="Courier New"/>
          <w:color w:val="555555"/>
          <w:sz w:val="20"/>
        </w:rPr>
        <w:t>[5]</w:t>
      </w:r>
    </w:p>
    <w:p>
      <w:r>
        <w:rPr>
          <w:rFonts w:ascii="Gentium Plus" w:hAnsi="Gentium Plus"/>
          <w:sz w:val="24"/>
        </w:rPr>
        <w:t>πάντες οἱ παράλληλοι κύκλοι οἱ γραφόμενοι ὑπὸ τοῦ ἡλίου κατὰ τὴν ὑπὸ τοῦ κόσμου γινομένην περιστροφήν· δι’ ἣν αἰτίαν ἰσημερία διὰ παντός ἐστι παρ’ αὐτοῖς.</w:t>
      </w:r>
    </w:p>
    <w:p>
      <w:r>
        <w:rPr>
          <w:rFonts w:ascii="Courier New" w:hAnsi="Courier New"/>
          <w:color w:val="555555"/>
          <w:sz w:val="20"/>
        </w:rPr>
        <w:t>[6 . 24]</w:t>
      </w:r>
    </w:p>
    <w:p>
      <w:r>
        <w:rPr>
          <w:rFonts w:ascii="Gentium Plus" w:hAnsi="Gentium Plus"/>
          <w:sz w:val="24"/>
        </w:rPr>
        <w:t>Οὐ γὰρ παρ’ ἄλλην τινὰ αἰτίαν ἡ ἀνισότης γίνεται τῶν ἡμερῶν, ἀλλὰ παρὰ τὸ ἔξαρμα τοῦ πόλου, ὃ δὴ καλεῖται ἔγκλιμα τοῦ κόσμου.</w:t>
      </w:r>
    </w:p>
    <w:p>
      <w:r>
        <w:rPr>
          <w:rFonts w:ascii="Courier New" w:hAnsi="Courier New"/>
          <w:color w:val="555555"/>
          <w:sz w:val="20"/>
        </w:rPr>
        <w:t>[6 . 25]</w:t>
      </w:r>
    </w:p>
    <w:p>
      <w:r>
        <w:rPr>
          <w:rFonts w:ascii="Gentium Plus" w:hAnsi="Gentium Plus"/>
          <w:sz w:val="24"/>
        </w:rPr>
        <w:t>Συμβαίνει γὰρ διὰ</w:t>
      </w:r>
    </w:p>
    <w:p>
      <w:r>
        <w:rPr>
          <w:rFonts w:ascii="Courier New" w:hAnsi="Courier New"/>
          <w:color w:val="555555"/>
          <w:sz w:val="20"/>
        </w:rPr>
        <w:t>[5]</w:t>
      </w:r>
    </w:p>
    <w:p>
      <w:r>
        <w:rPr>
          <w:rFonts w:ascii="Gentium Plus" w:hAnsi="Gentium Plus"/>
          <w:sz w:val="24"/>
        </w:rPr>
        <w:t>τῶν δὲ ἀπὸ τοῦ ἰσημερινοῦ μέχρι τοῦ χειμερινοῦ τροπικοῦ γραφομένων κύκλων ἐλάττονα μὲν τμήματα ὑπὲρ γῆς γίνεσθαι, μείζονα δὲ ὑπὸ γῆν.</w:t>
      </w:r>
    </w:p>
    <w:p>
      <w:r>
        <w:rPr>
          <w:rFonts w:ascii="Courier New" w:hAnsi="Courier New"/>
          <w:color w:val="555555"/>
          <w:sz w:val="20"/>
        </w:rPr>
        <w:t>[6 . 26]</w:t>
      </w:r>
    </w:p>
    <w:p>
      <w:r>
        <w:rPr>
          <w:rFonts w:ascii="Gentium Plus" w:hAnsi="Gentium Plus"/>
          <w:sz w:val="24"/>
        </w:rPr>
        <w:t>Ὅπου δ’ οἱ πόλοι ἐπὶ τοῦ ὁρίζοντος πίπτουσιν, ἀναιρουμένου τοῦ αἰτίου τῆς ἀνισότητος τῶν ἡμερῶν, τοῦτο δὲ ἦν τὸ ἔγκλιμα, εὐλόγως συμβαίνει ἰσημερίαν εἶναι διὰ παντὸς παρ’ αὐ‐</w:t>
      </w:r>
    </w:p>
    <w:p>
      <w:r>
        <w:rPr>
          <w:rFonts w:ascii="Courier New" w:hAnsi="Courier New"/>
          <w:color w:val="555555"/>
          <w:sz w:val="20"/>
        </w:rPr>
        <w:t>[5]</w:t>
      </w:r>
    </w:p>
    <w:p>
      <w:r>
        <w:rPr>
          <w:rFonts w:ascii="Gentium Plus" w:hAnsi="Gentium Plus"/>
          <w:sz w:val="24"/>
        </w:rPr>
        <w:t>τοῖς.</w:t>
      </w:r>
    </w:p>
    <w:p>
      <w:r>
        <w:rPr>
          <w:rFonts w:ascii="Courier New" w:hAnsi="Courier New"/>
          <w:color w:val="555555"/>
          <w:sz w:val="20"/>
        </w:rPr>
        <w:t>[6 . 27]</w:t>
      </w:r>
    </w:p>
    <w:p>
      <w:r>
        <w:rPr>
          <w:rFonts w:ascii="Gentium Plus" w:hAnsi="Gentium Plus"/>
          <w:sz w:val="24"/>
        </w:rPr>
        <w:t>Πάντας μὲν γὰρ τοὺς κύκλους ὁ ἥλιος ἰσοχρό‐ νως περιστρέφεται καὶ τοὺς μείζονας καὶ τοὺς ἐλάττονας διὰ τὸ περί τινα μένοντα σημεῖα, τοὺς πόλους, γίνεσθαι τὴν περιστροφὴν τῷ κόσμῳ·</w:t>
      </w:r>
    </w:p>
    <w:p>
      <w:r>
        <w:rPr>
          <w:rFonts w:ascii="Courier New" w:hAnsi="Courier New"/>
          <w:color w:val="555555"/>
          <w:sz w:val="20"/>
        </w:rPr>
        <w:t>[6 . 28]</w:t>
      </w:r>
    </w:p>
    <w:p>
      <w:r>
        <w:rPr>
          <w:rFonts w:ascii="Gentium Plus" w:hAnsi="Gentium Plus"/>
          <w:sz w:val="24"/>
        </w:rPr>
        <w:t>ὥστε μὴ παρὰ τὰ μεγέθη τῶν κύκλων, ἀλλὰ παρὰ τὴν ἀνισότητα τῶν τμημάτων, ὧν φέρεται ὁ ἥλιος ὑπὸ γῆς καὶ ὑπὲρ γῆς, τὴν ἀνισότητα τῶν ἡμερῶν γίνεσθαι.</w:t>
      </w:r>
    </w:p>
    <w:p>
      <w:r>
        <w:rPr>
          <w:rFonts w:ascii="Courier New" w:hAnsi="Courier New"/>
          <w:color w:val="555555"/>
          <w:sz w:val="20"/>
        </w:rPr>
        <w:t>[6 . 29]</w:t>
      </w:r>
    </w:p>
    <w:p>
      <w:r>
        <w:rPr>
          <w:rFonts w:ascii="Gentium Plus" w:hAnsi="Gentium Plus"/>
          <w:sz w:val="24"/>
        </w:rPr>
        <w:t>Αἱ μέντοι γε παραυξήσεις τῶν ἡμερῶν καὶ τῶν νυκτῶν οὔκ εἰσιν ἐν πᾶσι τοῖς ζῳδίοις ἴσαι. Ἀλλὰ περὶ μὲν τὰ τροπικὰ σημεῖα μικραὶ παντελῶς καὶ ἀνεπαίσθητοι γίνονται, ὥστε σχεδὸν ἐφ’ ἡμέρας μ τὸ</w:t>
      </w:r>
    </w:p>
    <w:p>
      <w:r>
        <w:rPr>
          <w:rFonts w:ascii="Courier New" w:hAnsi="Courier New"/>
          <w:color w:val="555555"/>
          <w:sz w:val="20"/>
        </w:rPr>
        <w:t>[5]</w:t>
      </w:r>
    </w:p>
    <w:p>
      <w:r>
        <w:rPr>
          <w:rFonts w:ascii="Gentium Plus" w:hAnsi="Gentium Plus"/>
          <w:sz w:val="24"/>
        </w:rPr>
        <w:t>αὐτὸ μέγεθος τῶν ἡμερῶν καὶ τῶν νυκτῶν διαμένειν·</w:t>
      </w:r>
    </w:p>
    <w:p>
      <w:r>
        <w:rPr>
          <w:rFonts w:ascii="Courier New" w:hAnsi="Courier New"/>
          <w:color w:val="555555"/>
          <w:sz w:val="20"/>
        </w:rPr>
        <w:t>[6 . 30]</w:t>
      </w:r>
    </w:p>
    <w:p>
      <w:r>
        <w:rPr>
          <w:rFonts w:ascii="Gentium Plus" w:hAnsi="Gentium Plus"/>
          <w:sz w:val="24"/>
        </w:rPr>
        <w:t>προσπορευόμενός τε γὰρ καὶ πάλιν ἀποχωρῶν ἀπὸ τροπικῶν σημείων ἀδήλους ποιεῖται τὰς κατὰ πλάτος παρόδους, ὥστ’ εὐλόγως ἐπὶ τὸ προειρημένον πλῆθος τῶν ἡμερῶν ἐπιμονὴν ὡς πρὸς αἴσθησιν περὶ τὸν τόπον</w:t>
      </w:r>
    </w:p>
    <w:p>
      <w:r>
        <w:rPr>
          <w:rFonts w:ascii="Courier New" w:hAnsi="Courier New"/>
          <w:color w:val="555555"/>
          <w:sz w:val="20"/>
        </w:rPr>
        <w:t>[5]</w:t>
      </w:r>
    </w:p>
    <w:p>
      <w:r>
        <w:rPr>
          <w:rFonts w:ascii="Gentium Plus" w:hAnsi="Gentium Plus"/>
          <w:sz w:val="24"/>
        </w:rPr>
        <w:t>γίνεσθαι τῷ ἡλίῳ.</w:t>
      </w:r>
    </w:p>
    <w:p>
      <w:r>
        <w:rPr>
          <w:rFonts w:ascii="Courier New" w:hAnsi="Courier New"/>
          <w:color w:val="555555"/>
          <w:sz w:val="20"/>
        </w:rPr>
        <w:t>[6 . 31]</w:t>
      </w:r>
    </w:p>
    <w:p>
      <w:r>
        <w:rPr>
          <w:rFonts w:ascii="Gentium Plus" w:hAnsi="Gentium Plus"/>
          <w:sz w:val="24"/>
        </w:rPr>
        <w:t>Δι’ ἣν αἰτίαν καὶ τὰ μέγιστα καύματα καὶ τὰ μέγιστα ψύχη μετὰ τὰς τροπὰς γίνεται· δὶς γὰρ ὁ ἥλιος τὸν αὐτὸν κατὰ τὸ συνεχὲς ἐπιπορευόμε‐</w:t>
      </w:r>
    </w:p>
    <w:p>
      <w:r>
        <w:rPr>
          <w:rFonts w:ascii="Courier New" w:hAnsi="Courier New"/>
          <w:color w:val="555555"/>
          <w:sz w:val="20"/>
        </w:rPr>
        <w:t>[5]</w:t>
      </w:r>
    </w:p>
    <w:p>
      <w:r>
        <w:rPr>
          <w:rFonts w:ascii="Gentium Plus" w:hAnsi="Gentium Plus"/>
          <w:sz w:val="24"/>
        </w:rPr>
        <w:t>ἀδήλως ποιούμενος, εὐλόγως ἐκ τῆς πρὸς ἕνα τόπον ἐπιμονῆς ὁτὲ μὲν τῶν καυμάτων, ὁτὲ δὲ τοῦ ψύχους ἐπίτασιν ποιεῖται.</w:t>
      </w:r>
    </w:p>
    <w:p>
      <w:r>
        <w:rPr>
          <w:rFonts w:ascii="Courier New" w:hAnsi="Courier New"/>
          <w:color w:val="555555"/>
          <w:sz w:val="20"/>
        </w:rPr>
        <w:t>[6 . 32]</w:t>
      </w:r>
    </w:p>
    <w:p>
      <w:r>
        <w:rPr>
          <w:rFonts w:ascii="Gentium Plus" w:hAnsi="Gentium Plus"/>
          <w:sz w:val="24"/>
        </w:rPr>
        <w:t>Πρόδηλον δὲ τοῦτο καὶ ἐκ τῶν σκιοθήρων· τὸ γὰρ ἄκρον τῆς τοῦ γνώμονος σκιᾶς σχεδὸν ἐφ’ ἡμέρας μ ἐπιμένει ταῖς τροπικαῖς γραμμαῖς.</w:t>
      </w:r>
    </w:p>
    <w:p>
      <w:r>
        <w:rPr>
          <w:rFonts w:ascii="Courier New" w:hAnsi="Courier New"/>
          <w:color w:val="555555"/>
          <w:sz w:val="20"/>
        </w:rPr>
        <w:t>[6 . 33]</w:t>
      </w:r>
    </w:p>
    <w:p>
      <w:r>
        <w:rPr>
          <w:rFonts w:ascii="Gentium Plus" w:hAnsi="Gentium Plus"/>
          <w:sz w:val="24"/>
        </w:rPr>
        <w:t>Περὶ δὲ τὰς ἰσημερίας ἑκατέρας μεγάλαι αἱ παρ‐ αυξήσεις τῶν ἡμερῶν γίνονται, ὥστε τὴν ἐχομένην ἡμέ‐ ραν τῆς προηγουμένης αἰσθητῶς παραλλάσσειν. Δι’ ἣν αἰτίαν ἐν τοῖς ὡρολογίοις τὸ ἄκρον τῆς τοῦ γνώμονος</w:t>
      </w:r>
    </w:p>
    <w:p>
      <w:r>
        <w:rPr>
          <w:rFonts w:ascii="Courier New" w:hAnsi="Courier New"/>
          <w:color w:val="555555"/>
          <w:sz w:val="20"/>
        </w:rPr>
        <w:t>[5]</w:t>
      </w:r>
    </w:p>
    <w:p>
      <w:r>
        <w:rPr>
          <w:rFonts w:ascii="Gentium Plus" w:hAnsi="Gentium Plus"/>
          <w:sz w:val="24"/>
        </w:rPr>
        <w:t>σκιᾶς ἀπὸ τοῦ ἰσημερινοῦ κύκλου αἰσθητὰς καθ’ ἡμέραν τὰς ἀποστάσεις ποιεῖται.</w:t>
      </w:r>
    </w:p>
    <w:p>
      <w:r>
        <w:rPr>
          <w:rFonts w:ascii="Courier New" w:hAnsi="Courier New"/>
          <w:color w:val="555555"/>
          <w:sz w:val="20"/>
        </w:rPr>
        <w:t>[6 . 34]</w:t>
      </w:r>
    </w:p>
    <w:p>
      <w:r>
        <w:rPr>
          <w:rFonts w:ascii="Gentium Plus" w:hAnsi="Gentium Plus"/>
          <w:sz w:val="24"/>
        </w:rPr>
        <w:t>Αἰτία δέ ἐστι τῆς ἀνισότητος τῆς τῶν ἡμερῶν παραυξήσεως ἡ λοξότης τοῦ ζῳδιακοῦ κύκλου. Τῶν μὲν γὰρ τροπικῶν κύκλων ἐφάπτεται καὶ ἐπὶ πολὺ μῆκος ἡ ἐπαφὴ διατείνει, ὥστε ἐν πολλῷ τόπῳ μικρὰν ἀπὸ τοῦ</w:t>
      </w:r>
    </w:p>
    <w:p>
      <w:r>
        <w:rPr>
          <w:rFonts w:ascii="Courier New" w:hAnsi="Courier New"/>
          <w:color w:val="555555"/>
          <w:sz w:val="20"/>
        </w:rPr>
        <w:t>[5]</w:t>
      </w:r>
    </w:p>
    <w:p>
      <w:r>
        <w:rPr>
          <w:rFonts w:ascii="Gentium Plus" w:hAnsi="Gentium Plus"/>
          <w:sz w:val="24"/>
        </w:rPr>
        <w:t>θερινοῦ τροπικοῦ τὴν ἀπόστασιν γίνεσθαι.</w:t>
      </w:r>
    </w:p>
    <w:p>
      <w:r>
        <w:rPr>
          <w:rFonts w:ascii="Courier New" w:hAnsi="Courier New"/>
          <w:color w:val="555555"/>
          <w:sz w:val="20"/>
        </w:rPr>
        <w:t>[6 . 35]</w:t>
      </w:r>
    </w:p>
    <w:p>
      <w:r>
        <w:rPr>
          <w:rFonts w:ascii="Gentium Plus" w:hAnsi="Gentium Plus"/>
          <w:sz w:val="24"/>
        </w:rPr>
        <w:t>Ἀκο‐ λουθεῖ δὲ τούτῳ καὶ τὴν παραλλαγὴν τῶν τμημάτων ὑπὲρ γῆς ὧν φέρεται ὁ ἥλιος μικρὰν καὶ ἀνεπαίσθητον γίνεσθαι.</w:t>
      </w:r>
    </w:p>
    <w:p>
      <w:r>
        <w:rPr>
          <w:rFonts w:ascii="Courier New" w:hAnsi="Courier New"/>
          <w:color w:val="555555"/>
          <w:sz w:val="20"/>
        </w:rPr>
        <w:t>[6 . 36]</w:t>
      </w:r>
    </w:p>
    <w:p>
      <w:r>
        <w:rPr>
          <w:rFonts w:ascii="Gentium Plus" w:hAnsi="Gentium Plus"/>
          <w:sz w:val="24"/>
        </w:rPr>
        <w:t>Ἐπὶ δὲ τοῦ ἰσημερινοῦ κύκλου τομὴ γίνεται τοῦ ζῳδιακοῦ κύκλου πρὸς τὸν ἰσημερινόν· ἀπὸ δὲ τῆς τομῆς ἡ ἔγκλισις ἐφ’ ἑκάτερα μεγάλην λαμβάνει διάστα‐ σιν ἀπὸ τοῦ ἰσημερινοῦ.</w:t>
      </w:r>
    </w:p>
    <w:p>
      <w:r>
        <w:rPr>
          <w:rFonts w:ascii="Courier New" w:hAnsi="Courier New"/>
          <w:color w:val="555555"/>
          <w:sz w:val="20"/>
        </w:rPr>
        <w:t>[6 . 37]</w:t>
      </w:r>
    </w:p>
    <w:p>
      <w:r>
        <w:rPr>
          <w:rFonts w:ascii="Gentium Plus" w:hAnsi="Gentium Plus"/>
          <w:sz w:val="24"/>
        </w:rPr>
        <w:t>Ἀκολουθεῖ δὲ τούτῳ καὶ παραλλαγὴν τῶν ἡμερῶν μεγάλην γίνεσθαι διὰ τὴν τῶν τμημάτων ὑπεροχήν, ὧν φέρεται ὁ ἥλιος ὑπὲρ γῆν.</w:t>
      </w:r>
    </w:p>
    <w:p>
      <w:r>
        <w:rPr>
          <w:rFonts w:ascii="Courier New" w:hAnsi="Courier New"/>
          <w:color w:val="555555"/>
          <w:sz w:val="20"/>
        </w:rPr>
        <w:t>[6 . 38]</w:t>
      </w:r>
    </w:p>
    <w:p>
      <w:r>
        <w:rPr>
          <w:rFonts w:ascii="Gentium Plus" w:hAnsi="Gentium Plus"/>
          <w:sz w:val="24"/>
        </w:rPr>
        <w:t>Διὰ δὴ τὴν αἰτίαν ταύτην περὶ μὲν τοὺς τροπικοὺς κύκλους μικραὶ καὶ ἀνεπαίσθητοι αἱ παραυξήσεις τῶν ἡμερῶν</w:t>
      </w:r>
    </w:p>
    <w:p>
      <w:r>
        <w:rPr>
          <w:rFonts w:ascii="Courier New" w:hAnsi="Courier New"/>
          <w:color w:val="555555"/>
          <w:sz w:val="20"/>
        </w:rPr>
        <w:t>[5]</w:t>
      </w:r>
    </w:p>
    <w:p>
      <w:r>
        <w:rPr>
          <w:rFonts w:ascii="Gentium Plus" w:hAnsi="Gentium Plus"/>
          <w:sz w:val="24"/>
        </w:rPr>
        <w:t>παραλλαγὴν ἔχουσιν αἱ παραυξήσεις· ὥστε τὴν μὲν ἡμερη‐ σίαν περὶ τὴν ἰσημερίαν παραύξησιν σχεδὸν ἐνενηκοντα‐ πλάσιον εἶναι τῆς ἡμερησίου περὶ τὰς τροπὰς παραυξή‐ σεως.</w:t>
      </w:r>
    </w:p>
    <w:p>
      <w:r>
        <w:rPr>
          <w:rFonts w:ascii="Courier New" w:hAnsi="Courier New"/>
          <w:color w:val="555555"/>
          <w:sz w:val="20"/>
        </w:rPr>
        <w:t>[6 . 39]</w:t>
      </w:r>
    </w:p>
    <w:p>
      <w:r>
        <w:rPr>
          <w:rFonts w:ascii="Gentium Plus" w:hAnsi="Gentium Plus"/>
          <w:sz w:val="24"/>
        </w:rPr>
        <w:t>Ὁ δ’ αὐτὸς λόγος καὶ ἐπὶ τῶν ἡμερησίων καὶ ἐπὶ τῶν νυχιαίων. Ἀεὶ γὰρ ὅσον ἡ ἡμέρα παραύξει, τοσοῦτον καὶ ἡ νὺξ μειοῦται.</w:t>
      </w:r>
    </w:p>
    <w:p>
      <w:r>
        <w:rPr>
          <w:rFonts w:ascii="Courier New" w:hAnsi="Courier New"/>
          <w:color w:val="555555"/>
          <w:sz w:val="20"/>
        </w:rPr>
        <w:t>[6 . 40]</w:t>
      </w:r>
    </w:p>
    <w:p>
      <w:r>
        <w:rPr>
          <w:rFonts w:ascii="Gentium Plus" w:hAnsi="Gentium Plus"/>
          <w:sz w:val="24"/>
        </w:rPr>
        <w:t>Γίνονται μὲν γὰρ μείζονες αἱ ἡμέραι τῶν νυκτῶν ἐν ἓξ ζῳδίοις, Κριῷ Ταύρῳ Διδύμοις Καρκίνῳ Λέοντι Παρθένῳ, ὅπερ ἐστὶν ἡμικύκλιον τοῦ ζῳδιακοῦ κύκλου ἀπὸ αη μοίρας Κριοῦ μέχρι Παρθένου μοίρας λῆ.</w:t>
      </w:r>
    </w:p>
    <w:p>
      <w:r>
        <w:rPr>
          <w:rFonts w:ascii="Courier New" w:hAnsi="Courier New"/>
          <w:color w:val="555555"/>
          <w:sz w:val="20"/>
        </w:rPr>
        <w:t>[5]</w:t>
      </w:r>
    </w:p>
    <w:p>
      <w:r>
        <w:rPr>
          <w:rFonts w:ascii="Gentium Plus" w:hAnsi="Gentium Plus"/>
          <w:sz w:val="24"/>
        </w:rPr>
        <w:t>βόρειόν ἐστι.</w:t>
      </w:r>
    </w:p>
    <w:p>
      <w:r>
        <w:rPr>
          <w:rFonts w:ascii="Courier New" w:hAnsi="Courier New"/>
          <w:color w:val="555555"/>
          <w:sz w:val="20"/>
        </w:rPr>
        <w:t>[6 . 41]</w:t>
      </w:r>
    </w:p>
    <w:p>
      <w:r>
        <w:rPr>
          <w:rFonts w:ascii="Gentium Plus" w:hAnsi="Gentium Plus"/>
          <w:sz w:val="24"/>
        </w:rPr>
        <w:t>Πάλιν αἱ νύκτες τῶν ἡμερῶν μεί‐ ζονες ἐν τοῖς ἀπολειπομένοις ζῳδίοις, Ζυγῷ Σκορπίῳ Τοξότῃ Αἰγόκερῳ Ὑδροχόῳ Ἰχθύσιν, ὅπερ ἐστὶ πάλιν ἡμικύκλιον τοῦ ζῳδιακοῦ κύκλου ἀπὸ Ζυγοῦ αη μοίρας</w:t>
      </w:r>
    </w:p>
    <w:p>
      <w:r>
        <w:rPr>
          <w:rFonts w:ascii="Courier New" w:hAnsi="Courier New"/>
          <w:color w:val="555555"/>
          <w:sz w:val="20"/>
        </w:rPr>
        <w:t>[5]</w:t>
      </w:r>
    </w:p>
    <w:p>
      <w:r>
        <w:rPr>
          <w:rFonts w:ascii="Gentium Plus" w:hAnsi="Gentium Plus"/>
          <w:sz w:val="24"/>
        </w:rPr>
        <w:t>μέχρις Ἰχθύων μοίρας λῆ.</w:t>
      </w:r>
    </w:p>
    <w:p>
      <w:r>
        <w:rPr>
          <w:rFonts w:ascii="Courier New" w:hAnsi="Courier New"/>
          <w:color w:val="555555"/>
          <w:sz w:val="20"/>
        </w:rPr>
        <w:t>[6 . 42]</w:t>
      </w:r>
    </w:p>
    <w:p>
      <w:r>
        <w:rPr>
          <w:rFonts w:ascii="Gentium Plus" w:hAnsi="Gentium Plus"/>
          <w:sz w:val="24"/>
        </w:rPr>
        <w:t>Παραύξησις δὲ ἡμερῶν γίνεται ἀπὸ αη μοίρας Αἰγόκερω μέχρι Διδύμων μοίρας λῆ, ὅπερ ἐστὶν ἡμι‐ κύκλιον τοῦ ζῳδιακοῦ κύκλου ἀπὸ τροπῆς χειμερινῆς μέχρι τροπῆς θερινῆς.</w:t>
      </w:r>
    </w:p>
    <w:p>
      <w:r>
        <w:rPr>
          <w:rFonts w:ascii="Courier New" w:hAnsi="Courier New"/>
          <w:color w:val="555555"/>
          <w:sz w:val="20"/>
        </w:rPr>
        <w:t>[6 . 43]</w:t>
      </w:r>
    </w:p>
    <w:p>
      <w:r>
        <w:rPr>
          <w:rFonts w:ascii="Gentium Plus" w:hAnsi="Gentium Plus"/>
          <w:sz w:val="24"/>
        </w:rPr>
        <w:t>Παραύξησις δὲ νυκτῶν γί‐ νεται ἀπὸ Καρκίνου αη μοίρας μέχρι Τοξότου μοίρας λῆ, ὅπερ ἐστὶν ἡμικύκλιον πάλιν τοῦ ζῳδιακοῦ κύκλου ἀπὸ τροπῆς θερινῆς μέχρι τροπῆς χειμερινῆς.</w:t>
      </w:r>
    </w:p>
    <w:p>
      <w:r>
        <w:rPr>
          <w:rFonts w:ascii="Courier New" w:hAnsi="Courier New"/>
          <w:color w:val="555555"/>
          <w:sz w:val="20"/>
        </w:rPr>
        <w:t>[6 . 44]</w:t>
      </w:r>
    </w:p>
    <w:p>
      <w:r>
        <w:rPr>
          <w:rFonts w:ascii="Gentium Plus" w:hAnsi="Gentium Plus"/>
          <w:sz w:val="24"/>
        </w:rPr>
        <w:t>Τινὲς μὲν οὖν διελάμβανον μεγίστας ἡμέρας γί‐ νεσθαι ἐν Καρκίνῳ, ἐπείπερ αἱ θεριναὶ τροπαὶ ἐν τῷ προειρη‐ μένῳ ζῳδίῳ γίνονται, μεγίστας δὲ νύκτας εἶναι ἐν Αἰγό‐ κερῳ, ἐπεὶ αἱ χειμεριναὶ τροπαὶ ἐν Αἰγόκερῳ γίνονται,</w:t>
      </w:r>
    </w:p>
    <w:p>
      <w:r>
        <w:rPr>
          <w:rFonts w:ascii="Courier New" w:hAnsi="Courier New"/>
          <w:color w:val="555555"/>
          <w:sz w:val="20"/>
        </w:rPr>
        <w:t>[5]</w:t>
      </w:r>
    </w:p>
    <w:p>
      <w:r>
        <w:rPr>
          <w:rFonts w:ascii="Gentium Plus" w:hAnsi="Gentium Plus"/>
          <w:sz w:val="24"/>
        </w:rPr>
        <w:t>παραπλήσιόν τι ποιοῦντες ἁμάρτημα τῷ ἐπὶ τῶν συζυ‐ γιῶν.</w:t>
      </w:r>
    </w:p>
    <w:p>
      <w:r>
        <w:rPr>
          <w:rFonts w:ascii="Courier New" w:hAnsi="Courier New"/>
          <w:color w:val="555555"/>
          <w:sz w:val="20"/>
        </w:rPr>
        <w:t>[6 . 45]</w:t>
      </w:r>
    </w:p>
    <w:p>
      <w:r>
        <w:rPr>
          <w:rFonts w:ascii="Gentium Plus" w:hAnsi="Gentium Plus"/>
          <w:sz w:val="24"/>
        </w:rPr>
        <w:t>Εἰ μὲν γὰρ ἐν ὅλοις τοῖς ζῳδίοις ἐγίνοντο τροπαί, ἦν ἂν ἀληθὲς τὸ προειρημένον. Νυνὶ δὲ τὰ μὲν τροπικὰ σημεῖα λόγῳ θεωρητά ἐστι· τὸ δ’ ὅλον ζῴδιον τὸ τοῦ Καρκίνου τὴν αὐτὴν ἀπόστασιν ἔχει ἀπὸ τοῦ</w:t>
      </w:r>
    </w:p>
    <w:p>
      <w:r>
        <w:rPr>
          <w:rFonts w:ascii="Courier New" w:hAnsi="Courier New"/>
          <w:color w:val="555555"/>
          <w:sz w:val="20"/>
        </w:rPr>
        <w:t>[5]</w:t>
      </w:r>
    </w:p>
    <w:p>
      <w:r>
        <w:rPr>
          <w:rFonts w:ascii="Gentium Plus" w:hAnsi="Gentium Plus"/>
          <w:sz w:val="24"/>
        </w:rPr>
        <w:t>θερινοῦ τροπικοῦ σημείου τοῖς Διδύμοις καὶ ὑπὸ τῶν αὐτῶν παραλλήλων ἐμπεριλαμβάνεται κύκλων καὶ ἐκ τοῦ αὐτοῦ τόπου τὴν ἀνατολὴν ποιεῖται καὶ εἰς τὸν αὐτὸν τόπον τὴν δύσιν· ἔστι γὰρ ἀλλήλοις κατὰ συζυγίαν·</w:t>
      </w:r>
    </w:p>
    <w:p>
      <w:r>
        <w:rPr>
          <w:rFonts w:ascii="Courier New" w:hAnsi="Courier New"/>
          <w:color w:val="555555"/>
          <w:sz w:val="20"/>
        </w:rPr>
        <w:t>[6 . 46]</w:t>
      </w:r>
    </w:p>
    <w:p>
      <w:r>
        <w:rPr>
          <w:rFonts w:ascii="Gentium Plus" w:hAnsi="Gentium Plus"/>
          <w:sz w:val="24"/>
        </w:rPr>
        <w:t>διὸ δὴ καὶ τὰ μεγέθη τῶν ἡμερῶν καὶ τῶν νυκτῶν ἴσα ἐστὶν ἐν Διδύμοις καὶ Καρκίνῳ. Καὶ γὰρ ἐν τοῖς ὡρολογίοις τὸ ἄκρον τῆς τοῦ γνώμονος σκιᾶς τὰς αὐτὰς γράφει γραμμὰς ἐν τοῖς προειρημένοις ζῳδίοις.</w:t>
      </w:r>
    </w:p>
    <w:p>
      <w:r>
        <w:rPr>
          <w:rFonts w:ascii="Courier New" w:hAnsi="Courier New"/>
          <w:color w:val="555555"/>
          <w:sz w:val="20"/>
        </w:rPr>
        <w:t>[6 . 47]</w:t>
      </w:r>
    </w:p>
    <w:p>
      <w:r>
        <w:rPr>
          <w:rFonts w:ascii="Gentium Plus" w:hAnsi="Gentium Plus"/>
          <w:sz w:val="24"/>
        </w:rPr>
        <w:t>Ὁ δ’ αὐτὸς λόγος καὶ ἐπὶ τῶν χειμερινῶν τροπῶν. Οὐδὲ γὰρ ἐπ’ ἐκείνων ὑποληπτέον ἐν ὅλῳ τῷ Αἰγόκερῳ μεγίστας νύκτας γίνεσθαι, ἀλλ’ ἕν τι σημεῖόν ἐστι λόγῳ θεωρητόν, ὃ κοινόν ἐστιν Αἰγόκερῳ καὶ Τοξότῃ.</w:t>
      </w:r>
    </w:p>
    <w:p>
      <w:r>
        <w:rPr>
          <w:rFonts w:ascii="Courier New" w:hAnsi="Courier New"/>
          <w:color w:val="555555"/>
          <w:sz w:val="20"/>
        </w:rPr>
        <w:t>[6 . 48]</w:t>
      </w:r>
    </w:p>
    <w:p>
      <w:r>
        <w:rPr>
          <w:rFonts w:ascii="Gentium Plus" w:hAnsi="Gentium Plus"/>
          <w:sz w:val="24"/>
        </w:rPr>
        <w:t>Τὸ δὲ ὅλον ζῴδιον τὸ τοῦ Αἰγόκερω καὶ τὸ τοῦ Τοξότου τὴν αὐτὴν ἀπόστασιν ἔχει ἀπὸ τοῦ τροπικοῦ χειμερινοῦ σημείου καὶ ὑπὸ τῶν αὐτῶν παραλλήλων ἐμπεριλαμ‐</w:t>
      </w:r>
    </w:p>
    <w:p>
      <w:r>
        <w:rPr>
          <w:rFonts w:ascii="Courier New" w:hAnsi="Courier New"/>
          <w:color w:val="555555"/>
          <w:sz w:val="20"/>
        </w:rPr>
        <w:t>[5]</w:t>
      </w:r>
    </w:p>
    <w:p>
      <w:r>
        <w:rPr>
          <w:rFonts w:ascii="Gentium Plus" w:hAnsi="Gentium Plus"/>
          <w:sz w:val="24"/>
        </w:rPr>
        <w:t>βάνεται κύκλων· καὶ ἔστιν ἀλλήλοις κατὰ συζυγίαν· ὅθεν καὶ τὰ μεγέθη τῶν ἡμερῶν καὶ τῶν νυκτῶν ἴσα ἐστὶν ἐν Τοξότῃ καὶ Αἰγόκερῳ.</w:t>
      </w:r>
    </w:p>
    <w:p>
      <w:r>
        <w:rPr>
          <w:rFonts w:ascii="Courier New" w:hAnsi="Courier New"/>
          <w:color w:val="555555"/>
          <w:sz w:val="20"/>
        </w:rPr>
        <w:t>[6 . 49]</w:t>
      </w:r>
    </w:p>
    <w:p>
      <w:r>
        <w:rPr>
          <w:rFonts w:ascii="Gentium Plus" w:hAnsi="Gentium Plus"/>
          <w:sz w:val="24"/>
        </w:rPr>
        <w:t>Καθόλου δὲ ὅσα τῶν ζῳδίων κατὰ συζυγίαν ἀλλή‐ λοις ὑπάρχει, ταῦτα τὰ ζῴδια ἴσας ἡμέρας καὶ νύκτας περιέχει·</w:t>
      </w:r>
    </w:p>
    <w:p>
      <w:r>
        <w:rPr>
          <w:rFonts w:ascii="Courier New" w:hAnsi="Courier New"/>
          <w:color w:val="555555"/>
          <w:sz w:val="20"/>
        </w:rPr>
        <w:t>[6 . 50]</w:t>
      </w:r>
    </w:p>
    <w:p>
      <w:r>
        <w:rPr>
          <w:rFonts w:ascii="Gentium Plus" w:hAnsi="Gentium Plus"/>
          <w:sz w:val="24"/>
        </w:rPr>
        <w:t>ἔσονται οὖν ἴσαι ἡμέραι ἐν Διδύμοις καὶ Καρκίνῳ, Ταύρῳ καὶ Λέοντι, Κριῷ καὶ Παρθένῳ, Ἰχθύσι καὶ Ζυγῷ, Ὑδροχόῳ καὶ Σκορπίῳ, Τοξότῃ καὶ Αἰγόκερῳ.</w:t>
      </w:r>
    </w:p>
    <w:p>
      <w:r>
        <w:rPr>
          <w:rFonts w:ascii="Courier New" w:hAnsi="Courier New"/>
          <w:color w:val="555555"/>
          <w:sz w:val="20"/>
        </w:rPr>
        <w:t>[7 . 1]</w:t>
      </w:r>
    </w:p>
    <w:p>
      <w:r>
        <w:rPr>
          <w:rFonts w:ascii="Gentium Plus" w:hAnsi="Gentium Plus"/>
          <w:sz w:val="24"/>
        </w:rPr>
        <w:t>Τοῦ δὲ κόσμου σφαιροειδοῦς ὑπάρχοντος καὶ</w:t>
      </w:r>
    </w:p>
    <w:p>
      <w:r>
        <w:rPr>
          <w:rFonts w:ascii="Courier New" w:hAnsi="Courier New"/>
          <w:color w:val="555555"/>
          <w:sz w:val="20"/>
        </w:rPr>
        <w:t>[7 . 2]</w:t>
      </w:r>
    </w:p>
    <w:p>
      <w:r>
        <w:rPr>
          <w:rFonts w:ascii="Gentium Plus" w:hAnsi="Gentium Plus"/>
          <w:sz w:val="24"/>
        </w:rPr>
        <w:t>Ἐξ οὗ φανερὸν ὅτι καὶ πάντες οἱ ἀστέρες ἐπὶ παραλλήλων κύκλων τὴν κίνησιν ποιοῦν‐ ται· διὰ τοῦτο δὲ καὶ ἐκ τοῦ αὐτοῦ τόπου πάντες οἱ ἀπλανεῖς ἀστέρες ἀνατέλλουσι καὶ εἰς τὸν αὐτὸν τόπον</w:t>
      </w:r>
    </w:p>
    <w:p>
      <w:r>
        <w:rPr>
          <w:rFonts w:ascii="Courier New" w:hAnsi="Courier New"/>
          <w:color w:val="555555"/>
          <w:sz w:val="20"/>
        </w:rPr>
        <w:t>[5]</w:t>
      </w:r>
    </w:p>
    <w:p>
      <w:r>
        <w:rPr>
          <w:rFonts w:ascii="Gentium Plus" w:hAnsi="Gentium Plus"/>
          <w:sz w:val="24"/>
        </w:rPr>
        <w:t>δύνουσιν.</w:t>
      </w:r>
    </w:p>
    <w:p>
      <w:r>
        <w:rPr>
          <w:rFonts w:ascii="Courier New" w:hAnsi="Courier New"/>
          <w:color w:val="555555"/>
          <w:sz w:val="20"/>
        </w:rPr>
        <w:t>[7 . 3]</w:t>
      </w:r>
    </w:p>
    <w:p>
      <w:r>
        <w:rPr>
          <w:rFonts w:ascii="Gentium Plus" w:hAnsi="Gentium Plus"/>
          <w:sz w:val="24"/>
        </w:rPr>
        <w:t>Ὁμοίως δὲ καὶ οἱ παράλληλοι κύκλοι ἐκ τοῦ αὐτοῦ τόπου ἀνατέλλουσι καὶ εἰς τὸν αὐτὸν τόπον δύνουσιν.</w:t>
      </w:r>
    </w:p>
    <w:p>
      <w:r>
        <w:rPr>
          <w:rFonts w:ascii="Courier New" w:hAnsi="Courier New"/>
          <w:color w:val="555555"/>
          <w:sz w:val="20"/>
        </w:rPr>
        <w:t>[7 . 4]</w:t>
      </w:r>
    </w:p>
    <w:p>
      <w:r>
        <w:rPr>
          <w:rFonts w:ascii="Gentium Plus" w:hAnsi="Gentium Plus"/>
          <w:sz w:val="24"/>
        </w:rPr>
        <w:t>Ὁ δὲ τῶν ζῳδίων κύκλος λοξὸς ὢν τῇ πρὸς τοὺς παραλλήλους θέσει οὐ πάντα ἔχει τὰ μέρη ἐκ τοῦ αὐτοῦ τόπου ἀνατέλλοντα καὶ εἰς τὸν αὐτὸν τόπον δύνοντα.</w:t>
      </w:r>
    </w:p>
    <w:p>
      <w:r>
        <w:rPr>
          <w:rFonts w:ascii="Courier New" w:hAnsi="Courier New"/>
          <w:color w:val="555555"/>
          <w:sz w:val="20"/>
        </w:rPr>
        <w:t>[7 . 5]</w:t>
      </w:r>
    </w:p>
    <w:p>
      <w:r>
        <w:rPr>
          <w:rFonts w:ascii="Gentium Plus" w:hAnsi="Gentium Plus"/>
          <w:sz w:val="24"/>
        </w:rPr>
        <w:t>Δι’ ἣν αἰτίαν οὐδὲ τὰ ιβ ζῴδια ἐκ τοῦ αὐτοῦ τόπου ἀνατέλλει καὶ εἰς τὸν αὐτὸν τόπον δύνει. Ἐν πλάτει γὰρ ὁ ζῳδιακὸς κύκλος τὰς ἀνατολὰς καὶ τὰς δύσεις ποιεῖται.</w:t>
      </w:r>
    </w:p>
    <w:p>
      <w:r>
        <w:rPr>
          <w:rFonts w:ascii="Courier New" w:hAnsi="Courier New"/>
          <w:color w:val="555555"/>
          <w:sz w:val="20"/>
        </w:rPr>
        <w:t>[7 . 6]</w:t>
      </w:r>
    </w:p>
    <w:p>
      <w:r>
        <w:rPr>
          <w:rFonts w:ascii="Gentium Plus" w:hAnsi="Gentium Plus"/>
          <w:sz w:val="24"/>
        </w:rPr>
        <w:t>Ἔστι δὲ τὸ πλάτος αὐτοῦ τῆς ἀνατολῆς τὸ ἀπὸ τοῦ Καρκίνου αη μοίρας ἀνατελλούσης μέχρις Αἰγόκερω αη μοίρας ἀναφερομένης· ἡλίκη γάρ ἐστιν ἡ μεταξὺ τῶν μερῶν τούτων περιφέρεια τούτου ἐπὶ τοῦ ὁρίζοντος,</w:t>
      </w:r>
    </w:p>
    <w:p>
      <w:r>
        <w:rPr>
          <w:rFonts w:ascii="Courier New" w:hAnsi="Courier New"/>
          <w:color w:val="555555"/>
          <w:sz w:val="20"/>
        </w:rPr>
        <w:t>[5]</w:t>
      </w:r>
    </w:p>
    <w:p>
      <w:r>
        <w:rPr>
          <w:rFonts w:ascii="Gentium Plus" w:hAnsi="Gentium Plus"/>
          <w:sz w:val="24"/>
        </w:rPr>
        <w:t>τηλικαύτη ἐστὶν ἡ κατὰ πλάτος πάροδος ἐπὶ τοῦ ὁρί‐ ζοντος τῷ ζῳδιακῷ κύκλῳ.</w:t>
      </w:r>
    </w:p>
    <w:p>
      <w:r>
        <w:rPr>
          <w:rFonts w:ascii="Courier New" w:hAnsi="Courier New"/>
          <w:color w:val="555555"/>
          <w:sz w:val="20"/>
        </w:rPr>
        <w:t>[7 . 7]</w:t>
      </w:r>
    </w:p>
    <w:p>
      <w:r>
        <w:rPr>
          <w:rFonts w:ascii="Gentium Plus" w:hAnsi="Gentium Plus"/>
          <w:sz w:val="24"/>
        </w:rPr>
        <w:t>Τούτοις δὲ συμφώνως καὶ ὁ Ἄρατος ἀποφαίνεται λέγων οὕτως· Αὐτὰρ ὅ γ’ Ὠκεανοῖο τόσον παραμείβεται ὕδωρ, ὅσσον ἀπ’ Αἰγοκέροιο ἀνερχομένοιο μάλιστα</w:t>
      </w:r>
    </w:p>
    <w:p>
      <w:r>
        <w:rPr>
          <w:rFonts w:ascii="Courier New" w:hAnsi="Courier New"/>
          <w:color w:val="555555"/>
          <w:sz w:val="20"/>
        </w:rPr>
        <w:t>[5]</w:t>
      </w:r>
    </w:p>
    <w:p>
      <w:r>
        <w:rPr>
          <w:rFonts w:ascii="Gentium Plus" w:hAnsi="Gentium Plus"/>
          <w:sz w:val="24"/>
        </w:rPr>
        <w:t>Καρκίνον εἰς ἀνιόντα κυλίνδεται· ὅσσον ἁπάντη ἀντέλλων ἐπέχει, τόσσον γε μὲν ἄλλοτε δύνων.</w:t>
      </w:r>
    </w:p>
    <w:p>
      <w:r>
        <w:rPr>
          <w:rFonts w:ascii="Courier New" w:hAnsi="Courier New"/>
          <w:color w:val="555555"/>
          <w:sz w:val="20"/>
        </w:rPr>
        <w:t>[7 . 8]</w:t>
      </w:r>
    </w:p>
    <w:p>
      <w:r>
        <w:rPr>
          <w:rFonts w:ascii="Gentium Plus" w:hAnsi="Gentium Plus"/>
          <w:sz w:val="24"/>
        </w:rPr>
        <w:t>Ἐν γὰρ τούτοις τὴν πάροδον ἀφορίζει τοῦ ζῳδιακοῦ κύκλου, ἣν ποιεῖται κατὰ πλάτος ἐπὶ τῆς ἀνατολῆς καὶ τῆς δύσεως συμφώνως τοῖς μαθηματικοῖς καὶ τῷ φαι‐ νομένῳ.</w:t>
      </w:r>
    </w:p>
    <w:p>
      <w:r>
        <w:rPr>
          <w:rFonts w:ascii="Courier New" w:hAnsi="Courier New"/>
          <w:color w:val="555555"/>
          <w:sz w:val="20"/>
        </w:rPr>
        <w:t>[7 . 9]</w:t>
      </w:r>
    </w:p>
    <w:p>
      <w:r>
        <w:rPr>
          <w:rFonts w:ascii="Gentium Plus" w:hAnsi="Gentium Plus"/>
          <w:sz w:val="24"/>
        </w:rPr>
        <w:t>Τοιαύτης δὴ τῆς ἐγκλίσεως ὑπαρχούσης τοῦ ζῳδια‐ κοῦ κύκλου συμβαίνει καὶ τὰ δωδεκατημόρια ἴσα ὄντα κατὰ τὸ μέγεθος ἐν ἀνίσοις χρόνοις τὰς ἀνατολὰς καὶ τὰς δύσεις ποιεῖσθαι.</w:t>
      </w:r>
    </w:p>
    <w:p>
      <w:r>
        <w:rPr>
          <w:rFonts w:ascii="Courier New" w:hAnsi="Courier New"/>
          <w:color w:val="555555"/>
          <w:sz w:val="20"/>
        </w:rPr>
        <w:t>[7 . 10]</w:t>
      </w:r>
    </w:p>
    <w:p>
      <w:r>
        <w:rPr>
          <w:rFonts w:ascii="Gentium Plus" w:hAnsi="Gentium Plus"/>
          <w:sz w:val="24"/>
        </w:rPr>
        <w:t>Ὅσα μὲν γὰρ ὀρθοῦ γινομέ‐ νου τοῦ ζῳδιακοῦ κύκλου τὴν ἀνατολὴν ποιεῖται, ἐκεῖνα τὰ ζῴδια ἐν πλείστῳ χρόνῳ τὴν ἀνατολὴν (καὶ τὴν δύσιν) ποιεῖται· ὀρθὰ γὰρ παρὰ τὸν ὁρίζοντα παραπίπτει,</w:t>
      </w:r>
    </w:p>
    <w:p>
      <w:r>
        <w:rPr>
          <w:rFonts w:ascii="Courier New" w:hAnsi="Courier New"/>
          <w:color w:val="555555"/>
          <w:sz w:val="20"/>
        </w:rPr>
        <w:t>[5]</w:t>
      </w:r>
    </w:p>
    <w:p>
      <w:r>
        <w:rPr>
          <w:rFonts w:ascii="Gentium Plus" w:hAnsi="Gentium Plus"/>
          <w:sz w:val="24"/>
        </w:rPr>
        <w:t>ὥστε καθ’ ἓν ἕκαστον σημεῖον τοῦ ζῳδίου τὴν ἀνατολὴν γίνεσθαι· διὰ δὲ τοῦτο πολὺν χρόνον ἀναλίσκεσθαι τῆς ἀνατολῆς (καὶ τῆς δύσεως).</w:t>
      </w:r>
    </w:p>
    <w:p>
      <w:r>
        <w:rPr>
          <w:rFonts w:ascii="Courier New" w:hAnsi="Courier New"/>
          <w:color w:val="555555"/>
          <w:sz w:val="20"/>
        </w:rPr>
        <w:t>[7 . 11]</w:t>
      </w:r>
    </w:p>
    <w:p>
      <w:r>
        <w:rPr>
          <w:rFonts w:ascii="Gentium Plus" w:hAnsi="Gentium Plus"/>
          <w:sz w:val="24"/>
        </w:rPr>
        <w:t>Ὅσα δὲ πλαγίου γινομένου τοῦ ζῳδιακοῦ κύκλου πρὸς τὸν ὁρίζοντα τὴν ἀνατολὴν ποιεῖται, ἐκεῖνα ἐν ἐλάττονι χρόνῳ ἐπαναφέ‐ ρεται· πλάγια γὰρ παραπίπτει καὶ τὰ ζῴδια πρὸς τὸν</w:t>
      </w:r>
    </w:p>
    <w:p>
      <w:r>
        <w:rPr>
          <w:rFonts w:ascii="Courier New" w:hAnsi="Courier New"/>
          <w:color w:val="555555"/>
          <w:sz w:val="20"/>
        </w:rPr>
        <w:t>[5]</w:t>
      </w:r>
    </w:p>
    <w:p>
      <w:r>
        <w:rPr>
          <w:rFonts w:ascii="Gentium Plus" w:hAnsi="Gentium Plus"/>
          <w:sz w:val="24"/>
        </w:rPr>
        <w:t>ὁρίζοντα, ὥστε κατ’ ἄλληλα πολλὰ μέρη ἅμα τὴν ἀνα‐ τολὴν ποιεῖσθαι· διὰ δὲ τοῦτο καὶ ταχεῖαν τὴν ἀνατολὴν συμβαίνει γίνεσθαι.</w:t>
      </w:r>
    </w:p>
    <w:p>
      <w:r>
        <w:rPr>
          <w:rFonts w:ascii="Courier New" w:hAnsi="Courier New"/>
          <w:color w:val="555555"/>
          <w:sz w:val="20"/>
        </w:rPr>
        <w:t>[7 . 12]</w:t>
      </w:r>
    </w:p>
    <w:p>
      <w:r>
        <w:rPr>
          <w:rFonts w:ascii="Gentium Plus" w:hAnsi="Gentium Plus"/>
          <w:sz w:val="24"/>
        </w:rPr>
        <w:t>Ὅθεν καὶ τὸ παρὰ Ἀράτῳ λεγόμενον ζητεῖται, πῶς καὶ ἐν ταῖς μακροτάταις νύκτεσι καὶ ἐν ταῖς βραχυ‐ τάταις ἓξ δωδεκατημόρια ἀνατέλλει καὶ ἓξ δύνει, τῆς παραλλαγῆς τῶν νυκτῶν μεγάλης ὑπαρχούσης· ἡ γὰρ</w:t>
      </w:r>
    </w:p>
    <w:p>
      <w:r>
        <w:rPr>
          <w:rFonts w:ascii="Courier New" w:hAnsi="Courier New"/>
          <w:color w:val="555555"/>
          <w:sz w:val="20"/>
        </w:rPr>
        <w:t>[5]</w:t>
      </w:r>
    </w:p>
    <w:p>
      <w:r>
        <w:rPr>
          <w:rFonts w:ascii="Gentium Plus" w:hAnsi="Gentium Plus"/>
          <w:sz w:val="24"/>
        </w:rPr>
        <w:t>μεγίστη νὺξ τῆς ἐλαχίστης ὑπερέχει ὥρας ἰσημερινὰς ἕξ.</w:t>
      </w:r>
    </w:p>
    <w:p>
      <w:r>
        <w:rPr>
          <w:rFonts w:ascii="Courier New" w:hAnsi="Courier New"/>
          <w:color w:val="555555"/>
          <w:sz w:val="20"/>
        </w:rPr>
        <w:t>[7 . 13]</w:t>
      </w:r>
    </w:p>
    <w:p>
      <w:r>
        <w:rPr>
          <w:rFonts w:ascii="Gentium Plus" w:hAnsi="Gentium Plus"/>
          <w:sz w:val="24"/>
        </w:rPr>
        <w:t>Λέγει δὲ ὁ Ἄρατος οὕτως· πάσῃ δ’ ἐπὶ νυκτὶ</w:t>
      </w:r>
    </w:p>
    <w:p>
      <w:r>
        <w:rPr>
          <w:rFonts w:ascii="Courier New" w:hAnsi="Courier New"/>
          <w:color w:val="555555"/>
          <w:sz w:val="20"/>
        </w:rPr>
        <w:t>[5]</w:t>
      </w:r>
    </w:p>
    <w:p>
      <w:r>
        <w:rPr>
          <w:rFonts w:ascii="Gentium Plus" w:hAnsi="Gentium Plus"/>
          <w:sz w:val="24"/>
        </w:rPr>
        <w:t>νὺξ αἰεὶ τετάνυσται, ὅσον τέ περ ἥμισυ κύκλου ἀρχομένης ἀπὸ νυκτὸς ἀείρεται ὑψόθι γαίης.</w:t>
      </w:r>
    </w:p>
    <w:p>
      <w:r>
        <w:rPr>
          <w:rFonts w:ascii="Courier New" w:hAnsi="Courier New"/>
          <w:color w:val="555555"/>
          <w:sz w:val="20"/>
        </w:rPr>
        <w:t>[7 . 14]</w:t>
      </w:r>
    </w:p>
    <w:p>
      <w:r>
        <w:rPr>
          <w:rFonts w:ascii="Gentium Plus" w:hAnsi="Gentium Plus"/>
          <w:sz w:val="24"/>
        </w:rPr>
        <w:t>Ἀπορεῖται δή, πῶς καὶ ἐν ταῖς μακροτάταις καὶ ἐν ταῖς βραχυτάταις νύκτεσιν ἡμικύκλιον τοῦ ζῳδιακοῦ κύκλου καὶ ἀνατέλλει καὶ δύνει. Γίνεται δὲ τοῦτο διὰ τὴν ἔγκλισιν τοῦ ζῳδιακοῦ κύκλου·</w:t>
      </w:r>
    </w:p>
    <w:p>
      <w:r>
        <w:rPr>
          <w:rFonts w:ascii="Courier New" w:hAnsi="Courier New"/>
          <w:color w:val="555555"/>
          <w:sz w:val="20"/>
        </w:rPr>
        <w:t>[5]</w:t>
      </w:r>
    </w:p>
    <w:p>
      <w:r>
        <w:rPr>
          <w:rFonts w:ascii="Gentium Plus" w:hAnsi="Gentium Plus"/>
          <w:sz w:val="24"/>
        </w:rPr>
        <w:t>διὰ γὰρ τὴν λοξότητα ἐν ἀνίσοις χρόνοις ἀνατέλλει καὶ δύνει τὰ τοῦ ζῳδιακοῦ ἡμικύκλια.</w:t>
      </w:r>
    </w:p>
    <w:p>
      <w:r>
        <w:rPr>
          <w:rFonts w:ascii="Courier New" w:hAnsi="Courier New"/>
          <w:color w:val="555555"/>
          <w:sz w:val="20"/>
        </w:rPr>
        <w:t>[7 . 15]</w:t>
      </w:r>
    </w:p>
    <w:p>
      <w:r>
        <w:rPr>
          <w:rFonts w:ascii="Gentium Plus" w:hAnsi="Gentium Plus"/>
          <w:sz w:val="24"/>
        </w:rPr>
        <w:t>Ταπεινοτάτου μὲν γὰρ ὄντος τοῦ ζῳδιακοῦ κύκλου πρὸς τὸν ὁρίζοντα, ὅπερ γίνεται Αἰγόκερω πρώτης μοίρας μεσουρανούσης, ταχεῖαν ποιεῖται τὴν ἀνατολὴν τὸ ἡμικύκλιον τὸ ἀπὸ</w:t>
      </w:r>
    </w:p>
    <w:p>
      <w:r>
        <w:rPr>
          <w:rFonts w:ascii="Courier New" w:hAnsi="Courier New"/>
          <w:color w:val="555555"/>
          <w:sz w:val="20"/>
        </w:rPr>
        <w:t>[5]</w:t>
      </w:r>
    </w:p>
    <w:p>
      <w:r>
        <w:rPr>
          <w:rFonts w:ascii="Gentium Plus" w:hAnsi="Gentium Plus"/>
          <w:sz w:val="24"/>
        </w:rPr>
        <w:t>Κριοῦ αη μοίρας μέχρι Παρθένου μοίρας λῆ· πλά‐ γιον γὰρ παραπίπτει παρὰ τὸν ὁρίζοντα καὶ πολλὰ μέρη ἅμα τὴν ἀναφορὰν ποιεῖται.</w:t>
      </w:r>
    </w:p>
    <w:p>
      <w:r>
        <w:rPr>
          <w:rFonts w:ascii="Courier New" w:hAnsi="Courier New"/>
          <w:color w:val="555555"/>
          <w:sz w:val="20"/>
        </w:rPr>
        <w:t>[7 . 16]</w:t>
      </w:r>
    </w:p>
    <w:p>
      <w:r>
        <w:rPr>
          <w:rFonts w:ascii="Gentium Plus" w:hAnsi="Gentium Plus"/>
          <w:sz w:val="24"/>
        </w:rPr>
        <w:t>Ὀρθοτάτου δ’ ὄντος τοῦ ζῳδιακοῦ κύκλου, ὅπερ γίνεται Καρκίνου αη μοίρας μεσουρανούσης, ὀρθὸν καὶ τὸ ἡμικύκλιον ἀνατέλλει τὸ ἀπὸ Ζυγοῦ αη μοίρας μέχρις Ἰχθύων μοίρας λῆ, ὅθεν</w:t>
      </w:r>
    </w:p>
    <w:p>
      <w:r>
        <w:rPr>
          <w:rFonts w:ascii="Courier New" w:hAnsi="Courier New"/>
          <w:color w:val="555555"/>
          <w:sz w:val="20"/>
        </w:rPr>
        <w:t>[5]</w:t>
      </w:r>
    </w:p>
    <w:p>
      <w:r>
        <w:rPr>
          <w:rFonts w:ascii="Gentium Plus" w:hAnsi="Gentium Plus"/>
          <w:sz w:val="24"/>
        </w:rPr>
        <w:t>ἐν πολλῷ χρόνῳ τὴν ἀνατολὴν ποιεῖται.</w:t>
      </w:r>
    </w:p>
    <w:p>
      <w:r>
        <w:rPr>
          <w:rFonts w:ascii="Courier New" w:hAnsi="Courier New"/>
          <w:color w:val="555555"/>
          <w:sz w:val="20"/>
        </w:rPr>
        <w:t>[7 . 17]</w:t>
      </w:r>
    </w:p>
    <w:p>
      <w:r>
        <w:rPr>
          <w:rFonts w:ascii="Gentium Plus" w:hAnsi="Gentium Plus"/>
          <w:sz w:val="24"/>
        </w:rPr>
        <w:t>Εὐλόγως οὖν καὶ ἐν ταῖς χειμεριναῖς νύκτεσι καὶ ἐν ταῖς θεριναῖς ϛ ζῴδια ἀνατέλλει καὶ ϛ ζῴδια δύνει· οἱ γὰρ ἀνατολικοὶ χρόνοι τῶν ζῳδίων ἴσων ὄντων κατὰ τὸ μέγεθος ἄνισοι γίνονται κατὰ τοὺς χρόνους. Καὶ</w:t>
      </w:r>
    </w:p>
    <w:p>
      <w:r>
        <w:rPr>
          <w:rFonts w:ascii="Courier New" w:hAnsi="Courier New"/>
          <w:color w:val="555555"/>
          <w:sz w:val="20"/>
        </w:rPr>
        <w:t>[5]</w:t>
      </w:r>
    </w:p>
    <w:p>
      <w:r>
        <w:rPr>
          <w:rFonts w:ascii="Gentium Plus" w:hAnsi="Gentium Plus"/>
          <w:sz w:val="24"/>
        </w:rPr>
        <w:t>ἐν μὲν ταῖς χειμεριναῖς νύκτεσι τὰ πολυχρόνιον ποιού‐ μενα τὴν ἀνατολὴν ἀναφέρεται, ἐν δὲ ταῖς θεριναῖς νύκτεσι τὰ ταχεῖαν ποιούμενα τὴν ἀνατολὴν ἀνατέλλει.</w:t>
      </w:r>
    </w:p>
    <w:p>
      <w:r>
        <w:rPr>
          <w:rFonts w:ascii="Courier New" w:hAnsi="Courier New"/>
          <w:color w:val="555555"/>
          <w:sz w:val="20"/>
        </w:rPr>
        <w:t>[7 . 18]</w:t>
      </w:r>
    </w:p>
    <w:p>
      <w:r>
        <w:rPr>
          <w:rFonts w:ascii="Gentium Plus" w:hAnsi="Gentium Plus"/>
          <w:sz w:val="24"/>
        </w:rPr>
        <w:t>Οἱ μὲν οὖν ἀρχαῖοι, καθάπερ ἐπὶ τῶν κατὰ συ‐ ζυγίαν ζῳδίων ἠγνόησαν, οὕτω καὶ ἐν τοῖς ἀνατολικοῖς χρόνοις τῶν ζῳδίων διήμαρτον.</w:t>
      </w:r>
    </w:p>
    <w:p>
      <w:r>
        <w:rPr>
          <w:rFonts w:ascii="Courier New" w:hAnsi="Courier New"/>
          <w:color w:val="555555"/>
          <w:sz w:val="20"/>
        </w:rPr>
        <w:t>[7 . 19]</w:t>
      </w:r>
    </w:p>
    <w:p>
      <w:r>
        <w:rPr>
          <w:rFonts w:ascii="Gentium Plus" w:hAnsi="Gentium Plus"/>
          <w:sz w:val="24"/>
        </w:rPr>
        <w:t>Ὑποστησάμενοι γὰρ ὀρθότατον εἶναι τὸν ζῳδιακὸν κύκλον Καρκίνου πρώτης μοίρας μεσουρανούσης, ἐπεὶ κατὰ τοῦτον τὸν καιρὸν ἀνατέλλει μὲν Ζυγός, δύνει δὲ Κριός, ἀπεφήναντο ἐν</w:t>
      </w:r>
    </w:p>
    <w:p>
      <w:r>
        <w:rPr>
          <w:rFonts w:ascii="Courier New" w:hAnsi="Courier New"/>
          <w:color w:val="555555"/>
          <w:sz w:val="20"/>
        </w:rPr>
        <w:t>[5]</w:t>
      </w:r>
    </w:p>
    <w:p>
      <w:r>
        <w:rPr>
          <w:rFonts w:ascii="Gentium Plus" w:hAnsi="Gentium Plus"/>
          <w:sz w:val="24"/>
        </w:rPr>
        <w:t>πλείστῳ μὲν χρόνῳ ἀνατέλλειν Ζυγόν, ἐν πλείστῳ δὲ χρόνῳ δύνειν Κριόν.</w:t>
      </w:r>
    </w:p>
    <w:p>
      <w:r>
        <w:rPr>
          <w:rFonts w:ascii="Courier New" w:hAnsi="Courier New"/>
          <w:color w:val="555555"/>
          <w:sz w:val="20"/>
        </w:rPr>
        <w:t>[7 . 20]</w:t>
      </w:r>
    </w:p>
    <w:p>
      <w:r>
        <w:rPr>
          <w:rFonts w:ascii="Gentium Plus" w:hAnsi="Gentium Plus"/>
          <w:sz w:val="24"/>
        </w:rPr>
        <w:t>Πάλιν ἐπεὶ ταπεινότατος γί‐ νεται ὁ τῶν ζῳδίων κύκλος Αἰγόκερω αη μοίρας μεσου‐ ρανούσης, κατὰ τοῦτον δὲ τὸν καιρὸν ἀνατέλλει μὲν Κριός, δύνει δὲ Ζυγός, ἀπεφήναντο τάχιστα μὲν ἀνα‐</w:t>
      </w:r>
    </w:p>
    <w:p>
      <w:r>
        <w:rPr>
          <w:rFonts w:ascii="Courier New" w:hAnsi="Courier New"/>
          <w:color w:val="555555"/>
          <w:sz w:val="20"/>
        </w:rPr>
        <w:t>[5]</w:t>
      </w:r>
    </w:p>
    <w:p>
      <w:r>
        <w:rPr>
          <w:rFonts w:ascii="Gentium Plus" w:hAnsi="Gentium Plus"/>
          <w:sz w:val="24"/>
        </w:rPr>
        <w:t>τέλλειν Κριόν, 〈ἐν〉 ἐλαχίστῳ δὲ χρόνῳ δύνειν Ζυγόν.</w:t>
      </w:r>
    </w:p>
    <w:p>
      <w:r>
        <w:rPr>
          <w:rFonts w:ascii="Courier New" w:hAnsi="Courier New"/>
          <w:color w:val="555555"/>
          <w:sz w:val="20"/>
        </w:rPr>
        <w:t>[7 . 21]</w:t>
      </w:r>
    </w:p>
    <w:p>
      <w:r>
        <w:rPr>
          <w:rFonts w:ascii="Gentium Plus" w:hAnsi="Gentium Plus"/>
          <w:sz w:val="24"/>
        </w:rPr>
        <w:t>Πάλιν δὲ ἐπεὶ μέσην ἔγκλισιν λαμβάνει ὁ τῶν ζῳδίων κύκλος πρὸς τὸν ὁρίζοντα Κριοῦ αη μοίρας μεσουρα‐ νούσης, καὶ Ζυγοῦ αη μοίρας μεσουρανούσης ἀνατέλλει μὲν Καρκίνος, δύνει δὲ Αἰγόκερως, ὥστε μέσον χρόνον</w:t>
      </w:r>
    </w:p>
    <w:p>
      <w:r>
        <w:rPr>
          <w:rFonts w:ascii="Courier New" w:hAnsi="Courier New"/>
          <w:color w:val="555555"/>
          <w:sz w:val="20"/>
        </w:rPr>
        <w:t>[5]</w:t>
      </w:r>
    </w:p>
    <w:p>
      <w:r>
        <w:rPr>
          <w:rFonts w:ascii="Gentium Plus" w:hAnsi="Gentium Plus"/>
          <w:sz w:val="24"/>
        </w:rPr>
        <w:t>τῆς ἀνατολῆς ἔχειν Καρκίνον καὶ μέσον χρόνον τῆς δύσεως Αἰγόκερων·</w:t>
      </w:r>
    </w:p>
    <w:p>
      <w:r>
        <w:rPr>
          <w:rFonts w:ascii="Courier New" w:hAnsi="Courier New"/>
          <w:color w:val="555555"/>
          <w:sz w:val="20"/>
        </w:rPr>
        <w:t>[7 . 22]</w:t>
      </w:r>
    </w:p>
    <w:p>
      <w:r>
        <w:rPr>
          <w:rFonts w:ascii="Gentium Plus" w:hAnsi="Gentium Plus"/>
          <w:sz w:val="24"/>
        </w:rPr>
        <w:t>πάλιν δὲ Χηλῶν μεσουρα‐ νουσῶν μέσον χρόνον τῆς ἀνατολῆς ἕξει Αἰγόκερως καὶ μέσον τῆς δύσεως χρόνον Καρκίνος.</w:t>
      </w:r>
    </w:p>
    <w:p>
      <w:r>
        <w:rPr>
          <w:rFonts w:ascii="Courier New" w:hAnsi="Courier New"/>
          <w:color w:val="555555"/>
          <w:sz w:val="20"/>
        </w:rPr>
        <w:t>[7 . 23]</w:t>
      </w:r>
    </w:p>
    <w:p>
      <w:r>
        <w:rPr>
          <w:rFonts w:ascii="Gentium Plus" w:hAnsi="Gentium Plus"/>
          <w:sz w:val="24"/>
        </w:rPr>
        <w:t>Ἡ δὲ τοιαύτη ἔκθεσις τῶν ἀνατολικῶν χρόνων παρὰ τοῖς ἀρχαίοις ἐστὶ διημαρτημένη. Ἐπεὶ γὰρ Δίδυμοι καὶ Καρκίνος τὴν αὐτὴν ἔγκλισιν ἔχουσιν ἐν τῷ ζῳδιακῷ κύκλῳ πρὸς τὸν ὁρίζοντα καὶ τὴν αὐτὴν ἀπόστασιν</w:t>
      </w:r>
    </w:p>
    <w:p>
      <w:r>
        <w:rPr>
          <w:rFonts w:ascii="Courier New" w:hAnsi="Courier New"/>
          <w:color w:val="555555"/>
          <w:sz w:val="20"/>
        </w:rPr>
        <w:t>[5]</w:t>
      </w:r>
    </w:p>
    <w:p>
      <w:r>
        <w:rPr>
          <w:rFonts w:ascii="Gentium Plus" w:hAnsi="Gentium Plus"/>
          <w:sz w:val="24"/>
        </w:rPr>
        <w:t>ἀπὸ τοῦ θερινοῦ τροπικοῦ σημείου καὶ τὰ μεγέθη τῶν ἡμερῶν ἴσα,</w:t>
      </w:r>
    </w:p>
    <w:p>
      <w:r>
        <w:rPr>
          <w:rFonts w:ascii="Courier New" w:hAnsi="Courier New"/>
          <w:color w:val="555555"/>
          <w:sz w:val="20"/>
        </w:rPr>
        <w:t>[7 . 24]</w:t>
      </w:r>
    </w:p>
    <w:p>
      <w:r>
        <w:rPr>
          <w:rFonts w:ascii="Gentium Plus" w:hAnsi="Gentium Plus"/>
          <w:sz w:val="24"/>
        </w:rPr>
        <w:t>καὶ Διδύμων μὲν μεσουρανούντων ἀνα‐ τέλλει Παρθένος, Καρκίνου δὲ μεσουρανοῦντος ἀνατέλλει Ζυγός, ἐν ἴσῳ χρόνῳ ἀνατέλλουσι Παρθένος καὶ Ζυγός·</w:t>
      </w:r>
    </w:p>
    <w:p>
      <w:r>
        <w:rPr>
          <w:rFonts w:ascii="Courier New" w:hAnsi="Courier New"/>
          <w:color w:val="555555"/>
          <w:sz w:val="20"/>
        </w:rPr>
        <w:t>[7 . 25]</w:t>
      </w:r>
    </w:p>
    <w:p>
      <w:r>
        <w:rPr>
          <w:rFonts w:ascii="Gentium Plus" w:hAnsi="Gentium Plus"/>
          <w:sz w:val="24"/>
        </w:rPr>
        <w:t>καὶ ἐπεὶ ὀρθότατος γίνεται ὁ τῶν ζῳδίων κύκλος</w:t>
      </w:r>
    </w:p>
    <w:p>
      <w:r>
        <w:rPr>
          <w:rFonts w:ascii="Courier New" w:hAnsi="Courier New"/>
          <w:color w:val="555555"/>
          <w:sz w:val="20"/>
        </w:rPr>
        <w:t>[7 . 26]</w:t>
      </w:r>
    </w:p>
    <w:p>
      <w:r>
        <w:rPr>
          <w:rFonts w:ascii="Gentium Plus" w:hAnsi="Gentium Plus"/>
          <w:sz w:val="24"/>
        </w:rPr>
        <w:t>Πάλιν δὲ ἐπεὶ Τοξότης καὶ Αἰγόκερως τὴν αὐτὴν ἔγκλισιν ἔχουσι πρὸς τὸν ὁρίζοντα, καὶ Τοξότου μὲν μεσουρανοῦντος ἀνατέλλουσιν Ἰχθύες, δύνει δὲ Παρθένος, Αἰγόκερω δὲ μεσουρανοῦντος ἀνατέλλει μὲν Κριός, δύνει</w:t>
      </w:r>
    </w:p>
    <w:p>
      <w:r>
        <w:rPr>
          <w:rFonts w:ascii="Courier New" w:hAnsi="Courier New"/>
          <w:color w:val="555555"/>
          <w:sz w:val="20"/>
        </w:rPr>
        <w:t>[5]</w:t>
      </w:r>
    </w:p>
    <w:p>
      <w:r>
        <w:rPr>
          <w:rFonts w:ascii="Gentium Plus" w:hAnsi="Gentium Plus"/>
          <w:sz w:val="24"/>
        </w:rPr>
        <w:t>δὲ Ζυγός·</w:t>
      </w:r>
    </w:p>
    <w:p>
      <w:r>
        <w:rPr>
          <w:rFonts w:ascii="Courier New" w:hAnsi="Courier New"/>
          <w:color w:val="555555"/>
          <w:sz w:val="20"/>
        </w:rPr>
        <w:t>[7 . 27]</w:t>
      </w:r>
    </w:p>
    <w:p>
      <w:r>
        <w:rPr>
          <w:rFonts w:ascii="Gentium Plus" w:hAnsi="Gentium Plus"/>
          <w:sz w:val="24"/>
        </w:rPr>
        <w:t>καὶ γίνεται ταπεινότατος ὁ τῶν ζῳδίων κύκλος Τοξότου καὶ Αἰγόκερω μεσουρανούντων, ἐν ἐλα‐ χίστῳ χρόνῳ δύνουσι Παρθένος καὶ Ζυγός.</w:t>
      </w:r>
    </w:p>
    <w:p>
      <w:r>
        <w:rPr>
          <w:rFonts w:ascii="Courier New" w:hAnsi="Courier New"/>
          <w:color w:val="555555"/>
          <w:sz w:val="20"/>
        </w:rPr>
        <w:t>[7 . 28]</w:t>
      </w:r>
    </w:p>
    <w:p>
      <w:r>
        <w:rPr>
          <w:rFonts w:ascii="Gentium Plus" w:hAnsi="Gentium Plus"/>
          <w:sz w:val="24"/>
        </w:rPr>
        <w:t>Πάλιν δὲ ἐπεὶ Ἰχθύων μεσουρανούντων ἀνατέλλουσι Δίδυμοι, Κριοῦ μεσουρανοῦντος ἀνατέλλει Καρκίνος,</w:t>
      </w:r>
    </w:p>
    <w:p>
      <w:r>
        <w:rPr>
          <w:rFonts w:ascii="Courier New" w:hAnsi="Courier New"/>
          <w:color w:val="555555"/>
          <w:sz w:val="20"/>
        </w:rPr>
        <w:t>[7 . 29]</w:t>
      </w:r>
    </w:p>
    <w:p>
      <w:r>
        <w:rPr>
          <w:rFonts w:ascii="Gentium Plus" w:hAnsi="Gentium Plus"/>
          <w:sz w:val="24"/>
        </w:rPr>
        <w:t>Ἰχθύων δὲ καὶ Κριοῦ μεσουρανούντων μέσην ἔγκλι‐ σιν ἔχει ὁ ζῳδιακὸς κύκλος, μέσον ἄρα χρόνον τῆς ἀνα‐ τολῆς περιέχουσι Δίδυμοι καὶ Καρκίνος, δύσεως δὲ Τοξότης καὶ Αἰγόκερως.</w:t>
      </w:r>
    </w:p>
    <w:p>
      <w:r>
        <w:rPr>
          <w:rFonts w:ascii="Courier New" w:hAnsi="Courier New"/>
          <w:color w:val="555555"/>
          <w:sz w:val="20"/>
        </w:rPr>
        <w:t>[7 . 30]</w:t>
      </w:r>
    </w:p>
    <w:p>
      <w:r>
        <w:rPr>
          <w:rFonts w:ascii="Gentium Plus" w:hAnsi="Gentium Plus"/>
          <w:sz w:val="24"/>
        </w:rPr>
        <w:t>Ὁμοίως δὲ ἐπεὶ Παρθένου καὶ Χηλῶν μεσουρα‐ νουσῶν μέσην ἔγκλισιν ἔχειν λέγεται ὁ ζῳδιακὸς κύκλος καὶ Παρθένου μὲν μεσουρανούσης ἀνατέλλει μὲν Τοξότης, δύνουσι δὲ Δίδυμοι,</w:t>
      </w:r>
    </w:p>
    <w:p>
      <w:r>
        <w:rPr>
          <w:rFonts w:ascii="Courier New" w:hAnsi="Courier New"/>
          <w:color w:val="555555"/>
          <w:sz w:val="20"/>
        </w:rPr>
        <w:t>[7 . 31]</w:t>
      </w:r>
    </w:p>
    <w:p>
      <w:r>
        <w:rPr>
          <w:rFonts w:ascii="Gentium Plus" w:hAnsi="Gentium Plus"/>
          <w:sz w:val="24"/>
        </w:rPr>
        <w:t>Χηλῶν δὲ μεσουρανουσῶν ἀνα‐ τέλλει Αἰγόκερως, δύνει δὲ Καρκίνος, μέσον χρόνον περιέξουσι τῆς ἀνατολῆς Τοξότης καὶ Αἰγόκερως, τῆς δὲ δύσεως Δίδυμοι καὶ Καρκίνος.</w:t>
      </w:r>
    </w:p>
    <w:p>
      <w:r>
        <w:rPr>
          <w:rFonts w:ascii="Courier New" w:hAnsi="Courier New"/>
          <w:color w:val="555555"/>
          <w:sz w:val="20"/>
        </w:rPr>
        <w:t>[7 . 32]</w:t>
      </w:r>
    </w:p>
    <w:p>
      <w:r>
        <w:rPr>
          <w:rFonts w:ascii="Gentium Plus" w:hAnsi="Gentium Plus"/>
          <w:sz w:val="24"/>
        </w:rPr>
        <w:t>Ἐκ δὲ τούτων φανερὸν ὅτι τὰ ἴσον ἀπέχοντα τῶν τροπικῶν καὶ τῶν ἰσημερινῶν σημείων ἐν ἴσῳ χρόνῳ ἀνατέλλει καὶ δύνει.</w:t>
      </w:r>
    </w:p>
    <w:p>
      <w:r>
        <w:rPr>
          <w:rFonts w:ascii="Courier New" w:hAnsi="Courier New"/>
          <w:color w:val="555555"/>
          <w:sz w:val="20"/>
        </w:rPr>
        <w:t>[7 . 33]</w:t>
      </w:r>
    </w:p>
    <w:p>
      <w:r>
        <w:rPr>
          <w:rFonts w:ascii="Gentium Plus" w:hAnsi="Gentium Plus"/>
          <w:sz w:val="24"/>
        </w:rPr>
        <w:t>Καὶ ἐπεὶ ἐν πάσῃ νυκτὶ ϛ ζῴδια ἀνατέλλει ἐν ὥραις ιβ καὶ ἐν πάσῃ ἡμέρᾳ ϛ ζῴδια ἀνατέλλει ἐν ὥραις ιβ, φανερὸν ὅτι καὶ ἐν ἡμέρᾳ καὶ ἐν νυκτὶ ιβ ζῴδια ἀνατέλλει ἐν ὥραις κδ, τὸ δὲ ἓν ζῴδιον ἀνατέλλει ἐν β ὥραις κατὰ</w:t>
      </w:r>
    </w:p>
    <w:p>
      <w:r>
        <w:rPr>
          <w:rFonts w:ascii="Courier New" w:hAnsi="Courier New"/>
          <w:color w:val="555555"/>
          <w:sz w:val="20"/>
        </w:rPr>
        <w:t>[5]</w:t>
      </w:r>
    </w:p>
    <w:p>
      <w:r>
        <w:rPr>
          <w:rFonts w:ascii="Gentium Plus" w:hAnsi="Gentium Plus"/>
          <w:sz w:val="24"/>
        </w:rPr>
        <w:t>τὸν μέσον τῶν ἀνατολῶν χρόνον.</w:t>
      </w:r>
    </w:p>
    <w:p>
      <w:r>
        <w:rPr>
          <w:rFonts w:ascii="Courier New" w:hAnsi="Courier New"/>
          <w:color w:val="555555"/>
          <w:sz w:val="20"/>
        </w:rPr>
        <w:t>[7 . 34]</w:t>
      </w:r>
    </w:p>
    <w:p>
      <w:r>
        <w:rPr>
          <w:rFonts w:ascii="Gentium Plus" w:hAnsi="Gentium Plus"/>
          <w:sz w:val="24"/>
        </w:rPr>
        <w:t>Καὶ πάλιν ἐπεὶ ἐν πάσῃ νυκτὶ ϛ ζῴδια δύνει ἐν ὥραις ιβ,</w:t>
      </w:r>
    </w:p>
    <w:p>
      <w:r>
        <w:rPr>
          <w:rFonts w:ascii="Courier New" w:hAnsi="Courier New"/>
          <w:color w:val="555555"/>
          <w:sz w:val="20"/>
        </w:rPr>
        <w:t>[7 . 35]</w:t>
      </w:r>
    </w:p>
    <w:p>
      <w:r>
        <w:rPr>
          <w:rFonts w:ascii="Gentium Plus" w:hAnsi="Gentium Plus"/>
          <w:sz w:val="24"/>
        </w:rPr>
        <w:t>φανερὸν ἐκ τῶν αὐτῶν ὅτι τὸ ἓν ζῴδιον ἐν β ὥραις δύνει καὶ ἐν β ὥραις ἀνατέλλει, ὥστε ἐν ὥραις δ ἰσημεριναῖς δύνει καὶ ἀνατέλλει.</w:t>
      </w:r>
    </w:p>
    <w:p>
      <w:r>
        <w:rPr>
          <w:rFonts w:ascii="Courier New" w:hAnsi="Courier New"/>
          <w:color w:val="555555"/>
          <w:sz w:val="20"/>
        </w:rPr>
        <w:t>[7 . 36]</w:t>
      </w:r>
    </w:p>
    <w:p>
      <w:r>
        <w:rPr>
          <w:rFonts w:ascii="Gentium Plus" w:hAnsi="Gentium Plus"/>
          <w:sz w:val="24"/>
        </w:rPr>
        <w:t>Καὶ πάντων τῶν ζῳδίων ὁ συναμφότερος χρόνος τῆς ἀνατολῆς καὶ τῆς δύσεως ἐστὶν ἴσος ὡρῶν ἰσημερινῶν δ.</w:t>
      </w:r>
    </w:p>
    <w:p>
      <w:r>
        <w:rPr>
          <w:rFonts w:ascii="Courier New" w:hAnsi="Courier New"/>
          <w:color w:val="555555"/>
          <w:sz w:val="20"/>
        </w:rPr>
        <w:t>[7 . 37]</w:t>
      </w:r>
    </w:p>
    <w:p>
      <w:r>
        <w:rPr>
          <w:rFonts w:ascii="Gentium Plus" w:hAnsi="Gentium Plus"/>
          <w:sz w:val="24"/>
        </w:rPr>
        <w:t>Καὶ ὅσα μὲν τῶν ζῳδίων ἐν πλείστῳ χρόνῳ ἀνα‐ τέλλει, ἐν ἐλαχίστῳ χρόνῳ δύνει, ὅσα δὲ ἐν ἐλαχίστῳ χρόνῳ ἀναφέρεται, ἐν πλείστῳ χρόνῳ δύνει.</w:t>
      </w:r>
    </w:p>
    <w:p>
      <w:r>
        <w:rPr>
          <w:rFonts w:ascii="Courier New" w:hAnsi="Courier New"/>
          <w:color w:val="555555"/>
          <w:sz w:val="20"/>
        </w:rPr>
        <w:t>[8 T]</w:t>
      </w:r>
    </w:p>
    <w:p>
      <w:r>
        <w:rPr>
          <w:rFonts w:ascii="Gentium Plus" w:hAnsi="Gentium Plus"/>
          <w:sz w:val="24"/>
        </w:rPr>
        <w:t>Περὶ μηνῶν</w:t>
      </w:r>
    </w:p>
    <w:p>
      <w:r>
        <w:rPr>
          <w:rFonts w:ascii="Courier New" w:hAnsi="Courier New"/>
          <w:color w:val="555555"/>
          <w:sz w:val="20"/>
        </w:rPr>
        <w:t>[8 . 1]</w:t>
      </w:r>
    </w:p>
    <w:p>
      <w:r>
        <w:rPr>
          <w:rFonts w:ascii="Gentium Plus" w:hAnsi="Gentium Plus"/>
          <w:sz w:val="24"/>
        </w:rPr>
        <w:t>Μήν ἐστι χρόνος ἀπὸ συνόδου ἐπὶ σύνοδον ἢ ἀπὸ πανσελήνου ἐπὶ πανσέληνον. Ἔστι δὲ σύνοδος μέν, ὅταν ἐν τῇ αὐτῇ μοίρᾳ γένηται ὁ ἥλιος καὶ ἡ σελήνη· τοῦτ’ ἐστὶ περὶ τὴν τριακάδα σελήνης. Πανσέληνος δὲ</w:t>
      </w:r>
    </w:p>
    <w:p>
      <w:r>
        <w:rPr>
          <w:rFonts w:ascii="Courier New" w:hAnsi="Courier New"/>
          <w:color w:val="555555"/>
          <w:sz w:val="20"/>
        </w:rPr>
        <w:t>[5]</w:t>
      </w:r>
    </w:p>
    <w:p>
      <w:r>
        <w:rPr>
          <w:rFonts w:ascii="Gentium Plus" w:hAnsi="Gentium Plus"/>
          <w:sz w:val="24"/>
        </w:rPr>
        <w:t>λέγεται, ὅταν ἡ σελήνη κατὰ διάμετρον γένηται τῷ ἡλίῳ· τοῦτο δ’ ἐστὶ περὶ τὴν διχομηνίαν.</w:t>
      </w:r>
    </w:p>
    <w:p>
      <w:r>
        <w:rPr>
          <w:rFonts w:ascii="Courier New" w:hAnsi="Courier New"/>
          <w:color w:val="555555"/>
          <w:sz w:val="20"/>
        </w:rPr>
        <w:t>[8 . 2]</w:t>
      </w:r>
    </w:p>
    <w:p>
      <w:r>
        <w:rPr>
          <w:rFonts w:ascii="Gentium Plus" w:hAnsi="Gentium Plus"/>
          <w:sz w:val="24"/>
        </w:rPr>
        <w:t>Ἔστι δὲ ὁ μηνιαῖος χρόνος ἡμερῶν κθ 𐅵ʹ λγʹ. Ἐν δὲ τῷ μηνιαίῳ χρόνῳ ἡ σελήνη διαπορεύεται τόν τε τῶν ζῳδίων κύκλον καὶ ἔτι τὴν περιφέρειαν, ἣν ὁ ἥλιος ἐν τῷ μηνιαίῳ χρόνῳ εἰς τὰ ἑπόμενα τῶν ζῳδίων μεταβαίνει·</w:t>
      </w:r>
    </w:p>
    <w:p>
      <w:r>
        <w:rPr>
          <w:rFonts w:ascii="Courier New" w:hAnsi="Courier New"/>
          <w:color w:val="555555"/>
          <w:sz w:val="20"/>
        </w:rPr>
        <w:t>[5]</w:t>
      </w:r>
    </w:p>
    <w:p>
      <w:r>
        <w:rPr>
          <w:rFonts w:ascii="Gentium Plus" w:hAnsi="Gentium Plus"/>
          <w:sz w:val="24"/>
        </w:rPr>
        <w:t>αὕτη δέ ἐστιν ὡς ἔγγιστα ζῳδίου. Ὥστε ἐν τῷ μηνιαίῳ χρόνῳ ιγ ζῴδια ὡς ἔγγιστα κινεῖσθαι τὴν σελήνην.</w:t>
      </w:r>
    </w:p>
    <w:p>
      <w:r>
        <w:rPr>
          <w:rFonts w:ascii="Courier New" w:hAnsi="Courier New"/>
          <w:color w:val="555555"/>
          <w:sz w:val="20"/>
        </w:rPr>
        <w:t>[8 . 3]</w:t>
      </w:r>
    </w:p>
    <w:p>
      <w:r>
        <w:rPr>
          <w:rFonts w:ascii="Gentium Plus" w:hAnsi="Gentium Plus"/>
          <w:sz w:val="24"/>
        </w:rPr>
        <w:t>Ἔστι δὲ ὁ μὲν ἀκριβὴς μηνιαῖος χρόνος, καθάπερ εἴρηται, ἡμερῶν κθ 𐅵ʹ λγʹ, οἱ δὲ πρὸς τὴν πολιτικὴν ἀγωγὴν ὁλοσχερέστερον λαμβανόμενοι ἡμερῶν κθ 𐅵ʹ, ὥστε τὴν δίμηνον γενέσθαι ἡμερῶν νθ. Ὅθεν διὰ ταύτην</w:t>
      </w:r>
    </w:p>
    <w:p>
      <w:r>
        <w:rPr>
          <w:rFonts w:ascii="Courier New" w:hAnsi="Courier New"/>
          <w:color w:val="555555"/>
          <w:sz w:val="20"/>
        </w:rPr>
        <w:t>[5]</w:t>
      </w:r>
    </w:p>
    <w:p>
      <w:r>
        <w:rPr>
          <w:rFonts w:ascii="Gentium Plus" w:hAnsi="Gentium Plus"/>
          <w:sz w:val="24"/>
        </w:rPr>
        <w:t>τὴν αἰτίαν οἱ κατὰ πόλιν μῆνες ἐναλλὰξ ἄγονται πλήρεις καὶ κοῖλοι διὰ τὸ τὴν 〈κατὰ〉 σελήνην δίμηνον ἡμερῶν εἶναι νθ.</w:t>
      </w:r>
    </w:p>
    <w:p>
      <w:r>
        <w:rPr>
          <w:rFonts w:ascii="Courier New" w:hAnsi="Courier New"/>
          <w:color w:val="555555"/>
          <w:sz w:val="20"/>
        </w:rPr>
        <w:t>[8 . 4]</w:t>
      </w:r>
    </w:p>
    <w:p>
      <w:r>
        <w:rPr>
          <w:rFonts w:ascii="Gentium Plus" w:hAnsi="Gentium Plus"/>
          <w:sz w:val="24"/>
        </w:rPr>
        <w:t>Ἐκ δὲ τούτων συνάγεται ὁ κατὰ σελήνην ἐνιαυτὸς ἡμερῶν τνδ· ἐὰν γὰρ τὰς τοῦ μηνὸς ἡμέρας τὰς κθ 𐅵ʹ δωδεκάκις πολυπλασιάσωμεν, ἀποτελεσθήσονται ἡμέραι αἱ τοῦ κατὰ σελήνην ἐνιαυτοῦ τνδ.</w:t>
      </w:r>
    </w:p>
    <w:p>
      <w:r>
        <w:rPr>
          <w:rFonts w:ascii="Courier New" w:hAnsi="Courier New"/>
          <w:color w:val="555555"/>
          <w:sz w:val="20"/>
        </w:rPr>
        <w:t>[8 . 5]</w:t>
      </w:r>
    </w:p>
    <w:p>
      <w:r>
        <w:rPr>
          <w:rFonts w:ascii="Gentium Plus" w:hAnsi="Gentium Plus"/>
          <w:sz w:val="24"/>
        </w:rPr>
        <w:t>Ἄλλος γάρ ἐστι καθ’ ἥλιον ἐνιαυτὸς καὶ ἄλλος κατὰ σελήνην. Ὁ μὲν γὰρ τοῦ ἡλίου ιβ ζῳδίων ἔχει περιδρομὴν τοῦ ἡλίου, ὅπερ εἰσὶν ἡμέραι τξε δʹ, ὁ δὲ τῆς σελήνης ιβ μηνῶν</w:t>
      </w:r>
    </w:p>
    <w:p>
      <w:r>
        <w:rPr>
          <w:rFonts w:ascii="Courier New" w:hAnsi="Courier New"/>
          <w:color w:val="555555"/>
          <w:sz w:val="20"/>
        </w:rPr>
        <w:t>[5]</w:t>
      </w:r>
    </w:p>
    <w:p>
      <w:r>
        <w:rPr>
          <w:rFonts w:ascii="Gentium Plus" w:hAnsi="Gentium Plus"/>
          <w:sz w:val="24"/>
        </w:rPr>
        <w:t>περιέχει χρόνον τῆς σελήνης, ὅπερ εἰσὶν ἡμέραι τνδ.</w:t>
      </w:r>
    </w:p>
    <w:p>
      <w:r>
        <w:rPr>
          <w:rFonts w:ascii="Courier New" w:hAnsi="Courier New"/>
          <w:color w:val="555555"/>
          <w:sz w:val="20"/>
        </w:rPr>
        <w:t>[8 . 6]</w:t>
      </w:r>
    </w:p>
    <w:p>
      <w:r>
        <w:rPr>
          <w:rFonts w:ascii="Gentium Plus" w:hAnsi="Gentium Plus"/>
          <w:sz w:val="24"/>
        </w:rPr>
        <w:t>Ἐπεὶ οὔτε ὁ μὴν ἐξ ὅλων ἡμερῶν συνέστηκεν οὔτε ὁ καθ’ ἥλιον ἐνιαυτός, ἐζητεῖτο οὖν χρόνος ὑπὸ τῶν ἀστρο‐ λόγων, ὃς περιέξει ὅλας ἡμέρας καὶ ὅλους μῆνας καὶ ὅλους ἐνιαυτούς. Πρόθεσις γὰρ ἦν τοῖς ἀρχαίοις τοὺς</w:t>
      </w:r>
    </w:p>
    <w:p>
      <w:r>
        <w:rPr>
          <w:rFonts w:ascii="Courier New" w:hAnsi="Courier New"/>
          <w:color w:val="555555"/>
          <w:sz w:val="20"/>
        </w:rPr>
        <w:t>[5]</w:t>
      </w:r>
    </w:p>
    <w:p>
      <w:r>
        <w:rPr>
          <w:rFonts w:ascii="Gentium Plus" w:hAnsi="Gentium Plus"/>
          <w:sz w:val="24"/>
        </w:rPr>
        <w:t>μὲν μῆνας ἄγειν κατὰ σελήνην, τοὺς δὲ ἐνιαυτοὺς καθ’ ἥλιον.</w:t>
      </w:r>
    </w:p>
    <w:p>
      <w:r>
        <w:rPr>
          <w:rFonts w:ascii="Courier New" w:hAnsi="Courier New"/>
          <w:color w:val="555555"/>
          <w:sz w:val="20"/>
        </w:rPr>
        <w:t>[8 . 7]</w:t>
      </w:r>
    </w:p>
    <w:p>
      <w:r>
        <w:rPr>
          <w:rFonts w:ascii="Gentium Plus" w:hAnsi="Gentium Plus"/>
          <w:sz w:val="24"/>
        </w:rPr>
        <w:t>Τὸ γὰρ ὑπὸ τῶν νόμων καὶ τῶν χρησμῶν παραγγελλόμενον, τὸ θύειν κατὰ τὰ πάτρια, τοῦτο διέ‐ λαβον ἅπαντες οἱ Ἕλληνες τὸ τοὺς μὲν ἐνιαυτοὺς συμ‐ φώνως ἄγειν τῷ ἡλίῳ, τὰς δὲ ἡμέρας καὶ τοὺς μῆνας τῇ</w:t>
      </w:r>
    </w:p>
    <w:p>
      <w:r>
        <w:rPr>
          <w:rFonts w:ascii="Courier New" w:hAnsi="Courier New"/>
          <w:color w:val="555555"/>
          <w:sz w:val="20"/>
        </w:rPr>
        <w:t>[5]</w:t>
      </w:r>
    </w:p>
    <w:p>
      <w:r>
        <w:rPr>
          <w:rFonts w:ascii="Gentium Plus" w:hAnsi="Gentium Plus"/>
          <w:sz w:val="24"/>
        </w:rPr>
        <w:t>σελήνῃ.</w:t>
      </w:r>
    </w:p>
    <w:p>
      <w:r>
        <w:rPr>
          <w:rFonts w:ascii="Courier New" w:hAnsi="Courier New"/>
          <w:color w:val="555555"/>
          <w:sz w:val="20"/>
        </w:rPr>
        <w:t>[8 . 8]</w:t>
      </w:r>
    </w:p>
    <w:p>
      <w:r>
        <w:rPr>
          <w:rFonts w:ascii="Gentium Plus" w:hAnsi="Gentium Plus"/>
          <w:sz w:val="24"/>
        </w:rPr>
        <w:t>Ἔστι δὲ τὸ μὲν καθ’ ἥλιον ἄγειν τοὺς ἐνιαυτοὺς τὸ περὶ τὰς αὐτὰς ὥρας τοῦ ἐνιαυτοῦ τὰς αὐτὰς θυσίας τοῖς θεοῖς ἐπιτελεῖσθαι καὶ τὴν μὲν ἐαρινὴν θυσίαν διὰ παντὸς κατὰ τὸ ἔαρ συντελεῖσθαι, τὴν δὲ θερινὴν κατὰ τὸ θέρος,</w:t>
      </w:r>
    </w:p>
    <w:p>
      <w:r>
        <w:rPr>
          <w:rFonts w:ascii="Courier New" w:hAnsi="Courier New"/>
          <w:color w:val="555555"/>
          <w:sz w:val="20"/>
        </w:rPr>
        <w:t>[5]</w:t>
      </w:r>
    </w:p>
    <w:p>
      <w:r>
        <w:rPr>
          <w:rFonts w:ascii="Gentium Plus" w:hAnsi="Gentium Plus"/>
          <w:sz w:val="24"/>
        </w:rPr>
        <w:t>ὁμοίως δὲ καὶ κατὰ τοὺς λοιποὺς καιροὺς τοῦ ἔτους τὰς αὐτὰς θυσίας πίπτειν·</w:t>
      </w:r>
    </w:p>
    <w:p>
      <w:r>
        <w:rPr>
          <w:rFonts w:ascii="Courier New" w:hAnsi="Courier New"/>
          <w:color w:val="555555"/>
          <w:sz w:val="20"/>
        </w:rPr>
        <w:t>[8 . 9]</w:t>
      </w:r>
    </w:p>
    <w:p>
      <w:r>
        <w:rPr>
          <w:rFonts w:ascii="Gentium Plus" w:hAnsi="Gentium Plus"/>
          <w:sz w:val="24"/>
        </w:rPr>
        <w:t>τοῦτο γὰρ ὑπέλαβον προσηνὲς</w:t>
      </w:r>
    </w:p>
    <w:p>
      <w:r>
        <w:rPr>
          <w:rFonts w:ascii="Courier New" w:hAnsi="Courier New"/>
          <w:color w:val="555555"/>
          <w:sz w:val="20"/>
        </w:rPr>
        <w:t>[8 . 10]</w:t>
      </w:r>
    </w:p>
    <w:p>
      <w:r>
        <w:rPr>
          <w:rFonts w:ascii="Gentium Plus" w:hAnsi="Gentium Plus"/>
          <w:sz w:val="24"/>
        </w:rPr>
        <w:t>Τὸ δὲ κατὰ σελήνην ἄγειν τὰς ἡμέρας τοιοῦτόν ἐστι τὸ ἀκολούθως τοῖς τῆς σελήνης φωτισμοῖς τὰς προσηγορίας τῶν ἡμερῶν γίνεσθαι·</w:t>
      </w:r>
    </w:p>
    <w:p>
      <w:r>
        <w:rPr>
          <w:rFonts w:ascii="Courier New" w:hAnsi="Courier New"/>
          <w:color w:val="555555"/>
          <w:sz w:val="20"/>
        </w:rPr>
        <w:t>[8 . 11]</w:t>
      </w:r>
    </w:p>
    <w:p>
      <w:r>
        <w:rPr>
          <w:rFonts w:ascii="Gentium Plus" w:hAnsi="Gentium Plus"/>
          <w:sz w:val="24"/>
        </w:rPr>
        <w:t>ἀπὸ γὰρ τῶν τῆς σελήνης φωτισμῶν αἱ προσηγορίαι τῶν ἡμερῶν κατωνομάσθησαν. Ἐν ᾗ μὲν γὰρ ἡμέρᾳ νέα ἡ σελήνη φαίνεται, κατὰ συναλοιφὴν νουμηνία προσηγορεύθη· ἐν</w:t>
      </w:r>
    </w:p>
    <w:p>
      <w:r>
        <w:rPr>
          <w:rFonts w:ascii="Courier New" w:hAnsi="Courier New"/>
          <w:color w:val="555555"/>
          <w:sz w:val="20"/>
        </w:rPr>
        <w:t>[5]</w:t>
      </w:r>
    </w:p>
    <w:p>
      <w:r>
        <w:rPr>
          <w:rFonts w:ascii="Gentium Plus" w:hAnsi="Gentium Plus"/>
          <w:sz w:val="24"/>
        </w:rPr>
        <w:t>ᾗ δὲ ἡμέρᾳ τὴν δευτέραν φάσιν ποιεῖται, δευτέραν προση‐ γόρευσαν· τὴν δὲ κατὰ μέσον τοῦ μηνὸς γινομένην φάσιν τῆς σελήνης ἀπ’ αὐτοῦ τοῦ συμβαίνοντος διχομηνίαν ἐκάλεσαν·</w:t>
      </w:r>
    </w:p>
    <w:p>
      <w:r>
        <w:rPr>
          <w:rFonts w:ascii="Courier New" w:hAnsi="Courier New"/>
          <w:color w:val="555555"/>
          <w:sz w:val="20"/>
        </w:rPr>
        <w:t>[8 . 12]</w:t>
      </w:r>
    </w:p>
    <w:p>
      <w:r>
        <w:rPr>
          <w:rFonts w:ascii="Gentium Plus" w:hAnsi="Gentium Plus"/>
          <w:sz w:val="24"/>
        </w:rPr>
        <w:t>καὶ καθόλου δὲ πάσας τὰς ἡμέρας ἀπὸ τῶν τῆς σελήνης φωτισμῶν προσωνόμασαν· ὅθεν καὶ τὴν λὴν τοῦ μηνὸς ἡμέραν ἐσχάτην οὖσαν ἀπ’ αὐτοῦ τοῦ συμβαίνοντος τριακάδα ἐκάλεσαν.</w:t>
      </w:r>
    </w:p>
    <w:p>
      <w:r>
        <w:rPr>
          <w:rFonts w:ascii="Courier New" w:hAnsi="Courier New"/>
          <w:color w:val="555555"/>
          <w:sz w:val="20"/>
        </w:rPr>
        <w:t>[8 . 13]</w:t>
      </w:r>
    </w:p>
    <w:p>
      <w:r>
        <w:rPr>
          <w:rFonts w:ascii="Gentium Plus" w:hAnsi="Gentium Plus"/>
          <w:sz w:val="24"/>
        </w:rPr>
        <w:t>Τούτοις δὲ ἀκολούθως καὶ ὁ Ἄρατος ἐπὶ τῶν προσηγοριῶν τῶν ἡμερῶν ἀποφαίνεται λέγων οὕτως· Οὐχ ὁράᾳς; ὀλίγη μὲν ὅταν κεράεσσα σελήνη ἑσπερόθεν φαίνηται, ἀεξομένοιο διδάσκει</w:t>
      </w:r>
    </w:p>
    <w:p>
      <w:r>
        <w:rPr>
          <w:rFonts w:ascii="Courier New" w:hAnsi="Courier New"/>
          <w:color w:val="555555"/>
          <w:sz w:val="20"/>
        </w:rPr>
        <w:t>[5]</w:t>
      </w:r>
    </w:p>
    <w:p>
      <w:r>
        <w:rPr>
          <w:rFonts w:ascii="Gentium Plus" w:hAnsi="Gentium Plus"/>
          <w:sz w:val="24"/>
        </w:rPr>
        <w:t>μηνός· ὅτε πρώτη ἀποκίδναται ἔνδοθεν αὐγή, ὅσσον ἐπισκιάειν, ἐπὶ τέτρατον ἦμαρ ἰοῦσα· ὀκτὼ δ’ ἐν διχάσιν, διχόμηνα δὲ παντὶ προσώπῳ· αἰεὶ δ’ ἄλλοθεν ἄλλα παρακλίνουσα μέτωπα εἴρει, ὁποσταίη μηνὸς περιτέλλεται ἠώς.</w:t>
      </w:r>
    </w:p>
    <w:p>
      <w:r>
        <w:rPr>
          <w:rFonts w:ascii="Courier New" w:hAnsi="Courier New"/>
          <w:color w:val="555555"/>
          <w:sz w:val="20"/>
        </w:rPr>
        <w:t>[10]</w:t>
      </w:r>
    </w:p>
    <w:p>
      <w:r>
        <w:rPr>
          <w:rFonts w:ascii="Gentium Plus" w:hAnsi="Gentium Plus"/>
          <w:sz w:val="24"/>
        </w:rPr>
        <w:t>Ἐν γὰρ τούτοις σαφῶς φησιν ἐκ τῶν φωτισμῶν τῆς σελήνης τὰς προσηγορίας τῶν ἡμερῶν κατωνομάσθαι.</w:t>
      </w:r>
    </w:p>
    <w:p>
      <w:r>
        <w:rPr>
          <w:rFonts w:ascii="Courier New" w:hAnsi="Courier New"/>
          <w:color w:val="555555"/>
          <w:sz w:val="20"/>
        </w:rPr>
        <w:t>[8 . 14]</w:t>
      </w:r>
    </w:p>
    <w:p>
      <w:r>
        <w:rPr>
          <w:rFonts w:ascii="Gentium Plus" w:hAnsi="Gentium Plus"/>
          <w:sz w:val="24"/>
        </w:rPr>
        <w:t>Τοῦ δὲ κατὰ σελήνην ἄγειν ἀκριβῶς τὰς ἡμέρας παράδειγμά ἐστι τὸ τὰς μὲν τοῦ ἡλίου ἐκλείψεις γίνεσθαι τῇ τριακάδι· τότε γὰρ συνοδεύει ἡ σελήνη τῷ ἡλίῳ καὶ κατὰ τὴν αὐτὴν μοῖραν γίνεται. Τὰς δὲ τῆς σελήνης</w:t>
      </w:r>
    </w:p>
    <w:p>
      <w:r>
        <w:rPr>
          <w:rFonts w:ascii="Courier New" w:hAnsi="Courier New"/>
          <w:color w:val="555555"/>
          <w:sz w:val="20"/>
        </w:rPr>
        <w:t>[5]</w:t>
      </w:r>
    </w:p>
    <w:p>
      <w:r>
        <w:rPr>
          <w:rFonts w:ascii="Gentium Plus" w:hAnsi="Gentium Plus"/>
          <w:sz w:val="24"/>
        </w:rPr>
        <w:t>ἐκλείψεις νυκτὶ τῇ φερούσῃ εἰς τὴν διχομηνίαν· τότε γὰρ κατὰ διάμετρον γίνεται ἡ σελήνη τῷ ἡλίῳ καὶ ἐμπίπτει εἰς τὸ τῆς γῆς σκίασμα.</w:t>
      </w:r>
    </w:p>
    <w:p>
      <w:r>
        <w:rPr>
          <w:rFonts w:ascii="Courier New" w:hAnsi="Courier New"/>
          <w:color w:val="555555"/>
          <w:sz w:val="20"/>
        </w:rPr>
        <w:t>[8 . 15]</w:t>
      </w:r>
    </w:p>
    <w:p>
      <w:r>
        <w:rPr>
          <w:rFonts w:ascii="Gentium Plus" w:hAnsi="Gentium Plus"/>
          <w:sz w:val="24"/>
        </w:rPr>
        <w:t>Ὅταν οὖν καὶ οἱ ἐνιαυτοὶ ἀκριβῶς ἄγωνται καθ’ ἥλιον καὶ οἱ μῆνες καὶ αἱ ἡμέραι κατὰ σελήνην, τότε νομίζουσιν οἱ Ἕλληνες κατὰ τὰ πάτρια θύειν, τοῦτο δέ ἐστι κατὰ τοὺς αὐτοὺς καιροὺς τοῦ ἐνιαυτοῦ τὰς αὐτὰς</w:t>
      </w:r>
    </w:p>
    <w:p>
      <w:r>
        <w:rPr>
          <w:rFonts w:ascii="Courier New" w:hAnsi="Courier New"/>
          <w:color w:val="555555"/>
          <w:sz w:val="20"/>
        </w:rPr>
        <w:t>[5]</w:t>
      </w:r>
    </w:p>
    <w:p>
      <w:r>
        <w:rPr>
          <w:rFonts w:ascii="Gentium Plus" w:hAnsi="Gentium Plus"/>
          <w:sz w:val="24"/>
        </w:rPr>
        <w:t>θυσίας τοῖς θεοῖς συντελεῖσθαι.</w:t>
      </w:r>
    </w:p>
    <w:p>
      <w:r>
        <w:rPr>
          <w:rFonts w:ascii="Courier New" w:hAnsi="Courier New"/>
          <w:color w:val="555555"/>
          <w:sz w:val="20"/>
        </w:rPr>
        <w:t>[8 . 16]</w:t>
      </w:r>
    </w:p>
    <w:p>
      <w:r>
        <w:rPr>
          <w:rFonts w:ascii="Gentium Plus" w:hAnsi="Gentium Plus"/>
          <w:sz w:val="24"/>
        </w:rPr>
        <w:t>Οἱ μὲν γὰρ Αἰγύπτιοι τὴν ἐναντίαν διάληψιν καὶ πρόθεσιν ἐσχήκασι τοῖς Ἕλλησιν. Οὔτε γὰρ τοὺς ἐνιαυ‐ τοὺς ἄγουσι καθ’ ἥλιον, οὔτε τοὺς μῆνας καὶ τὰς ἡμέρας κατὰ σελήνην, ἀλλ’ ἰδίᾳ τινὶ ὑποστάσει κεχρημένοι εἰσί.</w:t>
      </w:r>
    </w:p>
    <w:p>
      <w:r>
        <w:rPr>
          <w:rFonts w:ascii="Courier New" w:hAnsi="Courier New"/>
          <w:color w:val="555555"/>
          <w:sz w:val="20"/>
        </w:rPr>
        <w:t>[8 . 17]</w:t>
      </w:r>
    </w:p>
    <w:p>
      <w:r>
        <w:rPr>
          <w:rFonts w:ascii="Gentium Plus" w:hAnsi="Gentium Plus"/>
          <w:sz w:val="24"/>
        </w:rPr>
        <w:t>Βούλονται γὰρ τὰς θυσίας τοῖς θεοῖς μὴ κατὰ τὸν αὐτὸν καιρὸν τοῦ ἐνιαυτοῦ γίνεσθαι, ἀλλὰ διὰ πασῶν τῶν τοῦ ἐνιαυτοῦ ὡρῶν διελθεῖν καὶ γίνεσθαι τὴν θερινὴν ἑορτὴν καὶ χειμερινὴν καὶ φθινοπωρινὴν καὶ ἐαρινήν.</w:t>
      </w:r>
    </w:p>
    <w:p>
      <w:r>
        <w:rPr>
          <w:rFonts w:ascii="Courier New" w:hAnsi="Courier New"/>
          <w:color w:val="555555"/>
          <w:sz w:val="20"/>
        </w:rPr>
        <w:t>[8 . 18]</w:t>
      </w:r>
    </w:p>
    <w:p>
      <w:r>
        <w:rPr>
          <w:rFonts w:ascii="Gentium Plus" w:hAnsi="Gentium Plus"/>
          <w:sz w:val="24"/>
        </w:rPr>
        <w:t>Ἄγουσι γὰρ τὸν ἐνιαυτὸν ἡμερῶν τξε· ιβ γὰρ μῆνας ἄγουσι τριακονθημέρους καὶ ε ἐπαγομένας. Τὸ δὲ δʹ οὐκ ἐπάγουσι διὰ τὴν προειρημένην αἰτίαν, ἵνα αὐτοῖς ἀναποδίζωνται αἱ ἑορταί.</w:t>
      </w:r>
    </w:p>
    <w:p>
      <w:r>
        <w:rPr>
          <w:rFonts w:ascii="Courier New" w:hAnsi="Courier New"/>
          <w:color w:val="555555"/>
          <w:sz w:val="20"/>
        </w:rPr>
        <w:t>[8 . 19]</w:t>
      </w:r>
    </w:p>
    <w:p>
      <w:r>
        <w:rPr>
          <w:rFonts w:ascii="Gentium Plus" w:hAnsi="Gentium Plus"/>
          <w:sz w:val="24"/>
        </w:rPr>
        <w:t>Ἐν γὰρ τοῖς δ ἔτεσι μιᾷ ἡμέρᾳ ὑστεροῦσι παρὰ τὸν ἥλιον, ἐν δὲ τοῖς μ ἔτεσι ι ἡμέραις ὑστερήσουσι παρὰ τὸν τοῦ ἡλίου ἐνιαυτόν, ὥστε καὶ τοσαύταις ἡμέραις ἀναποδίσουσιν αἱ ἑορταὶ</w:t>
      </w:r>
    </w:p>
    <w:p>
      <w:r>
        <w:rPr>
          <w:rFonts w:ascii="Courier New" w:hAnsi="Courier New"/>
          <w:color w:val="555555"/>
          <w:sz w:val="20"/>
        </w:rPr>
        <w:t>[5]</w:t>
      </w:r>
    </w:p>
    <w:p>
      <w:r>
        <w:rPr>
          <w:rFonts w:ascii="Gentium Plus" w:hAnsi="Gentium Plus"/>
          <w:sz w:val="24"/>
        </w:rPr>
        <w:t>πρὸς τὸ γίνεσθαι κατὰ τὰς αὐτὰς ὥρας τοῦ ἐνιαυτοῦ. Ἐν δὲ τοῖς ρκ ἔτεσι μηνιαῖον ἔσται τὸ παράλλαγμα καὶ πρὸς τὸν τοῦ ἡλίου ἐνιαυτὸν καὶ πρὸς τὰς κατὰ τὸ ἔτος ὥρας.</w:t>
      </w:r>
    </w:p>
    <w:p>
      <w:r>
        <w:rPr>
          <w:rFonts w:ascii="Courier New" w:hAnsi="Courier New"/>
          <w:color w:val="555555"/>
          <w:sz w:val="20"/>
        </w:rPr>
        <w:t>[8 . 20]</w:t>
      </w:r>
    </w:p>
    <w:p>
      <w:r>
        <w:rPr>
          <w:rFonts w:ascii="Gentium Plus" w:hAnsi="Gentium Plus"/>
          <w:sz w:val="24"/>
        </w:rPr>
        <w:t>Δι’ ἣν αἰτίαν καὶ τὸ περιφερόμενον ἁμάρτημα παρὰ τοῖς Ἕλλησιν ἐκ πολλῶν χρόνων παραδοχῆς ἠξιωμένον μέχρι τῶν καθ’ ἡμᾶς χρόνων πεπίστευται. Ὑπολαμβάνουσι γὰρ οἱ πλεῖστοι τῶν Ἑλλήνων ἅμα τοῖς</w:t>
      </w:r>
    </w:p>
    <w:p>
      <w:r>
        <w:rPr>
          <w:rFonts w:ascii="Courier New" w:hAnsi="Courier New"/>
          <w:color w:val="555555"/>
          <w:sz w:val="20"/>
        </w:rPr>
        <w:t>[5]</w:t>
      </w:r>
    </w:p>
    <w:p>
      <w:r>
        <w:rPr>
          <w:rFonts w:ascii="Gentium Plus" w:hAnsi="Gentium Plus"/>
          <w:sz w:val="24"/>
        </w:rPr>
        <w:t>Ἰσίοις κατ’ Αἰγυπτίους καὶ κατ’ Εὔδοξον εἶναι χειμερινὰς τροπάς, ὅπερ ἐστὶ παντάπασι ψεῦδος. Μηνὶ γὰρ ὅλῳ παραλλάσσει τὰ Ἴσια πρὸς τὰς χειμερινὰς τροπάς.</w:t>
      </w:r>
    </w:p>
    <w:p>
      <w:r>
        <w:rPr>
          <w:rFonts w:ascii="Courier New" w:hAnsi="Courier New"/>
          <w:color w:val="555555"/>
          <w:sz w:val="20"/>
        </w:rPr>
        <w:t>[8 . 21]</w:t>
      </w:r>
    </w:p>
    <w:p>
      <w:r>
        <w:rPr>
          <w:rFonts w:ascii="Gentium Plus" w:hAnsi="Gentium Plus"/>
          <w:sz w:val="24"/>
        </w:rPr>
        <w:t>Ἐρρύη δὲ τὸ ἁμάρτημα ἀπὸ τῆς προειρημένης αἰτίας. Πρὸ γὰρ ρκ ἐτῶν συνέπεσε κατ’ αὐτὰς τὰς χειμε‐ ρινὰς τροπὰς ἄγεσθαι τὰ Ἴσια· ἐν ἔτεσι δὲ δ μιᾶς ἡμέρας ἐγένετο παράλλαγμα· τοῦτο οὖν οὐκ αἰσθητὴν ἔσχε</w:t>
      </w:r>
    </w:p>
    <w:p>
      <w:r>
        <w:rPr>
          <w:rFonts w:ascii="Courier New" w:hAnsi="Courier New"/>
          <w:color w:val="555555"/>
          <w:sz w:val="20"/>
        </w:rPr>
        <w:t>[5]</w:t>
      </w:r>
    </w:p>
    <w:p>
      <w:r>
        <w:rPr>
          <w:rFonts w:ascii="Gentium Plus" w:hAnsi="Gentium Plus"/>
          <w:sz w:val="24"/>
        </w:rPr>
        <w:t>παραλλαγὴν πρὸς τὰς κατ’ ἔτος ὥρας. Ἐν ἔτεσι δὲ μ ἡμερῶν ι ἐγένετο παράλλαγμα· οὐδ’ οὕτως αἰσθητὴν εἶναι συμ‐ βαίνει τὴν παραλλαγήν.</w:t>
      </w:r>
    </w:p>
    <w:p>
      <w:r>
        <w:rPr>
          <w:rFonts w:ascii="Courier New" w:hAnsi="Courier New"/>
          <w:color w:val="555555"/>
          <w:sz w:val="20"/>
        </w:rPr>
        <w:t>[8 . 22]</w:t>
      </w:r>
    </w:p>
    <w:p>
      <w:r>
        <w:rPr>
          <w:rFonts w:ascii="Gentium Plus" w:hAnsi="Gentium Plus"/>
          <w:sz w:val="24"/>
        </w:rPr>
        <w:t>Νυνὶ μέντοι γε μηνιαίας γινομένης παραλλαγῆς ἐν ρκ ἔτεσιν, ὑπερβολὴν οὐκ ἀπολείπουσιν ἀγνοίας οἱ διαλαμβάνοντες ἐν τοῖς Ἰσίοις κατ’ Αἰγυπτίους καὶ κατ’ Εὔδοξον τὰς χειμερινὰς τροπὰς</w:t>
      </w:r>
    </w:p>
    <w:p>
      <w:r>
        <w:rPr>
          <w:rFonts w:ascii="Courier New" w:hAnsi="Courier New"/>
          <w:color w:val="555555"/>
          <w:sz w:val="20"/>
        </w:rPr>
        <w:t>[5]</w:t>
      </w:r>
    </w:p>
    <w:p>
      <w:r>
        <w:rPr>
          <w:rFonts w:ascii="Gentium Plus" w:hAnsi="Gentium Plus"/>
          <w:sz w:val="24"/>
        </w:rPr>
        <w:t>εἶναι, μιᾷ μὲν γὰρ ἡμέρᾳ ἢ δυσὶ διενεχθῆναι ἐνδεχόμενόν ἐστι, μηνιαῖον δὲ παράλλαγμα ἀδύνατόν ἐστι λαθεῖν.</w:t>
      </w:r>
    </w:p>
    <w:p>
      <w:r>
        <w:rPr>
          <w:rFonts w:ascii="Courier New" w:hAnsi="Courier New"/>
          <w:color w:val="555555"/>
          <w:sz w:val="20"/>
        </w:rPr>
        <w:t>[8 . 23]</w:t>
      </w:r>
    </w:p>
    <w:p>
      <w:r>
        <w:rPr>
          <w:rFonts w:ascii="Gentium Plus" w:hAnsi="Gentium Plus"/>
          <w:sz w:val="24"/>
        </w:rPr>
        <w:t>Καὶ γὰρ τὰ μεγέθη τῶν ἡμερῶν ἐλέγχειν δύναται μεγάλην ἔχοντα παραλλαγὴν πρὸς τὰς χειμερινὰς τρο‐ πάς, καὶ αἱ τῶν ὡρολογίων καταγραφαὶ ἐκδήλους ποιοῦσι τὰς κατὰ ἀλήθειαν γινομένας τροπάς, καὶ μάλιστα παρ’</w:t>
      </w:r>
    </w:p>
    <w:p>
      <w:r>
        <w:rPr>
          <w:rFonts w:ascii="Courier New" w:hAnsi="Courier New"/>
          <w:color w:val="555555"/>
          <w:sz w:val="20"/>
        </w:rPr>
        <w:t>[5]</w:t>
      </w:r>
    </w:p>
    <w:p>
      <w:r>
        <w:rPr>
          <w:rFonts w:ascii="Gentium Plus" w:hAnsi="Gentium Plus"/>
          <w:sz w:val="24"/>
        </w:rPr>
        <w:t>Αἰγυπτίοις ἐν παρατηρήσει γενομένοις.</w:t>
      </w:r>
    </w:p>
    <w:p>
      <w:r>
        <w:rPr>
          <w:rFonts w:ascii="Courier New" w:hAnsi="Courier New"/>
          <w:color w:val="555555"/>
          <w:sz w:val="20"/>
        </w:rPr>
        <w:t>[8 . 24]</w:t>
      </w:r>
    </w:p>
    <w:p>
      <w:r>
        <w:rPr>
          <w:rFonts w:ascii="Gentium Plus" w:hAnsi="Gentium Plus"/>
          <w:sz w:val="24"/>
        </w:rPr>
        <w:t>Ὅθεν τὰ</w:t>
      </w:r>
    </w:p>
    <w:p>
      <w:r>
        <w:rPr>
          <w:rFonts w:ascii="Courier New" w:hAnsi="Courier New"/>
          <w:color w:val="555555"/>
          <w:sz w:val="20"/>
        </w:rPr>
        <w:t>[5]</w:t>
      </w:r>
    </w:p>
    <w:p>
      <w:r>
        <w:rPr>
          <w:rFonts w:ascii="Gentium Plus" w:hAnsi="Gentium Plus"/>
          <w:sz w:val="24"/>
        </w:rPr>
        <w:t>μνημονεύει. Καὶ ἀχθήσεται πάλιν κατὰ φθινόπωρον καὶ κατὰ τὰς θερινὰς τροπὰς καὶ κατὰ τὸ ἔαρ καὶ κατὰ τὰς χειμερινὰς τροπάς. Ἐν ἔτεσι γὰρ ͵α υξ ἅπασαν ἑορτὴν διελθεῖν δεῖ διὰ πασῶν τῶν τοῦ ἐνιαυτοῦ ὡρῶν καὶ πάλιν ἀποκατασταθῆναι ἐπὶ τὸν αὐτὸν καιρὸν τοῦ ἔτους.</w:t>
      </w:r>
    </w:p>
    <w:p>
      <w:r>
        <w:rPr>
          <w:rFonts w:ascii="Courier New" w:hAnsi="Courier New"/>
          <w:color w:val="555555"/>
          <w:sz w:val="20"/>
        </w:rPr>
        <w:t>[8 . 25]</w:t>
      </w:r>
    </w:p>
    <w:p>
      <w:r>
        <w:rPr>
          <w:rFonts w:ascii="Gentium Plus" w:hAnsi="Gentium Plus"/>
          <w:sz w:val="24"/>
        </w:rPr>
        <w:t>Οἱ μὲν οὖν Αἰγύπτιοι κατὰ τὴν ἰδίαν ὑπόστασιν κεκρατήκασι τοῦ προκειμένου τέλους, οἱ δὲ Ἕλληνες τὴν ἐναντίαν γνώμην ἔχοντες τοὺς μὲν ἐνιαυτοὺς καθ’ ἥλιον ἄγουσι, τοὺς δὲ μῆνας καὶ τὰς ἡμέρας κατὰ σελήνην.</w:t>
      </w:r>
    </w:p>
    <w:p>
      <w:r>
        <w:rPr>
          <w:rFonts w:ascii="Courier New" w:hAnsi="Courier New"/>
          <w:color w:val="555555"/>
          <w:sz w:val="20"/>
        </w:rPr>
        <w:t>[8 . 26]</w:t>
      </w:r>
    </w:p>
    <w:p>
      <w:r>
        <w:rPr>
          <w:rFonts w:ascii="Gentium Plus" w:hAnsi="Gentium Plus"/>
          <w:sz w:val="24"/>
        </w:rPr>
        <w:t>Οἱ μὲν οὖν ἀρχαῖοι τοὺς μῆνας τριακονθημέρους ἦγον, τοὺς δὲ ἐμβολίμους παρ’ ἐνιαυτόν, ταχέως δ’ ἐπὶ τοῦ φαινομένου ἐλεγχομένης τῆς ἀληθείας διὰ τὸ πὰς ἡμέρας καὶ τοὺς μῆνας μὴ συμφωνεῖν τῇ σελήνῃ, τοὺς</w:t>
      </w:r>
    </w:p>
    <w:p>
      <w:r>
        <w:rPr>
          <w:rFonts w:ascii="Courier New" w:hAnsi="Courier New"/>
          <w:color w:val="555555"/>
          <w:sz w:val="20"/>
        </w:rPr>
        <w:t>[5]</w:t>
      </w:r>
    </w:p>
    <w:p>
      <w:r>
        <w:rPr>
          <w:rFonts w:ascii="Gentium Plus" w:hAnsi="Gentium Plus"/>
          <w:sz w:val="24"/>
        </w:rPr>
        <w:t>δὲ ἐνιαυτοὺς μὴ στοιχεῖν τῷ ἡλίῳ. Ὅθεν ἐζήτουν περίοδον, ἥτις κατὰ μὲν τοὺς ἐνιαυτοὺς τῷ ἡλίῳ συμφωνήσει, κατὰ δὲ τοὺς μῆνας καὶ τὰς ἡμέρας τῇ σελήνῃ· περιέχει δὲ ὁ τῆς περιόδου χρόνος ὅλους μῆνας καὶ ὅλας ἡμέρας καὶ ὅλους ἐνιαυτούς.</w:t>
      </w:r>
    </w:p>
    <w:p>
      <w:r>
        <w:rPr>
          <w:rFonts w:ascii="Courier New" w:hAnsi="Courier New"/>
          <w:color w:val="555555"/>
          <w:sz w:val="20"/>
        </w:rPr>
        <w:t>[8 . 27]</w:t>
      </w:r>
    </w:p>
    <w:p>
      <w:r>
        <w:rPr>
          <w:rFonts w:ascii="Gentium Plus" w:hAnsi="Gentium Plus"/>
          <w:sz w:val="24"/>
        </w:rPr>
        <w:t>Πρώτην δὲ συνεστήσαντο τὴν περίοδον τῆς ὀκταε‐ τηρίδος, ἥτις περιέχει μὲν μῆνας ϛθ, ἐν οἷς ἐμβολίμους γ, ἡμέρας δὲ ͵βϡκβ, ἔτη δὲ η. Συνεστήσαντο δὲ τὴν ὀκταε‐ τηρίδα τὸν τρόπον τοῦτον·</w:t>
      </w:r>
    </w:p>
    <w:p>
      <w:r>
        <w:rPr>
          <w:rFonts w:ascii="Courier New" w:hAnsi="Courier New"/>
          <w:color w:val="555555"/>
          <w:sz w:val="20"/>
        </w:rPr>
        <w:t>[8 . 28]</w:t>
      </w:r>
    </w:p>
    <w:p>
      <w:r>
        <w:rPr>
          <w:rFonts w:ascii="Gentium Plus" w:hAnsi="Gentium Plus"/>
          <w:sz w:val="24"/>
        </w:rPr>
        <w:t>ἐπεὶ γὰρ ὁ καθ’ ἥλιον ἐνιαυτὸς ἡμερῶν ἐστι τξε δʹ, ὁ δὲ κατὰ σελήνην ἐνιαυτός ἐστιν ἡμερῶν τνδ, ἔλαβον τὴν ὑπεροχήν, ἣν ὑπερέχει ὁ καθ’ ἥλιον ἐνιαυτὸς τοῦ κατὰ σελήνην· εἰσὶ δὲ ἡμέραι ια δʹ.</w:t>
      </w:r>
    </w:p>
    <w:p>
      <w:r>
        <w:rPr>
          <w:rFonts w:ascii="Courier New" w:hAnsi="Courier New"/>
          <w:color w:val="555555"/>
          <w:sz w:val="20"/>
        </w:rPr>
        <w:t>[8 . 29]</w:t>
      </w:r>
    </w:p>
    <w:p>
      <w:r>
        <w:rPr>
          <w:rFonts w:ascii="Gentium Plus" w:hAnsi="Gentium Plus"/>
          <w:sz w:val="24"/>
        </w:rPr>
        <w:t>Ἐὰν ἄρα κατὰ σελήνην ἄγωμεν τοὺς μῆνας ἐν τῷ</w:t>
      </w:r>
    </w:p>
    <w:p>
      <w:r>
        <w:rPr>
          <w:rFonts w:ascii="Courier New" w:hAnsi="Courier New"/>
          <w:color w:val="555555"/>
          <w:sz w:val="20"/>
        </w:rPr>
        <w:t>[5]</w:t>
      </w:r>
    </w:p>
    <w:p>
      <w:r>
        <w:rPr>
          <w:rFonts w:ascii="Gentium Plus" w:hAnsi="Gentium Plus"/>
          <w:sz w:val="24"/>
        </w:rPr>
        <w:t>μῆνας· ὀκτάκις δὲ πολυπλασιασθεῖσαι ἀποτελοῦσιν ἡμέ‐ ρας μὲν ϛ, μῆνας δὲ γ.</w:t>
      </w:r>
    </w:p>
    <w:p>
      <w:r>
        <w:rPr>
          <w:rFonts w:ascii="Courier New" w:hAnsi="Courier New"/>
          <w:color w:val="555555"/>
          <w:sz w:val="20"/>
        </w:rPr>
        <w:t>[8 . 30]</w:t>
      </w:r>
    </w:p>
    <w:p>
      <w:r>
        <w:rPr>
          <w:rFonts w:ascii="Gentium Plus" w:hAnsi="Gentium Plus"/>
          <w:sz w:val="24"/>
        </w:rPr>
        <w:t>Ἐπεὶ οὖν ἐν τῷ ἐνιαυτῷ παρὰ τὸν ἥλιον ὑστεροῦμεν ἡμέρας ια δʹ, φανερὸν ὅτι ἐν τοῖς η ἔτεσιν ὑστερήσομεν παρὰ τὸν ἥλιον ἡμέρας ϛ, ὅπερ εἰσὶ μῆνες γ.</w:t>
      </w:r>
    </w:p>
    <w:p>
      <w:r>
        <w:rPr>
          <w:rFonts w:ascii="Courier New" w:hAnsi="Courier New"/>
          <w:color w:val="555555"/>
          <w:sz w:val="20"/>
        </w:rPr>
        <w:t>[8 . 31]</w:t>
      </w:r>
    </w:p>
    <w:p>
      <w:r>
        <w:rPr>
          <w:rFonts w:ascii="Gentium Plus" w:hAnsi="Gentium Plus"/>
          <w:sz w:val="24"/>
        </w:rPr>
        <w:t>Δι’ ἣν αἰτίαν καθ’ ἑκάστην ὀκταετηρίδα γ ἄγονται μῆνες ἐμβό‐ λιμοι, ἵνα τὸ καθ’ ἕκαστον ἐνιαυτὸν γινόμενον ἔλλειμμα πρὸς τὸν ἥλιον ἀναπληρωθῇ καὶ πάλιν ἐξ ἀρχῆς διελθόν‐</w:t>
      </w:r>
    </w:p>
    <w:p>
      <w:r>
        <w:rPr>
          <w:rFonts w:ascii="Courier New" w:hAnsi="Courier New"/>
          <w:color w:val="555555"/>
          <w:sz w:val="20"/>
        </w:rPr>
        <w:t>[5]</w:t>
      </w:r>
    </w:p>
    <w:p>
      <w:r>
        <w:rPr>
          <w:rFonts w:ascii="Gentium Plus" w:hAnsi="Gentium Plus"/>
          <w:sz w:val="24"/>
        </w:rPr>
        <w:t>των τῶν η ἐτῶν συμφωνῶσιν πρὸς τὰς κατ’ ἔτος ὥρας. Γινομένου γὰρ τούτου αἱ θυσίαι τοῖς θεοῖς διὰ παντὸς ἐπιτελεσθήσονται κατὰ τὰς αὐτὰς ὥρας τοῦ ἐνιαυτοῦ.</w:t>
      </w:r>
    </w:p>
    <w:p>
      <w:r>
        <w:rPr>
          <w:rFonts w:ascii="Courier New" w:hAnsi="Courier New"/>
          <w:color w:val="555555"/>
          <w:sz w:val="20"/>
        </w:rPr>
        <w:t>[8 . 32]</w:t>
      </w:r>
    </w:p>
    <w:p>
      <w:r>
        <w:rPr>
          <w:rFonts w:ascii="Gentium Plus" w:hAnsi="Gentium Plus"/>
          <w:sz w:val="24"/>
        </w:rPr>
        <w:t>Ἤδη μέντοι γε τοὺς ἐμβολίμους διέταξαν, ὡς ἦν ἐνδεχόμενον μάλιστα δι’ ἴσου· οὔτε γὰρ περιμένειν δεῖ, ἕως οὗ μηνιαῖον γένηται παράλλαγμα πρὸς τὸ φαινό‐ μενον, οὔτε προλαμβάνειν παρὰ τὸν ἡλιακὸν δρόμον</w:t>
      </w:r>
    </w:p>
    <w:p>
      <w:r>
        <w:rPr>
          <w:rFonts w:ascii="Courier New" w:hAnsi="Courier New"/>
          <w:color w:val="555555"/>
          <w:sz w:val="20"/>
        </w:rPr>
        <w:t>[5]</w:t>
      </w:r>
    </w:p>
    <w:p>
      <w:r>
        <w:rPr>
          <w:rFonts w:ascii="Gentium Plus" w:hAnsi="Gentium Plus"/>
          <w:sz w:val="24"/>
        </w:rPr>
        <w:t>μῆνα ὅλον.</w:t>
      </w:r>
    </w:p>
    <w:p>
      <w:r>
        <w:rPr>
          <w:rFonts w:ascii="Courier New" w:hAnsi="Courier New"/>
          <w:color w:val="555555"/>
          <w:sz w:val="20"/>
        </w:rPr>
        <w:t>[8 . 33]</w:t>
      </w:r>
    </w:p>
    <w:p>
      <w:r>
        <w:rPr>
          <w:rFonts w:ascii="Gentium Plus" w:hAnsi="Gentium Plus"/>
          <w:sz w:val="24"/>
        </w:rPr>
        <w:t>Δι’ ἣν αἰτίαν τοὺς ἐμβολίμους μῆνας ἔταξαν ἄγεσθαι ἐν τῷ γῳ ἔτει καὶ ηῳ, δύο μὲν μῆνας μεταξὺ δύο ἐτῶν πιπτόντων, ἕνα δὲ μεταξὺ ἑνὸς ἐνιαυτοῦ ἀγομένου. Οὐδὲν δὲ διαφέρει, ἐὰν καὶ ἐν ἄλλοις ἔτεσι τὴν</w:t>
      </w:r>
    </w:p>
    <w:p>
      <w:r>
        <w:rPr>
          <w:rFonts w:ascii="Courier New" w:hAnsi="Courier New"/>
          <w:color w:val="555555"/>
          <w:sz w:val="20"/>
        </w:rPr>
        <w:t>[5]</w:t>
      </w:r>
    </w:p>
    <w:p>
      <w:r>
        <w:rPr>
          <w:rFonts w:ascii="Gentium Plus" w:hAnsi="Gentium Plus"/>
          <w:sz w:val="24"/>
        </w:rPr>
        <w:t>αὐτὴν διάταξιν τῶν ἐμβολίμων μηνῶν ποιήσηταί τις.</w:t>
      </w:r>
    </w:p>
    <w:p>
      <w:r>
        <w:rPr>
          <w:rFonts w:ascii="Courier New" w:hAnsi="Courier New"/>
          <w:color w:val="555555"/>
          <w:sz w:val="20"/>
        </w:rPr>
        <w:t>[8 . 34]</w:t>
      </w:r>
    </w:p>
    <w:p>
      <w:r>
        <w:rPr>
          <w:rFonts w:ascii="Gentium Plus" w:hAnsi="Gentium Plus"/>
          <w:sz w:val="24"/>
        </w:rPr>
        <w:t>Ἄγεται δὲ ὁ κατὰ σελήνην ἐνιαυτὸς ἡμερῶν τνδ· δι’ αἰτίαν δὲ τοιάνδε ὑπέλαβον εἶναι τὸν κατὰ σελήνην μῆνα ἡμερῶν κθ 𐅵ʹ, τὴν δὲ δίμηνον ἡμερῶν νθ. Ὅθεν κοῖλον καὶ πλήρη μῆνα παρὰ μέρος ἄγουσιν, ὅτι ἡ δίμη‐</w:t>
      </w:r>
    </w:p>
    <w:p>
      <w:r>
        <w:rPr>
          <w:rFonts w:ascii="Courier New" w:hAnsi="Courier New"/>
          <w:color w:val="555555"/>
          <w:sz w:val="20"/>
        </w:rPr>
        <w:t>[5]</w:t>
      </w:r>
    </w:p>
    <w:p>
      <w:r>
        <w:rPr>
          <w:rFonts w:ascii="Gentium Plus" w:hAnsi="Gentium Plus"/>
          <w:sz w:val="24"/>
        </w:rPr>
        <w:t>νος ἡ κατὰ σελήνην ἡμερῶν ἐστι νθ.</w:t>
      </w:r>
    </w:p>
    <w:p>
      <w:r>
        <w:rPr>
          <w:rFonts w:ascii="Courier New" w:hAnsi="Courier New"/>
          <w:color w:val="555555"/>
          <w:sz w:val="20"/>
        </w:rPr>
        <w:t>[8 . 35]</w:t>
      </w:r>
    </w:p>
    <w:p>
      <w:r>
        <w:rPr>
          <w:rFonts w:ascii="Gentium Plus" w:hAnsi="Gentium Plus"/>
          <w:sz w:val="24"/>
        </w:rPr>
        <w:t>Γίνονται οὖν</w:t>
      </w:r>
    </w:p>
    <w:p>
      <w:r>
        <w:rPr>
          <w:rFonts w:ascii="Courier New" w:hAnsi="Courier New"/>
          <w:color w:val="555555"/>
          <w:sz w:val="20"/>
        </w:rPr>
        <w:t>[8 . 36]</w:t>
      </w:r>
    </w:p>
    <w:p>
      <w:r>
        <w:rPr>
          <w:rFonts w:ascii="Gentium Plus" w:hAnsi="Gentium Plus"/>
          <w:sz w:val="24"/>
        </w:rPr>
        <w:t>Εἰ μὲν οὖν ἔδει τοῖς καθ’ ἥλιον ἐνιαυτοῖς μόνον ἡμᾶς συμφωνεῖν, ἀπήρκει ἂν τῇ προειρημένῃ περιόδῳ χρωμένους συμφωνεῖν πρὸς τὰ φαινόμενα. Ἐπεὶ δὲ οὐ μόνον δεῖ τοὺς ἐνιαυτοὺς ἄγειν καθ’ ἥλιον, ἀλλὰ καὶ</w:t>
      </w:r>
    </w:p>
    <w:p>
      <w:r>
        <w:rPr>
          <w:rFonts w:ascii="Courier New" w:hAnsi="Courier New"/>
          <w:color w:val="555555"/>
          <w:sz w:val="20"/>
        </w:rPr>
        <w:t>[5]</w:t>
      </w:r>
    </w:p>
    <w:p>
      <w:r>
        <w:rPr>
          <w:rFonts w:ascii="Gentium Plus" w:hAnsi="Gentium Plus"/>
          <w:sz w:val="24"/>
        </w:rPr>
        <w:t>τοὺς μῆνας καὶ τὰς ἡμέρας κατὰ σελήνην, ἐσκέψαντο πῶς ἂν καὶ τοῦτο τοῦ τέλους τυγχάνῃ.</w:t>
      </w:r>
    </w:p>
    <w:p>
      <w:r>
        <w:rPr>
          <w:rFonts w:ascii="Courier New" w:hAnsi="Courier New"/>
          <w:color w:val="555555"/>
          <w:sz w:val="20"/>
        </w:rPr>
        <w:t>[8 . 37]</w:t>
      </w:r>
    </w:p>
    <w:p>
      <w:r>
        <w:rPr>
          <w:rFonts w:ascii="Gentium Plus" w:hAnsi="Gentium Plus"/>
          <w:sz w:val="24"/>
        </w:rPr>
        <w:t>Ἐπεὶ τοίνυν ὁ κατὰ σελήνην μὴν ἀκριβῶς ἐστιν εἰλημμένος ἡμερῶν κθ 𐅵ʹ λγʹ, εἰσὶ δὲ ἐν τῇ ὀκταετηρίδι σὺν τοῖς ἐμβολίμοις μῆνες ϛθ, ἐπολυπλασίασαν τὰς τοῦ μηνὸς ἡμέρας κθ 𐅵ʹ λγʹ ἐπὶ τοὺς ϛθ μῆνας· γίνονται</w:t>
      </w:r>
    </w:p>
    <w:p>
      <w:r>
        <w:rPr>
          <w:rFonts w:ascii="Courier New" w:hAnsi="Courier New"/>
          <w:color w:val="555555"/>
          <w:sz w:val="20"/>
        </w:rPr>
        <w:t>[5]</w:t>
      </w:r>
    </w:p>
    <w:p>
      <w:r>
        <w:rPr>
          <w:rFonts w:ascii="Gentium Plus" w:hAnsi="Gentium Plus"/>
          <w:sz w:val="24"/>
        </w:rPr>
        <w:t>οὖν ἡμέραι ͵βϡκγ 𐅵ʹ. Ἐν ἄρα τοῖς η ἔτεσι τοῖς καθ’ ἥλιον δεῖ ἄγεσθαι ἡμέρας κατὰ σελήνην ͵βϡκγ 𐅵ʹ.</w:t>
      </w:r>
    </w:p>
    <w:p>
      <w:r>
        <w:rPr>
          <w:rFonts w:ascii="Courier New" w:hAnsi="Courier New"/>
          <w:color w:val="555555"/>
          <w:sz w:val="20"/>
        </w:rPr>
        <w:t>[8 . 38]</w:t>
      </w:r>
    </w:p>
    <w:p>
      <w:r>
        <w:rPr>
          <w:rFonts w:ascii="Gentium Plus" w:hAnsi="Gentium Plus"/>
          <w:sz w:val="24"/>
        </w:rPr>
        <w:t>Ἀλλ’ ἐπεὶ ὁ καθ’ ἥλιον ἐνιαυτός ἐστιν ἡμερῶν τξε δʹ, τὰ δὲ η ἔτη καθ’ ἥλιον περιέχει ἡμέρας ͵βϡκβ· ὀκταπλασιασθεῖσαι γὰρ τοῦ ἐνιαυτοῦ αἱ ἡμέραι τοσοῦτον ἀποτελοῦσι πλῆθος.</w:t>
      </w:r>
    </w:p>
    <w:p>
      <w:r>
        <w:rPr>
          <w:rFonts w:ascii="Courier New" w:hAnsi="Courier New"/>
          <w:color w:val="555555"/>
          <w:sz w:val="20"/>
        </w:rPr>
        <w:t>[5]</w:t>
      </w:r>
    </w:p>
    <w:p>
      <w:r>
        <w:rPr>
          <w:rFonts w:ascii="Gentium Plus" w:hAnsi="Gentium Plus"/>
          <w:sz w:val="24"/>
        </w:rPr>
        <w:t>Ἐπεὶ οὖν αἱ κατὰ σελήνην ἡμέραι ἦσαν ἐν τοῖς η ἔτεσι ͵βϡκγ 𐅵ʹ, ὑστερήσομεν καθ’ ἑκάστην ὀκταετηρίδα παρὰ τὴν σελήνην ἡμέρᾳ μιᾷ καὶ ἡμίσει.</w:t>
      </w:r>
    </w:p>
    <w:p>
      <w:r>
        <w:rPr>
          <w:rFonts w:ascii="Courier New" w:hAnsi="Courier New"/>
          <w:color w:val="555555"/>
          <w:sz w:val="20"/>
        </w:rPr>
        <w:t>[8 . 39]</w:t>
      </w:r>
    </w:p>
    <w:p>
      <w:r>
        <w:rPr>
          <w:rFonts w:ascii="Gentium Plus" w:hAnsi="Gentium Plus"/>
          <w:sz w:val="24"/>
        </w:rPr>
        <w:t>Ἐν ἄρα τοῖς ιϛ ἔτεσιν ὑστερήσομεν παρὰ τὴν σελήνην ἡμέρας γ. Δι’ ἣν αἰτίαν καθ’ ἑκάστην ἑκκαιδεκαετηρίδα πρὸς τὸν τῆς σελήνης δρόμον γ ἐπάγονται ἡμέραι, ἵνα κατὰ μὲν</w:t>
      </w:r>
    </w:p>
    <w:p>
      <w:r>
        <w:rPr>
          <w:rFonts w:ascii="Courier New" w:hAnsi="Courier New"/>
          <w:color w:val="555555"/>
          <w:sz w:val="20"/>
        </w:rPr>
        <w:t>[5]</w:t>
      </w:r>
    </w:p>
    <w:p>
      <w:r>
        <w:rPr>
          <w:rFonts w:ascii="Gentium Plus" w:hAnsi="Gentium Plus"/>
          <w:sz w:val="24"/>
        </w:rPr>
        <w:t>ἥλιον τοὺς ἐνιαυτοὺς ἄγωμεν, κατὰ δὲ σελήνην τοὺς μῆνας καὶ τὰς ἡμέρας.</w:t>
      </w:r>
    </w:p>
    <w:p>
      <w:r>
        <w:rPr>
          <w:rFonts w:ascii="Courier New" w:hAnsi="Courier New"/>
          <w:color w:val="555555"/>
          <w:sz w:val="20"/>
        </w:rPr>
        <w:t>[8 . 40]</w:t>
      </w:r>
    </w:p>
    <w:p>
      <w:r>
        <w:rPr>
          <w:rFonts w:ascii="Gentium Plus" w:hAnsi="Gentium Plus"/>
          <w:sz w:val="24"/>
        </w:rPr>
        <w:t>Γινομένης δὲ τῆς τοιαύτης διορθώσεως ἕτερον ἁμάρτημα ἐπακολουθεῖ. Αἱ γὰρ κατὰ τὴν σελήνην ἡμέραι ἐπαγόμεναι γ ἐν τοῖς ιϛ ἔτεσι πλεονάζουσι πρὸς τὸν</w:t>
      </w:r>
    </w:p>
    <w:p>
      <w:r>
        <w:rPr>
          <w:rFonts w:ascii="Courier New" w:hAnsi="Courier New"/>
          <w:color w:val="555555"/>
          <w:sz w:val="20"/>
        </w:rPr>
        <w:t>[5]</w:t>
      </w:r>
    </w:p>
    <w:p>
      <w:r>
        <w:rPr>
          <w:rFonts w:ascii="Gentium Plus" w:hAnsi="Gentium Plus"/>
          <w:sz w:val="24"/>
        </w:rPr>
        <w:t>ἡλίου ὥρας, ὅπερ ἐστὶ μήν.</w:t>
      </w:r>
    </w:p>
    <w:p>
      <w:r>
        <w:rPr>
          <w:rFonts w:ascii="Courier New" w:hAnsi="Courier New"/>
          <w:color w:val="555555"/>
          <w:sz w:val="20"/>
        </w:rPr>
        <w:t>[8 . 41]</w:t>
      </w:r>
    </w:p>
    <w:p>
      <w:r>
        <w:rPr>
          <w:rFonts w:ascii="Gentium Plus" w:hAnsi="Gentium Plus"/>
          <w:sz w:val="24"/>
        </w:rPr>
        <w:t>Δι’ ἣν αἰτίαν δι’ ἐτῶν ρξ εἶς μὴν τῶν ἐμβολίμων ἐκ τῶν ὀκταετηρίδων ὑφαι‐ ρεῖται. Ἀντὶ γὰρ τῶν γ μηνῶν τῶν ὀφειλόντων ἐν τοῖς η ἔτεσιν ἄγεσθαι, β μόνον ἐμβάλλονται· ὥστε πάλιν ἐξ</w:t>
      </w:r>
    </w:p>
    <w:p>
      <w:r>
        <w:rPr>
          <w:rFonts w:ascii="Courier New" w:hAnsi="Courier New"/>
          <w:color w:val="555555"/>
          <w:sz w:val="20"/>
        </w:rPr>
        <w:t>[5]</w:t>
      </w:r>
    </w:p>
    <w:p>
      <w:r>
        <w:rPr>
          <w:rFonts w:ascii="Gentium Plus" w:hAnsi="Gentium Plus"/>
          <w:sz w:val="24"/>
        </w:rPr>
        <w:t>ἀρχῆς τοῦ μηνὸς ὑπεξαιρεθέντος κατὰ μὲν τοὺς μῆνας καὶ τὰς ἡμέρας τῇ σελήνῃ συμφωνεῖν, κατὰ δὲ τοὺς ἐνιαυτοὺς τῷ ἡλίῳ.</w:t>
      </w:r>
    </w:p>
    <w:p>
      <w:r>
        <w:rPr>
          <w:rFonts w:ascii="Courier New" w:hAnsi="Courier New"/>
          <w:color w:val="555555"/>
          <w:sz w:val="20"/>
        </w:rPr>
        <w:t>[8 . 42]</w:t>
      </w:r>
    </w:p>
    <w:p>
      <w:r>
        <w:rPr>
          <w:rFonts w:ascii="Gentium Plus" w:hAnsi="Gentium Plus"/>
          <w:sz w:val="24"/>
        </w:rPr>
        <w:t>Τοιαύτης δὲ γιγνομένης τῆς διορθώσεως οὐδ’ οὕ‐ τως συμβαίνει συμφωνεῖν πρὸς τὸ φαινόμενον. Ὅλην γὰρ τὴν ὀκταετηρίδα διημαρτῆσθαι συμβέβηκε καὶ κατὰ τοὺς μῆνας καὶ κατὰ τὰς ἡμέρας καὶ κατὰ τοὺς ἐμβολί‐</w:t>
      </w:r>
    </w:p>
    <w:p>
      <w:r>
        <w:rPr>
          <w:rFonts w:ascii="Courier New" w:hAnsi="Courier New"/>
          <w:color w:val="555555"/>
          <w:sz w:val="20"/>
        </w:rPr>
        <w:t>[5]</w:t>
      </w:r>
    </w:p>
    <w:p>
      <w:r>
        <w:rPr>
          <w:rFonts w:ascii="Gentium Plus" w:hAnsi="Gentium Plus"/>
          <w:sz w:val="24"/>
        </w:rPr>
        <w:t>μους.</w:t>
      </w:r>
    </w:p>
    <w:p>
      <w:r>
        <w:rPr>
          <w:rFonts w:ascii="Courier New" w:hAnsi="Courier New"/>
          <w:color w:val="555555"/>
          <w:sz w:val="20"/>
        </w:rPr>
        <w:t>[8 . 43]</w:t>
      </w:r>
    </w:p>
    <w:p>
      <w:r>
        <w:rPr>
          <w:rFonts w:ascii="Gentium Plus" w:hAnsi="Gentium Plus"/>
          <w:sz w:val="24"/>
        </w:rPr>
        <w:t>Ὁ γὰρ μηνιαῖος χρόνος οὐκ ἀκριβῶς εἴληπται. Ἔστι γὰρ ὁ μηνιαῖος χρόνος ἀκριβῶς λαμβανόμενος ἡμερῶν κθ καὶ πρώτων ἑξηκοστῶν λαʹ καὶ δευτέρων νʹʹ καὶ τρίτων ηʹʹʹ καὶ τετάρτων κʹʹʹʹ. [Διὰ δὲ τοῦτο δεήσει ποτὲ</w:t>
      </w:r>
    </w:p>
    <w:p>
      <w:r>
        <w:rPr>
          <w:rFonts w:ascii="Courier New" w:hAnsi="Courier New"/>
          <w:color w:val="555555"/>
          <w:sz w:val="20"/>
        </w:rPr>
        <w:t>[5]</w:t>
      </w:r>
    </w:p>
    <w:p>
      <w:r>
        <w:rPr>
          <w:rFonts w:ascii="Gentium Plus" w:hAnsi="Gentium Plus"/>
          <w:sz w:val="24"/>
        </w:rPr>
        <w:t>ἐν τοῖς ιϛ ἔτεσιν ἀντὶ γ ἐμβολίμων ἡμερῶν δ ἐπάγεσθαι].</w:t>
      </w:r>
    </w:p>
    <w:p>
      <w:r>
        <w:rPr>
          <w:rFonts w:ascii="Courier New" w:hAnsi="Courier New"/>
          <w:color w:val="555555"/>
          <w:sz w:val="20"/>
        </w:rPr>
        <w:t>[8 . 44]</w:t>
      </w:r>
    </w:p>
    <w:p>
      <w:r>
        <w:rPr>
          <w:rFonts w:ascii="Gentium Plus" w:hAnsi="Gentium Plus"/>
          <w:sz w:val="24"/>
        </w:rPr>
        <w:t>Ὅθεν οὐ δεῖ ἐν οὐδεμιᾷ περιόδῳ ἴσους τοὺς κοίλους τοῖς πλήρεσιν ἄγειν, ἀλλὰ πλεονάζειν τοὺς πλήρεις τῶν κοίλων. Εἰ μὲν γὰρ ὁ μηνιαῖος μόνον χρόνος ἦν ἡμερῶν κθ 𐅵ʹ, ἴσους ἔδει τοὺς πλήρεις καὶ τοὺς κοίλους μῆνας</w:t>
      </w:r>
    </w:p>
    <w:p>
      <w:r>
        <w:rPr>
          <w:rFonts w:ascii="Courier New" w:hAnsi="Courier New"/>
          <w:color w:val="555555"/>
          <w:sz w:val="20"/>
        </w:rPr>
        <w:t>[5]</w:t>
      </w:r>
    </w:p>
    <w:p>
      <w:r>
        <w:rPr>
          <w:rFonts w:ascii="Gentium Plus" w:hAnsi="Gentium Plus"/>
          <w:sz w:val="24"/>
        </w:rPr>
        <w:t>ἄγεσθαι·</w:t>
      </w:r>
    </w:p>
    <w:p>
      <w:r>
        <w:rPr>
          <w:rFonts w:ascii="Courier New" w:hAnsi="Courier New"/>
          <w:color w:val="555555"/>
          <w:sz w:val="20"/>
        </w:rPr>
        <w:t>[8 . 45]</w:t>
      </w:r>
    </w:p>
    <w:p>
      <w:r>
        <w:rPr>
          <w:rFonts w:ascii="Gentium Plus" w:hAnsi="Gentium Plus"/>
          <w:sz w:val="24"/>
        </w:rPr>
        <w:t>νυνὶ δ’ ἐστὶ μόριον αἰσθητὸν ἐν τῷ μη‐ νιαίῳ χρόνῳ, ὃ συμπληροῖ ἡμερήσιον μέγεθος· δι’ ἣν αἰτίαν δεήσει πλεονάζειν τοὺς πλήρεις τῶν κοίλων μηνῶν.</w:t>
      </w:r>
    </w:p>
    <w:p>
      <w:r>
        <w:rPr>
          <w:rFonts w:ascii="Courier New" w:hAnsi="Courier New"/>
          <w:color w:val="555555"/>
          <w:sz w:val="20"/>
        </w:rPr>
        <w:t>[8 . 46]</w:t>
      </w:r>
    </w:p>
    <w:p>
      <w:r>
        <w:rPr>
          <w:rFonts w:ascii="Gentium Plus" w:hAnsi="Gentium Plus"/>
          <w:sz w:val="24"/>
        </w:rPr>
        <w:t>Οὐδὲ μὴν ἐν τοῖς η ἔτεσι γ οὖν ἔνεισι μῆνες ἐμβό‐ λιμοι. Εἰ μὲν γὰρ ἦν ὁ ἐνιαυτὸς ὁ κατὰ σελήνην ἡμερῶν τνδ, ἦν ἂν ἡ ὑπεροχὴ τοῦ ἡλιακοῦ ἐνιαυτοῦ ἡμερῶν ια δʹ· αὗται δὲ ὀκτάκις πολυπλασιασθεῖσαι συνεπλήρουν</w:t>
      </w:r>
    </w:p>
    <w:p>
      <w:r>
        <w:rPr>
          <w:rFonts w:ascii="Courier New" w:hAnsi="Courier New"/>
          <w:color w:val="555555"/>
          <w:sz w:val="20"/>
        </w:rPr>
        <w:t>[5]</w:t>
      </w:r>
    </w:p>
    <w:p>
      <w:r>
        <w:rPr>
          <w:rFonts w:ascii="Gentium Plus" w:hAnsi="Gentium Plus"/>
          <w:sz w:val="24"/>
        </w:rPr>
        <w:t>ἂν τοὺς γ μῆνας τοὺς ἐμβολίμους.</w:t>
      </w:r>
    </w:p>
    <w:p>
      <w:r>
        <w:rPr>
          <w:rFonts w:ascii="Courier New" w:hAnsi="Courier New"/>
          <w:color w:val="555555"/>
          <w:sz w:val="20"/>
        </w:rPr>
        <w:t>[8 . 47]</w:t>
      </w:r>
    </w:p>
    <w:p>
      <w:r>
        <w:rPr>
          <w:rFonts w:ascii="Gentium Plus" w:hAnsi="Gentium Plus"/>
          <w:sz w:val="24"/>
        </w:rPr>
        <w:t>Νυνὶ δὲ ὁ κατὰ σελήνην ἐνιαυτὸς ἀκριβῶς ἐστι τνδ γʹ ὡς ἔγγιστα. Ἐὰν οὖν ἀφέλωμεν τὰ τνδ γʹ ἀπὸ τῶν τξε δʹ, καταλειφθήσονται ἡμέραι ι 𐅵ʹ γʹ ιβʹ· αὗται δὲ ὀκταπλασιασθεῖσαι ἀποτε‐</w:t>
      </w:r>
    </w:p>
    <w:p>
      <w:r>
        <w:rPr>
          <w:rFonts w:ascii="Courier New" w:hAnsi="Courier New"/>
          <w:color w:val="555555"/>
          <w:sz w:val="20"/>
        </w:rPr>
        <w:t>[5]</w:t>
      </w:r>
    </w:p>
    <w:p>
      <w:r>
        <w:rPr>
          <w:rFonts w:ascii="Gentium Plus" w:hAnsi="Gentium Plus"/>
          <w:sz w:val="24"/>
        </w:rPr>
        <w:t>λοῦσιν ἡμέρας πζ γʹ ὡς ἔγγιστα. Αὗται δ’ αἱ ἡμέραι οὐ συμπληροῦσι γ μῆνας· δι’ ἣν αἰτίαν οὐ δεῖ ἄγειν ἐν τοῖς η ἔτεσι γ μῆνας ἐμβολίμους.</w:t>
      </w:r>
    </w:p>
    <w:p>
      <w:r>
        <w:rPr>
          <w:rFonts w:ascii="Courier New" w:hAnsi="Courier New"/>
          <w:color w:val="555555"/>
          <w:sz w:val="20"/>
        </w:rPr>
        <w:t>[8 . 48]</w:t>
      </w:r>
    </w:p>
    <w:p>
      <w:r>
        <w:rPr>
          <w:rFonts w:ascii="Gentium Plus" w:hAnsi="Gentium Plus"/>
          <w:sz w:val="24"/>
        </w:rPr>
        <w:t>Τοῦτο δὲ καὶ διὰ τῆς ἐννεακαιδεκαετηρίδος φα‐ νερὸν γίνεται· ἐν γὰρ τοῖς ιθ ἔτεσιν ζ μῆνες ἐμβόλιμοι ἄγονται καὶ ἐκ πλειόνων χρόνων συμφωνήσει ἡ ἐννεακαι‐ δεκαετηρὶς κατὰ τὴν τῶν μηνῶν ἀγωγήν. Ἐν ἄρα ταῖς η</w:t>
      </w:r>
    </w:p>
    <w:p>
      <w:r>
        <w:rPr>
          <w:rFonts w:ascii="Courier New" w:hAnsi="Courier New"/>
          <w:color w:val="555555"/>
          <w:sz w:val="20"/>
        </w:rPr>
        <w:t>[5]</w:t>
      </w:r>
    </w:p>
    <w:p>
      <w:r>
        <w:rPr>
          <w:rFonts w:ascii="Gentium Plus" w:hAnsi="Gentium Plus"/>
          <w:sz w:val="24"/>
        </w:rPr>
        <w:t>ἐννεακαιδεκαετηρίσιν ἐμβόλιμοι μῆνες ἀχθήσονται νϛ· ἐν δὲ τῇ ὀκταετηρίδι μῆνες ἐμβόλιμοι ἄγονται γ· ἐν ἄρα ταῖς ιθ ὀκταετηρίσιν, ὅπερ ἐστὶν ἔτη ρνβ, ἐμβόλιμοι ἄγονται νζ·</w:t>
      </w:r>
    </w:p>
    <w:p>
      <w:r>
        <w:rPr>
          <w:rFonts w:ascii="Courier New" w:hAnsi="Courier New"/>
          <w:color w:val="555555"/>
          <w:sz w:val="20"/>
        </w:rPr>
        <w:t>[8 . 49]</w:t>
      </w:r>
    </w:p>
    <w:p>
      <w:r>
        <w:rPr>
          <w:rFonts w:ascii="Gentium Plus" w:hAnsi="Gentium Plus"/>
          <w:sz w:val="24"/>
        </w:rPr>
        <w:t>ἐν δὲ τῷ αὐτῷ χρόνῳ κατὰ τὴν ἐννεακαι‐ δεκαετηρίδα τὴν συμφωνοῦσαν τοῖς φαινομένοις ἐμ‐ βόλιμοι μῆνες ἄγονται νϛ· ὥστε πλεονάζειν τὴν ὀκταετη‐ ρίδα ἑνὶ μηνὶ ἐμβολίμῳ. Οὐκ ἄρα ἡ ὀκταετηρὶς γ μῆνας</w:t>
      </w:r>
    </w:p>
    <w:p>
      <w:r>
        <w:rPr>
          <w:rFonts w:ascii="Courier New" w:hAnsi="Courier New"/>
          <w:color w:val="555555"/>
          <w:sz w:val="20"/>
        </w:rPr>
        <w:t>[5]</w:t>
      </w:r>
    </w:p>
    <w:p>
      <w:r>
        <w:rPr>
          <w:rFonts w:ascii="Gentium Plus" w:hAnsi="Gentium Plus"/>
          <w:sz w:val="24"/>
        </w:rPr>
        <w:t>ἔχει ἐμβολίμους, ἀλλὰ καὶ κατὰ τοῦτο διημάρτηται ἡ περίοδος.</w:t>
      </w:r>
    </w:p>
    <w:p>
      <w:r>
        <w:rPr>
          <w:rFonts w:ascii="Courier New" w:hAnsi="Courier New"/>
          <w:color w:val="555555"/>
          <w:sz w:val="20"/>
        </w:rPr>
        <w:t>[8 . 50]</w:t>
      </w:r>
    </w:p>
    <w:p>
      <w:r>
        <w:rPr>
          <w:rFonts w:ascii="Gentium Plus" w:hAnsi="Gentium Plus"/>
          <w:sz w:val="24"/>
        </w:rPr>
        <w:t>Διόπερ ἐπειδὴ διημαρτημένην εἶναι συνέβαινε τὴν ὀκταετηρίδα κατὰ πάντα, ἑτέραν περίοδον συνεστήσαντο τὴν τῆς ἐννεακαιδεκαετηρίδος οἱ περὶ Εὐκτήμονα καὶ Φίλιππον καὶ Κάλλιππον ἀστρολόγοι.</w:t>
      </w:r>
    </w:p>
    <w:p>
      <w:r>
        <w:rPr>
          <w:rFonts w:ascii="Courier New" w:hAnsi="Courier New"/>
          <w:color w:val="555555"/>
          <w:sz w:val="20"/>
        </w:rPr>
        <w:t>[8 . 51]</w:t>
      </w:r>
    </w:p>
    <w:p>
      <w:r>
        <w:rPr>
          <w:rFonts w:ascii="Gentium Plus" w:hAnsi="Gentium Plus"/>
          <w:sz w:val="24"/>
        </w:rPr>
        <w:t>Παρετήρησαν γὰρ ἐν τοῖς ιθ ἔτεσι περιεχομένας ἡμέρας ͵ϛϡμ, μῆνας δὲ σλε σὺν τοῖς ἐμβολίμοις· ἄγονται δὲ ἐν τοῖς ιθ ἔτεσι μῆνες ἐμβόλιμοι ζ. Γίνεται οὖν ὁ ἐνιαυτὸς κατ’ αὐτοὺς</w:t>
      </w:r>
    </w:p>
    <w:p>
      <w:r>
        <w:rPr>
          <w:rFonts w:ascii="Courier New" w:hAnsi="Courier New"/>
          <w:color w:val="555555"/>
          <w:sz w:val="20"/>
        </w:rPr>
        <w:t>[5]</w:t>
      </w:r>
    </w:p>
    <w:p>
      <w:r>
        <w:rPr>
          <w:rFonts w:ascii="Gentium Plus" w:hAnsi="Gentium Plus"/>
          <w:sz w:val="24"/>
        </w:rPr>
        <w:t>ἡμερῶν τξε καὶ ε ἐννεακαιδεκάτων.</w:t>
      </w:r>
    </w:p>
    <w:p>
      <w:r>
        <w:rPr>
          <w:rFonts w:ascii="Courier New" w:hAnsi="Courier New"/>
          <w:color w:val="555555"/>
          <w:sz w:val="20"/>
        </w:rPr>
        <w:t>[8 . 52]</w:t>
      </w:r>
    </w:p>
    <w:p>
      <w:r>
        <w:rPr>
          <w:rFonts w:ascii="Gentium Plus" w:hAnsi="Gentium Plus"/>
          <w:sz w:val="24"/>
        </w:rPr>
        <w:t>Ἐν δὲ τοῖς σλε μησὶ κοίλους ἔταξαν ρι, πλήρεις δὲ ρκε, ὥστε μὴ ἄγεσθαι</w:t>
      </w:r>
    </w:p>
    <w:p>
      <w:r>
        <w:rPr>
          <w:rFonts w:ascii="Courier New" w:hAnsi="Courier New"/>
          <w:color w:val="555555"/>
          <w:sz w:val="20"/>
        </w:rPr>
        <w:t>[5]</w:t>
      </w:r>
    </w:p>
    <w:p>
      <w:r>
        <w:rPr>
          <w:rFonts w:ascii="Gentium Plus" w:hAnsi="Gentium Plus"/>
          <w:sz w:val="24"/>
        </w:rPr>
        <w:t>ἐπιδέχεται πρὸς τὸν τῆς σελήνης λόγον, ὅπερ ἐν τῇ ὀκταετηρίδι οὐκ ἐνῆν.</w:t>
      </w:r>
    </w:p>
    <w:p>
      <w:r>
        <w:rPr>
          <w:rFonts w:ascii="Courier New" w:hAnsi="Courier New"/>
          <w:color w:val="555555"/>
          <w:sz w:val="20"/>
        </w:rPr>
        <w:t>[8 . 53]</w:t>
      </w:r>
    </w:p>
    <w:p>
      <w:r>
        <w:rPr>
          <w:rFonts w:ascii="Gentium Plus" w:hAnsi="Gentium Plus"/>
          <w:sz w:val="24"/>
        </w:rPr>
        <w:t>Ἐν δὲ τοῖς σλε μησὶ κοίλους ἔταξαν ρι δι’ αἰτίαν τοιαύτην. Ἐπεὶ μῆνες ἄγονται σλε ἐν τοῖς ιθ ἔτεσιν, ὑπεστήσαντο τούτοις ἅπαντας τριακονθημέρους· καὶ συν‐ άγονται ἡμέραι ͵ζν. Ἔδει δὲ λέγεσθαι ρι κοίλους· δι’ ἣν</w:t>
      </w:r>
    </w:p>
    <w:p>
      <w:r>
        <w:rPr>
          <w:rFonts w:ascii="Courier New" w:hAnsi="Courier New"/>
          <w:color w:val="555555"/>
          <w:sz w:val="20"/>
        </w:rPr>
        <w:t>[5]</w:t>
      </w:r>
    </w:p>
    <w:p>
      <w:r>
        <w:rPr>
          <w:rFonts w:ascii="Gentium Plus" w:hAnsi="Gentium Plus"/>
          <w:sz w:val="24"/>
        </w:rPr>
        <w:t>αἰτίαν τῇ ἐννεακαιδεκαετηρίδι ἡμέραι γίνονται κατὰ σελήνην ͵ϛϡμ.</w:t>
      </w:r>
    </w:p>
    <w:p>
      <w:r>
        <w:rPr>
          <w:rFonts w:ascii="Courier New" w:hAnsi="Courier New"/>
          <w:color w:val="555555"/>
          <w:sz w:val="20"/>
        </w:rPr>
        <w:t>[8 . 54]</w:t>
      </w:r>
    </w:p>
    <w:p>
      <w:r>
        <w:rPr>
          <w:rFonts w:ascii="Gentium Plus" w:hAnsi="Gentium Plus"/>
          <w:sz w:val="24"/>
        </w:rPr>
        <w:t>Πλεονάζουσιν οὖν τριακονθημέρων ἀγομένων πάντων τῶν μηνῶν αἱ ͵ζν ἡμέραι τῶν ͵ϛϡμ ἡμε‐ ρῶν· γίνονται 〈δὲ ἡμέραι ρι· καὶ〉 ρι μῆνας συνάγουσι κοίλους, ἵνα ἐν τοῖς σλε μησὶ συμπληρωθῶσιν αἱ τῆς</w:t>
      </w:r>
    </w:p>
    <w:p>
      <w:r>
        <w:rPr>
          <w:rFonts w:ascii="Courier New" w:hAnsi="Courier New"/>
          <w:color w:val="555555"/>
          <w:sz w:val="20"/>
        </w:rPr>
        <w:t>[5]</w:t>
      </w:r>
    </w:p>
    <w:p>
      <w:r>
        <w:rPr>
          <w:rFonts w:ascii="Gentium Plus" w:hAnsi="Gentium Plus"/>
          <w:sz w:val="24"/>
        </w:rPr>
        <w:t>ἐννεακαιδεκαετηρίδος ἡμέραι ͵ϛϡμ.</w:t>
      </w:r>
    </w:p>
    <w:p>
      <w:r>
        <w:rPr>
          <w:rFonts w:ascii="Courier New" w:hAnsi="Courier New"/>
          <w:color w:val="555555"/>
          <w:sz w:val="20"/>
        </w:rPr>
        <w:t>[8 . 55]</w:t>
      </w:r>
    </w:p>
    <w:p>
      <w:r>
        <w:rPr>
          <w:rFonts w:ascii="Gentium Plus" w:hAnsi="Gentium Plus"/>
          <w:sz w:val="24"/>
        </w:rPr>
        <w:t>Ἵν’ ὡς ἐνδέχεται μάλιστα δι’ ἴσου ἡ τῶν ἐξαιρε‐ σίμων ἡμερῶν γένηται πραγματεία, ἐμέρισαν τὰς ͵ϛϡμ ἡμέρας εἰς ρι· γίνονται οὖν ἡμέραι ξγ. Δι’ ἡμερῶν ἄρα ξγ ἐξαιρέσιμον τὴν ἡμέραν ἄγειν δεῖ ἐν αὐτῇ τῇ περιόδῳ.</w:t>
      </w:r>
    </w:p>
    <w:p>
      <w:r>
        <w:rPr>
          <w:rFonts w:ascii="Courier New" w:hAnsi="Courier New"/>
          <w:color w:val="555555"/>
          <w:sz w:val="20"/>
        </w:rPr>
        <w:t>[8 . 56]</w:t>
      </w:r>
    </w:p>
    <w:p>
      <w:r>
        <w:rPr>
          <w:rFonts w:ascii="Gentium Plus" w:hAnsi="Gentium Plus"/>
          <w:sz w:val="24"/>
        </w:rPr>
        <w:t>Οὐδὲ γίνεται ἐξαιρέσιμος ἡ τριακὰς διὰ παντός, ἀλλ’ ἡ διὰ τῶν ξγ ἡμερῶν πίπτουσα ἐξαιρέσιμος λέγεται.</w:t>
      </w:r>
    </w:p>
    <w:p>
      <w:r>
        <w:rPr>
          <w:rFonts w:ascii="Courier New" w:hAnsi="Courier New"/>
          <w:color w:val="555555"/>
          <w:sz w:val="20"/>
        </w:rPr>
        <w:t>[8 . 57]</w:t>
      </w:r>
    </w:p>
    <w:p>
      <w:r>
        <w:rPr>
          <w:rFonts w:ascii="Gentium Plus" w:hAnsi="Gentium Plus"/>
          <w:sz w:val="24"/>
        </w:rPr>
        <w:t>Ἐν δὲ τῇ περιόδῳ ταύτῃ δοκοῦσιν οἱ μὲν μῆνες καλῶς εἰλῆφθαι καὶ οἱ ἐμβόλιμοι συμφώνως τοῖς φαινο‐ μένοις διατετάχθαι, ὁ δὲ ἐνιαύσιος χρόνος 〈οὐ〉 σύμφωνος εἴληπται τοῖς φαινομένοις.</w:t>
      </w:r>
    </w:p>
    <w:p>
      <w:r>
        <w:rPr>
          <w:rFonts w:ascii="Courier New" w:hAnsi="Courier New"/>
          <w:color w:val="555555"/>
          <w:sz w:val="20"/>
        </w:rPr>
        <w:t>[8 . 58]</w:t>
      </w:r>
    </w:p>
    <w:p>
      <w:r>
        <w:rPr>
          <w:rFonts w:ascii="Gentium Plus" w:hAnsi="Gentium Plus"/>
          <w:sz w:val="24"/>
        </w:rPr>
        <w:t>Ὁ γὰρ ἐνιαύσιος χρόνος ἐκ πλειόνων ἐτῶν παρατετηρημένος συμπεφώνηκεν ὅτι ἐστὶν ἡμερῶν τξε δʹ, ὁ δὲ ἐκ τῆς ἐννεακαιδεκαετηρίδος συναγόμενος ἐνιαυτός ἐστιν ἡμερῶν τξε ἐννεακαιδεκά‐</w:t>
      </w:r>
    </w:p>
    <w:p>
      <w:r>
        <w:rPr>
          <w:rFonts w:ascii="Courier New" w:hAnsi="Courier New"/>
          <w:color w:val="555555"/>
          <w:sz w:val="20"/>
        </w:rPr>
        <w:t>[5]</w:t>
      </w:r>
    </w:p>
    <w:p>
      <w:r>
        <w:rPr>
          <w:rFonts w:ascii="Gentium Plus" w:hAnsi="Gentium Plus"/>
          <w:sz w:val="24"/>
        </w:rPr>
        <w:t>των ε. Πλεονάζουσι δὲ αὗται τῶν τξε δʹ ἡμέρας οϛʹ.</w:t>
      </w:r>
    </w:p>
    <w:p>
      <w:r>
        <w:rPr>
          <w:rFonts w:ascii="Courier New" w:hAnsi="Courier New"/>
          <w:color w:val="555555"/>
          <w:sz w:val="20"/>
        </w:rPr>
        <w:t>[8 . 59]</w:t>
      </w:r>
    </w:p>
    <w:p>
      <w:r>
        <w:rPr>
          <w:rFonts w:ascii="Gentium Plus" w:hAnsi="Gentium Plus"/>
          <w:sz w:val="24"/>
        </w:rPr>
        <w:t>Δι’ ἣν αἰτίαν οἱ περὶ Κάλλιππον γενόμενοι ἀστρο‐ λόγοι διωρθώσαντο τὸ πλεονάζον τῆς ἡμέρας καὶ συν‐ εστήσαντο τὴν ἑκκαιεβδομηκονταετηρίδα συνεστηκυῖαν ἐκ δ ἐννεακαιδεκαετηρίδων, αἵτινες περιέχουσι μῆνας</w:t>
      </w:r>
    </w:p>
    <w:p>
      <w:r>
        <w:rPr>
          <w:rFonts w:ascii="Courier New" w:hAnsi="Courier New"/>
          <w:color w:val="555555"/>
          <w:sz w:val="20"/>
        </w:rPr>
        <w:t>[5]</w:t>
      </w:r>
    </w:p>
    <w:p>
      <w:r>
        <w:rPr>
          <w:rFonts w:ascii="Gentium Plus" w:hAnsi="Gentium Plus"/>
          <w:sz w:val="24"/>
        </w:rPr>
        <w:t>μὲν ϡμ, ὧν ἐμβόλιμοι κη, ἡμέρας δὲ β˙͵ζψνθ.</w:t>
      </w:r>
    </w:p>
    <w:p>
      <w:r>
        <w:rPr>
          <w:rFonts w:ascii="Courier New" w:hAnsi="Courier New"/>
          <w:color w:val="555555"/>
          <w:sz w:val="20"/>
        </w:rPr>
        <w:t>[8 . 60]</w:t>
      </w:r>
    </w:p>
    <w:p>
      <w:r>
        <w:rPr>
          <w:rFonts w:ascii="Gentium Plus" w:hAnsi="Gentium Plus"/>
          <w:sz w:val="24"/>
        </w:rPr>
        <w:t>Τῇ δὲ τάξει τῶν ἐμβολίμων ὁμοίως ἐχρήσαντο. Καὶ δοκεῖ μάλιστα πάντων αὕτη ἡ περίοδος τοῖς φαινομένοις συμφωνεῖν.</w:t>
      </w:r>
    </w:p>
    <w:p>
      <w:r>
        <w:rPr>
          <w:rFonts w:ascii="Courier New" w:hAnsi="Courier New"/>
          <w:color w:val="555555"/>
          <w:sz w:val="20"/>
        </w:rPr>
        <w:t>[9 T]</w:t>
      </w:r>
    </w:p>
    <w:p>
      <w:r>
        <w:rPr>
          <w:rFonts w:ascii="Gentium Plus" w:hAnsi="Gentium Plus"/>
          <w:sz w:val="24"/>
        </w:rPr>
        <w:t>Περὶ σελήνης φωτισμῶν</w:t>
      </w:r>
    </w:p>
    <w:p>
      <w:r>
        <w:rPr>
          <w:rFonts w:ascii="Courier New" w:hAnsi="Courier New"/>
          <w:color w:val="555555"/>
          <w:sz w:val="20"/>
        </w:rPr>
        <w:t>[9 . 1]</w:t>
      </w:r>
    </w:p>
    <w:p>
      <w:r>
        <w:rPr>
          <w:rFonts w:ascii="Gentium Plus" w:hAnsi="Gentium Plus"/>
          <w:sz w:val="24"/>
        </w:rPr>
        <w:t>Ἡ σελήνη ὑπὸ τοῦ ἡλίου φωτίζεται. Ἀεὶ γὰρ τὸ λαμπρὸν πρὸς τὸν ἥλιον ἐπεστραμμένον ἔχει· καὶ ὅταν προανατέλλῃ τοῦ ἡλίου, τὸ λαμπρὸν αὐτῆς πρὸς ἀνατολὴν βλέπει· καὶ ὅταν προδύνῃ τοῦ ἡλίου καὶ ὅταν</w:t>
      </w:r>
    </w:p>
    <w:p>
      <w:r>
        <w:rPr>
          <w:rFonts w:ascii="Courier New" w:hAnsi="Courier New"/>
          <w:color w:val="555555"/>
          <w:sz w:val="20"/>
        </w:rPr>
        <w:t>[5]</w:t>
      </w:r>
    </w:p>
    <w:p>
      <w:r>
        <w:rPr>
          <w:rFonts w:ascii="Gentium Plus" w:hAnsi="Gentium Plus"/>
          <w:sz w:val="24"/>
        </w:rPr>
        <w:t>ἐπικαταδύνῃ τῷ ἡλίῳ, ἐπέστραπται τὸ λαμπρὸν πρὸς τὸν ἥλιον.</w:t>
      </w:r>
    </w:p>
    <w:p>
      <w:r>
        <w:rPr>
          <w:rFonts w:ascii="Courier New" w:hAnsi="Courier New"/>
          <w:color w:val="555555"/>
          <w:sz w:val="20"/>
        </w:rPr>
        <w:t>[9 . 2]</w:t>
      </w:r>
    </w:p>
    <w:p>
      <w:r>
        <w:rPr>
          <w:rFonts w:ascii="Gentium Plus" w:hAnsi="Gentium Plus"/>
          <w:sz w:val="24"/>
        </w:rPr>
        <w:t>Ἐν δέ τισι τῶν ἡμερῶν παρατετήρηται ἡ σελήνη κατὰ τὸ σπάνιον ἐπικαταδύνουσα τῷ ἡλίῳ καὶ τὸ λαμπρὸν ἔχουσα βλέπον πρὸς τὴν δύσιν· παραλλάξασα δὲ τῇ νυκτὶ πρὸς τὸν ἥλιον καὶ προανατείλασα τοῦ ἡλίου</w:t>
      </w:r>
    </w:p>
    <w:p>
      <w:r>
        <w:rPr>
          <w:rFonts w:ascii="Courier New" w:hAnsi="Courier New"/>
          <w:color w:val="555555"/>
          <w:sz w:val="20"/>
        </w:rPr>
        <w:t>[5]</w:t>
      </w:r>
    </w:p>
    <w:p>
      <w:r>
        <w:rPr>
          <w:rFonts w:ascii="Gentium Plus" w:hAnsi="Gentium Plus"/>
          <w:sz w:val="24"/>
        </w:rPr>
        <w:t>τὸ λαμπρὸν ἔχουσα θεωρεῖται πρὸς ἀνατολήν. Ἐξ οὗ φανερὸν ὅτι ἡ σελήνη ὑπὸ τοῦ ἡλίου φωτίζεται.</w:t>
      </w:r>
    </w:p>
    <w:p>
      <w:r>
        <w:rPr>
          <w:rFonts w:ascii="Courier New" w:hAnsi="Courier New"/>
          <w:color w:val="555555"/>
          <w:sz w:val="20"/>
        </w:rPr>
        <w:t>[9 . 3]</w:t>
      </w:r>
    </w:p>
    <w:p>
      <w:r>
        <w:rPr>
          <w:rFonts w:ascii="Gentium Plus" w:hAnsi="Gentium Plus"/>
          <w:sz w:val="24"/>
        </w:rPr>
        <w:t>Παρατετήρηται δὲ καὶ τὰ τοιαῦτα. Ὅταν μὲν γὰρ κατὰ χειμερινὰς τροπὰς ὑπάρχων ὁ ἥλιος ἀνατέλλῃ, τότε τὸ μεσαίτατον τοῦ πεφωτισμένου βλέπει πρὸς τὸν ἥλιον, ὥστε τὴν τὰς κεραίας ἐπιζευγνύουσαν τῆς σελήνης εὐθεῖαν</w:t>
      </w:r>
    </w:p>
    <w:p>
      <w:r>
        <w:rPr>
          <w:rFonts w:ascii="Courier New" w:hAnsi="Courier New"/>
          <w:color w:val="555555"/>
          <w:sz w:val="20"/>
        </w:rPr>
        <w:t>[5]</w:t>
      </w:r>
    </w:p>
    <w:p>
      <w:r>
        <w:rPr>
          <w:rFonts w:ascii="Gentium Plus" w:hAnsi="Gentium Plus"/>
          <w:sz w:val="24"/>
        </w:rPr>
        <w:t>δίχα καὶ πρὸς ὀρθὰς τέμνεσθαι ὑπὸ τῆς εὐθείας τῆς ἀγο‐ μένης ἀπὸ τοῦ κέντρου τοῦ ἡλίου ἐπὶ τὴν διχοτομίαν τῆς σελήνης.</w:t>
      </w:r>
    </w:p>
    <w:p>
      <w:r>
        <w:rPr>
          <w:rFonts w:ascii="Courier New" w:hAnsi="Courier New"/>
          <w:color w:val="555555"/>
          <w:sz w:val="20"/>
        </w:rPr>
        <w:t>[9 . 4]</w:t>
      </w:r>
    </w:p>
    <w:p>
      <w:r>
        <w:rPr>
          <w:rFonts w:ascii="Gentium Plus" w:hAnsi="Gentium Plus"/>
          <w:sz w:val="24"/>
        </w:rPr>
        <w:t>Ὅταν δὲ κατὰ θερινὰς τροπὰς ὑπάρχων ἀνατέλλῃ ὁ ἥλιος, πάλιν ἔστραπται τὸ μέσον τοῦ πεφω‐ τισμένου πρὸς τὸ μέσον τοῦ ἡλίου, ὥστε ὁμοίως διχοτο‐ μεῖσθαι καὶ πρὸς ὀρθὰς τέμνεσθαι τὴν προειρημένην</w:t>
      </w:r>
    </w:p>
    <w:p>
      <w:r>
        <w:rPr>
          <w:rFonts w:ascii="Courier New" w:hAnsi="Courier New"/>
          <w:color w:val="555555"/>
          <w:sz w:val="20"/>
        </w:rPr>
        <w:t>[5]</w:t>
      </w:r>
    </w:p>
    <w:p>
      <w:r>
        <w:rPr>
          <w:rFonts w:ascii="Gentium Plus" w:hAnsi="Gentium Plus"/>
          <w:sz w:val="24"/>
        </w:rPr>
        <w:t>εὐθεῖαν. Τὸ δ’ αὐτὸ γίνεται καὶ ἐπὶ τῶν δύσεων. Ὥστε καὶ διὰ τούτου τοῦ σημείου συνάγεσθαι, ὅτι ὑπὸ τοῦ ἡλίου φωτίζεται ἡ σελήνη.</w:t>
      </w:r>
    </w:p>
    <w:p>
      <w:r>
        <w:rPr>
          <w:rFonts w:ascii="Courier New" w:hAnsi="Courier New"/>
          <w:color w:val="555555"/>
          <w:sz w:val="20"/>
        </w:rPr>
        <w:t>[9 . 5]</w:t>
      </w:r>
    </w:p>
    <w:p>
      <w:r>
        <w:rPr>
          <w:rFonts w:ascii="Gentium Plus" w:hAnsi="Gentium Plus"/>
          <w:sz w:val="24"/>
        </w:rPr>
        <w:t>Πεφωτισμένης μέντοι γε διὰ παντὸς αὐτῆς τὸ ἴσον ὡς ἡμισφαιρίου, οὐ φαίνεται διὰ παντὸς αὐτῆς τὸ ἴσον πεφωτισμένον ὡς πρὸς τὴν ἡμετέραν ὅρασιν διὰ τὰς πρὸς τὸν ἥλιον ἀποστάσεις.</w:t>
      </w:r>
    </w:p>
    <w:p>
      <w:r>
        <w:rPr>
          <w:rFonts w:ascii="Courier New" w:hAnsi="Courier New"/>
          <w:color w:val="555555"/>
          <w:sz w:val="20"/>
        </w:rPr>
        <w:t>[9 . 6]</w:t>
      </w:r>
    </w:p>
    <w:p>
      <w:r>
        <w:rPr>
          <w:rFonts w:ascii="Gentium Plus" w:hAnsi="Gentium Plus"/>
          <w:sz w:val="24"/>
        </w:rPr>
        <w:t>Ὅταν μὲν γὰρ ἐν τῇ τριακάδι ἐν τῇ αὐτῇ μοίρᾳ γένηται ὁ ἥλιος καὶ ἡ σελήνη, τότε τὸ ἡμισφαίριον τὸ βλέπον πρὸς τὸν ἥλιον, ἀπεστραμμένον δὲ ἀπὸ τῆς ἡμε‐ τέρας ὁράσεως, φωτίζεται· ὑποκάτω γὰρ ἡ σελήνη φέρεται</w:t>
      </w:r>
    </w:p>
    <w:p>
      <w:r>
        <w:rPr>
          <w:rFonts w:ascii="Courier New" w:hAnsi="Courier New"/>
          <w:color w:val="555555"/>
          <w:sz w:val="20"/>
        </w:rPr>
        <w:t>[5]</w:t>
      </w:r>
    </w:p>
    <w:p>
      <w:r>
        <w:rPr>
          <w:rFonts w:ascii="Gentium Plus" w:hAnsi="Gentium Plus"/>
          <w:sz w:val="24"/>
        </w:rPr>
        <w:t>τοῦ ἡλίου.</w:t>
      </w:r>
    </w:p>
    <w:p>
      <w:r>
        <w:rPr>
          <w:rFonts w:ascii="Courier New" w:hAnsi="Courier New"/>
          <w:color w:val="555555"/>
          <w:sz w:val="20"/>
        </w:rPr>
        <w:t>[9 . 7]</w:t>
      </w:r>
    </w:p>
    <w:p>
      <w:r>
        <w:rPr>
          <w:rFonts w:ascii="Gentium Plus" w:hAnsi="Gentium Plus"/>
          <w:sz w:val="24"/>
        </w:rPr>
        <w:t>Ὅταν δὲ παραλλάξῃ ἡ σελήνη τὸν ἥλιον περὶ τὴν νουμηνίαν, τότε μηνοειδὴς ἡ σελήνη θεωρεῖται· τοῦ γὰρ ἡμισφαιρίου τοῦ πεφωτισμένου μικρὸν 〈μέροσ〉 παρακλίνεται πρὸς τὴν ἡμετέραν ὅρασιν.</w:t>
      </w:r>
    </w:p>
    <w:p>
      <w:r>
        <w:rPr>
          <w:rFonts w:ascii="Courier New" w:hAnsi="Courier New"/>
          <w:color w:val="555555"/>
          <w:sz w:val="20"/>
        </w:rPr>
        <w:t>[9 . 8]</w:t>
      </w:r>
    </w:p>
    <w:p>
      <w:r>
        <w:rPr>
          <w:rFonts w:ascii="Gentium Plus" w:hAnsi="Gentium Plus"/>
          <w:sz w:val="24"/>
        </w:rPr>
        <w:t>Ὅταν δὲ ἀπέχῃ ἡ σελήνη ἀπὸ τοὺ ἡλίου ἐν ταῖς ἐφεξῆς ἡμέραις, πλεῖον ἀεὶ καὶ πλεῖον τὸ πεφωτισμένον ὑφ’ ἡμῶν θεωρεῖται. Ὅταν δὲ τὸ δον μέρος τοῦ ζῳδιακοῦ κύκλου ἀπόσχῃ</w:t>
      </w:r>
    </w:p>
    <w:p>
      <w:r>
        <w:rPr>
          <w:rFonts w:ascii="Courier New" w:hAnsi="Courier New"/>
          <w:color w:val="555555"/>
          <w:sz w:val="20"/>
        </w:rPr>
        <w:t>[5]</w:t>
      </w:r>
    </w:p>
    <w:p>
      <w:r>
        <w:rPr>
          <w:rFonts w:ascii="Gentium Plus" w:hAnsi="Gentium Plus"/>
          <w:sz w:val="24"/>
        </w:rPr>
        <w:t>ἡ σελήνη, διχότομος θεωρεῖται· τότε γὰρ ἡμισφαιρίου τοῦ πεφωτισμένου ὑπὸ τοῦ ἡλίου τὸ ἥμισυ ἐφ’ ἡμᾶς ἐπέστραπται.</w:t>
      </w:r>
    </w:p>
    <w:p>
      <w:r>
        <w:rPr>
          <w:rFonts w:ascii="Courier New" w:hAnsi="Courier New"/>
          <w:color w:val="555555"/>
          <w:sz w:val="20"/>
        </w:rPr>
        <w:t>[9 . 9]</w:t>
      </w:r>
    </w:p>
    <w:p>
      <w:r>
        <w:rPr>
          <w:rFonts w:ascii="Gentium Plus" w:hAnsi="Gentium Plus"/>
          <w:sz w:val="24"/>
        </w:rPr>
        <w:t>Μείζονος δὲ γενομένου 〈τοῦ διαστή‐ ματος τῆς σελήνησ〉 ἀπὸ τοῦ ἡλίου, μεῖζον καὶ τὸ πεφωτισ‐ μένον. Ὅταν δὲ κατὰ διάμετρον γένηται τῷ ἡλίῳ, τὸ πεφω‐ τισμένον ἡμισφαίριον ἐναντίον γίνεται πρὸς τὴν ἡμετέραν</w:t>
      </w:r>
    </w:p>
    <w:p>
      <w:r>
        <w:rPr>
          <w:rFonts w:ascii="Courier New" w:hAnsi="Courier New"/>
          <w:color w:val="555555"/>
          <w:sz w:val="20"/>
        </w:rPr>
        <w:t>[5]</w:t>
      </w:r>
    </w:p>
    <w:p>
      <w:r>
        <w:rPr>
          <w:rFonts w:ascii="Gentium Plus" w:hAnsi="Gentium Plus"/>
          <w:sz w:val="24"/>
        </w:rPr>
        <w:t>ὅρασιν. Καὶ καθόλου δὲ πρὸς λόγον τῶν διαστάσεων τὰ μεγέθη τῶν φωτισμῶν θεωρεῖται.</w:t>
      </w:r>
    </w:p>
    <w:p>
      <w:r>
        <w:rPr>
          <w:rFonts w:ascii="Courier New" w:hAnsi="Courier New"/>
          <w:color w:val="555555"/>
          <w:sz w:val="20"/>
        </w:rPr>
        <w:t>[9 . 10]</w:t>
      </w:r>
    </w:p>
    <w:p>
      <w:r>
        <w:rPr>
          <w:rFonts w:ascii="Gentium Plus" w:hAnsi="Gentium Plus"/>
          <w:sz w:val="24"/>
        </w:rPr>
        <w:t>Τὸ δὲ τελευ‐ ταῖον, ὅταν ὑποτροχάσῃ τῷ ἡλίῳ ἡ σελήνη, ἀφώτιστος βλέπεται· τὸ γὰρ ἡμισφαίριον αὐτῆς τὸ πεφωτισμένον ἄνω πρὸς τὸν ἥλιον ἐπέστραπται. Ὅθεν εὐλόγως ἡμῖν</w:t>
      </w:r>
    </w:p>
    <w:p>
      <w:r>
        <w:rPr>
          <w:rFonts w:ascii="Courier New" w:hAnsi="Courier New"/>
          <w:color w:val="555555"/>
          <w:sz w:val="20"/>
        </w:rPr>
        <w:t>[5]</w:t>
      </w:r>
    </w:p>
    <w:p>
      <w:r>
        <w:rPr>
          <w:rFonts w:ascii="Gentium Plus" w:hAnsi="Gentium Plus"/>
          <w:sz w:val="24"/>
        </w:rPr>
        <w:t>ἀθεώρητον γίνεται τὸ πεφωτισμένον μέρος τῆς σελήνης. Ἔξ ὧν φανερὸν ὅτι ἡ σελήνη ὑπὸ τοῦ ἡλίου φωτίζεται.</w:t>
      </w:r>
    </w:p>
    <w:p>
      <w:r>
        <w:rPr>
          <w:rFonts w:ascii="Courier New" w:hAnsi="Courier New"/>
          <w:color w:val="555555"/>
          <w:sz w:val="20"/>
        </w:rPr>
        <w:t>[9 . 11]</w:t>
      </w:r>
    </w:p>
    <w:p>
      <w:r>
        <w:rPr>
          <w:rFonts w:ascii="Gentium Plus" w:hAnsi="Gentium Plus"/>
          <w:sz w:val="24"/>
        </w:rPr>
        <w:t>Λαμβάνει δὲ τοὺς πάντας σχηματισμοὺς ἡ σελήνη ἐν τῷ μηνιαίῳ χρόνῳ δ, δὶς αὐτοὺς ἀποτελοῦσα. Εἰσὶ δὲ οἱ σχηματισμοὶ οἵδε· μηνοειδής, διχότομος, ἀμφί‐ κυρτος, πανσέληνος.</w:t>
      </w:r>
    </w:p>
    <w:p>
      <w:r>
        <w:rPr>
          <w:rFonts w:ascii="Courier New" w:hAnsi="Courier New"/>
          <w:color w:val="555555"/>
          <w:sz w:val="20"/>
        </w:rPr>
        <w:t>[9 . 12]</w:t>
      </w:r>
    </w:p>
    <w:p>
      <w:r>
        <w:rPr>
          <w:rFonts w:ascii="Gentium Plus" w:hAnsi="Gentium Plus"/>
          <w:sz w:val="24"/>
        </w:rPr>
        <w:t>Μηνοειδὴς μὲν οὖν γίνεται περὶ τὰς ἀρχὰς τῶν μηνῶν, διχότομος δὲ περὶ τὴν ηην τοῦ μηνὸς, ἀμφίκυρτος δὲ περὶ τὴν ιβην, πανσέληνος δὲ περὶ τὴν διχομηνίαν· καὶ πάλιν ἀμφίκυρτος μετὰ τὴν διχομηνίαν, διχότομος</w:t>
      </w:r>
    </w:p>
    <w:p>
      <w:r>
        <w:rPr>
          <w:rFonts w:ascii="Courier New" w:hAnsi="Courier New"/>
          <w:color w:val="555555"/>
          <w:sz w:val="20"/>
        </w:rPr>
        <w:t>[5]</w:t>
      </w:r>
    </w:p>
    <w:p>
      <w:r>
        <w:rPr>
          <w:rFonts w:ascii="Gentium Plus" w:hAnsi="Gentium Plus"/>
          <w:sz w:val="24"/>
        </w:rPr>
        <w:t>δὲ περὶ τὴν κγην, μηνοειδὴς δὲ περὶ τὰ ἔσχατα τῶν μηνῶν.</w:t>
      </w:r>
    </w:p>
    <w:p>
      <w:r>
        <w:rPr>
          <w:rFonts w:ascii="Courier New" w:hAnsi="Courier New"/>
          <w:color w:val="555555"/>
          <w:sz w:val="20"/>
        </w:rPr>
        <w:t>[9 . 13]</w:t>
      </w:r>
    </w:p>
    <w:p>
      <w:r>
        <w:rPr>
          <w:rFonts w:ascii="Gentium Plus" w:hAnsi="Gentium Plus"/>
          <w:sz w:val="24"/>
        </w:rPr>
        <w:t>Οὐ διὰ παντὸς δὲ ἐν ταῖς ὁμωνύμοις ἡμέραις τοὺς αὐτοὺς σχηματισμοὺς ἡ σελήνη ἀποτελεῖ, ἀλλ’ ἐν δια‐ φόροις ἡμέραις κατὰ τὴν ἀνωμαλίαν τῆς κινήσεως.</w:t>
      </w:r>
    </w:p>
    <w:p>
      <w:r>
        <w:rPr>
          <w:rFonts w:ascii="Courier New" w:hAnsi="Courier New"/>
          <w:color w:val="555555"/>
          <w:sz w:val="20"/>
        </w:rPr>
        <w:t>[9 . 14]</w:t>
      </w:r>
    </w:p>
    <w:p>
      <w:r>
        <w:rPr>
          <w:rFonts w:ascii="Gentium Plus" w:hAnsi="Gentium Plus"/>
          <w:sz w:val="24"/>
        </w:rPr>
        <w:t>Τάχιστα μὲν γὰρ φαίνεται ἡ σελήνη μηνοειδὴς τῇ νουμηνίᾳ, βραδυτάτη δὲ τῇ γῃ· καὶ μένει μηνοειδὴς ὁτὲ μὲν ἕως τῆς εης, ὁτὲ δὲ βραδύτατον ἕως τῆς ζης. Διχότο‐ μος δὲ γίνεται τάχιστα μὲν περὶ τὴν ϛην, βραδυτάτη δὲ</w:t>
      </w:r>
    </w:p>
    <w:p>
      <w:r>
        <w:rPr>
          <w:rFonts w:ascii="Courier New" w:hAnsi="Courier New"/>
          <w:color w:val="555555"/>
          <w:sz w:val="20"/>
        </w:rPr>
        <w:t>[5]</w:t>
      </w:r>
    </w:p>
    <w:p>
      <w:r>
        <w:rPr>
          <w:rFonts w:ascii="Gentium Plus" w:hAnsi="Gentium Plus"/>
          <w:sz w:val="24"/>
        </w:rPr>
        <w:t>περὶ τὴν ηην. Ἀμφίκυρτος δὲ γίνεται τάχιστα μὲν περὶ τὴν ιην, βραδυτάτη δὲ περὶ τὴν ιγην. Πανσέληνος δὲ γίνεται τάχιστα μὲν περὶ τὴν ιγην, βραδυτάτη δὲ περὶ τὴν ιζην.</w:t>
      </w:r>
    </w:p>
    <w:p>
      <w:r>
        <w:rPr>
          <w:rFonts w:ascii="Courier New" w:hAnsi="Courier New"/>
          <w:color w:val="555555"/>
          <w:sz w:val="20"/>
        </w:rPr>
        <w:t>[9 . 15]</w:t>
      </w:r>
    </w:p>
    <w:p>
      <w:r>
        <w:rPr>
          <w:rFonts w:ascii="Gentium Plus" w:hAnsi="Gentium Plus"/>
          <w:sz w:val="24"/>
        </w:rPr>
        <w:t>Ἀμφίκυρτος δὲ τὸ δεύτερον τάχιστα μὲν ἀνατέλλει περὶ τὴν ιηην, βραδυτάτη δὲ περὶ τὴν κβην. Διχότομος δὲ γίνεται τὸ δεύτερον τάχιστα μὲν περὶ τὴν καην, βραδυτάτη δὲ περὶ τὴν κγην. Μηνοειδὴς δὲ τὸ</w:t>
      </w:r>
    </w:p>
    <w:p>
      <w:r>
        <w:rPr>
          <w:rFonts w:ascii="Courier New" w:hAnsi="Courier New"/>
          <w:color w:val="555555"/>
          <w:sz w:val="20"/>
        </w:rPr>
        <w:t>[5]</w:t>
      </w:r>
    </w:p>
    <w:p>
      <w:r>
        <w:rPr>
          <w:rFonts w:ascii="Gentium Plus" w:hAnsi="Gentium Plus"/>
          <w:sz w:val="24"/>
        </w:rPr>
        <w:t>δεύτερον γίνεται τάχιστα μὲν περὶ τὴν κεην βραδυτάτη</w:t>
      </w:r>
    </w:p>
    <w:p>
      <w:r>
        <w:rPr>
          <w:rFonts w:ascii="Courier New" w:hAnsi="Courier New"/>
          <w:color w:val="555555"/>
          <w:sz w:val="20"/>
        </w:rPr>
        <w:t>[9 . 16]</w:t>
      </w:r>
    </w:p>
    <w:p>
      <w:r>
        <w:rPr>
          <w:rFonts w:ascii="Gentium Plus" w:hAnsi="Gentium Plus"/>
          <w:sz w:val="24"/>
        </w:rPr>
        <w:t>Ὁ δὲ πᾶς μηνιαῖος χρόνος ἡμερῶν ἐστι κθ 𐅵ʹ λγʹ. Ἔστι γὰρ μὴν χρόνος ἀπὸ συνόδου εἰς σύνοδον 〈ἢ〉 ἀπὸ τῆς πανσελήνου ἐπὶ τὴν πανσέληνον. Σύνοδος δέ ἐστι χρόνος, ἐν ᾧ ὁ ἥλιος καὶ ἡ σελήνη ἐν τῇ αὐτῇ μοίρᾳ</w:t>
      </w:r>
    </w:p>
    <w:p>
      <w:r>
        <w:rPr>
          <w:rFonts w:ascii="Courier New" w:hAnsi="Courier New"/>
          <w:color w:val="555555"/>
          <w:sz w:val="20"/>
        </w:rPr>
        <w:t>[5]</w:t>
      </w:r>
    </w:p>
    <w:p>
      <w:r>
        <w:rPr>
          <w:rFonts w:ascii="Gentium Plus" w:hAnsi="Gentium Plus"/>
          <w:sz w:val="24"/>
        </w:rPr>
        <w:t>γίνονται, ὅπερ συμβαίνει τῇ λῇ.</w:t>
      </w:r>
    </w:p>
    <w:p>
      <w:r>
        <w:rPr>
          <w:rFonts w:ascii="Courier New" w:hAnsi="Courier New"/>
          <w:color w:val="555555"/>
          <w:sz w:val="20"/>
        </w:rPr>
        <w:t>[10 T]</w:t>
      </w:r>
    </w:p>
    <w:p>
      <w:r>
        <w:rPr>
          <w:rFonts w:ascii="Gentium Plus" w:hAnsi="Gentium Plus"/>
          <w:sz w:val="24"/>
        </w:rPr>
        <w:t>Περὶ ἐκλείψεως ἡλίου</w:t>
      </w:r>
    </w:p>
    <w:p>
      <w:r>
        <w:rPr>
          <w:rFonts w:ascii="Courier New" w:hAnsi="Courier New"/>
          <w:color w:val="555555"/>
          <w:sz w:val="20"/>
        </w:rPr>
        <w:t>[10 . 1]</w:t>
      </w:r>
    </w:p>
    <w:p>
      <w:r>
        <w:rPr>
          <w:rFonts w:ascii="Gentium Plus" w:hAnsi="Gentium Plus"/>
          <w:sz w:val="24"/>
        </w:rPr>
        <w:t>Αἱ τοῦ ἡλίου ἐκλείψεις γίνονται κατ’ ἐπιπρόσθη‐ σιν σελήνης. Μετεωροτέρου γὰρ φερομένου τοῦ ἡλίου, ταπεινοτέρας δὲ τῆς σελήνης, ὅταν κατὰ τὴν αὐτὴν μοῖραν γένηται ὁ</w:t>
      </w:r>
    </w:p>
    <w:p>
      <w:r>
        <w:rPr>
          <w:rFonts w:ascii="Courier New" w:hAnsi="Courier New"/>
          <w:color w:val="555555"/>
          <w:sz w:val="20"/>
        </w:rPr>
        <w:t>[5]</w:t>
      </w:r>
    </w:p>
    <w:p>
      <w:r>
        <w:rPr>
          <w:rFonts w:ascii="Gentium Plus" w:hAnsi="Gentium Plus"/>
          <w:sz w:val="24"/>
        </w:rPr>
        <w:t>ἥλιος καὶ ἡ σελήνη, ὑποτροχάσασα ἡ σελήνη τῷ ἡλίῳ ἀντιφράττει ταῖς ἀπὸ τοῦ ἡλίου φερομέναις αὐγαῖς πρὸς ἡμᾶς.</w:t>
      </w:r>
    </w:p>
    <w:p>
      <w:r>
        <w:rPr>
          <w:rFonts w:ascii="Courier New" w:hAnsi="Courier New"/>
          <w:color w:val="555555"/>
          <w:sz w:val="20"/>
        </w:rPr>
        <w:t>[10 . 2]</w:t>
      </w:r>
    </w:p>
    <w:p>
      <w:r>
        <w:rPr>
          <w:rFonts w:ascii="Gentium Plus" w:hAnsi="Gentium Plus"/>
          <w:sz w:val="24"/>
        </w:rPr>
        <w:t>Διόπερ οὐδὲ ῥητέον αὐτὰς κυρίως ἐκλεί‐ ψεις, ἀλλ’ ἐπιπροσθήσεις. Τοῦ μὲν γὰρ ἡλίου οὐδὲ ἓν μέρος οὐδέποτε ἐκλείψει· ἡμῖν δὲ ἀθεώρητος γίνεται διὰ τὴν ἐπιπρόσθησιν τῆς σελήνης.</w:t>
      </w:r>
    </w:p>
    <w:p>
      <w:r>
        <w:rPr>
          <w:rFonts w:ascii="Courier New" w:hAnsi="Courier New"/>
          <w:color w:val="555555"/>
          <w:sz w:val="20"/>
        </w:rPr>
        <w:t>[10 . 3]</w:t>
      </w:r>
    </w:p>
    <w:p>
      <w:r>
        <w:rPr>
          <w:rFonts w:ascii="Gentium Plus" w:hAnsi="Gentium Plus"/>
          <w:sz w:val="24"/>
        </w:rPr>
        <w:t>Δι’ ἣν αἰτίαν οὐδ’ ἴσαι πᾶσιν αἱ ἐκλείψεις γίνονται, ἀλλὰ κατὰ τὰς τῶν κλιμάτων διαφορὰς μεγάλαι παραλλα‐ γαὶ γίνονται περὶ τὰ μεγέθη τῶν ἐκλείψεων.</w:t>
      </w:r>
    </w:p>
    <w:p>
      <w:r>
        <w:rPr>
          <w:rFonts w:ascii="Courier New" w:hAnsi="Courier New"/>
          <w:color w:val="555555"/>
          <w:sz w:val="20"/>
        </w:rPr>
        <w:t>[10 . 4]</w:t>
      </w:r>
    </w:p>
    <w:p>
      <w:r>
        <w:rPr>
          <w:rFonts w:ascii="Gentium Plus" w:hAnsi="Gentium Plus"/>
          <w:sz w:val="24"/>
        </w:rPr>
        <w:t>Κατὰ γὰρ τὸν αὐτὸν χρόνον οἷς μὲν ὁ ἥλιος ὅλος ἐκλείπει, οἷς δὲ τὸ ἥμισυ, οἷς δὲ τὸ ἔλαττον τοῦ ἡμίσεος, οἷς δὲ τὴν ἀρχὴν οὐδὲν μέρος τοῦ ἡλίου ἐκλελοιπὸς θεωρεῖται.</w:t>
      </w:r>
    </w:p>
    <w:p>
      <w:r>
        <w:rPr>
          <w:rFonts w:ascii="Courier New" w:hAnsi="Courier New"/>
          <w:color w:val="555555"/>
          <w:sz w:val="20"/>
        </w:rPr>
        <w:t>[10 . 5]</w:t>
      </w:r>
    </w:p>
    <w:p>
      <w:r>
        <w:rPr>
          <w:rFonts w:ascii="Gentium Plus" w:hAnsi="Gentium Plus"/>
          <w:sz w:val="24"/>
        </w:rPr>
        <w:t>Ὅσοι μὲν γὰρ κατὰ κάθετον οἰκοῦσι τῆς ἐπιπροσθή‐ σεως, τούτοις ὅλος ἀθεώρητος γίνεται ὁ ἥλιος, τοῖς δὲ ἔξω μέρος τι τῆς ἐπιπροσθήσεως οἰκοῦσι μέρος τι τοῦ</w:t>
      </w:r>
    </w:p>
    <w:p>
      <w:r>
        <w:rPr>
          <w:rFonts w:ascii="Courier New" w:hAnsi="Courier New"/>
          <w:color w:val="555555"/>
          <w:sz w:val="20"/>
        </w:rPr>
        <w:t>[5]</w:t>
      </w:r>
    </w:p>
    <w:p>
      <w:r>
        <w:rPr>
          <w:rFonts w:ascii="Gentium Plus" w:hAnsi="Gentium Plus"/>
          <w:sz w:val="24"/>
        </w:rPr>
        <w:t>ἐπιπροσθήσεως οἰκοῦσιν οὐδὲ ἓν μέρος τοῦ ἡλίου ἐκλε‐ λοιπὸς θεωρεῖται.</w:t>
      </w:r>
    </w:p>
    <w:p>
      <w:r>
        <w:rPr>
          <w:rFonts w:ascii="Courier New" w:hAnsi="Courier New"/>
          <w:color w:val="555555"/>
          <w:sz w:val="20"/>
        </w:rPr>
        <w:t>[10 . 6]</w:t>
      </w:r>
    </w:p>
    <w:p>
      <w:r>
        <w:rPr>
          <w:rFonts w:ascii="Gentium Plus" w:hAnsi="Gentium Plus"/>
          <w:sz w:val="24"/>
        </w:rPr>
        <w:t>Ὅτι δὲ κατ’ ἐπιπρόσθησιν τῆς σελήνης ὁ ἥλιος ἐκλείπει, μέγιστον τεκμήριον τὸ μὴ γίνεσθαι ἐν ἄλλῃ ἡμέρᾳ τὰς ἐκλείψεις, ἀλλ’ ἐν τῇ λῇ μόνον, ὅτε συνοδεύει ἡ σελήνη τῷ ἡλίῳ, καὶ ἐκ τοῦ πρὸς λόγον τῶν οἰκήσεων</w:t>
      </w:r>
    </w:p>
    <w:p>
      <w:r>
        <w:rPr>
          <w:rFonts w:ascii="Courier New" w:hAnsi="Courier New"/>
          <w:color w:val="555555"/>
          <w:sz w:val="20"/>
        </w:rPr>
        <w:t>[5]</w:t>
      </w:r>
    </w:p>
    <w:p>
      <w:r>
        <w:rPr>
          <w:rFonts w:ascii="Gentium Plus" w:hAnsi="Gentium Plus"/>
          <w:sz w:val="24"/>
        </w:rPr>
        <w:t>τὰ μεγέθη τῶν ἐκλείψεων γίνεσθαι.</w:t>
      </w:r>
    </w:p>
    <w:p>
      <w:r>
        <w:rPr>
          <w:rFonts w:ascii="Courier New" w:hAnsi="Courier New"/>
          <w:color w:val="555555"/>
          <w:sz w:val="20"/>
        </w:rPr>
        <w:t>[11 T]</w:t>
      </w:r>
    </w:p>
    <w:p>
      <w:r>
        <w:rPr>
          <w:rFonts w:ascii="Gentium Plus" w:hAnsi="Gentium Plus"/>
          <w:sz w:val="24"/>
        </w:rPr>
        <w:t>Περὶ ἐκλείψεως σελήνης</w:t>
      </w:r>
    </w:p>
    <w:p>
      <w:r>
        <w:rPr>
          <w:rFonts w:ascii="Courier New" w:hAnsi="Courier New"/>
          <w:color w:val="555555"/>
          <w:sz w:val="20"/>
        </w:rPr>
        <w:t>[11 . 1]</w:t>
      </w:r>
    </w:p>
    <w:p>
      <w:r>
        <w:rPr>
          <w:rFonts w:ascii="Gentium Plus" w:hAnsi="Gentium Plus"/>
          <w:sz w:val="24"/>
        </w:rPr>
        <w:t>Αἱ τῆς σελήνης ἐκλείψεις γίνονται κατὰ τὴν εἰς τὸ σκίασμα τῆς γῆς ἔμπτωσιν τῆς σελήνης. Καθάπερ γὰρ καὶ τὰ λοιπὰ τῶν σωμάτων φωτιζόμενα ἀπὸ τοῦ ἡλίου σκιὰς ἀποβάλλει, οὕτω καὶ ἡ γῆ φωτιζομένη ὑπὸ</w:t>
      </w:r>
    </w:p>
    <w:p>
      <w:r>
        <w:rPr>
          <w:rFonts w:ascii="Courier New" w:hAnsi="Courier New"/>
          <w:color w:val="555555"/>
          <w:sz w:val="20"/>
        </w:rPr>
        <w:t>[5]</w:t>
      </w:r>
    </w:p>
    <w:p>
      <w:r>
        <w:rPr>
          <w:rFonts w:ascii="Gentium Plus" w:hAnsi="Gentium Plus"/>
          <w:sz w:val="24"/>
        </w:rPr>
        <w:t>τοῦ ἡλίου σκιὰν ἀποβάλλει. Καὶ ἤδη μέντοι γε διὰ τὸ μέγεθος τῆς γῆς εἰλικρινῆ συμβαίνει τὴν σκιὰν εἶναι καὶ βαθεῖαν.</w:t>
      </w:r>
    </w:p>
    <w:p>
      <w:r>
        <w:rPr>
          <w:rFonts w:ascii="Courier New" w:hAnsi="Courier New"/>
          <w:color w:val="555555"/>
          <w:sz w:val="20"/>
        </w:rPr>
        <w:t>[11 . 2]</w:t>
      </w:r>
    </w:p>
    <w:p>
      <w:r>
        <w:rPr>
          <w:rFonts w:ascii="Gentium Plus" w:hAnsi="Gentium Plus"/>
          <w:sz w:val="24"/>
        </w:rPr>
        <w:t>Ὅταν οὖν κατὰ διάμετρον γένηται ἡ σελήνη τῷ ἡλίῳ, τότε καὶ τὸ σκίασμα τῆς γῆς κατὰ διάμετρον γίνεται τῷ ἡλίῳ· ὅθεν ἡ σελήνη ταπεινοτέρα φερομένη τοῦ σκιάσματος εὐλόγως ἐμπίπτει εἰς τὸ σκίασμα τῆς γῆς.</w:t>
      </w:r>
    </w:p>
    <w:p>
      <w:r>
        <w:rPr>
          <w:rFonts w:ascii="Courier New" w:hAnsi="Courier New"/>
          <w:color w:val="555555"/>
          <w:sz w:val="20"/>
        </w:rPr>
        <w:t>[11 . 3]</w:t>
      </w:r>
    </w:p>
    <w:p>
      <w:r>
        <w:rPr>
          <w:rFonts w:ascii="Gentium Plus" w:hAnsi="Gentium Plus"/>
          <w:sz w:val="24"/>
        </w:rPr>
        <w:t>Ἀεὶ δὲ τὸ ἐμπίπτον αὐτῆς μέρος εἰς τὸ σκίασμα τῆς γῆς ἀφώτιστον γίνεται τοῦ ἡλίου διὰ τὴν ἐπιπρόσθησιν τῆς γῆς· τότε γὰρ ἐπὶ τῆς αὐτῆς εὐθείας γίνεται ὁ ἥλιος καὶ ἡ γῆ καὶ τὸ σκίασμα τῆς γῆς καὶ ἡ σελήνη.</w:t>
      </w:r>
    </w:p>
    <w:p>
      <w:r>
        <w:rPr>
          <w:rFonts w:ascii="Courier New" w:hAnsi="Courier New"/>
          <w:color w:val="555555"/>
          <w:sz w:val="20"/>
        </w:rPr>
        <w:t>[11 . 4]</w:t>
      </w:r>
    </w:p>
    <w:p>
      <w:r>
        <w:rPr>
          <w:rFonts w:ascii="Gentium Plus" w:hAnsi="Gentium Plus"/>
          <w:sz w:val="24"/>
        </w:rPr>
        <w:t>Δι’ ἣν αἰτίαν οὐδὲ γίνονται 〈αἱ〉 ἐκλείψεις τῆς σελήνης ἐν ἄλλῃ ἡμέρᾳ, ἀλλ’ ἐν τῇ διχομηνίᾳ· τότε γὰρ κατὰ διά‐ μετρον γίνεται ἡ σελήνη τῷ ἡλίῳ.</w:t>
      </w:r>
    </w:p>
    <w:p>
      <w:r>
        <w:rPr>
          <w:rFonts w:ascii="Courier New" w:hAnsi="Courier New"/>
          <w:color w:val="555555"/>
          <w:sz w:val="20"/>
        </w:rPr>
        <w:t>[11 . 5]</w:t>
      </w:r>
    </w:p>
    <w:p>
      <w:r>
        <w:rPr>
          <w:rFonts w:ascii="Gentium Plus" w:hAnsi="Gentium Plus"/>
          <w:sz w:val="24"/>
        </w:rPr>
        <w:t>Γίνονται μέντοι γε πᾶσιν αἱ τῆς σελήνης ἐκλείψεις</w:t>
      </w:r>
    </w:p>
    <w:p>
      <w:r>
        <w:rPr>
          <w:rFonts w:ascii="Courier New" w:hAnsi="Courier New"/>
          <w:color w:val="555555"/>
          <w:sz w:val="20"/>
        </w:rPr>
        <w:t>[5]</w:t>
      </w:r>
    </w:p>
    <w:p>
      <w:r>
        <w:rPr>
          <w:rFonts w:ascii="Gentium Plus" w:hAnsi="Gentium Plus"/>
          <w:sz w:val="24"/>
        </w:rPr>
        <w:t>αἱ δὲ ἐμπτώσεις τῆς σελήνης εἰς τὸ σκίασμα ἴσαι πᾶσι γίνονται κατὰ τὴν αὐτὴν ἔκλειψιν.</w:t>
      </w:r>
    </w:p>
    <w:p>
      <w:r>
        <w:rPr>
          <w:rFonts w:ascii="Courier New" w:hAnsi="Courier New"/>
          <w:color w:val="555555"/>
          <w:sz w:val="20"/>
        </w:rPr>
        <w:t>[11 . 6]</w:t>
      </w:r>
    </w:p>
    <w:p>
      <w:r>
        <w:rPr>
          <w:rFonts w:ascii="Gentium Plus" w:hAnsi="Gentium Plus"/>
          <w:sz w:val="24"/>
        </w:rPr>
        <w:t>Ἤδη μέντοι γε οὐ διὰ παντὸς τὸ ἴσον ἐκλείπει τῆς σελήνης· ὅταν γὰρ διὰ μέσου τοῦ ἐκλειπτικοῦ ἡ σελήνη τὴν πάροδον ποιῆται, ὅλη ἐμπίπτει εἰς τὸ σκίασμα τῆς γῆς, ὥστε ἀναγκαῖον καὶ ὅλην αὐτὴν ἐκλείπειν·</w:t>
      </w:r>
    </w:p>
    <w:p>
      <w:r>
        <w:rPr>
          <w:rFonts w:ascii="Courier New" w:hAnsi="Courier New"/>
          <w:color w:val="555555"/>
          <w:sz w:val="20"/>
        </w:rPr>
        <w:t>[11 . 7]</w:t>
      </w:r>
    </w:p>
    <w:p>
      <w:r>
        <w:rPr>
          <w:rFonts w:ascii="Gentium Plus" w:hAnsi="Gentium Plus"/>
          <w:sz w:val="24"/>
        </w:rPr>
        <w:t>ὅταν δὲ παράψηται τοῦ σκιάσματος, μέρος τι τῆς σελήνης ἐκλείπει. Ἔστι δὲ τὸ ἐκλειπτικὸν αὐτῆς μοιρῶν β· ἐν γὰρ τούτῳ</w:t>
      </w:r>
    </w:p>
    <w:p>
      <w:r>
        <w:rPr>
          <w:rFonts w:ascii="Courier New" w:hAnsi="Courier New"/>
          <w:color w:val="555555"/>
          <w:sz w:val="20"/>
        </w:rPr>
        <w:t>[5]</w:t>
      </w:r>
    </w:p>
    <w:p>
      <w:r>
        <w:rPr>
          <w:rFonts w:ascii="Gentium Plus" w:hAnsi="Gentium Plus"/>
          <w:sz w:val="24"/>
        </w:rPr>
        <w:t>τῷ τόπῳ πάσας τὰς ἐκλείψεις συμβαίνει τῆς σελήνης γίνεσθαι.</w:t>
      </w:r>
    </w:p>
    <w:p>
      <w:r>
        <w:rPr>
          <w:rFonts w:ascii="Courier New" w:hAnsi="Courier New"/>
          <w:color w:val="555555"/>
          <w:sz w:val="20"/>
        </w:rPr>
        <w:t>[11 . 8]</w:t>
      </w:r>
    </w:p>
    <w:p>
      <w:r>
        <w:rPr>
          <w:rFonts w:ascii="Gentium Plus" w:hAnsi="Gentium Plus"/>
          <w:sz w:val="24"/>
        </w:rPr>
        <w:t>Ἐκ δὲ τούτων φανερὸν ὅτι αἱ τῆς σελήνης ἐκλείψεις γίνονται κατὰ τὴν εἰς τὸ σκίασμα τῆς γῆς ἔμπτωσιν· πρὸς λόγον γὰρ τῆς κατὰ πλάτος κινήσεως τῆς ἡμερη‐ σίου τῆς σελήνης τὰ μεγέθη τῶν ἐκλείψεων σύμφωνα</w:t>
      </w:r>
    </w:p>
    <w:p>
      <w:r>
        <w:rPr>
          <w:rFonts w:ascii="Courier New" w:hAnsi="Courier New"/>
          <w:color w:val="555555"/>
          <w:sz w:val="20"/>
        </w:rPr>
        <w:t>[5]</w:t>
      </w:r>
    </w:p>
    <w:p>
      <w:r>
        <w:rPr>
          <w:rFonts w:ascii="Gentium Plus" w:hAnsi="Gentium Plus"/>
          <w:sz w:val="24"/>
        </w:rPr>
        <w:t>γίνεται· καὶ ἐν ἄλλαις ἡμέραις οὐ γίνονται αἱ τῆς σελήνης ἐκλείψεις πλὴν ἐν τῇ διχομηνίᾳ.</w:t>
      </w:r>
    </w:p>
    <w:p>
      <w:r>
        <w:rPr>
          <w:rFonts w:ascii="Courier New" w:hAnsi="Courier New"/>
          <w:color w:val="555555"/>
          <w:sz w:val="20"/>
        </w:rPr>
        <w:t>[12 T]</w:t>
      </w:r>
    </w:p>
    <w:p>
      <w:r>
        <w:rPr>
          <w:rFonts w:ascii="Gentium Plus" w:hAnsi="Gentium Plus"/>
          <w:sz w:val="24"/>
        </w:rPr>
        <w:t>Ὅτι τὴν ἐναντίαν τῷ κόσμῳ κίνησιν οἱ πλάνητες ποιοῦνται</w:t>
      </w:r>
    </w:p>
    <w:p>
      <w:r>
        <w:rPr>
          <w:rFonts w:ascii="Courier New" w:hAnsi="Courier New"/>
          <w:color w:val="555555"/>
          <w:sz w:val="20"/>
        </w:rPr>
        <w:t>[12 . 1]</w:t>
      </w:r>
    </w:p>
    <w:p>
      <w:r>
        <w:rPr>
          <w:rFonts w:ascii="Gentium Plus" w:hAnsi="Gentium Plus"/>
          <w:sz w:val="24"/>
        </w:rPr>
        <w:t>Ὁ κόσμος κινεῖται φορὰν ἐγκύκλιον ἀπ’ ἀνα‐ τολῆς ἐπὶ δύσιν. Ὅσοι γὰρ ἂν τῶν ἀστέρων μετὰ τὴν τοῦ ἡλίου δύσιν πρὸς τῇ ἀνατολῇ θεωρηθῶσι, προβαινούσης τῆς νυκτὸς</w:t>
      </w:r>
    </w:p>
    <w:p>
      <w:r>
        <w:rPr>
          <w:rFonts w:ascii="Courier New" w:hAnsi="Courier New"/>
          <w:color w:val="555555"/>
          <w:sz w:val="20"/>
        </w:rPr>
        <w:t>[5]</w:t>
      </w:r>
    </w:p>
    <w:p>
      <w:r>
        <w:rPr>
          <w:rFonts w:ascii="Gentium Plus" w:hAnsi="Gentium Plus"/>
          <w:sz w:val="24"/>
        </w:rPr>
        <w:t>μετεωριζόμενοι μᾶλλον ἀεὶ καὶ μᾶλλον θεωροῦνται· εἶτα βλέπονται πρὸς τῇ μεσουρανήσει·</w:t>
      </w:r>
    </w:p>
    <w:p>
      <w:r>
        <w:rPr>
          <w:rFonts w:ascii="Courier New" w:hAnsi="Courier New"/>
          <w:color w:val="555555"/>
          <w:sz w:val="20"/>
        </w:rPr>
        <w:t>[12 . 2]</w:t>
      </w:r>
    </w:p>
    <w:p>
      <w:r>
        <w:rPr>
          <w:rFonts w:ascii="Gentium Plus" w:hAnsi="Gentium Plus"/>
          <w:sz w:val="24"/>
        </w:rPr>
        <w:t>προβαινούσης δὲ τῆς νυκτὸς ἀποκλινόμενοι πρὸς τὴν δύσιν οἱ αὐτοὶ ἀστέρες</w:t>
      </w:r>
    </w:p>
    <w:p>
      <w:r>
        <w:rPr>
          <w:rFonts w:ascii="Courier New" w:hAnsi="Courier New"/>
          <w:color w:val="555555"/>
          <w:sz w:val="20"/>
        </w:rPr>
        <w:t>[5]</w:t>
      </w:r>
    </w:p>
    <w:p>
      <w:r>
        <w:rPr>
          <w:rFonts w:ascii="Gentium Plus" w:hAnsi="Gentium Plus"/>
          <w:sz w:val="24"/>
        </w:rPr>
        <w:t>φανερὸν ὅτι ὅλος ὁ κόσμος πᾶσι τοῖς ἐφ’ αὑτοῦ μέρεσι κινεῖται καὶ ἀπ’ ἀνατολῆς ἐπὶ δύσιν.</w:t>
      </w:r>
    </w:p>
    <w:p>
      <w:r>
        <w:rPr>
          <w:rFonts w:ascii="Courier New" w:hAnsi="Courier New"/>
          <w:color w:val="555555"/>
          <w:sz w:val="20"/>
        </w:rPr>
        <w:t>[12 . 3]</w:t>
      </w:r>
    </w:p>
    <w:p>
      <w:r>
        <w:rPr>
          <w:rFonts w:ascii="Gentium Plus" w:hAnsi="Gentium Plus"/>
          <w:sz w:val="24"/>
        </w:rPr>
        <w:t>Ὅτι δὲ ἐγκύκλιον ποιεῖται τὴν φοράν, πρόδηλον ἐκ τοῦ πάντας τοὺς ἀστέρας ἐκ τοῦ αὐτοῦ τόπου ἀνατέλ‐ λειν καὶ εἰς τὸν αὐτὸν τόπον δύνειν.</w:t>
      </w:r>
    </w:p>
    <w:p>
      <w:r>
        <w:rPr>
          <w:rFonts w:ascii="Courier New" w:hAnsi="Courier New"/>
          <w:color w:val="555555"/>
          <w:sz w:val="20"/>
        </w:rPr>
        <w:t>[12 . 4]</w:t>
      </w:r>
    </w:p>
    <w:p>
      <w:r>
        <w:rPr>
          <w:rFonts w:ascii="Gentium Plus" w:hAnsi="Gentium Plus"/>
          <w:sz w:val="24"/>
        </w:rPr>
        <w:t>Ἔτι δὲ καὶ διὰ τῶν διόπτρων θεωρούμενοι πάντες οἱ ἀστέρες φαίνονται ἐγκύκλιον ποιούμενοι τὴν κίνησιν ἐν ὅλῃ τῇ περιαγωγῇ τῶν διόπτρων.</w:t>
      </w:r>
    </w:p>
    <w:p>
      <w:r>
        <w:rPr>
          <w:rFonts w:ascii="Courier New" w:hAnsi="Courier New"/>
          <w:color w:val="555555"/>
          <w:sz w:val="20"/>
        </w:rPr>
        <w:t>[12 . 5]</w:t>
      </w:r>
    </w:p>
    <w:p>
      <w:r>
        <w:rPr>
          <w:rFonts w:ascii="Gentium Plus" w:hAnsi="Gentium Plus"/>
          <w:sz w:val="24"/>
        </w:rPr>
        <w:t>Ὁ μέντοι γε ἥλιος ἀπὸ δύσεως ἐπὶ τὴν ἀνατολὴν φέρεται ὑπεναντίως τῷ κόσμῳ. Τοῦτο δ’ ἐστὶ φανερὸν ἐκ τῶν προανατελλόντων ἀστέ‐ ρων τοῦ ἡλίου· ὅσοι γὰρ ἂν πρὸ τῆς τοῦ ἡλίου ἀνατολῆς</w:t>
      </w:r>
    </w:p>
    <w:p>
      <w:r>
        <w:rPr>
          <w:rFonts w:ascii="Courier New" w:hAnsi="Courier New"/>
          <w:color w:val="555555"/>
          <w:sz w:val="20"/>
        </w:rPr>
        <w:t>[5]</w:t>
      </w:r>
    </w:p>
    <w:p>
      <w:r>
        <w:rPr>
          <w:rFonts w:ascii="Gentium Plus" w:hAnsi="Gentium Plus"/>
          <w:sz w:val="24"/>
        </w:rPr>
        <w:t>θεωρηθῶσιν ἀστέρες προανατεταλκότες τοῦ ἡλίου, ἐν ταῖς ἐχομέναις νύκτεσιν ἐνωρότερον προανατεταλκότες θεωροῦνται· καὶ τοῦτο γίνεται κατὰ τὸ ἑξῆς ἐπὶ πασῶν τῶν νυκτῶν.</w:t>
      </w:r>
    </w:p>
    <w:p>
      <w:r>
        <w:rPr>
          <w:rFonts w:ascii="Courier New" w:hAnsi="Courier New"/>
          <w:color w:val="555555"/>
          <w:sz w:val="20"/>
        </w:rPr>
        <w:t>[12 . 6]</w:t>
      </w:r>
    </w:p>
    <w:p>
      <w:r>
        <w:rPr>
          <w:rFonts w:ascii="Gentium Plus" w:hAnsi="Gentium Plus"/>
          <w:sz w:val="24"/>
        </w:rPr>
        <w:t>Ἐξ οὗ φανερὸν ὅτι εἰς τὰ ἑπόμενα τῶν ζῳδίων ὁ ἥλιος μεταβαίνει, ἀπὸ δύσεως ἐπ’ ἀνατολὴν κινούμενος ὑπεναντίως τῷ κόσμῳ.</w:t>
      </w:r>
    </w:p>
    <w:p>
      <w:r>
        <w:rPr>
          <w:rFonts w:ascii="Courier New" w:hAnsi="Courier New"/>
          <w:color w:val="555555"/>
          <w:sz w:val="20"/>
        </w:rPr>
        <w:t>[12 . 7]</w:t>
      </w:r>
    </w:p>
    <w:p>
      <w:r>
        <w:rPr>
          <w:rFonts w:ascii="Gentium Plus" w:hAnsi="Gentium Plus"/>
          <w:sz w:val="24"/>
        </w:rPr>
        <w:t>Εἰ δέ γε ἀπὸ τῆς ἀνατολῆς ἐπὶ τὴν δύσιν ἐφέρετο ὁ ἥλιος, ἀεὶ τοὺς προανατέλλοντας ἀστέρας ἀθεωρήτους ἂν εἶναι συνέβαινεν· εἰς γὰρ τὰ προηγούμενα μεταβαίνων μέρη ὤφειλεν ἀποκρύπτειν αὐτοὺς ταῖς ἰδίαις αὐγαῖς</w:t>
      </w:r>
    </w:p>
    <w:p>
      <w:r>
        <w:rPr>
          <w:rFonts w:ascii="Courier New" w:hAnsi="Courier New"/>
          <w:color w:val="555555"/>
          <w:sz w:val="20"/>
        </w:rPr>
        <w:t>[5]</w:t>
      </w:r>
    </w:p>
    <w:p>
      <w:r>
        <w:rPr>
          <w:rFonts w:ascii="Gentium Plus" w:hAnsi="Gentium Plus"/>
          <w:sz w:val="24"/>
        </w:rPr>
        <w:t>(ἀεὶ γὰρ οἱ κατὰ τὸν ἥλιον γινόμενοι ἀστέρες ἀθεώρητοι ὑπάρχουσι καταυγούμενοι ὑπὸ τοῦ ἡλίου).</w:t>
      </w:r>
    </w:p>
    <w:p>
      <w:r>
        <w:rPr>
          <w:rFonts w:ascii="Courier New" w:hAnsi="Courier New"/>
          <w:color w:val="555555"/>
          <w:sz w:val="20"/>
        </w:rPr>
        <w:t>[12 . 8]</w:t>
      </w:r>
    </w:p>
    <w:p>
      <w:r>
        <w:rPr>
          <w:rFonts w:ascii="Gentium Plus" w:hAnsi="Gentium Plus"/>
          <w:sz w:val="24"/>
        </w:rPr>
        <w:t>Νῦν δὲ οὐ γίνεται τοῦτο, ἀλλ’ οἱ προανατέλλοντες ἀστέρες ἐν ταῖς ἐχομέναις νύκτεσι πλεῖον ἀεὶ καὶ πλεῖον ἀπὸ τῆς ἀνατολῆς ἀπέχοντες διάστημα θεωροῦνται, ὥστε μηνιαίῳ</w:t>
      </w:r>
    </w:p>
    <w:p>
      <w:r>
        <w:rPr>
          <w:rFonts w:ascii="Courier New" w:hAnsi="Courier New"/>
          <w:color w:val="555555"/>
          <w:sz w:val="20"/>
        </w:rPr>
        <w:t>[5]</w:t>
      </w:r>
    </w:p>
    <w:p>
      <w:r>
        <w:rPr>
          <w:rFonts w:ascii="Gentium Plus" w:hAnsi="Gentium Plus"/>
          <w:sz w:val="24"/>
        </w:rPr>
        <w:t>χρόνῳ ζῴδιον ὅλον προανατέλλειν τοῦ ἡλίου τὸ πρότερον</w:t>
      </w:r>
    </w:p>
    <w:p>
      <w:r>
        <w:rPr>
          <w:rFonts w:ascii="Courier New" w:hAnsi="Courier New"/>
          <w:color w:val="555555"/>
          <w:sz w:val="20"/>
        </w:rPr>
        <w:t>[12 . 9]</w:t>
      </w:r>
    </w:p>
    <w:p>
      <w:r>
        <w:rPr>
          <w:rFonts w:ascii="Gentium Plus" w:hAnsi="Gentium Plus"/>
          <w:sz w:val="24"/>
        </w:rPr>
        <w:t>Ἐν δὲ τῷ μηνιαίῳ χρόνῳ ἀεὶ τὸ μὲν ἑπόμενον ζῴδιον ἀθεώρητον γίνεται μεταβαίνοντος εἰς αὐτὸ τοῦ ἡλίου, τὸ δὲ προηγούμενον ζῴδιον β ζῳδίων διάστημα ἀφεστη‐ κὸς βλέπεται. Καὶ τοῦτο ἐπὶ τῶν ιβ ζῳδίων διὰ παντὸς</w:t>
      </w:r>
    </w:p>
    <w:p>
      <w:r>
        <w:rPr>
          <w:rFonts w:ascii="Courier New" w:hAnsi="Courier New"/>
          <w:color w:val="555555"/>
          <w:sz w:val="20"/>
        </w:rPr>
        <w:t>[5]</w:t>
      </w:r>
    </w:p>
    <w:p>
      <w:r>
        <w:rPr>
          <w:rFonts w:ascii="Gentium Plus" w:hAnsi="Gentium Plus"/>
          <w:sz w:val="24"/>
        </w:rPr>
        <w:t>γίνεται.</w:t>
      </w:r>
    </w:p>
    <w:p>
      <w:r>
        <w:rPr>
          <w:rFonts w:ascii="Courier New" w:hAnsi="Courier New"/>
          <w:color w:val="555555"/>
          <w:sz w:val="20"/>
        </w:rPr>
        <w:t>[12 . 10]</w:t>
      </w:r>
    </w:p>
    <w:p>
      <w:r>
        <w:rPr>
          <w:rFonts w:ascii="Gentium Plus" w:hAnsi="Gentium Plus"/>
          <w:sz w:val="24"/>
        </w:rPr>
        <w:t>Ἐξ ὧν φανερὸν ὅτι ὁ ἥλιος ὑπεναντίως τῷ κόσμῳ κινούμενος εἰς τὰ ἑπόμενα τῶν ζῳδίων, καὶ οὐκ εἰς τὰ προηγούμενα, ποιεῖ τὴν μετάβασιν.</w:t>
      </w:r>
    </w:p>
    <w:p>
      <w:r>
        <w:rPr>
          <w:rFonts w:ascii="Courier New" w:hAnsi="Courier New"/>
          <w:color w:val="555555"/>
          <w:sz w:val="20"/>
        </w:rPr>
        <w:t>[12 . 11]</w:t>
      </w:r>
    </w:p>
    <w:p>
      <w:r>
        <w:rPr>
          <w:rFonts w:ascii="Gentium Plus" w:hAnsi="Gentium Plus"/>
          <w:sz w:val="24"/>
        </w:rPr>
        <w:t>Ἐκδηλότερόν τε ἐπὶ τῆς σελήνης θεωρεῖται ἡ κίνησις· καὶ γὰρ αὕτη ὑπεναντίως τῷ κόσμῳ θεωρεῖται ἀπὸ δύσεως ἐπ’ ἀνατολὴν κινουμένη. Τοῦτο δ’ ἐν μιᾷ νυκτὶ δύναται καταλαμβάνεσθαι διὰ τῆς ὁράσεως ἐπι‐</w:t>
      </w:r>
    </w:p>
    <w:p>
      <w:r>
        <w:rPr>
          <w:rFonts w:ascii="Courier New" w:hAnsi="Courier New"/>
          <w:color w:val="555555"/>
          <w:sz w:val="20"/>
        </w:rPr>
        <w:t>[5]</w:t>
      </w:r>
    </w:p>
    <w:p>
      <w:r>
        <w:rPr>
          <w:rFonts w:ascii="Gentium Plus" w:hAnsi="Gentium Plus"/>
          <w:sz w:val="24"/>
        </w:rPr>
        <w:t>μαρτυροῦντος τοῦ φαινομένου.</w:t>
      </w:r>
    </w:p>
    <w:p>
      <w:r>
        <w:rPr>
          <w:rFonts w:ascii="Courier New" w:hAnsi="Courier New"/>
          <w:color w:val="555555"/>
          <w:sz w:val="20"/>
        </w:rPr>
        <w:t>[12 . 12]</w:t>
      </w:r>
    </w:p>
    <w:p>
      <w:r>
        <w:rPr>
          <w:rFonts w:ascii="Gentium Plus" w:hAnsi="Gentium Plus"/>
          <w:sz w:val="24"/>
        </w:rPr>
        <w:t>Ὅταν γὰρ παρά τινα τῶν ἀπλανῶν ἀστέρων θεωρηθῇ ἡ σελήνη, προβαινούσης τῆς νυκτὸς ἀφίσταται ἀπὸ τοῦ παρατετηρημένου ἀστέρος πρὸς ἀνατολὴν καὶ δύσιν· καὶ πολλάκις ἐν ὅλῃ τῇ νυκτὶ</w:t>
      </w:r>
    </w:p>
    <w:p>
      <w:r>
        <w:rPr>
          <w:rFonts w:ascii="Courier New" w:hAnsi="Courier New"/>
          <w:color w:val="555555"/>
          <w:sz w:val="20"/>
        </w:rPr>
        <w:t>[5]</w:t>
      </w:r>
    </w:p>
    <w:p>
      <w:r>
        <w:rPr>
          <w:rFonts w:ascii="Gentium Plus" w:hAnsi="Gentium Plus"/>
          <w:sz w:val="24"/>
        </w:rPr>
        <w:t>η μοίρας ἀπὸ τοῦ παρατετηρημένου ἀστέρος διίσταται πρὸς ἀνατολήν.</w:t>
      </w:r>
    </w:p>
    <w:p>
      <w:r>
        <w:rPr>
          <w:rFonts w:ascii="Courier New" w:hAnsi="Courier New"/>
          <w:color w:val="555555"/>
          <w:sz w:val="20"/>
        </w:rPr>
        <w:t>[12 . 13]</w:t>
      </w:r>
    </w:p>
    <w:p>
      <w:r>
        <w:rPr>
          <w:rFonts w:ascii="Gentium Plus" w:hAnsi="Gentium Plus"/>
          <w:sz w:val="24"/>
        </w:rPr>
        <w:t>Ὥστε ἐν μιᾷ νυκτὶ θεωρεῖσθαι τὴν ὑπεναντίαν κίνησιν τῷ κόσμῳ· οὐ γὰρ εἰς τοὺς προηγουμένους ἀστέρας μεταβαίνει, ἀλλ’ εἰς τοὺς ἑπομένους.</w:t>
      </w:r>
    </w:p>
    <w:p>
      <w:r>
        <w:rPr>
          <w:rFonts w:ascii="Courier New" w:hAnsi="Courier New"/>
          <w:color w:val="555555"/>
          <w:sz w:val="20"/>
        </w:rPr>
        <w:t>[12 . 14]</w:t>
      </w:r>
    </w:p>
    <w:p>
      <w:r>
        <w:rPr>
          <w:rFonts w:ascii="Gentium Plus" w:hAnsi="Gentium Plus"/>
          <w:sz w:val="24"/>
        </w:rPr>
        <w:t>Λέγουσι δέ τινες εἰς μὲν τὰ ἑπόμενα ζῴδια τὴν μετά‐ βασιν γίνεσθαι τῷ ἡλίῳ καὶ τῇ σελήνῃ, μὴ μέντοι γε ὑπεναντίως αὐτοὺς κινεῖσθαι τῷ κόσμῳ, ἀλλὰ διὰ τὰ μεγέθη ὑπολείπεσθαι αὐτοὺς τῆς τῶν ἀπλανῶν ἀστέρων</w:t>
      </w:r>
    </w:p>
    <w:p>
      <w:r>
        <w:rPr>
          <w:rFonts w:ascii="Courier New" w:hAnsi="Courier New"/>
          <w:color w:val="555555"/>
          <w:sz w:val="20"/>
        </w:rPr>
        <w:t>[5]</w:t>
      </w:r>
    </w:p>
    <w:p>
      <w:r>
        <w:rPr>
          <w:rFonts w:ascii="Gentium Plus" w:hAnsi="Gentium Plus"/>
          <w:sz w:val="24"/>
        </w:rPr>
        <w:t>σφαίρας. Δοκεῖν δὲ ἡμῖν εἰς τὰ ἑπόμενα τῶν ζῳδίων τὴν μετάβασιν γίνεσθαι κατὰ τὴν ἐναντίαν κίνησιν·</w:t>
      </w:r>
    </w:p>
    <w:p>
      <w:r>
        <w:rPr>
          <w:rFonts w:ascii="Courier New" w:hAnsi="Courier New"/>
          <w:color w:val="555555"/>
          <w:sz w:val="20"/>
        </w:rPr>
        <w:t>[12 . 15]</w:t>
      </w:r>
    </w:p>
    <w:p>
      <w:r>
        <w:rPr>
          <w:rFonts w:ascii="Gentium Plus" w:hAnsi="Gentium Plus"/>
          <w:sz w:val="24"/>
        </w:rPr>
        <w:t>τοῦτο δὲ μὴ εἶναι ἀληθές, ἀλλὰ φέρεσθαι μὲν ἥλιον καὶ σελήνην ἀπ’ ἀνατολῆς ἐπὶ δύσιν, καταταχουμένους δ’ ὑπὸ τοῦ κόσμου πρὸ τοῦ κύκλον περιδραμεῖν ἐν τοῖς ἑπομένοις</w:t>
      </w:r>
    </w:p>
    <w:p>
      <w:r>
        <w:rPr>
          <w:rFonts w:ascii="Courier New" w:hAnsi="Courier New"/>
          <w:color w:val="555555"/>
          <w:sz w:val="20"/>
        </w:rPr>
        <w:t>[5]</w:t>
      </w:r>
    </w:p>
    <w:p>
      <w:r>
        <w:rPr>
          <w:rFonts w:ascii="Gentium Plus" w:hAnsi="Gentium Plus"/>
          <w:sz w:val="24"/>
        </w:rPr>
        <w:t>ζῳδίοις θεωρεῖσθαι.</w:t>
      </w:r>
    </w:p>
    <w:p>
      <w:r>
        <w:rPr>
          <w:rFonts w:ascii="Courier New" w:hAnsi="Courier New"/>
          <w:color w:val="555555"/>
          <w:sz w:val="20"/>
        </w:rPr>
        <w:t>[12 . 16]</w:t>
      </w:r>
    </w:p>
    <w:p>
      <w:r>
        <w:rPr>
          <w:rFonts w:ascii="Gentium Plus" w:hAnsi="Gentium Plus"/>
          <w:sz w:val="24"/>
        </w:rPr>
        <w:t>Χρῶνται δέ τινες καὶ ὁμοιώματι τούτῳ· εἰ γάρ τις, φασίν, ὑπεστήσατο δρομεῖς ιβ ἴσῳ τάχει χρωμένους καὶ ποιουμένους ἐπὶ κύκλου τὴν κίνησιν, εἶται μέντοι γε ἄλλον τινὰ ἕνα βραδύτερον ἐν αὐτοῖς κινούμενον, ὁμοίαν δὲ τὴν</w:t>
      </w:r>
    </w:p>
    <w:p>
      <w:r>
        <w:rPr>
          <w:rFonts w:ascii="Courier New" w:hAnsi="Courier New"/>
          <w:color w:val="555555"/>
          <w:sz w:val="20"/>
        </w:rPr>
        <w:t>[5]</w:t>
      </w:r>
    </w:p>
    <w:p>
      <w:r>
        <w:rPr>
          <w:rFonts w:ascii="Gentium Plus" w:hAnsi="Gentium Plus"/>
          <w:sz w:val="24"/>
        </w:rPr>
        <w:t>κίνησιν αὐτοῖς ποιούμενον ἐπὶ κύκλου, δόξει μὲν περι‐ καταλαμβανόμενος εἰς τὰ ἑπόμενα μεταβαίνειν·</w:t>
      </w:r>
    </w:p>
    <w:p>
      <w:r>
        <w:rPr>
          <w:rFonts w:ascii="Courier New" w:hAnsi="Courier New"/>
          <w:color w:val="555555"/>
          <w:sz w:val="20"/>
        </w:rPr>
        <w:t>[12 . 17]</w:t>
      </w:r>
    </w:p>
    <w:p>
      <w:r>
        <w:rPr>
          <w:rFonts w:ascii="Gentium Plus" w:hAnsi="Gentium Plus"/>
          <w:sz w:val="24"/>
        </w:rPr>
        <w:t>οὐκ ἔσται δὲ τοῦτο ἐπὶ τῆς ἀληθείας, ἀλλ’ ὁμοίως αὐτὸς κινούμενος διὰ τὴν βραδυτῆτα δόξει εἰς τἀναντία κινεῖσθαι.</w:t>
      </w:r>
    </w:p>
    <w:p>
      <w:r>
        <w:rPr>
          <w:rFonts w:ascii="Courier New" w:hAnsi="Courier New"/>
          <w:color w:val="555555"/>
          <w:sz w:val="20"/>
        </w:rPr>
        <w:t>[12 . 18]</w:t>
      </w:r>
    </w:p>
    <w:p>
      <w:r>
        <w:rPr>
          <w:rFonts w:ascii="Gentium Plus" w:hAnsi="Gentium Plus"/>
          <w:sz w:val="24"/>
        </w:rPr>
        <w:t>Τοῦτο δὴ καὶ ἐπὶ τοῦ ἡλίου καὶ ἐπὶ τῆς σελήνης συμβεβηκέναι· ἐπὶ γὰρ τὰ αὐτὰ μέρη κινουμένου τοῦ κόσμου διὰ τὴν βραδυτῆτα εἰς τὰ ἑπόμενα ὑποφέρονται, καθάπερ τὰ ἐπὶ τῶν ποταμῶν καταφερόμενα πλοῖα προκα‐</w:t>
      </w:r>
    </w:p>
    <w:p>
      <w:r>
        <w:rPr>
          <w:rFonts w:ascii="Courier New" w:hAnsi="Courier New"/>
          <w:color w:val="555555"/>
          <w:sz w:val="20"/>
        </w:rPr>
        <w:t>[5]</w:t>
      </w:r>
    </w:p>
    <w:p>
      <w:r>
        <w:rPr>
          <w:rFonts w:ascii="Gentium Plus" w:hAnsi="Gentium Plus"/>
          <w:sz w:val="24"/>
        </w:rPr>
        <w:t>ταταχούμενα ὑπὸ τοῦ ῥεύματος δοκεῖ εἰς τὰ ὀπίσω κι‐ νεῖσθαι. Τοῦτο δή φασι καὶ ἐπὶ τοῦ ἡλίου καὶ ἐπὶ τῆς σελήνης συμβαίνειν.</w:t>
      </w:r>
    </w:p>
    <w:p>
      <w:r>
        <w:rPr>
          <w:rFonts w:ascii="Courier New" w:hAnsi="Courier New"/>
          <w:color w:val="555555"/>
          <w:sz w:val="20"/>
        </w:rPr>
        <w:t>[12 . 19]</w:t>
      </w:r>
    </w:p>
    <w:p>
      <w:r>
        <w:rPr>
          <w:rFonts w:ascii="Gentium Plus" w:hAnsi="Gentium Plus"/>
          <w:sz w:val="24"/>
        </w:rPr>
        <w:t>Αὕτη δὲ ἡ δόξα ὑπὸ πολλῶν φιλοσόφων εἰρημένη ἀσύμφωνός ἐστι τοῖς φαινομένοις. Εἰ γὰρ καθ’ ὑπόλειψιν ἐκινοῦντο ὑποφερομένων τῶν σωμάτων διὰ τὰ μεγέθη, ἔδει κατὰ παραλλήλους κύκλους</w:t>
      </w:r>
    </w:p>
    <w:p>
      <w:r>
        <w:rPr>
          <w:rFonts w:ascii="Courier New" w:hAnsi="Courier New"/>
          <w:color w:val="555555"/>
          <w:sz w:val="20"/>
        </w:rPr>
        <w:t>[5]</w:t>
      </w:r>
    </w:p>
    <w:p>
      <w:r>
        <w:rPr>
          <w:rFonts w:ascii="Gentium Plus" w:hAnsi="Gentium Plus"/>
          <w:sz w:val="24"/>
        </w:rPr>
        <w:t>τὴν ὑπόλειψιν γίνεσθαι, καθάπερ καὶ οἱ ἀπλανεῖς ἀστέρες πάντες ἐπὶ παραλλήλων κύκλων φέρονται διὰ τὸ καὶ τὴν τοῦ κόσμου φορὰν ἐγκύκλιον εἶναι ἀπ’ ἀνατολῆς ἐπὶ δύσιν.</w:t>
      </w:r>
    </w:p>
    <w:p>
      <w:r>
        <w:rPr>
          <w:rFonts w:ascii="Courier New" w:hAnsi="Courier New"/>
          <w:color w:val="555555"/>
          <w:sz w:val="20"/>
        </w:rPr>
        <w:t>[12 . 20]</w:t>
      </w:r>
    </w:p>
    <w:p>
      <w:r>
        <w:rPr>
          <w:rFonts w:ascii="Gentium Plus" w:hAnsi="Gentium Plus"/>
          <w:sz w:val="24"/>
        </w:rPr>
        <w:t>Νυνὶ δ’ οὐχ ὑπολείπονται κατὰ παραλλή‐ λους. Ἀλλ’ ὁ μὲν ἥλιος ἐπὶ τοῦ διὰ μέσων τῶν ζῳδίων</w:t>
      </w:r>
    </w:p>
    <w:p>
      <w:r>
        <w:rPr>
          <w:rFonts w:ascii="Courier New" w:hAnsi="Courier New"/>
          <w:color w:val="555555"/>
          <w:sz w:val="20"/>
        </w:rPr>
        <w:t>[5]</w:t>
      </w:r>
    </w:p>
    <w:p>
      <w:r>
        <w:rPr>
          <w:rFonts w:ascii="Gentium Plus" w:hAnsi="Gentium Plus"/>
          <w:sz w:val="24"/>
        </w:rPr>
        <w:t>ὑπαρχούσης αὐτῷ τῆς κινήσεως ἀπ’ ἀνατολῆς ἐπὶ δύσιν καὶ ἀπὸ δύσεως ἐπ’ ἀνατολήν.</w:t>
      </w:r>
    </w:p>
    <w:p>
      <w:r>
        <w:rPr>
          <w:rFonts w:ascii="Courier New" w:hAnsi="Courier New"/>
          <w:color w:val="555555"/>
          <w:sz w:val="20"/>
        </w:rPr>
        <w:t>[12 . 21]</w:t>
      </w:r>
    </w:p>
    <w:p>
      <w:r>
        <w:rPr>
          <w:rFonts w:ascii="Gentium Plus" w:hAnsi="Gentium Plus"/>
          <w:sz w:val="24"/>
        </w:rPr>
        <w:t>Ἡ δὲ σελήνη ἐν ὅλῳ τῷ πλάτει τοῦ ζῳδιακοῦ κύκλου τὴν πάροδον ποιεῖται· οὐδὲ τῶν καθ’ ὑπόλειψιν ὑποφερομένων ἅμα δύναται κατὰ πλάτος κινεῖσθαι, ἀλλ’ ὀφείλει κατὰ τὴν τοῦ κόσμου</w:t>
      </w:r>
    </w:p>
    <w:p>
      <w:r>
        <w:rPr>
          <w:rFonts w:ascii="Courier New" w:hAnsi="Courier New"/>
          <w:color w:val="555555"/>
          <w:sz w:val="20"/>
        </w:rPr>
        <w:t>[5]</w:t>
      </w:r>
    </w:p>
    <w:p>
      <w:r>
        <w:rPr>
          <w:rFonts w:ascii="Gentium Plus" w:hAnsi="Gentium Plus"/>
          <w:sz w:val="24"/>
        </w:rPr>
        <w:t>φορὰν τὴν ὑπόλειψιν ποιεῖσθαι.</w:t>
      </w:r>
    </w:p>
    <w:p>
      <w:r>
        <w:rPr>
          <w:rFonts w:ascii="Courier New" w:hAnsi="Courier New"/>
          <w:color w:val="555555"/>
          <w:sz w:val="20"/>
        </w:rPr>
        <w:t>[12 . 22]</w:t>
      </w:r>
    </w:p>
    <w:p>
      <w:r>
        <w:rPr>
          <w:rFonts w:ascii="Gentium Plus" w:hAnsi="Gentium Plus"/>
          <w:sz w:val="24"/>
        </w:rPr>
        <w:t>Ἐλέγχει δὲ τὴν δόξαν ψευδῆ ὑπάρχουσαν μάλιστα πάντων ἡ περὶ τοὺς πέντε πλανήτας ἀστέρας κίνησις· ἐκεῖνοι γὰρ ὁτὲ μὲν ὑπολείπονται τῶν ἀπλανῶν ἀστέρων, ὁτὲ δὲ προηγοῦνται, ὁτὲ δὲ κατὰ τοὺς αὐτοὺς ἀστέρας</w:t>
      </w:r>
    </w:p>
    <w:p>
      <w:r>
        <w:rPr>
          <w:rFonts w:ascii="Courier New" w:hAnsi="Courier New"/>
          <w:color w:val="555555"/>
          <w:sz w:val="20"/>
        </w:rPr>
        <w:t>[5]</w:t>
      </w:r>
    </w:p>
    <w:p>
      <w:r>
        <w:rPr>
          <w:rFonts w:ascii="Gentium Plus" w:hAnsi="Gentium Plus"/>
          <w:sz w:val="24"/>
        </w:rPr>
        <w:t>μένουσιν, οἳ δὴ καὶ καλοῦνται στηριγμοί.</w:t>
      </w:r>
    </w:p>
    <w:p>
      <w:r>
        <w:rPr>
          <w:rFonts w:ascii="Courier New" w:hAnsi="Courier New"/>
          <w:color w:val="555555"/>
          <w:sz w:val="20"/>
        </w:rPr>
        <w:t>[12 . 23]</w:t>
      </w:r>
    </w:p>
    <w:p>
      <w:r>
        <w:rPr>
          <w:rFonts w:ascii="Gentium Plus" w:hAnsi="Gentium Plus"/>
          <w:sz w:val="24"/>
        </w:rPr>
        <w:t>Τοιαύτης δ’ ὑπαρχούσης περὶ αὐτοὺς τῆς κινήσεως φανερὸν ὅτι ἡ εἰς τὰ ἑπόμενα μετάβασις οὐ γίνεται καθ’ ὑπόλειψιν· διὰ παντὸς γὰρ ἂν ὑπολείποιντο.</w:t>
      </w:r>
    </w:p>
    <w:p>
      <w:r>
        <w:rPr>
          <w:rFonts w:ascii="Courier New" w:hAnsi="Courier New"/>
          <w:color w:val="555555"/>
          <w:sz w:val="20"/>
        </w:rPr>
        <w:t>[5]</w:t>
      </w:r>
    </w:p>
    <w:p>
      <w:r>
        <w:rPr>
          <w:rFonts w:ascii="Gentium Plus" w:hAnsi="Gentium Plus"/>
          <w:sz w:val="24"/>
        </w:rPr>
        <w:t>Νυνὶ δὲ ἰδία τίς ἐστιν ἡ περὶ ἕκαστον σφαιροποιία, καθ’ ἣν ποτὲ μὲν εἰς τὰ ἑπόμενα μεταβαίνουσι, ποτὲ δὲ εἰς τὰ προηγούμενα, ποτὲ δὲ στηρίζουσιν.</w:t>
      </w:r>
    </w:p>
    <w:p>
      <w:r>
        <w:rPr>
          <w:rFonts w:ascii="Courier New" w:hAnsi="Courier New"/>
          <w:color w:val="555555"/>
          <w:sz w:val="20"/>
        </w:rPr>
        <w:t>[12 . 24]</w:t>
      </w:r>
    </w:p>
    <w:p>
      <w:r>
        <w:rPr>
          <w:rFonts w:ascii="Gentium Plus" w:hAnsi="Gentium Plus"/>
          <w:sz w:val="24"/>
        </w:rPr>
        <w:t>Οὕτω δὴ καὶ περὶ τὸν ἥλιον καὶ περὶ τὴν σελήνην ἰδία τίς ἐστι καὶ προαιρετικὴ καὶ κατὰ φύσιν ἡ κατὰ πλάτος κίνησις, καθ’ ἣν ἀπὸ δύσεως ἐπ’ ἀνατολὴν κινούμενοι τὴν κατὰ</w:t>
      </w:r>
    </w:p>
    <w:p>
      <w:r>
        <w:rPr>
          <w:rFonts w:ascii="Courier New" w:hAnsi="Courier New"/>
          <w:color w:val="555555"/>
          <w:sz w:val="20"/>
        </w:rPr>
        <w:t>[5]</w:t>
      </w:r>
    </w:p>
    <w:p>
      <w:r>
        <w:rPr>
          <w:rFonts w:ascii="Gentium Plus" w:hAnsi="Gentium Plus"/>
          <w:sz w:val="24"/>
        </w:rPr>
        <w:t>πλάτος πάροδον ποιοῦνται.</w:t>
      </w:r>
    </w:p>
    <w:p>
      <w:r>
        <w:rPr>
          <w:rFonts w:ascii="Courier New" w:hAnsi="Courier New"/>
          <w:color w:val="555555"/>
          <w:sz w:val="20"/>
        </w:rPr>
        <w:t>[12 . 25]</w:t>
      </w:r>
    </w:p>
    <w:p>
      <w:r>
        <w:rPr>
          <w:rFonts w:ascii="Gentium Plus" w:hAnsi="Gentium Plus"/>
          <w:sz w:val="24"/>
        </w:rPr>
        <w:t>Ὅτι δὲ οὐ δύναται καθ’ ὑπόλειψιν εἰς τὰ ἑπόμενα τῶν ζῳδίων τὴν μετάβασιν ποιεῖσθαι, φανερὸν καὶ ἐκ τοῦ μὴ ἀνάλογον τοῖς μεγέθεσι μηδὲ τοῖς ἀποστήμασι τὰς μεταβάσεις γίνεσθαι·</w:t>
      </w:r>
    </w:p>
    <w:p>
      <w:r>
        <w:rPr>
          <w:rFonts w:ascii="Courier New" w:hAnsi="Courier New"/>
          <w:color w:val="555555"/>
          <w:sz w:val="20"/>
        </w:rPr>
        <w:t>[12 . 26]</w:t>
      </w:r>
    </w:p>
    <w:p>
      <w:r>
        <w:rPr>
          <w:rFonts w:ascii="Gentium Plus" w:hAnsi="Gentium Plus"/>
          <w:sz w:val="24"/>
        </w:rPr>
        <w:t>εἰ γὰρ διὰ τὰ μεγέθη τῶν σωμάτων ὑπεφέροντο βραδυτέραν ἔχοντες τῶν ἀπλανῶν ἀστέρων κίνησιν, ἔδει ἀνάλογον τοῖς μεγέθεσι καὶ τοῖς ἀποστήμασι τὰς ὑπολείψεις γίνεσθαι.</w:t>
      </w:r>
    </w:p>
    <w:p>
      <w:r>
        <w:rPr>
          <w:rFonts w:ascii="Courier New" w:hAnsi="Courier New"/>
          <w:color w:val="555555"/>
          <w:sz w:val="20"/>
        </w:rPr>
        <w:t>[12 . 27]</w:t>
      </w:r>
    </w:p>
    <w:p>
      <w:r>
        <w:rPr>
          <w:rFonts w:ascii="Gentium Plus" w:hAnsi="Gentium Plus"/>
          <w:sz w:val="24"/>
        </w:rPr>
        <w:t>Μὴ γινομένου δὲ τούτου ἀνάγκη λέγειν κατὰ φύσιν εἶναι τοῖς πλανωμέ‐</w:t>
      </w:r>
    </w:p>
    <w:p>
      <w:r>
        <w:rPr>
          <w:rFonts w:ascii="Courier New" w:hAnsi="Courier New"/>
          <w:color w:val="555555"/>
          <w:sz w:val="20"/>
        </w:rPr>
        <w:t>[5]</w:t>
      </w:r>
    </w:p>
    <w:p>
      <w:r>
        <w:rPr>
          <w:rFonts w:ascii="Gentium Plus" w:hAnsi="Gentium Plus"/>
          <w:sz w:val="24"/>
        </w:rPr>
        <w:t>ρους συμβέβηκε τὰς μεταβάσεις γίνεσθαι.</w:t>
      </w:r>
    </w:p>
    <w:p>
      <w:r>
        <w:rPr>
          <w:rFonts w:ascii="Courier New" w:hAnsi="Courier New"/>
          <w:color w:val="555555"/>
          <w:sz w:val="20"/>
        </w:rPr>
        <w:t>[13 T]</w:t>
      </w:r>
    </w:p>
    <w:p>
      <w:r>
        <w:rPr>
          <w:rFonts w:ascii="Gentium Plus" w:hAnsi="Gentium Plus"/>
          <w:sz w:val="24"/>
        </w:rPr>
        <w:t>Περὶ ἀνατολῶν καὶ δυσμῶν</w:t>
      </w:r>
    </w:p>
    <w:p>
      <w:r>
        <w:rPr>
          <w:rFonts w:ascii="Courier New" w:hAnsi="Courier New"/>
          <w:color w:val="555555"/>
          <w:sz w:val="20"/>
        </w:rPr>
        <w:t>[13 . 1]</w:t>
      </w:r>
    </w:p>
    <w:p>
      <w:r>
        <w:rPr>
          <w:rFonts w:ascii="Gentium Plus" w:hAnsi="Gentium Plus"/>
          <w:sz w:val="24"/>
        </w:rPr>
        <w:t>Ὁ κόσμος κινούμενος ἀπὸ ἀνατολῆς ἐπὶ δύ‐ σιν ἡμέρᾳ καὶ νυκτὶ ἀποκαθίσταται ἀπὸ ἀνατολῆς ἐπὶ ἀνατολήν. Ἐν δὲ τῇ τοῦ κόσμου περιστροφῇ πάντες οἱ ἀστέρες καθ’ ἑκάστην ἡμέραν καὶ ἀνατέλλουσι καὶ δύ‐</w:t>
      </w:r>
    </w:p>
    <w:p>
      <w:r>
        <w:rPr>
          <w:rFonts w:ascii="Courier New" w:hAnsi="Courier New"/>
          <w:color w:val="555555"/>
          <w:sz w:val="20"/>
        </w:rPr>
        <w:t>[5]</w:t>
      </w:r>
    </w:p>
    <w:p>
      <w:r>
        <w:rPr>
          <w:rFonts w:ascii="Gentium Plus" w:hAnsi="Gentium Plus"/>
          <w:sz w:val="24"/>
        </w:rPr>
        <w:t>νουσι.</w:t>
      </w:r>
    </w:p>
    <w:p>
      <w:r>
        <w:rPr>
          <w:rFonts w:ascii="Courier New" w:hAnsi="Courier New"/>
          <w:color w:val="555555"/>
          <w:sz w:val="20"/>
        </w:rPr>
        <w:t>[13 . 2]</w:t>
      </w:r>
    </w:p>
    <w:p>
      <w:r>
        <w:rPr>
          <w:rFonts w:ascii="Gentium Plus" w:hAnsi="Gentium Plus"/>
          <w:sz w:val="24"/>
        </w:rPr>
        <w:t>Καὶ ἔστιν ἀνατολὴ μὲν ἡ καθ’ ἑκάστην ἡμέραν γινο‐ μένη πρὸς τὸν ὁρίζοντα φάσις, δύσις δὲ ἡ καθ’ ἑκάστην ἡμέραν γινομένη ὑπὸ τὸν ὁρίζοντα κρύψις.</w:t>
      </w:r>
    </w:p>
    <w:p>
      <w:r>
        <w:rPr>
          <w:rFonts w:ascii="Courier New" w:hAnsi="Courier New"/>
          <w:color w:val="555555"/>
          <w:sz w:val="20"/>
        </w:rPr>
        <w:t>[13 . 3]</w:t>
      </w:r>
    </w:p>
    <w:p>
      <w:r>
        <w:rPr>
          <w:rFonts w:ascii="Gentium Plus" w:hAnsi="Gentium Plus"/>
          <w:sz w:val="24"/>
        </w:rPr>
        <w:t>Ἄλλως δὲ λέγονται ἐπιτολαὶ καὶ δύσεις, ἃς ἔνιοι ἀγνοοῦντες κατὰ τὴν αὐτὴν ἔννοιαν ὑπολαμβάνουσι λέγεσθαι. Μεγάλη δέ ἐστι διαφορὰ ἀνατολῆς καὶ ἐπιτολῆς. Ἀνατολὴ μὲν γάρ ἐστιν ἡ προειρημένη, ἐπιτολὴ δὲ ἡ</w:t>
      </w:r>
    </w:p>
    <w:p>
      <w:r>
        <w:rPr>
          <w:rFonts w:ascii="Courier New" w:hAnsi="Courier New"/>
          <w:color w:val="555555"/>
          <w:sz w:val="20"/>
        </w:rPr>
        <w:t>[5]</w:t>
      </w:r>
    </w:p>
    <w:p>
      <w:r>
        <w:rPr>
          <w:rFonts w:ascii="Gentium Plus" w:hAnsi="Gentium Plus"/>
          <w:sz w:val="24"/>
        </w:rPr>
        <w:t>γινομένη πρὸς τὸν ὁρίζοντα φάσις μετὰ τῆς πρὸς τὸν ἥλιον ἀποστάσεως ἀπολαμβανομένη.</w:t>
      </w:r>
    </w:p>
    <w:p>
      <w:r>
        <w:rPr>
          <w:rFonts w:ascii="Courier New" w:hAnsi="Courier New"/>
          <w:color w:val="555555"/>
          <w:sz w:val="20"/>
        </w:rPr>
        <w:t>[13 . 4]</w:t>
      </w:r>
    </w:p>
    <w:p>
      <w:r>
        <w:rPr>
          <w:rFonts w:ascii="Gentium Plus" w:hAnsi="Gentium Plus"/>
          <w:sz w:val="24"/>
        </w:rPr>
        <w:t>Ὁ δὲ αὐτὸς λόγος καὶ ἐπὶ τῆς δύσεως· ἄλλως μὲν γὰρ λέγεται δύσις ἡ καθ’ ἑκάστην ἡμέραν γινομένη ὑπὸ τὸν ὁρίζοντα κρύψις, ἄλλως δὲ ἡ γινομένη πρός τε τὸν ὁρίζοντα ἅμα καὶ τὸν</w:t>
      </w:r>
    </w:p>
    <w:p>
      <w:r>
        <w:rPr>
          <w:rFonts w:ascii="Courier New" w:hAnsi="Courier New"/>
          <w:color w:val="555555"/>
          <w:sz w:val="20"/>
        </w:rPr>
        <w:t>[5]</w:t>
      </w:r>
    </w:p>
    <w:p>
      <w:r>
        <w:rPr>
          <w:rFonts w:ascii="Gentium Plus" w:hAnsi="Gentium Plus"/>
          <w:sz w:val="24"/>
        </w:rPr>
        <w:t>ἥλιον.</w:t>
      </w:r>
    </w:p>
    <w:p>
      <w:r>
        <w:rPr>
          <w:rFonts w:ascii="Courier New" w:hAnsi="Courier New"/>
          <w:color w:val="555555"/>
          <w:sz w:val="20"/>
        </w:rPr>
        <w:t>[13 . 5]</w:t>
      </w:r>
    </w:p>
    <w:p>
      <w:r>
        <w:rPr>
          <w:rFonts w:ascii="Gentium Plus" w:hAnsi="Gentium Plus"/>
          <w:sz w:val="24"/>
        </w:rPr>
        <w:t>Εἰσὶ δὲ περὶ ἕκαστον τῶν ἀστέρων ἐπιτολαὶ δύο· αἱ μὲν γὰρ αὐτῶν λέγονται ἑωθιναὶ, αἱ δὲ ἑσπέριοι. Καὶ ἔστιν ἑῴα μὲν ἐπιτολή, ὅταν ἅμα τῷ ἡλίῳ ἀνατέλλοντι συνανατέλλῃ τις ἀστὴρ κατὰ τὸν αὐτὸν χρόνον γενόμενος</w:t>
      </w:r>
    </w:p>
    <w:p>
      <w:r>
        <w:rPr>
          <w:rFonts w:ascii="Courier New" w:hAnsi="Courier New"/>
          <w:color w:val="555555"/>
          <w:sz w:val="20"/>
        </w:rPr>
        <w:t>[5]</w:t>
      </w:r>
    </w:p>
    <w:p>
      <w:r>
        <w:rPr>
          <w:rFonts w:ascii="Gentium Plus" w:hAnsi="Gentium Plus"/>
          <w:sz w:val="24"/>
        </w:rPr>
        <w:t>ἐπὶ τοῦ ὁρίζοντος· ἑσπερία δέ ἐστιν ἐπιτολή, ὅταν τοῦ ἡλίου δύνοντος ἐπιτέλλῃ τις ἀστὴρ ἅμα κατὰ τὸν ὁρίζοντα γινόμενος.</w:t>
      </w:r>
    </w:p>
    <w:p>
      <w:r>
        <w:rPr>
          <w:rFonts w:ascii="Courier New" w:hAnsi="Courier New"/>
          <w:color w:val="555555"/>
          <w:sz w:val="20"/>
        </w:rPr>
        <w:t>[13 . 6]</w:t>
      </w:r>
    </w:p>
    <w:p>
      <w:r>
        <w:rPr>
          <w:rFonts w:ascii="Gentium Plus" w:hAnsi="Gentium Plus"/>
          <w:sz w:val="24"/>
        </w:rPr>
        <w:t>Τῶν δὲ ἑῴων καὶ τῶν ἑσπερίων ἐπιτολῶν διαφοραί εἰσι δύο· αἱ μὲν γὰρ αὐτῶν ἀληθιναὶ λέγονται, αἱ δὲ φαι‐ νόμεναι. Ἀληθιναὶ μέν, ὅταν ἅμα κατὰ ἀλήθειαν ἐπὶ τοῦ ὁρίζοντος γενόμενος ἀνατέλλοντος τοῦ ἡλίου συνανα‐</w:t>
      </w:r>
    </w:p>
    <w:p>
      <w:r>
        <w:rPr>
          <w:rFonts w:ascii="Courier New" w:hAnsi="Courier New"/>
          <w:color w:val="555555"/>
          <w:sz w:val="20"/>
        </w:rPr>
        <w:t>[5]</w:t>
      </w:r>
    </w:p>
    <w:p>
      <w:r>
        <w:rPr>
          <w:rFonts w:ascii="Gentium Plus" w:hAnsi="Gentium Plus"/>
          <w:sz w:val="24"/>
        </w:rPr>
        <w:t>τέλλῃ τις ἀστήρ·</w:t>
      </w:r>
    </w:p>
    <w:p>
      <w:r>
        <w:rPr>
          <w:rFonts w:ascii="Courier New" w:hAnsi="Courier New"/>
          <w:color w:val="555555"/>
          <w:sz w:val="20"/>
        </w:rPr>
        <w:t>[13 . 7]</w:t>
      </w:r>
    </w:p>
    <w:p>
      <w:r>
        <w:rPr>
          <w:rFonts w:ascii="Gentium Plus" w:hAnsi="Gentium Plus"/>
          <w:sz w:val="24"/>
        </w:rPr>
        <w:t>αὕτη δὲ ἡ ἐπιτολὴ ἀθεώρητος γίνεται διὰ τὰς αὐγὰς τοῦ ἡλίου. Ἐν δὲ τῇ ἐχομένῃ ἡμέρᾳ ὁ μὲν ἥλιος ὑπεναντίως κινούμενος εἰς τὰ ἑπόμενα μετα‐ βαίνει, ὁ δ’ ἀστὴρ τοσοῦτον προανατέλλει τοῦ ἡλίου,</w:t>
      </w:r>
    </w:p>
    <w:p>
      <w:r>
        <w:rPr>
          <w:rFonts w:ascii="Courier New" w:hAnsi="Courier New"/>
          <w:color w:val="555555"/>
          <w:sz w:val="20"/>
        </w:rPr>
        <w:t>[5]</w:t>
      </w:r>
    </w:p>
    <w:p>
      <w:r>
        <w:rPr>
          <w:rFonts w:ascii="Gentium Plus" w:hAnsi="Gentium Plus"/>
          <w:sz w:val="24"/>
        </w:rPr>
        <w:t>ὁπόσον ὁ ἥλιος εἰς τὰ ἑπόμενα μεταβῇ ἐν τῷ ἡμερησίῳ χρόνῳ.</w:t>
      </w:r>
    </w:p>
    <w:p>
      <w:r>
        <w:rPr>
          <w:rFonts w:ascii="Courier New" w:hAnsi="Courier New"/>
          <w:color w:val="555555"/>
          <w:sz w:val="20"/>
        </w:rPr>
        <w:t>[13 . 8]</w:t>
      </w:r>
    </w:p>
    <w:p>
      <w:r>
        <w:rPr>
          <w:rFonts w:ascii="Gentium Plus" w:hAnsi="Gentium Plus"/>
          <w:sz w:val="24"/>
        </w:rPr>
        <w:t>Οὔπω μέντοι δύναται θεωρηθῆναι ἡ τοῦ ἄστρου ἐπιτολή, ἔτι δὲ καταυγεῖται ὑπὸ τοῦ ἡλίου. Πάλιν δὲ ἐν τῇ ἐχομένῃ ἡμέρᾳ ὁ μὲν ἥλιος εἰς τὰ ἑπόμενα μετέβη, ὁ δ’ ἀστὴρ τοσοῦτον προανατέλλει τοῦ ἡλίου,</w:t>
      </w:r>
    </w:p>
    <w:p>
      <w:r>
        <w:rPr>
          <w:rFonts w:ascii="Courier New" w:hAnsi="Courier New"/>
          <w:color w:val="555555"/>
          <w:sz w:val="20"/>
        </w:rPr>
        <w:t>[5]</w:t>
      </w:r>
    </w:p>
    <w:p>
      <w:r>
        <w:rPr>
          <w:rFonts w:ascii="Gentium Plus" w:hAnsi="Gentium Plus"/>
          <w:sz w:val="24"/>
        </w:rPr>
        <w:t>ὅσον ὁ ἥλιος ἐν ταῖς δυσὶν ἡμέραις μετεκινήθη.</w:t>
      </w:r>
    </w:p>
    <w:p>
      <w:r>
        <w:rPr>
          <w:rFonts w:ascii="Courier New" w:hAnsi="Courier New"/>
          <w:color w:val="555555"/>
          <w:sz w:val="20"/>
        </w:rPr>
        <w:t>[13 . 9]</w:t>
      </w:r>
    </w:p>
    <w:p>
      <w:r>
        <w:rPr>
          <w:rFonts w:ascii="Gentium Plus" w:hAnsi="Gentium Plus"/>
          <w:sz w:val="24"/>
        </w:rPr>
        <w:t>Ἐν δὲ ταῖς ἐχομέναις ἡμέραις ἀεὶ τοῦ ἀστέρος ἐνωρότερον μᾶλλον καὶ ἐνωρότερον προανατέλλοντος, ὅταν τοσοῦτον προανατέλλῃ, ὥστε θεωρηθῆναι τὴν τοῦ ἄστρου ἐπιτολὴν</w:t>
      </w:r>
    </w:p>
    <w:p>
      <w:r>
        <w:rPr>
          <w:rFonts w:ascii="Courier New" w:hAnsi="Courier New"/>
          <w:color w:val="555555"/>
          <w:sz w:val="20"/>
        </w:rPr>
        <w:t>[5]</w:t>
      </w:r>
    </w:p>
    <w:p>
      <w:r>
        <w:rPr>
          <w:rFonts w:ascii="Gentium Plus" w:hAnsi="Gentium Plus"/>
          <w:sz w:val="24"/>
        </w:rPr>
        <w:t>ἐκπεφευγότος αὐτοῦ τὰς αὐγὰς τοῦ ἡλίου, τότε λέγεται ὁ ἀστὴρ οὗτος ἑῴαν φαινομένην ἐπιτολὴν πεποιῆσθαι.</w:t>
      </w:r>
    </w:p>
    <w:p>
      <w:r>
        <w:rPr>
          <w:rFonts w:ascii="Courier New" w:hAnsi="Courier New"/>
          <w:color w:val="555555"/>
          <w:sz w:val="20"/>
        </w:rPr>
        <w:t>[13 . 10]</w:t>
      </w:r>
    </w:p>
    <w:p>
      <w:r>
        <w:rPr>
          <w:rFonts w:ascii="Gentium Plus" w:hAnsi="Gentium Plus"/>
          <w:sz w:val="24"/>
        </w:rPr>
        <w:t>Δι’ ἣν αἰτίαν καὶ ἐν τοῖς ψηφίσμασιν αἱ φαινόμεναι τῶν ἄστρων ἐπιτολαὶ προλέγονται· αἱ μὲν γὰρ ἀληθιναὶ ἀθεώρητοί εἰσι καὶ ἀπαρατήρητοι, αἱ δὲ φαινόμεναι καὶ προλέγονται καὶ παρατηροῦνται.</w:t>
      </w:r>
    </w:p>
    <w:p>
      <w:r>
        <w:rPr>
          <w:rFonts w:ascii="Courier New" w:hAnsi="Courier New"/>
          <w:color w:val="555555"/>
          <w:sz w:val="20"/>
        </w:rPr>
        <w:t>[13 . 11]</w:t>
      </w:r>
    </w:p>
    <w:p>
      <w:r>
        <w:rPr>
          <w:rFonts w:ascii="Gentium Plus" w:hAnsi="Gentium Plus"/>
          <w:sz w:val="24"/>
        </w:rPr>
        <w:t>Ὁ δὲ αὐτὸς λόγος καὶ ἐπὶ τῶν ἑσπερίων ἐπιτολῶν πάλιν. Καὶ γὰρ τούτων διαφοραί εἰσι δύο· αἱ μὲν γὰρ αὐτῶν ἀληθιναὶ λέγονται, αἱ δὲ φαινόμεναι. Ἀληθιναὶ</w:t>
      </w:r>
    </w:p>
    <w:p>
      <w:r>
        <w:rPr>
          <w:rFonts w:ascii="Courier New" w:hAnsi="Courier New"/>
          <w:color w:val="555555"/>
          <w:sz w:val="20"/>
        </w:rPr>
        <w:t>[5]</w:t>
      </w:r>
    </w:p>
    <w:p>
      <w:r>
        <w:rPr>
          <w:rFonts w:ascii="Gentium Plus" w:hAnsi="Gentium Plus"/>
          <w:sz w:val="24"/>
        </w:rPr>
        <w:t>τις ἀστὴρ ἅμα γινόμενος 〈ἐπὶ〉 τοῦ ὁρίζοντος πρὸς τὴν κατὰ τὸν λόγον ἀκρίβειαν·</w:t>
      </w:r>
    </w:p>
    <w:p>
      <w:r>
        <w:rPr>
          <w:rFonts w:ascii="Courier New" w:hAnsi="Courier New"/>
          <w:color w:val="555555"/>
          <w:sz w:val="20"/>
        </w:rPr>
        <w:t>[13 . 12]</w:t>
      </w:r>
    </w:p>
    <w:p>
      <w:r>
        <w:rPr>
          <w:rFonts w:ascii="Gentium Plus" w:hAnsi="Gentium Plus"/>
          <w:sz w:val="24"/>
        </w:rPr>
        <w:t>καὶ αὗται δὲ αἱ ἐπιτολαὶ ἀθεώρητοι γίνονται διὰ τὰς αὐγὰς τοῦ ἡλίου. Ἐν δὲ ταῖς ἑξῆς ἡμέραις, διὰ τὴν τοῦ ἡλίου μετάβασιν συναιρουμένου τοῦ πρὸς τὸν ἀστέρα διαστήματος, προανατέλλει μὲν</w:t>
      </w:r>
    </w:p>
    <w:p>
      <w:r>
        <w:rPr>
          <w:rFonts w:ascii="Courier New" w:hAnsi="Courier New"/>
          <w:color w:val="555555"/>
          <w:sz w:val="20"/>
        </w:rPr>
        <w:t>[5]</w:t>
      </w:r>
    </w:p>
    <w:p>
      <w:r>
        <w:rPr>
          <w:rFonts w:ascii="Gentium Plus" w:hAnsi="Gentium Plus"/>
          <w:sz w:val="24"/>
        </w:rPr>
        <w:t>πρὸ τῆς τοῦ ἡλίου δύσεως, ἐπὶ δὲ 〈ὑπὸ〉 τοῦ ἡλίου καταυ‐ γούμενος ἀθεώρητός ἐστιν.</w:t>
      </w:r>
    </w:p>
    <w:p>
      <w:r>
        <w:rPr>
          <w:rFonts w:ascii="Courier New" w:hAnsi="Courier New"/>
          <w:color w:val="555555"/>
          <w:sz w:val="20"/>
        </w:rPr>
        <w:t>[13 . 13]</w:t>
      </w:r>
    </w:p>
    <w:p>
      <w:r>
        <w:rPr>
          <w:rFonts w:ascii="Gentium Plus" w:hAnsi="Gentium Plus"/>
          <w:sz w:val="24"/>
        </w:rPr>
        <w:t>Ὅταν δὲ μετὰ τὴν τοῦ ἡλίου δύσιν πρῶτος ἐκπεφευγὼς τὰς αὐγὰς τοῦ ἡλίου θεωρηθῇ, τότε λέγεται φαινομένην ἑσπερίαν ἐπιτολὴν πεποιῆσθαι. Ἐν δὲ ταῖς ἐχομέναις νύκτεσι μετεωρότερος</w:t>
      </w:r>
    </w:p>
    <w:p>
      <w:r>
        <w:rPr>
          <w:rFonts w:ascii="Courier New" w:hAnsi="Courier New"/>
          <w:color w:val="555555"/>
          <w:sz w:val="20"/>
        </w:rPr>
        <w:t>[5]</w:t>
      </w:r>
    </w:p>
    <w:p>
      <w:r>
        <w:rPr>
          <w:rFonts w:ascii="Gentium Plus" w:hAnsi="Gentium Plus"/>
          <w:sz w:val="24"/>
        </w:rPr>
        <w:t>ἀεὶ μᾶλλον καὶ μᾶλλον φαίνεται.</w:t>
      </w:r>
    </w:p>
    <w:p>
      <w:r>
        <w:rPr>
          <w:rFonts w:ascii="Courier New" w:hAnsi="Courier New"/>
          <w:color w:val="555555"/>
          <w:sz w:val="20"/>
        </w:rPr>
        <w:t>[13 . 14]</w:t>
      </w:r>
    </w:p>
    <w:p>
      <w:r>
        <w:rPr>
          <w:rFonts w:ascii="Gentium Plus" w:hAnsi="Gentium Plus"/>
          <w:sz w:val="24"/>
        </w:rPr>
        <w:t>Ὁμοίως δὲ καὶ τῶν δύσεων διαφοραὶ λέγονται δύο· αἱ μὲν γὰρ αὐτῶν ἑῷοί εἰσιν, αἱ δὲ ἑσπέριοι. Ἑῷοι μὲν οὖν λέγονται δύσεις, ὅταν τοῦ ἡλίου ἀνατέλλοντος δύνῃ τις ἀστήρ· ἑσπερία δὲ δύσις λέγεται, ὅταν τοῦ ἡλίου</w:t>
      </w:r>
    </w:p>
    <w:p>
      <w:r>
        <w:rPr>
          <w:rFonts w:ascii="Courier New" w:hAnsi="Courier New"/>
          <w:color w:val="555555"/>
          <w:sz w:val="20"/>
        </w:rPr>
        <w:t>[5]</w:t>
      </w:r>
    </w:p>
    <w:p>
      <w:r>
        <w:rPr>
          <w:rFonts w:ascii="Gentium Plus" w:hAnsi="Gentium Plus"/>
          <w:sz w:val="24"/>
        </w:rPr>
        <w:t>δύνοντος συγκαταφέρηταί τις ἀστὴρ ἅμα γινόμενος ὑπὸ τὸν ὁρίζοντα.</w:t>
      </w:r>
    </w:p>
    <w:p>
      <w:r>
        <w:rPr>
          <w:rFonts w:ascii="Courier New" w:hAnsi="Courier New"/>
          <w:color w:val="555555"/>
          <w:sz w:val="20"/>
        </w:rPr>
        <w:t>[13 . 15]</w:t>
      </w:r>
    </w:p>
    <w:p>
      <w:r>
        <w:rPr>
          <w:rFonts w:ascii="Gentium Plus" w:hAnsi="Gentium Plus"/>
          <w:sz w:val="24"/>
        </w:rPr>
        <w:t>Εἰσὶ δὲ τῶν ἑῴων δύσεων διαφοραὶ δύο· αἱ μὲν γάρ εἰσιν ἀληθιναί, αἱ δὲ φαινόμεναι. Ἀληθιναὶ μέν, ὅταν ἐπὶ τοῦ ὁρίζοντος γένωνται ὅ τε ἥλιος καὶ ὁ ἀστήρ, ὁ μὲν ἥλιος ἀνατέλλων, ὁ δὲ ἀστὴρ δύνων· αὗται δὲ αἱ δύσεις</w:t>
      </w:r>
    </w:p>
    <w:p>
      <w:r>
        <w:rPr>
          <w:rFonts w:ascii="Courier New" w:hAnsi="Courier New"/>
          <w:color w:val="555555"/>
          <w:sz w:val="20"/>
        </w:rPr>
        <w:t>[5]</w:t>
      </w:r>
    </w:p>
    <w:p>
      <w:r>
        <w:rPr>
          <w:rFonts w:ascii="Gentium Plus" w:hAnsi="Gentium Plus"/>
          <w:sz w:val="24"/>
        </w:rPr>
        <w:t>ἀθεώρητοι γίνονται διὰ τὰς αὐγὰς τοῦ ἡλίου.</w:t>
      </w:r>
    </w:p>
    <w:p>
      <w:r>
        <w:rPr>
          <w:rFonts w:ascii="Courier New" w:hAnsi="Courier New"/>
          <w:color w:val="555555"/>
          <w:sz w:val="20"/>
        </w:rPr>
        <w:t>[13 . 16]</w:t>
      </w:r>
    </w:p>
    <w:p>
      <w:r>
        <w:rPr>
          <w:rFonts w:ascii="Gentium Plus" w:hAnsi="Gentium Plus"/>
          <w:sz w:val="24"/>
        </w:rPr>
        <w:t>Φαι‐ νομένη δέ ἐστιν ἑῴα δύσις, ὅταν πρὸ τῆς τοῦ ἡλίου ἀνα‐ τολῆς τὸ ἔσχατον δύνων ὁ ἀστὴρ θεωρηθῇ.</w:t>
      </w:r>
    </w:p>
    <w:p>
      <w:r>
        <w:rPr>
          <w:rFonts w:ascii="Courier New" w:hAnsi="Courier New"/>
          <w:color w:val="555555"/>
          <w:sz w:val="20"/>
        </w:rPr>
        <w:t>[13 . 17]</w:t>
      </w:r>
    </w:p>
    <w:p>
      <w:r>
        <w:rPr>
          <w:rFonts w:ascii="Gentium Plus" w:hAnsi="Gentium Plus"/>
          <w:sz w:val="24"/>
        </w:rPr>
        <w:t>Ὁμοίως δὲ καὶ ἐπὶ τῶν ἑσπερίων δύσεων αἱ διαφοραί εἰσι δύο· αἱ μὲν γὰρ αὐτῶν εἰσιν ἀληθιναί, αἱ δὲ φαινό‐ μεναι. Ἀληθιναὶ μέν, ὅταν ἀπαραλλάκτως ἐπὶ τοῦ ὁρίζοντος γένηται ὅ τε ἥλιος καὶ ὁ ἀστήρ, ἀμφότεροι δύνοντες·</w:t>
      </w:r>
    </w:p>
    <w:p>
      <w:r>
        <w:rPr>
          <w:rFonts w:ascii="Courier New" w:hAnsi="Courier New"/>
          <w:color w:val="555555"/>
          <w:sz w:val="20"/>
        </w:rPr>
        <w:t>[5]</w:t>
      </w:r>
    </w:p>
    <w:p>
      <w:r>
        <w:rPr>
          <w:rFonts w:ascii="Gentium Plus" w:hAnsi="Gentium Plus"/>
          <w:sz w:val="24"/>
        </w:rPr>
        <w:t>ἀθεώρητοι δὲ καὶ αὗται αἱ δύσεις γίνονται διὰ τὰς αὐγὰς τοῦ ἡλίου.</w:t>
      </w:r>
    </w:p>
    <w:p>
      <w:r>
        <w:rPr>
          <w:rFonts w:ascii="Courier New" w:hAnsi="Courier New"/>
          <w:color w:val="555555"/>
          <w:sz w:val="20"/>
        </w:rPr>
        <w:t>[13 . 18]</w:t>
      </w:r>
    </w:p>
    <w:p>
      <w:r>
        <w:rPr>
          <w:rFonts w:ascii="Gentium Plus" w:hAnsi="Gentium Plus"/>
          <w:sz w:val="24"/>
        </w:rPr>
        <w:t>Φαινόμεναι δέ εἰσιν ἑσπέριαι δύσεις, ὅταν μετὰ τὴν τοῦ ἡλίου δύσιν ἐπικαταδύνῃ τις ἀστὴρ τῷ ἡλίῳ θεωρούμενος ὑφ’ ἡμῶν.</w:t>
      </w:r>
    </w:p>
    <w:p>
      <w:r>
        <w:rPr>
          <w:rFonts w:ascii="Courier New" w:hAnsi="Courier New"/>
          <w:color w:val="555555"/>
          <w:sz w:val="20"/>
        </w:rPr>
        <w:t>[13 . 19]</w:t>
      </w:r>
    </w:p>
    <w:p>
      <w:r>
        <w:rPr>
          <w:rFonts w:ascii="Gentium Plus" w:hAnsi="Gentium Plus"/>
          <w:sz w:val="24"/>
        </w:rPr>
        <w:t>Τῶν μὲν οὖν ἑῴων ἐπιτολῶν καὶ δύσεων πρότερον γίνονται αἱ ἀληθιναί, ὕστερον δὲ αἱ φαινόμεναι. Τῶν δὲ ἑσπερίων ἐπιτολῶν τε καὶ δύσεων πρότερον γίνονται αἱ φαινόμεναι, ὕστερον δὲ αἱ ἀληθιναί.</w:t>
      </w:r>
    </w:p>
    <w:p>
      <w:r>
        <w:rPr>
          <w:rFonts w:ascii="Courier New" w:hAnsi="Courier New"/>
          <w:color w:val="555555"/>
          <w:sz w:val="20"/>
        </w:rPr>
        <w:t>[13 . 20]</w:t>
      </w:r>
    </w:p>
    <w:p>
      <w:r>
        <w:rPr>
          <w:rFonts w:ascii="Gentium Plus" w:hAnsi="Gentium Plus"/>
          <w:sz w:val="24"/>
        </w:rPr>
        <w:t>Ἑῴα μὲν ἐπιτολὴ ἀπὸ ἑῴας ἐπιτολῆς καὶ ἑσπερία ἐπιτολὴ ἀπὸ ἑσπερίας ἐπιτολῆς, καὶ καθόλου πᾶν τὸ ὅμοιον εἶδος ἀπὸ τοῦ ὁμοίου εἴδους πᾶσι τοῖς ἄστροις δι’ ἐνιαυτοῦ γίνεται· ὁ γὰρ ἥλιος ἐνιαυτῷ διελθὼν τὸν</w:t>
      </w:r>
    </w:p>
    <w:p>
      <w:r>
        <w:rPr>
          <w:rFonts w:ascii="Courier New" w:hAnsi="Courier New"/>
          <w:color w:val="555555"/>
          <w:sz w:val="20"/>
        </w:rPr>
        <w:t>[5]</w:t>
      </w:r>
    </w:p>
    <w:p>
      <w:r>
        <w:rPr>
          <w:rFonts w:ascii="Gentium Plus" w:hAnsi="Gentium Plus"/>
          <w:sz w:val="24"/>
        </w:rPr>
        <w:t>ζῳδιακὸν κύκλον πάλιν κατὰ τοὺς αὐτοὺς ἀστέρας γίνεται.</w:t>
      </w:r>
    </w:p>
    <w:p>
      <w:r>
        <w:rPr>
          <w:rFonts w:ascii="Courier New" w:hAnsi="Courier New"/>
          <w:color w:val="555555"/>
          <w:sz w:val="20"/>
        </w:rPr>
        <w:t>[13 . 21]</w:t>
      </w:r>
    </w:p>
    <w:p>
      <w:r>
        <w:rPr>
          <w:rFonts w:ascii="Gentium Plus" w:hAnsi="Gentium Plus"/>
          <w:sz w:val="24"/>
        </w:rPr>
        <w:t>Ἑῴα δὲ ἐπιτολὴ ἀπὸ ἑσπερίας ἐπιτολῆς τοῖς μὲν ἐπὶ τοῦ ζῳδιακοῦ κύκλου κειμένοις 〈ἄστροισ〉 δι’ ἑξαμήνου γίνεται, καὶ ἑῴα δύσις ἀπὸ ἑσπερίας δύσεως.</w:t>
      </w:r>
    </w:p>
    <w:p>
      <w:r>
        <w:rPr>
          <w:rFonts w:ascii="Courier New" w:hAnsi="Courier New"/>
          <w:color w:val="555555"/>
          <w:sz w:val="20"/>
        </w:rPr>
        <w:t>[13 . 22]</w:t>
      </w:r>
    </w:p>
    <w:p>
      <w:r>
        <w:rPr>
          <w:rFonts w:ascii="Gentium Plus" w:hAnsi="Gentium Plus"/>
          <w:sz w:val="24"/>
        </w:rPr>
        <w:t>Τοῖς δὲ βορειοτέροις τοῦ ζῳδιακοῦ κύκλου κειμέ‐ νοις ἄστροις ἑῴα μὲν ἐπιτολὴ ἀπὸ ἑσπερίας ἐπιτολῆς διὰ πλείονος χρόνου ἢ ἑξαμηνιαίου γίνεται.</w:t>
      </w:r>
    </w:p>
    <w:p>
      <w:r>
        <w:rPr>
          <w:rFonts w:ascii="Courier New" w:hAnsi="Courier New"/>
          <w:color w:val="555555"/>
          <w:sz w:val="20"/>
        </w:rPr>
        <w:t>[13 . 23]</w:t>
      </w:r>
    </w:p>
    <w:p>
      <w:r>
        <w:rPr>
          <w:rFonts w:ascii="Gentium Plus" w:hAnsi="Gentium Plus"/>
          <w:sz w:val="24"/>
        </w:rPr>
        <w:t>Τοῖς δὲ πρὸς μεσημβρίαν κειμένοις τοῦ ζῳδιακοῦ κύκλου ἑῴα ἐπιτολὴ ἀπὸ ἑσπερίας ἐπιτολῆς δι’ ἐλάττονος ἢ ἑξαμη‐ νιαίου χρόνου γίνεται.</w:t>
      </w:r>
    </w:p>
    <w:p>
      <w:r>
        <w:rPr>
          <w:rFonts w:ascii="Courier New" w:hAnsi="Courier New"/>
          <w:color w:val="555555"/>
          <w:sz w:val="20"/>
        </w:rPr>
        <w:t>[13 . 24]</w:t>
      </w:r>
    </w:p>
    <w:p>
      <w:r>
        <w:rPr>
          <w:rFonts w:ascii="Gentium Plus" w:hAnsi="Gentium Plus"/>
          <w:sz w:val="24"/>
        </w:rPr>
        <w:t>Ὁ δὲ πλεονάζων χρόνος τῆς ἑξαμήνου οὔκ ἐστι πᾶσι τοῖς ἄστροις ὡρισμένος, ἀλλ’ οἷς μὲν πλείων, οἷς δὲ ἐλάττων.</w:t>
      </w:r>
    </w:p>
    <w:p>
      <w:r>
        <w:rPr>
          <w:rFonts w:ascii="Courier New" w:hAnsi="Courier New"/>
          <w:color w:val="555555"/>
          <w:sz w:val="20"/>
        </w:rPr>
        <w:t>[13 . 25]</w:t>
      </w:r>
    </w:p>
    <w:p>
      <w:r>
        <w:rPr>
          <w:rFonts w:ascii="Gentium Plus" w:hAnsi="Gentium Plus"/>
          <w:sz w:val="24"/>
        </w:rPr>
        <w:t>Τοῖς τε γὰρ πρὸς ἄρκτον ἀεὶ μᾶλλον κειμένοις πλείων ἀεὶ καὶ πλείων ὁ χρόνος γίνεται διὰ τὸ μείζονα τμήματα ὑπὲρ γῆς φέρεσθαι τοῖς ἀεὶ μᾶλλον πρὸς ἄρκτον κειμένοις.</w:t>
      </w:r>
    </w:p>
    <w:p>
      <w:r>
        <w:rPr>
          <w:rFonts w:ascii="Courier New" w:hAnsi="Courier New"/>
          <w:color w:val="555555"/>
          <w:sz w:val="20"/>
        </w:rPr>
        <w:t>[13 . 26]</w:t>
      </w:r>
    </w:p>
    <w:p>
      <w:r>
        <w:rPr>
          <w:rFonts w:ascii="Gentium Plus" w:hAnsi="Gentium Plus"/>
          <w:sz w:val="24"/>
        </w:rPr>
        <w:t>Τοῖς δὲ</w:t>
      </w:r>
    </w:p>
    <w:p>
      <w:r>
        <w:rPr>
          <w:rFonts w:ascii="Courier New" w:hAnsi="Courier New"/>
          <w:color w:val="555555"/>
          <w:sz w:val="20"/>
        </w:rPr>
        <w:t>[13 . 27]</w:t>
      </w:r>
    </w:p>
    <w:p>
      <w:r>
        <w:rPr>
          <w:rFonts w:ascii="Gentium Plus" w:hAnsi="Gentium Plus"/>
          <w:sz w:val="24"/>
        </w:rPr>
        <w:t>Ἀνάπαλιν δὲ τοῖς πρὸς ἄρκτον κειμένοις τοῦ ζῳδιακοῦ κύκλου ἐλάττων ἐστὶ χρόνος ἑξαμήνου ὁ ἀπὸ ἑῴας ἀνατολῆς μέχρις ἑσπερίας ἐπιτολῆς, τοῖς δὲ πρὸς μεσημβρίαν πλείων ὁ χρόνος ἑξαμήνου ἀπὸ ἑῴας ἀνατολῆς</w:t>
      </w:r>
    </w:p>
    <w:p>
      <w:r>
        <w:rPr>
          <w:rFonts w:ascii="Courier New" w:hAnsi="Courier New"/>
          <w:color w:val="555555"/>
          <w:sz w:val="20"/>
        </w:rPr>
        <w:t>[5]</w:t>
      </w:r>
    </w:p>
    <w:p>
      <w:r>
        <w:rPr>
          <w:rFonts w:ascii="Gentium Plus" w:hAnsi="Gentium Plus"/>
          <w:sz w:val="24"/>
        </w:rPr>
        <w:t>μέχρις ἑσπερίας ἐπιτολῆς.</w:t>
      </w:r>
    </w:p>
    <w:p>
      <w:r>
        <w:rPr>
          <w:rFonts w:ascii="Courier New" w:hAnsi="Courier New"/>
          <w:color w:val="555555"/>
          <w:sz w:val="20"/>
        </w:rPr>
        <w:t>[13 . 28]</w:t>
      </w:r>
    </w:p>
    <w:p>
      <w:r>
        <w:rPr>
          <w:rFonts w:ascii="Gentium Plus" w:hAnsi="Gentium Plus"/>
          <w:sz w:val="24"/>
        </w:rPr>
        <w:t>Ἡ δὲ παραλλαγὴ τῶν χρόνων ἀκολούθως γίνεται ταῖς ἀποστάσεσι ταῖς ἀπὸ τοῦ ζῳδιακοῦ κύκλου κατὰ τὴν τῶν τμημάτων παραλλαγὴν τῶν ὑπὲρ γῆς ἀπολαμβανομένων ὑπὸ τοῦ ὁρίζοντος.</w:t>
      </w:r>
    </w:p>
    <w:p>
      <w:r>
        <w:rPr>
          <w:rFonts w:ascii="Courier New" w:hAnsi="Courier New"/>
          <w:color w:val="555555"/>
          <w:sz w:val="20"/>
        </w:rPr>
        <w:t>[13 . 29]</w:t>
      </w:r>
    </w:p>
    <w:p>
      <w:r>
        <w:rPr>
          <w:rFonts w:ascii="Gentium Plus" w:hAnsi="Gentium Plus"/>
          <w:sz w:val="24"/>
        </w:rPr>
        <w:t>Τοῖς δὲ ἐπὶ τοῦ ζῳδιακοῦ κειμένοις ἅμα γίνεται ἑῴα ἐπιτολὴ καὶ ἑσπερία δύσις, καὶ πάλιν ἅμα ἑῴα δύσις καὶ ἑσπερία ἐπιτολή. Τοῖς δὲ λοιποῖς ἄστροις οὐχ ἅμα τὰ προειρημένα εἴδη ἐπιτελεῖται, ἀλλὰ διαλλάσσει κατὰ</w:t>
      </w:r>
    </w:p>
    <w:p>
      <w:r>
        <w:rPr>
          <w:rFonts w:ascii="Courier New" w:hAnsi="Courier New"/>
          <w:color w:val="555555"/>
          <w:sz w:val="20"/>
        </w:rPr>
        <w:t>[5]</w:t>
      </w:r>
    </w:p>
    <w:p>
      <w:r>
        <w:rPr>
          <w:rFonts w:ascii="Gentium Plus" w:hAnsi="Gentium Plus"/>
          <w:sz w:val="24"/>
        </w:rPr>
        <w:t>τοὺς χρόνους.</w:t>
      </w:r>
    </w:p>
    <w:p>
      <w:r>
        <w:rPr>
          <w:rFonts w:ascii="Courier New" w:hAnsi="Courier New"/>
          <w:color w:val="555555"/>
          <w:sz w:val="20"/>
        </w:rPr>
        <w:t>[14 . 1]</w:t>
      </w:r>
    </w:p>
    <w:p>
      <w:r>
        <w:rPr>
          <w:rFonts w:ascii="Gentium Plus" w:hAnsi="Gentium Plus"/>
          <w:sz w:val="24"/>
        </w:rPr>
        <w:t>Τῶν ἀστέρων κινουμένων ἐγκύκλιον φορὰν ἀπ’ ἀνατολῆς ἐπὶ δύσιν, ὅσα μὲν οὖν αὐτῶν ἐπὶ τοῦ ἰσημερινοῦ κύκλου κεῖται, τὸν ἴσον δρόμον ὑπὲρ γῆς φέρεται καὶ ὑπὸ γῆς· διχοτομεῖται γὰρ ὁ ἰσημερινὸς</w:t>
      </w:r>
    </w:p>
    <w:p>
      <w:r>
        <w:rPr>
          <w:rFonts w:ascii="Courier New" w:hAnsi="Courier New"/>
          <w:color w:val="555555"/>
          <w:sz w:val="20"/>
        </w:rPr>
        <w:t>[5]</w:t>
      </w:r>
    </w:p>
    <w:p>
      <w:r>
        <w:rPr>
          <w:rFonts w:ascii="Gentium Plus" w:hAnsi="Gentium Plus"/>
          <w:sz w:val="24"/>
        </w:rPr>
        <w:t>κύκλος ὑπὸ τοῦ ὁρίζοντος.</w:t>
      </w:r>
    </w:p>
    <w:p>
      <w:r>
        <w:rPr>
          <w:rFonts w:ascii="Courier New" w:hAnsi="Courier New"/>
          <w:color w:val="555555"/>
          <w:sz w:val="20"/>
        </w:rPr>
        <w:t>[14 . 2]</w:t>
      </w:r>
    </w:p>
    <w:p>
      <w:r>
        <w:rPr>
          <w:rFonts w:ascii="Gentium Plus" w:hAnsi="Gentium Plus"/>
          <w:sz w:val="24"/>
        </w:rPr>
        <w:t>Ὅσα δὲ τῶν ἄστρων πρὸς ἄρκτον κεῖται τοῦ ἰσημε‐ ρινοῦ κύκλου, ταῦτα πλείονα μὲν χρόνον ὑπὲρ γῆς φέρεται, ἐλάττονα δὲ ὑπὸ γῆν. Πάντων γὰρ τῶν κύκλων, καθ’ ὧν φέρονται οἱ ἀπλανεῖς ἀστέρες, μείζονα μὲν τμήματα</w:t>
      </w:r>
    </w:p>
    <w:p>
      <w:r>
        <w:rPr>
          <w:rFonts w:ascii="Courier New" w:hAnsi="Courier New"/>
          <w:color w:val="555555"/>
          <w:sz w:val="20"/>
        </w:rPr>
        <w:t>[5]</w:t>
      </w:r>
    </w:p>
    <w:p>
      <w:r>
        <w:rPr>
          <w:rFonts w:ascii="Gentium Plus" w:hAnsi="Gentium Plus"/>
          <w:sz w:val="24"/>
        </w:rPr>
        <w:t>ὑπὲρ γῆς ἀπολαμβάνεται ὑπὸ τοῦ ὁρίζοντος, ἐλάττονα</w:t>
      </w:r>
    </w:p>
    <w:p>
      <w:r>
        <w:rPr>
          <w:rFonts w:ascii="Courier New" w:hAnsi="Courier New"/>
          <w:color w:val="555555"/>
          <w:sz w:val="20"/>
        </w:rPr>
        <w:t>[14 . 3]</w:t>
      </w:r>
    </w:p>
    <w:p>
      <w:r>
        <w:rPr>
          <w:rFonts w:ascii="Gentium Plus" w:hAnsi="Gentium Plus"/>
          <w:sz w:val="24"/>
        </w:rPr>
        <w:t>Ὅσα δὲ τῶν ἄστρων πρὸς μεσημβρίαν κεῖται τοῦ ἰσημερινοῦ κύκλου, ἐλάττονα μὲν φορὰν ὑπὲρ γῆς φέρεται, πλείονα δὲ ὑπὸ γῆν· πάλιν γὰρ τῶν κύκλων, καθ’ ὧν φέρονται οἱ ἀπλανεῖς ἀστέρες οἱ ἐπὶ μεσημβρίαν κείμενοι,</w:t>
      </w:r>
    </w:p>
    <w:p>
      <w:r>
        <w:rPr>
          <w:rFonts w:ascii="Courier New" w:hAnsi="Courier New"/>
          <w:color w:val="555555"/>
          <w:sz w:val="20"/>
        </w:rPr>
        <w:t>[5]</w:t>
      </w:r>
    </w:p>
    <w:p>
      <w:r>
        <w:rPr>
          <w:rFonts w:ascii="Gentium Plus" w:hAnsi="Gentium Plus"/>
          <w:sz w:val="24"/>
        </w:rPr>
        <w:t>ἐλάττονα μὲν τμήματα ὑπὲρ γῆς ἔχουσι, μείζονα δὲ ὑπὸ γῆν.</w:t>
      </w:r>
    </w:p>
    <w:p>
      <w:r>
        <w:rPr>
          <w:rFonts w:ascii="Courier New" w:hAnsi="Courier New"/>
          <w:color w:val="555555"/>
          <w:sz w:val="20"/>
        </w:rPr>
        <w:t>[14 . 4]</w:t>
      </w:r>
    </w:p>
    <w:p>
      <w:r>
        <w:rPr>
          <w:rFonts w:ascii="Gentium Plus" w:hAnsi="Gentium Plus"/>
          <w:sz w:val="24"/>
        </w:rPr>
        <w:t>Τοιαύτης δὲ φορᾶς τοῖς ἀπλανέσιν ἄστροις ὑπαρ‐ χούσης συμβαίνει μὴ πάντα τὰ ἅμα ἀνατέλλοντα καὶ 〈ἅμα〉 δύνειν, ἀλλὰ τῶν 〈ἅμα〉 ἀνατελλόντων ἀεὶ τὰ πρὸς μεσημβρίαν μᾶλλον αὐτῶν κείμενα πρότερον δύνειν διὰ</w:t>
      </w:r>
    </w:p>
    <w:p>
      <w:r>
        <w:rPr>
          <w:rFonts w:ascii="Courier New" w:hAnsi="Courier New"/>
          <w:color w:val="555555"/>
          <w:sz w:val="20"/>
        </w:rPr>
        <w:t>[5]</w:t>
      </w:r>
    </w:p>
    <w:p>
      <w:r>
        <w:rPr>
          <w:rFonts w:ascii="Gentium Plus" w:hAnsi="Gentium Plus"/>
          <w:sz w:val="24"/>
        </w:rPr>
        <w:t>τὸ ἐλάττονα τμήματα ὑπὲρ γῆς φέρεσθαι.</w:t>
      </w:r>
    </w:p>
    <w:p>
      <w:r>
        <w:rPr>
          <w:rFonts w:ascii="Courier New" w:hAnsi="Courier New"/>
          <w:color w:val="555555"/>
          <w:sz w:val="20"/>
        </w:rPr>
        <w:t>[14 . 5]</w:t>
      </w:r>
    </w:p>
    <w:p>
      <w:r>
        <w:rPr>
          <w:rFonts w:ascii="Gentium Plus" w:hAnsi="Gentium Plus"/>
          <w:sz w:val="24"/>
        </w:rPr>
        <w:t>Ὁμοίως δὲ οὐδὲ τὰ ἅμα δύνοντα ἅμα καὶ ἀνατέλλει· τὰ γὰρ πρὸς ἄρκτον αὐτῶν μᾶλλον κείμενα πρότερον ἀνατέλλει διὰ τὸ ἐλάττονα τμήματα ὑπὸ γῆς φέρεσθαι.</w:t>
      </w:r>
    </w:p>
    <w:p>
      <w:r>
        <w:rPr>
          <w:rFonts w:ascii="Courier New" w:hAnsi="Courier New"/>
          <w:color w:val="555555"/>
          <w:sz w:val="20"/>
        </w:rPr>
        <w:t>[14 . 6]</w:t>
      </w:r>
    </w:p>
    <w:p>
      <w:r>
        <w:rPr>
          <w:rFonts w:ascii="Gentium Plus" w:hAnsi="Gentium Plus"/>
          <w:sz w:val="24"/>
        </w:rPr>
        <w:t>Πάλιν δὲ οὐδὲ τὰ πρότερον 〈ἀνατέλλοντα〉 καὶ 〈πρότερον〉 δύνει, ἀλλὰ τινὰ μὲν τῶν πρότερον ἀνατελλόν‐ των ἅμα καὶ δύνει, τινὰ δ’ ὕστερον.</w:t>
      </w:r>
    </w:p>
    <w:p>
      <w:r>
        <w:rPr>
          <w:rFonts w:ascii="Courier New" w:hAnsi="Courier New"/>
          <w:color w:val="555555"/>
          <w:sz w:val="20"/>
        </w:rPr>
        <w:t>[14 . 7]</w:t>
      </w:r>
    </w:p>
    <w:p>
      <w:r>
        <w:rPr>
          <w:rFonts w:ascii="Gentium Plus" w:hAnsi="Gentium Plus"/>
          <w:sz w:val="24"/>
        </w:rPr>
        <w:t>Ὁμοίως δὲ καὶ τῶν πρότερον δυνόντων τινὰ μὲν οὐ προανατέλλει, ἀλλ’ ἅμα μὲν ἀνατέλλει, τὰ μὲν πρότερον, τὰ δ’ ὕστερον.</w:t>
      </w:r>
    </w:p>
    <w:p>
      <w:r>
        <w:rPr>
          <w:rFonts w:ascii="Courier New" w:hAnsi="Courier New"/>
          <w:color w:val="555555"/>
          <w:sz w:val="20"/>
        </w:rPr>
        <w:t>[14 . 8]</w:t>
      </w:r>
    </w:p>
    <w:p>
      <w:r>
        <w:rPr>
          <w:rFonts w:ascii="Gentium Plus" w:hAnsi="Gentium Plus"/>
          <w:sz w:val="24"/>
        </w:rPr>
        <w:t>Μνημονεύει δὲ καὶ τούτων ἐπὶ ποσὸν Ἄρατος λέγων οὕτως· Ἀλλ’ αἰεὶ Ταῦρος προφερέστερος Ἡνιόχοιο εἰς ἑτέρην καταβῆναι, ὁμηλυσίῃ περ ἀνελθών.</w:t>
      </w:r>
    </w:p>
    <w:p>
      <w:r>
        <w:rPr>
          <w:rFonts w:ascii="Courier New" w:hAnsi="Courier New"/>
          <w:color w:val="555555"/>
          <w:sz w:val="20"/>
        </w:rPr>
        <w:t>[5]</w:t>
      </w:r>
    </w:p>
    <w:p>
      <w:r>
        <w:rPr>
          <w:rFonts w:ascii="Gentium Plus" w:hAnsi="Gentium Plus"/>
          <w:sz w:val="24"/>
        </w:rPr>
        <w:t>ἐν γὰρ τούτοις φησὶν ἅμα τὸν Ταῦρον τῷ Ἡνιόχῳ ἀνατεί‐ λαντα πρότερον δύνειν.</w:t>
      </w:r>
    </w:p>
    <w:p>
      <w:r>
        <w:rPr>
          <w:rFonts w:ascii="Courier New" w:hAnsi="Courier New"/>
          <w:color w:val="555555"/>
          <w:sz w:val="20"/>
        </w:rPr>
        <w:t>[14 . 9]</w:t>
      </w:r>
    </w:p>
    <w:p>
      <w:r>
        <w:rPr>
          <w:rFonts w:ascii="Gentium Plus" w:hAnsi="Gentium Plus"/>
          <w:sz w:val="24"/>
        </w:rPr>
        <w:t>Διὰ δὴ τὴν τοιαύτην σφαιροποιίαν οὐ πάντα τὰ ἄστρα ἀνατέλλει καὶ δύνει καθ’ ἑκάστην νύκτα, ἀλλὰ τινὰ μὲν ἀνατέλλει καὶ δύνει, τινὰ δὲ ἀνατέλλει μέν, οὐ δύνει δέ, ἃ δὲ οὔτε ἀνατέλλει οὔτε δύνει.</w:t>
      </w:r>
    </w:p>
    <w:p>
      <w:r>
        <w:rPr>
          <w:rFonts w:ascii="Courier New" w:hAnsi="Courier New"/>
          <w:color w:val="555555"/>
          <w:sz w:val="20"/>
        </w:rPr>
        <w:t>[14 . 10]</w:t>
      </w:r>
    </w:p>
    <w:p>
      <w:r>
        <w:rPr>
          <w:rFonts w:ascii="Gentium Plus" w:hAnsi="Gentium Plus"/>
          <w:sz w:val="24"/>
        </w:rPr>
        <w:t>Ἀλλὰ τὰ μὲν ἀρκτικώτερα κείμενα μετέωρα ὑπάρ‐ χοντα μετὰ τὴν τοῦ ἡλίου δύσιν πρὸ τῆς τοῦ ἡλίου ἀνατο‐ λῆς ἔτι μετεωρότερα φαίνεται· τὰ δὲ μεσημβρινότερα κείμενα οὔτε ἀνατέλλοντα οὔτε δύνοντα θεωρεῖται, ἀλλὰ</w:t>
      </w:r>
    </w:p>
    <w:p>
      <w:r>
        <w:rPr>
          <w:rFonts w:ascii="Courier New" w:hAnsi="Courier New"/>
          <w:color w:val="555555"/>
          <w:sz w:val="20"/>
        </w:rPr>
        <w:t>[5]</w:t>
      </w:r>
    </w:p>
    <w:p>
      <w:r>
        <w:rPr>
          <w:rFonts w:ascii="Gentium Plus" w:hAnsi="Gentium Plus"/>
          <w:sz w:val="24"/>
        </w:rPr>
        <w:t>πάντα τὸν τῆς νυκτὸς χρόνον ὑπὸ γῆν φέρεται.</w:t>
      </w:r>
    </w:p>
    <w:p>
      <w:r>
        <w:rPr>
          <w:rFonts w:ascii="Courier New" w:hAnsi="Courier New"/>
          <w:color w:val="555555"/>
          <w:sz w:val="20"/>
        </w:rPr>
        <w:t>[14 . 11]</w:t>
      </w:r>
    </w:p>
    <w:p>
      <w:r>
        <w:rPr>
          <w:rFonts w:ascii="Gentium Plus" w:hAnsi="Gentium Plus"/>
          <w:sz w:val="24"/>
        </w:rPr>
        <w:t>Ὅθεν καί τινα τῶν ἄστρων ἀμφιφανῆ καλεῖται, καθάπερ καὶ ὁ Ἀρκτοῦρος· μετὰ γὰρ τὴν τοῦ ἡλίου δύσιν πλεονάκις θεωρεῖται δύνων τε ἐν τῇ αὐτῇ νυκτὶ καὶ προανατέλλων</w:t>
      </w:r>
    </w:p>
    <w:p>
      <w:r>
        <w:rPr>
          <w:rFonts w:ascii="Courier New" w:hAnsi="Courier New"/>
          <w:color w:val="555555"/>
          <w:sz w:val="20"/>
        </w:rPr>
        <w:t>[5]</w:t>
      </w:r>
    </w:p>
    <w:p>
      <w:r>
        <w:rPr>
          <w:rFonts w:ascii="Gentium Plus" w:hAnsi="Gentium Plus"/>
          <w:sz w:val="24"/>
        </w:rPr>
        <w:t>τοῦ ἡλίου βλέπεται· δι’ ἣν αἰτίαν καλεῖται ἀμφιφανής, ὅτι καὶ ἀφ’ ἑσπέρας δύνων καὶ ἀνατέλλων ἐν τῇ αὐτῇ νυκτὶ θεωρεῖται.</w:t>
      </w:r>
    </w:p>
    <w:p>
      <w:r>
        <w:rPr>
          <w:rFonts w:ascii="Courier New" w:hAnsi="Courier New"/>
          <w:color w:val="555555"/>
          <w:sz w:val="20"/>
        </w:rPr>
        <w:t>[14 . 12]</w:t>
      </w:r>
    </w:p>
    <w:p>
      <w:r>
        <w:rPr>
          <w:rFonts w:ascii="Gentium Plus" w:hAnsi="Gentium Plus"/>
          <w:sz w:val="24"/>
        </w:rPr>
        <w:t>Τὰ δ’ ἐναντίαν ἔχει τάξιν, ὅσα προδύνει μὲν τῆς τοῦ ἡλίου δύσεως, ἐπανατέλλει δὲ μετὰ τὴν τοῦ ἡλίου ἀνατολήν, ὥστε καθ’ ὅλην τὴν νύκτα μὴ θεωρηθῆναι μήτε ἀνατέλλοντα μήτε δύνοντα, ἃ δὴ κα‐</w:t>
      </w:r>
    </w:p>
    <w:p>
      <w:r>
        <w:rPr>
          <w:rFonts w:ascii="Courier New" w:hAnsi="Courier New"/>
          <w:color w:val="555555"/>
          <w:sz w:val="20"/>
        </w:rPr>
        <w:t>[5]</w:t>
      </w:r>
    </w:p>
    <w:p>
      <w:r>
        <w:rPr>
          <w:rFonts w:ascii="Gentium Plus" w:hAnsi="Gentium Plus"/>
          <w:sz w:val="24"/>
        </w:rPr>
        <w:t>λοῦσί τινες νυκτιδιέξοδα.</w:t>
      </w:r>
    </w:p>
    <w:p>
      <w:r>
        <w:rPr>
          <w:rFonts w:ascii="Courier New" w:hAnsi="Courier New"/>
          <w:color w:val="555555"/>
          <w:sz w:val="20"/>
        </w:rPr>
        <w:t>[14 . 13]</w:t>
      </w:r>
    </w:p>
    <w:p>
      <w:r>
        <w:rPr>
          <w:rFonts w:ascii="Gentium Plus" w:hAnsi="Gentium Plus"/>
          <w:sz w:val="24"/>
        </w:rPr>
        <w:t>Οὐ κατὰ πάντα δὲ καιρὸν ταῦτα πάντα τὰ ἰδιώματα περὶ τοὺς αὐτοὺς ἀστέρας ὑπάρχει, ἀλλὰ παρὰ τὰς τοῦ ἡλίου μεταβάσεις ἀλλοιοῦται καὶ τὰ περὶ τὰς ἀνατολὰς καὶ τὰ περὶ τὰς δύσεις.</w:t>
      </w:r>
    </w:p>
    <w:p>
      <w:r>
        <w:rPr>
          <w:rFonts w:ascii="Courier New" w:hAnsi="Courier New"/>
          <w:color w:val="555555"/>
          <w:sz w:val="20"/>
        </w:rPr>
        <w:t>[15 T]</w:t>
      </w:r>
    </w:p>
    <w:p>
      <w:r>
        <w:rPr>
          <w:rFonts w:ascii="Gentium Plus" w:hAnsi="Gentium Plus"/>
          <w:sz w:val="24"/>
        </w:rPr>
        <w:t>Περὶ τῶν ἐν γῇ ζωνῶν</w:t>
      </w:r>
    </w:p>
    <w:p>
      <w:r>
        <w:rPr>
          <w:rFonts w:ascii="Courier New" w:hAnsi="Courier New"/>
          <w:color w:val="555555"/>
          <w:sz w:val="20"/>
        </w:rPr>
        <w:t>[15 . 1]</w:t>
      </w:r>
    </w:p>
    <w:p>
      <w:r>
        <w:rPr>
          <w:rFonts w:ascii="Gentium Plus" w:hAnsi="Gentium Plus"/>
          <w:sz w:val="24"/>
        </w:rPr>
        <w:t>Ἡ τῆς συμπάσης γῆς ἐπιφάνεια σφαιροειδὴς ὑπάρχουσα διαιρεῖται εἰς ζώνας ε, ὧν δύο μὲν αἱ περὶ τοὺς πόλους, πορρώτατα δὲ κείμεναι τῆς τοῦ ἡλίου παρόδου, κατεψυγμέναι λέγονται καὶ ἀοίκητοι διὰ τὸ</w:t>
      </w:r>
    </w:p>
    <w:p>
      <w:r>
        <w:rPr>
          <w:rFonts w:ascii="Courier New" w:hAnsi="Courier New"/>
          <w:color w:val="555555"/>
          <w:sz w:val="20"/>
        </w:rPr>
        <w:t>[5]</w:t>
      </w:r>
    </w:p>
    <w:p>
      <w:r>
        <w:rPr>
          <w:rFonts w:ascii="Gentium Plus" w:hAnsi="Gentium Plus"/>
          <w:sz w:val="24"/>
        </w:rPr>
        <w:t>ψῦχός εἰσιν, ἀφορίζονται δ’ ὑπὸ τῶν ἀρκτικῶν πρὸς τοὺς πόλους.</w:t>
      </w:r>
    </w:p>
    <w:p>
      <w:r>
        <w:rPr>
          <w:rFonts w:ascii="Courier New" w:hAnsi="Courier New"/>
          <w:color w:val="555555"/>
          <w:sz w:val="20"/>
        </w:rPr>
        <w:t>[15 . 2]</w:t>
      </w:r>
    </w:p>
    <w:p>
      <w:r>
        <w:rPr>
          <w:rFonts w:ascii="Gentium Plus" w:hAnsi="Gentium Plus"/>
          <w:sz w:val="24"/>
        </w:rPr>
        <w:t>Αἱ δὲ τούτων ἑξῆς, συμμέτρως δὲ κείμεναι πρὸς τὴν τοῦ ἡλίου πάροδον, εὔκρατοι καλοῦνται· ἀφο‐ ρίζονται δ’ αὗται ὑπὸ τῶν ἐν τῷ κόσμῳ ἀρκτικῶν καὶ τροπικῶν κύκλων, μεταξὺ κείμεναι αὐτῶν.</w:t>
      </w:r>
    </w:p>
    <w:p>
      <w:r>
        <w:rPr>
          <w:rFonts w:ascii="Courier New" w:hAnsi="Courier New"/>
          <w:color w:val="555555"/>
          <w:sz w:val="20"/>
        </w:rPr>
        <w:t>[15 . 3]</w:t>
      </w:r>
    </w:p>
    <w:p>
      <w:r>
        <w:rPr>
          <w:rFonts w:ascii="Gentium Plus" w:hAnsi="Gentium Plus"/>
          <w:sz w:val="24"/>
        </w:rPr>
        <w:t>Ἡ δὲ λοιπὴ μέση τῶν προειρημένων, κειμένη δ’ ὑπ’ αὐτὴν τὴν τοῦ ἡλίου πάροδον, διακεκαυμένη καλεῖται· διχοτο‐ μεῖται δ’ αὕτη ὑπὸ τοῦ ἐν τῇ γῇ ἰσημερινοῦ κύκλου, ὃς</w:t>
      </w:r>
    </w:p>
    <w:p>
      <w:r>
        <w:rPr>
          <w:rFonts w:ascii="Courier New" w:hAnsi="Courier New"/>
          <w:color w:val="555555"/>
          <w:sz w:val="20"/>
        </w:rPr>
        <w:t>[5]</w:t>
      </w:r>
    </w:p>
    <w:p>
      <w:r>
        <w:rPr>
          <w:rFonts w:ascii="Gentium Plus" w:hAnsi="Gentium Plus"/>
          <w:sz w:val="24"/>
        </w:rPr>
        <w:t>κεῖται ὑπὸ τὸν ἐν τῷ κόσμῳ ἰσημερινὸν κύκλον.</w:t>
      </w:r>
    </w:p>
    <w:p>
      <w:r>
        <w:rPr>
          <w:rFonts w:ascii="Courier New" w:hAnsi="Courier New"/>
          <w:color w:val="555555"/>
          <w:sz w:val="20"/>
        </w:rPr>
        <w:t>[15 . 4]</w:t>
      </w:r>
    </w:p>
    <w:p>
      <w:r>
        <w:rPr>
          <w:rFonts w:ascii="Gentium Plus" w:hAnsi="Gentium Plus"/>
          <w:sz w:val="24"/>
        </w:rPr>
        <w:t>Τῶν δὲ εὐκράτων δύο ζωνῶν τὴν βόρειον ὑπὸ τῶν ἐν τῇ καθ’ ἡμᾶς οἰκουμένῃ κατοικεῖσθαι συμβέβηκεν, [ἐπὶ μὲν τὸ μῆκος οὖσα ὡς ἔγγιστα περὶ ι μυριάδας σταδίων, ἐπὶ δὲ τὸ πλάτος ὡς ἔγγιστα τὸ ἥμισυ].</w:t>
      </w:r>
    </w:p>
    <w:p>
      <w:r>
        <w:rPr>
          <w:rFonts w:ascii="Courier New" w:hAnsi="Courier New"/>
          <w:color w:val="555555"/>
          <w:sz w:val="20"/>
        </w:rPr>
        <w:t>[16 T]</w:t>
      </w:r>
    </w:p>
    <w:p>
      <w:r>
        <w:rPr>
          <w:rFonts w:ascii="Gentium Plus" w:hAnsi="Gentium Plus"/>
          <w:sz w:val="24"/>
        </w:rPr>
        <w:t>Περὶ οἰκήσεων</w:t>
      </w:r>
    </w:p>
    <w:p>
      <w:r>
        <w:rPr>
          <w:rFonts w:ascii="Courier New" w:hAnsi="Courier New"/>
          <w:color w:val="555555"/>
          <w:sz w:val="20"/>
        </w:rPr>
        <w:t>[16 . 1]</w:t>
      </w:r>
    </w:p>
    <w:p>
      <w:r>
        <w:rPr>
          <w:rFonts w:ascii="Gentium Plus" w:hAnsi="Gentium Plus"/>
          <w:sz w:val="24"/>
        </w:rPr>
        <w:t>Τῶν δὲ ἐπὶ γῆς κατοικούντων οἱ μὲν λέγονται σύνοικοι, οἱ δὲ περίοικοι, οἱ δ’ ἄντοικοι, οἱ δ’ ἀντίποδες. Σύνοικοι μὲν οὖν εἰσιν οἱ περὶ τὸν αὐτὸν τόπον τῆς αὐτῆς ζώνης κατοικοῦντες, περίοικοι δὲ οἱ ἐν τῇ αὐτῇ</w:t>
      </w:r>
    </w:p>
    <w:p>
      <w:r>
        <w:rPr>
          <w:rFonts w:ascii="Courier New" w:hAnsi="Courier New"/>
          <w:color w:val="555555"/>
          <w:sz w:val="20"/>
        </w:rPr>
        <w:t>[5]</w:t>
      </w:r>
    </w:p>
    <w:p>
      <w:r>
        <w:rPr>
          <w:rFonts w:ascii="Gentium Plus" w:hAnsi="Gentium Plus"/>
          <w:sz w:val="24"/>
        </w:rPr>
        <w:t>ζώνῃ κύκλῳ περιοικοῦντες, ἄντοικοι δὲ οἱ ἐν τῇ νοτίῳ ζώνῃ ὑπὸ τὸ αὐτὸ ἡμισφαίριον κατοικοῦντες, ἀντίποδες δὲ οἱ ἐν τῇ νοτίῳ ζώνῃ ἐν ἑτέρῳ ἡμισφαιρίῳ κατοικοῦντες</w:t>
      </w:r>
    </w:p>
    <w:p>
      <w:r>
        <w:rPr>
          <w:rFonts w:ascii="Courier New" w:hAnsi="Courier New"/>
          <w:color w:val="555555"/>
          <w:sz w:val="20"/>
        </w:rPr>
        <w:t>[16 . 2]</w:t>
      </w:r>
    </w:p>
    <w:p>
      <w:r>
        <w:rPr>
          <w:rFonts w:ascii="Gentium Plus" w:hAnsi="Gentium Plus"/>
          <w:sz w:val="24"/>
        </w:rPr>
        <w:t>πάντων γὰρ τῶν βαρέων ἐπὶ τὸ κέντρον συννευόντων διὰ τὸ ἐπὶ τὸ μέσον εἶναι τὴν φορὰν τῶν σωμάτων, ἐὰν ἀπό τινος οἰκήσεως τῶν ἐν τῇ καθ’ ἡμᾶς οἰκουμένῃ ἐπὶ τὸ κέντρον τῆς γῆς</w:t>
      </w:r>
    </w:p>
    <w:p>
      <w:r>
        <w:rPr>
          <w:rFonts w:ascii="Courier New" w:hAnsi="Courier New"/>
          <w:color w:val="555555"/>
          <w:sz w:val="20"/>
        </w:rPr>
        <w:t>[5]</w:t>
      </w:r>
    </w:p>
    <w:p>
      <w:r>
        <w:rPr>
          <w:rFonts w:ascii="Gentium Plus" w:hAnsi="Gentium Plus"/>
          <w:sz w:val="24"/>
        </w:rPr>
        <w:t>ἐπιζευχθῇ τις εὐθεῖα καὶ ἐκβληθῇ, οἱ κατὰ τὸ πέρας κείμενοι τῆς διαμέτρου ἐν τῇ νοτίῳ ζώνῃ ἀντίποδες γί‐ νονται τῶν ἐν τῇ βορείῳ ζώνῃ κατοικούντων.</w:t>
      </w:r>
    </w:p>
    <w:p>
      <w:r>
        <w:rPr>
          <w:rFonts w:ascii="Courier New" w:hAnsi="Courier New"/>
          <w:color w:val="555555"/>
          <w:sz w:val="20"/>
        </w:rPr>
        <w:t>[16 . 3]</w:t>
      </w:r>
    </w:p>
    <w:p>
      <w:r>
        <w:rPr>
          <w:rFonts w:ascii="Gentium Plus" w:hAnsi="Gentium Plus"/>
          <w:sz w:val="24"/>
        </w:rPr>
        <w:t>Διαιρεῖται δὲ ἡ καθ’ ἡμᾶς οἰκουμένη εἰς μέρη τρία, Ἀσίαν, Εὐρώπην, Λιβύην. Διπλάσιον δέ ἐστιν ὡς ἔγγιστα τὸ μῆκος τῆς οἰκουμένης τοῦ πλάτους.</w:t>
      </w:r>
    </w:p>
    <w:p>
      <w:r>
        <w:rPr>
          <w:rFonts w:ascii="Courier New" w:hAnsi="Courier New"/>
          <w:color w:val="555555"/>
          <w:sz w:val="20"/>
        </w:rPr>
        <w:t>[16 . 4]</w:t>
      </w:r>
    </w:p>
    <w:p>
      <w:r>
        <w:rPr>
          <w:rFonts w:ascii="Gentium Plus" w:hAnsi="Gentium Plus"/>
          <w:sz w:val="24"/>
        </w:rPr>
        <w:t>Δι’ ἣν αἰτίαν οἱ κατὰ λόγον γράφοντες τὰς γεωγραφίας ἐν πίναξι γράφουσι παραμήκεσιν, ὡς διπλάσιον εἶναι τὸ μῆκος τοῦ πλάτους. Οἱ δὲ στρογγύλας γράφοντες τὰς γεωγραφίας πολὺ τῆς ἀληθείας εἰσὶ</w:t>
      </w:r>
    </w:p>
    <w:p>
      <w:r>
        <w:rPr>
          <w:rFonts w:ascii="Courier New" w:hAnsi="Courier New"/>
          <w:color w:val="555555"/>
          <w:sz w:val="20"/>
        </w:rPr>
        <w:t>[5]</w:t>
      </w:r>
    </w:p>
    <w:p>
      <w:r>
        <w:rPr>
          <w:rFonts w:ascii="Gentium Plus" w:hAnsi="Gentium Plus"/>
          <w:sz w:val="24"/>
        </w:rPr>
        <w:t>πεπλανημένοι· ἴσον γὰρ γίνεται τὸ μῆκος τῷ πλάτει, ὅπερ οὐκ ἔστιν ἐν τῇ φύσει·</w:t>
      </w:r>
    </w:p>
    <w:p>
      <w:r>
        <w:rPr>
          <w:rFonts w:ascii="Courier New" w:hAnsi="Courier New"/>
          <w:color w:val="555555"/>
          <w:sz w:val="20"/>
        </w:rPr>
        <w:t>[16 . 5]</w:t>
      </w:r>
    </w:p>
    <w:p>
      <w:r>
        <w:rPr>
          <w:rFonts w:ascii="Gentium Plus" w:hAnsi="Gentium Plus"/>
          <w:sz w:val="24"/>
        </w:rPr>
        <w:t>ἀνάγκη οὖν μὴ τηρεῖσθαι τὰς τῶν διαστημάτων συμμετρίας τὰς ἐν ταῖς στρογγύ‐ λαις γεωγραφίαις· ἔκτμημά τι γάρ ἐστι σφαίρας τὸ οἰκούμενον μέρος τῆς γῆς διπλάσιον ἔχον τὸ μῆκος τοῦ</w:t>
      </w:r>
    </w:p>
    <w:p>
      <w:r>
        <w:rPr>
          <w:rFonts w:ascii="Courier New" w:hAnsi="Courier New"/>
          <w:color w:val="555555"/>
          <w:sz w:val="20"/>
        </w:rPr>
        <w:t>[5]</w:t>
      </w:r>
    </w:p>
    <w:p>
      <w:r>
        <w:rPr>
          <w:rFonts w:ascii="Gentium Plus" w:hAnsi="Gentium Plus"/>
          <w:sz w:val="24"/>
        </w:rPr>
        <w:t>πλάτους, ὅπερ οὐ δύναται ἀποτερματίζεσθαι κύκλῳ.</w:t>
      </w:r>
    </w:p>
    <w:p>
      <w:r>
        <w:rPr>
          <w:rFonts w:ascii="Courier New" w:hAnsi="Courier New"/>
          <w:color w:val="555555"/>
          <w:sz w:val="20"/>
        </w:rPr>
        <w:t>[16 . 6]</w:t>
      </w:r>
    </w:p>
    <w:p>
      <w:r>
        <w:rPr>
          <w:rFonts w:ascii="Gentium Plus" w:hAnsi="Gentium Plus"/>
          <w:sz w:val="24"/>
        </w:rPr>
        <w:t>Ἀναμεμετρημένου δὲ τοῦ μεγίστου κύκλου τῶν ἐν τῇ γῇ κατὰ τὸν ἐν τῷ κόσμῳ μεσημβρινόν, καὶ εὑρημένου σταδίων κ˙ε˙͵β, τῆς διαμέτρου σταδίων η˙͵δ, διαιρουμένου τε τοῦ μεσημβρινοῦ κύκλου εἰς μέρη ξ, καλεῖται τὸ ἓν</w:t>
      </w:r>
    </w:p>
    <w:p>
      <w:r>
        <w:rPr>
          <w:rFonts w:ascii="Courier New" w:hAnsi="Courier New"/>
          <w:color w:val="555555"/>
          <w:sz w:val="20"/>
        </w:rPr>
        <w:t>[5]</w:t>
      </w:r>
    </w:p>
    <w:p>
      <w:r>
        <w:rPr>
          <w:rFonts w:ascii="Gentium Plus" w:hAnsi="Gentium Plus"/>
          <w:sz w:val="24"/>
        </w:rPr>
        <w:t>τμῆμα ἑξηκοστόν, ὃ γίνεται σταδίων ͵δς· ἐὰν γὰρ με‐ ρισθῶσιν κ˙ε˙͵β στάδια εἰς μέρη ξ, γίνεται τὸ ἑξηκοστὸν σταδίων ͵δς.</w:t>
      </w:r>
    </w:p>
    <w:p>
      <w:r>
        <w:rPr>
          <w:rFonts w:ascii="Courier New" w:hAnsi="Courier New"/>
          <w:color w:val="555555"/>
          <w:sz w:val="20"/>
        </w:rPr>
        <w:t>[16 . 7]</w:t>
      </w:r>
    </w:p>
    <w:p>
      <w:r>
        <w:rPr>
          <w:rFonts w:ascii="Gentium Plus" w:hAnsi="Gentium Plus"/>
          <w:sz w:val="24"/>
        </w:rPr>
        <w:t>Ἔστιν οὖν τὰ μεταξὺ τῶν ζωνῶν διαστήματα τοῦτον ἀφωρισμένα τὸν τρόπον. Τῶν μὲν κατεψυγμένων ζωνῶν</w:t>
      </w:r>
    </w:p>
    <w:p>
      <w:r>
        <w:rPr>
          <w:rFonts w:ascii="Courier New" w:hAnsi="Courier New"/>
          <w:color w:val="555555"/>
          <w:sz w:val="20"/>
        </w:rPr>
        <w:t>[5]</w:t>
      </w:r>
    </w:p>
    <w:p>
      <w:r>
        <w:rPr>
          <w:rFonts w:ascii="Gentium Plus" w:hAnsi="Gentium Plus"/>
          <w:sz w:val="24"/>
        </w:rPr>
        <w:t>ἑκατέρας αὐτῶν ἑξηκοστῶν ε, ὃ γίνονται στάδιοι β˙͵α. Τῆς δὲ διακεκαυμένης ζώνης τὸ πλάτος ἑξηκοστῶν η, ὥστε ἀπὸ τοῦ ἰσημερινοῦ ἐφ’ ἑκάτερα πρὸς τοὺς τροπικοὺς ἑξηκοστὰ εἶναι δ, ἃ γίνεται στάδια α˙͵ϛω.</w:t>
      </w:r>
    </w:p>
    <w:p>
      <w:r>
        <w:rPr>
          <w:rFonts w:ascii="Courier New" w:hAnsi="Courier New"/>
          <w:color w:val="555555"/>
          <w:sz w:val="20"/>
        </w:rPr>
        <w:t>[16 . 8]</w:t>
      </w:r>
    </w:p>
    <w:p>
      <w:r>
        <w:rPr>
          <w:rFonts w:ascii="Gentium Plus" w:hAnsi="Gentium Plus"/>
          <w:sz w:val="24"/>
        </w:rPr>
        <w:t>Γίνονται οὖν ἀπὸ μὲν τοῦ πόλου τοῦ ἐν τῇ γῇ, ὃς κεῖται κατὰ τὸν ἐν τῷ κόσμῳ πόλον, μέχρι τοῦ ἐν τῇ γῇ ἀρκτικοῦ στάδιοι β˙͵ες· ἀπὸ δὲ τοῦ ἐν τῇ γῇ ἀρκτικοῦ, ὃς κεῖται κατὰ τὸν ἐν τῷ κόσμῳ ἀρκτικὸν πρὸς τὸν ἐν τῇ γῇ</w:t>
      </w:r>
    </w:p>
    <w:p>
      <w:r>
        <w:rPr>
          <w:rFonts w:ascii="Courier New" w:hAnsi="Courier New"/>
          <w:color w:val="555555"/>
          <w:sz w:val="20"/>
        </w:rPr>
        <w:t>[5]</w:t>
      </w:r>
    </w:p>
    <w:p>
      <w:r>
        <w:rPr>
          <w:rFonts w:ascii="Gentium Plus" w:hAnsi="Gentium Plus"/>
          <w:sz w:val="24"/>
        </w:rPr>
        <w:t>τροπικόν, ὃς κεῖται κατὰ τὸν ἐν τῷ κόσμῳ θερινὸν τρο‐ πικόν, στάδιοι β˙͵α· ἀπὸ δὲ τοῦ θερινοῦ τροπικοῦ μέχρι τοῦ ἐν τῇ ἰσημερινοῦ, ὃς κεῖται κατὰ τὸν ἐν τῷ κόσμῳ ἰσημερινόν, στάδιοι α˙͵ϛω.</w:t>
      </w:r>
    </w:p>
    <w:p>
      <w:r>
        <w:rPr>
          <w:rFonts w:ascii="Courier New" w:hAnsi="Courier New"/>
          <w:color w:val="555555"/>
          <w:sz w:val="20"/>
        </w:rPr>
        <w:t>[16 . 9]</w:t>
      </w:r>
    </w:p>
    <w:p>
      <w:r>
        <w:rPr>
          <w:rFonts w:ascii="Gentium Plus" w:hAnsi="Gentium Plus"/>
          <w:sz w:val="24"/>
        </w:rPr>
        <w:t>Πάλιν ἀπὸ τοῦ ἰσημερινοῦ πρὸς τὸν ἕτερον τροπικὸν α˙͵ϛω· ἀπὸ δὲ τοῦ τροπικοῦ πρὸς τὸν ἀρκτικὸν στάδια β˙͵α· ἀπὸ δὲ τοῦ ἀρκτικοῦ πρὸς τὸν ἕτερον πόλον β˙͵ες. Ὥστε συνάγεσθαι τὸ μεταξὺ</w:t>
      </w:r>
    </w:p>
    <w:p>
      <w:r>
        <w:rPr>
          <w:rFonts w:ascii="Courier New" w:hAnsi="Courier New"/>
          <w:color w:val="555555"/>
          <w:sz w:val="20"/>
        </w:rPr>
        <w:t>[5]</w:t>
      </w:r>
    </w:p>
    <w:p>
      <w:r>
        <w:rPr>
          <w:rFonts w:ascii="Gentium Plus" w:hAnsi="Gentium Plus"/>
          <w:sz w:val="24"/>
        </w:rPr>
        <w:t>τῶν πόλων διάστημαϊ β˙͵ϛ ὅπερ ἐστὶν ἥμισυ τῆς περιμέτρου τῆς γῆς. Τὸ γὰρ ἀπὸ τοῦ πόλου ἐπὶ τὸν πόλον ἐστὶν ἡμικύκλιον.</w:t>
      </w:r>
    </w:p>
    <w:p>
      <w:r>
        <w:rPr>
          <w:rFonts w:ascii="Courier New" w:hAnsi="Courier New"/>
          <w:color w:val="555555"/>
          <w:sz w:val="20"/>
        </w:rPr>
        <w:t>[16 . 10]</w:t>
      </w:r>
    </w:p>
    <w:p>
      <w:r>
        <w:rPr>
          <w:rFonts w:ascii="Gentium Plus" w:hAnsi="Gentium Plus"/>
          <w:sz w:val="24"/>
        </w:rPr>
        <w:t>Ἡ δὲ διαίρεσις τῶν ἑξηκοστῶν τούτων καὶ ἐν ταῖς κρικωταῖς σφαίραις ἡ αὐτὴ ὑπάρχει.</w:t>
      </w:r>
    </w:p>
    <w:p>
      <w:r>
        <w:rPr>
          <w:rFonts w:ascii="Courier New" w:hAnsi="Courier New"/>
          <w:color w:val="555555"/>
          <w:sz w:val="20"/>
        </w:rPr>
        <w:t>[5]</w:t>
      </w:r>
    </w:p>
    <w:p>
      <w:r>
        <w:rPr>
          <w:rFonts w:ascii="Gentium Plus" w:hAnsi="Gentium Plus"/>
          <w:sz w:val="24"/>
        </w:rPr>
        <w:t>ἐστὶν ἑξηκοστὰ ϛ· ἑξάκις γὰρ ϛ γίνεται λϛ· ὁ δὲ ἀρκτικὸς ἀπὸ τοῦ θερινοῦ τροπικοῦ διίσταται μοίρας λ, ὅπερ ἐστὶν ἑξηκοστὰ ε· ὁ δὲ θερινὸς τροπικὸς ἀπὸ τοῦ ἰσημε‐ ρινοῦ διέστηκε μοίρας κδ, ὅπερ ἐστὶν ἑξηκοστὰ δ.</w:t>
      </w:r>
    </w:p>
    <w:p>
      <w:r>
        <w:rPr>
          <w:rFonts w:ascii="Courier New" w:hAnsi="Courier New"/>
          <w:color w:val="555555"/>
          <w:sz w:val="20"/>
        </w:rPr>
        <w:t>[16 . 11]</w:t>
      </w:r>
    </w:p>
    <w:p>
      <w:r>
        <w:rPr>
          <w:rFonts w:ascii="Gentium Plus" w:hAnsi="Gentium Plus"/>
          <w:sz w:val="24"/>
        </w:rPr>
        <w:t>Ὁ δὲ ἰσημερινὸς ἀπὸ τοῦ χειμερινοῦ τροπικοῦ διέστηκε τὰς ἴσας μοίρας κδ· ὁ δὲ χειμερινὸς τροπικὸς 〈ἀπὸ〉 τοῦ ἀνταρκτικοῦ διέστηκε μοίρας λ· ὁ δὲ ἀνταρκτικὸς ἀπὸ</w:t>
      </w:r>
    </w:p>
    <w:p>
      <w:r>
        <w:rPr>
          <w:rFonts w:ascii="Courier New" w:hAnsi="Courier New"/>
          <w:color w:val="555555"/>
          <w:sz w:val="20"/>
        </w:rPr>
        <w:t>[5]</w:t>
      </w:r>
    </w:p>
    <w:p>
      <w:r>
        <w:rPr>
          <w:rFonts w:ascii="Gentium Plus" w:hAnsi="Gentium Plus"/>
          <w:sz w:val="24"/>
        </w:rPr>
        <w:t>τοῦ νοτίου πόλου διέστηκε μοίρας λϛ. Ὥστε πάλιν ἀπὸ τοῦ πόλου ἐπὶ τὸν πόλον συνάγεσθαι μὲν μοίρας ρπ, ἑξηκοστὰ δὲ λ.</w:t>
      </w:r>
    </w:p>
    <w:p>
      <w:r>
        <w:rPr>
          <w:rFonts w:ascii="Courier New" w:hAnsi="Courier New"/>
          <w:color w:val="555555"/>
          <w:sz w:val="20"/>
        </w:rPr>
        <w:t>[16 . 12]</w:t>
      </w:r>
    </w:p>
    <w:p>
      <w:r>
        <w:rPr>
          <w:rFonts w:ascii="Gentium Plus" w:hAnsi="Gentium Plus"/>
          <w:sz w:val="24"/>
        </w:rPr>
        <w:t>Πρὸς γὰρ τοῦτο τὸ ἓν κλίμα καὶ αἱ κρικωταὶ σφαῖραι κατασκευάζονται καὶ αἱ στερεαί, τῶν ἀρκτικῶν μόνων μεταπιπτόντων ἔν τισιν οἰκήσεσι κατὰ τὰς διαστάσεις. Αἱ μέντοι γε ἐν τῇ γῇ ζῶναι πρὸς τὸ εἰρημένον ἓν κλίμα</w:t>
      </w:r>
    </w:p>
    <w:p>
      <w:r>
        <w:rPr>
          <w:rFonts w:ascii="Courier New" w:hAnsi="Courier New"/>
          <w:color w:val="555555"/>
          <w:sz w:val="20"/>
        </w:rPr>
        <w:t>[5]</w:t>
      </w:r>
    </w:p>
    <w:p>
      <w:r>
        <w:rPr>
          <w:rFonts w:ascii="Gentium Plus" w:hAnsi="Gentium Plus"/>
          <w:sz w:val="24"/>
        </w:rPr>
        <w:t>λαμβάνουσι τὴν διαίρεσιν.</w:t>
      </w:r>
    </w:p>
    <w:p>
      <w:r>
        <w:rPr>
          <w:rFonts w:ascii="Courier New" w:hAnsi="Courier New"/>
          <w:color w:val="555555"/>
          <w:sz w:val="20"/>
        </w:rPr>
        <w:t>[16 . 13]</w:t>
      </w:r>
    </w:p>
    <w:p>
      <w:r>
        <w:rPr>
          <w:rFonts w:ascii="Gentium Plus" w:hAnsi="Gentium Plus"/>
          <w:sz w:val="24"/>
        </w:rPr>
        <w:t>Τῶν δὲ ἐπὶ τῆς γῆς κατοικούντων ὅσοι μὲν ἐπὶ τοῦ αὐτοῦ παραλλήλου κατοικοῦσι, τούτοις τὰ αὐτὰ φαινόμενα κατὰ τὰς οἰκήσεις γίνεται, καὶ τὰ μεγέθη τῶν ἡμερῶν ἴσα καὶ τὰ μεγέθη τῶν ἐκλείψεων τοιαῦτα καὶ</w:t>
      </w:r>
    </w:p>
    <w:p>
      <w:r>
        <w:rPr>
          <w:rFonts w:ascii="Courier New" w:hAnsi="Courier New"/>
          <w:color w:val="555555"/>
          <w:sz w:val="20"/>
        </w:rPr>
        <w:t>[5]</w:t>
      </w:r>
    </w:p>
    <w:p>
      <w:r>
        <w:rPr>
          <w:rFonts w:ascii="Gentium Plus" w:hAnsi="Gentium Plus"/>
          <w:sz w:val="24"/>
        </w:rPr>
        <w:t>τῶν ὡροσκοπίων καταγραφαὶ αἱ αὐταὶ.</w:t>
      </w:r>
    </w:p>
    <w:p>
      <w:r>
        <w:rPr>
          <w:rFonts w:ascii="Courier New" w:hAnsi="Courier New"/>
          <w:color w:val="555555"/>
          <w:sz w:val="20"/>
        </w:rPr>
        <w:t>[16 . 14]</w:t>
      </w:r>
    </w:p>
    <w:p>
      <w:r>
        <w:rPr>
          <w:rFonts w:ascii="Gentium Plus" w:hAnsi="Gentium Plus"/>
          <w:sz w:val="24"/>
        </w:rPr>
        <w:t>Καὶ καθόλου πάντα τὰ περὶ τὰς οἰκήσεις τὰς ἐπὶ τοῦ αὐτοῦ παραλλήλου κειμένας τὰ αὐτὰ ὑπάρχει· τὸ γὰρ ἔγκλιμα τοῦ κόσμου μένει τὸ αὐτό· παρὰ γὰρ τὸ ἔγκλιμα τοῦ κόσμου διάφορα</w:t>
      </w:r>
    </w:p>
    <w:p>
      <w:r>
        <w:rPr>
          <w:rFonts w:ascii="Courier New" w:hAnsi="Courier New"/>
          <w:color w:val="555555"/>
          <w:sz w:val="20"/>
        </w:rPr>
        <w:t>[5]</w:t>
      </w:r>
    </w:p>
    <w:p>
      <w:r>
        <w:rPr>
          <w:rFonts w:ascii="Gentium Plus" w:hAnsi="Gentium Plus"/>
          <w:sz w:val="24"/>
        </w:rPr>
        <w:t>γίνεται τὰ φαινόμενα.</w:t>
      </w:r>
    </w:p>
    <w:p>
      <w:r>
        <w:rPr>
          <w:rFonts w:ascii="Courier New" w:hAnsi="Courier New"/>
          <w:color w:val="555555"/>
          <w:sz w:val="20"/>
        </w:rPr>
        <w:t>[16 . 15]</w:t>
      </w:r>
    </w:p>
    <w:p>
      <w:r>
        <w:rPr>
          <w:rFonts w:ascii="Gentium Plus" w:hAnsi="Gentium Plus"/>
          <w:sz w:val="24"/>
        </w:rPr>
        <w:t>Αἱ μέντοι γε ἀρχαὶ τῶν ἡμερῶν καὶ αἱ τελευταὶ οὐχ ἅμα πᾶσι γίνονται, ἀλλ’ οἷς μὲν πρότερον, οἷς δ’ ὕσ‐</w:t>
      </w:r>
    </w:p>
    <w:p>
      <w:r>
        <w:rPr>
          <w:rFonts w:ascii="Courier New" w:hAnsi="Courier New"/>
          <w:color w:val="555555"/>
          <w:sz w:val="20"/>
        </w:rPr>
        <w:t>[16 . 16]</w:t>
      </w:r>
    </w:p>
    <w:p>
      <w:r>
        <w:rPr>
          <w:rFonts w:ascii="Gentium Plus" w:hAnsi="Gentium Plus"/>
          <w:sz w:val="24"/>
        </w:rPr>
        <w:t>Ἤδη μέντοι γε πρὸς τὴν αἴσθησιν σχεδὸν ἐπὶ σταδίους υ ἀπ’ ἀνα‐ τολῆς ἐπὶ δύσιν ὁ αὐτὸς ὁρίζων διαμένει, ὥστε πρὸς αἴσθησιν ἅμα τὴν ἀνατολὴν αὐτοῖς γίνεσθαι καὶ τὴν</w:t>
      </w:r>
    </w:p>
    <w:p>
      <w:r>
        <w:rPr>
          <w:rFonts w:ascii="Courier New" w:hAnsi="Courier New"/>
          <w:color w:val="555555"/>
          <w:sz w:val="20"/>
        </w:rPr>
        <w:t>[5]</w:t>
      </w:r>
    </w:p>
    <w:p>
      <w:r>
        <w:rPr>
          <w:rFonts w:ascii="Gentium Plus" w:hAnsi="Gentium Plus"/>
          <w:sz w:val="24"/>
        </w:rPr>
        <w:t>δύσιν. Ὅταν δὲ πλεῖον γένηται διάστημα τῶν υ σταδίων, προανατολαὶ καὶ προδύσεις γίνονται.</w:t>
      </w:r>
    </w:p>
    <w:p>
      <w:r>
        <w:rPr>
          <w:rFonts w:ascii="Courier New" w:hAnsi="Courier New"/>
          <w:color w:val="555555"/>
          <w:sz w:val="20"/>
        </w:rPr>
        <w:t>[16 . 17]</w:t>
      </w:r>
    </w:p>
    <w:p>
      <w:r>
        <w:rPr>
          <w:rFonts w:ascii="Gentium Plus" w:hAnsi="Gentium Plus"/>
          <w:sz w:val="24"/>
        </w:rPr>
        <w:t>Τοῖς δὲ ἐπὶ τοῦ αὐτοῦ μεσημβρινοῦ κατοικοῦσι μέχρι μὲν σταδίων υ ἀνεπαίσθητος γίνεται ἡ τῶν κλιμά‐ των παραλλαγή. Ἅμα τὸ μέντοι γε πλεῖον διάστημα ὑπερβῆναι πρὸς ἄρκτον ἢ πρὸς μεσημβρίαν ἄλλο γίνεται</w:t>
      </w:r>
    </w:p>
    <w:p>
      <w:r>
        <w:rPr>
          <w:rFonts w:ascii="Courier New" w:hAnsi="Courier New"/>
          <w:color w:val="555555"/>
          <w:sz w:val="20"/>
        </w:rPr>
        <w:t>[5]</w:t>
      </w:r>
    </w:p>
    <w:p>
      <w:r>
        <w:rPr>
          <w:rFonts w:ascii="Gentium Plus" w:hAnsi="Gentium Plus"/>
          <w:sz w:val="24"/>
        </w:rPr>
        <w:t>ἔγκλιμα, ὥστε πάντα τὰ φαινόμενα διάφορα γίνεσθαι·</w:t>
      </w:r>
    </w:p>
    <w:p>
      <w:r>
        <w:rPr>
          <w:rFonts w:ascii="Courier New" w:hAnsi="Courier New"/>
          <w:color w:val="555555"/>
          <w:sz w:val="20"/>
        </w:rPr>
        <w:t>[16 . 18]</w:t>
      </w:r>
    </w:p>
    <w:p>
      <w:r>
        <w:rPr>
          <w:rFonts w:ascii="Gentium Plus" w:hAnsi="Gentium Plus"/>
          <w:sz w:val="24"/>
        </w:rPr>
        <w:t>καὶ γὰρ τὰ μεγέθη τῶν ἡμερῶν καὶ τὰ μεγέθη τῶν ἐκλείψεων καὶ αἱ τῶν ὡρολογίων καταγραφαὶ διάφοροι παρὰ τὰς οἰκήσεις γίνονται τοῖς ἐπὶ τοῦ αὐτοῦ μεσημ‐ βρινοῦ κατοικοῦσι. Τὸ γὰρ ἔγκλιμα μεταπίπτει πρὸς</w:t>
      </w:r>
    </w:p>
    <w:p>
      <w:r>
        <w:rPr>
          <w:rFonts w:ascii="Courier New" w:hAnsi="Courier New"/>
          <w:color w:val="555555"/>
          <w:sz w:val="20"/>
        </w:rPr>
        <w:t>[5]</w:t>
      </w:r>
    </w:p>
    <w:p>
      <w:r>
        <w:rPr>
          <w:rFonts w:ascii="Gentium Plus" w:hAnsi="Gentium Plus"/>
          <w:sz w:val="24"/>
        </w:rPr>
        <w:t>ἄρκτον ἢ πρὸς μεσημβρίαν τῆς μεταβάσεως γινομένης· τὰ μέντοι γε μέσα τῶν ἡμερῶν καὶ τὰ μέσα τῶν νυκτῶν ἅμα πᾶσι γίνεται τοῖς ἐπὶ τοῦ αὐτοῦ μεσημβρινοῦ κατοικοῦσιν.</w:t>
      </w:r>
    </w:p>
    <w:p>
      <w:r>
        <w:rPr>
          <w:rFonts w:ascii="Courier New" w:hAnsi="Courier New"/>
          <w:color w:val="555555"/>
          <w:sz w:val="20"/>
        </w:rPr>
        <w:t>[16 . 19]</w:t>
      </w:r>
    </w:p>
    <w:p>
      <w:r>
        <w:rPr>
          <w:rFonts w:ascii="Gentium Plus" w:hAnsi="Gentium Plus"/>
          <w:sz w:val="24"/>
        </w:rPr>
        <w:t>Ὅταν δὲ περὶ τῆς νοτίου ζώνης λέγωμεν καὶ τῶν ἐν αὐτῇ κατοικούντων, πρὸς δὲ τούτοις περὶ τῶν ἐν αὐτῇ ἀντιπόδων τῶν λεγομένων οὕτως ἀκούειν προσήκει ὡς μηδεμίαν ἡμῶν ἱστορίαν παρειληφότων περὶ τῆς νοτίου</w:t>
      </w:r>
    </w:p>
    <w:p>
      <w:r>
        <w:rPr>
          <w:rFonts w:ascii="Courier New" w:hAnsi="Courier New"/>
          <w:color w:val="555555"/>
          <w:sz w:val="20"/>
        </w:rPr>
        <w:t>[5]</w:t>
      </w:r>
    </w:p>
    <w:p>
      <w:r>
        <w:rPr>
          <w:rFonts w:ascii="Gentium Plus" w:hAnsi="Gentium Plus"/>
          <w:sz w:val="24"/>
        </w:rPr>
        <w:t>ζώνης, μηδ’ εἴ τινες ἐν αὐτῇ κατοικοῦσιν, ἀλλ’ ὅτι ἕνεκεν τῆς ὅλης σφαιροποιίας καὶ τοῦ σχήματος τῆς γῆς καὶ τῆς παρόδου τοῦ ἡλίου τῆς μεταξὺ τῶν τροπικῶν γινο‐ μένης, ἔστι τις καὶ ἑτέρα ζώνη πρὸς νότον κειμένη τὴν αὐτὴν εὐκρασίαν ἔχουσα τῇ βορείῳ ζώνῃ, ἐν ᾗ κατοι‐</w:t>
      </w:r>
    </w:p>
    <w:p>
      <w:r>
        <w:rPr>
          <w:rFonts w:ascii="Courier New" w:hAnsi="Courier New"/>
          <w:color w:val="555555"/>
          <w:sz w:val="20"/>
        </w:rPr>
        <w:t>[10]</w:t>
      </w:r>
    </w:p>
    <w:p>
      <w:r>
        <w:rPr>
          <w:rFonts w:ascii="Gentium Plus" w:hAnsi="Gentium Plus"/>
          <w:sz w:val="24"/>
        </w:rPr>
        <w:t>κοῦμεν ἡμεῖς.</w:t>
      </w:r>
    </w:p>
    <w:p>
      <w:r>
        <w:rPr>
          <w:rFonts w:ascii="Courier New" w:hAnsi="Courier New"/>
          <w:color w:val="555555"/>
          <w:sz w:val="20"/>
        </w:rPr>
        <w:t>[16 . 20]</w:t>
      </w:r>
    </w:p>
    <w:p>
      <w:r>
        <w:rPr>
          <w:rFonts w:ascii="Gentium Plus" w:hAnsi="Gentium Plus"/>
          <w:sz w:val="24"/>
        </w:rPr>
        <w:t>Ὁμοίως δὲ καὶ περὶ τῶν ἀντιπόδων</w:t>
      </w:r>
    </w:p>
    <w:p>
      <w:r>
        <w:rPr>
          <w:rFonts w:ascii="Courier New" w:hAnsi="Courier New"/>
          <w:color w:val="555555"/>
          <w:sz w:val="20"/>
        </w:rPr>
        <w:t>[16 . 21]</w:t>
      </w:r>
    </w:p>
    <w:p>
      <w:r>
        <w:rPr>
          <w:rFonts w:ascii="Gentium Plus" w:hAnsi="Gentium Plus"/>
          <w:sz w:val="24"/>
        </w:rPr>
        <w:t>Ὑπὸ δὲ τὴν διακεκαυμένην ζώνην τινὲς τῶν ἀρχαίων ἀπεφήναντο, ὧν ἐστι καὶ Κλεάνθης ὁ Στωικὸς φιλόσοφος, ὑποκεχύσθαι μεταξὺ τῶν τροπικῶν τὸν ὠκεανόν.</w:t>
      </w:r>
    </w:p>
    <w:p>
      <w:r>
        <w:rPr>
          <w:rFonts w:ascii="Courier New" w:hAnsi="Courier New"/>
          <w:color w:val="555555"/>
          <w:sz w:val="20"/>
        </w:rPr>
        <w:t>[16 . 22]</w:t>
      </w:r>
    </w:p>
    <w:p>
      <w:r>
        <w:rPr>
          <w:rFonts w:ascii="Gentium Plus" w:hAnsi="Gentium Plus"/>
          <w:sz w:val="24"/>
        </w:rPr>
        <w:t>Οἷς ἀκολούθως καὶ Κράτης ὁ γραμματικὸς τὴν πλάνην τοῦ Ὀδυσσέως διατάσσων καὶ τὴν ὅλην σφαῖραν τῆς γῆς καταγράφων τοῖς ἀφοριζομένοις κύκλοις, καθὼς προειρή‐</w:t>
      </w:r>
    </w:p>
    <w:p>
      <w:r>
        <w:rPr>
          <w:rFonts w:ascii="Courier New" w:hAnsi="Courier New"/>
          <w:color w:val="555555"/>
          <w:sz w:val="20"/>
        </w:rPr>
        <w:t>[5]</w:t>
      </w:r>
    </w:p>
    <w:p>
      <w:r>
        <w:rPr>
          <w:rFonts w:ascii="Gentium Plus" w:hAnsi="Gentium Plus"/>
          <w:sz w:val="24"/>
        </w:rPr>
        <w:t>καμεν, ποιεῖ μεταξὺ τῶν τροπικῶν τὸν ὠκεανὸν κείμενον, λέγων ἀκολούθως τοῖς μαθηματικοῖς τὴν ὅλην διάταξιν ποιεῖσθαι.</w:t>
      </w:r>
    </w:p>
    <w:p>
      <w:r>
        <w:rPr>
          <w:rFonts w:ascii="Courier New" w:hAnsi="Courier New"/>
          <w:color w:val="555555"/>
          <w:sz w:val="20"/>
        </w:rPr>
        <w:t>[16 . 23]</w:t>
      </w:r>
    </w:p>
    <w:p>
      <w:r>
        <w:rPr>
          <w:rFonts w:ascii="Gentium Plus" w:hAnsi="Gentium Plus"/>
          <w:sz w:val="24"/>
        </w:rPr>
        <w:t>Ἡ δὲ τοιαύτη διάταξις ἀλλοτρία ἐστὶ καὶ τοῦ μαθηματικοῦ καὶ τοῦ φυσικοῦ λόγου καὶ παρ’ οὐδενὶ τῶν ἀρχαίων μαθηματικῶν κατακεχωρισμένη, ὡς ἀπο‐ φαίνεται Κράτης.</w:t>
      </w:r>
    </w:p>
    <w:p>
      <w:r>
        <w:rPr>
          <w:rFonts w:ascii="Courier New" w:hAnsi="Courier New"/>
          <w:color w:val="555555"/>
          <w:sz w:val="20"/>
        </w:rPr>
        <w:t>[16 . 24]</w:t>
      </w:r>
    </w:p>
    <w:p>
      <w:r>
        <w:rPr>
          <w:rFonts w:ascii="Gentium Plus" w:hAnsi="Gentium Plus"/>
          <w:sz w:val="24"/>
        </w:rPr>
        <w:t>Μεταξὺ γὰρ τῶν τροπικῶν ἐν τοῖς καθ’ ἡμᾶς χρόνοις ἤδη καὶ κατώπτευται καὶ εὕρηται τὰ πλεῖστα οἰκήσιμα καὶ οὐ πελάγει πάντοθεν περιεχό‐ μενα. Καὶ τοῦ μεταξὺ διαστήματος ὑπάρχοντος ἀπὸ τοῦ</w:t>
      </w:r>
    </w:p>
    <w:p>
      <w:r>
        <w:rPr>
          <w:rFonts w:ascii="Courier New" w:hAnsi="Courier New"/>
          <w:color w:val="555555"/>
          <w:sz w:val="20"/>
        </w:rPr>
        <w:t>[5]</w:t>
      </w:r>
    </w:p>
    <w:p>
      <w:r>
        <w:rPr>
          <w:rFonts w:ascii="Gentium Plus" w:hAnsi="Gentium Plus"/>
          <w:sz w:val="24"/>
        </w:rPr>
        <w:t>θερινοῦ τροπικοῦ μέχρι τοῦ ἰσημερινοῦ α˙͵ϛω, σχεδὸν ἐπὶ σταδίους ͵ηω ὡδοιπόρηται καὶ ἡ περὶ τούτων τῶν τόπων ἱστορία ἀναγέγραπται διὰ τῶν ἐν Ἀλεξανδρείᾳ βασιλέων ἐξητασμένη. Ὅθεν ψευδοδοξοῦσιν οἱ νομίζοντες τὸν ὠκεανὸν ὑπο‐</w:t>
      </w:r>
    </w:p>
    <w:p>
      <w:r>
        <w:rPr>
          <w:rFonts w:ascii="Courier New" w:hAnsi="Courier New"/>
          <w:color w:val="555555"/>
          <w:sz w:val="20"/>
        </w:rPr>
        <w:t>[10]</w:t>
      </w:r>
    </w:p>
    <w:p>
      <w:r>
        <w:rPr>
          <w:rFonts w:ascii="Gentium Plus" w:hAnsi="Gentium Plus"/>
          <w:sz w:val="24"/>
        </w:rPr>
        <w:t>κεχύσθαι μεταξὺ τῶν τροπικῶν.</w:t>
      </w:r>
    </w:p>
    <w:p>
      <w:r>
        <w:rPr>
          <w:rFonts w:ascii="Courier New" w:hAnsi="Courier New"/>
          <w:color w:val="555555"/>
          <w:sz w:val="20"/>
        </w:rPr>
        <w:t>[16 . 25]</w:t>
      </w:r>
    </w:p>
    <w:p>
      <w:r>
        <w:rPr>
          <w:rFonts w:ascii="Gentium Plus" w:hAnsi="Gentium Plus"/>
          <w:sz w:val="24"/>
        </w:rPr>
        <w:t>Ἐκ δὲ τούτων φανερὸν ὅτι καὶ τὸ δοξαζόμενον, ὅτι ἀοίκητός ἐστιν ἡ μεταξὺ τῶν τροπικῶν κειμένη χώρα διὰ τὴν τοῦ καύματος ὑπερβολήν, καὶ μάλιστα ἡ περὶ μέσην τὴν διακεκαυμένην ζώνην, ψεῦδός ἐστιν.</w:t>
      </w:r>
    </w:p>
    <w:p>
      <w:r>
        <w:rPr>
          <w:rFonts w:ascii="Courier New" w:hAnsi="Courier New"/>
          <w:color w:val="555555"/>
          <w:sz w:val="20"/>
        </w:rPr>
        <w:t>[16 . 26]</w:t>
      </w:r>
    </w:p>
    <w:p>
      <w:r>
        <w:rPr>
          <w:rFonts w:ascii="Gentium Plus" w:hAnsi="Gentium Plus"/>
          <w:sz w:val="24"/>
        </w:rPr>
        <w:t>Οἱ μὲν γὰρ τὰ πέρατα τῆς διακεκαυμένης ζώνης οἰκοῦντες Αἰθίοπές εἰσι κατὰ κορυφὴν ἔχοντες ἐν ταῖς τροπαῖς τὸν ἥλιον· δύο γὰρ Αἰθιοπίας τῇ φύσει ὑποληπτέον ὑπάρχειν,</w:t>
      </w:r>
    </w:p>
    <w:p>
      <w:r>
        <w:rPr>
          <w:rFonts w:ascii="Courier New" w:hAnsi="Courier New"/>
          <w:color w:val="555555"/>
          <w:sz w:val="20"/>
        </w:rPr>
        <w:t>[5]</w:t>
      </w:r>
    </w:p>
    <w:p>
      <w:r>
        <w:rPr>
          <w:rFonts w:ascii="Gentium Plus" w:hAnsi="Gentium Plus"/>
          <w:sz w:val="24"/>
        </w:rPr>
        <w:t>περί τε τὸν θερινὸν τροπικὸν τὸν παρ’ ἡμῖν κύκλως περιοικούντων Αἰθιόπων καὶ περὶ τὸν ἡμῖν μὲν χειμερινὸν τροπικὸν, τοῖς δ’ ἀντίποσι θερινόν.</w:t>
      </w:r>
    </w:p>
    <w:p>
      <w:r>
        <w:rPr>
          <w:rFonts w:ascii="Courier New" w:hAnsi="Courier New"/>
          <w:color w:val="555555"/>
          <w:sz w:val="20"/>
        </w:rPr>
        <w:t>[16 . 27]</w:t>
      </w:r>
    </w:p>
    <w:p>
      <w:r>
        <w:rPr>
          <w:rFonts w:ascii="Gentium Plus" w:hAnsi="Gentium Plus"/>
          <w:sz w:val="24"/>
        </w:rPr>
        <w:t>Τοῦτο δέ φησι Κράτης καὶ τὸν Ὅμηρον λέγειν, ἐν οἷς φησιν· Αἰθίοπες, τοὶ διχθὰ δεδαίαται, ἔσχατοι ἀνδρῶν, οἱ μὲν δυσομένου Ὑπερίονος, οἱ δ’ ἀνιόντος.</w:t>
      </w:r>
    </w:p>
    <w:p>
      <w:r>
        <w:rPr>
          <w:rFonts w:ascii="Courier New" w:hAnsi="Courier New"/>
          <w:color w:val="555555"/>
          <w:sz w:val="20"/>
        </w:rPr>
        <w:t>[5]</w:t>
      </w:r>
    </w:p>
    <w:p>
      <w:r>
        <w:rPr>
          <w:rFonts w:ascii="Gentium Plus" w:hAnsi="Gentium Plus"/>
          <w:sz w:val="24"/>
        </w:rPr>
        <w:t>Κράτης μὲν οὖν παραδοξολογῶν τὰ ὑφ’ Ὁμήρου ἀρχαϊκῶς καὶ ἰδικῶς εἰρημένα μετάγει πρὸς τὴν κατ’ ἀλήθειαν σφαιροποιίαν.</w:t>
      </w:r>
    </w:p>
    <w:p>
      <w:r>
        <w:rPr>
          <w:rFonts w:ascii="Courier New" w:hAnsi="Courier New"/>
          <w:color w:val="555555"/>
          <w:sz w:val="20"/>
        </w:rPr>
        <w:t>[16 . 28]</w:t>
      </w:r>
    </w:p>
    <w:p>
      <w:r>
        <w:rPr>
          <w:rFonts w:ascii="Gentium Plus" w:hAnsi="Gentium Plus"/>
          <w:sz w:val="24"/>
        </w:rPr>
        <w:t>Ὅμηρος μὲν γὰρ καὶ οἱ ἀρχαῖοι ποιηταὶ σχεδὸν ὡς εἰπεῖν πάντες ἐπίπεδον ὑφίστανται τὴν γῆν καὶ συνάπτουσαν τῷ κόσμῳ καὶ κύκλῳ τὸν ὠκεανὸν περικείμενον καὶ τὴν τοῦ ὁρίζοντος ἐπέχοντα τάξιν καὶ</w:t>
      </w:r>
    </w:p>
    <w:p>
      <w:r>
        <w:rPr>
          <w:rFonts w:ascii="Courier New" w:hAnsi="Courier New"/>
          <w:color w:val="555555"/>
          <w:sz w:val="20"/>
        </w:rPr>
        <w:t>[5]</w:t>
      </w:r>
    </w:p>
    <w:p>
      <w:r>
        <w:rPr>
          <w:rFonts w:ascii="Gentium Plus" w:hAnsi="Gentium Plus"/>
          <w:sz w:val="24"/>
        </w:rPr>
        <w:t>τὰς ἀνατολὰς 〈γινομένασ〉 ἐκ τοῦ ὠκεανοῦ καὶ τὰς δύσεις εἰς τὸν ὠκεανόν· ὥστε τοὺς πλησιάζοντας τῇ ἀνατολῇ καὶ τῇ δύσει Αἰθίοπας ὑπελάμβανον γίνεσθαι καταιθο‐ μένους ὑπὸ τοῦ ἡλίου.</w:t>
      </w:r>
    </w:p>
    <w:p>
      <w:r>
        <w:rPr>
          <w:rFonts w:ascii="Courier New" w:hAnsi="Courier New"/>
          <w:color w:val="555555"/>
          <w:sz w:val="20"/>
        </w:rPr>
        <w:t>[16 . 29]</w:t>
      </w:r>
    </w:p>
    <w:p>
      <w:r>
        <w:rPr>
          <w:rFonts w:ascii="Gentium Plus" w:hAnsi="Gentium Plus"/>
          <w:sz w:val="24"/>
        </w:rPr>
        <w:t>Αὕτη δ’ ἡ πρόληψις τῇ μὲν προκειμένῃ διατάξει ἀκόλουθός ἐστι, τῆς δὲ κατὰ φύσιν σφαιροποιίας ἀλλοτρία· ἡ γὰρ γῆ μέση κεῖται τοῦ σύμπαντος κόσμου σημείου τάξιν ἐπέχουσα· αἱ δὲ ἀνα‐</w:t>
      </w:r>
    </w:p>
    <w:p>
      <w:r>
        <w:rPr>
          <w:rFonts w:ascii="Courier New" w:hAnsi="Courier New"/>
          <w:color w:val="555555"/>
          <w:sz w:val="20"/>
        </w:rPr>
        <w:t>[5]</w:t>
      </w:r>
    </w:p>
    <w:p>
      <w:r>
        <w:rPr>
          <w:rFonts w:ascii="Gentium Plus" w:hAnsi="Gentium Plus"/>
          <w:sz w:val="24"/>
        </w:rPr>
        <w:t>τολαὶ τοῦ ἡλίου γίνονται καὶ αἱ δύσεις ἐκ τοῦ αἰθέρος καὶ εἰς τὸν αἰθέρα, διὰ παντὸς τοῦ ἡλίου ἴσον ἀπέχον‐ τος τῆς γῆς.</w:t>
      </w:r>
    </w:p>
    <w:p>
      <w:r>
        <w:rPr>
          <w:rFonts w:ascii="Courier New" w:hAnsi="Courier New"/>
          <w:color w:val="555555"/>
          <w:sz w:val="20"/>
        </w:rPr>
        <w:t>[16 . 30]</w:t>
      </w:r>
    </w:p>
    <w:p>
      <w:r>
        <w:rPr>
          <w:rFonts w:ascii="Gentium Plus" w:hAnsi="Gentium Plus"/>
          <w:sz w:val="24"/>
        </w:rPr>
        <w:t>Ὅθεν αἱ μὲν προειρημέναι Αἰθιοπίαι ἀδιανόητοί εἰσιν, αἱ δ’ ὑπὸ τοὺς ἐν τῷ κόσμῳ τροπικοὺς κείμεναι, αἵτινες ὑπάρχουσιν ἐπὶ τὰ πέρατα τῶν διακεκαυμένων ζωνῶν, κατὰ φύσιν ἔχουσιν·</w:t>
      </w:r>
    </w:p>
    <w:p>
      <w:r>
        <w:rPr>
          <w:rFonts w:ascii="Courier New" w:hAnsi="Courier New"/>
          <w:color w:val="555555"/>
          <w:sz w:val="20"/>
        </w:rPr>
        <w:t>[16 . 31]</w:t>
      </w:r>
    </w:p>
    <w:p>
      <w:r>
        <w:rPr>
          <w:rFonts w:ascii="Gentium Plus" w:hAnsi="Gentium Plus"/>
          <w:sz w:val="24"/>
        </w:rPr>
        <w:t>οὐ μέντοι γε ὑποληπ‐ τέον ἀοίκητον εἶναι τὴν διακεκαυμένην ζώνην· ἤδη γὰρ ἐπὶ πολλοὺς τόπους τῆς διακεκαυμένης ζώνης ἐληλύθασί τινες, καὶ τὰ πλεῖστα οἰκήσιμα εὕρηται.</w:t>
      </w:r>
    </w:p>
    <w:p>
      <w:r>
        <w:rPr>
          <w:rFonts w:ascii="Courier New" w:hAnsi="Courier New"/>
          <w:color w:val="555555"/>
          <w:sz w:val="20"/>
        </w:rPr>
        <w:t>[16 . 32]</w:t>
      </w:r>
    </w:p>
    <w:p>
      <w:r>
        <w:rPr>
          <w:rFonts w:ascii="Gentium Plus" w:hAnsi="Gentium Plus"/>
          <w:sz w:val="24"/>
        </w:rPr>
        <w:t>Ὅθεν καὶ ζητεῖται παρὰ πολλοῖς, εἰ τὰ περὶ μέσην τὴν διακεκαυμένην οἰκησιμώτερα μᾶλλόν ἐστι τῶν περὶ τὰ πέρατα τῆς διακεκαυμένης ζώνης ὑπαρχουσῶν οἰκή‐ σεων.</w:t>
      </w:r>
    </w:p>
    <w:p>
      <w:r>
        <w:rPr>
          <w:rFonts w:ascii="Courier New" w:hAnsi="Courier New"/>
          <w:color w:val="555555"/>
          <w:sz w:val="20"/>
        </w:rPr>
        <w:t>[5]</w:t>
      </w:r>
    </w:p>
    <w:p>
      <w:r>
        <w:rPr>
          <w:rFonts w:ascii="Gentium Plus" w:hAnsi="Gentium Plus"/>
          <w:sz w:val="24"/>
        </w:rPr>
        <w:t>Πολύβιος οὖν ὁ ἱστοριογράφος πεπραγμάτευται βι‐ βλίον, ὃ ἐπιγραφὴν ἔχει «περὶ τῆς περὶ τὸν ἰσημερινὸν οἰκήσεως»· αὕτη δέ ἐστιν ἐν μέσῃ τῇ διακεκαυμένῃ ζώνῃ.</w:t>
      </w:r>
    </w:p>
    <w:p>
      <w:r>
        <w:rPr>
          <w:rFonts w:ascii="Courier New" w:hAnsi="Courier New"/>
          <w:color w:val="555555"/>
          <w:sz w:val="20"/>
        </w:rPr>
        <w:t>[16 . 33]</w:t>
      </w:r>
    </w:p>
    <w:p>
      <w:r>
        <w:rPr>
          <w:rFonts w:ascii="Gentium Plus" w:hAnsi="Gentium Plus"/>
          <w:sz w:val="24"/>
        </w:rPr>
        <w:t>Καί φησιν οἰκεῖσθαι τοὺς τόπους καὶ εὐκρα‐ τοτέραν ἔχειν τὴν οἴκησιν τῶν περὶ τὰ πέρατα τῆς διακε‐ καυμένης ζώνης κατοικούντων. Καὶ ἃ μὲν ἱστορίας φέρει τῶν κατωπτευκότων τὰς οἰκήσεις καὶ ἐπιμαρτυρούντων</w:t>
      </w:r>
    </w:p>
    <w:p>
      <w:r>
        <w:rPr>
          <w:rFonts w:ascii="Courier New" w:hAnsi="Courier New"/>
          <w:color w:val="555555"/>
          <w:sz w:val="20"/>
        </w:rPr>
        <w:t>[5]</w:t>
      </w:r>
    </w:p>
    <w:p>
      <w:r>
        <w:rPr>
          <w:rFonts w:ascii="Gentium Plus" w:hAnsi="Gentium Plus"/>
          <w:sz w:val="24"/>
        </w:rPr>
        <w:t>τοῖς φαινομένοις, ἃ δὲ ἐπιλογίζεται ἐπὶ τῆς φυσικῆς περὶ τὸν ἥλιον ὑπαρχούσης κινήσεως.</w:t>
      </w:r>
    </w:p>
    <w:p>
      <w:r>
        <w:rPr>
          <w:rFonts w:ascii="Courier New" w:hAnsi="Courier New"/>
          <w:color w:val="555555"/>
          <w:sz w:val="20"/>
        </w:rPr>
        <w:t>[16 . 34]</w:t>
      </w:r>
    </w:p>
    <w:p>
      <w:r>
        <w:rPr>
          <w:rFonts w:ascii="Gentium Plus" w:hAnsi="Gentium Plus"/>
          <w:sz w:val="24"/>
        </w:rPr>
        <w:t>Ὁ γὰρ ἥλιος περὶ μὲν τοὺς τροπικοὺς κύκλους πολὺν ἐπιμένει χρόνον κατά τε τὴν πρόσοδον τὴν πρὸς αὐτοὺς καὶ τὴν ἀποχώρησιν, ὥστε σχεδὸν ἐφ’ ἡμέρας μ μένει πρὸς αἴσθησιν ἐπὶ τροπικὸν κύκλον·</w:t>
      </w:r>
    </w:p>
    <w:p>
      <w:r>
        <w:rPr>
          <w:rFonts w:ascii="Courier New" w:hAnsi="Courier New"/>
          <w:color w:val="555555"/>
          <w:sz w:val="20"/>
        </w:rPr>
        <w:t>[16 . 35]</w:t>
      </w:r>
    </w:p>
    <w:p>
      <w:r>
        <w:rPr>
          <w:rFonts w:ascii="Gentium Plus" w:hAnsi="Gentium Plus"/>
          <w:sz w:val="24"/>
        </w:rPr>
        <w:t>δι’ ἣν αἰτίαν καὶ τὰ μεγέθη τῶν ἡμερῶν σχεδὸν ἐφ’ ἡμέρας μ τὰ αὐτὰ διαμένει. Ὅθεν ἐπιμονῆς γινομένης πρὸς τὰς οἰκή‐ σεις τὰς κειμένας ὑπὸ τοὺς τροπικοὺς ἀνάγκη ἐκπυ‐</w:t>
      </w:r>
    </w:p>
    <w:p>
      <w:r>
        <w:rPr>
          <w:rFonts w:ascii="Courier New" w:hAnsi="Courier New"/>
          <w:color w:val="555555"/>
          <w:sz w:val="20"/>
        </w:rPr>
        <w:t>[5]</w:t>
      </w:r>
    </w:p>
    <w:p>
      <w:r>
        <w:rPr>
          <w:rFonts w:ascii="Gentium Plus" w:hAnsi="Gentium Plus"/>
          <w:sz w:val="24"/>
        </w:rPr>
        <w:t>ροῦσθαι τὴν οἴκησιν καὶ ἀοίκητον γίνεσθαι διὰ τὴν τοῦ</w:t>
      </w:r>
    </w:p>
    <w:p>
      <w:r>
        <w:rPr>
          <w:rFonts w:ascii="Courier New" w:hAnsi="Courier New"/>
          <w:color w:val="555555"/>
          <w:sz w:val="20"/>
        </w:rPr>
        <w:t>[16 . 36]</w:t>
      </w:r>
    </w:p>
    <w:p>
      <w:r>
        <w:rPr>
          <w:rFonts w:ascii="Gentium Plus" w:hAnsi="Gentium Plus"/>
          <w:sz w:val="24"/>
        </w:rPr>
        <w:t>Ἀπὸ δὲ τοῦ ἰσημερινοῦ κύκλου ταχείας συμβαίνει τὰς ἀποχωρήσεις γίνεσθαι· ὅθεν καὶ τὰ μεγέθη τῶν ἡμερῶν περὶ τὰς ἰσημερίας μεγάλας λαμβάνει τὰς πα‐ ραυξήσεις. Εὔλογον οὖν καὶ τὰς ὑπὸ τὸν ἰσημερινὸν</w:t>
      </w:r>
    </w:p>
    <w:p>
      <w:r>
        <w:rPr>
          <w:rFonts w:ascii="Courier New" w:hAnsi="Courier New"/>
          <w:color w:val="555555"/>
          <w:sz w:val="20"/>
        </w:rPr>
        <w:t>[5]</w:t>
      </w:r>
    </w:p>
    <w:p>
      <w:r>
        <w:rPr>
          <w:rFonts w:ascii="Gentium Plus" w:hAnsi="Gentium Plus"/>
          <w:sz w:val="24"/>
        </w:rPr>
        <w:t>κειμένας οἰκήσεις εὐκρατοτέρας ὑπάρχειν, ἐπιμονῆς μὲν 〈οὐ〉 γινομένης ἐπὶ τοῦ κατὰ κορυφὴν σημείου, ταχέως δὲ ἀποχωροῦντος τοῦ ἡλίου.</w:t>
      </w:r>
    </w:p>
    <w:p>
      <w:r>
        <w:rPr>
          <w:rFonts w:ascii="Courier New" w:hAnsi="Courier New"/>
          <w:color w:val="555555"/>
          <w:sz w:val="20"/>
        </w:rPr>
        <w:t>[16 . 37]</w:t>
      </w:r>
    </w:p>
    <w:p>
      <w:r>
        <w:rPr>
          <w:rFonts w:ascii="Gentium Plus" w:hAnsi="Gentium Plus"/>
          <w:sz w:val="24"/>
        </w:rPr>
        <w:t>Πάντες γὰρ οἱ μεταξὺ τῶν τροπικῶν κύκλων οἰ‐ κοῦντες παρὰ τὴν πάροδον ὁμοίως κεῖνται τοῦ ἡλίου· πλείονας δὲ χρόνους ἐπιμένει τοῖς περὶ τοὺς τροπικοὺς οἰκοῦσι·</w:t>
      </w:r>
    </w:p>
    <w:p>
      <w:r>
        <w:rPr>
          <w:rFonts w:ascii="Courier New" w:hAnsi="Courier New"/>
          <w:color w:val="555555"/>
          <w:sz w:val="20"/>
        </w:rPr>
        <w:t>[16 . 38]</w:t>
      </w:r>
    </w:p>
    <w:p>
      <w:r>
        <w:rPr>
          <w:rFonts w:ascii="Gentium Plus" w:hAnsi="Gentium Plus"/>
          <w:sz w:val="24"/>
        </w:rPr>
        <w:t>δι’ ἣν αἰτίαν εὐκρατοτέρας εἶναι συμβέ‐ βηκε τὰς περὶ τὸν ἰσημερινὸν οἰκήσεις, αἵτινες κεῖνται ἐν μέσῃ τῇ διακεκαυμένῃ ζώνῃ, τῶν περὶ τὰ πέρατα τῆς διακεκαυμένης οἰκούντων, οἵτινες ὑπὸ τοὺς τροπικοὺς</w:t>
      </w:r>
    </w:p>
    <w:p>
      <w:r>
        <w:rPr>
          <w:rFonts w:ascii="Courier New" w:hAnsi="Courier New"/>
          <w:color w:val="555555"/>
          <w:sz w:val="20"/>
        </w:rPr>
        <w:t>[5]</w:t>
      </w:r>
    </w:p>
    <w:p>
      <w:r>
        <w:rPr>
          <w:rFonts w:ascii="Gentium Plus" w:hAnsi="Gentium Plus"/>
          <w:sz w:val="24"/>
        </w:rPr>
        <w:t>κύκλους κεῖνται.</w:t>
      </w:r>
    </w:p>
    <w:p>
      <w:r>
        <w:rPr>
          <w:rFonts w:ascii="Courier New" w:hAnsi="Courier New"/>
          <w:color w:val="555555"/>
          <w:sz w:val="20"/>
        </w:rPr>
        <w:t>[17 T]</w:t>
      </w:r>
    </w:p>
    <w:p>
      <w:r>
        <w:rPr>
          <w:rFonts w:ascii="Gentium Plus" w:hAnsi="Gentium Plus"/>
          <w:sz w:val="24"/>
        </w:rPr>
        <w:t>Περὶ ἐπισημασιῶν τῶν ἄστρων</w:t>
      </w:r>
    </w:p>
    <w:p>
      <w:r>
        <w:rPr>
          <w:rFonts w:ascii="Courier New" w:hAnsi="Courier New"/>
          <w:color w:val="555555"/>
          <w:sz w:val="20"/>
        </w:rPr>
        <w:t>[17 . 1]</w:t>
      </w:r>
    </w:p>
    <w:p>
      <w:r>
        <w:rPr>
          <w:rFonts w:ascii="Gentium Plus" w:hAnsi="Gentium Plus"/>
          <w:sz w:val="24"/>
        </w:rPr>
        <w:t>Ὁ περὶ ἐπισημασιῶν λόγος παρὰ μὲν τοῖς ἰδιώταις ἀλλοίαν ἔχει διάληψιν ὡς ἐπὶ τῶν ἄστρων ἐπι‐ τολαῖς καὶ δύσεσι τῶν περὶ τὸν ἀέρα μεταβολῶν γινο‐ μένων. Ὁ δὲ μαθηματικὸς καὶ φυσικὸς ἑτέραν ἔχει δόξαν.</w:t>
      </w:r>
    </w:p>
    <w:p>
      <w:r>
        <w:rPr>
          <w:rFonts w:ascii="Courier New" w:hAnsi="Courier New"/>
          <w:color w:val="555555"/>
          <w:sz w:val="20"/>
        </w:rPr>
        <w:t>[17 . 2]</w:t>
      </w:r>
    </w:p>
    <w:p>
      <w:r>
        <w:rPr>
          <w:rFonts w:ascii="Gentium Plus" w:hAnsi="Gentium Plus"/>
          <w:sz w:val="24"/>
        </w:rPr>
        <w:t>Καὶ πρῶτον μὲν διαληπτέον, ὅτι αἱ γινόμεναι ἐπι‐ σημασίαι ὄμβρων καὶ πνευμάτων περὶ τὴν γῆν γίνονται, εἰς δὲ πλεῖον ὕψος οὐ διατείνουσιν· ἀναθυμιάσεις γάρ εἰσιν ἐκ γῆς παντοδαπαὶ καὶ ἄτακτοι· ὥστε μὴ οἷόν τε</w:t>
      </w:r>
    </w:p>
    <w:p>
      <w:r>
        <w:rPr>
          <w:rFonts w:ascii="Courier New" w:hAnsi="Courier New"/>
          <w:color w:val="555555"/>
          <w:sz w:val="20"/>
        </w:rPr>
        <w:t>[5]</w:t>
      </w:r>
    </w:p>
    <w:p>
      <w:r>
        <w:rPr>
          <w:rFonts w:ascii="Gentium Plus" w:hAnsi="Gentium Plus"/>
          <w:sz w:val="24"/>
        </w:rPr>
        <w:t>εἶναι μέχρι τῆς τῶν ἀπλανῶν ἀστέρων σφαίρας διατείνειν,</w:t>
      </w:r>
    </w:p>
    <w:p>
      <w:r>
        <w:rPr>
          <w:rFonts w:ascii="Courier New" w:hAnsi="Courier New"/>
          <w:color w:val="555555"/>
          <w:sz w:val="20"/>
        </w:rPr>
        <w:t>[17 . 3]</w:t>
      </w:r>
    </w:p>
    <w:p>
      <w:r>
        <w:rPr>
          <w:rFonts w:ascii="Gentium Plus" w:hAnsi="Gentium Plus"/>
          <w:sz w:val="24"/>
        </w:rPr>
        <w:t>Οἱ γοῦν ἐπὶ τὴν Κυλλήνην ἀναβαίνοντες, ὄρος δὲ ἐν τῇ Πελοποννήσῳ ὑψηλότατον, καὶ θύοντες τῷ καθω‐ σιωμένῳ ἐπὶ τῆς κορυφῆς τοῦ ὄρους Ἑρμῇ, ὅταν πάλιν δι’ ἐνιαυτοῦ ἀναβαίνοντες τὰς θυσίας ἐπιτελῶσιν, εὑ‐</w:t>
      </w:r>
    </w:p>
    <w:p>
      <w:r>
        <w:rPr>
          <w:rFonts w:ascii="Courier New" w:hAnsi="Courier New"/>
          <w:color w:val="555555"/>
          <w:sz w:val="20"/>
        </w:rPr>
        <w:t>[5]</w:t>
      </w:r>
    </w:p>
    <w:p>
      <w:r>
        <w:rPr>
          <w:rFonts w:ascii="Gentium Plus" w:hAnsi="Gentium Plus"/>
          <w:sz w:val="24"/>
        </w:rPr>
        <w:t>ρίσκουσι καὶ τὰ μηρία καὶ τὴν τέφραν τὴν ἀπὸ τοῦ πυρὸς ἐν τῇ αὐτῇ τάξει μένουσαν, ἐν ᾗ καὶ κατέλιπον, καὶ μηθ’ ὑπὸ πνευμάτων μηθ’ ὑπὸ ὄμβρων ἠλλοιωμένα διὰ τὸ πάντα τὰ νέφη καὶ τὰς τῶν ἀνέμων συστάσεις ὑποκάτω τῆς τοῦ ὄρους κορυφῆς συνίστασθαι.</w:t>
      </w:r>
    </w:p>
    <w:p>
      <w:r>
        <w:rPr>
          <w:rFonts w:ascii="Courier New" w:hAnsi="Courier New"/>
          <w:color w:val="555555"/>
          <w:sz w:val="20"/>
        </w:rPr>
        <w:t>[17 . 4]</w:t>
      </w:r>
    </w:p>
    <w:p>
      <w:r>
        <w:rPr>
          <w:rFonts w:ascii="Gentium Plus" w:hAnsi="Gentium Plus"/>
          <w:sz w:val="24"/>
        </w:rPr>
        <w:t>Πολλάκις δὲ καὶ οἱ εἰς τὸ Ἀταβύριον ἀναβαίνοντες διὰ τῶν νεφῶν ποιοῦνται τὴν ἀνάβασιν καὶ ὑποκάτω τῆς τοῦ ὄρους κορυφῆς θεωροῦσι τὴν τῶν νεφῶν σύστασιν.</w:t>
      </w:r>
    </w:p>
    <w:p>
      <w:r>
        <w:rPr>
          <w:rFonts w:ascii="Courier New" w:hAnsi="Courier New"/>
          <w:color w:val="555555"/>
          <w:sz w:val="20"/>
        </w:rPr>
        <w:t>[17 . 5]</w:t>
      </w:r>
    </w:p>
    <w:p>
      <w:r>
        <w:rPr>
          <w:rFonts w:ascii="Gentium Plus" w:hAnsi="Gentium Plus"/>
          <w:sz w:val="24"/>
        </w:rPr>
        <w:t>Καὶ ἔστι μὲν τῆς Κυλλήνης τὸ ὕψος ἔλασσον σταδίων ιε, ὡς Δι‐ καίαρχος ἀναμεμετρηκὼς ἀποφαίνεται· τοῦ δὲ Ἀταβυ‐ ρίου ἐλάσσων ἐστὶν ἡ κάθετος σταδίων η.</w:t>
      </w:r>
    </w:p>
    <w:p>
      <w:r>
        <w:rPr>
          <w:rFonts w:ascii="Courier New" w:hAnsi="Courier New"/>
          <w:color w:val="555555"/>
          <w:sz w:val="20"/>
        </w:rPr>
        <w:t>[5]</w:t>
      </w:r>
    </w:p>
    <w:p>
      <w:r>
        <w:rPr>
          <w:rFonts w:ascii="Gentium Plus" w:hAnsi="Gentium Plus"/>
          <w:sz w:val="24"/>
        </w:rPr>
        <w:t>Πάντα γὰρ τὰ νέφη, καθάπερ εἴπομεν, ἐκ γῆς ἔχοντα τὴν ἀναθυμίασιν, περὶ τὴν γῆν γίνεται.</w:t>
      </w:r>
    </w:p>
    <w:p>
      <w:r>
        <w:rPr>
          <w:rFonts w:ascii="Courier New" w:hAnsi="Courier New"/>
          <w:color w:val="555555"/>
          <w:sz w:val="20"/>
        </w:rPr>
        <w:t>[17 . 6]</w:t>
      </w:r>
    </w:p>
    <w:p>
      <w:r>
        <w:rPr>
          <w:rFonts w:ascii="Gentium Plus" w:hAnsi="Gentium Plus"/>
          <w:sz w:val="24"/>
        </w:rPr>
        <w:t>Αἱ δὲ γινόμεναι προρρήσεις τῶν ἐπισημασιῶν ἐν τοῖς παραπήγμασιν οὐκ ἀπό τινων παραγγελμάτων ὡρισμένων γίνονται, οὐδὲ τέχνῃ τινὶ μεθοδεύονται κατη‐ ναγκασμένον ἔχουσαι τὸ ἀποτέλεσμα, ἀλλ’ ἐκ τοῦ ὡς</w:t>
      </w:r>
    </w:p>
    <w:p>
      <w:r>
        <w:rPr>
          <w:rFonts w:ascii="Courier New" w:hAnsi="Courier New"/>
          <w:color w:val="555555"/>
          <w:sz w:val="20"/>
        </w:rPr>
        <w:t>[5]</w:t>
      </w:r>
    </w:p>
    <w:p>
      <w:r>
        <w:rPr>
          <w:rFonts w:ascii="Gentium Plus" w:hAnsi="Gentium Plus"/>
          <w:sz w:val="24"/>
        </w:rPr>
        <w:t>ἐπίπαν γινομένου διὰ τῆς καθ’ ἡμέραν παρατηρήσεως τὸ σύμφωνον λαμβάνοντες εἰς τὰ παραπήγματα κατε‐ χώρισαν.</w:t>
      </w:r>
    </w:p>
    <w:p>
      <w:r>
        <w:rPr>
          <w:rFonts w:ascii="Courier New" w:hAnsi="Courier New"/>
          <w:color w:val="555555"/>
          <w:sz w:val="20"/>
        </w:rPr>
        <w:t>[17 . 7]</w:t>
      </w:r>
    </w:p>
    <w:p>
      <w:r>
        <w:rPr>
          <w:rFonts w:ascii="Gentium Plus" w:hAnsi="Gentium Plus"/>
          <w:sz w:val="24"/>
        </w:rPr>
        <w:t>Ἐγένετο γὰρ ἡ σύστασις καὶ ἡ παρατήρησις τὸν</w:t>
      </w:r>
    </w:p>
    <w:p>
      <w:r>
        <w:rPr>
          <w:rFonts w:ascii="Courier New" w:hAnsi="Courier New"/>
          <w:color w:val="555555"/>
          <w:sz w:val="20"/>
        </w:rPr>
        <w:t>[5]</w:t>
      </w:r>
    </w:p>
    <w:p>
      <w:r>
        <w:rPr>
          <w:rFonts w:ascii="Gentium Plus" w:hAnsi="Gentium Plus"/>
          <w:sz w:val="24"/>
        </w:rPr>
        <w:t>καθ’ ἑκάστην ἡμέραν καὶ μῆνα τὰς γενομένας ὁλοσχερεῖς μεταβολὰς τοῦ ἀέρος, πνευμάτων, ὄμβρων, χαλάζης, παρετίθεσαν ταῖς τοῦ ἡλίου ἐποχαῖς κατὰ ζῴδιον καὶ κατὰ μοῖραν.</w:t>
      </w:r>
    </w:p>
    <w:p>
      <w:r>
        <w:rPr>
          <w:rFonts w:ascii="Courier New" w:hAnsi="Courier New"/>
          <w:color w:val="555555"/>
          <w:sz w:val="20"/>
        </w:rPr>
        <w:t>[17 . 8]</w:t>
      </w:r>
    </w:p>
    <w:p>
      <w:r>
        <w:rPr>
          <w:rFonts w:ascii="Gentium Plus" w:hAnsi="Gentium Plus"/>
          <w:sz w:val="24"/>
        </w:rPr>
        <w:t>Τοῦτο ἐπὶ πλείονα ἔτη παρατηρήσαντες τὰς μάλιστα περὶ τοὺς αὐτοὺς τόπους τοῦ ζῳδιακοῦ γινο‐ μένας μεταβολὰς ἐν τοῖς παραπήγμασιν ἀνεγράψαντο, οὐκ ἀπό τινος τέχνης οὐδὲ μεθόδου ὡρισμένης λαβόντες</w:t>
      </w:r>
    </w:p>
    <w:p>
      <w:r>
        <w:rPr>
          <w:rFonts w:ascii="Courier New" w:hAnsi="Courier New"/>
          <w:color w:val="555555"/>
          <w:sz w:val="20"/>
        </w:rPr>
        <w:t>[5]</w:t>
      </w:r>
    </w:p>
    <w:p>
      <w:r>
        <w:rPr>
          <w:rFonts w:ascii="Gentium Plus" w:hAnsi="Gentium Plus"/>
          <w:sz w:val="24"/>
        </w:rPr>
        <w:t>τὴν ἀναγραφήν, ἀλλ’ ἐκ τῆς πείρας τὸ σύμφωνον ὡς ἔγγιστα λαβόντες.</w:t>
      </w:r>
    </w:p>
    <w:p>
      <w:r>
        <w:rPr>
          <w:rFonts w:ascii="Courier New" w:hAnsi="Courier New"/>
          <w:color w:val="555555"/>
          <w:sz w:val="20"/>
        </w:rPr>
        <w:t>[17 . 9]</w:t>
      </w:r>
    </w:p>
    <w:p>
      <w:r>
        <w:rPr>
          <w:rFonts w:ascii="Gentium Plus" w:hAnsi="Gentium Plus"/>
          <w:sz w:val="24"/>
        </w:rPr>
        <w:t>Ἐπειδὴ οὐκ ἐδύναντο οὐθ’ ἡμέραν οὔτε μῆνα οὔτε ἐνιαυτὸν ὡρισμένον ἀναγράψαι, ἐν ᾧ τι τούτων ἐπιτελεῖται, διὰ τὸ καὶ τὰς ἀρχὰς τῶν ἐνιαυτῶν μὴ παρὰ πᾶσιν εἶναι τὰς αὐτάς, μηδὲ τοὺς μῆνας τοὺς αὐτοὺς εἶναι παρὰ πᾶσι</w:t>
      </w:r>
    </w:p>
    <w:p>
      <w:r>
        <w:rPr>
          <w:rFonts w:ascii="Courier New" w:hAnsi="Courier New"/>
          <w:color w:val="555555"/>
          <w:sz w:val="20"/>
        </w:rPr>
        <w:t>[5]</w:t>
      </w:r>
    </w:p>
    <w:p>
      <w:r>
        <w:rPr>
          <w:rFonts w:ascii="Gentium Plus" w:hAnsi="Gentium Plus"/>
          <w:sz w:val="24"/>
        </w:rPr>
        <w:t>ταῖς ὀνομασίαις, μηδὲ τὰς ἡμέρας ὁμοίως ἄγεσθαι, ἱστα‐ μένοις τισὶ σημείοις ἠθέλησαν ἀφορίσαι τὰς μεταβολὰς τοῦ ἀέρος.</w:t>
      </w:r>
    </w:p>
    <w:p>
      <w:r>
        <w:rPr>
          <w:rFonts w:ascii="Courier New" w:hAnsi="Courier New"/>
          <w:color w:val="555555"/>
          <w:sz w:val="20"/>
        </w:rPr>
        <w:t>[17 . 10]</w:t>
      </w:r>
    </w:p>
    <w:p>
      <w:r>
        <w:rPr>
          <w:rFonts w:ascii="Gentium Plus" w:hAnsi="Gentium Plus"/>
          <w:sz w:val="24"/>
        </w:rPr>
        <w:t>Ὅθεν ταῖς τῶν ἄστρων ἐπιτολαῖς 〈κατὰ〉 τοὺς καιροὺς ἀφωρισμέναις αἱ μεταβολαὶ τοῦ ἀέρος γίνονται, οὐχ ὡς τῶν ἄστρων δύναμιν ἐχόντων πρὸς τὴν μεταβολὴν τῶν πνευμάτων καὶ τῶν ὄμβρων, ἀλλ’ ὡς</w:t>
      </w:r>
    </w:p>
    <w:p>
      <w:r>
        <w:rPr>
          <w:rFonts w:ascii="Courier New" w:hAnsi="Courier New"/>
          <w:color w:val="555555"/>
          <w:sz w:val="20"/>
        </w:rPr>
        <w:t>[5]</w:t>
      </w:r>
    </w:p>
    <w:p>
      <w:r>
        <w:rPr>
          <w:rFonts w:ascii="Gentium Plus" w:hAnsi="Gentium Plus"/>
          <w:sz w:val="24"/>
        </w:rPr>
        <w:t>σημείου χάριν παρειλημμένων πρὸς τὸ προγινώσκειν ἡμᾶς τὰς περὶ τὸν ἀέρα περιστάσεις.</w:t>
      </w:r>
    </w:p>
    <w:p>
      <w:r>
        <w:rPr>
          <w:rFonts w:ascii="Courier New" w:hAnsi="Courier New"/>
          <w:color w:val="555555"/>
          <w:sz w:val="20"/>
        </w:rPr>
        <w:t>[17 . 11]</w:t>
      </w:r>
    </w:p>
    <w:p>
      <w:r>
        <w:rPr>
          <w:rFonts w:ascii="Gentium Plus" w:hAnsi="Gentium Plus"/>
          <w:sz w:val="24"/>
        </w:rPr>
        <w:t>Καὶ ὥσπερ ὁ πυρσὸς οὐκ αὐτός ἐστι παραίτιος τῆς πολεμικῆς περι‐ στάσεως, ἀλλὰ σημεῖόν ἐστι πολεμικοῦ καιροῦ, τὸν αὐτὸν τρόπον καὶ αἱ τῶν ἄστρων ἐπιτολαὶ οὐκ αὐταὶ παραίτιοί</w:t>
      </w:r>
    </w:p>
    <w:p>
      <w:r>
        <w:rPr>
          <w:rFonts w:ascii="Courier New" w:hAnsi="Courier New"/>
          <w:color w:val="555555"/>
          <w:sz w:val="20"/>
        </w:rPr>
        <w:t>[5]</w:t>
      </w:r>
    </w:p>
    <w:p>
      <w:r>
        <w:rPr>
          <w:rFonts w:ascii="Gentium Plus" w:hAnsi="Gentium Plus"/>
          <w:sz w:val="24"/>
        </w:rPr>
        <w:t>εἰσι τῶν περὶ τὸν ἀέρα μεταβολῶν, ἀλλὰ σημεῖα ἔκκεινται τῶν τοιούτων περιστάσεων.</w:t>
      </w:r>
    </w:p>
    <w:p>
      <w:r>
        <w:rPr>
          <w:rFonts w:ascii="Courier New" w:hAnsi="Courier New"/>
          <w:color w:val="555555"/>
          <w:sz w:val="20"/>
        </w:rPr>
        <w:t>[17 . 12]</w:t>
      </w:r>
    </w:p>
    <w:p>
      <w:r>
        <w:rPr>
          <w:rFonts w:ascii="Gentium Plus" w:hAnsi="Gentium Plus"/>
          <w:sz w:val="24"/>
        </w:rPr>
        <w:t>Οἱ γὰρ ἀπ’ ἀρχῆς παρατηρήσαντες καὶ συνταξά‐</w:t>
      </w:r>
    </w:p>
    <w:p>
      <w:r>
        <w:rPr>
          <w:rFonts w:ascii="Courier New" w:hAnsi="Courier New"/>
          <w:color w:val="555555"/>
          <w:sz w:val="20"/>
        </w:rPr>
        <w:t>[5]</w:t>
      </w:r>
    </w:p>
    <w:p>
      <w:r>
        <w:rPr>
          <w:rFonts w:ascii="Gentium Plus" w:hAnsi="Gentium Plus"/>
          <w:sz w:val="24"/>
        </w:rPr>
        <w:t>τίνα τῶν ἄστρων ἀνατέλλει ἢ συγκαταδύνει, καὶ ταῖς τούτων ἐπιτολαῖς καὶ δύσεσι σημείοις ἐχρήσαντο πρὸς τὸ προγινώσκειν τὰς μεταβολὰς τοῦ ἀέρος.</w:t>
      </w:r>
    </w:p>
    <w:p>
      <w:r>
        <w:rPr>
          <w:rFonts w:ascii="Courier New" w:hAnsi="Courier New"/>
          <w:color w:val="555555"/>
          <w:sz w:val="20"/>
        </w:rPr>
        <w:t>[17 . 13]</w:t>
      </w:r>
    </w:p>
    <w:p>
      <w:r>
        <w:rPr>
          <w:rFonts w:ascii="Gentium Plus" w:hAnsi="Gentium Plus"/>
          <w:sz w:val="24"/>
        </w:rPr>
        <w:t>Ὅθεν καὶ ταῖς φαινομέναις ἐπιτολαῖς καὶ δύσεσι μᾶλλον ἐχρή‐ σαντο εἰς τὴν πρόγνωσιν τῶν προειρημένων· τὰς μὲν γὰρ ἀληθινὰς ἀνατολὰς καὶ δύσεις ἀθεωρήτους εἶναι</w:t>
      </w:r>
    </w:p>
    <w:p>
      <w:r>
        <w:rPr>
          <w:rFonts w:ascii="Courier New" w:hAnsi="Courier New"/>
          <w:color w:val="555555"/>
          <w:sz w:val="20"/>
        </w:rPr>
        <w:t>[5]</w:t>
      </w:r>
    </w:p>
    <w:p>
      <w:r>
        <w:rPr>
          <w:rFonts w:ascii="Gentium Plus" w:hAnsi="Gentium Plus"/>
          <w:sz w:val="24"/>
        </w:rPr>
        <w:t>συμβέβηκε, τὰς δὲ φαινομένας ἠδύναντο ὁρᾶν περὶ τοὺς ῥηθέντας καιρούς.</w:t>
      </w:r>
    </w:p>
    <w:p>
      <w:r>
        <w:rPr>
          <w:rFonts w:ascii="Courier New" w:hAnsi="Courier New"/>
          <w:color w:val="555555"/>
          <w:sz w:val="20"/>
        </w:rPr>
        <w:t>[17 . 14]</w:t>
      </w:r>
    </w:p>
    <w:p>
      <w:r>
        <w:rPr>
          <w:rFonts w:ascii="Gentium Plus" w:hAnsi="Gentium Plus"/>
          <w:sz w:val="24"/>
        </w:rPr>
        <w:t>Διέλαβον οὖν, ὅτι αἱ Πλειάδες δύνουσαι ἔχουσι τοιαύτην τινὰ δύναμιν, ὥστε ὑγρασίαν τινὰ περὶ τὸν ἀέρα ἀπογεννᾶν, ἢ πάλιν ἐπιτέλλουσαι θέρους ἀρχὴν διασημαίνουσιν.</w:t>
      </w:r>
    </w:p>
    <w:p>
      <w:r>
        <w:rPr>
          <w:rFonts w:ascii="Courier New" w:hAnsi="Courier New"/>
          <w:color w:val="555555"/>
          <w:sz w:val="20"/>
        </w:rPr>
        <w:t>[5]</w:t>
      </w:r>
    </w:p>
    <w:p>
      <w:r>
        <w:rPr>
          <w:rFonts w:ascii="Gentium Plus" w:hAnsi="Gentium Plus"/>
          <w:sz w:val="24"/>
        </w:rPr>
        <w:t>Ὅθεν καὶ ὁ Ἡσίοδός φησι· Πληϊάδων Ἀτλαγενάων ἐπιτελλομενάων ἄρχεσθ’ ἀμήτου, ἀροτοῖο δὲ δυσομενάων, οὐ διὰ τὴν τοῦ ἄστρου δύναμιν· παντελῶς γάρ ἐστιν ἀπόπληκτον.</w:t>
      </w:r>
    </w:p>
    <w:p>
      <w:r>
        <w:rPr>
          <w:rFonts w:ascii="Courier New" w:hAnsi="Courier New"/>
          <w:color w:val="555555"/>
          <w:sz w:val="20"/>
        </w:rPr>
        <w:t>[17 . 15]</w:t>
      </w:r>
    </w:p>
    <w:p>
      <w:r>
        <w:rPr>
          <w:rFonts w:ascii="Gentium Plus" w:hAnsi="Gentium Plus"/>
          <w:sz w:val="24"/>
        </w:rPr>
        <w:t>Εἴτε γὰρ πύρινά ἐστι τὰ ἄστρα, εἴτε αἰθέρια, ὡς ἀρέσκει τισί, πάντα τῆς αὐτῆς οὐσίας καὶ δυνάμεως κεκοινώνηκε καὶ οὐδεμίαν συμπάθειαν ἔχει πρὸς τὰ ἐπὶ τῆς γῆς γινόμενα.</w:t>
      </w:r>
    </w:p>
    <w:p>
      <w:r>
        <w:rPr>
          <w:rFonts w:ascii="Courier New" w:hAnsi="Courier New"/>
          <w:color w:val="555555"/>
          <w:sz w:val="20"/>
        </w:rPr>
        <w:t>[17 . 16]</w:t>
      </w:r>
    </w:p>
    <w:p>
      <w:r>
        <w:rPr>
          <w:rFonts w:ascii="Gentium Plus" w:hAnsi="Gentium Plus"/>
          <w:sz w:val="24"/>
        </w:rPr>
        <w:t>Ἡ γὰρ σύμπασα γῆ κέντρου λόγον ἔχει πρὸς τὴν τῶν ἀπλανῶν σφαῖραν, καὶ οὐδεμία ἀποφορὰ οὐδὲ ἀπόρροια διικνεῖται ἀπὸ τῶν ἀπλανῶν ἀστέρων ἐπὶ τὴν γῆν. Πῶς ὑποληπτέον τούτους</w:t>
      </w:r>
    </w:p>
    <w:p>
      <w:r>
        <w:rPr>
          <w:rFonts w:ascii="Courier New" w:hAnsi="Courier New"/>
          <w:color w:val="555555"/>
          <w:sz w:val="20"/>
        </w:rPr>
        <w:t>[5]</w:t>
      </w:r>
    </w:p>
    <w:p>
      <w:r>
        <w:rPr>
          <w:rFonts w:ascii="Gentium Plus" w:hAnsi="Gentium Plus"/>
          <w:sz w:val="24"/>
        </w:rPr>
        <w:t>ὄμβρων καὶ πνευμάτων καὶ χαλάζης παραιτίους γίνεσθαι, ἀφ’ ὧν οὐδεμία δύναμις πίπτει πρὸς ἡμᾶς;</w:t>
      </w:r>
    </w:p>
    <w:p>
      <w:r>
        <w:rPr>
          <w:rFonts w:ascii="Courier New" w:hAnsi="Courier New"/>
          <w:color w:val="555555"/>
          <w:sz w:val="20"/>
        </w:rPr>
        <w:t>[17 . 17]</w:t>
      </w:r>
    </w:p>
    <w:p>
      <w:r>
        <w:rPr>
          <w:rFonts w:ascii="Gentium Plus" w:hAnsi="Gentium Plus"/>
          <w:sz w:val="24"/>
        </w:rPr>
        <w:t>Ἀπὸ μὲν γὰρ ἡλίου καὶ σελήνης διικνεῖται ἡ δύ‐ ναμις ἐπὶ τὴν γῆν κατὰ τὰς μεταβάσεις αὐτῶν καὶ μειζό‐</w:t>
      </w:r>
    </w:p>
    <w:p>
      <w:r>
        <w:rPr>
          <w:rFonts w:ascii="Courier New" w:hAnsi="Courier New"/>
          <w:color w:val="555555"/>
          <w:sz w:val="20"/>
        </w:rPr>
        <w:t>[5]</w:t>
      </w:r>
    </w:p>
    <w:p>
      <w:r>
        <w:rPr>
          <w:rFonts w:ascii="Gentium Plus" w:hAnsi="Gentium Plus"/>
          <w:sz w:val="24"/>
        </w:rPr>
        <w:t>ἀπλανῶν ἀστέρων ἐπιτολαὶ καὶ δύσεις σημείου τάξιν ἐπέχουσι, καθάπερ προείπομεν.</w:t>
      </w:r>
    </w:p>
    <w:p>
      <w:r>
        <w:rPr>
          <w:rFonts w:ascii="Courier New" w:hAnsi="Courier New"/>
          <w:color w:val="555555"/>
          <w:sz w:val="20"/>
        </w:rPr>
        <w:t>[17 . 18]</w:t>
      </w:r>
    </w:p>
    <w:p>
      <w:r>
        <w:rPr>
          <w:rFonts w:ascii="Gentium Plus" w:hAnsi="Gentium Plus"/>
          <w:sz w:val="24"/>
        </w:rPr>
        <w:t>Ὅθεν οὐδὲ προληπτέον τὰς αὐτὰς ἐπισημασίας ἐπιτελεῖσθαι ἐκ τῶν αὐτῶν ἄστρων, ἀλλὰ κατὰ τὰς τῶν κλιμάτων παραλλαγὰς διαφόρους καὶ τὰς ἐπιτολὰς καὶ τὰς δύσεις τῶν ἄστρων γίνεσθαι.</w:t>
      </w:r>
    </w:p>
    <w:p>
      <w:r>
        <w:rPr>
          <w:rFonts w:ascii="Courier New" w:hAnsi="Courier New"/>
          <w:color w:val="555555"/>
          <w:sz w:val="20"/>
        </w:rPr>
        <w:t>[17 . 19]</w:t>
      </w:r>
    </w:p>
    <w:p>
      <w:r>
        <w:rPr>
          <w:rFonts w:ascii="Gentium Plus" w:hAnsi="Gentium Plus"/>
          <w:sz w:val="24"/>
        </w:rPr>
        <w:t>Καὶ δεῖ καθ’ ἕκαστον ὁρίζοντα ἴδια σημεῖα ἔχειν τῆς περὶ τὸν ἀέρα μεταβολῆς. Τὸ γὰρ αὐτὸ παράπηγμα οὐ δύναται συμφω‐ νεῖν ἐν τῇ Ῥώμῃ καὶ ἐν τῷ Πόντῳ καὶ ἐν Ῥόδῳ καὶ ἐν</w:t>
      </w:r>
    </w:p>
    <w:p>
      <w:r>
        <w:rPr>
          <w:rFonts w:ascii="Courier New" w:hAnsi="Courier New"/>
          <w:color w:val="555555"/>
          <w:sz w:val="20"/>
        </w:rPr>
        <w:t>[5]</w:t>
      </w:r>
    </w:p>
    <w:p>
      <w:r>
        <w:rPr>
          <w:rFonts w:ascii="Gentium Plus" w:hAnsi="Gentium Plus"/>
          <w:sz w:val="24"/>
        </w:rPr>
        <w:t>Ἀλεξανδρείᾳ, ἀλλ’ ἀνάγκη διαφόρους τὰς παρατηρήσεις εἶναι ἐν διαφόροις ὁρίζουσι καὶ καθ’ ἑκάστην πόλιν ἕτερα λαμβάνεσθαι ἄστρα ἐπισημασίας ἐπιτελοῦντα.</w:t>
      </w:r>
    </w:p>
    <w:p>
      <w:r>
        <w:rPr>
          <w:rFonts w:ascii="Courier New" w:hAnsi="Courier New"/>
          <w:color w:val="555555"/>
          <w:sz w:val="20"/>
        </w:rPr>
        <w:t>[17 . 20]</w:t>
      </w:r>
    </w:p>
    <w:p>
      <w:r>
        <w:rPr>
          <w:rFonts w:ascii="Gentium Plus" w:hAnsi="Gentium Plus"/>
          <w:sz w:val="24"/>
        </w:rPr>
        <w:t>Ἐξ οὗ φανερὸν ὅτι οὐ φυσικῶς αἱ τῶν ἄστρων ἐπιτολαὶ καὶ δύσεις τὰ περὶ τὸν ἀέρα πάθη ἀπογεννῶσιν, ἀλλὰ καθ’ ἕκαστον ὁρίζοντα διάφοροι παρατηρήσεις γε‐ γόνασι καὶ τῶν ἀέρων μεταβολαί.</w:t>
      </w:r>
    </w:p>
    <w:p>
      <w:r>
        <w:rPr>
          <w:rFonts w:ascii="Courier New" w:hAnsi="Courier New"/>
          <w:color w:val="555555"/>
          <w:sz w:val="20"/>
        </w:rPr>
        <w:t>[17 . 21]</w:t>
      </w:r>
    </w:p>
    <w:p>
      <w:r>
        <w:rPr>
          <w:rFonts w:ascii="Gentium Plus" w:hAnsi="Gentium Plus"/>
          <w:sz w:val="24"/>
        </w:rPr>
        <w:t>Διόπερ οὐδὲ πᾶσαι ἐπισημασίαι ἐν τοῖς παραπήγ‐ μασιν ἀγόμεναι ἀεὶ συμφωνοῦσιν. Ἀλλ’ ἔστι μὲν ὅτε καθόλου οὐ γίνονται, ἀλλὰ τοὺς μεγίστους περιέχουσι χειμῶνας ἐπιτολαὶ καὶ δύσεις εὐδίας σημείωσιν ἔχουσαι,</w:t>
      </w:r>
    </w:p>
    <w:p>
      <w:r>
        <w:rPr>
          <w:rFonts w:ascii="Courier New" w:hAnsi="Courier New"/>
          <w:color w:val="555555"/>
          <w:sz w:val="20"/>
        </w:rPr>
        <w:t>[5]</w:t>
      </w:r>
    </w:p>
    <w:p>
      <w:r>
        <w:rPr>
          <w:rFonts w:ascii="Gentium Plus" w:hAnsi="Gentium Plus"/>
          <w:sz w:val="24"/>
        </w:rPr>
        <w:t>ἔστι δ’ ὅτε κατὰ μὲν τὴν πόλιν εὐδία ἐγένετο, ἐπὶ χώρας δὲ ὄμβρος.</w:t>
      </w:r>
    </w:p>
    <w:p>
      <w:r>
        <w:rPr>
          <w:rFonts w:ascii="Courier New" w:hAnsi="Courier New"/>
          <w:color w:val="555555"/>
          <w:sz w:val="20"/>
        </w:rPr>
        <w:t>[17 . 22]</w:t>
      </w:r>
    </w:p>
    <w:p>
      <w:r>
        <w:rPr>
          <w:rFonts w:ascii="Gentium Plus" w:hAnsi="Gentium Plus"/>
          <w:sz w:val="24"/>
        </w:rPr>
        <w:t>Πολλάκις δέ μεθ’ ἡμέρας τρεῖς ἢ τέσ‐ σαρας ἐπεσήμηνε τῇ ἐπιτολῇ ἢ τῇ δύσει τοῦ ἄστρου, ἔστι δ’ ὅτε προέλαβε τὴν ἐπισημασίαν πρὸ ἡμερῶν τεσσά‐ ρων. Ὅθεν καὶ ἀποτυγχάνουσιν ἐν ταῖς προρρήσεσι τῶν</w:t>
      </w:r>
    </w:p>
    <w:p>
      <w:r>
        <w:rPr>
          <w:rFonts w:ascii="Courier New" w:hAnsi="Courier New"/>
          <w:color w:val="555555"/>
          <w:sz w:val="20"/>
        </w:rPr>
        <w:t>[5]</w:t>
      </w:r>
    </w:p>
    <w:p>
      <w:r>
        <w:rPr>
          <w:rFonts w:ascii="Gentium Plus" w:hAnsi="Gentium Plus"/>
          <w:sz w:val="24"/>
        </w:rPr>
        <w:t>ἐπισημασιῶν ἔχοντες ἀπολογίαν, ὅτι προέλαβον τὴν</w:t>
      </w:r>
    </w:p>
    <w:p>
      <w:r>
        <w:rPr>
          <w:rFonts w:ascii="Courier New" w:hAnsi="Courier New"/>
          <w:color w:val="555555"/>
          <w:sz w:val="20"/>
        </w:rPr>
        <w:t>[17 . 23]</w:t>
      </w:r>
    </w:p>
    <w:p>
      <w:r>
        <w:rPr>
          <w:rFonts w:ascii="Gentium Plus" w:hAnsi="Gentium Plus"/>
          <w:sz w:val="24"/>
        </w:rPr>
        <w:t>Ἐξ ὧν πάντων φανερὸν ὅτι κατὰ τὰς ἐπισημασίας ἐν τοῖς παραπήγμασιν ὁλοσχερέστερον ἀναγέγραπται, οὐ τέχνῃ τινὶ οὐδὲ ἀνάγκῃ μεθωδευμένα, ἀλλ’ ἐκ τῆς συνε‐ χοῦς παρατηρήσεως ἀναγεγραμμένα. Διὸ πολλάκις δια‐</w:t>
      </w:r>
    </w:p>
    <w:p>
      <w:r>
        <w:rPr>
          <w:rFonts w:ascii="Courier New" w:hAnsi="Courier New"/>
          <w:color w:val="555555"/>
          <w:sz w:val="20"/>
        </w:rPr>
        <w:t>[5]</w:t>
      </w:r>
    </w:p>
    <w:p>
      <w:r>
        <w:rPr>
          <w:rFonts w:ascii="Gentium Plus" w:hAnsi="Gentium Plus"/>
          <w:sz w:val="24"/>
        </w:rPr>
        <w:t>ψεύδεται. Ὅθεν οὐδὲ κατηγορητέον ἐστὶ τῶν ἀστρολόγων, ἐὰν ἀποτυγχάνωσιν ἐν ταῖς ἐπισημασίαις.</w:t>
      </w:r>
    </w:p>
    <w:p>
      <w:r>
        <w:rPr>
          <w:rFonts w:ascii="Courier New" w:hAnsi="Courier New"/>
          <w:color w:val="555555"/>
          <w:sz w:val="20"/>
        </w:rPr>
        <w:t>[17 . 24]</w:t>
      </w:r>
    </w:p>
    <w:p>
      <w:r>
        <w:rPr>
          <w:rFonts w:ascii="Gentium Plus" w:hAnsi="Gentium Plus"/>
          <w:sz w:val="24"/>
        </w:rPr>
        <w:t>Ἐὰν δὲ ἔκλει‐ ψιν προειπών τις ἢ ἐπιτολὴν ἄστρου διαμάρτῃ, εὐλόγως καὶ τὸ ἐπιτήδευμα καὶ ὁ μεταχειριζόμενος κατηγορίας ἀξιωθήσεται· πάντα γὰρ τὰ τέχνῃ μεθωδευμένα ἀδια‐</w:t>
      </w:r>
    </w:p>
    <w:p>
      <w:r>
        <w:rPr>
          <w:rFonts w:ascii="Courier New" w:hAnsi="Courier New"/>
          <w:color w:val="555555"/>
          <w:sz w:val="20"/>
        </w:rPr>
        <w:t>[5]</w:t>
      </w:r>
    </w:p>
    <w:p>
      <w:r>
        <w:rPr>
          <w:rFonts w:ascii="Gentium Plus" w:hAnsi="Gentium Plus"/>
          <w:sz w:val="24"/>
        </w:rPr>
        <w:t>μάρτητον ἔχειν ὀφείλει τὴν ἀπόφασιν.</w:t>
      </w:r>
    </w:p>
    <w:p>
      <w:r>
        <w:rPr>
          <w:rFonts w:ascii="Courier New" w:hAnsi="Courier New"/>
          <w:color w:val="555555"/>
          <w:sz w:val="20"/>
        </w:rPr>
        <w:t>[17 . 25]</w:t>
      </w:r>
    </w:p>
    <w:p>
      <w:r>
        <w:rPr>
          <w:rFonts w:ascii="Gentium Plus" w:hAnsi="Gentium Plus"/>
          <w:sz w:val="24"/>
        </w:rPr>
        <w:t>Τὰ δὲ περὶ τὰς ἐπισημασίας οὔτε ἐπιτυγχανόμενα ὁλοσχερῆ τὸν ἔπαινον ἔχει, οὔτε ἀποτυγχανόμενα κατηγορίαν· ἄτεχνον γάρ τι μέρος ἐστὶ τοῦτο τῆς ἀστρολογίας καὶ οὐκ ἄξιον</w:t>
      </w:r>
    </w:p>
    <w:p>
      <w:r>
        <w:rPr>
          <w:rFonts w:ascii="Courier New" w:hAnsi="Courier New"/>
          <w:color w:val="555555"/>
          <w:sz w:val="20"/>
        </w:rPr>
        <w:t>[5]</w:t>
      </w:r>
    </w:p>
    <w:p>
      <w:r>
        <w:rPr>
          <w:rFonts w:ascii="Gentium Plus" w:hAnsi="Gentium Plus"/>
          <w:sz w:val="24"/>
        </w:rPr>
        <w:t>προφορᾶς.</w:t>
      </w:r>
    </w:p>
    <w:p>
      <w:r>
        <w:rPr>
          <w:rFonts w:ascii="Courier New" w:hAnsi="Courier New"/>
          <w:color w:val="555555"/>
          <w:sz w:val="20"/>
        </w:rPr>
        <w:t>[17 . 26]</w:t>
      </w:r>
    </w:p>
    <w:p>
      <w:r>
        <w:rPr>
          <w:rFonts w:ascii="Gentium Plus" w:hAnsi="Gentium Plus"/>
          <w:sz w:val="24"/>
        </w:rPr>
        <w:t>Τὸ δ’ αὐτὸ ὑποληπτέον καὶ περὶ τὴν Κυνὸς ἐπιτολὴν γίνεσθαι. Πάντες γὰρ ὑπολαμβάνουσιν ἰδίαν δύναμιν ἔχειν τὸν ἀστέρα καὶ παραίτιον γίνεσθαι τῆς τῶν καυμά‐ των ἐπιτάσεως ἅμα συνεπιτέλλοντα τῷ ἡλίῳ. Τοῦτο</w:t>
      </w:r>
    </w:p>
    <w:p>
      <w:r>
        <w:rPr>
          <w:rFonts w:ascii="Courier New" w:hAnsi="Courier New"/>
          <w:color w:val="555555"/>
          <w:sz w:val="20"/>
        </w:rPr>
        <w:t>[5]</w:t>
      </w:r>
    </w:p>
    <w:p>
      <w:r>
        <w:rPr>
          <w:rFonts w:ascii="Gentium Plus" w:hAnsi="Gentium Plus"/>
          <w:sz w:val="24"/>
        </w:rPr>
        <w:t>δ’ οὐκ ἔστιν οὕτως ἔχον. Ἀλλ’ ἐπεὶ κατὰ τὸν πυρωδέστατον καιρὸν τοῦ ἐνιαυτοῦ οὗτος ὁ ἀστὴρ ἐπέτελλε, τῇ τούτου φάσει ἐσημειώσαντο τὴν πρὸς τὸ καῦμα μεταβολὴν τοῦ ἀέρος.</w:t>
      </w:r>
    </w:p>
    <w:p>
      <w:r>
        <w:rPr>
          <w:rFonts w:ascii="Courier New" w:hAnsi="Courier New"/>
          <w:color w:val="555555"/>
          <w:sz w:val="20"/>
        </w:rPr>
        <w:t>[17 . 27]</w:t>
      </w:r>
    </w:p>
    <w:p>
      <w:r>
        <w:rPr>
          <w:rFonts w:ascii="Gentium Plus" w:hAnsi="Gentium Plus"/>
          <w:sz w:val="24"/>
        </w:rPr>
        <w:t>Ἔστι δὲ ὁ ἥλιος παραίτιος τῆς ἐπιτάσεως τῶν καυμάτων. Πρῶτον μὲν γὰρ ἐκ τοῦ χειμῶνος κατεψυγμέ‐ νων ἡμῶν, κατὰ τὸν συνεγγισμὸν τὸν πρὸς ἡμᾶς ἄρχεται ἡμᾶς θερμαίνειν· οὔπω δ’ ἔκδηλον ποιεῖ τὴν θερμασίαν,</w:t>
      </w:r>
    </w:p>
    <w:p>
      <w:r>
        <w:rPr>
          <w:rFonts w:ascii="Courier New" w:hAnsi="Courier New"/>
          <w:color w:val="555555"/>
          <w:sz w:val="20"/>
        </w:rPr>
        <w:t>[5]</w:t>
      </w:r>
    </w:p>
    <w:p>
      <w:r>
        <w:rPr>
          <w:rFonts w:ascii="Gentium Plus" w:hAnsi="Gentium Plus"/>
          <w:sz w:val="24"/>
        </w:rPr>
        <w:t>ἔτι τῆς καταψύξεως ἀπὸ τοῦ χειμῶνος διαμενούσης·</w:t>
      </w:r>
    </w:p>
    <w:p>
      <w:r>
        <w:rPr>
          <w:rFonts w:ascii="Courier New" w:hAnsi="Courier New"/>
          <w:color w:val="555555"/>
          <w:sz w:val="20"/>
        </w:rPr>
        <w:t>[17 . 28]</w:t>
      </w:r>
    </w:p>
    <w:p>
      <w:r>
        <w:rPr>
          <w:rFonts w:ascii="Gentium Plus" w:hAnsi="Gentium Plus"/>
          <w:sz w:val="24"/>
        </w:rPr>
        <w:t>ἐπιμονῆς δὲ γινομένης καὶ μᾶλλον ἀεὶ καὶ μᾶλλον συνεγγίζοντος τοῦ ἡλίου, ἐπαίσθησιν συμβαίνει τῆς θερμασίας γίνεσθαι. Ἔπειτα συμβαίνει δὶς ἐπὶ τὴν αὐτὴν οἴκησιν κατὰ τὸ συνεχὲς ἐπιβάλλειν τὸν ἥλιον· καὶ γὰρ</w:t>
      </w:r>
    </w:p>
    <w:p>
      <w:r>
        <w:rPr>
          <w:rFonts w:ascii="Courier New" w:hAnsi="Courier New"/>
          <w:color w:val="555555"/>
          <w:sz w:val="20"/>
        </w:rPr>
        <w:t>[5]</w:t>
      </w:r>
    </w:p>
    <w:p>
      <w:r>
        <w:rPr>
          <w:rFonts w:ascii="Gentium Plus" w:hAnsi="Gentium Plus"/>
          <w:sz w:val="24"/>
        </w:rPr>
        <w:t>ἐν τῇ προόδῳ τῇ πρὸς τὸν θερινὸν τροπικὸν κύκλον καὶ ἐν τῇ ἀποχωρήσει τὰς αὐτὰς οἰκήσεις παροδεύει ὁ ἥλιος· ὅθεν συμβαίνει διὰ τὴν αἰτίαν ταύτην τὰς ἐπιτάσεις τῶν καυμάτων γίνεσθαι.</w:t>
      </w:r>
    </w:p>
    <w:p>
      <w:r>
        <w:rPr>
          <w:rFonts w:ascii="Courier New" w:hAnsi="Courier New"/>
          <w:color w:val="555555"/>
          <w:sz w:val="20"/>
        </w:rPr>
        <w:t>[17 . 29]</w:t>
      </w:r>
    </w:p>
    <w:p>
      <w:r>
        <w:rPr>
          <w:rFonts w:ascii="Gentium Plus" w:hAnsi="Gentium Plus"/>
          <w:sz w:val="24"/>
        </w:rPr>
        <w:t>Ἔτι δὲ καὶ τὰς προόδους τὰς πρὸς τὸν θερινὸν τροπικὸν καὶ τὰς ἀποχωρήσεις μικράς γε παντελῶς καὶ ἀνεπαισθήτους εἶναι συμβέβηκε· σχεδὸν γὰρ ἐφ’ ἡμέρας μ ἐπὶ τοῦ θερινοῦ τροπικοῦ κύκλου τὴν</w:t>
      </w:r>
    </w:p>
    <w:p>
      <w:r>
        <w:rPr>
          <w:rFonts w:ascii="Courier New" w:hAnsi="Courier New"/>
          <w:color w:val="555555"/>
          <w:sz w:val="20"/>
        </w:rPr>
        <w:t>[5]</w:t>
      </w:r>
    </w:p>
    <w:p>
      <w:r>
        <w:rPr>
          <w:rFonts w:ascii="Gentium Plus" w:hAnsi="Gentium Plus"/>
          <w:sz w:val="24"/>
        </w:rPr>
        <w:t>ἐπιμονὴν ποιεῖται 〈ὁ ἥλιοσ〉· ὅθεν καὶ τὰ μεγέθη τῶν ἡμερῶν περὶ τὰς τροπὰς ἀνεπαίσθητον ἔχει τὴν παραύ‐ ξησιν.</w:t>
      </w:r>
    </w:p>
    <w:p>
      <w:r>
        <w:rPr>
          <w:rFonts w:ascii="Courier New" w:hAnsi="Courier New"/>
          <w:color w:val="555555"/>
          <w:sz w:val="20"/>
        </w:rPr>
        <w:t>[17 . 30]</w:t>
      </w:r>
    </w:p>
    <w:p>
      <w:r>
        <w:rPr>
          <w:rFonts w:ascii="Gentium Plus" w:hAnsi="Gentium Plus"/>
          <w:sz w:val="24"/>
        </w:rPr>
        <w:t>Ἐπεὶ δὲ περὶ τοῦτον τὸν καιρὸν ἐπέτελλεν ὁ Κύων, τῇ τούτου φάσει τὸν καιρὸν ἐσημειώσαντο τῆς τῶν καυ‐ μάτων ἐπιτάσεως, οὐχ ὡς αὐτοῦ τοῦ ἄστρου παραιτίου γινομένου, ἀλλ’ ὡς τοῦ ἡλίου τὴν αἰτίαν ἔχοντος.</w:t>
      </w:r>
    </w:p>
    <w:p>
      <w:r>
        <w:rPr>
          <w:rFonts w:ascii="Courier New" w:hAnsi="Courier New"/>
          <w:color w:val="555555"/>
          <w:sz w:val="20"/>
        </w:rPr>
        <w:t>[17 . 31]</w:t>
      </w:r>
    </w:p>
    <w:p>
      <w:r>
        <w:rPr>
          <w:rFonts w:ascii="Gentium Plus" w:hAnsi="Gentium Plus"/>
          <w:sz w:val="24"/>
        </w:rPr>
        <w:t>Εἰ μὲν οὖν ὡς σημεῖόν τις λαμβάνει τοῦ καιροῦ τὴν τοῦ Κυνὸς ἐπιτολήν, ὀρθῶς λαμβάνει· καθάπερ Ὅμηρός φησιν ἐπὶ τοῦ Κυνὸς οὕτως·</w:t>
      </w:r>
    </w:p>
    <w:p>
      <w:r>
        <w:rPr>
          <w:rFonts w:ascii="Courier New" w:hAnsi="Courier New"/>
          <w:color w:val="555555"/>
          <w:sz w:val="20"/>
        </w:rPr>
        <w:t>[5]</w:t>
      </w:r>
    </w:p>
    <w:p>
      <w:r>
        <w:rPr>
          <w:rFonts w:ascii="Gentium Plus" w:hAnsi="Gentium Plus"/>
          <w:sz w:val="24"/>
        </w:rPr>
        <w:t>κακὸν δέ τε σῆμα τέτυκται. Οὐ γὰρ ὡς ἰδίαν δύναμιν ἔχοντος αὐτοῦ πρὸς τὴν ἐπί‐ τασιν τῶν καυμάτων, ἀλλ’ ὡς σημείου χάριν παρειλημ‐ μένου.</w:t>
      </w:r>
    </w:p>
    <w:p>
      <w:r>
        <w:rPr>
          <w:rFonts w:ascii="Courier New" w:hAnsi="Courier New"/>
          <w:color w:val="555555"/>
          <w:sz w:val="20"/>
        </w:rPr>
        <w:t>[17 . 32]</w:t>
      </w:r>
    </w:p>
    <w:p>
      <w:r>
        <w:rPr>
          <w:rFonts w:ascii="Gentium Plus" w:hAnsi="Gentium Plus"/>
          <w:sz w:val="24"/>
        </w:rPr>
        <w:t>Ὅσοι μέντοι γε τῶν ποιητῶν καὶ φιλοσόφων τὴν δύναμιν τῆς ἐπιτάσεως τῶν καυμάτων τῷ Κυνὶ προσάπτουσι, πολὺ τῆς ἀληθείας καὶ τοῦ φυσικοῦ λόγου πεπλανη‐ μένοι εἰσίν. Ὁ γὰρ ἀστὴρ οὗτος τῆς αὐτῆς οὐσίας κε‐</w:t>
      </w:r>
    </w:p>
    <w:p>
      <w:r>
        <w:rPr>
          <w:rFonts w:ascii="Courier New" w:hAnsi="Courier New"/>
          <w:color w:val="555555"/>
          <w:sz w:val="20"/>
        </w:rPr>
        <w:t>[5]</w:t>
      </w:r>
    </w:p>
    <w:p>
      <w:r>
        <w:rPr>
          <w:rFonts w:ascii="Gentium Plus" w:hAnsi="Gentium Plus"/>
          <w:sz w:val="24"/>
        </w:rPr>
        <w:t>κοινώνηκε πᾶσι τοῖς ἄστροις.</w:t>
      </w:r>
    </w:p>
    <w:p>
      <w:r>
        <w:rPr>
          <w:rFonts w:ascii="Courier New" w:hAnsi="Courier New"/>
          <w:color w:val="555555"/>
          <w:sz w:val="20"/>
        </w:rPr>
        <w:t>[17 . 33]</w:t>
      </w:r>
    </w:p>
    <w:p>
      <w:r>
        <w:rPr>
          <w:rFonts w:ascii="Gentium Plus" w:hAnsi="Gentium Plus"/>
          <w:sz w:val="24"/>
        </w:rPr>
        <w:t>Εἴτε γὰρ πύρινά ἐστιν, εἴτε αἰθέρια τὰ ἄστρα, τὴν αὐτὴν ἔχει δύναμιν πάντα. Καὶ ὀφείλει κατακρατεῖσθαι ὑπὸ τοῦ πλήθους τῶν ἄστρων ἡ ἀπὸ τοῦ Κυνὸς ἀποφορά. Καὶ γὰρ τῷ μεγέθει μείζονες</w:t>
      </w:r>
    </w:p>
    <w:p>
      <w:r>
        <w:rPr>
          <w:rFonts w:ascii="Courier New" w:hAnsi="Courier New"/>
          <w:color w:val="555555"/>
          <w:sz w:val="20"/>
        </w:rPr>
        <w:t>[5]</w:t>
      </w:r>
    </w:p>
    <w:p>
      <w:r>
        <w:rPr>
          <w:rFonts w:ascii="Gentium Plus" w:hAnsi="Gentium Plus"/>
          <w:sz w:val="24"/>
        </w:rPr>
        <w:t>αὐτοῦ εἰσιν ἕτεροι, καὶ τῷ πλήθει ἄπειροι.</w:t>
      </w:r>
    </w:p>
    <w:p>
      <w:r>
        <w:rPr>
          <w:rFonts w:ascii="Courier New" w:hAnsi="Courier New"/>
          <w:color w:val="555555"/>
          <w:sz w:val="20"/>
        </w:rPr>
        <w:t>[17 . 34]</w:t>
      </w:r>
    </w:p>
    <w:p>
      <w:r>
        <w:rPr>
          <w:rFonts w:ascii="Gentium Plus" w:hAnsi="Gentium Plus"/>
          <w:sz w:val="24"/>
        </w:rPr>
        <w:t>Εἰ οὖν ἐξ ἁπάντων αὐτῶν ἡ δύναμις οὐ διικνεῖται μέχρι τῆς γῆς, οὐδ’ εἰς τὴν τοῦ ἡλίου δύναμιν οὐδὲν συμβάλλεται, πῶς πιθανὸν τὴν ἀπὸ τοῦ ἑνὸς ἄστρου ἀποφορὰν τηλικαύτην</w:t>
      </w:r>
    </w:p>
    <w:p>
      <w:r>
        <w:rPr>
          <w:rFonts w:ascii="Courier New" w:hAnsi="Courier New"/>
          <w:color w:val="555555"/>
          <w:sz w:val="20"/>
        </w:rPr>
        <w:t>[5]</w:t>
      </w:r>
    </w:p>
    <w:p>
      <w:r>
        <w:rPr>
          <w:rFonts w:ascii="Gentium Plus" w:hAnsi="Gentium Plus"/>
          <w:sz w:val="24"/>
        </w:rPr>
        <w:t>ἐπίτασιν τῶν καυμάτων ποιεῖν;</w:t>
      </w:r>
    </w:p>
    <w:p>
      <w:r>
        <w:rPr>
          <w:rFonts w:ascii="Courier New" w:hAnsi="Courier New"/>
          <w:color w:val="555555"/>
          <w:sz w:val="20"/>
        </w:rPr>
        <w:t>[17 . 35]</w:t>
      </w:r>
    </w:p>
    <w:p>
      <w:r>
        <w:rPr>
          <w:rFonts w:ascii="Gentium Plus" w:hAnsi="Gentium Plus"/>
          <w:sz w:val="24"/>
        </w:rPr>
        <w:t>Εἰ δὲ μὴ συνερ‐ γοῦσί τι πάντες οἱ ἀπλανεῖς ἀστέρες τῆς αὐτῆς δυνάμεως κεκοινωνηκότες, οὐκ ἐνδέχεται τὴν ἀπὸ τοῦ ἑνὸς ἄστρου θερμασίαν αἰσθητὴν διαφορὰν ἐπιφαίνειν ἐν ταῖς συνανα‐</w:t>
      </w:r>
    </w:p>
    <w:p>
      <w:r>
        <w:rPr>
          <w:rFonts w:ascii="Courier New" w:hAnsi="Courier New"/>
          <w:color w:val="555555"/>
          <w:sz w:val="20"/>
        </w:rPr>
        <w:t>[5]</w:t>
      </w:r>
    </w:p>
    <w:p>
      <w:r>
        <w:rPr>
          <w:rFonts w:ascii="Gentium Plus" w:hAnsi="Gentium Plus"/>
          <w:sz w:val="24"/>
        </w:rPr>
        <w:t>τολαῖς τοῦ ἡλίου.</w:t>
      </w:r>
    </w:p>
    <w:p>
      <w:r>
        <w:rPr>
          <w:rFonts w:ascii="Courier New" w:hAnsi="Courier New"/>
          <w:color w:val="555555"/>
          <w:sz w:val="20"/>
        </w:rPr>
        <w:t>[17 . 36]</w:t>
      </w:r>
    </w:p>
    <w:p>
      <w:r>
        <w:rPr>
          <w:rFonts w:ascii="Gentium Plus" w:hAnsi="Gentium Plus"/>
          <w:sz w:val="24"/>
        </w:rPr>
        <w:t>Ἔστι δ’ αὐτὸς ὁ ἥλιος παραίτιος τῶν καυμάτων κατὰ τὸ συνεχὲς τὸν αὐτὸν τόπον τῆς οἰκήσεως ἐπιπο‐ ρευόμενος. Οὐ δυνάμενοι δὲ κοινὴν ἡμέραν ἅπασιν ἀφο‐ ρίσαι, ἐν ᾗ γίνονται αἱ ἐπιτάσεις τῶν καυμάτων, ἐπεὶ κατὰ</w:t>
      </w:r>
    </w:p>
    <w:p>
      <w:r>
        <w:rPr>
          <w:rFonts w:ascii="Courier New" w:hAnsi="Courier New"/>
          <w:color w:val="555555"/>
          <w:sz w:val="20"/>
        </w:rPr>
        <w:t>[5]</w:t>
      </w:r>
    </w:p>
    <w:p>
      <w:r>
        <w:rPr>
          <w:rFonts w:ascii="Gentium Plus" w:hAnsi="Gentium Plus"/>
          <w:sz w:val="24"/>
        </w:rPr>
        <w:t>τοῦτον τὸν καιρὸν ἐπέτελλεν οὗτος ὁ ἀστήρ, τῇ τούτου φάσει τὸν καιρὸν ἐσημειώσαντο.</w:t>
      </w:r>
    </w:p>
    <w:p>
      <w:r>
        <w:rPr>
          <w:rFonts w:ascii="Courier New" w:hAnsi="Courier New"/>
          <w:color w:val="555555"/>
          <w:sz w:val="20"/>
        </w:rPr>
        <w:t>[17 . 37]</w:t>
      </w:r>
    </w:p>
    <w:p>
      <w:r>
        <w:rPr>
          <w:rFonts w:ascii="Gentium Plus" w:hAnsi="Gentium Plus"/>
          <w:sz w:val="24"/>
        </w:rPr>
        <w:t>Ὅτι δὲ οὐκ ἔστιν ὁ ἀστὴρ παραίτιος τῆς ἐπιτά‐ σεως τῶν καυμάτων, ἐκ τῶν λέγεσθαι μελλόντων φανερόν. Πρῶτον μὲν γὰρ πολλάκις συνανατέλλουσι τῷ ἡλίῳ καὶ πλείονες καὶ μείζονες ἀστέρες καὶ οὐδεμίαν αἰσθητὴν</w:t>
      </w:r>
    </w:p>
    <w:p>
      <w:r>
        <w:rPr>
          <w:rFonts w:ascii="Courier New" w:hAnsi="Courier New"/>
          <w:color w:val="555555"/>
          <w:sz w:val="20"/>
        </w:rPr>
        <w:t>[5]</w:t>
      </w:r>
    </w:p>
    <w:p>
      <w:r>
        <w:rPr>
          <w:rFonts w:ascii="Gentium Plus" w:hAnsi="Gentium Plus"/>
          <w:sz w:val="24"/>
        </w:rPr>
        <w:t>ποιοῦσι παραλλαγήν, ἀλλ’ ἔστιν ὅτε ἐκ τῶν ἐναντίων ἐν ταῖς ἐπιτολαῖς αὐτῶν χειμῶνες γίνονται καὶ ἄνεμοι ψυχροὶ πνέουσιν, ὡς μηδὲν αὐτῶν συμβαλλομένων πρὸς τὴν ἐπίτασιν τῶν καυμάτων.</w:t>
      </w:r>
    </w:p>
    <w:p>
      <w:r>
        <w:rPr>
          <w:rFonts w:ascii="Courier New" w:hAnsi="Courier New"/>
          <w:color w:val="555555"/>
          <w:sz w:val="20"/>
        </w:rPr>
        <w:t>[17 . 38]</w:t>
      </w:r>
    </w:p>
    <w:p>
      <w:r>
        <w:rPr>
          <w:rFonts w:ascii="Gentium Plus" w:hAnsi="Gentium Plus"/>
          <w:sz w:val="24"/>
        </w:rPr>
        <w:t>Πολλάκις δὲ καὶ ἐν τῷ αὐτῷ ζῳδίῳ τῷ ἡλίῳ γίνονται ἀστέρες τῶν πέντε πλανητῶν οἱ μέγιστοι, Φαέθων, Φωσφό‐ ρος, Πυρόεις, ἀφ’ ὧν καὶ δυνάμεις ἐπὶ τὴν γῆν πίπτουσι,</w:t>
      </w:r>
    </w:p>
    <w:p>
      <w:r>
        <w:rPr>
          <w:rFonts w:ascii="Courier New" w:hAnsi="Courier New"/>
          <w:color w:val="555555"/>
          <w:sz w:val="20"/>
        </w:rPr>
        <w:t>[5]</w:t>
      </w:r>
    </w:p>
    <w:p>
      <w:r>
        <w:rPr>
          <w:rFonts w:ascii="Gentium Plus" w:hAnsi="Gentium Plus"/>
          <w:sz w:val="24"/>
        </w:rPr>
        <w:t>ἀέρα γίνεται. Ἐξ οὖ φανερὸν ὅτι οὐδὲν συμβάλλονται πρὸς τὴν ἐπίτασιν τῶν καυμάτων οὔθ’ οἱ ἀπλανεῖς οὔθ’ οἱ πλανῆται ἀστέρες.</w:t>
      </w:r>
    </w:p>
    <w:p>
      <w:r>
        <w:rPr>
          <w:rFonts w:ascii="Courier New" w:hAnsi="Courier New"/>
          <w:color w:val="555555"/>
          <w:sz w:val="20"/>
        </w:rPr>
        <w:t>[17 . 39]</w:t>
      </w:r>
    </w:p>
    <w:p>
      <w:r>
        <w:rPr>
          <w:rFonts w:ascii="Gentium Plus" w:hAnsi="Gentium Plus"/>
          <w:sz w:val="24"/>
        </w:rPr>
        <w:t>Εἰ γὰρ δύναμίν τινα προσεφέρετο ὁ Κύων, ἔδει κατὰ τὴν ἀληθινὴν ἐπιτολὴν τῶν καυμάτων γίνεσθαι ἐπίτασιν· τότε γὰρ ἅμα συνανατέλλει τῷ ἡλίῳ. Οὐ γίνεται δὲ τοῦτο, ἀλλὰ κατὰ τὴν φαινομένην ἐπιτολὴν τὰ μέ‐</w:t>
      </w:r>
    </w:p>
    <w:p>
      <w:r>
        <w:rPr>
          <w:rFonts w:ascii="Courier New" w:hAnsi="Courier New"/>
          <w:color w:val="555555"/>
          <w:sz w:val="20"/>
        </w:rPr>
        <w:t>[5]</w:t>
      </w:r>
    </w:p>
    <w:p>
      <w:r>
        <w:rPr>
          <w:rFonts w:ascii="Gentium Plus" w:hAnsi="Gentium Plus"/>
          <w:sz w:val="24"/>
        </w:rPr>
        <w:t>γιστα καύματα γίνεται. Περὶ γὰρ τὸν καιρὸν τοῦτον ὁ ἥλιος διὰ τὰς προειρημένας αἰτίας παραίτιός ἐστι τῆς ἐπιτάσεως τῶν καυμάτων.</w:t>
      </w:r>
    </w:p>
    <w:p>
      <w:r>
        <w:rPr>
          <w:rFonts w:ascii="Courier New" w:hAnsi="Courier New"/>
          <w:color w:val="555555"/>
          <w:sz w:val="20"/>
        </w:rPr>
        <w:t>[17 . 40]</w:t>
      </w:r>
    </w:p>
    <w:p>
      <w:r>
        <w:rPr>
          <w:rFonts w:ascii="Gentium Plus" w:hAnsi="Gentium Plus"/>
          <w:sz w:val="24"/>
        </w:rPr>
        <w:t>Ἐν Ῥόδῳ μὲν γὰρ μετὰ λ ἡμέρας τῆς τροπῆς ἐπι‐ τέλλει ὁ ἀστήρ, ἐν ἄλλοις δὲ τόποις μετὰ μ ἡμέρας τῆς θερινῆς τροπῆς, οἷς δὲ μετὰ ν, ὥστε μηκέτι κατὰ τὴν ἐπίτασιν τῶν καυμάτων τὴν ἐπιτολὴν αὐτὸν ποιεῖσθαι.</w:t>
      </w:r>
    </w:p>
    <w:p>
      <w:r>
        <w:rPr>
          <w:rFonts w:ascii="Courier New" w:hAnsi="Courier New"/>
          <w:color w:val="555555"/>
          <w:sz w:val="20"/>
        </w:rPr>
        <w:t>[17 . 41]</w:t>
      </w:r>
    </w:p>
    <w:p>
      <w:r>
        <w:rPr>
          <w:rFonts w:ascii="Gentium Plus" w:hAnsi="Gentium Plus"/>
          <w:sz w:val="24"/>
        </w:rPr>
        <w:t>Ἑκάστῳ φανερὸν ὅτι ὁ μὲν τὴν ἐπίτασιν τῶν καυμά‐ των περιέχων καιρὸς εἷς ἐστιν ὁ μετὰ τὰς θερινὰς τροπὰς ἡμέρας λ, ἐν δὲ τῷ χρόνῳ τούτῳ παρ’ οἷς μὲν ὁ Κύων ἐπιτέλλων τὸν καιρὸν μηνύει, παρ’ οἷς δὲ ἄλλο τι τῶν</w:t>
      </w:r>
    </w:p>
    <w:p>
      <w:r>
        <w:rPr>
          <w:rFonts w:ascii="Courier New" w:hAnsi="Courier New"/>
          <w:color w:val="555555"/>
          <w:sz w:val="20"/>
        </w:rPr>
        <w:t>[5]</w:t>
      </w:r>
    </w:p>
    <w:p>
      <w:r>
        <w:rPr>
          <w:rFonts w:ascii="Gentium Plus" w:hAnsi="Gentium Plus"/>
          <w:sz w:val="24"/>
        </w:rPr>
        <w:t>κατηστερισμένων ἄστρων. Οὐ γὰρ ἅμα πᾶσι τῶν ἄστρων τὰς ἐπιτολὰς καὶ τὰς δύσεις συμβαίνει γίνεσθαι.</w:t>
      </w:r>
    </w:p>
    <w:p>
      <w:r>
        <w:rPr>
          <w:rFonts w:ascii="Courier New" w:hAnsi="Courier New"/>
          <w:color w:val="555555"/>
          <w:sz w:val="20"/>
        </w:rPr>
        <w:t>[17 . 42]</w:t>
      </w:r>
    </w:p>
    <w:p>
      <w:r>
        <w:rPr>
          <w:rFonts w:ascii="Gentium Plus" w:hAnsi="Gentium Plus"/>
          <w:sz w:val="24"/>
        </w:rPr>
        <w:t>Τὸ δὲ λεγόμενον ὑπὸ τῶν πλείστων, ὅτι περὶ τὸν καιρὸν τοῦτον ἀνατέλλει σὺν τῷ ἡλίῳ, παντελῶς ἐστιν ἰδιωτικόν· ἐν γὰρ τούτῳ τῷ χρόνῳ πλεῖστον ἀπὸ τοῦ ἡλίου διέστηκεν ὁ ἀστήρ·</w:t>
      </w:r>
    </w:p>
    <w:p>
      <w:r>
        <w:rPr>
          <w:rFonts w:ascii="Courier New" w:hAnsi="Courier New"/>
          <w:color w:val="555555"/>
          <w:sz w:val="20"/>
        </w:rPr>
        <w:t>[17 . 43]</w:t>
      </w:r>
    </w:p>
    <w:p>
      <w:r>
        <w:rPr>
          <w:rFonts w:ascii="Gentium Plus" w:hAnsi="Gentium Plus"/>
          <w:sz w:val="24"/>
        </w:rPr>
        <w:t>ὁ μὲν γὰρ ἥλιος πάντως ἐπὶ τοῦ θερινοῦ τροπικοῦ κύκλου τὴν πάροδον ποιεῖται, ὁ δὲ ἐπὶ τοῦ χειμερινοῦ τροπικοῦ κύκλου κεῖται, ὥστε πλεῖστον ἀπ’ ἀλλήλων διάστημα ἀπέχειν αὐτούς. Πῶς</w:t>
      </w:r>
    </w:p>
    <w:p>
      <w:r>
        <w:rPr>
          <w:rFonts w:ascii="Courier New" w:hAnsi="Courier New"/>
          <w:color w:val="555555"/>
          <w:sz w:val="20"/>
        </w:rPr>
        <w:t>[5]</w:t>
      </w:r>
    </w:p>
    <w:p>
      <w:r>
        <w:rPr>
          <w:rFonts w:ascii="Gentium Plus" w:hAnsi="Gentium Plus"/>
          <w:sz w:val="24"/>
        </w:rPr>
        <w:t>ἂν οὖν δύναιτο παραίτιος γίνεσθαι τῆς ἐπιτάσεως τῶν καυμάτων;</w:t>
      </w:r>
    </w:p>
    <w:p>
      <w:r>
        <w:rPr>
          <w:rFonts w:ascii="Courier New" w:hAnsi="Courier New"/>
          <w:color w:val="555555"/>
          <w:sz w:val="20"/>
        </w:rPr>
        <w:t>[17 . 44]</w:t>
      </w:r>
    </w:p>
    <w:p>
      <w:r>
        <w:rPr>
          <w:rFonts w:ascii="Gentium Plus" w:hAnsi="Gentium Plus"/>
          <w:sz w:val="24"/>
        </w:rPr>
        <w:t>Ἐπίτασιν δὲ ἐποίει ἄν, εἴ τινα δύναμιν εἶχεν ὁ ἀστήρ, ἅμα γινόμενος τῷ ἡλίῳ κατὰ χειμερινὰς τροπάς, ὅταν ἐπὶ τοῦ αὐτοῦ κύκλου φέρηται ὁ ἀστὴρ τῷ ἡλίῳ. Τότε γὰρ ἔδει γενέσθαι τινὰ πρὸς τὸ φαινόμενον</w:t>
      </w:r>
    </w:p>
    <w:p>
      <w:r>
        <w:rPr>
          <w:rFonts w:ascii="Courier New" w:hAnsi="Courier New"/>
          <w:color w:val="555555"/>
          <w:sz w:val="20"/>
        </w:rPr>
        <w:t>[5]</w:t>
      </w:r>
    </w:p>
    <w:p>
      <w:r>
        <w:rPr>
          <w:rFonts w:ascii="Gentium Plus" w:hAnsi="Gentium Plus"/>
          <w:sz w:val="24"/>
        </w:rPr>
        <w:t>αἰσθητὴν περὶ τὸν ἀέρα παραλλαγήν. Οὐ γίνεται δὲ τοῦτο, ἀλλ’ ἐκ τῶν ἐναντίων χειμών. Ὅθεν τοῖς παραπήγμασι παράκειται σημεῖον.</w:t>
      </w:r>
    </w:p>
    <w:p>
      <w:r>
        <w:rPr>
          <w:rFonts w:ascii="Courier New" w:hAnsi="Courier New"/>
          <w:color w:val="555555"/>
          <w:sz w:val="20"/>
        </w:rPr>
        <w:t>[17 . 45]</w:t>
      </w:r>
    </w:p>
    <w:p>
      <w:r>
        <w:rPr>
          <w:rFonts w:ascii="Gentium Plus" w:hAnsi="Gentium Plus"/>
          <w:sz w:val="24"/>
        </w:rPr>
        <w:t>Ὥστε εἶναι φανερὸν ἐκ πάντων ὅτι οὔτε οὗτος ὁ ἀστὴρ οὔτε ἄλλος οὐδεὶς τηλικαύτην τινὰ δύναμιν ἔχει, ὥστε μεταβολὰς περὶ τὸν ἀέρα κατασκευάζειν. Ἀλλ’ ἔστι τὸ ἡγεμονικὸν αἴτιον περὶ τὸν ἥλιον. Αἱ δὲ τούτων ἐπι‐</w:t>
      </w:r>
    </w:p>
    <w:p>
      <w:r>
        <w:rPr>
          <w:rFonts w:ascii="Courier New" w:hAnsi="Courier New"/>
          <w:color w:val="555555"/>
          <w:sz w:val="20"/>
        </w:rPr>
        <w:t>[5]</w:t>
      </w:r>
    </w:p>
    <w:p>
      <w:r>
        <w:rPr>
          <w:rFonts w:ascii="Gentium Plus" w:hAnsi="Gentium Plus"/>
          <w:sz w:val="24"/>
        </w:rPr>
        <w:t>τολαὶ καὶ δύσεις ἐπὶ τὴν ἐπίγνωσιν τῶν περὶ τὸν ἀέρα μεταβολῶν παράκεινται· δι’ ἣν αἰτίαν οὐδὲ διὰ παντὸς συμφωνοῦσιν.</w:t>
      </w:r>
    </w:p>
    <w:p>
      <w:r>
        <w:rPr>
          <w:rFonts w:ascii="Courier New" w:hAnsi="Courier New"/>
          <w:color w:val="555555"/>
          <w:sz w:val="20"/>
        </w:rPr>
        <w:t>[17 . 46]</w:t>
      </w:r>
    </w:p>
    <w:p>
      <w:r>
        <w:rPr>
          <w:rFonts w:ascii="Gentium Plus" w:hAnsi="Gentium Plus"/>
          <w:sz w:val="24"/>
        </w:rPr>
        <w:t>Ὅθεν βελτίοσιν ἄν τις σημείοις χρήσαιτο τοῖς ὑπὸ τῆς φύσεως ἡμῖν διδομένοις, οἷς καὶ Ἄρατος κέχρηται. Τὰς μὲν γὰρ ἐκ τῶν ἐπιτολῶν καὶ δύσεων τῶν ἄστρων γινομένας μεταβολὰς τοῦ ἀέρος ὡς διεψευσμένας παρέ‐</w:t>
      </w:r>
    </w:p>
    <w:p>
      <w:r>
        <w:rPr>
          <w:rFonts w:ascii="Courier New" w:hAnsi="Courier New"/>
          <w:color w:val="555555"/>
          <w:sz w:val="20"/>
        </w:rPr>
        <w:t>[5]</w:t>
      </w:r>
    </w:p>
    <w:p>
      <w:r>
        <w:rPr>
          <w:rFonts w:ascii="Gentium Plus" w:hAnsi="Gentium Plus"/>
          <w:sz w:val="24"/>
        </w:rPr>
        <w:t>λιπε, τὰς δὲ φυσικῶς γινομένας καὶ μετά τινος αἰτίας κατεχώρισεν ἐν τῇ τῶν Φαινομένων πραγματείᾳ ἐπὶ πᾶσι τῆς ὅλης συντάξεως.</w:t>
      </w:r>
    </w:p>
    <w:p>
      <w:r>
        <w:rPr>
          <w:rFonts w:ascii="Courier New" w:hAnsi="Courier New"/>
          <w:color w:val="555555"/>
          <w:sz w:val="20"/>
        </w:rPr>
        <w:t>[17 . 47]</w:t>
      </w:r>
    </w:p>
    <w:p>
      <w:r>
        <w:rPr>
          <w:rFonts w:ascii="Gentium Plus" w:hAnsi="Gentium Plus"/>
          <w:sz w:val="24"/>
        </w:rPr>
        <w:t>Λαμβάνει γὰρ τὰς προγνώσεις ἀπὸ τῆς τοῦ ἡλίου ἀνατολῆς καὶ δύσεως, καὶ ἀπὸ τῶν τῆς σελήνης ἀνατολῶν καὶ δύσεων, καὶ ἀπὸ τῆς ἅλω τῆς γινομένης περὶ τὴν σελήνην, καὶ ἀπὸ τῶν διαϊσσόντων</w:t>
      </w:r>
    </w:p>
    <w:p>
      <w:r>
        <w:rPr>
          <w:rFonts w:ascii="Courier New" w:hAnsi="Courier New"/>
          <w:color w:val="555555"/>
          <w:sz w:val="20"/>
        </w:rPr>
        <w:t>[5]</w:t>
      </w:r>
    </w:p>
    <w:p>
      <w:r>
        <w:rPr>
          <w:rFonts w:ascii="Gentium Plus" w:hAnsi="Gentium Plus"/>
          <w:sz w:val="24"/>
        </w:rPr>
        <w:t>ἀστέρων, καὶ ἀπὸ τῶν ἀλόγων ζῴων.</w:t>
      </w:r>
    </w:p>
    <w:p>
      <w:r>
        <w:rPr>
          <w:rFonts w:ascii="Courier New" w:hAnsi="Courier New"/>
          <w:color w:val="555555"/>
          <w:sz w:val="20"/>
        </w:rPr>
        <w:t>[17 . 48]</w:t>
      </w:r>
    </w:p>
    <w:p>
      <w:r>
        <w:rPr>
          <w:rFonts w:ascii="Gentium Plus" w:hAnsi="Gentium Plus"/>
          <w:sz w:val="24"/>
        </w:rPr>
        <w:t>Αἱ γὰρ ἀπὸ τούτων προγνώσεις μετά τινος φυσικῆς αἰτίας γινόμεναι κατηναγκασμένα ἔχουσι τὰ ἀποτελέσματα. Ὅθεν καὶ Βόηθος ὁ φιλόσοφος ἐν τῷ τετάρτῳ βιβλίῳ τῆς</w:t>
      </w:r>
    </w:p>
    <w:p>
      <w:r>
        <w:rPr>
          <w:rFonts w:ascii="Courier New" w:hAnsi="Courier New"/>
          <w:color w:val="555555"/>
          <w:sz w:val="20"/>
        </w:rPr>
        <w:t>[5]</w:t>
      </w:r>
    </w:p>
    <w:p>
      <w:r>
        <w:rPr>
          <w:rFonts w:ascii="Gentium Plus" w:hAnsi="Gentium Plus"/>
          <w:sz w:val="24"/>
        </w:rPr>
        <w:t>Ἀράτου ἐξηγήσεως φυσικὰς τὰς αἰτίας ἀποδέδωκε τῶν τε πνευμάτων καὶ ὄμβρων, ἐκ τῶν προειρημένων εἰδῶν τὰς προγνώσεις ἀποφαινόμενος.</w:t>
      </w:r>
    </w:p>
    <w:p>
      <w:r>
        <w:rPr>
          <w:rFonts w:ascii="Courier New" w:hAnsi="Courier New"/>
          <w:color w:val="555555"/>
          <w:sz w:val="20"/>
        </w:rPr>
        <w:t>[17 . 49]</w:t>
      </w:r>
    </w:p>
    <w:p>
      <w:r>
        <w:rPr>
          <w:rFonts w:ascii="Gentium Plus" w:hAnsi="Gentium Plus"/>
          <w:sz w:val="24"/>
        </w:rPr>
        <w:t>Τούτοις δὲ τοῖς σημείοις καὶ Ἀριστοτέλης ὁ φιλόσοφος κέχρηται καὶ Εὔδοξος καὶ ἕτεροι πλείονες τῶν ἀστρολόγων.</w:t>
      </w:r>
    </w:p>
    <w:p>
      <w:r>
        <w:rPr>
          <w:rFonts w:ascii="Courier New" w:hAnsi="Courier New"/>
          <w:color w:val="555555"/>
          <w:sz w:val="20"/>
        </w:rPr>
        <w:t>[18 T]</w:t>
      </w:r>
    </w:p>
    <w:p>
      <w:r>
        <w:rPr>
          <w:rFonts w:ascii="Gentium Plus" w:hAnsi="Gentium Plus"/>
          <w:sz w:val="24"/>
        </w:rPr>
        <w:t>Περὶ ἐξελιγμοῦ.</w:t>
      </w:r>
    </w:p>
    <w:p>
      <w:r>
        <w:rPr>
          <w:rFonts w:ascii="Courier New" w:hAnsi="Courier New"/>
          <w:color w:val="555555"/>
          <w:sz w:val="20"/>
        </w:rPr>
        <w:t>[18 . 1]</w:t>
      </w:r>
    </w:p>
    <w:p>
      <w:r>
        <w:rPr>
          <w:rFonts w:ascii="Gentium Plus" w:hAnsi="Gentium Plus"/>
          <w:sz w:val="24"/>
        </w:rPr>
        <w:t>Ἐξελιγμός ἐστι χρόνος ἐλάχιστος περιέχων ὅλους μῆνας καὶ ὅλας ἡμέρας καὶ ὅλας ἀποκαταστάσεις τῆς σελήνης. Ἐπεὶ γὰρ ὁ μηνιαῖος χρόνος παρετηρήθη ὑπάρχων ἡμερῶν κθ 𐅵ʹ λγʹ ὡς ἔγγιστα, ἡ δὲ ἀποκατάστα‐</w:t>
      </w:r>
    </w:p>
    <w:p>
      <w:r>
        <w:rPr>
          <w:rFonts w:ascii="Courier New" w:hAnsi="Courier New"/>
          <w:color w:val="555555"/>
          <w:sz w:val="20"/>
        </w:rPr>
        <w:t>[5]</w:t>
      </w:r>
    </w:p>
    <w:p>
      <w:r>
        <w:rPr>
          <w:rFonts w:ascii="Gentium Plus" w:hAnsi="Gentium Plus"/>
          <w:sz w:val="24"/>
        </w:rPr>
        <w:t>σις τῆς σελήνης ἡμερῶν κζ 𐅵ʹ ιηʹ ὡς ἔγγιστα, ἐζητεῖτο χρόνος ὁ ἐλάχιστος, ὅστις περιέχει ὅλας ἡμέρας καὶ ὅλους μῆνας καὶ ὅλας ἀποκαταστάσεις. Ἔστι δὲ τοιοῦτος.</w:t>
      </w:r>
    </w:p>
    <w:p>
      <w:r>
        <w:rPr>
          <w:rFonts w:ascii="Courier New" w:hAnsi="Courier New"/>
          <w:color w:val="555555"/>
          <w:sz w:val="20"/>
        </w:rPr>
        <w:t>[18 . 2]</w:t>
      </w:r>
    </w:p>
    <w:p>
      <w:r>
        <w:rPr>
          <w:rFonts w:ascii="Gentium Plus" w:hAnsi="Gentium Plus"/>
          <w:sz w:val="24"/>
        </w:rPr>
        <w:t>Ἡ σελήνη ἀνωμάλως φαίνεται διαπορευομένη τὸν ζῳδιακὸν κύκλον. Περιφέρειάν τινα ἐνεχθεῖσα ἡ σελήνη ἐν τῇ ἐχομένῃ ἡμέρᾳ μείζονα ταύτης κινεῖται καὶ μείζονα ἔτι ταῖς ἑξῆς ἡμέραις, ἕως ἂν μεγίστην περιφέρειαν</w:t>
      </w:r>
    </w:p>
    <w:p>
      <w:r>
        <w:rPr>
          <w:rFonts w:ascii="Courier New" w:hAnsi="Courier New"/>
          <w:color w:val="555555"/>
          <w:sz w:val="20"/>
        </w:rPr>
        <w:t>[5]</w:t>
      </w:r>
    </w:p>
    <w:p>
      <w:r>
        <w:rPr>
          <w:rFonts w:ascii="Gentium Plus" w:hAnsi="Gentium Plus"/>
          <w:sz w:val="24"/>
        </w:rPr>
        <w:t>κινηθῇ, εἶτα ἐλάττονα τῆς προηγουμένης, ἕως ἂν ἐπὶ τὴν ἐξ ἀρχῆς ἐλαχίστην περιφέρειαν ἀποκατασταθῇ. Ὁ δὲ χρόνος ὁ ἀπὸ τῆς ἐλαχίστης κινήσεως ἐπὶ τὴν</w:t>
      </w:r>
    </w:p>
    <w:p>
      <w:r>
        <w:rPr>
          <w:rFonts w:ascii="Courier New" w:hAnsi="Courier New"/>
          <w:color w:val="555555"/>
          <w:sz w:val="20"/>
        </w:rPr>
        <w:t>[18 . 3]</w:t>
      </w:r>
    </w:p>
    <w:p>
      <w:r>
        <w:rPr>
          <w:rFonts w:ascii="Gentium Plus" w:hAnsi="Gentium Plus"/>
          <w:sz w:val="24"/>
        </w:rPr>
        <w:t>Παρατετήρηται δὲ ὁ ἐξελιγμὸς περιέχων ὅλους μῆνας χξθ, ἡμέρας δὲ α˙͵θψνϛ. Ἐν δὲ τῷ χρόνῳ τούτῳ ποιεῖται τῆς κατὰ μῆκος ἀνωμαλίας ἡ σελήνη ἀποκατασ‐ τάσεις ψιζ, κύκλους ζῳδιακοὺς διαπορευομένη ἐν τῷ</w:t>
      </w:r>
    </w:p>
    <w:p>
      <w:r>
        <w:rPr>
          <w:rFonts w:ascii="Courier New" w:hAnsi="Courier New"/>
          <w:color w:val="555555"/>
          <w:sz w:val="20"/>
        </w:rPr>
        <w:t>[5]</w:t>
      </w:r>
    </w:p>
    <w:p>
      <w:r>
        <w:rPr>
          <w:rFonts w:ascii="Gentium Plus" w:hAnsi="Gentium Plus"/>
          <w:sz w:val="24"/>
        </w:rPr>
        <w:t>προειρημένῳ χρόνῳ ψκγ καὶ προσεπιλαμβάνουσα μοίρας λβ.</w:t>
      </w:r>
    </w:p>
    <w:p>
      <w:r>
        <w:rPr>
          <w:rFonts w:ascii="Courier New" w:hAnsi="Courier New"/>
          <w:color w:val="555555"/>
          <w:sz w:val="20"/>
        </w:rPr>
        <w:t>[18 . 4]</w:t>
      </w:r>
    </w:p>
    <w:p>
      <w:r>
        <w:rPr>
          <w:rFonts w:ascii="Gentium Plus" w:hAnsi="Gentium Plus"/>
          <w:sz w:val="24"/>
        </w:rPr>
        <w:t>Ἔχοντες δὴ ταῦτα τὰ φαινόμενα ἐκ παλαιῶν χρόνων ἐζητημένα, δέον συστήσασθαι τὴν κατὰ μῆκος ἀνωμαλίαν ἡμερήσιον τῆς σελήνης, 〈ἐζήτησαν〉 τίς ἐστιν ἡ ἐλαχίστη κίνησις αὐτῆς, καὶ τίς ἡ μεγίστη, καὶ τίς ἡ μέση, καὶ</w:t>
      </w:r>
    </w:p>
    <w:p>
      <w:r>
        <w:rPr>
          <w:rFonts w:ascii="Courier New" w:hAnsi="Courier New"/>
          <w:color w:val="555555"/>
          <w:sz w:val="20"/>
        </w:rPr>
        <w:t>[5]</w:t>
      </w:r>
    </w:p>
    <w:p>
      <w:r>
        <w:rPr>
          <w:rFonts w:ascii="Gentium Plus" w:hAnsi="Gentium Plus"/>
          <w:sz w:val="24"/>
        </w:rPr>
        <w:t>τίς ἡ καθ’ ἡμέραν παραύξησις ἢ μείωσις αὐτῆς,</w:t>
      </w:r>
    </w:p>
    <w:p>
      <w:r>
        <w:rPr>
          <w:rFonts w:ascii="Courier New" w:hAnsi="Courier New"/>
          <w:color w:val="555555"/>
          <w:sz w:val="20"/>
        </w:rPr>
        <w:t>[18 . 5]</w:t>
      </w:r>
    </w:p>
    <w:p>
      <w:r>
        <w:rPr>
          <w:rFonts w:ascii="Gentium Plus" w:hAnsi="Gentium Plus"/>
          <w:sz w:val="24"/>
        </w:rPr>
        <w:t>ἐπι‐ λαμβάνοντες ἐκ τοῦ φαινομένου καὶ τοῦτο, ὅτι ἐὰν μὲν τὰ ἐλάχιστα κινῆται, πλείονα μὲν τῶν ια μοιρῶν, ἐλάττονα δὲ τῶν ιβ, ὅταν δὲ τὰ μέγιστα κινῆται, πλείονα μὲν τῶν</w:t>
      </w:r>
    </w:p>
    <w:p>
      <w:r>
        <w:rPr>
          <w:rFonts w:ascii="Courier New" w:hAnsi="Courier New"/>
          <w:color w:val="555555"/>
          <w:sz w:val="20"/>
        </w:rPr>
        <w:t>[5]</w:t>
      </w:r>
    </w:p>
    <w:p>
      <w:r>
        <w:rPr>
          <w:rFonts w:ascii="Gentium Plus" w:hAnsi="Gentium Plus"/>
          <w:sz w:val="24"/>
        </w:rPr>
        <w:t>ιε μοιρῶν κινεῖται, ἐλάττονα δὲ τῶν ιϛ.</w:t>
      </w:r>
    </w:p>
    <w:p>
      <w:r>
        <w:rPr>
          <w:rFonts w:ascii="Courier New" w:hAnsi="Courier New"/>
          <w:color w:val="555555"/>
          <w:sz w:val="20"/>
        </w:rPr>
        <w:t>[18 . 6]</w:t>
      </w:r>
    </w:p>
    <w:p>
      <w:r>
        <w:rPr>
          <w:rFonts w:ascii="Gentium Plus" w:hAnsi="Gentium Plus"/>
          <w:sz w:val="24"/>
        </w:rPr>
        <w:t>Ἐπεὶ τοίνυν παρατετήρηται ἡ σελήνη ἐν ἡμέραις α˙͵θψνϛ διαπορευομένη ζῳδιακοὺς κύκλους ψνϛ καὶ ἔτι μοίρας λβ, ἕκαστος δὲ τῶν κύκλων ἔχει μοίρας τξ, ἀνέλυσα τὸ τῶν κύκλων πλῆθος εἰς μοίρας καὶ προσέθηκα τὰς λβ·</w:t>
      </w:r>
    </w:p>
    <w:p>
      <w:r>
        <w:rPr>
          <w:rFonts w:ascii="Courier New" w:hAnsi="Courier New"/>
          <w:color w:val="555555"/>
          <w:sz w:val="20"/>
        </w:rPr>
        <w:t>[5]</w:t>
      </w:r>
    </w:p>
    <w:p>
      <w:r>
        <w:rPr>
          <w:rFonts w:ascii="Gentium Plus" w:hAnsi="Gentium Plus"/>
          <w:sz w:val="24"/>
        </w:rPr>
        <w:t>γίνεται ὁ πᾶς ἀριθμὸς μοιρῶν κ˙ϛ˙ τιβ. Ἐν ἄρα ἡμέραις</w:t>
      </w:r>
    </w:p>
    <w:p>
      <w:r>
        <w:rPr>
          <w:rFonts w:ascii="Courier New" w:hAnsi="Courier New"/>
          <w:color w:val="555555"/>
          <w:sz w:val="20"/>
        </w:rPr>
        <w:t>[18 . 7]</w:t>
      </w:r>
    </w:p>
    <w:p>
      <w:r>
        <w:rPr>
          <w:rFonts w:ascii="Gentium Plus" w:hAnsi="Gentium Plus"/>
          <w:sz w:val="24"/>
        </w:rPr>
        <w:t>〈Μερίσαντες οὖν τὸ τῶν μοιρῶν〉 πλῆθος εἰς τὸ τῶν ἡμερῶν πλῆθος εὑρήσομεν τὴν μέσην ἡμερήσιον κίνησιν τῆς σελήνης. Ὅταν γὰρ μήτε τὴν ἐπίτασιν τῆς κινήσεως μήτε τὴν ἄνεσιν ὑπολογισάμενοι ἐξ ὁμαλοῦ</w:t>
      </w:r>
    </w:p>
    <w:p>
      <w:r>
        <w:rPr>
          <w:rFonts w:ascii="Courier New" w:hAnsi="Courier New"/>
          <w:color w:val="555555"/>
          <w:sz w:val="20"/>
        </w:rPr>
        <w:t>[5]</w:t>
      </w:r>
    </w:p>
    <w:p>
      <w:r>
        <w:rPr>
          <w:rFonts w:ascii="Gentium Plus" w:hAnsi="Gentium Plus"/>
          <w:sz w:val="24"/>
        </w:rPr>
        <w:t>μερίσωμεν τὸ τῶν μοιρῶν πλῆθος εἰς τὸ τῶν ἡμερῶν πλῆθος, τότε ἡ εὑρεθεῖσα κίνησις μέση καλεῖται. Εὑρίσκε‐ ται δὲ αὕτη γινομένη μοιρῶν ιγ, πρώτων ἑξηκοστῶν ι καὶ δευτέρων λε.</w:t>
      </w:r>
    </w:p>
    <w:p>
      <w:r>
        <w:rPr>
          <w:rFonts w:ascii="Courier New" w:hAnsi="Courier New"/>
          <w:color w:val="555555"/>
          <w:sz w:val="20"/>
        </w:rPr>
        <w:t>[18 . 8]</w:t>
      </w:r>
    </w:p>
    <w:p>
      <w:r>
        <w:rPr>
          <w:rFonts w:ascii="Gentium Plus" w:hAnsi="Gentium Plus"/>
          <w:sz w:val="24"/>
        </w:rPr>
        <w:t>[Καλεῖται δὲ τὸ μὲν τῆς μιᾶς μοίρας ἑξηκοστὸν πρῶτον ἑξηκοστόν, τὸ δὲ τοῦ πρώτου ἑξη‐ κοστοῦ ἑξηκοστὸν δεύτερον ἑξηκοστόν· ὁμοίως δὲ καὶ τὸ δεύτερον ἑξηκοστὸν διαιρεθὲν εἰς μέρη ξ, καλεῖται τὸ ἓν</w:t>
      </w:r>
    </w:p>
    <w:p>
      <w:r>
        <w:rPr>
          <w:rFonts w:ascii="Courier New" w:hAnsi="Courier New"/>
          <w:color w:val="555555"/>
          <w:sz w:val="20"/>
        </w:rPr>
        <w:t>[5]</w:t>
      </w:r>
    </w:p>
    <w:p>
      <w:r>
        <w:rPr>
          <w:rFonts w:ascii="Gentium Plus" w:hAnsi="Gentium Plus"/>
          <w:sz w:val="24"/>
        </w:rPr>
        <w:t>μέρος τρίτον ἑξηκοστόν· ὁ δὲ αὐτὸς λόγος καὶ ἐπὶ τῶν λοιπῶν ἑξηκοστῶν.]</w:t>
      </w:r>
    </w:p>
    <w:p>
      <w:r>
        <w:rPr>
          <w:rFonts w:ascii="Courier New" w:hAnsi="Courier New"/>
          <w:color w:val="555555"/>
          <w:sz w:val="20"/>
        </w:rPr>
        <w:t>[18 . 9]</w:t>
      </w:r>
    </w:p>
    <w:p>
      <w:r>
        <w:rPr>
          <w:rFonts w:ascii="Gentium Plus" w:hAnsi="Gentium Plus"/>
          <w:sz w:val="24"/>
        </w:rPr>
        <w:t>Τοιαύτης δὲ τῆς διατάξεως ὑπαρ‐ χούσης τῶν ἀριθμῶν, ὑπὸ τῶν Χαλδαίων εὕρηται ἡ μέση κίνησις τῆς σελήνης μοιρῶν ιγ ιʹ λεʹʹ.</w:t>
      </w:r>
    </w:p>
    <w:p>
      <w:r>
        <w:rPr>
          <w:rFonts w:ascii="Courier New" w:hAnsi="Courier New"/>
          <w:color w:val="555555"/>
          <w:sz w:val="20"/>
        </w:rPr>
        <w:t>[18 . 10]</w:t>
      </w:r>
    </w:p>
    <w:p>
      <w:r>
        <w:rPr>
          <w:rFonts w:ascii="Gentium Plus" w:hAnsi="Gentium Plus"/>
          <w:sz w:val="24"/>
        </w:rPr>
        <w:t>Καὶ ἐπεὶ ἐν ἡμέραις α˙͵θψνϛ ἀποκαταστάσεις ποιεῖται ἡ σελήνη ψιζ, ἐὰν βουλώμεθα ἐπιγνῶναι τὴν μίαν ἀποκα‐ τάστασιν ἐν πόσαις ἡμέραις ποιεῖται ἡ σελήνη, μεριοῦμεν τὸ τῶν ἡμερῶν πλῆθος εἰς τὸ τῶν ἀποκαταστάσεων πλῆ‐</w:t>
      </w:r>
    </w:p>
    <w:p>
      <w:r>
        <w:rPr>
          <w:rFonts w:ascii="Courier New" w:hAnsi="Courier New"/>
          <w:color w:val="555555"/>
          <w:sz w:val="20"/>
        </w:rPr>
        <w:t>[5]</w:t>
      </w:r>
    </w:p>
    <w:p>
      <w:r>
        <w:rPr>
          <w:rFonts w:ascii="Gentium Plus" w:hAnsi="Gentium Plus"/>
          <w:sz w:val="24"/>
        </w:rPr>
        <w:t>θος. Γίνονται δὲ ἡμέραι τῆς ἀποκαταστάσεως κζ λγʹ κʹʹ. Ἐν ἄρα ἡμέραις τοσαύταις ἡ σελήνη ἀπὸ τῆς ἐλαχίστης κινήσεως ἐπὶ τὴν ἐλαχίστην παραγίνεται.</w:t>
      </w:r>
    </w:p>
    <w:p>
      <w:r>
        <w:rPr>
          <w:rFonts w:ascii="Courier New" w:hAnsi="Courier New"/>
          <w:color w:val="555555"/>
          <w:sz w:val="20"/>
        </w:rPr>
        <w:t>[18 . 11]</w:t>
      </w:r>
    </w:p>
    <w:p>
      <w:r>
        <w:rPr>
          <w:rFonts w:ascii="Gentium Plus" w:hAnsi="Gentium Plus"/>
          <w:sz w:val="24"/>
        </w:rPr>
        <w:t>Καὶ ἐπεὶ ἐν πάσῃ ἀποκαταστάσει δ εἰσι χρόνοι ἴσοι, ἔλαβον τὸ δον μέρος τῶν ἡμερῶν κζ λγʹ κʹʹ· καὶ γίνονται ἡμέραι ϛ νγʹ κʹʹ. Ἐν ἄρα τοσαύταις ἡμέραις ἡ σελήνη ἀπὸ τῆς ἐλαχίστης κινήσεως ἐπὶ τὴν μέσην</w:t>
      </w:r>
    </w:p>
    <w:p>
      <w:r>
        <w:rPr>
          <w:rFonts w:ascii="Courier New" w:hAnsi="Courier New"/>
          <w:color w:val="555555"/>
          <w:sz w:val="20"/>
        </w:rPr>
        <w:t>[5]</w:t>
      </w:r>
    </w:p>
    <w:p>
      <w:r>
        <w:rPr>
          <w:rFonts w:ascii="Gentium Plus" w:hAnsi="Gentium Plus"/>
          <w:sz w:val="24"/>
        </w:rPr>
        <w:t>παραγίνεται, καὶ ἀπὸ τῆς μέσης ἐπὶ τὴν μεγίστην, καὶ πάλιν ὁμοίως ἀπὸ τῆς μεγίστης ἐπὶ τὴν μέσην, καὶ ἀπὸ τῆς μέσης ἐπὶ τὴν ἐλαχίστην. Οἱ γὰρ δ χρόνοι οὗτοι ἴσοι εἰσὶν ἀλλήλοις.</w:t>
      </w:r>
    </w:p>
    <w:p>
      <w:r>
        <w:rPr>
          <w:rFonts w:ascii="Courier New" w:hAnsi="Courier New"/>
          <w:color w:val="555555"/>
          <w:sz w:val="20"/>
        </w:rPr>
        <w:t>[18 . 12]</w:t>
      </w:r>
    </w:p>
    <w:p>
      <w:r>
        <w:rPr>
          <w:rFonts w:ascii="Gentium Plus" w:hAnsi="Gentium Plus"/>
          <w:sz w:val="24"/>
        </w:rPr>
        <w:t>Καὶ ἔπειτα, ἐὰν ὦσι τρεῖς ἀριθμοὶ ἴσῳ ἀλλήλων ὑπερέχοντες, γίνονται οἱ ἄκροι συντεθέντες τοῦ μέσου διπλασίονες. Ἐν δὲ τῇ κινήσει τῆς σελήνης γ εἰσὶν ἀριθμοὶ ἴσῳ ἀλλήλων ὑπερέχοντες, ἥ τε ἐλαχίστη κίνησις καὶ ἡ</w:t>
      </w:r>
    </w:p>
    <w:p>
      <w:r>
        <w:rPr>
          <w:rFonts w:ascii="Courier New" w:hAnsi="Courier New"/>
          <w:color w:val="555555"/>
          <w:sz w:val="20"/>
        </w:rPr>
        <w:t>[5]</w:t>
      </w:r>
    </w:p>
    <w:p>
      <w:r>
        <w:rPr>
          <w:rFonts w:ascii="Gentium Plus" w:hAnsi="Gentium Plus"/>
          <w:sz w:val="24"/>
        </w:rPr>
        <w:t>μέση καὶ ἡ μεγίστη. Ἐὰν ἄρα τὴν μεγίστην καὶ τὴν ἐλα‐ χίστην συνθῶνεν, ἔσονται διπλασίονες τῆς μέσης κινή‐ σεως.</w:t>
      </w:r>
    </w:p>
    <w:p>
      <w:r>
        <w:rPr>
          <w:rFonts w:ascii="Courier New" w:hAnsi="Courier New"/>
          <w:color w:val="555555"/>
          <w:sz w:val="20"/>
        </w:rPr>
        <w:t>[18 . 13]</w:t>
      </w:r>
    </w:p>
    <w:p>
      <w:r>
        <w:rPr>
          <w:rFonts w:ascii="Gentium Plus" w:hAnsi="Gentium Plus"/>
          <w:sz w:val="24"/>
        </w:rPr>
        <w:t>Ἦν δὲ ἡ μέση κίνησις μοιρῶν ιγ ιʹ λεʹʹ· ἐπολλα‐ πλασίασαν ταῦτα δίς· γίνονται μοῖραι κϛ καʹ ιʹʹ. Ἡ ἄρα μεγίστη κίνησις τῆς σελήνης καὶ ἡ ἐλαχίστη ἐπ’ ἀκριβὲς συντεθεῖσαι γίνονται μοῖραι κϛ καʹ ιʹʹ.</w:t>
      </w:r>
    </w:p>
    <w:p>
      <w:r>
        <w:rPr>
          <w:rFonts w:ascii="Courier New" w:hAnsi="Courier New"/>
          <w:color w:val="555555"/>
          <w:sz w:val="20"/>
        </w:rPr>
        <w:t>[18 . 14]</w:t>
      </w:r>
    </w:p>
    <w:p>
      <w:r>
        <w:rPr>
          <w:rFonts w:ascii="Gentium Plus" w:hAnsi="Gentium Plus"/>
          <w:sz w:val="24"/>
        </w:rPr>
        <w:t>Ἀλλὰ αἱ κατὰ τὸ ὁλοσχερὲς ἐκ τηρήσεως εἰλημμέ‐</w:t>
      </w:r>
    </w:p>
    <w:p>
      <w:r>
        <w:rPr>
          <w:rFonts w:ascii="Courier New" w:hAnsi="Courier New"/>
          <w:color w:val="555555"/>
          <w:sz w:val="20"/>
        </w:rPr>
        <w:t>[18 . 15]</w:t>
      </w:r>
    </w:p>
    <w:p>
      <w:r>
        <w:rPr>
          <w:rFonts w:ascii="Gentium Plus" w:hAnsi="Gentium Plus"/>
          <w:sz w:val="24"/>
        </w:rPr>
        <w:t>Ταῦτα ἄρα δεῖ προσεπιμερίσαι τῇ τε ἐλαχίστῃ καὶ τῇ μεγίστῃ, ὅπως αἱ δύο συντεθεῖσαι κινήσεις ἀποτελέσωσι μοίρας κϛ καʹ ιʹʹ· προσθεῖναι δὲ δεῖ τὴν ἐπουσίαν οὕτως, ὥστε μήτε τὴν ἐλαχίστην μείζονα</w:t>
      </w:r>
    </w:p>
    <w:p>
      <w:r>
        <w:rPr>
          <w:rFonts w:ascii="Courier New" w:hAnsi="Courier New"/>
          <w:color w:val="555555"/>
          <w:sz w:val="20"/>
        </w:rPr>
        <w:t>[5]</w:t>
      </w:r>
    </w:p>
    <w:p>
      <w:r>
        <w:rPr>
          <w:rFonts w:ascii="Gentium Plus" w:hAnsi="Gentium Plus"/>
          <w:sz w:val="24"/>
        </w:rPr>
        <w:t>γίνεσθαι τῶν ιβ μοιρῶν, μήτε τὴν μεγίστην μείζονα μοι‐ ρῶν ιϛ.</w:t>
      </w:r>
    </w:p>
    <w:p>
      <w:r>
        <w:rPr>
          <w:rFonts w:ascii="Courier New" w:hAnsi="Courier New"/>
          <w:color w:val="555555"/>
          <w:sz w:val="20"/>
        </w:rPr>
        <w:t>[18 . 16]</w:t>
      </w:r>
    </w:p>
    <w:p>
      <w:r>
        <w:rPr>
          <w:rFonts w:ascii="Gentium Plus" w:hAnsi="Gentium Plus"/>
          <w:sz w:val="24"/>
        </w:rPr>
        <w:t>Ἐπιμεριοῦμεν δὲ οὕτως. Ἐπεὶ ἡ σελήνη ἐν ἡμέ‐ ραις ϛ νγʹ κʹʹ παραγίνεται ἀπὸ τῆς ἐλαχίστης κινήσεως ἐπὶ τὴν μέσην καὶ ἀπὸ τῆς μέσης ἐπὶ τὴν μεγίστην καὶ διὰ παντὸς τῇ ἴσῃ παραυξήσει καὶ μειώσει χρῆται, δεῖ</w:t>
      </w:r>
    </w:p>
    <w:p>
      <w:r>
        <w:rPr>
          <w:rFonts w:ascii="Courier New" w:hAnsi="Courier New"/>
          <w:color w:val="555555"/>
          <w:sz w:val="20"/>
        </w:rPr>
        <w:t>[5]</w:t>
      </w:r>
    </w:p>
    <w:p>
      <w:r>
        <w:rPr>
          <w:rFonts w:ascii="Gentium Plus" w:hAnsi="Gentium Plus"/>
          <w:sz w:val="24"/>
        </w:rPr>
        <w:t>εὑρεῖν ἀριθμόν,</w:t>
      </w:r>
    </w:p>
    <w:p>
      <w:r>
        <w:rPr>
          <w:rFonts w:ascii="Courier New" w:hAnsi="Courier New"/>
          <w:color w:val="555555"/>
          <w:sz w:val="20"/>
        </w:rPr>
        <w:t>[18 . 17]</w:t>
      </w:r>
    </w:p>
    <w:p>
      <w:r>
        <w:rPr>
          <w:rFonts w:ascii="Gentium Plus" w:hAnsi="Gentium Plus"/>
          <w:sz w:val="24"/>
        </w:rPr>
        <w:t>ὃς πολυπλασιάσας τὸ δον μέρος τοῦ ἀποκαταστατικοῦ χρόνου ἀποτελέσει τινὰ ἀριθμόν, ὃς προστεθεὶς μὲν τῇ μέσῃ κινήσει ποιήσει τινὰ ἀριθμὸν μείζονα μὲν ιε μοιρῶν, ἐλάττονα δὲ τῶν ιϛ, ἀφαιρεθεὶς δὲ</w:t>
      </w:r>
    </w:p>
    <w:p>
      <w:r>
        <w:rPr>
          <w:rFonts w:ascii="Courier New" w:hAnsi="Courier New"/>
          <w:color w:val="555555"/>
          <w:sz w:val="20"/>
        </w:rPr>
        <w:t>[5]</w:t>
      </w:r>
    </w:p>
    <w:p>
      <w:r>
        <w:rPr>
          <w:rFonts w:ascii="Gentium Plus" w:hAnsi="Gentium Plus"/>
          <w:sz w:val="24"/>
        </w:rPr>
        <w:t>ἀπὸ τῆς μέσης κινήσεως ἀπολείψει τινὰ ἀριθμὸν μείζονα μὲν τῶν ια μοιρῶν, ἐλάττονα δὲ τῶν ιβ· τὰ δὲ προστιθέμενα ταῖς ιε μοίραις καὶ ταῖς ια ἔσται ἐπὶ τὸ αὐτὸ καʹ ιʹʹ.</w:t>
      </w:r>
    </w:p>
    <w:p>
      <w:r>
        <w:rPr>
          <w:rFonts w:ascii="Courier New" w:hAnsi="Courier New"/>
          <w:color w:val="555555"/>
          <w:sz w:val="20"/>
        </w:rPr>
        <w:t>[18 . 18]</w:t>
      </w:r>
    </w:p>
    <w:p>
      <w:r>
        <w:rPr>
          <w:rFonts w:ascii="Gentium Plus" w:hAnsi="Gentium Plus"/>
          <w:sz w:val="24"/>
        </w:rPr>
        <w:t>Εὑρίσκεται δὲ τοῦτο ποιῶν ὁ τῶν ιη ἑξηκοστῶν πρώτων· ἐὰν γὰρ ταῦτα πολλαπλασιασθῇ ἐπὶ τὸ δον μέρος τῆς ἀποκαταστάσεως, ἐπὶ τὰς ἡμέρας ϛ νγʹ κʹʹ, ἀποτελοῦνται μοῖραι β δʹ· ταῦτα προσέθηκα τῇ μέσῃ</w:t>
      </w:r>
    </w:p>
    <w:p>
      <w:r>
        <w:rPr>
          <w:rFonts w:ascii="Courier New" w:hAnsi="Courier New"/>
          <w:color w:val="555555"/>
          <w:sz w:val="20"/>
        </w:rPr>
        <w:t>[5]</w:t>
      </w:r>
    </w:p>
    <w:p>
      <w:r>
        <w:rPr>
          <w:rFonts w:ascii="Gentium Plus" w:hAnsi="Gentium Plus"/>
          <w:sz w:val="24"/>
        </w:rPr>
        <w:t>κινήσει, τοῖς ιγ ιʹ λεʹʹ, καὶ γίνονται μοῖραι ιε ιδʹ λεʹʹ· καὶ ἀφεῖλον ἀπὸ τῆς μέσης κινήσεως τὰς μοίρας β δʹ, καὶ καταλείπονται μοῖραι ια ϛʹ λεʹʹ.</w:t>
      </w:r>
    </w:p>
    <w:p>
      <w:r>
        <w:rPr>
          <w:rFonts w:ascii="Courier New" w:hAnsi="Courier New"/>
          <w:color w:val="555555"/>
          <w:sz w:val="20"/>
        </w:rPr>
        <w:t>[18 . 19]</w:t>
      </w:r>
    </w:p>
    <w:p>
      <w:r>
        <w:rPr>
          <w:rFonts w:ascii="Gentium Plus" w:hAnsi="Gentium Plus"/>
          <w:sz w:val="24"/>
        </w:rPr>
        <w:t>Εὕρηται ἄρα ἡ μὲν ἐλαχίστη κίνησις τῆς σελήνης μοιρῶν ια ϛʹ λεʹʹ, ἡ δὲ μέση κίνησις μοιρῶν ιγ ιʹ λεʹʹ, ἡ δὲ μεγίστη κίνησις μοιρῶν ιε ιδʹ λεʹʹ, ἡ δὲ ἡμερησία παραύξη‐</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