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Γραμματικὸν Ἀπόσπασμα</w:t>
      </w:r>
      <w:r>
        <w:br/>
      </w:r>
      <w:r>
        <w:rPr>
          <w:i/>
          <w:color w:val="666666"/>
          <w:sz w:val="40"/>
        </w:rPr>
        <w:t>Grammatical 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Ἀνώνυμος γραμματικός</w:t>
      </w:r>
      <w:r>
        <w:br/>
      </w:r>
      <w:r>
        <w:rPr>
          <w:i/>
          <w:color w:val="666666"/>
          <w:sz w:val="28"/>
        </w:rPr>
        <w:t>by Greek Grammarian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[]...... []....εφη [ ἀναδιπλασιαζόμενα μὲν ἐὰν ἄρ]‐ [χωνται ἀπὸ ἑνὸς ἁπλοῦ συμφ]ώ̣νου, αὐξόμενα δ’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[ἐὰν ἀπὸ διπλοῦ, ὡς ἐζε]ύγ̣νυν, ὑπεσταλμένου [τοῦ τέθεικα καὶ δέ]δ̣ω̣κα. διὰ τί οὖν τοῦτο; τί&gt;‐ [θημι τέθεικα π]ο̣ι̣ε̣ῖ̣, οὐκέτι· τετίθεικα· οὐ&gt;‐ [δὲ δίδωμι ποιεῖ δε]δ̣ίδωκα· ἀλλά τινές φασιν [διὰ τὸν ἀναδιπλ]α̣σ̣ιασμὸν γενέσθαι τὰ τοι‐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[αῦτα, ὥσπερ ὁ Δως?]ίθ(εο)ς· εἰ τοῦτο ἦν ἀληθές, [ἵστηκα γ’ ἐποίει ἂν] τὸ ἴστημι· ἢ τὸ ἴπταμαι [Partial Letter] [ἵπταμαι. οὐδαμῇ δέ.] ἔ̣πταμαι γὰρ καὶ ἕστηκα· [Partial Letter] [ ±13 ].....δας̣.ν τὸ ϊ κατὰ τοῦ‐ [τον τὸν κανόνα ±22 ]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......[] θενατι.[] ..ϋ[...]......[ἐκ]‐ θήσω· τὰ ἀπ̣ὸ̣ ἑ̣ν̣ὸ̣ς̣ [τῶν ἁπλῶν συμφώνων ἀρχό]‐ μενα ἀναδιπλασ[ιάζεται, ἤτοι τοῦτο τὸ σύμ]‐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φωνον λαμβάνοντα [αὐτὸ εἰς τὸν διπλασιασ]‐ μὸν ἢ ἀντίστοιχον τ̣[οῦ δασέος τὸ ψιλὸν σύμ]‐ φωνον. παρακολουθεῖ [δ’ ἀεὶ τὸ ε, ὡς πεποίη]‐ κα · νενόηκα · δεδαπάνηκ̣[α · κεκάληκα · ἀλλὰ τε]‐ θήλακα · πεφίληκα · κεχει[ροτόνηκα . μεταλ]‐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λα̣χθῆ̣ν̣α̣[ι γὰρ δεῖ τὰ θφχ δι’ εὐφωνίαν ὡς ἐν ἰω]‐ νικῇ λέξει δυ[ ±21 ] νεται καὶ ενε[ ±8 ]υ[ ±13 ] ....[ ]..[ ]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