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Γραμματικὸν Ἀπόσπασμα</w:t>
      </w:r>
      <w:r>
        <w:br/>
      </w:r>
      <w:r>
        <w:rPr>
          <w:i/>
          <w:color w:val="666666"/>
          <w:sz w:val="40"/>
        </w:rPr>
        <w:t>Grammatical 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Ἀνώνυμος γραμματικός</w:t>
      </w:r>
      <w:r>
        <w:br/>
      </w:r>
      <w:r>
        <w:rPr>
          <w:i/>
          <w:color w:val="666666"/>
          <w:sz w:val="28"/>
        </w:rPr>
        <w:t>by Greek Grammarian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]....[ ] [ ]α̣ρς̣..κα[ ] [ ]νκαισι [ ]ξ, Ῥόδαξ·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]ξ̣, ἄρταξ· [ ]· παθ̣η[ ] 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[γέγονεν ἐξ ὀ]ν̣όμα[τος 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[Break in Text (point at which text breaks off for an unknown length)]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[]ν.[ ] [ ]υμνο̣ι̣[ ] [ παραδ?]όσε̣ι καιαν̣[ ] [ ] ἀκεστής [ 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πο]λιεύς, πρῶ‐ [τος καὶ ὕστατος, πά]νκαλος, αἴθ[ρι]‐ [ος καὶ αἰθέριος, ὑπέρτα]τος, νέατο[ς] [] ἄλκιμος, β‐ [φυής? ἀστρα]παῖος ιβμ‐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[όρφος ]· ουνος θαρ‐ [σαλέος?]...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[Break in Text (point at which text breaks off for an unknown length)] []..[ ] [περὶ] προθέ[σεως] [πρόθεσις δέ ἐστιν μέρος λ]όγου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[κατὰ μόνον σχηματισμὸν ἐκ]φερό‐ [μενον π]ροθέσε‐ [ως \|ων? προθέσει?]ς ἀνά, [κατά, διά, μετά, παρά, ἀντί, ἐπί, περί,] ἀμφί, [ἀπό, ὑπό, ὑπέρ, ἐν, εἰς, ἐξ, σύν, π]ρός, πρό.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[περὶ ἐπιρρή]μ̣ατος [ἐπίρρημα δέ ἐστιν λέξις π]ρο‐ [τακτικὴ καὶ ὑποτακτικ]ὴ̣ παν‐ [τὸς ῥήματος ἀκλίτως δ]η̣λοῦσ[α] [ποσότητα ἢ ποιότητα ἢ τ]ό̣πον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[ἢ χρόνον ἢ ἄρνησιν ἢ συ]γ̣κ̣ατά‐ [θεσιν ἢ ].τ̣α [ ἐ]π̣ί̣τασ̣[ιν] []... ἢ εὐχ̣[ὴν ἢ]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...[] ...[ἢ σύγ]‐ κρισ̣ι̣[ν ἢ] πο̣σ̣[ότητος μὲν οὖν ἐστιν δηλω]‐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⸏κις· ὀ̣[λιγάκις, πολλάκις. ποιότη]‐ τος δ[έ, καλῶς, σοφῶς, βοτρυδόν, ἀ]‐ γ̣εληδ̣[όν, πύξ, γνύξ, λάξ, ὀδάξ.] ταῦτα [δὲ καὶ μεσότητος καλεῖται.] τόπο[υ δέ, ἐνταῦθα, χαμαί, ἔξω.]</w:t>
      </w:r>
    </w:p>
    <w:p>
      <w:r>
        <w:rPr>
          <w:rFonts w:ascii="Courier New" w:hAnsi="Courier New"/>
          <w:color w:val="555555"/>
          <w:sz w:val="20"/>
        </w:rPr>
        <w:t>[(50)]</w:t>
      </w:r>
    </w:p>
    <w:p>
      <w:r>
        <w:rPr>
          <w:rFonts w:ascii="Gentium Plus" w:hAnsi="Gentium Plus"/>
          <w:sz w:val="24"/>
        </w:rPr>
        <w:t>⸏χρόνο[υ δέ, νῦν, ἐχθές, αὔριον.] ⸏ἀρνή[σεως δέ, οὐ, οὐχί. συγκατα]‐ θέσε[ως δέ, ναί, ναίχι. ἀπαγορεύ?]‐ σεως δ[έ,] .ε.[]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⸏...[]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