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Ἠθικὸν Ποίημα Τριάκοντα</w:t>
      </w:r>
      <w:r>
        <w:br/>
      </w:r>
      <w:r>
        <w:rPr>
          <w:i/>
          <w:color w:val="666666"/>
          <w:sz w:val="40"/>
        </w:rPr>
        <w:t>Moral Poem Thirty</w:t>
      </w:r>
    </w:p>
    <w:p>
      <w:pPr>
        <w:jc w:val="center"/>
      </w:pPr>
      <w:r>
        <w:rPr>
          <w:rFonts w:ascii="Times New Roman" w:hAnsi="Times New Roman"/>
          <w:color w:val="1E3A70"/>
          <w:sz w:val="32"/>
        </w:rPr>
        <w:t>Γρηγόριος ὁ Ναζιανζηνός</w:t>
      </w:r>
      <w:r>
        <w:br/>
      </w:r>
      <w:r>
        <w:rPr>
          <w:i/>
          <w:color w:val="666666"/>
          <w:sz w:val="28"/>
        </w:rPr>
        <w:t>by Gregory Nazianzus</w:t>
      </w:r>
    </w:p>
    <w:p/>
    <w:p>
      <w:r>
        <w:rPr>
          <w:rFonts w:ascii="Courier New" w:hAnsi="Courier New"/>
          <w:color w:val="555555"/>
          <w:sz w:val="20"/>
        </w:rPr>
        <w:t>[521 (5t)]</w:t>
      </w:r>
    </w:p>
    <w:p>
      <w:pPr>
        <w:jc w:val="center"/>
      </w:pPr>
      <w:r>
        <w:rPr>
          <w:rFonts w:ascii="Gentium Plus" w:hAnsi="Gentium Plus"/>
          <w:b/>
          <w:sz w:val="24"/>
        </w:rPr>
        <w:t>ΤΟΜΗ Βʹ. ΕΠΗ ΗΘΙΚΑ.</w:t>
      </w:r>
    </w:p>
    <w:p>
      <w:r>
        <w:rPr>
          <w:rFonts w:ascii="Courier New" w:hAnsi="Courier New"/>
          <w:color w:val="555555"/>
          <w:sz w:val="20"/>
        </w:rPr>
        <w:t>[7t]</w:t>
      </w:r>
    </w:p>
    <w:p>
      <w:pPr>
        <w:jc w:val="center"/>
      </w:pPr>
      <w:r>
        <w:rPr>
          <w:rFonts w:ascii="Gentium Plus" w:hAnsi="Gentium Plus"/>
          <w:b/>
          <w:sz w:val="24"/>
        </w:rPr>
        <w:t>Αʹ. Παρθενίης ἔπαινος.</w:t>
      </w:r>
    </w:p>
    <w:p>
      <w:r>
        <w:rPr>
          <w:rFonts w:ascii="Courier New" w:hAnsi="Courier New"/>
          <w:color w:val="555555"/>
          <w:sz w:val="20"/>
        </w:rPr>
        <w:t>[8]</w:t>
      </w:r>
    </w:p>
    <w:p>
      <w:r>
        <w:rPr>
          <w:rFonts w:ascii="Gentium Plus" w:hAnsi="Gentium Plus"/>
          <w:sz w:val="24"/>
        </w:rPr>
        <w:t>Παρθενίην στεφάνοις ἀναδήσομεν ἡμετέροισιν, Ἐκ καθαρῆς κραδίης καθαροῖς μέλποντες ἐν ὕμνοις.</w:t>
      </w:r>
    </w:p>
    <w:p>
      <w:r>
        <w:rPr>
          <w:rFonts w:ascii="Courier New" w:hAnsi="Courier New"/>
          <w:color w:val="555555"/>
          <w:sz w:val="20"/>
        </w:rPr>
        <w:t>[10]</w:t>
      </w:r>
    </w:p>
    <w:p>
      <w:r>
        <w:rPr>
          <w:rFonts w:ascii="Gentium Plus" w:hAnsi="Gentium Plus"/>
          <w:sz w:val="24"/>
        </w:rPr>
        <w:t>Τοῦτο γὰρ ἡμετέροιο βίου ξεινήϊον ἐσθλὸν,</w:t>
      </w:r>
    </w:p>
    <w:p>
      <w:r>
        <w:rPr>
          <w:rFonts w:ascii="Courier New" w:hAnsi="Courier New"/>
          <w:color w:val="555555"/>
          <w:sz w:val="20"/>
        </w:rPr>
        <w:t>[522 (6)]</w:t>
      </w:r>
    </w:p>
    <w:p>
      <w:r>
        <w:rPr>
          <w:rFonts w:ascii="Gentium Plus" w:hAnsi="Gentium Plus"/>
          <w:sz w:val="24"/>
        </w:rPr>
        <w:t>Χρυσοῦ τ’ ἠλέκτρου τε φαάντερον, ἠδ’ ἐλέφαντος, Οἷς ζωὴν χθονίην χαμάδις βάλε παρθένος οἶστρος, Πρὸς Θεὸν ὑψιμέδοντα νόου πτερὸν ἔνθεν ἀείρων. Ἀρχομένου δ’ ὕμνοιο συνιαίνοισθε μὲν ἁγνοί·</w:t>
      </w:r>
    </w:p>
    <w:p>
      <w:r>
        <w:rPr>
          <w:rFonts w:ascii="Courier New" w:hAnsi="Courier New"/>
          <w:color w:val="555555"/>
          <w:sz w:val="20"/>
        </w:rPr>
        <w:t>[10]</w:t>
      </w:r>
    </w:p>
    <w:p>
      <w:r>
        <w:rPr>
          <w:rFonts w:ascii="Gentium Plus" w:hAnsi="Gentium Plus"/>
          <w:sz w:val="24"/>
        </w:rPr>
        <w:t>Ξυνὸν γὰρ πάντεσσιν ὕμνος γέρας εὐαγέεσσιν.</w:t>
      </w:r>
    </w:p>
    <w:p>
      <w:r>
        <w:rPr>
          <w:rFonts w:ascii="Courier New" w:hAnsi="Courier New"/>
          <w:color w:val="555555"/>
          <w:sz w:val="20"/>
        </w:rPr>
        <w:t>[523]</w:t>
      </w:r>
    </w:p>
    <w:p>
      <w:r>
        <w:rPr>
          <w:rFonts w:ascii="Gentium Plus" w:hAnsi="Gentium Plus"/>
          <w:sz w:val="24"/>
        </w:rPr>
        <w:t>Οἱ φθονεροὶ δὲ θύρῃσιν ἐπιφράσσοισθε ἀκουάς· Εἰ δέ τις ἀμπετάσειεν, ἁγνίζοιτο φρένα μύθῳ. Παρθενίη, μέγα χαῖρε, θεόσδοτε, δῶτερ ἐάων, Μῆτερ ἀπημοσύνης, Χριστοῦ λάχος, οὐρανίοισι</w:t>
      </w:r>
    </w:p>
    <w:p>
      <w:r>
        <w:rPr>
          <w:rFonts w:ascii="Courier New" w:hAnsi="Courier New"/>
          <w:color w:val="555555"/>
          <w:sz w:val="20"/>
        </w:rPr>
        <w:t>[5]</w:t>
      </w:r>
    </w:p>
    <w:p>
      <w:r>
        <w:rPr>
          <w:rFonts w:ascii="Gentium Plus" w:hAnsi="Gentium Plus"/>
          <w:sz w:val="24"/>
        </w:rPr>
        <w:t>Κάλλεσιν ἀζυγέεσσιν ὁμόζυγε· ἀζυγέες γὰρ, Πρῶτα Θεὸς, μετέπειτα Θεοῦ χορὸς αἰὲν ἐόντος. Ἤτοι ὁ μὲν πηγὴ φαέων, φάος οὔτ’ ὀνομαστὸν, Οὔθ’ ἑλετὸν, φεῦγόν τε νόου τάχος ἐγγὺς ἰόντος, Αἰὲν ὑπεκπροθέον πάντων φρένας, ὥς κε πόθοισιν</w:t>
      </w:r>
    </w:p>
    <w:p>
      <w:r>
        <w:rPr>
          <w:rFonts w:ascii="Courier New" w:hAnsi="Courier New"/>
          <w:color w:val="555555"/>
          <w:sz w:val="20"/>
        </w:rPr>
        <w:t>[10]</w:t>
      </w:r>
    </w:p>
    <w:p>
      <w:r>
        <w:rPr>
          <w:rFonts w:ascii="Gentium Plus" w:hAnsi="Gentium Plus"/>
          <w:sz w:val="24"/>
        </w:rPr>
        <w:t>Ἑλκώμεσθα πρὸς ὕψος ἀεὶ νέον· οἱ δέ τε φῶτα Δεύτερα ἐκ Τριάδος βασιλήϊον εὖχος ἐχούσης. Πρώτη παρθένος ἐστὶν ἁγνὴ Τριάς. Ἐκ μὲν ἀνάρχου Πατρὸς Υἱὸς ἄναξ, οὔτ’ ἔκτοθεν ὁρμηθέντος</w:t>
      </w:r>
    </w:p>
    <w:p>
      <w:r>
        <w:rPr>
          <w:rFonts w:ascii="Courier New" w:hAnsi="Courier New"/>
          <w:color w:val="555555"/>
          <w:sz w:val="20"/>
        </w:rPr>
        <w:t>[524]</w:t>
      </w:r>
    </w:p>
    <w:p>
      <w:r>
        <w:rPr>
          <w:rFonts w:ascii="Gentium Plus" w:hAnsi="Gentium Plus"/>
          <w:sz w:val="24"/>
        </w:rPr>
        <w:t>(Αὐτὸς γὰρ πάντεσσιν ὁδὸς καὶ ῥίζα καὶ ἀρχὴ), Οὔτε πάϊν θνητοῖσιν ὁμοίϊα γειναμένοιο, Ἀλλ’ ὡς ἐκ σέλαος σέλας ἔρχεται. Ἐκ δ’ ἄρα Παιδὸς, Οὐκέτι παῖς ἀγαπητὸς ὁμοίϊον εὖχος ἐφέλκων·</w:t>
      </w:r>
    </w:p>
    <w:p>
      <w:r>
        <w:rPr>
          <w:rFonts w:ascii="Courier New" w:hAnsi="Courier New"/>
          <w:color w:val="555555"/>
          <w:sz w:val="20"/>
        </w:rPr>
        <w:t>[5]</w:t>
      </w:r>
    </w:p>
    <w:p>
      <w:r>
        <w:rPr>
          <w:rFonts w:ascii="Gentium Plus" w:hAnsi="Gentium Plus"/>
          <w:sz w:val="24"/>
        </w:rPr>
        <w:t>Ὥς κεν ὁ μὲν μίμνῃ γενέτης ὅλος, αὐτὰρ ὅγ’ Υἱὸς Οἶον καὶ μούνοιο μονώτατος· εἰς ἓν ἰόντε Πνεύματι σὺν μεγάλῳ, τό ῥα πατρόθεν εἶσιν ὁμοῖον, Εἷς Θεὸς ἐν τρισσοῖσιν ἀνοιγόμενος φαέεσσι. Τοίη μὲν Τριάδος καθαρὴ φύσις. Ἐκ δ’ ἄρα κείνης,</w:t>
      </w:r>
    </w:p>
    <w:p>
      <w:r>
        <w:rPr>
          <w:rFonts w:ascii="Courier New" w:hAnsi="Courier New"/>
          <w:color w:val="555555"/>
          <w:sz w:val="20"/>
        </w:rPr>
        <w:t>[10]</w:t>
      </w:r>
    </w:p>
    <w:p>
      <w:r>
        <w:rPr>
          <w:rFonts w:ascii="Gentium Plus" w:hAnsi="Gentium Plus"/>
          <w:sz w:val="24"/>
        </w:rPr>
        <w:t>Ἄγγελοι αἰγλήεντες, ἀειδέες, οἵ ῥα θόωκον Ἀμφὶ μέγαν βεβαῶτες, ἐπεὶ νόες εἰσὶν ἐλαφροὶ, Πῦρ καὶ πνεύματα θεῖα δι’ ἠέρος ὦκα θέοντες,</w:t>
      </w:r>
    </w:p>
    <w:p>
      <w:r>
        <w:rPr>
          <w:rFonts w:ascii="Courier New" w:hAnsi="Courier New"/>
          <w:color w:val="555555"/>
          <w:sz w:val="20"/>
        </w:rPr>
        <w:t>[525]</w:t>
      </w:r>
    </w:p>
    <w:p>
      <w:r>
        <w:rPr>
          <w:rFonts w:ascii="Gentium Plus" w:hAnsi="Gentium Plus"/>
          <w:sz w:val="24"/>
        </w:rPr>
        <w:t>Τοῖσι μὲν οὔτε γάμος, οὔτ’ ἄλγεα, οὐ μελεδῶναι, Οὐ παθέων κλόνος αἰνὸς ἀτάσθαλος· οὐ μελέεσσι Σχίζοντ’, οὐδὲ δόμοισιν· ὁμόφρονες ἀλλήλοισιν, Αὑτῷ τ’ αὐτὸς ἕκαστος. Ἴη φύσις, ἕν τε νόημα,</w:t>
      </w:r>
    </w:p>
    <w:p>
      <w:r>
        <w:rPr>
          <w:rFonts w:ascii="Courier New" w:hAnsi="Courier New"/>
          <w:color w:val="555555"/>
          <w:sz w:val="20"/>
        </w:rPr>
        <w:t>[5]</w:t>
      </w:r>
    </w:p>
    <w:p>
      <w:r>
        <w:rPr>
          <w:rFonts w:ascii="Gentium Plus" w:hAnsi="Gentium Plus"/>
          <w:sz w:val="24"/>
        </w:rPr>
        <w:t>Εἷς πόθος ἀμφὶ ἄνακτα Θεὸν μέγαν. Οὐδέ τι παισὶ Τέρποντ’, οὔτ’ ἀλόχοισι, γλυκὺν πόνον ἀμφιέποντες· Οὐ πλοῦτος κείνοισιν ἐράσμιος, οὐδ’ ὅσα θνητοῖς Γαῖα φέρει κακίης μελεδήματα. Οὐκ ἀρόουσιν, Οὐ πελάγη πλώουσιν ἀτειρέος εἵνεκα γαστρὸς,</w:t>
      </w:r>
    </w:p>
    <w:p>
      <w:r>
        <w:rPr>
          <w:rFonts w:ascii="Courier New" w:hAnsi="Courier New"/>
          <w:color w:val="555555"/>
          <w:sz w:val="20"/>
        </w:rPr>
        <w:t>[10]</w:t>
      </w:r>
    </w:p>
    <w:p>
      <w:r>
        <w:rPr>
          <w:rFonts w:ascii="Gentium Plus" w:hAnsi="Gentium Plus"/>
          <w:sz w:val="24"/>
        </w:rPr>
        <w:t>Γαστέρος ἀρχεκάκοιο· τροφὴ μία πᾶσιν ἀρίστη Δαίνυσθαι μεγάλοιο Θεοῦ λόγον, ἠδὲ φαεινῆς Ἕλκειν ἐκ Τριάδος σέλας ἄπλετον. Οἰόβιοι δὲ Ζώουσιν καθαροῖο Θεοῦ καθαροὶ θεράποντες,</w:t>
      </w:r>
    </w:p>
    <w:p>
      <w:r>
        <w:rPr>
          <w:rFonts w:ascii="Courier New" w:hAnsi="Courier New"/>
          <w:color w:val="555555"/>
          <w:sz w:val="20"/>
        </w:rPr>
        <w:t>[526]</w:t>
      </w:r>
    </w:p>
    <w:p>
      <w:r>
        <w:rPr>
          <w:rFonts w:ascii="Gentium Plus" w:hAnsi="Gentium Plus"/>
          <w:sz w:val="24"/>
        </w:rPr>
        <w:t>Ἁπλοῖ τε, νοεροί τε, διαυγέες, οὔτ’ ἀπὸ σαρκῶν Ἀρχόμενοι (σάρκες γὰρ ἐπεὶ πάγεν, αὖθις ὀλοῦνται), Οὔτ’ ἐπὶ σάρκας ἰόντες, ὅπερ δ’ ἐγένοντο, μένοντες. Τοῖς μέτα παρθενίη θεοείκελος, οἶμος ἑτοίμη</w:t>
      </w:r>
    </w:p>
    <w:p>
      <w:r>
        <w:rPr>
          <w:rFonts w:ascii="Courier New" w:hAnsi="Courier New"/>
          <w:color w:val="555555"/>
          <w:sz w:val="20"/>
        </w:rPr>
        <w:t>[5]</w:t>
      </w:r>
    </w:p>
    <w:p>
      <w:r>
        <w:rPr>
          <w:rFonts w:ascii="Gentium Plus" w:hAnsi="Gentium Plus"/>
          <w:sz w:val="24"/>
        </w:rPr>
        <w:t>Πρὸς Θεὸν, ἑσπομένη τε νοήμασιν Ἀθανάτοιο Νωμῶντος μεγάλοιο σοφῶς οἰήϊα κόσμου· Ἐν δὲ καὶ οὐρανίδην, χθόνιον, μεγαλήνορα, θνητὸν, Ἀνθρώπων μογερῶν ἱερὸν γένος, εὖχος Ἄνακτος. Εἰ δ’ ἄγε νῦν ἐρέω μυστήρια κεδνὰ Θεοῖο,</w:t>
      </w:r>
    </w:p>
    <w:p>
      <w:r>
        <w:rPr>
          <w:rFonts w:ascii="Courier New" w:hAnsi="Courier New"/>
          <w:color w:val="555555"/>
          <w:sz w:val="20"/>
        </w:rPr>
        <w:t>[10]</w:t>
      </w:r>
    </w:p>
    <w:p>
      <w:r>
        <w:rPr>
          <w:rFonts w:ascii="Gentium Plus" w:hAnsi="Gentium Plus"/>
          <w:sz w:val="24"/>
        </w:rPr>
        <w:t>Παρθενίη τε χρόνοισιν ὅπως πυμάτοισιν ἔλαμψεν. Ἦν ποτ’ ἔην, ὅτε πάντα κελαινὴ νὺξ ἐκάλυπτεν. Οὐδ’ ἄρ’ ἔην ἠοῦς ἐρατὸν φάος· οὐδὲ κέλευθον Ἠέλιος πυρόεσσαν ἐπέσσυτο ἀντολίηθεν.</w:t>
      </w:r>
    </w:p>
    <w:p>
      <w:r>
        <w:rPr>
          <w:rFonts w:ascii="Courier New" w:hAnsi="Courier New"/>
          <w:color w:val="555555"/>
          <w:sz w:val="20"/>
        </w:rPr>
        <w:t>[527]</w:t>
      </w:r>
    </w:p>
    <w:p>
      <w:r>
        <w:rPr>
          <w:rFonts w:ascii="Gentium Plus" w:hAnsi="Gentium Plus"/>
          <w:sz w:val="24"/>
        </w:rPr>
        <w:t>Πάντα δ’ ἅμ’ ἀλλήλοισι φορούμενα, μὰψ ἀλάλητο Πρωτογόνου χάεος ζοφεροῖς δεδμημένα δεσμοῖς. Ἀλλὰ σὺ, Χριστὲ μάκαρ, Πατρὸς μεγάλου φραδίῃσι Πειθόμενος τὰ ἕκαστα διέκρινας εὖ κατὰ κόσμον.</w:t>
      </w:r>
    </w:p>
    <w:p>
      <w:r>
        <w:rPr>
          <w:rFonts w:ascii="Courier New" w:hAnsi="Courier New"/>
          <w:color w:val="555555"/>
          <w:sz w:val="20"/>
        </w:rPr>
        <w:t>[5]</w:t>
      </w:r>
    </w:p>
    <w:p>
      <w:r>
        <w:rPr>
          <w:rFonts w:ascii="Gentium Plus" w:hAnsi="Gentium Plus"/>
          <w:sz w:val="24"/>
        </w:rPr>
        <w:t>Ἤτοι μὲν πρώτιστα φάος γένεθ’, ὥς κεν ἅπαντα Ἔργα πέλοι χαρίεντα φάους πλέα. Αὐτὰρ ἔπειτα Οὐρανὸν ἀστερόεντα κυκλώσαο, θαῦμα μέγιστον, Ἠελίῳ μήνῃ τε διαυγέα. Τοῖσιν ἔειπας, Τῷ μὲν ἄρ’ ἠριγένειαν ἐπ’ ἀνθρώποισι φαείνειν</w:t>
      </w:r>
    </w:p>
    <w:p>
      <w:r>
        <w:rPr>
          <w:rFonts w:ascii="Courier New" w:hAnsi="Courier New"/>
          <w:color w:val="555555"/>
          <w:sz w:val="20"/>
        </w:rPr>
        <w:t>[10]</w:t>
      </w:r>
    </w:p>
    <w:p>
      <w:r>
        <w:rPr>
          <w:rFonts w:ascii="Gentium Plus" w:hAnsi="Gentium Plus"/>
          <w:sz w:val="24"/>
        </w:rPr>
        <w:t>Φωτὸς ἀπειρεσίοιο ῥοαῖς, καὶ ὥρας ἑλίσσειν· Τῇ δὲ κνέφας σελάειν, καὶ δεύτερον ἦμαρ ὀπάζειν. Τῷ δ’ ὑπὸ γαῖαν ἔθηκας ἐμὸν ἕδος, ἐν δὲ θάλασσαν Γαίης ἀγκαλίδεσσιν ἔδησας, γῆν δὲ θαλάσσῃ Ὠκεανοῦ κόλποισι περίῤῥυτον. Ὣς δὲ τὰ πάντα</w:t>
      </w:r>
    </w:p>
    <w:p>
      <w:r>
        <w:rPr>
          <w:rFonts w:ascii="Courier New" w:hAnsi="Courier New"/>
          <w:color w:val="555555"/>
          <w:sz w:val="20"/>
        </w:rPr>
        <w:t>[528]</w:t>
      </w:r>
    </w:p>
    <w:p>
      <w:r>
        <w:rPr>
          <w:rFonts w:ascii="Gentium Plus" w:hAnsi="Gentium Plus"/>
          <w:sz w:val="24"/>
        </w:rPr>
        <w:t>Κόσμος ἔην, γαίη τε, καὶ οὐρανὸς, ἠδὲ θάλασσα, Οὐρανὸς οὐρανίοισιν ἀγαλλόμενος φαέεσσι, Πόντος δὲ πλωτοῖς, πεζοῖς δέ τε γαῖα πελώρη. Ἀθρήσας τότ’ ἔπειτα καὶ ἄρμενα πάντα νοήσας,</w:t>
      </w:r>
    </w:p>
    <w:p>
      <w:r>
        <w:rPr>
          <w:rFonts w:ascii="Courier New" w:hAnsi="Courier New"/>
          <w:color w:val="555555"/>
          <w:sz w:val="20"/>
        </w:rPr>
        <w:t>[5]</w:t>
      </w:r>
    </w:p>
    <w:p>
      <w:r>
        <w:rPr>
          <w:rFonts w:ascii="Gentium Plus" w:hAnsi="Gentium Plus"/>
          <w:sz w:val="24"/>
        </w:rPr>
        <w:t>Τέρπετο Παιδὸς ἄνακτος ὁμοφρονέουσιν ἐπ’ ἔργοις. Δίζετο καὶ σοφίης ἐπιΐστορα μητρὸς ἁπάντων, Καὶ χθονίων βασιλῆα θεουδέα, καὶ τόδ’ ἔειπεν· Ἤδη μὲν καθαροὶ καὶ ἀείζωοι θεράποντες Οὐρανὸν εὐρὺν ἔχουσιν, ἁγνοὶ νόες, ἄγγελοι ἐσθλοὶ,</w:t>
      </w:r>
    </w:p>
    <w:p>
      <w:r>
        <w:rPr>
          <w:rFonts w:ascii="Courier New" w:hAnsi="Courier New"/>
          <w:color w:val="555555"/>
          <w:sz w:val="20"/>
        </w:rPr>
        <w:t>[10]</w:t>
      </w:r>
    </w:p>
    <w:p>
      <w:r>
        <w:rPr>
          <w:rFonts w:ascii="Gentium Plus" w:hAnsi="Gentium Plus"/>
          <w:sz w:val="24"/>
        </w:rPr>
        <w:t>Ὑμνοπόλοι, μέλποντες ἐμὸν κλέος οὔποτε λῆγον· Γαῖα δ’ ἔτι ζώοισιν ἀγάλλεται ἀφραδέουσι. Μικτὸν ἔτ’ ἀμφοτέρωθεν ἐμοὶ γένος εὔαδε πῆξαι</w:t>
      </w:r>
    </w:p>
    <w:p>
      <w:r>
        <w:rPr>
          <w:rFonts w:ascii="Courier New" w:hAnsi="Courier New"/>
          <w:color w:val="555555"/>
          <w:sz w:val="20"/>
        </w:rPr>
        <w:t>[529]</w:t>
      </w:r>
    </w:p>
    <w:p>
      <w:r>
        <w:rPr>
          <w:rFonts w:ascii="Gentium Plus" w:hAnsi="Gentium Plus"/>
          <w:sz w:val="24"/>
        </w:rPr>
        <w:t>Τερπόμενόν τ’ ἔργοισιν ἐμοῖς, καὶ ἐχέφρονα μύστην Οὐρανίων, χθονίων τε μέγα κράτος, ἄγγελον ἄλλον Ἐκ χθονὸς, ὑμνητῆρά τ’ ἐμῶν μενέων τε νόου τε. Ὣς ἄρ’ ἔφη, καὶ μοῖραν ἑλὼν νεοπηγέος αἴης,</w:t>
      </w:r>
    </w:p>
    <w:p>
      <w:r>
        <w:rPr>
          <w:rFonts w:ascii="Courier New" w:hAnsi="Courier New"/>
          <w:color w:val="555555"/>
          <w:sz w:val="20"/>
        </w:rPr>
        <w:t>[5]</w:t>
      </w:r>
    </w:p>
    <w:p>
      <w:r>
        <w:rPr>
          <w:rFonts w:ascii="Gentium Plus" w:hAnsi="Gentium Plus"/>
          <w:sz w:val="24"/>
        </w:rPr>
        <w:t>Χείρεσιν ἀθανάτῃσιν ἐμὴν ἐστήσατο μορφήν. Τῇ δ’ ἄρ’ ἑῆς ζωῆς μοιρήσατο· ἐν γὰρ ἕηκε Πνεῦμα, τὸ δὴ θεότητος ἀειδέος ἐστὶν ἀποῤῥώξ. Ἐκ δὲ χοὸς πνοιῆς τε βροτὸς γένετ’, ἀθανάτοιο Εἰκών· ἡ γὰρ ἄνασσα νόου φύσις ἀμφοτέροισι.</w:t>
      </w:r>
    </w:p>
    <w:p>
      <w:r>
        <w:rPr>
          <w:rFonts w:ascii="Courier New" w:hAnsi="Courier New"/>
          <w:color w:val="555555"/>
          <w:sz w:val="20"/>
        </w:rPr>
        <w:t>[10]</w:t>
      </w:r>
    </w:p>
    <w:p>
      <w:r>
        <w:rPr>
          <w:rFonts w:ascii="Gentium Plus" w:hAnsi="Gentium Plus"/>
          <w:sz w:val="24"/>
        </w:rPr>
        <w:t>Τοὔνεκα καὶ βίοτον τὸν μὲν στέργω διὰ γαῖαν, Τοῦ δ’ ἔρον ἐν στήθεσσιν ἔχω θείην διὰ μοῖραν.</w:t>
      </w:r>
    </w:p>
    <w:p>
      <w:r>
        <w:rPr>
          <w:rFonts w:ascii="Courier New" w:hAnsi="Courier New"/>
          <w:color w:val="555555"/>
          <w:sz w:val="20"/>
        </w:rPr>
        <w:t>[530]</w:t>
      </w:r>
    </w:p>
    <w:p>
      <w:r>
        <w:rPr>
          <w:rFonts w:ascii="Gentium Plus" w:hAnsi="Gentium Plus"/>
          <w:sz w:val="24"/>
        </w:rPr>
        <w:t>Αὐτὰρ ἐπεὶ θεῖον μὲν ἐπὶ χθονὶ πλάσμα φαάνθη, Καὶ χθονὸς, ἐν γυάλοισιν ἀειθαλέος παραδείσου, Τῷ δ’ οὔπω τις ἀρωγὸς ὁμοίϊος ἔσκε βίοιο, Δὴ τότε μητιέταο Λόγου τόδε θαῦμα μέγιστον·</w:t>
      </w:r>
    </w:p>
    <w:p>
      <w:r>
        <w:rPr>
          <w:rFonts w:ascii="Courier New" w:hAnsi="Courier New"/>
          <w:color w:val="555555"/>
          <w:sz w:val="20"/>
        </w:rPr>
        <w:t>[5]</w:t>
      </w:r>
    </w:p>
    <w:p>
      <w:r>
        <w:rPr>
          <w:rFonts w:ascii="Gentium Plus" w:hAnsi="Gentium Plus"/>
          <w:sz w:val="24"/>
        </w:rPr>
        <w:t>Τὸν βροτὸν, ὅνπερ ἔτευξεν ἑοῦ θηήτορα κόσμου, Ῥίζαν ἐμὴν, καὶ σπέρμα πολυσχιδέος βιότοιο, Ἄνδιχα μοιρήσας μεγάλῃ ζωαρκέϊ χειρὶ, Πλευρὴν ἐκ λαγόνων μούνην ἕλε, τήν ῥα γυναῖκα Δειμάμενος, καὶ φίλτρον ἐνὶ στέρνοισι κεράσσας,</w:t>
      </w:r>
    </w:p>
    <w:p>
      <w:r>
        <w:rPr>
          <w:rFonts w:ascii="Courier New" w:hAnsi="Courier New"/>
          <w:color w:val="555555"/>
          <w:sz w:val="20"/>
        </w:rPr>
        <w:t>[10]</w:t>
      </w:r>
    </w:p>
    <w:p>
      <w:r>
        <w:rPr>
          <w:rFonts w:ascii="Gentium Plus" w:hAnsi="Gentium Plus"/>
          <w:sz w:val="24"/>
        </w:rPr>
        <w:t>Ἀμφοτέροις ἐφέηκεν ἐπ’ ἀλλήλοισι φέρεσθαι· Οὐ πᾶς’ οὐδ’ ἐπὶ πάντας, ὅρον δ’ ἐπέθηκε πόθοισιν,</w:t>
      </w:r>
    </w:p>
    <w:p>
      <w:r>
        <w:rPr>
          <w:rFonts w:ascii="Courier New" w:hAnsi="Courier New"/>
          <w:color w:val="555555"/>
          <w:sz w:val="20"/>
        </w:rPr>
        <w:t>[531]</w:t>
      </w:r>
    </w:p>
    <w:p>
      <w:r>
        <w:rPr>
          <w:rFonts w:ascii="Gentium Plus" w:hAnsi="Gentium Plus"/>
          <w:sz w:val="24"/>
        </w:rPr>
        <w:t>Ὡς μὴ μαιμώωσα, καὶ ἄσχετα μαργαίνουσα, Προφρονέως ἀγεληδὸν ἐπ’ ἀλλήλοισιν ἰόντων, Ῥήξειεν μερόπων ἱερὸν γένος ἐκ φιλότητος Ἀζυγέος, πολέμους δὲ καὶ ἔχθεα πᾶσιν ὀρίνῃ</w:t>
      </w:r>
    </w:p>
    <w:p>
      <w:r>
        <w:rPr>
          <w:rFonts w:ascii="Courier New" w:hAnsi="Courier New"/>
          <w:color w:val="555555"/>
          <w:sz w:val="20"/>
        </w:rPr>
        <w:t>[5]</w:t>
      </w:r>
    </w:p>
    <w:p>
      <w:r>
        <w:rPr>
          <w:rFonts w:ascii="Gentium Plus" w:hAnsi="Gentium Plus"/>
          <w:sz w:val="24"/>
        </w:rPr>
        <w:t>Οἶστρος ἀσημάντοισι φορεύμενος ἀφραδίῃσιν. Ὄφρα μὲν οὖν μήτειρα βροτῶν ἐπεδεύετο γαῖα, Οὐδ’ εἶχεν κόσμον τὸν ὑπέρτατον, ὥσπερ ἔμελλεν, Ἀλλὰ καὶ ὁ πρώτιστος ἀτασθαλίῃσιν ἑῇσι, Βασκανίῃ τε δράκοντος ἀδευκέος ἐκ παραδείσου</w:t>
      </w:r>
    </w:p>
    <w:p>
      <w:r>
        <w:rPr>
          <w:rFonts w:ascii="Courier New" w:hAnsi="Courier New"/>
          <w:color w:val="555555"/>
          <w:sz w:val="20"/>
        </w:rPr>
        <w:t>[10]</w:t>
      </w:r>
    </w:p>
    <w:p>
      <w:r>
        <w:rPr>
          <w:rFonts w:ascii="Gentium Plus" w:hAnsi="Gentium Plus"/>
          <w:sz w:val="24"/>
        </w:rPr>
        <w:t>Βληθεὶς ἀνδροφόνοιο φυτοῦ διὰ γεῦσιν ἀλιτρὴν, Δερματίνοισι χιτῶσιν ἑὴν ἔβρις’ ἐπὶ γαῖαν· Τόφρα δὲ καὶ δυὰς ἦεν ἐν ἀνθρώποισιν ἀρίστη, Καὶ γάμος, ἀνδρομέης γενεῆς φύσις, ἄλκαρ ὀλέθρου.</w:t>
      </w:r>
    </w:p>
    <w:p>
      <w:r>
        <w:rPr>
          <w:rFonts w:ascii="Courier New" w:hAnsi="Courier New"/>
          <w:color w:val="555555"/>
          <w:sz w:val="20"/>
        </w:rPr>
        <w:t>[532]</w:t>
      </w:r>
    </w:p>
    <w:p>
      <w:r>
        <w:rPr>
          <w:rFonts w:ascii="Gentium Plus" w:hAnsi="Gentium Plus"/>
          <w:sz w:val="24"/>
        </w:rPr>
        <w:t>Ὥς κεν ἀπολλυμένων τε καὶ ἐρχομένων μετόπισθεν Ἕλκηται μερόπων τρεπτὸν γένος, οἷα ῥέεθρον, Ἄστατον ἐκ θανάτοιο, καὶ ἱστάμενον τεκέεσσιν. Αὐτὰρ ἐπεὶ κόλποι τε καὶ εὐρέα πείρατα γαίης,</w:t>
      </w:r>
    </w:p>
    <w:p>
      <w:r>
        <w:rPr>
          <w:rFonts w:ascii="Courier New" w:hAnsi="Courier New"/>
          <w:color w:val="555555"/>
          <w:sz w:val="20"/>
        </w:rPr>
        <w:t>[5]</w:t>
      </w:r>
    </w:p>
    <w:p>
      <w:r>
        <w:rPr>
          <w:rFonts w:ascii="Gentium Plus" w:hAnsi="Gentium Plus"/>
          <w:sz w:val="24"/>
        </w:rPr>
        <w:t>Ἀντολίη τε, δύσις τε, νότου πλευρὴ, βορέου τε Πλῆσθεν ἐφημερίων, ὕβριν δ’ ἐξέζεσεν ἰλὺς, Καὶ πολλοῖσι πάρος παιδεύμασι πλάσμα δαμασθὲν Γλώσσαις τεμνομένῃσι, καὶ ὕδασι, καὶ πυρὸς ὄμβροις, Καὶ γραπτοῖο νόμοιο διδάγμασιν, ἠδὲ προφήταις,</w:t>
      </w:r>
    </w:p>
    <w:p>
      <w:r>
        <w:rPr>
          <w:rFonts w:ascii="Courier New" w:hAnsi="Courier New"/>
          <w:color w:val="555555"/>
          <w:sz w:val="20"/>
        </w:rPr>
        <w:t>[10]</w:t>
      </w:r>
    </w:p>
    <w:p>
      <w:r>
        <w:rPr>
          <w:rFonts w:ascii="Gentium Plus" w:hAnsi="Gentium Plus"/>
          <w:sz w:val="24"/>
        </w:rPr>
        <w:t>Οὐκ ἔθελε πρώτης κακίης ἀπὸ δεσμὰ τινάξαι, Ἀλλ’ αἰεὶ στερεοῖσιν ἐν ἅμμασιν εἴχετο σαρκὸς,</w:t>
      </w:r>
    </w:p>
    <w:p>
      <w:r>
        <w:rPr>
          <w:rFonts w:ascii="Courier New" w:hAnsi="Courier New"/>
          <w:color w:val="555555"/>
          <w:sz w:val="20"/>
        </w:rPr>
        <w:t>[533]</w:t>
      </w:r>
    </w:p>
    <w:p>
      <w:r>
        <w:rPr>
          <w:rFonts w:ascii="Gentium Plus" w:hAnsi="Gentium Plus"/>
          <w:sz w:val="24"/>
        </w:rPr>
        <w:t>Ὑστάτιον τοιῆσδε φίλον γένος ἔμμορε τιμῆς Νεύμασιν ἀθανάτοιο Πατρὸς, καὶ ἔργμασι Παιδός. Χριστὸς, ὅσον βροτέῳ ἐνὶ σώματι κάτθετο μοίρης Οὐρανίης, λεύσσων κακίης ὕπο θυμοβόροιο</w:t>
      </w:r>
    </w:p>
    <w:p>
      <w:r>
        <w:rPr>
          <w:rFonts w:ascii="Courier New" w:hAnsi="Courier New"/>
          <w:color w:val="555555"/>
          <w:sz w:val="20"/>
        </w:rPr>
        <w:t>[5]</w:t>
      </w:r>
    </w:p>
    <w:p>
      <w:r>
        <w:rPr>
          <w:rFonts w:ascii="Gentium Plus" w:hAnsi="Gentium Plus"/>
          <w:sz w:val="24"/>
        </w:rPr>
        <w:t>Δαπτόμενον, σκολιόν τε βροτῶν μεδέοντα δράκοντα, Ὥς κεν ἀναστήσειεν ἑὸν λάχος, οὐκέτι νοῦσον Ἄλλοισιν ἐφέηκεν ἀρηγόσιν, (οὐ γὰρ ἐπαρκὲς Τοῖς μεγάλοις παθέεσσι μικρὸν ἄκος·) ἀλλὰ κενώσας Ὃν κλέος, οὐράνιός τε καὶ ἄτροπος οὐρανίοιο</w:t>
      </w:r>
    </w:p>
    <w:p>
      <w:r>
        <w:rPr>
          <w:rFonts w:ascii="Courier New" w:hAnsi="Courier New"/>
          <w:color w:val="555555"/>
          <w:sz w:val="20"/>
        </w:rPr>
        <w:t>[10]</w:t>
      </w:r>
    </w:p>
    <w:p>
      <w:r>
        <w:rPr>
          <w:rFonts w:ascii="Gentium Plus" w:hAnsi="Gentium Plus"/>
          <w:sz w:val="24"/>
        </w:rPr>
        <w:t>Εἰκὼν, ἀνδρομέοις τε καὶ οὐ βροτέοισι νόμοισι, Σεμνοῖς ἐν σπλάγχνοισιν ἀπειρογάμοιο γυναικὸς Σαρκωθεὶς, ὦ θάμβος ἀφαυροτάτοισιν ἄπιστον, Ἦλθε Θεὸς θνητός τε, φύσεις δύο εἰς ἓν ἀγείρας,</w:t>
      </w:r>
    </w:p>
    <w:p>
      <w:r>
        <w:rPr>
          <w:rFonts w:ascii="Courier New" w:hAnsi="Courier New"/>
          <w:color w:val="555555"/>
          <w:sz w:val="20"/>
        </w:rPr>
        <w:t>[534]</w:t>
      </w:r>
    </w:p>
    <w:p>
      <w:r>
        <w:rPr>
          <w:rFonts w:ascii="Gentium Plus" w:hAnsi="Gentium Plus"/>
          <w:sz w:val="24"/>
        </w:rPr>
        <w:t>Τὴν μὲν κευθομένην, τὴν δ’ ἀμφαδίην μερόπεσσιν, Ὧν Θεὸς ἡ μὲν ἔην, ἡ δ’ ὕστατον ἄμμιν ἐτύχθη, Τῆμος, ὅτ’ ἐν σπλάγχνοισι μίγη Θεὸς ἀνδρομέοισιν· Εἷς Θεὸς ἀμφοτέρωθεν· ἐπεὶ θεότητι κερασθεὶς,</w:t>
      </w:r>
    </w:p>
    <w:p>
      <w:r>
        <w:rPr>
          <w:rFonts w:ascii="Courier New" w:hAnsi="Courier New"/>
          <w:color w:val="555555"/>
          <w:sz w:val="20"/>
        </w:rPr>
        <w:t>[5]</w:t>
      </w:r>
    </w:p>
    <w:p>
      <w:r>
        <w:rPr>
          <w:rFonts w:ascii="Gentium Plus" w:hAnsi="Gentium Plus"/>
          <w:sz w:val="24"/>
        </w:rPr>
        <w:t>Καὶ βροτὸς ἐκ θεότητος ἄναξ καὶ Χριστὸς ὑπέστη. Καινὴ δ’ ἔπλετο μίξις, ἐπεὶ προτέρην ἀθέριξα. Πρῶτον ἐγὼ πνοιῆς θείης λάχον, ὑστάτιον δὲ Χριστὸς ἐμὴν ψυχήν τε καὶ ἅψεα πάνθ’ ὑπέδεκτο, Κεῖνον Ἀδὰμ τὸν πρόσθεν ἐλεύθερον, ὃς γυμνὸς ἦεν</w:t>
      </w:r>
    </w:p>
    <w:p>
      <w:r>
        <w:rPr>
          <w:rFonts w:ascii="Courier New" w:hAnsi="Courier New"/>
          <w:color w:val="555555"/>
          <w:sz w:val="20"/>
        </w:rPr>
        <w:t>[10]</w:t>
      </w:r>
    </w:p>
    <w:p>
      <w:r>
        <w:rPr>
          <w:rFonts w:ascii="Gentium Plus" w:hAnsi="Gentium Plus"/>
          <w:sz w:val="24"/>
        </w:rPr>
        <w:t>Ἀμπλακίης, πρὶν ὄφιν τε ἰδεῖν, καρποῦ τε πάσασθαι</w:t>
      </w:r>
    </w:p>
    <w:p>
      <w:r>
        <w:rPr>
          <w:rFonts w:ascii="Courier New" w:hAnsi="Courier New"/>
          <w:color w:val="555555"/>
          <w:sz w:val="20"/>
        </w:rPr>
        <w:t>[535]</w:t>
      </w:r>
    </w:p>
    <w:p>
      <w:r>
        <w:rPr>
          <w:rFonts w:ascii="Gentium Plus" w:hAnsi="Gentium Plus"/>
          <w:sz w:val="24"/>
        </w:rPr>
        <w:t>Οὐρανίοις, μύστης τε Θεοῦ θείων τε φαεινός. Τὸν μὲν ἀναπλάσσων, βροτέην Θεὸς ἐς φύσιν ἦλθεν, Ὥς κεν ἀεθλεύσας τε καὶ ἐκ θανάτοιο φονῆα Νικήσας, γεῦσίν τε χολῇ, καὶ χεῖρας ἀθέσμους</w:t>
      </w:r>
    </w:p>
    <w:p>
      <w:r>
        <w:rPr>
          <w:rFonts w:ascii="Courier New" w:hAnsi="Courier New"/>
          <w:color w:val="555555"/>
          <w:sz w:val="20"/>
        </w:rPr>
        <w:t>[5]</w:t>
      </w:r>
    </w:p>
    <w:p>
      <w:r>
        <w:rPr>
          <w:rFonts w:ascii="Gentium Plus" w:hAnsi="Gentium Plus"/>
          <w:sz w:val="24"/>
        </w:rPr>
        <w:t>Ἥλοισι, σταυρῷ τε φυτὸν, καὶ ὕψεϊ γαῖαν, Πρὸς ζωὴν παλίνορσον Ἀδὰμ καὶ κῦδος ἀνάξῃ. Πείρασι δ’ ἁπλώσας ἱερὸν δέμας, ὃν βροτὸν αὐτὸς Ἐκ περάτων συνάγειρε, καὶ εἰς ἕνα δήσατο φῶτα, Καὶ μεγάλης θεότητος ἐν ἀγκοίνῃσιν ἔθηκεν,</w:t>
      </w:r>
    </w:p>
    <w:p>
      <w:r>
        <w:rPr>
          <w:rFonts w:ascii="Courier New" w:hAnsi="Courier New"/>
          <w:color w:val="555555"/>
          <w:sz w:val="20"/>
        </w:rPr>
        <w:t>[10]</w:t>
      </w:r>
    </w:p>
    <w:p>
      <w:r>
        <w:rPr>
          <w:rFonts w:ascii="Gentium Plus" w:hAnsi="Gentium Plus"/>
          <w:sz w:val="24"/>
        </w:rPr>
        <w:t>Αἵματι μὲν Ἀμνοῖο μολύσματα πάντα καθῄρας, Οἴμου δ’ οὐρανίης θνητοῖς ἀγὸς ἔνθεν ἀερθείς. Ὦ Ἄνα, τίς δέ κε σεῖο νόον καὶ βένθος ἀνεύροι, Ὃς σταγόνων ὑετοῖο, καὶ ὃς ἁλίης ψαμάθοιο Οἶδας ἀριθμὸν ἅπαντα, καὶ ὃς ἀνέμοιο κελεύθους;</w:t>
      </w:r>
    </w:p>
    <w:p>
      <w:r>
        <w:rPr>
          <w:rFonts w:ascii="Courier New" w:hAnsi="Courier New"/>
          <w:color w:val="555555"/>
          <w:sz w:val="20"/>
        </w:rPr>
        <w:t>[536]</w:t>
      </w:r>
    </w:p>
    <w:p>
      <w:r>
        <w:rPr>
          <w:rFonts w:ascii="Gentium Plus" w:hAnsi="Gentium Plus"/>
          <w:sz w:val="24"/>
        </w:rPr>
        <w:t>Τίς δέ κεν αὖ γνώσοιτο τεῆς, Μάκαρ, ἴχνια βουλῆς, Ὑψιμέδων ὡς πάντ’ ἐφορᾷς καὶ πάντα κυβερνᾷς, Αἰὼν ὅσσα κέκευθεν ἀπείριτος; Ἐς δὲ σὲ τείνων Νοῦς μερόπων τυτθὸν λεύσσει σέλας, οἷα τάχιστα</w:t>
      </w:r>
    </w:p>
    <w:p>
      <w:r>
        <w:rPr>
          <w:rFonts w:ascii="Courier New" w:hAnsi="Courier New"/>
          <w:color w:val="555555"/>
          <w:sz w:val="20"/>
        </w:rPr>
        <w:t>[5]</w:t>
      </w:r>
    </w:p>
    <w:p>
      <w:r>
        <w:rPr>
          <w:rFonts w:ascii="Gentium Plus" w:hAnsi="Gentium Plus"/>
          <w:sz w:val="24"/>
        </w:rPr>
        <w:t>Ἀστεροπὴν φεύγουσαν ἀπ’ ἠέρος. Ἀλλὰ τόδ’ ἔμπης Ἀτρεκὲς, ὡς παθέεσσι τεοῖς βροτὸν ἔνθεν ἀείρας, Ἐς βίον ἄλλον ἔθηκας ἐλεύθερον ἀντὶ κακοῖο. Πρόσθε μὲν ὠδίνεσκε βίος καὶ κόσμος ἔραζε, Καὶ χθονίων βασιλῆα πολὺς ἀμφίστατο λαὸς,</w:t>
      </w:r>
    </w:p>
    <w:p>
      <w:r>
        <w:rPr>
          <w:rFonts w:ascii="Courier New" w:hAnsi="Courier New"/>
          <w:color w:val="555555"/>
          <w:sz w:val="20"/>
        </w:rPr>
        <w:t>[10]</w:t>
      </w:r>
    </w:p>
    <w:p>
      <w:r>
        <w:rPr>
          <w:rFonts w:ascii="Gentium Plus" w:hAnsi="Gentium Plus"/>
          <w:sz w:val="24"/>
        </w:rPr>
        <w:t>Οὓς μεγάλου Βασιλῆος ἀφήρπασε κερδοσύνῃσι. Νῦν δ’ αἰνῆς κακίης Χριστὸς ἀπὸ χειρὸς ἐρύσσας,</w:t>
      </w:r>
    </w:p>
    <w:p>
      <w:r>
        <w:rPr>
          <w:rFonts w:ascii="Courier New" w:hAnsi="Courier New"/>
          <w:color w:val="555555"/>
          <w:sz w:val="20"/>
        </w:rPr>
        <w:t>[537]</w:t>
      </w:r>
    </w:p>
    <w:p>
      <w:r>
        <w:rPr>
          <w:rFonts w:ascii="Gentium Plus" w:hAnsi="Gentium Plus"/>
          <w:sz w:val="24"/>
        </w:rPr>
        <w:t>Κεῖνο γάμος μερόπεσσι, τὸ δ’ ἀζυγίη θεοειδής. Κόσμος ὁ μὲν γαίης, ἡ δ’ οὐρανίοιο χορείης. Ἄπνοα δ’ ὡς πινάκεσσιν ἀνὴρ εἴδωλα χαράσσων, Βαιοῖς μὲν πρώτιστον, ἀμυδροτέροις τε τύποισιν</w:t>
      </w:r>
    </w:p>
    <w:p>
      <w:r>
        <w:rPr>
          <w:rFonts w:ascii="Courier New" w:hAnsi="Courier New"/>
          <w:color w:val="555555"/>
          <w:sz w:val="20"/>
        </w:rPr>
        <w:t>[5]</w:t>
      </w:r>
    </w:p>
    <w:p>
      <w:r>
        <w:rPr>
          <w:rFonts w:ascii="Gentium Plus" w:hAnsi="Gentium Plus"/>
          <w:sz w:val="24"/>
        </w:rPr>
        <w:t>Εἶδος ὑποσκιάει πειρώμενος· αὐτὰρ ἔπειτα Χρώμασι παντοδαποῖσιν ὅλην ἐστήσατο μορφήν· Ὣς ἄρα παρθενίη Χριστοῦ λάχος αἰὲν ἐόντος, Πρόσθε μὲν ἐν παύροισι φαείνετο, καὶ σκιόεσσα, Μέσφ’ ὅτε καὶ βασίλευε νόμος, χρώμασσιν ἀφαυροῖς</w:t>
      </w:r>
    </w:p>
    <w:p>
      <w:r>
        <w:rPr>
          <w:rFonts w:ascii="Courier New" w:hAnsi="Courier New"/>
          <w:color w:val="555555"/>
          <w:sz w:val="20"/>
        </w:rPr>
        <w:t>[10]</w:t>
      </w:r>
    </w:p>
    <w:p>
      <w:r>
        <w:rPr>
          <w:rFonts w:ascii="Gentium Plus" w:hAnsi="Gentium Plus"/>
          <w:sz w:val="24"/>
        </w:rPr>
        <w:t>Φαινομένοις, κρυπτόν τ’ ὀλίγοις ὑπελάμπετο φέγγος. Αὐτὰρ ἐπεὶ καὶ Χριστὸς ἁγνῆς διὰ μητρὸς ὁδεύσας Παρθενικῆς, ἀδέτοιο, θεουδέος, ἀχράντοιο (Νόσφι γάμου καὶ πατρὸς ἐπεὶ χρέος ἦε γενέσθαι), Ἥγνισε θηλυτέρας, Εὔαν δ’ ἀπεσείσατο πικρὴν,</w:t>
      </w:r>
    </w:p>
    <w:p>
      <w:r>
        <w:rPr>
          <w:rFonts w:ascii="Courier New" w:hAnsi="Courier New"/>
          <w:color w:val="555555"/>
          <w:sz w:val="20"/>
        </w:rPr>
        <w:t>[538]</w:t>
      </w:r>
    </w:p>
    <w:p>
      <w:r>
        <w:rPr>
          <w:rFonts w:ascii="Gentium Plus" w:hAnsi="Gentium Plus"/>
          <w:sz w:val="24"/>
        </w:rPr>
        <w:t>Καὶ σαρκὸς δ’ ἀπέπεμψε νόμους, μεγάλοις τε λόγοισι Πνεύματι γράμμ’ ὑπόειξε, καὶ ἡ χάρις ἐς μέσον ἦλθεν· Δὴ τότε παρθενίη στράψεν μερόπεσσι φαεινὴ, Λυομένη κόσμοιο, λύουσά τε κόσμον ἀφαυρὸν,</w:t>
      </w:r>
    </w:p>
    <w:p>
      <w:r>
        <w:rPr>
          <w:rFonts w:ascii="Courier New" w:hAnsi="Courier New"/>
          <w:color w:val="555555"/>
          <w:sz w:val="20"/>
        </w:rPr>
        <w:t>[5]</w:t>
      </w:r>
    </w:p>
    <w:p>
      <w:r>
        <w:rPr>
          <w:rFonts w:ascii="Gentium Plus" w:hAnsi="Gentium Plus"/>
          <w:sz w:val="24"/>
        </w:rPr>
        <w:t>Τοσσάτιον προφέρουσα γάμου βιότοιό τε δεσμῶν, Ὁσσάτιον ψυχὴ προφερεστέρη ἔπλετο σαρκὸς, Καὶ χθονὸς οὐρανὸς εὐρὺς ὅσον βιότοιο ῥέοντος Ἑστηὼς μακάρεσσιν, ὅσον Θεὸς ἀνδρὸς ἀρείων. Καὶ χορὸς ἀμφὶ Ἄνακτα φαεσφόρον ἵστατ’ ἀμεμφὴς,</w:t>
      </w:r>
    </w:p>
    <w:p>
      <w:r>
        <w:rPr>
          <w:rFonts w:ascii="Courier New" w:hAnsi="Courier New"/>
          <w:color w:val="555555"/>
          <w:sz w:val="20"/>
        </w:rPr>
        <w:t>[10]</w:t>
      </w:r>
    </w:p>
    <w:p>
      <w:r>
        <w:rPr>
          <w:rFonts w:ascii="Gentium Plus" w:hAnsi="Gentium Plus"/>
          <w:sz w:val="24"/>
        </w:rPr>
        <w:t>Οὐράνιος, γαίηθεν ἐπειγόμενος Θεὸς εἶναι, Χριστοφόρος, σταυροῖο λάτρις, κόσμοιο περίφρων, Τεθνηὼς χθονίοισιν, ἐπουρανίοισι μεμηλὼς, Λαμπτῆρες κόσμοιο, διαυγέα φωτὸς ἔσοπτρα, Οἳ Θεὸν εἰσορόωσι, καὶ ὧν Θεὸς, οἵ τε Θεοῖο.</w:t>
      </w:r>
    </w:p>
    <w:p>
      <w:r>
        <w:rPr>
          <w:rFonts w:ascii="Courier New" w:hAnsi="Courier New"/>
          <w:color w:val="555555"/>
          <w:sz w:val="20"/>
        </w:rPr>
        <w:t>[15]</w:t>
      </w:r>
    </w:p>
    <w:p>
      <w:r>
        <w:rPr>
          <w:rFonts w:ascii="Gentium Plus" w:hAnsi="Gentium Plus"/>
          <w:sz w:val="24"/>
        </w:rPr>
        <w:t>Δεῦρ’ ἄγ’, ὅσαι πλευρῇσιν ὁμόφρονες, ἠδὲ γάμοιο</w:t>
      </w:r>
    </w:p>
    <w:p>
      <w:r>
        <w:rPr>
          <w:rFonts w:ascii="Courier New" w:hAnsi="Courier New"/>
          <w:color w:val="555555"/>
          <w:sz w:val="20"/>
        </w:rPr>
        <w:t>[539]</w:t>
      </w:r>
    </w:p>
    <w:p>
      <w:r>
        <w:rPr>
          <w:rFonts w:ascii="Gentium Plus" w:hAnsi="Gentium Plus"/>
          <w:sz w:val="24"/>
        </w:rPr>
        <w:t>Μυστίδες, ὑψικάρηναι καὶ ὄμματα γοργὰ φέρουσαι, Καὶ χρυσὸν λιθάκεσσι μεμιγμένον εὐγενέεσσι, Καὶ μαλακοὺς ἁπαλοῖσι περιῤῥεθέεσσι χιτῶνας, Λέξαθ’ ὅσα θνητοῖσι γάμος καὶ δεσμὸς ὀπάζει</w:t>
      </w:r>
    </w:p>
    <w:p>
      <w:r>
        <w:rPr>
          <w:rFonts w:ascii="Courier New" w:hAnsi="Courier New"/>
          <w:color w:val="555555"/>
          <w:sz w:val="20"/>
        </w:rPr>
        <w:t>[5]</w:t>
      </w:r>
    </w:p>
    <w:p>
      <w:r>
        <w:rPr>
          <w:rFonts w:ascii="Gentium Plus" w:hAnsi="Gentium Plus"/>
          <w:sz w:val="24"/>
        </w:rPr>
        <w:t>Κέρδεα, καὶ μετέπειτα καλέσσομεν ἄζυγα μοίρην. Αἱ μέν τοι ἐρέουσιν ἐπίτροχα φυσιόωσαι· Κέκλυτε δ’, ὦ φίλα τέκνα γάμου, χθονίων βασιλῆος, Ἡμεῖς, ᾗσι μέμηλε γάμος καὶ δεσμὰ βίοιο, Ἀνδρομέης γενεῆς, καὶ αἵματος ἡμετέροιο,</w:t>
      </w:r>
    </w:p>
    <w:p>
      <w:r>
        <w:rPr>
          <w:rFonts w:ascii="Courier New" w:hAnsi="Courier New"/>
          <w:color w:val="555555"/>
          <w:sz w:val="20"/>
        </w:rPr>
        <w:t>[10]</w:t>
      </w:r>
    </w:p>
    <w:p>
      <w:r>
        <w:rPr>
          <w:rFonts w:ascii="Gentium Plus" w:hAnsi="Gentium Plus"/>
          <w:sz w:val="24"/>
        </w:rPr>
        <w:t>Ὃν Πάϊς ἀθανάτοιο Πατρὸς ἐστήσατο θεσμὸν Ἐξέτι τοῦ, ὅτε πρῶτον Ἀδὰμ πλευρῇ συνέδησε, Καρπὸν ἀπ’ ἀνθρώποιο πέλειν βροτὸν, ἐκ δὲ γόνοιο, Καίπερ θνητὸν ἐόντα, μένειν σταχύοντα τέκεσσιν,</w:t>
      </w:r>
    </w:p>
    <w:p>
      <w:r>
        <w:rPr>
          <w:rFonts w:ascii="Courier New" w:hAnsi="Courier New"/>
          <w:color w:val="555555"/>
          <w:sz w:val="20"/>
        </w:rPr>
        <w:t>[540]</w:t>
      </w:r>
    </w:p>
    <w:p>
      <w:r>
        <w:rPr>
          <w:rFonts w:ascii="Gentium Plus" w:hAnsi="Gentium Plus"/>
          <w:sz w:val="24"/>
        </w:rPr>
        <w:t>Τόνδε νόμον τίουσαι, ὁμοζυγέην τ’ ἐρατεινὴν, Ἀλλήλαις συνέβημεν, ἐπεὶ χοὸς ἐκγενόμεσθα, Χοῦ νόμον ἠδὲ Θεοῖο παλαίτατον ἀμφιέπουσαι. Καὶ γὰρ δὴ φύσιες μὲν ὅσαι λάχον οὐρανὸν εὐρὺν,</w:t>
      </w:r>
    </w:p>
    <w:p>
      <w:r>
        <w:rPr>
          <w:rFonts w:ascii="Courier New" w:hAnsi="Courier New"/>
          <w:color w:val="555555"/>
          <w:sz w:val="20"/>
        </w:rPr>
        <w:t>[5]</w:t>
      </w:r>
    </w:p>
    <w:p>
      <w:r>
        <w:rPr>
          <w:rFonts w:ascii="Gentium Plus" w:hAnsi="Gentium Plus"/>
          <w:sz w:val="24"/>
        </w:rPr>
        <w:t>Ἀζυγέες, παθέων τε καὶ ἀργαλέων μελεδώνων Κρείσσονες· ἡμερίοις δὲ γάμος καὶ δεσμὸς ὄνειαρ. Ἀμφότερον, πτόρθων τε φίλων, καρπῶν τ’ ἐρατεινῶν Ῥίζα τε καὶ βιότοιο μελίφρονος ἐσθλὸν ἔρεισμα. Πρῶτα Θεὸς πάντων γενέτης. (Καὶ ἵλαθι, Χριστὲ,</w:t>
      </w:r>
    </w:p>
    <w:p>
      <w:r>
        <w:rPr>
          <w:rFonts w:ascii="Courier New" w:hAnsi="Courier New"/>
          <w:color w:val="555555"/>
          <w:sz w:val="20"/>
        </w:rPr>
        <w:t>[10]</w:t>
      </w:r>
    </w:p>
    <w:p>
      <w:r>
        <w:rPr>
          <w:rFonts w:ascii="Gentium Plus" w:hAnsi="Gentium Plus"/>
          <w:sz w:val="24"/>
        </w:rPr>
        <w:t>Σεῖο νόμοις καθαροῖσι παροίτερον ἢ τοπάροιθεν.) Τῷ δ’ ἐπὶ δεσμὸς ἔρωτος, ἐπεὶ καὶ γαῖα καὶ αἰθὴρ, Καὶ πόντος τεκέεσσι, γάμου δώροισι, τέθηλεν.</w:t>
      </w:r>
    </w:p>
    <w:p>
      <w:r>
        <w:rPr>
          <w:rFonts w:ascii="Courier New" w:hAnsi="Courier New"/>
          <w:color w:val="555555"/>
          <w:sz w:val="20"/>
        </w:rPr>
        <w:t>[541]</w:t>
      </w:r>
    </w:p>
    <w:p>
      <w:r>
        <w:rPr>
          <w:rFonts w:ascii="Gentium Plus" w:hAnsi="Gentium Plus"/>
          <w:sz w:val="24"/>
        </w:rPr>
        <w:t>Μιγνυμένους θῆλύν τε καὶ ἄρσενα εἴαρος ὥρῃ Ἐρνοκόμων παλάμῃσι βρύειν βοτρυώδεα καρπὸν, Εἰ δὲ καὶ ἐκ δυάδος λιθάκων λίθος εἰς ἒν ἰούσης Τίκτεται, ὡς ἐνέπουσι λίθων ἐπιΐστορες ἄνδρες,</w:t>
      </w:r>
    </w:p>
    <w:p>
      <w:r>
        <w:rPr>
          <w:rFonts w:ascii="Courier New" w:hAnsi="Courier New"/>
          <w:color w:val="555555"/>
          <w:sz w:val="20"/>
        </w:rPr>
        <w:t>[5]</w:t>
      </w:r>
    </w:p>
    <w:p>
      <w:r>
        <w:rPr>
          <w:rFonts w:ascii="Gentium Plus" w:hAnsi="Gentium Plus"/>
          <w:sz w:val="24"/>
        </w:rPr>
        <w:t>Ἔστι καὶ ἀψύχοισι γάμος καὶ δεσμὸς ἔρωτος. Ἀλλὰ τί μου ξείνων φιλότης μύθων τε πόθων τε; Δέρκεο τὰ μερόπεσσι γάμος πόρσυνεν ἐχέφρων. Τίς σοφίην ἐδίδαξε φίλην, καὶ βένθε’ ἀνεῦρεν, Ὅσσα χθὼν, ὅσα πόντος, ὅς’ οὐρανὸς ἐντὸς ἐέργει;</w:t>
      </w:r>
    </w:p>
    <w:p>
      <w:r>
        <w:rPr>
          <w:rFonts w:ascii="Courier New" w:hAnsi="Courier New"/>
          <w:color w:val="555555"/>
          <w:sz w:val="20"/>
        </w:rPr>
        <w:t>[10]</w:t>
      </w:r>
    </w:p>
    <w:p>
      <w:r>
        <w:rPr>
          <w:rFonts w:ascii="Gentium Plus" w:hAnsi="Gentium Plus"/>
          <w:sz w:val="24"/>
        </w:rPr>
        <w:t>Τίς πτολίεσσιν ἔθηκε νόμους; καὶ τῶνδε πάροιθεν Τίς πτόλιας δ’ ἀνέγειρε, καὶ ηὕρετο μήδεσι τέχνας; Τίς πλῆσεν ἀγορὰς καὶ δώματα, καὶ τίς ἀγῶνας; Τίς στρατὸν ἐν πολέμοισι, καὶ ἐν θαλίῃσι τραπέζας; Τίς χορὸν ὑμνητῆρα θυώδει πήξατο νηῷ;</w:t>
      </w:r>
    </w:p>
    <w:p>
      <w:r>
        <w:rPr>
          <w:rFonts w:ascii="Courier New" w:hAnsi="Courier New"/>
          <w:color w:val="555555"/>
          <w:sz w:val="20"/>
        </w:rPr>
        <w:t>[542]</w:t>
      </w:r>
    </w:p>
    <w:p>
      <w:r>
        <w:rPr>
          <w:rFonts w:ascii="Gentium Plus" w:hAnsi="Gentium Plus"/>
          <w:sz w:val="24"/>
        </w:rPr>
        <w:t>Τίς θηρῶν κατέλυσε βίον, καὶ γαῖαν ἀράσσειν, Καὶ φυτοεργείην ἐδιδάξατο, καὶ πελάγεσσι Νῆ’ ἐπαφῆκε μέλαιναν ἐπειγομένην ἀνέμοισι; Τίς γαῖαν καὶ πόντον ὑγρῇ συνέδησε κελεύθῳ</w:t>
      </w:r>
    </w:p>
    <w:p>
      <w:r>
        <w:rPr>
          <w:rFonts w:ascii="Courier New" w:hAnsi="Courier New"/>
          <w:color w:val="555555"/>
          <w:sz w:val="20"/>
        </w:rPr>
        <w:t>[5]</w:t>
      </w:r>
    </w:p>
    <w:p>
      <w:r>
        <w:rPr>
          <w:rFonts w:ascii="Gentium Plus" w:hAnsi="Gentium Plus"/>
          <w:sz w:val="24"/>
        </w:rPr>
        <w:t>Νόσφι γάμου, τὰ δὲ πολλὸν ἀπόπροθεν εἰς ἓν ἄγειρε; Καὶ τὰ μὲν ἐνθάδε, τοῖα. Τὰ δ’ ὑψόθι, πολλὸν ἀρείω. Ἀλλήλοισι χέρες τε καὶ οὔατα καὶ πόδες ἐσμὲν Συζυγίῃ. Διπλοῦν δὲ γάμος καὶ ἄναλκιν ἔθηκε, Χάρμα μέγ’ εὐμενέεσσιν, ἄχος δέ τε δυσμενέεσσι.</w:t>
      </w:r>
    </w:p>
    <w:p>
      <w:r>
        <w:rPr>
          <w:rFonts w:ascii="Courier New" w:hAnsi="Courier New"/>
          <w:color w:val="555555"/>
          <w:sz w:val="20"/>
        </w:rPr>
        <w:t>[10]</w:t>
      </w:r>
    </w:p>
    <w:p>
      <w:r>
        <w:rPr>
          <w:rFonts w:ascii="Gentium Plus" w:hAnsi="Gentium Plus"/>
          <w:sz w:val="24"/>
        </w:rPr>
        <w:t>Ξυναὶ καὶ μελεδῶναι ἐλαφρίζουσιν ἀνίας· Ξυναὶ δ’ εὐφροσύναι γλυκερώτεραι ἀμφοτέροισι. Τερπνότερος μὲν πλοῦτος ὁμοφρονέουσι τέτυκται· Τερπνοτέρη πλούτοιο δ’ ὁμοφροσύνη χατέουσι.</w:t>
      </w:r>
    </w:p>
    <w:p>
      <w:r>
        <w:rPr>
          <w:rFonts w:ascii="Courier New" w:hAnsi="Courier New"/>
          <w:color w:val="555555"/>
          <w:sz w:val="20"/>
        </w:rPr>
        <w:t>[543]</w:t>
      </w:r>
    </w:p>
    <w:p>
      <w:r>
        <w:rPr>
          <w:rFonts w:ascii="Gentium Plus" w:hAnsi="Gentium Plus"/>
          <w:sz w:val="24"/>
        </w:rPr>
        <w:t>Συζυγίη, καὶ σφρηγὶς ἀναγκαίης φιλότητος. Εἷς πῶλος φιλίης σκιρτήμασι θυμὸν ἰαίνων. Ἓν ποτὸν οἰκιδίης πηγῆς ξείνοισιν ἄγευστον, Οὔτ’ ἐκτὸς προρέον, οὔτ’ ἔκτοθεν ἄλλον ἀγεῖρον.</w:t>
      </w:r>
    </w:p>
    <w:p>
      <w:r>
        <w:rPr>
          <w:rFonts w:ascii="Courier New" w:hAnsi="Courier New"/>
          <w:color w:val="555555"/>
          <w:sz w:val="20"/>
        </w:rPr>
        <w:t>[5]</w:t>
      </w:r>
    </w:p>
    <w:p>
      <w:r>
        <w:rPr>
          <w:rFonts w:ascii="Gentium Plus" w:hAnsi="Gentium Plus"/>
          <w:sz w:val="24"/>
        </w:rPr>
        <w:t>Συμφυέες σάρκεσσιν, ὁμόφρονες, εὐσεβίης τε Κέντρον ἐν ἀλλήλοισι πόθῳ θήγοντες ὁμοῖον. Οὐδὲ γὰρ οὐδὲ Θεοῖο γάμος ἀπάνευθε τίθησιν, Ἀλλ’ ἔχεται μᾶλλόν τις, ἐπεὶ καὶ μᾶλλον ἐπείγει. Ὡς δ’ ὀλίγην μὲν νῆα μικρὸς προΐησιν ἀήτης</w:t>
      </w:r>
    </w:p>
    <w:p>
      <w:r>
        <w:rPr>
          <w:rFonts w:ascii="Courier New" w:hAnsi="Courier New"/>
          <w:color w:val="555555"/>
          <w:sz w:val="20"/>
        </w:rPr>
        <w:t>[10]</w:t>
      </w:r>
    </w:p>
    <w:p>
      <w:r>
        <w:rPr>
          <w:rFonts w:ascii="Gentium Plus" w:hAnsi="Gentium Plus"/>
          <w:sz w:val="24"/>
        </w:rPr>
        <w:t>Λαίφεσι πεπταμένοισι δι’ οἴδματος ὦκα θέουσαν, Ἠὲ χέρες πέμπουσιν ἐπειγομένην ὑπ’ ἐρετμοῖς, Πολλὴν δ’ οὐκ ὀλίγη πνοιὴ φέρει, ἀλλὰ βαρεῖαν Πόντον ἐπερχομένην στερεώτερος οὖρος ἐπείγει, Ὥς ῥα καὶ ἀζυγέες μὲν ἐπεὶ ζώουσιν ἐλαφροὶ,</w:t>
      </w:r>
    </w:p>
    <w:p>
      <w:r>
        <w:rPr>
          <w:rFonts w:ascii="Courier New" w:hAnsi="Courier New"/>
          <w:color w:val="555555"/>
          <w:sz w:val="20"/>
        </w:rPr>
        <w:t>[544]</w:t>
      </w:r>
    </w:p>
    <w:p>
      <w:r>
        <w:rPr>
          <w:rFonts w:ascii="Gentium Plus" w:hAnsi="Gentium Plus"/>
          <w:sz w:val="24"/>
        </w:rPr>
        <w:t>Κουφοτέρης μεγάλοιο Θεοῦ χατέουσιν ἀρωγῆς. Ὃς δ’ ἀλόχου τε φίλης καὶ κτήσιος ἀμφιβέβηκε, Καὶ τεκέων, τέμνει δὲ πολὺ μέγα λαῖτμα βίοιο Χρειοῖ πλειοτέρῃ, πλεῖον Θεὸν ἀμφαγαπάζει.</w:t>
      </w:r>
    </w:p>
    <w:p>
      <w:r>
        <w:rPr>
          <w:rFonts w:ascii="Courier New" w:hAnsi="Courier New"/>
          <w:color w:val="555555"/>
          <w:sz w:val="20"/>
        </w:rPr>
        <w:t>[5]</w:t>
      </w:r>
    </w:p>
    <w:p>
      <w:r>
        <w:rPr>
          <w:rFonts w:ascii="Gentium Plus" w:hAnsi="Gentium Plus"/>
          <w:sz w:val="24"/>
        </w:rPr>
        <w:t>Τοῖα γάμος, πηρὸς δὲ βίος φιλότητος ἄνευθε, Νηλὴς, ἀπροτίοπτος, ἀνέστιος, οὐρεσιφοίτης· Οὐκ ἄλκαρ παθέων, οὐ γήραος ἀδρανέοντος Φάρμακον, ἡβάσκοντες ἑοῖς τεκέεσσι τοκῆες Οὐ πῆξις βιότοιο μελίφρονος. Οὐκ ἀγορῇσι</w:t>
      </w:r>
    </w:p>
    <w:p>
      <w:r>
        <w:rPr>
          <w:rFonts w:ascii="Courier New" w:hAnsi="Courier New"/>
          <w:color w:val="555555"/>
          <w:sz w:val="20"/>
        </w:rPr>
        <w:t>[10]</w:t>
      </w:r>
    </w:p>
    <w:p>
      <w:r>
        <w:rPr>
          <w:rFonts w:ascii="Gentium Plus" w:hAnsi="Gentium Plus"/>
          <w:sz w:val="24"/>
        </w:rPr>
        <w:t>Τέρποντ’, οὐ θαλίῃσιν, ἀμειδέες, ἔκτοθι κόσμου, Οἳ βιότου γεγάασι, καὶ οὐ στέργουσι βίοιο Ῥίζας, οὐ μερόπεσσιν ὁμόφρονα θυμὸν ἔχουσιν. Εἰ δ’ ἀρετὴν ποθέων τις ἀτιμάζει φιλότητα,</w:t>
      </w:r>
    </w:p>
    <w:p>
      <w:r>
        <w:rPr>
          <w:rFonts w:ascii="Courier New" w:hAnsi="Courier New"/>
          <w:color w:val="555555"/>
          <w:sz w:val="20"/>
        </w:rPr>
        <w:t>[545]</w:t>
      </w:r>
    </w:p>
    <w:p>
      <w:r>
        <w:rPr>
          <w:rFonts w:ascii="Gentium Plus" w:hAnsi="Gentium Plus"/>
          <w:sz w:val="24"/>
        </w:rPr>
        <w:t>Πάντεσσι τοπάροιθε γάμος φίλον εὐσεβέεσσιν, Ἀλλ’ ὅτι καὶ φιλότητος ἐνηέος εἰσὶ γενέθλη Καὶ Χριστοῦ παθέων ἐπιΐστορες, ἠδ’ ὑποφῆται, Πάτραρχοι, ἱερῆες, ἀεθλοφόροι, βασιλῆες,</w:t>
      </w:r>
    </w:p>
    <w:p>
      <w:r>
        <w:rPr>
          <w:rFonts w:ascii="Courier New" w:hAnsi="Courier New"/>
          <w:color w:val="555555"/>
          <w:sz w:val="20"/>
        </w:rPr>
        <w:t>[5]</w:t>
      </w:r>
    </w:p>
    <w:p>
      <w:r>
        <w:rPr>
          <w:rFonts w:ascii="Gentium Plus" w:hAnsi="Gentium Plus"/>
          <w:sz w:val="24"/>
        </w:rPr>
        <w:t>Παντοίαις ἀρετῇσι κεκασμένοι. Οὐ γὰρ ἀνέσχε Χθὼν ἀγαθοὺς, ὥς φασι πελώρια φῦλα γιγάντων, Ἀλλὰ γάμου τελέθουσι γόνος καὶ κῦδος ἅπαντες. Τίς Θεὸν ἀνθρώποισι μέγαν κρατέονθ’ ὑπέδειξε, Καίπερ τηλόθ’ ἐοῦσι, νόον δ’ ἔπλησεν ἔρωτος</w:t>
      </w:r>
    </w:p>
    <w:p>
      <w:r>
        <w:rPr>
          <w:rFonts w:ascii="Courier New" w:hAnsi="Courier New"/>
          <w:color w:val="555555"/>
          <w:sz w:val="20"/>
        </w:rPr>
        <w:t>[10]</w:t>
      </w:r>
    </w:p>
    <w:p>
      <w:r>
        <w:rPr>
          <w:rFonts w:ascii="Gentium Plus" w:hAnsi="Gentium Plus"/>
          <w:sz w:val="24"/>
        </w:rPr>
        <w:t>Θειοτέρου, καὶ ἔνθεν ἀπήγαγεν ἐς βίον ἄλλον; Τίς ψυχὰς ἐκάθῃρεν ὅλοις μερόπεσσι φαεινοῖς; Πίστις Ἐνὼχ μετέθηκεν. Ὁ δ’ ἐξ ὑδάτων ἐσάωσε Κόσμον ὅλον ψυχαῖς ὀλίγαις καὶ σπέρμασι πλωτοῖς</w:t>
      </w:r>
    </w:p>
    <w:p>
      <w:r>
        <w:rPr>
          <w:rFonts w:ascii="Courier New" w:hAnsi="Courier New"/>
          <w:color w:val="555555"/>
          <w:sz w:val="20"/>
        </w:rPr>
        <w:t>[546]</w:t>
      </w:r>
    </w:p>
    <w:p>
      <w:r>
        <w:rPr>
          <w:rFonts w:ascii="Gentium Plus" w:hAnsi="Gentium Plus"/>
          <w:sz w:val="24"/>
        </w:rPr>
        <w:t>Νῶε μέγας. Ἀβραὰμ δὲ πατὴρ πτολίων τε καὶ ἐθνῶν, Καὶ θυσίην Χριστῷ παραβώμιον υἷα πεδήσας. Μωσῆς ἤγαγε λαὸν ἀπ’ Αἰγύπτοιο βαρείης Θαύμασι σὺν μεγάλοισι, νόμον δ’ ὑπεδέξατο πλαξὶν</w:t>
      </w:r>
    </w:p>
    <w:p>
      <w:r>
        <w:rPr>
          <w:rFonts w:ascii="Courier New" w:hAnsi="Courier New"/>
          <w:color w:val="555555"/>
          <w:sz w:val="20"/>
        </w:rPr>
        <w:t>[5]</w:t>
      </w:r>
    </w:p>
    <w:p>
      <w:r>
        <w:rPr>
          <w:rFonts w:ascii="Gentium Plus" w:hAnsi="Gentium Plus"/>
          <w:sz w:val="24"/>
        </w:rPr>
        <w:t>Ὑψόθε λαϊνέῃσι, Θεὸν δ’ εἰσέδρακεν ἄντην. Πιστὸς ἐνὶ προτέροισι θυηπόλος ἔσκεν Ἀαρών. Μήνης δ’ ἠελίου τε δρόμον σχέθεν ἠῢς Ἰησοῦς, Μακρότερον δηίοισι φόνον καὶ κήδεα τεύχων. Καὶ σὺ, μάκαρ, χριστοῖσι φέρων κέρας, ἁγνὲ Σαμουὴλ,</w:t>
      </w:r>
    </w:p>
    <w:p>
      <w:r>
        <w:rPr>
          <w:rFonts w:ascii="Courier New" w:hAnsi="Courier New"/>
          <w:color w:val="555555"/>
          <w:sz w:val="20"/>
        </w:rPr>
        <w:t>[10]</w:t>
      </w:r>
    </w:p>
    <w:p>
      <w:r>
        <w:rPr>
          <w:rFonts w:ascii="Gentium Plus" w:hAnsi="Gentium Plus"/>
          <w:sz w:val="24"/>
        </w:rPr>
        <w:t>Δαβὶδ ἐν βασιλεῦσιν ἀοίδιμος ἦεν ἅπασι, Καὶ Σολομὼν σοφίης πρῶτον κλέος. Οὐδὲ προφητῶν Λήσομαι. Ἡλίαν δὲ πρὸς οὐρανὸν ἥρπασεν ἅρμα. Τίς δὲ νόμοιο μέσον καὶ πνεύματος οὐχὶ τέθηπε</w:t>
      </w:r>
    </w:p>
    <w:p>
      <w:r>
        <w:rPr>
          <w:rFonts w:ascii="Courier New" w:hAnsi="Courier New"/>
          <w:color w:val="555555"/>
          <w:sz w:val="20"/>
        </w:rPr>
        <w:t>[547]</w:t>
      </w:r>
    </w:p>
    <w:p>
      <w:r>
        <w:rPr>
          <w:rFonts w:ascii="Gentium Plus" w:hAnsi="Gentium Plus"/>
          <w:sz w:val="24"/>
        </w:rPr>
        <w:t>Τίς δὲ δυωδεκάδα κλεινῶν μετέπειτα μαθητῶν; Τίς Παύλοιο μένος μεγαλήτορος οὐρανοφοίτου, Ἄλλους θ’ οἳ γεγάασι, καὶ οἳ νῦν εἰσὶν ἄριστοι, Ἕρμα λόγου, κόσμου τε κλέος, λαοῦ τε θέμεθλα;</w:t>
      </w:r>
    </w:p>
    <w:p>
      <w:r>
        <w:rPr>
          <w:rFonts w:ascii="Courier New" w:hAnsi="Courier New"/>
          <w:color w:val="555555"/>
          <w:sz w:val="20"/>
        </w:rPr>
        <w:t>[5]</w:t>
      </w:r>
    </w:p>
    <w:p>
      <w:r>
        <w:rPr>
          <w:rFonts w:ascii="Gentium Plus" w:hAnsi="Gentium Plus"/>
          <w:sz w:val="24"/>
        </w:rPr>
        <w:t>Τοὺς πάντας μερόπεσσι γάμος καὶ Χριστὸς ἔδωκεν. Οὐδὲ μὲν οὐδὲ γυναῖκες ἐπ’ εὐσεβίῃ κομόωσαι, Ὧν μέγας ἐν βίβλοισι θεοπνεύστοισιν ἀριθμὸς, Νόσφι γάμου καὶ σαρκὸς ἐϋκλείης ἐπέβησαν. Εἴπω μείζονα μῦθον ἐμὴν τίων φιλότητα.</w:t>
      </w:r>
    </w:p>
    <w:p>
      <w:r>
        <w:rPr>
          <w:rFonts w:ascii="Courier New" w:hAnsi="Courier New"/>
          <w:color w:val="555555"/>
          <w:sz w:val="20"/>
        </w:rPr>
        <w:t>[10]</w:t>
      </w:r>
    </w:p>
    <w:p>
      <w:r>
        <w:rPr>
          <w:rFonts w:ascii="Gentium Plus" w:hAnsi="Gentium Plus"/>
          <w:sz w:val="24"/>
        </w:rPr>
        <w:t>Καὶ Χριστὸς καθαροῖς μὲν, ἀτὰρ σπλάγχνοισιν ἐμίχθη Ἀνδρομέοις, μνηστῆς δὲ διωλίσθησε γυναικὸς, Ἥμισυ συζυγίης μίξας βροτέης θεότητι. Ἓν δ’ ἐπὶ πᾶσι μέγιστον ἐμὸν κράτος, ἢν κρατέωσιν Ἀζυγέες, καὶ οἳ γὰρ ἐμὸν γένος, ὥσπερ ἅπαντες.</w:t>
      </w:r>
    </w:p>
    <w:p>
      <w:r>
        <w:rPr>
          <w:rFonts w:ascii="Courier New" w:hAnsi="Courier New"/>
          <w:color w:val="555555"/>
          <w:sz w:val="20"/>
        </w:rPr>
        <w:t>[548]</w:t>
      </w:r>
    </w:p>
    <w:p>
      <w:r>
        <w:rPr>
          <w:rFonts w:ascii="Gentium Plus" w:hAnsi="Gentium Plus"/>
          <w:sz w:val="24"/>
        </w:rPr>
        <w:t>Οὐδὲ γὰρ ἐξ ἀγάμων γεγαμηκότες, ἐκ δὲ γάμοιο Ἀζυγέες. Τεκέεσσιν ἀνώγομεν, ἴσχετ’ ἀγῶνα. Εἴ τοι μὴ πατέρες, πατέρων γε μὲν ἐξεγένεσθε. Τοῖα γάμος. Μετέπειτα κατηφιόωσα παρειῇ</w:t>
      </w:r>
    </w:p>
    <w:p>
      <w:r>
        <w:rPr>
          <w:rFonts w:ascii="Courier New" w:hAnsi="Courier New"/>
          <w:color w:val="555555"/>
          <w:sz w:val="20"/>
        </w:rPr>
        <w:t>[5]</w:t>
      </w:r>
    </w:p>
    <w:p>
      <w:r>
        <w:rPr>
          <w:rFonts w:ascii="Gentium Plus" w:hAnsi="Gentium Plus"/>
          <w:sz w:val="24"/>
        </w:rPr>
        <w:t>Ἐν τρυχίνοις ῥακέεσσι, καὶ ἅψεσιν ἀνδρανέουσι, Νήλιπος, αὐαλέη τε, κατὰ χθονὸς ὄμματ’ ἔχουσα Παρθενίη, τυτθὸν δὲ διαστέλλουσα σὺν αἰδοῖ Χείλεα, φοινίσσουσα παρήϊον αἵματι σεμνῷ, Κἀκ κεφαλῆς ἐρύουσα σίγα κρύπτοιτο καλύπτρην.</w:t>
      </w:r>
    </w:p>
    <w:p>
      <w:r>
        <w:rPr>
          <w:rFonts w:ascii="Courier New" w:hAnsi="Courier New"/>
          <w:color w:val="555555"/>
          <w:sz w:val="20"/>
        </w:rPr>
        <w:t>[10]</w:t>
      </w:r>
    </w:p>
    <w:p>
      <w:r>
        <w:rPr>
          <w:rFonts w:ascii="Gentium Plus" w:hAnsi="Gentium Plus"/>
          <w:sz w:val="24"/>
        </w:rPr>
        <w:t>Τὴν δ’ ἄρα παρπεπίθοιμι ἐγὼ τοιοῖσδ’ ἐπέεσσιν· Ὦ τέκος Οὐρανίοιο, καὶ ἔνδοθι κυδήεσσα, Ὦ μεγάλοιο χοροῖσι παρισταμένη μεδέοντος Ὑμνοπόλοις, εἰ καί σε δέμας καὶ γαῖα κατίσχει,</w:t>
      </w:r>
    </w:p>
    <w:p>
      <w:r>
        <w:rPr>
          <w:rFonts w:ascii="Courier New" w:hAnsi="Courier New"/>
          <w:color w:val="555555"/>
          <w:sz w:val="20"/>
        </w:rPr>
        <w:t>[549]</w:t>
      </w:r>
    </w:p>
    <w:p>
      <w:r>
        <w:rPr>
          <w:rFonts w:ascii="Gentium Plus" w:hAnsi="Gentium Plus"/>
          <w:sz w:val="24"/>
        </w:rPr>
        <w:t>Στήσομαι. Ἢ γὰρ ἔμοιγε θεόσδοτος ἦλθες ἄνασσα· Ἤλυθες, ἀλλ’ ἔτι μᾶλλον ἴοις τε καὶ ἵλαος εἴης. Τίς με καὶ οὐκ ἐθέλουσαν ἄγει πρὸς τόνδε θόωκον; Τίς δ’ ἔργοις μεμαυῖαν ἐμὸν Θεὸν ἀτρεμίῃ τε</w:t>
      </w:r>
    </w:p>
    <w:p>
      <w:r>
        <w:rPr>
          <w:rFonts w:ascii="Courier New" w:hAnsi="Courier New"/>
          <w:color w:val="555555"/>
          <w:sz w:val="20"/>
        </w:rPr>
        <w:t>[5]</w:t>
      </w:r>
    </w:p>
    <w:p>
      <w:r>
        <w:rPr>
          <w:rFonts w:ascii="Gentium Plus" w:hAnsi="Gentium Plus"/>
          <w:sz w:val="24"/>
        </w:rPr>
        <w:t>Τίειν, ἠματίοις τε πόνοις, νυχίῃσί τ’ ἀοιδαῖς, Καὶ δακρύων πηγῇσι, καὶ εὐαγέεσσι καθαρμοῖς, Εἰς δῆριν καλέει κενεὴν, καὶ νείκεα μύθων; Οὐ γὰρ ἐν ἀνθρώποισιν ἐμὸν κράτος, οὐδὲ λόγοισιν Εὔστροφος, οὔτ’ ἀγοραῖς ἐπιμίσγομαι, οὐδὲ δικαστῶν</w:t>
      </w:r>
    </w:p>
    <w:p>
      <w:r>
        <w:rPr>
          <w:rFonts w:ascii="Courier New" w:hAnsi="Courier New"/>
          <w:color w:val="555555"/>
          <w:sz w:val="20"/>
        </w:rPr>
        <w:t>[10]</w:t>
      </w:r>
    </w:p>
    <w:p>
      <w:r>
        <w:rPr>
          <w:rFonts w:ascii="Gentium Plus" w:hAnsi="Gentium Plus"/>
          <w:sz w:val="24"/>
        </w:rPr>
        <w:t>Εὐμενέων ψήφοισιν ἀγάλλομαι, οἷσι μέμηλε Παῦρα μὲν εὐδικίης, παύροισί τε, πολλάκι δ’ αὖ τε Ἔνθα καὶ ἔνθα τάλαντον ἐπικλίνουσι θέμιστος. Ἄλλοισιν βιότοιο τὰ τίμια. Αὐτὰρ ἔμοι γε</w:t>
      </w:r>
    </w:p>
    <w:p>
      <w:r>
        <w:rPr>
          <w:rFonts w:ascii="Courier New" w:hAnsi="Courier New"/>
          <w:color w:val="555555"/>
          <w:sz w:val="20"/>
        </w:rPr>
        <w:t>[550]</w:t>
      </w:r>
    </w:p>
    <w:p>
      <w:r>
        <w:rPr>
          <w:rFonts w:ascii="Gentium Plus" w:hAnsi="Gentium Plus"/>
          <w:sz w:val="24"/>
        </w:rPr>
        <w:t>Εἷς νόμος, ἓν δὲ νόημα, κερασσαμένην φιλότητα Πρὸς Θεὸν ὑψιμέδοντα φαεσφόρον ἔνθεν ὁδεύειν. Τῶν δ’ ἄλλων ἀγαθῶν με τόσον φρένας ἵμερος αἱρεῖ, Οἷς κενεοὶ φρονέουσιν ἐτώσια φυσιόωντες,</w:t>
      </w:r>
    </w:p>
    <w:p>
      <w:r>
        <w:rPr>
          <w:rFonts w:ascii="Courier New" w:hAnsi="Courier New"/>
          <w:color w:val="555555"/>
          <w:sz w:val="20"/>
        </w:rPr>
        <w:t>[5]</w:t>
      </w:r>
    </w:p>
    <w:p>
      <w:r>
        <w:rPr>
          <w:rFonts w:ascii="Gentium Plus" w:hAnsi="Gentium Plus"/>
          <w:sz w:val="24"/>
        </w:rPr>
        <w:t>Ὦκά τ’ ἐπερχομένοισι, καὶ ὀλλυμένοισι τάχιστα, Ὁσσάτιον καπνοῖο καὶ ἀτμίδος, ἠδὲ ῥεούσης Αὔρης, καὶ ψαμάθοιο τινασσομένοις ἀνέμοισι Πάντοσε συρομένης, ἢ ὑπεὶρ ἅλα νηὸς ἀταρποῦ. Βουλοίμην κεν ἄτιμος ἐν ἀνθρώποισιν ἐοῦσα,</w:t>
      </w:r>
    </w:p>
    <w:p>
      <w:r>
        <w:rPr>
          <w:rFonts w:ascii="Courier New" w:hAnsi="Courier New"/>
          <w:color w:val="555555"/>
          <w:sz w:val="20"/>
        </w:rPr>
        <w:t>[10]</w:t>
      </w:r>
    </w:p>
    <w:p>
      <w:r>
        <w:rPr>
          <w:rFonts w:ascii="Gentium Plus" w:hAnsi="Gentium Plus"/>
          <w:sz w:val="24"/>
        </w:rPr>
        <w:t>Τυτθὸν ἐν οὐρανίοισιν ἔχειν κλέος αἰὲν ἐοῦσιν Ἢ πάντων κρατέουσα, Θεοῦ πίπτειν ἀπάνευθεν. Ἀλλ’ ἔμπης τρομέω καὶ δείδια, μή τις ἀερθεὶς, Παρθενίης νεόπηκτον ἐπὶ πτερὸν αἰθέρι νωμῶν,</w:t>
      </w:r>
    </w:p>
    <w:p>
      <w:r>
        <w:rPr>
          <w:rFonts w:ascii="Courier New" w:hAnsi="Courier New"/>
          <w:color w:val="555555"/>
          <w:sz w:val="20"/>
        </w:rPr>
        <w:t>[551]</w:t>
      </w:r>
    </w:p>
    <w:p>
      <w:r>
        <w:rPr>
          <w:rFonts w:ascii="Gentium Plus" w:hAnsi="Gentium Plus"/>
          <w:sz w:val="24"/>
        </w:rPr>
        <w:t>Τοὔνεκεν εἰς μέσον ἦλθον ἐμῶν τεκέων ἐπίκουρος, Μῦθον ἀοσσητῆρα Θεοῦ σὺν χειρὶ φέρουσα. Μητρὶ δ’ ἐμῇ τὰ πρῶτα μυθήσομαι, ὅσς’ ἐπέοικε, Κεῖνο μὲν ἀτρεκέως μυθήσαο, καὶ κατέλεξας,</w:t>
      </w:r>
    </w:p>
    <w:p>
      <w:r>
        <w:rPr>
          <w:rFonts w:ascii="Courier New" w:hAnsi="Courier New"/>
          <w:color w:val="555555"/>
          <w:sz w:val="20"/>
        </w:rPr>
        <w:t>[5]</w:t>
      </w:r>
    </w:p>
    <w:p>
      <w:r>
        <w:rPr>
          <w:rFonts w:ascii="Gentium Plus" w:hAnsi="Gentium Plus"/>
          <w:sz w:val="24"/>
        </w:rPr>
        <w:t>Συζυγίη χαρίεσσα, καὶ ᾔνεσα (ἦ γὰρ ἔγωγε Ἄρξομ’ ὅθεν κατέληξε τεὸς λόγος), ὡς ἀγάμοισι Ῥίζα γάμος. Καὶ γάρ τε πέλει καὶ ῥίζα καὶ ἀρχή. Τίς δέ κεν ἀρνήσαιτο σαοφρονέων γενετῆρας; Οὐ μὴν πάντ’ ἀγόρευσας ἐτήτυμα. Ἀλλὰ δέχοιο,</w:t>
      </w:r>
    </w:p>
    <w:p>
      <w:r>
        <w:rPr>
          <w:rFonts w:ascii="Courier New" w:hAnsi="Courier New"/>
          <w:color w:val="555555"/>
          <w:sz w:val="20"/>
        </w:rPr>
        <w:t>[10]</w:t>
      </w:r>
    </w:p>
    <w:p>
      <w:r>
        <w:rPr>
          <w:rFonts w:ascii="Gentium Plus" w:hAnsi="Gentium Plus"/>
          <w:sz w:val="24"/>
        </w:rPr>
        <w:t>Καὶ μήτηρ περ ἐοῦσα, σοφὸν καὶ ἐχέφρονα μῦθον, Καὶ μεγάλης σοφίης μυστήριον ἀμφὶ γενέθλην, Ἣν κευθμῶνες ἔδειξαν ἐμοὶ μεγάλοιο Θεοῖο. Οὐχ ὅλου ἀνθρώποιο πατὴρ βροτὸς, ὡς ἐνέπουσιν, Ἀλλ’ ὅσσον σαρκός τε καὶ αἵματος, ἀμφοτέρων μὲν</w:t>
      </w:r>
    </w:p>
    <w:p>
      <w:r>
        <w:rPr>
          <w:rFonts w:ascii="Courier New" w:hAnsi="Courier New"/>
          <w:color w:val="555555"/>
          <w:sz w:val="20"/>
        </w:rPr>
        <w:t>[552]</w:t>
      </w:r>
    </w:p>
    <w:p>
      <w:r>
        <w:rPr>
          <w:rFonts w:ascii="Gentium Plus" w:hAnsi="Gentium Plus"/>
          <w:sz w:val="24"/>
        </w:rPr>
        <w:t>Ὀλλυμένων. Ψυχὴ δὲ Θεοῦ κρατέοντος ἄημα Ἔκτοθεν εἰσπίπτουσα πλάσει χοός. Οἶδεν ὁ μίξας, Πῶς τὸ πρῶτον ἔπνευσε, καὶ εἰκόνα μίξατο γαίῃ. Μάρτυς ἐμῶν ἐπέων καὶ σὸς πόθος. Ἡμιτελὴς γὰρ,</w:t>
      </w:r>
    </w:p>
    <w:p>
      <w:r>
        <w:rPr>
          <w:rFonts w:ascii="Courier New" w:hAnsi="Courier New"/>
          <w:color w:val="555555"/>
          <w:sz w:val="20"/>
        </w:rPr>
        <w:t>[5]</w:t>
      </w:r>
    </w:p>
    <w:p>
      <w:r>
        <w:rPr>
          <w:rFonts w:ascii="Gentium Plus" w:hAnsi="Gentium Plus"/>
          <w:sz w:val="24"/>
        </w:rPr>
        <w:t>Στέργων οὐ ψυχὰς τεκέων, τὰ δὲ σώματα μοῦνα, Οἷς δάκνῃ μογέουσι, καὶ οἷς θαλέθουσι γέγηθας. Πλείονα γὰρ τυτθῇσι πατὴρ καὶ πότνια μήτηρ Ὧν τεκέων λώβῃσιν ἑὸν καταδάμναται ἦτορ, Ἢ μεγάλαις ψυχῶν κακίαις καὶ χείροσι λώβαις.</w:t>
      </w:r>
    </w:p>
    <w:p>
      <w:r>
        <w:rPr>
          <w:rFonts w:ascii="Courier New" w:hAnsi="Courier New"/>
          <w:color w:val="555555"/>
          <w:sz w:val="20"/>
        </w:rPr>
        <w:t>[10]</w:t>
      </w:r>
    </w:p>
    <w:p>
      <w:r>
        <w:rPr>
          <w:rFonts w:ascii="Gentium Plus" w:hAnsi="Gentium Plus"/>
          <w:sz w:val="24"/>
        </w:rPr>
        <w:t>Τῶν μὲν γὰρ τοκέες, τῶν δ’ οὐ τελέθουσι τοκῆες. Εἰ δέ σε μητέρ’ ἐγὼ καλέω, κἀπὶ χείρονι μοίρῃ, Πῶς σύ γ’ ἀρειοτέρου φθονέεις πατρὸς ἠϊθέοισιν;</w:t>
      </w:r>
    </w:p>
    <w:p>
      <w:r>
        <w:rPr>
          <w:rFonts w:ascii="Courier New" w:hAnsi="Courier New"/>
          <w:color w:val="555555"/>
          <w:sz w:val="20"/>
        </w:rPr>
        <w:t>[553]</w:t>
      </w:r>
    </w:p>
    <w:p>
      <w:r>
        <w:rPr>
          <w:rFonts w:ascii="Gentium Plus" w:hAnsi="Gentium Plus"/>
          <w:sz w:val="24"/>
        </w:rPr>
        <w:t>Παρθενίην τίουσα, Θεὸν πατέρ’ ἀμφιέπουσαν. Μητέρι μὲν δὴ τοῖα, καὶ ἄρκιος ἐνθάδε μῦθος. Αὐτὰρ ἐγὼ, φίλα τέκνα Θεοῦ, πάντων βασιλῆος, Τόνδε νόμον τίουσα, ὁμοφροσύνην ἐρατεινὴν</w:t>
      </w:r>
    </w:p>
    <w:p>
      <w:r>
        <w:rPr>
          <w:rFonts w:ascii="Courier New" w:hAnsi="Courier New"/>
          <w:color w:val="555555"/>
          <w:sz w:val="20"/>
        </w:rPr>
        <w:t>[5]</w:t>
      </w:r>
    </w:p>
    <w:p>
      <w:r>
        <w:rPr>
          <w:rFonts w:ascii="Gentium Plus" w:hAnsi="Gentium Plus"/>
          <w:sz w:val="24"/>
        </w:rPr>
        <w:t>Πρὸς Θεὸν οἶον ἔμιξα, χοὸς δ’ ἀπέλειπον ἔρωτα, Ὃν πάϊς ἀθανάτοιο Πατρὸς ἐστήσατ’ ἄνωθεν, Ἐκγεγαὼς ἀδέτοιο, καὶ ἄφθιτος οὐ φθινύθοντος, Ἐξέτι τοῦ, ὅτε πρῶτον Ἀδὰμ θέτο ἐν παραδείσῳ Ἄζυγα, καὶ μετέπειτα διδοὺς νόμον ἥγνισε λαὸν,</w:t>
      </w:r>
    </w:p>
    <w:p>
      <w:r>
        <w:rPr>
          <w:rFonts w:ascii="Courier New" w:hAnsi="Courier New"/>
          <w:color w:val="555555"/>
          <w:sz w:val="20"/>
        </w:rPr>
        <w:t>[10]</w:t>
      </w:r>
    </w:p>
    <w:p>
      <w:r>
        <w:rPr>
          <w:rFonts w:ascii="Gentium Plus" w:hAnsi="Gentium Plus"/>
          <w:sz w:val="24"/>
        </w:rPr>
        <w:t>Καὶ τοκετοὺς ἐκάθηρε νόμῳ, καὶ νηὸν ἔτισε Σώμασιν ἀγνοτάτοισιν ἀμοιβαδίων ἱερήων. Μάρτυς Ἰωάννοιο πατὴρ μέγας, οὔτι πάροιθε Σπερμήνας φίλον υἷα, τὸν ἔνδοθι δέξατο νηοῦ,</w:t>
      </w:r>
    </w:p>
    <w:p>
      <w:r>
        <w:rPr>
          <w:rFonts w:ascii="Courier New" w:hAnsi="Courier New"/>
          <w:color w:val="555555"/>
          <w:sz w:val="20"/>
        </w:rPr>
        <w:t>[554]</w:t>
      </w:r>
    </w:p>
    <w:p>
      <w:r>
        <w:rPr>
          <w:rFonts w:ascii="Gentium Plus" w:hAnsi="Gentium Plus"/>
          <w:sz w:val="24"/>
        </w:rPr>
        <w:t>Τὸν Χριστοῦ μεγάλοιο προάγγελον ἡμερίοισι, Πρίν γε Θεῷ τελέσαι μυστήρια ἤμασιν ἁγνοῖς. Τοῦ δὲ νόμοιο τέλος Χριστὸς, μερόπεσσι κερασθεὶς Παρθενικῆς ἀπὸ γαστρὸς, ὅπως γάμος ἐς χθόνα νεύσῃ.</w:t>
      </w:r>
    </w:p>
    <w:p>
      <w:r>
        <w:rPr>
          <w:rFonts w:ascii="Courier New" w:hAnsi="Courier New"/>
          <w:color w:val="555555"/>
          <w:sz w:val="20"/>
        </w:rPr>
        <w:t>[5]</w:t>
      </w:r>
    </w:p>
    <w:p>
      <w:r>
        <w:rPr>
          <w:rFonts w:ascii="Gentium Plus" w:hAnsi="Gentium Plus"/>
          <w:sz w:val="24"/>
        </w:rPr>
        <w:t>Καί ῥ’ ὁ μὲν ὣς ὑπόειξεν, ὁ δ’ ἔγρετο κόσμος ἀρείων, Καὶ μόρος ἀρχεγόνοιο λυτῆς διὰ σαρκὸς ὁδεύων, Ῥοιῇ τικτομένοισι, καὶ ὀλλυμένοισι γενέθλῃ, Παρθενίῃ γ’ ἐνέκυρσε, καὶ ὤλετο, ὡς ὅτε πέτρῃ Ἀγχιάλῳ μέγα κῦμα, καὶ ὕδατι βοσκομένη φλόξ.</w:t>
      </w:r>
    </w:p>
    <w:p>
      <w:r>
        <w:rPr>
          <w:rFonts w:ascii="Courier New" w:hAnsi="Courier New"/>
          <w:color w:val="555555"/>
          <w:sz w:val="20"/>
        </w:rPr>
        <w:t>[10]</w:t>
      </w:r>
    </w:p>
    <w:p>
      <w:r>
        <w:rPr>
          <w:rFonts w:ascii="Gentium Plus" w:hAnsi="Gentium Plus"/>
          <w:sz w:val="24"/>
        </w:rPr>
        <w:t>Πρὸς τάδε τίς πτολίεσσι καὶ ἀδρανέεσσι νόμοισι, Τίς δ’ ἀγορῇσι γέγηθε, καὶ οἴδμασι, καὶ τίς ἀγῶσιν, Οὓς μῦθοι συνέπηξαν ἐπ’ ὠκυμόροισιν ἐφήβοις;</w:t>
      </w:r>
    </w:p>
    <w:p>
      <w:r>
        <w:rPr>
          <w:rFonts w:ascii="Courier New" w:hAnsi="Courier New"/>
          <w:color w:val="555555"/>
          <w:sz w:val="20"/>
        </w:rPr>
        <w:t>[555]</w:t>
      </w:r>
    </w:p>
    <w:p>
      <w:r>
        <w:rPr>
          <w:rFonts w:ascii="Gentium Plus" w:hAnsi="Gentium Plus"/>
          <w:sz w:val="24"/>
        </w:rPr>
        <w:t>ᾝνεσε; τίς σοφίην κενεαυχέα, ἥ τ’ ἐνὶ χερσὶν, Ἥτ’ ἐν ἀραχναίοισι λόγοις καὶ πλέγμασι κεῖται, Αὐτοῦ τικτομένοισι, καὶ ἠέρι λυομένοισι; Τίς δ’ ἄρα τοῖσι γέγηθε, φυτοσκαφίης τε πόνοισι,</w:t>
      </w:r>
    </w:p>
    <w:p>
      <w:r>
        <w:rPr>
          <w:rFonts w:ascii="Courier New" w:hAnsi="Courier New"/>
          <w:color w:val="555555"/>
          <w:sz w:val="20"/>
        </w:rPr>
        <w:t>[5]</w:t>
      </w:r>
    </w:p>
    <w:p>
      <w:r>
        <w:rPr>
          <w:rFonts w:ascii="Gentium Plus" w:hAnsi="Gentium Plus"/>
          <w:sz w:val="24"/>
        </w:rPr>
        <w:t>Νηός τ’ ὠκυάλοιο δρόμῳ κραιπνοῖς ὑπ’ ἀήταις; Ταῦτα μὲν οὔτε γάμοιο διδάγματα, τῆς δ’ Ἀδάμοιο Τίσιος ἀρχαίης τυτθὸν μέρος, οἷσιν ὑφέρπει Πτέρναν ἐμὴν δοκέων πικρὸς ὄφις. Εἰ δὲ γάμοιο, Ἐῤῥέτω. Οὐ γὰρ ἔμοιγε συνέμπορα πρὸς βίον ἄλλον</w:t>
      </w:r>
    </w:p>
    <w:p>
      <w:r>
        <w:rPr>
          <w:rFonts w:ascii="Courier New" w:hAnsi="Courier New"/>
          <w:color w:val="555555"/>
          <w:sz w:val="20"/>
        </w:rPr>
        <w:t>[10]</w:t>
      </w:r>
    </w:p>
    <w:p>
      <w:r>
        <w:rPr>
          <w:rFonts w:ascii="Gentium Plus" w:hAnsi="Gentium Plus"/>
          <w:sz w:val="24"/>
        </w:rPr>
        <w:t>Ἔνθεν ἐπειγομένῃ, τὰ δέ γ’ ὄλβια πάντ’ ἀπολεῖται Σήμερον, ἢ κόσμοιο σὺν ἀστατέοντι ῥεέθρῳ Ῥευστὸς γὰρ ῥευστοῖο διεκπεράας βιότοιο,</w:t>
      </w:r>
    </w:p>
    <w:p>
      <w:r>
        <w:rPr>
          <w:rFonts w:ascii="Courier New" w:hAnsi="Courier New"/>
          <w:color w:val="555555"/>
          <w:sz w:val="20"/>
        </w:rPr>
        <w:t>[556]</w:t>
      </w:r>
    </w:p>
    <w:p>
      <w:r>
        <w:rPr>
          <w:rFonts w:ascii="Gentium Plus" w:hAnsi="Gentium Plus"/>
          <w:sz w:val="24"/>
        </w:rPr>
        <w:t>Βαιὸν ἐφαπτόμενός τε παρατροχάων τροχάοντα. Εἰ δὲ σοφοῖσι γέγηθας, ἐπεὶ σέθεν ἐξεγένοντο, Δέξαι καὶ ἀλιτρῶν κακίην, ὧν ῥίζα τέτυξαι. Ῥίζα Κάϊν, Σοδόμων τε, καὶ οὓς ἐκέδας’ ἐπὶ πύργῳ</w:t>
      </w:r>
    </w:p>
    <w:p>
      <w:r>
        <w:rPr>
          <w:rFonts w:ascii="Courier New" w:hAnsi="Courier New"/>
          <w:color w:val="555555"/>
          <w:sz w:val="20"/>
        </w:rPr>
        <w:t>[5]</w:t>
      </w:r>
    </w:p>
    <w:p>
      <w:r>
        <w:rPr>
          <w:rFonts w:ascii="Gentium Plus" w:hAnsi="Gentium Plus"/>
          <w:sz w:val="24"/>
        </w:rPr>
        <w:t>Χριστὸς ἀτασθαλέοντας, ὕβριν θ’ ὧν ἔσβεσεν ὄμβρος Οὐρανόθεν χθόνα πᾶσαν ὁμοῦ πνείουσι καθήρας. Τίς Φαραὼ κακόμητιν, Ἀχὰβ θράσος, Ἀσσυρίων τε Πικροτάτους βασιλῆας ἐθρέψατο; τίς δὲ δίκαιον Αἷμα πότῳ μάχλοις τε κινήμασι δόντα θυγατρὸς</w:t>
      </w:r>
    </w:p>
    <w:p>
      <w:r>
        <w:rPr>
          <w:rFonts w:ascii="Courier New" w:hAnsi="Courier New"/>
          <w:color w:val="555555"/>
          <w:sz w:val="20"/>
        </w:rPr>
        <w:t>[10]</w:t>
      </w:r>
    </w:p>
    <w:p>
      <w:r>
        <w:rPr>
          <w:rFonts w:ascii="Gentium Plus" w:hAnsi="Gentium Plus"/>
          <w:sz w:val="24"/>
        </w:rPr>
        <w:t>Οὔλιον Ἡρώδην, παιδοκτόνον, ἠδὲ φονῆας Χριστοῦ παμβασιλῆος, ὅσοι τ’ ἐγένοντο διῶκται Πρόσθεν καὶ μετέπειτα, καὶ ὑστατίοισι χρόνοισι,</w:t>
      </w:r>
    </w:p>
    <w:p>
      <w:r>
        <w:rPr>
          <w:rFonts w:ascii="Courier New" w:hAnsi="Courier New"/>
          <w:color w:val="555555"/>
          <w:sz w:val="20"/>
        </w:rPr>
        <w:t>[557]</w:t>
      </w:r>
    </w:p>
    <w:p>
      <w:r>
        <w:rPr>
          <w:rFonts w:ascii="Gentium Plus" w:hAnsi="Gentium Plus"/>
          <w:sz w:val="24"/>
        </w:rPr>
        <w:t>Δεινὸν Ἰουλιανοῖο κράτος, ψυχῶν ὀλετῆρος, Οὗ θεόθεν πληγέντος, ἐπεὶ μόθον ἤρατο Χριστῷ, Θερμὸν ἔτι ζείουσα κόνις, μέγα τάρβος ἀλιτροῖς· Ἄλλους θ’ οὕς περ ἔδωκε βίῳ γάμος, ἠδ’ ἔτι δώσει,</w:t>
      </w:r>
    </w:p>
    <w:p>
      <w:r>
        <w:rPr>
          <w:rFonts w:ascii="Courier New" w:hAnsi="Courier New"/>
          <w:color w:val="555555"/>
          <w:sz w:val="20"/>
        </w:rPr>
        <w:t>[5]</w:t>
      </w:r>
    </w:p>
    <w:p>
      <w:r>
        <w:rPr>
          <w:rFonts w:ascii="Gentium Plus" w:hAnsi="Gentium Plus"/>
          <w:sz w:val="24"/>
        </w:rPr>
        <w:t>Ψεύστας, ἀνδροφόνους, σκολιοὺς, ἐπίορκον ὀμοῦντας, Ἅρπαγας ἀλλοτρίων, ξείνης δηλήμονας εὐνῆς, Τίς κεν ἀριθμήσειεν; ἐπεὶ τόδε πᾶσι πέφανται, Ὡς πλείων χρυσοῖο κόνις, πλείους δὲ κάκιστοι Τῶν ἀγαθῶν· καὶ γάρ τε τρίβους περόωσιν ἀνίσους.</w:t>
      </w:r>
    </w:p>
    <w:p>
      <w:r>
        <w:rPr>
          <w:rFonts w:ascii="Courier New" w:hAnsi="Courier New"/>
          <w:color w:val="555555"/>
          <w:sz w:val="20"/>
        </w:rPr>
        <w:t>[10]</w:t>
      </w:r>
    </w:p>
    <w:p>
      <w:r>
        <w:rPr>
          <w:rFonts w:ascii="Gentium Plus" w:hAnsi="Gentium Plus"/>
          <w:sz w:val="24"/>
        </w:rPr>
        <w:t>Τοῖς μὲν γὰρ χθαμαλὴ καὶ ἐπίτροχός ἐστι κακοῖσιν. Οἱ δ’ ἀγαθοὶ τέμνουσι προσάντεα. Τοὔνεκεν ἐσθλῶν Πλεῖστον, ὅσον κακίους προφερέστεροί εἰσιν ἀριθμῷ. Εἰ μὲν δὴ λήξειας ἀγαλλομένη τεκέεσσι,</w:t>
      </w:r>
    </w:p>
    <w:p>
      <w:r>
        <w:rPr>
          <w:rFonts w:ascii="Courier New" w:hAnsi="Courier New"/>
          <w:color w:val="555555"/>
          <w:sz w:val="20"/>
        </w:rPr>
        <w:t>[558]</w:t>
      </w:r>
    </w:p>
    <w:p>
      <w:r>
        <w:rPr>
          <w:rFonts w:ascii="Gentium Plus" w:hAnsi="Gentium Plus"/>
          <w:sz w:val="24"/>
        </w:rPr>
        <w:t>Καὶ πηρὸν καλέουσα βίον θεότητος ἑταῖρον, Στήσομεν ἐνθάδε μῦθον. Ἔχοις κλέος ἀμφήριστον. Οὐδὲ γὰρ οὐδ’ αὐτὴ φθονέω χθονίῳ γενετῆρι. Εἰ δὲ Θεοῖο λαχοῦσα τὰ δεύτερα, πρῶτα δέδορκας,</w:t>
      </w:r>
    </w:p>
    <w:p>
      <w:r>
        <w:rPr>
          <w:rFonts w:ascii="Courier New" w:hAnsi="Courier New"/>
          <w:color w:val="555555"/>
          <w:sz w:val="20"/>
        </w:rPr>
        <w:t>[5]</w:t>
      </w:r>
    </w:p>
    <w:p>
      <w:r>
        <w:rPr>
          <w:rFonts w:ascii="Gentium Plus" w:hAnsi="Gentium Plus"/>
          <w:sz w:val="24"/>
        </w:rPr>
        <w:t>Φθέγξομαι ἀτρεκέως μὲν, ἀτὰρ θυμαλγέα μῦθον. Τίς πάντων μερόπων τόδ’ ἐμήσατο τέκνον ἄριστον Σπερμῆναι; τί δὲ μῆχος ἀνάρσιον υἷα φυτεῦσαι; Εἰκόνα μὲν γράψεν τις ἀπ’ εἰκόνος οὔτι χερείω, Καὶ πλάστης ἐτύπωσεν ἐοικότα πλάσματα μορφαῖς,</w:t>
      </w:r>
    </w:p>
    <w:p>
      <w:r>
        <w:rPr>
          <w:rFonts w:ascii="Courier New" w:hAnsi="Courier New"/>
          <w:color w:val="555555"/>
          <w:sz w:val="20"/>
        </w:rPr>
        <w:t>[10]</w:t>
      </w:r>
    </w:p>
    <w:p>
      <w:r>
        <w:rPr>
          <w:rFonts w:ascii="Gentium Plus" w:hAnsi="Gentium Plus"/>
          <w:sz w:val="24"/>
        </w:rPr>
        <w:t>Καὶ χρυσὸν παλάμῃσιν, ὅπη νόος, ἤλασε τέχνη, Καὶ στάχυν ἐξ ἀγαθοῖο γεωμόρος ἐσθλὸν ἄμησε Σπέρματος, οὐδ’ ἀτύχησε τέλους πόθος, οἷον ἐώλπει Θνητὸς δ’ οὐ σάφα οἶδε γόνου φύσιν, εἰς ὅ τι λήξει,</w:t>
      </w:r>
    </w:p>
    <w:p>
      <w:r>
        <w:rPr>
          <w:rFonts w:ascii="Courier New" w:hAnsi="Courier New"/>
          <w:color w:val="555555"/>
          <w:sz w:val="20"/>
        </w:rPr>
        <w:t>[559]</w:t>
      </w:r>
    </w:p>
    <w:p>
      <w:r>
        <w:rPr>
          <w:rFonts w:ascii="Gentium Plus" w:hAnsi="Gentium Plus"/>
          <w:sz w:val="24"/>
        </w:rPr>
        <w:t>Εἰ Παῦλός τις ἐὼν χριστοκτόνον υἷα φυτεύσει, Ἄνναν ἢ Καϊάφαν ἀτάσθαλον, ἤ τιν’ Ἰούδαν· Οὐδ’ εἴ τις κακίαν πεφυκὼς οἷός περ Ἰούδας, Ἢ Παύλου ζαθέου κεκλήσεται, ἢ ὅγε Πέτρου,</w:t>
      </w:r>
    </w:p>
    <w:p>
      <w:r>
        <w:rPr>
          <w:rFonts w:ascii="Courier New" w:hAnsi="Courier New"/>
          <w:color w:val="555555"/>
          <w:sz w:val="20"/>
        </w:rPr>
        <w:t>[5]</w:t>
      </w:r>
    </w:p>
    <w:p>
      <w:r>
        <w:rPr>
          <w:rFonts w:ascii="Gentium Plus" w:hAnsi="Gentium Plus"/>
          <w:sz w:val="24"/>
        </w:rPr>
        <w:t>Πέτρης ἀῤῥαγέος, γενέτης κληῖδα λαχόντος. Οὐδὲ γὰρ εἰ φίλον υἷα φιτύσσεται ἠὲ θύγατρα, Οἶδε πατήρ. Ὕβριν δὲ χοὸς μόνον ἔσβεσεν εὐνῇ. Ἐκ δ’ ἑνὸς ἀρχεγόνοιο Κάϊν καὶ Ἄβελ ὑπέσταν, Ζηλήμων, θυσίης τε θεουδέος ἐσθλὸς ἀρητήρ.</w:t>
      </w:r>
    </w:p>
    <w:p>
      <w:r>
        <w:rPr>
          <w:rFonts w:ascii="Courier New" w:hAnsi="Courier New"/>
          <w:color w:val="555555"/>
          <w:sz w:val="20"/>
        </w:rPr>
        <w:t>[10]</w:t>
      </w:r>
    </w:p>
    <w:p>
      <w:r>
        <w:rPr>
          <w:rFonts w:ascii="Gentium Plus" w:hAnsi="Gentium Plus"/>
          <w:sz w:val="24"/>
        </w:rPr>
        <w:t>Ἰσακίδαι δ’ Ἡσαῦ τε κακὸς, Ἰακώβ τε φέριστος· Καὶ πλέον, ἐκ γὰρ ἑνὸς δίδυμος γόνος οὐδὲν ὁμοῖος. Καὶ Σολομὼν τὰ πρῶτα σοφὸς, μετέπειτα κάκιστος, Ἡνίκα θηλυτέρῃσιν ἐφωμάρτησεν ἀλιτραῖς. Ἔμπαλιν αὖ Παύλοιο μέγα σθένος ἀμφοτέρωθεν,</w:t>
      </w:r>
    </w:p>
    <w:p>
      <w:r>
        <w:rPr>
          <w:rFonts w:ascii="Courier New" w:hAnsi="Courier New"/>
          <w:color w:val="555555"/>
          <w:sz w:val="20"/>
        </w:rPr>
        <w:t>[560]</w:t>
      </w:r>
    </w:p>
    <w:p>
      <w:r>
        <w:rPr>
          <w:rFonts w:ascii="Gentium Plus" w:hAnsi="Gentium Plus"/>
          <w:sz w:val="24"/>
        </w:rPr>
        <w:t>Ὃς Χριστὸν μὲν ἄτιζεν, ἔπειτα δὲ πᾶσιν ἔφηνε, Τρέψας εἰς ἀγαθὸν ζῆλον πυρόεσσαν ἐρωήν. Τούτων συζυγίῃ δὲ τί δώσομεν; οὐδὲν ἔγωγε. Οὐ γὰρ ζευγνυμένοις καταθύμιος ἕσπεται εἰκών.</w:t>
      </w:r>
    </w:p>
    <w:p>
      <w:r>
        <w:rPr>
          <w:rFonts w:ascii="Courier New" w:hAnsi="Courier New"/>
          <w:color w:val="555555"/>
          <w:sz w:val="20"/>
        </w:rPr>
        <w:t>[5]</w:t>
      </w:r>
    </w:p>
    <w:p>
      <w:r>
        <w:rPr>
          <w:rFonts w:ascii="Gentium Plus" w:hAnsi="Gentium Plus"/>
          <w:sz w:val="24"/>
        </w:rPr>
        <w:t>Ἀλλ’ ὥς τις στρεπτοῖσιν ἰαινόμενος φρένα πεσσοῖς, Πεσσοὺς μὲν προέηκε, τὸ δ’ ἄρτιον ἠὲ περισσὸν Οὐ χέρες, αὐτόμαται δὲ λίθων στροφάλιγγες ἔνεικαν· Ὥς ῥα γάμος, τεκέων ἀρότης, πινυτούς τε κακούς τε Οὐ τέκεν, ἀλλ’ ἐδίδαξε βροτῶν φύσις ἠὲ μάθησις.</w:t>
      </w:r>
    </w:p>
    <w:p>
      <w:r>
        <w:rPr>
          <w:rFonts w:ascii="Courier New" w:hAnsi="Courier New"/>
          <w:color w:val="555555"/>
          <w:sz w:val="20"/>
        </w:rPr>
        <w:t>[10]</w:t>
      </w:r>
    </w:p>
    <w:p>
      <w:r>
        <w:rPr>
          <w:rFonts w:ascii="Gentium Plus" w:hAnsi="Gentium Plus"/>
          <w:sz w:val="24"/>
        </w:rPr>
        <w:t>Εἰ δ’ ἐτεὸν ποθέεις γνῶναι λόγον, οἱ μὲν ἄριστοι, Πνεύματος ἠδὲ λόγοιο διαπλάσσοντος, ἄριστοι. Σπινθὴρ εὐσεβίης γὰρ ἐν ἀνθρώποισι κέκρυπται, Ὥς τισιν ἐν λάεσσι πυρὸς μένος. Ὡς δὲ σίδηρος</w:t>
      </w:r>
    </w:p>
    <w:p>
      <w:r>
        <w:rPr>
          <w:rFonts w:ascii="Courier New" w:hAnsi="Courier New"/>
          <w:color w:val="555555"/>
          <w:sz w:val="20"/>
        </w:rPr>
        <w:t>[561]</w:t>
      </w:r>
    </w:p>
    <w:p>
      <w:r>
        <w:rPr>
          <w:rFonts w:ascii="Gentium Plus" w:hAnsi="Gentium Plus"/>
          <w:sz w:val="24"/>
        </w:rPr>
        <w:t>Εὐσεβίην λοχόωσαν ἄγει λόγος. Οἱ δὲ κάκιστοι, Μᾶλλον συζυγίῃς. ἢ γὰρ πλέον ἐνθάδε τίκτει, Καὶ κόσμοιο ῥέοντος ὁμόστολος ἧλος ἔραζε Σάρκα δέων, ψυχήν τε κάτω βρίθουσα μολυβδὶς,</w:t>
      </w:r>
    </w:p>
    <w:p>
      <w:r>
        <w:rPr>
          <w:rFonts w:ascii="Courier New" w:hAnsi="Courier New"/>
          <w:color w:val="555555"/>
          <w:sz w:val="20"/>
        </w:rPr>
        <w:t>[5]</w:t>
      </w:r>
    </w:p>
    <w:p>
      <w:r>
        <w:rPr>
          <w:rFonts w:ascii="Gentium Plus" w:hAnsi="Gentium Plus"/>
          <w:sz w:val="24"/>
        </w:rPr>
        <w:t>Καὶ κλῆρος τοκέεσσιν ὁμοίϊος ἐνθάδε μίμνων. Ἀλλ’ ἔμπης τοκέων περιδώμεθα, μή τε σὺ βάζειν Τοὺς ἀγαθοὺς, ῥίψω τε ἀτασθαλέοντας ἔγωγε. Τοῖς δ’ ἄλλοις, ὁππόσσον ἁγνὸς βίος ἐστὶν ἀρείων, Γνοίης κεν φιλότητα Θεοῦ, σαρκός τε παχείης,</w:t>
      </w:r>
    </w:p>
    <w:p>
      <w:r>
        <w:rPr>
          <w:rFonts w:ascii="Courier New" w:hAnsi="Courier New"/>
          <w:color w:val="555555"/>
          <w:sz w:val="20"/>
        </w:rPr>
        <w:t>[10]</w:t>
      </w:r>
    </w:p>
    <w:p>
      <w:r>
        <w:rPr>
          <w:rFonts w:ascii="Gentium Plus" w:hAnsi="Gentium Plus"/>
          <w:sz w:val="24"/>
        </w:rPr>
        <w:t>Σκεψαμένη, κόσμου τε φύσιν καὶ τέρματα δισσά. Εἰ γάρ τοι καὶ μικρὸν ἀποσκεδάσειας ὀπωπῆς Ἢ λήμην ῥυπόωσαν, ἀπ’ αὔγεος ἢ σύ γ’ ὁμίχλην, Καὶ γλήνην πετάσειας ἐς αὐγὰς ἠελίοιο</w:t>
      </w:r>
    </w:p>
    <w:p>
      <w:r>
        <w:rPr>
          <w:rFonts w:ascii="Courier New" w:hAnsi="Courier New"/>
          <w:color w:val="555555"/>
          <w:sz w:val="20"/>
        </w:rPr>
        <w:t>[562]</w:t>
      </w:r>
    </w:p>
    <w:p>
      <w:r>
        <w:rPr>
          <w:rFonts w:ascii="Gentium Plus" w:hAnsi="Gentium Plus"/>
          <w:sz w:val="24"/>
        </w:rPr>
        <w:t>Ἡμετέρου, καθαρῷ δὲ νόῳ λεύσειας ἄπαντα, Δήεις παρθενίην μὲν ὅλην ἀνάθημα Θεοῖο, Χρυσοῦ τ’ ἠλέκτρου τε φαάντερον, ἠδ’ ἐλέφαντος, Εὔσκοπον, εὐδιόωσαν, ἐΰπτερον, ὑψικάρηνον,</w:t>
      </w:r>
    </w:p>
    <w:p>
      <w:r>
        <w:rPr>
          <w:rFonts w:ascii="Courier New" w:hAnsi="Courier New"/>
          <w:color w:val="555555"/>
          <w:sz w:val="20"/>
        </w:rPr>
        <w:t>[5]</w:t>
      </w:r>
    </w:p>
    <w:p>
      <w:r>
        <w:rPr>
          <w:rFonts w:ascii="Gentium Plus" w:hAnsi="Gentium Plus"/>
          <w:sz w:val="24"/>
        </w:rPr>
        <w:t>Κούφην, παμφανόωσαν, ἄνω χθονὸς, ἀστήρικτον Γαίης ἐν γυάλοισιν, ἐν ἄστεϊ δ’ εὐρυθεμέθλῳ Οὐρανίῳ, καὶ σαρκὸς ἀπόπροθι ναιετάουσαν, Χειρῶν ἀμφοτέρων τῇ μὲν κατέχουσαν ἀγήρω Ζωὴν, τῇ δ’ ἑτέρῃ πλοῦτον καὶ κῦδος ἄπαυστον·</w:t>
      </w:r>
    </w:p>
    <w:p>
      <w:r>
        <w:rPr>
          <w:rFonts w:ascii="Courier New" w:hAnsi="Courier New"/>
          <w:color w:val="555555"/>
          <w:sz w:val="20"/>
        </w:rPr>
        <w:t>[10]</w:t>
      </w:r>
    </w:p>
    <w:p>
      <w:r>
        <w:rPr>
          <w:rFonts w:ascii="Gentium Plus" w:hAnsi="Gentium Plus"/>
          <w:sz w:val="24"/>
        </w:rPr>
        <w:t>Οὐχ ὡς δὴ φερέοικον ὑπ’ ἄχθεϊ ὀστρακόεντι Ἕλκουσαν μογερῶς ὑγρὸν δέμας ἴχνεσι νωθροῖς, Οὐ Χριστῷ καὶ σαρκὶ μεριζομένην βασιλῆϊ,</w:t>
      </w:r>
    </w:p>
    <w:p>
      <w:r>
        <w:rPr>
          <w:rFonts w:ascii="Courier New" w:hAnsi="Courier New"/>
          <w:color w:val="555555"/>
          <w:sz w:val="20"/>
        </w:rPr>
        <w:t>[563]</w:t>
      </w:r>
    </w:p>
    <w:p>
      <w:r>
        <w:rPr>
          <w:rFonts w:ascii="Gentium Plus" w:hAnsi="Gentium Plus"/>
          <w:sz w:val="24"/>
        </w:rPr>
        <w:t>Καὶ μαλακοῖς ναίουσαν ἐν ὕδασι νυκτὶ καὶ ἠοῖ, Ἀλλὰ Θεοῦ πέμπουσαν ὅλον νόον, ἐκ δὲ Θεοῖο Κρείσσοσι καὶ τεκέων γεννήμασιν εὐθαλέουσαν, Ἐλπωρῇ, καθαροῖς τε νοήμασιν ἐκ καθαροῖο.</w:t>
      </w:r>
    </w:p>
    <w:p>
      <w:r>
        <w:rPr>
          <w:rFonts w:ascii="Courier New" w:hAnsi="Courier New"/>
          <w:color w:val="555555"/>
          <w:sz w:val="20"/>
        </w:rPr>
        <w:t>[5]</w:t>
      </w:r>
    </w:p>
    <w:p>
      <w:r>
        <w:rPr>
          <w:rFonts w:ascii="Gentium Plus" w:hAnsi="Gentium Plus"/>
          <w:sz w:val="24"/>
        </w:rPr>
        <w:t>Συζυγίην δ’ αὖ πάμπαν ἀπὸ Χριστοῖο θέουσαν Βράσμασιν οὐλομένοιο χοὸς, κόσμου τε μερίμναις Παντοίαις, ἢ βαιὸν ἐφαπτομένην γε Θεοῖο. Ὡς γὰρ ὁμοῦ λεύσσουσα κάρη δύο, ἠὲ πρόσωπα, Ἠὲ καὶ ἐν σελίδεσσι γεγραμμένα γράμματα δισσαῖς,</w:t>
      </w:r>
    </w:p>
    <w:p>
      <w:r>
        <w:rPr>
          <w:rFonts w:ascii="Courier New" w:hAnsi="Courier New"/>
          <w:color w:val="555555"/>
          <w:sz w:val="20"/>
        </w:rPr>
        <w:t>[10]</w:t>
      </w:r>
    </w:p>
    <w:p>
      <w:r>
        <w:rPr>
          <w:rFonts w:ascii="Gentium Plus" w:hAnsi="Gentium Plus"/>
          <w:sz w:val="24"/>
        </w:rPr>
        <w:t>Οὐχ ὅλον ἀτρεκέως τύπον ἥρπασεν, ἱεμένη περ, Ἀλλὰ τὸ μὲν κατέμαρψε, τὸ δ’ ἔκφυγεν ὄψιν ἀραιὴν Σκιδναμένην, ὡς οἶστρος ἐπ’ ἀμφοτέροισιν ἀφαυρὸς, Κόσμῳ τε, Χριστῷ τε, ὁ δ’ ἔμπεδος εἰς ἕνα τείνων. Ἢ γὰρ Χριστὸν ἔχων τις ὅλον, ἀλόγησε δάμαρτος,</w:t>
      </w:r>
    </w:p>
    <w:p>
      <w:r>
        <w:rPr>
          <w:rFonts w:ascii="Courier New" w:hAnsi="Courier New"/>
          <w:color w:val="555555"/>
          <w:sz w:val="20"/>
        </w:rPr>
        <w:t>[15]</w:t>
      </w:r>
    </w:p>
    <w:p>
      <w:r>
        <w:rPr>
          <w:rFonts w:ascii="Gentium Plus" w:hAnsi="Gentium Plus"/>
          <w:sz w:val="24"/>
        </w:rPr>
        <w:t>Ἢ τίων φιλότητα χοὸς, Χριστοῖο λέλασται.</w:t>
      </w:r>
    </w:p>
    <w:p>
      <w:r>
        <w:rPr>
          <w:rFonts w:ascii="Courier New" w:hAnsi="Courier New"/>
          <w:color w:val="555555"/>
          <w:sz w:val="20"/>
        </w:rPr>
        <w:t>[564]</w:t>
      </w:r>
    </w:p>
    <w:p>
      <w:r>
        <w:rPr>
          <w:rFonts w:ascii="Gentium Plus" w:hAnsi="Gentium Plus"/>
          <w:sz w:val="24"/>
        </w:rPr>
        <w:t>Ἤδη καί τιν’ ὄπωπα λιθοξόον, ἠέ τιν’ ἔργων Ἴδριν δουρατέων, πινυτοὺς καὶ φράδμονας ἄνδρας· Ἰθείην στάθμῃσιν ἐπὴν διατεκμήρωνται, Ὡς φαέων ἕτερον μὲν ὑπὸ βλεφάροισιν ἔδησαν,</w:t>
      </w:r>
    </w:p>
    <w:p>
      <w:r>
        <w:rPr>
          <w:rFonts w:ascii="Courier New" w:hAnsi="Courier New"/>
          <w:color w:val="555555"/>
          <w:sz w:val="20"/>
        </w:rPr>
        <w:t>[5]</w:t>
      </w:r>
    </w:p>
    <w:p>
      <w:r>
        <w:rPr>
          <w:rFonts w:ascii="Gentium Plus" w:hAnsi="Gentium Plus"/>
          <w:sz w:val="24"/>
        </w:rPr>
        <w:t>Τῷ δ’ ἑτέρῳ πέμψαντες ὅλον φάος εἰς ἓν ἄγερθεν, Ἀτρεκίης ἐτύχησαν, ὁ δ’ ὡμάρτησε σίδηρος· Ὡς πόθος εἰς ἓν ἰὼν, Χριστοῦ πλέον ἐγγὺς ἐλαύνει, Ὃς ποθέει ποθέοντα, καὶ εἰσορόωντα δέδορκεν, Εἰσορόωντα δέδορκε, καὶ ἀντιάει προσιόντι.</w:t>
      </w:r>
    </w:p>
    <w:p>
      <w:r>
        <w:rPr>
          <w:rFonts w:ascii="Courier New" w:hAnsi="Courier New"/>
          <w:color w:val="555555"/>
          <w:sz w:val="20"/>
        </w:rPr>
        <w:t>[10]</w:t>
      </w:r>
    </w:p>
    <w:p>
      <w:r>
        <w:rPr>
          <w:rFonts w:ascii="Gentium Plus" w:hAnsi="Gentium Plus"/>
          <w:sz w:val="24"/>
        </w:rPr>
        <w:t>Ὅσσον τις ποθέει, καὶ δέρκεται, ὅσσον ὄπωπεν. Τόσσον καὶ ποθέει· κύκλος ἀνελίσσεται ἐσθλός.</w:t>
      </w:r>
    </w:p>
    <w:p>
      <w:r>
        <w:rPr>
          <w:rFonts w:ascii="Courier New" w:hAnsi="Courier New"/>
          <w:color w:val="555555"/>
          <w:sz w:val="20"/>
        </w:rPr>
        <w:t>[565]</w:t>
      </w:r>
    </w:p>
    <w:p>
      <w:r>
        <w:rPr>
          <w:rFonts w:ascii="Gentium Plus" w:hAnsi="Gentium Plus"/>
          <w:sz w:val="24"/>
        </w:rPr>
        <w:t>Ὄμμα βαλεῖν ἑτέρωσε· γλυκὺς δέ με δεσμὸς ἐρύκει Κάλλεος ἰσχανόωσαν, ὅ μευ φρένας ἐπτοίησε Δερκομένης, ἐπ’ ἐμοὶ δὲ τινάξατο παμφανόωντα Πυρσὸν, ὅλην καλήν τε καὶ αἰγλήεσσαν ἔθηκε.</w:t>
      </w:r>
    </w:p>
    <w:p>
      <w:r>
        <w:rPr>
          <w:rFonts w:ascii="Courier New" w:hAnsi="Courier New"/>
          <w:color w:val="555555"/>
          <w:sz w:val="20"/>
        </w:rPr>
        <w:t>[5]</w:t>
      </w:r>
    </w:p>
    <w:p>
      <w:r>
        <w:rPr>
          <w:rFonts w:ascii="Gentium Plus" w:hAnsi="Gentium Plus"/>
          <w:sz w:val="24"/>
        </w:rPr>
        <w:t>Μοῦνος γάρ τε πόθων καὶ κάλλεος αἶσαν ἀγείρει Ἐξ ἐρατοῦ ποθέοντι· ὁ δ’ ὄλβιος, ὅστις ἔδεκτο. Ἀλλὰ σὺ καὶ πόθον ἄλλον ἐνὶ στήθεσσιν ἀέξεις, Καὶ φρονέεις, ὡς μᾶλλον ἐπ’ οὐρανίαις πελάουσα, Εἵνεκα, φὴς, τεκέων καὶ κτήσιος ἠδὲ τοκήων,</w:t>
      </w:r>
    </w:p>
    <w:p>
      <w:r>
        <w:rPr>
          <w:rFonts w:ascii="Courier New" w:hAnsi="Courier New"/>
          <w:color w:val="555555"/>
          <w:sz w:val="20"/>
        </w:rPr>
        <w:t>[10]</w:t>
      </w:r>
    </w:p>
    <w:p>
      <w:r>
        <w:rPr>
          <w:rFonts w:ascii="Gentium Plus" w:hAnsi="Gentium Plus"/>
          <w:sz w:val="24"/>
        </w:rPr>
        <w:t>Ὡς ἐλαφρῶν, ἐλαφρῶν δὲ σοφῇ πόθος ἐστὶν ἀκερδὴς, Νηῦς ὀλίγη, βαιός τε πόρος, καὶ κέρδος ἐλαφρὸν</w:t>
      </w:r>
    </w:p>
    <w:p>
      <w:r>
        <w:rPr>
          <w:rFonts w:ascii="Courier New" w:hAnsi="Courier New"/>
          <w:color w:val="555555"/>
          <w:sz w:val="20"/>
        </w:rPr>
        <w:t>[566]</w:t>
      </w:r>
    </w:p>
    <w:p>
      <w:r>
        <w:rPr>
          <w:rFonts w:ascii="Gentium Plus" w:hAnsi="Gentium Plus"/>
          <w:sz w:val="24"/>
        </w:rPr>
        <w:t>Τῶν οὐχ ἱσταμένων. Σοὶ δὲ πλόος οὗτος ἀπείρων, Καὶ πορθμὸν περόωσα, ἐπεύχεο ποντοπορεύειν Ἱστία κολπώσασα δι’ οἴδματος Ἰονίοιο. Πνοιὴ ταῦτα φέρει, καὶ βέλτερον, εἴ τις ἀρείων·</w:t>
      </w:r>
    </w:p>
    <w:p>
      <w:r>
        <w:rPr>
          <w:rFonts w:ascii="Courier New" w:hAnsi="Courier New"/>
          <w:color w:val="555555"/>
          <w:sz w:val="20"/>
        </w:rPr>
        <w:t>[5]</w:t>
      </w:r>
    </w:p>
    <w:p>
      <w:r>
        <w:rPr>
          <w:rFonts w:ascii="Gentium Plus" w:hAnsi="Gentium Plus"/>
          <w:sz w:val="24"/>
        </w:rPr>
        <w:t>Εἰ δὲ καὶ ἀντιόωσα, μικρὸς μόρος ἐνθάδε θνήσκειν. Ψυχῆς δὲ πλόος ἐστὶ μέγας καὶ πνεύματος ἐσθλοῦ. Τῇ ῥα περιτρομέουσα, πλέον Χριστοῖο δέδραγμαι· Οὐκ οἶον, ποθέω δὲ καὶ εὐδιόωσά περ ἔμπης Χριστὸν ἐμὸν, πόθον ἁγνὸν, ὃς ἔμπεδός ἐστι ποθεῦσιν.</w:t>
      </w:r>
    </w:p>
    <w:p>
      <w:r>
        <w:rPr>
          <w:rFonts w:ascii="Courier New" w:hAnsi="Courier New"/>
          <w:color w:val="555555"/>
          <w:sz w:val="20"/>
        </w:rPr>
        <w:t>[10]</w:t>
      </w:r>
    </w:p>
    <w:p>
      <w:r>
        <w:rPr>
          <w:rFonts w:ascii="Gentium Plus" w:hAnsi="Gentium Plus"/>
          <w:sz w:val="24"/>
        </w:rPr>
        <w:t>Ὅς τις δ’ αὖ χατέων λεύσσει πρὸς χεῖρα Θεοῖο,</w:t>
      </w:r>
    </w:p>
    <w:p>
      <w:r>
        <w:rPr>
          <w:rFonts w:ascii="Courier New" w:hAnsi="Courier New"/>
          <w:color w:val="555555"/>
          <w:sz w:val="20"/>
        </w:rPr>
        <w:t>[567]</w:t>
      </w:r>
    </w:p>
    <w:p>
      <w:r>
        <w:rPr>
          <w:rFonts w:ascii="Gentium Plus" w:hAnsi="Gentium Plus"/>
          <w:sz w:val="24"/>
        </w:rPr>
        <w:t>Εἰ γὰρ δϊστεύσειε τεὴν φρένα Χριστὸς ἄνωθεν, Καὶ μεσάτην τρώσειεν ἀναψύχοντι βελέμνῳ, Ἀμφοτέρους κεν ἔρωτας ἐποπτεύους’ ἑκάτερθεν, Γνοίης κέντρον ἄνακτος ὅσον γλυκερώτερόν ἐστι.</w:t>
      </w:r>
    </w:p>
    <w:p>
      <w:r>
        <w:rPr>
          <w:rFonts w:ascii="Courier New" w:hAnsi="Courier New"/>
          <w:color w:val="555555"/>
          <w:sz w:val="20"/>
        </w:rPr>
        <w:t>[5]</w:t>
      </w:r>
    </w:p>
    <w:p>
      <w:r>
        <w:rPr>
          <w:rFonts w:ascii="Gentium Plus" w:hAnsi="Gentium Plus"/>
          <w:sz w:val="24"/>
        </w:rPr>
        <w:t>Τί πλέον; υἱήεσσιν ἀναχλοάζουσι τοκῆες Γηροκόμοις, ἀλόχῳ τε πόσις, ἄλοχός τε ἀκοίτῃ. Ξυναὶ δ’ εὐφροσύναι τε, καὶ ἄλγεα καὶ μελεδῶναι Κουφότεραι, σκάζοντι δέ τις βεβαὼς μέγ’ ἔρεισμα. Αὐτὰρ ἐμοὶ τοκέες μὲν, ὅσοι καλὸν ἐξεδίδαξαν,</w:t>
      </w:r>
    </w:p>
    <w:p>
      <w:r>
        <w:rPr>
          <w:rFonts w:ascii="Courier New" w:hAnsi="Courier New"/>
          <w:color w:val="555555"/>
          <w:sz w:val="20"/>
        </w:rPr>
        <w:t>[10]</w:t>
      </w:r>
    </w:p>
    <w:p>
      <w:r>
        <w:rPr>
          <w:rFonts w:ascii="Gentium Plus" w:hAnsi="Gentium Plus"/>
          <w:sz w:val="24"/>
        </w:rPr>
        <w:t>Παῖδες δ’, οὓς ἐδίδαξα. Ὁμόζυγα δ’ οἶον ἐδέγμην Χριστὸν, ὃς ἀζυγέας προσπτύσσεται ἔξοχον ἄλλων, Εἰ καὶ πᾶσι πάγη, σταυρόν τ’ ἐπὶ πάντας ἄειρεν.</w:t>
      </w:r>
    </w:p>
    <w:p>
      <w:r>
        <w:rPr>
          <w:rFonts w:ascii="Courier New" w:hAnsi="Courier New"/>
          <w:color w:val="555555"/>
          <w:sz w:val="20"/>
        </w:rPr>
        <w:t>[568]</w:t>
      </w:r>
    </w:p>
    <w:p>
      <w:r>
        <w:rPr>
          <w:rFonts w:ascii="Gentium Plus" w:hAnsi="Gentium Plus"/>
          <w:sz w:val="24"/>
        </w:rPr>
        <w:t>ᾯ καὶ καγχαλόωσα, καὶ ἢν ἀποθύμια βάλλῃ, Χαίρω, καί με τίθησιν ἐλαφροτέρην καὶ ἀνίῃ, Ὡς χρυσὸν χοάνοισι καθαιρόμενον ῥυπόωντα. Σωφροσύνης δ’ ἥν σοί γε γάμος καὶ δεσμὸς ἐέργει,</w:t>
      </w:r>
    </w:p>
    <w:p>
      <w:r>
        <w:rPr>
          <w:rFonts w:ascii="Courier New" w:hAnsi="Courier New"/>
          <w:color w:val="555555"/>
          <w:sz w:val="20"/>
        </w:rPr>
        <w:t>[5]</w:t>
      </w:r>
    </w:p>
    <w:p>
      <w:r>
        <w:rPr>
          <w:rFonts w:ascii="Gentium Plus" w:hAnsi="Gentium Plus"/>
          <w:sz w:val="24"/>
        </w:rPr>
        <w:t>Τῆς μὲν ἐγὼν οὐ σάρκα, Λόγον δ’ ἐπίκουρον ἔθηκα, Καὶ πόθον, ὃς κρατέων ἀλλότριον ἐκτὸς ἔθηκεν, Ὥς τις ἐλαφροτέροισι λέων θήρεσσιν ἐπιστάς. Σάρκες γὰρ τελέθουσιν ὁμόφρονες ἐν παθέεσσι· Τοὔνεκα καί τιν’ ἴσασι φέρειν χάριν ἀλλήλῃσι.</w:t>
      </w:r>
    </w:p>
    <w:p>
      <w:r>
        <w:rPr>
          <w:rFonts w:ascii="Courier New" w:hAnsi="Courier New"/>
          <w:color w:val="555555"/>
          <w:sz w:val="20"/>
        </w:rPr>
        <w:t>[10]</w:t>
      </w:r>
    </w:p>
    <w:p>
      <w:r>
        <w:rPr>
          <w:rFonts w:ascii="Gentium Plus" w:hAnsi="Gentium Plus"/>
          <w:sz w:val="24"/>
        </w:rPr>
        <w:t>Σοὶ βέβριθε τράπεζα, τρύφος δ’ ἐμὲ μικρὸν ἔθρεψεν, Ὡς καὶ χιλιάδας Χριστὸς μέγας ἔν ποτ’ ἐρήμοις. Σοὶ ποτὸν ἡμερίδων, τὸ δ’ ἐμὸν μέθυ πλούσιον αἰεὶ,</w:t>
      </w:r>
    </w:p>
    <w:p>
      <w:r>
        <w:rPr>
          <w:rFonts w:ascii="Courier New" w:hAnsi="Courier New"/>
          <w:color w:val="555555"/>
          <w:sz w:val="20"/>
        </w:rPr>
        <w:t>[569]</w:t>
      </w:r>
    </w:p>
    <w:p>
      <w:r>
        <w:rPr>
          <w:rFonts w:ascii="Gentium Plus" w:hAnsi="Gentium Plus"/>
          <w:sz w:val="24"/>
        </w:rPr>
        <w:t>Σοὶ λιπόωντα πρόσωπα, καὶ εἴματα σιγαλόεντα, Κόσμος ἐμοὶ ῥυπόωσα κόμη, καὶ εἵματα λυπρά. Εἷμα φέρω χρυσοῖσι τινασσόμενον θυσάνοισι Χριστὸν, ἐμῆς ψυχῆς κρυπτὸν περικαλλέα κόσμον.</w:t>
      </w:r>
    </w:p>
    <w:p>
      <w:r>
        <w:rPr>
          <w:rFonts w:ascii="Courier New" w:hAnsi="Courier New"/>
          <w:color w:val="555555"/>
          <w:sz w:val="20"/>
        </w:rPr>
        <w:t>[5]</w:t>
      </w:r>
    </w:p>
    <w:p>
      <w:r>
        <w:rPr>
          <w:rFonts w:ascii="Gentium Plus" w:hAnsi="Gentium Plus"/>
          <w:sz w:val="24"/>
        </w:rPr>
        <w:t>Εὐνή σοι μαλακὴ, τὰ δὲ ῥήγεα σάκκος ἔμοιγε, Καὶ στιβὰς ἐν δαπέδῳ, καὶ δάκρυσι δευομένη χθών. Σοὶ τιμήεις χρυσὸς, ἐμοὶ κόνις ἱμερόεσσα. Μόσχου γαυροτέρη σὺ, κατηφιόωσα νένευκα. Καγχάζεις γελόωσα, παρήϊον οὔ ποτ’ ἔλυσα.</w:t>
      </w:r>
    </w:p>
    <w:p>
      <w:r>
        <w:rPr>
          <w:rFonts w:ascii="Courier New" w:hAnsi="Courier New"/>
          <w:color w:val="555555"/>
          <w:sz w:val="20"/>
        </w:rPr>
        <w:t>[10]</w:t>
      </w:r>
    </w:p>
    <w:p>
      <w:r>
        <w:rPr>
          <w:rFonts w:ascii="Gentium Plus" w:hAnsi="Gentium Plus"/>
          <w:sz w:val="24"/>
        </w:rPr>
        <w:t>Κύδεος ἱμείρεις, τὸ δ’ ἐμὸν κλέος οὐκ ἐπὶ γαίης. Αὐτὰρ ἐπὴν δὴ ταῦτα διαθρήσῃς καὶ ἴδηαι, Ἄθρει καὶ τὰ γάμοιο προσάντεα λάτρισι σαρκός. Ὤνιός ἐστι δάμαρτι πόσις, καὶ τοῦδε χέρειον</w:t>
      </w:r>
    </w:p>
    <w:p>
      <w:r>
        <w:rPr>
          <w:rFonts w:ascii="Courier New" w:hAnsi="Courier New"/>
          <w:color w:val="555555"/>
          <w:sz w:val="20"/>
        </w:rPr>
        <w:t>[570]</w:t>
      </w:r>
    </w:p>
    <w:p>
      <w:r>
        <w:rPr>
          <w:rFonts w:ascii="Gentium Plus" w:hAnsi="Gentium Plus"/>
          <w:sz w:val="24"/>
        </w:rPr>
        <w:t>Πολλάκις οὐδ’ ἀγαθὸς, καὶ ὤνιος εὖνις ἀκοίτῃ Πολλάκι καὶ στυγερή· τυκτὸν κακὸν, οὐδ’ ἀπόπεμπτον. Εἰ μὲν γὰρ ἐσθλοὶ καὶ ὁμόφρονες, εἰς ἓν ἰόντων Κουφότερος βιότοιο πλόος καὶ μικτὸς ἀήτης.</w:t>
      </w:r>
    </w:p>
    <w:p>
      <w:r>
        <w:rPr>
          <w:rFonts w:ascii="Courier New" w:hAnsi="Courier New"/>
          <w:color w:val="555555"/>
          <w:sz w:val="20"/>
        </w:rPr>
        <w:t>[5]</w:t>
      </w:r>
    </w:p>
    <w:p>
      <w:r>
        <w:rPr>
          <w:rFonts w:ascii="Gentium Plus" w:hAnsi="Gentium Plus"/>
          <w:sz w:val="24"/>
        </w:rPr>
        <w:t>Εἰ δὲ κακοὶ, πόνος ἔνδον ἐφέστιος, ἔχθος ἄπαυστον. Θήσομεν οὔτε κακοὺς, καὶ ὁμόφρονας· ἀλλὰ βαρεῖα Πολλάκι καὶ νεόνυμφον ἐπὶ ζυγὸν ἤλυθε μοίρη. Νυμφίος, εἶτα νέκυς· θάλαμος, τάφος· ἄμμιγα τερπνοῖς Ἄλγεα· μικρὸν ἄεισμα, παροίτερον ἐσθλὸν ἀνιγροῦ.</w:t>
      </w:r>
    </w:p>
    <w:p>
      <w:r>
        <w:rPr>
          <w:rFonts w:ascii="Courier New" w:hAnsi="Courier New"/>
          <w:color w:val="555555"/>
          <w:sz w:val="20"/>
        </w:rPr>
        <w:t>[10]</w:t>
      </w:r>
    </w:p>
    <w:p>
      <w:r>
        <w:rPr>
          <w:rFonts w:ascii="Gentium Plus" w:hAnsi="Gentium Plus"/>
          <w:sz w:val="24"/>
        </w:rPr>
        <w:t>Ἄλλος πυρσὸν ἀνῆψε γαμήλιον, ἔσβεσεν ἄλλος.</w:t>
      </w:r>
    </w:p>
    <w:p>
      <w:r>
        <w:rPr>
          <w:rFonts w:ascii="Courier New" w:hAnsi="Courier New"/>
          <w:color w:val="555555"/>
          <w:sz w:val="20"/>
        </w:rPr>
        <w:t>[571]</w:t>
      </w:r>
    </w:p>
    <w:p>
      <w:r>
        <w:rPr>
          <w:rFonts w:ascii="Gentium Plus" w:hAnsi="Gentium Plus"/>
          <w:sz w:val="24"/>
        </w:rPr>
        <w:t>Ἐξαπίνης, ὅρπηξ τις ὅπως ἀνέμοιο τιναχθείς. Ἄρτι κόρη, μετέπειτα γυνὴ, μετέπειτα δὲ χήρη. Νυκτὶ μιῇ τάδε πάντα, καὶ ἤματι πολλάκι μούνῳ. Ἑλκομένη πλοκάμους, κόσμον τ’ ἀπὸ τῆλε βαλοῦσα</w:t>
      </w:r>
    </w:p>
    <w:p>
      <w:r>
        <w:rPr>
          <w:rFonts w:ascii="Courier New" w:hAnsi="Courier New"/>
          <w:color w:val="555555"/>
          <w:sz w:val="20"/>
        </w:rPr>
        <w:t>[5]</w:t>
      </w:r>
    </w:p>
    <w:p>
      <w:r>
        <w:rPr>
          <w:rFonts w:ascii="Gentium Plus" w:hAnsi="Gentium Plus"/>
          <w:sz w:val="24"/>
        </w:rPr>
        <w:t>Νυμφίδιον, δρύπτουσα παρήϊα χερσὶν ἀραιαῖς, Αἰδὼ παρθενίης πικροῖς παθέεσσι λιποῦσα, Αἰνόμορον καλέουσα πόσιν, καὶ οἶκον ἔρημον Μυρομένη, χῆρόν τε λέχος, καὶ πένθος ἄωρον. Σιγήσω τοκετοῖο βέλη καὶ ἄχθεα νεκρὰ</w:t>
      </w:r>
    </w:p>
    <w:p>
      <w:r>
        <w:rPr>
          <w:rFonts w:ascii="Courier New" w:hAnsi="Courier New"/>
          <w:color w:val="555555"/>
          <w:sz w:val="20"/>
        </w:rPr>
        <w:t>[10]</w:t>
      </w:r>
    </w:p>
    <w:p>
      <w:r>
        <w:rPr>
          <w:rFonts w:ascii="Gentium Plus" w:hAnsi="Gentium Plus"/>
          <w:sz w:val="24"/>
        </w:rPr>
        <w:t>Μήτρης ἐν λαγόνεσσι, πικρὸν καὶ ἀμήτορα καρπὸν, Οὐ τεκέων, τεκέων δὲ τάφους πάρος, εἶτα τεκούσας, Πρεσβυτέρους τοκετοῖο μόρους, ἄλοχόν τε λοχείην. Σιγῶ δ’ ἠλιτόμηνα, καὶ ἔκφρονα, καὶ παράσημα,</w:t>
      </w:r>
    </w:p>
    <w:p>
      <w:r>
        <w:rPr>
          <w:rFonts w:ascii="Courier New" w:hAnsi="Courier New"/>
          <w:color w:val="555555"/>
          <w:sz w:val="20"/>
        </w:rPr>
        <w:t>[572]</w:t>
      </w:r>
    </w:p>
    <w:p>
      <w:r>
        <w:rPr>
          <w:rFonts w:ascii="Gentium Plus" w:hAnsi="Gentium Plus"/>
          <w:sz w:val="24"/>
        </w:rPr>
        <w:t>Λώβην ἀνδρομέης γενεῆς, καὶ παίγνια σαρκός. Ταῦτα ταλαντεύοι τις, ὅπη πλάστιγγος ἐρωὴ Δερκόμενος, καὶ πολλὸν ἐμὸς βίος ὕψος ἀνέλκοι Πρὸς Θεὸν ὑψιμέδοντα, πᾶσι περίφαντος ἀρίστοις.</w:t>
      </w:r>
    </w:p>
    <w:p>
      <w:r>
        <w:rPr>
          <w:rFonts w:ascii="Courier New" w:hAnsi="Courier New"/>
          <w:color w:val="555555"/>
          <w:sz w:val="20"/>
        </w:rPr>
        <w:t>[5]</w:t>
      </w:r>
    </w:p>
    <w:p>
      <w:r>
        <w:rPr>
          <w:rFonts w:ascii="Gentium Plus" w:hAnsi="Gentium Plus"/>
          <w:sz w:val="24"/>
        </w:rPr>
        <w:t>Αἴσχεα δ’ ἀλλήλων σιγήσομεν· ὣς γὰρ ἔοικε Παρθενίης στόμα σεμνὸν ἐπεσβολίας ἀλεείνειν. Εἰ δὲ σὺ παρθενίῃ προφέρεις θεοειδέϊ μώμους, Εἴ πού τις καὶ βαιὸν ἐμὴν ᾔσχυνε πορείην, Καὶ Χριστοῖο χιτῶνα τὸν ἄσπιλον αἴσχεϊ μίξε,</w:t>
      </w:r>
    </w:p>
    <w:p>
      <w:r>
        <w:rPr>
          <w:rFonts w:ascii="Courier New" w:hAnsi="Courier New"/>
          <w:color w:val="555555"/>
          <w:sz w:val="20"/>
        </w:rPr>
        <w:t>[10]</w:t>
      </w:r>
    </w:p>
    <w:p>
      <w:r>
        <w:rPr>
          <w:rFonts w:ascii="Gentium Plus" w:hAnsi="Gentium Plus"/>
          <w:sz w:val="24"/>
        </w:rPr>
        <w:t>Σῶν ἀγαθῶν τὸ πρῶτον ἐν ἀμπλακίῃσιν ὑποστὰς, Ὀψίγαμος, ἁγνοῦ τε φυγὰς μεγάλου βιότοιο· Μνήσω δὴ καὶ ἐγὼ κλοπέης πανταίσχεος εὐνῆς, Ἣν ἀλιτροὶ κλέπτουσι, Θεοῦ πατέοντες ἀπειλός.</w:t>
      </w:r>
    </w:p>
    <w:p>
      <w:r>
        <w:rPr>
          <w:rFonts w:ascii="Courier New" w:hAnsi="Courier New"/>
          <w:color w:val="555555"/>
          <w:sz w:val="20"/>
        </w:rPr>
        <w:t>[573]</w:t>
      </w:r>
    </w:p>
    <w:p>
      <w:r>
        <w:rPr>
          <w:rFonts w:ascii="Gentium Plus" w:hAnsi="Gentium Plus"/>
          <w:sz w:val="24"/>
        </w:rPr>
        <w:t>Πάντων, καὶ μαλεροῖο πυρὸς πλέον ἔγκατα δάπτον, Εὖτέ τις ἀλλοτρίῃ πελάων κακομήχανος εὐνῇ, Καὶ γόνον ἀμφήριστον ἔχει, καὶ δεσμὸν ἔρωτος. Ἀλλὰ σὲ μὲν μοιχοὶ καὶ ἀλάστορες οὔτι γάμοιο</w:t>
      </w:r>
    </w:p>
    <w:p>
      <w:r>
        <w:rPr>
          <w:rFonts w:ascii="Courier New" w:hAnsi="Courier New"/>
          <w:color w:val="555555"/>
          <w:sz w:val="20"/>
        </w:rPr>
        <w:t>[5]</w:t>
      </w:r>
    </w:p>
    <w:p>
      <w:r>
        <w:rPr>
          <w:rFonts w:ascii="Gentium Plus" w:hAnsi="Gentium Plus"/>
          <w:sz w:val="24"/>
        </w:rPr>
        <w:t>Εἴργουσιν· γαμέει δὲ καὶ ὃς ἐνὶ φάσγανον ἧκε Δυσμενέος πλευρὴν μοιχοκτόνον, εἰσέτι λύθρου Στάζων ἀνδρομέοιο, καὶ ὃς ὑπάλυξεν ἀκωκήν. Τῶν δέ με τίς Χριστοῖο πόθον ἀποτηλόθι θήσει Ἀφραδέων, ψηφὶς δὲ μικρὴ ῥόον εὐρὺν ἐφέξει;</w:t>
      </w:r>
    </w:p>
    <w:p>
      <w:r>
        <w:rPr>
          <w:rFonts w:ascii="Courier New" w:hAnsi="Courier New"/>
          <w:color w:val="555555"/>
          <w:sz w:val="20"/>
        </w:rPr>
        <w:t>[10]</w:t>
      </w:r>
    </w:p>
    <w:p>
      <w:r>
        <w:rPr>
          <w:rFonts w:ascii="Gentium Plus" w:hAnsi="Gentium Plus"/>
          <w:sz w:val="24"/>
        </w:rPr>
        <w:t>Οὐ θέμις, οὐδ’ ἐπέοικεν, ἐπεὶ πολὺ λώϊόν ἐστιν, Αἰρομένων πλεόνων, πίπτειν τινὰς (εἰ θέμις εἰπεῖν Τόνδε λόγον γλώσσῃσιν ἐναντίον), ἠὲ χαμάζε Μίμνειν δειδιότας, μή που πτερὸν ἐς χθόνα ῥεύσῃ. Οἱ μὲν γὰρ ἐσθλοὶ, Χριστοῦ κλέος, οἱ δὲ κάκιστοι,</w:t>
      </w:r>
    </w:p>
    <w:p>
      <w:r>
        <w:rPr>
          <w:rFonts w:ascii="Courier New" w:hAnsi="Courier New"/>
          <w:color w:val="555555"/>
          <w:sz w:val="20"/>
        </w:rPr>
        <w:t>[574]</w:t>
      </w:r>
    </w:p>
    <w:p>
      <w:r>
        <w:rPr>
          <w:rFonts w:ascii="Gentium Plus" w:hAnsi="Gentium Plus"/>
          <w:sz w:val="24"/>
        </w:rPr>
        <w:t>Ὥς τε λίθον πέμποντες ἐς οὐρανὸν ἀφραδίῃσι, Δέχνυνται κακίην τε καὶ αἴσχεα οἷσι καρήνοις Ἄγγελος ἦν τοπάροιθεν Ἑωσφόρος. Ἀλλὰ πεσόντος, Οὐρανίοις παρέμιμνεν ἑὸν κλέος, ὡς δὲ μαθηταῖς</w:t>
      </w:r>
    </w:p>
    <w:p>
      <w:r>
        <w:rPr>
          <w:rFonts w:ascii="Courier New" w:hAnsi="Courier New"/>
          <w:color w:val="555555"/>
          <w:sz w:val="20"/>
        </w:rPr>
        <w:t>[5]</w:t>
      </w:r>
    </w:p>
    <w:p>
      <w:r>
        <w:rPr>
          <w:rFonts w:ascii="Gentium Plus" w:hAnsi="Gentium Plus"/>
          <w:sz w:val="24"/>
        </w:rPr>
        <w:t>Οὐδὲν Ἰούδας ὄνειδος, ἐπεὶ πέσεν, ἀλλ’ ὁ μὲν ὦκα Ἐξ ἀριθμοῦ λογάδων, οἱ δ’ ἕνδεκα μίμνον ἄριστοι. Καὶ πόντος τιν’ ὄλεσσεν, ὁ δ’ ἱστία λευκὰ πετάσσας, Πλώει ναυηγοῦ λεύσσων τάφον, ἢ ἀπὸ τύμβου Πείσματα λυσάμενος, πρυμνήσια δ’ ἔνθεν ἀνῆψε.</w:t>
      </w:r>
    </w:p>
    <w:p>
      <w:r>
        <w:rPr>
          <w:rFonts w:ascii="Courier New" w:hAnsi="Courier New"/>
          <w:color w:val="555555"/>
          <w:sz w:val="20"/>
        </w:rPr>
        <w:t>[10]</w:t>
      </w:r>
    </w:p>
    <w:p>
      <w:r>
        <w:rPr>
          <w:rFonts w:ascii="Gentium Plus" w:hAnsi="Gentium Plus"/>
          <w:sz w:val="24"/>
        </w:rPr>
        <w:t>Μῆτερ ἐμὴ, κέλεαί με λιπεῖν βίον ὧδ’ ἀνιόντα, Ἠὲ λόγον στήσωμεν, ἐπεὶ κράτος ἐστὶ θυγατρὸς, Κάρτος ἐμὸν, τοκέων δὲ καὶ ὡς κράτος; Εἰ δ’ ὅτι μήτηρ</w:t>
      </w:r>
    </w:p>
    <w:p>
      <w:r>
        <w:rPr>
          <w:rFonts w:ascii="Courier New" w:hAnsi="Courier New"/>
          <w:color w:val="555555"/>
          <w:sz w:val="20"/>
        </w:rPr>
        <w:t>[575]</w:t>
      </w:r>
    </w:p>
    <w:p>
      <w:r>
        <w:rPr>
          <w:rFonts w:ascii="Gentium Plus" w:hAnsi="Gentium Plus"/>
          <w:sz w:val="24"/>
        </w:rPr>
        <w:t>Οὐκ ἀΐεις ὅτι πάντες, ὅσους κατέλεξας ἀρίστους, Ἐκ τοκέων, τοκέων δὲ δικαιότεροι καὶ ἀρείους; Καὶ Χριστὸς Μαρίης μὲν, ἀτὰρ πολὺ φέρτερός ἐστιν, Οὐκ οἶον Μαρίης τε, καὶ οὓς περὶ σάρκες ἔχουσιν,</w:t>
      </w:r>
    </w:p>
    <w:p>
      <w:r>
        <w:rPr>
          <w:rFonts w:ascii="Courier New" w:hAnsi="Courier New"/>
          <w:color w:val="555555"/>
          <w:sz w:val="20"/>
        </w:rPr>
        <w:t>[5]</w:t>
      </w:r>
    </w:p>
    <w:p>
      <w:r>
        <w:rPr>
          <w:rFonts w:ascii="Gentium Plus" w:hAnsi="Gentium Plus"/>
          <w:sz w:val="24"/>
        </w:rPr>
        <w:t>Ἀλλὰ καὶ οὐρανὸς εὐρὺς ὅσους νόας ἀμφικαλύπτει. Καὶ στάχυς ἐξ ὀλίγου μὲν, ἀτὰρ στάχυς ἐβλάστησε Σπέρματος, ἐκ ψαμάθου δὲ μέγ’ ἔξοχος ἔπλετο χρυσός. Ἡ δὲ λόγοιο κορωνίς· ἐπ’ ἀμφοτέροισι βίοισιν, Ἀζυγίῃ τε γάμῳ τε, τίν’ εἰκόνα μῦθος ἐφεύροι·</w:t>
      </w:r>
    </w:p>
    <w:p>
      <w:r>
        <w:rPr>
          <w:rFonts w:ascii="Courier New" w:hAnsi="Courier New"/>
          <w:color w:val="555555"/>
          <w:sz w:val="20"/>
        </w:rPr>
        <w:t>[10]</w:t>
      </w:r>
    </w:p>
    <w:p>
      <w:r>
        <w:rPr>
          <w:rFonts w:ascii="Gentium Plus" w:hAnsi="Gentium Plus"/>
          <w:sz w:val="24"/>
        </w:rPr>
        <w:t>Ὧδέ κεν ἀθρήσειας ἐμοῦ μύθοιο τελευτήν. Χειμέριαι νιφάδες, τὰ δέ γ’ ἄνθεα εἴαρος ὥρῃ, Καὶ πολιὴ ῥικνοῖο, τὸ δὲ σθένος ἡβώοντος. Ἤδη δ’ ἄνθεα μέν γ’ ἐνὶ χείματι, χειμέριαι δὲ</w:t>
      </w:r>
    </w:p>
    <w:p>
      <w:r>
        <w:rPr>
          <w:rFonts w:ascii="Courier New" w:hAnsi="Courier New"/>
          <w:color w:val="555555"/>
          <w:sz w:val="20"/>
        </w:rPr>
        <w:t>[576]</w:t>
      </w:r>
    </w:p>
    <w:p>
      <w:r>
        <w:rPr>
          <w:rFonts w:ascii="Gentium Plus" w:hAnsi="Gentium Plus"/>
          <w:sz w:val="24"/>
        </w:rPr>
        <w:t>Ὤφθησαν νιφάδες ποτ’ ἐν ἤμασιν εἰαρινοῖσι. Καὶ πολιὴν ἀνέτειλε νέος, καὶ γῆρας ἐλαφρὸν Ἔδρακον ἀρτιχνόοιο πολὺ σθεναρώτερον ἀνδρός. Ὡς ἄρα συζυγίη μὲν ἔφυ χθονὸς, ἀζυγίη δὲ</w:t>
      </w:r>
    </w:p>
    <w:p>
      <w:r>
        <w:rPr>
          <w:rFonts w:ascii="Courier New" w:hAnsi="Courier New"/>
          <w:color w:val="555555"/>
          <w:sz w:val="20"/>
        </w:rPr>
        <w:t>[5]</w:t>
      </w:r>
    </w:p>
    <w:p>
      <w:r>
        <w:rPr>
          <w:rFonts w:ascii="Gentium Plus" w:hAnsi="Gentium Plus"/>
          <w:sz w:val="24"/>
        </w:rPr>
        <w:t>Χριστοῦ παμβασιλῆος ὁμόζυγος. Ἀλλὰ καὶ ἔμπης Παυράκι παρθενίη μὲν ἐπὶ χθόνα νεῦσε βαρεῖα, Συζυγίη δ’ ἤϊξε πρὸς οὐρανὸν, ἔνθεν ἀέλπτως Ἄμφω ψευδόμεναι, ἡ μὲν γάμον, ἡ δὲ κορείην. Ἀλλὰ, φίλοι τοκέες τε καὶ ἄζυγες εἰσέτι κοῦροι,</w:t>
      </w:r>
    </w:p>
    <w:p>
      <w:r>
        <w:rPr>
          <w:rFonts w:ascii="Courier New" w:hAnsi="Courier New"/>
          <w:color w:val="555555"/>
          <w:sz w:val="20"/>
        </w:rPr>
        <w:t>[10]</w:t>
      </w:r>
    </w:p>
    <w:p>
      <w:r>
        <w:rPr>
          <w:rFonts w:ascii="Gentium Plus" w:hAnsi="Gentium Plus"/>
          <w:sz w:val="24"/>
        </w:rPr>
        <w:t>Μέχρι τίνος χθαμαλοῖσιν ἐοικότες ἠὲ χελώναις, Ἢ καὶ λοξοβάμοισι καὶ ὀκταπόδεσσι παγούροις, Ἢ δολιχῶν ὀφίων σκολιοῖς μηρύμασι γαστρὸς Ζώοιτε στυγερῷ βεβαρηότες ἄχθεϊ σαρκός;</w:t>
      </w:r>
    </w:p>
    <w:p>
      <w:r>
        <w:rPr>
          <w:rFonts w:ascii="Courier New" w:hAnsi="Courier New"/>
          <w:color w:val="555555"/>
          <w:sz w:val="20"/>
        </w:rPr>
        <w:t>[577]</w:t>
      </w:r>
    </w:p>
    <w:p>
      <w:r>
        <w:rPr>
          <w:rFonts w:ascii="Gentium Plus" w:hAnsi="Gentium Plus"/>
          <w:sz w:val="24"/>
        </w:rPr>
        <w:t>Κάλλος τ’, εὐκλείην, πλοῦτον, γένος, ὄλβον, ἅπαντα. Ῥίψαντες, κακότητος ἀπηνέος ἔκγονα τερπνὰ, Ἔνθεν ἀνεγρόμενοι, ζωῆς ἐπιβῶμεν ἐλαφρῆς, Ἁγνότατοι καθαροῖσιν ὁμόφρονες οὐρανίοισιν,</w:t>
      </w:r>
    </w:p>
    <w:p>
      <w:r>
        <w:rPr>
          <w:rFonts w:ascii="Courier New" w:hAnsi="Courier New"/>
          <w:color w:val="555555"/>
          <w:sz w:val="20"/>
        </w:rPr>
        <w:t>[5]</w:t>
      </w:r>
    </w:p>
    <w:p>
      <w:r>
        <w:rPr>
          <w:rFonts w:ascii="Gentium Plus" w:hAnsi="Gentium Plus"/>
          <w:sz w:val="24"/>
        </w:rPr>
        <w:t>Ὥς κεν δὴ μεγάλοιο Θεοῦ τελέθοντες ὀπηδοὶ, Γηθόσυνοι μέλπωμεν ἑόρτιον ὕμνον ἄνακτι· Εἰς δὲ γάμον λήξαντες, ἀπ’ ἀγλαΐης παραδείσου, Καὶ γαῖαν πολύμοχθον, ἅ θ’ ἕσπεται ὀλλυμένοισιν, Ἔμπαλιν ἐξ ἀδέτοιο βίου πρὸς κῦδος ἴωμεν,</w:t>
      </w:r>
    </w:p>
    <w:p>
      <w:r>
        <w:rPr>
          <w:rFonts w:ascii="Courier New" w:hAnsi="Courier New"/>
          <w:color w:val="555555"/>
          <w:sz w:val="20"/>
        </w:rPr>
        <w:t>[10]</w:t>
      </w:r>
    </w:p>
    <w:p>
      <w:r>
        <w:rPr>
          <w:rFonts w:ascii="Gentium Plus" w:hAnsi="Gentium Plus"/>
          <w:sz w:val="24"/>
        </w:rPr>
        <w:t>Καὶ φυτὸν ἄλσεος ἐσθλὸν, ὅθεν πέσον ἀφραδίῃσι. Τοῖα καὶ ἀζυγίη θεοείκελος. Οἱ δὲ δικασταὶ Συζυγίην ποθέοντες, ὅμως στέψουσι κάρηνον</w:t>
      </w:r>
    </w:p>
    <w:p>
      <w:r>
        <w:rPr>
          <w:rFonts w:ascii="Courier New" w:hAnsi="Courier New"/>
          <w:color w:val="555555"/>
          <w:sz w:val="20"/>
        </w:rPr>
        <w:t>[578]</w:t>
      </w:r>
    </w:p>
    <w:p>
      <w:r>
        <w:rPr>
          <w:rFonts w:ascii="Gentium Plus" w:hAnsi="Gentium Plus"/>
          <w:sz w:val="24"/>
        </w:rPr>
        <w:t>Παρθενίης. Χριστὸς δὲ διδοὺς γέρας ἀμφοτέροισι, Τὴν μὲν δεξιτερῇ παραστήσεται ἐγγύθι χειρὶ, Τὴν δ’ ἑτέρην λαιῇ, κῦδος δέ τε καὶ τὸ μέγιστον.</w:t>
      </w:r>
    </w:p>
    <w:p>
      <w:r>
        <w:rPr>
          <w:rFonts w:ascii="Courier New" w:hAnsi="Courier New"/>
          <w:color w:val="555555"/>
          <w:sz w:val="20"/>
        </w:rPr>
        <w:t>[5t]</w:t>
      </w:r>
    </w:p>
    <w:p>
      <w:pPr>
        <w:jc w:val="center"/>
      </w:pPr>
      <w:r>
        <w:rPr>
          <w:rFonts w:ascii="Gentium Plus" w:hAnsi="Gentium Plus"/>
          <w:b/>
          <w:sz w:val="24"/>
        </w:rPr>
        <w:t>Βʹ. Ὑποθῆκαι παρθένοις.</w:t>
      </w:r>
    </w:p>
    <w:p>
      <w:r>
        <w:rPr>
          <w:rFonts w:ascii="Courier New" w:hAnsi="Courier New"/>
          <w:color w:val="555555"/>
          <w:sz w:val="20"/>
        </w:rPr>
        <w:t>[6]</w:t>
      </w:r>
    </w:p>
    <w:p>
      <w:r>
        <w:rPr>
          <w:rFonts w:ascii="Gentium Plus" w:hAnsi="Gentium Plus"/>
          <w:sz w:val="24"/>
        </w:rPr>
        <w:t>Νίκη μὲν δὴ σεῖο, καὶ ὃς μάλα σαρκὸς ἑταῖρος, Ὧδε δίκην δικάσειε. Μικρὸν δ’ ἐπέεσσιν ἐμοῖσι, Παρθένε κυδήεσσα, καὶ ἀγλαόμητι, περίφρων, Οὔατα παρθεμένη, καὶ ἐνὶ φρεσὶ σῇσι βαλέσθαι</w:t>
      </w:r>
    </w:p>
    <w:p>
      <w:r>
        <w:rPr>
          <w:rFonts w:ascii="Courier New" w:hAnsi="Courier New"/>
          <w:color w:val="555555"/>
          <w:sz w:val="20"/>
        </w:rPr>
        <w:t>[10]</w:t>
      </w:r>
    </w:p>
    <w:p>
      <w:r>
        <w:rPr>
          <w:rFonts w:ascii="Gentium Plus" w:hAnsi="Gentium Plus"/>
          <w:sz w:val="24"/>
        </w:rPr>
        <w:t>Μῦθον ἐμόν. Πολιῆς δὲ παραίφασίς ἐστιν ἀρίστη. Μή σε νόος τρώσειεν ὑπερνεφέουσαν ἐρωαῖς. Πολλάκι γὰρ πτῶσις μὲν ἀπὸ χθονὸς ὑψός’ ἄειρεν,</w:t>
      </w:r>
    </w:p>
    <w:p>
      <w:r>
        <w:rPr>
          <w:rFonts w:ascii="Courier New" w:hAnsi="Courier New"/>
          <w:color w:val="555555"/>
          <w:sz w:val="20"/>
        </w:rPr>
        <w:t>[579]</w:t>
      </w:r>
    </w:p>
    <w:p>
      <w:r>
        <w:rPr>
          <w:rFonts w:ascii="Gentium Plus" w:hAnsi="Gentium Plus"/>
          <w:sz w:val="24"/>
        </w:rPr>
        <w:t>Εὐμενέειν γοεροῖσιν, ὑπερφιάλους δὲ κολούειν. Μηδὲ μικροῖς μέτροισι τεὴν σταθμώμενος οἶμον, Εἴ τινα παρθρέξειας ἀπόδρομον, ἠὲ κάκιστον, Τέρμα πέλειν ἀρετῆς τόδ’ ὀΐεο· οὐ γὰρ ἄριστον</w:t>
      </w:r>
    </w:p>
    <w:p>
      <w:r>
        <w:rPr>
          <w:rFonts w:ascii="Courier New" w:hAnsi="Courier New"/>
          <w:color w:val="555555"/>
          <w:sz w:val="20"/>
        </w:rPr>
        <w:t>[5]</w:t>
      </w:r>
    </w:p>
    <w:p>
      <w:r>
        <w:rPr>
          <w:rFonts w:ascii="Gentium Plus" w:hAnsi="Gentium Plus"/>
          <w:sz w:val="24"/>
        </w:rPr>
        <w:t>Τῶν ὀλίγων προφέρειν. Μέτρον δέ σοί ἐστιν ἐφετμὴ, Καὶ Θεὸς, οὗ σύ γ’ ἄπωθε, καὶ εἰ τροχαλώτερος ἄλλων. Σκέπτεο μὴ καθύπερθεν ὅσων, ὁπόσων δ’ ὑπένερθεν Ἑστηὼς, πάντων προφερέστατος εὔχεαι εἶναι. Οὐρανὸς εὐρὺς ὕπερθε, σὺ δ’ ἐν χθαμαλοῖσιν ἀείρῃ.</w:t>
      </w:r>
    </w:p>
    <w:p>
      <w:r>
        <w:rPr>
          <w:rFonts w:ascii="Courier New" w:hAnsi="Courier New"/>
          <w:color w:val="555555"/>
          <w:sz w:val="20"/>
        </w:rPr>
        <w:t>[10]</w:t>
      </w:r>
    </w:p>
    <w:p>
      <w:r>
        <w:rPr>
          <w:rFonts w:ascii="Gentium Plus" w:hAnsi="Gentium Plus"/>
          <w:sz w:val="24"/>
        </w:rPr>
        <w:t>Ἔκλυον, ὡς νεπόδεσσι καθ’ ὕδατος αὐγάζονται Μήνη τ’, ἠέλιός τε καὶ ἀστέρες. Οὐ μὲν ἄρ’ οἵ γε</w:t>
      </w:r>
    </w:p>
    <w:p>
      <w:r>
        <w:rPr>
          <w:rFonts w:ascii="Courier New" w:hAnsi="Courier New"/>
          <w:color w:val="555555"/>
          <w:sz w:val="20"/>
        </w:rPr>
        <w:t>[580]</w:t>
      </w:r>
    </w:p>
    <w:p>
      <w:r>
        <w:rPr>
          <w:rFonts w:ascii="Gentium Plus" w:hAnsi="Gentium Plus"/>
          <w:sz w:val="24"/>
        </w:rPr>
        <w:t>Κωφὰ δ’ ἀληθείης ἰνδάλματα εἰσορόωντες, Τέρπονθ’ ὡς φωστῆρσιν ἀφαυροτάτοισι τύποισιν. Οὔ ποτε γὰρ νώτων πολιῆς ἁλὸς ἐξαναδύντες, Ἀτρεκέως λαμπτῆρας ἐθηήσαντο πάροιθεν·</w:t>
      </w:r>
    </w:p>
    <w:p>
      <w:r>
        <w:rPr>
          <w:rFonts w:ascii="Courier New" w:hAnsi="Courier New"/>
          <w:color w:val="555555"/>
          <w:sz w:val="20"/>
        </w:rPr>
        <w:t>[5]</w:t>
      </w:r>
    </w:p>
    <w:p>
      <w:r>
        <w:rPr>
          <w:rFonts w:ascii="Gentium Plus" w:hAnsi="Gentium Plus"/>
          <w:sz w:val="24"/>
        </w:rPr>
        <w:t>Ἢ τάχ’ ἂν ἐσκέψαντο φάος καὶ παίγνια φωτός. Ὥς τινες· οὐ γὰρ ἄνακτος ἐτήτυμον ἔδρακον ὕψος· Μικρὸν ἀναθρώσκοντες, ἔχειν δοκέουσι πᾶν ὕψος. Ἀλλὰ σὺ τοῦ μὲν ἔμαρψας, ὃ δ’ ἔλπεο, τοῦδ’ ἐπίβαινε Βαθμοῖς ἐν πλεόνεσσιν, ἀεὶ τὸ πρόσθε δεδορκώς.</w:t>
      </w:r>
    </w:p>
    <w:p>
      <w:r>
        <w:rPr>
          <w:rFonts w:ascii="Courier New" w:hAnsi="Courier New"/>
          <w:color w:val="555555"/>
          <w:sz w:val="20"/>
        </w:rPr>
        <w:t>[10]</w:t>
      </w:r>
    </w:p>
    <w:p>
      <w:r>
        <w:rPr>
          <w:rFonts w:ascii="Gentium Plus" w:hAnsi="Gentium Plus"/>
          <w:sz w:val="24"/>
        </w:rPr>
        <w:t>Καὶ στάσις ἐστὶ κάκιστον· ἐπείγεο δ’ ὡς καταμάρψων,</w:t>
      </w:r>
    </w:p>
    <w:p>
      <w:r>
        <w:rPr>
          <w:rFonts w:ascii="Courier New" w:hAnsi="Courier New"/>
          <w:color w:val="555555"/>
          <w:sz w:val="20"/>
        </w:rPr>
        <w:t>[581]</w:t>
      </w:r>
    </w:p>
    <w:p>
      <w:r>
        <w:rPr>
          <w:rFonts w:ascii="Gentium Plus" w:hAnsi="Gentium Plus"/>
          <w:sz w:val="24"/>
        </w:rPr>
        <w:t>Μὴ δέ σε Μῶμος ὄπισθε βάλοι, καὶ γλῶσσα κακίστη Ἰὸν ἐχιδναῖον πέμπους’ ἐπὶ σοῖσι καλοῖσι, Δοιαὶ γὰρ μερόπεσσιν ὁδοὶ, καὶ δισσὸν ὄνειδος· Ἡ μὲν γάρ τε κακὴ, καὶ ἐς τέλος ἶσον ἄγουσα,</w:t>
      </w:r>
    </w:p>
    <w:p>
      <w:r>
        <w:rPr>
          <w:rFonts w:ascii="Courier New" w:hAnsi="Courier New"/>
          <w:color w:val="555555"/>
          <w:sz w:val="20"/>
        </w:rPr>
        <w:t>[5]</w:t>
      </w:r>
    </w:p>
    <w:p>
      <w:r>
        <w:rPr>
          <w:rFonts w:ascii="Gentium Plus" w:hAnsi="Gentium Plus"/>
          <w:sz w:val="24"/>
        </w:rPr>
        <w:t>Ἡ δ’ ἀγαθὴ, καὶ τῆσδε φίλον τέλος, ὡς ἐπέοικε. Μῶμος δ’ ἀμφοτέρῃσιν· ἐπεὶ γλώσσης τί κεν ἦεν Φέρτερον, εἰ μούνοισιν ἐπέχραε τοῖσι κακίστοις; Νῦν δ’ ἡ μὲν πάντεσσιν ὁμῶς ἀγαθοῖς τε κακοῖς τε Λύσσα πέλει. Σὺ δέ μοι φράδμων καὶ ἐπίσκοπος εἶναι</w:t>
      </w:r>
    </w:p>
    <w:p>
      <w:r>
        <w:rPr>
          <w:rFonts w:ascii="Courier New" w:hAnsi="Courier New"/>
          <w:color w:val="555555"/>
          <w:sz w:val="20"/>
        </w:rPr>
        <w:t>[10]</w:t>
      </w:r>
    </w:p>
    <w:p>
      <w:r>
        <w:rPr>
          <w:rFonts w:ascii="Gentium Plus" w:hAnsi="Gentium Plus"/>
          <w:sz w:val="24"/>
        </w:rPr>
        <w:t>Ἀμφοτέρων, καὶ τὴν μὲν ὀπίζεο, ἥ τις ἀλιτροῖς Ἕσπεται, ὡς κακότητα φύγῃς, τὴν γλῶσσα χαλέπτει. Τῆς δ’ ἑτέρης μοι τόσσον ἔχειν δέος, ἣν ἀγαθοῖσιν Ἐχθρὸς ἐφοπλίζει πικρὴν κακὸς, ὅσσον ἀήτου Ἀγγίαλος πέτρη καὶ κύματος ἀγνυμένοιο.</w:t>
      </w:r>
    </w:p>
    <w:p>
      <w:r>
        <w:rPr>
          <w:rFonts w:ascii="Courier New" w:hAnsi="Courier New"/>
          <w:color w:val="555555"/>
          <w:sz w:val="20"/>
        </w:rPr>
        <w:t>[582]</w:t>
      </w:r>
    </w:p>
    <w:p>
      <w:r>
        <w:rPr>
          <w:rFonts w:ascii="Gentium Plus" w:hAnsi="Gentium Plus"/>
          <w:sz w:val="24"/>
        </w:rPr>
        <w:t>Μήτ’ αἰσχρόν ποτε μηδὲν, ὃ πλείοσιν εὔαδε, ῥέξῃς, Μή τ’ ἀγαθοῦ λήξειας, ὅ κεν στυγέωσι κάκιστοι. Ἔρδειν δ’ εὐκλείης μὲν ἐπάξια. Ἢν δ’ ἀπέῃσι, Μή σέ γ’ ἀνιάτω ψεύστης λόγος, ἀλλ’ ἴθι πρόφρων</w:t>
      </w:r>
    </w:p>
    <w:p>
      <w:r>
        <w:rPr>
          <w:rFonts w:ascii="Courier New" w:hAnsi="Courier New"/>
          <w:color w:val="555555"/>
          <w:sz w:val="20"/>
        </w:rPr>
        <w:t>[5]</w:t>
      </w:r>
    </w:p>
    <w:p>
      <w:r>
        <w:rPr>
          <w:rFonts w:ascii="Gentium Plus" w:hAnsi="Gentium Plus"/>
          <w:sz w:val="24"/>
        </w:rPr>
        <w:t>Τὴν ὁδόν. Οἱ δ’ ὑλάοιεν ἐτώσια, οὐδὲν ἔρωτος Θειοτέρου βλάψουσιν. Ὁ δὲ φθόνος ὄμματα τήκοι. Μηδὲ σύ γ’ ἐκ Σοδόμων προφυγὼν, καὶ τέφραν ἀλύξας Τοῦδε βίου, θείου τε πυρὸς στονόεσσαν ἀπειλὴν, Εἰς Σόδομα βλέψειας, ἐπεὶ λίθος αἶψα παγήσῃ,</w:t>
      </w:r>
    </w:p>
    <w:p>
      <w:r>
        <w:rPr>
          <w:rFonts w:ascii="Courier New" w:hAnsi="Courier New"/>
          <w:color w:val="555555"/>
          <w:sz w:val="20"/>
        </w:rPr>
        <w:t>[10]</w:t>
      </w:r>
    </w:p>
    <w:p>
      <w:r>
        <w:rPr>
          <w:rFonts w:ascii="Gentium Plus" w:hAnsi="Gentium Plus"/>
          <w:sz w:val="24"/>
        </w:rPr>
        <w:t>Στήλη καὶ κακίης, καὶ ἀργαλέου θανάτοιο. Μηδ’ ἐκ μὲν Σοδόμων κλέψῃς πόδας, ἐν πεδίοις δὲ Γείτοσι δηθύνειν ἆσσον πυρὸς, ἀλλὰ τάχιστα</w:t>
      </w:r>
    </w:p>
    <w:p>
      <w:r>
        <w:rPr>
          <w:rFonts w:ascii="Courier New" w:hAnsi="Courier New"/>
          <w:color w:val="555555"/>
          <w:sz w:val="20"/>
        </w:rPr>
        <w:t>[583]</w:t>
      </w:r>
    </w:p>
    <w:p>
      <w:r>
        <w:rPr>
          <w:rFonts w:ascii="Gentium Plus" w:hAnsi="Gentium Plus"/>
          <w:sz w:val="24"/>
        </w:rPr>
        <w:t>Μήτε λίην τρομέειν σαρκὸς φύσιν, ὡς ἀδάμαστον. Οὐ θεόθεν γὰρ τάρβος, ὃ δέσμιον ἄνδρα τίθησι. Μήτε λίην σάρκεσσιν ἐφιέμεναι μαλακῇσι, Μή σε κατὰ κρημνῶν ῥίψῃ κόρος οὐ δοκέοντα.</w:t>
      </w:r>
    </w:p>
    <w:p>
      <w:r>
        <w:rPr>
          <w:rFonts w:ascii="Courier New" w:hAnsi="Courier New"/>
          <w:color w:val="555555"/>
          <w:sz w:val="20"/>
        </w:rPr>
        <w:t>[5]</w:t>
      </w:r>
    </w:p>
    <w:p>
      <w:r>
        <w:rPr>
          <w:rFonts w:ascii="Gentium Plus" w:hAnsi="Gentium Plus"/>
          <w:sz w:val="24"/>
        </w:rPr>
        <w:t>Πρόφρων μὲν τρηχεῖαν ἴθι τρίβον. Εἰ δ’ ἐπιβαίης, Σκέπτεο μή τις ὄλισθος, ὅπως ἐπὶ τέρμα πελάσσῃς Ἅπτωτος, στεινὸν δὲ διεξελάσῃς πυλεῶνα, Ἔνθα φάος τε κλέος τε, κακῶν τ’ ἄμπνευσις ἁπάντων. Εἰτρομέεις, καλάμην σπινθὴρ ὅτι τυτθὸς ἀνάπτει,</w:t>
      </w:r>
    </w:p>
    <w:p>
      <w:r>
        <w:rPr>
          <w:rFonts w:ascii="Courier New" w:hAnsi="Courier New"/>
          <w:color w:val="555555"/>
          <w:sz w:val="20"/>
        </w:rPr>
        <w:t>[10]</w:t>
      </w:r>
    </w:p>
    <w:p>
      <w:r>
        <w:rPr>
          <w:rFonts w:ascii="Gentium Plus" w:hAnsi="Gentium Plus"/>
          <w:sz w:val="24"/>
        </w:rPr>
        <w:t>Θάρσει· ὄμβρος ἄνωθεν καταψύξει φλόγα πολλὴν, Εὐχαί τε, στοναχαί τε, καὶ ἤματα δακρυόεντα, Ἐννύχιαι μελεδῶναι, ἔρως θ’ ὅλος ἀμφὶ ἄνακτα.</w:t>
      </w:r>
    </w:p>
    <w:p>
      <w:r>
        <w:rPr>
          <w:rFonts w:ascii="Courier New" w:hAnsi="Courier New"/>
          <w:color w:val="555555"/>
          <w:sz w:val="20"/>
        </w:rPr>
        <w:t>[584]</w:t>
      </w:r>
    </w:p>
    <w:p>
      <w:r>
        <w:rPr>
          <w:rFonts w:ascii="Gentium Plus" w:hAnsi="Gentium Plus"/>
          <w:sz w:val="24"/>
        </w:rPr>
        <w:t>Τοῖα σαοφροσύνης καλὰ φάρμακα, οἷς σὺ, φέριστε, Οὐδ’ εἴδωλα πόθοιο χερειοτέρου ποτὲ θήσεις Σῇσιν ἐνὶ πραπίδεσσιν, ἁγνὸν δέ τε καὶ νόον ἕξεις, Ὡς νηὸς μεγάλοιο Θεοῦ καὶ Πνεύματος αἴγλη.</w:t>
      </w:r>
    </w:p>
    <w:p>
      <w:r>
        <w:rPr>
          <w:rFonts w:ascii="Courier New" w:hAnsi="Courier New"/>
          <w:color w:val="555555"/>
          <w:sz w:val="20"/>
        </w:rPr>
        <w:t>[5]</w:t>
      </w:r>
    </w:p>
    <w:p>
      <w:r>
        <w:rPr>
          <w:rFonts w:ascii="Gentium Plus" w:hAnsi="Gentium Plus"/>
          <w:sz w:val="24"/>
        </w:rPr>
        <w:t>Παρθένε, παρθένος ἴσθι καὶ οὔασι, καὶ φαέεσσι, Καὶ γλώσσῃ· πᾶσιν γὰρ ἐπίτροχός ἐστιν ἁμαρτάς· Οὔατα μὲν πτερόοιτο μόνοις ἐσθλοῖσι λόγοισιν, Αἰσχροῖσι δὲ θύρετρα καὶ ἀφραδέεσσι τετάσθω. Ὄμματα δ’ ἐν νυμφῶσι τεοῖς βλεφάροισιν ἐρύχθω</w:t>
      </w:r>
    </w:p>
    <w:p>
      <w:r>
        <w:rPr>
          <w:rFonts w:ascii="Courier New" w:hAnsi="Courier New"/>
          <w:color w:val="555555"/>
          <w:sz w:val="20"/>
        </w:rPr>
        <w:t>[10]</w:t>
      </w:r>
    </w:p>
    <w:p>
      <w:r>
        <w:rPr>
          <w:rFonts w:ascii="Gentium Plus" w:hAnsi="Gentium Plus"/>
          <w:sz w:val="24"/>
        </w:rPr>
        <w:t>Σώφρονα, μηδὲ μάχλοις κινήμασι κέντρον ἐγείροι Χείλεα δ’ αὖ, καλύκεσσιν ὁμοίϊα, δέσμια κείσθω,</w:t>
      </w:r>
    </w:p>
    <w:p>
      <w:r>
        <w:rPr>
          <w:rFonts w:ascii="Courier New" w:hAnsi="Courier New"/>
          <w:color w:val="555555"/>
          <w:sz w:val="20"/>
        </w:rPr>
        <w:t>[585]</w:t>
      </w:r>
    </w:p>
    <w:p>
      <w:r>
        <w:rPr>
          <w:rFonts w:ascii="Gentium Plus" w:hAnsi="Gentium Plus"/>
          <w:sz w:val="24"/>
        </w:rPr>
        <w:t>Ψεῦσται παρθενίης, καὶ ἴθματα πόρνον ἔχει τι. Ῥωγαλέον δὲ χιτῶνα, καὶ οὐ τρυφέωντα κάρηνα Αἴδεο, μὴ σηρῶν καλὰ νήματα. Μάργαρος ἄλλην Κοσμείτω, καὶ χρυσὸς ἐπαστράπτων μελέεσσιν,</w:t>
      </w:r>
    </w:p>
    <w:p>
      <w:r>
        <w:rPr>
          <w:rFonts w:ascii="Courier New" w:hAnsi="Courier New"/>
          <w:color w:val="555555"/>
          <w:sz w:val="20"/>
        </w:rPr>
        <w:t>[5]</w:t>
      </w:r>
    </w:p>
    <w:p>
      <w:r>
        <w:rPr>
          <w:rFonts w:ascii="Gentium Plus" w:hAnsi="Gentium Plus"/>
          <w:sz w:val="24"/>
        </w:rPr>
        <w:t>Ὧν καὶ γραπτὰ πρόσωπα, χθονίων πλάσματα χειρῶν, Εἰκόνος οὐρανίης ἀλλότρια, εἰκόνες αἰσχραὶ, Μαχλοσύνης στῆλαί τε καὶ οὐ λαλέοντες ἔλεγχοι, Κινύμενοι πίνακες, μυστήρια νυκτὸς ἐνηοῦς, Αἴσχεα μαρμαίροντα, τάφοι κρύπτοντες ὀϊζύν.</w:t>
      </w:r>
    </w:p>
    <w:p>
      <w:r>
        <w:rPr>
          <w:rFonts w:ascii="Courier New" w:hAnsi="Courier New"/>
          <w:color w:val="555555"/>
          <w:sz w:val="20"/>
        </w:rPr>
        <w:t>[10]</w:t>
      </w:r>
    </w:p>
    <w:p>
      <w:r>
        <w:rPr>
          <w:rFonts w:ascii="Gentium Plus" w:hAnsi="Gentium Plus"/>
          <w:sz w:val="24"/>
        </w:rPr>
        <w:t>Τῶν ἄπο τηλόθ’ ἴοιο, παραστάτι κυδήεσσα Κάλλει κρυπτομένῳ, νύμφη Χριστοῖο ἄνακτος. Ὄμματα δ’ ὄμμασι μίσγε, λόγῳ λόγον, ἁγνὰ καὶ ἁγνοῖς.</w:t>
      </w:r>
    </w:p>
    <w:p>
      <w:r>
        <w:rPr>
          <w:rFonts w:ascii="Courier New" w:hAnsi="Courier New"/>
          <w:color w:val="555555"/>
          <w:sz w:val="20"/>
        </w:rPr>
        <w:t>[586]</w:t>
      </w:r>
    </w:p>
    <w:p>
      <w:r>
        <w:rPr>
          <w:rFonts w:ascii="Gentium Plus" w:hAnsi="Gentium Plus"/>
          <w:sz w:val="24"/>
        </w:rPr>
        <w:t>Μή ποτε μηδὲ γέλωτι γέλων, καὶ θάρσεϊ θάρσος. Ἐκ γὰρ δὴ τοιῶνδε κακὸς μερόπεσσιν ὄλισθος. Ἄρσενα πάντ’ ἀλέεινε, συνείσακτον δὲ μάλιστα, (Μεῤῥᾶς πικρὸν ὕδωρ, καὶ πείθεο, παρθένος ἁγνή,)</w:t>
      </w:r>
    </w:p>
    <w:p>
      <w:r>
        <w:rPr>
          <w:rFonts w:ascii="Courier New" w:hAnsi="Courier New"/>
          <w:color w:val="555555"/>
          <w:sz w:val="20"/>
        </w:rPr>
        <w:t>[5]</w:t>
      </w:r>
    </w:p>
    <w:p>
      <w:r>
        <w:rPr>
          <w:rFonts w:ascii="Gentium Plus" w:hAnsi="Gentium Plus"/>
          <w:sz w:val="24"/>
        </w:rPr>
        <w:t>Κἢν χρυσοῖο πέλῃ καθαρώτερος, ἢ ἀδάμαντος Στεῤῥότερος. Διπλοῦν γὰρ ἔπι δέος. Εἰ σὺ πέποιθας Σαρκὶ τεῇ, τίς πίστις ὁμωροφίοις μελέεσσι, Μή σοι μὲν καθαρόν τε καὶ ἄσπιλον ὄμμα, νόος τε, Φρὴν δ’ ἑτέρη κεύθοι τι χοὸς, καὶ πνεῦμα διώκοι;</w:t>
      </w:r>
    </w:p>
    <w:p>
      <w:r>
        <w:rPr>
          <w:rFonts w:ascii="Courier New" w:hAnsi="Courier New"/>
          <w:color w:val="555555"/>
          <w:sz w:val="20"/>
        </w:rPr>
        <w:t>[10]</w:t>
      </w:r>
    </w:p>
    <w:p>
      <w:r>
        <w:rPr>
          <w:rFonts w:ascii="Gentium Plus" w:hAnsi="Gentium Plus"/>
          <w:sz w:val="24"/>
        </w:rPr>
        <w:t>Ἐκ σαρκῶν ἐπὶ πνεῦμα μετήλυθες, ἔνθεν ἀέρθης· Πῶς αὖθις σάρκεσσιν ὁμὸν βίον αἰνήσασα, Νυμφίον ἱμερόεντα τεῆς ζηλήμονα μορφῆς</w:t>
      </w:r>
    </w:p>
    <w:p>
      <w:r>
        <w:rPr>
          <w:rFonts w:ascii="Courier New" w:hAnsi="Courier New"/>
          <w:color w:val="555555"/>
          <w:sz w:val="20"/>
        </w:rPr>
        <w:t>[587]</w:t>
      </w:r>
    </w:p>
    <w:p>
      <w:r>
        <w:rPr>
          <w:rFonts w:ascii="Gentium Plus" w:hAnsi="Gentium Plus"/>
          <w:sz w:val="24"/>
        </w:rPr>
        <w:t>Ὡς δισσὴν, σκάζουσαν ἐπ’ ἀμφοτέροισι πόδεσσι; Χριστὸν ἔχεις ἀγαπητὸν, ἀπόπτυσον ἄνδρας ἅπαντας. Τί χρῄζεις ἐπίκουρον ἔχειν χατέοντ’ ἐπικούρου Πῶλοι μὲν πώλοισι φίλοι, ἔλαφοί τ’ ἐλάφοισι,</w:t>
      </w:r>
    </w:p>
    <w:p>
      <w:r>
        <w:rPr>
          <w:rFonts w:ascii="Courier New" w:hAnsi="Courier New"/>
          <w:color w:val="555555"/>
          <w:sz w:val="20"/>
        </w:rPr>
        <w:t>[5]</w:t>
      </w:r>
    </w:p>
    <w:p>
      <w:r>
        <w:rPr>
          <w:rFonts w:ascii="Gentium Plus" w:hAnsi="Gentium Plus"/>
          <w:sz w:val="24"/>
        </w:rPr>
        <w:t>Καὶ ψῆρες ψήρεσσιν, ἁγνῷ δέ τε τίμιος ἁγνός. Ἀλλ’ ἔμπης κακόμητιν ἀλεύεο, μή σε δολώσῃ, Καὶ πινυτόν περ ἐόντα· σοφοῖς δέ τε καὶ πλέον ἔχθει. Πολλάκις ἐξ ἀγαθοῖο κακὸν πόρσυνε καὶ ἐσθλοῖς. Νῦν φάος, εἶτα σκότος, ἔνδον μόρος, εἶδαρ ὕπερθεν.</w:t>
      </w:r>
    </w:p>
    <w:p>
      <w:r>
        <w:rPr>
          <w:rFonts w:ascii="Courier New" w:hAnsi="Courier New"/>
          <w:color w:val="555555"/>
          <w:sz w:val="20"/>
        </w:rPr>
        <w:t>[10]</w:t>
      </w:r>
    </w:p>
    <w:p>
      <w:r>
        <w:rPr>
          <w:rFonts w:ascii="Gentium Plus" w:hAnsi="Gentium Plus"/>
          <w:sz w:val="24"/>
        </w:rPr>
        <w:t>Καὶ σαίνει γλυκεροῖσι, καὶ ὄλλυσι κευθομένοισι. Πολλάκι μὲν συνάγειρεν ὁμόφρονας ἀλλήλοισι</w:t>
      </w:r>
    </w:p>
    <w:p>
      <w:r>
        <w:rPr>
          <w:rFonts w:ascii="Courier New" w:hAnsi="Courier New"/>
          <w:color w:val="555555"/>
          <w:sz w:val="20"/>
        </w:rPr>
        <w:t>[588]</w:t>
      </w:r>
    </w:p>
    <w:p>
      <w:r>
        <w:rPr>
          <w:rFonts w:ascii="Gentium Plus" w:hAnsi="Gentium Plus"/>
          <w:sz w:val="24"/>
        </w:rPr>
        <w:t>Πνεύματι, καὶ φάος ἦλθεν, ἐπωνυμίην τέ γε σεμνὴν, Τὴν ἀγάπην καλέουσιν, ὑπήλυθεν. Αὐτὰρ ἔπειτα Ἐκ κραδίης ἐπὶ σάρκας ἄγων πόθον ἐγγὺς ἐούσας, Ἢ πῦρ, ἠὲ πυρὸς σημήϊα λυγρὰ δίδωσιν.</w:t>
      </w:r>
    </w:p>
    <w:p>
      <w:r>
        <w:rPr>
          <w:rFonts w:ascii="Courier New" w:hAnsi="Courier New"/>
          <w:color w:val="555555"/>
          <w:sz w:val="20"/>
        </w:rPr>
        <w:t>[5]</w:t>
      </w:r>
    </w:p>
    <w:p>
      <w:r>
        <w:rPr>
          <w:rFonts w:ascii="Gentium Plus" w:hAnsi="Gentium Plus"/>
          <w:sz w:val="24"/>
        </w:rPr>
        <w:t>Εἴ τοι μηδὲ πυρὸς σημήϊον, ἀλλὰ τάχιστα Πλήξεις εἰσορόωντας. Ἑτοιμότεροι δέ τε πάντες Εἰς κακίην τελέθουσι. Ῥόος δ’ ἐπὶ πρηνὲς ὁδεύει. Ἀλλὰ δόμος, καὶ εἷμα, τράπεζά τε, ἀδρανίη τε Γήραος ἀργαλέοιο, τόδ’ ἤγαγεν αἶσχος ἀρωγόν.</w:t>
      </w:r>
    </w:p>
    <w:p>
      <w:r>
        <w:rPr>
          <w:rFonts w:ascii="Courier New" w:hAnsi="Courier New"/>
          <w:color w:val="555555"/>
          <w:sz w:val="20"/>
        </w:rPr>
        <w:t>[10]</w:t>
      </w:r>
    </w:p>
    <w:p>
      <w:r>
        <w:rPr>
          <w:rFonts w:ascii="Gentium Plus" w:hAnsi="Gentium Plus"/>
          <w:sz w:val="24"/>
        </w:rPr>
        <w:t>Χρύσεα χαλκείων διαμείβεαι, εἰ γανόωντος</w:t>
      </w:r>
    </w:p>
    <w:p>
      <w:r>
        <w:rPr>
          <w:rFonts w:ascii="Courier New" w:hAnsi="Courier New"/>
          <w:color w:val="555555"/>
          <w:sz w:val="20"/>
        </w:rPr>
        <w:t>[589]</w:t>
      </w:r>
    </w:p>
    <w:p>
      <w:r>
        <w:rPr>
          <w:rFonts w:ascii="Gentium Plus" w:hAnsi="Gentium Plus"/>
          <w:sz w:val="24"/>
        </w:rPr>
        <w:t>Οὐδ’ εἴ μοι χρυσοῖο, καὶ ἠλέκτροιο τάλαντα, Καὶ πεδία χλοάοντα καὶ εὐρέα πώεα δοίης, Καὶ δόμον αἰγλήεντα, καὶ Ἀλκινόοιο τράπεζαν, Οὐδ’ εἴ μοι βίον ἄλλον ἀγήραον ἀντὶ παρόντος,</w:t>
      </w:r>
    </w:p>
    <w:p>
      <w:r>
        <w:rPr>
          <w:rFonts w:ascii="Courier New" w:hAnsi="Courier New"/>
          <w:color w:val="555555"/>
          <w:sz w:val="20"/>
        </w:rPr>
        <w:t>[5]</w:t>
      </w:r>
    </w:p>
    <w:p>
      <w:r>
        <w:rPr>
          <w:rFonts w:ascii="Gentium Plus" w:hAnsi="Gentium Plus"/>
          <w:sz w:val="24"/>
        </w:rPr>
        <w:t>Οὐδέ κεν ὣς λιπόχριστον ἐγὼ βίον αἰσχρὸν ἑλοίμην. Ἄρτος ἐμοὶ στείνοιτο, ποτὸν τὸ ὕδωρ ποθέοιτο· Φύλλα συκῆς μ’, ὡς πρόσθεν Ἀδὰμ Εὐάν τε, καλύπτοι Καὶ σήραγγας ἔχοιμι πετρῶν δόμον, ἤ τινα φηγοῦ Κευθμῶνα, σχέδιόν τε βίον, καὶ θηρσὶν ὁμοῖον·</w:t>
      </w:r>
    </w:p>
    <w:p>
      <w:r>
        <w:rPr>
          <w:rFonts w:ascii="Courier New" w:hAnsi="Courier New"/>
          <w:color w:val="555555"/>
          <w:sz w:val="20"/>
        </w:rPr>
        <w:t>[10]</w:t>
      </w:r>
    </w:p>
    <w:p>
      <w:r>
        <w:rPr>
          <w:rFonts w:ascii="Gentium Plus" w:hAnsi="Gentium Plus"/>
          <w:sz w:val="24"/>
        </w:rPr>
        <w:t>Ἤ τινα πὰρ πυλεῶνα βεβλημένος, ἄχθος ἀρούρης, Ἀνδρὸς ὑπερφιάλοιο, πένης, καὶ Λάζαρος ἄλλος, Ἕλκοιμι ζωήν τε λυγρὴν καὶ σῶμα πονηρόν. Νῦν τάδε, χάσμα δ’ ἔπειτα, καὶ ἄντιτα πάντα τὰ τερπνά.</w:t>
      </w:r>
    </w:p>
    <w:p>
      <w:r>
        <w:rPr>
          <w:rFonts w:ascii="Courier New" w:hAnsi="Courier New"/>
          <w:color w:val="555555"/>
          <w:sz w:val="20"/>
        </w:rPr>
        <w:t>[590]</w:t>
      </w:r>
    </w:p>
    <w:p>
      <w:r>
        <w:rPr>
          <w:rFonts w:ascii="Gentium Plus" w:hAnsi="Gentium Plus"/>
          <w:sz w:val="24"/>
        </w:rPr>
        <w:t>Σοὶ κόρος, ἄλγος ἔμοιγε· μικρὸν, καὶ πάντα λέλασται. Ἓν πάντες μετὰ τύμβον, ἴη κόνις· ἶσος ὁ χῶρος Δμώεσι καὶ βασιλεῦσι. Τὸ δὲ πλέον, οὐκ ἀΐδαο; Τοὔνεκα μήτ’ ἀγαθοῖσιν ἰαίνεο τοῖς παρεοῦσι,</w:t>
      </w:r>
    </w:p>
    <w:p>
      <w:r>
        <w:rPr>
          <w:rFonts w:ascii="Courier New" w:hAnsi="Courier New"/>
          <w:color w:val="555555"/>
          <w:sz w:val="20"/>
        </w:rPr>
        <w:t>[5]</w:t>
      </w:r>
    </w:p>
    <w:p>
      <w:r>
        <w:rPr>
          <w:rFonts w:ascii="Gentium Plus" w:hAnsi="Gentium Plus"/>
          <w:sz w:val="24"/>
        </w:rPr>
        <w:t>Μήτε λίην μογεροῖσιν ἄσαι φρένα τοῦδε βίοιο. Ἦ γὰρ ὁμοῦ τερπνοῖσι καὶ ἄλγεα πάντ’ ἀπολείψεις Οὐ μετὰ δήν. Τί δὲ μακρὸν ἐφημερίοιο βίοιο; Ξεῖνος δ’ ἴσθι πάροικος ἐπ’ ἀλλοτρίης χθονὸς ἕρπων· Ἔνθεν ἀναστήσει σε Θεὸς ἐς πατρίδα σεῖο,</w:t>
      </w:r>
    </w:p>
    <w:p>
      <w:r>
        <w:rPr>
          <w:rFonts w:ascii="Courier New" w:hAnsi="Courier New"/>
          <w:color w:val="555555"/>
          <w:sz w:val="20"/>
        </w:rPr>
        <w:t>[10]</w:t>
      </w:r>
    </w:p>
    <w:p>
      <w:r>
        <w:rPr>
          <w:rFonts w:ascii="Gentium Plus" w:hAnsi="Gentium Plus"/>
          <w:sz w:val="24"/>
        </w:rPr>
        <w:t>Μικρὸν ἀεθλεύσαντα, πόνων δέ τε μεῖζον ἄεθλον. Καὶ σὺ φίλοις τεκέεσσιν, Ἰωναδὰβ ἔξοχε μῆτιν, Ὄλβον ἐπισπεύδων τὸν ὑπέρτατον ἐν μερόπεσσι, Τόνδε νόμον μῦθόν τ’ ἐφθέγξαο· «Παῖδες ἐμοῖο,</w:t>
      </w:r>
    </w:p>
    <w:p>
      <w:r>
        <w:rPr>
          <w:rFonts w:ascii="Courier New" w:hAnsi="Courier New"/>
          <w:color w:val="555555"/>
          <w:sz w:val="20"/>
        </w:rPr>
        <w:t>[591]</w:t>
      </w:r>
    </w:p>
    <w:p>
      <w:r>
        <w:rPr>
          <w:rFonts w:ascii="Gentium Plus" w:hAnsi="Gentium Plus"/>
          <w:sz w:val="24"/>
        </w:rPr>
        <w:t>Οὔτ’ ἄλλῳ ποτὲ παιδὶ πατὴρ φίλος, ἔμπεδον αἰεί. Μὴ δόμον οἰκήσητε περίγραπτον μελέεσσι, Μὴ γαίην ἀρόσητε. Τί δ’ ἄμπελος ὔμμιν ὄνειαρ; Ἐν σκηναῖς ναίοιτε, μέθυσμά τε καὶ γλυκὺ πῶμα</w:t>
      </w:r>
    </w:p>
    <w:p>
      <w:r>
        <w:rPr>
          <w:rFonts w:ascii="Courier New" w:hAnsi="Courier New"/>
          <w:color w:val="555555"/>
          <w:sz w:val="20"/>
        </w:rPr>
        <w:t>[5]</w:t>
      </w:r>
    </w:p>
    <w:p>
      <w:r>
        <w:rPr>
          <w:rFonts w:ascii="Gentium Plus" w:hAnsi="Gentium Plus"/>
          <w:sz w:val="24"/>
        </w:rPr>
        <w:t>Μή ποτ’ ἐφ’ ὑμετέρῳ λαιμῷ, μὴ, τέκνα, χέοιτε, Ἀλλὰ Θεῷ ζώοιτε, Θεὸν δέ τε πλοῦτον ἔχοιτε Μοῦνον, ἀεὶ ζώοντα, ὁμοίϊον, ἀστυφέλικτον.» Ὣς ἄρ’ ἔφη· παῖδες δὲ πατρὸς ἐτέλεσσαν ἐφετμήν. Οἶδα δ’ ἐγὼ καὶ λαὸν ὑποσχεσίης ἐπὶ γαῖαν</w:t>
      </w:r>
    </w:p>
    <w:p>
      <w:r>
        <w:rPr>
          <w:rFonts w:ascii="Courier New" w:hAnsi="Courier New"/>
          <w:color w:val="555555"/>
          <w:sz w:val="20"/>
        </w:rPr>
        <w:t>[10]</w:t>
      </w:r>
    </w:p>
    <w:p>
      <w:r>
        <w:rPr>
          <w:rFonts w:ascii="Gentium Plus" w:hAnsi="Gentium Plus"/>
          <w:sz w:val="24"/>
        </w:rPr>
        <w:t>Ἰέμενον, τοῦ πρόσθε πυρὸς στύλος ἡγεμόνευε, Καὶ νεφέλης ἕλκοντος ἀσημάντου δι’ ἐρήμης· ᾯ πόντος ὑπόειξε, καὶ οὐρανὸς εἶδαρ ἔδωκε, Καὶ πέτρη βλάστησεν ὕδωρ, ὁ δ’ ἐχάσσατ’ ὀπίσσω Εὐρὺ ῥέων ποταμὸς, καὶ ἥλιος ἔσχεθε δίφρον,</w:t>
      </w:r>
    </w:p>
    <w:p>
      <w:r>
        <w:rPr>
          <w:rFonts w:ascii="Courier New" w:hAnsi="Courier New"/>
          <w:color w:val="555555"/>
          <w:sz w:val="20"/>
        </w:rPr>
        <w:t>[592]</w:t>
      </w:r>
    </w:p>
    <w:p>
      <w:r>
        <w:rPr>
          <w:rFonts w:ascii="Gentium Plus" w:hAnsi="Gentium Plus"/>
          <w:sz w:val="24"/>
        </w:rPr>
        <w:t>Καὶ παλάμῃσι τρόπαιον ἀνὴρ ἔστησε ταθείσαις Σταυρὸν ὑποσκιάων, πίστις δ’ ἐπέδησεν ἀκωκάς. Ἠλίας δὲ κόραξι τράφη, καὶ γραῖαν ἔθρεψε Σιδονίην τυτθῇσιν ἐνὶ ψεκάδεσσι βίοιο,</w:t>
      </w:r>
    </w:p>
    <w:p>
      <w:r>
        <w:rPr>
          <w:rFonts w:ascii="Courier New" w:hAnsi="Courier New"/>
          <w:color w:val="555555"/>
          <w:sz w:val="20"/>
        </w:rPr>
        <w:t>[5]</w:t>
      </w:r>
    </w:p>
    <w:p>
      <w:r>
        <w:rPr>
          <w:rFonts w:ascii="Gentium Plus" w:hAnsi="Gentium Plus"/>
          <w:sz w:val="24"/>
        </w:rPr>
        <w:t>Οὔ ποτέ γ’ ἐν πενιχρῇ σιπύῃ λήγοντος ἀλεύρου, Καὶ κεράμοιο βρύοντος ἀεὶ τόσον ὑγρὸν ἔλαιον, Ὅσσον ἀφύσσετο χερσὶ φιλοξείνοιο γυναικός. Ἑβραῖοι δέ τε παῖδες ἑὴν ποθέοντες ἐδωδὴν, Ὅφρα κε μὴ βασιλῆος ἐνὶ χρανθῶσι τραπέζῃ,</w:t>
      </w:r>
    </w:p>
    <w:p>
      <w:r>
        <w:rPr>
          <w:rFonts w:ascii="Courier New" w:hAnsi="Courier New"/>
          <w:color w:val="555555"/>
          <w:sz w:val="20"/>
        </w:rPr>
        <w:t>[10]</w:t>
      </w:r>
    </w:p>
    <w:p>
      <w:r>
        <w:rPr>
          <w:rFonts w:ascii="Gentium Plus" w:hAnsi="Gentium Plus"/>
          <w:sz w:val="24"/>
        </w:rPr>
        <w:t>Ἀσσυρίης καθύπερθε φλογὸς χαίροντες ἔβησαν, Ἔνθεν ἀναψύχοντες, ἑὰ πρὸς δώμαθ’ ἵκοντο. Καὶ Δανιὴλ λείουσι ῥιφεὶς βορὰ μαινομένοισι, Θρέψε μὲν οὔτι λέοντας, ἐπεὶ χέρας ἐξεπέτασσεν,</w:t>
      </w:r>
    </w:p>
    <w:p>
      <w:r>
        <w:rPr>
          <w:rFonts w:ascii="Courier New" w:hAnsi="Courier New"/>
          <w:color w:val="555555"/>
          <w:sz w:val="20"/>
        </w:rPr>
        <w:t>[593]</w:t>
      </w:r>
    </w:p>
    <w:p>
      <w:r>
        <w:rPr>
          <w:rFonts w:ascii="Gentium Plus" w:hAnsi="Gentium Plus"/>
          <w:sz w:val="24"/>
        </w:rPr>
        <w:t>Σπλάγχνων δ’ ἐκ μεσάτων ἀπερεύξατο θεῖον Ἰωνᾶν Θὴρ ἁλὸς, οἷον ἔδεκτο τριήμερον. Ὦ μέγα θαῦμα! Πίστις γὰρ συνέερκτο καὶ ἐν σπλάγχνοισι προφήτῃ. Ἀκρὶς Ἰωάννου δὲ τροφὴ καὶ κηρίον ἦεν</w:t>
      </w:r>
    </w:p>
    <w:p>
      <w:r>
        <w:rPr>
          <w:rFonts w:ascii="Courier New" w:hAnsi="Courier New"/>
          <w:color w:val="555555"/>
          <w:sz w:val="20"/>
        </w:rPr>
        <w:t>[5]</w:t>
      </w:r>
    </w:p>
    <w:p>
      <w:r>
        <w:rPr>
          <w:rFonts w:ascii="Gentium Plus" w:hAnsi="Gentium Plus"/>
          <w:sz w:val="24"/>
        </w:rPr>
        <w:t>Ἄγριον, ὑψιλόφων τε τρίχες ἔσθημα καμήλων, Καὶ δόμος οὐρανὸς εὐρὺς, ἐρημαῖαί τε χαμεῦναι. Τίς Θέκλαν ἐσάωσεν ὑπὲκ πυρὸς, ἢ τίς ἔδησε Θηρῶν ὠμοβόρων κρατερὸν μένος; Ἦ μέγα θαῦμα! Παρθενίη καὶ θῆρας ἐκοίμισεν, οὐδ’ ἐτάλασσαν</w:t>
      </w:r>
    </w:p>
    <w:p>
      <w:r>
        <w:rPr>
          <w:rFonts w:ascii="Courier New" w:hAnsi="Courier New"/>
          <w:color w:val="555555"/>
          <w:sz w:val="20"/>
        </w:rPr>
        <w:t>[10]</w:t>
      </w:r>
    </w:p>
    <w:p>
      <w:r>
        <w:rPr>
          <w:rFonts w:ascii="Gentium Plus" w:hAnsi="Gentium Plus"/>
          <w:sz w:val="24"/>
        </w:rPr>
        <w:t>Παρθενικῆς δέμας ἁγνὸν ἑαῖς γενύεσσι μιῆναι. Οὐδὲ μὲν οὐδ’ ἁγνῆς ἐπιλήσομαι (οὐ γὰρ ἔοικε), Σωσάννης, εἰ καί μιν ὑπὸ ζυγὸν ἤγαγεν ἀνὴρ, Σωφροσύνης ἣ τόσσον ἔχεν πόθον, ὥστε φυγοῦσαν</w:t>
      </w:r>
    </w:p>
    <w:p>
      <w:r>
        <w:rPr>
          <w:rFonts w:ascii="Courier New" w:hAnsi="Courier New"/>
          <w:color w:val="555555"/>
          <w:sz w:val="20"/>
        </w:rPr>
        <w:t>[594]</w:t>
      </w:r>
    </w:p>
    <w:p>
      <w:r>
        <w:rPr>
          <w:rFonts w:ascii="Gentium Plus" w:hAnsi="Gentium Plus"/>
          <w:sz w:val="24"/>
        </w:rPr>
        <w:t>Χεῖρας ἀθεσμοτάτας, ψήφοις τ’ ἀδίκοισι δικαστῶν Ἐς μόρον ἑλκομένην, πόθ’ ὑπὲκ θανάτοιο σάωσε Πνεῦμα νέου, πολιοῖο φρένας, καὶ μήδεα πυκνὰ Ὀρθοδίκου, δήσαντος ὑπὸ σφετέροισι λόγοισι</w:t>
      </w:r>
    </w:p>
    <w:p>
      <w:r>
        <w:rPr>
          <w:rFonts w:ascii="Courier New" w:hAnsi="Courier New"/>
          <w:color w:val="555555"/>
          <w:sz w:val="20"/>
        </w:rPr>
        <w:t>[5]</w:t>
      </w:r>
    </w:p>
    <w:p>
      <w:r>
        <w:rPr>
          <w:rFonts w:ascii="Gentium Plus" w:hAnsi="Gentium Plus"/>
          <w:sz w:val="24"/>
        </w:rPr>
        <w:t>Πρεσβυτέρους Βαβυλῶνος, ἀλιτροτάτους, ἀθεμίστους. Παύλου δ’ αὐτὸς ἄκουσας, ὅσης κακότητος ἄεθλον, Ὁσσατίων μόχθων τε καὶ ἀργαλέων μελεδώνων Ἐν φιλίοις, ἐχθροῖς τε, καὶ εἰν ἁλὶ, καὶ κατὰ γαῖαν Ἤρατο, καὶ τριτάτοιο πόλου πρὸς χῶρον ἱκέσθαι,</w:t>
      </w:r>
    </w:p>
    <w:p>
      <w:r>
        <w:rPr>
          <w:rFonts w:ascii="Courier New" w:hAnsi="Courier New"/>
          <w:color w:val="555555"/>
          <w:sz w:val="20"/>
        </w:rPr>
        <w:t>[10]</w:t>
      </w:r>
    </w:p>
    <w:p>
      <w:r>
        <w:rPr>
          <w:rFonts w:ascii="Gentium Plus" w:hAnsi="Gentium Plus"/>
          <w:sz w:val="24"/>
        </w:rPr>
        <w:t>Καὶ θεῖναι γλυκερῇσιν ἐν ἄρκυσι κόσμον ἅπαντα. Κεῖνος καὶ λυπροῖσιν ἀγάλλεται, ὁππόσον οὔτις Δεξιτεροῖς. Μεσάτη δὲ κακῶν ἀρετὴ κατάκειται</w:t>
      </w:r>
    </w:p>
    <w:p>
      <w:r>
        <w:rPr>
          <w:rFonts w:ascii="Courier New" w:hAnsi="Courier New"/>
          <w:color w:val="555555"/>
          <w:sz w:val="20"/>
        </w:rPr>
        <w:t>[595]</w:t>
      </w:r>
    </w:p>
    <w:p>
      <w:r>
        <w:rPr>
          <w:rFonts w:ascii="Gentium Plus" w:hAnsi="Gentium Plus"/>
          <w:sz w:val="24"/>
        </w:rPr>
        <w:t>Τῶν σὺ μνωομένη, τήρει βίον ἁγνὸν Ἄνακτι, Πάμπαν ἐν ἐλπωρῇσιν ἀμείνοσι, μή σε δολώσῃ Χρειὼ, ἥ τε τάχιστα καὶ ἔμφρονα φῶτα δαμάζει. Τοὔνεκα καὶ δολόμητις, ἐπεὶ Χριστοῦ βασιλῆος</w:t>
      </w:r>
    </w:p>
    <w:p>
      <w:r>
        <w:rPr>
          <w:rFonts w:ascii="Courier New" w:hAnsi="Courier New"/>
          <w:color w:val="555555"/>
          <w:sz w:val="20"/>
        </w:rPr>
        <w:t>[5]</w:t>
      </w:r>
    </w:p>
    <w:p>
      <w:r>
        <w:rPr>
          <w:rFonts w:ascii="Gentium Plus" w:hAnsi="Gentium Plus"/>
          <w:sz w:val="24"/>
        </w:rPr>
        <w:t>Εἰς πεῖραν καθέηκε, Θεὸν βροτὸν ἄμμιγα λεύσσων Πεινάοντ’, ἐκέλευσε λίθους εἰς εἶδαρ ἀμεῖψαι, Ὥς κεν χρηΐζοντα ἐν ἄρκυσιν ᾗσιν ἕλῃσιν. Ἀλλὰ Θεοῦ μὲν ἅμαρτε, σὲ δὲ βροτὸν οὔλια σαίνει Ὡς βροτόν. Ἀλλὰ Θεοῦ γε πέλοις, καὶ τῆλε διώκοις</w:t>
      </w:r>
    </w:p>
    <w:p>
      <w:r>
        <w:rPr>
          <w:rFonts w:ascii="Courier New" w:hAnsi="Courier New"/>
          <w:color w:val="555555"/>
          <w:sz w:val="20"/>
        </w:rPr>
        <w:t>[10]</w:t>
      </w:r>
    </w:p>
    <w:p>
      <w:r>
        <w:rPr>
          <w:rFonts w:ascii="Gentium Plus" w:hAnsi="Gentium Plus"/>
          <w:sz w:val="24"/>
        </w:rPr>
        <w:t>Ἐχθρὸν, ὅλη μίμνουσα Θεοῦ, καὶ σαρκὸς ὕπερθεν. Μηδ’ ὡς ἐν πλεκτοῖο χοροῦ περιηγέϊ κύκλῳ, Τὸν μὲν δεξιτερῇ κατέχοις, ἄλλον δέ τε λαιῇ, Ἶσον ἐφαπτομένη καὶ σχιζομένη θεότητος, Ἥμισυ μὲν Χριστοῖο, τόδ’ ἥμισυ σαρκὸς ἐοῦσα·</w:t>
      </w:r>
    </w:p>
    <w:p>
      <w:r>
        <w:rPr>
          <w:rFonts w:ascii="Courier New" w:hAnsi="Courier New"/>
          <w:color w:val="555555"/>
          <w:sz w:val="20"/>
        </w:rPr>
        <w:t>[596]</w:t>
      </w:r>
    </w:p>
    <w:p>
      <w:r>
        <w:rPr>
          <w:rFonts w:ascii="Gentium Plus" w:hAnsi="Gentium Plus"/>
          <w:sz w:val="24"/>
        </w:rPr>
        <w:t>Ἢ πέλαγος τέμνουσα θοῇ καὶ ἐπαρτέϊ νηῒ, Πνεύματος ἱσταμένοιο καὶ εὔδια κυμαίνοντος, Ἴσχειν νηοπέδῃσι ταχὺν πλόον, ἢ δ’ ἀπὸ γαίης Ἕλκεσθαι, νωθρήν τε δι’ οἴδματος οἶμον ὁδεύειν,</w:t>
      </w:r>
    </w:p>
    <w:p>
      <w:r>
        <w:rPr>
          <w:rFonts w:ascii="Courier New" w:hAnsi="Courier New"/>
          <w:color w:val="555555"/>
          <w:sz w:val="20"/>
        </w:rPr>
        <w:t>[5]</w:t>
      </w:r>
    </w:p>
    <w:p>
      <w:r>
        <w:rPr>
          <w:rFonts w:ascii="Gentium Plus" w:hAnsi="Gentium Plus"/>
          <w:sz w:val="24"/>
        </w:rPr>
        <w:t>Ἄμφω ποντοπόροις καὶ πεζοπόροισιν ὁμοίην. Μηδὲ τεῇ ζωῇ βαλέειν ἐχενηΐδα σάρκα, Ἥτε καὶ ἱεμένην περ, ὅμως κατὰ νῆα πέδησεν. Ἀλλ’ ὥς τι στεινοῖο πόρου διὰ ῥεῖθρον ὁδεῦον Ῥοιζηδὸν, μολίβου περιηγέος ἐν κενεῶσιν</w:t>
      </w:r>
    </w:p>
    <w:p>
      <w:r>
        <w:rPr>
          <w:rFonts w:ascii="Courier New" w:hAnsi="Courier New"/>
          <w:color w:val="555555"/>
          <w:sz w:val="20"/>
        </w:rPr>
        <w:t>[10]</w:t>
      </w:r>
    </w:p>
    <w:p>
      <w:r>
        <w:rPr>
          <w:rFonts w:ascii="Gentium Plus" w:hAnsi="Gentium Plus"/>
          <w:sz w:val="24"/>
        </w:rPr>
        <w:t>Ὅλκοιο πλήθοντος ὅσον χάδε, καὶ πρὸς ἀνάντες Δέσμιον ἅλλεται ὦκα, βιαζόμενον κατόπισθεν, Ὣς κέλομαι σέο φίλτρον ἐνὶ πραπίδεσσι τεῇσι Σφιγγόμενον, Χριστοῖο καταντίον ὕψι φέρεσθαι,</w:t>
      </w:r>
    </w:p>
    <w:p>
      <w:r>
        <w:rPr>
          <w:rFonts w:ascii="Courier New" w:hAnsi="Courier New"/>
          <w:color w:val="555555"/>
          <w:sz w:val="20"/>
        </w:rPr>
        <w:t>[597]</w:t>
      </w:r>
    </w:p>
    <w:p>
      <w:r>
        <w:rPr>
          <w:rFonts w:ascii="Gentium Plus" w:hAnsi="Gentium Plus"/>
          <w:sz w:val="24"/>
        </w:rPr>
        <w:t>Εἰ δὲ σύ γ’ ἔνθα καὶ ἔνθα χέοις ψαμάθοισι βαθείαις, Ἢ κατὰ πετράων, ἢ λείμακος, ἠὲ χαράδρης, Ὤλετό σοι ῥόος ἐσθλὸς ἀσύνδετος, οὐδὲν ὄνειαρ. Εἰ μέν σοί γε πατὴρ ζώει φίλος, ὅς σε φάωσδε</w:t>
      </w:r>
    </w:p>
    <w:p>
      <w:r>
        <w:rPr>
          <w:rFonts w:ascii="Courier New" w:hAnsi="Courier New"/>
          <w:color w:val="555555"/>
          <w:sz w:val="20"/>
        </w:rPr>
        <w:t>[5]</w:t>
      </w:r>
    </w:p>
    <w:p>
      <w:r>
        <w:rPr>
          <w:rFonts w:ascii="Gentium Plus" w:hAnsi="Gentium Plus"/>
          <w:sz w:val="24"/>
        </w:rPr>
        <w:t>Ἤγαγεν, ἢ μήτηρ γλυκερὴ, καὶ φίλτρον ἀμεμφὲς, Εἰ σὺ κασιγνήτοισιν ἐρείδεαι εὐμενέουσιν, Ἢ τοκέων τοκέεσσιν ἀρηγόσιν, ἢ καὶ ἀρωγῆς Δευομένοις, τούτοις μὲν ὁμὸν βίον ἀμφαγαπάζειν Οὐ φθόνος, οὐδὲ πικρὸν καὶ ἀνάρσιον ἐνθάδε Μῶμος</w:t>
      </w:r>
    </w:p>
    <w:p>
      <w:r>
        <w:rPr>
          <w:rFonts w:ascii="Courier New" w:hAnsi="Courier New"/>
          <w:color w:val="555555"/>
          <w:sz w:val="20"/>
        </w:rPr>
        <w:t>[10]</w:t>
      </w:r>
    </w:p>
    <w:p>
      <w:r>
        <w:rPr>
          <w:rFonts w:ascii="Gentium Plus" w:hAnsi="Gentium Plus"/>
          <w:sz w:val="24"/>
        </w:rPr>
        <w:t>Ὄμμα βαλεῖ, τρίζειν καὶ σάνδαλα πολλάκι φάσκων· Ἔστι δὲ καὶ τόδ’ ὄνειαρ ἐμοὶ, κακὸς ὄμματα βάλλων. Κεῖνος μὲν βαλέει, τὸ δ’ ἐμὸν κέαρ ἔμπεδον ἔσται. Τῶν δ’ ἄλλων μοι τόσσον ἀλεύεσθαι φιλότητα,</w:t>
      </w:r>
    </w:p>
    <w:p>
      <w:r>
        <w:rPr>
          <w:rFonts w:ascii="Courier New" w:hAnsi="Courier New"/>
          <w:color w:val="555555"/>
          <w:sz w:val="20"/>
        </w:rPr>
        <w:t>[598]</w:t>
      </w:r>
    </w:p>
    <w:p>
      <w:r>
        <w:rPr>
          <w:rFonts w:ascii="Gentium Plus" w:hAnsi="Gentium Plus"/>
          <w:sz w:val="24"/>
        </w:rPr>
        <w:t>Ἤ τοι μὴ φιλίην γε, συνωροφίην δ’ ἀλεγεινὴν, Ἢ θάρσος δολερόν τε καὶ εὐθαλέεσσιν ἄπιστον, Ὁσσάτιον Χριστοῖο περιδράσσεσθαι ἔοικεν Ἔμπεδον ἐμπεφυυῖαν ἀειζώοισι πόθοισι.</w:t>
      </w:r>
    </w:p>
    <w:p>
      <w:r>
        <w:rPr>
          <w:rFonts w:ascii="Courier New" w:hAnsi="Courier New"/>
          <w:color w:val="555555"/>
          <w:sz w:val="20"/>
        </w:rPr>
        <w:t>[5]</w:t>
      </w:r>
    </w:p>
    <w:p>
      <w:r>
        <w:rPr>
          <w:rFonts w:ascii="Gentium Plus" w:hAnsi="Gentium Plus"/>
          <w:sz w:val="24"/>
        </w:rPr>
        <w:t>Μηδὲ σὺ παρθενίης μὲν ἔχειν πόθον ἱμεροέσσης, Τοῖς δ’ ἄλλοις παθέεσσι τεὴν φρένα πάμπαν ἀνοίγειν, Σωφροσύνῃ κομόωσα· κακὸν δέ γε τοῦτο χέρειον, Τίκτεσθ’ ἐξ ἀγαθοῖο κακὸν φθονεροῖο δόλλοισιν. Οὐ γὰρ τόσσον ἔμοιγε γάμος, οὐδ’ ἔργα γάμοιο</w:t>
      </w:r>
    </w:p>
    <w:p>
      <w:r>
        <w:rPr>
          <w:rFonts w:ascii="Courier New" w:hAnsi="Courier New"/>
          <w:color w:val="555555"/>
          <w:sz w:val="20"/>
        </w:rPr>
        <w:t>[10]</w:t>
      </w:r>
    </w:p>
    <w:p>
      <w:r>
        <w:rPr>
          <w:rFonts w:ascii="Gentium Plus" w:hAnsi="Gentium Plus"/>
          <w:sz w:val="24"/>
        </w:rPr>
        <w:t>Φύξιμος, ᾧ γε Θεὸς θνητῶν γένος αἰὲν ἀέξει, Ὅσσον ἐμοῖς παθέεσσιν ἄκος καὶ ἄλκαρ ἀνεῦρον Παρθενίην. Ὧν εἰ μὲν ἐλεύθερον ἦμαρ ἔχοιμι, Ἔστι καὶ ἀζυγίης τις ἐμοὶ χάρις. Εἰ δὲ θύρετρα</w:t>
      </w:r>
    </w:p>
    <w:p>
      <w:r>
        <w:rPr>
          <w:rFonts w:ascii="Courier New" w:hAnsi="Courier New"/>
          <w:color w:val="555555"/>
          <w:sz w:val="20"/>
        </w:rPr>
        <w:t>[599]</w:t>
      </w:r>
    </w:p>
    <w:p>
      <w:r>
        <w:rPr>
          <w:rFonts w:ascii="Gentium Plus" w:hAnsi="Gentium Plus"/>
          <w:sz w:val="24"/>
        </w:rPr>
        <w:t>Εἷρξας, ἣ φραγμοῖο τὸ μὲν πυκινῶς ἀράροιμι, Τῷ δὲ τρίβους οἴξαιμι παρατροχάουσιν ὁδίταις, Τί πλέον; Ἦ γὰρ ὁμῶς δηλήσατο ἐχθρὸς ἁλωὴν Πάντοθεν εἰσπίπτων. Καὶ γὰρ σέο πάντα δοκεύει,</w:t>
      </w:r>
    </w:p>
    <w:p>
      <w:r>
        <w:rPr>
          <w:rFonts w:ascii="Courier New" w:hAnsi="Courier New"/>
          <w:color w:val="555555"/>
          <w:sz w:val="20"/>
        </w:rPr>
        <w:t>[5]</w:t>
      </w:r>
    </w:p>
    <w:p>
      <w:r>
        <w:rPr>
          <w:rFonts w:ascii="Gentium Plus" w:hAnsi="Gentium Plus"/>
          <w:sz w:val="24"/>
        </w:rPr>
        <w:t>Ἔκτοθεν ὅττι βάλῃσι, καὶ ἔνδοθεν ὅττι λάβῃσιν, Ἀμφαδίην, λοχόων τε. Τίς ἂν κακότηθ’ ὑπαλύξαι Ῥηϊδίως, μὴ Χριστὸν ἔχων ἐπιτάῤῥοθον αἰεί; Μὴ μικρὸν ἐν κακίῃ θείης ποτὲ μηδὲ τὸ μικρόν. Τυτθοῖς ἀντιόωσα, χερείοσιν οὔ ποτε κύρσοις.</w:t>
      </w:r>
    </w:p>
    <w:p>
      <w:r>
        <w:rPr>
          <w:rFonts w:ascii="Courier New" w:hAnsi="Courier New"/>
          <w:color w:val="555555"/>
          <w:sz w:val="20"/>
        </w:rPr>
        <w:t>[10]</w:t>
      </w:r>
    </w:p>
    <w:p>
      <w:r>
        <w:rPr>
          <w:rFonts w:ascii="Gentium Plus" w:hAnsi="Gentium Plus"/>
          <w:sz w:val="24"/>
        </w:rPr>
        <w:t>Ὅσσα φέριστ’ ἀΐοις, καὶ φθέγγεο· ὅσσα δὲ βάζεις, Λεύσσοις προφρονέως. Ὄψις δ’ ἐπὶ ἔργον ἐλαύνοι.</w:t>
      </w:r>
    </w:p>
    <w:p>
      <w:r>
        <w:rPr>
          <w:rFonts w:ascii="Courier New" w:hAnsi="Courier New"/>
          <w:color w:val="555555"/>
          <w:sz w:val="20"/>
        </w:rPr>
        <w:t>[600]</w:t>
      </w:r>
    </w:p>
    <w:p>
      <w:r>
        <w:rPr>
          <w:rFonts w:ascii="Gentium Plus" w:hAnsi="Gentium Plus"/>
          <w:sz w:val="24"/>
        </w:rPr>
        <w:t>Πάντα σὺν ἀλλήλοισι, τέλος, λόγος, ὄψις, ἀκουή. Φεύγειν σπέρμα πονηρὸν, ὅπως στάχυν ἐσθλὸν ἀγείρῃς Μηδὲ σὺ μοιχιδίην κλέπτειν φιλότητα βίοιο· Κλέπτει δ’ ὅστις ἔδεκτο κακοῦ καὶ ῥίζαν ἐλαφρήν·</w:t>
      </w:r>
    </w:p>
    <w:p>
      <w:r>
        <w:rPr>
          <w:rFonts w:ascii="Courier New" w:hAnsi="Courier New"/>
          <w:color w:val="555555"/>
          <w:sz w:val="20"/>
        </w:rPr>
        <w:t>[5]</w:t>
      </w:r>
    </w:p>
    <w:p>
      <w:r>
        <w:rPr>
          <w:rFonts w:ascii="Gentium Plus" w:hAnsi="Gentium Plus"/>
          <w:sz w:val="24"/>
        </w:rPr>
        <w:t>Ἐκ γάρ τοι ῥίζης γε πολύσχιστοι κλαδεῶνες Ἔνθα καὶ ἔνθα χέονται ἀπ’ ἰκμάδος αἱματοέσσης, Καὶ τυτθὸς συνέδησεν ὀπὸς μέγα χεῦμα γάλακτος, Καὶ ψηφὶς σταθεροῖο καθ’ ὕδατος ἀΐσσουσα Ἐξαπίνης συνέχευεν ὅλην περικαλλέα πηγὴν,</w:t>
      </w:r>
    </w:p>
    <w:p>
      <w:r>
        <w:rPr>
          <w:rFonts w:ascii="Courier New" w:hAnsi="Courier New"/>
          <w:color w:val="555555"/>
          <w:sz w:val="20"/>
        </w:rPr>
        <w:t>[10]</w:t>
      </w:r>
    </w:p>
    <w:p>
      <w:r>
        <w:rPr>
          <w:rFonts w:ascii="Gentium Plus" w:hAnsi="Gentium Plus"/>
          <w:sz w:val="24"/>
        </w:rPr>
        <w:t>Πολλοῖσιν κύκλοισιν ἐλαυνομένην, ἀπὸ κέντρου Αἰὲν ἐπιφρίσσουσι, καὶ ἔκτοθι λυομένοισι. Ἰδνώθη δὲ τυπέντος ὅλον δέμας ἀμφ’ ὀδύνῃσιν</w:t>
      </w:r>
    </w:p>
    <w:p>
      <w:r>
        <w:rPr>
          <w:rFonts w:ascii="Courier New" w:hAnsi="Courier New"/>
          <w:color w:val="555555"/>
          <w:sz w:val="20"/>
        </w:rPr>
        <w:t>[601]</w:t>
      </w:r>
    </w:p>
    <w:p>
      <w:r>
        <w:rPr>
          <w:rFonts w:ascii="Gentium Plus" w:hAnsi="Gentium Plus"/>
          <w:sz w:val="24"/>
        </w:rPr>
        <w:t>Τῇδε γὰρ ὡμάρτησαν ἁμαρτάδες, ὡς ὅτ’ ἀρίστῳ Αἰχμητῇ στρατὸς ἄλλος, ἐπὴν διὰ τεῖχος ἕλῃσιν. Ἀσπίδος οὐ μέγα τύμμα, δίδωσι δέ γ’ αὐτίκα πότμῳ Ὑπναλέῳ, καὶ τερπνὸς ἀποπνείουσιν ὄλεθρος.</w:t>
      </w:r>
    </w:p>
    <w:p>
      <w:r>
        <w:rPr>
          <w:rFonts w:ascii="Courier New" w:hAnsi="Courier New"/>
          <w:color w:val="555555"/>
          <w:sz w:val="20"/>
        </w:rPr>
        <w:t>[5]</w:t>
      </w:r>
    </w:p>
    <w:p>
      <w:r>
        <w:rPr>
          <w:rFonts w:ascii="Gentium Plus" w:hAnsi="Gentium Plus"/>
          <w:sz w:val="24"/>
        </w:rPr>
        <w:t>Τῷ, μή μοι ῥυπόωσαν ἔχειν φρένα, μηδ’ ἐπὶ τυτθοῖς. Γαστὴρ κλεῖθρα φέρουσα, τάχ’ ἂν κακότητα φύγῃσι. Τὴν δ’ ἄθυρον τρομέω, μή τις χοὸς ὕβρις ἐπέλθῃ Σώματι δαμναμένῳ, συνδάμναται οἶστρος ἀναιδής. Οἶνος παρθενικῇσι χόλου πλέον ἐστὶν ὄνειδος,</w:t>
      </w:r>
    </w:p>
    <w:p>
      <w:r>
        <w:rPr>
          <w:rFonts w:ascii="Courier New" w:hAnsi="Courier New"/>
          <w:color w:val="555555"/>
          <w:sz w:val="20"/>
        </w:rPr>
        <w:t>[10]</w:t>
      </w:r>
    </w:p>
    <w:p>
      <w:r>
        <w:rPr>
          <w:rFonts w:ascii="Gentium Plus" w:hAnsi="Gentium Plus"/>
          <w:sz w:val="24"/>
        </w:rPr>
        <w:t>Θυμὸς δ’ αὖ μανίης. Οἶμος δέ τε πάντα μόροιο. Παρθένε, θρύπτεό μοι μηδ’ ἐν ῥυπόωσι χιτῶσιν· Ἔστι καὶ εὐτελίης τι κακὸν, ὁρόωντας ἰαίνειν.</w:t>
      </w:r>
    </w:p>
    <w:p>
      <w:r>
        <w:rPr>
          <w:rFonts w:ascii="Courier New" w:hAnsi="Courier New"/>
          <w:color w:val="555555"/>
          <w:sz w:val="20"/>
        </w:rPr>
        <w:t>[602]</w:t>
      </w:r>
    </w:p>
    <w:p>
      <w:r>
        <w:rPr>
          <w:rFonts w:ascii="Gentium Plus" w:hAnsi="Gentium Plus"/>
          <w:sz w:val="24"/>
        </w:rPr>
        <w:t>Μηδὲ παρειάων σκιρτήμασιν ἐχθρὸν ἐγείροις. Αἴσχεϊ καγχάζοιεν, ὅσαις τέγος ἀκλήϊστον Χάρματι παλλομέναις. Σοὶ δ’ ἵλαος ἦκα παρειὴ Λυέσθω, τὸ δ’ ἔρευθος ὑπαντέλλοιτο, τάχιστα</w:t>
      </w:r>
    </w:p>
    <w:p>
      <w:r>
        <w:rPr>
          <w:rFonts w:ascii="Courier New" w:hAnsi="Courier New"/>
          <w:color w:val="555555"/>
          <w:sz w:val="20"/>
        </w:rPr>
        <w:t>[5]</w:t>
      </w:r>
    </w:p>
    <w:p>
      <w:r>
        <w:rPr>
          <w:rFonts w:ascii="Gentium Plus" w:hAnsi="Gentium Plus"/>
          <w:sz w:val="24"/>
        </w:rPr>
        <w:t>Κλέπτον ἐϋφροσύνην. Αἰδὼς δ’ ὁρόωσιν ἔρευθος. Φθέγγεσθαι μὲν ἔοικε Θεοῦ πέρι παῦρα γυναιξὶ, Τόσσον, ὅσον Τριάδος σεπτὴν φύσιν ἴδμεναι οἶον, Τρισσὴν ἐν θεότητι, μίαν χάριν (οὐ γὰρ ἄμεινον Σιγᾷν εὐσεβίης καὶ ῥήματα), εἰσαΐειν δὲ</w:t>
      </w:r>
    </w:p>
    <w:p>
      <w:r>
        <w:rPr>
          <w:rFonts w:ascii="Courier New" w:hAnsi="Courier New"/>
          <w:color w:val="555555"/>
          <w:sz w:val="20"/>
        </w:rPr>
        <w:t>[10]</w:t>
      </w:r>
    </w:p>
    <w:p>
      <w:r>
        <w:rPr>
          <w:rFonts w:ascii="Gentium Plus" w:hAnsi="Gentium Plus"/>
          <w:sz w:val="24"/>
        </w:rPr>
        <w:t>Πλείονα, καὶ τρομεραῖς ἄμφω φρεσὶν εὐαγέως τε,</w:t>
      </w:r>
    </w:p>
    <w:p>
      <w:r>
        <w:rPr>
          <w:rFonts w:ascii="Courier New" w:hAnsi="Courier New"/>
          <w:color w:val="555555"/>
          <w:sz w:val="20"/>
        </w:rPr>
        <w:t>[603]</w:t>
      </w:r>
    </w:p>
    <w:p>
      <w:r>
        <w:rPr>
          <w:rFonts w:ascii="Gentium Plus" w:hAnsi="Gentium Plus"/>
          <w:sz w:val="24"/>
        </w:rPr>
        <w:t>Μύθοις ἀντιθέτοισι σοφοὶ σκεδάοντες ἀπίστους. Μή σοί γ’ ἁρπάζοιτο Θεὸς στυγερῇσι μερίμναις, Αἵ τε καὶ ὕψι θέοντα θοῶς ἐπὶ γαῖαν ἕηκαν, Μηδὲ νόος πλάζοιτο φερεύμενος ἔνθα καὶ ἔνθα</w:t>
      </w:r>
    </w:p>
    <w:p>
      <w:r>
        <w:rPr>
          <w:rFonts w:ascii="Courier New" w:hAnsi="Courier New"/>
          <w:color w:val="555555"/>
          <w:sz w:val="20"/>
        </w:rPr>
        <w:t>[5]</w:t>
      </w:r>
    </w:p>
    <w:p>
      <w:r>
        <w:rPr>
          <w:rFonts w:ascii="Gentium Plus" w:hAnsi="Gentium Plus"/>
          <w:sz w:val="24"/>
        </w:rPr>
        <w:t>Τέρματος, οἷά τε πῶλος ἀεθλοφόρος κ’ ἀδάμαστος Τῆλε θέων, Χριστοῖο μέγα κλέος. Εἰ δέ σε πικρὸς Κλέψειεν Βελία, πλάγκτης νόος, ὅττι τάχιστα Καμπτόμενος, πρὸς νύσσαν ἴοις δρόμον ἰθὺν ἐπελθών. Κερκίς σοί γε μέλοι, καὶ εἴρια, καὶ μελεδῶναι</w:t>
      </w:r>
    </w:p>
    <w:p>
      <w:r>
        <w:rPr>
          <w:rFonts w:ascii="Courier New" w:hAnsi="Courier New"/>
          <w:color w:val="555555"/>
          <w:sz w:val="20"/>
        </w:rPr>
        <w:t>[10]</w:t>
      </w:r>
    </w:p>
    <w:p>
      <w:r>
        <w:rPr>
          <w:rFonts w:ascii="Gentium Plus" w:hAnsi="Gentium Plus"/>
          <w:sz w:val="24"/>
        </w:rPr>
        <w:t>Θείοις ἐν λογίοις, σοφίη, καὶ ᾄσματα θεῖα, Λεπταλέης φωνῆς ἔμφρων θρόος, οὐκ ἐπίδεικτος, Ἧς πλέον ἐν πραπίδεσσι, μικρὸν δ’ ἐπὶ χείλεσι κείσθω. Πολλάκι καὶ κωφοῖσι δι’ οὔατος ἔσθορεν ἐχθρός.</w:t>
      </w:r>
    </w:p>
    <w:p>
      <w:r>
        <w:rPr>
          <w:rFonts w:ascii="Courier New" w:hAnsi="Courier New"/>
          <w:color w:val="555555"/>
          <w:sz w:val="20"/>
        </w:rPr>
        <w:t>[604]</w:t>
      </w:r>
    </w:p>
    <w:p>
      <w:r>
        <w:rPr>
          <w:rFonts w:ascii="Gentium Plus" w:hAnsi="Gentium Plus"/>
          <w:sz w:val="24"/>
        </w:rPr>
        <w:t>Μηδὲ σὺ συζυγίην τε καὶ ἄχθεα θηλυτεράων Θειοτέροισι πόθοισι φυγοῦς’, ὦ πάντα σαόφρων, Ἀλλοτρίους μεθέπειν θαλάμους καὶ ἔργα γάμοιο Ἀντὶ δὲ παρθενικῆς γε, γυνὴ ζυγίη καλέεσθαι.</w:t>
      </w:r>
    </w:p>
    <w:p>
      <w:r>
        <w:rPr>
          <w:rFonts w:ascii="Courier New" w:hAnsi="Courier New"/>
          <w:color w:val="555555"/>
          <w:sz w:val="20"/>
        </w:rPr>
        <w:t>[5]</w:t>
      </w:r>
    </w:p>
    <w:p>
      <w:r>
        <w:rPr>
          <w:rFonts w:ascii="Gentium Plus" w:hAnsi="Gentium Plus"/>
          <w:sz w:val="24"/>
        </w:rPr>
        <w:t>Μηδὲ δόμοις ξείνουσι παρέζεο, μηδὲ τραπέζαις. Μηδὲ μέση δμώων τε καὶ οἰκιδίων ὀρυμαγδῶν Στρωφᾶσθαι. Μὴ θῶπα φέρειν λόγον ἀντὶ κόροιο. Μέτρα φιλοξενίης ἀσπάζεο· εἴ τις ἄριστος, Οἶγε προφρονέως ἐλαχὺν δόμον· εἴ τις ὁμίλου,</w:t>
      </w:r>
    </w:p>
    <w:p>
      <w:r>
        <w:rPr>
          <w:rFonts w:ascii="Courier New" w:hAnsi="Courier New"/>
          <w:color w:val="555555"/>
          <w:sz w:val="20"/>
        </w:rPr>
        <w:t>[10]</w:t>
      </w:r>
    </w:p>
    <w:p>
      <w:r>
        <w:rPr>
          <w:rFonts w:ascii="Gentium Plus" w:hAnsi="Gentium Plus"/>
          <w:sz w:val="24"/>
        </w:rPr>
        <w:t>Τηλόθεν εὐμενέοι. Σοὶ δὲ κλέος οἶκος ἐρυμνός. Λώϊον ἀξενίη πουλυξείνοιο δόμοιο Παρθενικαῖς. Αἰδὼς γὰρ ἐνὶ πλεόνεσσιν ὀλεῖται,</w:t>
      </w:r>
    </w:p>
    <w:p>
      <w:r>
        <w:rPr>
          <w:rFonts w:ascii="Courier New" w:hAnsi="Courier New"/>
          <w:color w:val="555555"/>
          <w:sz w:val="20"/>
        </w:rPr>
        <w:t>[605]</w:t>
      </w:r>
    </w:p>
    <w:p>
      <w:r>
        <w:rPr>
          <w:rFonts w:ascii="Gentium Plus" w:hAnsi="Gentium Plus"/>
          <w:sz w:val="24"/>
        </w:rPr>
        <w:t>Τῷ, μή μοι περάτων γαίης ἄπο πίστιν ἀγείρειν. Αἴδεό μοι πολιὴν, καὶ ἕσπερ ἤθεσι κεδνοῖς. Πλεῖον γάρ τι φέρει πολιὴ νεότητος ἐχέφρων Μηδὲ μὲν εὐσεβέουσα περίδρομον ἔνθα καὶ ἔνθα,</w:t>
      </w:r>
    </w:p>
    <w:p>
      <w:r>
        <w:rPr>
          <w:rFonts w:ascii="Courier New" w:hAnsi="Courier New"/>
          <w:color w:val="555555"/>
          <w:sz w:val="20"/>
        </w:rPr>
        <w:t>[5]</w:t>
      </w:r>
    </w:p>
    <w:p>
      <w:r>
        <w:rPr>
          <w:rFonts w:ascii="Gentium Plus" w:hAnsi="Gentium Plus"/>
          <w:sz w:val="24"/>
        </w:rPr>
        <w:t>Πολλάκις οὐ κατὰ κόσμον, ἅμ’ ἀνδράσι κουφοτέροισι Σὸν πόδα δινεύειν ἱεροὺς σπεύδοντ’ ἐπὶ χώρους, Καί περ τηλόθ’ ἐόντας Ἐφέστιός ἐστιν ἅπασι Χριστὸς ἄναξ πελάων τε καὶ ἐν κραδίῃ φιλέοντος. Ἅζεό μοι πρώτιστα Θεὸν, μετέπειθ’ ἱερῆα</w:t>
      </w:r>
    </w:p>
    <w:p>
      <w:r>
        <w:rPr>
          <w:rFonts w:ascii="Courier New" w:hAnsi="Courier New"/>
          <w:color w:val="555555"/>
          <w:sz w:val="20"/>
        </w:rPr>
        <w:t>[10]</w:t>
      </w:r>
    </w:p>
    <w:p>
      <w:r>
        <w:rPr>
          <w:rFonts w:ascii="Gentium Plus" w:hAnsi="Gentium Plus"/>
          <w:sz w:val="24"/>
        </w:rPr>
        <w:t>Χριστὸν ἐπιχθόνιον, ζωῆς σημάντορα σεῖο· ᾯ πελάειν πτερόεσσα, καὶ ᾧ σιγῶς’ ὑποείκειν,</w:t>
      </w:r>
    </w:p>
    <w:p>
      <w:r>
        <w:rPr>
          <w:rFonts w:ascii="Courier New" w:hAnsi="Courier New"/>
          <w:color w:val="555555"/>
          <w:sz w:val="20"/>
        </w:rPr>
        <w:t>[606]</w:t>
      </w:r>
    </w:p>
    <w:p>
      <w:r>
        <w:rPr>
          <w:rFonts w:ascii="Gentium Plus" w:hAnsi="Gentium Plus"/>
          <w:sz w:val="24"/>
        </w:rPr>
        <w:t>ᾯ γήθειν ἀνιοῦσα, καὶ ᾧ ῥειους’ ὑποείκειν, Ὥς κεν ὑποτρομέουσα, παλίσσυτος ὕψι φέρηαι Ἄλλοις τέθναθι πᾶσιν, ἐπεὶ τόδε λώϊόν ἐστι Παρθενικαῖς, ἢ γυμνὸν ἔχειν βίον, ἀσκεπέα τε.</w:t>
      </w:r>
    </w:p>
    <w:p>
      <w:r>
        <w:rPr>
          <w:rFonts w:ascii="Courier New" w:hAnsi="Courier New"/>
          <w:color w:val="555555"/>
          <w:sz w:val="20"/>
        </w:rPr>
        <w:t>[5]</w:t>
      </w:r>
    </w:p>
    <w:p>
      <w:r>
        <w:rPr>
          <w:rFonts w:ascii="Gentium Plus" w:hAnsi="Gentium Plus"/>
          <w:sz w:val="24"/>
        </w:rPr>
        <w:t>Αἰνῶ θηλυτέρων, τὰς ἄρσενες οὐδὲ ἴσασι, Ζῶσι δ’ ἑκὰς βιότοιο, Θεῷ δέ τε κρυπτὰ πέφανται. Λίην εὐσεβέειν, λίην δέ τε μὴ βλεμεαίνειν. Κύδεος ἱμείρουσα, τάχ’ ἂν κλέος ἐσθλὸν ὀλέσσαις, Ἀνδράσι τὸ περίφαντον· ὄλοιτο δὲ θήλεος αὐχήν.</w:t>
      </w:r>
    </w:p>
    <w:p>
      <w:r>
        <w:rPr>
          <w:rFonts w:ascii="Courier New" w:hAnsi="Courier New"/>
          <w:color w:val="555555"/>
          <w:sz w:val="20"/>
        </w:rPr>
        <w:t>[10]</w:t>
      </w:r>
    </w:p>
    <w:p>
      <w:r>
        <w:rPr>
          <w:rFonts w:ascii="Gentium Plus" w:hAnsi="Gentium Plus"/>
          <w:sz w:val="24"/>
        </w:rPr>
        <w:t>Ζηλούσθω μὲν ἄριστος, ὁ δὲ στυγέοιτο κάκιστος. Τὸ φθονέειν ἀγαθοῖς ἶσον, στέργειν τε κακίστους.</w:t>
      </w:r>
    </w:p>
    <w:p>
      <w:r>
        <w:rPr>
          <w:rFonts w:ascii="Courier New" w:hAnsi="Courier New"/>
          <w:color w:val="555555"/>
          <w:sz w:val="20"/>
        </w:rPr>
        <w:t>[607]</w:t>
      </w:r>
    </w:p>
    <w:p>
      <w:r>
        <w:rPr>
          <w:rFonts w:ascii="Gentium Plus" w:hAnsi="Gentium Plus"/>
          <w:sz w:val="24"/>
        </w:rPr>
        <w:t>Ἴσχεο, μήτ’ ἀγαθοῖς φρένα δάπτεο καμπτομένοισι. Πεσσοὶ ταῦτα βίοιο, τὰ δ’ ὕστατα δέρκεο πάντα. Χαίρειν εὐδιόωσα· τὰ δ’ ἑστάμεν’ οὐ σάφα οἶδας, Μή πού τις βροτολοιγὸς ἐπιπνεύσειεν ἀήτης.</w:t>
      </w:r>
    </w:p>
    <w:p>
      <w:r>
        <w:rPr>
          <w:rFonts w:ascii="Courier New" w:hAnsi="Courier New"/>
          <w:color w:val="555555"/>
          <w:sz w:val="20"/>
        </w:rPr>
        <w:t>[5]</w:t>
      </w:r>
    </w:p>
    <w:p>
      <w:r>
        <w:rPr>
          <w:rFonts w:ascii="Gentium Plus" w:hAnsi="Gentium Plus"/>
          <w:sz w:val="24"/>
        </w:rPr>
        <w:t>Τοὔνεκεν ἢ τρομέειν, ἢ προτρομέειν βιότοιο Πίπτοντος δὲ κακοῖο, τεὸν πόδα μᾶλλον ἐρείδειν, Εἰ δὲ καὶ εὐδρομέοντος, ἔτι πλέον. Εἰ γὰρ ἄριστοι· Πίπτουσιν, ἀνόλιστον ἔχειν βίον, οὐ μάλ’ ἐλαφρόν. Ἄνθρακές εἰσι πόδεσσιν ἅπας βίος, οὐ μάλ’ ἐλαφροί·</w:t>
      </w:r>
    </w:p>
    <w:p>
      <w:r>
        <w:rPr>
          <w:rFonts w:ascii="Courier New" w:hAnsi="Courier New"/>
          <w:color w:val="555555"/>
          <w:sz w:val="20"/>
        </w:rPr>
        <w:t>[10]</w:t>
      </w:r>
    </w:p>
    <w:p>
      <w:r>
        <w:rPr>
          <w:rFonts w:ascii="Gentium Plus" w:hAnsi="Gentium Plus"/>
          <w:sz w:val="24"/>
        </w:rPr>
        <w:t>Καὶ κρυπτῶν παγίδων αἰεὶ καθύπερθεν ὁδεύεις. Δείδω μὴ βιότοιο θεμείλιον ἐν ψαμάθοισι Βαλλόμενος, ὄμβρῳ, ποταμοῖς τ’ ἀνέμοις τε κεδασθῶ, Ἢ σπόρος ὡς ἐπὶ γαῖαν ἰὼν ξηρὴν καὶ ἄκαρπον,</w:t>
      </w:r>
    </w:p>
    <w:p>
      <w:r>
        <w:rPr>
          <w:rFonts w:ascii="Courier New" w:hAnsi="Courier New"/>
          <w:color w:val="555555"/>
          <w:sz w:val="20"/>
        </w:rPr>
        <w:t>[608]</w:t>
      </w:r>
    </w:p>
    <w:p>
      <w:r>
        <w:rPr>
          <w:rFonts w:ascii="Gentium Plus" w:hAnsi="Gentium Plus"/>
          <w:sz w:val="24"/>
        </w:rPr>
        <w:t>Ὦκα μὲν ἀντείλαιμι, τάχιστα δὲ αὖος ἔοιμι, Ἠελίοιο βολῇσι τυπεὶς, καὶ πήμασι τυτθοῖς. Μὴ δέ μοι ὑπνώοντι κακὸν σπόρον ἐγκαταμίξῃ Ζιζανίων ἀρότης τε κακῶν, καὶ βάσκανος ἐχθρός.</w:t>
      </w:r>
    </w:p>
    <w:p>
      <w:r>
        <w:rPr>
          <w:rFonts w:ascii="Courier New" w:hAnsi="Courier New"/>
          <w:color w:val="555555"/>
          <w:sz w:val="20"/>
        </w:rPr>
        <w:t>[5]</w:t>
      </w:r>
    </w:p>
    <w:p>
      <w:r>
        <w:rPr>
          <w:rFonts w:ascii="Gentium Plus" w:hAnsi="Gentium Plus"/>
          <w:sz w:val="24"/>
        </w:rPr>
        <w:t>Ἡνίκα δ’ αἰθομέναις ἁγνῶν δεκὰς ἐν δαΐδεσσι Παρθένοι ἐγρήσσουσαι ἀκοιμήτοις φαέεσσι Νυμφίον ἱμερόεντα Θεὸν δοκέωσιν ἄνακτα. Ὡς λαμπραὶ γανόωντι ὑπαντήσωσιν ἰόντι, Μή μ’ ἐνὶ ταῖς κενεῇσι νόον καὶ ἄφροσι θείης,</w:t>
      </w:r>
    </w:p>
    <w:p>
      <w:r>
        <w:rPr>
          <w:rFonts w:ascii="Courier New" w:hAnsi="Courier New"/>
          <w:color w:val="555555"/>
          <w:sz w:val="20"/>
        </w:rPr>
        <w:t>[10]</w:t>
      </w:r>
    </w:p>
    <w:p>
      <w:r>
        <w:rPr>
          <w:rFonts w:ascii="Gentium Plus" w:hAnsi="Gentium Plus"/>
          <w:sz w:val="24"/>
        </w:rPr>
        <w:t>Ἤδη που Χριστοῖο παρεσσομένου μογεούσαις, Μηδ’ ὀλιγοδρανέον δαΐδων σέλας ὄμμασι λεύσσων Ὀψὲ φάους ζωῆς ὑγρὸν ποθέοιμι ἔλαιον.</w:t>
      </w:r>
    </w:p>
    <w:p>
      <w:r>
        <w:rPr>
          <w:rFonts w:ascii="Courier New" w:hAnsi="Courier New"/>
          <w:color w:val="555555"/>
          <w:sz w:val="20"/>
        </w:rPr>
        <w:t>[609]</w:t>
      </w:r>
    </w:p>
    <w:p>
      <w:r>
        <w:rPr>
          <w:rFonts w:ascii="Gentium Plus" w:hAnsi="Gentium Plus"/>
          <w:sz w:val="24"/>
        </w:rPr>
        <w:t>Ἔνθα Λόγος καθαρῇσι, πόθου μεγάλοις ὑπὸ δεσμοῖς, Μιγνύμενος κραδιῇσι, σέλας καὶ κῦδος ὀπάζει. Ἔστι γάμος, τὸν παιδὶ πατὴρ φίλος ἐσθλὸς ἀρίστῳ Δαίνυσι καγχαλόων. Τοῦ δ’ ἀντιάσαιμι ἔγωγε.</w:t>
      </w:r>
    </w:p>
    <w:p>
      <w:r>
        <w:rPr>
          <w:rFonts w:ascii="Courier New" w:hAnsi="Courier New"/>
          <w:color w:val="555555"/>
          <w:sz w:val="20"/>
        </w:rPr>
        <w:t>[5]</w:t>
      </w:r>
    </w:p>
    <w:p>
      <w:r>
        <w:rPr>
          <w:rFonts w:ascii="Gentium Plus" w:hAnsi="Gentium Plus"/>
          <w:sz w:val="24"/>
        </w:rPr>
        <w:t>Τοῦ δ’ ἐγὼ ἀντιάσαιμι, καὶ ὃς φίλος ἐστὶν ἔμοιγε. Μίμνοι δ’ ἔκτοθι κεῖνος, ὅ τις πρὸ γάμοιο τίθησιν Ἢ ἀγρὸν, ἠὲ βοῶν ζεῦγος νέον, ἠὲ δάμαρτα. Μηδ’ ἐνὶ δαιτυμόνεσσι γαμήλιον εἶδος ἔχουσιν, Εἵματ’ ἔχων ῥυπόωντα, δεθεὶς χεῖράς τε πόδας τε,</w:t>
      </w:r>
    </w:p>
    <w:p>
      <w:r>
        <w:rPr>
          <w:rFonts w:ascii="Courier New" w:hAnsi="Courier New"/>
          <w:color w:val="555555"/>
          <w:sz w:val="20"/>
        </w:rPr>
        <w:t>[10]</w:t>
      </w:r>
    </w:p>
    <w:p>
      <w:r>
        <w:rPr>
          <w:rFonts w:ascii="Gentium Plus" w:hAnsi="Gentium Plus"/>
          <w:sz w:val="24"/>
        </w:rPr>
        <w:t>Νυμφῶνός τε, φίλων τε, γάμων τ’ ἄπο τῆλε πέσοιμι. Ἐκ δὲ γάμων παλίνορσος ἄναξ ἐμὸς εὖτ’, ἂν ἐπέλθῃ, Ἐξαπίνης δοκέουσι καὶ οὐ δοκέουσιν ἐπιστὰς, Εὕροι μ’ ἐν δοκέουσι, καὶ αἰνήσειε φόβοιο</w:t>
      </w:r>
    </w:p>
    <w:p>
      <w:r>
        <w:rPr>
          <w:rFonts w:ascii="Courier New" w:hAnsi="Courier New"/>
          <w:color w:val="555555"/>
          <w:sz w:val="20"/>
        </w:rPr>
        <w:t>[610]</w:t>
      </w:r>
    </w:p>
    <w:p>
      <w:r>
        <w:rPr>
          <w:rFonts w:ascii="Gentium Plus" w:hAnsi="Gentium Plus"/>
          <w:sz w:val="24"/>
        </w:rPr>
        <w:t>Ὡς ἀγαθὸν θεράποντα καὶ ἤπιον ἀρχομένοισι, Καὶ σίτοιο δοτῆρα, λόγου στερεοῖο, δίκαιον. Παρθενίῃ μὲν τοῖα πατὴρ ὡς ἠπιόμητις Ἐκ θυμοῦ φιλέων ἐπιτέλλομαι. Ἀλλὰ, θύγατρες,</w:t>
      </w:r>
    </w:p>
    <w:p>
      <w:r>
        <w:rPr>
          <w:rFonts w:ascii="Courier New" w:hAnsi="Courier New"/>
          <w:color w:val="555555"/>
          <w:sz w:val="20"/>
        </w:rPr>
        <w:t>[5]</w:t>
      </w:r>
    </w:p>
    <w:p>
      <w:r>
        <w:rPr>
          <w:rFonts w:ascii="Gentium Plus" w:hAnsi="Gentium Plus"/>
          <w:sz w:val="24"/>
        </w:rPr>
        <w:t>Καὶ παῖδες, καὶ τέκνα, φίλου πατρὸς εἰσαΐοιτε, Εἴ πού τις καὶ ἔμοιγε Θεοῦ χάρις, ὥσπερ ἔολπα. Μηδ’ ὡς Ἡλεῖδαι πατρὸς ἀτίσητε ἐφετμὴν, Μὴ, τέκνα, μὴ κείνοισιν ὁμοίϊον οἶτον ἕλησθε. Τοῖς δ’ ἄλλοις ὅδε μῦθος. Ἀπηλεγέως δ’ ἀγορεύσω</w:t>
      </w:r>
    </w:p>
    <w:p>
      <w:r>
        <w:rPr>
          <w:rFonts w:ascii="Courier New" w:hAnsi="Courier New"/>
          <w:color w:val="555555"/>
          <w:sz w:val="20"/>
        </w:rPr>
        <w:t>[10]</w:t>
      </w:r>
    </w:p>
    <w:p>
      <w:r>
        <w:rPr>
          <w:rFonts w:ascii="Gentium Plus" w:hAnsi="Gentium Plus"/>
          <w:sz w:val="24"/>
        </w:rPr>
        <w:t>Ἶσον ἐπ’ ἀμφοτέροισι λόγον καὶ σταθμὰ τιταίνων, Ἀζυγίῃ τε γάμῳ τε. Θεὸς δ’ ἐπιμάρτυρος ἔστω. Ὅσσον παρθενίη προφερεστέρη ἐστὶ γάμοιο, Τόσσον παρθενίης ἁγνὸς γάμος ἀμφιβίοιο.</w:t>
      </w:r>
    </w:p>
    <w:p>
      <w:r>
        <w:rPr>
          <w:rFonts w:ascii="Courier New" w:hAnsi="Courier New"/>
          <w:color w:val="555555"/>
          <w:sz w:val="20"/>
        </w:rPr>
        <w:t>[611]</w:t>
      </w:r>
    </w:p>
    <w:p>
      <w:r>
        <w:rPr>
          <w:rFonts w:ascii="Gentium Plus" w:hAnsi="Gentium Plus"/>
          <w:sz w:val="24"/>
        </w:rPr>
        <w:t>Παρθενίην, εἴ σοί γε μένος, καὶ θυμὸς ὄρωρεν, Ἠὲ γάμον στέργειν τὸν ὁμοίϊον, ὡς ἐνέπουσι, Δεύτερον ἐκ πρώτοιο καλὸν πλόον. Ἀμφοτέρων δὲ Φεύγειν ἀζυγέος τε βίου, ζυγίου τε πρόσωπον,</w:t>
      </w:r>
    </w:p>
    <w:p>
      <w:r>
        <w:rPr>
          <w:rFonts w:ascii="Courier New" w:hAnsi="Courier New"/>
          <w:color w:val="555555"/>
          <w:sz w:val="20"/>
        </w:rPr>
        <w:t>[5]</w:t>
      </w:r>
    </w:p>
    <w:p>
      <w:r>
        <w:rPr>
          <w:rFonts w:ascii="Gentium Plus" w:hAnsi="Gentium Plus"/>
          <w:sz w:val="24"/>
        </w:rPr>
        <w:t>Μιγνύντας μέλιτί τε χολὴν, καὶ βόρβορον οἴνῳ, Καὶ Σολύμοις Σαμάρειαν ἀλιτροτάτην ἱεροῖσιν. Οὐδὲ γὰρ ὥσπερ ὁδοῖο τιταινόμενον κατόπισθεν Ἂψ ἰέναι πόνος ἐστὶν ἐτώσιος, οὐδέ τι τάρβος, Ἠὲ βέλος πέμποντα μικρὸν προπάροιθε ποδοῖιν</w:t>
      </w:r>
    </w:p>
    <w:p>
      <w:r>
        <w:rPr>
          <w:rFonts w:ascii="Courier New" w:hAnsi="Courier New"/>
          <w:color w:val="555555"/>
          <w:sz w:val="20"/>
        </w:rPr>
        <w:t>[10]</w:t>
      </w:r>
    </w:p>
    <w:p>
      <w:r>
        <w:rPr>
          <w:rFonts w:ascii="Gentium Plus" w:hAnsi="Gentium Plus"/>
          <w:sz w:val="24"/>
        </w:rPr>
        <w:t>Ῥῖψαι, μηδ’ ἐπὶ τέρμα καὶ ἐς σκοπὸν ἄκρον ἱκέσθαι Οὐχ ὣς παρθενίην Χριστῷ βασιλῆϊ προθέντα, Καὶ λογικὴν θυσίην, ἱερήϊον αἵματος ἐκτὸς, Εἰς γάμον ἂψ ἰέναι, θωὴ μόνον, ἀλλὰ μέγιστον</w:t>
      </w:r>
    </w:p>
    <w:p>
      <w:r>
        <w:rPr>
          <w:rFonts w:ascii="Courier New" w:hAnsi="Courier New"/>
          <w:color w:val="555555"/>
          <w:sz w:val="20"/>
        </w:rPr>
        <w:t>[612]</w:t>
      </w:r>
    </w:p>
    <w:p>
      <w:r>
        <w:rPr>
          <w:rFonts w:ascii="Gentium Plus" w:hAnsi="Gentium Plus"/>
          <w:sz w:val="24"/>
        </w:rPr>
        <w:t>Πτῶμα πέλει, θανάτοιο πέλας, πρὸς δ’ αἶσχος ἄληκτον, Τῷ ἴκελον, ὡς εἴ τις ἐπ’ οὔρεος ἀκροτόμοιο, ᾯ πλείστοισι μόγοις προσεβήσατο χρυσὸν ὀρύσσων, Ἢ θήρης μεθέπων γλυκερὸν πόνον, ἀπροτίοπτος</w:t>
      </w:r>
    </w:p>
    <w:p>
      <w:r>
        <w:rPr>
          <w:rFonts w:ascii="Courier New" w:hAnsi="Courier New"/>
          <w:color w:val="555555"/>
          <w:sz w:val="20"/>
        </w:rPr>
        <w:t>[5]</w:t>
      </w:r>
    </w:p>
    <w:p>
      <w:r>
        <w:rPr>
          <w:rFonts w:ascii="Gentium Plus" w:hAnsi="Gentium Plus"/>
          <w:sz w:val="24"/>
        </w:rPr>
        <w:t>Ἐξαπίνης ἐπὶ γαῖαν ὀλισθήσειε πόδεσσι. Τίς δ’ ἀΐων Σάπφειραν ἀτάσθαλον, Ἀνανίην τε, Κέρδεος οἳ σφετέροιο κακὸν μόρον ἠλλάξαντο, Οὐ τρομέει καὶ μικρὸν ὑποσχεσίης τι κολούειν; Καὶ γλῶσσαν χρυσέην τις, ἐπεὶ νοσφίσατο λάθρη</w:t>
      </w:r>
    </w:p>
    <w:p>
      <w:r>
        <w:rPr>
          <w:rFonts w:ascii="Courier New" w:hAnsi="Courier New"/>
          <w:color w:val="555555"/>
          <w:sz w:val="20"/>
        </w:rPr>
        <w:t>[10]</w:t>
      </w:r>
    </w:p>
    <w:p>
      <w:r>
        <w:rPr>
          <w:rFonts w:ascii="Gentium Plus" w:hAnsi="Gentium Plus"/>
          <w:sz w:val="24"/>
        </w:rPr>
        <w:t>Ἀνδράσιν ἐν προτέροισι, παρεκνόον ἡγεμονῆος, Εἷμά τε, χρῆμά τε βαιὸν, ὅλῳ δηλήσατο λαῷ.</w:t>
      </w:r>
    </w:p>
    <w:p>
      <w:r>
        <w:rPr>
          <w:rFonts w:ascii="Courier New" w:hAnsi="Courier New"/>
          <w:color w:val="555555"/>
          <w:sz w:val="20"/>
        </w:rPr>
        <w:t>[613]</w:t>
      </w:r>
    </w:p>
    <w:p>
      <w:r>
        <w:rPr>
          <w:rFonts w:ascii="Gentium Plus" w:hAnsi="Gentium Plus"/>
          <w:sz w:val="24"/>
        </w:rPr>
        <w:t>Ὁσσάτιον προφέρει λάχος ἔμπνοον. Ὡς ἀπόλοιτο Συζυγίη, τὴν οὔτι γαμήλιος ἥρμοσε θεσμὸς, Ἀλλ’ ὅστις ψυχὰς αἰεὶ προπάροιθεν ἰούσας Ἂψ ἐρύει, χθαμαλοῖσιν ὅπως πλεόνεσσιν ἀνάσσῃ,</w:t>
      </w:r>
    </w:p>
    <w:p>
      <w:r>
        <w:rPr>
          <w:rFonts w:ascii="Courier New" w:hAnsi="Courier New"/>
          <w:color w:val="555555"/>
          <w:sz w:val="20"/>
        </w:rPr>
        <w:t>[5]</w:t>
      </w:r>
    </w:p>
    <w:p>
      <w:r>
        <w:rPr>
          <w:rFonts w:ascii="Gentium Plus" w:hAnsi="Gentium Plus"/>
          <w:sz w:val="24"/>
        </w:rPr>
        <w:t>Πρῶτος ἐπ’ οὐρανίοιο κλέους ἐπὶ γαῖαν ἑλυσθεὶς, ᾟς ὑπεροπλίῃσιν ἀτιμίης ζυγὸν ἔλκων Ἐνθάδε τοῦ περ ἀεὶ κέντρον πεφυλαγμένος εἶναι. Ἤδη καὶ τοκέεσσιν ἐγὼ μυθήσομ’ ἄριστα, Ὧν βίος ἐν χείρεσσι, καὶ αἴσχεα, καὶ κλέος ἐσθλὸν</w:t>
      </w:r>
    </w:p>
    <w:p>
      <w:r>
        <w:rPr>
          <w:rFonts w:ascii="Courier New" w:hAnsi="Courier New"/>
          <w:color w:val="555555"/>
          <w:sz w:val="20"/>
        </w:rPr>
        <w:t>[10]</w:t>
      </w:r>
    </w:p>
    <w:p>
      <w:r>
        <w:rPr>
          <w:rFonts w:ascii="Gentium Plus" w:hAnsi="Gentium Plus"/>
          <w:sz w:val="24"/>
        </w:rPr>
        <w:t>Παρθενικῶν, πηοῖς τε σαόφροσι, καὶ μελεδώναις. Οὐ θέμις, οὐδ’ ἐπέοικε βιάζεσθαι μεγάλοιο Πλάσμα Θεοῦ. Πάντες γὰρ ἑνὸς γένος, ὅστις ἀνάσσων,</w:t>
      </w:r>
    </w:p>
    <w:p>
      <w:r>
        <w:rPr>
          <w:rFonts w:ascii="Courier New" w:hAnsi="Courier New"/>
          <w:color w:val="555555"/>
          <w:sz w:val="20"/>
        </w:rPr>
        <w:t>[614]</w:t>
      </w:r>
    </w:p>
    <w:p>
      <w:r>
        <w:rPr>
          <w:rFonts w:ascii="Gentium Plus" w:hAnsi="Gentium Plus"/>
          <w:sz w:val="24"/>
        </w:rPr>
        <w:t>Ὅστις ἀνασσομένοις ἐναρίθμιος, ὅστις ἄνολβος, Ὅστις ἐρικτήμων, ὑψίθρονος, ἐς χθόνα νεύων, Ὃς πολιῇσι πέποιθε, καὶ ὃς νεότητι γέγηθε. Πάντες ἑνὸς, πάντεσσι πνοὴ μία, εἰς ἕνα πάντες</w:t>
      </w:r>
    </w:p>
    <w:p>
      <w:r>
        <w:rPr>
          <w:rFonts w:ascii="Courier New" w:hAnsi="Courier New"/>
          <w:color w:val="555555"/>
          <w:sz w:val="20"/>
        </w:rPr>
        <w:t>[5]</w:t>
      </w:r>
    </w:p>
    <w:p>
      <w:r>
        <w:rPr>
          <w:rFonts w:ascii="Gentium Plus" w:hAnsi="Gentium Plus"/>
          <w:sz w:val="24"/>
        </w:rPr>
        <w:t>Νεύομεν. Ὡς δὲ Θεὸς πᾶσι βροτὸς ἶσος ἐτύχθη, Καὶ θάνε, καὶ συνέγειρε, καὶ οὐρανὸν εὐρὺν ἔδωκε. Τῷ μή τις σάρκεσσι φέρων χάριν ἀφραδέεσσι, Παρθενικὴν ἀέκουσαν ἄγοι πρὸς λέκτρα καὶ εὐνὴν Δρασσομένην Χριστοῖο, πόθον βιόωσαν ἄριστον,</w:t>
      </w:r>
    </w:p>
    <w:p>
      <w:r>
        <w:rPr>
          <w:rFonts w:ascii="Courier New" w:hAnsi="Courier New"/>
          <w:color w:val="555555"/>
          <w:sz w:val="20"/>
        </w:rPr>
        <w:t>[10]</w:t>
      </w:r>
    </w:p>
    <w:p>
      <w:r>
        <w:rPr>
          <w:rFonts w:ascii="Gentium Plus" w:hAnsi="Gentium Plus"/>
          <w:sz w:val="24"/>
        </w:rPr>
        <w:t>Πούλυπον ἐκ θαλάμης πέτρην κοτύλῃσιν ἔχοντα, Ἠέ τιν’ ὄρνιν ἀοιδὸν ἀπ’ εὐτύκτοιο καλιῆς. Ἀλλ’ εἰ μὲν φιλόχριστον ἔχεις κέαρ, ἢ σέ γε δεσμοῖς</w:t>
      </w:r>
    </w:p>
    <w:p>
      <w:r>
        <w:rPr>
          <w:rFonts w:ascii="Courier New" w:hAnsi="Courier New"/>
          <w:color w:val="555555"/>
          <w:sz w:val="20"/>
        </w:rPr>
        <w:t>[615]</w:t>
      </w:r>
    </w:p>
    <w:p>
      <w:r>
        <w:rPr>
          <w:rFonts w:ascii="Gentium Plus" w:hAnsi="Gentium Plus"/>
          <w:sz w:val="24"/>
        </w:rPr>
        <w:t>Στήσεις προφρονέως Χριστῷ περικαλλέα νύμφην, Ἢ κοῦρον, φιλότεκνος ὅπως πάρος Ἄννα Σαμουὴλ, Σῶν καθαρῶν λαγόνων ἱερὸν γόνον, ἔμπνοον ἱρὸν, Πάντων πρωτοτόκων ἱερώτερον, ἀσταχύων τε</w:t>
      </w:r>
    </w:p>
    <w:p>
      <w:r>
        <w:rPr>
          <w:rFonts w:ascii="Courier New" w:hAnsi="Courier New"/>
          <w:color w:val="555555"/>
          <w:sz w:val="20"/>
        </w:rPr>
        <w:t>[5]</w:t>
      </w:r>
    </w:p>
    <w:p>
      <w:r>
        <w:rPr>
          <w:rFonts w:ascii="Gentium Plus" w:hAnsi="Gentium Plus"/>
          <w:sz w:val="24"/>
        </w:rPr>
        <w:t>Καὶ βοτρύων, οὓς κεῖρεν ἀπάργματα γηπόνος ἐσθλός. Εἰ δὲ σύ γε Χριστοῖο μέσος κόσμοιό τε βαίνεις, Ἶσον συζυγίῃ τε καὶ ἀζυγίῃ ζυγὸν ἕλκειν, Ἀμφοτέρων δ’ ὅσα καλὰ, καὶ ὅσς’ ἀντίξοα λέξας, Εὖ καὶ ἐπισταμένως, καὶ τέρματα δισσὰ χαράξας,</w:t>
      </w:r>
    </w:p>
    <w:p>
      <w:r>
        <w:rPr>
          <w:rFonts w:ascii="Courier New" w:hAnsi="Courier New"/>
          <w:color w:val="555555"/>
          <w:sz w:val="20"/>
        </w:rPr>
        <w:t>[10]</w:t>
      </w:r>
    </w:p>
    <w:p>
      <w:r>
        <w:rPr>
          <w:rFonts w:ascii="Gentium Plus" w:hAnsi="Gentium Plus"/>
          <w:sz w:val="24"/>
        </w:rPr>
        <w:t>Ἕσπεο τῇ κεν ἴοι θερμὸς πόθος ἠδ’ ἐπάρηγε, Τῇ μὲν δουλοσύνῃ, τῇ δ’ οὐρανίοισι πόθοισιν. Ἥτις δ’ ὥριός ἐστι γάμῳ, καὶ σώφρονι βουλῇ</w:t>
      </w:r>
    </w:p>
    <w:p>
      <w:r>
        <w:rPr>
          <w:rFonts w:ascii="Courier New" w:hAnsi="Courier New"/>
          <w:color w:val="555555"/>
          <w:sz w:val="20"/>
        </w:rPr>
        <w:t>[616]</w:t>
      </w:r>
    </w:p>
    <w:p>
      <w:r>
        <w:rPr>
          <w:rFonts w:ascii="Gentium Plus" w:hAnsi="Gentium Plus"/>
          <w:sz w:val="24"/>
        </w:rPr>
        <w:t>(Καὶ δεσμὸς ἀλόχῳ μὲν ἀνὴρ, τοκέες δὲ θυγατρὶ, Χριστοῦ δ’ ἀμφοτέροισι φόβος, φίλτρον δ’ ἀγάμοισι). Μήτε λιλαιομένην ἀνδρὸς ἀποέργαθε κούρην, Μήτε Θεῷ πελάουσαν ἐς ἀνέρος οἶκον ἐπείγειν,</w:t>
      </w:r>
    </w:p>
    <w:p>
      <w:r>
        <w:rPr>
          <w:rFonts w:ascii="Courier New" w:hAnsi="Courier New"/>
          <w:color w:val="555555"/>
          <w:sz w:val="20"/>
        </w:rPr>
        <w:t>[5]</w:t>
      </w:r>
    </w:p>
    <w:p>
      <w:r>
        <w:rPr>
          <w:rFonts w:ascii="Gentium Plus" w:hAnsi="Gentium Plus"/>
          <w:sz w:val="24"/>
        </w:rPr>
        <w:t>Ἄχρι καὶ ἀτρεκίης, πειρᾷν γε μὲν οὔ τι μεγαίρω. Εἰ δέ γε συζυγίῃ μὲν ὅλην φρένα χεῖρα τε δοίης, Καὶ στήσαις θαλάμους τε, χοροιτυπίας τε, πότους τε Καγχαλόων, καὶ γῆρας ἀποξύσειε μενοινὴ, Παρθενικὴ δ’ ἀπὸ σεῖο φυγὰς πρὸς Χριστὸν ἀνέλθοι,</w:t>
      </w:r>
    </w:p>
    <w:p>
      <w:r>
        <w:rPr>
          <w:rFonts w:ascii="Courier New" w:hAnsi="Courier New"/>
          <w:color w:val="555555"/>
          <w:sz w:val="20"/>
        </w:rPr>
        <w:t>[10]</w:t>
      </w:r>
    </w:p>
    <w:p>
      <w:r>
        <w:rPr>
          <w:rFonts w:ascii="Gentium Plus" w:hAnsi="Gentium Plus"/>
          <w:sz w:val="24"/>
        </w:rPr>
        <w:t>Ὥς τε Δίκη τοπάροιθε, βοὸς κταμένου ἀροτῆρος, Δείδια μὴ κοτέῃσι Θεὸς ψήφοις ἀνίσοισι</w:t>
      </w:r>
    </w:p>
    <w:p>
      <w:r>
        <w:rPr>
          <w:rFonts w:ascii="Courier New" w:hAnsi="Courier New"/>
          <w:color w:val="555555"/>
          <w:sz w:val="20"/>
        </w:rPr>
        <w:t>[617]</w:t>
      </w:r>
    </w:p>
    <w:p>
      <w:r>
        <w:rPr>
          <w:rFonts w:ascii="Gentium Plus" w:hAnsi="Gentium Plus"/>
          <w:sz w:val="24"/>
        </w:rPr>
        <w:t>Πινόμενος. Τάρβος δὲ Θεοῦ καὶ σάρκ’ ἐπέδησεν. Ἔστι καὶ οὐρανίοισιν ὁμοίϊος ἐνθάδε λάτρις· Ἔστι καὶ ἐν θνητοῖσι νόος θεότητι πελάζων. Ἤλιτε δ’ ὅστις ἔμιξε φύσιν σάρκεσσιν ἄσαρκον,</w:t>
      </w:r>
    </w:p>
    <w:p>
      <w:r>
        <w:rPr>
          <w:rFonts w:ascii="Courier New" w:hAnsi="Courier New"/>
          <w:color w:val="555555"/>
          <w:sz w:val="20"/>
        </w:rPr>
        <w:t>[5]</w:t>
      </w:r>
    </w:p>
    <w:p>
      <w:r>
        <w:rPr>
          <w:rFonts w:ascii="Gentium Plus" w:hAnsi="Gentium Plus"/>
          <w:sz w:val="24"/>
        </w:rPr>
        <w:t>Ἀγγελικῶν τε πόθων κρατεροὺς ἀνέηκε Γίγαντας, Καὶ γαῖαν ἐκάθηρεν ἁμαρτάσιν οὐρανιώνων. Ἑλλήνων τάδε παισὶν, ἐπεὶ παθέεσσιν ἐκεῖνοι Ἄλκαρ, ἐμητίσαντο θεοὺς στήσασθαι ἀλιτροὺς, Κλέπτας, ἀνδρογύνους, μοιχοὺς, ἀλιτήμονας ἀνδρῶν,</w:t>
      </w:r>
    </w:p>
    <w:p>
      <w:r>
        <w:rPr>
          <w:rFonts w:ascii="Courier New" w:hAnsi="Courier New"/>
          <w:color w:val="555555"/>
          <w:sz w:val="20"/>
        </w:rPr>
        <w:t>[10]</w:t>
      </w:r>
    </w:p>
    <w:p>
      <w:r>
        <w:rPr>
          <w:rFonts w:ascii="Gentium Plus" w:hAnsi="Gentium Plus"/>
          <w:sz w:val="24"/>
        </w:rPr>
        <w:t>Ἀνδροφόνους, τεκέων δηλήμονας, ἠδὲ τοκήων. Οὐκ οἶον, παθέων δὲ καὶ αὐτῶν ἱρὰ τέλεσσαν. Ἄθρει δὴ πρώτιστον ὅς’ ἔπλετο μαργοσύνῃσι,</w:t>
      </w:r>
    </w:p>
    <w:p>
      <w:r>
        <w:rPr>
          <w:rFonts w:ascii="Courier New" w:hAnsi="Courier New"/>
          <w:color w:val="555555"/>
          <w:sz w:val="20"/>
        </w:rPr>
        <w:t>[618]</w:t>
      </w:r>
    </w:p>
    <w:p>
      <w:r>
        <w:rPr>
          <w:rFonts w:ascii="Gentium Plus" w:hAnsi="Gentium Plus"/>
          <w:sz w:val="24"/>
        </w:rPr>
        <w:t>Ταῦρος, κύκνος, ὄφις, χρυσὸς, πόσις, ὄρνις, ἄπαντα Ὅσσα μιν ὠκὺς ἄνωξεν ἔρως κοῦρός τ’ ἀλαπαδνός. Κεῖνοι παρθενίην μὲν ἀτιμάζοιεν ἐραννὴν, Σαρκοπέδην. Κείνοισιν ἀπιστοτάτη χοὸς αἴγλη,</w:t>
      </w:r>
    </w:p>
    <w:p>
      <w:r>
        <w:rPr>
          <w:rFonts w:ascii="Courier New" w:hAnsi="Courier New"/>
          <w:color w:val="555555"/>
          <w:sz w:val="20"/>
        </w:rPr>
        <w:t>[5]</w:t>
      </w:r>
    </w:p>
    <w:p>
      <w:r>
        <w:rPr>
          <w:rFonts w:ascii="Gentium Plus" w:hAnsi="Gentium Plus"/>
          <w:sz w:val="24"/>
        </w:rPr>
        <w:t>Οἵ σφισι μετρείουσιν ἀτασθαλίῃσιν ἅπαντας. Οὐ καθαρῆς γλήνης δὲ κατηφέα τείρεα λεύσσειν· Καὶ χθὼν ἔμπεδός ἐστιν, ἰλιγγιόωσι δ’ ἄπιστος. Ἡμῖν δ’ οὐ θέμις ἐστὶν ἐλεγχείην καταχεύειν Παρθενίης. Τί δ’ ἄπιστον ἔρον Χριστοῦ βασιλῆος</w:t>
      </w:r>
    </w:p>
    <w:p>
      <w:r>
        <w:rPr>
          <w:rFonts w:ascii="Courier New" w:hAnsi="Courier New"/>
          <w:color w:val="555555"/>
          <w:sz w:val="20"/>
        </w:rPr>
        <w:t>[10]</w:t>
      </w:r>
    </w:p>
    <w:p>
      <w:r>
        <w:rPr>
          <w:rFonts w:ascii="Gentium Plus" w:hAnsi="Gentium Plus"/>
          <w:sz w:val="24"/>
        </w:rPr>
        <w:t>Εὐνάζειν βροτέους τε πόθους καὶ σαρκὸς ἐρωὰς,</w:t>
      </w:r>
    </w:p>
    <w:p>
      <w:r>
        <w:rPr>
          <w:rFonts w:ascii="Courier New" w:hAnsi="Courier New"/>
          <w:color w:val="555555"/>
          <w:sz w:val="20"/>
        </w:rPr>
        <w:t>[619]</w:t>
      </w:r>
    </w:p>
    <w:p>
      <w:r>
        <w:rPr>
          <w:rFonts w:ascii="Gentium Plus" w:hAnsi="Gentium Plus"/>
          <w:sz w:val="24"/>
        </w:rPr>
        <w:t>Ἀψαμένης· κλέφθη γὰρ ἑκὼν Θεὸς, ἡ δὲ ῥεέθρων Αὐαλέη πηγὴ τῆμος θάλεν, εὖτ’ ἐμαράνθη. Ἠὲ πυρὸς, ξιφέων τε καὶ ὕδατος, ἀργαλέων τε Θηρῶν, δαπτομένων πικροῖς μελέων κεράεσσι.</w:t>
      </w:r>
    </w:p>
    <w:p>
      <w:r>
        <w:rPr>
          <w:rFonts w:ascii="Courier New" w:hAnsi="Courier New"/>
          <w:color w:val="555555"/>
          <w:sz w:val="20"/>
        </w:rPr>
        <w:t>[5]</w:t>
      </w:r>
    </w:p>
    <w:p>
      <w:r>
        <w:rPr>
          <w:rFonts w:ascii="Gentium Plus" w:hAnsi="Gentium Plus"/>
          <w:sz w:val="24"/>
        </w:rPr>
        <w:t>Θυμὸς Χριστιανοῖσιν ὑπέρτερος, εὖτε διώκτης Καιρὸς ἐπισπέρχῃσι Θεοῦ πέρι δῆριν ἐγείρων. Οὐκ ἄϋπνος κείνοισι βίος, καὶ ἀνέστιος αἰών; Εὐχαί τε, στοναχαί τε ἀκαμπέες; οὐ δακρύοισι Τήκοντ’; οὐ νυχίῃσι καὶ ἠματίῃσιν ἀοιδαῖς,</w:t>
      </w:r>
    </w:p>
    <w:p>
      <w:r>
        <w:rPr>
          <w:rFonts w:ascii="Courier New" w:hAnsi="Courier New"/>
          <w:color w:val="555555"/>
          <w:sz w:val="20"/>
        </w:rPr>
        <w:t>[10]</w:t>
      </w:r>
    </w:p>
    <w:p>
      <w:r>
        <w:rPr>
          <w:rFonts w:ascii="Gentium Plus" w:hAnsi="Gentium Plus"/>
          <w:sz w:val="24"/>
        </w:rPr>
        <w:t>Ἔνθεν ἀναθρώσκουσι βίον καὶ σάρκα λιπόντες; Οὐκ ὀλίγοις σπινθῆρσι πνοὴ κατερύκετ’ ἐδωδῆς; Οὐ σήραγγας ἔχουσι δόμους, καὶ δέμνια πέτρην, Ἢ δ’ ἁπαλὰς ποίας τε καὶ αὐαλέους κλαδεῶνας;</w:t>
      </w:r>
    </w:p>
    <w:p>
      <w:r>
        <w:rPr>
          <w:rFonts w:ascii="Courier New" w:hAnsi="Courier New"/>
          <w:color w:val="555555"/>
          <w:sz w:val="20"/>
        </w:rPr>
        <w:t>[620]</w:t>
      </w:r>
    </w:p>
    <w:p>
      <w:r>
        <w:rPr>
          <w:rFonts w:ascii="Gentium Plus" w:hAnsi="Gentium Plus"/>
          <w:sz w:val="24"/>
        </w:rPr>
        <w:t>Οὐ θηρσὶ ναίουσιν ὁμέστιοι ὠμοβόροισιν, Ὥς κεν ὑπεκκακότητα χοὸς καὶ δεσμὰ φύγωσιν; Ὡς δ’ ὄρνιν φοίνικα φάτις θνήσκοντα νεάζειν Ἐν πυρὶ τικτόμενον, πολλῶν ἐτέων μετὰ κύκλα,</w:t>
      </w:r>
    </w:p>
    <w:p>
      <w:r>
        <w:rPr>
          <w:rFonts w:ascii="Courier New" w:hAnsi="Courier New"/>
          <w:color w:val="555555"/>
          <w:sz w:val="20"/>
        </w:rPr>
        <w:t>[5]</w:t>
      </w:r>
    </w:p>
    <w:p>
      <w:r>
        <w:rPr>
          <w:rFonts w:ascii="Gentium Plus" w:hAnsi="Gentium Plus"/>
          <w:sz w:val="24"/>
        </w:rPr>
        <w:t>Γηραλέης κονίης ξεῖνον γόνον αὐτογένεθλον, Ὣς οἵ γε θνήσκοντες ἀείζωοι τελέθουσι, Δαιόμενοι πυρόεντι πόθῳ Χριστοῦ βασιλῆος. Ἐν δ’ ὀλιγοδρανίῃ κεῖται σθένος εὐσεβέεσσι. Ταῦτα τίς εἰσορόων, οὐ σπένδεται ἠϊθέοισι</w:t>
      </w:r>
    </w:p>
    <w:p>
      <w:r>
        <w:rPr>
          <w:rFonts w:ascii="Courier New" w:hAnsi="Courier New"/>
          <w:color w:val="555555"/>
          <w:sz w:val="20"/>
        </w:rPr>
        <w:t>[10]</w:t>
      </w:r>
    </w:p>
    <w:p>
      <w:r>
        <w:rPr>
          <w:rFonts w:ascii="Gentium Plus" w:hAnsi="Gentium Plus"/>
          <w:sz w:val="24"/>
        </w:rPr>
        <w:t>Γηθόσυνος σάρκεσσιν, ἐπεὶ ζέσεν οἶστρος ἀρείων; Ὦ φύσι παμμήτειρα, σὰ δ’, οὐκ ἐμὰ θαύματα λέξω, Ὅσσα καὶ ἐν χέρσοισι καὶ ἐν πελάγεσσιν ἔθηκας. Πυνθάνομ’ ὡς πτερόεσσα τρυγὼν, τρυγόνος φιλίοιο</w:t>
      </w:r>
    </w:p>
    <w:p>
      <w:r>
        <w:rPr>
          <w:rFonts w:ascii="Courier New" w:hAnsi="Courier New"/>
          <w:color w:val="555555"/>
          <w:sz w:val="20"/>
        </w:rPr>
        <w:t>[621]</w:t>
      </w:r>
    </w:p>
    <w:p>
      <w:r>
        <w:rPr>
          <w:rFonts w:ascii="Gentium Plus" w:hAnsi="Gentium Plus"/>
          <w:sz w:val="24"/>
        </w:rPr>
        <w:t>Οὐ δέχεται πόσιν ἄλλον ἑῆς καθύπερθε καλιῆς. Ὄρνι σοφή! Μερόπεσσι δ’ ἁγνὸς βίος, ὅσσον ἀρείων! οὐδὲ μὲν οὐ λακέρυζα μελάγχροος, ἀλλὰ καὶ αὐτὴ Ζώει κουριδίοιο πόθου τμηθεῖσα κορώνη,</w:t>
      </w:r>
    </w:p>
    <w:p>
      <w:r>
        <w:rPr>
          <w:rFonts w:ascii="Courier New" w:hAnsi="Courier New"/>
          <w:color w:val="555555"/>
          <w:sz w:val="20"/>
        </w:rPr>
        <w:t>[5]</w:t>
      </w:r>
    </w:p>
    <w:p>
      <w:r>
        <w:rPr>
          <w:rFonts w:ascii="Gentium Plus" w:hAnsi="Gentium Plus"/>
          <w:sz w:val="24"/>
        </w:rPr>
        <w:t>Πάντα πόσιν στυγέουσα, ἐπὴν φίλον εὖνιν ὀλέσσῃ. Ἰχθύσι δ’ εἰναλίοισι νόμος, παύροις μὲν ἄθεσμος, Ἀμφὶ γάμους, πολλοῖς δὲ σαοφροσύνης τε μέμηλε, Καὶ θαλάμων, ἀλόχων τε. Δίκη δέ τε κἀνθάδ’ ἀνάσσει. Ἄλλοι δ’ οὐ πλεόνεσσιν ἑνὸς μογέουσι τόκοιο,</w:t>
      </w:r>
    </w:p>
    <w:p>
      <w:r>
        <w:rPr>
          <w:rFonts w:ascii="Courier New" w:hAnsi="Courier New"/>
          <w:color w:val="555555"/>
          <w:sz w:val="20"/>
        </w:rPr>
        <w:t>[10]</w:t>
      </w:r>
    </w:p>
    <w:p>
      <w:r>
        <w:rPr>
          <w:rFonts w:ascii="Gentium Plus" w:hAnsi="Gentium Plus"/>
          <w:sz w:val="24"/>
        </w:rPr>
        <w:t>Ἄλλοι δ’ εἰαρινῇ μούνῃ φιλότητι γάνυνται, Καὶ πλέονες. Μέτρον δὲ φύσις ἐπέθηκε πόθοισι. Καιρὸς δ’ αὖ φιλότητος ἐνηέος ἐστὶν ἅπασιν, Ἠερίοις ἁλίοις τε καὶ ὅσς’ ἐπὶ γαῖαν ὁδεύει.</w:t>
      </w:r>
    </w:p>
    <w:p>
      <w:r>
        <w:rPr>
          <w:rFonts w:ascii="Courier New" w:hAnsi="Courier New"/>
          <w:color w:val="555555"/>
          <w:sz w:val="20"/>
        </w:rPr>
        <w:t>[622]</w:t>
      </w:r>
    </w:p>
    <w:p>
      <w:r>
        <w:rPr>
          <w:rFonts w:ascii="Gentium Plus" w:hAnsi="Gentium Plus"/>
          <w:sz w:val="24"/>
        </w:rPr>
        <w:t>Οὐδ’ ἐκτὸς προχέουσιν ὅρου πόθον, ἀλλὰ δέονται Ὥρια μαργαίνοντες, ἐπήν σφεας εἶαρ ἐγείρῃ. Καί ῥ’ οἱ μὲν μιγάδεσσιν ἐπαΐσσουσι γάμοισι, Τοῖς δ’ ἄλοχοί τε μέλουσι φίλαι, καὶ θεσμὸς ἔρωτος.</w:t>
      </w:r>
    </w:p>
    <w:p>
      <w:r>
        <w:rPr>
          <w:rFonts w:ascii="Courier New" w:hAnsi="Courier New"/>
          <w:color w:val="555555"/>
          <w:sz w:val="20"/>
        </w:rPr>
        <w:t>[5]</w:t>
      </w:r>
    </w:p>
    <w:p>
      <w:r>
        <w:rPr>
          <w:rFonts w:ascii="Gentium Plus" w:hAnsi="Gentium Plus"/>
          <w:sz w:val="24"/>
        </w:rPr>
        <w:t>Οἰοτόκος δ’ ἄλλοισιν ἐπάρκιος ἔπλετο μίξις, Ὥς τινες, οἳ ζώων τε γόνους καὶ πάντ’ ἐφράσαντο. Εἰ δὲ καὶ ἀφραδέεσσι σαοφροσύνης τι μέμηλε, Πλάσμα Θεοῦ, σὺ δὲ σαρκὸς ὅλον νόμον οὔτι πεδήσεις, Ἢν ἐθέλῃς; Εἰκτὸς δὲ λόγῳ βροτὸς, ὡς πυρὶ χαλκός.</w:t>
      </w:r>
    </w:p>
    <w:p>
      <w:r>
        <w:rPr>
          <w:rFonts w:ascii="Courier New" w:hAnsi="Courier New"/>
          <w:color w:val="555555"/>
          <w:sz w:val="20"/>
        </w:rPr>
        <w:t>[10]</w:t>
      </w:r>
    </w:p>
    <w:p>
      <w:r>
        <w:rPr>
          <w:rFonts w:ascii="Gentium Plus" w:hAnsi="Gentium Plus"/>
          <w:sz w:val="24"/>
        </w:rPr>
        <w:t>Εἰ δ’ οὐ σαρκὸς ἄνασσα λόγου φύσις, ὥς μ’ ἐθέωσεν. Εἰκὼν, τί πλέον ἡμῖν ὁμοίϊα κινυμένοισιν; Εἴ τοι καὶ πλεόνων φύσις ἄσχετος, ἀλλὰ τόδ’ ἴσμεν,</w:t>
      </w:r>
    </w:p>
    <w:p>
      <w:r>
        <w:rPr>
          <w:rFonts w:ascii="Courier New" w:hAnsi="Courier New"/>
          <w:color w:val="555555"/>
          <w:sz w:val="20"/>
        </w:rPr>
        <w:t>[623]</w:t>
      </w:r>
    </w:p>
    <w:p>
      <w:r>
        <w:rPr>
          <w:rFonts w:ascii="Gentium Plus" w:hAnsi="Gentium Plus"/>
          <w:sz w:val="24"/>
        </w:rPr>
        <w:t>Καὶ γὰρ ἐμοὶ δέμας ἐστὶν ὁμοίϊον ἀλλά μ’ ἔδησε Σταυρὸς ἑλὼν, ᾧ σάρκα φέρων προσέδησα βαρεῖαν. Χριστῷ συνθανέειν γὰρ ἐέλδομαι, ὡς συναερθῶ, Πάντα φέρων Χριστοῖο, λόγον, δέμας, ἧλον, ἔγερσιν.</w:t>
      </w:r>
    </w:p>
    <w:p>
      <w:r>
        <w:rPr>
          <w:rFonts w:ascii="Courier New" w:hAnsi="Courier New"/>
          <w:color w:val="555555"/>
          <w:sz w:val="20"/>
        </w:rPr>
        <w:t>[5]</w:t>
      </w:r>
    </w:p>
    <w:p>
      <w:r>
        <w:rPr>
          <w:rFonts w:ascii="Gentium Plus" w:hAnsi="Gentium Plus"/>
          <w:sz w:val="24"/>
        </w:rPr>
        <w:t>Ἄλλοις δ’ αὐτομάτη σαρκὸς δέσις, οὐχ ὑπ’ ἔρωτος Θειοτέρου, τὴν οὔτι σαοφροσύνην καλέουσιν. Ἔμπαγε μὴν γέρας ἐσσὶ θεόσδοτον, ὕβριος ἐκτὸς Ζώειν, εὐδιόωντά τ’ ἔχειν νόον, ἠδ’ ἀτίνακτον. Ἄλλος δ’ αὖ μέθυ λαρὸν ἀπήχθετο, ἄλλος ἐδωδὴν,</w:t>
      </w:r>
    </w:p>
    <w:p>
      <w:r>
        <w:rPr>
          <w:rFonts w:ascii="Courier New" w:hAnsi="Courier New"/>
          <w:color w:val="555555"/>
          <w:sz w:val="20"/>
        </w:rPr>
        <w:t>[10]</w:t>
      </w:r>
    </w:p>
    <w:p>
      <w:r>
        <w:rPr>
          <w:rFonts w:ascii="Gentium Plus" w:hAnsi="Gentium Plus"/>
          <w:sz w:val="24"/>
        </w:rPr>
        <w:t>Τὴν ἄλλοι φιλέουσιν, ἀπέστυγεν· ἄλλος ἀϋτμήν. Ἄλλοι δ’ αὖ μερόπεσσιν ἀπεχθέα θυμὸν ἔχοντες, Ἐσχατιὰς ναίουσι, βροτῶν δ’ ἄπο τῆλε θέουσι Προφρονέως. Σὺ δ’ ἄπιστον ἔχεις νόον ἀζυγέεσσιν.</w:t>
      </w:r>
    </w:p>
    <w:p>
      <w:r>
        <w:rPr>
          <w:rFonts w:ascii="Courier New" w:hAnsi="Courier New"/>
          <w:color w:val="555555"/>
          <w:sz w:val="20"/>
        </w:rPr>
        <w:t>[624]</w:t>
      </w:r>
    </w:p>
    <w:p>
      <w:r>
        <w:rPr>
          <w:rFonts w:ascii="Gentium Plus" w:hAnsi="Gentium Plus"/>
          <w:sz w:val="24"/>
        </w:rPr>
        <w:t>Οὐ μὲν ἄπιστον ἔγωγε ὀΐομαι. Ἀλλ’ ἐπὶ τάρβος Φεύγεις, συζυγίης δὲ κακῶν ἐπελήσαο τῆμος. Οὐδὲ πυρὸς μαλεροῖο διατρέχει, ἠΰτε γαίης, Σκαίρουσα χθαμαλοῖσι ποσὶν τυτθὴ σαλαμάνδρη;</w:t>
      </w:r>
    </w:p>
    <w:p>
      <w:r>
        <w:rPr>
          <w:rFonts w:ascii="Courier New" w:hAnsi="Courier New"/>
          <w:color w:val="555555"/>
          <w:sz w:val="20"/>
        </w:rPr>
        <w:t>[5]</w:t>
      </w:r>
    </w:p>
    <w:p>
      <w:r>
        <w:rPr>
          <w:rFonts w:ascii="Gentium Plus" w:hAnsi="Gentium Plus"/>
          <w:sz w:val="24"/>
        </w:rPr>
        <w:t>Ἰχθὺς δ’ ἔμπυρός ἐστι, καὶ οὐ πυρὶ δάμνατ’ ἀπίστῳ Ἔμπυρος· αἰθόμενος δὲ, μέσης διαλάμπεται ἅλμης. Οὐδὲ λίθος μάγνησσα σιδήρεον ὅλμον ἀνέλκει; Οὐδ’ ἀδάμας ἀδάμαστος; ὁ δ’ οὐ σέλας ἧκε σιδήρῳ Θεινόμενος, ἄλλος δὲ σελάσσεται ὕδατι βαιῷ.</w:t>
      </w:r>
    </w:p>
    <w:p>
      <w:r>
        <w:rPr>
          <w:rFonts w:ascii="Courier New" w:hAnsi="Courier New"/>
          <w:color w:val="555555"/>
          <w:sz w:val="20"/>
        </w:rPr>
        <w:t>[10]</w:t>
      </w:r>
    </w:p>
    <w:p>
      <w:r>
        <w:rPr>
          <w:rFonts w:ascii="Gentium Plus" w:hAnsi="Gentium Plus"/>
          <w:sz w:val="24"/>
        </w:rPr>
        <w:t>Ὕδατι μὲν σέλας ἧκεν, ἀπηυγάσθη δ’ ἄρ’ ἐλαίῳ. Ὅσσα τε δ’ αὖ καὶ τῶνδε παροίτερα θαύματ’ ἔασι, Τίς κεν ἀριθμήσειεν; ἐπεὶ πάρα πόλλ’ ἀγορεύειν.</w:t>
      </w:r>
    </w:p>
    <w:p>
      <w:r>
        <w:rPr>
          <w:rFonts w:ascii="Courier New" w:hAnsi="Courier New"/>
          <w:color w:val="555555"/>
          <w:sz w:val="20"/>
        </w:rPr>
        <w:t>[625]</w:t>
      </w:r>
    </w:p>
    <w:p>
      <w:r>
        <w:rPr>
          <w:rFonts w:ascii="Gentium Plus" w:hAnsi="Gentium Plus"/>
          <w:sz w:val="24"/>
        </w:rPr>
        <w:t>Κιρνὰς, ὡς ἐθέλει, κόσμον ὅλον ἔνθα καὶ ἔνθα. Παῦρα δ’ ἀπὸ πλεόνων μυθήσομαι, ὧν τὰ μὲν, αὐτὸς Ἔδρακον, ὧν δὲ βίβλοι, ὧν δ’ οὔατα πίστιν ἔδωκαν. Οὐχ εἷς μὲν ποταμοῖσι κάτω ῥόος ἐστὶν ἅπασιν;</w:t>
      </w:r>
    </w:p>
    <w:p>
      <w:r>
        <w:rPr>
          <w:rFonts w:ascii="Courier New" w:hAnsi="Courier New"/>
          <w:color w:val="555555"/>
          <w:sz w:val="20"/>
        </w:rPr>
        <w:t>[5]</w:t>
      </w:r>
    </w:p>
    <w:p>
      <w:r>
        <w:rPr>
          <w:rFonts w:ascii="Gentium Plus" w:hAnsi="Gentium Plus"/>
          <w:sz w:val="24"/>
        </w:rPr>
        <w:t>Εἷς δὲ νόμος πελάγεσσιν ἐπ’ ἠϊόνεσσι δεδέσθαι; Εἷς δὲ πυρὸς φλογόεντος ἄνω δρόμος ἅλμασι πυκνοῖς; Ἀλλ’ ἔμπης ποταμὸς πικρὴν διανήχεται ἅλμην, Καὶ ποταμός περ ἐὼν, οὐδ’ ὕδατι μίσγεται ὕδωρ. Ναῦται δ’ ἐκ πελάγους γλυκερὸν ποτὸν ὑδρεύονται,</w:t>
      </w:r>
    </w:p>
    <w:p>
      <w:r>
        <w:rPr>
          <w:rFonts w:ascii="Courier New" w:hAnsi="Courier New"/>
          <w:color w:val="555555"/>
          <w:sz w:val="20"/>
        </w:rPr>
        <w:t>[10]</w:t>
      </w:r>
    </w:p>
    <w:p>
      <w:r>
        <w:rPr>
          <w:rFonts w:ascii="Gentium Plus" w:hAnsi="Gentium Plus"/>
          <w:sz w:val="24"/>
        </w:rPr>
        <w:t>Νῆα ῥόῳ πελάοντες ἐπειγομένῳ ποτὶ γαῖαν. Εὐβοίης δ’ ἄρ’ ὄπωπα θρασὺν πόρον, οὐδ’ ἐπίφραστον Πορθμὸν, ἁλὸς κληΐδα, παλισσύτοισι ῥεέθροις</w:t>
      </w:r>
    </w:p>
    <w:p>
      <w:r>
        <w:rPr>
          <w:rFonts w:ascii="Courier New" w:hAnsi="Courier New"/>
          <w:color w:val="555555"/>
          <w:sz w:val="20"/>
        </w:rPr>
        <w:t>[626]</w:t>
      </w:r>
    </w:p>
    <w:p>
      <w:r>
        <w:rPr>
          <w:rFonts w:ascii="Gentium Plus" w:hAnsi="Gentium Plus"/>
          <w:sz w:val="24"/>
        </w:rPr>
        <w:t>Μαινόμενον. Πόντος δὲ ῥέει, καὶ ῥεῖθρον ἄνεισιν. Ὠκεανὸς δ’ οὐχ ἕλκετ’ ἀπὸ χθονὸς, εἶτ’ ἐπὶ χέρσον Ἔρχετ’ ἐπειγομένοισι μεταΐσσων ῥοθίοισι; Καὶ πεδίον καὶ πόντος ἐπ’ ἠϊόσι Κιμμερίοισιν</w:t>
      </w:r>
    </w:p>
    <w:p>
      <w:r>
        <w:rPr>
          <w:rFonts w:ascii="Courier New" w:hAnsi="Courier New"/>
          <w:color w:val="555555"/>
          <w:sz w:val="20"/>
        </w:rPr>
        <w:t>[5]</w:t>
      </w:r>
    </w:p>
    <w:p>
      <w:r>
        <w:rPr>
          <w:rFonts w:ascii="Gentium Plus" w:hAnsi="Gentium Plus"/>
          <w:sz w:val="24"/>
        </w:rPr>
        <w:t>Ἄλλος δ’ αὖ ῥόος εἶσι πυρὸς φλογὸς, εἰ ἐτεόν γε, Αἰτναίων σκοπέλων ἀπερεύγεται ὁλκὸς ἄπιστος, Πῦρ ποταμός. Τὰ δ’ ἄμικτα μίγη, Χριστοῖο θέλοντος. Οἶδα καὶ ἐν βαιοῖσιν ὁμοίϊα θαύματ’ ἀεῖσαι. Ἔστι τις ἐν καρποῖσι κερασβόλος, ὡς ἐνέπουσιν,</w:t>
      </w:r>
    </w:p>
    <w:p>
      <w:r>
        <w:rPr>
          <w:rFonts w:ascii="Courier New" w:hAnsi="Courier New"/>
          <w:color w:val="555555"/>
          <w:sz w:val="20"/>
        </w:rPr>
        <w:t>[10]</w:t>
      </w:r>
    </w:p>
    <w:p>
      <w:r>
        <w:rPr>
          <w:rFonts w:ascii="Gentium Plus" w:hAnsi="Gentium Plus"/>
          <w:sz w:val="24"/>
        </w:rPr>
        <w:t>Ὃς μοῦνος, τῶν ὅσσα φύει ζείδωρος ἄρουρα, Ἐσκληκὸς καὶ ἄτεγκτον ἔχων δέμας, οὔτ’ ἐνὶ γαίῃ Λύεται, οὔτ’ ὄμβροισι πιαίνεται, ἀλλὰ πέπηγεν</w:t>
      </w:r>
    </w:p>
    <w:p>
      <w:r>
        <w:rPr>
          <w:rFonts w:ascii="Courier New" w:hAnsi="Courier New"/>
          <w:color w:val="555555"/>
          <w:sz w:val="20"/>
        </w:rPr>
        <w:t>[627]</w:t>
      </w:r>
    </w:p>
    <w:p>
      <w:r>
        <w:rPr>
          <w:rFonts w:ascii="Gentium Plus" w:hAnsi="Gentium Plus"/>
          <w:sz w:val="24"/>
        </w:rPr>
        <w:t>Οὗ τὸ κέρας βέβληκε βοὸς κέρας, εὖτ’ ἀροτῆρος Δεξιτερὴ προχέῃσιν ἑὴν ἐς καρπὸν ἄρουραν, Ἔνθεν ὅγ’ ἐκ κεράων καὶ οὔνομα καὶ φύσιν ἔσχεν, Εἴ τέ τιν’ ἄλλον ἴσασι σοφοὶ λόγον· οὐ γὰρ ἔγωγε.</w:t>
      </w:r>
    </w:p>
    <w:p>
      <w:r>
        <w:rPr>
          <w:rFonts w:ascii="Courier New" w:hAnsi="Courier New"/>
          <w:color w:val="555555"/>
          <w:sz w:val="20"/>
        </w:rPr>
        <w:t>[5]</w:t>
      </w:r>
    </w:p>
    <w:p>
      <w:r>
        <w:rPr>
          <w:rFonts w:ascii="Gentium Plus" w:hAnsi="Gentium Plus"/>
          <w:sz w:val="24"/>
        </w:rPr>
        <w:t>Ταῦτα φύσις. Σὺ δ’ ἄκουε καὶ ὄσς’ ἐβιήσατο τέχνη. Ψῆρες μὲν λαλέουσιν ὁμοίϊον ἀνθρώποισι, Φωνῆς ἀλλοτρίης ζηλήμονες, ἣν ἐδίδαξεν Εἴδωλον ξεστοῖο κατ’ εἰσόπτροιο φαανθὲν Ψηρὸς, κρυπταδίην τε ἱεὶς ὄπα κερδαλέος φώς.</w:t>
      </w:r>
    </w:p>
    <w:p>
      <w:r>
        <w:rPr>
          <w:rFonts w:ascii="Courier New" w:hAnsi="Courier New"/>
          <w:color w:val="555555"/>
          <w:sz w:val="20"/>
        </w:rPr>
        <w:t>[10]</w:t>
      </w:r>
    </w:p>
    <w:p>
      <w:r>
        <w:rPr>
          <w:rFonts w:ascii="Gentium Plus" w:hAnsi="Gentium Plus"/>
          <w:sz w:val="24"/>
        </w:rPr>
        <w:t>Καὶ κόρακες κλέπτουσιν ὁμῶς ὄπα. Ὣς δ’ ἐρατόχρως Ψιττακὸς ἀγκυλόχειλος ἔσω πλεκτοῖο δόμοιο, Ἀνδρόμεον φώνησε, καὶ ἤπαφεν ἀνδρὸς ἀκουήν. Ἵπποισιν δὲ κάλωες ἀπήοροι, ὧν καθύπερθεν Βαίνουσιν. Στυγερὴ δὲ δι’ ἠέρος ἄρκτος ὁδεύει,</w:t>
      </w:r>
    </w:p>
    <w:p>
      <w:r>
        <w:rPr>
          <w:rFonts w:ascii="Courier New" w:hAnsi="Courier New"/>
          <w:color w:val="555555"/>
          <w:sz w:val="20"/>
        </w:rPr>
        <w:t>[628]</w:t>
      </w:r>
    </w:p>
    <w:p>
      <w:r>
        <w:rPr>
          <w:rFonts w:ascii="Gentium Plus" w:hAnsi="Gentium Plus"/>
          <w:sz w:val="24"/>
        </w:rPr>
        <w:t>Ἐν δὲ δίκης θώκοισι, δικασπόλος ὥς τις ἐχέφρων, Ἑζομένη, νώμησε δίκης ἰθεῖα τάλαντα, Ὡς δοκέει, παλάμῃσι, νόον δὲ ψεύσατο καὶ θήρ. Καὶ βροτὸς ἐξεδίδαξεν, ἂ μὴ φύσις. Ὣς δὲ λέοντος</w:t>
      </w:r>
    </w:p>
    <w:p>
      <w:r>
        <w:rPr>
          <w:rFonts w:ascii="Courier New" w:hAnsi="Courier New"/>
          <w:color w:val="555555"/>
          <w:sz w:val="20"/>
        </w:rPr>
        <w:t>[5]</w:t>
      </w:r>
    </w:p>
    <w:p>
      <w:r>
        <w:rPr>
          <w:rFonts w:ascii="Gentium Plus" w:hAnsi="Gentium Plus"/>
          <w:sz w:val="24"/>
        </w:rPr>
        <w:t>Εἶδον ὑπὲρ νώτοιο λεοντοκόμον βριαροῖο Ἑζόμενον, θηρὸς δὲ μένος ὑπεδάμνατο χειρὶ, Καί ῥ’ ὁ μὲν ἡνιόχευεν, ὁ δ’ ἤγετο βρυχαλέος θὴρ, Ῥίψας λοίγιον ἆσθμα, καὶ ὃν σαίνεσκεν ἄνακτα. Ὣς δὲ καὶ ἀργιόδοντα βαρὺν, μεγακήτεα θῆρα,</w:t>
      </w:r>
    </w:p>
    <w:p>
      <w:r>
        <w:rPr>
          <w:rFonts w:ascii="Courier New" w:hAnsi="Courier New"/>
          <w:color w:val="555555"/>
          <w:sz w:val="20"/>
        </w:rPr>
        <w:t>[10]</w:t>
      </w:r>
    </w:p>
    <w:p>
      <w:r>
        <w:rPr>
          <w:rFonts w:ascii="Gentium Plus" w:hAnsi="Gentium Plus"/>
          <w:sz w:val="24"/>
        </w:rPr>
        <w:t>Ἰνδὸς ἄγει καθύπερθε πάϊς ὀλίγῳ ὑπὸ κέντρῳ, Νωμῶν οἷά τε νῆα δέμας κρατεροῦ ἐλέφαντος. Τολμήεις, ὃς πρῶτος ἐμήσατο θῆρα δαμάσσαι, Καὶ ζυγὸν αὐχένι θῆκε, καὶ ἤγαγεν ἅρμα πέλωρον.</w:t>
      </w:r>
    </w:p>
    <w:p>
      <w:r>
        <w:rPr>
          <w:rFonts w:ascii="Courier New" w:hAnsi="Courier New"/>
          <w:color w:val="555555"/>
          <w:sz w:val="20"/>
        </w:rPr>
        <w:t>[629]</w:t>
      </w:r>
    </w:p>
    <w:p>
      <w:r>
        <w:rPr>
          <w:rFonts w:ascii="Gentium Plus" w:hAnsi="Gentium Plus"/>
          <w:sz w:val="24"/>
        </w:rPr>
        <w:t>Εἰ θηρῶν μὲν ἔκαμψε βίη φύσιν, οἳ δ’ ἀδίδακτοι Εἰσὶ καλοῦ, καὶ μῦθον ἐπίῤῥοθον ἐγγὺς ἔχοντες. Ἄγριε, πῶς ῥα σὺ τόσσον ἐφυβρίζεις μεγάλοιο Πλάσμα Θεοῦ; τίς τόσσον ἑὴν ἤχθηρε γενέθλην;</w:t>
      </w:r>
    </w:p>
    <w:p>
      <w:r>
        <w:rPr>
          <w:rFonts w:ascii="Courier New" w:hAnsi="Courier New"/>
          <w:color w:val="555555"/>
          <w:sz w:val="20"/>
        </w:rPr>
        <w:t>[5]</w:t>
      </w:r>
    </w:p>
    <w:p>
      <w:r>
        <w:rPr>
          <w:rFonts w:ascii="Gentium Plus" w:hAnsi="Gentium Plus"/>
          <w:sz w:val="24"/>
        </w:rPr>
        <w:t>Ἀλλ’ οὐ τοῖος ἔμοιγε νόος καθαρὰ φρονέοντι· Ἀλλ’ οἶδ’ οὐρανίους τε νοήματα, καὶ δέμας ἁγνοὺς Ἄνδρας θηλυτέρας τε. Τὸ γὰρ πλέον ἐν μελέεσσι· Ξυναὶ δ’ ἀμφοτέροις ἀρεταὶ, ξυνὴ δὲ κέλευθος Ἐς βίον αἰπήεντα. Τὸ δὲ πλέον ἱεμένοιο.</w:t>
      </w:r>
    </w:p>
    <w:p>
      <w:r>
        <w:rPr>
          <w:rFonts w:ascii="Courier New" w:hAnsi="Courier New"/>
          <w:color w:val="555555"/>
          <w:sz w:val="20"/>
        </w:rPr>
        <w:t>[10]</w:t>
      </w:r>
    </w:p>
    <w:p>
      <w:r>
        <w:rPr>
          <w:rFonts w:ascii="Gentium Plus" w:hAnsi="Gentium Plus"/>
          <w:sz w:val="24"/>
        </w:rPr>
        <w:t>Πηοῖσι μὲν ταῦτ’ ἐπιτέλλομαι οὐρανοφοιτῶν. Παρθενίη, σὺ δέ μοι περικήδεο, ὥς κεν ἐρυμνὴ Πάντοθεν, εὖ βεβαυῖα, Θεῷ καὶ ἄρτιος εἴης, Μάργαρος ἐν λάεσσιν, ἑωσφόρος ἐν φαέεσσιν,</w:t>
      </w:r>
    </w:p>
    <w:p>
      <w:r>
        <w:rPr>
          <w:rFonts w:ascii="Courier New" w:hAnsi="Courier New"/>
          <w:color w:val="555555"/>
          <w:sz w:val="20"/>
        </w:rPr>
        <w:t>[630]</w:t>
      </w:r>
    </w:p>
    <w:p>
      <w:r>
        <w:rPr>
          <w:rFonts w:ascii="Gentium Plus" w:hAnsi="Gentium Plus"/>
          <w:sz w:val="24"/>
        </w:rPr>
        <w:t>Ἐν πτηνοῖσι πέλεια, ἐν ἄλσεσιν ἔρνος ἐλαίης, Καὶ κρίνον ἐν πεδίοισι, καὶ ἐν πελάγευσι γαλήνη. Παρθένε, κόσμον ἅπαντα, καὶ ὁππόσα τερπνὰ βίοιο Ὠσαμένη, Χριστοῦ πέλας ἵστασο λαμπετόωντος,</w:t>
      </w:r>
    </w:p>
    <w:p>
      <w:r>
        <w:rPr>
          <w:rFonts w:ascii="Courier New" w:hAnsi="Courier New"/>
          <w:color w:val="555555"/>
          <w:sz w:val="20"/>
        </w:rPr>
        <w:t>[5]</w:t>
      </w:r>
    </w:p>
    <w:p>
      <w:r>
        <w:rPr>
          <w:rFonts w:ascii="Gentium Plus" w:hAnsi="Gentium Plus"/>
          <w:sz w:val="24"/>
        </w:rPr>
        <w:t>Καὶ χερὶ χειρὸς ἑλοῦσα, τεῆς ἄγε παστάδος εἴσω, Τερπνῆς, ἡδυπνόοιο, θυώδεος· ὥς κε μύροισι Μίξαις οὐρανίοισι μύρον τεὸν, ἔνθα χυθεῖσιν Ἀφράστοισι πόθοισι πόθους, καὶ κάλλεϊ κάλλος, Κρυπτὸν κρυπταδίῳ, καὶ αἰγλήεντι φαεινὸν,</w:t>
      </w:r>
    </w:p>
    <w:p>
      <w:r>
        <w:rPr>
          <w:rFonts w:ascii="Courier New" w:hAnsi="Courier New"/>
          <w:color w:val="555555"/>
          <w:sz w:val="20"/>
        </w:rPr>
        <w:t>[10]</w:t>
      </w:r>
    </w:p>
    <w:p>
      <w:r>
        <w:rPr>
          <w:rFonts w:ascii="Gentium Plus" w:hAnsi="Gentium Plus"/>
          <w:sz w:val="24"/>
        </w:rPr>
        <w:t>Χριστὸν ἔχοις μορφῆς ἐρικυδέος ἐσθλὸν ἐραστὴν,</w:t>
      </w:r>
    </w:p>
    <w:p>
      <w:r>
        <w:rPr>
          <w:rFonts w:ascii="Courier New" w:hAnsi="Courier New"/>
          <w:color w:val="555555"/>
          <w:sz w:val="20"/>
        </w:rPr>
        <w:t>[631]</w:t>
      </w:r>
    </w:p>
    <w:p>
      <w:r>
        <w:rPr>
          <w:rFonts w:ascii="Gentium Plus" w:hAnsi="Gentium Plus"/>
          <w:sz w:val="24"/>
        </w:rPr>
        <w:t>Καὶ θάμβησεν ἰδὼν κεδνὴν περικαλλέα νύμφην, Ἐσθλὴν, μαργαρίεσσαν, ἐΰθρονον, ὑψικάρηνον, Καί σε καλήν περ ἐοῦσαν, ἔτι χαρίεσσαν ἔθηκε. Χριστὸς καγχαλόωσαν ἑὰ πρὸς δώματ’ ἀνάξει,</w:t>
      </w:r>
    </w:p>
    <w:p>
      <w:r>
        <w:rPr>
          <w:rFonts w:ascii="Courier New" w:hAnsi="Courier New"/>
          <w:color w:val="555555"/>
          <w:sz w:val="20"/>
        </w:rPr>
        <w:t>[5]</w:t>
      </w:r>
    </w:p>
    <w:p>
      <w:r>
        <w:rPr>
          <w:rFonts w:ascii="Gentium Plus" w:hAnsi="Gentium Plus"/>
          <w:sz w:val="24"/>
        </w:rPr>
        <w:t>Καὶ θήσει σοι δαῖτα γαμήλιον ἐν μεγάλοισιν Ἀχράντοισι χοροῖσι, καὶ οὐρανίῃσιν ἀοιδαῖς, Καὶ στέψει χαρίτεσσιν ἀειθαλέεσσι κάρηνον, Καὶ στήσει κρητῆρα μεθύσματος ἡδυπνόοιο, Καὶ δείξει σοφίης μυστήρια, τῆς ἐν ἐσόπτρῳ</w:t>
      </w:r>
    </w:p>
    <w:p>
      <w:r>
        <w:rPr>
          <w:rFonts w:ascii="Courier New" w:hAnsi="Courier New"/>
          <w:color w:val="555555"/>
          <w:sz w:val="20"/>
        </w:rPr>
        <w:t>[10]</w:t>
      </w:r>
    </w:p>
    <w:p>
      <w:r>
        <w:rPr>
          <w:rFonts w:ascii="Gentium Plus" w:hAnsi="Gentium Plus"/>
          <w:sz w:val="24"/>
        </w:rPr>
        <w:t>Εἰκόνας ἐνθάδ’ ὁρῶμεν, ἐτήτυμα φῶτα νόοιο Γυμνοτέρου. Σάρκες γὰρ ὑποείξουσι παχεῖαι Πνεύματι, ἠέριαι δὲ, βίον δέξονται ἀγήρω. Ἀλλὰ, φίλοι, μέλπωμεν, ὅσοις πόθος ἁγνὸς ἄνακτος· Ἠίθεοι, κοῦραί τε, Θεοῦ γάμον οὐρανίωνος,</w:t>
      </w:r>
    </w:p>
    <w:p>
      <w:r>
        <w:rPr>
          <w:rFonts w:ascii="Courier New" w:hAnsi="Courier New"/>
          <w:color w:val="555555"/>
          <w:sz w:val="20"/>
        </w:rPr>
        <w:t>[15]</w:t>
      </w:r>
    </w:p>
    <w:p>
      <w:r>
        <w:rPr>
          <w:rFonts w:ascii="Gentium Plus" w:hAnsi="Gentium Plus"/>
          <w:sz w:val="24"/>
        </w:rPr>
        <w:t>Λαμπάδας ἁψάμεναι, θείου μιμήματα φωτὸς,</w:t>
      </w:r>
    </w:p>
    <w:p>
      <w:r>
        <w:rPr>
          <w:rFonts w:ascii="Courier New" w:hAnsi="Courier New"/>
          <w:color w:val="555555"/>
          <w:sz w:val="20"/>
        </w:rPr>
        <w:t>[632]</w:t>
      </w:r>
    </w:p>
    <w:p>
      <w:r>
        <w:rPr>
          <w:rFonts w:ascii="Gentium Plus" w:hAnsi="Gentium Plus"/>
          <w:sz w:val="24"/>
        </w:rPr>
        <w:t>Ἀσβέστους, νοεράς τε, ἀεὶ πλέον ἐν καθαρῇσι Πρήξεσιν ἠδὲ λόγοισι ῥιπιζομένας μεγάλοισιν Ἄχρι καὶ οὐρανίοιο. Σὺ δ’ ἵλαος ἄμμιν ἐπέλθοις, Ἵλαος, ἵλαος ἄμμιν, ἁγνὴ Τριὰς, εἰς ἒν ἰοῦσα</w:t>
      </w:r>
    </w:p>
    <w:p>
      <w:r>
        <w:rPr>
          <w:rFonts w:ascii="Courier New" w:hAnsi="Courier New"/>
          <w:color w:val="555555"/>
          <w:sz w:val="20"/>
        </w:rPr>
        <w:t>[5]</w:t>
      </w:r>
    </w:p>
    <w:p>
      <w:r>
        <w:rPr>
          <w:rFonts w:ascii="Gentium Plus" w:hAnsi="Gentium Plus"/>
          <w:sz w:val="24"/>
        </w:rPr>
        <w:t>Ἐξ ἑνὸς, ὀφθαλμοῖσιν ὑπαυγάζουσα φαεινοῖς Σήμερον, ὑστάτιον δὲ φαάντερον, οἷσιν ἔλαμψας Εἷς Θεὸς ἐκ Γενέταο δι’ Υἱέος ἐς μέγα Πνεῦμα, Ἱσταμένης θεότητος ἐνὶ τελέοισι τελείης.</w:t>
      </w:r>
    </w:p>
    <w:p>
      <w:r>
        <w:rPr>
          <w:rFonts w:ascii="Courier New" w:hAnsi="Courier New"/>
          <w:color w:val="555555"/>
          <w:sz w:val="20"/>
        </w:rPr>
        <w:t>[9t]</w:t>
      </w:r>
    </w:p>
    <w:p>
      <w:pPr>
        <w:jc w:val="center"/>
      </w:pPr>
      <w:r>
        <w:rPr>
          <w:rFonts w:ascii="Gentium Plus" w:hAnsi="Gentium Plus"/>
          <w:b/>
          <w:sz w:val="24"/>
        </w:rPr>
        <w:t>Γʹ. Πρὸς παρθένους παραινετικός.</w:t>
      </w:r>
    </w:p>
    <w:p>
      <w:r>
        <w:rPr>
          <w:rFonts w:ascii="Courier New" w:hAnsi="Courier New"/>
          <w:color w:val="555555"/>
          <w:sz w:val="20"/>
        </w:rPr>
        <w:t>[10]</w:t>
      </w:r>
    </w:p>
    <w:p>
      <w:r>
        <w:rPr>
          <w:rFonts w:ascii="Gentium Plus" w:hAnsi="Gentium Plus"/>
          <w:sz w:val="24"/>
        </w:rPr>
        <w:t>Ἐν τούτῳ τῷ λόγῳ τὸν Συρακούσιον μιμεῖται οὗτος γὰρ μόνος ποιητῶν ῥυθμοῖς τε καὶ κώ‐ λοις ἐχρήσατο, ποιητικῆς ἀναλογίας καταφρο‐ νήσας.</w:t>
      </w:r>
    </w:p>
    <w:p>
      <w:r>
        <w:rPr>
          <w:rFonts w:ascii="Courier New" w:hAnsi="Courier New"/>
          <w:color w:val="555555"/>
          <w:sz w:val="20"/>
        </w:rPr>
        <w:t>[633]</w:t>
      </w:r>
    </w:p>
    <w:p>
      <w:r>
        <w:rPr>
          <w:rFonts w:ascii="Gentium Plus" w:hAnsi="Gentium Plus"/>
          <w:sz w:val="24"/>
        </w:rPr>
        <w:t>Ἀεί. Κάθαρε σαυτὴν ἐν λόγῳ καὶ σοφίᾳ, Ἵνα λαμπρὰ τῷ λαμπρῷ πάντα ζήσῃς τὸν αἰῶνα Κρείσσων γὰρ αὕτη πολὺ τῆς φθαρτῆς συζυγίας. Ἐν σώματι τὰς νοερὰς δυνάμεις ἐμιμήσω</w:t>
      </w:r>
    </w:p>
    <w:p>
      <w:r>
        <w:rPr>
          <w:rFonts w:ascii="Courier New" w:hAnsi="Courier New"/>
          <w:color w:val="555555"/>
          <w:sz w:val="20"/>
        </w:rPr>
        <w:t>[5]</w:t>
      </w:r>
    </w:p>
    <w:p>
      <w:r>
        <w:rPr>
          <w:rFonts w:ascii="Gentium Plus" w:hAnsi="Gentium Plus"/>
          <w:sz w:val="24"/>
        </w:rPr>
        <w:t>Ἀγγελικὴν ἐπὶ γῆς μετῆλθες πολιτείαν. Δεσμὸς ἐνταῦθα, καὶ λύσις, καὶ σώματ’ ἐκ σωμάτων· Ἄνω δ’ ἑκάστη μονὰς οὔποτε λυομένη· Οἱ πρῶτοι φέρους’ ἀκτῖνα τῆς καθαρᾶς Τριάδος, Πνεύματα καὶ πῦρ, λειτουργοὶ τῶν Θεοῦ προσταγμάτων.</w:t>
      </w:r>
    </w:p>
    <w:p>
      <w:r>
        <w:rPr>
          <w:rFonts w:ascii="Courier New" w:hAnsi="Courier New"/>
          <w:color w:val="555555"/>
          <w:sz w:val="20"/>
        </w:rPr>
        <w:t>[10]</w:t>
      </w:r>
    </w:p>
    <w:p>
      <w:r>
        <w:rPr>
          <w:rFonts w:ascii="Gentium Plus" w:hAnsi="Gentium Plus"/>
          <w:sz w:val="24"/>
        </w:rPr>
        <w:t>Ὕλη δὲ μίξιν ἐξεῦρεν, ἀεὶ ῥέουσα φύσις, ᾟ μέτρον ὥρισε Θεὸς, γάμον νομοθετήσας.</w:t>
      </w:r>
    </w:p>
    <w:p>
      <w:r>
        <w:rPr>
          <w:rFonts w:ascii="Courier New" w:hAnsi="Courier New"/>
          <w:color w:val="555555"/>
          <w:sz w:val="20"/>
        </w:rPr>
        <w:t>[634]</w:t>
      </w:r>
    </w:p>
    <w:p>
      <w:r>
        <w:rPr>
          <w:rFonts w:ascii="Gentium Plus" w:hAnsi="Gentium Plus"/>
          <w:sz w:val="24"/>
        </w:rPr>
        <w:t>Σὺ δ’ ἔργον ὕλης φυγοῦσα, τοῖς ἄνω συνηρμόσθης, Ὡς νοῦς ἁρμόζεται νοῒ τὴν θείαν ἁρμονίαν, Καὶ σαρκὶ πολεμοῦσα βοηθεῖς τῇ εἰκόνι. Πνοὴ γὰρ ἔφυς Θεοῦ, τῷ χείρονι συνδεθεῖσα,</w:t>
      </w:r>
    </w:p>
    <w:p>
      <w:r>
        <w:rPr>
          <w:rFonts w:ascii="Courier New" w:hAnsi="Courier New"/>
          <w:color w:val="555555"/>
          <w:sz w:val="20"/>
        </w:rPr>
        <w:t>[5]</w:t>
      </w:r>
    </w:p>
    <w:p>
      <w:r>
        <w:rPr>
          <w:rFonts w:ascii="Gentium Plus" w:hAnsi="Gentium Plus"/>
          <w:sz w:val="24"/>
        </w:rPr>
        <w:t>Ἵνα ἐκ πάλης καὶ νίκης τὸ στέφος ἀπολάβῃς, Ἄνω θεῖσα καὶ τὸν χοῦν καλῶς ὑποταγέντα. Αἰνείσθω σοι καὶ γάμος, πρὸ γάμου δ’ ἀφθορία· Γάμος συγγνώμη πάθους, ἁγνεία δὲ λαμπρότης· Γάμος πατὴρ ἁγίων, ἁγνεία δὲ λατρεία.</w:t>
      </w:r>
    </w:p>
    <w:p>
      <w:r>
        <w:rPr>
          <w:rFonts w:ascii="Courier New" w:hAnsi="Courier New"/>
          <w:color w:val="555555"/>
          <w:sz w:val="20"/>
        </w:rPr>
        <w:t>[10]</w:t>
      </w:r>
    </w:p>
    <w:p>
      <w:r>
        <w:rPr>
          <w:rFonts w:ascii="Gentium Plus" w:hAnsi="Gentium Plus"/>
          <w:sz w:val="24"/>
        </w:rPr>
        <w:t>Ταύτην καὶ τότε καιροῖς ἐτίμων τοῖς εὐθέτοις, Ἀδὰμ ἐν παραδείσῳ. Μωσὴς ἐν ὄρει Σινᾶ,</w:t>
      </w:r>
    </w:p>
    <w:p>
      <w:r>
        <w:rPr>
          <w:rFonts w:ascii="Courier New" w:hAnsi="Courier New"/>
          <w:color w:val="555555"/>
          <w:sz w:val="20"/>
        </w:rPr>
        <w:t>[635]</w:t>
      </w:r>
    </w:p>
    <w:p>
      <w:r>
        <w:rPr>
          <w:rFonts w:ascii="Gentium Plus" w:hAnsi="Gentium Plus"/>
          <w:sz w:val="24"/>
        </w:rPr>
        <w:t>Γάμος καὶ παρθενίας ῥίζα τῆς Θεῷ φίλης, Ἀλλ’ ἔστιν ὁμῶς σαρκὸς καὶ βράσματος δουλεία. Ὅτ’ ἦν νόμος, καὶ σκιαὶ, καὶ πρόσκαιροι λατρεῖαι, Τότ’ εἶχε πρῶτα καὶ γάμος, ὡς ἔτι νηπιώδης·</w:t>
      </w:r>
    </w:p>
    <w:p>
      <w:r>
        <w:rPr>
          <w:rFonts w:ascii="Courier New" w:hAnsi="Courier New"/>
          <w:color w:val="555555"/>
          <w:sz w:val="20"/>
        </w:rPr>
        <w:t>[5]</w:t>
      </w:r>
    </w:p>
    <w:p>
      <w:r>
        <w:rPr>
          <w:rFonts w:ascii="Gentium Plus" w:hAnsi="Gentium Plus"/>
          <w:sz w:val="24"/>
        </w:rPr>
        <w:t>Ὅτε δ’ ὑπεξῆλθε τὸ γράμμα, τὸ πνεῦμ’ ἀντεισήχθη, Καὶ Χριστὸς ἔπαθε σαρκὶ, προελθὼν ἐκ Παρθένου, Τότ’ ἐξέλαμψεν ἁγνεία συντέμνουσα τὸν κόσμον, Ὃν ἐκεῖ δεῖ μεταβῆναι Χριστῷ συνανελθόντι. Καλῶς ὁδεύεις, παρθένε, εἰς ὄρος, ἄνω σώζου·</w:t>
      </w:r>
    </w:p>
    <w:p>
      <w:r>
        <w:rPr>
          <w:rFonts w:ascii="Courier New" w:hAnsi="Courier New"/>
          <w:color w:val="555555"/>
          <w:sz w:val="20"/>
        </w:rPr>
        <w:t>[10]</w:t>
      </w:r>
    </w:p>
    <w:p>
      <w:r>
        <w:rPr>
          <w:rFonts w:ascii="Gentium Plus" w:hAnsi="Gentium Plus"/>
          <w:sz w:val="24"/>
        </w:rPr>
        <w:t>Μὴ πρὸς Σόδομ’ ἀποβλέψῃς, μὴ στήλη παγῇς ἁλός. Μηδὲ λίαν σε σαρκὸς ἡ φύσις ἐμφοβείτω· Μηδὲ θαῤῥήσῃς ἄγαν, ὥστε πότ’ ἐκπλανηθῆναι. Σπινθὴρ ἀνάπτει καλάμην· σβέννυσι δ’ ὕδωρ φλόγα.</w:t>
      </w:r>
    </w:p>
    <w:p>
      <w:r>
        <w:rPr>
          <w:rFonts w:ascii="Courier New" w:hAnsi="Courier New"/>
          <w:color w:val="555555"/>
          <w:sz w:val="20"/>
        </w:rPr>
        <w:t>[636]</w:t>
      </w:r>
    </w:p>
    <w:p>
      <w:r>
        <w:rPr>
          <w:rFonts w:ascii="Gentium Plus" w:hAnsi="Gentium Plus"/>
          <w:sz w:val="24"/>
        </w:rPr>
        <w:t>Ἔχεις φάρμακα πολλὰ τῆς σεμνῆς παρθενείας· Θεοῦ σε φόβος πηγνύτω, νηστεία σε κενούτω, Ἀγρυπνία, προσευχαὶ, δάκρυα, χαμευνία, Ἔρως ὅλος πρὸς Θεὸν, γνησίως τεταμένος,</w:t>
      </w:r>
    </w:p>
    <w:p>
      <w:r>
        <w:rPr>
          <w:rFonts w:ascii="Courier New" w:hAnsi="Courier New"/>
          <w:color w:val="555555"/>
          <w:sz w:val="20"/>
        </w:rPr>
        <w:t>[5]</w:t>
      </w:r>
    </w:p>
    <w:p>
      <w:r>
        <w:rPr>
          <w:rFonts w:ascii="Gentium Plus" w:hAnsi="Gentium Plus"/>
          <w:sz w:val="24"/>
        </w:rPr>
        <w:t>Πάντα κοιμίζων πόθον ἀλλότριον τῶν ἄνω Ὁ πεσὼν ἐγειρέσθω· ὁ ναυαγῶν ἐλεείσθω. Σὺ δὲ εὐπλόει, τὸ ἱστίον πετάσασα τῆς ἐλπίδος Οὐ τῶν κάτω τὸ πίπτειν, τῶν δ’ ἄνω φερομένων Ὀλίγοι πτεροῤῥυοῦσιν, οἱ πλείους δ’ εὐδρομοῦσιν.</w:t>
      </w:r>
    </w:p>
    <w:p>
      <w:r>
        <w:rPr>
          <w:rFonts w:ascii="Courier New" w:hAnsi="Courier New"/>
          <w:color w:val="555555"/>
          <w:sz w:val="20"/>
        </w:rPr>
        <w:t>[10]</w:t>
      </w:r>
    </w:p>
    <w:p>
      <w:r>
        <w:rPr>
          <w:rFonts w:ascii="Gentium Plus" w:hAnsi="Gentium Plus"/>
          <w:sz w:val="24"/>
        </w:rPr>
        <w:t>Ἔπεσεν Ἑωσφόρος, ἀλλ’ οὐρανὸς ἀγγέλων. Ἰούδας ἦν προδότης, οἱ δ’ ἕνδεκα λαμπτῆρες. Μόνον ὅλην σεαυτὴν ἁγνὴν τήρει, παρθένε. Μή πως ῥυπώσῃς Χριστοῦ τὸν ἄσπιλον χιτῶνα.</w:t>
      </w:r>
    </w:p>
    <w:p>
      <w:r>
        <w:rPr>
          <w:rFonts w:ascii="Courier New" w:hAnsi="Courier New"/>
          <w:color w:val="555555"/>
          <w:sz w:val="20"/>
        </w:rPr>
        <w:t>[637]</w:t>
      </w:r>
    </w:p>
    <w:p>
      <w:r>
        <w:rPr>
          <w:rFonts w:ascii="Gentium Plus" w:hAnsi="Gentium Plus"/>
          <w:sz w:val="24"/>
        </w:rPr>
        <w:t>Μὴ νοῦς πορνεύῃ, μὴ γέλως, μὴ ποῦς ἄτακτα βαίνων. Τὴν πιναρὰν στολήν σου, καὶ τὴν αὐχμηρὰν κόμην, Μᾶλλον αἰδοῦμαι μαργάρων καὶ τῆς σηρῶν εὐκοσμίας. Καλὸν ἄνθος ἡ αἰδὼς, καὶ μέγας κόσμος ὠχρότης,</w:t>
      </w:r>
    </w:p>
    <w:p>
      <w:r>
        <w:rPr>
          <w:rFonts w:ascii="Courier New" w:hAnsi="Courier New"/>
          <w:color w:val="555555"/>
          <w:sz w:val="20"/>
        </w:rPr>
        <w:t>[5]</w:t>
      </w:r>
    </w:p>
    <w:p>
      <w:r>
        <w:rPr>
          <w:rFonts w:ascii="Gentium Plus" w:hAnsi="Gentium Plus"/>
          <w:sz w:val="24"/>
        </w:rPr>
        <w:t>Καὶ πλέγμα καλὸν, πάσαις ἀρεταῖς στεφανοῦσθαι. Ἄλλη χρώμασιν εἰκόνα τὴν Θεοῦ νοθευέτω, Πίναξ ἔμψυχος, σιγῶν κατήγορος τῶν ἔνδον· Σὺ δ’ ἧς ἔχεις εὐμορφίας νεκρούσθω σοι τὸ πλεῖστον· Κάλλει δὲ λάμπε ψυχῆς ἐκ Θεοῦ κοσμουμένη.</w:t>
      </w:r>
    </w:p>
    <w:p>
      <w:r>
        <w:rPr>
          <w:rFonts w:ascii="Courier New" w:hAnsi="Courier New"/>
          <w:color w:val="555555"/>
          <w:sz w:val="20"/>
        </w:rPr>
        <w:t>[10]</w:t>
      </w:r>
    </w:p>
    <w:p>
      <w:r>
        <w:rPr>
          <w:rFonts w:ascii="Gentium Plus" w:hAnsi="Gentium Plus"/>
          <w:sz w:val="24"/>
        </w:rPr>
        <w:t>Ὄψιν δ’ ἀῤῥένων φεῦγε, εἰ θέμις, καὶ σωφρόνων, Μή που πλήξῃς, ἢ πληγῇς ἐκ μώμου τοῦ Βελία. Ὄμματ’ ὄμμασι μὴ δουλοῦ, μὴ δ’ ἕλκε λόγον λόγῳ, Μὴ παρειὰ παρειαῖς διδότω παῤῥησίαν.</w:t>
      </w:r>
    </w:p>
    <w:p>
      <w:r>
        <w:rPr>
          <w:rFonts w:ascii="Courier New" w:hAnsi="Courier New"/>
          <w:color w:val="555555"/>
          <w:sz w:val="20"/>
        </w:rPr>
        <w:t>[638]</w:t>
      </w:r>
    </w:p>
    <w:p>
      <w:r>
        <w:rPr>
          <w:rFonts w:ascii="Gentium Plus" w:hAnsi="Gentium Plus"/>
          <w:sz w:val="24"/>
        </w:rPr>
        <w:t>Μηδέν σοι καὶ τῇ γεύσει ξύλου τοῦ κατακρίτου, Μή σε ξύλου τῆς ζωῆς ὁ ὄφις ἔξω βάλῃ. Καὶ τοῦτο πείθου σὺ, παρθένε, μὴ συνοίκει προστάτῃ· Χριστὸν ἔχουσα νυμφίον, ζηλοῖ σου τὴν ἁγνείαν,</w:t>
      </w:r>
    </w:p>
    <w:p>
      <w:r>
        <w:rPr>
          <w:rFonts w:ascii="Courier New" w:hAnsi="Courier New"/>
          <w:color w:val="555555"/>
          <w:sz w:val="20"/>
        </w:rPr>
        <w:t>[5]</w:t>
      </w:r>
    </w:p>
    <w:p>
      <w:r>
        <w:rPr>
          <w:rFonts w:ascii="Gentium Plus" w:hAnsi="Gentium Plus"/>
          <w:sz w:val="24"/>
        </w:rPr>
        <w:t>Τί μοι, σάρκας φυγοῦσα, πρὸς σάρκας ἐπιστρέφεις, Οὐ πάντες ἄνδρες τὴν σὴν ἁπλότητα χωροῦσιν. Ὡς ῥόδον ἐν ἀκάνθαις, οὕτως ἐν πολλοῖς στρέφῃ, Καὶ ἐπάνω πονηρῶν παγίδων διαβαίνεις. Ὁ μὲν ἐγείρει παστάδας, ἡ δ’ ἐκκομίζει νυμφίον,</w:t>
      </w:r>
    </w:p>
    <w:p>
      <w:r>
        <w:rPr>
          <w:rFonts w:ascii="Courier New" w:hAnsi="Courier New"/>
          <w:color w:val="555555"/>
          <w:sz w:val="20"/>
        </w:rPr>
        <w:t>[10]</w:t>
      </w:r>
    </w:p>
    <w:p>
      <w:r>
        <w:rPr>
          <w:rFonts w:ascii="Gentium Plus" w:hAnsi="Gentium Plus"/>
          <w:sz w:val="24"/>
        </w:rPr>
        <w:t>Ἄλλος γίνεται πατὴρ, ἄλλος δ’ ἄπαις ἀθρόως. Ὅσον κακὸν ὠδῖνες, ἀτέλεστοι πολλάκις;</w:t>
      </w:r>
    </w:p>
    <w:p>
      <w:r>
        <w:rPr>
          <w:rFonts w:ascii="Courier New" w:hAnsi="Courier New"/>
          <w:color w:val="555555"/>
          <w:sz w:val="20"/>
        </w:rPr>
        <w:t>[639]</w:t>
      </w:r>
    </w:p>
    <w:p>
      <w:r>
        <w:rPr>
          <w:rFonts w:ascii="Gentium Plus" w:hAnsi="Gentium Plus"/>
          <w:sz w:val="24"/>
        </w:rPr>
        <w:t>Ἐκθρέψαι δὲ καὶ παιδεῦσαι, ἔπειτ’ ἀτιμασθῆναι, Καὶ πικρὰς ἀπολαύειν τῶν πόνων ἀντιδόσεις; Σοὶ δὲ μέριμνα μία πρὸς Θεὸν ἀεὶ βλέπειν. Ἡ χρεία δ’ ἔστω ὀλίγη μάζα, καὶ μικρὰ σκέπη,</w:t>
      </w:r>
    </w:p>
    <w:p>
      <w:r>
        <w:rPr>
          <w:rFonts w:ascii="Courier New" w:hAnsi="Courier New"/>
          <w:color w:val="555555"/>
          <w:sz w:val="20"/>
        </w:rPr>
        <w:t>[5]</w:t>
      </w:r>
    </w:p>
    <w:p>
      <w:r>
        <w:rPr>
          <w:rFonts w:ascii="Gentium Plus" w:hAnsi="Gentium Plus"/>
          <w:sz w:val="24"/>
        </w:rPr>
        <w:t>Ἀφ’ ἧς πεῖραν καὶ Χριστῷ προσήγαγεν ὁ πειράζων, Λίθους αἰτῶν εἰς ἄρτους πεινῶντα μετατρέψαι· Ὧν μή ποθ’ εἵνεκα μηδέ τι τῶν αἰσχρῶν ὑπομένῃς. Οὐ χείρων εἶ πετεινῶν σχεδίως τρεφομένων. Οὐκ ἐκλείψει σοι καμψάκης ἐλαίου πιστευούσῃ.</w:t>
      </w:r>
    </w:p>
    <w:p>
      <w:r>
        <w:rPr>
          <w:rFonts w:ascii="Courier New" w:hAnsi="Courier New"/>
          <w:color w:val="555555"/>
          <w:sz w:val="20"/>
        </w:rPr>
        <w:t>[10]</w:t>
      </w:r>
    </w:p>
    <w:p>
      <w:r>
        <w:rPr>
          <w:rFonts w:ascii="Gentium Plus" w:hAnsi="Gentium Plus"/>
          <w:sz w:val="24"/>
        </w:rPr>
        <w:t>Κόραξ ἐκθρέψει καθάπερ Ἠλίαν ἐν ἐρήμῳ. Ὁρᾷς Θέκλαν ἐκ πυρὸς καὶ θηρίων φυγοῦσαν, Παῦλον τὸν μέγαν πεινῶντα, καὶ ῥιγοῦντα προθύμως, Ἵνα σὺ μάθῃς, παρθένε, πρὸς Θεὸν μόνον βλέπειν, Ὃς ἐν ἐρήμῳ τρέφειν οἶδε καὶ μυριάδας.</w:t>
      </w:r>
    </w:p>
    <w:p>
      <w:r>
        <w:rPr>
          <w:rFonts w:ascii="Courier New" w:hAnsi="Courier New"/>
          <w:color w:val="555555"/>
          <w:sz w:val="20"/>
        </w:rPr>
        <w:t>[640]</w:t>
      </w:r>
    </w:p>
    <w:p>
      <w:r>
        <w:rPr>
          <w:rFonts w:ascii="Gentium Plus" w:hAnsi="Gentium Plus"/>
          <w:sz w:val="24"/>
        </w:rPr>
        <w:t>Μαραίνεται τὸ κάλλος, ἡ δόξα παρατρέχει, Ὁ πλοῦτος ἄπιστον ῥεῦμα, τὸ δύνασθαι δ’ ὀλίγων· Σὺ δὲ τοῦ πλάνου κόσμου τὰς στροφὰς ἐκφυγοῦσα, Εἴσελθε εἰς τὰ ἅγια τῶν ἁγίων γελῶσα,</w:t>
      </w:r>
    </w:p>
    <w:p>
      <w:r>
        <w:rPr>
          <w:rFonts w:ascii="Courier New" w:hAnsi="Courier New"/>
          <w:color w:val="555555"/>
          <w:sz w:val="20"/>
        </w:rPr>
        <w:t>[5]</w:t>
      </w:r>
    </w:p>
    <w:p>
      <w:r>
        <w:rPr>
          <w:rFonts w:ascii="Gentium Plus" w:hAnsi="Gentium Plus"/>
          <w:sz w:val="24"/>
        </w:rPr>
        <w:t>Καὶ σὺν ἀγγέλοις χορεύσεις τὴν ἄπαυστον χορείαν, Κρείσσονα τόπον λαχοῦσα υἱῶν καὶ θυγατέρων. Ἀλλ’, ὦ παρθένοι, Χριστὸν μένοιτε γρηγοροῦσαι, Καὶ φαιδραῖς τὸν νυμφίον δέξασθε ταῖς λαμπάσιν, Ἵνα συνελθοῦσαι τὸ κάλλος τοῦ νυμφίου</w:t>
      </w:r>
    </w:p>
    <w:p>
      <w:r>
        <w:rPr>
          <w:rFonts w:ascii="Courier New" w:hAnsi="Courier New"/>
          <w:color w:val="555555"/>
          <w:sz w:val="20"/>
        </w:rPr>
        <w:t>[10]</w:t>
      </w:r>
    </w:p>
    <w:p>
      <w:r>
        <w:rPr>
          <w:rFonts w:ascii="Gentium Plus" w:hAnsi="Gentium Plus"/>
          <w:sz w:val="24"/>
        </w:rPr>
        <w:t>Ἴδητε, καὶ μιγῆτε τοῖς ἄνω μυστηρίοις.</w:t>
      </w:r>
    </w:p>
    <w:p>
      <w:r>
        <w:rPr>
          <w:rFonts w:ascii="Courier New" w:hAnsi="Courier New"/>
          <w:color w:val="555555"/>
          <w:sz w:val="20"/>
        </w:rPr>
        <w:t>[11t]</w:t>
      </w:r>
    </w:p>
    <w:p>
      <w:pPr>
        <w:jc w:val="center"/>
      </w:pPr>
      <w:r>
        <w:rPr>
          <w:rFonts w:ascii="Gentium Plus" w:hAnsi="Gentium Plus"/>
          <w:b/>
          <w:sz w:val="24"/>
        </w:rPr>
        <w:t>Δʹ. Εἰς παρθένον.</w:t>
      </w:r>
    </w:p>
    <w:p>
      <w:r>
        <w:rPr>
          <w:rFonts w:ascii="Courier New" w:hAnsi="Courier New"/>
          <w:color w:val="555555"/>
          <w:sz w:val="20"/>
        </w:rPr>
        <w:t>[12]</w:t>
      </w:r>
    </w:p>
    <w:p>
      <w:r>
        <w:rPr>
          <w:rFonts w:ascii="Gentium Plus" w:hAnsi="Gentium Plus"/>
          <w:sz w:val="24"/>
        </w:rPr>
        <w:t>Ἅγνευε πᾶσι, Παρθένε, καὶ τοῖς ὄμμασι</w:t>
      </w:r>
    </w:p>
    <w:p>
      <w:r>
        <w:rPr>
          <w:rFonts w:ascii="Courier New" w:hAnsi="Courier New"/>
          <w:color w:val="555555"/>
          <w:sz w:val="20"/>
        </w:rPr>
        <w:t>[641]</w:t>
      </w:r>
    </w:p>
    <w:p>
      <w:r>
        <w:rPr>
          <w:rFonts w:ascii="Gentium Plus" w:hAnsi="Gentium Plus"/>
          <w:sz w:val="24"/>
        </w:rPr>
        <w:t>Ἀνδρῶν βοηθὸν, μηδὲ τὸν σοφώτατον. Σὺ μὲν γὰρ ἁγνὴ, τὸν φθόνον δ’ ἐγὼ λίαν Δέδοικα, μή σε κεντρίσας δυσφημίᾳ, Λύσῃ τὸν ἁγνὸν ζῆλον οὗ στέργεις βίου.</w:t>
      </w:r>
    </w:p>
    <w:p>
      <w:r>
        <w:rPr>
          <w:rFonts w:ascii="Courier New" w:hAnsi="Courier New"/>
          <w:color w:val="555555"/>
          <w:sz w:val="20"/>
        </w:rPr>
        <w:t>[5]</w:t>
      </w:r>
    </w:p>
    <w:p>
      <w:r>
        <w:rPr>
          <w:rFonts w:ascii="Gentium Plus" w:hAnsi="Gentium Plus"/>
          <w:sz w:val="24"/>
        </w:rPr>
        <w:t>Ὄλοιό μοι πᾶς ὅστις ἁγνείαν σέβων, Τὴν τῶν ἀσάρκων ἀγγέλων παραστάτιν Σύνοικον αἱρῇ παρθένον. Τί δεῖ πυρός; Κρείσσων πυρὸς σύ; πῶς δὲ τὸν καπνὸν φύγοις, Σαυτὸν μελαίνων τῇ κενῇ γλωσσαλγίᾳ;</w:t>
      </w:r>
    </w:p>
    <w:p>
      <w:r>
        <w:rPr>
          <w:rFonts w:ascii="Courier New" w:hAnsi="Courier New"/>
          <w:color w:val="555555"/>
          <w:sz w:val="20"/>
        </w:rPr>
        <w:t>[10]</w:t>
      </w:r>
    </w:p>
    <w:p>
      <w:r>
        <w:rPr>
          <w:rFonts w:ascii="Gentium Plus" w:hAnsi="Gentium Plus"/>
          <w:sz w:val="24"/>
        </w:rPr>
        <w:t>Ἐντεῦθεν ἤρθης, παρθένε, καὶ ζῇς ἄνω. Μάζα στενή σοι, καὶ σκέπη τὸ φορτίον; Ὧν μή ποτ’ αἰσχρὸν εἵνεκεν μηδὲν πάθῃς. Μηδ’ ἀντὶ τοῦ σοῦ προστάτου δέξῃ τινὰ</w:t>
      </w:r>
    </w:p>
    <w:p>
      <w:r>
        <w:rPr>
          <w:rFonts w:ascii="Courier New" w:hAnsi="Courier New"/>
          <w:color w:val="555555"/>
          <w:sz w:val="20"/>
        </w:rPr>
        <w:t>[642]</w:t>
      </w:r>
    </w:p>
    <w:p>
      <w:r>
        <w:rPr>
          <w:rFonts w:ascii="Gentium Plus" w:hAnsi="Gentium Plus"/>
          <w:sz w:val="24"/>
        </w:rPr>
        <w:t>Κοινωνὸν αἴσχους, καὶ βίου, κἂν ἁγνὸς ἦ, Μή πού σε Χριστὸς ὡς διπλῆν ἔξω βάλῃ.</w:t>
      </w:r>
    </w:p>
    <w:p>
      <w:r>
        <w:rPr>
          <w:rFonts w:ascii="Courier New" w:hAnsi="Courier New"/>
          <w:color w:val="555555"/>
          <w:sz w:val="20"/>
        </w:rPr>
        <w:t>[3t]</w:t>
      </w:r>
    </w:p>
    <w:p>
      <w:pPr>
        <w:jc w:val="center"/>
      </w:pPr>
      <w:r>
        <w:rPr>
          <w:rFonts w:ascii="Gentium Plus" w:hAnsi="Gentium Plus"/>
          <w:b/>
          <w:sz w:val="24"/>
        </w:rPr>
        <w:t>Εʹ. Πρὸς τοὺς ἐν κοινοβίῳ μοναχούς.</w:t>
      </w:r>
    </w:p>
    <w:p>
      <w:r>
        <w:rPr>
          <w:rFonts w:ascii="Courier New" w:hAnsi="Courier New"/>
          <w:color w:val="555555"/>
          <w:sz w:val="20"/>
        </w:rPr>
        <w:t>[4]</w:t>
      </w:r>
    </w:p>
    <w:p>
      <w:r>
        <w:rPr>
          <w:rFonts w:ascii="Gentium Plus" w:hAnsi="Gentium Plus"/>
          <w:sz w:val="24"/>
        </w:rPr>
        <w:t>Εἰ μὲν δὴ πλεόνεσσιν ὁμὸν βίον αἰνήσαιεν</w:t>
      </w:r>
    </w:p>
    <w:p>
      <w:r>
        <w:rPr>
          <w:rFonts w:ascii="Courier New" w:hAnsi="Courier New"/>
          <w:color w:val="555555"/>
          <w:sz w:val="20"/>
        </w:rPr>
        <w:t>[5]</w:t>
      </w:r>
    </w:p>
    <w:p>
      <w:r>
        <w:rPr>
          <w:rFonts w:ascii="Gentium Plus" w:hAnsi="Gentium Plus"/>
          <w:sz w:val="24"/>
        </w:rPr>
        <w:t>Ἀνέρες ἠδὲ γυναῖκες, ὁμοφροσύνης ὑπὸ δεσμοῖς, Ἵλαον ἀμφὶ ἄνακτα χοροστασίης μεδέοντα, Σύμπνοον, ἰσοκέλευθον, ὁμώροφον εὖχος ἔχουσαι, Λώϊον. Οὐκ ἐθέλει γὰρ ἅπαν καλὸν οἶον ὁρᾶσθαι. Οὐδὲ γάρ ἐστιν ἄριστον, ὃ μὴ καλοῖο προέσχε.</w:t>
      </w:r>
    </w:p>
    <w:p>
      <w:r>
        <w:rPr>
          <w:rFonts w:ascii="Courier New" w:hAnsi="Courier New"/>
          <w:color w:val="555555"/>
          <w:sz w:val="20"/>
        </w:rPr>
        <w:t>[10]</w:t>
      </w:r>
    </w:p>
    <w:p>
      <w:r>
        <w:rPr>
          <w:rFonts w:ascii="Gentium Plus" w:hAnsi="Gentium Plus"/>
          <w:sz w:val="24"/>
        </w:rPr>
        <w:t>Καὶ στεινὴ φιλίη, βαιὴ χάρις, ὡς πολύμικτος</w:t>
      </w:r>
    </w:p>
    <w:p>
      <w:r>
        <w:rPr>
          <w:rFonts w:ascii="Courier New" w:hAnsi="Courier New"/>
          <w:color w:val="555555"/>
          <w:sz w:val="20"/>
        </w:rPr>
        <w:t>[643]</w:t>
      </w:r>
    </w:p>
    <w:p>
      <w:r>
        <w:rPr>
          <w:rFonts w:ascii="Gentium Plus" w:hAnsi="Gentium Plus"/>
          <w:sz w:val="24"/>
        </w:rPr>
        <w:t>Ἐστάμεν, ὥς κεν ἔωσι διασταδὸν εὐσεβέοντες, Ἀνέρες ἠδὲ γυναῖκες, ὁμὸν κλέος οἶον ἔχοιεν. Οὐδὲ γὰρ οἰοβίοισι μόνον φθόνος, ἀλλ’ ἔτι μᾶλλον Πλειοτέροις, πλείων τε κακοῦ μόθος. Εἰ δὲ καὶ οἶος</w:t>
      </w:r>
    </w:p>
    <w:p>
      <w:r>
        <w:rPr>
          <w:rFonts w:ascii="Courier New" w:hAnsi="Courier New"/>
          <w:color w:val="555555"/>
          <w:sz w:val="20"/>
        </w:rPr>
        <w:t>[5]</w:t>
      </w:r>
    </w:p>
    <w:p>
      <w:r>
        <w:rPr>
          <w:rFonts w:ascii="Gentium Plus" w:hAnsi="Gentium Plus"/>
          <w:sz w:val="24"/>
        </w:rPr>
        <w:t>Ναιετάειν ἐθέλοις Χριστῷ ξυνούμενος οἴῳ Καὶ τὸ φίλον· πάντεσσι δ’ ὅμως δέος, ὥσπερ ἔμοι γε, Δυσμενέος τε πάλης, καὶ πτώματος οὐλομένοιο.</w:t>
      </w:r>
    </w:p>
    <w:p>
      <w:r>
        <w:rPr>
          <w:rFonts w:ascii="Courier New" w:hAnsi="Courier New"/>
          <w:color w:val="555555"/>
          <w:sz w:val="20"/>
        </w:rPr>
        <w:t>[8t]</w:t>
      </w:r>
    </w:p>
    <w:p>
      <w:pPr>
        <w:jc w:val="center"/>
      </w:pPr>
      <w:r>
        <w:rPr>
          <w:rFonts w:ascii="Gentium Plus" w:hAnsi="Gentium Plus"/>
          <w:b/>
          <w:sz w:val="24"/>
        </w:rPr>
        <w:t>ϛʹ. Εἰς σωφροσύνην.</w:t>
      </w:r>
    </w:p>
    <w:p>
      <w:r>
        <w:rPr>
          <w:rFonts w:ascii="Courier New" w:hAnsi="Courier New"/>
          <w:color w:val="555555"/>
          <w:sz w:val="20"/>
        </w:rPr>
        <w:t>[9]</w:t>
      </w:r>
    </w:p>
    <w:p>
      <w:r>
        <w:rPr>
          <w:rFonts w:ascii="Gentium Plus" w:hAnsi="Gentium Plus"/>
          <w:sz w:val="24"/>
        </w:rPr>
        <w:t>Καλὸν γάμῳ δεδέσθαι, σωφρόνως μόνον,</w:t>
      </w:r>
    </w:p>
    <w:p>
      <w:r>
        <w:rPr>
          <w:rFonts w:ascii="Courier New" w:hAnsi="Courier New"/>
          <w:color w:val="555555"/>
          <w:sz w:val="20"/>
        </w:rPr>
        <w:t>[10]</w:t>
      </w:r>
    </w:p>
    <w:p>
      <w:r>
        <w:rPr>
          <w:rFonts w:ascii="Gentium Plus" w:hAnsi="Gentium Plus"/>
          <w:sz w:val="24"/>
        </w:rPr>
        <w:t>Πλεῖον νέμοντα τῷ Θεῷ συσσαρκίας. Κρεῖσσον τὸ δεσμῶν τυγχάνειν ἐλεύθερον, Τὸ πᾶν νέμοντα τῷ Θεῷ καὶ τοῖς ἄνω.</w:t>
      </w:r>
    </w:p>
    <w:p>
      <w:r>
        <w:rPr>
          <w:rFonts w:ascii="Courier New" w:hAnsi="Courier New"/>
          <w:color w:val="555555"/>
          <w:sz w:val="20"/>
        </w:rPr>
        <w:t>[644]</w:t>
      </w:r>
    </w:p>
    <w:p>
      <w:r>
        <w:rPr>
          <w:rFonts w:ascii="Gentium Plus" w:hAnsi="Gentium Plus"/>
          <w:sz w:val="24"/>
        </w:rPr>
        <w:t>Θεὸς μὲν ἄζυξ, ἀγγέλων τ’ ἀσαρκία· Ὕλη δὲ συζυγής τε καὶ πλήρης φθορᾶς. Γάμος μέριμνα συζύγου καὶ φιλτάτων· Τῇ παρθενίᾳ Χριστός. Εἰ γυνὴ Θεῷ</w:t>
      </w:r>
    </w:p>
    <w:p>
      <w:r>
        <w:rPr>
          <w:rFonts w:ascii="Courier New" w:hAnsi="Courier New"/>
          <w:color w:val="555555"/>
          <w:sz w:val="20"/>
        </w:rPr>
        <w:t>[5]</w:t>
      </w:r>
    </w:p>
    <w:p>
      <w:r>
        <w:rPr>
          <w:rFonts w:ascii="Gentium Plus" w:hAnsi="Gentium Plus"/>
          <w:sz w:val="24"/>
        </w:rPr>
        <w:t>Ἴσον φέρει τι, καὶ γάμος λυτῷ βίῳ· Εἰ δ’ οὐδὲν ἴσον, οὐδὲ τοῖς βίοις ἴσον. Μὴ τοίνυν, ὦ τεκόντες, ὑβρίζοιτέ με, Γάμῳ περισκιρτῶντες, ἁγνείᾳ δὲ μή. Γάμῳ δίδωμι, τὴν ἁγνείαν λαμβάνω.</w:t>
      </w:r>
    </w:p>
    <w:p>
      <w:r>
        <w:rPr>
          <w:rFonts w:ascii="Courier New" w:hAnsi="Courier New"/>
          <w:color w:val="555555"/>
          <w:sz w:val="20"/>
        </w:rPr>
        <w:t>[10]</w:t>
      </w:r>
    </w:p>
    <w:p>
      <w:r>
        <w:rPr>
          <w:rFonts w:ascii="Gentium Plus" w:hAnsi="Gentium Plus"/>
          <w:sz w:val="24"/>
        </w:rPr>
        <w:t>Ἀλλ’ εἰσὶν οἳ πεπτώκας’· ἀλλ’ ὄλοιό μοι, Μὴ τοὺς ἀρίστους ἐκλέγων. τοὺς δ’ ἀσθενεῖς. Οἱ μὲν γὰρ αὐτοῖς αἶσχος, οἱ δ’ ἡμῖν κλέος.</w:t>
      </w:r>
    </w:p>
    <w:p>
      <w:r>
        <w:rPr>
          <w:rFonts w:ascii="Courier New" w:hAnsi="Courier New"/>
          <w:color w:val="555555"/>
          <w:sz w:val="20"/>
        </w:rPr>
        <w:t>[645]</w:t>
      </w:r>
    </w:p>
    <w:p>
      <w:r>
        <w:rPr>
          <w:rFonts w:ascii="Gentium Plus" w:hAnsi="Gentium Plus"/>
          <w:sz w:val="24"/>
        </w:rPr>
        <w:t>Οὐ δ’ ἀμπελὼν φυτεύεθ’; ἡ θάλασσα δὲ Ὅρμοις δίδωσι πάντας οὕσπερ λαμβάνει; Τί μοι τὰ πόῤῥω; κειμένῳ δ’ Ἑωσφόρῳ Μὴ συγκατενέχθησαν ἀγγέλων χοροί;</w:t>
      </w:r>
    </w:p>
    <w:p>
      <w:r>
        <w:rPr>
          <w:rFonts w:ascii="Courier New" w:hAnsi="Courier New"/>
          <w:color w:val="555555"/>
          <w:sz w:val="20"/>
        </w:rPr>
        <w:t>[5]</w:t>
      </w:r>
    </w:p>
    <w:p>
      <w:r>
        <w:rPr>
          <w:rFonts w:ascii="Gentium Plus" w:hAnsi="Gentium Plus"/>
          <w:sz w:val="24"/>
        </w:rPr>
        <w:t>Τί δ’, οὐκ Ἰούδας ἦν φονεὺς τοῦ Δεσπότου, Ἀλλ’ οἱ μαθηταὶ δόξα; Τοῦτο δ’ οὐ σκοπεῖς, Τοῦ σοῦ γάμου τὰ δεινὰ, καὶ μοιχῶν κλοπὰς, Ἐξ ὧν τὸ φίλτρον, καὶ γένος νοθεύεται. Ὑψοῦ βάδιζε, τὸν φθόνον δ’ ἔα κάτω.</w:t>
      </w:r>
    </w:p>
    <w:p>
      <w:r>
        <w:rPr>
          <w:rFonts w:ascii="Courier New" w:hAnsi="Courier New"/>
          <w:color w:val="555555"/>
          <w:sz w:val="20"/>
        </w:rPr>
        <w:t>[10]</w:t>
      </w:r>
    </w:p>
    <w:p>
      <w:r>
        <w:rPr>
          <w:rFonts w:ascii="Gentium Plus" w:hAnsi="Gentium Plus"/>
          <w:sz w:val="24"/>
        </w:rPr>
        <w:t>Ἅγνευε πᾶσι, παρθένε. Χριστῷ μόνῳ Νύμφη, κράτει τὸ κάλλος ἐσφραγισμένον. Χρηστὸς μέν ἐστιν, ἀλλὰ καὶ ζήλου πλέως. Οὐδὲν δυσειδὲς, οὐδ’ ἄκοσμον ἐκφέρει. Ἐσθῆτι κόσμου κόσμος ἡ ἀκοσμία,</w:t>
      </w:r>
    </w:p>
    <w:p>
      <w:r>
        <w:rPr>
          <w:rFonts w:ascii="Courier New" w:hAnsi="Courier New"/>
          <w:color w:val="555555"/>
          <w:sz w:val="20"/>
        </w:rPr>
        <w:t>[15]</w:t>
      </w:r>
    </w:p>
    <w:p>
      <w:r>
        <w:rPr>
          <w:rFonts w:ascii="Gentium Plus" w:hAnsi="Gentium Plus"/>
          <w:sz w:val="24"/>
        </w:rPr>
        <w:t>Θρύψιν δὲ φεῦγε, καὶ ταπείνου τὰς κλάσεις.</w:t>
      </w:r>
    </w:p>
    <w:p>
      <w:r>
        <w:rPr>
          <w:rFonts w:ascii="Courier New" w:hAnsi="Courier New"/>
          <w:color w:val="555555"/>
          <w:sz w:val="20"/>
        </w:rPr>
        <w:t>[646]</w:t>
      </w:r>
    </w:p>
    <w:p>
      <w:r>
        <w:rPr>
          <w:rFonts w:ascii="Gentium Plus" w:hAnsi="Gentium Plus"/>
          <w:sz w:val="24"/>
        </w:rPr>
        <w:t>Μὴ τὸ βλέπεσθαι τῷ βλέπειν θήρευέ μοι. Σώφρων βάδιζε, κἂν ἀναστρέφῃ μόνη· Κλεὶς ὠσὶ κείσθω, μηδὲ πορνεύοι γέλως· Πλεῖστον παρειαὶ, καὶ γέλωτος ἔμφασις.</w:t>
      </w:r>
    </w:p>
    <w:p>
      <w:r>
        <w:rPr>
          <w:rFonts w:ascii="Courier New" w:hAnsi="Courier New"/>
          <w:color w:val="555555"/>
          <w:sz w:val="20"/>
        </w:rPr>
        <w:t>[5]</w:t>
      </w:r>
    </w:p>
    <w:p>
      <w:r>
        <w:rPr>
          <w:rFonts w:ascii="Gentium Plus" w:hAnsi="Gentium Plus"/>
          <w:sz w:val="24"/>
        </w:rPr>
        <w:t>Θυμὸς, μέθη, δαίμων τε παρθένοις ἴσον· Πάντων δὲ χεῖρον πλησμονὴ γαστρὸς χάριν. Εὐχαῖς τὸ κάλλος εἰκέτω κἀγρυπνίαις. Σύνοικον αἱροῦ μηδ’ ἀδελφὸν ῥᾳδίως. Ἐμπεπύρευμα (sic) τῆς νόσου τί δεῖ βλέπειν</w:t>
      </w:r>
    </w:p>
    <w:p>
      <w:r>
        <w:rPr>
          <w:rFonts w:ascii="Courier New" w:hAnsi="Courier New"/>
          <w:color w:val="555555"/>
          <w:sz w:val="20"/>
        </w:rPr>
        <w:t>[10]</w:t>
      </w:r>
    </w:p>
    <w:p>
      <w:r>
        <w:rPr>
          <w:rFonts w:ascii="Gentium Plus" w:hAnsi="Gentium Plus"/>
          <w:sz w:val="24"/>
        </w:rPr>
        <w:t>Οὐδὲν τόδ’ αἰσχρὸν, πλὴν μόνη μνήμη χοός. Πατὴρ μόνος σοι, καὶ Θεὸς πιστὸς, νέα· Ἄλλοι δὲ φευγέτωσαν, ὡς θῆρές ποτε Τὸ Σινὰ, πλαξὶν ἐντυπουμένου νόμου. Ἄψαυστος ἔστω προσφορὰ καὶ παρθένος,</w:t>
      </w:r>
    </w:p>
    <w:p>
      <w:r>
        <w:rPr>
          <w:rFonts w:ascii="Courier New" w:hAnsi="Courier New"/>
          <w:color w:val="555555"/>
          <w:sz w:val="20"/>
        </w:rPr>
        <w:t>[15]</w:t>
      </w:r>
    </w:p>
    <w:p>
      <w:r>
        <w:rPr>
          <w:rFonts w:ascii="Gentium Plus" w:hAnsi="Gentium Plus"/>
          <w:sz w:val="24"/>
        </w:rPr>
        <w:t>Ἡ μὲν βεβήλοις, ἡ δ’ ἁπάντων ὄψεσιν.</w:t>
      </w:r>
    </w:p>
    <w:p>
      <w:r>
        <w:rPr>
          <w:rFonts w:ascii="Courier New" w:hAnsi="Courier New"/>
          <w:color w:val="555555"/>
          <w:sz w:val="20"/>
        </w:rPr>
        <w:t>[647]</w:t>
      </w:r>
    </w:p>
    <w:p>
      <w:r>
        <w:rPr>
          <w:rFonts w:ascii="Gentium Plus" w:hAnsi="Gentium Plus"/>
          <w:sz w:val="24"/>
        </w:rPr>
        <w:t>Ἡ χρεία δουλούτω σε σαρκὸς μηδ’ ὅλως. Ἂν προσδέῃ του, καψάκης σοι πηγάσει, Ὑδρεία δώσει πυθμένος γεωργίαν. Ἄρτοις τρέφονται πέντε μύριος λεώς·</w:t>
      </w:r>
    </w:p>
    <w:p>
      <w:r>
        <w:rPr>
          <w:rFonts w:ascii="Courier New" w:hAnsi="Courier New"/>
          <w:color w:val="555555"/>
          <w:sz w:val="20"/>
        </w:rPr>
        <w:t>[5]</w:t>
      </w:r>
    </w:p>
    <w:p>
      <w:r>
        <w:rPr>
          <w:rFonts w:ascii="Gentium Plus" w:hAnsi="Gentium Plus"/>
          <w:sz w:val="24"/>
        </w:rPr>
        <w:t>Πόσον σὺ μᾶλλον, ἡ Θεοῦ παραστάτις; Μὴ τοίνυν ἁγνὸν τόνδ’ ἔχουσα νυμφίον Κάλλους ἀσάρκου, συζυγῇς τῷ δευτέρῳ. Μοιχὸς γὰρ οὗτος, οὐκ ἀνὴρ καθίσταται, Ζῶντος τὸ φίλτρον ἀνδρὸς ἐγκαρπούμενος.</w:t>
      </w:r>
    </w:p>
    <w:p>
      <w:r>
        <w:rPr>
          <w:rFonts w:ascii="Courier New" w:hAnsi="Courier New"/>
          <w:color w:val="555555"/>
          <w:sz w:val="20"/>
        </w:rPr>
        <w:t>[10]</w:t>
      </w:r>
    </w:p>
    <w:p>
      <w:r>
        <w:rPr>
          <w:rFonts w:ascii="Gentium Plus" w:hAnsi="Gentium Plus"/>
          <w:sz w:val="24"/>
        </w:rPr>
        <w:t>Ἡ καὶ κανοῦν προσθεῖσα τῷ Θεῷ σύ γε Ἀποστερήσεις; καὶ Σοδόμων φυγοῦσα πῦρ, Παλινδρομήσεις; μὴ λίθος παγῇς ἁλός. Χήρας σὺ πλεῖον, ἀλλὰ καὶ χήρας γάμος Ὑπεύθυνος, ψευσθέντος ἁγνείας ὅρου.</w:t>
      </w:r>
    </w:p>
    <w:p>
      <w:r>
        <w:rPr>
          <w:rFonts w:ascii="Courier New" w:hAnsi="Courier New"/>
          <w:color w:val="555555"/>
          <w:sz w:val="20"/>
        </w:rPr>
        <w:t>[648]</w:t>
      </w:r>
    </w:p>
    <w:p>
      <w:r>
        <w:rPr>
          <w:rFonts w:ascii="Gentium Plus" w:hAnsi="Gentium Plus"/>
          <w:sz w:val="24"/>
        </w:rPr>
        <w:t>Χρυσῆς τί γλώσσης ἐστὶν εὐτελέστερον, Ψιλῆς, διδράχμου, δή τι τῶν ἀναστάτων; Ἀλλὰ κλαπέντα τὸν στρατὸν διώλεσε. Ταῦτ’ οὖν ὁρῶσα, παρθένε, πείθου Θεῷ.</w:t>
      </w:r>
    </w:p>
    <w:p>
      <w:r>
        <w:rPr>
          <w:rFonts w:ascii="Courier New" w:hAnsi="Courier New"/>
          <w:color w:val="555555"/>
          <w:sz w:val="20"/>
        </w:rPr>
        <w:t>[5t]</w:t>
      </w:r>
    </w:p>
    <w:p>
      <w:pPr>
        <w:jc w:val="center"/>
      </w:pPr>
      <w:r>
        <w:rPr>
          <w:rFonts w:ascii="Gentium Plus" w:hAnsi="Gentium Plus"/>
          <w:b/>
          <w:sz w:val="24"/>
        </w:rPr>
        <w:t>Ζʹ. Περὶ ἁγνείας.</w:t>
      </w:r>
    </w:p>
    <w:p>
      <w:r>
        <w:rPr>
          <w:rFonts w:ascii="Courier New" w:hAnsi="Courier New"/>
          <w:color w:val="555555"/>
          <w:sz w:val="20"/>
        </w:rPr>
        <w:t>[6]</w:t>
      </w:r>
    </w:p>
    <w:p>
      <w:r>
        <w:rPr>
          <w:rFonts w:ascii="Gentium Plus" w:hAnsi="Gentium Plus"/>
          <w:sz w:val="24"/>
        </w:rPr>
        <w:t>Ἀρετὴ πᾶσα δικαίοις Ἕνα βαθμὸν προβιβάζει. Ὁ μὲν ἀλλότριος εὐνῆς Ἴσος ἀγγέλοις ὑπάρχει.</w:t>
      </w:r>
    </w:p>
    <w:p>
      <w:r>
        <w:rPr>
          <w:rFonts w:ascii="Courier New" w:hAnsi="Courier New"/>
          <w:color w:val="555555"/>
          <w:sz w:val="20"/>
        </w:rPr>
        <w:t>[10]</w:t>
      </w:r>
    </w:p>
    <w:p>
      <w:r>
        <w:rPr>
          <w:rFonts w:ascii="Gentium Plus" w:hAnsi="Gentium Plus"/>
          <w:sz w:val="24"/>
        </w:rPr>
        <w:t>Ὁ δέ τ’ ἐγκράτειαν ἀσκῶν, Μετὰ παρθένων τετάχθω· Ὁ δὲ τὸν γάμον φυλάσσων,</w:t>
      </w:r>
    </w:p>
    <w:p>
      <w:r>
        <w:rPr>
          <w:rFonts w:ascii="Courier New" w:hAnsi="Courier New"/>
          <w:color w:val="555555"/>
          <w:sz w:val="20"/>
        </w:rPr>
        <w:t>[649]</w:t>
      </w:r>
    </w:p>
    <w:p>
      <w:r>
        <w:rPr>
          <w:rFonts w:ascii="Gentium Plus" w:hAnsi="Gentium Plus"/>
          <w:sz w:val="24"/>
        </w:rPr>
        <w:t>Μόνον ἀσκεῖτε τὸ σῶφρον Ἵνα μειζόνων τύχοιτε.</w:t>
      </w:r>
    </w:p>
    <w:p>
      <w:r>
        <w:rPr>
          <w:rFonts w:ascii="Courier New" w:hAnsi="Courier New"/>
          <w:color w:val="555555"/>
          <w:sz w:val="20"/>
        </w:rPr>
        <w:t>[3t]</w:t>
      </w:r>
    </w:p>
    <w:p>
      <w:pPr>
        <w:jc w:val="center"/>
      </w:pPr>
      <w:r>
        <w:rPr>
          <w:rFonts w:ascii="Gentium Plus" w:hAnsi="Gentium Plus"/>
          <w:b/>
          <w:sz w:val="24"/>
        </w:rPr>
        <w:t>Ηʹ. Σύγκρισις βίων.</w:t>
      </w:r>
    </w:p>
    <w:p>
      <w:r>
        <w:rPr>
          <w:rFonts w:ascii="Courier New" w:hAnsi="Courier New"/>
          <w:color w:val="555555"/>
          <w:sz w:val="20"/>
        </w:rPr>
        <w:t>[4]</w:t>
      </w:r>
    </w:p>
    <w:p>
      <w:r>
        <w:rPr>
          <w:rFonts w:ascii="Gentium Plus" w:hAnsi="Gentium Plus"/>
          <w:sz w:val="24"/>
        </w:rPr>
        <w:t>Βι. Κρίναις ἂν ἡμῖν, ὦ ξένε. Κριτ. Κρίσις δὲ τίς,</w:t>
      </w:r>
    </w:p>
    <w:p>
      <w:r>
        <w:rPr>
          <w:rFonts w:ascii="Courier New" w:hAnsi="Courier New"/>
          <w:color w:val="555555"/>
          <w:sz w:val="20"/>
        </w:rPr>
        <w:t>[5]</w:t>
      </w:r>
    </w:p>
    <w:p>
      <w:r>
        <w:rPr>
          <w:rFonts w:ascii="Gentium Plus" w:hAnsi="Gentium Plus"/>
          <w:sz w:val="24"/>
        </w:rPr>
        <w:t>Βι. Βίοι μάχονται. Κριτ. Καὶ τίνες, τίς δ’ ἡ κρίσις, Βι. Ὁ κοσμικός τε καὶ ὅσος τοῦ πνεύματος, Πότερος ἀμείνων καὶ σοφοῖς βιώσιμος; Κριτ. Ὡς δύσκριτον μὲν, ἀλλ’ ὅμως ἀκουστέον Κοσμ. Κόσμου πεφυκὼς, οἶδα καὶ στέργω τάδε·</w:t>
      </w:r>
    </w:p>
    <w:p>
      <w:r>
        <w:rPr>
          <w:rFonts w:ascii="Courier New" w:hAnsi="Courier New"/>
          <w:color w:val="555555"/>
          <w:sz w:val="20"/>
        </w:rPr>
        <w:t>[10]</w:t>
      </w:r>
    </w:p>
    <w:p>
      <w:r>
        <w:rPr>
          <w:rFonts w:ascii="Gentium Plus" w:hAnsi="Gentium Plus"/>
          <w:sz w:val="24"/>
        </w:rPr>
        <w:t>Τὸ δ’ εὐσεβὲς, πατρῷον αἰδεῖσθαι νόμον. Πν. Θεοῦ πεφυκὼς, οἶδα καὶ σέβω Θεόν· Τὸ δ’ εὐσεβὲς, τέλειον εἰδέναι σέβας.</w:t>
      </w:r>
    </w:p>
    <w:p>
      <w:r>
        <w:rPr>
          <w:rFonts w:ascii="Courier New" w:hAnsi="Courier New"/>
          <w:color w:val="555555"/>
          <w:sz w:val="20"/>
        </w:rPr>
        <w:t>[650]</w:t>
      </w:r>
    </w:p>
    <w:p>
      <w:r>
        <w:rPr>
          <w:rFonts w:ascii="Gentium Plus" w:hAnsi="Gentium Plus"/>
          <w:sz w:val="24"/>
        </w:rPr>
        <w:t>Εἴ σοι τὸ χεῖρόν ἐστι τιμιώτατον, Πῶς οὐκ ἐμοὶ τὸ κρεῖσσον ἐνδικώτερον; Κοσμ. Μήτηρ ἐμοὶ σὰρξ καὶ συνεκράθην χοῖ, Σαρκὸς ποθῶ πλήρωμα τῆς ἐῤῥηγμένης</w:t>
      </w:r>
    </w:p>
    <w:p>
      <w:r>
        <w:rPr>
          <w:rFonts w:ascii="Courier New" w:hAnsi="Courier New"/>
          <w:color w:val="555555"/>
          <w:sz w:val="20"/>
        </w:rPr>
        <w:t>[5]</w:t>
      </w:r>
    </w:p>
    <w:p>
      <w:r>
        <w:rPr>
          <w:rFonts w:ascii="Gentium Plus" w:hAnsi="Gentium Plus"/>
          <w:sz w:val="24"/>
        </w:rPr>
        <w:t>Πν. Θεὸς πατήρ μοι καὶ Θεῷ συνεζύγην, Μορφῆς ποθῶ μίμησιν ἧς ἀπεῤῥύην. Κοσμ. Πῶς δ’ ἂν συνέστη, φράζε, τὸ βροτῶν γένος, Εἰ μὴ τὸ σαρκῶν συζυγὲς συνέδραμε, Νόμω τε θείῳ καὶ φύσει κρατούμενον;</w:t>
      </w:r>
    </w:p>
    <w:p>
      <w:r>
        <w:rPr>
          <w:rFonts w:ascii="Courier New" w:hAnsi="Courier New"/>
          <w:color w:val="555555"/>
          <w:sz w:val="20"/>
        </w:rPr>
        <w:t>[10]</w:t>
      </w:r>
    </w:p>
    <w:p>
      <w:r>
        <w:rPr>
          <w:rFonts w:ascii="Gentium Plus" w:hAnsi="Gentium Plus"/>
          <w:sz w:val="24"/>
        </w:rPr>
        <w:t>Πν. Νόμος μὲν οὗτος, νῦν δὲ λυθῆναί με δεῖ, Βίον πρὸς ἄλλον τοῦ παρόντος κρείσσονα Σπεύδοντα, δεσμῶν καὶ φθορᾶς ἐλεύθερον.</w:t>
      </w:r>
    </w:p>
    <w:p>
      <w:r>
        <w:rPr>
          <w:rFonts w:ascii="Courier New" w:hAnsi="Courier New"/>
          <w:color w:val="555555"/>
          <w:sz w:val="20"/>
        </w:rPr>
        <w:t>[651]</w:t>
      </w:r>
    </w:p>
    <w:p>
      <w:r>
        <w:rPr>
          <w:rFonts w:ascii="Gentium Plus" w:hAnsi="Gentium Plus"/>
          <w:sz w:val="24"/>
        </w:rPr>
        <w:t>Πν. Ἦν μὲν σκιώδης καὶ πάλαι· λάμπει δὲ νῦν, Ἐξ οὗ Θεοῦ πέφηνε Μήτηρ παρθένος. Καὶ γὰρ νόμος παλαιὸς εἶξε τῷ νέῳ· Τὸ γράμμ’ ἀπῆλθε, τὸ κράτος δὲ πνεύματος.</w:t>
      </w:r>
    </w:p>
    <w:p>
      <w:r>
        <w:rPr>
          <w:rFonts w:ascii="Courier New" w:hAnsi="Courier New"/>
          <w:color w:val="555555"/>
          <w:sz w:val="20"/>
        </w:rPr>
        <w:t>[5]</w:t>
      </w:r>
    </w:p>
    <w:p>
      <w:r>
        <w:rPr>
          <w:rFonts w:ascii="Gentium Plus" w:hAnsi="Gentium Plus"/>
          <w:sz w:val="24"/>
        </w:rPr>
        <w:t>Κοσμ. Ἄζυξ δ’ ἂν ἦν τις συζύγου βίου δίχα, Ἢ τίς δίκαιος; Πν. Ὡς λίαν κομψός τις εἶ, Πείθων τὸ σάρκας συνδραμεῖν καλῶν χάριν, Καλοὺς μὲν ἐξέθρεψεν ἢ κακοὺς χρόνος, Ὕβριν δὲ σαρκὸς ὁ σπορεὺς ἐπέβλυσεν.</w:t>
      </w:r>
    </w:p>
    <w:p>
      <w:r>
        <w:rPr>
          <w:rFonts w:ascii="Courier New" w:hAnsi="Courier New"/>
          <w:color w:val="555555"/>
          <w:sz w:val="20"/>
        </w:rPr>
        <w:t>[10]</w:t>
      </w:r>
    </w:p>
    <w:p>
      <w:r>
        <w:rPr>
          <w:rFonts w:ascii="Gentium Plus" w:hAnsi="Gentium Plus"/>
          <w:sz w:val="24"/>
        </w:rPr>
        <w:t>Οὐκ ἄλλο. Τὸ φρονεῖν δὲ τῷ πάθει γέλως, Ὡς συγκάμνοντα Θεοῦ θελήματι. Κοσμ. Τί οὖν βίῳ δέδωκας, ἐζήτεις δὲ τί; Πν. Κλάδους. Κοσμ. Ἵνα ψυγῶσιν, ἢ λαῖλαψ λάβοι;</w:t>
      </w:r>
    </w:p>
    <w:p>
      <w:r>
        <w:rPr>
          <w:rFonts w:ascii="Courier New" w:hAnsi="Courier New"/>
          <w:color w:val="555555"/>
          <w:sz w:val="20"/>
        </w:rPr>
        <w:t>[652]</w:t>
      </w:r>
    </w:p>
    <w:p>
      <w:r>
        <w:rPr>
          <w:rFonts w:ascii="Gentium Plus" w:hAnsi="Gentium Plus"/>
          <w:sz w:val="24"/>
        </w:rPr>
        <w:t>Δὸς τὴν ἐμὴν σὺ ῥίζαν· εἶτ’ ἔχε κλάδους. Πν. Ἀρκεῖ γενέσθαι. Τῇ φθορᾷ δ’ ἄλλος κάμοι, Τρέφων, διδάσκων, εἶτα πενθῶν ἀθρόος Τὸν οὐκ ἔτ’ ὄντα, γραπτὸν ἐν τοίχοις βλέπων</w:t>
      </w:r>
    </w:p>
    <w:p>
      <w:r>
        <w:rPr>
          <w:rFonts w:ascii="Courier New" w:hAnsi="Courier New"/>
          <w:color w:val="555555"/>
          <w:sz w:val="20"/>
        </w:rPr>
        <w:t>[5]</w:t>
      </w:r>
    </w:p>
    <w:p>
      <w:r>
        <w:rPr>
          <w:rFonts w:ascii="Gentium Plus" w:hAnsi="Gentium Plus"/>
          <w:sz w:val="24"/>
        </w:rPr>
        <w:t>Ἄπνουν τὸ κάλλος, υἱὸν οὐ κινούμενον Κοσμ. Εὐπατρίδης ἐγώ τις. Πν. Ἐκ ποίου γένους; Ποῖος δ’ ὁ πλάστης; τὸν δὲ πηλὸν ἀγνοεῖς Ὡς εἷς; μί’ εὐγένεια, μίμησις Θεοῦ. Τάφοις κρατεῖς σὺ καὶ νέοις προστάγμασιν,</w:t>
      </w:r>
    </w:p>
    <w:p>
      <w:r>
        <w:rPr>
          <w:rFonts w:ascii="Courier New" w:hAnsi="Courier New"/>
          <w:color w:val="555555"/>
          <w:sz w:val="20"/>
        </w:rPr>
        <w:t>[10]</w:t>
      </w:r>
    </w:p>
    <w:p>
      <w:r>
        <w:rPr>
          <w:rFonts w:ascii="Gentium Plus" w:hAnsi="Gentium Plus"/>
          <w:sz w:val="24"/>
        </w:rPr>
        <w:t>Ἐξ ὧν ἐγράφης εὐγενὴς, οὐκ ἐτράφης. Κοσμ. Ἐμοὶ τὸ πλουτεῖν δυσμενεῖς βάλλει κάτω, Φθόνῳ δὲ τήκει τοὺς κακοὺς, ποιεῖ φίλους, Θρόνους δίδωσιν ἐν πόλει φυσᾷν μέγα.</w:t>
      </w:r>
    </w:p>
    <w:p>
      <w:r>
        <w:rPr>
          <w:rFonts w:ascii="Courier New" w:hAnsi="Courier New"/>
          <w:color w:val="555555"/>
          <w:sz w:val="20"/>
        </w:rPr>
        <w:t>[653]</w:t>
      </w:r>
    </w:p>
    <w:p>
      <w:r>
        <w:rPr>
          <w:rFonts w:ascii="Gentium Plus" w:hAnsi="Gentium Plus"/>
          <w:sz w:val="24"/>
        </w:rPr>
        <w:t>Χαρίζετ’, οἶκτος δ’ ἀσφαλέστερος φθόνου. Θρόνοι δὲ λυτοὶ καὶ φίλοι καιροῦ πλέον. Ἂν οὖν μένωσι, κρεῖσσον ἡττᾶσθαι Θεοῦ, Ἢ πρῶτα πάντων τῶν ὁρωμένων ἔχειν.</w:t>
      </w:r>
    </w:p>
    <w:p>
      <w:r>
        <w:rPr>
          <w:rFonts w:ascii="Courier New" w:hAnsi="Courier New"/>
          <w:color w:val="555555"/>
          <w:sz w:val="20"/>
        </w:rPr>
        <w:t>[5]</w:t>
      </w:r>
    </w:p>
    <w:p>
      <w:r>
        <w:rPr>
          <w:rFonts w:ascii="Gentium Plus" w:hAnsi="Gentium Plus"/>
          <w:sz w:val="24"/>
        </w:rPr>
        <w:t>Ἢ πάντων εἶναι τῶν ὁρωμένων ἄνω. Πόλις δ’ ἔχοι με λαμπρὸν ἡ νοουμένη. Κοσμ. Τίς δ’ ἀσφάλεια τῷ πένητι τοῦ βίου· Τείχη, πυλῶνες, μηχαναὶ, ξιφηφόροι; Πν. Κάμνοντες, ὥστε μὴ τὸ σῶμ’ ὑπεκκλαπῇ·</w:t>
      </w:r>
    </w:p>
    <w:p>
      <w:r>
        <w:rPr>
          <w:rFonts w:ascii="Courier New" w:hAnsi="Courier New"/>
          <w:color w:val="555555"/>
          <w:sz w:val="20"/>
        </w:rPr>
        <w:t>[10]</w:t>
      </w:r>
    </w:p>
    <w:p>
      <w:r>
        <w:rPr>
          <w:rFonts w:ascii="Gentium Plus" w:hAnsi="Gentium Plus"/>
          <w:sz w:val="24"/>
        </w:rPr>
        <w:t>Μόνον πέπασται τοῦτο καὶ μικρὸν ῥάκος. Ἄλλων ὁ λῃστὴς, ἡ τυραννὶς ἐῤῥέτω. Ὁ φὼρ ἐχόντων· εἷς ἐμοὶ πλοῦτος, Θεὸς, Ὃν οὔποτ’ οὐδεὶς ἁρπάσει κεκτημένῳ. Τὰ δ’ ἄλλ’ ἐχόντων οἷς φίλον, τὴν οὐσίαν</w:t>
      </w:r>
    </w:p>
    <w:p>
      <w:r>
        <w:rPr>
          <w:rFonts w:ascii="Courier New" w:hAnsi="Courier New"/>
          <w:color w:val="555555"/>
          <w:sz w:val="20"/>
        </w:rPr>
        <w:t>[654]</w:t>
      </w:r>
    </w:p>
    <w:p>
      <w:r>
        <w:rPr>
          <w:rFonts w:ascii="Gentium Plus" w:hAnsi="Gentium Plus"/>
          <w:sz w:val="24"/>
        </w:rPr>
        <w:t>Ἁρπαζέτωσαν τὴν ἐμὴν πᾶσαι χέρες. Πένητος ἀνδρὸς οὐδὲν ἀσφαλέστερον· Θύει σαγήνῃ πλούσιος, τὴν δεξιὰν Τὴν αὐτὸς αὑτοῦ, ὡς φίλην ἀσπάζεται,</w:t>
      </w:r>
    </w:p>
    <w:p>
      <w:r>
        <w:rPr>
          <w:rFonts w:ascii="Courier New" w:hAnsi="Courier New"/>
          <w:color w:val="555555"/>
          <w:sz w:val="20"/>
        </w:rPr>
        <w:t>[5]</w:t>
      </w:r>
    </w:p>
    <w:p>
      <w:r>
        <w:rPr>
          <w:rFonts w:ascii="Gentium Plus" w:hAnsi="Gentium Plus"/>
          <w:sz w:val="24"/>
        </w:rPr>
        <w:t>Καὶ τῶν καλῶν δοτῆρα οὐχ ὑμνεῖ Θεὸν, Ἕως ἃ κέκτητ’ εἰς ξένου πέσῃ χέρας Οὗ μὴ θέλει· τί φημι; δυσμενοῦς ἴσως, Κἀκεῖθεν ἄλλου, τὰ τροχῶν κυλίσματα· Ἐμοὶ δ’ ἅπας συνέρχετ’, ἢν θάνω, βίος,</w:t>
      </w:r>
    </w:p>
    <w:p>
      <w:r>
        <w:rPr>
          <w:rFonts w:ascii="Courier New" w:hAnsi="Courier New"/>
          <w:color w:val="555555"/>
          <w:sz w:val="20"/>
        </w:rPr>
        <w:t>[10]</w:t>
      </w:r>
    </w:p>
    <w:p>
      <w:r>
        <w:rPr>
          <w:rFonts w:ascii="Gentium Plus" w:hAnsi="Gentium Plus"/>
          <w:sz w:val="24"/>
        </w:rPr>
        <w:t>Οὐδὲν φθόνῳ τε καὶ στροφαῖς λελείψεται. Κοσμ. Πόσον τὸ χεῖρας μὴ βλέπειν εἰς γειτόνων, Ἄλλους δ’ ἐς ἡμῶν, εὐσεβεστέρους ἴσως. Πν. Πόσον τὸ χεῖρας εἰς Θεοῦ μόνον βλέπειν,</w:t>
      </w:r>
    </w:p>
    <w:p>
      <w:r>
        <w:rPr>
          <w:rFonts w:ascii="Courier New" w:hAnsi="Courier New"/>
          <w:color w:val="555555"/>
          <w:sz w:val="20"/>
        </w:rPr>
        <w:t>[655]</w:t>
      </w:r>
    </w:p>
    <w:p>
      <w:r>
        <w:rPr>
          <w:rFonts w:ascii="Gentium Plus" w:hAnsi="Gentium Plus"/>
          <w:sz w:val="24"/>
        </w:rPr>
        <w:t>Αἰσχρὸν δὲ μηδὲν τοῦ λαβεῖν δρᾶσαι χάριν, Τὴν αἱμολάπτιν βδέλλαν ἐκμιμούμενον, Τὰ μὲν κρατοῦντα, τοῖς δ’ ἐρείδοντα φρένα, Τὰ δὲ βλέποντα οὐ καλοῖς ἐν ὄμμασι,</w:t>
      </w:r>
    </w:p>
    <w:p>
      <w:r>
        <w:rPr>
          <w:rFonts w:ascii="Courier New" w:hAnsi="Courier New"/>
          <w:color w:val="555555"/>
          <w:sz w:val="20"/>
        </w:rPr>
        <w:t>[5]</w:t>
      </w:r>
    </w:p>
    <w:p>
      <w:r>
        <w:rPr>
          <w:rFonts w:ascii="Gentium Plus" w:hAnsi="Gentium Plus"/>
          <w:sz w:val="24"/>
        </w:rPr>
        <w:t>Τὰ δ’ ἐκτυποῦντα ταῖς ὀνείρων ἐλπίσιν, Ἀεὶ πλέον πένητα τῷ ποθουμένῳ; Κοσμ. Οἴσει δὲ πῶς τις δυσκόλου καιροῦ φορὰν, Μηδὲν φέρων ἔρεισμα τῆς ἀηδίας; Πν. Ἤρου με πῶς τις φεύξετ’ εὔστοχον βέλος;</w:t>
      </w:r>
    </w:p>
    <w:p>
      <w:r>
        <w:rPr>
          <w:rFonts w:ascii="Courier New" w:hAnsi="Courier New"/>
          <w:color w:val="555555"/>
          <w:sz w:val="20"/>
        </w:rPr>
        <w:t>[10]</w:t>
      </w:r>
    </w:p>
    <w:p>
      <w:r>
        <w:rPr>
          <w:rFonts w:ascii="Gentium Plus" w:hAnsi="Gentium Plus"/>
          <w:sz w:val="24"/>
        </w:rPr>
        <w:t>Θρὶξ οὐ διαιρεῖτ’ εὐπετῶς, οὐδ’ ἐγγύθεν. Γενοῦ στενός μοι· καὶ κακῶν φεύξῃ φοράν. Δόναξ φέρει τὰ πνεύματ’, ἀλλ’ οὐχὶ δρύες. Ὁ μὲν γὰρ εἴκει, τὰς δ’ ἀνατρέπει βάρος. Κοσμ. Ἐμοὶ τρυφᾷν ἔξεστιν. Πν. Ἀλλ’ ἐμοὶ τρυφὴ,</w:t>
      </w:r>
    </w:p>
    <w:p>
      <w:r>
        <w:rPr>
          <w:rFonts w:ascii="Courier New" w:hAnsi="Courier New"/>
          <w:color w:val="555555"/>
          <w:sz w:val="20"/>
        </w:rPr>
        <w:t>[15]</w:t>
      </w:r>
    </w:p>
    <w:p>
      <w:r>
        <w:rPr>
          <w:rFonts w:ascii="Gentium Plus" w:hAnsi="Gentium Plus"/>
          <w:sz w:val="24"/>
        </w:rPr>
        <w:t>Τὸ μὴ τρυφᾷν, κόρῳ τε καὶ τοῖς ἐντέροις</w:t>
      </w:r>
    </w:p>
    <w:p>
      <w:r>
        <w:rPr>
          <w:rFonts w:ascii="Courier New" w:hAnsi="Courier New"/>
          <w:color w:val="555555"/>
          <w:sz w:val="20"/>
        </w:rPr>
        <w:t>[656]</w:t>
      </w:r>
    </w:p>
    <w:p>
      <w:r>
        <w:rPr>
          <w:rFonts w:ascii="Gentium Plus" w:hAnsi="Gentium Plus"/>
          <w:sz w:val="24"/>
        </w:rPr>
        <w:t>Οἰδοῦντα, καὶ νοσοῦντα πλουσίᾳ νόσῳ, Ὄζοντα τερπνῷ βορβόρῳ λαιμοῦ πέρα, Τὸν νοῦν στενοῦντα τῷ πάχει τῆς ἰλύος. Κοσμ. Ἐμοῦ τὰ πέμματ’. Πν. Ἄρτος ἡ καρυκεία,</w:t>
      </w:r>
    </w:p>
    <w:p>
      <w:r>
        <w:rPr>
          <w:rFonts w:ascii="Courier New" w:hAnsi="Courier New"/>
          <w:color w:val="555555"/>
          <w:sz w:val="20"/>
        </w:rPr>
        <w:t>[5]</w:t>
      </w:r>
    </w:p>
    <w:p>
      <w:r>
        <w:rPr>
          <w:rFonts w:ascii="Gentium Plus" w:hAnsi="Gentium Plus"/>
          <w:sz w:val="24"/>
        </w:rPr>
        <w:t>Ἐμοὶ τὰ πόματ’, ἐξ ἁλῶν ἅπαν γλυκύ. Οἷς τῶν τρυφώντων ἀλμυρὸν καταπτύω. Κοσμ. Ὀσμὴ μύρων ἔμοιγε τέρψις, ᾄσματα, Χερῶν ποδῶν κροτήματ’, εὔρυθμοι κλάσεις, Ὁμοῤῥοθούντων ὀργάνων συμφωνία.</w:t>
      </w:r>
    </w:p>
    <w:p>
      <w:r>
        <w:rPr>
          <w:rFonts w:ascii="Courier New" w:hAnsi="Courier New"/>
          <w:color w:val="555555"/>
          <w:sz w:val="20"/>
        </w:rPr>
        <w:t>[10]</w:t>
      </w:r>
    </w:p>
    <w:p>
      <w:r>
        <w:rPr>
          <w:rFonts w:ascii="Gentium Plus" w:hAnsi="Gentium Plus"/>
          <w:sz w:val="24"/>
        </w:rPr>
        <w:t>Πν. Αἰνεῖς σὺ ταῦτα, ταῦτα δ’ ἐστὶν, οἷς κακὸς Ἔμοιγ’ ὁ πλοῦτος, ὡς κακῶν διδάσκαλος. Κρείσσων μὲν ἡμῖν ὀργάνων ψαλμῳδία· Ψυχὴν συναρμόζουσα τοῖς νοουμένοις Μύρου δὲ παντὸς Χριστὸς εὐωδέστερος,</w:t>
      </w:r>
    </w:p>
    <w:p>
      <w:r>
        <w:rPr>
          <w:rFonts w:ascii="Courier New" w:hAnsi="Courier New"/>
          <w:color w:val="555555"/>
          <w:sz w:val="20"/>
        </w:rPr>
        <w:t>[15]</w:t>
      </w:r>
    </w:p>
    <w:p>
      <w:r>
        <w:rPr>
          <w:rFonts w:ascii="Gentium Plus" w:hAnsi="Gentium Plus"/>
          <w:sz w:val="24"/>
        </w:rPr>
        <w:t>Ἡμῖν κενωθεὶς, ὡς λύσῃ δυσωδίας,</w:t>
      </w:r>
    </w:p>
    <w:p>
      <w:r>
        <w:rPr>
          <w:rFonts w:ascii="Courier New" w:hAnsi="Courier New"/>
          <w:color w:val="555555"/>
          <w:sz w:val="20"/>
        </w:rPr>
        <w:t>[657]</w:t>
      </w:r>
    </w:p>
    <w:p>
      <w:r>
        <w:rPr>
          <w:rFonts w:ascii="Gentium Plus" w:hAnsi="Gentium Plus"/>
          <w:sz w:val="24"/>
        </w:rPr>
        <w:t>Ἧς νεκρότης μ’ ἔπλησε τῆς ἁμαρτίας, Κροτῶ δὲ χεῖρας, ἢν πέσῃ φονεὺς ἐμὸς, Λόγον τιν’ ἢ πρᾶξίν τιν’ εἰσηγούμενος Κακήν. Ποδῶν ὄρχησις, ἔνθεος στροφή.</w:t>
      </w:r>
    </w:p>
    <w:p>
      <w:r>
        <w:rPr>
          <w:rFonts w:ascii="Courier New" w:hAnsi="Courier New"/>
          <w:color w:val="555555"/>
          <w:sz w:val="20"/>
        </w:rPr>
        <w:t>[5]</w:t>
      </w:r>
    </w:p>
    <w:p>
      <w:r>
        <w:rPr>
          <w:rFonts w:ascii="Gentium Plus" w:hAnsi="Gentium Plus"/>
          <w:sz w:val="24"/>
        </w:rPr>
        <w:t>Κοσμ. Τάχ’ ἂν τόδ’ εἴποις, ὡς πενία καὶ ταῖς νόσοις Ἀρκεῖ, πλέον φέρουσα σωμάτων ἄκη. Πν. Τόδ’ οὐκ ἂν εἴποιμ’. Οὐκ ἀληθὴς γὰρ λόγος· Ὃ δ’ ἔστ’ ἀληθὲς, τοῦτο καὶ λελέξεται· Πένης ἐχόντων εὐσθενέστερος πολύ.</w:t>
      </w:r>
    </w:p>
    <w:p>
      <w:r>
        <w:rPr>
          <w:rFonts w:ascii="Courier New" w:hAnsi="Courier New"/>
          <w:color w:val="555555"/>
          <w:sz w:val="20"/>
        </w:rPr>
        <w:t>[10]</w:t>
      </w:r>
    </w:p>
    <w:p>
      <w:r>
        <w:rPr>
          <w:rFonts w:ascii="Gentium Plus" w:hAnsi="Gentium Plus"/>
          <w:sz w:val="24"/>
        </w:rPr>
        <w:t>Θεὸς δ’ ἔδωκεν, ἀντανιστῶν τὴν χάριν, Ἰσχὺν πένησιν, εὐπόροις δὲ φάρμακα· Μοχθεῖ πένης, ἱδρῶσι τὰς ὕλας κενοῖ, Πεινᾷ, ῥιγοῖ, συγκαίεθ’ ἡλίῳ μέσῳ Ὁδοιπορεῖ, φορτίζεθ’, ὕεται, στένει·</w:t>
      </w:r>
    </w:p>
    <w:p>
      <w:r>
        <w:rPr>
          <w:rFonts w:ascii="Courier New" w:hAnsi="Courier New"/>
          <w:color w:val="555555"/>
          <w:sz w:val="20"/>
        </w:rPr>
        <w:t>[658]</w:t>
      </w:r>
    </w:p>
    <w:p>
      <w:r>
        <w:rPr>
          <w:rFonts w:ascii="Gentium Plus" w:hAnsi="Gentium Plus"/>
          <w:sz w:val="24"/>
        </w:rPr>
        <w:t>Καιροῦ τροφὴν ἁπλῆν τε καὶ ἀσύνθετον Ἐδέξατ’, οὐδὲν οἶδε μαγγανευμάτων, Ὧν ὀψοποιοὶ καὶ τρυφῆς ὑπηρέται Γῆς καὶ θαλάσσης ἐκπορίζουσι μυχῶν,</w:t>
      </w:r>
    </w:p>
    <w:p>
      <w:r>
        <w:rPr>
          <w:rFonts w:ascii="Courier New" w:hAnsi="Courier New"/>
          <w:color w:val="555555"/>
          <w:sz w:val="20"/>
        </w:rPr>
        <w:t>[5]</w:t>
      </w:r>
    </w:p>
    <w:p>
      <w:r>
        <w:rPr>
          <w:rFonts w:ascii="Gentium Plus" w:hAnsi="Gentium Plus"/>
          <w:sz w:val="24"/>
        </w:rPr>
        <w:t>Θῆλυν τράπεζαν ἐκτιθέντες ἀνδράσι Φύσαι, κατάῤῥοι, σπλῆνες, ἐξαρθρήματα, Βοαὶ, φορήσεις, ὠχρότητες, ἐκλύσεις Τῶν εὐπορούντων· τῶν κόρων οὗτοι τόκοι. Οἳ μήτ’ ἔχουσιν ὧν ἔχουσιν ἡδονὴν,</w:t>
      </w:r>
    </w:p>
    <w:p>
      <w:r>
        <w:rPr>
          <w:rFonts w:ascii="Courier New" w:hAnsi="Courier New"/>
          <w:color w:val="555555"/>
          <w:sz w:val="20"/>
        </w:rPr>
        <w:t>[10]</w:t>
      </w:r>
    </w:p>
    <w:p>
      <w:r>
        <w:rPr>
          <w:rFonts w:ascii="Gentium Plus" w:hAnsi="Gentium Plus"/>
          <w:sz w:val="24"/>
        </w:rPr>
        <w:t>Ζητοῦσί θ’ οἷς λείψωσιν ὄγκον, πολλάκις Ζηλοῦντες εὐεκτοῦντας ἀσθενεστέρους· Πάντων ἔρημοι, δυστυχεῖς εὐδαίμονες. Χρυσὸς, λίθοι, ποικίλματ’ ἐσθῆτος, βαφαὶ</w:t>
      </w:r>
    </w:p>
    <w:p>
      <w:r>
        <w:rPr>
          <w:rFonts w:ascii="Courier New" w:hAnsi="Courier New"/>
          <w:color w:val="555555"/>
          <w:sz w:val="20"/>
        </w:rPr>
        <w:t>[659]</w:t>
      </w:r>
    </w:p>
    <w:p>
      <w:r>
        <w:rPr>
          <w:rFonts w:ascii="Gentium Plus" w:hAnsi="Gentium Plus"/>
          <w:sz w:val="24"/>
        </w:rPr>
        <w:t>Τοίχων, ὀρόφων καὶ ψηφῖδος πεδοστιβοῦς· Ἄργυρος, ὁ μέν τις κρυπτὸς ἐν κόλποις χθονὸς Εἰρχθεὶς, ὅθεν προῆλθεν, ἄξιος τάφων, Ὁ δ’ ἐν προσθήκῃ, καὶ προσαστράπτων πότοις·</w:t>
      </w:r>
    </w:p>
    <w:p>
      <w:r>
        <w:rPr>
          <w:rFonts w:ascii="Courier New" w:hAnsi="Courier New"/>
          <w:color w:val="555555"/>
          <w:sz w:val="20"/>
        </w:rPr>
        <w:t>[5]</w:t>
      </w:r>
    </w:p>
    <w:p>
      <w:r>
        <w:rPr>
          <w:rFonts w:ascii="Gentium Plus" w:hAnsi="Gentium Plus"/>
          <w:sz w:val="24"/>
        </w:rPr>
        <w:t>Ἵπποι, τάπητες, ἅρμαθ’, ἁρματηλάται, Κύνες, κυνηγοὶ, θηρίων ἰχνεύμονες· Καὶ ταῦτα δὴ τὰ τερπνὰ, δεσποίνης κακῆς, Γαστρὸς, πόρου τε πανδόχου λαιμοῦ χάρις· Στρῶται, θυρωροὶ, κλήτορες, κοιμήτορες,</w:t>
      </w:r>
    </w:p>
    <w:p>
      <w:r>
        <w:rPr>
          <w:rFonts w:ascii="Courier New" w:hAnsi="Courier New"/>
          <w:color w:val="555555"/>
          <w:sz w:val="20"/>
        </w:rPr>
        <w:t>[10]</w:t>
      </w:r>
    </w:p>
    <w:p>
      <w:r>
        <w:rPr>
          <w:rFonts w:ascii="Gentium Plus" w:hAnsi="Gentium Plus"/>
          <w:sz w:val="24"/>
        </w:rPr>
        <w:t>Ἀνθηφόροι, ῥαντῆρες, ἐκμαγεῖς κύκλων, Γεῦσται, σκιασταὶ, νευμάτων ἐπίσκοποι, Λοῦσται, κερασταὶ δακτύλων ὑψώμασι, Κοῦραι γυναῖκες, ὀμμάτων ἡδύσματα· Τύμβου τὰ πάντα πλουσίου, γραπτῆς χοός.</w:t>
      </w:r>
    </w:p>
    <w:p>
      <w:r>
        <w:rPr>
          <w:rFonts w:ascii="Courier New" w:hAnsi="Courier New"/>
          <w:color w:val="555555"/>
          <w:sz w:val="20"/>
        </w:rPr>
        <w:t>[660]</w:t>
      </w:r>
    </w:p>
    <w:p>
      <w:r>
        <w:rPr>
          <w:rFonts w:ascii="Gentium Plus" w:hAnsi="Gentium Plus"/>
          <w:sz w:val="24"/>
        </w:rPr>
        <w:t>Ὁ δ’ ἐνδεὴς ἕστηκεν, ἂν δὲ καὶ πέσῃ Νόσῳ καμὼν, μόγις ποτ’ ἢ μακρῷ χρόνῳ, Οὐδὲν παρέξει πρᾶγμα τοῖς αὑτοῦ φίλοις, Τεθνήξεθ’ ὡς λέων τις ἐν βρυχήμασι</w:t>
      </w:r>
    </w:p>
    <w:p>
      <w:r>
        <w:rPr>
          <w:rFonts w:ascii="Courier New" w:hAnsi="Courier New"/>
          <w:color w:val="555555"/>
          <w:sz w:val="20"/>
        </w:rPr>
        <w:t>[5]</w:t>
      </w:r>
    </w:p>
    <w:p>
      <w:r>
        <w:rPr>
          <w:rFonts w:ascii="Gentium Plus" w:hAnsi="Gentium Plus"/>
          <w:sz w:val="24"/>
        </w:rPr>
        <w:t>Νεκρὸς, ζαπλούτων πλεῖστον εὐανθέστερος. Τί λοιπόν; ὕβρις, θυμὸς, ἔκστασις, θράσος, Μέθη, γέλωτες ἀκρατεῖς, αἰσχροὶ λόγοι, Θεοῦ περιφρόνησις, αἵματος, φίλων, Ταῦτ’ οὐ πενήτων μᾶλλόν ἐστ’ ἢ πλουσίων·</w:t>
      </w:r>
    </w:p>
    <w:p>
      <w:r>
        <w:rPr>
          <w:rFonts w:ascii="Courier New" w:hAnsi="Courier New"/>
          <w:color w:val="555555"/>
          <w:sz w:val="20"/>
        </w:rPr>
        <w:t>[10]</w:t>
      </w:r>
    </w:p>
    <w:p>
      <w:r>
        <w:rPr>
          <w:rFonts w:ascii="Gentium Plus" w:hAnsi="Gentium Plus"/>
          <w:sz w:val="24"/>
        </w:rPr>
        <w:t>Πλοῦτος γὰρ ὕβριν, ἡ δ’ ἀπώλειαν φέρει. Ὁ δ’ ἐκπιέζεθ’ ὡς τὰ πόλλ’, οὐδ’ αἵρεται· Θεοῦ μάλιστ’ ἂν συνδραμὼν φόβος τύχῃ. Καλῶν ἁπάντων παιδαγωγὸς εὐσθενής.</w:t>
      </w:r>
    </w:p>
    <w:p>
      <w:r>
        <w:rPr>
          <w:rFonts w:ascii="Courier New" w:hAnsi="Courier New"/>
          <w:color w:val="555555"/>
          <w:sz w:val="20"/>
        </w:rPr>
        <w:t>[661]</w:t>
      </w:r>
    </w:p>
    <w:p>
      <w:r>
        <w:rPr>
          <w:rFonts w:ascii="Gentium Plus" w:hAnsi="Gentium Plus"/>
          <w:sz w:val="24"/>
        </w:rPr>
        <w:t>Ἀμφοῖν δίκαιος τοῖν βίοιν μένων βραβεὺς, Εἰ μὴ φέρειν σοι καὶ τόδ’ ὕβριν φαίνεται. Ὥσπερ πενήτων ἑστάναι καὶ πλησίον, Ἢ πνεῖν τὸν αὐτὸν ἀέρα, ἢ κλῆσιν μίαν</w:t>
      </w:r>
    </w:p>
    <w:p>
      <w:r>
        <w:rPr>
          <w:rFonts w:ascii="Courier New" w:hAnsi="Courier New"/>
          <w:color w:val="555555"/>
          <w:sz w:val="20"/>
        </w:rPr>
        <w:t>[5]</w:t>
      </w:r>
    </w:p>
    <w:p>
      <w:r>
        <w:rPr>
          <w:rFonts w:ascii="Gentium Plus" w:hAnsi="Gentium Plus"/>
          <w:sz w:val="24"/>
        </w:rPr>
        <w:t>Καλεῖσθ’, ὁμόστεγός τε καὶ σύμπλους δοκεῖν. Φθονεῖς ἀρίστοις, καὶ κακοῖς οἰκτίζομαι. Κακῶν γὰρ οὐδέν ἐστιν ἀθλιώτερον, Κἂν εὐδρομῶσιν εἰς ἐπισφαλὲς τέλος. Διαπτύεις πένητας, ὡς ἄλλου Θεοῦ</w:t>
      </w:r>
    </w:p>
    <w:p>
      <w:r>
        <w:rPr>
          <w:rFonts w:ascii="Courier New" w:hAnsi="Courier New"/>
          <w:color w:val="555555"/>
          <w:sz w:val="20"/>
        </w:rPr>
        <w:t>[10]</w:t>
      </w:r>
    </w:p>
    <w:p>
      <w:r>
        <w:rPr>
          <w:rFonts w:ascii="Gentium Plus" w:hAnsi="Gentium Plus"/>
          <w:sz w:val="24"/>
        </w:rPr>
        <w:t>Ἓν οἶδα πλάσμα, πάντας εἰς μίαν κρίσιν Ἥξοντας. Ἀλλ’ ἡ δευτέρα πλάσις, τρόπος Χρηστοῖς ἐπαίρῃ· σωφρονίζομαι φόβῳ. Κάμπτῃ μογηροῖς· ἐλπίσιν κουφίζομαι. Μένει γὰρ οὐδὲν, ἀλλὰ ῥεῖ μακρῷ χρόνῳ.</w:t>
      </w:r>
    </w:p>
    <w:p>
      <w:r>
        <w:rPr>
          <w:rFonts w:ascii="Courier New" w:hAnsi="Courier New"/>
          <w:color w:val="555555"/>
          <w:sz w:val="20"/>
        </w:rPr>
        <w:t>[15]</w:t>
      </w:r>
    </w:p>
    <w:p>
      <w:r>
        <w:rPr>
          <w:rFonts w:ascii="Gentium Plus" w:hAnsi="Gentium Plus"/>
          <w:sz w:val="24"/>
        </w:rPr>
        <w:t>Νὺξ ἡμέραν ἔπαυσε, νύκτα δ’ ἡμέρα·</w:t>
      </w:r>
    </w:p>
    <w:p>
      <w:r>
        <w:rPr>
          <w:rFonts w:ascii="Courier New" w:hAnsi="Courier New"/>
          <w:color w:val="555555"/>
          <w:sz w:val="20"/>
        </w:rPr>
        <w:t>[662]</w:t>
      </w:r>
    </w:p>
    <w:p>
      <w:r>
        <w:rPr>
          <w:rFonts w:ascii="Gentium Plus" w:hAnsi="Gentium Plus"/>
          <w:sz w:val="24"/>
        </w:rPr>
        <w:t>Χαρὰν δὲ λύπη, καὶ τὰ τερπνὰ συμφορὰν Ἔστησεν· οὔκουν, ὡς παγίοις, προσεκτέον. Σοὶ δεινὸν οὐδὲν, οὐδὲ τῶν ἄγαν κακῶν· Τῷ γὰρ φρονεῖν πως τὸ τρυφᾷν ἐνίσταται.</w:t>
      </w:r>
    </w:p>
    <w:p>
      <w:r>
        <w:rPr>
          <w:rFonts w:ascii="Courier New" w:hAnsi="Courier New"/>
          <w:color w:val="555555"/>
          <w:sz w:val="20"/>
        </w:rPr>
        <w:t>[5]</w:t>
      </w:r>
    </w:p>
    <w:p>
      <w:r>
        <w:rPr>
          <w:rFonts w:ascii="Gentium Plus" w:hAnsi="Gentium Plus"/>
          <w:sz w:val="24"/>
        </w:rPr>
        <w:t>Ἐμοὶ δὲ πένθος, καὶ τὰ μικρὰ φαίνεται. Θεοῦ γὰρ ἀλλοτρίωσις ἡ ἁμαρτία· Πῶς δ’ ἂν φέροιμι ζημιούμενος Θεόν; Σοὶ χρηστὸς ὕπνος καὶ δύο πλευρῶν θέσεις. Ἡδεῖς δ’ ὄνειροι τῶν ἐν ἡμέρᾳ τύποι.</w:t>
      </w:r>
    </w:p>
    <w:p>
      <w:r>
        <w:rPr>
          <w:rFonts w:ascii="Courier New" w:hAnsi="Courier New"/>
          <w:color w:val="555555"/>
          <w:sz w:val="20"/>
        </w:rPr>
        <w:t>[10]</w:t>
      </w:r>
    </w:p>
    <w:p>
      <w:r>
        <w:rPr>
          <w:rFonts w:ascii="Gentium Plus" w:hAnsi="Gentium Plus"/>
          <w:sz w:val="24"/>
        </w:rPr>
        <w:t>Πίνεις, κυβεύεις, λαμβάνεις, παίζεις, γελᾷς. Ἐμοὶ δ’ ἄϋπνον τοῦ βίου πλεῖστον μέρος, Κεντοῦσι γάρ με καὶ καθεύδονθ’ οἱ πόνοι Ἂν δ’ ἁρπάσω τι μικρὸν ὕπνου, δακρύω· Φοβεῖ με καὶ εἴδωλα νυκτὸς ἀγρίας,</w:t>
      </w:r>
    </w:p>
    <w:p>
      <w:r>
        <w:rPr>
          <w:rFonts w:ascii="Courier New" w:hAnsi="Courier New"/>
          <w:color w:val="555555"/>
          <w:sz w:val="20"/>
        </w:rPr>
        <w:t>[15]</w:t>
      </w:r>
    </w:p>
    <w:p>
      <w:r>
        <w:rPr>
          <w:rFonts w:ascii="Gentium Plus" w:hAnsi="Gentium Plus"/>
          <w:sz w:val="24"/>
        </w:rPr>
        <w:t>Κρίσις, δικαστὴς ἄῤῥοπος, ἔντρομος στάσις.</w:t>
      </w:r>
    </w:p>
    <w:p>
      <w:r>
        <w:rPr>
          <w:rFonts w:ascii="Courier New" w:hAnsi="Courier New"/>
          <w:color w:val="555555"/>
          <w:sz w:val="20"/>
        </w:rPr>
        <w:t>[663]</w:t>
      </w:r>
    </w:p>
    <w:p>
      <w:r>
        <w:rPr>
          <w:rFonts w:ascii="Gentium Plus" w:hAnsi="Gentium Plus"/>
          <w:sz w:val="24"/>
        </w:rPr>
        <w:t>Πηγὴ παφλάζους’ ἔνθεν ἀσβέστου πυρὸς Σκώληξ ἐκεῖθεν ἐσθίων ἀϊδίως· Μέσον συνειδὸς, ἄγραφος κατήγορος Θεὸς Θεός σοι, ἢν φέρῃ τὰ δεξιά·</w:t>
      </w:r>
    </w:p>
    <w:p>
      <w:r>
        <w:rPr>
          <w:rFonts w:ascii="Courier New" w:hAnsi="Courier New"/>
          <w:color w:val="555555"/>
          <w:sz w:val="20"/>
        </w:rPr>
        <w:t>[5]</w:t>
      </w:r>
    </w:p>
    <w:p>
      <w:r>
        <w:rPr>
          <w:rFonts w:ascii="Gentium Plus" w:hAnsi="Gentium Plus"/>
          <w:sz w:val="24"/>
        </w:rPr>
        <w:t>Ἐμοὶ σεβαστὸς, κἂν φέρῃ τἀναντία. Τὸ γάρ με κάμνειν, φάρμακον σωτηρίας. Ὅσον πιέζομ’, ἔρχομαι τόσῳ πέλας Θεοῦ· τὸ γὰρ πάσχειν με συσφίγγει Θεῷ. Καὶ γὰρ στρατὸς διώκων εἰς τείχη φέρει,</w:t>
      </w:r>
    </w:p>
    <w:p>
      <w:r>
        <w:rPr>
          <w:rFonts w:ascii="Courier New" w:hAnsi="Courier New"/>
          <w:color w:val="555555"/>
          <w:sz w:val="20"/>
        </w:rPr>
        <w:t>[10]</w:t>
      </w:r>
    </w:p>
    <w:p>
      <w:r>
        <w:rPr>
          <w:rFonts w:ascii="Gentium Plus" w:hAnsi="Gentium Plus"/>
          <w:sz w:val="24"/>
        </w:rPr>
        <w:t>Παῖδες, γυνὴ σοὶ καὶ φίλοι παρήγοροι, Ἃ καὶ μεθίσταθ’ ἡ μεγίστη συμφορά. Ἐμοὶ δ’ ἔρεισμα καὶ παραψυχὴ Θεὸς Πεινῶντι, καὶ ῥιγοῦντι καὶ στενουμένῳ. Ὕβριζε, παῖε, δυσγενῆ, πτωχὸν κάλει,</w:t>
      </w:r>
    </w:p>
    <w:p>
      <w:r>
        <w:rPr>
          <w:rFonts w:ascii="Courier New" w:hAnsi="Courier New"/>
          <w:color w:val="555555"/>
          <w:sz w:val="20"/>
        </w:rPr>
        <w:t>[15]</w:t>
      </w:r>
    </w:p>
    <w:p>
      <w:r>
        <w:rPr>
          <w:rFonts w:ascii="Gentium Plus" w:hAnsi="Gentium Plus"/>
          <w:sz w:val="24"/>
        </w:rPr>
        <w:t>Πάτει, βιάζου, μικρὸν ὑβρίσεις χρόνον.</w:t>
      </w:r>
    </w:p>
    <w:p>
      <w:r>
        <w:rPr>
          <w:rFonts w:ascii="Courier New" w:hAnsi="Courier New"/>
          <w:color w:val="555555"/>
          <w:sz w:val="20"/>
        </w:rPr>
        <w:t>[664]</w:t>
      </w:r>
    </w:p>
    <w:p>
      <w:r>
        <w:rPr>
          <w:rFonts w:ascii="Gentium Plus" w:hAnsi="Gentium Plus"/>
          <w:sz w:val="24"/>
        </w:rPr>
        <w:t>Θεῷ φέρω τὰ πάντα πρὸς ὃν καὶ βλέπω. Πέμπω λογισμὸν εἰς βίον τὸν ὕστερον· Ἐκεῖ καθίσταμ’. Οὐδὲν οἶδα τῶν κάτω. Οὕτω τὸ λυποῦν ῥᾳδίως ἐκλύομαι.</w:t>
      </w:r>
    </w:p>
    <w:p>
      <w:r>
        <w:rPr>
          <w:rFonts w:ascii="Courier New" w:hAnsi="Courier New"/>
          <w:color w:val="555555"/>
          <w:sz w:val="20"/>
        </w:rPr>
        <w:t>[5]</w:t>
      </w:r>
    </w:p>
    <w:p>
      <w:r>
        <w:rPr>
          <w:rFonts w:ascii="Gentium Plus" w:hAnsi="Gentium Plus"/>
          <w:sz w:val="24"/>
        </w:rPr>
        <w:t>Τί τ’ ἄλλα; σήμερον δὲ σοὶ μὲν μὴ λαβεῖν Τὴν ψῆφον, οὐ φορητὸν, ὥς γ’ ἐμοὶ δοκεῖ· Οὐ γὰρ φέρει κρατούμενον τὸ κρατοῦν ἀεί. Ἴσον δ’ ἐμοὶ λαβεῖν τε καὶ τὸ μὴ λαβεῖν. Ἀρκεῖ Θεός μοι, κἂν τὰ πάντ’ ἄλλος φέρῃ,</w:t>
      </w:r>
    </w:p>
    <w:p>
      <w:r>
        <w:rPr>
          <w:rFonts w:ascii="Courier New" w:hAnsi="Courier New"/>
          <w:color w:val="555555"/>
          <w:sz w:val="20"/>
        </w:rPr>
        <w:t>[10]</w:t>
      </w:r>
    </w:p>
    <w:p>
      <w:r>
        <w:rPr>
          <w:rFonts w:ascii="Gentium Plus" w:hAnsi="Gentium Plus"/>
          <w:sz w:val="24"/>
        </w:rPr>
        <w:t>Τοῦτ’ εὐκλεὲς μέγιστον εἰς νίκην ἐμοί. Κοσμ. Τί οὖν ἐὰν πέσωσι τῶν ἄκρων τινές; Πν. Τί οὖν ἐὰν πέσωσι καὶ τῶν δευτέρων; Καὶ γὰρ κατορθοῦν ἔστιν ἀμφοῖν, καὶ πεσεῖν. Ἴσον πρὸς ἴσον, ἀλλ’ ἐγὼ χείρους πολὺ</w:t>
      </w:r>
    </w:p>
    <w:p>
      <w:r>
        <w:rPr>
          <w:rFonts w:ascii="Courier New" w:hAnsi="Courier New"/>
          <w:color w:val="555555"/>
          <w:sz w:val="20"/>
        </w:rPr>
        <w:t>[15]</w:t>
      </w:r>
    </w:p>
    <w:p>
      <w:r>
        <w:rPr>
          <w:rFonts w:ascii="Gentium Plus" w:hAnsi="Gentium Plus"/>
          <w:sz w:val="24"/>
        </w:rPr>
        <w:t>Τίθημι τοὺς πίπτοντας ἐν πρώτῳ βίῳ·</w:t>
      </w:r>
    </w:p>
    <w:p>
      <w:r>
        <w:rPr>
          <w:rFonts w:ascii="Courier New" w:hAnsi="Courier New"/>
          <w:color w:val="555555"/>
          <w:sz w:val="20"/>
        </w:rPr>
        <w:t>[665]</w:t>
      </w:r>
    </w:p>
    <w:p>
      <w:r>
        <w:rPr>
          <w:rFonts w:ascii="Gentium Plus" w:hAnsi="Gentium Plus"/>
          <w:sz w:val="24"/>
        </w:rPr>
        <w:t>Τοσοῦτόν εἰμι τοῖς κακοῖς ἐναντίος. Ὧν γὰρ κρατούντων τιμιώτερον κράτος, Τούτων πεσόντων πτῶσις ἀθλιωτέρα. Ἐκεῖνο δ’ αἰτῶ μὴ λογίζεσθαι βίῳ</w:t>
      </w:r>
    </w:p>
    <w:p>
      <w:r>
        <w:rPr>
          <w:rFonts w:ascii="Courier New" w:hAnsi="Courier New"/>
          <w:color w:val="555555"/>
          <w:sz w:val="20"/>
        </w:rPr>
        <w:t>[5]</w:t>
      </w:r>
    </w:p>
    <w:p>
      <w:r>
        <w:rPr>
          <w:rFonts w:ascii="Gentium Plus" w:hAnsi="Gentium Plus"/>
          <w:sz w:val="24"/>
        </w:rPr>
        <w:t>Εἴ τις κάκιστος· τῷ βίῳ γὰρ δυσμενής. Σκοπεῖν δ’ ἐφ’ αὑτῷ καὶ δοκιμάζειν τὸν τρόπον Καλῶν θ’ ὁμοίως καὶ κακῶν κατ’ ἀντίον, Καὶ μὴ τὸ μεῖον ἐν ζυγῷ καταῤῥέπειν, Οὐ γὰρ δίκαιον, ἰσχύειν δὲ τὸ πλέον.</w:t>
      </w:r>
    </w:p>
    <w:p>
      <w:r>
        <w:rPr>
          <w:rFonts w:ascii="Courier New" w:hAnsi="Courier New"/>
          <w:color w:val="555555"/>
          <w:sz w:val="20"/>
        </w:rPr>
        <w:t>[10]</w:t>
      </w:r>
    </w:p>
    <w:p>
      <w:r>
        <w:rPr>
          <w:rFonts w:ascii="Gentium Plus" w:hAnsi="Gentium Plus"/>
          <w:sz w:val="24"/>
        </w:rPr>
        <w:t>Γνοίης δ’ ἂν οὕτω τοῖν βίοιν ὅσον μέσον, Μή μοι τὸν ἄκρον τῶν ὄνων ἵππων κακῷ Ἀντεξετάζειν, μηδὲ κοσμικοῦ βίου Ἄριστον ἄνδρα, τῷ κακίστῳ τῶν ἐμῶν· Κρείττους γὰρ ἂν φανεῖεν, οὐκ ἀρνήσομαι.</w:t>
      </w:r>
    </w:p>
    <w:p>
      <w:r>
        <w:rPr>
          <w:rFonts w:ascii="Courier New" w:hAnsi="Courier New"/>
          <w:color w:val="555555"/>
          <w:sz w:val="20"/>
        </w:rPr>
        <w:t>[15]</w:t>
      </w:r>
    </w:p>
    <w:p>
      <w:r>
        <w:rPr>
          <w:rFonts w:ascii="Gentium Plus" w:hAnsi="Gentium Plus"/>
          <w:sz w:val="24"/>
        </w:rPr>
        <w:t>Εἰ δ’ ἄκρον ἄκρῳ, καὶ κακὸν θείης κακῷ</w:t>
      </w:r>
    </w:p>
    <w:p>
      <w:r>
        <w:rPr>
          <w:rFonts w:ascii="Courier New" w:hAnsi="Courier New"/>
          <w:color w:val="555555"/>
          <w:sz w:val="20"/>
        </w:rPr>
        <w:t>[666]</w:t>
      </w:r>
    </w:p>
    <w:p>
      <w:r>
        <w:rPr>
          <w:rFonts w:ascii="Gentium Plus" w:hAnsi="Gentium Plus"/>
          <w:sz w:val="24"/>
        </w:rPr>
        <w:t>Ἐναντίους, μάθοις ἂν ὁπόσον κρατῶ. Σκόπει κἀκεῖνο, ὅσον ἐν παντὶ χρόνῳ Τὸ πταῖσαι ὑμῖν, καὶ παρ’ ἡμῖν τὸ κρατοῦν. Μίαν δέ φασιν οὐ φέρειν χελιδόνα</w:t>
      </w:r>
    </w:p>
    <w:p>
      <w:r>
        <w:rPr>
          <w:rFonts w:ascii="Courier New" w:hAnsi="Courier New"/>
          <w:color w:val="555555"/>
          <w:sz w:val="20"/>
        </w:rPr>
        <w:t>[5]</w:t>
      </w:r>
    </w:p>
    <w:p>
      <w:r>
        <w:rPr>
          <w:rFonts w:ascii="Gentium Plus" w:hAnsi="Gentium Plus"/>
          <w:sz w:val="24"/>
        </w:rPr>
        <w:t>Ἔαρ τὸ καλὸν, οὐδὲ γὰρ γῆρας τρίχα. Τί φῇς; δίδως τὴν ψῆφον; ἢ χαίρειν ἐῶ; Κριτ. Δίδωμι· πῶς δ’ οὔ; τηνικαῦτ’ οἰήσομαι Χρῆναι προτιμᾷν τὸν κάτω τοῦ σοῦ βίου, Ὅταν Θεῷ βροτῶν τιν’ ἰσώσω μανείς·</w:t>
      </w:r>
    </w:p>
    <w:p>
      <w:r>
        <w:rPr>
          <w:rFonts w:ascii="Courier New" w:hAnsi="Courier New"/>
          <w:color w:val="555555"/>
          <w:sz w:val="20"/>
        </w:rPr>
        <w:t>[10]</w:t>
      </w:r>
    </w:p>
    <w:p>
      <w:r>
        <w:rPr>
          <w:rFonts w:ascii="Gentium Plus" w:hAnsi="Gentium Plus"/>
          <w:sz w:val="24"/>
        </w:rPr>
        <w:t>Εἰ δ’ οὐ μανήσομ’, οὐδὲ τοῦτο πείσομαι. Ἀλλ’ ἄπιτε· λώϊον δ’ ἢν ἔχητ’ εἰρηνικῶς Ἄμφω πρὸς ἀλλήλους τε καὶ Θεὸν μέγαν, Σὺ μὲν νέμων τὰ πρῶτα τῷ πρώτῳ βίῳ,</w:t>
      </w:r>
    </w:p>
    <w:p>
      <w:r>
        <w:rPr>
          <w:rFonts w:ascii="Courier New" w:hAnsi="Courier New"/>
          <w:color w:val="555555"/>
          <w:sz w:val="20"/>
        </w:rPr>
        <w:t>[667]</w:t>
      </w:r>
    </w:p>
    <w:p>
      <w:r>
        <w:rPr>
          <w:rFonts w:ascii="Gentium Plus" w:hAnsi="Gentium Plus"/>
          <w:sz w:val="24"/>
        </w:rPr>
        <w:t>Εἴ τοι τὸ πρῶτον οὐκ ἔχει, τί κωλύει Ἔχειν τὰ δεύτερ’; οὐδὲ τοῦτ’ ἀτιμία. Οὕτως ἂν ἡμῖν ἀσφαλὴς εἴη βίος.</w:t>
      </w:r>
    </w:p>
    <w:p>
      <w:r>
        <w:rPr>
          <w:rFonts w:ascii="Courier New" w:hAnsi="Courier New"/>
          <w:color w:val="555555"/>
          <w:sz w:val="20"/>
        </w:rPr>
        <w:t>[4t]</w:t>
      </w:r>
    </w:p>
    <w:p>
      <w:pPr>
        <w:jc w:val="center"/>
      </w:pPr>
      <w:r>
        <w:rPr>
          <w:rFonts w:ascii="Gentium Plus" w:hAnsi="Gentium Plus"/>
          <w:b/>
          <w:sz w:val="24"/>
        </w:rPr>
        <w:t>Θʹ. Περὶ ἀρετῆς.</w:t>
      </w:r>
    </w:p>
    <w:p>
      <w:r>
        <w:rPr>
          <w:rFonts w:ascii="Courier New" w:hAnsi="Courier New"/>
          <w:color w:val="555555"/>
          <w:sz w:val="20"/>
        </w:rPr>
        <w:t>[5]</w:t>
      </w:r>
    </w:p>
    <w:p>
      <w:r>
        <w:rPr>
          <w:rFonts w:ascii="Gentium Plus" w:hAnsi="Gentium Plus"/>
          <w:sz w:val="24"/>
        </w:rPr>
        <w:t>Τὴν ἀρετὴν ποθέω μὲν, ἀτὰρ τόδε μ’ οὐκ ἐδίδαξεν, Ἥτις δὴ τελέθει, καὶ ὁππόθεν ἵξετ’ ἔμοιγε, Καὶ μάλα περ ποθέοντι. Πόθος δ’ ἀτέλεστος, ἀνίη. Εἰ μὲν δὴ καθαρὸς τελέθει ῥόος, οὐκ ἐπίμικτος Ὕδασι χειμερίοισι, χαραδραίοισί τ’ ἀναύροις,</w:t>
      </w:r>
    </w:p>
    <w:p>
      <w:r>
        <w:rPr>
          <w:rFonts w:ascii="Courier New" w:hAnsi="Courier New"/>
          <w:color w:val="555555"/>
          <w:sz w:val="20"/>
        </w:rPr>
        <w:t>[10]</w:t>
      </w:r>
    </w:p>
    <w:p>
      <w:r>
        <w:rPr>
          <w:rFonts w:ascii="Gentium Plus" w:hAnsi="Gentium Plus"/>
          <w:sz w:val="24"/>
        </w:rPr>
        <w:t>Δίζημ’ ὅς μιν ἔτετμεν ἐπὶ χθονός. Ἢ γὰρ ἀνέσχε Βόρβορον ἐκ κραδίης, ἢ δέξατο, σάρκα βαρεῖαν</w:t>
      </w:r>
    </w:p>
    <w:p>
      <w:r>
        <w:rPr>
          <w:rFonts w:ascii="Courier New" w:hAnsi="Courier New"/>
          <w:color w:val="555555"/>
          <w:sz w:val="20"/>
        </w:rPr>
        <w:t>[668]</w:t>
      </w:r>
    </w:p>
    <w:p>
      <w:r>
        <w:rPr>
          <w:rFonts w:ascii="Gentium Plus" w:hAnsi="Gentium Plus"/>
          <w:sz w:val="24"/>
        </w:rPr>
        <w:t>Ἕλκων, καὶ ζοφόεντι θολούμενος ἔκτοθεν ἐχθρῷ Ζωῆς ἡμετέρης, καὶ ἰλυόεντι βερέθρῳ. Οὐδὲ γὰρ ἦεν ἐοικὸς, ἐπεὶ ῥύσις εἰμὶ παγεῖσα, Καὶ ῥευστοῦ βιότοιο διεκρέω, ἔμμεν’ ἄρευστον.</w:t>
      </w:r>
    </w:p>
    <w:p>
      <w:r>
        <w:rPr>
          <w:rFonts w:ascii="Courier New" w:hAnsi="Courier New"/>
          <w:color w:val="555555"/>
          <w:sz w:val="20"/>
        </w:rPr>
        <w:t>[5]</w:t>
      </w:r>
    </w:p>
    <w:p>
      <w:r>
        <w:rPr>
          <w:rFonts w:ascii="Gentium Plus" w:hAnsi="Gentium Plus"/>
          <w:sz w:val="24"/>
        </w:rPr>
        <w:t>Εἰ δ’ οὐκ ἀργύρεος πάντη ῥόος, ἀλλ’ ἐπίμικτος Ἔστι χειροτέροις ἀρετὴ, καὶ μίξις ἄκοσμος, Πῶς ἀρετὴ τελέθει, τάδε φράζεο. Καὶ γὰρ ἔγωγε Τῇ καὶ τῇ νόον ὠκὺν ἐπὶ στήθεσσιν ἑλίσσω. Ψυχρὴ μὲν χιόνος φύσις ἔπλετο, ἀργυρέη τε</w:t>
      </w:r>
    </w:p>
    <w:p>
      <w:r>
        <w:rPr>
          <w:rFonts w:ascii="Courier New" w:hAnsi="Courier New"/>
          <w:color w:val="555555"/>
          <w:sz w:val="20"/>
        </w:rPr>
        <w:t>[10]</w:t>
      </w:r>
    </w:p>
    <w:p>
      <w:r>
        <w:rPr>
          <w:rFonts w:ascii="Gentium Plus" w:hAnsi="Gentium Plus"/>
          <w:sz w:val="24"/>
        </w:rPr>
        <w:t>Ξανθὴ δ’ αὖ θερμή τε πυρὸς φύσις, οὐδ’ ἐπίμικτα Ταῦτα πέλει. Ἐλύθη δὲ βίη πάρος, ἢ ἀνεμίχθη.</w:t>
      </w:r>
    </w:p>
    <w:p>
      <w:r>
        <w:rPr>
          <w:rFonts w:ascii="Courier New" w:hAnsi="Courier New"/>
          <w:color w:val="555555"/>
          <w:sz w:val="20"/>
        </w:rPr>
        <w:t>[669]</w:t>
      </w:r>
    </w:p>
    <w:p>
      <w:r>
        <w:rPr>
          <w:rFonts w:ascii="Gentium Plus" w:hAnsi="Gentium Plus"/>
          <w:sz w:val="24"/>
        </w:rPr>
        <w:t>Εἰκόνα τὴν μεγάλοιο Θεοῦ, κακόχαρτος ἁμαρτὰς, Εἰ ἐτεὸν Θεός εἰμι, λάχος δὲ σὸν εὔχομαι εἶναι. Πυνθάνομ’ Ἀλφειοῖο καλὸν ῥόον, ὡς διὰ πικρῆς Ἔρχεθ’ ἁλὸς, μέγα θαῦμα, γλυκὺς ῥόος, οὐδ’ ἐπίμικτος</w:t>
      </w:r>
    </w:p>
    <w:p>
      <w:r>
        <w:rPr>
          <w:rFonts w:ascii="Courier New" w:hAnsi="Courier New"/>
          <w:color w:val="555555"/>
          <w:sz w:val="20"/>
        </w:rPr>
        <w:t>[5]</w:t>
      </w:r>
    </w:p>
    <w:p>
      <w:r>
        <w:rPr>
          <w:rFonts w:ascii="Gentium Plus" w:hAnsi="Gentium Plus"/>
          <w:sz w:val="24"/>
        </w:rPr>
        <w:t>Ἡ λώβη τελέθει. Λώβη δέ τε ἠέρος ἀχλὺς, Καὶ νοῦσος μελέων· ἀρετῆς δέ τε, ἡμετέρη νύξ. Πολλάκι ταρσὸν ἄειρα πρὸς αἰθέρα, καί με βαρεῖα Τηκεδανή τε μέριμνα χαμαὶ βάλε· πολλάκι δ’ αὖτε Αὐγασάμην θεότητος ἁγνὸν φάος, ἀλλὰ μέσον τι</w:t>
      </w:r>
    </w:p>
    <w:p>
      <w:r>
        <w:rPr>
          <w:rFonts w:ascii="Courier New" w:hAnsi="Courier New"/>
          <w:color w:val="555555"/>
          <w:sz w:val="20"/>
        </w:rPr>
        <w:t>[10]</w:t>
      </w:r>
    </w:p>
    <w:p>
      <w:r>
        <w:rPr>
          <w:rFonts w:ascii="Gentium Plus" w:hAnsi="Gentium Plus"/>
          <w:sz w:val="24"/>
        </w:rPr>
        <w:t>Ἦλθε νέφος, κρύφθη δὲ σέλας μέγα, καί μ’ ἐδάϊξεν, Ὡς φύγεν ἐγγὺς ἐόντα. Τίς ὁ φθόνος; ἢ ποθέεσθαι Αἰὲν ἐμοὶ ποθέει θνητοῦ νόμος, ἢ τόδ’ ἄμεινον</w:t>
      </w:r>
    </w:p>
    <w:p>
      <w:r>
        <w:rPr>
          <w:rFonts w:ascii="Courier New" w:hAnsi="Courier New"/>
          <w:color w:val="555555"/>
          <w:sz w:val="20"/>
        </w:rPr>
        <w:t>[670]</w:t>
      </w:r>
    </w:p>
    <w:p>
      <w:r>
        <w:rPr>
          <w:rFonts w:ascii="Gentium Plus" w:hAnsi="Gentium Plus"/>
          <w:sz w:val="24"/>
        </w:rPr>
        <w:t>Ἔστιν ἐμοὶ, μόχθῳ μὲν ἑλεῖν, μόχθῳ δὲ φυλάξαι, Τοῦτο γὰρ ἔμπεδόν ἐστιν, ὃ νοῦς κάμε. Πολλάκι δ’ αὖτε Ἐσθλοῦ τ’ ἠδὲ κακοῖο διάκρισιν ἐχθρὸς ἄμερσεν, Ὡς θὴρ κερδαλέος τις ἐπ’ ἴχνεσιν ἴχνια βάλλων,</w:t>
      </w:r>
    </w:p>
    <w:p>
      <w:r>
        <w:rPr>
          <w:rFonts w:ascii="Courier New" w:hAnsi="Courier New"/>
          <w:color w:val="555555"/>
          <w:sz w:val="20"/>
        </w:rPr>
        <w:t>[5]</w:t>
      </w:r>
    </w:p>
    <w:p>
      <w:r>
        <w:rPr>
          <w:rFonts w:ascii="Gentium Plus" w:hAnsi="Gentium Plus"/>
          <w:sz w:val="24"/>
        </w:rPr>
        <w:t>Ὥς κεν θηρητῆρα καλοῦ πλάξειε δόλοισιν. Ἄλλοτι σὰρξ μὲν ἄνωξεν ἐμοὶ φίλον, ἄλλο δ’ ἐφετμὴ, Ἄλλο Θεὸς, φθόνος ἄλλο, χρόνος τὸ μὲν, ἄλλο τι δ’ αἰών. Ἔρδω δ’, ὃ στυγέω, καὶ ἀμφιγέγηθα κακοῖσι. Καὶ γελόω μόρον αἰνὸν ἐνὶ σπλάγχνοισιν ἐμοῖσι,</w:t>
      </w:r>
    </w:p>
    <w:p>
      <w:r>
        <w:rPr>
          <w:rFonts w:ascii="Courier New" w:hAnsi="Courier New"/>
          <w:color w:val="555555"/>
          <w:sz w:val="20"/>
        </w:rPr>
        <w:t>[10]</w:t>
      </w:r>
    </w:p>
    <w:p>
      <w:r>
        <w:rPr>
          <w:rFonts w:ascii="Gentium Plus" w:hAnsi="Gentium Plus"/>
          <w:sz w:val="24"/>
        </w:rPr>
        <w:t>Σαρδάνιον, κακόχαρτον, ἐπεὶ καὶ τερπνὸς ὄλεθρος. Νῦν χθαμαλὸς, νῦν αὖτε μετήορος· ὕβριν ἀτίζων Σήμερον, ὑβριστὴς δ’ ἄρ’ ἐς αὔριον· ἄλλος ἐν ἄλλοις</w:t>
      </w:r>
    </w:p>
    <w:p>
      <w:r>
        <w:rPr>
          <w:rFonts w:ascii="Courier New" w:hAnsi="Courier New"/>
          <w:color w:val="555555"/>
          <w:sz w:val="20"/>
        </w:rPr>
        <w:t>[671]</w:t>
      </w:r>
    </w:p>
    <w:p>
      <w:r>
        <w:rPr>
          <w:rFonts w:ascii="Gentium Plus" w:hAnsi="Gentium Plus"/>
          <w:sz w:val="24"/>
        </w:rPr>
        <w:t>Δάκρυα θερμὰ χέων, ἡ δ’ οὐ συνέρευσεν ἁμαρτάς. Καὶ τὰ μὲν ἐξεκένωσα, τὰ δ’ ἔνδοθεν αὖθις ἀγείρω Ἄλλαις ἀμπλακίῃσιν, ἄκους δέ τε φάρμακα ῥίψα. Σάρκεσι παρθένος εἰμὶ, καὶ εἰ φρεσὶν, οὐ σάφα οἶδα.</w:t>
      </w:r>
    </w:p>
    <w:p>
      <w:r>
        <w:rPr>
          <w:rFonts w:ascii="Courier New" w:hAnsi="Courier New"/>
          <w:color w:val="555555"/>
          <w:sz w:val="20"/>
        </w:rPr>
        <w:t>[5]</w:t>
      </w:r>
    </w:p>
    <w:p>
      <w:r>
        <w:rPr>
          <w:rFonts w:ascii="Gentium Plus" w:hAnsi="Gentium Plus"/>
          <w:sz w:val="24"/>
        </w:rPr>
        <w:t>Αἰδὼς ὄμμ’ ἐκάλυψε, νόος δ’ ἀνένευσεν ἀναιδὴς, Ὀξυφαὴς ξείνοισι κακοῖς, ἰδίοις δέ τ’ ἀφεγγής. Οὐράνιος μύθοισιν, ἐπιχθόνιος πραπίδεσσιν Εἰμὶ, γαληνιόων τε, καὶ εὔδιος· εἰ δ’ ἄρ’ ἀήτης Καὶ τυτθὸς πνεύσειεν, ἀνίσταμαι οἰδαλέοισι</w:t>
      </w:r>
    </w:p>
    <w:p>
      <w:r>
        <w:rPr>
          <w:rFonts w:ascii="Courier New" w:hAnsi="Courier New"/>
          <w:color w:val="555555"/>
          <w:sz w:val="20"/>
        </w:rPr>
        <w:t>[10]</w:t>
      </w:r>
    </w:p>
    <w:p>
      <w:r>
        <w:rPr>
          <w:rFonts w:ascii="Gentium Plus" w:hAnsi="Gentium Plus"/>
          <w:sz w:val="24"/>
        </w:rPr>
        <w:t>Κύμασιν, οὐδ’ ἀπέληξε ῥόθος πάρος, ἠὲ γενέσθαι Νηνεμίην. Τῆμος δὲ πεσεῖν χόλον, οὐ μέγα θαῦμα. Πολλάκι δ’ εὐδρομέοντα σὺν ἐλπωρῇσιν ἀρίσταις, Ἤδη καὶ μεσάτης ἀρετῆς ὑπερεκτείνοντα,</w:t>
      </w:r>
    </w:p>
    <w:p>
      <w:r>
        <w:rPr>
          <w:rFonts w:ascii="Courier New" w:hAnsi="Courier New"/>
          <w:color w:val="555555"/>
          <w:sz w:val="20"/>
        </w:rPr>
        <w:t>[672]</w:t>
      </w:r>
    </w:p>
    <w:p>
      <w:r>
        <w:rPr>
          <w:rFonts w:ascii="Gentium Plus" w:hAnsi="Gentium Plus"/>
          <w:sz w:val="24"/>
        </w:rPr>
        <w:t>Ἐξαπίνης παλίνορσον ὑπὸ προπόδεσσιν ἔθηκεν, Ὥς τε κατὰ ψαμάθοιο φέρων πόδα λοίγιος ἐχθρὸς, Κλεπτομένης προπάροιθεν ὑπ’ ἴχνεσιν ἀστατέουσιν· Αὖθις ἀνέρχομ’ ἔγωγε, καὶ ἔμπαλιν ἔρχομ’ ὀπίσσω.</w:t>
      </w:r>
    </w:p>
    <w:p>
      <w:r>
        <w:rPr>
          <w:rFonts w:ascii="Courier New" w:hAnsi="Courier New"/>
          <w:color w:val="555555"/>
          <w:sz w:val="20"/>
        </w:rPr>
        <w:t>[5]</w:t>
      </w:r>
    </w:p>
    <w:p>
      <w:r>
        <w:rPr>
          <w:rFonts w:ascii="Gentium Plus" w:hAnsi="Gentium Plus"/>
          <w:sz w:val="24"/>
        </w:rPr>
        <w:t>Πλεῖον ἔτ’ ἢ τοπάροιθε δυσάμμορος, αἰὲν ὁδεύων, Αἰὲν ἔχων μέγα τάρβος, ἔβην μόγις, ὦκα δ’ ὄλισθον. Μακρός μοι βίος ἐστὶ, καὶ οὐκ ἐθέλω βιότοιο Λύσιν, ἄκος ποθέων, ἄκος δέ τε τῆλ’ ἀπ’ ἐμεῖο, Ἤμασι πλειοτέροισι πλέον κακότητος ἀγείρων.</w:t>
      </w:r>
    </w:p>
    <w:p>
      <w:r>
        <w:rPr>
          <w:rFonts w:ascii="Courier New" w:hAnsi="Courier New"/>
          <w:color w:val="555555"/>
          <w:sz w:val="20"/>
        </w:rPr>
        <w:t>[10]</w:t>
      </w:r>
    </w:p>
    <w:p>
      <w:r>
        <w:rPr>
          <w:rFonts w:ascii="Gentium Plus" w:hAnsi="Gentium Plus"/>
          <w:sz w:val="24"/>
        </w:rPr>
        <w:t>Τοὔνεκεν ἡμετέρῃ γενεῇ τόδε δόγμα πεπήχθω· Πρώτη μὲν Τριάδος καθαρὴ φύσις· αὐτὰρ ἔπειτα, Ἀγγελική· τριτάτη δ’ ἄρ’ ἐγὼ βροτὸς, ἀμφιτάλαντος,</w:t>
      </w:r>
    </w:p>
    <w:p>
      <w:r>
        <w:rPr>
          <w:rFonts w:ascii="Courier New" w:hAnsi="Courier New"/>
          <w:color w:val="555555"/>
          <w:sz w:val="20"/>
        </w:rPr>
        <w:t>[673]</w:t>
      </w:r>
    </w:p>
    <w:p>
      <w:r>
        <w:rPr>
          <w:rFonts w:ascii="Gentium Plus" w:hAnsi="Gentium Plus"/>
          <w:sz w:val="24"/>
        </w:rPr>
        <w:t>Ἑστηὼς, ἐρίδωρον ἔχων τέλος, ἀλλ’ ἐπίμοχθον, Εἰ καὶ μικρὸν ἔῳξα κακοῦ βιότοιο θύρετρα. Ὧδε Θεὸς γὰρ ἄνωξεν ἐμῆς φρενὸς ἔμμεν’ ἄεθλον. Κεῖνος δ’ ἐστὶν ἄριστος, ὃς ἐν πλεόνεσσι κακοῖσι</w:t>
      </w:r>
    </w:p>
    <w:p>
      <w:r>
        <w:rPr>
          <w:rFonts w:ascii="Courier New" w:hAnsi="Courier New"/>
          <w:color w:val="555555"/>
          <w:sz w:val="20"/>
        </w:rPr>
        <w:t>[5]</w:t>
      </w:r>
    </w:p>
    <w:p>
      <w:r>
        <w:rPr>
          <w:rFonts w:ascii="Gentium Plus" w:hAnsi="Gentium Plus"/>
          <w:sz w:val="24"/>
        </w:rPr>
        <w:t>Βαιὰ φέρει κακίης ἰνδάλματα, καὶ πρὸς ἄναντες Σπεύδει σὺν μεγάλοιο Θεοῦ χερὶ, θερμὸν ἔρωτα Τῆς ἀρετῆς φορέων, κακίης δέ τε νῶτα διώκων. Ὥς τε ῥόος ποταμοῖο βιώμενος ἄλλο ῥέεθρον Τρηχαλέον, θολερόν τε καὶ ἄγριον, εἰ δὲ μιγείη,</w:t>
      </w:r>
    </w:p>
    <w:p>
      <w:r>
        <w:rPr>
          <w:rFonts w:ascii="Courier New" w:hAnsi="Courier New"/>
          <w:color w:val="555555"/>
          <w:sz w:val="20"/>
        </w:rPr>
        <w:t>[10]</w:t>
      </w:r>
    </w:p>
    <w:p>
      <w:r>
        <w:rPr>
          <w:rFonts w:ascii="Gentium Plus" w:hAnsi="Gentium Plus"/>
          <w:sz w:val="24"/>
        </w:rPr>
        <w:t>Κρύπτων πλειοτέρῳ καθαρῷ ῥόον ἰλυόεντα· Ἥδ’ ἀρετὴ πλεκτοῖο, τὸ δὲ πλέον οὐρανιώνων. Εἰ δέ τις ἐνθάδ’ ἐὼν Θεὸν ἔδρακεν, ἢ πρὸς ἄνακτα</w:t>
      </w:r>
    </w:p>
    <w:p>
      <w:r>
        <w:rPr>
          <w:rFonts w:ascii="Courier New" w:hAnsi="Courier New"/>
          <w:color w:val="555555"/>
          <w:sz w:val="20"/>
        </w:rPr>
        <w:t>[674]</w:t>
      </w:r>
    </w:p>
    <w:p>
      <w:r>
        <w:rPr>
          <w:rFonts w:ascii="Gentium Plus" w:hAnsi="Gentium Plus"/>
          <w:sz w:val="24"/>
        </w:rPr>
        <w:t>Ἔδραμε σάρκα βαρεῖαν ἐς οὐρανὸν ἔνθεν ἀείρας, Τοῦτο Θεοῦ γέρας ἐστί. Βροτοῖς δέ τε μέτρ’ ἐπικείσθω. Εἰ δ’ ἄγε τοι καὶ τοῦτον ἐγὼ λόγον ἐν φρεσὶ θήσω, Πῶς κεν τῆς μεγάλης ἀρετῆς ἐπὶ τέλσον ἵκηαι,</w:t>
      </w:r>
    </w:p>
    <w:p>
      <w:r>
        <w:rPr>
          <w:rFonts w:ascii="Courier New" w:hAnsi="Courier New"/>
          <w:color w:val="555555"/>
          <w:sz w:val="20"/>
        </w:rPr>
        <w:t>[5]</w:t>
      </w:r>
    </w:p>
    <w:p>
      <w:r>
        <w:rPr>
          <w:rFonts w:ascii="Gentium Plus" w:hAnsi="Gentium Plus"/>
          <w:sz w:val="24"/>
        </w:rPr>
        <w:t>Ἣ μούνη καθαρῷ καθαρὸν θύος. Οὐ μὲν ὀΐω Ἐνθάδε. Πουλύχοος γὰρ ἐπ’ ὄμμασιν ἐνθάδε καπνός· Στέργω δ’, εἴ κεν ἔπειτα λίπω κακὰ δακρυόεντα. Οὐκ οἶον μεγάλοιο Θεοῦ τότε δῶρον ἐτύχθη, Εἰκόνα περ τίοντος, ἐπεὶ καὶ σεῖο μενοινῆς,</w:t>
      </w:r>
    </w:p>
    <w:p>
      <w:r>
        <w:rPr>
          <w:rFonts w:ascii="Courier New" w:hAnsi="Courier New"/>
          <w:color w:val="555555"/>
          <w:sz w:val="20"/>
        </w:rPr>
        <w:t>[10]</w:t>
      </w:r>
    </w:p>
    <w:p>
      <w:r>
        <w:rPr>
          <w:rFonts w:ascii="Gentium Plus" w:hAnsi="Gentium Plus"/>
          <w:sz w:val="24"/>
        </w:rPr>
        <w:t>Οὔτε σέο φρενὸς οἶον, ἐπεὶ καὶ κρείσσονος ἀλκῆς,</w:t>
      </w:r>
    </w:p>
    <w:p>
      <w:r>
        <w:rPr>
          <w:rFonts w:ascii="Courier New" w:hAnsi="Courier New"/>
          <w:color w:val="555555"/>
          <w:sz w:val="20"/>
        </w:rPr>
        <w:t>[675]</w:t>
      </w:r>
    </w:p>
    <w:p>
      <w:r>
        <w:rPr>
          <w:rFonts w:ascii="Gentium Plus" w:hAnsi="Gentium Plus"/>
          <w:sz w:val="24"/>
        </w:rPr>
        <w:t>Ὡς οὐδ’ ὄψις ἔμοιγε μόνη θηήσατο λευστὰ, Καὶ μάλα δερκομένη περ, ἑκὰς μεγάλου Φαέθοντος· Αὐτὸς δ’ ὄμματ’ ἔλαμψε, καὶ ὄμμασιν αὐτὸς ἐφάνθη. Δοιαὶ μὲν μεγάλοιο Θεοῦ πρὸς κρείσσονα μοῖραι,</w:t>
      </w:r>
    </w:p>
    <w:p>
      <w:r>
        <w:rPr>
          <w:rFonts w:ascii="Courier New" w:hAnsi="Courier New"/>
          <w:color w:val="555555"/>
          <w:sz w:val="20"/>
        </w:rPr>
        <w:t>[5]</w:t>
      </w:r>
    </w:p>
    <w:p>
      <w:r>
        <w:rPr>
          <w:rFonts w:ascii="Gentium Plus" w:hAnsi="Gentium Plus"/>
          <w:sz w:val="24"/>
        </w:rPr>
        <w:t>Πρώτη θ’ ὑστατίη τε, ἴη δέ τε καὶ παρ’ ἐμοῖο. Κεῖνος δεκτὸν ἔθηκε καλοῦ, καὶ κάρτος ὀπάζει. Αὐτὸς δ’ ἐν μεσάτῳ σταδιηδρόμος οὐ μάλ’ ἐλαφρὸς Ἔρχομαι, οὐκ ἀγέραστος, ἐν ἅλμασι κῶλα τιταίνων Χριστὸν ἔχων πνοιὴν, Χριστὸν σθένος, ὄλβον ἀγητὸν,</w:t>
      </w:r>
    </w:p>
    <w:p>
      <w:r>
        <w:rPr>
          <w:rFonts w:ascii="Courier New" w:hAnsi="Courier New"/>
          <w:color w:val="555555"/>
          <w:sz w:val="20"/>
        </w:rPr>
        <w:t>[10]</w:t>
      </w:r>
    </w:p>
    <w:p>
      <w:r>
        <w:rPr>
          <w:rFonts w:ascii="Gentium Plus" w:hAnsi="Gentium Plus"/>
          <w:sz w:val="24"/>
        </w:rPr>
        <w:t>Ὅς με καὶ ὠπήεντα καὶ εὐδρομέοντα τίθησι. Κείνου δ’ ἐκτὸς, ἅπαντες ἐτώσια παίγνια θνητοὶ, Καὶ νέκυες ζώοντες, ὀδωδότες ἀμπλακίῃσιν.</w:t>
      </w:r>
    </w:p>
    <w:p>
      <w:r>
        <w:rPr>
          <w:rFonts w:ascii="Courier New" w:hAnsi="Courier New"/>
          <w:color w:val="555555"/>
          <w:sz w:val="20"/>
        </w:rPr>
        <w:t>[676]</w:t>
      </w:r>
    </w:p>
    <w:p>
      <w:r>
        <w:rPr>
          <w:rFonts w:ascii="Gentium Plus" w:hAnsi="Gentium Plus"/>
          <w:sz w:val="24"/>
        </w:rPr>
        <w:t>Οὐδὲ γὰρ ἠέρος ἐκτὸς ἴδες πωτώμενον ὄρνιν, Οὐδὲ μὲν ὕδατος ἐκτὸς ἁλίδρομος ἔπτατο δελφίς. Ὣς οὐδὲ Χριστοῖο δίχα βροτὸς ἴχνος ἀείρει. Τῷ μή μοι λίην μεγαλίζεο, μηδ’ ἐπὶ σεῖο</w:t>
      </w:r>
    </w:p>
    <w:p>
      <w:r>
        <w:rPr>
          <w:rFonts w:ascii="Courier New" w:hAnsi="Courier New"/>
          <w:color w:val="555555"/>
          <w:sz w:val="20"/>
        </w:rPr>
        <w:t>[5]</w:t>
      </w:r>
    </w:p>
    <w:p>
      <w:r>
        <w:rPr>
          <w:rFonts w:ascii="Gentium Plus" w:hAnsi="Gentium Plus"/>
          <w:sz w:val="24"/>
        </w:rPr>
        <w:t>Κάρτος ἔχειν πραπίδεσσι, καὶ εἰ μάλα πάνσοφος εἴης. Μηδέ τιν’ εἰσορέων χθαμαλώτερον ὑψός’ ἀερθῇς, Ὡς πάντων κρατέων, καὶ τέρματος ἆσσον ἐλαύνων. Τέρματος ἐντὸς ἔμεινεν, ὃς οὐκ ἴδε τέρμα πορείης. Λίην μὴ τρομέειν, λίην δέ τε μὴ βλεμεαίνειν.</w:t>
      </w:r>
    </w:p>
    <w:p>
      <w:r>
        <w:rPr>
          <w:rFonts w:ascii="Courier New" w:hAnsi="Courier New"/>
          <w:color w:val="555555"/>
          <w:sz w:val="20"/>
        </w:rPr>
        <w:t>[10]</w:t>
      </w:r>
    </w:p>
    <w:p>
      <w:r>
        <w:rPr>
          <w:rFonts w:ascii="Gentium Plus" w:hAnsi="Gentium Plus"/>
          <w:sz w:val="24"/>
        </w:rPr>
        <w:t>Εἰς γῆν ὕψος ἔθηκεν, ἐς οὐρανὸν ἐλπὶς ἄειρε, Καί ῥ’ ὑπεροπλίῃσι Θεὸς κοτέει μεγάλῃσι.</w:t>
      </w:r>
    </w:p>
    <w:p>
      <w:r>
        <w:rPr>
          <w:rFonts w:ascii="Courier New" w:hAnsi="Courier New"/>
          <w:color w:val="555555"/>
          <w:sz w:val="20"/>
        </w:rPr>
        <w:t>[677]</w:t>
      </w:r>
    </w:p>
    <w:p>
      <w:r>
        <w:rPr>
          <w:rFonts w:ascii="Gentium Plus" w:hAnsi="Gentium Plus"/>
          <w:sz w:val="24"/>
        </w:rPr>
        <w:t>Καὶ τὸ σαοφροσύνης, μέτρ’ ἴδμεναι ἧς βιοτῆτος. Ἶσόν τι κακόν ἐστιν ἀπ’ ἐλπίδος ἐσθλὰ τίθεσθαι, Καὶ μέγα θάρσος ἔχειν, ὡς εὐπετὲς ἔμμεν’ ἄριστον. Ἀμφοτέρως κεν ὁδοῖο κακὴν στάσιν ἐν φρεσὶ θείης.</w:t>
      </w:r>
    </w:p>
    <w:p>
      <w:r>
        <w:rPr>
          <w:rFonts w:ascii="Courier New" w:hAnsi="Courier New"/>
          <w:color w:val="555555"/>
          <w:sz w:val="20"/>
        </w:rPr>
        <w:t>[5]</w:t>
      </w:r>
    </w:p>
    <w:p>
      <w:r>
        <w:rPr>
          <w:rFonts w:ascii="Gentium Plus" w:hAnsi="Gentium Plus"/>
          <w:sz w:val="24"/>
        </w:rPr>
        <w:t>Αἰεί σοι τὸ βέλεμνον ἐπίσκοπον ἐν χερὶ κείσθω· Μηδὲν ὑπερπέμπειν Χριστοῦ μεγάλοιο ἐφετμῆς, Μηδὲ μὲν ἐντὸς ἄγειν· ἀβλὴς σκοπὸς ἀμφοτέρωθεν. Πολλάκι καὶ τὸ περισσὸν ἀχρήϊον, εὖτε νέοιο Κύδεος ἱμείροντες, ὑπέρτονα τοξεύοιμεν.</w:t>
      </w:r>
    </w:p>
    <w:p>
      <w:r>
        <w:rPr>
          <w:rFonts w:ascii="Courier New" w:hAnsi="Courier New"/>
          <w:color w:val="555555"/>
          <w:sz w:val="20"/>
        </w:rPr>
        <w:t>[10]</w:t>
      </w:r>
    </w:p>
    <w:p>
      <w:r>
        <w:rPr>
          <w:rFonts w:ascii="Gentium Plus" w:hAnsi="Gentium Plus"/>
          <w:sz w:val="24"/>
        </w:rPr>
        <w:t>Ἢν μεγαλοφρονέῃς, μνήσω ς’ ὅθεν ἐς βίον ἦλθες, Τίς μὲν ἔης τοπάροιθε, τίς ἐν σπλάγχνοισιν ἐκεύθου, Τίς δ’ ἄρ’ ἔσῃ μετέπειτα, κόνις, καὶ σητὸς ἐδωδὴ, Μηδὲν ἀκιδνοτάτοιο φέρων πλέον ἐν νεκύεσσιν.</w:t>
      </w:r>
    </w:p>
    <w:p>
      <w:r>
        <w:rPr>
          <w:rFonts w:ascii="Courier New" w:hAnsi="Courier New"/>
          <w:color w:val="555555"/>
          <w:sz w:val="20"/>
        </w:rPr>
        <w:t>[678]</w:t>
      </w:r>
    </w:p>
    <w:p>
      <w:r>
        <w:rPr>
          <w:rFonts w:ascii="Gentium Plus" w:hAnsi="Gentium Plus"/>
          <w:sz w:val="24"/>
        </w:rPr>
        <w:t>Ἢν χθαμαλοφρονέῃς, πλάσμα Χριστοῖο τέτυξαι, Καὶ πνοὴ, μοίρη τε σεβάσμιος, ἔνθεν ἐπήχθης, Οὐράνιος, χθόνιος, τυκτὸς Θεὸς, ἔργον ἄληστον, Τοῖς Χριστοῦ παθέεσσιν ἐς ἄφθιτον εὖχος ὁδεύων.</w:t>
      </w:r>
    </w:p>
    <w:p>
      <w:r>
        <w:rPr>
          <w:rFonts w:ascii="Courier New" w:hAnsi="Courier New"/>
          <w:color w:val="555555"/>
          <w:sz w:val="20"/>
        </w:rPr>
        <w:t>[5]</w:t>
      </w:r>
    </w:p>
    <w:p>
      <w:r>
        <w:rPr>
          <w:rFonts w:ascii="Gentium Plus" w:hAnsi="Gentium Plus"/>
          <w:sz w:val="24"/>
        </w:rPr>
        <w:t>Τοὔνεκα μὴ σάρκεσσι χαρίζεο, μὴ τὰ περισσὰ Τοῦδε βίου φιλέειν, νηὸν δέ τε λῴονα τεύχειν. Νηὸς γὰρ μεγάλοιο Θεοῦ βροτὸς, ὅνπερ ἔτευξε Κινύμενος γαίηθεν, ἐς οὐρανὸν αἰὲν ὁδεύων. Τόν περ ἐγὼ κέλομαί σε θυώδεα πᾶσι φυλάσσειν</w:t>
      </w:r>
    </w:p>
    <w:p>
      <w:r>
        <w:rPr>
          <w:rFonts w:ascii="Courier New" w:hAnsi="Courier New"/>
          <w:color w:val="555555"/>
          <w:sz w:val="20"/>
        </w:rPr>
        <w:t>[10]</w:t>
      </w:r>
    </w:p>
    <w:p>
      <w:r>
        <w:rPr>
          <w:rFonts w:ascii="Gentium Plus" w:hAnsi="Gentium Plus"/>
          <w:sz w:val="24"/>
        </w:rPr>
        <w:t>Ἔργμασιν ἠδὲ λόγοισιν, ἀεὶ Θεὸν ἐντὸς ἔχοντα, Αἰὲν ἄριστον ἐόντα, ἐτήτυμον, οὐ δοκέοντα. Μὴ ναῦν μιλτοπάρῃον, ἐΰχροον, ἢ παρασήμοις</w:t>
      </w:r>
    </w:p>
    <w:p>
      <w:r>
        <w:rPr>
          <w:rFonts w:ascii="Courier New" w:hAnsi="Courier New"/>
          <w:color w:val="555555"/>
          <w:sz w:val="20"/>
        </w:rPr>
        <w:t>[679]</w:t>
      </w:r>
    </w:p>
    <w:p>
      <w:r>
        <w:rPr>
          <w:rFonts w:ascii="Gentium Plus" w:hAnsi="Gentium Plus"/>
          <w:sz w:val="24"/>
        </w:rPr>
        <w:t>Ἀλλ’ ἐσθλὴν γόμφοισιν, ἐΰπλοον, εὖ ἀραρυῖαν Χείρεσι ναυπηγοῖο, δι’ οἴδματος ὦκα φέρουσαν. Πᾶς μὲν ἴοι προπάροιθε, Θεοῦ δέ τε πάντες ἔχοισθε, Ὃς σοφὸς, ὃς σθεναρὸς, ὃς πλούσιος, ὅς τ’ ἐπιδευὴς,</w:t>
      </w:r>
    </w:p>
    <w:p>
      <w:r>
        <w:rPr>
          <w:rFonts w:ascii="Courier New" w:hAnsi="Courier New"/>
          <w:color w:val="555555"/>
          <w:sz w:val="20"/>
        </w:rPr>
        <w:t>[5]</w:t>
      </w:r>
    </w:p>
    <w:p>
      <w:r>
        <w:rPr>
          <w:rFonts w:ascii="Gentium Plus" w:hAnsi="Gentium Plus"/>
          <w:sz w:val="24"/>
        </w:rPr>
        <w:t>Ἕρματος ἀψεύστοιο. Πρυμνήσια κεῖθεν ἀνήφθω Πᾶσιν, ἐμοὶ δὲ μάλιστα, ὃς ἕζομαι ὑψιθόωκος, Λαὸν ἄγων θυέεσσι πρὸς οὐρανὸν, ᾧ τόσον ἄχθος Χριστὸν ἀτιμάζοντι μελαινομέναις πραπίδεσσιν,</w:t>
      </w:r>
    </w:p>
    <w:p>
      <w:r>
        <w:rPr>
          <w:rFonts w:ascii="Courier New" w:hAnsi="Courier New"/>
          <w:color w:val="555555"/>
          <w:sz w:val="20"/>
        </w:rPr>
        <w:t>[680]</w:t>
      </w:r>
    </w:p>
    <w:p>
      <w:r>
        <w:rPr>
          <w:rFonts w:ascii="Gentium Plus" w:hAnsi="Gentium Plus"/>
          <w:sz w:val="24"/>
        </w:rPr>
        <w:t>Ὁσσάτιον κλέος ἐσθλὸν ἐπὴν θεότητι πελάζω. Καὶ γὰρ δὴ μέτροισι Θεοῦ καὶ μέτρα βίοιο Ἕσπεται, ὡς δὲ μέτροισι βίου καὶ μέτρα Θεοῖο. Ὧδ’ ἄν μοι φρονέων, βίον ἔμπεδον ἐνθάδ’ ἐλαύνοις</w:t>
      </w:r>
    </w:p>
    <w:p>
      <w:r>
        <w:rPr>
          <w:rFonts w:ascii="Courier New" w:hAnsi="Courier New"/>
          <w:color w:val="555555"/>
          <w:sz w:val="20"/>
        </w:rPr>
        <w:t>[5]</w:t>
      </w:r>
    </w:p>
    <w:p>
      <w:r>
        <w:rPr>
          <w:rFonts w:ascii="Gentium Plus" w:hAnsi="Gentium Plus"/>
          <w:sz w:val="24"/>
        </w:rPr>
        <w:t>Ἐνθάδε καὶ μετέπειτα Θεοῦ σὺν ἀρείονι πομπῇ, Λυθέντος σκιόεντος ἐν ἤματι τοῦδε βίοιο.</w:t>
      </w:r>
    </w:p>
    <w:p>
      <w:r>
        <w:rPr>
          <w:rFonts w:ascii="Courier New" w:hAnsi="Courier New"/>
          <w:color w:val="555555"/>
          <w:sz w:val="20"/>
        </w:rPr>
        <w:t>[8t]</w:t>
      </w:r>
    </w:p>
    <w:p>
      <w:pPr>
        <w:jc w:val="center"/>
      </w:pPr>
      <w:r>
        <w:rPr>
          <w:rFonts w:ascii="Gentium Plus" w:hAnsi="Gentium Plus"/>
          <w:b/>
          <w:sz w:val="24"/>
        </w:rPr>
        <w:t>Ιʹ. Περὶ ἀρετῆς.</w:t>
      </w:r>
    </w:p>
    <w:p>
      <w:r>
        <w:rPr>
          <w:rFonts w:ascii="Courier New" w:hAnsi="Courier New"/>
          <w:color w:val="555555"/>
          <w:sz w:val="20"/>
        </w:rPr>
        <w:t>[9]</w:t>
      </w:r>
    </w:p>
    <w:p>
      <w:r>
        <w:rPr>
          <w:rFonts w:ascii="Gentium Plus" w:hAnsi="Gentium Plus"/>
          <w:sz w:val="24"/>
        </w:rPr>
        <w:t>Πολλῶν ἀκούω, καὶ λέγοιμι μὴ μάτην,</w:t>
      </w:r>
    </w:p>
    <w:p>
      <w:r>
        <w:rPr>
          <w:rFonts w:ascii="Courier New" w:hAnsi="Courier New"/>
          <w:color w:val="555555"/>
          <w:sz w:val="20"/>
        </w:rPr>
        <w:t>[681]</w:t>
      </w:r>
    </w:p>
    <w:p>
      <w:r>
        <w:rPr>
          <w:rFonts w:ascii="Gentium Plus" w:hAnsi="Gentium Plus"/>
          <w:sz w:val="24"/>
        </w:rPr>
        <w:t>Ἀλλ’ ἔργον ἐστὶ τοῦ λόγου τὸ δεξιόν. Εἴτ’ οὖν τινές σε τῶν φίλων Θεοῦ νέον, Οἷς πάντα τηρεῖν ἐμμελὲς τὰ τῶν νέων, Διδόντα χρηστὰ τοῦ βίου γνωρίσματα</w:t>
      </w:r>
    </w:p>
    <w:p>
      <w:r>
        <w:rPr>
          <w:rFonts w:ascii="Courier New" w:hAnsi="Courier New"/>
          <w:color w:val="555555"/>
          <w:sz w:val="20"/>
        </w:rPr>
        <w:t>[5]</w:t>
      </w:r>
    </w:p>
    <w:p>
      <w:r>
        <w:rPr>
          <w:rFonts w:ascii="Gentium Plus" w:hAnsi="Gentium Plus"/>
          <w:sz w:val="24"/>
        </w:rPr>
        <w:t>(Καὶ γὰρ λέοντ’ ὄνυξι δηλοῦσθαι λόγος), Ἔδωκαν ἀλλήλοις τὸ θαῦμ’ ὑφ’ ἡδονῆς, Εἴθ’ ἡ καλῶς τὰ πάντα μηχανωμένη Πρόνοια καὶ σοὶ βουλομένη τὰ δεξιὰ, Ὁδὸν δίδωσι τὸν λόγον τοῖς πράγμασιν,</w:t>
      </w:r>
    </w:p>
    <w:p>
      <w:r>
        <w:rPr>
          <w:rFonts w:ascii="Courier New" w:hAnsi="Courier New"/>
          <w:color w:val="555555"/>
          <w:sz w:val="20"/>
        </w:rPr>
        <w:t>[10]</w:t>
      </w:r>
    </w:p>
    <w:p>
      <w:r>
        <w:rPr>
          <w:rFonts w:ascii="Gentium Plus" w:hAnsi="Gentium Plus"/>
          <w:sz w:val="24"/>
        </w:rPr>
        <w:t>Ὡς ἂν προληφθεὶς τῷ νομίζεσθαι καλὸς, Οἶόν τιν’ ἀῤῥαβῶνα τὴν φήμην ἔχῃς Τῆς εὐσεβείας, ἐκ Θεοῦ καλούμενος. Εἰκαζέτω μὲν τοῦτο ὅστις βούλεται,</w:t>
      </w:r>
    </w:p>
    <w:p>
      <w:r>
        <w:rPr>
          <w:rFonts w:ascii="Courier New" w:hAnsi="Courier New"/>
          <w:color w:val="555555"/>
          <w:sz w:val="20"/>
        </w:rPr>
        <w:t>[682]</w:t>
      </w:r>
    </w:p>
    <w:p>
      <w:r>
        <w:rPr>
          <w:rFonts w:ascii="Gentium Plus" w:hAnsi="Gentium Plus"/>
          <w:sz w:val="24"/>
        </w:rPr>
        <w:t>Ὃ δ’ οὖν ἀκούω, τοῦτο ἔρχομαι φράσων, Ὅτι μέγα πρὸς ὕψος ἡ ψυχὴ βλέπει, Καὶ τὴν ὀμίχλην, ἣ τὸν ἐνταυθοῖ βίον Ἡμῶν καλύπτει πάντα κείμενον χαμαὶ,</w:t>
      </w:r>
    </w:p>
    <w:p>
      <w:r>
        <w:rPr>
          <w:rFonts w:ascii="Courier New" w:hAnsi="Courier New"/>
          <w:color w:val="555555"/>
          <w:sz w:val="20"/>
        </w:rPr>
        <w:t>[5]</w:t>
      </w:r>
    </w:p>
    <w:p>
      <w:r>
        <w:rPr>
          <w:rFonts w:ascii="Gentium Plus" w:hAnsi="Gentium Plus"/>
          <w:sz w:val="24"/>
        </w:rPr>
        <w:t>Ταύτην διασχὼν καὶ ὑπερκύψας βραχὺ, Ἰλύν θ’ ὑπερβὰς καὶ πέδας τοῦ συνθέτου, Ῥίψας τυράννους τῆς θεϊκῆς εἰκόνος, Δοῦναι σεαυτὸν τῷ Θεῷ σπουδὴν ἔχοις, Ἥνπερ μόνην παίδευσιν οἴεσθαί σε χρὴ,</w:t>
      </w:r>
    </w:p>
    <w:p>
      <w:r>
        <w:rPr>
          <w:rFonts w:ascii="Courier New" w:hAnsi="Courier New"/>
          <w:color w:val="555555"/>
          <w:sz w:val="20"/>
        </w:rPr>
        <w:t>[10]</w:t>
      </w:r>
    </w:p>
    <w:p>
      <w:r>
        <w:rPr>
          <w:rFonts w:ascii="Gentium Plus" w:hAnsi="Gentium Plus"/>
          <w:sz w:val="24"/>
        </w:rPr>
        <w:t>Πρῶτον δὲ καὶ μέγιστον ἀνθρώποις καλόν. Τί γὰρ τοσοῦτο τῶν κάτω πλανωμένων, Ἄλλων τε ἄλλους ὀφρυώντων παιγνίων,</w:t>
      </w:r>
    </w:p>
    <w:p>
      <w:r>
        <w:rPr>
          <w:rFonts w:ascii="Courier New" w:hAnsi="Courier New"/>
          <w:color w:val="555555"/>
          <w:sz w:val="20"/>
        </w:rPr>
        <w:t>[683]</w:t>
      </w:r>
    </w:p>
    <w:p>
      <w:r>
        <w:rPr>
          <w:rFonts w:ascii="Gentium Plus" w:hAnsi="Gentium Plus"/>
          <w:sz w:val="24"/>
        </w:rPr>
        <w:t>Κἂν εἰς ἒν ἔλθῃ πάντα καὶ πάντων καλὰ, Ὡς ἔστιν, ἢ νομίζετ’ ἐν λυπρῷ βίῳ, Κέρδος τοσοῦτον, κἂν τρέχειν ὅρους δοκῇς; Κἄν σοι τὰ Γύγου τοῦ πολυχρύσου παρῇ,</w:t>
      </w:r>
    </w:p>
    <w:p>
      <w:r>
        <w:rPr>
          <w:rFonts w:ascii="Courier New" w:hAnsi="Courier New"/>
          <w:color w:val="555555"/>
          <w:sz w:val="20"/>
        </w:rPr>
        <w:t>[5]</w:t>
      </w:r>
    </w:p>
    <w:p>
      <w:r>
        <w:rPr>
          <w:rFonts w:ascii="Gentium Plus" w:hAnsi="Gentium Plus"/>
          <w:sz w:val="24"/>
        </w:rPr>
        <w:t>Στρέφῃς τε πάντα τῇ στροφῇ τῆς σφενδόνης, Σιγῶν δυνάστης· κἂν φρονῇς τὰ Λυδίου, Χρυσῷ ῥέοντι καὶ ὁ Πέρσης σοι Κῦρος Κάτω καθέζηθ’, ὁ θρόνων αὐχῶν κράτος· Κἂν Τροίαν αἱρῇς τοῖς ἀοιδίμοις στόλοις,</w:t>
      </w:r>
    </w:p>
    <w:p>
      <w:r>
        <w:rPr>
          <w:rFonts w:ascii="Courier New" w:hAnsi="Courier New"/>
          <w:color w:val="555555"/>
          <w:sz w:val="20"/>
        </w:rPr>
        <w:t>[10]</w:t>
      </w:r>
    </w:p>
    <w:p>
      <w:r>
        <w:rPr>
          <w:rFonts w:ascii="Gentium Plus" w:hAnsi="Gentium Plus"/>
          <w:sz w:val="24"/>
        </w:rPr>
        <w:t>Χαλκοῦν δὲ δῆμοι καὶ πόλεις ἔχωσί σε· Ἄγῃς δὲ τοῖς σοῖς νεύμασι τὰς ἐκκλησίας, Πανηγυρίζῃς δὲ στεφάνων ἐπαξίως, Πνέῃς δὲ θυμὸν ἐν δίκαις Δημοσθένους, Εἴκῃ δέ σοι Λυκοῦργος ἢ Σόλων νόμοις·</w:t>
      </w:r>
    </w:p>
    <w:p>
      <w:r>
        <w:rPr>
          <w:rFonts w:ascii="Courier New" w:hAnsi="Courier New"/>
          <w:color w:val="555555"/>
          <w:sz w:val="20"/>
        </w:rPr>
        <w:t>[684]</w:t>
      </w:r>
    </w:p>
    <w:p>
      <w:r>
        <w:rPr>
          <w:rFonts w:ascii="Gentium Plus" w:hAnsi="Gentium Plus"/>
          <w:sz w:val="24"/>
        </w:rPr>
        <w:t>Κἂν τὴν Ὁμήρου μοῦσαν ἐν στέρνοις ἔχῃς, Κἂν τὴν Πλάτωνος γλῶσσαν, ἣ μελισταγὴς Ἔστι τε καὶ νομίζετ’ ἀνθρώπων γένει· Κἂν ταῖς ἀφύκτοις καὶ κακαῖς ποδοστράβαις</w:t>
      </w:r>
    </w:p>
    <w:p>
      <w:r>
        <w:rPr>
          <w:rFonts w:ascii="Courier New" w:hAnsi="Courier New"/>
          <w:color w:val="555555"/>
          <w:sz w:val="20"/>
        </w:rPr>
        <w:t>[5]</w:t>
      </w:r>
    </w:p>
    <w:p>
      <w:r>
        <w:rPr>
          <w:rFonts w:ascii="Gentium Plus" w:hAnsi="Gentium Plus"/>
          <w:sz w:val="24"/>
        </w:rPr>
        <w:t>Πάντας πιέζῃς τοῖς ἐριστικοῖς λόγοις· Κἂν πάντ’ ἄνω τε καὶ κάτω μεταστρέφῃς, Πλέκων λαβυρίνθους δυσδιεξόδοις λόγοις Ἀριστοτέλους ἤ τινων Πυῤῥωννίων· Κἂν πτηνὸν αἴρῃ Πήγασος, ἢ τοῦ Σκύθου</w:t>
      </w:r>
    </w:p>
    <w:p>
      <w:r>
        <w:rPr>
          <w:rFonts w:ascii="Courier New" w:hAnsi="Courier New"/>
          <w:color w:val="555555"/>
          <w:sz w:val="20"/>
        </w:rPr>
        <w:t>[10]</w:t>
      </w:r>
    </w:p>
    <w:p>
      <w:r>
        <w:rPr>
          <w:rFonts w:ascii="Gentium Plus" w:hAnsi="Gentium Plus"/>
          <w:sz w:val="24"/>
        </w:rPr>
        <w:t>Ἀβάριδος ὀϊστὸς, ὅστις ἦν, οἱ μυθικοί· Τούτων τί κέρδος τηλικοῦτον, ὧν λέγω, Γάμου τε λαμπροῦ καὶ τραπέζης Συβαρικῆς Ἄλλων τε πάντων οἷς ἐπαίρονται φρένες,</w:t>
      </w:r>
    </w:p>
    <w:p>
      <w:r>
        <w:rPr>
          <w:rFonts w:ascii="Courier New" w:hAnsi="Courier New"/>
          <w:color w:val="555555"/>
          <w:sz w:val="20"/>
        </w:rPr>
        <w:t>[685]</w:t>
      </w:r>
    </w:p>
    <w:p>
      <w:r>
        <w:rPr>
          <w:rFonts w:ascii="Gentium Plus" w:hAnsi="Gentium Plus"/>
          <w:sz w:val="24"/>
        </w:rPr>
        <w:t>Ψυχῆς δὲ ἐπιδεῖν ἀξίωμα, καὶ πόθεν Ἐλήλυθε, πρὸς ὅν τε καὶ ποῖ τρεπτέα, Ἥτις τε ταύτης ἡ κατ’ εὔλογον φορά; Ἐπεὶ γάρ ἐστιν, ὡς ἐγὼ τεκμαίρομαι,</w:t>
      </w:r>
    </w:p>
    <w:p>
      <w:r>
        <w:rPr>
          <w:rFonts w:ascii="Courier New" w:hAnsi="Courier New"/>
          <w:color w:val="555555"/>
          <w:sz w:val="20"/>
        </w:rPr>
        <w:t>[5]</w:t>
      </w:r>
    </w:p>
    <w:p>
      <w:r>
        <w:rPr>
          <w:rFonts w:ascii="Gentium Plus" w:hAnsi="Gentium Plus"/>
          <w:sz w:val="24"/>
        </w:rPr>
        <w:t>Σοφῶν τε ἀκούω, θεία τις μεταῤῥοὴ, Ἄνωθεν ἡμῖν ἐρχομένη, εἴτ’ οὖν ὅλη, Εἴθ’ ὁ πρύτανις ταύτης κυβερνήτης τε νοῦς, Ἓν ἔργον αὐτῇ φυσικόν τε καὶ μόνον, Ἄνω φέρεσθαι καὶ συνάπτεσθαι Θεῷ,</w:t>
      </w:r>
    </w:p>
    <w:p>
      <w:r>
        <w:rPr>
          <w:rFonts w:ascii="Courier New" w:hAnsi="Courier New"/>
          <w:color w:val="555555"/>
          <w:sz w:val="20"/>
        </w:rPr>
        <w:t>[10]</w:t>
      </w:r>
    </w:p>
    <w:p>
      <w:r>
        <w:rPr>
          <w:rFonts w:ascii="Gentium Plus" w:hAnsi="Gentium Plus"/>
          <w:sz w:val="24"/>
        </w:rPr>
        <w:t>Ἀεί τε πάντη πρὸς τὸ συγγενὲς βλέπειν, Ἥκιστα πάθει σώματος δουλουμένη, Ῥέοντος εἰς γῆν καὶ καθέλκοντος κάτω, Τήν τε γλυκεῖαν τῶν ὁρωμένων πλάνην Πέμποντος εἴσω, καὶ τὸ τῶν αἰσθήσεων</w:t>
      </w:r>
    </w:p>
    <w:p>
      <w:r>
        <w:rPr>
          <w:rFonts w:ascii="Courier New" w:hAnsi="Courier New"/>
          <w:color w:val="555555"/>
          <w:sz w:val="20"/>
        </w:rPr>
        <w:t>[15]</w:t>
      </w:r>
    </w:p>
    <w:p>
      <w:r>
        <w:rPr>
          <w:rFonts w:ascii="Gentium Plus" w:hAnsi="Gentium Plus"/>
          <w:sz w:val="24"/>
        </w:rPr>
        <w:t>Σκοτῶδες, ὑφ’ οὗ μὴ Λόγῳ κρατουμένη Ψυχὴ ῥέουσα κατ’ ὀλίγον πίπτει κάτω·</w:t>
      </w:r>
    </w:p>
    <w:p>
      <w:r>
        <w:rPr>
          <w:rFonts w:ascii="Courier New" w:hAnsi="Courier New"/>
          <w:color w:val="555555"/>
          <w:sz w:val="20"/>
        </w:rPr>
        <w:t>[686]</w:t>
      </w:r>
    </w:p>
    <w:p>
      <w:r>
        <w:rPr>
          <w:rFonts w:ascii="Gentium Plus" w:hAnsi="Gentium Plus"/>
          <w:sz w:val="24"/>
        </w:rPr>
        <w:t>Ἢν δ’ αὖ κρατῆται, κἀνακρούηται πυκνὰ, Ὥσπερ χαλινῷ, τῷ Λόγῳ, τάχ’ ἄν ποτε Ὑψοῦντος αὐτὴν τοῦ Λόγου, κατὰ βραχὺ Εἰς ἱερὰν φθάσειε τὴν ἄνω πόλιν,</w:t>
      </w:r>
    </w:p>
    <w:p>
      <w:r>
        <w:rPr>
          <w:rFonts w:ascii="Courier New" w:hAnsi="Courier New"/>
          <w:color w:val="555555"/>
          <w:sz w:val="20"/>
        </w:rPr>
        <w:t>[5]</w:t>
      </w:r>
    </w:p>
    <w:p>
      <w:r>
        <w:rPr>
          <w:rFonts w:ascii="Gentium Plus" w:hAnsi="Gentium Plus"/>
          <w:sz w:val="24"/>
        </w:rPr>
        <w:t>Ἕως λάβηται τῶν πάλαι ποθουμένων, Τὸ δ’ ἔστι, πᾶν κάλυμμα καὶ τὰς νῦν σκιὰς Παραδραμοῦσα, καὶ τὰ τῇδ’ αἰνίγματα, Ὅσον δ’ ἐσόπτροις τοῦ κάλλους φαντάζεται, Βλέψῃ πρὸς αὐτό τ’ ἀγαθὸν γυμνούμενον,</w:t>
      </w:r>
    </w:p>
    <w:p>
      <w:r>
        <w:rPr>
          <w:rFonts w:ascii="Courier New" w:hAnsi="Courier New"/>
          <w:color w:val="555555"/>
          <w:sz w:val="20"/>
        </w:rPr>
        <w:t>[10]</w:t>
      </w:r>
    </w:p>
    <w:p>
      <w:r>
        <w:rPr>
          <w:rFonts w:ascii="Gentium Plus" w:hAnsi="Gentium Plus"/>
          <w:sz w:val="24"/>
        </w:rPr>
        <w:t>Γυμνῷ τε τῷ νῷ, καὶ πλάνης σταίη ποτὲ, Φωτὸς κορεσθεῖς’, οὗπερ ἠξίου τυχεῖν, Ἔχους’ ἐκεῖθεν τῶν καλῶν τὸ ἔσχατον. Ὁ γὰρ σοφῷ τὰ πάντα ποιήσας λόγῳ, Καὶ τὴν ἄφραστον τῶν ὅλων ἁρμονίαν</w:t>
      </w:r>
    </w:p>
    <w:p>
      <w:r>
        <w:rPr>
          <w:rFonts w:ascii="Courier New" w:hAnsi="Courier New"/>
          <w:color w:val="555555"/>
          <w:sz w:val="20"/>
        </w:rPr>
        <w:t>[15]</w:t>
      </w:r>
    </w:p>
    <w:p>
      <w:r>
        <w:rPr>
          <w:rFonts w:ascii="Gentium Plus" w:hAnsi="Gentium Plus"/>
          <w:sz w:val="24"/>
        </w:rPr>
        <w:t>Ἁρμοσάμενος τῇ τῶν ἐναντίων κράσει,</w:t>
      </w:r>
    </w:p>
    <w:p>
      <w:r>
        <w:rPr>
          <w:rFonts w:ascii="Courier New" w:hAnsi="Courier New"/>
          <w:color w:val="555555"/>
          <w:sz w:val="20"/>
        </w:rPr>
        <w:t>[687]</w:t>
      </w:r>
    </w:p>
    <w:p>
      <w:r>
        <w:rPr>
          <w:rFonts w:ascii="Gentium Plus" w:hAnsi="Gentium Plus"/>
          <w:sz w:val="24"/>
        </w:rPr>
        <w:t>Μεῖζον τὸ θαῦμ’ ἔδειξεν ἐν ζώου φύσει. Μικρὸν δ’ ἄνω φιλοσοφήσω σοι λόγον. Θεὸς μέν ἐστιν εἴτε νοῦς, εἴτ’ οὐσία Κρείσσων τις ἄλλη, νοῦ μόνου ληπτὴ βολαῖς,</w:t>
      </w:r>
    </w:p>
    <w:p>
      <w:r>
        <w:rPr>
          <w:rFonts w:ascii="Courier New" w:hAnsi="Courier New"/>
          <w:color w:val="555555"/>
          <w:sz w:val="20"/>
        </w:rPr>
        <w:t>[5]</w:t>
      </w:r>
    </w:p>
    <w:p>
      <w:r>
        <w:rPr>
          <w:rFonts w:ascii="Gentium Plus" w:hAnsi="Gentium Plus"/>
          <w:sz w:val="24"/>
        </w:rPr>
        <w:t>Εἰ μὲν τελείως τοῖς ἄνω, οἶδε Θεὸς, Ἡμῖν δ’ ἀμυδρῶς, οἷς ἐπιπροσθεῖ νέφος Σαρκὸς παχείας, δυσμενοῦς προβλήματος· Τέως μὲν οὕτω, τὸ πλέον δ’ ἐς ὕστερον. Ἐπεὶ δ’ ἀπαρχὰς τῶν λόγων ἔχει Θεὸς,</w:t>
      </w:r>
    </w:p>
    <w:p>
      <w:r>
        <w:rPr>
          <w:rFonts w:ascii="Courier New" w:hAnsi="Courier New"/>
          <w:color w:val="555555"/>
          <w:sz w:val="20"/>
        </w:rPr>
        <w:t>[10]</w:t>
      </w:r>
    </w:p>
    <w:p>
      <w:r>
        <w:rPr>
          <w:rFonts w:ascii="Gentium Plus" w:hAnsi="Gentium Plus"/>
          <w:sz w:val="24"/>
        </w:rPr>
        <w:t>Σκοπῶμεν ἤδη τἀκ Θεοῦ. Ἔχει δὲ πῶς; Δύ’ ἐστὸν ἄκρω καὶ φύσεις ἐναντίαι. Ἡ μὲν Θεοῦ τε πλησίον καὶ τιμία· Καλοῦσι γὰρ λογικήν τε καὶ πλήρη νοὸς, Καλοῦσι δ’ αὐτὴν ἐκ λόγου παρωνύμως,</w:t>
      </w:r>
    </w:p>
    <w:p>
      <w:r>
        <w:rPr>
          <w:rFonts w:ascii="Courier New" w:hAnsi="Courier New"/>
          <w:color w:val="555555"/>
          <w:sz w:val="20"/>
        </w:rPr>
        <w:t>[688]</w:t>
      </w:r>
    </w:p>
    <w:p>
      <w:r>
        <w:rPr>
          <w:rFonts w:ascii="Gentium Plus" w:hAnsi="Gentium Plus"/>
          <w:sz w:val="24"/>
        </w:rPr>
        <w:t>Οἵαν τιν’ οἶδα τὴν Θεοῦ παραστάτιν Ἄκρων τε δευτέρων τε τάξιν ἀγγέλων, Ἀνωτέραν αἰσθήσεων καὶ σωμάτων, Πρώτην τε λαμπρὰν Τριάδος τῆς ἀρχικῆς.</w:t>
      </w:r>
    </w:p>
    <w:p>
      <w:r>
        <w:rPr>
          <w:rFonts w:ascii="Courier New" w:hAnsi="Courier New"/>
          <w:color w:val="555555"/>
          <w:sz w:val="20"/>
        </w:rPr>
        <w:t>[5]</w:t>
      </w:r>
    </w:p>
    <w:p>
      <w:r>
        <w:rPr>
          <w:rFonts w:ascii="Gentium Plus" w:hAnsi="Gentium Plus"/>
          <w:sz w:val="24"/>
        </w:rPr>
        <w:t>Ἡ δ’ ἐκ Θεοῦ τε καὶ λόγου ποῤῥωτάτω· Καλοῦσι δ’ αὐτὴν ἄλογόν γ’, ὡς τοῦ λόγου Ξένην, ὅσος τ’ ἐν ἤχῳ, καὶ ὅσος λαλούμενος. Οὕτως δὲ ταῦτα χωρίσας Θεὸς Λόγος Ὡς καλλιτέχνης καὶ πλέκων σοφῶς κτίσιν,</w:t>
      </w:r>
    </w:p>
    <w:p>
      <w:r>
        <w:rPr>
          <w:rFonts w:ascii="Courier New" w:hAnsi="Courier New"/>
          <w:color w:val="555555"/>
          <w:sz w:val="20"/>
        </w:rPr>
        <w:t>[10]</w:t>
      </w:r>
    </w:p>
    <w:p>
      <w:r>
        <w:rPr>
          <w:rFonts w:ascii="Gentium Plus" w:hAnsi="Gentium Plus"/>
          <w:sz w:val="24"/>
        </w:rPr>
        <w:t>Καὶ σύνθετόν τι ζῶον ἐξ ἀμφοῖν ἐμὲ Πλάττει, λόγου τε κοὐ λόγου συναρμόσας, Ψυχῆς ἀειδοῦς, ᾗ φέρω τὴν εἰκόνα Θεοῦ μεγίστου, κἀνοήτου σώματος.</w:t>
      </w:r>
    </w:p>
    <w:p>
      <w:r>
        <w:rPr>
          <w:rFonts w:ascii="Courier New" w:hAnsi="Courier New"/>
          <w:color w:val="555555"/>
          <w:sz w:val="20"/>
        </w:rPr>
        <w:t>[689]</w:t>
      </w:r>
    </w:p>
    <w:p>
      <w:r>
        <w:rPr>
          <w:rFonts w:ascii="Gentium Plus" w:hAnsi="Gentium Plus"/>
          <w:sz w:val="24"/>
        </w:rPr>
        <w:t>Ὃν κόσμον ἄλλον οἴομ’ ἐν μακρῷ μέγαν. Ὡς ἂν δὲ, φωτὶ πλημμυρῶν καὶ τῷ καλῷ, Δῴη τι κἀμοὶ τοῦ καλοῦ, ἔργον τ’ ἐμὸν ᾞ τῷ θελῆσαι, τῆς ἄκρας ἀμφοῖν βίοιν</w:t>
      </w:r>
    </w:p>
    <w:p>
      <w:r>
        <w:rPr>
          <w:rFonts w:ascii="Courier New" w:hAnsi="Courier New"/>
          <w:color w:val="555555"/>
          <w:sz w:val="20"/>
        </w:rPr>
        <w:t>[5]</w:t>
      </w:r>
    </w:p>
    <w:p>
      <w:r>
        <w:rPr>
          <w:rFonts w:ascii="Gentium Plus" w:hAnsi="Gentium Plus"/>
          <w:sz w:val="24"/>
        </w:rPr>
        <w:t>Τότε δὴ προδείξας καὶ διαστείλας λόγῳ, Προσθεὶς βοηθὸν τὸν νόμον τῷ πλάσματι, Αὐθαίρετόν μ’ ἔθηκεν ἐργάτην καλοῦ, Ὡς ἐκ μάχης τε καὶ πάλης στέφη φέρειν· Κρεῖσσον γὰρ, ἢ ζῇν τερμόνων ἐλεύθερον.</w:t>
      </w:r>
    </w:p>
    <w:p>
      <w:r>
        <w:rPr>
          <w:rFonts w:ascii="Courier New" w:hAnsi="Courier New"/>
          <w:color w:val="555555"/>
          <w:sz w:val="20"/>
        </w:rPr>
        <w:t>[10]</w:t>
      </w:r>
    </w:p>
    <w:p>
      <w:r>
        <w:rPr>
          <w:rFonts w:ascii="Gentium Plus" w:hAnsi="Gentium Plus"/>
          <w:sz w:val="24"/>
        </w:rPr>
        <w:t>Οὗτος λόγος σοι τῆς ἐμῆς συμπήξεως. Ἡ δὲ στροφαῖς μὲν ἐνθάδε πλείσταις ἀεὶ Δονεῖτ’, ἄνω τε καὶ κάτω στροβουμένη, Μέση πονηρῶν πραγμάτων καὶ δεξιῶν, Δι’ ὧν πυροῦται καὶ δοκιμάζετ’ ἀθλία,</w:t>
      </w:r>
    </w:p>
    <w:p>
      <w:r>
        <w:rPr>
          <w:rFonts w:ascii="Courier New" w:hAnsi="Courier New"/>
          <w:color w:val="555555"/>
          <w:sz w:val="20"/>
        </w:rPr>
        <w:t>[690]</w:t>
      </w:r>
    </w:p>
    <w:p>
      <w:r>
        <w:rPr>
          <w:rFonts w:ascii="Gentium Plus" w:hAnsi="Gentium Plus"/>
          <w:sz w:val="24"/>
        </w:rPr>
        <w:t>Ὡς χρυσὸς ἐν ἄνθραξι τοῖς καθαρτικοῖς. Ἀλλ’ ὕστερον πραχθήσεθ’ ὧν ἐσπείραμεν Καρποὺς, δικαίῳ τοῦ Θεοῦ κριτηρίῳ, Ληνοί θ’ ἕτοιμοι τῶν βίβλων λαβεῖν θέρος.</w:t>
      </w:r>
    </w:p>
    <w:p>
      <w:r>
        <w:rPr>
          <w:rFonts w:ascii="Courier New" w:hAnsi="Courier New"/>
          <w:color w:val="555555"/>
          <w:sz w:val="20"/>
        </w:rPr>
        <w:t>[5]</w:t>
      </w:r>
    </w:p>
    <w:p>
      <w:r>
        <w:rPr>
          <w:rFonts w:ascii="Gentium Plus" w:hAnsi="Gentium Plus"/>
          <w:sz w:val="24"/>
        </w:rPr>
        <w:t>Οὕτω δὲ τούτων κειμένων, ὁ μὲν νόμον Τηρῶν, Θεοῦ τε μοῖραν ἣν ἔχει σέβων, Ἐν παντί τ’ ἔργῳ καὶ λόγῳ καὶ νοῦ στροφῇ Ἄχραντος ὡς μάλιστά τ’ ἠπατημένων. Καὶ τῷ ῥέοντι μηδὲν ἰλυσπώμενος,</w:t>
      </w:r>
    </w:p>
    <w:p>
      <w:r>
        <w:rPr>
          <w:rFonts w:ascii="Courier New" w:hAnsi="Courier New"/>
          <w:color w:val="555555"/>
          <w:sz w:val="20"/>
        </w:rPr>
        <w:t>[10]</w:t>
      </w:r>
    </w:p>
    <w:p>
      <w:r>
        <w:rPr>
          <w:rFonts w:ascii="Gentium Plus" w:hAnsi="Gentium Plus"/>
          <w:sz w:val="24"/>
        </w:rPr>
        <w:t>Ἕλκων δὲ τὸν χοῦν ἔμπαλιν πρὸς οὐρανὸν, (Ὢ τοῦ μεγίστου καὶ σοφοῦ μυστηρίου!) Θεὸς γενέσθαι, τῶν πόνων ἕξει γέρας, Θεὸς θετὸς μὲν, ἀλλ’ ἄκρου φωτὸς γέμων,</w:t>
      </w:r>
    </w:p>
    <w:p>
      <w:r>
        <w:rPr>
          <w:rFonts w:ascii="Courier New" w:hAnsi="Courier New"/>
          <w:color w:val="555555"/>
          <w:sz w:val="20"/>
        </w:rPr>
        <w:t>[691]</w:t>
      </w:r>
    </w:p>
    <w:p>
      <w:r>
        <w:rPr>
          <w:rFonts w:ascii="Gentium Plus" w:hAnsi="Gentium Plus"/>
          <w:sz w:val="24"/>
        </w:rPr>
        <w:t>Ὅστις δὲ δεσμοῦ πρὸς τὸ χεῖρον καὶ πλοκῆς Νεύσας, ὁμόσπονδός τε τοῖς κάτω φανεὶς, Δοῦλός τε σαρκὸς καὶ ῥέουσι προσφιλὴς, Τὴν θείαν εὐγένειαν ὑβρίζει βίῳ,</w:t>
      </w:r>
    </w:p>
    <w:p>
      <w:r>
        <w:rPr>
          <w:rFonts w:ascii="Courier New" w:hAnsi="Courier New"/>
          <w:color w:val="555555"/>
          <w:sz w:val="20"/>
        </w:rPr>
        <w:t>[5]</w:t>
      </w:r>
    </w:p>
    <w:p>
      <w:r>
        <w:rPr>
          <w:rFonts w:ascii="Gentium Plus" w:hAnsi="Gentium Plus"/>
          <w:sz w:val="24"/>
        </w:rPr>
        <w:t>Κἂν ὡς μάλιστα εὐδρομῇ τοῖς ἀστάτοις, Κούφοις ὀνείροις καὶ σκιαῖς γαυρούμενος, Πλουτῶν, τρυφῶν τε καὶ θρόνοις ἐπηρμένος, Φεῦ τοῦ ταλάντου τῶν ἐκεῖθεν μαστίγων! Ἦ τῶν κακῶν τὸ πρῶτον ἐκ Θεοῦ πεσεῖν.</w:t>
      </w:r>
    </w:p>
    <w:p>
      <w:r>
        <w:rPr>
          <w:rFonts w:ascii="Courier New" w:hAnsi="Courier New"/>
          <w:color w:val="555555"/>
          <w:sz w:val="20"/>
        </w:rPr>
        <w:t>[10]</w:t>
      </w:r>
    </w:p>
    <w:p>
      <w:r>
        <w:rPr>
          <w:rFonts w:ascii="Gentium Plus" w:hAnsi="Gentium Plus"/>
          <w:sz w:val="24"/>
        </w:rPr>
        <w:t>Ταῦτ’ οὖν ἀκούων καὶ πεπεισμένος σύ γε, Τὴν δεξιὰν βάδιζε, τὴν φαύλην δ’ ἔα, Εἰ μοί τι πείθῃ γνησίῳ παραινέτῃ. Λῷον δὲ πείθεσθ’ οἶδα, καὶ δέξῃ λόγον. Τριῶν γὰρ ὄντων, ὡς λέγουσιν οἱ πάλαι,</w:t>
      </w:r>
    </w:p>
    <w:p>
      <w:r>
        <w:rPr>
          <w:rFonts w:ascii="Courier New" w:hAnsi="Courier New"/>
          <w:color w:val="555555"/>
          <w:sz w:val="20"/>
        </w:rPr>
        <w:t>[692]</w:t>
      </w:r>
    </w:p>
    <w:p>
      <w:r>
        <w:rPr>
          <w:rFonts w:ascii="Gentium Plus" w:hAnsi="Gentium Plus"/>
          <w:sz w:val="24"/>
        </w:rPr>
        <w:t>Οἷς τὸν ἀγαθὸν σύμβουλον ὡπλίσθαι χρεὼν, Ἐμπειρίας τε, φιλίας τε, καὶ παῤῥησίας, Τούτων ἂν οὐδὲν ἡμῖν εὕρῃς ἐνδεές. Ἐμπειρίας μὲν εἰς τοσοῦτον ἤλασα,</w:t>
      </w:r>
    </w:p>
    <w:p>
      <w:r>
        <w:rPr>
          <w:rFonts w:ascii="Courier New" w:hAnsi="Courier New"/>
          <w:color w:val="555555"/>
          <w:sz w:val="20"/>
        </w:rPr>
        <w:t>[5]</w:t>
      </w:r>
    </w:p>
    <w:p>
      <w:r>
        <w:rPr>
          <w:rFonts w:ascii="Gentium Plus" w:hAnsi="Gentium Plus"/>
          <w:sz w:val="24"/>
        </w:rPr>
        <w:t>Ὅσον περ εἰκὸς τοὺς πονήσαντας μακρὰν Χρόνῳ τε πολλῷ προσλαλήσαντας σοφῶν Βίβλοις, θεοπνεύστων τε δογμάτων λόγοις, Πηγῇ γλυκείᾳ σώφροσί τ’ ἀρυσίμῳ, Ὧν καὶ βάθος τι μικρὸν ἐξηντλήσαμεν.</w:t>
      </w:r>
    </w:p>
    <w:p>
      <w:r>
        <w:rPr>
          <w:rFonts w:ascii="Courier New" w:hAnsi="Courier New"/>
          <w:color w:val="555555"/>
          <w:sz w:val="20"/>
        </w:rPr>
        <w:t>[10]</w:t>
      </w:r>
    </w:p>
    <w:p>
      <w:r>
        <w:rPr>
          <w:rFonts w:ascii="Gentium Plus" w:hAnsi="Gentium Plus"/>
          <w:sz w:val="24"/>
        </w:rPr>
        <w:t>Τοῦ δευτέρου δ’ ὧν εἶπον, εὐνοίας λέγω, Πίστις μεγίστη· ταῦτα γάρ σοι βούλομαι Ἃ πρόσθ’ ἐμαυτῷ, φίλτατε, παρῄνεσα, Ἡνίκα λογισμοὶ κινδύνοις συνέδραμον</w:t>
      </w:r>
    </w:p>
    <w:p>
      <w:r>
        <w:rPr>
          <w:rFonts w:ascii="Courier New" w:hAnsi="Courier New"/>
          <w:color w:val="555555"/>
          <w:sz w:val="20"/>
        </w:rPr>
        <w:t>[693]</w:t>
      </w:r>
    </w:p>
    <w:p>
      <w:r>
        <w:rPr>
          <w:rFonts w:ascii="Gentium Plus" w:hAnsi="Gentium Plus"/>
          <w:sz w:val="24"/>
        </w:rPr>
        <w:t>Φόβος γὰρ ἀρχὴ πολλάκις σωτηρίας. Παῤῥησίας δὲ μὴ λάβῃς πεῖράν ποτε, Μήτ’ οὖν ἐμῆς γε, μήτε τούτων σοι ξένων· Ἀλλ’ οὐδὲ λήψῃ τοῖς ἐμοῖς πεισθεὶς λόγοις·</w:t>
      </w:r>
    </w:p>
    <w:p>
      <w:r>
        <w:rPr>
          <w:rFonts w:ascii="Courier New" w:hAnsi="Courier New"/>
          <w:color w:val="555555"/>
          <w:sz w:val="20"/>
        </w:rPr>
        <w:t>[5]</w:t>
      </w:r>
    </w:p>
    <w:p>
      <w:r>
        <w:rPr>
          <w:rFonts w:ascii="Gentium Plus" w:hAnsi="Gentium Plus"/>
          <w:sz w:val="24"/>
        </w:rPr>
        <w:t>Ἔσῃ γὰρ αἴνων, οὐ ψόγων ἐπάξιος. Ἐπεὶ δὲ ταῦτα, δεῦρό μοι σαυτὸν δίδου, Δὸς, καὶ Θεῷ δώσωμεν, ὃν λήψῃ δοθείς. Φύσις γὰρ αὕτη τοῦ διδόντος γίνεται. Σκοπῶν δ’ ἂν οὕτω τῆς ἀληθείας τύχοις.</w:t>
      </w:r>
    </w:p>
    <w:p>
      <w:r>
        <w:rPr>
          <w:rFonts w:ascii="Courier New" w:hAnsi="Courier New"/>
          <w:color w:val="555555"/>
          <w:sz w:val="20"/>
        </w:rPr>
        <w:t>[10]</w:t>
      </w:r>
    </w:p>
    <w:p>
      <w:r>
        <w:rPr>
          <w:rFonts w:ascii="Gentium Plus" w:hAnsi="Gentium Plus"/>
          <w:sz w:val="24"/>
        </w:rPr>
        <w:t>Εἰσὶ δέ τινες καὶ παρ’ Ἕλλησι σοφοὶ, Οὐ μὴν σοφοί γε· πῶς ἂν εἴποιμεν σοφοὺς Τοὺς τὴν κρατίστην φύσιν ἠγνοηκότας, Θεὸν, τὸ πάντων αἴτιον πρῶτον καλῶν; Οὗ καὶ φύσις γε τοῖς φρονοῦσι πρόξενος,</w:t>
      </w:r>
    </w:p>
    <w:p>
      <w:r>
        <w:rPr>
          <w:rFonts w:ascii="Courier New" w:hAnsi="Courier New"/>
          <w:color w:val="555555"/>
          <w:sz w:val="20"/>
        </w:rPr>
        <w:t>[694]</w:t>
      </w:r>
    </w:p>
    <w:p>
      <w:r>
        <w:rPr>
          <w:rFonts w:ascii="Gentium Plus" w:hAnsi="Gentium Plus"/>
          <w:sz w:val="24"/>
        </w:rPr>
        <w:t>Τάξις θ’ ὁρωμένων τε καὶ νοουμένων· Τοὺς δ’ ἢ τελείως ἐκβαλόντας τοῦ λόγου Τὸ Θεῖον, ἢ πρόνοιαν ἐξηρνηκότας, Ἢ μέτρα θέντας, μὴ κάμοι σώζων Θεός.</w:t>
      </w:r>
    </w:p>
    <w:p>
      <w:r>
        <w:rPr>
          <w:rFonts w:ascii="Courier New" w:hAnsi="Courier New"/>
          <w:color w:val="555555"/>
          <w:sz w:val="20"/>
        </w:rPr>
        <w:t>[5]</w:t>
      </w:r>
    </w:p>
    <w:p>
      <w:r>
        <w:rPr>
          <w:rFonts w:ascii="Gentium Plus" w:hAnsi="Gentium Plus"/>
          <w:sz w:val="24"/>
        </w:rPr>
        <w:t>Ὧν οἱ μὲν ὄψει χρώμενοι διδασκάλῳ, Ἄστροις ἔδωκαν τοῖς ὁμοδούλοις τὸ κράτος, Οἷς πάντ’ ἄγουσιν, ἠγμένοι λίαν κακῶς· Ἄλλοι δὲ προσεκύνησαν αἴσχη κνωδάλων, Πλέον πεσόντες· οἱ δὲ δαιμόνων σκιὰς,</w:t>
      </w:r>
    </w:p>
    <w:p>
      <w:r>
        <w:rPr>
          <w:rFonts w:ascii="Courier New" w:hAnsi="Courier New"/>
          <w:color w:val="555555"/>
          <w:sz w:val="20"/>
        </w:rPr>
        <w:t>[10]</w:t>
      </w:r>
    </w:p>
    <w:p>
      <w:r>
        <w:rPr>
          <w:rFonts w:ascii="Gentium Plus" w:hAnsi="Gentium Plus"/>
          <w:sz w:val="24"/>
        </w:rPr>
        <w:t>Μύθους τ’ ἀνεῦρον τῶν παθῶν συνηγόρους, Στήλας τ’ ἔθεντο τῆς ἀνοίας ἀξίας, Ἱδρύμαθ’ ὕλης, καὶ χερὸς ποιήματα. Τίς οὖν τοσοῦτον ἄσοφος, ὡς τούτους σοφοὺς</w:t>
      </w:r>
    </w:p>
    <w:p>
      <w:r>
        <w:rPr>
          <w:rFonts w:ascii="Courier New" w:hAnsi="Courier New"/>
          <w:color w:val="555555"/>
          <w:sz w:val="20"/>
        </w:rPr>
        <w:t>[695]</w:t>
      </w:r>
    </w:p>
    <w:p>
      <w:r>
        <w:rPr>
          <w:rFonts w:ascii="Gentium Plus" w:hAnsi="Gentium Plus"/>
          <w:sz w:val="24"/>
        </w:rPr>
        <w:t>Τούτους ἂν εὕροις τοῖς μὲν ἄλλοις δόγμασιν Ἀσυνθέτους τε καὶ διεστῶτάς τισι Τοῖς περὶ νοητῶν καὶ ὁρωμένων λόγοις, Θεοῦ προνοίας, ἰδεῶν χ’ εἱμαρμένης,</w:t>
      </w:r>
    </w:p>
    <w:p>
      <w:r>
        <w:rPr>
          <w:rFonts w:ascii="Courier New" w:hAnsi="Courier New"/>
          <w:color w:val="555555"/>
          <w:sz w:val="20"/>
        </w:rPr>
        <w:t>[5]</w:t>
      </w:r>
    </w:p>
    <w:p>
      <w:r>
        <w:rPr>
          <w:rFonts w:ascii="Gentium Plus" w:hAnsi="Gentium Plus"/>
          <w:sz w:val="24"/>
        </w:rPr>
        <w:t>Ὕλης ἀπείρου, συνθέσεώς τε σωμάτων, Ψυχῆς, νοός τε καὶ πλάνης αἰσθήσεων· Ἐξ ὧν Στοαί τε καὶ προσώπων ὀφρύες, Ἀκαδημίαι τε καὶ πλοκαὶ Πυῤῥωνίων, Σκέψεις, ἐφέξεις, τεχνικῶν ληρήματα·</w:t>
      </w:r>
    </w:p>
    <w:p>
      <w:r>
        <w:rPr>
          <w:rFonts w:ascii="Courier New" w:hAnsi="Courier New"/>
          <w:color w:val="555555"/>
          <w:sz w:val="20"/>
        </w:rPr>
        <w:t>[10]</w:t>
      </w:r>
    </w:p>
    <w:p>
      <w:r>
        <w:rPr>
          <w:rFonts w:ascii="Gentium Plus" w:hAnsi="Gentium Plus"/>
          <w:sz w:val="24"/>
        </w:rPr>
        <w:t>Ἀσυνθέτους μὲν ταῦτα, πάντας δ’ ἐξ ἴσου Ἐπαινέτας δὲ τοῦ καλοῦ καὶ σύμφρονας, Οὐδὲν τιθέντας τῆς ἀρετῆς ἀνώτερον, Κἂν μυρίοις ἱδρῶσι καὶ πολλοῖς πόνοις Χρόνῳ τε μακρῷ τυγχάνῃ κρατουμένη.</w:t>
      </w:r>
    </w:p>
    <w:p>
      <w:r>
        <w:rPr>
          <w:rFonts w:ascii="Courier New" w:hAnsi="Courier New"/>
          <w:color w:val="555555"/>
          <w:sz w:val="20"/>
        </w:rPr>
        <w:t>[15]</w:t>
      </w:r>
    </w:p>
    <w:p>
      <w:r>
        <w:rPr>
          <w:rFonts w:ascii="Gentium Plus" w:hAnsi="Gentium Plus"/>
          <w:sz w:val="24"/>
        </w:rPr>
        <w:t>Μεμνήσομαι δὲ, δείγματος χάριν, τινῶν,</w:t>
      </w:r>
    </w:p>
    <w:p>
      <w:r>
        <w:rPr>
          <w:rFonts w:ascii="Courier New" w:hAnsi="Courier New"/>
          <w:color w:val="555555"/>
          <w:sz w:val="20"/>
        </w:rPr>
        <w:t>[696]</w:t>
      </w:r>
    </w:p>
    <w:p>
      <w:r>
        <w:rPr>
          <w:rFonts w:ascii="Gentium Plus" w:hAnsi="Gentium Plus"/>
          <w:sz w:val="24"/>
        </w:rPr>
        <w:t>Ὡς ἂν μάθῃς κἀνθένδε τὴν ἀρετὴν, ὅσα Ῥόδ’ ἐξ ἀκανθῶν, ὡς λέγουσι, συλλέγων, Ἐκ τῶν ἀπίστων μανθάνων τὰ κρείσσονα. Τίς οὐκ ἀκούει τὸν Σινωπέα τὸν κύνα;</w:t>
      </w:r>
    </w:p>
    <w:p>
      <w:r>
        <w:rPr>
          <w:rFonts w:ascii="Courier New" w:hAnsi="Courier New"/>
          <w:color w:val="555555"/>
          <w:sz w:val="20"/>
        </w:rPr>
        <w:t>[5]</w:t>
      </w:r>
    </w:p>
    <w:p>
      <w:r>
        <w:rPr>
          <w:rFonts w:ascii="Gentium Plus" w:hAnsi="Gentium Plus"/>
          <w:sz w:val="24"/>
        </w:rPr>
        <w:t>Οὗτος, (τί τἄλλα χρὴ λέγειν;) ἀλλ’ εὐτελὴς Οὕτως τις ἦν, καὶ μέτριος τὰ τοῦ βίου, Καὶ ταῦθ’ ἑαυτῷ νομοθετῶν, οὐκ ἐκ Θεοῦ Νόμον φυλάττων, οὐδ’ ἐπ’ ἐλπίσι τισὶν, Ὥστ’ εἶχεν ἓν μὲν κτῆμα, τὴν βακτηρίαν,</w:t>
      </w:r>
    </w:p>
    <w:p>
      <w:r>
        <w:rPr>
          <w:rFonts w:ascii="Courier New" w:hAnsi="Courier New"/>
          <w:color w:val="555555"/>
          <w:sz w:val="20"/>
        </w:rPr>
        <w:t>[10]</w:t>
      </w:r>
    </w:p>
    <w:p>
      <w:r>
        <w:rPr>
          <w:rFonts w:ascii="Gentium Plus" w:hAnsi="Gentium Plus"/>
          <w:sz w:val="24"/>
        </w:rPr>
        <w:t>Οἶκον δ’ ὕπαιθρον ἐν μέσῳ τοῦ ἄστεος, Στρεπτὸν πίθον φεύγοντα πνευμάτων βίας, Ὃς ἦν ἐκείνῳ δωμάτων χρυσωρόφων Κρείσσων· τροφή τε σχέδιος, οὐ πονουμένη. Κράτης δ’ ὁμοίως χρημάτων ὑπερτιθεὶς</w:t>
      </w:r>
    </w:p>
    <w:p>
      <w:r>
        <w:rPr>
          <w:rFonts w:ascii="Courier New" w:hAnsi="Courier New"/>
          <w:color w:val="555555"/>
          <w:sz w:val="20"/>
        </w:rPr>
        <w:t>[15]</w:t>
      </w:r>
    </w:p>
    <w:p>
      <w:r>
        <w:rPr>
          <w:rFonts w:ascii="Gentium Plus" w:hAnsi="Gentium Plus"/>
          <w:sz w:val="24"/>
        </w:rPr>
        <w:t>Αὑτὸν, μεθείς τε μηλόβοτον τὴν οὐσίαν,</w:t>
      </w:r>
    </w:p>
    <w:p>
      <w:r>
        <w:rPr>
          <w:rFonts w:ascii="Courier New" w:hAnsi="Courier New"/>
          <w:color w:val="555555"/>
          <w:sz w:val="20"/>
        </w:rPr>
        <w:t>[697]</w:t>
      </w:r>
    </w:p>
    <w:p>
      <w:r>
        <w:rPr>
          <w:rFonts w:ascii="Gentium Plus" w:hAnsi="Gentium Plus"/>
          <w:sz w:val="24"/>
        </w:rPr>
        <w:t>Ὡς ἂν κακίας ὑπηρέτιν καὶ σωμάτων, Ἀρθεὶς ὑπὲρ βωμοῦ, μεγάλῳ κηρύγματι Ἀνεῖπεν αὑτὸν, ὡς ἐν Ὀλυμπίᾳ μέσῃ, Τὸ θαυμάσιον δὴ τοῦτο καὶ βοώμενος·</w:t>
      </w:r>
    </w:p>
    <w:p>
      <w:r>
        <w:rPr>
          <w:rFonts w:ascii="Courier New" w:hAnsi="Courier New"/>
          <w:color w:val="555555"/>
          <w:sz w:val="20"/>
        </w:rPr>
        <w:t>[5]</w:t>
      </w:r>
    </w:p>
    <w:p>
      <w:r>
        <w:rPr>
          <w:rFonts w:ascii="Gentium Plus" w:hAnsi="Gentium Plus"/>
          <w:sz w:val="24"/>
        </w:rPr>
        <w:t>«Ἐλευθεροῖ Κράτητα Θηβαῖον Κράτης·» Δουλείαν εἰδὼς τὸ κρατεῖσθαι χρημάτων. Φασὶν τὸν αὐτὸν (ὥς τινες δ’, ἄλλον τινὰ Τῶν φιλοσοφούντων ἐξ ἴσου φρονήματος), Πλέοντα, τοῦ κλύδωνος ἀγριουμένου,</w:t>
      </w:r>
    </w:p>
    <w:p>
      <w:r>
        <w:rPr>
          <w:rFonts w:ascii="Courier New" w:hAnsi="Courier New"/>
          <w:color w:val="555555"/>
          <w:sz w:val="20"/>
        </w:rPr>
        <w:t>[10]</w:t>
      </w:r>
    </w:p>
    <w:p>
      <w:r>
        <w:rPr>
          <w:rFonts w:ascii="Gentium Plus" w:hAnsi="Gentium Plus"/>
          <w:sz w:val="24"/>
        </w:rPr>
        <w:t>Ἔπειτα φόρτῳ τῆς νεὼς βαρουμένης, Ῥίπτειν προθύμως εἰς βυθὸν τὰ χρήματα, Τοῦτον δ’ ἐπειπεῖν ἄξιον μνήμης λόγον· «Εὖγ’, ὦ Τύχη, μοὶ τῶν καλῶν διδάσκαλε, Ὡς εἰς τρίβωνα ῥᾳδίως συστέλλομαι!»</w:t>
      </w:r>
    </w:p>
    <w:p>
      <w:r>
        <w:rPr>
          <w:rFonts w:ascii="Courier New" w:hAnsi="Courier New"/>
          <w:color w:val="555555"/>
          <w:sz w:val="20"/>
        </w:rPr>
        <w:t>[15]</w:t>
      </w:r>
    </w:p>
    <w:p>
      <w:r>
        <w:rPr>
          <w:rFonts w:ascii="Gentium Plus" w:hAnsi="Gentium Plus"/>
          <w:sz w:val="24"/>
        </w:rPr>
        <w:t>Ἄλλος παρῆκεν οὐσίαν τοῖς ἐκ γένους.</w:t>
      </w:r>
    </w:p>
    <w:p>
      <w:r>
        <w:rPr>
          <w:rFonts w:ascii="Courier New" w:hAnsi="Courier New"/>
          <w:color w:val="555555"/>
          <w:sz w:val="20"/>
        </w:rPr>
        <w:t>[698]</w:t>
      </w:r>
    </w:p>
    <w:p>
      <w:r>
        <w:rPr>
          <w:rFonts w:ascii="Gentium Plus" w:hAnsi="Gentium Plus"/>
          <w:sz w:val="24"/>
        </w:rPr>
        <w:t>Ἄλλος δ’ ὑπερβὰς ταῦτα, ὡς ἀνθρώπινα, Ἅπανθ’ ὅς’ εἶχεν εἰς μίαν βῶλόν τινα Χρυσῆν συνελὼν, ἔπειτ’ ἀναχθεὶς εἰς ἅλα, Βυθῷ δίδωσι τὴν ἀλαζόνα πλάνην,</w:t>
      </w:r>
    </w:p>
    <w:p>
      <w:r>
        <w:rPr>
          <w:rFonts w:ascii="Courier New" w:hAnsi="Courier New"/>
          <w:color w:val="555555"/>
          <w:sz w:val="20"/>
        </w:rPr>
        <w:t>[5]</w:t>
      </w:r>
    </w:p>
    <w:p>
      <w:r>
        <w:rPr>
          <w:rFonts w:ascii="Gentium Plus" w:hAnsi="Gentium Plus"/>
          <w:sz w:val="24"/>
        </w:rPr>
        <w:t>Μὴ δεῖν γὰρ ἄλλῳ προξενεῖν τὸ μὴ καλόν. Καὶ τοῦτ’ ἐπαινῶ. Τῶν τις ἀρχαίων κυνῶν Βασιλεῖ προσελθὼν ἠξίου τροφῆς τυχεῖν, Εἴτ’ ἐνδεὴς ὢν, εἴτε καὶ πειρώμενος. Τοῦ δ’ εἴτε τιμῇ γ’, εἴτε καὶ πείρᾳ τινὶ,</w:t>
      </w:r>
    </w:p>
    <w:p>
      <w:r>
        <w:rPr>
          <w:rFonts w:ascii="Courier New" w:hAnsi="Courier New"/>
          <w:color w:val="555555"/>
          <w:sz w:val="20"/>
        </w:rPr>
        <w:t>[10]</w:t>
      </w:r>
    </w:p>
    <w:p>
      <w:r>
        <w:rPr>
          <w:rFonts w:ascii="Gentium Plus" w:hAnsi="Gentium Plus"/>
          <w:sz w:val="24"/>
        </w:rPr>
        <w:t>Πλὴν χρυσίου τάλαντον ἐκ προστάγματος Δόντος προθύμως, οὐ μὲν ἀρνεῖται λαβεῖν· Λαβὼν δ’ ἐν ὄψει τοῦ δεδωκότος αὐτίκα Ἄρτον πριάμενος τοῦ ταλάντου· «Τόνδ’, ἔφη, Λαβεῖν ἔχρῃζον, οὐ τὸν ἄβρωτον τύφον.»</w:t>
      </w:r>
    </w:p>
    <w:p>
      <w:r>
        <w:rPr>
          <w:rFonts w:ascii="Courier New" w:hAnsi="Courier New"/>
          <w:color w:val="555555"/>
          <w:sz w:val="20"/>
        </w:rPr>
        <w:t>[15]</w:t>
      </w:r>
    </w:p>
    <w:p>
      <w:r>
        <w:rPr>
          <w:rFonts w:ascii="Gentium Plus" w:hAnsi="Gentium Plus"/>
          <w:sz w:val="24"/>
        </w:rPr>
        <w:t>Ταῦτ’ οὖν μὲν ἴσα τοῖς ἐμοῖς νόμοις σχεδὸν,</w:t>
      </w:r>
    </w:p>
    <w:p>
      <w:r>
        <w:rPr>
          <w:rFonts w:ascii="Courier New" w:hAnsi="Courier New"/>
          <w:color w:val="555555"/>
          <w:sz w:val="20"/>
        </w:rPr>
        <w:t>[699]</w:t>
      </w:r>
    </w:p>
    <w:p>
      <w:r>
        <w:rPr>
          <w:rFonts w:ascii="Gentium Plus" w:hAnsi="Gentium Plus"/>
          <w:sz w:val="24"/>
        </w:rPr>
        <w:t>Οἵ με πτεροῦσιν εἰς βίον τε καὶ φύσιν Πτηνῶν, ἐφημερίῳ τε κ’ ἀσπόρῳ τροφῇ, Κρίνων τε κάλλει εὖ μάλ’ ἠμφιεσμένων, Ὑφαῖς ἀτέχνοις ἐγγυῶνταί μοι σκέπην,</w:t>
      </w:r>
    </w:p>
    <w:p>
      <w:r>
        <w:rPr>
          <w:rFonts w:ascii="Courier New" w:hAnsi="Courier New"/>
          <w:color w:val="555555"/>
          <w:sz w:val="20"/>
        </w:rPr>
        <w:t>[5]</w:t>
      </w:r>
    </w:p>
    <w:p>
      <w:r>
        <w:rPr>
          <w:rFonts w:ascii="Gentium Plus" w:hAnsi="Gentium Plus"/>
          <w:sz w:val="24"/>
        </w:rPr>
        <w:t>Εἰ πρὸς μόνον βλέποιμι τὸν μέγαν Θεόν. Ἀλλ’ εἴ τι χρή με καὶ ξέσαι τὰ τῶν βίων, Ὡς ἂν δοκοίην μὴ μάτην ταῦθ’ ἱστορεῖν, Οἱ μὲν τιμῶντες χρημάτων ἀκτησίαν, Βίον τ’ ἐλεύθερόν τε καὶ δεσμῶν ἄνω,</w:t>
      </w:r>
    </w:p>
    <w:p>
      <w:r>
        <w:rPr>
          <w:rFonts w:ascii="Courier New" w:hAnsi="Courier New"/>
          <w:color w:val="555555"/>
          <w:sz w:val="20"/>
        </w:rPr>
        <w:t>[10]</w:t>
      </w:r>
    </w:p>
    <w:p>
      <w:r>
        <w:rPr>
          <w:rFonts w:ascii="Gentium Plus" w:hAnsi="Gentium Plus"/>
          <w:sz w:val="24"/>
        </w:rPr>
        <w:t>Πρῶτον μὲν οὐ καλῶς τὸ καλὸν μετῄεσαν· Πλεῖον γὰρ ἦν ἔνδειξις, ἢ καλοῦ πόθος. Ἢ τί ποτ’ ἔδει βωμῶν τε καὶ κηρυγμάτων; Ἒπειτα γαστρὸς ἡδοναῖς ἐφίεσαν, Ὡς ἄν τινες φεύγοντες οὐ πλούτου κόρον,</w:t>
      </w:r>
    </w:p>
    <w:p>
      <w:r>
        <w:rPr>
          <w:rFonts w:ascii="Courier New" w:hAnsi="Courier New"/>
          <w:color w:val="555555"/>
          <w:sz w:val="20"/>
        </w:rPr>
        <w:t>[700]</w:t>
      </w:r>
    </w:p>
    <w:p>
      <w:r>
        <w:rPr>
          <w:rFonts w:ascii="Gentium Plus" w:hAnsi="Gentium Plus"/>
          <w:sz w:val="24"/>
        </w:rPr>
        <w:t>Τὰς φροντίδας δὲ καὶ πόνους τῆς κτήσεως, Τρυφῆς δ’ ἀφορμὴν τὸ ἀπορεῖν ποιούμενοι. Δηλοῦσι σησαμοῦσιν ἄρτοι κρίθινοι Ὑπεξιόντες, καὶ τραγῳδίας ἔπη,</w:t>
      </w:r>
    </w:p>
    <w:p>
      <w:r>
        <w:rPr>
          <w:rFonts w:ascii="Courier New" w:hAnsi="Courier New"/>
          <w:color w:val="555555"/>
          <w:sz w:val="20"/>
        </w:rPr>
        <w:t>[5]</w:t>
      </w:r>
    </w:p>
    <w:p>
      <w:r>
        <w:rPr>
          <w:rFonts w:ascii="Gentium Plus" w:hAnsi="Gentium Plus"/>
          <w:sz w:val="24"/>
        </w:rPr>
        <w:t>Ὧν ἕν τι καὶ τόδ’ εὐστόχως εἰρημένον· «Ὦ ξένε, τυράννοις ἐκ ποδῶν μεθίστασο,» Σέρις τε φεύγους’ ἐκ μέσων ἡδυσμάτων, Ὄψον πενήτων, ἄφθονός τε γῆς χάρις. Ἡμῖν δ’ ἀνεπίδεικτον μὲν εἴ τι τῶν καλῶν,</w:t>
      </w:r>
    </w:p>
    <w:p>
      <w:r>
        <w:rPr>
          <w:rFonts w:ascii="Courier New" w:hAnsi="Courier New"/>
          <w:color w:val="555555"/>
          <w:sz w:val="20"/>
        </w:rPr>
        <w:t>[10]</w:t>
      </w:r>
    </w:p>
    <w:p>
      <w:r>
        <w:rPr>
          <w:rFonts w:ascii="Gentium Plus" w:hAnsi="Gentium Plus"/>
          <w:sz w:val="24"/>
        </w:rPr>
        <w:t>Οἷς πρῶτόν ἐστι μηδὲ τὴν εὐώνυμον Τὰ δεξιᾶς κινήματ’ εἰδέναι σαφῶς. Ἡ δ’ ἐγκράτεια μαρτυρεῖ τὸ ἔνθεον. Καλὸν Κλεάνθους τὸ φρέαρ, καὶ Σωκράτους</w:t>
      </w:r>
    </w:p>
    <w:p>
      <w:r>
        <w:rPr>
          <w:rFonts w:ascii="Courier New" w:hAnsi="Courier New"/>
          <w:color w:val="555555"/>
          <w:sz w:val="20"/>
        </w:rPr>
        <w:t>[701]</w:t>
      </w:r>
    </w:p>
    <w:p>
      <w:r>
        <w:rPr>
          <w:rFonts w:ascii="Gentium Plus" w:hAnsi="Gentium Plus"/>
          <w:sz w:val="24"/>
        </w:rPr>
        <w:t>Οἱ Χαρμίδαι τε καὶ σκέπη τριβωνίων, Ὑφ’ ἧς τὰ θεῖα τοῖς νέοις ὁ γεννάδας Συνῆν. Μόνοι γὰρ οἱ καλοὶ νοήμονες. Μηδεὶς ἔρωτι σωμάτων θηρευέτω</w:t>
      </w:r>
    </w:p>
    <w:p>
      <w:r>
        <w:rPr>
          <w:rFonts w:ascii="Courier New" w:hAnsi="Courier New"/>
          <w:color w:val="555555"/>
          <w:sz w:val="20"/>
        </w:rPr>
        <w:t>[5]</w:t>
      </w:r>
    </w:p>
    <w:p>
      <w:r>
        <w:rPr>
          <w:rFonts w:ascii="Gentium Plus" w:hAnsi="Gentium Plus"/>
          <w:sz w:val="24"/>
        </w:rPr>
        <w:t>Τὸ κάλλος. Ὣς ὄλοιτο τοῖα σκέμματα· Χωρὶς τὰ Μυσῶν καὶ Λυδῶν ὁρίσματα. Ἀλκμαίονος δὲ τίς τόδ’ αἰνέσει ποτὲ, Ὃς πρῶτ’ Ἀθηναίων τῶν ἀοιδίμων φέρων Ἀνὴρ γένει τε καὶ κράτει πνέων μέγα,</w:t>
      </w:r>
    </w:p>
    <w:p>
      <w:r>
        <w:rPr>
          <w:rFonts w:ascii="Courier New" w:hAnsi="Courier New"/>
          <w:color w:val="555555"/>
          <w:sz w:val="20"/>
        </w:rPr>
        <w:t>[10]</w:t>
      </w:r>
    </w:p>
    <w:p>
      <w:r>
        <w:rPr>
          <w:rFonts w:ascii="Gentium Plus" w:hAnsi="Gentium Plus"/>
          <w:sz w:val="24"/>
        </w:rPr>
        <w:t>Τοσοῦτον ὤφθη χρημάτων ἡττώμενος, Ὅσον περ εἰκὸς ἦν φανῆναι κρείττονα; Κροίσου γὰρ αὐτὸν πλείοσι δεξιουμένου,</w:t>
      </w:r>
    </w:p>
    <w:p>
      <w:r>
        <w:rPr>
          <w:rFonts w:ascii="Courier New" w:hAnsi="Courier New"/>
          <w:color w:val="555555"/>
          <w:sz w:val="20"/>
        </w:rPr>
        <w:t>[702]</w:t>
      </w:r>
    </w:p>
    <w:p>
      <w:r>
        <w:rPr>
          <w:rFonts w:ascii="Gentium Plus" w:hAnsi="Gentium Plus"/>
          <w:sz w:val="24"/>
        </w:rPr>
        <w:t>Ὧν ἓν, ταμεῖα χρυσοῦ ἅπαντα προθεὶς, Ὡς ἂν δυνάστης τῇ τύχῃ μέγα φρονῶν, Ἔχειν ἐκέλευσεν ὅσον δύναιτο ψηγμάτων· Πλήσας δὲ κόλπους, καὶ γνάθους, καὶ τὴν κόμην</w:t>
      </w:r>
    </w:p>
    <w:p>
      <w:r>
        <w:rPr>
          <w:rFonts w:ascii="Courier New" w:hAnsi="Courier New"/>
          <w:color w:val="555555"/>
          <w:sz w:val="20"/>
        </w:rPr>
        <w:t>[5]</w:t>
      </w:r>
    </w:p>
    <w:p>
      <w:r>
        <w:rPr>
          <w:rFonts w:ascii="Gentium Plus" w:hAnsi="Gentium Plus"/>
          <w:sz w:val="24"/>
        </w:rPr>
        <w:t>Θεὶς χρυσόπαστον (τῆς ἀμετρίας ὅση!) Προῆλθε Λυδοῖς πλούσιος γελώμενος. Τί δ’ ὁ Πλάτων σοι, καίπερ ὢν σοφώτατος Ἀνδρῶν; Τί δ’ Ἀρίστιππος, τὸν ἥδιστον λέγω; Τί δ’ ὁ χαρίεις Σπεύσιππος, ὥσπερ οἴομαι;</w:t>
      </w:r>
    </w:p>
    <w:p>
      <w:r>
        <w:rPr>
          <w:rFonts w:ascii="Courier New" w:hAnsi="Courier New"/>
          <w:color w:val="555555"/>
          <w:sz w:val="20"/>
        </w:rPr>
        <w:t>[10]</w:t>
      </w:r>
    </w:p>
    <w:p>
      <w:r>
        <w:rPr>
          <w:rFonts w:ascii="Gentium Plus" w:hAnsi="Gentium Plus"/>
          <w:sz w:val="24"/>
        </w:rPr>
        <w:t>Ὁ μὲν καπήλου δυστυχοῦς ἔζη βίον, Πόνους διαντλῶν κέρδεσιν θαλαττίους·</w:t>
      </w:r>
    </w:p>
    <w:p>
      <w:r>
        <w:rPr>
          <w:rFonts w:ascii="Courier New" w:hAnsi="Courier New"/>
          <w:color w:val="555555"/>
          <w:sz w:val="20"/>
        </w:rPr>
        <w:t>[703]</w:t>
      </w:r>
    </w:p>
    <w:p>
      <w:r>
        <w:rPr>
          <w:rFonts w:ascii="Gentium Plus" w:hAnsi="Gentium Plus"/>
          <w:sz w:val="24"/>
        </w:rPr>
        <w:t>Ἐρεῖς ἄπληστον, καὶ πενίᾳ τι προσνέμεις. Τὸ δὲ τραπέζας προσκυνεῖν τυραννικὰς Πλάτωνα· φεῦ λόγων τε καὶ σεμνῶν πόνων! Ἐῶ λέγειν πράσιν τε καὶ οὐχὶ πράσιν,</w:t>
      </w:r>
    </w:p>
    <w:p>
      <w:r>
        <w:rPr>
          <w:rFonts w:ascii="Courier New" w:hAnsi="Courier New"/>
          <w:color w:val="555555"/>
          <w:sz w:val="20"/>
        </w:rPr>
        <w:t>[5]</w:t>
      </w:r>
    </w:p>
    <w:p>
      <w:r>
        <w:rPr>
          <w:rFonts w:ascii="Gentium Plus" w:hAnsi="Gentium Plus"/>
          <w:sz w:val="24"/>
        </w:rPr>
        <w:t>Εἰ μὴ Πλάτωνί τις Λίβυς τῆς Ἑλλάδος Ὤφθη γ’ ἀμείνων, καὶ μικροῦ τιμήματος Δόξαν τε καὶ Πλάτωνος ὠνεῖται λόγους. Τοῦ δ’ ἐκ Κυρήνης, μέγα μὲν ἡ παῤῥησία· Ὅμως δ’ ἔμιξε τῷ ἐλευθέρῳ τρυφὴν,</w:t>
      </w:r>
    </w:p>
    <w:p>
      <w:r>
        <w:rPr>
          <w:rFonts w:ascii="Courier New" w:hAnsi="Courier New"/>
          <w:color w:val="555555"/>
          <w:sz w:val="20"/>
        </w:rPr>
        <w:t>[10]</w:t>
      </w:r>
    </w:p>
    <w:p>
      <w:r>
        <w:rPr>
          <w:rFonts w:ascii="Gentium Plus" w:hAnsi="Gentium Plus"/>
          <w:sz w:val="24"/>
        </w:rPr>
        <w:t>Βλάπτων τὸ καλὸν ἁλμυρῷ τῷ δόγματι. Μύρων γὰρ ὄζων, συμποτῶν κατέπνεε· Τὸ δ’ εὐχάριστον τοῦ τρόπου καὶ στωμύλον Ὁδηγὸν εἶχε λημμάτων. Οὕτω ποτὲ</w:t>
      </w:r>
    </w:p>
    <w:p>
      <w:r>
        <w:rPr>
          <w:rFonts w:ascii="Courier New" w:hAnsi="Courier New"/>
          <w:color w:val="555555"/>
          <w:sz w:val="20"/>
        </w:rPr>
        <w:t>[704]</w:t>
      </w:r>
    </w:p>
    <w:p>
      <w:r>
        <w:rPr>
          <w:rFonts w:ascii="Gentium Plus" w:hAnsi="Gentium Plus"/>
          <w:sz w:val="24"/>
        </w:rPr>
        <w:t>Στολὴν γυναικῶν, Ἀρχελάου τοῦ σοφοῦ, Οὐκ οἶδ’ ὅπως τε καὶ δι’ ἣν τὴν αἰτίαν, Δωρουμένου, Πλάτων μὲν οὐ προσήκατο, Ἴαμβον εἰπὼν καίριον ἐξ Εὐριπίδου·</w:t>
      </w:r>
    </w:p>
    <w:p>
      <w:r>
        <w:rPr>
          <w:rFonts w:ascii="Courier New" w:hAnsi="Courier New"/>
          <w:color w:val="555555"/>
          <w:sz w:val="20"/>
        </w:rPr>
        <w:t>[5]</w:t>
      </w:r>
    </w:p>
    <w:p>
      <w:r>
        <w:rPr>
          <w:rFonts w:ascii="Gentium Plus" w:hAnsi="Gentium Plus"/>
          <w:sz w:val="24"/>
        </w:rPr>
        <w:t>«Οὐκ ἂν δυναίμην θῆλυν ἐνδῦναι στολήν.» Ὁ δ’, ὡς τὸ δώρημ’ ἦλθεν εἰς αὐτοῦ χέρας, Φέροντος ἀνδρὸς, καὶ προθύμως λαμβάνει, Καὶ τὴν ἰάμβου κομψότητ’ ἰαμβίῳ Βάλλει, τόδ’ εἰπών· «Καὶ γὰρ ἐν βακχεύμασιν</w:t>
      </w:r>
    </w:p>
    <w:p>
      <w:r>
        <w:rPr>
          <w:rFonts w:ascii="Courier New" w:hAnsi="Courier New"/>
          <w:color w:val="555555"/>
          <w:sz w:val="20"/>
        </w:rPr>
        <w:t>[10]</w:t>
      </w:r>
    </w:p>
    <w:p>
      <w:r>
        <w:rPr>
          <w:rFonts w:ascii="Gentium Plus" w:hAnsi="Gentium Plus"/>
          <w:sz w:val="24"/>
        </w:rPr>
        <w:t>Οὖς’ ἥγε σώφρων, οὐ διαφθαρήσεται.» Ὁ δ’ αὐτὸς Ἀρχέλαος, ὥς φασιν, ποτὲ Λαβεῖν θελήσαντός τι τοῦ Σοφοκλέους,</w:t>
      </w:r>
    </w:p>
    <w:p>
      <w:r>
        <w:rPr>
          <w:rFonts w:ascii="Courier New" w:hAnsi="Courier New"/>
          <w:color w:val="555555"/>
          <w:sz w:val="20"/>
        </w:rPr>
        <w:t>[705]</w:t>
      </w:r>
    </w:p>
    <w:p>
      <w:r>
        <w:rPr>
          <w:rFonts w:ascii="Gentium Plus" w:hAnsi="Gentium Plus"/>
          <w:sz w:val="24"/>
        </w:rPr>
        <w:t>Τοσαῦτ’ ἐπειπών· «Σὺ μὲν ἄξιος δοκεῖς Ζητεῖν ἔμοιγε, λαμβάνειν δ’ Εὐριπίδης·» Δεικνὺς ὅπερ ἄριστον εὐγενὴς τρόπος. Τάξας δὲ τοῖς Ἕλλησι τοὺς πόρους ποτὲ</w:t>
      </w:r>
    </w:p>
    <w:p>
      <w:r>
        <w:rPr>
          <w:rFonts w:ascii="Courier New" w:hAnsi="Courier New"/>
          <w:color w:val="555555"/>
          <w:sz w:val="20"/>
        </w:rPr>
        <w:t>[5]</w:t>
      </w:r>
    </w:p>
    <w:p>
      <w:r>
        <w:rPr>
          <w:rFonts w:ascii="Gentium Plus" w:hAnsi="Gentium Plus"/>
          <w:sz w:val="24"/>
        </w:rPr>
        <w:t>Ὁ Λυσιμάχου, καὶ τἄλλα τῶν πρώτων φανεὶς Ἐν δημαγωγίαις τε καὶ στρατηγίαις, Τοσοῦτον ὤφθη χρημάτων ἀνώτερος, Ὥσθ’ (ὅτι μὲν ἔσχε τοὔνομ’ ἐκ τῆς πράξεως, Δίκαιος ὤν τε καὶ καλούμενος εἰς ἔτι,</w:t>
      </w:r>
    </w:p>
    <w:p>
      <w:r>
        <w:rPr>
          <w:rFonts w:ascii="Courier New" w:hAnsi="Courier New"/>
          <w:color w:val="555555"/>
          <w:sz w:val="20"/>
        </w:rPr>
        <w:t>[10]</w:t>
      </w:r>
    </w:p>
    <w:p>
      <w:r>
        <w:rPr>
          <w:rFonts w:ascii="Gentium Plus" w:hAnsi="Gentium Plus"/>
          <w:sz w:val="24"/>
        </w:rPr>
        <w:t>Ἑκὼν παρήσω) τὰς δὲ παῖδας ἡ πόλις Ἐκδοῦσα τιμᾷ χρήμασι πενίαν καλὴν, Αὐτόν τ’ ἔθαψεν, οὐκ ἔχονθ’ ὅθεν ταφῇ. Οὐκ ἂν παρέλθοιμ’ οὐδὲ τὰ Ῥωμαίων καλὰ Ὡς μὴ παλαιοῖς ἰσχυριζοίμην μόνοις.</w:t>
      </w:r>
    </w:p>
    <w:p>
      <w:r>
        <w:rPr>
          <w:rFonts w:ascii="Courier New" w:hAnsi="Courier New"/>
          <w:color w:val="555555"/>
          <w:sz w:val="20"/>
        </w:rPr>
        <w:t>[15]</w:t>
      </w:r>
    </w:p>
    <w:p>
      <w:r>
        <w:rPr>
          <w:rFonts w:ascii="Gentium Plus" w:hAnsi="Gentium Plus"/>
          <w:sz w:val="24"/>
        </w:rPr>
        <w:t>Πύῤῥου κρατήσας ἐν μάχῃ Φαβρίκιος,</w:t>
      </w:r>
    </w:p>
    <w:p>
      <w:r>
        <w:rPr>
          <w:rFonts w:ascii="Courier New" w:hAnsi="Courier New"/>
          <w:color w:val="555555"/>
          <w:sz w:val="20"/>
        </w:rPr>
        <w:t>[706]</w:t>
      </w:r>
    </w:p>
    <w:p>
      <w:r>
        <w:rPr>
          <w:rFonts w:ascii="Gentium Plus" w:hAnsi="Gentium Plus"/>
          <w:sz w:val="24"/>
        </w:rPr>
        <w:t>Ἦν δὲ στρατηγὸς τῶν περιβλέπτων ἄγαν, Καὶ τοῖσδ’ ἐνίκα μᾶλλον· ὡς γὰρ εἰς στενὸν Ὁ Πύῤῥος ἦλθεν ἐλπίδων, ἐπειράθη Χρυσοῦ ταλάντοις τὸν στρατηγὸν ἁρπάσαι·</w:t>
      </w:r>
    </w:p>
    <w:p>
      <w:r>
        <w:rPr>
          <w:rFonts w:ascii="Courier New" w:hAnsi="Courier New"/>
          <w:color w:val="555555"/>
          <w:sz w:val="20"/>
        </w:rPr>
        <w:t>[5]</w:t>
      </w:r>
    </w:p>
    <w:p>
      <w:r>
        <w:rPr>
          <w:rFonts w:ascii="Gentium Plus" w:hAnsi="Gentium Plus"/>
          <w:sz w:val="24"/>
        </w:rPr>
        <w:t>Ὁ δ’ οὐκ ἐδέξατ’, ἀλλ’ ὅμως ἐσπείσατο. Ἐπεὶ δ’ ὁ Πύῤῥος, ὡς λέγους’, εἰρηνικὰ Παίζων πρὸς αὐτὸν, τῶν ἐνόπλων θηρίων Ἕνα τῶν ἐλεφάντων ὑπερφυᾶ τε καὶ μέγαν, Οὔπω κατ’ ὄψιν οἱ τέως ἐγνωσμένον,</w:t>
      </w:r>
    </w:p>
    <w:p>
      <w:r>
        <w:rPr>
          <w:rFonts w:ascii="Courier New" w:hAnsi="Courier New"/>
          <w:color w:val="555555"/>
          <w:sz w:val="20"/>
        </w:rPr>
        <w:t>[10]</w:t>
      </w:r>
    </w:p>
    <w:p>
      <w:r>
        <w:rPr>
          <w:rFonts w:ascii="Gentium Plus" w:hAnsi="Gentium Plus"/>
          <w:sz w:val="24"/>
        </w:rPr>
        <w:t>Ἔδειξε· ῥινὸς ὑπερφανείσης ἀθρόως Οὔτ’ ἐπτοήθη, καὶ τόδ’ εἶπεν ἵλεως· «Οὔ μ’ οὔτε χρυσὸς εἷλεν, οὔτε θηρίον.» Ἀρκεῖ τοσαῦτα, καὶ τάδε μέτρου πέρα, Ὡς ἄν τις εἴποι χρημάτων καταφρονῶν.</w:t>
      </w:r>
    </w:p>
    <w:p>
      <w:r>
        <w:rPr>
          <w:rFonts w:ascii="Courier New" w:hAnsi="Courier New"/>
          <w:color w:val="555555"/>
          <w:sz w:val="20"/>
        </w:rPr>
        <w:t>[15]</w:t>
      </w:r>
    </w:p>
    <w:p>
      <w:r>
        <w:rPr>
          <w:rFonts w:ascii="Gentium Plus" w:hAnsi="Gentium Plus"/>
          <w:sz w:val="24"/>
        </w:rPr>
        <w:t>Μήτ’ οὖν ἐκεῖνα προσδέχου τὰ μὴ καλὰ</w:t>
      </w:r>
    </w:p>
    <w:p>
      <w:r>
        <w:rPr>
          <w:rFonts w:ascii="Courier New" w:hAnsi="Courier New"/>
          <w:color w:val="555555"/>
          <w:sz w:val="20"/>
        </w:rPr>
        <w:t>[707]</w:t>
      </w:r>
    </w:p>
    <w:p>
      <w:r>
        <w:rPr>
          <w:rFonts w:ascii="Gentium Plus" w:hAnsi="Gentium Plus"/>
          <w:sz w:val="24"/>
        </w:rPr>
        <w:t>Βίβλων παλαιῶν, ὦγαθ’, αἷς ἐνετράφης· Ἔα με κερδαίνοντα κεκλῆσθαι κακόν. Κρεῖσσον γὰρ ἢ σέβοντα τοὺς θεῶν νόμους Πένητα ναίειν, δόξαν ἠμποληκότα.</w:t>
      </w:r>
    </w:p>
    <w:p>
      <w:r>
        <w:rPr>
          <w:rFonts w:ascii="Courier New" w:hAnsi="Courier New"/>
          <w:color w:val="555555"/>
          <w:sz w:val="20"/>
        </w:rPr>
        <w:t>[5]</w:t>
      </w:r>
    </w:p>
    <w:p>
      <w:r>
        <w:rPr>
          <w:rFonts w:ascii="Gentium Plus" w:hAnsi="Gentium Plus"/>
          <w:sz w:val="24"/>
        </w:rPr>
        <w:t>Μή μοι γένος γένιζε, μάζα μοι γένος. Τὰ χρήματ’ ἀνθρώποισι τιμιώτατα. Πένητος ἀνδρὸς οὐδὲν ἀθλιώτερον. Ἄνευ δὲ χαλκοῦ, Φοῖβος οὐ μαντεύεται. Οὐκ ἔστιν ὅστις πάντ’ ἀνὴρ εὐδαιμονεῖ·</w:t>
      </w:r>
    </w:p>
    <w:p>
      <w:r>
        <w:rPr>
          <w:rFonts w:ascii="Courier New" w:hAnsi="Courier New"/>
          <w:color w:val="555555"/>
          <w:sz w:val="20"/>
        </w:rPr>
        <w:t>[10]</w:t>
      </w:r>
    </w:p>
    <w:p>
      <w:r>
        <w:rPr>
          <w:rFonts w:ascii="Gentium Plus" w:hAnsi="Gentium Plus"/>
          <w:sz w:val="24"/>
        </w:rPr>
        <w:t>Ἢ γὰρ πεφυκὼς ἐσθλὸς, οὐκ ἔχει βίον, Ἢ δυσγενὴς ὢν, πλουσίαν ἀροῖ πλάκα. Πῶς γὰρ καλεῖς δυσδαίμονα, τὸν πένητα μὲν, Πολλῷ δ’ ἔχοντα πλουσιώτερον τρόπον; Δύσδαιμον ὄντως τὸ φρονεῖν οὕτω κακῶς.</w:t>
      </w:r>
    </w:p>
    <w:p>
      <w:r>
        <w:rPr>
          <w:rFonts w:ascii="Courier New" w:hAnsi="Courier New"/>
          <w:color w:val="555555"/>
          <w:sz w:val="20"/>
        </w:rPr>
        <w:t>[708]</w:t>
      </w:r>
    </w:p>
    <w:p>
      <w:r>
        <w:rPr>
          <w:rFonts w:ascii="Gentium Plus" w:hAnsi="Gentium Plus"/>
          <w:sz w:val="24"/>
        </w:rPr>
        <w:t>Ταῦτ’ οὖν ἅπαντα φεῦγε τούς τ’ εἰρηκότας, Εἴτ’ ἄλλο τούτοις ἐμφερές τι ἐν λόγοις. Καὶ ταῦτ’ ἐπαίνει τῶν σοφῶς εἰρημένων· Ὅτ’ ἐκ πονηροῦ πράγματος κέρδος λάβῃς,</w:t>
      </w:r>
    </w:p>
    <w:p>
      <w:r>
        <w:rPr>
          <w:rFonts w:ascii="Courier New" w:hAnsi="Courier New"/>
          <w:color w:val="555555"/>
          <w:sz w:val="20"/>
        </w:rPr>
        <w:t>[5]</w:t>
      </w:r>
    </w:p>
    <w:p>
      <w:r>
        <w:rPr>
          <w:rFonts w:ascii="Gentium Plus" w:hAnsi="Gentium Plus"/>
          <w:sz w:val="24"/>
        </w:rPr>
        <w:t>Τοῦ δυστυχεῖν νόμιζε ἀῤῥαβῶν’ ἔχειν. Μὴ πάντοθεν κέρδαινε, σαυτὸν αἰσχύνων· Τὸ μὴ δικαίως εὐτυχεῖν, ἔχει φόβον. Μὴ Πλοῦτον εἴπῃς, οὐχὶ θαυμάζω θεὸν, Ὃν καὶ κάκιστος ῥᾳδίως ἐκτήσατο.</w:t>
      </w:r>
    </w:p>
    <w:p>
      <w:r>
        <w:rPr>
          <w:rFonts w:ascii="Courier New" w:hAnsi="Courier New"/>
          <w:color w:val="555555"/>
          <w:sz w:val="20"/>
        </w:rPr>
        <w:t>[10]</w:t>
      </w:r>
    </w:p>
    <w:p>
      <w:r>
        <w:rPr>
          <w:rFonts w:ascii="Gentium Plus" w:hAnsi="Gentium Plus"/>
          <w:sz w:val="24"/>
        </w:rPr>
        <w:t>Πένης μέν ἐστι, τὸν τρόπον δὲ πλούσιος. Σοφὸν πένητα μᾶλλον, ἢ Μίδαν κακόν. Ληρεῖ δέ μοι Θέογνις ὡς λῆρον πλατὺν, Κρημνοὺς προτιμῶν τῆς ἀπορίας καὶ βυθοὺς,</w:t>
      </w:r>
    </w:p>
    <w:p>
      <w:r>
        <w:rPr>
          <w:rFonts w:ascii="Courier New" w:hAnsi="Courier New"/>
          <w:color w:val="555555"/>
          <w:sz w:val="20"/>
        </w:rPr>
        <w:t>[709]</w:t>
      </w:r>
    </w:p>
    <w:p>
      <w:r>
        <w:rPr>
          <w:rFonts w:ascii="Gentium Plus" w:hAnsi="Gentium Plus"/>
          <w:sz w:val="24"/>
        </w:rPr>
        <w:t>Ὅμηρε καὶ σὺ, πῶς τοσοῦτον ἀστάτῳ Πράγματι νέμεις, ὥστε φράσαι που τῶν ἐπῶν, Ὀπηδὸν εἶναι τὴν ἀρετὴν τῶν χρημάτων; Φησίν· Τόδ’ εἶπον αὐτὸς, οὐχ οὕτως ἔχων,</w:t>
      </w:r>
    </w:p>
    <w:p>
      <w:r>
        <w:rPr>
          <w:rFonts w:ascii="Courier New" w:hAnsi="Courier New"/>
          <w:color w:val="555555"/>
          <w:sz w:val="20"/>
        </w:rPr>
        <w:t>[5]</w:t>
      </w:r>
    </w:p>
    <w:p>
      <w:r>
        <w:rPr>
          <w:rFonts w:ascii="Gentium Plus" w:hAnsi="Gentium Plus"/>
          <w:sz w:val="24"/>
        </w:rPr>
        <w:t>Γελῶν δὲ τοὺς ἔχοντας οὕτως ἀθλίως. Οὐ γὰρ δοκεῖ σοι τὴν θάλασσαν ἐκφυγὼν Ὀδυσσεὺς ἐκεῖνος, οὗ τὰ πόλλ’ ἀθλήματα, Ὀφθεὶς ἀλήτης τῇ βασιλίδι γυμνὸς, Καταιδέσας δὲ τῷ λόγῳ τὴν παρθένον,</w:t>
      </w:r>
    </w:p>
    <w:p>
      <w:r>
        <w:rPr>
          <w:rFonts w:ascii="Courier New" w:hAnsi="Courier New"/>
          <w:color w:val="555555"/>
          <w:sz w:val="20"/>
        </w:rPr>
        <w:t>[10]</w:t>
      </w:r>
    </w:p>
    <w:p>
      <w:r>
        <w:rPr>
          <w:rFonts w:ascii="Gentium Plus" w:hAnsi="Gentium Plus"/>
          <w:sz w:val="24"/>
        </w:rPr>
        <w:t>Φαίαξί τ’ αὐτοῖς ἄξιος πλείστου φανεὶς, Εἶναι προδήλως τῆς ἀρετῆς ἐγκώμιον; Τὸν μῦθον αἰνῶ τὸν Φρύγιον, ὃς εὖ ἔχει· Μίδᾳ γὰρ αἰτήσαντι πάντα χρυσίου Πλήρη γενέσθαι, τῆς ἀμετρίας δίκην</w:t>
      </w:r>
    </w:p>
    <w:p>
      <w:r>
        <w:rPr>
          <w:rFonts w:ascii="Courier New" w:hAnsi="Courier New"/>
          <w:color w:val="555555"/>
          <w:sz w:val="20"/>
        </w:rPr>
        <w:t>[710]</w:t>
      </w:r>
    </w:p>
    <w:p>
      <w:r>
        <w:rPr>
          <w:rFonts w:ascii="Gentium Plus" w:hAnsi="Gentium Plus"/>
          <w:sz w:val="24"/>
        </w:rPr>
        <w:t>Θεὸς δίδωσιν ὦνπερ ἠξίου τυχεῖν· Ὁ χρυσὸς ἦν ἄβρωτος· ὃς δ’ εἶχεν, νέκυς. Τί μοι ξένων μύθων τε καὶ διδαγμάτων; Αὐτοὺς σκόπει μοι τοὺς ἐμοὺς ἤδη νόμους.</w:t>
      </w:r>
    </w:p>
    <w:p>
      <w:r>
        <w:rPr>
          <w:rFonts w:ascii="Courier New" w:hAnsi="Courier New"/>
          <w:color w:val="555555"/>
          <w:sz w:val="20"/>
        </w:rPr>
        <w:t>[5]</w:t>
      </w:r>
    </w:p>
    <w:p>
      <w:r>
        <w:rPr>
          <w:rFonts w:ascii="Gentium Plus" w:hAnsi="Gentium Plus"/>
          <w:sz w:val="24"/>
        </w:rPr>
        <w:t>Ἐμοὶ γένος μέν ἐστι τὸ πρῶτον καλὸν, Οὗπερ προῆλθον, καὶ πρὸς ὃ πτερῶ βίον, Δεσμῶν ἐμαυτὸν ἐκλύειν πειρώμενος. Ἡ δ’ ἐκ μελῶν τε καὶ φθορᾶς ὁρμωμένη, Νεκρῶν τε λαμπρῶν καὶ πάλαι σεσηπότων,</w:t>
      </w:r>
    </w:p>
    <w:p>
      <w:r>
        <w:rPr>
          <w:rFonts w:ascii="Courier New" w:hAnsi="Courier New"/>
          <w:color w:val="555555"/>
          <w:sz w:val="20"/>
        </w:rPr>
        <w:t>[10]</w:t>
      </w:r>
    </w:p>
    <w:p>
      <w:r>
        <w:rPr>
          <w:rFonts w:ascii="Gentium Plus" w:hAnsi="Gentium Plus"/>
          <w:sz w:val="24"/>
        </w:rPr>
        <w:t>Ἣν δὴ καλοῦσιν εὐγένειαν οἱ κάτω, Κόπρου ῥεούσης οὐδὲν εὐγενεστέρα. Πατρὶς δὲ σωμάτων μὲν οὐκ ἐλευθέρα, Φόρων τε δούλη, καὶ κακῶς τετμημένη</w:t>
      </w:r>
    </w:p>
    <w:p>
      <w:r>
        <w:rPr>
          <w:rFonts w:ascii="Courier New" w:hAnsi="Courier New"/>
          <w:color w:val="555555"/>
          <w:sz w:val="20"/>
        </w:rPr>
        <w:t>[711]</w:t>
      </w:r>
    </w:p>
    <w:p>
      <w:r>
        <w:rPr>
          <w:rFonts w:ascii="Gentium Plus" w:hAnsi="Gentium Plus"/>
          <w:sz w:val="24"/>
        </w:rPr>
        <w:t>Πολλοὺς ἀμείβους’ ἀθλίους οἰκήτορας, Αὐτή γε μήτηρ καὶ τάφος γεννημάτων, Κόπτουσα τοὺς κόπτοντας. Ὦ δίκη, δίκη Τοῦ πρωτοπλάστου γεύσεώς τε καὶ πλάνης!</w:t>
      </w:r>
    </w:p>
    <w:p>
      <w:r>
        <w:rPr>
          <w:rFonts w:ascii="Courier New" w:hAnsi="Courier New"/>
          <w:color w:val="555555"/>
          <w:sz w:val="20"/>
        </w:rPr>
        <w:t>[5]</w:t>
      </w:r>
    </w:p>
    <w:p>
      <w:r>
        <w:rPr>
          <w:rFonts w:ascii="Gentium Plus" w:hAnsi="Gentium Plus"/>
          <w:sz w:val="24"/>
        </w:rPr>
        <w:t>Ἡ δ’ ἀντὶ ταύτης τοῖς σοφοῖς ζητουμένη Πρὸς ἣν βλέποντες ἐνθάδ’ οὐ ῥοιζούμεθα, Ὥσπερ πόα τι ἐφ’ ὑδάτων ὀχουμένη, Πλατεῖ ἀτέρμων εὐγενῶν σκηνωμάτων, Κρατουμένη τε τοῖς κατοίκοις εἰς ἀεὶ,</w:t>
      </w:r>
    </w:p>
    <w:p>
      <w:r>
        <w:rPr>
          <w:rFonts w:ascii="Courier New" w:hAnsi="Courier New"/>
          <w:color w:val="555555"/>
          <w:sz w:val="20"/>
        </w:rPr>
        <w:t>[10]</w:t>
      </w:r>
    </w:p>
    <w:p>
      <w:r>
        <w:rPr>
          <w:rFonts w:ascii="Gentium Plus" w:hAnsi="Gentium Plus"/>
          <w:sz w:val="24"/>
        </w:rPr>
        <w:t>Ζώντων τε μήτηρ, καὶ μόγων ἀλλοτρία, Χορός τ’ ἄπαυστα Χριστὸν ὑμνούντων μέγαν, Πανήγυρίς τε πρωτοτόκων γεγραμμένων Ἐν οὐρανοῖς βίβλοις τε ταῖς αἰωνίοις.</w:t>
      </w:r>
    </w:p>
    <w:p>
      <w:r>
        <w:rPr>
          <w:rFonts w:ascii="Courier New" w:hAnsi="Courier New"/>
          <w:color w:val="555555"/>
          <w:sz w:val="20"/>
        </w:rPr>
        <w:t>[712]</w:t>
      </w:r>
    </w:p>
    <w:p>
      <w:r>
        <w:rPr>
          <w:rFonts w:ascii="Gentium Plus" w:hAnsi="Gentium Plus"/>
          <w:sz w:val="24"/>
        </w:rPr>
        <w:t>Δόξαν τ’ ἐπαινῶ τὴν ἄνω μοι κειμένην, Σταθμὴν δικαίαν, καλὸν ἀψευδέστατον. Ἡ δ’ ἐνθάδ’, αὖρα καὶ κενῶν κενὴ χάρις· Ἡ μὲν δικαία προστίθησιν οὐδὲ ἕν·</w:t>
      </w:r>
    </w:p>
    <w:p>
      <w:r>
        <w:rPr>
          <w:rFonts w:ascii="Courier New" w:hAnsi="Courier New"/>
          <w:color w:val="555555"/>
          <w:sz w:val="20"/>
        </w:rPr>
        <w:t>[5]</w:t>
      </w:r>
    </w:p>
    <w:p>
      <w:r>
        <w:rPr>
          <w:rFonts w:ascii="Gentium Plus" w:hAnsi="Gentium Plus"/>
          <w:sz w:val="24"/>
        </w:rPr>
        <w:t>Ἡ δ’ οὐκ ἀληθὴς εἰς βλάβην καθίσταται. Τὸ γὰρ δοκεῖν, ὑφεῖλε τοῦ εἶναι πολύ. Πλοῦτος δ’ ὁ μὲν ῥέων τε καὶ μέθης πλέως, Ὄψιν τε πηρὸς καὶ περιπλανώμενος, Φυσῶν τε πολλοὺς καὶ κενῶς ἀντλῶν τύχην,</w:t>
      </w:r>
    </w:p>
    <w:p>
      <w:r>
        <w:rPr>
          <w:rFonts w:ascii="Courier New" w:hAnsi="Courier New"/>
          <w:color w:val="555555"/>
          <w:sz w:val="20"/>
        </w:rPr>
        <w:t>[10]</w:t>
      </w:r>
    </w:p>
    <w:p>
      <w:r>
        <w:rPr>
          <w:rFonts w:ascii="Gentium Plus" w:hAnsi="Gentium Plus"/>
          <w:sz w:val="24"/>
        </w:rPr>
        <w:t>Γαστρός τις ὄγκος ὑδέρου πεπλησμένος. Ἄλλοις προσέρποι φάρμακον νόσου γέμον Καιροῦ φθόνου τε παίγνιον τιμώμενον.</w:t>
      </w:r>
    </w:p>
    <w:p>
      <w:r>
        <w:rPr>
          <w:rFonts w:ascii="Courier New" w:hAnsi="Courier New"/>
          <w:color w:val="555555"/>
          <w:sz w:val="20"/>
        </w:rPr>
        <w:t>[713]</w:t>
      </w:r>
    </w:p>
    <w:p>
      <w:r>
        <w:rPr>
          <w:rFonts w:ascii="Gentium Plus" w:hAnsi="Gentium Plus"/>
          <w:sz w:val="24"/>
        </w:rPr>
        <w:t>Ἑστὼς, ἄσυλος, κτημάτων ἀνώτατος, Μηδὲν πεπάσθαι πλὴν Θεοῦ καὶ τῶν ἄνω. Ἅπαντα μὲν γὰρ οὐκ ἂν, εἰ βούλοιτό τις, Κτήσαιτο, οὔτ’ ἐκτήσατ’ οὔκουν ἄχρι νῦν·</w:t>
      </w:r>
    </w:p>
    <w:p>
      <w:r>
        <w:rPr>
          <w:rFonts w:ascii="Courier New" w:hAnsi="Courier New"/>
          <w:color w:val="555555"/>
          <w:sz w:val="20"/>
        </w:rPr>
        <w:t>[5]</w:t>
      </w:r>
    </w:p>
    <w:p>
      <w:r>
        <w:rPr>
          <w:rFonts w:ascii="Gentium Plus" w:hAnsi="Gentium Plus"/>
          <w:sz w:val="24"/>
        </w:rPr>
        <w:t>Πάντων δ’ ἔνεστιν ἀθρόως καταφρονεῖν, Κρείττω τε πάντων τοῦτον εἶναι τὸν τρόπον. Ἄλλοι φάλαγγας τασσέτωσαν ὁπλιτῶν, Πλεῖόν τε πασχέτωσαν, ὧν δρᾶσιν κακῶν, Βάλλοντες, οἰμώζοντες, ἀστάτοις ῥοπαῖς</w:t>
      </w:r>
    </w:p>
    <w:p>
      <w:r>
        <w:rPr>
          <w:rFonts w:ascii="Courier New" w:hAnsi="Courier New"/>
          <w:color w:val="555555"/>
          <w:sz w:val="20"/>
        </w:rPr>
        <w:t>[10]</w:t>
      </w:r>
    </w:p>
    <w:p>
      <w:r>
        <w:rPr>
          <w:rFonts w:ascii="Gentium Plus" w:hAnsi="Gentium Plus"/>
          <w:sz w:val="24"/>
        </w:rPr>
        <w:t>Ἀγχωμαλοῦντες, αἱμάτων ὠνούμενοι Πλούτου τίν’ ὄγκον, ἢ τυραννίδος κράτος. Ἄλλοι δὲ γῆς τε καὶ θαλάττης ἀγρίας Κόλπους μετρούντων, ἔμποροι δυσδαίμονες. Ἄλλοι δίκας τε καὶ νόμους ἀντιστρόφους</w:t>
      </w:r>
    </w:p>
    <w:p>
      <w:r>
        <w:rPr>
          <w:rFonts w:ascii="Courier New" w:hAnsi="Courier New"/>
          <w:color w:val="555555"/>
          <w:sz w:val="20"/>
        </w:rPr>
        <w:t>[15]</w:t>
      </w:r>
    </w:p>
    <w:p>
      <w:r>
        <w:rPr>
          <w:rFonts w:ascii="Gentium Plus" w:hAnsi="Gentium Plus"/>
          <w:sz w:val="24"/>
        </w:rPr>
        <w:t>Σπουδῇ πλεκόντων, λημμάτων μικρῶν χάριν·</w:t>
      </w:r>
    </w:p>
    <w:p>
      <w:r>
        <w:rPr>
          <w:rFonts w:ascii="Courier New" w:hAnsi="Courier New"/>
          <w:color w:val="555555"/>
          <w:sz w:val="20"/>
        </w:rPr>
        <w:t>[714]</w:t>
      </w:r>
    </w:p>
    <w:p>
      <w:r>
        <w:rPr>
          <w:rFonts w:ascii="Gentium Plus" w:hAnsi="Gentium Plus"/>
          <w:sz w:val="24"/>
        </w:rPr>
        <w:t>Ἐμοὶ δὲ πάντων Χριστός ἐστιν ὤνιος, Σταυρόν τε τὸν πένητα πλουσίως φέρω, Ῥίψας τὰ σητῶν καὶ στροφὴν πεττευμάτων. Τούτου νόμος μὲν πρῶτος, ἡ πρώτη τρυφὴ,</w:t>
      </w:r>
    </w:p>
    <w:p>
      <w:r>
        <w:rPr>
          <w:rFonts w:ascii="Courier New" w:hAnsi="Courier New"/>
          <w:color w:val="555555"/>
          <w:sz w:val="20"/>
        </w:rPr>
        <w:t>[5]</w:t>
      </w:r>
    </w:p>
    <w:p>
      <w:r>
        <w:rPr>
          <w:rFonts w:ascii="Gentium Plus" w:hAnsi="Gentium Plus"/>
          <w:sz w:val="24"/>
        </w:rPr>
        <w:t>Ἐδὲμ δὲ καὶ παράδεισος εὐθαλὴς φυτοῖς, Πηγή τ’ ἐς ἀρχὰς τέτταρας τετμημένη. Οὐ χρυσὸς, οὐκ ἤλεκτρον, οὐδὲ ἄργυρος, Οὐκ εὐχρόων τε καὶ φανῶν λίθων χάρις, Ἃ γῆ δίδωσι τοῖς κάτω νενευκόσι·</w:t>
      </w:r>
    </w:p>
    <w:p>
      <w:r>
        <w:rPr>
          <w:rFonts w:ascii="Courier New" w:hAnsi="Courier New"/>
          <w:color w:val="555555"/>
          <w:sz w:val="20"/>
        </w:rPr>
        <w:t>[10]</w:t>
      </w:r>
    </w:p>
    <w:p>
      <w:r>
        <w:rPr>
          <w:rFonts w:ascii="Gentium Plus" w:hAnsi="Gentium Plus"/>
          <w:sz w:val="24"/>
        </w:rPr>
        <w:t>Μόνοις δὲ καρποῖς ἀφθόνως διέτρεφε Τὸν ἐργάτην Θεοῦ τε καὶ θείας τρυφῆς. Κἀνταῦθ’ ὅρος τις ἡδονῇ μετρούμενος· Ξύλου γὰρ εἶργε γνώσεως ἐναντίων. Ὃς οὐ φυλαχθεὶς, παντὸς ἐστέρησέ με,</w:t>
      </w:r>
    </w:p>
    <w:p>
      <w:r>
        <w:rPr>
          <w:rFonts w:ascii="Courier New" w:hAnsi="Courier New"/>
          <w:color w:val="555555"/>
          <w:sz w:val="20"/>
        </w:rPr>
        <w:t>[15]</w:t>
      </w:r>
    </w:p>
    <w:p>
      <w:r>
        <w:rPr>
          <w:rFonts w:ascii="Gentium Plus" w:hAnsi="Gentium Plus"/>
          <w:sz w:val="24"/>
        </w:rPr>
        <w:t>Καὶ γῆς πόνοις ἔδωκε μητρὸς τῆς ἐμῆς.</w:t>
      </w:r>
    </w:p>
    <w:p>
      <w:r>
        <w:rPr>
          <w:rFonts w:ascii="Courier New" w:hAnsi="Courier New"/>
          <w:color w:val="555555"/>
          <w:sz w:val="20"/>
        </w:rPr>
        <w:t>[715]</w:t>
      </w:r>
    </w:p>
    <w:p>
      <w:r>
        <w:rPr>
          <w:rFonts w:ascii="Gentium Plus" w:hAnsi="Gentium Plus"/>
          <w:sz w:val="24"/>
        </w:rPr>
        <w:t>Ὧν εἷς, τὸ πλεῖον τῶν ἀναγκαίων ἔχειν Μηδέν τε μέτρον εἰδέναι τῆς κτήσεως, Κακοῦ τὸ χεῖρον φάρμακον ποιουμένους, Διψῶντας αὐτῷ τῷ ποτῷ καυσουμένους.</w:t>
      </w:r>
    </w:p>
    <w:p>
      <w:r>
        <w:rPr>
          <w:rFonts w:ascii="Courier New" w:hAnsi="Courier New"/>
          <w:color w:val="555555"/>
          <w:sz w:val="20"/>
        </w:rPr>
        <w:t>[5]</w:t>
      </w:r>
    </w:p>
    <w:p>
      <w:r>
        <w:rPr>
          <w:rFonts w:ascii="Gentium Plus" w:hAnsi="Gentium Plus"/>
          <w:sz w:val="24"/>
        </w:rPr>
        <w:t>Ἐξ οὗ, τί γίνεθ’, ὡς παράδοξον, σκόπει, Ἀεὶ πένεσθαι τῷ λιπόντι κτωμένους, Τέρψιν δὲ τοῦ κτηθέντος οὐ δύνασθ’ ἔχειν, Τῷ μὴ παρόντι· καὶ γὰρ ἐκτήκει φρένας. Πρῶτος μὲν οὗτος εὐτελοῦς ζωῆς νόμος,</w:t>
      </w:r>
    </w:p>
    <w:p>
      <w:r>
        <w:rPr>
          <w:rFonts w:ascii="Courier New" w:hAnsi="Courier New"/>
          <w:color w:val="555555"/>
          <w:sz w:val="20"/>
        </w:rPr>
        <w:t>[10]</w:t>
      </w:r>
    </w:p>
    <w:p>
      <w:r>
        <w:rPr>
          <w:rFonts w:ascii="Gentium Plus" w:hAnsi="Gentium Plus"/>
          <w:sz w:val="24"/>
        </w:rPr>
        <w:t>Ἔστιν δ’ ἐκεῖνος δεύτερος. Τὸν Ἀβραὰμ Τὸν πατριάρχην, τὸν θεόπτην τὸν μέγαν, Οἴκου, γένους τε, πατρίδος ἐξελκύσας, Ὁ τῶν μεγίστων οἰκονόμος μυστηρίων, Εἰς γῆν μετήγαγ’ εὐκόλως ἀλλοτρίαν,</w:t>
      </w:r>
    </w:p>
    <w:p>
      <w:r>
        <w:rPr>
          <w:rFonts w:ascii="Courier New" w:hAnsi="Courier New"/>
          <w:color w:val="555555"/>
          <w:sz w:val="20"/>
        </w:rPr>
        <w:t>[716]</w:t>
      </w:r>
    </w:p>
    <w:p>
      <w:r>
        <w:rPr>
          <w:rFonts w:ascii="Gentium Plus" w:hAnsi="Gentium Plus"/>
          <w:sz w:val="24"/>
        </w:rPr>
        <w:t>Ξένον, πάροικον, ἄστεγον, πλανώμενον. Πίστις γὰρ εἷλκεν ἐλπίδων τῶν μειζόνων· Ἄρτον δ’ Ἰακὼβ καὶ σκέπην ᾔτει μόνον, Ὁρμῶν ποταμῶν ποτ’ εἰς μέσην, ὥσπερ λόγος,</w:t>
      </w:r>
    </w:p>
    <w:p>
      <w:r>
        <w:rPr>
          <w:rFonts w:ascii="Courier New" w:hAnsi="Courier New"/>
          <w:color w:val="555555"/>
          <w:sz w:val="20"/>
        </w:rPr>
        <w:t>[5]</w:t>
      </w:r>
    </w:p>
    <w:p>
      <w:r>
        <w:rPr>
          <w:rFonts w:ascii="Gentium Plus" w:hAnsi="Gentium Plus"/>
          <w:sz w:val="24"/>
        </w:rPr>
        <w:t>Εἰ καὶ πολυθρέμμων ἐπάνεισιν ὕστερον, Μισθὸν δίκαιον εὑρόμενος οὗτον πόνων. Καὶ τοῦτο δ’ εἰπεῖν εὖ ἔχει πρὸς οἷς ἔφην· Μωσῆς ὅτ’ εἴσω τοῦ γνόφου μόνος μόνῳ Θεῷ προσωμίλησε, καὶ πλαξὶν νόμον</w:t>
      </w:r>
    </w:p>
    <w:p>
      <w:r>
        <w:rPr>
          <w:rFonts w:ascii="Courier New" w:hAnsi="Courier New"/>
          <w:color w:val="555555"/>
          <w:sz w:val="20"/>
        </w:rPr>
        <w:t>[10]</w:t>
      </w:r>
    </w:p>
    <w:p>
      <w:r>
        <w:rPr>
          <w:rFonts w:ascii="Gentium Plus" w:hAnsi="Gentium Plus"/>
          <w:sz w:val="24"/>
        </w:rPr>
        <w:t>Διπλοῦν ἐδέξαθ’, ᾧ λεὼν ἦγε μέγαν· Τότ’ οὖν μερίζων ἣν κατέσχον ἐκ Θεοῦ, Ἄλλοις μὲν ἄλλην γῆν ἐμέτρησε ξένην· Υἱοῖς δὲ Λευῒ κλῆρον οὐ νέμει μόνοις.</w:t>
      </w:r>
    </w:p>
    <w:p>
      <w:r>
        <w:rPr>
          <w:rFonts w:ascii="Courier New" w:hAnsi="Courier New"/>
          <w:color w:val="555555"/>
          <w:sz w:val="20"/>
        </w:rPr>
        <w:t>[717]</w:t>
      </w:r>
    </w:p>
    <w:p>
      <w:r>
        <w:rPr>
          <w:rFonts w:ascii="Gentium Plus" w:hAnsi="Gentium Plus"/>
          <w:sz w:val="24"/>
        </w:rPr>
        <w:t>Ἰωναδὰβ δὲ παισὶν εἰσάγων ποτὲ Ἀκτησίαν τε καὶ τὸν ὑψηλὸν βίον (ᾜδει γὰρ, ᾔδει φιλοσοφεῖν, καίπερ τότε Οὐδὲ πενίας πω κειμένης ἐν θαύματι)·</w:t>
      </w:r>
    </w:p>
    <w:p>
      <w:r>
        <w:rPr>
          <w:rFonts w:ascii="Courier New" w:hAnsi="Courier New"/>
          <w:color w:val="555555"/>
          <w:sz w:val="20"/>
        </w:rPr>
        <w:t>[5]</w:t>
      </w:r>
    </w:p>
    <w:p>
      <w:r>
        <w:rPr>
          <w:rFonts w:ascii="Gentium Plus" w:hAnsi="Gentium Plus"/>
          <w:sz w:val="24"/>
        </w:rPr>
        <w:t>Τάδ’ εἶπε, πατρὸς λίαν ὡς χρηστοῦ λόγον· «Ὦ παῖδες, οἶον ὑμῖν, ὡς ἄγαν πολὺν Κλῆρον πορίζω, οἷον οὔπω τις πατὴρ Παισὶν δέδωκεν, οὐδ’ ὃς εὐπορώτατος· Φεύγοιτε πάντα κλῆρον, εὔλυτον βίον</w:t>
      </w:r>
    </w:p>
    <w:p>
      <w:r>
        <w:rPr>
          <w:rFonts w:ascii="Courier New" w:hAnsi="Courier New"/>
          <w:color w:val="555555"/>
          <w:sz w:val="20"/>
        </w:rPr>
        <w:t>[10]</w:t>
      </w:r>
    </w:p>
    <w:p>
      <w:r>
        <w:rPr>
          <w:rFonts w:ascii="Gentium Plus" w:hAnsi="Gentium Plus"/>
          <w:sz w:val="24"/>
        </w:rPr>
        <w:t>Ἔχοιτε, δεσμῷ μηδένι κρατούμενοι. Σκηνὰς μὲν οἰκεῖτ’, οἰκίας κινουμένας· Τέμνοι δὲ γῆν ἄλλος τις· ἄμπελος δέ γε Τούτῳ φυτεύοιθ’, ὅντιν’ οἶνος εὐφρανεῖ· Ὑμῖν δ’ ἄοινος, ἐγκρατὴς ἔστω βίος.</w:t>
      </w:r>
    </w:p>
    <w:p>
      <w:r>
        <w:rPr>
          <w:rFonts w:ascii="Courier New" w:hAnsi="Courier New"/>
          <w:color w:val="555555"/>
          <w:sz w:val="20"/>
        </w:rPr>
        <w:t>[718]</w:t>
      </w:r>
    </w:p>
    <w:p>
      <w:r>
        <w:rPr>
          <w:rFonts w:ascii="Gentium Plus" w:hAnsi="Gentium Plus"/>
          <w:sz w:val="24"/>
        </w:rPr>
        <w:t>Ὧδ’ ἂν βιοῦντες, ἀσφαλῶς ζώοιτέ μοι.» Οὗτος μὲν οὖν τοιοῦτος. Ἠλίαν δέ που Θήσοιμεν, ὃν Κάρμηλος ἔτρεφεν μέγας Κόραξι χειμάῤῥῳ τε, γῆς ἐκ διψάδος;</w:t>
      </w:r>
    </w:p>
    <w:p>
      <w:r>
        <w:rPr>
          <w:rFonts w:ascii="Courier New" w:hAnsi="Courier New"/>
          <w:color w:val="555555"/>
          <w:sz w:val="20"/>
        </w:rPr>
        <w:t>[5]</w:t>
      </w:r>
    </w:p>
    <w:p>
      <w:r>
        <w:rPr>
          <w:rFonts w:ascii="Gentium Plus" w:hAnsi="Gentium Plus"/>
          <w:sz w:val="24"/>
        </w:rPr>
        <w:t>Ὃς ὢν πένης τε καὶ πενήτων ἔσχατος, Ἵστη τυράννοις ὑετοὺς, ῥείθρων βάθη· Πῦρ εἷλκεν ἐχθροῖς καὶ θυσίαις ἐξ οὐρανοῦ. Χήραις ἐπήγαζε ῥανίδας στενῆς τροφῆς, Τρέφων τρεφούσας πλουσίως ὁ ἐνδέης·</w:t>
      </w:r>
    </w:p>
    <w:p>
      <w:r>
        <w:rPr>
          <w:rFonts w:ascii="Courier New" w:hAnsi="Courier New"/>
          <w:color w:val="555555"/>
          <w:sz w:val="20"/>
        </w:rPr>
        <w:t>[10]</w:t>
      </w:r>
    </w:p>
    <w:p>
      <w:r>
        <w:rPr>
          <w:rFonts w:ascii="Gentium Plus" w:hAnsi="Gentium Plus"/>
          <w:sz w:val="24"/>
        </w:rPr>
        <w:t>Νεκροὺς δ’ ἀνέστη, μισθὸν εὐσεβοῦς σκέπης, Πυρός τ’ ἀνήγεθ’ ἅρματι πρὸς οὐρανόν. Ἑλισσαίου τε κλῆρος, ὃς παρ’ Ἠλίου, Χάρις τε καὶ τὸ κλεινὸν ἐξ ὕψους δέρος.</w:t>
      </w:r>
    </w:p>
    <w:p>
      <w:r>
        <w:rPr>
          <w:rFonts w:ascii="Courier New" w:hAnsi="Courier New"/>
          <w:color w:val="555555"/>
          <w:sz w:val="20"/>
        </w:rPr>
        <w:t>[719]</w:t>
      </w:r>
    </w:p>
    <w:p>
      <w:r>
        <w:rPr>
          <w:rFonts w:ascii="Gentium Plus" w:hAnsi="Gentium Plus"/>
          <w:sz w:val="24"/>
        </w:rPr>
        <w:t>Πάντως ἀκούεις τὸν Σαμουὴλ τὸν μέγαν, Ὃν μητρὸς εὐχὴ τῷ Θεῷ προσήγαγεν· Εἰ μὴ λίαν τολμηρὸν εἰπεῖν τοῦτό γε· Οὐδ’ αὐτὸν εἶχεν· ἐκ βρέφους Θεῷ δοθείς.</w:t>
      </w:r>
    </w:p>
    <w:p>
      <w:r>
        <w:rPr>
          <w:rFonts w:ascii="Courier New" w:hAnsi="Courier New"/>
          <w:color w:val="555555"/>
          <w:sz w:val="20"/>
        </w:rPr>
        <w:t>[5]</w:t>
      </w:r>
    </w:p>
    <w:p>
      <w:r>
        <w:rPr>
          <w:rFonts w:ascii="Gentium Plus" w:hAnsi="Gentium Plus"/>
          <w:sz w:val="24"/>
        </w:rPr>
        <w:t>Τίς ἦν παλαιᾶς καὶ νέας μεταίχμιον Θεοῦ διαθηκῶν, ὡς σκιᾶς καὶ σώματος, Τὴν μὲν κατείργων, τῆς δ’ ἀνοίγων εἰσόδους; Τίς φωτὸς ἄκρου προτρέχων λύχνος μέγας; Τίς ἐν γεννητοῖς πρῶτος, ᾧ μάρτυς Θεός;</w:t>
      </w:r>
    </w:p>
    <w:p>
      <w:r>
        <w:rPr>
          <w:rFonts w:ascii="Courier New" w:hAnsi="Courier New"/>
          <w:color w:val="555555"/>
          <w:sz w:val="20"/>
        </w:rPr>
        <w:t>[10]</w:t>
      </w:r>
    </w:p>
    <w:p>
      <w:r>
        <w:rPr>
          <w:rFonts w:ascii="Gentium Plus" w:hAnsi="Gentium Plus"/>
          <w:sz w:val="24"/>
        </w:rPr>
        <w:t>Ἔρημον ᾤκει, καὶ ξένην εἶχε τροφήν· Καμήλιον δ’ ἔσθημα δέρματος στροφῇ Ἐσφίγγετ’· ἔγραψε τὸν Ἰωάννην Λόγος, Ὃς οὐδὲ διπλοῦν εἴασε κεκτῆσθαι ῥάκος.</w:t>
      </w:r>
    </w:p>
    <w:p>
      <w:r>
        <w:rPr>
          <w:rFonts w:ascii="Courier New" w:hAnsi="Courier New"/>
          <w:color w:val="555555"/>
          <w:sz w:val="20"/>
        </w:rPr>
        <w:t>[720]</w:t>
      </w:r>
    </w:p>
    <w:p>
      <w:r>
        <w:rPr>
          <w:rFonts w:ascii="Gentium Plus" w:hAnsi="Gentium Plus"/>
          <w:sz w:val="24"/>
        </w:rPr>
        <w:t>Τί δ’ ἄν τις εἴποι πρὸς τὸν ἐκ τέχνης τροφὴν Παῦλον πορίζοντ’; ἢ τὸν ἐκ θέρμων μόνων Τρυφῶντα Πέτρον, τοὺς μεγάλους ἀποστόλους Οἳ πάντα κόσμον δικτύων εἴσω Θεοῦ</w:t>
      </w:r>
    </w:p>
    <w:p>
      <w:r>
        <w:rPr>
          <w:rFonts w:ascii="Courier New" w:hAnsi="Courier New"/>
          <w:color w:val="555555"/>
          <w:sz w:val="20"/>
        </w:rPr>
        <w:t>[5]</w:t>
      </w:r>
    </w:p>
    <w:p>
      <w:r>
        <w:rPr>
          <w:rFonts w:ascii="Gentium Plus" w:hAnsi="Gentium Plus"/>
          <w:sz w:val="24"/>
        </w:rPr>
        <w:t>Ἔθηκαν· ὧν αἱ χεῖρες ἔῤῥεον πολὺν Πλοῦτον πένησι πλουσίως δωρουμένων; Ἄλλοι παρῆκαν συγγενέσιν ἁλειάδας, Καλούμενοι Θεῷ πρὸς ἁλείαν κρείττονα. Λόγοις γὰρ ἦσαν τοῖς ἀρίστοις ἠγμένοι</w:t>
      </w:r>
    </w:p>
    <w:p>
      <w:r>
        <w:rPr>
          <w:rFonts w:ascii="Courier New" w:hAnsi="Courier New"/>
          <w:color w:val="555555"/>
          <w:sz w:val="20"/>
        </w:rPr>
        <w:t>[10]</w:t>
      </w:r>
    </w:p>
    <w:p>
      <w:r>
        <w:rPr>
          <w:rFonts w:ascii="Gentium Plus" w:hAnsi="Gentium Plus"/>
          <w:sz w:val="24"/>
        </w:rPr>
        <w:t>Χριστοῦ, ὃς ἐπτώχευσε καὶ σαρκὸς πάχος, Νοῦς ὢν μέγιστος, καὶ νοὸς πρώτη φύσις· Πτωχοὺς δὲ τάξας τοῦ λόγου διαγγέλους,</w:t>
      </w:r>
    </w:p>
    <w:p>
      <w:r>
        <w:rPr>
          <w:rFonts w:ascii="Courier New" w:hAnsi="Courier New"/>
          <w:color w:val="555555"/>
          <w:sz w:val="20"/>
        </w:rPr>
        <w:t>[721]</w:t>
      </w:r>
    </w:p>
    <w:p>
      <w:r>
        <w:rPr>
          <w:rFonts w:ascii="Gentium Plus" w:hAnsi="Gentium Plus"/>
          <w:sz w:val="24"/>
        </w:rPr>
        <w:t>Γυμνοῖς, ἀχάλκοις, πῆραν οὐκ ἐξημμένοις, Ἀσανδάλοις τε καὶ ἀπόροις, μυστήριον Ὅλης ἐπιτρέψας τῆς νέας οἰκουμένης, Καὶ μηδὲ ῥάβδον ἐν χειροῖν ἐῶν ἔχειν,</w:t>
      </w:r>
    </w:p>
    <w:p>
      <w:r>
        <w:rPr>
          <w:rFonts w:ascii="Courier New" w:hAnsi="Courier New"/>
          <w:color w:val="555555"/>
          <w:sz w:val="20"/>
        </w:rPr>
        <w:t>[5]</w:t>
      </w:r>
    </w:p>
    <w:p>
      <w:r>
        <w:rPr>
          <w:rFonts w:ascii="Gentium Plus" w:hAnsi="Gentium Plus"/>
          <w:sz w:val="24"/>
        </w:rPr>
        <w:t>Ὡς πίστις εἴη τοῦ λόγου τὸ εὐσθενές. Ὅρα τὸ μεῖζον· οὐδὲ τῷ νέῳ μαθεῖν Χρῄζοντι, πῶς ἂν τοῦ τελείου τις τύχοι, Ἄλλῳ τὸ ἄκρον, ἢ μόνῳ περιγράφει, Τῷ δεῖν ἅπαντα τοῖς πένησι σκορπίσαι,</w:t>
      </w:r>
    </w:p>
    <w:p>
      <w:r>
        <w:rPr>
          <w:rFonts w:ascii="Courier New" w:hAnsi="Courier New"/>
          <w:color w:val="555555"/>
          <w:sz w:val="20"/>
        </w:rPr>
        <w:t>[10]</w:t>
      </w:r>
    </w:p>
    <w:p>
      <w:r>
        <w:rPr>
          <w:rFonts w:ascii="Gentium Plus" w:hAnsi="Gentium Plus"/>
          <w:sz w:val="24"/>
        </w:rPr>
        <w:t>Σταυρὸν ἐπ’ ὤμων τὸν μέγαν φέρειν ἀεὶ, Αὐτῷ θ’ ἕπεσθαι τοῖς κάτω νεκρούμενον, Εἴπερ ποθοίη καὶ συνυψοῦσθαι Θεῷ. Οὕτω τελειοῖ καὶ τελώνας εἰσόδῳ</w:t>
      </w:r>
    </w:p>
    <w:p>
      <w:r>
        <w:rPr>
          <w:rFonts w:ascii="Courier New" w:hAnsi="Courier New"/>
          <w:color w:val="555555"/>
          <w:sz w:val="20"/>
        </w:rPr>
        <w:t>[722]</w:t>
      </w:r>
    </w:p>
    <w:p>
      <w:r>
        <w:rPr>
          <w:rFonts w:ascii="Gentium Plus" w:hAnsi="Gentium Plus"/>
          <w:sz w:val="24"/>
        </w:rPr>
        <w:t>Πάντα προθύμως τῷ Θεῷ δωρουμένους· Καὶ πειθέτω Ζακχαῖος, ὃς πλουτῶν κακῶς Οἴκτῳ πενήτων τῶν τε ἠδικημένων Πλουτεῖ τὸ πένεσθαι, καὶ ῥύπου καθαίρεται.</w:t>
      </w:r>
    </w:p>
    <w:p>
      <w:r>
        <w:rPr>
          <w:rFonts w:ascii="Courier New" w:hAnsi="Courier New"/>
          <w:color w:val="555555"/>
          <w:sz w:val="20"/>
        </w:rPr>
        <w:t>[5]</w:t>
      </w:r>
    </w:p>
    <w:p>
      <w:r>
        <w:rPr>
          <w:rFonts w:ascii="Gentium Plus" w:hAnsi="Gentium Plus"/>
          <w:sz w:val="24"/>
        </w:rPr>
        <w:t>Εἶεν· τὰ μὲν δὴ χρημάτων οὕτως ἔχει. Τῆς δ’ ἐγκρατείας μικρὰ μὲν τὰ τῶν πάλαι Σοφῶν παρ’ Ἕλλησί τε καὶ τῶν βαρβάρων. Καὶ βαρβάροις γὰρ τῆς ἀρετῆς ἦν τις λόγος. Τί χρὴ δ’ ἀφ’ ἡμῶν οἷα καὶ ὅσα γράφειν;</w:t>
      </w:r>
    </w:p>
    <w:p>
      <w:r>
        <w:rPr>
          <w:rFonts w:ascii="Courier New" w:hAnsi="Courier New"/>
          <w:color w:val="555555"/>
          <w:sz w:val="20"/>
        </w:rPr>
        <w:t>[10]</w:t>
      </w:r>
    </w:p>
    <w:p>
      <w:r>
        <w:rPr>
          <w:rFonts w:ascii="Gentium Plus" w:hAnsi="Gentium Plus"/>
          <w:sz w:val="24"/>
        </w:rPr>
        <w:t>Πᾶσιν γάρ ἐστι περιφανῆ καὶ γνώριμα. Ἤκουσα τοῦτο τῆς σοφῆς τραγῳδίας· «Γαστρὸς δὲ πειρῶ πᾶσαν ἡνίαν κρατεῖν.»</w:t>
      </w:r>
    </w:p>
    <w:p>
      <w:r>
        <w:rPr>
          <w:rFonts w:ascii="Courier New" w:hAnsi="Courier New"/>
          <w:color w:val="555555"/>
          <w:sz w:val="20"/>
        </w:rPr>
        <w:t>[723]</w:t>
      </w:r>
    </w:p>
    <w:p>
      <w:r>
        <w:rPr>
          <w:rFonts w:ascii="Gentium Plus" w:hAnsi="Gentium Plus"/>
          <w:sz w:val="24"/>
        </w:rPr>
        <w:t>Ἐν πλησμονῇ τοι Κύπρις, ἐν πεινῶσι δ’ οὔ. Παχεῖα γαστὴρ λεπτὸν οὐ τίκτει νόον. Πληρῶσαι δέῤῥιν κηρίων ἤ τ’ ἀλφίτων, Οὐδὲν διοίσει ταῦτα γαστρὸς ἐν μυχοῖς.</w:t>
      </w:r>
    </w:p>
    <w:p>
      <w:r>
        <w:rPr>
          <w:rFonts w:ascii="Courier New" w:hAnsi="Courier New"/>
          <w:color w:val="555555"/>
          <w:sz w:val="20"/>
        </w:rPr>
        <w:t>[5]</w:t>
      </w:r>
    </w:p>
    <w:p>
      <w:r>
        <w:rPr>
          <w:rFonts w:ascii="Gentium Plus" w:hAnsi="Gentium Plus"/>
          <w:sz w:val="24"/>
        </w:rPr>
        <w:t>Πίθῳ δ’ ἐπαντλεῖν ἐκρέοντι, τίς χάρις; Γαστὴρ δ’ ἄναλτος εὗρε καὶ νεῶν δρόμους· Ἄλλους δ’ ἐπ’ ἄλλοις ἐμμανεῖς ἐξώπλισεν. Ἅπαντα δ’ ἕρπειν εἰς βυθὸν τὰ τίμια Τῶν γαστριμάργων σῖτα, μὴ δὲ σῖτ’ ἔτι</w:t>
      </w:r>
    </w:p>
    <w:p>
      <w:r>
        <w:rPr>
          <w:rFonts w:ascii="Courier New" w:hAnsi="Courier New"/>
          <w:color w:val="555555"/>
          <w:sz w:val="20"/>
        </w:rPr>
        <w:t>[10]</w:t>
      </w:r>
    </w:p>
    <w:p>
      <w:r>
        <w:rPr>
          <w:rFonts w:ascii="Gentium Plus" w:hAnsi="Gentium Plus"/>
          <w:sz w:val="24"/>
        </w:rPr>
        <w:t>Τῶν εὐτελεστάτων, λέβητος ἐξ ἑνὸς, Ὀρθῶς λέγει που Κερκιδᾶς ὁ φίλτατος, Τέλος τρυφώντων, αὐτὸς ἐσθίων ἅλας, Αὐτῆς τρυφῆς ἔθ’ ἁλμυρὸν καταπτύων. Τίς δ’ οὐκ ἐπαινεῖ τὸν τρυφῶντι τῷ νέῳ</w:t>
      </w:r>
    </w:p>
    <w:p>
      <w:r>
        <w:rPr>
          <w:rFonts w:ascii="Courier New" w:hAnsi="Courier New"/>
          <w:color w:val="555555"/>
          <w:sz w:val="20"/>
        </w:rPr>
        <w:t>[724]</w:t>
      </w:r>
    </w:p>
    <w:p>
      <w:r>
        <w:rPr>
          <w:rFonts w:ascii="Gentium Plus" w:hAnsi="Gentium Plus"/>
          <w:sz w:val="24"/>
        </w:rPr>
        <w:t>Φήσαντα· «Παῦσαι προστιθείς σου ταῖς πέδαις, Ἐξαγριῶν τε τὸ σπαράσσον θηρίον.» Κἀκεῖνο δ’ οἷον Στωικῶν τῶν φιλτάτων; Ὡς ἄλλος ἄλλῳ σαρκίῳ τις προσλαλῶν·</w:t>
      </w:r>
    </w:p>
    <w:p>
      <w:r>
        <w:rPr>
          <w:rFonts w:ascii="Courier New" w:hAnsi="Courier New"/>
          <w:color w:val="555555"/>
          <w:sz w:val="20"/>
        </w:rPr>
        <w:t>[5]</w:t>
      </w:r>
    </w:p>
    <w:p>
      <w:r>
        <w:rPr>
          <w:rFonts w:ascii="Gentium Plus" w:hAnsi="Gentium Plus"/>
          <w:sz w:val="24"/>
        </w:rPr>
        <w:t>«Τί σοι χρεωστῶ, φησὶν, ἄθλιον δέρος; Φαγεῖν; μέγιστον, ἄρτος ἐνδεῶς δοθείς. Πιεῖν; ὕδωρ σοι δώσομεν, καὶ ὀξίνην. Οὐ ταῦτά μ’ αἰτεῖς· τὰ τρυφῆς δὲ καὶ κόρου, Κρυσταλλίνων τε ἁβρότητ’ ἐκπωμάτων.</w:t>
      </w:r>
    </w:p>
    <w:p>
      <w:r>
        <w:rPr>
          <w:rFonts w:ascii="Courier New" w:hAnsi="Courier New"/>
          <w:color w:val="555555"/>
          <w:sz w:val="20"/>
        </w:rPr>
        <w:t>[10]</w:t>
      </w:r>
    </w:p>
    <w:p>
      <w:r>
        <w:rPr>
          <w:rFonts w:ascii="Gentium Plus" w:hAnsi="Gentium Plus"/>
          <w:sz w:val="24"/>
        </w:rPr>
        <w:t>Λίαν ἑτοίμως δώσομέν γ’, ἀλλ’ ἀγχόνη.» Ταῦτ’ οὐκ ἀμείνω τῶν πάλαι βλακευμάτων Σαρδαναπάλου τοῦ Νίνου, ὃς ὤν ποτε Πλούτῳ τε λαμπρὸς καὶ τρυφῇ διεφθορὼς,</w:t>
      </w:r>
    </w:p>
    <w:p>
      <w:r>
        <w:rPr>
          <w:rFonts w:ascii="Courier New" w:hAnsi="Courier New"/>
          <w:color w:val="555555"/>
          <w:sz w:val="20"/>
        </w:rPr>
        <w:t>[725]</w:t>
      </w:r>
    </w:p>
    <w:p>
      <w:r>
        <w:rPr>
          <w:rFonts w:ascii="Gentium Plus" w:hAnsi="Gentium Plus"/>
          <w:sz w:val="24"/>
        </w:rPr>
        <w:t>Λαιμὸν γενέσθαι, ἡδονῆς μακρᾶς χάριν; Ὦ θεῖε Δαβὶδ, σοὶ δὲ διψῶντι φρέαρ Γῆς ἀλλοφύλων καὶ ποτὸν κρατούμενον, Ἐπεὶ δι’ αἱμάτων τε καὶ μάχης τινὲς</w:t>
      </w:r>
    </w:p>
    <w:p>
      <w:r>
        <w:rPr>
          <w:rFonts w:ascii="Courier New" w:hAnsi="Courier New"/>
          <w:color w:val="555555"/>
          <w:sz w:val="20"/>
        </w:rPr>
        <w:t>[5]</w:t>
      </w:r>
    </w:p>
    <w:p>
      <w:r>
        <w:rPr>
          <w:rFonts w:ascii="Gentium Plus" w:hAnsi="Gentium Plus"/>
          <w:sz w:val="24"/>
        </w:rPr>
        <w:t>Ὑπηρετοῦντο τῷ πόθῳ, χερσὶν λαβὼν Ἔσπεισας ὕδωρ· οὐ γὰρ ἐξ ἀλλοτρίων Κακῶν ἐδέξω τὸν σὸν ἐκπλῆσαι πόθον. Εἰ δ’ ἀγγέλων τις ἄρτος, ἡ Λόγου τροφὴ (Ἀσώματον φύσιν γὰρ οὐ σῶμα τρέφει),</w:t>
      </w:r>
    </w:p>
    <w:p>
      <w:r>
        <w:rPr>
          <w:rFonts w:ascii="Courier New" w:hAnsi="Courier New"/>
          <w:color w:val="555555"/>
          <w:sz w:val="20"/>
        </w:rPr>
        <w:t>[10]</w:t>
      </w:r>
    </w:p>
    <w:p>
      <w:r>
        <w:rPr>
          <w:rFonts w:ascii="Gentium Plus" w:hAnsi="Gentium Plus"/>
          <w:sz w:val="24"/>
        </w:rPr>
        <w:t>Ὅσοι παρ’ ἡμῖν ἀγγέλων ζῶσιν βίον, Σπινθῆρσι μικροῖς τοῦ βίου κρατούμενοι! Καὶ τοῦτ’ ἄκοντες, δόγματος θείου χάριν· Δεῖ γὰρ δεδέσθαι, μέχρις ἐκλύσῃ Θεός. Ἐῶ τὰ βίβλων καὶ τὰ τῶν πάλαι λέγειν.</w:t>
      </w:r>
    </w:p>
    <w:p>
      <w:r>
        <w:rPr>
          <w:rFonts w:ascii="Courier New" w:hAnsi="Courier New"/>
          <w:color w:val="555555"/>
          <w:sz w:val="20"/>
        </w:rPr>
        <w:t>[15]</w:t>
      </w:r>
    </w:p>
    <w:p>
      <w:r>
        <w:rPr>
          <w:rFonts w:ascii="Gentium Plus" w:hAnsi="Gentium Plus"/>
          <w:sz w:val="24"/>
        </w:rPr>
        <w:t>Ὅσοι καθάρσει σωμάτων θεούμενοι,</w:t>
      </w:r>
    </w:p>
    <w:p>
      <w:r>
        <w:rPr>
          <w:rFonts w:ascii="Courier New" w:hAnsi="Courier New"/>
          <w:color w:val="555555"/>
          <w:sz w:val="20"/>
        </w:rPr>
        <w:t>[726]</w:t>
      </w:r>
    </w:p>
    <w:p>
      <w:r>
        <w:rPr>
          <w:rFonts w:ascii="Gentium Plus" w:hAnsi="Gentium Plus"/>
          <w:sz w:val="24"/>
        </w:rPr>
        <w:t>Τροφῆς ἄγευστοι ἡμέρας καὶ πλείονας Διῆλθον, ὥσπερ σωμάτων ἐλεύθεροι, Πυρὸς δ’ ἀπειλὴν, καὶ λεόντων χάσματα Ἤνεγκαν, ὥστε μὴ βέβηλον ἐν ξένῃ</w:t>
      </w:r>
    </w:p>
    <w:p>
      <w:r>
        <w:rPr>
          <w:rFonts w:ascii="Courier New" w:hAnsi="Courier New"/>
          <w:color w:val="555555"/>
          <w:sz w:val="20"/>
        </w:rPr>
        <w:t>[5]</w:t>
      </w:r>
    </w:p>
    <w:p>
      <w:r>
        <w:rPr>
          <w:rFonts w:ascii="Gentium Plus" w:hAnsi="Gentium Plus"/>
          <w:sz w:val="24"/>
        </w:rPr>
        <w:t>Τροφὴν προσέσθαι βαρβάρων προστάγματι. Ἀφ’ οὗ δὲ Χριστῷ συμπλακεὶς ὁ δυσμενὴς Ἀπῆλθε, σαρκὸς εὐγενοῦς ἡττημένος, Ἐκ τετταράκοντ’ ἀσιτίας νυχθημέρων, Ὡς μᾶλλον αἰσχύνοιτο τῆς πείρας σφαλεὶς,</w:t>
      </w:r>
    </w:p>
    <w:p>
      <w:r>
        <w:rPr>
          <w:rFonts w:ascii="Courier New" w:hAnsi="Courier New"/>
          <w:color w:val="555555"/>
          <w:sz w:val="20"/>
        </w:rPr>
        <w:t>[10]</w:t>
      </w:r>
    </w:p>
    <w:p>
      <w:r>
        <w:rPr>
          <w:rFonts w:ascii="Gentium Plus" w:hAnsi="Gentium Plus"/>
          <w:sz w:val="24"/>
        </w:rPr>
        <w:t>Νόμος προῆλθε τῆς φίλης κακώσεως Ἐν τοῖς ἀγῶσιν, ὢ σοφοῦ παλαίσματος! Καὶ τῶν ἀναίμων ἐνθέων τε θυμάτων, Ἃ πᾶς ὁ κόσμος καλλιερεῖ τῷ Δεσπότῃ, Θύοντες, οὐ μόσχους τε τῷ πάλαι νόμῳ,</w:t>
      </w:r>
    </w:p>
    <w:p>
      <w:r>
        <w:rPr>
          <w:rFonts w:ascii="Courier New" w:hAnsi="Courier New"/>
          <w:color w:val="555555"/>
          <w:sz w:val="20"/>
        </w:rPr>
        <w:t>[15]</w:t>
      </w:r>
    </w:p>
    <w:p>
      <w:r>
        <w:rPr>
          <w:rFonts w:ascii="Gentium Plus" w:hAnsi="Gentium Plus"/>
          <w:sz w:val="24"/>
        </w:rPr>
        <w:t>Οὐδ’ ἄρνας, οὐδ’ ἔξωθεν εἰσφοράν τινα</w:t>
      </w:r>
    </w:p>
    <w:p>
      <w:r>
        <w:rPr>
          <w:rFonts w:ascii="Courier New" w:hAnsi="Courier New"/>
          <w:color w:val="555555"/>
          <w:sz w:val="20"/>
        </w:rPr>
        <w:t>[727]</w:t>
      </w:r>
    </w:p>
    <w:p>
      <w:r>
        <w:rPr>
          <w:rFonts w:ascii="Gentium Plus" w:hAnsi="Gentium Plus"/>
          <w:sz w:val="24"/>
        </w:rPr>
        <w:t>Τῶν οὐ τελείων (πᾶν γὰρ ἄλογον ἐνδεὲς), Αὐτοὶ δ’ ἑαυτῶν τῆξιν ἐμμέτρῳ τροφῇ, Τὸ μὴ τρυφᾷν τρυφῶντες, ὢ ξένης τρυφῆς! Ναοὺς καθαίρειν τῷ Θεῷ πειρώμενοι,</w:t>
      </w:r>
    </w:p>
    <w:p>
      <w:r>
        <w:rPr>
          <w:rFonts w:ascii="Courier New" w:hAnsi="Courier New"/>
          <w:color w:val="555555"/>
          <w:sz w:val="20"/>
        </w:rPr>
        <w:t>[5]</w:t>
      </w:r>
    </w:p>
    <w:p>
      <w:r>
        <w:rPr>
          <w:rFonts w:ascii="Gentium Plus" w:hAnsi="Gentium Plus"/>
          <w:sz w:val="24"/>
        </w:rPr>
        <w:t>Ἀγρυπνίαις τε παννύχοις θ’ ὑμνῳδίαις, Ἐκδημίαις τε τοῦ νοὸς πρὸς νοῦν μέγαν, Ζῶντες τοσοῦτον ἐν σκιαῖς καὶ φάσμασιν Ὅσον τὰ κρυπτὰ τοῖς ὁρωμένοις λαβεῖν. Ἐντεῦθεν οἱ μὲν δέσμιον σαρκὸς πάχος</w:t>
      </w:r>
    </w:p>
    <w:p>
      <w:r>
        <w:rPr>
          <w:rFonts w:ascii="Courier New" w:hAnsi="Courier New"/>
          <w:color w:val="555555"/>
          <w:sz w:val="20"/>
        </w:rPr>
        <w:t>[10]</w:t>
      </w:r>
    </w:p>
    <w:p>
      <w:r>
        <w:rPr>
          <w:rFonts w:ascii="Gentium Plus" w:hAnsi="Gentium Plus"/>
          <w:sz w:val="24"/>
        </w:rPr>
        <w:t>Θέντες σιδήρῳ, τὸν κόρον κατέσβεσαν· Οἱ δὲ ζόφῳ τε καὶ στενοῖς οἰκήμασιν Ἢ ῥήγμασι κλεισθέντες ἀγρίων πετρῶν, Βλάβην ἐπέσχον τῶν πλάνων αἰσθήσεων. Ἄλλοι δ’ ἐρημίαις τε καὶ θηρῶν νάπαις,</w:t>
      </w:r>
    </w:p>
    <w:p>
      <w:r>
        <w:rPr>
          <w:rFonts w:ascii="Courier New" w:hAnsi="Courier New"/>
          <w:color w:val="555555"/>
          <w:sz w:val="20"/>
        </w:rPr>
        <w:t>[728]</w:t>
      </w:r>
    </w:p>
    <w:p>
      <w:r>
        <w:rPr>
          <w:rFonts w:ascii="Gentium Plus" w:hAnsi="Gentium Plus"/>
          <w:sz w:val="24"/>
        </w:rPr>
        <w:t>Τὴν θηριώδη τοῦ φυγεῖν ἁμαρτίαν, Αὐτοὺς ἔδωκαν, ἔκφυλον ζῶντες βίον, Τοῦθ’ ὃ βλέπουσι κόσμον εἰδότες μόνον. Σάκκῳ τις ἄλλος, καὶ σποδῷ, καὶ δακρύοις</w:t>
      </w:r>
    </w:p>
    <w:p>
      <w:r>
        <w:rPr>
          <w:rFonts w:ascii="Courier New" w:hAnsi="Courier New"/>
          <w:color w:val="555555"/>
          <w:sz w:val="20"/>
        </w:rPr>
        <w:t>[5]</w:t>
      </w:r>
    </w:p>
    <w:p>
      <w:r>
        <w:rPr>
          <w:rFonts w:ascii="Gentium Plus" w:hAnsi="Gentium Plus"/>
          <w:sz w:val="24"/>
        </w:rPr>
        <w:t>Εἵλκυσεν οἶκτον, καὶ χαμευνίας πόνῳ, Στάσει τε νυκτῶν ἡμερῶν τε πλειόνων, Μηνῶν τε, τούτου μεῖζον· εἰ δ’ εἴποιμ’ ἐτῶν, Ἄπιστον οἶμαι, πλὴν ἐμοὶ πιστὸν λίαν, Ὅσοι τ’ ἐπόπται τῶν φίλων τοῦ θαύματος.</w:t>
      </w:r>
    </w:p>
    <w:p>
      <w:r>
        <w:rPr>
          <w:rFonts w:ascii="Courier New" w:hAnsi="Courier New"/>
          <w:color w:val="555555"/>
          <w:sz w:val="20"/>
        </w:rPr>
        <w:t>[10]</w:t>
      </w:r>
    </w:p>
    <w:p>
      <w:r>
        <w:rPr>
          <w:rFonts w:ascii="Gentium Plus" w:hAnsi="Gentium Plus"/>
          <w:sz w:val="24"/>
        </w:rPr>
        <w:t>Πίστις γὰρ ἐστήλωσε καὶ φόβος Θεοῦ, Τὸν νοῦν πρόωρον ἁρπάσας τῶν σωμάτων. Ξένων δ’ ἀκούσῃ καὶ ποτοῦ καὶ σιτίων Ὄψον, σποδόν τε καὶ δάκρυον μεμιγμένον,</w:t>
      </w:r>
    </w:p>
    <w:p>
      <w:r>
        <w:rPr>
          <w:rFonts w:ascii="Courier New" w:hAnsi="Courier New"/>
          <w:color w:val="555555"/>
          <w:sz w:val="20"/>
        </w:rPr>
        <w:t>[729]</w:t>
      </w:r>
    </w:p>
    <w:p>
      <w:r>
        <w:rPr>
          <w:rFonts w:ascii="Gentium Plus" w:hAnsi="Gentium Plus"/>
          <w:sz w:val="24"/>
        </w:rPr>
        <w:t>Ἅ μοι δοκοῦσι καὶ φύσεως νικᾷν νόμους, Ζήλου φέροντος ἄχρις ἐκτόπων ὁδῶν. Τί ταῦτα; Τοῦ Λεὼ δὲ σὺ θαυμάζεις κόρας, Τὰς τῶν Ἀθηνῶν προσφαγείσας ἀσμένως,</w:t>
      </w:r>
    </w:p>
    <w:p>
      <w:r>
        <w:rPr>
          <w:rFonts w:ascii="Courier New" w:hAnsi="Courier New"/>
          <w:color w:val="555555"/>
          <w:sz w:val="20"/>
        </w:rPr>
        <w:t>[5]</w:t>
      </w:r>
    </w:p>
    <w:p>
      <w:r>
        <w:rPr>
          <w:rFonts w:ascii="Gentium Plus" w:hAnsi="Gentium Plus"/>
          <w:sz w:val="24"/>
        </w:rPr>
        <w:t>Μενοικέως τε τὴν πρόθυμον εἰσφορὰν, Θηβῶν ὑπερθανόντος ὡς σώσῃ πόλιν· Κλεομβρότου τε τοῦ σοφοῦ τὸ τίμιον Πήδημ’ ἀφ’ ὕψους, ὡς ἀπέλθοι σώματος, Ἐπεὶ Πλάτωνος τῷ περὶ ψυχῆς λόγῳ</w:t>
      </w:r>
    </w:p>
    <w:p>
      <w:r>
        <w:rPr>
          <w:rFonts w:ascii="Courier New" w:hAnsi="Courier New"/>
          <w:color w:val="555555"/>
          <w:sz w:val="20"/>
        </w:rPr>
        <w:t>[10]</w:t>
      </w:r>
    </w:p>
    <w:p>
      <w:r>
        <w:rPr>
          <w:rFonts w:ascii="Gentium Plus" w:hAnsi="Gentium Plus"/>
          <w:sz w:val="24"/>
        </w:rPr>
        <w:t>Πεισθεὶς, ἔρωτι λύσεως κατεσχέθη. Λέγεις Ἐπικτήτου τε τὸ κλασθὲν σκέλος, Πρὶν ἤ τι ῥῆξαι ῥῆμα δοῦλον τῆς βίας· Εἶναι γὰρ, εἶναι τ’ ἀνδρὸς, ὡς ἀκούομεν, Τὸ σῶμα δοῦλον, τὸν τρόπον δ’ ἐλεύθερον·</w:t>
      </w:r>
    </w:p>
    <w:p>
      <w:r>
        <w:rPr>
          <w:rFonts w:ascii="Courier New" w:hAnsi="Courier New"/>
          <w:color w:val="555555"/>
          <w:sz w:val="20"/>
        </w:rPr>
        <w:t>[730]</w:t>
      </w:r>
    </w:p>
    <w:p>
      <w:r>
        <w:rPr>
          <w:rFonts w:ascii="Gentium Plus" w:hAnsi="Gentium Plus"/>
          <w:sz w:val="24"/>
        </w:rPr>
        <w:t>Πτισμόν τ’ ἐν ὅλμῳ τῶν Ἀναξάρχου χερῶν, Ὡς οὐ παρόντος, καὶ κελεύοντος σφοδρῶς Πτίσσειν τὸν αὑτοῦ θύλακον, αὐτὸν γὰρ μένειν Ἄπτιστον, ὅστις ἐστὶν, οὐχ ὁρώμενον·</w:t>
      </w:r>
    </w:p>
    <w:p>
      <w:r>
        <w:rPr>
          <w:rFonts w:ascii="Courier New" w:hAnsi="Courier New"/>
          <w:color w:val="555555"/>
          <w:sz w:val="20"/>
        </w:rPr>
        <w:t>[5]</w:t>
      </w:r>
    </w:p>
    <w:p>
      <w:r>
        <w:rPr>
          <w:rFonts w:ascii="Gentium Plus" w:hAnsi="Gentium Plus"/>
          <w:sz w:val="24"/>
        </w:rPr>
        <w:t>Καὶ Σωκράτους τὸ κώνειον, φιλοτησίαν Ξένην τοσοῦτον ἡδέως ἑσπωμένην. Σὺ ταῦτ’ ἐπαινεῖς; καί τι κἀγὼ, πλὴν ὅσον Ἐν τοῖς ἀφύκτοις ἦσαν ἀνδρεῖοι κακοῖς· Τοῖς γὰρ θέλουσιν οὐχ ὁρῶ σωτηρίαν.</w:t>
      </w:r>
    </w:p>
    <w:p>
      <w:r>
        <w:rPr>
          <w:rFonts w:ascii="Courier New" w:hAnsi="Courier New"/>
          <w:color w:val="555555"/>
          <w:sz w:val="20"/>
        </w:rPr>
        <w:t>[10]</w:t>
      </w:r>
    </w:p>
    <w:p>
      <w:r>
        <w:rPr>
          <w:rFonts w:ascii="Gentium Plus" w:hAnsi="Gentium Plus"/>
          <w:sz w:val="24"/>
        </w:rPr>
        <w:t>Ἐντεῦθεν ἐλθὲ πρὸς πάλην τὴν ἔνθεον Ἐμῶν ἀθλητῶν, καί σε δινείτω φόβος, Τούτων ἀκούοντά τε καὶ μεμνημένον· Οἵοις ὅσοις τε κινδύνοις ηὐξήσαμεν</w:t>
      </w:r>
    </w:p>
    <w:p>
      <w:r>
        <w:rPr>
          <w:rFonts w:ascii="Courier New" w:hAnsi="Courier New"/>
          <w:color w:val="555555"/>
          <w:sz w:val="20"/>
        </w:rPr>
        <w:t>[731]</w:t>
      </w:r>
    </w:p>
    <w:p>
      <w:r>
        <w:rPr>
          <w:rFonts w:ascii="Gentium Plus" w:hAnsi="Gentium Plus"/>
          <w:sz w:val="24"/>
        </w:rPr>
        <w:t>Οἱ τοῦ καλεῖσθ’ ἐκεῖθεν ἠξιωμένοι. Πολλοὺς γὰρ ἡμῖν πολλάκις τε τοῦ φθόνου Ζέσαντος ἐχθροὺς καὶ διώκτας τοῦ λόγου, Θυμὸν πνέοντας, θῆρας ἠγριωμένους,</w:t>
      </w:r>
    </w:p>
    <w:p>
      <w:r>
        <w:rPr>
          <w:rFonts w:ascii="Courier New" w:hAnsi="Courier New"/>
          <w:color w:val="555555"/>
          <w:sz w:val="20"/>
        </w:rPr>
        <w:t>[5]</w:t>
      </w:r>
    </w:p>
    <w:p>
      <w:r>
        <w:rPr>
          <w:rFonts w:ascii="Gentium Plus" w:hAnsi="Gentium Plus"/>
          <w:sz w:val="24"/>
        </w:rPr>
        <w:t>Οὐ πώποθ’ ἡμεῖς εἴξαμεν καιροῦ ῥοπαῖς. Ἀλλ’ εἴ τι καὶ ῥᾴθυμον εἰρήνῃ προσῆν, Εἴ τις κακὸς καὶ τἄλλα ὢν ἐτύγχανεν, Ἐνταῦθα πάντες ἐστομώθημεν Θεῷ· Ζήλῳ δὲ πυκνωθέντες ἐμπύρῳ, θράσος</w:t>
      </w:r>
    </w:p>
    <w:p>
      <w:r>
        <w:rPr>
          <w:rFonts w:ascii="Courier New" w:hAnsi="Courier New"/>
          <w:color w:val="555555"/>
          <w:sz w:val="20"/>
        </w:rPr>
        <w:t>[10]</w:t>
      </w:r>
    </w:p>
    <w:p>
      <w:r>
        <w:rPr>
          <w:rFonts w:ascii="Gentium Plus" w:hAnsi="Gentium Plus"/>
          <w:sz w:val="24"/>
        </w:rPr>
        <w:t>Ἐχθρῶν δεδέγμεθ’, εὐκλεῶς ἡττώμενοι. Οὐδεὶς γὰρ οὕτως ἡδέως σωτηρίαν Κομίζεθ’, ὡς ἡμεῖς γε κινδύνους καλούς. Τίς πῦρ, ξίφη, βάραθρα, λιμὸν, ἀγχόνην, Θῆρας φονῶντας, ὡς τρυφὴν ἐδέξατο;</w:t>
      </w:r>
    </w:p>
    <w:p>
      <w:r>
        <w:rPr>
          <w:rFonts w:ascii="Courier New" w:hAnsi="Courier New"/>
          <w:color w:val="555555"/>
          <w:sz w:val="20"/>
        </w:rPr>
        <w:t>[732]</w:t>
      </w:r>
    </w:p>
    <w:p>
      <w:r>
        <w:rPr>
          <w:rFonts w:ascii="Gentium Plus" w:hAnsi="Gentium Plus"/>
          <w:sz w:val="24"/>
        </w:rPr>
        <w:t>Στρεβλώματ’, ἐξαρθρώματ’, ὀμμάτων σβέσεις, Ζέσεις, σπαραγμοὺς, καὶ μελῶν λακίσματα, Κρυμοὺς, βυθοὺς, ζόφους τε καὶ κρημνίσματα, Χρόνου τε μακροῦ ποικίλην τραγῳδίαν;</w:t>
      </w:r>
    </w:p>
    <w:p>
      <w:r>
        <w:rPr>
          <w:rFonts w:ascii="Courier New" w:hAnsi="Courier New"/>
          <w:color w:val="555555"/>
          <w:sz w:val="20"/>
        </w:rPr>
        <w:t>[5]</w:t>
      </w:r>
    </w:p>
    <w:p>
      <w:r>
        <w:rPr>
          <w:rFonts w:ascii="Gentium Plus" w:hAnsi="Gentium Plus"/>
          <w:sz w:val="24"/>
        </w:rPr>
        <w:t>Ὃ καὶ κακῶν χείριστον, εἰδόσι φράσω· Ἡ μὲν γὰρ ἀκμὴ τοῦ κακοῦ, λύσις φόβου. Τὸ προσδοκᾷν δ’ ἀεί τι, πάσχειν ἔστ’ ἀεὶ, Θνήσκειν τε πολλοὺς ἀνθ’ ἑνὸς πικροὺς μόρους. Ἐῶ λέγειν φυγάς τε καὶ τὰς χρημάτων</w:t>
      </w:r>
    </w:p>
    <w:p>
      <w:r>
        <w:rPr>
          <w:rFonts w:ascii="Courier New" w:hAnsi="Courier New"/>
          <w:color w:val="555555"/>
          <w:sz w:val="20"/>
        </w:rPr>
        <w:t>[10]</w:t>
      </w:r>
    </w:p>
    <w:p>
      <w:r>
        <w:rPr>
          <w:rFonts w:ascii="Gentium Plus" w:hAnsi="Gentium Plus"/>
          <w:sz w:val="24"/>
        </w:rPr>
        <w:t>Ἀλλοτριώσεις, καὶ τὸ ταῦτ’ ἐν ὄψεσιν Ἀνδρῶν, γυναικῶν, ἡλίκων, τέκνων, φίλων, Πάσχειν, ἃ κάμπτει καὶ τὸν ἀλκιμώτατον. Καὶ ταῦθ’ ὑπὲρ τοῦ; συλλαβῆς ἴσως μιᾶς·</w:t>
      </w:r>
    </w:p>
    <w:p>
      <w:r>
        <w:rPr>
          <w:rFonts w:ascii="Courier New" w:hAnsi="Courier New"/>
          <w:color w:val="555555"/>
          <w:sz w:val="20"/>
        </w:rPr>
        <w:t>[733]</w:t>
      </w:r>
    </w:p>
    <w:p>
      <w:r>
        <w:rPr>
          <w:rFonts w:ascii="Gentium Plus" w:hAnsi="Gentium Plus"/>
          <w:sz w:val="24"/>
        </w:rPr>
        <w:t>Ἑνὸς, κακῶς σώζοντος ἐξ ἀρνήσεως. Θεὸς γάρ ἐστιν ἐν βραχεῖ τὸ κείμενον· Ὅν περ προδοῦσιν, ἄλλον οὐκ ἔστιν λαβεῖν. Τί δεῖ λόγων μοι πλειόνων; ἆρον κύκλῳ</w:t>
      </w:r>
    </w:p>
    <w:p>
      <w:r>
        <w:rPr>
          <w:rFonts w:ascii="Courier New" w:hAnsi="Courier New"/>
          <w:color w:val="555555"/>
          <w:sz w:val="20"/>
        </w:rPr>
        <w:t>[5]</w:t>
      </w:r>
    </w:p>
    <w:p>
      <w:r>
        <w:rPr>
          <w:rFonts w:ascii="Gentium Plus" w:hAnsi="Gentium Plus"/>
          <w:sz w:val="24"/>
        </w:rPr>
        <w:t>Τὴν ὄψιν, ἄθρει τὴν ὅλην οἰκουμένην Ὅσην κατέσχε νῦν λόγος σωτήριος, Δήσας Θεῷ τε καὶ πάθει μεμιγμένος, Μίξιν ξένην τε καὶ Θεοῦ πόῤῥω νόμων· Ταύτην καταστράπτουσιν ὥσπερ ἀστέρες</w:t>
      </w:r>
    </w:p>
    <w:p>
      <w:r>
        <w:rPr>
          <w:rFonts w:ascii="Courier New" w:hAnsi="Courier New"/>
          <w:color w:val="555555"/>
          <w:sz w:val="20"/>
        </w:rPr>
        <w:t>[10]</w:t>
      </w:r>
    </w:p>
    <w:p>
      <w:r>
        <w:rPr>
          <w:rFonts w:ascii="Gentium Plus" w:hAnsi="Gentium Plus"/>
          <w:sz w:val="24"/>
        </w:rPr>
        <w:t>Σχεδόν τι πᾶσαν αἰθρίοις αὐγάσμασιν, Ὑψωρόφοις θρόνοις τε καὶ διδάγμασιν, Ἀθροίσμασίν τε καὶ δρόμοις πανεστίοις, Ὑμνῳδίαις τε τῶν πόνων ἐπαξίαις,</w:t>
      </w:r>
    </w:p>
    <w:p>
      <w:r>
        <w:rPr>
          <w:rFonts w:ascii="Courier New" w:hAnsi="Courier New"/>
          <w:color w:val="555555"/>
          <w:sz w:val="20"/>
        </w:rPr>
        <w:t>[734]</w:t>
      </w:r>
    </w:p>
    <w:p>
      <w:r>
        <w:rPr>
          <w:rFonts w:ascii="Gentium Plus" w:hAnsi="Gentium Plus"/>
          <w:sz w:val="24"/>
        </w:rPr>
        <w:t>Οἱ τοῦ σφαγέντος εὐκλεεῖς νικηφόροι. Τοσοῦτον δ’ ἐστὶν τῆς ἀθλήσεως σέβας, Ὡς καὶ κόνιν βραχεῖαν, ἤ τι λείψανον Ὀστῶν παλαιῶν, ἢ τριχῶν μικρὸν μέρος,</w:t>
      </w:r>
    </w:p>
    <w:p>
      <w:r>
        <w:rPr>
          <w:rFonts w:ascii="Courier New" w:hAnsi="Courier New"/>
          <w:color w:val="555555"/>
          <w:sz w:val="20"/>
        </w:rPr>
        <w:t>[5]</w:t>
      </w:r>
    </w:p>
    <w:p>
      <w:r>
        <w:rPr>
          <w:rFonts w:ascii="Gentium Plus" w:hAnsi="Gentium Plus"/>
          <w:sz w:val="24"/>
        </w:rPr>
        <w:t>Ἢ καὶ ῥακώματ’, ἤ τι καὶ ῥαντισμάτων Σημεῖον, ἀρκεῖν εἰς ὅλου τιμήν ποτε. Καὶ κλῆσιν ἔγνων, ἔστιν ὧν ἀλείψανον, Τόποις δοθεῖσαν ἀνθ’ ὅλου τοῦ μάρτυρος, Ἰσχύν τ’ ἴσην λαβοῦσαν, ὢ τοῦ θαύματος!</w:t>
      </w:r>
    </w:p>
    <w:p>
      <w:r>
        <w:rPr>
          <w:rFonts w:ascii="Courier New" w:hAnsi="Courier New"/>
          <w:color w:val="555555"/>
          <w:sz w:val="20"/>
        </w:rPr>
        <w:t>[10]</w:t>
      </w:r>
    </w:p>
    <w:p>
      <w:r>
        <w:rPr>
          <w:rFonts w:ascii="Gentium Plus" w:hAnsi="Gentium Plus"/>
          <w:sz w:val="24"/>
        </w:rPr>
        <w:t>Σώζειν γὰρ οἶμαι καὶ τὸ μεμνῆσθαι μόνον. Τί δ’ εἰ λέγοιμι καὶ νόσων καὶ δαιμόνων Κάθαρσιν ἔνθεν ἄπιστον, ἄχρι σημάτων,</w:t>
      </w:r>
    </w:p>
    <w:p>
      <w:r>
        <w:rPr>
          <w:rFonts w:ascii="Courier New" w:hAnsi="Courier New"/>
          <w:color w:val="555555"/>
          <w:sz w:val="20"/>
        </w:rPr>
        <w:t>[735]</w:t>
      </w:r>
    </w:p>
    <w:p>
      <w:r>
        <w:rPr>
          <w:rFonts w:ascii="Gentium Plus" w:hAnsi="Gentium Plus"/>
          <w:sz w:val="24"/>
        </w:rPr>
        <w:t>Ἀντιστατούντων πνευμάτων ἐπιδρομαῖς; Τοιαῦτα ἀθλητῶν τῶν ἐμῶν τὰ θαύματα. Πίσαν δέ μοι σὺ καὶ κόνιν τὴν Δελφικὴν Αὔχεις, Νεμέαν τε καὶ πίτυν τὴν Ἰσθμίαν·</w:t>
      </w:r>
    </w:p>
    <w:p>
      <w:r>
        <w:rPr>
          <w:rFonts w:ascii="Courier New" w:hAnsi="Courier New"/>
          <w:color w:val="555555"/>
          <w:sz w:val="20"/>
        </w:rPr>
        <w:t>[5]</w:t>
      </w:r>
    </w:p>
    <w:p>
      <w:r>
        <w:rPr>
          <w:rFonts w:ascii="Gentium Plus" w:hAnsi="Gentium Plus"/>
          <w:sz w:val="24"/>
        </w:rPr>
        <w:t>Δι’ ὧν ἔφηβοι δυστυχεῖς ἔσχον κλέος, Ἄθλων τιθέντες μικρὰ καὶ μικρῶν γέρα, Πυγμῆς, πάλης τε καὶ δρόμου, καὶ ἁλμάτων, Ἃ μήτε νικᾷν, μήτε νικᾶσθαι μέγα. Οὐ γὰρ Θεὸς τὸ ἆθλον, ἢ σωτηρία,</w:t>
      </w:r>
    </w:p>
    <w:p>
      <w:r>
        <w:rPr>
          <w:rFonts w:ascii="Courier New" w:hAnsi="Courier New"/>
          <w:color w:val="555555"/>
          <w:sz w:val="20"/>
        </w:rPr>
        <w:t>[10]</w:t>
      </w:r>
    </w:p>
    <w:p>
      <w:r>
        <w:rPr>
          <w:rFonts w:ascii="Gentium Plus" w:hAnsi="Gentium Plus"/>
          <w:sz w:val="24"/>
        </w:rPr>
        <w:t>Ὡς τοῖς ἐμοῖς νόμοις τε καὶ παλαίσμασι, Τυχεῖν τε δόξης τῆς ἄνω καὶ στεμμάτων. Ἐπεὶ δὲ τὴν ἀνδρείαν ἐν τούτοις ἴδες, (Ἣν καὶ μιμεῖσθαι ταῖς καθ’ ἡμέραν πάλαις Πρὸς τὸν διώκτην τοῦ βάθους καὶ λάθριον,</w:t>
      </w:r>
    </w:p>
    <w:p>
      <w:r>
        <w:rPr>
          <w:rFonts w:ascii="Courier New" w:hAnsi="Courier New"/>
          <w:color w:val="555555"/>
          <w:sz w:val="20"/>
        </w:rPr>
        <w:t>[15]</w:t>
      </w:r>
    </w:p>
    <w:p>
      <w:r>
        <w:rPr>
          <w:rFonts w:ascii="Gentium Plus" w:hAnsi="Gentium Plus"/>
          <w:sz w:val="24"/>
        </w:rPr>
        <w:t>Κλέπτοντα δεινῶς ταῖς πλάνοις αἰσθήσεσι, Κράτιστόν ἐστι καὶ λίαν σωτήριον),</w:t>
      </w:r>
    </w:p>
    <w:p>
      <w:r>
        <w:rPr>
          <w:rFonts w:ascii="Courier New" w:hAnsi="Courier New"/>
          <w:color w:val="555555"/>
          <w:sz w:val="20"/>
        </w:rPr>
        <w:t>[736]</w:t>
      </w:r>
    </w:p>
    <w:p>
      <w:r>
        <w:rPr>
          <w:rFonts w:ascii="Gentium Plus" w:hAnsi="Gentium Plus"/>
          <w:sz w:val="24"/>
        </w:rPr>
        <w:t>Δεῦρο σκόπει μοι καὶ τὰ τῆς αἰνουμένης Ἡμῖν μάλιστα σωφροσύνης. Ἔχει δέ πως. Εἰσὶν μὲν, εἰσὶ καὶ παρ’ Ἕλλησίν τινες Ταύτης ἐρασταὶ καὶ πάλαι καὶ νῦν ἔτι.</w:t>
      </w:r>
    </w:p>
    <w:p>
      <w:r>
        <w:rPr>
          <w:rFonts w:ascii="Courier New" w:hAnsi="Courier New"/>
          <w:color w:val="555555"/>
          <w:sz w:val="20"/>
        </w:rPr>
        <w:t>[5]</w:t>
      </w:r>
    </w:p>
    <w:p>
      <w:r>
        <w:rPr>
          <w:rFonts w:ascii="Gentium Plus" w:hAnsi="Gentium Plus"/>
          <w:sz w:val="24"/>
        </w:rPr>
        <w:t>Οὐ γὰρ ἀπιστήσω γε τοῖς θρυλλουμένοις· Φθόνος γὰρ οὐδεὶς σωφρονεῖν καὶ τοὺς ξένους. Ξενοκράτην λέγουσιν, ὡς πόρνης τινὸς Οἷ προσριφείσης ἔκ τινων πειρωμένων, (Καὶ γὰρ καθεύδων νυκτὸς), ἡνίκ’ ᾔσθετο,</w:t>
      </w:r>
    </w:p>
    <w:p>
      <w:r>
        <w:rPr>
          <w:rFonts w:ascii="Courier New" w:hAnsi="Courier New"/>
          <w:color w:val="555555"/>
          <w:sz w:val="20"/>
        </w:rPr>
        <w:t>[10]</w:t>
      </w:r>
    </w:p>
    <w:p>
      <w:r>
        <w:rPr>
          <w:rFonts w:ascii="Gentium Plus" w:hAnsi="Gentium Plus"/>
          <w:sz w:val="24"/>
        </w:rPr>
        <w:t>Οὔτ’ ἐπτοήθη τῷ ξένῳ τῆς ὕβρεως, Οὔτ’ ἐξανέστη, ἢ φυγεῖν ἠνέσχετο· Ἄμφω γὰρ εἶναι δεύτερα Ξενοκράτους· Οὕτω δ’ ἀκίνητός τε καὶ ἄτρωτος ἦν, Ὥστ’ ἐκφυγοῦσαν ἀσμένως βοᾷν· «Τί με</w:t>
      </w:r>
    </w:p>
    <w:p>
      <w:r>
        <w:rPr>
          <w:rFonts w:ascii="Courier New" w:hAnsi="Courier New"/>
          <w:color w:val="555555"/>
          <w:sz w:val="20"/>
        </w:rPr>
        <w:t>[15]</w:t>
      </w:r>
    </w:p>
    <w:p>
      <w:r>
        <w:rPr>
          <w:rFonts w:ascii="Gentium Plus" w:hAnsi="Gentium Plus"/>
          <w:sz w:val="24"/>
        </w:rPr>
        <w:t>Νεκρῷ παρευνάσαντες ἠπατήσατε;»</w:t>
      </w:r>
    </w:p>
    <w:p>
      <w:r>
        <w:rPr>
          <w:rFonts w:ascii="Courier New" w:hAnsi="Courier New"/>
          <w:color w:val="555555"/>
          <w:sz w:val="20"/>
        </w:rPr>
        <w:t>[737]</w:t>
      </w:r>
    </w:p>
    <w:p>
      <w:r>
        <w:rPr>
          <w:rFonts w:ascii="Gentium Plus" w:hAnsi="Gentium Plus"/>
          <w:sz w:val="24"/>
        </w:rPr>
        <w:t>Εἶναι τὸν ἆθλον τῶν ἐμοὶ πονουμένων, Εἰς ἢν τελευτᾷ πάντα τ’ ἀνθρώπων καλά. Ὡς ἂν δὲ μὴ δόξειεν ἡδονῆ τινι Ταύτην ἐπαινεῖν, κοσμίως καὶ σωφρόνως</w:t>
      </w:r>
    </w:p>
    <w:p>
      <w:r>
        <w:rPr>
          <w:rFonts w:ascii="Courier New" w:hAnsi="Courier New"/>
          <w:color w:val="555555"/>
          <w:sz w:val="20"/>
        </w:rPr>
        <w:t>[5]</w:t>
      </w:r>
    </w:p>
    <w:p>
      <w:r>
        <w:rPr>
          <w:rFonts w:ascii="Gentium Plus" w:hAnsi="Gentium Plus"/>
          <w:sz w:val="24"/>
        </w:rPr>
        <w:t>Ἔζη, βοηθῶν ἐκ τρόπου τῷ δόγματι. Οὐδ’ ὁ Πολέμων ἔμοι γε σιγηθήσεται· Καὶ γὰρ τὸ θαῦμα τῶν ἄγαν λαλουμένων. Ἦν μὲν τὸ πρόσθεν οὗτος οὐκ ἐν σώφροσι, Καὶ λίαν αἰσχρὸς ἡδονῶν ὑπηρέτης·</w:t>
      </w:r>
    </w:p>
    <w:p>
      <w:r>
        <w:rPr>
          <w:rFonts w:ascii="Courier New" w:hAnsi="Courier New"/>
          <w:color w:val="555555"/>
          <w:sz w:val="20"/>
        </w:rPr>
        <w:t>[10]</w:t>
      </w:r>
    </w:p>
    <w:p>
      <w:r>
        <w:rPr>
          <w:rFonts w:ascii="Gentium Plus" w:hAnsi="Gentium Plus"/>
          <w:sz w:val="24"/>
        </w:rPr>
        <w:t>Ἐπεὶ δ’ ἔρωτι τοῦ καλοῦ κατεσχέθη, Σύμβουλον εὑρὼν, οὐκ ἔχω δ’ εἰπεῖν τίνα, Εἴτ’ οὖν σοφόν τιν’, εἴθ’ ἑαυτὸν, ἀθρόως Τοσοῦτον ὤφθη τῶν παθῶν ἀνώτερος, Ὥσθ’ ἕν τι θήσω τῶν ἐκείνου θαυμάτων.</w:t>
      </w:r>
    </w:p>
    <w:p>
      <w:r>
        <w:rPr>
          <w:rFonts w:ascii="Courier New" w:hAnsi="Courier New"/>
          <w:color w:val="555555"/>
          <w:sz w:val="20"/>
        </w:rPr>
        <w:t>[15]</w:t>
      </w:r>
    </w:p>
    <w:p>
      <w:r>
        <w:rPr>
          <w:rFonts w:ascii="Gentium Plus" w:hAnsi="Gentium Plus"/>
          <w:sz w:val="24"/>
        </w:rPr>
        <w:t>Ἑταῖραν εἰσεκάλει τις ἀκρατὴς νέος·</w:t>
      </w:r>
    </w:p>
    <w:p>
      <w:r>
        <w:rPr>
          <w:rFonts w:ascii="Courier New" w:hAnsi="Courier New"/>
          <w:color w:val="555555"/>
          <w:sz w:val="20"/>
        </w:rPr>
        <w:t>[738]</w:t>
      </w:r>
    </w:p>
    <w:p>
      <w:r>
        <w:rPr>
          <w:rFonts w:ascii="Gentium Plus" w:hAnsi="Gentium Plus"/>
          <w:sz w:val="24"/>
        </w:rPr>
        <w:t>Ἡ δ’ ὡς πυλῶνος ἦλθε, φασὶ, πλησίον, Τῆς δ’ ἦν προκύπτων Πολέμων ἐν εἰκόνι, Ταύτην ἰδοῦσα, καὶ γὰρ ἦν σεβασμία. Ἀπῆλθεν εὐθὺς καὶ θέας ἡττημένη,</w:t>
      </w:r>
    </w:p>
    <w:p>
      <w:r>
        <w:rPr>
          <w:rFonts w:ascii="Courier New" w:hAnsi="Courier New"/>
          <w:color w:val="555555"/>
          <w:sz w:val="20"/>
        </w:rPr>
        <w:t>[5]</w:t>
      </w:r>
    </w:p>
    <w:p>
      <w:r>
        <w:rPr>
          <w:rFonts w:ascii="Gentium Plus" w:hAnsi="Gentium Plus"/>
          <w:sz w:val="24"/>
        </w:rPr>
        <w:t>Ὡς ζῶντ’ ἐπαισχυνθεῖσα τὸν γεγραμμένον. Καὶ τοῦτο πολλοῖς οἶδα τῶν λαλουμένων· Δίων ἀνέπνει, φασὶν, οὐ μάλ’ ἡδύ τι (Τοῦτον λέγω Δίωνα, οὗ πολὺς λόγος), Καὶ τοῦτ’ ἐκερτόμησε τῶν τις ἀστικῶν·</w:t>
      </w:r>
    </w:p>
    <w:p>
      <w:r>
        <w:rPr>
          <w:rFonts w:ascii="Courier New" w:hAnsi="Courier New"/>
          <w:color w:val="555555"/>
          <w:sz w:val="20"/>
        </w:rPr>
        <w:t>[10]</w:t>
      </w:r>
    </w:p>
    <w:p>
      <w:r>
        <w:rPr>
          <w:rFonts w:ascii="Gentium Plus" w:hAnsi="Gentium Plus"/>
          <w:sz w:val="24"/>
        </w:rPr>
        <w:t>Τόνδ’, ὡς εἶδε γυναῖκα τὴν αὑτοῦ, φράσαι· «Τί τοῦτο; οὐ γὰρ ἔφρασάς μοι τὴν νόσον.» Καὶ τὴν σὺν ὅρκῳ· «Τοῦτο πάντων ἀῤῥένων, Εἰπεῖν, τὸ σύμπτωμ’ ᾠόμην, οὐ σοῦ μόνου.» Τοσοῦτον ἀνδρῶν καὶ φίλων ἀποστατεῖν·</w:t>
      </w:r>
    </w:p>
    <w:p>
      <w:r>
        <w:rPr>
          <w:rFonts w:ascii="Courier New" w:hAnsi="Courier New"/>
          <w:color w:val="555555"/>
          <w:sz w:val="20"/>
        </w:rPr>
        <w:t>[15]</w:t>
      </w:r>
    </w:p>
    <w:p>
      <w:r>
        <w:rPr>
          <w:rFonts w:ascii="Gentium Plus" w:hAnsi="Gentium Plus"/>
          <w:sz w:val="24"/>
        </w:rPr>
        <w:t>Ὁ γὰρ λόγος, δήλωμα τοῦ σεμνοῦ τρόπου.</w:t>
      </w:r>
    </w:p>
    <w:p>
      <w:r>
        <w:rPr>
          <w:rFonts w:ascii="Courier New" w:hAnsi="Courier New"/>
          <w:color w:val="555555"/>
          <w:sz w:val="20"/>
        </w:rPr>
        <w:t>[739]</w:t>
      </w:r>
    </w:p>
    <w:p>
      <w:r>
        <w:rPr>
          <w:rFonts w:ascii="Gentium Plus" w:hAnsi="Gentium Plus"/>
          <w:sz w:val="24"/>
        </w:rPr>
        <w:t>Τίς δ’ οὐκ ἐπαινεῖ τῶν Ἀλεξάνδρου τόδε; Ὃς τὰς Δαρείου παῖδας ὡς ἡττημένου Εἰς χεῖρας εἷλεν· εὐπρεπεῖς δ’ εἶναι μαθὼν, Εἰς ὄψιν οὐκ ἐδέξατ’· εἶναι γὰρ κακοῦ,</w:t>
      </w:r>
    </w:p>
    <w:p>
      <w:r>
        <w:rPr>
          <w:rFonts w:ascii="Courier New" w:hAnsi="Courier New"/>
          <w:color w:val="555555"/>
          <w:sz w:val="20"/>
        </w:rPr>
        <w:t>[5]</w:t>
      </w:r>
    </w:p>
    <w:p>
      <w:r>
        <w:rPr>
          <w:rFonts w:ascii="Gentium Plus" w:hAnsi="Gentium Plus"/>
          <w:sz w:val="24"/>
        </w:rPr>
        <w:t>Τ’ ἀνδρῶν κρατήσανθ’ ἥσσον’ εἶναι παρθένων. Ταῦτ’ ἐστι τῶν ἐμῶν μὲν οὐδὲν πλησίον· Ὅμως δ’ ἐπαινῶ· καὶ πόθεν; λευκὴν ἰδεῖν Μορφὴν ἐν Αἰθίοψιν, ἡλίκη χάρις. Ἢ καὶ θαλάσσης ἐν μέσῳ νάμα γλυκύ!</w:t>
      </w:r>
    </w:p>
    <w:p>
      <w:r>
        <w:rPr>
          <w:rFonts w:ascii="Courier New" w:hAnsi="Courier New"/>
          <w:color w:val="555555"/>
          <w:sz w:val="20"/>
        </w:rPr>
        <w:t>[10]</w:t>
      </w:r>
    </w:p>
    <w:p>
      <w:r>
        <w:rPr>
          <w:rFonts w:ascii="Gentium Plus" w:hAnsi="Gentium Plus"/>
          <w:sz w:val="24"/>
        </w:rPr>
        <w:t>Ὣς δ’ ἐν πονηροῖς καὶ κακοῖς διδάγμασιν, Ἔχειν τι σῶφρον, ἦ μεγίστου θαύματος. Ὧν γὰρ σεβάσματ’ ἐστὶν ἐμπαθέστατα, Τούτοις τὸ πάσχειν δηλαδὴ καὶ τίμιον. Καὶ γὰρ θεῶν τιν’, οὗ τὸ πάθος, προΐσταται,</w:t>
      </w:r>
    </w:p>
    <w:p>
      <w:r>
        <w:rPr>
          <w:rFonts w:ascii="Courier New" w:hAnsi="Courier New"/>
          <w:color w:val="555555"/>
          <w:sz w:val="20"/>
        </w:rPr>
        <w:t>[740]</w:t>
      </w:r>
    </w:p>
    <w:p>
      <w:r>
        <w:rPr>
          <w:rFonts w:ascii="Gentium Plus" w:hAnsi="Gentium Plus"/>
          <w:sz w:val="24"/>
        </w:rPr>
        <w:t>Κακῶν βοηθῷ τοῦ κακοῦ κεχρημένος. Τίνων ἔρωτες, εἰπέ μοι, καὶ ἀῤῥένων, Δεῖ γὰρ πλέον τι τοὺς θεοὺς ὑμῶν ἔχειν. Τίνων Φρυγίσκοι μείρακες καὶ συμπόται,</w:t>
      </w:r>
    </w:p>
    <w:p>
      <w:r>
        <w:rPr>
          <w:rFonts w:ascii="Courier New" w:hAnsi="Courier New"/>
          <w:color w:val="555555"/>
          <w:sz w:val="20"/>
        </w:rPr>
        <w:t>[5]</w:t>
      </w:r>
    </w:p>
    <w:p>
      <w:r>
        <w:rPr>
          <w:rFonts w:ascii="Gentium Plus" w:hAnsi="Gentium Plus"/>
          <w:sz w:val="24"/>
        </w:rPr>
        <w:t>Ἥδιστον νέκταρ οἰνοχοῦντες ἐκλύτως; Αἰσχύνομαι γὰρ τοῖς Διὸς μυστηρίοις. Τίνων, γάμων κλοπαί τε καὶ δεσμῶν ὕβρεις; Θέατρον αἰσχρὸν καὶ γέλως κεκλημένοις. Πῶς πάντα ποιοῦς’ αἱ γυναῖκες τὸν Δία,</w:t>
      </w:r>
    </w:p>
    <w:p>
      <w:r>
        <w:rPr>
          <w:rFonts w:ascii="Courier New" w:hAnsi="Courier New"/>
          <w:color w:val="555555"/>
          <w:sz w:val="20"/>
        </w:rPr>
        <w:t>[10]</w:t>
      </w:r>
    </w:p>
    <w:p>
      <w:r>
        <w:rPr>
          <w:rFonts w:ascii="Gentium Plus" w:hAnsi="Gentium Plus"/>
          <w:sz w:val="24"/>
        </w:rPr>
        <w:t>Ταῦρον, κεραυνὸν, κύκνον, ἄνδρα, θηρίον, Χρυσὸν, δράκοντα, τὰς ἔρωτος ἐκστάσεις, Τὸν ὕπατόν τε καὶ κακίστων μήστορα; Τίς ἡδονῶν δέσποιναν ἡγεῖται θεὸν,</w:t>
      </w:r>
    </w:p>
    <w:p>
      <w:r>
        <w:rPr>
          <w:rFonts w:ascii="Courier New" w:hAnsi="Courier New"/>
          <w:color w:val="555555"/>
          <w:sz w:val="20"/>
        </w:rPr>
        <w:t>[741]</w:t>
      </w:r>
    </w:p>
    <w:p>
      <w:r>
        <w:rPr>
          <w:rFonts w:ascii="Gentium Plus" w:hAnsi="Gentium Plus"/>
          <w:sz w:val="24"/>
        </w:rPr>
        <w:t>Τίνων δὲ νύκτες, νυκτὸς ὄντως ἄξιαι, Σεμνῶς ἀτίμων συμβόλοις τιμώμεναι; Ἰθύφαλλοί τε καὶ Φαλλοὶ, γέλως μέσος, Θεὸν νέον μιγνύντες ἐν τοῖς πλάσμασιν·</w:t>
      </w:r>
    </w:p>
    <w:p>
      <w:r>
        <w:rPr>
          <w:rFonts w:ascii="Courier New" w:hAnsi="Courier New"/>
          <w:color w:val="555555"/>
          <w:sz w:val="20"/>
        </w:rPr>
        <w:t>[5]</w:t>
      </w:r>
    </w:p>
    <w:p>
      <w:r>
        <w:rPr>
          <w:rFonts w:ascii="Gentium Plus" w:hAnsi="Gentium Plus"/>
          <w:sz w:val="24"/>
        </w:rPr>
        <w:t>Ἃ καὶ λεγόντων ἐγκαλύπτεσθ’ ἦν πρέπον, Ἑρμαφρόδιτοι, Πᾶνες, ἀσχήμων γόνος· Θεοὶ τραγοσκελεῖς τε καὶ τράγοι τρόπον, Παρ’ οἷς γάμων χορεύτριαι καὶ παρθένοι· (Δεῖ γὰρ γάμου τι πάσχειν, εἰ καὶ μὴ γάμου).</w:t>
      </w:r>
    </w:p>
    <w:p>
      <w:r>
        <w:rPr>
          <w:rFonts w:ascii="Courier New" w:hAnsi="Courier New"/>
          <w:color w:val="555555"/>
          <w:sz w:val="20"/>
        </w:rPr>
        <w:t>[10]</w:t>
      </w:r>
    </w:p>
    <w:p>
      <w:r>
        <w:rPr>
          <w:rFonts w:ascii="Gentium Plus" w:hAnsi="Gentium Plus"/>
          <w:sz w:val="24"/>
        </w:rPr>
        <w:t>Παρ’ οἷς γαμίζους’ αἱ καλαὶ τὰς οὐ καλὰς,</w:t>
      </w:r>
    </w:p>
    <w:p>
      <w:r>
        <w:rPr>
          <w:rFonts w:ascii="Courier New" w:hAnsi="Courier New"/>
          <w:color w:val="555555"/>
          <w:sz w:val="20"/>
        </w:rPr>
        <w:t>[742]</w:t>
      </w:r>
    </w:p>
    <w:p>
      <w:r>
        <w:rPr>
          <w:rFonts w:ascii="Gentium Plus" w:hAnsi="Gentium Plus"/>
          <w:sz w:val="24"/>
        </w:rPr>
        <w:t>Συνεισφέρουσαι προῖκα, πορνείας πόρον. Ἡ αἰσχρότης δὲ δαιμόνων τιμή τινος, Ὡς μηδὲ τὸ φιλάνθρωπον εὔσχημον μένειν. Ἐντεῦθεν ἔσχεν αἰσχρὰ τὴν παῤῥησίαν,</w:t>
      </w:r>
    </w:p>
    <w:p>
      <w:r>
        <w:rPr>
          <w:rFonts w:ascii="Courier New" w:hAnsi="Courier New"/>
          <w:color w:val="555555"/>
          <w:sz w:val="20"/>
        </w:rPr>
        <w:t>[5]</w:t>
      </w:r>
    </w:p>
    <w:p>
      <w:r>
        <w:rPr>
          <w:rFonts w:ascii="Gentium Plus" w:hAnsi="Gentium Plus"/>
          <w:sz w:val="24"/>
        </w:rPr>
        <w:t>Πόρνης τέγη μισθώμαθ’, ὕβρις ἔννομος. Ταῖς σφῶν δ’ ἑταίραις τὴν Ἀφροδίτην οἱ σοφοὶ Μορφοῦσιν, ὡς θεοῖντο τῷ σοφίσματι· Καὶ Φειδία τὰ παιδικὰ ἐν τῷ δακτύλῳ Τῆς παρθένου γραφέντα· «Παντάρχης καλός.»</w:t>
      </w:r>
    </w:p>
    <w:p>
      <w:r>
        <w:rPr>
          <w:rFonts w:ascii="Courier New" w:hAnsi="Courier New"/>
          <w:color w:val="555555"/>
          <w:sz w:val="20"/>
        </w:rPr>
        <w:t>[10]</w:t>
      </w:r>
    </w:p>
    <w:p>
      <w:r>
        <w:rPr>
          <w:rFonts w:ascii="Gentium Plus" w:hAnsi="Gentium Plus"/>
          <w:sz w:val="24"/>
        </w:rPr>
        <w:t>Ἐντεῦθεν ὡς ἀνδρίαι καὶ στρατηγίαι</w:t>
      </w:r>
    </w:p>
    <w:p>
      <w:r>
        <w:rPr>
          <w:rFonts w:ascii="Courier New" w:hAnsi="Courier New"/>
          <w:color w:val="555555"/>
          <w:sz w:val="20"/>
        </w:rPr>
        <w:t>[743]</w:t>
      </w:r>
    </w:p>
    <w:p>
      <w:r>
        <w:rPr>
          <w:rFonts w:ascii="Gentium Plus" w:hAnsi="Gentium Plus"/>
          <w:sz w:val="24"/>
        </w:rPr>
        <w:t>Ὡς καὶ τὸ κοινὸν κάλλος. Ἄθρει μοι τόσας Πόρνας ναοῖς τε καὶ θεοῖς τιμωμένας, Εὐφρὼ, Φρύνην, Λέαιναν ἐν τῷ θηρίῳ, (Σεμνὸν γὰρ ἦν καὶ τοὔνομ’ ἐν ναοῖς μέσοις),</w:t>
      </w:r>
    </w:p>
    <w:p>
      <w:r>
        <w:rPr>
          <w:rFonts w:ascii="Courier New" w:hAnsi="Courier New"/>
          <w:color w:val="555555"/>
          <w:sz w:val="20"/>
        </w:rPr>
        <w:t>[5]</w:t>
      </w:r>
    </w:p>
    <w:p>
      <w:r>
        <w:rPr>
          <w:rFonts w:ascii="Gentium Plus" w:hAnsi="Gentium Plus"/>
          <w:sz w:val="24"/>
        </w:rPr>
        <w:t>Τὴν Ἑλλάδος δέσποιναν, ἧς πολὺς λόγος, Ἐξ Ὑκκάρων φθαρεῖσαν αἰσχρὰν Λαΐδα, Ἄλλας τε πολλὰς, οὐ γὰρ ἀξιῶ λόγου. Τούτων μὲν οὖν, βέλτιστε, ὥσπερ εὐφυὴς Ἀργυρογνώμων, εἴ τι μὲν καλὸν, δέχου·</w:t>
      </w:r>
    </w:p>
    <w:p>
      <w:r>
        <w:rPr>
          <w:rFonts w:ascii="Courier New" w:hAnsi="Courier New"/>
          <w:color w:val="555555"/>
          <w:sz w:val="20"/>
        </w:rPr>
        <w:t>[10]</w:t>
      </w:r>
    </w:p>
    <w:p>
      <w:r>
        <w:rPr>
          <w:rFonts w:ascii="Gentium Plus" w:hAnsi="Gentium Plus"/>
          <w:sz w:val="24"/>
        </w:rPr>
        <w:t>Ἀπεκλέγου δ’ ἃ μή σε ποιεῖ βελτίω· Τοῖς σοῖς δὲ πᾶσι προστρέχειν διδάγμασι, Τύποις τε ἀνδρῶν καὶ γυναικῶν σωφρόνων· Ὧν ἐλπίς ἐστι καὶ Θεὸς διδάσκαλος, Κρείσσους νόμους γράφοντες ὧν ἡ χεὶρ γράφει.</w:t>
      </w:r>
    </w:p>
    <w:p>
      <w:r>
        <w:rPr>
          <w:rFonts w:ascii="Courier New" w:hAnsi="Courier New"/>
          <w:color w:val="555555"/>
          <w:sz w:val="20"/>
        </w:rPr>
        <w:t>[744]</w:t>
      </w:r>
    </w:p>
    <w:p>
      <w:r>
        <w:rPr>
          <w:rFonts w:ascii="Gentium Plus" w:hAnsi="Gentium Plus"/>
          <w:sz w:val="24"/>
        </w:rPr>
        <w:t>Ἡμεῖς γάρ ἐσμεν οἱ, τὸ μοιχεύειν κακὸν Ἄλλων τιθέντων καὶ κολαζόντων νόμῳ, Αὐτοὶ τὸ τούτου μεῖζον εἰσηγούμενοι, Μὴ δ’ ἐμβλέπειν αἰσχρῶς τε καὶ παθητικῶς,</w:t>
      </w:r>
    </w:p>
    <w:p>
      <w:r>
        <w:rPr>
          <w:rFonts w:ascii="Courier New" w:hAnsi="Courier New"/>
          <w:color w:val="555555"/>
          <w:sz w:val="20"/>
        </w:rPr>
        <w:t>[5]</w:t>
      </w:r>
    </w:p>
    <w:p>
      <w:r>
        <w:rPr>
          <w:rFonts w:ascii="Gentium Plus" w:hAnsi="Gentium Plus"/>
          <w:sz w:val="24"/>
        </w:rPr>
        <w:t>Εἰς ἓν τιθέντες τῷ τέλει τὴν αἰτίαν, Ὡς τῷ φονεύειν τὸν χόλον, παρ’ οὗ φόνος. Ὅρκου θ’ ἑτοιμότητα τῇ ψευδορκίᾳ· Ὧν γὰρ κακόν τι χωρὶς οὐ γενήσεται, Ταῦτ’ οὐκ ἐῶντες, καὶ τὰ δεινὰ φεύγομεν.</w:t>
      </w:r>
    </w:p>
    <w:p>
      <w:r>
        <w:rPr>
          <w:rFonts w:ascii="Courier New" w:hAnsi="Courier New"/>
          <w:color w:val="555555"/>
          <w:sz w:val="20"/>
        </w:rPr>
        <w:t>[10]</w:t>
      </w:r>
    </w:p>
    <w:p>
      <w:r>
        <w:rPr>
          <w:rFonts w:ascii="Gentium Plus" w:hAnsi="Gentium Plus"/>
          <w:sz w:val="24"/>
        </w:rPr>
        <w:t>Οὕτως ἐμοὶ τὸ σῶφρόν ἐστιν ἀσφαλές· Ἐξ οὗ πολύς μοι καὶ χορὸς τῶν παρθένων, Ζωὴν ἄσαρκον ἀγγέλων μιμούμενος, Θεοῦ τε τοῦ συνόντος αὐτῷ καὶ μόνου.</w:t>
      </w:r>
    </w:p>
    <w:p>
      <w:r>
        <w:rPr>
          <w:rFonts w:ascii="Courier New" w:hAnsi="Courier New"/>
          <w:color w:val="555555"/>
          <w:sz w:val="20"/>
        </w:rPr>
        <w:t>[745]</w:t>
      </w:r>
    </w:p>
    <w:p>
      <w:r>
        <w:rPr>
          <w:rFonts w:ascii="Gentium Plus" w:hAnsi="Gentium Plus"/>
          <w:sz w:val="24"/>
        </w:rPr>
        <w:t>Ἅπαντα συῤῥεῖν, καὶ ποθεῖν μετάστασιν Δεσμῶν λυθέντα καὶ νόμων γαμηλίων, Ἐξ οὗ με Χριστὸς, παρθένου μητρὸς τόκος Φανεὶς, νόμοις καινοῖσι ποιεῖ παρθένον.</w:t>
      </w:r>
    </w:p>
    <w:p>
      <w:r>
        <w:rPr>
          <w:rFonts w:ascii="Courier New" w:hAnsi="Courier New"/>
          <w:color w:val="555555"/>
          <w:sz w:val="20"/>
        </w:rPr>
        <w:t>[5]</w:t>
      </w:r>
    </w:p>
    <w:p>
      <w:r>
        <w:rPr>
          <w:rFonts w:ascii="Gentium Plus" w:hAnsi="Gentium Plus"/>
          <w:sz w:val="24"/>
        </w:rPr>
        <w:t>Ἐπεὶ γὰρ ἦλθον εἰς βίον καὶ δέσμιος, Ῥύσει τὰ ῥευστὰ καὶ φθορᾷ τὰ τῆς φθορᾶς Γνῶναι βιασθεὶς, ὡς μάθω τὰ κρείσσονα Ἐκ τῶν ὁρωμένων τε καὶ πλανωμένων· Χαίρων ἐπανάγων πρὸς Θεὸν τὴν εἰκόνα,</w:t>
      </w:r>
    </w:p>
    <w:p>
      <w:r>
        <w:rPr>
          <w:rFonts w:ascii="Courier New" w:hAnsi="Courier New"/>
          <w:color w:val="555555"/>
          <w:sz w:val="20"/>
        </w:rPr>
        <w:t>[10]</w:t>
      </w:r>
    </w:p>
    <w:p>
      <w:r>
        <w:rPr>
          <w:rFonts w:ascii="Gentium Plus" w:hAnsi="Gentium Plus"/>
          <w:sz w:val="24"/>
        </w:rPr>
        <w:t>Ἐλευθέρῳ τε καὶ ἀσυνδέτῳ βίῳ, Μηδὲν λελοιπὼς τῆς ἐμῆς ἴχνος δορᾶς, Ἀσκόν τιν’ ἄλλον ἐν βίῳ φυσώμενον. Ὅλος θ’ ὅλῳ τε τῷ Θεῷ κινούμενος, Πολλῶν μετ’ ἄλλων γνησίων συνεμπόρων</w:t>
      </w:r>
    </w:p>
    <w:p>
      <w:r>
        <w:rPr>
          <w:rFonts w:ascii="Courier New" w:hAnsi="Courier New"/>
          <w:color w:val="555555"/>
          <w:sz w:val="20"/>
        </w:rPr>
        <w:t>[746]</w:t>
      </w:r>
    </w:p>
    <w:p>
      <w:r>
        <w:rPr>
          <w:rFonts w:ascii="Gentium Plus" w:hAnsi="Gentium Plus"/>
          <w:sz w:val="24"/>
        </w:rPr>
        <w:t>Οἳ πρὸς μόνην βλέποντες ἣν ἐλπίζομεν Ζωὴν, ἀνῆκαν οὐ κόμας οὐδ’ οὐσίας Θεῷ, παρ’ οὗ τὰ πάντα, ὧν ἔχουσι δὲ Τὸ πρῶτον, ἁγνείαν τε καὶ ἀσαρκίαν.</w:t>
      </w:r>
    </w:p>
    <w:p>
      <w:r>
        <w:rPr>
          <w:rFonts w:ascii="Courier New" w:hAnsi="Courier New"/>
          <w:color w:val="555555"/>
          <w:sz w:val="20"/>
        </w:rPr>
        <w:t>[5]</w:t>
      </w:r>
    </w:p>
    <w:p>
      <w:r>
        <w:rPr>
          <w:rFonts w:ascii="Gentium Plus" w:hAnsi="Gentium Plus"/>
          <w:sz w:val="24"/>
        </w:rPr>
        <w:t>Τὰ Ναζιραίων τῶν νέων συστήματα, Πλήθοντα καὶ στίλβοντα τοῖς ἔνδον καλοῖς, Ἃ παρθένοι τιμῶσι μέχρις αἵματος. Τί σοι λέγοιμ’ ἂν Θέκλαν; ἢ τὴν, ἢ τινὰς, Ὅσαι Θεῷ τὸ κάλλος ἐσφραγισμένον</w:t>
      </w:r>
    </w:p>
    <w:p>
      <w:r>
        <w:rPr>
          <w:rFonts w:ascii="Courier New" w:hAnsi="Courier New"/>
          <w:color w:val="555555"/>
          <w:sz w:val="20"/>
        </w:rPr>
        <w:t>[10]</w:t>
      </w:r>
    </w:p>
    <w:p>
      <w:r>
        <w:rPr>
          <w:rFonts w:ascii="Gentium Plus" w:hAnsi="Gentium Plus"/>
          <w:sz w:val="24"/>
        </w:rPr>
        <w:t>Τηρεῖν θέλουσαι, κινδύνοις προσέδραμον; Τὸ δ’ οὖν ἀεὶ πᾶσίν τε γνωριμώτατον, Ὁρᾷς ἀγρύπνους παρθένων ψαλμῳδίας Ἀνδρῶν, γυναικῶν, φύσεως λελησμένων·</w:t>
      </w:r>
    </w:p>
    <w:p>
      <w:r>
        <w:rPr>
          <w:rFonts w:ascii="Courier New" w:hAnsi="Courier New"/>
          <w:color w:val="555555"/>
          <w:sz w:val="20"/>
        </w:rPr>
        <w:t>[747]</w:t>
      </w:r>
    </w:p>
    <w:p>
      <w:r>
        <w:rPr>
          <w:rFonts w:ascii="Gentium Plus" w:hAnsi="Gentium Plus"/>
          <w:sz w:val="24"/>
        </w:rPr>
        <w:t>Σύμφωνον, ἀντίφωνον ἀγγέλων στάσιν Δισσὴν, ἄνω τε καὶ κάτω τεταγμένην, Θείας ὑμνῳδὸν ἀξίας καὶ φύσεως; Οὕτω μὲν οὖν ἁγνεία σοι τιμητέα,</w:t>
      </w:r>
    </w:p>
    <w:p>
      <w:r>
        <w:rPr>
          <w:rFonts w:ascii="Courier New" w:hAnsi="Courier New"/>
          <w:color w:val="555555"/>
          <w:sz w:val="20"/>
        </w:rPr>
        <w:t>[5]</w:t>
      </w:r>
    </w:p>
    <w:p>
      <w:r>
        <w:rPr>
          <w:rFonts w:ascii="Gentium Plus" w:hAnsi="Gentium Plus"/>
          <w:sz w:val="24"/>
        </w:rPr>
        <w:t>Λόγοις τοσούτοις καὶ τύποις, πρὸς οὓς βλέπων, Ἅγνιζε σαυτὸν, ὡς Θεοῦ δέξῃ νόμους Φρονήσεως δὲ πάντα μὲν τὰ τοῦ λόγου. Τί γὰρ φρονήσεως δίχα τῶν αἰνουμένων; Πρῶτον δὲ καὶ μέγιστον, εἰδέναι Θεὸν,</w:t>
      </w:r>
    </w:p>
    <w:p>
      <w:r>
        <w:rPr>
          <w:rFonts w:ascii="Courier New" w:hAnsi="Courier New"/>
          <w:color w:val="555555"/>
          <w:sz w:val="20"/>
        </w:rPr>
        <w:t>[10]</w:t>
      </w:r>
    </w:p>
    <w:p>
      <w:r>
        <w:rPr>
          <w:rFonts w:ascii="Gentium Plus" w:hAnsi="Gentium Plus"/>
          <w:sz w:val="24"/>
        </w:rPr>
        <w:t>Ἔργῳ λόγῳ τε γνησίως τιμώμενον· Πηγὴ γὰρ αὕτη πᾶσι καὶ σωτηρία. Θεὸς νοεῖται μέν τισιν, εἰ καὶ μετρίως· Ὑπ’ οὐδενὸς δὲ φράζετ’, οὐδ’ ἀκούεται,</w:t>
      </w:r>
    </w:p>
    <w:p>
      <w:r>
        <w:rPr>
          <w:rFonts w:ascii="Courier New" w:hAnsi="Courier New"/>
          <w:color w:val="555555"/>
          <w:sz w:val="20"/>
        </w:rPr>
        <w:t>[748]</w:t>
      </w:r>
    </w:p>
    <w:p>
      <w:r>
        <w:rPr>
          <w:rFonts w:ascii="Gentium Plus" w:hAnsi="Gentium Plus"/>
          <w:sz w:val="24"/>
        </w:rPr>
        <w:t>Ὅσον πέρ ἐστι, κἄν τις οἴηται λίαν. Παρεμπίπτει γὰρ, ὡς ἀχλὺς, τῷ σκέμματι Ἀεί τι τῶν ἐμῶν τε καὶ ὁρωμένων· Ὅπερ ὑπερβὰς συγγένωμαι τῷ Θεῷ,</w:t>
      </w:r>
    </w:p>
    <w:p>
      <w:r>
        <w:rPr>
          <w:rFonts w:ascii="Courier New" w:hAnsi="Courier New"/>
          <w:color w:val="555555"/>
          <w:sz w:val="20"/>
        </w:rPr>
        <w:t>[5]</w:t>
      </w:r>
    </w:p>
    <w:p>
      <w:r>
        <w:rPr>
          <w:rFonts w:ascii="Gentium Plus" w:hAnsi="Gentium Plus"/>
          <w:sz w:val="24"/>
        </w:rPr>
        <w:t>Ὡς καὶ κρατῆσαι καὶ πεπεῖσθαι τοῦτ’ ἔχειν Ὅπερ λαβεῖν ἔσπευδον, οὐ κάμνων ἔτι. Θεὸν τὸ μὴ σέβειν μέν ἐστ’ ὀλοώτατον, Μηδ’ αἰτίαν τιν’ εἰδέναι πρώτην ὅλων, Ἐξ ἧς τὰ πάντα καὶ προῆλθε καὶ μένει,</w:t>
      </w:r>
    </w:p>
    <w:p>
      <w:r>
        <w:rPr>
          <w:rFonts w:ascii="Courier New" w:hAnsi="Courier New"/>
          <w:color w:val="555555"/>
          <w:sz w:val="20"/>
        </w:rPr>
        <w:t>[10]</w:t>
      </w:r>
    </w:p>
    <w:p>
      <w:r>
        <w:rPr>
          <w:rFonts w:ascii="Gentium Plus" w:hAnsi="Gentium Plus"/>
          <w:sz w:val="24"/>
        </w:rPr>
        <w:t>Τάξει τ’ ἀφράστῳ καὶ λόγῳ τηρούμενα. Ὁ δ’ ἐστὶν οἴεσθ’ εἰδέναι, βλάβη φρενῶν, Πλὴν εἰ καθ’ ὑδάτων τις ἡλίου σκιὰν</w:t>
      </w:r>
    </w:p>
    <w:p>
      <w:r>
        <w:rPr>
          <w:rFonts w:ascii="Courier New" w:hAnsi="Courier New"/>
          <w:color w:val="555555"/>
          <w:sz w:val="20"/>
        </w:rPr>
        <w:t>[749]</w:t>
      </w:r>
    </w:p>
    <w:p>
      <w:r>
        <w:rPr>
          <w:rFonts w:ascii="Gentium Plus" w:hAnsi="Gentium Plus"/>
          <w:sz w:val="24"/>
        </w:rPr>
        <w:t>Ἢ καὶ πυλῶνος κάλλος ἐκπεπληγμένος, Τὸν δεσπότην οἴοιτο τῶν ἔνδον βλέπειν. Ἄλλος μὲν ἄλλου καὶ ποσῶς σοφώτερος, Ὃς πλεῖον αὐγῆς ἔσπασε, πλείω βλέπων·</w:t>
      </w:r>
    </w:p>
    <w:p>
      <w:r>
        <w:rPr>
          <w:rFonts w:ascii="Courier New" w:hAnsi="Courier New"/>
          <w:color w:val="555555"/>
          <w:sz w:val="20"/>
        </w:rPr>
        <w:t>[5]</w:t>
      </w:r>
    </w:p>
    <w:p>
      <w:r>
        <w:rPr>
          <w:rFonts w:ascii="Gentium Plus" w:hAnsi="Gentium Plus"/>
          <w:sz w:val="24"/>
        </w:rPr>
        <w:t>Κάτω δ’ ὅμως ἅπαντες ἀξίας Θεοῦ, Ὃν φῶς καλύπτει, οὗ σκότος προΐσταται. Ἣν καὶ ζόφον τέμνῃ τις, ἀνταστράπτεται Τοῦ φωτὸς ἄκρου δευτέρῳ προβλήματι. Διπλοῦν δ’ ὑπερέχειν οὐ μάλ’ εὐπετὲς σκέπας</w:t>
      </w:r>
    </w:p>
    <w:p>
      <w:r>
        <w:rPr>
          <w:rFonts w:ascii="Courier New" w:hAnsi="Courier New"/>
          <w:color w:val="555555"/>
          <w:sz w:val="20"/>
        </w:rPr>
        <w:t>[10]</w:t>
      </w:r>
    </w:p>
    <w:p>
      <w:r>
        <w:rPr>
          <w:rFonts w:ascii="Gentium Plus" w:hAnsi="Gentium Plus"/>
          <w:sz w:val="24"/>
        </w:rPr>
        <w:t>Ὃς πάντα πληροῖ καὶ ἄνω παντὸς μένει, Ὃς νοῦν σοφίζει, καὶ νοὸς φεύγει βολὰς, Ἕλκων ἀεί με πρὸς ὕψος ὑπεκδρομεί. Θεὸν μάλιστα καὶ νοεῖν μὲν καὶ σέβειν, Δεικνὺς τὸ φίλτρον ἐν ζέσει τῶν ἐντολῶν.</w:t>
      </w:r>
    </w:p>
    <w:p>
      <w:r>
        <w:rPr>
          <w:rFonts w:ascii="Courier New" w:hAnsi="Courier New"/>
          <w:color w:val="555555"/>
          <w:sz w:val="20"/>
        </w:rPr>
        <w:t>[750]</w:t>
      </w:r>
    </w:p>
    <w:p>
      <w:r>
        <w:rPr>
          <w:rFonts w:ascii="Gentium Plus" w:hAnsi="Gentium Plus"/>
          <w:sz w:val="24"/>
        </w:rPr>
        <w:t>Ζητεῖν δ’ ὅ ἐστι, μηδὲ πάντη, μηδ’ ἀεὶ, Μήτε προχείρως πᾶσι γυμνοῦν τὸν λόγον. Τὸ μὲν λεγέσθω τοῦ Θεοῦ καὶ σὺν φόβῳ· Τὸ δ’ ἔνδον ἔστω κείμενον, καὶ νῷ μόνῳ</w:t>
      </w:r>
    </w:p>
    <w:p>
      <w:r>
        <w:rPr>
          <w:rFonts w:ascii="Courier New" w:hAnsi="Courier New"/>
          <w:color w:val="555555"/>
          <w:sz w:val="20"/>
        </w:rPr>
        <w:t>[5]</w:t>
      </w:r>
    </w:p>
    <w:p>
      <w:r>
        <w:rPr>
          <w:rFonts w:ascii="Gentium Plus" w:hAnsi="Gentium Plus"/>
          <w:sz w:val="24"/>
        </w:rPr>
        <w:t>Σέβοιτο κρυπτὸν, ἀψόφως τιμώμενον. Τῷ δ’ οὖς ἀνοίγοιτ’, ἢν διδάσκῃ τις λόγος, Ἧττον γὰρ οὖς, ἢ γλῶττα κίνδυνον φέρει. Τὸ δ’ ὕστερον δεοίμεθ’ ἐκμαθεῖν σαφῶς, Λυθέντος ἡμῖν τοῦ πάχους· νῦν δ’, ὡς σθένος,</w:t>
      </w:r>
    </w:p>
    <w:p>
      <w:r>
        <w:rPr>
          <w:rFonts w:ascii="Courier New" w:hAnsi="Courier New"/>
          <w:color w:val="555555"/>
          <w:sz w:val="20"/>
        </w:rPr>
        <w:t>[10]</w:t>
      </w:r>
    </w:p>
    <w:p>
      <w:r>
        <w:rPr>
          <w:rFonts w:ascii="Gentium Plus" w:hAnsi="Gentium Plus"/>
          <w:sz w:val="24"/>
        </w:rPr>
        <w:t>Σαυτὸν καθαίρειν καὶ νεοῦν λαμπρῷ βίῳ· Δέξῃ γὰρ οὕτω καὶ Θεὸν νοούμενον. Ναῷ Θεὸν δὲ προστρέχειν ἅπας λόγος· Ἁγνοῦ γὰρ ἁγνός ἐστιν οἰκητήριον.</w:t>
      </w:r>
    </w:p>
    <w:p>
      <w:r>
        <w:rPr>
          <w:rFonts w:ascii="Courier New" w:hAnsi="Courier New"/>
          <w:color w:val="555555"/>
          <w:sz w:val="20"/>
        </w:rPr>
        <w:t>[751]</w:t>
      </w:r>
    </w:p>
    <w:p>
      <w:r>
        <w:rPr>
          <w:rFonts w:ascii="Gentium Plus" w:hAnsi="Gentium Plus"/>
          <w:sz w:val="24"/>
        </w:rPr>
        <w:t>Λόγῳ γάρ ἐστι πᾶς λόγος ἀντίστατος. Στρεπτὴν δὲ πίστιν οὑμὸς οὐκ ἔχει λόγος· Τὸ δ’ ἐξέχεσθαι τοῦ λαλουμένου μέγα. Ὃς μὲν γὰρ ἠγάπησε, καὶ στερχθήσεται·</w:t>
      </w:r>
    </w:p>
    <w:p>
      <w:r>
        <w:rPr>
          <w:rFonts w:ascii="Courier New" w:hAnsi="Courier New"/>
          <w:color w:val="555555"/>
          <w:sz w:val="20"/>
        </w:rPr>
        <w:t>[5]</w:t>
      </w:r>
    </w:p>
    <w:p>
      <w:r>
        <w:rPr>
          <w:rFonts w:ascii="Gentium Plus" w:hAnsi="Gentium Plus"/>
          <w:sz w:val="24"/>
        </w:rPr>
        <w:t>Ὃς δ’ ἠγάπηται, καὶ ἔνοικον λαμβάνει. Οὗ δ’ ἐστὶν, οὐκ ἔνεστι μὴ φῶς τυγχάνειν· Φωτὸς δὲ πρῶτον αὐτὸ γιγνώσκειν τὸ φῶς. Οὕτω τὸ φίλτρον πρόξενον καὶ γνώσεως· Ἥδ’ ἔστ’ ἀμείνων εἰς ἀλήθειαν τρίβος,</w:t>
      </w:r>
    </w:p>
    <w:p>
      <w:r>
        <w:rPr>
          <w:rFonts w:ascii="Courier New" w:hAnsi="Courier New"/>
          <w:color w:val="555555"/>
          <w:sz w:val="20"/>
        </w:rPr>
        <w:t>[10]</w:t>
      </w:r>
    </w:p>
    <w:p>
      <w:r>
        <w:rPr>
          <w:rFonts w:ascii="Gentium Plus" w:hAnsi="Gentium Plus"/>
          <w:sz w:val="24"/>
        </w:rPr>
        <w:t>Τῆς ἐν λόγῳ τε καὶ στροφαῖς τιμωμένης. Ὃ δ’ οὖν ἐφικτὸν, τοῦτο καὶ δηλώσομεν. Ἄναρχον, Ἀρχὴ, Πνεῦμα, Τριὰς τιμία, Ἀναίτιον, γεννητὸν, ἐκπορεύσιμον· Πατὴρ τὸ μέν· τὸ δ’ Υἱὸς, αὐτὸς καὶ Λόγος·</w:t>
      </w:r>
    </w:p>
    <w:p>
      <w:r>
        <w:rPr>
          <w:rFonts w:ascii="Courier New" w:hAnsi="Courier New"/>
          <w:color w:val="555555"/>
          <w:sz w:val="20"/>
        </w:rPr>
        <w:t>[752]</w:t>
      </w:r>
    </w:p>
    <w:p>
      <w:r>
        <w:rPr>
          <w:rFonts w:ascii="Gentium Plus" w:hAnsi="Gentium Plus"/>
          <w:sz w:val="24"/>
        </w:rPr>
        <w:t>Τὸ δ’ οὐ μὲν Υἱὸς, Πνεῦμα δ’ οὐσίας μιᾶς. Εἷς ἐκ τριῶν Θεός τε καὶ κοινὸν σέβας· Οἷς καὶ τὸ θνητὸν τῆς πλοκῆς ἐκλύομαι. Ταῦτ’ ἢν σέβῃς μοι καὶ κρατῇς, σεμνῷ βίῳ</w:t>
      </w:r>
    </w:p>
    <w:p>
      <w:r>
        <w:rPr>
          <w:rFonts w:ascii="Courier New" w:hAnsi="Courier New"/>
          <w:color w:val="555555"/>
          <w:sz w:val="20"/>
        </w:rPr>
        <w:t>[5]</w:t>
      </w:r>
    </w:p>
    <w:p>
      <w:r>
        <w:rPr>
          <w:rFonts w:ascii="Gentium Plus" w:hAnsi="Gentium Plus"/>
          <w:sz w:val="24"/>
        </w:rPr>
        <w:t>Ῥίψας ἅπασαν τὴν κάτω βίου ζάλην, Λόγῳ τ’ ἀληθεῖ καὶ μίσει τῶν πλασμάτων Ἄνω τε τάξῃ, καὶ γένοιό μου πλέον, Ὡς ἂν τύχοιο πλείονος παῤῥησίας.</w:t>
      </w:r>
    </w:p>
    <w:p>
      <w:r>
        <w:rPr>
          <w:rFonts w:ascii="Courier New" w:hAnsi="Courier New"/>
          <w:color w:val="555555"/>
          <w:sz w:val="20"/>
        </w:rPr>
        <w:t>[9t]</w:t>
      </w:r>
    </w:p>
    <w:p>
      <w:pPr>
        <w:jc w:val="center"/>
      </w:pPr>
      <w:r>
        <w:rPr>
          <w:rFonts w:ascii="Gentium Plus" w:hAnsi="Gentium Plus"/>
          <w:b/>
          <w:sz w:val="24"/>
        </w:rPr>
        <w:t>ΙΑʹ. Πρὸς κόσμον διαλογισμός.</w:t>
      </w:r>
    </w:p>
    <w:p>
      <w:r>
        <w:rPr>
          <w:rFonts w:ascii="Courier New" w:hAnsi="Courier New"/>
          <w:color w:val="555555"/>
          <w:sz w:val="20"/>
        </w:rPr>
        <w:t>[10]</w:t>
      </w:r>
    </w:p>
    <w:p>
      <w:r>
        <w:rPr>
          <w:rFonts w:ascii="Gentium Plus" w:hAnsi="Gentium Plus"/>
          <w:sz w:val="24"/>
        </w:rPr>
        <w:t>Ἐρώτ. Δικάζομαί σοι, κόσμε. Τίς, πόθεν πάρει, Πρῶτον δίδαξον, καὶ ὅποι καταστρέφεις. Ῥοιζεῖς δὲ πῶς με κύκλος ὡς μύρμηκ’ ἄγων;</w:t>
      </w:r>
    </w:p>
    <w:p>
      <w:r>
        <w:rPr>
          <w:rFonts w:ascii="Courier New" w:hAnsi="Courier New"/>
          <w:color w:val="555555"/>
          <w:sz w:val="20"/>
        </w:rPr>
        <w:t>[753]</w:t>
      </w:r>
    </w:p>
    <w:p>
      <w:r>
        <w:rPr>
          <w:rFonts w:ascii="Gentium Plus" w:hAnsi="Gentium Plus"/>
          <w:sz w:val="24"/>
        </w:rPr>
        <w:t>Καταστρέφω δ’ εἰς κρεῖσσον. Οὐ ῥοιζῶ δέ σε, Ἀλλ’ αὐτὸς ὢν ἄκοσμος, ὑβρίζεις ἐμέ. Ἐρ. Πῶς οὖν σὺ μὲν πέπηγας, ἄστατος δ’ ἐγώ; Ἀπ. Ἐγὼ μὲν ἐκτός εἰμι, καὶ τίς ἡ χάρις;</w:t>
      </w:r>
    </w:p>
    <w:p>
      <w:r>
        <w:rPr>
          <w:rFonts w:ascii="Courier New" w:hAnsi="Courier New"/>
          <w:color w:val="555555"/>
          <w:sz w:val="20"/>
        </w:rPr>
        <w:t>[5]</w:t>
      </w:r>
    </w:p>
    <w:p>
      <w:r>
        <w:rPr>
          <w:rFonts w:ascii="Gentium Plus" w:hAnsi="Gentium Plus"/>
          <w:sz w:val="24"/>
        </w:rPr>
        <w:t>Σὺ δ’ ὢν θελητὴς, εἰ θέλεις, ἔχεις πλέον. Ἐρ. Καλῶς· τὰ δ’ ἐκτὸς τίς φέρει; Ἀπ. Τί γὰρ κακόν; Ὕλη τάδ’ ἐστὶ τοῖς καλοῖς σωτηρίας. Ἐρ. Ἢ κρεῖσσον αὑτὸν αἰτιᾶσθ’; Ἀπ. Οὕτως ἔχει. ΙΒʹ. Περὶ τοῦ ἐπικήρου τῆς ἀνθρωπίνης φύσεως.</w:t>
      </w:r>
    </w:p>
    <w:p>
      <w:r>
        <w:rPr>
          <w:rFonts w:ascii="Courier New" w:hAnsi="Courier New"/>
          <w:color w:val="555555"/>
          <w:sz w:val="20"/>
        </w:rPr>
        <w:t>[10]</w:t>
      </w:r>
    </w:p>
    <w:p>
      <w:r>
        <w:rPr>
          <w:rFonts w:ascii="Gentium Plus" w:hAnsi="Gentium Plus"/>
          <w:sz w:val="24"/>
        </w:rPr>
        <w:t>Κόσμε φίλ’, οὐ φίλε πάντα, τί μ’ ὡς τροχὸς ἀμφιέλικτος Ῥοιζηδὸν φορέεις ἀντιπορευόμενον,</w:t>
      </w:r>
    </w:p>
    <w:p>
      <w:r>
        <w:rPr>
          <w:rFonts w:ascii="Courier New" w:hAnsi="Courier New"/>
          <w:color w:val="555555"/>
          <w:sz w:val="20"/>
        </w:rPr>
        <w:t>[754]</w:t>
      </w:r>
    </w:p>
    <w:p>
      <w:r>
        <w:rPr>
          <w:rFonts w:ascii="Gentium Plus" w:hAnsi="Gentium Plus"/>
          <w:sz w:val="24"/>
        </w:rPr>
        <w:t>Μύρμηχ’ ὡς ὀλίγον, πικρὴν φορὰν ἀσχαλόωντα; Ἔμπα γε μὴν φορέεις τόσσον ἐόντα, τόσος. Οἶδα μὲν ὡς θεόθεν σὺ Θεοῦ κλέος. Ἀλλὰ καὶ αὐτὸς Χριστοῦ χειρὶ πάγην, πλεκτὸς ἀπ’ ἀμφοτέρων,</w:t>
      </w:r>
    </w:p>
    <w:p>
      <w:r>
        <w:rPr>
          <w:rFonts w:ascii="Courier New" w:hAnsi="Courier New"/>
          <w:color w:val="555555"/>
          <w:sz w:val="20"/>
        </w:rPr>
        <w:t>[5]</w:t>
      </w:r>
    </w:p>
    <w:p>
      <w:r>
        <w:rPr>
          <w:rFonts w:ascii="Gentium Plus" w:hAnsi="Gentium Plus"/>
          <w:sz w:val="24"/>
        </w:rPr>
        <w:t>Οὐρανίων χθονίων τε. Τὸ μὲν δέμας ἔνθεν ἐτύχθη· Ψυχὴ δ’ αὖ μεγάλου ἐστὶν ἄημα νόου. Ἀλλὰ καὶ ὡς πολλοῖσιν ἐλαύνομαι ἔνθα καὶ ἔνθα Πήμασιν ἐξ ἐμέθεν, πήμασι δυσμενέος. Δελφὶς δ’ ὡς ἐπὶ χέρσον ἁλίδρομος, ἠέρι θνήσκω.</w:t>
      </w:r>
    </w:p>
    <w:p>
      <w:r>
        <w:rPr>
          <w:rFonts w:ascii="Courier New" w:hAnsi="Courier New"/>
          <w:color w:val="555555"/>
          <w:sz w:val="20"/>
        </w:rPr>
        <w:t>[10]</w:t>
      </w:r>
    </w:p>
    <w:p>
      <w:r>
        <w:rPr>
          <w:rFonts w:ascii="Gentium Plus" w:hAnsi="Gentium Plus"/>
          <w:sz w:val="24"/>
        </w:rPr>
        <w:t>Κόσμε, παρῆλθον ἐγὼ, λαὸν ἄτρωτον ἄγοις.</w:t>
      </w:r>
    </w:p>
    <w:p>
      <w:r>
        <w:rPr>
          <w:rFonts w:ascii="Courier New" w:hAnsi="Courier New"/>
          <w:color w:val="555555"/>
          <w:sz w:val="20"/>
        </w:rPr>
        <w:t>[11t]</w:t>
      </w:r>
    </w:p>
    <w:p>
      <w:pPr>
        <w:jc w:val="center"/>
      </w:pPr>
      <w:r>
        <w:rPr>
          <w:rFonts w:ascii="Gentium Plus" w:hAnsi="Gentium Plus"/>
          <w:b/>
          <w:sz w:val="24"/>
        </w:rPr>
        <w:t>ΙΓʹ. Περὶ τοῦ αὐτοῦ.</w:t>
      </w:r>
    </w:p>
    <w:p>
      <w:r>
        <w:rPr>
          <w:rFonts w:ascii="Courier New" w:hAnsi="Courier New"/>
          <w:color w:val="555555"/>
          <w:sz w:val="20"/>
        </w:rPr>
        <w:t>[12]</w:t>
      </w:r>
    </w:p>
    <w:p>
      <w:r>
        <w:rPr>
          <w:rFonts w:ascii="Gentium Plus" w:hAnsi="Gentium Plus"/>
          <w:sz w:val="24"/>
        </w:rPr>
        <w:t>Ἀλλήλους μὲν ἐγώ τε καὶ ὁ χρόνος, ὡς πετεηνὰ</w:t>
      </w:r>
    </w:p>
    <w:p>
      <w:r>
        <w:rPr>
          <w:rFonts w:ascii="Courier New" w:hAnsi="Courier New"/>
          <w:color w:val="555555"/>
          <w:sz w:val="20"/>
        </w:rPr>
        <w:t>[755]</w:t>
      </w:r>
    </w:p>
    <w:p>
      <w:r>
        <w:rPr>
          <w:rFonts w:ascii="Gentium Plus" w:hAnsi="Gentium Plus"/>
          <w:sz w:val="24"/>
        </w:rPr>
        <w:t>Ἑσταὸς οὐδὲν ἔχοντες· ὃ δ’ ἤμπλακον, οὐ παραθρέξει, Ἀλλὰ μένει· ζωῆς τοῦτο μογηρότατον. Οὐδ’ ὅ τι εὔξομ’ ἔχω, ζῆσαι πλέον, ἠὲ λυθῆναι· Τάρβος ἐπ’ ἀμφοτέροις· ὧδε δὲ φράζεό μοι.</w:t>
      </w:r>
    </w:p>
    <w:p>
      <w:r>
        <w:rPr>
          <w:rFonts w:ascii="Courier New" w:hAnsi="Courier New"/>
          <w:color w:val="555555"/>
          <w:sz w:val="20"/>
        </w:rPr>
        <w:t>[5]</w:t>
      </w:r>
    </w:p>
    <w:p>
      <w:r>
        <w:rPr>
          <w:rFonts w:ascii="Gentium Plus" w:hAnsi="Gentium Plus"/>
          <w:sz w:val="24"/>
        </w:rPr>
        <w:t>Ζωή μοι πολύμοχθος ἁμαρτάσιν. Εἰ δὲ θάνοιμι, Αἲ αἲ, τῶν προτέρων οὐδὲν ἄκος παθέων. Εἰ ζωὴ τόδε σοι τεκμαίρεται, ἧς τόσον ἄχθος, Οὐδὲ τὸ λυθῆναι λῦσιν ἔχει καμάτων, Κρημνὸς δ’ ἀμφοτέρωθε. Τί ῥέξομεν; ἦ τόδ’ ἄριστον,</w:t>
      </w:r>
    </w:p>
    <w:p>
      <w:r>
        <w:rPr>
          <w:rFonts w:ascii="Courier New" w:hAnsi="Courier New"/>
          <w:color w:val="555555"/>
          <w:sz w:val="20"/>
        </w:rPr>
        <w:t>[10]</w:t>
      </w:r>
    </w:p>
    <w:p>
      <w:r>
        <w:rPr>
          <w:rFonts w:ascii="Gentium Plus" w:hAnsi="Gentium Plus"/>
          <w:sz w:val="24"/>
        </w:rPr>
        <w:t>Λεύσσειν πρὸς σὲ μόνον, σήν τ’ ἀγανοφροσύνην.</w:t>
      </w:r>
    </w:p>
    <w:p>
      <w:r>
        <w:rPr>
          <w:rFonts w:ascii="Courier New" w:hAnsi="Courier New"/>
          <w:color w:val="555555"/>
          <w:sz w:val="20"/>
        </w:rPr>
        <w:t>[11t]</w:t>
      </w:r>
    </w:p>
    <w:p>
      <w:pPr>
        <w:jc w:val="center"/>
      </w:pPr>
      <w:r>
        <w:rPr>
          <w:rFonts w:ascii="Gentium Plus" w:hAnsi="Gentium Plus"/>
          <w:b/>
          <w:sz w:val="24"/>
        </w:rPr>
        <w:t>ΙΔʹ. Περὶ τῆς ἀνθρωπίνης φύσεως.</w:t>
      </w:r>
    </w:p>
    <w:p>
      <w:r>
        <w:rPr>
          <w:rFonts w:ascii="Courier New" w:hAnsi="Courier New"/>
          <w:color w:val="555555"/>
          <w:sz w:val="20"/>
        </w:rPr>
        <w:t>[12]</w:t>
      </w:r>
    </w:p>
    <w:p>
      <w:r>
        <w:rPr>
          <w:rFonts w:ascii="Gentium Plus" w:hAnsi="Gentium Plus"/>
          <w:sz w:val="24"/>
        </w:rPr>
        <w:t>Χθιζὸς ἐμοῖς ἀχέεσσι τετρυμένος, οἶος ἀπ’ ἄλλων Ἥμην ἐν σκιερῷ ἄλσεϊ, θυμὸν ἔδων.</w:t>
      </w:r>
    </w:p>
    <w:p>
      <w:r>
        <w:rPr>
          <w:rFonts w:ascii="Courier New" w:hAnsi="Courier New"/>
          <w:color w:val="555555"/>
          <w:sz w:val="20"/>
        </w:rPr>
        <w:t>[756]</w:t>
      </w:r>
    </w:p>
    <w:p>
      <w:r>
        <w:rPr>
          <w:rFonts w:ascii="Gentium Plus" w:hAnsi="Gentium Plus"/>
          <w:sz w:val="24"/>
        </w:rPr>
        <w:t>Καὶ γάρ πως φιλέω τόδε φάρμακον ἐν παθέεσσιν, Αὐτὸς ἐμῷ θυμῷ προσλαλέειν ἀκέων. Αὖραι δ’ ἐψιθύριζον ἅμ’ ὀρνιθέεσσιν ἀοιδοῖς, Καλὸν ἀπ’ ἀκρεμόνων κῶμα χαριζόμεναι,</w:t>
      </w:r>
    </w:p>
    <w:p>
      <w:r>
        <w:rPr>
          <w:rFonts w:ascii="Courier New" w:hAnsi="Courier New"/>
          <w:color w:val="555555"/>
          <w:sz w:val="20"/>
        </w:rPr>
        <w:t>[5]</w:t>
      </w:r>
    </w:p>
    <w:p>
      <w:r>
        <w:rPr>
          <w:rFonts w:ascii="Gentium Plus" w:hAnsi="Gentium Plus"/>
          <w:sz w:val="24"/>
        </w:rPr>
        <w:t>Καὶ μάλα περ θυμῷ κεκαφηότι. Οἱ δ’ ἀπὸ δένδρων Στηθομελεῖς, λιγυροὶ, ἠελίοιο φίλοι, Τέττιγες λαλαγεῦντες ὅλον κατεφώνεον ἄλσος. Πὰρ δ’ ὕδωρ ψυχρὸν ἐγγὺς ἔκλυζε πόδας, Ἦκα ῥέον δροσεροῖο δι’ ἄλσεος. Αὐτὰρ ἔγωγε</w:t>
      </w:r>
    </w:p>
    <w:p>
      <w:r>
        <w:rPr>
          <w:rFonts w:ascii="Courier New" w:hAnsi="Courier New"/>
          <w:color w:val="555555"/>
          <w:sz w:val="20"/>
        </w:rPr>
        <w:t>[10]</w:t>
      </w:r>
    </w:p>
    <w:p>
      <w:r>
        <w:rPr>
          <w:rFonts w:ascii="Gentium Plus" w:hAnsi="Gentium Plus"/>
          <w:sz w:val="24"/>
        </w:rPr>
        <w:t>Τὼς ἐχόμην κρατερῶς ἄλγεος, ὡς ἐχόμην. Τῶν μὲν ἄρ’ οὐκ ἀλέγιζον, ἐπεὶ νόος, εὖτε πυκασθῇ Ἄλγεσιν, οὐκ ἐθέλει τέρψιος ἀντιάειν. Αὐτὸς δὲ, στροφάλιγξιν ἑλισσομένοιο νόοιο,</w:t>
      </w:r>
    </w:p>
    <w:p>
      <w:r>
        <w:rPr>
          <w:rFonts w:ascii="Courier New" w:hAnsi="Courier New"/>
          <w:color w:val="555555"/>
          <w:sz w:val="20"/>
        </w:rPr>
        <w:t>[757]</w:t>
      </w:r>
    </w:p>
    <w:p>
      <w:r>
        <w:rPr>
          <w:rFonts w:ascii="Gentium Plus" w:hAnsi="Gentium Plus"/>
          <w:sz w:val="24"/>
        </w:rPr>
        <w:t>Τίς γενόμην, τίς δ’ εἰμὶ, τί δ’ ἔσσομαι; Οὐ σάφα οἶδα. Οὐδὲ μὲν ὅστις ἐμοῦ πλειότερος σοφίην. Ἀλλ’ αὐτὸς νεφέλῃ κεκαλυμμένος ἔνθα καὶ ἔνθα, Πλάζομαι οὐδὲν ἔχων, οὐδ’ ὄναρ, ὧν ποθέω.</w:t>
      </w:r>
    </w:p>
    <w:p>
      <w:r>
        <w:rPr>
          <w:rFonts w:ascii="Courier New" w:hAnsi="Courier New"/>
          <w:color w:val="555555"/>
          <w:sz w:val="20"/>
        </w:rPr>
        <w:t>[5]</w:t>
      </w:r>
    </w:p>
    <w:p>
      <w:r>
        <w:rPr>
          <w:rFonts w:ascii="Gentium Plus" w:hAnsi="Gentium Plus"/>
          <w:sz w:val="24"/>
        </w:rPr>
        <w:t>Πάντες γὰρ χθαμαλοὶ καὶ ἀλήμονες, οἷσι παχείης Σαρκὸς ἐπικρέμαται κυανέη νεφέλη. Κεῖνος δ’ ἐστὶν ἐμεῖο σοφώτερος, ὃς πλέον ἄλλων Ἤπαφεν ἧς κραδίης ψεῦδος ἑτοιμολόγον. Εἰμί. Φράζε τί τοῦτο; Τὸ μὲν παρέθρεξεν ἐμεῖο·</w:t>
      </w:r>
    </w:p>
    <w:p>
      <w:r>
        <w:rPr>
          <w:rFonts w:ascii="Courier New" w:hAnsi="Courier New"/>
          <w:color w:val="555555"/>
          <w:sz w:val="20"/>
        </w:rPr>
        <w:t>[10]</w:t>
      </w:r>
    </w:p>
    <w:p>
      <w:r>
        <w:rPr>
          <w:rFonts w:ascii="Gentium Plus" w:hAnsi="Gentium Plus"/>
          <w:sz w:val="24"/>
        </w:rPr>
        <w:t>Ἄλλο δὲ νῦν τελέθω, ἄλλ’ ἔσομ’, εἴ γ’ ἔσομαι. Ἔμπεδον οὐδέν· ἔγωγε ῥόος θολεροῦ ποταμοῖο Αἰὲν ἐπερχόμενος, ἑσταὸς οὐδὲν ἔχων. Τίπτε με τῶνδ’ ἐρέεις; τί δέ σοι πλέον εἰμὶ, δίδαξον.</w:t>
      </w:r>
    </w:p>
    <w:p>
      <w:r>
        <w:rPr>
          <w:rFonts w:ascii="Courier New" w:hAnsi="Courier New"/>
          <w:color w:val="555555"/>
          <w:sz w:val="20"/>
        </w:rPr>
        <w:t>[758]</w:t>
      </w:r>
    </w:p>
    <w:p>
      <w:r>
        <w:rPr>
          <w:rFonts w:ascii="Gentium Plus" w:hAnsi="Gentium Plus"/>
          <w:sz w:val="24"/>
        </w:rPr>
        <w:t>Καὶ νῦν τῇδε μένων, δέρκεο μή σε φύγω. Οὔτε δὶς ὃν τοπάροιθε, ῥόον ποταμοῖο περήσεις Ἔμπαλιν, οὔτε βροτὸν ὄψεαι, ὃν τοπάρος. Ἦν πάρος ἐν χροῒ πατρὸς, ἔπειτά μ’ ἐδέξατο μήτηρ,</w:t>
      </w:r>
    </w:p>
    <w:p>
      <w:r>
        <w:rPr>
          <w:rFonts w:ascii="Courier New" w:hAnsi="Courier New"/>
          <w:color w:val="555555"/>
          <w:sz w:val="20"/>
        </w:rPr>
        <w:t>[5]</w:t>
      </w:r>
    </w:p>
    <w:p>
      <w:r>
        <w:rPr>
          <w:rFonts w:ascii="Gentium Plus" w:hAnsi="Gentium Plus"/>
          <w:sz w:val="24"/>
        </w:rPr>
        <w:t>Ξυνὸν δ’ ἀμφοτέρων. Ἔνθεν ἔπειτα κρέας Ἄκριτον, ἄβροτον, αἶσχος ἀνείδεον, οὔτε λόγοιο, Οὔτε νόου μετέχον, μητέρα τύμβον ἔχον. Δὶς ταφέες, ζώοντες ἐπὶ φθορᾷ. Ἣν γὰρ ὁδεύω Ζωὴν, τήνδ’ ὁρόω τῶν ἐτέων δαπάνην,</w:t>
      </w:r>
    </w:p>
    <w:p>
      <w:r>
        <w:rPr>
          <w:rFonts w:ascii="Courier New" w:hAnsi="Courier New"/>
          <w:color w:val="555555"/>
          <w:sz w:val="20"/>
        </w:rPr>
        <w:t>[10]</w:t>
      </w:r>
    </w:p>
    <w:p>
      <w:r>
        <w:rPr>
          <w:rFonts w:ascii="Gentium Plus" w:hAnsi="Gentium Plus"/>
          <w:sz w:val="24"/>
        </w:rPr>
        <w:t>Ἥ μοι γῆρας ἔχευεν ὀλοίϊον. Εἰ δέ με κεῖθι Αἰὼν οὐ φθινύθων δέξεται, οἷα φάτις, Φράζεο μὴ ζωὴ μὲν ἔχῃ μόρον, ἡ δὲ τελευτὴ</w:t>
      </w:r>
    </w:p>
    <w:p>
      <w:r>
        <w:rPr>
          <w:rFonts w:ascii="Courier New" w:hAnsi="Courier New"/>
          <w:color w:val="555555"/>
          <w:sz w:val="20"/>
        </w:rPr>
        <w:t>[759]</w:t>
      </w:r>
    </w:p>
    <w:p>
      <w:r>
        <w:rPr>
          <w:rFonts w:ascii="Gentium Plus" w:hAnsi="Gentium Plus"/>
          <w:sz w:val="24"/>
        </w:rPr>
        <w:t>Οὐδὲν ἔφυν. Τί κακοῖσι δαμάζομαι, ὥς τι πεπηγός; Τοῦτο γὰρ ἡμερίων ἄτροπόν ἐστι μόνον, Συμφυὲς, ἀστυφέλικτον, ἀγήραον. Ἐξότε κόλπων Μητρὸς ὀλισθήσας πρῶτον ἀφῆκα δάκρυ,</w:t>
      </w:r>
    </w:p>
    <w:p>
      <w:r>
        <w:rPr>
          <w:rFonts w:ascii="Courier New" w:hAnsi="Courier New"/>
          <w:color w:val="555555"/>
          <w:sz w:val="20"/>
        </w:rPr>
        <w:t>[5]</w:t>
      </w:r>
    </w:p>
    <w:p>
      <w:r>
        <w:rPr>
          <w:rFonts w:ascii="Gentium Plus" w:hAnsi="Gentium Plus"/>
          <w:sz w:val="24"/>
        </w:rPr>
        <w:t>Ὁσσατίοις, οἵοις τε συναντήσασθαι ἔμελλον Πήμασι, δακρυχέων πρὶν βιότοιο θίγω! Χώρην μέν τιν’ ἄθηρον ἀκούομεν, ὥς ποτε Κρήτην, Καί τινα καὶ κρυερῶν ἀλλοτρίην νιφάδων· Θνητῶν δ’ οὔ ποτέ τις τόδ’ ἐπεύξατο, ὡς ἀδάμαστος</w:t>
      </w:r>
    </w:p>
    <w:p>
      <w:r>
        <w:rPr>
          <w:rFonts w:ascii="Courier New" w:hAnsi="Courier New"/>
          <w:color w:val="555555"/>
          <w:sz w:val="20"/>
        </w:rPr>
        <w:t>[10]</w:t>
      </w:r>
    </w:p>
    <w:p>
      <w:r>
        <w:rPr>
          <w:rFonts w:ascii="Gentium Plus" w:hAnsi="Gentium Plus"/>
          <w:sz w:val="24"/>
        </w:rPr>
        <w:t>Τοῦδε βίου στυγερῶν ἔνθεν ἀπῆλθε μόγων. Ἀδρανίη, πενίη τε, τόκος, μόρος, ἔχθος, ἀλιτροὶ, Θῆρες ἁλὸς, γαίης, ἄλγεα, πάντα βίος. Πήματα μὲν καὶ πάμπαν ἀτερπέα πόλλ’ ἐνόησα,</w:t>
      </w:r>
    </w:p>
    <w:p>
      <w:r>
        <w:rPr>
          <w:rFonts w:ascii="Courier New" w:hAnsi="Courier New"/>
          <w:color w:val="555555"/>
          <w:sz w:val="20"/>
        </w:rPr>
        <w:t>[760]</w:t>
      </w:r>
    </w:p>
    <w:p>
      <w:r>
        <w:rPr>
          <w:rFonts w:ascii="Gentium Plus" w:hAnsi="Gentium Plus"/>
          <w:sz w:val="24"/>
        </w:rPr>
        <w:t>Τῶν δ’ ἀγαθῶν οὐδὲν πάμπαν ἄμοιρον ἄχους, Ἐξέτι τοῦ, ὅτε μοι πικρὴν ἐπομόρξατο ποινὴν Γεῦσίς τ’ οὐλομένη, καὶ φθόνος ἀντιπάλου. Σοὶ μὲν δὴ, σὰρξ, τοῖα δυσαλθέϊ, εὐμενέοντι</w:t>
      </w:r>
    </w:p>
    <w:p>
      <w:r>
        <w:rPr>
          <w:rFonts w:ascii="Courier New" w:hAnsi="Courier New"/>
          <w:color w:val="555555"/>
          <w:sz w:val="20"/>
        </w:rPr>
        <w:t>[5]</w:t>
      </w:r>
    </w:p>
    <w:p>
      <w:r>
        <w:rPr>
          <w:rFonts w:ascii="Gentium Plus" w:hAnsi="Gentium Plus"/>
          <w:sz w:val="24"/>
        </w:rPr>
        <w:t>Ἐχθρῷ, καὶ πολέμῳ οὔποτε λυομένῳ, Θηρὶ πικρὸν σαίνοντι, πυρὶ ψύχοντι, τὸ θαῦμα! Θαῦμα μέγ’, εἴ ποτ’ ἐμοί γ’ ὕστατον εὐμενέοις. Ψυχὴ, σοὶ δ’ ἄρ’ ἔπειτα λελέξεται ὅσς’ ἐπέοικε. Τίς, πόθεν, ἢ τί πέλεις; τίς δέ σε νεκροφόρον</w:t>
      </w:r>
    </w:p>
    <w:p>
      <w:r>
        <w:rPr>
          <w:rFonts w:ascii="Courier New" w:hAnsi="Courier New"/>
          <w:color w:val="555555"/>
          <w:sz w:val="20"/>
        </w:rPr>
        <w:t>[10]</w:t>
      </w:r>
    </w:p>
    <w:p>
      <w:r>
        <w:rPr>
          <w:rFonts w:ascii="Gentium Plus" w:hAnsi="Gentium Plus"/>
          <w:sz w:val="24"/>
        </w:rPr>
        <w:t>Θήκατο, καὶ στυγερῇσι πέδαις ἐνέδησε βίοιο, Ἐς χθόνα βριθομένην πάντοθε; Πῶς ἐμίγης Πνεῦμα πάχει, σαρξὶν δὲ νόος, καὶ ἄχθεϊ κούφη;</w:t>
      </w:r>
    </w:p>
    <w:p>
      <w:r>
        <w:rPr>
          <w:rFonts w:ascii="Courier New" w:hAnsi="Courier New"/>
          <w:color w:val="555555"/>
          <w:sz w:val="20"/>
        </w:rPr>
        <w:t>[761]</w:t>
      </w:r>
    </w:p>
    <w:p>
      <w:r>
        <w:rPr>
          <w:rFonts w:ascii="Gentium Plus" w:hAnsi="Gentium Plus"/>
          <w:sz w:val="24"/>
        </w:rPr>
        <w:t>Εἰ μὲν δὴ σάρκεσσιν ὁμόσπορος ἐς βίον ἦλθες, Ὤ μοι συζυγίης τηλόθεν οὐλομένης! Εἰκών εἰμι Θεοῖο, καὶ αἴσχεος υἱὸς ἐτύχθην· Αἰδέομαι τιμῆς μητέρα μαργοσύνην.</w:t>
      </w:r>
    </w:p>
    <w:p>
      <w:r>
        <w:rPr>
          <w:rFonts w:ascii="Courier New" w:hAnsi="Courier New"/>
          <w:color w:val="555555"/>
          <w:sz w:val="20"/>
        </w:rPr>
        <w:t>[5]</w:t>
      </w:r>
    </w:p>
    <w:p>
      <w:r>
        <w:rPr>
          <w:rFonts w:ascii="Gentium Plus" w:hAnsi="Gentium Plus"/>
          <w:sz w:val="24"/>
        </w:rPr>
        <w:t>Ῥεῦσις γάρ μ’ ἐφύτευσεν, ὁ δ’ ἔφθιτο· νῦν βροτός· αὖθις Οὐ βροτὸς, ἀλλὰ κόνις· ἐλπίδες ὑστάτιαι. Εἰ δὲ σύ γ’ οὐρανίη, τίς, ὅθεν; ποθέοντα δίδαξον. Εἰ μὲν ἄημα Θεοῦ καὶ λάχος, ὡς φρονέεις, Ῥίψον ἀτασθαλίην, καὶ πείθομαι. Οὐ γὰρ ἔοικε</w:t>
      </w:r>
    </w:p>
    <w:p>
      <w:r>
        <w:rPr>
          <w:rFonts w:ascii="Courier New" w:hAnsi="Courier New"/>
          <w:color w:val="555555"/>
          <w:sz w:val="20"/>
        </w:rPr>
        <w:t>[10]</w:t>
      </w:r>
    </w:p>
    <w:p>
      <w:r>
        <w:rPr>
          <w:rFonts w:ascii="Gentium Plus" w:hAnsi="Gentium Plus"/>
          <w:sz w:val="24"/>
        </w:rPr>
        <w:t>Τοῦ καθαροῦ ῥυπαρὴν ἔμμεναι, οὐδ’ ὀλίγον. Οὐδὲ γὰρ ἠελίοιο λάχος σκότος, οὐδὲ πονηροῦ Πνεύματος αἰγλῆεν ἔκγονον ἐξεφάνη. Πῶς δ’ ὀλοοῦ Βελίαο τινάγμασι τόσσον ἐλαύνῃ,</w:t>
      </w:r>
    </w:p>
    <w:p>
      <w:r>
        <w:rPr>
          <w:rFonts w:ascii="Courier New" w:hAnsi="Courier New"/>
          <w:color w:val="555555"/>
          <w:sz w:val="20"/>
        </w:rPr>
        <w:t>[762]</w:t>
      </w:r>
    </w:p>
    <w:p>
      <w:r>
        <w:rPr>
          <w:rFonts w:ascii="Gentium Plus" w:hAnsi="Gentium Plus"/>
          <w:sz w:val="24"/>
        </w:rPr>
        <w:t>Καί περ ἐπουρανίῳ Πνεύματι κιρναμένη; Εἰ γὰρ τοῖον ἔχουσα βοηθόον ἐς χθόνα νεύεις, Αἲ αἳ τῆς ἀκράτου σῆς ὀλοῆς κακίης! Εἰ δ’ οὔ μοι θεόθεν σὺ, τίς ἡ φύσις; ἦ μέγα τάρβος,</w:t>
      </w:r>
    </w:p>
    <w:p>
      <w:r>
        <w:rPr>
          <w:rFonts w:ascii="Courier New" w:hAnsi="Courier New"/>
          <w:color w:val="555555"/>
          <w:sz w:val="20"/>
        </w:rPr>
        <w:t>[5]</w:t>
      </w:r>
    </w:p>
    <w:p>
      <w:r>
        <w:rPr>
          <w:rFonts w:ascii="Gentium Plus" w:hAnsi="Gentium Plus"/>
          <w:sz w:val="24"/>
        </w:rPr>
        <w:t>Μή ποτε μαψιδίῳ κύδεϊ φυσιόω. Πλάσμα Θεοῦ, παράδεισος, Ἔδεμ, κλέος, ἐλπὶς, ἐφετμὴ, Ὄμβρος ὁ κοσμολέτης, ὄμβρος ὁ πυρσοπόλος, Αὐτὰρ ἔπειτα νόμος, γραπτὸν ἄκος· αὐτὰρ ἔπειτα Χριστὸς ἑὴν μορφὴν ἡμετέρῃ κεράσας,</w:t>
      </w:r>
    </w:p>
    <w:p>
      <w:r>
        <w:rPr>
          <w:rFonts w:ascii="Courier New" w:hAnsi="Courier New"/>
          <w:color w:val="555555"/>
          <w:sz w:val="20"/>
        </w:rPr>
        <w:t>[10]</w:t>
      </w:r>
    </w:p>
    <w:p>
      <w:r>
        <w:rPr>
          <w:rFonts w:ascii="Gentium Plus" w:hAnsi="Gentium Plus"/>
          <w:sz w:val="24"/>
        </w:rPr>
        <w:t>Ὥς κεν ἐμοῖς παθέεσσι παθὼν Θεὸς, ἄλκαρ ὀπάζοι, Καί με θεὸν τελέσῃ εἴδεϊ τῷ βροτέῳ. Ἀλλ’ ἔμπης ἀδάμαστον ἔχω μένος, ἐς δὲ σίδηρον</w:t>
      </w:r>
    </w:p>
    <w:p>
      <w:r>
        <w:rPr>
          <w:rFonts w:ascii="Courier New" w:hAnsi="Courier New"/>
          <w:color w:val="555555"/>
          <w:sz w:val="20"/>
        </w:rPr>
        <w:t>[763]</w:t>
      </w:r>
    </w:p>
    <w:p>
      <w:r>
        <w:rPr>
          <w:rFonts w:ascii="Gentium Plus" w:hAnsi="Gentium Plus"/>
          <w:sz w:val="24"/>
        </w:rPr>
        <w:t>Τίπτ’ ἀγαθὸν βιότοιο; Θεοῦ φάος; Ἀλλ’ ἄρα καὶ τοῦ Εἴργει με φθονερὴ καὶ στυγερὴ σκοτίη. Οὐδὲν πλεῖον ἔμοιγε. Τί δ’ οὐ πλέον ἐστὶ κακοῖσιν; Αἴθε γὰρ ἶσον ἔχον, καὶ μάλα περ μογέων!</w:t>
      </w:r>
    </w:p>
    <w:p>
      <w:r>
        <w:rPr>
          <w:rFonts w:ascii="Courier New" w:hAnsi="Courier New"/>
          <w:color w:val="555555"/>
          <w:sz w:val="20"/>
        </w:rPr>
        <w:t>[5]</w:t>
      </w:r>
    </w:p>
    <w:p>
      <w:r>
        <w:rPr>
          <w:rFonts w:ascii="Gentium Plus" w:hAnsi="Gentium Plus"/>
          <w:sz w:val="24"/>
        </w:rPr>
        <w:t>Κεῖμ’ ὀλιγοδρανέων· τάρβος δέ με θεῖον ἔκαμψε· Τέτρυμ’ ἠματίαις φροντίσι καὶ νυχίαις. Οὗτος ὁ βρισαύχην με καὶ ὕπτιον ὦσεν ὀπίσσω, Λὰξ ἐπέβη. Σὺ δέ μοι δείματα πάντα λέγε, Τάρταρον ἠερόεντα, πυριφλεγέθοντας, ἱμάσθλας,</w:t>
      </w:r>
    </w:p>
    <w:p>
      <w:r>
        <w:rPr>
          <w:rFonts w:ascii="Courier New" w:hAnsi="Courier New"/>
          <w:color w:val="555555"/>
          <w:sz w:val="20"/>
        </w:rPr>
        <w:t>[10]</w:t>
      </w:r>
    </w:p>
    <w:p>
      <w:r>
        <w:rPr>
          <w:rFonts w:ascii="Gentium Plus" w:hAnsi="Gentium Plus"/>
          <w:sz w:val="24"/>
        </w:rPr>
        <w:t>Δαίμονας, οἳ ψυχῶν πράκτορες ἡμετέρων. Μῦθος ἅπαντα κακοῖσι, τὸ δ’ ἐν ποσὶ μοῦνον ἄριστον·</w:t>
      </w:r>
    </w:p>
    <w:p>
      <w:r>
        <w:rPr>
          <w:rFonts w:ascii="Courier New" w:hAnsi="Courier New"/>
          <w:color w:val="555555"/>
          <w:sz w:val="20"/>
        </w:rPr>
        <w:t>[764]</w:t>
      </w:r>
    </w:p>
    <w:p>
      <w:r>
        <w:rPr>
          <w:rFonts w:ascii="Gentium Plus" w:hAnsi="Gentium Plus"/>
          <w:sz w:val="24"/>
        </w:rPr>
        <w:t>Οὐδὲν ἐπιστρέφεται τῆς βασάνου κακίη. Λώϊον ἦν ἀλιτροῖσιν ἐς ὕστερον ἔμμεν’ ἄτιτα, Ἢ ἐμὲ νῦν κακίης πήμασιν ἀσχαλαᾷν. Ἀλλὰ τί μοι, βροτέων τί δέ μοι τόσον ἄλγε’ ἀείδειν;</w:t>
      </w:r>
    </w:p>
    <w:p>
      <w:r>
        <w:rPr>
          <w:rFonts w:ascii="Courier New" w:hAnsi="Courier New"/>
          <w:color w:val="555555"/>
          <w:sz w:val="20"/>
        </w:rPr>
        <w:t>[5]</w:t>
      </w:r>
    </w:p>
    <w:p>
      <w:r>
        <w:rPr>
          <w:rFonts w:ascii="Gentium Plus" w:hAnsi="Gentium Plus"/>
          <w:sz w:val="24"/>
        </w:rPr>
        <w:t>Ἡμετέρης γενεῆς πᾶσιν ἔπεστιν ἄχος. Οὔ μοι χθὼν ἀτίνακτος, ἅλα κλονέουσιν ἀῆται. Ὧραι δ’ ἀλλήλαις εἶξαν ἐπεσσύμεναι. Νὺξ ἦμαρ κατέπαυσε, τὸ δ’ ἤχλυσεν ἠέρα χεῖμα. Ἄστρασιν ἠέλιος, ἠελίῳ δὲ νέφος</w:t>
      </w:r>
    </w:p>
    <w:p>
      <w:r>
        <w:rPr>
          <w:rFonts w:ascii="Courier New" w:hAnsi="Courier New"/>
          <w:color w:val="555555"/>
          <w:sz w:val="20"/>
        </w:rPr>
        <w:t>[10]</w:t>
      </w:r>
    </w:p>
    <w:p>
      <w:r>
        <w:rPr>
          <w:rFonts w:ascii="Gentium Plus" w:hAnsi="Gentium Plus"/>
          <w:sz w:val="24"/>
        </w:rPr>
        <w:t>Κάλλος ἀπημάλδυνε, παλίζωος δὲ σελήνη· Αὐτὰρ ὅγ’ ἡμιφανὴς οὐρανὸς ἀστερόεις Καὶ σύ ποτ’ ἀγγελικοῖσιν, Ἑωσφόρος, ἦσθα χοροῖσι,</w:t>
      </w:r>
    </w:p>
    <w:p>
      <w:r>
        <w:rPr>
          <w:rFonts w:ascii="Courier New" w:hAnsi="Courier New"/>
          <w:color w:val="555555"/>
          <w:sz w:val="20"/>
        </w:rPr>
        <w:t>[765]</w:t>
      </w:r>
    </w:p>
    <w:p>
      <w:r>
        <w:rPr>
          <w:rFonts w:ascii="Gentium Plus" w:hAnsi="Gentium Plus"/>
          <w:sz w:val="24"/>
        </w:rPr>
        <w:t>Ἵλαθί μοι, βασίλεια κεδνὴ, Τριὰς, οὐδὲ σὺ πάμπαν Γλῶσσαν ἐφημερίων ἔκφυγες ἀφραδέων. Πρόσθε Πατὴρ, μετέπειτα Πάϊς μέγας, αὐτὰρ ἔπειτα Πνεῦμα Θεοῦ μεγάλου, βάλλετ’ ἐπεσβολίαις.</w:t>
      </w:r>
    </w:p>
    <w:p>
      <w:r>
        <w:rPr>
          <w:rFonts w:ascii="Courier New" w:hAnsi="Courier New"/>
          <w:color w:val="555555"/>
          <w:sz w:val="20"/>
        </w:rPr>
        <w:t>[5]</w:t>
      </w:r>
    </w:p>
    <w:p>
      <w:r>
        <w:rPr>
          <w:rFonts w:ascii="Gentium Plus" w:hAnsi="Gentium Plus"/>
          <w:sz w:val="24"/>
        </w:rPr>
        <w:t>Ποῖ στήσεις με φέρουσα κακοφραδὲς ἔνθε μέριμνα; Ἵστασο. Πάντα Θεοῦ δεύτερα. Εἶκε λόγῳ. Οὐ δέ με μαψιδίως τεῦξεν Θεός. Ἔμπαλιν ᾠδῆς Ἵσταμαι· ἡμετέρης τοῦτ’ ὀλιγοφρενίης. Νῦν ζόφος, αὐτὰρ ἔπειτα λόγος, καὶ πάντα νοήσεις,</w:t>
      </w:r>
    </w:p>
    <w:p>
      <w:r>
        <w:rPr>
          <w:rFonts w:ascii="Courier New" w:hAnsi="Courier New"/>
          <w:color w:val="555555"/>
          <w:sz w:val="20"/>
        </w:rPr>
        <w:t>[10]</w:t>
      </w:r>
    </w:p>
    <w:p>
      <w:r>
        <w:rPr>
          <w:rFonts w:ascii="Gentium Plus" w:hAnsi="Gentium Plus"/>
          <w:sz w:val="24"/>
        </w:rPr>
        <w:t>Ἢ Θεὸν εἰσορόων ἢ πυρὶ δαπτόμενος. Ὥς μοι ταῦτ’ ἐπάεισε φίλος νόος, ἄλγος ἔπεσσεν. Ὀψὲ δ’ ἀπὸ σκιεροῦ ἄλσεος οἴκαδ’ ἔβην, Ἄλλοτε μὲν γελόων ἑτερόφρονα, ἄλλοτε δ’ αὖτε Κῆρ ἄχεϊ σμύχων, μαρναμένοιο νόου.</w:t>
      </w:r>
    </w:p>
    <w:p>
      <w:r>
        <w:rPr>
          <w:rFonts w:ascii="Courier New" w:hAnsi="Courier New"/>
          <w:color w:val="555555"/>
          <w:sz w:val="20"/>
        </w:rPr>
        <w:t>[766 (1t)]</w:t>
      </w:r>
    </w:p>
    <w:p>
      <w:pPr>
        <w:jc w:val="center"/>
      </w:pPr>
      <w:r>
        <w:rPr>
          <w:rFonts w:ascii="Gentium Plus" w:hAnsi="Gentium Plus"/>
          <w:b/>
          <w:sz w:val="24"/>
        </w:rPr>
        <w:t>ΙΕʹ. Περὶ τῆς τοῦ ἐκτὸς ἀνθρώπου εὐτελείας.</w:t>
      </w:r>
    </w:p>
    <w:p>
      <w:r>
        <w:rPr>
          <w:rFonts w:ascii="Courier New" w:hAnsi="Courier New"/>
          <w:color w:val="555555"/>
          <w:sz w:val="20"/>
        </w:rPr>
        <w:t>[2]</w:t>
      </w:r>
    </w:p>
    <w:p>
      <w:r>
        <w:rPr>
          <w:rFonts w:ascii="Gentium Plus" w:hAnsi="Gentium Plus"/>
          <w:sz w:val="24"/>
        </w:rPr>
        <w:t>Τίς γενόμην; τίς δ’ εἰμί; τί δ’ ἔσσομαι οὐ μετὰ δηρόν; Πῆ δὲ φέρων στήσεις πλάσμα μέγ’, Ἀθάνατε, Εἴ τι μέγ’, ὡς μὲν ἔγω γε ὀΐομαι, οὐδὲν ἐόντες,</w:t>
      </w:r>
    </w:p>
    <w:p>
      <w:r>
        <w:rPr>
          <w:rFonts w:ascii="Courier New" w:hAnsi="Courier New"/>
          <w:color w:val="555555"/>
          <w:sz w:val="20"/>
        </w:rPr>
        <w:t>[5]</w:t>
      </w:r>
    </w:p>
    <w:p>
      <w:r>
        <w:rPr>
          <w:rFonts w:ascii="Gentium Plus" w:hAnsi="Gentium Plus"/>
          <w:sz w:val="24"/>
        </w:rPr>
        <w:t>Ὀφρὺν μαψιδίως τείνομεν ἡμέριοι. Εἰ τόδε μοῦνον ἔοιμεν, ὅσον πλεόνεσσι πέφανται, Ζωῆς δ’ ὀλλυμένης, μηδὲν ἔχοιμι πλέον. Πόρτις μὲν διάλυξεν ἑὸν κευθμῶνα τεκούσης, Καὶ σκαίρει, γλυκερόν τ’ οὖθαρ ἀνακραδάει.</w:t>
      </w:r>
    </w:p>
    <w:p>
      <w:r>
        <w:rPr>
          <w:rFonts w:ascii="Courier New" w:hAnsi="Courier New"/>
          <w:color w:val="555555"/>
          <w:sz w:val="20"/>
        </w:rPr>
        <w:t>[10]</w:t>
      </w:r>
    </w:p>
    <w:p>
      <w:r>
        <w:rPr>
          <w:rFonts w:ascii="Gentium Plus" w:hAnsi="Gentium Plus"/>
          <w:sz w:val="24"/>
        </w:rPr>
        <w:t>Καὶ τριετὴς ζυγὸν ἦρε, καὶ εἴρυσεν ἄχθος ἀπήνης, Αὐχένα δ’ αὐχενίῳ κάρτεϊ μίξε μέγαν. Νεβρὸς δ’ αἰολόδερμος, ἐπὴν διὰ γαστρὸς ὀλισθῇ,</w:t>
      </w:r>
    </w:p>
    <w:p>
      <w:r>
        <w:rPr>
          <w:rFonts w:ascii="Courier New" w:hAnsi="Courier New"/>
          <w:color w:val="555555"/>
          <w:sz w:val="20"/>
        </w:rPr>
        <w:t>[767]</w:t>
      </w:r>
    </w:p>
    <w:p>
      <w:r>
        <w:rPr>
          <w:rFonts w:ascii="Gentium Plus" w:hAnsi="Gentium Plus"/>
          <w:sz w:val="24"/>
        </w:rPr>
        <w:t>Φεύγει δ’ ὠμοβόρους τε κύνας, καὶ ἵππον ἐλαφρὸν, Καὶ λόχμης πυκινῆς κεύθεται ἐν λαγόσιν. Ἄρκτοι δ’, οὐλομένων τε συῶν γένος, ἠδὲ λέοντες, Τίγρις τ’ ἠνεμόεις, παρδαλίων τε μένος,</w:t>
      </w:r>
    </w:p>
    <w:p>
      <w:r>
        <w:rPr>
          <w:rFonts w:ascii="Courier New" w:hAnsi="Courier New"/>
          <w:color w:val="555555"/>
          <w:sz w:val="20"/>
        </w:rPr>
        <w:t>[5]</w:t>
      </w:r>
    </w:p>
    <w:p>
      <w:r>
        <w:rPr>
          <w:rFonts w:ascii="Gentium Plus" w:hAnsi="Gentium Plus"/>
          <w:sz w:val="24"/>
        </w:rPr>
        <w:t>Αὐτίκα φρίξεν ἔθειραν ἐπήν κε σίδηρον ἴδηται, Φρίξεν, καὶ κρατεροὺς ἆλτ’ ἐπὶ θηρολέτας. Ἄρτι δέ τ’ ἄπτερος ὄρνις, ἐΰπτερος οὐ μετὰ δηρὸν, Ἠέρα δινεύει πολλὸν ὕπερθε δόμου. Ξουθὴ δ’ αὖτε μέλισσα λίπε σπέος, οἶκον ἔτευξεν</w:t>
      </w:r>
    </w:p>
    <w:p>
      <w:r>
        <w:rPr>
          <w:rFonts w:ascii="Courier New" w:hAnsi="Courier New"/>
          <w:color w:val="555555"/>
          <w:sz w:val="20"/>
        </w:rPr>
        <w:t>[10]</w:t>
      </w:r>
    </w:p>
    <w:p>
      <w:r>
        <w:rPr>
          <w:rFonts w:ascii="Gentium Plus" w:hAnsi="Gentium Plus"/>
          <w:sz w:val="24"/>
        </w:rPr>
        <w:t>Ἀντίθετον, γλυκεροῦ πλῆσε γόνοιο δόμον. Πάντα δέ τ’ εἴαρός ἐστιν ἑνὸς πόνος, αὐτομάτη δὲ Πᾶσι τροφὴ, γαίης δαῖτα χαριζομένης. Οὐ πόντον τέμνουσιν ἀπηνέα, οὐκ ἀρόυσιν, Οὐ ταμίαι κείνοις, οὐδὲ κυπελλοφόροι.</w:t>
      </w:r>
    </w:p>
    <w:p>
      <w:r>
        <w:rPr>
          <w:rFonts w:ascii="Courier New" w:hAnsi="Courier New"/>
          <w:color w:val="555555"/>
          <w:sz w:val="20"/>
        </w:rPr>
        <w:t>[768]</w:t>
      </w:r>
    </w:p>
    <w:p>
      <w:r>
        <w:rPr>
          <w:rFonts w:ascii="Gentium Plus" w:hAnsi="Gentium Plus"/>
          <w:sz w:val="24"/>
        </w:rPr>
        <w:t>Καὶ πτερὸν ὄρνιν ἔθρεψε ταχὺν, καὶ ἄγκεα θῆρα, Βαιὰ πονησαμένους, φροντὶς ἐπηματίη. Λὶς δὲ μέγας καὶ θῆρα τὸν ἔκτανεν, ὥσπερ ἄκουσα, Λάψας, δαιτὸς ἑῆς λείψαν’ ἀποστυγέει.</w:t>
      </w:r>
    </w:p>
    <w:p>
      <w:r>
        <w:rPr>
          <w:rFonts w:ascii="Courier New" w:hAnsi="Courier New"/>
          <w:color w:val="555555"/>
          <w:sz w:val="20"/>
        </w:rPr>
        <w:t>[5]</w:t>
      </w:r>
    </w:p>
    <w:p>
      <w:r>
        <w:rPr>
          <w:rFonts w:ascii="Gentium Plus" w:hAnsi="Gentium Plus"/>
          <w:sz w:val="24"/>
        </w:rPr>
        <w:t>Ἄλλοτε μὲν δαίσαθ’ ἑτερήμερος, ἄλλοτε δ’ αὖτε Λάψε ποτὸν, βριαρῶς γαστέρι μέτρα φέρων. Τοσσάτιον κείνοισιν ἀμοχθότερος βίος ἐστί· Πέτρη καὶ κλαδεὼν, οἶκος ἀεὶ σχέδιος Ἀρτεμέες, κρατεροὶ, περικαλλέες· ἢν δὲ δαμάσσῃ</w:t>
      </w:r>
    </w:p>
    <w:p>
      <w:r>
        <w:rPr>
          <w:rFonts w:ascii="Courier New" w:hAnsi="Courier New"/>
          <w:color w:val="555555"/>
          <w:sz w:val="20"/>
        </w:rPr>
        <w:t>[10]</w:t>
      </w:r>
    </w:p>
    <w:p>
      <w:r>
        <w:rPr>
          <w:rFonts w:ascii="Gentium Plus" w:hAnsi="Gentium Plus"/>
          <w:sz w:val="24"/>
        </w:rPr>
        <w:t>Νοῦσος, ἀπενθεῖς ἄλκιμον ἆσθμα λίπον. Οὐ γοεροῖς μελέεσσι περισταδὸν, ἄλλοθεν ἄλλος, Μύροντ’, οὐδὲ φίλοι κέρσαν ἄπο πλοκάμους. Εἴπω μείζονα μῦθον· ἀταρβέες ἐνθάδ’ ὄλοντο,</w:t>
      </w:r>
    </w:p>
    <w:p>
      <w:r>
        <w:rPr>
          <w:rFonts w:ascii="Courier New" w:hAnsi="Courier New"/>
          <w:color w:val="555555"/>
          <w:sz w:val="20"/>
        </w:rPr>
        <w:t>[769]</w:t>
      </w:r>
    </w:p>
    <w:p>
      <w:r>
        <w:rPr>
          <w:rFonts w:ascii="Gentium Plus" w:hAnsi="Gentium Plus"/>
          <w:sz w:val="24"/>
        </w:rPr>
        <w:t>Ἄθρει καὶ μερόπων δειλὸν γένος, ὥς κε τόδ’ εἴπῃς, Ἦ ῥ’ ἐτεὸν μερόπων οὐδὲν ἀκιδνότερον. Ῥοιῆς μὲν γόνος εἰμὶ, μόγῳ δέ με γείνατο μήτηρ. Ἐθρέφθην πολλοῖς καὶ στυγεροῖς καμάτοις.</w:t>
      </w:r>
    </w:p>
    <w:p>
      <w:r>
        <w:rPr>
          <w:rFonts w:ascii="Courier New" w:hAnsi="Courier New"/>
          <w:color w:val="555555"/>
          <w:sz w:val="20"/>
        </w:rPr>
        <w:t>[5]</w:t>
      </w:r>
    </w:p>
    <w:p>
      <w:r>
        <w:rPr>
          <w:rFonts w:ascii="Gentium Plus" w:hAnsi="Gentium Plus"/>
          <w:sz w:val="24"/>
        </w:rPr>
        <w:t>Ἀγκὰς ἔχεν μήτηρ με, γλυκὺν πόνον· αὐτὰρ ἔπειτα Γαῖαν ἐπεξεόμην, ἄλγεσι τειρόμενος. Ἔνθεν ἔβην τετράκωλος ἐπ’ οὔδεος. Ἔνθεν ἀέρθην Ἴθμασιν ἐν τρομεροῖς, κλεπτόμενος παλάμαις. Ἔνθεν νοῦν ὑπέλαμπον ἀναυδέος ἴχνεσι φωνῆς.</w:t>
      </w:r>
    </w:p>
    <w:p>
      <w:r>
        <w:rPr>
          <w:rFonts w:ascii="Courier New" w:hAnsi="Courier New"/>
          <w:color w:val="555555"/>
          <w:sz w:val="20"/>
        </w:rPr>
        <w:t>[10]</w:t>
      </w:r>
    </w:p>
    <w:p>
      <w:r>
        <w:rPr>
          <w:rFonts w:ascii="Gentium Plus" w:hAnsi="Gentium Plus"/>
          <w:sz w:val="24"/>
        </w:rPr>
        <w:t>Ἔνθεν δ’ αὖ μύθων δάκρυς’ ὑφ’ ἡγεμόσιν. Εἰκοσέτης συνάγειρα μένος, καὶ πήμασι πολλοῖς Πρόσθεν ὑπηντίασα, ὥς τις ἀεθλοφόρος. Ἄλλα μὲν ἔστιν ἐμοί γε· τὰ δ’ ᾤχετο, τοῖς δὲ μογήσεις, Εὖ τόδ’, ἐμὴ ψυχὴ, ἴσθι, περῶσα βίον,</w:t>
      </w:r>
    </w:p>
    <w:p>
      <w:r>
        <w:rPr>
          <w:rFonts w:ascii="Courier New" w:hAnsi="Courier New"/>
          <w:color w:val="555555"/>
          <w:sz w:val="20"/>
        </w:rPr>
        <w:t>[770]</w:t>
      </w:r>
    </w:p>
    <w:p>
      <w:r>
        <w:rPr>
          <w:rFonts w:ascii="Gentium Plus" w:hAnsi="Gentium Plus"/>
          <w:sz w:val="24"/>
        </w:rPr>
        <w:t>Ὁλκὸν ἀπιστότατον, ῥόον ἄγριον, οἶδμα θαλάσσης, Τῇ καὶ τῇ πυκινοῖς πνεύμασι βρασσόμενον. Πολλὰ μὲν ἀφραδίῃσι τινάσσομαι· ἄλλα δὲ δαίμων Ζωῆς ἡμετέρης ἤγαγεν ἀντίπαλος.</w:t>
      </w:r>
    </w:p>
    <w:p>
      <w:r>
        <w:rPr>
          <w:rFonts w:ascii="Courier New" w:hAnsi="Courier New"/>
          <w:color w:val="555555"/>
          <w:sz w:val="20"/>
        </w:rPr>
        <w:t>[5]</w:t>
      </w:r>
    </w:p>
    <w:p>
      <w:r>
        <w:rPr>
          <w:rFonts w:ascii="Gentium Plus" w:hAnsi="Gentium Plus"/>
          <w:sz w:val="24"/>
        </w:rPr>
        <w:t>Εἰ γάρ κεν ὅσα τερπνὰ καὶ ὁππόσα λυγρὰ βίοιο Ἀντιταλαντεύοις, μέσσα τάλαντ’ ἐρύων, Πολλόν κεν βρίθουσα κακῶν ἐπὶ γαῖαν ἴκοιτο Πλάστιγξ, ἡ δ’ ἀγαθῶν, ἔμπαλιν ὕψι θέοι. Δῆρις, πόντος, ἄρουρα, μόγος, ληΐστορες ἄνδρες,</w:t>
      </w:r>
    </w:p>
    <w:p>
      <w:r>
        <w:rPr>
          <w:rFonts w:ascii="Courier New" w:hAnsi="Courier New"/>
          <w:color w:val="555555"/>
          <w:sz w:val="20"/>
        </w:rPr>
        <w:t>[10]</w:t>
      </w:r>
    </w:p>
    <w:p>
      <w:r>
        <w:rPr>
          <w:rFonts w:ascii="Gentium Plus" w:hAnsi="Gentium Plus"/>
          <w:sz w:val="24"/>
        </w:rPr>
        <w:t>Κτῆσις, δασμογράφοι, πράκτορες, εὐρυβόαι, Ῥητῆρες, βίβλοι τε, δικασπόλοι, ἀρχὸς ἀλιτρὸς, Πάντα τάδ’ ἐστὶ βίου παίγνια λευγαλέου. Δέρκεο καὶ ὅσα τερπνά· κόρος, βάρος, ᾆσμα, γέλωτες,</w:t>
      </w:r>
    </w:p>
    <w:p>
      <w:r>
        <w:rPr>
          <w:rFonts w:ascii="Courier New" w:hAnsi="Courier New"/>
          <w:color w:val="555555"/>
          <w:sz w:val="20"/>
        </w:rPr>
        <w:t>[771]</w:t>
      </w:r>
    </w:p>
    <w:p>
      <w:r>
        <w:rPr>
          <w:rFonts w:ascii="Gentium Plus" w:hAnsi="Gentium Plus"/>
          <w:sz w:val="24"/>
        </w:rPr>
        <w:t>Ἕδνα, γάμος, γάμος ἄλλος, ἐπὴν ὁ πρόσθεν ὄληται, Μοιχοὶ, μοιχολέται, παῖδες ὕποπτον ἄχος, Κάλλος φίλτρον ἄπιστον, ἀτάρβητον κακὸν αἶσχος, Φροντίδες εὐτεκνίης, ἄλγεα δυστεκνίης,</w:t>
      </w:r>
    </w:p>
    <w:p>
      <w:r>
        <w:rPr>
          <w:rFonts w:ascii="Courier New" w:hAnsi="Courier New"/>
          <w:color w:val="555555"/>
          <w:sz w:val="20"/>
        </w:rPr>
        <w:t>[5]</w:t>
      </w:r>
    </w:p>
    <w:p>
      <w:r>
        <w:rPr>
          <w:rFonts w:ascii="Gentium Plus" w:hAnsi="Gentium Plus"/>
          <w:sz w:val="24"/>
        </w:rPr>
        <w:t>Πλοῦτος καὶ πενίη δισσὸν κακὸν, ὕβρις, ἀνίη, Σφαῖρα νέων παλάμαις ἀνταποπεμπομένη. Ταῦτ’ οὖν εἰσορόων, φρένα δάπτομαι, εἴ τις ἄριστον Οἴεται, ᾧ τὸ κακὸν πλεῖον ἀρειοτέρου. Οὐ δακρύεις ἀΐων ὁπός’ ἄλγεα καὶ προτέροισιν;</w:t>
      </w:r>
    </w:p>
    <w:p>
      <w:r>
        <w:rPr>
          <w:rFonts w:ascii="Courier New" w:hAnsi="Courier New"/>
          <w:color w:val="555555"/>
          <w:sz w:val="20"/>
        </w:rPr>
        <w:t>[10]</w:t>
      </w:r>
    </w:p>
    <w:p>
      <w:r>
        <w:rPr>
          <w:rFonts w:ascii="Gentium Plus" w:hAnsi="Gentium Plus"/>
          <w:sz w:val="24"/>
        </w:rPr>
        <w:t>Οὐκ οἶδ’ εἰ δακρύσεις, ἢ γελάσεις ἀΐων. Ἄμφω καὶ πινυτοῖσιν ἐφήρμοσε ταῦτα πάροιθεν</w:t>
      </w:r>
    </w:p>
    <w:p>
      <w:r>
        <w:rPr>
          <w:rFonts w:ascii="Courier New" w:hAnsi="Courier New"/>
          <w:color w:val="555555"/>
          <w:sz w:val="20"/>
        </w:rPr>
        <w:t>[772]</w:t>
      </w:r>
    </w:p>
    <w:p>
      <w:r>
        <w:rPr>
          <w:rFonts w:ascii="Gentium Plus" w:hAnsi="Gentium Plus"/>
          <w:sz w:val="24"/>
        </w:rPr>
        <w:t>Τῷ μὲν κλαυθμὸς ἔην κἀνθάδε, τῷ δὲ γέλως, Ὡς Τρῶες καὶ Ἀχαιοὶ ἐπ’ ἀλλήλοισι θορόντες, Δῄουν ἀλλήλους εἵνεκα πορνιδίου. Κουρῆτές τ’ ἐμάχοντο καὶ Αἰτωλοὶ μενεχάρμαι,</w:t>
      </w:r>
    </w:p>
    <w:p>
      <w:r>
        <w:rPr>
          <w:rFonts w:ascii="Courier New" w:hAnsi="Courier New"/>
          <w:color w:val="555555"/>
          <w:sz w:val="20"/>
        </w:rPr>
        <w:t>[5]</w:t>
      </w:r>
    </w:p>
    <w:p>
      <w:r>
        <w:rPr>
          <w:rFonts w:ascii="Gentium Plus" w:hAnsi="Gentium Plus"/>
          <w:sz w:val="24"/>
        </w:rPr>
        <w:t>Ἀμφὶ συὸς κεφαλῇ, θριξί τε χοιριδίαις. Αἰακίδαι μέγ’ ἄεισμα, θάνον γε μὲν, ὃς μὲν ἐπ’ ἐχθροῖς Μαινομένῃ παλάμῃ, αὐτὰρ ὁ μαχλοσύνῃ. Ἀμφιτρυωνιάδαο μέγα κλέος· ἀλλὰ δαμάσθη Εἵματι σαρκοφάγῳ κεῖνος ὁ παντολέτης.</w:t>
      </w:r>
    </w:p>
    <w:p>
      <w:r>
        <w:rPr>
          <w:rFonts w:ascii="Courier New" w:hAnsi="Courier New"/>
          <w:color w:val="555555"/>
          <w:sz w:val="20"/>
        </w:rPr>
        <w:t>[10]</w:t>
      </w:r>
    </w:p>
    <w:p>
      <w:r>
        <w:rPr>
          <w:rFonts w:ascii="Gentium Plus" w:hAnsi="Gentium Plus"/>
          <w:sz w:val="24"/>
        </w:rPr>
        <w:t>Κῦροί τε Κροῖσοί τε κακὸν μόρον οὐχ ὑπάλυξαν,</w:t>
      </w:r>
    </w:p>
    <w:p>
      <w:r>
        <w:rPr>
          <w:rFonts w:ascii="Courier New" w:hAnsi="Courier New"/>
          <w:color w:val="555555"/>
          <w:sz w:val="20"/>
        </w:rPr>
        <w:t>[773]</w:t>
      </w:r>
    </w:p>
    <w:p>
      <w:r>
        <w:rPr>
          <w:rFonts w:ascii="Gentium Plus" w:hAnsi="Gentium Plus"/>
          <w:sz w:val="24"/>
        </w:rPr>
        <w:t>Καί σε, δρακοντιάδη, μένος ἄσχετε, ὤλεσεν οἶνος, Ἡνίκ’, Ἀλέξανδρε, γαῖαν ἐπῆλθες ὅλην. Τί πλέον ἐν φθιμένοισιν; ἴη κόνις, ὀστέα μοῦνα, Ἥρως Ἀτρείδης, Ἴρος ἀλητοβόρος.</w:t>
      </w:r>
    </w:p>
    <w:p>
      <w:r>
        <w:rPr>
          <w:rFonts w:ascii="Courier New" w:hAnsi="Courier New"/>
          <w:color w:val="555555"/>
          <w:sz w:val="20"/>
        </w:rPr>
        <w:t>[5]</w:t>
      </w:r>
    </w:p>
    <w:p>
      <w:r>
        <w:rPr>
          <w:rFonts w:ascii="Gentium Plus" w:hAnsi="Gentium Plus"/>
          <w:sz w:val="24"/>
        </w:rPr>
        <w:t>Κωνσταντῖνος ἄναξ, θεράπων ἐμός· ὅστις ἄνολβος, Ὅστις ἐρικτήμων· ἓν πλέον ἐστὶ τάφος. Καὶ τὰ μὲν ἐνθάδε, τοῖα· τὰ δ’ ἄλλοθι, τίς κεν ἐνίσποι· Ὁππόσα τοῖς ἀδίκοις ὕστατον ἦμαρ ἄγει, Πῦρ βρομέον, σκότος αἰνὸν, ἀπόπροθι φωτὸς ἐοῦσι</w:t>
      </w:r>
    </w:p>
    <w:p>
      <w:r>
        <w:rPr>
          <w:rFonts w:ascii="Courier New" w:hAnsi="Courier New"/>
          <w:color w:val="555555"/>
          <w:sz w:val="20"/>
        </w:rPr>
        <w:t>[10]</w:t>
      </w:r>
    </w:p>
    <w:p>
      <w:r>
        <w:rPr>
          <w:rFonts w:ascii="Gentium Plus" w:hAnsi="Gentium Plus"/>
          <w:sz w:val="24"/>
        </w:rPr>
        <w:t>Σκώληξ, ἡμετέρης μνῆσις ἀεὶ κακίης. Λώϊον, εἰ βιότοιο πύλας, κακὲ, μὴ σὺ πέρησας, Εἰ δ’ ἐπέρησας, ἅλος, θήρεσιν ἶσα, λύθης, Ἢ ὅτε κἀνθάδ’ ἔχεις τόσς’ ἄλγεα, καὶ μετόπισθεν Ποινὴ χειροτέρη τῶν ὅσα ἐνθάδ’ ἔχεις.</w:t>
      </w:r>
    </w:p>
    <w:p>
      <w:r>
        <w:rPr>
          <w:rFonts w:ascii="Courier New" w:hAnsi="Courier New"/>
          <w:color w:val="555555"/>
          <w:sz w:val="20"/>
        </w:rPr>
        <w:t>[15]</w:t>
      </w:r>
    </w:p>
    <w:p>
      <w:r>
        <w:rPr>
          <w:rFonts w:ascii="Gentium Plus" w:hAnsi="Gentium Plus"/>
          <w:sz w:val="24"/>
        </w:rPr>
        <w:t>Ποῦ μοι πρωτογόνοιο μέγα κλέος; ὤλετ’ ἐδωδῇ.</w:t>
      </w:r>
    </w:p>
    <w:p>
      <w:r>
        <w:rPr>
          <w:rFonts w:ascii="Courier New" w:hAnsi="Courier New"/>
          <w:color w:val="555555"/>
          <w:sz w:val="20"/>
        </w:rPr>
        <w:t>[774]</w:t>
      </w:r>
    </w:p>
    <w:p>
      <w:r>
        <w:rPr>
          <w:rFonts w:ascii="Gentium Plus" w:hAnsi="Gentium Plus"/>
          <w:sz w:val="24"/>
        </w:rPr>
        <w:t>Ποῦ Σολομὼν πινυτός; ἀλλὰ γυναιξὶ δάμη. Ποῦ δὲ δυωδεκάδος συναρίθμιος ἦν, ὅτ’ Ἰούδας, Κέρδεος ἀντ’ ὀλίγου ἀμφεχύθη σκοτίην. Χριστὲ ἄναξ, λίτομαί σε, κακῶν ἄκος αὐτίκ’ ὀπάζοις,</w:t>
      </w:r>
    </w:p>
    <w:p>
      <w:r>
        <w:rPr>
          <w:rFonts w:ascii="Courier New" w:hAnsi="Courier New"/>
          <w:color w:val="555555"/>
          <w:sz w:val="20"/>
        </w:rPr>
        <w:t>[5]</w:t>
      </w:r>
    </w:p>
    <w:p>
      <w:r>
        <w:rPr>
          <w:rFonts w:ascii="Gentium Plus" w:hAnsi="Gentium Plus"/>
          <w:sz w:val="24"/>
        </w:rPr>
        <w:t>Ἔνθεν ἀναστήσας σῷ θεράποντι, μάκαρ. Ἓν μόνον ἀνθρώποισι καλὸν καὶ ἔμπεδόν ἐστιν, Ἐλπίδες οὐράνιαι, ταῖς ὀλίγον τι πνέω. Τῶν δ’ ἄλλων ἀγαθῶν πουλὺς κόρος. Ὅσς’ ἐπὶ γαίης Σύρετ’, ἐφημερίοις πάντα λιπεῖν ποθέω·</w:t>
      </w:r>
    </w:p>
    <w:p>
      <w:r>
        <w:rPr>
          <w:rFonts w:ascii="Courier New" w:hAnsi="Courier New"/>
          <w:color w:val="555555"/>
          <w:sz w:val="20"/>
        </w:rPr>
        <w:t>[10]</w:t>
      </w:r>
    </w:p>
    <w:p>
      <w:r>
        <w:rPr>
          <w:rFonts w:ascii="Gentium Plus" w:hAnsi="Gentium Plus"/>
          <w:sz w:val="24"/>
        </w:rPr>
        <w:t>Πάτρην, ἀλλοδαπήν τε, θρόνους, καὶ ἀπόθρονον εὖχος, Ἐγγύθεν, ἀλλοτρίους, εὐσεβέας, κακίους, Ἀμφαδίους, λοχόωντας, ἀβάσκανον ὄμμα φέροντας, Αὐτοφόνῳ κακίῃ ἔνδοθι τηκομένους. Ἄλλοις τερπνὰ βίοιο· ἐγὼ δὲ πρόφρων ὑπαλύξω.</w:t>
      </w:r>
    </w:p>
    <w:p>
      <w:r>
        <w:rPr>
          <w:rFonts w:ascii="Courier New" w:hAnsi="Courier New"/>
          <w:color w:val="555555"/>
          <w:sz w:val="20"/>
        </w:rPr>
        <w:t>[15]</w:t>
      </w:r>
    </w:p>
    <w:p>
      <w:r>
        <w:rPr>
          <w:rFonts w:ascii="Gentium Plus" w:hAnsi="Gentium Plus"/>
          <w:sz w:val="24"/>
        </w:rPr>
        <w:t>Οἴμοι τοῦδε βίου πήμασι μακροτέρου!</w:t>
      </w:r>
    </w:p>
    <w:p>
      <w:r>
        <w:rPr>
          <w:rFonts w:ascii="Courier New" w:hAnsi="Courier New"/>
          <w:color w:val="555555"/>
          <w:sz w:val="20"/>
        </w:rPr>
        <w:t>[775]</w:t>
      </w:r>
    </w:p>
    <w:p>
      <w:r>
        <w:rPr>
          <w:rFonts w:ascii="Gentium Plus" w:hAnsi="Gentium Plus"/>
          <w:sz w:val="24"/>
        </w:rPr>
        <w:t>Μέχρι τίνος κόπροισι παρέξομαι; ὡς ἅπαν ἐσθλὸν Ζωῆς ἡμετέρης, δίστομός ἐστι χάρις, Δέξασθαι, ῥίψαι τε μετρούμενον ἦμαρ ἐπ’ ἦμαρ. Βαιὸν λαιμὸς ἔχει, τἄλλα δὲ πάντ’ ἀμάρη.</w:t>
      </w:r>
    </w:p>
    <w:p>
      <w:r>
        <w:rPr>
          <w:rFonts w:ascii="Courier New" w:hAnsi="Courier New"/>
          <w:color w:val="555555"/>
          <w:sz w:val="20"/>
        </w:rPr>
        <w:t>[5]</w:t>
      </w:r>
    </w:p>
    <w:p>
      <w:r>
        <w:rPr>
          <w:rFonts w:ascii="Gentium Plus" w:hAnsi="Gentium Plus"/>
          <w:sz w:val="24"/>
        </w:rPr>
        <w:t>Χεῖμα πάλιν, θέρος αὖθις, ἀμοιβαδὸν εἶαρ ὀπώρη, Ἤματα καὶ νύκτες, φάσματα δισσὰ βίου. Οὐρανὸς, αἶα, θάλασσα, νεώτερον οὐδὲν ἔμοιγε, Οὔθ’ ὅσα πηκτὰ πέλει, οὔθ’ ἃ περιτρέπεται· Τῶν κόρος. Ἄλλον ἔμοιγε βίον καὶ κόσμον ὀπάζοις·</w:t>
      </w:r>
    </w:p>
    <w:p>
      <w:r>
        <w:rPr>
          <w:rFonts w:ascii="Courier New" w:hAnsi="Courier New"/>
          <w:color w:val="555555"/>
          <w:sz w:val="20"/>
        </w:rPr>
        <w:t>[10]</w:t>
      </w:r>
    </w:p>
    <w:p>
      <w:r>
        <w:rPr>
          <w:rFonts w:ascii="Gentium Plus" w:hAnsi="Gentium Plus"/>
          <w:sz w:val="24"/>
        </w:rPr>
        <w:t>Τῷ μογέων, πρόφρων πήματα πάντα φέρω. Αἲ θάνον, εὖτέ με μητρὸς ἐνὶ σπλάγχνοισιν ἔδησας, Εὐθὺς ἐμοὶ σκοτίη δάκρυον ἀρχομένῳ! Τίς βίος; ἐκ τύμβοιο θορὼν, ἐπὶ τύμβον ὁδεύω·</w:t>
      </w:r>
    </w:p>
    <w:p>
      <w:r>
        <w:rPr>
          <w:rFonts w:ascii="Courier New" w:hAnsi="Courier New"/>
          <w:color w:val="555555"/>
          <w:sz w:val="20"/>
        </w:rPr>
        <w:t>[776]</w:t>
      </w:r>
    </w:p>
    <w:p>
      <w:r>
        <w:rPr>
          <w:rFonts w:ascii="Gentium Plus" w:hAnsi="Gentium Plus"/>
          <w:sz w:val="24"/>
        </w:rPr>
        <w:t>Ἐκ δὲ τάφοιο, πυρὶ θάψομ’ ἀπηλεγέως. Αὐτὸ δ’ ὅσον πνείω, ποταμοῦ ῥόος ὦκα θέοντος, Αἰὲν ἀπερχομένου, ἐρχομένου τ’ ὄπιθεν, Ἑσταὸς οὐδὲν ἔχοντος· ὅλον κόνις, ὄμματ’ ἐμεῖο</w:t>
      </w:r>
    </w:p>
    <w:p>
      <w:r>
        <w:rPr>
          <w:rFonts w:ascii="Courier New" w:hAnsi="Courier New"/>
          <w:color w:val="555555"/>
          <w:sz w:val="20"/>
        </w:rPr>
        <w:t>[5]</w:t>
      </w:r>
    </w:p>
    <w:p>
      <w:r>
        <w:rPr>
          <w:rFonts w:ascii="Gentium Plus" w:hAnsi="Gentium Plus"/>
          <w:sz w:val="24"/>
        </w:rPr>
        <w:t>Βαλλους’, ὥς κε Θεοῦ τῆλε πέσω φαέων, Τοίχους δ’ ἀμφαφόων, καὶ ἀλώμενος ἔνθα καὶ ἔνθα. Ζωῆς τῆς μεγάλης ἐκτὸς ἔχοιμι πόδα. Τολμήσω τινὰ μῦθον ἐτήτυμον, ὥς ῥα Θεοῖο Παίγνιόν ἐστι βροτὸς, τῶν ἓν, ὅσα πτολίων.</w:t>
      </w:r>
    </w:p>
    <w:p>
      <w:r>
        <w:rPr>
          <w:rFonts w:ascii="Courier New" w:hAnsi="Courier New"/>
          <w:color w:val="555555"/>
          <w:sz w:val="20"/>
        </w:rPr>
        <w:t>[10]</w:t>
      </w:r>
    </w:p>
    <w:p>
      <w:r>
        <w:rPr>
          <w:rFonts w:ascii="Gentium Plus" w:hAnsi="Gentium Plus"/>
          <w:sz w:val="24"/>
        </w:rPr>
        <w:t>Ἄλλο πρόσωπον ὕπερθεν, ὃ χεὶρ κάμεν· ἢν δ’ ἄρ’ ἀερθῇ, Ἅζομαι, ἐξαπίνης ἐξεφάνην ἕτερος. Τοῖος ἅπας μερόπων δειλῶν βίος, οἷσι μέμηλεν</w:t>
      </w:r>
    </w:p>
    <w:p>
      <w:r>
        <w:rPr>
          <w:rFonts w:ascii="Courier New" w:hAnsi="Courier New"/>
          <w:color w:val="555555"/>
          <w:sz w:val="20"/>
        </w:rPr>
        <w:t>[777]</w:t>
      </w:r>
    </w:p>
    <w:p>
      <w:r>
        <w:rPr>
          <w:rFonts w:ascii="Gentium Plus" w:hAnsi="Gentium Plus"/>
          <w:sz w:val="24"/>
        </w:rPr>
        <w:t>Αὐτὰρ ἐγὼ Χριστοῖο δεδραγμένος, οὔ ποτε λήξω, Δεσμῶν τοῦδε βίου λυόμενος χθονίου. Καὶ γὰρ διπλόος εἰμί· τὸ μὲν δέμας ἔνθεν ἐτύχθη· Τοὔνεκα καὶ νεύει πρὸς χθόνα τὴν ἰδίην.</w:t>
      </w:r>
    </w:p>
    <w:p>
      <w:r>
        <w:rPr>
          <w:rFonts w:ascii="Courier New" w:hAnsi="Courier New"/>
          <w:color w:val="555555"/>
          <w:sz w:val="20"/>
        </w:rPr>
        <w:t>[5]</w:t>
      </w:r>
    </w:p>
    <w:p>
      <w:r>
        <w:rPr>
          <w:rFonts w:ascii="Gentium Plus" w:hAnsi="Gentium Plus"/>
          <w:sz w:val="24"/>
        </w:rPr>
        <w:t>Ψυχὴ δ’ ἔστιν ἄημα Θεοῦ, καὶ κρείσσονα μοίρην Αἰὲν ἄγαν ποθέει τῶν ὑπερουρανίων. Ὣς πηγῆς ῥόος ἐστὶν ἐπίδρομος, αἰθόμενον δὲ Πῦρ ὁδὸν οἶδε μίην ἄτροπον· ἅλλετ’ ἄνω. Ὣς μέγας ἐστὶ βροτὸς, καὶ ἄγγελος· ἢν ἀπαΐξας,</w:t>
      </w:r>
    </w:p>
    <w:p>
      <w:r>
        <w:rPr>
          <w:rFonts w:ascii="Courier New" w:hAnsi="Courier New"/>
          <w:color w:val="555555"/>
          <w:sz w:val="20"/>
        </w:rPr>
        <w:t>[10]</w:t>
      </w:r>
    </w:p>
    <w:p>
      <w:r>
        <w:rPr>
          <w:rFonts w:ascii="Gentium Plus" w:hAnsi="Gentium Plus"/>
          <w:sz w:val="24"/>
        </w:rPr>
        <w:t>Ὥσπερ ὄφις, στικτοῦ γήραος, ἔνθεν ἴοι. Ὦ πάλλεσθ’, ἱερῆες· ἐγὼ θάνον. Ὦ καὶ ἀλιτροὶ Γείτονες, οὐκέτι με φρίξετε, ὡς τὸ πάρος.</w:t>
      </w:r>
    </w:p>
    <w:p>
      <w:r>
        <w:rPr>
          <w:rFonts w:ascii="Courier New" w:hAnsi="Courier New"/>
          <w:color w:val="555555"/>
          <w:sz w:val="20"/>
        </w:rPr>
        <w:t>[778]</w:t>
      </w:r>
    </w:p>
    <w:p>
      <w:r>
        <w:rPr>
          <w:rFonts w:ascii="Gentium Plus" w:hAnsi="Gentium Plus"/>
          <w:sz w:val="24"/>
        </w:rPr>
        <w:t>Αὐτοῖς μὲν μέγαν οἶκον ἀεὶ ζώοντος Ἄνακτος Φράσσετε· αὐτὰρ ἐγὼ πάντα λιπὼν, ἓν ἔχω, Σταυρὸν ἐμῆς ζωῆς φανὸν στύλον. Ἢν δ’ ἄρ’ ἀερθῶ Ἔνθεν, καὶ θυέων ἅψομ’ ἐπουρανίων,</w:t>
      </w:r>
    </w:p>
    <w:p>
      <w:r>
        <w:rPr>
          <w:rFonts w:ascii="Courier New" w:hAnsi="Courier New"/>
          <w:color w:val="555555"/>
          <w:sz w:val="20"/>
        </w:rPr>
        <w:t>[5]</w:t>
      </w:r>
    </w:p>
    <w:p>
      <w:r>
        <w:rPr>
          <w:rFonts w:ascii="Gentium Plus" w:hAnsi="Gentium Plus"/>
          <w:sz w:val="24"/>
        </w:rPr>
        <w:t>Τοῖς φθόνος οὐ πελάει, τυκτὸν κακὸν, εἰ θέμις εἰπεῖν, Πηνίκα καὶ φθονερῶν ἄφθονος εὔξομ’ ὕπερ.</w:t>
      </w:r>
    </w:p>
    <w:p>
      <w:r>
        <w:rPr>
          <w:rFonts w:ascii="Courier New" w:hAnsi="Courier New"/>
          <w:color w:val="555555"/>
          <w:sz w:val="20"/>
        </w:rPr>
        <w:t>[7t]</w:t>
      </w:r>
    </w:p>
    <w:p>
      <w:pPr>
        <w:jc w:val="center"/>
      </w:pPr>
      <w:r>
        <w:rPr>
          <w:rFonts w:ascii="Gentium Plus" w:hAnsi="Gentium Plus"/>
          <w:b/>
          <w:sz w:val="24"/>
        </w:rPr>
        <w:t>Ιϛʹ. Περὶ τῶν τοῦ βίου ὁδῶν.</w:t>
      </w:r>
    </w:p>
    <w:p>
      <w:r>
        <w:rPr>
          <w:rFonts w:ascii="Courier New" w:hAnsi="Courier New"/>
          <w:color w:val="555555"/>
          <w:sz w:val="20"/>
        </w:rPr>
        <w:t>[8]</w:t>
      </w:r>
    </w:p>
    <w:p>
      <w:r>
        <w:rPr>
          <w:rFonts w:ascii="Gentium Plus" w:hAnsi="Gentium Plus"/>
          <w:sz w:val="24"/>
        </w:rPr>
        <w:t>Τίς, πόθεν ἐς βίον ἦλθον; ἐπεὶ δέ με γαῖα καθέξει, Τίς πάλιν ἐκ κόνιος ἔσσομ’ ἀνιστάμενος;</w:t>
      </w:r>
    </w:p>
    <w:p>
      <w:r>
        <w:rPr>
          <w:rFonts w:ascii="Courier New" w:hAnsi="Courier New"/>
          <w:color w:val="555555"/>
          <w:sz w:val="20"/>
        </w:rPr>
        <w:t>[10]</w:t>
      </w:r>
    </w:p>
    <w:p>
      <w:r>
        <w:rPr>
          <w:rFonts w:ascii="Gentium Plus" w:hAnsi="Gentium Plus"/>
          <w:sz w:val="24"/>
        </w:rPr>
        <w:t>Πῆ δὲ φέρων στήσει με Θεὸς μέγας; ἦ ῥα σαώσει</w:t>
      </w:r>
    </w:p>
    <w:p>
      <w:r>
        <w:rPr>
          <w:rFonts w:ascii="Courier New" w:hAnsi="Courier New"/>
          <w:color w:val="555555"/>
          <w:sz w:val="20"/>
        </w:rPr>
        <w:t>[779]</w:t>
      </w:r>
    </w:p>
    <w:p>
      <w:r>
        <w:rPr>
          <w:rFonts w:ascii="Gentium Plus" w:hAnsi="Gentium Plus"/>
          <w:sz w:val="24"/>
        </w:rPr>
        <w:t>Πολλαὶ μὲν βιότοιο πολυτλήτοιο κέλευθοι, Ἄλλη δ’ ἀλλοίοις πήμασι συμφέρεται. Κοὐδὲν ἐν ἀνθρώποισι καλὸν, κακότητος ἄμικτον. Αἴθε δὲ μὴ τὰ λυγρὰ πλείονα μοῖραν ἔχεν!</w:t>
      </w:r>
    </w:p>
    <w:p>
      <w:r>
        <w:rPr>
          <w:rFonts w:ascii="Courier New" w:hAnsi="Courier New"/>
          <w:color w:val="555555"/>
          <w:sz w:val="20"/>
        </w:rPr>
        <w:t>[5]</w:t>
      </w:r>
    </w:p>
    <w:p>
      <w:r>
        <w:rPr>
          <w:rFonts w:ascii="Gentium Plus" w:hAnsi="Gentium Plus"/>
          <w:sz w:val="24"/>
        </w:rPr>
        <w:t>Ὁ πλοῦτος μὲν ἄπιστος ὁ δὲ θρόνος, ὀφρὺς ὀνείρων· Ἄρχεσθαι δὲ μόγος, ἡ πενίη δὲ πέδη. Κάλλος δ’ ἀστεροπῆς, τυτθὴ χάρις, ἡ νεότης δὲ, Βράσμα χρόνου πολιὴ, λυπρὰ λύσις βιότου. Οἱ δὲ λόγοι πτερόεντες· ἀὴρ, κλέος· αἷμα παλαιὸν</w:t>
      </w:r>
    </w:p>
    <w:p>
      <w:r>
        <w:rPr>
          <w:rFonts w:ascii="Courier New" w:hAnsi="Courier New"/>
          <w:color w:val="555555"/>
          <w:sz w:val="20"/>
        </w:rPr>
        <w:t>[10]</w:t>
      </w:r>
    </w:p>
    <w:p>
      <w:r>
        <w:rPr>
          <w:rFonts w:ascii="Gentium Plus" w:hAnsi="Gentium Plus"/>
          <w:sz w:val="24"/>
        </w:rPr>
        <w:t>Εὐγενέται, ῥώμη καὶ συὸς ἀγροτέρου. Ὑβριστὴς δὲ κόρος· δεσμὸς, γάμος· εὐτεκνίη δὲ, Φροντὶς ἀναγκαίη· δυστεκνίη δὲ, νόσος. Αἱ δ’ ἀγοραὶ, κακίης μελετήματα· ἠρεμίη δὲ, Ἀδρανίη· τέχναι, τῶν χαμαὶ ἐρχομένων.</w:t>
      </w:r>
    </w:p>
    <w:p>
      <w:r>
        <w:rPr>
          <w:rFonts w:ascii="Courier New" w:hAnsi="Courier New"/>
          <w:color w:val="555555"/>
          <w:sz w:val="20"/>
        </w:rPr>
        <w:t>[15]</w:t>
      </w:r>
    </w:p>
    <w:p>
      <w:r>
        <w:rPr>
          <w:rFonts w:ascii="Gentium Plus" w:hAnsi="Gentium Plus"/>
          <w:sz w:val="24"/>
        </w:rPr>
        <w:t>Στεινὴ δ’ ἀλλοτρίη μάζα. Τὸ δὲ γαῖαν ἀρόσσειν,</w:t>
      </w:r>
    </w:p>
    <w:p>
      <w:r>
        <w:rPr>
          <w:rFonts w:ascii="Courier New" w:hAnsi="Courier New"/>
          <w:color w:val="555555"/>
          <w:sz w:val="20"/>
        </w:rPr>
        <w:t>[780]</w:t>
      </w:r>
    </w:p>
    <w:p>
      <w:r>
        <w:rPr>
          <w:rFonts w:ascii="Gentium Plus" w:hAnsi="Gentium Plus"/>
          <w:sz w:val="24"/>
        </w:rPr>
        <w:t>Μόχθος. Ποντοπόρων τὸ πλέον εἰν ἀΐδῃ. Ἡ πάτρη δὲ, βέρεθρον ἑόν· ξενίη δέ τ’ ὄνειδος. Πάντα μόγος θνητοῖς τἀνθάδε· πάντα γέλως, Χνοῦς, σκιὰ, φάσμα, δρόσος, πνοιὴ, πτερὸν, ἀτμὶς, ὄνειρος,</w:t>
      </w:r>
    </w:p>
    <w:p>
      <w:r>
        <w:rPr>
          <w:rFonts w:ascii="Courier New" w:hAnsi="Courier New"/>
          <w:color w:val="555555"/>
          <w:sz w:val="20"/>
        </w:rPr>
        <w:t>[5]</w:t>
      </w:r>
    </w:p>
    <w:p>
      <w:r>
        <w:rPr>
          <w:rFonts w:ascii="Gentium Plus" w:hAnsi="Gentium Plus"/>
          <w:sz w:val="24"/>
        </w:rPr>
        <w:t>Οἶδμα, ῥόος, νηὸς ἴχνιον αὖρα, κόνις, Κύκλος ἀειδίνητος, ὁμοίϊα πάντα κυλίνδων, Ἑστηὼς, τροχάων, λυόμενος, πάγιος, Ὥραις, ἤμασι, νυξὶ, πόνοις, θανάτοισιν, ἀνίαις, Τερπωλῇσι, νόσοις, πτώμασιν, εὐδρομίαις.</w:t>
      </w:r>
    </w:p>
    <w:p>
      <w:r>
        <w:rPr>
          <w:rFonts w:ascii="Courier New" w:hAnsi="Courier New"/>
          <w:color w:val="555555"/>
          <w:sz w:val="20"/>
        </w:rPr>
        <w:t>[10]</w:t>
      </w:r>
    </w:p>
    <w:p>
      <w:r>
        <w:rPr>
          <w:rFonts w:ascii="Gentium Plus" w:hAnsi="Gentium Plus"/>
          <w:sz w:val="24"/>
        </w:rPr>
        <w:t>Καὶ τόδε σῆς, γενέτορ, σοφίης, Λόγε, ἀστατέοντα Πάντα πέλειν, στασίμων ὥς κεν ἔχωμεν ἔρον. Πάντα νόου πτερύγεσσιν ἐπέδραμον, ὅσσα παλαιὰ,</w:t>
      </w:r>
    </w:p>
    <w:p>
      <w:r>
        <w:rPr>
          <w:rFonts w:ascii="Courier New" w:hAnsi="Courier New"/>
          <w:color w:val="555555"/>
          <w:sz w:val="20"/>
        </w:rPr>
        <w:t>[781]</w:t>
      </w:r>
    </w:p>
    <w:p>
      <w:r>
        <w:rPr>
          <w:rFonts w:ascii="Gentium Plus" w:hAnsi="Gentium Plus"/>
          <w:sz w:val="24"/>
        </w:rPr>
        <w:t>Ἓν μόνον ἀνθρώποισι καλὸν καὶ ἔμπεδόν ἐστιν, Ἔνθεν ἀφορμᾶσθαι, σταυρὸν ἀειρομένους· Δάκρυά τε, στοναχαί τε, νόος θείοισι μεμηλὼς, Ἐλπὶς, καὶ Τριάδος λάμψις ἐπουρανίης</w:t>
      </w:r>
    </w:p>
    <w:p>
      <w:r>
        <w:rPr>
          <w:rFonts w:ascii="Courier New" w:hAnsi="Courier New"/>
          <w:color w:val="555555"/>
          <w:sz w:val="20"/>
        </w:rPr>
        <w:t>[5]</w:t>
      </w:r>
    </w:p>
    <w:p>
      <w:r>
        <w:rPr>
          <w:rFonts w:ascii="Gentium Plus" w:hAnsi="Gentium Plus"/>
          <w:sz w:val="24"/>
        </w:rPr>
        <w:t>Μιγνυμένης καθαροῖσι, χοὸς λύσις ἀφραδέοντος, Εἰκόνος ἀφθορίη, τὴν λάχομεν θεόθεν· Ζώειν τ’ ἀλλότριον ζωῆς βίον, ἀντὶ δὲ κόσμου Κόσμον ἀμειβομένους, ἄχθεα πάντα φέρειν.</w:t>
      </w:r>
    </w:p>
    <w:p>
      <w:r>
        <w:rPr>
          <w:rFonts w:ascii="Courier New" w:hAnsi="Courier New"/>
          <w:color w:val="555555"/>
          <w:sz w:val="20"/>
        </w:rPr>
        <w:t>[9t]</w:t>
      </w:r>
    </w:p>
    <w:p>
      <w:pPr>
        <w:jc w:val="center"/>
      </w:pPr>
      <w:r>
        <w:rPr>
          <w:rFonts w:ascii="Gentium Plus" w:hAnsi="Gentium Plus"/>
          <w:b/>
          <w:sz w:val="24"/>
        </w:rPr>
        <w:t>ΙΖʹ. Διαφόρων βίων μακαρισμοί.</w:t>
      </w:r>
    </w:p>
    <w:p>
      <w:r>
        <w:rPr>
          <w:rFonts w:ascii="Courier New" w:hAnsi="Courier New"/>
          <w:color w:val="555555"/>
          <w:sz w:val="20"/>
        </w:rPr>
        <w:t>[10]</w:t>
      </w:r>
    </w:p>
    <w:p>
      <w:r>
        <w:rPr>
          <w:rFonts w:ascii="Gentium Plus" w:hAnsi="Gentium Plus"/>
          <w:sz w:val="24"/>
        </w:rPr>
        <w:t>Ὄλβιος, ὅστις ἔρημον ἔχει βίον, οὐδ’ ἐπίμικτον Τοῖς χαμαὶ ἐρχομένοις, ἀλλ’ ἐθέωσε νόον. Ὄλβιος, ὃς πολλοῖσι μεμιγμένος, οὐκ ἐπὶ πολλοῖς</w:t>
      </w:r>
    </w:p>
    <w:p>
      <w:r>
        <w:rPr>
          <w:rFonts w:ascii="Courier New" w:hAnsi="Courier New"/>
          <w:color w:val="555555"/>
          <w:sz w:val="20"/>
        </w:rPr>
        <w:t>[782]</w:t>
      </w:r>
    </w:p>
    <w:p>
      <w:r>
        <w:rPr>
          <w:rFonts w:ascii="Gentium Plus" w:hAnsi="Gentium Plus"/>
          <w:sz w:val="24"/>
        </w:rPr>
        <w:t>Στρωφᾶτ’, ἀλλὰ Θεῷ πέμψεν ὅλην κραδίην. Ὄλβιος, ὃς πάντων κτεάνων ὠνήσατο Χριστὸν, Καὶ κτέαρ οἶον ἔχει σταυρὸν, ὃν ὕψι φέρει. Ὄλβιος, ὃς καθαροῖσιν ἑοῖς κτεάτεσσιν ἀνάσσων,</w:t>
      </w:r>
    </w:p>
    <w:p>
      <w:r>
        <w:rPr>
          <w:rFonts w:ascii="Courier New" w:hAnsi="Courier New"/>
          <w:color w:val="555555"/>
          <w:sz w:val="20"/>
        </w:rPr>
        <w:t>[5]</w:t>
      </w:r>
    </w:p>
    <w:p>
      <w:r>
        <w:rPr>
          <w:rFonts w:ascii="Gentium Plus" w:hAnsi="Gentium Plus"/>
          <w:sz w:val="24"/>
        </w:rPr>
        <w:t>Χεῖρα Θεοῖο φέροι τοῖς ἐπιδευομένοις. Ὄλβιος ἀζυγέων μακάρων βίος, οἳ Θεότητος Εἰσὶ πέλας καθαρῆς, σάρκ’ ἀποσεισάμενοι. Ὄλβιος, ὃς θεσμοῖσι γάμου τυτθὸν ὑποείξας. Πλειοτέρην Χριστῷ μοῖραν ἔρωτος ἄγει.</w:t>
      </w:r>
    </w:p>
    <w:p>
      <w:r>
        <w:rPr>
          <w:rFonts w:ascii="Courier New" w:hAnsi="Courier New"/>
          <w:color w:val="555555"/>
          <w:sz w:val="20"/>
        </w:rPr>
        <w:t>[10]</w:t>
      </w:r>
    </w:p>
    <w:p>
      <w:r>
        <w:rPr>
          <w:rFonts w:ascii="Gentium Plus" w:hAnsi="Gentium Plus"/>
          <w:sz w:val="24"/>
        </w:rPr>
        <w:t>Ὄλβιος, ὃς λαοῖο φέρων κράτος, εὐαγέεσσι Καὶ μεγάλαις θυσίαις Χριστὸν ἄγει χθονίοις. Ὄλβιος, ὅστις ἐὼν ποίμνης τέκος, οὐρανίοιο</w:t>
      </w:r>
    </w:p>
    <w:p>
      <w:r>
        <w:rPr>
          <w:rFonts w:ascii="Courier New" w:hAnsi="Courier New"/>
          <w:color w:val="555555"/>
          <w:sz w:val="20"/>
        </w:rPr>
        <w:t>[783]</w:t>
      </w:r>
    </w:p>
    <w:p>
      <w:r>
        <w:rPr>
          <w:rFonts w:ascii="Gentium Plus" w:hAnsi="Gentium Plus"/>
          <w:sz w:val="24"/>
        </w:rPr>
        <w:t>Ὄλβιος, ὃς καθαροῖο νόου μεγάλῃσιν ἐρωαῖς, Οὐρανίων φαέων δέρκεται ἀγλαΐην. Ὄλβιος, ὃς χείρεσσι πολυκμήτοισιν Ἄνακτα Τίει, καὶ πολλοῖς ἐστι νόμος βιότου.</w:t>
      </w:r>
    </w:p>
    <w:p>
      <w:r>
        <w:rPr>
          <w:rFonts w:ascii="Courier New" w:hAnsi="Courier New"/>
          <w:color w:val="555555"/>
          <w:sz w:val="20"/>
        </w:rPr>
        <w:t>[5]</w:t>
      </w:r>
    </w:p>
    <w:p>
      <w:r>
        <w:rPr>
          <w:rFonts w:ascii="Gentium Plus" w:hAnsi="Gentium Plus"/>
          <w:sz w:val="24"/>
        </w:rPr>
        <w:t>Πάντα τάδ’ οὐρανίων πληρώματα ἔπλετο ληνῶν, Αἳ καρποῦ ψυχῶν δέκτριαι ἡμετέρων, Ἄλλην ἀλλοίης ἀρετῆς ἐπὶ χώραν ἀγούσης. Πολλαὶ γὰρ πολλῶν εἰσι μοναὶ βιότων. Ὄλβιος, ὃν πτωχὸν παθέων μέγα Πνεῦμ’ ἀνέδειξεν·</w:t>
      </w:r>
    </w:p>
    <w:p>
      <w:r>
        <w:rPr>
          <w:rFonts w:ascii="Courier New" w:hAnsi="Courier New"/>
          <w:color w:val="555555"/>
          <w:sz w:val="20"/>
        </w:rPr>
        <w:t>[10]</w:t>
      </w:r>
    </w:p>
    <w:p>
      <w:r>
        <w:rPr>
          <w:rFonts w:ascii="Gentium Plus" w:hAnsi="Gentium Plus"/>
          <w:sz w:val="24"/>
        </w:rPr>
        <w:t>Ὅστις ἔχει ζωὴν ἐνθάδε πενθαλέην· Ὅστις ἐπουρανίης αἰὲν ἀκόρεστος ἐδωδῆς, Ὅστις ἐνηείῃ κληρονόμος μεγάλων· Ὃς σπλάγχνοισιν ἑοῖσι Θεοῦ μέγαν οἶκτον ἐφέλκει, Εἰρήνης τε φίλος, καὶ καθαρὸς κραδίην·</w:t>
      </w:r>
    </w:p>
    <w:p>
      <w:r>
        <w:rPr>
          <w:rFonts w:ascii="Courier New" w:hAnsi="Courier New"/>
          <w:color w:val="555555"/>
          <w:sz w:val="20"/>
        </w:rPr>
        <w:t>[784]</w:t>
      </w:r>
    </w:p>
    <w:p>
      <w:r>
        <w:rPr>
          <w:rFonts w:ascii="Gentium Plus" w:hAnsi="Gentium Plus"/>
          <w:sz w:val="24"/>
        </w:rPr>
        <w:t>Ὃς πολλὰ Χριστοῖο μεγακλέος εἵνεκ’ ἀνέτλη Ἄλγεα, καὶ μεγάλου κύδεος ἀντιάσει. Τούτων, ἣν ἐθέλεις, τάμνε τρίβον. Εἰ μὲν ἁπάσας, Λώϊον· εἰ δ’ ὀλίγας, δεύτερον· εἰ δὲ μόνην</w:t>
      </w:r>
    </w:p>
    <w:p>
      <w:r>
        <w:rPr>
          <w:rFonts w:ascii="Courier New" w:hAnsi="Courier New"/>
          <w:color w:val="555555"/>
          <w:sz w:val="20"/>
        </w:rPr>
        <w:t>[5]</w:t>
      </w:r>
    </w:p>
    <w:p>
      <w:r>
        <w:rPr>
          <w:rFonts w:ascii="Gentium Plus" w:hAnsi="Gentium Plus"/>
          <w:sz w:val="24"/>
        </w:rPr>
        <w:t>Ἔξοχα, καὶ τὸ φίλον. Σταθμά γε μὲν ἄξια πᾶσι, Τοῖσι τελειοτέροις, τοῖσί τε μειοτέροις. Καὶ Ῥαὰβ οὐκ εὔκοσμον ἔχεν βίον, ἀλλ’ ἄρα καὶ τὴν Κλεινὴν ἀκροτάτη θῆκε φιλοξενίη. Ἐκ δὲ μόνης πλέον ἔσχε Φαρισσαίοιο τελώνης</w:t>
      </w:r>
    </w:p>
    <w:p>
      <w:r>
        <w:rPr>
          <w:rFonts w:ascii="Courier New" w:hAnsi="Courier New"/>
          <w:color w:val="555555"/>
          <w:sz w:val="20"/>
        </w:rPr>
        <w:t>[10]</w:t>
      </w:r>
    </w:p>
    <w:p>
      <w:r>
        <w:rPr>
          <w:rFonts w:ascii="Gentium Plus" w:hAnsi="Gentium Plus"/>
          <w:sz w:val="24"/>
        </w:rPr>
        <w:t>Τῆς χθαμαλοφροσύνης, τοῦ μέγ’ ἀειρομένου. Βέλτερον ἀζυγίη, ναὶ βέλτερον· ἀλλ’ ἐπίμικτος Κόσμῳ, καὶ χθονίη, χειροτέρη δυάδος Σώφρονος. Ἀκτεάνων αἰπὺς βίος οὐρεσιφοίτων·</w:t>
      </w:r>
    </w:p>
    <w:p>
      <w:r>
        <w:rPr>
          <w:rFonts w:ascii="Courier New" w:hAnsi="Courier New"/>
          <w:color w:val="555555"/>
          <w:sz w:val="20"/>
        </w:rPr>
        <w:t>[785]</w:t>
      </w:r>
    </w:p>
    <w:p>
      <w:r>
        <w:rPr>
          <w:rFonts w:ascii="Gentium Plus" w:hAnsi="Gentium Plus"/>
          <w:sz w:val="24"/>
        </w:rPr>
        <w:t>Οὐ γὰρ ἑὴν ἀρετὴν ἄλλοις μετρέοντες ἀρίστοις, Ἄκριτον ἐν κραδίῃ ὕψος ἔχουσιν ὁτέ. Πολλάκι καὶ ζείοντι νόῳ, πώλοισιν ὁμοῖα Θερμοτέροις, νύσσης τῆλε φέρουσι πόδα.</w:t>
      </w:r>
    </w:p>
    <w:p>
      <w:r>
        <w:rPr>
          <w:rFonts w:ascii="Courier New" w:hAnsi="Courier New"/>
          <w:color w:val="555555"/>
          <w:sz w:val="20"/>
        </w:rPr>
        <w:t>[5]</w:t>
      </w:r>
    </w:p>
    <w:p>
      <w:r>
        <w:rPr>
          <w:rFonts w:ascii="Gentium Plus" w:hAnsi="Gentium Plus"/>
          <w:sz w:val="24"/>
        </w:rPr>
        <w:t>Τοὔνεκεν ἢ πτερύγεσσιν ἀείρεο πάμπαν ἐλαφραῖς, Ἠὲ κάτω μίμνων, ἀσφαλέως τροχάειν, Μή που βριθοσύνῃ σεῖο πτερὸν ἐς χθόνα νεύσῃ, Μὴ δὲ πέσῃς ἀρθεὶς πτῶμ’ ἐλεεινότατον. Νηῦς ὀλίγη γόμφοισιν ἀρηραμένη πυκινοῖσι,</w:t>
      </w:r>
    </w:p>
    <w:p>
      <w:r>
        <w:rPr>
          <w:rFonts w:ascii="Courier New" w:hAnsi="Courier New"/>
          <w:color w:val="555555"/>
          <w:sz w:val="20"/>
        </w:rPr>
        <w:t>[10]</w:t>
      </w:r>
    </w:p>
    <w:p>
      <w:r>
        <w:rPr>
          <w:rFonts w:ascii="Gentium Plus" w:hAnsi="Gentium Plus"/>
          <w:sz w:val="24"/>
        </w:rPr>
        <w:t>Φόρτον ἄγει μεγάλης πλείονα τῆς ἀδέτου. Στεινὴ μὲν πυλεῶνος ὁδὸς θείοιο τέτυκται, Πολλαὶ δ’ ἀτραπιτοὶ ἐς μίαν ἐρχόμεναι. Οἱ μὲν τὴν προΐῳεν, ὅσοις φύσις ἐνθάδε νεύει, Οἱ δ’ ἑτέρην, στεινῆς μοῦνον ἀφαπτόμενοι.</w:t>
      </w:r>
    </w:p>
    <w:p>
      <w:r>
        <w:rPr>
          <w:rFonts w:ascii="Courier New" w:hAnsi="Courier New"/>
          <w:color w:val="555555"/>
          <w:sz w:val="20"/>
        </w:rPr>
        <w:t>[786]</w:t>
      </w:r>
    </w:p>
    <w:p>
      <w:r>
        <w:rPr>
          <w:rFonts w:ascii="Gentium Plus" w:hAnsi="Gentium Plus"/>
          <w:sz w:val="24"/>
        </w:rPr>
        <w:t>Οὔτε μίη πάντεσσιν ὁμῶς φίλον ἔπλετ’ ἐδωδὴ, Οὔτε Χριστιανοῖς εἷς βίος ἁρμόδιος. Δάκρυα πᾶσιν ἄριστον, ἀϋπνίη τε, πόνοι τε, Καὶ λύσσαν παθέων ἀργαλέων κατέχειν,</w:t>
      </w:r>
    </w:p>
    <w:p>
      <w:r>
        <w:rPr>
          <w:rFonts w:ascii="Courier New" w:hAnsi="Courier New"/>
          <w:color w:val="555555"/>
          <w:sz w:val="20"/>
        </w:rPr>
        <w:t>[5]</w:t>
      </w:r>
    </w:p>
    <w:p>
      <w:r>
        <w:rPr>
          <w:rFonts w:ascii="Gentium Plus" w:hAnsi="Gentium Plus"/>
          <w:sz w:val="24"/>
        </w:rPr>
        <w:t>Αἰχμάζειν τε κόρον, Χριστοῦ θ’ ὑπὸ χεῖρα κραταιὴν Κεῖσθαι, καὶ τρομέειν ἦμαρ ἐπερχόμενον. Εἰ δ’ ἄκρην τελέως ἴοις τρίβον, οὐκέτι θνητὸς, Ἀλλά τις οὐρανίων. Γρηγορίοιο νόμοι.</w:t>
      </w:r>
    </w:p>
    <w:p>
      <w:r>
        <w:rPr>
          <w:rFonts w:ascii="Courier New" w:hAnsi="Courier New"/>
          <w:color w:val="555555"/>
          <w:sz w:val="20"/>
        </w:rPr>
        <w:t>[9t]</w:t>
      </w:r>
    </w:p>
    <w:p>
      <w:pPr>
        <w:jc w:val="center"/>
      </w:pPr>
      <w:r>
        <w:rPr>
          <w:rFonts w:ascii="Gentium Plus" w:hAnsi="Gentium Plus"/>
          <w:b/>
          <w:sz w:val="24"/>
        </w:rPr>
        <w:t>ΙΗʹ. Περὶ ζωῆς ἀνθρωπίνης.</w:t>
      </w:r>
    </w:p>
    <w:p>
      <w:r>
        <w:rPr>
          <w:rFonts w:ascii="Courier New" w:hAnsi="Courier New"/>
          <w:color w:val="555555"/>
          <w:sz w:val="20"/>
        </w:rPr>
        <w:t>[10]</w:t>
      </w:r>
    </w:p>
    <w:p>
      <w:r>
        <w:rPr>
          <w:rFonts w:ascii="Gentium Plus" w:hAnsi="Gentium Plus"/>
          <w:sz w:val="24"/>
        </w:rPr>
        <w:t>Ὁ χοῦς, ὁ πηλὸς, ἡ παλίστροφος κόνις. Τῇ γῇ γὰρ ἡ γῆ συμβιβάζεται πάλιν, Καὶ σπαργανοῦται τῷ γεώδει σπαργάνῳ,</w:t>
      </w:r>
    </w:p>
    <w:p>
      <w:r>
        <w:rPr>
          <w:rFonts w:ascii="Courier New" w:hAnsi="Courier New"/>
          <w:color w:val="555555"/>
          <w:sz w:val="20"/>
        </w:rPr>
        <w:t>[787]</w:t>
      </w:r>
    </w:p>
    <w:p>
      <w:r>
        <w:rPr>
          <w:rFonts w:ascii="Gentium Plus" w:hAnsi="Gentium Plus"/>
          <w:sz w:val="24"/>
        </w:rPr>
        <w:t>Ἣν ἡ βιαία συστροφὴ τῶν πνευμάτων Πρὸς ὕψος ἐξαίρουσα συστέλλει κάτω. Οὕτω γὰρ ἡμῶν τὸν πολύστροφον βίον Αἱ τῶν πονηρῶν πνευμάτων καταιγίδες</w:t>
      </w:r>
    </w:p>
    <w:p>
      <w:r>
        <w:rPr>
          <w:rFonts w:ascii="Courier New" w:hAnsi="Courier New"/>
          <w:color w:val="555555"/>
          <w:sz w:val="20"/>
        </w:rPr>
        <w:t>[5]</w:t>
      </w:r>
    </w:p>
    <w:p>
      <w:r>
        <w:rPr>
          <w:rFonts w:ascii="Gentium Plus" w:hAnsi="Gentium Plus"/>
          <w:sz w:val="24"/>
        </w:rPr>
        <w:t>Πρὸς ὕψος ἐξαίρουσι καὶ δόξαν νόθον· Αὖθις δὲ χοῦς κάτεισι καὶ μένει κάτω, Ἕως ὁ τοῦ κτίσαντος ἁρμόσῃ λόγος Τῶν συνδεθέντων τὴν ἀναγκαίαν λύσιν. Νῦν δὲ προκύψας, ὥσπερ ἔκ τινος βάθους,</w:t>
      </w:r>
    </w:p>
    <w:p>
      <w:r>
        <w:rPr>
          <w:rFonts w:ascii="Courier New" w:hAnsi="Courier New"/>
          <w:color w:val="555555"/>
          <w:sz w:val="20"/>
        </w:rPr>
        <w:t>[10]</w:t>
      </w:r>
    </w:p>
    <w:p>
      <w:r>
        <w:rPr>
          <w:rFonts w:ascii="Gentium Plus" w:hAnsi="Gentium Plus"/>
          <w:sz w:val="24"/>
        </w:rPr>
        <w:t>Ὁ χοῦς ὁ θείᾳ πνευματωθεὶς εἰκόνι, Καὶ τὰς γεώδεις ἐκβοᾷ τραγῳδίας, Καὶ τὸν γελᾷν δοκοῦντα δακρύει βίον.</w:t>
      </w:r>
    </w:p>
    <w:p>
      <w:r>
        <w:rPr>
          <w:rFonts w:ascii="Courier New" w:hAnsi="Courier New"/>
          <w:color w:val="555555"/>
          <w:sz w:val="20"/>
        </w:rPr>
        <w:t>[13t]</w:t>
      </w:r>
    </w:p>
    <w:p>
      <w:pPr>
        <w:jc w:val="center"/>
      </w:pPr>
      <w:r>
        <w:rPr>
          <w:rFonts w:ascii="Gentium Plus" w:hAnsi="Gentium Plus"/>
          <w:b/>
          <w:sz w:val="24"/>
        </w:rPr>
        <w:t>ΙΘʹ. Περὶ τῆς αὐτῆς.</w:t>
      </w:r>
    </w:p>
    <w:p>
      <w:r>
        <w:rPr>
          <w:rFonts w:ascii="Courier New" w:hAnsi="Courier New"/>
          <w:color w:val="555555"/>
          <w:sz w:val="20"/>
        </w:rPr>
        <w:t>[14]</w:t>
      </w:r>
    </w:p>
    <w:p>
      <w:r>
        <w:rPr>
          <w:rFonts w:ascii="Gentium Plus" w:hAnsi="Gentium Plus"/>
          <w:sz w:val="24"/>
        </w:rPr>
        <w:t>Τροχός τίς ἐστιν ἀστάτως πεπηγμένος,</w:t>
      </w:r>
    </w:p>
    <w:p>
      <w:r>
        <w:rPr>
          <w:rFonts w:ascii="Courier New" w:hAnsi="Courier New"/>
          <w:color w:val="555555"/>
          <w:sz w:val="20"/>
        </w:rPr>
        <w:t>[788]</w:t>
      </w:r>
    </w:p>
    <w:p>
      <w:r>
        <w:rPr>
          <w:rFonts w:ascii="Gentium Plus" w:hAnsi="Gentium Plus"/>
          <w:sz w:val="24"/>
        </w:rPr>
        <w:t>Ὁ μικρὸς οὗτος καὶ πολύτροπος βίος. Ἄνω κινεῖται, καὶ περισπᾶται κάτω· Οὐχ ἵσταται γὰρ, κἂν δοκῇ πεπηγέναι. Φεύγων κρατεῖται, καὶ μένων ἀποτρέχει.</w:t>
      </w:r>
    </w:p>
    <w:p>
      <w:r>
        <w:rPr>
          <w:rFonts w:ascii="Courier New" w:hAnsi="Courier New"/>
          <w:color w:val="555555"/>
          <w:sz w:val="20"/>
        </w:rPr>
        <w:t>[5]</w:t>
      </w:r>
    </w:p>
    <w:p>
      <w:r>
        <w:rPr>
          <w:rFonts w:ascii="Gentium Plus" w:hAnsi="Gentium Plus"/>
          <w:sz w:val="24"/>
        </w:rPr>
        <w:t>Σκιρτᾷ δὲ πολλὰ, καὶ τὸ φεύγειν οὐκ ἔχει. Ἕλκει, καθέλκει τῇ κινήσει τὴν στάσιν. Ὡς οὐδὲν εἶναι τὸν βίον διαγράφων, Ἢ καπνὸν, ἢ ὄνειρον, ἢ ἄνθος χλόης.</w:t>
      </w:r>
    </w:p>
    <w:p>
      <w:r>
        <w:rPr>
          <w:rFonts w:ascii="Courier New" w:hAnsi="Courier New"/>
          <w:color w:val="555555"/>
          <w:sz w:val="20"/>
        </w:rPr>
        <w:t>[9t]</w:t>
      </w:r>
    </w:p>
    <w:p>
      <w:pPr>
        <w:jc w:val="center"/>
      </w:pPr>
      <w:r>
        <w:rPr>
          <w:rFonts w:ascii="Gentium Plus" w:hAnsi="Gentium Plus"/>
          <w:b/>
          <w:sz w:val="24"/>
        </w:rPr>
        <w:t>Κʹ. Περὶ πόθου.</w:t>
      </w:r>
    </w:p>
    <w:p>
      <w:r>
        <w:rPr>
          <w:rFonts w:ascii="Courier New" w:hAnsi="Courier New"/>
          <w:color w:val="555555"/>
          <w:sz w:val="20"/>
        </w:rPr>
        <w:t>[10]</w:t>
      </w:r>
    </w:p>
    <w:p>
      <w:r>
        <w:rPr>
          <w:rFonts w:ascii="Gentium Plus" w:hAnsi="Gentium Plus"/>
          <w:sz w:val="24"/>
        </w:rPr>
        <w:t>Δεινὸν πόθος πᾶς. Ἂν δὲ καὶ φιλουμένου, Διπλοῦν τὸ δεινόν. Εἰ δὲ καὶ κόρας νέας, Τριπλοῦν τὸ κέντρον. Εἰ δὲ καὶ κάλλους γέμων, Πλεῖον τὸ κακόν. Εἰ δὲ πρὸς γάμον φέρει,</w:t>
      </w:r>
    </w:p>
    <w:p>
      <w:r>
        <w:rPr>
          <w:rFonts w:ascii="Courier New" w:hAnsi="Courier New"/>
          <w:color w:val="555555"/>
          <w:sz w:val="20"/>
        </w:rPr>
        <w:t>[789 (1t)]</w:t>
      </w:r>
    </w:p>
    <w:p>
      <w:pPr>
        <w:jc w:val="center"/>
      </w:pPr>
      <w:r>
        <w:rPr>
          <w:rFonts w:ascii="Gentium Plus" w:hAnsi="Gentium Plus"/>
          <w:b/>
          <w:sz w:val="24"/>
        </w:rPr>
        <w:t>ΚΑʹ. Περὶ θανάτου φιλουμένων.</w:t>
      </w:r>
    </w:p>
    <w:p>
      <w:r>
        <w:rPr>
          <w:rFonts w:ascii="Courier New" w:hAnsi="Courier New"/>
          <w:color w:val="555555"/>
          <w:sz w:val="20"/>
        </w:rPr>
        <w:t>[2]</w:t>
      </w:r>
    </w:p>
    <w:p>
      <w:r>
        <w:rPr>
          <w:rFonts w:ascii="Gentium Plus" w:hAnsi="Gentium Plus"/>
          <w:sz w:val="24"/>
        </w:rPr>
        <w:t>Πικρὸν τάφος πᾶς· ἂν δὲ καὶ τέκνου τάφος, Διπλοῦν τὸ κακόν. Εἰ δ’ ἀρισταίου πάλιν, Ἡ συμφορὰ πῦρ. Εἰ δὲ νυμφίου νέου,</w:t>
      </w:r>
    </w:p>
    <w:p>
      <w:r>
        <w:rPr>
          <w:rFonts w:ascii="Courier New" w:hAnsi="Courier New"/>
          <w:color w:val="555555"/>
          <w:sz w:val="20"/>
        </w:rPr>
        <w:t>[5]</w:t>
      </w:r>
    </w:p>
    <w:p>
      <w:r>
        <w:rPr>
          <w:rFonts w:ascii="Gentium Plus" w:hAnsi="Gentium Plus"/>
          <w:sz w:val="24"/>
        </w:rPr>
        <w:t>Ἡ καρδία ῥάγηθι τῶν γεννητόρων.</w:t>
      </w:r>
    </w:p>
    <w:p>
      <w:r>
        <w:rPr>
          <w:rFonts w:ascii="Courier New" w:hAnsi="Courier New"/>
          <w:color w:val="555555"/>
          <w:sz w:val="20"/>
        </w:rPr>
        <w:t>[6t]</w:t>
      </w:r>
    </w:p>
    <w:p>
      <w:pPr>
        <w:jc w:val="center"/>
      </w:pPr>
      <w:r>
        <w:rPr>
          <w:rFonts w:ascii="Gentium Plus" w:hAnsi="Gentium Plus"/>
          <w:b/>
          <w:sz w:val="24"/>
        </w:rPr>
        <w:t>ΚΒʹ. Περὶ φίλων τῶν μὴ καλῶν.</w:t>
      </w:r>
    </w:p>
    <w:p>
      <w:r>
        <w:rPr>
          <w:rFonts w:ascii="Courier New" w:hAnsi="Courier New"/>
          <w:color w:val="555555"/>
          <w:sz w:val="20"/>
        </w:rPr>
        <w:t>[7]</w:t>
      </w:r>
    </w:p>
    <w:p>
      <w:r>
        <w:rPr>
          <w:rFonts w:ascii="Gentium Plus" w:hAnsi="Gentium Plus"/>
          <w:sz w:val="24"/>
        </w:rPr>
        <w:t>Δεινὸν τὸ πάσχειν. Ἂν δὲ καὶ φίλων ὕπο, Ὡς χεῖρον. Ἂν δὲ καὶ λαθραίοις δήγμασι, Τοῦτ’ οὐ φορητόν. Ἂν δὲ καὶ πιστῶν ὕπο,</w:t>
      </w:r>
    </w:p>
    <w:p>
      <w:r>
        <w:rPr>
          <w:rFonts w:ascii="Courier New" w:hAnsi="Courier New"/>
          <w:color w:val="555555"/>
          <w:sz w:val="20"/>
        </w:rPr>
        <w:t>[10]</w:t>
      </w:r>
    </w:p>
    <w:p>
      <w:r>
        <w:rPr>
          <w:rFonts w:ascii="Gentium Plus" w:hAnsi="Gentium Plus"/>
          <w:sz w:val="24"/>
        </w:rPr>
        <w:t>Ἐπίσχες. Ἂν δὲ καὶ Θεοῦ παραστατῶν, Ποῖ τις τράπηται; πῶς φύγῃ κακῶν φοράν;</w:t>
      </w:r>
    </w:p>
    <w:p>
      <w:r>
        <w:rPr>
          <w:rFonts w:ascii="Courier New" w:hAnsi="Courier New"/>
          <w:color w:val="555555"/>
          <w:sz w:val="20"/>
        </w:rPr>
        <w:t>[790 (1t)]</w:t>
      </w:r>
    </w:p>
    <w:p>
      <w:pPr>
        <w:jc w:val="center"/>
      </w:pPr>
      <w:r>
        <w:rPr>
          <w:rFonts w:ascii="Gentium Plus" w:hAnsi="Gentium Plus"/>
          <w:b/>
          <w:sz w:val="24"/>
        </w:rPr>
        <w:t>ΚΓʹ. Εἰς τὸ αὐτό.</w:t>
      </w:r>
    </w:p>
    <w:p>
      <w:r>
        <w:rPr>
          <w:rFonts w:ascii="Courier New" w:hAnsi="Courier New"/>
          <w:color w:val="555555"/>
          <w:sz w:val="20"/>
        </w:rPr>
        <w:t>[2]</w:t>
      </w:r>
    </w:p>
    <w:p>
      <w:r>
        <w:rPr>
          <w:rFonts w:ascii="Gentium Plus" w:hAnsi="Gentium Plus"/>
          <w:sz w:val="24"/>
        </w:rPr>
        <w:t>Δεινὸν τὸ λυποῦν. Ἂν δὲ καὶ λυπῇ φίλος, Ἀνδραποδῶδες. Ἂν δὲ καὶ δάκῃ λάθρα, Ὡς θηριῶδες. Ἂν δὲ καὶ γυνὴ λάλος,</w:t>
      </w:r>
    </w:p>
    <w:p>
      <w:r>
        <w:rPr>
          <w:rFonts w:ascii="Courier New" w:hAnsi="Courier New"/>
          <w:color w:val="555555"/>
          <w:sz w:val="20"/>
        </w:rPr>
        <w:t>[5]</w:t>
      </w:r>
    </w:p>
    <w:p>
      <w:r>
        <w:rPr>
          <w:rFonts w:ascii="Gentium Plus" w:hAnsi="Gentium Plus"/>
          <w:sz w:val="24"/>
        </w:rPr>
        <w:t>Δαίμων σύνοικος. Ἂν δὲ καὶ δικασπόλος, Χρεία κεραυνῶν. Ἂν δὲ καὶ θυηπόλος, Ἄκουε, Χριστὲ, καὶ δίκαζε τὴν δίκην.</w:t>
      </w:r>
    </w:p>
    <w:p>
      <w:r>
        <w:rPr>
          <w:rFonts w:ascii="Courier New" w:hAnsi="Courier New"/>
          <w:color w:val="555555"/>
          <w:sz w:val="20"/>
        </w:rPr>
        <w:t>[8t]</w:t>
      </w:r>
    </w:p>
    <w:p>
      <w:pPr>
        <w:jc w:val="center"/>
      </w:pPr>
      <w:r>
        <w:rPr>
          <w:rFonts w:ascii="Gentium Plus" w:hAnsi="Gentium Plus"/>
          <w:b/>
          <w:sz w:val="24"/>
        </w:rPr>
        <w:t>ΚΔʹ. Πρὸς πολυόρκους διάλογος.</w:t>
      </w:r>
    </w:p>
    <w:p>
      <w:r>
        <w:rPr>
          <w:rFonts w:ascii="Courier New" w:hAnsi="Courier New"/>
          <w:color w:val="555555"/>
          <w:sz w:val="20"/>
        </w:rPr>
        <w:t>[9]</w:t>
      </w:r>
    </w:p>
    <w:p>
      <w:r>
        <w:rPr>
          <w:rFonts w:ascii="Gentium Plus" w:hAnsi="Gentium Plus"/>
          <w:sz w:val="24"/>
        </w:rPr>
        <w:t>Α. Ὅρκου τί χεῖρον; Οὐδὲν, ὡς ὁ ἐμὸς λόγος.</w:t>
      </w:r>
    </w:p>
    <w:p>
      <w:r>
        <w:rPr>
          <w:rFonts w:ascii="Courier New" w:hAnsi="Courier New"/>
          <w:color w:val="555555"/>
          <w:sz w:val="20"/>
        </w:rPr>
        <w:t>[10]</w:t>
      </w:r>
    </w:p>
    <w:p>
      <w:r>
        <w:rPr>
          <w:rFonts w:ascii="Gentium Plus" w:hAnsi="Gentium Plus"/>
          <w:sz w:val="24"/>
        </w:rPr>
        <w:t>Β. Πῶς τοῦτ’ ἐλέγχεις; εἰπέ μοι. Α. Λίαν προδήλοις καὶ σαφεστάτοις λόγοις.</w:t>
      </w:r>
    </w:p>
    <w:p>
      <w:r>
        <w:rPr>
          <w:rFonts w:ascii="Courier New" w:hAnsi="Courier New"/>
          <w:color w:val="555555"/>
          <w:sz w:val="20"/>
        </w:rPr>
        <w:t>[791]</w:t>
      </w:r>
    </w:p>
    <w:p>
      <w:r>
        <w:rPr>
          <w:rFonts w:ascii="Gentium Plus" w:hAnsi="Gentium Plus"/>
          <w:sz w:val="24"/>
        </w:rPr>
        <w:t>Α. Τούτοις. Ἀπόκριναι δὴ, καὶ σκεψώμεθα. Β. Λέγ’, εἰ λέγεις τι, φίλτατε. Α. Πάντων τι μεῖζον οἶδας ὧν ἐπίστασαι; Β. Τίνων ἐρωτᾶς;</w:t>
      </w:r>
    </w:p>
    <w:p>
      <w:r>
        <w:rPr>
          <w:rFonts w:ascii="Courier New" w:hAnsi="Courier New"/>
          <w:color w:val="555555"/>
          <w:sz w:val="20"/>
        </w:rPr>
        <w:t>[5]</w:t>
      </w:r>
    </w:p>
    <w:p>
      <w:r>
        <w:rPr>
          <w:rFonts w:ascii="Gentium Plus" w:hAnsi="Gentium Plus"/>
          <w:sz w:val="24"/>
        </w:rPr>
        <w:t>Α. Πάντων, ὁρωμένων τε καὶ νοουμένων. Β. Θεοῦ τι μεῖζον οὐ νοῶ. Α. Ὀρθῶς λέγεις μὲν, οὐχὶ δ’ ὀρθῶς ἠρόμην. Β. Ἐχρῆν δὲ δὴ πῶς; Α. Οὐκ ἔστι μεῖζον· οὐδὲ γὰρ συγκρίνεται.</w:t>
      </w:r>
    </w:p>
    <w:p>
      <w:r>
        <w:rPr>
          <w:rFonts w:ascii="Courier New" w:hAnsi="Courier New"/>
          <w:color w:val="555555"/>
          <w:sz w:val="20"/>
        </w:rPr>
        <w:t>[10]</w:t>
      </w:r>
    </w:p>
    <w:p>
      <w:r>
        <w:rPr>
          <w:rFonts w:ascii="Gentium Plus" w:hAnsi="Gentium Plus"/>
          <w:sz w:val="24"/>
        </w:rPr>
        <w:t>Οὐ γὰρ σαφές σοι; Β. Καὶ πάνυ. Α. Τί οὖν μέγιστον πυνθάνεσθ’ ἐχρῆν ἴσως; Β. Οὕτω νομίζω. Α. Καὶ τοῦτο δ’ ἂν λέγοιτο ἐκ συγκρίσεως. Β. Οὐκ οἶμαι· πῶς λέγεις;</w:t>
      </w:r>
    </w:p>
    <w:p>
      <w:r>
        <w:rPr>
          <w:rFonts w:ascii="Courier New" w:hAnsi="Courier New"/>
          <w:color w:val="555555"/>
          <w:sz w:val="20"/>
        </w:rPr>
        <w:t>[792]</w:t>
      </w:r>
    </w:p>
    <w:p>
      <w:r>
        <w:rPr>
          <w:rFonts w:ascii="Gentium Plus" w:hAnsi="Gentium Plus"/>
          <w:sz w:val="24"/>
        </w:rPr>
        <w:t>Α. Οὐδὲν μέγιστόν ἐστι μὴ τῶν συμφυῶν· Θεοῦ δὲ τί συμφυές; Β. Οὐδέν. Α. Λεγέσθω τοιγαροῦν ἄλλως Θεός. Β Ὅπως λέγοις ἂν ἕλωμαι.</w:t>
      </w:r>
    </w:p>
    <w:p>
      <w:r>
        <w:rPr>
          <w:rFonts w:ascii="Courier New" w:hAnsi="Courier New"/>
          <w:color w:val="555555"/>
          <w:sz w:val="20"/>
        </w:rPr>
        <w:t>[5]</w:t>
      </w:r>
    </w:p>
    <w:p>
      <w:r>
        <w:rPr>
          <w:rFonts w:ascii="Gentium Plus" w:hAnsi="Gentium Plus"/>
          <w:sz w:val="24"/>
        </w:rPr>
        <w:t>Α. Τί τῶν ἁπάντων τ’ οὐδὲ συγκριτός; Β. Θεός. Ἐροῦμεν οὕτως, ὡς δοκεῖ. Α. Τί δ’ οὐ σεβαστὸν, καὶ μόνον, πάσῃ φύσει; Β. Μόνον σεβαστὸν, εὖ λέγεις. Α. Ἢ καὶ σεβαστὸν καί τι καὶ ὑβριστέον;</w:t>
      </w:r>
    </w:p>
    <w:p>
      <w:r>
        <w:rPr>
          <w:rFonts w:ascii="Courier New" w:hAnsi="Courier New"/>
          <w:color w:val="555555"/>
          <w:sz w:val="20"/>
        </w:rPr>
        <w:t>[10]</w:t>
      </w:r>
    </w:p>
    <w:p>
      <w:r>
        <w:rPr>
          <w:rFonts w:ascii="Gentium Plus" w:hAnsi="Gentium Plus"/>
          <w:sz w:val="24"/>
        </w:rPr>
        <w:t>Β. Καὶ πῶς ἄμικτα μίξομεν; Α. Καὶ γὰρ σκοπῶμεν ὅρκος εἰ τιμὴν φέρει, Ἀλλ’ οὐδέ γ’ ὕβριν· Εἰ μή γ’ ὑπῆρχε κίνδυνος ψευδορκίας, Οὕτως ἂν εἶχε καὶ σέβας·</w:t>
      </w:r>
    </w:p>
    <w:p>
      <w:r>
        <w:rPr>
          <w:rFonts w:ascii="Courier New" w:hAnsi="Courier New"/>
          <w:color w:val="555555"/>
          <w:sz w:val="20"/>
        </w:rPr>
        <w:t>[15]</w:t>
      </w:r>
    </w:p>
    <w:p>
      <w:r>
        <w:rPr>
          <w:rFonts w:ascii="Gentium Plus" w:hAnsi="Gentium Plus"/>
          <w:sz w:val="24"/>
        </w:rPr>
        <w:t>Ὥς τις μεσίτης ἀσφαλὴς καλούμενος,</w:t>
      </w:r>
    </w:p>
    <w:p>
      <w:r>
        <w:rPr>
          <w:rFonts w:ascii="Courier New" w:hAnsi="Courier New"/>
          <w:color w:val="555555"/>
          <w:sz w:val="20"/>
        </w:rPr>
        <w:t>[793]</w:t>
      </w:r>
    </w:p>
    <w:p>
      <w:r>
        <w:rPr>
          <w:rFonts w:ascii="Gentium Plus" w:hAnsi="Gentium Plus"/>
          <w:sz w:val="24"/>
        </w:rPr>
        <w:t>Νῦν δὲ σκόπει μοι τὸ πρᾶγμα καὶ ποῖ φέρει. Β. Σχεδὸν μὲν οἶδα, πλὴν λέγε. Α. Ζητῶ τιν’ εἰκὼ τοῦ λόγου σαφεστάτην. Β. Τίς δ’ ἂν γένοιτο;</w:t>
      </w:r>
    </w:p>
    <w:p>
      <w:r>
        <w:rPr>
          <w:rFonts w:ascii="Courier New" w:hAnsi="Courier New"/>
          <w:color w:val="555555"/>
          <w:sz w:val="20"/>
        </w:rPr>
        <w:t>[5]</w:t>
      </w:r>
    </w:p>
    <w:p>
      <w:r>
        <w:rPr>
          <w:rFonts w:ascii="Gentium Plus" w:hAnsi="Gentium Plus"/>
          <w:sz w:val="24"/>
        </w:rPr>
        <w:t>Α. Πέτραν τιν’ εἶδες ἐκ λόφου κινουμένην; Β. Καὶ πολλάκις γε· πῶς γὰρ οὔ; Α. Ῥοίζῳ τε πολλῷ σφενδονημένην κάτω; Β. Πολλῷ φόβῳ τε. Α. Ἢ καὶ τόδ’ εἶδες ῥᾳδίως ἱσταμένην;</w:t>
      </w:r>
    </w:p>
    <w:p>
      <w:r>
        <w:rPr>
          <w:rFonts w:ascii="Courier New" w:hAnsi="Courier New"/>
          <w:color w:val="555555"/>
          <w:sz w:val="20"/>
        </w:rPr>
        <w:t>[10]</w:t>
      </w:r>
    </w:p>
    <w:p>
      <w:r>
        <w:rPr>
          <w:rFonts w:ascii="Gentium Plus" w:hAnsi="Gentium Plus"/>
          <w:sz w:val="24"/>
        </w:rPr>
        <w:t>Β. Εἰ μή τις ἄλλος, οὐκ ἐγώ. Αὑτὴν γὰρ ὠθοῦς’ ἡ πέτρα, κρείττων χερός. Α. Λέγεις ἀληθῆ· Τὸ δ’ αὐτὸ πάσχω, κἂν ἐγὼ κατατρέχω. Ῥοῖζος φέρει με πρὸς βίαν·</w:t>
      </w:r>
    </w:p>
    <w:p>
      <w:r>
        <w:rPr>
          <w:rFonts w:ascii="Courier New" w:hAnsi="Courier New"/>
          <w:color w:val="555555"/>
          <w:sz w:val="20"/>
        </w:rPr>
        <w:t>[794]</w:t>
      </w:r>
    </w:p>
    <w:p>
      <w:r>
        <w:rPr>
          <w:rFonts w:ascii="Gentium Plus" w:hAnsi="Gentium Plus"/>
          <w:sz w:val="24"/>
        </w:rPr>
        <w:t>Μένειν δ’ ἀπαρχῆς κἀμὲ ῥᾷστον καὶ λίθον. Β. Ῥᾷστον τί δ’ οὐκ ἔχει; Α. Τούτῳ κακὸν μέν ἐστι καὶ πᾶν προσφερὲς, Μάλιστα δ’ ὅρκος, οἵομαι.</w:t>
      </w:r>
    </w:p>
    <w:p>
      <w:r>
        <w:rPr>
          <w:rFonts w:ascii="Courier New" w:hAnsi="Courier New"/>
          <w:color w:val="555555"/>
          <w:sz w:val="20"/>
        </w:rPr>
        <w:t>[5]</w:t>
      </w:r>
    </w:p>
    <w:p>
      <w:r>
        <w:rPr>
          <w:rFonts w:ascii="Gentium Plus" w:hAnsi="Gentium Plus"/>
          <w:sz w:val="24"/>
        </w:rPr>
        <w:t>Τὸ πῶς δ’, ἄκουσον. Ἡδονὴ τῷ πράγματι Πολλὴ πρόσεστιν. Εἶτ’ ἂν τύχῃ τις εἰς συμπάθειαν πεσὼν, Τί γίνετ’; οὐκ ἀνείργεται, Ἕως ἂν ἔλθῃ πρὸς κατάκρημνον βάθος.</w:t>
      </w:r>
    </w:p>
    <w:p>
      <w:r>
        <w:rPr>
          <w:rFonts w:ascii="Courier New" w:hAnsi="Courier New"/>
          <w:color w:val="555555"/>
          <w:sz w:val="20"/>
        </w:rPr>
        <w:t>[10]</w:t>
      </w:r>
    </w:p>
    <w:p>
      <w:r>
        <w:rPr>
          <w:rFonts w:ascii="Gentium Plus" w:hAnsi="Gentium Plus"/>
          <w:sz w:val="24"/>
        </w:rPr>
        <w:t>Β. Λέγεις τί κρημνόν; Α. Κρημνῶν μέγιστός ἐστιν ἡ ψευδορκία. Β. Τὸ πῶς, μάθοιμ’ ἂν ἡδέως. Πολλοὶ γὰρ οὐδ’ ἴσασι πῶς ἐστι κακόν.</w:t>
      </w:r>
    </w:p>
    <w:p>
      <w:r>
        <w:rPr>
          <w:rFonts w:ascii="Courier New" w:hAnsi="Courier New"/>
          <w:color w:val="555555"/>
          <w:sz w:val="20"/>
        </w:rPr>
        <w:t>[795]</w:t>
      </w:r>
    </w:p>
    <w:p>
      <w:r>
        <w:rPr>
          <w:rFonts w:ascii="Gentium Plus" w:hAnsi="Gentium Plus"/>
          <w:sz w:val="24"/>
        </w:rPr>
        <w:t>Α. Οὐ τὴν ἑαυτοῦ πολλάκις σωτηρίαν Ὀμώμοκέ τις; Β. Καὶ μάλα. Α. Τί οὖν; Δέδοικε μή τι τῶν κακῶν δράσας, Τὶ καὶ κακωθῇ·</w:t>
      </w:r>
    </w:p>
    <w:p>
      <w:r>
        <w:rPr>
          <w:rFonts w:ascii="Courier New" w:hAnsi="Courier New"/>
          <w:color w:val="555555"/>
          <w:sz w:val="20"/>
        </w:rPr>
        <w:t>[5]</w:t>
      </w:r>
    </w:p>
    <w:p>
      <w:r>
        <w:rPr>
          <w:rFonts w:ascii="Gentium Plus" w:hAnsi="Gentium Plus"/>
          <w:sz w:val="24"/>
        </w:rPr>
        <w:t>Μέσην τέως τέθεικε τὴν σωτηρίαν, Τὴν αὐτὸς αὑτοῦ δηλαδὴ, Ὥστ’ ἐξολέσθαι, εἰ τύχοι ψευδῆ λέγων. Β. Οὕτω δοκεῖ μοι. Α. Τοῦτ’ οὖν λογίζου, κἂν Θεόν ποτ’ ὀμνύσῃς.</w:t>
      </w:r>
    </w:p>
    <w:p>
      <w:r>
        <w:rPr>
          <w:rFonts w:ascii="Courier New" w:hAnsi="Courier New"/>
          <w:color w:val="555555"/>
          <w:sz w:val="20"/>
        </w:rPr>
        <w:t>[10]</w:t>
      </w:r>
    </w:p>
    <w:p>
      <w:r>
        <w:rPr>
          <w:rFonts w:ascii="Gentium Plus" w:hAnsi="Gentium Plus"/>
          <w:sz w:val="24"/>
        </w:rPr>
        <w:t>Β. Τὸ ποῖον, ὡς ἂν εἰδῶ; Α. Μέσον τέθεικας τὸν Θεὸν τῆς πίστεως. Β. Μέσον· τί δ’ ἄλλο; Α. Φυλάσσετ’ εὐορκοῦντι, λύεται δὲ μὴ, Ὅσον ἐφ’ ἡμῖν. Β. Εὖ λέγεις.</w:t>
      </w:r>
    </w:p>
    <w:p>
      <w:r>
        <w:rPr>
          <w:rFonts w:ascii="Courier New" w:hAnsi="Courier New"/>
          <w:color w:val="555555"/>
          <w:sz w:val="20"/>
        </w:rPr>
        <w:t>[796]</w:t>
      </w:r>
    </w:p>
    <w:p>
      <w:r>
        <w:rPr>
          <w:rFonts w:ascii="Gentium Plus" w:hAnsi="Gentium Plus"/>
          <w:sz w:val="24"/>
        </w:rPr>
        <w:t>Α. Τὸ μὴ φυλάσσειν δ’, εἰπέ μοι, τί σοι δοκεῖ; Β. Ἄρνησις, οἶμαι. Α. Ἄρνησις οὖν πέφυκεν ἡ ψευδορκία. Β. Οὐκ ἔστιν ἄλλως οὐδαμῆ.</w:t>
      </w:r>
    </w:p>
    <w:p>
      <w:r>
        <w:rPr>
          <w:rFonts w:ascii="Courier New" w:hAnsi="Courier New"/>
          <w:color w:val="555555"/>
          <w:sz w:val="20"/>
        </w:rPr>
        <w:t>[5]</w:t>
      </w:r>
    </w:p>
    <w:p>
      <w:r>
        <w:rPr>
          <w:rFonts w:ascii="Gentium Plus" w:hAnsi="Gentium Plus"/>
          <w:sz w:val="24"/>
        </w:rPr>
        <w:t>Α. Ἀρνήσεως δὲ τί χεῖρον ἄρ’ εἰπεῖν ἔχεις; Β. Οὐκ ἔστιν εὑρεῖν. Α. Πάντων ἄρ’ ἐστὶ χεῖρον ἡ ψευδορκία, Ὡς γοῦν δέδεικται καὶ μακρῷ. Β. Πῶς οὖν φύγωμεν; Α. Τὸν τρόπον κτησώμεθα</w:t>
      </w:r>
    </w:p>
    <w:p>
      <w:r>
        <w:rPr>
          <w:rFonts w:ascii="Courier New" w:hAnsi="Courier New"/>
          <w:color w:val="555555"/>
          <w:sz w:val="20"/>
        </w:rPr>
        <w:t>[10]</w:t>
      </w:r>
    </w:p>
    <w:p>
      <w:r>
        <w:rPr>
          <w:rFonts w:ascii="Gentium Plus" w:hAnsi="Gentium Plus"/>
          <w:sz w:val="24"/>
        </w:rPr>
        <w:t>Πιστόν. Β. Μέγ’ εἶπας. Α. Ὅρκου γὰρ ἧττον χρεία τοῖς εὐγνώμοσιν. Β. Ἧττον γὰρ οἶμαι οὐδαμῶς. Α. Ἀλλ’ ὁ τρόπος καθίστατ’ ἀντὶ μάρτυρος. Β. Ἔχει γὰρ οὕτως.</w:t>
      </w:r>
    </w:p>
    <w:p>
      <w:r>
        <w:rPr>
          <w:rFonts w:ascii="Courier New" w:hAnsi="Courier New"/>
          <w:color w:val="555555"/>
          <w:sz w:val="20"/>
        </w:rPr>
        <w:t>[15]</w:t>
      </w:r>
    </w:p>
    <w:p>
      <w:r>
        <w:rPr>
          <w:rFonts w:ascii="Gentium Plus" w:hAnsi="Gentium Plus"/>
          <w:sz w:val="24"/>
        </w:rPr>
        <w:t>Α. Τί πλεῖόν ἐστι τοῖς πολυόρκοις, εἰπέ μοι;</w:t>
      </w:r>
    </w:p>
    <w:p>
      <w:r>
        <w:rPr>
          <w:rFonts w:ascii="Courier New" w:hAnsi="Courier New"/>
          <w:color w:val="555555"/>
          <w:sz w:val="20"/>
        </w:rPr>
        <w:t>[797]</w:t>
      </w:r>
    </w:p>
    <w:p>
      <w:r>
        <w:rPr>
          <w:rFonts w:ascii="Gentium Plus" w:hAnsi="Gentium Plus"/>
          <w:sz w:val="24"/>
        </w:rPr>
        <w:t>Α Μηδ’ ἂν λέγωσιν οὖν τι καὶ πιστὸν, δοκεῖν. Β. Κἀμοί γ’ ἀρέσκει. Α. Φέρ’ οὖν, ἐμοὶ πείσθητι. Β. Καὶ μάλιστα μέν. Α. Τοῖς τοῦ λογισμοῦ φαρμάκοις</w:t>
      </w:r>
    </w:p>
    <w:p>
      <w:r>
        <w:rPr>
          <w:rFonts w:ascii="Courier New" w:hAnsi="Courier New"/>
          <w:color w:val="555555"/>
          <w:sz w:val="20"/>
        </w:rPr>
        <w:t>[5]</w:t>
      </w:r>
    </w:p>
    <w:p>
      <w:r>
        <w:rPr>
          <w:rFonts w:ascii="Gentium Plus" w:hAnsi="Gentium Plus"/>
          <w:sz w:val="24"/>
        </w:rPr>
        <w:t>Πᾶσαν κάτασχε τὴν νόσον. Πολλοὶ δὲ δὴ Ὧν ἴσμεν ἡμεῖς Καὶ μειζόνων ἐκράτησαν ἢ βούλομαι. Β. Τίνων λέγεις δὴ μειζόνων; Α. Θυμοῦ, φθόνου τε, πλησμονῆς, τῶν πλησμονῆς.</w:t>
      </w:r>
    </w:p>
    <w:p>
      <w:r>
        <w:rPr>
          <w:rFonts w:ascii="Courier New" w:hAnsi="Courier New"/>
          <w:color w:val="555555"/>
          <w:sz w:val="20"/>
        </w:rPr>
        <w:t>[10]</w:t>
      </w:r>
    </w:p>
    <w:p>
      <w:r>
        <w:rPr>
          <w:rFonts w:ascii="Gentium Plus" w:hAnsi="Gentium Plus"/>
          <w:sz w:val="24"/>
        </w:rPr>
        <w:t>Β. Πῶς ταῦτα μείζω; Α. Πλείων ὄρεξις. Ὧν δ’ ὄρεξις ἔντονος, Μείζων κάθεξις. Β. Πᾶς λόγος. Εἰ δ’ οὐ καθεκτὴν τὴν νόσον τέως ἔχεις, Τί δεῖ γενέσθαι;</w:t>
      </w:r>
    </w:p>
    <w:p>
      <w:r>
        <w:rPr>
          <w:rFonts w:ascii="Courier New" w:hAnsi="Courier New"/>
          <w:color w:val="555555"/>
          <w:sz w:val="20"/>
        </w:rPr>
        <w:t>[798]</w:t>
      </w:r>
    </w:p>
    <w:p>
      <w:r>
        <w:rPr>
          <w:rFonts w:ascii="Gentium Plus" w:hAnsi="Gentium Plus"/>
          <w:sz w:val="24"/>
        </w:rPr>
        <w:t>Α. Τὸ γοῦν ἀεὶ, καὶ μείζω, καὶ παντὸς πέρι, Ὅρκους πληθύνειν, φεῦγέ μοι. Β. Πότ’ οὖν, τίνας τε, καὶ τίνων δίδως χάριν; Α. Οὔσης ἀνάγκης.</w:t>
      </w:r>
    </w:p>
    <w:p>
      <w:r>
        <w:rPr>
          <w:rFonts w:ascii="Courier New" w:hAnsi="Courier New"/>
          <w:color w:val="555555"/>
          <w:sz w:val="20"/>
        </w:rPr>
        <w:t>[5]</w:t>
      </w:r>
    </w:p>
    <w:p>
      <w:r>
        <w:rPr>
          <w:rFonts w:ascii="Gentium Plus" w:hAnsi="Gentium Plus"/>
          <w:sz w:val="24"/>
        </w:rPr>
        <w:t>Β. Ἔστω. Τίνος δὲ δὴ, προστίθει; Α. Κινδύνων Ἐλευθερώσων δή τινας. Β. Χρηστόν γε. Α. Ἢ σεαυτὸν αἰσχρᾶς αἰτίας Ἐλευθερῶν γε. Ὅρκος δὲ μή σοι χρημάτων κέρδος φέροι.</w:t>
      </w:r>
    </w:p>
    <w:p>
      <w:r>
        <w:rPr>
          <w:rFonts w:ascii="Courier New" w:hAnsi="Courier New"/>
          <w:color w:val="555555"/>
          <w:sz w:val="20"/>
        </w:rPr>
        <w:t>[10]</w:t>
      </w:r>
    </w:p>
    <w:p>
      <w:r>
        <w:rPr>
          <w:rFonts w:ascii="Gentium Plus" w:hAnsi="Gentium Plus"/>
          <w:sz w:val="24"/>
        </w:rPr>
        <w:t>Λίαν γὰρ αἰσχρὸν φαίνεται. Β. Λίαν. Α. Πρόχειρον ἐγκαλεῖν ψευδορκίαν Τούτων τί μᾶλλον; Πλείους κακοὶ γάρ εἰσιν εἰς τὰ χρήματα. Β. Πλείους· τίς οὐ συνθήσεται;</w:t>
      </w:r>
    </w:p>
    <w:p>
      <w:r>
        <w:rPr>
          <w:rFonts w:ascii="Courier New" w:hAnsi="Courier New"/>
          <w:color w:val="555555"/>
          <w:sz w:val="20"/>
        </w:rPr>
        <w:t>[15]</w:t>
      </w:r>
    </w:p>
    <w:p>
      <w:r>
        <w:rPr>
          <w:rFonts w:ascii="Gentium Plus" w:hAnsi="Gentium Plus"/>
          <w:sz w:val="24"/>
        </w:rPr>
        <w:t>Α. Καὶ τοῖς σοφισταῖς τοῦτ’ ἐδογματίζετο.</w:t>
      </w:r>
    </w:p>
    <w:p>
      <w:r>
        <w:rPr>
          <w:rFonts w:ascii="Courier New" w:hAnsi="Courier New"/>
          <w:color w:val="555555"/>
          <w:sz w:val="20"/>
        </w:rPr>
        <w:t>[799]</w:t>
      </w:r>
    </w:p>
    <w:p>
      <w:r>
        <w:rPr>
          <w:rFonts w:ascii="Gentium Plus" w:hAnsi="Gentium Plus"/>
          <w:sz w:val="24"/>
        </w:rPr>
        <w:t>Α. Οὐδὲν τὸ μιμεῖσθαι, εἰ δὲ καὶ φαινοίμεθα Χείρους, τόδ’ αἰσχρὸν καὶ μάλα. Β. Ὅρκους δὲ δὴ μάλιστα φευκτέον τίνας; Α. Εὔδηλόν ἐστι.</w:t>
      </w:r>
    </w:p>
    <w:p>
      <w:r>
        <w:rPr>
          <w:rFonts w:ascii="Courier New" w:hAnsi="Courier New"/>
          <w:color w:val="555555"/>
          <w:sz w:val="20"/>
        </w:rPr>
        <w:t>[5]</w:t>
      </w:r>
    </w:p>
    <w:p>
      <w:r>
        <w:rPr>
          <w:rFonts w:ascii="Gentium Plus" w:hAnsi="Gentium Plus"/>
          <w:sz w:val="24"/>
        </w:rPr>
        <w:t>Β. Πλὴν σοῦ γ’ ἀκούειν ἀσφαλές. Α. Τούτους λέγω Ὅσοι γε φρικωδέστεροι. Β. Δέδοικας εἰπεῖν; Α. Ὅσσοι ἂν μνήμην Θεοῦ Ἔχουσιν ἁπλῶς. Β. Γραφῶν δὲ δὴ τί, καὶ πάθους, καὶ προσφορᾶς;</w:t>
      </w:r>
    </w:p>
    <w:p>
      <w:r>
        <w:rPr>
          <w:rFonts w:ascii="Courier New" w:hAnsi="Courier New"/>
          <w:color w:val="555555"/>
          <w:sz w:val="20"/>
        </w:rPr>
        <w:t>[10]</w:t>
      </w:r>
    </w:p>
    <w:p>
      <w:r>
        <w:rPr>
          <w:rFonts w:ascii="Gentium Plus" w:hAnsi="Gentium Plus"/>
          <w:sz w:val="24"/>
        </w:rPr>
        <w:t>Α. Καὶ ταῦτ’ ὁμοίως μυστικά. Β. Ἡμῖν δὲ δὴ μάλιστα τῶν ἐγχωρίων· Α. Καὶ δακρύω γε. Τὸ γὰρ σύνηθες καὶ νόμος καθίσταται. Πλὴν πάνθ’ ἁλωτὰ τῷ λόγῳ.</w:t>
      </w:r>
    </w:p>
    <w:p>
      <w:r>
        <w:rPr>
          <w:rFonts w:ascii="Courier New" w:hAnsi="Courier New"/>
          <w:color w:val="555555"/>
          <w:sz w:val="20"/>
        </w:rPr>
        <w:t>[800]</w:t>
      </w:r>
    </w:p>
    <w:p>
      <w:r>
        <w:rPr>
          <w:rFonts w:ascii="Gentium Plus" w:hAnsi="Gentium Plus"/>
          <w:sz w:val="24"/>
        </w:rPr>
        <w:t>Β. Τίν’ οὖν λέλοιπας ὅρκον; Α. Εἴθε μηδένα, Μὴ δ’ ἦν τις ἄλλος. Β. Εἰ μὴ γυναῖκα, τέκνα, τὴν σωτηρίαν, Ζωὴν, ἀπένθητον βίον.</w:t>
      </w:r>
    </w:p>
    <w:p>
      <w:r>
        <w:rPr>
          <w:rFonts w:ascii="Courier New" w:hAnsi="Courier New"/>
          <w:color w:val="555555"/>
          <w:sz w:val="20"/>
        </w:rPr>
        <w:t>[5]</w:t>
      </w:r>
    </w:p>
    <w:p>
      <w:r>
        <w:rPr>
          <w:rFonts w:ascii="Gentium Plus" w:hAnsi="Gentium Plus"/>
          <w:sz w:val="24"/>
        </w:rPr>
        <w:t>Α. Ἀραὶ τάδ’ ἐστὶν, ἀλλ’ ὅμως ὅρκος δοκεῖ. Β. Καὶ γὰρ δοκείτω Ταῦθ’, οἷ τε καὶ πληγέντες οὐκ ὀλώλαμεν· Ψυχῆς γὰρ οὔπω κίνδυνος· Ἣν ἐξολέσθαι, παντελής ἐστι μόρος.</w:t>
      </w:r>
    </w:p>
    <w:p>
      <w:r>
        <w:rPr>
          <w:rFonts w:ascii="Courier New" w:hAnsi="Courier New"/>
          <w:color w:val="555555"/>
          <w:sz w:val="20"/>
        </w:rPr>
        <w:t>[10]</w:t>
      </w:r>
    </w:p>
    <w:p>
      <w:r>
        <w:rPr>
          <w:rFonts w:ascii="Gentium Plus" w:hAnsi="Gentium Plus"/>
          <w:sz w:val="24"/>
        </w:rPr>
        <w:t>Α. Ὀρθῶς ἔχει σοι. Σοὶ δ’ εἰς ἅπαντα, τῇ ζέσει τῆς καρδίας, Θεὸς, τράπεζα, φίλτατα, Σταυρὸς, γυνὴ, τὸ θεῖον αἷμα, αἷμα σὸν, Γῆ καὶ θάλασσα,</w:t>
      </w:r>
    </w:p>
    <w:p>
      <w:r>
        <w:rPr>
          <w:rFonts w:ascii="Courier New" w:hAnsi="Courier New"/>
          <w:color w:val="555555"/>
          <w:sz w:val="20"/>
        </w:rPr>
        <w:t>[15]</w:t>
      </w:r>
    </w:p>
    <w:p>
      <w:r>
        <w:rPr>
          <w:rFonts w:ascii="Gentium Plus" w:hAnsi="Gentium Plus"/>
          <w:sz w:val="24"/>
        </w:rPr>
        <w:t>Ὃ πρῶτον ἤνεγχ’ ἡ κακὴ προθυμία,</w:t>
      </w:r>
    </w:p>
    <w:p>
      <w:r>
        <w:rPr>
          <w:rFonts w:ascii="Courier New" w:hAnsi="Courier New"/>
          <w:color w:val="555555"/>
          <w:sz w:val="20"/>
        </w:rPr>
        <w:t>[801]</w:t>
      </w:r>
    </w:p>
    <w:p>
      <w:r>
        <w:rPr>
          <w:rFonts w:ascii="Gentium Plus" w:hAnsi="Gentium Plus"/>
          <w:sz w:val="24"/>
        </w:rPr>
        <w:t>Ὃς καὶ γλυκεῖαν τὴν νόσον ποιεῖ δοκεῖν, Ὢ τῆς ἀνοίας! Ὥσπερ χέοι τε χρυσὸν ἐκ γλωσσαλγίας. Β. Ἔχει γὰρ οὕτως, ὡς λέγεις.</w:t>
      </w:r>
    </w:p>
    <w:p>
      <w:r>
        <w:rPr>
          <w:rFonts w:ascii="Courier New" w:hAnsi="Courier New"/>
          <w:color w:val="555555"/>
          <w:sz w:val="20"/>
        </w:rPr>
        <w:t>[5]</w:t>
      </w:r>
    </w:p>
    <w:p>
      <w:r>
        <w:rPr>
          <w:rFonts w:ascii="Gentium Plus" w:hAnsi="Gentium Plus"/>
          <w:sz w:val="24"/>
        </w:rPr>
        <w:t>Α. Ἄλλα δ’ ἐπ’ ἄλλοις κύματ’ ἐξεγείρεται, Θυμοῦ πνέοντος Ἴσως, ἴσως δὲ χρημάτων ἴσως πόθου· Πλεῖσται γάρ εἰσιν αἱ πάγαι. Οὐ τὸν χεθέντα δεινὸν ὅρκον οἴεται.</w:t>
      </w:r>
    </w:p>
    <w:p>
      <w:r>
        <w:rPr>
          <w:rFonts w:ascii="Courier New" w:hAnsi="Courier New"/>
          <w:color w:val="555555"/>
          <w:sz w:val="20"/>
        </w:rPr>
        <w:t>[10]</w:t>
      </w:r>
    </w:p>
    <w:p>
      <w:r>
        <w:rPr>
          <w:rFonts w:ascii="Gentium Plus" w:hAnsi="Gentium Plus"/>
          <w:sz w:val="24"/>
        </w:rPr>
        <w:t>Β. Οὐκ οἴεται γάρ. Α. Τῷ δ’ ἐμμένοντι, φεῦ τάλας! συμπνίγεται. Β. Ὥσπερ γραφεὺς εἶ τοῦ πάθους. Α. Πείθειν νομίζει τῷ ἀπειθεῖσθαι πλέον, Ἂν μὴ νοηθῇ.</w:t>
      </w:r>
    </w:p>
    <w:p>
      <w:r>
        <w:rPr>
          <w:rFonts w:ascii="Courier New" w:hAnsi="Courier New"/>
          <w:color w:val="555555"/>
          <w:sz w:val="20"/>
        </w:rPr>
        <w:t>[802]</w:t>
      </w:r>
    </w:p>
    <w:p>
      <w:r>
        <w:rPr>
          <w:rFonts w:ascii="Gentium Plus" w:hAnsi="Gentium Plus"/>
          <w:sz w:val="24"/>
        </w:rPr>
        <w:t>Τί δεῖ λόγων σοι πλειόνων, ἂν εἷς κρατῇ; Β. Μόχθος περισσὸς δηλαδή. Α. Ὅρκων δὲ τί δεῖ πλειόνων, ἂν εἷς κρατῇ; Β. Οὐκ οἴομαί γε.</w:t>
      </w:r>
    </w:p>
    <w:p>
      <w:r>
        <w:rPr>
          <w:rFonts w:ascii="Courier New" w:hAnsi="Courier New"/>
          <w:color w:val="555555"/>
          <w:sz w:val="20"/>
        </w:rPr>
        <w:t>[5]</w:t>
      </w:r>
    </w:p>
    <w:p>
      <w:r>
        <w:rPr>
          <w:rFonts w:ascii="Gentium Plus" w:hAnsi="Gentium Plus"/>
          <w:sz w:val="24"/>
        </w:rPr>
        <w:t>Α. Τὸ πλῆθος οὖν γνώρισμα τῆς οὐ πίστεως. Β. Οὐκ ἔστιν ἄλλως, εὖ λέγεις. Α. Ἢ μηδόλως οὖν ὀμνύειν, ἢ εἴπου τινά. Β. Τοῦτ’ ἦν ἄριστον. Α. Εἷς ἂν τρέπηται, καὶ τὸ πᾶν τραπήσεται.</w:t>
      </w:r>
    </w:p>
    <w:p>
      <w:r>
        <w:rPr>
          <w:rFonts w:ascii="Courier New" w:hAnsi="Courier New"/>
          <w:color w:val="555555"/>
          <w:sz w:val="20"/>
        </w:rPr>
        <w:t>[10]</w:t>
      </w:r>
    </w:p>
    <w:p>
      <w:r>
        <w:rPr>
          <w:rFonts w:ascii="Gentium Plus" w:hAnsi="Gentium Plus"/>
          <w:sz w:val="24"/>
        </w:rPr>
        <w:t>Β. Καλοῦ γε τοῦ σοφίσματος! Α. Εἴποι τίς ἂν, τὸ πλῆθος ὡς πιστεύεται; Β. Νομίζεθ’ οὕτως. Α. Ἢ καὶ κόνιν συνθεὶς σὺ ποιεῖς χρυσίον; Β. Τίς δ’ ἄλλος, ἢ τίς ἡ φύσις;</w:t>
      </w:r>
    </w:p>
    <w:p>
      <w:r>
        <w:rPr>
          <w:rFonts w:ascii="Courier New" w:hAnsi="Courier New"/>
          <w:color w:val="555555"/>
          <w:sz w:val="20"/>
        </w:rPr>
        <w:t>[15]</w:t>
      </w:r>
    </w:p>
    <w:p>
      <w:r>
        <w:rPr>
          <w:rFonts w:ascii="Gentium Plus" w:hAnsi="Gentium Plus"/>
          <w:sz w:val="24"/>
        </w:rPr>
        <w:t>Α. Ἐκ πλειόνων δὲ, τίς λόγος, ἀπιστουμένων</w:t>
      </w:r>
    </w:p>
    <w:p>
      <w:r>
        <w:rPr>
          <w:rFonts w:ascii="Courier New" w:hAnsi="Courier New"/>
          <w:color w:val="555555"/>
          <w:sz w:val="20"/>
        </w:rPr>
        <w:t>[803]</w:t>
      </w:r>
    </w:p>
    <w:p>
      <w:r>
        <w:rPr>
          <w:rFonts w:ascii="Gentium Plus" w:hAnsi="Gentium Plus"/>
          <w:sz w:val="24"/>
        </w:rPr>
        <w:t>Β. Οὐδεὶς, ἔμοι γε φαίνεται. Α. Παύσεις ποτὲ Πλούτου κακίστου βέλτιον; Οὔκουν ὀμῇ τὰ πάντα, οὐδὲ πάντοτε, Ἔσθων, κυβεύων,</w:t>
      </w:r>
    </w:p>
    <w:p>
      <w:r>
        <w:rPr>
          <w:rFonts w:ascii="Courier New" w:hAnsi="Courier New"/>
          <w:color w:val="555555"/>
          <w:sz w:val="20"/>
        </w:rPr>
        <w:t>[5]</w:t>
      </w:r>
    </w:p>
    <w:p>
      <w:r>
        <w:rPr>
          <w:rFonts w:ascii="Gentium Plus" w:hAnsi="Gentium Plus"/>
          <w:sz w:val="24"/>
        </w:rPr>
        <w:t>Πλέων, ὁδεύων, δυστυχῶν, εὐημερῶν, Ἀπεμπολῶν, τὶ κτώμενος, Χαίρων, στενάζων, ἐν φίλοις, ἐν συμπόταις, Ἐμῶν τὸν ὅρκον, Ὡς οἱ τροφῆς τε καὶ ποτοῦ πεπλησμένοι.</w:t>
      </w:r>
    </w:p>
    <w:p>
      <w:r>
        <w:rPr>
          <w:rFonts w:ascii="Courier New" w:hAnsi="Courier New"/>
          <w:color w:val="555555"/>
          <w:sz w:val="20"/>
        </w:rPr>
        <w:t>[10]</w:t>
      </w:r>
    </w:p>
    <w:p>
      <w:r>
        <w:rPr>
          <w:rFonts w:ascii="Gentium Plus" w:hAnsi="Gentium Plus"/>
          <w:sz w:val="24"/>
        </w:rPr>
        <w:t>Β. Πολλῆς τὸ πρᾶγμα συμφορᾶς. Α. Ἀλλ’ οὐδὲ πάντων εἴνεχ’, ὡς ἁλώσιμος, Ἐπὰν κρατηθῇς Ἔργου, λόγου, σκιᾶς τε καὶ τυραννίδος. Β. Ὡς γοῦν τὰ πολλὰ φαίνεται.</w:t>
      </w:r>
    </w:p>
    <w:p>
      <w:r>
        <w:rPr>
          <w:rFonts w:ascii="Courier New" w:hAnsi="Courier New"/>
          <w:color w:val="555555"/>
          <w:sz w:val="20"/>
        </w:rPr>
        <w:t>[804]</w:t>
      </w:r>
    </w:p>
    <w:p>
      <w:r>
        <w:rPr>
          <w:rFonts w:ascii="Gentium Plus" w:hAnsi="Gentium Plus"/>
          <w:sz w:val="24"/>
        </w:rPr>
        <w:t>Α. Τὰ πάνθ’ ὑβρίζεις, καὶ Θεὸν καὶ πράγματα. Β. Πῶς δὴ τὰ πάντα; Α. Εἰς ἓν τὰ πάντα συντιθεὶς, οὐκ ὄντ’ ἴσα. Σπάρτος τόδ’ ἐστὶν ἡνίας.</w:t>
      </w:r>
    </w:p>
    <w:p>
      <w:r>
        <w:rPr>
          <w:rFonts w:ascii="Courier New" w:hAnsi="Courier New"/>
          <w:color w:val="555555"/>
          <w:sz w:val="20"/>
        </w:rPr>
        <w:t>[5]</w:t>
      </w:r>
    </w:p>
    <w:p>
      <w:r>
        <w:rPr>
          <w:rFonts w:ascii="Gentium Plus" w:hAnsi="Gentium Plus"/>
          <w:sz w:val="24"/>
        </w:rPr>
        <w:t>Τί δ’; οὐχὶ, φήσεις, καὶ Θεός ποτ’ ὀμνύων Εὑρίσκεθ’ ἡμῖν, Ὡς αἱ Γραφαὶ γοῦν; Ἢ τί καὶ κρεῖσσον Θεοῦ; Β. Τὶ κρεῖσσον οὐχ εὑρίσκεται. Α. Εἰ δ’ οὔτι κρεῖσσον, οὐδ’ ἂν ὀμνύοι ποτέ.</w:t>
      </w:r>
    </w:p>
    <w:p>
      <w:r>
        <w:rPr>
          <w:rFonts w:ascii="Courier New" w:hAnsi="Courier New"/>
          <w:color w:val="555555"/>
          <w:sz w:val="20"/>
        </w:rPr>
        <w:t>[10]</w:t>
      </w:r>
    </w:p>
    <w:p>
      <w:r>
        <w:rPr>
          <w:rFonts w:ascii="Gentium Plus" w:hAnsi="Gentium Plus"/>
          <w:sz w:val="24"/>
        </w:rPr>
        <w:t>Β. Πῶς οὖν λέγουσι; Α. Λέγει τι, τοῦτο δ’ ὅρκος ἐστὶ τοῦ Θεοῦ. Β. Πῶς οὖν καθ’ ἑαυτοῦ λέγεται; Α. Πῶς; οὐδ’ ἂν εἴη παντελῶς, εἰ ψεύδεται;</w:t>
      </w:r>
    </w:p>
    <w:p>
      <w:r>
        <w:rPr>
          <w:rFonts w:ascii="Courier New" w:hAnsi="Courier New"/>
          <w:color w:val="555555"/>
          <w:sz w:val="20"/>
        </w:rPr>
        <w:t>[805]</w:t>
      </w:r>
    </w:p>
    <w:p>
      <w:r>
        <w:rPr>
          <w:rFonts w:ascii="Gentium Plus" w:hAnsi="Gentium Plus"/>
          <w:sz w:val="24"/>
        </w:rPr>
        <w:t>Α. Φύσις γάρ ἐστι καὶ τὸ ἀψευδεῖν Θεοῦ· Οὐκ ἔστιν ὅστις ἀντερεῖ. Β. Τί δ’ ἡ Παλαιά; Α. Οὐ τὸν ὅρκον κωλύει, Ζητεῖ δ’ ἀληθῆ.</w:t>
      </w:r>
    </w:p>
    <w:p>
      <w:r>
        <w:rPr>
          <w:rFonts w:ascii="Courier New" w:hAnsi="Courier New"/>
          <w:color w:val="555555"/>
          <w:sz w:val="20"/>
        </w:rPr>
        <w:t>[5]</w:t>
      </w:r>
    </w:p>
    <w:p>
      <w:r>
        <w:rPr>
          <w:rFonts w:ascii="Gentium Plus" w:hAnsi="Gentium Plus"/>
          <w:sz w:val="24"/>
        </w:rPr>
        <w:t>Καὶ γὰρ φονεύειν τηνικαῦτ’ ἦν ἔννομον, Νῦν δ’ οὐδὲ παίειν. Β. Τοῦ χάριν; Α. Τόθ’ ἡ τελευτὴ τῶν κακῶν ἐκρίνετο, Νῦν καὶ τὸ κινοῦν. Β. Οὕτω δοκεῖ μοι. Καὶ γὰρ ἦλθ’ ἐπὶ πλέον.</w:t>
      </w:r>
    </w:p>
    <w:p>
      <w:r>
        <w:rPr>
          <w:rFonts w:ascii="Courier New" w:hAnsi="Courier New"/>
          <w:color w:val="555555"/>
          <w:sz w:val="20"/>
        </w:rPr>
        <w:t>[10]</w:t>
      </w:r>
    </w:p>
    <w:p>
      <w:r>
        <w:rPr>
          <w:rFonts w:ascii="Gentium Plus" w:hAnsi="Gentium Plus"/>
          <w:sz w:val="24"/>
        </w:rPr>
        <w:t>Α. Ὥστ’ οὐδ’ ὀμεῖται σωφρονῶν Β. Τί οὖν; δέδωκας ἔστιν οἷς, ὡς νηπίοις, Τροφῆς τὰ πρῶτα, Ὡς ἂν λάβωσι καὶ τροφὴν τὴν ὕστερον; Α. Ὀρθῶς γε καὶ σοφώτατα.</w:t>
      </w:r>
    </w:p>
    <w:p>
      <w:r>
        <w:rPr>
          <w:rFonts w:ascii="Courier New" w:hAnsi="Courier New"/>
          <w:color w:val="555555"/>
          <w:sz w:val="20"/>
        </w:rPr>
        <w:t>[806]</w:t>
      </w:r>
    </w:p>
    <w:p>
      <w:r>
        <w:rPr>
          <w:rFonts w:ascii="Gentium Plus" w:hAnsi="Gentium Plus"/>
          <w:sz w:val="24"/>
        </w:rPr>
        <w:t>Β. Καὶ Παῦλος ὤμνυ, φασί. Α. Τίς τόδ’ εἶπέ σοι· Ὡς λῆρος ἦν τις! Β. «Μάρτυς Θεός μοι,» καὶ, «Θεὸς τόδ’ ἱστορεῖ,» Ταῦτ’ οὐκ ἦν ὅρκου; Α. Καὶ τίνος;</w:t>
      </w:r>
    </w:p>
    <w:p>
      <w:r>
        <w:rPr>
          <w:rFonts w:ascii="Courier New" w:hAnsi="Courier New"/>
          <w:color w:val="555555"/>
          <w:sz w:val="20"/>
        </w:rPr>
        <w:t>[5]</w:t>
      </w:r>
    </w:p>
    <w:p>
      <w:r>
        <w:rPr>
          <w:rFonts w:ascii="Gentium Plus" w:hAnsi="Gentium Plus"/>
          <w:sz w:val="24"/>
        </w:rPr>
        <w:t>Πίστωσις ἐστι τοῖς τοσούτοις ἀῤῥαγής, Β. Ἐμοὶ δὲ δώσεις; Α. Καὶ πάντα μοι γένοιο Παῦλος εἰς σθένος. Στάθμη δικαία τοῦτό γε. Β. Θυμός τι λήψετ’; Α. Εὖγε, τηνικαῦτα δὴ,</w:t>
      </w:r>
    </w:p>
    <w:p>
      <w:r>
        <w:rPr>
          <w:rFonts w:ascii="Courier New" w:hAnsi="Courier New"/>
          <w:color w:val="555555"/>
          <w:sz w:val="20"/>
        </w:rPr>
        <w:t>[10]</w:t>
      </w:r>
    </w:p>
    <w:p>
      <w:r>
        <w:rPr>
          <w:rFonts w:ascii="Gentium Plus" w:hAnsi="Gentium Plus"/>
          <w:sz w:val="24"/>
        </w:rPr>
        <w:t>Ἐπάν τι συμβῇ. Ἁπλοῦν κακόν τι χεῖρον, ἢ δισσὸν δοκεῖ; Οἷον τόδ’ ἐστί· Τὸ δ’ οὐ προκληθέντ’ ἀθρόως ὅρκῳ πεσεῖν.</w:t>
      </w:r>
    </w:p>
    <w:p>
      <w:r>
        <w:rPr>
          <w:rFonts w:ascii="Courier New" w:hAnsi="Courier New"/>
          <w:color w:val="555555"/>
          <w:sz w:val="20"/>
        </w:rPr>
        <w:t>[807]</w:t>
      </w:r>
    </w:p>
    <w:p>
      <w:r>
        <w:rPr>
          <w:rFonts w:ascii="Gentium Plus" w:hAnsi="Gentium Plus"/>
          <w:sz w:val="24"/>
        </w:rPr>
        <w:t>Α. Τί δ’, ἂν προκληθεὶς, ἄλλο χεῖρον εἰργάσω; Β. Τοῦτ’ αὐτὸ δή που. Εἰ δ’ ἐξ ἀγνοίας; Α. Μεῖον. Ἀλλ’ ὑπεύθυνος, Ὧν ἦν τὸ κίνημ’ ἐξ ἐμοῦ.</w:t>
      </w:r>
    </w:p>
    <w:p>
      <w:r>
        <w:rPr>
          <w:rFonts w:ascii="Courier New" w:hAnsi="Courier New"/>
          <w:color w:val="555555"/>
          <w:sz w:val="20"/>
        </w:rPr>
        <w:t>[5]</w:t>
      </w:r>
    </w:p>
    <w:p>
      <w:r>
        <w:rPr>
          <w:rFonts w:ascii="Gentium Plus" w:hAnsi="Gentium Plus"/>
          <w:sz w:val="24"/>
        </w:rPr>
        <w:t>Β. Εἰ δ’ οὐκ ἄκων μὲν, κινδύνων δ’ ἐλευθερῶν; Α. Ἄλλος δότω τις. Β. Εἰ δ’ ἐγγράφοι τις, ὅρκον οὐκ ὀμωμοκώς; Α. Τί οὖν τὸ γράμμα βούλεται; Χειρόγραφον δὲ τῶν δεσμῶν δεσμεῖ πλέον.</w:t>
      </w:r>
    </w:p>
    <w:p>
      <w:r>
        <w:rPr>
          <w:rFonts w:ascii="Courier New" w:hAnsi="Courier New"/>
          <w:color w:val="555555"/>
          <w:sz w:val="20"/>
        </w:rPr>
        <w:t>[10]</w:t>
      </w:r>
    </w:p>
    <w:p>
      <w:r>
        <w:rPr>
          <w:rFonts w:ascii="Gentium Plus" w:hAnsi="Gentium Plus"/>
          <w:sz w:val="24"/>
        </w:rPr>
        <w:t>Β. Εἰ δ’ ἐξ ἀνάγκης; Α. Πῶς οὐ τέθνηκ’; ἐχρῆν δὲ πρόσθεν καὶ θανεῖν. Β. Εἰ δ’ οὐ Γραφῶν προκειμένων; Α. Σελὶς τὸ σεπτὸν, ἢ Θεὸς χαρίζεται; Β. Δῆλον τόδ’ ἐστί.</w:t>
      </w:r>
    </w:p>
    <w:p>
      <w:r>
        <w:rPr>
          <w:rFonts w:ascii="Courier New" w:hAnsi="Courier New"/>
          <w:color w:val="555555"/>
          <w:sz w:val="20"/>
        </w:rPr>
        <w:t>[15]</w:t>
      </w:r>
    </w:p>
    <w:p>
      <w:r>
        <w:rPr>
          <w:rFonts w:ascii="Gentium Plus" w:hAnsi="Gentium Plus"/>
          <w:sz w:val="24"/>
        </w:rPr>
        <w:t>Α. Φοβῇ τὸ δέρμα, τὸν Θεὸν δ’ ἐγὼ πλέον.</w:t>
      </w:r>
    </w:p>
    <w:p>
      <w:r>
        <w:rPr>
          <w:rFonts w:ascii="Courier New" w:hAnsi="Courier New"/>
          <w:color w:val="555555"/>
          <w:sz w:val="20"/>
        </w:rPr>
        <w:t>[808]</w:t>
      </w:r>
    </w:p>
    <w:p>
      <w:r>
        <w:rPr>
          <w:rFonts w:ascii="Gentium Plus" w:hAnsi="Gentium Plus"/>
          <w:sz w:val="24"/>
        </w:rPr>
        <w:t>Β. Πολλοῖς συνήθης ἡ νόσος. Α. Πολλοῖς τόδ’ ἐστίν· οἷον εἴ τις δεσπότην Παίων, ἀτιμῶν, Τὸν δοῦλον ἢ ἀφεῖτο, ἢ τιμᾷν θέλοι.</w:t>
      </w:r>
    </w:p>
    <w:p>
      <w:r>
        <w:rPr>
          <w:rFonts w:ascii="Courier New" w:hAnsi="Courier New"/>
          <w:color w:val="555555"/>
          <w:sz w:val="20"/>
        </w:rPr>
        <w:t>[5]</w:t>
      </w:r>
    </w:p>
    <w:p>
      <w:r>
        <w:rPr>
          <w:rFonts w:ascii="Gentium Plus" w:hAnsi="Gentium Plus"/>
          <w:sz w:val="24"/>
        </w:rPr>
        <w:t>Β. Πολλῆς γε τῆς ἀτιμίας! Α. Ἢ καὶ βασιλέως εἰκόνα σώζοιτό τις, Αὐτὸν καθαιρῶν. Β. Ἔχει μὲν οὕτω. Τοῦτο προστίθει δ’ ἔτι, Εἴπερ τι λείπει τῷ λόγῳ.</w:t>
      </w:r>
    </w:p>
    <w:p>
      <w:r>
        <w:rPr>
          <w:rFonts w:ascii="Courier New" w:hAnsi="Courier New"/>
          <w:color w:val="555555"/>
          <w:sz w:val="20"/>
        </w:rPr>
        <w:t>[10]</w:t>
      </w:r>
    </w:p>
    <w:p>
      <w:r>
        <w:rPr>
          <w:rFonts w:ascii="Gentium Plus" w:hAnsi="Gentium Plus"/>
          <w:sz w:val="24"/>
        </w:rPr>
        <w:t>Α. Ἡ γλῶσς’ ὀμώμοχ’, ἡ δὲ φρὴν ἀνώμοτος, Πολλοὶ λέγουσιν. Ἅπαντα πρόσθεν, ἢ ὅρκος, σοφίζεται. Μηδεὶς πλανάσθω μηδόλως. Ὅρκος μέν ἐστιν, ἡ δὲ διπλόη πόσον</w:t>
      </w:r>
    </w:p>
    <w:p>
      <w:r>
        <w:rPr>
          <w:rFonts w:ascii="Courier New" w:hAnsi="Courier New"/>
          <w:color w:val="555555"/>
          <w:sz w:val="20"/>
        </w:rPr>
        <w:t>[15]</w:t>
      </w:r>
    </w:p>
    <w:p>
      <w:r>
        <w:rPr>
          <w:rFonts w:ascii="Gentium Plus" w:hAnsi="Gentium Plus"/>
          <w:sz w:val="24"/>
        </w:rPr>
        <w:t>Κακὸν πρόσεστι!</w:t>
      </w:r>
    </w:p>
    <w:p>
      <w:r>
        <w:rPr>
          <w:rFonts w:ascii="Courier New" w:hAnsi="Courier New"/>
          <w:color w:val="555555"/>
          <w:sz w:val="20"/>
        </w:rPr>
        <w:t>[809]</w:t>
      </w:r>
    </w:p>
    <w:p>
      <w:r>
        <w:rPr>
          <w:rFonts w:ascii="Gentium Plus" w:hAnsi="Gentium Plus"/>
          <w:sz w:val="24"/>
        </w:rPr>
        <w:t>Β. Σκοπῶ. Τί δ’ ὅρκος; Α. Τῶν δεδογμένων ὁ νοῦς. Β. Ἔφριξ’ ἀκούων οἷς λέγεις. Α. Λέγεις μέν. Οὔπω δ’ οἶδα πρὶν πείρᾳ μάθω. Πίστις γὰρ ἔργον.</w:t>
      </w:r>
    </w:p>
    <w:p>
      <w:r>
        <w:rPr>
          <w:rFonts w:ascii="Courier New" w:hAnsi="Courier New"/>
          <w:color w:val="555555"/>
          <w:sz w:val="20"/>
        </w:rPr>
        <w:t>[5]</w:t>
      </w:r>
    </w:p>
    <w:p>
      <w:r>
        <w:rPr>
          <w:rFonts w:ascii="Gentium Plus" w:hAnsi="Gentium Plus"/>
          <w:sz w:val="24"/>
        </w:rPr>
        <w:t>Φρίσσουσι μέν τοι καὶ σύες παραυτίκα, Συὸς βοῶντος. Β. Ὧδ’ ἔχει. Α. Ἀλλ’ οὐ μέγ’ οὐδέν. Εἰ δὲ καρδίας λόγος Ἅψαιτ’, ἐπαινῶ. Β. Τί δ’; οὐ τὸ λοῦτρόν ἐστί μοι καθάρσιον;</w:t>
      </w:r>
    </w:p>
    <w:p>
      <w:r>
        <w:rPr>
          <w:rFonts w:ascii="Courier New" w:hAnsi="Courier New"/>
          <w:color w:val="555555"/>
          <w:sz w:val="20"/>
        </w:rPr>
        <w:t>[10]</w:t>
      </w:r>
    </w:p>
    <w:p>
      <w:r>
        <w:rPr>
          <w:rFonts w:ascii="Gentium Plus" w:hAnsi="Gentium Plus"/>
          <w:sz w:val="24"/>
        </w:rPr>
        <w:t>Α. Ἔστι. Σκόπει δέ. Β. Τί σκοπῶ; Α. Οὐ τοῦ τρόπου πάντως γε, τῶν δ’ ἐπταισμένων Β. Τρόπου δὲ, πῶς ἄν; Α. Οὕτω μόνως ἂν, ἤν τι καὶ προεκπλύνῃ. Β. Νοῶ. Α. Φόβος γὰρ τοῦ πρόσω·</w:t>
      </w:r>
    </w:p>
    <w:p>
      <w:r>
        <w:rPr>
          <w:rFonts w:ascii="Courier New" w:hAnsi="Courier New"/>
          <w:color w:val="555555"/>
          <w:sz w:val="20"/>
        </w:rPr>
        <w:t>[15]</w:t>
      </w:r>
    </w:p>
    <w:p>
      <w:r>
        <w:rPr>
          <w:rFonts w:ascii="Gentium Plus" w:hAnsi="Gentium Plus"/>
          <w:sz w:val="24"/>
        </w:rPr>
        <w:t>Πολλῶν δὲ συγχώρησις οὐ τιμητέα.</w:t>
      </w:r>
    </w:p>
    <w:p>
      <w:r>
        <w:rPr>
          <w:rFonts w:ascii="Courier New" w:hAnsi="Courier New"/>
          <w:color w:val="555555"/>
          <w:sz w:val="20"/>
        </w:rPr>
        <w:t>[810]</w:t>
      </w:r>
    </w:p>
    <w:p>
      <w:r>
        <w:rPr>
          <w:rFonts w:ascii="Gentium Plus" w:hAnsi="Gentium Plus"/>
          <w:sz w:val="24"/>
        </w:rPr>
        <w:t>Β. Πῶς ἂν τόδ’ εἴποι; Α. Μή που δέησις δευτέρου καθαρσίου; Β. Τί δ’ ἔστι τοῦτο; γνώρισον. Α. Ἔστι δὲ μακρῶν δακρύων καὶ τήξεως.</w:t>
      </w:r>
    </w:p>
    <w:p>
      <w:r>
        <w:rPr>
          <w:rFonts w:ascii="Courier New" w:hAnsi="Courier New"/>
          <w:color w:val="555555"/>
          <w:sz w:val="20"/>
        </w:rPr>
        <w:t>[5]</w:t>
      </w:r>
    </w:p>
    <w:p>
      <w:r>
        <w:rPr>
          <w:rFonts w:ascii="Gentium Plus" w:hAnsi="Gentium Plus"/>
          <w:sz w:val="24"/>
        </w:rPr>
        <w:t>Β. Μή μοι γένοιτο. Α. Δεινὸν προέσθαι δῶρον εὐκολώτερον. Β. Πλάκες τάδ’ εἰσὶ τοῦ Θεοῦ Α. Θεοῦ γάρ εἰσιν· ἐγγράφοις δὲ καρδίας Πλαξί γε τῆς σῆς.</w:t>
      </w:r>
    </w:p>
    <w:p>
      <w:r>
        <w:rPr>
          <w:rFonts w:ascii="Courier New" w:hAnsi="Courier New"/>
          <w:color w:val="555555"/>
          <w:sz w:val="20"/>
        </w:rPr>
        <w:t>[10]</w:t>
      </w:r>
    </w:p>
    <w:p>
      <w:r>
        <w:rPr>
          <w:rFonts w:ascii="Gentium Plus" w:hAnsi="Gentium Plus"/>
          <w:sz w:val="24"/>
        </w:rPr>
        <w:t>Βούλει μαθεῖν ὡς τοῦτο τοῦ φθόνου πάλη, Τοῖς σοῖς φθονοῦντος δεξιοῖς; Β. Εἰπὼν ὀνήσεις· πολλὰ γὰρ παλαίομαι. Α. Ἄκουε. Β. Φάσκε. Α. Ἤκουσά σου λέγοντος οὐκ ἀδακρυτί.</w:t>
      </w:r>
    </w:p>
    <w:p>
      <w:r>
        <w:rPr>
          <w:rFonts w:ascii="Courier New" w:hAnsi="Courier New"/>
          <w:color w:val="555555"/>
          <w:sz w:val="20"/>
        </w:rPr>
        <w:t>[15]</w:t>
      </w:r>
    </w:p>
    <w:p>
      <w:r>
        <w:rPr>
          <w:rFonts w:ascii="Gentium Plus" w:hAnsi="Gentium Plus"/>
          <w:sz w:val="24"/>
        </w:rPr>
        <w:t>Β. Τί τοῦτο; οὐκ ἀρνήσομαι.</w:t>
      </w:r>
    </w:p>
    <w:p>
      <w:r>
        <w:rPr>
          <w:rFonts w:ascii="Courier New" w:hAnsi="Courier New"/>
          <w:color w:val="555555"/>
          <w:sz w:val="20"/>
        </w:rPr>
        <w:t>[811]</w:t>
      </w:r>
    </w:p>
    <w:p>
      <w:r>
        <w:rPr>
          <w:rFonts w:ascii="Gentium Plus" w:hAnsi="Gentium Plus"/>
          <w:sz w:val="24"/>
        </w:rPr>
        <w:t>Α. Ὡς ἤν ποτ’ εἰπὼν ὀντινοῦν λόγον τύχω, Ὅρκον δὲ μὴ θῶ, Ὡς οὐ τελείοις τοῖς λόγοις αἰσχύνομαι. Β. Τοῦτ’ ἔστ’ ἐκεῖνο ἐμφανῶς.</w:t>
      </w:r>
    </w:p>
    <w:p>
      <w:r>
        <w:rPr>
          <w:rFonts w:ascii="Courier New" w:hAnsi="Courier New"/>
          <w:color w:val="555555"/>
          <w:sz w:val="20"/>
        </w:rPr>
        <w:t>[5]</w:t>
      </w:r>
    </w:p>
    <w:p>
      <w:r>
        <w:rPr>
          <w:rFonts w:ascii="Gentium Plus" w:hAnsi="Gentium Plus"/>
          <w:sz w:val="24"/>
        </w:rPr>
        <w:t>Α. Τὸ λεῖπον αὐτὸς προστιθῇς σὺ τῷ λόγῳ Τόδ’ ἐστὶν ὅρκος, Κακὸν πλήρωμα τῆς δεινῆς φλογός. Πλάτων δὲ ποιεῖ καὶ τόδε Ὡς μὴ θεόν τιν’ ὀμνύειν τηρῶν σέβας.</w:t>
      </w:r>
    </w:p>
    <w:p>
      <w:r>
        <w:rPr>
          <w:rFonts w:ascii="Courier New" w:hAnsi="Courier New"/>
          <w:color w:val="555555"/>
          <w:sz w:val="20"/>
        </w:rPr>
        <w:t>[10]</w:t>
      </w:r>
    </w:p>
    <w:p>
      <w:r>
        <w:rPr>
          <w:rFonts w:ascii="Gentium Plus" w:hAnsi="Gentium Plus"/>
          <w:sz w:val="24"/>
        </w:rPr>
        <w:t>Β. Εὖ οἶδ’ ὃ φήσεις. Α. Ἦν τις πλάτανος, καθ’ ἧς ὤμνυ καὶ μόνης, Ἀλλ’ οὐδὲ ταύτης εὐστόχως. Ἀλλ’ οἶδεν ᾗ τὸν, τίνα δ’, οὐ προσῆν ἔτι.</w:t>
      </w:r>
    </w:p>
    <w:p>
      <w:r>
        <w:rPr>
          <w:rFonts w:ascii="Courier New" w:hAnsi="Courier New"/>
          <w:color w:val="555555"/>
          <w:sz w:val="20"/>
        </w:rPr>
        <w:t>[812]</w:t>
      </w:r>
    </w:p>
    <w:p>
      <w:r>
        <w:rPr>
          <w:rFonts w:ascii="Gentium Plus" w:hAnsi="Gentium Plus"/>
          <w:sz w:val="24"/>
        </w:rPr>
        <w:t>Τί τοῦτο δ’ ἔστιν Ὅρκου σκιά τις, ἔμφασίς τ’ ἀνώνυμος. Β. Ἄνορκος ὅρκος. Ὡς ξένον! Α. Μὰ τὸ δαιμόνιον οἱ σοφοί. Β. Πανορκία</w:t>
      </w:r>
    </w:p>
    <w:p>
      <w:r>
        <w:rPr>
          <w:rFonts w:ascii="Courier New" w:hAnsi="Courier New"/>
          <w:color w:val="555555"/>
          <w:sz w:val="20"/>
        </w:rPr>
        <w:t>[5]</w:t>
      </w:r>
    </w:p>
    <w:p>
      <w:r>
        <w:rPr>
          <w:rFonts w:ascii="Gentium Plus" w:hAnsi="Gentium Plus"/>
          <w:sz w:val="24"/>
        </w:rPr>
        <w:t>Τοῦτ’ ἔστιν ἤδη. Α. Πέρας τόδ’ ἔστω τοῦ λόγου. Β. Διψῶντά με Λείψειν ἀπειλεῖς ὡς τάχος. Α. Εἰ μέν τοι μικρὸν ὅρκος εἶναί σοι δοκεῖ, Τοῦτ’ οὐκ ἐπαινῶ.</w:t>
      </w:r>
    </w:p>
    <w:p>
      <w:r>
        <w:rPr>
          <w:rFonts w:ascii="Courier New" w:hAnsi="Courier New"/>
          <w:color w:val="555555"/>
          <w:sz w:val="20"/>
        </w:rPr>
        <w:t>[10]</w:t>
      </w:r>
    </w:p>
    <w:p>
      <w:r>
        <w:rPr>
          <w:rFonts w:ascii="Gentium Plus" w:hAnsi="Gentium Plus"/>
          <w:sz w:val="24"/>
        </w:rPr>
        <w:t>Εἰ δ’ ἔστιν, ὥσπερ ἐστὶ, τῶν φρικτῶν λίαν, Κἀγώ τι τολμῶ τῶν καλῶν· Αὐτόν γέ σοι τὸν ὅρκον, ὅρκους ἐκτρέπου.</w:t>
      </w:r>
    </w:p>
    <w:p>
      <w:r>
        <w:rPr>
          <w:rFonts w:ascii="Courier New" w:hAnsi="Courier New"/>
          <w:color w:val="555555"/>
          <w:sz w:val="20"/>
        </w:rPr>
        <w:t>[813]</w:t>
      </w:r>
    </w:p>
    <w:p>
      <w:r>
        <w:rPr>
          <w:rFonts w:ascii="Gentium Plus" w:hAnsi="Gentium Plus"/>
          <w:sz w:val="24"/>
        </w:rPr>
        <w:t>Α. Εἰ τοῦτ’ ἔχοιμι, Χριστέ μου, σὲ δοξάζω Τὸν θαυματουργὸν, ὡς παρός. Πάντες δ’ ὁμοῤῥοθοῦντες εἴπωμεν τάδε, Ἀμὴν, γένοιτο.</w:t>
      </w:r>
    </w:p>
    <w:p>
      <w:r>
        <w:rPr>
          <w:rFonts w:ascii="Courier New" w:hAnsi="Courier New"/>
          <w:color w:val="555555"/>
          <w:sz w:val="20"/>
        </w:rPr>
        <w:t>[5t]</w:t>
      </w:r>
    </w:p>
    <w:p>
      <w:pPr>
        <w:jc w:val="center"/>
      </w:pPr>
      <w:r>
        <w:rPr>
          <w:rFonts w:ascii="Gentium Plus" w:hAnsi="Gentium Plus"/>
          <w:b/>
          <w:sz w:val="24"/>
        </w:rPr>
        <w:t>ΚΕʹ. Κατὰ θυμοῦ.</w:t>
      </w:r>
    </w:p>
    <w:p>
      <w:r>
        <w:rPr>
          <w:rFonts w:ascii="Courier New" w:hAnsi="Courier New"/>
          <w:color w:val="555555"/>
          <w:sz w:val="20"/>
        </w:rPr>
        <w:t>[6]</w:t>
      </w:r>
    </w:p>
    <w:p>
      <w:r>
        <w:rPr>
          <w:rFonts w:ascii="Gentium Plus" w:hAnsi="Gentium Plus"/>
          <w:sz w:val="24"/>
        </w:rPr>
        <w:t>Θυμῷ χολοῦμαι τῷ συνοίκῳ δαίμονι, Οὗτος δίκαιος τῶν χόλων ἐμοὶ μόνος, Εἰ δεῖ τε καὶ πάσχειν γε τῶν εἰωθότων. Ἐπεὶ γὰρ ὅρκον τῷ λόγῳ κατείχομεν,</w:t>
      </w:r>
    </w:p>
    <w:p>
      <w:r>
        <w:rPr>
          <w:rFonts w:ascii="Courier New" w:hAnsi="Courier New"/>
          <w:color w:val="555555"/>
          <w:sz w:val="20"/>
        </w:rPr>
        <w:t>[10]</w:t>
      </w:r>
    </w:p>
    <w:p>
      <w:r>
        <w:rPr>
          <w:rFonts w:ascii="Gentium Plus" w:hAnsi="Gentium Plus"/>
          <w:sz w:val="24"/>
        </w:rPr>
        <w:t>Σιγῆς φέροντες καρπὸν ἄξιον λόγου· Πάμπαν τιν’ ὅρκου ῥίζαν εἰδότες χόλον, Πολλαῖς σὺν ἄλλαις, αἷς τὸ δεινὸν φύεται,</w:t>
      </w:r>
    </w:p>
    <w:p>
      <w:r>
        <w:rPr>
          <w:rFonts w:ascii="Courier New" w:hAnsi="Courier New"/>
          <w:color w:val="555555"/>
          <w:sz w:val="20"/>
        </w:rPr>
        <w:t>[814]</w:t>
      </w:r>
    </w:p>
    <w:p>
      <w:r>
        <w:rPr>
          <w:rFonts w:ascii="Gentium Plus" w:hAnsi="Gentium Plus"/>
          <w:sz w:val="24"/>
        </w:rPr>
        <w:t>Τὴν ἀγριωτάτην τε καὶ μελαντάτην· Καὶ τὴν, Θεοῦ διδόντος, ἐξαιρήσομεν, Τέμνοντες, ὡς οἷόν τε, τῇ λόγου τομῇ. Αἰτῶ καὶ πρῶτον, μὴ χολοῦσθαι τῷ λόγῳ.</w:t>
      </w:r>
    </w:p>
    <w:p>
      <w:r>
        <w:rPr>
          <w:rFonts w:ascii="Courier New" w:hAnsi="Courier New"/>
          <w:color w:val="555555"/>
          <w:sz w:val="20"/>
        </w:rPr>
        <w:t>[5]</w:t>
      </w:r>
    </w:p>
    <w:p>
      <w:r>
        <w:rPr>
          <w:rFonts w:ascii="Gentium Plus" w:hAnsi="Gentium Plus"/>
          <w:sz w:val="24"/>
        </w:rPr>
        <w:t>Οὕτω γάρ ἐστιν ἡ νόσος τῶν ἀσχέτων, Ὥστ’ ἀγριοῦσθαι πολλάκις καὶ ταῖς σκιαῖς, Αὐτοῖς τε τοῖς σφῶν γνησίοις παραινέταις. Δεῖ δ’, ὡς ἔοικε, μή τι μαλθακὸν λέγειν, Κακοῦ τοσούτου τῷ λόγῳ προκειμένου·</w:t>
      </w:r>
    </w:p>
    <w:p>
      <w:r>
        <w:rPr>
          <w:rFonts w:ascii="Courier New" w:hAnsi="Courier New"/>
          <w:color w:val="555555"/>
          <w:sz w:val="20"/>
        </w:rPr>
        <w:t>[10]</w:t>
      </w:r>
    </w:p>
    <w:p>
      <w:r>
        <w:rPr>
          <w:rFonts w:ascii="Gentium Plus" w:hAnsi="Gentium Plus"/>
          <w:sz w:val="24"/>
        </w:rPr>
        <w:t>Ἀλλ’ ὡς πυρὸς βρέμοντος ἀγρίαν φλόγα, Πηδῶντος, αἰθύσσοντος ἐντινάγμασι</w:t>
      </w:r>
    </w:p>
    <w:p>
      <w:r>
        <w:rPr>
          <w:rFonts w:ascii="Courier New" w:hAnsi="Courier New"/>
          <w:color w:val="555555"/>
          <w:sz w:val="20"/>
        </w:rPr>
        <w:t>[815]</w:t>
      </w:r>
    </w:p>
    <w:p>
      <w:r>
        <w:rPr>
          <w:rFonts w:ascii="Gentium Plus" w:hAnsi="Gentium Plus"/>
          <w:sz w:val="24"/>
        </w:rPr>
        <w:t>Λάορως ἀεὶ τὰ πρόσθεν οἰκειουμένου, Ὕδωρ, κόνιν πέμποντας εὐνάσαι βίᾳ· Ἢ θῆρα λόχμης ἐκφανέντα συσκίου, Φρίσσοντα, πῦρ βλέποντα, ἐξαφρούμενον,</w:t>
      </w:r>
    </w:p>
    <w:p>
      <w:r>
        <w:rPr>
          <w:rFonts w:ascii="Courier New" w:hAnsi="Courier New"/>
          <w:color w:val="555555"/>
          <w:sz w:val="20"/>
        </w:rPr>
        <w:t>[5]</w:t>
      </w:r>
    </w:p>
    <w:p>
      <w:r>
        <w:rPr>
          <w:rFonts w:ascii="Gentium Plus" w:hAnsi="Gentium Plus"/>
          <w:sz w:val="24"/>
        </w:rPr>
        <w:t>Μάχης ἐρῶντα, καὶ φόνων καὶ πτωμάτων, Λόγχαις, κυνηγοῖς, σφενδόναις καταιχμάσαι Ἴσως ἂν οὕτω τοῦ πάθους γενοίμεθα Κρείσσους, Θεοῦ διδόντος, ἤ τι μετρίως Σχοίημεν. Οὐδὲ τοῦτο τῶν μικρῶν ἐμοὶ,</w:t>
      </w:r>
    </w:p>
    <w:p>
      <w:r>
        <w:rPr>
          <w:rFonts w:ascii="Courier New" w:hAnsi="Courier New"/>
          <w:color w:val="555555"/>
          <w:sz w:val="20"/>
        </w:rPr>
        <w:t>[10]</w:t>
      </w:r>
    </w:p>
    <w:p>
      <w:r>
        <w:rPr>
          <w:rFonts w:ascii="Gentium Plus" w:hAnsi="Gentium Plus"/>
          <w:sz w:val="24"/>
        </w:rPr>
        <w:t>Κακοῦ μεγίστου καί τις ἔνδοσις μικρὰ, Ὡς τοῖς βαρείας ἐκ νόσου στενουμένοις. Μικροῦ δ’ ἄνωθεν τὴν νόσον σκεψώμεθα, Ἥτις, πόθεν τε καὶ ὅπως φυλακτέα, Ἀνδρῶν παλαιῶν συλλογὰς σκοπούμενοι,</w:t>
      </w:r>
    </w:p>
    <w:p>
      <w:r>
        <w:rPr>
          <w:rFonts w:ascii="Courier New" w:hAnsi="Courier New"/>
          <w:color w:val="555555"/>
          <w:sz w:val="20"/>
        </w:rPr>
        <w:t>[816]</w:t>
      </w:r>
    </w:p>
    <w:p>
      <w:r>
        <w:rPr>
          <w:rFonts w:ascii="Gentium Plus" w:hAnsi="Gentium Plus"/>
          <w:sz w:val="24"/>
        </w:rPr>
        <w:t>Ὅσοι διεσκέψαντο πραγμάτων φύσεις. Εἰσὶν μὲν οἳ λέγουσιν αἵματος ζέσιν, Τοῦ γειτονοῦντος καρδίᾳ, τὴν ἔκστασιν· Ὅσοι νέμουσι τὴν νόσον τῷ σώματι,</w:t>
      </w:r>
    </w:p>
    <w:p>
      <w:r>
        <w:rPr>
          <w:rFonts w:ascii="Courier New" w:hAnsi="Courier New"/>
          <w:color w:val="555555"/>
          <w:sz w:val="20"/>
        </w:rPr>
        <w:t>[5]</w:t>
      </w:r>
    </w:p>
    <w:p>
      <w:r>
        <w:rPr>
          <w:rFonts w:ascii="Gentium Plus" w:hAnsi="Gentium Plus"/>
          <w:sz w:val="24"/>
        </w:rPr>
        <w:t>Ὥσπερ τὰ πολλὰ τῶν παθῶν ἄλλοις τισίν. Ἄλλοι δ’ ὄρεξιν εἶπον ἀντιπλήξεως (Ψυχῇ διδόντες τὴν βλάβην, οὐ σώματι), Ὀργὴν δὲ τὴν ὁρμῶσαν· εἰ δ’ ἔνδον μένει Λοχῶσα, τοῦτο μνησικακίαν τυγχάνειν</w:t>
      </w:r>
    </w:p>
    <w:p>
      <w:r>
        <w:rPr>
          <w:rFonts w:ascii="Courier New" w:hAnsi="Courier New"/>
          <w:color w:val="555555"/>
          <w:sz w:val="20"/>
        </w:rPr>
        <w:t>[10]</w:t>
      </w:r>
    </w:p>
    <w:p>
      <w:r>
        <w:rPr>
          <w:rFonts w:ascii="Gentium Plus" w:hAnsi="Gentium Plus"/>
          <w:sz w:val="24"/>
        </w:rPr>
        <w:t>Ὅσοις δ’ ἔδοξεν ἡ νόσος τοῦ συνθέτου, Ζέσιν μὲν εἶπον αἵματος, τὴν δ’ αἰτίαν, Ὄρεξιν εἶναι, συντιθέντες καὶ λόγον. Ταῦθ’ ὡς ἔχει μὲν, οὐχὶ νῦν σκοπητέον.</w:t>
      </w:r>
    </w:p>
    <w:p>
      <w:r>
        <w:rPr>
          <w:rFonts w:ascii="Courier New" w:hAnsi="Courier New"/>
          <w:color w:val="555555"/>
          <w:sz w:val="20"/>
        </w:rPr>
        <w:t>[817]</w:t>
      </w:r>
    </w:p>
    <w:p>
      <w:r>
        <w:rPr>
          <w:rFonts w:ascii="Gentium Plus" w:hAnsi="Gentium Plus"/>
          <w:sz w:val="24"/>
        </w:rPr>
        <w:t>Ὡς νοῦς ἁπάντων ἡγεμών· ὃν σύμμαχον Δέδωκεν ἡμῖν κατὰ παθῶν ὁ Δεσπότης. Ὡς οὖν χαλάζης οἱ δόμοι σκεπάσματα, Θάμνοι δὲ κρημνῶν, καὶ βυθῶν ἐρείσματα,</w:t>
      </w:r>
    </w:p>
    <w:p>
      <w:r>
        <w:rPr>
          <w:rFonts w:ascii="Courier New" w:hAnsi="Courier New"/>
          <w:color w:val="555555"/>
          <w:sz w:val="20"/>
        </w:rPr>
        <w:t>[5]</w:t>
      </w:r>
    </w:p>
    <w:p>
      <w:r>
        <w:rPr>
          <w:rFonts w:ascii="Gentium Plus" w:hAnsi="Gentium Plus"/>
          <w:sz w:val="24"/>
        </w:rPr>
        <w:t>Τείχη δὲ τοῖς φεύγουσιν ἐκ μάχης τινός· Οὕτω λογισμὸς πρὸς χόλου παρουσίαν. Ὅταν καπνίζῃ τὸ φλέγον τὴν σὴν φρένα, Πρὶν πῦρ ἀνάψαι, καὶ ῥιπισθῆναι φλόγα, Ὅταν ποτ’ αἴσθῃ πνεύματος κινουμένου,</w:t>
      </w:r>
    </w:p>
    <w:p>
      <w:r>
        <w:rPr>
          <w:rFonts w:ascii="Courier New" w:hAnsi="Courier New"/>
          <w:color w:val="555555"/>
          <w:sz w:val="20"/>
        </w:rPr>
        <w:t>[10]</w:t>
      </w:r>
    </w:p>
    <w:p>
      <w:r>
        <w:rPr>
          <w:rFonts w:ascii="Gentium Plus" w:hAnsi="Gentium Plus"/>
          <w:sz w:val="24"/>
        </w:rPr>
        <w:t>Εὐθὺς Θεῷ πλάκηθι, καὶ τόνδ’ ἐννοῶν Ὡς σοῦ προεστῶθ’, ὧν τε κινῇ, μάρτυρα, Αἰδοῖ φόβῳ τε τὴν φορὰν τοῦ πράγματος Ἐπίσχες, ἄχρις ἡ νόσος παρήγορος. Εὐθὺς βόησον τῶν μαθητῶν ῥήματα·</w:t>
      </w:r>
    </w:p>
    <w:p>
      <w:r>
        <w:rPr>
          <w:rFonts w:ascii="Courier New" w:hAnsi="Courier New"/>
          <w:color w:val="555555"/>
          <w:sz w:val="20"/>
        </w:rPr>
        <w:t>[15]</w:t>
      </w:r>
    </w:p>
    <w:p>
      <w:r>
        <w:rPr>
          <w:rFonts w:ascii="Gentium Plus" w:hAnsi="Gentium Plus"/>
          <w:sz w:val="24"/>
        </w:rPr>
        <w:t>«Ἐπιστάτα, κλύδων με δεινὸς ἀμφέπει.»</w:t>
      </w:r>
    </w:p>
    <w:p>
      <w:r>
        <w:rPr>
          <w:rFonts w:ascii="Courier New" w:hAnsi="Courier New"/>
          <w:color w:val="555555"/>
          <w:sz w:val="20"/>
        </w:rPr>
        <w:t>[818]</w:t>
      </w:r>
    </w:p>
    <w:p>
      <w:r>
        <w:rPr>
          <w:rFonts w:ascii="Gentium Plus" w:hAnsi="Gentium Plus"/>
          <w:sz w:val="24"/>
        </w:rPr>
        <w:t>Τίναξον ὕπνον, καὶ σὸν ἐξώσεις χόλον, Ἕως λογισμοῦ καὶ φρενῶν ἐπικρατεῖς, Ὧν πρῶτόν ἐστιν ἡ νόσος κατάκλυσις Ἕως χαλινὸν, ἵππος ὡς δυσήνιος,</w:t>
      </w:r>
    </w:p>
    <w:p>
      <w:r>
        <w:rPr>
          <w:rFonts w:ascii="Courier New" w:hAnsi="Courier New"/>
          <w:color w:val="555555"/>
          <w:sz w:val="20"/>
        </w:rPr>
        <w:t>[5]</w:t>
      </w:r>
    </w:p>
    <w:p>
      <w:r>
        <w:rPr>
          <w:rFonts w:ascii="Gentium Plus" w:hAnsi="Gentium Plus"/>
          <w:sz w:val="24"/>
        </w:rPr>
        <w:t>Οὔπω δακὼν ὀδοῦσιν ἔρχετ’ εὔδρομος, Πνέων δρόμον τε καὶ φάραγγας, καὶ βάθη, Θυμῷ σκοτώσας ὀμμάτων ὁδηγίαν. Ῥᾷον γάρ ἐστιν ἀρχόμενον ἄγξαι λόγῳ, Ἢ πρῶτον ἁρπάσαντα κατασχεῖν βίᾳ.</w:t>
      </w:r>
    </w:p>
    <w:p>
      <w:r>
        <w:rPr>
          <w:rFonts w:ascii="Courier New" w:hAnsi="Courier New"/>
          <w:color w:val="555555"/>
          <w:sz w:val="20"/>
        </w:rPr>
        <w:t>[10]</w:t>
      </w:r>
    </w:p>
    <w:p>
      <w:r>
        <w:rPr>
          <w:rFonts w:ascii="Gentium Plus" w:hAnsi="Gentium Plus"/>
          <w:sz w:val="24"/>
        </w:rPr>
        <w:t>Αὐτὸς γὰρ αὑτὸν ἐκκᾴων οὐχ ἵσταται, Ἕως λογισμὸν κρημνίσῃ τὸν ἱππότην. Ἔπειτά μοι, τὸ αἶσχος ἡλίκον, σκόπει, Οἷον τίθησι τὸν κακῶς πεπληγότα. Τῶν μὲν γὰρ ἄλλων αἱ νόσοι καὶ λάθριοι,</w:t>
      </w:r>
    </w:p>
    <w:p>
      <w:r>
        <w:rPr>
          <w:rFonts w:ascii="Courier New" w:hAnsi="Courier New"/>
          <w:color w:val="555555"/>
          <w:sz w:val="20"/>
        </w:rPr>
        <w:t>[15]</w:t>
      </w:r>
    </w:p>
    <w:p>
      <w:r>
        <w:rPr>
          <w:rFonts w:ascii="Gentium Plus" w:hAnsi="Gentium Plus"/>
          <w:sz w:val="24"/>
        </w:rPr>
        <w:t>Ἔρως, φθόνος, λύπη τε καὶ μῖσος κακόν·</w:t>
      </w:r>
    </w:p>
    <w:p>
      <w:r>
        <w:rPr>
          <w:rFonts w:ascii="Courier New" w:hAnsi="Courier New"/>
          <w:color w:val="555555"/>
          <w:sz w:val="20"/>
        </w:rPr>
        <w:t>[819]</w:t>
      </w:r>
    </w:p>
    <w:p>
      <w:r>
        <w:rPr>
          <w:rFonts w:ascii="Gentium Plus" w:hAnsi="Gentium Plus"/>
          <w:sz w:val="24"/>
        </w:rPr>
        <w:t>Τινῶν δὲ φαίνοντ’ οὐδ’ ὅλως, ἤ τι βραχὺ, Ἀλλ’ ἔνδον εἰσὶν αἱ νόσοι κατάσχετοι. Τυχὸν γὰρ ἐκτάκειεν ἐν βάθει φρενὸς, Πρὶν καὶ γενέσθαι τοῖς ὁρῶσιν ἐκφανεῖς.</w:t>
      </w:r>
    </w:p>
    <w:p>
      <w:r>
        <w:rPr>
          <w:rFonts w:ascii="Courier New" w:hAnsi="Courier New"/>
          <w:color w:val="555555"/>
          <w:sz w:val="20"/>
        </w:rPr>
        <w:t>[5]</w:t>
      </w:r>
    </w:p>
    <w:p>
      <w:r>
        <w:rPr>
          <w:rFonts w:ascii="Gentium Plus" w:hAnsi="Gentium Plus"/>
          <w:sz w:val="24"/>
        </w:rPr>
        <w:t>Κέρδος δὲ λανθάνουσα καὶ δυσπραγία. Θυμὸς δ’ ὅλον γυμνόν τε καὶ δῆλον κακὸν, Εἰκὼν προκύπτους’ οὐχ ἑκόντος σώματος. Εἴ σοί τις ὦπται τῶν ἁλόντων τῷ πάθει, Οἶδας σαφῶς ὅ φημι, καὶ γράψει λόγος.</w:t>
      </w:r>
    </w:p>
    <w:p>
      <w:r>
        <w:rPr>
          <w:rFonts w:ascii="Courier New" w:hAnsi="Courier New"/>
          <w:color w:val="555555"/>
          <w:sz w:val="20"/>
        </w:rPr>
        <w:t>[10]</w:t>
      </w:r>
    </w:p>
    <w:p>
      <w:r>
        <w:rPr>
          <w:rFonts w:ascii="Gentium Plus" w:hAnsi="Gentium Plus"/>
          <w:sz w:val="24"/>
        </w:rPr>
        <w:t>Ἔσοπτρον ἐχρῆν ἑστάναι χολουμένοις, Ὡς ἂν βλέποντες, ἀλλὰ τὴν αὐτῶν ὕβριν Μικρὸν χαλῷεν, τοῦ πάθους ἐξ ὄψεως, Κατηγόρῳ σιγῶντι κάμπτοντες φρένα. Ἦ καὶ τόδ’ ἔστη, καὐτὸς ὑβριστὴς ὁ σὸς,</w:t>
      </w:r>
    </w:p>
    <w:p>
      <w:r>
        <w:rPr>
          <w:rFonts w:ascii="Courier New" w:hAnsi="Courier New"/>
          <w:color w:val="555555"/>
          <w:sz w:val="20"/>
        </w:rPr>
        <w:t>[820]</w:t>
      </w:r>
    </w:p>
    <w:p>
      <w:r>
        <w:rPr>
          <w:rFonts w:ascii="Gentium Plus" w:hAnsi="Gentium Plus"/>
          <w:sz w:val="24"/>
        </w:rPr>
        <w:t>Ἐν ᾧ κατόψει σαυτὸν, εἰ σχολὴν ἄγοις. Πάθος γὰρ οἷς ἓν, κοινὰ καὶ συμπτώματα. Ὕφαιμον ὄμμα, καὶ θέσεις διάστροφοι, Τρίχες συώδεις, καὶ γένυς διάβροχος,</w:t>
      </w:r>
    </w:p>
    <w:p>
      <w:r>
        <w:rPr>
          <w:rFonts w:ascii="Courier New" w:hAnsi="Courier New"/>
          <w:color w:val="555555"/>
          <w:sz w:val="20"/>
        </w:rPr>
        <w:t>[5]</w:t>
      </w:r>
    </w:p>
    <w:p>
      <w:r>
        <w:rPr>
          <w:rFonts w:ascii="Gentium Plus" w:hAnsi="Gentium Plus"/>
          <w:sz w:val="24"/>
        </w:rPr>
        <w:t>Ὠχρὰ παρειὰ, νεκρότητος ἔμφασις· Ἄλλων ἐρυθρὰ, καὶ μολιβδώδης τινῶν· Ὅπως ἂν, οἶμαι, καί τινα χρώσας τύχοι Ὁ μανιώδης καὶ κάκιστος ζωγράφος· Αὐχὴν διοιδῶν, ἐγκυλούμεναι φλέβες,</w:t>
      </w:r>
    </w:p>
    <w:p>
      <w:r>
        <w:rPr>
          <w:rFonts w:ascii="Courier New" w:hAnsi="Courier New"/>
          <w:color w:val="555555"/>
          <w:sz w:val="20"/>
        </w:rPr>
        <w:t>[10]</w:t>
      </w:r>
    </w:p>
    <w:p>
      <w:r>
        <w:rPr>
          <w:rFonts w:ascii="Gentium Plus" w:hAnsi="Gentium Plus"/>
          <w:sz w:val="24"/>
        </w:rPr>
        <w:t>Πνοὴ λόγον κόπτουσα καὶ πυκνουμένη, Λυσσῶδες ἄσθμα, καὶ φρύαγμ’ ἀσχημονοῦν, Μυκτὴρ πλατύς τε καὶ πνέων ὅλην ὕβριν. Κρότοι τε χειρῶν, καὶ ποδῶν ἐξάλματα,</w:t>
      </w:r>
    </w:p>
    <w:p>
      <w:r>
        <w:rPr>
          <w:rFonts w:ascii="Courier New" w:hAnsi="Courier New"/>
          <w:color w:val="555555"/>
          <w:sz w:val="20"/>
        </w:rPr>
        <w:t>[821]</w:t>
      </w:r>
    </w:p>
    <w:p>
      <w:r>
        <w:rPr>
          <w:rFonts w:ascii="Gentium Plus" w:hAnsi="Gentium Plus"/>
          <w:sz w:val="24"/>
        </w:rPr>
        <w:t>Τίνος κοποῦντος; οὐδενὸς, πλὴν δαίμονος. Νεύσεις ἄνω τε καὶ κάτω, λόγου δίχα, Γνάθοι φυσώμεναί τε καὶ ψοφούμεναι, Ὡς δή τις ἅλως· παιομένη τε δακτύλοις</w:t>
      </w:r>
    </w:p>
    <w:p>
      <w:r>
        <w:rPr>
          <w:rFonts w:ascii="Courier New" w:hAnsi="Courier New"/>
          <w:color w:val="555555"/>
          <w:sz w:val="20"/>
        </w:rPr>
        <w:t>[5]</w:t>
      </w:r>
    </w:p>
    <w:p>
      <w:r>
        <w:rPr>
          <w:rFonts w:ascii="Gentium Plus" w:hAnsi="Gentium Plus"/>
          <w:sz w:val="24"/>
        </w:rPr>
        <w:t>Ἡ χεὶρ ἀπειλεῖ, καὶ ψόφων προοίμιον. Καὶ τἀπὶ τούτοις τίς παραστήσει λόγος; Ὕβρις, ἀραγμὸς, αἰσχρότης, ψευδορκίαι, Γλώσσης ζεούσης δαψιλῆ ῥαντίσματα, Οἷον θάλασσα, ἐξαχνιζούσης πέτρας.</w:t>
      </w:r>
    </w:p>
    <w:p>
      <w:r>
        <w:rPr>
          <w:rFonts w:ascii="Courier New" w:hAnsi="Courier New"/>
          <w:color w:val="555555"/>
          <w:sz w:val="20"/>
        </w:rPr>
        <w:t>[10]</w:t>
      </w:r>
    </w:p>
    <w:p>
      <w:r>
        <w:rPr>
          <w:rFonts w:ascii="Gentium Plus" w:hAnsi="Gentium Plus"/>
          <w:sz w:val="24"/>
        </w:rPr>
        <w:t>Λέγει κακὸν τὸ μέν τι, τοῦδ’ ὁρμὴν ἔχει, Τῷδε στενοῦται, καὶ παραυτίκ’ ἀγνοεῖ. Καὶ τοῖς παροῦσιν ἠρεμοῦσι δυσφορεῖ· Ζητεῖ τὰ πάντα συνδονεῖσθαι τῷ κλόνῳ. Αἰτεῖ κεραυνοὺς, γίνετ’ ἀστραπηφόρος,</w:t>
      </w:r>
    </w:p>
    <w:p>
      <w:r>
        <w:rPr>
          <w:rFonts w:ascii="Courier New" w:hAnsi="Courier New"/>
          <w:color w:val="555555"/>
          <w:sz w:val="20"/>
        </w:rPr>
        <w:t>[822]</w:t>
      </w:r>
    </w:p>
    <w:p>
      <w:r>
        <w:rPr>
          <w:rFonts w:ascii="Gentium Plus" w:hAnsi="Gentium Plus"/>
          <w:sz w:val="24"/>
        </w:rPr>
        <w:t>Αὐτῷ μένοντι δυσχεραίνει τῷ πόλῳ. Τὸ μέν τι ποιεῖ τῶν κακῶν, τῷ δ’ ἑστιᾷ Τὸν νοῦν. Φρονεῖ γὰρ, ὡς δράσας ἃ βούλεται. Κτείνει, διώκει, πυρπολεῖ. Τούτων δὲ τί;</w:t>
      </w:r>
    </w:p>
    <w:p>
      <w:r>
        <w:rPr>
          <w:rFonts w:ascii="Courier New" w:hAnsi="Courier New"/>
          <w:color w:val="555555"/>
          <w:sz w:val="20"/>
        </w:rPr>
        <w:t>[5]</w:t>
      </w:r>
    </w:p>
    <w:p>
      <w:r>
        <w:rPr>
          <w:rFonts w:ascii="Gentium Plus" w:hAnsi="Gentium Plus"/>
          <w:sz w:val="24"/>
        </w:rPr>
        <w:t>Οὕτω τυφλόν τι καὶ μάταιον ἡ ζέσις! Ἄφωνός ἐστιν, ἀσθενὴς, βοηλάτης, Ῥήτωρ, Μίλων, τύραννος ἡμῖν ἀθρόως. Ὁ δυσγενής τε καὶ πένης, τὸν εὐγενῆ, Τὸν εὐποροῦντα, δυσγενέστατον καλεῖ,</w:t>
      </w:r>
    </w:p>
    <w:p>
      <w:r>
        <w:rPr>
          <w:rFonts w:ascii="Courier New" w:hAnsi="Courier New"/>
          <w:color w:val="555555"/>
          <w:sz w:val="20"/>
        </w:rPr>
        <w:t>[10]</w:t>
      </w:r>
    </w:p>
    <w:p>
      <w:r>
        <w:rPr>
          <w:rFonts w:ascii="Gentium Plus" w:hAnsi="Gentium Plus"/>
          <w:sz w:val="24"/>
        </w:rPr>
        <w:t>Πένητα· δουλόμορφον, ἡ λώβη βροτῶν, Τὸν ἄνθος ὥρας· δυσκλεῆ τὸν εὐκλέα, Ὁ μηδ’ ὅς ἐστι, μήθ’ ὅθεν, λέγειν ἔχων. Οὐκ οἶδα κλαυθμὸς, ἢ γέλως τὸ δρώμενον.</w:t>
      </w:r>
    </w:p>
    <w:p>
      <w:r>
        <w:rPr>
          <w:rFonts w:ascii="Courier New" w:hAnsi="Courier New"/>
          <w:color w:val="555555"/>
          <w:sz w:val="20"/>
        </w:rPr>
        <w:t>[823]</w:t>
      </w:r>
    </w:p>
    <w:p>
      <w:r>
        <w:rPr>
          <w:rFonts w:ascii="Gentium Plus" w:hAnsi="Gentium Plus"/>
          <w:sz w:val="24"/>
        </w:rPr>
        <w:t>Πίθηκός ἐστι, καὶ Τυφωεὺς γίγνεται. Ἀποστρέφει τὴν χεῖρα, κυρτοῖ δακτύλους, Ζητεῖ λόφον τιν’, ἢ τὸν Αἰτναῖον πάγον, Ὡς σφενδονήσων καὶ μακρὰν βίᾳ χερὸς</w:t>
      </w:r>
    </w:p>
    <w:p>
      <w:r>
        <w:rPr>
          <w:rFonts w:ascii="Courier New" w:hAnsi="Courier New"/>
          <w:color w:val="555555"/>
          <w:sz w:val="20"/>
        </w:rPr>
        <w:t>[5]</w:t>
      </w:r>
    </w:p>
    <w:p>
      <w:r>
        <w:rPr>
          <w:rFonts w:ascii="Gentium Plus" w:hAnsi="Gentium Plus"/>
          <w:sz w:val="24"/>
        </w:rPr>
        <w:t>Ὁμοῦ βέλος τε καὶ τάφον τῷ δυσμενεῖ. Τί πῦρ ἐφέξει τὴν ὕβριν, χάλαζα τίς; Ὅταν κενώσῃ τῶν λόγων τὰς σφενδόνας, Αἱ χεῖρες εὐθὺς, ἀγχέμαχοι προσβολαὶ, Μάχη βία τε, καὶ κρατεῖ τοῦ δυσμενοῦς.</w:t>
      </w:r>
    </w:p>
    <w:p>
      <w:r>
        <w:rPr>
          <w:rFonts w:ascii="Courier New" w:hAnsi="Courier New"/>
          <w:color w:val="555555"/>
          <w:sz w:val="20"/>
        </w:rPr>
        <w:t>[10]</w:t>
      </w:r>
    </w:p>
    <w:p>
      <w:r>
        <w:rPr>
          <w:rFonts w:ascii="Gentium Plus" w:hAnsi="Gentium Plus"/>
          <w:sz w:val="24"/>
        </w:rPr>
        <w:t>Ὁ δυστυχέστερός τε καὶ κρατούμενος. Ἧτταν γὰρ οἶδα τὸ κρατεῖν ἐν χείροσι. Ταῦτ’ οὐχὶ δαίμων; καὶ πέρα, πλὴν πτώματος. Καὶ πτώματ’ εἶδον ἔστιν ὧν δονουμένων, Ὅταν φέρωνται τῇ φορᾷ τοῦ πνεύματος.</w:t>
      </w:r>
    </w:p>
    <w:p>
      <w:r>
        <w:rPr>
          <w:rFonts w:ascii="Courier New" w:hAnsi="Courier New"/>
          <w:color w:val="555555"/>
          <w:sz w:val="20"/>
        </w:rPr>
        <w:t>[824]</w:t>
      </w:r>
    </w:p>
    <w:p>
      <w:r>
        <w:rPr>
          <w:rFonts w:ascii="Gentium Plus" w:hAnsi="Gentium Plus"/>
          <w:sz w:val="24"/>
        </w:rPr>
        <w:t>Ταῦτ’ οὐκ ἀλλοτρίωσις ἐνδήλως Θεοῦ; Πῶς δ’ οὔ; Θεοῦ γὰρ τὸ πρᾶον καὶ ἥμερον, Οὗ καθυβρίζειν οὐ καλὸν τὴν εἰκόνα, Μορφὴν ἐπεισάγοντας ἀγνοουμένην.</w:t>
      </w:r>
    </w:p>
    <w:p>
      <w:r>
        <w:rPr>
          <w:rFonts w:ascii="Courier New" w:hAnsi="Courier New"/>
          <w:color w:val="555555"/>
          <w:sz w:val="20"/>
        </w:rPr>
        <w:t>[5]</w:t>
      </w:r>
    </w:p>
    <w:p>
      <w:r>
        <w:rPr>
          <w:rFonts w:ascii="Gentium Plus" w:hAnsi="Gentium Plus"/>
          <w:sz w:val="24"/>
        </w:rPr>
        <w:t>Οὐδὲν τοσοῦτον ἡμῖν ἡ ἐμπληξία, Οὔπω τοσοῦτον αἱ νόσοι τῶν σωμάτων. Ταῦτ’ οὐχ ἑκόντων, ἀλλὰ δυστυχῶν πάθη, Εἰ καὶ πονηρὰ, καὶ παροῦσι δάκνομαι (Τὸ γὰρ παρόν πως τοῖς κακουμένοις πλέον)</w:t>
      </w:r>
    </w:p>
    <w:p>
      <w:r>
        <w:rPr>
          <w:rFonts w:ascii="Courier New" w:hAnsi="Courier New"/>
          <w:color w:val="555555"/>
          <w:sz w:val="20"/>
        </w:rPr>
        <w:t>[10]</w:t>
      </w:r>
    </w:p>
    <w:p>
      <w:r>
        <w:rPr>
          <w:rFonts w:ascii="Gentium Plus" w:hAnsi="Gentium Plus"/>
          <w:sz w:val="24"/>
        </w:rPr>
        <w:t>Οἴκτου τε μᾶλλον ἢ κατάρας ἄξιον. Καὶ τῶν κακῶν τὸ δῆλον ἀσφαλέστερον· Τὸ δ’ οὐ δοκοῦσι προσπεσὸν, λυμαίνεται. Μέθη κακὸν μέν· πῶς γὰρ οὔ; τίς δ’ ἀντερεῖ;</w:t>
      </w:r>
    </w:p>
    <w:p>
      <w:r>
        <w:rPr>
          <w:rFonts w:ascii="Courier New" w:hAnsi="Courier New"/>
          <w:color w:val="555555"/>
          <w:sz w:val="20"/>
        </w:rPr>
        <w:t>[825]</w:t>
      </w:r>
    </w:p>
    <w:p>
      <w:r>
        <w:rPr>
          <w:rFonts w:ascii="Gentium Plus" w:hAnsi="Gentium Plus"/>
          <w:sz w:val="24"/>
        </w:rPr>
        <w:t>Οὐκ ἀγνοοῦντες, ἀλλ’ ὅμως ἡττώμενοι, Αὐτοὶ προδήλως τοῦ κακοῦ γεννήτορες. Ἀλλ’ οὖν ἐκεῖ μὲν τοῦ κακοῦ τὸ δυσχερὲς, Γέλως, ὃν εἷς ἔπαυσεν ὕπνος αὐτίκα.</w:t>
      </w:r>
    </w:p>
    <w:p>
      <w:r>
        <w:rPr>
          <w:rFonts w:ascii="Courier New" w:hAnsi="Courier New"/>
          <w:color w:val="555555"/>
          <w:sz w:val="20"/>
        </w:rPr>
        <w:t>[5]</w:t>
      </w:r>
    </w:p>
    <w:p>
      <w:r>
        <w:rPr>
          <w:rFonts w:ascii="Gentium Plus" w:hAnsi="Gentium Plus"/>
          <w:sz w:val="24"/>
        </w:rPr>
        <w:t>Θυμοῦ δ’ ὑπερκλύσαντος, εἰ χεῖρον, λέγε, Τὶ τῶν ἁπάντων οἶδας, ἤ τι φάρμακον; Ἄλλοις μέν ἐστιν εἰς φρένας πεσὼν Θεός· Θυμὸς δὲ πρῶτον τῷ Θεῷ φράσσει θύρας, Ἅπαξ ὑπερσχών· ἡ δ’ ὑπόμνησις Θεοῦ,</w:t>
      </w:r>
    </w:p>
    <w:p>
      <w:r>
        <w:rPr>
          <w:rFonts w:ascii="Courier New" w:hAnsi="Courier New"/>
          <w:color w:val="555555"/>
          <w:sz w:val="20"/>
        </w:rPr>
        <w:t>[10]</w:t>
      </w:r>
    </w:p>
    <w:p>
      <w:r>
        <w:rPr>
          <w:rFonts w:ascii="Gentium Plus" w:hAnsi="Gentium Plus"/>
          <w:sz w:val="24"/>
        </w:rPr>
        <w:t>Χεῖρον· συνάπτει καὶ Θεὸν ταῖς ὕβρεσιν. Αὐτῷ λίθους ποτ’ εἶδον, ὢ δεινοῦ πάθους! Ῥιπτουμένους, κόνιν τε καὶ πικροὺς λόγους. Τῷ ποῦ, τίσι τε καὶ ὅπως ἁλωσίμῳ; Νόμοι παρωθοῦνται, οὐ διεγνώσθη φίλος,</w:t>
      </w:r>
    </w:p>
    <w:p>
      <w:r>
        <w:rPr>
          <w:rFonts w:ascii="Courier New" w:hAnsi="Courier New"/>
          <w:color w:val="555555"/>
          <w:sz w:val="20"/>
        </w:rPr>
        <w:t>[15]</w:t>
      </w:r>
    </w:p>
    <w:p>
      <w:r>
        <w:rPr>
          <w:rFonts w:ascii="Gentium Plus" w:hAnsi="Gentium Plus"/>
          <w:sz w:val="24"/>
        </w:rPr>
        <w:t>Ἐχθρὸς, πατὴρ, γυνή τε, συγγενεῖς, ἴσα.</w:t>
      </w:r>
    </w:p>
    <w:p>
      <w:r>
        <w:rPr>
          <w:rFonts w:ascii="Courier New" w:hAnsi="Courier New"/>
          <w:color w:val="555555"/>
          <w:sz w:val="20"/>
        </w:rPr>
        <w:t>[826]</w:t>
      </w:r>
    </w:p>
    <w:p>
      <w:r>
        <w:rPr>
          <w:rFonts w:ascii="Gentium Plus" w:hAnsi="Gentium Plus"/>
          <w:sz w:val="24"/>
        </w:rPr>
        <w:t>Μιᾶς φορᾶς ἅπαντα, χειμάῤῥου θ’ ἑνός. Ἢν καί τις ἐνστῇ, τὸν χόλον μεθείλκυσεν Εἰς αὑτὸν, ὥσπερ θηρίον ψοφήμασιν, Αὐτός τε χρῄζει συμμάχων ὁ σύμμαχος.</w:t>
      </w:r>
    </w:p>
    <w:p>
      <w:r>
        <w:rPr>
          <w:rFonts w:ascii="Courier New" w:hAnsi="Courier New"/>
          <w:color w:val="555555"/>
          <w:sz w:val="20"/>
        </w:rPr>
        <w:t>[5]</w:t>
      </w:r>
    </w:p>
    <w:p>
      <w:r>
        <w:rPr>
          <w:rFonts w:ascii="Gentium Plus" w:hAnsi="Gentium Plus"/>
          <w:sz w:val="24"/>
        </w:rPr>
        <w:t>Τούτοις μὲν οὖν μάλιστα κάμπτεσθαι λόγοις· Οὐ γὰρ δεήσῃ πλειόνων, ἂν εὖ φρονῇς. Εἰ δ’ ἔστ’ ἐπῳδῆς χρεία σοι καὶ μείζονος, Βίους σκόπει μοι τῶν πάλαι καὶ τῶν νέων, Ὅσοι ποτ’ ἔσχον ἐκ τρόπου παῤῥησίαν,</w:t>
      </w:r>
    </w:p>
    <w:p>
      <w:r>
        <w:rPr>
          <w:rFonts w:ascii="Courier New" w:hAnsi="Courier New"/>
          <w:color w:val="555555"/>
          <w:sz w:val="20"/>
        </w:rPr>
        <w:t>[10]</w:t>
      </w:r>
    </w:p>
    <w:p>
      <w:r>
        <w:rPr>
          <w:rFonts w:ascii="Gentium Plus" w:hAnsi="Gentium Plus"/>
          <w:sz w:val="24"/>
        </w:rPr>
        <w:t>Τίνες μάλιστα προσφιλέστατοι Θεῷ Τί πρῶτον, ἢ μέγιστον ἐξησκηκότες, Μωσῆς ἐκεῖνος, Ἀαρὼν, οἱ φίλτατοι, Δαυὶδ, Σαμουὴλ, εἶτα Πέτρος ὕστερον; Οἱ μέν γε μαστιχθεῖσαν Αἴγυπτον τόσαις</w:t>
      </w:r>
    </w:p>
    <w:p>
      <w:r>
        <w:rPr>
          <w:rFonts w:ascii="Courier New" w:hAnsi="Courier New"/>
          <w:color w:val="555555"/>
          <w:sz w:val="20"/>
        </w:rPr>
        <w:t>[15]</w:t>
      </w:r>
    </w:p>
    <w:p>
      <w:r>
        <w:rPr>
          <w:rFonts w:ascii="Gentium Plus" w:hAnsi="Gentium Plus"/>
          <w:sz w:val="24"/>
        </w:rPr>
        <w:t>Πληγαῖς ἀσωφρόνιστον εἶχον· ἀλλ’ ὅμως</w:t>
      </w:r>
    </w:p>
    <w:p>
      <w:r>
        <w:rPr>
          <w:rFonts w:ascii="Courier New" w:hAnsi="Courier New"/>
          <w:color w:val="555555"/>
          <w:sz w:val="20"/>
        </w:rPr>
        <w:t>[827]</w:t>
      </w:r>
    </w:p>
    <w:p>
      <w:r>
        <w:rPr>
          <w:rFonts w:ascii="Gentium Plus" w:hAnsi="Gentium Plus"/>
          <w:sz w:val="24"/>
        </w:rPr>
        <w:t>Φειδοῖ προσήγονθ’ ὡς τὸ Φαραὼ θράσος, Ἕως ἐπεκλύσθησαν ἐκ τῆς ὕβρεως, Οἷς μὴ τὸ μακρόθυμον ἤνεγκεν σέβας, Ὡς ἂν μάθωσι πάντες αἰδεῖσθαι τόδε.</w:t>
      </w:r>
    </w:p>
    <w:p>
      <w:r>
        <w:rPr>
          <w:rFonts w:ascii="Courier New" w:hAnsi="Courier New"/>
          <w:color w:val="555555"/>
          <w:sz w:val="20"/>
        </w:rPr>
        <w:t>[5]</w:t>
      </w:r>
    </w:p>
    <w:p>
      <w:r>
        <w:rPr>
          <w:rFonts w:ascii="Gentium Plus" w:hAnsi="Gentium Plus"/>
          <w:sz w:val="24"/>
        </w:rPr>
        <w:t>Κρεῖσσον θρασὺν γὰρ ἢ πρᾶον περιφρονεῖν. Αἰνῶ Σαμουὴλ, ὅς ποθ’ ὕβριν δυσφορῶν, Ῥήξαντος αὐτῷ τὴν διπλοΐδα τοῦ Σαοὺλ, Εἶτ’ ἀξιωθεὶς, ὥς γε συγγνώμην ἔχειν, Ἀφῆκεν εὐθὺς τῷ λόγῳ τὴν αἰτίαν.</w:t>
      </w:r>
    </w:p>
    <w:p>
      <w:r>
        <w:rPr>
          <w:rFonts w:ascii="Courier New" w:hAnsi="Courier New"/>
          <w:color w:val="555555"/>
          <w:sz w:val="20"/>
        </w:rPr>
        <w:t>[10]</w:t>
      </w:r>
    </w:p>
    <w:p>
      <w:r>
        <w:rPr>
          <w:rFonts w:ascii="Gentium Plus" w:hAnsi="Gentium Plus"/>
          <w:sz w:val="24"/>
        </w:rPr>
        <w:t>Τούτου τί δ’ ἂν γένοιτο ἡμερώτερον; Δαυὶδ ὑπομνήσθητι, καὶ τῶν κρουμάτων, Ἐξ ὧν πονηροῦ πνεύματος Σαούλ ποτε</w:t>
      </w:r>
    </w:p>
    <w:p>
      <w:r>
        <w:rPr>
          <w:rFonts w:ascii="Courier New" w:hAnsi="Courier New"/>
          <w:color w:val="555555"/>
          <w:sz w:val="20"/>
        </w:rPr>
        <w:t>[828]</w:t>
      </w:r>
    </w:p>
    <w:p>
      <w:r>
        <w:rPr>
          <w:rFonts w:ascii="Gentium Plus" w:hAnsi="Gentium Plus"/>
          <w:sz w:val="24"/>
        </w:rPr>
        <w:t>Ἠλευθέρωσεν· εἶτ’ ἀγνώμονος τυχὼν, Φεύγων, ἀλύων τὸν περὶ ψυχῆς δρόμον, Δοθέντος αὐτῷ τοῦ Σαοὺλ ἐφείσατο (Καὶ τοῦτο δ’ ἴστε), καὶ μόγις σεσωσμένος.</w:t>
      </w:r>
    </w:p>
    <w:p>
      <w:r>
        <w:rPr>
          <w:rFonts w:ascii="Courier New" w:hAnsi="Courier New"/>
          <w:color w:val="555555"/>
          <w:sz w:val="20"/>
        </w:rPr>
        <w:t>[5]</w:t>
      </w:r>
    </w:p>
    <w:p>
      <w:r>
        <w:rPr>
          <w:rFonts w:ascii="Gentium Plus" w:hAnsi="Gentium Plus"/>
          <w:sz w:val="24"/>
        </w:rPr>
        <w:t>Ἡ διπλοῒς γνώρισμα τῆς ἐξουσίας Κεκαρμένη, φακός τε τοῦ κράνους κλαπείς. Τί δεῖ λέγειν τὸν υἱὸν ὡς ἠνέσχετο, Τὸν πατροφόντην, καὶ τύραννον ἀπρεπῆ; Ὅπου γ’ ἐκεῖνον καὶ κλάει τεθνηκότα,</w:t>
      </w:r>
    </w:p>
    <w:p>
      <w:r>
        <w:rPr>
          <w:rFonts w:ascii="Courier New" w:hAnsi="Courier New"/>
          <w:color w:val="555555"/>
          <w:sz w:val="20"/>
        </w:rPr>
        <w:t>[10]</w:t>
      </w:r>
    </w:p>
    <w:p>
      <w:r>
        <w:rPr>
          <w:rFonts w:ascii="Gentium Plus" w:hAnsi="Gentium Plus"/>
          <w:sz w:val="24"/>
        </w:rPr>
        <w:t>Θρήνοις τε πολλοῖς ἀνακαλεῖ καὶ γόοις, Τὸν μηνυτήν τε τοῦ πάθους ἀμύνεται,</w:t>
      </w:r>
    </w:p>
    <w:p>
      <w:r>
        <w:rPr>
          <w:rFonts w:ascii="Courier New" w:hAnsi="Courier New"/>
          <w:color w:val="555555"/>
          <w:sz w:val="20"/>
        </w:rPr>
        <w:t>[829]</w:t>
      </w:r>
    </w:p>
    <w:p>
      <w:r>
        <w:rPr>
          <w:rFonts w:ascii="Gentium Plus" w:hAnsi="Gentium Plus"/>
          <w:sz w:val="24"/>
        </w:rPr>
        <w:t>Ἡ γὰρ φύσις ἔμπροσθε τῶν ἐγκλημάτων Ἔστη, λαβοῦσα τὸν τρόπον συνήγορον· Ὡς καὶ προσάντης τῷ στρατῷ κατασταθεὶς, Μικροῦ γενέσθαι τοῦ κράτους ἀλλότριος.</w:t>
      </w:r>
    </w:p>
    <w:p>
      <w:r>
        <w:rPr>
          <w:rFonts w:ascii="Courier New" w:hAnsi="Courier New"/>
          <w:color w:val="555555"/>
          <w:sz w:val="20"/>
        </w:rPr>
        <w:t>[5]</w:t>
      </w:r>
    </w:p>
    <w:p>
      <w:r>
        <w:rPr>
          <w:rFonts w:ascii="Gentium Plus" w:hAnsi="Gentium Plus"/>
          <w:sz w:val="24"/>
        </w:rPr>
        <w:t>Τί δ’; οὐ τὸν ὑβριστὴν Σεμεεὶ ἐκαρτέρει. Δύσφημον ὄντα τῷ κλέει τῆς εἰσόδου; Πέτρου δὲ δῆτα τοῦ σοφοῦ τεθαύμακα, Ὡς μακροθύμως καὶ λίαν νεανικῶς Ἤνεγκε Παύλου τὴν καλὴν παῤῥησίαν</w:t>
      </w:r>
    </w:p>
    <w:p>
      <w:r>
        <w:rPr>
          <w:rFonts w:ascii="Courier New" w:hAnsi="Courier New"/>
          <w:color w:val="555555"/>
          <w:sz w:val="20"/>
        </w:rPr>
        <w:t>[10]</w:t>
      </w:r>
    </w:p>
    <w:p>
      <w:r>
        <w:rPr>
          <w:rFonts w:ascii="Gentium Plus" w:hAnsi="Gentium Plus"/>
          <w:sz w:val="24"/>
        </w:rPr>
        <w:t>(Καὶ ταῦτ’ ἐν ἄστει τηλικούτῳ καὶ τόσοις Ἐπαινέταις τε καὶ μαθηταῖς τοῦ λόγου), Ὡς συντράπεζος οὐ καλῶς ἦν ἔθνεσιν, Εἰ καὶ τόδ’ ᾤετ’ ὠφελήσειν τὸν λόγον. Ἦν γὰρ τὸ κινοῦν καὶ μόνον Θεοῦ φόβος,</w:t>
      </w:r>
    </w:p>
    <w:p>
      <w:r>
        <w:rPr>
          <w:rFonts w:ascii="Courier New" w:hAnsi="Courier New"/>
          <w:color w:val="555555"/>
          <w:sz w:val="20"/>
        </w:rPr>
        <w:t>[830]</w:t>
      </w:r>
    </w:p>
    <w:p>
      <w:r>
        <w:rPr>
          <w:rFonts w:ascii="Gentium Plus" w:hAnsi="Gentium Plus"/>
          <w:sz w:val="24"/>
        </w:rPr>
        <w:t>Ἢ τοῦ λόγου τ’ ἔλλαμψις ἐκ κηρύγματος. Οὐκ ἂν παρέλθοιμ’ οὐδὲ τὸ Στεφάνου καλὸν, Ὃν οἶδ’ ἀπαρχὴν μαρτύρων καὶ θυμάτων. Λίθοις ἐχώννυτ’· ἀλλ’ ὅμως, τοῦ θαύματος!</w:t>
      </w:r>
    </w:p>
    <w:p>
      <w:r>
        <w:rPr>
          <w:rFonts w:ascii="Courier New" w:hAnsi="Courier New"/>
          <w:color w:val="555555"/>
          <w:sz w:val="20"/>
        </w:rPr>
        <w:t>[5]</w:t>
      </w:r>
    </w:p>
    <w:p>
      <w:r>
        <w:rPr>
          <w:rFonts w:ascii="Gentium Plus" w:hAnsi="Gentium Plus"/>
          <w:sz w:val="24"/>
        </w:rPr>
        <w:t>Μέσος λιθασμοῦ, φθόγγος ἐξηκούετο, Αὐτός τε συγχώρησιν, ὡς εὐεργέταις, Διδοὺς λιθασταῖς, τὸν Θεόν τ’ αἰτούμενος. Ταῦτ’ οὐ προδήλως τῆς Θεοῦ τυπώσεως, Καὶ τῶν ἐκείνου καὶ παθῶν καὶ δογμάτων,</w:t>
      </w:r>
    </w:p>
    <w:p>
      <w:r>
        <w:rPr>
          <w:rFonts w:ascii="Courier New" w:hAnsi="Courier New"/>
          <w:color w:val="555555"/>
          <w:sz w:val="20"/>
        </w:rPr>
        <w:t>[10]</w:t>
      </w:r>
    </w:p>
    <w:p>
      <w:r>
        <w:rPr>
          <w:rFonts w:ascii="Gentium Plus" w:hAnsi="Gentium Plus"/>
          <w:sz w:val="24"/>
        </w:rPr>
        <w:t>Ὃς ὢν Θεός τε καὶ κεραυνῶν δεσπότης, Ὡς ἀμνὸς ἤγετ’ εἰς σφαγὴν ἀφωνίᾳ; Ἐμπτυσμάτων τε καὶ ῥαπισμάτων ὅσων Ἠνέσχετ’! ἄχρις ὠτίου πεπληγότος</w:t>
      </w:r>
    </w:p>
    <w:p>
      <w:r>
        <w:rPr>
          <w:rFonts w:ascii="Courier New" w:hAnsi="Courier New"/>
          <w:color w:val="555555"/>
          <w:sz w:val="20"/>
        </w:rPr>
        <w:t>[831]</w:t>
      </w:r>
    </w:p>
    <w:p>
      <w:r>
        <w:rPr>
          <w:rFonts w:ascii="Gentium Plus" w:hAnsi="Gentium Plus"/>
          <w:sz w:val="24"/>
        </w:rPr>
        <w:t>Ἐνδεικτικόν τι καὶ γέμον παῤῥησίας Οὐδ’ εἴριξέν τι. Τὸν κακίᾳ τεθλασμένον, Ἄκλαστον ἔσχε. Τὴν φρενὸς κουφὴν φλόγα Σβέσειν λέγει μὲν, ὡς δὲ χρηστὸς φείδεται,</w:t>
      </w:r>
    </w:p>
    <w:p>
      <w:r>
        <w:rPr>
          <w:rFonts w:ascii="Courier New" w:hAnsi="Courier New"/>
          <w:color w:val="555555"/>
          <w:sz w:val="20"/>
        </w:rPr>
        <w:t>[5]</w:t>
      </w:r>
    </w:p>
    <w:p>
      <w:r>
        <w:rPr>
          <w:rFonts w:ascii="Gentium Plus" w:hAnsi="Gentium Plus"/>
          <w:sz w:val="24"/>
        </w:rPr>
        <w:t>Ὡς ἂν κρατήσῃ τῷ πράῳ τὸ συγγενές. Τοιαῦτα καὶ τοσαῦτα τοῦ σοῦ Δεσπότου. Οἷς, ἄν τι πάσχοις, ἀντισηκώσεις τὰ σὰ, Κἂν πάνθ’ ὑποστῇς, τὸ πλέον λελείψεται· Εἴπερ τὸ πάσχειν κρίνεται πρὸς ἀξίαν.</w:t>
      </w:r>
    </w:p>
    <w:p>
      <w:r>
        <w:rPr>
          <w:rFonts w:ascii="Courier New" w:hAnsi="Courier New"/>
          <w:color w:val="555555"/>
          <w:sz w:val="20"/>
        </w:rPr>
        <w:t>[10]</w:t>
      </w:r>
    </w:p>
    <w:p>
      <w:r>
        <w:rPr>
          <w:rFonts w:ascii="Gentium Plus" w:hAnsi="Gentium Plus"/>
          <w:sz w:val="24"/>
        </w:rPr>
        <w:t>Ἀρκεῖ τάδ’ ἡμῖν εὐγενῆ παιδεύματα, Πλακῶν νόμοι τε καὶ τρόποι τῶν ἐξ ὄρους, Εἰ δεῖ τι τούτοις προστεθῆναι καὶ νόθον; Καὶ χεῖρον οὐδέν· ὥς τι κἂν τοῖς χείροσι Τῶν κρεισσόνων τε καὶ φίλων δρεψώμεθα.</w:t>
      </w:r>
    </w:p>
    <w:p>
      <w:r>
        <w:rPr>
          <w:rFonts w:ascii="Courier New" w:hAnsi="Courier New"/>
          <w:color w:val="555555"/>
          <w:sz w:val="20"/>
        </w:rPr>
        <w:t>[15]</w:t>
      </w:r>
    </w:p>
    <w:p>
      <w:r>
        <w:rPr>
          <w:rFonts w:ascii="Gentium Plus" w:hAnsi="Gentium Plus"/>
          <w:sz w:val="24"/>
        </w:rPr>
        <w:t>Ὧν γὰρ κρατεῖν καὶ σφόδρα, οὐ σφόδρ’ αἰνετὸν, Τούτων κρατεῖσθαι καὶ λίαν, πόσον κακόν!</w:t>
      </w:r>
    </w:p>
    <w:p>
      <w:r>
        <w:rPr>
          <w:rFonts w:ascii="Courier New" w:hAnsi="Courier New"/>
          <w:color w:val="555555"/>
          <w:sz w:val="20"/>
        </w:rPr>
        <w:t>[832]</w:t>
      </w:r>
    </w:p>
    <w:p>
      <w:r>
        <w:rPr>
          <w:rFonts w:ascii="Gentium Plus" w:hAnsi="Gentium Plus"/>
          <w:sz w:val="24"/>
        </w:rPr>
        <w:t>Μεμνήσομαι δὲ καί τινων, καὶ συντόμως. Παίειν ἔμελλεν ὁ Σταγειρίτης τινὰ, Λαβὼν ἐπ’ αἰσχροῖς καὶ κακοῖς ἐγκλήμασι· Θυμοῦ δ’ ἐπεισελθόντος ἡνίκ’ ᾔσθετο,</w:t>
      </w:r>
    </w:p>
    <w:p>
      <w:r>
        <w:rPr>
          <w:rFonts w:ascii="Courier New" w:hAnsi="Courier New"/>
          <w:color w:val="555555"/>
          <w:sz w:val="20"/>
        </w:rPr>
        <w:t>[5]</w:t>
      </w:r>
    </w:p>
    <w:p>
      <w:r>
        <w:rPr>
          <w:rFonts w:ascii="Gentium Plus" w:hAnsi="Gentium Plus"/>
          <w:sz w:val="24"/>
        </w:rPr>
        <w:t>Ἔστη παλαίων τῷ πάθει, ὡς δυσμενεῖ. Μικρὸν δ’ ἐπισχὼν, εἶπεν (ὢ σοφοῦ λόγου!) «Καινὸν πέπονθας. Προστάτην ἔσχες χόλον· Εἰ μὴ γὰρ ὀργὴ, κἂν δαρεὶς ἀπηλλάγης. Νῦν δ’ αἰσχρὸν ἦν μοι τῷ κακῷ πλήττειν κακὸν,</w:t>
      </w:r>
    </w:p>
    <w:p>
      <w:r>
        <w:rPr>
          <w:rFonts w:ascii="Courier New" w:hAnsi="Courier New"/>
          <w:color w:val="555555"/>
          <w:sz w:val="20"/>
        </w:rPr>
        <w:t>[10]</w:t>
      </w:r>
    </w:p>
    <w:p>
      <w:r>
        <w:rPr>
          <w:rFonts w:ascii="Gentium Plus" w:hAnsi="Gentium Plus"/>
          <w:sz w:val="24"/>
        </w:rPr>
        <w:t>Κρατεῖν τε δούλου τοῦ πάθους ἡσσώμενον.» Οὕτως ἐκεῖνος. Τὸν δ’ Ἀλέξανδρον λόγος, Εἰπόντος αὐτῷ Παρμενίωνός ποτε, Πόλιν τίν’ ἐξελόντι τῶν Ἑλληνίδων, Εἶθ’ ὃ δρᾶσαι χρὴ πολλάκις σκοπουμένῳ,</w:t>
      </w:r>
    </w:p>
    <w:p>
      <w:r>
        <w:rPr>
          <w:rFonts w:ascii="Courier New" w:hAnsi="Courier New"/>
          <w:color w:val="555555"/>
          <w:sz w:val="20"/>
        </w:rPr>
        <w:t>[15]</w:t>
      </w:r>
    </w:p>
    <w:p>
      <w:r>
        <w:rPr>
          <w:rFonts w:ascii="Gentium Plus" w:hAnsi="Gentium Plus"/>
          <w:sz w:val="24"/>
        </w:rPr>
        <w:t>Ὡς, εἴπερ ἦν ἐκεῖνος, οὐκ ἐφείσατο·</w:t>
      </w:r>
    </w:p>
    <w:p>
      <w:r>
        <w:rPr>
          <w:rFonts w:ascii="Courier New" w:hAnsi="Courier New"/>
          <w:color w:val="555555"/>
          <w:sz w:val="20"/>
        </w:rPr>
        <w:t>[833]</w:t>
      </w:r>
    </w:p>
    <w:p>
      <w:r>
        <w:rPr>
          <w:rFonts w:ascii="Gentium Plus" w:hAnsi="Gentium Plus"/>
          <w:sz w:val="24"/>
        </w:rPr>
        <w:t>Σοὶ μὲν γάρ ἐστιν ὠμότης, τὸ δὲ πρᾶον Ἐμὸν, φυγεῖν τε τὴν πόλιν τοὺς κινδύνους.» Κἀκεῖνο δ’ οἷον, ὡς ἐπαίνων ἄξιον; Ἐλοιδόρει τις τὸν μέγαν Περικλέα,</w:t>
      </w:r>
    </w:p>
    <w:p>
      <w:r>
        <w:rPr>
          <w:rFonts w:ascii="Courier New" w:hAnsi="Courier New"/>
          <w:color w:val="555555"/>
          <w:sz w:val="20"/>
        </w:rPr>
        <w:t>[5]</w:t>
      </w:r>
    </w:p>
    <w:p>
      <w:r>
        <w:rPr>
          <w:rFonts w:ascii="Gentium Plus" w:hAnsi="Gentium Plus"/>
          <w:sz w:val="24"/>
        </w:rPr>
        <w:t>Πολλοῖς ἐλαύνων καὶ κακοῖς ὀνείδεσι (Τῶν οὐδὲ τιμίων τις), ἄχρις ἑσπέρας. Ὁ δ’ ἡσυχῆ τὴν ὕβριν, ὡς τιμὴν, φέρων, Τέλος καμόντα καὶ βαδίζοντ’ οἴκαδε Προὔπεμψε λύχνῳ, τὸν χόλον τ’ ἀπέσβεσεν.</w:t>
      </w:r>
    </w:p>
    <w:p>
      <w:r>
        <w:rPr>
          <w:rFonts w:ascii="Courier New" w:hAnsi="Courier New"/>
          <w:color w:val="555555"/>
          <w:sz w:val="20"/>
        </w:rPr>
        <w:t>[10]</w:t>
      </w:r>
    </w:p>
    <w:p>
      <w:r>
        <w:rPr>
          <w:rFonts w:ascii="Gentium Plus" w:hAnsi="Gentium Plus"/>
          <w:sz w:val="24"/>
        </w:rPr>
        <w:t>Ἄλλος δ’ ὑβριστὴν, πλουσίαις ἐφ’ ὕβρεσι Προσθέντ’ ἀπειλήν· «Ὡς ὀλοίμην παγκάκως, Εἰ μὴ κακὸν κακῶς σε κτείναιμι σθένων.» Τούτοις ἀμείβεθ’ ὡς φιλανθρώποις λόγοις· «Κἀγώ γ’ ὀλοίμην, εἴ σε μὴ θείην φίλον.»</w:t>
      </w:r>
    </w:p>
    <w:p>
      <w:r>
        <w:rPr>
          <w:rFonts w:ascii="Courier New" w:hAnsi="Courier New"/>
          <w:color w:val="555555"/>
          <w:sz w:val="20"/>
        </w:rPr>
        <w:t>[15]</w:t>
      </w:r>
    </w:p>
    <w:p>
      <w:r>
        <w:rPr>
          <w:rFonts w:ascii="Gentium Plus" w:hAnsi="Gentium Plus"/>
          <w:sz w:val="24"/>
        </w:rPr>
        <w:t>Κωνστάντιον δὲ (καὶ γὰρ εἰπεῖν ἄξιον, Ὡς μὴ τὰ πρόσθεν τυγχάνῃ λόγου μόνα,</w:t>
      </w:r>
    </w:p>
    <w:p>
      <w:r>
        <w:rPr>
          <w:rFonts w:ascii="Courier New" w:hAnsi="Courier New"/>
          <w:color w:val="555555"/>
          <w:sz w:val="20"/>
        </w:rPr>
        <w:t>[834]</w:t>
      </w:r>
    </w:p>
    <w:p>
      <w:r>
        <w:rPr>
          <w:rFonts w:ascii="Gentium Plus" w:hAnsi="Gentium Plus"/>
          <w:sz w:val="24"/>
        </w:rPr>
        <w:t>Περιφρονῆτέ θ’ ὧνπερ αὐτοὶ μάρτυρες), Φασί ποτ’ εἰπεῖν ἄξιον μνήμης λόγον Τίς δ’ ἦν; ἐκεῖνον τῶν τις ἐν τέλει ποτὲ, Παρώξυν’ ἡμῖν, οὐ φέρων τιμωμένους</w:t>
      </w:r>
    </w:p>
    <w:p>
      <w:r>
        <w:rPr>
          <w:rFonts w:ascii="Courier New" w:hAnsi="Courier New"/>
          <w:color w:val="555555"/>
          <w:sz w:val="20"/>
        </w:rPr>
        <w:t>[5]</w:t>
      </w:r>
    </w:p>
    <w:p>
      <w:r>
        <w:rPr>
          <w:rFonts w:ascii="Gentium Plus" w:hAnsi="Gentium Plus"/>
          <w:sz w:val="24"/>
        </w:rPr>
        <w:t>Τιμαῖς τοσαύταις (καὶ γὰρ εὐσεβέστατος, Εἴ πέρ τις ἄλλος βασιλέων, ὧν ἴσμεν, ἦν)· Πολλοῖς δ’ ἐπειπὼν καί τινα τοιοῦτον λόγον· «Τί τῆς μελίσσης ἐστὶν ἡμερώτερον; Ἀλλ’ οὐδ’ ἐκείνη τῶν τρυγώντων φείδεται·»</w:t>
      </w:r>
    </w:p>
    <w:p>
      <w:r>
        <w:rPr>
          <w:rFonts w:ascii="Courier New" w:hAnsi="Courier New"/>
          <w:color w:val="555555"/>
          <w:sz w:val="20"/>
        </w:rPr>
        <w:t>[10]</w:t>
      </w:r>
    </w:p>
    <w:p>
      <w:r>
        <w:rPr>
          <w:rFonts w:ascii="Gentium Plus" w:hAnsi="Gentium Plus"/>
          <w:sz w:val="24"/>
        </w:rPr>
        <w:t>Ἤκουσε· «Πῶς οὐκ οἶδας, ὦ βέλτιστε σὺ, Ὡς οὐδ’ ἐκείνῃ κέντρον ἐστὶν ἀσφαλές; Παίει μὲν, αὐτὴ δ’ εὐθέως ἀπόλλυται.» Τοσαῦτ’ ἔχεις σὺ τοῦ πάθους τὰ φάρμακα, Πάντων δὲ μεῖζον, ὧν ἔφην, τὴν ἐντολὴν,</w:t>
      </w:r>
    </w:p>
    <w:p>
      <w:r>
        <w:rPr>
          <w:rFonts w:ascii="Courier New" w:hAnsi="Courier New"/>
          <w:color w:val="555555"/>
          <w:sz w:val="20"/>
        </w:rPr>
        <w:t>[15]</w:t>
      </w:r>
    </w:p>
    <w:p>
      <w:r>
        <w:rPr>
          <w:rFonts w:ascii="Gentium Plus" w:hAnsi="Gentium Plus"/>
          <w:sz w:val="24"/>
        </w:rPr>
        <w:t>Ἣ μηδὲ τὸν πλήσσοντα ὑβρίζειν ἐᾷ.</w:t>
      </w:r>
    </w:p>
    <w:p>
      <w:r>
        <w:rPr>
          <w:rFonts w:ascii="Courier New" w:hAnsi="Courier New"/>
          <w:color w:val="555555"/>
          <w:sz w:val="20"/>
        </w:rPr>
        <w:t>[835]</w:t>
      </w:r>
    </w:p>
    <w:p>
      <w:r>
        <w:rPr>
          <w:rFonts w:ascii="Gentium Plus" w:hAnsi="Gentium Plus"/>
          <w:sz w:val="24"/>
        </w:rPr>
        <w:t>Σοὶ μηδὲ χολοῦσθαί ἐστιν ἐντεταγμένον, Μή τοί γε παίειν, μήτε δὴ τολμᾷν φόνον. Τὸ πρῶτον εἴργων, οὐκ ἐᾷ τὸ δεύτερον Τὸ σπέρμ’ ἀναιρῶν, τὸν στάχυν κεκώλυκε.</w:t>
      </w:r>
    </w:p>
    <w:p>
      <w:r>
        <w:rPr>
          <w:rFonts w:ascii="Courier New" w:hAnsi="Courier New"/>
          <w:color w:val="555555"/>
          <w:sz w:val="20"/>
        </w:rPr>
        <w:t>[5]</w:t>
      </w:r>
    </w:p>
    <w:p>
      <w:r>
        <w:rPr>
          <w:rFonts w:ascii="Gentium Plus" w:hAnsi="Gentium Plus"/>
          <w:sz w:val="24"/>
        </w:rPr>
        <w:t>Τὸ μηδ’ ὁρᾷν κάκιστα, μοιχείας τομή. Τὸ μηδ’ ὀμνύειν, φάρμακον ψευδορκίας. Τὸ μηδὲ θυμοῦσθ’, ἀσφάλεια πρὸς φόνον. Σκόπει γὰρ οὕτω· θυμὸς ἐκπέμπει λόγον, Λόγος δὲ πληγὴν, ἡ δὲ πληγὴ τραύματα·</w:t>
      </w:r>
    </w:p>
    <w:p>
      <w:r>
        <w:rPr>
          <w:rFonts w:ascii="Courier New" w:hAnsi="Courier New"/>
          <w:color w:val="555555"/>
          <w:sz w:val="20"/>
        </w:rPr>
        <w:t>[10]</w:t>
      </w:r>
    </w:p>
    <w:p>
      <w:r>
        <w:rPr>
          <w:rFonts w:ascii="Gentium Plus" w:hAnsi="Gentium Plus"/>
          <w:sz w:val="24"/>
        </w:rPr>
        <w:t>Ἐκ τραυμάτων δὲ τὸν φόνον γινώσκομεν. Θυμὸς πατὴρ πέφηνε τοῦ πικροῦ φόνου. Τοῦ μὴ φονεῦσαι τίς ποτ’ ἤνεγκε γέρας; Τὸ μηδὲ θυμοῦσθ’ ἐστὶ τῶν αἰνουμένων· Τοῦ μέν γ’ ὁ μισθὸς, ἡ φυγὴ τοῦ κινδύνου·</w:t>
      </w:r>
    </w:p>
    <w:p>
      <w:r>
        <w:rPr>
          <w:rFonts w:ascii="Courier New" w:hAnsi="Courier New"/>
          <w:color w:val="555555"/>
          <w:sz w:val="20"/>
        </w:rPr>
        <w:t>[15]</w:t>
      </w:r>
    </w:p>
    <w:p>
      <w:r>
        <w:rPr>
          <w:rFonts w:ascii="Gentium Plus" w:hAnsi="Gentium Plus"/>
          <w:sz w:val="24"/>
        </w:rPr>
        <w:t>Τούτου δ’ ἀμοιβὴ, γῆς μέρος τῆς τιμίας. Ἄκουε Χριστοῦ, τοῖς πράοις ἃ βούλεται</w:t>
      </w:r>
    </w:p>
    <w:p>
      <w:r>
        <w:rPr>
          <w:rFonts w:ascii="Courier New" w:hAnsi="Courier New"/>
          <w:color w:val="555555"/>
          <w:sz w:val="20"/>
        </w:rPr>
        <w:t>[836]</w:t>
      </w:r>
    </w:p>
    <w:p>
      <w:r>
        <w:rPr>
          <w:rFonts w:ascii="Gentium Plus" w:hAnsi="Gentium Plus"/>
          <w:sz w:val="24"/>
        </w:rPr>
        <w:t>Ἐν τοῖς μακαρισμοῖς, οἷς ἀπηριθμήσατο, Τὰ μέτρ’ ὁρίζων τῶν ἐκεῖθεν ἐλπίδων. Τούτου χάριν σοι καὶ νόμους τοίους γράφει. Παίῃ παρειάν; πῶς δὲ τὴν ἄλλην ἐᾷς</w:t>
      </w:r>
    </w:p>
    <w:p>
      <w:r>
        <w:rPr>
          <w:rFonts w:ascii="Courier New" w:hAnsi="Courier New"/>
          <w:color w:val="555555"/>
          <w:sz w:val="20"/>
        </w:rPr>
        <w:t>[5]</w:t>
      </w:r>
    </w:p>
    <w:p>
      <w:r>
        <w:rPr>
          <w:rFonts w:ascii="Gentium Plus" w:hAnsi="Gentium Plus"/>
          <w:sz w:val="24"/>
        </w:rPr>
        <w:t>Ἄκαρπον; εἰ μὲν οὐχ ἑκοῦς’, οὔπω μέγα Πέπονθε, μεῖζον δ’, ἢν θέλῃς, τὶ λείπεται Καὶ τὴν ἑκοῦσαν πρόσθες, ὡς ἔμμισθος ᾖ. Χιτῶνα γυμνοῖ; προστίθει καὶ δεύτερον, Ἔσθημ’ ἂν ᾖ σοι καὶ τρίτον, γυμνωσάτω</w:t>
      </w:r>
    </w:p>
    <w:p>
      <w:r>
        <w:rPr>
          <w:rFonts w:ascii="Courier New" w:hAnsi="Courier New"/>
          <w:color w:val="555555"/>
          <w:sz w:val="20"/>
        </w:rPr>
        <w:t>[10]</w:t>
      </w:r>
    </w:p>
    <w:p>
      <w:r>
        <w:rPr>
          <w:rFonts w:ascii="Gentium Plus" w:hAnsi="Gentium Plus"/>
          <w:sz w:val="24"/>
        </w:rPr>
        <w:t>Τούτων ἔχεις τὸ κέρδος, ἂν πρόῃ Θεῷ. Ἂν λοιδορώμεθ’, εὐλογῶμεν τοὺς κακούς· Ἂν ἐκπτυώμεθ’, ἐκ Θεοῦ τιμὴν ἔχειν Σπεύδωμεν. Ἐκδιωκόμεθ’; οὔτι καὶ Θεοῦ; Τοῦτ’ οὐκ ἀφαιρετόν γε τῶν πάντων μόνον.</w:t>
      </w:r>
    </w:p>
    <w:p>
      <w:r>
        <w:rPr>
          <w:rFonts w:ascii="Courier New" w:hAnsi="Courier New"/>
          <w:color w:val="555555"/>
          <w:sz w:val="20"/>
        </w:rPr>
        <w:t>[15]</w:t>
      </w:r>
    </w:p>
    <w:p>
      <w:r>
        <w:rPr>
          <w:rFonts w:ascii="Gentium Plus" w:hAnsi="Gentium Plus"/>
          <w:sz w:val="24"/>
        </w:rPr>
        <w:t>Ἄν τις καταρᾶται, σὺ προσεύχου τοῦδ’ ὕπερ.</w:t>
      </w:r>
    </w:p>
    <w:p>
      <w:r>
        <w:rPr>
          <w:rFonts w:ascii="Courier New" w:hAnsi="Courier New"/>
          <w:color w:val="555555"/>
          <w:sz w:val="20"/>
        </w:rPr>
        <w:t>[837]</w:t>
      </w:r>
    </w:p>
    <w:p>
      <w:r>
        <w:rPr>
          <w:rFonts w:ascii="Gentium Plus" w:hAnsi="Gentium Plus"/>
          <w:sz w:val="24"/>
        </w:rPr>
        <w:t>Ἔργων ἔχεται· σὴ πρᾶξις ἡ εὐπραξία. Δύω γὰρ οὕτω τὰ κράτιστα κερδανεῖς· Αὐτός τ’ ἄριστος τοῦ νόμου φύλαξ ἔσῃ, Κἀκεῖνον ἕξεις τῷ πράῳ τῷ σῷ πρᾶον,</w:t>
      </w:r>
    </w:p>
    <w:p>
      <w:r>
        <w:rPr>
          <w:rFonts w:ascii="Courier New" w:hAnsi="Courier New"/>
          <w:color w:val="555555"/>
          <w:sz w:val="20"/>
        </w:rPr>
        <w:t>[5]</w:t>
      </w:r>
    </w:p>
    <w:p>
      <w:r>
        <w:rPr>
          <w:rFonts w:ascii="Gentium Plus" w:hAnsi="Gentium Plus"/>
          <w:sz w:val="24"/>
        </w:rPr>
        <w:t>Ἐχθρὸν μαθητὴν, οἷς κρατεῖ νικώμενον. Ὁρᾷς; μάλιστα μέν σε μὴ χολᾷν θέλει· Τοῦτο γάρ ἐστι καὶ τὸ ἀσφαλέστατον· Εἰ δ’ οὖν, προλύειν ἑσπέρας τὴν ἔκστασιν Δύεσθ’ ἐπ’ ὀργῇ μὴ δέχου τὸν ἥλιον·</w:t>
      </w:r>
    </w:p>
    <w:p>
      <w:r>
        <w:rPr>
          <w:rFonts w:ascii="Courier New" w:hAnsi="Courier New"/>
          <w:color w:val="555555"/>
          <w:sz w:val="20"/>
        </w:rPr>
        <w:t>[10]</w:t>
      </w:r>
    </w:p>
    <w:p>
      <w:r>
        <w:rPr>
          <w:rFonts w:ascii="Gentium Plus" w:hAnsi="Gentium Plus"/>
          <w:sz w:val="24"/>
        </w:rPr>
        <w:t>Εἴτ’ οὖν, ὃς ἐκτὸς ὀμμάτων πέμπει βολάς, Εἴτ’ οὖν, ὃς ἔνδον τοῖς σοφοῖς αὐγάζεται. Δύει γὰρ οὗτος τοῖς πεπληγόσι φρένας, Ὡς τοῖς ἀρίστοις καὶ καλοῖς ἐκλάμπεται, Πλεῖον τὸ λάμπειν τοῖς βλέπουσιν ἐνδιδούς.</w:t>
      </w:r>
    </w:p>
    <w:p>
      <w:r>
        <w:rPr>
          <w:rFonts w:ascii="Courier New" w:hAnsi="Courier New"/>
          <w:color w:val="555555"/>
          <w:sz w:val="20"/>
        </w:rPr>
        <w:t>[15]</w:t>
      </w:r>
    </w:p>
    <w:p>
      <w:r>
        <w:rPr>
          <w:rFonts w:ascii="Gentium Plus" w:hAnsi="Gentium Plus"/>
          <w:sz w:val="24"/>
        </w:rPr>
        <w:t>Τί δ’; οὐ φύσις δέδωκε, φησὶ, τὸν χόλον; Καὶ τὸ κρατεῖν γε τοῦ χόλου. Λόγον δὲ τίς;</w:t>
      </w:r>
    </w:p>
    <w:p>
      <w:r>
        <w:rPr>
          <w:rFonts w:ascii="Courier New" w:hAnsi="Courier New"/>
          <w:color w:val="555555"/>
          <w:sz w:val="20"/>
        </w:rPr>
        <w:t>[838]</w:t>
      </w:r>
    </w:p>
    <w:p>
      <w:r>
        <w:rPr>
          <w:rFonts w:ascii="Gentium Plus" w:hAnsi="Gentium Plus"/>
          <w:sz w:val="24"/>
        </w:rPr>
        <w:t>Τίς δ’ ὄψιν, ἢ τίς χεῖρας, ἢ ποδῶν βάσιν; Θεὸς τὰ πάντα καὶ φύσις, πλὴν εἰς καλόν. Σὲ δ’ οὐκ ἐπαινῶ μὴ καλῶς κεχρημένον. Οὕτως ἔχει καί τ’ ἄλλα τῆς ψυχῆς πάθη.</w:t>
      </w:r>
    </w:p>
    <w:p>
      <w:r>
        <w:rPr>
          <w:rFonts w:ascii="Courier New" w:hAnsi="Courier New"/>
          <w:color w:val="555555"/>
          <w:sz w:val="20"/>
        </w:rPr>
        <w:t>[5]</w:t>
      </w:r>
    </w:p>
    <w:p>
      <w:r>
        <w:rPr>
          <w:rFonts w:ascii="Gentium Plus" w:hAnsi="Gentium Plus"/>
          <w:sz w:val="24"/>
        </w:rPr>
        <w:t>Δωρήματ’ ἐστὶν ἐκ Θεοῦ, κινούμενα Λόγου ποδηγίᾳ τε καὶ στρατηγίᾳ. Ζήλου μὲν ὅπλον θυμὸς ἐμμέτρως πνέων· Πόθου δὲ χωρὶς οὐχ ἁλώσιμος Θεός. Λογισμὸν οἶδα τῶν καλῶν διδάσκαλον.</w:t>
      </w:r>
    </w:p>
    <w:p>
      <w:r>
        <w:rPr>
          <w:rFonts w:ascii="Courier New" w:hAnsi="Courier New"/>
          <w:color w:val="555555"/>
          <w:sz w:val="20"/>
        </w:rPr>
        <w:t>[10]</w:t>
      </w:r>
    </w:p>
    <w:p>
      <w:r>
        <w:rPr>
          <w:rFonts w:ascii="Gentium Plus" w:hAnsi="Gentium Plus"/>
          <w:sz w:val="24"/>
        </w:rPr>
        <w:t>Εἰ δ’ εἰς τὰ χείρω ταῦτα τὴν ῥοπὴν ἔχοι. Ὁ μὲν χέων ὕβριν τε καὶ μοχθηρίαν, Ὁ δ’ εἰς κακίστας ἡδονὰς οἰστρηλατῶν, Ὁ δ’ οὐ κατάγχων ταῦτα, καὶ πλοκὰς στρέφων, Οὕτω τὰ καλὰ γίγνεται τοῦ φθορέως.</w:t>
      </w:r>
    </w:p>
    <w:p>
      <w:r>
        <w:rPr>
          <w:rFonts w:ascii="Courier New" w:hAnsi="Courier New"/>
          <w:color w:val="555555"/>
          <w:sz w:val="20"/>
        </w:rPr>
        <w:t>[15]</w:t>
      </w:r>
    </w:p>
    <w:p>
      <w:r>
        <w:rPr>
          <w:rFonts w:ascii="Gentium Plus" w:hAnsi="Gentium Plus"/>
          <w:sz w:val="24"/>
        </w:rPr>
        <w:t>Θεοῦ δὲ δῶρον οὐ καλὸν κακῷ φύρειν.</w:t>
      </w:r>
    </w:p>
    <w:p>
      <w:r>
        <w:rPr>
          <w:rFonts w:ascii="Courier New" w:hAnsi="Courier New"/>
          <w:color w:val="555555"/>
          <w:sz w:val="20"/>
        </w:rPr>
        <w:t>[839]</w:t>
      </w:r>
    </w:p>
    <w:p>
      <w:r>
        <w:rPr>
          <w:rFonts w:ascii="Gentium Plus" w:hAnsi="Gentium Plus"/>
          <w:sz w:val="24"/>
        </w:rPr>
        <w:t>Ἣ πάρδαλίν τιν’, ἣ παροιστρῶσαν πόθῳ Ἄρκτον, ζέοντα ἐκ μέθης καὶ κραιπάλης, Ἣ καὶ μάχαιραν τοῖς κακοῖς στιλβουμένην. Μὴ τοῦτο ποιοῦ τοῦ πάθους παρήγορον</w:t>
      </w:r>
    </w:p>
    <w:p>
      <w:r>
        <w:rPr>
          <w:rFonts w:ascii="Courier New" w:hAnsi="Courier New"/>
          <w:color w:val="555555"/>
          <w:sz w:val="20"/>
        </w:rPr>
        <w:t>[5]</w:t>
      </w:r>
    </w:p>
    <w:p>
      <w:r>
        <w:rPr>
          <w:rFonts w:ascii="Gentium Plus" w:hAnsi="Gentium Plus"/>
          <w:sz w:val="24"/>
        </w:rPr>
        <w:t>ᾯ προσπλακείς· ζητεῖς γὰρ οὐ λύσιν κακοῦ Καλῶς ἄκουε, μὴ κακῶς, τοῦ πράγματος. Πάσχει γὰρ οὐδὲν ὧν ἐγὼ πάσχω Θεός. Μή τις τοῦτ’ εἴπῃ· καὶ γὰρ οὐδ’ ἐξίσταται Αὐτός ποθ’ αὑτοῦ. Ταῦτα γὰρ τοῦ συνθέτου,</w:t>
      </w:r>
    </w:p>
    <w:p>
      <w:r>
        <w:rPr>
          <w:rFonts w:ascii="Courier New" w:hAnsi="Courier New"/>
          <w:color w:val="555555"/>
          <w:sz w:val="20"/>
        </w:rPr>
        <w:t>[10]</w:t>
      </w:r>
    </w:p>
    <w:p>
      <w:r>
        <w:rPr>
          <w:rFonts w:ascii="Gentium Plus" w:hAnsi="Gentium Plus"/>
          <w:sz w:val="24"/>
        </w:rPr>
        <w:t>Καὶ τῶν μάχεσθαι ἠργμένων ἐκ πλείονος. Ὁ δ’ ἔστι, τοῦτ’ εὔδηλον, ἄτρεπτος φύσις. Πῶς οὖν τυποῦται ταῦτα; τῆς τροπῆς νόμοις. Πῶς; δειματῶσαι τῶν ἁπλουστέρων φρένας, Ὥσπερ τὰ πολλὰ τῶν λόγῳ δηλουμένων.</w:t>
      </w:r>
    </w:p>
    <w:p>
      <w:r>
        <w:rPr>
          <w:rFonts w:ascii="Courier New" w:hAnsi="Courier New"/>
          <w:color w:val="555555"/>
          <w:sz w:val="20"/>
        </w:rPr>
        <w:t>[840]</w:t>
      </w:r>
    </w:p>
    <w:p>
      <w:r>
        <w:rPr>
          <w:rFonts w:ascii="Gentium Plus" w:hAnsi="Gentium Plus"/>
          <w:sz w:val="24"/>
        </w:rPr>
        <w:t>Ἀντιστροφὴν νόει γὰρ, καὶ τὸ πᾶν ἔχεις. Ἐπεὶ γὰρ αὐτοὶ πλήσσομεν χολούμενοι, Χολᾷν τὸ πλῆσσον τοὺς κακοὺς ἐγράψαμεν, Ὡς ὄψιν, ὦτα, χεῖρας ἐξευρήκαμεν,</w:t>
      </w:r>
    </w:p>
    <w:p>
      <w:r>
        <w:rPr>
          <w:rFonts w:ascii="Courier New" w:hAnsi="Courier New"/>
          <w:color w:val="555555"/>
          <w:sz w:val="20"/>
        </w:rPr>
        <w:t>[5]</w:t>
      </w:r>
    </w:p>
    <w:p>
      <w:r>
        <w:rPr>
          <w:rFonts w:ascii="Gentium Plus" w:hAnsi="Gentium Plus"/>
          <w:sz w:val="24"/>
        </w:rPr>
        <w:t>Οἷς χρώμεθ’ αὐτοὶ, τῷ Θεῷ δεδωκότες, Ἐπάν τι τούτων, ὡς δοκεῖ, ἐργάζεται. Ἔπειτ’ ἀκούεις τοὺς κακοὺς, οὐ τοὺς καλοὺς, Ὀργῇ Θεοῦ πάσχειν τι καὶ δίκης νόμοις· Ὁ σὸς δὲ θυμὸς οὐ μέτροις ὁρίζεται.</w:t>
      </w:r>
    </w:p>
    <w:p>
      <w:r>
        <w:rPr>
          <w:rFonts w:ascii="Courier New" w:hAnsi="Courier New"/>
          <w:color w:val="555555"/>
          <w:sz w:val="20"/>
        </w:rPr>
        <w:t>[10]</w:t>
      </w:r>
    </w:p>
    <w:p>
      <w:r>
        <w:rPr>
          <w:rFonts w:ascii="Gentium Plus" w:hAnsi="Gentium Plus"/>
          <w:sz w:val="24"/>
        </w:rPr>
        <w:t>Πάντας δ’ ἴσους τίθησι. Μὴ τοίνυν λέγε Ὡς ἐκ Θεοῦ σοι, καὶ Θεοῦ τὸ σὸν πάθος. Ἢ καὶ φρονεῖς σύ γ’ ὡς Θεὸν μιμούμενος; Ζήλωσον, ἀλλὰ τὴν νόσον γ’ αὔραις δίδου.</w:t>
      </w:r>
    </w:p>
    <w:p>
      <w:r>
        <w:rPr>
          <w:rFonts w:ascii="Courier New" w:hAnsi="Courier New"/>
          <w:color w:val="555555"/>
          <w:sz w:val="20"/>
        </w:rPr>
        <w:t>[841]</w:t>
      </w:r>
    </w:p>
    <w:p>
      <w:r>
        <w:rPr>
          <w:rFonts w:ascii="Gentium Plus" w:hAnsi="Gentium Plus"/>
          <w:sz w:val="24"/>
        </w:rPr>
        <w:t>Πάντας δικαίους εὗρες. Οἶμαι δ’ οὐ χόλους, Κακοῖς δὲ πληγὰς ἐνδίκως κινουμένας. Οὔπω γὰρ ἦν ἐκείνοις ἡ πληγὴ κακόν· Πληγαὶ δ’ ἐκείνοις σφόδρα συμφορώτατον,</w:t>
      </w:r>
    </w:p>
    <w:p>
      <w:r>
        <w:rPr>
          <w:rFonts w:ascii="Courier New" w:hAnsi="Courier New"/>
          <w:color w:val="555555"/>
          <w:sz w:val="20"/>
        </w:rPr>
        <w:t>[5]</w:t>
      </w:r>
    </w:p>
    <w:p>
      <w:r>
        <w:rPr>
          <w:rFonts w:ascii="Gentium Plus" w:hAnsi="Gentium Plus"/>
          <w:sz w:val="24"/>
        </w:rPr>
        <w:t>Χρῄζουσι πολλῆς τοῦ βίου καθάρσεως, Ῥάμνου σίδηρον ὀξὺν ἐκκαλουμένης, Νόμου τε πρόσθεν, καὶ πρὶν ἰσχύσαι νόμον Οὔπω τελείως τοῖς τότ’ ἐῤῥιζωμένον. Οὕτω μὲν οὖν σὺ τὴν νόσον κατασβέσεις,</w:t>
      </w:r>
    </w:p>
    <w:p>
      <w:r>
        <w:rPr>
          <w:rFonts w:ascii="Courier New" w:hAnsi="Courier New"/>
          <w:color w:val="555555"/>
          <w:sz w:val="20"/>
        </w:rPr>
        <w:t>[10]</w:t>
      </w:r>
    </w:p>
    <w:p>
      <w:r>
        <w:rPr>
          <w:rFonts w:ascii="Gentium Plus" w:hAnsi="Gentium Plus"/>
          <w:sz w:val="24"/>
        </w:rPr>
        <w:t>Τούτοις τε σαυτὸν ἐκμαλάσσων τοῖς λόγοις, Ὡς οἱ κατεπᾴδοντες ἀσπίδων γένους Οἴσεις δὲ δὴ πῶς; τοῦτο γάρ σοι δεύτερον. Μή που, πυρὸς πῦρ ἐκκαῇ χόλου χόλος· Ἴσον γάρ ἐστιν αὐτὸν ἄρξασθαι κακοῦ,</w:t>
      </w:r>
    </w:p>
    <w:p>
      <w:r>
        <w:rPr>
          <w:rFonts w:ascii="Courier New" w:hAnsi="Courier New"/>
          <w:color w:val="555555"/>
          <w:sz w:val="20"/>
        </w:rPr>
        <w:t>[842]</w:t>
      </w:r>
    </w:p>
    <w:p>
      <w:r>
        <w:rPr>
          <w:rFonts w:ascii="Gentium Plus" w:hAnsi="Gentium Plus"/>
          <w:sz w:val="24"/>
        </w:rPr>
        <w:t>Ἄλλῳ τε κινηθέντι συμπαθεῖν κακῶς. Πρῶτον μὲν εὐθὺς πρὸς Θεὸν κατατρέχων, Αἰτῶν τε τὴν χάλαζαν ἐκτρίψαι κακῶς, Ἡμῶν δὲ φείδεσθ’ οὐδὲν ἠδικηκότων·</w:t>
      </w:r>
    </w:p>
    <w:p>
      <w:r>
        <w:rPr>
          <w:rFonts w:ascii="Courier New" w:hAnsi="Courier New"/>
          <w:color w:val="555555"/>
          <w:sz w:val="20"/>
        </w:rPr>
        <w:t>[5]</w:t>
      </w:r>
    </w:p>
    <w:p>
      <w:r>
        <w:rPr>
          <w:rFonts w:ascii="Gentium Plus" w:hAnsi="Gentium Plus"/>
          <w:sz w:val="24"/>
        </w:rPr>
        <w:t>Σταυρῷ τε σημειούμενος παραυτίκα, Ὃν πάντα φρίσσει καὶ τρέμει, ᾧ πάντοτε Πρὸς πάντας οἶδα προστάτῃ κεχρημένος· Ἔπειτα σαυτὸν εὐτρεπίζων πρὸς πάλην Τοῦ τὸν χόλον κινοῦντος οὐ χολουμένου,</w:t>
      </w:r>
    </w:p>
    <w:p>
      <w:r>
        <w:rPr>
          <w:rFonts w:ascii="Courier New" w:hAnsi="Courier New"/>
          <w:color w:val="555555"/>
          <w:sz w:val="20"/>
        </w:rPr>
        <w:t>[10]</w:t>
      </w:r>
    </w:p>
    <w:p>
      <w:r>
        <w:rPr>
          <w:rFonts w:ascii="Gentium Plus" w:hAnsi="Gentium Plus"/>
          <w:sz w:val="24"/>
        </w:rPr>
        <w:t>Ὡς ἂν κρατήσῃς τοῦ πάθους ὡπλισμένος. Τὸ μὲν γὰρ οὐχ ἕτοιμον οὐδ’ ἀνθίσταται· Ὃ δ’ ηὐτρέπισται, τοῦτο καὶ νικᾷν σθένει. Τὸ δὲ κρατεῖν τί; τὸ κρατούμενον φέρειν</w:t>
      </w:r>
    </w:p>
    <w:p>
      <w:r>
        <w:rPr>
          <w:rFonts w:ascii="Courier New" w:hAnsi="Courier New"/>
          <w:color w:val="555555"/>
          <w:sz w:val="20"/>
        </w:rPr>
        <w:t>[843]</w:t>
      </w:r>
    </w:p>
    <w:p>
      <w:r>
        <w:rPr>
          <w:rFonts w:ascii="Gentium Plus" w:hAnsi="Gentium Plus"/>
          <w:sz w:val="24"/>
        </w:rPr>
        <w:t>Εἰδὼς ὅπως προῆλθες, ἢ καταστρέφεις· Ὡς μὴ ταράσσῃ τὸ παρ’ ἀξίαν πνέειν. Τὸ γὰρ ταπεινὸν καὶ φέρει νικώμενον. Οὐ κάμπτεται δὲ τὸ σφόδρ’ ἐξωγκωμένον.</w:t>
      </w:r>
    </w:p>
    <w:p>
      <w:r>
        <w:rPr>
          <w:rFonts w:ascii="Courier New" w:hAnsi="Courier New"/>
          <w:color w:val="555555"/>
          <w:sz w:val="20"/>
        </w:rPr>
        <w:t>[5]</w:t>
      </w:r>
    </w:p>
    <w:p>
      <w:r>
        <w:rPr>
          <w:rFonts w:ascii="Gentium Plus" w:hAnsi="Gentium Plus"/>
          <w:sz w:val="24"/>
        </w:rPr>
        <w:t>Σποδὸν δὲ, καὶ γῆν, καὶ σκιὰν καλουμένους Αὐτοὺς ὑφ’ αὑτῶν οἶδα τοὺς Θεῷ φίλους, Ὡς ἄν τι συστέλλωσι τῆς ἐπάρσεως. Σὺ δ’, ὡς ἄριστος, τὰς ὕβρεις ἀπαξιοῖς; Μὴ καὶ δίκας ὄφλῃς γε τοῦ φρονήματος.</w:t>
      </w:r>
    </w:p>
    <w:p>
      <w:r>
        <w:rPr>
          <w:rFonts w:ascii="Courier New" w:hAnsi="Courier New"/>
          <w:color w:val="555555"/>
          <w:sz w:val="20"/>
        </w:rPr>
        <w:t>[10]</w:t>
      </w:r>
    </w:p>
    <w:p>
      <w:r>
        <w:rPr>
          <w:rFonts w:ascii="Gentium Plus" w:hAnsi="Gentium Plus"/>
          <w:sz w:val="24"/>
        </w:rPr>
        <w:t>Πῶς δ’ ἂν παθῶν ἔργῳ τι τῶν οὐχ ἡδέων Στέρξαις, ὃς οὐδὲ ῥήματ’ εὐπετῶς φέρεις; Τέταρτον, εἰδὼς οὐδὲν ὄντα τὸν βίον, Ἀλλ’ οὐδὲ κριτὰς ἀπλανεῖς τῶν πραγμάτων Ἅπαντας ὄντας τῶν καλῶν ἢ μὴ καλῶν·</w:t>
      </w:r>
    </w:p>
    <w:p>
      <w:r>
        <w:rPr>
          <w:rFonts w:ascii="Courier New" w:hAnsi="Courier New"/>
          <w:color w:val="555555"/>
          <w:sz w:val="20"/>
        </w:rPr>
        <w:t>[15]</w:t>
      </w:r>
    </w:p>
    <w:p>
      <w:r>
        <w:rPr>
          <w:rFonts w:ascii="Gentium Plus" w:hAnsi="Gentium Plus"/>
          <w:sz w:val="24"/>
        </w:rPr>
        <w:t>Στροβούμενον δὲ καὶ περιπλανώμενον</w:t>
      </w:r>
    </w:p>
    <w:p>
      <w:r>
        <w:rPr>
          <w:rFonts w:ascii="Courier New" w:hAnsi="Courier New"/>
          <w:color w:val="555555"/>
          <w:sz w:val="20"/>
        </w:rPr>
        <w:t>[844]</w:t>
      </w:r>
    </w:p>
    <w:p>
      <w:r>
        <w:rPr>
          <w:rFonts w:ascii="Gentium Plus" w:hAnsi="Gentium Plus"/>
          <w:sz w:val="24"/>
        </w:rPr>
        <w:t>Τὸ πλεῖον ἡμῶν, ὦ ’γάθ’, ἐν τοῖς πλείοσι. Ἃ μὲν γὰρ ἡμῖν αἰσχρὰ οὐχὶ καὶ Λόγῳ· Ἃ δ’ οὐκ ἔμοιγε, ταῦτα τῷ Λόγῳ τυχόν. Ἕν ἐστι πάντως αἰσχρὸν, ἡ μοχθηρία,</w:t>
      </w:r>
    </w:p>
    <w:p>
      <w:r>
        <w:rPr>
          <w:rFonts w:ascii="Courier New" w:hAnsi="Courier New"/>
          <w:color w:val="555555"/>
          <w:sz w:val="20"/>
        </w:rPr>
        <w:t>[5]</w:t>
      </w:r>
    </w:p>
    <w:p>
      <w:r>
        <w:rPr>
          <w:rFonts w:ascii="Gentium Plus" w:hAnsi="Gentium Plus"/>
          <w:sz w:val="24"/>
        </w:rPr>
        <w:t>Τὸ δοξάριον δὲ τοῦτο, καὶ τὸ εὔπορον, Ἥ τ’ εὐγένεια, παιδίων ἀθύρματα. Ὥσθ’ οἷς μὲν ἄχθομ’, ἐντρυφᾷν ἐχρῆν ἴσως· Οἷς δ’ ὀφρυοῦμαι, καὶ ταπεινοῦσθαι πλέον, Ἢ νῦν ἐπαίρομ’ οὐ καλῶς φυσώμενος.</w:t>
      </w:r>
    </w:p>
    <w:p>
      <w:r>
        <w:rPr>
          <w:rFonts w:ascii="Courier New" w:hAnsi="Courier New"/>
          <w:color w:val="555555"/>
          <w:sz w:val="20"/>
        </w:rPr>
        <w:t>[10]</w:t>
      </w:r>
    </w:p>
    <w:p>
      <w:r>
        <w:rPr>
          <w:rFonts w:ascii="Gentium Plus" w:hAnsi="Gentium Plus"/>
          <w:sz w:val="24"/>
        </w:rPr>
        <w:t>Πέμπτον, λογισμῷ μείζονι χρησώμεθα. Ὡς εἰ μὲν οὐκ ἀληθὲς οὐδὲν, ὧν λέγει, Ὁ τῷ χόλῳ ζέων τε καὶ τυφλούμενος, Οὐδὲν πρὸς ἡμᾶς· εἰ δ’ ἀληθεύει λέγων, Ἐμαυτὸν ἠδίκηκα, καὶ τί μέμψομαι</w:t>
      </w:r>
    </w:p>
    <w:p>
      <w:r>
        <w:rPr>
          <w:rFonts w:ascii="Courier New" w:hAnsi="Courier New"/>
          <w:color w:val="555555"/>
          <w:sz w:val="20"/>
        </w:rPr>
        <w:t>[15]</w:t>
      </w:r>
    </w:p>
    <w:p>
      <w:r>
        <w:rPr>
          <w:rFonts w:ascii="Gentium Plus" w:hAnsi="Gentium Plus"/>
          <w:sz w:val="24"/>
        </w:rPr>
        <w:t>Τὸν ἐκλαλήσανθ’ ἃ πρὶν ἦν κεκρυμμένα;</w:t>
      </w:r>
    </w:p>
    <w:p>
      <w:r>
        <w:rPr>
          <w:rFonts w:ascii="Courier New" w:hAnsi="Courier New"/>
          <w:color w:val="555555"/>
          <w:sz w:val="20"/>
        </w:rPr>
        <w:t>[845]</w:t>
      </w:r>
    </w:p>
    <w:p>
      <w:r>
        <w:rPr>
          <w:rFonts w:ascii="Gentium Plus" w:hAnsi="Gentium Plus"/>
          <w:sz w:val="24"/>
        </w:rPr>
        <w:t>Χόλος φυλάσσειν πίστιν οὐκ ἐπίσταται Ὃς γὰρ καθίστατ’ οὐδ’ ἀληθὲς πολλάκις, Πῶς ἂν κατάσχοι μοι χόλος μυστήριον; Ἔπειτ’ ἐκεῖνο σωφρονήσεις ἐννοῶν,</w:t>
      </w:r>
    </w:p>
    <w:p>
      <w:r>
        <w:rPr>
          <w:rFonts w:ascii="Courier New" w:hAnsi="Courier New"/>
          <w:color w:val="555555"/>
          <w:sz w:val="20"/>
        </w:rPr>
        <w:t>[5]</w:t>
      </w:r>
    </w:p>
    <w:p>
      <w:r>
        <w:rPr>
          <w:rFonts w:ascii="Gentium Plus" w:hAnsi="Gentium Plus"/>
          <w:sz w:val="24"/>
        </w:rPr>
        <w:t>Ὡς εἰ μὲν οὐδέν ἐστιν ἡ ζέσις κακὸν, Οὐδ’ ἐγκαλεῖν δίκαιον· εἰ δ’ ἔστι κακὸν, Ὡς ἔστι, καί σοι φαίνεται, μὴ αἰσχρὸν ᾖ Πάσχειν, ἃ τοῦ πάσχοντος εἶ κατήγορος, Καὶ μὴ τὸν ἐχθρὸν λαμβάνειν παραινέτην;</w:t>
      </w:r>
    </w:p>
    <w:p>
      <w:r>
        <w:rPr>
          <w:rFonts w:ascii="Courier New" w:hAnsi="Courier New"/>
          <w:color w:val="555555"/>
          <w:sz w:val="20"/>
        </w:rPr>
        <w:t>[10]</w:t>
      </w:r>
    </w:p>
    <w:p>
      <w:r>
        <w:rPr>
          <w:rFonts w:ascii="Gentium Plus" w:hAnsi="Gentium Plus"/>
          <w:sz w:val="24"/>
        </w:rPr>
        <w:t>Εἶτ’ εἰ μὲν ἔστι πρόσθεν οὐκ αἰνούμενος Οὗτος, ὁ νῦν ζέων τε καὶ πνέων θράσος, Καὶ νῦν προδήλως ἀντὶ σοῦ μεμφθήσεται. Εἰ δ’ ἂν καλῶν τις, οὐ σὺ δόξεις σωφρονεῖν. Πρὸς γὰρ τὸ κρεῖσσον ἡ ῥοπὴ τῶν πλειόνων.</w:t>
      </w:r>
    </w:p>
    <w:p>
      <w:r>
        <w:rPr>
          <w:rFonts w:ascii="Courier New" w:hAnsi="Courier New"/>
          <w:color w:val="555555"/>
          <w:sz w:val="20"/>
        </w:rPr>
        <w:t>[15]</w:t>
      </w:r>
    </w:p>
    <w:p>
      <w:r>
        <w:rPr>
          <w:rFonts w:ascii="Gentium Plus" w:hAnsi="Gentium Plus"/>
          <w:sz w:val="24"/>
        </w:rPr>
        <w:t>Ἀλλ’ εὖ πέπονθε; πλεῖον ἐγκληθήσεται.</w:t>
      </w:r>
    </w:p>
    <w:p>
      <w:r>
        <w:rPr>
          <w:rFonts w:ascii="Courier New" w:hAnsi="Courier New"/>
          <w:color w:val="555555"/>
          <w:sz w:val="20"/>
        </w:rPr>
        <w:t>[846]</w:t>
      </w:r>
    </w:p>
    <w:p>
      <w:r>
        <w:rPr>
          <w:rFonts w:ascii="Gentium Plus" w:hAnsi="Gentium Plus"/>
          <w:sz w:val="24"/>
        </w:rPr>
        <w:t>Ἀλλ’ ἠδίκησέ ς’; αὐτὸν οὐ δράσεις κακῶς. Ἀλλὰ σχεθήσετ’; ἂν δὲ πλεῖον ἐκμανῇ. Ἀλλὰ προήρξατ’; ἀλλὰ κλασθήτω τάχος Τῷ σῷ λόγῳ τε καὶ τρόπῳ περιτραπεὶς,</w:t>
      </w:r>
    </w:p>
    <w:p>
      <w:r>
        <w:rPr>
          <w:rFonts w:ascii="Courier New" w:hAnsi="Courier New"/>
          <w:color w:val="555555"/>
          <w:sz w:val="20"/>
        </w:rPr>
        <w:t>[5]</w:t>
      </w:r>
    </w:p>
    <w:p>
      <w:r>
        <w:rPr>
          <w:rFonts w:ascii="Gentium Plus" w:hAnsi="Gentium Plus"/>
          <w:sz w:val="24"/>
        </w:rPr>
        <w:t>Ὥσπερ τι κῦμα λυθὲν ἐν χέρσῳ τάχος, Ἢ καὶ ζάλη τις οὐκ ἔχους’ ἀντίστασιν. Ὕβρις τάδ’ ἐστίν; ὕβρις, ἢν συνεκπέσῃς. Ἢ καὶ νοσοῦσιν ἀντιλοιδορήσομεν; Τῶν δαιμονώντων οὐ φέρεις τὴν ἔνστασιν;</w:t>
      </w:r>
    </w:p>
    <w:p>
      <w:r>
        <w:rPr>
          <w:rFonts w:ascii="Courier New" w:hAnsi="Courier New"/>
          <w:color w:val="555555"/>
          <w:sz w:val="20"/>
        </w:rPr>
        <w:t>[10]</w:t>
      </w:r>
    </w:p>
    <w:p>
      <w:r>
        <w:rPr>
          <w:rFonts w:ascii="Gentium Plus" w:hAnsi="Gentium Plus"/>
          <w:sz w:val="24"/>
        </w:rPr>
        <w:t>Τούτων λέγω δὴ τῶν ὑλακτούντων βίᾳ. Τοὺς ἔκφρονας δὲ καὶ δεινῶς μεμηνότας; Ἂν εὖ φρονῇς γε· τοὺς μεθυπλῆγας δ’ ἔτι, Ὧν τὴν φρόνησιν ἡ μέθη κατέκλυσε. Τί δ’ εἰ κύων σοι προσδράμοι λύσσης γέμων;</w:t>
      </w:r>
    </w:p>
    <w:p>
      <w:r>
        <w:rPr>
          <w:rFonts w:ascii="Courier New" w:hAnsi="Courier New"/>
          <w:color w:val="555555"/>
          <w:sz w:val="20"/>
        </w:rPr>
        <w:t>[15]</w:t>
      </w:r>
    </w:p>
    <w:p>
      <w:r>
        <w:rPr>
          <w:rFonts w:ascii="Gentium Plus" w:hAnsi="Gentium Plus"/>
          <w:sz w:val="24"/>
        </w:rPr>
        <w:t>Τί δ’ ἂν κάμηλος φυσικῆς ἐξ ὕβρεως</w:t>
      </w:r>
    </w:p>
    <w:p>
      <w:r>
        <w:rPr>
          <w:rFonts w:ascii="Courier New" w:hAnsi="Courier New"/>
          <w:color w:val="555555"/>
          <w:sz w:val="20"/>
        </w:rPr>
        <w:t>[847]</w:t>
      </w:r>
    </w:p>
    <w:p>
      <w:r>
        <w:rPr>
          <w:rFonts w:ascii="Gentium Plus" w:hAnsi="Gentium Plus"/>
          <w:sz w:val="24"/>
        </w:rPr>
        <w:t>Βροντῶσα λαιμῷ, καὐχέν’ ἐκτείνουσά σοι, Στήσῃ παλαίων; ἢ τὸ φεύγειν σώφρονος; Τί δ’ εἴ σε πόρνη τοῖς ἑαυτῆς αἴσχεσι Βάλλοι; σύνηθές ἐστι γὰρ πόρναις τόδε,</w:t>
      </w:r>
    </w:p>
    <w:p>
      <w:r>
        <w:rPr>
          <w:rFonts w:ascii="Courier New" w:hAnsi="Courier New"/>
          <w:color w:val="555555"/>
          <w:sz w:val="20"/>
        </w:rPr>
        <w:t>[5]</w:t>
      </w:r>
    </w:p>
    <w:p>
      <w:r>
        <w:rPr>
          <w:rFonts w:ascii="Gentium Plus" w:hAnsi="Gentium Plus"/>
          <w:sz w:val="24"/>
        </w:rPr>
        <w:t>Αἷς ἐστι δεινὸν αἶσχος, αἶσχος εἰδέναι, Τέχνην ἐχούσαις μηδὲν αἰσχύνεσθ’ ὅλως. Ὁ δ’ ἐκ Σινώπης προσιὼν ταῖς ἐκ στέγους, Ὕβριζε ταύτας, ὡς λόγος· τί μνώμενος; Φέρειν τὰς ὕβρεις εὐκόλως ταῖς ὕβρεσι.</w:t>
      </w:r>
    </w:p>
    <w:p>
      <w:r>
        <w:rPr>
          <w:rFonts w:ascii="Courier New" w:hAnsi="Courier New"/>
          <w:color w:val="555555"/>
          <w:sz w:val="20"/>
        </w:rPr>
        <w:t>[10]</w:t>
      </w:r>
    </w:p>
    <w:p>
      <w:r>
        <w:rPr>
          <w:rFonts w:ascii="Gentium Plus" w:hAnsi="Gentium Plus"/>
          <w:sz w:val="24"/>
        </w:rPr>
        <w:t>Ταῦτ’ ἐννοῶν σὺ τὰς ὕβρεις ἀτιμάσεις. Εἴπω τι καὶ τεχνικὸν, οὐ μὴν ἄξιον Τοῖς τὸ πρᾶον τιμῶσιν· ἀλλ’ ὅμως ἐρῶ. Σβεστήριον γάρ ἐστι τῆς ἀηδίας. Πύκτας ποτ’ εἶδες; ὡς τὸ πρῶτον ἡ στάσις</w:t>
      </w:r>
    </w:p>
    <w:p>
      <w:r>
        <w:rPr>
          <w:rFonts w:ascii="Courier New" w:hAnsi="Courier New"/>
          <w:color w:val="555555"/>
          <w:sz w:val="20"/>
        </w:rPr>
        <w:t>[15]</w:t>
      </w:r>
    </w:p>
    <w:p>
      <w:r>
        <w:rPr>
          <w:rFonts w:ascii="Gentium Plus" w:hAnsi="Gentium Plus"/>
          <w:sz w:val="24"/>
        </w:rPr>
        <w:t>Τούτοις ἀγώνισμ’ ἐστὶν, ὑψηλὴν λαβεῖν;</w:t>
      </w:r>
    </w:p>
    <w:p>
      <w:r>
        <w:rPr>
          <w:rFonts w:ascii="Courier New" w:hAnsi="Courier New"/>
          <w:color w:val="555555"/>
          <w:sz w:val="20"/>
        </w:rPr>
        <w:t>[848]</w:t>
      </w:r>
    </w:p>
    <w:p>
      <w:r>
        <w:rPr>
          <w:rFonts w:ascii="Gentium Plus" w:hAnsi="Gentium Plus"/>
          <w:sz w:val="24"/>
        </w:rPr>
        <w:t>Οὐ γὰρ μικρόν τι τῷ κρατεῖν συνεισφέρει. Οὕτω θέλησον αὐτὸς ἣν λῷον λαβεῖν. Ἡ δ’ ἔστι τὸν λυσσῶντα βάλλειν παιγνίοις. Γέλως μέγιστον ὅπλον εἰς ὀργῆς μάχην.</w:t>
      </w:r>
    </w:p>
    <w:p>
      <w:r>
        <w:rPr>
          <w:rFonts w:ascii="Courier New" w:hAnsi="Courier New"/>
          <w:color w:val="555555"/>
          <w:sz w:val="20"/>
        </w:rPr>
        <w:t>[5]</w:t>
      </w:r>
    </w:p>
    <w:p>
      <w:r>
        <w:rPr>
          <w:rFonts w:ascii="Gentium Plus" w:hAnsi="Gentium Plus"/>
          <w:sz w:val="24"/>
        </w:rPr>
        <w:t>Ὡς οἱ κεινὴν πέμποντες ἀθληταῖς χέρα Ὁρμήματι σφοδρῷ τε καὶ μεμηνότι Κάμνουσι πλεῖον τῶν πονούντων σωμάτων (Κράτημά τ’ οὐκ ἔντεχνον ἰσχύος κλάσις)· Οὕτως ὃς ὑβρίζει μὴ χολούμενόν τινα,</w:t>
      </w:r>
    </w:p>
    <w:p>
      <w:r>
        <w:rPr>
          <w:rFonts w:ascii="Courier New" w:hAnsi="Courier New"/>
          <w:color w:val="555555"/>
          <w:sz w:val="20"/>
        </w:rPr>
        <w:t>[10]</w:t>
      </w:r>
    </w:p>
    <w:p>
      <w:r>
        <w:rPr>
          <w:rFonts w:ascii="Gentium Plus" w:hAnsi="Gentium Plus"/>
          <w:sz w:val="24"/>
        </w:rPr>
        <w:t>Ἀλλ’ ἐκγελῶντα τὴν μάχην, ἀλγεῖ πλέον. Τὸ δ’ ἀντιπῖπτον καί τιν’ ἡδονὴν φέρει. Πλείων γὰρ ὕλη τῷ χόλῳ καθίσταται, Λίαν γλυκεῖ τε καὶ ἀπλήστῳ πράγματι. Ἐκεῖνό σοι γένοιτο τῆς βουλῆς τέλος.</w:t>
      </w:r>
    </w:p>
    <w:p>
      <w:r>
        <w:rPr>
          <w:rFonts w:ascii="Courier New" w:hAnsi="Courier New"/>
          <w:color w:val="555555"/>
          <w:sz w:val="20"/>
        </w:rPr>
        <w:t>[15]</w:t>
      </w:r>
    </w:p>
    <w:p>
      <w:r>
        <w:rPr>
          <w:rFonts w:ascii="Gentium Plus" w:hAnsi="Gentium Plus"/>
          <w:sz w:val="24"/>
        </w:rPr>
        <w:t>Τί τὸ πρᾶον μάλιστα τῶν ὄντων; Θεός.</w:t>
      </w:r>
    </w:p>
    <w:p>
      <w:r>
        <w:rPr>
          <w:rFonts w:ascii="Courier New" w:hAnsi="Courier New"/>
          <w:color w:val="555555"/>
          <w:sz w:val="20"/>
        </w:rPr>
        <w:t>[849]</w:t>
      </w:r>
    </w:p>
    <w:p>
      <w:r>
        <w:rPr>
          <w:rFonts w:ascii="Gentium Plus" w:hAnsi="Gentium Plus"/>
          <w:sz w:val="24"/>
        </w:rPr>
        <w:t>Τίς δ’ ἡ χολώδης φύσις; ὁ βροτοκτόνος. Ὀργήν γέ τοι γίνωσκε καὶ καλούμενον, Πρὸς αἷς καλεῖται κλήσεσι πονηρίας. Τούτων ἑλοῦ τιν’ ἣν θέλῃς μοῖραν σύγε·</w:t>
      </w:r>
    </w:p>
    <w:p>
      <w:r>
        <w:rPr>
          <w:rFonts w:ascii="Courier New" w:hAnsi="Courier New"/>
          <w:color w:val="555555"/>
          <w:sz w:val="20"/>
        </w:rPr>
        <w:t>[5]</w:t>
      </w:r>
    </w:p>
    <w:p>
      <w:r>
        <w:rPr>
          <w:rFonts w:ascii="Gentium Plus" w:hAnsi="Gentium Plus"/>
          <w:sz w:val="24"/>
        </w:rPr>
        <w:t>Ἄμφω γὰρ οὐκ ἔνεστι. Καὶ τοῦτο σκόπει· Τίς μὲν γελᾶται, τίς δὲ τῶν αἰνουμένων; Μικρὸν γὰρ οὐδὲ τοῦτο τοῖς σκοπουμένοις. Τὸ λοιπὸν, ὁρκίζω σε τῶν κακῶν φίλον, Τὸν δυσμενῆ συνήγορον καὶ προστάτην,</w:t>
      </w:r>
    </w:p>
    <w:p>
      <w:r>
        <w:rPr>
          <w:rFonts w:ascii="Courier New" w:hAnsi="Courier New"/>
          <w:color w:val="555555"/>
          <w:sz w:val="20"/>
        </w:rPr>
        <w:t>[10]</w:t>
      </w:r>
    </w:p>
    <w:p>
      <w:r>
        <w:rPr>
          <w:rFonts w:ascii="Gentium Plus" w:hAnsi="Gentium Plus"/>
          <w:sz w:val="24"/>
        </w:rPr>
        <w:t>Οἰδοῦντα καὶ διδοῦντα ταῖς ᾅδου πύλαις, Εἶξαι Θεῷ τε καὶ Λόγῳ τὸ σήμερον, Θυμὲ, ζέσις, πλήρωμα τοῦ βροτοκτόνου, Αἶσχος προσώπου ἐμφανὲς, φρενῶν ζάλη,</w:t>
      </w:r>
    </w:p>
    <w:p>
      <w:r>
        <w:rPr>
          <w:rFonts w:ascii="Courier New" w:hAnsi="Courier New"/>
          <w:color w:val="555555"/>
          <w:sz w:val="20"/>
        </w:rPr>
        <w:t>[850]</w:t>
      </w:r>
    </w:p>
    <w:p>
      <w:r>
        <w:rPr>
          <w:rFonts w:ascii="Gentium Plus" w:hAnsi="Gentium Plus"/>
          <w:sz w:val="24"/>
        </w:rPr>
        <w:t>Μέθη μύωψ, κρημνιστὰ, ταρταρηφόρε. Ὦ πνευμάτων λεγεὼν, κακὸν σύνθετον, Δεσμοὺς διασπῶν καὶ πέδας σὺν ἅμμασιν, Χριστός σε βούλεθ’, ὃν τὸ πᾶν τόδ’ οὐ φέρει,</w:t>
      </w:r>
    </w:p>
    <w:p>
      <w:r>
        <w:rPr>
          <w:rFonts w:ascii="Courier New" w:hAnsi="Courier New"/>
          <w:color w:val="555555"/>
          <w:sz w:val="20"/>
        </w:rPr>
        <w:t>[5]</w:t>
      </w:r>
    </w:p>
    <w:p>
      <w:r>
        <w:rPr>
          <w:rFonts w:ascii="Gentium Plus" w:hAnsi="Gentium Plus"/>
          <w:sz w:val="24"/>
        </w:rPr>
        <w:t>Αὐτὸς φέρει δ’ οἴαξιν ἀπταίστως τὸ πᾶν, Νωμῶν βροτῶν τε καὶ τῶν ἀγγέλων βίον, Ὃς καὶ πονηρῶν πνευμάτων λύσιν φέρει Παθῶν τε, τοῖς καλοῦσιν αὐτὸν ἐκτενῶς, Οὗτός σε βούλετ’ ἔνθεν ὡς τάχος φυγεῖν·</w:t>
      </w:r>
    </w:p>
    <w:p>
      <w:r>
        <w:rPr>
          <w:rFonts w:ascii="Courier New" w:hAnsi="Courier New"/>
          <w:color w:val="555555"/>
          <w:sz w:val="20"/>
        </w:rPr>
        <w:t>[10]</w:t>
      </w:r>
    </w:p>
    <w:p>
      <w:r>
        <w:rPr>
          <w:rFonts w:ascii="Gentium Plus" w:hAnsi="Gentium Plus"/>
          <w:sz w:val="24"/>
        </w:rPr>
        <w:t>Τῶν σῶν συῶν πλήρωσον εἰσελθὼν βάθη· Δέξονθ’ ἑτοίμως εἰς βυθὸν πεσούμενον. Ἡμῶν δ’ ἀπόσχου τῶν Θεῷ μεμηλότων.</w:t>
      </w:r>
    </w:p>
    <w:p>
      <w:r>
        <w:rPr>
          <w:rFonts w:ascii="Courier New" w:hAnsi="Courier New"/>
          <w:color w:val="555555"/>
          <w:sz w:val="20"/>
        </w:rPr>
        <w:t>[851]</w:t>
      </w:r>
    </w:p>
    <w:p>
      <w:r>
        <w:rPr>
          <w:rFonts w:ascii="Gentium Plus" w:hAnsi="Gentium Plus"/>
          <w:sz w:val="24"/>
        </w:rPr>
        <w:t>Εἰ μέν τοι τούτων ἄξιον φθέγγοισθ’ ἔπος, Φθέγξασθε κἀμοί· εἰ δὲ σιγῆς, οὐκ ἐμοί. Καὶ ὦτα δήσω τοῖς λόγοις, ὥσπερ λόγον.</w:t>
      </w:r>
    </w:p>
    <w:p>
      <w:r>
        <w:rPr>
          <w:rFonts w:ascii="Courier New" w:hAnsi="Courier New"/>
          <w:color w:val="555555"/>
          <w:sz w:val="20"/>
        </w:rPr>
        <w:t>[4t]</w:t>
      </w:r>
    </w:p>
    <w:p>
      <w:pPr>
        <w:jc w:val="center"/>
      </w:pPr>
      <w:r>
        <w:rPr>
          <w:rFonts w:ascii="Gentium Plus" w:hAnsi="Gentium Plus"/>
          <w:b/>
          <w:sz w:val="24"/>
        </w:rPr>
        <w:t>Κϛʹ. Εἰς εὐγενῆ δύστροπον.</w:t>
      </w:r>
    </w:p>
    <w:p>
      <w:r>
        <w:rPr>
          <w:rFonts w:ascii="Courier New" w:hAnsi="Courier New"/>
          <w:color w:val="555555"/>
          <w:sz w:val="20"/>
        </w:rPr>
        <w:t>[5]</w:t>
      </w:r>
    </w:p>
    <w:p>
      <w:r>
        <w:rPr>
          <w:rFonts w:ascii="Gentium Plus" w:hAnsi="Gentium Plus"/>
          <w:sz w:val="24"/>
        </w:rPr>
        <w:t>Αἵματος ἐξ ἀγαθοῦ τις, ἅπαν κακὸν, ἀνδρὶ γένος μὲν Οὐ τῶν εὐπατέρων, τἄλλα δὲ θαυμασίων, Προύφερε τοὺς προγόνους. Καὶ ὃς μάλα ἡδὺ γελάσσας, Εἶπε λόγον μνήμης ἄξιον, ὡς «Τὸ γένος Ἔστιν ὄνειδος ἔμοιγε, γένει δὲ σύ.» Τοῦτο φύλασσε</w:t>
      </w:r>
    </w:p>
    <w:p>
      <w:r>
        <w:rPr>
          <w:rFonts w:ascii="Courier New" w:hAnsi="Courier New"/>
          <w:color w:val="555555"/>
          <w:sz w:val="20"/>
        </w:rPr>
        <w:t>[10]</w:t>
      </w:r>
    </w:p>
    <w:p>
      <w:r>
        <w:rPr>
          <w:rFonts w:ascii="Gentium Plus" w:hAnsi="Gentium Plus"/>
          <w:sz w:val="24"/>
        </w:rPr>
        <w:t>Ὡς μὴ τῆς ἀρετῆς ἄλλο τι πρόσθεν ἄγοις. Εἰ σοῦ τις τὸ δυσειδὲς ἐκέρτομεν, ἢ τὸ δυσῶδες, Εἶπες ἂν, ὡς «Ὁ πατὴρ ἦν καλὸς, ἢ μυρίπνους;» Εἰ δέ σέ τις ὡς δειλὸν ἐπέσκωπτεν καὶ ἄνανδρον·</w:t>
      </w:r>
    </w:p>
    <w:p>
      <w:r>
        <w:rPr>
          <w:rFonts w:ascii="Courier New" w:hAnsi="Courier New"/>
          <w:color w:val="555555"/>
          <w:sz w:val="20"/>
        </w:rPr>
        <w:t>[852]</w:t>
      </w:r>
    </w:p>
    <w:p>
      <w:r>
        <w:rPr>
          <w:rFonts w:ascii="Gentium Plus" w:hAnsi="Gentium Plus"/>
          <w:sz w:val="24"/>
        </w:rPr>
        <w:t>«Ὡς πρόγονοι πολλὰς εἷλον ὀλυμπιάδας;» Οὕτω, εἴ σε κακόν τις ἐλέγχει καὶ ἀνόητον. Μή μοι τοὺς πατέρας, μηδὲ τὰ νεκρὰ λέγε. Χρυσόδετον κιθάρην τις ἔχων, ἔκρεξε κάκιστον.</w:t>
      </w:r>
    </w:p>
    <w:p>
      <w:r>
        <w:rPr>
          <w:rFonts w:ascii="Courier New" w:hAnsi="Courier New"/>
          <w:color w:val="555555"/>
          <w:sz w:val="20"/>
        </w:rPr>
        <w:t>[5]</w:t>
      </w:r>
    </w:p>
    <w:p>
      <w:r>
        <w:rPr>
          <w:rFonts w:ascii="Gentium Plus" w:hAnsi="Gentium Plus"/>
          <w:sz w:val="24"/>
        </w:rPr>
        <w:t>Ἄλλος ἀπ’ εἰκαίης εὐγενὲς ἧκε μέλος. Τίς τούτων, ὦ λῷστε, ἀμείνων σοι κιθαριστής; Ὃς σώζει τεχνικοῖς κρούμασιν ἁρμονίας. Ἀλλὰ σὺ χρυσῶν μὲν πατέρων ἔφυς, ὥς σε λέγουσιν, Αὐτὸς δ’ οὐκ ἀγαθός. Εἶτα μέγα φρονέεις;</w:t>
      </w:r>
    </w:p>
    <w:p>
      <w:r>
        <w:rPr>
          <w:rFonts w:ascii="Courier New" w:hAnsi="Courier New"/>
          <w:color w:val="555555"/>
          <w:sz w:val="20"/>
        </w:rPr>
        <w:t>[10]</w:t>
      </w:r>
    </w:p>
    <w:p>
      <w:r>
        <w:rPr>
          <w:rFonts w:ascii="Gentium Plus" w:hAnsi="Gentium Plus"/>
          <w:sz w:val="24"/>
        </w:rPr>
        <w:t>Τοῦτό γέ σοι λαμπρὸν γένος ἐστὶν, οἱ προπάλαιοι Νεκροὶ, καὶ μύθων πλάσματα, καὶ γραΐδες; Παίζεις. Πρὸς σὲ δ’ ἔγωγε βλέπω μόνον, εἰ δίκαιός τις</w:t>
      </w:r>
    </w:p>
    <w:p>
      <w:r>
        <w:rPr>
          <w:rFonts w:ascii="Courier New" w:hAnsi="Courier New"/>
          <w:color w:val="555555"/>
          <w:sz w:val="20"/>
        </w:rPr>
        <w:t>[853]</w:t>
      </w:r>
    </w:p>
    <w:p>
      <w:r>
        <w:rPr>
          <w:rFonts w:ascii="Gentium Plus" w:hAnsi="Gentium Plus"/>
          <w:sz w:val="24"/>
        </w:rPr>
        <w:t>Δέρματα πάντες ὅμοια, φυσώμεθα δ’ οἱ μετέωροι, Πλούτῳ καὶ δόξῃ, καὶ πατρίσι μεγάλαις. Ὥστε τί μοι τὰ περισσὰ, πατὴρ, γένος; Οὔτε με μῦθοι Τέρπους’, οὔτε τάφοι. Ἀλλ’, ἀγαθὲ, σὲ βλέπω.</w:t>
      </w:r>
    </w:p>
    <w:p>
      <w:r>
        <w:rPr>
          <w:rFonts w:ascii="Courier New" w:hAnsi="Courier New"/>
          <w:color w:val="555555"/>
          <w:sz w:val="20"/>
        </w:rPr>
        <w:t>[5]</w:t>
      </w:r>
    </w:p>
    <w:p>
      <w:r>
        <w:rPr>
          <w:rFonts w:ascii="Gentium Plus" w:hAnsi="Gentium Plus"/>
          <w:sz w:val="24"/>
        </w:rPr>
        <w:t>Εἷς χοῦς πάντες, ἑνὸς πλάστου γένος. Ἡ δὲ τυραννὶς Εἰς δύο τὰ θνητῶν ἔσχισεν, οὐχὶ φύσις. Δοῦλος ἐμοὶ πᾶς σκαιός· ἐλεύθερος, ὅστις ἄριστος. Εἰ δὲ σὺ τύφον ἔχεις, τοῦτο τί πρὸς τὸ γένος; Ἡμιόνοις τί πατήρ ποθ’ ὁ κάνθων ἐστὶν ὄνειδος;</w:t>
      </w:r>
    </w:p>
    <w:p>
      <w:r>
        <w:rPr>
          <w:rFonts w:ascii="Courier New" w:hAnsi="Courier New"/>
          <w:color w:val="555555"/>
          <w:sz w:val="20"/>
        </w:rPr>
        <w:t>[10]</w:t>
      </w:r>
    </w:p>
    <w:p>
      <w:r>
        <w:rPr>
          <w:rFonts w:ascii="Gentium Plus" w:hAnsi="Gentium Plus"/>
          <w:sz w:val="24"/>
        </w:rPr>
        <w:t>Οὐδέν. Τίς δέ τ’ ὄνοις δόξα παρ’ ἡμιόνων; Οἱ δ’ ἀετοὶ τίκτουσι, καὶ οὓς ῥίπτουσι νεοσσούς. Ὥστε τί μοι πατέρας, σαυτὸν ἀφεὶς, σὺ λέγεις; Κρεῖσσον ἄριστον ἐόντα κακὸν γένος, ἠὲ κάκιστον Ἔμμεναι εὐγενέτην· καὶ ῥόδον ἐκ τραχέος</w:t>
      </w:r>
    </w:p>
    <w:p>
      <w:r>
        <w:rPr>
          <w:rFonts w:ascii="Courier New" w:hAnsi="Courier New"/>
          <w:color w:val="555555"/>
          <w:sz w:val="20"/>
        </w:rPr>
        <w:t>[854]</w:t>
      </w:r>
    </w:p>
    <w:p>
      <w:r>
        <w:rPr>
          <w:rFonts w:ascii="Gentium Plus" w:hAnsi="Gentium Plus"/>
          <w:sz w:val="24"/>
        </w:rPr>
        <w:t>Ἐβλάστησε. φυτοῖο, ῥόδον γε μέν. Εἰ δ’ ἀπὸ γαίης Ἦλθες ἄκανθ’ ἁπαλῆς, τοῦ πυρὸς ἄξιος εἶ. Πῶς σὺ κάκιστος ἐὼν, τόσσον φρονέεις προγόνοισιν, Ὦ κάνθων μυλικὲ, ἵππιον ὕψος ἔχων;</w:t>
      </w:r>
    </w:p>
    <w:p>
      <w:r>
        <w:rPr>
          <w:rFonts w:ascii="Courier New" w:hAnsi="Courier New"/>
          <w:color w:val="555555"/>
          <w:sz w:val="20"/>
        </w:rPr>
        <w:t>[5t]</w:t>
      </w:r>
    </w:p>
    <w:p>
      <w:pPr>
        <w:jc w:val="center"/>
      </w:pPr>
      <w:r>
        <w:rPr>
          <w:rFonts w:ascii="Gentium Plus" w:hAnsi="Gentium Plus"/>
          <w:b/>
          <w:sz w:val="24"/>
        </w:rPr>
        <w:t>ΚΖʹ. Περὶ τοῦ αὐτοῦ.</w:t>
      </w:r>
    </w:p>
    <w:p>
      <w:r>
        <w:rPr>
          <w:rFonts w:ascii="Courier New" w:hAnsi="Courier New"/>
          <w:color w:val="555555"/>
          <w:sz w:val="20"/>
        </w:rPr>
        <w:t>[6]</w:t>
      </w:r>
    </w:p>
    <w:p>
      <w:r>
        <w:rPr>
          <w:rFonts w:ascii="Gentium Plus" w:hAnsi="Gentium Plus"/>
          <w:sz w:val="24"/>
        </w:rPr>
        <w:t>Εἴ σοι πίθηκον εἰς λέοντα σκευάσας Σπουδῇ προσῆγον, ἆρ’ ἂν ᾐδέσθης ἰδών; Καὶ πῶς; τί δ’ εἴ σοι κύκνος ἠγωνίζετο Δοκεῖν ὁ πάντ’ αἴσχιστος ὀρνίθων κόραξ,</w:t>
      </w:r>
    </w:p>
    <w:p>
      <w:r>
        <w:rPr>
          <w:rFonts w:ascii="Courier New" w:hAnsi="Courier New"/>
          <w:color w:val="555555"/>
          <w:sz w:val="20"/>
        </w:rPr>
        <w:t>[10]</w:t>
      </w:r>
    </w:p>
    <w:p>
      <w:r>
        <w:rPr>
          <w:rFonts w:ascii="Gentium Plus" w:hAnsi="Gentium Plus"/>
          <w:sz w:val="24"/>
        </w:rPr>
        <w:t>Χρωσθεὶς τὸ λευκόν; ἢ γελοῖος ἦν πλέον; Ἔμοιγε φαίνετ’. Εἰ δ’ ὁ δυσγενὴς τρόπον Φρυάσσετ’ εὐγένειαν, αἰδεσθήσομαι; Οὐ δὴ γὰρ εἰκὼ τὴν γεγραμμένην πλέον Τῆς τοῦ πνέοντος ἀνδρὸς, εἰ καὶ λάμπεται.</w:t>
      </w:r>
    </w:p>
    <w:p>
      <w:r>
        <w:rPr>
          <w:rFonts w:ascii="Courier New" w:hAnsi="Courier New"/>
          <w:color w:val="555555"/>
          <w:sz w:val="20"/>
        </w:rPr>
        <w:t>[15]</w:t>
      </w:r>
    </w:p>
    <w:p>
      <w:r>
        <w:rPr>
          <w:rFonts w:ascii="Gentium Plus" w:hAnsi="Gentium Plus"/>
          <w:sz w:val="24"/>
        </w:rPr>
        <w:t>Ἄλλοι γραφέσθων· ὁ τρόπος δ’ ἐμοὶ γένος.</w:t>
      </w:r>
    </w:p>
    <w:p>
      <w:r>
        <w:rPr>
          <w:rFonts w:ascii="Courier New" w:hAnsi="Courier New"/>
          <w:color w:val="555555"/>
          <w:sz w:val="20"/>
        </w:rPr>
        <w:t>[855]</w:t>
      </w:r>
    </w:p>
    <w:p>
      <w:r>
        <w:rPr>
          <w:rFonts w:ascii="Gentium Plus" w:hAnsi="Gentium Plus"/>
          <w:sz w:val="24"/>
        </w:rPr>
        <w:t>Τί ταῦτα, καὶ τί πάσχετ’, ὦ θνητὸν γένος; Ἵππος μὲν οὐδεὶς, ὅστις οὐχ ἵππος φύσει, Οὐδ’ ὄρνις, ὅστις οὐ πτερῷ κουφίζεται. Βοῦν δ’ εἰσιδών τις εἶπε, Δελφὶς τοῦτό γε;</w:t>
      </w:r>
    </w:p>
    <w:p>
      <w:r>
        <w:rPr>
          <w:rFonts w:ascii="Courier New" w:hAnsi="Courier New"/>
          <w:color w:val="555555"/>
          <w:sz w:val="20"/>
        </w:rPr>
        <w:t>[5]</w:t>
      </w:r>
    </w:p>
    <w:p>
      <w:r>
        <w:rPr>
          <w:rFonts w:ascii="Gentium Plus" w:hAnsi="Gentium Plus"/>
          <w:sz w:val="24"/>
        </w:rPr>
        <w:t>Ὅπερ δ’ ἕκαστόν ἐστι, καὶ γνωρίζεται. Δύω δὲ ταῦτα τῆς βίου κωμῳδίας. Κατηστέρισται ζῶον ἐν γῇ κείμενον, Καὶ γράμμα ποιεῖ τὸν κάκιστον εὐγενῆ. Ἵππον τιν’ ὠνῇ τὸν καλόν τε καὶ ταχὺν</w:t>
      </w:r>
    </w:p>
    <w:p>
      <w:r>
        <w:rPr>
          <w:rFonts w:ascii="Courier New" w:hAnsi="Courier New"/>
          <w:color w:val="555555"/>
          <w:sz w:val="20"/>
        </w:rPr>
        <w:t>[10]</w:t>
      </w:r>
    </w:p>
    <w:p>
      <w:r>
        <w:rPr>
          <w:rFonts w:ascii="Gentium Plus" w:hAnsi="Gentium Plus"/>
          <w:sz w:val="24"/>
        </w:rPr>
        <w:t>Ἢ τὸν κακὸν μὲν, ἐκ γένους δὲ γνωρίμου; Τὸν καλὸν, οἶδα. Τοὺς κύνας δ’, οὐ τοὺς ταχεῖς; Οὕτω. Τί δ’, οὐχ ἅπαντα τὸν αὐτὸν τρόπον; Τὰ πάνθ’ ὁμοίως. Σὺ δέ μοι κάκιστος ὢν,</w:t>
      </w:r>
    </w:p>
    <w:p>
      <w:r>
        <w:rPr>
          <w:rFonts w:ascii="Courier New" w:hAnsi="Courier New"/>
          <w:color w:val="555555"/>
          <w:sz w:val="20"/>
        </w:rPr>
        <w:t>[856]</w:t>
      </w:r>
    </w:p>
    <w:p>
      <w:r>
        <w:rPr>
          <w:rFonts w:ascii="Gentium Plus" w:hAnsi="Gentium Plus"/>
          <w:sz w:val="24"/>
        </w:rPr>
        <w:t>Καλεῖς σεαυτὸν εὐγενῆ; Ληρεῖς μάτην. Ἡ σπάρτος ὀρθὸν δεξάτω, καὶ πείθομαι. Σὺ δυσγενῆ με, κἂν ἐλεύθερον, καλεῖς. Ἐγὼ γελῶ σου τὴν νόσον, εἰ κάκιστος ὢν</w:t>
      </w:r>
    </w:p>
    <w:p>
      <w:r>
        <w:rPr>
          <w:rFonts w:ascii="Courier New" w:hAnsi="Courier New"/>
          <w:color w:val="555555"/>
          <w:sz w:val="20"/>
        </w:rPr>
        <w:t>[5]</w:t>
      </w:r>
    </w:p>
    <w:p>
      <w:r>
        <w:rPr>
          <w:rFonts w:ascii="Gentium Plus" w:hAnsi="Gentium Plus"/>
          <w:sz w:val="24"/>
        </w:rPr>
        <w:t>Οἴει καλύψειν τῷ γένει τὸ δύστροπον. Ὁ πλοῦτος ἔκριν’ εὐγενεῖς, οὐχ ὁ τρόπος, Τυχόν γε τοὺς ἀφ’ ὧν σύ. Θὲς καὶ τὸν τρόπον· Τί τοῦτο πρὸς σὲ τὸν κάκιστον εὐγενῆ; Τὸν εὐγενῆ μὲν, δυσγενῆ δὲ τῷ τρόπῳ,</w:t>
      </w:r>
    </w:p>
    <w:p>
      <w:r>
        <w:rPr>
          <w:rFonts w:ascii="Courier New" w:hAnsi="Courier New"/>
          <w:color w:val="555555"/>
          <w:sz w:val="20"/>
        </w:rPr>
        <w:t>[10]</w:t>
      </w:r>
    </w:p>
    <w:p>
      <w:r>
        <w:rPr>
          <w:rFonts w:ascii="Gentium Plus" w:hAnsi="Gentium Plus"/>
          <w:sz w:val="24"/>
        </w:rPr>
        <w:t>Νεκρὸν νομίζω τῶν καλῶν ὀδωδότα. Μί’ εὐγένεια, τὸν τρόπον χρηστὸν φέρειν.</w:t>
      </w:r>
    </w:p>
    <w:p>
      <w:r>
        <w:rPr>
          <w:rFonts w:ascii="Courier New" w:hAnsi="Courier New"/>
          <w:color w:val="555555"/>
          <w:sz w:val="20"/>
        </w:rPr>
        <w:t>[12t]</w:t>
      </w:r>
    </w:p>
    <w:p>
      <w:pPr>
        <w:jc w:val="center"/>
      </w:pPr>
      <w:r>
        <w:rPr>
          <w:rFonts w:ascii="Gentium Plus" w:hAnsi="Gentium Plus"/>
          <w:b/>
          <w:sz w:val="24"/>
        </w:rPr>
        <w:t>ΚΗʹ. Κατὰ πλουτούντων</w:t>
      </w:r>
    </w:p>
    <w:p>
      <w:r>
        <w:rPr>
          <w:rFonts w:ascii="Courier New" w:hAnsi="Courier New"/>
          <w:color w:val="555555"/>
          <w:sz w:val="20"/>
        </w:rPr>
        <w:t>[13]</w:t>
      </w:r>
    </w:p>
    <w:p>
      <w:r>
        <w:rPr>
          <w:rFonts w:ascii="Gentium Plus" w:hAnsi="Gentium Plus"/>
          <w:sz w:val="24"/>
        </w:rPr>
        <w:t>Φεῦ, φεῦ, ὅσων γέμουσιν οἱ κακοὶ κακῶν!</w:t>
      </w:r>
    </w:p>
    <w:p>
      <w:r>
        <w:rPr>
          <w:rFonts w:ascii="Courier New" w:hAnsi="Courier New"/>
          <w:color w:val="555555"/>
          <w:sz w:val="20"/>
        </w:rPr>
        <w:t>[857]</w:t>
      </w:r>
    </w:p>
    <w:p>
      <w:r>
        <w:rPr>
          <w:rFonts w:ascii="Gentium Plus" w:hAnsi="Gentium Plus"/>
          <w:sz w:val="24"/>
        </w:rPr>
        <w:t>Ἀλλ’ οὐδὲ τοῦτ’ ἴσασιν οἱ τρισάθλιοι, Ὡς ἄν τι καὶ λάβοιεν εἰς σωτηρίαν, Λόγον τιν’, ἢ σύμβουλον, ἢ μνήμην Θεοῦ· Ἃ πάντα φάρμακ’ ἐστὶ τοῖς πεπληγμένοις.</w:t>
      </w:r>
    </w:p>
    <w:p>
      <w:r>
        <w:rPr>
          <w:rFonts w:ascii="Courier New" w:hAnsi="Courier New"/>
          <w:color w:val="555555"/>
          <w:sz w:val="20"/>
        </w:rPr>
        <w:t>[5]</w:t>
      </w:r>
    </w:p>
    <w:p>
      <w:r>
        <w:rPr>
          <w:rFonts w:ascii="Gentium Plus" w:hAnsi="Gentium Plus"/>
          <w:sz w:val="24"/>
        </w:rPr>
        <w:t>Ἀλλ’ εὐσθενοῦσιν, ὡς δοκοῦς’. Οἰκτροῦ πάθους! Ὡς οἱ παραπλῆγές τε καὶ μεμηνότες, Ἰσχὺν νομίζειν τὴν νόσον καὶ τῶν φρενῶν. Ἵπταντ’, ἀροῦσιν, ἄπτεροι, βοῶν δίχα. Βοηδρομοῦσιν, ἡ φάλαγξ δ’ οὐ πλησίον·</w:t>
      </w:r>
    </w:p>
    <w:p>
      <w:r>
        <w:rPr>
          <w:rFonts w:ascii="Courier New" w:hAnsi="Courier New"/>
          <w:color w:val="555555"/>
          <w:sz w:val="20"/>
        </w:rPr>
        <w:t>[10]</w:t>
      </w:r>
    </w:p>
    <w:p>
      <w:r>
        <w:rPr>
          <w:rFonts w:ascii="Gentium Plus" w:hAnsi="Gentium Plus"/>
          <w:sz w:val="24"/>
        </w:rPr>
        <w:t>Πλέουσιν οὐ πλέοντες, ἀθλοῦσιν μόνοι, Πλουτοῦσι, βασιλεύουσι, νικῶσι δίκας. Ἅπαντα ταῦτα τῆς νόσου. Πείθει δέ τις; Κακόν τι λήψῃ πρόσθεν, ἢ πείσεις λέγων,</w:t>
      </w:r>
    </w:p>
    <w:p>
      <w:r>
        <w:rPr>
          <w:rFonts w:ascii="Courier New" w:hAnsi="Courier New"/>
          <w:color w:val="555555"/>
          <w:sz w:val="20"/>
        </w:rPr>
        <w:t>[858]</w:t>
      </w:r>
    </w:p>
    <w:p>
      <w:r>
        <w:rPr>
          <w:rFonts w:ascii="Gentium Plus" w:hAnsi="Gentium Plus"/>
          <w:sz w:val="24"/>
        </w:rPr>
        <w:t>Ὡς φαρμάκων χρῄζουσι τῆς ἀῤῥωστῖας. Τίς γὰρ, νομίζων μὴ νοσεῖν, ἀλλ’ εὐσθενεῖν, Ἢ φαρμακεύετ’, ἢ ζητεῖ σωτηρίαν; Τοῦτ’ ἔστι τοῦ νοσοῦντος, ἀλλὰ μετρίως.</w:t>
      </w:r>
    </w:p>
    <w:p>
      <w:r>
        <w:rPr>
          <w:rFonts w:ascii="Courier New" w:hAnsi="Courier New"/>
          <w:color w:val="555555"/>
          <w:sz w:val="20"/>
        </w:rPr>
        <w:t>[5]</w:t>
      </w:r>
    </w:p>
    <w:p>
      <w:r>
        <w:rPr>
          <w:rFonts w:ascii="Gentium Plus" w:hAnsi="Gentium Plus"/>
          <w:sz w:val="24"/>
        </w:rPr>
        <w:t>Ὅστις δὲ τὸν δίκαιον οἴεται νοσεῖν, Πότ’ ἂν δέξαιτο τοῦ πάθους παρήγορον; Πλουτεῖς· βιάζῃ γειτονεῖν σοι μηδένα. Ζητεῖς ἔχειν ἄρουραν· ἡ δὲ πλησίον Οὐ σή· τὸ πρᾶγμα συμφορά. Χρὴ σοῦ μόνου</w:t>
      </w:r>
    </w:p>
    <w:p>
      <w:r>
        <w:rPr>
          <w:rFonts w:ascii="Courier New" w:hAnsi="Courier New"/>
          <w:color w:val="555555"/>
          <w:sz w:val="20"/>
        </w:rPr>
        <w:t>[10]</w:t>
      </w:r>
    </w:p>
    <w:p>
      <w:r>
        <w:rPr>
          <w:rFonts w:ascii="Gentium Plus" w:hAnsi="Gentium Plus"/>
          <w:sz w:val="24"/>
        </w:rPr>
        <w:t>Τὴν ὄψιν εἶναι. Δεινὸν, εἰ τὸ σῶμά σοι Κόπτοιτο. Ἧλος ὀμμάτων τὸ τοῦ πέλας. Ὡς εἴθε καὶ γένοιτο. Ἦ γὰρ ἂν τυχὸν</w:t>
      </w:r>
    </w:p>
    <w:p>
      <w:r>
        <w:rPr>
          <w:rFonts w:ascii="Courier New" w:hAnsi="Courier New"/>
          <w:color w:val="555555"/>
          <w:sz w:val="20"/>
        </w:rPr>
        <w:t>[859]</w:t>
      </w:r>
    </w:p>
    <w:p>
      <w:r>
        <w:rPr>
          <w:rFonts w:ascii="Gentium Plus" w:hAnsi="Gentium Plus"/>
          <w:sz w:val="24"/>
        </w:rPr>
        <w:t>Ὡς φλόξ τις, ἢ χείμαῤῥος, ἢ λοιμοῦ νόσος, Μέσου κρατοῦντος οὐδενός. Ὥς μοι δοκεῖς Οὐδ’ ἡντινοῦν ὄνησιν οὐδὲ σῶν ἔχειν, Εἰ μή τι προσγένοιτο τῶν ποθουμένων.</w:t>
      </w:r>
    </w:p>
    <w:p>
      <w:r>
        <w:rPr>
          <w:rFonts w:ascii="Courier New" w:hAnsi="Courier New"/>
          <w:color w:val="555555"/>
          <w:sz w:val="20"/>
        </w:rPr>
        <w:t>[5]</w:t>
      </w:r>
    </w:p>
    <w:p>
      <w:r>
        <w:rPr>
          <w:rFonts w:ascii="Gentium Plus" w:hAnsi="Gentium Plus"/>
          <w:sz w:val="24"/>
        </w:rPr>
        <w:t>Εἶθ’ ἡ συνεργὸς τῆς χερὸς συκοφαντία. Ὕβρισμ’; ἔχω χρήστην σε, πράκτορ’ εὐθέως, Στρέβλαι, τὰ δεσμά· φείδεται τοῦ σώματος Ὁ πένης· δίδωσι πάντα, σωθῆναι θέλων. Εὔψυχός ἐστιν, οὐχ ἑκὼν, ἐν οἷς ἔχει.</w:t>
      </w:r>
    </w:p>
    <w:p>
      <w:r>
        <w:rPr>
          <w:rFonts w:ascii="Courier New" w:hAnsi="Courier New"/>
          <w:color w:val="555555"/>
          <w:sz w:val="20"/>
        </w:rPr>
        <w:t>[10]</w:t>
      </w:r>
    </w:p>
    <w:p>
      <w:r>
        <w:rPr>
          <w:rFonts w:ascii="Gentium Plus" w:hAnsi="Gentium Plus"/>
          <w:sz w:val="24"/>
        </w:rPr>
        <w:t>«Τί δ’; οὐ πολιτείας σὺ καὶ ναυαρχίας Ὑπεύθυνος; σὺ δ’ οὐχὶ τοῦ λῃστοῦ φίλος;» Λέγει τὸν οὐκ ὄνθ’, ὡς φοβήσας κερδαίνειν. «Ὁ βοῦς δέ σοι πῶς τοῖς ἐμοῖς ἐνύβρισεν; Ἥδ’ ὕβρις, εἰπέ; Μεῖζον ἐβρυχήσατο,</w:t>
      </w:r>
    </w:p>
    <w:p>
      <w:r>
        <w:rPr>
          <w:rFonts w:ascii="Courier New" w:hAnsi="Courier New"/>
          <w:color w:val="555555"/>
          <w:sz w:val="20"/>
        </w:rPr>
        <w:t>[15]</w:t>
      </w:r>
    </w:p>
    <w:p>
      <w:r>
        <w:rPr>
          <w:rFonts w:ascii="Gentium Plus" w:hAnsi="Gentium Plus"/>
          <w:sz w:val="24"/>
        </w:rPr>
        <w:t>Πένητος ὢν, καὶ ταῦτα ὡς μάχης ἐρῶν,</w:t>
      </w:r>
    </w:p>
    <w:p>
      <w:r>
        <w:rPr>
          <w:rFonts w:ascii="Courier New" w:hAnsi="Courier New"/>
          <w:color w:val="555555"/>
          <w:sz w:val="20"/>
        </w:rPr>
        <w:t>[860]</w:t>
      </w:r>
    </w:p>
    <w:p>
      <w:r>
        <w:rPr>
          <w:rFonts w:ascii="Gentium Plus" w:hAnsi="Gentium Plus"/>
          <w:sz w:val="24"/>
        </w:rPr>
        <w:t>Ἢ καὶ νενίκηχ’. Ἡ δὲ τῶν δίνδρων σκιὰ Ὑπερκύπτουσα τοῖς ἐμοῖς λυμαίνεται. Ὁ παῖς δέ σου προσῆλθε τῷ ’μῷ χωρίῳ. Ἐπίσχες, ἢ τοῦτο δράσειν μαρτύρεται.»</w:t>
      </w:r>
    </w:p>
    <w:p>
      <w:r>
        <w:rPr>
          <w:rFonts w:ascii="Courier New" w:hAnsi="Courier New"/>
          <w:color w:val="555555"/>
          <w:sz w:val="20"/>
        </w:rPr>
        <w:t>[5]</w:t>
      </w:r>
    </w:p>
    <w:p>
      <w:r>
        <w:rPr>
          <w:rFonts w:ascii="Gentium Plus" w:hAnsi="Gentium Plus"/>
          <w:sz w:val="24"/>
        </w:rPr>
        <w:t>Οὕτως ἀπῆλθε βοῦς, ὁ παῖς, τὸ κηπίον. Ταῦθ’ ἡ τυραννίς. Ἂν δὲ καὶ σοφὸς κακὸς Τύχῃ τις ὢν, τὸ πλάσμα πειθανώτερον. Ἄλλους ἀνείργει (σχῆμα προστάτου λαβὼν), Ποιεῖν κακόν τι, καὶ σκέπει δουλούμενος.</w:t>
      </w:r>
    </w:p>
    <w:p>
      <w:r>
        <w:rPr>
          <w:rFonts w:ascii="Courier New" w:hAnsi="Courier New"/>
          <w:color w:val="555555"/>
          <w:sz w:val="20"/>
        </w:rPr>
        <w:t>[10]</w:t>
      </w:r>
    </w:p>
    <w:p>
      <w:r>
        <w:rPr>
          <w:rFonts w:ascii="Gentium Plus" w:hAnsi="Gentium Plus"/>
          <w:sz w:val="24"/>
        </w:rPr>
        <w:t>Ἔπειτα θοινᾶθ’, ὡς λέων ζώου τινὸς Θῆρας διώξας, οὐ φιλανθρωπεύεται, Ἀλλ’ αὐτὸς αὑτῷ θήραν ὡς ῥᾴστην ἔχει. Τί κάμνεθ’; ἀπλοῦν ἐστιν, ἀρκεῖσθ’ οἷς ἔχεις. Τῆς δ’ οὐ μετρητῆς κτήσεως μέγας πόνος,</w:t>
      </w:r>
    </w:p>
    <w:p>
      <w:r>
        <w:rPr>
          <w:rFonts w:ascii="Courier New" w:hAnsi="Courier New"/>
          <w:color w:val="555555"/>
          <w:sz w:val="20"/>
        </w:rPr>
        <w:t>[15]</w:t>
      </w:r>
    </w:p>
    <w:p>
      <w:r>
        <w:rPr>
          <w:rFonts w:ascii="Gentium Plus" w:hAnsi="Gentium Plus"/>
          <w:sz w:val="24"/>
        </w:rPr>
        <w:t>Μάχαι, δίκαι, σοφίσμαθ’, αἱ ψευδορκίαι</w:t>
      </w:r>
    </w:p>
    <w:p>
      <w:r>
        <w:rPr>
          <w:rFonts w:ascii="Courier New" w:hAnsi="Courier New"/>
          <w:color w:val="555555"/>
          <w:sz w:val="20"/>
        </w:rPr>
        <w:t>[861]</w:t>
      </w:r>
    </w:p>
    <w:p>
      <w:r>
        <w:rPr>
          <w:rFonts w:ascii="Gentium Plus" w:hAnsi="Gentium Plus"/>
          <w:sz w:val="24"/>
        </w:rPr>
        <w:t>Εἰ μηδὲν ἄλλο, φροντίδες, ὥσπερ ζόφοι; Τούτοις ἀεί τι προσφέρους’ ἀλλότριον. Οὐδ’, εἰ τραπέζης ἀξίωμ’ ἔχων ἴσον, Ἄπληστος ἦσθα, καὶ βαρὺς τοῖς συμπόταις,</w:t>
      </w:r>
    </w:p>
    <w:p>
      <w:r>
        <w:rPr>
          <w:rFonts w:ascii="Courier New" w:hAnsi="Courier New"/>
          <w:color w:val="555555"/>
          <w:sz w:val="20"/>
        </w:rPr>
        <w:t>[5]</w:t>
      </w:r>
    </w:p>
    <w:p>
      <w:r>
        <w:rPr>
          <w:rFonts w:ascii="Gentium Plus" w:hAnsi="Gentium Plus"/>
          <w:sz w:val="24"/>
        </w:rPr>
        <w:t>Πάντων ἀμέτρως χερσὶν ἐμφορούμενος, Ἐπῄνεσάν σε; Μή τι δὴ τῆς κτήσεως; Ὡς τό γ’ ἄπληστον πανταχοῦ βδελυκτέον Σοὶ δ’ οὐχὶ φαίνετ’ ἐγκεχωσμένῳ φρένας. Τὸ μὲν γὰρ ἔστι, τοῦ δ’ ἐρᾷς, τὸ δ’ ἤλπισας·</w:t>
      </w:r>
    </w:p>
    <w:p>
      <w:r>
        <w:rPr>
          <w:rFonts w:ascii="Courier New" w:hAnsi="Courier New"/>
          <w:color w:val="555555"/>
          <w:sz w:val="20"/>
        </w:rPr>
        <w:t>[10]</w:t>
      </w:r>
    </w:p>
    <w:p>
      <w:r>
        <w:rPr>
          <w:rFonts w:ascii="Gentium Plus" w:hAnsi="Gentium Plus"/>
          <w:sz w:val="24"/>
        </w:rPr>
        <w:t>Τοῦ δ’ εἰσὶν οἱ προμνήστορες καὶ μαστροποὶ, Ὥς εἰσιν ἄλλοι τῆς νόσου τῶν σωμάτων. Σέβεις δὲ χρυσόν. Ἡ δὲ σητῶν βρώματα Ἐσθὴς τέθαπται. Τῶν δὲ σιτώνων ἀεὶ</w:t>
      </w:r>
    </w:p>
    <w:p>
      <w:r>
        <w:rPr>
          <w:rFonts w:ascii="Courier New" w:hAnsi="Courier New"/>
          <w:color w:val="555555"/>
          <w:sz w:val="20"/>
        </w:rPr>
        <w:t>[862]</w:t>
      </w:r>
    </w:p>
    <w:p>
      <w:r>
        <w:rPr>
          <w:rFonts w:ascii="Gentium Plus" w:hAnsi="Gentium Plus"/>
          <w:sz w:val="24"/>
        </w:rPr>
        <w:t>Πλήρης. Καπηλεύεις δὲ τὰς ἀκαιρίας. Οἱ μὲν στένουσι, τοὺς δ’ ἔχουσιν ἐλπίδες. Κοῦφον γάρ ἐστιν ἐλπὶς ἡμέρας ὄναρ. Τοὺς μὲν σφραγίζεις, τοὺς δ’ ἀνοίγεις εὐστόχως·</w:t>
      </w:r>
    </w:p>
    <w:p>
      <w:r>
        <w:rPr>
          <w:rFonts w:ascii="Courier New" w:hAnsi="Courier New"/>
          <w:color w:val="555555"/>
          <w:sz w:val="20"/>
        </w:rPr>
        <w:t>[5]</w:t>
      </w:r>
    </w:p>
    <w:p>
      <w:r>
        <w:rPr>
          <w:rFonts w:ascii="Gentium Plus" w:hAnsi="Gentium Plus"/>
          <w:sz w:val="24"/>
        </w:rPr>
        <w:t>Ὅπως δ’ ἂν, οἶμαι, καὶ τὰ τοῦ καιροῦ ῥέῃ. Φεῦ, φεῦ, πενήτων συλλέγεις τὰς συμφορὰς, Ἀλλοτρίαν κάκωσιν ἐκκαρπούμενος, Ἄλλην ἄρουραν τὸ στενὸν ποιούμενος! Τίς ταῦτα, κἀκ τίνων σύ; καὶ θαῤῥῶν πόθεν;</w:t>
      </w:r>
    </w:p>
    <w:p>
      <w:r>
        <w:rPr>
          <w:rFonts w:ascii="Courier New" w:hAnsi="Courier New"/>
          <w:color w:val="555555"/>
          <w:sz w:val="20"/>
        </w:rPr>
        <w:t>[10]</w:t>
      </w:r>
    </w:p>
    <w:p>
      <w:r>
        <w:rPr>
          <w:rFonts w:ascii="Gentium Plus" w:hAnsi="Gentium Plus"/>
          <w:sz w:val="24"/>
        </w:rPr>
        <w:t>Ὃν ἡ παροῦσα νὺξ ἴσως ἕξει νεκρὸν, Μέσων ἀναρπάξασα τῶν ποθουμένων. Ὡς ἔστι δεινὸν, καὶ τὰ πάντα πλουσίως</w:t>
      </w:r>
    </w:p>
    <w:p>
      <w:r>
        <w:rPr>
          <w:rFonts w:ascii="Courier New" w:hAnsi="Courier New"/>
          <w:color w:val="555555"/>
          <w:sz w:val="20"/>
        </w:rPr>
        <w:t>[863]</w:t>
      </w:r>
    </w:p>
    <w:p>
      <w:r>
        <w:rPr>
          <w:rFonts w:ascii="Gentium Plus" w:hAnsi="Gentium Plus"/>
          <w:sz w:val="24"/>
        </w:rPr>
        <w:t>Παρ’ οὗ τὰ πάντα, σὲ ζητεῖν ἔχειν δέον. Ὡς ἂν λάβῃς τί; δεινὰ θησαυρίσματα, Ὄγκον τραπέζης, καὶ στενοῦ λαιμοῦ χάριν, Εἰς ὃν τὰ πάντα συντρέχει φροντίσματα,</w:t>
      </w:r>
    </w:p>
    <w:p>
      <w:r>
        <w:rPr>
          <w:rFonts w:ascii="Courier New" w:hAnsi="Courier New"/>
          <w:color w:val="555555"/>
          <w:sz w:val="20"/>
        </w:rPr>
        <w:t>[5]</w:t>
      </w:r>
    </w:p>
    <w:p>
      <w:r>
        <w:rPr>
          <w:rFonts w:ascii="Gentium Plus" w:hAnsi="Gentium Plus"/>
          <w:sz w:val="24"/>
        </w:rPr>
        <w:t>Οἴδημα γαστρὸς, τὴν κόρου τ’ ἀῤῥωστίαν (Οὗτοι γάρ εἰσιν οἱ τόκοι τῆς πλησμονῆς), Οἴκους περιττοὺς, καὶ κενοὺς τῷ πλείονι, Χρυσωρόφους τε, πλαξί τε στιλβομένους, Παῖδας γυναικῶν εἴδεσι κοσμουμένους,</w:t>
      </w:r>
    </w:p>
    <w:p>
      <w:r>
        <w:rPr>
          <w:rFonts w:ascii="Courier New" w:hAnsi="Courier New"/>
          <w:color w:val="555555"/>
          <w:sz w:val="20"/>
        </w:rPr>
        <w:t>[10]</w:t>
      </w:r>
    </w:p>
    <w:p>
      <w:r>
        <w:rPr>
          <w:rFonts w:ascii="Gentium Plus" w:hAnsi="Gentium Plus"/>
          <w:sz w:val="24"/>
        </w:rPr>
        <w:t>Σκιάσματα, ψυκτῆρας, ἐκμεθύσματα, Συνῳδίας τε καὶ κρότους ὁμοῤῥόθους, Ὑφ’ ὧν τὸ κάλλος φθείρεται τῆς εἰκόνος, Λαμπρὸν φυσᾶσθαι καὶ μέγιστον ἐν πόλει Ὑψαυχενοῦντα, καὶ θρόνων αὐχεῖν κράτος,</w:t>
      </w:r>
    </w:p>
    <w:p>
      <w:r>
        <w:rPr>
          <w:rFonts w:ascii="Courier New" w:hAnsi="Courier New"/>
          <w:color w:val="555555"/>
          <w:sz w:val="20"/>
        </w:rPr>
        <w:t>[864]</w:t>
      </w:r>
    </w:p>
    <w:p>
      <w:r>
        <w:rPr>
          <w:rFonts w:ascii="Gentium Plus" w:hAnsi="Gentium Plus"/>
          <w:sz w:val="24"/>
        </w:rPr>
        <w:t>Θρόνους, φθόνου πάλαισμα καὶ τυραννίδος. Ἄλλος γὰρ ἄλλον οὐκ ἐᾷ φρονεῖν μέγα, Ὑπερφέρων τε καὶ πλέον γαυρούμενος, Ὥσπερ δράκοντος ἐπιῤῥέουσαι φωλίδες.</w:t>
      </w:r>
    </w:p>
    <w:p>
      <w:r>
        <w:rPr>
          <w:rFonts w:ascii="Courier New" w:hAnsi="Courier New"/>
          <w:color w:val="555555"/>
          <w:sz w:val="20"/>
        </w:rPr>
        <w:t>[5]</w:t>
      </w:r>
    </w:p>
    <w:p>
      <w:r>
        <w:rPr>
          <w:rFonts w:ascii="Gentium Plus" w:hAnsi="Gentium Plus"/>
          <w:sz w:val="24"/>
        </w:rPr>
        <w:t>Εἶεν· τί λοιπὸν ἔστι σοι τῶν τιμίων, Θρύψις γυναικῶν ἐν λίθοις καὶ χρυσίῳ, Διαπλόκοις τε καὶ πλοκῆς ἀλλοτρίοις; Δεσμοί τε χειρῶν καὶ ποδῶν, τερπνὸν βάρος, Ἐξ ὧν τὸ κάλλος οὐ καλῶς σπουδάζεται,</w:t>
      </w:r>
    </w:p>
    <w:p>
      <w:r>
        <w:rPr>
          <w:rFonts w:ascii="Courier New" w:hAnsi="Courier New"/>
          <w:color w:val="555555"/>
          <w:sz w:val="20"/>
        </w:rPr>
        <w:t>[10]</w:t>
      </w:r>
    </w:p>
    <w:p>
      <w:r>
        <w:rPr>
          <w:rFonts w:ascii="Gentium Plus" w:hAnsi="Gentium Plus"/>
          <w:sz w:val="24"/>
        </w:rPr>
        <w:t>Πολλοῖς ἀρέσκειν ἀῤῥένων ἀσκούμενον; Τί δ’ ἄλλο; παῖδας εὐπόρους λιπεῖν ἴσως, Καὶ τῆς πατρῴας ὕβρεως ἐπιστάτας; Ἦν ἄν τι τούτων, εἰ συνήντων ἐλπίδες.</w:t>
      </w:r>
    </w:p>
    <w:p>
      <w:r>
        <w:rPr>
          <w:rFonts w:ascii="Courier New" w:hAnsi="Courier New"/>
          <w:color w:val="555555"/>
          <w:sz w:val="20"/>
        </w:rPr>
        <w:t>[865]</w:t>
      </w:r>
    </w:p>
    <w:p>
      <w:r>
        <w:rPr>
          <w:rFonts w:ascii="Gentium Plus" w:hAnsi="Gentium Plus"/>
          <w:sz w:val="24"/>
        </w:rPr>
        <w:t>Οὔθ’ οἷ προβήσεθ’ ἡ βλάβη τῆς κτήσεως. Σὺ μὲν πονεῖς τε μακρὰ, κἀγρυπνεῖς ἴσως, Νύκτας συνάπτων ἡμέραις ἐν φροντίσιν, Ὡς πλεῖον εἶναι τὸ στενὸν τῆς τέρψεως·</w:t>
      </w:r>
    </w:p>
    <w:p>
      <w:r>
        <w:rPr>
          <w:rFonts w:ascii="Courier New" w:hAnsi="Courier New"/>
          <w:color w:val="555555"/>
          <w:sz w:val="20"/>
        </w:rPr>
        <w:t>[5]</w:t>
      </w:r>
    </w:p>
    <w:p>
      <w:r>
        <w:rPr>
          <w:rFonts w:ascii="Gentium Plus" w:hAnsi="Gentium Plus"/>
          <w:sz w:val="24"/>
        </w:rPr>
        <w:t>Τοκογλυφεῖς τε καὶ τρέφεις τόκοις τόκους, Ἐν δακτύλοις τε τοὺς τόκους ἀεὶ φέρεις. Τάδ’ οὔτε σοὶ φυλάσσετ’, οὔθ’ οἷς ἤλπισας· Ἀλλ’ ἔστιν, ὧν πέρ ἐστι, καὶ ξένων τυχόν. Ἀσπαστὸν ἦν ἄν· νῦν δ’ ἴσως καὶ δυσμενῶν,</w:t>
      </w:r>
    </w:p>
    <w:p>
      <w:r>
        <w:rPr>
          <w:rFonts w:ascii="Courier New" w:hAnsi="Courier New"/>
          <w:color w:val="555555"/>
          <w:sz w:val="20"/>
        </w:rPr>
        <w:t>[10]</w:t>
      </w:r>
    </w:p>
    <w:p>
      <w:r>
        <w:rPr>
          <w:rFonts w:ascii="Gentium Plus" w:hAnsi="Gentium Plus"/>
          <w:sz w:val="24"/>
        </w:rPr>
        <w:t>Οἵ σου κατηγοροῦσι καὶ τῶν σῶν καλῶν, Οὓς οὔποτ’ ἠξίωσας οὐδὲ κλάσματος. Τούτων τυχόν τις τῶν κακῶς πεπονθότων, Ὃς ἦρδεν ἁλμυρῷ σε τῷ ποτίσματι, Οἶκόν τε τὸν σὸν, ἐν γόοις καὶ δάκρυσιν,</w:t>
      </w:r>
    </w:p>
    <w:p>
      <w:r>
        <w:rPr>
          <w:rFonts w:ascii="Courier New" w:hAnsi="Courier New"/>
          <w:color w:val="555555"/>
          <w:sz w:val="20"/>
        </w:rPr>
        <w:t>[866]</w:t>
      </w:r>
    </w:p>
    <w:p>
      <w:r>
        <w:rPr>
          <w:rFonts w:ascii="Gentium Plus" w:hAnsi="Gentium Plus"/>
          <w:sz w:val="24"/>
        </w:rPr>
        <w:t>Οὗτος τραφήσετ’ ἐν πόνοις ἀλλοτρίοις, Ἀλεκτρυὼν παχύς τε καὶ βλέπων ἄνω, Πόλλ’ οὐκ ἐπαινῶν τῶν γε νῦν τυπουμένων· Ὃς οὐδὲ ἄρτον, εἰ τύχοι, διακλάσει</w:t>
      </w:r>
    </w:p>
    <w:p>
      <w:r>
        <w:rPr>
          <w:rFonts w:ascii="Courier New" w:hAnsi="Courier New"/>
          <w:color w:val="555555"/>
          <w:sz w:val="20"/>
        </w:rPr>
        <w:t>[5]</w:t>
      </w:r>
    </w:p>
    <w:p>
      <w:r>
        <w:rPr>
          <w:rFonts w:ascii="Gentium Plus" w:hAnsi="Gentium Plus"/>
          <w:sz w:val="24"/>
        </w:rPr>
        <w:t>Τῷ κληρονόμῳ σου τῶν κενῶν φαντασμάτων. Πρὸς ταῦτα, εἴ τι περινοεῖς, προσλάμβανε. Στρέβλου, βιάζου, μηδὲν ἐλλείπῃς κακὸν, Γῆς καὶ θαλάσσης ἐξερευνάσθω βάθη. Ξέειν’, ὃ δὴ λέγουσι, καὶ νεκρῶν τρίχας,</w:t>
      </w:r>
    </w:p>
    <w:p>
      <w:r>
        <w:rPr>
          <w:rFonts w:ascii="Courier New" w:hAnsi="Courier New"/>
          <w:color w:val="555555"/>
          <w:sz w:val="20"/>
        </w:rPr>
        <w:t>[10]</w:t>
      </w:r>
    </w:p>
    <w:p>
      <w:r>
        <w:rPr>
          <w:rFonts w:ascii="Gentium Plus" w:hAnsi="Gentium Plus"/>
          <w:sz w:val="24"/>
        </w:rPr>
        <w:t>Θύειν σαγήνῃ, προσκυνεῖν τὴν δεξιὰν, Ἥ σοι τοσοῦτον χρυσίον συνήγαγεν. Ἅπαντα ποιοῦ τοῦ λαβεῖν κατώτερα, Ἐχθροὺς, φίλους τε, συγγενεῖς, εὐεργέτας.</w:t>
      </w:r>
    </w:p>
    <w:p>
      <w:r>
        <w:rPr>
          <w:rFonts w:ascii="Courier New" w:hAnsi="Courier New"/>
          <w:color w:val="555555"/>
          <w:sz w:val="20"/>
        </w:rPr>
        <w:t>[867]</w:t>
      </w:r>
    </w:p>
    <w:p>
      <w:r>
        <w:rPr>
          <w:rFonts w:ascii="Gentium Plus" w:hAnsi="Gentium Plus"/>
          <w:sz w:val="24"/>
        </w:rPr>
        <w:t>Ἢ καὶ Χαρύβδει τῇ ῥοφούσῃ τοὺς στόλους. Μικρόν τι καὶ ὁ πλοῦτος ἐκβλυσθήσεται, Ὥσπερ κόρου τις φόρτος εἰς ἄνω ῥυείς. Μικρὸν μενῶ τι, καὶ προσέρχεθ’ ἡ δίκη,</w:t>
      </w:r>
    </w:p>
    <w:p>
      <w:r>
        <w:rPr>
          <w:rFonts w:ascii="Courier New" w:hAnsi="Courier New"/>
          <w:color w:val="555555"/>
          <w:sz w:val="20"/>
        </w:rPr>
        <w:t>[5]</w:t>
      </w:r>
    </w:p>
    <w:p>
      <w:r>
        <w:rPr>
          <w:rFonts w:ascii="Gentium Plus" w:hAnsi="Gentium Plus"/>
          <w:sz w:val="24"/>
        </w:rPr>
        <w:t>Κρεῖσσον μὲν, εἰ νῦν· εἰ δὲ μή γ’, εἰς ὕστερον. Καλῶς πένεσθαι κρεῖσσον, ἢ πλουτεῖν κακῶς, Ταπεινὸν εἶναι μᾶλλον. ἢ φυσώμενον, Εὐεξίαν δοκοῦντα τὴν ἀῤῥωστίαν. Ἦ πάντ’ ἔδει σοι χρυσὸν, ὡς Μίδᾳ ποτὲ</w:t>
      </w:r>
    </w:p>
    <w:p>
      <w:r>
        <w:rPr>
          <w:rFonts w:ascii="Courier New" w:hAnsi="Courier New"/>
          <w:color w:val="555555"/>
          <w:sz w:val="20"/>
        </w:rPr>
        <w:t>[10]</w:t>
      </w:r>
    </w:p>
    <w:p>
      <w:r>
        <w:rPr>
          <w:rFonts w:ascii="Gentium Plus" w:hAnsi="Gentium Plus"/>
          <w:sz w:val="24"/>
        </w:rPr>
        <w:t>Φασὶ, γενέσθαι, ὡς τὰ Μίδου καὶ πάθοις, Ἔχων δίκαιον λιμὸν ἐξ εὐχῆς κακῆς. Διψάς τίς ἐστι τῶν ἐχιδναίων γενῶν, Τούτων, ὅς’ ἡ ἔρημος Αἰγύπτου. φέρει. Ταύτης τὸ τύμμα οἷον, ἡ κλῆσις λέγει.</w:t>
      </w:r>
    </w:p>
    <w:p>
      <w:r>
        <w:rPr>
          <w:rFonts w:ascii="Courier New" w:hAnsi="Courier New"/>
          <w:color w:val="555555"/>
          <w:sz w:val="20"/>
        </w:rPr>
        <w:t>[868]</w:t>
      </w:r>
    </w:p>
    <w:p>
      <w:r>
        <w:rPr>
          <w:rFonts w:ascii="Gentium Plus" w:hAnsi="Gentium Plus"/>
          <w:sz w:val="24"/>
        </w:rPr>
        <w:t>Τὸ θηρίον γὰρ τοῦ πάθους ἐπώνυμον. Πίνων διόλλυθ’, ὃς τὸν ἰὸν ἔσπασεν· Εὑρών τι ῥεῖθρον, χανδὸν ἐμπεσὼν ὅλος, Ἕως τὸν εἴσω φόρτον ἐκρήξῃ πότῳ.</w:t>
      </w:r>
    </w:p>
    <w:p>
      <w:r>
        <w:rPr>
          <w:rFonts w:ascii="Courier New" w:hAnsi="Courier New"/>
          <w:color w:val="555555"/>
          <w:sz w:val="20"/>
        </w:rPr>
        <w:t>[5]</w:t>
      </w:r>
    </w:p>
    <w:p>
      <w:r>
        <w:rPr>
          <w:rFonts w:ascii="Gentium Plus" w:hAnsi="Gentium Plus"/>
          <w:sz w:val="24"/>
        </w:rPr>
        <w:t>Ὁμοῦ δὲ τὸ ζῇν καὶ τὸ δίψος ἐσχέθη. Οὐκ οἶσθα τοῦτο, φίλτατ’, οὐδ’ ἀκήκοας, Ὡς ἄρτον ὗσεν οὐρανὸς λαῷ ποτε, Περῶντι τὴν ἔρημον εἰκὸς ἄτροφον, Δῶρον δαψιλὲς, ὡς Θεοῦ, καὶ ἄφθονον;</w:t>
      </w:r>
    </w:p>
    <w:p>
      <w:r>
        <w:rPr>
          <w:rFonts w:ascii="Courier New" w:hAnsi="Courier New"/>
          <w:color w:val="555555"/>
          <w:sz w:val="20"/>
        </w:rPr>
        <w:t>[10]</w:t>
      </w:r>
    </w:p>
    <w:p>
      <w:r>
        <w:rPr>
          <w:rFonts w:ascii="Gentium Plus" w:hAnsi="Gentium Plus"/>
          <w:sz w:val="24"/>
        </w:rPr>
        <w:t>Ἀλλ’ οὖν ἔκειτο τοῖς ἀμέτροις καὶ δίκη. Ἔπωζεν εὐθὺς τὸ πλέον· μέτρον γὰρ ἦν Ἡ χρεία τοῦ δωρήματος. Τοῦτ’ οὖν ἀεὶ Πάσχειν ἕκαστον τῶν ἀδίκων ἔνδικον,</w:t>
      </w:r>
    </w:p>
    <w:p>
      <w:r>
        <w:rPr>
          <w:rFonts w:ascii="Courier New" w:hAnsi="Courier New"/>
          <w:color w:val="555555"/>
          <w:sz w:val="20"/>
        </w:rPr>
        <w:t>[869]</w:t>
      </w:r>
    </w:p>
    <w:p>
      <w:r>
        <w:rPr>
          <w:rFonts w:ascii="Gentium Plus" w:hAnsi="Gentium Plus"/>
          <w:sz w:val="24"/>
        </w:rPr>
        <w:t>Ἔχουσιν. Οὕτως ἂν μόνως ἦσαν σχετοί. Τί δ’ οὐ τὸ σῶμα τοῖς θέλουσιν ἐνδίδως; Τί δ’ οὐχὶ καὶ λῄσταρχον ἀσπάζῃ βίον, Τοιχωρυχεῖς τε καὶ διοχλίζεις τάφους.</w:t>
      </w:r>
    </w:p>
    <w:p>
      <w:r>
        <w:rPr>
          <w:rFonts w:ascii="Courier New" w:hAnsi="Courier New"/>
          <w:color w:val="555555"/>
          <w:sz w:val="20"/>
        </w:rPr>
        <w:t>[5]</w:t>
      </w:r>
    </w:p>
    <w:p>
      <w:r>
        <w:rPr>
          <w:rFonts w:ascii="Gentium Plus" w:hAnsi="Gentium Plus"/>
          <w:sz w:val="24"/>
        </w:rPr>
        <w:t>Εἴ σοι τὸ πλουτεῖν καὶ μόνον σπουδάζεται, Τοῦ πῶς δ’, ὅθεν τε, μηδὲ εἷς ὅλως λόγος; Κάλλους μὲν εἶναι μέτρον, εἶναι δ’ ὄψεως, Δρόμου, σθένους τε καὶ μελῶν, καὶ ἁλμάτων, Λόγων τε, μόχθων τ’· ἔργον οὐχ ἁρπάγματος</w:t>
      </w:r>
    </w:p>
    <w:p>
      <w:r>
        <w:rPr>
          <w:rFonts w:ascii="Courier New" w:hAnsi="Courier New"/>
          <w:color w:val="555555"/>
          <w:sz w:val="20"/>
        </w:rPr>
        <w:t>[10]</w:t>
      </w:r>
    </w:p>
    <w:p>
      <w:r>
        <w:rPr>
          <w:rFonts w:ascii="Gentium Plus" w:hAnsi="Gentium Plus"/>
          <w:sz w:val="24"/>
        </w:rPr>
        <w:t>Κτήσει δὲ μηδὲν μέτρον· ἀλλ’ ἔχειν ξένον Τὰ τοῦ καμόντος καὶ καλῶς κεκτημένου, Ἢ καὶ πατρῷον κλῆρον εὖ δεδεγμένου·</w:t>
      </w:r>
    </w:p>
    <w:p>
      <w:r>
        <w:rPr>
          <w:rFonts w:ascii="Courier New" w:hAnsi="Courier New"/>
          <w:color w:val="555555"/>
          <w:sz w:val="20"/>
        </w:rPr>
        <w:t>[870]</w:t>
      </w:r>
    </w:p>
    <w:p>
      <w:r>
        <w:rPr>
          <w:rFonts w:ascii="Gentium Plus" w:hAnsi="Gentium Plus"/>
          <w:sz w:val="24"/>
        </w:rPr>
        <w:t>Καὶ τοῦτ’ ἐς μικρὰν ἔστιν οἷς βίου πνοὴν, Τὸν οὐδ’ ἔχοντα γνῶσιν ὧν κέκτητ’ ἴσως. Μὴ σοὶ μόνῳ δοθήσετ’ ἡ οἰκουμένη; Κἂν ταῦτα δῶμεν, οὔτι καὶ λειφθήσεται;</w:t>
      </w:r>
    </w:p>
    <w:p>
      <w:r>
        <w:rPr>
          <w:rFonts w:ascii="Courier New" w:hAnsi="Courier New"/>
          <w:color w:val="555555"/>
          <w:sz w:val="20"/>
        </w:rPr>
        <w:t>[5]</w:t>
      </w:r>
    </w:p>
    <w:p>
      <w:r>
        <w:rPr>
          <w:rFonts w:ascii="Gentium Plus" w:hAnsi="Gentium Plus"/>
          <w:sz w:val="24"/>
        </w:rPr>
        <w:t>Τί οὖν δράσεις; σὺ σπουδάσεις καὶ ταῦτ’ ἔχειν; Ἀεὶ μογήσεις, τῷ λείποντι γὰρ πένης. Ἀλλὰ σχεθήσῃ; τοῦτο καὶ νῦν δοξάτω. Τῶν σῶν ἔχεις ὄνησιν· εἰ δ’ ἄμετρος εἶ, Ἰὸν τόδ’ ἴσθι προστιθεὶς οἷς νῦν ἔχεις,</w:t>
      </w:r>
    </w:p>
    <w:p>
      <w:r>
        <w:rPr>
          <w:rFonts w:ascii="Courier New" w:hAnsi="Courier New"/>
          <w:color w:val="555555"/>
          <w:sz w:val="20"/>
        </w:rPr>
        <w:t>[10]</w:t>
      </w:r>
    </w:p>
    <w:p>
      <w:r>
        <w:rPr>
          <w:rFonts w:ascii="Gentium Plus" w:hAnsi="Gentium Plus"/>
          <w:sz w:val="24"/>
        </w:rPr>
        <w:t>Καὶ φλὸξ ἀκάνθαις, ὃ προσέρχεται κακῶς, Οἷς δ’ ἂν προσέλθῃ, ταῦτα καὶ συνόλλυται.</w:t>
      </w:r>
    </w:p>
    <w:p>
      <w:r>
        <w:rPr>
          <w:rFonts w:ascii="Courier New" w:hAnsi="Courier New"/>
          <w:color w:val="555555"/>
          <w:sz w:val="20"/>
        </w:rPr>
        <w:t>[871]</w:t>
      </w:r>
    </w:p>
    <w:p>
      <w:r>
        <w:rPr>
          <w:rFonts w:ascii="Gentium Plus" w:hAnsi="Gentium Plus"/>
          <w:sz w:val="24"/>
        </w:rPr>
        <w:t>Οὐδ’ ὄψις ἐμμένουσα τῷ ποθουμένῳ Τὸ φίλτρον, ἀλλὰ διπλασίως ἐξάπτεται· Οὕτω τὸ ληφθὲν τοῖς ἀπλήστοις φάρμακον, Ἀεὶ καθίστατ’ εἰς ὄρεξιν πλειόνων.</w:t>
      </w:r>
    </w:p>
    <w:p>
      <w:r>
        <w:rPr>
          <w:rFonts w:ascii="Courier New" w:hAnsi="Courier New"/>
          <w:color w:val="555555"/>
          <w:sz w:val="20"/>
        </w:rPr>
        <w:t>[5]</w:t>
      </w:r>
    </w:p>
    <w:p>
      <w:r>
        <w:rPr>
          <w:rFonts w:ascii="Gentium Plus" w:hAnsi="Gentium Plus"/>
          <w:sz w:val="24"/>
        </w:rPr>
        <w:t>Γνώμην ἔδωκ’ ἂν τοῖς ἀπραγμονεστέροις, Ἢ τοῖς πένησι, συμφέρειν τι τοῖς κακοῖς, Ὡς θηρσὶ βρῶσιν, ἢ χοὰς τοῖς δαίμοσιν, Ἃς προσφέρουσιν οἵ γε δεισιδαίμονες, Εἰ, τοῦτ’ ἐχόντων, ἠρεμεῖν ἐμέλλομεν.</w:t>
      </w:r>
    </w:p>
    <w:p>
      <w:r>
        <w:rPr>
          <w:rFonts w:ascii="Courier New" w:hAnsi="Courier New"/>
          <w:color w:val="555555"/>
          <w:sz w:val="20"/>
        </w:rPr>
        <w:t>[10]</w:t>
      </w:r>
    </w:p>
    <w:p>
      <w:r>
        <w:rPr>
          <w:rFonts w:ascii="Gentium Plus" w:hAnsi="Gentium Plus"/>
          <w:sz w:val="24"/>
        </w:rPr>
        <w:t>Ὧδ’ ἄν τι καὶ πένητας οἷόν τ’ ἦν ἔχειν, Ἀεὶ τρέμοντας τῶν κακῶν καὶ τὰς σκιάς. Νῦν δ’ οἶδα πάντων φάρμακον, πλὴν τῶν κακῶν· Λιμοῦ δίαιτα, πλησμονῆς τὸ ἐνδεὲς, Ὕδρωπος ἡ κένωσις, ὀφθαλμοῦ σκότος,</w:t>
      </w:r>
    </w:p>
    <w:p>
      <w:r>
        <w:rPr>
          <w:rFonts w:ascii="Courier New" w:hAnsi="Courier New"/>
          <w:color w:val="555555"/>
          <w:sz w:val="20"/>
        </w:rPr>
        <w:t>[15]</w:t>
      </w:r>
    </w:p>
    <w:p>
      <w:r>
        <w:rPr>
          <w:rFonts w:ascii="Gentium Plus" w:hAnsi="Gentium Plus"/>
          <w:sz w:val="24"/>
        </w:rPr>
        <w:t>Πένθους λογισμὸς ἢ φίλος, λύπης χρόνος·</w:t>
      </w:r>
    </w:p>
    <w:p>
      <w:r>
        <w:rPr>
          <w:rFonts w:ascii="Courier New" w:hAnsi="Courier New"/>
          <w:color w:val="555555"/>
          <w:sz w:val="20"/>
        </w:rPr>
        <w:t>[872]</w:t>
      </w:r>
    </w:p>
    <w:p>
      <w:r>
        <w:rPr>
          <w:rFonts w:ascii="Gentium Plus" w:hAnsi="Gentium Plus"/>
          <w:sz w:val="24"/>
        </w:rPr>
        <w:t>Τοῖς δυσπλοοῦσι, πυρσὸς ἢ λιμὴν φανεὶς, Κόποις, ἄλειμμα· τοῖς πονηροῖς δ’ οὐδὲ ἓν, Πλὴν τοῦ Θεοῦ τε καὶ δίκης καὶ τραυμάτων· Ἀλλ’ οὐδὲ ταύτης αἰσθάνονθ’ οἱ δυσσεβεῖς.</w:t>
      </w:r>
    </w:p>
    <w:p>
      <w:r>
        <w:rPr>
          <w:rFonts w:ascii="Courier New" w:hAnsi="Courier New"/>
          <w:color w:val="555555"/>
          <w:sz w:val="20"/>
        </w:rPr>
        <w:t>[5]</w:t>
      </w:r>
    </w:p>
    <w:p>
      <w:r>
        <w:rPr>
          <w:rFonts w:ascii="Gentium Plus" w:hAnsi="Gentium Plus"/>
          <w:sz w:val="24"/>
        </w:rPr>
        <w:t>Ἡ πλησμονὴ γὰρ καὶ δίκης καταφρονεῖ. Ζόφῳ καλύπτει τὰς φρένας ὁ συνεργάτης, Χαλκοῖ τὸ νῶτον, ὡς ἀνήλατος σαφῶς, Ἄκμων σιδήρῳ, τῇ κακώσει γίνεται. Πρὸς τὰ παραδείγματ’ εὐθέως ἀνατρέχει.</w:t>
      </w:r>
    </w:p>
    <w:p>
      <w:r>
        <w:rPr>
          <w:rFonts w:ascii="Courier New" w:hAnsi="Courier New"/>
          <w:color w:val="555555"/>
          <w:sz w:val="20"/>
        </w:rPr>
        <w:t>[10]</w:t>
      </w:r>
    </w:p>
    <w:p>
      <w:r>
        <w:rPr>
          <w:rFonts w:ascii="Gentium Plus" w:hAnsi="Gentium Plus"/>
          <w:sz w:val="24"/>
        </w:rPr>
        <w:t>Τί τοῦτο, Χριστέ; πῶς δέδωκας τοῖς κακοῖς Τὰ τῶν ἀρίστων ἔστιν ὧν προσκρούσματα, Ὡς ἄν τιν’ εὑρίσκουσι τοῦ τρόπου φυγήν; Καλὸν μὲν οὐδεὶς, καὶ πλέον, λογίζεται, Κακὸν δὲ, καὶ μικρόν τι, γίνεται πίναξ</w:t>
      </w:r>
    </w:p>
    <w:p>
      <w:r>
        <w:rPr>
          <w:rFonts w:ascii="Courier New" w:hAnsi="Courier New"/>
          <w:color w:val="555555"/>
          <w:sz w:val="20"/>
        </w:rPr>
        <w:t>[15]</w:t>
      </w:r>
    </w:p>
    <w:p>
      <w:r>
        <w:rPr>
          <w:rFonts w:ascii="Gentium Plus" w:hAnsi="Gentium Plus"/>
          <w:sz w:val="24"/>
        </w:rPr>
        <w:t>Τοῖς ἀφρονεστέροις τε καὶ κακωτέροις.</w:t>
      </w:r>
    </w:p>
    <w:p>
      <w:r>
        <w:rPr>
          <w:rFonts w:ascii="Courier New" w:hAnsi="Courier New"/>
          <w:color w:val="555555"/>
          <w:sz w:val="20"/>
        </w:rPr>
        <w:t>[873]</w:t>
      </w:r>
    </w:p>
    <w:p>
      <w:r>
        <w:rPr>
          <w:rFonts w:ascii="Gentium Plus" w:hAnsi="Gentium Plus"/>
          <w:sz w:val="24"/>
        </w:rPr>
        <w:t>Καλοῖς σίδηρος, κηρὸς ἐν τοῖς χείροσιν Εἰσὶ, τὸ χεῖρον ῥᾳδίως τυπούμενοι. «Οὐ σωφρονῶ· τί δ’; ἄλλος οὐχ εὑρίσκεται Τοιοῦτος;» Οἴμοι! καὶ σοφῶν λέξει τινά.</w:t>
      </w:r>
    </w:p>
    <w:p>
      <w:r>
        <w:rPr>
          <w:rFonts w:ascii="Courier New" w:hAnsi="Courier New"/>
          <w:color w:val="555555"/>
          <w:sz w:val="20"/>
        </w:rPr>
        <w:t>[5]</w:t>
      </w:r>
    </w:p>
    <w:p>
      <w:r>
        <w:rPr>
          <w:rFonts w:ascii="Gentium Plus" w:hAnsi="Gentium Plus"/>
          <w:sz w:val="24"/>
        </w:rPr>
        <w:t>«Κτείνω· τί δ’; οὐχὶ κἀνθάδ’ εὑρεθήσεται Τῶν τις παλαιῶν, ἢ νέων; Πλουτῶ κακῶς· Ἔθνη δέ τ’ ἄλλος καὶ πόλεις ἐκτήσατο. Ὅρκου δέ τις οὐκ οἶδεν ἄρνησις πόσον Χείρων;» Ἔπειτ’ ἄρνησις ἐπλάσθη τινὸς,</w:t>
      </w:r>
    </w:p>
    <w:p>
      <w:r>
        <w:rPr>
          <w:rFonts w:ascii="Courier New" w:hAnsi="Courier New"/>
          <w:color w:val="555555"/>
          <w:sz w:val="20"/>
        </w:rPr>
        <w:t>[10]</w:t>
      </w:r>
    </w:p>
    <w:p>
      <w:r>
        <w:rPr>
          <w:rFonts w:ascii="Gentium Plus" w:hAnsi="Gentium Plus"/>
          <w:sz w:val="24"/>
        </w:rPr>
        <w:t>Εἰς συγκάλυψιν τραυμάτων ἐλασσόνων. Πρὸς ταῦτα καί τι μυθολογῆσαί σοι θέλω, Εἰ δεῖ τι παίζειν ἐν μέσῳ τῶν συμφορῶν, Μῦθον πρέποντα τοῖσδε τοῖς σοφίσμασι. Τὴν γλαῦκ’ ἐπέσκωπτέ τις· ἥδ’ ἐφύγγαν</w:t>
      </w:r>
    </w:p>
    <w:p>
      <w:r>
        <w:rPr>
          <w:rFonts w:ascii="Courier New" w:hAnsi="Courier New"/>
          <w:color w:val="555555"/>
          <w:sz w:val="20"/>
        </w:rPr>
        <w:t>[15]</w:t>
      </w:r>
    </w:p>
    <w:p>
      <w:r>
        <w:rPr>
          <w:rFonts w:ascii="Gentium Plus" w:hAnsi="Gentium Plus"/>
          <w:sz w:val="24"/>
        </w:rPr>
        <w:t>Τῶν σκωμμάτων ἕκαστον εὐστόχῳ λόγῳ·</w:t>
      </w:r>
    </w:p>
    <w:p>
      <w:r>
        <w:rPr>
          <w:rFonts w:ascii="Courier New" w:hAnsi="Courier New"/>
          <w:color w:val="555555"/>
          <w:sz w:val="20"/>
        </w:rPr>
        <w:t>[874]</w:t>
      </w:r>
    </w:p>
    <w:p>
      <w:r>
        <w:rPr>
          <w:rFonts w:ascii="Gentium Plus" w:hAnsi="Gentium Plus"/>
          <w:sz w:val="24"/>
        </w:rPr>
        <w:t>«Ὅσον κάρηνον! —Τοῦ Διὸς δὲ πηλίκον! — Ἡ γλαυκότης δέ! —Τοῦτο τῆς Γλαυκώπιδος. — Φθέγγῃ δύσηχον. —Ἡ δὲ κίττα καὶ πλέον. — Τὸ λεπτόπουν πῶς; —Ψὴρ δέ σοι τί φαίνεται;»</w:t>
      </w:r>
    </w:p>
    <w:p>
      <w:r>
        <w:rPr>
          <w:rFonts w:ascii="Courier New" w:hAnsi="Courier New"/>
          <w:color w:val="555555"/>
          <w:sz w:val="20"/>
        </w:rPr>
        <w:t>[5]</w:t>
      </w:r>
    </w:p>
    <w:p>
      <w:r>
        <w:rPr>
          <w:rFonts w:ascii="Gentium Plus" w:hAnsi="Gentium Plus"/>
          <w:sz w:val="24"/>
        </w:rPr>
        <w:t>Ἐπεὶ δὲ πάντα διέδρασε ῥᾳδίως, Ἑνὶ κρατεῖται, καὶ σοφή περ οὖς’ ὅμως. «Ἀλλ’, ὦ σοφὴ, σκόπησον, ὡς τούτων μὲν ἓν Ἑνὶ πρόσεστι, σοὶ δ’ ἅπαντα καὶ λίαν· Γλαυκὴ, δύσηχος, λεπτόπους, βαρύκρανος.»</w:t>
      </w:r>
    </w:p>
    <w:p>
      <w:r>
        <w:rPr>
          <w:rFonts w:ascii="Courier New" w:hAnsi="Courier New"/>
          <w:color w:val="555555"/>
          <w:sz w:val="20"/>
        </w:rPr>
        <w:t>[10]</w:t>
      </w:r>
    </w:p>
    <w:p>
      <w:r>
        <w:rPr>
          <w:rFonts w:ascii="Gentium Plus" w:hAnsi="Gentium Plus"/>
          <w:sz w:val="24"/>
        </w:rPr>
        <w:t>Τούτοις ἀπῆλθεν ἐντραπεῖς’ ἡ φιλτάτη. Σὺ δ’ οὐδὲ τοῦτο, ἀλλὰ κἀν μύθῳ πολὺ Ἔστι τις ὄρνις σῆς φρενὸς σοφώτερος. Ἑνὸς τὰ πάντα· τοῦτό σου τὸ δυσχερές. Ὡς ἓν μὲν ἁρπασθέντα, καί που δεύτερον</w:t>
      </w:r>
    </w:p>
    <w:p>
      <w:r>
        <w:rPr>
          <w:rFonts w:ascii="Courier New" w:hAnsi="Courier New"/>
          <w:color w:val="555555"/>
          <w:sz w:val="20"/>
        </w:rPr>
        <w:t>[15]</w:t>
      </w:r>
    </w:p>
    <w:p>
      <w:r>
        <w:rPr>
          <w:rFonts w:ascii="Gentium Plus" w:hAnsi="Gentium Plus"/>
          <w:sz w:val="24"/>
        </w:rPr>
        <w:t>Πταῖσαί τι, καὶ μικρόν τι, συγγνώμην ἔχει.</w:t>
      </w:r>
    </w:p>
    <w:p>
      <w:r>
        <w:rPr>
          <w:rFonts w:ascii="Courier New" w:hAnsi="Courier New"/>
          <w:color w:val="555555"/>
          <w:sz w:val="20"/>
        </w:rPr>
        <w:t>[875]</w:t>
      </w:r>
    </w:p>
    <w:p>
      <w:r>
        <w:rPr>
          <w:rFonts w:ascii="Gentium Plus" w:hAnsi="Gentium Plus"/>
          <w:sz w:val="24"/>
        </w:rPr>
        <w:t>Δώσω τι μικρὸν καὶ σκότῳ τοῦ σώματος. Τὸ παντελῶς ἄπταιστον ἐν Θεῷ μόνῳ Τὸ δ’ ἐκ προνοίας, καὶ φρονοῦντα τῷ κακῷ, Καὶ πολλάκις τε καὶ κακῶν τὰ μείζονα</w:t>
      </w:r>
    </w:p>
    <w:p>
      <w:r>
        <w:rPr>
          <w:rFonts w:ascii="Courier New" w:hAnsi="Courier New"/>
          <w:color w:val="555555"/>
          <w:sz w:val="20"/>
        </w:rPr>
        <w:t>[5]</w:t>
      </w:r>
    </w:p>
    <w:p>
      <w:r>
        <w:rPr>
          <w:rFonts w:ascii="Gentium Plus" w:hAnsi="Gentium Plus"/>
          <w:sz w:val="24"/>
        </w:rPr>
        <w:t>Πταίειν, ἀναισχυντοῦντα καὶ γελώμενον, Καὶ μηδὲ πληγαῖς σωφρονίζεσθαι θέλειν, Αἷς καὶ τὰ πάντα ἄθλι’ ἐκπαιδεύεται, Γυμνῇ δὲ χωρεῖν τῇ κεφαλῇ πρὸς κινδύνους, Τοῦτ’ ἔστιν ἡ δεινή τε καὶ κακὴ νόσος.</w:t>
      </w:r>
    </w:p>
    <w:p>
      <w:r>
        <w:rPr>
          <w:rFonts w:ascii="Courier New" w:hAnsi="Courier New"/>
          <w:color w:val="555555"/>
          <w:sz w:val="20"/>
        </w:rPr>
        <w:t>[10]</w:t>
      </w:r>
    </w:p>
    <w:p>
      <w:r>
        <w:rPr>
          <w:rFonts w:ascii="Gentium Plus" w:hAnsi="Gentium Plus"/>
          <w:sz w:val="24"/>
        </w:rPr>
        <w:t>Τὰ σὰ σκόπει σὺ, καὶ τὰ προστεταγμένα, Τί πρακτέον σοι, καὶ τί σοι μὴ πρακτέον. Καιροῦ δ’ ἐκεῖνα καὶ τύπου σκόπει τίνος; Ἡ πίστις ἤρχεθ’· ὥσπερ οὖν τοῖς νηπίοις Ἔδει ποδηγίας τε καὶ λεπτῆς τροφῆς·</w:t>
      </w:r>
    </w:p>
    <w:p>
      <w:r>
        <w:rPr>
          <w:rFonts w:ascii="Courier New" w:hAnsi="Courier New"/>
          <w:color w:val="555555"/>
          <w:sz w:val="20"/>
        </w:rPr>
        <w:t>[876]</w:t>
      </w:r>
    </w:p>
    <w:p>
      <w:r>
        <w:rPr>
          <w:rFonts w:ascii="Gentium Plus" w:hAnsi="Gentium Plus"/>
          <w:sz w:val="24"/>
        </w:rPr>
        <w:t>Τοῦτ’ ἦν ὃ καὶ πταίουσι συγγνώμης μετῆν Σοὶ δ’ οὐκ ἔτ’ ἔστι, τοῦ λόγου πεπλησμένου, Καὶ πολλὰ Χριστοῦ σοῖς κακοῖς πεπονθότος Ἀλλ’ ἡ τίσις μενεῖ σε τῶν ἐπταισμένων·</w:t>
      </w:r>
    </w:p>
    <w:p>
      <w:r>
        <w:rPr>
          <w:rFonts w:ascii="Courier New" w:hAnsi="Courier New"/>
          <w:color w:val="555555"/>
          <w:sz w:val="20"/>
        </w:rPr>
        <w:t>[5]</w:t>
      </w:r>
    </w:p>
    <w:p>
      <w:r>
        <w:rPr>
          <w:rFonts w:ascii="Gentium Plus" w:hAnsi="Gentium Plus"/>
          <w:sz w:val="24"/>
        </w:rPr>
        <w:t>Ἐπταισμένων τί φημι; τῶν νῦν δρωμένων Ἔχει δὲ πολλὰς κἀνθάδ’ ἡ δίκη λαβάς (Οὔπω λέγω σοι τὰς ἐκεῖθεν ἐλπίδας)· Οἶκος, γυνή σοι, παῖδες, εἴ τι φίλτατον, Εἴπερ μενεῖς σύ γ’ ἀλλὰ τούτοις δεξιὸς,</w:t>
      </w:r>
    </w:p>
    <w:p>
      <w:r>
        <w:rPr>
          <w:rFonts w:ascii="Courier New" w:hAnsi="Courier New"/>
          <w:color w:val="555555"/>
          <w:sz w:val="20"/>
        </w:rPr>
        <w:t>[10]</w:t>
      </w:r>
    </w:p>
    <w:p>
      <w:r>
        <w:rPr>
          <w:rFonts w:ascii="Gentium Plus" w:hAnsi="Gentium Plus"/>
          <w:sz w:val="24"/>
        </w:rPr>
        <w:t>Ἡ κτῆσις αὕτη, τὸ τρυφᾷν παῤῥησίᾳ, Τὸ σῶμα πάντων ἔσχατον. Ταῦτ’ οὖν ἔχω Ζωῆς τοσοῦτον φόρτον, ἀσφαλῶς πλέε. Τί δ’; οὐχὶ καί σοι καὶ νόσοι καὶ συμφοραί;</w:t>
      </w:r>
    </w:p>
    <w:p>
      <w:r>
        <w:rPr>
          <w:rFonts w:ascii="Courier New" w:hAnsi="Courier New"/>
          <w:color w:val="555555"/>
          <w:sz w:val="20"/>
        </w:rPr>
        <w:t>[877]</w:t>
      </w:r>
    </w:p>
    <w:p>
      <w:r>
        <w:rPr>
          <w:rFonts w:ascii="Gentium Plus" w:hAnsi="Gentium Plus"/>
          <w:sz w:val="24"/>
        </w:rPr>
        <w:t>Πάλιν πλέκῃ σὺ τοῖς ἀλλοτρίοις κακοῖς· Τί σοι τόδ’ ἐστὶ τἀμὰ δυστυχήματα, Ὡς ἂν καλέσαις αὐτός· Ἢ σὺ καὶ πονῶν, Ἤλγεις ἂν ἧττον, συγκάμνοντος τοῦ πέλας</w:t>
      </w:r>
    </w:p>
    <w:p>
      <w:r>
        <w:rPr>
          <w:rFonts w:ascii="Courier New" w:hAnsi="Courier New"/>
          <w:color w:val="555555"/>
          <w:sz w:val="20"/>
        </w:rPr>
        <w:t>[5]</w:t>
      </w:r>
    </w:p>
    <w:p>
      <w:r>
        <w:rPr>
          <w:rFonts w:ascii="Gentium Plus" w:hAnsi="Gentium Plus"/>
          <w:sz w:val="24"/>
        </w:rPr>
        <w:t>Ἔπειτ’ ἄκουσον, ὡς τὸ πάσχειν οὐκ ἴσον· Τούτων τὰ μὲν δέδρακα, οὐ πένονθ’ ἐγώ· Τὸ γὰρ πένεσθαι καὶ πλανᾶσθ’ ἑκουσίως Ποθῶ, τὸ δεσμῶν τυγχάνειν ἐλεύθερος, Μηδ’ ἐνθάδ’ εἶναι τὴν ἐμὴν κατοικίαν.</w:t>
      </w:r>
    </w:p>
    <w:p>
      <w:r>
        <w:rPr>
          <w:rFonts w:ascii="Courier New" w:hAnsi="Courier New"/>
          <w:color w:val="555555"/>
          <w:sz w:val="20"/>
        </w:rPr>
        <w:t>[10]</w:t>
      </w:r>
    </w:p>
    <w:p>
      <w:r>
        <w:rPr>
          <w:rFonts w:ascii="Gentium Plus" w:hAnsi="Gentium Plus"/>
          <w:sz w:val="24"/>
        </w:rPr>
        <w:t>Σοὶ ταῦτα φίλτατ’, ἀλλ’ ἐμοὶ τἀναντία. Παῦσαι λέοντι μέτρα κέρκωπος φέρων. Ταῦτ’ οὖν νομίζεις συμφοράς; ὦ συμφοράς! Τοῖς δ’ ἄχθομαι μέν (καὶ γὰρ οὐκ ἀρνήσομαι, Ἔχω τι κἀγὼ τοῦ χοὸς καὶ τοῦ ξύλου,</w:t>
      </w:r>
    </w:p>
    <w:p>
      <w:r>
        <w:rPr>
          <w:rFonts w:ascii="Courier New" w:hAnsi="Courier New"/>
          <w:color w:val="555555"/>
          <w:sz w:val="20"/>
        </w:rPr>
        <w:t>[878]</w:t>
      </w:r>
    </w:p>
    <w:p>
      <w:r>
        <w:rPr>
          <w:rFonts w:ascii="Gentium Plus" w:hAnsi="Gentium Plus"/>
          <w:sz w:val="24"/>
        </w:rPr>
        <w:t>Καὶ τῆς ἐκεῖθεν ἡδονῆς, ἄνθρωπος ὤν)· Ἀλλ’ οὖν φέρω τε καὶ στέγω πάσχων τόδε. Ἐμοῦ τὸ πάσχειν κρεῖσσον ἢ σοῦ τὸ σθένειν. Ἔπειτα τοῦτο συνδιασκεψώμεθα.</w:t>
      </w:r>
    </w:p>
    <w:p>
      <w:r>
        <w:rPr>
          <w:rFonts w:ascii="Courier New" w:hAnsi="Courier New"/>
          <w:color w:val="555555"/>
          <w:sz w:val="20"/>
        </w:rPr>
        <w:t>[5]</w:t>
      </w:r>
    </w:p>
    <w:p>
      <w:r>
        <w:rPr>
          <w:rFonts w:ascii="Gentium Plus" w:hAnsi="Gentium Plus"/>
          <w:sz w:val="24"/>
        </w:rPr>
        <w:t>Ἄμφω κακούμεθ’· ἀλλὰ σοὶ μὲν τοῦ τρόπου Δίκη τὸ πάσχειν· ὁ τρόπος κατήγορος, Τὸ πικρὸν ἔνδον καὶ σαφὲς κριτήριον. Ἐμοὶ δέ τις κάθαρσις ἡ μοχθηρία, Καὶ τῆς τυχούσης αἰθάλης· οὔπω λέγω</w:t>
      </w:r>
    </w:p>
    <w:p>
      <w:r>
        <w:rPr>
          <w:rFonts w:ascii="Courier New" w:hAnsi="Courier New"/>
          <w:color w:val="555555"/>
          <w:sz w:val="20"/>
        </w:rPr>
        <w:t>[10]</w:t>
      </w:r>
    </w:p>
    <w:p>
      <w:r>
        <w:rPr>
          <w:rFonts w:ascii="Gentium Plus" w:hAnsi="Gentium Plus"/>
          <w:sz w:val="24"/>
        </w:rPr>
        <w:t>Πεῖράν τιν’ εἶναι καὶ πάλην τὸ δυσχερὲς, Ὡς ἂν κρατήσας καὶ τύχοιμι τοῦ στέφους. Τί ταῦτα; τίς σοι τῶνδ’ ὄνησις τῶν λόγων; Ἰατρὸν οὐδεὶς εὖ φρονῶν σοφίζεται·</w:t>
      </w:r>
    </w:p>
    <w:p>
      <w:r>
        <w:rPr>
          <w:rFonts w:ascii="Courier New" w:hAnsi="Courier New"/>
          <w:color w:val="555555"/>
          <w:sz w:val="20"/>
        </w:rPr>
        <w:t>[879]</w:t>
      </w:r>
    </w:p>
    <w:p>
      <w:r>
        <w:rPr>
          <w:rFonts w:ascii="Gentium Plus" w:hAnsi="Gentium Plus"/>
          <w:sz w:val="24"/>
        </w:rPr>
        <w:t>Δύω νοσήματ’, ἢ καταφρονεῖν Θεοῦ, Ἢ συμπνιγέντα τοῖς κακοῖς, ἀπ’ ἐλπίδος Ἔχειν τὸ χρηστόν. Ἀλλ’ ἐμὸν δέξαι λόγον. Τούτων πάθοις σὺ μηδέτερον· ἴσον κακὸν</w:t>
      </w:r>
    </w:p>
    <w:p>
      <w:r>
        <w:rPr>
          <w:rFonts w:ascii="Courier New" w:hAnsi="Courier New"/>
          <w:color w:val="555555"/>
          <w:sz w:val="20"/>
        </w:rPr>
        <w:t>[5]</w:t>
      </w:r>
    </w:p>
    <w:p>
      <w:r>
        <w:rPr>
          <w:rFonts w:ascii="Gentium Plus" w:hAnsi="Gentium Plus"/>
          <w:sz w:val="24"/>
        </w:rPr>
        <w:t>Περιφρόνησις, κἀπόγνωσις ἐλπίδος. Κριτὴς μέν ἐστιν, ἀλλὰ καὶ πατὴρ Θεός· Δέδοικας ὡς κρίνοντα, ὡς χρηστῷ δέ γε Θάῤῥησον· εἰπὲ τὴν νόσον, σωτηρίαν Αἴτει, δίδου τε δάκρυον τοῖς τραύμασι.</w:t>
      </w:r>
    </w:p>
    <w:p>
      <w:r>
        <w:rPr>
          <w:rFonts w:ascii="Courier New" w:hAnsi="Courier New"/>
          <w:color w:val="555555"/>
          <w:sz w:val="20"/>
        </w:rPr>
        <w:t>[10]</w:t>
      </w:r>
    </w:p>
    <w:p>
      <w:r>
        <w:rPr>
          <w:rFonts w:ascii="Gentium Plus" w:hAnsi="Gentium Plus"/>
          <w:sz w:val="24"/>
        </w:rPr>
        <w:t>Δὸς καὶ πένησι, τοῖς καλοῖς σου προστάταις, Οἳ πλουσίως χαρίζονθ’ ὧνπερ χρῄζομεν Ἡμεῖς, τὸν οἶκτον ἐκ Θεοῦ τάς τ’ ἐλπίδας· Δὸς δ’, εἰ δίδως, τῶν σῶν τι· τοῖς ἀλλοτρίοις Μήτε τράπεζαν μήτε τὸν πτωχὸν σκέπειν.</w:t>
      </w:r>
    </w:p>
    <w:p>
      <w:r>
        <w:rPr>
          <w:rFonts w:ascii="Courier New" w:hAnsi="Courier New"/>
          <w:color w:val="555555"/>
          <w:sz w:val="20"/>
        </w:rPr>
        <w:t>[880]</w:t>
      </w:r>
    </w:p>
    <w:p>
      <w:r>
        <w:rPr>
          <w:rFonts w:ascii="Gentium Plus" w:hAnsi="Gentium Plus"/>
          <w:sz w:val="24"/>
        </w:rPr>
        <w:t>Ὁ μὲν γάρ ἐστι πλάσμα τῆς τοῦ Θεοῦ χερὸς, Ὥστ’ οὐκ ἄτιμος· ἡ δὲ καὶ σεβασμία. Μή μοι τὸ θεῖον ὡς δικαστὴν ἄθλιον Ὑπόσπα, μὴ καί σοι πλέον χολώσεται.</w:t>
      </w:r>
    </w:p>
    <w:p>
      <w:r>
        <w:rPr>
          <w:rFonts w:ascii="Courier New" w:hAnsi="Courier New"/>
          <w:color w:val="555555"/>
          <w:sz w:val="20"/>
        </w:rPr>
        <w:t>[5]</w:t>
      </w:r>
    </w:p>
    <w:p>
      <w:r>
        <w:rPr>
          <w:rFonts w:ascii="Gentium Plus" w:hAnsi="Gentium Plus"/>
          <w:sz w:val="24"/>
        </w:rPr>
        <w:t>Κλέπτειν διδάσκεις τὸν κλοπῆς ἀναιρέτην; Εἰ μέν σε πείθω, κρεῖσσον· εἰ δὲ μηδέπω, Τὸ γοῦν τυραννεῖν ὀψὲ γοῦν στῆσόν ποτε (Κόρος δὲ πάντων καὶ καλῶν καὶ χειρόνων)· Καὶ τοῦτο τῶν σῶν αἰνέσω· τοῖς γὰρ κακοῖς</w:t>
      </w:r>
    </w:p>
    <w:p>
      <w:r>
        <w:rPr>
          <w:rFonts w:ascii="Courier New" w:hAnsi="Courier New"/>
          <w:color w:val="555555"/>
          <w:sz w:val="20"/>
        </w:rPr>
        <w:t>[10]</w:t>
      </w:r>
    </w:p>
    <w:p>
      <w:r>
        <w:rPr>
          <w:rFonts w:ascii="Gentium Plus" w:hAnsi="Gentium Plus"/>
          <w:sz w:val="24"/>
        </w:rPr>
        <w:t>Μέγιστόν ἐστι καὶ στάσις πονηρίας. Εἰ μὲν δέχῃ τοῦτ’· εἰ δὲ μὴ, σὲ μὲν τάφου Μνήσω, τὸ πάντων τῶν κακῶν ἐστιν πέρας, Ὃν πᾶσιν ἕξεις ἶσα, κἂν Ἡρακλέους</w:t>
      </w:r>
    </w:p>
    <w:p>
      <w:r>
        <w:rPr>
          <w:rFonts w:ascii="Courier New" w:hAnsi="Courier New"/>
          <w:color w:val="555555"/>
          <w:sz w:val="20"/>
        </w:rPr>
        <w:t>[881]</w:t>
      </w:r>
    </w:p>
    <w:p>
      <w:r>
        <w:rPr>
          <w:rFonts w:ascii="Gentium Plus" w:hAnsi="Gentium Plus"/>
          <w:sz w:val="24"/>
        </w:rPr>
        <w:t>Τὰ τῶν συνοίκων κτώμενος καὶ γειτόνων· Ὃν ἄλλος, οἴομ’, ἐξολεῖ τοῦ σοῦ τρόπου, Τὸ λοξὰ βαίνειν ἐκ πορείας σῆς ἔχων, Χείρων μαθητὴς τοῦ σοφοῦ διδασκάλου·</w:t>
      </w:r>
    </w:p>
    <w:p>
      <w:r>
        <w:rPr>
          <w:rFonts w:ascii="Courier New" w:hAnsi="Courier New"/>
          <w:color w:val="555555"/>
          <w:sz w:val="20"/>
        </w:rPr>
        <w:t>[5]</w:t>
      </w:r>
    </w:p>
    <w:p>
      <w:r>
        <w:rPr>
          <w:rFonts w:ascii="Gentium Plus" w:hAnsi="Gentium Plus"/>
          <w:sz w:val="24"/>
        </w:rPr>
        <w:t>Καὶ τῆς ἀπευκτῆς τοῖς πονηροῖς ἡμέρας, Καθ’ ἣν ζόφοι τε καὶ φλόγες, καὶ τάρταροι, Εἴσπραξις ὄντες τῶν κακῶν τῶν ἐνθάδε, Τὴν εἰκόνα ζητοῦντες ἐγκεχωσμένην Ταῖς τοῦ δράκοντος καὶ πολυτρόπου πάγαις,</w:t>
      </w:r>
    </w:p>
    <w:p>
      <w:r>
        <w:rPr>
          <w:rFonts w:ascii="Courier New" w:hAnsi="Courier New"/>
          <w:color w:val="555555"/>
          <w:sz w:val="20"/>
        </w:rPr>
        <w:t>[10]</w:t>
      </w:r>
    </w:p>
    <w:p>
      <w:r>
        <w:rPr>
          <w:rFonts w:ascii="Gentium Plus" w:hAnsi="Gentium Plus"/>
          <w:sz w:val="24"/>
        </w:rPr>
        <w:t>Γεύοντος ἡμᾶς τῆς κακίστης ἡδονῆς. Ἐγὼ δ’ ὅπως φύγοιμι τὴν μοχθηρίαν Ζητῶ, τίσι πτεροῖς τε καὶ τίσι βυθοῖς Γῆς ἢ θαλάσσης, ἢ τίσι σοφίσμασιν, Εἰς ποῖον ἐλθὼν τέρμα τῆς οἰκουμένης,</w:t>
      </w:r>
    </w:p>
    <w:p>
      <w:r>
        <w:rPr>
          <w:rFonts w:ascii="Courier New" w:hAnsi="Courier New"/>
          <w:color w:val="555555"/>
          <w:sz w:val="20"/>
        </w:rPr>
        <w:t>[15]</w:t>
      </w:r>
    </w:p>
    <w:p>
      <w:r>
        <w:rPr>
          <w:rFonts w:ascii="Gentium Plus" w:hAnsi="Gentium Plus"/>
          <w:sz w:val="24"/>
        </w:rPr>
        <w:t>Τίνα ζόφον πρόβλημα ἢ νέφος λαβὼν,</w:t>
      </w:r>
    </w:p>
    <w:p>
      <w:r>
        <w:rPr>
          <w:rFonts w:ascii="Courier New" w:hAnsi="Courier New"/>
          <w:color w:val="555555"/>
          <w:sz w:val="20"/>
        </w:rPr>
        <w:t>[882]</w:t>
      </w:r>
    </w:p>
    <w:p>
      <w:r>
        <w:rPr>
          <w:rFonts w:ascii="Gentium Plus" w:hAnsi="Gentium Plus"/>
          <w:sz w:val="24"/>
        </w:rPr>
        <w:t>Ποίαις τὸ Θεῖον ἐκθεραπεύσας λιταῖς; Ὡς ταῦτα τρία πανταχοῦ, χρόνος, τόπος, Ἁμαρτίας τε τῆς κακῆς ῥᾴστη τύχη· Στήσω νόμον τὸν θεῖον. Οὗτός ἐστι τίς;</w:t>
      </w:r>
    </w:p>
    <w:p>
      <w:r>
        <w:rPr>
          <w:rFonts w:ascii="Courier New" w:hAnsi="Courier New"/>
          <w:color w:val="555555"/>
          <w:sz w:val="20"/>
        </w:rPr>
        <w:t>[5]</w:t>
      </w:r>
    </w:p>
    <w:p>
      <w:r>
        <w:rPr>
          <w:rFonts w:ascii="Gentium Plus" w:hAnsi="Gentium Plus"/>
          <w:sz w:val="24"/>
        </w:rPr>
        <w:t>Πόλεις ἀμείβετ’ ἐκ πολέων· τῇ γὰρ φυγῇ Τινὲς λελείψοντ’, εἶπε τοῖς ἀποστόλοις, Ὅταν διωθῆθ’ ὁ κρατῶν πάντων Θεός. Πάσας ἀμείψω μέχρις ἐσχάτου πυρὸς, Φεύγων πονηρῶν ἀσχέτους ἐπιδρομάς.</w:t>
      </w:r>
    </w:p>
    <w:p>
      <w:r>
        <w:rPr>
          <w:rFonts w:ascii="Courier New" w:hAnsi="Courier New"/>
          <w:color w:val="555555"/>
          <w:sz w:val="20"/>
        </w:rPr>
        <w:t>[10]</w:t>
      </w:r>
    </w:p>
    <w:p>
      <w:r>
        <w:rPr>
          <w:rFonts w:ascii="Gentium Plus" w:hAnsi="Gentium Plus"/>
          <w:sz w:val="24"/>
        </w:rPr>
        <w:t>Ἐκεῖ μὲν ἕξει καὶ ἄκοντας ἡ δίκη. Οὐδὲν διοχλήσουσι ταῖς ἄνω μοναῖς, Οὐδ’ ἐκβαλοῦσι τοὺς πένητας, ὡς γε νῦν, Κἀκεῖθεν· εἴπου καὶ δεήσονται τυχὸν Οἴκτου βραχείας ῥανίδος εἰς ψύξιν φλογός.</w:t>
      </w:r>
    </w:p>
    <w:p>
      <w:r>
        <w:rPr>
          <w:rFonts w:ascii="Courier New" w:hAnsi="Courier New"/>
          <w:color w:val="555555"/>
          <w:sz w:val="20"/>
        </w:rPr>
        <w:t>[15]</w:t>
      </w:r>
    </w:p>
    <w:p>
      <w:r>
        <w:rPr>
          <w:rFonts w:ascii="Gentium Plus" w:hAnsi="Gentium Plus"/>
          <w:sz w:val="24"/>
        </w:rPr>
        <w:t>Ὁ πλούσιός σε πειθέτω καὶ Λάζαρος·</w:t>
      </w:r>
    </w:p>
    <w:p>
      <w:r>
        <w:rPr>
          <w:rFonts w:ascii="Courier New" w:hAnsi="Courier New"/>
          <w:color w:val="555555"/>
          <w:sz w:val="20"/>
        </w:rPr>
        <w:t>[883]</w:t>
      </w:r>
    </w:p>
    <w:p>
      <w:r>
        <w:rPr>
          <w:rFonts w:ascii="Gentium Plus" w:hAnsi="Gentium Plus"/>
          <w:sz w:val="24"/>
        </w:rPr>
        <w:t>Ὁ μὲν μόνου διδούς γε τοῦ τρυφᾷν δίκας, Ἄλλου κάμνοντος καὶ τροφῇ καὶ τραύμασιν, (Ὤθει γὰρ οὖν κἀκεῖνος, ὡς σὺ, Λάζαρον)· Ὁ δ’, ὡς φέρων ἅπαντα, καὶ τιμώμενος.</w:t>
      </w:r>
    </w:p>
    <w:p>
      <w:r>
        <w:rPr>
          <w:rFonts w:ascii="Courier New" w:hAnsi="Courier New"/>
          <w:color w:val="555555"/>
          <w:sz w:val="20"/>
        </w:rPr>
        <w:t>[5]</w:t>
      </w:r>
    </w:p>
    <w:p>
      <w:r>
        <w:rPr>
          <w:rFonts w:ascii="Gentium Plus" w:hAnsi="Gentium Plus"/>
          <w:sz w:val="24"/>
        </w:rPr>
        <w:t>Πέρας λόγου. Δέχου δὲ σὺν τρόμῳ λόγον. Πολλῶν κακῶν ὄντων τε καὶ καλουμένων, Εἰδωλολάτρης οὗτος εἴρηται μόνος (Ὃ τῶν κακῶν μέγιστόν ἐστιν ἐν βίῳ), Ὃς οὐδὲν οἶδεν, ἣ λογίζεσθαι, πλέον·</w:t>
      </w:r>
    </w:p>
    <w:p>
      <w:r>
        <w:rPr>
          <w:rFonts w:ascii="Courier New" w:hAnsi="Courier New"/>
          <w:color w:val="555555"/>
          <w:sz w:val="20"/>
        </w:rPr>
        <w:t>[10]</w:t>
      </w:r>
    </w:p>
    <w:p>
      <w:r>
        <w:rPr>
          <w:rFonts w:ascii="Gentium Plus" w:hAnsi="Gentium Plus"/>
          <w:sz w:val="24"/>
        </w:rPr>
        <w:t>Ὡς καὶ τόδ’ ἂν τάχιστα τῇ νόσῳ παθὼν Εἰ καιρὸς ἔλθοι τῷ πάθει καρπὸν φέρων, Ἢ καὶ Χαμὼς βδέλυγμα τὸν πλοῦτον σέβων. Ῥίψωμεν οὖν, ῥίψωμεν εἰδώλων τύπους,</w:t>
      </w:r>
    </w:p>
    <w:p>
      <w:r>
        <w:rPr>
          <w:rFonts w:ascii="Courier New" w:hAnsi="Courier New"/>
          <w:color w:val="555555"/>
          <w:sz w:val="20"/>
        </w:rPr>
        <w:t>[884]</w:t>
      </w:r>
    </w:p>
    <w:p>
      <w:r>
        <w:rPr>
          <w:rFonts w:ascii="Gentium Plus" w:hAnsi="Gentium Plus"/>
          <w:sz w:val="24"/>
        </w:rPr>
        <w:t>Μόνον Θεὸν σέβοντες, ὃν γινώσκομεν.</w:t>
      </w:r>
    </w:p>
    <w:p>
      <w:r>
        <w:rPr>
          <w:rFonts w:ascii="Courier New" w:hAnsi="Courier New"/>
          <w:color w:val="555555"/>
          <w:sz w:val="20"/>
        </w:rPr>
        <w:t>[2t]</w:t>
      </w:r>
    </w:p>
    <w:p>
      <w:pPr>
        <w:jc w:val="center"/>
      </w:pPr>
      <w:r>
        <w:rPr>
          <w:rFonts w:ascii="Gentium Plus" w:hAnsi="Gentium Plus"/>
          <w:b/>
          <w:sz w:val="24"/>
        </w:rPr>
        <w:t>ΚΘʹ. Κατὰ γυναικῶν καλλωπιζομένων.</w:t>
      </w:r>
    </w:p>
    <w:p>
      <w:r>
        <w:rPr>
          <w:rFonts w:ascii="Courier New" w:hAnsi="Courier New"/>
          <w:color w:val="555555"/>
          <w:sz w:val="20"/>
        </w:rPr>
        <w:t>[3]</w:t>
      </w:r>
    </w:p>
    <w:p>
      <w:r>
        <w:rPr>
          <w:rFonts w:ascii="Gentium Plus" w:hAnsi="Gentium Plus"/>
          <w:sz w:val="24"/>
        </w:rPr>
        <w:t>Μὴ κεφαλὰς πυργοῦτε νόθοις πλοκάμοισι, γυναῖκες, Θρύπτουσαι μαλακοὺς αὐχένας ἐκ σκοπέλων,</w:t>
      </w:r>
    </w:p>
    <w:p>
      <w:r>
        <w:rPr>
          <w:rFonts w:ascii="Courier New" w:hAnsi="Courier New"/>
          <w:color w:val="555555"/>
          <w:sz w:val="20"/>
        </w:rPr>
        <w:t>[5]</w:t>
      </w:r>
    </w:p>
    <w:p>
      <w:r>
        <w:rPr>
          <w:rFonts w:ascii="Gentium Plus" w:hAnsi="Gentium Plus"/>
          <w:sz w:val="24"/>
        </w:rPr>
        <w:t>Μηδὲ Θεοῦ μορφὰς ἐπαλείφετε χρώμασιν αἰσχροῖς, Ὥστε προσωπεῖον, κοὐχὶ πρόσωπα, φέρειν. Οὐδὲ γὰρ ἀσκεπέα κεφαλὴν θέμις ἀνδρὶ γυναῖκα Φαίνειν, ἢ χρυσῷ σφιγγομένων πλοκάμων, Ἠὲ κόμης ἀδέτοιο κατωμαδὸν ἔνθα καὶ ἔνθα</w:t>
      </w:r>
    </w:p>
    <w:p>
      <w:r>
        <w:rPr>
          <w:rFonts w:ascii="Courier New" w:hAnsi="Courier New"/>
          <w:color w:val="555555"/>
          <w:sz w:val="20"/>
        </w:rPr>
        <w:t>[10]</w:t>
      </w:r>
    </w:p>
    <w:p>
      <w:r>
        <w:rPr>
          <w:rFonts w:ascii="Gentium Plus" w:hAnsi="Gentium Plus"/>
          <w:sz w:val="24"/>
        </w:rPr>
        <w:t>Σκιρτώσης ἀπαλῶν μαινάδος ἐξ ἀνέμων. Οὐδὲ λόφον καθύπερθε φέρειν κορύθεσσιν ὁμοῖον,</w:t>
      </w:r>
    </w:p>
    <w:p>
      <w:r>
        <w:rPr>
          <w:rFonts w:ascii="Courier New" w:hAnsi="Courier New"/>
          <w:color w:val="555555"/>
          <w:sz w:val="20"/>
        </w:rPr>
        <w:t>[885]</w:t>
      </w:r>
    </w:p>
    <w:p>
      <w:r>
        <w:rPr>
          <w:rFonts w:ascii="Gentium Plus" w:hAnsi="Gentium Plus"/>
          <w:sz w:val="24"/>
        </w:rPr>
        <w:t>Ἠὲ λίνου μαλακοῖο διαυγάζουσαν ἔθειραν Κρυπτὴν, ἀμφαδίην, τήνδε μετωπιδίην, Ξανθὸν ἀπαστράπτουσαν, ὅση κρήδεμνον ἄλυξεν, Ὡς δοκέειν παλάμης ἔργα πονησαμένης·</w:t>
      </w:r>
    </w:p>
    <w:p>
      <w:r>
        <w:rPr>
          <w:rFonts w:ascii="Courier New" w:hAnsi="Courier New"/>
          <w:color w:val="555555"/>
          <w:sz w:val="20"/>
        </w:rPr>
        <w:t>[5]</w:t>
      </w:r>
    </w:p>
    <w:p>
      <w:r>
        <w:rPr>
          <w:rFonts w:ascii="Gentium Plus" w:hAnsi="Gentium Plus"/>
          <w:sz w:val="24"/>
        </w:rPr>
        <w:t>Εὖτε τὸν οὐχ ὁρόωντα διδάσκαλον, ἄπνοον εἰκὼ Μορφῆς στασαμένη, κάλλος ἐκεῖθε γράφεις. Κάλλος δ’ εἰ μὲν ἔδωκε φύσις, μὴ κρύπτετ’ ἀλοιφῇ, Ἀλλ’ οἴοις καθαρὸν ἀνδράσιν ὑμετέροις Σώζετε, κἀλλοτρίῳ μηδ’ ὄμματα λίχνα φέρουσαι·</w:t>
      </w:r>
    </w:p>
    <w:p>
      <w:r>
        <w:rPr>
          <w:rFonts w:ascii="Courier New" w:hAnsi="Courier New"/>
          <w:color w:val="555555"/>
          <w:sz w:val="20"/>
        </w:rPr>
        <w:t>[10]</w:t>
      </w:r>
    </w:p>
    <w:p>
      <w:r>
        <w:rPr>
          <w:rFonts w:ascii="Gentium Plus" w:hAnsi="Gentium Plus"/>
          <w:sz w:val="24"/>
        </w:rPr>
        <w:t>Ὄμμασι γὰρ κραδίη ἕσπεται οὐχ ὁσίοις· Εἰ δ’ οὐ γεινομένῃσι συνέσπετο, δεύτερον αἶσχος Φεύγετε, ἐκ χειρῶν κάλλος ἐφελκόμεναι· Κάλλος, ὃ γαῖα φέρει, καὶ ὤνιόν ἐστι γυναιξὶ</w:t>
      </w:r>
    </w:p>
    <w:p>
      <w:r>
        <w:rPr>
          <w:rFonts w:ascii="Courier New" w:hAnsi="Courier New"/>
          <w:color w:val="555555"/>
          <w:sz w:val="20"/>
        </w:rPr>
        <w:t>[886]</w:t>
      </w:r>
    </w:p>
    <w:p>
      <w:r>
        <w:rPr>
          <w:rFonts w:ascii="Gentium Plus" w:hAnsi="Gentium Plus"/>
          <w:sz w:val="24"/>
        </w:rPr>
        <w:t>Πανδήμοις, ὀβολῶν περνομέναις ὀλίγων Κάλλος, ὃ ῥυπτόμενον χαμάδις ῥέει· οὐδὲ γέλωτι Ἵστατ’, ἐπὴν λύσῃ χάρμα παρειὰν ὅλην, Καὶ δακρύων ὀχετοῖσιν ἐλέγχεται, ἰκμαλέῳ τε</w:t>
      </w:r>
    </w:p>
    <w:p>
      <w:r>
        <w:rPr>
          <w:rFonts w:ascii="Courier New" w:hAnsi="Courier New"/>
          <w:color w:val="555555"/>
          <w:sz w:val="20"/>
        </w:rPr>
        <w:t>[5]</w:t>
      </w:r>
    </w:p>
    <w:p>
      <w:r>
        <w:rPr>
          <w:rFonts w:ascii="Gentium Plus" w:hAnsi="Gentium Plus"/>
          <w:sz w:val="24"/>
        </w:rPr>
        <w:t>Δείματι, καὶ ψεκάδος λύεται ἐξ ὀλίγης. Ἡ δὲ πάρος στίλβουσα, καὶ ἡ χαρίεσσα παρειὴ, Χάρμα μέγ’ ἐξαπίνης διχρόος ἐξεφάνη, Περκνὴ, μαρμαρόεσσα. Μελάγχροε, μιλτοπάρῃε, Πῶς δύνασαι κατέχειν κάλλος ἐλεγχόμενον;</w:t>
      </w:r>
    </w:p>
    <w:p>
      <w:r>
        <w:rPr>
          <w:rFonts w:ascii="Courier New" w:hAnsi="Courier New"/>
          <w:color w:val="555555"/>
          <w:sz w:val="20"/>
        </w:rPr>
        <w:t>[10]</w:t>
      </w:r>
    </w:p>
    <w:p>
      <w:r>
        <w:rPr>
          <w:rFonts w:ascii="Gentium Plus" w:hAnsi="Gentium Plus"/>
          <w:sz w:val="24"/>
        </w:rPr>
        <w:t>Ταῦτ’ οὐ κινυμένοισιν ἀγάλμασι· σοὶ δ’ ἀφορητὴ Μορφὴ, καὶ πολλοῖς λυομένη πάθεσι. Τοῦτο Θεοῦ δέμας ἐστὶ, χερὸς τόδε· τοῦτο παλαιὸν,</w:t>
      </w:r>
    </w:p>
    <w:p>
      <w:r>
        <w:rPr>
          <w:rFonts w:ascii="Courier New" w:hAnsi="Courier New"/>
          <w:color w:val="555555"/>
          <w:sz w:val="20"/>
        </w:rPr>
        <w:t>[887]</w:t>
      </w:r>
    </w:p>
    <w:p>
      <w:r>
        <w:rPr>
          <w:rFonts w:ascii="Gentium Plus" w:hAnsi="Gentium Plus"/>
          <w:sz w:val="24"/>
        </w:rPr>
        <w:t>Τερπνῶν τε στυγερῶν τε ἀμοιβαδὶς, ἠέ τις ἐσθὴς Ἀμφίχροος ζώναις πλείοσιν ἑλκομένη. Τοὔνεκεν ἢ φεύγειν γραπτὸν δέμας, ἠὲ φυλάσσειν, Μηδ’ ἐπιλωβητὸν εἴδεος ἄλκαρ ἔχειν.</w:t>
      </w:r>
    </w:p>
    <w:p>
      <w:r>
        <w:rPr>
          <w:rFonts w:ascii="Courier New" w:hAnsi="Courier New"/>
          <w:color w:val="555555"/>
          <w:sz w:val="20"/>
        </w:rPr>
        <w:t>[5]</w:t>
      </w:r>
    </w:p>
    <w:p>
      <w:r>
        <w:rPr>
          <w:rFonts w:ascii="Gentium Plus" w:hAnsi="Gentium Plus"/>
          <w:sz w:val="24"/>
        </w:rPr>
        <w:t>Ἱστὸν Πηνελόπης, τὸν νὺξ λύεν, ἦμαρ ὕφαινεν· Ἔνδοθι τὴν Ἑκάβην, ἔκτοθι τὴν Ἑλένην. Εἰ μὲν δὴ μῆχός τι λαθεῖν πόσιν, οὐ μὲν ἀνεκτὸν, Εἶδος ἀποκρύπτειν θειότερον βροτέῳ, Μή σε Θεὸς τοίοισιν ἀμείψηται χαλεπῄνας·</w:t>
      </w:r>
    </w:p>
    <w:p>
      <w:r>
        <w:rPr>
          <w:rFonts w:ascii="Courier New" w:hAnsi="Courier New"/>
          <w:color w:val="555555"/>
          <w:sz w:val="20"/>
        </w:rPr>
        <w:t>[10]</w:t>
      </w:r>
    </w:p>
    <w:p>
      <w:r>
        <w:rPr>
          <w:rFonts w:ascii="Gentium Plus" w:hAnsi="Gentium Plus"/>
          <w:sz w:val="24"/>
        </w:rPr>
        <w:t>Τίς, πόθεν ὁ πλάστης; ἔῤῥε μοι, ἀλλοτρίη. Οὔ ς’ ἔγραψα, κύων, ἀλλ’ ἔπλασα εἰκόν’ ἐμοῖο· Πῶς εἴδωλον ἔχω εἴδεος ἀντὶ φίλου;</w:t>
      </w:r>
    </w:p>
    <w:p>
      <w:r>
        <w:rPr>
          <w:rFonts w:ascii="Courier New" w:hAnsi="Courier New"/>
          <w:color w:val="555555"/>
          <w:sz w:val="20"/>
        </w:rPr>
        <w:t>[888]</w:t>
      </w:r>
    </w:p>
    <w:p>
      <w:r>
        <w:rPr>
          <w:rFonts w:ascii="Gentium Plus" w:hAnsi="Gentium Plus"/>
          <w:sz w:val="24"/>
        </w:rPr>
        <w:t>Ἀλλ’ ἔμπης νούσῳ τι παρήσομεν. Εἰ δ’, ἀρίδηλον Ἐστὶ πίναξ γραφέων εἶδος ἐπ’ εἶδος ἔχων, Στήλην αἴσχεος ἴσθι βροτοῖς περιφαντὸν ἐγείρειν Μορφὴν, ἣν σὺ γράφεις ἔμπνοον ἀλκὶ νόου.</w:t>
      </w:r>
    </w:p>
    <w:p>
      <w:r>
        <w:rPr>
          <w:rFonts w:ascii="Courier New" w:hAnsi="Courier New"/>
          <w:color w:val="555555"/>
          <w:sz w:val="20"/>
        </w:rPr>
        <w:t>[5]</w:t>
      </w:r>
    </w:p>
    <w:p>
      <w:r>
        <w:rPr>
          <w:rFonts w:ascii="Gentium Plus" w:hAnsi="Gentium Plus"/>
          <w:sz w:val="24"/>
        </w:rPr>
        <w:t>Κῆπος Ἀδώνιδος ἥδε τεὴ χάρις ὠλεσίκαρπος, Πουλύποδος χροιὴ, γράμματ’ ἐπὶ ψαμάθων. Πῶς δὲ σύγ’ εἶδος ἔχουσα κολοίϊον (εἴ γε κολοιὸν Εὔπτερον ἀλλοτρίοις ἄνθεσι μῦθος ἔχων, Αὖθις γυμνὸν ἔθηκε γελοίϊον), οὐκ ἀλεγίζεις</w:t>
      </w:r>
    </w:p>
    <w:p>
      <w:r>
        <w:rPr>
          <w:rFonts w:ascii="Courier New" w:hAnsi="Courier New"/>
          <w:color w:val="555555"/>
          <w:sz w:val="20"/>
        </w:rPr>
        <w:t>[10]</w:t>
      </w:r>
    </w:p>
    <w:p>
      <w:r>
        <w:rPr>
          <w:rFonts w:ascii="Gentium Plus" w:hAnsi="Gentium Plus"/>
          <w:sz w:val="24"/>
        </w:rPr>
        <w:t>Αἴσχεος ὑστατίου, κάλλεος ὀλλυμένου. Ἔλπῃ δ’ ἀστυφέλικτον ἔχειν γάνος; οὐ μετὰ δηρὸν</w:t>
      </w:r>
    </w:p>
    <w:p>
      <w:r>
        <w:rPr>
          <w:rFonts w:ascii="Courier New" w:hAnsi="Courier New"/>
          <w:color w:val="555555"/>
          <w:sz w:val="20"/>
        </w:rPr>
        <w:t>[889]</w:t>
      </w:r>
    </w:p>
    <w:p>
      <w:r>
        <w:rPr>
          <w:rFonts w:ascii="Gentium Plus" w:hAnsi="Gentium Plus"/>
          <w:sz w:val="24"/>
        </w:rPr>
        <w:t>Πυνθάνομ’ ὥς τι φέριστον ἔχει πλάσις, ἤν ποτε γῆρας Ῥικνώσῃ μορφὴν, τὴν πάρος ἀνθοφόρον· Τῆμος ὅτ’ ἄγραφός ἐστι μελῶν πλάσις, ὡς πυρίκαυστον Λείπεσθαι σαρκῶν λείψανον ἐκ κονίης·</w:t>
      </w:r>
    </w:p>
    <w:p>
      <w:r>
        <w:rPr>
          <w:rFonts w:ascii="Courier New" w:hAnsi="Courier New"/>
          <w:color w:val="555555"/>
          <w:sz w:val="20"/>
        </w:rPr>
        <w:t>[5]</w:t>
      </w:r>
    </w:p>
    <w:p>
      <w:r>
        <w:rPr>
          <w:rFonts w:ascii="Gentium Plus" w:hAnsi="Gentium Plus"/>
          <w:sz w:val="24"/>
        </w:rPr>
        <w:t>Ὀψὲ μετακλαίειν δὲ μελῶν δόλον, εὖτε πίθηκον Ῥυτίσιν ἐν πυκιναῖς ὦσε τὸ λειπόμενον. Τοίη ψευδομένων μελέων χάρις. Ἀλλὰ, φερίστη, Νῦν στῆσον μορφῆς ἔκτυπον, ὡς τὸ πάρος. Ἀτρεκὲς οὐ μὲν ἔγωγε ὀΐομαι· ἀλλὰ πολὺ πρὶν</w:t>
      </w:r>
    </w:p>
    <w:p>
      <w:r>
        <w:rPr>
          <w:rFonts w:ascii="Courier New" w:hAnsi="Courier New"/>
          <w:color w:val="555555"/>
          <w:sz w:val="20"/>
        </w:rPr>
        <w:t>[10]</w:t>
      </w:r>
    </w:p>
    <w:p>
      <w:r>
        <w:rPr>
          <w:rFonts w:ascii="Gentium Plus" w:hAnsi="Gentium Plus"/>
          <w:sz w:val="24"/>
        </w:rPr>
        <w:t>Μηδένα μηδ’ ἀνδρῶν εὔξεαι ὄμματ’ ἔχειν, Οἵ σε πάρος κλήϊζον, ἐπ’ ὄμματα δ’ εἶχον ἕτοιμα Τῇ καὶ τῇ σοβαροῖς ἴθμασι κινυμένην. Καὶ τὸ, γέλως, ἀνδρῶν λήθειν γένος ἰσχανόωσα,</w:t>
      </w:r>
    </w:p>
    <w:p>
      <w:r>
        <w:rPr>
          <w:rFonts w:ascii="Courier New" w:hAnsi="Courier New"/>
          <w:color w:val="555555"/>
          <w:sz w:val="20"/>
        </w:rPr>
        <w:t>[890]</w:t>
      </w:r>
    </w:p>
    <w:p>
      <w:r>
        <w:rPr>
          <w:rFonts w:ascii="Gentium Plus" w:hAnsi="Gentium Plus"/>
          <w:sz w:val="24"/>
        </w:rPr>
        <w:t>Μύστας σῆς μορφῆς ἄνδρας ἐπεσπάσαο. Ἄνδρες γὰρ τρίψαντο τὰ φάρμακα, οἷς σὺ γέγηθας, Ληϊσταὶ μεγάρων, τέκτονες ἧς μανίης. Ταῦτ’ οὐ σωφροσύνης τὰ σοφίσματα, μαχλοσύνης δέ.</w:t>
      </w:r>
    </w:p>
    <w:p>
      <w:r>
        <w:rPr>
          <w:rFonts w:ascii="Courier New" w:hAnsi="Courier New"/>
          <w:color w:val="555555"/>
          <w:sz w:val="20"/>
        </w:rPr>
        <w:t>[5]</w:t>
      </w:r>
    </w:p>
    <w:p>
      <w:r>
        <w:rPr>
          <w:rFonts w:ascii="Gentium Plus" w:hAnsi="Gentium Plus"/>
          <w:sz w:val="24"/>
        </w:rPr>
        <w:t>Πᾶν γὰρ ὃ τεχνάζῃ ἄῤῥεσι, μαχλοσύνη. Φασὶ ταὼ μεγάλαυχον, ἐπὴν περίκυκλον ἐγείρῃ Αὐχένα κυρτώσας χρύσεον, ἀστερόεις, Κλάζειν θηλυτέραις φιλοτήσιος. Εἰ δὲ σὺ μορφὴν Οὐ σφριγόωσι γράφεις ὄμμασι, θαῦμα μ’ ἔχει.</w:t>
      </w:r>
    </w:p>
    <w:p>
      <w:r>
        <w:rPr>
          <w:rFonts w:ascii="Courier New" w:hAnsi="Courier New"/>
          <w:color w:val="555555"/>
          <w:sz w:val="20"/>
        </w:rPr>
        <w:t>[10]</w:t>
      </w:r>
    </w:p>
    <w:p>
      <w:r>
        <w:rPr>
          <w:rFonts w:ascii="Gentium Plus" w:hAnsi="Gentium Plus"/>
          <w:sz w:val="24"/>
        </w:rPr>
        <w:t>Εἰ μὲν γὰρ πόσιός σου ἔχεις πόθον, ὡς σὸν ἐκεῖνος, Ἐξέτι τοῦ, ὅτ’ ἐρῶν ς’ ἤγαγε πρὸς θαλάμους Κουριδίην θαλέθουσαν, ἔχεις χάριν· εἰ δὲ σύ γ’ ἄλλων Ὄμμασιν ἀνδανέεις, τοῦτο πόσις στυγέει. Κεύθειν λώϊόν ἐστι βελῶν χάριν οἷσι δόμοισιν,</w:t>
      </w:r>
    </w:p>
    <w:p>
      <w:r>
        <w:rPr>
          <w:rFonts w:ascii="Courier New" w:hAnsi="Courier New"/>
          <w:color w:val="555555"/>
          <w:sz w:val="20"/>
        </w:rPr>
        <w:t>[15]</w:t>
      </w:r>
    </w:p>
    <w:p>
      <w:r>
        <w:rPr>
          <w:rFonts w:ascii="Gentium Plus" w:hAnsi="Gentium Plus"/>
          <w:sz w:val="24"/>
        </w:rPr>
        <w:t>Ἠὲ ψευδομένην οὐχ ὁσίως προφέρειν.</w:t>
      </w:r>
    </w:p>
    <w:p>
      <w:r>
        <w:rPr>
          <w:rFonts w:ascii="Courier New" w:hAnsi="Courier New"/>
          <w:color w:val="555555"/>
          <w:sz w:val="20"/>
        </w:rPr>
        <w:t>[891]</w:t>
      </w:r>
    </w:p>
    <w:p>
      <w:r>
        <w:rPr>
          <w:rFonts w:ascii="Gentium Plus" w:hAnsi="Gentium Plus"/>
          <w:sz w:val="24"/>
        </w:rPr>
        <w:t>Τῇ μὲν γὰρ πόσις ἐστὶν ἐπάρκιος· ἡ δ’ ἐπὶ πολλοῖς Ἵσταται, ὥς τε λίνον ἱπταμένων ἀγέλῃ. Τέρπῃ τερπομένῳ, καὶ ἀμείβεαι ὄψιν ὀπωπῇ, Αὐτὰρ ἔπειτα γέλως, καὶ λόγος ἀντίθετος,</w:t>
      </w:r>
    </w:p>
    <w:p>
      <w:r>
        <w:rPr>
          <w:rFonts w:ascii="Courier New" w:hAnsi="Courier New"/>
          <w:color w:val="555555"/>
          <w:sz w:val="20"/>
        </w:rPr>
        <w:t>[5]</w:t>
      </w:r>
    </w:p>
    <w:p>
      <w:r>
        <w:rPr>
          <w:rFonts w:ascii="Gentium Plus" w:hAnsi="Gentium Plus"/>
          <w:sz w:val="24"/>
        </w:rPr>
        <w:t>Κλεπτόμενοι τὸ πρῶτον, ἔπειτα δὲ θάρσος ἔχοντες. Μηκέτι μοι τὰ πρόσω φθέγγεο, γλῶσσα λάλε. Ἀλλὰ τόδ’ ἀτρεκέως μυθήσομαι, οὐδὲν ἄκεντρον Τῶν ὅσα θηλυτέραις παίζεται ἀμφὶ νέοις. Πάντα γὰρ ἀλλήλοισιν ἅμ’ ἕσπεται, ὥστε σίδηρος,</w:t>
      </w:r>
    </w:p>
    <w:p>
      <w:r>
        <w:rPr>
          <w:rFonts w:ascii="Courier New" w:hAnsi="Courier New"/>
          <w:color w:val="555555"/>
          <w:sz w:val="20"/>
        </w:rPr>
        <w:t>[10]</w:t>
      </w:r>
    </w:p>
    <w:p>
      <w:r>
        <w:rPr>
          <w:rFonts w:ascii="Gentium Plus" w:hAnsi="Gentium Plus"/>
          <w:sz w:val="24"/>
        </w:rPr>
        <w:t>Ὃν μάγνης ἐρύει, ἄλλον ὑπ’ ἄλλον ἄγων. Ὡς ὄφελον ψιμύθοις καὶ φύκεσιν, ἀντὶ γυναικῶν, Στίλβειν, καὶ λιπαρῶς, ἀνέρες ἀφραδέες, Οἳ τόσον αἶσχος ἔχοντες ἐν ὀφθαλμοῖσι σύνοικον, Τέρπονται κακίῃ, ἀχλὺν ἐφεσσάμενοι·</w:t>
      </w:r>
    </w:p>
    <w:p>
      <w:r>
        <w:rPr>
          <w:rFonts w:ascii="Courier New" w:hAnsi="Courier New"/>
          <w:color w:val="555555"/>
          <w:sz w:val="20"/>
        </w:rPr>
        <w:t>[892]</w:t>
      </w:r>
    </w:p>
    <w:p>
      <w:r>
        <w:rPr>
          <w:rFonts w:ascii="Gentium Plus" w:hAnsi="Gentium Plus"/>
          <w:sz w:val="24"/>
        </w:rPr>
        <w:t>Ἄλλας μὲν βάλλουσιν ἐπεσβολίῃσι φαεινὰς, Αὐτοὶ δ’ ἐν σφετέροις αἴσχεσίν εἰσι σύες· Ἢ τάχα καὶ συφεοῖσιν ἐνὶ σκοτίοισι πέσοιεν, Εἰρχθέντες Κίρκης χρίσμασι θηροτόκοις,</w:t>
      </w:r>
    </w:p>
    <w:p>
      <w:r>
        <w:rPr>
          <w:rFonts w:ascii="Courier New" w:hAnsi="Courier New"/>
          <w:color w:val="555555"/>
          <w:sz w:val="20"/>
        </w:rPr>
        <w:t>[5]</w:t>
      </w:r>
    </w:p>
    <w:p>
      <w:r>
        <w:rPr>
          <w:rFonts w:ascii="Gentium Plus" w:hAnsi="Gentium Plus"/>
          <w:sz w:val="24"/>
        </w:rPr>
        <w:t>Οἳ μήτ’ ἐχθαίρουσι, καὶ ὡς πυρὶ κάγκανον ὕλην Βάλλους’, ἣν ἐρύειν λώϊον ἠὲ φέρειν. Ἄλλον γάρ τ’ ἄλλος τις ἀνὴρ κόσμοισι γυναικῶν Νικῶς’, ἀφραδίῃ πλεῖον ἔχειν ἐθέλων. Πολλάκι καὶ κτεάνων ἐπιδευέες, ὥς κεν ἐγείρειν</w:t>
      </w:r>
    </w:p>
    <w:p>
      <w:r>
        <w:rPr>
          <w:rFonts w:ascii="Courier New" w:hAnsi="Courier New"/>
          <w:color w:val="555555"/>
          <w:sz w:val="20"/>
        </w:rPr>
        <w:t>[10]</w:t>
      </w:r>
    </w:p>
    <w:p>
      <w:r>
        <w:rPr>
          <w:rFonts w:ascii="Gentium Plus" w:hAnsi="Gentium Plus"/>
          <w:sz w:val="24"/>
        </w:rPr>
        <w:t>Ὕβριν ἑῶν ἀλόχων, πλεῖον ἔχουσι πόνον. Ἐχθρῷ δ’ οὔ ποτ’ ὄρεξας ἑὸν ξίφος, οὐδὲ χαράδρῃ Σοῖσιν ἐπ’ ἀστάχυσιν ὤπασας εὐοδίην. Πανδώρην ἐνέπουσι, πυρὸς μαλεροῖο κλαπέντος,</w:t>
      </w:r>
    </w:p>
    <w:p>
      <w:r>
        <w:rPr>
          <w:rFonts w:ascii="Courier New" w:hAnsi="Courier New"/>
          <w:color w:val="555555"/>
          <w:sz w:val="20"/>
        </w:rPr>
        <w:t>[893]</w:t>
      </w:r>
    </w:p>
    <w:p>
      <w:r>
        <w:rPr>
          <w:rFonts w:ascii="Gentium Plus" w:hAnsi="Gentium Plus"/>
          <w:sz w:val="24"/>
        </w:rPr>
        <w:t>Ἀντὶ πυρὸς πῦρ ἄλλο, καλοῦ κακὸν, ὥς κε φλέγῃσι Καὶ πλέον, ἀσκῆσαι κάλλεσι δαιδαλέοις Δαίμονας, ἄλλο τι δ’ ἄλλον ἐπίκλοπον εἰς ἓν ἄγοντας. Συμφερτὴν ἀπάτην ἀνδράσιν ἐμπελάσαι,</w:t>
      </w:r>
    </w:p>
    <w:p>
      <w:r>
        <w:rPr>
          <w:rFonts w:ascii="Courier New" w:hAnsi="Courier New"/>
          <w:color w:val="555555"/>
          <w:sz w:val="20"/>
        </w:rPr>
        <w:t>[5]</w:t>
      </w:r>
    </w:p>
    <w:p>
      <w:r>
        <w:rPr>
          <w:rFonts w:ascii="Gentium Plus" w:hAnsi="Gentium Plus"/>
          <w:sz w:val="24"/>
        </w:rPr>
        <w:t>Δειπνολόχην, δολόεσσαν, ἀναιδέα, μειλιχόμυθον, Τερπωλὴν ὀλοὴν, δαλὸν ἀειφλεγέα. Οὐ μὲν δὴ μύθοις ἐπιπείθομαι· εἰ δὲ κελεύεις, Μὴ σύ γε Πανδώρη γίνεο δαιδαλέη. Πανδώρης γένος εἰσὶν ἀναιδέες· ἀλλὰ σὺ Χριστοῦ</w:t>
      </w:r>
    </w:p>
    <w:p>
      <w:r>
        <w:rPr>
          <w:rFonts w:ascii="Courier New" w:hAnsi="Courier New"/>
          <w:color w:val="555555"/>
          <w:sz w:val="20"/>
        </w:rPr>
        <w:t>[10]</w:t>
      </w:r>
    </w:p>
    <w:p>
      <w:r>
        <w:rPr>
          <w:rFonts w:ascii="Gentium Plus" w:hAnsi="Gentium Plus"/>
          <w:sz w:val="24"/>
        </w:rPr>
        <w:t>Εἰκὼν, σωφροσύνῃ λάμπεο καὶ πραπίσιν. Ἄλλος δ’ οὐκέτι μῦθος, ἐμῶν δ’ ἐπέων ἐπάκουσον, Οὕς σοι θειοτάτων φθέγξομαι ἐκ λογίων. Οὐκ ἀΐεις καὶ πρόσθε τεὸν πατέρ’ ὡς ἀπάτησεν Ἀνδροφόνοιο φυτοῦ εὔχροος ἀγλαΐη</w:t>
      </w:r>
    </w:p>
    <w:p>
      <w:r>
        <w:rPr>
          <w:rFonts w:ascii="Courier New" w:hAnsi="Courier New"/>
          <w:color w:val="555555"/>
          <w:sz w:val="20"/>
        </w:rPr>
        <w:t>[894]</w:t>
      </w:r>
    </w:p>
    <w:p>
      <w:r>
        <w:rPr>
          <w:rFonts w:ascii="Gentium Plus" w:hAnsi="Gentium Plus"/>
          <w:sz w:val="24"/>
        </w:rPr>
        <w:t>Ἤπαφεν, εὐθαλέος τε ἄφαρ βάλεν ἐκ παραδείσου, Δυσμενέος τε δόλος, παρφασίη τ’ ἀλόχου. Οὗτός σοι νόμος ἐστὶ πατρώϊος ἐξέτι κείνου, Μή ποτ’ ἐπ’ εὐχροίῃ θάρσος ἔχειν, θύγατερ.</w:t>
      </w:r>
    </w:p>
    <w:p>
      <w:r>
        <w:rPr>
          <w:rFonts w:ascii="Courier New" w:hAnsi="Courier New"/>
          <w:color w:val="555555"/>
          <w:sz w:val="20"/>
        </w:rPr>
        <w:t>[5]</w:t>
      </w:r>
    </w:p>
    <w:p>
      <w:r>
        <w:rPr>
          <w:rFonts w:ascii="Gentium Plus" w:hAnsi="Gentium Plus"/>
          <w:sz w:val="24"/>
        </w:rPr>
        <w:t>Πᾶν μὲν κάλλος ἐμοὶ, βαιὴ χάρις, εἶαρ ἔνεικε, Καὶ χειμὼν κρυερὸς ὤλεσεν ἐξαπίνης. Ἡ νοῦσός μιν ἔκαμψεν ἀώριον, ἢ χρόνος αἰνὸς Ὤλεσε, τηκεδανῶν κύκλα φέρων ἐτέων. Τοῦτο δὲ καὶ πλέον ἐστὶ γελοίϊον· οἶδεν ἄκοσμον</w:t>
      </w:r>
    </w:p>
    <w:p>
      <w:r>
        <w:rPr>
          <w:rFonts w:ascii="Courier New" w:hAnsi="Courier New"/>
          <w:color w:val="555555"/>
          <w:sz w:val="20"/>
        </w:rPr>
        <w:t>[10]</w:t>
      </w:r>
    </w:p>
    <w:p>
      <w:r>
        <w:rPr>
          <w:rFonts w:ascii="Gentium Plus" w:hAnsi="Gentium Plus"/>
          <w:sz w:val="24"/>
        </w:rPr>
        <w:t>Εἶδος ἔχουσα γυνὴ, καὶ πατέει Δανάην, Αἴσχεϊ κυδιόωσα. Τὸ δ’ αἴσχιον (ὡς ἐνέπουσιν Ἴδριες, οὐ γὰρ ἐγὼ, τῆσδε κακοῤῥαφίης), Ξυνὴν νοῦσον ἔχουσι, καὶ ἀλλήλας ἐθέλουσι</w:t>
      </w:r>
    </w:p>
    <w:p>
      <w:r>
        <w:rPr>
          <w:rFonts w:ascii="Courier New" w:hAnsi="Courier New"/>
          <w:color w:val="555555"/>
          <w:sz w:val="20"/>
        </w:rPr>
        <w:t>[895]</w:t>
      </w:r>
    </w:p>
    <w:p>
      <w:r>
        <w:rPr>
          <w:rFonts w:ascii="Gentium Plus" w:hAnsi="Gentium Plus"/>
          <w:sz w:val="24"/>
        </w:rPr>
        <w:t>Τέκτων τέκτονος ἔργον ἐπίσταται, ἴδρις ἀοιδὸς Ἴδριν ἀοιδοσύνης, φῶρα δὲ φὼρ ἐδάη. Ἀλλ’ αἵ γ’ οὐκ ἐθέλουσι τά περ νοέουσι, νοεῖσθαι. Ἦ ῥ’ ἐτεὸν, κακίη ὄμματα πηρὰ φέρει.</w:t>
      </w:r>
    </w:p>
    <w:p>
      <w:r>
        <w:rPr>
          <w:rFonts w:ascii="Courier New" w:hAnsi="Courier New"/>
          <w:color w:val="555555"/>
          <w:sz w:val="20"/>
        </w:rPr>
        <w:t>[5]</w:t>
      </w:r>
    </w:p>
    <w:p>
      <w:r>
        <w:rPr>
          <w:rFonts w:ascii="Gentium Plus" w:hAnsi="Gentium Plus"/>
          <w:sz w:val="24"/>
        </w:rPr>
        <w:t>Ὣς δ’ ἄνδρες τίουσι τά περ γελόωσι πρόσωπα, Τερπόμενοι χροιαῖς κινυμένων πινάκων. Οὔτι τόσον πινάκεσσιν ὀΐομαι, ὅσσον ἐπ’ ἀνδρῶν Θυμῷ, τοῦ τελέθει χρώματα μαρτυρίη. Πυνθάνομ’ ὡς κενεὴν, καὶ ἀνείδεον, ὑστερόφωνον</w:t>
      </w:r>
    </w:p>
    <w:p>
      <w:r>
        <w:rPr>
          <w:rFonts w:ascii="Courier New" w:hAnsi="Courier New"/>
          <w:color w:val="555555"/>
          <w:sz w:val="20"/>
        </w:rPr>
        <w:t>[10]</w:t>
      </w:r>
    </w:p>
    <w:p>
      <w:r>
        <w:rPr>
          <w:rFonts w:ascii="Gentium Plus" w:hAnsi="Gentium Plus"/>
          <w:sz w:val="24"/>
        </w:rPr>
        <w:t>Ἠχώ τις ποθέων, πλάζεθ’ ὑπὲρ σκοπέλων· Καὶ μορφῆς τις ἑῆς ποτ’ ἐράσσατο, καὶ κατ’ πηγῆς Ἤλατ’ ἐπ’ εἰδώλῳ κάλλεος οὐλομένου.</w:t>
      </w:r>
    </w:p>
    <w:p>
      <w:r>
        <w:rPr>
          <w:rFonts w:ascii="Courier New" w:hAnsi="Courier New"/>
          <w:color w:val="555555"/>
          <w:sz w:val="20"/>
        </w:rPr>
        <w:t>[896]</w:t>
      </w:r>
    </w:p>
    <w:p>
      <w:r>
        <w:rPr>
          <w:rFonts w:ascii="Gentium Plus" w:hAnsi="Gentium Plus"/>
          <w:sz w:val="24"/>
        </w:rPr>
        <w:t>Ἄλλη δ’ αὖ ποταμοῖο καλοῖς ἐπεμῄνατο ῥείθροις, Μαίνετο, οὐδ’ ὄχθας ἥγ’ ἀπέλειπε φίλας· Λάπτεν ὕδωρ, χείρεσσιν ἀφύσσετο, ἀφρὸν ἔμαρπτεν· Ἀλλ’ οὐδ’ ὣς πυρόεις ὕδασι λῆγε πόθος.</w:t>
      </w:r>
    </w:p>
    <w:p>
      <w:r>
        <w:rPr>
          <w:rFonts w:ascii="Courier New" w:hAnsi="Courier New"/>
          <w:color w:val="555555"/>
          <w:sz w:val="20"/>
        </w:rPr>
        <w:t>[5]</w:t>
      </w:r>
    </w:p>
    <w:p>
      <w:r>
        <w:rPr>
          <w:rFonts w:ascii="Gentium Plus" w:hAnsi="Gentium Plus"/>
          <w:sz w:val="24"/>
        </w:rPr>
        <w:t>Οὕτω τυφλὸν ἔρως καὶ ἀνάρσιον. Οὐ μέγα θαῦμα, Εἴ τινα καὶ σὺ νέων τῆλε νόοιο βάλοις, Εὔχροος, ἁβροχίτων, ῥοδοδάκτυλος, ὑψικάρηνος, Οὐχ ἕνα, ἀλλὰ τόσους, ὁσσατίοισι γράφῃ. Πείθομαι, ὥς ποτε ταῦρον ἀνὴρ σοφὸς ἤπαφε τέχνῃ,</w:t>
      </w:r>
    </w:p>
    <w:p>
      <w:r>
        <w:rPr>
          <w:rFonts w:ascii="Courier New" w:hAnsi="Courier New"/>
          <w:color w:val="555555"/>
          <w:sz w:val="20"/>
        </w:rPr>
        <w:t>[10]</w:t>
      </w:r>
    </w:p>
    <w:p>
      <w:r>
        <w:rPr>
          <w:rFonts w:ascii="Gentium Plus" w:hAnsi="Gentium Plus"/>
          <w:sz w:val="24"/>
        </w:rPr>
        <w:t>Χρώμασι μορφώσας δουρατέην δάμαλιν (Ξεινὸς ἔρως! ἀπνόοισιν ἐπ’ εἴδεσιν ἔμπνοα βαίνει) Ὁππότε καὶ σὺ νέοις μήσαο τοῖον ἄγος. Ὀρφεὺς θῆρας ἔπειθε, σὺ δ’ ἀνέρας, οἷσιν ὁμοῖος</w:t>
      </w:r>
    </w:p>
    <w:p>
      <w:r>
        <w:rPr>
          <w:rFonts w:ascii="Courier New" w:hAnsi="Courier New"/>
          <w:color w:val="555555"/>
          <w:sz w:val="20"/>
        </w:rPr>
        <w:t>[897]</w:t>
      </w:r>
    </w:p>
    <w:p>
      <w:r>
        <w:rPr>
          <w:rFonts w:ascii="Gentium Plus" w:hAnsi="Gentium Plus"/>
          <w:sz w:val="24"/>
        </w:rPr>
        <w:t>Εἴ τοι μὴ σάρκεσσι χαρίζεαι, ἀντὶ δὲ σαρκῶν Ὄμμασι, καὶ τὸ, νόσος ἠερίη φιλότης. Ἀλλ’ ἅτρωτος ὅλη· ναὶ πείθομαι, οὐδὲ τόδ’ ἐσθλὸν Ἐστὶν ἐμοὶ κενεῆς δόξαν ἔχειν κακίης.</w:t>
      </w:r>
    </w:p>
    <w:p>
      <w:r>
        <w:rPr>
          <w:rFonts w:ascii="Courier New" w:hAnsi="Courier New"/>
          <w:color w:val="555555"/>
          <w:sz w:val="20"/>
        </w:rPr>
        <w:t>[5]</w:t>
      </w:r>
    </w:p>
    <w:p>
      <w:r>
        <w:rPr>
          <w:rFonts w:ascii="Gentium Plus" w:hAnsi="Gentium Plus"/>
          <w:sz w:val="24"/>
        </w:rPr>
        <w:t>Ὣς δ’ ἂν καὶ πολλῇσι νόμον γράψειας ἄκοσμον, Καὶ πινυτή περ ἐοῦς’. Εὔδρομον ἡ κακίη. Ἄλλων μὲν ῥυπόωντα βίον τεχνάσμασι κεύθειν, Σοὶ δὲ σαοφροσύνην καί τι μέλαν φορέειν. Εἰ γὰρ σώφρονές εἰσιν ἐπανθέες, οὔ ποτ’ ἂν ἄλλας</w:t>
      </w:r>
    </w:p>
    <w:p>
      <w:r>
        <w:rPr>
          <w:rFonts w:ascii="Courier New" w:hAnsi="Courier New"/>
          <w:color w:val="555555"/>
          <w:sz w:val="20"/>
        </w:rPr>
        <w:t>[10]</w:t>
      </w:r>
    </w:p>
    <w:p>
      <w:r>
        <w:rPr>
          <w:rFonts w:ascii="Gentium Plus" w:hAnsi="Gentium Plus"/>
          <w:sz w:val="24"/>
        </w:rPr>
        <w:t>Πείσαις θηλυτέρας σώφρονα θυμὸν ἔχειν. Μῦθος δ’ ἡμετέροιο νόμου, μηδ’ ὄμματα βάλλειν Εὖνιν ἐπ’ ἀλλοτρίην, μοιχιδίοισι πόθοις. Ἀρχὴ γὰρ φιλότητος ἀναιδέος ὄψις ἀναιδὴς, Τήν κεν ἀνὴρ φεύγων, καὶ κακότητα φύγοι.</w:t>
      </w:r>
    </w:p>
    <w:p>
      <w:r>
        <w:rPr>
          <w:rFonts w:ascii="Courier New" w:hAnsi="Courier New"/>
          <w:color w:val="555555"/>
          <w:sz w:val="20"/>
        </w:rPr>
        <w:t>[898]</w:t>
      </w:r>
    </w:p>
    <w:p>
      <w:r>
        <w:rPr>
          <w:rFonts w:ascii="Gentium Plus" w:hAnsi="Gentium Plus"/>
          <w:sz w:val="24"/>
        </w:rPr>
        <w:t>Πῶς δὲ σὺ τόσσον ἔρωτος ἐπ’ ἀνδράσι κεστὸν ἄγουσα, Λυσιγάμοιο, γύναι, τῆλε μένεις κακίης, Εἰ δ’ ἄγε, σοὶ καὶ μῦθον ἐοικότα μυθολογήσω Αἴσχεσιν ὑμετέροις. Ἡ πολιὴ δὲ λάλον.</w:t>
      </w:r>
    </w:p>
    <w:p>
      <w:r>
        <w:rPr>
          <w:rFonts w:ascii="Courier New" w:hAnsi="Courier New"/>
          <w:color w:val="555555"/>
          <w:sz w:val="20"/>
        </w:rPr>
        <w:t>[5]</w:t>
      </w:r>
    </w:p>
    <w:p>
      <w:r>
        <w:rPr>
          <w:rFonts w:ascii="Gentium Plus" w:hAnsi="Gentium Plus"/>
          <w:sz w:val="24"/>
        </w:rPr>
        <w:t>Ἄκριτον ἦν τοπάροιθε βροτῶν γένος, ὅς τε φέριστος, Ὅς τε χερειότερος, ὡς φάτις ὠγυγίη. Πολλοὶ μὲν δοκέεσκον ἀνάρσιοι, ὄντες ἄριστοι, Πολλοὶ δ’ αὖτ’ ἀγαθοὶ, ἔμπαλιν ἀφραδέες. Κῦδος ἀτιμοτάτοισιν, ἀτιμίη δέ τ’ ἀρίστοις</w:t>
      </w:r>
    </w:p>
    <w:p>
      <w:r>
        <w:rPr>
          <w:rFonts w:ascii="Courier New" w:hAnsi="Courier New"/>
          <w:color w:val="555555"/>
          <w:sz w:val="20"/>
        </w:rPr>
        <w:t>[10]</w:t>
      </w:r>
    </w:p>
    <w:p>
      <w:r>
        <w:rPr>
          <w:rFonts w:ascii="Gentium Plus" w:hAnsi="Gentium Plus"/>
          <w:sz w:val="24"/>
        </w:rPr>
        <w:t>Ἕσπετο, οὔτι δίκῃ τῶν δ’ ἐπαμειβομένων. Ἀλλ’ οὐ λῆθεν ἄνακτα Θεὸν κακίη μεδέουσα Ὀψὲ δ’ ἀλαστήσας τοῖον ἔειπεν ἔπος· Οὐ θέμις ἔστ’ ἀγαθοῖσιν ὁμὸν κλέος ἠδὲ κακοῖσιν</w:t>
      </w:r>
    </w:p>
    <w:p>
      <w:r>
        <w:rPr>
          <w:rFonts w:ascii="Courier New" w:hAnsi="Courier New"/>
          <w:color w:val="555555"/>
          <w:sz w:val="20"/>
        </w:rPr>
        <w:t>[899]</w:t>
      </w:r>
    </w:p>
    <w:p>
      <w:r>
        <w:rPr>
          <w:rFonts w:ascii="Gentium Plus" w:hAnsi="Gentium Plus"/>
          <w:sz w:val="24"/>
        </w:rPr>
        <w:t>Τοὔνεκα τοῖσιν ἐγὼ σημήϊον ἐσθλὸν ὀπάσσω, Ὄφρ’ εὖ γινώσκῃς, ὃς κακὸς, ὅς τ’ ἀγαθός. Ὣς εἰπὼν ἐρύθηνε παρήϊα τοῖς ἀγαθοῖσιν, Αἷμ’ ὑπὸ δέρμα χέας, αἴσχεος ὀρνυμένου·</w:t>
      </w:r>
    </w:p>
    <w:p>
      <w:r>
        <w:rPr>
          <w:rFonts w:ascii="Courier New" w:hAnsi="Courier New"/>
          <w:color w:val="555555"/>
          <w:sz w:val="20"/>
        </w:rPr>
        <w:t>[5]</w:t>
      </w:r>
    </w:p>
    <w:p>
      <w:r>
        <w:rPr>
          <w:rFonts w:ascii="Gentium Plus" w:hAnsi="Gentium Plus"/>
          <w:sz w:val="24"/>
        </w:rPr>
        <w:t>Θηλυτέραις δὲ μάλιστα, ἐπεὶ καὶ εἶδος ἀραιαὶ Καὶ κραδίην ἁπαλαὶ, πλεῖον ὑπεσκέδασε· Τοῖς δὲ κακοῖσιν ἔπηξε, καὶ ἄτροπον ἔνδον ἔθηκε Τοὔνεκεν οὐδ’ ὀλίγον αἴσχεσι συμφέρεται. Τῶν σύ μοι ἴη ἐοῦσα, πολύχροε· οὐ γὰρ ἔρευθος</w:t>
      </w:r>
    </w:p>
    <w:p>
      <w:r>
        <w:rPr>
          <w:rFonts w:ascii="Courier New" w:hAnsi="Courier New"/>
          <w:color w:val="555555"/>
          <w:sz w:val="20"/>
        </w:rPr>
        <w:t>[10]</w:t>
      </w:r>
    </w:p>
    <w:p>
      <w:r>
        <w:rPr>
          <w:rFonts w:ascii="Gentium Plus" w:hAnsi="Gentium Plus"/>
          <w:sz w:val="24"/>
        </w:rPr>
        <w:t>Αἰδέομ’, εἰ καί μοι τόσσον ὕπερθε φέρεις. Τοῦτο γάρ ἐστιν ἔρευθος ἀναιδείης ἀνερεύθου Ἔκγονον, ὃ κλύζει ὄμβρος ὁ πρὶν Σοδόμων. Μὴ γράψῃς τὸ πρόσωπον, ἀτάσθαλε, μηδὲ δολώσῃς Σὸν χρόα. Κάλλος ἐμοὶ μοῦνον, ὃ δῶκε φύσις.</w:t>
      </w:r>
    </w:p>
    <w:p>
      <w:r>
        <w:rPr>
          <w:rFonts w:ascii="Courier New" w:hAnsi="Courier New"/>
          <w:color w:val="555555"/>
          <w:sz w:val="20"/>
        </w:rPr>
        <w:t>[900]</w:t>
      </w:r>
    </w:p>
    <w:p>
      <w:r>
        <w:rPr>
          <w:rFonts w:ascii="Gentium Plus" w:hAnsi="Gentium Plus"/>
          <w:sz w:val="24"/>
        </w:rPr>
        <w:t>Καὶ γὰρ πλοῦτος ἐμοὶ πατρώϊός ἐστιν ἀρείων Τοῦ δ’ ὃν ἐμὴ παλάμη οὐχ ὁσίως συνάγει, Καὶ τυτθός περ ἐὼν, πολὺ πλείονος. Ὣς δὲ γυναῖκα Στέργω κουριδίην, οὐχὶ δὲ μοιχιδίην·</w:t>
      </w:r>
    </w:p>
    <w:p>
      <w:r>
        <w:rPr>
          <w:rFonts w:ascii="Courier New" w:hAnsi="Courier New"/>
          <w:color w:val="555555"/>
          <w:sz w:val="20"/>
        </w:rPr>
        <w:t>[5]</w:t>
      </w:r>
    </w:p>
    <w:p>
      <w:r>
        <w:rPr>
          <w:rFonts w:ascii="Gentium Plus" w:hAnsi="Gentium Plus"/>
          <w:sz w:val="24"/>
        </w:rPr>
        <w:t>Καὶ γραπτῶν παίδων πολὺ φέρτεροι, οὓς ἐφύτευσα, Καί περ ἀρειοτέρων, οἵ γε χερειότεροι. Τῶν σὺ μνωομένη τήρει δέμας, οἷον ἐτύχθη, Μηδ’ ἐθέλειν δοκέειν ἀνθ’ ἑτέρης ἑτέρη. Κελτοὶ μὲν κρίνουσι γόνον Ῥήνοιο ῥεέθροις,</w:t>
      </w:r>
    </w:p>
    <w:p>
      <w:r>
        <w:rPr>
          <w:rFonts w:ascii="Courier New" w:hAnsi="Courier New"/>
          <w:color w:val="555555"/>
          <w:sz w:val="20"/>
        </w:rPr>
        <w:t>[10]</w:t>
      </w:r>
    </w:p>
    <w:p>
      <w:r>
        <w:rPr>
          <w:rFonts w:ascii="Gentium Plus" w:hAnsi="Gentium Plus"/>
          <w:sz w:val="24"/>
        </w:rPr>
        <w:t>Καὶ χρυσοῦ καθαροῦ ἄνθρακές εἰσι κρίσις. Σὸν δὲ σαόφρονα θυμὸν ἀκαλλέϊ κάλλεϊ μορφῆς Σταθμῶμ’. Ἀσβολόεις μή σε γράφοι Βελίας· Ἢ γὰρ τέφραν ἔθηκαν ὅλην, ἢ καπνὸν ἔχευε,</w:t>
      </w:r>
    </w:p>
    <w:p>
      <w:r>
        <w:rPr>
          <w:rFonts w:ascii="Courier New" w:hAnsi="Courier New"/>
          <w:color w:val="555555"/>
          <w:sz w:val="20"/>
        </w:rPr>
        <w:t>[901]</w:t>
      </w:r>
    </w:p>
    <w:p>
      <w:r>
        <w:rPr>
          <w:rFonts w:ascii="Gentium Plus" w:hAnsi="Gentium Plus"/>
          <w:sz w:val="24"/>
        </w:rPr>
        <w:t>Οὐ χρυσὸς λιθάκεσσι διάπλοκος ὄμματα βάλλων Αὐγαῖς ἠερίαις, τίμιος εὐγενέταις· Δειροπέδη στήθεσσι περίτροχος, οὖας ἀτίζων Ἄχθεϊ μαργαρέῳ ἀμφιπερικραδάων·</w:t>
      </w:r>
    </w:p>
    <w:p>
      <w:r>
        <w:rPr>
          <w:rFonts w:ascii="Courier New" w:hAnsi="Courier New"/>
          <w:color w:val="555555"/>
          <w:sz w:val="20"/>
        </w:rPr>
        <w:t>[5]</w:t>
      </w:r>
    </w:p>
    <w:p>
      <w:r>
        <w:rPr>
          <w:rFonts w:ascii="Gentium Plus" w:hAnsi="Gentium Plus"/>
          <w:sz w:val="24"/>
        </w:rPr>
        <w:t>Οὐδ’ ὅσος ἀμφὶ κάρηνον ὑπέρτατος, οὐ πολύχρυσος Ἐσθὴς, λεπταλέων δαίδαλα ἔργα μίτων, Πορφύρεα, χρύσεα, διαλαμπέα, σιγαλόεντα, Οὐδὲ παρειάων φάρμακα λευγαλέα, Κόσμος θηλυτέραις· οὐ χείλεα πορφυρόεντα,</w:t>
      </w:r>
    </w:p>
    <w:p>
      <w:r>
        <w:rPr>
          <w:rFonts w:ascii="Courier New" w:hAnsi="Courier New"/>
          <w:color w:val="555555"/>
          <w:sz w:val="20"/>
        </w:rPr>
        <w:t>[10]</w:t>
      </w:r>
    </w:p>
    <w:p>
      <w:r>
        <w:rPr>
          <w:rFonts w:ascii="Gentium Plus" w:hAnsi="Gentium Plus"/>
          <w:sz w:val="24"/>
        </w:rPr>
        <w:t>Οὐ γραπτῶν βλεφάρων ὀφρὺν ὕπερθε φέρειν Κυανέην, διεράς τε κόρας ἔντοσθεν ἑλίσσειν, Οὐκ ὀπὶ θρυπτομένῃ εὐμενὲς οὖας ἄγειν, Οὐδὲ χέρας τε πόδας τε φίλῳ καὶ ἡδέϊ δεσμῷ</w:t>
      </w:r>
    </w:p>
    <w:p>
      <w:r>
        <w:rPr>
          <w:rFonts w:ascii="Courier New" w:hAnsi="Courier New"/>
          <w:color w:val="555555"/>
          <w:sz w:val="20"/>
        </w:rPr>
        <w:t>[902]</w:t>
      </w:r>
    </w:p>
    <w:p>
      <w:r>
        <w:rPr>
          <w:rFonts w:ascii="Gentium Plus" w:hAnsi="Gentium Plus"/>
          <w:sz w:val="24"/>
        </w:rPr>
        <w:t>Χρυσῷ σφιγγομένην, δούλιον εὖχος ἔχειν, Οὐδὲ μύροις μαλακοῖσι τεὸν δέμας, ἠὲ κάρηνον Χρίεσθαι (νεκροὺς ἀμφιέπουσι γύπες) Μηδὲ μὲν ἐν στομάτεσσι τεοῖς ἄβρωτον ἐδωδὴν</w:t>
      </w:r>
    </w:p>
    <w:p>
      <w:r>
        <w:rPr>
          <w:rFonts w:ascii="Courier New" w:hAnsi="Courier New"/>
          <w:color w:val="555555"/>
          <w:sz w:val="20"/>
        </w:rPr>
        <w:t>[5]</w:t>
      </w:r>
    </w:p>
    <w:p>
      <w:r>
        <w:rPr>
          <w:rFonts w:ascii="Gentium Plus" w:hAnsi="Gentium Plus"/>
          <w:sz w:val="24"/>
        </w:rPr>
        <w:t>Μαλθάσσειν, δονέους’ ἔνθα καὶ ἔνθα γένυν, Οἷα περιφρονέουσα σαόφρονας· ἐκ δ’ ἄρ’ ὀδόντων Πέμπειν καὶ διερῶν ἀφρὸν ἀπὸ στομάτων. Μηδὲ δίφρων στεροπῇσιν ἀγάλλεο, μὴ παραφαίνειν Εἶδος ἀπὸ σχιστῶν δαιδαλέων διθύρων,</w:t>
      </w:r>
    </w:p>
    <w:p>
      <w:r>
        <w:rPr>
          <w:rFonts w:ascii="Courier New" w:hAnsi="Courier New"/>
          <w:color w:val="555555"/>
          <w:sz w:val="20"/>
        </w:rPr>
        <w:t>[10]</w:t>
      </w:r>
    </w:p>
    <w:p>
      <w:r>
        <w:rPr>
          <w:rFonts w:ascii="Gentium Plus" w:hAnsi="Gentium Plus"/>
          <w:sz w:val="24"/>
        </w:rPr>
        <w:t>Δερκομένη λεύσσοντας· ἀείρεο μὴ θεραπόντων Πληθύϊ, μὴ δμωαῖς εἰκόσι σῆς κραδίης. Εἴαρος ἄγγελοί εἰσι χελιδόνες, ἄνθος ὀπώρης,</w:t>
      </w:r>
    </w:p>
    <w:p>
      <w:r>
        <w:rPr>
          <w:rFonts w:ascii="Courier New" w:hAnsi="Courier New"/>
          <w:color w:val="555555"/>
          <w:sz w:val="20"/>
        </w:rPr>
        <w:t>[903]</w:t>
      </w:r>
    </w:p>
    <w:p>
      <w:r>
        <w:rPr>
          <w:rFonts w:ascii="Gentium Plus" w:hAnsi="Gentium Plus"/>
          <w:sz w:val="24"/>
        </w:rPr>
        <w:t>Τῶνδε γὰρ εἰ καὶ ἕκαστον ἀκοσμίη τις ἐλαφρὴ, Πάντα γ’ ἄμ’ ἀλλήλοις ἔμπεδός ἐστι μόρος. Ἄνθος ἕν ἐστι γυναιξὶν ἐράσμιον, ἐσθλὸν ἔρευθος, Αἰδώς. Τοῦτο γράφει ζωγράφος ἡμέτερος.</w:t>
      </w:r>
    </w:p>
    <w:p>
      <w:r>
        <w:rPr>
          <w:rFonts w:ascii="Courier New" w:hAnsi="Courier New"/>
          <w:color w:val="555555"/>
          <w:sz w:val="20"/>
        </w:rPr>
        <w:t>[5]</w:t>
      </w:r>
    </w:p>
    <w:p>
      <w:r>
        <w:rPr>
          <w:rFonts w:ascii="Gentium Plus" w:hAnsi="Gentium Plus"/>
          <w:sz w:val="24"/>
        </w:rPr>
        <w:t>Δώσομεν, εἰ ποθέεις, καὶ δεύτερον· ὦχρον ἐφέλκοις Κάλλεϊ σῷ, Χριστοῦ τηκομένη καμάτοις, Εὐχαῖς τε στοναχαῖς τε καὶ ἤμασι νυξί τ’ ἀΰπνοις· Ταῦτα καὶ ἀζυγέων φάρμακα, καὶ ζυγίων. Χρώματα μὲν τοίχοισι παρήσομεν, ἠδὲ γυναιξὶ</w:t>
      </w:r>
    </w:p>
    <w:p>
      <w:r>
        <w:rPr>
          <w:rFonts w:ascii="Courier New" w:hAnsi="Courier New"/>
          <w:color w:val="555555"/>
          <w:sz w:val="20"/>
        </w:rPr>
        <w:t>[10]</w:t>
      </w:r>
    </w:p>
    <w:p>
      <w:r>
        <w:rPr>
          <w:rFonts w:ascii="Gentium Plus" w:hAnsi="Gentium Plus"/>
          <w:sz w:val="24"/>
        </w:rPr>
        <w:t>Ταῖς, ὁπόσαις λύσση βόρβορός ἐστι νέων. Κεῖναι καὶ σκιρτῷεν ἀναιδέα καὶ γελόῳεν, Ἡμῖν δ’ οὐδ’ ὁράαν μαχλάδας ἐστὶ θέμις. Ὁ τρόπος ἐστὶ γυναιξὶ τὸ τίμιον, οἴκαδε μίμνειν</w:t>
      </w:r>
    </w:p>
    <w:p>
      <w:r>
        <w:rPr>
          <w:rFonts w:ascii="Courier New" w:hAnsi="Courier New"/>
          <w:color w:val="555555"/>
          <w:sz w:val="20"/>
        </w:rPr>
        <w:t>[904]</w:t>
      </w:r>
    </w:p>
    <w:p>
      <w:r>
        <w:rPr>
          <w:rFonts w:ascii="Gentium Plus" w:hAnsi="Gentium Plus"/>
          <w:sz w:val="24"/>
        </w:rPr>
        <w:t>Πλείονα, καὶ θείοις προσλαλέειν λογίοις, Ἱστῷ τ’ ἠλακάτῃ τε· τὸ γὰρ γέρας ἐστὶ γυναικῶν Δμωαῖς ἔργα νέμειν, δμῶας ἀλευέμεναι, Χείλεσι δεσμὰ φέρειν, καὶ ὄμμασιν ἠδὲ παρειαῖς,</w:t>
      </w:r>
    </w:p>
    <w:p>
      <w:r>
        <w:rPr>
          <w:rFonts w:ascii="Courier New" w:hAnsi="Courier New"/>
          <w:color w:val="555555"/>
          <w:sz w:val="20"/>
        </w:rPr>
        <w:t>[5]</w:t>
      </w:r>
    </w:p>
    <w:p>
      <w:r>
        <w:rPr>
          <w:rFonts w:ascii="Gentium Plus" w:hAnsi="Gentium Plus"/>
          <w:sz w:val="24"/>
        </w:rPr>
        <w:t>Μηδὲ πόδα προθύρων πολλάκις ἐκτὸς ἔχειν· Χαίρειν θηλυτέρῃσι σαόφροσιν, ἀνδρὶ δὲ μούνῳ, Τῷ μίτρην θεόθεν λύσαο παρθενικήν. Καὶ τῷ μέτρα φέρειν σύ γε θάρσεος, ὥς κεν ὀπάζοις Πίστιν, ὅτι ξείνων τῆλε μένεις φαέων.</w:t>
      </w:r>
    </w:p>
    <w:p>
      <w:r>
        <w:rPr>
          <w:rFonts w:ascii="Courier New" w:hAnsi="Courier New"/>
          <w:color w:val="555555"/>
          <w:sz w:val="20"/>
        </w:rPr>
        <w:t>[10]</w:t>
      </w:r>
    </w:p>
    <w:p>
      <w:r>
        <w:rPr>
          <w:rFonts w:ascii="Gentium Plus" w:hAnsi="Gentium Plus"/>
          <w:sz w:val="24"/>
        </w:rPr>
        <w:t>Τίς πρῶτος χροίησε Θεοῦ πλάσιν; ὣς ἀπόλοιτο Πρῶτος ἀναιδέην χρώμασιν ἐγκεράσας. Ὡς δ’ ὁπότ’ ἀρνευτῆρες ἀναιδέες, ἄνδρες ἄνανδροι, Εἴδωλον μορφῆς ἔνδοθι κευθομένης Ἔκτοθεν ἐστήσαντο, τὰ δ’ ἕσπεται, ὅσς’ ἐπέοικεν</w:t>
      </w:r>
    </w:p>
    <w:p>
      <w:r>
        <w:rPr>
          <w:rFonts w:ascii="Courier New" w:hAnsi="Courier New"/>
          <w:color w:val="555555"/>
          <w:sz w:val="20"/>
        </w:rPr>
        <w:t>[15]</w:t>
      </w:r>
    </w:p>
    <w:p>
      <w:r>
        <w:rPr>
          <w:rFonts w:ascii="Gentium Plus" w:hAnsi="Gentium Plus"/>
          <w:sz w:val="24"/>
        </w:rPr>
        <w:t>Ἅλματα, καὶ λιγυρῶν αἰσχρὰ λύσις μελέων,</w:t>
      </w:r>
    </w:p>
    <w:p>
      <w:r>
        <w:rPr>
          <w:rFonts w:ascii="Courier New" w:hAnsi="Courier New"/>
          <w:color w:val="555555"/>
          <w:sz w:val="20"/>
        </w:rPr>
        <w:t>[905]</w:t>
      </w:r>
    </w:p>
    <w:p>
      <w:r>
        <w:rPr>
          <w:rFonts w:ascii="Gentium Plus" w:hAnsi="Gentium Plus"/>
          <w:sz w:val="24"/>
        </w:rPr>
        <w:t>Ἀνδράσιν ἀφραδέεσσιν ἑαδότα, ὡς ἄρα ταί γε, Ἑσσάμεναι μορφὴν ἔκτοθεν ἀλλοτρίην, Κωμικὸν, οὐχ ἱερὸν αἰδοῦς σκέπας, ἔνθεν ἔπειτα Κίνυνται μορφῆς ἄξια δαιδαλέης.</w:t>
      </w:r>
    </w:p>
    <w:p>
      <w:r>
        <w:rPr>
          <w:rFonts w:ascii="Courier New" w:hAnsi="Courier New"/>
          <w:color w:val="555555"/>
          <w:sz w:val="20"/>
        </w:rPr>
        <w:t>[5]</w:t>
      </w:r>
    </w:p>
    <w:p>
      <w:r>
        <w:rPr>
          <w:rFonts w:ascii="Gentium Plus" w:hAnsi="Gentium Plus"/>
          <w:sz w:val="24"/>
        </w:rPr>
        <w:t>Τῇ περιμοχθίζουσι θύραι, κληῗδες, ἔσοπτρα, Φάρμακα, φαρμακίδες, ἄτρομον οὐδὲ τέγος. Ταῦτ’ εἰδογραφίης κενεαυχέος· ἀκομίης δὲ Οὐδὲν ἀμοχθότερον σώφρονος ἀγλαΐης. Εἰ δὲ σὺ κάλλεϊ τόσσον ἐπιπλάστῳ βλεμεαίνεις,</w:t>
      </w:r>
    </w:p>
    <w:p>
      <w:r>
        <w:rPr>
          <w:rFonts w:ascii="Courier New" w:hAnsi="Courier New"/>
          <w:color w:val="555555"/>
          <w:sz w:val="20"/>
        </w:rPr>
        <w:t>[10]</w:t>
      </w:r>
    </w:p>
    <w:p>
      <w:r>
        <w:rPr>
          <w:rFonts w:ascii="Gentium Plus" w:hAnsi="Gentium Plus"/>
          <w:sz w:val="24"/>
        </w:rPr>
        <w:t>Οὔ ποτ’ ἂν ἀπλάστῳ σώφρονα θυμὸν ἔχῃς. Ἑσθὴρ εἶδος ἔτευξεν ἐράσμιον· ἀλλὰ τί κείνης Ἔργον ἀριπρεπίης; ἔθνος ἔμεινεν ὅλον. Γράψε ποτ’ ὄμματα πόρνης Ἰεζάβελ ἀγριόθυμος, πόρναις Λοῦσέ γε μὴν πόρνας αἵματι πορνιδίῳ.</w:t>
      </w:r>
    </w:p>
    <w:p>
      <w:r>
        <w:rPr>
          <w:rFonts w:ascii="Courier New" w:hAnsi="Courier New"/>
          <w:color w:val="555555"/>
          <w:sz w:val="20"/>
        </w:rPr>
        <w:t>[906]</w:t>
      </w:r>
    </w:p>
    <w:p>
      <w:r>
        <w:rPr>
          <w:rFonts w:ascii="Gentium Plus" w:hAnsi="Gentium Plus"/>
          <w:sz w:val="24"/>
        </w:rPr>
        <w:t>Σοὶ δ’ οὔτ’ ἔργον ἄνακτος ἑλεῖν χόλον, οὔτ’ ἐνὶ Μοῖραν ἔχεις· τῷ μοι φείδεο σωφροσύνης. Οὐ τρομέεις ἱερῆας ὑποκλίνουσα κάρηνον, Σκηνὴν ἀμφιθέτοις εἴδεσι λαμπομένην;</w:t>
      </w:r>
    </w:p>
    <w:p>
      <w:r>
        <w:rPr>
          <w:rFonts w:ascii="Courier New" w:hAnsi="Courier New"/>
          <w:color w:val="555555"/>
          <w:sz w:val="20"/>
        </w:rPr>
        <w:t>[5]</w:t>
      </w:r>
    </w:p>
    <w:p>
      <w:r>
        <w:rPr>
          <w:rFonts w:ascii="Gentium Plus" w:hAnsi="Gentium Plus"/>
          <w:sz w:val="24"/>
        </w:rPr>
        <w:t>Οὐδὲ χέρες φρίσσουσιν, ἐπὴν ἐς μύστιν ἐδωδὴν Τείνεις, αἷς σὺ γράφεις πένθιμον ἀγλαΐην; Πῶς δὲ σύ γ’ ἀθλοφόροισιν, ὅσοις ἵστησι χορείην Λαὸς πασσυδίῃ, τίμιον αἷμα σέβων, Εἶδος ἄγεις πολλῶν θελκτήριον, ὡς ἀγορή τις</w:t>
      </w:r>
    </w:p>
    <w:p>
      <w:r>
        <w:rPr>
          <w:rFonts w:ascii="Courier New" w:hAnsi="Courier New"/>
          <w:color w:val="555555"/>
          <w:sz w:val="20"/>
        </w:rPr>
        <w:t>[10]</w:t>
      </w:r>
    </w:p>
    <w:p>
      <w:r>
        <w:rPr>
          <w:rFonts w:ascii="Gentium Plus" w:hAnsi="Gentium Plus"/>
          <w:sz w:val="24"/>
        </w:rPr>
        <w:t>Πληθὺν ἐφελκομένη ἐν μεσάτῳ πτολίων, Ἢ θηρῶν δείκτῃσιν ὁμοίϊα, τοὶ προφέρουσιν Ἑρπυστὰς σκοτίων δειμαλέοι λαγόνων; Ἀλλὰ, γύναι, μύθοις ἐπιπείθεο ἡμετέροισι,</w:t>
      </w:r>
    </w:p>
    <w:p>
      <w:r>
        <w:rPr>
          <w:rFonts w:ascii="Courier New" w:hAnsi="Courier New"/>
          <w:color w:val="555555"/>
          <w:sz w:val="20"/>
        </w:rPr>
        <w:t>[907]</w:t>
      </w:r>
    </w:p>
    <w:p>
      <w:r>
        <w:rPr>
          <w:rFonts w:ascii="Gentium Plus" w:hAnsi="Gentium Plus"/>
          <w:sz w:val="24"/>
        </w:rPr>
        <w:t>Μὴ σύ γε, μὴ κείνῃσιν ὁμόπλοος, ὦ τέκος, εἴης, Μὴ σύ γε συμφράδμων, μηδὲ συνωροφίη· Ἄλλῃσιν τὰ περισσά· σὺ δ’ ἅζεο χείλεσιν ἀνδρῶν Καὶ κληϊζομένη. Τοῦτο γυναιξὶ κλέος.</w:t>
      </w:r>
    </w:p>
    <w:p>
      <w:r>
        <w:rPr>
          <w:rFonts w:ascii="Courier New" w:hAnsi="Courier New"/>
          <w:color w:val="555555"/>
          <w:sz w:val="20"/>
        </w:rPr>
        <w:t>[5]</w:t>
      </w:r>
    </w:p>
    <w:p>
      <w:r>
        <w:rPr>
          <w:rFonts w:ascii="Gentium Plus" w:hAnsi="Gentium Plus"/>
          <w:sz w:val="24"/>
        </w:rPr>
        <w:t>Εἰ μέν σοί γε βίος πανελεύθερος ἔπλετο δεσμῶν, Χριστῷ ζῶε μόνῳ, πάντ’ ἀποσεισαμένη, Παρθένος αἰγλήεσσα, περίφρων, ἀγλαόμητις, Νυμφίον ἧς κραδίης ἀγνὸν ἔχουσα Λόγον. Εἰ δέ σέ γε πλευρῆς εἷλεν πόθος, ἧς ἐκεάσθης,</w:t>
      </w:r>
    </w:p>
    <w:p>
      <w:r>
        <w:rPr>
          <w:rFonts w:ascii="Courier New" w:hAnsi="Courier New"/>
          <w:color w:val="555555"/>
          <w:sz w:val="20"/>
        </w:rPr>
        <w:t>[10]</w:t>
      </w:r>
    </w:p>
    <w:p>
      <w:r>
        <w:rPr>
          <w:rFonts w:ascii="Gentium Plus" w:hAnsi="Gentium Plus"/>
          <w:sz w:val="24"/>
        </w:rPr>
        <w:t>Μούνην γε πλευρὴν ἀμφιέπειν φιλίην, Ἐσθλὸν φίλτρον ἔχουσα, ἐλεύθερον ἀντὶ κακοῖο· Τοῖς δ’ ἄλλοις πάθεσιν, μηδ’ ὄναρ ἀντιάᾳν. Καὶ σὺ Θεοῦ μεγάλοιο παραστάτι, οὐδὲ σὺ λήθεις, Ἤν ποτε τῷ χθαμαλῷ θῆλύ τι συγκεράσῃς.</w:t>
      </w:r>
    </w:p>
    <w:p>
      <w:r>
        <w:rPr>
          <w:rFonts w:ascii="Courier New" w:hAnsi="Courier New"/>
          <w:color w:val="555555"/>
          <w:sz w:val="20"/>
        </w:rPr>
        <w:t>[15]</w:t>
      </w:r>
    </w:p>
    <w:p>
      <w:r>
        <w:rPr>
          <w:rFonts w:ascii="Gentium Plus" w:hAnsi="Gentium Plus"/>
          <w:sz w:val="24"/>
        </w:rPr>
        <w:t>Ἔστι καὶ ἐν ῥυπόωσί ποθ’ εἵμασι θρύψις ἄσεμνος,</w:t>
      </w:r>
    </w:p>
    <w:p>
      <w:r>
        <w:rPr>
          <w:rFonts w:ascii="Courier New" w:hAnsi="Courier New"/>
          <w:color w:val="555555"/>
          <w:sz w:val="20"/>
        </w:rPr>
        <w:t>[908]</w:t>
      </w:r>
    </w:p>
    <w:p>
      <w:r>
        <w:rPr>
          <w:rFonts w:ascii="Gentium Plus" w:hAnsi="Gentium Plus"/>
          <w:sz w:val="24"/>
        </w:rPr>
        <w:t>Καὶ σεμνότης μαλακοῖς. Ἵστορες οὐκ ὀλίγοι. Ῥυτίς σοι πλέον ἐστὶν, ἐπίστασο, ἢ τὰ μέγιστα Τραύματα κοσμοβίων. Ἅζεο μαρτυρίην. Οὐδὲ γὰρ ἐν ῥυπόωσι ῥανὶς τόσον, ὁσσάτιόν περ</w:t>
      </w:r>
    </w:p>
    <w:p>
      <w:r>
        <w:rPr>
          <w:rFonts w:ascii="Courier New" w:hAnsi="Courier New"/>
          <w:color w:val="555555"/>
          <w:sz w:val="20"/>
        </w:rPr>
        <w:t>[5]</w:t>
      </w:r>
    </w:p>
    <w:p>
      <w:r>
        <w:rPr>
          <w:rFonts w:ascii="Gentium Plus" w:hAnsi="Gentium Plus"/>
          <w:sz w:val="24"/>
        </w:rPr>
        <w:t>Φαίνεται ἐν καθαροῖς εἵμασιν ἰσοχρόοις. Ταῦτ’ εἰ μὲν πεπίθοιμεν, ὀνήσομεν· εἰ δὲ πρόσωπον Στήσειας, λάμποις δὶς τόσον, εἰ ποθέεις, Χρυσῷ τ’ ἠλέκτρῳ τε καὶ ἀργύρῳ ἠδ’ ἐλέφαντι· Τοῖα χαρίζομ’ ἐγὼ ταῖς νεοκαλλιγράφοις.</w:t>
      </w:r>
    </w:p>
    <w:p>
      <w:r>
        <w:rPr>
          <w:rFonts w:ascii="Courier New" w:hAnsi="Courier New"/>
          <w:color w:val="555555"/>
          <w:sz w:val="20"/>
        </w:rPr>
        <w:t>[10]</w:t>
      </w:r>
    </w:p>
    <w:p>
      <w:r>
        <w:rPr>
          <w:rFonts w:ascii="Gentium Plus" w:hAnsi="Gentium Plus"/>
          <w:sz w:val="24"/>
        </w:rPr>
        <w:t>Ἡ στήλη μὲν ἕτοιμος, ἐγὼ δ’ ἐπίγραμμα χαράξω· Δεῦρ’ ἴθ’ ὅσοισι φίλον, κάλλεϊ τερψόμενοι.</w:t>
      </w:r>
    </w:p>
    <w:p>
      <w:r>
        <w:rPr>
          <w:rFonts w:ascii="Courier New" w:hAnsi="Courier New"/>
          <w:color w:val="555555"/>
          <w:sz w:val="20"/>
        </w:rPr>
        <w:t>[12t]</w:t>
      </w:r>
    </w:p>
    <w:p>
      <w:pPr>
        <w:jc w:val="center"/>
      </w:pPr>
      <w:r>
        <w:rPr>
          <w:rFonts w:ascii="Gentium Plus" w:hAnsi="Gentium Plus"/>
          <w:b/>
          <w:sz w:val="24"/>
        </w:rPr>
        <w:t>Λʹ. Στίχων ἡ ἀκροστιχὶς τῶν πάντων στοιχείων,</w:t>
      </w:r>
    </w:p>
    <w:p>
      <w:r>
        <w:rPr>
          <w:rFonts w:ascii="Courier New" w:hAnsi="Courier New"/>
          <w:color w:val="555555"/>
          <w:sz w:val="20"/>
        </w:rPr>
        <w:t>[13t]</w:t>
      </w:r>
    </w:p>
    <w:p>
      <w:pPr>
        <w:jc w:val="center"/>
      </w:pPr>
      <w:r>
        <w:rPr>
          <w:rFonts w:ascii="Gentium Plus" w:hAnsi="Gentium Plus"/>
          <w:b/>
          <w:sz w:val="24"/>
        </w:rPr>
        <w:t>ἑκάστου ἰάμβου τέλος παραινέσεως ἔχοντος.</w:t>
      </w:r>
    </w:p>
    <w:p>
      <w:r>
        <w:rPr>
          <w:rFonts w:ascii="Courier New" w:hAnsi="Courier New"/>
          <w:color w:val="555555"/>
          <w:sz w:val="20"/>
        </w:rPr>
        <w:t>[14]</w:t>
      </w:r>
    </w:p>
    <w:p>
      <w:r>
        <w:rPr>
          <w:rFonts w:ascii="Gentium Plus" w:hAnsi="Gentium Plus"/>
          <w:sz w:val="24"/>
        </w:rPr>
        <w:t>Ἀρχὴν ἁπάντων καὶ τέλος ποιοῦ Θεόν.</w:t>
      </w:r>
    </w:p>
    <w:p>
      <w:r>
        <w:rPr>
          <w:rFonts w:ascii="Courier New" w:hAnsi="Courier New"/>
          <w:color w:val="555555"/>
          <w:sz w:val="20"/>
        </w:rPr>
        <w:t>[909]</w:t>
      </w:r>
    </w:p>
    <w:p>
      <w:r>
        <w:rPr>
          <w:rFonts w:ascii="Gentium Plus" w:hAnsi="Gentium Plus"/>
          <w:sz w:val="24"/>
        </w:rPr>
        <w:t>Βίου τὸ κέρδος, ἐκβιοῦν καθ’ ἡμέραν. Γίνωσκε πάντα τῶν καλῶν τὰ δράματα. Δεινὸν πένεσθαι, χεῖρον δ’ εὐπορεῖν κακῶς. Εὐεργετῶν νόμιζε μιμεῖσθαι Θεόν.</w:t>
      </w:r>
    </w:p>
    <w:p>
      <w:r>
        <w:rPr>
          <w:rFonts w:ascii="Courier New" w:hAnsi="Courier New"/>
          <w:color w:val="555555"/>
          <w:sz w:val="20"/>
        </w:rPr>
        <w:t>[5]</w:t>
      </w:r>
    </w:p>
    <w:p>
      <w:r>
        <w:rPr>
          <w:rFonts w:ascii="Gentium Plus" w:hAnsi="Gentium Plus"/>
          <w:sz w:val="24"/>
        </w:rPr>
        <w:t>Ζήτει Θεοῦ σοι χρηστότητα χρηστὸς ὤν. Ἡ σὰρξ κρατείσθω καὶ δαμαζέσθω καλῶς. Θυμὸν χαλίνου, μὴ φρενῶν ἔξω πέσῃς. Ἵστη μὲν ὄμμα, γλῶσσα δὲ στάθμην ἔχοι. Κλεὶς ὠσὶ κείσθω, μηδὲ πορνεύοι γέλως.</w:t>
      </w:r>
    </w:p>
    <w:p>
      <w:r>
        <w:rPr>
          <w:rFonts w:ascii="Courier New" w:hAnsi="Courier New"/>
          <w:color w:val="555555"/>
          <w:sz w:val="20"/>
        </w:rPr>
        <w:t>[10]</w:t>
      </w:r>
    </w:p>
    <w:p>
      <w:r>
        <w:rPr>
          <w:rFonts w:ascii="Gentium Plus" w:hAnsi="Gentium Plus"/>
          <w:sz w:val="24"/>
        </w:rPr>
        <w:t>Λύχνος βίου σοι παντὸς ἡγείσθω λόγος. Μή σοι τὸ εἶναι τῷ δοκεῖν ὑποῤῥέοι. Νόει τὰ πάντα, πρᾶσσε δ’ ἃ πράσσειν θέμις. Ξένον σεαυτὸν ἴσθι, καὶ τίμα ξένους.</w:t>
      </w:r>
    </w:p>
    <w:p>
      <w:r>
        <w:rPr>
          <w:rFonts w:ascii="Courier New" w:hAnsi="Courier New"/>
          <w:color w:val="555555"/>
          <w:sz w:val="20"/>
        </w:rPr>
        <w:t>[910]</w:t>
      </w:r>
    </w:p>
    <w:p>
      <w:r>
        <w:rPr>
          <w:rFonts w:ascii="Gentium Plus" w:hAnsi="Gentium Plus"/>
          <w:sz w:val="24"/>
        </w:rPr>
        <w:t>Ὅτ’ εὐπλοεῖς, μάλιστα μέμνησο ζάλης. Πάντ’ εὐχαρίστως δεῖ δέχεσθαι τἀκ Θεοῦ. Ῥάβδος δικαίου πλεῖον, ἢ τιμὴ κακοῦ. Σοφῶν θύρας ἔκτριβε, πλουσίων δὲ μή.</w:t>
      </w:r>
    </w:p>
    <w:p>
      <w:r>
        <w:rPr>
          <w:rFonts w:ascii="Courier New" w:hAnsi="Courier New"/>
          <w:color w:val="555555"/>
          <w:sz w:val="20"/>
        </w:rPr>
        <w:t>[5]</w:t>
      </w:r>
    </w:p>
    <w:p>
      <w:r>
        <w:rPr>
          <w:rFonts w:ascii="Gentium Plus" w:hAnsi="Gentium Plus"/>
          <w:sz w:val="24"/>
        </w:rPr>
        <w:t>Τὸ μικρὸν οὐ μικρὸν, ὅταν ἐκφέρῃ μέγα. Ὕβριν χαλίνου, καὶ μέγας ἔσῃ σοφός. Φύλασσε σαυτὸν, πτῶμα δ’ ἄλλου μὴ γέλα. Χάρις φθονεῖσθαι, τὸ φθονεῖν δ’ αἶσχος μέγα. Ψυχὴ θύοιτο μᾶλλον ἢ τὸ πᾶν Θεῷ.</w:t>
      </w:r>
    </w:p>
    <w:p>
      <w:r>
        <w:rPr>
          <w:rFonts w:ascii="Courier New" w:hAnsi="Courier New"/>
          <w:color w:val="555555"/>
          <w:sz w:val="20"/>
        </w:rPr>
        <w:t>[10]</w:t>
      </w:r>
    </w:p>
    <w:p>
      <w:r>
        <w:rPr>
          <w:rFonts w:ascii="Gentium Plus" w:hAnsi="Gentium Plus"/>
          <w:sz w:val="24"/>
        </w:rPr>
        <w:t>Ὢ τίς φυλάξει ταῦτα, καὶ σωθήσεται;</w:t>
      </w:r>
    </w:p>
    <w:p>
      <w:r>
        <w:rPr>
          <w:rFonts w:ascii="Courier New" w:hAnsi="Courier New"/>
          <w:color w:val="555555"/>
          <w:sz w:val="20"/>
        </w:rPr>
        <w:t>[11t]</w:t>
      </w:r>
    </w:p>
    <w:p>
      <w:pPr>
        <w:jc w:val="center"/>
      </w:pPr>
      <w:r>
        <w:rPr>
          <w:rFonts w:ascii="Gentium Plus" w:hAnsi="Gentium Plus"/>
          <w:b/>
          <w:sz w:val="24"/>
        </w:rPr>
        <w:t>ΛΑʹ. Γνῶμαι δίστιχοι.</w:t>
      </w:r>
    </w:p>
    <w:p>
      <w:r>
        <w:rPr>
          <w:rFonts w:ascii="Courier New" w:hAnsi="Courier New"/>
          <w:color w:val="555555"/>
          <w:sz w:val="20"/>
        </w:rPr>
        <w:t>[12]</w:t>
      </w:r>
    </w:p>
    <w:p>
      <w:r>
        <w:rPr>
          <w:rFonts w:ascii="Gentium Plus" w:hAnsi="Gentium Plus"/>
          <w:sz w:val="24"/>
        </w:rPr>
        <w:t>Γυμνὸς ὅλος βιότοιο τάμοις ἅλα, μηδὲ βαρεῖα</w:t>
      </w:r>
    </w:p>
    <w:p>
      <w:r>
        <w:rPr>
          <w:rFonts w:ascii="Courier New" w:hAnsi="Courier New"/>
          <w:color w:val="555555"/>
          <w:sz w:val="20"/>
        </w:rPr>
        <w:t>[911]</w:t>
      </w:r>
    </w:p>
    <w:p>
      <w:r>
        <w:rPr>
          <w:rFonts w:ascii="Gentium Plus" w:hAnsi="Gentium Plus"/>
          <w:sz w:val="24"/>
        </w:rPr>
        <w:t>Ὡς αἰεὶ κρυεροῖο παρεσταότος θανάτοιο Μνώεο, καὶ θανάτου ἥσσονος ἀντιάσεις. Αἰεὶ νηὸν ἔγειρε Θεῷ νόον, ὥς κεν ἄνακτα, Ἵδρυμ’ ἄϋλον, ἔχῃς ἔνδοθι σῆς κραδίης.</w:t>
      </w:r>
    </w:p>
    <w:p>
      <w:r>
        <w:rPr>
          <w:rFonts w:ascii="Courier New" w:hAnsi="Courier New"/>
          <w:color w:val="555555"/>
          <w:sz w:val="20"/>
        </w:rPr>
        <w:t>[5]</w:t>
      </w:r>
    </w:p>
    <w:p>
      <w:r>
        <w:rPr>
          <w:rFonts w:ascii="Gentium Plus" w:hAnsi="Gentium Plus"/>
          <w:sz w:val="24"/>
        </w:rPr>
        <w:t>Γνῶθι σεαυτὸν, ἄριστε, πόθεν καὶ ὅστις ἐτύχθης, Ῥεῖά κεν ὧδε τύχῃς κάλλεος ἀρχετύπου. Ἦμαρ ἐπ’ ἦμαρ ἄγει σε· κυλίνδεται ὅστις ἐλαφρός· Γνώμη δ’ εὐπαγέος ἦμαρ ἄλυτον ἔχει. Ὅστις ἀπερχομένοισι καὶ ἐρχομένοισι πέποιθε,</w:t>
      </w:r>
    </w:p>
    <w:p>
      <w:r>
        <w:rPr>
          <w:rFonts w:ascii="Courier New" w:hAnsi="Courier New"/>
          <w:color w:val="555555"/>
          <w:sz w:val="20"/>
        </w:rPr>
        <w:t>[10]</w:t>
      </w:r>
    </w:p>
    <w:p>
      <w:r>
        <w:rPr>
          <w:rFonts w:ascii="Gentium Plus" w:hAnsi="Gentium Plus"/>
          <w:sz w:val="24"/>
        </w:rPr>
        <w:t>Ῥεύματι πιστεύει οὔ ποτε ἱσταμένῳ. Ἴσον ἐμοὶ κακόν ἐστι βίος καὶ μῦθος ἀλιτρός· Ὁππότερόν κεν ἔχοις, καὶ θατέροιο τύχοις.</w:t>
      </w:r>
    </w:p>
    <w:p>
      <w:r>
        <w:rPr>
          <w:rFonts w:ascii="Courier New" w:hAnsi="Courier New"/>
          <w:color w:val="555555"/>
          <w:sz w:val="20"/>
        </w:rPr>
        <w:t>[912]</w:t>
      </w:r>
    </w:p>
    <w:p>
      <w:r>
        <w:rPr>
          <w:rFonts w:ascii="Gentium Plus" w:hAnsi="Gentium Plus"/>
          <w:sz w:val="24"/>
        </w:rPr>
        <w:t>Ὕβρις ἄναγνον ἐόντα παρεστάμεναι θυέεσσι· Δεινότερον νεκύων λείψανα πάντα σέβειν. Ἵστασο μή ποθ’ ὁδοῖο καλῶν· κακὸν ἐς βυθὸν ἕρπειν Σοὶ στάσις, ὅστις ἔβης ἔκτοθι σῆς κακίης.</w:t>
      </w:r>
    </w:p>
    <w:p>
      <w:r>
        <w:rPr>
          <w:rFonts w:ascii="Courier New" w:hAnsi="Courier New"/>
          <w:color w:val="555555"/>
          <w:sz w:val="20"/>
        </w:rPr>
        <w:t>[5]</w:t>
      </w:r>
    </w:p>
    <w:p>
      <w:r>
        <w:rPr>
          <w:rFonts w:ascii="Gentium Plus" w:hAnsi="Gentium Plus"/>
          <w:sz w:val="24"/>
        </w:rPr>
        <w:t>Τυφλὸς ὁρῶν, ὃς ἑῆς κακίας οὐκ ὄσσετ’ ὄλεθρον· Ἴχνια μαστεύειν θηρὸς, ἄκρων φαέων. Χρῄζων δὴ παθέεσσιν ἀκέστορος, ἢν κακὰ κεύθῃς, Οὔ ποτε σηπεδόνα φεύξεαι ἀργαλέην. Σὸς λόγος, ἔργον ἐμεῖο. Ὃς οὐ καλὸν ἔργον ἔρεξεν,</w:t>
      </w:r>
    </w:p>
    <w:p>
      <w:r>
        <w:rPr>
          <w:rFonts w:ascii="Courier New" w:hAnsi="Courier New"/>
          <w:color w:val="555555"/>
          <w:sz w:val="20"/>
        </w:rPr>
        <w:t>[10]</w:t>
      </w:r>
    </w:p>
    <w:p>
      <w:r>
        <w:rPr>
          <w:rFonts w:ascii="Gentium Plus" w:hAnsi="Gentium Plus"/>
          <w:sz w:val="24"/>
        </w:rPr>
        <w:t>Εὐεπίην ἐχέτω σύμμαχον ἀμφίθετον. Ὑβριστὴς κόρος ἐστίν. Ἐγὼ δέ σε βούλομ’, ἄριστε,</w:t>
      </w:r>
    </w:p>
    <w:p>
      <w:r>
        <w:rPr>
          <w:rFonts w:ascii="Courier New" w:hAnsi="Courier New"/>
          <w:color w:val="555555"/>
          <w:sz w:val="20"/>
        </w:rPr>
        <w:t>[913]</w:t>
      </w:r>
    </w:p>
    <w:p>
      <w:r>
        <w:rPr>
          <w:rFonts w:ascii="Gentium Plus" w:hAnsi="Gentium Plus"/>
          <w:sz w:val="24"/>
        </w:rPr>
        <w:t>Πλουτεῖν δ’ αὖ θεότητα μόνην, καὶ κόσμον ἅπαντα, Ἶσον ἀραχναίοις νήμασιν αἰὲν ἔχειν. Πάντα μὲν ἀνθρώπων, ἀλλότρια τοῦδε βίοι· Ἡ δ’ ἀρετὴ βροτέη, τοῦτο μόνον βιοτή.</w:t>
      </w:r>
    </w:p>
    <w:p>
      <w:r>
        <w:rPr>
          <w:rFonts w:ascii="Courier New" w:hAnsi="Courier New"/>
          <w:color w:val="555555"/>
          <w:sz w:val="20"/>
        </w:rPr>
        <w:t>[5]</w:t>
      </w:r>
    </w:p>
    <w:p>
      <w:r>
        <w:rPr>
          <w:rFonts w:ascii="Gentium Plus" w:hAnsi="Gentium Plus"/>
          <w:sz w:val="24"/>
        </w:rPr>
        <w:t>Δεῦτε δὲ, πᾶσι Θεοῖο βοᾷ Λόγος ἀφθιτόμητις, Σπεύδετ’ ἐπὶ Τριάδος γνῶσιν ἐπουρανίης. Θέσθε νόον, βιότῳ μὲν ὅσους γάμος ἁγνὸς ἔδησε, Ληνοῖς οὐρανίοις πλείονα καρπὸν ἄγειν. Ὅσσαι δ’ ἂν μεγάλοιο Θεοῦ Λόγου ἀγκάζεσθε,</w:t>
      </w:r>
    </w:p>
    <w:p>
      <w:r>
        <w:rPr>
          <w:rFonts w:ascii="Courier New" w:hAnsi="Courier New"/>
          <w:color w:val="555555"/>
          <w:sz w:val="20"/>
        </w:rPr>
        <w:t>[10]</w:t>
      </w:r>
    </w:p>
    <w:p>
      <w:r>
        <w:rPr>
          <w:rFonts w:ascii="Gentium Plus" w:hAnsi="Gentium Plus"/>
          <w:sz w:val="24"/>
        </w:rPr>
        <w:t>Νύμφαι παρθενικαὶ, πάντα Θεῷ προσάγειν. Αἴγλη παμφανόωσα μονότροπος, ἀλλ’ ἀπὸ κόσμου Θυμὸν ἔχειν, σαρκῶν τηλόθεν ἱστάμεναι. Ὕβρις πίστιν ἔχειν ἐν χρώμασι, μὴ κραδίῃσι· Ῥεῖά κεν ἔκπλυτ’ ἔοι. Βένθος ἐμοί γε φίλον.</w:t>
      </w:r>
    </w:p>
    <w:p>
      <w:r>
        <w:rPr>
          <w:rFonts w:ascii="Courier New" w:hAnsi="Courier New"/>
          <w:color w:val="555555"/>
          <w:sz w:val="20"/>
        </w:rPr>
        <w:t>[914]</w:t>
      </w:r>
    </w:p>
    <w:p>
      <w:r>
        <w:rPr>
          <w:rFonts w:ascii="Gentium Plus" w:hAnsi="Gentium Plus"/>
          <w:sz w:val="24"/>
        </w:rPr>
        <w:t>Μήτε δικαιοσύνην τίν’ ἀκαμπέα, μήτε φρόνησιν Ἀγκυλόεσσαν ἔχειν. Μέτρον ἄριστον ἅπαν. Νωμᾶσθαι καὶ θάρσος, ἐπεὶ θράσος, οὐ κράτος ἔσται· Ἔστι σαοφροσύνης καί τι γαληνὸν ἔχειν</w:t>
      </w:r>
    </w:p>
    <w:p>
      <w:r>
        <w:rPr>
          <w:rFonts w:ascii="Courier New" w:hAnsi="Courier New"/>
          <w:color w:val="555555"/>
          <w:sz w:val="20"/>
        </w:rPr>
        <w:t>[5]</w:t>
      </w:r>
    </w:p>
    <w:p>
      <w:r>
        <w:rPr>
          <w:rFonts w:ascii="Gentium Plus" w:hAnsi="Gentium Plus"/>
          <w:sz w:val="24"/>
        </w:rPr>
        <w:t>Οἴγειν ἐν λογίοισι Θεοῦ νόον αἰὲν, ἄριστον· Ἴδρις ἐπουρανίων ὧδ’ ἂν ἔοις νομίμων. Σπεῦδε μὲν εἶναι ἄριστος· ἀφάνδανε, οἷσιν ἄριστον· Καὶ κακίην τέρπειν, δυσκλεές ἐστι κλέος. Αἰσχρὸν, ἄριστον ἐόντα, συνήγορον ἔμμεν’ ἀλιτρῶν</w:t>
      </w:r>
    </w:p>
    <w:p>
      <w:r>
        <w:rPr>
          <w:rFonts w:ascii="Courier New" w:hAnsi="Courier New"/>
          <w:color w:val="555555"/>
          <w:sz w:val="20"/>
        </w:rPr>
        <w:t>[10]</w:t>
      </w:r>
    </w:p>
    <w:p>
      <w:r>
        <w:rPr>
          <w:rFonts w:ascii="Gentium Plus" w:hAnsi="Gentium Plus"/>
          <w:sz w:val="24"/>
        </w:rPr>
        <w:t>Ἶσον, καὶ κακίης σὸν πόδα ἐντὸς ἔχειν. Χρυσὸς μὲν χοάνοισι δαμάζεται, ἄλγεσι δ’ ἐσθλός· Ἄλγος ἀπημοσύνης πολλάκι κουφότερον. Ῥεῖά κεν ἀρνήσαιτο Θεὸν μέγαν, ὃς γενετῆρα·</w:t>
      </w:r>
    </w:p>
    <w:p>
      <w:r>
        <w:rPr>
          <w:rFonts w:ascii="Courier New" w:hAnsi="Courier New"/>
          <w:color w:val="555555"/>
          <w:sz w:val="20"/>
        </w:rPr>
        <w:t>[915]</w:t>
      </w:r>
    </w:p>
    <w:p>
      <w:r>
        <w:rPr>
          <w:rFonts w:ascii="Gentium Plus" w:hAnsi="Gentium Plus"/>
          <w:sz w:val="24"/>
        </w:rPr>
        <w:t>Σῆτες ἔδουσιν ἅπαντα· λίπῃς τὰ σὰ μηδὲ τάφοισιν· Ἐξοδίη τιμὴ, δεξιὸν οὔνομ’ ἔχειν. Ξείνων ἡμεδαπῶν περιφείδεο, ἔξοχα δ’ αὖτε Οἳ τάδε πάντα λίπον, ἀδρανέων νεκύων.</w:t>
      </w:r>
    </w:p>
    <w:p>
      <w:r>
        <w:rPr>
          <w:rFonts w:ascii="Courier New" w:hAnsi="Courier New"/>
          <w:color w:val="555555"/>
          <w:sz w:val="20"/>
        </w:rPr>
        <w:t>[5]</w:t>
      </w:r>
    </w:p>
    <w:p>
      <w:r>
        <w:rPr>
          <w:rFonts w:ascii="Gentium Plus" w:hAnsi="Gentium Plus"/>
          <w:sz w:val="24"/>
        </w:rPr>
        <w:t>Δεῦρ’ ἄγε, κόσμον ἅπαντα καὶ ἄχθεα τῇδ’ ἀπολείψας, Ἱστίον ἐς ζωὴν οὐρανίην πέτασον. Πάντα μὲν αἰὲν ἄριστα θεοπρεπὲς ἔργα τελείσθω, Ἡ δὲ Τριὰς πάντων ἔξοχά σοι μελέτω.</w:t>
      </w:r>
    </w:p>
    <w:p>
      <w:r>
        <w:rPr>
          <w:rFonts w:ascii="Courier New" w:hAnsi="Courier New"/>
          <w:color w:val="555555"/>
          <w:sz w:val="20"/>
        </w:rPr>
        <w:t>[916 (1t)]</w:t>
      </w:r>
    </w:p>
    <w:p>
      <w:pPr>
        <w:jc w:val="center"/>
      </w:pPr>
      <w:r>
        <w:rPr>
          <w:rFonts w:ascii="Gentium Plus" w:hAnsi="Gentium Plus"/>
          <w:b/>
          <w:sz w:val="24"/>
        </w:rPr>
        <w:t>ΛΒʹ. Γνωμικὰ δίστιχα.</w:t>
      </w:r>
    </w:p>
    <w:p>
      <w:r>
        <w:rPr>
          <w:rFonts w:ascii="Courier New" w:hAnsi="Courier New"/>
          <w:color w:val="555555"/>
          <w:sz w:val="20"/>
        </w:rPr>
        <w:t>[2]</w:t>
      </w:r>
    </w:p>
    <w:p>
      <w:r>
        <w:rPr>
          <w:rFonts w:ascii="Gentium Plus" w:hAnsi="Gentium Plus"/>
          <w:sz w:val="24"/>
        </w:rPr>
        <w:t>Ἀρχῆς καλῆς κάλλιστον εἶναι καὶ τέλος, Ὀρθῶς δοκοῦσιν οἱ ὅροι τῶν πραγμάτων. Ἀρχὴ καλὸν τίκτουσα τοῖς βροτοῖς πέρας,</w:t>
      </w:r>
    </w:p>
    <w:p>
      <w:r>
        <w:rPr>
          <w:rFonts w:ascii="Courier New" w:hAnsi="Courier New"/>
          <w:color w:val="555555"/>
          <w:sz w:val="20"/>
        </w:rPr>
        <w:t>[5]</w:t>
      </w:r>
    </w:p>
    <w:p>
      <w:r>
        <w:rPr>
          <w:rFonts w:ascii="Gentium Plus" w:hAnsi="Gentium Plus"/>
          <w:sz w:val="24"/>
        </w:rPr>
        <w:t>Βίου κάθαρσις ἐνθέως ἀσκουμένη. Λόγοις πτερωθεὶς, μὴ πτερῶν ἔξω πέτου Πτερῶν γὰρ οὐδὲ πτηνὸν ἵπταται δίχα. Γνῶσις βροτοῖς μέγιστον ἐν βίῳ κλέος· Κακὸν δὲ αὕτῃ τοῖς κακῶς κεχρημένοις.</w:t>
      </w:r>
    </w:p>
    <w:p>
      <w:r>
        <w:rPr>
          <w:rFonts w:ascii="Courier New" w:hAnsi="Courier New"/>
          <w:color w:val="555555"/>
          <w:sz w:val="20"/>
        </w:rPr>
        <w:t>[10]</w:t>
      </w:r>
    </w:p>
    <w:p>
      <w:r>
        <w:rPr>
          <w:rFonts w:ascii="Gentium Plus" w:hAnsi="Gentium Plus"/>
          <w:sz w:val="24"/>
        </w:rPr>
        <w:t>Κενή σε δόξα μηδόλως συναρπάσῃ·</w:t>
      </w:r>
    </w:p>
    <w:p>
      <w:r>
        <w:rPr>
          <w:rFonts w:ascii="Courier New" w:hAnsi="Courier New"/>
          <w:color w:val="555555"/>
          <w:sz w:val="20"/>
        </w:rPr>
        <w:t>[917]</w:t>
      </w:r>
    </w:p>
    <w:p>
      <w:r>
        <w:rPr>
          <w:rFonts w:ascii="Gentium Plus" w:hAnsi="Gentium Plus"/>
          <w:sz w:val="24"/>
        </w:rPr>
        <w:t>Καὶ γὰρ πανοῦργον τοῦτο τοῖς ἁπλουστέροις. Εὖ δρῶν φύλαττε σαυτὸν ἐν τούτῳ μένειν· Ταχὺς γάρ ἐστι πρὸς τὸ χεῖρον ὁ δρόμος. Γέλως κρατείσθω, καὶ θυμὸς λάβοι πέρας·</w:t>
      </w:r>
    </w:p>
    <w:p>
      <w:r>
        <w:rPr>
          <w:rFonts w:ascii="Courier New" w:hAnsi="Courier New"/>
          <w:color w:val="555555"/>
          <w:sz w:val="20"/>
        </w:rPr>
        <w:t>[5]</w:t>
      </w:r>
    </w:p>
    <w:p>
      <w:r>
        <w:rPr>
          <w:rFonts w:ascii="Gentium Plus" w:hAnsi="Gentium Plus"/>
          <w:sz w:val="24"/>
        </w:rPr>
        <w:t>Ἀργὸς δὲ παντάπασιν εἰργέσθω λόγος. Θεὸν φόβου πρώτιστα, καὶ γονεῖς τίμα, Ἱερεῖς ἐπαίνει, πρεσβύτας σεπτῶς ἔχε. Υἱὸν δίκαια πατρὶ μηδόλως λέγειν, Θεσμός θ’ ὁρίζει, καὶ πρὸ θεσμῶν ἡ φύσις.</w:t>
      </w:r>
    </w:p>
    <w:p>
      <w:r>
        <w:rPr>
          <w:rFonts w:ascii="Courier New" w:hAnsi="Courier New"/>
          <w:color w:val="555555"/>
          <w:sz w:val="20"/>
        </w:rPr>
        <w:t>[10]</w:t>
      </w:r>
    </w:p>
    <w:p>
      <w:r>
        <w:rPr>
          <w:rFonts w:ascii="Gentium Plus" w:hAnsi="Gentium Plus"/>
          <w:sz w:val="24"/>
        </w:rPr>
        <w:t>Οἷα πρὸς ἄλλου μὴ παθεῖν αὐτὸς θέλεις, Τοιαῦτα καὶ σὺ μηδὲ δρᾷν ἄλλῳ θέλε. Οὐ δεινὸν ὀργὴ δεινὰ τοῖς εἰργασμένοις· Καὶ γὰρ δικάζει τοῖς ὁμοίοις ἡ δίκη.</w:t>
      </w:r>
    </w:p>
    <w:p>
      <w:r>
        <w:rPr>
          <w:rFonts w:ascii="Courier New" w:hAnsi="Courier New"/>
          <w:color w:val="555555"/>
          <w:sz w:val="20"/>
        </w:rPr>
        <w:t>[918]</w:t>
      </w:r>
    </w:p>
    <w:p>
      <w:r>
        <w:rPr>
          <w:rFonts w:ascii="Gentium Plus" w:hAnsi="Gentium Plus"/>
          <w:sz w:val="24"/>
        </w:rPr>
        <w:t>Χείλη σοφὰ στάζουσιν ἡδίστους λόγους· Φάρυγξ δὲ πικρὸς ἐξερεύγεται μάχας. Ῥεῖθρα γλυκασμοῦ γλῶσσα βλύζει στωμύλη· Ῥήσεις δὲ φαύλας ἄκριτον γεννᾷ στόμα.</w:t>
      </w:r>
    </w:p>
    <w:p>
      <w:r>
        <w:rPr>
          <w:rFonts w:ascii="Courier New" w:hAnsi="Courier New"/>
          <w:color w:val="555555"/>
          <w:sz w:val="20"/>
        </w:rPr>
        <w:t>[5]</w:t>
      </w:r>
    </w:p>
    <w:p>
      <w:r>
        <w:rPr>
          <w:rFonts w:ascii="Gentium Plus" w:hAnsi="Gentium Plus"/>
          <w:sz w:val="24"/>
        </w:rPr>
        <w:t>Φίλοι φιλοῦσι καὶ ἃ τοῖς φίλοις φίλα· Ἐχθροὶ δὲ φαυλίζουσιν αἰσχρῶς τοὺς φίλους. Πτωχοὺς φίλους λάθουσι πλουσίων θύραι· Αὐλαὶ δὲ λαμπραὶ, πλουσίοις ἀεὶ φίλαι. Ὕδωρ, ποτὸν φέριστον, εὐκρατοῖ φρένας·</w:t>
      </w:r>
    </w:p>
    <w:p>
      <w:r>
        <w:rPr>
          <w:rFonts w:ascii="Courier New" w:hAnsi="Courier New"/>
          <w:color w:val="555555"/>
          <w:sz w:val="20"/>
        </w:rPr>
        <w:t>[10]</w:t>
      </w:r>
    </w:p>
    <w:p>
      <w:r>
        <w:rPr>
          <w:rFonts w:ascii="Gentium Plus" w:hAnsi="Gentium Plus"/>
          <w:sz w:val="24"/>
        </w:rPr>
        <w:t>Θολοῖ δὲ τὸν νοῦν συλλαβοῦσα κραιπάλη. Οὐκ οἶδεν οἶνος σωφρονίζειν τὴν φύσιν, Κινεῖ δὲ μᾶλλον ἡδονὰς παροξύνων.</w:t>
      </w:r>
    </w:p>
    <w:p>
      <w:r>
        <w:rPr>
          <w:rFonts w:ascii="Courier New" w:hAnsi="Courier New"/>
          <w:color w:val="555555"/>
          <w:sz w:val="20"/>
        </w:rPr>
        <w:t>[919]</w:t>
      </w:r>
    </w:p>
    <w:p>
      <w:r>
        <w:rPr>
          <w:rFonts w:ascii="Gentium Plus" w:hAnsi="Gentium Plus"/>
          <w:sz w:val="24"/>
        </w:rPr>
        <w:t>Τἀναντία γὰρ τοῖς ἐναντίοις μάχῃ. Κρείσσων τροφὴ σύμμετρος εὐπορουμένη, Ἢ δεῖπνος ἁβρὸς, ὃν ἔπλασέ τις τ’ ὄναρ. Πλουτοῦσι μωροὶ τοῖς ὀνείρασι πλέον,</w:t>
      </w:r>
    </w:p>
    <w:p>
      <w:r>
        <w:rPr>
          <w:rFonts w:ascii="Courier New" w:hAnsi="Courier New"/>
          <w:color w:val="555555"/>
          <w:sz w:val="20"/>
        </w:rPr>
        <w:t>[5]</w:t>
      </w:r>
    </w:p>
    <w:p>
      <w:r>
        <w:rPr>
          <w:rFonts w:ascii="Gentium Plus" w:hAnsi="Gentium Plus"/>
          <w:sz w:val="24"/>
        </w:rPr>
        <w:t>Ἢ χρημάτων ἄβυσσον οἱ κεκτημένοι. Κρείσσων ἄπαις, ἢ μωρὰ κύειν ἔκγονα· Ὁ μὲν γὰρ ἄπαις, οἱ δὲ πολλοὶ καὶ κακοί. Παντὶ βροτῷ θνήσκοντι πᾶσα γῆ τάφος· Πᾶν γὰρ τὸ ἐκ γῆς, γῆ τε καὶ εἰς γῆν πάλιν.</w:t>
      </w:r>
    </w:p>
    <w:p>
      <w:r>
        <w:rPr>
          <w:rFonts w:ascii="Courier New" w:hAnsi="Courier New"/>
          <w:color w:val="555555"/>
          <w:sz w:val="20"/>
        </w:rPr>
        <w:t>[10]</w:t>
      </w:r>
    </w:p>
    <w:p>
      <w:r>
        <w:rPr>
          <w:rFonts w:ascii="Gentium Plus" w:hAnsi="Gentium Plus"/>
          <w:sz w:val="24"/>
        </w:rPr>
        <w:t>Ποιμὴν ἀμέλγει, εἰ θέλει, καὶ τοὺς τράγους· Ἀλλ’ ἀντὶ γάλακτος, αἱμάτων πηγὰς ὕσει. Ἡ σῦς ἐποπτεύουσα δειπνοποιίαν,</w:t>
      </w:r>
    </w:p>
    <w:p>
      <w:r>
        <w:rPr>
          <w:rFonts w:ascii="Courier New" w:hAnsi="Courier New"/>
          <w:color w:val="555555"/>
          <w:sz w:val="20"/>
        </w:rPr>
        <w:t>[920]</w:t>
      </w:r>
    </w:p>
    <w:p>
      <w:r>
        <w:rPr>
          <w:rFonts w:ascii="Gentium Plus" w:hAnsi="Gentium Plus"/>
          <w:sz w:val="24"/>
        </w:rPr>
        <w:t>Οἶδε τραπέζης τοὺς ὅρους μὴ συγχέειν. Βίαζε καὶ σὺ τοὺς ἀτάκτους, μὴ λύειν Τάξιν πρεπώδη καὶ νόμοις ἡρμοσμένην. Νόμους φυλάττων, τοὺς φόβους ἔξω βάλοις·</w:t>
      </w:r>
    </w:p>
    <w:p>
      <w:r>
        <w:rPr>
          <w:rFonts w:ascii="Courier New" w:hAnsi="Courier New"/>
          <w:color w:val="555555"/>
          <w:sz w:val="20"/>
        </w:rPr>
        <w:t>[5]</w:t>
      </w:r>
    </w:p>
    <w:p>
      <w:r>
        <w:rPr>
          <w:rFonts w:ascii="Gentium Plus" w:hAnsi="Gentium Plus"/>
          <w:sz w:val="24"/>
        </w:rPr>
        <w:t>Φόβων γὰρ ἔξω πᾶς ὁ τῶν νόμων φύλαξ. Κύβερνος ἴδμων φεύξεται τρικυμίας, Καὶ δεινὰ πάντα νοῦς σοφὰς φέρων φρένας. Ζωῆς ἀρίστης μὴ φρόνει τἀναντία· Καὶ γὰρ πρόδηλος τοῖς κακίστοις ἡ δίκη.</w:t>
      </w:r>
    </w:p>
    <w:p>
      <w:r>
        <w:rPr>
          <w:rFonts w:ascii="Courier New" w:hAnsi="Courier New"/>
          <w:color w:val="555555"/>
          <w:sz w:val="20"/>
        </w:rPr>
        <w:t>[10]</w:t>
      </w:r>
    </w:p>
    <w:p>
      <w:r>
        <w:rPr>
          <w:rFonts w:ascii="Gentium Plus" w:hAnsi="Gentium Plus"/>
          <w:sz w:val="24"/>
        </w:rPr>
        <w:t>Μέγιστος ἄκμων οὐ φοβεῖται τοὺς κτύπους Καὶ νοῦς ἐχέφρων πᾶσαν ἕλκουσαν βίαν.</w:t>
      </w:r>
    </w:p>
    <w:p>
      <w:r>
        <w:rPr>
          <w:rFonts w:ascii="Courier New" w:hAnsi="Courier New"/>
          <w:color w:val="555555"/>
          <w:sz w:val="20"/>
        </w:rPr>
        <w:t>[921]</w:t>
      </w:r>
    </w:p>
    <w:p>
      <w:r>
        <w:rPr>
          <w:rFonts w:ascii="Gentium Plus" w:hAnsi="Gentium Plus"/>
          <w:sz w:val="24"/>
        </w:rPr>
        <w:t>Ἄνδρας δ’ ἀνάνδρους αἱ σκιαὶ τῶν πραγμάτων. Μισῶ πένητα πλουσίῳ δωρούμενον, Ὡς τῷ λέγοντι τοῦ τρέφειν λελησμένῳ. Ῥήτωρ πονηρὸς τοὺς νόμους λυμαίνεται</w:t>
      </w:r>
    </w:p>
    <w:p>
      <w:r>
        <w:rPr>
          <w:rFonts w:ascii="Courier New" w:hAnsi="Courier New"/>
          <w:color w:val="555555"/>
          <w:sz w:val="20"/>
        </w:rPr>
        <w:t>[5]</w:t>
      </w:r>
    </w:p>
    <w:p>
      <w:r>
        <w:rPr>
          <w:rFonts w:ascii="Gentium Plus" w:hAnsi="Gentium Plus"/>
          <w:sz w:val="24"/>
        </w:rPr>
        <w:t>Ἁγνὸς δὲ ῥήτωρ, εὔκρατος ἁρμονία. Γελῶσιν οἱ πλουτοῦντες ὀρφανῶν ψόγους, Αὐτὴν γελῶσι τὴν Θεοῦ τιμωρίαν. Νόμοις περιδραμεῖται πρὸς ὀλεθρίαν, Ὁ μὴ νόμου φύλαξιν ἐννόμως φέρων.</w:t>
      </w:r>
    </w:p>
    <w:p>
      <w:r>
        <w:rPr>
          <w:rFonts w:ascii="Courier New" w:hAnsi="Courier New"/>
          <w:color w:val="555555"/>
          <w:sz w:val="20"/>
        </w:rPr>
        <w:t>[10]</w:t>
      </w:r>
    </w:p>
    <w:p>
      <w:r>
        <w:rPr>
          <w:rFonts w:ascii="Gentium Plus" w:hAnsi="Gentium Plus"/>
          <w:sz w:val="24"/>
        </w:rPr>
        <w:t>Πέφυκε τοῖς πένησι μὴ φρονεῖν μέγα· Τοῖς πλουσίοις γὰρ οὐδὲ φροντὶς τοῦ βίου. Παίδευε μωροὺς, ὡς ἐφικτὸν τῇ φύσει· Ἕξουσι γάρ που καὶ φρένας παρ’ ἐλπίδα.</w:t>
      </w:r>
    </w:p>
    <w:p>
      <w:r>
        <w:rPr>
          <w:rFonts w:ascii="Courier New" w:hAnsi="Courier New"/>
          <w:color w:val="555555"/>
          <w:sz w:val="20"/>
        </w:rPr>
        <w:t>[922]</w:t>
      </w:r>
    </w:p>
    <w:p>
      <w:r>
        <w:rPr>
          <w:rFonts w:ascii="Gentium Plus" w:hAnsi="Gentium Plus"/>
          <w:sz w:val="24"/>
        </w:rPr>
        <w:t>Πλήττων σίδηρος ἐκπυροῖ καὶ τοὺς λίθους· Σκληρὰ δὲ μάστιξ παιδαγωγεῖ καρδίαν. Ἃ δυσμενεῖς φοβοῦσι τῶν ἄλλων πλέον, Ὁ σταυρὸς καὶ βαπτισμοῦ ἡ κοινωνία.</w:t>
      </w:r>
    </w:p>
    <w:p>
      <w:r>
        <w:rPr>
          <w:rFonts w:ascii="Courier New" w:hAnsi="Courier New"/>
          <w:color w:val="555555"/>
          <w:sz w:val="20"/>
        </w:rPr>
        <w:t>[5]</w:t>
      </w:r>
    </w:p>
    <w:p>
      <w:r>
        <w:rPr>
          <w:rFonts w:ascii="Gentium Plus" w:hAnsi="Gentium Plus"/>
          <w:sz w:val="24"/>
        </w:rPr>
        <w:t>Ὅρκους κάκιστον διδόναι καὶ λαμβάνειν, Ἴσως γὰρ ἄμφω προσκέκρουκας τῇ δίκῃ. Αἰῶνα θησαύριζε τὸν ἔξω τέλους· Οὗτος γὰρ ἐκλέλοιπε καὶ πρὸ τοῦ τέλους. Μὴ δὴ φίλει τὸν ὄλβον, ὃν λύει χρόνος·</w:t>
      </w:r>
    </w:p>
    <w:p>
      <w:r>
        <w:rPr>
          <w:rFonts w:ascii="Courier New" w:hAnsi="Courier New"/>
          <w:color w:val="555555"/>
          <w:sz w:val="20"/>
        </w:rPr>
        <w:t>[10]</w:t>
      </w:r>
    </w:p>
    <w:p>
      <w:r>
        <w:rPr>
          <w:rFonts w:ascii="Gentium Plus" w:hAnsi="Gentium Plus"/>
          <w:sz w:val="24"/>
        </w:rPr>
        <w:t>Ἃ γὰρ χρόνος δόμησε, καὶ λύσει χρόνος. Αἰσχρὸν γυναίοις ἄρσεν ἦθος ἐκφέρειν· Ταῖς κοσμίαις γὰρ τάξις ἡ αἰδὼς ξυνή.</w:t>
      </w:r>
    </w:p>
    <w:p>
      <w:r>
        <w:rPr>
          <w:rFonts w:ascii="Courier New" w:hAnsi="Courier New"/>
          <w:color w:val="555555"/>
          <w:sz w:val="20"/>
        </w:rPr>
        <w:t>[923]</w:t>
      </w:r>
    </w:p>
    <w:p>
      <w:r>
        <w:rPr>
          <w:rFonts w:ascii="Gentium Plus" w:hAnsi="Gentium Plus"/>
          <w:sz w:val="24"/>
        </w:rPr>
        <w:t>Καὶ ὡς πρόσεισιν, οἴχεται λίθου δίκην. Οὐδεὶς ὑγείας πλοῦτος ἀλγοῦσι πλέον· Σοφῶς δὲ ταύτην ἡ φύσις βροτῶν θέλει. Ἦχοι θαλάσσης, ἀνδρὸς ἄφρονος λόγοι·</w:t>
      </w:r>
    </w:p>
    <w:p>
      <w:r>
        <w:rPr>
          <w:rFonts w:ascii="Courier New" w:hAnsi="Courier New"/>
          <w:color w:val="555555"/>
          <w:sz w:val="20"/>
        </w:rPr>
        <w:t>[5]</w:t>
      </w:r>
    </w:p>
    <w:p>
      <w:r>
        <w:rPr>
          <w:rFonts w:ascii="Gentium Plus" w:hAnsi="Gentium Plus"/>
          <w:sz w:val="24"/>
        </w:rPr>
        <w:t>Βρίθοντες ἀκτὰς, οὐ πιαίνουσι χλόας Πείθουσι δῶρα καὶ σοφοὺς παραβλέπειν Βροτοῖς δὲ θήρα χρυσὸς, ὡς πτηνοῖς πάγη. Γῆρας λύπαι τίκτουσι καὶ πρὸ τῶν χρόνων· Ἃ γὰρ τρόπος καθεῖλεν, οὐ στήσει χρόνος.</w:t>
      </w:r>
    </w:p>
    <w:p>
      <w:r>
        <w:rPr>
          <w:rFonts w:ascii="Courier New" w:hAnsi="Courier New"/>
          <w:color w:val="555555"/>
          <w:sz w:val="20"/>
        </w:rPr>
        <w:t>[10]</w:t>
      </w:r>
    </w:p>
    <w:p>
      <w:r>
        <w:rPr>
          <w:rFonts w:ascii="Gentium Plus" w:hAnsi="Gentium Plus"/>
          <w:sz w:val="24"/>
        </w:rPr>
        <w:t>Πλοῦτος τάχιστος τῶν κακῶν ὑπηρέτης· Καὶ γὰρ πρόχειρον εἰς κακουργίαν κράτος. Οὐκ ἔστιν οὐδὲν κτῆμα βέλτιον φίλου· Πονηρὸν ἄνδρα μηδέπου κτήσῃ φίλον. Τάξις τιμάσθω, καὶ προηγείσθω κράτους·</w:t>
      </w:r>
    </w:p>
    <w:p>
      <w:r>
        <w:rPr>
          <w:rFonts w:ascii="Courier New" w:hAnsi="Courier New"/>
          <w:color w:val="555555"/>
          <w:sz w:val="20"/>
        </w:rPr>
        <w:t>[924]</w:t>
      </w:r>
    </w:p>
    <w:p>
      <w:r>
        <w:rPr>
          <w:rFonts w:ascii="Gentium Plus" w:hAnsi="Gentium Plus"/>
          <w:sz w:val="24"/>
        </w:rPr>
        <w:t>Κράτος γὰρ αὕτη καὶ κράτους ἀεὶ φύλαξ Νοῦς ἐμμέριμνος σὴς βιβρώσκων ὀστέα· Θάλλει δὲ σῶμα φροντίδας παρατρέχον. Οὐδεὶς κόρος πέφυκε σωφρόνως ἔχειν·</w:t>
      </w:r>
    </w:p>
    <w:p>
      <w:r>
        <w:rPr>
          <w:rFonts w:ascii="Courier New" w:hAnsi="Courier New"/>
          <w:color w:val="555555"/>
          <w:sz w:val="20"/>
        </w:rPr>
        <w:t>[5]</w:t>
      </w:r>
    </w:p>
    <w:p>
      <w:r>
        <w:rPr>
          <w:rFonts w:ascii="Gentium Plus" w:hAnsi="Gentium Plus"/>
          <w:sz w:val="24"/>
        </w:rPr>
        <w:t>Καὶ γὰρ τὸ πῦρ εἴωθε ταῖς ὕλαις θέειν. Οἶνος πάθους ἔγερσις ἐκλελοιπότος· Ὕλη γὰρ εἰσρέουσα ῥώννυσι φλόγα. Φεύγουσιν ὀργὰς οἱ δίκας δεδοικότες· Θυμὸν γὰρ ἐξάπτουσι πολλάκις δίκαι.</w:t>
      </w:r>
    </w:p>
    <w:p>
      <w:r>
        <w:rPr>
          <w:rFonts w:ascii="Courier New" w:hAnsi="Courier New"/>
          <w:color w:val="555555"/>
          <w:sz w:val="20"/>
        </w:rPr>
        <w:t>[10]</w:t>
      </w:r>
    </w:p>
    <w:p>
      <w:r>
        <w:rPr>
          <w:rFonts w:ascii="Gentium Plus" w:hAnsi="Gentium Plus"/>
          <w:sz w:val="24"/>
        </w:rPr>
        <w:t>Δεινὸν πόνοις κάμνοντι προσθεῖναι πόνους· Ἀλλ’ οὖν πόνους ἔπαυσε πολλάκις πόνος. Ἄλλοι μὲν ἄλλων τοὺς πόνους δεδοικότες, Ἄλλοις ὁρῶνται κινδυνεύοντες πόνοις.</w:t>
      </w:r>
    </w:p>
    <w:p>
      <w:r>
        <w:rPr>
          <w:rFonts w:ascii="Courier New" w:hAnsi="Courier New"/>
          <w:color w:val="555555"/>
          <w:sz w:val="20"/>
        </w:rPr>
        <w:t>[925]</w:t>
      </w:r>
    </w:p>
    <w:p>
      <w:r>
        <w:rPr>
          <w:rFonts w:ascii="Gentium Plus" w:hAnsi="Gentium Plus"/>
          <w:sz w:val="24"/>
        </w:rPr>
        <w:t>Ἡ γὰρ παροῦσα ψεύδεται καθημέραν. Οὐδεὶς μετ’ ὀργῆς ἀσφαλῶς βουλεύεται· Τὰ γὰρ μετ’ ὀργῆς οὐδέπω βουλὴν ἔχει. Δεινὸν δράκοντες, καὶ κακοῦργον ἀσπίδες·</w:t>
      </w:r>
    </w:p>
    <w:p>
      <w:r>
        <w:rPr>
          <w:rFonts w:ascii="Courier New" w:hAnsi="Courier New"/>
          <w:color w:val="555555"/>
          <w:sz w:val="20"/>
        </w:rPr>
        <w:t>[5]</w:t>
      </w:r>
    </w:p>
    <w:p>
      <w:r>
        <w:rPr>
          <w:rFonts w:ascii="Gentium Plus" w:hAnsi="Gentium Plus"/>
          <w:sz w:val="24"/>
        </w:rPr>
        <w:t>Διπλῆ γυναικὸς δεινότης ἐν θηρίοις. Πείθουσι γυμνὰ τοὺς ὁρῶντας ὀστέα, Ὡς οὐδὲν ἡμῖν προσφυὲς τῶν ἐνθάδε. Εἰ λοξὰ μὴ βαίνουσι καρκίνων γόνοι, Πεῖραν λάβωσι μητρικῶν βαδισμάτων.</w:t>
      </w:r>
    </w:p>
    <w:p>
      <w:r>
        <w:rPr>
          <w:rFonts w:ascii="Courier New" w:hAnsi="Courier New"/>
          <w:color w:val="555555"/>
          <w:sz w:val="20"/>
        </w:rPr>
        <w:t>[10]</w:t>
      </w:r>
    </w:p>
    <w:p>
      <w:r>
        <w:rPr>
          <w:rFonts w:ascii="Gentium Plus" w:hAnsi="Gentium Plus"/>
          <w:sz w:val="24"/>
        </w:rPr>
        <w:t>Δώσεις προδήλως ἐκβιάζων τὴν φύσιν, Καλοὺς μαθητὰς ἐκ κακῶν διδασκάλων. Κόσμει σεαυτὸν τοῖς καλοῖς τεκμηρίοις, Καὶ μὴ πένητος ὀρφανοῦ καταφρόνει.</w:t>
      </w:r>
    </w:p>
    <w:p>
      <w:r>
        <w:rPr>
          <w:rFonts w:ascii="Courier New" w:hAnsi="Courier New"/>
          <w:color w:val="555555"/>
          <w:sz w:val="20"/>
        </w:rPr>
        <w:t>[926]</w:t>
      </w:r>
    </w:p>
    <w:p>
      <w:r>
        <w:rPr>
          <w:rFonts w:ascii="Gentium Plus" w:hAnsi="Gentium Plus"/>
          <w:sz w:val="24"/>
        </w:rPr>
        <w:t>Θεοῦ διδόντος, οὐδὲν ἰσχύει φθόνος, Καὶ μὴ διδόντος, οὐδὲν ἰσχύει κόπος. Τίκτεις, ἔχιδνα· μὴ φοβοῦ τὰς ὠδῖνας· Ἔχεις λαβοῦσα μητρικοῦ πεῖραν τόκου.</w:t>
      </w:r>
    </w:p>
    <w:p>
      <w:r>
        <w:rPr>
          <w:rFonts w:ascii="Courier New" w:hAnsi="Courier New"/>
          <w:color w:val="555555"/>
          <w:sz w:val="20"/>
        </w:rPr>
        <w:t>[5]</w:t>
      </w:r>
    </w:p>
    <w:p>
      <w:r>
        <w:rPr>
          <w:rFonts w:ascii="Gentium Plus" w:hAnsi="Gentium Plus"/>
          <w:sz w:val="24"/>
        </w:rPr>
        <w:t>Οὐδεὶς ἀριστεὺς ἐκ προδήλου δειλίας· Νίκαι γὰρ εἰσπράττουσι τὰς εὐφημίας. Ἀνὴρ ὑπνώδης, εὑρέτης ὀνειράτων· Μύστης γὰρ ὕπνος φασμάτων, οὐ πραγμάτων. Εἴωθε πείθειν μὴ θέλοντας ἡ βία,</w:t>
      </w:r>
    </w:p>
    <w:p>
      <w:r>
        <w:rPr>
          <w:rFonts w:ascii="Courier New" w:hAnsi="Courier New"/>
          <w:color w:val="555555"/>
          <w:sz w:val="20"/>
        </w:rPr>
        <w:t>[10]</w:t>
      </w:r>
    </w:p>
    <w:p>
      <w:r>
        <w:rPr>
          <w:rFonts w:ascii="Gentium Plus" w:hAnsi="Gentium Plus"/>
          <w:sz w:val="24"/>
        </w:rPr>
        <w:t>Ἄγχει γὰρ αὕτη καὶ γίγαντας πολλάκις. Δήμου σφαλέντος, πᾶς ἀγύρτης ἄρχεται· Δῆμος δὲ πάντη τῶν καλῶν ἀταξία.</w:t>
      </w:r>
    </w:p>
    <w:p>
      <w:r>
        <w:rPr>
          <w:rFonts w:ascii="Courier New" w:hAnsi="Courier New"/>
          <w:color w:val="555555"/>
          <w:sz w:val="20"/>
        </w:rPr>
        <w:t>[927]</w:t>
      </w:r>
    </w:p>
    <w:p>
      <w:r>
        <w:rPr>
          <w:rFonts w:ascii="Gentium Plus" w:hAnsi="Gentium Plus"/>
          <w:sz w:val="24"/>
        </w:rPr>
        <w:t>Τὸ γὰρ πάρεργον καὶ καταφρονητέον. Ἡ πρὸς τὰ νεκρὰ τῶν χαμαιριφῶν μέλη Τάξις τιμᾶται τῶν κυνῶν ἠθροισμένων. Χρυσοῦ λαλοῦντος, πᾶς ἀπρακτείτω λόγος,</w:t>
      </w:r>
    </w:p>
    <w:p>
      <w:r>
        <w:rPr>
          <w:rFonts w:ascii="Courier New" w:hAnsi="Courier New"/>
          <w:color w:val="555555"/>
          <w:sz w:val="20"/>
        </w:rPr>
        <w:t>[5]</w:t>
      </w:r>
    </w:p>
    <w:p>
      <w:r>
        <w:rPr>
          <w:rFonts w:ascii="Gentium Plus" w:hAnsi="Gentium Plus"/>
          <w:sz w:val="24"/>
        </w:rPr>
        <w:t>Πείθειν γὰρ οἶδε, κἂν πέφυκεν μὴ λέγειν. Ἕξουσι καὶ νῦν τὰ πρὸς εἰρήνην φέρειν, Οἱ πρὸς τὰ ῥευστὰ τοῦ βίου μεμηνότες.</w:t>
      </w:r>
    </w:p>
    <w:p>
      <w:r>
        <w:rPr>
          <w:rFonts w:ascii="Courier New" w:hAnsi="Courier New"/>
          <w:color w:val="555555"/>
          <w:sz w:val="20"/>
        </w:rPr>
        <w:t>[8t]</w:t>
      </w:r>
    </w:p>
    <w:p>
      <w:pPr>
        <w:jc w:val="center"/>
      </w:pPr>
      <w:r>
        <w:rPr>
          <w:rFonts w:ascii="Gentium Plus" w:hAnsi="Gentium Plus"/>
          <w:b/>
          <w:sz w:val="24"/>
        </w:rPr>
        <w:t>ΛΓʹ. Γνωμολογία τετράστιχος.</w:t>
      </w:r>
    </w:p>
    <w:p>
      <w:r>
        <w:rPr>
          <w:rFonts w:ascii="Courier New" w:hAnsi="Courier New"/>
          <w:color w:val="555555"/>
          <w:sz w:val="20"/>
        </w:rPr>
        <w:t>[9t]</w:t>
      </w:r>
    </w:p>
    <w:p>
      <w:pPr>
        <w:jc w:val="center"/>
      </w:pPr>
      <w:r>
        <w:rPr>
          <w:rFonts w:ascii="Gentium Plus" w:hAnsi="Gentium Plus"/>
          <w:b/>
          <w:sz w:val="24"/>
        </w:rPr>
        <w:t>Ἐπίγραμμα τῶν στίχων.</w:t>
      </w:r>
    </w:p>
    <w:p>
      <w:r>
        <w:rPr>
          <w:rFonts w:ascii="Courier New" w:hAnsi="Courier New"/>
          <w:color w:val="555555"/>
          <w:sz w:val="20"/>
        </w:rPr>
        <w:t>[928]</w:t>
      </w:r>
    </w:p>
    <w:p>
      <w:r>
        <w:rPr>
          <w:rFonts w:ascii="Gentium Plus" w:hAnsi="Gentium Plus"/>
          <w:sz w:val="24"/>
        </w:rPr>
        <w:t>Γρηγορίου πόνος εἰμὶ, τετραστιχίην δὲ φυλάττω, Γνώμαις πνευματικαῖς μνημόσυνον σοφίης. Πρᾶξιν προτιμήσειας, ἢ θεωρίαν; Ὄψις τελείων ἔργον, ἡ δὲ πλειόνων.</w:t>
      </w:r>
    </w:p>
    <w:p>
      <w:r>
        <w:rPr>
          <w:rFonts w:ascii="Courier New" w:hAnsi="Courier New"/>
          <w:color w:val="555555"/>
          <w:sz w:val="20"/>
        </w:rPr>
        <w:t>[5]</w:t>
      </w:r>
    </w:p>
    <w:p>
      <w:r>
        <w:rPr>
          <w:rFonts w:ascii="Gentium Plus" w:hAnsi="Gentium Plus"/>
          <w:sz w:val="24"/>
        </w:rPr>
        <w:t>Ἄμφω μέν εἰσι δεξιαί τε καὶ φίλαι· Σὺ δὲ πρὸς ἣν πέφυκας, ἐκτείνου πλέον. Ἤρετό μέ τις πρόβλημα τῶν ἐκ πνεύματος Ἢν ἐκρυπωθῇς, εἶπον. Ἀλλὰ σωφρονῶ. Ἢν ἐκρυπωθῇς. Νῦν δὲ δεῖ καθαρσίων.</w:t>
      </w:r>
    </w:p>
    <w:p>
      <w:r>
        <w:rPr>
          <w:rFonts w:ascii="Courier New" w:hAnsi="Courier New"/>
          <w:color w:val="555555"/>
          <w:sz w:val="20"/>
        </w:rPr>
        <w:t>[10]</w:t>
      </w:r>
    </w:p>
    <w:p>
      <w:r>
        <w:rPr>
          <w:rFonts w:ascii="Gentium Plus" w:hAnsi="Gentium Plus"/>
          <w:sz w:val="24"/>
        </w:rPr>
        <w:t>Μύρον δοχεῖον σαπρὸν οὐ πιστεύεται. Μήτ’ ἀντίτεινε πᾶσι, μήθ’ ἕπου λόγοις,</w:t>
      </w:r>
    </w:p>
    <w:p>
      <w:r>
        <w:rPr>
          <w:rFonts w:ascii="Courier New" w:hAnsi="Courier New"/>
          <w:color w:val="555555"/>
          <w:sz w:val="20"/>
        </w:rPr>
        <w:t>[929]</w:t>
      </w:r>
    </w:p>
    <w:p>
      <w:r>
        <w:rPr>
          <w:rFonts w:ascii="Gentium Plus" w:hAnsi="Gentium Plus"/>
          <w:sz w:val="24"/>
        </w:rPr>
        <w:t>Θεοῦ δὲ μᾶλλον ἐξέχου, ἢ προστάτει. Λόγῳ παλαίει πᾶς λόγος, βίῳ δὲ τίς; Ἢ μὴ διδάσκειν, ἢ διδάσκειν τῷ τρόπῳ. Μὴ τῇ μὲν ἕλκειν, τῇ δ’ ἀπωθεῖσθαι χεροῖν.</w:t>
      </w:r>
    </w:p>
    <w:p>
      <w:r>
        <w:rPr>
          <w:rFonts w:ascii="Courier New" w:hAnsi="Courier New"/>
          <w:color w:val="555555"/>
          <w:sz w:val="20"/>
        </w:rPr>
        <w:t>[5]</w:t>
      </w:r>
    </w:p>
    <w:p>
      <w:r>
        <w:rPr>
          <w:rFonts w:ascii="Gentium Plus" w:hAnsi="Gentium Plus"/>
          <w:sz w:val="24"/>
        </w:rPr>
        <w:t>Ἧττον δεήσῃ τοῦ λέγειν, πράττων ἃ δεῖ Γραφεὺς διδάσκει τὸ πλέον τοῖς ἐκτύποις. Ὑμῖν λέγω μάλιστα τοῖς τοῦ βήματος, Ὀφθαλμὸν εἶναι μὴ σκότους πεπλησμένον, Μὴ καὶ πρόεδροι τοῦ κακοῦ φαινώμεθα.</w:t>
      </w:r>
    </w:p>
    <w:p>
      <w:r>
        <w:rPr>
          <w:rFonts w:ascii="Courier New" w:hAnsi="Courier New"/>
          <w:color w:val="555555"/>
          <w:sz w:val="20"/>
        </w:rPr>
        <w:t>[10]</w:t>
      </w:r>
    </w:p>
    <w:p>
      <w:r>
        <w:rPr>
          <w:rFonts w:ascii="Gentium Plus" w:hAnsi="Gentium Plus"/>
          <w:sz w:val="24"/>
        </w:rPr>
        <w:t>Εἰ γὰρ τὸ φῶς τοιοῦτον, τὸ σκότος πόσον; Ἄφωνον ἔργον κρεῖσσον ἀπράκτου λόγου. Βίου μὲν οὐδεὶς πώποθ’ ὑψώθη δίχα· Λόγου δὲ πολλοὶ τοῦ καλῶς ψοφουμένου.</w:t>
      </w:r>
    </w:p>
    <w:p>
      <w:r>
        <w:rPr>
          <w:rFonts w:ascii="Courier New" w:hAnsi="Courier New"/>
          <w:color w:val="555555"/>
          <w:sz w:val="20"/>
        </w:rPr>
        <w:t>[930]</w:t>
      </w:r>
    </w:p>
    <w:p>
      <w:r>
        <w:rPr>
          <w:rFonts w:ascii="Gentium Plus" w:hAnsi="Gentium Plus"/>
          <w:sz w:val="24"/>
        </w:rPr>
        <w:t>Οὐ γὰρ λαλούντων, εὖ βιούντων δ’ ἡ χάρις. Δῶρον Θεῷ κάλλιστόν ἐστιν ὁ τρόπος. Κἂν πάντ’ ἐνέγκῃς, οὐδὲν οἴσεις ἄξιον. Ὃ καὶ πένης δίδωσι, τοῦτο πρόσφερε.</w:t>
      </w:r>
    </w:p>
    <w:p>
      <w:r>
        <w:rPr>
          <w:rFonts w:ascii="Courier New" w:hAnsi="Courier New"/>
          <w:color w:val="555555"/>
          <w:sz w:val="20"/>
        </w:rPr>
        <w:t>[5]</w:t>
      </w:r>
    </w:p>
    <w:p>
      <w:r>
        <w:rPr>
          <w:rFonts w:ascii="Gentium Plus" w:hAnsi="Gentium Plus"/>
          <w:sz w:val="24"/>
        </w:rPr>
        <w:t>Μίσθωμα πόρνης ἁγνὸς οὐ μερίζεται. Μηδέν ποτ’ εὔξῃ, μηδὲ τῶν μικρῶν, Θεῷ. Θεοῦ γάρ ἐστι, πρὶν λαβεῖν. Τί οὖν λέγω; Κλέπτεις τὰ σαυτοῦ μὴ διδούς. Καινοῦ χρέους! Ἀνανίας σε πειθέτω, Σάπφειρά τε.</w:t>
      </w:r>
    </w:p>
    <w:p>
      <w:r>
        <w:rPr>
          <w:rFonts w:ascii="Courier New" w:hAnsi="Courier New"/>
          <w:color w:val="555555"/>
          <w:sz w:val="20"/>
        </w:rPr>
        <w:t>[10]</w:t>
      </w:r>
    </w:p>
    <w:p>
      <w:r>
        <w:rPr>
          <w:rFonts w:ascii="Gentium Plus" w:hAnsi="Gentium Plus"/>
          <w:sz w:val="24"/>
        </w:rPr>
        <w:t>Πανήγυριν νόμιζε τόνδε τὸν βίον. Ἢν πραγματεύσῃ, κέρδος. Ἀντάλλαγμα γὰρ Μικρῶν τὰ μείζω, καὶ ῥέοντ’ ἀϊδίων.</w:t>
      </w:r>
    </w:p>
    <w:p>
      <w:r>
        <w:rPr>
          <w:rFonts w:ascii="Courier New" w:hAnsi="Courier New"/>
          <w:color w:val="555555"/>
          <w:sz w:val="20"/>
        </w:rPr>
        <w:t>[931]</w:t>
      </w:r>
    </w:p>
    <w:p>
      <w:r>
        <w:rPr>
          <w:rFonts w:ascii="Gentium Plus" w:hAnsi="Gentium Plus"/>
          <w:sz w:val="24"/>
        </w:rPr>
        <w:t>Πολὺς μὲν ἔστιν ὁ προκείμενος δρόμος· Πλείων δ’ ὁ μισθός. Μὴ βλέπων τὸ πᾶν ἅμα, Τοῦ παντὸς ἐκστῇς. Καὶ πλέεις οὐ πᾶν ἅμα· Καὶ τοῦτο πεῖρα πολλάκις τοῦ δυσμενοῦς.</w:t>
      </w:r>
    </w:p>
    <w:p>
      <w:r>
        <w:rPr>
          <w:rFonts w:ascii="Courier New" w:hAnsi="Courier New"/>
          <w:color w:val="555555"/>
          <w:sz w:val="20"/>
        </w:rPr>
        <w:t>[5]</w:t>
      </w:r>
    </w:p>
    <w:p>
      <w:r>
        <w:rPr>
          <w:rFonts w:ascii="Gentium Plus" w:hAnsi="Gentium Plus"/>
          <w:sz w:val="24"/>
        </w:rPr>
        <w:t>Μὴ σφόδρα θαῤῥεῖν, μηδ’ ἀπελπίζειν ἄγαν. Τὸ μὲν γὰρ ἐκλύει σε, τῷ δ’ ἀνατρέπῃ. Τὸ μὲν κατόρθου, τοῦ δ’ ἔχου· τοῦδ’ οὐ φθόνος. Οὐχ ὡς ὁδοῦ τὸ λεῖπον ἀχρειοῖ πόνον. Μὴ θερμὸν ἅπτειν, ἐμμένειν δ’ οἷς ἂν κρίνῃς·</w:t>
      </w:r>
    </w:p>
    <w:p>
      <w:r>
        <w:rPr>
          <w:rFonts w:ascii="Courier New" w:hAnsi="Courier New"/>
          <w:color w:val="555555"/>
          <w:sz w:val="20"/>
        </w:rPr>
        <w:t>[10]</w:t>
      </w:r>
    </w:p>
    <w:p>
      <w:r>
        <w:rPr>
          <w:rFonts w:ascii="Gentium Plus" w:hAnsi="Gentium Plus"/>
          <w:sz w:val="24"/>
        </w:rPr>
        <w:t>Κρεῖσσον προκόπτειν, ἤ τι κόπτειν τοῦ καλοῦ. Καὶ γὰρ κακοὺς καλοῦμεν, οὐχὶ τοὺς κάτω, Τοὺς δ’, ἡνίχ’ ὑψωθῶσι, πίπτοντας μέγα. Σπινθὴρ ἀνάπτει καὶ βραχὺς πολλὴν φλόγα,</w:t>
      </w:r>
    </w:p>
    <w:p>
      <w:r>
        <w:rPr>
          <w:rFonts w:ascii="Courier New" w:hAnsi="Courier New"/>
          <w:color w:val="555555"/>
          <w:sz w:val="20"/>
        </w:rPr>
        <w:t>[932]</w:t>
      </w:r>
    </w:p>
    <w:p>
      <w:r>
        <w:rPr>
          <w:rFonts w:ascii="Gentium Plus" w:hAnsi="Gentium Plus"/>
          <w:sz w:val="24"/>
        </w:rPr>
        <w:t>Καὶ σπέρμ’ ἐχίδνης πολλάκις διώλεσε. Τοῦτ’ οὖν ὁρῶν, ἔκκλινε καὶ μικρὸν βλάβος· Μικρὸν μὲν ἔστιν, εἰς δὲ μεῖζον ἔρχεται. Ἐρεύνα σαυτὸν πλεῖον, ἢ τὰ τῶν πέλας·</w:t>
      </w:r>
    </w:p>
    <w:p>
      <w:r>
        <w:rPr>
          <w:rFonts w:ascii="Courier New" w:hAnsi="Courier New"/>
          <w:color w:val="555555"/>
          <w:sz w:val="20"/>
        </w:rPr>
        <w:t>[5]</w:t>
      </w:r>
    </w:p>
    <w:p>
      <w:r>
        <w:rPr>
          <w:rFonts w:ascii="Gentium Plus" w:hAnsi="Gentium Plus"/>
          <w:sz w:val="24"/>
        </w:rPr>
        <w:t>Τὸ μὲν γὰρ αὐτὸς κερδανεῖς, τὸ δ’ οἱ πέλας. Κρείσσων λογισμὸς πράξεων, ἢ χρημάτων· Τὰ μὲν γάρ ἐστι φθορᾶς, τὰ δὲ ἵσταται. Ὁ νοῦς ἀεί σοι καμνέτω τυπούμενος Θείοις νοήμασί τε καὶ βίου λόγοις.</w:t>
      </w:r>
    </w:p>
    <w:p>
      <w:r>
        <w:rPr>
          <w:rFonts w:ascii="Courier New" w:hAnsi="Courier New"/>
          <w:color w:val="555555"/>
          <w:sz w:val="20"/>
        </w:rPr>
        <w:t>[10]</w:t>
      </w:r>
    </w:p>
    <w:p>
      <w:r>
        <w:rPr>
          <w:rFonts w:ascii="Gentium Plus" w:hAnsi="Gentium Plus"/>
          <w:sz w:val="24"/>
        </w:rPr>
        <w:t>Γλώσσης δὲ φείδου· καὶ γὰρ εὐκολωτέρα Βλάπτειν· τὸ κέρδος δ’ ἧσσον εὖ κινουμένης Ὄψις συνήρπασέ με, πλὴν ἀλλ’ ἐσχέθην·</w:t>
      </w:r>
    </w:p>
    <w:p>
      <w:r>
        <w:rPr>
          <w:rFonts w:ascii="Courier New" w:hAnsi="Courier New"/>
          <w:color w:val="555555"/>
          <w:sz w:val="20"/>
        </w:rPr>
        <w:t>[933]</w:t>
      </w:r>
    </w:p>
    <w:p>
      <w:r>
        <w:rPr>
          <w:rFonts w:ascii="Gentium Plus" w:hAnsi="Gentium Plus"/>
          <w:sz w:val="24"/>
        </w:rPr>
        <w:t>Εἴδωλον ἔστη; πρᾶξιν ἐκπεφεύγαμεν. Βαθμοὶ τάδ’ εἰσὶ τῆς πάλης τοῦ δυσμενοῦς. Κηρῷ τὰ ὦτα φράσσε πρὸς φαύλους λόγους, ᾨδῶν τε τερπνῶν ἐκμελῆ λυγίσματα·</w:t>
      </w:r>
    </w:p>
    <w:p>
      <w:r>
        <w:rPr>
          <w:rFonts w:ascii="Courier New" w:hAnsi="Courier New"/>
          <w:color w:val="555555"/>
          <w:sz w:val="20"/>
        </w:rPr>
        <w:t>[5]</w:t>
      </w:r>
    </w:p>
    <w:p>
      <w:r>
        <w:rPr>
          <w:rFonts w:ascii="Gentium Plus" w:hAnsi="Gentium Plus"/>
          <w:sz w:val="24"/>
        </w:rPr>
        <w:t>Τοῖς δ’ αὖ καλοῖς τε κἀγαθοῖς ἀεὶ δίδου. Εἰπεῖν, ἀκοῦσαι, καὶ δρᾶσαι, μικρὸν μέσον. Μὴ λίαν ὀσμῶν ἐκλύου θηλύσμασιν, Ἁφῆς τε λειότησι, μηδὲ γεύσεσι. Τί ἄν ποτ’ ἀνδρίσαιο τῶνδ’ ἡττώμενος,</w:t>
      </w:r>
    </w:p>
    <w:p>
      <w:r>
        <w:rPr>
          <w:rFonts w:ascii="Courier New" w:hAnsi="Courier New"/>
          <w:color w:val="555555"/>
          <w:sz w:val="20"/>
        </w:rPr>
        <w:t>[10]</w:t>
      </w:r>
    </w:p>
    <w:p>
      <w:r>
        <w:rPr>
          <w:rFonts w:ascii="Gentium Plus" w:hAnsi="Gentium Plus"/>
          <w:sz w:val="24"/>
        </w:rPr>
        <w:t>Χωρὶς γυναικῶν καῤῥένων ἡδύσματα. Δὸς, εἶπε γαστήρ. Ἢν λαβοῦσα σωφρονῇς, Δώσω προθύμως. Ἢν δὲ τοῖς κάτω δίδῳς, Κόπρον λάβοις μὲν, ἀλλ’ ὅμως μὴ πλουσίαν. Εἰ δ’ οὖν κατάσχοις, δώσομεν καὶ πλουσίαν.</w:t>
      </w:r>
    </w:p>
    <w:p>
      <w:r>
        <w:rPr>
          <w:rFonts w:ascii="Courier New" w:hAnsi="Courier New"/>
          <w:color w:val="555555"/>
          <w:sz w:val="20"/>
        </w:rPr>
        <w:t>[15]</w:t>
      </w:r>
    </w:p>
    <w:p>
      <w:r>
        <w:rPr>
          <w:rFonts w:ascii="Gentium Plus" w:hAnsi="Gentium Plus"/>
          <w:sz w:val="24"/>
        </w:rPr>
        <w:t>Γέλως γέλωτος εὖ φρονοῦσιν ἄξιος,</w:t>
      </w:r>
    </w:p>
    <w:p>
      <w:r>
        <w:rPr>
          <w:rFonts w:ascii="Courier New" w:hAnsi="Courier New"/>
          <w:color w:val="555555"/>
          <w:sz w:val="20"/>
        </w:rPr>
        <w:t>[934]</w:t>
      </w:r>
    </w:p>
    <w:p>
      <w:r>
        <w:rPr>
          <w:rFonts w:ascii="Gentium Plus" w:hAnsi="Gentium Plus"/>
          <w:sz w:val="24"/>
        </w:rPr>
        <w:t>Μάλιστα μὲν πᾶς, τὸν πλέον δ’ ὁ πορνικός. Γέλως ἄτακτος ἐκφέρει καὶ δάκρυον. Κρεῖσσον κατηφὲς ἦθος, ἢ τεθρυμμένον. Κάλλος νόμιζε τὴν φρενῶν εὐκοσμίαν,</w:t>
      </w:r>
    </w:p>
    <w:p>
      <w:r>
        <w:rPr>
          <w:rFonts w:ascii="Courier New" w:hAnsi="Courier New"/>
          <w:color w:val="555555"/>
          <w:sz w:val="20"/>
        </w:rPr>
        <w:t>[5]</w:t>
      </w:r>
    </w:p>
    <w:p>
      <w:r>
        <w:rPr>
          <w:rFonts w:ascii="Gentium Plus" w:hAnsi="Gentium Plus"/>
          <w:sz w:val="24"/>
        </w:rPr>
        <w:t>Οὐχ ὃ γράφουσι χεῖρες, ἢ λύει χρόνος, Ὄψει δ’ ὅπερ νοῦ σώφρονος γνωρίζεται· Αἶσχος δ’ ὁμοίως τὴν φρενῶν ἀκοσμίαν. Λύπαι προσῆλθον, ἡδοναὶ, θάῤῥη, φόβοι, Πλοῦτος, πενία, δόξα, δύσκλεια, θρόνοι·</w:t>
      </w:r>
    </w:p>
    <w:p>
      <w:r>
        <w:rPr>
          <w:rFonts w:ascii="Courier New" w:hAnsi="Courier New"/>
          <w:color w:val="555555"/>
          <w:sz w:val="20"/>
        </w:rPr>
        <w:t>[10]</w:t>
      </w:r>
    </w:p>
    <w:p>
      <w:r>
        <w:rPr>
          <w:rFonts w:ascii="Gentium Plus" w:hAnsi="Gentium Plus"/>
          <w:sz w:val="24"/>
        </w:rPr>
        <w:t>Ῥείτωσαν, ὡς θέλουσιν. Οὐδὲν ἅπτεται Τῶν οὐ μενόντων ἀνδρὸς εὖ βεβηκότος. Ὑψοῦ βίῳ τὸ πλεῖον, ἢ φρονήματι· Ὁ μὲν θεοῖ σε, τῷ δὲ καὶ πίπτεις μέγα. Τεύξῃ δὲ τούτου, μὴ μικροῖς μετρούμενος.</w:t>
      </w:r>
    </w:p>
    <w:p>
      <w:r>
        <w:rPr>
          <w:rFonts w:ascii="Courier New" w:hAnsi="Courier New"/>
          <w:color w:val="555555"/>
          <w:sz w:val="20"/>
        </w:rPr>
        <w:t>[15]</w:t>
      </w:r>
    </w:p>
    <w:p>
      <w:r>
        <w:rPr>
          <w:rFonts w:ascii="Gentium Plus" w:hAnsi="Gentium Plus"/>
          <w:sz w:val="24"/>
        </w:rPr>
        <w:t>Κἂν πλεῖστον ἀρθῇς, εἶ κάτω τῆς ἐντολῆς.</w:t>
      </w:r>
    </w:p>
    <w:p>
      <w:r>
        <w:rPr>
          <w:rFonts w:ascii="Courier New" w:hAnsi="Courier New"/>
          <w:color w:val="555555"/>
          <w:sz w:val="20"/>
        </w:rPr>
        <w:t>[935]</w:t>
      </w:r>
    </w:p>
    <w:p>
      <w:r>
        <w:rPr>
          <w:rFonts w:ascii="Gentium Plus" w:hAnsi="Gentium Plus"/>
          <w:sz w:val="24"/>
        </w:rPr>
        <w:t>Δόξαν δίωκε, μήτε πᾶσαν, μήτ’ ἄγαν· Κρεῖσσον γὰρ εἶναι τοῦ δοκεῖν. Εἰ δ’ ἄμετρος εἶ, Μὴ τὴν κενὴν θήρευε, μήτε τὴν νέαν. Τί γὰρ πιθήκῳ κέρδος, ἢν δοκῇ λέων;</w:t>
      </w:r>
    </w:p>
    <w:p>
      <w:r>
        <w:rPr>
          <w:rFonts w:ascii="Courier New" w:hAnsi="Courier New"/>
          <w:color w:val="555555"/>
          <w:sz w:val="20"/>
        </w:rPr>
        <w:t>[5]</w:t>
      </w:r>
    </w:p>
    <w:p>
      <w:r>
        <w:rPr>
          <w:rFonts w:ascii="Gentium Plus" w:hAnsi="Gentium Plus"/>
          <w:sz w:val="24"/>
        </w:rPr>
        <w:t>Αἴνει μὲν ἄλλον, μὴ φρόνει δ’ αἰνούμενος· Καὶ γὰρ δέος σε τῶν ἐπαίνων ὑστερεῖν. Μηδ’ ἄλλον εὐθὺς, πρίν γε τῇ πείρᾳ μάθῃς, Μή πως κακοῦ φανέντος, αἰσχύνην ὄφλῃς. Κακῶς ἀκούειν κρεῖσσον, ἢ λέγειν κακῶς.</w:t>
      </w:r>
    </w:p>
    <w:p>
      <w:r>
        <w:rPr>
          <w:rFonts w:ascii="Courier New" w:hAnsi="Courier New"/>
          <w:color w:val="555555"/>
          <w:sz w:val="20"/>
        </w:rPr>
        <w:t>[10]</w:t>
      </w:r>
    </w:p>
    <w:p>
      <w:r>
        <w:rPr>
          <w:rFonts w:ascii="Gentium Plus" w:hAnsi="Gentium Plus"/>
          <w:sz w:val="24"/>
        </w:rPr>
        <w:t>Ὅταν προθῇ τις ἄλλον εἰς κωμῳδίαν Ὡς εὐφρανῶν σε, σαυτὸν ἐγκεῖσθαι δόκει. Ὧδ’ ἂν μάλιστα δυσχεραίνοις τῷ λόγῳ. Μηδὲν μέγ’ εἴπῃς εὐπλοῶν πρὸ πείσματος. Πολλοῖς πρὸς ὅρμον εὐπλοοῦν ἔδυ σκάφος·</w:t>
      </w:r>
    </w:p>
    <w:p>
      <w:r>
        <w:rPr>
          <w:rFonts w:ascii="Courier New" w:hAnsi="Courier New"/>
          <w:color w:val="555555"/>
          <w:sz w:val="20"/>
        </w:rPr>
        <w:t>[936]</w:t>
      </w:r>
    </w:p>
    <w:p>
      <w:r>
        <w:rPr>
          <w:rFonts w:ascii="Gentium Plus" w:hAnsi="Gentium Plus"/>
          <w:sz w:val="24"/>
        </w:rPr>
        <w:t>Πολλοὶ προσωρμίσθησαν ἐκ τρικυμίας. Μί’ ἀσφάλεια μὴ ὀνειδίζειν τύχας. Κρεῖσσον καλῶς βιοῦντα, καὶ πονούμενον, Παῤῥησιάζεσθαί τι πρὸς τὸν Δεσπότην,</w:t>
      </w:r>
    </w:p>
    <w:p>
      <w:r>
        <w:rPr>
          <w:rFonts w:ascii="Courier New" w:hAnsi="Courier New"/>
          <w:color w:val="555555"/>
          <w:sz w:val="20"/>
        </w:rPr>
        <w:t>[5]</w:t>
      </w:r>
    </w:p>
    <w:p>
      <w:r>
        <w:rPr>
          <w:rFonts w:ascii="Gentium Plus" w:hAnsi="Gentium Plus"/>
          <w:sz w:val="24"/>
        </w:rPr>
        <w:t>Ἢ μὴ καλοῖς θάλλοντ’ ἀπαιτεῖσθαι δίκην· Εἰ καὶ τὰ πάντα σὺν λόγῳ πορεύεται. Προοῦ τὰ πάντα, καὶ Θεὸν κτῆσαι μόνον Εἶ γὰρ μεριστὴς χρημάτων ἀλλοτρίων. Εἰ δ’ οὐ θέλεις τὰ πάντα, δὸς τὰ πλείονα.</w:t>
      </w:r>
    </w:p>
    <w:p>
      <w:r>
        <w:rPr>
          <w:rFonts w:ascii="Courier New" w:hAnsi="Courier New"/>
          <w:color w:val="555555"/>
          <w:sz w:val="20"/>
        </w:rPr>
        <w:t>[10]</w:t>
      </w:r>
    </w:p>
    <w:p>
      <w:r>
        <w:rPr>
          <w:rFonts w:ascii="Gentium Plus" w:hAnsi="Gentium Plus"/>
          <w:sz w:val="24"/>
        </w:rPr>
        <w:t>Εἰ δ’ οὐδὲ τοῦτο, τοῖς περιττοῖς εὐσέβει. Καλόν τι σητῶν ἁρπάσαι καὶ τοῦ φθόνου, Χριστὸν χρεώστην μᾶλλον, ἢ τὰ πάντ’ ἔχειν, Ὃς καὶ βασιλείαν κλάσματος χαρίζεται·</w:t>
      </w:r>
    </w:p>
    <w:p>
      <w:r>
        <w:rPr>
          <w:rFonts w:ascii="Courier New" w:hAnsi="Courier New"/>
          <w:color w:val="555555"/>
          <w:sz w:val="20"/>
        </w:rPr>
        <w:t>[937]</w:t>
      </w:r>
    </w:p>
    <w:p>
      <w:r>
        <w:rPr>
          <w:rFonts w:ascii="Gentium Plus" w:hAnsi="Gentium Plus"/>
          <w:sz w:val="24"/>
        </w:rPr>
        <w:t>Πένης προσῆλθεν, εἶτ’ ἀπῆλθε μὴ τυχών· Δέδοικα, Χριστὲ, μὴ κἀγὼ τῆς σῆς χερὸς Χρῄζων, ἀπέλθοιμ’ ἐνδεὴς, ἐμοῖς νόμοις. Ὃ γάρ τις οὐ δέδωκε, μηδ’ ἐλπιζέτω.</w:t>
      </w:r>
    </w:p>
    <w:p>
      <w:r>
        <w:rPr>
          <w:rFonts w:ascii="Courier New" w:hAnsi="Courier New"/>
          <w:color w:val="555555"/>
          <w:sz w:val="20"/>
        </w:rPr>
        <w:t>[5]</w:t>
      </w:r>
    </w:p>
    <w:p>
      <w:r>
        <w:rPr>
          <w:rFonts w:ascii="Gentium Plus" w:hAnsi="Gentium Plus"/>
          <w:sz w:val="24"/>
        </w:rPr>
        <w:t>Πένητος ἀνδρὸς οὐδὲν ἀσφαλέστερον. Πρὸς τὸν Θεὸν νένευκε, καὶ μόνον βλέπει. Σὺ δ’ ἀγκαλίζου· καὶ γὰρ ἀετὸς, ὡς λόγος, Πολὺς καλιᾷ λεπτὸν ὄρνιν ἀμφέπει. Κρεῖσσον πενία μὴ δικαίας κτήσεως·</w:t>
      </w:r>
    </w:p>
    <w:p>
      <w:r>
        <w:rPr>
          <w:rFonts w:ascii="Courier New" w:hAnsi="Courier New"/>
          <w:color w:val="555555"/>
          <w:sz w:val="20"/>
        </w:rPr>
        <w:t>[10]</w:t>
      </w:r>
    </w:p>
    <w:p>
      <w:r>
        <w:rPr>
          <w:rFonts w:ascii="Gentium Plus" w:hAnsi="Gentium Plus"/>
          <w:sz w:val="24"/>
        </w:rPr>
        <w:t>Καὶ γὰρ νόσος γε τῆς κακῆς εὐεξίας. Λιμῷ μὲν οὔ τις ῥᾳδίως διεφθάρη· Τοῖς δ’ αὖ κακίστοις πότμος ἡ μοχθηρία. Τί δεσπότης, ἢ δοῦλος, ἢ φαύλη τομή;</w:t>
      </w:r>
    </w:p>
    <w:p>
      <w:r>
        <w:rPr>
          <w:rFonts w:ascii="Courier New" w:hAnsi="Courier New"/>
          <w:color w:val="555555"/>
          <w:sz w:val="20"/>
        </w:rPr>
        <w:t>[938]</w:t>
      </w:r>
    </w:p>
    <w:p>
      <w:r>
        <w:rPr>
          <w:rFonts w:ascii="Gentium Plus" w:hAnsi="Gentium Plus"/>
          <w:sz w:val="24"/>
        </w:rPr>
        <w:t>Εἷς πᾶσι πλάστης, εἷς νόμος, κρίσις μία. Ὑπηρετούμενος δὲ σύνδουλον βλέπε. Ὅταν δὲ λυθῇς, τιμιώτερος φανεῖς. Οἱ δ’ οἰκέται τί, καὶ μάλισθ’ ὅσοι Θεοῦ;</w:t>
      </w:r>
    </w:p>
    <w:p>
      <w:r>
        <w:rPr>
          <w:rFonts w:ascii="Courier New" w:hAnsi="Courier New"/>
          <w:color w:val="555555"/>
          <w:sz w:val="20"/>
        </w:rPr>
        <w:t>[5]</w:t>
      </w:r>
    </w:p>
    <w:p>
      <w:r>
        <w:rPr>
          <w:rFonts w:ascii="Gentium Plus" w:hAnsi="Gentium Plus"/>
          <w:sz w:val="24"/>
        </w:rPr>
        <w:t>Μὴ φευγέτωσαν εὐνοεῖν τοῖς δεσπόταις. Ἐλεύθερον καὶ δοῦλον ὁ τρόπος γράφει. Καὶ Χριστὸς ὤφθη δοῦλος, ἀλλ’ ἠλευθέρου. Κακὸς δ’ ἀκούων αἰσχύνου, μὴ δυσγενής. Γένος γάρ εἰσιν οἱ πάλαι σεσηπότες.</w:t>
      </w:r>
    </w:p>
    <w:p>
      <w:r>
        <w:rPr>
          <w:rFonts w:ascii="Courier New" w:hAnsi="Courier New"/>
          <w:color w:val="555555"/>
          <w:sz w:val="20"/>
        </w:rPr>
        <w:t>[10]</w:t>
      </w:r>
    </w:p>
    <w:p>
      <w:r>
        <w:rPr>
          <w:rFonts w:ascii="Gentium Plus" w:hAnsi="Gentium Plus"/>
          <w:sz w:val="24"/>
        </w:rPr>
        <w:t>Γένους προάρχειν κρεῖσσον, ἢ λύειν γένος, Ὡς καλὸν εἶναι, ἢ καλῶν πεφυκέναι. Θεοῦ μόνου, θείων τε ἀπλήστως ἔχειν,</w:t>
      </w:r>
    </w:p>
    <w:p>
      <w:r>
        <w:rPr>
          <w:rFonts w:ascii="Courier New" w:hAnsi="Courier New"/>
          <w:color w:val="555555"/>
          <w:sz w:val="20"/>
        </w:rPr>
        <w:t>[939]</w:t>
      </w:r>
    </w:p>
    <w:p>
      <w:r>
        <w:rPr>
          <w:rFonts w:ascii="Gentium Plus" w:hAnsi="Gentium Plus"/>
          <w:sz w:val="24"/>
        </w:rPr>
        <w:t>Διψῶν τὸ διψᾶσθ’, ἀφθόνως ἀεὶ ῥέων· Ἐν τοῖς δὲ λοιποῖς καὶ φέρειν ἡσσώμενος. Μὴ πάντα νικᾷν, μηδ’ ἀεὶ, σπουδὴν ἔχε· Καλῶς κρατεῖσθαι κρεῖσσον, ἢ νικᾷν κακῶς.</w:t>
      </w:r>
    </w:p>
    <w:p>
      <w:r>
        <w:rPr>
          <w:rFonts w:ascii="Courier New" w:hAnsi="Courier New"/>
          <w:color w:val="555555"/>
          <w:sz w:val="20"/>
        </w:rPr>
        <w:t>[5]</w:t>
      </w:r>
    </w:p>
    <w:p>
      <w:r>
        <w:rPr>
          <w:rFonts w:ascii="Gentium Plus" w:hAnsi="Gentium Plus"/>
          <w:sz w:val="24"/>
        </w:rPr>
        <w:t>Καὶ γὰρ παλαιστὴς οὐχ ὁ κείμενος κάτω, Πάντως κρατεῖται, πολλάκις δ’ ὑπέρτερος. Καὶ ζημιοῦ τι· τοῦτο κέρδος πολλάκις, Ὥσπερ καθαίρειν φυτὸν εἰς εὐκαρπίαν. Εἰ δ’ οὐ καλῶς τι προστίθης οἷς νῦν ἔχεις,</w:t>
      </w:r>
    </w:p>
    <w:p>
      <w:r>
        <w:rPr>
          <w:rFonts w:ascii="Courier New" w:hAnsi="Courier New"/>
          <w:color w:val="555555"/>
          <w:sz w:val="20"/>
        </w:rPr>
        <w:t>[10]</w:t>
      </w:r>
    </w:p>
    <w:p>
      <w:r>
        <w:rPr>
          <w:rFonts w:ascii="Gentium Plus" w:hAnsi="Gentium Plus"/>
          <w:sz w:val="24"/>
        </w:rPr>
        <w:t>Ὕλῃ φέρεις πῦρ, ἢ νόσον τῷ σώματι. Εἰ μηδὲν ὄφλεις τῷ Θεῷ τιμωρίας, Μηδ’ αὐτὸς ἴσθι τοῖς ὄφλουσι συμπαθής. Εἰ δ’ οἶδας ὄφλων, καὶ πρόχρησον τὸ πρᾶον. Οἴκτῳ γὰρ οἶκτος καὶ Θεῷ σταθμίζεται.</w:t>
      </w:r>
    </w:p>
    <w:p>
      <w:r>
        <w:rPr>
          <w:rFonts w:ascii="Courier New" w:hAnsi="Courier New"/>
          <w:color w:val="555555"/>
          <w:sz w:val="20"/>
        </w:rPr>
        <w:t>[940]</w:t>
      </w:r>
    </w:p>
    <w:p>
      <w:r>
        <w:rPr>
          <w:rFonts w:ascii="Gentium Plus" w:hAnsi="Gentium Plus"/>
          <w:sz w:val="24"/>
        </w:rPr>
        <w:t>Ὅταν ποθ’ ὕβρις ἐκκάῃ τὴν σὴν φρένα, Μνήσθητι Χριστοῦ, τῶν τ’ ἐκείνου τραυμάτων, Πόση τε μοῖρα ταῦτα τῶν τοῦ Δεσπότου. Ὣς δ’ ἂν τὸ λυποῦν, ὥσπερ ὕδατι, σβέσαις.</w:t>
      </w:r>
    </w:p>
    <w:p>
      <w:r>
        <w:rPr>
          <w:rFonts w:ascii="Courier New" w:hAnsi="Courier New"/>
          <w:color w:val="555555"/>
          <w:sz w:val="20"/>
        </w:rPr>
        <w:t>[5]</w:t>
      </w:r>
    </w:p>
    <w:p>
      <w:r>
        <w:rPr>
          <w:rFonts w:ascii="Gentium Plus" w:hAnsi="Gentium Plus"/>
          <w:sz w:val="24"/>
        </w:rPr>
        <w:t>Ἔρως, μέθη, ζῆλός τε καὶ δαίμων, ἴσα· Οἷς ἂν προσέλθῃ, τὸ φρονεῖν ἐπέκλυσε. Τῆξις, προσευχὴ, δάκρυον, τὰ φάρμακα. Ἥδ’ ἰατρεία τῶν ἐμῶν νοσημάτων. Ὅρκον δὲ φεῦγε πάντα. Πῶς οὖν πείσομεν;</w:t>
      </w:r>
    </w:p>
    <w:p>
      <w:r>
        <w:rPr>
          <w:rFonts w:ascii="Courier New" w:hAnsi="Courier New"/>
          <w:color w:val="555555"/>
          <w:sz w:val="20"/>
        </w:rPr>
        <w:t>[10]</w:t>
      </w:r>
    </w:p>
    <w:p>
      <w:r>
        <w:rPr>
          <w:rFonts w:ascii="Gentium Plus" w:hAnsi="Gentium Plus"/>
          <w:sz w:val="24"/>
        </w:rPr>
        <w:t>Λόγῳ, τρόπῳ τε τὸν λόγον πιστουμένῳ. Ἄρνησίς ἐστι τοῦ Θεοῦ ψευδορκία. Τί δεῖ Θεοῦ σοι; τὸν τρόπον μέσον τίθει. Τί χρηστότητος δόγμα συντομώτερον;</w:t>
      </w:r>
    </w:p>
    <w:p>
      <w:r>
        <w:rPr>
          <w:rFonts w:ascii="Courier New" w:hAnsi="Courier New"/>
          <w:color w:val="555555"/>
          <w:sz w:val="20"/>
        </w:rPr>
        <w:t>[941]</w:t>
      </w:r>
    </w:p>
    <w:p>
      <w:r>
        <w:rPr>
          <w:rFonts w:ascii="Gentium Plus" w:hAnsi="Gentium Plus"/>
          <w:sz w:val="24"/>
        </w:rPr>
        <w:t>Οἵους σεαυτῷ τούσδε τυγχάνειν θέλεις· Καὶ συντομώτερόν τι, τὰ Χριστοῦ πάθη. Πιστοῦ φίλου νόμιζε μηδὲν ἄξιον, Ὃν οὐ κρατὴρ ἔδειξε, καιροῦ δὲ ζάλη·</w:t>
      </w:r>
    </w:p>
    <w:p>
      <w:r>
        <w:rPr>
          <w:rFonts w:ascii="Courier New" w:hAnsi="Courier New"/>
          <w:color w:val="555555"/>
          <w:sz w:val="20"/>
        </w:rPr>
        <w:t>[5]</w:t>
      </w:r>
    </w:p>
    <w:p>
      <w:r>
        <w:rPr>
          <w:rFonts w:ascii="Gentium Plus" w:hAnsi="Gentium Plus"/>
          <w:sz w:val="24"/>
        </w:rPr>
        <w:t>Ὃς οὐ χαρίζετ’ ἢ μόνον τὸ συμφέρον. Ἔχθρας ὅρους γίνωσκε, φιλίας δὲ μή. Τἄλλα βλέπων ὀφθαλμὸς, αὑτὸν οὐ βλέπει, Ἀλλ’ οὐδὲ τἄλλα, ἢν ἄγαν λημῶν τύχῃ. Τούτου χάριν σύμβουλον εἰς ἅπαντ’ ἔχειν·</w:t>
      </w:r>
    </w:p>
    <w:p>
      <w:r>
        <w:rPr>
          <w:rFonts w:ascii="Courier New" w:hAnsi="Courier New"/>
          <w:color w:val="555555"/>
          <w:sz w:val="20"/>
        </w:rPr>
        <w:t>[10]</w:t>
      </w:r>
    </w:p>
    <w:p>
      <w:r>
        <w:rPr>
          <w:rFonts w:ascii="Gentium Plus" w:hAnsi="Gentium Plus"/>
          <w:sz w:val="24"/>
        </w:rPr>
        <w:t>Καὶ γὰρ χερὸς χεὶρ, καὶ ποδὸς ποῦς ἐνδεής. Εἰ τοῖς καλοῖς ἕποιο νουθετούμενος, Οὐκ ἐντραπήσῃ τοῖς κακοῖς γελώμενος. Ὅταν ποτ’ αἰσχρὸν ἐννοῇς, νόμιζέ σοι Πολλοὺς παρεῖναι, καὶ σεαυτὸν ἐντρέπου.</w:t>
      </w:r>
    </w:p>
    <w:p>
      <w:r>
        <w:rPr>
          <w:rFonts w:ascii="Courier New" w:hAnsi="Courier New"/>
          <w:color w:val="555555"/>
          <w:sz w:val="20"/>
        </w:rPr>
        <w:t>[942]</w:t>
      </w:r>
    </w:p>
    <w:p>
      <w:r>
        <w:rPr>
          <w:rFonts w:ascii="Gentium Plus" w:hAnsi="Gentium Plus"/>
          <w:sz w:val="24"/>
        </w:rPr>
        <w:t>Ἀεὶ προτίμα τοὺς καλοὺς τῶν μὴ καλῶν. Κακοῖς ὁμιλῶν, καὶ κακὸς πάντως ἔσῃ. Κακοῦ παρ’ ἀνδρὸς μή ποτε χρηστὸν πάθῃς. Ζητεῖ γὰρ ὧν βεβίωκε συγγνώμην ἔχειν.</w:t>
      </w:r>
    </w:p>
    <w:p>
      <w:r>
        <w:rPr>
          <w:rFonts w:ascii="Courier New" w:hAnsi="Courier New"/>
          <w:color w:val="555555"/>
          <w:sz w:val="20"/>
        </w:rPr>
        <w:t>[5]</w:t>
      </w:r>
    </w:p>
    <w:p>
      <w:r>
        <w:rPr>
          <w:rFonts w:ascii="Gentium Plus" w:hAnsi="Gentium Plus"/>
          <w:sz w:val="24"/>
        </w:rPr>
        <w:t>Ἐγώ τι κέρδος ἐκλέγω καὶ δυσμενοῦς. Τὰς γὰρ λαβὰς φεύγοντας, ἀσφαλεστέρους Εἶναι παραινῶ, καὶ τὸ πικρὸν φάρμακον Ὅμως δέδοικα, καὶ τὸ ἡδὺ μέμφομαι. Καλοὺς ἀμείβου, τοὺς κακοὺς περιφρόνει·</w:t>
      </w:r>
    </w:p>
    <w:p>
      <w:r>
        <w:rPr>
          <w:rFonts w:ascii="Courier New" w:hAnsi="Courier New"/>
          <w:color w:val="555555"/>
          <w:sz w:val="20"/>
        </w:rPr>
        <w:t>[10]</w:t>
      </w:r>
    </w:p>
    <w:p>
      <w:r>
        <w:rPr>
          <w:rFonts w:ascii="Gentium Plus" w:hAnsi="Gentium Plus"/>
          <w:sz w:val="24"/>
        </w:rPr>
        <w:t>Κἂν τοῖσδε κείσθω, τοῦ παθεῖν μηδὲν, χάρις· Ὣς ἂν καλοὺς καὶ τούσδε ποιήσῃς χρόνῳ. Τῷ μακροθύμῳ χρηστότης καλὴ δόσις. Πᾶσιν μὲν ἴσθι χρηστὸς, εἰ τοῦτο σθένος,</w:t>
      </w:r>
    </w:p>
    <w:p>
      <w:r>
        <w:rPr>
          <w:rFonts w:ascii="Courier New" w:hAnsi="Courier New"/>
          <w:color w:val="555555"/>
          <w:sz w:val="20"/>
        </w:rPr>
        <w:t>[943]</w:t>
      </w:r>
    </w:p>
    <w:p>
      <w:r>
        <w:rPr>
          <w:rFonts w:ascii="Gentium Plus" w:hAnsi="Gentium Plus"/>
          <w:sz w:val="24"/>
        </w:rPr>
        <w:t>Τίς ἄν σε πιστεύσειε τοῖς ξένοις καλὸν Εἶναι τὸν οὐ δίκαιον οἷς ὀφείλεται; Τί πάντα τὸν δύστηνον αἰτιώμεθα Ἐχθρὸν, διδόντες τῷ βιοῦν ἐξουσίαν;</w:t>
      </w:r>
    </w:p>
    <w:p>
      <w:r>
        <w:rPr>
          <w:rFonts w:ascii="Courier New" w:hAnsi="Courier New"/>
          <w:color w:val="555555"/>
          <w:sz w:val="20"/>
        </w:rPr>
        <w:t>[5]</w:t>
      </w:r>
    </w:p>
    <w:p>
      <w:r>
        <w:rPr>
          <w:rFonts w:ascii="Gentium Plus" w:hAnsi="Gentium Plus"/>
          <w:sz w:val="24"/>
        </w:rPr>
        <w:t>Μέμφου σεαυτὸν, ἢ τὸ πᾶν, ἢ τὸ πλέον. Τὸ πῦρ παρ’ ἡμῶν, ἡ δὲ φλὸξ τοῦ Πνεύματος. Μὴ σφόδρ’ ἕπεσθαι παιγνίοις ἐνυπνίων· Μηδ’ εὐπτόητον εἰς ἅπαντ’ ἔχειν φρένα· Μηδὲ πτεροῦ μοι δεξιοῖς φαντάσμασι.</w:t>
      </w:r>
    </w:p>
    <w:p>
      <w:r>
        <w:rPr>
          <w:rFonts w:ascii="Courier New" w:hAnsi="Courier New"/>
          <w:color w:val="555555"/>
          <w:sz w:val="20"/>
        </w:rPr>
        <w:t>[10]</w:t>
      </w:r>
    </w:p>
    <w:p>
      <w:r>
        <w:rPr>
          <w:rFonts w:ascii="Gentium Plus" w:hAnsi="Gentium Plus"/>
          <w:sz w:val="24"/>
        </w:rPr>
        <w:t>Λόχος τάδ’ ἐστὶ πολλάκις τοῦ δυσμενοῦς. Ἐλπὶς προκείσθω δεξιοῦ παντὸς τέλους· Εἰ γὰρ συνεργός ἐστί τις τοῦ χείρονος,</w:t>
      </w:r>
    </w:p>
    <w:p>
      <w:r>
        <w:rPr>
          <w:rFonts w:ascii="Courier New" w:hAnsi="Courier New"/>
          <w:color w:val="555555"/>
          <w:sz w:val="20"/>
        </w:rPr>
        <w:t>[944]</w:t>
      </w:r>
    </w:p>
    <w:p>
      <w:r>
        <w:rPr>
          <w:rFonts w:ascii="Gentium Plus" w:hAnsi="Gentium Plus"/>
          <w:sz w:val="24"/>
        </w:rPr>
        <w:t>Πῶς οὐ καλοῦ δίκαιον εἶναι καὶ πλέον; Οὐ γὰρ φέρω γε τῷ κακῷ νικώμενος. Ἡγοῦ τύχης φρόνησιν ἀσφαλεστέραν· Ἡ μὲν γάρ ἐστι πραγμάτων κούφη φορὰ,</w:t>
      </w:r>
    </w:p>
    <w:p>
      <w:r>
        <w:rPr>
          <w:rFonts w:ascii="Courier New" w:hAnsi="Courier New"/>
          <w:color w:val="555555"/>
          <w:sz w:val="20"/>
        </w:rPr>
        <w:t>[5]</w:t>
      </w:r>
    </w:p>
    <w:p>
      <w:r>
        <w:rPr>
          <w:rFonts w:ascii="Gentium Plus" w:hAnsi="Gentium Plus"/>
          <w:sz w:val="24"/>
        </w:rPr>
        <w:t>Ἡ δ’ οἰακισμός. Μηδὲ ἒν παιδεύσεως Νόμιζε κρεῖσσον, ἣ μόνη κεκτημένων. Τὸ δραστικὸν δείκνυε μὴ τῷ δρᾷν κακῶς, Τῷ δ’ εὖ τι ποιεῖν, εἰ θέλεις εἶναι θεός. Τόδ’ ἐστὶν ἀνδρὸς εἰδότος τὸ συγγενές.</w:t>
      </w:r>
    </w:p>
    <w:p>
      <w:r>
        <w:rPr>
          <w:rFonts w:ascii="Courier New" w:hAnsi="Courier New"/>
          <w:color w:val="555555"/>
          <w:sz w:val="20"/>
        </w:rPr>
        <w:t>[10]</w:t>
      </w:r>
    </w:p>
    <w:p>
      <w:r>
        <w:rPr>
          <w:rFonts w:ascii="Gentium Plus" w:hAnsi="Gentium Plus"/>
          <w:sz w:val="24"/>
        </w:rPr>
        <w:t>Κτείνει δὲ ῥᾷστα καὶ τρυγὼν καὶ σκορπίος. Αἰσχρὸν νέον γέροντος ἀσθενέστερον</w:t>
      </w:r>
    </w:p>
    <w:p>
      <w:r>
        <w:rPr>
          <w:rFonts w:ascii="Courier New" w:hAnsi="Courier New"/>
          <w:color w:val="555555"/>
          <w:sz w:val="20"/>
        </w:rPr>
        <w:t>[945]</w:t>
      </w:r>
    </w:p>
    <w:p>
      <w:r>
        <w:rPr>
          <w:rFonts w:ascii="Gentium Plus" w:hAnsi="Gentium Plus"/>
          <w:sz w:val="24"/>
        </w:rPr>
        <w:t>Ὁμῶς ὁ μὲν καθ’ ὥραν ἔστω πάνσοφος· Τὸν δὲ κράτιστον καὶ πρὸ ὥρας σωφρονεῖν. Ἀεὶ μὲν ἐργάζοιο τὴν σωτηρίαν· Καιρὸς δὲ δὴ μάλιστα, ἡ βίου λύσις.</w:t>
      </w:r>
    </w:p>
    <w:p>
      <w:r>
        <w:rPr>
          <w:rFonts w:ascii="Courier New" w:hAnsi="Courier New"/>
          <w:color w:val="555555"/>
          <w:sz w:val="20"/>
        </w:rPr>
        <w:t>[5]</w:t>
      </w:r>
    </w:p>
    <w:p>
      <w:r>
        <w:rPr>
          <w:rFonts w:ascii="Gentium Plus" w:hAnsi="Gentium Plus"/>
          <w:sz w:val="24"/>
        </w:rPr>
        <w:t>Τὸ γῆρας ἦλθεν· ἔξοδον κήρυξ βοᾷ. Πᾶς εὐτρεπίζου· πλησίον γὰρ ἡ κρίσις. Πέρας λόγου, δισσή τις ἄρνησις Θεοῦ, Ἔργῳ, λόγῳ τε. Μὴ κλαπῇς, περισκόπει (Ἀεὶ διώκῃ λαθρίοις παλαίσμασι),</w:t>
      </w:r>
    </w:p>
    <w:p>
      <w:r>
        <w:rPr>
          <w:rFonts w:ascii="Courier New" w:hAnsi="Courier New"/>
          <w:color w:val="555555"/>
          <w:sz w:val="20"/>
        </w:rPr>
        <w:t>[10]</w:t>
      </w:r>
    </w:p>
    <w:p>
      <w:r>
        <w:rPr>
          <w:rFonts w:ascii="Gentium Plus" w:hAnsi="Gentium Plus"/>
          <w:sz w:val="24"/>
        </w:rPr>
        <w:t>Μή πως δεηθῇς ἐσχάτων καθαρσίων.</w:t>
      </w:r>
    </w:p>
    <w:p>
      <w:r>
        <w:rPr>
          <w:rFonts w:ascii="Courier New" w:hAnsi="Courier New"/>
          <w:color w:val="555555"/>
          <w:sz w:val="20"/>
        </w:rPr>
        <w:t>[11t]</w:t>
      </w:r>
    </w:p>
    <w:p>
      <w:pPr>
        <w:jc w:val="center"/>
      </w:pPr>
      <w:r>
        <w:rPr>
          <w:rFonts w:ascii="Gentium Plus" w:hAnsi="Gentium Plus"/>
          <w:b/>
          <w:sz w:val="24"/>
        </w:rPr>
        <w:t>ΛΔʹ. Ὅροι παχυμερεῖς.</w:t>
      </w:r>
    </w:p>
    <w:p>
      <w:r>
        <w:rPr>
          <w:rFonts w:ascii="Courier New" w:hAnsi="Courier New"/>
          <w:color w:val="555555"/>
          <w:sz w:val="20"/>
        </w:rPr>
        <w:t>[12]</w:t>
      </w:r>
    </w:p>
    <w:p>
      <w:r>
        <w:rPr>
          <w:rFonts w:ascii="Gentium Plus" w:hAnsi="Gentium Plus"/>
          <w:sz w:val="24"/>
        </w:rPr>
        <w:t>Θεὸς μέν ἐστιν οὐσία, πρῶτον καλόν.</w:t>
      </w:r>
    </w:p>
    <w:p>
      <w:r>
        <w:rPr>
          <w:rFonts w:ascii="Courier New" w:hAnsi="Courier New"/>
          <w:color w:val="555555"/>
          <w:sz w:val="20"/>
        </w:rPr>
        <w:t>[946]</w:t>
      </w:r>
    </w:p>
    <w:p>
      <w:r>
        <w:rPr>
          <w:rFonts w:ascii="Gentium Plus" w:hAnsi="Gentium Plus"/>
          <w:sz w:val="24"/>
        </w:rPr>
        <w:t>Κόσμος δὲ, ῥευστῶν καὶ νοουμένων δέσις. Τὸ δ’ εἶν’ ἕκαστον τοῖον ἢ τοῖον, φύσις. Φύσις δ’ ἄϋλος, ἄγγελος, πρώτη κτίσις. Οἱ δ’ ἐκτραπέντες τοῦ καλοῦ τί; δαίμονες·</w:t>
      </w:r>
    </w:p>
    <w:p>
      <w:r>
        <w:rPr>
          <w:rFonts w:ascii="Courier New" w:hAnsi="Courier New"/>
          <w:color w:val="555555"/>
          <w:sz w:val="20"/>
        </w:rPr>
        <w:t>[5]</w:t>
      </w:r>
    </w:p>
    <w:p>
      <w:r>
        <w:rPr>
          <w:rFonts w:ascii="Gentium Plus" w:hAnsi="Gentium Plus"/>
          <w:sz w:val="24"/>
        </w:rPr>
        <w:t>Ὧν πρῶτός ἐστιν, ὅς ποτ’ ἦν Ἑωσφόρος, Σκότους δυσειδοῦς εὑρέτης καὶ προστάτης. Ὕλη δὲ μορφῶν ἕδρα, δευτέρα κτίσις. Ὕλης δὲ κάλλος, εἶδος ἐκμορφουμένης. Ὅρος δὲ ῥευστῶν καὶ νοουμένων, πόλος.</w:t>
      </w:r>
    </w:p>
    <w:p>
      <w:r>
        <w:rPr>
          <w:rFonts w:ascii="Courier New" w:hAnsi="Courier New"/>
          <w:color w:val="555555"/>
          <w:sz w:val="20"/>
        </w:rPr>
        <w:t>[10]</w:t>
      </w:r>
    </w:p>
    <w:p>
      <w:r>
        <w:rPr>
          <w:rFonts w:ascii="Gentium Plus" w:hAnsi="Gentium Plus"/>
          <w:sz w:val="24"/>
        </w:rPr>
        <w:t>Ἄστρων δὲ φύσις, πῦρ κύκλῳ περίδρομον. Φῶς δ’ ἔστι λάμψις ἐκ πυρὸς, ψυχῇ λόγος. Σκότος δὲ δισσὸν, λάμψεως δισσῆς λύσις.</w:t>
      </w:r>
    </w:p>
    <w:p>
      <w:r>
        <w:rPr>
          <w:rFonts w:ascii="Courier New" w:hAnsi="Courier New"/>
          <w:color w:val="555555"/>
          <w:sz w:val="20"/>
        </w:rPr>
        <w:t>[947]</w:t>
      </w:r>
    </w:p>
    <w:p>
      <w:r>
        <w:rPr>
          <w:rFonts w:ascii="Gentium Plus" w:hAnsi="Gentium Plus"/>
          <w:sz w:val="24"/>
        </w:rPr>
        <w:t>Χρόνος δὲ, μέτρον ἡλίου κινήσεως. Γῆ, πῆξις ὕλης τῷ πόλῳ κυκλουμένης. Πῦρ δὲ, φλέγουσα καὶ ῥέους’ ἄνω φύσις. Ὕδωρ δὲ, ῥευστὴ καὶ κατάῤῥοπος φύσις.</w:t>
      </w:r>
    </w:p>
    <w:p>
      <w:r>
        <w:rPr>
          <w:rFonts w:ascii="Courier New" w:hAnsi="Courier New"/>
          <w:color w:val="555555"/>
          <w:sz w:val="20"/>
        </w:rPr>
        <w:t>[5]</w:t>
      </w:r>
    </w:p>
    <w:p>
      <w:r>
        <w:rPr>
          <w:rFonts w:ascii="Gentium Plus" w:hAnsi="Gentium Plus"/>
          <w:sz w:val="24"/>
        </w:rPr>
        <w:t>Κενοῦ δ’ ἀὴρ πλήρωμα καὶ πνευστὴ ῥύσις. Ἄνθρωπός εἰμι, πλάσμα καὶ εἰκὼν Θεοῦ. Τὸ σῶμα δ’ ὕλη, καὶ διαστατὸν πάχος. Στοιχεῖόν ἐστι σώματος πρῶτον μέρος. Ψυχὴ δὲ, φύσις ζωτικὴ, φέρουσά τε·</w:t>
      </w:r>
    </w:p>
    <w:p>
      <w:r>
        <w:rPr>
          <w:rFonts w:ascii="Courier New" w:hAnsi="Courier New"/>
          <w:color w:val="555555"/>
          <w:sz w:val="20"/>
        </w:rPr>
        <w:t>[10]</w:t>
      </w:r>
    </w:p>
    <w:p>
      <w:r>
        <w:rPr>
          <w:rFonts w:ascii="Gentium Plus" w:hAnsi="Gentium Plus"/>
          <w:sz w:val="24"/>
        </w:rPr>
        <w:t>Λόγος δὲ καὶ νοῦς τῇ γ’ ἐμῇ συνεκράθη. Ζωὴ δὲ, σώματός τε καὶ ψυχῆς δέσις, Ὡς θάνατον εἶναι, τῶν δὲ τὴν διάστασιν. Νοῦς δ’ ἔστιν ὄψις ἔνδον, οὐ περίγραφος. Νοῦ δ’ ἔργον, ἡ νόησις, ἐκτύπωμά τε.</w:t>
      </w:r>
    </w:p>
    <w:p>
      <w:r>
        <w:rPr>
          <w:rFonts w:ascii="Courier New" w:hAnsi="Courier New"/>
          <w:color w:val="555555"/>
          <w:sz w:val="20"/>
        </w:rPr>
        <w:t>[15]</w:t>
      </w:r>
    </w:p>
    <w:p>
      <w:r>
        <w:rPr>
          <w:rFonts w:ascii="Gentium Plus" w:hAnsi="Gentium Plus"/>
          <w:sz w:val="24"/>
        </w:rPr>
        <w:t>Λόγος δ’ ἔρευνα τῶν νοὸς τυπωμάτων,</w:t>
      </w:r>
    </w:p>
    <w:p>
      <w:r>
        <w:rPr>
          <w:rFonts w:ascii="Courier New" w:hAnsi="Courier New"/>
          <w:color w:val="555555"/>
          <w:sz w:val="20"/>
        </w:rPr>
        <w:t>[948]</w:t>
      </w:r>
    </w:p>
    <w:p>
      <w:r>
        <w:rPr>
          <w:rFonts w:ascii="Gentium Plus" w:hAnsi="Gentium Plus"/>
          <w:sz w:val="24"/>
        </w:rPr>
        <w:t>Ὃν ἐκλαλήσεις ὀργάνοις φωνητικοῖς. Αἴσθησίς ἐστιν εἰσδοχή τις ἔκτοθεν. Μνήμη, κάθεξις τῶν νοὸς τυπωμάτων. Λήθη δὲ, μνήμης ἐκβολή. Λήθης δέ γε</w:t>
      </w:r>
    </w:p>
    <w:p>
      <w:r>
        <w:rPr>
          <w:rFonts w:ascii="Courier New" w:hAnsi="Courier New"/>
          <w:color w:val="555555"/>
          <w:sz w:val="20"/>
        </w:rPr>
        <w:t>[5]</w:t>
      </w:r>
    </w:p>
    <w:p>
      <w:r>
        <w:rPr>
          <w:rFonts w:ascii="Gentium Plus" w:hAnsi="Gentium Plus"/>
          <w:sz w:val="24"/>
        </w:rPr>
        <w:t>Μνήμη τις αὖθις, ἣν ἀνάμνησιν λέγω. Βούλησιν οἶδα, νοῦ ῥοπὴν καὶ συνδρομὴν Τῶν ὅσς’ ἐφ’ ἡμῖν· τἄλλα δ’ οὐ θελητέα. Ἡ δ’ οἷ θέλω κίνησις, ἐξουσιότης. Τὴν σύντονον δὲ καὶ προσθυμίαν λέγω·</w:t>
      </w:r>
    </w:p>
    <w:p>
      <w:r>
        <w:rPr>
          <w:rFonts w:ascii="Courier New" w:hAnsi="Courier New"/>
          <w:color w:val="555555"/>
          <w:sz w:val="20"/>
        </w:rPr>
        <w:t>[10]</w:t>
      </w:r>
    </w:p>
    <w:p>
      <w:r>
        <w:rPr>
          <w:rFonts w:ascii="Gentium Plus" w:hAnsi="Gentium Plus"/>
          <w:sz w:val="24"/>
        </w:rPr>
        <w:t>Τὸ δὲ ἀκούσιον, βουλήσεως τυραννίδα. Λογισμὸν οἶδα πραγμάτων διαίρεσιν. Πόθος δ’ ὄρεξις ἢ καλῶν ἢ μὴ καλῶν. Ἔρως δὲ θερμὸς δυσκάθεκτός τε πόθος. Θυμὸς μέν ἐστιν ἀθρόος ζέσις φρενός·</w:t>
      </w:r>
    </w:p>
    <w:p>
      <w:r>
        <w:rPr>
          <w:rFonts w:ascii="Courier New" w:hAnsi="Courier New"/>
          <w:color w:val="555555"/>
          <w:sz w:val="20"/>
        </w:rPr>
        <w:t>[15]</w:t>
      </w:r>
    </w:p>
    <w:p>
      <w:r>
        <w:rPr>
          <w:rFonts w:ascii="Gentium Plus" w:hAnsi="Gentium Plus"/>
          <w:sz w:val="24"/>
        </w:rPr>
        <w:t>Ὀργὴ δὲ θυμὸς ἐμμένων. Ὁ δ’ εἰς κακὸν</w:t>
      </w:r>
    </w:p>
    <w:p>
      <w:r>
        <w:rPr>
          <w:rFonts w:ascii="Courier New" w:hAnsi="Courier New"/>
          <w:color w:val="555555"/>
          <w:sz w:val="20"/>
        </w:rPr>
        <w:t>[949]</w:t>
      </w:r>
    </w:p>
    <w:p>
      <w:r>
        <w:rPr>
          <w:rFonts w:ascii="Gentium Plus" w:hAnsi="Gentium Plus"/>
          <w:sz w:val="24"/>
        </w:rPr>
        <w:t>Μνήμων, λοχῶν τε, μνησικακία τυγχάνει. Πέψιν δὲ λύπης οἶδα μακροθυμίαν· Τὸ δὲ πρὸς ὕβριν ἤρεμον, ἀοργησίαν, Ἣν δὴ πραότητα τοῖς πάλαι καλεῖν ἔθος.</w:t>
      </w:r>
    </w:p>
    <w:p>
      <w:r>
        <w:rPr>
          <w:rFonts w:ascii="Courier New" w:hAnsi="Courier New"/>
          <w:color w:val="555555"/>
          <w:sz w:val="20"/>
        </w:rPr>
        <w:t>[5]</w:t>
      </w:r>
    </w:p>
    <w:p>
      <w:r>
        <w:rPr>
          <w:rFonts w:ascii="Gentium Plus" w:hAnsi="Gentium Plus"/>
          <w:sz w:val="24"/>
        </w:rPr>
        <w:t>Ἕξιν δὲ καλῶν, τὴν ἀρετὴν νόμιζέ μοι, Τῶν δ’ αὖ κακίστων, τὴν ἐναντίαν νόσον· Τὴν μὲν Θεοῦ δώρημα, τὴν δ’ ἐφεύρεσιν. Κάλλος δὲ παντός ἐστιν εὐαρμοστία, Αἶσχος δὲ, κάλλους ὕβρις, ὡς ἐμὸς λόγος.</w:t>
      </w:r>
    </w:p>
    <w:p>
      <w:r>
        <w:rPr>
          <w:rFonts w:ascii="Courier New" w:hAnsi="Courier New"/>
          <w:color w:val="555555"/>
          <w:sz w:val="20"/>
        </w:rPr>
        <w:t>[10]</w:t>
      </w:r>
    </w:p>
    <w:p>
      <w:r>
        <w:rPr>
          <w:rFonts w:ascii="Gentium Plus" w:hAnsi="Gentium Plus"/>
          <w:sz w:val="24"/>
        </w:rPr>
        <w:t>Ἀνδρεία δ’ ἔστι πρὸς τὰ δεινὰ στεῤῥότης Θράσος δὲ, θάρσος πρὸς τὰ μὴ τολμητέα. Δειλία δὲ, συστολή τις εἰς τολμητέα. Ἡ σωφροσύνη δ’ ἐπικράτησις ἡδονῶν· Ἧτταν δὲ τούτων, τὴν ἀσέλγειαν λέγω.</w:t>
      </w:r>
    </w:p>
    <w:p>
      <w:r>
        <w:rPr>
          <w:rFonts w:ascii="Courier New" w:hAnsi="Courier New"/>
          <w:color w:val="555555"/>
          <w:sz w:val="20"/>
        </w:rPr>
        <w:t>[950]</w:t>
      </w:r>
    </w:p>
    <w:p>
      <w:r>
        <w:rPr>
          <w:rFonts w:ascii="Gentium Plus" w:hAnsi="Gentium Plus"/>
          <w:sz w:val="24"/>
        </w:rPr>
        <w:t>Δικαιοσύνη δὲ, μὴ πλέον ζητεῖν ἔχειν· Τῆς δ’ ἰσότητος ἔκβασις, τοῦτ’ ἀδικία. Φρόνησίς ἐστι πραγμάτων ἐμπειρία. Σοφία νομιζέσθω δὲ τῶν ὄντων θέα.</w:t>
      </w:r>
    </w:p>
    <w:p>
      <w:r>
        <w:rPr>
          <w:rFonts w:ascii="Courier New" w:hAnsi="Courier New"/>
          <w:color w:val="555555"/>
          <w:sz w:val="20"/>
        </w:rPr>
        <w:t>[5]</w:t>
      </w:r>
    </w:p>
    <w:p>
      <w:r>
        <w:rPr>
          <w:rFonts w:ascii="Gentium Plus" w:hAnsi="Gentium Plus"/>
          <w:sz w:val="24"/>
        </w:rPr>
        <w:t>Ἡ δ’ ἁπλότης ἕξις τις ἀργὴ πρὸς κακόν. Ἡ διπλόη δὲ, τοῦ τρόπου κακουργία. Ἡ δ’ ἡδονὴ, ψυχῆς τίς ἐστι λειότης· Λύπη δὲ, δηγμὸς καρδίας καὶ σύγχυσις. Φροντὶς δ’ ἑλιγμὸς, ἡ μέριμνα τὸ πλέον.</w:t>
      </w:r>
    </w:p>
    <w:p>
      <w:r>
        <w:rPr>
          <w:rFonts w:ascii="Courier New" w:hAnsi="Courier New"/>
          <w:color w:val="555555"/>
          <w:sz w:val="20"/>
        </w:rPr>
        <w:t>[10]</w:t>
      </w:r>
    </w:p>
    <w:p>
      <w:r>
        <w:rPr>
          <w:rFonts w:ascii="Gentium Plus" w:hAnsi="Gentium Plus"/>
          <w:sz w:val="24"/>
        </w:rPr>
        <w:t>Σκέψις, λογισμῶν ἀντίθεσις εἰς πρακτέα. Κρίσις δὲ πῆξις τῶν νοὸς βουλευμάτων· Ῥίψιν δὲ τούτων οἶδα τὴν ἀκηδίαν. Φθόνος δὲ τῆξις εὐροούντων τῶν πέλας.</w:t>
      </w:r>
    </w:p>
    <w:p>
      <w:r>
        <w:rPr>
          <w:rFonts w:ascii="Courier New" w:hAnsi="Courier New"/>
          <w:color w:val="555555"/>
          <w:sz w:val="20"/>
        </w:rPr>
        <w:t>[951]</w:t>
      </w:r>
    </w:p>
    <w:p>
      <w:r>
        <w:rPr>
          <w:rFonts w:ascii="Gentium Plus" w:hAnsi="Gentium Plus"/>
          <w:sz w:val="24"/>
        </w:rPr>
        <w:t>Τῶν δ’ αὖ κακίστων μέμψις, αἰνετὸν πάθος Αἰδὼς δὲ συστολή τίς ἐστ’ αἴσχους φόβῳ. Αἰδοῦς δὲ περιφρόνησις, ἡ ἰταμότης. Σπουδὴ δὲ, σύστασίς τις εἰς προκείμενα·</w:t>
      </w:r>
    </w:p>
    <w:p>
      <w:r>
        <w:rPr>
          <w:rFonts w:ascii="Courier New" w:hAnsi="Courier New"/>
          <w:color w:val="555555"/>
          <w:sz w:val="20"/>
        </w:rPr>
        <w:t>[5]</w:t>
      </w:r>
    </w:p>
    <w:p>
      <w:r>
        <w:rPr>
          <w:rFonts w:ascii="Gentium Plus" w:hAnsi="Gentium Plus"/>
          <w:sz w:val="24"/>
        </w:rPr>
        <w:t>Λύσιν δὲ ταύτης οἶδα τὴν ῥαθυμίαν. Ὁ δ’ ὄκνος ἐστὶ πρός τι δυσκινησία. Ζῆλος δ’ ὁ μὲν μίμησις, ὁ δ’ ἀνία τις. Φίλτρου κλαπέντος εἰς ξένον ποθούμενον, Καλοῦσι δ’ αὐτὴν ζηλοτυπίαν οἱ πάλαι.</w:t>
      </w:r>
    </w:p>
    <w:p>
      <w:r>
        <w:rPr>
          <w:rFonts w:ascii="Courier New" w:hAnsi="Courier New"/>
          <w:color w:val="555555"/>
          <w:sz w:val="20"/>
        </w:rPr>
        <w:t>[10]</w:t>
      </w:r>
    </w:p>
    <w:p>
      <w:r>
        <w:rPr>
          <w:rFonts w:ascii="Gentium Plus" w:hAnsi="Gentium Plus"/>
          <w:sz w:val="24"/>
        </w:rPr>
        <w:t>Ἀλαζονείαν, ὄγκον οἶδα καρδίας· Τύφον δ’, ἄναψιν, ἣν ἐγείρει κουφότης. Ὑπερήφανος δ’ ἔμοιγε καὶ φανητίας. Τὴν δ’ αὐθάδειαν, αὐταρέσκειαν λέγω. Ταπεινοφροσύνη, μὴ φρονεῖν ἐπάξιον.</w:t>
      </w:r>
    </w:p>
    <w:p>
      <w:r>
        <w:rPr>
          <w:rFonts w:ascii="Courier New" w:hAnsi="Courier New"/>
          <w:color w:val="555555"/>
          <w:sz w:val="20"/>
        </w:rPr>
        <w:t>[952]</w:t>
      </w:r>
    </w:p>
    <w:p>
      <w:r>
        <w:rPr>
          <w:rFonts w:ascii="Gentium Plus" w:hAnsi="Gentium Plus"/>
          <w:sz w:val="24"/>
        </w:rPr>
        <w:t>Ταύτης δόκησίς ἐστιν ἡ εἰρωνεία. Ἐλευθερία δὲ χρημάτων ἀπλῆ δόσις. Τούτων λάφυξιν οἶδα τὴν ἀσωτίαν. Ἀνελευθερίαν δέ φημι τὴν φειδωλίαν.</w:t>
      </w:r>
    </w:p>
    <w:p>
      <w:r>
        <w:rPr>
          <w:rFonts w:ascii="Courier New" w:hAnsi="Courier New"/>
          <w:color w:val="555555"/>
          <w:sz w:val="20"/>
        </w:rPr>
        <w:t>[5]</w:t>
      </w:r>
    </w:p>
    <w:p>
      <w:r>
        <w:rPr>
          <w:rFonts w:ascii="Gentium Plus" w:hAnsi="Gentium Plus"/>
          <w:sz w:val="24"/>
        </w:rPr>
        <w:t>Μεγαλοπρέπεια δ’ ἔστιν ἔργων λαμπρότης· Μικροπρέπεια, τὸ φρονεῖν μικροῖς μέγα. Μεγαλόφρονος, τὸ πάντα εὐπετῶς φέρειν· Τὸ δ’ οὐδὲ μικρὰ, τοῦτο μικροψυχίας. Φιλοτιμί’ ἐστὶ μέτριος τιμῆς πόθος.</w:t>
      </w:r>
    </w:p>
    <w:p>
      <w:r>
        <w:rPr>
          <w:rFonts w:ascii="Courier New" w:hAnsi="Courier New"/>
          <w:color w:val="555555"/>
          <w:sz w:val="20"/>
        </w:rPr>
        <w:t>[10]</w:t>
      </w:r>
    </w:p>
    <w:p>
      <w:r>
        <w:rPr>
          <w:rFonts w:ascii="Gentium Plus" w:hAnsi="Gentium Plus"/>
          <w:sz w:val="24"/>
        </w:rPr>
        <w:t>Ἡ χαυνότης δὲ, καὶ πέρα τοῦ μετρίου. Κενῶν δ’ ὄρεξιν ἴσθι κενοδοξίαν· Δόξαν, τὸ τοῖον ἡμῖν, ἢ τοῖον δοκεῖν. Ἄλλη δὲ δόξα, πραγμάτων φαντάσματα.</w:t>
      </w:r>
    </w:p>
    <w:p>
      <w:r>
        <w:rPr>
          <w:rFonts w:ascii="Courier New" w:hAnsi="Courier New"/>
          <w:color w:val="555555"/>
          <w:sz w:val="20"/>
        </w:rPr>
        <w:t>[953]</w:t>
      </w:r>
    </w:p>
    <w:p>
      <w:r>
        <w:rPr>
          <w:rFonts w:ascii="Gentium Plus" w:hAnsi="Gentium Plus"/>
          <w:sz w:val="24"/>
        </w:rPr>
        <w:t>Πρᾶξις, λόγος τε. Λοίδορος δ’ αἴσχη φέρει. Μέμψις δ’ ἀτιμώρητος ἐκ φίλου ψόγος. Κατηγορία δ’ ἔγκλημα τῶν κολαστέων· Ἡ δ’ οὐκ ἀληθὴς γίνεται, συκοφαντία·</w:t>
      </w:r>
    </w:p>
    <w:p>
      <w:r>
        <w:rPr>
          <w:rFonts w:ascii="Courier New" w:hAnsi="Courier New"/>
          <w:color w:val="555555"/>
          <w:sz w:val="20"/>
        </w:rPr>
        <w:t>[5]</w:t>
      </w:r>
    </w:p>
    <w:p>
      <w:r>
        <w:rPr>
          <w:rFonts w:ascii="Gentium Plus" w:hAnsi="Gentium Plus"/>
          <w:sz w:val="24"/>
        </w:rPr>
        <w:t>Ἡ λάθριος δὲ, διαβολή σοι κλητέα. Μέμψις ἀνεύθυνός τις, ἡ βλασφημία. Κακήγορος δ’, ὃς πᾶσιν ὁπλίζει στόμα. Ἀστειότης μὲν, φαιδρότης ἐν συλλόγῳ. Ἡ δ’ εὐτραπελία, φαιδρότης ἔξω λόγου.</w:t>
      </w:r>
    </w:p>
    <w:p>
      <w:r>
        <w:rPr>
          <w:rFonts w:ascii="Courier New" w:hAnsi="Courier New"/>
          <w:color w:val="555555"/>
          <w:sz w:val="20"/>
        </w:rPr>
        <w:t>[10]</w:t>
      </w:r>
    </w:p>
    <w:p>
      <w:r>
        <w:rPr>
          <w:rFonts w:ascii="Gentium Plus" w:hAnsi="Gentium Plus"/>
          <w:sz w:val="24"/>
        </w:rPr>
        <w:t>Λόγου δὲ μωρί’ ἐστὶν ἡ ἀχρηστία. Γέλως, παρειᾶς βράσμα, παλμὸς καρδίας. Οἴνου δ’ ἄμετρον χρῆσιν εἰπὲ τὴν μέθην, Τὰ δ’ ἐκ μέθης ὑβρίσμαθ’, ἡ παροινία. Ἡ κραιπάλη δ’ ἕωλος ὕβρις ἐκ μέθης.</w:t>
      </w:r>
    </w:p>
    <w:p>
      <w:r>
        <w:rPr>
          <w:rFonts w:ascii="Courier New" w:hAnsi="Courier New"/>
          <w:color w:val="555555"/>
          <w:sz w:val="20"/>
        </w:rPr>
        <w:t>[954]</w:t>
      </w:r>
    </w:p>
    <w:p>
      <w:r>
        <w:rPr>
          <w:rFonts w:ascii="Gentium Plus" w:hAnsi="Gentium Plus"/>
          <w:sz w:val="24"/>
        </w:rPr>
        <w:t>Φόνος δ’ ὁ μέν τις σωμάτων, ὁ δ’ εἰκόνος· Ἄμφω δὲ λύσις τῆς φίλης ἁρμονίας. Πορνεία καὶ μοιχεία, ἡ μὲν σωμάτων Ξένων κλοπή τις, ἡ δέ τις καὶ δαιμόνων·</w:t>
      </w:r>
    </w:p>
    <w:p>
      <w:r>
        <w:rPr>
          <w:rFonts w:ascii="Courier New" w:hAnsi="Courier New"/>
          <w:color w:val="555555"/>
          <w:sz w:val="20"/>
        </w:rPr>
        <w:t>[5]</w:t>
      </w:r>
    </w:p>
    <w:p>
      <w:r>
        <w:rPr>
          <w:rFonts w:ascii="Gentium Plus" w:hAnsi="Gentium Plus"/>
          <w:sz w:val="24"/>
        </w:rPr>
        <w:t>Ὅταν Θεοῦ τὸ φίλτρον εἰς ἐχθροὺς πέσῃ. Εἰδωλολάτρης δ’ ὃς σέβει καὶ χρυσίον. Εἰ δ’ ὠφέλεια, κέρδος εἰς ψυχὴν λαβεῖν, Βλάβη, τὸ ταύτην ζημιῶσαι, γίνεται. Ἔλεος μέν ἐστι συμπάθεια συμφορᾶς.</w:t>
      </w:r>
    </w:p>
    <w:p>
      <w:r>
        <w:rPr>
          <w:rFonts w:ascii="Courier New" w:hAnsi="Courier New"/>
          <w:color w:val="555555"/>
          <w:sz w:val="20"/>
        </w:rPr>
        <w:t>[10]</w:t>
      </w:r>
    </w:p>
    <w:p>
      <w:r>
        <w:rPr>
          <w:rFonts w:ascii="Gentium Plus" w:hAnsi="Gentium Plus"/>
          <w:sz w:val="24"/>
        </w:rPr>
        <w:t>Οἶκτος δέ κ’ εὖ τι τὸν πεπονθότα δράσαι. Ἕξις δὲ ποιὰ πρὸς τὰ πράγμαθ’, ὁ τρόπος· Ἦθος δὲ πλάσμα τοῦ τρόπου κατήγορον. Διδασκαλία, τύπωσις ἔργῳ καὶ λόγῳ.</w:t>
      </w:r>
    </w:p>
    <w:p>
      <w:r>
        <w:rPr>
          <w:rFonts w:ascii="Courier New" w:hAnsi="Courier New"/>
          <w:color w:val="555555"/>
          <w:sz w:val="20"/>
        </w:rPr>
        <w:t>[955]</w:t>
      </w:r>
    </w:p>
    <w:p>
      <w:r>
        <w:rPr>
          <w:rFonts w:ascii="Gentium Plus" w:hAnsi="Gentium Plus"/>
          <w:sz w:val="24"/>
        </w:rPr>
        <w:t>Ὁ δ’ οὐκ ἄριστος, καὶ καλῶν ἀναιρέτης. Σκέψιν νοητῶν, τὴν θεωρίαν νόει. Πρᾶξις δ’ ἐνέργειά τις εἰς τὰ πρακτέα. Ἕξις μέν ἐστι ποιότης τις ἔμμονος.</w:t>
      </w:r>
    </w:p>
    <w:p>
      <w:r>
        <w:rPr>
          <w:rFonts w:ascii="Courier New" w:hAnsi="Courier New"/>
          <w:color w:val="555555"/>
          <w:sz w:val="20"/>
        </w:rPr>
        <w:t>[5]</w:t>
      </w:r>
    </w:p>
    <w:p>
      <w:r>
        <w:rPr>
          <w:rFonts w:ascii="Gentium Plus" w:hAnsi="Gentium Plus"/>
          <w:sz w:val="24"/>
        </w:rPr>
        <w:t>Τόκον δὲ ταύτης, τὴν ἐνέργειαν λέγω. Τέχνη μέν ἐστι σύνταγμ’ ἐξ ἐμπειρίας· Ἕξις δ’ ἄλυτος, ἣν ἐπιστήμην λέγω. Ὃ μὴ χάριν τοῦ, τἄλλα δι’ αὐτοῦ, τέλος. Σκοπὸς δὲ δή τις, ᾧ τέλει σπουδάζεται.</w:t>
      </w:r>
    </w:p>
    <w:p>
      <w:r>
        <w:rPr>
          <w:rFonts w:ascii="Courier New" w:hAnsi="Courier New"/>
          <w:color w:val="555555"/>
          <w:sz w:val="20"/>
        </w:rPr>
        <w:t>[10]</w:t>
      </w:r>
    </w:p>
    <w:p>
      <w:r>
        <w:rPr>
          <w:rFonts w:ascii="Gentium Plus" w:hAnsi="Gentium Plus"/>
          <w:sz w:val="24"/>
        </w:rPr>
        <w:t>Δέησιν οἴου, τὴν αἴτησιν ἐνδεῶν· Τὴν δὲ προσευχὴν ἴσθι τῶν ἀμεινόνων· Εὐχὴν δ’ ὑπόσχεσίν τιν’ ἐξιλάσματος· Τὸ δ’ ἐξίλασμα, δῶρον εἰς τιμὴν φέρον, Ἔπαινός ἐστιν εὖ τι τῶν ἐμῶν φράσαι.</w:t>
      </w:r>
    </w:p>
    <w:p>
      <w:r>
        <w:rPr>
          <w:rFonts w:ascii="Courier New" w:hAnsi="Courier New"/>
          <w:color w:val="555555"/>
          <w:sz w:val="20"/>
        </w:rPr>
        <w:t>[15]</w:t>
      </w:r>
    </w:p>
    <w:p>
      <w:r>
        <w:rPr>
          <w:rFonts w:ascii="Gentium Plus" w:hAnsi="Gentium Plus"/>
          <w:sz w:val="24"/>
        </w:rPr>
        <w:t>Αἶνος δ’ ἔπαινος εἰς Θεὸν σεβάσμιος.</w:t>
      </w:r>
    </w:p>
    <w:p>
      <w:r>
        <w:rPr>
          <w:rFonts w:ascii="Courier New" w:hAnsi="Courier New"/>
          <w:color w:val="555555"/>
          <w:sz w:val="20"/>
        </w:rPr>
        <w:t>[956]</w:t>
      </w:r>
    </w:p>
    <w:p>
      <w:r>
        <w:rPr>
          <w:rFonts w:ascii="Gentium Plus" w:hAnsi="Gentium Plus"/>
          <w:sz w:val="24"/>
        </w:rPr>
        <w:t>Ὁ δ’ ὕμνος, αἶνος ἐμμελὴς, ὡς οἴομαι. Ψαλμὸς σὺν ᾠδῇ γίγνεται ψαλμῳδία. Τὰ ὄντα φάσκειν, ὡς ἔχει, ἀψευδία· Ὡς δ’ οὐκ ἔχει, ψεῦδος. Καὶ τοῦ λόγου μάχη</w:t>
      </w:r>
    </w:p>
    <w:p>
      <w:r>
        <w:rPr>
          <w:rFonts w:ascii="Courier New" w:hAnsi="Courier New"/>
          <w:color w:val="555555"/>
          <w:sz w:val="20"/>
        </w:rPr>
        <w:t>[5]</w:t>
      </w:r>
    </w:p>
    <w:p>
      <w:r>
        <w:rPr>
          <w:rFonts w:ascii="Gentium Plus" w:hAnsi="Gentium Plus"/>
          <w:sz w:val="24"/>
        </w:rPr>
        <w:t>Λόγον προσάντη, οὗ τί χεῖρον τῷ βίῳ; Ὅρκος δὲ δὴ πίστωσις ἐμμέσῳ Θεῷ. Τούτου δὲ τήρησίς τις ἡ εὐορκία. Θρησκείαν οἶδα καὶ τὸ δαιμόνων σέβας. Ἡ δ’ εὐσέβεια, προσκύνησις τῆς Τριάδος.</w:t>
      </w:r>
    </w:p>
    <w:p>
      <w:r>
        <w:rPr>
          <w:rFonts w:ascii="Courier New" w:hAnsi="Courier New"/>
          <w:color w:val="555555"/>
          <w:sz w:val="20"/>
        </w:rPr>
        <w:t>[10]</w:t>
      </w:r>
    </w:p>
    <w:p>
      <w:r>
        <w:rPr>
          <w:rFonts w:ascii="Gentium Plus" w:hAnsi="Gentium Plus"/>
          <w:sz w:val="24"/>
        </w:rPr>
        <w:t>Ἄρνησίς ἐστιν, ἕν τι τῶν τριῶν κάτω Βαλεῖν, Θεοῦ τε μὴ σέβειν συμφυΐαν. Πίστις δὲ διττή· ἡ μὲν ἐκ λόγου βίας, Ἣ καὶ δικαία· ἡ δ’ ἕτοιμος συνδρομή. Λόγος γάρ ἐστιν ὁ πρόεδρος τοῦ λόγου.</w:t>
      </w:r>
    </w:p>
    <w:p>
      <w:r>
        <w:rPr>
          <w:rFonts w:ascii="Courier New" w:hAnsi="Courier New"/>
          <w:color w:val="555555"/>
          <w:sz w:val="20"/>
        </w:rPr>
        <w:t>[15]</w:t>
      </w:r>
    </w:p>
    <w:p>
      <w:r>
        <w:rPr>
          <w:rFonts w:ascii="Gentium Plus" w:hAnsi="Gentium Plus"/>
          <w:sz w:val="24"/>
        </w:rPr>
        <w:t>Ἐλπὶς δ’ ἀπόντος πράγματος συνουσία.</w:t>
      </w:r>
    </w:p>
    <w:p>
      <w:r>
        <w:rPr>
          <w:rFonts w:ascii="Courier New" w:hAnsi="Courier New"/>
          <w:color w:val="555555"/>
          <w:sz w:val="20"/>
        </w:rPr>
        <w:t>[957]</w:t>
      </w:r>
    </w:p>
    <w:p>
      <w:r>
        <w:rPr>
          <w:rFonts w:ascii="Gentium Plus" w:hAnsi="Gentium Plus"/>
          <w:sz w:val="24"/>
        </w:rPr>
        <w:t>Λύσιν δὲ ταύτης, τὴν ἀπόγνωσιν λέγω. Συμψυχίαν δὲ τὴν ἀγάπην ὁρίζομαι, Τὴν πρὸς Θεὸν δὲ, καὶ ὁδὸν θεώσεως. Μῖσος δ’ ἀποστροφή τις, ἔχθρας ἐργάτις.</w:t>
      </w:r>
    </w:p>
    <w:p>
      <w:r>
        <w:rPr>
          <w:rFonts w:ascii="Courier New" w:hAnsi="Courier New"/>
          <w:color w:val="555555"/>
          <w:sz w:val="20"/>
        </w:rPr>
        <w:t>[5]</w:t>
      </w:r>
    </w:p>
    <w:p>
      <w:r>
        <w:rPr>
          <w:rFonts w:ascii="Gentium Plus" w:hAnsi="Gentium Plus"/>
          <w:sz w:val="24"/>
        </w:rPr>
        <w:t>Ὑπόκρισις δὲ, λανθάνουσα πικρία. Τιμὴ δὲ τοῦ Πλάσαντος, ἄνθρωπον φιλεῖν· Τοῦ πτωχίσαντος δ’ αὑτὸν, ἡ πτωχῶν σχέσις. Φιλόξενος δ’ ὃς οἶδεν αὐτὸς ὢν ξένος. Βίου γαλήνη δ’ ἔστιν, εἰρήνη φίλη·</w:t>
      </w:r>
    </w:p>
    <w:p>
      <w:r>
        <w:rPr>
          <w:rFonts w:ascii="Courier New" w:hAnsi="Courier New"/>
          <w:color w:val="555555"/>
          <w:sz w:val="20"/>
        </w:rPr>
        <w:t>[10]</w:t>
      </w:r>
    </w:p>
    <w:p>
      <w:r>
        <w:rPr>
          <w:rFonts w:ascii="Gentium Plus" w:hAnsi="Gentium Plus"/>
          <w:sz w:val="24"/>
        </w:rPr>
        <w:t>Ψυχῆς δὲ καὶ μάλιστα, λώφησις παθῶν. Ἡ δ’ ἔχθρα μοι δύσνοια καὶ διάστασις· Ἔχθρα δὲ καὶ πόλεμος, εὑρέτης κακῶν. Ἁγνισμός ἐστιν ἡ Θεοῦ συνουσία.</w:t>
      </w:r>
    </w:p>
    <w:p>
      <w:r>
        <w:rPr>
          <w:rFonts w:ascii="Courier New" w:hAnsi="Courier New"/>
          <w:color w:val="555555"/>
          <w:sz w:val="20"/>
        </w:rPr>
        <w:t>[958]</w:t>
      </w:r>
    </w:p>
    <w:p>
      <w:r>
        <w:rPr>
          <w:rFonts w:ascii="Gentium Plus" w:hAnsi="Gentium Plus"/>
          <w:sz w:val="24"/>
        </w:rPr>
        <w:t>Βέβηλον οἴου καὶ βδέλυγμ’ ἁμαρτίαν. Κάθαρσίς ἐστιν ἔκπλυσις μολυσμάτων. Μολυσμὸν οἶδα καὶ τύπωσιν τῶν κακῶν. Γάμος μέν ἐστιν ἔννομος σαρκῶν δέσις·</w:t>
      </w:r>
    </w:p>
    <w:p>
      <w:r>
        <w:rPr>
          <w:rFonts w:ascii="Courier New" w:hAnsi="Courier New"/>
          <w:color w:val="555555"/>
          <w:sz w:val="20"/>
        </w:rPr>
        <w:t>[5]</w:t>
      </w:r>
    </w:p>
    <w:p>
      <w:r>
        <w:rPr>
          <w:rFonts w:ascii="Gentium Plus" w:hAnsi="Gentium Plus"/>
          <w:sz w:val="24"/>
        </w:rPr>
        <w:t>Ἡ παρθενεία δ’ ἔκβασις τοῦ σώματος. Οὗτος μοναστὴς, ὃς Θεῷ ζῇ καὶ μόνῳ. Μονὴ δέ μοι, σύνταγμα πρὸς σωτηρίαν. Ἁμαρτί’ ἐστὶ τοῦ καλοῦ παρεκτροπὴ, Ὃ μὴ φύσις τε καὶ νόμος χαρίζεται.</w:t>
      </w:r>
    </w:p>
    <w:p>
      <w:r>
        <w:rPr>
          <w:rFonts w:ascii="Courier New" w:hAnsi="Courier New"/>
          <w:color w:val="555555"/>
          <w:sz w:val="20"/>
        </w:rPr>
        <w:t>[10]</w:t>
      </w:r>
    </w:p>
    <w:p>
      <w:r>
        <w:rPr>
          <w:rFonts w:ascii="Gentium Plus" w:hAnsi="Gentium Plus"/>
          <w:sz w:val="24"/>
        </w:rPr>
        <w:t>Νόμος μέν ἐστιν ἔνδικος πρακτῶν ὅρος. Ἡ δ’ ἐντολή μοι δεσπότου παρεγγυή. Παρανομί’ ἐστὶν ἐν νόμῳ πονηρία·</w:t>
      </w:r>
    </w:p>
    <w:p>
      <w:r>
        <w:rPr>
          <w:rFonts w:ascii="Courier New" w:hAnsi="Courier New"/>
          <w:color w:val="555555"/>
          <w:sz w:val="20"/>
        </w:rPr>
        <w:t>[959]</w:t>
      </w:r>
    </w:p>
    <w:p>
      <w:r>
        <w:rPr>
          <w:rFonts w:ascii="Gentium Plus" w:hAnsi="Gentium Plus"/>
          <w:sz w:val="24"/>
        </w:rPr>
        <w:t>Ἰουδαϊσμός ἐστιν, ὁ πρῶτος νόμος· Ὁ δεύτερος δὲ, τοῦ πάθους μυστήριον. Ὁ μὲν σκιώδης, δαιμόνων ἀναιρέτης· Ὁ δὲ τρανός τε καὶ λύτης αἰνιγμάτων.</w:t>
      </w:r>
    </w:p>
    <w:p>
      <w:r>
        <w:rPr>
          <w:rFonts w:ascii="Courier New" w:hAnsi="Courier New"/>
          <w:color w:val="555555"/>
          <w:sz w:val="20"/>
        </w:rPr>
        <w:t>[5]</w:t>
      </w:r>
    </w:p>
    <w:p>
      <w:r>
        <w:rPr>
          <w:rFonts w:ascii="Gentium Plus" w:hAnsi="Gentium Plus"/>
          <w:sz w:val="24"/>
        </w:rPr>
        <w:t>Χριστοῦ δ’ ἐνανθρώπησις, ἄλλη μου πλάσις, Θεοῦ παθόντος σαρκικῶς ἐμῷ πάθει, Ὃς πάντα πᾶσιν ἀντέδωκε τοῖς ἐμοῖς. Ἐκ μὲν γυναικὸς ἦλθεν, εἰς Εὔας χάριν· Ἐκ Παρθένου δέ· καὶ γὰρ ἐκ Πατρὸς μόνου</w:t>
      </w:r>
    </w:p>
    <w:p>
      <w:r>
        <w:rPr>
          <w:rFonts w:ascii="Courier New" w:hAnsi="Courier New"/>
          <w:color w:val="555555"/>
          <w:sz w:val="20"/>
        </w:rPr>
        <w:t>[10]</w:t>
      </w:r>
    </w:p>
    <w:p>
      <w:r>
        <w:rPr>
          <w:rFonts w:ascii="Gentium Plus" w:hAnsi="Gentium Plus"/>
          <w:sz w:val="24"/>
        </w:rPr>
        <w:t>Τὸ πρῶτον, ἄζυξ ἀζύγων. Ἡ δ’ ἀπογραφὴ Τῆς θείας αὖθις ἐγγραφῆς εἶχε τύπον. Ἡ σπαργάνωσις, ἀντὶ τῆς γυμνώσεως. Φόνος δὲ παίδων, νηπίων ἄρσις τύπων. Ἀστὴρ τρέχων δὲ, προσκύνησις κτίσεως.</w:t>
      </w:r>
    </w:p>
    <w:p>
      <w:r>
        <w:rPr>
          <w:rFonts w:ascii="Courier New" w:hAnsi="Courier New"/>
          <w:color w:val="555555"/>
          <w:sz w:val="20"/>
        </w:rPr>
        <w:t>[15]</w:t>
      </w:r>
    </w:p>
    <w:p>
      <w:r>
        <w:rPr>
          <w:rFonts w:ascii="Gentium Plus" w:hAnsi="Gentium Plus"/>
          <w:sz w:val="24"/>
        </w:rPr>
        <w:t>Μάγοι δὲ προστρέχοντες, ἐθνῶν εἴσοδος.</w:t>
      </w:r>
    </w:p>
    <w:p>
      <w:r>
        <w:rPr>
          <w:rFonts w:ascii="Courier New" w:hAnsi="Courier New"/>
          <w:color w:val="555555"/>
          <w:sz w:val="20"/>
        </w:rPr>
        <w:t>[960]</w:t>
      </w:r>
    </w:p>
    <w:p>
      <w:r>
        <w:rPr>
          <w:rFonts w:ascii="Gentium Plus" w:hAnsi="Gentium Plus"/>
          <w:sz w:val="24"/>
        </w:rPr>
        <w:t>Τὸ λοῦτρον ἦν κάθαρσις ὑδάτων ἐμῶν. Τὸ Πνεῦμα συγγένεια μαρτυρουμένη. Ἄλειψις ἡ νηστεία πρὸς ἐχθροῦ πάλην. Ἡ πεῖρα δ’ ἦν ἔρευνα τῆς Θεοῦ πλοκῆς.</w:t>
      </w:r>
    </w:p>
    <w:p>
      <w:r>
        <w:rPr>
          <w:rFonts w:ascii="Courier New" w:hAnsi="Courier New"/>
          <w:color w:val="555555"/>
          <w:sz w:val="20"/>
        </w:rPr>
        <w:t>[5]</w:t>
      </w:r>
    </w:p>
    <w:p>
      <w:r>
        <w:rPr>
          <w:rFonts w:ascii="Gentium Plus" w:hAnsi="Gentium Plus"/>
          <w:sz w:val="24"/>
        </w:rPr>
        <w:t>Στέφος δ’ ἀκανθῶν, ἔνδυσις τε πορφύρας, Ἐχθροῦ κράτους σύλησις ἐκ παλαισμάτων. Τρόπαιον ὁ σταυρὸς δὲ τοῦ ξύλου ξύλον. Ἧλοι δὲ πῆξις τῆς ἐμῆς ἁμαρτίας. Εἴσω δὲ πάντα ταῖν χεροῖν ἁπλουμέναιν.</w:t>
      </w:r>
    </w:p>
    <w:p>
      <w:r>
        <w:rPr>
          <w:rFonts w:ascii="Courier New" w:hAnsi="Courier New"/>
          <w:color w:val="555555"/>
          <w:sz w:val="20"/>
        </w:rPr>
        <w:t>[10]</w:t>
      </w:r>
    </w:p>
    <w:p>
      <w:r>
        <w:rPr>
          <w:rFonts w:ascii="Gentium Plus" w:hAnsi="Gentium Plus"/>
          <w:sz w:val="24"/>
        </w:rPr>
        <w:t>Γεύσει δὲ γεῦσις ἡ χολῆς ἀντίστατος. Λῃστῶν δ’ ὁ μὲν σέσωστο πιστεύσας, Ἀδάμ· Ὁ δ’ ἦν πονηρὸς, καίπερ ἐσταυρωμένος. Πένθος δὲ τοῦ παθόντος ἑκταῖον σκότος· Πετρῶν δὲ ῥῆξις, τῶν πετρῶν ὑπέρμαχος·</w:t>
      </w:r>
    </w:p>
    <w:p>
      <w:r>
        <w:rPr>
          <w:rFonts w:ascii="Courier New" w:hAnsi="Courier New"/>
          <w:color w:val="555555"/>
          <w:sz w:val="20"/>
        </w:rPr>
        <w:t>[15]</w:t>
      </w:r>
    </w:p>
    <w:p>
      <w:r>
        <w:rPr>
          <w:rFonts w:ascii="Gentium Plus" w:hAnsi="Gentium Plus"/>
          <w:sz w:val="24"/>
        </w:rPr>
        <w:t>Νεκρῶν δ’ ἔγερσις, εἴσοδός τε εἰς πόλιν,</w:t>
      </w:r>
    </w:p>
    <w:p>
      <w:r>
        <w:rPr>
          <w:rFonts w:ascii="Courier New" w:hAnsi="Courier New"/>
          <w:color w:val="555555"/>
          <w:sz w:val="20"/>
        </w:rPr>
        <w:t>[961]</w:t>
      </w:r>
    </w:p>
    <w:p>
      <w:r>
        <w:rPr>
          <w:rFonts w:ascii="Gentium Plus" w:hAnsi="Gentium Plus"/>
          <w:sz w:val="24"/>
        </w:rPr>
        <w:t>Ἡ τῶν θανόντων εἰς ἄνω μετάστασις. Πλευρᾶς δὲ ῥεῦσαν αἷμα καὶ ὕδωρ ἅμα, Τὸ δισσὸν ἦν βάπτισμα, λούτρου καὶ πάθους, Ὅταν διώκτης κίνδυνον καιρὸς φέρῃ.</w:t>
      </w:r>
    </w:p>
    <w:p>
      <w:r>
        <w:rPr>
          <w:rFonts w:ascii="Courier New" w:hAnsi="Courier New"/>
          <w:color w:val="555555"/>
          <w:sz w:val="20"/>
        </w:rPr>
        <w:t>[5]</w:t>
      </w:r>
    </w:p>
    <w:p>
      <w:r>
        <w:rPr>
          <w:rFonts w:ascii="Gentium Plus" w:hAnsi="Gentium Plus"/>
          <w:sz w:val="24"/>
        </w:rPr>
        <w:t>Ἡ νεκρότης δὲ, τῆς ἐμῆς ἀναίρεσις. Ἡ δ’ ἐκ νεκρῶν ἔγερσις, ἐξ ᾅδου λύσις. Ἡ δ’ εἰς ἄνω πορεία καί μ’ ἄνω φέρει. Καὶ τἀπὶ τούτοις, δεῦρό μοι, σκεψώμεθα. Λαὸς μέν ἐστι σύνταγμ’ εἰς Θεοῦ σέβας.</w:t>
      </w:r>
    </w:p>
    <w:p>
      <w:r>
        <w:rPr>
          <w:rFonts w:ascii="Courier New" w:hAnsi="Courier New"/>
          <w:color w:val="555555"/>
          <w:sz w:val="20"/>
        </w:rPr>
        <w:t>[10]</w:t>
      </w:r>
    </w:p>
    <w:p>
      <w:r>
        <w:rPr>
          <w:rFonts w:ascii="Gentium Plus" w:hAnsi="Gentium Plus"/>
          <w:sz w:val="24"/>
        </w:rPr>
        <w:t>Ναὸς δὲ λαοῦ σεπτὸν ἁγνευτήριον. Θεῷ δὲ δῶρον, θυσίαι καθάρσιοι. Δώρων δοχεῖον ἁγνὸν, ἡ θεηδόχος</w:t>
      </w:r>
    </w:p>
    <w:p>
      <w:r>
        <w:rPr>
          <w:rFonts w:ascii="Courier New" w:hAnsi="Courier New"/>
          <w:color w:val="555555"/>
          <w:sz w:val="20"/>
        </w:rPr>
        <w:t>[962]</w:t>
      </w:r>
    </w:p>
    <w:p>
      <w:r>
        <w:rPr>
          <w:rFonts w:ascii="Gentium Plus" w:hAnsi="Gentium Plus"/>
          <w:sz w:val="24"/>
        </w:rPr>
        <w:t>Τράπεζ’. Ἱερωσύνη δὲ ἁγνισμὸς φρενῶν, Θεῷ φέρων ἄνθρωπον, ἀνθρώπῳ Θεόν· Μυστήριον μέν ἐστιν ἄῤῥητον σέβας. Χάρισμα δ’ οἶδα Πνεύματος θείαν δόσιν.</w:t>
      </w:r>
    </w:p>
    <w:p>
      <w:r>
        <w:rPr>
          <w:rFonts w:ascii="Courier New" w:hAnsi="Courier New"/>
          <w:color w:val="555555"/>
          <w:sz w:val="20"/>
        </w:rPr>
        <w:t>[5]</w:t>
      </w:r>
    </w:p>
    <w:p>
      <w:r>
        <w:rPr>
          <w:rFonts w:ascii="Gentium Plus" w:hAnsi="Gentium Plus"/>
          <w:sz w:val="24"/>
        </w:rPr>
        <w:t>Κήρυγμ’ ἀδήλων, τὴν προφητείαν λέγω· Εὐαγγέλιον δὲ, τῆς νέας σωτηρίας· Ἀποστολὴν δὲ, συμμαχίαν κηρύγματος· Λόγου δὲ γνῶσιν, τὴν κατήχησιν, νέοις· Τὴν δὲ μετάνοιαν, πρὸς τὰ κρείσσονα στροφήν·</w:t>
      </w:r>
    </w:p>
    <w:p>
      <w:r>
        <w:rPr>
          <w:rFonts w:ascii="Courier New" w:hAnsi="Courier New"/>
          <w:color w:val="555555"/>
          <w:sz w:val="20"/>
        </w:rPr>
        <w:t>[10]</w:t>
      </w:r>
    </w:p>
    <w:p>
      <w:r>
        <w:rPr>
          <w:rFonts w:ascii="Gentium Plus" w:hAnsi="Gentium Plus"/>
          <w:sz w:val="24"/>
        </w:rPr>
        <w:t>Ἐξόρκισιν δὲ, δαιμόνων ἐξαίρεσιν. Τὸ λοῦτρόν ἐστι δευτέρου βίου σφραγίς.</w:t>
      </w:r>
    </w:p>
    <w:p>
      <w:r>
        <w:rPr>
          <w:rFonts w:ascii="Courier New" w:hAnsi="Courier New"/>
          <w:color w:val="555555"/>
          <w:sz w:val="20"/>
        </w:rPr>
        <w:t>[963]</w:t>
      </w:r>
    </w:p>
    <w:p>
      <w:r>
        <w:rPr>
          <w:rFonts w:ascii="Gentium Plus" w:hAnsi="Gentium Plus"/>
          <w:sz w:val="24"/>
        </w:rPr>
        <w:t>Παθημάτων τε τῶν Θεοῦ κοινωνία. Σημεῖόν ἐστι θαῦμά γ’ οὐκ εἰθισμένον. Πυρὸς δὲ γλῶσσαι, Πνεύματος ἐνδημία. Ὁ ψυχικὸς δ’ ἄνθρωπος, οὐδέπω καλός·</w:t>
      </w:r>
    </w:p>
    <w:p>
      <w:r>
        <w:rPr>
          <w:rFonts w:ascii="Courier New" w:hAnsi="Courier New"/>
          <w:color w:val="555555"/>
          <w:sz w:val="20"/>
        </w:rPr>
        <w:t>[5]</w:t>
      </w:r>
    </w:p>
    <w:p>
      <w:r>
        <w:rPr>
          <w:rFonts w:ascii="Gentium Plus" w:hAnsi="Gentium Plus"/>
          <w:sz w:val="24"/>
        </w:rPr>
        <w:t>Ὁ σαρκικὸς δὲ, καὶ λίαν πάθους φίλος· Ὁ πνευματικὸς δ’, οὐ μακρὰν τοῦ πνεύματος. Τίς δ’ Ἀντίχριστος; πλῆρες ἰοῦ θηρίον, Ἀνὴρ δυνάστης. Ἡ ἀπόστασις δὲ τίς; Ὁ παγκάκιστος ἀρτίως ἀποστάτης,</w:t>
      </w:r>
    </w:p>
    <w:p>
      <w:r>
        <w:rPr>
          <w:rFonts w:ascii="Courier New" w:hAnsi="Courier New"/>
          <w:color w:val="555555"/>
          <w:sz w:val="20"/>
        </w:rPr>
        <w:t>[10]</w:t>
      </w:r>
    </w:p>
    <w:p>
      <w:r>
        <w:rPr>
          <w:rFonts w:ascii="Gentium Plus" w:hAnsi="Gentium Plus"/>
          <w:sz w:val="24"/>
        </w:rPr>
        <w:t>Ἥ τε κρατοῦσα νῦν Θεοῦ διαίρεσις· Μεθ’ ἣν ὁ Χριστὸς αὖθις ἐν δόξῃ Πατρὸς, Ὅσον φανῆναι σῶμα τοῖς θεοκτόνοις. Μεθ’ ἣν ἀνάστασις, ἡ δέσις τοῦ συνθέτου· Μεθ’ ἣν τὸ συμπέρασμα, τῶν ὄντων λύσις·</w:t>
      </w:r>
    </w:p>
    <w:p>
      <w:r>
        <w:rPr>
          <w:rFonts w:ascii="Courier New" w:hAnsi="Courier New"/>
          <w:color w:val="555555"/>
          <w:sz w:val="20"/>
        </w:rPr>
        <w:t>[15]</w:t>
      </w:r>
    </w:p>
    <w:p>
      <w:r>
        <w:rPr>
          <w:rFonts w:ascii="Gentium Plus" w:hAnsi="Gentium Plus"/>
          <w:sz w:val="24"/>
        </w:rPr>
        <w:t>Ἔστι δὲ δή τις πρὸς τὸ κρεῖσσον ἀλλαγή·</w:t>
      </w:r>
    </w:p>
    <w:p>
      <w:r>
        <w:rPr>
          <w:rFonts w:ascii="Courier New" w:hAnsi="Courier New"/>
          <w:color w:val="555555"/>
          <w:sz w:val="20"/>
        </w:rPr>
        <w:t>[964]</w:t>
      </w:r>
    </w:p>
    <w:p>
      <w:r>
        <w:rPr>
          <w:rFonts w:ascii="Gentium Plus" w:hAnsi="Gentium Plus"/>
          <w:sz w:val="24"/>
        </w:rPr>
        <w:t>Μεθ’ ἣν κρίσις τε καὶ φόβος. Τίς δ’ ἡ κρίσις; Οἰκεῖον ἔνδον τοῦ συνειδότος βάρος, Ἢ κουφότης, νόμου τε πρὸς βίον σταθμή. Μακαριότης δ’ ἔμοιγε ἡ εὐζωΐα.</w:t>
      </w:r>
    </w:p>
    <w:p>
      <w:r>
        <w:rPr>
          <w:rFonts w:ascii="Courier New" w:hAnsi="Courier New"/>
          <w:color w:val="555555"/>
          <w:sz w:val="20"/>
        </w:rPr>
        <w:t>[5]</w:t>
      </w:r>
    </w:p>
    <w:p>
      <w:r>
        <w:rPr>
          <w:rFonts w:ascii="Gentium Plus" w:hAnsi="Gentium Plus"/>
          <w:sz w:val="24"/>
        </w:rPr>
        <w:t>Τίς δ’ ἡ βασιλεία; τοῦ Θεοῦ θεωρία. Σὺν ἀγγέλοις τε δόξα καὶ ὑμνῳδία. Σκότος δὲ τοῖς κακίστοις, ἐκ Θεοῦ πεσεῖν· Σκώληξ δὲ, πῦρ τε, τῆξις ὑλικοῦ πάθους. Εἰ δ’ ἄλλο τοῦδε κρεῖσσον, οὐκ ἔξω Θεοῦ.</w:t>
      </w:r>
    </w:p>
    <w:p>
      <w:r>
        <w:rPr>
          <w:rFonts w:ascii="Courier New" w:hAnsi="Courier New"/>
          <w:color w:val="555555"/>
          <w:sz w:val="20"/>
        </w:rPr>
        <w:t>[10]</w:t>
      </w:r>
    </w:p>
    <w:p>
      <w:r>
        <w:rPr>
          <w:rFonts w:ascii="Gentium Plus" w:hAnsi="Gentium Plus"/>
          <w:sz w:val="24"/>
        </w:rPr>
        <w:t>Τύχη δὲ, καὶ πρόνοια, καὶ εἱμαρμένη· Ἡ μὲν, τὸ συμβὰν αὐτομάτως, λόγου δίχα Ἡ δ’, οἰακισμὸς, ᾧ φέρει τὸ πᾶν Θεός· Ἡ δ’, εἱρμὸς, οἶμαι, τῶν Θεῷ τυπουμένων.</w:t>
      </w:r>
    </w:p>
    <w:p>
      <w:r>
        <w:rPr>
          <w:rFonts w:ascii="Courier New" w:hAnsi="Courier New"/>
          <w:color w:val="555555"/>
          <w:sz w:val="20"/>
        </w:rPr>
        <w:t>[965 (1t)]</w:t>
      </w:r>
    </w:p>
    <w:p>
      <w:pPr>
        <w:jc w:val="center"/>
      </w:pPr>
      <w:r>
        <w:rPr>
          <w:rFonts w:ascii="Gentium Plus" w:hAnsi="Gentium Plus"/>
          <w:b/>
          <w:sz w:val="24"/>
        </w:rPr>
        <w:t>ΛΕʹ. Εἰς πενίαν φιλόσοφον</w:t>
      </w:r>
    </w:p>
    <w:p>
      <w:r>
        <w:rPr>
          <w:rFonts w:ascii="Courier New" w:hAnsi="Courier New"/>
          <w:color w:val="555555"/>
          <w:sz w:val="20"/>
        </w:rPr>
        <w:t>[2]</w:t>
      </w:r>
    </w:p>
    <w:p>
      <w:r>
        <w:rPr>
          <w:rFonts w:ascii="Gentium Plus" w:hAnsi="Gentium Plus"/>
          <w:sz w:val="24"/>
        </w:rPr>
        <w:t>Χαίρεις, τρυφῶν, σὺ τῇ νόσῳ, εἶτ’ εὐπορεῖς; Ἔχεις κακὸν μὲν, φάρμακον δὲ τῆς νόσου. Ἄλλος πένης μὲν, ἐγκρατὴς δέ· τρισμάκαρ</w:t>
      </w:r>
    </w:p>
    <w:p>
      <w:r>
        <w:rPr>
          <w:rFonts w:ascii="Courier New" w:hAnsi="Courier New"/>
          <w:color w:val="555555"/>
          <w:sz w:val="20"/>
        </w:rPr>
        <w:t>[5]</w:t>
      </w:r>
    </w:p>
    <w:p>
      <w:r>
        <w:rPr>
          <w:rFonts w:ascii="Gentium Plus" w:hAnsi="Gentium Plus"/>
          <w:sz w:val="24"/>
        </w:rPr>
        <w:t>Ὃς οὔτε δεινὸν, οὔτε φάρμακον ἔχει. Τὸν πλούσιον μὲν, τῶν παθῶν δὲ ἥσσονα, Τότε προτιμῶ τοῦ πένητος καὶ σοφοῦ, Ὅταν τὸν ἰσχύοντα παραπληξίᾳ Τοῦ μὴ νοσοῦντος, ἀσθενεστέρου δέ γε.</w:t>
      </w:r>
    </w:p>
    <w:p>
      <w:r>
        <w:rPr>
          <w:rFonts w:ascii="Courier New" w:hAnsi="Courier New"/>
          <w:color w:val="555555"/>
          <w:sz w:val="20"/>
        </w:rPr>
        <w:t>[10t]</w:t>
      </w:r>
    </w:p>
    <w:p>
      <w:pPr>
        <w:jc w:val="center"/>
      </w:pPr>
      <w:r>
        <w:rPr>
          <w:rFonts w:ascii="Gentium Plus" w:hAnsi="Gentium Plus"/>
          <w:b/>
          <w:sz w:val="24"/>
        </w:rPr>
        <w:t>Λϛʹ. Περὶ τῆς αὐτῆς.</w:t>
      </w:r>
    </w:p>
    <w:p>
      <w:r>
        <w:rPr>
          <w:rFonts w:ascii="Courier New" w:hAnsi="Courier New"/>
          <w:color w:val="555555"/>
          <w:sz w:val="20"/>
        </w:rPr>
        <w:t>[11]</w:t>
      </w:r>
    </w:p>
    <w:p>
      <w:r>
        <w:rPr>
          <w:rFonts w:ascii="Gentium Plus" w:hAnsi="Gentium Plus"/>
          <w:sz w:val="24"/>
        </w:rPr>
        <w:t>Ἔστω τις νοσερὸς χαλεπῶς, καὶ πολλὰ πορίζων Φάρμακα τοῖς πάθεσιν· ἄλλος ὑγεινότατος, Φάρμακον οὐδὲν ἔχων· πότερον τούτων μακαρίζεις;</w:t>
      </w:r>
    </w:p>
    <w:p>
      <w:r>
        <w:rPr>
          <w:rFonts w:ascii="Courier New" w:hAnsi="Courier New"/>
          <w:color w:val="555555"/>
          <w:sz w:val="20"/>
        </w:rPr>
        <w:t>[966]</w:t>
      </w:r>
    </w:p>
    <w:p>
      <w:r>
        <w:rPr>
          <w:rFonts w:ascii="Gentium Plus" w:hAnsi="Gentium Plus"/>
          <w:sz w:val="24"/>
        </w:rPr>
        <w:t>Τόν ῥ’ εὐεκτοῦντα (οἶδ’ ὅτι καὶ γὰρ ἅπας). Οὕτω τὸν χρῄζοντ’ ὀλίγων, κἂν σφόδρα πένηται, Πρὸς τοῦ πλουτοῦντος χρήμασι καὶ πάθεσι.</w:t>
      </w:r>
    </w:p>
    <w:p>
      <w:r>
        <w:rPr>
          <w:rFonts w:ascii="Courier New" w:hAnsi="Courier New"/>
          <w:color w:val="555555"/>
          <w:sz w:val="20"/>
        </w:rPr>
        <w:t>[4t]</w:t>
      </w:r>
    </w:p>
    <w:p>
      <w:pPr>
        <w:jc w:val="center"/>
      </w:pPr>
      <w:r>
        <w:rPr>
          <w:rFonts w:ascii="Gentium Plus" w:hAnsi="Gentium Plus"/>
          <w:b/>
          <w:sz w:val="24"/>
        </w:rPr>
        <w:t>ΛΖʹ. Εἰς τὴν ὑπομονήν.</w:t>
      </w:r>
    </w:p>
    <w:p>
      <w:r>
        <w:rPr>
          <w:rFonts w:ascii="Courier New" w:hAnsi="Courier New"/>
          <w:color w:val="555555"/>
          <w:sz w:val="20"/>
        </w:rPr>
        <w:t>[5]</w:t>
      </w:r>
    </w:p>
    <w:p>
      <w:r>
        <w:rPr>
          <w:rFonts w:ascii="Gentium Plus" w:hAnsi="Gentium Plus"/>
          <w:sz w:val="24"/>
        </w:rPr>
        <w:t>Ὅταν τιν’ εὕρῃς εὐπαθοῦντα τῶν κακῶν, Γίνωσκε τοῦτον τῷ τέλει τηρούμενον. Ὅταν καλόν τιν’ ἐν κακοῖς, καθάρσιον Τὴν θλίψιν ἴσθι· δεῖ γὰρ, εἴ τι καὶ μικρὸν Ἰλύος ἐφέλκει, τοῦτο ῥυφθῆναι πόνοις,</w:t>
      </w:r>
    </w:p>
    <w:p>
      <w:r>
        <w:rPr>
          <w:rFonts w:ascii="Courier New" w:hAnsi="Courier New"/>
          <w:color w:val="555555"/>
          <w:sz w:val="20"/>
        </w:rPr>
        <w:t>[10]</w:t>
      </w:r>
    </w:p>
    <w:p>
      <w:r>
        <w:rPr>
          <w:rFonts w:ascii="Gentium Plus" w:hAnsi="Gentium Plus"/>
          <w:sz w:val="24"/>
        </w:rPr>
        <w:t>Ὡς μηδὲν εἰς πύρωσιν ἔλθῃ τῶν κακῶν· Ἢ πεῖραν εἶναι καὶ πάλην τοῦ δυσμενοῦς, Θεοῦ διδόντος, ὡς ἀναῤῥηθῇς μέγας.</w:t>
      </w:r>
    </w:p>
    <w:p>
      <w:r>
        <w:rPr>
          <w:rFonts w:ascii="Courier New" w:hAnsi="Courier New"/>
          <w:color w:val="555555"/>
          <w:sz w:val="20"/>
        </w:rPr>
        <w:t>[967 (1t)]</w:t>
      </w:r>
    </w:p>
    <w:p>
      <w:pPr>
        <w:jc w:val="center"/>
      </w:pPr>
      <w:r>
        <w:rPr>
          <w:rFonts w:ascii="Gentium Plus" w:hAnsi="Gentium Plus"/>
          <w:b/>
          <w:sz w:val="24"/>
        </w:rPr>
        <w:t>ΛΗʹ. Εἰς τὴν αὐτήν.</w:t>
      </w:r>
    </w:p>
    <w:p>
      <w:r>
        <w:rPr>
          <w:rFonts w:ascii="Courier New" w:hAnsi="Courier New"/>
          <w:color w:val="555555"/>
          <w:sz w:val="20"/>
        </w:rPr>
        <w:t>[2]</w:t>
      </w:r>
    </w:p>
    <w:p>
      <w:r>
        <w:rPr>
          <w:rFonts w:ascii="Gentium Plus" w:hAnsi="Gentium Plus"/>
          <w:sz w:val="24"/>
        </w:rPr>
        <w:t>Εἴ τις ἐὼν κακίης στυγερὸν τέκος ἔνθα τέθηλας, Ταῖς πυμάταις βασάνοις ἴσθι φυλασσόμενος. Εἴ τις ἄριστος ἐὼν κύρσας τραχέος βιότοιο,</w:t>
      </w:r>
    </w:p>
    <w:p>
      <w:r>
        <w:rPr>
          <w:rFonts w:ascii="Courier New" w:hAnsi="Courier New"/>
          <w:color w:val="555555"/>
          <w:sz w:val="20"/>
        </w:rPr>
        <w:t>[5]</w:t>
      </w:r>
    </w:p>
    <w:p>
      <w:r>
        <w:rPr>
          <w:rFonts w:ascii="Gentium Plus" w:hAnsi="Gentium Plus"/>
          <w:sz w:val="24"/>
        </w:rPr>
        <w:t>Ὡς χρυσὸς χοάνοις ἴσθι καθαιρόμενος· Ἢ φθονεροῖο πάλῃ κάμνων δέμας, ἄλλος Ἰώβ τις, Ὥς κεν ἀεθλήσας στέμμα νίκης φορέοις. Τῷ μήτ’ εὐθαλέων τέρπου φρένα, μήτε μόγοισι Κάμπτεο χριστοφόρῳ πάντα φέρων κραδίῃ.</w:t>
      </w:r>
    </w:p>
    <w:p>
      <w:r>
        <w:rPr>
          <w:rFonts w:ascii="Courier New" w:hAnsi="Courier New"/>
          <w:color w:val="555555"/>
          <w:sz w:val="20"/>
        </w:rPr>
        <w:t>[10t]</w:t>
      </w:r>
    </w:p>
    <w:p>
      <w:pPr>
        <w:jc w:val="center"/>
      </w:pPr>
      <w:r>
        <w:rPr>
          <w:rFonts w:ascii="Gentium Plus" w:hAnsi="Gentium Plus"/>
          <w:b/>
          <w:sz w:val="24"/>
        </w:rPr>
        <w:t>ΛΘʹ. Εἰς τύχην καὶ φρόνησιν.</w:t>
      </w:r>
    </w:p>
    <w:p>
      <w:r>
        <w:rPr>
          <w:rFonts w:ascii="Courier New" w:hAnsi="Courier New"/>
          <w:color w:val="555555"/>
          <w:sz w:val="20"/>
        </w:rPr>
        <w:t>[11]</w:t>
      </w:r>
    </w:p>
    <w:p>
      <w:r>
        <w:rPr>
          <w:rFonts w:ascii="Gentium Plus" w:hAnsi="Gentium Plus"/>
          <w:sz w:val="24"/>
        </w:rPr>
        <w:t>Ἔφησέ τίς που τῶν φιλοχρύσων τάδε·</w:t>
      </w:r>
    </w:p>
    <w:p>
      <w:r>
        <w:rPr>
          <w:rFonts w:ascii="Courier New" w:hAnsi="Courier New"/>
          <w:color w:val="555555"/>
          <w:sz w:val="20"/>
        </w:rPr>
        <w:t>[968]</w:t>
      </w:r>
    </w:p>
    <w:p>
      <w:r>
        <w:rPr>
          <w:rFonts w:ascii="Gentium Plus" w:hAnsi="Gentium Plus"/>
          <w:sz w:val="24"/>
        </w:rPr>
        <w:t>«Θέλω τύχης σταλαγμὸν, ἢ φρενῶν πίθον.» Πρὸς ὅν τις ἀντέφησε τῶν φιλοφρόνων· «Ῥανὶς φρενῶν μοι μᾶλλον, ἢ βυθὸς τύχης.»</w:t>
      </w:r>
    </w:p>
    <w:p>
      <w:r>
        <w:rPr>
          <w:rFonts w:ascii="Courier New" w:hAnsi="Courier New"/>
          <w:color w:val="555555"/>
          <w:sz w:val="20"/>
        </w:rPr>
        <w:t>[4t]</w:t>
      </w:r>
    </w:p>
    <w:p>
      <w:pPr>
        <w:jc w:val="center"/>
      </w:pPr>
      <w:r>
        <w:rPr>
          <w:rFonts w:ascii="Gentium Plus" w:hAnsi="Gentium Plus"/>
          <w:b/>
          <w:sz w:val="24"/>
        </w:rPr>
        <w:t>Μʹ. Εἰς τῶν ἀνθρωπίνων ματαιότητα.</w:t>
      </w:r>
    </w:p>
    <w:p>
      <w:r>
        <w:rPr>
          <w:rFonts w:ascii="Courier New" w:hAnsi="Courier New"/>
          <w:color w:val="555555"/>
          <w:sz w:val="20"/>
        </w:rPr>
        <w:t>[5]</w:t>
      </w:r>
    </w:p>
    <w:p>
      <w:r>
        <w:rPr>
          <w:rFonts w:ascii="Gentium Plus" w:hAnsi="Gentium Plus"/>
          <w:sz w:val="24"/>
        </w:rPr>
        <w:t>Οἱ τοὺς ἀραχνῶν ἐκμιμούμενοι μίτους, Καὶ τοῖς ἀφαυροῖς ἐντρυφῶντες τοῦ βίου, Ἴστωσαν ὡς εὔληπτα καὶ αὔραις πέλει Τὰ τερπνὰ πάντα τοῦ ἀραχνώδους βίου. Οἱ τοὺς θρόνους ἔχοντες ὡραϊσμένους,</w:t>
      </w:r>
    </w:p>
    <w:p>
      <w:r>
        <w:rPr>
          <w:rFonts w:ascii="Courier New" w:hAnsi="Courier New"/>
          <w:color w:val="555555"/>
          <w:sz w:val="20"/>
        </w:rPr>
        <w:t>[10]</w:t>
      </w:r>
    </w:p>
    <w:p>
      <w:r>
        <w:rPr>
          <w:rFonts w:ascii="Gentium Plus" w:hAnsi="Gentium Plus"/>
          <w:sz w:val="24"/>
        </w:rPr>
        <w:t>Καὶ ταῖς ῥεούσαις ἐξοχαῖς ἐπηρμένοι, Σκοπεῖτε τὴν ἄφευκτον ἐσχάτως δίκην,</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