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Μαρτυρίαι</w:t>
      </w:r>
      <w:r>
        <w:br/>
      </w:r>
      <w:r>
        <w:rPr>
          <w:i/>
          <w:color w:val="666666"/>
          <w:sz w:val="40"/>
        </w:rPr>
        <w:t>Testimonies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Ἡσίοδος</w:t>
      </w:r>
      <w:r>
        <w:br/>
      </w:r>
      <w:r>
        <w:rPr>
          <w:i/>
          <w:color w:val="666666"/>
          <w:sz w:val="28"/>
        </w:rPr>
        <w:t>by Hesiod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PHILIPP. Epinom. 990 A σοφώτατον ἀνάγκη τὸν ἀληθῶς ἀστρονόμον εἶναι, μὴ τὸν καθ’ Ἡσίοδον ἀστρονομοῦντα καὶ πάντας τοὺς τοιούτους οἶον δυσμάς τε καὶ ἀνατολὰς ἐπεσκεμμένον, ἀλλὰ κτλ.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CALLIM. ep. 27 Ἡσιόδου τό τ’ ἄεισμα καὶ ὁ τρόπος· οὐ τὸν ἀοιδῶν ἔσχατον, ἀλλ’ ὀκνέω μὴ τὸ μελιχρότατον τῶν ἐπέων ὁ Σολεὺς ἀπεμάξατο· χαίρετε λεπταὶ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ῥήσιες, Ἀρήτου σύντονος ἀγρυπνίη.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PLUT. Pyth. or. 18. 402 F ... ἐν μέτροις πρότερον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