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Ἑξάμετροι</w:t>
      </w:r>
      <w:r>
        <w:br/>
      </w:r>
      <w:r>
        <w:rPr>
          <w:i/>
          <w:color w:val="666666"/>
          <w:sz w:val="40"/>
        </w:rPr>
        <w:t>Hexameters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Ἀδέσποτα Παπυράκεα Ἑξάμετρα</w:t>
      </w:r>
      <w:r>
        <w:br/>
      </w:r>
      <w:r>
        <w:rPr>
          <w:i/>
          <w:color w:val="666666"/>
          <w:sz w:val="28"/>
        </w:rPr>
        <w:t>by Hexameter Papyri Anonymous</w:t>
      </w:r>
    </w:p>
    <w:p/>
    <w:p>
      <w:r>
        <w:rPr>
          <w:rFonts w:ascii="Courier New" w:hAnsi="Courier New"/>
          <w:color w:val="555555"/>
          <w:sz w:val="20"/>
        </w:rPr>
        <w:t>[900]</w:t>
      </w:r>
    </w:p>
    <w:p>
      <w:r>
        <w:rPr>
          <w:rFonts w:ascii="Gentium Plus" w:hAnsi="Gentium Plus"/>
          <w:sz w:val="24"/>
        </w:rPr>
        <w:t>πρὸ]ς̣ κεφαλῆ(ς) [πόνον λόγο]ς̣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...... σ]ὺ γὰρ εἶ θνη[τοῖ]ς̣ .[ [ ].φο̣λοις π.[...]ων τ̣[έλεσον τε]λέαν ἐπαοιδ̣[ή]ν. [ ........]ας Σύρας Γαδαρηνῆς [ἐπαοιδὴ] πρὸς πᾶν κατάκαυ̣μ̣[α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〈 〉 ...... μ]υστοδόκ̣ο̣ς κατεκα̣[ύθη ὑψ]οτάτῳ δ’ ἐν ὄρει κατεκαύθ̣[η] 〈 〉 ἑπτὰ λύ[κ]ω̣ν̣ κρήνας, ἕπτ’ ἄρ̣[κτων], ἑπτὰ λεόντων· ἑπτὰ δὲ παρθενικαὶ κυ[α]νώπιδες ἤρυσαν [ὕ]δωρ κάλπ[ι]σι κυανέαις καὶ ἔσβεσαν ἀκ[άμ]ατον πῦρ.</w:t>
      </w:r>
    </w:p>
    <w:p>
      <w:r>
        <w:rPr>
          <w:rFonts w:ascii="Courier New" w:hAnsi="Courier New"/>
          <w:color w:val="555555"/>
          <w:sz w:val="20"/>
        </w:rPr>
        <w:t>[9]</w:t>
      </w:r>
    </w:p>
    <w:p>
      <w:r>
        <w:rPr>
          <w:rFonts w:ascii="Gentium Plus" w:hAnsi="Gentium Plus"/>
          <w:sz w:val="24"/>
        </w:rPr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Φιλίννης Θ̣ε[σσ]αλῆς ἐπαοιδὴ π[ρὸς] κεφαλῆς π[ό]νον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φεῦγ’ ὀδύν[η] κεφαλῆς φευγε..[...] ὑπὸ πέτ[ρα]ν̣· φεύγουσιν δὲ [λύ]κοι, φεύγ̣[ουσι] δὲ μώνυχε̣ς̣ [ἵπ]ποι .[.......]πληγ̣αισυπ̣[ ]......[</w:t>
      </w:r>
    </w:p>
    <w:p>
      <w:r>
        <w:rPr>
          <w:rFonts w:ascii="Courier New" w:hAnsi="Courier New"/>
          <w:color w:val="555555"/>
          <w:sz w:val="20"/>
        </w:rPr>
        <w:t>[13]</w:t>
      </w:r>
    </w:p>
    <w:p>
      <w:r>
        <w:rPr>
          <w:rFonts w:ascii="Gentium Plus" w:hAnsi="Gentium Plus"/>
          <w:sz w:val="24"/>
        </w:rPr>
        <w:t>— — — — —</w:t>
      </w:r>
    </w:p>
    <w:p>
      <w:r>
        <w:rPr>
          <w:rFonts w:ascii="Courier New" w:hAnsi="Courier New"/>
          <w:color w:val="555555"/>
          <w:sz w:val="20"/>
        </w:rPr>
        <w:t>[901]</w:t>
      </w:r>
    </w:p>
    <w:p>
      <w:r>
        <w:rPr>
          <w:rFonts w:ascii="Gentium Plus" w:hAnsi="Gentium Plus"/>
          <w:sz w:val="24"/>
        </w:rPr>
        <w:t>οὔτο̣ι θηρίον εἰμι .....ρομπελ..ω̣ι̣μ̣[ Λητοῦς δ’ εὔχομαι υἱὸς Ἀπόλλων αλ.[ θεσπέσιος τ..εσιδε τοσομ μέγεθος .[ καὶ κάλ̣λ̣[ο]ς κάρτος τε δέος δετιμου.[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ἀλλὰ θεὰ χάλασον σύ γ’ ἀπ’ ὤμων ἔρνε.[ καὶ κεφαλῆς μοῖραν τριτάτηνησ[</w:t>
      </w:r>
    </w:p>
    <w:p>
      <w:r>
        <w:rPr>
          <w:rFonts w:ascii="Courier New" w:hAnsi="Courier New"/>
          <w:color w:val="555555"/>
          <w:sz w:val="20"/>
        </w:rPr>
        <w:t>[901Ar]</w:t>
      </w:r>
    </w:p>
    <w:p>
      <w:r>
        <w:rPr>
          <w:rFonts w:ascii="Gentium Plus" w:hAnsi="Gentium Plus"/>
          <w:sz w:val="24"/>
        </w:rPr>
        <w:t>[]λα̣βεν αλλ’ εν̣[ ⏑–× [ φλο]ίσβοιο κελ̣[ –× [ ].δ̣ια τειρεν̣[ ⏑–× [ ]ω καὶ ἔρωτι.[ ⏑–×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fibrae avulsae [ ]ταρβέα θυμὸν ι̣[ –× [ ]σιον οἶδμα πε̣[ –× [ κ]ατὰ νύκτα φα[ –× [ ]σ̣[ ]ι̣[.]ντι παλαι[ –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[].ρ̣ε̣ιδομεν̣ο̣ς λιγυρῆ̣[ισιν [].δ̣οι̣ γλυκερώτερον̣ [ –× [ ].ης καὶ ομ[ –⏑ [ ].π̣εοντα δο̣.[ –× [ ]ι γαῖαν ἰδέσθαι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 ]χανε δεῖμα θαλάσσης [ ]η̣τισαναικη̣ [ ]ο̣θι πατρίδα [ –× [ ]δος ἴμερος ει̣.[ × [ ]..[ ]καιν̣..[ ]ν εκειν̣[ ×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 ]τοι γεγάασιν [ ]...[ ]ρ̣ος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[ ]. καὶ χθόνα πα[ ×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— — — — — — — —</w:t>
      </w:r>
    </w:p>
    <w:p>
      <w:r>
        <w:rPr>
          <w:rFonts w:ascii="Courier New" w:hAnsi="Courier New"/>
          <w:color w:val="555555"/>
          <w:sz w:val="20"/>
        </w:rPr>
        <w:t>[901Av]</w:t>
      </w:r>
    </w:p>
    <w:p>
      <w:r>
        <w:rPr>
          <w:rFonts w:ascii="Gentium Plus" w:hAnsi="Gentium Plus"/>
          <w:sz w:val="24"/>
        </w:rPr>
        <w:t>[–⏑⏑–⏑⏑– ]φι πονων σ̣[ [–⏑⏑–⏑⏑ ].ν καματ[ [–⏑⏑–⏑ ό]λ̣εθρος εν ϋ[ [–⏑⏑–⏑⏑ ]θυμον εσερ[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[].θαμβη..ι̣λα̣ρ̣[ []αιροντα παλαι[ [].λων δὲ διακρ[ [–⏑⏑–⏑⏑ ]μ̣ιν δαιδαλμα̣[ [].λον ατερ̣π̣.σι̣[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[].ι̣σ̣α κορ[.]σσαν....[ [].. ταν̣[ []..θοντα..[ []...ισιν..[ [–⏑⏑– ]ευ̣δοντος ι̣[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 ].ι πύργον επ[ [–⏑⏑– ]αλεη πολι̣[ [ ]αταρ εχθ[ []θονηδ[.]τ̣[ [–⏑⏑– κ]αὶ κάλλος ομι[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[–⏑⏑ ] θαυμάζοντες [ [–⏑⏑– ]λυτερ[ο]υ[ [–⏑⏑ ] ἄλλυδις α̣ἰὲ̣[ν. [–⏑⏑ ]ρων κρατερ[ [ ]ι̣ῳ ἔνι πᾶσαι[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vestigia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— — — — —</w:t>
      </w:r>
    </w:p>
    <w:p>
      <w:r>
        <w:rPr>
          <w:rFonts w:ascii="Courier New" w:hAnsi="Courier New"/>
          <w:color w:val="555555"/>
          <w:sz w:val="20"/>
        </w:rPr>
        <w:t>[902 (6)]</w:t>
      </w:r>
    </w:p>
    <w:p>
      <w:r>
        <w:rPr>
          <w:rFonts w:ascii="Gentium Plus" w:hAnsi="Gentium Plus"/>
          <w:sz w:val="24"/>
        </w:rPr>
        <w:t>[ ]............ο̣ις</w:t>
      </w:r>
    </w:p>
    <w:p>
      <w:r>
        <w:rPr>
          <w:rFonts w:ascii="Courier New" w:hAnsi="Courier New"/>
          <w:color w:val="555555"/>
          <w:sz w:val="20"/>
        </w:rPr>
        <w:t>[8]</w:t>
      </w:r>
    </w:p>
    <w:p>
      <w:r>
        <w:rPr>
          <w:rFonts w:ascii="Gentium Plus" w:hAnsi="Gentium Plus"/>
          <w:sz w:val="24"/>
        </w:rPr>
        <w:t>[ ]........η̣ων [ ]......π̣ρ̣ο̣ν̣ατως̣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]...γ̣λ̣υ̣κ̣ε̣ιαν [ ]....μ̣ενελοισα [ ].....ι̣επτα [ ]........δ̣α̣πανε̣υ̣νης [ ]........ε̣ι̣σ̣σ̣ε̣μ̣ν̣οις̣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[].........ε̣σ̣ι̣λ̣εξαι [].............σ̣ι̣σ̣αδωνις [ ].............ε̣ρ̣γ̣ων̣ [].........κ̣α̣ι̣ανεμωναις̣ [].........α̣μοισαις</w:t>
      </w:r>
    </w:p>
    <w:p>
      <w:r>
        <w:rPr>
          <w:rFonts w:ascii="Courier New" w:hAnsi="Courier New"/>
          <w:color w:val="555555"/>
          <w:sz w:val="20"/>
        </w:rPr>
        <w:t>[21]</w:t>
      </w:r>
    </w:p>
    <w:p>
      <w:r>
        <w:rPr>
          <w:rFonts w:ascii="Gentium Plus" w:hAnsi="Gentium Plus"/>
          <w:sz w:val="24"/>
        </w:rPr>
        <w:t>[ ].......τ̣ε̣κ̣νον [ ]............ω̣...τ̣ω [ ]....τ̣η̣σ̣π̣ε̣ρ̣ι̣π̣ηαν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[].............ε̣ιδεν̣ []................συ..ξε̣ν̣</w:t>
      </w:r>
    </w:p>
    <w:p>
      <w:r>
        <w:rPr>
          <w:rFonts w:ascii="Courier New" w:hAnsi="Courier New"/>
          <w:color w:val="555555"/>
          <w:sz w:val="20"/>
        </w:rPr>
        <w:t>[29]</w:t>
      </w:r>
    </w:p>
    <w:p>
      <w:r>
        <w:rPr>
          <w:rFonts w:ascii="Gentium Plus" w:hAnsi="Gentium Plus"/>
          <w:sz w:val="24"/>
        </w:rPr>
        <w:t>[]..εκο̣ν̣.........μοισαι</w:t>
      </w:r>
    </w:p>
    <w:p>
      <w:r>
        <w:rPr>
          <w:rFonts w:ascii="Courier New" w:hAnsi="Courier New"/>
          <w:color w:val="555555"/>
          <w:sz w:val="20"/>
        </w:rPr>
        <w:t>[903]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τω[ η̣τετιη̣[ η̣ου[.....]...[ .ωντ̣[....]γ̣ον κα̣[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π̣ω̣[.....]α̣ρ̣ε̣ς̣.[ ηρετ̣ι̣που̣.[ Βοιωτοὶ πλ̣α̣...[ α]ἰ̣αῖ ἐ̣γ̣ώ̣ σεο τέ̣κν[ ..ωσα̣ς̣..ο̣..η̣δ̣[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..]ο̣ν̣ε̣πεσχυπ[ .δηδην ἐκαλυπ̣[ .]σ̣αυ[..]μμ.νερα[ .]ημηνας χαιτη[ θ]ρ̣ίνακι χρυσείη[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....]π[.]δ̣εψυχε̣[ [ ]καιπ[</w:t>
      </w:r>
    </w:p>
    <w:p>
      <w:r>
        <w:rPr>
          <w:rFonts w:ascii="Courier New" w:hAnsi="Courier New"/>
          <w:color w:val="555555"/>
          <w:sz w:val="20"/>
        </w:rPr>
        <w:t>[16]</w:t>
      </w:r>
    </w:p>
    <w:p>
      <w:r>
        <w:rPr>
          <w:rFonts w:ascii="Gentium Plus" w:hAnsi="Gentium Plus"/>
          <w:sz w:val="24"/>
        </w:rPr>
        <w:t>— — — — [ ]τιν[ [ ].....[ [ ]ι̣ω̣τω̣[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 ]δ̣ι̣θυρα[ [ ].εισπα̣[ []χαριε̣σ̣τατ[ [ ]τραχειαν̣[ [ ]ι̣μ̣α̣.....[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[]δ̣οσ[.]κ̣[.]τε[ [ ]αυν̣[ [ ]ινκ̣[ [ ]...[</w:t>
      </w:r>
    </w:p>
    <w:p>
      <w:r>
        <w:rPr>
          <w:rFonts w:ascii="Courier New" w:hAnsi="Courier New"/>
          <w:color w:val="555555"/>
          <w:sz w:val="20"/>
        </w:rPr>
        <w:t>[28]</w:t>
      </w:r>
    </w:p>
    <w:p>
      <w:r>
        <w:rPr>
          <w:rFonts w:ascii="Gentium Plus" w:hAnsi="Gentium Plus"/>
          <w:sz w:val="24"/>
        </w:rPr>
        <w:t>— — — —</w:t>
      </w:r>
    </w:p>
    <w:p>
      <w:pPr>
        <w:jc w:val="center"/>
      </w:pPr>
      <w:r>
        <w:rPr>
          <w:rFonts w:ascii="Gentium Plus" w:hAnsi="Gentium Plus"/>
          <w:b/>
          <w:sz w:val="24"/>
        </w:rPr>
        <w:t>Anonymi Μεροπίς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ἔνθ’ ὁ μὲν αλ\ νευρῆι ἔπι ψάλλων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— — — — ἀλλ’ οὐκ Ἄστερον ἰὸς ἐ\|δάμνατο· τρὶς γὰρ ἐπ’ [αὐτῶι]\ ἧκε διὰ ννευρῆς· τ̣[ῶι δ’ οὐ]\| χρόα τῆνος ἵκανεν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.[ σ]\ δριμὺ βέλος. πικρ[ὸν δ’ ἄ]\|χος ἔσχεθεν Ἡρακλε̣[ῖα ὡσ]\| ἴδεν̣</w:t>
      </w:r>
    </w:p>
    <w:p>
      <w:r>
        <w:rPr>
          <w:rFonts w:ascii="Courier New" w:hAnsi="Courier New"/>
          <w:color w:val="555555"/>
          <w:sz w:val="20"/>
        </w:rPr>
        <w:t>[7]</w:t>
      </w:r>
    </w:p>
    <w:p>
      <w:r>
        <w:rPr>
          <w:rFonts w:ascii="Gentium Plus" w:hAnsi="Gentium Plus"/>
          <w:sz w:val="24"/>
        </w:rPr>
        <w:t>— — — — κ̣[αί νύ]\| κεν Ἡρακλεῖα κατέκτ[ανεν,]\| εἰ μὴ Ἀθήνη λάβρον [ἐπεβρόν]\|τησε διὲγ νεφέων κα[ταβᾶ]\|σα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πληξαμένηιθε.[ ]\ Ἡρακλεῖος ἄνακτ[ος· ὁ δ’ εἴ]\|σιδεν ἄσθματι θυίω̣[ν γνῶ τε]\| θεόν</w:t>
      </w:r>
    </w:p>
    <w:p>
      <w:r>
        <w:rPr>
          <w:rFonts w:ascii="Courier New" w:hAnsi="Courier New"/>
          <w:color w:val="555555"/>
          <w:sz w:val="20"/>
        </w:rPr>
        <w:t>[12]</w:t>
      </w:r>
    </w:p>
    <w:p>
      <w:r>
        <w:rPr>
          <w:rFonts w:ascii="Gentium Plus" w:hAnsi="Gentium Plus"/>
          <w:sz w:val="24"/>
        </w:rPr>
        <w:t>— — — — ἔνθ’ ὁ μὲν ε[ἰς πλη]\|θὺν Μερόπων κίεν. ἡ [δὲ δια]\|πρὸ αἰχμῆι στῆθος [ἔλασσεν.]\| ὃ δ̣’ ἐ̣ξέχυτ’· οὐ γὰρ [ὁμοῖαι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ἀ]\ πρη⟦μ⟧νη̣[ ]\|τησε, μέλας δ’ ἐπερ{ι}ε〈ί〉δ[ετο εὐ]\|ρὼς ὀφθαλμοῖς, Ἄϊδόσ[δε δ’ ἀπή]\|λυθε θυμὸς ἀναιδής.</w:t>
      </w:r>
    </w:p>
    <w:p>
      <w:r>
        <w:rPr>
          <w:rFonts w:ascii="Courier New" w:hAnsi="Courier New"/>
          <w:color w:val="555555"/>
          <w:sz w:val="20"/>
        </w:rPr>
        <w:t>[17]</w:t>
      </w:r>
    </w:p>
    <w:p>
      <w:r>
        <w:rPr>
          <w:rFonts w:ascii="Gentium Plus" w:hAnsi="Gentium Plus"/>
          <w:sz w:val="24"/>
        </w:rPr>
        <w:t>— — — — καὶ τοῦ [μὲν βού]\|λευσε πε̣ρ̣ὶ χρόα ῥι̣ν̣ὸ̣ν̣ [Ἀθήνη]\ ἕσσασθαι</w:t>
      </w:r>
    </w:p>
    <w:p>
      <w:r>
        <w:rPr>
          <w:rFonts w:ascii="Courier New" w:hAnsi="Courier New"/>
          <w:color w:val="555555"/>
          <w:sz w:val="20"/>
        </w:rPr>
        <w:t>[19]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ἔγδε[ιρεν δ’ ἄρ’]\ αὐάνθη. τοῦ μὲν .[ ]\| κατέχευε φέρουσα .[ ]\| περὶ σῶμα δ’ ἑλιξα[ ἕρ]\|κος αὐταῖς σὺν χ̣[είρεσσι καὶ]\| εὐρήεσσι πεδίλοις</w:t>
      </w:r>
    </w:p>
    <w:p>
      <w:r>
        <w:rPr>
          <w:rFonts w:ascii="Courier New" w:hAnsi="Courier New"/>
          <w:color w:val="555555"/>
          <w:sz w:val="20"/>
        </w:rPr>
        <w:t>[904]</w:t>
      </w:r>
    </w:p>
    <w:p>
      <w:r>
        <w:rPr>
          <w:rFonts w:ascii="Gentium Plus" w:hAnsi="Gentium Plus"/>
          <w:sz w:val="24"/>
        </w:rPr>
        <w:t>[ ].τας ἐναύλους [ ]το Μήδων [ ].ουστον ἀφιεις [ ].ενα τ̣είχη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ὥ]πλιζον ὀπαδοί [ ].τορα λαό̣ν [ ]παντα κατειχ.ν [ ]νον ἁγνήν [ ]ν̣ εὐχάς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]λ̣ητους [ ].ποτε πάντων [ ἄ]μβροτος ἠώς [ ]λ̣α̣δ̣ι πάσηι [ ]σεχωρουν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 ]υ̣οντες [ ]κετο κῆρυξ [ ]..ο̣ι̣ς̣ [ ].θ̣οντες [ ].πηναις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[]α̣ φαεινόν</w:t>
      </w:r>
    </w:p>
    <w:p>
      <w:r>
        <w:rPr>
          <w:rFonts w:ascii="Courier New" w:hAnsi="Courier New"/>
          <w:color w:val="555555"/>
          <w:sz w:val="20"/>
        </w:rPr>
        <w:t>[905 (21)]</w:t>
      </w:r>
    </w:p>
    <w:p>
      <w:r>
        <w:rPr>
          <w:rFonts w:ascii="Gentium Plus" w:hAnsi="Gentium Plus"/>
          <w:sz w:val="24"/>
        </w:rPr>
        <w:t>ἡνίκα δει̣ς̣...τ.[ ..κ̣όμενος προ.[ π..ταδ...ξ..[ μητεραγη.α̣.ε̣.[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νάμασι νύ̣κτα ρε̣[ καὶ τότε κυματ[ παρθένος οὐρανι̣.[ κώματι παντο.ο̣[</w:t>
      </w:r>
    </w:p>
    <w:p>
      <w:r>
        <w:rPr>
          <w:rFonts w:ascii="Courier New" w:hAnsi="Courier New"/>
          <w:color w:val="555555"/>
          <w:sz w:val="20"/>
        </w:rPr>
        <w:t>[28]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[906]</w:t>
      </w:r>
    </w:p>
    <w:p>
      <w:r>
        <w:rPr>
          <w:rFonts w:ascii="Gentium Plus" w:hAnsi="Gentium Plus"/>
          <w:sz w:val="24"/>
        </w:rPr>
        <w:t>[ ].στα φύει χθὼν τηλεθάοντα [ ]..πων ἱερὴ δ’ ἀποκίδναται ὀδμή [ ]οιο πολυπτύχου ἠγαθέοιο [ ]νει ἑκατηβόλου Ἀπόλλωνος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]’ Ἀχελωίῳ εὐνηθεῖσα· [βο]ρέης τε νότος τ’ ἐν πείρασι γαίης [ ]οισι μινυνθάνει· ἀγλαὸν ἥβην [ ´]πησι νότος καὶ ἀπὸ κρύος ἔλθηι [ ] κεκαλυμμέναι· ἂψ δ’ ἐπὶ γαῖαν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 ἐπὶ μητέρα αἶψα δ’ ἔπειτα [ ] καλὰς σείουσιν ἐθείρας [ ].τα περὶ χροῒ νύμφαι ἔχο[υ]σαι· [ ].ντο παρ’ Ἱπποθόην ἰανόφρυν· [ ].α καὶ Ἥρην χρυσοπέδιλον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 ]ωνοι ἐν οὐρανῷ ἀστερόεντι [ ].τες ἀκηδέα θυμὸν ἔχοντες· [ ] σεισίχθονα ποντομέδοντα· [ ]. ἤπιον Ἀμφιτρίτην·</w:t>
      </w:r>
    </w:p>
    <w:p>
      <w:r>
        <w:rPr>
          <w:rFonts w:ascii="Courier New" w:hAnsi="Courier New"/>
          <w:color w:val="555555"/>
          <w:sz w:val="20"/>
        </w:rPr>
        <w:t>[18]</w:t>
      </w:r>
    </w:p>
    <w:p>
      <w:r>
        <w:rPr>
          <w:rFonts w:ascii="Gentium Plus" w:hAnsi="Gentium Plus"/>
          <w:sz w:val="24"/>
        </w:rPr>
        <w:t>— — — — —</w:t>
      </w:r>
    </w:p>
    <w:p>
      <w:r>
        <w:rPr>
          <w:rFonts w:ascii="Courier New" w:hAnsi="Courier New"/>
          <w:color w:val="555555"/>
          <w:sz w:val="20"/>
        </w:rPr>
        <w:t>[907 (n1)]</w:t>
      </w:r>
    </w:p>
    <w:p>
      <w:r>
        <w:rPr>
          <w:rFonts w:ascii="Gentium Plus" w:hAnsi="Gentium Plus"/>
          <w:sz w:val="24"/>
        </w:rPr>
        <w:t>— — — — —</w:t>
      </w:r>
    </w:p>
    <w:p>
      <w:r>
        <w:rPr>
          <w:rFonts w:ascii="Courier New" w:hAnsi="Courier New"/>
          <w:color w:val="555555"/>
          <w:sz w:val="20"/>
        </w:rPr>
        <w:t>[n2]</w:t>
      </w:r>
    </w:p>
    <w:p>
      <w:r>
        <w:rPr>
          <w:rFonts w:ascii="Gentium Plus" w:hAnsi="Gentium Plus"/>
          <w:sz w:val="24"/>
        </w:rPr>
        <w:t>(vv. 1—12 vestigia tantum)</w:t>
      </w:r>
    </w:p>
    <w:p>
      <w:r>
        <w:rPr>
          <w:rFonts w:ascii="Courier New" w:hAnsi="Courier New"/>
          <w:color w:val="555555"/>
          <w:sz w:val="20"/>
        </w:rPr>
        <w:t>[13]</w:t>
      </w:r>
    </w:p>
    <w:p>
      <w:r>
        <w:rPr>
          <w:rFonts w:ascii="Gentium Plus" w:hAnsi="Gentium Plus"/>
          <w:sz w:val="24"/>
        </w:rPr>
        <w:t>[ ].αρ.ντ.[.].· [ ].αιρον...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[ἀ]κρόθι νυκτός· [ ]είδεται εἶδος· [ ].α φημίξαντο· [ ].νον ἀλλ’ ἄρ’ ἐκεῖνοι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 ]ο̣ν αὐχμόν· [ ].ωπου̣ς̣· [ ].ί̣νεται ἐλθώ̣ν̣ [ ]αρειπη· [ ]ος αἰεί·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[ ]...α πολλοί· [ ].ι ἐνιαυτῷ· [ ].σι κομῆται· [ ].μ̣α̣τ’ ἰδέσθαι· [ ].ες αὐτοί·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[ ] σελήνη·</w:t>
      </w:r>
    </w:p>
    <w:p>
      <w:r>
        <w:rPr>
          <w:rFonts w:ascii="Courier New" w:hAnsi="Courier New"/>
          <w:color w:val="555555"/>
          <w:sz w:val="20"/>
        </w:rPr>
        <w:t>[908 (n1)]</w:t>
      </w:r>
    </w:p>
    <w:p>
      <w:r>
        <w:rPr>
          <w:rFonts w:ascii="Gentium Plus" w:hAnsi="Gentium Plus"/>
          <w:sz w:val="24"/>
        </w:rPr>
        <w:t>— — — — —</w:t>
      </w:r>
    </w:p>
    <w:p>
      <w:r>
        <w:rPr>
          <w:rFonts w:ascii="Courier New" w:hAnsi="Courier New"/>
          <w:color w:val="555555"/>
          <w:sz w:val="20"/>
        </w:rPr>
        <w:t>[n2]</w:t>
      </w:r>
    </w:p>
    <w:p>
      <w:r>
        <w:rPr>
          <w:rFonts w:ascii="Gentium Plus" w:hAnsi="Gentium Plus"/>
          <w:sz w:val="24"/>
        </w:rPr>
        <w:t>(1—9 vestigia tantum)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ω̣ρο̣[ υδ.[ ορ..[ ἡ.[ εσ̣[ ]..[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λαμ̣[ .ε...[ ....[ μ̣α̣.....[ ὁππότεοι βρ̣[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.η..σε....[ ...ο.ομουσυ[ ὑγ̣ρὴ γὰρ κειν.[ .....λυλει.[ ...........[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............[ μ̣έ̣τ̣ρου̣ δ......[ ἠελίῳ μήνησα̣ι[ ἄ̣στατα γὰρ στοιχε̣[ῖα συ̣ν̣ν̣εχέως π̣ε[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τα̣ῦτ’ ἄρα ο̣ι̣π̣ο̣..[</w:t>
      </w:r>
    </w:p>
    <w:p>
      <w:r>
        <w:rPr>
          <w:rFonts w:ascii="Courier New" w:hAnsi="Courier New"/>
          <w:color w:val="555555"/>
          <w:sz w:val="20"/>
        </w:rPr>
        <w:t>[909]</w:t>
      </w:r>
    </w:p>
    <w:p>
      <w:r>
        <w:rPr>
          <w:rFonts w:ascii="Gentium Plus" w:hAnsi="Gentium Plus"/>
          <w:sz w:val="24"/>
        </w:rPr>
        <w:t>[ ]σ̣εται ἄφθι̣τ̣ος ἀρχή· [ ]όεσσα σ̣ε̣[λήν]η̣· []κ̣ρατος· επλ[..].ρωμ[ [ ] ἀ̣παιθύσσο̣ν̣τ̣ο̣ κομ̣[ητ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[].[ ].......[.]..σ̣τηρ []..ραδ...[....].καρη[ []ε̣[ ]θ̣ειρα̣.[....]..νειω̣[ [ ]... [ ]....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].λ̣ε̣ο̣ντι [ ]..</w:t>
      </w:r>
    </w:p>
    <w:p>
      <w:r>
        <w:rPr>
          <w:rFonts w:ascii="Courier New" w:hAnsi="Courier New"/>
          <w:color w:val="555555"/>
          <w:sz w:val="20"/>
        </w:rPr>
        <w:t>[11]</w:t>
      </w:r>
    </w:p>
    <w:p>
      <w:r>
        <w:rPr>
          <w:rFonts w:ascii="Gentium Plus" w:hAnsi="Gentium Plus"/>
          <w:sz w:val="24"/>
        </w:rPr>
        <w:t>— — — — —</w:t>
      </w:r>
    </w:p>
    <w:p>
      <w:r>
        <w:rPr>
          <w:rFonts w:ascii="Courier New" w:hAnsi="Courier New"/>
          <w:color w:val="555555"/>
          <w:sz w:val="20"/>
        </w:rPr>
        <w:t>[910]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[Ἐ]ννοσι[γαι–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[]ρ̣ια μήδετο ἔργα [ ]λ̣ε χειρὶ τρίαιναν [ ]ε..ι ἀμφίρυτος χθώ[ν [ ]χρύσεα δίφρ’ ἀνόρο̣υ̣[ [ ] π̣ῦρ σελαγίζων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ἔ]νο̣σ̣ίς τ’ ἄ̣νεμοί τε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[911]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].[ ]φ̣[ [ ]αρ̣.[ [ ]λ̣εωρ[ [].ην κακο̣[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[]ς ἐνὶ μμ.[ []ελ̣ησιν̣ε.[ [ ].λ[</w:t>
      </w:r>
    </w:p>
    <w:p>
      <w:r>
        <w:rPr>
          <w:rFonts w:ascii="Courier New" w:hAnsi="Courier New"/>
          <w:color w:val="555555"/>
          <w:sz w:val="20"/>
        </w:rPr>
        <w:t>[8-11]</w:t>
      </w:r>
    </w:p>
    <w:p>
      <w:r>
        <w:rPr>
          <w:rFonts w:ascii="Gentium Plus" w:hAnsi="Gentium Plus"/>
          <w:sz w:val="24"/>
        </w:rPr>
        <w:t>8—11 papyrus abrasa</w:t>
      </w:r>
    </w:p>
    <w:p>
      <w:r>
        <w:rPr>
          <w:rFonts w:ascii="Courier New" w:hAnsi="Courier New"/>
          <w:color w:val="555555"/>
          <w:sz w:val="20"/>
        </w:rPr>
        <w:t>[12]</w:t>
      </w:r>
    </w:p>
    <w:p>
      <w:r>
        <w:rPr>
          <w:rFonts w:ascii="Gentium Plus" w:hAnsi="Gentium Plus"/>
          <w:sz w:val="24"/>
        </w:rPr>
        <w:t>[ ]ε̣υ̣[ [ ]...[ [ ]...[...]..[ ].[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 ]αν[...].[..]..[ [ ]εσ[</w:t>
      </w:r>
    </w:p>
    <w:p>
      <w:r>
        <w:rPr>
          <w:rFonts w:ascii="Courier New" w:hAnsi="Courier New"/>
          <w:color w:val="555555"/>
          <w:sz w:val="20"/>
        </w:rPr>
        <w:t>[16]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[912col1]</w:t>
      </w:r>
    </w:p>
    <w:p>
      <w:r>
        <w:rPr>
          <w:rFonts w:ascii="Gentium Plus" w:hAnsi="Gentium Plus"/>
          <w:sz w:val="24"/>
        </w:rPr>
        <w:t>[ ] [ ] [ ]. [ ].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]υ̣του· [ ].[ ].αν [].ες̣.α̣ι̣ [ ].κ̣ει[ ] [ 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[]. [ ]..ιν[ [ ]ω̣σ̣[</w:t>
      </w:r>
    </w:p>
    <w:p>
      <w:r>
        <w:rPr>
          <w:rFonts w:ascii="Courier New" w:hAnsi="Courier New"/>
          <w:color w:val="555555"/>
          <w:sz w:val="20"/>
        </w:rPr>
        <w:t>[12]</w:t>
      </w:r>
    </w:p>
    <w:p>
      <w:r>
        <w:rPr>
          <w:rFonts w:ascii="Gentium Plus" w:hAnsi="Gentium Plus"/>
          <w:sz w:val="24"/>
        </w:rPr>
        <w:t>— — — — —</w:t>
      </w:r>
    </w:p>
    <w:p>
      <w:r>
        <w:rPr>
          <w:rFonts w:ascii="Courier New" w:hAnsi="Courier New"/>
          <w:color w:val="555555"/>
          <w:sz w:val="20"/>
        </w:rPr>
        <w:t>[912col2]</w:t>
      </w:r>
    </w:p>
    <w:p>
      <w:r>
        <w:rPr>
          <w:rFonts w:ascii="Gentium Plus" w:hAnsi="Gentium Plus"/>
          <w:sz w:val="24"/>
        </w:rPr>
        <w:t>..δ̣ε γ̣ὰρ Ἀ̣μφιαρῆα..[ ε̣ἰδόταθ̣α̣....ν̣ Δαναοισ̣ο.[ ἀλλοτε̣ κ[ε]ν δὴ ἁ̣.ωρο[ οὔ οἱ ἔτι δύναμίν γετο̣[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ἀλλὰ καὶ οὐκ ἐθέλω..[ σ̣πήσ̣εται, εἵως κεν .[ τύνη δ’ ἴσχε[.].[ πολλ̣[ κ̣[.].[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— — — — —</w:t>
      </w:r>
    </w:p>
    <w:p>
      <w:r>
        <w:rPr>
          <w:rFonts w:ascii="Courier New" w:hAnsi="Courier New"/>
          <w:color w:val="555555"/>
          <w:sz w:val="20"/>
        </w:rPr>
        <w:t>[912Acol1]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 [ [] [ []ν [ []υ̣δ̣ην 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]ι [ [] [ [] [</w:t>
      </w:r>
    </w:p>
    <w:p>
      <w:r>
        <w:rPr>
          <w:rFonts w:ascii="Courier New" w:hAnsi="Courier New"/>
          <w:color w:val="555555"/>
          <w:sz w:val="20"/>
        </w:rPr>
        <w:t>[912Acol2]</w:t>
      </w:r>
    </w:p>
    <w:p>
      <w:r>
        <w:rPr>
          <w:rFonts w:ascii="Gentium Plus" w:hAnsi="Gentium Plus"/>
          <w:sz w:val="24"/>
        </w:rPr>
        <w:t>— — — — [ ].ε̣[ [ ].ο.[ [ ].ο.ε.φ̣[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]...μ[ ..].[ ]υτ’ αργε[ .[ ].[ ]ν ἀτεμβ[</w:t>
      </w:r>
    </w:p>
    <w:p>
      <w:r>
        <w:rPr>
          <w:rFonts w:ascii="Courier New" w:hAnsi="Courier New"/>
          <w:color w:val="555555"/>
          <w:sz w:val="20"/>
        </w:rPr>
        <w:t>[912Ac]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].[ [ ].ο̣[..]αιε.[ [ ]..[ ]οστ[..]οονκ̣αι[ []..[.]..φ[..]δων ὁν[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]ακρύπτει κ̣[ [ ]..κα[</w:t>
      </w:r>
    </w:p>
    <w:p>
      <w:r>
        <w:rPr>
          <w:rFonts w:ascii="Courier New" w:hAnsi="Courier New"/>
          <w:color w:val="555555"/>
          <w:sz w:val="20"/>
        </w:rPr>
        <w:t>[6]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[912Ba (4)]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]εκ̣.[ [ ].. [ [ ].ασσαμε.[ [ ]νδιχα· μ.[ [] .[.]δεκεπε[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[]κ̣α̣.τ̣ε̣ϊτ̣’ αρ.[ [ ] [ ] [ [ ].υ̣θ’ ε[</w:t>
      </w:r>
    </w:p>
    <w:p>
      <w:r>
        <w:rPr>
          <w:rFonts w:ascii="Courier New" w:hAnsi="Courier New"/>
          <w:color w:val="555555"/>
          <w:sz w:val="20"/>
        </w:rPr>
        <w:t>[12]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[912Bb]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].ον.[ [ ] ὁ̣τ̣.ιπα.[ [ ]νχ.λοι̣.[ []φεε[..]επ[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]ησαντε.[ [ ].αργος· α.[ [ ]μαλαπασ[ [ ]επιχειρα[ [ ]ύ..αντα̣[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]ωνκ̣α̣ιυπ[ [ ]πει̣τα..[ [ ]ητος.[</w:t>
      </w:r>
    </w:p>
    <w:p>
      <w:r>
        <w:rPr>
          <w:rFonts w:ascii="Courier New" w:hAnsi="Courier New"/>
          <w:color w:val="555555"/>
          <w:sz w:val="20"/>
        </w:rPr>
        <w:t>[12]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[912C]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].[ ].ε̣.[ []..η.νο[ [ ].[ ]δευ[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[913]</w:t>
      </w:r>
    </w:p>
    <w:p>
      <w:r>
        <w:rPr>
          <w:rFonts w:ascii="Gentium Plus" w:hAnsi="Gentium Plus"/>
          <w:sz w:val="24"/>
        </w:rPr>
        <w:t>[ ]επ[ [ ].ες.[ [ ]ς ἵν’ α[ [ ]ολ.[.]αδ[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].νεπε[..]εμ.[ [ ]...οιο· νο[..] δ’ εφρ[ [ ]μον ἐελπ[όμ]ενος [ [ ]βων Ἱερών̣υμος α.[ ]..[ [ ]εδ’ ἐφεζόμενος πτολι[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].νε̣[.]ω Πελοπηίδος αι.[ [ ]ν συνάγεσκε φιλιπ[π [ ]ες Ἀρκαδίην, ἵναθα[ []....[ ]ι̣ν στονόεσσαν .γο.[ [ ]σιν ἀπ’ εὐδμήτου Φε̣[νε]οῖο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 ]σ̣ιν ἀμύντορ̣α̣ς̣· ἀλλ[....]αυτ[ [ ].οι πάτρηι ἐπιμ[.]μνα[....]ιν [].ε̣ληι̣σ̣ι πόλιν Κάδμοιο κιχ..[ ]. [ ]σ̣αν ἐπὴν προτέρην ἀλαπάξη[ι []αιε..ον Ἀχαιίδα φῶτας ἔπεμψα[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 ].ν[.].αρομου στρατὸς ἐγγύθ̣[.].[ [ ]ολον[..]δρεσα.[ [ δ]εδαῶτες ἀϋτ[η‐ [ ]ω̣ντηπιδηρ[ [ ]ο̣ι ἄνδρεσα.[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[ ].ηκοσιο.[ [ ].ν.[ [ ]ν.[</w:t>
      </w:r>
    </w:p>
    <w:p>
      <w:r>
        <w:rPr>
          <w:rFonts w:ascii="Courier New" w:hAnsi="Courier New"/>
          <w:color w:val="555555"/>
          <w:sz w:val="20"/>
        </w:rPr>
        <w:t>[27]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[914]</w:t>
      </w:r>
    </w:p>
    <w:p>
      <w:r>
        <w:rPr>
          <w:rFonts w:ascii="Gentium Plus" w:hAnsi="Gentium Plus"/>
          <w:sz w:val="24"/>
        </w:rPr>
        <w:t>[ ] ἐς μόθον̣ [ [ ].λαμ[ [].λι[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[915]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]..[ [ ]ορ̣ε̣δουρ.ς.[ [ ]πωτειλων π[ [ ]. δ’ ἐν κονίηισι[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]νη πολέμοιο δ[ []υ̣τητοισινεπα̣[ []αμφιμαχην κ[ []κ̣ρίνεσκεν· ετ.[ []ε̣κ νεφέων γα̣[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[]δ̣αρ’ επ̣..γ̣’ .[ []ιπρωτ.[ []ν· ταχακ[</w:t>
      </w:r>
    </w:p>
    <w:p>
      <w:r>
        <w:rPr>
          <w:rFonts w:ascii="Courier New" w:hAnsi="Courier New"/>
          <w:color w:val="555555"/>
          <w:sz w:val="20"/>
        </w:rPr>
        <w:t>[916]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[].σεταροι[</w:t>
      </w:r>
    </w:p>
    <w:p>
      <w:r>
        <w:rPr>
          <w:rFonts w:ascii="Courier New" w:hAnsi="Courier New"/>
          <w:color w:val="555555"/>
          <w:sz w:val="20"/>
        </w:rPr>
        <w:t>[917col1]</w:t>
      </w:r>
    </w:p>
    <w:p>
      <w:r>
        <w:rPr>
          <w:rFonts w:ascii="Gentium Plus" w:hAnsi="Gentium Plus"/>
          <w:sz w:val="24"/>
        </w:rPr>
        <w:t>ερρ[ κλη[ ωμ[ οιμω̣[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τ̣ουσ̣[ ηθελ̣[ .ινυμ[ .].ϊδιω[ ηδη παπ̣[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τρέσσαν δ’ ε[ ποσσὶν[ Εὐβοέε[ ηριπον[ ναῖον· τ̣[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καὶ δ’ αυ[ .ο̣λλοσ[</w:t>
      </w:r>
    </w:p>
    <w:p>
      <w:r>
        <w:rPr>
          <w:rFonts w:ascii="Courier New" w:hAnsi="Courier New"/>
          <w:color w:val="555555"/>
          <w:sz w:val="20"/>
        </w:rPr>
        <w:t>[917col2]</w:t>
      </w:r>
    </w:p>
    <w:p>
      <w:r>
        <w:rPr>
          <w:rFonts w:ascii="Gentium Plus" w:hAnsi="Gentium Plus"/>
          <w:sz w:val="24"/>
        </w:rPr>
        <w:t>[ ]οεεσσ[ ]ηγεμεν[ ]ων.[ [ ].επεφ[ ].ϊδεμμε[ ]ναρι.[ [ ]ιαφυ[ [ ]ωσπο[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]π̣ρο.[ [ ].εν.[ [ ]σαωσα.[ [ ]ηισιναπ.[ [ ]γοντες· ενου.[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]ς θῶες ἐπερχομε.[ [ ]ερωθε καὶ οἳ ναίουσ[ι [ ]μάχοντο κ̣αὶ Ἰ̈λλυρι.[ [ ]οσδε μόθος πονεουσ̣[ []ν [ἑ]κ̣άτερθεν ἐπασσυτερο[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 ἐ]πέεσσιν ὁμόκλεον· ἠ[ [ ].[ ].ι̣θεν.[</w:t>
      </w:r>
    </w:p>
    <w:p>
      <w:r>
        <w:rPr>
          <w:rFonts w:ascii="Courier New" w:hAnsi="Courier New"/>
          <w:color w:val="555555"/>
          <w:sz w:val="20"/>
        </w:rPr>
        <w:t>[16]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[918]</w:t>
      </w:r>
    </w:p>
    <w:p>
      <w:r>
        <w:rPr>
          <w:rFonts w:ascii="Gentium Plus" w:hAnsi="Gentium Plus"/>
          <w:sz w:val="24"/>
        </w:rPr>
        <w:t>.[ .[.].α̣[.]ε....[ φρ̣ῖ̣σσο̣ν γα[ ..νυμ[.]...[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..μοσδ’ εν[ [ ]νεμαλ[ [ ].δε̣[ [ ].δ.[ [ ]ε̣..[</w:t>
      </w:r>
    </w:p>
    <w:p>
      <w:r>
        <w:rPr>
          <w:rFonts w:ascii="Courier New" w:hAnsi="Courier New"/>
          <w:color w:val="555555"/>
          <w:sz w:val="20"/>
        </w:rPr>
        <w:t>[9]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[919]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[]α̣ρ’ ε̣.[ [ ]α..ερρεεν[ [ ]ι̣ω̣.θ ..α̣σ̣ι̣[ [ ]α̣πανευθ̣[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]λ̣π̣.τ̣οθ[ [ ]π̣ειπαν̣[ [ ]θοσα[ [ ]’ ἐγγυ[ [ ]ιηι δ’ υ[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]αδονα[ [ ]δ̣ηρισομ[ [ ]πηεσς.[ [ ]ντιοι[ [ ]ε̣νοι.[</w:t>
      </w:r>
    </w:p>
    <w:p>
      <w:r>
        <w:rPr>
          <w:rFonts w:ascii="Courier New" w:hAnsi="Courier New"/>
          <w:color w:val="555555"/>
          <w:sz w:val="20"/>
        </w:rPr>
        <w:t>[14]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[920]</w:t>
      </w:r>
    </w:p>
    <w:p>
      <w:r>
        <w:rPr>
          <w:rFonts w:ascii="Gentium Plus" w:hAnsi="Gentium Plus"/>
          <w:sz w:val="24"/>
        </w:rPr>
        <w:t>[ ].[ [ ].[ []π̣ο[ [ ].ο[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]σα.[ [ ]ιπρο[ [ ]εσεγ.[ [ ]σρόο̣σα[ [ ]νονεπε.[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].αλλεται.[ [ ]ε̣ρειγεν.[ [ ]ην χθον̣[ [ ]ισπολυ[ [ ]κώμε[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 ]σεδυνη̣[ [ ].ιουδα.[ [ ]ελε.με.[ [ ]π̣λω̣.[</w:t>
      </w:r>
    </w:p>
    <w:p>
      <w:r>
        <w:rPr>
          <w:rFonts w:ascii="Courier New" w:hAnsi="Courier New"/>
          <w:color w:val="555555"/>
          <w:sz w:val="20"/>
        </w:rPr>
        <w:t>[18]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[921]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].σαπολ̣[ [ ]οδ’ αθαμ.[ []ηρεθεωνδ[ []ποτιπιλνα[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[]καιαννε̣φε̣[ [ ]στυτοδα[ [ ]ιλην π̣α̣ρ[ [ ]αγαλλο̣[ [ ]ενατ̣[</w:t>
      </w:r>
    </w:p>
    <w:p>
      <w:r>
        <w:rPr>
          <w:rFonts w:ascii="Courier New" w:hAnsi="Courier New"/>
          <w:color w:val="555555"/>
          <w:sz w:val="20"/>
        </w:rPr>
        <w:t>[9]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[922]</w:t>
      </w:r>
    </w:p>
    <w:p>
      <w:r>
        <w:rPr>
          <w:rFonts w:ascii="Gentium Plus" w:hAnsi="Gentium Plus"/>
          <w:sz w:val="24"/>
        </w:rPr>
        <w:t>— — 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ἐ]τ̣ητυμέοντα̣[ς] ἀεὶ μερόπεσσιν ὀνε[ίρους ψεύδεα δὲ] σ̣κίδνησι φέ[ρ]ει δέ τε μάντιας ὕπνου̣ς̣ [ ]οτε μέν τε δι’ οἴνοπα πόντον ἰάλλων̣ [ ]ν̣ τε στέφανόν τε, τά οἱ πα̣ρ̣[ὰ] γ[ο]ῦνα κ.ον..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κηροῦ ἀ]πὸ βριαροῖο νέον λίγδοιο τακέντος [ ]δ’ αὖ βωμοῖο τόσον χάλκ[ει]ον ἐλάσσας [ ].ου μῆκός τε, τὸν οὐ τρίττοιά κε μούνη [ ].. βούπρῳ[ρ]ος ἐνιπλήσε[ι]ε θυηλή</w:t>
      </w:r>
    </w:p>
    <w:p>
      <w:r>
        <w:rPr>
          <w:rFonts w:ascii="Courier New" w:hAnsi="Courier New"/>
          <w:color w:val="555555"/>
          <w:sz w:val="20"/>
        </w:rPr>
        <w:t>[8]</w:t>
      </w:r>
    </w:p>
    <w:p>
      <w:r>
        <w:rPr>
          <w:rFonts w:ascii="Gentium Plus" w:hAnsi="Gentium Plus"/>
          <w:sz w:val="24"/>
        </w:rPr>
      </w:r>
    </w:p>
    <w:p>
      <w:r>
        <w:rPr>
          <w:rFonts w:ascii="Courier New" w:hAnsi="Courier New"/>
          <w:color w:val="555555"/>
          <w:sz w:val="20"/>
        </w:rPr>
        <w:t>[923]</w:t>
      </w:r>
    </w:p>
    <w:p>
      <w:r>
        <w:rPr>
          <w:rFonts w:ascii="Gentium Plus" w:hAnsi="Gentium Plus"/>
          <w:sz w:val="24"/>
        </w:rPr>
        <w:t>— — 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]....[ ].[ [ ]ν· οὐ γὰρ πολλὸν απο[ [ ]ς θάσσουσιν ἐπιχθον[ ...⸤ερην·] εἰ δ⸥έ σ⸤φ⸥ιν ἐπὶ θρόος ἵξετα.[.].[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κο⸤μ̣μοῦ] τ’ οἰμω⸥γῆς τε δυσηχέος αὐτίκ[ ...⸤ε παρ]έσσονται⸥ μάλα μυρίοι οὐδέ ⸤κε[ν ἀν⸥ήρ ...⸤θεω]ν ὤριστος ἀ⸥λεξήσειε[ν ὄλεθ⸤ρον⸥· [ ]ο γὰρ το[ῖ]σδεσσιν ανα.[⸤υνο.ο⸥ [ ] ὀτραλέως ⸤ὑπὲρ⸥ α⸤ἰπυτά[τη⸥ς ⸤διο⸥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 αὐίαχοι· κρ⸤αδ⸥ί⸤ηι δ’ ἔνι κε[ύθετ̣ε̣ πε⸥ ......]ν θάσσον⸤τες ἐπηλυσί[ην̣⸥ .⸤..αισ̣⸥ [ ]ν ἔστ’ ἄν ⸤κε ποτὶ πλόον [ἐντύνω⸥μεν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....αὐτ]ίκ’ ἔπειτα κατὰ ῥίον αἰ̣[⸤πὺ λιπό⸥ντες .......].ετερην ξείνην διζ[⸤ησόμεθα⸥ [ ]εισιν ἐπὶ προτέροισι̣ [θεμ⸤ε̣ί̣λ⸥οις [ ]...[ ]πυργωσομεθ[ ⸤π.⸥</w:t>
      </w:r>
    </w:p>
    <w:p>
      <w:r>
        <w:rPr>
          <w:rFonts w:ascii="Courier New" w:hAnsi="Courier New"/>
          <w:color w:val="555555"/>
          <w:sz w:val="20"/>
        </w:rPr>
        <w:t>[18]</w:t>
      </w:r>
    </w:p>
    <w:p>
      <w:r>
        <w:rPr>
          <w:rFonts w:ascii="Gentium Plus" w:hAnsi="Gentium Plus"/>
          <w:sz w:val="24"/>
        </w:rPr>
        <w:t>— — — — —</w:t>
      </w:r>
    </w:p>
    <w:p>
      <w:r>
        <w:rPr>
          <w:rFonts w:ascii="Courier New" w:hAnsi="Courier New"/>
          <w:color w:val="555555"/>
          <w:sz w:val="20"/>
        </w:rPr>
        <w:t>[924col1]</w:t>
      </w:r>
    </w:p>
    <w:p>
      <w:r>
        <w:rPr>
          <w:rFonts w:ascii="Gentium Plus" w:hAnsi="Gentium Plus"/>
          <w:sz w:val="24"/>
        </w:rPr>
        <w:t>[ ] [ ] [ ] []ν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 [ ]</w:t>
      </w:r>
    </w:p>
    <w:p>
      <w:r>
        <w:rPr>
          <w:rFonts w:ascii="Courier New" w:hAnsi="Courier New"/>
          <w:color w:val="555555"/>
          <w:sz w:val="20"/>
        </w:rPr>
        <w:t>[924col2]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..[ αλλοτεμυδ.[ σῖγα δεφη̣τι.[ χροιὴν ἀεναο̣[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]κ̣εε[ [ ].τουποταμ[ ητοιμεν̣ πασ̣[ τοσσον οσο̣[ ουχη.[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αλλα[ [ ]ε[</w:t>
      </w:r>
    </w:p>
    <w:p>
      <w:r>
        <w:rPr>
          <w:rFonts w:ascii="Courier New" w:hAnsi="Courier New"/>
          <w:color w:val="555555"/>
          <w:sz w:val="20"/>
        </w:rPr>
        <w:t>[11]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[925]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]ε̣.[ ].[ []β̣οσμ[ []δ̣ηωτ[ []η̣διιτ 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]η̣[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[926]</w:t>
      </w:r>
    </w:p>
    <w:p>
      <w:r>
        <w:rPr>
          <w:rFonts w:ascii="Gentium Plus" w:hAnsi="Gentium Plus"/>
          <w:sz w:val="24"/>
        </w:rPr>
        <w:t>[ ].δ̣..[ [ ]ν̣τηγε ἐπεολπ̣[ []σ̣εμεναι κούρη δε[ []η̣δημοιδειν[ ].τ.[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[]ρεατηυποπα̣ν̣τ̣[ []ης.εμ.εσκεκα[ [].αυτη σκυλα̣κ̣ε[ []δ̣εφαρμ.[</w:t>
      </w:r>
    </w:p>
    <w:p>
      <w:r>
        <w:rPr>
          <w:rFonts w:ascii="Courier New" w:hAnsi="Courier New"/>
          <w:color w:val="555555"/>
          <w:sz w:val="20"/>
        </w:rPr>
        <w:t>[8]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[927col1]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]ν[ ].[ []α̣πε[..].σ̣ατο...[ [ ]εεθρον.[ [ ]βαδεφ̣[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]ση.[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— —</w:t>
      </w:r>
    </w:p>
    <w:p>
      <w:r>
        <w:rPr>
          <w:rFonts w:ascii="Courier New" w:hAnsi="Courier New"/>
          <w:color w:val="555555"/>
          <w:sz w:val="20"/>
        </w:rPr>
        <w:t>[927col2]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]..α.[ [ ].ε.ιμ[ [ ].ρεπειας.[ [ ]ν̣οσουδαπο.[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].ηε Διώνη [ ] ἐ̣πέοικε γενέθλ̣[ [ ].δα Δηιώνηι [ ]ηδεμνιονηφ[ [ ].υναιησουδον[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].ηνιδιπ[ [πο]λυλλιστη.[ [ ].αυτωνερ̣[ [ ].[</w:t>
      </w:r>
    </w:p>
    <w:p>
      <w:r>
        <w:rPr>
          <w:rFonts w:ascii="Courier New" w:hAnsi="Courier New"/>
          <w:color w:val="555555"/>
          <w:sz w:val="20"/>
        </w:rPr>
        <w:t>[13]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[928col1]</w:t>
      </w:r>
    </w:p>
    <w:p>
      <w:r>
        <w:rPr>
          <w:rFonts w:ascii="Gentium Plus" w:hAnsi="Gentium Plus"/>
          <w:sz w:val="24"/>
        </w:rPr>
        <w:t>[]..ρων ὅμαδον δὲ μέγαν Διὸς αἰθέρ’ ἱκ[ []εν μαρν[...] ἐπ’ ἀριστερὰ δαϊοτᾶτος [ ].ωι π[ολέμωι] κ̣αὶ φυλόπιδι στονοέ̣σ̣[σα]ι̣ [ ]ω̣ν[ ] Νηλείδαισιν ἔμισγον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]εμου ποκα· σὺν δὲ βαλόντες [ ]εραν μάλα δῆρι̣[ν ἔ]θεντο [ ]ονοι ἠδ’ Ἀριμασπο̣ί [ ποτ]α̣μῶν ὑδατοτρεφελώτων· [ ]κ̣οσας φορέουσιν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ζό]φ̣ου ἀερόεντος [ ].λα δινεύοντες [ ]τ̣α δαφο̣ι̣νοί [] νωλεμὲς αἰεί [ ].α̣.β̣ι̣ος ὄντως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 ]..υρα̣υτ.ν []φορέ[ο]ντες []σιν</w:t>
      </w:r>
    </w:p>
    <w:p>
      <w:r>
        <w:rPr>
          <w:rFonts w:ascii="Courier New" w:hAnsi="Courier New"/>
          <w:color w:val="555555"/>
          <w:sz w:val="20"/>
        </w:rPr>
        <w:t>[17]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[928col2 (6)]</w:t>
      </w:r>
    </w:p>
    <w:p>
      <w:r>
        <w:rPr>
          <w:rFonts w:ascii="Gentium Plus" w:hAnsi="Gentium Plus"/>
          <w:sz w:val="24"/>
        </w:rPr>
        <w:t>[ [ [ 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 [</w:t>
      </w:r>
    </w:p>
    <w:p>
      <w:r>
        <w:rPr>
          <w:rFonts w:ascii="Courier New" w:hAnsi="Courier New"/>
          <w:color w:val="555555"/>
          <w:sz w:val="20"/>
        </w:rPr>
        <w:t>[929]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]...[ [ ]...π̣....[ [ ]δεθηρασαμ[ []εριναρι.α̣σα̣.[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]τασουρ̣αν̣ι̣α̣σ[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[930]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].[ [ ]ι̣α[.]ι̣δ̣α..[ [ ]πε[ ].ρ̣ο̣π̣α̣.[ [ ]..[.]..ντο.[ ].[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[–⏑ ] ἀ̣ρισ̣τ̣ῆ̣ο̣ς μεγαλή̣τ̣ορος α[ [–⏑ ]ι̣ω̣ι̣ ῥο̣π̣άλω̣ι κεφαλὰν[ [–⏑ ]ον̣ εἶχ̣εν ὕπερθε̣ παρα[ [ ].αι̣τ̣. οτομαισινα[ [ ]..αρατεφα[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].νει̣... ε̣[</w:t>
      </w:r>
    </w:p>
    <w:p>
      <w:r>
        <w:rPr>
          <w:rFonts w:ascii="Courier New" w:hAnsi="Courier New"/>
          <w:color w:val="555555"/>
          <w:sz w:val="20"/>
        </w:rPr>
        <w:t>[931col1]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].[ ]..ινω̣[ ] [ []..ο̣ρται· [ ] [ ]ε̣.π̣ιδα.... [ ]κ[ ]..[..]ρ̣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[]κιαι̣σι.[ ]ι̣α̣ []εν.[ ]να[ ]....α[ ] [ ]..[ ]η̣[ [ ]κο̣ι̣μ̣[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 [ ].λ.υγ⟦ε].⟧ν [ ].τω̣ [ ]υν [ ]ν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 ]ασθαι [ ]γ̣.. [ ].υσε̣ν̣ [ ].ντα [ ]ησ̣α̣[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[]</w:t>
      </w:r>
    </w:p>
    <w:p>
      <w:r>
        <w:rPr>
          <w:rFonts w:ascii="Courier New" w:hAnsi="Courier New"/>
          <w:color w:val="555555"/>
          <w:sz w:val="20"/>
        </w:rPr>
        <w:t>[931col2]</w:t>
      </w:r>
    </w:p>
    <w:p>
      <w:r>
        <w:rPr>
          <w:rFonts w:ascii="Gentium Plus" w:hAnsi="Gentium Plus"/>
          <w:sz w:val="24"/>
        </w:rPr>
        <w:t>— — [ ]. ...[ τον[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.ρ..[ .λαξ.[ [..]πιδα.[ ἀ̣μ̣ά̣ει δ̣[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ἀντικρὺ δ̣.[ ῥῆ̣ξε.[ κ[ ].[.]δε[ βα[ .[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 [ χ[ λ[ ς.[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π̣[</w:t>
      </w:r>
    </w:p>
    <w:p>
      <w:r>
        <w:rPr>
          <w:rFonts w:ascii="Courier New" w:hAnsi="Courier New"/>
          <w:color w:val="555555"/>
          <w:sz w:val="20"/>
        </w:rPr>
        <w:t>[932col1]</w:t>
      </w:r>
    </w:p>
    <w:p>
      <w:r>
        <w:rPr>
          <w:rFonts w:ascii="Gentium Plus" w:hAnsi="Gentium Plus"/>
          <w:sz w:val="24"/>
        </w:rPr>
        <w:t>[ ].σ̣ει.ειναποτ̣ε̣[.]μησ[ ] [ ].[ ]μη κλυτοπεύε̣ιν [ ]και ἦρα φερου[..]· [ ].ο̣νεγ̣...λ̣...σεισ̣[ 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[κα]τὰ στόμα λευγαλέοιο [ ] π̣ολέμοιο μάχεσθαι [ ] θοῦρον Ἄρηα [ ].ν ἄγριον ἐστι [ ].τ ἀνθρώποις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].ρεν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[932col2]</w:t>
      </w:r>
    </w:p>
    <w:p>
      <w:r>
        <w:rPr>
          <w:rFonts w:ascii="Gentium Plus" w:hAnsi="Gentium Plus"/>
          <w:sz w:val="24"/>
        </w:rPr>
        <w:t>ζ̣.[ δ̣.δι.[ αθαν[ Ζε̣υς.α̣[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Ζεὺς ν[ α.οσοσ[ τῶι πει[ μὴ̣ και.[ τονδα.[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Φοῖβεκα[ [ ]..[</w:t>
      </w:r>
    </w:p>
    <w:p>
      <w:r>
        <w:rPr>
          <w:rFonts w:ascii="Courier New" w:hAnsi="Courier New"/>
          <w:color w:val="555555"/>
          <w:sz w:val="20"/>
        </w:rPr>
        <w:t>[11]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[933col1]</w:t>
      </w:r>
    </w:p>
    <w:p>
      <w:r>
        <w:rPr>
          <w:rFonts w:ascii="Gentium Plus" w:hAnsi="Gentium Plus"/>
          <w:sz w:val="24"/>
        </w:rPr>
        <w:t>[ ]ειπεν [ ]γ̣ιστος [ ] []αδ[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[933col2]</w:t>
      </w:r>
    </w:p>
    <w:p>
      <w:r>
        <w:rPr>
          <w:rFonts w:ascii="Gentium Plus" w:hAnsi="Gentium Plus"/>
          <w:sz w:val="24"/>
        </w:rPr>
        <w:t>ορ̣[ εσ[ [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[934]</w:t>
      </w:r>
    </w:p>
    <w:p>
      <w:r>
        <w:rPr>
          <w:rFonts w:ascii="Gentium Plus" w:hAnsi="Gentium Plus"/>
          <w:sz w:val="24"/>
        </w:rPr>
        <w:t>[ ].ε [ ]σ̣ας [ ] []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]..[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[935]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]α [ ].ομφα.[ [ ].να̣κου̣ υἱός [ ]ν̣ ἀκόρη̣τος ἀϋτᾶς·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]ας...[ ] ὁ̣μ̣ίλου [ ]τε̣......οντο []........νωι· []φῆϊ ἄνακτι· [] Ἄ̣ργος ὄπασσον</w:t>
      </w:r>
    </w:p>
    <w:p>
      <w:r>
        <w:rPr>
          <w:rFonts w:ascii="Courier New" w:hAnsi="Courier New"/>
          <w:color w:val="555555"/>
          <w:sz w:val="20"/>
        </w:rPr>
        <w:t>[9]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[937]</w:t>
      </w:r>
    </w:p>
    <w:p>
      <w:r>
        <w:rPr>
          <w:rFonts w:ascii="Gentium Plus" w:hAnsi="Gentium Plus"/>
          <w:sz w:val="24"/>
        </w:rPr>
        <w:t>[ ]η̣δε πόσις μεθε̣[ [ ]ατ’ ἐπιχθονίων[ [ ]επει̣η̣.ωτισ̣ε̣[ [ ]....[..]ν ἐρυκέμεν, [ –⏑⏑––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].υσιν ἐριζέμεν ου[ ⏑⏑–– [ ]οντες ἐν ἀσπ[ίσ]ιν, η[ ⏑⏑–– [ ]ντες ὁμ̣ῆς γεγάασ[ [ ].ιμενο.ου συναρηξ[ [ ]ε̣σσιν ἐπεὶ βρίσῃ στρα[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.......]....σουλα[.]ς μολ[ ].[ [ ]....[....]εμεναι[ .....]..νοισιν[....]..σ̣ιπ̣[ .....]θ̣η̣μο̣[...]ν̣α̣ρ̣ι̣[.]τ̣εμ[ .....]ι̣χαν[.].δ̣ν[ ].σ̣ε̣..[.]κ̣ε[.]ε̣.αιλ[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.....]ν κλέος εσ[....] ἐνισποιμ[ .....].αδου.ο.[....].αμον εν μ.[ [ ]α̣λ̣α̣μι̣[.....]...[ ]..ς.ι πλ[ ....]α̣γα[.].αλ.[.].[....... β]ασιλῆος α..[ ....]εγερ̣ουμο[.].ναρ.[....]α̣[.]ο̣υλουδ.π[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...].κων τρηχεῖαν .[.....].ο̣να ναετάουσιν, ...].ες οἳ Πόντοι〈ο〉 παρ’ ἐ[σ]χατιαῖσι ν[έ]μονται, ...]δες ἄγχι βεβ[ῶτ]ες ὁμ̣ο̣ι̣[..ο]ν ἦτορ ἔχοντες. ].δ’ αὐτῶν δίχα[..]μ̣ο̣ς..ν.[...]μ̣ο[.].σινου̣.[ ..]ε̣κ̣ο̣[.].ζωεσβ̣[......]ρ̣.δενυ.[ ]μ̣υ̣φ.[ ]..[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..] ὑμέων στρα[τι]ὴν συνα[γ]ειρέμεν εὐτε[ δευήσειν δ’ οὐκ ἄ[ν] ποτ’ [ἐ]περχομένων ἐπ[ι]κού[ρων, λ]αὸν δ’ Εὐρώπ[η]ς πανεπάρκιον ἔμμεν[.]..[ Π]έρσαις ..υ̣.[.]...εν̣ τόσ[σ]ον̣ στρα̣τ̣ὸ̣ν αἰχ[μητάων. καί κεν δὴ τε[τέ]λεστο τάδ’ ἧι ἀγορευσ̣[.]..υ̣..[ ,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εἰ μή μιν κατέπεφνε〈ν〉 ἐπερ[χ]ομένη Διὸς αἶ[σα. νῦν δὲ πάισ[..].[.].νεν φρένας ἄλκιμος οὐκ.[</w:t>
      </w:r>
    </w:p>
    <w:p>
      <w:r>
        <w:rPr>
          <w:rFonts w:ascii="Courier New" w:hAnsi="Courier New"/>
          <w:color w:val="555555"/>
          <w:sz w:val="20"/>
        </w:rPr>
        <w:t>[35]</w:t>
      </w:r>
    </w:p>
    <w:p>
      <w:r>
        <w:rPr>
          <w:rFonts w:ascii="Gentium Plus" w:hAnsi="Gentium Plus"/>
          <w:sz w:val="24"/>
        </w:rPr>
        <w:t>ἐκ μεγάρων ὀπάσε̣[ι] ποτ’ .. ῥ̣ήτρῃσιν ἑκάστω[ι,</w:t>
      </w:r>
    </w:p>
    <w:p>
      <w:r>
        <w:rPr>
          <w:rFonts w:ascii="Courier New" w:hAnsi="Courier New"/>
          <w:color w:val="555555"/>
          <w:sz w:val="20"/>
        </w:rPr>
        <w:t>[938]</w:t>
      </w:r>
    </w:p>
    <w:p>
      <w:r>
        <w:rPr>
          <w:rFonts w:ascii="Gentium Plus" w:hAnsi="Gentium Plus"/>
          <w:sz w:val="24"/>
        </w:rPr>
        <w:t>Μοῦσαι Πιερίδες, κοῦραι Διὸς ὑψιμέδοντ[ος, αἵ τε θεῶν γένεσίν τε καὶ ἀγλ〈α〉ὰ δῶρα[ πατρὸς ἐρισθενέος χρύσεον πρὸς Ὀλ[υμπ Πιερίηθεν ἀπορνύμεναι ὄρεος ζαθ[έοιο,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ἠὲ τανυπρήωνος ἀπεσσ̣[ύμ]ε̣ν̣[α]ι̣ [Ἑ]λικ̣[ῶνος ἠέρα ἑσσάμεναι λιγ̣[υρ– ἀ]οιδη[– αὐταί μοι μέλπον[τι ]ατε [μ]ολπήν ἠέριαι προμολοῦ[σαι ]ερα θ[εῖ]ον· εὖτε πατὴρ λελιη[ ] ἀπεί[ρ]ονα κόσμον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τευχέμεναι παίδεσ̣ς̣.[ ]α̣σιον [δ]όμον αἰεί,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ἠδὲ καὶ ἀπλή̣τοις πέλαγ[ος μ]έγα [κύ]μασι θυῖ[ον ἐς Χάος αὖθι μ[ ].[ ] καὶ ες.[ ]ονω.[. π]έσω̣σι· τούνεκεν [ ].α[ ]πρωτα[ ]..ρ.[...]ν̣ετοτ̣[ τὸν μὲν αρ.[ ]ετ[ ]ε̣.γ̣ε.[ ]..[</w:t>
      </w:r>
    </w:p>
    <w:p>
      <w:r>
        <w:rPr>
          <w:rFonts w:ascii="Courier New" w:hAnsi="Courier New"/>
          <w:color w:val="555555"/>
          <w:sz w:val="20"/>
        </w:rPr>
        <w:t>[18]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[939]</w:t>
      </w:r>
    </w:p>
    <w:p>
      <w:r>
        <w:rPr>
          <w:rFonts w:ascii="Gentium Plus" w:hAnsi="Gentium Plus"/>
          <w:sz w:val="24"/>
        </w:rPr>
        <w:t>Μασσαγέτην ἄτρακτον ο[ χερσ[ὶ]ν ἐπειγομένηισι β[ αἶψα δ’ ἐκυκλώθη ταναὸν [ δυσκελάδου πώγωναπ[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πῆξε δ’ ὑπὸ κραδίην ὀλοὸν [ νύμφαι μακρὸν ἄυσαν [ ].[ καὶ τρίχας ἐξε̣τ̣αμον.[ ]κ.[ και..μενυ..ν̣ε.ε..[ ].ο̣..[ αιει.ηρασεν.[.].ενα̣[...]χε.[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ευτε[.]εθερμ[..].[..].[ ].ς..[ ].[ ἀζαλέηις’ ὀδυ[..]..[..]μ̣ε̣ι̣..[ ].μα.[ κρήνης λευκ[..]ε.[...]..ρηγ..[ παρθένος αφρ[..]τ̣ο[...]μουκη[ ]υ[ ουδεμεναγρ[.]τ̣η[...].αιπολο[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.ηρωσκ̣α̣ιευ.[ ].τ̣α[ ]...[ ].αλισι̣[ ]..[ γῆν με̣.επελ[.].εβ..υ.ανολον βρηνα..[ ἔδ[ρ]ακες Αἰσήπο[ι]ο ..[....]νιον π[ε]ρὶ πῆχυ[ν θηλυκο[...]βρε.[.]αιε.[..].νδορος..ρ̣ονα̣[ μυγδο̣ν̣[..].ιο̣ε..ε̣.κ.[..]. Ἀργανθω..[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ἐξ ἄγρης ἀνιοῦ[σ]αν ἐδέ[ρ]κεο· πυκνὰ δε.[</w:t>
      </w:r>
    </w:p>
    <w:p>
      <w:r>
        <w:rPr>
          <w:rFonts w:ascii="Courier New" w:hAnsi="Courier New"/>
          <w:color w:val="555555"/>
          <w:sz w:val="20"/>
        </w:rPr>
        <w:t>[940]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].ησεκ[..]ειμακ[ [ ]μενης βασιλη[ [ ].ενη γὰρ επ[ [ ]...ε καὶ Ἀδρη[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]ων ἐπιηραν.[ []πο[ [ ]ο̣νη̣α δαϊζομενων .....[ [ ]αγονεσσι καὶ αἰπεινοῦ κασ[ [ ]αας ἑκατοντάδας εἰλιποδ[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[–⏕ Ἡ]φ̣αίστοιο Μυρειναίη παραβα[ [–⏕–– ]ψ̣ασακαλας φλόγας· Ἄρεα λοι.[</w:t>
      </w:r>
    </w:p>
    <w:p>
      <w:r>
        <w:rPr>
          <w:rFonts w:ascii="Courier New" w:hAnsi="Courier New"/>
          <w:color w:val="555555"/>
          <w:sz w:val="20"/>
        </w:rPr>
        <w:t>[941]</w:t>
      </w:r>
    </w:p>
    <w:p>
      <w:r>
        <w:rPr>
          <w:rFonts w:ascii="Gentium Plus" w:hAnsi="Gentium Plus"/>
          <w:sz w:val="24"/>
        </w:rPr>
        <w:t>[ ].τοις συμβ̣[ [ ].ε̣τ̣.ι̣ν̣[ [ ] [ [] Ἔπαφον ὅτ̣ι επη̣[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[ω]νομάσ̣θα̣ι̣ η̣.η̣λ.[ [Ἰ]ο̣νίῳ γαίης π̣.[.]η̣ [ ]α̣ν ἀποπλα̣σ[σ]ομ̣ε [ ]αλλα Βο̣σ[π]ο̣ρ̣ο̣[ [ ]ευσε[ 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].εχ.[.].η̣[.]α̣ν[ [ ].[ ]χρω[ [ ]....ωσνυ.[ [ ]α..ισ̣ο̣σ̣ση.[ ].[ [ ]..ιπ̣αιδι[..]ιωραι[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 ].α̣μονος ἀ[ν]δ̣ρός [ ].φροσύνηι αλλα [ ]ι̣σαιπασαι [ ].ος παμπη.[ [ ] [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 ].ουαρσ̣[ [ ]ιδα [..] παντελῶς [ [ ]πειν.[..]εναι [ ]κακω[ [ ].ισφ.[</w:t>
      </w:r>
    </w:p>
    <w:p>
      <w:r>
        <w:rPr>
          <w:rFonts w:ascii="Courier New" w:hAnsi="Courier New"/>
          <w:color w:val="555555"/>
          <w:sz w:val="20"/>
        </w:rPr>
        <w:t>[24]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[ ]..[ ].[ ].[ []η̣ροστ̣ο̣τ[ ]ω.[ [ ].εξασν[ ]ι̣δ(ε)τ̣ο̣ν̣[ [ ]ηαπ̣ν̣[ ]ι̣ασβου.[ [ ].α̣[ ].νηρ.[</w:t>
      </w:r>
    </w:p>
    <w:p>
      <w:r>
        <w:rPr>
          <w:rFonts w:ascii="Courier New" w:hAnsi="Courier New"/>
          <w:color w:val="555555"/>
          <w:sz w:val="20"/>
        </w:rPr>
        <w:t>[29]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[942]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γρ]άφετ̣α̣ι αμυν̣[ [ ]ωι γένει προς [ ].ις δ(ὲ) τῶν ἀντιγρα [ ]ς ἔθνος εἶναι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[].υμενον φερε [].ου λέγεται δέ φησιν[ [ ]ν̣ειοντες ησαν [ ]ι̣ν ὠνο̣μα̣σ̣μ̣ε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]ς λέγουσι [ ]α γ(ὰρ) ἐλέγετο η̣ [ ]α̣ρ̣ατομετοι [ ].[ ]ονα[ [ ]...[ ]ες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 σκ]ευαζ[ο]μ[έ]ν̣οις [ ] [ ].ουε.αβ̣..εν [ ]..θ..[ ]α̣..ν̣ι̣ο̣υ̣</w:t>
      </w:r>
    </w:p>
    <w:p>
      <w:r>
        <w:rPr>
          <w:rFonts w:ascii="Courier New" w:hAnsi="Courier New"/>
          <w:color w:val="555555"/>
          <w:sz w:val="20"/>
        </w:rPr>
        <w:t>[18]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[943]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 [ [ ]ν̣[ [ ]..[ ]δ̣ες [ ]...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]ανκαι [ ] [ ] [ ]..ε̣</w:t>
      </w:r>
    </w:p>
    <w:p>
      <w:r>
        <w:rPr>
          <w:rFonts w:ascii="Courier New" w:hAnsi="Courier New"/>
          <w:color w:val="555555"/>
          <w:sz w:val="20"/>
        </w:rPr>
        <w:t>[8]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[944]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[]...[ ἔχουσα ἀλλ’ ε[ ].ο̣. [ ἱστίον ἀμφ[....].ν γαλη[ ἀοσδεῖ λα.[..]ο̣τ̣ι̣ ἐγίνετο δ[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πληγάδα πὰρ πέτρην τὴν συμ[πληγάδα λεγο‐ μένην ὑπὸ τ(ῶν) νεωτέρων τῆ[ι] δ’ οὐκ ἔνι φῦλ’ ο[ἰ‐ ωνῶν ὡς ἀόρνου καθεστῶτ[ο]ς τοῦ τόπου. ἀλλ’ αὔτως λείη παραδέδρομεν ἀλλ’ ὡς ἔχει [ ] παρήκει τέκτων νῦν τὸν οἰκοδό‐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μον ]. λατύπον τέκτονα εἴρη(κεν) οὐδενι βα̣‐ [ ]σ̣κοπαί, ἐφ’ ὧν β̣α̣ίη τις ἐνθεὶς τὸν πόδα ἀλλ’ αὔτω]ς λείη παραδέδρομεν μ̣ὴ προσπλη‐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 ]α ποιὸν ἦχον ἐν τῶι ῥεῖν, καὶ ὁ ποιητή(ς) [ ]τὸ δέ τ’ ὦκα κατειβόμενον κελαρύζει [ ]. [ ].α λ[ε]υκαίνουσα τὸ πέλαγος λευκα [ ]....[ ].τω.α λευκαθέοισα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[].γ..[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[]. [ []...[</w:t>
      </w:r>
    </w:p>
    <w:p>
      <w:r>
        <w:rPr>
          <w:rFonts w:ascii="Courier New" w:hAnsi="Courier New"/>
          <w:color w:val="555555"/>
          <w:sz w:val="20"/>
        </w:rPr>
        <w:t>[22]</w:t>
      </w:r>
    </w:p>
    <w:p>
      <w:r>
        <w:rPr>
          <w:rFonts w:ascii="Gentium Plus" w:hAnsi="Gentium Plus"/>
          <w:sz w:val="24"/>
        </w:rPr>
        <w:t>— — — — —</w:t>
      </w:r>
    </w:p>
    <w:p>
      <w:r>
        <w:rPr>
          <w:rFonts w:ascii="Courier New" w:hAnsi="Courier New"/>
          <w:color w:val="555555"/>
          <w:sz w:val="20"/>
        </w:rPr>
        <w:t>[945]</w:t>
      </w:r>
    </w:p>
    <w:p>
      <w:r>
        <w:rPr>
          <w:rFonts w:ascii="Gentium Plus" w:hAnsi="Gentium Plus"/>
          <w:sz w:val="24"/>
        </w:rPr>
        <w:t>τὴν νευρήν [ ].. ὀξυϊν[ ] [ ] ἀπὸ τουτο[ ]..[.].[ ].δι [ ].οι ἀπὸ τοῦ ἀλ̣αλκεῖν̣ [ ] ἀ̣π̣αλεξιά̣ρ̣η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ἄ]λκιμον .[ ].υντ..[ ].οντ̣ω̣[ [ ]α̣νδρων.[ [ ]α̣υρουν̣.[ [ ]ξ̣υ [</w:t>
      </w:r>
    </w:p>
    <w:p>
      <w:r>
        <w:rPr>
          <w:rFonts w:ascii="Courier New" w:hAnsi="Courier New"/>
          <w:color w:val="555555"/>
          <w:sz w:val="20"/>
        </w:rPr>
        <w:t>[8]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[946]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τ̣ῆς προτέρης κραδ[ σ]τήμεναι ὡς τὸ πάροιθε[ ἀλλὰ τάδ’ ἄμμιν ἔπειτα θεῶ[ν ἰότ]ητι μελήσει. σὺν Διὶ δ’ ἠώιους τάχα κεν φεύγοντας ἴδοιμεν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προτροπάδην, βελέεσσιν ὑφ’ ἡμετέροισι δαμέν[τας, ὄφρα τις ἐν Σπάρτηι βεβαρημ[έ]νος ἕλκεϊ λυγρῶι μνήσεται ἡμείων μηδ’ ἀσκηθὴς ὑπαλύξηι. ....]α μὲν ὡς ἐπέοικε τελευτήσειε Κρονίων .....]ε φυλακτῆρες πυρὰ κείατε καὶ μεμαῶτες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......] ἔκτοσθεν φιλίην ῥύεσθε πόληα. ......]ν οὐδὲ καὶ αὐτός, ἐπεὶ τόδε κάλλιόν ἐστιν, ἐν μ]εγάροις μενέω, φύλακας δὲ μετείσομαι ὦκα, .... δυ]σμενέων ἐμπαζόμεθ’ ἀλλ’ ἐπέοικεν .......]π̣άντα τελεῖν φρονέειν δ’ ἐπαρηρότα θυμῶι.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 ]ε καὶ ἴαχε λαὸς ὁμαρτῆι</w:t>
      </w:r>
    </w:p>
    <w:p>
      <w:r>
        <w:rPr>
          <w:rFonts w:ascii="Courier New" w:hAnsi="Courier New"/>
          <w:color w:val="555555"/>
          <w:sz w:val="20"/>
        </w:rPr>
        <w:t>[947]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ὣς [εἰπὼν ἀ]πέπαυσε μάχην, ἐπίθοντο δὲ λαοί νυ[......] νίκηι γὰρ ἀγαλλόμενοι ποθέεσκον κα[ί]περ κ[ε]κμηῶτες ἀνὰ κνέφας ἀντιάασθαι.</w:t>
      </w:r>
    </w:p>
    <w:p>
      <w:r>
        <w:rPr>
          <w:rFonts w:ascii="Courier New" w:hAnsi="Courier New"/>
          <w:color w:val="555555"/>
          <w:sz w:val="20"/>
        </w:rPr>
        <w:t>[948]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]..η̣ν̣.[ [ ].αανεσ̣[ [].αανεσ̣οικον [ ]μ(εν)ο̣.σ̣ταιτη̣μ̣(εν)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[].α ἐπὶ ξένης [].ωναις λεω̣. [ ]..ε̣ρον̣ ὁ παῖ̣ς [ ]σελεη̣υ̣ [ ].</w:t>
      </w:r>
    </w:p>
    <w:p>
      <w:r>
        <w:rPr>
          <w:rFonts w:ascii="Courier New" w:hAnsi="Courier New"/>
          <w:color w:val="555555"/>
          <w:sz w:val="20"/>
        </w:rPr>
        <w:t>[9]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[949col1]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[].[ ]..[ ].[ ] []ς προσποιούμ(εν)ος σε̣σω‐ [ ]ορμα̣..[ ] πρεσβύτης πάντα περὶ τὴ̣ν̣ [ ]υ̣ταικαι̣ται̣ τῶν Ἑλλήνων· φοινι‐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].χη̣· ὑποδήματα ὑπὸ λιπαρῆις ευα [ ] λιπαροῖς ποσί· τὸ δὲ σημαινόμ(εν)ον [ ]. ὑποδεδεμ(έν)ος ἦν· καί οἱ λεπταλέ‐ η ⏕– ⏕–⏑⏑ λ]ώπ̣η̣ νι̣σομένωι καί οἱ καὶ αὐτῶι [ ]. ὑπ’ ἀνέμου διε̣σείετο· λώπ̣η̣ π̣ερι‐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βόλαιον· νισομένωι] πορευομένωι τὸ̣ δ̣ὲ σημαινόμ̣[(εν)ο]ν̣ [ πο]ρ̣ε̣υο̣μ(έν)ω[ι] ὑπ’ ἀνέμου διεσε̣ί̣ετο [ ]υ̣.. πορφυρέα̣ς χρυσείωι ἀναπλι‐ [ ].ος τοῦ ἀριστεροῦ ἀγκῶνος παρηο‐ [ ].[ ]. [π]λόκωι πλέγματι ἴασπις 〈ε〉ἶδος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 ]....ταις παρηορίαις τοῦ λαιοῦ [ ].ν̣[ ]α· π... π̣λόκωι χρυσείωι το [ ]..δ̣..ι̣...ηρτημ(έν)ωι τοῦ ἱμ̣α̣ν̣‐</w:t>
      </w:r>
    </w:p>
    <w:p>
      <w:r>
        <w:rPr>
          <w:rFonts w:ascii="Courier New" w:hAnsi="Courier New"/>
          <w:color w:val="555555"/>
          <w:sz w:val="20"/>
        </w:rPr>
        <w:t>[17]</w:t>
      </w:r>
    </w:p>
    <w:p>
      <w:r>
        <w:rPr>
          <w:rFonts w:ascii="Gentium Plus" w:hAnsi="Gentium Plus"/>
          <w:sz w:val="24"/>
        </w:rPr>
        <w:t>[ ] vac.</w:t>
      </w:r>
    </w:p>
    <w:p>
      <w:r>
        <w:rPr>
          <w:rFonts w:ascii="Courier New" w:hAnsi="Courier New"/>
          <w:color w:val="555555"/>
          <w:sz w:val="20"/>
        </w:rPr>
        <w:t>[17]</w:t>
      </w:r>
    </w:p>
    <w:p>
      <w:r>
        <w:rPr>
          <w:rFonts w:ascii="Gentium Plus" w:hAnsi="Gentium Plus"/>
          <w:sz w:val="24"/>
        </w:rPr>
        <w:t>[ ] vac. [ ]....ιον[</w:t>
      </w:r>
    </w:p>
    <w:p>
      <w:r>
        <w:rPr>
          <w:rFonts w:ascii="Courier New" w:hAnsi="Courier New"/>
          <w:color w:val="555555"/>
          <w:sz w:val="20"/>
        </w:rPr>
        <w:t>[18]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[949col2]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.[ ⸐δ̣[ μ̣[ αξ[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λ̣[ τ[ ο[ η.[ ⸐..[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.ρι̣[ ν̣[ η.[ σ̣ε̣..[ ⸐αυ̣α̣σ̣[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ιδαλι[ λιμ.[ τοδ[ μη.[ ..[</w:t>
      </w:r>
    </w:p>
    <w:p>
      <w:r>
        <w:rPr>
          <w:rFonts w:ascii="Courier New" w:hAnsi="Courier New"/>
          <w:color w:val="555555"/>
          <w:sz w:val="20"/>
        </w:rPr>
        <w:t>[19]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[950r]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κ̣λ̣υ̣[.].[ ...νετ.[ ο̣υ̣τ̣ος.[ Ξέρξησ̣[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μηδ.ν̣[ ἐς χθο̣ν̣[ καις..[ καὶ νοθο̣[.].[</w:t>
      </w:r>
    </w:p>
    <w:p>
      <w:r>
        <w:rPr>
          <w:rFonts w:ascii="Courier New" w:hAnsi="Courier New"/>
          <w:color w:val="555555"/>
          <w:sz w:val="20"/>
        </w:rPr>
        <w:t>[950v]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]ο̣λ̣.ζω(ν) [ ].ρωνω(ν) [ ]..ης [ ].σωπω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]κηος [ ].ηος [ ].υσσης</w:t>
      </w:r>
    </w:p>
    <w:p>
      <w:r>
        <w:rPr>
          <w:rFonts w:ascii="Courier New" w:hAnsi="Courier New"/>
          <w:color w:val="555555"/>
          <w:sz w:val="20"/>
        </w:rPr>
        <w:t>[951]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]..[.]..ο̣ν̣ε̣λ̣[.]..[ [–⏕– ]ευση.ε γένοισθε δὲ τ̣υ̣.[ ⏑⏑–– [ τ]α̣χινὸ̣ς καταδυνεομενο.[ [ ] Λάανδρον ἰδ〈ε〉ῖν μό̣νον ηνδα[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]ν̣τι... πάλιν Ἕ[σ]περε λαθρ[ [ ]ν̣δρε̣ καὶ αστ̣[....]ι̣ππευ[ [ ]ει νὺξ οὐρανὸς ἠελιο̣[ [ ]...ου̣ς οπλει.[.].αι ε.περ̣[ [–⏕– ].Λάανδρε τ̣έ̣τηκε γὰρ.[ –⏑⏑––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]εθων τ̣[η]λεσκόπος ερ̣πε[</w:t>
      </w:r>
    </w:p>
    <w:p>
      <w:r>
        <w:rPr>
          <w:rFonts w:ascii="Courier New" w:hAnsi="Courier New"/>
          <w:color w:val="555555"/>
          <w:sz w:val="20"/>
        </w:rPr>
        <w:t>[952]</w:t>
      </w:r>
    </w:p>
    <w:p>
      <w:r>
        <w:rPr>
          <w:rFonts w:ascii="Gentium Plus" w:hAnsi="Gentium Plus"/>
          <w:sz w:val="24"/>
        </w:rPr>
        <w:t>[ ]..εινεμαθεν πο̣σ̣ι̣[...]απ̣ο̣[.]ε̣.[ [Μ]ε̣ν̣έλαον ἀπὸ Σπάρτ̣ης π̣ο̣λ̣λ̣ν̣γ̣ω̣χ̣ο̣.[ [ ].διους λαθρέμπ̣ορ̣ος εἰς ὑ̣με̣ν̣η̣ί̣ο̣υ̣[ς [ ]εινε τὸν εἰκοσέτη πόνον οἴκοις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]ν̣ο̣ιο παλίνλυτον ἔργον ἔχουσα̣ [ ]ηρων ἑκατοντάδας οὐχ ὑπο̣[ ]α̣σ̣α̣ [ ].[.].ν̣ τρισσὴ κρίσις εἰς ἔριν ἦ[λ]θ̣ε̣ [ ]ην ἄδικον Πάρι̣ν̣ ἀθανατ.[ [ ]..[..]μολεν κρίσις οὐκ̣.[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]κασαι γένος ἀλλ’ ἐπιπ̣[ [ ]υ̣λιν ὅλος κατέβαινε[ [ ]ρισσην χά̣ρ̣ι̣ν̣ ηη̣ν̣α̣[ [ ].[..]..ε̣..α̣...[ [ ].κα̣ι̣δ̣ο̣υ̣ρ̣α̣τ[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 ]αρισ̣[ [ ]λη[ [ ].[</w:t>
      </w:r>
    </w:p>
    <w:p>
      <w:r>
        <w:rPr>
          <w:rFonts w:ascii="Courier New" w:hAnsi="Courier New"/>
          <w:color w:val="555555"/>
          <w:sz w:val="20"/>
        </w:rPr>
        <w:t>[17]</w:t>
      </w:r>
    </w:p>
    <w:p>
      <w:r>
        <w:rPr>
          <w:rFonts w:ascii="Gentium Plus" w:hAnsi="Gentium Plus"/>
          <w:sz w:val="24"/>
        </w:rPr>
        <w:t>— — — — —</w:t>
      </w:r>
    </w:p>
    <w:p>
      <w:r>
        <w:rPr>
          <w:rFonts w:ascii="Courier New" w:hAnsi="Courier New"/>
          <w:color w:val="555555"/>
          <w:sz w:val="20"/>
        </w:rPr>
        <w:t>[953]</w:t>
      </w:r>
    </w:p>
    <w:p>
      <w:r>
        <w:rPr>
          <w:rFonts w:ascii="Gentium Plus" w:hAnsi="Gentium Plus"/>
          <w:sz w:val="24"/>
        </w:rPr>
        <w:t>[ ἐ]ύφρονες α.[ [ ]ν ἀτὰρ κλυτὰ̣ κ[ [ ] ἀελλοπόδας ενα̣[ [ ]θοι̣ [κρ]α̣τερὸν δε̣π̣ι̣τ̣.[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[βασι]ληίδ[α] δωσέμεν ἀρχή[ν [ ]ρ̣ε[....]ατο παῖς ἀέκου̣[σα [ ]ι̣[....]υς λειμῶνα[ [ ].νοεη̣.[..]ε̣ι̣σ̣α [ ].... πρεσβειρα[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]ετι καὶ νῦν [ ]υ̣ς περ[ι]β[...]ον ἔχουσαι []θ̣’ ὥραν []αι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[]..[.]υ̣ πυρὸς ο̣ὔρεα μακρά []νυμ̣ο̣ν ἐ̣κλή̣ισσε []. ἐτέτ̣υκτ̣ο []υδεφα̣ν.[.]..</w:t>
      </w:r>
    </w:p>
    <w:p>
      <w:r>
        <w:rPr>
          <w:rFonts w:ascii="Courier New" w:hAnsi="Courier New"/>
          <w:color w:val="555555"/>
          <w:sz w:val="20"/>
        </w:rPr>
        <w:t>[19-21]</w:t>
      </w:r>
    </w:p>
    <w:p>
      <w:r>
        <w:rPr>
          <w:rFonts w:ascii="Gentium Plus" w:hAnsi="Gentium Plus"/>
          <w:sz w:val="24"/>
        </w:rPr>
        <w:t>(19—21 vestigia tantum)</w:t>
      </w:r>
    </w:p>
    <w:p>
      <w:r>
        <w:rPr>
          <w:rFonts w:ascii="Courier New" w:hAnsi="Courier New"/>
          <w:color w:val="555555"/>
          <w:sz w:val="20"/>
        </w:rPr>
        <w:t>[19-21]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[954]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.....[ α̣ἰ̣χμῶν τ[ ὡς αἱ μὲν̣ φ[ τηνδε...[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μυθοι[ μη̣τ̣[</w:t>
      </w:r>
    </w:p>
    <w:p>
      <w:r>
        <w:rPr>
          <w:rFonts w:ascii="Courier New" w:hAnsi="Courier New"/>
          <w:color w:val="555555"/>
          <w:sz w:val="20"/>
        </w:rPr>
        <w:t>[6]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[955]</w:t>
      </w:r>
    </w:p>
    <w:p>
      <w:r>
        <w:rPr>
          <w:rFonts w:ascii="Gentium Plus" w:hAnsi="Gentium Plus"/>
          <w:sz w:val="24"/>
        </w:rPr>
        <w:t>[]καὶ χρόνος οἶδε διώκειν []αμειβόμενον δ’ ἐνὶ καιρῷ [ ]ρ̣αίνεται ὡς νέον ἄνθος [ ].αμείβετο δάκρυ χέουσα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].ο Κύπριδος ὄλβον [ ]υ γὰρ ἔγωγε []πασσα̣ς̣</w:t>
      </w:r>
    </w:p>
    <w:p>
      <w:r>
        <w:rPr>
          <w:rFonts w:ascii="Courier New" w:hAnsi="Courier New"/>
          <w:color w:val="555555"/>
          <w:sz w:val="20"/>
        </w:rPr>
        <w:t>[7]</w:t>
      </w:r>
    </w:p>
    <w:p>
      <w:r>
        <w:rPr>
          <w:rFonts w:ascii="Gentium Plus" w:hAnsi="Gentium Plus"/>
          <w:sz w:val="24"/>
        </w:rPr>
        <w:t>— — — — —</w:t>
      </w:r>
    </w:p>
    <w:p>
      <w:r>
        <w:rPr>
          <w:rFonts w:ascii="Courier New" w:hAnsi="Courier New"/>
          <w:color w:val="555555"/>
          <w:sz w:val="20"/>
        </w:rPr>
        <w:t>[956]</w:t>
      </w:r>
    </w:p>
    <w:p>
      <w:r>
        <w:rPr>
          <w:rFonts w:ascii="Gentium Plus" w:hAnsi="Gentium Plus"/>
          <w:sz w:val="24"/>
        </w:rPr>
        <w:t>αὐτὰρ ὅτε κλύε μῦθον ἀπηνέα δ.[ αὖτις δ’ ἔλπετό μιν ξυνὸν π.[ ἠὲ παραιφασίῃς’ ἠὲ κρα[ ἔνθεν δ’ αὖ πλώεσκε[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ἔστι δέ τις μέσση.[ νῆσος ἀφ̣ικ̣[ τ̣ηνα̣[</w:t>
      </w:r>
    </w:p>
    <w:p>
      <w:r>
        <w:rPr>
          <w:rFonts w:ascii="Courier New" w:hAnsi="Courier New"/>
          <w:color w:val="555555"/>
          <w:sz w:val="20"/>
        </w:rPr>
        <w:t>[7]</w:t>
      </w:r>
    </w:p>
    <w:p>
      <w:r>
        <w:rPr>
          <w:rFonts w:ascii="Gentium Plus" w:hAnsi="Gentium Plus"/>
          <w:sz w:val="24"/>
        </w:rPr>
        <w:t>— — — — —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