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Κτηνιατρικὰ Βερολίνου</w:t>
      </w:r>
      <w:r>
        <w:br/>
      </w:r>
      <w:r>
        <w:rPr>
          <w:i/>
          <w:color w:val="666666"/>
          <w:sz w:val="40"/>
        </w:rPr>
        <w:t>Berlin Veterinary Works</w:t>
      </w:r>
    </w:p>
    <w:p>
      <w:pPr>
        <w:jc w:val="center"/>
      </w:pPr>
      <w:r>
        <w:rPr>
          <w:rFonts w:ascii="Times New Roman" w:hAnsi="Times New Roman"/>
          <w:color w:val="1E3A70"/>
          <w:sz w:val="32"/>
        </w:rPr>
        <w:t>Ἱππιατρικὰ τὰ ἀνώνυμα</w:t>
      </w:r>
      <w:r>
        <w:br/>
      </w:r>
      <w:r>
        <w:rPr>
          <w:i/>
          <w:color w:val="666666"/>
          <w:sz w:val="28"/>
        </w:rPr>
        <w:t>by Hippiatric Compilation Anonymous</w:t>
      </w:r>
    </w:p>
    <w:p/>
    <w:p>
      <w:pPr>
        <w:jc w:val="center"/>
      </w:pPr>
      <w:r>
        <w:rPr>
          <w:rFonts w:ascii="Gentium Plus" w:hAnsi="Gentium Plus"/>
          <w:b/>
          <w:sz w:val="24"/>
        </w:rPr>
        <w:t>περὶ πυρετοῦ.</w:t>
      </w:r>
    </w:p>
    <w:p>
      <w:pPr>
        <w:jc w:val="center"/>
      </w:pPr>
      <w:r>
        <w:rPr>
          <w:rFonts w:ascii="Gentium Plus" w:hAnsi="Gentium Plus"/>
          <w:b/>
          <w:sz w:val="24"/>
        </w:rPr>
        <w:t>Ἀψύρτου.</w:t>
      </w:r>
    </w:p>
    <w:p>
      <w:r>
        <w:rPr>
          <w:rFonts w:ascii="Courier New" w:hAnsi="Courier New"/>
          <w:color w:val="555555"/>
          <w:sz w:val="20"/>
        </w:rPr>
        <w:t>[1 . 1]</w:t>
      </w:r>
    </w:p>
    <w:p>
      <w:r>
        <w:rPr>
          <w:rFonts w:ascii="Gentium Plus" w:hAnsi="Gentium Plus"/>
          <w:sz w:val="24"/>
        </w:rPr>
        <w:t>Στρατευσάμενος ἐν τοῖς τάγμασι τοῖς ἐπὶ τοῦ Ἴστρου πο‐ ταμοῦ ἔγνων τὰ συμβαίνοντα τοῖς ἵπποις, ἐν οἷς καὶ διαφω‐ νοῦσιν. ἀναταξάμενος οὖν ταῦτα καὶ τὰ πρὸς αὐτὰ βοηθήματα προσφωνῶ σοι, φίλτατε Ἀσκληπιάδη, τοῦτο τὸ βιβλίον,</w:t>
      </w:r>
    </w:p>
    <w:p>
      <w:r>
        <w:rPr>
          <w:rFonts w:ascii="Courier New" w:hAnsi="Courier New"/>
          <w:color w:val="555555"/>
          <w:sz w:val="20"/>
        </w:rPr>
        <w:t>[5]</w:t>
      </w:r>
    </w:p>
    <w:p>
      <w:r>
        <w:rPr>
          <w:rFonts w:ascii="Gentium Plus" w:hAnsi="Gentium Plus"/>
          <w:sz w:val="24"/>
        </w:rPr>
        <w:t>ὄντι μοι πολίτῃ καὶ ἰατρῷ μεγίστῳ. ἐν ᾧ μὴ ἐπιζητήσῃς λογιό‐ τητα, ἀλλὰ τὴν ἐκ τῆς πείρας φυσικὴν ἐμπειρίαν ἐπίγνωθι.</w:t>
      </w:r>
    </w:p>
    <w:p>
      <w:r>
        <w:rPr>
          <w:rFonts w:ascii="Courier New" w:hAnsi="Courier New"/>
          <w:color w:val="555555"/>
          <w:sz w:val="20"/>
        </w:rPr>
        <w:t>[1 . 2]</w:t>
      </w:r>
    </w:p>
    <w:p>
      <w:r>
        <w:rPr>
          <w:rFonts w:ascii="Gentium Plus" w:hAnsi="Gentium Plus"/>
          <w:sz w:val="24"/>
        </w:rPr>
        <w:t>λέγω δὲ πρῶτον περὶ τοῦ πυρέττοντος, ὡς ἐπιγνωσθήσεται ἐν τοῖς σημείοις τούτοις. 〈ἐπέταξά σοι ταῦτα τὰ σημεῖα, ὅπως ἐκ τῶν τοιούτων πραγμάτων ἐν περισσοτέρᾳ ἀσφαλείᾳ τὰ τοῖς ἵπποις ἐκ τῶν τοιούτων σημείων ἐπιγινόμενα πάθη εὐχερῶς</w:t>
      </w:r>
    </w:p>
    <w:p>
      <w:r>
        <w:rPr>
          <w:rFonts w:ascii="Courier New" w:hAnsi="Courier New"/>
          <w:color w:val="555555"/>
          <w:sz w:val="20"/>
        </w:rPr>
        <w:t>[5]</w:t>
      </w:r>
    </w:p>
    <w:p>
      <w:r>
        <w:rPr>
          <w:rFonts w:ascii="Gentium Plus" w:hAnsi="Gentium Plus"/>
          <w:sz w:val="24"/>
        </w:rPr>
        <w:t>γινώσκοις καὶ μὴ ἀσκόπως καὶ ἀγνώστως λέγων ἐκ τῶν ἀκρι‐ βῶς ἐπισταμένων καταγελᾷ. διὰ τοῦτο οὖν χρὴ ταῦτα ὑπὸ παντὸς ἱπποϊατροῦ λίαν γινώσκεσθαι.</w:t>
      </w:r>
    </w:p>
    <w:p>
      <w:r>
        <w:rPr>
          <w:rFonts w:ascii="Courier New" w:hAnsi="Courier New"/>
          <w:color w:val="555555"/>
          <w:sz w:val="20"/>
        </w:rPr>
        <w:t>[1 . 3]</w:t>
      </w:r>
    </w:p>
    <w:p>
      <w:r>
        <w:rPr>
          <w:rFonts w:ascii="Gentium Plus" w:hAnsi="Gentium Plus"/>
          <w:sz w:val="24"/>
        </w:rPr>
        <w:t>εἰσὶ δὲ τὰ σημεῖα ταῦτα〉· ἔχει τὴν κεφαλὴν καταρρέπουσαν ἐπὶ τὴν γῆν, ἀνανεῦσαι 〈δὲ〉 μὴ δυνάμενος, καὶ τοὺς ὀφθαλ‐ μοὺς ᾠδηκότας \| 〈καὶ ὑφαίμουσ〉 καὶ δυσδιανοίκτους, 〈ἔστι δὲ ὅτε καὶ δακρύει, ἔχων τὰ〉 χείλη κεχαλασμένα καὶ πᾶν τὸ</w:t>
      </w:r>
    </w:p>
    <w:p>
      <w:r>
        <w:rPr>
          <w:rFonts w:ascii="Courier New" w:hAnsi="Courier New"/>
          <w:color w:val="555555"/>
          <w:sz w:val="20"/>
        </w:rPr>
        <w:t>[5]</w:t>
      </w:r>
    </w:p>
    <w:p>
      <w:r>
        <w:rPr>
          <w:rFonts w:ascii="Gentium Plus" w:hAnsi="Gentium Plus"/>
          <w:sz w:val="24"/>
        </w:rPr>
        <w:t>σῶμα ὁμοίως, 〈καὶ γλῶσσαν ξηράν〉, καὶ τοὺς διδύμους κεχα‐</w:t>
      </w:r>
    </w:p>
    <w:p>
      <w:r>
        <w:rPr>
          <w:rFonts w:ascii="Courier New" w:hAnsi="Courier New"/>
          <w:color w:val="555555"/>
          <w:sz w:val="20"/>
        </w:rPr>
        <w:t>[10]</w:t>
      </w:r>
    </w:p>
    <w:p>
      <w:r>
        <w:rPr>
          <w:rFonts w:ascii="Gentium Plus" w:hAnsi="Gentium Plus"/>
          <w:sz w:val="24"/>
        </w:rPr>
        <w:t>καὶ κλίνεται κατὰ πλάτος, κυλίεσθαί τε οὐ δύναται. τὰ μὲν οὖν παρεπόμενα τοιαῦτα.</w:t>
      </w:r>
    </w:p>
    <w:p>
      <w:r>
        <w:rPr>
          <w:rFonts w:ascii="Courier New" w:hAnsi="Courier New"/>
          <w:color w:val="555555"/>
          <w:sz w:val="20"/>
        </w:rPr>
        <w:t>[1 . 4]</w:t>
      </w:r>
    </w:p>
    <w:p>
      <w:r>
        <w:rPr>
          <w:rFonts w:ascii="Gentium Plus" w:hAnsi="Gentium Plus"/>
          <w:sz w:val="24"/>
        </w:rPr>
        <w:t>συμβαίνει δὲ 〈ταῦτα〉 ἤτοι, ὅταν ᾖ ὑπέρτονος τῷ κόπῳ γεγονὼς ἀπὸ τοῦ ἐλασμοῦ ἢ καὶ δρόμου συντόνου. γίνεται δὲ καὶ διὰ ψύχους ὑπερβολὴν ἢ καύματος, ἔσθ’ ὅτε δὲ καὶ δι’ ὠμότητα τῶν σιτίων, ὃ μάλιστα συμβαίνει, ὅτάν τι προσλάβη‐</w:t>
      </w:r>
    </w:p>
    <w:p>
      <w:r>
        <w:rPr>
          <w:rFonts w:ascii="Courier New" w:hAnsi="Courier New"/>
          <w:color w:val="555555"/>
          <w:sz w:val="20"/>
        </w:rPr>
        <w:t>[5]</w:t>
      </w:r>
    </w:p>
    <w:p>
      <w:r>
        <w:rPr>
          <w:rFonts w:ascii="Gentium Plus" w:hAnsi="Gentium Plus"/>
          <w:sz w:val="24"/>
        </w:rPr>
        <w:t>ται τῶν νέων καρπῶν καὶ σιτίων, δυσανάδοτοι γάρ εἰσι καὶ δύσπεπτοι.</w:t>
      </w:r>
    </w:p>
    <w:p>
      <w:r>
        <w:rPr>
          <w:rFonts w:ascii="Courier New" w:hAnsi="Courier New"/>
          <w:color w:val="555555"/>
          <w:sz w:val="20"/>
        </w:rPr>
        <w:t>[1 . 5]</w:t>
      </w:r>
    </w:p>
    <w:p>
      <w:r>
        <w:rPr>
          <w:rFonts w:ascii="Gentium Plus" w:hAnsi="Gentium Plus"/>
          <w:sz w:val="24"/>
        </w:rPr>
        <w:t>θεραπεύεται δὲ οὗτος αἵματος ἀφαιρέσει ἐκ τῶν κροτάφων ἢ τοῦ προσώπου, καὶ ἀνατάσει ἀπὸ πάσης τροφῆς τῇ πρώτῃ ἡμέρᾳ, μόνου τοῦ πόματος \| κατὰ μικρὸν διδομένου, περιπά‐ τοις τε ὀλίγοις καὶ πραέσι, χειμῶνος δὲ ἐσκεπάσθω καὶ ἡ στάσις</w:t>
      </w:r>
    </w:p>
    <w:p>
      <w:r>
        <w:rPr>
          <w:rFonts w:ascii="Courier New" w:hAnsi="Courier New"/>
          <w:color w:val="555555"/>
          <w:sz w:val="20"/>
        </w:rPr>
        <w:t>[5]</w:t>
      </w:r>
    </w:p>
    <w:p>
      <w:r>
        <w:rPr>
          <w:rFonts w:ascii="Gentium Plus" w:hAnsi="Gentium Plus"/>
          <w:sz w:val="24"/>
        </w:rPr>
        <w:t>ἔστω θερμή. ὅταν δὲ δοκῇ βέλτιον ἔχειν, προάγειν αὐτὸν δεῖ ἐπὶ τὴν νομήν, ἐὰν ᾖ ὁ καιρός. εἰ δ’ οὐκ ἔστι, παραβάλλειν χόρτον ξηρὸν κατ’ ὀλίγον ἐκ προσαγωγῆς μελικράτῳ ἐρραντι‐ σμένον καὶ τὰς κριθὰς πτισάνην ποιοῦντα, καὶ ταύτας δὲ ὡσαύ‐ τως μὴ πολλὰς ἐν ἀρχῇ διδόναι.</w:t>
      </w:r>
    </w:p>
    <w:p>
      <w:r>
        <w:rPr>
          <w:rFonts w:ascii="Courier New" w:hAnsi="Courier New"/>
          <w:color w:val="555555"/>
          <w:sz w:val="20"/>
        </w:rPr>
        <w:t>[1 . 6]</w:t>
      </w:r>
    </w:p>
    <w:p>
      <w:r>
        <w:rPr>
          <w:rFonts w:ascii="Gentium Plus" w:hAnsi="Gentium Plus"/>
          <w:sz w:val="24"/>
        </w:rPr>
        <w:t>πολλάκις δὲ μὴ πυρέσσων ἔστιν, ὅτε καταρρέπουσαν ἔχει τὴν κεφαλὴν καὶ τὰ σκέλη προβάλλει ὡσαύτως καὶ ἀναπεσὼν πλατύνεται. καὶ τοῦτον δὲ ἐπιγνώσῃ προσφερομένων τῶν κρι‐</w:t>
      </w:r>
    </w:p>
    <w:p>
      <w:r>
        <w:rPr>
          <w:rFonts w:ascii="Courier New" w:hAnsi="Courier New"/>
          <w:color w:val="555555"/>
          <w:sz w:val="20"/>
        </w:rPr>
        <w:t>[5]</w:t>
      </w:r>
    </w:p>
    <w:p>
      <w:r>
        <w:rPr>
          <w:rFonts w:ascii="Gentium Plus" w:hAnsi="Gentium Plus"/>
          <w:sz w:val="24"/>
        </w:rPr>
        <w:t>ρόμενον ᾖ τρώγων, ἀπύρετός ἐστιν, μόνον δὲ κόπον ἔχει. ὁ δὲ πυρέσσων οὐδὲν προσίεται τούτων, ἀλλ’ ἔστιν ἀνόρεκτος καὶ σκυθρωπὸς, ἐπιζητῶν 〈δὲ〉 μόνον τὸ πόμα.</w:t>
      </w:r>
    </w:p>
    <w:p>
      <w:r>
        <w:rPr>
          <w:rFonts w:ascii="Courier New" w:hAnsi="Courier New"/>
          <w:color w:val="555555"/>
          <w:sz w:val="20"/>
        </w:rPr>
        <w:t>[1 . 7]</w:t>
      </w:r>
    </w:p>
    <w:p>
      <w:r>
        <w:rPr>
          <w:rFonts w:ascii="Gentium Plus" w:hAnsi="Gentium Plus"/>
          <w:sz w:val="24"/>
        </w:rPr>
        <w:t>μηδέποτε δὲ τοῦ τοιούτου τὰς κατὰ νεῦρα φλέβας ἐξαιματίσῃς. συμβαίνει γὰρ συνεσπασμένον γενέσθαι, ῥίπτει τε ἑαυτὸν καὶ διεγείρεσθαι οὐ δύναται. ἐπιτείνεται \| γὰρ τὸ πάθος καὶ οὕτως γίνεται διαφω‐</w:t>
      </w:r>
    </w:p>
    <w:p>
      <w:r>
        <w:rPr>
          <w:rFonts w:ascii="Courier New" w:hAnsi="Courier New"/>
          <w:color w:val="555555"/>
          <w:sz w:val="20"/>
        </w:rPr>
        <w:t>[5]</w:t>
      </w:r>
    </w:p>
    <w:p>
      <w:r>
        <w:rPr>
          <w:rFonts w:ascii="Gentium Plus" w:hAnsi="Gentium Plus"/>
          <w:sz w:val="24"/>
        </w:rPr>
        <w:t>νῆσαι τῆς ἀσιτίας μενούσης. ὁ δὲ πυρέσσων ἀπὸ τῆς ἀρχῆς μέχρι τριῶν ἡμερῶν ὑπομένει, τὰς δὲ τούτων πλείονας οὐ περιγίνεται.</w:t>
      </w:r>
    </w:p>
    <w:p>
      <w:r>
        <w:rPr>
          <w:rFonts w:ascii="Courier New" w:hAnsi="Courier New"/>
          <w:color w:val="555555"/>
          <w:sz w:val="20"/>
        </w:rPr>
        <w:t>[1 . 8]</w:t>
      </w:r>
    </w:p>
    <w:p>
      <w:r>
        <w:rPr>
          <w:rFonts w:ascii="Gentium Plus" w:hAnsi="Gentium Plus"/>
          <w:sz w:val="24"/>
        </w:rPr>
        <w:t>ὅσοι δὲ τοῦ ὠτὸς ἁπτόμενοι καὶ πρὸς τῇ πλευρᾷ προστι‐ θέντες τὴν χεῖρα παρὰ τὸν ἀγκῶνα τοῦ ὤμου λέγουσι πυρέσ‐ σειν, οὐκ ἀληθεύουσιν οὗτοι. οὐδεμία γὰρ ἀπόδειξίς ἐστι διὰ τούτων πυρετοῦ. οὐ δεῖ δὲ τοῦ ἀπὸ κόπου σημεῖα φέροντος</w:t>
      </w:r>
    </w:p>
    <w:p>
      <w:r>
        <w:rPr>
          <w:rFonts w:ascii="Courier New" w:hAnsi="Courier New"/>
          <w:color w:val="555555"/>
          <w:sz w:val="20"/>
        </w:rPr>
        <w:t>[5]</w:t>
      </w:r>
    </w:p>
    <w:p>
      <w:r>
        <w:rPr>
          <w:rFonts w:ascii="Gentium Plus" w:hAnsi="Gentium Plus"/>
          <w:sz w:val="24"/>
        </w:rPr>
        <w:t>αἷμα ἀφαιρεῖν. προσκαθαιροῦντες γὰρ τὴν δύναμιν εὐχερῶς ἀδικήσομεν. τὸν δὲ πυρέσσοντα ἀναγκαῖον φλεβοτομεῖν ἐκ τῶν εἰρημένων τόπων διὰ τὸ κατακρατεῖσθαι τὴν κεφαλὴν ὑπὸ τοῦ ἀρρωστήματος καὶ εὐάλωτον εἶναι.</w:t>
      </w:r>
    </w:p>
    <w:p>
      <w:pPr>
        <w:jc w:val="center"/>
      </w:pPr>
      <w:r>
        <w:rPr>
          <w:rFonts w:ascii="Gentium Plus" w:hAnsi="Gentium Plus"/>
          <w:b/>
          <w:sz w:val="24"/>
        </w:rPr>
        <w:t>Ἱεροκλέους εἰς αὐτὸ προοίμιον.</w:t>
      </w:r>
    </w:p>
    <w:p>
      <w:r>
        <w:rPr>
          <w:rFonts w:ascii="Courier New" w:hAnsi="Courier New"/>
          <w:color w:val="555555"/>
          <w:sz w:val="20"/>
        </w:rPr>
        <w:t>[1 . 9]</w:t>
      </w:r>
    </w:p>
    <w:p>
      <w:r>
        <w:rPr>
          <w:rFonts w:ascii="Gentium Plus" w:hAnsi="Gentium Plus"/>
          <w:sz w:val="24"/>
        </w:rPr>
        <w:t>Ἀλλ’ εἰ καὶ κατακούειν ἡμᾶς ἑτέρων τὰ νῦν ἐχρῆν ἔν τε δικαστηρίοις παρέχειν χρείαν τοῖς δεομέ\|νοις καὶ σπουδὴν περὶ ταύτας ποιεῖσθαι τὰς διατριβάς, οὐκ ἀτιμαστέον γε ὅμως τὴν σὴν ἀξίωσιν, ἄριστε Βάσσε. ἡδὺ γὰρ ἀτεχνῶς φορτίον καὶ</w:t>
      </w:r>
    </w:p>
    <w:p>
      <w:r>
        <w:rPr>
          <w:rFonts w:ascii="Courier New" w:hAnsi="Courier New"/>
          <w:color w:val="555555"/>
          <w:sz w:val="20"/>
        </w:rPr>
        <w:t>[5]</w:t>
      </w:r>
    </w:p>
    <w:p>
      <w:r>
        <w:rPr>
          <w:rFonts w:ascii="Gentium Plus" w:hAnsi="Gentium Plus"/>
          <w:sz w:val="24"/>
        </w:rPr>
        <w:t>κάματος εὐκάματος, φησὶν Εὐριπίδης, ὑπό τινι φίλῳ προσ‐</w:t>
      </w:r>
    </w:p>
    <w:p>
      <w:r>
        <w:rPr>
          <w:rFonts w:ascii="Courier New" w:hAnsi="Courier New"/>
          <w:color w:val="555555"/>
          <w:sz w:val="20"/>
        </w:rPr>
        <w:t>[10]</w:t>
      </w:r>
    </w:p>
    <w:p>
      <w:r>
        <w:rPr>
          <w:rFonts w:ascii="Gentium Plus" w:hAnsi="Gentium Plus"/>
          <w:sz w:val="24"/>
        </w:rPr>
        <w:t>ἑπόμενος τῷ προστάγματι λέγειν ἄρξωμαι, τίνα μὲν ἵπποις εἴωθεν ἐπιγίνεσθαι πάθη, τίνα δὲ ἐφ’ ἑκάστοις αὐτῶν ἰάματα. κεκλήσθων δὲ ἡμῖν συμφορεῖς τοῦ λόγου τοῦδε Ποσειδών τε ἵππειος καὶ ὁ τοῦ τῶν ἀνθρώπων γένους σωτὴρ Ἀσκληπιός, ᾧ πάντώς που καὶ ἵππων μέλει, εἰ δεῖ τι Χείρωνος τοῦ Κεν‐</w:t>
      </w:r>
    </w:p>
    <w:p>
      <w:r>
        <w:rPr>
          <w:rFonts w:ascii="Courier New" w:hAnsi="Courier New"/>
          <w:color w:val="555555"/>
          <w:sz w:val="20"/>
        </w:rPr>
        <w:t>[15]</w:t>
      </w:r>
    </w:p>
    <w:p>
      <w:r>
        <w:rPr>
          <w:rFonts w:ascii="Gentium Plus" w:hAnsi="Gentium Plus"/>
          <w:sz w:val="24"/>
        </w:rPr>
        <w:t>ταύρου καὶ τῶν ἐν Πηλίῳ διατριβῶν ἀξίως μεμνῆσθαι. σοὶ μὲν οὖν ἵππον φασὶν ἐς πεδίον παρακαλεῖν, εἴ τι δεῖ τὴν παρ‐ οιμίαν ἀφ’ ἑστίας λαβεῖν, πρὸς τοῦδε τοῦ λόγου τὴν γραφήν. \|</w:t>
      </w:r>
    </w:p>
    <w:p>
      <w:r>
        <w:rPr>
          <w:rFonts w:ascii="Courier New" w:hAnsi="Courier New"/>
          <w:color w:val="555555"/>
          <w:sz w:val="20"/>
        </w:rPr>
        <w:t>[1 . 10]</w:t>
      </w:r>
    </w:p>
    <w:p>
      <w:r>
        <w:rPr>
          <w:rFonts w:ascii="Gentium Plus" w:hAnsi="Gentium Plus"/>
          <w:sz w:val="24"/>
        </w:rPr>
        <w:t>ἐγὼ δέ, εἰ μὲν ἕτερος ἦν ὁ κινήσας ἐπὶ ταῦτα, πολλὰς ἠναγ‐ κάσθην ἂν ἴσως συγγράψαι βίβλους περί τε φύσεως ἵππων διεξιὼν μίξεώς τε καὶ κυήσεως αὐτῶν, ἔτι τε ἀνατροφῆς καὶ χωρίων θέσεως, ἃ καλλίστην καὶ ὑγιεινοτάτην αὐτοῖς παρέχειν</w:t>
      </w:r>
    </w:p>
    <w:p>
      <w:r>
        <w:rPr>
          <w:rFonts w:ascii="Courier New" w:hAnsi="Courier New"/>
          <w:color w:val="555555"/>
          <w:sz w:val="20"/>
        </w:rPr>
        <w:t>[5]</w:t>
      </w:r>
    </w:p>
    <w:p>
      <w:r>
        <w:rPr>
          <w:rFonts w:ascii="Gentium Plus" w:hAnsi="Gentium Plus"/>
          <w:sz w:val="24"/>
        </w:rPr>
        <w:t>εἴωθε νομὴν καὶ δίαιταν, καὶ πρό γε τούτων, ὅπως ἄν τις γνωματεύσειε τὸν ἄριστον ἵππον καὶ παρασκευάσειε μὴ δυσά‐ γωγον εἶναι μηδὲ δύσστομον καὶ δυσγάργαλον, ἀλλὰ ψάλιον ἑτοίμως δέξασθαι, καὶ τὸν ἀναβάτην μὴ χαλεπῶς ἐνεγκεῖν, καὶ ταῖς τῶν ἐποχουμένων ὁρμαῖς ὑπακούειν πρὸς ἅπαν, ὃ βού‐</w:t>
      </w:r>
    </w:p>
    <w:p>
      <w:r>
        <w:rPr>
          <w:rFonts w:ascii="Courier New" w:hAnsi="Courier New"/>
          <w:color w:val="555555"/>
          <w:sz w:val="20"/>
        </w:rPr>
        <w:t>[10]</w:t>
      </w:r>
    </w:p>
    <w:p>
      <w:r>
        <w:rPr>
          <w:rFonts w:ascii="Gentium Plus" w:hAnsi="Gentium Plus"/>
          <w:sz w:val="24"/>
        </w:rPr>
        <w:t>λονται· ταῦτα πάντα διεξῄειν ἄν, εἰ πρὸς ἄλλον ἦν.</w:t>
      </w:r>
    </w:p>
    <w:p>
      <w:r>
        <w:rPr>
          <w:rFonts w:ascii="Courier New" w:hAnsi="Courier New"/>
          <w:color w:val="555555"/>
          <w:sz w:val="20"/>
        </w:rPr>
        <w:t>[1 . 11]</w:t>
      </w:r>
    </w:p>
    <w:p>
      <w:r>
        <w:rPr>
          <w:rFonts w:ascii="Gentium Plus" w:hAnsi="Gentium Plus"/>
          <w:sz w:val="24"/>
        </w:rPr>
        <w:t>ἐπεὶ δὲ καὶ λόγων οὐκ ἀμελέτητος εἶ, καὶ τὰ περὶ τὴν ἱπποτροφίαν ἐκ προγόνων παρειληφὼς σπουδάσματα τυγχάνεις, τά τε Σί‐ μωνος ἀκούεις τοῦ παλαιοῦ τοὺς τῆς ἱππασίας αὐτοῦ τρόπους</w:t>
      </w:r>
    </w:p>
    <w:p>
      <w:r>
        <w:rPr>
          <w:rFonts w:ascii="Courier New" w:hAnsi="Courier New"/>
          <w:color w:val="555555"/>
          <w:sz w:val="20"/>
        </w:rPr>
        <w:t>[5]</w:t>
      </w:r>
    </w:p>
    <w:p>
      <w:r>
        <w:rPr>
          <w:rFonts w:ascii="Gentium Plus" w:hAnsi="Gentium Plus"/>
          <w:sz w:val="24"/>
        </w:rPr>
        <w:t>ἐν τῷ παρ’ Ἀθηναίοις Ἐλευσινίῳ χαράξαντος καὶ σημήναντος ἐν τοῖς σχήμασι, τόν τε περὶ τῆς ἱππικῆς Ξενοφῶντι τῷ Γρύλλου συγγεγραμμένον διανέγνω\|κας λόγον, τούτου χάριν διὰ βραχέων ἀπόχρη σημῆναι τὰ περὶ τῆς τῶν ἵππων θερα‐ πείας καιριώτατα.</w:t>
      </w:r>
    </w:p>
    <w:p>
      <w:r>
        <w:rPr>
          <w:rFonts w:ascii="Courier New" w:hAnsi="Courier New"/>
          <w:color w:val="555555"/>
          <w:sz w:val="20"/>
        </w:rPr>
        <w:t>[1 . 12]</w:t>
      </w:r>
    </w:p>
    <w:p>
      <w:r>
        <w:rPr>
          <w:rFonts w:ascii="Gentium Plus" w:hAnsi="Gentium Plus"/>
          <w:sz w:val="24"/>
        </w:rPr>
        <w:t>οἱ μὲν οὖν τὰς ἐπὶ τοῖς τῶν ἀνθρώ‐ πων σώμασι θεραπείας ἀκριβέστερον συνταξάμενοι παῖδες ἰατρῶν φασί που καὶ τὴν χρόαν ἢ πηλικότητα ἑκάστου χρῆναι τῶν θεραπευομένων ἐφορᾶν, ὡς μὴ πάντων μίαν καὶ τὴν αὐτὴν</w:t>
      </w:r>
    </w:p>
    <w:p>
      <w:r>
        <w:rPr>
          <w:rFonts w:ascii="Courier New" w:hAnsi="Courier New"/>
          <w:color w:val="555555"/>
          <w:sz w:val="20"/>
        </w:rPr>
        <w:t>[5]</w:t>
      </w:r>
    </w:p>
    <w:p>
      <w:r>
        <w:rPr>
          <w:rFonts w:ascii="Gentium Plus" w:hAnsi="Gentium Plus"/>
          <w:sz w:val="24"/>
        </w:rPr>
        <w:t>ἀπαιτούντων ἐπικουρίαν, ἀλλὰ τοὺς μὲν ἄγαν λευκοὺς καὶ Σκύθεσιν ἐμφερεῖς καὶ νὴ Δία πίονας, τοὺς δὲ ἄκρως μέλα‐ νας, οἷον Αἰθίοπας, τούς τε λεπτοὺς ἑτέρας θεραπείας ἐπιζη‐ τοῦντας τρόπον κατὰ τὸ ὂν ἐν αὐτοῖς χυμῶν ἐλλιπὲς ἢ περιτ‐ τεῦον. οἱ δὲ περὶ τὴν τῶν ἵππων ἴασιν εἰσενεγκάμενοι σπου‐</w:t>
      </w:r>
    </w:p>
    <w:p>
      <w:r>
        <w:rPr>
          <w:rFonts w:ascii="Courier New" w:hAnsi="Courier New"/>
          <w:color w:val="555555"/>
          <w:sz w:val="20"/>
        </w:rPr>
        <w:t>[10]</w:t>
      </w:r>
    </w:p>
    <w:p>
      <w:r>
        <w:rPr>
          <w:rFonts w:ascii="Gentium Plus" w:hAnsi="Gentium Plus"/>
          <w:sz w:val="24"/>
        </w:rPr>
        <w:t>δὴν οὐκ εἰς τοσοῦτον περιττότητος ἐχώρησαν, οὐδ’ αὐτοῖς δια‐ κριτέος μέλας ἀπὸ τοῦ φοινικοῦ ἢ ὁ ἐπιμήκης τὸ εἰς πλευρὸν τεῖνον ἀπό γε τοῦ στρογγύλου. οὔκουν οὐδὲ τὸ γένος πολυ‐ πραγμονεῖν ἀξιοῦσιν, εἴ τις Ἀρκὰς ἢ Κυρηναῖος ἢ τῶν ἀπὸ τῆς Ἰβηρίας ἢ Καππαδοκῶν ἢ νὴ Δία γε Θετταλὸς ἢ Μαυρού‐</w:t>
      </w:r>
    </w:p>
    <w:p>
      <w:r>
        <w:rPr>
          <w:rFonts w:ascii="Courier New" w:hAnsi="Courier New"/>
          <w:color w:val="555555"/>
          <w:sz w:val="20"/>
        </w:rPr>
        <w:t>[15]</w:t>
      </w:r>
    </w:p>
    <w:p>
      <w:r>
        <w:rPr>
          <w:rFonts w:ascii="Gentium Plus" w:hAnsi="Gentium Plus"/>
          <w:sz w:val="24"/>
        </w:rPr>
        <w:t>σιος ἢ καὶ \</w:t>
      </w:r>
    </w:p>
    <w:p>
      <w:r>
        <w:rPr>
          <w:rFonts w:ascii="Courier New" w:hAnsi="Courier New"/>
          <w:color w:val="555555"/>
          <w:sz w:val="20"/>
        </w:rPr>
        <w:t>[1 . 13]</w:t>
      </w:r>
    </w:p>
    <w:p>
      <w:r>
        <w:rPr>
          <w:rFonts w:ascii="Gentium Plus" w:hAnsi="Gentium Plus"/>
          <w:sz w:val="24"/>
        </w:rPr>
        <w:t>τούτου γε μὴν οὕτω προειρημένου δοκεῖ μοι τῷ περὶ τῆς θεραπείας οὐκ ἀπᾴδειν λόγῳ περὶ τῶν ἐτῶν εἰπεῖν, εἰς ὅσα τὴν ἵππου φασὶν ἡλικίαν διαρκεῖν. Ἀριστοφάνης οὖν ὁ Βυζάντιος τὰ περὶ φύσεως ζῴων ἐπιτεμόμενος ἐκ τῶν Ἀρι‐</w:t>
      </w:r>
    </w:p>
    <w:p>
      <w:r>
        <w:rPr>
          <w:rFonts w:ascii="Courier New" w:hAnsi="Courier New"/>
          <w:color w:val="555555"/>
          <w:sz w:val="20"/>
        </w:rPr>
        <w:t>[5]</w:t>
      </w:r>
    </w:p>
    <w:p>
      <w:r>
        <w:rPr>
          <w:rFonts w:ascii="Gentium Plus" w:hAnsi="Gentium Plus"/>
          <w:sz w:val="24"/>
        </w:rPr>
        <w:t>στοτέλους τοῦ φιλοσόφου φησὶν ἔτη ζῆν δύνασθαι ἵππον πεντήκοντα καὶ πρός. καὶ ἐν τοῖς Κυντιλίων δὲ Γεωργικοῖς εὕρομέν τινι τῶν ἱππέων ἵππον ὑπηρετηκότα τὸν αὐτὸν παρ’ ὅλον τὸν τῆς στρατείας χρόνον ἐτῶν ἐφεξῆς πέντε καὶ εἴκοσι. Ταραντῖνος δὲ ἱστορεῖ τὸν τοῦ Διὸς νεὼν κατασκευάζοντας</w:t>
      </w:r>
    </w:p>
    <w:p>
      <w:r>
        <w:rPr>
          <w:rFonts w:ascii="Courier New" w:hAnsi="Courier New"/>
          <w:color w:val="555555"/>
          <w:sz w:val="20"/>
        </w:rPr>
        <w:t>[10]</w:t>
      </w:r>
    </w:p>
    <w:p>
      <w:r>
        <w:rPr>
          <w:rFonts w:ascii="Gentium Plus" w:hAnsi="Gentium Plus"/>
          <w:sz w:val="24"/>
        </w:rPr>
        <w:t>Ἀθηναίους Ἐννεακρούνου πλησίον εἰσελαθῆναι ψηφίσασθαι</w:t>
      </w:r>
    </w:p>
    <w:p>
      <w:r>
        <w:rPr>
          <w:rFonts w:ascii="Courier New" w:hAnsi="Courier New"/>
          <w:color w:val="555555"/>
          <w:sz w:val="20"/>
        </w:rPr>
        <w:t>[15]</w:t>
      </w:r>
    </w:p>
    <w:p>
      <w:r>
        <w:rPr>
          <w:rFonts w:ascii="Gentium Plus" w:hAnsi="Gentium Plus"/>
          <w:sz w:val="24"/>
        </w:rPr>
        <w:t>στῆσαι, προβα\ μηδένα δὲ τῶν πυροπωλῶν ἢ κριθοπωλῶν ἀπελαύνειν αὐτὸν τῆς ἑστίας ἢ ἀπείργειν τῆς βρώσεως. συλλαμβάνειν γε μὴν καὶ κύειν ἐπιτηδείως ἔχειν φησὶν Ἀριστοτέλης τὴν θήλειαν ἕως ἐτῶν τριάκοντα.</w:t>
      </w:r>
    </w:p>
    <w:p>
      <w:r>
        <w:rPr>
          <w:rFonts w:ascii="Courier New" w:hAnsi="Courier New"/>
          <w:color w:val="555555"/>
          <w:sz w:val="20"/>
        </w:rPr>
        <w:t>[1 . 14]</w:t>
      </w:r>
    </w:p>
    <w:p>
      <w:r>
        <w:rPr>
          <w:rFonts w:ascii="Gentium Plus" w:hAnsi="Gentium Plus"/>
          <w:sz w:val="24"/>
        </w:rPr>
        <w:t>ἀλλ’ ἐνταῦθα ἡμῖν ὁ τὰ τοιαῦτα ἱστορῶν ἱστάσθω λόγος, ἵνα μὴ πόρρω τῆς ὑποθέσεως ἀπαχθέντες λάθωμεν. ὁρῶν δὲ τοὺς δοκιμωτάτους τῶν ἰατρῶν σημεῖα προλέγοντάς τινα, δι’ ὧν ἕκαστον πάθος ἐπιγνώσεταί τις συμπτωμάτων, ἀναγκαι‐</w:t>
      </w:r>
    </w:p>
    <w:p>
      <w:r>
        <w:rPr>
          <w:rFonts w:ascii="Courier New" w:hAnsi="Courier New"/>
          <w:color w:val="555555"/>
          <w:sz w:val="20"/>
        </w:rPr>
        <w:t>[5]</w:t>
      </w:r>
    </w:p>
    <w:p>
      <w:r>
        <w:rPr>
          <w:rFonts w:ascii="Gentium Plus" w:hAnsi="Gentium Plus"/>
          <w:sz w:val="24"/>
        </w:rPr>
        <w:t>ότατον εἶναι νομίζω τοῦτον ἐπὶ τῆς τῶν ἵππων ἰατρικῆς τῆς προμηνύσεως παραλαμβάνειν τὸν τρόπον. εἰ γὰρ τῶν ἀνθρώ‐ πων τῇ κατὰ φύσιν ἐξουσίᾳ τοῦ λόγου δυναμένων παραστῆσαι τὸ λυποῦν οὐδὲν ἧττον τῆς ἀπὸ τῶν σημείων τοῖς ἰατρεύουσιν ἐδέησεν ἐπισκέψεως, πολὺ δήπου μᾶλλον δεῖ τῆς τῶν διδασκο‐</w:t>
      </w:r>
    </w:p>
    <w:p>
      <w:r>
        <w:rPr>
          <w:rFonts w:ascii="Courier New" w:hAnsi="Courier New"/>
          <w:color w:val="555555"/>
          <w:sz w:val="20"/>
        </w:rPr>
        <w:t>[10]</w:t>
      </w:r>
    </w:p>
    <w:p>
      <w:r>
        <w:rPr>
          <w:rFonts w:ascii="Gentium Plus" w:hAnsi="Gentium Plus"/>
          <w:sz w:val="24"/>
        </w:rPr>
        <w:t>μένων γνωρισμάτων καταλήψεως ἐπὶ τῶν οὐ δυναμένων τὸ συμβὰν διελθεῖν. ἵν’ οὖν ἀπὸ τῶν μεγίστων ἀρξώμεθα, \| περὶ πυρετοῦ πρό‐ τερον διεξέλθωμεν.</w:t>
      </w:r>
    </w:p>
    <w:p>
      <w:pPr>
        <w:jc w:val="center"/>
      </w:pPr>
      <w:r>
        <w:rPr>
          <w:rFonts w:ascii="Gentium Plus" w:hAnsi="Gentium Plus"/>
          <w:b/>
          <w:sz w:val="24"/>
        </w:rPr>
        <w:t>περὶ πυρετοῦ.</w:t>
      </w:r>
    </w:p>
    <w:p>
      <w:r>
        <w:rPr>
          <w:rFonts w:ascii="Courier New" w:hAnsi="Courier New"/>
          <w:color w:val="555555"/>
          <w:sz w:val="20"/>
        </w:rPr>
        <w:t>[1 . 15]</w:t>
      </w:r>
    </w:p>
    <w:p>
      <w:r>
        <w:rPr>
          <w:rFonts w:ascii="Gentium Plus" w:hAnsi="Gentium Plus"/>
          <w:sz w:val="24"/>
        </w:rPr>
        <w:t>Ἵππος εἰ συνέχοιτο πυρετῷ, διὰ τῶνδε τὸ πάθος τῶν ση‐ μείων ἐμφανὲς καταστήσεται· νεύει μὲν 〈κεφαλὴν〉 εἰς τὸ ἔδα‐ φος ἰσχυρῶς, ὡς ἀνανεῦσαι μὴ δύνασθαι, καὶ τοὺς ὀφθαλ‐</w:t>
      </w:r>
    </w:p>
    <w:p>
      <w:r>
        <w:rPr>
          <w:rFonts w:ascii="Courier New" w:hAnsi="Courier New"/>
          <w:color w:val="555555"/>
          <w:sz w:val="20"/>
        </w:rPr>
        <w:t>[5]</w:t>
      </w:r>
    </w:p>
    <w:p>
      <w:r>
        <w:rPr>
          <w:rFonts w:ascii="Gentium Plus" w:hAnsi="Gentium Plus"/>
          <w:sz w:val="24"/>
        </w:rPr>
        <w:t>μόγις. ἔτι δὲ τὰ χελύνια κεχαλασμένα ἴδοις ἄν, καὶ τοὺς ὄρ‐ χεις κεχαλασμένους, τό τε σῶμα εὔλυτον καὶ θερμὸν ὅλον ἐστί, τῆς ἀναπνοῆς πυρώδους ἀναφερομένης καὶ βαρείας, τά τε σκέλη προβάλλει. εἰ δέ τις αὐτὸν ἐφέλκοιτο, περιπατεῖν οὐχ οἷός τε, ἀλλ’ οὐδὲ εἴ τις ἐπισπέρχοι· κατὰ μικρὸν δὲ ἐπιβαίνει</w:t>
      </w:r>
    </w:p>
    <w:p>
      <w:r>
        <w:rPr>
          <w:rFonts w:ascii="Courier New" w:hAnsi="Courier New"/>
          <w:color w:val="555555"/>
          <w:sz w:val="20"/>
        </w:rPr>
        <w:t>[10]</w:t>
      </w:r>
    </w:p>
    <w:p>
      <w:r>
        <w:rPr>
          <w:rFonts w:ascii="Gentium Plus" w:hAnsi="Gentium Plus"/>
          <w:sz w:val="24"/>
        </w:rPr>
        <w:t>παραφέρων τὸ σῶμα, ὥσπερ οἱ διὰ ποτὸν πλείονα ἀκροθώρα‐ κες καὶ σφαλλόμενοι. οὐ μὴν οὐδὲ καλινδεῖσθαι δύναται.</w:t>
      </w:r>
    </w:p>
    <w:p>
      <w:r>
        <w:rPr>
          <w:rFonts w:ascii="Courier New" w:hAnsi="Courier New"/>
          <w:color w:val="555555"/>
          <w:sz w:val="20"/>
        </w:rPr>
        <w:t>[1 . 16]</w:t>
      </w:r>
    </w:p>
    <w:p>
      <w:r>
        <w:rPr>
          <w:rFonts w:ascii="Gentium Plus" w:hAnsi="Gentium Plus"/>
          <w:sz w:val="24"/>
        </w:rPr>
        <w:t>τούτῳ δὲ περιπίπτει τῷ τοῦ πυρετοῦ πάθει, ὁπόταν ὑπέρ‐ τονος γένηται ὑπὸ δρόμου καὶ ἐλασμοῦ ἢ καὶ διὰ ψύχους ὑπερ‐ βολὴν ἢ καὶ καύματος, ἔσθ’ ὅτε δὲ καὶ δι’ ὠμότητα, ὅταν νε\|αρὰς προσλάβῃ καὶ ἀρτιθερίστους κριθάς, αἳ δὴ δύστριπτοί</w:t>
      </w:r>
    </w:p>
    <w:p>
      <w:r>
        <w:rPr>
          <w:rFonts w:ascii="Courier New" w:hAnsi="Courier New"/>
          <w:color w:val="555555"/>
          <w:sz w:val="20"/>
        </w:rPr>
        <w:t>[5]</w:t>
      </w:r>
    </w:p>
    <w:p>
      <w:r>
        <w:rPr>
          <w:rFonts w:ascii="Gentium Plus" w:hAnsi="Gentium Plus"/>
          <w:sz w:val="24"/>
        </w:rPr>
        <w:t>εἰσι καὶ δυσδιοίκητοι.</w:t>
      </w:r>
    </w:p>
    <w:p>
      <w:r>
        <w:rPr>
          <w:rFonts w:ascii="Courier New" w:hAnsi="Courier New"/>
          <w:color w:val="555555"/>
          <w:sz w:val="20"/>
        </w:rPr>
        <w:t>[1 . 17]</w:t>
      </w:r>
    </w:p>
    <w:p>
      <w:r>
        <w:rPr>
          <w:rFonts w:ascii="Gentium Plus" w:hAnsi="Gentium Plus"/>
          <w:sz w:val="24"/>
        </w:rPr>
        <w:t>θεράπευε οὖν τὸν τρόπον τοῦτον· αἷμα ἀφαίρει ἐκ τῶν κροτάφων καὶ τοῦ προσώπου, τὴν δὲ τροφὴν αὐτῷ μὴ πρόσ‐ φερε τῇ πρώτῃ ἡμέρᾳ, ἀλλὰ μόνον τὸν ποτὸν κατὰ μικρὸν δίδου, καὶ περιπατεῖν ὀλίγα καὶ πράως ποίει ἐσκεπασμένον,</w:t>
      </w:r>
    </w:p>
    <w:p>
      <w:r>
        <w:rPr>
          <w:rFonts w:ascii="Courier New" w:hAnsi="Courier New"/>
          <w:color w:val="555555"/>
          <w:sz w:val="20"/>
        </w:rPr>
        <w:t>[5]</w:t>
      </w:r>
    </w:p>
    <w:p>
      <w:r>
        <w:rPr>
          <w:rFonts w:ascii="Gentium Plus" w:hAnsi="Gentium Plus"/>
          <w:sz w:val="24"/>
        </w:rPr>
        <w:t>ὄντος καὶ τοῦ τόπου ἐν ᾧ ἕστηκε θερμοῦ. ὅταν δὲ βέλτιον ἔχειν δοκῇ, προαγέσθω ἐπὶ νομήν, ἐὰν πόας καιρὸς ᾖ. εἰ δὲ μὴ ᾖ, παραβαλλέσθω χόρτος ἐκ προσαγωγῆς καὶ κατ’ ὀλίγον καὶ κριθαὶ καλῶς περιεπτισμέναι σύμμετροι, μὴ πολλαὶ τὸ κατ’ ἀρχάς.</w:t>
      </w:r>
    </w:p>
    <w:p>
      <w:r>
        <w:rPr>
          <w:rFonts w:ascii="Courier New" w:hAnsi="Courier New"/>
          <w:color w:val="555555"/>
          <w:sz w:val="20"/>
        </w:rPr>
        <w:t>[1 . 18]</w:t>
      </w:r>
    </w:p>
    <w:p>
      <w:r>
        <w:rPr>
          <w:rFonts w:ascii="Gentium Plus" w:hAnsi="Gentium Plus"/>
          <w:sz w:val="24"/>
        </w:rPr>
        <w:t>ἔστι δὲ ὅτε πολλάκις καὶ μὴ πυρέσσων κεφαλὴν νένευκεν ἀπό τινος κόπου, ὁμοίως καὶ τὰ σκέλη προβάλλει, καὶ ἀναπε‐ σὼν πλατύνεται. ἀλλὰ καὶ τοῦτον ἐπιγνώσῃ, τὰς κριθὰς προσ‐ φέρων ἢ καί τινας ἑτέρας τροφάς. ἐὰν γὰρ ἐσθίῃ προθύμως,</w:t>
      </w:r>
    </w:p>
    <w:p>
      <w:r>
        <w:rPr>
          <w:rFonts w:ascii="Courier New" w:hAnsi="Courier New"/>
          <w:color w:val="555555"/>
          <w:sz w:val="20"/>
        </w:rPr>
        <w:t>[5]</w:t>
      </w:r>
    </w:p>
    <w:p>
      <w:r>
        <w:rPr>
          <w:rFonts w:ascii="Gentium Plus" w:hAnsi="Gentium Plus"/>
          <w:sz w:val="24"/>
        </w:rPr>
        <w:t>οὐ πυρέττει. ὁ γὰρ πυρετῷ συνεχόμενος οὐκ ἐσθίειν ἐθέλει, κατηφὴς ὢν καὶ μόνον ἐπιζητῶν τὸν ποτόν, καὶ κατακλιθεὶς εἰς τὴν γῆν διεγείρεσθαι \| οὐ δύναται οὐδὲ καθεύδειν. φασὶ δὲ τὸν πυρεταίνοντα ἀπὸ τῆς ἀρχῆς μέχρι τριῶν ἡμε‐ ρῶν ὑπομένειν, περαιτέρω δέ, εἰ μὴ τύχοι βοηθείας, οὐ διαρκεῖν.</w:t>
      </w:r>
    </w:p>
    <w:p>
      <w:r>
        <w:rPr>
          <w:rFonts w:ascii="Courier New" w:hAnsi="Courier New"/>
          <w:color w:val="555555"/>
          <w:sz w:val="20"/>
        </w:rPr>
        <w:t>[10]</w:t>
      </w:r>
    </w:p>
    <w:p>
      <w:r>
        <w:rPr>
          <w:rFonts w:ascii="Gentium Plus" w:hAnsi="Gentium Plus"/>
          <w:sz w:val="24"/>
        </w:rPr>
        <w:t>(φησὶ δὲ Στρατόνικος, ὅτι, κἂν διαφύγῃ, τῷ αὐτῷ πάθει</w:t>
      </w:r>
    </w:p>
    <w:p>
      <w:r>
        <w:rPr>
          <w:rFonts w:ascii="Courier New" w:hAnsi="Courier New"/>
          <w:color w:val="555555"/>
          <w:sz w:val="20"/>
        </w:rPr>
        <w:t>[1 . 19]</w:t>
      </w:r>
    </w:p>
    <w:p>
      <w:r>
        <w:rPr>
          <w:rFonts w:ascii="Gentium Plus" w:hAnsi="Gentium Plus"/>
          <w:sz w:val="24"/>
        </w:rPr>
        <w:t>τῶν γε μὴν ἀπὸ κόπου σημεῖα φερόντων μὴ δεῖν αἷμα ἀφαιρεῖν ἀρέσκει, ἵνα μὴ ἡ δύναμις αὐτῶν προσκαθαιρῆται. τὸν δὲ πυρεταίνοντα φλεβοτομεῖν ἀναγκαῖον, ἀφ’ ὧν εἴρηκα μερῶν, διὰ τὸ [μὴ] τὴν κεφαλὴν βαρύνεσθαι αὐτοῦ μάλιστα</w:t>
      </w:r>
    </w:p>
    <w:p>
      <w:r>
        <w:rPr>
          <w:rFonts w:ascii="Courier New" w:hAnsi="Courier New"/>
          <w:color w:val="555555"/>
          <w:sz w:val="20"/>
        </w:rPr>
        <w:t>[5]</w:t>
      </w:r>
    </w:p>
    <w:p>
      <w:r>
        <w:rPr>
          <w:rFonts w:ascii="Gentium Plus" w:hAnsi="Gentium Plus"/>
          <w:sz w:val="24"/>
        </w:rPr>
        <w:t>καὶ εὐάλωτον εἶναι. οἱ μέντοι ἀπὸ τῆς τοῦ ὠτὸς ἁφῆς καὶ τῆς πλευρᾶς τῆς πρὸς τὴν ἀκρωμίαν νομίζοντες δύνασθαι σημει‐ οῦσθαι τὸν πυρεταίνοντα δοκοῦσί μοι τῆς ἀληθοῦς μὴ τυγ‐ χάνειν καταλήψεως.</w:t>
      </w:r>
    </w:p>
    <w:p>
      <w:r>
        <w:rPr>
          <w:rFonts w:ascii="Courier New" w:hAnsi="Courier New"/>
          <w:color w:val="555555"/>
          <w:sz w:val="20"/>
        </w:rPr>
        <w:t>[1 . 20]</w:t>
      </w:r>
    </w:p>
    <w:p>
      <w:r>
        <w:rPr>
          <w:rFonts w:ascii="Gentium Plus" w:hAnsi="Gentium Plus"/>
          <w:sz w:val="24"/>
        </w:rPr>
        <w:t>δυνήσῃ δὲ τῷ πυρεταίνοντι καὶ δι’ ἐγχυσματισμῶν βοη‐ θῆσαι. δάφνης κόκκους 〈δέκα〉 τρίψας ἐπιμελῶς, ἐπίχεε μέλι‐ τος ὀξύβαφον καὶ οἴνου κύαθον καὶ ὕδατος τὸ ἴσον, εἶτα ἀνα‐ δεύσας ἔγχει διὰ στόματος. ἢ σελίνου σπέρμα τρίψας καὶ ἐπι‐</w:t>
      </w:r>
    </w:p>
    <w:p>
      <w:r>
        <w:rPr>
          <w:rFonts w:ascii="Courier New" w:hAnsi="Courier New"/>
          <w:color w:val="555555"/>
          <w:sz w:val="20"/>
        </w:rPr>
        <w:t>[5]</w:t>
      </w:r>
    </w:p>
    <w:p>
      <w:r>
        <w:rPr>
          <w:rFonts w:ascii="Gentium Plus" w:hAnsi="Gentium Plus"/>
          <w:sz w:val="24"/>
        </w:rPr>
        <w:t>χέας οἴνου κυάθους δύο καὶ αὖθις \ ὕδατος κυάθους τρεῖς, ἔγχει διὰ στόματος. ἐὰν δὲ ἴδῃς αὐτὸν ἀρχόμενον κοιμᾶσθαι, πρόαγε εἰς περί‐ πατον μὴ πλέον σταδίων δέκα, εἶτα ποίει κυλίεσθαι, τότε καὶ τῇ τροφῇ αὐτοῦ προσθήσεις πτισάνης διδοὺς καὶ ῥεφανίδων,</w:t>
      </w:r>
    </w:p>
    <w:p>
      <w:r>
        <w:rPr>
          <w:rFonts w:ascii="Courier New" w:hAnsi="Courier New"/>
          <w:color w:val="555555"/>
          <w:sz w:val="20"/>
        </w:rPr>
        <w:t>[10]</w:t>
      </w:r>
    </w:p>
    <w:p>
      <w:r>
        <w:rPr>
          <w:rFonts w:ascii="Gentium Plus" w:hAnsi="Gentium Plus"/>
          <w:sz w:val="24"/>
        </w:rPr>
        <w:t>ἂν ὦσιν, καὶ δάφνης ἀκρέμονας.</w:t>
      </w:r>
    </w:p>
    <w:p>
      <w:pPr>
        <w:jc w:val="center"/>
      </w:pPr>
      <w:r>
        <w:rPr>
          <w:rFonts w:ascii="Gentium Plus" w:hAnsi="Gentium Plus"/>
          <w:b/>
          <w:sz w:val="24"/>
        </w:rPr>
        <w:t>πυρετοῦ πρόγνωσις καὶ ἴασις.</w:t>
      </w:r>
    </w:p>
    <w:p>
      <w:r>
        <w:rPr>
          <w:rFonts w:ascii="Courier New" w:hAnsi="Courier New"/>
          <w:color w:val="555555"/>
          <w:sz w:val="20"/>
        </w:rPr>
        <w:t>[1 . 21]</w:t>
      </w:r>
    </w:p>
    <w:p>
      <w:r>
        <w:rPr>
          <w:rFonts w:ascii="Gentium Plus" w:hAnsi="Gentium Plus"/>
          <w:sz w:val="24"/>
        </w:rPr>
        <w:t>Τὰ ὄμματα δακρυώδη ἔχει, καὶ ἀχλὺς αὐτοῖς ἔπεστι. πνεῖ θερμὸν καὶ θιγγάνοντι θερμός ἐστιν ὅλος, καὶ τὴν κεφαλὴν κάτω κέκυφε, καὶ ψῦχος αὐτῷ προσπίπτει, τρέμει τε καὶ τοὺς ὀδόντας συγκρούει, καὶ οἱ ὄρχεις οἰδοῦσιν, καὶ τὸ στόμα ἄφθης</w:t>
      </w:r>
    </w:p>
    <w:p>
      <w:r>
        <w:rPr>
          <w:rFonts w:ascii="Courier New" w:hAnsi="Courier New"/>
          <w:color w:val="555555"/>
          <w:sz w:val="20"/>
        </w:rPr>
        <w:t>[5]</w:t>
      </w:r>
    </w:p>
    <w:p>
      <w:r>
        <w:rPr>
          <w:rFonts w:ascii="Gentium Plus" w:hAnsi="Gentium Plus"/>
          <w:sz w:val="24"/>
        </w:rPr>
        <w:t>μεστόν, καὶ ἡ ζέα (ἤτοι γραμμὴ) μετέωρος καὶ μαλακὴ καὶ θερμή, οἱ ὀφθαλμοὶ οἰδοῦσι, καὶ τὰ χείλη ἐστὶ χαυνότερα. ὅταν οὖν προαίσθῃ τὴν ὥραν αὐτήν, ἐν ᾗ τὸ ψῦχος προσπί‐ πτει καὶ ὁ πυρετὸς ἐπιγίνεται, πυρία αὐτὸν ἢ σύστειλον ἱμα‐ τίοις, καὶ τῆς ὠμῆς λύσεως δὸς πιεῖν θερμόν, καὶ τῶν σιτίων</w:t>
      </w:r>
    </w:p>
    <w:p>
      <w:r>
        <w:rPr>
          <w:rFonts w:ascii="Courier New" w:hAnsi="Courier New"/>
          <w:color w:val="555555"/>
          <w:sz w:val="20"/>
        </w:rPr>
        <w:t>[10]</w:t>
      </w:r>
    </w:p>
    <w:p>
      <w:r>
        <w:rPr>
          <w:rFonts w:ascii="Gentium Plus" w:hAnsi="Gentium Plus"/>
          <w:sz w:val="24"/>
        </w:rPr>
        <w:t>ὑπόστειλον, ὡς γένηται λαγαρός.</w:t>
      </w:r>
    </w:p>
    <w:p>
      <w:r>
        <w:rPr>
          <w:rFonts w:ascii="Courier New" w:hAnsi="Courier New"/>
          <w:color w:val="555555"/>
          <w:sz w:val="20"/>
        </w:rPr>
        <w:t>[1 . 22]</w:t>
      </w:r>
    </w:p>
    <w:p>
      <w:r>
        <w:rPr>
          <w:rFonts w:ascii="Gentium Plus" w:hAnsi="Gentium Plus"/>
          <w:sz w:val="24"/>
        </w:rPr>
        <w:t>ἐὰν δὲ ἡ \ λαβὼν συκαμίνου τὰ ἁπαλά, εἰ δὲ μή, τὴν ῥίζαν τρίψας, ὕδατι ἕψησον, εἶτα μίξας μέλιτος κοτύλην ἐπίχεε τρεῖς τοῦ ὕδατος τοῦ ἡψημένου, εἶτα ἔγχεον εἰς τοὺς μυκτῆρας, καὶ εἰς βαλα‐</w:t>
      </w:r>
    </w:p>
    <w:p>
      <w:r>
        <w:rPr>
          <w:rFonts w:ascii="Courier New" w:hAnsi="Courier New"/>
          <w:color w:val="555555"/>
          <w:sz w:val="20"/>
        </w:rPr>
        <w:t>[5]</w:t>
      </w:r>
    </w:p>
    <w:p>
      <w:r>
        <w:rPr>
          <w:rFonts w:ascii="Gentium Plus" w:hAnsi="Gentium Plus"/>
          <w:sz w:val="24"/>
        </w:rPr>
        <w:t>νεῖον ἀγαγὼν λοῦσον, καὶ οἴνῳ καὶ ἐλαίῳ ἐμφυσῶν ἀνάτριβε, εἶτα περίστειλον ἱματίοις. καὶ ὅταν μέλλῃ κοιμᾶσθαι, τῶν σι‐ τίων κατὰ μικρὸν πρόσφερε. ἄφελε δὲ αὐτοῦ αἷμα ἀπὸ τῶν κροτάφων ὅσον κοτύλας τρεῖς, τῇ δὲ ἄλλῃ ἀπὸ τῶν σκελῶν ἀνώτερον τοῦ γόνατος καὶ ἔασον ἀπορρυῆναι κοτύλας ἕξ, καὶ</w:t>
      </w:r>
    </w:p>
    <w:p>
      <w:r>
        <w:rPr>
          <w:rFonts w:ascii="Courier New" w:hAnsi="Courier New"/>
          <w:color w:val="555555"/>
          <w:sz w:val="20"/>
        </w:rPr>
        <w:t>[10]</w:t>
      </w:r>
    </w:p>
    <w:p>
      <w:r>
        <w:rPr>
          <w:rFonts w:ascii="Gentium Plus" w:hAnsi="Gentium Plus"/>
          <w:sz w:val="24"/>
        </w:rPr>
        <w:t>ἐπιμελοῦ ὡς βέλτιστα.</w:t>
      </w:r>
    </w:p>
    <w:p>
      <w:pPr>
        <w:jc w:val="center"/>
      </w:pPr>
      <w:r>
        <w:rPr>
          <w:rFonts w:ascii="Gentium Plus" w:hAnsi="Gentium Plus"/>
          <w:b/>
          <w:sz w:val="24"/>
        </w:rPr>
        <w:t>Ἀνατολίου εἰς τὸ αὐτό.</w:t>
      </w:r>
    </w:p>
    <w:p>
      <w:r>
        <w:rPr>
          <w:rFonts w:ascii="Courier New" w:hAnsi="Courier New"/>
          <w:color w:val="555555"/>
          <w:sz w:val="20"/>
        </w:rPr>
        <w:t>[1]</w:t>
      </w:r>
    </w:p>
    <w:p>
      <w:r>
        <w:rPr>
          <w:rFonts w:ascii="Gentium Plus" w:hAnsi="Gentium Plus"/>
          <w:sz w:val="24"/>
        </w:rPr>
        <w:t>Ἐπιγνώσῃ τὸν πυρέσσοντα ἵππον ἐκ τοῦ τὴν κοιλίαν ὑποχωρεῖν καὶ ἀφοδεύειν πυκνά. θεραπευτέον οὖν αὐτὸν λου‐ τρῷ θερμῷ θερείας, χειμῶνος δὲ θαλπτέον ὡς μὴ ῥιγῶσαι. καὶ τροφὴν ὀλίγην ὀρόβων ἢ πυρίνων ἀλεύρων δοτέον καὶ</w:t>
      </w:r>
    </w:p>
    <w:p>
      <w:r>
        <w:rPr>
          <w:rFonts w:ascii="Courier New" w:hAnsi="Courier New"/>
          <w:color w:val="555555"/>
          <w:sz w:val="20"/>
        </w:rPr>
        <w:t>[5]</w:t>
      </w:r>
    </w:p>
    <w:p>
      <w:r>
        <w:rPr>
          <w:rFonts w:ascii="Gentium Plus" w:hAnsi="Gentium Plus"/>
          <w:sz w:val="24"/>
        </w:rPr>
        <w:t>ποτὸν ὕδωρ χλιαρὸν προσκο\ τέον αἷμά τε ἐκ τοῦ τραχήλου ἢ τῶν περὶ τὴν φάρυγα ἢ τὸ στῆθος φλεβῶν 〈ἢ τοῦ ποδὸσ〉 ἀφαιρετέον τά τε γόνατα χρι‐ στέον ὄξει θερμῷ. ὅταν δὲ ἐρρῶσθαι δοκῇ, λοῦσον ὕδατι θερμῷ. ἐὰν δὲ διὰ κόπον πυρέττῃ καὶ ἀπισχνωθῇ, γάλακτος αἰγείου</w:t>
      </w:r>
    </w:p>
    <w:p>
      <w:r>
        <w:rPr>
          <w:rFonts w:ascii="Courier New" w:hAnsi="Courier New"/>
          <w:color w:val="555555"/>
          <w:sz w:val="20"/>
        </w:rPr>
        <w:t>[10]</w:t>
      </w:r>
    </w:p>
    <w:p>
      <w:r>
        <w:rPr>
          <w:rFonts w:ascii="Gentium Plus" w:hAnsi="Gentium Plus"/>
          <w:sz w:val="24"/>
        </w:rPr>
        <w:t>κοτύλην μίαν, ἀμύλου τὸ ἀρκοῦν, 〈ἐλαίου ἡμικοτύλιον〉, ᾠὰ τέσσαρα, ἀνδράχνης κοπείσης τὸν ὀπὸν μίξας ἅμα ἔγχει ἐπὶ ἡμέραις τρισὶν ἢ καὶ πλείοσι διὰ τοῦ στόματος, ἕως ἂν ὑγίανῃ.</w:t>
      </w:r>
    </w:p>
    <w:p>
      <w:r>
        <w:rPr>
          <w:rFonts w:ascii="Courier New" w:hAnsi="Courier New"/>
          <w:color w:val="555555"/>
          <w:sz w:val="20"/>
        </w:rPr>
        <w:t>[15]</w:t>
      </w:r>
    </w:p>
    <w:p>
      <w:r>
        <w:rPr>
          <w:rFonts w:ascii="Gentium Plus" w:hAnsi="Gentium Plus"/>
          <w:sz w:val="24"/>
        </w:rPr>
        <w:t>γάνου καὶ ἐλαίου καὶ πίσσης μιγέντων ὁμοῦ χριστέον. ὕδατι δὲ θερμῷ θερμαντέον τοὺς πόδας καὶ τὰ γόνατα, τά τε περὶ τὸ στόμα στρύχνῳ καὶ τετριμμένῃ τρυγὶ οἰνηρᾷ διατριπτέον, βρύοις δὲ ἢ χλόῃ ἄνευ κριθῆς θρεπτέον. ἐὰν δὲ διὰ ῥινῶν αἷμα φέρῃ, ἐγχεῖν χρὴ κοριάνου ὀπὸν διηθηθέντα. \|</w:t>
      </w:r>
    </w:p>
    <w:p>
      <w:pPr>
        <w:jc w:val="center"/>
      </w:pPr>
      <w:r>
        <w:rPr>
          <w:rFonts w:ascii="Gentium Plus" w:hAnsi="Gentium Plus"/>
          <w:b/>
          <w:sz w:val="24"/>
        </w:rPr>
        <w:t>Εὐμήλου ἤτοι Χείρωνος.</w:t>
      </w:r>
    </w:p>
    <w:p>
      <w:r>
        <w:rPr>
          <w:rFonts w:ascii="Courier New" w:hAnsi="Courier New"/>
          <w:color w:val="555555"/>
          <w:sz w:val="20"/>
        </w:rPr>
        <w:t>[1]</w:t>
      </w:r>
    </w:p>
    <w:p>
      <w:r>
        <w:rPr>
          <w:rFonts w:ascii="Gentium Plus" w:hAnsi="Gentium Plus"/>
          <w:sz w:val="24"/>
        </w:rPr>
        <w:t>Πυρετοῦ προσγενομένου αἷμα ἀπὸ τοῦ τένοντος ἀφαίρει, εἶτα λαβὼν κασίας, σμύρνης, λιβάνου ἀνὰ οὐγκίαν μίαν ἡμί‐ σειαν, μίξας αἷμα χελώνης θαλαττίας καὶ παλαιὸν οἶνον διὰ μυκτήρων ἔγχει ἐπὶ ἡμέραις τρισίν. ἢ λαβὼν ἀβροτόνου δεσ‐</w:t>
      </w:r>
    </w:p>
    <w:p>
      <w:r>
        <w:rPr>
          <w:rFonts w:ascii="Courier New" w:hAnsi="Courier New"/>
          <w:color w:val="555555"/>
          <w:sz w:val="20"/>
        </w:rPr>
        <w:t>[5]</w:t>
      </w:r>
    </w:p>
    <w:p>
      <w:r>
        <w:rPr>
          <w:rFonts w:ascii="Gentium Plus" w:hAnsi="Gentium Plus"/>
          <w:sz w:val="24"/>
        </w:rPr>
        <w:t>μὴν μίαν, σύκων Ἄφρων τὸ ἀρκοῦν, πήγανον, σέλινον, ἡδύοσμον, σταφυλῖνον, ἑψήσας ἅμα, ἐπὶ τρισὶν ἡμέραις τὸ ἀφέψημα ψυχρὸν δίδου πιεῖν.</w:t>
      </w:r>
    </w:p>
    <w:p>
      <w:pPr>
        <w:jc w:val="center"/>
      </w:pPr>
      <w:r>
        <w:rPr>
          <w:rFonts w:ascii="Gentium Plus" w:hAnsi="Gentium Plus"/>
          <w:b/>
          <w:sz w:val="24"/>
        </w:rPr>
        <w:t>Ἀγαθοτύχου ἐγχυματισμὸς εἰς τὸ αὐτό.</w:t>
      </w:r>
    </w:p>
    <w:p>
      <w:r>
        <w:rPr>
          <w:rFonts w:ascii="Courier New" w:hAnsi="Courier New"/>
          <w:color w:val="555555"/>
          <w:sz w:val="20"/>
        </w:rPr>
        <w:t>[1]</w:t>
      </w:r>
    </w:p>
    <w:p>
      <w:r>
        <w:rPr>
          <w:rFonts w:ascii="Gentium Plus" w:hAnsi="Gentium Plus"/>
          <w:sz w:val="24"/>
        </w:rPr>
        <w:t>Ἐγχυματίζειν δεῖ τὸν πυρέττοντα ἵππον ᾠοῖς τρισί, ῥοδίνου οὐγγίαις δυσίν, οἴνου λευκοῦ καὶ λεπτοῦ εὐώδους λίτρᾳ μιᾷ, καὶ ἱστᾶν ἐν εὐπνοίᾳ, κριθὰς μὴ διδόντα ἢ χόρτον μόνον. ψυχρὸν δὲ ὕδωρ συνεχέστερον προσάγειν, κἂν μὴ βούληται</w:t>
      </w:r>
    </w:p>
    <w:p>
      <w:r>
        <w:rPr>
          <w:rFonts w:ascii="Courier New" w:hAnsi="Courier New"/>
          <w:color w:val="555555"/>
          <w:sz w:val="20"/>
        </w:rPr>
        <w:t>[5]</w:t>
      </w:r>
    </w:p>
    <w:p>
      <w:r>
        <w:rPr>
          <w:rFonts w:ascii="Gentium Plus" w:hAnsi="Gentium Plus"/>
          <w:sz w:val="24"/>
        </w:rPr>
        <w:t>πιεῖν, τὸ στόμα διανοίγοντα αὐτοῦ συνεχέστερον κλύζειν. ὅταν δὲ καταστῇ, μετὰ ἡμέρας τρεῖς κριθὰς παραβάλλειν ἐκ προσαγωγῆς. \|</w:t>
      </w:r>
    </w:p>
    <w:p>
      <w:pPr>
        <w:jc w:val="center"/>
      </w:pPr>
      <w:r>
        <w:rPr>
          <w:rFonts w:ascii="Gentium Plus" w:hAnsi="Gentium Plus"/>
          <w:b/>
          <w:sz w:val="24"/>
        </w:rPr>
        <w:t>Πελαγωνίου πρὸς πυρετὸν ἐνδότερον.</w:t>
      </w:r>
    </w:p>
    <w:p>
      <w:r>
        <w:rPr>
          <w:rFonts w:ascii="Courier New" w:hAnsi="Courier New"/>
          <w:color w:val="555555"/>
          <w:sz w:val="20"/>
        </w:rPr>
        <w:t>[1]</w:t>
      </w:r>
    </w:p>
    <w:p>
      <w:r>
        <w:rPr>
          <w:rFonts w:ascii="Gentium Plus" w:hAnsi="Gentium Plus"/>
          <w:sz w:val="24"/>
        </w:rPr>
        <w:t>Τραγακάνθης γο μίαν, ὁρμίνου σπέρματος γο δύο, ῥοὸς Συριακοῦ γο δύο, πεπέρεως λευκοῦ γο μίαν, ἑψήματος λίτρας δύο, ὀποπάνακος γο γʹ, σελίνου σπέρματος γο βcʹ, σμύρνης τρωγλίτιδος γο τέσσαρας, χαμαίδρυος γο θʹ, χαμαιμήλου γο</w:t>
      </w:r>
    </w:p>
    <w:p>
      <w:r>
        <w:rPr>
          <w:rFonts w:ascii="Courier New" w:hAnsi="Courier New"/>
          <w:color w:val="555555"/>
          <w:sz w:val="20"/>
        </w:rPr>
        <w:t>[5]</w:t>
      </w:r>
    </w:p>
    <w:p>
      <w:r>
        <w:rPr>
          <w:rFonts w:ascii="Gentium Plus" w:hAnsi="Gentium Plus"/>
          <w:sz w:val="24"/>
        </w:rPr>
        <w:t>τρεῖς, λιβανωτοῦ ἄρρενος γο τέσσαρας, πεπέρεως μέλανος γο βʹ, γεντιανῆς γο τὸ ἥμισυ, ταῦτα πάντα συγκόψας κατά‐ χρισον ὅλον τὸ ζῷον.</w:t>
      </w:r>
    </w:p>
    <w:p>
      <w:pPr>
        <w:jc w:val="center"/>
      </w:pPr>
      <w:r>
        <w:rPr>
          <w:rFonts w:ascii="Gentium Plus" w:hAnsi="Gentium Plus"/>
          <w:b/>
          <w:sz w:val="24"/>
        </w:rPr>
        <w:t>ἄλλο πρὸς πυρετὸν καὶ λεπτότητα.</w:t>
      </w:r>
    </w:p>
    <w:p>
      <w:r>
        <w:rPr>
          <w:rFonts w:ascii="Courier New" w:hAnsi="Courier New"/>
          <w:color w:val="555555"/>
          <w:sz w:val="20"/>
        </w:rPr>
        <w:t>[1]</w:t>
      </w:r>
    </w:p>
    <w:p>
      <w:r>
        <w:rPr>
          <w:rFonts w:ascii="Gentium Plus" w:hAnsi="Gentium Plus"/>
          <w:sz w:val="24"/>
        </w:rPr>
        <w:t>Εἰ ἵππος πυρεταίνοι ἢ λεπτός ἐστιν ἢ πόνῳ τινὶ ἐνδο‐ τέρῳ καταπονοῖτο, μάννης γο βʹ, λιβάνου γο γcʹ, ἴρεως Ἰλλυ‐ ρικῆς λίτρας τὸ ἥμισυ, πεπέρεως γο αʹ, κόκκων δάφνης γο αʹ, σελίνου σπέρματος γο αʹ, συγκόψας καὶ μετὰ ἑψήματος μίξας</w:t>
      </w:r>
    </w:p>
    <w:p>
      <w:r>
        <w:rPr>
          <w:rFonts w:ascii="Courier New" w:hAnsi="Courier New"/>
          <w:color w:val="555555"/>
          <w:sz w:val="20"/>
        </w:rPr>
        <w:t>[5]</w:t>
      </w:r>
    </w:p>
    <w:p>
      <w:r>
        <w:rPr>
          <w:rFonts w:ascii="Gentium Plus" w:hAnsi="Gentium Plus"/>
          <w:sz w:val="24"/>
        </w:rPr>
        <w:t>προπότισον. \</w:t>
      </w:r>
    </w:p>
    <w:p>
      <w:pPr>
        <w:jc w:val="center"/>
      </w:pPr>
      <w:r>
        <w:rPr>
          <w:rFonts w:ascii="Gentium Plus" w:hAnsi="Gentium Plus"/>
          <w:b/>
          <w:sz w:val="24"/>
        </w:rPr>
        <w:t>ἄλλο προπότισμα.</w:t>
      </w:r>
    </w:p>
    <w:p>
      <w:r>
        <w:rPr>
          <w:rFonts w:ascii="Courier New" w:hAnsi="Courier New"/>
          <w:color w:val="555555"/>
          <w:sz w:val="20"/>
        </w:rPr>
        <w:t>[1]</w:t>
      </w:r>
    </w:p>
    <w:p>
      <w:r>
        <w:rPr>
          <w:rFonts w:ascii="Gentium Plus" w:hAnsi="Gentium Plus"/>
          <w:sz w:val="24"/>
        </w:rPr>
        <w:t>Γάλακτος ὀνείου λίτραν μίαν, ἐλαίου κυάθους δύο, κρό‐ κου γράμμα ἕν, σμύρνης γράμματα βʹ, σελινοσπέρματος κοχλιά‐</w:t>
      </w:r>
    </w:p>
    <w:p>
      <w:r>
        <w:rPr>
          <w:rFonts w:ascii="Courier New" w:hAnsi="Courier New"/>
          <w:color w:val="555555"/>
          <w:sz w:val="20"/>
        </w:rPr>
        <w:t>[5]</w:t>
      </w:r>
    </w:p>
    <w:p>
      <w:r>
        <w:rPr>
          <w:rFonts w:ascii="Gentium Plus" w:hAnsi="Gentium Plus"/>
          <w:sz w:val="24"/>
        </w:rPr>
        <w:t>ὕδατος χλιαροῦ χειμῶνος, εἰ δὲ θέρος ἐστίν, ἀλεύρῳ κριθίνῳ μετὰ ψυχροῦ ὕδατος ἐγχυμάτισον. εἰ δὲ ἔχοι τὰς λαγόνας τετα‐ μένας καὶ μὴ παύηται ὁ πυρετός, ἀνάγκη αὐτὸν καυτηριασθῆ‐ ναι καὶ οὕτως ἐπιμελείας τυχεῖν.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Γάλακτος αἰγείου λίτρας τὸ ἥμισυ, ἀμύλου τὸ ἀρκοῦν, ᾠὰ τέσσαρα, ἐλαίου κύαθον ἕνα, βοτάνης περδικιάδος, ἣν Ῥω‐ μαῖοι οὐρκιόλαρ καλοῦσι, τὸν χυλὸν αὐτῆς τοῖς ἄλλοις εἴδεσι μίξας, καὶ προποτίσας ἐντεῦθεν ἐπὶ ἓξ ἡμέραις θᾶττον θερα‐</w:t>
      </w:r>
    </w:p>
    <w:p>
      <w:r>
        <w:rPr>
          <w:rFonts w:ascii="Courier New" w:hAnsi="Courier New"/>
          <w:color w:val="555555"/>
          <w:sz w:val="20"/>
        </w:rPr>
        <w:t>[5]</w:t>
      </w:r>
    </w:p>
    <w:p>
      <w:r>
        <w:rPr>
          <w:rFonts w:ascii="Gentium Plus" w:hAnsi="Gentium Plus"/>
          <w:sz w:val="24"/>
        </w:rPr>
        <w:t>πεύσεις.</w:t>
      </w:r>
    </w:p>
    <w:p>
      <w:pPr>
        <w:jc w:val="center"/>
      </w:pPr>
      <w:r>
        <w:rPr>
          <w:rFonts w:ascii="Gentium Plus" w:hAnsi="Gentium Plus"/>
          <w:b/>
          <w:sz w:val="24"/>
        </w:rPr>
        <w:t>χρῖσμα πρὸς πυρετόν.</w:t>
      </w:r>
    </w:p>
    <w:p>
      <w:r>
        <w:rPr>
          <w:rFonts w:ascii="Courier New" w:hAnsi="Courier New"/>
          <w:color w:val="555555"/>
          <w:sz w:val="20"/>
        </w:rPr>
        <w:t>[1]</w:t>
      </w:r>
    </w:p>
    <w:p>
      <w:r>
        <w:rPr>
          <w:rFonts w:ascii="Gentium Plus" w:hAnsi="Gentium Plus"/>
          <w:sz w:val="24"/>
        </w:rPr>
        <w:t>Ῥόδων λίτραν μίαν, ἐλαίου παλαιοῦ λίτραν μίαν \ λίτραν μίαν ἥμισυ, ἐλαίου Κυπρίνου λίτραν μίαν ἥμισυ, ἀν‐ δράχνης καὶ καρύων παλαιῶν λίτρας τὸ ἥμισυ, ἡδυόσμου καὶ πηγάνου τὸ ἀρκοῦν σύντριψον καὶ οὕτως ἐπίχρισον.</w:t>
      </w:r>
    </w:p>
    <w:p>
      <w:pPr>
        <w:jc w:val="center"/>
      </w:pPr>
      <w:r>
        <w:rPr>
          <w:rFonts w:ascii="Gentium Plus" w:hAnsi="Gentium Plus"/>
          <w:b/>
          <w:sz w:val="24"/>
        </w:rPr>
        <w:t>ἄλλο προπότισμα.</w:t>
      </w:r>
    </w:p>
    <w:p>
      <w:r>
        <w:rPr>
          <w:rFonts w:ascii="Courier New" w:hAnsi="Courier New"/>
          <w:color w:val="555555"/>
          <w:sz w:val="20"/>
        </w:rPr>
        <w:t>[1]</w:t>
      </w:r>
    </w:p>
    <w:p>
      <w:r>
        <w:rPr>
          <w:rFonts w:ascii="Gentium Plus" w:hAnsi="Gentium Plus"/>
          <w:sz w:val="24"/>
        </w:rPr>
        <w:t>Πυρεταίνοντα ἵππον ἐξ ἀνάγκης χρὴ φλεβοτομῆσαι καὶ προποτίσαι οὕτως· γεντιανῆς γο ἕξ, ἀριστολοχείας γο δʹ, ὑσσώ‐ που γο βʹ, ἀβροτόνου γο βʹ, ἀψινθίου γο βʹ, σύκων γο βʹ, σε‐</w:t>
      </w:r>
    </w:p>
    <w:p>
      <w:r>
        <w:rPr>
          <w:rFonts w:ascii="Courier New" w:hAnsi="Courier New"/>
          <w:color w:val="555555"/>
          <w:sz w:val="20"/>
        </w:rPr>
        <w:t>[5]</w:t>
      </w:r>
    </w:p>
    <w:p>
      <w:r>
        <w:rPr>
          <w:rFonts w:ascii="Gentium Plus" w:hAnsi="Gentium Plus"/>
          <w:sz w:val="24"/>
        </w:rPr>
        <w:t>μετὰ ὕδατος ἕψει, ἄχρις ἂν ἀποτριτωθῇ, καὶ ὅταν ἴδῃς μελα‐ νίζον, γνῶθι δεόντως τὸ βοήθημα ἑψηθὲν κἀκεῖθεν ἡμίναν λαβὼν διὰ κέρατος προτότισον.</w:t>
      </w:r>
    </w:p>
    <w:p>
      <w:pPr>
        <w:jc w:val="center"/>
      </w:pPr>
      <w:r>
        <w:rPr>
          <w:rFonts w:ascii="Gentium Plus" w:hAnsi="Gentium Plus"/>
          <w:b/>
          <w:sz w:val="24"/>
        </w:rPr>
        <w:t>ἄλλο προπότισμα ἁπλοῦν.</w:t>
      </w:r>
    </w:p>
    <w:p>
      <w:r>
        <w:rPr>
          <w:rFonts w:ascii="Courier New" w:hAnsi="Courier New"/>
          <w:color w:val="555555"/>
          <w:sz w:val="20"/>
        </w:rPr>
        <w:t>[1]</w:t>
      </w:r>
    </w:p>
    <w:p>
      <w:r>
        <w:rPr>
          <w:rFonts w:ascii="Gentium Plus" w:hAnsi="Gentium Plus"/>
          <w:sz w:val="24"/>
        </w:rPr>
        <w:t>Τήλεως χυλὸν καθαρίως διηθῶν καὶ δεσμὴν σελίνου καὶ πηγάνου καὶ μελιλώτου καὶ ὑσσώπου συνεψήσας καὶ συμμίξας διὰ κέρατος δίδου. \|</w:t>
      </w:r>
    </w:p>
    <w:p>
      <w:pPr>
        <w:jc w:val="center"/>
      </w:pPr>
      <w:r>
        <w:rPr>
          <w:rFonts w:ascii="Gentium Plus" w:hAnsi="Gentium Plus"/>
          <w:b/>
          <w:sz w:val="24"/>
        </w:rPr>
        <w:t>ἄκοπον εἰς πυρετόν.</w:t>
      </w:r>
    </w:p>
    <w:p>
      <w:r>
        <w:rPr>
          <w:rFonts w:ascii="Courier New" w:hAnsi="Courier New"/>
          <w:color w:val="555555"/>
          <w:sz w:val="20"/>
        </w:rPr>
        <w:t>[1]</w:t>
      </w:r>
    </w:p>
    <w:p>
      <w:r>
        <w:rPr>
          <w:rFonts w:ascii="Gentium Plus" w:hAnsi="Gentium Plus"/>
          <w:sz w:val="24"/>
        </w:rPr>
        <w:t>Ἰρίνου ἐλαίου γο δʹ, ὀποπάνακος γο αʹ, δαφνίνου ἐλαίου γο δʹ, γλευκίνου ἐλαίου γο τέσσαρας ἥμισυ, καστορίου γο δʹ, ὑσσώπου γο δʹ, ἀξουγγίου λίτραν μίαν γο μίαν, ἀψινθίου Ποντικοῦ γο ἕξ.</w:t>
      </w:r>
    </w:p>
    <w:p>
      <w:pPr>
        <w:jc w:val="center"/>
      </w:pPr>
      <w:r>
        <w:rPr>
          <w:rFonts w:ascii="Gentium Plus" w:hAnsi="Gentium Plus"/>
          <w:b/>
          <w:sz w:val="24"/>
        </w:rPr>
        <w:t>ἄκοπον ἄλλο πρὸς πυρέσσοντας.</w:t>
      </w:r>
    </w:p>
    <w:p>
      <w:r>
        <w:rPr>
          <w:rFonts w:ascii="Courier New" w:hAnsi="Courier New"/>
          <w:color w:val="555555"/>
          <w:sz w:val="20"/>
        </w:rPr>
        <w:t>[1]</w:t>
      </w:r>
    </w:p>
    <w:p>
      <w:r>
        <w:rPr>
          <w:rFonts w:ascii="Gentium Plus" w:hAnsi="Gentium Plus"/>
          <w:sz w:val="24"/>
        </w:rPr>
        <w:t>Ἀβροτόνου γο βʹ, ἀφρονίτρου γο βʹ, ἀδάρκης γο βʹ, δα‐ φνίδων ὑγρῶν γο βʹ, ταῦτα μίξας σύγχριε. \|</w:t>
      </w:r>
    </w:p>
    <w:p>
      <w:pPr>
        <w:jc w:val="center"/>
      </w:pPr>
      <w:r>
        <w:rPr>
          <w:rFonts w:ascii="Gentium Plus" w:hAnsi="Gentium Plus"/>
          <w:b/>
          <w:sz w:val="24"/>
        </w:rPr>
        <w:t>περὶ μάλεως.</w:t>
      </w:r>
    </w:p>
    <w:p>
      <w:pPr>
        <w:jc w:val="center"/>
      </w:pPr>
      <w:r>
        <w:rPr>
          <w:rFonts w:ascii="Gentium Plus" w:hAnsi="Gentium Plus"/>
          <w:b/>
          <w:sz w:val="24"/>
        </w:rPr>
        <w:t>περὶ ἀρθρίτιδος Ἀψύρτου.</w:t>
      </w:r>
    </w:p>
    <w:p>
      <w:r>
        <w:rPr>
          <w:rFonts w:ascii="Courier New" w:hAnsi="Courier New"/>
          <w:color w:val="555555"/>
          <w:sz w:val="20"/>
        </w:rPr>
        <w:t>[2 . 1]</w:t>
      </w:r>
    </w:p>
    <w:p>
      <w:r>
        <w:rPr>
          <w:rFonts w:ascii="Gentium Plus" w:hAnsi="Gentium Plus"/>
          <w:sz w:val="24"/>
        </w:rPr>
        <w:t>Δέσποτα Σαβῖνε, ἐπιζητήσαντός σου τὰ συμβαίνοντα τοῖς ἵπποις τίνα καὶ πόθεν, ἐπιδείξω σοι τὸ μέγιστον ἀρρώ‐ στημα τῶν ἐμπιπτόντων εἰς αὐτούς, ἐξ οὗ οὐ ῥᾳδίως ἀνα‐ φέρει τὸ κτῆνος· ἔστι δὲ τὸ πάθος, ὃ καλοῦσιν οἱ πολλοὶ</w:t>
      </w:r>
    </w:p>
    <w:p>
      <w:r>
        <w:rPr>
          <w:rFonts w:ascii="Courier New" w:hAnsi="Courier New"/>
          <w:color w:val="555555"/>
          <w:sz w:val="20"/>
        </w:rPr>
        <w:t>[5]</w:t>
      </w:r>
    </w:p>
    <w:p>
      <w:r>
        <w:rPr>
          <w:rFonts w:ascii="Gentium Plus" w:hAnsi="Gentium Plus"/>
          <w:sz w:val="24"/>
        </w:rPr>
        <w:t>μᾶλιν, τινὲς δὲ κατάρρουν, ῥωμαϊστὶ δὲ σουμπέριον.</w:t>
      </w:r>
    </w:p>
    <w:p>
      <w:r>
        <w:rPr>
          <w:rFonts w:ascii="Courier New" w:hAnsi="Courier New"/>
          <w:color w:val="555555"/>
          <w:sz w:val="20"/>
        </w:rPr>
        <w:t>[10]</w:t>
      </w:r>
    </w:p>
    <w:p>
      <w:r>
        <w:rPr>
          <w:rFonts w:ascii="Gentium Plus" w:hAnsi="Gentium Plus"/>
          <w:sz w:val="24"/>
        </w:rPr>
        <w:t>λάξει τῶν ἄρθρων χωλάσματα ἐπιγίνεται. καὶ οὗ ἂν τύχοι κατα‐ κείμενος μέρους, ἑλκοῦται τὸ μέρος ἐκεῖνο \| τοῦ σώματος διὰ τὸ εἶναι ἀνάχυσιν ὑπὸ τὴν βύρσαν καὶ τὰ ἄρθρα χυμοῦ δρι‐ μυτάτου πλήρη.</w:t>
      </w:r>
    </w:p>
    <w:p>
      <w:r>
        <w:rPr>
          <w:rFonts w:ascii="Courier New" w:hAnsi="Courier New"/>
          <w:color w:val="555555"/>
          <w:sz w:val="20"/>
        </w:rPr>
        <w:t>[2 . 2]</w:t>
      </w:r>
    </w:p>
    <w:p>
      <w:r>
        <w:rPr>
          <w:rFonts w:ascii="Gentium Plus" w:hAnsi="Gentium Plus"/>
          <w:sz w:val="24"/>
        </w:rPr>
        <w:t>συμβαίνει δὲ τοῦτο διὰ τὸ μὴ ὑπάρχειν τῷ ζῴῳ ἐπὶ τοῦ ἥπατος ἀγγεῖον τὸ λεγόμενον χοληδόχον, ἀλλ’ εἶναί τι νευρίον ἐκλελυμένον, ὃ ἀποδέχεται τοῦτον τὸν χυμὸν κακεῖθεν τὴν ἔκκρισιν ποιεῖται καὶ μίγνυσι τῷ αἵματι διὰ τῶν ἀρτηριῶν</w:t>
      </w:r>
    </w:p>
    <w:p>
      <w:r>
        <w:rPr>
          <w:rFonts w:ascii="Courier New" w:hAnsi="Courier New"/>
          <w:color w:val="555555"/>
          <w:sz w:val="20"/>
        </w:rPr>
        <w:t>[5]</w:t>
      </w:r>
    </w:p>
    <w:p>
      <w:r>
        <w:rPr>
          <w:rFonts w:ascii="Gentium Plus" w:hAnsi="Gentium Plus"/>
          <w:sz w:val="24"/>
        </w:rPr>
        <w:t>τῶν πρὸς τῇ ῥάχει προσηρμοσμένων, εἶτα ἐπενεχθεὶς ἐπὶ τὸν νωτιαῖον μυελὸν ὁ χυμὸς καὶ τὸν ἐγκέφαλον φθείρει. τὴν γὰρ τροφὴν ἀπὸ τοῦ νωτιαίου λαμβάνει, διὸ καὶ τὴν κεφαλὴν κατα‐ κρατεῖται καὶ τὴν γλῶτταν, εἶναι γὰρ καὶ αὐτὴν τῶν ἐναρί‐ θμων ἄρθρων.</w:t>
      </w:r>
    </w:p>
    <w:p>
      <w:r>
        <w:rPr>
          <w:rFonts w:ascii="Courier New" w:hAnsi="Courier New"/>
          <w:color w:val="555555"/>
          <w:sz w:val="20"/>
        </w:rPr>
        <w:t>[2 . 3]</w:t>
      </w:r>
    </w:p>
    <w:p>
      <w:r>
        <w:rPr>
          <w:rFonts w:ascii="Gentium Plus" w:hAnsi="Gentium Plus"/>
          <w:sz w:val="24"/>
        </w:rPr>
        <w:t>θεραπεύων δ’ ἄν τις ἐπιτυγχάνοι αἵματος ἀφαιρέσει λύων τὰς ἐν τῷ προσώπῳ φλέβας καὶ τὰς ἐν τῷ στήθει, ἔτι δὲ δια‐ κόπτων τὰ μεσοκύνια προσφορᾷ τε τροφῆς παντοδαπῆς χρώ‐ μενος καὶ ἐγχυματισμῷ διὰ ῥινῶν κενταυρίῳ καὶ ἀψινθίῳ</w:t>
      </w:r>
    </w:p>
    <w:p>
      <w:r>
        <w:rPr>
          <w:rFonts w:ascii="Courier New" w:hAnsi="Courier New"/>
          <w:color w:val="555555"/>
          <w:sz w:val="20"/>
        </w:rPr>
        <w:t>[5]</w:t>
      </w:r>
    </w:p>
    <w:p>
      <w:r>
        <w:rPr>
          <w:rFonts w:ascii="Gentium Plus" w:hAnsi="Gentium Plus"/>
          <w:sz w:val="24"/>
        </w:rPr>
        <w:t>καὶ πευκεδάνῳ ἑψομένοις ἔν οἴνῳ. ἡ γὰρ \</w:t>
      </w:r>
    </w:p>
    <w:p>
      <w:r>
        <w:rPr>
          <w:rFonts w:ascii="Courier New" w:hAnsi="Courier New"/>
          <w:color w:val="555555"/>
          <w:sz w:val="20"/>
        </w:rPr>
        <w:t>[2 . 4]</w:t>
      </w:r>
    </w:p>
    <w:p>
      <w:r>
        <w:rPr>
          <w:rFonts w:ascii="Gentium Plus" w:hAnsi="Gentium Plus"/>
          <w:sz w:val="24"/>
        </w:rPr>
        <w:t>ἡμέτερα δὲ εὑρήματα ταῦτα· κολο‐ κυντίδος Αἰγυπτίας σπέρμα ὅσον ὀξύβαφον κεκομμένον καὶ πεφρυγμένον ἐν οἴνω λευκῷ εὐώδει ὅσον κοτύλαις δυσὶ λεᾶναι, καὶ διηθήσαντας ἐν ὀθονίῳ ἐγχυματίζειν διὰ τῆς δεξιᾶς ῥινός,</w:t>
      </w:r>
    </w:p>
    <w:p>
      <w:r>
        <w:rPr>
          <w:rFonts w:ascii="Courier New" w:hAnsi="Courier New"/>
          <w:color w:val="555555"/>
          <w:sz w:val="20"/>
        </w:rPr>
        <w:t>[5]</w:t>
      </w:r>
    </w:p>
    <w:p>
      <w:r>
        <w:rPr>
          <w:rFonts w:ascii="Gentium Plus" w:hAnsi="Gentium Plus"/>
          <w:sz w:val="24"/>
        </w:rPr>
        <w:t>καὶ αὐτῇ δὲ τῇ ἐντεριώνῃ χρῆσθαι πεφρυγμένῃ. ἄριστον δὲ καὶ τοῦ ἀγρίου σικύου τὴν ῥίζαν κόψαι λεπτὴν ὅσον ἥμιμνον, ἐπιχέαι τε ὕδατος κοτύλας δύο καὶ βρέχειν νύκτα μίαν καὶ ἀνατρίψαντας διηθῆσαι καὶ τούτῳ μιγνύειν νίτρου κεκομμένου ὁλκὰς τρεῖς, εἶθ’ οὕτως καταλαβόμενον τὴν γλῶτταν ἐγχυμα‐</w:t>
      </w:r>
    </w:p>
    <w:p>
      <w:r>
        <w:rPr>
          <w:rFonts w:ascii="Courier New" w:hAnsi="Courier New"/>
          <w:color w:val="555555"/>
          <w:sz w:val="20"/>
        </w:rPr>
        <w:t>[10]</w:t>
      </w:r>
    </w:p>
    <w:p>
      <w:r>
        <w:rPr>
          <w:rFonts w:ascii="Gentium Plus" w:hAnsi="Gentium Plus"/>
          <w:sz w:val="24"/>
        </w:rPr>
        <w:t>τίζειν διὰ τοῦ στόματος ἡμέρας ἑπτὰ τὸ ἥμισυ τοῦ φαρμάκου, τὸ δὲ λοιπὸν ποτίζοντας τῷ ὕδατι μιγνύειν. φλεβοτομεῖν δὲ ἐν ἀρχῇ, ἐὰν δὲ ἐγχρονίσῃ τὸ πάθος, μηκέτι· μειωθείσης γὰρ τῆς δυνάμεως συμβαίνει διαφωνεῖν τὸ ζῷον. ὡσαύτως δὲ ἐν ἀρχῇ τὸν ἐγχυματισμὸν \| ποιεῖσθαι πρὸ τοῦ κατακρατεῖσθαι</w:t>
      </w:r>
    </w:p>
    <w:p>
      <w:r>
        <w:rPr>
          <w:rFonts w:ascii="Courier New" w:hAnsi="Courier New"/>
          <w:color w:val="555555"/>
          <w:sz w:val="20"/>
        </w:rPr>
        <w:t>[15]</w:t>
      </w:r>
    </w:p>
    <w:p>
      <w:r>
        <w:rPr>
          <w:rFonts w:ascii="Gentium Plus" w:hAnsi="Gentium Plus"/>
          <w:sz w:val="24"/>
        </w:rPr>
        <w:t>τὴν κεφαλὴν καὶ ἀναφυσᾶν διὰ τῶν ῥινῶν. οὗ συμβεβηκότος δεῖ ἀπογινώσκειν.</w:t>
      </w:r>
    </w:p>
    <w:p>
      <w:r>
        <w:rPr>
          <w:rFonts w:ascii="Courier New" w:hAnsi="Courier New"/>
          <w:color w:val="555555"/>
          <w:sz w:val="20"/>
        </w:rPr>
        <w:t>[2 . 5]</w:t>
      </w:r>
    </w:p>
    <w:p>
      <w:r>
        <w:rPr>
          <w:rFonts w:ascii="Gentium Plus" w:hAnsi="Gentium Plus"/>
          <w:sz w:val="24"/>
        </w:rPr>
        <w:t>καὶ τοῦτο δὲ γίνωσκε, ὡς ἐκ ταύτης τῆς νόσου 〈οὐ〉 ῥᾳ‐ δίως ἀναφέρει ἵππος καὶ καθαίρεται, ἡμίονος δ’ οὐχ οὕτως διὰ τὸ ἔχειν ἐξ ἑτερογόνου ζῴου τὴν σύστασιν καὶ ἐγκρατε‐ στέραν εἶναι τὴν ἀρθρῖτιν. βοήθεια δὲ καὶ τούτῳ· ἐλλεβόρου</w:t>
      </w:r>
    </w:p>
    <w:p>
      <w:r>
        <w:rPr>
          <w:rFonts w:ascii="Courier New" w:hAnsi="Courier New"/>
          <w:color w:val="555555"/>
          <w:sz w:val="20"/>
        </w:rPr>
        <w:t>[5]</w:t>
      </w:r>
    </w:p>
    <w:p>
      <w:r>
        <w:rPr>
          <w:rFonts w:ascii="Gentium Plus" w:hAnsi="Gentium Plus"/>
          <w:sz w:val="24"/>
        </w:rPr>
        <w:t>λευκοῦ στατῆρα Αἰγύπτιον 〈λαβόντας καὶ〉 τέμνοντας τοῦ στή‐ θους τὴν βύρσαν καὶ τοὺς χιτῶνας ἐπιτιθέναι πόρπακας λι‐ νοῦς ἢ κανναβίνους παρ’ ἑκάτερα τῆς τομῆς δύο, καὶ οὕτως</w:t>
      </w:r>
    </w:p>
    <w:p>
      <w:r>
        <w:rPr>
          <w:rFonts w:ascii="Courier New" w:hAnsi="Courier New"/>
          <w:color w:val="555555"/>
          <w:sz w:val="20"/>
        </w:rPr>
        <w:t>[10]</w:t>
      </w:r>
    </w:p>
    <w:p>
      <w:r>
        <w:rPr>
          <w:rFonts w:ascii="Gentium Plus" w:hAnsi="Gentium Plus"/>
          <w:sz w:val="24"/>
        </w:rPr>
        <w:t>μηδὲ ἐμβιβάζειν εἰς ὕδωρ. διδόναι δὲ καὶ νίτρου ὠμοῦ τετριμ‐ μένου διὰ τῆς ῥινὸς ἐν οἴνου κοτύλῃ ὁλκὴν μίαν, ἔστω δὲ ὁ οἶνος κεχλιασμένος. καὶ τὰς κριθὰς δὲ καταρραίνειν τῷ νίτρῳ, ὡσαύτως καὶ τὸν χόρτον καὶ παραβάλλειν, καὶ εἰς τὸ ποτὸν δὲ βάλλειν νίτρον.</w:t>
      </w:r>
    </w:p>
    <w:p>
      <w:r>
        <w:rPr>
          <w:rFonts w:ascii="Courier New" w:hAnsi="Courier New"/>
          <w:color w:val="555555"/>
          <w:sz w:val="20"/>
        </w:rPr>
        <w:t>[2 . 6]</w:t>
      </w:r>
    </w:p>
    <w:p>
      <w:r>
        <w:rPr>
          <w:rFonts w:ascii="Gentium Plus" w:hAnsi="Gentium Plus"/>
          <w:sz w:val="24"/>
        </w:rPr>
        <w:t>ὅσοι δέ εἰσιν ὠρχοτετομημένοι, οὐκ ἐμπίπτουσιν εἰς τὸ πάθος τοῦτο 〈ῥᾳδίωσ〉. συμβαίνει δὲ ὡς ἐπίπαν ἐν τοῖς πώ‐ λοις, ὅταν ἐκληφθῶσιν ἐκ τῆς ἀγέλης καὶ εἰς τὴν στάτιν ἔλ‐ θωσιν, ἐγγίνεσθαι ἀνάχυσιν τῆς ἀρθρίτιδος, καὶ οὕτω δια‐</w:t>
      </w:r>
    </w:p>
    <w:p>
      <w:r>
        <w:rPr>
          <w:rFonts w:ascii="Courier New" w:hAnsi="Courier New"/>
          <w:color w:val="555555"/>
          <w:sz w:val="20"/>
        </w:rPr>
        <w:t>[5]</w:t>
      </w:r>
    </w:p>
    <w:p>
      <w:r>
        <w:rPr>
          <w:rFonts w:ascii="Gentium Plus" w:hAnsi="Gentium Plus"/>
          <w:sz w:val="24"/>
        </w:rPr>
        <w:t>φωνοῦσιν ἐν τῷ χειμῶνι. ἐπιγνωσθήσεται δὲ πρὸ τοῦ φέρε‐ σθαι διὰ τῶν ῥινῶν, ὅταν ᾖ βήσσων, ὥστε ὑπολαμβάνειν ὀστέα καταπεπωκέναι, καὶ εὔγνωστόν ἐστιν, ὅτι ἔχεται ὑπὸ τῆς ἀρθρίτιδος καὶ ὡς τάχιστα δεῖ βοηθεῖν, καθὼς ἄνω γέγραπται. εὔχρηστον δὲ καὶ τοῦτο προσφέρειν, ὅταν ᾖ ὁ καιρὸς τοῦ φθι‐</w:t>
      </w:r>
    </w:p>
    <w:p>
      <w:r>
        <w:rPr>
          <w:rFonts w:ascii="Courier New" w:hAnsi="Courier New"/>
          <w:color w:val="555555"/>
          <w:sz w:val="20"/>
        </w:rPr>
        <w:t>[10]</w:t>
      </w:r>
    </w:p>
    <w:p>
      <w:r>
        <w:rPr>
          <w:rFonts w:ascii="Gentium Plus" w:hAnsi="Gentium Plus"/>
          <w:sz w:val="24"/>
        </w:rPr>
        <w:t>νοπώρου· σταφυλὴν λευκὴν ἀποθλῖψαι καὶ ποιῆσαι πλῆθος κοτυλῶν δύο, καὶ τούτῳ μίξαντα ἀριστολοχείας κεκομμένης καὶ σεσησμένης κοχλιάρια δύο ἐπίμεστα ὡσαύτως ἐγχυματίζειν διὰ τῆς ῥινὸς καθ’ ἡμέραν μέχρι ἡμερῶν ἑπτά.</w:t>
      </w:r>
    </w:p>
    <w:p>
      <w:pPr>
        <w:jc w:val="center"/>
      </w:pPr>
      <w:r>
        <w:rPr>
          <w:rFonts w:ascii="Gentium Plus" w:hAnsi="Gentium Plus"/>
          <w:b/>
          <w:sz w:val="24"/>
        </w:rPr>
        <w:t>τοῦ αὐτοῦ περὶ μάλεως ξηρᾶς, ὑγρᾶς,</w:t>
      </w:r>
    </w:p>
    <w:p>
      <w:r>
        <w:rPr>
          <w:rFonts w:ascii="Courier New" w:hAnsi="Courier New"/>
          <w:color w:val="555555"/>
          <w:sz w:val="20"/>
        </w:rPr>
        <w:t>[t2]</w:t>
      </w:r>
    </w:p>
    <w:p>
      <w:r>
        <w:rPr>
          <w:rFonts w:ascii="Gentium Plus" w:hAnsi="Gentium Plus"/>
          <w:sz w:val="24"/>
        </w:rPr>
        <w:t>ἀρθρίτιδος, ὑποδερματίτιδος.</w:t>
      </w:r>
    </w:p>
    <w:p>
      <w:r>
        <w:rPr>
          <w:rFonts w:ascii="Courier New" w:hAnsi="Courier New"/>
          <w:color w:val="555555"/>
          <w:sz w:val="20"/>
        </w:rPr>
        <w:t>[2 . 7]</w:t>
      </w:r>
    </w:p>
    <w:p>
      <w:r>
        <w:rPr>
          <w:rFonts w:ascii="Gentium Plus" w:hAnsi="Gentium Plus"/>
          <w:sz w:val="24"/>
        </w:rPr>
        <w:t>Ἔστι μάλεως γένη τέσσαρα· ἡ μὲν γάρ ἐστιν ὑγρά, ἡ δὲ</w:t>
      </w:r>
    </w:p>
    <w:p>
      <w:r>
        <w:rPr>
          <w:rFonts w:ascii="Courier New" w:hAnsi="Courier New"/>
          <w:color w:val="555555"/>
          <w:sz w:val="20"/>
        </w:rPr>
        <w:t>[5]</w:t>
      </w:r>
    </w:p>
    <w:p>
      <w:r>
        <w:rPr>
          <w:rFonts w:ascii="Gentium Plus" w:hAnsi="Gentium Plus"/>
          <w:sz w:val="24"/>
        </w:rPr>
        <w:t>νῶν ὑγρόν, λεπτὸν ὅμοιον ὕδατι, καὶ ἡ ὑποδερματῖτις, ἐξ ἧς συμβαίνει ψωρίασις. δυσθεράπευτος δὲ ἡ ἀρθρῖτις, καθὼς προγέγραπται. ἀθεράπευτος δὲ ἡ ξηρά, ἧς διὰ 〈μὲν〉 τῶν μυκτήρων φέρεται οὐδέν, τρῶγον δὲ καὶ πῖνον ἀπισχναίνεται τὸ ζῷον καὶ πέψιν οὐ λαμβάνει, αἵ τε λαγόνες περιτεταμέναι</w:t>
      </w:r>
    </w:p>
    <w:p>
      <w:r>
        <w:rPr>
          <w:rFonts w:ascii="Courier New" w:hAnsi="Courier New"/>
          <w:color w:val="555555"/>
          <w:sz w:val="20"/>
        </w:rPr>
        <w:t>[10]</w:t>
      </w:r>
    </w:p>
    <w:p>
      <w:r>
        <w:rPr>
          <w:rFonts w:ascii="Gentium Plus" w:hAnsi="Gentium Plus"/>
          <w:sz w:val="24"/>
        </w:rPr>
        <w:t>εἰσί, τυμπανοειδεῖς, μετέωροι, καὶ ἡ βύρσα σκληρύνεται. τῷ τοιούτῳ οὐκ ἔστι θεραπεία, ἀλλὰ διαφωνεῖ, ὡς εἴρηται καὶ Εὐμήλῳ τῷ Θηβαίῳ·</w:t>
      </w:r>
    </w:p>
    <w:p>
      <w:r>
        <w:rPr>
          <w:rFonts w:ascii="Courier New" w:hAnsi="Courier New"/>
          <w:color w:val="555555"/>
          <w:sz w:val="20"/>
        </w:rPr>
        <w:t>[2 . 8]</w:t>
      </w:r>
    </w:p>
    <w:p>
      <w:r>
        <w:rPr>
          <w:rFonts w:ascii="Gentium Plus" w:hAnsi="Gentium Plus"/>
          <w:sz w:val="24"/>
        </w:rPr>
        <w:t>‘τῆς δὲ ξηρᾶς μάλεως οὔτε ἐγὼ ἰατρὸς οὔτε ἄλλος τις. τὴν δὲ αἰτίαν \| δηλώσω, ὅτι ὁ πνεύμων ῥήγνυται πρὸς τὴν [δεξιὰν] πλευράν, καὶ ἔστι πλευριτικός.‘ βοηθήματα δὲ καὶ τούτῳ ταῦτα, ὡς ἄν</w:t>
      </w:r>
    </w:p>
    <w:p>
      <w:r>
        <w:rPr>
          <w:rFonts w:ascii="Courier New" w:hAnsi="Courier New"/>
          <w:color w:val="555555"/>
          <w:sz w:val="20"/>
        </w:rPr>
        <w:t>[5]</w:t>
      </w:r>
    </w:p>
    <w:p>
      <w:r>
        <w:rPr>
          <w:rFonts w:ascii="Gentium Plus" w:hAnsi="Gentium Plus"/>
          <w:sz w:val="24"/>
        </w:rPr>
        <w:t>τις αἴσθηται ἑαλωκότα τὸν ἵππον τῇ μάλει καὶ βήσσοντα· μάννης [καὶ] λιβάνου [ἀνὰ] τριώβολον ἐν οἴνου τρίψας κοτύλῃ μιᾷ, ἐγχυματιζέτω διὰ τῆς ἀριστερᾶς ῥινός· βοηθείτω δὲ καὶ ῥαφάνους κατατέμνων εἰς λεπτὰ καὶ μιγνὺς ταῖς κρι‐ θαῖς καὶ παραβάλλων. εὑρέθη δὲ καὶ τοῦτο τοῖς πρὸ ἡμῶν</w:t>
      </w:r>
    </w:p>
    <w:p>
      <w:r>
        <w:rPr>
          <w:rFonts w:ascii="Courier New" w:hAnsi="Courier New"/>
          <w:color w:val="555555"/>
          <w:sz w:val="20"/>
        </w:rPr>
        <w:t>[10]</w:t>
      </w:r>
    </w:p>
    <w:p>
      <w:r>
        <w:rPr>
          <w:rFonts w:ascii="Gentium Plus" w:hAnsi="Gentium Plus"/>
          <w:sz w:val="24"/>
        </w:rPr>
        <w:t>τὸ ὑποκαπνίζειν τὴν μᾶλιν ἔν τε τοῖς ἵπποις καὶ τοῖς ἄλλοις ὑποζυγίοις, ὅσα μώνυχας ὁπλὰς ἔχει, τῇ ὀριγάνῳ, καλύψαντα</w:t>
      </w:r>
    </w:p>
    <w:p>
      <w:r>
        <w:rPr>
          <w:rFonts w:ascii="Courier New" w:hAnsi="Courier New"/>
          <w:color w:val="555555"/>
          <w:sz w:val="20"/>
        </w:rPr>
        <w:t>[2 . 9]</w:t>
      </w:r>
    </w:p>
    <w:p>
      <w:r>
        <w:rPr>
          <w:rFonts w:ascii="Gentium Plus" w:hAnsi="Gentium Plus"/>
          <w:sz w:val="24"/>
        </w:rPr>
        <w:t>μάλεως δὲ γενομένης ἐν τῷ πώλῳ ἔτι νεογνῷ ὄντι καὶ τιτθευομένῳ, ἐμιμελεῖσθαι δεῖ τῆς τιτθευούσης, χορτάζοντας τροφῇ παντοδαπῇ, καὶ ποτίζοντας τὸ νίτρον, δίψαν ἐγγεννῶν‐ τας, καὶ ῥαφανίδας δὲ παραβάλλειν. ὅσοι δὲ \| ἐν ταῖς ἀγέλαις</w:t>
      </w:r>
    </w:p>
    <w:p>
      <w:r>
        <w:rPr>
          <w:rFonts w:ascii="Courier New" w:hAnsi="Courier New"/>
          <w:color w:val="555555"/>
          <w:sz w:val="20"/>
        </w:rPr>
        <w:t>[5]</w:t>
      </w:r>
    </w:p>
    <w:p>
      <w:r>
        <w:rPr>
          <w:rFonts w:ascii="Gentium Plus" w:hAnsi="Gentium Plus"/>
          <w:sz w:val="24"/>
        </w:rPr>
        <w:t>μαλιῶσι, τούτους δεῖ ἀποκρίνειν· διαδίδοται γὰρ τὸ πάθος, καὶ εὐχερῶς τοὺς λοιποὺς ἀδικοῦσιν.</w:t>
      </w:r>
    </w:p>
    <w:p>
      <w:pPr>
        <w:jc w:val="center"/>
      </w:pPr>
      <w:r>
        <w:rPr>
          <w:rFonts w:ascii="Gentium Plus" w:hAnsi="Gentium Plus"/>
          <w:b/>
          <w:sz w:val="24"/>
        </w:rPr>
        <w:t>Ἱεροκλέους περὶ μάλεως ὑγρᾶς, ὑποδερματίτι‐</w:t>
      </w:r>
    </w:p>
    <w:p>
      <w:r>
        <w:rPr>
          <w:rFonts w:ascii="Courier New" w:hAnsi="Courier New"/>
          <w:color w:val="555555"/>
          <w:sz w:val="20"/>
        </w:rPr>
        <w:t>[t2]</w:t>
      </w:r>
    </w:p>
    <w:p>
      <w:r>
        <w:rPr>
          <w:rFonts w:ascii="Gentium Plus" w:hAnsi="Gentium Plus"/>
          <w:sz w:val="24"/>
        </w:rPr>
        <w:t>δος, ἀρθρίτιδος καὶ ξηρᾶς.</w:t>
      </w:r>
    </w:p>
    <w:p>
      <w:r>
        <w:rPr>
          <w:rFonts w:ascii="Courier New" w:hAnsi="Courier New"/>
          <w:color w:val="555555"/>
          <w:sz w:val="20"/>
        </w:rPr>
        <w:t>[2 . 10]</w:t>
      </w:r>
    </w:p>
    <w:p>
      <w:r>
        <w:rPr>
          <w:rFonts w:ascii="Gentium Plus" w:hAnsi="Gentium Plus"/>
          <w:sz w:val="24"/>
        </w:rPr>
        <w:t>Τῆς καλουμένης μάλεως, ὃ μέγιστον ἂν νομίζοιτο τῶν ἀρρωστημάτων καὶ σφαλερώτατον, ἔστι γένη τέσσαρα· ἡ μὲν γάρ ἐστιν ὑγρά, ἡ δὲ ὑποδερματῖτις, ἡ δὲ ἀρθρῖτις, ἡ δὲ ξηρά. τούτων αἱ μέν εἰσιν εὐθεράπευτοι, ἡ δὲ δύσθεράπευτος, ἡ δὲ</w:t>
      </w:r>
    </w:p>
    <w:p>
      <w:r>
        <w:rPr>
          <w:rFonts w:ascii="Courier New" w:hAnsi="Courier New"/>
          <w:color w:val="555555"/>
          <w:sz w:val="20"/>
        </w:rPr>
        <w:t>[5]</w:t>
      </w:r>
    </w:p>
    <w:p>
      <w:r>
        <w:rPr>
          <w:rFonts w:ascii="Gentium Plus" w:hAnsi="Gentium Plus"/>
          <w:sz w:val="24"/>
        </w:rPr>
        <w:t>ἀθεράπευτος. καὶ ἡ μὲν ὑγρά, ἐξ ἧς διὰ μυκτήρων λεπτὸς καὶ ὑδατώδης ἰχὼρ φέρεται, εὐίατός ἐστιν. ὁμοίως καὶ ἡ ὑπο‐ δερματῖτις, ἐξ ἧς συμβαίνει ψωρίασις, ἡ δὲ ἀρθρῖτις δυσθε‐ ράπευτος, ἡ δὲ ξηρά, ὡς λέγουσιν, ἀθεράπευτος.</w:t>
      </w:r>
    </w:p>
    <w:p>
      <w:r>
        <w:rPr>
          <w:rFonts w:ascii="Courier New" w:hAnsi="Courier New"/>
          <w:color w:val="555555"/>
          <w:sz w:val="20"/>
        </w:rPr>
        <w:t>[2 . 11]</w:t>
      </w:r>
    </w:p>
    <w:p>
      <w:r>
        <w:rPr>
          <w:rFonts w:ascii="Gentium Plus" w:hAnsi="Gentium Plus"/>
          <w:sz w:val="24"/>
        </w:rPr>
        <w:t>ἐὰν οὖν τῇ ὑγρᾷ μάλει περιπέσῃ ζῷον, βήσσει τε καὶ διὰ μυκτήρων ὑγρὸν ἰχῶρα φέρει, καὶ τροφὴν οὐ προσίεται, ἀλλ’ ἀτονεῖ, καὶ τῷ σώματι συμπίπτει \| καὶ τὴν κεφαλὴν καὶ τὰ ὦτα οὐκ ἀνίστησι. θεράπευε τοίνυν οὕτως· κρόκου, κασίας,</w:t>
      </w:r>
    </w:p>
    <w:p>
      <w:r>
        <w:rPr>
          <w:rFonts w:ascii="Courier New" w:hAnsi="Courier New"/>
          <w:color w:val="555555"/>
          <w:sz w:val="20"/>
        </w:rPr>
        <w:t>[5]</w:t>
      </w:r>
    </w:p>
    <w:p>
      <w:r>
        <w:rPr>
          <w:rFonts w:ascii="Gentium Plus" w:hAnsi="Gentium Plus"/>
          <w:sz w:val="24"/>
        </w:rPr>
        <w:t>σμύρνης, κινναμώμου ἀνὰ ὁλκὴν μίαν τρίψας καὶ μετὰ τού‐ των δαφνίδας καὶ σελίνου σπέρμα εἰς θυίαν, ἐπιχέας τε μέ‐ λιτος ἡμικοτύλιον καὶ οἴνου εὐώδους κοτύλην, ἔγχει διὰ τοῦ</w:t>
      </w:r>
    </w:p>
    <w:p>
      <w:r>
        <w:rPr>
          <w:rFonts w:ascii="Courier New" w:hAnsi="Courier New"/>
          <w:color w:val="555555"/>
          <w:sz w:val="20"/>
        </w:rPr>
        <w:t>[10]</w:t>
      </w:r>
    </w:p>
    <w:p>
      <w:r>
        <w:rPr>
          <w:rFonts w:ascii="Gentium Plus" w:hAnsi="Gentium Plus"/>
          <w:sz w:val="24"/>
        </w:rPr>
        <w:t>ὡσεὶ κοτύλας δύο, διηθήσας καὶ ἐπιχέας μέλι, καὶ συμμίξας ᾠά, καὶ ἀνακόψας. τὸ δὲ αὐτὸ καὶ διὰ τοῦ μυκτῆρος τοῦ εὐωνύμου ἐγχυματίζειν λυσιτελές. ὡς δὲ καὶ τὴν ἀρτηρίαν κατα‐ λεανθῆναι, πολύσπερμον ἐμβαλὼν εἰς θυίαν καὶ τρίψας λίαν, καὶ ἐπιχέας ἡμικοτύλιον οἴνου, ἔγχει διὰ τοῦ ἀριστεροῦ μυ‐</w:t>
      </w:r>
    </w:p>
    <w:p>
      <w:r>
        <w:rPr>
          <w:rFonts w:ascii="Courier New" w:hAnsi="Courier New"/>
          <w:color w:val="555555"/>
          <w:sz w:val="20"/>
        </w:rPr>
        <w:t>[15]</w:t>
      </w:r>
    </w:p>
    <w:p>
      <w:r>
        <w:rPr>
          <w:rFonts w:ascii="Gentium Plus" w:hAnsi="Gentium Plus"/>
          <w:sz w:val="24"/>
        </w:rPr>
        <w:t>κτῆρος. ἢ εἰ βούλει ἑτέρως, ἀριστολοχείας ῥίζαν τρίψας, καὶ οἴνου εὐώδους ἐπιβαλὼν ἡμικοτύλιον, ἔγχει διὰ μυκτῆρος, ἢ κυκλαμίνου ῥίζαν ὅσον ὁλκὰς τρεῖς τρίψας, ἐν οἴνου ἡμικο‐ τυλίῳ ἐγχυμάτιζε ὁμοίως, εἶτα πρόαγε ἐπὶ νομήν.</w:t>
      </w:r>
    </w:p>
    <w:p>
      <w:r>
        <w:rPr>
          <w:rFonts w:ascii="Courier New" w:hAnsi="Courier New"/>
          <w:color w:val="555555"/>
          <w:sz w:val="20"/>
        </w:rPr>
        <w:t>[2 . 12]</w:t>
      </w:r>
    </w:p>
    <w:p>
      <w:r>
        <w:rPr>
          <w:rFonts w:ascii="Gentium Plus" w:hAnsi="Gentium Plus"/>
          <w:sz w:val="24"/>
        </w:rPr>
        <w:t>εἰ δὲ ὑποδερματῖτις εἴη, ὡς \ φησίν, ἀναπνεῖ διὰ μυκτήρων ὀσμώδη καὶ πυώδη καὶ βήττει καὶ ἰσχναίνεται καὶ ῥήγνυται, οὗ ἂν τύχῃ τοῦ σώματος, καὶ ἐξέρχεται πυώδη τινά. χρὴ οὖν τοῖς τοιούτοις τροφὰς προσ‐</w:t>
      </w:r>
    </w:p>
    <w:p>
      <w:r>
        <w:rPr>
          <w:rFonts w:ascii="Courier New" w:hAnsi="Courier New"/>
          <w:color w:val="555555"/>
          <w:sz w:val="20"/>
        </w:rPr>
        <w:t>[5]</w:t>
      </w:r>
    </w:p>
    <w:p>
      <w:r>
        <w:rPr>
          <w:rFonts w:ascii="Gentium Plus" w:hAnsi="Gentium Plus"/>
          <w:sz w:val="24"/>
        </w:rPr>
        <w:t>άγειν παντοίας εἰς κόρον, ἐγχυματίζειν τε διὰ στόματος χυλῷ πτισάνης ἐκ βρόμου διηθημένης, καθεψηθέντος ἐν αὐτῇ μά‐ λιστα μὲν κυνὸς σκυλακίου καλῶς κεκαθαρισμένου καὶ μεμα‐ δισμένου, εἰ δὲ μή, ὄρνιθος, λούειν τε ὕδατι θερμῷ.</w:t>
      </w:r>
    </w:p>
    <w:p>
      <w:r>
        <w:rPr>
          <w:rFonts w:ascii="Courier New" w:hAnsi="Courier New"/>
          <w:color w:val="555555"/>
          <w:sz w:val="20"/>
        </w:rPr>
        <w:t>[2 . 13]</w:t>
      </w:r>
    </w:p>
    <w:p>
      <w:r>
        <w:rPr>
          <w:rFonts w:ascii="Gentium Plus" w:hAnsi="Gentium Plus"/>
          <w:sz w:val="24"/>
        </w:rPr>
        <w:t>εἰ δὲ ἀρθρῖτις ἐνοχλοίη, παχεῖς ἀποστάζουσιν ἰχῶρες μηλινόχροες διὰ μυκτήρων καὶ καρηβαρεῖ καὶ λεπτύνεται αὐτοῦ τὸ σῶμα διὰ τὸ μὴ ὀρέγεσθαι τροφῆς, καὶ παρ’ ἑκάτερα τῶν ἄρθρων γίνεται χωλάσματα. ἐὰν δὲ κατακλιθῇ που, τὸ</w:t>
      </w:r>
    </w:p>
    <w:p>
      <w:r>
        <w:rPr>
          <w:rFonts w:ascii="Courier New" w:hAnsi="Courier New"/>
          <w:color w:val="555555"/>
          <w:sz w:val="20"/>
        </w:rPr>
        <w:t>[5]</w:t>
      </w:r>
    </w:p>
    <w:p>
      <w:r>
        <w:rPr>
          <w:rFonts w:ascii="Gentium Plus" w:hAnsi="Gentium Plus"/>
          <w:sz w:val="24"/>
        </w:rPr>
        <w:t>μέρος, ἐφ’ ὃ κατάκειται, ἑλκοῦται τῷ ὑπὸ τὴν βύρσαν ἀνάχυ‐ σιν εἶναι τά τε ἄρθρα περιέχεσθαι χυμῷ δριμυτάτῳ. ἀγγεῖον</w:t>
      </w:r>
    </w:p>
    <w:p>
      <w:r>
        <w:rPr>
          <w:rFonts w:ascii="Courier New" w:hAnsi="Courier New"/>
          <w:color w:val="555555"/>
          <w:sz w:val="20"/>
        </w:rPr>
        <w:t>[10]</w:t>
      </w:r>
    </w:p>
    <w:p>
      <w:r>
        <w:rPr>
          <w:rFonts w:ascii="Gentium Plus" w:hAnsi="Gentium Plus"/>
          <w:sz w:val="24"/>
        </w:rPr>
        <w:t>ησάμενος, ἀναμιγνύει τῷ αἵματι. διὰ τῶν ἀρτηριῶν οὖν τῶν πρὸς τὴν ῥάχιν προσηρμοσμένων προσενεχθεὶς ὁ χυμὸς ἐπὶ τὸν νωτιαῖον μυελόν, αὐτόν τε καὶ τὸν ἐγκέφαλον φθείρει, ὃς τὴν χορηγίαν καὶ οἱονεὶ τροφὴν ἀπὸ τοῦ νωτιαίου μυελοῦ λαμβάνει· διὸ μάλιστα τὴν κεφαλὴν βαρύνεται, καὶ τὴν γλῶτ‐</w:t>
      </w:r>
    </w:p>
    <w:p>
      <w:r>
        <w:rPr>
          <w:rFonts w:ascii="Courier New" w:hAnsi="Courier New"/>
          <w:color w:val="555555"/>
          <w:sz w:val="20"/>
        </w:rPr>
        <w:t>[15]</w:t>
      </w:r>
    </w:p>
    <w:p>
      <w:r>
        <w:rPr>
          <w:rFonts w:ascii="Gentium Plus" w:hAnsi="Gentium Plus"/>
          <w:sz w:val="24"/>
        </w:rPr>
        <w:t>ταν πάσχει.</w:t>
      </w:r>
    </w:p>
    <w:p>
      <w:r>
        <w:rPr>
          <w:rFonts w:ascii="Courier New" w:hAnsi="Courier New"/>
          <w:color w:val="555555"/>
          <w:sz w:val="20"/>
        </w:rPr>
        <w:t>[2 . 14]</w:t>
      </w:r>
    </w:p>
    <w:p>
      <w:r>
        <w:rPr>
          <w:rFonts w:ascii="Gentium Plus" w:hAnsi="Gentium Plus"/>
          <w:sz w:val="24"/>
        </w:rPr>
        <w:t>θεραπεύειν οὖν χρὴ αἵματος ἀφαιρέσει ἀπὸ τῶν ἐν τῷ προσώπῳ φλεβῶν ὑπὸ τὸ μῆλον καὶ τῶν ἐν τῷ στήθει, ἔτι δὲ καὶ ἀπὸ τῶν ἐν τοῖς μεσοκυνίοις. προσφέρειν τε τροφὴν παντοίαν, καὶ ἐγχυματίζειν διὰ μυκτήρων οἴνῳ, ἡψημένου ἐν</w:t>
      </w:r>
    </w:p>
    <w:p>
      <w:r>
        <w:rPr>
          <w:rFonts w:ascii="Courier New" w:hAnsi="Courier New"/>
          <w:color w:val="555555"/>
          <w:sz w:val="20"/>
        </w:rPr>
        <w:t>[5]</w:t>
      </w:r>
    </w:p>
    <w:p>
      <w:r>
        <w:rPr>
          <w:rFonts w:ascii="Gentium Plus" w:hAnsi="Gentium Plus"/>
          <w:sz w:val="24"/>
        </w:rPr>
        <w:t>αὐτῷ κενταυρίου καὶ ἀψινθίου καὶ πευκεδανίου, καὶ ἑτέρους δὲ ποιεῖν ἐγχυματισμοὺς τούσδε· κολοκυντίδος Αἰγυπτίας σπέρ‐ μα ὅσον ὀξυβάφου μέτρον φρύξας καὶ κόψας, καὶ ἐν οἴνου λευκοῦ εὐώδους κοτύλαις δυσὶ μίξας, καὶ ἐν ὀθονίῳ διηθήσας, ἔγχει διὰ τοῦ δεξιοῦ μυκτῆρος. τῇ ἐντεριώνῃ δὲ τῆς κολοκυν‐</w:t>
      </w:r>
    </w:p>
    <w:p>
      <w:r>
        <w:rPr>
          <w:rFonts w:ascii="Courier New" w:hAnsi="Courier New"/>
          <w:color w:val="555555"/>
          <w:sz w:val="20"/>
        </w:rPr>
        <w:t>[10]</w:t>
      </w:r>
    </w:p>
    <w:p>
      <w:r>
        <w:rPr>
          <w:rFonts w:ascii="Gentium Plus" w:hAnsi="Gentium Plus"/>
          <w:sz w:val="24"/>
        </w:rPr>
        <w:t>τίδος δύνασαι καὶ μὴ πεφρυγμένῃ ἀντὶ τοῦ σπέρματος χρή‐ σασθαι, \| ἢ σικύου ἀγρίου ῥίζαν κόψας λεπτῶς ὅσον ἥμισυ μνᾶς, ἐπίχεε ὕδατος κοτύλας δύο, καὶ βρέξας νύκτα μίαν, εἶτα ἀνατρίψας διήθησον, μίξας τε νίτρου ὁλκὰς τρεῖς κεκομμένου, καὶ καταλαβὼν τὴν γλῶτταν ἐγχυμάτιζε διὰ στόματος τὸ ἥμισυ</w:t>
      </w:r>
    </w:p>
    <w:p>
      <w:r>
        <w:rPr>
          <w:rFonts w:ascii="Courier New" w:hAnsi="Courier New"/>
          <w:color w:val="555555"/>
          <w:sz w:val="20"/>
        </w:rPr>
        <w:t>[15]</w:t>
      </w:r>
    </w:p>
    <w:p>
      <w:r>
        <w:rPr>
          <w:rFonts w:ascii="Gentium Plus" w:hAnsi="Gentium Plus"/>
          <w:sz w:val="24"/>
        </w:rPr>
        <w:t>τοῦ φαρμάκου ἐπὶ ἡμέρας ἑπτά, τὸ δὲ λοιπόν, ᾧ ποτίζεις, ὕδατι μίσγε. φλεβοτομείσθω μέντοι κατ’ ἀρχάς, ὡς, ἂν</w:t>
      </w:r>
    </w:p>
    <w:p>
      <w:r>
        <w:rPr>
          <w:rFonts w:ascii="Courier New" w:hAnsi="Courier New"/>
          <w:color w:val="555555"/>
          <w:sz w:val="20"/>
        </w:rPr>
        <w:t>[20]</w:t>
      </w:r>
    </w:p>
    <w:p>
      <w:r>
        <w:rPr>
          <w:rFonts w:ascii="Gentium Plus" w:hAnsi="Gentium Plus"/>
          <w:sz w:val="24"/>
        </w:rPr>
        <w:t>τεῖσθαι ἰσχυρῶς τὴν κεφαλὴν παραλάμβανε.</w:t>
      </w:r>
    </w:p>
    <w:p>
      <w:r>
        <w:rPr>
          <w:rFonts w:ascii="Courier New" w:hAnsi="Courier New"/>
          <w:color w:val="555555"/>
          <w:sz w:val="20"/>
        </w:rPr>
        <w:t>[2 . 15]</w:t>
      </w:r>
    </w:p>
    <w:p>
      <w:r>
        <w:rPr>
          <w:rFonts w:ascii="Gentium Plus" w:hAnsi="Gentium Plus"/>
          <w:sz w:val="24"/>
        </w:rPr>
        <w:t>ἵππος μὲν δὴ χαλεπῶς ἀπὸ τοῦ πάθους τούτου διασώ‐ ζεται, ἡμίονος δὲ οὐ ῥᾷον, τῷ καὶ ἐξ ἑτεροφυοῦς γενέσθαι ζῴου. καὶ τοῦτον οὖν τὸν τῆς θεραπείας Ἄψυρτος εἰσηγεῖ‐ ται τρόπον· τέμνοντα τοῦ στήθους τὴν βύρσαν καὶ τοὺς χιτῶ‐</w:t>
      </w:r>
    </w:p>
    <w:p>
      <w:r>
        <w:rPr>
          <w:rFonts w:ascii="Courier New" w:hAnsi="Courier New"/>
          <w:color w:val="555555"/>
          <w:sz w:val="20"/>
        </w:rPr>
        <w:t>[5]</w:t>
      </w:r>
    </w:p>
    <w:p>
      <w:r>
        <w:rPr>
          <w:rFonts w:ascii="Gentium Plus" w:hAnsi="Gentium Plus"/>
          <w:sz w:val="24"/>
        </w:rPr>
        <w:t>νας, ἐντιθέναι πόρπακας λινοῦς ἢ κανναβίνους παρ’ ἑκάτερα τῆς τομῆς δύο, καὶ οὕτως ἐμβάλλειν ἐλλεβόρου λευκοῦ στα‐ τῆρα Αἰγύπτιον, \| εἶτα ἀποδήσαντα τοὺς πόρπακας ἐᾶσαι, μέ‐ χρις οὗ ἂν αὐτόματοι ἐκπέσωσι, χεῖρα δὲ μὴ προσάγειν τῷ τόπῳ μηδὲ εἰς ὕδωρ ἐμβιβάζειν. διδόναι δὲ καὶ νίτρου ὠμοῦ</w:t>
      </w:r>
    </w:p>
    <w:p>
      <w:r>
        <w:rPr>
          <w:rFonts w:ascii="Courier New" w:hAnsi="Courier New"/>
          <w:color w:val="555555"/>
          <w:sz w:val="20"/>
        </w:rPr>
        <w:t>[10]</w:t>
      </w:r>
    </w:p>
    <w:p>
      <w:r>
        <w:rPr>
          <w:rFonts w:ascii="Gentium Plus" w:hAnsi="Gentium Plus"/>
          <w:sz w:val="24"/>
        </w:rPr>
        <w:t>κεκομμένου ὁλκὴν μίαν καὶ ἡμίσειαν ἐν οἴνου κοτύλῃ κεχλια‐ σμένου διὰ μυκτῆρος, καὶ αἱ κριθαὶ δὲ καὶ ὁ χόρτος καταρ‐ ραινέσθωσαν τῷ νίτρῳ. Ἀψύρτῳ δὲ δοκεῖ καὶ εἰς τὸ ποτὸν τὸ νίτρον βάλλεσθαι.</w:t>
      </w:r>
    </w:p>
    <w:p>
      <w:r>
        <w:rPr>
          <w:rFonts w:ascii="Courier New" w:hAnsi="Courier New"/>
          <w:color w:val="555555"/>
          <w:sz w:val="20"/>
        </w:rPr>
        <w:t>[2 . 16]</w:t>
      </w:r>
    </w:p>
    <w:p>
      <w:r>
        <w:rPr>
          <w:rFonts w:ascii="Gentium Plus" w:hAnsi="Gentium Plus"/>
          <w:sz w:val="24"/>
        </w:rPr>
        <w:t>ἡ δὲ ξηρὰ μᾶλις ἐστὶν ἐπικινδυνοτάτη, μικροῦ δεῖν καὶ ἀθεράπευτος. διὰ μὲν γὰρ τῶν μυκτήρων φέρεται οὐδέν, τὴν κεφαλὴν δὲ παρίησι, καὶ λεπτύνεται (καὶ ταῦτα τροφὴν λαμ‐ βάνων) δι’ ἀπεψίαν, αἵ τε λαγόνες περιταθεῖσαι εἰσὶ τυμπα‐</w:t>
      </w:r>
    </w:p>
    <w:p>
      <w:r>
        <w:rPr>
          <w:rFonts w:ascii="Courier New" w:hAnsi="Courier New"/>
          <w:color w:val="555555"/>
          <w:sz w:val="20"/>
        </w:rPr>
        <w:t>[5]</w:t>
      </w:r>
    </w:p>
    <w:p>
      <w:r>
        <w:rPr>
          <w:rFonts w:ascii="Gentium Plus" w:hAnsi="Gentium Plus"/>
          <w:sz w:val="24"/>
        </w:rPr>
        <w:t>νοειδεῖς, μετέωροι, καὶ ἡ βύρσα σκληρύνεται ὅλος τε συντεί‐ νεται. Εὔμηλος μὲν οὖν ὁ Θηβαῖός φησι μὴ θεραπεύ‐ εσθαι τὸν τοιοῦτον, τῷ καὶ τὸν πνεύμονα ῥῆξιν λαμβάνειν. γεγράφθω δὲ καὶ τοῦτο τὸ βοήθημα, ὅταν τις ἐν ἀρχαῖς</w:t>
      </w:r>
    </w:p>
    <w:p>
      <w:r>
        <w:rPr>
          <w:rFonts w:ascii="Courier New" w:hAnsi="Courier New"/>
          <w:color w:val="555555"/>
          <w:sz w:val="20"/>
        </w:rPr>
        <w:t>[10]</w:t>
      </w:r>
    </w:p>
    <w:p>
      <w:r>
        <w:rPr>
          <w:rFonts w:ascii="Gentium Plus" w:hAnsi="Gentium Plus"/>
          <w:sz w:val="24"/>
        </w:rPr>
        <w:t>σοντα· μάννης [καὶ] λιβάνου [ἀνὰ] τριώβολον τρίψας ἐν οἴ\ εὐώδους κοτύλῃ μιᾷ, ἐγχυματιζέτω διὰ τῆς ῥινός. βοηθεῖ δὲ ἐὰν καὶ ῥαφανίδας κατατεμὼν εἰς λεπτὰ ἐγκαταμίξῃς ταῖς κρι‐ θαῖς, αἷς παραβάλλεις. δίδου δὲ καὶ νίτρου κεκομμένου ὁλ‐ κὴν μίαν καὶ ἡμίσειαν ἐν οἴνου κοτύλῃ διὰ μυκτήρων, ἔστω</w:t>
      </w:r>
    </w:p>
    <w:p>
      <w:r>
        <w:rPr>
          <w:rFonts w:ascii="Courier New" w:hAnsi="Courier New"/>
          <w:color w:val="555555"/>
          <w:sz w:val="20"/>
        </w:rPr>
        <w:t>[15]</w:t>
      </w:r>
    </w:p>
    <w:p>
      <w:r>
        <w:rPr>
          <w:rFonts w:ascii="Gentium Plus" w:hAnsi="Gentium Plus"/>
          <w:sz w:val="24"/>
        </w:rPr>
        <w:t>δὲ ὁ οἶνος κεχλιασμένος. μὴ ἀγνοείσθω μέντοι καὶ τοῦτο, ὡς τὰς κριθὰς καὶ τὸν χόρτον δεῖν καταρραίνοντας νίτρῳ παρα‐ βάλλειν.</w:t>
      </w:r>
    </w:p>
    <w:p>
      <w:r>
        <w:rPr>
          <w:rFonts w:ascii="Courier New" w:hAnsi="Courier New"/>
          <w:color w:val="555555"/>
          <w:sz w:val="20"/>
        </w:rPr>
        <w:t>[2 . 17]</w:t>
      </w:r>
    </w:p>
    <w:p>
      <w:r>
        <w:rPr>
          <w:rFonts w:ascii="Gentium Plus" w:hAnsi="Gentium Plus"/>
          <w:sz w:val="24"/>
        </w:rPr>
        <w:t>ἰστέον δὲ ὅτι οἱ ἐπὶ τῆς ὑγρᾶς μάλεως ἐγχυματισμοὶ ἁρ‐ μόζουσι καὶ ἐπὶ τῆς ξηρᾶς. ἔνιοι δὲ καὶ τοῦτο δοκιμάζουσι τὸ βοήθημα ἐπὶ τῶν μαλιώντων· σταφυλὰς λευκὰς ἐκθλίψαν‐ τες καὶ συναγαγόντες οἴνου ἀπ’ αὐτῶν κοτύλας δύο, ἀριστο‐</w:t>
      </w:r>
    </w:p>
    <w:p>
      <w:r>
        <w:rPr>
          <w:rFonts w:ascii="Courier New" w:hAnsi="Courier New"/>
          <w:color w:val="555555"/>
          <w:sz w:val="20"/>
        </w:rPr>
        <w:t>[5]</w:t>
      </w:r>
    </w:p>
    <w:p>
      <w:r>
        <w:rPr>
          <w:rFonts w:ascii="Gentium Plus" w:hAnsi="Gentium Plus"/>
          <w:sz w:val="24"/>
        </w:rPr>
        <w:t>λοχείας τε τῆς παχείας κόψαντες καὶ σήσαντες κοχλιάρια δύο, ἐγχυματίζουσι διὰ μυκτήρων ἐπὶ ἡμέρας ἑπτά· εἶτα καθάραν‐ τες ἐπὶ νομὴν ἐξάγουσιν. ἐὰν δὲ μὴ ὦσι σταφυλαί, τοῖς προ‐ γεγραμμένοις χρῆσθαι δεῖ βοηθήμασι. δοκεῖ δέ τισιν ὠφε‐ λεῖν καὶ τὸ ὑποκαπνίζειν ὀριγάνῳ διὰ τῶν μυκτή\|ρων, τὴν</w:t>
      </w:r>
    </w:p>
    <w:p>
      <w:r>
        <w:rPr>
          <w:rFonts w:ascii="Courier New" w:hAnsi="Courier New"/>
          <w:color w:val="555555"/>
          <w:sz w:val="20"/>
        </w:rPr>
        <w:t>[10]</w:t>
      </w:r>
    </w:p>
    <w:p>
      <w:r>
        <w:rPr>
          <w:rFonts w:ascii="Gentium Plus" w:hAnsi="Gentium Plus"/>
          <w:sz w:val="24"/>
        </w:rPr>
        <w:t>κεφαλὴν χύτρᾳ καινῇ μαρίλαν ἐχούσῃ καλύψαντας παρὰ μίαν ἡμέραν ἐπὶ πλείονας ὥρας. τοὺς γε μὴν εὐνουχισθέντας ἵππους φασὶν εἰς τοῦτο μὴ ἐμπίπτειν τὸ πάθος.</w:t>
      </w:r>
    </w:p>
    <w:p>
      <w:pPr>
        <w:jc w:val="center"/>
      </w:pPr>
      <w:r>
        <w:rPr>
          <w:rFonts w:ascii="Gentium Plus" w:hAnsi="Gentium Plus"/>
          <w:b/>
          <w:sz w:val="24"/>
        </w:rPr>
        <w:t>Θεομνήστου εἰς τὸ αὐτὸ πάθος.</w:t>
      </w:r>
    </w:p>
    <w:p>
      <w:r>
        <w:rPr>
          <w:rFonts w:ascii="Courier New" w:hAnsi="Courier New"/>
          <w:color w:val="555555"/>
          <w:sz w:val="20"/>
        </w:rPr>
        <w:t>[1]</w:t>
      </w:r>
    </w:p>
    <w:p>
      <w:r>
        <w:rPr>
          <w:rFonts w:ascii="Gentium Plus" w:hAnsi="Gentium Plus"/>
          <w:sz w:val="24"/>
        </w:rPr>
        <w:t>Μᾶλις ἐστὶ χυμῶν σεσηπότων δυσδιαφόρητος ἔνστασις, καθὸ μέρος ἐνίσταται τοῦ σώματος, ἐκεῖθεν τὴν ἰδικὴν ἐπω‐ νυμίαν ἔχουσα. διαφοραὶ δὲ τοῦ νοσήματος δύο, ἡ μὲν γὰρ</w:t>
      </w:r>
    </w:p>
    <w:p>
      <w:r>
        <w:rPr>
          <w:rFonts w:ascii="Courier New" w:hAnsi="Courier New"/>
          <w:color w:val="555555"/>
          <w:sz w:val="20"/>
        </w:rPr>
        <w:t>[5]</w:t>
      </w:r>
    </w:p>
    <w:p>
      <w:r>
        <w:rPr>
          <w:rFonts w:ascii="Gentium Plus" w:hAnsi="Gentium Plus"/>
          <w:sz w:val="24"/>
        </w:rPr>
        <w:t>ὑγρὰ φαινομένη. φέρεται γὰρ διὰ μυκτήρων ἰχὼρ φλεγματώ‐ δης εἰς τὸ λευκὸν χρῶμα μεταβεβλημένος, ὅθεν καὶ μᾶλιν το πάθος καλοῦσιν, ἀπὸ τῆς χρόας τὴν ὀνομασίαν ἐπιθέντες. ὁ δὲ ἐκ τούτου τοῦ πάθους φερόμενος ἰχὼρ εἴτε διὰ ῥινῶν εἴτε δι’ ὑπερῴας, ἄνοσμος μὲν ὤν, εὐκόλως θεραπεύεται, δύσοσμος</w:t>
      </w:r>
    </w:p>
    <w:p>
      <w:r>
        <w:rPr>
          <w:rFonts w:ascii="Courier New" w:hAnsi="Courier New"/>
          <w:color w:val="555555"/>
          <w:sz w:val="20"/>
        </w:rPr>
        <w:t>[10]</w:t>
      </w:r>
    </w:p>
    <w:p>
      <w:r>
        <w:rPr>
          <w:rFonts w:ascii="Gentium Plus" w:hAnsi="Gentium Plus"/>
          <w:sz w:val="24"/>
        </w:rPr>
        <w:t>δὲ δυσκόλως δι’ αἰτίαν τοιαύτην· ἕως μὲν ἄνοσμος φέρεται, οὐκ ἔστιν ἐξ ἕλκους, ἀλλ’ ἐκ περιττώματος, ὃ χρὴ \| καθαίρειν καὶ ἐκφράττειν φαρμάκοις καὶ τρόποις τοῖς γραφησομένοις·</w:t>
      </w:r>
    </w:p>
    <w:p>
      <w:pPr>
        <w:jc w:val="center"/>
      </w:pPr>
      <w:r>
        <w:rPr>
          <w:rFonts w:ascii="Gentium Plus" w:hAnsi="Gentium Plus"/>
          <w:b/>
          <w:sz w:val="24"/>
        </w:rPr>
        <w:t>φάρμακον μάλεως ὑγρᾶς</w:t>
      </w:r>
    </w:p>
    <w:p>
      <w:r>
        <w:rPr>
          <w:rFonts w:ascii="Courier New" w:hAnsi="Courier New"/>
          <w:color w:val="555555"/>
          <w:sz w:val="20"/>
        </w:rPr>
        <w:t>[t2]</w:t>
      </w:r>
    </w:p>
    <w:p>
      <w:r>
        <w:rPr>
          <w:rFonts w:ascii="Gentium Plus" w:hAnsi="Gentium Plus"/>
          <w:sz w:val="24"/>
        </w:rPr>
        <w:t>ἀνόσμου καθαρτικὸν καὶ ἐκφρακτικόν, ὃ χρὴ καὶ</w:t>
      </w:r>
    </w:p>
    <w:p>
      <w:r>
        <w:rPr>
          <w:rFonts w:ascii="Courier New" w:hAnsi="Courier New"/>
          <w:color w:val="555555"/>
          <w:sz w:val="20"/>
        </w:rPr>
        <w:t>[t3]</w:t>
      </w:r>
    </w:p>
    <w:p>
      <w:r>
        <w:rPr>
          <w:rFonts w:ascii="Gentium Plus" w:hAnsi="Gentium Plus"/>
          <w:sz w:val="24"/>
        </w:rPr>
        <w:t>διὰ στόματος καὶ διὰ μυκτήρων ἐγχυματίζειν.</w:t>
      </w:r>
    </w:p>
    <w:p>
      <w:r>
        <w:rPr>
          <w:rFonts w:ascii="Courier New" w:hAnsi="Courier New"/>
          <w:color w:val="555555"/>
          <w:sz w:val="20"/>
        </w:rPr>
        <w:t>[1]</w:t>
      </w:r>
    </w:p>
    <w:p>
      <w:r>
        <w:rPr>
          <w:rFonts w:ascii="Gentium Plus" w:hAnsi="Gentium Plus"/>
          <w:sz w:val="24"/>
        </w:rPr>
        <w:t>Δεῖ λαβόντα ᾠὰ τρία καὶ τούτων τὰ ἔνδον κενώσαντα, τὰ ἔλυτρα πληροῦν πάλιν, τὰ μὲν δύο μέλιτος, τὸ δὲ ἓν γάρου, καὶ αὖθις χεῖν ἔνθα καὶ τὸ ὑγρὸν αὐτῶν προεχέθη, εἶτα τέ‐ ταρτον ξέστου παλαιοῦ ἐλαίου προσαναμίξαντα ἢ Κυπρίνου</w:t>
      </w:r>
    </w:p>
    <w:p>
      <w:r>
        <w:rPr>
          <w:rFonts w:ascii="Courier New" w:hAnsi="Courier New"/>
          <w:color w:val="555555"/>
          <w:sz w:val="20"/>
        </w:rPr>
        <w:t>[5]</w:t>
      </w:r>
    </w:p>
    <w:p>
      <w:r>
        <w:rPr>
          <w:rFonts w:ascii="Gentium Plus" w:hAnsi="Gentium Plus"/>
          <w:sz w:val="24"/>
        </w:rPr>
        <w:t>ἐλαίου τὸ ἴσον, ἰρίνου τὸ αὐτό, ἐπὶ τούτοις πεπέρεως λεπτο‐ τάτου κοχλιάρια τρία, κοκκορίζου λεπτοτάτου τὸ ἴσον, ἴρεως Ἰλλυρικῆς τὸ ἴσον, ταῦτα πάντα ἀνακόψαντα ἐγχυματίζειν ἢ διὰ τοῦ στόματος ἢ διὰ τῶν μυκτήρων, καὶ ἀνακρεμᾶν εἰς σύμμετρον ὕψος τὴν κεφαλὴν ὡς ἡμιώριον, καὶ οὕτως τρο‐</w:t>
      </w:r>
    </w:p>
    <w:p>
      <w:r>
        <w:rPr>
          <w:rFonts w:ascii="Courier New" w:hAnsi="Courier New"/>
          <w:color w:val="555555"/>
          <w:sz w:val="20"/>
        </w:rPr>
        <w:t>[10]</w:t>
      </w:r>
    </w:p>
    <w:p>
      <w:r>
        <w:rPr>
          <w:rFonts w:ascii="Gentium Plus" w:hAnsi="Gentium Plus"/>
          <w:sz w:val="24"/>
        </w:rPr>
        <w:t>χάζειν ποιεῖν τὸ ζῷον. ἐπειδὰν δὲ τροχάσῃ, χρὴ τῷ ἱμάντι τῆς φορβέας δεσμεῖν προτείνοντα κάτω τὴν κεφαλήν, \| ἀπὸ τῶν ἐμπροσθίων ποδῶν ἄγοντα τὸν δεσμὸν ἐπὶ τὰ μεσοκύνια, ἵνα</w:t>
      </w:r>
    </w:p>
    <w:p>
      <w:r>
        <w:rPr>
          <w:rFonts w:ascii="Courier New" w:hAnsi="Courier New"/>
          <w:color w:val="555555"/>
          <w:sz w:val="20"/>
        </w:rPr>
        <w:t>[15]</w:t>
      </w:r>
    </w:p>
    <w:p>
      <w:r>
        <w:rPr>
          <w:rFonts w:ascii="Gentium Plus" w:hAnsi="Gentium Plus"/>
          <w:sz w:val="24"/>
        </w:rPr>
        <w:t>τρεῖς ἡμέρας, καὶ μηκέτι φέρηται, θεραπεύσεις τρόπῳ τοιῷδε· γεντιανῆς κοπείσης καὶ σησθείσης κοχλιάριον ἕν, ἀριστολο‐ χείας κοχλιάριον ἕν. δαφνίδων κοχλιάριον ἕν, ὑδρομέλιτος ξέ‐ στην Ἰταλικὸν μίξας, ἐγχυμάτιζε, μέχρις οὗ ὑγιάσῃς. αὕτη μὲν ὑγρᾶς μάλεως ἐπίγνωσις καὶ θεραπεία τῆς ἀνόσμου, ἐχώ‐</w:t>
      </w:r>
    </w:p>
    <w:p>
      <w:r>
        <w:rPr>
          <w:rFonts w:ascii="Courier New" w:hAnsi="Courier New"/>
          <w:color w:val="555555"/>
          <w:sz w:val="20"/>
        </w:rPr>
        <w:t>[20]</w:t>
      </w:r>
    </w:p>
    <w:p>
      <w:r>
        <w:rPr>
          <w:rFonts w:ascii="Gentium Plus" w:hAnsi="Gentium Plus"/>
          <w:sz w:val="24"/>
        </w:rPr>
        <w:t>μεθα δὲ καὶ τῆς δυσώδους·</w:t>
      </w:r>
    </w:p>
    <w:p>
      <w:pPr>
        <w:jc w:val="center"/>
      </w:pPr>
      <w:r>
        <w:rPr>
          <w:rFonts w:ascii="Gentium Plus" w:hAnsi="Gentium Plus"/>
          <w:b/>
          <w:sz w:val="24"/>
        </w:rPr>
        <w:t>περὶ μάλεως ὑγρᾶς καὶ δυσώδους.</w:t>
      </w:r>
    </w:p>
    <w:p>
      <w:r>
        <w:rPr>
          <w:rFonts w:ascii="Courier New" w:hAnsi="Courier New"/>
          <w:color w:val="555555"/>
          <w:sz w:val="20"/>
        </w:rPr>
        <w:t>[1]</w:t>
      </w:r>
    </w:p>
    <w:p>
      <w:r>
        <w:rPr>
          <w:rFonts w:ascii="Gentium Plus" w:hAnsi="Gentium Plus"/>
          <w:sz w:val="24"/>
        </w:rPr>
        <w:t>Ὅταν οἱ σαπέντες χυμοὶ γεννήσωσι τὴν ὑγρὰν μᾶλιν, τοῦτ’ ἔστιν αἷμά τε καὶ φλέγμα, καὶ φθάσωσιν ἐκκαῦσαι τοὺς τόπους, οἷ ἂν ἐνσκήψωσι, τότε τὸ φερόμενον ὑγρὸν ὄζει, καὶ ἔστι δυσθεράπευτον. θεραπεία δὲ αὐτοῦ ἥδε· ὑδρομέλιτος ξέ‐</w:t>
      </w:r>
    </w:p>
    <w:p>
      <w:r>
        <w:rPr>
          <w:rFonts w:ascii="Courier New" w:hAnsi="Courier New"/>
          <w:color w:val="555555"/>
          <w:sz w:val="20"/>
        </w:rPr>
        <w:t>[5]</w:t>
      </w:r>
    </w:p>
    <w:p>
      <w:r>
        <w:rPr>
          <w:rFonts w:ascii="Gentium Plus" w:hAnsi="Gentium Plus"/>
          <w:sz w:val="24"/>
        </w:rPr>
        <w:t>στας τέσσαρας καὶ ἐλαίου ὀξύβαφον μίξας, ἐγχυμάτιζε ἐπὶ ἡμέραις τρισί. καὶ ὅταν εὐκόλως \| 〈λοιπὸν〉 φέρηται τὸ ὑγρόν, κράμβας καὶ μαλάχας προεψήσας καὶ πιέσας, βάλε εἰς ὅλμον κράμβην μίαν, μαλάχην μίαν, πράσα τρία, ἀξουγγίου παλαιοῦ χοιρείου λίτραν μίαν, καὶ κόψας ὁμοῦ, καὶ ποιήσας κολλύρια</w:t>
      </w:r>
    </w:p>
    <w:p>
      <w:r>
        <w:rPr>
          <w:rFonts w:ascii="Courier New" w:hAnsi="Courier New"/>
          <w:color w:val="555555"/>
          <w:sz w:val="20"/>
        </w:rPr>
        <w:t>[10]</w:t>
      </w:r>
    </w:p>
    <w:p>
      <w:r>
        <w:rPr>
          <w:rFonts w:ascii="Gentium Plus" w:hAnsi="Gentium Plus"/>
          <w:sz w:val="24"/>
        </w:rPr>
        <w:t>ἐπιμήκη πέντε ἢ ἑπτά, διαστολέα τε λαβὼν καὶ καταλαβόμενος τὴν γλῶτταν, δίδου καταπίνειν, καὶ ὅταν ὀλισθήσωσι, κον‐ δῖτον μετὰ τῆς τρυγὸς ἐγχυμάτισον. τοῦτο ποιῶν ἐπὶ τρισὶν ἡμέραις θεραπεύσεις. ἐγχυμάτιζε δὲ καὶ διὰ οἴνου παλαιοῦ τῇ τετραφαρμάκῳ, καὶ ὑγιάσεις τὸ ζῷον, ἐὰν μὴ τὸ ἕλκος προ‐</w:t>
      </w:r>
    </w:p>
    <w:p>
      <w:r>
        <w:rPr>
          <w:rFonts w:ascii="Courier New" w:hAnsi="Courier New"/>
          <w:color w:val="555555"/>
          <w:sz w:val="20"/>
        </w:rPr>
        <w:t>[15]</w:t>
      </w:r>
    </w:p>
    <w:p>
      <w:r>
        <w:rPr>
          <w:rFonts w:ascii="Gentium Plus" w:hAnsi="Gentium Plus"/>
          <w:sz w:val="24"/>
        </w:rPr>
        <w:t>εργασάμενον ᾖ. νομῆς δὲ γενομένης, μελικράτῳ καὶ τετρα‐ φαρμάκῳ χρῶ μόνοις. εἰπόντες δὲ περὶ μάλεως διαφορᾶς ἀνό‐ σμου καὶ δυσώδους καὶ τῆς τούτων ἐπιγνώσεως καὶ θερα‐</w:t>
      </w:r>
    </w:p>
    <w:p>
      <w:pPr>
        <w:jc w:val="center"/>
      </w:pPr>
      <w:r>
        <w:rPr>
          <w:rFonts w:ascii="Gentium Plus" w:hAnsi="Gentium Plus"/>
          <w:b/>
          <w:sz w:val="24"/>
        </w:rPr>
        <w:t>περὶ μάλεως ξηρᾶς.</w:t>
      </w:r>
    </w:p>
    <w:p>
      <w:r>
        <w:rPr>
          <w:rFonts w:ascii="Courier New" w:hAnsi="Courier New"/>
          <w:color w:val="555555"/>
          <w:sz w:val="20"/>
        </w:rPr>
        <w:t>[2 . 21]</w:t>
      </w:r>
    </w:p>
    <w:p>
      <w:r>
        <w:rPr>
          <w:rFonts w:ascii="Gentium Plus" w:hAnsi="Gentium Plus"/>
          <w:sz w:val="24"/>
        </w:rPr>
        <w:t>Γίνεται δὲ καὶ ἡ ξηρὰ χυμῶν σαπέντων καὶ ἐνστάντων τοῖς περὶ τὴν καρδίαν καὶ πνεύμονα \| τόποις, οὐ μὴν ἀπὸ φλέγματος καὶ αἵματος, ἀλλ’ ἀπὸ τῶν δύο χολῶν, διὸ καὶ ξηρὰ τυγχάνει. ἐπιγνωσθήσεται οὖν τοῦτον τὸν τρόπον· ἀπ‐</w:t>
      </w:r>
    </w:p>
    <w:p>
      <w:r>
        <w:rPr>
          <w:rFonts w:ascii="Courier New" w:hAnsi="Courier New"/>
          <w:color w:val="555555"/>
          <w:sz w:val="20"/>
        </w:rPr>
        <w:t>[5]</w:t>
      </w:r>
    </w:p>
    <w:p>
      <w:r>
        <w:rPr>
          <w:rFonts w:ascii="Gentium Plus" w:hAnsi="Gentium Plus"/>
          <w:sz w:val="24"/>
        </w:rPr>
        <w:t>ισχναίνεται τὸ ζῷον ἀθρόως, τὰς λαγόνας ἀναστέλλει, τὸ δέρμα διατεταμένον ἔχει, ὅπερ παιόμενον κατὰ τῆς πλευρᾶς ὡς τύμ‐ πανον ἠχεῖ, τροφὴν οὐ προσίεται, βήσσειν προθυμούμενον ἀδυνατεῖ, καὶ διαίρει τὸ στόμα, καὶ ἐρεθίζεται πρὸς τὴν βῆχα, οὐ βήσσει δέ, ἀλλ’ ὡς ὀστάρια καταπεπωκὸς ἕστηκε νυσσό‐</w:t>
      </w:r>
    </w:p>
    <w:p>
      <w:r>
        <w:rPr>
          <w:rFonts w:ascii="Courier New" w:hAnsi="Courier New"/>
          <w:color w:val="555555"/>
          <w:sz w:val="20"/>
        </w:rPr>
        <w:t>[10]</w:t>
      </w:r>
    </w:p>
    <w:p>
      <w:r>
        <w:rPr>
          <w:rFonts w:ascii="Gentium Plus" w:hAnsi="Gentium Plus"/>
          <w:sz w:val="24"/>
        </w:rPr>
        <w:t>μενον. ἐὰν οὖν πάντα ταῦτα ποιῇ, κεκράτηται καὶ ἐγγὺς ἐστὶ τοῦ διαφωνῆσαι. τῷ τοιούτῳ περιττόν ἐστι θεραπείαν προσ‐ αγαγεῖν. τῷ δὲ μήπω κεκρατημένῳ δυσχερῶς βοηθήσομεν. ὅμως φάρμακον ἐκθησόμεθα θαυμαστόν, δι’ οὗ πολ‐ λάκις ἐθεραπεύσαμεν. τοῦτο ὑγιάσει τὸ ζῷον, ἐὰν ἔτι ὕδωρ</w:t>
      </w:r>
    </w:p>
    <w:p>
      <w:r>
        <w:rPr>
          <w:rFonts w:ascii="Courier New" w:hAnsi="Courier New"/>
          <w:color w:val="555555"/>
          <w:sz w:val="20"/>
        </w:rPr>
        <w:t>[15]</w:t>
      </w:r>
    </w:p>
    <w:p>
      <w:r>
        <w:rPr>
          <w:rFonts w:ascii="Gentium Plus" w:hAnsi="Gentium Plus"/>
          <w:sz w:val="24"/>
        </w:rPr>
        <w:t>μόνον ἐκ τοῦ μυκτῆρος στάζῃ. ἔστι δὲ αὐτοῦ ἡ σύνθεσις αὕτη· σταφυλῆς λευκῆς πιεσθείσης ξέστην Ἰταλικὸν γλεύκους ποιήσας, ἐπεμβαλὼν δὲ πευκεδανίου λεπτοτάτου καὶ σεσησμέ‐ νου κοχλιάρια δύο, \| ἀριστολοχείας τε τὸ ἴσον, ἐγχυμάτιζε διὰ μυκτῆρος ἀριστεροῦ ἐπὶ ἡμέραις ἑπτά, καὶ διαίτῃ χρῶ λεπτο‐</w:t>
      </w:r>
    </w:p>
    <w:p>
      <w:r>
        <w:rPr>
          <w:rFonts w:ascii="Courier New" w:hAnsi="Courier New"/>
          <w:color w:val="555555"/>
          <w:sz w:val="20"/>
        </w:rPr>
        <w:t>[20]</w:t>
      </w:r>
    </w:p>
    <w:p>
      <w:r>
        <w:rPr>
          <w:rFonts w:ascii="Gentium Plus" w:hAnsi="Gentium Plus"/>
          <w:sz w:val="24"/>
        </w:rPr>
        <w:t>τέρᾳ. οὕτω γὰρ θεραπευθήσεται τὸ ξηρὸν τοῦ νοσήματος.</w:t>
      </w:r>
    </w:p>
    <w:p>
      <w:r>
        <w:rPr>
          <w:rFonts w:ascii="Courier New" w:hAnsi="Courier New"/>
          <w:color w:val="555555"/>
          <w:sz w:val="20"/>
        </w:rPr>
        <w:t>[2 . 22]</w:t>
      </w:r>
    </w:p>
    <w:p>
      <w:r>
        <w:rPr>
          <w:rFonts w:ascii="Gentium Plus" w:hAnsi="Gentium Plus"/>
          <w:sz w:val="24"/>
        </w:rPr>
        <w:t>〈Εἰρηκότες περὶ μάλεως καὶ τῶν ταύτης διαφορῶν καὶ ἐπιγνώσεως θεραπειῶν τε καὶ ἀποθεραπειῶν, ὡς γιγνώσκο‐</w:t>
      </w:r>
    </w:p>
    <w:p>
      <w:r>
        <w:rPr>
          <w:rFonts w:ascii="Courier New" w:hAnsi="Courier New"/>
          <w:color w:val="555555"/>
          <w:sz w:val="20"/>
        </w:rPr>
        <w:t>[5]</w:t>
      </w:r>
    </w:p>
    <w:p>
      <w:r>
        <w:rPr>
          <w:rFonts w:ascii="Gentium Plus" w:hAnsi="Gentium Plus"/>
          <w:sz w:val="24"/>
        </w:rPr>
        <w:t>ἐκ περιουσίας οὐ περιττόν, εὔπορον δὲ ἐν ταῖς θεραπείαις Ἱππαίου περὶ μάλεως, ὃς Θηβαῖος ἀπὸ τῆς Ἑλλάδος Θηβῶν τῶν ἑπταπύλων γράφει περὶ ἀρθρίτιδος μά‐ λεως, ὡς σημειωσόμεθα τὴν ἀρθρῖτιν μᾶλιν ἐντεῦ‐ θεν· καροῖ τὴν κεφαλὴν καὶ κατανεύει, κλίνων τὰ ὦτα, ὁ</w:t>
      </w:r>
    </w:p>
    <w:p>
      <w:r>
        <w:rPr>
          <w:rFonts w:ascii="Courier New" w:hAnsi="Courier New"/>
          <w:color w:val="555555"/>
          <w:sz w:val="20"/>
        </w:rPr>
        <w:t>[10]</w:t>
      </w:r>
    </w:p>
    <w:p>
      <w:r>
        <w:rPr>
          <w:rFonts w:ascii="Gentium Plus" w:hAnsi="Gentium Plus"/>
          <w:sz w:val="24"/>
        </w:rPr>
        <w:t>ἵππος ἢ ἄλλο ὑποζύγιον, καὶ διὰ τῶν μυκτήρων ὑγρὸς ἰχὼρ φέρεται, καὶ τῷ σώματι πάντη συμπίπτει, καὶ τὰ ἄρθρα πω‐ ροῦται, καὶ ἡ κέρκος ἀποξηραίνεται, καὶ τὸ αἰδοῖον προβάλλει, ἄλλοτε ἄλλον πόδα χωλαίνει. θεραπεία οὖν ἐστιν αὐτῷ ἥδε· σικύου ἀγρίου ῥίζης κοπείσης λ̸ αʹ, νίτρου 𐆄 ϛʹ, κασσίας σύ‐</w:t>
      </w:r>
    </w:p>
    <w:p>
      <w:r>
        <w:rPr>
          <w:rFonts w:ascii="Courier New" w:hAnsi="Courier New"/>
          <w:color w:val="555555"/>
          <w:sz w:val="20"/>
        </w:rPr>
        <w:t>[15]</w:t>
      </w:r>
    </w:p>
    <w:p>
      <w:r>
        <w:rPr>
          <w:rFonts w:ascii="Gentium Plus" w:hAnsi="Gentium Plus"/>
          <w:sz w:val="24"/>
        </w:rPr>
        <w:t>ριγγος 𐆄 βʹ, ἀβροτόνου 𐆄 γʹ, πευκεδάνου 𐆄 βʹ, σμύρνης 𐆄 αʹ, ἀλόης 𐆄 βʹ, ἀμώμου 𐆄 βʹ, ὀριγάνου 𐆄 γʹ, κόψας σήσας ἐγχυ‐ μάτιζε δι’ ὕδατος 𐆅 αʹ κοχλιάρια γʹ τοῦ φαρμάκου. χρῖε δὲ κατὰ τοὺς πόδας [ἔτιπρος] ἔτι προσέλκων ἰοῦ ξυστοῦ τὸ ἀρκοῦν.〉</w:t>
      </w:r>
    </w:p>
    <w:p>
      <w:pPr>
        <w:jc w:val="center"/>
      </w:pPr>
      <w:r>
        <w:rPr>
          <w:rFonts w:ascii="Gentium Plus" w:hAnsi="Gentium Plus"/>
          <w:b/>
          <w:sz w:val="24"/>
        </w:rPr>
        <w:t>Νήφοντος θεραπεία μάλεως ἀρθρίτιδος.</w:t>
      </w:r>
    </w:p>
    <w:p>
      <w:r>
        <w:rPr>
          <w:rFonts w:ascii="Courier New" w:hAnsi="Courier New"/>
          <w:color w:val="555555"/>
          <w:sz w:val="20"/>
        </w:rPr>
        <w:t>[1]</w:t>
      </w:r>
    </w:p>
    <w:p>
      <w:r>
        <w:rPr>
          <w:rFonts w:ascii="Gentium Plus" w:hAnsi="Gentium Plus"/>
          <w:sz w:val="24"/>
        </w:rPr>
        <w:t>Ἐὰν ἵππος ἢ ἡμίονος ἀρθρίτιδι νόσῳ πειράζηται, 〈ταῦ‐ τα σημεῖα ποιεῖ· μίαν παρὰ μίαν ἡμέραν ἄλλον καὶ ἄλλον πόδα χωλαίνει καὶ ὀγκοῦνται τὰ ἄρθρα καὶ ὑγρὰ συνάγει.〉 θεραπεύσεις 〈οὖν〉 αὐτὸν οὕτως· αἷμα ἀφαίρει ἐκ τῶν μεσο‐</w:t>
      </w:r>
    </w:p>
    <w:p>
      <w:r>
        <w:rPr>
          <w:rFonts w:ascii="Courier New" w:hAnsi="Courier New"/>
          <w:color w:val="555555"/>
          <w:sz w:val="20"/>
        </w:rPr>
        <w:t>[5]</w:t>
      </w:r>
    </w:p>
    <w:p>
      <w:r>
        <w:rPr>
          <w:rFonts w:ascii="Gentium Plus" w:hAnsi="Gentium Plus"/>
          <w:sz w:val="24"/>
        </w:rPr>
        <w:t>κυνίων 〈μέχρι στραγγισμοῦ〉. καὶ καῖε τὰ ἄρθρα καυτηρίοις ὀρθοῖς, ἄχρις οὗ ὕδωρ ἐξέλθῃ. εἶτα θύννου ταρίχου λαβὼν λίτραν μίαν, ἔμβαλλε χύτρᾳ καινῇ, καὶ ἐπιχέας οἴνου πα‐ λαιοῦ κοτύλας τέσσαρας ἕψει, ἕως ἡμισευθῇ, προσμιγνὺς</w:t>
      </w:r>
    </w:p>
    <w:p>
      <w:r>
        <w:rPr>
          <w:rFonts w:ascii="Courier New" w:hAnsi="Courier New"/>
          <w:color w:val="555555"/>
          <w:sz w:val="20"/>
        </w:rPr>
        <w:t>[10]</w:t>
      </w:r>
    </w:p>
    <w:p>
      <w:r>
        <w:rPr>
          <w:rFonts w:ascii="Gentium Plus" w:hAnsi="Gentium Plus"/>
          <w:sz w:val="24"/>
        </w:rPr>
        <w:t>σαρας, καὶ ἐγχυμάτιζε ἐφ’ ἑκάστῃ ἡμέρᾳ ἡμικοτύλιον. καὶ χειμῶνος μὲν ὕπαιθρον στήσεις τὸ ζῷον, θέρους δὲ καὶ κο‐ λύμβοις χρήσῃ, 〈καὶ καθ’ ὅλου τοῦ σώματος ἐκζέσει, χρῶ δὲ καυτηρίοις ὀρθοῖσ〉. ἀποσπασθεισῶν δὲ τῶν ἐσχαρῶν ἐκ τῶν ἄρθρων, χρῶ φαρμάκῳ 〈μὲν〉 τραυματικῷ τοιῷδε· ἰόν, μίσυ,</w:t>
      </w:r>
    </w:p>
    <w:p>
      <w:r>
        <w:rPr>
          <w:rFonts w:ascii="Courier New" w:hAnsi="Courier New"/>
          <w:color w:val="555555"/>
          <w:sz w:val="20"/>
        </w:rPr>
        <w:t>[15]</w:t>
      </w:r>
    </w:p>
    <w:p>
      <w:r>
        <w:rPr>
          <w:rFonts w:ascii="Gentium Plus" w:hAnsi="Gentium Plus"/>
          <w:sz w:val="24"/>
        </w:rPr>
        <w:t>χαλκῖτιν, ἐξ ἴσου βαλὼν καὶ ἑψήσας \ περίχριε.</w:t>
      </w:r>
    </w:p>
    <w:p>
      <w:pPr>
        <w:jc w:val="center"/>
      </w:pPr>
      <w:r>
        <w:rPr>
          <w:rFonts w:ascii="Gentium Plus" w:hAnsi="Gentium Plus"/>
          <w:b/>
          <w:sz w:val="24"/>
        </w:rPr>
        <w:t>Ἀγαθοτύχου εἰς τὸ αὐτό.</w:t>
      </w:r>
    </w:p>
    <w:p>
      <w:r>
        <w:rPr>
          <w:rFonts w:ascii="Courier New" w:hAnsi="Courier New"/>
          <w:color w:val="555555"/>
          <w:sz w:val="20"/>
        </w:rPr>
        <w:t>[1]</w:t>
      </w:r>
    </w:p>
    <w:p>
      <w:r>
        <w:rPr>
          <w:rFonts w:ascii="Gentium Plus" w:hAnsi="Gentium Plus"/>
          <w:sz w:val="24"/>
        </w:rPr>
        <w:t>Μελανθίου τοῦ συμφυομένου τῷ σίτῳ γο αʹ λείως τρί‐ ψας ἔμβαλε εἰς ἡμικοτύλιον οἴνου καὶ ἐλαίου, καὶ προσ‐ μίξας ὕδατος τὸ ἴσον ἐγχυμάτιζε ἐπὶ ἡμέραις τρισίν. ἐὰν δὲ ἡ νόσος πρὸς τὰ ἄρθρα κατασπασθῇ, χρὴ καίειν μὴ ἀναμένοντα.</w:t>
      </w:r>
    </w:p>
    <w:p>
      <w:r>
        <w:rPr>
          <w:rFonts w:ascii="Courier New" w:hAnsi="Courier New"/>
          <w:color w:val="555555"/>
          <w:sz w:val="20"/>
        </w:rPr>
        <w:t>[5]</w:t>
      </w:r>
    </w:p>
    <w:p>
      <w:r>
        <w:rPr>
          <w:rFonts w:ascii="Gentium Plus" w:hAnsi="Gentium Plus"/>
          <w:sz w:val="24"/>
        </w:rPr>
        <w:t>... πάντων δὲ ἔχων γράφειν τῶν συντεθεικότων τὰ καυστικὰ φάρμακα, παρῃτησάμην ἐκτείνειν τὸ βιβλίον, αὐτὸς δὲ εὑρὼν δύο πρὸς τὰς δύο διαφορὰς τοῦ νοσήματος, τῆς τε ὑγρᾶς καὶ τῆς ξηρᾶς, ταῦτα ἐκθήσομαι, οἷς ἀρκεσθήσῃ δοκίμοις οὖσιν·</w:t>
      </w:r>
    </w:p>
    <w:p>
      <w:pPr>
        <w:jc w:val="center"/>
      </w:pPr>
      <w:r>
        <w:rPr>
          <w:rFonts w:ascii="Gentium Plus" w:hAnsi="Gentium Plus"/>
          <w:b/>
          <w:sz w:val="24"/>
        </w:rPr>
        <w:t>ἐγχυματισμὸς μάλεως ὑγρᾶς.</w:t>
      </w:r>
    </w:p>
    <w:p>
      <w:r>
        <w:rPr>
          <w:rFonts w:ascii="Courier New" w:hAnsi="Courier New"/>
          <w:color w:val="555555"/>
          <w:sz w:val="20"/>
        </w:rPr>
        <w:t>[1]</w:t>
      </w:r>
    </w:p>
    <w:p>
      <w:r>
        <w:rPr>
          <w:rFonts w:ascii="Gentium Plus" w:hAnsi="Gentium Plus"/>
          <w:sz w:val="24"/>
        </w:rPr>
        <w:t>Κοκκορίζου, κόκκου Κνιδείου, κόστου, κυπέρου, ὀποπά‐</w:t>
      </w:r>
    </w:p>
    <w:p>
      <w:r>
        <w:rPr>
          <w:rFonts w:ascii="Courier New" w:hAnsi="Courier New"/>
          <w:color w:val="555555"/>
          <w:sz w:val="20"/>
        </w:rPr>
        <w:t>[5]</w:t>
      </w:r>
    </w:p>
    <w:p>
      <w:r>
        <w:rPr>
          <w:rFonts w:ascii="Gentium Plus" w:hAnsi="Gentium Plus"/>
          <w:sz w:val="24"/>
        </w:rPr>
        <w:t>λεπτοῦ, τὸ ἴσον ἐκ πάντων κόψας καὶ σήσας, ἀναλάμβανε μέλιτι Ἀττικῷ, καὶ ποίει τροχίσκους, ψύχων ἐν σκιᾷ, ἑκάστου τροχίσκου ἄγοντος δραχμὰς τρεῖς, καὶ ἐγχυμάτιζε, χειμῶνος μὲν δι’ οἴνου παλαιοῦ ἢ κονδίτου, θέρους δὲ διὰ καροίνου ψυχριστοῦ, μιγνὺς ῥοδίνου γο αʹ.</w:t>
      </w:r>
    </w:p>
    <w:p>
      <w:pPr>
        <w:jc w:val="center"/>
      </w:pPr>
      <w:r>
        <w:rPr>
          <w:rFonts w:ascii="Gentium Plus" w:hAnsi="Gentium Plus"/>
          <w:b/>
          <w:sz w:val="24"/>
        </w:rPr>
        <w:t>ἐγχυματισμὸς μάλεως ξηρᾶς.</w:t>
      </w:r>
    </w:p>
    <w:p>
      <w:r>
        <w:rPr>
          <w:rFonts w:ascii="Courier New" w:hAnsi="Courier New"/>
          <w:color w:val="555555"/>
          <w:sz w:val="20"/>
        </w:rPr>
        <w:t>[1]</w:t>
      </w:r>
    </w:p>
    <w:p>
      <w:r>
        <w:rPr>
          <w:rFonts w:ascii="Gentium Plus" w:hAnsi="Gentium Plus"/>
          <w:sz w:val="24"/>
        </w:rPr>
        <w:t>Θριδακίνης σπέρματος γο ηʹ, ἀνδράχνης χυλοῦ γο ηʹ, ῥοδίνου ἐλαίου λίτραν αʹ, κρόκου γο γʹ, μήκωνος χυλοῦ γο αʹ, σικύου ἡμέρου σπέρματος γο βʹ, ἀψινθίου χυλοῦ γο δʹ, τὰ ὑγρὰ μετὰ τῶν ξηρῶν κεκομμένων καὶ σεσησμένων μίξας,</w:t>
      </w:r>
    </w:p>
    <w:p>
      <w:r>
        <w:rPr>
          <w:rFonts w:ascii="Courier New" w:hAnsi="Courier New"/>
          <w:color w:val="555555"/>
          <w:sz w:val="20"/>
        </w:rPr>
        <w:t>[5]</w:t>
      </w:r>
    </w:p>
    <w:p>
      <w:r>
        <w:rPr>
          <w:rFonts w:ascii="Gentium Plus" w:hAnsi="Gentium Plus"/>
          <w:sz w:val="24"/>
        </w:rPr>
        <w:t>ἐν ἀγγείῳ μολυβδίνῳ ἀποτίθει, καὶ ἐπὶ τῆς χρείας βαλὼν τοῦ φαρμάκου δραχμὰς τρεῖς, ἐλαίου τε ῥοδίνου γο τρεῖς καὶ ὑδρομέλιτος ξέστην Ἰταλικόν, ἐγχυμάτιζε ἐπὶ ἡμέραις τρισί, καὶ θεραπεύσας εἰς χλόην ἔξαγε \| παραποτάμιον ἢ τὴν ἐν ἕλει καὶ μὴ τὴν παρὰ θάλασσαν.</w:t>
      </w:r>
    </w:p>
    <w:p>
      <w:pPr>
        <w:jc w:val="center"/>
      </w:pPr>
      <w:r>
        <w:rPr>
          <w:rFonts w:ascii="Gentium Plus" w:hAnsi="Gentium Plus"/>
          <w:b/>
          <w:sz w:val="24"/>
        </w:rPr>
        <w:t>ἐγχυματισμὸς πρὸς πᾶσαν μᾶλιν.</w:t>
      </w:r>
    </w:p>
    <w:p>
      <w:r>
        <w:rPr>
          <w:rFonts w:ascii="Courier New" w:hAnsi="Courier New"/>
          <w:color w:val="555555"/>
          <w:sz w:val="20"/>
        </w:rPr>
        <w:t>[1]</w:t>
      </w:r>
    </w:p>
    <w:p>
      <w:r>
        <w:rPr>
          <w:rFonts w:ascii="Gentium Plus" w:hAnsi="Gentium Plus"/>
          <w:sz w:val="24"/>
        </w:rPr>
        <w:t>Ἀριστολοχείας λίτραν μίαν, ἰσχάδων μεδίμνου τὸ τέταρ‐ τον, σαμψύχου γο γʹ. ταῦτα ἰδίᾳ κόψας ἐπιμελῶς, ἕψῃ ἐν</w:t>
      </w:r>
    </w:p>
    <w:p>
      <w:r>
        <w:rPr>
          <w:rFonts w:ascii="Courier New" w:hAnsi="Courier New"/>
          <w:color w:val="555555"/>
          <w:sz w:val="20"/>
        </w:rPr>
        <w:t>[5]</w:t>
      </w:r>
    </w:p>
    <w:p>
      <w:r>
        <w:rPr>
          <w:rFonts w:ascii="Gentium Plus" w:hAnsi="Gentium Plus"/>
          <w:sz w:val="24"/>
        </w:rPr>
        <w:t>τοῦ στόματος.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Κροκόδειλον χερσαῖον καὶ βάτραχον εἰς ἔλαιον ἐμβαλὼν ζῶντας ἕψει ἐν χύτρᾳ, ἕως αὐτῶν αἱ σάρκες εἰς τὸ ἔλαιον ἀναλυθῶσιν, εἶτα διηθήσας διὰ ῥινὸς ἐγχυμάτιζε τὸ κτῆνος.</w:t>
      </w:r>
    </w:p>
    <w:p>
      <w:pPr>
        <w:jc w:val="center"/>
      </w:pPr>
      <w:r>
        <w:rPr>
          <w:rFonts w:ascii="Gentium Plus" w:hAnsi="Gentium Plus"/>
          <w:b/>
          <w:sz w:val="24"/>
        </w:rPr>
        <w:t>ἄλλο ἐν ἀρχῇ τῆς νόσου.</w:t>
      </w:r>
    </w:p>
    <w:p>
      <w:r>
        <w:rPr>
          <w:rFonts w:ascii="Courier New" w:hAnsi="Courier New"/>
          <w:color w:val="555555"/>
          <w:sz w:val="20"/>
        </w:rPr>
        <w:t>[1]</w:t>
      </w:r>
    </w:p>
    <w:p>
      <w:r>
        <w:rPr>
          <w:rFonts w:ascii="Gentium Plus" w:hAnsi="Gentium Plus"/>
          <w:sz w:val="24"/>
        </w:rPr>
        <w:t>Γάρον κάλλιστον, ἔλαιον ὀμφάκινον, ᾠῶν τὸ λευκὸν ἀφρονίτρῳ συμμίξας καὶ ἀναταράξας, διὰ ῥινῶν ἐγχυμάτιζε.</w:t>
      </w:r>
    </w:p>
    <w:p>
      <w:pPr>
        <w:jc w:val="center"/>
      </w:pPr>
      <w:r>
        <w:rPr>
          <w:rFonts w:ascii="Gentium Plus" w:hAnsi="Gentium Plus"/>
          <w:b/>
          <w:sz w:val="24"/>
        </w:rPr>
        <w:t>Τιβερίου εἰς τὸ αὐτὸ πάθος.</w:t>
      </w:r>
    </w:p>
    <w:p>
      <w:r>
        <w:rPr>
          <w:rFonts w:ascii="Courier New" w:hAnsi="Courier New"/>
          <w:color w:val="555555"/>
          <w:sz w:val="20"/>
        </w:rPr>
        <w:t>[1]</w:t>
      </w:r>
    </w:p>
    <w:p>
      <w:r>
        <w:rPr>
          <w:rFonts w:ascii="Gentium Plus" w:hAnsi="Gentium Plus"/>
          <w:sz w:val="24"/>
        </w:rPr>
        <w:t>Πιθήκου κόπρον μετὰ ἀξουγγίου παλαιοῦ δίδου τῇ πρώ‐ τῃ ἡμέρᾳ μάζας τρεῖς, τῇ δὲ δευτέρᾳ μάζας ἑπτά, καὶ τῇ τρίτῃ ὁμοίως, καὶ μετὰ τὸ δοῦναί σε διακονείτω πράως.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Σμύρνης δραχμὴν μίαν, κρόκου δραχμὴν μίαν, νάρδου δραχμὴν μίαν, ὀποπάνακος δραχμὰς ϛʹ, σελίνου δραχμὰς ϛʹ, ταῦτα πάντα τρίψας λεῖα, ἐπιχέας οἴνου γλυκέος κοτύλας δύο καὶ ἐλαίου λευκοῦ κύαθον ἕνα, ἔγχει εἰς τὸν ἀριστερὸν</w:t>
      </w:r>
    </w:p>
    <w:p>
      <w:r>
        <w:rPr>
          <w:rFonts w:ascii="Courier New" w:hAnsi="Courier New"/>
          <w:color w:val="555555"/>
          <w:sz w:val="20"/>
        </w:rPr>
        <w:t>[5]</w:t>
      </w:r>
    </w:p>
    <w:p>
      <w:r>
        <w:rPr>
          <w:rFonts w:ascii="Gentium Plus" w:hAnsi="Gentium Plus"/>
          <w:sz w:val="24"/>
        </w:rPr>
        <w:t>μυκτῆρα.</w:t>
      </w:r>
    </w:p>
    <w:p>
      <w:pPr>
        <w:jc w:val="center"/>
      </w:pPr>
      <w:r>
        <w:rPr>
          <w:rFonts w:ascii="Gentium Plus" w:hAnsi="Gentium Plus"/>
          <w:b/>
          <w:sz w:val="24"/>
        </w:rPr>
        <w:t>μάλεως ὑγρᾶς πρόγνωσις καὶ ἴασις.</w:t>
      </w:r>
    </w:p>
    <w:p>
      <w:r>
        <w:rPr>
          <w:rFonts w:ascii="Courier New" w:hAnsi="Courier New"/>
          <w:color w:val="555555"/>
          <w:sz w:val="20"/>
        </w:rPr>
        <w:t>[1]</w:t>
      </w:r>
    </w:p>
    <w:p>
      <w:r>
        <w:rPr>
          <w:rFonts w:ascii="Gentium Plus" w:hAnsi="Gentium Plus"/>
          <w:sz w:val="24"/>
        </w:rPr>
        <w:t>Ἡ μᾶλις γίνεται καὶ ἐκ τῆς ἄχνης τῶν ἀχύρων, ὅταν ἐπικαθίσῃ ἐπὶ τὸν πνεύμονα, ἢ ἐκ τοῦ χόρτου, ὅταν σεση‐ πότα παραβάλῃς. σημεῖα δὲ τοῦ νοσήματος· ἀναφέρει ἐκ</w:t>
      </w:r>
    </w:p>
    <w:p>
      <w:r>
        <w:rPr>
          <w:rFonts w:ascii="Courier New" w:hAnsi="Courier New"/>
          <w:color w:val="555555"/>
          <w:sz w:val="20"/>
        </w:rPr>
        <w:t>[5]</w:t>
      </w:r>
    </w:p>
    <w:p>
      <w:r>
        <w:rPr>
          <w:rFonts w:ascii="Gentium Plus" w:hAnsi="Gentium Plus"/>
          <w:sz w:val="24"/>
        </w:rPr>
        <w:t>ἀσιτεῖ. θεραπείᾳ οὖν χρῶ ταύτῃ· κυκλάμινον ξηράνας καὶ κόψας, λεῖον ποίησον ὁλκήν, καὶ \| ὀποπάνακος ἡμιώβολον, καὶ δαφνίδων κόκκους, ἀμφότερα κόψας ἐν οἰνῳ ἐγχυμάτιζε.</w:t>
      </w:r>
    </w:p>
    <w:p>
      <w:pPr>
        <w:jc w:val="center"/>
      </w:pPr>
      <w:r>
        <w:rPr>
          <w:rFonts w:ascii="Gentium Plus" w:hAnsi="Gentium Plus"/>
          <w:b/>
          <w:sz w:val="24"/>
        </w:rPr>
        <w:t>βοήθημα εἰς τὸ αὐτὸ πάθος.</w:t>
      </w:r>
    </w:p>
    <w:p>
      <w:r>
        <w:rPr>
          <w:rFonts w:ascii="Courier New" w:hAnsi="Courier New"/>
          <w:color w:val="555555"/>
          <w:sz w:val="20"/>
        </w:rPr>
        <w:t>[1]</w:t>
      </w:r>
    </w:p>
    <w:p>
      <w:r>
        <w:rPr>
          <w:rFonts w:ascii="Gentium Plus" w:hAnsi="Gentium Plus"/>
          <w:sz w:val="24"/>
        </w:rPr>
        <w:t>Ἐλέφαντος πρίσμα μετὰ ἁλῶν λεπτῶν ἐν οἴνῳ λευκῷ εὐώδει μίξας, ἐγχυμάτιζε.</w:t>
      </w:r>
    </w:p>
    <w:p>
      <w:pPr>
        <w:jc w:val="center"/>
      </w:pPr>
      <w:r>
        <w:rPr>
          <w:rFonts w:ascii="Gentium Plus" w:hAnsi="Gentium Plus"/>
          <w:b/>
          <w:sz w:val="24"/>
        </w:rPr>
        <w:t>Ἱπποκράτους σύνθεσις τροχίσκου πρὸς πᾶσαν</w:t>
      </w:r>
    </w:p>
    <w:p>
      <w:r>
        <w:rPr>
          <w:rFonts w:ascii="Courier New" w:hAnsi="Courier New"/>
          <w:color w:val="555555"/>
          <w:sz w:val="20"/>
        </w:rPr>
        <w:t>[t2]</w:t>
      </w:r>
    </w:p>
    <w:p>
      <w:r>
        <w:rPr>
          <w:rFonts w:ascii="Gentium Plus" w:hAnsi="Gentium Plus"/>
          <w:sz w:val="24"/>
        </w:rPr>
        <w:t>μᾶλιν καὶ πᾶν ἀρρώστημα.</w:t>
      </w:r>
    </w:p>
    <w:p>
      <w:r>
        <w:rPr>
          <w:rFonts w:ascii="Courier New" w:hAnsi="Courier New"/>
          <w:color w:val="555555"/>
          <w:sz w:val="20"/>
        </w:rPr>
        <w:t>[1]</w:t>
      </w:r>
    </w:p>
    <w:p>
      <w:r>
        <w:rPr>
          <w:rFonts w:ascii="Gentium Plus" w:hAnsi="Gentium Plus"/>
          <w:sz w:val="24"/>
        </w:rPr>
        <w:t>Δαφνίδων 𐆅 βʹ, ἀφρονίτρου 𐆅 εʹ, θείου ἀπύρου 𐆅 εʹ, σμύρνης 𐆅 γʹ, κροκομάγματος 𐆅 ἕξ, ἴρεως Ἰλλυρικῆς 𐆅 γʹ, σελίνου σπέρματος καὶ ἀριστολοχείας τὸ ἴσον. ταῦτα ἐμβαλὼν εἰς θυίαν καὶ τρίψας, ἕως ἂν λεῖα γένηται, μίσγε καὶ</w:t>
      </w:r>
    </w:p>
    <w:p>
      <w:r>
        <w:rPr>
          <w:rFonts w:ascii="Courier New" w:hAnsi="Courier New"/>
          <w:color w:val="555555"/>
          <w:sz w:val="20"/>
        </w:rPr>
        <w:t>[5]</w:t>
      </w:r>
    </w:p>
    <w:p>
      <w:r>
        <w:rPr>
          <w:rFonts w:ascii="Gentium Plus" w:hAnsi="Gentium Plus"/>
          <w:sz w:val="24"/>
        </w:rPr>
        <w:t>οἶνον, καὶ ποιήσας τροχίσκους ἔχε, καὶ ἐν τῇ χρείᾳ μετὰ οἴ‐ νου λευκοῦ ἐγχυμάτιζε. \|</w:t>
      </w:r>
    </w:p>
    <w:p>
      <w:pPr>
        <w:jc w:val="center"/>
      </w:pPr>
      <w:r>
        <w:rPr>
          <w:rFonts w:ascii="Gentium Plus" w:hAnsi="Gentium Plus"/>
          <w:b/>
          <w:sz w:val="24"/>
        </w:rPr>
        <w:t>περὶ ἐλεφαντιῶντος.</w:t>
      </w:r>
    </w:p>
    <w:p>
      <w:pPr>
        <w:jc w:val="center"/>
      </w:pPr>
      <w:r>
        <w:rPr>
          <w:rFonts w:ascii="Gentium Plus" w:hAnsi="Gentium Plus"/>
          <w:b/>
          <w:sz w:val="24"/>
        </w:rPr>
        <w:t>Αψύρτου.</w:t>
      </w:r>
    </w:p>
    <w:p>
      <w:r>
        <w:rPr>
          <w:rFonts w:ascii="Courier New" w:hAnsi="Courier New"/>
          <w:color w:val="555555"/>
          <w:sz w:val="20"/>
        </w:rPr>
        <w:t>[3 . 1]</w:t>
      </w:r>
    </w:p>
    <w:p>
      <w:r>
        <w:rPr>
          <w:rFonts w:ascii="Gentium Plus" w:hAnsi="Gentium Plus"/>
          <w:sz w:val="24"/>
        </w:rPr>
        <w:t>Ὅταν δὲ γένηται ἐπάρματα ἔχων ἐν τῷ τραχήλῳ καὶ</w:t>
      </w:r>
    </w:p>
    <w:p>
      <w:r>
        <w:rPr>
          <w:rFonts w:ascii="Courier New" w:hAnsi="Courier New"/>
          <w:color w:val="555555"/>
          <w:sz w:val="20"/>
        </w:rPr>
        <w:t>[5]</w:t>
      </w:r>
    </w:p>
    <w:p>
      <w:r>
        <w:rPr>
          <w:rFonts w:ascii="Gentium Plus" w:hAnsi="Gentium Plus"/>
          <w:sz w:val="24"/>
        </w:rPr>
        <w:t>αἱματῶδες, ἕλκηται δὲ καὶ ἐκ τῶν λαγόνων, καὶ ἀναφυσᾷ διὰ τῶν μυκτήρων, καὶ προθυμούμενος τρώγειν οὐ δύνηται οὐδὲ πίνειν, ἀλλὰ κατὰ μικρὸν λαμβάνῃ, ῥῆξίν τε τοῦ σώματος πανταχοῦ ποιῆται, ὥστε ἑλκοῦσθαι μάλιστα τὰ ἄκρα, ῥῖνας χείλη ὦτα, καὶ ἀποπίπτειν κάτω αὐτόματον, ἥ τε γλῶσσα συν‐</w:t>
      </w:r>
    </w:p>
    <w:p>
      <w:r>
        <w:rPr>
          <w:rFonts w:ascii="Courier New" w:hAnsi="Courier New"/>
          <w:color w:val="555555"/>
          <w:sz w:val="20"/>
        </w:rPr>
        <w:t>[10]</w:t>
      </w:r>
    </w:p>
    <w:p>
      <w:r>
        <w:rPr>
          <w:rFonts w:ascii="Gentium Plus" w:hAnsi="Gentium Plus"/>
          <w:sz w:val="24"/>
        </w:rPr>
        <w:t>δέηται, ἣν καὶ προβάλλει ἔκλευκον καὶ παρὰ φύσιν ἄμορφον, καὶ χρεμετίζειν \| ἀδυνάτως ἔχῃ, ὁ τοιοῦτος ἐλεφαντιᾷ, καὶ οὐ‐ δὲν εἰς αὐτὸν ὑπάρχει βοήθημα. οὐ δεῖ δὲ τοῦτον μετὰ ἑτέ‐ ρου ἑστάναι, ἀλλ’ ἐκβάλλεσθαι μακράν.</w:t>
      </w:r>
    </w:p>
    <w:p>
      <w:r>
        <w:rPr>
          <w:rFonts w:ascii="Courier New" w:hAnsi="Courier New"/>
          <w:color w:val="555555"/>
          <w:sz w:val="20"/>
        </w:rPr>
        <w:t>[3 . 2]</w:t>
      </w:r>
    </w:p>
    <w:p>
      <w:r>
        <w:rPr>
          <w:rFonts w:ascii="Gentium Plus" w:hAnsi="Gentium Plus"/>
          <w:sz w:val="24"/>
        </w:rPr>
        <w:t>〈....... τοῖς ἄλλοις κεχρῆσθαι καὶ τούτῳ· ὕδατος θερ‐ μοῦ κοτύλας βʹ, νίτρου τετριμμένου κοχλιάρια γʹ μίξαντα τῷ ὕδατι καὶ ἐλαίου καλοῦ ἡμικοτύλιον καὶ ἀναμίξαντα ὡσαύτως ἐγχυματίζειν διὰ τῆς ῥινός, ἄχρις οὗ ἂν φαίνηται καλῶς</w:t>
      </w:r>
    </w:p>
    <w:p>
      <w:r>
        <w:rPr>
          <w:rFonts w:ascii="Courier New" w:hAnsi="Courier New"/>
          <w:color w:val="555555"/>
          <w:sz w:val="20"/>
        </w:rPr>
        <w:t>[5]</w:t>
      </w:r>
    </w:p>
    <w:p>
      <w:r>
        <w:rPr>
          <w:rFonts w:ascii="Gentium Plus" w:hAnsi="Gentium Plus"/>
          <w:sz w:val="24"/>
        </w:rPr>
        <w:t>ἔχων. λέγεται ταυρέαν ἐλάφου ξηράναντας καὶ ξύσαντάς λε‐ πτὰ μιγνύναι δεῖν ... καὶ διδόναι φαγεῖν.〉</w:t>
      </w:r>
    </w:p>
    <w:p>
      <w:pPr>
        <w:jc w:val="center"/>
      </w:pPr>
      <w:r>
        <w:rPr>
          <w:rFonts w:ascii="Gentium Plus" w:hAnsi="Gentium Plus"/>
          <w:b/>
          <w:sz w:val="24"/>
        </w:rPr>
        <w:t>ἄλλο Ἱέρωνος.</w:t>
      </w:r>
    </w:p>
    <w:p>
      <w:r>
        <w:rPr>
          <w:rFonts w:ascii="Courier New" w:hAnsi="Courier New"/>
          <w:color w:val="555555"/>
          <w:sz w:val="20"/>
        </w:rPr>
        <w:t>[3 . 3]</w:t>
      </w:r>
    </w:p>
    <w:p>
      <w:r>
        <w:rPr>
          <w:rFonts w:ascii="Gentium Plus" w:hAnsi="Gentium Plus"/>
          <w:sz w:val="24"/>
        </w:rPr>
        <w:t>Τοὺς ἐλεφαντιῶντας καταμανθάνειν οὐχ οὕτως ἐστὶ δυσ‐ χερὲς ὅσον εὐμαρές. ἡ γὰρ τούτων ἐπικίνδυνος ἀνωμαλία πᾶσιν ὑπάρχει γνώριμος. ὁπηνίκα οὖν ἴδῃς ἵππον τοῖς σκέ‐ λεσιν ᾠδηκότα, τὰ ὦτα ἑστῶτα ἔχοντα, τὰ περὶ τοὺς νεφροὺς</w:t>
      </w:r>
    </w:p>
    <w:p>
      <w:r>
        <w:rPr>
          <w:rFonts w:ascii="Courier New" w:hAnsi="Courier New"/>
          <w:color w:val="555555"/>
          <w:sz w:val="20"/>
        </w:rPr>
        <w:t>[5]</w:t>
      </w:r>
    </w:p>
    <w:p>
      <w:r>
        <w:rPr>
          <w:rFonts w:ascii="Gentium Plus" w:hAnsi="Gentium Plus"/>
          <w:sz w:val="24"/>
        </w:rPr>
        <w:t>σκληρότερα καὶ καμφθῆναι μὴ δυνάμενα, τράχηλον τεταμένον, καὶ μὴ τινάξαι αὐτὸν ἢ κάμψαι δυνάμενον, καὶ βλέμμα ἀστα‐</w:t>
      </w:r>
    </w:p>
    <w:p>
      <w:r>
        <w:rPr>
          <w:rFonts w:ascii="Courier New" w:hAnsi="Courier New"/>
          <w:color w:val="555555"/>
          <w:sz w:val="20"/>
        </w:rPr>
        <w:t>[3 . 4]</w:t>
      </w:r>
    </w:p>
    <w:p>
      <w:r>
        <w:rPr>
          <w:rFonts w:ascii="Gentium Plus" w:hAnsi="Gentium Plus"/>
          <w:sz w:val="24"/>
        </w:rPr>
        <w:t>ἡ τοίνυν θεραπεία αὐτοῦ αὕτη· ἐν οἴκῳ θερμῷ ἱστά‐ σθω, καὶ αἱ τοῦ τραχήλου αὐτοῦ φλέβες λυέσθωσαν καὶ μετὰ τρίτην ἡμέραν ἀπὸ τῶν ὤμων αὐτοῦ αἷμα ἀφαιρείσθω. εἰ δὲ χρεία καλέσοι, καὶ ἀπὸ τῶν μηρῶν μεθ’ ἡμέρας πέντε, ὥστε</w:t>
      </w:r>
    </w:p>
    <w:p>
      <w:r>
        <w:rPr>
          <w:rFonts w:ascii="Courier New" w:hAnsi="Courier New"/>
          <w:color w:val="555555"/>
          <w:sz w:val="20"/>
        </w:rPr>
        <w:t>[5]</w:t>
      </w:r>
    </w:p>
    <w:p>
      <w:r>
        <w:rPr>
          <w:rFonts w:ascii="Gentium Plus" w:hAnsi="Gentium Plus"/>
          <w:sz w:val="24"/>
        </w:rPr>
        <w:t>ἀπὸ παντὸς \ τοῦ πάθους ἰὸν σὺν τῷ αἵματι διαφορηθῆναι· τῆς γὰρ τοῦ αἵματος ῥύσεως γενομένης, οὐ ταχέως διαφωνεῖ. τό τε λοιπὸν τὴν συνήθη τροφὴν πρόσαγε, καὶ εἰ κριθὰς φαγεῖν μὴ βού‐ λοιτο, ἄλφιτα δίδου μετὰ κυάμων ἀληλεσμένων, ποτὸν δὲ</w:t>
      </w:r>
    </w:p>
    <w:p>
      <w:r>
        <w:rPr>
          <w:rFonts w:ascii="Courier New" w:hAnsi="Courier New"/>
          <w:color w:val="555555"/>
          <w:sz w:val="20"/>
        </w:rPr>
        <w:t>[10]</w:t>
      </w:r>
    </w:p>
    <w:p>
      <w:r>
        <w:rPr>
          <w:rFonts w:ascii="Gentium Plus" w:hAnsi="Gentium Plus"/>
          <w:sz w:val="24"/>
        </w:rPr>
        <w:t>ὕδωρ χλιαρόν, καὶ μετὰ ταῦτα βαλὼν οἶνον, ἔλαιον, νίτρον, ἄσφαλτον, πηγάνου σπέρμα, καὶ δαφνίδας, καὶ ἑψήσας, ὅλον ἀνὰ τρίχα τὸ σῶμα ἀπότριβε τῷ ἑψήματι, μέχρις ἂν ἀποκά‐ μῃς, εἶτα δέρμασιν ἐρέαν ἔχουσι καὶ βεβρεγμένοις ἐν τῷ αὐ‐ τῷ ἑψήματι τὰ περὶ τοὺς νεφροὺς ἐπιδέσμει.</w:t>
      </w:r>
    </w:p>
    <w:p>
      <w:pPr>
        <w:jc w:val="center"/>
      </w:pPr>
      <w:r>
        <w:rPr>
          <w:rFonts w:ascii="Gentium Plus" w:hAnsi="Gentium Plus"/>
          <w:b/>
          <w:sz w:val="24"/>
        </w:rPr>
        <w:t>Πελαγωνίου σύγχρισμα εἰς τὸ αὐτὸ πάθος.</w:t>
      </w:r>
    </w:p>
    <w:p>
      <w:r>
        <w:rPr>
          <w:rFonts w:ascii="Courier New" w:hAnsi="Courier New"/>
          <w:color w:val="555555"/>
          <w:sz w:val="20"/>
        </w:rPr>
        <w:t>[1]</w:t>
      </w:r>
    </w:p>
    <w:p>
      <w:r>
        <w:rPr>
          <w:rFonts w:ascii="Gentium Plus" w:hAnsi="Gentium Plus"/>
          <w:sz w:val="24"/>
        </w:rPr>
        <w:t>Οἴνου 𐆅 γʹ, ἐλαίου ἡμίναν, σίτου, κριθῶν, ὀρόβου, ἐρε‐ βίνθων, φασιόλων, λαθυρίδων ἀνὰ ξέ. αʹ, πάντα εἰς ἓν καθέψησον, καὶ ἀνελόμενος τὰ προειρημένα, καὶ μόνον τὸ ἕψημα τριτώ\|σας, ὅλον ἀπότριβε τὸν ἵππον, καὶ προποτίσματι</w:t>
      </w:r>
    </w:p>
    <w:p>
      <w:r>
        <w:rPr>
          <w:rFonts w:ascii="Courier New" w:hAnsi="Courier New"/>
          <w:color w:val="555555"/>
          <w:sz w:val="20"/>
        </w:rPr>
        <w:t>[5]</w:t>
      </w:r>
    </w:p>
    <w:p>
      <w:r>
        <w:rPr>
          <w:rFonts w:ascii="Gentium Plus" w:hAnsi="Gentium Plus"/>
          <w:sz w:val="24"/>
        </w:rPr>
        <w:t>κέχρησο τῷ ὑποκειμένῳ.</w:t>
      </w:r>
    </w:p>
    <w:p>
      <w:pPr>
        <w:jc w:val="center"/>
      </w:pPr>
      <w:r>
        <w:rPr>
          <w:rFonts w:ascii="Gentium Plus" w:hAnsi="Gentium Plus"/>
          <w:b/>
          <w:sz w:val="24"/>
        </w:rPr>
        <w:t>προπότισμα εἰς τὸ αὐτό.</w:t>
      </w:r>
    </w:p>
    <w:p>
      <w:r>
        <w:rPr>
          <w:rFonts w:ascii="Courier New" w:hAnsi="Courier New"/>
          <w:color w:val="555555"/>
          <w:sz w:val="20"/>
        </w:rPr>
        <w:t>[1]</w:t>
      </w:r>
    </w:p>
    <w:p>
      <w:r>
        <w:rPr>
          <w:rFonts w:ascii="Gentium Plus" w:hAnsi="Gentium Plus"/>
          <w:sz w:val="24"/>
        </w:rPr>
        <w:t>Οἴνου παλαιοῦ ἡμίναν, λιβάνου γο βʹ, κόστου γο βʹ στέα‐</w:t>
      </w:r>
    </w:p>
    <w:p>
      <w:r>
        <w:rPr>
          <w:rFonts w:ascii="Courier New" w:hAnsi="Courier New"/>
          <w:color w:val="555555"/>
          <w:sz w:val="20"/>
        </w:rPr>
        <w:t>[5]</w:t>
      </w:r>
    </w:p>
    <w:p>
      <w:r>
        <w:rPr>
          <w:rFonts w:ascii="Gentium Plus" w:hAnsi="Gentium Plus"/>
          <w:sz w:val="24"/>
        </w:rPr>
        <w:t>τρισὶν ἡμέραις πότιζε.</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Νίτρου γο αʹ, καστορίου γο δύο, δαφνίδων γο βʹ, ῥέου Ποντικοῦ γο βʹ, πηγάνου γο δύο ἥμισυ. ταῦτα κατ’ ἰδίαν κόψας καὶ σήσας, καὶ μετὰ ταῦτα μίξας, ἐπιβαλών τε οἴνου 𐆅 αʹ καὶ ἐλαίου γο ἓξ δίδου ἢ διὰ κέρατος ἢ ὡς βούλει. τού‐</w:t>
      </w:r>
    </w:p>
    <w:p>
      <w:r>
        <w:rPr>
          <w:rFonts w:ascii="Courier New" w:hAnsi="Courier New"/>
          <w:color w:val="555555"/>
          <w:sz w:val="20"/>
        </w:rPr>
        <w:t>[5]</w:t>
      </w:r>
    </w:p>
    <w:p>
      <w:r>
        <w:rPr>
          <w:rFonts w:ascii="Gentium Plus" w:hAnsi="Gentium Plus"/>
          <w:sz w:val="24"/>
        </w:rPr>
        <w:t>τῳ δὲ τῷ βοηθήματι κέχρησο καθ’ ἡμέραν ἄχρι τελείας ὑγιείας. στρώμασι δὲ σκέπε διὰ παντός, ὥστε, εἰ δυνατόν, ἱδροῦν τὸ ζῷον, ἐπειδὴ τῇ θέρμῃ πέφυκε τὸ τοιοῦτο διαλύεσθαι πάθος. \|</w:t>
      </w:r>
    </w:p>
    <w:p>
      <w:pPr>
        <w:jc w:val="center"/>
      </w:pPr>
      <w:r>
        <w:rPr>
          <w:rFonts w:ascii="Gentium Plus" w:hAnsi="Gentium Plus"/>
          <w:b/>
          <w:sz w:val="24"/>
        </w:rPr>
        <w:t>μάλαγμα πρὸς τὸ αὐτὸ πάθος.</w:t>
      </w:r>
    </w:p>
    <w:p>
      <w:r>
        <w:rPr>
          <w:rFonts w:ascii="Courier New" w:hAnsi="Courier New"/>
          <w:color w:val="555555"/>
          <w:sz w:val="20"/>
        </w:rPr>
        <w:t>[1]</w:t>
      </w:r>
    </w:p>
    <w:p>
      <w:r>
        <w:rPr>
          <w:rFonts w:ascii="Gentium Plus" w:hAnsi="Gentium Plus"/>
          <w:sz w:val="24"/>
        </w:rPr>
        <w:t>Λυκίου ξηροῦ λίτρας δʹ, κηκῖδος κυπαρισσίνης λίτρας τέσ‐ σαρας, 〈ἀξουγγίας 𐆃 δʹ〉, ῥητίνης φρυκτῆς λίτραν αʹ, ἀψινθίου κεκομμένου λίτραν αʹ, τὰ ξηρὰ κόψας καὶ σήσας καὶ τοῖς τη‐ κτοῖς μίξας χρῶ. προποτίσματα δὲ τὰ τῷ αὐτῷ πάθει πρόσ‐</w:t>
      </w:r>
    </w:p>
    <w:p>
      <w:r>
        <w:rPr>
          <w:rFonts w:ascii="Courier New" w:hAnsi="Courier New"/>
          <w:color w:val="555555"/>
          <w:sz w:val="20"/>
        </w:rPr>
        <w:t>[5]</w:t>
      </w:r>
    </w:p>
    <w:p>
      <w:r>
        <w:rPr>
          <w:rFonts w:ascii="Gentium Plus" w:hAnsi="Gentium Plus"/>
          <w:sz w:val="24"/>
        </w:rPr>
        <w:t>φορα καθ’ ἑκάστην δίδου ἢ τὸ διὰ πέντε ξηρίον ἢ ἄλλα</w:t>
      </w:r>
    </w:p>
    <w:p>
      <w:pPr>
        <w:jc w:val="center"/>
      </w:pPr>
      <w:r>
        <w:rPr>
          <w:rFonts w:ascii="Gentium Plus" w:hAnsi="Gentium Plus"/>
          <w:b/>
          <w:sz w:val="24"/>
        </w:rPr>
        <w:t>πρὸς λοιμόν.</w:t>
      </w:r>
    </w:p>
    <w:p>
      <w:pPr>
        <w:jc w:val="center"/>
      </w:pPr>
      <w:r>
        <w:rPr>
          <w:rFonts w:ascii="Gentium Plus" w:hAnsi="Gentium Plus"/>
          <w:b/>
          <w:sz w:val="24"/>
        </w:rPr>
        <w:t>Πελαγωνίου.</w:t>
      </w:r>
    </w:p>
    <w:p>
      <w:r>
        <w:rPr>
          <w:rFonts w:ascii="Courier New" w:hAnsi="Courier New"/>
          <w:color w:val="555555"/>
          <w:sz w:val="20"/>
        </w:rPr>
        <w:t>[4 . 1]</w:t>
      </w:r>
    </w:p>
    <w:p>
      <w:r>
        <w:rPr>
          <w:rFonts w:ascii="Gentium Plus" w:hAnsi="Gentium Plus"/>
          <w:sz w:val="24"/>
        </w:rPr>
        <w:t>Τὰς θεραπείας καὶ τοὺς ποτούς, δι’ ὧν οἱ λοιμοὶ ἀποσο‐ βοῦνται, χρὴ μαθεῖν. ἐμπίπτουσι γὰρ πολλάκις καὶ ἵπποι εἰς λοιμὸν ἢ ἐξ ἀτονίας ἢ ἐκ καύσωνος, οὐ μὴν ἀλλὰ καὶ ἐκ ψύ‐ χους καὶ λιμοῦ, ἔσθ’ ὅτε δὲ καὶ ἂν εἰς δρόμον ἐπειχθῶσι</w:t>
      </w:r>
    </w:p>
    <w:p>
      <w:r>
        <w:rPr>
          <w:rFonts w:ascii="Courier New" w:hAnsi="Courier New"/>
          <w:color w:val="555555"/>
          <w:sz w:val="20"/>
        </w:rPr>
        <w:t>[5]</w:t>
      </w:r>
    </w:p>
    <w:p>
      <w:r>
        <w:rPr>
          <w:rFonts w:ascii="Gentium Plus" w:hAnsi="Gentium Plus"/>
          <w:sz w:val="24"/>
        </w:rPr>
        <w:t>μετὰ πολλὴν ἄνεσιν, ἢ ὅταν ἐπιτηδείῳ καιρῷ μὴ οὐρήσωσιν, ἢ ἀπὸ ἱδρῶτος καὶ πολλῆς κινήσεως πίωσιν. οἷς θεραπείας τετυπωμένας παρὰ τῶν προηγουμένων ἡμῶν καὶ συμ‐ βαλλομένας ἐπιγινώσκομεν, καὶ ἡμεῖς δὲ αὐτοὶ τῇ πείρᾳ μεμαθήκαμεν.</w:t>
      </w:r>
    </w:p>
    <w:p>
      <w:r>
        <w:rPr>
          <w:rFonts w:ascii="Courier New" w:hAnsi="Courier New"/>
          <w:color w:val="555555"/>
          <w:sz w:val="20"/>
        </w:rPr>
        <w:t>[4 . 2]</w:t>
      </w:r>
    </w:p>
    <w:p>
      <w:r>
        <w:rPr>
          <w:rFonts w:ascii="Gentium Plus" w:hAnsi="Gentium Plus"/>
          <w:sz w:val="24"/>
        </w:rPr>
        <w:t>ἡ λεγομένη διὰ πέντε ἀντίδοτος συνίσταται ἀπὸ γεντιανῆς, ἀριστολοχείας, κόκκων δάφνης, σμύρνης, πρίσματος ἐλεφαν‐ τίνου. ταῦτα ἐξ ἴσου σταθμοῦ κατακοπέντα καὶ σησθέντα ἑνοῦται, ἐξ ὧν \| γενόμενον ξηρίον ἀποτίθεται. ὅταν οὖν τὸ</w:t>
      </w:r>
    </w:p>
    <w:p>
      <w:r>
        <w:rPr>
          <w:rFonts w:ascii="Courier New" w:hAnsi="Courier New"/>
          <w:color w:val="555555"/>
          <w:sz w:val="20"/>
        </w:rPr>
        <w:t>[5]</w:t>
      </w:r>
    </w:p>
    <w:p>
      <w:r>
        <w:rPr>
          <w:rFonts w:ascii="Gentium Plus" w:hAnsi="Gentium Plus"/>
          <w:sz w:val="24"/>
        </w:rPr>
        <w:t>ζῷον ἐμπέσῃ τῷ ῥηθέντι νοσήματι, ἐκ τούτου κοχλιάριον ἓν λαβὼν μεστόν, καὶ ταράξας εἰς οἶνον, εἰς τὴν φάρυγα τοῦ ἵππου καθ’ ἑκάστην ἐπίχεε, ἕως ἂν ὑγιὴς γένηται.</w:t>
      </w:r>
    </w:p>
    <w:p>
      <w:r>
        <w:rPr>
          <w:rFonts w:ascii="Courier New" w:hAnsi="Courier New"/>
          <w:color w:val="555555"/>
          <w:sz w:val="20"/>
        </w:rPr>
        <w:t>[4 . 3]</w:t>
      </w:r>
    </w:p>
    <w:p>
      <w:r>
        <w:rPr>
          <w:rFonts w:ascii="Gentium Plus" w:hAnsi="Gentium Plus"/>
          <w:sz w:val="24"/>
        </w:rPr>
        <w:t>ἔστι δὲ τὸ βοήθημα τοῦτο πάνυ χρήσιμον· ἀγριοσικύου τὰς ῥίζας λεάνας καὶ σήσας, καὶ νίτρου οὐγκίας ἓξ καὶ αὐτοῦ καλῶς τετριμμένου μίξας ἐν οἴνου 𐆅 εʹ, ἐγχυμάτιζε τὸ ζῷον ἐξ αὐτοῦ ἐπὶ ἡμέραις πέντε. καὶ παρεκτὸς δὲ τούτου ἐκ τοῦ</w:t>
      </w:r>
    </w:p>
    <w:p>
      <w:r>
        <w:rPr>
          <w:rFonts w:ascii="Courier New" w:hAnsi="Courier New"/>
          <w:color w:val="555555"/>
          <w:sz w:val="20"/>
        </w:rPr>
        <w:t>[5]</w:t>
      </w:r>
    </w:p>
    <w:p>
      <w:r>
        <w:rPr>
          <w:rFonts w:ascii="Gentium Plus" w:hAnsi="Gentium Plus"/>
          <w:sz w:val="24"/>
        </w:rPr>
        <w:t>τετριμμένου ἀγριοσικύου ἐπίρραινε τὸ ὕδωρ, ὅθεν μέλλει</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Σαβίνης βοτάνης ἤτοι βράθυος λίτραν μίαν, χαμαίδρυος γο γʹ, κενταυρίου γο βʹ, ἀριστολοχείας γο γʹ, ὁμοῦ κατα‐ κόψας καὶ σήσας, ὅταν χρεία γένηται, ἓν κοχλιάριον μεστὸν εἰς οἴνου 𐆅 μίξας, ἐγχυμάτιζε τὸ ζῷον.</w:t>
      </w:r>
    </w:p>
    <w:p>
      <w:pPr>
        <w:jc w:val="center"/>
      </w:pPr>
      <w:r>
        <w:rPr>
          <w:rFonts w:ascii="Gentium Plus" w:hAnsi="Gentium Plus"/>
          <w:b/>
          <w:sz w:val="24"/>
        </w:rPr>
        <w:t>ἄλλο Πιστηρίου Σικελοῦ.</w:t>
      </w:r>
    </w:p>
    <w:p>
      <w:r>
        <w:rPr>
          <w:rFonts w:ascii="Courier New" w:hAnsi="Courier New"/>
          <w:color w:val="555555"/>
          <w:sz w:val="20"/>
        </w:rPr>
        <w:t>[1]</w:t>
      </w:r>
    </w:p>
    <w:p>
      <w:r>
        <w:rPr>
          <w:rFonts w:ascii="Gentium Plus" w:hAnsi="Gentium Plus"/>
          <w:sz w:val="24"/>
        </w:rPr>
        <w:t>Ῥίζας χαμαιάκτης καὶ ῥίζας κνίδης ἐξ ἴσου κό\ σήσας, εἰς γάρου ποσότητα τριῶν ᾠῶν ἔγχει, καὶ τοῦτο διη‐ θήσας ἐν ὀθόνῃ, ἐγχυμάτιζε διὰ τῶν ῥινῶν τοῦ ζῴου ὡσεὶ μέτρον ἑνὸς ᾠοῦ ἐπὶ τρισὶν ἡμέραις.</w:t>
      </w:r>
    </w:p>
    <w:p>
      <w:pPr>
        <w:jc w:val="center"/>
      </w:pPr>
      <w:r>
        <w:rPr>
          <w:rFonts w:ascii="Gentium Plus" w:hAnsi="Gentium Plus"/>
          <w:b/>
          <w:sz w:val="24"/>
        </w:rPr>
        <w:t>ἄλλο ξηρίον Πελαγωνίου πρὸς λοιμόν.</w:t>
      </w:r>
    </w:p>
    <w:p>
      <w:r>
        <w:rPr>
          <w:rFonts w:ascii="Courier New" w:hAnsi="Courier New"/>
          <w:color w:val="555555"/>
          <w:sz w:val="20"/>
        </w:rPr>
        <w:t>[1]</w:t>
      </w:r>
    </w:p>
    <w:p>
      <w:r>
        <w:rPr>
          <w:rFonts w:ascii="Gentium Plus" w:hAnsi="Gentium Plus"/>
          <w:sz w:val="24"/>
        </w:rPr>
        <w:t>Πελαργοῦ νεοσσὸν μηδέπω πτῆναι δυνάμενον, ἔχοντα δὲ πτίλα, ζῶντα ἔμβαλλε εἰς χύτραν ὀστρακίνην, καὶ ταύτην γύ‐ ψῳ περιχρίσας βάλλε εἰς φοῦρνον, καὶ μετὰ τὸ ὀπτηθῆναι</w:t>
      </w:r>
    </w:p>
    <w:p>
      <w:r>
        <w:rPr>
          <w:rFonts w:ascii="Courier New" w:hAnsi="Courier New"/>
          <w:color w:val="555555"/>
          <w:sz w:val="20"/>
        </w:rPr>
        <w:t>[5]</w:t>
      </w:r>
    </w:p>
    <w:p>
      <w:r>
        <w:rPr>
          <w:rFonts w:ascii="Gentium Plus" w:hAnsi="Gentium Plus"/>
          <w:sz w:val="24"/>
        </w:rPr>
        <w:t>ὑέλινον, καὶ ὅτε χρεία γένηται, κοχλιάριον πεπληρωμένον μετὰ οἴνου τῇ φάρυγι ἐπίχεε, ἕως ἂν ὑγιάνῃ. ὑγιεινὸν γὰρ τοῦτο ξηρίον ἐστίν.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Γάρου πρωτείου ποτήριον μεστὸν ἔγχει εἰς τὰς ῥῖνας τοῦ ἵππου, ἵνα εἰς ὕπνον ἔλθῃ, καὶ ἐν ψυχροτέρῳ τόπῳ τοῦτον στῆναι παρασκεύασον. ἔπειτα κοριάννου καὶ ἀγροσυκίου φύλ‐ λα καὶ ῥίζας κόψας, μετὰ ἀρκοῦντος μέλιτος καὶ οἴνου δίδου,</w:t>
      </w:r>
    </w:p>
    <w:p>
      <w:r>
        <w:rPr>
          <w:rFonts w:ascii="Courier New" w:hAnsi="Courier New"/>
          <w:color w:val="555555"/>
          <w:sz w:val="20"/>
        </w:rPr>
        <w:t>[5]</w:t>
      </w:r>
    </w:p>
    <w:p>
      <w:r>
        <w:rPr>
          <w:rFonts w:ascii="Gentium Plus" w:hAnsi="Gentium Plus"/>
          <w:sz w:val="24"/>
        </w:rPr>
        <w:t>καὶ μετὰ τοῦτο χυλὸν πράσων ὅσον ὀξύβαφον ἔγχει εἰς τὴν αὐτοῦ φάρυγγα ἢ ἐρεγμὸν ὀρόβου ἐν οἴνῳ μεμιγμένον ἐπὶ τρισὶν ἡμέραις δίδου, ἢ κυάμων καλῶς ἀληλεσμένων ἄλευρον μετὰ οἴνου ὡσαύτως ἐπὶ τρισὶν ἡμέραις. ἵνα δὲ πρὸ μιᾶς ἐμβραχῇ τὸ ἄλευρον καὶ τῇ ἄλλῃ λεανθῇ ἅμα τῷ οἴνῳ, μίγνυε</w:t>
      </w:r>
    </w:p>
    <w:p>
      <w:r>
        <w:rPr>
          <w:rFonts w:ascii="Courier New" w:hAnsi="Courier New"/>
          <w:color w:val="555555"/>
          <w:sz w:val="20"/>
        </w:rPr>
        <w:t>[10]</w:t>
      </w:r>
    </w:p>
    <w:p>
      <w:r>
        <w:rPr>
          <w:rFonts w:ascii="Gentium Plus" w:hAnsi="Gentium Plus"/>
          <w:sz w:val="24"/>
        </w:rPr>
        <w:t>δὲ αὐτῷ καὶ ὀλίγου μέλιτος καὶ βουτύρου ἴσου, ἅτινα μετὰ χλιαροῦ οἴνου μέμνησο διδόναι.</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Ἀγριοσυκίου ῥίζας κατακόψας ὡς 𐆅 γʹ καὶ ἐμβρέξας εἰς ὕδατος ὡς 𐆅 δʹ πρὸ μιᾶς καὶ ταράξας διήθησον, ἔπειτα μίξας</w:t>
      </w:r>
    </w:p>
    <w:p>
      <w:r>
        <w:rPr>
          <w:rFonts w:ascii="Courier New" w:hAnsi="Courier New"/>
          <w:color w:val="555555"/>
          <w:sz w:val="20"/>
        </w:rPr>
        <w:t>[5]</w:t>
      </w:r>
    </w:p>
    <w:p>
      <w:r>
        <w:rPr>
          <w:rFonts w:ascii="Gentium Plus" w:hAnsi="Gentium Plus"/>
          <w:sz w:val="24"/>
        </w:rPr>
        <w:t>διὰ κέρατος ἔγχει τῷ στόματι.</w:t>
      </w:r>
    </w:p>
    <w:p>
      <w:pPr>
        <w:jc w:val="center"/>
      </w:pPr>
      <w:r>
        <w:rPr>
          <w:rFonts w:ascii="Gentium Plus" w:hAnsi="Gentium Plus"/>
          <w:b/>
          <w:sz w:val="24"/>
        </w:rPr>
        <w:t>ἄλλο πρὸς λοιμὸν ἀρθριτικόν.</w:t>
      </w:r>
    </w:p>
    <w:p>
      <w:r>
        <w:rPr>
          <w:rFonts w:ascii="Courier New" w:hAnsi="Courier New"/>
          <w:color w:val="555555"/>
          <w:sz w:val="20"/>
        </w:rPr>
        <w:t>[1]</w:t>
      </w:r>
    </w:p>
    <w:p>
      <w:r>
        <w:rPr>
          <w:rFonts w:ascii="Gentium Plus" w:hAnsi="Gentium Plus"/>
          <w:sz w:val="24"/>
        </w:rPr>
        <w:t>Ἐκ πάντων τῶν ἄρθρων ἀφαιμάξας τὸ ζῷον, 〈εἶτα ἀγρι‐ αμπέλῳ περίδησον, οὐ μὴν ἀλλὰ καὶ〉 ὑγροπίσσῳ αὐτὰ 〈τὰ ἄρθρα〉 περιάλειφε, καὶ συνεχέστερον ἀναπατεῖν παρασκεύαζε, τῆς τροφῆς δηλαδὴ ἀφαιρουμένης, κριθῶν μέντοι ἀληλεσμέ‐</w:t>
      </w:r>
    </w:p>
    <w:p>
      <w:r>
        <w:rPr>
          <w:rFonts w:ascii="Courier New" w:hAnsi="Courier New"/>
          <w:color w:val="555555"/>
          <w:sz w:val="20"/>
        </w:rPr>
        <w:t>[5]</w:t>
      </w:r>
    </w:p>
    <w:p>
      <w:r>
        <w:rPr>
          <w:rFonts w:ascii="Gentium Plus" w:hAnsi="Gentium Plus"/>
          <w:sz w:val="24"/>
        </w:rPr>
        <w:t>νων καὶ σησθεισῶν δίδου 𐆅 δʹ μετὰ ἀγριοσυκίου. καὶ τοῦτο γὰρ ἱκανῶς συμβάλλεται.</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Ἀφαιμάξας τὸ ζῷον, καὶ κριθὰς ἐν ὕδατι ἢ οὔρῳ βρέξας, ὄξος τε μετὰ κόπρου βοὸς καὶ κυμίνου καὶ σινωπίδος μίξας, ἐπιτίθει τοῖς ἄρθροις.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Σπέρμα κολοκύντης Ἀλεξανδρινῆς φρύξας καὶ κόψας ὅσον ὀξύβαφον, σῆσον καὶ μῖξον ἐν οἴνῳ εὐώδει λευκῷ, καὶ διηθήσας κέρατι ἐμβαλών, ἔγχει διὰ τῶν ῥινῶν ἐπὶ ἡμέρας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Τοὺς λοιμοὺς χρὴ βοηθήμασι προφθάνειν. ὅθεν πανα‐ κείας καὶ [ἀφθάστου] ἠρυγγίου ῥίζας, οὐ μὴν ἀλλὰ καὶ μα‐ ράθου σπέρμα συμμίξας ἀλεύρῳ σιτίνῳ, ζεστῷ ὕδατι ζύμωσον. πρὸς τούτοις κασίας, σμύρνης, λιβάνου τὴν αὐτὴν ποσότητα</w:t>
      </w:r>
    </w:p>
    <w:p>
      <w:r>
        <w:rPr>
          <w:rFonts w:ascii="Courier New" w:hAnsi="Courier New"/>
          <w:color w:val="555555"/>
          <w:sz w:val="20"/>
        </w:rPr>
        <w:t>[5]</w:t>
      </w:r>
    </w:p>
    <w:p>
      <w:r>
        <w:rPr>
          <w:rFonts w:ascii="Gentium Plus" w:hAnsi="Gentium Plus"/>
          <w:sz w:val="24"/>
        </w:rPr>
        <w:t>αἵματι χελώνης θαλασσίας συμμίξας, καὶ οἴνου παλαιοῦ 𐆅 γʹ διὰ ῥινῶν δίδου. τούτου δὲ τοῦ βοηθήματος τὰς δύο γο εἰς τρία ποιήσας, προσένεγκε ἐπὶ ἡμέραις τρισίν.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Σταφυλίνου γο εʹ, ἀγαρικοῦ γο ιʹ, κασάμου γο γʹ, νάρ‐ δου γο γʹ, βοτάνης χαμαιπίτυος γο γʹ, βεττονικῆς γο ἕξ, ἴρεως Ἰλλυρικῆς γο αʹ, θρύου [φύλλου] γο γʹ, πεπέρεως λευ‐ κοῦ γο αʹ, ἀβροτόνου γο ιʹ, πρασίου γο γʹ, σανδονικοῦ γο γʹ,</w:t>
      </w:r>
    </w:p>
    <w:p>
      <w:r>
        <w:rPr>
          <w:rFonts w:ascii="Courier New" w:hAnsi="Courier New"/>
          <w:color w:val="555555"/>
          <w:sz w:val="20"/>
        </w:rPr>
        <w:t>[5]</w:t>
      </w:r>
    </w:p>
    <w:p>
      <w:r>
        <w:rPr>
          <w:rFonts w:ascii="Gentium Plus" w:hAnsi="Gentium Plus"/>
          <w:sz w:val="24"/>
        </w:rPr>
        <w:t>ταῦτα πάντα λεάνας καλῶς, καὶ διυλίσας ἐν οἴνῳ, ἐν προπο‐ τισμῷ δίδου.</w:t>
      </w:r>
    </w:p>
    <w:p>
      <w:pPr>
        <w:jc w:val="center"/>
      </w:pPr>
      <w:r>
        <w:rPr>
          <w:rFonts w:ascii="Gentium Plus" w:hAnsi="Gentium Plus"/>
          <w:b/>
          <w:sz w:val="24"/>
        </w:rPr>
        <w:t>ἕτερον εἰς τὸ αὐτὸ Αἰμιλίου Σπάνου.</w:t>
      </w:r>
    </w:p>
    <w:p>
      <w:r>
        <w:rPr>
          <w:rFonts w:ascii="Courier New" w:hAnsi="Courier New"/>
          <w:color w:val="555555"/>
          <w:sz w:val="20"/>
        </w:rPr>
        <w:t>[1]</w:t>
      </w:r>
    </w:p>
    <w:p>
      <w:r>
        <w:rPr>
          <w:rFonts w:ascii="Gentium Plus" w:hAnsi="Gentium Plus"/>
          <w:sz w:val="24"/>
        </w:rPr>
        <w:t>Ἐκ τῶν ποδῶν ἀφαίμαξον τὸ ζῷον, εἶτα σμύρνης τρω‐</w:t>
      </w:r>
    </w:p>
    <w:p>
      <w:r>
        <w:rPr>
          <w:rFonts w:ascii="Courier New" w:hAnsi="Courier New"/>
          <w:color w:val="555555"/>
          <w:sz w:val="20"/>
        </w:rPr>
        <w:t>[5]</w:t>
      </w:r>
    </w:p>
    <w:p>
      <w:r>
        <w:rPr>
          <w:rFonts w:ascii="Gentium Plus" w:hAnsi="Gentium Plus"/>
          <w:sz w:val="24"/>
        </w:rPr>
        <w:t>λιτος ξέστην ἕνα, καὶ νίτρου τὸ ἀρκοῦν \ σας ὡς μέγεθος λεπτοκαρύου, καὶ λύσας ἐν ὕδατι χλιαρῷ ἑνὸς ξέστου, δίδου τῷ κάμνοντι ζῴῳ.</w:t>
      </w:r>
    </w:p>
    <w:p>
      <w:pPr>
        <w:jc w:val="center"/>
      </w:pPr>
      <w:r>
        <w:rPr>
          <w:rFonts w:ascii="Gentium Plus" w:hAnsi="Gentium Plus"/>
          <w:b/>
          <w:sz w:val="24"/>
        </w:rPr>
        <w:t>ἄλλο Λιτορίου Βενεβεντάνου.</w:t>
      </w:r>
    </w:p>
    <w:p>
      <w:r>
        <w:rPr>
          <w:rFonts w:ascii="Courier New" w:hAnsi="Courier New"/>
          <w:color w:val="555555"/>
          <w:sz w:val="20"/>
        </w:rPr>
        <w:t>[1]</w:t>
      </w:r>
    </w:p>
    <w:p>
      <w:r>
        <w:rPr>
          <w:rFonts w:ascii="Gentium Plus" w:hAnsi="Gentium Plus"/>
          <w:sz w:val="24"/>
        </w:rPr>
        <w:t>Χρὴ τοῦ λοιμῷ κάμνοντος ἵππου πρότερον ἐκ τοῦ στή‐ θους αἷμα ἀφαιρεῖν, ἔπειτα ἐκ τῶν σκελῶν· εἰ δὲ ἀνάγκη ἐπείγοι, καὶ ἐκ τῶν κροτάφων. καλὸν δὲ καὶ ποικίλην τρο‐ φὴν αὐτῷ διδόναι, τοῦτ’ ἔστιν ἄλευρον κριθῆς καὶ πυροῦ,</w:t>
      </w:r>
    </w:p>
    <w:p>
      <w:r>
        <w:rPr>
          <w:rFonts w:ascii="Courier New" w:hAnsi="Courier New"/>
          <w:color w:val="555555"/>
          <w:sz w:val="20"/>
        </w:rPr>
        <w:t>[5]</w:t>
      </w:r>
    </w:p>
    <w:p>
      <w:r>
        <w:rPr>
          <w:rFonts w:ascii="Gentium Plus" w:hAnsi="Gentium Plus"/>
          <w:sz w:val="24"/>
        </w:rPr>
        <w:t>οὐ μὴν ἀλλὰ καὶ πίτυρα, χόρτου δὲ ὀλίγον, καὶ ποιεῖν πρὸς ἐπὶ τούτοις ποτὸν καὶ διὰ τῶν ῥινῶν ἐγχεῖν, κενταύριον καὶ ἀψίνθιον ἐξ ἴσου σταθμοῦ σὺν οἴνου τῷ ἀρκοῦντι ἑψήσαντα.</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Ἐὰν τοὺς ἐμπροσθίους ἄρξηται χωλαίνειν, αἷμα ἀφαίρει ἀπὸ τῶν ἐμπροσθίων βραχιόνων· ἐὰν δὲ τοὺς ὀπισθίους, ἀπὸ τῶν μηρῶν· ἐὰν δὲ ἕλκῃ τὰς λαγόνας καὶ τοὺς μυκτῆρας ἀνεῳγότας ἔχῃ, ἀπ’ ἀμφοτέρων τῶν κροτάφων. εἶτα κυνάριον</w:t>
      </w:r>
    </w:p>
    <w:p>
      <w:r>
        <w:rPr>
          <w:rFonts w:ascii="Courier New" w:hAnsi="Courier New"/>
          <w:color w:val="555555"/>
          <w:sz w:val="20"/>
        </w:rPr>
        <w:t>[5]</w:t>
      </w:r>
    </w:p>
    <w:p>
      <w:r>
        <w:rPr>
          <w:rFonts w:ascii="Gentium Plus" w:hAnsi="Gentium Plus"/>
          <w:sz w:val="24"/>
        </w:rPr>
        <w:t>ἑπταήμερον ἑψήσας \ καὶ οἴνου πλῆθος κοτύλην μίαν, ἐγχυμάτιζε.</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Ζῷον ὅταν ἄρξηται χωλαίνειν τοῖς ἔμπροσθεν ποσίν,</w:t>
      </w:r>
    </w:p>
    <w:p>
      <w:r>
        <w:rPr>
          <w:rFonts w:ascii="Courier New" w:hAnsi="Courier New"/>
          <w:color w:val="555555"/>
          <w:sz w:val="20"/>
        </w:rPr>
        <w:t>[5]</w:t>
      </w:r>
    </w:p>
    <w:p>
      <w:r>
        <w:rPr>
          <w:rFonts w:ascii="Gentium Plus" w:hAnsi="Gentium Plus"/>
          <w:sz w:val="24"/>
        </w:rPr>
        <w:t>ἑρπύλλου γο ἕξ, ὑσσώπου γο γʹ, χαμαίδρυος γο αʹ, ἀρτεμισίας 〈πνεούσησ〉 γο αʹ, τριφυλλίου ὀξέος γο αʹ, πηγάνου ἀγρίου ῥίζης γο ἕξ, ἱερᾶς βοτάνης γο γʹ, βεττονικῆς γο γʹ. πάντα ταῦτα οἰνομέλιτι ἑψήσας, διὰ στόματος δίδου [προσθεὶς τού‐ τοις καὶ ἑρπύλλου γο ϛʹ, ὑσσώπου γο γʹ χαμαίδρυος γο αʹ]. \|</w:t>
      </w:r>
    </w:p>
    <w:p>
      <w:pPr>
        <w:jc w:val="center"/>
      </w:pPr>
      <w:r>
        <w:rPr>
          <w:rFonts w:ascii="Gentium Plus" w:hAnsi="Gentium Plus"/>
          <w:b/>
          <w:sz w:val="24"/>
        </w:rPr>
        <w:t>περὶ πνεύμονος.</w:t>
      </w:r>
    </w:p>
    <w:p>
      <w:pPr>
        <w:jc w:val="center"/>
      </w:pPr>
      <w:r>
        <w:rPr>
          <w:rFonts w:ascii="Gentium Plus" w:hAnsi="Gentium Plus"/>
          <w:b/>
          <w:sz w:val="24"/>
        </w:rPr>
        <w:t>Ἱεροκλέους.</w:t>
      </w:r>
    </w:p>
    <w:p>
      <w:r>
        <w:rPr>
          <w:rFonts w:ascii="Courier New" w:hAnsi="Courier New"/>
          <w:color w:val="555555"/>
          <w:sz w:val="20"/>
        </w:rPr>
        <w:t>[1]</w:t>
      </w:r>
    </w:p>
    <w:p>
      <w:r>
        <w:rPr>
          <w:rFonts w:ascii="Gentium Plus" w:hAnsi="Gentium Plus"/>
          <w:sz w:val="24"/>
        </w:rPr>
        <w:t>Ἐάν ποτε πνεύμονα ἵππος ἀλγήσῃ, τὸ μὲν πάθος πολυ‐ χρόνιον, καὶ ἐν τῷ ἔαρι μάλιστα ἀσθενεῖ. σημεῖα δέ· συμπί‐ πτει τὸ σῶμα, καὶ βήττει, ὡς δοκεῖν ὀστάριον καταπεπωκέναι, μύξας τε ἀνάγει καὶ ῥέγχει, καὶ πολὺ πίνει, καὶ τὴν τροφὴν</w:t>
      </w:r>
    </w:p>
    <w:p>
      <w:r>
        <w:rPr>
          <w:rFonts w:ascii="Courier New" w:hAnsi="Courier New"/>
          <w:color w:val="555555"/>
          <w:sz w:val="20"/>
        </w:rPr>
        <w:t>[5]</w:t>
      </w:r>
    </w:p>
    <w:p>
      <w:r>
        <w:rPr>
          <w:rFonts w:ascii="Gentium Plus" w:hAnsi="Gentium Plus"/>
          <w:sz w:val="24"/>
        </w:rPr>
        <w:t>πλείονα ἐπιζητεῖ. θεραπεία οὖν τούτου· κρόκου, σμύρνης, κασίας, κινναμώμου, ταῦτα πάντα τρίψας καὶ λειώσας ἅμα μέλιτι, καὶ οἶνον ἐπιβαλὼν ἐγχυμάτιζε. ἀναγκαῖον δὲ προλαμ‐ βάνειν αὐτὸν τῇ θεραπείᾳ. ἐὰν γὰρ φθάσῃ πληρωθῆναι ὁ πνεύμων πύου, τελευτᾷ.</w:t>
      </w:r>
    </w:p>
    <w:p>
      <w:pPr>
        <w:jc w:val="center"/>
      </w:pPr>
      <w:r>
        <w:rPr>
          <w:rFonts w:ascii="Gentium Plus" w:hAnsi="Gentium Plus"/>
          <w:b/>
          <w:sz w:val="24"/>
        </w:rPr>
        <w:t>Τιβερίου εἰς τὸ αὐτό.</w:t>
      </w:r>
    </w:p>
    <w:p>
      <w:r>
        <w:rPr>
          <w:rFonts w:ascii="Courier New" w:hAnsi="Courier New"/>
          <w:color w:val="555555"/>
          <w:sz w:val="20"/>
        </w:rPr>
        <w:t>[1]</w:t>
      </w:r>
    </w:p>
    <w:p>
      <w:r>
        <w:rPr>
          <w:rFonts w:ascii="Gentium Plus" w:hAnsi="Gentium Plus"/>
          <w:sz w:val="24"/>
        </w:rPr>
        <w:t>Λαβὼν μέλι καὶ πέπερι καὶ στρόβιλον ἔχοντα τὴν \ τίνην καὶ οἶνον κατάζεσον, καὶ οὕτως ἐγχυμάτισον διὰ τοῦ</w:t>
      </w:r>
    </w:p>
    <w:p>
      <w:r>
        <w:rPr>
          <w:rFonts w:ascii="Courier New" w:hAnsi="Courier New"/>
          <w:color w:val="555555"/>
          <w:sz w:val="20"/>
        </w:rPr>
        <w:t>[5]</w:t>
      </w:r>
    </w:p>
    <w:p>
      <w:r>
        <w:rPr>
          <w:rFonts w:ascii="Gentium Plus" w:hAnsi="Gentium Plus"/>
          <w:sz w:val="24"/>
        </w:rPr>
        <w:t>γὰρ καὶ μεταβολὰς ποιεῖν εἰς ἕτερον νόσημα.</w:t>
      </w:r>
    </w:p>
    <w:p>
      <w:pPr>
        <w:jc w:val="center"/>
      </w:pPr>
      <w:r>
        <w:rPr>
          <w:rFonts w:ascii="Gentium Plus" w:hAnsi="Gentium Plus"/>
          <w:b/>
          <w:sz w:val="24"/>
        </w:rPr>
        <w:t>Εὐμήλου εἰς τὸ αὐτό.</w:t>
      </w:r>
    </w:p>
    <w:p>
      <w:r>
        <w:rPr>
          <w:rFonts w:ascii="Courier New" w:hAnsi="Courier New"/>
          <w:color w:val="555555"/>
          <w:sz w:val="20"/>
        </w:rPr>
        <w:t>[1]</w:t>
      </w:r>
    </w:p>
    <w:p>
      <w:r>
        <w:rPr>
          <w:rFonts w:ascii="Gentium Plus" w:hAnsi="Gentium Plus"/>
          <w:sz w:val="24"/>
        </w:rPr>
        <w:t>Τῶν πνευμονικῶν σημεῖα τάδε· τὰ σκέλη καὶ αἱ φλέβες οἰδαίνουσιν, οἵ τε ὄρχεις πυκνότερον ἅλλονται. ἐπιγίνεται δὲ καὶ πυρετὸς τῷ σώματι, ὃς τῆς χειρὸς πλησίον τῆς μασχάλης προσαχθείσης εὑρίσκεται. τούτου τοίνυν αἷμα ἀπὸ τοῦ τένον‐</w:t>
      </w:r>
    </w:p>
    <w:p>
      <w:r>
        <w:rPr>
          <w:rFonts w:ascii="Courier New" w:hAnsi="Courier New"/>
          <w:color w:val="555555"/>
          <w:sz w:val="20"/>
        </w:rPr>
        <w:t>[5]</w:t>
      </w:r>
    </w:p>
    <w:p>
      <w:r>
        <w:rPr>
          <w:rFonts w:ascii="Gentium Plus" w:hAnsi="Gentium Plus"/>
          <w:sz w:val="24"/>
        </w:rPr>
        <w:t>τος λάμβανε, καὶ μίξας αὐτὸ θέρους μὲν ὄξει καὶ ἐλαίῳ, χει‐ μῶνος δὲ οἴνῳ, τούτῳ τὸ σῶμα ὅλον ἀπόχριε. τῷ αὐτῷ δὲ καὶ προπότισμα δίδου ναρδοστάχυος, κρόκου, σμύρνης, σχοίνου, κασίας σύριγγος, πεπέρεως λευκοῦ ἀνὰ γο μίαν μίξας, εἶθ’ οὕτως ὀρόβων τὸ ἴσον προσβαλὼν ἀληλεσμένων, καὶ πάντα</w:t>
      </w:r>
    </w:p>
    <w:p>
      <w:r>
        <w:rPr>
          <w:rFonts w:ascii="Courier New" w:hAnsi="Courier New"/>
          <w:color w:val="555555"/>
          <w:sz w:val="20"/>
        </w:rPr>
        <w:t>[10]</w:t>
      </w:r>
    </w:p>
    <w:p>
      <w:r>
        <w:rPr>
          <w:rFonts w:ascii="Gentium Plus" w:hAnsi="Gentium Plus"/>
          <w:sz w:val="24"/>
        </w:rPr>
        <w:t>ἐν ταυτῷ λειώσας καὶ σήσας, μέλιτι \ λαττε, καὶ ἐκ τούτου ἐν τῇ χρείᾳ ὀβολοῦ μέγεθος ὕδατι λει‐ ώσας, ἔγχει διὰ τοῦ ἀριστεροῦ μυκτῆρος. πρὸ δὲ τοῦ δοῦναι τὸν ἐγχυματισμόν, ἀψινθίῳ καὶ νίτρῳ καὶ μέλιτι καὶ ὀξυ‐ κράτῳ τὸ στόμα ἀπότριβε. ἐὰν δὲ μὴ ὠφεληθῇ, καὶ καυτῆρα</w:t>
      </w:r>
    </w:p>
    <w:p>
      <w:r>
        <w:rPr>
          <w:rFonts w:ascii="Courier New" w:hAnsi="Courier New"/>
          <w:color w:val="555555"/>
          <w:sz w:val="20"/>
        </w:rPr>
        <w:t>[15]</w:t>
      </w:r>
    </w:p>
    <w:p>
      <w:r>
        <w:rPr>
          <w:rFonts w:ascii="Gentium Plus" w:hAnsi="Gentium Plus"/>
          <w:sz w:val="24"/>
        </w:rPr>
        <w:t>τούτῳ πρόσαγε, μέχρις οὗ πυοφορήσῃ.</w:t>
      </w:r>
    </w:p>
    <w:p>
      <w:pPr>
        <w:jc w:val="center"/>
      </w:pPr>
      <w:r>
        <w:rPr>
          <w:rFonts w:ascii="Gentium Plus" w:hAnsi="Gentium Plus"/>
          <w:b/>
          <w:sz w:val="24"/>
        </w:rPr>
        <w:t>Κασσίου εἰς τὸ αὐτό.</w:t>
      </w:r>
    </w:p>
    <w:p>
      <w:r>
        <w:rPr>
          <w:rFonts w:ascii="Courier New" w:hAnsi="Courier New"/>
          <w:color w:val="555555"/>
          <w:sz w:val="20"/>
        </w:rPr>
        <w:t>[1]</w:t>
      </w:r>
    </w:p>
    <w:p>
      <w:r>
        <w:rPr>
          <w:rFonts w:ascii="Gentium Plus" w:hAnsi="Gentium Plus"/>
          <w:sz w:val="24"/>
        </w:rPr>
        <w:t>Ἐὰν ἵππος πνεύμονα ἀλγῇ, ἀφίησι πνεῦμα διὰ τοῦ στό‐</w:t>
      </w:r>
    </w:p>
    <w:p>
      <w:r>
        <w:rPr>
          <w:rFonts w:ascii="Courier New" w:hAnsi="Courier New"/>
          <w:color w:val="555555"/>
          <w:sz w:val="20"/>
        </w:rPr>
        <w:t>[5]</w:t>
      </w:r>
    </w:p>
    <w:p>
      <w:r>
        <w:rPr>
          <w:rFonts w:ascii="Gentium Plus" w:hAnsi="Gentium Plus"/>
          <w:sz w:val="24"/>
        </w:rPr>
        <w:t>ματι τοιῷδε· δαφνίδων ξηρῶν καὶ τερεβινθίνης ὅσον δύο κυάμους καὶ μέλιτος τὸ ἀρκοῦν ἐν ὄξει λειώσας, ἔγχει διὰ μυκτῆρος. οὐρήσει γὰρ ὕφαιμον μετὰ ταῦτα καὶ πυῶδες, καὶ μετὰ ταῦτα βαλὼν στυπτηρίας γο αʹ καὶ νίτρου τὸ ἴσον καὶ ὑδρομέλιτος ἐγχυμάτιζε, \| εἶθ’ οὕτως μόνῳ ὑδρομέλιτι, καὶ</w:t>
      </w:r>
    </w:p>
    <w:p>
      <w:r>
        <w:rPr>
          <w:rFonts w:ascii="Courier New" w:hAnsi="Courier New"/>
          <w:color w:val="555555"/>
          <w:sz w:val="20"/>
        </w:rPr>
        <w:t>[10]</w:t>
      </w:r>
    </w:p>
    <w:p>
      <w:r>
        <w:rPr>
          <w:rFonts w:ascii="Gentium Plus" w:hAnsi="Gentium Plus"/>
          <w:sz w:val="24"/>
        </w:rPr>
        <w:t>παράβαλλε χόρτον καλόν.</w:t>
      </w:r>
    </w:p>
    <w:p>
      <w:pPr>
        <w:jc w:val="center"/>
      </w:pPr>
      <w:r>
        <w:rPr>
          <w:rFonts w:ascii="Gentium Plus" w:hAnsi="Gentium Plus"/>
          <w:b/>
          <w:sz w:val="24"/>
        </w:rPr>
        <w:t>Ἱπποκράτους εἰς τὸ αὐτό.</w:t>
      </w:r>
    </w:p>
    <w:p>
      <w:r>
        <w:rPr>
          <w:rFonts w:ascii="Courier New" w:hAnsi="Courier New"/>
          <w:color w:val="555555"/>
          <w:sz w:val="20"/>
        </w:rPr>
        <w:t>[1]</w:t>
      </w:r>
    </w:p>
    <w:p>
      <w:r>
        <w:rPr>
          <w:rFonts w:ascii="Gentium Plus" w:hAnsi="Gentium Plus"/>
          <w:sz w:val="24"/>
        </w:rPr>
        <w:t>Ἵππος τῷ πνεύμονι συνεχόμενος ὑγρὰ ῥεῖ διὰ τῶν ῥινῶν, καὶ διὰ τοῦ στόματος βαρὺ πνεῖ, καὶ τὰς λαγόνας ἀνεσταλ‐ μένας ἔχει. ἐγχυματίζεται δὲ οὕτως· ἀκροδρύων τὰ στυπτι‐ κώτατα καθεψήσας ἐν οἴνου κοτύλῃ μιᾷ, καὶ ἐλαίου ὡσαύτως,</w:t>
      </w:r>
    </w:p>
    <w:p>
      <w:r>
        <w:rPr>
          <w:rFonts w:ascii="Courier New" w:hAnsi="Courier New"/>
          <w:color w:val="555555"/>
          <w:sz w:val="20"/>
        </w:rPr>
        <w:t>[5]</w:t>
      </w:r>
    </w:p>
    <w:p>
      <w:r>
        <w:rPr>
          <w:rFonts w:ascii="Gentium Plus" w:hAnsi="Gentium Plus"/>
          <w:sz w:val="24"/>
        </w:rPr>
        <w:t>δίδου διὰ τοῦ στόματος, καὶ τροφῇ δὲ χρῷ λείᾳ, καὶ τῇ κριθῇ παράμισγε ὀρόβους, ἢ ἐγκέφαλον χοίρειον καθεψήσας ἐν οἴνου κοτύλῃ μιᾷ, καὶ ἐλαίου κοτύλης τῷ ἡμίσει συμμίξας, ἐγχυ‐ μάτιζε τὸ ἀρκοῦν, καὶ τῇ ἀρωματικῇ δὲ ὡσαύτως, ἢ ἀλεκτρυ‐ όνα ἑψήσας, μέχρις ἂν διαλυθῇ, καὶ συμμίξας γλυκέος οἶνου</w:t>
      </w:r>
    </w:p>
    <w:p>
      <w:r>
        <w:rPr>
          <w:rFonts w:ascii="Courier New" w:hAnsi="Courier New"/>
          <w:color w:val="555555"/>
          <w:sz w:val="20"/>
        </w:rPr>
        <w:t>[10]</w:t>
      </w:r>
    </w:p>
    <w:p>
      <w:r>
        <w:rPr>
          <w:rFonts w:ascii="Gentium Plus" w:hAnsi="Gentium Plus"/>
          <w:sz w:val="24"/>
        </w:rPr>
        <w:t>ξέστην ἕνα, ἐγχυμάτιζε. ποίει δὲ καὶ αἵματος ἀφαίρεσιν κατὰ δύναμιν τοῦ ζῴου. δίδου δὲ καὶ ἄγρωστιν ἢ μηδικήν, καὶ τὸ ποτὸν διάρραινε ἀλεύρῳ, ἵνα τὴν δύναμιν τοῦ ζῴου εὐ‐ τραφῆ τηρήσῃ ... ἐὰν ὁ και\|〈ρὸς ἐπιτρέπῃ. ἢ ἶριν Ἰλλυρικὴν</w:t>
      </w:r>
    </w:p>
    <w:p>
      <w:pPr>
        <w:jc w:val="center"/>
      </w:pPr>
      <w:r>
        <w:rPr>
          <w:rFonts w:ascii="Gentium Plus" w:hAnsi="Gentium Plus"/>
          <w:b/>
          <w:sz w:val="24"/>
        </w:rPr>
        <w:t>περὶ πνευμόρρωγος.</w:t>
      </w:r>
    </w:p>
    <w:p>
      <w:pPr>
        <w:jc w:val="center"/>
      </w:pPr>
      <w:r>
        <w:rPr>
          <w:rFonts w:ascii="Gentium Plus" w:hAnsi="Gentium Plus"/>
          <w:b/>
          <w:sz w:val="24"/>
        </w:rPr>
        <w:t>Αψύρτου.</w:t>
      </w:r>
    </w:p>
    <w:p>
      <w:r>
        <w:rPr>
          <w:rFonts w:ascii="Courier New" w:hAnsi="Courier New"/>
          <w:color w:val="555555"/>
          <w:sz w:val="20"/>
        </w:rPr>
        <w:t>[6 . 1]</w:t>
      </w:r>
    </w:p>
    <w:p>
      <w:r>
        <w:rPr>
          <w:rFonts w:ascii="Gentium Plus" w:hAnsi="Gentium Plus"/>
          <w:sz w:val="24"/>
        </w:rPr>
        <w:t>Ἄψυρτος Διονυσίῳ Τομεῖ χαίρειν. ἱπποτροφοῦντά σε βούλομαι εἰδέναι, ὅτι πνευμόρρωξ ἐὰν γένηται, 〈ὁ〉 τράχηλος ἀπισχναίνεται καὶ τὸ στῆθος ὡσαύτως, καὶ πνεῖ βαρὺ καὶ βήσσει καὶ ῥέγχει καὶ ἀποβράσσεται πυῶδες παχύ,</w:t>
      </w:r>
    </w:p>
    <w:p>
      <w:r>
        <w:rPr>
          <w:rFonts w:ascii="Courier New" w:hAnsi="Courier New"/>
          <w:color w:val="555555"/>
          <w:sz w:val="20"/>
        </w:rPr>
        <w:t>[5]</w:t>
      </w:r>
    </w:p>
    <w:p>
      <w:r>
        <w:rPr>
          <w:rFonts w:ascii="Gentium Plus" w:hAnsi="Gentium Plus"/>
          <w:sz w:val="24"/>
        </w:rPr>
        <w:t>καὶ τὰ ἐμπρόσθια σκέλη χωλεύει. θεραπεύεται δὲ βραδύ, καὶ θεραπευθεὶς οὐχ ὑπομένει πόνους ἰσχυρούς.</w:t>
      </w:r>
    </w:p>
    <w:p>
      <w:r>
        <w:rPr>
          <w:rFonts w:ascii="Courier New" w:hAnsi="Courier New"/>
          <w:color w:val="555555"/>
          <w:sz w:val="20"/>
        </w:rPr>
        <w:t>[6 . 2]</w:t>
      </w:r>
    </w:p>
    <w:p>
      <w:r>
        <w:rPr>
          <w:rFonts w:ascii="Gentium Plus" w:hAnsi="Gentium Plus"/>
          <w:sz w:val="24"/>
        </w:rPr>
        <w:t>θεραπεύειν δὲ δεῖ οὕτως· ὀρόβων ἐρεγμὸν ποιήσαντα βρέχειν ἐν ὕδατι νύκτα καὶ ἡμέραν, καὶ πλύνοντα αὐτὸν ψῦ‐ ξαι καὶ ἄλευρα ποιῆσαι λεπτά, καὶ σήσαντα μετὰ οἴνου μέ‐ λανος εὐώδους καὶ ὕδατος θερμοῦ ἴσον ἑκατέρου διδόναι</w:t>
      </w:r>
    </w:p>
    <w:p>
      <w:r>
        <w:rPr>
          <w:rFonts w:ascii="Courier New" w:hAnsi="Courier New"/>
          <w:color w:val="555555"/>
          <w:sz w:val="20"/>
        </w:rPr>
        <w:t>[5]</w:t>
      </w:r>
    </w:p>
    <w:p>
      <w:r>
        <w:rPr>
          <w:rFonts w:ascii="Gentium Plus" w:hAnsi="Gentium Plus"/>
          <w:sz w:val="24"/>
        </w:rPr>
        <w:t>πιεῖν· ἐὰν δὲ μὴ θέλῃ πιεῖν, καταλαμβανόμενον τὴν γλῶσσαν ἐγχυματίζειν. καὶ μὴ περιπατείτω πολλά, ἀλλ’ ἔστω ἐν στάσει θερμῇ ἐσκεπασμένος. τὸ δὲ τοῦ ἐρεγμοῦ ἀπήθημα χλιαίνοντα ποτίζειν, καὶ εἰς τὸ λοιπὸν δὲ ποτὸν θερμὸν ὂν μιγνύειν νί‐ τρον. ἁρμόζει δὲ τούτῳ καὶ ὠμὴ λύσις κριθίνων λεπτῶν ἀλεύ‐</w:t>
      </w:r>
    </w:p>
    <w:p>
      <w:r>
        <w:rPr>
          <w:rFonts w:ascii="Courier New" w:hAnsi="Courier New"/>
          <w:color w:val="555555"/>
          <w:sz w:val="20"/>
        </w:rPr>
        <w:t>[10]</w:t>
      </w:r>
    </w:p>
    <w:p>
      <w:r>
        <w:rPr>
          <w:rFonts w:ascii="Gentium Plus" w:hAnsi="Gentium Plus"/>
          <w:sz w:val="24"/>
        </w:rPr>
        <w:t>ρων καταρραινομένη τῷ νίτρῳ καὶ διδομένη φαγεῖν.</w:t>
      </w:r>
    </w:p>
    <w:p>
      <w:r>
        <w:rPr>
          <w:rFonts w:ascii="Courier New" w:hAnsi="Courier New"/>
          <w:color w:val="555555"/>
          <w:sz w:val="20"/>
        </w:rPr>
        <w:t>[6 . 3]</w:t>
      </w:r>
    </w:p>
    <w:p>
      <w:r>
        <w:rPr>
          <w:rFonts w:ascii="Gentium Plus" w:hAnsi="Gentium Plus"/>
          <w:sz w:val="24"/>
        </w:rPr>
        <w:t>τῇ αὐτῇ δὲ θεραπείᾳ καὶ ὁ τὴν ἀρτηρίαν ἐσπασμένος θερα‐ πεύεται, καὶ ἔστι πολυχρονιώτερος. τούτους ἀναφυσᾶν δεῖ τῷ ἐλαίῳ καὶ οἴνῳ ἀμφοτέρους, καὶ τὴν τρῖψιν ποιεῖσθαι πᾶσαν κατὰ τρίχα. ὠφέλιμον δὲ τῷ πνευμόρρωγι ἐγχυματίζειν καὶ</w:t>
      </w:r>
    </w:p>
    <w:p>
      <w:r>
        <w:rPr>
          <w:rFonts w:ascii="Courier New" w:hAnsi="Courier New"/>
          <w:color w:val="555555"/>
          <w:sz w:val="20"/>
        </w:rPr>
        <w:t>[5]</w:t>
      </w:r>
    </w:p>
    <w:p>
      <w:r>
        <w:rPr>
          <w:rFonts w:ascii="Gentium Plus" w:hAnsi="Gentium Plus"/>
          <w:sz w:val="24"/>
        </w:rPr>
        <w:t>ὄξος δριμὺ χλιαίνοντα ἢ οὖρον ἀνθρώπινον μετὰ στέατος ὑείου τετηκότος ὁλκῶν εἴκοσιν ἐκτὸς γυναικείου, ὅταν ἐν τοῖς</w:t>
      </w:r>
    </w:p>
    <w:p>
      <w:pPr>
        <w:jc w:val="center"/>
      </w:pPr>
      <w:r>
        <w:rPr>
          <w:rFonts w:ascii="Gentium Plus" w:hAnsi="Gentium Plus"/>
          <w:b/>
          <w:sz w:val="24"/>
        </w:rPr>
        <w:t>Εὐμήλου εἰς τὸ αὐτό.</w:t>
      </w:r>
    </w:p>
    <w:p>
      <w:r>
        <w:rPr>
          <w:rFonts w:ascii="Courier New" w:hAnsi="Courier New"/>
          <w:color w:val="555555"/>
          <w:sz w:val="20"/>
        </w:rPr>
        <w:t>[1]</w:t>
      </w:r>
    </w:p>
    <w:p>
      <w:r>
        <w:rPr>
          <w:rFonts w:ascii="Gentium Plus" w:hAnsi="Gentium Plus"/>
          <w:sz w:val="24"/>
        </w:rPr>
        <w:t>Ἐνίων συμβαίνει τοὺς πνεύμονας ῥήγνυσθαι ἢ ἀπὸ τοῦ πάνυ πολὺ δραμεῖν ἀναγκασθέντων ἢ ὑπὸ τοῦ συνεχῶς βήσ‐ σειν. τὰ τοιαῦτα οὖν ζῷά τινες ὀστέα καταπεπωκέναι νομί‐ ζουσι, διότι \| καὶ τροφὴν καὶ ποτὸν ἀπληστότερον προσίενται,</w:t>
      </w:r>
    </w:p>
    <w:p>
      <w:r>
        <w:rPr>
          <w:rFonts w:ascii="Courier New" w:hAnsi="Courier New"/>
          <w:color w:val="555555"/>
          <w:sz w:val="20"/>
        </w:rPr>
        <w:t>[5]</w:t>
      </w:r>
    </w:p>
    <w:p>
      <w:r>
        <w:rPr>
          <w:rFonts w:ascii="Gentium Plus" w:hAnsi="Gentium Plus"/>
          <w:sz w:val="24"/>
        </w:rPr>
        <w:t>καὶ πῦα φέρουσιν. προπότιζε τοίνυν οὕτως· κρόκου, κασίας, νάρδου, σμύρνης, κινναμώμου σταθμὸν ἴσον λειώσας καὶ μίξας μετ’ οἴνου μέλανος κοτύλης μιᾶς δίδου. εἰ δὲ ταῦτα μὴ εὑρίσκοιτο, ὄροβον ἀληλεσμένον μίξας οἴνῳ καὶ ὕδατι θερ‐ μῷ, τὸ ἀρκοῦν δίδου.</w:t>
      </w:r>
    </w:p>
    <w:p>
      <w:pPr>
        <w:jc w:val="center"/>
      </w:pPr>
      <w:r>
        <w:rPr>
          <w:rFonts w:ascii="Gentium Plus" w:hAnsi="Gentium Plus"/>
          <w:b/>
          <w:sz w:val="24"/>
        </w:rPr>
        <w:t>Προπότισμα πρὸς τοὺς ῥῆξιν τοῦ πνεύμονος</w:t>
      </w:r>
    </w:p>
    <w:p>
      <w:r>
        <w:rPr>
          <w:rFonts w:ascii="Courier New" w:hAnsi="Courier New"/>
          <w:color w:val="555555"/>
          <w:sz w:val="20"/>
        </w:rPr>
        <w:t>[t2]</w:t>
      </w:r>
    </w:p>
    <w:p>
      <w:r>
        <w:rPr>
          <w:rFonts w:ascii="Gentium Plus" w:hAnsi="Gentium Plus"/>
          <w:sz w:val="24"/>
        </w:rPr>
        <w:t>ὑπομένοντας ἢ καὶ ἀπὸ δρόμου εἰς πνευμονίαν</w:t>
      </w:r>
    </w:p>
    <w:p>
      <w:r>
        <w:rPr>
          <w:rFonts w:ascii="Courier New" w:hAnsi="Courier New"/>
          <w:color w:val="555555"/>
          <w:sz w:val="20"/>
        </w:rPr>
        <w:t>[t3]</w:t>
      </w:r>
    </w:p>
    <w:p>
      <w:r>
        <w:rPr>
          <w:rFonts w:ascii="Gentium Plus" w:hAnsi="Gentium Plus"/>
          <w:sz w:val="24"/>
        </w:rPr>
        <w:t>περιπίπτοντας.</w:t>
      </w:r>
    </w:p>
    <w:p>
      <w:r>
        <w:rPr>
          <w:rFonts w:ascii="Courier New" w:hAnsi="Courier New"/>
          <w:color w:val="555555"/>
          <w:sz w:val="20"/>
        </w:rPr>
        <w:t>[1]</w:t>
      </w:r>
    </w:p>
    <w:p>
      <w:r>
        <w:rPr>
          <w:rFonts w:ascii="Gentium Plus" w:hAnsi="Gentium Plus"/>
          <w:sz w:val="24"/>
        </w:rPr>
        <w:t>Ναρδοστάχυος, κρόκου, σμύρνης, κόστου, σχοίνου, κασίας σύριγγος, πεπέρεως λευκοῦ ἀνὰ οὐγκίαν μίαν λαβών, καὶ ἀλεύρου ὀροβίνου τὸ ἀρκοῦν, πάντα λεάνας καὶ σήσας, μέλιτι ἀναλάμβανε, καὶ ἐπὶ τῆς χρείας λύσας, διὰ τοῦ ἀριστεροῦ</w:t>
      </w:r>
    </w:p>
    <w:p>
      <w:r>
        <w:rPr>
          <w:rFonts w:ascii="Courier New" w:hAnsi="Courier New"/>
          <w:color w:val="555555"/>
          <w:sz w:val="20"/>
        </w:rPr>
        <w:t>[5]</w:t>
      </w:r>
    </w:p>
    <w:p>
      <w:r>
        <w:rPr>
          <w:rFonts w:ascii="Gentium Plus" w:hAnsi="Gentium Plus"/>
          <w:sz w:val="24"/>
        </w:rPr>
        <w:t>μυκτῆρος ἔγχει. πρὸ τοῦ δὲ τοῦτο ποιῆσαι, ἀψινθίῳ καὶ νί‐ τρῳ καὶ μέλιτι καὶ ὀξυκράτῳ τὸ στόμα τοῦ ἵππου ἀπόπλυνε. \|</w:t>
      </w:r>
    </w:p>
    <w:p>
      <w:pPr>
        <w:jc w:val="center"/>
      </w:pPr>
      <w:r>
        <w:rPr>
          <w:rFonts w:ascii="Gentium Plus" w:hAnsi="Gentium Plus"/>
          <w:b/>
          <w:sz w:val="24"/>
        </w:rPr>
        <w:t>περὶ περιπνευμονίας ἤτοι βουλσῶν.</w:t>
      </w:r>
    </w:p>
    <w:p>
      <w:pPr>
        <w:jc w:val="center"/>
      </w:pPr>
      <w:r>
        <w:rPr>
          <w:rFonts w:ascii="Gentium Plus" w:hAnsi="Gentium Plus"/>
          <w:b/>
          <w:sz w:val="24"/>
        </w:rPr>
        <w:t>περιπνευμονίας ἴασις.</w:t>
      </w:r>
    </w:p>
    <w:p>
      <w:r>
        <w:rPr>
          <w:rFonts w:ascii="Courier New" w:hAnsi="Courier New"/>
          <w:color w:val="555555"/>
          <w:sz w:val="20"/>
        </w:rPr>
        <w:t>[1]</w:t>
      </w:r>
    </w:p>
    <w:p>
      <w:r>
        <w:rPr>
          <w:rFonts w:ascii="Gentium Plus" w:hAnsi="Gentium Plus"/>
          <w:sz w:val="24"/>
        </w:rPr>
        <w:t>Λαβὼν θείου οὐγκίας ἕξ, σμύρνης γο ἓξ τρίψας, καὶ</w:t>
      </w:r>
    </w:p>
    <w:p>
      <w:r>
        <w:rPr>
          <w:rFonts w:ascii="Courier New" w:hAnsi="Courier New"/>
          <w:color w:val="555555"/>
          <w:sz w:val="20"/>
        </w:rPr>
        <w:t>[5]</w:t>
      </w:r>
    </w:p>
    <w:p>
      <w:r>
        <w:rPr>
          <w:rFonts w:ascii="Gentium Plus" w:hAnsi="Gentium Plus"/>
          <w:sz w:val="24"/>
        </w:rPr>
        <w:t>λας ἐπὶ κοιλίαν, ὑποβαστάζων τὸν σίδηρον, μὴ καθικέσθαι τοῦ βάθους. ἐὰν δὲ πῦον ῥέῃ, παῦε καὶ τὸ καῦμα θεράπευε πίσσῃ καὶ κηρῷ καὶ ἐλαίῳ.</w:t>
      </w:r>
    </w:p>
    <w:p>
      <w:pPr>
        <w:jc w:val="center"/>
      </w:pPr>
      <w:r>
        <w:rPr>
          <w:rFonts w:ascii="Gentium Plus" w:hAnsi="Gentium Plus"/>
          <w:b/>
          <w:sz w:val="24"/>
        </w:rPr>
        <w:t>Πελαγωνίου πρὸς βουλσοὺς ἤτοι περιπνευμο‐</w:t>
      </w:r>
    </w:p>
    <w:p>
      <w:r>
        <w:rPr>
          <w:rFonts w:ascii="Courier New" w:hAnsi="Courier New"/>
          <w:color w:val="555555"/>
          <w:sz w:val="20"/>
        </w:rPr>
        <w:t>[t2]</w:t>
      </w:r>
    </w:p>
    <w:p>
      <w:r>
        <w:rPr>
          <w:rFonts w:ascii="Gentium Plus" w:hAnsi="Gentium Plus"/>
          <w:sz w:val="24"/>
        </w:rPr>
        <w:t>νίας.</w:t>
      </w:r>
    </w:p>
    <w:p>
      <w:r>
        <w:rPr>
          <w:rFonts w:ascii="Courier New" w:hAnsi="Courier New"/>
          <w:color w:val="555555"/>
          <w:sz w:val="20"/>
        </w:rPr>
        <w:t>[1]</w:t>
      </w:r>
    </w:p>
    <w:p>
      <w:r>
        <w:rPr>
          <w:rFonts w:ascii="Gentium Plus" w:hAnsi="Gentium Plus"/>
          <w:sz w:val="24"/>
        </w:rPr>
        <w:t>Χοιρίδιον γαλαθηνὸν σφάξον, παρεστῶτος ἐκεῖσε ἑτοίμου τοῦ κακουμένου ζῴου, καὶ εὐθέως ζέον τὸ αἷμα ἔγχει τῇ φά‐ ρυγι αὐτοῦ. \|</w:t>
      </w:r>
    </w:p>
    <w:p>
      <w:pPr>
        <w:jc w:val="center"/>
      </w:pPr>
      <w:r>
        <w:rPr>
          <w:rFonts w:ascii="Gentium Plus" w:hAnsi="Gentium Plus"/>
          <w:b/>
          <w:sz w:val="24"/>
        </w:rPr>
        <w:t>ἄλλο εἰς τὸ αὐτό.</w:t>
      </w:r>
    </w:p>
    <w:p>
      <w:r>
        <w:rPr>
          <w:rFonts w:ascii="Courier New" w:hAnsi="Courier New"/>
          <w:color w:val="555555"/>
          <w:sz w:val="20"/>
        </w:rPr>
        <w:t>[1]</w:t>
      </w:r>
    </w:p>
    <w:p>
      <w:r>
        <w:rPr>
          <w:rFonts w:ascii="Gentium Plus" w:hAnsi="Gentium Plus"/>
          <w:sz w:val="24"/>
        </w:rPr>
        <w:t>Ἀπὸ ζύμης σιτίνης, ὅθεν μέλλει λοιπὸν ἄρτος γίνεσθαι, σφαιρία ποιήσας μετὰ ἑψήματος, τῷ ζῴῳ δίδου ἐφ’ ἱκαναῖς ἡμέραις, ἕως ἂν ὑγιάνῃ. ποτίζων δὲ αὐτὸ μέμνησο τῷ ὕδατι μιγνύειν ἄλευρον.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Σκόροδα Γαλλικὰ καθαρίσας καὶ ἐν ὅλμῳ κόψας, ἀξουγγίῳ παλαιῷ μῖξον καὶ ποίησον παστίλους, εἶτα μέλι καὶ ἕψημα καὶ ᾠὰ μίξας, ἐν ταύτῃ τῇ μίξει τοὺς παστίλους βάψας, ἐπὶ τρισὶν ἡμέραις δίδου.</w:t>
      </w:r>
    </w:p>
    <w:p>
      <w:pPr>
        <w:jc w:val="center"/>
      </w:pPr>
      <w:r>
        <w:rPr>
          <w:rFonts w:ascii="Gentium Plus" w:hAnsi="Gentium Plus"/>
          <w:b/>
          <w:sz w:val="24"/>
        </w:rPr>
        <w:t>ἄλλο Ἠμερίτου.</w:t>
      </w:r>
    </w:p>
    <w:p>
      <w:r>
        <w:rPr>
          <w:rFonts w:ascii="Courier New" w:hAnsi="Courier New"/>
          <w:color w:val="555555"/>
          <w:sz w:val="20"/>
        </w:rPr>
        <w:t>[1]</w:t>
      </w:r>
    </w:p>
    <w:p>
      <w:r>
        <w:rPr>
          <w:rFonts w:ascii="Gentium Plus" w:hAnsi="Gentium Plus"/>
          <w:sz w:val="24"/>
        </w:rPr>
        <w:t>Φάβατος ἀληλεσμένου γο ἕξ, βρέξας εἰς ἑψήματος 𐆅 γʹ,</w:t>
      </w:r>
    </w:p>
    <w:p>
      <w:pPr>
        <w:jc w:val="center"/>
      </w:pPr>
      <w:r>
        <w:rPr>
          <w:rFonts w:ascii="Gentium Plus" w:hAnsi="Gentium Plus"/>
          <w:b/>
          <w:sz w:val="24"/>
        </w:rPr>
        <w:t>Θεομνήστου εἰς τὸ αὐτὸ πάθος.</w:t>
      </w:r>
    </w:p>
    <w:p>
      <w:r>
        <w:rPr>
          <w:rFonts w:ascii="Courier New" w:hAnsi="Courier New"/>
          <w:color w:val="555555"/>
          <w:sz w:val="20"/>
        </w:rPr>
        <w:t>[7 . 6]</w:t>
      </w:r>
    </w:p>
    <w:p>
      <w:r>
        <w:rPr>
          <w:rFonts w:ascii="Gentium Plus" w:hAnsi="Gentium Plus"/>
          <w:sz w:val="24"/>
        </w:rPr>
        <w:t>Ἀκολούθως μετὰ τὴν βῆχα καὶ περὶ πνευμο\ νίας ἔγραψα· μάλιστα γὰρ ἀπὸ τῆς τάσεως ταύτης ὁ πνεύ‐ μων ῥήγνυται. γίνεται δὲ πολλάκις καὶ ἀπὸ δρόμου ῥῆγμα ἢ πηδήματος, ὅταν ἑρκίον ἢ τάφρον ὑπερβῇ. πολλάκις δὲ</w:t>
      </w:r>
    </w:p>
    <w:p>
      <w:r>
        <w:rPr>
          <w:rFonts w:ascii="Courier New" w:hAnsi="Courier New"/>
          <w:color w:val="555555"/>
          <w:sz w:val="20"/>
        </w:rPr>
        <w:t>[5]</w:t>
      </w:r>
    </w:p>
    <w:p>
      <w:r>
        <w:rPr>
          <w:rFonts w:ascii="Gentium Plus" w:hAnsi="Gentium Plus"/>
          <w:sz w:val="24"/>
        </w:rPr>
        <w:t>τοῦτο συμβαίνει κατὰ τοὺς ἐν θήρᾳ διωγμούς· ἔσθ’ ὅτε δὲ καὶ πολὺ διψήσας ἵππος ἢ ἄλλο ὑποζύγιον, ἀθρόως σὺν πολλῷ πνεύματι σπασάμενος τοῦ ποτοῦ, ῥήγνυσι τὸν πνεύμονα δι’ αἰτίαν τοιαύτην· ὁ πνεύμων πάντων τῶν ἐντοσθίων λεπτό‐ τατον ἔχει τὸν ὑμένα καὶ πνεύματος οἰκείου πεπλήρωται πᾶς.</w:t>
      </w:r>
    </w:p>
    <w:p>
      <w:r>
        <w:rPr>
          <w:rFonts w:ascii="Courier New" w:hAnsi="Courier New"/>
          <w:color w:val="555555"/>
          <w:sz w:val="20"/>
        </w:rPr>
        <w:t>[10]</w:t>
      </w:r>
    </w:p>
    <w:p>
      <w:r>
        <w:rPr>
          <w:rFonts w:ascii="Gentium Plus" w:hAnsi="Gentium Plus"/>
          <w:sz w:val="24"/>
        </w:rPr>
        <w:t>τὸ δὲ ἐν αὐτῷ ὑγρόν, διὰ τὴν συνεχῆ κίνησιν ἀφρῶδες ὄν, λεπτότατον ὑπάρχει σφόδρα. νεῦρον δὲ ἢ σαρκίον ἢ μῦς οὐδὲν αὐτῷ τυγχάνει, ἀλλ’ ἔστι μαλακώτατος. ἡ γὰρ φύσις αὐτὸν τῇ ἀειπαλεῖ καρδίᾳ ὑπεστήρισε τοιοῦτον, ὡς ἂν μήποτε πρὸς ἀντιτυπὲς πελάσασα καὶ πληγεῖσα θανάτου παραιτία γένηται</w:t>
      </w:r>
    </w:p>
    <w:p>
      <w:r>
        <w:rPr>
          <w:rFonts w:ascii="Courier New" w:hAnsi="Courier New"/>
          <w:color w:val="555555"/>
          <w:sz w:val="20"/>
        </w:rPr>
        <w:t>[15]</w:t>
      </w:r>
    </w:p>
    <w:p>
      <w:r>
        <w:rPr>
          <w:rFonts w:ascii="Gentium Plus" w:hAnsi="Gentium Plus"/>
          <w:sz w:val="24"/>
        </w:rPr>
        <w:t>τῷ ζῴῳ. ὁ τοιοῦτος οὖν ἐν ὀλίγῃ τάσει ῥῆξιν ὑπομένει. καὶ ὅταν μὲν ἐν ἀρχαῖς ᾖ ῥῆγμα ἐν πνεύ\|μονι, ἀκολουθεῖ τὸ πά‐</w:t>
      </w:r>
    </w:p>
    <w:p>
      <w:r>
        <w:rPr>
          <w:rFonts w:ascii="Courier New" w:hAnsi="Courier New"/>
          <w:color w:val="555555"/>
          <w:sz w:val="20"/>
        </w:rPr>
        <w:t>[7 . 7]</w:t>
      </w:r>
    </w:p>
    <w:p>
      <w:r>
        <w:rPr>
          <w:rFonts w:ascii="Gentium Plus" w:hAnsi="Gentium Plus"/>
          <w:sz w:val="24"/>
        </w:rPr>
        <w:t>ἐκθησόμεθα οὖν ἀμφοτέρων καὶ γνωρίσματα καὶ θερα‐ πείας, 〈ἐπεὶ τρόπον ἕνα τοῦ χειροποιήτου σοι πνευ‐ μονικοῦ μηνύσαντες καὶ αὐτοὶ καὶ θεασάμενοι καὶ〉 θεραπεύσαντες 〈ἐφυλαξάμεθα〉. στρατιώτης, δοκῶν εἶναι</w:t>
      </w:r>
    </w:p>
    <w:p>
      <w:r>
        <w:rPr>
          <w:rFonts w:ascii="Courier New" w:hAnsi="Courier New"/>
          <w:color w:val="555555"/>
          <w:sz w:val="20"/>
        </w:rPr>
        <w:t>[5]</w:t>
      </w:r>
    </w:p>
    <w:p>
      <w:r>
        <w:rPr>
          <w:rFonts w:ascii="Gentium Plus" w:hAnsi="Gentium Plus"/>
          <w:sz w:val="24"/>
        </w:rPr>
        <w:t>φιλόκαλος, ἴδιον ἵππον ἅπαξ τῆς ἡμέρας ἁλῶν ὑπέρκορον ἐποίει τοῦτον τὸν τρόπον· κέρας ἔχων κοῖλον, ἁλῶν ἐπλήρου τοῦτο, καὶ ἀνατείνων τὸν ἵππον καὶ διανοίγων αὐτοῦ τὸ στόμα, ἐνέχει τοὺς ἅλας εἰς τὴν φάρυγα ἀθρόον, καὶ πάλιν ἀνεκρέμα, ἵνα ἐμπίπτωσιν ἅλες. τοῦτο γὰρ ἐρωτηθεὶς ἀπεκρίνατό μοι.</w:t>
      </w:r>
    </w:p>
    <w:p>
      <w:r>
        <w:rPr>
          <w:rFonts w:ascii="Courier New" w:hAnsi="Courier New"/>
          <w:color w:val="555555"/>
          <w:sz w:val="20"/>
        </w:rPr>
        <w:t>[10]</w:t>
      </w:r>
    </w:p>
    <w:p>
      <w:r>
        <w:rPr>
          <w:rFonts w:ascii="Gentium Plus" w:hAnsi="Gentium Plus"/>
          <w:sz w:val="24"/>
        </w:rPr>
        <w:t>ὅπερ δρῶν φθισικὸν ἀπεργάσατο τὸν ἵππον, σφόδρα εὐγενῆ τε καὶ δόκιμον ὄντα. τὸ γὰρ ἅλας ὂν λεπτυντικόν, ἀθρόως ἐμβληθὲν διὰ τοῦ κέρατος, ἐπὶ σχήματος γενομένου τοῦ ἵππου κατὰ τὴν κρέμασιν, κατερρύη τῷ πνεύμονι, καὶ καταστάζοντες ἰχῶρες δριμύτατοι διέφαγον εἰς βάθος τὸν ὑμένα τοῦ πνεύ\|‐</w:t>
      </w:r>
    </w:p>
    <w:p>
      <w:r>
        <w:rPr>
          <w:rFonts w:ascii="Courier New" w:hAnsi="Courier New"/>
          <w:color w:val="555555"/>
          <w:sz w:val="20"/>
        </w:rPr>
        <w:t>[15]</w:t>
      </w:r>
    </w:p>
    <w:p>
      <w:r>
        <w:rPr>
          <w:rFonts w:ascii="Gentium Plus" w:hAnsi="Gentium Plus"/>
          <w:sz w:val="24"/>
        </w:rPr>
        <w:t>μονος, καὶ ἕλκος ἐργασάμενοι φθίσει περιέβαλον τὸ ζῷον, καὶ ἐφ’ ἑκάστης ἡμέρας ἰσχνοῦτο. σημειωσάμενος οὖν καὶ γνούς, ὅ τι πέπονθεν, καὶ ὡς οὐκ ἀλλαχόθεν ἢ ἐκ τοῦ ἁλός, κλαί‐ οντι καὶ ὀλοφυρομένῳ ἔδωκα ἵππον, εὐγενῆ μὲν οὐδαμῶς, ὑγιῆ δέ. καὶ ἔλαβον τὸν ἵππον, καὶ θεραπεύσας ἔσχον πάλιν ἀγω‐</w:t>
      </w:r>
    </w:p>
    <w:p>
      <w:r>
        <w:rPr>
          <w:rFonts w:ascii="Courier New" w:hAnsi="Courier New"/>
          <w:color w:val="555555"/>
          <w:sz w:val="20"/>
        </w:rPr>
        <w:t>[20]</w:t>
      </w:r>
    </w:p>
    <w:p>
      <w:r>
        <w:rPr>
          <w:rFonts w:ascii="Gentium Plus" w:hAnsi="Gentium Plus"/>
          <w:sz w:val="24"/>
        </w:rPr>
        <w:t>νιστήν, ὡς ἀρέσαι τε βασιλεῖ καὶ ὑπ’ αὐτοῦ κατασχεθῆναι.</w:t>
      </w:r>
    </w:p>
    <w:p>
      <w:r>
        <w:rPr>
          <w:rFonts w:ascii="Courier New" w:hAnsi="Courier New"/>
          <w:color w:val="555555"/>
          <w:sz w:val="20"/>
        </w:rPr>
        <w:t>[7 . 8]</w:t>
      </w:r>
    </w:p>
    <w:p>
      <w:r>
        <w:rPr>
          <w:rFonts w:ascii="Gentium Plus" w:hAnsi="Gentium Plus"/>
          <w:sz w:val="24"/>
        </w:rPr>
        <w:t>ἐκθήσομαι οὖν καὶ τὴν ἐπίγνωσιν καὶ τὴν θεραπείαν. ἐπίγνωσις δὲ πνευμόρρωγος αὕτη· ἀναπνεῖ μικρόν, καὶ τὸ μέ‐ ρος τὸ κατὰ τὴν πλευρὰν δείκνυσι τῷ στόματι, στένει κολοβόν, ἐν τῷ ἀναπνεῖν ἀλγῶν, βήσσειν φοβεῖται, καὶ οὕτως βήσσει</w:t>
      </w:r>
    </w:p>
    <w:p>
      <w:r>
        <w:rPr>
          <w:rFonts w:ascii="Courier New" w:hAnsi="Courier New"/>
          <w:color w:val="555555"/>
          <w:sz w:val="20"/>
        </w:rPr>
        <w:t>[5]</w:t>
      </w:r>
    </w:p>
    <w:p>
      <w:r>
        <w:rPr>
          <w:rFonts w:ascii="Gentium Plus" w:hAnsi="Gentium Plus"/>
          <w:sz w:val="24"/>
        </w:rPr>
        <w:t>ὡς ὀστέον καταπιών· χρὴ οὖν αὐτὸν ἐᾶν ἐφ’ ἡσυχίας, φλεβο‐ τομεῖν δὲ ἐν τῇ κατὰ τὴν κοτύλην προβολῇ. ἰσχνοῦται γὰρ</w:t>
      </w:r>
    </w:p>
    <w:p>
      <w:r>
        <w:rPr>
          <w:rFonts w:ascii="Courier New" w:hAnsi="Courier New"/>
          <w:color w:val="555555"/>
          <w:sz w:val="20"/>
        </w:rPr>
        <w:t>[10]</w:t>
      </w:r>
    </w:p>
    <w:p>
      <w:r>
        <w:rPr>
          <w:rFonts w:ascii="Gentium Plus" w:hAnsi="Gentium Plus"/>
          <w:sz w:val="24"/>
        </w:rPr>
        <w:t>πιότατον καθεψῆσαι καὶ τράγειον σὺν αὐτῷ στέαρ καὶ ἐγχυ‐ ματίζειν σὺν τοῖς χυλοῖς ἐπὶ ἑπτὰ ἡμέραις. πινέτω δὲ ὕδωρ γαλακτῶδες 〈τῇ κράσει〉 χειμῶνος ἀπὸ ἀλεύρου πυρίνου, θέ‐ ρους δὲ πτισάνην 〈κριθίνην〉· οὕτω γὰρ συναφθήσεται ἡ ῥῆξις.</w:t>
      </w:r>
    </w:p>
    <w:p>
      <w:r>
        <w:rPr>
          <w:rFonts w:ascii="Courier New" w:hAnsi="Courier New"/>
          <w:color w:val="555555"/>
          <w:sz w:val="20"/>
        </w:rPr>
        <w:t>[7 . 9]</w:t>
      </w:r>
    </w:p>
    <w:p>
      <w:r>
        <w:rPr>
          <w:rFonts w:ascii="Gentium Plus" w:hAnsi="Gentium Plus"/>
          <w:sz w:val="24"/>
        </w:rPr>
        <w:t>εἰ δὲ φθάσει ἐμπυϊκὸς γενέσθαι, σημεῖα αὐτοῦ ταῦτα· ὕδωρ προσίεται πολύ, τρώγει πλέον παρὰ τὴν συνήθειαν, καὶ βήσσων ἠρέμα πολλάκις πῦον ἀνάγει, ἔσθ’ ὅτε δὲ καὶ αὐτὰς τὰς ἐφελκίδας. ἐγχυματίσεις οὖν τὸν τοιοῦτον ἐγχυματισμῷ</w:t>
      </w:r>
    </w:p>
    <w:p>
      <w:r>
        <w:rPr>
          <w:rFonts w:ascii="Courier New" w:hAnsi="Courier New"/>
          <w:color w:val="555555"/>
          <w:sz w:val="20"/>
        </w:rPr>
        <w:t>[5]</w:t>
      </w:r>
    </w:p>
    <w:p>
      <w:r>
        <w:rPr>
          <w:rFonts w:ascii="Gentium Plus" w:hAnsi="Gentium Plus"/>
          <w:sz w:val="24"/>
        </w:rPr>
        <w:t>τοιῷδε· ἀνδράχνη λάχανόν ἐστιν ἄγριον κηπουρικόν. ταύτης τὸν χυλὸν μετὰ ῥοδίνου ἐπὶ ἡμέραις τρισὶν ἢ ἑπτὰ ἐγχυμάτι‐ σον, ἐπεμβάλλων τραγάκανθαν ἀποβραχεῖσαν διὰ γλυκέος Κρη‐ τικοῦ καὶ γάλακτος αἰγείου, εἰ δὲ μὴ ᾖ γάλα, πτισάνης χυλοῦ ἢ βρόμου, μάλιστα ὅταν ὁ ἐμπυϊκὸς ὄζῃ διὰ τῶν μυκτήρων</w:t>
      </w:r>
    </w:p>
    <w:p>
      <w:r>
        <w:rPr>
          <w:rFonts w:ascii="Courier New" w:hAnsi="Courier New"/>
          <w:color w:val="555555"/>
          <w:sz w:val="20"/>
        </w:rPr>
        <w:t>[10]</w:t>
      </w:r>
    </w:p>
    <w:p>
      <w:r>
        <w:rPr>
          <w:rFonts w:ascii="Gentium Plus" w:hAnsi="Gentium Plus"/>
          <w:sz w:val="24"/>
        </w:rPr>
        <w:t>δυσωδέστατα. ἀποθεραπεύσεις δὲ αὐτὸν ἐπὶ ἡμέραις ἑπτά, ἐγ‐ χυματίζων τούτοις· κόστου γο βʹ, κασίας γο δʹ κόψας, σῆσον λεπτῷ κοσκίνῳ, καὶ βαλὼν \| 〈σταφίδας σὺν οἴνῳ ἐγχυμάτιζε. γυμνασιῶν δὲ ἀπεχέσθω, ὀλίγοις δὲ μόνον περιπάτοις δι’ ἀγωγέως χρήσθω.〉</w:t>
      </w:r>
    </w:p>
    <w:p>
      <w:pPr>
        <w:jc w:val="center"/>
      </w:pPr>
      <w:r>
        <w:rPr>
          <w:rFonts w:ascii="Gentium Plus" w:hAnsi="Gentium Plus"/>
          <w:b/>
          <w:sz w:val="24"/>
        </w:rPr>
        <w:t>περὶ κριθιάσεως καὶ λαβροποσίασ.</w:t>
      </w:r>
    </w:p>
    <w:p>
      <w:pPr>
        <w:jc w:val="center"/>
      </w:pPr>
      <w:r>
        <w:rPr>
          <w:rFonts w:ascii="Gentium Plus" w:hAnsi="Gentium Plus"/>
          <w:b/>
          <w:sz w:val="24"/>
        </w:rPr>
        <w:t>Αψύρτου.</w:t>
      </w:r>
    </w:p>
    <w:p>
      <w:r>
        <w:rPr>
          <w:rFonts w:ascii="Courier New" w:hAnsi="Courier New"/>
          <w:color w:val="555555"/>
          <w:sz w:val="20"/>
        </w:rPr>
        <w:t>[8 . 1]</w:t>
      </w:r>
    </w:p>
    <w:p>
      <w:r>
        <w:rPr>
          <w:rFonts w:ascii="Gentium Plus" w:hAnsi="Gentium Plus"/>
          <w:sz w:val="24"/>
        </w:rPr>
        <w:t>Ἄψυρτος Ἀμμωνίῳ Ἀλεξανδρεῖ χαίρειν. ἔγραψάς</w:t>
      </w:r>
    </w:p>
    <w:p>
      <w:r>
        <w:rPr>
          <w:rFonts w:ascii="Courier New" w:hAnsi="Courier New"/>
          <w:color w:val="555555"/>
          <w:sz w:val="20"/>
        </w:rPr>
        <w:t>[5]</w:t>
      </w:r>
    </w:p>
    <w:p>
      <w:r>
        <w:rPr>
          <w:rFonts w:ascii="Gentium Plus" w:hAnsi="Gentium Plus"/>
          <w:sz w:val="24"/>
        </w:rPr>
        <w:t>ὁδοιπορίας ὢν ἢ δρόμου ὑπὸ τὸ ἆσθμα λάβῃ τὰς κριθάς, ἄπεπτος γίνεται, καὶ ὑποτρέχει ἡ ὠμότης ὑπὸ τὴν βύρσαν, καὶ ὑποτέταται περὶ πᾶν τὸ σῶμα, καὶ συσπᾶται καὶ οὐ προ‐ βαίνει, οὐδὲ τὰ ἄρθρα κάμπτειν δύναται, καὶ τὰ οὖρα μετὰ βίας προΐεται, ῥίπτει τε ἑαυτόν καὶ διεγείρεσθαι οὐ θέλει,</w:t>
      </w:r>
    </w:p>
    <w:p>
      <w:r>
        <w:rPr>
          <w:rFonts w:ascii="Courier New" w:hAnsi="Courier New"/>
          <w:color w:val="555555"/>
          <w:sz w:val="20"/>
        </w:rPr>
        <w:t>[10]</w:t>
      </w:r>
    </w:p>
    <w:p>
      <w:r>
        <w:rPr>
          <w:rFonts w:ascii="Gentium Plus" w:hAnsi="Gentium Plus"/>
          <w:sz w:val="24"/>
        </w:rPr>
        <w:t>ἀλλ’ ἐσθίει κατακείμενος.</w:t>
      </w:r>
    </w:p>
    <w:p>
      <w:r>
        <w:rPr>
          <w:rFonts w:ascii="Courier New" w:hAnsi="Courier New"/>
          <w:color w:val="555555"/>
          <w:sz w:val="20"/>
        </w:rPr>
        <w:t>[8 . 2]</w:t>
      </w:r>
    </w:p>
    <w:p>
      <w:r>
        <w:rPr>
          <w:rFonts w:ascii="Gentium Plus" w:hAnsi="Gentium Plus"/>
          <w:sz w:val="24"/>
        </w:rPr>
        <w:t>θεραπεύεται δὲ οὕτως· αἷμα ἀφαίρει, διακόπτων τὰς ἐν τοῖς μεσοκυνίοις τοῖς ἐμπροσθίοις φλέβας ἐκ τοῦ ἐντὸς μέρους ἢ τοῦ ἐκτός, καὶ ἔασον ἀπορρυῆναι τὸ ἱκανόν, εἶτα καταλαβό‐ μενος δεσμῷ τὰ ἀγγεῖα, κατάντλει αὐτὰ θερμῷ ὀξυκράτῳ</w:t>
      </w:r>
    </w:p>
    <w:p>
      <w:r>
        <w:rPr>
          <w:rFonts w:ascii="Courier New" w:hAnsi="Courier New"/>
          <w:color w:val="555555"/>
          <w:sz w:val="20"/>
        </w:rPr>
        <w:t>[5]</w:t>
      </w:r>
    </w:p>
    <w:p>
      <w:r>
        <w:rPr>
          <w:rFonts w:ascii="Gentium Plus" w:hAnsi="Gentium Plus"/>
          <w:sz w:val="24"/>
        </w:rPr>
        <w:t>πλήθει τοσούτῳ· ὕδατος λͅ ρʹ καὶ ὄξους οὐγγίας κʹ ἀναμίξας, σπόγγῳ πρόσφερε πρὸς τὴν ἔκφυσιν τοῦ ὤμου, ἵνα ἡ ῥύσις κατὰ τοῦ βραχίονος ᾖ. εἰς ἀμφοτέρους δὲ τοὺς τόπους τοῦτο ποιήσεις. καὶ τῇ ἐχομένῃ ἡμέρᾳ ἀφαίρει ὡσαύτως ἀπὸ τῶν αὐτῶν τόπων τῶν ὀπισθίων ποδῶν, καὶ κατάντλει, ὡς προ‐</w:t>
      </w:r>
    </w:p>
    <w:p>
      <w:r>
        <w:rPr>
          <w:rFonts w:ascii="Courier New" w:hAnsi="Courier New"/>
          <w:color w:val="555555"/>
          <w:sz w:val="20"/>
        </w:rPr>
        <w:t>[10]</w:t>
      </w:r>
    </w:p>
    <w:p>
      <w:r>
        <w:rPr>
          <w:rFonts w:ascii="Gentium Plus" w:hAnsi="Gentium Plus"/>
          <w:sz w:val="24"/>
        </w:rPr>
        <w:t>είρηται. κριθὰς δὲ τούτῳ μὴ προσενέγκῃς μέχρι ἡμερῶν δε‐ κατεσσάρων. ἐὰν δὲ ᾖ χόρτος χλωρός, μάλιστα ἐκείνῳ χρῶ. ἀνάγκαζε δὲ καθ’ ἡμέραν περιπατεῖν, προάγων ἐπὶ τὸν ἥλιον, συγχρίων ὄξει καὶ ἐλαίῳ, ἵνα ἡ βύρσα εὐένδοτος γένηται. οἶνον δὲ μὴ μίξῃς (ἀναψύχων γὰρ ἐπισυνδεσμεύει) καὶ τρῖψιν</w:t>
      </w:r>
    </w:p>
    <w:p>
      <w:r>
        <w:rPr>
          <w:rFonts w:ascii="Courier New" w:hAnsi="Courier New"/>
          <w:color w:val="555555"/>
          <w:sz w:val="20"/>
        </w:rPr>
        <w:t>[15]</w:t>
      </w:r>
    </w:p>
    <w:p>
      <w:r>
        <w:rPr>
          <w:rFonts w:ascii="Gentium Plus" w:hAnsi="Gentium Plus"/>
          <w:sz w:val="24"/>
        </w:rPr>
        <w:t>ποιοῦ κατὰ τρίχα εἰς τὰ κάτω μέρη· δοκεῖ γὰρ διὰ τῶν πο‐ δῶν ἐκπίπτειν τὸ ἀρρώστημα. διὸ καὶ τὰς ὁπλὰς ἀλλάσσει, ἐν αἷς οἱ βάτραχοι ἁπαλοὶ γίνονται καὶ αἱμορροοῦσιν. οὓς δεῖ ἀπο‐</w:t>
      </w:r>
    </w:p>
    <w:p>
      <w:r>
        <w:rPr>
          <w:rFonts w:ascii="Courier New" w:hAnsi="Courier New"/>
          <w:color w:val="555555"/>
          <w:sz w:val="20"/>
        </w:rPr>
        <w:t>[20]</w:t>
      </w:r>
    </w:p>
    <w:p>
      <w:r>
        <w:rPr>
          <w:rFonts w:ascii="Gentium Plus" w:hAnsi="Gentium Plus"/>
          <w:sz w:val="24"/>
        </w:rPr>
        <w:t>ἐν ἀρχῇ δὲ μὴ ῥοΐσῃς, ἵνα μὴ πυκνώσῃς τοὺς πόρους.</w:t>
      </w:r>
    </w:p>
    <w:p>
      <w:r>
        <w:rPr>
          <w:rFonts w:ascii="Courier New" w:hAnsi="Courier New"/>
          <w:color w:val="555555"/>
          <w:sz w:val="20"/>
        </w:rPr>
        <w:t>[8 . 3]</w:t>
      </w:r>
    </w:p>
    <w:p>
      <w:r>
        <w:rPr>
          <w:rFonts w:ascii="Gentium Plus" w:hAnsi="Gentium Plus"/>
          <w:sz w:val="24"/>
        </w:rPr>
        <w:t>συμβαίνει δὲ καὶ τοῦτο πολλάκις ἐν τῇ ὁδοιπορίᾳ ἢ καὶ ἐλθόντι ἐπὶ ποτὸν λάβρως ἐφελκύσασθαι τοῦ πόματος, καὶ ὡσαύτως συνδεσμεῖται. καὶ ἐν τούτῳ δὲ χρήσῃ τῇ αὐτῇ θε‐ ραπείᾳ. συντόμως δὲ ὁ τοιοῦτος ἀποκαθίσταται, καὶ τούτου</w:t>
      </w:r>
    </w:p>
    <w:p>
      <w:r>
        <w:rPr>
          <w:rFonts w:ascii="Courier New" w:hAnsi="Courier New"/>
          <w:color w:val="555555"/>
          <w:sz w:val="20"/>
        </w:rPr>
        <w:t>[5]</w:t>
      </w:r>
    </w:p>
    <w:p>
      <w:r>
        <w:rPr>
          <w:rFonts w:ascii="Gentium Plus" w:hAnsi="Gentium Plus"/>
          <w:sz w:val="24"/>
        </w:rPr>
        <w:t>οὐκ ἀλλάσσονται αἱ ὁπλαί. τὸν δὲ κριθιῶντα καὶ τῷ νίτρῳ ποτίζειν λέγεται, καὶ σκορπίουρον βοτάνην, τὴν καὶ ἡλιοτρό‐ πιον καλουμένην, τρίψαντας ἐν οἴνῳ, δι’ ἑκατέρων τῶν μυ‐ κτήρων ἐγχεῖν· οὕτω γὰρ τὰς ὁπλὰς τάχιον ἀλλάσσεσθαι. περι‐ γενόμενος δὲ ἐκ τοῦ πάθους τούτου, εἰς τὴν χρῆσιν οὐκ ἔχει</w:t>
      </w:r>
    </w:p>
    <w:p>
      <w:r>
        <w:rPr>
          <w:rFonts w:ascii="Courier New" w:hAnsi="Courier New"/>
          <w:color w:val="555555"/>
          <w:sz w:val="20"/>
        </w:rPr>
        <w:t>[10]</w:t>
      </w:r>
    </w:p>
    <w:p>
      <w:r>
        <w:rPr>
          <w:rFonts w:ascii="Gentium Plus" w:hAnsi="Gentium Plus"/>
          <w:sz w:val="24"/>
        </w:rPr>
        <w:t>τὴν αὐτὴν δύναμιν τὸν λοιπὸν χρόνον. εἰ δὲ φλεβοτομουμένου τοῦ ἵππου τὸ αἷμα βουληθῇς στῆσαι, στυπτηρίαν καύσας καὶ τρίψας κατάδησον, καὶ στήσεται. \|</w:t>
      </w:r>
    </w:p>
    <w:p>
      <w:pPr>
        <w:jc w:val="center"/>
      </w:pPr>
      <w:r>
        <w:rPr>
          <w:rFonts w:ascii="Gentium Plus" w:hAnsi="Gentium Plus"/>
          <w:b/>
          <w:sz w:val="24"/>
        </w:rPr>
        <w:t>Ἱεροκλέους εἰς τὸ αὐτὸ καὶ περὶ λαβροποσίας.</w:t>
      </w:r>
    </w:p>
    <w:p>
      <w:r>
        <w:rPr>
          <w:rFonts w:ascii="Courier New" w:hAnsi="Courier New"/>
          <w:color w:val="555555"/>
          <w:sz w:val="20"/>
        </w:rPr>
        <w:t>[8 . 4]</w:t>
      </w:r>
    </w:p>
    <w:p>
      <w:r>
        <w:rPr>
          <w:rFonts w:ascii="Gentium Plus" w:hAnsi="Gentium Plus"/>
          <w:sz w:val="24"/>
        </w:rPr>
        <w:t>Περὶ κριθιάσεως ἐντελέστερον διελθεῖν χρήσιμον. ὅταν ἐξ ὁδοιπορίας ὢν ἢ δρόμου ἔτι ἀσθμαίνων φάγῃ κριθάς, ἀπεπτεῖ, καὶ ἡ ὠμότης ὑπὸ τὴν βύρσαν ὑπελθοῦσα περιτρέχει πᾶν τὸ σῶμα. συσπᾶται οὖν καὶ οὐ προβαίνει, οὐδὲ τὰ ἄρθρα δύνα‐</w:t>
      </w:r>
    </w:p>
    <w:p>
      <w:r>
        <w:rPr>
          <w:rFonts w:ascii="Courier New" w:hAnsi="Courier New"/>
          <w:color w:val="555555"/>
          <w:sz w:val="20"/>
        </w:rPr>
        <w:t>[5]</w:t>
      </w:r>
    </w:p>
    <w:p>
      <w:r>
        <w:rPr>
          <w:rFonts w:ascii="Gentium Plus" w:hAnsi="Gentium Plus"/>
          <w:sz w:val="24"/>
        </w:rPr>
        <w:t>ται κάμπτειν, τά τε οὖρα μετὰ βίας προΐεται, ἱδροῖ τε τοὺς μηροὺς καὶ τὰς πλευράς, καὶ ἡ τροφὴ ὑπὸ τὸ ἆσθμα διδο‐ μένη ἕλκεται τῷ πνεύματι, καὶ οὐ θέλει ἐγείρεσθαι, ἀλλ’ ἐσθίει κατακείμενος.</w:t>
      </w:r>
    </w:p>
    <w:p>
      <w:r>
        <w:rPr>
          <w:rFonts w:ascii="Courier New" w:hAnsi="Courier New"/>
          <w:color w:val="555555"/>
          <w:sz w:val="20"/>
        </w:rPr>
        <w:t>[8 . 5]</w:t>
      </w:r>
    </w:p>
    <w:p>
      <w:r>
        <w:rPr>
          <w:rFonts w:ascii="Gentium Plus" w:hAnsi="Gentium Plus"/>
          <w:sz w:val="24"/>
        </w:rPr>
        <w:t>θεραπευθήσεται δὲ οὕτως· φλέβα διελὼν ἀπὸ τῶν ἐν τοῖς</w:t>
      </w:r>
    </w:p>
    <w:p>
      <w:r>
        <w:rPr>
          <w:rFonts w:ascii="Courier New" w:hAnsi="Courier New"/>
          <w:color w:val="555555"/>
          <w:sz w:val="20"/>
        </w:rPr>
        <w:t>[5]</w:t>
      </w:r>
    </w:p>
    <w:p>
      <w:r>
        <w:rPr>
          <w:rFonts w:ascii="Gentium Plus" w:hAnsi="Gentium Plus"/>
          <w:sz w:val="24"/>
        </w:rPr>
        <w:t>μίξας, σπόγγῳ πρόσφερε πρὸς τὴν ἔκφυσιν τοῦ ὤμου, ἵνα ἡ ῥύσις ἐπὶ τὸν βρα\|χίονα φέρηται. ποίει δὲ τοῦτο ἐπ’ ἀμφοτέ‐ ρων τῶν ποδῶν. τῇ δὲ ἑξῆς ἡμέρᾳ ἀπὸ τῶν ὀπισθίων ποδῶν τῶν αὐτῶν τόπων ὁμοίως ἀφελὼν αἷμα κατάντλει, ὡς προ‐ είρηται. κριθὰς δὲ μὴ πρόσφερε ἕως ἡμερῶν δεκατεσσάρων.</w:t>
      </w:r>
    </w:p>
    <w:p>
      <w:r>
        <w:rPr>
          <w:rFonts w:ascii="Courier New" w:hAnsi="Courier New"/>
          <w:color w:val="555555"/>
          <w:sz w:val="20"/>
        </w:rPr>
        <w:t>[10]</w:t>
      </w:r>
    </w:p>
    <w:p>
      <w:r>
        <w:rPr>
          <w:rFonts w:ascii="Gentium Plus" w:hAnsi="Gentium Plus"/>
          <w:sz w:val="24"/>
        </w:rPr>
        <w:t>ἐὰν δὲ χόρτος ᾖ χλωρός, μάλιστα ἐκείνῳ χρῶ. ἀναγκαζέσθω δὲ περιπατεῖν καθ’ ἡμέραν, καὶ τριβέσθω εἰς τὰ κάτω κατὰ τρίχα· δοκεῖ γὰρ διὰ τῶν ποδῶν ἐκχωρεῖν τὸ ἀρρώστημα. διὸ καὶ τὰς ὁπλὰς ἀλλάσσει, ἐν αἷς οἱ βάτραχοι ἁπαλοὶ γίνεσθαι εἰώθασιν. οὓς χρὴ ἀποχαράσσειν κάτωθεν καὶ περικολάπτειν.</w:t>
      </w:r>
    </w:p>
    <w:p>
      <w:r>
        <w:rPr>
          <w:rFonts w:ascii="Courier New" w:hAnsi="Courier New"/>
          <w:color w:val="555555"/>
          <w:sz w:val="20"/>
        </w:rPr>
        <w:t>[15]</w:t>
      </w:r>
    </w:p>
    <w:p>
      <w:r>
        <w:rPr>
          <w:rFonts w:ascii="Gentium Plus" w:hAnsi="Gentium Plus"/>
          <w:sz w:val="24"/>
        </w:rPr>
        <w:t>ὅταν γε μὴν ὑπὸ τοῦ περιπάτου βελτίων γίγνηται, κυλιέσθω καὶ ῥοϊζέσθω. ἐν ἀρχῇ δὲ οὐ συμφέρει ῥοΐζεσθαι, ὡς μὴ στε‐ γανωθέντας ἐμφραχθῆναι τοὺς πόρους.</w:t>
      </w:r>
    </w:p>
    <w:p>
      <w:r>
        <w:rPr>
          <w:rFonts w:ascii="Courier New" w:hAnsi="Courier New"/>
          <w:color w:val="555555"/>
          <w:sz w:val="20"/>
        </w:rPr>
        <w:t>[8 . 6]</w:t>
      </w:r>
    </w:p>
    <w:p>
      <w:r>
        <w:rPr>
          <w:rFonts w:ascii="Gentium Plus" w:hAnsi="Gentium Plus"/>
          <w:sz w:val="24"/>
        </w:rPr>
        <w:t>ἔνιοι δέ φασι δεῖν, ἐὰν εὐθὺς αἴσθηταί τις κεκριθιακότα τὸν ἵππον, ἁλῶν δράκα εἰς ὄξους δριμέος ξέστην βαλόντα διὰ στόματος ἐγχυματίζειν. ἐὰν μέντοι κατὰ ὁδοιπορίαν ὅμοιόν τι αὐτῷ συμβῇ λάβρως τοῦ ποτοῦ ἐφελκυσαμέ\|νῳ δοκῇ τε συν‐</w:t>
      </w:r>
    </w:p>
    <w:p>
      <w:r>
        <w:rPr>
          <w:rFonts w:ascii="Courier New" w:hAnsi="Courier New"/>
          <w:color w:val="555555"/>
          <w:sz w:val="20"/>
        </w:rPr>
        <w:t>[5]</w:t>
      </w:r>
    </w:p>
    <w:p>
      <w:r>
        <w:rPr>
          <w:rFonts w:ascii="Gentium Plus" w:hAnsi="Gentium Plus"/>
          <w:sz w:val="24"/>
        </w:rPr>
        <w:t>δεδέσθαι, τῇ αὐτῇ οὖν δεῖ χρήσασθαι θεραπείᾳ. οὔτε γὰρ ἀλλάσσονται αὐτοῦ αἱ ὁπλαί, καὶ θᾶττον ἀποκαθίσταται. γνώσῃ γε μὴν τὸ πάθος τοῦτο φρίττοντος τοῦ ἵππου, καὶ ἐν τῇ ὑπε‐ ρώᾳ τοῦ δέρματος ἠρέμα διοιδοῦντος.</w:t>
      </w:r>
    </w:p>
    <w:p>
      <w:r>
        <w:rPr>
          <w:rFonts w:ascii="Courier New" w:hAnsi="Courier New"/>
          <w:color w:val="555555"/>
          <w:sz w:val="20"/>
        </w:rPr>
        <w:t>[8 . 7]</w:t>
      </w:r>
    </w:p>
    <w:p>
      <w:r>
        <w:rPr>
          <w:rFonts w:ascii="Gentium Plus" w:hAnsi="Gentium Plus"/>
          <w:sz w:val="24"/>
        </w:rPr>
        <w:t>ἀρέσκει δέ τισιν τὸν κριθιάσαντα καὶ τῷ νίτρῳ ποτίζειν. εἰ δὲ βούλοιο αὐτὸν θᾶτ‐ τον τὰς ὁπλὰς ἀλλάσσειν, πόαν τὴν καλουμένην ἡλιοτρόπιον τρίψας ἐν οἴνῳ διὰ μυκτήρων ἀμφοτέρων ἐγχυμάτιζε. ἴσθι</w:t>
      </w:r>
    </w:p>
    <w:p>
      <w:r>
        <w:rPr>
          <w:rFonts w:ascii="Courier New" w:hAnsi="Courier New"/>
          <w:color w:val="555555"/>
          <w:sz w:val="20"/>
        </w:rPr>
        <w:t>[5]</w:t>
      </w:r>
    </w:p>
    <w:p>
      <w:r>
        <w:rPr>
          <w:rFonts w:ascii="Gentium Plus" w:hAnsi="Gentium Plus"/>
          <w:sz w:val="24"/>
        </w:rPr>
        <w:t>γε μήν, ὡς περιγενόμενος ἐκ τούτου τοῦ πάθους οὐκ ἔχει τὴν αὐτὴν δύναμιν εἰς τὴν χρῆσιν τὸν ἐπίλοιπον χρόνον.</w:t>
      </w:r>
    </w:p>
    <w:p>
      <w:r>
        <w:rPr>
          <w:rFonts w:ascii="Courier New" w:hAnsi="Courier New"/>
          <w:color w:val="555555"/>
          <w:sz w:val="20"/>
        </w:rPr>
        <w:t>[8 . 8]</w:t>
      </w:r>
    </w:p>
    <w:p>
      <w:r>
        <w:rPr>
          <w:rFonts w:ascii="Gentium Plus" w:hAnsi="Gentium Plus"/>
          <w:sz w:val="24"/>
        </w:rPr>
        <w:t>ἐὰν</w:t>
      </w:r>
    </w:p>
    <w:p>
      <w:r>
        <w:rPr>
          <w:rFonts w:ascii="Courier New" w:hAnsi="Courier New"/>
          <w:color w:val="555555"/>
          <w:sz w:val="20"/>
        </w:rPr>
        <w:t>[5]</w:t>
      </w:r>
    </w:p>
    <w:p>
      <w:r>
        <w:rPr>
          <w:rFonts w:ascii="Gentium Plus" w:hAnsi="Gentium Plus"/>
          <w:sz w:val="24"/>
        </w:rPr>
        <w:t>σφαγίτιδας καὶ καρωτίδας καὶ τὸν νωτιαῖον μυελὸν ἀπὸ τού‐ των τρέφεσθαι.</w:t>
      </w:r>
    </w:p>
    <w:p>
      <w:r>
        <w:rPr>
          <w:rFonts w:ascii="Courier New" w:hAnsi="Courier New"/>
          <w:color w:val="555555"/>
          <w:sz w:val="20"/>
        </w:rPr>
        <w:t>[8 . 9]</w:t>
      </w:r>
    </w:p>
    <w:p>
      <w:r>
        <w:rPr>
          <w:rFonts w:ascii="Gentium Plus" w:hAnsi="Gentium Plus"/>
          <w:sz w:val="24"/>
        </w:rPr>
        <w:t>ἔνιοι δὲ συνέταξαν μὴ ποτίζειν αὐτόν, ἀλλὰ κλύζειν οὕτως· πίτυρα πύρινα καὶ νίτρου τὸ ὄγδοον μέ‐ ρος καὶ ἐλαίου \| ἡμικοτύλιον μίξαντα καὶ ὕδωρ, ὡς γενέσθαι δύο χοάς, ἐγχεῖν διὰ τῆς ἕδρας καὶ ποιεῖν περιπατεῖν. πει‐</w:t>
      </w:r>
    </w:p>
    <w:p>
      <w:r>
        <w:rPr>
          <w:rFonts w:ascii="Courier New" w:hAnsi="Courier New"/>
          <w:color w:val="555555"/>
          <w:sz w:val="20"/>
        </w:rPr>
        <w:t>[5]</w:t>
      </w:r>
    </w:p>
    <w:p>
      <w:r>
        <w:rPr>
          <w:rFonts w:ascii="Gentium Plus" w:hAnsi="Gentium Plus"/>
          <w:sz w:val="24"/>
        </w:rPr>
        <w:t>ρᾶσθαι δὲ καὶ τῇ χειρὶ ἀληλιμμένῃ ἐλαίῳ τὰ κόπρια ἐκκενοῦν, εἶτα ἠπειγμένως τρέχειν πρὸς ἀνάβασιν ποιεῖν. καὶ γὰρ τοῦτο πρὸς τὴν ἴασιν συντελέσει αὐτοῖς.</w:t>
      </w:r>
    </w:p>
    <w:p>
      <w:pPr>
        <w:jc w:val="center"/>
      </w:pPr>
      <w:r>
        <w:rPr>
          <w:rFonts w:ascii="Gentium Plus" w:hAnsi="Gentium Plus"/>
          <w:b/>
          <w:sz w:val="24"/>
        </w:rPr>
        <w:t>εἰς τὸ αὐτὸ πάθος πρόγνωσις καὶ ἴασις.</w:t>
      </w:r>
    </w:p>
    <w:p>
      <w:r>
        <w:rPr>
          <w:rFonts w:ascii="Courier New" w:hAnsi="Courier New"/>
          <w:color w:val="555555"/>
          <w:sz w:val="20"/>
        </w:rPr>
        <w:t>[8 . 10]</w:t>
      </w:r>
    </w:p>
    <w:p>
      <w:r>
        <w:rPr>
          <w:rFonts w:ascii="Gentium Plus" w:hAnsi="Gentium Plus"/>
          <w:sz w:val="24"/>
        </w:rPr>
        <w:t>Κριθιάσεως τάδε σημεῖα· τὰ ὄμματα οὐ καλῶς ἔχει, τὸ στόμα ἄφθης μεστόν, ἡ ζέα ἤτοι γραμμὴ μετέωρος, πνεῖ θερ‐ μόν, αἱ φλέβες αἵματος πλήρεις, ἐπιγίνεται δὲ αὐτῷ καὶ ἀχλύς. σκέπτεσθαι δεῖ οὖν πάντα ταῦτα τὸν τὸν ἵππον πιαίνοντα,</w:t>
      </w:r>
    </w:p>
    <w:p>
      <w:r>
        <w:rPr>
          <w:rFonts w:ascii="Courier New" w:hAnsi="Courier New"/>
          <w:color w:val="555555"/>
          <w:sz w:val="20"/>
        </w:rPr>
        <w:t>[5]</w:t>
      </w:r>
    </w:p>
    <w:p>
      <w:r>
        <w:rPr>
          <w:rFonts w:ascii="Gentium Plus" w:hAnsi="Gentium Plus"/>
          <w:sz w:val="24"/>
        </w:rPr>
        <w:t>καὶ ἐὰν βούληται, παραστήσαντα καθ’ ἓν ἕκαστον ὁρᾶν τῶν σημείων. καὶ πρῶτον μὲν ἀφαιρεῖν αὐτοῦ αἷμα ἀπὸ τοῦ οὐρανίσκου, διαριθμησάμενον τὴν ζέαν τὴν τρί‐ την ἢ τὴν τετάρτην ἐκ τοῦ κατὰ τὰ ἀριστερὰ μέρους ὡσεὶ κοτύλας τρεῖς. ἀφελεῖν δὲ καὶ \| ἀπὸ τῶν ἐμπροσθίων σκελῶν</w:t>
      </w:r>
    </w:p>
    <w:p>
      <w:r>
        <w:rPr>
          <w:rFonts w:ascii="Courier New" w:hAnsi="Courier New"/>
          <w:color w:val="555555"/>
          <w:sz w:val="20"/>
        </w:rPr>
        <w:t>[10]</w:t>
      </w:r>
    </w:p>
    <w:p>
      <w:r>
        <w:rPr>
          <w:rFonts w:ascii="Gentium Plus" w:hAnsi="Gentium Plus"/>
          <w:sz w:val="24"/>
        </w:rPr>
        <w:t>ἀπὸ τοῦ ἔσω μέρους ἐπάνω τοῦ γόνατος καὶ ἐᾶσαι ῥυῆναι ὅσον κοτύλας τρεῖς.</w:t>
      </w:r>
    </w:p>
    <w:p>
      <w:r>
        <w:rPr>
          <w:rFonts w:ascii="Courier New" w:hAnsi="Courier New"/>
          <w:color w:val="555555"/>
          <w:sz w:val="20"/>
        </w:rPr>
        <w:t>[8 . 11]</w:t>
      </w:r>
    </w:p>
    <w:p>
      <w:r>
        <w:rPr>
          <w:rFonts w:ascii="Gentium Plus" w:hAnsi="Gentium Plus"/>
          <w:sz w:val="24"/>
        </w:rPr>
        <w:t>καὶ μὴ χορτάζειν ταύτης τῆς ἡμέρας κριθὰς μηδὲ ἄχυρα, ἀλλὰ πόαν ἁπαλὴν κατατέμνειν καὶ ἐν ὕδατι τέγγειν. πινέτω δὲ τούτου τοῦ ὕδατος μὴ πλέον χοῆς πρὸς τὸ μὴ ῥιγοῦν. καὶ τῇ ὑστεραίᾳ κριθῶν μετεχέτω μὴ πλέον</w:t>
      </w:r>
    </w:p>
    <w:p>
      <w:r>
        <w:rPr>
          <w:rFonts w:ascii="Courier New" w:hAnsi="Courier New"/>
          <w:color w:val="555555"/>
          <w:sz w:val="20"/>
        </w:rPr>
        <w:t>[5]</w:t>
      </w:r>
    </w:p>
    <w:p>
      <w:r>
        <w:rPr>
          <w:rFonts w:ascii="Gentium Plus" w:hAnsi="Gentium Plus"/>
          <w:sz w:val="24"/>
        </w:rPr>
        <w:t>δύο χοινίκων, τῆς δὲ πόας πλέον διδόσθω, καὶ τοῦ ποτοῦ χοὴ ἐφ’ ἑκάτερον, τῇ δὲ τρίτῃ ἡμίολα πάντα, ταῖς δὲ λοιπαῖς ἡμέ‐ ραις ὅσον εἰώθει. ἐὰν δὲ εἰς τὰ ὀπίσθια τὸ ἀρρώστημα κλίνῃ, σχάσας ἀπὸ ἀμφοτέρων τῶν σκελῶν ὑποκάτω τοῦ βουβῶνος, ἄφελε ὅσον κοτύλας ἕξ. ἡ δὲ θεραπεία αὕτη καὶ ἐπὶ τῶν προ‐</w:t>
      </w:r>
    </w:p>
    <w:p>
      <w:r>
        <w:rPr>
          <w:rFonts w:ascii="Courier New" w:hAnsi="Courier New"/>
          <w:color w:val="555555"/>
          <w:sz w:val="20"/>
        </w:rPr>
        <w:t>[10]</w:t>
      </w:r>
    </w:p>
    <w:p>
      <w:r>
        <w:rPr>
          <w:rFonts w:ascii="Gentium Plus" w:hAnsi="Gentium Plus"/>
          <w:sz w:val="24"/>
        </w:rPr>
        <w:t>τέρων γέγραπται.</w:t>
      </w:r>
    </w:p>
    <w:p>
      <w:pPr>
        <w:jc w:val="center"/>
      </w:pPr>
      <w:r>
        <w:rPr>
          <w:rFonts w:ascii="Gentium Plus" w:hAnsi="Gentium Plus"/>
          <w:b/>
          <w:sz w:val="24"/>
        </w:rPr>
        <w:t>ἄλλο εἰς τὸ αὐτό.</w:t>
      </w:r>
    </w:p>
    <w:p>
      <w:r>
        <w:rPr>
          <w:rFonts w:ascii="Courier New" w:hAnsi="Courier New"/>
          <w:color w:val="555555"/>
          <w:sz w:val="20"/>
        </w:rPr>
        <w:t>[1]</w:t>
      </w:r>
    </w:p>
    <w:p>
      <w:r>
        <w:rPr>
          <w:rFonts w:ascii="Gentium Plus" w:hAnsi="Gentium Plus"/>
          <w:sz w:val="24"/>
        </w:rPr>
        <w:t>Ὑοσκυάμου, εἰ μὲν ἐν θέρει, ὅταν ἔχῃ φύλλα χλωρά, λα‐ βὼν ὡς δέκα ἢ ιεʹ φύλλα καὶ τρίψας καλῶς εἰς ἴγδιν μετὰ οἴνου Ἰταλικοῦ, τὸ ἥμισυ \| ἐγχυμάτισον, καὶ εὐθέως αὐτὸν διακίνησον, καὶ παραχρῆμα ἰαθήσεται. εἰ δὲ ἐν χειμῶνι, ὅτε</w:t>
      </w:r>
    </w:p>
    <w:p>
      <w:r>
        <w:rPr>
          <w:rFonts w:ascii="Courier New" w:hAnsi="Courier New"/>
          <w:color w:val="555555"/>
          <w:sz w:val="20"/>
        </w:rPr>
        <w:t>[5]</w:t>
      </w:r>
    </w:p>
    <w:p>
      <w:r>
        <w:rPr>
          <w:rFonts w:ascii="Gentium Plus" w:hAnsi="Gentium Plus"/>
          <w:sz w:val="24"/>
        </w:rPr>
        <w:t>μὴ εὑρεθῇ φύλλα χλωρά, λαβὼν τοῦ σπέρματος αὐτοῦ, ὅσον αἴρουσιν οἱ τρεῖς δάκτυλοι, τρίψας ὁμοίως χρῶ μετὰ οἴνου Ἰταλικοῦ. \|</w:t>
      </w:r>
    </w:p>
    <w:p>
      <w:pPr>
        <w:jc w:val="center"/>
      </w:pPr>
      <w:r>
        <w:rPr>
          <w:rFonts w:ascii="Gentium Plus" w:hAnsi="Gentium Plus"/>
          <w:b/>
          <w:sz w:val="24"/>
        </w:rPr>
        <w:t>περὶ φλεβοτομίας.</w:t>
      </w:r>
    </w:p>
    <w:p>
      <w:pPr>
        <w:jc w:val="center"/>
      </w:pPr>
      <w:r>
        <w:rPr>
          <w:rFonts w:ascii="Gentium Plus" w:hAnsi="Gentium Plus"/>
          <w:b/>
          <w:sz w:val="24"/>
        </w:rPr>
        <w:t>Αψύρτου.</w:t>
      </w:r>
    </w:p>
    <w:p>
      <w:r>
        <w:rPr>
          <w:rFonts w:ascii="Courier New" w:hAnsi="Courier New"/>
          <w:color w:val="555555"/>
          <w:sz w:val="20"/>
        </w:rPr>
        <w:t>[9 . 1]</w:t>
      </w:r>
    </w:p>
    <w:p>
      <w:r>
        <w:rPr>
          <w:rFonts w:ascii="Gentium Plus" w:hAnsi="Gentium Plus"/>
          <w:sz w:val="24"/>
        </w:rPr>
        <w:t>Ἄψυρτος Τορανίῳ Βάρωνι χαίρειν. πυνθανομένῳ, τίνες εἰσὶν ἐν τοῖς ἵπποις φλέβες, ἃς δεῖ σχάζειν, δι’ ὧν τὰ πάθη ῥᾳδίως ἐκκομισθήσεται, ἀναγκαῖον ἡγησάμην ἐπιδεῖξαί σοι. δεῖ πρῶτον ἐκ τῆς ὑπερῴας ποιεῖσθαι τὴν ἀφαίρεσιν,</w:t>
      </w:r>
    </w:p>
    <w:p>
      <w:r>
        <w:rPr>
          <w:rFonts w:ascii="Courier New" w:hAnsi="Courier New"/>
          <w:color w:val="555555"/>
          <w:sz w:val="20"/>
        </w:rPr>
        <w:t>[5]</w:t>
      </w:r>
    </w:p>
    <w:p>
      <w:r>
        <w:rPr>
          <w:rFonts w:ascii="Gentium Plus" w:hAnsi="Gentium Plus"/>
          <w:sz w:val="24"/>
        </w:rPr>
        <w:t>δι’ ἣν μόνην καὶ πρώτην δυνατὸν ἐν ὑγείᾳ διατηρεῖσθαι τὰ κτήνη. ἐὰν 〈δὲ〉 ᾖ πλεονεκτούμενος τῷ σώματι καὶ λίαν ἐπί‐ σωμος ἢ κνήθων ἑαυτόν, ὥστε καὶ παρατρίβειν πρὸς τὰς φάτνας καὶ τοὺς τοίχους, καὶ τοὺς ὀδόντας ἐπεβάλλων ἑαυτῷ ἢ σείων τὴν κεφαλήν, ἢ τὰ ὦτα καταβάλλων, ἢ χασμώμενος</w:t>
      </w:r>
    </w:p>
    <w:p>
      <w:r>
        <w:rPr>
          <w:rFonts w:ascii="Courier New" w:hAnsi="Courier New"/>
          <w:color w:val="555555"/>
          <w:sz w:val="20"/>
        </w:rPr>
        <w:t>[10]</w:t>
      </w:r>
    </w:p>
    <w:p>
      <w:r>
        <w:rPr>
          <w:rFonts w:ascii="Gentium Plus" w:hAnsi="Gentium Plus"/>
          <w:sz w:val="24"/>
        </w:rPr>
        <w:t>πυκνά, προβάλλων τε τὰ σκέλη τὰ ἐμπρόσθια ἐναλλάξ, ἢ</w:t>
      </w:r>
    </w:p>
    <w:p>
      <w:r>
        <w:rPr>
          <w:rFonts w:ascii="Courier New" w:hAnsi="Courier New"/>
          <w:color w:val="555555"/>
          <w:sz w:val="20"/>
        </w:rPr>
        <w:t>[15]</w:t>
      </w:r>
    </w:p>
    <w:p>
      <w:r>
        <w:rPr>
          <w:rFonts w:ascii="Gentium Plus" w:hAnsi="Gentium Plus"/>
          <w:sz w:val="24"/>
        </w:rPr>
        <w:t>κεντήσεις δύσσταλτοί εἰσιν ἐν τῇ στάσει τοῦ αἵματος.</w:t>
      </w:r>
    </w:p>
    <w:p>
      <w:r>
        <w:rPr>
          <w:rFonts w:ascii="Courier New" w:hAnsi="Courier New"/>
          <w:color w:val="555555"/>
          <w:sz w:val="20"/>
        </w:rPr>
        <w:t>[9 . 2]</w:t>
      </w:r>
    </w:p>
    <w:p>
      <w:r>
        <w:rPr>
          <w:rFonts w:ascii="Gentium Plus" w:hAnsi="Gentium Plus"/>
          <w:sz w:val="24"/>
        </w:rPr>
        <w:t>ὁμοίως καὶ τοῦ πυρέσσοντος ἐπιγνώσῃ τὴν κεφαλὴν κάτω ῥέπουσαν ἐπὶ τὴν γῆν. καὶ τούτου αἷμα ἀφαιρεῖν ἐκ τῶν κροτάφων καὶ τοῦ προσώπου. τῶν δὲ ὀπισθοτονικῶν, ὑπό τινων λεγομένων τετανικῶν, οὐ δεῖ αἷμα ἀφαιρεῖν.</w:t>
      </w:r>
    </w:p>
    <w:p>
      <w:r>
        <w:rPr>
          <w:rFonts w:ascii="Courier New" w:hAnsi="Courier New"/>
          <w:color w:val="555555"/>
          <w:sz w:val="20"/>
        </w:rPr>
        <w:t>[5]</w:t>
      </w:r>
    </w:p>
    <w:p>
      <w:r>
        <w:rPr>
          <w:rFonts w:ascii="Gentium Plus" w:hAnsi="Gentium Plus"/>
          <w:sz w:val="24"/>
        </w:rPr>
        <w:t>παραξηραίνεται γὰρ τὸ νευρῶδες ἐν τῇ ἀφαιρέσει τοῦ αἵματος. οὐ μόνον δὲ τούτου ἅπτεται, ἀλλὰ καὶ τοῦ πάθους ἀσιτίαν παρεχομένου ἀδικεῖται φλεβοτομούμενος. συμβαίνει δὲ τούτῳ ἀπὸ συντονίας δρόμου καὶ πλείονος ἐλασμοῦ ἀδυνατεῖν μὲν ἑστάναι, κατακλιθῆναι δὲ μὴ δύνασθαι βουλομένῳ, ἄκροις δὲ</w:t>
      </w:r>
    </w:p>
    <w:p>
      <w:r>
        <w:rPr>
          <w:rFonts w:ascii="Courier New" w:hAnsi="Courier New"/>
          <w:color w:val="555555"/>
          <w:sz w:val="20"/>
        </w:rPr>
        <w:t>[10]</w:t>
      </w:r>
    </w:p>
    <w:p>
      <w:r>
        <w:rPr>
          <w:rFonts w:ascii="Gentium Plus" w:hAnsi="Gentium Plus"/>
          <w:sz w:val="24"/>
        </w:rPr>
        <w:t>τοῖς ποσὶν ἐπιβαίνειν φλεγμαινομένοις. τούτου δεῖ ἐξαιματί‐ ζειν τὰς ἐν τοῖς μεσοκυνίοις ἐναλλὰξ τῶν ἐμπροσθίων καὶ τῶν ὀπισθίων φλέβας. \|</w:t>
      </w:r>
    </w:p>
    <w:p>
      <w:r>
        <w:rPr>
          <w:rFonts w:ascii="Courier New" w:hAnsi="Courier New"/>
          <w:color w:val="555555"/>
          <w:sz w:val="20"/>
        </w:rPr>
        <w:t>[9 . 3]</w:t>
      </w:r>
    </w:p>
    <w:p>
      <w:r>
        <w:rPr>
          <w:rFonts w:ascii="Gentium Plus" w:hAnsi="Gentium Plus"/>
          <w:sz w:val="24"/>
        </w:rPr>
        <w:t>〈κριθίασις δὲ λέγεται δυσίατον πάθος, ἐν ᾧ ἔκστυψις ἄρθρων, καὶ πολυχρόνιον. καὶ τούτου σχάζειν δεῖ τὰς ἐν τοῖς μεσοκυνίοις ὡσαύτως. συμβαίνει δὲ τὸ πάθος τροφῆς διδο‐ μένης ὑπὸ τοῦ ἄσθματος· ἕλκεται τῷ πνεύματι, ῥώθωνας ἀνα‐</w:t>
      </w:r>
    </w:p>
    <w:p>
      <w:r>
        <w:rPr>
          <w:rFonts w:ascii="Courier New" w:hAnsi="Courier New"/>
          <w:color w:val="555555"/>
          <w:sz w:val="20"/>
        </w:rPr>
        <w:t>[5]</w:t>
      </w:r>
    </w:p>
    <w:p>
      <w:r>
        <w:rPr>
          <w:rFonts w:ascii="Gentium Plus" w:hAnsi="Gentium Plus"/>
          <w:sz w:val="24"/>
        </w:rPr>
        <w:t>πεπταμένους ἔχει, ἱδρὼς ἐν τοῖς μεσομηρίοις καὶ νόθαις</w:t>
      </w:r>
    </w:p>
    <w:p>
      <w:r>
        <w:rPr>
          <w:rFonts w:ascii="Courier New" w:hAnsi="Courier New"/>
          <w:color w:val="555555"/>
          <w:sz w:val="20"/>
        </w:rPr>
        <w:t>[10]</w:t>
      </w:r>
    </w:p>
    <w:p>
      <w:r>
        <w:rPr>
          <w:rFonts w:ascii="Gentium Plus" w:hAnsi="Gentium Plus"/>
          <w:sz w:val="24"/>
        </w:rPr>
        <w:t>καρωτίδας, ἔτι καὶ τὸν νωτιαῖον μυελὸν ὑπὸ τούτων τρέφε‐ σθαι. τινὲς δὲ λέγουσιν ἐν τοῖς μαινομένοις ποιεῖσθαι τὴν ἀφαίρεσιν ἐκ τούτων τῶν τόπων, ἡμῖν δὲ ἀρέσκει ἐκ τῶν σκελῶν καὶ βραχιόνων, ἔστι γὰρ ὑποκάτω τοῦ πάθους καὶ ἀκινδυνότερον.</w:t>
      </w:r>
    </w:p>
    <w:p>
      <w:r>
        <w:rPr>
          <w:rFonts w:ascii="Courier New" w:hAnsi="Courier New"/>
          <w:color w:val="555555"/>
          <w:sz w:val="20"/>
        </w:rPr>
        <w:t>[9 . 4]</w:t>
      </w:r>
    </w:p>
    <w:p>
      <w:r>
        <w:rPr>
          <w:rFonts w:ascii="Gentium Plus" w:hAnsi="Gentium Plus"/>
          <w:sz w:val="24"/>
        </w:rPr>
        <w:t>Προσπαίσαντος δὲ τὸν πόδα ἢ στρέμμα ποιήσαντος ἢ θλάσμα, προσφάτου ὄντος τοῦ συμβεβηκότος, διαιρεῖν τὰ ἐν τῇ στεφάνῃ ἐκ τοῦ ἐντὸς μέρους ἢ ἐκ τοῦ ἐκτός, τὸ δὲ κατ’ ὄνυχα μή. ὑπόκειται γὰρ τῷ ἀγγείῳ σύνδεσμος νευρώδης τῆς</w:t>
      </w:r>
    </w:p>
    <w:p>
      <w:r>
        <w:rPr>
          <w:rFonts w:ascii="Courier New" w:hAnsi="Courier New"/>
          <w:color w:val="555555"/>
          <w:sz w:val="20"/>
        </w:rPr>
        <w:t>[5]</w:t>
      </w:r>
    </w:p>
    <w:p>
      <w:r>
        <w:rPr>
          <w:rFonts w:ascii="Gentium Plus" w:hAnsi="Gentium Plus"/>
          <w:sz w:val="24"/>
        </w:rPr>
        <w:t>χοινικίδος, καθὼς καὶ οἱ πρὸ ἡμῶν εἶπον. ἡμῖν δὲ οὐκ ἀρέσκει κεντεῖσθαι τοὺς τόπους τούτους. ψωρίασις δὲ ἐὰν γένηται καθ’ ὅλου τοῦ σώματος ἢ ἐν οἱῳδήποτε 〈τόπῳ〉 ἢ λειχῆνες ἢ ἐξανθήματα, καὶ τούτων σχάζειν τὰς ἐν τοῖς μεσοκυνίοις καὶ βραχίοσιν.〉</w:t>
      </w:r>
    </w:p>
    <w:p>
      <w:pPr>
        <w:jc w:val="center"/>
      </w:pPr>
      <w:r>
        <w:rPr>
          <w:rFonts w:ascii="Gentium Plus" w:hAnsi="Gentium Plus"/>
          <w:b/>
          <w:sz w:val="24"/>
        </w:rPr>
        <w:t>Ἱεροκλέους εἰς τὸ αὐτό.</w:t>
      </w:r>
    </w:p>
    <w:p>
      <w:r>
        <w:rPr>
          <w:rFonts w:ascii="Courier New" w:hAnsi="Courier New"/>
          <w:color w:val="555555"/>
          <w:sz w:val="20"/>
        </w:rPr>
        <w:t>[9 . 5]</w:t>
      </w:r>
    </w:p>
    <w:p>
      <w:r>
        <w:rPr>
          <w:rFonts w:ascii="Gentium Plus" w:hAnsi="Gentium Plus"/>
          <w:sz w:val="24"/>
        </w:rPr>
        <w:t>Πάντας τοὺς ἀπὸ πλησμονῆς καὶ ὠμότητος πάσχοντας ἄριστον φλεβοτομεῖν ἐκ τῶν ἀγκώνων καὶ βραχιόνων. θερμὴ γὰρ οὖσα τοῦ ζῴου ἡ φύσις, ταχέως ἀπὸ τῆς ὠμότητος τῶν σιτίων πυροῦται, καὶ εὐπετῶς διὰ ταῦτα πυρετὸς αὐτῷ ἐπι‐</w:t>
      </w:r>
    </w:p>
    <w:p>
      <w:r>
        <w:rPr>
          <w:rFonts w:ascii="Courier New" w:hAnsi="Courier New"/>
          <w:color w:val="555555"/>
          <w:sz w:val="20"/>
        </w:rPr>
        <w:t>[5]</w:t>
      </w:r>
    </w:p>
    <w:p>
      <w:r>
        <w:rPr>
          <w:rFonts w:ascii="Gentium Plus" w:hAnsi="Gentium Plus"/>
          <w:sz w:val="24"/>
        </w:rPr>
        <w:t>γίνεται. χρὴ μὲν οὖν γινώσκειν, ὡς τὸ φλεβοτομεῖν τοὺς ὑγαίνοντας ἵππους οὔτε Ἄψυρτος δοκιμάζει οὔτε Εὔ‐ μηλος. \| εἰ μέντοι οὖν εἰθισμένος εἴη, βέλτιον ἐκ τῆς ὑπε‐ ρῴας ἀφαιρεῖν, δι’ ἧς ἀκινδυνότερον τὰ κτήνη διατηρηθήσεται.</w:t>
      </w:r>
    </w:p>
    <w:p>
      <w:r>
        <w:rPr>
          <w:rFonts w:ascii="Courier New" w:hAnsi="Courier New"/>
          <w:color w:val="555555"/>
          <w:sz w:val="20"/>
        </w:rPr>
        <w:t>[10]</w:t>
      </w:r>
    </w:p>
    <w:p>
      <w:r>
        <w:rPr>
          <w:rFonts w:ascii="Gentium Plus" w:hAnsi="Gentium Plus"/>
          <w:sz w:val="24"/>
        </w:rPr>
        <w:t>θεώρητα εἴη τὰ ἀγγεῖα τοῦ ζῴου. συμβαίνει γὰρ ἔσθ’ ὅτε ἐν τοῖς πλαγίοις μέρεσι λεγομένοις παρὰ τὰ γόνατα καὶ ἐν τοῖς ὤμοις ἐγγίγνεσθαι φλεγμονὴν ἐκ τῆς φλεβοτομίας καὶ χω‐ λεύειν ποιεῖν.</w:t>
      </w:r>
    </w:p>
    <w:p>
      <w:r>
        <w:rPr>
          <w:rFonts w:ascii="Courier New" w:hAnsi="Courier New"/>
          <w:color w:val="555555"/>
          <w:sz w:val="20"/>
        </w:rPr>
        <w:t>[9 . 6]</w:t>
      </w:r>
    </w:p>
    <w:p>
      <w:r>
        <w:rPr>
          <w:rFonts w:ascii="Gentium Plus" w:hAnsi="Gentium Plus"/>
          <w:sz w:val="24"/>
        </w:rPr>
        <w:t>θεραπευθήσεται δὲ οὕτως· καταντλούμενος ὕδατι θερμῷ τρὶς ἢ τετράκις τῆς \| ἡμέρας, καὶ καταχριόμενος κιμωλίᾳ μετὰ ὄξους, περιπατῶν τε κατ’ ὀλίγον. διὸ πειρᾶσθαι προσήκει μὴ διαμπερὲς κρούειν τὰς φλέβας μηδὲ ἐξελκοῦν, καὶ οὐκ ἂν</w:t>
      </w:r>
    </w:p>
    <w:p>
      <w:r>
        <w:rPr>
          <w:rFonts w:ascii="Courier New" w:hAnsi="Courier New"/>
          <w:color w:val="555555"/>
          <w:sz w:val="20"/>
        </w:rPr>
        <w:t>[5]</w:t>
      </w:r>
    </w:p>
    <w:p>
      <w:r>
        <w:rPr>
          <w:rFonts w:ascii="Gentium Plus" w:hAnsi="Gentium Plus"/>
          <w:sz w:val="24"/>
        </w:rPr>
        <w:t>τοῦτο συμβαίῃ. μάλιστα δὲ προσέχειν χρή, ἐπὰν ἀπὸ τραχή‐ λου ἢ στόματος αἷμα ἀφαιρῆται. αὗται γὰρ αἱ φλέβες εἰσὶν ἐπικινδυνότεραι. \|</w:t>
      </w:r>
    </w:p>
    <w:p>
      <w:pPr>
        <w:jc w:val="center"/>
      </w:pPr>
      <w:r>
        <w:rPr>
          <w:rFonts w:ascii="Gentium Plus" w:hAnsi="Gentium Plus"/>
          <w:b/>
          <w:sz w:val="24"/>
        </w:rPr>
        <w:t>εἰ ἀρίστη ἡ φλεβοτομία τοῖς ἵπποις.</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Ἀχαϊκῷ Νικαεῖ χαίρειν. ἐσπουδακότος σου περὶ τὴν ἰατρικὴν καὶ ζητοῦντος, εἰ ἀρίστη ἐστὶ τοῖς ἵπποις ἡ φλεβοτομία, λέγω μὴ εἶναι ἀρίστην. εἴρηται δὲ καὶ Εὐ‐ μήλῳ ἱπποϊατρῷ μάλιστα δεῖν μὴ ἐθίζειν τοὺς ἵππους</w:t>
      </w:r>
    </w:p>
    <w:p>
      <w:r>
        <w:rPr>
          <w:rFonts w:ascii="Courier New" w:hAnsi="Courier New"/>
          <w:color w:val="555555"/>
          <w:sz w:val="20"/>
        </w:rPr>
        <w:t>[5]</w:t>
      </w:r>
    </w:p>
    <w:p>
      <w:r>
        <w:rPr>
          <w:rFonts w:ascii="Gentium Plus" w:hAnsi="Gentium Plus"/>
          <w:sz w:val="24"/>
        </w:rPr>
        <w:t>αἷμα ἀφαιρεῖν, οὐκέτι δὲ προσέθηκεν τὴν αἰτίαν. ἐπαγόμεθα γὰρ τὴν ζέσιν, ποιοῦντες τὴν ἔξοδον τοῦ αἵματος, καὶ νοσο‐ ποιοῦμεν. ἐὰν δὲ ὦσιν εἰθισμένοι, οὕτως ἀφαιρετέον, ὡς εἰρήκαμεν ἐν τῇ πρὸς Πούπλιον Οὐάρωνα ἐπιστολῇ.</w:t>
      </w:r>
    </w:p>
    <w:p>
      <w:pPr>
        <w:jc w:val="center"/>
      </w:pPr>
      <w:r>
        <w:rPr>
          <w:rFonts w:ascii="Gentium Plus" w:hAnsi="Gentium Plus"/>
          <w:b/>
          <w:sz w:val="24"/>
        </w:rPr>
        <w:t>τοῦ αὐτοῦ, ὅτι οὐ συμφέρει τὰς ἐντὸς τῶν</w:t>
      </w:r>
    </w:p>
    <w:p>
      <w:r>
        <w:rPr>
          <w:rFonts w:ascii="Courier New" w:hAnsi="Courier New"/>
          <w:color w:val="555555"/>
          <w:sz w:val="20"/>
        </w:rPr>
        <w:t>[t2]</w:t>
      </w:r>
    </w:p>
    <w:p>
      <w:r>
        <w:rPr>
          <w:rFonts w:ascii="Gentium Plus" w:hAnsi="Gentium Plus"/>
          <w:sz w:val="24"/>
        </w:rPr>
        <w:t>μηρῶν φλέβας τέμνειν.</w:t>
      </w:r>
    </w:p>
    <w:p>
      <w:r>
        <w:rPr>
          <w:rFonts w:ascii="Courier New" w:hAnsi="Courier New"/>
          <w:color w:val="555555"/>
          <w:sz w:val="20"/>
        </w:rPr>
        <w:t>[1]</w:t>
      </w:r>
    </w:p>
    <w:p>
      <w:r>
        <w:rPr>
          <w:rFonts w:ascii="Gentium Plus" w:hAnsi="Gentium Plus"/>
          <w:sz w:val="24"/>
        </w:rPr>
        <w:t>Ἀσύμφοροι ἐν τῇ φλεβοτομίᾳ αἱ ἐντὸς τῶν μη\ βες. ἐξαιματιζόμεναι γὰρ συμπάθειαν παρέχουσι τοῖς βου‐</w:t>
      </w:r>
    </w:p>
    <w:p>
      <w:r>
        <w:rPr>
          <w:rFonts w:ascii="Courier New" w:hAnsi="Courier New"/>
          <w:color w:val="555555"/>
          <w:sz w:val="20"/>
        </w:rPr>
        <w:t>[5]</w:t>
      </w:r>
    </w:p>
    <w:p>
      <w:r>
        <w:rPr>
          <w:rFonts w:ascii="Gentium Plus" w:hAnsi="Gentium Plus"/>
          <w:sz w:val="24"/>
        </w:rPr>
        <w:t>ἐπιβαίνοντα μόλις. ἐὰν δέ τις ἀνωτέρω παρὰ τοὺς διδύμους διακόψῃ τὴν λεγομένην ὀφιώδη φλέβα, θάνατον ἐπιφέρει. ὅταν δέ τι συμβῇ ἀρρώστημα ἐν τοῖς ὀπισθίοις, καὶ χρήζῃ ἀφαίρεσιν αἵματος, ἀφαιρεῖν δεῖ ὑποκάτω τῶν ἀγκυλῶν παρὰ τοὺς ἀστραγάλους λεγομένους ἐκ τοῦ ἐντὸς μέρους ἢ τοῦ ἐκ‐</w:t>
      </w:r>
    </w:p>
    <w:p>
      <w:r>
        <w:rPr>
          <w:rFonts w:ascii="Courier New" w:hAnsi="Courier New"/>
          <w:color w:val="555555"/>
          <w:sz w:val="20"/>
        </w:rPr>
        <w:t>[10]</w:t>
      </w:r>
    </w:p>
    <w:p>
      <w:r>
        <w:rPr>
          <w:rFonts w:ascii="Gentium Plus" w:hAnsi="Gentium Plus"/>
          <w:sz w:val="24"/>
        </w:rPr>
        <w:t>τὸς ἢ τῶν μεσοκυνίων. ἄθετοι δὲ καὶ αἱ ἐν τῇ στεφάνῃ τοῦ ποδὸς κεντήσεις· οὐ μόνον γὰρ ἐπιφέρουσι πῶρον τὸν λεγόμενον μάρμαρον, ἀλλὰ καὶ ἡ ὁπλὴ αἰτιᾶται. γίνεται γὰρ ἐν αὐτῇ φοῖνιξ ἐκ τοῦ νύγματος, καὶ διὰ τοῦτο ἔσθ’ ὅτε χωλαίνει.</w:t>
      </w:r>
    </w:p>
    <w:p>
      <w:pPr>
        <w:jc w:val="center"/>
      </w:pPr>
      <w:r>
        <w:rPr>
          <w:rFonts w:ascii="Gentium Plus" w:hAnsi="Gentium Plus"/>
          <w:b/>
          <w:sz w:val="24"/>
        </w:rPr>
        <w:t>τοῦ αὐτοῦ περὶ τοῦ μὴ δεῖν ἀπὸ κόπου</w:t>
      </w:r>
    </w:p>
    <w:p>
      <w:r>
        <w:rPr>
          <w:rFonts w:ascii="Courier New" w:hAnsi="Courier New"/>
          <w:color w:val="555555"/>
          <w:sz w:val="20"/>
        </w:rPr>
        <w:t>[t2]</w:t>
      </w:r>
    </w:p>
    <w:p>
      <w:r>
        <w:rPr>
          <w:rFonts w:ascii="Gentium Plus" w:hAnsi="Gentium Plus"/>
          <w:sz w:val="24"/>
        </w:rPr>
        <w:t>φλεβοτομεῖν.</w:t>
      </w:r>
    </w:p>
    <w:p>
      <w:r>
        <w:rPr>
          <w:rFonts w:ascii="Courier New" w:hAnsi="Courier New"/>
          <w:color w:val="555555"/>
          <w:sz w:val="20"/>
        </w:rPr>
        <w:t>[1]</w:t>
      </w:r>
    </w:p>
    <w:p>
      <w:r>
        <w:rPr>
          <w:rFonts w:ascii="Gentium Plus" w:hAnsi="Gentium Plus"/>
          <w:sz w:val="24"/>
        </w:rPr>
        <w:t>Ἄψυρτος Σέξτῳ Νουμηνίῳ χαίρειν. γινώσκειν σε \ θέλω, ὅτι ἐὰν ᾖ ἐξ ὁδοιπορίας ὁ ἵππος καὶ ὑπόκοπος, μὴ δεῖν αἷμα ἀφαιρεῖν ἐξ αὐτοῦ. οὐ γὰρ τὰς φλέβας κοπιᾷ, ἀλλὰ τὰ νεῦρα. ἐὰν οὖν αὐτὰς νύξῃς, τὰ νεῦρα ἀποξηραίνεται.</w:t>
      </w:r>
    </w:p>
    <w:p>
      <w:r>
        <w:rPr>
          <w:rFonts w:ascii="Courier New" w:hAnsi="Courier New"/>
          <w:color w:val="555555"/>
          <w:sz w:val="20"/>
        </w:rPr>
        <w:t>[5]</w:t>
      </w:r>
    </w:p>
    <w:p>
      <w:r>
        <w:rPr>
          <w:rFonts w:ascii="Gentium Plus" w:hAnsi="Gentium Plus"/>
          <w:sz w:val="24"/>
        </w:rPr>
        <w:t>αἱ γὰρ φλέβες ἔμπυροι οὖσαι ἁπαλὰ τὰ νεῦρα παρέχουσι. δεῖ οὖν ἀναφυσᾶν οἴνῳ καὶ ἐλαίῳ τοὺς ὤμους καὶ τὰ σκέλη καὶ χειροτριβεῖν μαλακαῖς ταῖς χερσίν, καὶ εἰς τόπον μὴ σκληρὸν ἑστάναι, ἀλλ’ ὅπου κόπρια ὑπόκειται ἢ ἄλλα ὑποβλήματα ἁπαλά. ἐὰν δὲ ὑπέρτονος γένηται τῷ κόπῳ, μηδὲ δεῖπνον</w:t>
      </w:r>
    </w:p>
    <w:p>
      <w:r>
        <w:rPr>
          <w:rFonts w:ascii="Courier New" w:hAnsi="Courier New"/>
          <w:color w:val="555555"/>
          <w:sz w:val="20"/>
        </w:rPr>
        <w:t>[10]</w:t>
      </w:r>
    </w:p>
    <w:p>
      <w:r>
        <w:rPr>
          <w:rFonts w:ascii="Gentium Plus" w:hAnsi="Gentium Plus"/>
          <w:sz w:val="24"/>
        </w:rPr>
        <w:t>κριθὰς διδόναι. τὸ αὐτὸ δὲ καὶ Εὐμήλῳ δεδήλωται. παρῆλθε δὲ αὐτὸν τοῦτο, ὅτι ὁδοιποροῦντος τοῦ ἵππου χωρίς</w:t>
      </w:r>
    </w:p>
    <w:p>
      <w:r>
        <w:rPr>
          <w:rFonts w:ascii="Courier New" w:hAnsi="Courier New"/>
          <w:color w:val="555555"/>
          <w:sz w:val="20"/>
        </w:rPr>
        <w:t>[15]</w:t>
      </w:r>
    </w:p>
    <w:p>
      <w:r>
        <w:rPr>
          <w:rFonts w:ascii="Gentium Plus" w:hAnsi="Gentium Plus"/>
          <w:sz w:val="24"/>
        </w:rPr>
        <w:t>ἡ σύστασις αὐτοῦ τῆς θέρμης ἀποκεκρουσμένης, καὶ ἐπισυν‐ δεσμεῖται. δεῖ οὖν τῇ ἐπαύριον ἢ τῇ ἐχομένῃ τὴν ἀφαίρεσιν ποιεῖσθαι. \| τότε γὰρ προσεπιτρέχουσιν εἰς τὰς φλέβας οἱ ἰχῶρες ζητοῦντες τὴν ἔξοδον. ἐπιγνώσεται δὲ τοῦτο ὁ ποιού‐ μενος τὴν ἀφαίρεσιν.</w:t>
      </w:r>
    </w:p>
    <w:p>
      <w:pPr>
        <w:jc w:val="center"/>
      </w:pPr>
      <w:r>
        <w:rPr>
          <w:rFonts w:ascii="Gentium Plus" w:hAnsi="Gentium Plus"/>
          <w:b/>
          <w:sz w:val="24"/>
        </w:rPr>
        <w:t>τοῦ αὐτοῦ, ὅτι οὐ δεῖ ἐπὶ πολὺν χρόνον</w:t>
      </w:r>
    </w:p>
    <w:p>
      <w:r>
        <w:rPr>
          <w:rFonts w:ascii="Courier New" w:hAnsi="Courier New"/>
          <w:color w:val="555555"/>
          <w:sz w:val="20"/>
        </w:rPr>
        <w:t>[t2]</w:t>
      </w:r>
    </w:p>
    <w:p>
      <w:r>
        <w:rPr>
          <w:rFonts w:ascii="Gentium Plus" w:hAnsi="Gentium Plus"/>
          <w:sz w:val="24"/>
        </w:rPr>
        <w:t>ἀποκρατεῖν τὸ ποτὸν τῷ φλεβοτομηθέντι.</w:t>
      </w:r>
    </w:p>
    <w:p>
      <w:r>
        <w:rPr>
          <w:rFonts w:ascii="Courier New" w:hAnsi="Courier New"/>
          <w:color w:val="555555"/>
          <w:sz w:val="20"/>
        </w:rPr>
        <w:t>[1]</w:t>
      </w:r>
    </w:p>
    <w:p>
      <w:r>
        <w:rPr>
          <w:rFonts w:ascii="Gentium Plus" w:hAnsi="Gentium Plus"/>
          <w:sz w:val="24"/>
        </w:rPr>
        <w:t>Μη〈δέποτε〉 δὲ φλεβοτομήσας τι τῶν μώνυχας ὁπλὰς ἐχόντων τοῦ ποτοῦ ἀποκράτει πλείονα χρόνον. διψήσαντα γὰρ ἐὰν 〈μὴ〉 ποτίσῃς, ῥᾳδίως ῥῆξιν λήψεται. ὅταν δὲ συμβῇ ἐν τοῖς γόνασι καὶ ταῖς κνήμαις χαλάσματα</w:t>
      </w:r>
    </w:p>
    <w:p>
      <w:r>
        <w:rPr>
          <w:rFonts w:ascii="Courier New" w:hAnsi="Courier New"/>
          <w:color w:val="555555"/>
          <w:sz w:val="20"/>
        </w:rPr>
        <w:t>[5]</w:t>
      </w:r>
    </w:p>
    <w:p>
      <w:r>
        <w:rPr>
          <w:rFonts w:ascii="Gentium Plus" w:hAnsi="Gentium Plus"/>
          <w:sz w:val="24"/>
        </w:rPr>
        <w:t>γενέσθαι καὶ τὰ μεσοκύνια χθαμαλά, γινώσκειν δεῖ, ὅτι ἡ περόνη ἀφίσταται ἐν αὐτοῖς, καὶ ἔστι χωλός. ὅσοι δὲ τὰ ὑπο‐ κάτω τῶν γονάτων, ἃ λέγεται κνῆμαι, παχέα ἔχουσι καὶ σαρ‐ κώδη, ῥᾳδίως οὗτοι ἐν τῇ στάσει τοὺς πόδας ῥήσσουσι, καὶ εἰσὶν οἱ λεγόμενοι ψελλισταί. οὓς δεῖ φλεβοτομεῖν ἐκ τῶν</w:t>
      </w:r>
    </w:p>
    <w:p>
      <w:r>
        <w:rPr>
          <w:rFonts w:ascii="Courier New" w:hAnsi="Courier New"/>
          <w:color w:val="555555"/>
          <w:sz w:val="20"/>
        </w:rPr>
        <w:t>[10]</w:t>
      </w:r>
    </w:p>
    <w:p>
      <w:r>
        <w:rPr>
          <w:rFonts w:ascii="Gentium Plus" w:hAnsi="Gentium Plus"/>
          <w:sz w:val="24"/>
        </w:rPr>
        <w:t>μεσοκυνίων κατὰ μῆνα. \</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Ἐὰν ἵππος ἐξ ὁδοιπορίας ἢ κόπου ᾖ, μὴ φλεβοτομείσθω μὲν παραυτίκα. εἰ γὰρ καὶ Εὐμήλῳ δοκεῖ φλεβοτομία, ἀλλὰ Ἄψυρτος ἀποδοκιμάζει. προσφυσάσθω δὲ ἐλαίῳ καὶ οἴνῳ τὰ σκέλη, καὶ ταῖς χερσὶν ἁπαλῶς ἀποτριβέσθω, μὴ</w:t>
      </w:r>
    </w:p>
    <w:p>
      <w:r>
        <w:rPr>
          <w:rFonts w:ascii="Courier New" w:hAnsi="Courier New"/>
          <w:color w:val="555555"/>
          <w:sz w:val="20"/>
        </w:rPr>
        <w:t>[5]</w:t>
      </w:r>
    </w:p>
    <w:p>
      <w:r>
        <w:rPr>
          <w:rFonts w:ascii="Gentium Plus" w:hAnsi="Gentium Plus"/>
          <w:sz w:val="24"/>
        </w:rPr>
        <w:t>ἑστὼς ἐπὶ τόπου σκληροῦ, ἀλλ’ ἐν κοπρίοις ἤ τισιν ὑποβλή‐ μασιν ἁπαλοῖς. ἐὰν δὲ ὑπέρτονος ἀπὸ κόπου γένηται, μὴ χρῆναι κριθὰς παραβάλλειν, ὥσπερ Ἀψύρτῳ καὶ Εὐμήλῳ δοκεῖ. τρίτῃ δὲ ἡμέρᾳ δύναται καὶ φλεβοτομία προσληφθεῖσα παρασχεῖν ὄνησίν τινα. χρήσιμον δὲ κἀκεῖνο· τῷ ἐξ ὁδοῦ</w:t>
      </w:r>
    </w:p>
    <w:p>
      <w:r>
        <w:rPr>
          <w:rFonts w:ascii="Courier New" w:hAnsi="Courier New"/>
          <w:color w:val="555555"/>
          <w:sz w:val="20"/>
        </w:rPr>
        <w:t>[10]</w:t>
      </w:r>
    </w:p>
    <w:p>
      <w:r>
        <w:rPr>
          <w:rFonts w:ascii="Gentium Plus" w:hAnsi="Gentium Plus"/>
          <w:sz w:val="24"/>
        </w:rPr>
        <w:t>καὶ δρόμου κεκοπωμένῳ ἄλφιτα μίξαντα οἴνῳ εὐώδει καὶ ποιήσαντα μάζας ἐντιθέναι διὰ στόματος. ἐὰν δὲ ἕλκηται διὰ τῶν λαγόνων, ἐγχυμάτιζε κρόκου ὁλκῇ τριωβόλου μετὰ ὕδατος κοτύλης.</w:t>
      </w:r>
    </w:p>
    <w:p>
      <w:pPr>
        <w:jc w:val="center"/>
      </w:pPr>
      <w:r>
        <w:rPr>
          <w:rFonts w:ascii="Gentium Plus" w:hAnsi="Gentium Plus"/>
          <w:b/>
          <w:sz w:val="24"/>
        </w:rPr>
        <w:t>Ὅτι τῶν εὐνούχων οὐ δεῖ αἷμα ἀφαιρεῖν.</w:t>
      </w:r>
    </w:p>
    <w:p>
      <w:r>
        <w:rPr>
          <w:rFonts w:ascii="Courier New" w:hAnsi="Courier New"/>
          <w:color w:val="555555"/>
          <w:sz w:val="20"/>
        </w:rPr>
        <w:t>[t2]</w:t>
      </w:r>
    </w:p>
    <w:p>
      <w:r>
        <w:rPr>
          <w:rFonts w:ascii="Gentium Plus" w:hAnsi="Gentium Plus"/>
          <w:sz w:val="24"/>
        </w:rPr>
        <w:t>Αψύρτου.</w:t>
      </w:r>
    </w:p>
    <w:p>
      <w:r>
        <w:rPr>
          <w:rFonts w:ascii="Courier New" w:hAnsi="Courier New"/>
          <w:color w:val="555555"/>
          <w:sz w:val="20"/>
        </w:rPr>
        <w:t>[1]</w:t>
      </w:r>
    </w:p>
    <w:p>
      <w:r>
        <w:rPr>
          <w:rFonts w:ascii="Gentium Plus" w:hAnsi="Gentium Plus"/>
          <w:sz w:val="24"/>
        </w:rPr>
        <w:t>Ἄψυρτος Δημητρίῳ Πάππῳ ἱπποϊατρῷ χαίρειν. ἐπὶ \| τὴν ἱπποτροφίαν σε προθύμως ἐρχόμενον γινώσκειν βού‐ λομαι, ὅσοι εἰσὶ τῶν ἵππων ὠρχοτομημένοι, μὴ δεῖν τούτων αἷμα ἀφαιρεῖν. συμβαίνει γὰρ ἐλάσσονας γίνεσθαι τῇ δυνά‐</w:t>
      </w:r>
    </w:p>
    <w:p>
      <w:r>
        <w:rPr>
          <w:rFonts w:ascii="Courier New" w:hAnsi="Courier New"/>
          <w:color w:val="555555"/>
          <w:sz w:val="20"/>
        </w:rPr>
        <w:t>[5]</w:t>
      </w:r>
    </w:p>
    <w:p>
      <w:r>
        <w:rPr>
          <w:rFonts w:ascii="Gentium Plus" w:hAnsi="Gentium Plus"/>
          <w:sz w:val="24"/>
        </w:rPr>
        <w:t>μει ἐν τῇ χρήσει, καὶ φλεβοτομουμένοις δὲ ἐν τῇ κεντήσει φλεγμοναὶ ἐπιγίνονται.</w:t>
      </w:r>
    </w:p>
    <w:p>
      <w:pPr>
        <w:jc w:val="center"/>
      </w:pPr>
      <w:r>
        <w:rPr>
          <w:rFonts w:ascii="Gentium Plus" w:hAnsi="Gentium Plus"/>
          <w:b/>
          <w:sz w:val="24"/>
        </w:rPr>
        <w:t>Ἱπποκράτους πῶς δεῖ φλεβοτομεῖν, καὶ περὶ</w:t>
      </w:r>
    </w:p>
    <w:p>
      <w:r>
        <w:rPr>
          <w:rFonts w:ascii="Courier New" w:hAnsi="Courier New"/>
          <w:color w:val="555555"/>
          <w:sz w:val="20"/>
        </w:rPr>
        <w:t>[t2]</w:t>
      </w:r>
    </w:p>
    <w:p>
      <w:r>
        <w:rPr>
          <w:rFonts w:ascii="Gentium Plus" w:hAnsi="Gentium Plus"/>
          <w:sz w:val="24"/>
        </w:rPr>
        <w:t>γραστισμοῦ.</w:t>
      </w:r>
    </w:p>
    <w:p>
      <w:r>
        <w:rPr>
          <w:rFonts w:ascii="Courier New" w:hAnsi="Courier New"/>
          <w:color w:val="555555"/>
          <w:sz w:val="20"/>
        </w:rPr>
        <w:t>[10 . 7]</w:t>
      </w:r>
    </w:p>
    <w:p>
      <w:r>
        <w:rPr>
          <w:rFonts w:ascii="Gentium Plus" w:hAnsi="Gentium Plus"/>
          <w:sz w:val="24"/>
        </w:rPr>
        <w:t>Ἄριστον εἰδέναι, πότε δεῖ τῶν ἵππων αἷμα ἀφαιρεῖν καὶ ἐν αἷς ὥραις καὶ ὅπως καὶ ἀπὸ ὅσων φλεβῶν, καὶ διαγινώ‐ σκειν τὰς φύσεις καὶ τὰς ἕξεις. οἱ μὲν γάρ εἰσιν εὖ διακεί‐ μενοι, οἱ δὲ ἰσχνοί, οἱ δὲ νοσεροί, καὶ τὸ αἷμα οὐκ ἔστι τὸ</w:t>
      </w:r>
    </w:p>
    <w:p>
      <w:r>
        <w:rPr>
          <w:rFonts w:ascii="Courier New" w:hAnsi="Courier New"/>
          <w:color w:val="555555"/>
          <w:sz w:val="20"/>
        </w:rPr>
        <w:t>[5]</w:t>
      </w:r>
    </w:p>
    <w:p>
      <w:r>
        <w:rPr>
          <w:rFonts w:ascii="Gentium Plus" w:hAnsi="Gentium Plus"/>
          <w:sz w:val="24"/>
        </w:rPr>
        <w:t>αὐτὸ οὐδὲ ὅμοιον τοῖς πάθεσι πᾶσιν, ἀλλὰ διαφέρει τοῖς χρώ‐ μασι πρὸς ἕκαστον πάθος. τὸ μὲν γὰρ ἀπὸ τῶν εὖ ἐχόντων ἵππων αἷμά ἐστιν εὔκρατον καὶ πολὺ καὶ ξανθόν. ἀφαίρει τοίνυν, ἵνα μὴ πάθος ἐπιστῇ. τὸ δὲ τῶν μαλακιζομένων</w:t>
      </w:r>
    </w:p>
    <w:p>
      <w:r>
        <w:rPr>
          <w:rFonts w:ascii="Courier New" w:hAnsi="Courier New"/>
          <w:color w:val="555555"/>
          <w:sz w:val="20"/>
        </w:rPr>
        <w:t>[10]</w:t>
      </w:r>
    </w:p>
    <w:p>
      <w:r>
        <w:rPr>
          <w:rFonts w:ascii="Gentium Plus" w:hAnsi="Gentium Plus"/>
          <w:sz w:val="24"/>
        </w:rPr>
        <w:t>μά ἐστι μέλαν καὶ ἰξῶδες. δεῖ οὖν πρῶτον ποιῆσαι τὸν ἱπ‐ πον ἐπὶ ἡμέρας ἓξ χλωροφαγῆσαι ἐπὶ πεδίον σύρριζον, ἐφ’ ὅσον ἡ γράστις προσηνὴς τυγχάνει, καὶ λοιπὸν συλλέξει αἷμα νεαρὸν εἰς τὰς φλέβας, καὶ ἔσται εὐρωστότερος. ἀφαίρει δὲ τῆς ἡμέρας ὥρᾳ δευτέρᾳ.</w:t>
      </w:r>
    </w:p>
    <w:p>
      <w:r>
        <w:rPr>
          <w:rFonts w:ascii="Courier New" w:hAnsi="Courier New"/>
          <w:color w:val="555555"/>
          <w:sz w:val="20"/>
        </w:rPr>
        <w:t>[10 . 8]</w:t>
      </w:r>
    </w:p>
    <w:p>
      <w:r>
        <w:rPr>
          <w:rFonts w:ascii="Gentium Plus" w:hAnsi="Gentium Plus"/>
          <w:sz w:val="24"/>
        </w:rPr>
        <w:t>ἐπεὶ δὲ διεληλύθαμεν τὸν περὶ τούτου λόγον, λοι‐ πὸν ἀρξώμεθα, πῶς δεῖ τοῦ ἵππου αἷμα ἀφαιρεῖν. αὐχενί‐ ζειν χρή, τὸν δὲ τόπον περιβάλλειν αὐχενιστῆρι [ἤτοι τὸν τρά‐ χηλον] καὶ προσανατείνειν, ἕως ἂν προσαναστῶσιν αἱ φλέβες·</w:t>
      </w:r>
    </w:p>
    <w:p>
      <w:r>
        <w:rPr>
          <w:rFonts w:ascii="Courier New" w:hAnsi="Courier New"/>
          <w:color w:val="555555"/>
          <w:sz w:val="20"/>
        </w:rPr>
        <w:t>[5]</w:t>
      </w:r>
    </w:p>
    <w:p>
      <w:r>
        <w:rPr>
          <w:rFonts w:ascii="Gentium Plus" w:hAnsi="Gentium Plus"/>
          <w:sz w:val="24"/>
        </w:rPr>
        <w:t>μὴ μέντοι καθιέναι τὸ φλεβοτόμον κατὰ βάθος, ἐπεὶ οὐ δυ‐ νήσῃ στῆσαι τὸ αἷμα εὐχερῶς, ἐὰν διαμπερὲς τὴν ἀρτηρίαν διέλῃς. κροτάφους δὲ ἐὰν βούλῃ λῦσαι, περίβαλλε αὐχενιστῆρα περὶ τὴν κεφαλὴν πρὸς τὰ ὦτα, μέχρις ἂν διαναστῶσιν αἱ φλέβες, καὶ ὑπότεμνε, ὡς εἴρηται, μὴ κατὰ βάθος. \|</w:t>
      </w:r>
    </w:p>
    <w:p>
      <w:pPr>
        <w:jc w:val="center"/>
      </w:pPr>
      <w:r>
        <w:rPr>
          <w:rFonts w:ascii="Gentium Plus" w:hAnsi="Gentium Plus"/>
          <w:b/>
          <w:sz w:val="24"/>
        </w:rPr>
        <w:t>Ἀψύρτου περὶ φλεγμονῆς ἐκ φλεβοτομίας.</w:t>
      </w:r>
    </w:p>
    <w:p>
      <w:r>
        <w:rPr>
          <w:rFonts w:ascii="Courier New" w:hAnsi="Courier New"/>
          <w:color w:val="555555"/>
          <w:sz w:val="20"/>
        </w:rPr>
        <w:t>[1]</w:t>
      </w:r>
    </w:p>
    <w:p>
      <w:r>
        <w:rPr>
          <w:rFonts w:ascii="Gentium Plus" w:hAnsi="Gentium Plus"/>
          <w:sz w:val="24"/>
        </w:rPr>
        <w:t>Ἄψυρτος Ἀπίωνι Ἀλεξανδρεῖ χαίρειν. συμβαίνει ἐν τοῖς πλαγίοις μέρεσι λεγομένοις παρὰ τὰ γόνατα καὶ ἐν τοῖς ὤμοις ἐκ φλεβοτομίας φλεγμονὴν γενέσθαι καὶ χωλαίνειν. θεραπεύεται δὲ οὕτως· καταντλῶν ὕδατι θερμῷ συνεχῶς τῆς</w:t>
      </w:r>
    </w:p>
    <w:p>
      <w:r>
        <w:rPr>
          <w:rFonts w:ascii="Courier New" w:hAnsi="Courier New"/>
          <w:color w:val="555555"/>
          <w:sz w:val="20"/>
        </w:rPr>
        <w:t>[5]</w:t>
      </w:r>
    </w:p>
    <w:p>
      <w:r>
        <w:rPr>
          <w:rFonts w:ascii="Gentium Plus" w:hAnsi="Gentium Plus"/>
          <w:sz w:val="24"/>
        </w:rPr>
        <w:t>ἡμέρας τρὶς ἢ τετράκις, κατάχριε κιμωλίᾳ μετὰ ὄξους, καὶ περιπατείτω κατ’ ὀλίγον, καὶ ἔσται ὑγιής. πειρῶ δὲ μὴ διαμ‐</w:t>
      </w:r>
    </w:p>
    <w:p>
      <w:r>
        <w:rPr>
          <w:rFonts w:ascii="Courier New" w:hAnsi="Courier New"/>
          <w:color w:val="555555"/>
          <w:sz w:val="20"/>
        </w:rPr>
        <w:t>[10]</w:t>
      </w:r>
    </w:p>
    <w:p>
      <w:r>
        <w:rPr>
          <w:rFonts w:ascii="Gentium Plus" w:hAnsi="Gentium Plus"/>
          <w:sz w:val="24"/>
        </w:rPr>
        <w:t>δεῖ τοὺς τοιούτους περικάμπτειν.</w:t>
      </w:r>
    </w:p>
    <w:p>
      <w:pPr>
        <w:jc w:val="center"/>
      </w:pPr>
      <w:r>
        <w:rPr>
          <w:rFonts w:ascii="Gentium Plus" w:hAnsi="Gentium Plus"/>
          <w:b/>
          <w:sz w:val="24"/>
        </w:rPr>
        <w:t>Πελαγωνίου πρὸς φλέβα ὑπὲρ τὸ μέτρον ἀπὸ</w:t>
      </w:r>
    </w:p>
    <w:p>
      <w:r>
        <w:rPr>
          <w:rFonts w:ascii="Courier New" w:hAnsi="Courier New"/>
          <w:color w:val="555555"/>
          <w:sz w:val="20"/>
        </w:rPr>
        <w:t>[t2]</w:t>
      </w:r>
    </w:p>
    <w:p>
      <w:r>
        <w:rPr>
          <w:rFonts w:ascii="Gentium Plus" w:hAnsi="Gentium Plus"/>
          <w:sz w:val="24"/>
        </w:rPr>
        <w:t>φλεβοτόμου αἷμα προχέουσαν.</w:t>
      </w:r>
    </w:p>
    <w:p>
      <w:r>
        <w:rPr>
          <w:rFonts w:ascii="Courier New" w:hAnsi="Courier New"/>
          <w:color w:val="555555"/>
          <w:sz w:val="20"/>
        </w:rPr>
        <w:t>[1]</w:t>
      </w:r>
    </w:p>
    <w:p>
      <w:r>
        <w:rPr>
          <w:rFonts w:ascii="Gentium Plus" w:hAnsi="Gentium Plus"/>
          <w:sz w:val="24"/>
        </w:rPr>
        <w:t>Ἀφόδευμα αὐτοῦ τοῦ ἵππου ταῖς ῥεούσαις φλεψὶν ἐπί‐ θες. εἰ δὲ ἐπιμείνοι τὸ αἷμα φερόμενον, \| εὐφυῶς ἐρέας μαλ‐ λὸν βρέξας εἰς ἔλαιον, τῇ φλεβὶ προσένεγκε, ἢ νοῦμον ξύλι‐ νον ποιήσας, ἐπὶ τῇ αἱμορροούσῃ φλεβὶ ἐπιτίθει, καὶ χρῶ ὡς</w:t>
      </w:r>
    </w:p>
    <w:p>
      <w:r>
        <w:rPr>
          <w:rFonts w:ascii="Courier New" w:hAnsi="Courier New"/>
          <w:color w:val="555555"/>
          <w:sz w:val="20"/>
        </w:rPr>
        <w:t>[5]</w:t>
      </w:r>
    </w:p>
    <w:p>
      <w:r>
        <w:rPr>
          <w:rFonts w:ascii="Gentium Plus" w:hAnsi="Gentium Plus"/>
          <w:sz w:val="24"/>
        </w:rPr>
        <w:t>καλλίστῳ καὶ προχείρῳ βοηθήματι.</w:t>
      </w:r>
    </w:p>
    <w:p>
      <w:pPr>
        <w:jc w:val="center"/>
      </w:pPr>
      <w:r>
        <w:rPr>
          <w:rFonts w:ascii="Gentium Plus" w:hAnsi="Gentium Plus"/>
          <w:b/>
          <w:sz w:val="24"/>
        </w:rPr>
        <w:t>κατάπλαστος πρὸς τὰς ἐκ φλεβοτομίας</w:t>
      </w:r>
    </w:p>
    <w:p>
      <w:r>
        <w:rPr>
          <w:rFonts w:ascii="Courier New" w:hAnsi="Courier New"/>
          <w:color w:val="555555"/>
          <w:sz w:val="20"/>
        </w:rPr>
        <w:t>[t2]</w:t>
      </w:r>
    </w:p>
    <w:p>
      <w:r>
        <w:rPr>
          <w:rFonts w:ascii="Gentium Plus" w:hAnsi="Gentium Plus"/>
          <w:sz w:val="24"/>
        </w:rPr>
        <w:t>φλεγμονὰς ἡ δι’ ἀσβέστου.</w:t>
      </w:r>
    </w:p>
    <w:p>
      <w:r>
        <w:rPr>
          <w:rFonts w:ascii="Courier New" w:hAnsi="Courier New"/>
          <w:color w:val="555555"/>
          <w:sz w:val="20"/>
        </w:rPr>
        <w:t>[1]</w:t>
      </w:r>
    </w:p>
    <w:p>
      <w:r>
        <w:rPr>
          <w:rFonts w:ascii="Gentium Plus" w:hAnsi="Gentium Plus"/>
          <w:sz w:val="24"/>
        </w:rPr>
        <w:t>Ἐὰν γένηται ἐπιρρευματισμὸς καὶ φλεγμονὴ ἐκ φλεβο‐ τομίας τῆς ἐκ βραχίονος, ἁρμόζει ἀσβέστου χαλκίτιδος, μέλιτος, ἀριστολοχείας τὸ ἴσον ἐμπλάσσοντας εἰς ὀθόνιον ἐπιδεσμεῖν, ἢ κάνναβιν ἀγρίαν ξηράναντας καὶ κόψαντας χρῆσθαι σὺν</w:t>
      </w:r>
    </w:p>
    <w:p>
      <w:r>
        <w:rPr>
          <w:rFonts w:ascii="Courier New" w:hAnsi="Courier New"/>
          <w:color w:val="555555"/>
          <w:sz w:val="20"/>
        </w:rPr>
        <w:t>[5]</w:t>
      </w:r>
    </w:p>
    <w:p>
      <w:r>
        <w:rPr>
          <w:rFonts w:ascii="Gentium Plus" w:hAnsi="Gentium Plus"/>
          <w:sz w:val="24"/>
        </w:rPr>
        <w:t>μέλιτι.</w:t>
      </w:r>
    </w:p>
    <w:p>
      <w:pPr>
        <w:jc w:val="center"/>
      </w:pPr>
      <w:r>
        <w:rPr>
          <w:rFonts w:ascii="Gentium Plus" w:hAnsi="Gentium Plus"/>
          <w:b/>
          <w:sz w:val="24"/>
        </w:rPr>
        <w:t>Πελαγωνίου πρὸς παντοίαν φλεγμονήν.</w:t>
      </w:r>
    </w:p>
    <w:p>
      <w:r>
        <w:rPr>
          <w:rFonts w:ascii="Courier New" w:hAnsi="Courier New"/>
          <w:color w:val="555555"/>
          <w:sz w:val="20"/>
        </w:rPr>
        <w:t>[1]</w:t>
      </w:r>
    </w:p>
    <w:p>
      <w:r>
        <w:rPr>
          <w:rFonts w:ascii="Gentium Plus" w:hAnsi="Gentium Plus"/>
          <w:sz w:val="24"/>
        </w:rPr>
        <w:t>Κιμωλίαν Κρητικὴν ἐλαίῳ Σπάνῳ καὶ ὄξει 〈πρόσμιξον〉, καὶ λιβάνου ἀλεύρου γο δʹ, καὶ βολβοὺς καὶ κοχλίας λελειω‐ μένους προσμίξας, τοῖς φλεγμαίνουσι τόποις πρόσαγε. καὶ</w:t>
      </w:r>
    </w:p>
    <w:p>
      <w:pPr>
        <w:jc w:val="center"/>
      </w:pPr>
      <w:r>
        <w:rPr>
          <w:rFonts w:ascii="Gentium Plus" w:hAnsi="Gentium Plus"/>
          <w:b/>
          <w:sz w:val="24"/>
        </w:rPr>
        <w:t>περὶ ὀφθαλμῶν λευκώματος.</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Ἐὰν εἰς ὀφθαλμὸν ἐμπέσῃ ῥεῦμα, ἢ γένηται γλαύκωμα ἢ ἄργεμος ἢ ἀχλὺς ἢ παράτριψις ἢ πληγή, ὥστε λευκανθῆναι τὸν ὀφθαλμόν, τούτων διακόπτειν τὴν ἐν τῷ προσώπῳ φλέβα, ὑπὸ τὸ μῆλον λεγομένην, ἥτις κατάγει ἀπὸ τοῦ ὀφθαλμοῦ.</w:t>
      </w:r>
    </w:p>
    <w:p>
      <w:r>
        <w:rPr>
          <w:rFonts w:ascii="Courier New" w:hAnsi="Courier New"/>
          <w:color w:val="555555"/>
          <w:sz w:val="20"/>
        </w:rPr>
        <w:t>[5]</w:t>
      </w:r>
    </w:p>
    <w:p>
      <w:r>
        <w:rPr>
          <w:rFonts w:ascii="Gentium Plus" w:hAnsi="Gentium Plus"/>
          <w:sz w:val="24"/>
        </w:rPr>
        <w:t>ὅσοι δὲ διακόπτουσι τούτων συμβεβηκότων τὴν ἐν τῷ κροτά‐ φῳ φλέβα, κακοῖς περιβάλλουσι τὸν ὀφθαλμόν. γλαυκώματος δὲ γεγονότος, περίεργον καὶ τὸ φλεβοτομεῖν, ἔστι γὰρ ἀθερά‐ πευτον. συμβαίνει δὲ ἐκ τούτου, ὃ καλεῖται ὑάλωμα, ὅμοιον ψηφῖδι λευκῇ.</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Ἐὰν λευκωθῇ ὀφθαλμὸς ἀπὸ πληγῆς ἢ παρα\ σηπίας χρὴ ὄστρακον ξέσαντα καὶ τρίψαντα μετὰ σμύρνης καὶ μέλιτος ὑποχρίειν· ἢ ἅλας ὀρυκτὸν ἢ Ἰνδικὸν λεάναντα μετὰ κρόκου καὶ μέλιτος ἡψημένου ὑποχρίειν· ἢ ψιμυθίου καὶ</w:t>
      </w:r>
    </w:p>
    <w:p>
      <w:r>
        <w:rPr>
          <w:rFonts w:ascii="Courier New" w:hAnsi="Courier New"/>
          <w:color w:val="555555"/>
          <w:sz w:val="20"/>
        </w:rPr>
        <w:t>[5]</w:t>
      </w:r>
    </w:p>
    <w:p>
      <w:r>
        <w:rPr>
          <w:rFonts w:ascii="Gentium Plus" w:hAnsi="Gentium Plus"/>
          <w:sz w:val="24"/>
        </w:rPr>
        <w:t>μέλιτος Ἀττικοῦ μίξαντα ὑποχρίειν· ἢ σταφυλίνου ἀγρίου τὸ</w:t>
      </w:r>
    </w:p>
    <w:p>
      <w:r>
        <w:rPr>
          <w:rFonts w:ascii="Courier New" w:hAnsi="Courier New"/>
          <w:color w:val="555555"/>
          <w:sz w:val="20"/>
        </w:rPr>
        <w:t>[10]</w:t>
      </w:r>
    </w:p>
    <w:p>
      <w:r>
        <w:rPr>
          <w:rFonts w:ascii="Gentium Plus" w:hAnsi="Gentium Plus"/>
          <w:sz w:val="24"/>
        </w:rPr>
        <w:t>προσώπῳ φλεβῶν ὑπὸ τὸ μῆλον μᾶλλον, ὡς Ἄψυρτος δο‐ κιμάζει, καὶ ψυχρῷ ὕδατι ὑπαντλήσαντα ὑπαλείφειν, κρο‐ μύου τὴν ἐντεριώνην τρίψαντα μετὰ νίτρου ἀφροῦ, καὶ διέντα ἐλαίῳ, μάλιστα δὲ ἀγριελαίῳ, εἰ δὲ μή, παλαιοτάτῳ.</w:t>
      </w:r>
    </w:p>
    <w:p>
      <w:pPr>
        <w:jc w:val="center"/>
      </w:pPr>
      <w:r>
        <w:rPr>
          <w:rFonts w:ascii="Gentium Plus" w:hAnsi="Gentium Plus"/>
          <w:b/>
          <w:sz w:val="24"/>
        </w:rPr>
        <w:t>ἄλλο εἰς τὸ αὐτό.</w:t>
      </w:r>
    </w:p>
    <w:p>
      <w:r>
        <w:rPr>
          <w:rFonts w:ascii="Courier New" w:hAnsi="Courier New"/>
          <w:color w:val="555555"/>
          <w:sz w:val="20"/>
        </w:rPr>
        <w:t>[1]</w:t>
      </w:r>
    </w:p>
    <w:p>
      <w:r>
        <w:rPr>
          <w:rFonts w:ascii="Gentium Plus" w:hAnsi="Gentium Plus"/>
          <w:sz w:val="24"/>
        </w:rPr>
        <w:t>Βαλσάμου, σμύρνης, κρόκου, καδμείας, πηγάνου ἀνὰ γο μίαν, ναρδοστάχυος γο δύο ἥμι\|συ, πεπέρεως λευκοῦ γο βʹ μέλιτος Ἀττικοῦ γο ἥμισυ, ἀσπαράγου ῥίζης γο ἥμισυ, οἴνου παλαιοῦ γράμματα δύο, ἀλκυονίου γο εʹ ἐν ὕδατι ὀμβρίῳ ἢ</w:t>
      </w:r>
    </w:p>
    <w:p>
      <w:r>
        <w:rPr>
          <w:rFonts w:ascii="Courier New" w:hAnsi="Courier New"/>
          <w:color w:val="555555"/>
          <w:sz w:val="20"/>
        </w:rPr>
        <w:t>[5]</w:t>
      </w:r>
    </w:p>
    <w:p>
      <w:r>
        <w:rPr>
          <w:rFonts w:ascii="Gentium Plus" w:hAnsi="Gentium Plus"/>
          <w:sz w:val="24"/>
        </w:rPr>
        <w:t>ποταμίῳ μίξας καλῶς τε προλεάνας, χρῶ.</w:t>
      </w:r>
    </w:p>
    <w:p>
      <w:pPr>
        <w:jc w:val="center"/>
      </w:pPr>
      <w:r>
        <w:rPr>
          <w:rFonts w:ascii="Gentium Plus" w:hAnsi="Gentium Plus"/>
          <w:b/>
          <w:sz w:val="24"/>
        </w:rPr>
        <w:t>ἄλλο εἰς λεύκωμα ὀφθαλμοῦ.</w:t>
      </w:r>
    </w:p>
    <w:p>
      <w:r>
        <w:rPr>
          <w:rFonts w:ascii="Courier New" w:hAnsi="Courier New"/>
          <w:color w:val="555555"/>
          <w:sz w:val="20"/>
        </w:rPr>
        <w:t>[1]</w:t>
      </w:r>
    </w:p>
    <w:p>
      <w:r>
        <w:rPr>
          <w:rFonts w:ascii="Gentium Plus" w:hAnsi="Gentium Plus"/>
          <w:sz w:val="24"/>
        </w:rPr>
        <w:t>Ἀφρόνιτρον μετὰ σμύρνης καὶ μέλιτος χρηστοτάτου, μά‐ ραθόν τε συλλέξας καὶ ξηράνας, κόψας καὶ σήσας καὶ μί‐ ξας, χρῶ.</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Σμύρνης ὁλκήν, κρόκου γο γʹ, μέλιτος ὀξύβαφον τρίψας λεῖα, χρῶ πρὸς τὰ λευκώματα.</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Λυκίου γο βʹ, χαλβάνης γο βʹ, πεπέρεως λευκοῦ γο ἕξ, λιβάνου ἄρρενος τὸ ἴσον, χαλκοῦ κεκαυμένου γράμμα ἕν καὶ μέλιτος τὸ ἱκανόν μίξας, χρῶ.</w:t>
      </w:r>
    </w:p>
    <w:p>
      <w:pPr>
        <w:jc w:val="center"/>
      </w:pPr>
      <w:r>
        <w:rPr>
          <w:rFonts w:ascii="Gentium Plus" w:hAnsi="Gentium Plus"/>
          <w:b/>
          <w:sz w:val="24"/>
        </w:rPr>
        <w:t>πρὸς λευκώματα ἡμιόνων.</w:t>
      </w:r>
    </w:p>
    <w:p>
      <w:r>
        <w:rPr>
          <w:rFonts w:ascii="Courier New" w:hAnsi="Courier New"/>
          <w:color w:val="555555"/>
          <w:sz w:val="20"/>
        </w:rPr>
        <w:t>[1]</w:t>
      </w:r>
    </w:p>
    <w:p>
      <w:r>
        <w:rPr>
          <w:rFonts w:ascii="Gentium Plus" w:hAnsi="Gentium Plus"/>
          <w:sz w:val="24"/>
        </w:rPr>
        <w:t>Κισσὸν διαμασησάμενος, τῷ χυλῷ προσφύσησον τὸν ὀφθαλ‐</w:t>
      </w:r>
    </w:p>
    <w:p>
      <w:pPr>
        <w:jc w:val="center"/>
      </w:pPr>
      <w:r>
        <w:rPr>
          <w:rFonts w:ascii="Gentium Plus" w:hAnsi="Gentium Plus"/>
          <w:b/>
          <w:sz w:val="24"/>
        </w:rPr>
        <w:t>Εὐμήλου εἰς τὸ αὐτό.</w:t>
      </w:r>
    </w:p>
    <w:p>
      <w:r>
        <w:rPr>
          <w:rFonts w:ascii="Courier New" w:hAnsi="Courier New"/>
          <w:color w:val="555555"/>
          <w:sz w:val="20"/>
        </w:rPr>
        <w:t>[1]</w:t>
      </w:r>
    </w:p>
    <w:p>
      <w:r>
        <w:rPr>
          <w:rFonts w:ascii="Gentium Plus" w:hAnsi="Gentium Plus"/>
          <w:sz w:val="24"/>
        </w:rPr>
        <w:t>Λευκώματα θεραπεύσεις, ἀπὸ τῶν κροτάφων αἷμα λαμ‐ βάνων, καὶ κρομύων χυλὸν μετὰ νίτρου μιγνύων καὶ προσ‐ άγων.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Κυάμους μέλανας κατακαύσας, καὶ ἐν ἴσῳ μέλιτι μίξας, ὑπόχριε.</w:t>
      </w:r>
    </w:p>
    <w:p>
      <w:pPr>
        <w:jc w:val="center"/>
      </w:pPr>
      <w:r>
        <w:rPr>
          <w:rFonts w:ascii="Gentium Plus" w:hAnsi="Gentium Plus"/>
          <w:b/>
          <w:sz w:val="24"/>
        </w:rPr>
        <w:t>ἄλλο εἰς λεύκωμα νεαρόν.</w:t>
      </w:r>
    </w:p>
    <w:p>
      <w:r>
        <w:rPr>
          <w:rFonts w:ascii="Courier New" w:hAnsi="Courier New"/>
          <w:color w:val="555555"/>
          <w:sz w:val="20"/>
        </w:rPr>
        <w:t>[1]</w:t>
      </w:r>
    </w:p>
    <w:p>
      <w:r>
        <w:rPr>
          <w:rFonts w:ascii="Gentium Plus" w:hAnsi="Gentium Plus"/>
          <w:sz w:val="24"/>
        </w:rPr>
        <w:t>Ἔλαιον ῥόδινον μετὰ μέλιτος καὶ ᾠοῦ καὶ ἐρίου ἁπαλοῦ ἐπίθες. πρῶτον δὲ ἐκ τῆς ὑπὸ τῶν ὀφθαλμῶν φλεβὸς αἷμα λάμβανε.</w:t>
      </w:r>
    </w:p>
    <w:p>
      <w:pPr>
        <w:jc w:val="center"/>
      </w:pPr>
      <w:r>
        <w:rPr>
          <w:rFonts w:ascii="Gentium Plus" w:hAnsi="Gentium Plus"/>
          <w:b/>
          <w:sz w:val="24"/>
        </w:rPr>
        <w:t>βοήθημα εἰς τὸ αὐτό.</w:t>
      </w:r>
    </w:p>
    <w:p>
      <w:r>
        <w:rPr>
          <w:rFonts w:ascii="Courier New" w:hAnsi="Courier New"/>
          <w:color w:val="555555"/>
          <w:sz w:val="20"/>
        </w:rPr>
        <w:t>[1]</w:t>
      </w:r>
    </w:p>
    <w:p>
      <w:r>
        <w:rPr>
          <w:rFonts w:ascii="Gentium Plus" w:hAnsi="Gentium Plus"/>
          <w:sz w:val="24"/>
        </w:rPr>
        <w:t>Οἴνου Ἀμιναίου ξέστας γʹ, γάρου ἄνθους ξέστην ἕνα, μέ‐ λιτος γο γʹ, πάντα συνεψήσας, χρῶ.</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Χελιδόνων κεφαλὰς κατακαύσας καὶ λειοτριβήσας μετὰ μέλιτος χρῶ. \|</w:t>
      </w:r>
    </w:p>
    <w:p>
      <w:pPr>
        <w:jc w:val="center"/>
      </w:pPr>
      <w:r>
        <w:rPr>
          <w:rFonts w:ascii="Gentium Plus" w:hAnsi="Gentium Plus"/>
          <w:b/>
          <w:sz w:val="24"/>
        </w:rPr>
        <w:t>πρὸς τοὺς ἤδη πεποιηκότας λευκώματα.</w:t>
      </w:r>
    </w:p>
    <w:p>
      <w:r>
        <w:rPr>
          <w:rFonts w:ascii="Courier New" w:hAnsi="Courier New"/>
          <w:color w:val="555555"/>
          <w:sz w:val="20"/>
        </w:rPr>
        <w:t>[1]</w:t>
      </w:r>
    </w:p>
    <w:p>
      <w:r>
        <w:rPr>
          <w:rFonts w:ascii="Gentium Plus" w:hAnsi="Gentium Plus"/>
          <w:sz w:val="24"/>
        </w:rPr>
        <w:t>Ζύμην κριθίνην ξηρὰν καύσας καὶ λειοτριβήσας, ἀνα‐ λάμβανε χυλῷ μαράθου καὶ νίτρῳ καὶ μέλιτι, καὶ οὕτως ἔγχριε.</w:t>
      </w:r>
    </w:p>
    <w:p>
      <w:pPr>
        <w:jc w:val="center"/>
      </w:pPr>
      <w:r>
        <w:rPr>
          <w:rFonts w:ascii="Gentium Plus" w:hAnsi="Gentium Plus"/>
          <w:b/>
          <w:sz w:val="24"/>
        </w:rPr>
        <w:t>ἄλλο Θεομνήστου εἰς τὸ αὐτὸ ἔγχρισμα.</w:t>
      </w:r>
    </w:p>
    <w:p>
      <w:r>
        <w:rPr>
          <w:rFonts w:ascii="Courier New" w:hAnsi="Courier New"/>
          <w:color w:val="555555"/>
          <w:sz w:val="20"/>
        </w:rPr>
        <w:t>[1]</w:t>
      </w:r>
    </w:p>
    <w:p>
      <w:r>
        <w:rPr>
          <w:rFonts w:ascii="Gentium Plus" w:hAnsi="Gentium Plus"/>
          <w:sz w:val="24"/>
        </w:rPr>
        <w:t>Πεπέρεως λευκοῦ γο βʹ ἢ μέλανος γο δʹ, ἀμμωνιακοῦ</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Βοτάνην σιδηρῖτιν, ἣν ἔνιοι ἀχάλιον, ἔνιοι δὲ ἀλθαίαν καλοῦσι, λαβὼν καὶ ταύτης τὸν καρπὸν τρίψας, ἐμφύσα, περι‐ καταλαβὼν τὸν ὀφθαλμόν, εἶτα πρόσκλυζε ψυχρῷ ὕδατι ὀμ‐ βρίῳ.</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Ὀθόνιον καθαρὸν καύσας καὶ ἅλας φρύξας, \ σὺν μέλιτι ἐκλείου καὶ ὑπόχριε.</w:t>
      </w:r>
    </w:p>
    <w:p>
      <w:pPr>
        <w:jc w:val="center"/>
      </w:pPr>
      <w:r>
        <w:rPr>
          <w:rFonts w:ascii="Gentium Plus" w:hAnsi="Gentium Plus"/>
          <w:b/>
          <w:sz w:val="24"/>
        </w:rPr>
        <w:t>Πρὸς λευκώματα.</w:t>
      </w:r>
    </w:p>
    <w:p>
      <w:r>
        <w:rPr>
          <w:rFonts w:ascii="Courier New" w:hAnsi="Courier New"/>
          <w:color w:val="555555"/>
          <w:sz w:val="20"/>
        </w:rPr>
        <w:t>[1]</w:t>
      </w:r>
    </w:p>
    <w:p>
      <w:r>
        <w:rPr>
          <w:rFonts w:ascii="Gentium Plus" w:hAnsi="Gentium Plus"/>
          <w:sz w:val="24"/>
        </w:rPr>
        <w:t>Κυκλαμίνου χυλὸν μέλιτι Ἀττικῷ συμμίσγων, καλῶς ἐπίχριε.</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Στέαρ χήνειον μετὰ ῥοδίνου τρίψας καὶ σηπίας ὄστρα‐ κον μετὰ μέλιτος ἀκαπνίου ἐπίχριε.</w:t>
      </w:r>
    </w:p>
    <w:p>
      <w:pPr>
        <w:jc w:val="center"/>
      </w:pPr>
      <w:r>
        <w:rPr>
          <w:rFonts w:ascii="Gentium Plus" w:hAnsi="Gentium Plus"/>
          <w:b/>
          <w:sz w:val="24"/>
        </w:rPr>
        <w:t>κολλύριον εἰς λευκώματα.</w:t>
      </w:r>
    </w:p>
    <w:p>
      <w:r>
        <w:rPr>
          <w:rFonts w:ascii="Courier New" w:hAnsi="Courier New"/>
          <w:color w:val="555555"/>
          <w:sz w:val="20"/>
        </w:rPr>
        <w:t>[1]</w:t>
      </w:r>
    </w:p>
    <w:p>
      <w:r>
        <w:rPr>
          <w:rFonts w:ascii="Gentium Plus" w:hAnsi="Gentium Plus"/>
          <w:sz w:val="24"/>
        </w:rPr>
        <w:t>Σηπίας ὄστρακον καὶ μαράθου χυλόν, κρόκου καὶ σμύρ‐ νης καὶ νάρδου Συριακοῦ τὸ ἴσον μέλιτι μίξας, καὶ λειοτρι‐ βήσας, χρῶ. 〈ἢ ὀθόνιον καὶ σακίον ἐνδήσας κατάκαυσον καὶ τὴν σποδὸν λειοτριβήσας ἐμφύσα〉.</w:t>
      </w:r>
    </w:p>
    <w:p>
      <w:pPr>
        <w:jc w:val="center"/>
      </w:pPr>
      <w:r>
        <w:rPr>
          <w:rFonts w:ascii="Gentium Plus" w:hAnsi="Gentium Plus"/>
          <w:b/>
          <w:sz w:val="24"/>
        </w:rPr>
        <w:t>Πρὸς ὑπόχυμα κολλύριον ξηρόν.</w:t>
      </w:r>
    </w:p>
    <w:p>
      <w:r>
        <w:rPr>
          <w:rFonts w:ascii="Courier New" w:hAnsi="Courier New"/>
          <w:color w:val="555555"/>
          <w:sz w:val="20"/>
        </w:rPr>
        <w:t>[1]</w:t>
      </w:r>
    </w:p>
    <w:p>
      <w:r>
        <w:rPr>
          <w:rFonts w:ascii="Gentium Plus" w:hAnsi="Gentium Plus"/>
          <w:sz w:val="24"/>
        </w:rPr>
        <w:t>Νίτρου γο βʹ κόψας, καὶ προσμίξας πεπέρεως λευκοῦ κόκκους εʹ ἢ μέλανος κόκκους ιʹ, καὶ ψυλλάριον ὀλίγον ὁμοῦ</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Μέλιτος καὶ ἐλαίου παλαιοῦ ἴσον ἑκατέρου μίξας, χρῶ.</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Ἁλῶν Ἀττικῶν γο αcʹ, σηπίας ὀστράκου ἐξεσμέ\ ἴσον, καὶ κροκοδείλου κόπρου. ταῦτα ὁμοῦ λειώσας, ἐπεμβα‐ λὼν κρόκον καὶ φυλλάριον, ἔτι δε καὶ ἐλύδριον, κἀκεῖνα λειώσας καὶ σήσας κοσκίνῳ ὀφθαλμικῷ, ἀναλάμβανε καὶ ἀπο‐</w:t>
      </w:r>
    </w:p>
    <w:p>
      <w:r>
        <w:rPr>
          <w:rFonts w:ascii="Courier New" w:hAnsi="Courier New"/>
          <w:color w:val="555555"/>
          <w:sz w:val="20"/>
        </w:rPr>
        <w:t>[5]</w:t>
      </w:r>
    </w:p>
    <w:p>
      <w:r>
        <w:rPr>
          <w:rFonts w:ascii="Gentium Plus" w:hAnsi="Gentium Plus"/>
          <w:sz w:val="24"/>
        </w:rPr>
        <w:t>τίθει εἰς βικίον ὑέλινον, καὶ ἐν καιρῷ χρείας ὑπάλειφε. ἐὰν δέ ποτε ἀναλυθῇ ἢ ὑγρὸν γένηται, κομμίδιον μικρὸν λελειω‐ μένον πρόσμισγε. τοῦτο καὶ ἀναπλασσόμενον ποιεῖ καλῶς καὶ ἀνιέμενον ὕδατι καὶ οὕτως ἐπαλειφόμενον.</w:t>
      </w:r>
    </w:p>
    <w:p>
      <w:pPr>
        <w:jc w:val="center"/>
      </w:pPr>
      <w:r>
        <w:rPr>
          <w:rFonts w:ascii="Gentium Plus" w:hAnsi="Gentium Plus"/>
          <w:b/>
          <w:sz w:val="24"/>
        </w:rPr>
        <w:t>κολλύριον πρὸς λευκώματα.</w:t>
      </w:r>
    </w:p>
    <w:p>
      <w:r>
        <w:rPr>
          <w:rFonts w:ascii="Courier New" w:hAnsi="Courier New"/>
          <w:color w:val="555555"/>
          <w:sz w:val="20"/>
        </w:rPr>
        <w:t>[1]</w:t>
      </w:r>
    </w:p>
    <w:p>
      <w:r>
        <w:rPr>
          <w:rFonts w:ascii="Gentium Plus" w:hAnsi="Gentium Plus"/>
          <w:sz w:val="24"/>
        </w:rPr>
        <w:t>Μέλιτος γο αʹ, λιβάνου ἀρσενικοῦ γο αʹ, φύλλου γο αʹ, σμύρνης τρωγλίτιδος γο αʹ, πεπέρεως λευκοῦ γο αʹ, κρόκου γο αʹ, ἀλόης ἡπατίτιδος γο αʹ, ἀμμωνιακοῦ θυμιάματος γο βʹ, ἅλατος ἀμμωνιακοῦ γο αʹ, στύρακος καθαροῦ γο αʹ, στυπτη‐</w:t>
      </w:r>
    </w:p>
    <w:p>
      <w:r>
        <w:rPr>
          <w:rFonts w:ascii="Courier New" w:hAnsi="Courier New"/>
          <w:color w:val="555555"/>
          <w:sz w:val="20"/>
        </w:rPr>
        <w:t>[5]</w:t>
      </w:r>
    </w:p>
    <w:p>
      <w:r>
        <w:rPr>
          <w:rFonts w:ascii="Gentium Plus" w:hAnsi="Gentium Plus"/>
          <w:sz w:val="24"/>
        </w:rPr>
        <w:t>ρίας σχιστῆς γο αʹ, νίτρου Ἑλληνικοῦ γο αʹ. ταῦτα λειοτρι‐ βήσας ἐπιμελῶς, χρῶ κατὰ παντὸς λευκώματος. \|</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Ἀμμωνιακοῦ καὶ μαράθου τὸ ἴσον βαλὼν εἰς θυίαν, τρῖβε ἡμέρας γʹ, τῇ δὲ τετάρτῃ ἐπιχέας ὕδωρ ποταμιαῖον ἢ ὕδωρ κρηναῖον, δὶς τῆς ἡμέρας τρῖβε ἐπὶ ἡμέραις ηʹ, ἐπιχέας</w:t>
      </w:r>
    </w:p>
    <w:p>
      <w:pPr>
        <w:jc w:val="center"/>
      </w:pPr>
      <w:r>
        <w:rPr>
          <w:rFonts w:ascii="Gentium Plus" w:hAnsi="Gentium Plus"/>
          <w:b/>
          <w:sz w:val="24"/>
        </w:rPr>
        <w:t>ἄλλο πρὸς πόνον ὀφθαλμῶν.</w:t>
      </w:r>
    </w:p>
    <w:p>
      <w:r>
        <w:rPr>
          <w:rFonts w:ascii="Courier New" w:hAnsi="Courier New"/>
          <w:color w:val="555555"/>
          <w:sz w:val="20"/>
        </w:rPr>
        <w:t>[1]</w:t>
      </w:r>
    </w:p>
    <w:p>
      <w:r>
        <w:rPr>
          <w:rFonts w:ascii="Gentium Plus" w:hAnsi="Gentium Plus"/>
          <w:sz w:val="24"/>
        </w:rPr>
        <w:t>Κηροῦ ἢ ῥητίνης, ἀμμωνιακοῦ, ἀφρονίτρου, ταῦτα πάν‐ τα ἴσον κόψας ἕκαστον χρῶ.</w:t>
      </w:r>
    </w:p>
    <w:p>
      <w:pPr>
        <w:jc w:val="center"/>
      </w:pPr>
      <w:r>
        <w:rPr>
          <w:rFonts w:ascii="Gentium Plus" w:hAnsi="Gentium Plus"/>
          <w:b/>
          <w:sz w:val="24"/>
        </w:rPr>
        <w:t>ὀφθαλμικοῦ σκευασία.</w:t>
      </w:r>
    </w:p>
    <w:p>
      <w:r>
        <w:rPr>
          <w:rFonts w:ascii="Courier New" w:hAnsi="Courier New"/>
          <w:color w:val="555555"/>
          <w:sz w:val="20"/>
        </w:rPr>
        <w:t>[1]</w:t>
      </w:r>
    </w:p>
    <w:p>
      <w:r>
        <w:rPr>
          <w:rFonts w:ascii="Gentium Plus" w:hAnsi="Gentium Plus"/>
          <w:sz w:val="24"/>
        </w:rPr>
        <w:t>Νάρδου στάχυος ὁλκὰς βʹ, κρόκου ὁλκὴν μίαν, ἀμύλου ὁλκὰς βʹ, μέλιτος Ἀττικοῦ τὸ ἀρκοῦν.</w:t>
      </w:r>
    </w:p>
    <w:p>
      <w:pPr>
        <w:jc w:val="center"/>
      </w:pPr>
      <w:r>
        <w:rPr>
          <w:rFonts w:ascii="Gentium Plus" w:hAnsi="Gentium Plus"/>
          <w:b/>
          <w:sz w:val="24"/>
        </w:rPr>
        <w:t>εἰς ὀφθαλμὸν ἡλκωμένον.</w:t>
      </w:r>
    </w:p>
    <w:p>
      <w:r>
        <w:rPr>
          <w:rFonts w:ascii="Courier New" w:hAnsi="Courier New"/>
          <w:color w:val="555555"/>
          <w:sz w:val="20"/>
        </w:rPr>
        <w:t>[1]</w:t>
      </w:r>
    </w:p>
    <w:p>
      <w:r>
        <w:rPr>
          <w:rFonts w:ascii="Gentium Plus" w:hAnsi="Gentium Plus"/>
          <w:sz w:val="24"/>
        </w:rPr>
        <w:t>Σμύρναν, κρόκον καὶ σχοίνου ἄνθος τρίψας ὡς λεπτό‐ τατα, μέλι παρεγχέων ἐπάλειφε.</w:t>
      </w:r>
    </w:p>
    <w:p>
      <w:pPr>
        <w:jc w:val="center"/>
      </w:pPr>
      <w:r>
        <w:rPr>
          <w:rFonts w:ascii="Gentium Plus" w:hAnsi="Gentium Plus"/>
          <w:b/>
          <w:sz w:val="24"/>
        </w:rPr>
        <w:t>πρὸς ὀφθαλμίαν.</w:t>
      </w:r>
    </w:p>
    <w:p>
      <w:r>
        <w:rPr>
          <w:rFonts w:ascii="Courier New" w:hAnsi="Courier New"/>
          <w:color w:val="555555"/>
          <w:sz w:val="20"/>
        </w:rPr>
        <w:t>[1]</w:t>
      </w:r>
    </w:p>
    <w:p>
      <w:r>
        <w:rPr>
          <w:rFonts w:ascii="Gentium Plus" w:hAnsi="Gentium Plus"/>
          <w:sz w:val="24"/>
        </w:rPr>
        <w:t>Ὀφθαλμίαι εἰώθασι γίγνεσθαι ἐκ βράσεως αἵματος καὶ πολυτροφίας. τὸν τοιοῦντον οὖν δεῖ θεραπεύειν αἵματος ἀφαι‐ ρέσει ἐκ τῶν κροτάφων, ἐνστάζειν δὲ εἰς τοὺς ὀφθαλμοὺς \ αὐτοῦ μέλι καὶ γάλα ἐπὶ ἡμέραις τρισίν. ἐὰν δὲ ῥευματίζων‐</w:t>
      </w:r>
    </w:p>
    <w:p>
      <w:r>
        <w:rPr>
          <w:rFonts w:ascii="Courier New" w:hAnsi="Courier New"/>
          <w:color w:val="555555"/>
          <w:sz w:val="20"/>
        </w:rPr>
        <w:t>[5]</w:t>
      </w:r>
    </w:p>
    <w:p>
      <w:r>
        <w:rPr>
          <w:rFonts w:ascii="Gentium Plus" w:hAnsi="Gentium Plus"/>
          <w:sz w:val="24"/>
        </w:rPr>
        <w:t>ται, λαβὼν μέλι καὶ ἀλόην ἡπατικήν, ἔγχριε αὐτόν, καὶ ἀνα‐ στέλλει τὸ ῥεῦμα τὸ ἐπικείμενον, καὶ ὑγιαίνει.</w:t>
      </w:r>
    </w:p>
    <w:p>
      <w:pPr>
        <w:jc w:val="center"/>
      </w:pPr>
      <w:r>
        <w:rPr>
          <w:rFonts w:ascii="Gentium Plus" w:hAnsi="Gentium Plus"/>
          <w:b/>
          <w:sz w:val="24"/>
        </w:rPr>
        <w:t>ἄλλο ὀφθαλμικόν.</w:t>
      </w:r>
    </w:p>
    <w:p>
      <w:r>
        <w:rPr>
          <w:rFonts w:ascii="Courier New" w:hAnsi="Courier New"/>
          <w:color w:val="555555"/>
          <w:sz w:val="20"/>
        </w:rPr>
        <w:t>[1]</w:t>
      </w:r>
    </w:p>
    <w:p>
      <w:r>
        <w:rPr>
          <w:rFonts w:ascii="Gentium Plus" w:hAnsi="Gentium Plus"/>
          <w:sz w:val="24"/>
        </w:rPr>
        <w:t>Μυελὸν ἐλάφειον καλῶς καθάρας, ὅπως μή τι τῶν ἔσω‐ θεν ὀστάριον παραμείνῃ, τρῖψον ἐν θυίᾳ μαρμαρίνῃ, καὶ πρόσβαλλε αὐτῷ κρόκου τετριμμένου δραχμὴν μίαν, καὶ ἀπο‐ θεὶς ἐν σκεύει ξυλίνῳ ἢ κερατίνῳ, χρῶ πρὸς τὰ ἕλκη τῶν</w:t>
      </w:r>
    </w:p>
    <w:p>
      <w:r>
        <w:rPr>
          <w:rFonts w:ascii="Courier New" w:hAnsi="Courier New"/>
          <w:color w:val="555555"/>
          <w:sz w:val="20"/>
        </w:rPr>
        <w:t>[5]</w:t>
      </w:r>
    </w:p>
    <w:p>
      <w:r>
        <w:rPr>
          <w:rFonts w:ascii="Gentium Plus" w:hAnsi="Gentium Plus"/>
          <w:sz w:val="24"/>
        </w:rPr>
        <w:t>ὀφθαλμῶν.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Χλωρῶν καλάμων κεφαλὰς καύσας ἐπιμελῶς, ἐπιβαλών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Πράσον τρίψας εἰς λεπτὰ καὶ ἀποθλίψας, βάλε τὸν χυ‐ λὸν εἰς σκεῦος χαλκοῦν, καὶ χρῶ ἐναλείφων. \|</w:t>
      </w:r>
    </w:p>
    <w:p>
      <w:pPr>
        <w:jc w:val="center"/>
      </w:pPr>
      <w:r>
        <w:rPr>
          <w:rFonts w:ascii="Gentium Plus" w:hAnsi="Gentium Plus"/>
          <w:b/>
          <w:sz w:val="24"/>
        </w:rPr>
        <w:t>Ἀνατολίου πρὸς αὐτό.</w:t>
      </w:r>
    </w:p>
    <w:p>
      <w:r>
        <w:rPr>
          <w:rFonts w:ascii="Courier New" w:hAnsi="Courier New"/>
          <w:color w:val="555555"/>
          <w:sz w:val="20"/>
        </w:rPr>
        <w:t>[1]</w:t>
      </w:r>
    </w:p>
    <w:p>
      <w:r>
        <w:rPr>
          <w:rFonts w:ascii="Gentium Plus" w:hAnsi="Gentium Plus"/>
          <w:sz w:val="24"/>
        </w:rPr>
        <w:t>Ἐὰν ὀφθαλμὸς φλεγμαίνῃ, λιβανωτοῦ, ἀμύλου, ἀρνείου μυελοῦ ἀνὰ δραχμὴν μίαν, ἐλαίου ῥοδίνου γο αʹ, ᾠῶν τὸ λευ‐ κὸν μίξας ἐν ταὐτῷ, ἐνάλειφε.</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Ἅλας Θούριον τρίψας, ἐμφύσα κατὰ τῶν ῥωθώνων. ἐὰν δὲ μὴ ἀνοίγῃ τὸν ὀφθαλμόν, ἐκστρέψας αὐτοῦ τὰ βλέφαρα, σμιλαρίῳ κατάσχασον, εἶτα οἴνῳ ἐμφύσα, εἶτα αἷμα ἀπὸ τῶν κροτάφων αὐτοῦ λάμβανε, καὶ ἔσται ὑγιής.</w:t>
      </w:r>
    </w:p>
    <w:p>
      <w:pPr>
        <w:jc w:val="center"/>
      </w:pPr>
      <w:r>
        <w:rPr>
          <w:rFonts w:ascii="Gentium Plus" w:hAnsi="Gentium Plus"/>
          <w:b/>
          <w:sz w:val="24"/>
        </w:rPr>
        <w:t>πρὸς λευκώματα ἄλλο.</w:t>
      </w:r>
    </w:p>
    <w:p>
      <w:r>
        <w:rPr>
          <w:rFonts w:ascii="Courier New" w:hAnsi="Courier New"/>
          <w:color w:val="555555"/>
          <w:sz w:val="20"/>
        </w:rPr>
        <w:t>[1]</w:t>
      </w:r>
    </w:p>
    <w:p>
      <w:r>
        <w:rPr>
          <w:rFonts w:ascii="Gentium Plus" w:hAnsi="Gentium Plus"/>
          <w:sz w:val="24"/>
        </w:rPr>
        <w:t>Μαράθου χυλοῦ τὸ ἀρκοῦν, κισσοῦ πετραίου φύλλων τρυφερῶν χυλοῦ τὸ ἴσον, γάλα κυνὸς ἢ ὄνου, αἷμα περιστερᾶς ἡμέρου, δρόσον κράμβης μέλιτι Ἀττικῷ συμμίξας χρῶ.</w:t>
      </w:r>
    </w:p>
    <w:p>
      <w:pPr>
        <w:jc w:val="center"/>
      </w:pPr>
      <w:r>
        <w:rPr>
          <w:rFonts w:ascii="Gentium Plus" w:hAnsi="Gentium Plus"/>
          <w:b/>
          <w:sz w:val="24"/>
        </w:rPr>
        <w:t>Εὐμήλου πρὸς τὰς ἐν ὀφθαλμοῖς οὐλάς.</w:t>
      </w:r>
    </w:p>
    <w:p>
      <w:r>
        <w:rPr>
          <w:rFonts w:ascii="Courier New" w:hAnsi="Courier New"/>
          <w:color w:val="555555"/>
          <w:sz w:val="20"/>
        </w:rPr>
        <w:t>[1]</w:t>
      </w:r>
    </w:p>
    <w:p>
      <w:r>
        <w:rPr>
          <w:rFonts w:ascii="Gentium Plus" w:hAnsi="Gentium Plus"/>
          <w:sz w:val="24"/>
        </w:rPr>
        <w:t>Ἅλας ἔτι νῆστις ὢν διαμασησάμενος, τὸν ὀφθαλμὸν \</w:t>
      </w:r>
    </w:p>
    <w:p>
      <w:pPr>
        <w:jc w:val="center"/>
      </w:pPr>
      <w:r>
        <w:rPr>
          <w:rFonts w:ascii="Gentium Plus" w:hAnsi="Gentium Plus"/>
          <w:b/>
          <w:sz w:val="24"/>
        </w:rPr>
        <w:t>πρὸς πεπληγμένον ὀφθαλμὸν καὶ πρὸς</w:t>
      </w:r>
    </w:p>
    <w:p>
      <w:r>
        <w:rPr>
          <w:rFonts w:ascii="Courier New" w:hAnsi="Courier New"/>
          <w:color w:val="555555"/>
          <w:sz w:val="20"/>
        </w:rPr>
        <w:t>[t2]</w:t>
      </w:r>
    </w:p>
    <w:p>
      <w:r>
        <w:rPr>
          <w:rFonts w:ascii="Gentium Plus" w:hAnsi="Gentium Plus"/>
          <w:sz w:val="24"/>
        </w:rPr>
        <w:t>ἐπιφοράς.</w:t>
      </w:r>
    </w:p>
    <w:p>
      <w:r>
        <w:rPr>
          <w:rFonts w:ascii="Courier New" w:hAnsi="Courier New"/>
          <w:color w:val="555555"/>
          <w:sz w:val="20"/>
        </w:rPr>
        <w:t>[1]</w:t>
      </w:r>
    </w:p>
    <w:p>
      <w:r>
        <w:rPr>
          <w:rFonts w:ascii="Gentium Plus" w:hAnsi="Gentium Plus"/>
          <w:sz w:val="24"/>
        </w:rPr>
        <w:t>Τὸν μὲν ὀφθαλμὸν ὕδατι ψυχρῷ κατάντλει, τὰς δὲ ἐπι‐ φορὰς ἰάσῃ, ἅλας εἰς οἶνον καλὸν ἑψήσας, καὶ προσβαλὼν σμύρναν λελειωμένην καὶ μέλι Ἀττικὸν προσμίξας· ἔγχριε καὶ μετὰ ταῦτα ψυχρῷ ὕδατι ἐπάντλει.</w:t>
      </w:r>
    </w:p>
    <w:p>
      <w:pPr>
        <w:jc w:val="center"/>
      </w:pPr>
      <w:r>
        <w:rPr>
          <w:rFonts w:ascii="Gentium Plus" w:hAnsi="Gentium Plus"/>
          <w:b/>
          <w:sz w:val="24"/>
        </w:rPr>
        <w:t>πρὸς τὰ ἐν ὀφθαλμοῖς τραύματα.</w:t>
      </w:r>
    </w:p>
    <w:p>
      <w:r>
        <w:rPr>
          <w:rFonts w:ascii="Courier New" w:hAnsi="Courier New"/>
          <w:color w:val="555555"/>
          <w:sz w:val="20"/>
        </w:rPr>
        <w:t>[1]</w:t>
      </w:r>
    </w:p>
    <w:p>
      <w:r>
        <w:rPr>
          <w:rFonts w:ascii="Gentium Plus" w:hAnsi="Gentium Plus"/>
          <w:sz w:val="24"/>
        </w:rPr>
        <w:t>Τὰ ἐν ὀφθαλμοῖς τραύματα θεραπεύσεις οὕτως· λαβὼν κρόκου, πεπέρεως λευκοῦ, ἅλατος ἀμμωνιακοῦ, ὀπίου, σκορό‐ δου ἀνὰ γο μίαν, καὶ λειώσας ἕκαστα, μέλιτι ἀναλάμβανε καὶ ἀπ’ αὐτοῦ ἔγχριε. ποιεῖ δὲ καὶ κόπρος ἀνθρωπίνη ξηραν‐</w:t>
      </w:r>
    </w:p>
    <w:p>
      <w:r>
        <w:rPr>
          <w:rFonts w:ascii="Courier New" w:hAnsi="Courier New"/>
          <w:color w:val="555555"/>
          <w:sz w:val="20"/>
        </w:rPr>
        <w:t>[5]</w:t>
      </w:r>
    </w:p>
    <w:p>
      <w:r>
        <w:rPr>
          <w:rFonts w:ascii="Gentium Plus" w:hAnsi="Gentium Plus"/>
          <w:sz w:val="24"/>
        </w:rPr>
        <w:t>θεῖσα καὶ λεαν\ χθεῖσα καὶ προσπασθεῖσα τῷ ὀφθαλμῷ.</w:t>
      </w:r>
    </w:p>
    <w:p>
      <w:pPr>
        <w:jc w:val="center"/>
      </w:pPr>
      <w:r>
        <w:rPr>
          <w:rFonts w:ascii="Gentium Plus" w:hAnsi="Gentium Plus"/>
          <w:b/>
          <w:sz w:val="24"/>
        </w:rPr>
        <w:t>πρὸς ἀρχομένας ὑποχύσεις ἔγχρισμα.</w:t>
      </w:r>
    </w:p>
    <w:p>
      <w:r>
        <w:rPr>
          <w:rFonts w:ascii="Courier New" w:hAnsi="Courier New"/>
          <w:color w:val="555555"/>
          <w:sz w:val="20"/>
        </w:rPr>
        <w:t>[1]</w:t>
      </w:r>
    </w:p>
    <w:p>
      <w:r>
        <w:rPr>
          <w:rFonts w:ascii="Gentium Plus" w:hAnsi="Gentium Plus"/>
          <w:sz w:val="24"/>
        </w:rPr>
        <w:t>Μέλιτος Ἀττικοῦ, ὑαίνης ἢ ἀλώπεκος χολῆς τὸ ἴσον τῷ μέλιτι, ὀποβαλσάμου τὸ ἴσον, πεπέρεως τὸ ἥμισυ. ταῦτα λειώ‐ σας καὶ ἀνελόμενος εἰς βικίον ὑάλινον ἢ κασσιτέρινον, ἔγχριε.</w:t>
      </w:r>
    </w:p>
    <w:p>
      <w:pPr>
        <w:jc w:val="center"/>
      </w:pPr>
      <w:r>
        <w:rPr>
          <w:rFonts w:ascii="Gentium Plus" w:hAnsi="Gentium Plus"/>
          <w:b/>
          <w:sz w:val="24"/>
        </w:rPr>
        <w:t>πρὸς πτερύγια.</w:t>
      </w:r>
    </w:p>
    <w:p>
      <w:r>
        <w:rPr>
          <w:rFonts w:ascii="Courier New" w:hAnsi="Courier New"/>
          <w:color w:val="555555"/>
          <w:sz w:val="20"/>
        </w:rPr>
        <w:t>[1]</w:t>
      </w:r>
    </w:p>
    <w:p>
      <w:r>
        <w:rPr>
          <w:rFonts w:ascii="Gentium Plus" w:hAnsi="Gentium Plus"/>
          <w:sz w:val="24"/>
        </w:rPr>
        <w:t>Πτερύγιά εἰσι παχέων χυμῶν, αἵματος καὶ φλέγματος κατὰ κεφαλὴν συστάντων, ἀνωτερικαί τινες ἐπιχύσεις ἐπι‐</w:t>
      </w:r>
    </w:p>
    <w:p>
      <w:r>
        <w:rPr>
          <w:rFonts w:ascii="Courier New" w:hAnsi="Courier New"/>
          <w:color w:val="555555"/>
          <w:sz w:val="20"/>
        </w:rPr>
        <w:t>[5]</w:t>
      </w:r>
    </w:p>
    <w:p>
      <w:r>
        <w:rPr>
          <w:rFonts w:ascii="Gentium Plus" w:hAnsi="Gentium Plus"/>
          <w:sz w:val="24"/>
        </w:rPr>
        <w:t>ἀλλοτριοῦσι τοῦ φωτός, νέφους δίκην αὐτὴν ὥσπερ ἀστέρα καλύπτουσαι. ὧν ἴαμα σύντομον καὶ εὐπόριστον ἐκθήσομαι· ἑκατέρωθεν χρὴ τὸν ὀφθαλμὸν παρασύραντα ὡς καὶ τὸ πρόσω‐ πον ῥυσῶσαι, τὸ ἐξεπιπολῆς \| πτερύγιον ὑμενῶδες ἀνακρεμάσαι ἰατρικῷ ἀγκίστρῳ ἄνευ γλωσσίδος, καὶ περιτεμεῖν σμίλῃ κύκλῳ.</w:t>
      </w:r>
    </w:p>
    <w:p>
      <w:r>
        <w:rPr>
          <w:rFonts w:ascii="Courier New" w:hAnsi="Courier New"/>
          <w:color w:val="555555"/>
          <w:sz w:val="20"/>
        </w:rPr>
        <w:t>[10]</w:t>
      </w:r>
    </w:p>
    <w:p>
      <w:r>
        <w:rPr>
          <w:rFonts w:ascii="Gentium Plus" w:hAnsi="Gentium Plus"/>
          <w:sz w:val="24"/>
        </w:rPr>
        <w:t>οὐ φοβηθήσῃ δὲ τοῦτο ποιῶν, κερατοειδοῦς τοῦ ὑμένος ὑπάρ‐ χοντος. τμηθέντος δὲ αὐτοῦ, σπόγγισον μετὰ ὀξυκράτου. ἂν δὲ σφόδρα πιέζηται ὁ ἵππος, δεσμῷ σύνεχε, τῇ δὲ τρίτῃ τῶν ἡμερῶν ἀποθεράπευε φαρμάκῳ τῷδε· κιμωλίας γο αʹ, πομ‐ φόλυγος γο ϛʹ, ἴρεως δραχμὰς βʹ, μέλιτος τὸ ἀρκοῦν, ἀνα‐</w:t>
      </w:r>
    </w:p>
    <w:p>
      <w:r>
        <w:rPr>
          <w:rFonts w:ascii="Courier New" w:hAnsi="Courier New"/>
          <w:color w:val="555555"/>
          <w:sz w:val="20"/>
        </w:rPr>
        <w:t>[15]</w:t>
      </w:r>
    </w:p>
    <w:p>
      <w:r>
        <w:rPr>
          <w:rFonts w:ascii="Gentium Plus" w:hAnsi="Gentium Plus"/>
          <w:sz w:val="24"/>
        </w:rPr>
        <w:t>λαβὼν ἔγχριε, ἕως ἀποθεραπεύσεις.</w:t>
      </w:r>
    </w:p>
    <w:p>
      <w:pPr>
        <w:jc w:val="center"/>
      </w:pPr>
      <w:r>
        <w:rPr>
          <w:rFonts w:ascii="Gentium Plus" w:hAnsi="Gentium Plus"/>
          <w:b/>
          <w:sz w:val="24"/>
        </w:rPr>
        <w:t>πρὸς ὑφαίμους ὀφθαλμοὺς καὶ σταφυλώματα.</w:t>
      </w:r>
    </w:p>
    <w:p>
      <w:r>
        <w:rPr>
          <w:rFonts w:ascii="Courier New" w:hAnsi="Courier New"/>
          <w:color w:val="555555"/>
          <w:sz w:val="20"/>
        </w:rPr>
        <w:t>[1]</w:t>
      </w:r>
    </w:p>
    <w:p>
      <w:r>
        <w:rPr>
          <w:rFonts w:ascii="Gentium Plus" w:hAnsi="Gentium Plus"/>
          <w:sz w:val="24"/>
        </w:rPr>
        <w:t>Ὠιοῦ τὸ λευκόν, ἔλαιον ῥόδινον, ψιμύθιον, ταῦτα γλοι‐ οῦ πάχος ποιήσας, ἔγχριε. πρότερον δὲ αἷμα ἀφαίρει ἀπὸ τῶν κροτάφων. ἐὰν δὲ ἐπιμένον τὸ ῥεῦμα πτερύγιον ποιήσῃ ἢ σταφύλωμα, διαλιπὼν τὸ ἐναλείφειν ἐπὶ δύο ἡμέρας, οἴνῳ ἐμ‐</w:t>
      </w:r>
    </w:p>
    <w:p>
      <w:r>
        <w:rPr>
          <w:rFonts w:ascii="Courier New" w:hAnsi="Courier New"/>
          <w:color w:val="555555"/>
          <w:sz w:val="20"/>
        </w:rPr>
        <w:t>[5]</w:t>
      </w:r>
    </w:p>
    <w:p>
      <w:r>
        <w:rPr>
          <w:rFonts w:ascii="Gentium Plus" w:hAnsi="Gentium Plus"/>
          <w:sz w:val="24"/>
        </w:rPr>
        <w:t>φύσα καὶ κλύζε τὸν ὀφθαλμὸν διὰ τοῦ στενοῦ πόρου τοῦ προσκειμένου τοῖς μυκτῆρσιν. οὗτος γὰρ ὁ πόρος διήκει μέχρι τοῦ \| ὀφθαλμοῦ. καὶ μετὰ ταῦτα πάλιν ἐνάλειφε τῷ εἰρημένῳ φαρμάκῳ. τοῦτο γὰρ καὶ ἀναπλασσόμενον καὶ ἐνα‐ λειφόμενον θέρους μὲν μετὰ ὕδατος ψυχροῦ, χειμῶνος δὲ</w:t>
      </w:r>
    </w:p>
    <w:p>
      <w:r>
        <w:rPr>
          <w:rFonts w:ascii="Courier New" w:hAnsi="Courier New"/>
          <w:color w:val="555555"/>
          <w:sz w:val="20"/>
        </w:rPr>
        <w:t>[10]</w:t>
      </w:r>
    </w:p>
    <w:p>
      <w:r>
        <w:rPr>
          <w:rFonts w:ascii="Gentium Plus" w:hAnsi="Gentium Plus"/>
          <w:sz w:val="24"/>
        </w:rPr>
        <w:t>χλιαροῦ οἰνομέλιτος ὠφελεῖ.</w:t>
      </w:r>
    </w:p>
    <w:p>
      <w:pPr>
        <w:jc w:val="center"/>
      </w:pPr>
      <w:r>
        <w:rPr>
          <w:rFonts w:ascii="Gentium Plus" w:hAnsi="Gentium Plus"/>
          <w:b/>
          <w:sz w:val="24"/>
        </w:rPr>
        <w:t>Πελαγωνίου πρὸς τὰ ἐν ὀφθαλμοῖς πλήγματα</w:t>
      </w:r>
    </w:p>
    <w:p>
      <w:r>
        <w:rPr>
          <w:rFonts w:ascii="Courier New" w:hAnsi="Courier New"/>
          <w:color w:val="555555"/>
          <w:sz w:val="20"/>
        </w:rPr>
        <w:t>[t2]</w:t>
      </w:r>
    </w:p>
    <w:p>
      <w:r>
        <w:rPr>
          <w:rFonts w:ascii="Gentium Plus" w:hAnsi="Gentium Plus"/>
          <w:sz w:val="24"/>
        </w:rPr>
        <w:t>κολλύριον.</w:t>
      </w:r>
    </w:p>
    <w:p>
      <w:r>
        <w:rPr>
          <w:rFonts w:ascii="Courier New" w:hAnsi="Courier New"/>
          <w:color w:val="555555"/>
          <w:sz w:val="20"/>
        </w:rPr>
        <w:t>[1]</w:t>
      </w:r>
    </w:p>
    <w:p>
      <w:r>
        <w:rPr>
          <w:rFonts w:ascii="Gentium Plus" w:hAnsi="Gentium Plus"/>
          <w:sz w:val="24"/>
        </w:rPr>
        <w:t>Σμύρνης τρωγλίτιδος γο αʹ, κρόκου ὀβολὸν ἕνα λειώσας καὶ ἑψήσας ἐν μελικράτῳ, πρόσθες ἔτι μέλιτος γο γʹ, καὶ χρῶ.</w:t>
      </w:r>
    </w:p>
    <w:p>
      <w:pPr>
        <w:jc w:val="center"/>
      </w:pPr>
      <w:r>
        <w:rPr>
          <w:rFonts w:ascii="Gentium Plus" w:hAnsi="Gentium Plus"/>
          <w:b/>
          <w:sz w:val="24"/>
        </w:rPr>
        <w:t>πρὸς ὑπόχυσιν φυσικόν.</w:t>
      </w:r>
    </w:p>
    <w:p>
      <w:r>
        <w:rPr>
          <w:rFonts w:ascii="Courier New" w:hAnsi="Courier New"/>
          <w:color w:val="555555"/>
          <w:sz w:val="20"/>
        </w:rPr>
        <w:t>[1]</w:t>
      </w:r>
    </w:p>
    <w:p>
      <w:r>
        <w:rPr>
          <w:rFonts w:ascii="Gentium Plus" w:hAnsi="Gentium Plus"/>
          <w:sz w:val="24"/>
        </w:rPr>
        <w:t>Νοσσιὰν χελιδόνος καθελών, ὥστε μηδὲν τὸ σύνολον ἐκεῖθεν ἀπολέσθαι, βάλε ἐν ἀγγείῳ, καὶ ἐπιβαλὼν ὕδωρ, τά‐ ραξον καὶ τοῦτο διήθησον, καὶ τὸ ἀπήθημα δίδου διψῶντι τῷ ζῴῳ πιεῖν ἢ καὶ διὰ κέρατος ἐγχυμάτιζε.</w:t>
      </w:r>
    </w:p>
    <w:p>
      <w:pPr>
        <w:jc w:val="center"/>
      </w:pPr>
      <w:r>
        <w:rPr>
          <w:rFonts w:ascii="Gentium Plus" w:hAnsi="Gentium Plus"/>
          <w:b/>
          <w:sz w:val="24"/>
        </w:rPr>
        <w:t>ἄλλο πρὸς λευκώματα θερμότερον τῶν ἄλλων</w:t>
      </w:r>
    </w:p>
    <w:p>
      <w:r>
        <w:rPr>
          <w:rFonts w:ascii="Courier New" w:hAnsi="Courier New"/>
          <w:color w:val="555555"/>
          <w:sz w:val="20"/>
        </w:rPr>
        <w:t>[t2]</w:t>
      </w:r>
    </w:p>
    <w:p>
      <w:r>
        <w:rPr>
          <w:rFonts w:ascii="Gentium Plus" w:hAnsi="Gentium Plus"/>
          <w:sz w:val="24"/>
        </w:rPr>
        <w:t>καὶ ἐνεργέστερον.</w:t>
      </w:r>
    </w:p>
    <w:p>
      <w:r>
        <w:rPr>
          <w:rFonts w:ascii="Courier New" w:hAnsi="Courier New"/>
          <w:color w:val="555555"/>
          <w:sz w:val="20"/>
        </w:rPr>
        <w:t>[1]</w:t>
      </w:r>
    </w:p>
    <w:p>
      <w:r>
        <w:rPr>
          <w:rFonts w:ascii="Gentium Plus" w:hAnsi="Gentium Plus"/>
          <w:sz w:val="24"/>
        </w:rPr>
        <w:t>Βαλσάμου, σμύρνης, κρόκου, καδμίας, πηγά\ αʹ, ναρδοστάχυος γο βcʹ, πεπέρεως λευκοῦ γο βʹ, μέλιτος Ἀττικοῦ γο ϛʹ, ἀσπαράγου ῥίζης γο ϛʹ, οἴνου παλαιοῦ γράμ‐ ματα βʹ, ἀλκυονίου γο εʹ, ὕδατος ὀμβρίου ἢ ποταμίου γο βʹ.</w:t>
      </w:r>
    </w:p>
    <w:p>
      <w:pPr>
        <w:jc w:val="center"/>
      </w:pPr>
      <w:r>
        <w:rPr>
          <w:rFonts w:ascii="Gentium Plus" w:hAnsi="Gentium Plus"/>
          <w:b/>
          <w:sz w:val="24"/>
        </w:rPr>
        <w:t>Πρὸς ὑπόχυσιν ὀφθαλμῶν.</w:t>
      </w:r>
    </w:p>
    <w:p>
      <w:r>
        <w:rPr>
          <w:rFonts w:ascii="Courier New" w:hAnsi="Courier New"/>
          <w:color w:val="555555"/>
          <w:sz w:val="20"/>
        </w:rPr>
        <w:t>[1]</w:t>
      </w:r>
    </w:p>
    <w:p>
      <w:r>
        <w:rPr>
          <w:rFonts w:ascii="Gentium Plus" w:hAnsi="Gentium Plus"/>
          <w:sz w:val="24"/>
        </w:rPr>
        <w:t>Πρὸ πάντων ἐν θερμοτέρῳ τόπῳ ἱστάσθω, ἀπεχέσθω τε κριθῶν, μόνοις δὲ πιτύροις καὶ ἀχύροις τρεφέσθω. λαβὼν δὲ ἀλεύρου σιτίνου ξέ. τὸ ἥμισυ, καὶ ὑδρομέλιτος ξέ. αʹ, λιβά‐ νου ἀλεύρου ξέ. αʹ, ῥητίνης γο αʹ, ᾠὰ βʹ καὶ οἶνον τὸν ἀρ‐</w:t>
      </w:r>
    </w:p>
    <w:p>
      <w:r>
        <w:rPr>
          <w:rFonts w:ascii="Courier New" w:hAnsi="Courier New"/>
          <w:color w:val="555555"/>
          <w:sz w:val="20"/>
        </w:rPr>
        <w:t>[5]</w:t>
      </w:r>
    </w:p>
    <w:p>
      <w:r>
        <w:rPr>
          <w:rFonts w:ascii="Gentium Plus" w:hAnsi="Gentium Plus"/>
          <w:sz w:val="24"/>
        </w:rPr>
        <w:t>κοῦντα, ἕψει, καὶ πᾶσαν τὴν ὄψιν ἐγχρίων ἐπίδησον, καὶ μει‐ νάτω νύκτα μίαν μετὰ τοῦ βοηθήματος. τὸ δὲ πρωῒ ἀφελό‐ μενος αὐτό, τὰς προειρημένας τροφὰς παράβαλλε. τετάρτῃ δὲ ἡμέρᾳ ἔγχριε τοὺς ὀφθαλμοὺς μέλιτι Ἀττικῷ.</w:t>
      </w:r>
    </w:p>
    <w:p>
      <w:pPr>
        <w:jc w:val="center"/>
      </w:pPr>
      <w:r>
        <w:rPr>
          <w:rFonts w:ascii="Gentium Plus" w:hAnsi="Gentium Plus"/>
          <w:b/>
          <w:sz w:val="24"/>
        </w:rPr>
        <w:t>Πρὸς τὰς ἐν ὀφθαλμοῖς οὐλάς.</w:t>
      </w:r>
    </w:p>
    <w:p>
      <w:r>
        <w:rPr>
          <w:rFonts w:ascii="Courier New" w:hAnsi="Courier New"/>
          <w:color w:val="555555"/>
          <w:sz w:val="20"/>
        </w:rPr>
        <w:t>[1]</w:t>
      </w:r>
    </w:p>
    <w:p>
      <w:r>
        <w:rPr>
          <w:rFonts w:ascii="Gentium Plus" w:hAnsi="Gentium Plus"/>
          <w:sz w:val="24"/>
        </w:rPr>
        <w:t>Βαλσάμου γο βʹ, πεπέρεως γο βʹ, μυελοῦ προβατείου ἐκ τῶν ποδῶν γο αʹ, σκορόδων Γαλλικῶν τὸ ἀρκοῦν, μαράθου δεσμήν, ᾠοῦ λέκιθον αʹ. \|</w:t>
      </w:r>
    </w:p>
    <w:p>
      <w:pPr>
        <w:jc w:val="center"/>
      </w:pPr>
      <w:r>
        <w:rPr>
          <w:rFonts w:ascii="Gentium Plus" w:hAnsi="Gentium Plus"/>
          <w:b/>
          <w:sz w:val="24"/>
        </w:rPr>
        <w:t>πρὸς τραῦμα ὀφθαλμοῦ.</w:t>
      </w:r>
    </w:p>
    <w:p>
      <w:r>
        <w:rPr>
          <w:rFonts w:ascii="Courier New" w:hAnsi="Courier New"/>
          <w:color w:val="555555"/>
          <w:sz w:val="20"/>
        </w:rPr>
        <w:t>[1]</w:t>
      </w:r>
    </w:p>
    <w:p>
      <w:r>
        <w:rPr>
          <w:rFonts w:ascii="Gentium Plus" w:hAnsi="Gentium Plus"/>
          <w:sz w:val="24"/>
        </w:rPr>
        <w:t>Σμύρναν, κρόκον, σχοίνου ἄνθος συλλειώσας, καὶ μέλι ἐπιβαλών, ἐπίχριε.</w:t>
      </w:r>
    </w:p>
    <w:p>
      <w:pPr>
        <w:jc w:val="center"/>
      </w:pPr>
      <w:r>
        <w:rPr>
          <w:rFonts w:ascii="Gentium Plus" w:hAnsi="Gentium Plus"/>
          <w:b/>
          <w:sz w:val="24"/>
        </w:rPr>
        <w:t>κολλύριον νάρδινον.</w:t>
      </w:r>
    </w:p>
    <w:p>
      <w:r>
        <w:rPr>
          <w:rFonts w:ascii="Courier New" w:hAnsi="Courier New"/>
          <w:color w:val="555555"/>
          <w:sz w:val="20"/>
        </w:rPr>
        <w:t>[1]</w:t>
      </w:r>
    </w:p>
    <w:p>
      <w:r>
        <w:rPr>
          <w:rFonts w:ascii="Gentium Plus" w:hAnsi="Gentium Plus"/>
          <w:sz w:val="24"/>
        </w:rPr>
        <w:t>Ὀποπάνακος γράμματα τέσσαρα, ἴων ξηρῶν γο βʹ ναρ‐ δοστάχυος γο ϛʹ, κασίας, σμύρνης, ἐλαίου ἀνὰ γο ϛʹ, πεπέρεως γράμματα ϛʹ, οἴνου γράμματα εʹ.</w:t>
      </w:r>
    </w:p>
    <w:p>
      <w:pPr>
        <w:jc w:val="center"/>
      </w:pPr>
      <w:r>
        <w:rPr>
          <w:rFonts w:ascii="Gentium Plus" w:hAnsi="Gentium Plus"/>
          <w:b/>
          <w:sz w:val="24"/>
        </w:rPr>
        <w:t>πρὸς σίμβλωσιν ὁδοιπορικόν.</w:t>
      </w:r>
    </w:p>
    <w:p>
      <w:r>
        <w:rPr>
          <w:rFonts w:ascii="Courier New" w:hAnsi="Courier New"/>
          <w:color w:val="555555"/>
          <w:sz w:val="20"/>
        </w:rPr>
        <w:t>[1]</w:t>
      </w:r>
    </w:p>
    <w:p>
      <w:r>
        <w:rPr>
          <w:rFonts w:ascii="Gentium Plus" w:hAnsi="Gentium Plus"/>
          <w:sz w:val="24"/>
        </w:rPr>
        <w:t>Ἀκάνθης λευκῆς χυλὸν οἴνῳ παλαιῷ μῖξον ἐν ἴσῳ στα‐</w:t>
      </w:r>
    </w:p>
    <w:p>
      <w:r>
        <w:rPr>
          <w:rFonts w:ascii="Courier New" w:hAnsi="Courier New"/>
          <w:color w:val="555555"/>
          <w:sz w:val="20"/>
        </w:rPr>
        <w:t>[5]</w:t>
      </w:r>
    </w:p>
    <w:p>
      <w:r>
        <w:rPr>
          <w:rFonts w:ascii="Gentium Plus" w:hAnsi="Gentium Plus"/>
          <w:sz w:val="24"/>
        </w:rPr>
        <w:t>λευκῆς ἀκάνθης καὶ μέλιτος μίξας, πτερῷ τὸν ὀφθαλμὸν ἐπίχριε.</w:t>
      </w:r>
    </w:p>
    <w:p>
      <w:pPr>
        <w:jc w:val="center"/>
      </w:pPr>
      <w:r>
        <w:rPr>
          <w:rFonts w:ascii="Gentium Plus" w:hAnsi="Gentium Plus"/>
          <w:b/>
          <w:sz w:val="24"/>
        </w:rPr>
        <w:t>κολλύριον ὀφθαλμικόν.</w:t>
      </w:r>
    </w:p>
    <w:p>
      <w:r>
        <w:rPr>
          <w:rFonts w:ascii="Courier New" w:hAnsi="Courier New"/>
          <w:color w:val="555555"/>
          <w:sz w:val="20"/>
        </w:rPr>
        <w:t>[1]</w:t>
      </w:r>
    </w:p>
    <w:p>
      <w:r>
        <w:rPr>
          <w:rFonts w:ascii="Gentium Plus" w:hAnsi="Gentium Plus"/>
          <w:sz w:val="24"/>
        </w:rPr>
        <w:t>Ἰὸν καὶ ἅλας ἐν ἴσῳ σταθμῷ λαβὼν πρόσμιξον ὄξους τὸ ἀρκοῦν. 〈ἢ〉 ἐλαίου γο αʹ, ἀλκυονίου γο αʹ, κρόκου γο cʹ, πεπέρεως λευκοῦ γο αʹ, πεπέρεως μακροῦ γο αʹ, βοτάνης Σα‐ βίνης ἤτοι βράθυος \| γο αʹ, λιβάνου ἀλεύρου γο αʹ, σμύρνης</w:t>
      </w:r>
    </w:p>
    <w:p>
      <w:r>
        <w:rPr>
          <w:rFonts w:ascii="Courier New" w:hAnsi="Courier New"/>
          <w:color w:val="555555"/>
          <w:sz w:val="20"/>
        </w:rPr>
        <w:t>[5]</w:t>
      </w:r>
    </w:p>
    <w:p>
      <w:r>
        <w:rPr>
          <w:rFonts w:ascii="Gentium Plus" w:hAnsi="Gentium Plus"/>
          <w:sz w:val="24"/>
        </w:rPr>
        <w:t>γο αʹ, ἕκαστα ταῦτα λειώσας καὶ λεπτῷ κοσκίνῳ σήσας, χρῶ μετὰ μέλιτος οὐγκιῶν ἕξ.</w:t>
      </w:r>
    </w:p>
    <w:p>
      <w:pPr>
        <w:jc w:val="center"/>
      </w:pPr>
      <w:r>
        <w:rPr>
          <w:rFonts w:ascii="Gentium Plus" w:hAnsi="Gentium Plus"/>
          <w:b/>
          <w:sz w:val="24"/>
        </w:rPr>
        <w:t>ἐὰν σκύλῃ τὸν ὀφθαλμὸν ἵππος.</w:t>
      </w:r>
    </w:p>
    <w:p>
      <w:r>
        <w:rPr>
          <w:rFonts w:ascii="Courier New" w:hAnsi="Courier New"/>
          <w:color w:val="555555"/>
          <w:sz w:val="20"/>
        </w:rPr>
        <w:t>[1]</w:t>
      </w:r>
    </w:p>
    <w:p>
      <w:r>
        <w:rPr>
          <w:rFonts w:ascii="Gentium Plus" w:hAnsi="Gentium Plus"/>
          <w:sz w:val="24"/>
        </w:rPr>
        <w:t>Ἔριον μετὰ ἐλαίου ῥοδίνου καὶ ᾠοῦ ἐντὸς τοῦ ὀφθαλμοῦ ἔμβαλλε, τῇ δὲ ἄλλῃ τήλεως ἀφηψημένης χυλῷ χλιαρῷ ἀπάντ‐ λει, καὶ πληρώσας σπόγγον ἐπίθες καὶ δῆσον, καὶ πάλιν ἔριον ἀπὸ τῶν προγεγραμμένων. καὶ ὅταν βέλτιον ἔχῃ, κολλύριον</w:t>
      </w:r>
    </w:p>
    <w:p>
      <w:r>
        <w:rPr>
          <w:rFonts w:ascii="Courier New" w:hAnsi="Courier New"/>
          <w:color w:val="555555"/>
          <w:sz w:val="20"/>
        </w:rPr>
        <w:t>[5]</w:t>
      </w:r>
    </w:p>
    <w:p>
      <w:r>
        <w:rPr>
          <w:rFonts w:ascii="Gentium Plus" w:hAnsi="Gentium Plus"/>
          <w:sz w:val="24"/>
        </w:rPr>
        <w:t>ἐπίχριε.</w:t>
      </w:r>
    </w:p>
    <w:p>
      <w:pPr>
        <w:jc w:val="center"/>
      </w:pPr>
      <w:r>
        <w:rPr>
          <w:rFonts w:ascii="Gentium Plus" w:hAnsi="Gentium Plus"/>
          <w:b/>
          <w:sz w:val="24"/>
        </w:rPr>
        <w:t>πρὸς τὰ ἐν ὀφθαλμοῖς καρκινώματα.</w:t>
      </w:r>
    </w:p>
    <w:p>
      <w:r>
        <w:rPr>
          <w:rFonts w:ascii="Courier New" w:hAnsi="Courier New"/>
          <w:color w:val="555555"/>
          <w:sz w:val="20"/>
        </w:rPr>
        <w:t>[1]</w:t>
      </w:r>
    </w:p>
    <w:p>
      <w:r>
        <w:rPr>
          <w:rFonts w:ascii="Gentium Plus" w:hAnsi="Gentium Plus"/>
          <w:sz w:val="24"/>
        </w:rPr>
        <w:t>Ὄροβον ἀληλεσμένον, ἔλαιον ῥόδινον καὶ ᾠὸν μετὰ μέλι‐</w:t>
      </w:r>
    </w:p>
    <w:p>
      <w:pPr>
        <w:jc w:val="center"/>
      </w:pPr>
      <w:r>
        <w:rPr>
          <w:rFonts w:ascii="Gentium Plus" w:hAnsi="Gentium Plus"/>
          <w:b/>
          <w:sz w:val="24"/>
        </w:rPr>
        <w:t>πρὸς τὰς ἐν ὀφθαλμοῖς οὐλάς.</w:t>
      </w:r>
    </w:p>
    <w:p>
      <w:r>
        <w:rPr>
          <w:rFonts w:ascii="Courier New" w:hAnsi="Courier New"/>
          <w:color w:val="555555"/>
          <w:sz w:val="20"/>
        </w:rPr>
        <w:t>[1]</w:t>
      </w:r>
    </w:p>
    <w:p>
      <w:r>
        <w:rPr>
          <w:rFonts w:ascii="Gentium Plus" w:hAnsi="Gentium Plus"/>
          <w:sz w:val="24"/>
        </w:rPr>
        <w:t>Δορὰν παλαιᾶς βύρσης καύσας καὶ ξηρίον ποιήσας ἔμ‐ βαλλε κατὰ τοὺς ὀφθαλμούς.</w:t>
      </w:r>
    </w:p>
    <w:p>
      <w:pPr>
        <w:jc w:val="center"/>
      </w:pPr>
      <w:r>
        <w:rPr>
          <w:rFonts w:ascii="Gentium Plus" w:hAnsi="Gentium Plus"/>
          <w:b/>
          <w:sz w:val="24"/>
        </w:rPr>
        <w:t>πρὸς τὰς ἐν ὀφθαλμοῖς φλεγμονάς.</w:t>
      </w:r>
    </w:p>
    <w:p>
      <w:r>
        <w:rPr>
          <w:rFonts w:ascii="Courier New" w:hAnsi="Courier New"/>
          <w:color w:val="555555"/>
          <w:sz w:val="20"/>
        </w:rPr>
        <w:t>[1]</w:t>
      </w:r>
    </w:p>
    <w:p>
      <w:r>
        <w:rPr>
          <w:rFonts w:ascii="Gentium Plus" w:hAnsi="Gentium Plus"/>
          <w:sz w:val="24"/>
        </w:rPr>
        <w:t>Ἐὰν ἐξαίφνης ὀφθαλμὸς φλεγμαίνῃ, σπόγγον ὄξει βρέ‐ ξας, περίθες τῷ ὀφθαλμῷ καὶ ἐπιδέσμει. \|</w:t>
      </w:r>
    </w:p>
    <w:p>
      <w:pPr>
        <w:jc w:val="center"/>
      </w:pPr>
      <w:r>
        <w:rPr>
          <w:rFonts w:ascii="Gentium Plus" w:hAnsi="Gentium Plus"/>
          <w:b/>
          <w:sz w:val="24"/>
        </w:rPr>
        <w:t>Ἀψύρτου σύνθεσις κολλυρίων ἐπὶ λευκωμάτων.</w:t>
      </w:r>
    </w:p>
    <w:p>
      <w:r>
        <w:rPr>
          <w:rFonts w:ascii="Courier New" w:hAnsi="Courier New"/>
          <w:color w:val="555555"/>
          <w:sz w:val="20"/>
        </w:rPr>
        <w:t>[1]</w:t>
      </w:r>
    </w:p>
    <w:p>
      <w:r>
        <w:rPr>
          <w:rFonts w:ascii="Gentium Plus" w:hAnsi="Gentium Plus"/>
          <w:sz w:val="24"/>
        </w:rPr>
        <w:t>Λιβάνου ἄρρενος γο βʹ, σμύρνης τρωγλίτιδος γο βʹ, κρό‐ κου Κυρηναϊκοῦ γο αʹ, μαράθου χυλοῦ γο βʹ, μέλιτος ἀκα‐ πνίου γο αʹ, ῥόδων φύλλων γο βʹ, πεπέρεως λευκοῦ πεπέρεως μακροῦ κροκομάγματος ἀνὰ γο αʹ, χυλοῦ κισσοῦ γο βʹ, οἴνου</w:t>
      </w:r>
    </w:p>
    <w:p>
      <w:r>
        <w:rPr>
          <w:rFonts w:ascii="Courier New" w:hAnsi="Courier New"/>
          <w:color w:val="555555"/>
          <w:sz w:val="20"/>
        </w:rPr>
        <w:t>[5]</w:t>
      </w:r>
    </w:p>
    <w:p>
      <w:r>
        <w:rPr>
          <w:rFonts w:ascii="Gentium Plus" w:hAnsi="Gentium Plus"/>
          <w:sz w:val="24"/>
        </w:rPr>
        <w:t>Ἰταλικοῦ κοτύλην μίαν, ὀποβαλσάμου τὸ ἀρκοῦν. \</w:t>
      </w:r>
    </w:p>
    <w:p>
      <w:pPr>
        <w:jc w:val="center"/>
      </w:pPr>
      <w:r>
        <w:rPr>
          <w:rFonts w:ascii="Gentium Plus" w:hAnsi="Gentium Plus"/>
          <w:b/>
          <w:sz w:val="24"/>
        </w:rPr>
        <w:t>περὶ διακοπῆς ὀφθαλμῶν.</w:t>
      </w:r>
    </w:p>
    <w:p>
      <w:pPr>
        <w:jc w:val="center"/>
      </w:pPr>
      <w:r>
        <w:rPr>
          <w:rFonts w:ascii="Gentium Plus" w:hAnsi="Gentium Plus"/>
          <w:b/>
          <w:sz w:val="24"/>
        </w:rPr>
        <w:t>Αψύρτου.</w:t>
      </w:r>
    </w:p>
    <w:p>
      <w:r>
        <w:rPr>
          <w:rFonts w:ascii="Courier New" w:hAnsi="Courier New"/>
          <w:color w:val="555555"/>
          <w:sz w:val="20"/>
        </w:rPr>
        <w:t>[12 . 1]</w:t>
      </w:r>
    </w:p>
    <w:p>
      <w:r>
        <w:rPr>
          <w:rFonts w:ascii="Gentium Plus" w:hAnsi="Gentium Plus"/>
          <w:sz w:val="24"/>
        </w:rPr>
        <w:t>Ἄψυρτος Ἱπποκράτει ἱπποϊατρῷ χαίρειν. ἐπειδὴ ῥᾳδίως πέφυκε τὸ ἱππικὸν γένος ἀδικεῖσθαι ἐν τῷ ὁρατικῷ, ἱπποτροφοῦντά σε ἀναγκαῖον εἰδέναι τὰ βοηθήματα. ἐὰν δια‐ κοπὴ γένηται ἐν αὐτῷ καὶ φέρῃ λήμας παχείας, γινώσκειν δεῖ,</w:t>
      </w:r>
    </w:p>
    <w:p>
      <w:r>
        <w:rPr>
          <w:rFonts w:ascii="Courier New" w:hAnsi="Courier New"/>
          <w:color w:val="555555"/>
          <w:sz w:val="20"/>
        </w:rPr>
        <w:t>[5]</w:t>
      </w:r>
    </w:p>
    <w:p>
      <w:r>
        <w:rPr>
          <w:rFonts w:ascii="Gentium Plus" w:hAnsi="Gentium Plus"/>
          <w:sz w:val="24"/>
        </w:rPr>
        <w:t>ὅτι ἐκρεῖ ὁ ὀφθαλμός. θεραπεύεται δὲ οὕτως· μυελὸν προβά‐ τειον τὸν μηριαῖον τρίψαντα ἐναλείφειν καὶ κατέχειν τῇ χειρί, ἐπέχοντα ποσῶς δὶς τῆς ἡμέρας. ἄριστον δέ, εἰ ὁ μυελὸς πρόσ‐</w:t>
      </w:r>
    </w:p>
    <w:p>
      <w:r>
        <w:rPr>
          <w:rFonts w:ascii="Courier New" w:hAnsi="Courier New"/>
          <w:color w:val="555555"/>
          <w:sz w:val="20"/>
        </w:rPr>
        <w:t>[10]</w:t>
      </w:r>
    </w:p>
    <w:p>
      <w:r>
        <w:rPr>
          <w:rFonts w:ascii="Gentium Plus" w:hAnsi="Gentium Plus"/>
          <w:sz w:val="24"/>
        </w:rPr>
        <w:t>χηνείῳ συλλελειωμένος ἁρμόζει. ἀναπληρωθέντος δὲ τοῦ \ πήματος καὶ τῆς διακοπῆς ἀπουλωθείσης, ὥστε μηκέτι φέρε‐ σθαι λήμας, ἐναλείφειν τῇ συνθέσει ταύτῃ· χαλκάνθης ὀβο‐ λὸν αʹ, σμύρνης βʹ, κρόκου δραχμὴν μίαν, μυελοῦ προβατείου τοῦ προγεγραμμένου στατῆρα, ταῦτα τρίψαντα ἐν ταὐτῷ καὶ</w:t>
      </w:r>
    </w:p>
    <w:p>
      <w:r>
        <w:rPr>
          <w:rFonts w:ascii="Courier New" w:hAnsi="Courier New"/>
          <w:color w:val="555555"/>
          <w:sz w:val="20"/>
        </w:rPr>
        <w:t>[15]</w:t>
      </w:r>
    </w:p>
    <w:p>
      <w:r>
        <w:rPr>
          <w:rFonts w:ascii="Gentium Plus" w:hAnsi="Gentium Plus"/>
          <w:sz w:val="24"/>
        </w:rPr>
        <w:t>μέλι Ἀττικὸν ἐπιχέαντα, χρῆσθαι καὶ ἀποσμήχειν τὴν οὐλήν. ἔστω δὲ ὁ μυελὸς προλελειωμένος.</w:t>
      </w:r>
    </w:p>
    <w:p>
      <w:r>
        <w:rPr>
          <w:rFonts w:ascii="Courier New" w:hAnsi="Courier New"/>
          <w:color w:val="555555"/>
          <w:sz w:val="20"/>
        </w:rPr>
        <w:t>[12 . 2]</w:t>
      </w:r>
    </w:p>
    <w:p>
      <w:r>
        <w:rPr>
          <w:rFonts w:ascii="Gentium Plus" w:hAnsi="Gentium Plus"/>
          <w:sz w:val="24"/>
        </w:rPr>
        <w:t>ἐὰν δέ ποτε συμβῇ θολερὸν γενέσθαι τὸν ὀφθαλμὸν ὑπὸ πληγῆς ἢ ἐξ ἄλλης τινὸς αἰτίας ἢ παρατρίψεως, ἢ ἀχλὺς ἐπι‐ δράμῃ, ἄριστον φλεβοτομεῖν διακόπτοντα τὴν ἐν τῷ προσώπῳ φλέβα ὑπὸ τὸ μῆλον, καὶ τῇ ἐπαύριον ἐναλείφειν τῷ προτέρῳ.</w:t>
      </w:r>
    </w:p>
    <w:p>
      <w:r>
        <w:rPr>
          <w:rFonts w:ascii="Courier New" w:hAnsi="Courier New"/>
          <w:color w:val="555555"/>
          <w:sz w:val="20"/>
        </w:rPr>
        <w:t>[5]</w:t>
      </w:r>
    </w:p>
    <w:p>
      <w:r>
        <w:rPr>
          <w:rFonts w:ascii="Gentium Plus" w:hAnsi="Gentium Plus"/>
          <w:sz w:val="24"/>
        </w:rPr>
        <w:t>χρηστοτέρα δὲ πρὸς τοῦτο ἡ σύνθεσις αὕτη· ἰοῦ ὀβολὸν αʹ, σμύρνης 〈ὀβολὸν αʹ〉, ἀφρονίτρου Ἀλεξανδρίνου 〈ὀβολοὺσ〉 βʹ τρίψαντα ὡς λεπτότατα, καὶ μέλιτι Ἀττικῷ συλλεάναντα χρῆ‐ σθαι. πρὸς τὴν διακοπὴν δὲ τῷ διὰ τοῦ μυελοῦ συγκειμένῳ χρῶ. ὠφέλιμον δὲ καὶ τοῦτο· ὀρόβους \| ἀλέσαντα καὶ σήσαντα</w:t>
      </w:r>
    </w:p>
    <w:p>
      <w:r>
        <w:rPr>
          <w:rFonts w:ascii="Courier New" w:hAnsi="Courier New"/>
          <w:color w:val="555555"/>
          <w:sz w:val="20"/>
        </w:rPr>
        <w:t>[10]</w:t>
      </w:r>
    </w:p>
    <w:p>
      <w:r>
        <w:rPr>
          <w:rFonts w:ascii="Gentium Plus" w:hAnsi="Gentium Plus"/>
          <w:sz w:val="24"/>
        </w:rPr>
        <w:t>ἐν ὀθονίῳ, καὶ μέλιτι μίξαντα Ἀττικῷ ἢ Κρητικῷ, καὶ συλ‐ λεάναντα ὑπαλείφειν ἐκτὸς τῆς διακοπῆς.</w:t>
      </w:r>
    </w:p>
    <w:p>
      <w:r>
        <w:rPr>
          <w:rFonts w:ascii="Courier New" w:hAnsi="Courier New"/>
          <w:color w:val="555555"/>
          <w:sz w:val="20"/>
        </w:rPr>
        <w:t>[12 . 3]</w:t>
      </w:r>
    </w:p>
    <w:p>
      <w:r>
        <w:rPr>
          <w:rFonts w:ascii="Gentium Plus" w:hAnsi="Gentium Plus"/>
          <w:sz w:val="24"/>
        </w:rPr>
        <w:t>εὔχρηστον δὲ βοή‐ θημα καὶ πρόσκαιρον ἐπὶ παντὶ τῷ συμβαίνοντι, ἐμφυσᾶν οἴνῳ, διαστέλλοντα τὸν ὀφθαλμόν. φλεγμονῆς δὲ γενομένης, χρῆσθαι τούτῳ τῷ βοηθήματι· ἄλφιτα μάσσοντα ἐν οἴνῳ, κατα‐</w:t>
      </w:r>
    </w:p>
    <w:p>
      <w:r>
        <w:rPr>
          <w:rFonts w:ascii="Courier New" w:hAnsi="Courier New"/>
          <w:color w:val="555555"/>
          <w:sz w:val="20"/>
        </w:rPr>
        <w:t>[5]</w:t>
      </w:r>
    </w:p>
    <w:p>
      <w:r>
        <w:rPr>
          <w:rFonts w:ascii="Gentium Plus" w:hAnsi="Gentium Plus"/>
          <w:sz w:val="24"/>
        </w:rPr>
        <w:t>πλάσσειν καὶ ἐπιδεσμεῖν. ὅταν δὲ ῥευματίζηται καὶ μὴ ἱστῆ‐ ται τὸ ῥεῦμα, περικαυστέον τὸν ὀφθαλμόν, τὸ ὁρατικὸν σπόγγῳ κατέχοντα. ὑποτρέχει γὰρ τὸ καυτήριον. ἄριστον δὲ τοῦτο πρὸς τοὺς ῥευματιζομένους· λιθάργυρον πλύναντα καὶ τρίψαντα,</w:t>
      </w:r>
    </w:p>
    <w:p>
      <w:r>
        <w:rPr>
          <w:rFonts w:ascii="Courier New" w:hAnsi="Courier New"/>
          <w:color w:val="555555"/>
          <w:sz w:val="20"/>
        </w:rPr>
        <w:t>[10]</w:t>
      </w:r>
    </w:p>
    <w:p>
      <w:r>
        <w:rPr>
          <w:rFonts w:ascii="Gentium Plus" w:hAnsi="Gentium Plus"/>
          <w:sz w:val="24"/>
        </w:rPr>
        <w:t>τον, ἰοῦ τὸ ἴσον τῷ ὀπῷ· τρίψαντα καθ’ ἕν, καὶ πάλιν ἐν ταὐτῷ οἴνω γλυκεῖ διέντα παχεῖ ἐγχρίειν τὸν ὀφθαλμόν.</w:t>
      </w:r>
    </w:p>
    <w:p>
      <w:pPr>
        <w:jc w:val="center"/>
      </w:pPr>
      <w:r>
        <w:rPr>
          <w:rFonts w:ascii="Gentium Plus" w:hAnsi="Gentium Plus"/>
          <w:b/>
          <w:sz w:val="24"/>
        </w:rPr>
        <w:t>Ἱεροκλέους εἰς τὸ αὐτὸ καὶ περὶ πτερυγίων.</w:t>
      </w:r>
    </w:p>
    <w:p>
      <w:r>
        <w:rPr>
          <w:rFonts w:ascii="Courier New" w:hAnsi="Courier New"/>
          <w:color w:val="555555"/>
          <w:sz w:val="20"/>
        </w:rPr>
        <w:t>[12 . 4]</w:t>
      </w:r>
    </w:p>
    <w:p>
      <w:r>
        <w:rPr>
          <w:rFonts w:ascii="Gentium Plus" w:hAnsi="Gentium Plus"/>
          <w:sz w:val="24"/>
        </w:rPr>
        <w:t>Ἐὰν ὀφθαλμὸς διακοπῇ καὶ λῆμαι φέρωνται \ δέος, μὴ ἐκρεύσῃ ὁ ὀφθαλμός, θεραπεύεται οὕτως· μυελὸν προ‐ βάτειον ἀπὸ τῶν μηρῶν τρίψας ἐνάλειφε, καὶ κάτεχε τῇ χειρὶ ἐπί τινα χρόνον δὶς τῆς ἡμέρας. καλὸν δέ, εἰ ὁ μυελὸς εἴη</w:t>
      </w:r>
    </w:p>
    <w:p>
      <w:r>
        <w:rPr>
          <w:rFonts w:ascii="Courier New" w:hAnsi="Courier New"/>
          <w:color w:val="555555"/>
          <w:sz w:val="20"/>
        </w:rPr>
        <w:t>[5]</w:t>
      </w:r>
    </w:p>
    <w:p>
      <w:r>
        <w:rPr>
          <w:rFonts w:ascii="Gentium Plus" w:hAnsi="Gentium Plus"/>
          <w:sz w:val="24"/>
        </w:rPr>
        <w:t>πρόσφατος. ἐὰν δὲ μὴ ἔχῃς μυελόν, στέαρ χήνειον ἢ καὶ τῶν κατοικιδίων ὀρνίθων τρίψας ἐπίχριε. καὶ ὁ μυελὸς δὲ μετὰ χηνείου στέατος μεμιγμένος ὠφελεῖ. ὅταν δὲ ἀναπληρωθῇ τὸ τραῦμα καὶ ἡ διακοπὴ ἀπουλωθῇ, ὡς μηκέτι λήμας φέρεσθαι, ἐνάλειφε τῷ φαρμάκῳ τῷ ὑπογεγραμμένῳ· χαλκάνθης ὀβολὸν</w:t>
      </w:r>
    </w:p>
    <w:p>
      <w:r>
        <w:rPr>
          <w:rFonts w:ascii="Courier New" w:hAnsi="Courier New"/>
          <w:color w:val="555555"/>
          <w:sz w:val="20"/>
        </w:rPr>
        <w:t>[10]</w:t>
      </w:r>
    </w:p>
    <w:p>
      <w:r>
        <w:rPr>
          <w:rFonts w:ascii="Gentium Plus" w:hAnsi="Gentium Plus"/>
          <w:sz w:val="24"/>
        </w:rPr>
        <w:t>αʹ, σμύρνης ὀβολοὺς βʹ, κρόκου δραχμὴν μίαν, μυελοῦ προβα‐ τείου στατῆρα, προλειώσας τὸν μυελόν, εἶτα τρίψας ἅμα πάντα, καὶ ἐπιχέας Ἀττικοῦ μέλιτος, χρῶ καὶ ἀπόσμηχε τὴν οὐλήν.</w:t>
      </w:r>
    </w:p>
    <w:p>
      <w:r>
        <w:rPr>
          <w:rFonts w:ascii="Courier New" w:hAnsi="Courier New"/>
          <w:color w:val="555555"/>
          <w:sz w:val="20"/>
        </w:rPr>
        <w:t>[12 . 5]</w:t>
      </w:r>
    </w:p>
    <w:p>
      <w:r>
        <w:rPr>
          <w:rFonts w:ascii="Gentium Plus" w:hAnsi="Gentium Plus"/>
          <w:sz w:val="24"/>
        </w:rPr>
        <w:t>ἐὰν δὲ θολερός ποτε γένηται ὁ ὀφθαλμὸς ἐξ οὐλῆς ἢ ἄλλης αἰτίας ἢ παρατρίψεως, ἢ ἀχλὺς αὐτὸν ἐπιδράμῃ, κείρας τὴν ἐν τῷ προσώπῳ φλέβα τὴν ὑπὸ τὸ μῆλον, τῇ ὑστεραίᾳ \| ἐν‐ άλειφε, ὡς προείρηται. ἔνιοι δὲ ἰοῦ, σμύρνης, ἀφρονίτρου</w:t>
      </w:r>
    </w:p>
    <w:p>
      <w:r>
        <w:rPr>
          <w:rFonts w:ascii="Courier New" w:hAnsi="Courier New"/>
          <w:color w:val="555555"/>
          <w:sz w:val="20"/>
        </w:rPr>
        <w:t>[5]</w:t>
      </w:r>
    </w:p>
    <w:p>
      <w:r>
        <w:rPr>
          <w:rFonts w:ascii="Gentium Plus" w:hAnsi="Gentium Plus"/>
          <w:sz w:val="24"/>
        </w:rPr>
        <w:t>Ἀλεξανδρίνου τρίψαντες καὶ μέλιτι Ἀττικῷ συλλεάναντες, χρῶνται. εὔχρηστον γε μὴν βοήθημα, καὶ παραυτίκα τοῦ συμ‐ βαίνοντος ἐμφυσᾶν οἴνῳ, διαστείλαντα τὸν ὀφθαλμόν. εἰ δὲ φλεγμονὴ γένοιτο, ἄλφιτα ἀναμίξαντα οἴνῳ καταπλάσσειν καὶ ἐπιδεσμεῖν. ὅταν δὲ ῥευματιζομένου μὴ ἱστῆται τὸ ῥεῦμα,</w:t>
      </w:r>
    </w:p>
    <w:p>
      <w:r>
        <w:rPr>
          <w:rFonts w:ascii="Courier New" w:hAnsi="Courier New"/>
          <w:color w:val="555555"/>
          <w:sz w:val="20"/>
        </w:rPr>
        <w:t>[10]</w:t>
      </w:r>
    </w:p>
    <w:p>
      <w:r>
        <w:rPr>
          <w:rFonts w:ascii="Gentium Plus" w:hAnsi="Gentium Plus"/>
          <w:sz w:val="24"/>
        </w:rPr>
        <w:t>σπόγγῳ τὸ ὑποτρέχον ἀπόμασσε διακαθαίρων. καὶ τοῦτο δὲ ῥευματιζομένοις χρήσιμον· λιθάργυρον τρίψαντα καὶ πλύναντα,</w:t>
      </w:r>
    </w:p>
    <w:p>
      <w:r>
        <w:rPr>
          <w:rFonts w:ascii="Courier New" w:hAnsi="Courier New"/>
          <w:color w:val="555555"/>
          <w:sz w:val="20"/>
        </w:rPr>
        <w:t>[12 . 6]</w:t>
      </w:r>
    </w:p>
    <w:p>
      <w:r>
        <w:rPr>
          <w:rFonts w:ascii="Gentium Plus" w:hAnsi="Gentium Plus"/>
          <w:sz w:val="24"/>
        </w:rPr>
        <w:t>τὸ δὲ τῶν πτερυγίων πάθος οὐκ εὐίατόν ἐστιν. γίνεται γάρ τινα οἱονεὶ διφθέρια ἐπὶ τῶν βλεφάρων λευκά, καὶ ἀπο‐ τυφλοῖ τὸ ζῷον. ὑποβαλὼν οὖν τὸν δάκτυλον, ἀποπόρπασον \ καὶ ἔκτεμε, εἶτα χρῖσον τὸ περίτμημα ἁλσὶ καὶ ἐλαίῳ, καὶ ταῖς</w:t>
      </w:r>
    </w:p>
    <w:p>
      <w:r>
        <w:rPr>
          <w:rFonts w:ascii="Courier New" w:hAnsi="Courier New"/>
          <w:color w:val="555555"/>
          <w:sz w:val="20"/>
        </w:rPr>
        <w:t>[5]</w:t>
      </w:r>
    </w:p>
    <w:p>
      <w:r>
        <w:rPr>
          <w:rFonts w:ascii="Gentium Plus" w:hAnsi="Gentium Plus"/>
          <w:sz w:val="24"/>
        </w:rPr>
        <w:t>ἓξ ἡμέραις ἐνάλειφε μυελῷ προβατείῳ τῷ ἐκ τῶν καλουμένων νυμφιδίων. κολλυρίων δὲ διαφόρους συνθέσεις εὑρή‐ σεις γεγραμμένας ἐν τῷ δευτέρῳ μου βιβλίῳ. \|</w:t>
      </w:r>
    </w:p>
    <w:p>
      <w:pPr>
        <w:jc w:val="center"/>
      </w:pPr>
      <w:r>
        <w:rPr>
          <w:rFonts w:ascii="Gentium Plus" w:hAnsi="Gentium Plus"/>
          <w:b/>
          <w:sz w:val="24"/>
        </w:rPr>
        <w:t>περὶ ἑτεροφθάλμου καὶ ἀλφορύγχου.</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Φλαμμαρουντίῳ 〈Ὁμήρῳ〉 χαίρειν. οἱ ἑτερόφθαλμοι τῶν ἵππων οὐ τὸ αὐτὸ βλέπουσι τοῖς ὀφθαλ‐ μοῖς. ὅνπερ γὰρ τρόπον ὁ ἑτεροσκελὴς καὶ ὁ ἑτερόπους σκάζει καὶ λείπεται τῷ περιπάτῳ, οὕτω καὶ οὗτοι τῷ ὁρατικῷ. εἰσὶ</w:t>
      </w:r>
    </w:p>
    <w:p>
      <w:r>
        <w:rPr>
          <w:rFonts w:ascii="Courier New" w:hAnsi="Courier New"/>
          <w:color w:val="555555"/>
          <w:sz w:val="20"/>
        </w:rPr>
        <w:t>[5]</w:t>
      </w:r>
    </w:p>
    <w:p>
      <w:r>
        <w:rPr>
          <w:rFonts w:ascii="Gentium Plus" w:hAnsi="Gentium Plus"/>
          <w:sz w:val="24"/>
        </w:rPr>
        <w:t>δὲ καὶ πονηροὶ καὶ ἐπτοημένοι διὰ τὴν ἑτεροφθαλμίαν. παρα‐ λαμβάνουσι δὲ αὐτοὺς 〈οἱ〉 Πάρθοι ὡς εὐγενεστάτους. δοκεῖ δὲ καὶ παρ’ ἐκείνοις πρώτοις γεγενῆσθαι. καὶ ὅσοι δὲ ποικίλοι τῷ χρώματί εἰσιν, καὶ οὗτοι δοκοῦσιν παρ’ ἐκείνοις πρώτοις γεγονέναι, διὸ καὶ οἱ ἀρχαῖοι Πάρθους αὐτοὺς ὠνόμα‐</w:t>
      </w:r>
    </w:p>
    <w:p>
      <w:r>
        <w:rPr>
          <w:rFonts w:ascii="Courier New" w:hAnsi="Courier New"/>
          <w:color w:val="555555"/>
          <w:sz w:val="20"/>
        </w:rPr>
        <w:t>[10]</w:t>
      </w:r>
    </w:p>
    <w:p>
      <w:r>
        <w:rPr>
          <w:rFonts w:ascii="Gentium Plus" w:hAnsi="Gentium Plus"/>
          <w:sz w:val="24"/>
        </w:rPr>
        <w:t>σαν. ἴσθι δὲ καὶ τοῦτο, ὅτι τῶν ἵππων οἱ ἀλφόρυγχοι καὶ</w:t>
      </w:r>
    </w:p>
    <w:p>
      <w:pPr>
        <w:jc w:val="center"/>
      </w:pPr>
      <w:r>
        <w:rPr>
          <w:rFonts w:ascii="Gentium Plus" w:hAnsi="Gentium Plus"/>
          <w:b/>
          <w:sz w:val="24"/>
        </w:rPr>
        <w:t>περὶ ὀχείας.</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Καριστανίῳ Φρόντωνι χαίρειν. σπουδαίως ἔχοντός σου ἐν τῇ ἱπποτροφίᾳ καὶ ζητοῦντος, ἐκ τίνων δεῖ καὶ ποταπῶν τὸ ὀχεῖον ποιεῖσθαι, ἀναγκαῖον εἰδέναι σε καὶ τοῦτο· τῶν ἐχόντων ἐν τῷ ὁρατικῷ λεύκωμά τι οὐχ ὑπὸ πλη‐</w:t>
      </w:r>
    </w:p>
    <w:p>
      <w:r>
        <w:rPr>
          <w:rFonts w:ascii="Courier New" w:hAnsi="Courier New"/>
          <w:color w:val="555555"/>
          <w:sz w:val="20"/>
        </w:rPr>
        <w:t>[5]</w:t>
      </w:r>
    </w:p>
    <w:p>
      <w:r>
        <w:rPr>
          <w:rFonts w:ascii="Gentium Plus" w:hAnsi="Gentium Plus"/>
          <w:sz w:val="24"/>
        </w:rPr>
        <w:t>γῆς, ἀλλ’ ἐκ τοῦ αὐτομάτου, τούτων οὐ δεῖ τὰ ὀχεῖα λαμβά‐ νειν. ζῳογονηθὲν γὰρ καὶ ἐλθὸν εἰς τὴν αὐτὴν ἡλικίαν πη‐ ροῦται ὡσαύτως. τῇ δὲ ἐκ τοῦ τοιούτου ἱππάδι γενομένῃ οὐ γίνεται τοῦτο διὰ τὸ ἔχειν αὐτὴν ἐνιαυσιαίαν κάθαρσιν. τῷ δὲ ὑπ’ αὐτῆς γεννηθέντι ἄρρενι ὡσαύτως συμβήσεται. ὅσοι</w:t>
      </w:r>
    </w:p>
    <w:p>
      <w:r>
        <w:rPr>
          <w:rFonts w:ascii="Courier New" w:hAnsi="Courier New"/>
          <w:color w:val="555555"/>
          <w:sz w:val="20"/>
        </w:rPr>
        <w:t>[10]</w:t>
      </w:r>
    </w:p>
    <w:p>
      <w:r>
        <w:rPr>
          <w:rFonts w:ascii="Gentium Plus" w:hAnsi="Gentium Plus"/>
          <w:sz w:val="24"/>
        </w:rPr>
        <w:t>δέ εἰσι δυσκατάρτιστοι ἐν τῇ ἐπιβάσει καὶ νωχελεῖς, ἀποκρι‐ τέον καὶ τούτους, ἥσσονας ὄντας ἐν τῷ ἔργῳ. καὶ τοὺς μον‐ όρχεις δὲ \| οὐ δεῖ παραλαμβάνειν, ἀγόνους ὄντας κατὰ τὸ πλεῖστον ἢ ὅμοιον γεννῶντας. καὶ ὅσοι δὲ κατὰ τῶν διδύμων κρισσοὺς ἔχουσιν, οἳ λέγονται κρισσοκάβωνες, ἄθετοί εἰσιν.</w:t>
      </w:r>
    </w:p>
    <w:p>
      <w:r>
        <w:rPr>
          <w:rFonts w:ascii="Courier New" w:hAnsi="Courier New"/>
          <w:color w:val="555555"/>
          <w:sz w:val="20"/>
        </w:rPr>
        <w:t>[15]</w:t>
      </w:r>
    </w:p>
    <w:p>
      <w:r>
        <w:rPr>
          <w:rFonts w:ascii="Gentium Plus" w:hAnsi="Gentium Plus"/>
          <w:sz w:val="24"/>
        </w:rPr>
        <w:t>δεῖ γὰρ τὸν ὀχευτὴν ἄρτιον εἶναι, κεχωρισμένον παντὸς αἰτίου.</w:t>
      </w:r>
    </w:p>
    <w:p>
      <w:pPr>
        <w:jc w:val="center"/>
      </w:pPr>
      <w:r>
        <w:rPr>
          <w:rFonts w:ascii="Gentium Plus" w:hAnsi="Gentium Plus"/>
          <w:b/>
          <w:sz w:val="24"/>
        </w:rPr>
        <w:t>τοῦ αὐτοῦ περὶ τοῦ ποταπὸν δεῖ εἶναι τὸν</w:t>
      </w:r>
    </w:p>
    <w:p>
      <w:r>
        <w:rPr>
          <w:rFonts w:ascii="Courier New" w:hAnsi="Courier New"/>
          <w:color w:val="555555"/>
          <w:sz w:val="20"/>
        </w:rPr>
        <w:t>[t2]</w:t>
      </w:r>
    </w:p>
    <w:p>
      <w:r>
        <w:rPr>
          <w:rFonts w:ascii="Gentium Plus" w:hAnsi="Gentium Plus"/>
          <w:sz w:val="24"/>
        </w:rPr>
        <w:t>ἱπποβάτην ὄνον.</w:t>
      </w:r>
    </w:p>
    <w:p>
      <w:r>
        <w:rPr>
          <w:rFonts w:ascii="Courier New" w:hAnsi="Courier New"/>
          <w:color w:val="555555"/>
          <w:sz w:val="20"/>
        </w:rPr>
        <w:t>[14 . 2]</w:t>
      </w:r>
    </w:p>
    <w:p>
      <w:r>
        <w:rPr>
          <w:rFonts w:ascii="Gentium Plus" w:hAnsi="Gentium Plus"/>
          <w:sz w:val="24"/>
        </w:rPr>
        <w:t>Εὔχρηστον εἰδέναι τοῖς ποιουμένοις τὴν σύστασιν ἐκ τοῦ ἱππικοῦ καὶ ὀνικοῦ ζῴου, ὅτι δεῖ ὑπάρχειν τὸν ἀναβάτην ὄνον</w:t>
      </w:r>
    </w:p>
    <w:p>
      <w:r>
        <w:rPr>
          <w:rFonts w:ascii="Courier New" w:hAnsi="Courier New"/>
          <w:color w:val="555555"/>
          <w:sz w:val="20"/>
        </w:rPr>
        <w:t>[5]</w:t>
      </w:r>
    </w:p>
    <w:p>
      <w:r>
        <w:rPr>
          <w:rFonts w:ascii="Gentium Plus" w:hAnsi="Gentium Plus"/>
          <w:sz w:val="24"/>
        </w:rPr>
        <w:t>τὰς ἐν αὐτῷ γνάθους καὶ χείλη μεγάλα, ὀφθαλμοὺς μὴ μι‐ κροὺς μηδὲ κοίλους, μυκτῆρας μεγάλους, ὦτα μὴ μικρὰ μηδὲ κλαμβά, αὐχένα πλατύν, μὴ βραχύν, στῆθος ὡσαύτως πλατὺ καὶ σαρκῶδες, μεμυωμένον, στερρὸν πρὸς τὸ \| ὑπομένειν τὰ ὑπὸ τῆς ὀργῆς λακτίσματα, ὠμοπλάτας μεγάλας, καὶ τὰ ὑπο‐</w:t>
      </w:r>
    </w:p>
    <w:p>
      <w:r>
        <w:rPr>
          <w:rFonts w:ascii="Courier New" w:hAnsi="Courier New"/>
          <w:color w:val="555555"/>
          <w:sz w:val="20"/>
        </w:rPr>
        <w:t>[10]</w:t>
      </w:r>
    </w:p>
    <w:p>
      <w:r>
        <w:rPr>
          <w:rFonts w:ascii="Gentium Plus" w:hAnsi="Gentium Plus"/>
          <w:sz w:val="24"/>
        </w:rPr>
        <w:t>κάτω τούτων, ἐπάνω δὲ τῶν γονάτων παχέα καὶ σαρκώδη καὶ ἰσχυρὰ καὶ ὡς μάλιστα διάστασιν ἔχοντα. δεῖ γὰρ αὐτὸν ἐν τῇ ἐπιβάσει τὴν ὀχευομένην εὐπερίληπτον ἔχειν.</w:t>
      </w:r>
    </w:p>
    <w:p>
      <w:r>
        <w:rPr>
          <w:rFonts w:ascii="Courier New" w:hAnsi="Courier New"/>
          <w:color w:val="555555"/>
          <w:sz w:val="20"/>
        </w:rPr>
        <w:t>[14 . 3]</w:t>
      </w:r>
    </w:p>
    <w:p>
      <w:r>
        <w:rPr>
          <w:rFonts w:ascii="Gentium Plus" w:hAnsi="Gentium Plus"/>
          <w:sz w:val="24"/>
        </w:rPr>
        <w:t>τὸν δὲ νῶ‐ τον μέγαν, καὶ τὴν ἐν αὐτῷ ῥάχιν πλατεῖαν, μὴ κυρτὴν δὲ ἢ κοίλην, καὶ τὴν ἐν αὐτῇ γραμμὴν στενὴν ἐχέτω καὶ μὴ σκο‐ λιάν. ἔστω δὲ μὴ κάτωμος, συνωμίαν τε ὑψηλοτέραν ἐχέτω</w:t>
      </w:r>
    </w:p>
    <w:p>
      <w:r>
        <w:rPr>
          <w:rFonts w:ascii="Courier New" w:hAnsi="Courier New"/>
          <w:color w:val="555555"/>
          <w:sz w:val="20"/>
        </w:rPr>
        <w:t>[5]</w:t>
      </w:r>
    </w:p>
    <w:p>
      <w:r>
        <w:rPr>
          <w:rFonts w:ascii="Gentium Plus" w:hAnsi="Gentium Plus"/>
          <w:sz w:val="24"/>
        </w:rPr>
        <w:t>καὶ ἴσην, καὶ τὸν ἐν αὐτῇ κατάγραφον κόκκυγα πλατὺν μεστὸν διάμηκον, μὴ στενὸν δὲ μᾶλλον καὶ πνιγώδη, κοιλίαν δὲ μὴ ἄγαν εὔογκον, μικρὰς λαγόνας, πλευρὰς πλατείας, ἰσχία με‐ γάλα καὶ ἴσα, μὴ παράγλουτος μηδὲ ὀξύπυγος. οὐραὶ δὲ καλ‐ λίονες αἱ μείουροι. μηροὺς μὴ μεγάλους, σαρκώδεις μᾶλλον</w:t>
      </w:r>
    </w:p>
    <w:p>
      <w:r>
        <w:rPr>
          <w:rFonts w:ascii="Courier New" w:hAnsi="Courier New"/>
          <w:color w:val="555555"/>
          <w:sz w:val="20"/>
        </w:rPr>
        <w:t>[10]</w:t>
      </w:r>
    </w:p>
    <w:p>
      <w:r>
        <w:rPr>
          <w:rFonts w:ascii="Gentium Plus" w:hAnsi="Gentium Plus"/>
          <w:sz w:val="24"/>
        </w:rPr>
        <w:t>μηδὲ ἔξω ἀπεστραμμένους, διαβεβηκότας δέ. ἑδραιότερος γὰρ ὑπάρχει ἐν τῇ ἐπιβάσει. εἰσὶ δὲ καὶ ἰσχυρότεροι οὗτοι τῶν συμμήρων.</w:t>
      </w:r>
    </w:p>
    <w:p>
      <w:r>
        <w:rPr>
          <w:rFonts w:ascii="Courier New" w:hAnsi="Courier New"/>
          <w:color w:val="555555"/>
          <w:sz w:val="20"/>
        </w:rPr>
        <w:t>[14 . 4]</w:t>
      </w:r>
    </w:p>
    <w:p>
      <w:r>
        <w:rPr>
          <w:rFonts w:ascii="Gentium Plus" w:hAnsi="Gentium Plus"/>
          <w:sz w:val="24"/>
        </w:rPr>
        <w:t>τοὺς δὲ ὄρ\ 〈μὴ〉 μεγάλα καὶ στρογγύλα, καί τὰ ὑπ’ αὐτὰ σκέλη καὶ κνή‐ μας [μὴ μεγάλα] ὀστώδη, ἄσαρκα καὶ νευρώδη μᾶλλον, μὴ</w:t>
      </w:r>
    </w:p>
    <w:p>
      <w:r>
        <w:rPr>
          <w:rFonts w:ascii="Courier New" w:hAnsi="Courier New"/>
          <w:color w:val="555555"/>
          <w:sz w:val="20"/>
        </w:rPr>
        <w:t>[5]</w:t>
      </w:r>
    </w:p>
    <w:p>
      <w:r>
        <w:rPr>
          <w:rFonts w:ascii="Gentium Plus" w:hAnsi="Gentium Plus"/>
          <w:sz w:val="24"/>
        </w:rPr>
        <w:t>λίαν ὑψηλὰ μηδὲ ταπεινά, μηδὲ κυνοβάτης ἔστω. ἐχέτω δὲ πόδας μὴ σκαύρους μηδὲ ταπεινούς, παχὺν τὸν ὄνυχα, καὶ κάτωθεν κοίλην τὴν ὁπλήν, καὶ χελιδόνα μικρὰν ἔχουσαν. ἔστω δὲ καὶ τῇ φωνῇ μὴ μογγός, ἀλλὰ λαμπρός, συμβάλλεται γὰρ καὶ τοῦτο πρὸς τὸ καταπλαγῆναι τὴν ἵππον καὶ εὐπάρο‐</w:t>
      </w:r>
    </w:p>
    <w:p>
      <w:r>
        <w:rPr>
          <w:rFonts w:ascii="Courier New" w:hAnsi="Courier New"/>
          <w:color w:val="555555"/>
          <w:sz w:val="20"/>
        </w:rPr>
        <w:t>[10]</w:t>
      </w:r>
    </w:p>
    <w:p>
      <w:r>
        <w:rPr>
          <w:rFonts w:ascii="Gentium Plus" w:hAnsi="Gentium Plus"/>
          <w:sz w:val="24"/>
        </w:rPr>
        <w:t>χον εἶναι.</w:t>
      </w:r>
    </w:p>
    <w:p>
      <w:r>
        <w:rPr>
          <w:rFonts w:ascii="Courier New" w:hAnsi="Courier New"/>
          <w:color w:val="555555"/>
          <w:sz w:val="20"/>
        </w:rPr>
        <w:t>[14 . 5]</w:t>
      </w:r>
    </w:p>
    <w:p>
      <w:r>
        <w:rPr>
          <w:rFonts w:ascii="Gentium Plus" w:hAnsi="Gentium Plus"/>
          <w:sz w:val="24"/>
        </w:rPr>
        <w:t>τῇ χρόᾳ δὲ καλοὶ οἱ λαμπροὶ καὶ οἱ πορ‐ φυρίζοντες καὶ ἐν τῷ προσώπῳ λευκοὶ καὶ οὐ φαιοί. πάν‐ των δὲ καλλίονες οἱ μέλανες, καὶ μὴ πολιὰν ἔχοντες τὴν κοι‐ λίαν ἀλλ’ ὁμόχρωμον. εἰ δὲ τύχοι τὸ ἐντὸς τοῦ στόματος μέ‐</w:t>
      </w:r>
    </w:p>
    <w:p>
      <w:r>
        <w:rPr>
          <w:rFonts w:ascii="Courier New" w:hAnsi="Courier New"/>
          <w:color w:val="555555"/>
          <w:sz w:val="20"/>
        </w:rPr>
        <w:t>[5]</w:t>
      </w:r>
    </w:p>
    <w:p>
      <w:r>
        <w:rPr>
          <w:rFonts w:ascii="Gentium Plus" w:hAnsi="Gentium Plus"/>
          <w:sz w:val="24"/>
        </w:rPr>
        <w:t>λαν ἔχων καὶ τὴν γλῶσσαν, πρόδηλός ἐστιν ὅμοια γεννήσων. τοὺς δὲ λευκοψάρους, οὓς καλοῦσι μάρονας, μὴ παραλαμβά‐ νειν μηδὲ ποιεῖσθαι ἐξ αὐτῶν \| τὸ ὀχεῖον. χρόᾳ γὰρ ἄτιμοι ὡς ἐπιτοπολὺ γίνονται ἐκ τούτων.</w:t>
      </w:r>
    </w:p>
    <w:p>
      <w:pPr>
        <w:jc w:val="center"/>
      </w:pPr>
      <w:r>
        <w:rPr>
          <w:rFonts w:ascii="Gentium Plus" w:hAnsi="Gentium Plus"/>
          <w:b/>
          <w:sz w:val="24"/>
        </w:rPr>
        <w:t>Ἄλλο. ὥστε ἵππον κήλωνα πολλὰ ὀχεύειν.</w:t>
      </w:r>
    </w:p>
    <w:p>
      <w:r>
        <w:rPr>
          <w:rFonts w:ascii="Courier New" w:hAnsi="Courier New"/>
          <w:color w:val="555555"/>
          <w:sz w:val="20"/>
        </w:rPr>
        <w:t>[1]</w:t>
      </w:r>
    </w:p>
    <w:p>
      <w:r>
        <w:rPr>
          <w:rFonts w:ascii="Gentium Plus" w:hAnsi="Gentium Plus"/>
          <w:sz w:val="24"/>
        </w:rPr>
        <w:t>Οὐρὰν ἐλάφου καύσας, τρῖψον μετὰ οἴνου, καὶ χρῖσον τοὺς ὄρχεις καὶ τὸ αἰδοῖον. ὅτε δὲ θέλεις παῦσαι, ἐλαίῳ χρῖε.</w:t>
      </w:r>
    </w:p>
    <w:p>
      <w:pPr>
        <w:jc w:val="center"/>
      </w:pPr>
      <w:r>
        <w:rPr>
          <w:rFonts w:ascii="Gentium Plus" w:hAnsi="Gentium Plus"/>
          <w:b/>
          <w:sz w:val="24"/>
        </w:rPr>
        <w:t>Ἀνατολίου περὶ ἡλικίας ἵππων τῶν πρὸς</w:t>
      </w:r>
    </w:p>
    <w:p>
      <w:r>
        <w:rPr>
          <w:rFonts w:ascii="Courier New" w:hAnsi="Courier New"/>
          <w:color w:val="555555"/>
          <w:sz w:val="20"/>
        </w:rPr>
        <w:t>[t2]</w:t>
      </w:r>
    </w:p>
    <w:p>
      <w:r>
        <w:rPr>
          <w:rFonts w:ascii="Gentium Plus" w:hAnsi="Gentium Plus"/>
          <w:sz w:val="24"/>
        </w:rPr>
        <w:t>ὀχείαν ἐπιτηδείων.</w:t>
      </w:r>
    </w:p>
    <w:p>
      <w:r>
        <w:rPr>
          <w:rFonts w:ascii="Courier New" w:hAnsi="Courier New"/>
          <w:color w:val="555555"/>
          <w:sz w:val="20"/>
        </w:rPr>
        <w:t>[1]</w:t>
      </w:r>
    </w:p>
    <w:p>
      <w:r>
        <w:rPr>
          <w:rFonts w:ascii="Gentium Plus" w:hAnsi="Gentium Plus"/>
          <w:sz w:val="24"/>
        </w:rPr>
        <w:t>Ἐπιλεκτέον εὐγενεῖς ἵππους τούς τε ἄρρενας καὶ τὰς θη‐ λείας, καθ’ ὃν ἀναγραψόμεθα τρόπον. ἔστω ὁ εἰς ὀχείαν παραλαμβανόμενος ἵππος πενταέτης, καὶ παυέσθω τῆς ὀχείας</w:t>
      </w:r>
    </w:p>
    <w:p>
      <w:r>
        <w:rPr>
          <w:rFonts w:ascii="Courier New" w:hAnsi="Courier New"/>
          <w:color w:val="555555"/>
          <w:sz w:val="20"/>
        </w:rPr>
        <w:t>[5]</w:t>
      </w:r>
    </w:p>
    <w:p>
      <w:r>
        <w:rPr>
          <w:rFonts w:ascii="Gentium Plus" w:hAnsi="Gentium Plus"/>
          <w:sz w:val="24"/>
        </w:rPr>
        <w:t>σθω. ἐπιγνωσόμεθα δὲ τὴν ἡλικίαν οὐκ ἀπὸ τῶν ὀδόντων μόνον, αὕτη γὰρ οὐκ ἀκριβὴς ἂν εἴη δοκιμασία. οὐ γὰρ οἱ ὀδόντες τὴν ἡλικίαν δηλοῦσιν. τινὲς δὲ καὶ ἐκ τῶν γνάθων δοκιμάζουσι, καὶ εἰ μὲν τὸ δέρμα, ἀρθὲν εὐκόλως τοῦ λοιποῦ σώματος διὰ χειρὸς καὶ ἀφ[αιρ]εθὲν αὖθις, ἐπανέλθοι ῥᾳδίως,</w:t>
      </w:r>
    </w:p>
    <w:p>
      <w:r>
        <w:rPr>
          <w:rFonts w:ascii="Courier New" w:hAnsi="Courier New"/>
          <w:color w:val="555555"/>
          <w:sz w:val="20"/>
        </w:rPr>
        <w:t>[10]</w:t>
      </w:r>
    </w:p>
    <w:p>
      <w:r>
        <w:rPr>
          <w:rFonts w:ascii="Gentium Plus" w:hAnsi="Gentium Plus"/>
          <w:sz w:val="24"/>
        </w:rPr>
        <w:t>νέον αὐτὸν ἀποφαίνουσιν. εἰ δὲ ἐπαρθέντος τοῦ δέρματος βραδέως κολλήσει ἐν τῇ σαρκί, γέροντα αὐτὸν διαβεβαιοῦνται.</w:t>
      </w:r>
    </w:p>
    <w:p>
      <w:pPr>
        <w:jc w:val="center"/>
      </w:pPr>
      <w:r>
        <w:rPr>
          <w:rFonts w:ascii="Gentium Plus" w:hAnsi="Gentium Plus"/>
          <w:b/>
          <w:sz w:val="24"/>
        </w:rPr>
        <w:t>τοῦ αὐτοῦ περὶ ὀχείας καιροῦ.</w:t>
      </w:r>
    </w:p>
    <w:p>
      <w:r>
        <w:rPr>
          <w:rFonts w:ascii="Courier New" w:hAnsi="Courier New"/>
          <w:color w:val="555555"/>
          <w:sz w:val="20"/>
        </w:rPr>
        <w:t>[1]</w:t>
      </w:r>
    </w:p>
    <w:p>
      <w:r>
        <w:rPr>
          <w:rFonts w:ascii="Gentium Plus" w:hAnsi="Gentium Plus"/>
          <w:sz w:val="24"/>
        </w:rPr>
        <w:t>Καιρὸς τῆς ὀχείας ἀπ’ ἐαρινῆς ἰσημερίας ἕως τροπῶν θε‐ ρινῶν. τὴν θήλειαν δὲ ἵππον ἰσχνὴν καὶ ῥυπῶσαν ὀχεύεσθαι παρορατέον. δοκεῖ γὰρ παρὰ τὰς τοιαύτας ὁ ἵππος θᾶττον ἐπείγεσθαι, ὥσπερ τῇ ῥυπαρίᾳ αὐτῆς χαίρων. ὅταν δὲ ἀναβι‐</w:t>
      </w:r>
    </w:p>
    <w:p>
      <w:r>
        <w:rPr>
          <w:rFonts w:ascii="Courier New" w:hAnsi="Courier New"/>
          <w:color w:val="555555"/>
          <w:sz w:val="20"/>
        </w:rPr>
        <w:t>[5]</w:t>
      </w:r>
    </w:p>
    <w:p>
      <w:r>
        <w:rPr>
          <w:rFonts w:ascii="Gentium Plus" w:hAnsi="Gentium Plus"/>
          <w:sz w:val="24"/>
        </w:rPr>
        <w:t>βάζωμεν ἐπὶ τὴν θήλειαν τὸν ἄρρενα, κείρομεν αὐτῆς τὴν οὐράν. τινὲς δὲ ἐπετήδευσαν ἐρωτικοὺς τοὺς ἵππους πρὸς τὰς θηλείας ποιῆσαι, καὶ κοσμοῦσιν αὐτὰς κόσμῳ τῷ ἀπὸ τῶν οἰκείων τριχῶν καὶ ἄλλοις περικαλλέσι πυκάσμασι, καὶ εἴ τι ἄλλο πρὸς ἐπιθυμίαν ἐπακτικόν, καὶ σύνδρομον αὐτὴν ἵππῳ</w:t>
      </w:r>
    </w:p>
    <w:p>
      <w:r>
        <w:rPr>
          <w:rFonts w:ascii="Courier New" w:hAnsi="Courier New"/>
          <w:color w:val="555555"/>
          <w:sz w:val="20"/>
        </w:rPr>
        <w:t>[10]</w:t>
      </w:r>
    </w:p>
    <w:p>
      <w:r>
        <w:rPr>
          <w:rFonts w:ascii="Gentium Plus" w:hAnsi="Gentium Plus"/>
          <w:sz w:val="24"/>
        </w:rPr>
        <w:t>ποιήσαντες καὶ ὥσπερ ἁμιλλωμένην, δοκοῦσι διεγείρειν τὸν ἵππον εἰς τὸν τῆς προκαλουμένης ἔρωτα. δεῖ δὲ \| τοὺς ἄρρε‐ νας πρὸ πέντε μηνῶν χωρίζειν ἀπὸ τῶν θηλειῶν, προδιαιτᾶν δὲ αὐτοὺς σίτῳ καὶ ὀρόβῳ πεφρυγμένοις ἐπ’ ὀλίγον καὶ σεμι‐ δάλει ὕδατι βραχείσῃ ἀρκούντως, σφοδρότεροι γὰρ πρὸς τὴν</w:t>
      </w:r>
    </w:p>
    <w:p>
      <w:r>
        <w:rPr>
          <w:rFonts w:ascii="Courier New" w:hAnsi="Courier New"/>
          <w:color w:val="555555"/>
          <w:sz w:val="20"/>
        </w:rPr>
        <w:t>[15]</w:t>
      </w:r>
    </w:p>
    <w:p>
      <w:r>
        <w:rPr>
          <w:rFonts w:ascii="Gentium Plus" w:hAnsi="Gentium Plus"/>
          <w:sz w:val="24"/>
        </w:rPr>
        <w:t>ὀχείαν γίνονται. ἐὰν δὲ μὴ προσίηται τὸν ἵππον ἡ θήλεια, νίτρον καὶ ὀρνίθων τῶν μικρῶν κόπρον σὺν ῥητίνῃ τερεβιν‐ θίνῃ τρίψας, τὰ μόρια τῆς ἵππου ἐπίχριε, πολλῷ δὲ μᾶλλον σκίλλῃ περίχριε, εὐκολωτέρα γὰρ γίνεται πρὸς ὀχείαν ἡ ἵππος. ἐὰν δὲ ἅπαξ ὀχευθεῖσα μὴ προσίηται πάλιν, ὑπερθετέον ἡμέ‐</w:t>
      </w:r>
    </w:p>
    <w:p>
      <w:r>
        <w:rPr>
          <w:rFonts w:ascii="Courier New" w:hAnsi="Courier New"/>
          <w:color w:val="555555"/>
          <w:sz w:val="20"/>
        </w:rPr>
        <w:t>[20]</w:t>
      </w:r>
    </w:p>
    <w:p>
      <w:r>
        <w:rPr>
          <w:rFonts w:ascii="Gentium Plus" w:hAnsi="Gentium Plus"/>
          <w:sz w:val="24"/>
        </w:rPr>
        <w:t>ρας κʹ καὶ πάλιν ἐπαφετέον. ἐὰν δὲ μηδὲ οὕτως ἀνέχηται, χώριζε λοιπόν, πιστεύων ἐγκύμονα εἶναι.</w:t>
      </w:r>
    </w:p>
    <w:p>
      <w:pPr>
        <w:jc w:val="center"/>
      </w:pPr>
      <w:r>
        <w:rPr>
          <w:rFonts w:ascii="Gentium Plus" w:hAnsi="Gentium Plus"/>
          <w:b/>
          <w:sz w:val="24"/>
        </w:rPr>
        <w:t>Τοῦ αὐτοῦ περὶ ὄνων εἰς ὀχείαν ἐπιτηδείων.</w:t>
      </w:r>
    </w:p>
    <w:p>
      <w:r>
        <w:rPr>
          <w:rFonts w:ascii="Courier New" w:hAnsi="Courier New"/>
          <w:color w:val="555555"/>
          <w:sz w:val="20"/>
        </w:rPr>
        <w:t>[1]</w:t>
      </w:r>
    </w:p>
    <w:p>
      <w:r>
        <w:rPr>
          <w:rFonts w:ascii="Gentium Plus" w:hAnsi="Gentium Plus"/>
          <w:sz w:val="24"/>
        </w:rPr>
        <w:t>Ὄνους εἰς ὀχείαν ἐπιτηδείους τούτους ἐπιλεξόμεθα, οὓς σὺν τοῖς ἵπποις ἀνεθρέψαμεν. ἔνιοι δὲ καλῶς ποιοῦντες καὶ τοὺς ἀγρίους ἡμεροῦσι, καὶ ἔστιν αὐτῶν ἡ παιδοποιΐα καλλί‐ στη, ἅτε δὴ \| μὴ κατακεκλεισμένων, ἀλλὰ ἀφέτων. κάλλιον δὲ</w:t>
      </w:r>
    </w:p>
    <w:p>
      <w:r>
        <w:rPr>
          <w:rFonts w:ascii="Courier New" w:hAnsi="Courier New"/>
          <w:color w:val="555555"/>
          <w:sz w:val="20"/>
        </w:rPr>
        <w:t>[5]</w:t>
      </w:r>
    </w:p>
    <w:p>
      <w:r>
        <w:rPr>
          <w:rFonts w:ascii="Gentium Plus" w:hAnsi="Gentium Plus"/>
          <w:sz w:val="24"/>
        </w:rPr>
        <w:t>ἱππάδας ὑπὸ ὄνων ὀχεύεσθαι ἢ ὄνους ὑπὸ ἵππων. φιλοκα‐ λώτερον δέ τινες ποιοῦντες ταῖς θηλείαις ἱππάσιν ὑποβάλλουσι τοὺς τῶν ὄνων πώλους. κρείττονί τε γὰρ ἐκτραφήσονται γά‐ λακτι, καὶ συντραφέντες φιλοστοργότερον ἕξουσι πρὸς τὰς ἱππάδας ἐκ τῆς ἀνατροφῆς, ὥστε καὶ ἐφορμᾶν προθύμως.</w:t>
      </w:r>
    </w:p>
    <w:p>
      <w:r>
        <w:rPr>
          <w:rFonts w:ascii="Courier New" w:hAnsi="Courier New"/>
          <w:color w:val="555555"/>
          <w:sz w:val="20"/>
        </w:rPr>
        <w:t>[10]</w:t>
      </w:r>
    </w:p>
    <w:p>
      <w:r>
        <w:rPr>
          <w:rFonts w:ascii="Gentium Plus" w:hAnsi="Gentium Plus"/>
          <w:sz w:val="24"/>
        </w:rPr>
        <w:t>ἔστω δὲ τῆς γαλουχίας ὁ χρόνος διετής, ὥσπερ καὶ ἵπποις. ὄνοι δὲ ἐπὶ τὴν ὀχείαν ἀπὸ τριῶν ἕως δέκα ἐτῶν ἔστωσαν. .... τοιαῦτα γὰρ ἔσται καὶ τὰ γεννώμενα. τινὲς δὲ φιλοκαλώτερον ποιοῦσι· τὸν ἀναβάτην ὄνον ἢ ἵππον ἢ ἄλλό τι ζῷον, χρώ‐ ματος οἵου βούλονται γίνεσθαι τὸ τικτόμενον, τοιούτῳ καὶ</w:t>
      </w:r>
    </w:p>
    <w:p>
      <w:r>
        <w:rPr>
          <w:rFonts w:ascii="Courier New" w:hAnsi="Courier New"/>
          <w:color w:val="555555"/>
          <w:sz w:val="20"/>
        </w:rPr>
        <w:t>[15]</w:t>
      </w:r>
    </w:p>
    <w:p>
      <w:r>
        <w:rPr>
          <w:rFonts w:ascii="Gentium Plus" w:hAnsi="Gentium Plus"/>
          <w:sz w:val="24"/>
        </w:rPr>
        <w:t>ἱματίῳ περικαλύπτουσιν. ὁποῖον γὰρ ἂν ᾖ τὸ τοῦ ἱματίου χρῶμα, ᾧ ὁ ἱπποβάτης περικαλύπτεται, τοιοῦτο καὶ τὸ τικτό‐ μενον ἔσται. \|</w:t>
      </w:r>
    </w:p>
    <w:p>
      <w:pPr>
        <w:jc w:val="center"/>
      </w:pPr>
      <w:r>
        <w:rPr>
          <w:rFonts w:ascii="Gentium Plus" w:hAnsi="Gentium Plus"/>
          <w:b/>
          <w:sz w:val="24"/>
        </w:rPr>
        <w:t>Πελαγωνίου περὶ κήλωνος.</w:t>
      </w:r>
    </w:p>
    <w:p>
      <w:r>
        <w:rPr>
          <w:rFonts w:ascii="Courier New" w:hAnsi="Courier New"/>
          <w:color w:val="555555"/>
          <w:sz w:val="20"/>
        </w:rPr>
        <w:t>[1]</w:t>
      </w:r>
    </w:p>
    <w:p>
      <w:r>
        <w:rPr>
          <w:rFonts w:ascii="Gentium Plus" w:hAnsi="Gentium Plus"/>
          <w:sz w:val="24"/>
        </w:rPr>
        <w:t>Εἰ θέλεις γνῶναι κήλωνα χρήσιμον καὶ ἐν τῷ τίκτειν ἐσό‐ μενον δόκιμον, λαβὼν τοῖς δυσὶ δακτύλοις ἐκ τοῦ σπέρματος αὐτοῦ, κλωνίῳ ἀπὸ ἐρέας διάσυρον, καὶ εἰ στέξει μὴ ἐκκοπῆ‐ ναι, ποιήσει χρήσιμον κήλωνα. τοῦτο γὰρ Ἵππαρχος διαβε‐</w:t>
      </w:r>
    </w:p>
    <w:p>
      <w:r>
        <w:rPr>
          <w:rFonts w:ascii="Courier New" w:hAnsi="Courier New"/>
          <w:color w:val="555555"/>
          <w:sz w:val="20"/>
        </w:rPr>
        <w:t>[5]</w:t>
      </w:r>
    </w:p>
    <w:p>
      <w:r>
        <w:rPr>
          <w:rFonts w:ascii="Gentium Plus" w:hAnsi="Gentium Plus"/>
          <w:sz w:val="24"/>
        </w:rPr>
        <w:t>βαιοῦται. εἰ δὲ εὐθέως ἐκκοπῇ τῇ θίξει διασυρόμενον τὸ σπέρμα καὶ μὴ ὡς ἰξὸς κολληθῇ, ἀχρήσιμος ἔσται ἡ γονή, καὶ οὐκ ἔστιν ὁ τοιοῦτος κήλων προσδεκτέος. τρόποι δὲ ἵππων ἐπαινετοί εἰσιν, ὅταν ἀπὸ πραοτέρων διεγηγερμένοι εὑρεθῶσιν, καὶ πάλιν ὅταν ἀπὸ κεκινημένων πραεῖς γένωνται. οὗτοι καὶ</w:t>
      </w:r>
    </w:p>
    <w:p>
      <w:r>
        <w:rPr>
          <w:rFonts w:ascii="Courier New" w:hAnsi="Courier New"/>
          <w:color w:val="555555"/>
          <w:sz w:val="20"/>
        </w:rPr>
        <w:t>[10]</w:t>
      </w:r>
    </w:p>
    <w:p>
      <w:r>
        <w:rPr>
          <w:rFonts w:ascii="Gentium Plus" w:hAnsi="Gentium Plus"/>
          <w:sz w:val="24"/>
        </w:rPr>
        <w:t>εἰς τὴν τοιαύτην ὑπηρεσίαν χρήσιμοι τυγχάνουσι καὶ εἰς κα‐</w:t>
      </w:r>
    </w:p>
    <w:p>
      <w:pPr>
        <w:jc w:val="center"/>
      </w:pPr>
      <w:r>
        <w:rPr>
          <w:rFonts w:ascii="Gentium Plus" w:hAnsi="Gentium Plus"/>
          <w:b/>
          <w:sz w:val="24"/>
        </w:rPr>
        <w:t>Ἀψύρτου περὶ ἐμβρύου διαφθορᾶς.</w:t>
      </w:r>
    </w:p>
    <w:p>
      <w:r>
        <w:rPr>
          <w:rFonts w:ascii="Courier New" w:hAnsi="Courier New"/>
          <w:color w:val="555555"/>
          <w:sz w:val="20"/>
        </w:rPr>
        <w:t>[1]</w:t>
      </w:r>
    </w:p>
    <w:p>
      <w:r>
        <w:rPr>
          <w:rFonts w:ascii="Gentium Plus" w:hAnsi="Gentium Plus"/>
          <w:sz w:val="24"/>
        </w:rPr>
        <w:t>Ἄψυρτος Οὐήρῳ Μαρκέλλῳ χαίρειν. χρήσιμον εἰδέ‐ ναι σε τὰς τῶν ἐμβρύων διαφθοράς. πολλάκις γὰρ οὐ λυσι‐ τελεῖ διενεγκεῖν τὴν ἵππον, ἐὰν κακογενὲς ὀχεῖον ἐπιβῇ, ἢ πρὸς ἀγῶνά τινα γυμναζόντων ἡμῶν αὐτὴν κυήσῃ. δεῖ δὲ</w:t>
      </w:r>
    </w:p>
    <w:p>
      <w:r>
        <w:rPr>
          <w:rFonts w:ascii="Courier New" w:hAnsi="Courier New"/>
          <w:color w:val="555555"/>
          <w:sz w:val="20"/>
        </w:rPr>
        <w:t>[5]</w:t>
      </w:r>
    </w:p>
    <w:p>
      <w:r>
        <w:rPr>
          <w:rFonts w:ascii="Gentium Plus" w:hAnsi="Gentium Plus"/>
          <w:sz w:val="24"/>
        </w:rPr>
        <w:t>κατὰ τοῦ αἰδοίου ἐνθεῖναι τὴν χεῖρα καὶ παρεῖναι εἰς τὴν μή‐ τραν. καὶ ἐὰν μὲν δὴ λάσιον ᾖ τὸ πωλίον, λαβόμενον τοῦ στόματος ἀποπνῖξαι, καὶ τὴν κεφαλὴν ἐνθλῖψαι. ἐὰν δὲ ἁπα‐ λὸν ᾖ τὸ ἀμνίον, διακνίσαι αὐτό. φαρμάκῳ δὲ διαφθείρεται οὕτως· λαβόντα δᾷδα ὡς πιοτάτην, ποιῆσαι λεπτὰ ὡς μάλιστα,</w:t>
      </w:r>
    </w:p>
    <w:p>
      <w:r>
        <w:rPr>
          <w:rFonts w:ascii="Courier New" w:hAnsi="Courier New"/>
          <w:color w:val="555555"/>
          <w:sz w:val="20"/>
        </w:rPr>
        <w:t>[10]</w:t>
      </w:r>
    </w:p>
    <w:p>
      <w:r>
        <w:rPr>
          <w:rFonts w:ascii="Gentium Plus" w:hAnsi="Gentium Plus"/>
          <w:sz w:val="24"/>
        </w:rPr>
        <w:t>καὶ ἐπιχέαι οἴνου γλυκέος κοτύλας ηʹ, καὶ ἀναζέσαι, ὥστε τὸ τρίτον ἀφεψηθῆναι, καὶ τοῦτο ἐγχυματίζειν ἐφ’ ἡμέραις τρισὶ διαιροῦντα. καὶ τροχαζέτω μὴ συντόνως. λέγεται δὲ καὶ βρυ‐ ωνίας τὰς ῥίζας τρῖψαι ἐν οἴνῳ, καὶ τὸ αὐτὸ ποιεῖν. τινὲς δὲ τόρδιλον κό\|ψαντες, μετὰ τοῦ οἴνου ἐγχυματίζουσιν.</w:t>
      </w:r>
    </w:p>
    <w:p>
      <w:pPr>
        <w:jc w:val="center"/>
      </w:pPr>
      <w:r>
        <w:rPr>
          <w:rFonts w:ascii="Gentium Plus" w:hAnsi="Gentium Plus"/>
          <w:b/>
          <w:sz w:val="24"/>
        </w:rPr>
        <w:t>Ἀψύρτου περὶ προπτώσεως μήτρας.</w:t>
      </w:r>
    </w:p>
    <w:p>
      <w:r>
        <w:rPr>
          <w:rFonts w:ascii="Courier New" w:hAnsi="Courier New"/>
          <w:color w:val="555555"/>
          <w:sz w:val="20"/>
        </w:rPr>
        <w:t>[1]</w:t>
      </w:r>
    </w:p>
    <w:p>
      <w:r>
        <w:rPr>
          <w:rFonts w:ascii="Gentium Plus" w:hAnsi="Gentium Plus"/>
          <w:sz w:val="24"/>
        </w:rPr>
        <w:t>Χάρις τῷ εὑρηκότι ἐν ταῖς θηλείαις τὸ περὶ τὴν μήτραν βοήθημα. λέγει γὰρ βοηθεῖν οὕτως, ἐὰν ἐκ‐ πέσῃ μήτρα· κατακλῖναι δεῖ τὴν ἵππον, ὥστε ὑπτίαν κεῖσθαι ἐπὶ τὴν κεφαλὴν ῥέπουσαν, καὶ καταντλῆσαι ὕδατι θερμῷ</w:t>
      </w:r>
    </w:p>
    <w:p>
      <w:r>
        <w:rPr>
          <w:rFonts w:ascii="Courier New" w:hAnsi="Courier New"/>
          <w:color w:val="555555"/>
          <w:sz w:val="20"/>
        </w:rPr>
        <w:t>[5]</w:t>
      </w:r>
    </w:p>
    <w:p>
      <w:r>
        <w:rPr>
          <w:rFonts w:ascii="Gentium Plus" w:hAnsi="Gentium Plus"/>
          <w:sz w:val="24"/>
        </w:rPr>
        <w:t>πολλῷ τὴν μήτραν, καὶ κατακεντῆσαι αὐτὴν ῥαφίδι λεπτῇ, εἶτα οἴνου αὐστηροῦ καὶ ἀμόργης ἴσον καὶ ἐλαίου τὸ ἥμισυ καὶ σίδια ἐν τῷ αὐτῷ ἑψήσας, ὦσον ἔσω· εἶτα καινὴν κύστιν λαβὼν ἐντίθει, καὶ ποίησον αὐτὴν πεφυσημένην ἐγκεῖσθαι, καὶ ἀπόδησον αὐτήν, ἵνα τὸ πνεῦμα κατάσχῃ, καὶ τὸ αἰδοῖον</w:t>
      </w:r>
    </w:p>
    <w:p>
      <w:r>
        <w:rPr>
          <w:rFonts w:ascii="Courier New" w:hAnsi="Courier New"/>
          <w:color w:val="555555"/>
          <w:sz w:val="20"/>
        </w:rPr>
        <w:t>[10]</w:t>
      </w:r>
    </w:p>
    <w:p>
      <w:r>
        <w:rPr>
          <w:rFonts w:ascii="Gentium Plus" w:hAnsi="Gentium Plus"/>
          <w:sz w:val="24"/>
        </w:rPr>
        <w:t>ἐπίδησον τρὶς ἐκ διαστήματος, ἵνα ἡ μὲν κύστις ἔνδον μείνῃ, τὸ δὲ οὖρον ἐκκρίνηται. ἔγχει δὲ καὶ δάφνης φύλλα κατα‐ καύσας μετὰ οἴνου μέλανος αὐστηροῦ, δώδεκα δὲ ἡμέρας δια‐ λιπὼν τὸ ῥάμμα ἕλκε, καὶ τὴν κύστιν κέν\|τησον. καὶ τοῦ πνεύ‐ ματος ἐκπεσόντος, ἔξελε αὐτήν, καὶ τὴν ἵππον καλῶς τρέφε</w:t>
      </w:r>
    </w:p>
    <w:p>
      <w:r>
        <w:rPr>
          <w:rFonts w:ascii="Courier New" w:hAnsi="Courier New"/>
          <w:color w:val="555555"/>
          <w:sz w:val="20"/>
        </w:rPr>
        <w:t>[15]</w:t>
      </w:r>
    </w:p>
    <w:p>
      <w:r>
        <w:rPr>
          <w:rFonts w:ascii="Gentium Plus" w:hAnsi="Gentium Plus"/>
          <w:sz w:val="24"/>
        </w:rPr>
        <w:t>μετὰ ἡσυχίας. συμφέρει γὰρ αὐτὴν εὐσαρκοτέραν εἶναι.</w:t>
      </w:r>
    </w:p>
    <w:p>
      <w:pPr>
        <w:jc w:val="center"/>
      </w:pPr>
      <w:r>
        <w:rPr>
          <w:rFonts w:ascii="Gentium Plus" w:hAnsi="Gentium Plus"/>
          <w:b/>
          <w:sz w:val="24"/>
        </w:rPr>
        <w:t>περὶ κυήσεως καὶ ἐμβρύου διαφθορᾶς.</w:t>
      </w:r>
    </w:p>
    <w:p>
      <w:pPr>
        <w:jc w:val="center"/>
      </w:pPr>
      <w:r>
        <w:rPr>
          <w:rFonts w:ascii="Gentium Plus" w:hAnsi="Gentium Plus"/>
          <w:b/>
          <w:sz w:val="24"/>
        </w:rPr>
        <w:t>Ἱεροκλέους.</w:t>
      </w:r>
    </w:p>
    <w:p>
      <w:r>
        <w:rPr>
          <w:rFonts w:ascii="Courier New" w:hAnsi="Courier New"/>
          <w:color w:val="555555"/>
          <w:sz w:val="20"/>
        </w:rPr>
        <w:t>[15 . 1]</w:t>
      </w:r>
    </w:p>
    <w:p>
      <w:r>
        <w:rPr>
          <w:rFonts w:ascii="Gentium Plus" w:hAnsi="Gentium Plus"/>
          <w:sz w:val="24"/>
        </w:rPr>
        <w:t>Ὡς μὴ δοκεῖν ἠγνοηκέναί τι τῶν τοιούτων, βρα‐ χέα περὶ κυήσεως καὶ διαφθορᾶς ἐμβρύου λέξομεν. ἀπὸ τῆς συλλήψεως τοίνυν ἵππος κύει μησὶν ιαʹ καὶ ἡμέ‐ ραις ιʹ. ἐὰν δὲ συμβῇ ταύτην θᾶττον ἀποκυῆσαι, τουτέστι μη‐</w:t>
      </w:r>
    </w:p>
    <w:p>
      <w:r>
        <w:rPr>
          <w:rFonts w:ascii="Courier New" w:hAnsi="Courier New"/>
          <w:color w:val="555555"/>
          <w:sz w:val="20"/>
        </w:rPr>
        <w:t>[5]</w:t>
      </w:r>
    </w:p>
    <w:p>
      <w:r>
        <w:rPr>
          <w:rFonts w:ascii="Gentium Plus" w:hAnsi="Gentium Plus"/>
          <w:sz w:val="24"/>
        </w:rPr>
        <w:t>νῶν θʹ καὶ ἡμερῶν κʹ, ἀνατρέφεσθαι μὲν εἴωθε τὸ πωλίον καὶ τελειοῦσθαι. χρὴ δὲ αὐτὸ τῆς ἀγέλης ἀποκρίνειν τῷ μὴ σπουδαῖον εἶναι. ἐάν γε μὴν τὸ οὖθαρ χαλάσῃ ἐπίτεξ οὖσα τοῦ δεξιοῦ μέ‐ ρους καὶ τὴν θηλήν, σημαίνει αὐτὴν ἄρρεν τέξεσθαι.</w:t>
      </w:r>
    </w:p>
    <w:p>
      <w:r>
        <w:rPr>
          <w:rFonts w:ascii="Courier New" w:hAnsi="Courier New"/>
          <w:color w:val="555555"/>
          <w:sz w:val="20"/>
        </w:rPr>
        <w:t>[15 . 2]</w:t>
      </w:r>
    </w:p>
    <w:p>
      <w:r>
        <w:rPr>
          <w:rFonts w:ascii="Gentium Plus" w:hAnsi="Gentium Plus"/>
          <w:sz w:val="24"/>
        </w:rPr>
        <w:t>εἰ δὲ μὴ ἀπὸ σπουδαίου ἵππου συλλάβῃ καὶ μὴ χρησίμου</w:t>
      </w:r>
    </w:p>
    <w:p>
      <w:r>
        <w:rPr>
          <w:rFonts w:ascii="Courier New" w:hAnsi="Courier New"/>
          <w:color w:val="555555"/>
          <w:sz w:val="20"/>
        </w:rPr>
        <w:t>[5]</w:t>
      </w:r>
    </w:p>
    <w:p>
      <w:r>
        <w:rPr>
          <w:rFonts w:ascii="Gentium Plus" w:hAnsi="Gentium Plus"/>
          <w:sz w:val="24"/>
        </w:rPr>
        <w:t>καὶ ψιλόν, φαρμάκῳ διαχρίσαντα οὕτω διαφθεῖραι. ἔστι δὲ τὸ φάρμακον τοιοῦτον· δᾷδα λαβὼν ὡς πιοτάτην, καὶ κατα‐ τεμὼν ὡς λεπτότατα, ἐπίχεε οἴνου εὐώδους κοτύλας ηʹ, καὶ ἑψήσας ἐπὶ τρίτης, ἐγχυμάτιζε ἐπὶ ἡμέραις τρισὶ διαιρῶν. εἶ‐ τα τροχαζέτω μὴ συντόνως. φασὶ δὲ καὶ βρυωνίας ῥίζαν ἐν</w:t>
      </w:r>
    </w:p>
    <w:p>
      <w:r>
        <w:rPr>
          <w:rFonts w:ascii="Courier New" w:hAnsi="Courier New"/>
          <w:color w:val="555555"/>
          <w:sz w:val="20"/>
        </w:rPr>
        <w:t>[10]</w:t>
      </w:r>
    </w:p>
    <w:p>
      <w:r>
        <w:rPr>
          <w:rFonts w:ascii="Gentium Plus" w:hAnsi="Gentium Plus"/>
          <w:sz w:val="24"/>
        </w:rPr>
        <w:t>οἴνῳ τρίψαντα ἐγχυματίζειν. εἴ τις μέντοι μὴ θέλοι τὰς ἐγκύ‐ μονας ἐξαμβλίσκειν, φυλασσέσθω, μὴ λύχνου σβεσθέντος τῆς κνίσης αἴσθωνται. εἴωθε γὰρ ἐκ τούτου ἐξάμβλωσις γίνεσθαι.</w:t>
      </w:r>
    </w:p>
    <w:p>
      <w:pPr>
        <w:jc w:val="center"/>
      </w:pPr>
      <w:r>
        <w:rPr>
          <w:rFonts w:ascii="Gentium Plus" w:hAnsi="Gentium Plus"/>
          <w:b/>
          <w:sz w:val="24"/>
        </w:rPr>
        <w:t>Ἀνατολίου περὶ ἐπιμελείας τῶν κυουσῶν</w:t>
      </w:r>
    </w:p>
    <w:p>
      <w:r>
        <w:rPr>
          <w:rFonts w:ascii="Courier New" w:hAnsi="Courier New"/>
          <w:color w:val="555555"/>
          <w:sz w:val="20"/>
        </w:rPr>
        <w:t>[t2]</w:t>
      </w:r>
    </w:p>
    <w:p>
      <w:r>
        <w:rPr>
          <w:rFonts w:ascii="Gentium Plus" w:hAnsi="Gentium Plus"/>
          <w:sz w:val="24"/>
        </w:rPr>
        <w:t>ἵππων.</w:t>
      </w:r>
    </w:p>
    <w:p>
      <w:r>
        <w:rPr>
          <w:rFonts w:ascii="Courier New" w:hAnsi="Courier New"/>
          <w:color w:val="555555"/>
          <w:sz w:val="20"/>
        </w:rPr>
        <w:t>[15 . 3]</w:t>
      </w:r>
    </w:p>
    <w:p>
      <w:r>
        <w:rPr>
          <w:rFonts w:ascii="Gentium Plus" w:hAnsi="Gentium Plus"/>
          <w:sz w:val="24"/>
        </w:rPr>
        <w:t>Τῶν κυουσῶν ἵππων ἐπιμέλειαν ποιησόμεθα τὴν προσή‐ κουσαν, ὥσπερ τοῦ βάρους αὐτὰς κουφίζοντες, καὶ μὴ βαστάζειν συγχωροῦντες, ποιοῦντες ἠρέμα βόσκεσθαι, καὶ τροφὴν \| παρα‐ τιθέντες κουφοτέραν, χόρτον ἔτι χλωρὸν τμηθέντα (οὗτος γάρ</w:t>
      </w:r>
    </w:p>
    <w:p>
      <w:r>
        <w:rPr>
          <w:rFonts w:ascii="Courier New" w:hAnsi="Courier New"/>
          <w:color w:val="555555"/>
          <w:sz w:val="20"/>
        </w:rPr>
        <w:t>[5]</w:t>
      </w:r>
    </w:p>
    <w:p>
      <w:r>
        <w:rPr>
          <w:rFonts w:ascii="Gentium Plus" w:hAnsi="Gentium Plus"/>
          <w:sz w:val="24"/>
        </w:rPr>
        <w:t>ἐστι γλυκύτατος), κριθήν τε βεβρεγμένην, καὶ ὅσα τοιαῦτα, δίς τε τῆς ἡμέρας ποτίζοντες, ἐν ἱπποστασίῳ τε ἱστάντες θερμῷ χειμῶνος, θερείας δὲ ἀναψύχοντες, ὑποστρωννύντες τε καὶ ξύλα στρογγύλα εὐαρμόστως συγκείμενα ὑπὸ τοὺς πό‐ δας αὐτῶν, ἵνα ἐν μὲν τῇ κοίτῃ ἁπαλότητα ἔχωσιν, ἐν δὲ τοῖς</w:t>
      </w:r>
    </w:p>
    <w:p>
      <w:r>
        <w:rPr>
          <w:rFonts w:ascii="Courier New" w:hAnsi="Courier New"/>
          <w:color w:val="555555"/>
          <w:sz w:val="20"/>
        </w:rPr>
        <w:t>[10]</w:t>
      </w:r>
    </w:p>
    <w:p>
      <w:r>
        <w:rPr>
          <w:rFonts w:ascii="Gentium Plus" w:hAnsi="Gentium Plus"/>
          <w:sz w:val="24"/>
        </w:rPr>
        <w:t>ποσὶ σκληρότητα διὰ τὰς ὁπλάς, τά τε οὖρα καταρρῇ εὐχερῶς.</w:t>
      </w:r>
    </w:p>
    <w:p>
      <w:r>
        <w:rPr>
          <w:rFonts w:ascii="Courier New" w:hAnsi="Courier New"/>
          <w:color w:val="555555"/>
          <w:sz w:val="20"/>
        </w:rPr>
        <w:t>[15 . 4]</w:t>
      </w:r>
    </w:p>
    <w:p>
      <w:r>
        <w:rPr>
          <w:rFonts w:ascii="Gentium Plus" w:hAnsi="Gentium Plus"/>
          <w:sz w:val="24"/>
        </w:rPr>
        <w:t>τὰς δὲ φάτνας ὑψηλοτέρας εἶναι δεῖ, ὡς ἀνηρτῆσθαι ἀπ’</w:t>
      </w:r>
    </w:p>
    <w:p>
      <w:r>
        <w:rPr>
          <w:rFonts w:ascii="Courier New" w:hAnsi="Courier New"/>
          <w:color w:val="555555"/>
          <w:sz w:val="20"/>
        </w:rPr>
        <w:t>[5]</w:t>
      </w:r>
    </w:p>
    <w:p>
      <w:r>
        <w:rPr>
          <w:rFonts w:ascii="Gentium Plus" w:hAnsi="Gentium Plus"/>
          <w:sz w:val="24"/>
        </w:rPr>
        <w:t>ἐστίν. οὐ χρὴ δὲ αὐτὰς τῇ ποικιλίᾳ τῶν νομῶν καὶ τῶν ὑδά‐ των ξενίζειν. ἀμβλίσκουσι γὰρ ἐπὶ τοῖς τοιούτοις ξενισμοῖς. τεκούσαις δὲ αὐταῖς τὴν μηδικὴν παραβαλοῦμεν, καὶ \| τὴν προειρημένην ἐπιμέλειαν προσαγάγωμεν πολλῷ μᾶλλον. μετὰ δύο που καὶ τρεῖς μῆνας γυμναστέον τὴν ἵππον, ἵνα αὐτῇ</w:t>
      </w:r>
    </w:p>
    <w:p>
      <w:r>
        <w:rPr>
          <w:rFonts w:ascii="Courier New" w:hAnsi="Courier New"/>
          <w:color w:val="555555"/>
          <w:sz w:val="20"/>
        </w:rPr>
        <w:t>[10]</w:t>
      </w:r>
    </w:p>
    <w:p>
      <w:r>
        <w:rPr>
          <w:rFonts w:ascii="Gentium Plus" w:hAnsi="Gentium Plus"/>
          <w:sz w:val="24"/>
        </w:rPr>
        <w:t>κάλλιον ἐγγίνηται τὸ γάλα τῇ ποιότητι, καὶ ὁ πῶλος ἀκολου‐ θῶν γυμνάζηται τοῖς δρόμοις. ἐὰν δὲ ἁπαλὰς ἔχωσι τὰς ὁπλὰς οἱ πῶλοι, ἐν τραχέσιν αὐτοὺς χωρίοις γυμνάσομεν, ὑπο‐ στρωννύντες αὐτῶν τοῖς ποσὶ καὶ ψηφῖδας, οὕτω γὰρ ἂν αἱ ὁπλαὶ σκληρύνοιντο. καλὸν δὲ θεραπεῦσαι τὴν ὁπλὴν αὐτῶν</w:t>
      </w:r>
    </w:p>
    <w:p>
      <w:r>
        <w:rPr>
          <w:rFonts w:ascii="Courier New" w:hAnsi="Courier New"/>
          <w:color w:val="555555"/>
          <w:sz w:val="20"/>
        </w:rPr>
        <w:t>[15]</w:t>
      </w:r>
    </w:p>
    <w:p>
      <w:r>
        <w:rPr>
          <w:rFonts w:ascii="Gentium Plus" w:hAnsi="Gentium Plus"/>
          <w:sz w:val="24"/>
        </w:rPr>
        <w:t>τὴν ἁπαλὴν οὕτω· στέαρ χοίρειον παλαιὸν καὶ τράγειον καὶ θεῖον ἄπυρον καὶ σκόροδα μίξαντα, χρίειν τὰς ὁπλὰς καὶ τὰς χελιδόνας αὐτῶν.</w:t>
      </w:r>
    </w:p>
    <w:p>
      <w:pPr>
        <w:jc w:val="center"/>
      </w:pPr>
      <w:r>
        <w:rPr>
          <w:rFonts w:ascii="Gentium Plus" w:hAnsi="Gentium Plus"/>
          <w:b/>
          <w:sz w:val="24"/>
        </w:rPr>
        <w:t>Εὐμήλου πρὸς εὐτοκίαν.</w:t>
      </w:r>
    </w:p>
    <w:p>
      <w:r>
        <w:rPr>
          <w:rFonts w:ascii="Courier New" w:hAnsi="Courier New"/>
          <w:color w:val="555555"/>
          <w:sz w:val="20"/>
        </w:rPr>
        <w:t>[1]</w:t>
      </w:r>
    </w:p>
    <w:p>
      <w:r>
        <w:rPr>
          <w:rFonts w:ascii="Gentium Plus" w:hAnsi="Gentium Plus"/>
          <w:sz w:val="24"/>
        </w:rPr>
        <w:t>Ἐὰν φορὰς βράδιον ἀποτίκτῃ, τοὺς μυκτῆρας αὐτῆς ἠρέμα κατέχων πίλου, καὶ παραυτὰ τέξεται.</w:t>
      </w:r>
    </w:p>
    <w:p>
      <w:pPr>
        <w:jc w:val="center"/>
      </w:pPr>
      <w:r>
        <w:rPr>
          <w:rFonts w:ascii="Gentium Plus" w:hAnsi="Gentium Plus"/>
          <w:b/>
          <w:sz w:val="24"/>
        </w:rPr>
        <w:t>Πρὸς τὸ ἐκβάλλειν τὰ δευτερεῖα τὰς φοράδας. \</w:t>
      </w:r>
    </w:p>
    <w:p>
      <w:r>
        <w:rPr>
          <w:rFonts w:ascii="Courier New" w:hAnsi="Courier New"/>
          <w:color w:val="555555"/>
          <w:sz w:val="20"/>
        </w:rPr>
        <w:t>[1]</w:t>
      </w:r>
    </w:p>
    <w:p>
      <w:r>
        <w:rPr>
          <w:rFonts w:ascii="Gentium Plus" w:hAnsi="Gentium Plus"/>
          <w:sz w:val="24"/>
        </w:rPr>
        <w:t>Μαράθου δεσμὴν μικρὰν μίαν εἰς ὕδωρ ἀφέψησον, καὶ τοῦ ὕδατος αὐτοῦ κυάθους ηʹ μετὰ οἴνου παλαιοῦ κυάθων ηʹ καὶ ἐλαίου κυάθων βʹ χλιάνας, διὰ τῶν μυκτήρων ἔγχει.</w:t>
      </w:r>
    </w:p>
    <w:p>
      <w:pPr>
        <w:jc w:val="center"/>
      </w:pPr>
      <w:r>
        <w:rPr>
          <w:rFonts w:ascii="Gentium Plus" w:hAnsi="Gentium Plus"/>
          <w:b/>
          <w:sz w:val="24"/>
        </w:rPr>
        <w:t>Ἱπποκράτους πρὸς σύλληψιν φορβάδος.</w:t>
      </w:r>
    </w:p>
    <w:p>
      <w:r>
        <w:rPr>
          <w:rFonts w:ascii="Courier New" w:hAnsi="Courier New"/>
          <w:color w:val="555555"/>
          <w:sz w:val="20"/>
        </w:rPr>
        <w:t>[1]</w:t>
      </w:r>
    </w:p>
    <w:p>
      <w:r>
        <w:rPr>
          <w:rFonts w:ascii="Gentium Plus" w:hAnsi="Gentium Plus"/>
          <w:sz w:val="24"/>
        </w:rPr>
        <w:t>Εἰ βούλει συλλαβεῖν φορβάδα, κνίδας ὦσον εἰς τὸ στόμα</w:t>
      </w:r>
    </w:p>
    <w:p>
      <w:pPr>
        <w:jc w:val="center"/>
      </w:pPr>
      <w:r>
        <w:rPr>
          <w:rFonts w:ascii="Gentium Plus" w:hAnsi="Gentium Plus"/>
          <w:b/>
          <w:sz w:val="24"/>
        </w:rPr>
        <w:t>Εἰ τεκοῦσα ἅπαξ καὶ δὶς φορὰς στῇ τοῦ τίκτειν,</w:t>
      </w:r>
    </w:p>
    <w:p>
      <w:r>
        <w:rPr>
          <w:rFonts w:ascii="Courier New" w:hAnsi="Courier New"/>
          <w:color w:val="555555"/>
          <w:sz w:val="20"/>
        </w:rPr>
        <w:t>[t2]</w:t>
      </w:r>
    </w:p>
    <w:p>
      <w:r>
        <w:rPr>
          <w:rFonts w:ascii="Gentium Plus" w:hAnsi="Gentium Plus"/>
          <w:sz w:val="24"/>
        </w:rPr>
        <w:t>οὕτω ποίει, ἵνα συλλάβηται.</w:t>
      </w:r>
    </w:p>
    <w:p>
      <w:r>
        <w:rPr>
          <w:rFonts w:ascii="Courier New" w:hAnsi="Courier New"/>
          <w:color w:val="555555"/>
          <w:sz w:val="20"/>
        </w:rPr>
        <w:t>[1]</w:t>
      </w:r>
    </w:p>
    <w:p>
      <w:r>
        <w:rPr>
          <w:rFonts w:ascii="Gentium Plus" w:hAnsi="Gentium Plus"/>
          <w:sz w:val="24"/>
        </w:rPr>
        <w:t>Ἀννήσου ὀξύβαφον αʹ, σμύρνης δραχμὰς ιβʹ, κρόκου δραχμὰς δʹ λειώσας ἐπιμελῶς καὶ καθαρίως, καὶ ἀναπλάσας εἰς εἶδος βαλάνων ἁδρῶν, προσώθει κατὰ μίαν πρὸς τὴν φύ‐ σιν τῆς ἵππου ἕως τῆς μήτρας. προκατάντλει δὲ τὴν φύσιν</w:t>
      </w:r>
    </w:p>
    <w:p>
      <w:r>
        <w:rPr>
          <w:rFonts w:ascii="Courier New" w:hAnsi="Courier New"/>
          <w:color w:val="555555"/>
          <w:sz w:val="20"/>
        </w:rPr>
        <w:t>[5]</w:t>
      </w:r>
    </w:p>
    <w:p>
      <w:r>
        <w:rPr>
          <w:rFonts w:ascii="Gentium Plus" w:hAnsi="Gentium Plus"/>
          <w:sz w:val="24"/>
        </w:rPr>
        <w:t>θαλαττίῳ ἀνεζεσμένῳ καὶ ἐλαίῳ ὅσον κοτύλῃ μιᾷ, καὶ γλοιῷ διάτριβε τὴν ὀσφὺν καὶ τὰ αἰδοῖα καὶ τὰ παραμήρια δὶς τῆς ἡμέρας, ἕως συλλήψεται. \| καὶ παρ’ ἡμέρας πέντε ἢ ἑπτὰ γά‐ λακτος κοτύλας τρεῖς, ῥοδίνου τέταρτον, ἱππορίζου δραχμὴν μίαν, πεπέρεως κόκκους εʹ, σμύρνης ὁλκὰς δύο διαζέσας ἐγ‐</w:t>
      </w:r>
    </w:p>
    <w:p>
      <w:r>
        <w:rPr>
          <w:rFonts w:ascii="Courier New" w:hAnsi="Courier New"/>
          <w:color w:val="555555"/>
          <w:sz w:val="20"/>
        </w:rPr>
        <w:t>[10]</w:t>
      </w:r>
    </w:p>
    <w:p>
      <w:r>
        <w:rPr>
          <w:rFonts w:ascii="Gentium Plus" w:hAnsi="Gentium Plus"/>
          <w:sz w:val="24"/>
        </w:rPr>
        <w:t>χυμάτιζε τὴν μήτραν χλιαρῶς, αὐλίσκον μακρὸν προστιθείς. καὶ κρίθινον δὲ ἄλευρον ἑψήσας ἐν ὕδατι δίδου πίνειν, ἕως οὗ τέκῃ.</w:t>
      </w:r>
    </w:p>
    <w:p>
      <w:pPr>
        <w:jc w:val="center"/>
      </w:pPr>
      <w:r>
        <w:rPr>
          <w:rFonts w:ascii="Gentium Plus" w:hAnsi="Gentium Plus"/>
          <w:b/>
          <w:sz w:val="24"/>
        </w:rPr>
        <w:t>Περὶ ἱππάδος στείρας συλλήψεως.</w:t>
      </w:r>
    </w:p>
    <w:p>
      <w:r>
        <w:rPr>
          <w:rFonts w:ascii="Courier New" w:hAnsi="Courier New"/>
          <w:color w:val="555555"/>
          <w:sz w:val="20"/>
        </w:rPr>
        <w:t>[1]</w:t>
      </w:r>
    </w:p>
    <w:p>
      <w:r>
        <w:rPr>
          <w:rFonts w:ascii="Gentium Plus" w:hAnsi="Gentium Plus"/>
          <w:sz w:val="24"/>
        </w:rPr>
        <w:t>Ἐὰν βούλῃ στεῖραν ποιῆσαι ἵππον συλλαβεῖν, πράσων δεσμὴν κόψας ἐν ὅλμῳ, παρέγχει οἴνου κύαθον αʹ καὶ καν‐ θάρια τῶν ποικίλων ιβʹ, καὶ τούτοις προσμίξας ὕδωρ ἐπὶ δυ‐ σὶν ἡμέραις κλύσον τὴν μήτραν, τῇ δὲ τρίτῃ ἄφιε τὸν ἵππον.</w:t>
      </w:r>
    </w:p>
    <w:p>
      <w:r>
        <w:rPr>
          <w:rFonts w:ascii="Courier New" w:hAnsi="Courier New"/>
          <w:color w:val="555555"/>
          <w:sz w:val="20"/>
        </w:rPr>
        <w:t>[5]</w:t>
      </w:r>
    </w:p>
    <w:p>
      <w:r>
        <w:rPr>
          <w:rFonts w:ascii="Gentium Plus" w:hAnsi="Gentium Plus"/>
          <w:sz w:val="24"/>
        </w:rPr>
        <w:t>καὶ ὀχευέτω, καὶ λοῦσον μετὰ τὸ ὀχεῖον δίς.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Λαβὼν νίτρον καὶ κόπρον στρουθῶν καὶ ῥητίνην τερε‐ βινθίνην καὶ εἰς ἓν συλλειώσας, εἰς τὸ αἰδοῖον τῆς ἵππου ἔμβαλλε ἐκ τούτου. \|</w:t>
      </w:r>
    </w:p>
    <w:p>
      <w:pPr>
        <w:jc w:val="center"/>
      </w:pPr>
      <w:r>
        <w:rPr>
          <w:rFonts w:ascii="Gentium Plus" w:hAnsi="Gentium Plus"/>
          <w:b/>
          <w:sz w:val="24"/>
        </w:rPr>
        <w:t>περὶ παρωτίδος.</w:t>
      </w:r>
    </w:p>
    <w:p>
      <w:pPr>
        <w:jc w:val="center"/>
      </w:pPr>
      <w:r>
        <w:rPr>
          <w:rFonts w:ascii="Gentium Plus" w:hAnsi="Gentium Plus"/>
          <w:b/>
          <w:sz w:val="24"/>
        </w:rPr>
        <w:t>Αψύρτου.</w:t>
      </w:r>
    </w:p>
    <w:p>
      <w:r>
        <w:rPr>
          <w:rFonts w:ascii="Courier New" w:hAnsi="Courier New"/>
          <w:color w:val="555555"/>
          <w:sz w:val="20"/>
        </w:rPr>
        <w:t>[16 . 1]</w:t>
      </w:r>
    </w:p>
    <w:p>
      <w:r>
        <w:rPr>
          <w:rFonts w:ascii="Gentium Plus" w:hAnsi="Gentium Plus"/>
          <w:sz w:val="24"/>
        </w:rPr>
        <w:t>Ἄψυρτος Δεγμίῳ Πλαστικῷ χαίρειν. ἐσπουδακότα</w:t>
      </w:r>
    </w:p>
    <w:p>
      <w:r>
        <w:rPr>
          <w:rFonts w:ascii="Courier New" w:hAnsi="Courier New"/>
          <w:color w:val="555555"/>
          <w:sz w:val="20"/>
        </w:rPr>
        <w:t>[5]</w:t>
      </w:r>
    </w:p>
    <w:p>
      <w:r>
        <w:rPr>
          <w:rFonts w:ascii="Gentium Plus" w:hAnsi="Gentium Plus"/>
          <w:sz w:val="24"/>
        </w:rPr>
        <w:t>παρωτίς. ἣν δεῖ θεραπεύειν οὕτως· σπόγγον βρέχον‐ τας ἐν ὄξει θερμῷ δὶς τῆς ἡμέρας ἐπιδεσμεῖν ἄχρι τοῦ δια‐ πυῶσαι, καὶ τότε τέμνειν καθ’ ὑπόρρυσιν, ἐκκόπτοντας μυρ‐ σινοειδῶς ὅσον ἐξαρκεῖ, καὶ ἐκλαμβάνοντας τὸ ὑγρὸν παρασμή‐ χειν ἁλσὶ λεπτοῖς, καὶ τῇ ἐχομένῃ ἡμέρᾳ ἀποπυριᾶν ὕδατι</w:t>
      </w:r>
    </w:p>
    <w:p>
      <w:r>
        <w:rPr>
          <w:rFonts w:ascii="Courier New" w:hAnsi="Courier New"/>
          <w:color w:val="555555"/>
          <w:sz w:val="20"/>
        </w:rPr>
        <w:t>[10]</w:t>
      </w:r>
    </w:p>
    <w:p>
      <w:r>
        <w:rPr>
          <w:rFonts w:ascii="Gentium Plus" w:hAnsi="Gentium Plus"/>
          <w:sz w:val="24"/>
        </w:rPr>
        <w:t>θερμῷ τὸν τόπον καὶ ἀνακαθαίρειν. ὡς ἂν δὲ καθαρὸν γέ‐ νηται, τὸ ὀρόβινον ἐμπλάσσειν μέλιτι μίξαντας, καὶ ἔσται ὑγιής. οὐ δεῖ δὲ \| τὸν δάκτυλον ἐντιθέναι, εὐχερῶς γὰρ συριγγοῦται ὁ τόπος.</w:t>
      </w:r>
    </w:p>
    <w:p>
      <w:r>
        <w:rPr>
          <w:rFonts w:ascii="Courier New" w:hAnsi="Courier New"/>
          <w:color w:val="555555"/>
          <w:sz w:val="20"/>
        </w:rPr>
        <w:t>[16 . 2]</w:t>
      </w:r>
    </w:p>
    <w:p>
      <w:r>
        <w:rPr>
          <w:rFonts w:ascii="Gentium Plus" w:hAnsi="Gentium Plus"/>
          <w:sz w:val="24"/>
        </w:rPr>
        <w:t>ὅταν δὲ γένηται κατὰ τὴν λεγομένην σφαγὴν ἢ ὑπὸ τὸν βράγχον ἢ τὸν λεγόμενον ἰσθμόν, καὶ ἐσθίειν οὐ δύναται ἢ καταπίνειν, καὶ ἡ γλῶσσα οἰδεῖ καὶ παραπέπτωκεν εἰς τὸ ἔξω μέρος καὶ πελία γένηται, καὶ σίελα ἀφίησι, θεραπεύεται ὡσαύ‐</w:t>
      </w:r>
    </w:p>
    <w:p>
      <w:r>
        <w:rPr>
          <w:rFonts w:ascii="Courier New" w:hAnsi="Courier New"/>
          <w:color w:val="555555"/>
          <w:sz w:val="20"/>
        </w:rPr>
        <w:t>[5]</w:t>
      </w:r>
    </w:p>
    <w:p>
      <w:r>
        <w:rPr>
          <w:rFonts w:ascii="Gentium Plus" w:hAnsi="Gentium Plus"/>
          <w:sz w:val="24"/>
        </w:rPr>
        <w:t>τως, λέγεται δὲ παρίσθμια. ἐὰν δέ ποτε συμβῇ εἰς τὸ ἐν‐ τὸς μέρος τὴν ἔκρηξιν γενέσθαι, καὶ πῦα φέρῃ διὰ τοῦ στό‐ ματος, ἔγκλυζε ὀξυκράτῳ διὰ τοῦ ὠτὸς καὶ τῆς ῥινός, ἐγχυ‐ ματίζειν δὲ διαστόλιον ἐνθέντας, καὶ τὸν διωστῆρα, μέλιτι χρί‐ σαντας δαψιλῶς, καθιέναι καὶ παρατρίβειν τὸν τόπον.</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Τὴν παρωτίδα σημειώσῃ, ὅταν οἴδημα κατὰ τὸν σύν‐ δεσμον τῆς κεφαλῆς καὶ τοῦ τραχήλου σκληρὸν γένηται ἴσον καρύου. σπόγγον οὖν ὄξει θερμῷ διαβρέχων δέσμει δὶς τῆς ἡμέρας μέχρι τοῦ διαπυῶσαι, καὶ τότε τέμνε καθ’ ὑπόρρυσιν</w:t>
      </w:r>
    </w:p>
    <w:p>
      <w:r>
        <w:rPr>
          <w:rFonts w:ascii="Courier New" w:hAnsi="Courier New"/>
          <w:color w:val="555555"/>
          <w:sz w:val="20"/>
        </w:rPr>
        <w:t>[5]</w:t>
      </w:r>
    </w:p>
    <w:p>
      <w:r>
        <w:rPr>
          <w:rFonts w:ascii="Gentium Plus" w:hAnsi="Gentium Plus"/>
          <w:sz w:val="24"/>
        </w:rPr>
        <w:t>ὅσον ἀρκεῖ, καὶ ἐκβαλὼν τὸ ὑγρόν, παράσμηχε \</w:t>
      </w:r>
    </w:p>
    <w:p>
      <w:pPr>
        <w:jc w:val="center"/>
      </w:pPr>
      <w:r>
        <w:rPr>
          <w:rFonts w:ascii="Gentium Plus" w:hAnsi="Gentium Plus"/>
          <w:b/>
          <w:sz w:val="24"/>
        </w:rPr>
        <w:t>Εὐμήλου πρὸς παρωτίδας καὶ χοιράδας.</w:t>
      </w:r>
    </w:p>
    <w:p>
      <w:r>
        <w:rPr>
          <w:rFonts w:ascii="Courier New" w:hAnsi="Courier New"/>
          <w:color w:val="555555"/>
          <w:sz w:val="20"/>
        </w:rPr>
        <w:t>[1]</w:t>
      </w:r>
    </w:p>
    <w:p>
      <w:r>
        <w:rPr>
          <w:rFonts w:ascii="Gentium Plus" w:hAnsi="Gentium Plus"/>
          <w:sz w:val="24"/>
        </w:rPr>
        <w:t>Ἐὰν συμβῇ ζῴῳ ἔχειν παρωτίδας ἢ χοιράδας, ἅσπερ τινὲς ἰδιώτερον γλανδούλας προσαγορεύουσιν, ἰχῶρα πυώδη διὰ στόματος ἀποπέμπει. χρὴ τοίνυν θεραπεύειν, ἄλευρον κρίθινον μετὰ ὄξους προσφέροντα. εἰ δὲ μὴ ὠφε‐</w:t>
      </w:r>
    </w:p>
    <w:p>
      <w:r>
        <w:rPr>
          <w:rFonts w:ascii="Courier New" w:hAnsi="Courier New"/>
          <w:color w:val="555555"/>
          <w:sz w:val="20"/>
        </w:rPr>
        <w:t>[5]</w:t>
      </w:r>
    </w:p>
    <w:p>
      <w:r>
        <w:rPr>
          <w:rFonts w:ascii="Gentium Plus" w:hAnsi="Gentium Plus"/>
          <w:sz w:val="24"/>
        </w:rPr>
        <w:t>λήσῃ, τέμνειν τὸ δέρμα καὶ αὐτὰ τὰ λεγόμενα γλάνδουλα ἐκβάλλειν πάντα σιδήρῳ, χειρὶ μὴ ἁπτόμενον. εἰ δὲ μὴ οὕτω θεραπευθῇ, ἐπικαίειν τοὺς τόπους, μέχρις οὗ ὁ συνηγμένος ἰχὼρ ἐκφορηθῇ. τὰ δὲ κεκαυμένα τῷ προειρημένῳ τρόπῳ θεράπευε. κάλλιστον δὲ τυγχάνει ἐν ταῖς τοῦ πά‐</w:t>
      </w:r>
    </w:p>
    <w:p>
      <w:r>
        <w:rPr>
          <w:rFonts w:ascii="Courier New" w:hAnsi="Courier New"/>
          <w:color w:val="555555"/>
          <w:sz w:val="20"/>
        </w:rPr>
        <w:t>[10]</w:t>
      </w:r>
    </w:p>
    <w:p>
      <w:r>
        <w:rPr>
          <w:rFonts w:ascii="Gentium Plus" w:hAnsi="Gentium Plus"/>
          <w:sz w:val="24"/>
        </w:rPr>
        <w:t>θους ἀρχαῖς, ἡνίκα τῷ τοιούτῳ νοσήματι φλεγμονὴν \ ζῷον ὑφίσταται, καὶ σφαῖραν μολυβδίνην ἀπὸ τῆς φορβεᾶς ὑπὸ τὸ τῆς γένυος μέρος ἀποκρεμᾶν, ὥστε παντὶ τρόπῳ τὸ τῆς καταπόθρας καταγυμνάζεσθαι μέρος τῷ μολύβδῳ πληττό‐ μενον. ἔχει δὲ τὴν αὐτὴν τοῦ θεραπεύειν δύναμιν καὶ σικύου</w:t>
      </w:r>
    </w:p>
    <w:p>
      <w:r>
        <w:rPr>
          <w:rFonts w:ascii="Courier New" w:hAnsi="Courier New"/>
          <w:color w:val="555555"/>
          <w:sz w:val="20"/>
        </w:rPr>
        <w:t>[15]</w:t>
      </w:r>
    </w:p>
    <w:p>
      <w:r>
        <w:rPr>
          <w:rFonts w:ascii="Gentium Plus" w:hAnsi="Gentium Plus"/>
          <w:sz w:val="24"/>
        </w:rPr>
        <w:t>ἀγρίου ῥίζα μετὰ ἀλεύρου κριθίνου καὶ ὄξους δριμυτάτου μιγεῖσα καὶ καταπλασσομένη.</w:t>
      </w:r>
    </w:p>
    <w:p>
      <w:pPr>
        <w:jc w:val="center"/>
      </w:pPr>
      <w:r>
        <w:rPr>
          <w:rFonts w:ascii="Gentium Plus" w:hAnsi="Gentium Plus"/>
          <w:b/>
          <w:sz w:val="24"/>
        </w:rPr>
        <w:t>Περὶ παρωτίδων ἤτοι κορδυλωμάτων.</w:t>
      </w:r>
    </w:p>
    <w:p>
      <w:r>
        <w:rPr>
          <w:rFonts w:ascii="Courier New" w:hAnsi="Courier New"/>
          <w:color w:val="555555"/>
          <w:sz w:val="20"/>
        </w:rPr>
        <w:t>[1]</w:t>
      </w:r>
    </w:p>
    <w:p>
      <w:r>
        <w:rPr>
          <w:rFonts w:ascii="Gentium Plus" w:hAnsi="Gentium Plus"/>
          <w:sz w:val="24"/>
        </w:rPr>
        <w:t>Εἰ κορδυλώματα σχῇ καὶ παρωτίδας, ἐπιθέματα πρόσαγε, ἵνα πεπανθῇ τὸ πάθος καὶ ἀνοιγῶσιν. εἶτα ἀνοιγεῖσι μοτάρια μετ’ ἐλαίου καὶ ὄξους τοῖς τραύμασιν ἐπίθες, ἕως ἂν καθα‐ ρισθῶσιν. ὅταν δὲ ἰαθῇ τὰ τραύματα, ἀπὸ ῥοῶν ξηρῶν ποιή‐</w:t>
      </w:r>
    </w:p>
    <w:p>
      <w:r>
        <w:rPr>
          <w:rFonts w:ascii="Courier New" w:hAnsi="Courier New"/>
          <w:color w:val="555555"/>
          <w:sz w:val="20"/>
        </w:rPr>
        <w:t>[5]</w:t>
      </w:r>
    </w:p>
    <w:p>
      <w:r>
        <w:rPr>
          <w:rFonts w:ascii="Gentium Plus" w:hAnsi="Gentium Plus"/>
          <w:sz w:val="24"/>
        </w:rPr>
        <w:t>σας ξηρίον, ἐπιρράντισον, καὶ θεραπεύσεις.</w:t>
      </w:r>
    </w:p>
    <w:p>
      <w:pPr>
        <w:jc w:val="center"/>
      </w:pPr>
      <w:r>
        <w:rPr>
          <w:rFonts w:ascii="Gentium Plus" w:hAnsi="Gentium Plus"/>
          <w:b/>
          <w:sz w:val="24"/>
        </w:rPr>
        <w:t>Πρὸς παρωτίδας καὶ χοιράδας.</w:t>
      </w:r>
    </w:p>
    <w:p>
      <w:r>
        <w:rPr>
          <w:rFonts w:ascii="Courier New" w:hAnsi="Courier New"/>
          <w:color w:val="555555"/>
          <w:sz w:val="20"/>
        </w:rPr>
        <w:t>[1]</w:t>
      </w:r>
    </w:p>
    <w:p>
      <w:r>
        <w:rPr>
          <w:rFonts w:ascii="Gentium Plus" w:hAnsi="Gentium Plus"/>
          <w:sz w:val="24"/>
        </w:rPr>
        <w:t>Κηροῦ δραχμὰς κηʹ, ῥητίνης τερεβινθίνης δραχμὰς κϛʹ, μέλιτος δραχμὴν μίαν, χαλβάν\|ης δραχμὰς δʹ, ἀμμωνιακοῦ δραχμὰς ιδʹ, ἐλαίου ἐν μὲν θέρει κυάθους ἕξ, ἐν δὲ χειμῶνι κυάθους ηʹ συμμίξας, θεραπεύσεις.</w:t>
      </w:r>
    </w:p>
    <w:p>
      <w:pPr>
        <w:jc w:val="center"/>
      </w:pPr>
      <w:r>
        <w:rPr>
          <w:rFonts w:ascii="Gentium Plus" w:hAnsi="Gentium Plus"/>
          <w:b/>
          <w:sz w:val="24"/>
        </w:rPr>
        <w:t>Ἄλλο περὶ παρωτίδος.</w:t>
      </w:r>
    </w:p>
    <w:p>
      <w:r>
        <w:rPr>
          <w:rFonts w:ascii="Courier New" w:hAnsi="Courier New"/>
          <w:color w:val="555555"/>
          <w:sz w:val="20"/>
        </w:rPr>
        <w:t>[1]</w:t>
      </w:r>
    </w:p>
    <w:p>
      <w:r>
        <w:rPr>
          <w:rFonts w:ascii="Gentium Plus" w:hAnsi="Gentium Plus"/>
          <w:sz w:val="24"/>
        </w:rPr>
        <w:t>Κατάπλασσε τὰς παρωτίδας ἀλεύρῳ σιτίνῳ καὶ ῥητίνῃ καὶ ὄξει καὶ ἀξουγγίῳ, ἐν ταὐτῷ πάντα συμμίξας. μετὰ δὲ τὸ πεπανθῆναι ταύτας ἀπόκοπτε. \|</w:t>
      </w:r>
    </w:p>
    <w:p>
      <w:pPr>
        <w:jc w:val="center"/>
      </w:pPr>
      <w:r>
        <w:rPr>
          <w:rFonts w:ascii="Gentium Plus" w:hAnsi="Gentium Plus"/>
          <w:b/>
          <w:sz w:val="24"/>
        </w:rPr>
        <w:t>περὶ ἕλκους ἐν ὠτίῳ.</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Ὅταν γένηται ἐν τῷ ὠτίῳ ἕλκος ἢ ἀπόστασις ἐν τῇ δι‐ πλοΐδι, συμβαίνει ὑγρὸν ἔχειν πυῶδες ἢ ὅμοιον τῇ μελικη‐ ρίδι. ὃ δεῖ τέμνειν ὄρθιον, καθὼς πέφυκεν. θεραπεύεται δὲ διὰ τοῦ μέλιτος καὶ τῆς στυπτηρίας. ἀνάγκη δὲ αὐτὸν κλαμ‐</w:t>
      </w:r>
    </w:p>
    <w:p>
      <w:r>
        <w:rPr>
          <w:rFonts w:ascii="Courier New" w:hAnsi="Courier New"/>
          <w:color w:val="555555"/>
          <w:sz w:val="20"/>
        </w:rPr>
        <w:t>[5]</w:t>
      </w:r>
    </w:p>
    <w:p>
      <w:r>
        <w:rPr>
          <w:rFonts w:ascii="Gentium Plus" w:hAnsi="Gentium Plus"/>
          <w:sz w:val="24"/>
        </w:rPr>
        <w:t>βὸν γενέσθαι.</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Ἐὰν ἕλκος ἐν ὠτίῳ ἢ ἀπόστημα γένηται, συντραφέντος ὑγροῦ πυώδους ἢ ὁμοίου μελικηρίδι, τεμνέσθω ὄρθιον, καθὼς εἴθισται, καὶ θεραπευέσθω· διὰ τοῦ μέλιτος καὶ τῆς στυπτηρίας. ἐὰν δὲ ἐντὸς γένηται τό ἕλκος, κλύσας αὐτὸ</w:t>
      </w:r>
    </w:p>
    <w:p>
      <w:r>
        <w:rPr>
          <w:rFonts w:ascii="Courier New" w:hAnsi="Courier New"/>
          <w:color w:val="555555"/>
          <w:sz w:val="20"/>
        </w:rPr>
        <w:t>[5]</w:t>
      </w:r>
    </w:p>
    <w:p>
      <w:r>
        <w:rPr>
          <w:rFonts w:ascii="Gentium Plus" w:hAnsi="Gentium Plus"/>
          <w:sz w:val="24"/>
        </w:rPr>
        <w:t>ἐλαίῳ καὶ ἀκράτῳ, εἶτα κόψας πράσα, καὶ τῷ χυλῷ αὐτῶν</w:t>
      </w:r>
    </w:p>
    <w:p>
      <w:pPr>
        <w:jc w:val="center"/>
      </w:pPr>
      <w:r>
        <w:rPr>
          <w:rFonts w:ascii="Gentium Plus" w:hAnsi="Gentium Plus"/>
          <w:b/>
          <w:sz w:val="24"/>
        </w:rPr>
        <w:t>Ἄλλο πρὸς ὠταλγίαν.</w:t>
      </w:r>
    </w:p>
    <w:p>
      <w:r>
        <w:rPr>
          <w:rFonts w:ascii="Courier New" w:hAnsi="Courier New"/>
          <w:color w:val="555555"/>
          <w:sz w:val="20"/>
        </w:rPr>
        <w:t>[1]</w:t>
      </w:r>
    </w:p>
    <w:p>
      <w:r>
        <w:rPr>
          <w:rFonts w:ascii="Gentium Plus" w:hAnsi="Gentium Plus"/>
          <w:sz w:val="24"/>
        </w:rPr>
        <w:t>Τὸν πόνον τοῦ ὠτίου θεραπεῦσαι δεῖ, μή πως εἰς μανίαν ἐμπέσῃ τὸ ζῷον. καὶ πρὸ πάντων τὰ τούτου ὦτα καθᾶραι, μή τι ἔνδον ἐγκαθίσαν βλάβην ἢ πόνον παρέξῃ. καὶ καθά‐ ραντα διὰ σπόγγου ἁπαλοῦ μέλι καὶ νίτρον καὶ ὕδωρ διυ‐</w:t>
      </w:r>
    </w:p>
    <w:p>
      <w:r>
        <w:rPr>
          <w:rFonts w:ascii="Courier New" w:hAnsi="Courier New"/>
          <w:color w:val="555555"/>
          <w:sz w:val="20"/>
        </w:rPr>
        <w:t>[5]</w:t>
      </w:r>
    </w:p>
    <w:p>
      <w:r>
        <w:rPr>
          <w:rFonts w:ascii="Gentium Plus" w:hAnsi="Gentium Plus"/>
          <w:sz w:val="24"/>
        </w:rPr>
        <w:t>λισθὲν εἰς τὸ οὖς ἔμβαλλε, πρότερον τοῦτο ἀπομάξας. ἔασον δὲ τὸ σπογγάριον εἰς τὸ οὖς ἐμμεῖναι μιᾷ νυκτί, τῇ δὲ ἄλλῃ κατάντλει ὕδατι θερμῷ καὶ νίτρῳ, ἕως οὗ ὑγιάνῃ.</w:t>
      </w:r>
    </w:p>
    <w:p>
      <w:pPr>
        <w:jc w:val="center"/>
      </w:pPr>
      <w:r>
        <w:rPr>
          <w:rFonts w:ascii="Gentium Plus" w:hAnsi="Gentium Plus"/>
          <w:b/>
          <w:sz w:val="24"/>
        </w:rPr>
        <w:t>εἰ εἰς τὸ οὖς ὕδωρ εἰσέλθῃ.</w:t>
      </w:r>
    </w:p>
    <w:p>
      <w:r>
        <w:rPr>
          <w:rFonts w:ascii="Courier New" w:hAnsi="Courier New"/>
          <w:color w:val="555555"/>
          <w:sz w:val="20"/>
        </w:rPr>
        <w:t>[1]</w:t>
      </w:r>
    </w:p>
    <w:p>
      <w:r>
        <w:rPr>
          <w:rFonts w:ascii="Gentium Plus" w:hAnsi="Gentium Plus"/>
          <w:sz w:val="24"/>
        </w:rPr>
        <w:t>Ἔλαιον παλαιὸν καὶ νίτρον ἐξ ἴσου βαλὼν εἰς τὸ οὖς ἐπί‐ χεε καὶ ἐπίθες ἐρέαν. τούτῳ δὲ τῷ τρόπῳ, καὶ εἰ τραύματα σχῇ, ἰαθήσονται. \|</w:t>
      </w:r>
    </w:p>
    <w:p>
      <w:pPr>
        <w:jc w:val="center"/>
      </w:pPr>
      <w:r>
        <w:rPr>
          <w:rFonts w:ascii="Gentium Plus" w:hAnsi="Gentium Plus"/>
          <w:b/>
          <w:sz w:val="24"/>
        </w:rPr>
        <w:t>περὶ παρισθμίων.</w:t>
      </w:r>
    </w:p>
    <w:p>
      <w:pPr>
        <w:jc w:val="center"/>
      </w:pPr>
      <w:r>
        <w:rPr>
          <w:rFonts w:ascii="Gentium Plus" w:hAnsi="Gentium Plus"/>
          <w:b/>
          <w:sz w:val="24"/>
        </w:rPr>
        <w:t>Ἱεροκλέους.</w:t>
      </w:r>
    </w:p>
    <w:p>
      <w:r>
        <w:rPr>
          <w:rFonts w:ascii="Courier New" w:hAnsi="Courier New"/>
          <w:color w:val="555555"/>
          <w:sz w:val="20"/>
        </w:rPr>
        <w:t>[1]</w:t>
      </w:r>
    </w:p>
    <w:p>
      <w:r>
        <w:rPr>
          <w:rFonts w:ascii="Gentium Plus" w:hAnsi="Gentium Plus"/>
          <w:sz w:val="24"/>
        </w:rPr>
        <w:t>Παρίσθμιά ἐστιν, ὅταν κατὰ τὴν λεγομένην σφαγὴν καὶ τὸν βράγχον γένηταί τι οἴδημα, ὅτε δὴ μάλιστα καὶ ἡ γλῶττα ὅλη εἰς τὸ ἔσω παραπίπτει, πελιδνὴ γενομένη, καὶ σίελον ἀφίησιν, ὥστε ἐσθίειν ἢ καταπίνειν μὴ δύνασθαι.</w:t>
      </w:r>
    </w:p>
    <w:p>
      <w:r>
        <w:rPr>
          <w:rFonts w:ascii="Courier New" w:hAnsi="Courier New"/>
          <w:color w:val="555555"/>
          <w:sz w:val="20"/>
        </w:rPr>
        <w:t>[5]</w:t>
      </w:r>
    </w:p>
    <w:p>
      <w:r>
        <w:rPr>
          <w:rFonts w:ascii="Gentium Plus" w:hAnsi="Gentium Plus"/>
          <w:sz w:val="24"/>
        </w:rPr>
        <w:t>ἴασις δὲ ἡ αὐτὴ ἡ καὶ ἐπὶ τῆς παρωτίδος. ἐὰν μέντοι σύμ‐ βῇ τὴν ἔκκρισιν κατὰ τὸ ἐντὸς γενέσθαι, καὶ πῦον διὰ τοῦ</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Ἐὰν παρίσθμια γένηται καὶ φλεγμονὴ περὶ τὰ ὦτα, θερα‐ πεύσεις ζεστῷ ὕδατι τὸν τόπον ἀντλῶν, καὶ καταπλάσσων τὸ διὰ κριθίνης, \| καὶ ὅταν συστῇ ἐν τόπῳ, περίτεμε σμίλῃ, καὶ ἐπιμελοῦ. ἐὰν δὲ μὴ ὑπακούσῃ, καυτηριάσας θεραπεύσεις.</w:t>
      </w:r>
    </w:p>
    <w:p>
      <w:pPr>
        <w:jc w:val="center"/>
      </w:pPr>
      <w:r>
        <w:rPr>
          <w:rFonts w:ascii="Gentium Plus" w:hAnsi="Gentium Plus"/>
          <w:b/>
          <w:sz w:val="24"/>
        </w:rPr>
        <w:t>ἄλλο Εὐμήλου πρὸς γνάθων πόνον καὶ</w:t>
      </w:r>
    </w:p>
    <w:p>
      <w:r>
        <w:rPr>
          <w:rFonts w:ascii="Courier New" w:hAnsi="Courier New"/>
          <w:color w:val="555555"/>
          <w:sz w:val="20"/>
        </w:rPr>
        <w:t>[t2]</w:t>
      </w:r>
    </w:p>
    <w:p>
      <w:r>
        <w:rPr>
          <w:rFonts w:ascii="Gentium Plus" w:hAnsi="Gentium Plus"/>
          <w:sz w:val="24"/>
        </w:rPr>
        <w:t>φλεγμονάς.</w:t>
      </w:r>
    </w:p>
    <w:p>
      <w:r>
        <w:rPr>
          <w:rFonts w:ascii="Courier New" w:hAnsi="Courier New"/>
          <w:color w:val="555555"/>
          <w:sz w:val="20"/>
        </w:rPr>
        <w:t>[1]</w:t>
      </w:r>
    </w:p>
    <w:p>
      <w:r>
        <w:rPr>
          <w:rFonts w:ascii="Gentium Plus" w:hAnsi="Gentium Plus"/>
          <w:sz w:val="24"/>
        </w:rPr>
        <w:t>Ὄξει θερμῷ καὶ παλαιῷ ἀξουγγίῳ πυρία. καὶ εἰ ἐπιμένοι ὁ πόνος, ἐπίκαιε. τὸ δὲ αὐτὸ βοήθημα καὶ πρὸς φλεγμονὰς προσαγόμενον ὠφελεῖ.</w:t>
      </w:r>
    </w:p>
    <w:p>
      <w:pPr>
        <w:jc w:val="center"/>
      </w:pPr>
      <w:r>
        <w:rPr>
          <w:rFonts w:ascii="Gentium Plus" w:hAnsi="Gentium Plus"/>
          <w:b/>
          <w:sz w:val="24"/>
        </w:rPr>
        <w:t>Ἀψύρτου περὶ λίθων γινομένων ἐν ταῖς</w:t>
      </w:r>
    </w:p>
    <w:p>
      <w:r>
        <w:rPr>
          <w:rFonts w:ascii="Courier New" w:hAnsi="Courier New"/>
          <w:color w:val="555555"/>
          <w:sz w:val="20"/>
        </w:rPr>
        <w:t>[t2]</w:t>
      </w:r>
    </w:p>
    <w:p>
      <w:r>
        <w:rPr>
          <w:rFonts w:ascii="Gentium Plus" w:hAnsi="Gentium Plus"/>
          <w:sz w:val="24"/>
        </w:rPr>
        <w:t>γνάθοις.</w:t>
      </w:r>
    </w:p>
    <w:p>
      <w:r>
        <w:rPr>
          <w:rFonts w:ascii="Courier New" w:hAnsi="Courier New"/>
          <w:color w:val="555555"/>
          <w:sz w:val="20"/>
        </w:rPr>
        <w:t>[1]</w:t>
      </w:r>
    </w:p>
    <w:p>
      <w:r>
        <w:rPr>
          <w:rFonts w:ascii="Gentium Plus" w:hAnsi="Gentium Plus"/>
          <w:sz w:val="24"/>
        </w:rPr>
        <w:t>Ἄψυρτος Δαμνάτῳ Τομεῖ χαίρειν. ἱπποτροφοῦντά σε βούλομαι εἰδέναι, ὅτι δεῖ τοὺς ἐπιγινομένους λίθους ἐν ταῖς γνάθοις ἐγχειρίζειν, ἐπιμένοντες γὰρ μείζονες γίνονται. διὸ δεῖ καταλαμβανόμενον τὸν ἵππον ἐκτέμνειν, εἶτα ἐπιλα‐</w:t>
      </w:r>
    </w:p>
    <w:p>
      <w:r>
        <w:rPr>
          <w:rFonts w:ascii="Courier New" w:hAnsi="Courier New"/>
          <w:color w:val="555555"/>
          <w:sz w:val="20"/>
        </w:rPr>
        <w:t>[5]</w:t>
      </w:r>
    </w:p>
    <w:p>
      <w:r>
        <w:rPr>
          <w:rFonts w:ascii="Gentium Plus" w:hAnsi="Gentium Plus"/>
          <w:sz w:val="24"/>
        </w:rPr>
        <w:t>βόμενον ἐξελεῖν τὸν λίθον, σκοποῦντα ἐμμελῶς τὴν τομήν, μή τι τοῦ λίθου ἐναπομεῖναν αὐξηθῇ πάλιν καὶ δεήσῃ δευ‐ τέρας ἰατρείας.</w:t>
      </w:r>
    </w:p>
    <w:p>
      <w:pPr>
        <w:jc w:val="center"/>
      </w:pPr>
      <w:r>
        <w:rPr>
          <w:rFonts w:ascii="Gentium Plus" w:hAnsi="Gentium Plus"/>
          <w:b/>
          <w:sz w:val="24"/>
        </w:rPr>
        <w:t>περὶ κυνάγχης.</w:t>
      </w:r>
    </w:p>
    <w:p>
      <w:pPr>
        <w:jc w:val="center"/>
      </w:pPr>
      <w:r>
        <w:rPr>
          <w:rFonts w:ascii="Gentium Plus" w:hAnsi="Gentium Plus"/>
          <w:b/>
          <w:sz w:val="24"/>
        </w:rPr>
        <w:t>Αψύρτου.</w:t>
      </w:r>
    </w:p>
    <w:p>
      <w:r>
        <w:rPr>
          <w:rFonts w:ascii="Courier New" w:hAnsi="Courier New"/>
          <w:color w:val="555555"/>
          <w:sz w:val="20"/>
        </w:rPr>
        <w:t>[19 . 1]</w:t>
      </w:r>
    </w:p>
    <w:p>
      <w:r>
        <w:rPr>
          <w:rFonts w:ascii="Gentium Plus" w:hAnsi="Gentium Plus"/>
          <w:sz w:val="24"/>
        </w:rPr>
        <w:t>Ἄψυρτος Ἱστορικῷ ἱπποϊατρῷ χαίρειν. κυνάγχης</w:t>
      </w:r>
    </w:p>
    <w:p>
      <w:r>
        <w:rPr>
          <w:rFonts w:ascii="Courier New" w:hAnsi="Courier New"/>
          <w:color w:val="555555"/>
          <w:sz w:val="20"/>
        </w:rPr>
        <w:t>[5]</w:t>
      </w:r>
    </w:p>
    <w:p>
      <w:r>
        <w:rPr>
          <w:rFonts w:ascii="Gentium Plus" w:hAnsi="Gentium Plus"/>
          <w:sz w:val="24"/>
        </w:rPr>
        <w:t>οἰδοῦσι, καὶ συμφράσσεται ὁ βράγχος καὶ ἡ ἀρτηρία, καὶ οὔτε τρώγειν δύναται οὔτε πίνειν.</w:t>
      </w:r>
    </w:p>
    <w:p>
      <w:r>
        <w:rPr>
          <w:rFonts w:ascii="Courier New" w:hAnsi="Courier New"/>
          <w:color w:val="555555"/>
          <w:sz w:val="20"/>
        </w:rPr>
        <w:t>[19 . 2]</w:t>
      </w:r>
    </w:p>
    <w:p>
      <w:r>
        <w:rPr>
          <w:rFonts w:ascii="Gentium Plus" w:hAnsi="Gentium Plus"/>
          <w:sz w:val="24"/>
        </w:rPr>
        <w:t>θεραπεύεται δὲ συγχριόμενος τὴν κεφαλὴν ἢ τοὺς κροτά‐ φους καὶ τὴν γλῶσσαν ταύρου χολῇ, καὶ προσκαταντλούμενος θερμῷ ὕδατι, καὶ ἐγχυματιζόμενος διὰ μυκτήρων οἴνῳ καὶ ἐλαίῳ. ἔστω δὲ τὸ ἔλαιον παλαιόν, εἰ δὲ οὐκ ἔστι, τῷ ὄντι</w:t>
      </w:r>
    </w:p>
    <w:p>
      <w:r>
        <w:rPr>
          <w:rFonts w:ascii="Courier New" w:hAnsi="Courier New"/>
          <w:color w:val="555555"/>
          <w:sz w:val="20"/>
        </w:rPr>
        <w:t>[5]</w:t>
      </w:r>
    </w:p>
    <w:p>
      <w:r>
        <w:rPr>
          <w:rFonts w:ascii="Gentium Plus" w:hAnsi="Gentium Plus"/>
          <w:sz w:val="24"/>
        </w:rPr>
        <w:t>χρῷ. λέγεται δὲ καὶ σῦκα ἕψειν, καὶ τῷ νίτρῳ μετὰ τοῦ ἀφεψήματος ἐγχυματίζειν ὡσαύτως. ἁρμόζει δὲ \| καὶ τὸ διὰ βδελλίου ἀνιέντας συγχρίειν αὐτόν. ἐνδόσεως δὲ γενομένης, καὶ ἐπιζητοῦντος φαγεῖν, διδόναι χόρτον χλωρόν, κάλλιον δὲ βόσκειν αὐτόν. εἰ δὲ οὐκ ἔστι, τὸν ξηρὸν καταρραίνειν νίτρῳ</w:t>
      </w:r>
    </w:p>
    <w:p>
      <w:r>
        <w:rPr>
          <w:rFonts w:ascii="Courier New" w:hAnsi="Courier New"/>
          <w:color w:val="555555"/>
          <w:sz w:val="20"/>
        </w:rPr>
        <w:t>[10]</w:t>
      </w:r>
    </w:p>
    <w:p>
      <w:r>
        <w:rPr>
          <w:rFonts w:ascii="Gentium Plus" w:hAnsi="Gentium Plus"/>
          <w:sz w:val="24"/>
        </w:rPr>
        <w:t>καὶ τὰς κριθὰς ὡσαύτως παραβάλλειν. ἀσύμφορος δὲ ἡ τοῦ αἵματος ἀφαίρεσις ἐκ τῶν ἄλλων τόπων, ἐκ δὲ τῆς ὑπερῴας μόνης ἁρμόζει. ὡς ἂν δὲ καλῶς ἔχοι, καθαίρειν αὐτὸν διὰ τοῦ σικύου καὶ τοῦ νίτρου.</w:t>
      </w:r>
    </w:p>
    <w:p>
      <w:pPr>
        <w:jc w:val="center"/>
      </w:pPr>
      <w:r>
        <w:rPr>
          <w:rFonts w:ascii="Gentium Plus" w:hAnsi="Gentium Plus"/>
          <w:b/>
          <w:sz w:val="24"/>
        </w:rPr>
        <w:t>Ἱεροκλέους εἰς τὸ αὐτό.</w:t>
      </w:r>
    </w:p>
    <w:p>
      <w:r>
        <w:rPr>
          <w:rFonts w:ascii="Courier New" w:hAnsi="Courier New"/>
          <w:color w:val="555555"/>
          <w:sz w:val="20"/>
        </w:rPr>
        <w:t>[19 . 3]</w:t>
      </w:r>
    </w:p>
    <w:p>
      <w:r>
        <w:rPr>
          <w:rFonts w:ascii="Gentium Plus" w:hAnsi="Gentium Plus"/>
          <w:sz w:val="24"/>
        </w:rPr>
        <w:t>Ἔστιν ἡ κυνάγχη τῶν σφαλερῶν νοσημάτων καὶ κινδυνω‐ δεστάτων, ἧς σημεῖα τάδε· ἡ κεφαλὴ οἰδεῖ, καὶ οἱ ὀφθαλμοὶ καὶ τὰ χείλη, καὶ ἡ γλῶσσα προπίπτει ἔξω διοιδοῦσα, καὶ ἡ φάρυξ συμφράσσεται καὶ ἡ ἀρτηρία, ὡς μήτε φαγεῖν μήτε</w:t>
      </w:r>
    </w:p>
    <w:p>
      <w:r>
        <w:rPr>
          <w:rFonts w:ascii="Courier New" w:hAnsi="Courier New"/>
          <w:color w:val="555555"/>
          <w:sz w:val="20"/>
        </w:rPr>
        <w:t>[5]</w:t>
      </w:r>
    </w:p>
    <w:p>
      <w:r>
        <w:rPr>
          <w:rFonts w:ascii="Gentium Plus" w:hAnsi="Gentium Plus"/>
          <w:sz w:val="24"/>
        </w:rPr>
        <w:t>πιεῖν δύνασθαι.</w:t>
      </w:r>
    </w:p>
    <w:p>
      <w:r>
        <w:rPr>
          <w:rFonts w:ascii="Courier New" w:hAnsi="Courier New"/>
          <w:color w:val="555555"/>
          <w:sz w:val="20"/>
        </w:rPr>
        <w:t>[19 . 4]</w:t>
      </w:r>
    </w:p>
    <w:p>
      <w:r>
        <w:rPr>
          <w:rFonts w:ascii="Gentium Plus" w:hAnsi="Gentium Plus"/>
          <w:sz w:val="24"/>
        </w:rPr>
        <w:t>θεραπευέσθω δὲ τὴν κεφαλὴν κατὰ τοὺς κροτάφους καὶ τὴν γλῶτταν συγχριόμενος ταύρου χολῇ, καὶ προσκαταντλού‐</w:t>
      </w:r>
    </w:p>
    <w:p>
      <w:r>
        <w:rPr>
          <w:rFonts w:ascii="Courier New" w:hAnsi="Courier New"/>
          <w:color w:val="555555"/>
          <w:sz w:val="20"/>
        </w:rPr>
        <w:t>[5]</w:t>
      </w:r>
    </w:p>
    <w:p>
      <w:r>
        <w:rPr>
          <w:rFonts w:ascii="Gentium Plus" w:hAnsi="Gentium Plus"/>
          <w:sz w:val="24"/>
        </w:rPr>
        <w:t>συγχρίειν. ἐνδόσεως δὲ γενομένης καὶ τροφὴν ἐπιζητοῦντος, παραβάλλειν χλωρὸν χόρτον, ἄμεινον δὲ βόσκειν. ἐὰν μέντοι μὴ ᾖ χλωρός, τὸν ξηρὸν καταρραίνειν τῷ νίτρῳ, καὶ τὰς κρι‐ θὰς ὁμοίως καταπάσσειν ἀλεύρῳ πυρίνῳ καὶ ποτίζειν. αἷμα δὲ ἀπὸ μόνης ὑπερῴας ἀφαιρεῖν. ἐπὶ τὸ βέλτιον δὲ προχω‐</w:t>
      </w:r>
    </w:p>
    <w:p>
      <w:r>
        <w:rPr>
          <w:rFonts w:ascii="Courier New" w:hAnsi="Courier New"/>
          <w:color w:val="555555"/>
          <w:sz w:val="20"/>
        </w:rPr>
        <w:t>[10]</w:t>
      </w:r>
    </w:p>
    <w:p>
      <w:r>
        <w:rPr>
          <w:rFonts w:ascii="Gentium Plus" w:hAnsi="Gentium Plus"/>
          <w:sz w:val="24"/>
        </w:rPr>
        <w:t>ροῦντα καθαίρειν τῷ σικύῳ καὶ τῷ νίτρῳ. ἔνιοι δέ, ὧν ἐστι Στρατόνικος, μετὰ τὴν κατάντλησιν συμβουλεύουσι καταπλάσσειν ἀλεύρῳ ἐν οἴνῳ κεκραμένῳ συνεψηθέντι.</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Νίτρῳ καὶ ἐλαίῳ καὶ μέλιτι παράτριβε τὴν γλῶσσαν, εἶτα κατάπλασσε ἀλεύρῳ μετὰ οἴνου συμφυραθέντι.</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Χοιρείαν κόπρον μέλιτι μίξας περίχριε. ἔστω \ τοσοῦτον, ὅσον καλύπτειν τὴν κόπρον. \|</w:t>
      </w:r>
    </w:p>
    <w:p>
      <w:pPr>
        <w:jc w:val="center"/>
      </w:pPr>
      <w:r>
        <w:rPr>
          <w:rFonts w:ascii="Gentium Plus" w:hAnsi="Gentium Plus"/>
          <w:b/>
          <w:sz w:val="24"/>
        </w:rPr>
        <w:t>περὶ χοιράδων θλίψεως.</w:t>
      </w:r>
    </w:p>
    <w:p>
      <w:pPr>
        <w:jc w:val="center"/>
      </w:pPr>
      <w:r>
        <w:rPr>
          <w:rFonts w:ascii="Gentium Plus" w:hAnsi="Gentium Plus"/>
          <w:b/>
          <w:sz w:val="24"/>
        </w:rPr>
        <w:t>Αψύρτου.</w:t>
      </w:r>
    </w:p>
    <w:p>
      <w:r>
        <w:rPr>
          <w:rFonts w:ascii="Courier New" w:hAnsi="Courier New"/>
          <w:color w:val="555555"/>
          <w:sz w:val="20"/>
        </w:rPr>
        <w:t>[20 . 1]</w:t>
      </w:r>
    </w:p>
    <w:p>
      <w:r>
        <w:rPr>
          <w:rFonts w:ascii="Gentium Plus" w:hAnsi="Gentium Plus"/>
          <w:sz w:val="24"/>
        </w:rPr>
        <w:t>Ἄψυρτος Δάμᾳ Λαοδικεῖ ἱπποϊατρῷ χαίρειν. χοι‐ ράσι ταῖς γινομέναις τοῖς ἵπποις πολλοὶ συνετάξαντο βοηθή‐ ματα πολλὰ ἀδύνατα καὶ ἀνωφελῆ· λέγουσι γὰρ οἱ μὲν ὠμῇ λύσει ἑφθῇ, ἤτοι ἀλεύρῳ κριθίνῳ καὶ ῥητίνῃ κατα‐</w:t>
      </w:r>
    </w:p>
    <w:p>
      <w:r>
        <w:rPr>
          <w:rFonts w:ascii="Courier New" w:hAnsi="Courier New"/>
          <w:color w:val="555555"/>
          <w:sz w:val="20"/>
        </w:rPr>
        <w:t>[5]</w:t>
      </w:r>
    </w:p>
    <w:p>
      <w:r>
        <w:rPr>
          <w:rFonts w:ascii="Gentium Plus" w:hAnsi="Gentium Plus"/>
          <w:sz w:val="24"/>
        </w:rPr>
        <w:t>πλάσσειν. τινὲς δὲ ἐν ὄξει καθέψοντες, ἕτεροι δὲ πυρίνῳ μετὰ οἴνου τοῦτο ποιοῦντες καὶ σπόγγον ἐν ὄξει θερμῷ βά‐ ψαντες, ἐπιδεσμοῦσιν. ἄλλοι δὲ ἐντέμνειν, καὶ ἐπιτιθέναι</w:t>
      </w:r>
    </w:p>
    <w:p>
      <w:r>
        <w:rPr>
          <w:rFonts w:ascii="Courier New" w:hAnsi="Courier New"/>
          <w:color w:val="555555"/>
          <w:sz w:val="20"/>
        </w:rPr>
        <w:t>[10]</w:t>
      </w:r>
    </w:p>
    <w:p>
      <w:r>
        <w:rPr>
          <w:rFonts w:ascii="Gentium Plus" w:hAnsi="Gentium Plus"/>
          <w:sz w:val="24"/>
        </w:rPr>
        <w:t>γὰρ ἀδύνατον γενέσθαι τοῦ διαπυῶσαι καὶ ἔκρηξιν λαβεῖν, σκλήρωσίς τε ἐπιγίνεται, μᾶλλον κατασφιγγομένης τῆς βύρσης, καὶ οὐκ ἐᾷ ἅψασθαι τοῦ τόπου ἐκεί\|νου τῇ χειρί, ἀλλὰ βαρύ‐ νεται ὅλῃ τῇ κεφαλῇ, καὶ οἴδησις ἐπιγίνεται τῇ ὄψει, τάς τε φλέβας ἐπηρμένας ἔχει ἐν αὐτῇ ὡσαύτως, καὶ τὸ ῥύγχος οἰδεῖ.</w:t>
      </w:r>
    </w:p>
    <w:p>
      <w:r>
        <w:rPr>
          <w:rFonts w:ascii="Courier New" w:hAnsi="Courier New"/>
          <w:color w:val="555555"/>
          <w:sz w:val="20"/>
        </w:rPr>
        <w:t>[20 . 2]</w:t>
      </w:r>
    </w:p>
    <w:p>
      <w:r>
        <w:rPr>
          <w:rFonts w:ascii="Gentium Plus" w:hAnsi="Gentium Plus"/>
          <w:sz w:val="24"/>
        </w:rPr>
        <w:t>ἀρίστη δὲ θεραπεία ἐστὶν αὐτῶν ἡ ἐκτομή, ἥτις γί‐ νεται παρὰ Ἀλεξανδρεῦσι. δεῖ δὲ ἐκτέμνειν οὕτως· κατα‐ κλίναντα καὶ \| καταλαβόμενον τοὺς πόδας κρατήσαντά τε τὴν κεφαλήν, καὶ τὴν χοιράδα ἐπιλαβόμενον σαρκολαβίδι, τὴν</w:t>
      </w:r>
    </w:p>
    <w:p>
      <w:r>
        <w:rPr>
          <w:rFonts w:ascii="Courier New" w:hAnsi="Courier New"/>
          <w:color w:val="555555"/>
          <w:sz w:val="20"/>
        </w:rPr>
        <w:t>[5]</w:t>
      </w:r>
    </w:p>
    <w:p>
      <w:r>
        <w:rPr>
          <w:rFonts w:ascii="Gentium Plus" w:hAnsi="Gentium Plus"/>
          <w:sz w:val="24"/>
        </w:rPr>
        <w:t>βύρσαν ἀποτέμνειν σμιλίῳ στρογγυλοειδῶς, ὅσον ἱκανόν ἐστι, δι’ οὗ ἐκκομισθήσεται. ὡσαύτως καὶ τοὺς χιτῶνας ἀποσπᾶν τῇ σαρκολαβίδι καὶ περιτέμνειν. γυμνώσαντα δὲ τὴν χοιράδα, ὑπορρίπτειν τὸ σπαθίον ὑπὸ τοὺς χιτῶνας, καὶ τὴν βύρσαν ὑποδέρειν, εἶτα εὐτόλμως καθιέντα τὸν δάκτυλον πρῶτον ἐκ</w:t>
      </w:r>
    </w:p>
    <w:p>
      <w:r>
        <w:rPr>
          <w:rFonts w:ascii="Courier New" w:hAnsi="Courier New"/>
          <w:color w:val="555555"/>
          <w:sz w:val="20"/>
        </w:rPr>
        <w:t>[10]</w:t>
      </w:r>
    </w:p>
    <w:p>
      <w:r>
        <w:rPr>
          <w:rFonts w:ascii="Gentium Plus" w:hAnsi="Gentium Plus"/>
          <w:sz w:val="24"/>
        </w:rPr>
        <w:t>τοῦ ἄνωθεν μέρους τοῦ κατὰ γένυν ἀποσπᾶν, καὶ ἐκλαμβά‐ νειν αὐτὴν τῷ δακτύλῳ πάντοθεν μέχρι τοῦ διαβράγχου παρ’ ἑκάτερα. κάλλιον μέν, ἂν ὑγιῆ τηρήσῃ τις αὐτήν· εἰ δὲ μή γε, κατὰ μέ\|ρος, μηδὲν ἀπολιπόντα αὐτῆς. ἀπολειφθὲν γάρ, κἂν μικρὸν ᾖ, ἔσται μέγα, καὶ δεήσει χειρίζειν πάλιν. φυλάσ‐</w:t>
      </w:r>
    </w:p>
    <w:p>
      <w:r>
        <w:rPr>
          <w:rFonts w:ascii="Courier New" w:hAnsi="Courier New"/>
          <w:color w:val="555555"/>
          <w:sz w:val="20"/>
        </w:rPr>
        <w:t>[15]</w:t>
      </w:r>
    </w:p>
    <w:p>
      <w:r>
        <w:rPr>
          <w:rFonts w:ascii="Gentium Plus" w:hAnsi="Gentium Plus"/>
          <w:sz w:val="24"/>
        </w:rPr>
        <w:t>σεσθαι δὲ τὰς φλέβας καὶ διακρίνειν. αἱμορράγια δὲ ἐὰν γένηται χειριζομένου, μὴ εὐλαβεῖσθαι, οὐκ ἔχει γὰρ κίνδυνον.</w:t>
      </w:r>
    </w:p>
    <w:p>
      <w:r>
        <w:rPr>
          <w:rFonts w:ascii="Courier New" w:hAnsi="Courier New"/>
          <w:color w:val="555555"/>
          <w:sz w:val="20"/>
        </w:rPr>
        <w:t>[20 . 3]</w:t>
      </w:r>
    </w:p>
    <w:p>
      <w:r>
        <w:rPr>
          <w:rFonts w:ascii="Gentium Plus" w:hAnsi="Gentium Plus"/>
          <w:sz w:val="24"/>
        </w:rPr>
        <w:t>διεγείραντα δὲ αὐτὸν θεραπεύειν οὕτως· τίλματα ῥάκους ἐρίου διάβροχα ποιήσαντα ὄξει δριμυτάτῳ καὶ ἅλατι, ἐντιθέ‐ ναι εἰς τὴν ἐκτομήν, καὶ στήσεται τὸ αἷμα. ἐὰν δὲ μὴ αἱ‐</w:t>
      </w:r>
    </w:p>
    <w:p>
      <w:r>
        <w:rPr>
          <w:rFonts w:ascii="Courier New" w:hAnsi="Courier New"/>
          <w:color w:val="555555"/>
          <w:sz w:val="20"/>
        </w:rPr>
        <w:t>[5]</w:t>
      </w:r>
    </w:p>
    <w:p>
      <w:r>
        <w:rPr>
          <w:rFonts w:ascii="Gentium Plus" w:hAnsi="Gentium Plus"/>
          <w:sz w:val="24"/>
        </w:rPr>
        <w:t>ταῖον λύειν. εἶτα ἐξαντλήσαντα ὕδατι θερμῷ, ὡσαύτως μο‐ τοῦν τίλμασι τοῖς αὐτοῖς μετὰ οἴνου καὶ ἐλαίου μέχρις ἡμερῶν τεσσάρων καθ’ ἡμέραν, καὶ προσαντλεῖν θερμῷ τὰ οἰδήματα καὶ τὴν ἐκτομήν. ἐστυμμένων δὲ αὐτῶν, χρῆσθαι τίλμασι μετὰ μέλιτος. ἐπὰν δὲ καθαρὸν γένηται καὶ ἀναπληρωθῇ.</w:t>
      </w:r>
    </w:p>
    <w:p>
      <w:r>
        <w:rPr>
          <w:rFonts w:ascii="Courier New" w:hAnsi="Courier New"/>
          <w:color w:val="555555"/>
          <w:sz w:val="20"/>
        </w:rPr>
        <w:t>[10]</w:t>
      </w:r>
    </w:p>
    <w:p>
      <w:r>
        <w:rPr>
          <w:rFonts w:ascii="Gentium Plus" w:hAnsi="Gentium Plus"/>
          <w:sz w:val="24"/>
        </w:rPr>
        <w:t>ἐᾶν λελυμένον, καὶ καταχρίειν τῇ λιπαρᾷ, καὶ ἔσται ὑγιής. τηρεῖν δὲ ἄποτον αὐτὸν πρὸ τοῦ χειρισθῆναι, \| καὶ οὐ συμβαίνει αἱμορραγεῖν. καὶ ἐν τῇ πρώτῃ ἡμέρᾳ κριθὰς μὴ διδόναι, ἀλλὰ τὸν χόρτον μόνον. ἐν κινήσει γὰρ γινόμενα τὰ χελύνια εὐ‐ τονωτέραν μᾶλλον ἐπιφέρει φλεγμονήν.</w:t>
      </w:r>
    </w:p>
    <w:p>
      <w:r>
        <w:rPr>
          <w:rFonts w:ascii="Courier New" w:hAnsi="Courier New"/>
          <w:color w:val="555555"/>
          <w:sz w:val="20"/>
        </w:rPr>
        <w:t>[20 . 4]</w:t>
      </w:r>
    </w:p>
    <w:p>
      <w:r>
        <w:rPr>
          <w:rFonts w:ascii="Gentium Plus" w:hAnsi="Gentium Plus"/>
          <w:sz w:val="24"/>
        </w:rPr>
        <w:t>ἀναγκαῖον δὲ ἔχει ἐξαιρεῖσθαι αὐτάς, ὡς ἔστιν ἐν τῇ πω‐ λικῇ ἡλικίᾳ πρωτοβόλος ἢ καὶ μέλλων λαβεῖν τὸν δευτερο‐ βόλον. δοκοῦσι γὰρ τότε φαίνεσθαι. συμβαίνει δὲ ἐν αὐτῷ μάλεως γενομένης τῆς ἀρθρίτιδος ἔνστασιν γενέσθαι ἐν τῇ</w:t>
      </w:r>
    </w:p>
    <w:p>
      <w:r>
        <w:rPr>
          <w:rFonts w:ascii="Courier New" w:hAnsi="Courier New"/>
          <w:color w:val="555555"/>
          <w:sz w:val="20"/>
        </w:rPr>
        <w:t>[5]</w:t>
      </w:r>
    </w:p>
    <w:p>
      <w:r>
        <w:rPr>
          <w:rFonts w:ascii="Gentium Plus" w:hAnsi="Gentium Plus"/>
          <w:sz w:val="24"/>
        </w:rPr>
        <w:t>κεφαλῇ. ὑποτρέχει γὰρ ὁ ἰχὼρ εἰς τὰς φλέβας τὰς ὑποκειμέ‐ νας αὐταῖς, καὶ οἴδησιν λαμβάνουσι καὶ πληροῦνται αἱ ῥῖνες καὶ ἐμφράσσονται, δι’ ὧν φυσᾷ, ἥ τε γλῶσσα συνδεσμεύεται, καὶ διαφωνεῖ διὰ τὴν ἀσιτίαν. τοῖς δὲ ὀρχοτομουμένοις οὐ συμβαίνει μετεωρίζεσθαι αὐτὰς οὐδὲ ὑποτρέχειν τὸν ἰχῶρα,</w:t>
      </w:r>
    </w:p>
    <w:p>
      <w:r>
        <w:rPr>
          <w:rFonts w:ascii="Courier New" w:hAnsi="Courier New"/>
          <w:color w:val="555555"/>
          <w:sz w:val="20"/>
        </w:rPr>
        <w:t>[10]</w:t>
      </w:r>
    </w:p>
    <w:p>
      <w:r>
        <w:rPr>
          <w:rFonts w:ascii="Gentium Plus" w:hAnsi="Gentium Plus"/>
          <w:sz w:val="24"/>
        </w:rPr>
        <w:t>ἀλλὰ καὶ τὰς ἐκ γενετῆς ἐγξηραίνεσθαι.</w:t>
      </w:r>
    </w:p>
    <w:p>
      <w:r>
        <w:rPr>
          <w:rFonts w:ascii="Courier New" w:hAnsi="Courier New"/>
          <w:color w:val="555555"/>
          <w:sz w:val="20"/>
        </w:rPr>
        <w:t>[20 . 5]</w:t>
      </w:r>
    </w:p>
    <w:p>
      <w:r>
        <w:rPr>
          <w:rFonts w:ascii="Gentium Plus" w:hAnsi="Gentium Plus"/>
          <w:sz w:val="24"/>
        </w:rPr>
        <w:t>Ἐπινενότηται δὲ παρὰ Σαρμάταις, ἔτι νεογνῶν ὄν‐ των θλίβειν καὶ οὕτως εὐνουχίζειν, ἵνα μὴ τοῦτο συμβῇ. ὧν καὶ λέγεται \| τοὺς ἀπὸ γενετῆς ὀδόντας μένειν καὶ μὴ ἑτέρους ἐκφύειν. συμβαίνει δὲ πώλοις τοῖς ἐν ταῖς ἀγέλαις πενταμη‐</w:t>
      </w:r>
    </w:p>
    <w:p>
      <w:r>
        <w:rPr>
          <w:rFonts w:ascii="Courier New" w:hAnsi="Courier New"/>
          <w:color w:val="555555"/>
          <w:sz w:val="20"/>
        </w:rPr>
        <w:t>[5]</w:t>
      </w:r>
    </w:p>
    <w:p>
      <w:r>
        <w:rPr>
          <w:rFonts w:ascii="Gentium Plus" w:hAnsi="Gentium Plus"/>
          <w:sz w:val="24"/>
        </w:rPr>
        <w:t>νιαίοις καὶ ἑξαμηνιαίοις μετεωρίζεσθαι τὰς χοιράδας καὶ φλεγμαίνειν, ἀδυνατεῖν δὲ τὴν πόαν ἕλκειν καὶ τὸν μασθὸν λαμβάνειν. οὓς δεῖ τέμνειν, καθὼς γέγραπται, καὶ ἐξαίρειν τὴν χοιράδα καὶ παρασμήχειν ἁλσὶ λεπτοῖς, καὶ ἀφιέναι εἰς τὴν ἀγέλην, καὶ τὸν διαπεπυωκότα δὲ θεραπεύειν καὶ ἀπο‐</w:t>
      </w:r>
    </w:p>
    <w:p>
      <w:r>
        <w:rPr>
          <w:rFonts w:ascii="Courier New" w:hAnsi="Courier New"/>
          <w:color w:val="555555"/>
          <w:sz w:val="20"/>
        </w:rPr>
        <w:t>[10]</w:t>
      </w:r>
    </w:p>
    <w:p>
      <w:r>
        <w:rPr>
          <w:rFonts w:ascii="Gentium Plus" w:hAnsi="Gentium Plus"/>
          <w:sz w:val="24"/>
        </w:rPr>
        <w:t>λύειν, τῇ δὲ τρίτῃ ὑποχρίειν ἀμόργῃ ἑφθῇ ἢ πισσελαίῳ, ἵνα μὴ σκώληξ ἐγγένηται.</w:t>
      </w:r>
    </w:p>
    <w:p>
      <w:pPr>
        <w:jc w:val="center"/>
      </w:pPr>
      <w:r>
        <w:rPr>
          <w:rFonts w:ascii="Gentium Plus" w:hAnsi="Gentium Plus"/>
          <w:b/>
          <w:sz w:val="24"/>
        </w:rPr>
        <w:t>Ἱεροκλέους εἰς τὸ αὐτό.</w:t>
      </w:r>
    </w:p>
    <w:p>
      <w:r>
        <w:rPr>
          <w:rFonts w:ascii="Courier New" w:hAnsi="Courier New"/>
          <w:color w:val="555555"/>
          <w:sz w:val="20"/>
        </w:rPr>
        <w:t>[20 . 6]</w:t>
      </w:r>
    </w:p>
    <w:p>
      <w:r>
        <w:rPr>
          <w:rFonts w:ascii="Gentium Plus" w:hAnsi="Gentium Plus"/>
          <w:sz w:val="24"/>
        </w:rPr>
        <w:t>Τὰς χοιράδας θεραπεύειν Ἱερώνυμός φησιν οὕτω· καταντλεῖν ὕδατι θερμῷ, εἶτα καταπλάττειν ἀλεύρῳ κριθίνῳ ἑφθῷ ἐν ὕδατι μετὰ νίτρου δὶς τῆς ἡμέρας. ὅταν δὲ τετανὴ γένηται, καθέντα τὸ μαχαίριον τέμνειν καὶ τὸν χιτῶνα διαι‐</w:t>
      </w:r>
    </w:p>
    <w:p>
      <w:r>
        <w:rPr>
          <w:rFonts w:ascii="Courier New" w:hAnsi="Courier New"/>
          <w:color w:val="555555"/>
          <w:sz w:val="20"/>
        </w:rPr>
        <w:t>[5]</w:t>
      </w:r>
    </w:p>
    <w:p>
      <w:r>
        <w:rPr>
          <w:rFonts w:ascii="Gentium Plus" w:hAnsi="Gentium Plus"/>
          <w:sz w:val="24"/>
        </w:rPr>
        <w:t>ρεῖν, εἶτα κόψαντα συκῆς φύλλα ἢ τιθύμαλλον ἢ πράσιον μετὰ ἁλῶν \| καὶ οἴνου ἀναδεύσαντα ἐπιτιθέναι, ἕως ἂν τὸ ἕλκος καθαρὸν γένηται. καὶ σικύου δὲ ἀγρίου κόψαντα τὰς ῥίζας ὡσαύτως χρῆσθαι, ἕως ἂν σαρκωθῇ, εἶτα ὀρόβοις λε‐ πτοῖς, ἕως ἂν ὑγιὴς γένηται, ἢ ἰρίνῳ μετὰ μέλιτος χρῆσθαι.</w:t>
      </w:r>
    </w:p>
    <w:p>
      <w:r>
        <w:rPr>
          <w:rFonts w:ascii="Courier New" w:hAnsi="Courier New"/>
          <w:color w:val="555555"/>
          <w:sz w:val="20"/>
        </w:rPr>
        <w:t>[10]</w:t>
      </w:r>
    </w:p>
    <w:p>
      <w:r>
        <w:rPr>
          <w:rFonts w:ascii="Gentium Plus" w:hAnsi="Gentium Plus"/>
          <w:sz w:val="24"/>
        </w:rPr>
        <w:t>ἕτεροι δὲ ἐντέμνειν φασὶ χρῆναι, καὶ ἐντιθέναι φύλλα ἐρινεοῦ κεκομμένα ἢ σικύου ἀγρίου ῥίζαν.</w:t>
      </w:r>
    </w:p>
    <w:p>
      <w:r>
        <w:rPr>
          <w:rFonts w:ascii="Courier New" w:hAnsi="Courier New"/>
          <w:color w:val="555555"/>
          <w:sz w:val="20"/>
        </w:rPr>
        <w:t>[20 . 7]</w:t>
      </w:r>
    </w:p>
    <w:p>
      <w:r>
        <w:rPr>
          <w:rFonts w:ascii="Gentium Plus" w:hAnsi="Gentium Plus"/>
          <w:sz w:val="24"/>
        </w:rPr>
        <w:t>Ἄψυρτος μέντοι ταύτην ἀποδοκιμάζει τὴν μέ‐ θοδον· σκλήρωσιν γὰρ ἐγγίγνεσθαι, καὶ σφιγγομένης τῆς βύρσης ὀδυνᾶσθαι τὸ ζῷον, καὶ μὴ ἐᾶν ἅψασθαι τοῦ τόπου τῇ χειρί, βαρύνεσθαί τε ὅλην τὴν κεφαλήν, καὶ διοιδαίνειν</w:t>
      </w:r>
    </w:p>
    <w:p>
      <w:r>
        <w:rPr>
          <w:rFonts w:ascii="Courier New" w:hAnsi="Courier New"/>
          <w:color w:val="555555"/>
          <w:sz w:val="20"/>
        </w:rPr>
        <w:t>[5]</w:t>
      </w:r>
    </w:p>
    <w:p>
      <w:r>
        <w:rPr>
          <w:rFonts w:ascii="Gentium Plus" w:hAnsi="Gentium Plus"/>
          <w:sz w:val="24"/>
        </w:rPr>
        <w:t>τό τε πρόσωπον καὶ τοὺς μυκτῆρας τῶν φλεβῶν ἐπηρμένων. λέγει οὖν ἀρίστην εἶναι θεραπείαν ταύτην· κατακλί‐ ναντα τὸ ζῷον καταλαβεῖν τοὺς πόδας, καὶ τὴν κεφαλὴν κρα‐ τήσαντα, καὶ αὐτὴν τὴν χοιράδα ἐπιλαβόμενον σαρκολαβίδι τὴν βύρσαν ἀποτέμνειν τῷ σμιλίῳ στρογγυλοειδῶς τοσοῦτον,</w:t>
      </w:r>
    </w:p>
    <w:p>
      <w:r>
        <w:rPr>
          <w:rFonts w:ascii="Courier New" w:hAnsi="Courier New"/>
          <w:color w:val="555555"/>
          <w:sz w:val="20"/>
        </w:rPr>
        <w:t>[10]</w:t>
      </w:r>
    </w:p>
    <w:p>
      <w:r>
        <w:rPr>
          <w:rFonts w:ascii="Gentium Plus" w:hAnsi="Gentium Plus"/>
          <w:sz w:val="24"/>
        </w:rPr>
        <w:t>δι’ οὗ ῥᾳδίως ἡ χοιρὰς ἐκκομισθήσεται. ὡς\ χιτῶνας ἀποσπάσαντα σαρκολαβίδι περιτέμνειν, γυμνώσαντά</w:t>
      </w:r>
    </w:p>
    <w:p>
      <w:r>
        <w:rPr>
          <w:rFonts w:ascii="Courier New" w:hAnsi="Courier New"/>
          <w:color w:val="555555"/>
          <w:sz w:val="20"/>
        </w:rPr>
        <w:t>[15]</w:t>
      </w:r>
    </w:p>
    <w:p>
      <w:r>
        <w:rPr>
          <w:rFonts w:ascii="Gentium Plus" w:hAnsi="Gentium Plus"/>
          <w:sz w:val="24"/>
        </w:rPr>
        <w:t>μέχρι τοῦ διαβράγχου παρ’ ἑκάτερα. κάλλιον μέν, εἰ ὑγιῆ· εἰ δὲ μή, κατὰ μέρος μέχρι τοῦ μηδὲν αὐτῆς καταλιπεῖν. ἂν γὰρ μικρὸν ἀπολειφθῇ, ἔσται μέγα, ὡς ἀναγκασθῆναι πάλιν χειρίζειν. τὰς φλέβας δὲ φυλάσσειν χρὴ καὶ διακρίνειν ἀκριβῶς.</w:t>
      </w:r>
    </w:p>
    <w:p>
      <w:r>
        <w:rPr>
          <w:rFonts w:ascii="Courier New" w:hAnsi="Courier New"/>
          <w:color w:val="555555"/>
          <w:sz w:val="20"/>
        </w:rPr>
        <w:t>[20 . 8]</w:t>
      </w:r>
    </w:p>
    <w:p>
      <w:r>
        <w:rPr>
          <w:rFonts w:ascii="Gentium Plus" w:hAnsi="Gentium Plus"/>
          <w:sz w:val="24"/>
        </w:rPr>
        <w:t>ἐὰν δὲ αἱμορραγία γένηται, τίλμα ῥάκους ἢ ἐρίδια διά‐ βροχα ποιήσαντα ὄξει δριμυτάτῳ τιθέναι εἰς τὴν ἐκτομήν, καὶ σταλήσεται. ἐὰν δὲ μὴ αἱμορραγῇ, ἔλαιον μῖξον τῷ ὄξει καὶ ἅλας, καὶ ἐπιθείς, τριταῖον λύε, εἶτα ἐξαντλήσας ὕδατι</w:t>
      </w:r>
    </w:p>
    <w:p>
      <w:r>
        <w:rPr>
          <w:rFonts w:ascii="Courier New" w:hAnsi="Courier New"/>
          <w:color w:val="555555"/>
          <w:sz w:val="20"/>
        </w:rPr>
        <w:t>[5]</w:t>
      </w:r>
    </w:p>
    <w:p>
      <w:r>
        <w:rPr>
          <w:rFonts w:ascii="Gentium Plus" w:hAnsi="Gentium Plus"/>
          <w:sz w:val="24"/>
        </w:rPr>
        <w:t>θερμῷ, τὰ τίλματα τοῦ ῥάκους ποιήσας μότους μετὰ οἴνου χλιαροῦ, ἐπίθες μέχρι τεσσάρων ἡμερῶν πρὸς ἡμέραν, καὶ προσάντλει θερμῷ τὰ οἰδήματα καὶ τὴν ἐκτο\|μήν. ἐστυμμέ‐ νων τε αὐτῶν, τὰ τίλματα μέλιτι δεύσας ἐπιτίθει. ἐὰν δὲ ἀναπληρωθῇ καθαρὸν γενόμενον, κατάχριε τῇ λιπαρᾷ. τῇ δὲ</w:t>
      </w:r>
    </w:p>
    <w:p>
      <w:r>
        <w:rPr>
          <w:rFonts w:ascii="Courier New" w:hAnsi="Courier New"/>
          <w:color w:val="555555"/>
          <w:sz w:val="20"/>
        </w:rPr>
        <w:t>[10]</w:t>
      </w:r>
    </w:p>
    <w:p>
      <w:r>
        <w:rPr>
          <w:rFonts w:ascii="Gentium Plus" w:hAnsi="Gentium Plus"/>
          <w:sz w:val="24"/>
        </w:rPr>
        <w:t>πρώτῃ ἡμέρᾳ κριθὰς μὴ παράβαλλε. τῷ γε μὴν ὠρχοτομη‐ μένῳ οὐκ ἐπαίρονται αἱ χοιράδες, ἀλλ’ εἰ πρόσθεν ἦσαν, παρα‐ ξηραίνονται. ἐὰν δὲ πώλῳ πενταμηνιαίῳ χοιράδες ἐπαχθῶσιν, ὡς διὰ τὴν φλεγμονὴν μὴ δύνασθαι νέμεσθαι, δεῖ τέμνειν, καθὼς προγέγραπται, καὶ ἐξελόντα τὴν χοιράδα παρασμήχειν</w:t>
      </w:r>
    </w:p>
    <w:p>
      <w:r>
        <w:rPr>
          <w:rFonts w:ascii="Courier New" w:hAnsi="Courier New"/>
          <w:color w:val="555555"/>
          <w:sz w:val="20"/>
        </w:rPr>
        <w:t>[15]</w:t>
      </w:r>
    </w:p>
    <w:p>
      <w:r>
        <w:rPr>
          <w:rFonts w:ascii="Gentium Plus" w:hAnsi="Gentium Plus"/>
          <w:sz w:val="24"/>
        </w:rPr>
        <w:t>ἁλσὶ λεπτοῖς, καὶ ἀφιέναι εἰς τὴν ἀγέλην, τῇ δὲ τρίτῃ ὑπο‐ χρίειν ἀμόργῃ ἑφθῇ ἢ πισσελαίῳ, ἵνα μὴ σκώληξ γένηται.</w:t>
      </w:r>
    </w:p>
    <w:p>
      <w:pPr>
        <w:jc w:val="center"/>
      </w:pPr>
      <w:r>
        <w:rPr>
          <w:rFonts w:ascii="Gentium Plus" w:hAnsi="Gentium Plus"/>
          <w:b/>
          <w:sz w:val="24"/>
        </w:rPr>
        <w:t>Θεομνήστου περὶ χοιράδων καὶ παρισθμίων.</w:t>
      </w:r>
    </w:p>
    <w:p>
      <w:r>
        <w:rPr>
          <w:rFonts w:ascii="Courier New" w:hAnsi="Courier New"/>
          <w:color w:val="555555"/>
          <w:sz w:val="20"/>
        </w:rPr>
        <w:t>[1]</w:t>
      </w:r>
    </w:p>
    <w:p>
      <w:r>
        <w:rPr>
          <w:rFonts w:ascii="Gentium Plus" w:hAnsi="Gentium Plus"/>
          <w:sz w:val="24"/>
        </w:rPr>
        <w:t>Εἰ ἐν τῷ ἰσθμῷ εἴη τῆς σφαγῆς ὑπὸ τὸν βράγχον ἡ χοι‐ ράς, μὴ χειρουργεῖν, ἀλλὰ καταπλάσσειν, ξέσαντας τὸν τόπον,</w:t>
      </w:r>
    </w:p>
    <w:p>
      <w:r>
        <w:rPr>
          <w:rFonts w:ascii="Courier New" w:hAnsi="Courier New"/>
          <w:color w:val="555555"/>
          <w:sz w:val="20"/>
        </w:rPr>
        <w:t>[5]</w:t>
      </w:r>
    </w:p>
    <w:p>
      <w:r>
        <w:rPr>
          <w:rFonts w:ascii="Gentium Plus" w:hAnsi="Gentium Plus"/>
          <w:sz w:val="24"/>
        </w:rPr>
        <w:t>εἴη ἐρρηγμένος ὁ τόπος, καυτῆρας διδόναι 〈πυρῆνασ〉, ὡς μόνην τὴν βύρσαν διακαῦσαι, ἵν’ ἐκρεύσωσιν αἱ χοιράδες, καὶ χρῆσθαι φαρμάκῳ ἐφελκτικῷ τῷδε· σάπωνος Γαλλικοῦ λίτραν μίαν, ἀξουγγίου παλαιοῦ λίτρας δύο, κηροῦ καὶ πίσσης τὸ ἀρκοῦν, ἔλαιον παλαιόν, ἰσχάδας πιμελεῖς, καὶ ἰξοῦ δρυΐ‐</w:t>
      </w:r>
    </w:p>
    <w:p>
      <w:r>
        <w:rPr>
          <w:rFonts w:ascii="Courier New" w:hAnsi="Courier New"/>
          <w:color w:val="555555"/>
          <w:sz w:val="20"/>
        </w:rPr>
        <w:t>[10]</w:t>
      </w:r>
    </w:p>
    <w:p>
      <w:r>
        <w:rPr>
          <w:rFonts w:ascii="Gentium Plus" w:hAnsi="Gentium Plus"/>
          <w:sz w:val="24"/>
        </w:rPr>
        <w:t>νου γο βʹ.</w:t>
      </w:r>
    </w:p>
    <w:p>
      <w:pPr>
        <w:jc w:val="center"/>
      </w:pPr>
      <w:r>
        <w:rPr>
          <w:rFonts w:ascii="Gentium Plus" w:hAnsi="Gentium Plus"/>
          <w:b/>
          <w:sz w:val="24"/>
        </w:rPr>
        <w:t>Ἱπποκράτους εἰς τὸ αὐτό.</w:t>
      </w:r>
    </w:p>
    <w:p>
      <w:r>
        <w:rPr>
          <w:rFonts w:ascii="Courier New" w:hAnsi="Courier New"/>
          <w:color w:val="555555"/>
          <w:sz w:val="20"/>
        </w:rPr>
        <w:t>[1]</w:t>
      </w:r>
    </w:p>
    <w:p>
      <w:r>
        <w:rPr>
          <w:rFonts w:ascii="Gentium Plus" w:hAnsi="Gentium Plus"/>
          <w:sz w:val="24"/>
        </w:rPr>
        <w:t>Συμβαίνει τὸ τῶν χοιράδων πάθος ὡς ἐπὶ τὸ πλεῖστον ἐξ ὑδάτων μεταβολῆς, οἷον καρύου τὸ μέγεθος. τῷ τοιούτῳ καυ‐ τήριον πρόσαγε σκληρόν. εἰ δὲ βήσσει καὶ συντάσεως γενο‐ μένης πνεύματα δυσώδη ἐκφέρει, ἐγχυμάτιζε τοῖς λεαντικοῖς,</w:t>
      </w:r>
    </w:p>
    <w:p>
      <w:r>
        <w:rPr>
          <w:rFonts w:ascii="Courier New" w:hAnsi="Courier New"/>
          <w:color w:val="555555"/>
          <w:sz w:val="20"/>
        </w:rPr>
        <w:t>[5]</w:t>
      </w:r>
    </w:p>
    <w:p>
      <w:r>
        <w:rPr>
          <w:rFonts w:ascii="Gentium Plus" w:hAnsi="Gentium Plus"/>
          <w:sz w:val="24"/>
        </w:rPr>
        <w:t>ἵνα μὴ ἡ βὴξ παροξυνθῇ. εἴωθε γὰρ κακοῦσθαι ἡ ἀρτηρία ἐρεθισθεῖσα. κεδρέαν οὖν καθεψήσας καὶ ῥάκει διηθήσας, ἐνάλειφε καὶ ἐγχυμάτιζε. ὑστάτως δὲ χρῆσαι ποτίσματι τῷ ἀρωματικῷ μετὰ οἴνου καὶ ἐλαίου καὶ ᾠῶν καὶ μέλιτος ἐγχυ‐ ματίζων. ἀφαίρει δὲ πρῶτον καὶ ἀπὸ τοῦ αὐχένος αἷμα. \|</w:t>
      </w:r>
    </w:p>
    <w:p>
      <w:pPr>
        <w:jc w:val="center"/>
      </w:pPr>
      <w:r>
        <w:rPr>
          <w:rFonts w:ascii="Gentium Plus" w:hAnsi="Gentium Plus"/>
          <w:b/>
          <w:sz w:val="24"/>
        </w:rPr>
        <w:t>σύνθεσις πρὸς χοιράδας.</w:t>
      </w:r>
    </w:p>
    <w:p>
      <w:r>
        <w:rPr>
          <w:rFonts w:ascii="Courier New" w:hAnsi="Courier New"/>
          <w:color w:val="555555"/>
          <w:sz w:val="20"/>
        </w:rPr>
        <w:t>[1]</w:t>
      </w:r>
    </w:p>
    <w:p>
      <w:r>
        <w:rPr>
          <w:rFonts w:ascii="Gentium Plus" w:hAnsi="Gentium Plus"/>
          <w:sz w:val="24"/>
        </w:rPr>
        <w:t>Σύκων λίτραν μίαν, νίτρου γο ἕξ, χαλβαίνης γο ἕξ, προ‐</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Ἐὰν ὑπὸ γένυν χοιράδες γένωνται ἢ φύματα, πυρία πρότερον, εἶτα μίξας σῦκα καὶ νίτρον, κοπέντα εἰς ἓν μετὰ ἀξουγγίου ἢ κριθίνου ἀλεύρου, καὶ ἑψήσας ἐν ὑδρομέλιτι καὶ ἐλαίῳ κατάπλασσε. ἐὰν δὲ μὴ θεραπεύηται, τέμνε καὶ τὴν</w:t>
      </w:r>
    </w:p>
    <w:p>
      <w:r>
        <w:rPr>
          <w:rFonts w:ascii="Courier New" w:hAnsi="Courier New"/>
          <w:color w:val="555555"/>
          <w:sz w:val="20"/>
        </w:rPr>
        <w:t>[5]</w:t>
      </w:r>
    </w:p>
    <w:p>
      <w:r>
        <w:rPr>
          <w:rFonts w:ascii="Gentium Plus" w:hAnsi="Gentium Plus"/>
          <w:sz w:val="24"/>
        </w:rPr>
        <w:t>τομὴν καῦσον.</w:t>
      </w:r>
    </w:p>
    <w:p>
      <w:pPr>
        <w:jc w:val="center"/>
      </w:pPr>
      <w:r>
        <w:rPr>
          <w:rFonts w:ascii="Gentium Plus" w:hAnsi="Gentium Plus"/>
          <w:b/>
          <w:sz w:val="24"/>
        </w:rPr>
        <w:t>μάλαγμα πρὸς ἄρθρα κεκλασμένα καὶ χοιράδας</w:t>
      </w:r>
    </w:p>
    <w:p>
      <w:r>
        <w:rPr>
          <w:rFonts w:ascii="Courier New" w:hAnsi="Courier New"/>
          <w:color w:val="555555"/>
          <w:sz w:val="20"/>
        </w:rPr>
        <w:t>[t2]</w:t>
      </w:r>
    </w:p>
    <w:p>
      <w:r>
        <w:rPr>
          <w:rFonts w:ascii="Gentium Plus" w:hAnsi="Gentium Plus"/>
          <w:sz w:val="24"/>
        </w:rPr>
        <w:t>καὶ δοθῆνας.</w:t>
      </w:r>
    </w:p>
    <w:p>
      <w:r>
        <w:rPr>
          <w:rFonts w:ascii="Courier New" w:hAnsi="Courier New"/>
          <w:color w:val="555555"/>
          <w:sz w:val="20"/>
        </w:rPr>
        <w:t>[1]</w:t>
      </w:r>
    </w:p>
    <w:p>
      <w:r>
        <w:rPr>
          <w:rFonts w:ascii="Gentium Plus" w:hAnsi="Gentium Plus"/>
          <w:sz w:val="24"/>
        </w:rPr>
        <w:t>Ἴρεως Ἰλλυρικῆς γο ἕξ, κηροῦ γο αʹ, ἰρίνου γο ἕξ, ἀμ‐ μωνιακοῦ γο γʹ, σιλφίου γο δʹ, μίξας μετὰ κηροῦ ἐν ἰρίνῳ ἐλαίῳ τηχθέντος χρῶ. ἐὰν δὲ τὸ μάλαγμα ἄκοπον βούλῃ ποιῆσαι, χαλβάνης, ὀποπάνακος, κηροῦ, σιλφίου, ἀμμωνιακοῦ</w:t>
      </w:r>
    </w:p>
    <w:p>
      <w:r>
        <w:rPr>
          <w:rFonts w:ascii="Courier New" w:hAnsi="Courier New"/>
          <w:color w:val="555555"/>
          <w:sz w:val="20"/>
        </w:rPr>
        <w:t>[5]</w:t>
      </w:r>
    </w:p>
    <w:p>
      <w:r>
        <w:rPr>
          <w:rFonts w:ascii="Gentium Plus" w:hAnsi="Gentium Plus"/>
          <w:sz w:val="24"/>
        </w:rPr>
        <w:t>ἀνὰ γο δύο, ῥητίνης φρυκτῆς γο αʹ, ῥητίνης πιτυΐνης γο αʹ, ῥητίνης Κολοφωνίας γο βʹ συμμίξας, θεράπευε.</w:t>
      </w:r>
    </w:p>
    <w:p>
      <w:pPr>
        <w:jc w:val="center"/>
      </w:pPr>
      <w:r>
        <w:rPr>
          <w:rFonts w:ascii="Gentium Plus" w:hAnsi="Gentium Plus"/>
          <w:b/>
          <w:sz w:val="24"/>
        </w:rPr>
        <w:t>ἄλλο σκορπιστικόν.</w:t>
      </w:r>
    </w:p>
    <w:p>
      <w:r>
        <w:rPr>
          <w:rFonts w:ascii="Courier New" w:hAnsi="Courier New"/>
          <w:color w:val="555555"/>
          <w:sz w:val="20"/>
        </w:rPr>
        <w:t>[1]</w:t>
      </w:r>
    </w:p>
    <w:p>
      <w:r>
        <w:rPr>
          <w:rFonts w:ascii="Gentium Plus" w:hAnsi="Gentium Plus"/>
          <w:sz w:val="24"/>
        </w:rPr>
        <w:t>Κηρύκια θαλάσσια καύσας καὶ μέλιτι συνεψήσας, κατά‐ πλασσε. \|</w:t>
      </w:r>
    </w:p>
    <w:p>
      <w:pPr>
        <w:jc w:val="center"/>
      </w:pPr>
      <w:r>
        <w:rPr>
          <w:rFonts w:ascii="Gentium Plus" w:hAnsi="Gentium Plus"/>
          <w:b/>
          <w:sz w:val="24"/>
        </w:rPr>
        <w:t>περὶ πολύποδος ἐν τῇ ῥινί.</w:t>
      </w:r>
    </w:p>
    <w:p>
      <w:pPr>
        <w:jc w:val="center"/>
      </w:pPr>
      <w:r>
        <w:rPr>
          <w:rFonts w:ascii="Gentium Plus" w:hAnsi="Gentium Plus"/>
          <w:b/>
          <w:sz w:val="24"/>
        </w:rPr>
        <w:t>Αψύρτου.</w:t>
      </w:r>
    </w:p>
    <w:p>
      <w:r>
        <w:rPr>
          <w:rFonts w:ascii="Courier New" w:hAnsi="Courier New"/>
          <w:color w:val="555555"/>
          <w:sz w:val="20"/>
        </w:rPr>
        <w:t>[21 . 1]</w:t>
      </w:r>
    </w:p>
    <w:p>
      <w:r>
        <w:rPr>
          <w:rFonts w:ascii="Gentium Plus" w:hAnsi="Gentium Plus"/>
          <w:sz w:val="24"/>
        </w:rPr>
        <w:t>Ἄψυρτος † Ἀρκαδιΐτῃ χαίρειν. 〈εἰδέναι σε βούλο‐ μαι ὄντα σπουδαῖον περὶ τὴν ἱππικήν, ὅτι πολύπους ἐστὶν ὄγκος παρὰ φύσιν ἐν ταῖς ῥισὶν γενόμενος, ἐοικὼς κατὰ τὴν</w:t>
      </w:r>
    </w:p>
    <w:p>
      <w:r>
        <w:rPr>
          <w:rFonts w:ascii="Courier New" w:hAnsi="Courier New"/>
          <w:color w:val="555555"/>
          <w:sz w:val="20"/>
        </w:rPr>
        <w:t>[5]</w:t>
      </w:r>
    </w:p>
    <w:p>
      <w:r>
        <w:rPr>
          <w:rFonts w:ascii="Gentium Plus" w:hAnsi="Gentium Plus"/>
          <w:sz w:val="24"/>
        </w:rPr>
        <w:t>καὶ γλίσχρων χυμῶν ἔχων τὴν γένεσιν. ἡ δὲ θεραπεία κοινὴ μὲν ἀμφοῖν τοῦ τε πολύποδος καὶ τῶν ὀζαινῶν. γενομένου δὲ τοῦ πάθους τοῦ πολύποδοσ〉 ἐν τῷ μυκτῆρι τοῦ ἵππου, ὀχλεῖ‐ ται τὸ ζῷον. συμφράσσεται γὰρ ὁ ῥώθων, καὶ φέρεται πῦα ἐξ αὐτοῦ ὀσμὴν ἔχοντα σαπράν, καὶ φυσᾷ δεινόν, ἀτροφεῖ δὲ</w:t>
      </w:r>
    </w:p>
    <w:p>
      <w:r>
        <w:rPr>
          <w:rFonts w:ascii="Courier New" w:hAnsi="Courier New"/>
          <w:color w:val="555555"/>
          <w:sz w:val="20"/>
        </w:rPr>
        <w:t>[10]</w:t>
      </w:r>
    </w:p>
    <w:p>
      <w:r>
        <w:rPr>
          <w:rFonts w:ascii="Gentium Plus" w:hAnsi="Gentium Plus"/>
          <w:sz w:val="24"/>
        </w:rPr>
        <w:t>ὅλῳ τῷ σώματι, καὶ σκυθρωπός ἐστι πάντοτε, καὶ χρεμετί‐ ζειν οὐ δύναται. ἔστι δὲ ὁ πολύπους τῷ μεγέθει ὡς συκά‐ μινον τῇ περιοχῇ 〈τῶν〉 ἐλάσσ〈όν〉ων.</w:t>
      </w:r>
    </w:p>
    <w:p>
      <w:r>
        <w:rPr>
          <w:rFonts w:ascii="Courier New" w:hAnsi="Courier New"/>
          <w:color w:val="555555"/>
          <w:sz w:val="20"/>
        </w:rPr>
        <w:t>[21 . 2]</w:t>
      </w:r>
    </w:p>
    <w:p>
      <w:r>
        <w:rPr>
          <w:rFonts w:ascii="Gentium Plus" w:hAnsi="Gentium Plus"/>
          <w:sz w:val="24"/>
        </w:rPr>
        <w:t>θεραπεύεται δὲ, ὅταν ἔξω φαινόμενος ᾖ ἢ μέρος τι ἐξ αὐτοῦ, ἐκτεμνόμενος καὶ χαλκίτιδι ὠμῇ καταπασσόμενος. ἁρ‐ μόζει δὲ ἡ αὐτὴ καὶ μετὰ ὄξους πάχος ἔχουσα, καταχριομένη πυκνότερον, ἢ ἀμόργη ἑφθὴ μετὰ ἀριστολοχείας μιγεῖσα. ὅταν</w:t>
      </w:r>
    </w:p>
    <w:p>
      <w:r>
        <w:rPr>
          <w:rFonts w:ascii="Courier New" w:hAnsi="Courier New"/>
          <w:color w:val="555555"/>
          <w:sz w:val="20"/>
        </w:rPr>
        <w:t>[5]</w:t>
      </w:r>
    </w:p>
    <w:p>
      <w:r>
        <w:rPr>
          <w:rFonts w:ascii="Gentium Plus" w:hAnsi="Gentium Plus"/>
          <w:sz w:val="24"/>
        </w:rPr>
        <w:t>δὲ ᾖ ἐνδοτέρω καὶ μετέωρος, οὐκ ἔστιν αὐτοῦ θεραπεία. λέ‐ γεται δὲ ὑπό τινων καὶ μολίβῳ παρατρίβειν \| αὐτόν. συμ‐ βαίνει δὲ τοῦτο μᾶλλον ἐν τοῖς κατὰ Σαρματίαν τόποις.</w:t>
      </w:r>
    </w:p>
    <w:p>
      <w:pPr>
        <w:jc w:val="center"/>
      </w:pPr>
      <w:r>
        <w:rPr>
          <w:rFonts w:ascii="Gentium Plus" w:hAnsi="Gentium Plus"/>
          <w:b/>
          <w:sz w:val="24"/>
        </w:rPr>
        <w:t>Ἱεροκλέους εἰς τὸ αὐτό.</w:t>
      </w:r>
    </w:p>
    <w:p>
      <w:r>
        <w:rPr>
          <w:rFonts w:ascii="Courier New" w:hAnsi="Courier New"/>
          <w:color w:val="555555"/>
          <w:sz w:val="20"/>
        </w:rPr>
        <w:t>[21 . 3]</w:t>
      </w:r>
    </w:p>
    <w:p>
      <w:r>
        <w:rPr>
          <w:rFonts w:ascii="Gentium Plus" w:hAnsi="Gentium Plus"/>
          <w:sz w:val="24"/>
        </w:rPr>
        <w:t>Πολύπους ἐν τῷ μυκτῆρι γίνεται, ὡς συκάμινον τῇ περιο‐ χῇ, πάνυ δὲ ἐνοχλεῖ τὸ ζῷον. συμφράσσονται γὰρ οἱ μυκτῆ‐ ρες, καὶ πῦα ἐξ αὐτῶν δυσώδη φέρεται, καὶ φυσᾷ δεινόν, λεπτύνεταί τε καὶ σκυθρωπάζει διηνεκῶς, μηδὲ χρεμετίζειν</w:t>
      </w:r>
    </w:p>
    <w:p>
      <w:r>
        <w:rPr>
          <w:rFonts w:ascii="Courier New" w:hAnsi="Courier New"/>
          <w:color w:val="555555"/>
          <w:sz w:val="20"/>
        </w:rPr>
        <w:t>[5]</w:t>
      </w:r>
    </w:p>
    <w:p>
      <w:r>
        <w:rPr>
          <w:rFonts w:ascii="Gentium Plus" w:hAnsi="Gentium Plus"/>
          <w:sz w:val="24"/>
        </w:rPr>
        <w:t>δυνάμενος. ὅταν οὖν ὅλος ὁ πολύπους ἢ μέρος αὐτοῦ φαίνη‐ ται, ἐκτεμνόμενον χαλκίτιδι ὠμῇ περιπάσσεται. ἁρμόζει δὲ καὶ μετὰ ὄξους πάχος ἔχουσα ἡ χαλκῖτις καταχριομένη πυκνό‐ τερον, ἢ ἀμόργη ἑφθὴ μετὰ ἀριστολοχείας μιγεῖσα.</w:t>
      </w:r>
    </w:p>
    <w:p>
      <w:r>
        <w:rPr>
          <w:rFonts w:ascii="Courier New" w:hAnsi="Courier New"/>
          <w:color w:val="555555"/>
          <w:sz w:val="20"/>
        </w:rPr>
        <w:t>[21 . 4]</w:t>
      </w:r>
    </w:p>
    <w:p>
      <w:r>
        <w:rPr>
          <w:rFonts w:ascii="Gentium Plus" w:hAnsi="Gentium Plus"/>
          <w:sz w:val="24"/>
        </w:rPr>
        <w:t>ὅταν μέντοι εἴη ἐνδοτέρω καὶ μετέωρος, δυσθεράπευτός ἐστι. φασὶ δὲ ἔνιοι χρῆναι παρατρίβειν αὐτὸν μολύβδῳ. τὸ δὲ νόσημα τοῦτο ἐν τοῖς κατὰ Σαρματίαν μάλιστα ἐπιπο‐ λάζει τόποις. ἔνιοι δέ φασι βελόνας τρεῖς μακρὰς συνδή‐</w:t>
      </w:r>
    </w:p>
    <w:p>
      <w:r>
        <w:rPr>
          <w:rFonts w:ascii="Courier New" w:hAnsi="Courier New"/>
          <w:color w:val="555555"/>
          <w:sz w:val="20"/>
        </w:rPr>
        <w:t>[5]</w:t>
      </w:r>
    </w:p>
    <w:p>
      <w:r>
        <w:rPr>
          <w:rFonts w:ascii="Gentium Plus" w:hAnsi="Gentium Plus"/>
          <w:sz w:val="24"/>
        </w:rPr>
        <w:t>σαντας, ἀναστρέψαντάς τε τὴν κεφαλήν, πρῶτον αὐτὴν κατα‐ κεντεῖν, ἕως τοῦ ἐξελθεῖν πᾶν, \| ἔπειτα κλύζειν οἴνῳ καὶ ἐλαίῳ παραχρῆμα καὶ ταῖς ἄλλαις ἡμέραις ὁμοίως, καὶ ὑγιαίνει.</w:t>
      </w:r>
    </w:p>
    <w:p>
      <w:pPr>
        <w:jc w:val="center"/>
      </w:pPr>
      <w:r>
        <w:rPr>
          <w:rFonts w:ascii="Gentium Plus" w:hAnsi="Gentium Plus"/>
          <w:b/>
          <w:sz w:val="24"/>
        </w:rPr>
        <w:t>ἄλλο εἰς τὸ αὐτό.</w:t>
      </w:r>
    </w:p>
    <w:p>
      <w:r>
        <w:rPr>
          <w:rFonts w:ascii="Courier New" w:hAnsi="Courier New"/>
          <w:color w:val="555555"/>
          <w:sz w:val="20"/>
        </w:rPr>
        <w:t>[1]</w:t>
      </w:r>
    </w:p>
    <w:p>
      <w:r>
        <w:rPr>
          <w:rFonts w:ascii="Gentium Plus" w:hAnsi="Gentium Plus"/>
          <w:sz w:val="24"/>
        </w:rPr>
        <w:t>Λιβάνου γο ἕξ, νίτρου, ὀπίου, πηγάνου τὸ ἴσον, ἐν οἴνου αὐστηροῦ ξέστῃ ἑνὶ μίξας, ἐγχυμάτιζε. \|</w:t>
      </w:r>
    </w:p>
    <w:p>
      <w:pPr>
        <w:jc w:val="center"/>
      </w:pPr>
      <w:r>
        <w:rPr>
          <w:rFonts w:ascii="Gentium Plus" w:hAnsi="Gentium Plus"/>
          <w:b/>
          <w:sz w:val="24"/>
        </w:rPr>
        <w:t>περὶ βηχός.</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Σεκούνδῳ ἱπποϊατρῷ χαίρειν. εἰδέναι σε θέλω, ὅτι τοῖς ὑπὸ βηχὸς ὀχλουμένοις ἁρμόζει πρῶτον ἡ κά‐ θαρσις τοῦ σώματος ὅλου διὰ τοῦ σικύου τοῦ ἀγρίου καὶ τοῦ νίτρου, εἶτα σκίλλης τοὺς παχυτέρους φλοιοὺς τέσσαρας τρί‐</w:t>
      </w:r>
    </w:p>
    <w:p>
      <w:r>
        <w:rPr>
          <w:rFonts w:ascii="Courier New" w:hAnsi="Courier New"/>
          <w:color w:val="555555"/>
          <w:sz w:val="20"/>
        </w:rPr>
        <w:t>[5]</w:t>
      </w:r>
    </w:p>
    <w:p>
      <w:r>
        <w:rPr>
          <w:rFonts w:ascii="Gentium Plus" w:hAnsi="Gentium Plus"/>
          <w:sz w:val="24"/>
        </w:rPr>
        <w:t>ψαντας, καὶ ὀποῦ Κυρηναϊκοῦ ἡλίκον κύαμον διέντας οἴνῳ λευκῷ καὶ ἐλαίῳ παλαιῷ, καταλαμβανομένους τὴν γλῶσσαν, ἐγχεῖν διὰ τοῦ στόματος. δεῖ δὲ καὶ ὑποθυμιᾶν αὐτὸν ἐπ’ ἀν‐ θράκων συνθέματι τοιούτῳ· σκορόδων Κυπρίων καὶ κρομύων τὸ ἴσον, σανδαράχης ὁλκὴν μίαν, ἀσφάλτου τὸ ἴσον, πάντα</w:t>
      </w:r>
    </w:p>
    <w:p>
      <w:r>
        <w:rPr>
          <w:rFonts w:ascii="Courier New" w:hAnsi="Courier New"/>
          <w:color w:val="555555"/>
          <w:sz w:val="20"/>
        </w:rPr>
        <w:t>[10]</w:t>
      </w:r>
    </w:p>
    <w:p>
      <w:r>
        <w:rPr>
          <w:rFonts w:ascii="Gentium Plus" w:hAnsi="Gentium Plus"/>
          <w:sz w:val="24"/>
        </w:rPr>
        <w:t>ταῦτα ἐν ταὐτῷ τρίψαντα λίαν, διελεῖν εἰς τρία μέρη, καὶ τού‐ των ἓν τῇ ἡμέρᾳ ὑποθυμιᾶν, τὴν κεφαλὴν κατακαλύψαντας καὶ τοὺς ὀφθαλμοὺς \| περιδήσαντας. μετὰ δὲ τὴν θυμίασιν ἐν οἴνῳ γλυκεῖ στέαρ ἐλάφειον ἢ προβάτειον καὶ κηρὸν τήξαν‐ τας, τὴν γλῶσσαν καταλαμβανομένους, ἐγχυματίζειν. ἢ πρά‐</w:t>
      </w:r>
    </w:p>
    <w:p>
      <w:r>
        <w:rPr>
          <w:rFonts w:ascii="Courier New" w:hAnsi="Courier New"/>
          <w:color w:val="555555"/>
          <w:sz w:val="20"/>
        </w:rPr>
        <w:t>[15]</w:t>
      </w:r>
    </w:p>
    <w:p>
      <w:r>
        <w:rPr>
          <w:rFonts w:ascii="Gentium Plus" w:hAnsi="Gentium Plus"/>
          <w:sz w:val="24"/>
        </w:rPr>
        <w:t>σιον τρίψαντας μετὰ ἐλαίου καὶ ἁλὸς οἴνῳ διέντας ὁμοίως ἐγχυματίζειν. ἔστι δὲ καὶ ἕτερα πολλά, ἄριστα δὲ πάντων ταῦτα.</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Ἐὰν βὴξ ἐνοχλοίη, πρῶτον καθαίρειν χρὴ διὰ τοῦ σικύου καὶ τοῦ νίτρου τὸ σῶμα ὅλον, εἶτα σκίλλης τῆς παχυτέρας φλοιοὺς τέσσαρας τρίψαντα, καὶ ὀποῦ Κυρηναϊκοῦ ὅσον κυά‐ μου μέγεθος διέντα οἴνῳ λευκῷ καὶ ἐλαίῳ παλαιῷ, καταλα‐</w:t>
      </w:r>
    </w:p>
    <w:p>
      <w:r>
        <w:rPr>
          <w:rFonts w:ascii="Courier New" w:hAnsi="Courier New"/>
          <w:color w:val="555555"/>
          <w:sz w:val="20"/>
        </w:rPr>
        <w:t>[5]</w:t>
      </w:r>
    </w:p>
    <w:p>
      <w:r>
        <w:rPr>
          <w:rFonts w:ascii="Gentium Plus" w:hAnsi="Gentium Plus"/>
          <w:sz w:val="24"/>
        </w:rPr>
        <w:t>βόντα τὴν γλῶτταν, διὰ στόματος ἐγχυματίζειν, καὶ ὑποθυ‐ μιᾶν δὲ αὐτὸν ἐπ’ ἀνθράκων σκευάσματι τοιῷδε· σκορόδων Κυπρίων καὶ κρομύων τὸ ἴσον, καὶ σανδαράχης τρίψαντα ὁμοῦ καὶ λεάναντα, διελεῖν εἰς τρία μέρη, καὶ καθ’ ἡμέραν ἓν μέρος ὑποθυμιᾶν, \| τὴν κεφαλὴν καλύψαντα καὶ τοὺς</w:t>
      </w:r>
    </w:p>
    <w:p>
      <w:r>
        <w:rPr>
          <w:rFonts w:ascii="Courier New" w:hAnsi="Courier New"/>
          <w:color w:val="555555"/>
          <w:sz w:val="20"/>
        </w:rPr>
        <w:t>[10]</w:t>
      </w:r>
    </w:p>
    <w:p>
      <w:r>
        <w:rPr>
          <w:rFonts w:ascii="Gentium Plus" w:hAnsi="Gentium Plus"/>
          <w:sz w:val="24"/>
        </w:rPr>
        <w:t>ὀφθαλμοὺς περιδήσαντα. μετὰ δὲ τὴν ὑποθυμίασιν, οἴνῳ γλυκεῖ, στέαρ ἐλάφειον ἢ προβάτειον καὶ κηρὸν τήξαντα, καὶ τὴν γλῶτταν καταλαβόντα ἐγχυματίζειν. ἢ πράσιον τρίψαντα μετὰ ἐλαίου καὶ ἁλῶν οἴνῳ διέντα ἐγχυματίζειν ὁμοίως. ἢ τραγάκανθαν εἰς ὕδωρ χλιαρὸν ἀποβρέξαντα μετὰ ἑψήματος</w:t>
      </w:r>
    </w:p>
    <w:p>
      <w:r>
        <w:rPr>
          <w:rFonts w:ascii="Courier New" w:hAnsi="Courier New"/>
          <w:color w:val="555555"/>
          <w:sz w:val="20"/>
        </w:rPr>
        <w:t>[15]</w:t>
      </w:r>
    </w:p>
    <w:p>
      <w:r>
        <w:rPr>
          <w:rFonts w:ascii="Gentium Plus" w:hAnsi="Gentium Plus"/>
          <w:sz w:val="24"/>
        </w:rPr>
        <w:t>καὶ ἐλαίου παλαιοῦ ἐγχυματίζειν. ἢ ἐρεγμὸν ἑψήσαντα διη‐ θῆσαι τὸ ὕδωρ, καὶ τρίψαντα μετὰ στέατος χοιρείου διδόναι πίνειν. ἢ στακτὴν κονίαν καὶ νίτρον καὶ ἔλαιον καὶ ᾠὸν καὶ μέλι μίξαντα ἐγχυματίζειν. ἢ κράμβης τὰ τρυφερὰ καὶ σκό‐ ροδον καὶ στέαρ χοίρειον ἐξ ἴσου ἐμβρέξαντα εἰς κεδρέαν βώ‐</w:t>
      </w:r>
    </w:p>
    <w:p>
      <w:r>
        <w:rPr>
          <w:rFonts w:ascii="Courier New" w:hAnsi="Courier New"/>
          <w:color w:val="555555"/>
          <w:sz w:val="20"/>
        </w:rPr>
        <w:t>[20]</w:t>
      </w:r>
    </w:p>
    <w:p>
      <w:r>
        <w:rPr>
          <w:rFonts w:ascii="Gentium Plus" w:hAnsi="Gentium Plus"/>
          <w:sz w:val="24"/>
        </w:rPr>
        <w:t>λους πέντε ἐγχυματίζειν, ἢ ἀληθινῆς σμύρνης γο αʹ, καὶ μὴ ποτίζειν ἕως τρίτης ὥρας.</w:t>
      </w:r>
    </w:p>
    <w:p>
      <w:pPr>
        <w:jc w:val="center"/>
      </w:pPr>
      <w:r>
        <w:rPr>
          <w:rFonts w:ascii="Gentium Plus" w:hAnsi="Gentium Plus"/>
          <w:b/>
          <w:sz w:val="24"/>
        </w:rPr>
        <w:t>Τιβερίου εἰς τὸ αὐτό.</w:t>
      </w:r>
    </w:p>
    <w:p>
      <w:r>
        <w:rPr>
          <w:rFonts w:ascii="Courier New" w:hAnsi="Courier New"/>
          <w:color w:val="555555"/>
          <w:sz w:val="20"/>
        </w:rPr>
        <w:t>[1]</w:t>
      </w:r>
    </w:p>
    <w:p>
      <w:r>
        <w:rPr>
          <w:rFonts w:ascii="Gentium Plus" w:hAnsi="Gentium Plus"/>
          <w:sz w:val="24"/>
        </w:rPr>
        <w:t>Ἀξούγγιον μετὰ ὑγροπίσσης δίδου πιεῖν εἰς κοίτην ἐπὶ ἡμέραις τρισὶν ἐν τῇ τρίτῃ καὶ πέμπτῃ καὶ ἑβδόμῃ. \|</w:t>
      </w:r>
    </w:p>
    <w:p>
      <w:pPr>
        <w:jc w:val="center"/>
      </w:pPr>
      <w:r>
        <w:rPr>
          <w:rFonts w:ascii="Gentium Plus" w:hAnsi="Gentium Plus"/>
          <w:b/>
          <w:sz w:val="24"/>
        </w:rPr>
        <w:t>ἔλιγμα εἰς τὸ αὐτό.</w:t>
      </w:r>
    </w:p>
    <w:p>
      <w:r>
        <w:rPr>
          <w:rFonts w:ascii="Courier New" w:hAnsi="Courier New"/>
          <w:color w:val="555555"/>
          <w:sz w:val="20"/>
        </w:rPr>
        <w:t>[1]</w:t>
      </w:r>
    </w:p>
    <w:p>
      <w:r>
        <w:rPr>
          <w:rFonts w:ascii="Gentium Plus" w:hAnsi="Gentium Plus"/>
          <w:sz w:val="24"/>
        </w:rPr>
        <w:t>Πεπέρεως γο αʹ, γεντιανῆς γο αʹ, ἀριστολοχείας γο αʹ, σμύρνης γο μίαν, δαφνίδων γο βʹ, ῥητίνης γο αʹ, ὀποῦ γο ἕξ, ὀποπάνακος γο ἕξ.</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Κενώσας τὸ ᾠὸν παντελῶς, βάλε ἔνδον κεδρέαν καὶ σχι‐ στὸν ἀρσενίκιον, συνκόψας σκόροδον καὶ ἀξούγγιον χοίρειον, καὶ ἐγκλείσας εἰς τὸ ᾠόν, δίδου τρίς.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Τοῦ παλιούρου τὸ σπέρμα τρίψας πότιζε.</w:t>
      </w:r>
    </w:p>
    <w:p>
      <w:pPr>
        <w:jc w:val="center"/>
      </w:pPr>
      <w:r>
        <w:rPr>
          <w:rFonts w:ascii="Gentium Plus" w:hAnsi="Gentium Plus"/>
          <w:b/>
          <w:sz w:val="24"/>
        </w:rPr>
        <w:t>ἄλλο Εὐμήλου πρὸς πρόσφατον βῆχα.</w:t>
      </w:r>
    </w:p>
    <w:p>
      <w:r>
        <w:rPr>
          <w:rFonts w:ascii="Courier New" w:hAnsi="Courier New"/>
          <w:color w:val="555555"/>
          <w:sz w:val="20"/>
        </w:rPr>
        <w:t>[1]</w:t>
      </w:r>
    </w:p>
    <w:p>
      <w:r>
        <w:rPr>
          <w:rFonts w:ascii="Gentium Plus" w:hAnsi="Gentium Plus"/>
          <w:sz w:val="24"/>
        </w:rPr>
        <w:t>Τὴν νεαρὰν βῆχα ἰᾶται φακῆς ἀληλεσμένης καὶ ἀπολελε‐ πισμένης ἄλευρον, ἢ πίσσου ὁμοίως ἀληλεσμένου καὶ κεκα‐ θαρμένου ἐν ὕδατος θερμοῦ ξέστῃ ἑνὶ διὰ κέρατος διδόμενον. τὰ μέντοι νοσοῦντα ζῷα ἢ χλόῃ ἢ δένδρων ἁπαλοῖς ἀκρεμόσι</w:t>
      </w:r>
    </w:p>
    <w:p>
      <w:r>
        <w:rPr>
          <w:rFonts w:ascii="Courier New" w:hAnsi="Courier New"/>
          <w:color w:val="555555"/>
          <w:sz w:val="20"/>
        </w:rPr>
        <w:t>[5]</w:t>
      </w:r>
    </w:p>
    <w:p>
      <w:r>
        <w:rPr>
          <w:rFonts w:ascii="Gentium Plus" w:hAnsi="Gentium Plus"/>
          <w:sz w:val="24"/>
        </w:rPr>
        <w:t>τρεφέσθω μέχρι τῆς κατὰ φύσιν ὑγιείας. \</w:t>
      </w:r>
    </w:p>
    <w:p>
      <w:pPr>
        <w:jc w:val="center"/>
      </w:pPr>
      <w:r>
        <w:rPr>
          <w:rFonts w:ascii="Gentium Plus" w:hAnsi="Gentium Plus"/>
          <w:b/>
          <w:sz w:val="24"/>
        </w:rPr>
        <w:t>ἄλλο πρὸς νεαρὰν βῆχα.</w:t>
      </w:r>
    </w:p>
    <w:p>
      <w:r>
        <w:rPr>
          <w:rFonts w:ascii="Courier New" w:hAnsi="Courier New"/>
          <w:color w:val="555555"/>
          <w:sz w:val="20"/>
        </w:rPr>
        <w:t>[1]</w:t>
      </w:r>
    </w:p>
    <w:p>
      <w:r>
        <w:rPr>
          <w:rFonts w:ascii="Gentium Plus" w:hAnsi="Gentium Plus"/>
          <w:sz w:val="24"/>
        </w:rPr>
        <w:t>Τὸ τῆς βηχὸς πρόσφατον τῇ τῶν ἀρτηριῶν ἑλκώσει καὶ τραχύτητι γίνεται. ταύτην καταπαύσεις, νίτρον λειώσας καὶ σὺν οἴνου ξέστῃ ἑνὶ διὰ μυκτήρων ἐγχέας· ἀπόχριε δὲ καὶ πᾶν τὸ σῶμα οἰνελαίῳ. ἢ λιβάνου γο δʹ, σμύρνης γο αʹ, κρόκου</w:t>
      </w:r>
    </w:p>
    <w:p>
      <w:r>
        <w:rPr>
          <w:rFonts w:ascii="Courier New" w:hAnsi="Courier New"/>
          <w:color w:val="555555"/>
          <w:sz w:val="20"/>
        </w:rPr>
        <w:t>[5]</w:t>
      </w:r>
    </w:p>
    <w:p>
      <w:r>
        <w:rPr>
          <w:rFonts w:ascii="Gentium Plus" w:hAnsi="Gentium Plus"/>
          <w:sz w:val="24"/>
        </w:rPr>
        <w:t>γο αʹ κόψας καὶ σήσας ἐν οἴνου κοτύλαις τρισὶ καὶ ἐλαίου κοτύλης ἡμίσει, ἐν πολλαῖς ἡμέραις διὰ τῶν μυκτήρων ἔγχει ὅσον ἡμικοτύλιον. ἢ ἀνήθου καὶ ἴρεως κεκομμένης τὸ ἴσον καὶ πηγάνου λελειωμένου δραχμὰς τέσσαρας ἐν οἴνου κοτύλαις</w:t>
      </w:r>
    </w:p>
    <w:p>
      <w:pPr>
        <w:jc w:val="center"/>
      </w:pPr>
      <w:r>
        <w:rPr>
          <w:rFonts w:ascii="Gentium Plus" w:hAnsi="Gentium Plus"/>
          <w:b/>
          <w:sz w:val="24"/>
        </w:rPr>
        <w:t>Θεομνήστου εἰς τὸ αὐτό.</w:t>
      </w:r>
    </w:p>
    <w:p>
      <w:r>
        <w:rPr>
          <w:rFonts w:ascii="Courier New" w:hAnsi="Courier New"/>
          <w:color w:val="555555"/>
          <w:sz w:val="20"/>
        </w:rPr>
        <w:t>[22 . 9]</w:t>
      </w:r>
    </w:p>
    <w:p>
      <w:r>
        <w:rPr>
          <w:rFonts w:ascii="Gentium Plus" w:hAnsi="Gentium Plus"/>
          <w:sz w:val="24"/>
        </w:rPr>
        <w:t>Αἱ βῆχες μάλιστα τοῖς πώλοις γίνονται, ὅταν πρῶτον λά‐ βωσι τὸν χαλινόν. χαίνοντες γὰρ ἐξ ἀνάγκης παρὰ συνήθειαν τὰ στήθη καταψύχονται. καὶ θερείας δὲ τῷ χαίνειν δεχόμενοι τὴν κόνιν ἐμφράσσονται τὰς τοῦ πνεύμονος ἀρτηρίας, καὶ βῆ‐</w:t>
      </w:r>
    </w:p>
    <w:p>
      <w:r>
        <w:rPr>
          <w:rFonts w:ascii="Courier New" w:hAnsi="Courier New"/>
          <w:color w:val="555555"/>
          <w:sz w:val="20"/>
        </w:rPr>
        <w:t>[5]</w:t>
      </w:r>
    </w:p>
    <w:p>
      <w:r>
        <w:rPr>
          <w:rFonts w:ascii="Gentium Plus" w:hAnsi="Gentium Plus"/>
          <w:sz w:val="24"/>
        </w:rPr>
        <w:t>χες αὐτοῖς ἐπιγίνονται. τελειουμένοις δὲ ὀλιγάκις τοῦτο συμ‐ βαίνει ἢ \| κατὰ ψύξιν ἢ κατὰ ἔμφραξιν. γίνεται δὲ καὶ ὅταν ὕδωρ ἔμπηλον πίῃ ἢ κριθὴν σὺν κόνει προσενέγκηται, ἢ ἐξ ὁδοιπορίας θέρους ὅταν πολλὴν δέξηται. ἡ δὲ ἀγρία λεγομένη βὴξ πολλάκις καὶ ῥήγνυσι τὸν οὐρανίσκον καὶ αἷμα ἀνάγει.</w:t>
      </w:r>
    </w:p>
    <w:p>
      <w:r>
        <w:rPr>
          <w:rFonts w:ascii="Courier New" w:hAnsi="Courier New"/>
          <w:color w:val="555555"/>
          <w:sz w:val="20"/>
        </w:rPr>
        <w:t>[10]</w:t>
      </w:r>
    </w:p>
    <w:p>
      <w:r>
        <w:rPr>
          <w:rFonts w:ascii="Gentium Plus" w:hAnsi="Gentium Plus"/>
          <w:sz w:val="24"/>
        </w:rPr>
        <w:t>τότε δὲ ἀγρίως βήσσει, ὅταν ἀπὸ τῆς τάσεως ἀποπέρδηται καὶ ὑπουρῇ. μάλιστα δὲ τοῖς ἀγωνισταῖς ἵπποις τοῦτο συμβαίνει.</w:t>
      </w:r>
    </w:p>
    <w:p>
      <w:r>
        <w:rPr>
          <w:rFonts w:ascii="Courier New" w:hAnsi="Courier New"/>
          <w:color w:val="555555"/>
          <w:sz w:val="20"/>
        </w:rPr>
        <w:t>[22 . 10]</w:t>
      </w:r>
    </w:p>
    <w:p>
      <w:r>
        <w:rPr>
          <w:rFonts w:ascii="Gentium Plus" w:hAnsi="Gentium Plus"/>
          <w:sz w:val="24"/>
        </w:rPr>
        <w:t>ὅταν οὖν ἀπὸ ψύχους κάμνῃ, τοῖς χαλῶσι καὶ θερμαί‐ νουσι δεῖ χρῆσθαι. ὅταν δὲ ἀπὸ κόνεως, τοῖς ἐκφράττουσιν καὶ καταλεαίνουσιν. ὅταν δὲ ἀγρίως βήσσῃ, ἑκατέροις τούτοις ἐγὼ χρησάμενος ἐπί τινων μὲν ἐθεράπευσα, τινῶν δὲ</w:t>
      </w:r>
    </w:p>
    <w:p>
      <w:r>
        <w:rPr>
          <w:rFonts w:ascii="Courier New" w:hAnsi="Courier New"/>
          <w:color w:val="555555"/>
          <w:sz w:val="20"/>
        </w:rPr>
        <w:t>[5]</w:t>
      </w:r>
    </w:p>
    <w:p>
      <w:r>
        <w:rPr>
          <w:rFonts w:ascii="Gentium Plus" w:hAnsi="Gentium Plus"/>
          <w:sz w:val="24"/>
        </w:rPr>
        <w:t>οὐ περιγέγονα. καὶ σφόδρα φροντίσας ἐπὶ δρομέως ἵππου συνδιατιθέμενος, καὶ μονονουχὶ ῥηγνυμένου βήσσοντος, ἐπε‐ νόησα φάρμακον, ὃ καὶ τοὺς ἐκ βηχὸς ῥηγματίας ἐθερά‐ πευσεν. ἁρμόζει δὲ καὶ πρὸς πᾶσαν βῆχα προσαγόμενον. 〈τὸ δὲ πολὺ τρὶς ἐὰν προσαγάγῃς, θεραπεύσεις. καὶ ὅλως τοῦτο</w:t>
      </w:r>
    </w:p>
    <w:p>
      <w:r>
        <w:rPr>
          <w:rFonts w:ascii="Courier New" w:hAnsi="Courier New"/>
          <w:color w:val="555555"/>
          <w:sz w:val="20"/>
        </w:rPr>
        <w:t>[10]</w:t>
      </w:r>
    </w:p>
    <w:p>
      <w:r>
        <w:rPr>
          <w:rFonts w:ascii="Gentium Plus" w:hAnsi="Gentium Plus"/>
          <w:sz w:val="24"/>
        </w:rPr>
        <w:t>κατασκευάζων ἄλλο ἔχειν μὴ θελήσῃς ἀποδιωκτέου βηχὸς φάρ‐ μακον. πολλὰ γὰρ πάνυ πειράσας, τοῦτο μόνον ἂν εὗρον ἀεὶ περιγινόμενον τοῦ νοσήματος〉.</w:t>
      </w:r>
    </w:p>
    <w:p>
      <w:r>
        <w:rPr>
          <w:rFonts w:ascii="Courier New" w:hAnsi="Courier New"/>
          <w:color w:val="555555"/>
          <w:sz w:val="20"/>
        </w:rPr>
        <w:t>[22 . 11]</w:t>
      </w:r>
    </w:p>
    <w:p>
      <w:r>
        <w:rPr>
          <w:rFonts w:ascii="Gentium Plus" w:hAnsi="Gentium Plus"/>
          <w:sz w:val="24"/>
        </w:rPr>
        <w:t>ἡ δὲ τούτου σύνθεσις αὕτη· σταφίδων λευκῶν, μέλιτος</w:t>
      </w:r>
    </w:p>
    <w:p>
      <w:r>
        <w:rPr>
          <w:rFonts w:ascii="Courier New" w:hAnsi="Courier New"/>
          <w:color w:val="555555"/>
          <w:sz w:val="20"/>
        </w:rPr>
        <w:t>[5]</w:t>
      </w:r>
    </w:p>
    <w:p>
      <w:r>
        <w:rPr>
          <w:rFonts w:ascii="Gentium Plus" w:hAnsi="Gentium Plus"/>
          <w:sz w:val="24"/>
        </w:rPr>
        <w:t>τήξας καὶ μίξας, ποίει κολλύρια, καὶ μερίσας τὸ φάρμακον εἰς τρία μέρη, δίδου τῷ ζῴῳ ἐπὶ ἡμέραις τρισίν. ὅταν μέντοι μέλ‐ λῃς διδόναι, ἔμβρεχε αὐτὰ ἐν ἑτέρῳ μέλιτι καὶ οὕτω χρῶ.</w:t>
      </w:r>
    </w:p>
    <w:p>
      <w:pPr>
        <w:jc w:val="center"/>
      </w:pPr>
      <w:r>
        <w:rPr>
          <w:rFonts w:ascii="Gentium Plus" w:hAnsi="Gentium Plus"/>
          <w:b/>
          <w:sz w:val="24"/>
        </w:rPr>
        <w:t>πρὸς βῆχα τὴν ἐξ ἐκκαύσεως καὶ κονιορτοῦ.</w:t>
      </w:r>
    </w:p>
    <w:p>
      <w:r>
        <w:rPr>
          <w:rFonts w:ascii="Courier New" w:hAnsi="Courier New"/>
          <w:color w:val="555555"/>
          <w:sz w:val="20"/>
        </w:rPr>
        <w:t>[1]</w:t>
      </w:r>
    </w:p>
    <w:p>
      <w:r>
        <w:rPr>
          <w:rFonts w:ascii="Gentium Plus" w:hAnsi="Gentium Plus"/>
          <w:sz w:val="24"/>
        </w:rPr>
        <w:t>Ὠιὰ πέντε μετὰ τῶν ἐλύτρων εἰς ὄξος δριμὺ ἀπὸ ἑσπέ‐ ρας βρέξας, εὑρήσεις αὐτὰ ἕωθεν οὕτω λεπτυνθέντα, ὡς εἶναι μαλακά, οἷα τὰ ἀωρότοκα φαίνεται, μὴ ἀντιτυποῦντος τοῦ ἔξωθεν ἐλύτρου πρὸς τὴν ἁφήν, ἀλλὰ κύστεως δίκην τὸ ὑγρὸν</w:t>
      </w:r>
    </w:p>
    <w:p>
      <w:r>
        <w:rPr>
          <w:rFonts w:ascii="Courier New" w:hAnsi="Courier New"/>
          <w:color w:val="555555"/>
          <w:sz w:val="20"/>
        </w:rPr>
        <w:t>[5]</w:t>
      </w:r>
    </w:p>
    <w:p>
      <w:r>
        <w:rPr>
          <w:rFonts w:ascii="Gentium Plus" w:hAnsi="Gentium Plus"/>
          <w:sz w:val="24"/>
        </w:rPr>
        <w:t>περιέχοντος. ταῦτα, διαστείλας τοῦ ζῴου τὸ στόμα καὶ κατα‐ λαβόμενος τὴν γλῶσσαν, ὁλόκληρα διὰ τῆς φάρυγος ὤθει καθ’ ἓν ἕκαστον, ἐπαίρων εἰς ὕψος τὴν κεφαλήν, μέχρις οὗ κατα‐ πίῃ ἕκαστον \| τῶν ᾠῶν. τούτοις ἐπεγχυμάτιζε τήλεως χυλὸν ἢ πτισάνης μέλιτι κεκραμένον, οἷς χρησάμενος ἐπὶ τρισὶν ἡμέ‐</w:t>
      </w:r>
    </w:p>
    <w:p>
      <w:r>
        <w:rPr>
          <w:rFonts w:ascii="Courier New" w:hAnsi="Courier New"/>
          <w:color w:val="555555"/>
          <w:sz w:val="20"/>
        </w:rPr>
        <w:t>[10]</w:t>
      </w:r>
    </w:p>
    <w:p>
      <w:r>
        <w:rPr>
          <w:rFonts w:ascii="Gentium Plus" w:hAnsi="Gentium Plus"/>
          <w:sz w:val="24"/>
        </w:rPr>
        <w:t>ραις θεραπεύσεις.</w:t>
      </w:r>
    </w:p>
    <w:p>
      <w:pPr>
        <w:jc w:val="center"/>
      </w:pPr>
      <w:r>
        <w:rPr>
          <w:rFonts w:ascii="Gentium Plus" w:hAnsi="Gentium Plus"/>
          <w:b/>
          <w:sz w:val="24"/>
        </w:rPr>
        <w:t>ἄλλο πρὸς τὴν ἐκ καταψύξεως βῆχα.</w:t>
      </w:r>
    </w:p>
    <w:p>
      <w:r>
        <w:rPr>
          <w:rFonts w:ascii="Courier New" w:hAnsi="Courier New"/>
          <w:color w:val="555555"/>
          <w:sz w:val="20"/>
        </w:rPr>
        <w:t>[1]</w:t>
      </w:r>
    </w:p>
    <w:p>
      <w:r>
        <w:rPr>
          <w:rFonts w:ascii="Gentium Plus" w:hAnsi="Gentium Plus"/>
          <w:sz w:val="24"/>
        </w:rPr>
        <w:t>Σκόροδα καὶ ἀξούγγιον παλαιὸν κόψας, δίχα ἕκαστον καὶ ὁμοῦ πάλιν, εἶτα κράμβας ἑφθὰς καὶ πράσα συμμίξας, ποίει κολλύρας πέντε χειροπλήθεις. καὶ διανοίξας τὸ στόμα τοῦ</w:t>
      </w:r>
    </w:p>
    <w:p>
      <w:r>
        <w:rPr>
          <w:rFonts w:ascii="Courier New" w:hAnsi="Courier New"/>
          <w:color w:val="555555"/>
          <w:sz w:val="20"/>
        </w:rPr>
        <w:t>[5]</w:t>
      </w:r>
    </w:p>
    <w:p>
      <w:r>
        <w:rPr>
          <w:rFonts w:ascii="Gentium Plus" w:hAnsi="Gentium Plus"/>
          <w:sz w:val="24"/>
        </w:rPr>
        <w:t>κολλύρας, οὔσας ἐπιμήκεις, δίδου κατὰ μίαν ἐν οἴνῳ μέλανι, 〈καὶ τῇ τετραφαρμάκῳ τῇ διὰ σμυρνῶν καὶ δαφνοκόκκων, ἀριστολοχείας στρογγύλης, γεντιανῆς τὸ ἴσον.〉</w:t>
      </w:r>
    </w:p>
    <w:p>
      <w:pPr>
        <w:jc w:val="center"/>
      </w:pPr>
      <w:r>
        <w:rPr>
          <w:rFonts w:ascii="Gentium Plus" w:hAnsi="Gentium Plus"/>
          <w:b/>
          <w:sz w:val="24"/>
        </w:rPr>
        <w:t>σύνθεσις ἐγχυματισμοῦ εἰς τὸ αὐτό.</w:t>
      </w:r>
    </w:p>
    <w:p>
      <w:r>
        <w:rPr>
          <w:rFonts w:ascii="Courier New" w:hAnsi="Courier New"/>
          <w:color w:val="555555"/>
          <w:sz w:val="20"/>
        </w:rPr>
        <w:t>[1]</w:t>
      </w:r>
    </w:p>
    <w:p>
      <w:r>
        <w:rPr>
          <w:rFonts w:ascii="Gentium Plus" w:hAnsi="Gentium Plus"/>
          <w:sz w:val="24"/>
        </w:rPr>
        <w:t>Χοιρείους πόδας μετὰ πτισάνης ξέστου ἑνὸς ἕψει, μέχρις ἂν τακεροὶ γένωνται, καὶ διηθήσας ἐγχυμάτιζε. εἰ δὲ ἐπιμένοι βήσσων, αἰγείου στέατος λίτραν μίαν καὶ πτισάνης ξέστην ἕνα καθεψήσας, τὸ αὐτὸ ποίει, ἢ προβατείου στέατος λίτραν μίαν</w:t>
      </w:r>
    </w:p>
    <w:p>
      <w:r>
        <w:rPr>
          <w:rFonts w:ascii="Courier New" w:hAnsi="Courier New"/>
          <w:color w:val="555555"/>
          <w:sz w:val="20"/>
        </w:rPr>
        <w:t>[5]</w:t>
      </w:r>
    </w:p>
    <w:p>
      <w:r>
        <w:rPr>
          <w:rFonts w:ascii="Gentium Plus" w:hAnsi="Gentium Plus"/>
          <w:sz w:val="24"/>
        </w:rPr>
        <w:t>καὶ κόγχου ξέστην ἕνα. ἑκάστῳ δὲ \ χρήσῃ ἐπὶ ἡμέραις τρισίν. ἢ χοιρείου στέατος λίτραν μίαν καὶ οἴνου γλυκέος ξέστας τρεῖς συνεψήσας ἐγχυμάτιζε.</w:t>
      </w:r>
    </w:p>
    <w:p>
      <w:pPr>
        <w:jc w:val="center"/>
      </w:pPr>
      <w:r>
        <w:rPr>
          <w:rFonts w:ascii="Gentium Plus" w:hAnsi="Gentium Plus"/>
          <w:b/>
          <w:sz w:val="24"/>
        </w:rPr>
        <w:t>ἀρτηριακὴ πρὸς βῆχα.</w:t>
      </w:r>
    </w:p>
    <w:p>
      <w:r>
        <w:rPr>
          <w:rFonts w:ascii="Courier New" w:hAnsi="Courier New"/>
          <w:color w:val="555555"/>
          <w:sz w:val="20"/>
        </w:rPr>
        <w:t>[1]</w:t>
      </w:r>
    </w:p>
    <w:p>
      <w:r>
        <w:rPr>
          <w:rFonts w:ascii="Gentium Plus" w:hAnsi="Gentium Plus"/>
          <w:sz w:val="24"/>
        </w:rPr>
        <w:t>Σμύρνης, κρόκου, κινναμώμου, κασίας, ναρδοστάχυος, δαφνίδων, ἀκόρου ἀνὰ 𐆄 δʹ, πεπέρεως λευκοῦ 𐆄 τρεῖς, καὶ τερεβινθίνης ἕξ.</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Λυκίου Ἰνδικοῦ 𐆄 δʹ, ναρδοστάχυος 𐆄 δʹ, σμύρνης, στύ‐ ρακος, κρόκου, πεπέρεως λευκοῦ, ἀμώμου βότρυος, πεπέρεως μακροῦ ἀνὰ 𐆄 εʹ, κινναμώμου 𐆄 αʹ, πάνακος 𐆄 αʹ, ἀκόρου 𐆄 βʹ, μέλιτος 𐆄 βʹ, σελίνου σπέρματος 𐆄 αʹ, κασίας δαφνίτι‐</w:t>
      </w:r>
    </w:p>
    <w:p>
      <w:r>
        <w:rPr>
          <w:rFonts w:ascii="Courier New" w:hAnsi="Courier New"/>
          <w:color w:val="555555"/>
          <w:sz w:val="20"/>
        </w:rPr>
        <w:t>[5]</w:t>
      </w:r>
    </w:p>
    <w:p>
      <w:r>
        <w:rPr>
          <w:rFonts w:ascii="Gentium Plus" w:hAnsi="Gentium Plus"/>
          <w:sz w:val="24"/>
        </w:rPr>
        <w:t>δος 𐆄 βʹ, λιβάνου ἀρρενικοῦ, καλάμου ἀρωματικοῦ, νάρδου Κελτικῆς ἀνὰ 𐆄 γʹ, ῥόδων ξηρῶν λίτραν μίαν, ἀννήσου, πε‐ τροσελίνου ἀνὰ ξέστην ἕνα, κροκομάγματος λίτραν μίαν, καὶ Λημνίας 𐆄 δʹ. \|</w:t>
      </w:r>
    </w:p>
    <w:p>
      <w:pPr>
        <w:jc w:val="center"/>
      </w:pPr>
      <w:r>
        <w:rPr>
          <w:rFonts w:ascii="Gentium Plus" w:hAnsi="Gentium Plus"/>
          <w:b/>
          <w:sz w:val="24"/>
        </w:rPr>
        <w:t>ἄλλο εἰς τὸ αὐτό.</w:t>
      </w:r>
    </w:p>
    <w:p>
      <w:r>
        <w:rPr>
          <w:rFonts w:ascii="Courier New" w:hAnsi="Courier New"/>
          <w:color w:val="555555"/>
          <w:sz w:val="20"/>
        </w:rPr>
        <w:t>[1]</w:t>
      </w:r>
    </w:p>
    <w:p>
      <w:r>
        <w:rPr>
          <w:rFonts w:ascii="Gentium Plus" w:hAnsi="Gentium Plus"/>
          <w:sz w:val="24"/>
        </w:rPr>
        <w:t>Μέλιτος ξέστας δʹ γάλακτι αἰγείῳ ἢ βοείῳ μίξας ἐγχυ‐</w:t>
      </w:r>
    </w:p>
    <w:p>
      <w:pPr>
        <w:jc w:val="center"/>
      </w:pPr>
      <w:r>
        <w:rPr>
          <w:rFonts w:ascii="Gentium Plus" w:hAnsi="Gentium Plus"/>
          <w:b/>
          <w:sz w:val="24"/>
        </w:rPr>
        <w:t>ἄλλο πρὸς βῆχα καὶ βουλσούς.</w:t>
      </w:r>
    </w:p>
    <w:p>
      <w:r>
        <w:rPr>
          <w:rFonts w:ascii="Courier New" w:hAnsi="Courier New"/>
          <w:color w:val="555555"/>
          <w:sz w:val="20"/>
        </w:rPr>
        <w:t>[1]</w:t>
      </w:r>
    </w:p>
    <w:p>
      <w:r>
        <w:rPr>
          <w:rFonts w:ascii="Gentium Plus" w:hAnsi="Gentium Plus"/>
          <w:sz w:val="24"/>
        </w:rPr>
        <w:t>Κινναμώμου λίτραν μίαν 𐆄 δʹ, καστορίου 𐆄 δʹ, στύρα‐ κος 𐆄 δʹ, ὀπίου 𐆄 βʹ, σμύρνης 𐆄 δʹ, 〈κόστου 𐆄 δʹ〉, κασίας 𐆄 δʹ, ἀκόρου 𐆄 δʹ, βαλσάμου σπέρματος 𐆄 βʹ, ἁλυσάθρου 𐆄 ἕξ, πεπερέως μακροῦ καὶ πεπέρεως λευκοῦ ἀνὰ 𐆄 βʹ.</w:t>
      </w:r>
    </w:p>
    <w:p>
      <w:pPr>
        <w:jc w:val="center"/>
      </w:pPr>
      <w:r>
        <w:rPr>
          <w:rFonts w:ascii="Gentium Plus" w:hAnsi="Gentium Plus"/>
          <w:b/>
          <w:sz w:val="24"/>
        </w:rPr>
        <w:t>Ἀνατολίου εἰς τὸ αὐτό.</w:t>
      </w:r>
    </w:p>
    <w:p>
      <w:r>
        <w:rPr>
          <w:rFonts w:ascii="Courier New" w:hAnsi="Courier New"/>
          <w:color w:val="555555"/>
          <w:sz w:val="20"/>
        </w:rPr>
        <w:t>[1]</w:t>
      </w:r>
    </w:p>
    <w:p>
      <w:r>
        <w:rPr>
          <w:rFonts w:ascii="Gentium Plus" w:hAnsi="Gentium Plus"/>
          <w:sz w:val="24"/>
        </w:rPr>
        <w:t>Ἀρχομένῳ βήσσειν ἄλευρα κρίθινα μετὰ ὀρόβων ἢ κυά‐ μων ἀληλεσμένων μίξας ἐν οἴνῳ δίδου πιεῖν. εἰ δὲ ἐπιτείνοι τὸ πάθος, μέλιτος κοτύλας δύο ἢ πίσσης ὑγρᾶς διὰ στόματος ἔγχει τὸ ἀρκοῦν.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Βήσσοντι ὑποζυγίῳ χαλεπῶς καὶ χρονίως ἰξὸν ἀναλύσας καὶ μαλάξας 𐆄 αʹ, ἐπιβαλών τε ἐλαίου 𐆄 δʹ καὶ οἴνου ξέστην αʹ Ἰταλικὸν ἐπὶ ἡμέραις τρισὶν δίδου διὰ στόματος. \|</w:t>
      </w:r>
    </w:p>
    <w:p>
      <w:pPr>
        <w:jc w:val="center"/>
      </w:pPr>
      <w:r>
        <w:rPr>
          <w:rFonts w:ascii="Gentium Plus" w:hAnsi="Gentium Plus"/>
          <w:b/>
          <w:sz w:val="24"/>
        </w:rPr>
        <w:t>Ἱπποκράτους εἰς τὸ αὐτό.</w:t>
      </w:r>
    </w:p>
    <w:p>
      <w:r>
        <w:rPr>
          <w:rFonts w:ascii="Courier New" w:hAnsi="Courier New"/>
          <w:color w:val="555555"/>
          <w:sz w:val="20"/>
        </w:rPr>
        <w:t>[1]</w:t>
      </w:r>
    </w:p>
    <w:p>
      <w:r>
        <w:rPr>
          <w:rFonts w:ascii="Gentium Plus" w:hAnsi="Gentium Plus"/>
          <w:sz w:val="24"/>
        </w:rPr>
        <w:t>Τραγάκανθαν ὡς λεπτότατα κατατεμὼν καὶ πλύνας, μί‐ ξας τε κριθαῖς καὶ ὀρόβοις, δίδου φαγεῖν. ἢ τὴν αὐτὴν τρα‐ γάκανθαν βρέξας ἐν οἰνομέλιτος κοτύλῃ μιᾷ ἐπὶ ἡμέραις τρι‐ σίν, ἔλαιον προσμιγνὺς ἐγχυμάτιζε. ἢ πηγάνου ῥίζαν καθε‐</w:t>
      </w:r>
    </w:p>
    <w:p>
      <w:r>
        <w:rPr>
          <w:rFonts w:ascii="Courier New" w:hAnsi="Courier New"/>
          <w:color w:val="555555"/>
          <w:sz w:val="20"/>
        </w:rPr>
        <w:t>[5]</w:t>
      </w:r>
    </w:p>
    <w:p>
      <w:r>
        <w:rPr>
          <w:rFonts w:ascii="Gentium Plus" w:hAnsi="Gentium Plus"/>
          <w:sz w:val="24"/>
        </w:rPr>
        <w:t>ψήσας ἐν ὕδατος κοτύλῃ μιᾷ κλύζε καὶ τῷ ἴσῳ ἐγχυμάτιζε.</w:t>
      </w:r>
    </w:p>
    <w:p>
      <w:r>
        <w:rPr>
          <w:rFonts w:ascii="Courier New" w:hAnsi="Courier New"/>
          <w:color w:val="555555"/>
          <w:sz w:val="20"/>
        </w:rPr>
        <w:t>[10]</w:t>
      </w:r>
    </w:p>
    <w:p>
      <w:r>
        <w:rPr>
          <w:rFonts w:ascii="Gentium Plus" w:hAnsi="Gentium Plus"/>
          <w:sz w:val="24"/>
        </w:rPr>
        <w:t>μάτιζε. ἢ δαφνίδας ἑψήσας, κόψον καὶ ἄλφιτα καὶ ἀξούγγιον παλαιόν, οἴνῳ γλυκεῖ δεύσας καὶ μίξας καθ’ ἡμέραν ψώμιζε. ἢ τὴν ἀρτεμισίαν βοτάνην καθεψήσας ἐν ὕδατι καὶ ἐλαίου κοτύλῃ μιᾷ ἐγχυμάτιζε. καὶ ἡ μαλάχη δὲ ἐν οἴνῳ γλυκεῖ καὶ ἐλαίῳ ἑψηθεῖσα τὸ αὐτὸ ποιεῖ. \|</w:t>
      </w:r>
    </w:p>
    <w:p>
      <w:pPr>
        <w:jc w:val="center"/>
      </w:pPr>
      <w:r>
        <w:rPr>
          <w:rFonts w:ascii="Gentium Plus" w:hAnsi="Gentium Plus"/>
          <w:b/>
          <w:sz w:val="24"/>
        </w:rPr>
        <w:t>Ἱεροκλέους πρὸς αὐτό.</w:t>
      </w:r>
    </w:p>
    <w:p>
      <w:r>
        <w:rPr>
          <w:rFonts w:ascii="Courier New" w:hAnsi="Courier New"/>
          <w:color w:val="555555"/>
          <w:sz w:val="20"/>
        </w:rPr>
        <w:t>[1]</w:t>
      </w:r>
    </w:p>
    <w:p>
      <w:r>
        <w:rPr>
          <w:rFonts w:ascii="Gentium Plus" w:hAnsi="Gentium Plus"/>
          <w:sz w:val="24"/>
        </w:rPr>
        <w:t>Πρασίου δεμάτιον χειρόπληθες, οἴνου λευκοῦ ξέ. αʹ, τῆ‐ λιν ἀποβεβρεγμένην, ἰσχάδων 𐆅 αʹ, ἢ φοίνικας κατ’ ἀναλογίαν ἑψήσας εἰς τρίτον, δίδου ἐπὶ ἡμέραις τρισί. χρῖε δὲ καὶ τῶν πονούντων τὸ σῶμα μέχρι τῶν ὀνύχων.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Πίτυρα ἀφεψήσας καὶ σαβάνῳ καλῶς ἐκπιέσας, διήθη‐ σον, καὶ μίξας ὀμφάκινον ἔλαιον δίδου, φυλαττόμενος, μὴ λέπος ἐναπομείνῃ τῶν πιτύρων.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Μάζας ἀπὸ χοιρείου στέατος ποιήσας, καὶ περιχρίσας ἔξωθεν βουτύρῳ καὶ μέλιτι, διὰ στόματος δίδου.</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Κράμβης χυλῷ Ἀμιναίου οἴνου αὐτάρκως βληθέντος, ἐγ‐</w:t>
      </w:r>
    </w:p>
    <w:p>
      <w:pPr>
        <w:jc w:val="center"/>
      </w:pPr>
      <w:r>
        <w:rPr>
          <w:rFonts w:ascii="Gentium Plus" w:hAnsi="Gentium Plus"/>
          <w:b/>
          <w:sz w:val="24"/>
        </w:rPr>
        <w:t>ἄλλο Γρηγορίου.</w:t>
      </w:r>
    </w:p>
    <w:p>
      <w:r>
        <w:rPr>
          <w:rFonts w:ascii="Courier New" w:hAnsi="Courier New"/>
          <w:color w:val="555555"/>
          <w:sz w:val="20"/>
        </w:rPr>
        <w:t>[1]</w:t>
      </w:r>
    </w:p>
    <w:p>
      <w:r>
        <w:rPr>
          <w:rFonts w:ascii="Gentium Plus" w:hAnsi="Gentium Plus"/>
          <w:sz w:val="24"/>
        </w:rPr>
        <w:t>Κριθῆς ξέστας βʹ, πράσα ἑπτά, κράμβας εʹ, μέλιτος ἡμι‐ κοτύλιον, προβάτειον στέαρ, ἐλαίου καθαροῦ γο δʹ, καὶ σέλινα.</w:t>
      </w:r>
    </w:p>
    <w:p>
      <w:pPr>
        <w:jc w:val="center"/>
      </w:pPr>
      <w:r>
        <w:rPr>
          <w:rFonts w:ascii="Gentium Plus" w:hAnsi="Gentium Plus"/>
          <w:b/>
          <w:sz w:val="24"/>
        </w:rPr>
        <w:t>Πελαγωνίου πρὸς καθημερινὴν βῆχα.</w:t>
      </w:r>
    </w:p>
    <w:p>
      <w:r>
        <w:rPr>
          <w:rFonts w:ascii="Courier New" w:hAnsi="Courier New"/>
          <w:color w:val="555555"/>
          <w:sz w:val="20"/>
        </w:rPr>
        <w:t>[1]</w:t>
      </w:r>
    </w:p>
    <w:p>
      <w:r>
        <w:rPr>
          <w:rFonts w:ascii="Gentium Plus" w:hAnsi="Gentium Plus"/>
          <w:sz w:val="24"/>
        </w:rPr>
        <w:t>Πράσα ἑψήσας μετὰ τῆς οὕτω λεγομένης βοτάνης σιδη‐ ρίτιδος, κόψον καὶ ποίησον παστίλους ὡσεὶ ᾠά, καὶ ἐλαίῳ ῥοδίνῳ ἑψήματι συμμιγέντι καὶ μέλιτι ἐμβάψας, ἐπὶ τρισὶν ἡμέραις δίδου. οὐδὲν δὲ κωλύει ἐν αὐταῖς ταῖς τρισὶν ἡμέραις</w:t>
      </w:r>
    </w:p>
    <w:p>
      <w:r>
        <w:rPr>
          <w:rFonts w:ascii="Courier New" w:hAnsi="Courier New"/>
          <w:color w:val="555555"/>
          <w:sz w:val="20"/>
        </w:rPr>
        <w:t>[5]</w:t>
      </w:r>
    </w:p>
    <w:p>
      <w:r>
        <w:rPr>
          <w:rFonts w:ascii="Gentium Plus" w:hAnsi="Gentium Plus"/>
          <w:sz w:val="24"/>
        </w:rPr>
        <w:t>καὶ τῷ χυλῷ τῆς αὐτῆς βοτάνης μετὰ τοῦ ἀφεψήματας τῶν λοιπῶν εἰδῶν ἐγχυματίζειν.</w:t>
      </w:r>
    </w:p>
    <w:p>
      <w:pPr>
        <w:jc w:val="center"/>
      </w:pPr>
      <w:r>
        <w:rPr>
          <w:rFonts w:ascii="Gentium Plus" w:hAnsi="Gentium Plus"/>
          <w:b/>
          <w:sz w:val="24"/>
        </w:rPr>
        <w:t>πρὸς βῆχα ὁδοιπορινήν.</w:t>
      </w:r>
    </w:p>
    <w:p>
      <w:r>
        <w:rPr>
          <w:rFonts w:ascii="Courier New" w:hAnsi="Courier New"/>
          <w:color w:val="555555"/>
          <w:sz w:val="20"/>
        </w:rPr>
        <w:t>[1]</w:t>
      </w:r>
    </w:p>
    <w:p>
      <w:r>
        <w:rPr>
          <w:rFonts w:ascii="Gentium Plus" w:hAnsi="Gentium Plus"/>
          <w:sz w:val="24"/>
        </w:rPr>
        <w:t>Λασάρου κόκκον, ὡσεὶ λεπτοκάρυον μικρόν, εἰς οἶνον λῦσον, καὶ τοῦτον ἐν μιᾷ μόνον ἡμέρᾳ διὰ κέρατος δίδου.</w:t>
      </w:r>
    </w:p>
    <w:p>
      <w:pPr>
        <w:jc w:val="center"/>
      </w:pPr>
      <w:r>
        <w:rPr>
          <w:rFonts w:ascii="Gentium Plus" w:hAnsi="Gentium Plus"/>
          <w:b/>
          <w:sz w:val="24"/>
        </w:rPr>
        <w:t>πρὸς βῆχα ἐκ τοῦ πνεύμονος ἀναδιδομένην.</w:t>
      </w:r>
    </w:p>
    <w:p>
      <w:r>
        <w:rPr>
          <w:rFonts w:ascii="Courier New" w:hAnsi="Courier New"/>
          <w:color w:val="555555"/>
          <w:sz w:val="20"/>
        </w:rPr>
        <w:t>[1]</w:t>
      </w:r>
    </w:p>
    <w:p>
      <w:r>
        <w:rPr>
          <w:rFonts w:ascii="Gentium Plus" w:hAnsi="Gentium Plus"/>
          <w:sz w:val="24"/>
        </w:rPr>
        <w:t>Ἔστι βήξ, ἣ ἐκ τοῦ πνεύμονος ἀναδίδοται, ὃ συμβαί\ ἀπὸ πολλοῦ ἱδρῶτος. χρὴ οὖν θεραπεύειν ταύτην οὕτως· κό‐ στου γο δʹ, ὑσσώπου δεμάτιον ἓν μικρόν, πάνακος ῥίζης γο γʹ,</w:t>
      </w:r>
    </w:p>
    <w:p>
      <w:r>
        <w:rPr>
          <w:rFonts w:ascii="Courier New" w:hAnsi="Courier New"/>
          <w:color w:val="555555"/>
          <w:sz w:val="20"/>
        </w:rPr>
        <w:t>[5]</w:t>
      </w:r>
    </w:p>
    <w:p>
      <w:r>
        <w:rPr>
          <w:rFonts w:ascii="Gentium Plus" w:hAnsi="Gentium Plus"/>
          <w:sz w:val="24"/>
        </w:rPr>
        <w:t>ταυρίου γο γʹ, ὁμοῦ πάντα κόψας καὶ σήσας καὶ μετὰ μέλι‐ τος ἡμίνης μιᾶς ἑψήσας, παστίλους ἐκ τούτου ποίησον καὶ τῷ πάσχοντι ζῴῳ δίδου.</w:t>
      </w:r>
    </w:p>
    <w:p>
      <w:pPr>
        <w:jc w:val="center"/>
      </w:pPr>
      <w:r>
        <w:rPr>
          <w:rFonts w:ascii="Gentium Plus" w:hAnsi="Gentium Plus"/>
          <w:b/>
          <w:sz w:val="24"/>
        </w:rPr>
        <w:t>πρὸς βῆχα καὶ βουλσούς.</w:t>
      </w:r>
    </w:p>
    <w:p>
      <w:r>
        <w:rPr>
          <w:rFonts w:ascii="Courier New" w:hAnsi="Courier New"/>
          <w:color w:val="555555"/>
          <w:sz w:val="20"/>
        </w:rPr>
        <w:t>[1]</w:t>
      </w:r>
    </w:p>
    <w:p>
      <w:r>
        <w:rPr>
          <w:rFonts w:ascii="Gentium Plus" w:hAnsi="Gentium Plus"/>
          <w:sz w:val="24"/>
        </w:rPr>
        <w:t>Σκόροδον Γαλλικὸν κόψας, καὶ σιδηρῖτιν [καὶ] βοτάνην, ἣν Ῥωμαῖοι καλοῦσι περδίκιον, καὶ ἀξουγγίῳ παλαιῷ συμμί‐ ξας, ποίησον ἐκ τούτων παστίλους, καὶ τούτους εἰς μέλι καὶ βούτυρον ἐμβάψας, δίδου τῷ ζῴῳ ἐπὶ τρισὶν ἡμέραις.</w:t>
      </w:r>
    </w:p>
    <w:p>
      <w:pPr>
        <w:jc w:val="center"/>
      </w:pPr>
      <w:r>
        <w:rPr>
          <w:rFonts w:ascii="Gentium Plus" w:hAnsi="Gentium Plus"/>
          <w:b/>
          <w:sz w:val="24"/>
        </w:rPr>
        <w:t>πρὸς βῆχα τὴν ἐκ τοῦ πνεύμονος ἀναδιδομένην.</w:t>
      </w:r>
    </w:p>
    <w:p>
      <w:r>
        <w:rPr>
          <w:rFonts w:ascii="Courier New" w:hAnsi="Courier New"/>
          <w:color w:val="555555"/>
          <w:sz w:val="20"/>
        </w:rPr>
        <w:t>[1]</w:t>
      </w:r>
    </w:p>
    <w:p>
      <w:r>
        <w:rPr>
          <w:rFonts w:ascii="Gentium Plus" w:hAnsi="Gentium Plus"/>
          <w:sz w:val="24"/>
        </w:rPr>
        <w:t>Ὑσσώπου δεμάτιον ἕν, λασάρου γο εʹ, δαύκου Κρητικοῦ γο βʹ, βοτάνης βράθυος, ἣν Ῥωμαῖοι Σαβῖναν καλοῦσιν, γο βʹ, δικτάμνου γο γʹ, καστορίου γο ϛʹ, ὀπίου γο αʹ, καρδά‐ μων \| γο αʹ, μάννης λιβανωτοῦ γο αʹ, σμύρνης τρωγλίτιδος</w:t>
      </w:r>
    </w:p>
    <w:p>
      <w:r>
        <w:rPr>
          <w:rFonts w:ascii="Courier New" w:hAnsi="Courier New"/>
          <w:color w:val="555555"/>
          <w:sz w:val="20"/>
        </w:rPr>
        <w:t>[5]</w:t>
      </w:r>
    </w:p>
    <w:p>
      <w:r>
        <w:rPr>
          <w:rFonts w:ascii="Gentium Plus" w:hAnsi="Gentium Plus"/>
          <w:sz w:val="24"/>
        </w:rPr>
        <w:t>γο αʹ, ἐν ὀξυμέλιτι μίξας, πρόσαγε τῷ ζῴῳ.</w:t>
      </w:r>
    </w:p>
    <w:p>
      <w:pPr>
        <w:jc w:val="center"/>
      </w:pPr>
      <w:r>
        <w:rPr>
          <w:rFonts w:ascii="Gentium Plus" w:hAnsi="Gentium Plus"/>
          <w:b/>
          <w:sz w:val="24"/>
        </w:rPr>
        <w:t>πρὸς βῆχα ἐκ τοῦ φάρυγος τικτομένην.</w:t>
      </w:r>
    </w:p>
    <w:p>
      <w:r>
        <w:rPr>
          <w:rFonts w:ascii="Courier New" w:hAnsi="Courier New"/>
          <w:color w:val="555555"/>
          <w:sz w:val="20"/>
        </w:rPr>
        <w:t>[1]</w:t>
      </w:r>
    </w:p>
    <w:p>
      <w:r>
        <w:rPr>
          <w:rFonts w:ascii="Gentium Plus" w:hAnsi="Gentium Plus"/>
          <w:sz w:val="24"/>
        </w:rPr>
        <w:t>Σμύρνης γο βʹ, λινοσπέρμου φρυγέντος ξέστην αʹ, καρ‐</w:t>
      </w:r>
    </w:p>
    <w:p>
      <w:r>
        <w:rPr>
          <w:rFonts w:ascii="Courier New" w:hAnsi="Courier New"/>
          <w:color w:val="555555"/>
          <w:sz w:val="20"/>
        </w:rPr>
        <w:t>[5]</w:t>
      </w:r>
    </w:p>
    <w:p>
      <w:r>
        <w:rPr>
          <w:rFonts w:ascii="Gentium Plus" w:hAnsi="Gentium Plus"/>
          <w:sz w:val="24"/>
        </w:rPr>
        <w:t>ζῴῳ ἐπὶ ἡμέραις πέντε ἢ ἑπτά.</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Ὄρνιν σφάξας καὶ εὐθέως ῥαχίσας, λάβε αὐτῆς τὴν κοι‐ λίαν, ὡς ἔστι μετὰ τῆς κόπρου, καὶ εἰλήσας αὐτὴν ἐν μέλιτι, δίδου τῷ ζῴῳ ἔτι θερμὴν οὖσαν διὰ τῆς φάρυγος.</w:t>
      </w:r>
    </w:p>
    <w:p>
      <w:pPr>
        <w:jc w:val="center"/>
      </w:pPr>
      <w:r>
        <w:rPr>
          <w:rFonts w:ascii="Gentium Plus" w:hAnsi="Gentium Plus"/>
          <w:b/>
          <w:sz w:val="24"/>
        </w:rPr>
        <w:t>πρὸς βῆχα βαρείαν.</w:t>
      </w:r>
    </w:p>
    <w:p>
      <w:r>
        <w:rPr>
          <w:rFonts w:ascii="Courier New" w:hAnsi="Courier New"/>
          <w:color w:val="555555"/>
          <w:sz w:val="20"/>
        </w:rPr>
        <w:t>[1]</w:t>
      </w:r>
    </w:p>
    <w:p>
      <w:r>
        <w:rPr>
          <w:rFonts w:ascii="Gentium Plus" w:hAnsi="Gentium Plus"/>
          <w:sz w:val="24"/>
        </w:rPr>
        <w:t>Σφαιρία κυπαρίσσου ἑψήσας καλῶς, κόψον ἐν ὅλμῳ, καὶ ἐπιβαλὼν φύλλα βοτάνης σιδηρίτιδος, ἣν Ῥωμαῖοι παριταρίαν καλοῦσι, καὶ \| σκόροδα Γαλλικὰ καὶ ἀξούγγιον, ποίησον πα‐ στίλους, οὓς ἐπὶ τρισὶν ἡμέραις, ἐμβαλὼν εἰς ἔλαιον καὶ οἶνον,</w:t>
      </w:r>
    </w:p>
    <w:p>
      <w:r>
        <w:rPr>
          <w:rFonts w:ascii="Courier New" w:hAnsi="Courier New"/>
          <w:color w:val="555555"/>
          <w:sz w:val="20"/>
        </w:rPr>
        <w:t>[5]</w:t>
      </w:r>
    </w:p>
    <w:p>
      <w:r>
        <w:rPr>
          <w:rFonts w:ascii="Gentium Plus" w:hAnsi="Gentium Plus"/>
          <w:sz w:val="24"/>
        </w:rPr>
        <w:t>καὶ προσμίξας ἕψημα καὶ ᾠά, δίδου. εἰ δὲ μὴ βουληθῇς τὰ σφαιρία ἑψῆσαι, φύλλα τῆς κυπαρίσσου κόψας, καὶ ποιήσας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Πρὸ πάντων χρὴ καθαίρειν τὸ σῶμα τοῦ ζῴου ἀγριοσι‐ κύῳ μετὰ νίτρου Ἀλεξανδρίνου λειωθέντος καὶ οἴνου παλαιοῦ προσμιγέντος καὶ διὰ κέρατος ἐγχυματιζομένου. μετὰ δὲ τρεῖς ἡμέρας προσάγειν βοήθημα τόδε· σκίλλης παχυτέρας μέρη</w:t>
      </w:r>
    </w:p>
    <w:p>
      <w:r>
        <w:rPr>
          <w:rFonts w:ascii="Courier New" w:hAnsi="Courier New"/>
          <w:color w:val="555555"/>
          <w:sz w:val="20"/>
        </w:rPr>
        <w:t>[5]</w:t>
      </w:r>
    </w:p>
    <w:p>
      <w:r>
        <w:rPr>
          <w:rFonts w:ascii="Gentium Plus" w:hAnsi="Gentium Plus"/>
          <w:sz w:val="24"/>
        </w:rPr>
        <w:t>τέσσαρα κόψας, καὶ προσβαλὼν λασάρου ὅσον κυάμου μέγεθος καὶ οἴνου παλαιοῦ ξέστην ἕνα καὶ ἐλαίου παλαιοῦ λίτραν μίαν, διὰ κέρατος ἐγχυμάτιζε.</w:t>
      </w:r>
    </w:p>
    <w:p>
      <w:pPr>
        <w:jc w:val="center"/>
      </w:pPr>
      <w:r>
        <w:rPr>
          <w:rFonts w:ascii="Gentium Plus" w:hAnsi="Gentium Plus"/>
          <w:b/>
          <w:sz w:val="24"/>
        </w:rPr>
        <w:t>ὑποθυμίασις εἰς βήσσοντας ἵππους.</w:t>
      </w:r>
    </w:p>
    <w:p>
      <w:r>
        <w:rPr>
          <w:rFonts w:ascii="Courier New" w:hAnsi="Courier New"/>
          <w:color w:val="555555"/>
          <w:sz w:val="20"/>
        </w:rPr>
        <w:t>[1]</w:t>
      </w:r>
    </w:p>
    <w:p>
      <w:r>
        <w:rPr>
          <w:rFonts w:ascii="Gentium Plus" w:hAnsi="Gentium Plus"/>
          <w:sz w:val="24"/>
        </w:rPr>
        <w:t>Σανδαράχης γο αʹ, ἀσφάλτου γο αʹ, σκόροδα \ ἐξ ἴσου λειώσας, ποίησον μέρη τρία, καὶ ἑνὶ τούτων ἑκάστης ἡμέρας ὑποθυμία τὸ ζῷον, σκέπων τὴν κεφαλὴν καὶ τοὺς ὀφθαλμοὺς περιδεσμῶν. μετὰ δὲ τὸ ὑποθυμιᾶσαι στέαρ ἐλά‐</w:t>
      </w:r>
    </w:p>
    <w:p>
      <w:r>
        <w:rPr>
          <w:rFonts w:ascii="Courier New" w:hAnsi="Courier New"/>
          <w:color w:val="555555"/>
          <w:sz w:val="20"/>
        </w:rPr>
        <w:t>[5]</w:t>
      </w:r>
    </w:p>
    <w:p>
      <w:r>
        <w:rPr>
          <w:rFonts w:ascii="Gentium Plus" w:hAnsi="Gentium Plus"/>
          <w:sz w:val="24"/>
        </w:rPr>
        <w:t>φειον ἢ προβάτειον ἐν οἴνῳ γλυκεῖ ἀρκοῦντι συμμίξας καὶ λύσας, καὶ ἐπιβαλὼν ὀλίγον κηρίου λελειωμένου καὶ θερμάνας,</w:t>
      </w:r>
    </w:p>
    <w:p>
      <w:pPr>
        <w:jc w:val="center"/>
      </w:pPr>
      <w:r>
        <w:rPr>
          <w:rFonts w:ascii="Gentium Plus" w:hAnsi="Gentium Plus"/>
          <w:b/>
          <w:sz w:val="24"/>
        </w:rPr>
        <w:t>κατασκευὴ παστίλλων εἰς τὸ αὐτό.</w:t>
      </w:r>
    </w:p>
    <w:p>
      <w:r>
        <w:rPr>
          <w:rFonts w:ascii="Courier New" w:hAnsi="Courier New"/>
          <w:color w:val="555555"/>
          <w:sz w:val="20"/>
        </w:rPr>
        <w:t>[1]</w:t>
      </w:r>
    </w:p>
    <w:p>
      <w:r>
        <w:rPr>
          <w:rFonts w:ascii="Gentium Plus" w:hAnsi="Gentium Plus"/>
          <w:sz w:val="24"/>
        </w:rPr>
        <w:t>Πετροσελίνου Μακεδονικοῦ γο αcʹ, δαύκου γο ϛʹ, σμύρ‐ νης γο αʹ, ναρδοστάχυος γο αʹ, κρόκου, πεπέρεως, ἀκόρου, στάγματος ἀμμωνιακοῦ, κασίας ἀνὰ γο αʹ, κόψας καὶ σήσας, καὶ ὕδατι συμμίξας καὶ μέλιτι, ποίει παστίλλους, καὶ ἐμβά‐</w:t>
      </w:r>
    </w:p>
    <w:p>
      <w:r>
        <w:rPr>
          <w:rFonts w:ascii="Courier New" w:hAnsi="Courier New"/>
          <w:color w:val="555555"/>
          <w:sz w:val="20"/>
        </w:rPr>
        <w:t>[5]</w:t>
      </w:r>
    </w:p>
    <w:p>
      <w:r>
        <w:rPr>
          <w:rFonts w:ascii="Gentium Plus" w:hAnsi="Gentium Plus"/>
          <w:sz w:val="24"/>
        </w:rPr>
        <w:t>πτων ἐν ἑψήματι δίδου, τὴν δὲ τραγάκανθαν πρὸ μιᾶς ἐν ὑδρομέλιτι ἀπόβρεχε.</w:t>
      </w:r>
    </w:p>
    <w:p>
      <w:pPr>
        <w:jc w:val="center"/>
      </w:pPr>
      <w:r>
        <w:rPr>
          <w:rFonts w:ascii="Gentium Plus" w:hAnsi="Gentium Plus"/>
          <w:b/>
          <w:sz w:val="24"/>
        </w:rPr>
        <w:t>προπότισμα εἰς τὸ αὐτὸ πάθος.</w:t>
      </w:r>
    </w:p>
    <w:p>
      <w:r>
        <w:rPr>
          <w:rFonts w:ascii="Courier New" w:hAnsi="Courier New"/>
          <w:color w:val="555555"/>
          <w:sz w:val="20"/>
        </w:rPr>
        <w:t>[1]</w:t>
      </w:r>
    </w:p>
    <w:p>
      <w:r>
        <w:rPr>
          <w:rFonts w:ascii="Gentium Plus" w:hAnsi="Gentium Plus"/>
          <w:sz w:val="24"/>
        </w:rPr>
        <w:t>Τραγακάνθης, κυμίνου, ναρδοστάχυος, σμύρνης, πεπέ‐ ρεως ἀνὰ γο μίαν, ὁρμίνου σπέρματος \| λίτραν αʹ, ἑψήματος ξέσταις δυσὶ μίξας, διὰ κέρατος ἐγχυμάτιζε.</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Αἰθάλην καθαρίως λεάνας, καὶ ἐκ ταύτης κοχλιάριον μεστὸν ἐμβαλὼν εἰς κέρας, καὶ οἶνον παλαιὸν συμμίξας, ἐπὶ τρισὶν ἡμέραις ἐγχυμάτιζε.</w:t>
      </w:r>
    </w:p>
    <w:p>
      <w:pPr>
        <w:jc w:val="center"/>
      </w:pPr>
      <w:r>
        <w:rPr>
          <w:rFonts w:ascii="Gentium Plus" w:hAnsi="Gentium Plus"/>
          <w:b/>
          <w:sz w:val="24"/>
        </w:rPr>
        <w:t>πρὸς βῆχα παλαιὰν καὶ συνάγχην.</w:t>
      </w:r>
    </w:p>
    <w:p>
      <w:r>
        <w:rPr>
          <w:rFonts w:ascii="Courier New" w:hAnsi="Courier New"/>
          <w:color w:val="555555"/>
          <w:sz w:val="20"/>
        </w:rPr>
        <w:t>[1]</w:t>
      </w:r>
    </w:p>
    <w:p>
      <w:r>
        <w:rPr>
          <w:rFonts w:ascii="Gentium Plus" w:hAnsi="Gentium Plus"/>
          <w:sz w:val="24"/>
        </w:rPr>
        <w:t>Στύρακος πυρροῦ γο γʹ, σμύρνης τρωγλίτιδος, ὀποπάνα‐ κος, ἴρεως Ἰλλυρικῆς, χαλβάνης ἀνὰ γο βʹ, ῥητίνης τερεβιν‐ θίνης γο δʹ, ὑοσκυάμου συμφωνιακῆς γο αʹ, ὀπίου γο cʹ,</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Μέλιτος Ἀττικοῦ λίτραν αʹ, ἀξουγγίου λίτραν αcʹ, ἰσχά‐ δας ιβʹ, στρόβιλον κεκαυμένον ὁλόκληρον, κράμβης ἡψημένης χυλὸν συμμίξας, καὶ ἐπιβαλὼν ἡμίναν γάρου καλοῦ, ποίησον σφαιρία καὶ δίδου τῷ βήσσοντι.</w:t>
      </w:r>
    </w:p>
    <w:p>
      <w:pPr>
        <w:jc w:val="center"/>
      </w:pPr>
      <w:r>
        <w:rPr>
          <w:rFonts w:ascii="Gentium Plus" w:hAnsi="Gentium Plus"/>
          <w:b/>
          <w:sz w:val="24"/>
        </w:rPr>
        <w:t>ἄλλο. \</w:t>
      </w:r>
    </w:p>
    <w:p>
      <w:r>
        <w:rPr>
          <w:rFonts w:ascii="Courier New" w:hAnsi="Courier New"/>
          <w:color w:val="555555"/>
          <w:sz w:val="20"/>
        </w:rPr>
        <w:t>[1]</w:t>
      </w:r>
    </w:p>
    <w:p>
      <w:r>
        <w:rPr>
          <w:rFonts w:ascii="Gentium Plus" w:hAnsi="Gentium Plus"/>
          <w:sz w:val="24"/>
        </w:rPr>
        <w:t>Κισσοῦ φύλλα καὶ λεύκης λευκῆς, οὐ τῆς τυχούσης, λειώ‐ σας, καὶ μίξας οἴνῳ παλαιῷ λευκῷ διὰ ῥινῶν ἐγχυμάτιζε.</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Ὀξυσχοίνου σπέρμα τῷ χόρτῳ τῷ παραβαλλομένῳ τῷ ζῴῳ σύμμιξον.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Πηγάνου φύλλα τὰ ἁπαλὰ τρῖψον καὶ μετὰ οἴνου πα‐ λαιοῦ διὰ ῥινῶν ἔγχει, καὶ τὸν χόρτον, ὃν ἐσθίει, χυλῷ ἀγρίου σικύου ῥάντιζε. βέλτιον δὲ αὐτοῦ τοῦ ἀγριοσικύου τὸ σπέρμα καὶ τὰς ῥίζας ξηρὰς συμμῖξαι μετὰ κριθῶν καὶ οὕτω παρα‐</w:t>
      </w:r>
    </w:p>
    <w:p>
      <w:r>
        <w:rPr>
          <w:rFonts w:ascii="Courier New" w:hAnsi="Courier New"/>
          <w:color w:val="555555"/>
          <w:sz w:val="20"/>
        </w:rPr>
        <w:t>[5]</w:t>
      </w:r>
    </w:p>
    <w:p>
      <w:r>
        <w:rPr>
          <w:rFonts w:ascii="Gentium Plus" w:hAnsi="Gentium Plus"/>
          <w:sz w:val="24"/>
        </w:rPr>
        <w:t>βάλλειν.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Θεῖον ἄπυρον καὶ βράθυος τὸ ἀρκοῦν μέλιτι καὶ οἴνῳ</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Βράθυος γράμματα δʹ, σμύρνης γράμμα αʹ, κρόκου \ γράμματα βʹ, οἴνου ξέστην αcʹ, ἐλαίου ξέστου τὸ ἥμισυ συμ‐ μίξας, δίδου πρωῒ ἡμίναν καὶ μετὰ τὸ ἄριστον ἡμίναν διὰ ῥινῶν, ἢ ῥαφανίδας λειωθείσας μετὰ ἡμίνης οἴνου.</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Μόρου ῥίζης γράμματος τρίτον, ἡλιοτροπίου ἡμίγραμμον καθαρίως λειώσας, μετὰ ἡμίνης οἴνου θερμοῦ διὰ τοῦ στό‐ ματος ἐπίβαλλε.</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Φακῆν ἐκλεπισθεῖσαν καὶ εἰς λεπτὰ ἀλεσθεῖσαν εἰς ἴσην ποσότητα θερμοῦ ὕδατος ἐπίβαλλε καὶ εἰς τὰς φάρυγας ἐπὶ ἡμέραις τρισὶν ἔγχει.</w:t>
      </w:r>
    </w:p>
    <w:p>
      <w:pPr>
        <w:jc w:val="center"/>
      </w:pPr>
      <w:r>
        <w:rPr>
          <w:rFonts w:ascii="Gentium Plus" w:hAnsi="Gentium Plus"/>
          <w:b/>
          <w:sz w:val="24"/>
        </w:rPr>
        <w:t>πρὸς παλαιὰν βῆχα.</w:t>
      </w:r>
    </w:p>
    <w:p>
      <w:r>
        <w:rPr>
          <w:rFonts w:ascii="Courier New" w:hAnsi="Courier New"/>
          <w:color w:val="555555"/>
          <w:sz w:val="20"/>
        </w:rPr>
        <w:t>[1]</w:t>
      </w:r>
    </w:p>
    <w:p>
      <w:r>
        <w:rPr>
          <w:rFonts w:ascii="Gentium Plus" w:hAnsi="Gentium Plus"/>
          <w:sz w:val="24"/>
        </w:rPr>
        <w:t>Πράσου χυλοῦ κυάθους τρεῖς μίξας μετὰ ἡμίνης ἐλαίου, δίδου ἐπὶ πολλαῖς ἡμέραις διὰ στόματος.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Πτελέας ξύλου μέρος καύσας, τὴν κόνιν λαβών καὶ διη‐ θήσας εἰς ὕδωρ, καὶ μετὰ ἴσου μέτρου ἔλαίου συμμίξας καὶ</w:t>
      </w:r>
    </w:p>
    <w:p>
      <w:pPr>
        <w:jc w:val="center"/>
      </w:pPr>
      <w:r>
        <w:rPr>
          <w:rFonts w:ascii="Gentium Plus" w:hAnsi="Gentium Plus"/>
          <w:b/>
          <w:sz w:val="24"/>
        </w:rPr>
        <w:t>πρὸς παλαιὰν βῆχα. \</w:t>
      </w:r>
    </w:p>
    <w:p>
      <w:r>
        <w:rPr>
          <w:rFonts w:ascii="Courier New" w:hAnsi="Courier New"/>
          <w:color w:val="555555"/>
          <w:sz w:val="20"/>
        </w:rPr>
        <w:t>[1]</w:t>
      </w:r>
    </w:p>
    <w:p>
      <w:r>
        <w:rPr>
          <w:rFonts w:ascii="Gentium Plus" w:hAnsi="Gentium Plus"/>
          <w:sz w:val="24"/>
        </w:rPr>
        <w:t>Χυλὸν πρασίου σταθμὸν δηναρίου ἑνός, σῦκα κβʹ, μέ‐ λιτος Ἀττικοῦ ἢ Σικελοῦ λίτραν αcʹ, εἰς χύτραν βαλὼν ἕψησον, ἕως ἡμισευθῇ. καὶ μετὰ ταῦτα προσθεὶς σμύρνης τρωγλίτιδος γο αʹ, κασίας γο αcʹ, κινναμώμου γο αcʹ, λιβανωτοῦ ἀρρενικοῦ</w:t>
      </w:r>
    </w:p>
    <w:p>
      <w:r>
        <w:rPr>
          <w:rFonts w:ascii="Courier New" w:hAnsi="Courier New"/>
          <w:color w:val="555555"/>
          <w:sz w:val="20"/>
        </w:rPr>
        <w:t>[5]</w:t>
      </w:r>
    </w:p>
    <w:p>
      <w:r>
        <w:rPr>
          <w:rFonts w:ascii="Gentium Plus" w:hAnsi="Gentium Plus"/>
          <w:sz w:val="24"/>
        </w:rPr>
        <w:t>γο αʹ, ἀριστολοχείας γο βʹ, ὀποπάνακος ῥίζης γο αʹ, μετὰ τὸ συνεψηθῆναι καλῶς ἐμβαλὼν εἰς ἀγγεῖον ξύλινον ἢ μολύβδι‐ νον, ἀπόθου καὶ χρῶ ἐπὶ τῆς χρείας, διδοὺς κοχλιάρια δύο.</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Φακῆν φρύξας καὶ ἀλέσας, καὶ λινόσπερμον καὶ τῆλιν ἀλέσας, σῆσον, καὶ ἀφ’ ἑκάστου κοχλιάριον συμμίξας, καὶ σκό‐ ροδα Γαλλικὰ τὰ ἀρκοῦντα, μετὰ οἴνου ἐγχυμάτιζε.</w:t>
      </w:r>
    </w:p>
    <w:p>
      <w:pPr>
        <w:jc w:val="center"/>
      </w:pPr>
      <w:r>
        <w:rPr>
          <w:rFonts w:ascii="Gentium Plus" w:hAnsi="Gentium Plus"/>
          <w:b/>
          <w:sz w:val="24"/>
        </w:rPr>
        <w:t>ἄλλο συμβαλλόμενον καὶ ἀνθρώποις.</w:t>
      </w:r>
    </w:p>
    <w:p>
      <w:r>
        <w:rPr>
          <w:rFonts w:ascii="Courier New" w:hAnsi="Courier New"/>
          <w:color w:val="555555"/>
          <w:sz w:val="20"/>
        </w:rPr>
        <w:t>[1]</w:t>
      </w:r>
    </w:p>
    <w:p>
      <w:r>
        <w:rPr>
          <w:rFonts w:ascii="Gentium Plus" w:hAnsi="Gentium Plus"/>
          <w:sz w:val="24"/>
        </w:rPr>
        <w:t>Σχοίνου ἄνθους σταθμὸν δηναρίων δʹ, ὀποπάνακος, ναρ‐ δοστάχυος, σμύρνης, ὀπίου, κρόκου Σικελοῦ, φύλλων νάρδου, κόστου ἀνὰ δηνα\|ρίων δʹ, μέλιτος Ἀττικοῦ σταθμὸν δηναρίων</w:t>
      </w:r>
    </w:p>
    <w:p>
      <w:pPr>
        <w:jc w:val="center"/>
      </w:pPr>
      <w:r>
        <w:rPr>
          <w:rFonts w:ascii="Gentium Plus" w:hAnsi="Gentium Plus"/>
          <w:b/>
          <w:sz w:val="24"/>
        </w:rPr>
        <w:t>ἄλλο προπότισμα.</w:t>
      </w:r>
    </w:p>
    <w:p>
      <w:r>
        <w:rPr>
          <w:rFonts w:ascii="Courier New" w:hAnsi="Courier New"/>
          <w:color w:val="555555"/>
          <w:sz w:val="20"/>
        </w:rPr>
        <w:t>[1]</w:t>
      </w:r>
    </w:p>
    <w:p>
      <w:r>
        <w:rPr>
          <w:rFonts w:ascii="Gentium Plus" w:hAnsi="Gentium Plus"/>
          <w:sz w:val="24"/>
        </w:rPr>
        <w:t>Ἀβροτόνου γο ἕξ, ὑσσώπου Κρητικοῦ τὸ ἴσον, ὀπίου ὀβολὸν αʹ, κόστου γο βʹ, ναρδοστάχυος γο βʹ, [ὀπο]πάνακος ῥίζης γο μίαν, παστίλου κεκαυμένου γο ϛcʹ, κινναμώμου γο αʹ, σμύρνης γο βʹ, λιβάνου ἄρρενος, πεπέρεως λευκοῦ, σχοίνου</w:t>
      </w:r>
    </w:p>
    <w:p>
      <w:r>
        <w:rPr>
          <w:rFonts w:ascii="Courier New" w:hAnsi="Courier New"/>
          <w:color w:val="555555"/>
          <w:sz w:val="20"/>
        </w:rPr>
        <w:t>[5]</w:t>
      </w:r>
    </w:p>
    <w:p>
      <w:r>
        <w:rPr>
          <w:rFonts w:ascii="Gentium Plus" w:hAnsi="Gentium Plus"/>
          <w:sz w:val="24"/>
        </w:rPr>
        <w:t>ἄνθους ἀνὰ γο βʹ, πεπέρεως μέλανος γο αʹ, κασίας γο βʹ, καρδαμώμου γο cʹ, καστορίου γο cʹ, μέλιτος πρωτείου λίτρας εʹ, κρόκου γο βʹ.</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Βοτάνην τὴν λεγομένην λάπαθον ἑψήσας ἐπιμελῶς, ποί‐ ησον σφαιρία, καὶ τούτοις πρόσθες ἔλαιον Ἱσπάνιον, ὄξος τε ἅμα βαλὼν καὶ κύμινον καὶ ἅλας συμμέτρως, δίδου τῷ ζῴῳ, τῇ μὲν πρώτῃ ἡμέρᾳ σφαιρία τρία, τῇ δὲ δευτέρᾳ δʹ, τῇ τρίτῃ</w:t>
      </w:r>
    </w:p>
    <w:p>
      <w:r>
        <w:rPr>
          <w:rFonts w:ascii="Courier New" w:hAnsi="Courier New"/>
          <w:color w:val="555555"/>
          <w:sz w:val="20"/>
        </w:rPr>
        <w:t>[5]</w:t>
      </w:r>
    </w:p>
    <w:p>
      <w:r>
        <w:rPr>
          <w:rFonts w:ascii="Gentium Plus" w:hAnsi="Gentium Plus"/>
          <w:sz w:val="24"/>
        </w:rPr>
        <w:t>εʹ, καὶ γνώσῃ τὴν τοῦ βοηθήματος ὠφέλειαν.</w:t>
      </w:r>
    </w:p>
    <w:p>
      <w:pPr>
        <w:jc w:val="center"/>
      </w:pPr>
      <w:r>
        <w:rPr>
          <w:rFonts w:ascii="Gentium Plus" w:hAnsi="Gentium Plus"/>
          <w:b/>
          <w:sz w:val="24"/>
        </w:rPr>
        <w:t>ἄλλο. \</w:t>
      </w:r>
    </w:p>
    <w:p>
      <w:r>
        <w:rPr>
          <w:rFonts w:ascii="Courier New" w:hAnsi="Courier New"/>
          <w:color w:val="555555"/>
          <w:sz w:val="20"/>
        </w:rPr>
        <w:t>[1]</w:t>
      </w:r>
    </w:p>
    <w:p>
      <w:r>
        <w:rPr>
          <w:rFonts w:ascii="Gentium Plus" w:hAnsi="Gentium Plus"/>
          <w:sz w:val="24"/>
        </w:rPr>
        <w:t>Πολλάκις βήσσουσιν ἵπποις καὶ ἡμιόνοις συνελθών, ὥστε θεραπεῦσαι διὰ βοηθημάτων, καὶ προποτίσμασι δὲ οὐχ ἧττον χρησάμενος, καὶ ἔτι τῆς νόσου παραμενούσης, μόλις κατελα‐ βόμην χρήσιμον εἶναι καὶ λυσιτελὲς ὑπὲρ πάντα τόδε πρὸς</w:t>
      </w:r>
    </w:p>
    <w:p>
      <w:r>
        <w:rPr>
          <w:rFonts w:ascii="Courier New" w:hAnsi="Courier New"/>
          <w:color w:val="555555"/>
          <w:sz w:val="20"/>
        </w:rPr>
        <w:t>[5]</w:t>
      </w:r>
    </w:p>
    <w:p>
      <w:r>
        <w:rPr>
          <w:rFonts w:ascii="Gentium Plus" w:hAnsi="Gentium Plus"/>
          <w:sz w:val="24"/>
        </w:rPr>
        <w:t>βῆχα τὸ βοήθημα, ὃ ἐπὶ τρισὶν ἡμέραις ἢ πέντε διὰ κέρατος χρὴ δίδοσθαι· φάβατος πεφρυγμένου ξέ. αʹ ἑψήσας καὶ μετὰ</w:t>
      </w:r>
    </w:p>
    <w:p>
      <w:r>
        <w:rPr>
          <w:rFonts w:ascii="Courier New" w:hAnsi="Courier New"/>
          <w:color w:val="555555"/>
          <w:sz w:val="20"/>
        </w:rPr>
        <w:t>[10]</w:t>
      </w:r>
    </w:p>
    <w:p>
      <w:r>
        <w:rPr>
          <w:rFonts w:ascii="Gentium Plus" w:hAnsi="Gentium Plus"/>
          <w:sz w:val="24"/>
        </w:rPr>
        <w:t>κείῳ μεθ’ ὕδατος ἀποζέσας, τὸ μὲν πρῶτον αὐτῆς ἔκχεε ζέμα, καὶ ἄλλο ἐπιβαλὼν ὕδωρ ὅσον ξέστας δʹ, πρόσμιγε εἰς τὸ αὐτὸ χαλκεῖον ἰσχάδας κʹ, καὶ γλυκυρίζου γο βʹ, καὶ ποίησον ζέσαι τοσοῦτον, ὅσον ἀπὸ τεσσάρων ξεστῶν τρεῖς ἐναπομεῖναι. καὶ τοῦτο τὸ ἀφέψημα τοῖς προγεγραμμένοις, τοῦτ’ ἔστι τῷ λελειω‐</w:t>
      </w:r>
    </w:p>
    <w:p>
      <w:r>
        <w:rPr>
          <w:rFonts w:ascii="Courier New" w:hAnsi="Courier New"/>
          <w:color w:val="555555"/>
          <w:sz w:val="20"/>
        </w:rPr>
        <w:t>[15]</w:t>
      </w:r>
    </w:p>
    <w:p>
      <w:r>
        <w:rPr>
          <w:rFonts w:ascii="Gentium Plus" w:hAnsi="Gentium Plus"/>
          <w:sz w:val="24"/>
        </w:rPr>
        <w:t>μένῳ κυάμῳ καὶ τῷ βουτύρῳ καὶ \ λείωσον. εἰ δὲ ἔτι σκληρότερον εὑρεθῇ, ἐπίβαλλε ἕψημα το‐ σοῦτον, ὅσον δύναται τοσαύτην ὑγρότητα ἐμποιῆσαι, ὥστε διὰ κέρατος προχωρῆσαι, καὶ ἐγχυμάτιζε. \|</w:t>
      </w:r>
    </w:p>
    <w:p>
      <w:pPr>
        <w:jc w:val="center"/>
      </w:pPr>
      <w:r>
        <w:rPr>
          <w:rFonts w:ascii="Gentium Plus" w:hAnsi="Gentium Plus"/>
          <w:b/>
          <w:sz w:val="24"/>
        </w:rPr>
        <w:t>περὶ αὐχένος ὑποζυγίου ἐπαρθέντος.</w:t>
      </w:r>
    </w:p>
    <w:p>
      <w:pPr>
        <w:jc w:val="center"/>
      </w:pPr>
      <w:r>
        <w:rPr>
          <w:rFonts w:ascii="Gentium Plus" w:hAnsi="Gentium Plus"/>
          <w:b/>
          <w:sz w:val="24"/>
        </w:rPr>
        <w:t>Ἱεροκλέους.</w:t>
      </w:r>
    </w:p>
    <w:p>
      <w:r>
        <w:rPr>
          <w:rFonts w:ascii="Courier New" w:hAnsi="Courier New"/>
          <w:color w:val="555555"/>
          <w:sz w:val="20"/>
        </w:rPr>
        <w:t>[1]</w:t>
      </w:r>
    </w:p>
    <w:p>
      <w:r>
        <w:rPr>
          <w:rFonts w:ascii="Gentium Plus" w:hAnsi="Gentium Plus"/>
          <w:sz w:val="24"/>
        </w:rPr>
        <w:t>Ἐὰν αὐχὴν ὑποζυγίου παρατριφθῇ καὶ ἐπαρθῇ, καλὸν χρῆσθαι τῇ θεραπείᾳ, ἣν ἐν τοῖς Κλεομένους τοῦ Λί‐ βυος εὕρομεν· μυρίκης καὶ σκίλλης ἴσον ἑκατέρου τρίψας, παράμισγε στέατός τε χοιρείου καὶ κηροῦ τὸ ἴσον τήξας,</w:t>
      </w:r>
    </w:p>
    <w:p>
      <w:r>
        <w:rPr>
          <w:rFonts w:ascii="Courier New" w:hAnsi="Courier New"/>
          <w:color w:val="555555"/>
          <w:sz w:val="20"/>
        </w:rPr>
        <w:t>[5]</w:t>
      </w:r>
    </w:p>
    <w:p>
      <w:r>
        <w:rPr>
          <w:rFonts w:ascii="Gentium Plus" w:hAnsi="Gentium Plus"/>
          <w:sz w:val="24"/>
        </w:rPr>
        <w:t>πρόσμιγε καὶ θείου καὶ λιθαργύρου καὶ μάννης, λιβάνου τε τὸ ἴσον καὶ ψιμυθίου καὶ κεδρέας. τρίψας τὰ ξηρὰ πάντα, παρέγχει τὴν κεδρέαν, καὶ συναναμίξας κατάχριε λιπαρώ‐ τερον. ἢ ψιμυθίου καὶ λιθαργύρου ἴσον ἑκατέρου τρίψας, ἐπίχεε ἔλαιον ῥόδινον, καὶ κηρωτῆς τὸ πάχος ποιήσας, χρῶ.</w:t>
      </w:r>
    </w:p>
    <w:p>
      <w:r>
        <w:rPr>
          <w:rFonts w:ascii="Courier New" w:hAnsi="Courier New"/>
          <w:color w:val="555555"/>
          <w:sz w:val="20"/>
        </w:rPr>
        <w:t>[10]</w:t>
      </w:r>
    </w:p>
    <w:p>
      <w:r>
        <w:rPr>
          <w:rFonts w:ascii="Gentium Plus" w:hAnsi="Gentium Plus"/>
          <w:sz w:val="24"/>
        </w:rPr>
        <w:t>ἐὰν δὲ ὑπὸ μάστιγος ἤ τινος ἄλλου τοιούτου ἔπαρμα σχῇ, θεῖον τρίψας \| καὶ ἀναζέσας μετὰ ὄξους, κατάχριε τὸν πεπον‐ θότα τόπον. \|</w:t>
      </w:r>
    </w:p>
    <w:p>
      <w:pPr>
        <w:jc w:val="center"/>
      </w:pPr>
      <w:r>
        <w:rPr>
          <w:rFonts w:ascii="Gentium Plus" w:hAnsi="Gentium Plus"/>
          <w:b/>
          <w:sz w:val="24"/>
        </w:rPr>
        <w:t>περὶ παραγωγῆς τραχήλου.</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Ὠρίωνι Ἀλεξανδρεῖ χαίρειν. ἔγραψάς μοι ζητῶν, ποίᾳ μεθόδῳ τὴν ἔκπτωσιν τοῦ τραχήλου ἐν τοῖς ἵπποις εἰς τὸ κατὰ φύσιν καταστήσεις. γινώσκειν οὖν σε θέλω, ὅτι οὐκ ἔστιν ἐκβολή, ἀλλὰ παραγωγή. ἐν οἷς τινες ἐπιδέ‐</w:t>
      </w:r>
    </w:p>
    <w:p>
      <w:r>
        <w:rPr>
          <w:rFonts w:ascii="Courier New" w:hAnsi="Courier New"/>
          <w:color w:val="555555"/>
          <w:sz w:val="20"/>
        </w:rPr>
        <w:t>[5]</w:t>
      </w:r>
    </w:p>
    <w:p>
      <w:r>
        <w:rPr>
          <w:rFonts w:ascii="Gentium Plus" w:hAnsi="Gentium Plus"/>
          <w:sz w:val="24"/>
        </w:rPr>
        <w:t>σμοις χρώμενοι διὰ τῶν πλαστίγγων καὶ κειριῶν οὐδὲν ἀγα‐ θὸν ποιοῦσιν. ἡμέτερον δὲ εὕρημα τοῦτο· δεῖ ἑστῶτος τοῦ ἵππου τὸ παρηγμένον μέρος τοῦ τραχήλου καὶ κεκυρτωμένον ἀνώσασθαι, εἶθ’ οὕτως πόρπακας ποιήσαντας μυρικίνους ἐπιτι‐ θέναι τῷ τόπῳ παρὰ βύρσαν, ἀντιπόρπους τρυπῶντας τῷ σχα‐</w:t>
      </w:r>
    </w:p>
    <w:p>
      <w:r>
        <w:rPr>
          <w:rFonts w:ascii="Courier New" w:hAnsi="Courier New"/>
          <w:color w:val="555555"/>
          <w:sz w:val="20"/>
        </w:rPr>
        <w:t>[10]</w:t>
      </w:r>
    </w:p>
    <w:p>
      <w:r>
        <w:rPr>
          <w:rFonts w:ascii="Gentium Plus" w:hAnsi="Gentium Plus"/>
          <w:sz w:val="24"/>
        </w:rPr>
        <w:t>στηρίῳ. τὸ δὲ ἅμμα ποιεῖν βρόχον τὸν καλούμενον λύκον, καὶ οὕτως συλλαμβά\|νειν τοὺς πόρπακας καὶ καταδεσμεῖν, καταβρέχειν τε ὄξει καὶ ἐλαίῳ δὶς τῆς ἡμέρας τὸν τόπον, ἄχρις ἂν ἀποπέσωσιν, καταντλεῖν τε ὕδατι θερμῷ καὶ θερα‐ πεύειν τὰ ἕλκη τῇ λιπαρᾷ, καὶ ἔσται ὑγιής. ἔστω δὲ τὸ</w:t>
      </w:r>
    </w:p>
    <w:p>
      <w:r>
        <w:rPr>
          <w:rFonts w:ascii="Courier New" w:hAnsi="Courier New"/>
          <w:color w:val="555555"/>
          <w:sz w:val="20"/>
        </w:rPr>
        <w:t>[15]</w:t>
      </w:r>
    </w:p>
    <w:p>
      <w:r>
        <w:rPr>
          <w:rFonts w:ascii="Gentium Plus" w:hAnsi="Gentium Plus"/>
          <w:sz w:val="24"/>
        </w:rPr>
        <w:t>σφήκωμα λινοῦν ἢ καννάβινον, τὸ πάχος ἔχον χορδῆς τοξικῆς.</w:t>
      </w:r>
    </w:p>
    <w:p>
      <w:pPr>
        <w:jc w:val="center"/>
      </w:pPr>
      <w:r>
        <w:rPr>
          <w:rFonts w:ascii="Gentium Plus" w:hAnsi="Gentium Plus"/>
          <w:b/>
          <w:sz w:val="24"/>
        </w:rPr>
        <w:t>Ἱεροκλέους περὶ τραχήλου ἐκπτώσεως.</w:t>
      </w:r>
    </w:p>
    <w:p>
      <w:r>
        <w:rPr>
          <w:rFonts w:ascii="Courier New" w:hAnsi="Courier New"/>
          <w:color w:val="555555"/>
          <w:sz w:val="20"/>
        </w:rPr>
        <w:t>[1]</w:t>
      </w:r>
    </w:p>
    <w:p>
      <w:r>
        <w:rPr>
          <w:rFonts w:ascii="Gentium Plus" w:hAnsi="Gentium Plus"/>
          <w:sz w:val="24"/>
        </w:rPr>
        <w:t>Τὸ μὲν ὄνομα τούτῳ ἐστὶ τῷ πάθει τραχήλου ἔκπτωσις. λέγει δὲ Ἄψυρτος μὴ εἶναι ἐκβολήν, ἀλλὰ παραγωγήν· τοὺς γοῦν ἐπιδέσμους τοὺς διὰ τῶν πλαστίγγων μέμφεται. φησὶ δὲ δεῖν ἑστῶτος τοῦ ἵππου τὸ παρηγμένον μέρος τοῦ</w:t>
      </w:r>
    </w:p>
    <w:p>
      <w:r>
        <w:rPr>
          <w:rFonts w:ascii="Courier New" w:hAnsi="Courier New"/>
          <w:color w:val="555555"/>
          <w:sz w:val="20"/>
        </w:rPr>
        <w:t>[5]</w:t>
      </w:r>
    </w:p>
    <w:p>
      <w:r>
        <w:rPr>
          <w:rFonts w:ascii="Gentium Plus" w:hAnsi="Gentium Plus"/>
          <w:sz w:val="24"/>
        </w:rPr>
        <w:t>τραχήλου καὶ κεκυρτωμένον ἀνώσασθαι εἰς τάξιν, εἶτα οὕτως πόρπακας ποιήσαντα μυρικίνους ἐντιθέναι τῷ τόπῳ παρὰ</w:t>
      </w:r>
    </w:p>
    <w:p>
      <w:r>
        <w:rPr>
          <w:rFonts w:ascii="Courier New" w:hAnsi="Courier New"/>
          <w:color w:val="555555"/>
          <w:sz w:val="20"/>
        </w:rPr>
        <w:t>[10]</w:t>
      </w:r>
    </w:p>
    <w:p>
      <w:r>
        <w:rPr>
          <w:rFonts w:ascii="Gentium Plus" w:hAnsi="Gentium Plus"/>
          <w:sz w:val="24"/>
        </w:rPr>
        <w:t>καὶ ἐλαίῳ δὶς τῆς ἡμέρας τὸν τόπον, ἄχρις οὗ ἀποπέσωσιν, καταντλεῖν τε ὕδατι θερμῷ καὶ θεραπεύειν τὰ ἕλκη τῇ καλου‐ μένῃ λιπαρᾷ. ἔστω δὲ τὸ σφήκωμα λινοῦν ἢ καννάβινον, ἔχον τὸ πάχος χορδῆς τοξικῆς.</w:t>
      </w:r>
    </w:p>
    <w:p>
      <w:pPr>
        <w:jc w:val="center"/>
      </w:pPr>
      <w:r>
        <w:rPr>
          <w:rFonts w:ascii="Gentium Plus" w:hAnsi="Gentium Plus"/>
          <w:b/>
          <w:sz w:val="24"/>
        </w:rPr>
        <w:t>Θεομνήστου περὶ παραγωγῆς τραχήλου.</w:t>
      </w:r>
    </w:p>
    <w:p>
      <w:r>
        <w:rPr>
          <w:rFonts w:ascii="Courier New" w:hAnsi="Courier New"/>
          <w:color w:val="555555"/>
          <w:sz w:val="20"/>
        </w:rPr>
        <w:t>[1]</w:t>
      </w:r>
    </w:p>
    <w:p>
      <w:r>
        <w:rPr>
          <w:rFonts w:ascii="Gentium Plus" w:hAnsi="Gentium Plus"/>
          <w:sz w:val="24"/>
        </w:rPr>
        <w:t>Συμβαίνει ἵππῳ καὶ ἄλλῳ ὑποζυγίῳ παραγωγὴν τραχήλου παθεῖν, ὅταν πρῶτον δεθῇ καὶ πρὸς δένδρον προσαφθῇ, ἀγανακτοῦντι καὶ διαστρεφομένῳ, ἢ κακουργῶν ἐν ζυγῷ, ἢ καταστραφέντος ὀχήματος ἐκτραπείσης τῆς ζεύξεως· καὶ γίνε‐</w:t>
      </w:r>
    </w:p>
    <w:p>
      <w:r>
        <w:rPr>
          <w:rFonts w:ascii="Courier New" w:hAnsi="Courier New"/>
          <w:color w:val="555555"/>
          <w:sz w:val="20"/>
        </w:rPr>
        <w:t>[5]</w:t>
      </w:r>
    </w:p>
    <w:p>
      <w:r>
        <w:rPr>
          <w:rFonts w:ascii="Gentium Plus" w:hAnsi="Gentium Plus"/>
          <w:sz w:val="24"/>
        </w:rPr>
        <w:t>ται τοῦ τραχήλου αὐτοῦ τὸ ἓν μέρος κοῖλον, τὸ δὲ ἕτερον κυρτόν. τοῦτον θεραπεύσομεν, τιθέντες ἐπὶ τὴν γῆν τὸ κοι‐ λότερον τοῦ τραχήλου καὶ τὸ κυρτὸν ἐπάνω, καὶ βαροῦντες ἰσχυρῶς ἀνωθούμεθα, ἕως οἱ σπόνδυλοι τῆς παραγωγῆς εἰς τὸ κα\|τὰ φύσιν ἔλθωσιν, εἶθ’ οὕτως πόρπακας μυρικίνους</w:t>
      </w:r>
    </w:p>
    <w:p>
      <w:r>
        <w:rPr>
          <w:rFonts w:ascii="Courier New" w:hAnsi="Courier New"/>
          <w:color w:val="555555"/>
          <w:sz w:val="20"/>
        </w:rPr>
        <w:t>[10]</w:t>
      </w:r>
    </w:p>
    <w:p>
      <w:r>
        <w:rPr>
          <w:rFonts w:ascii="Gentium Plus" w:hAnsi="Gentium Plus"/>
          <w:sz w:val="24"/>
        </w:rPr>
        <w:t>ποιεῖν τρεῖς, καὶ τῷ σχαστηρίῳ τρυπᾶν τὸν τράχηλον κατὰ τὸ κυρτὸν γεγονὸς μέρος ἐκ διαστήματος ἴσου, καὶ διελεῖν αὐτοὺς ὑπὸ δέρμα, καὶ ἀποδεσμεῖν διὰ τῆς βύρσης σχοινίῳ εὐτόνως στραφέντι κανναβίνῳ, ἔχοντι πάχος νευρᾶς. τὸ δὲ ἅμμα ποιεῖν βρόχον τὸν καλούμενον λύκον, καὶ ἀποδεσμεύειν,</w:t>
      </w:r>
    </w:p>
    <w:p>
      <w:r>
        <w:rPr>
          <w:rFonts w:ascii="Courier New" w:hAnsi="Courier New"/>
          <w:color w:val="555555"/>
          <w:sz w:val="20"/>
        </w:rPr>
        <w:t>[15]</w:t>
      </w:r>
    </w:p>
    <w:p>
      <w:r>
        <w:rPr>
          <w:rFonts w:ascii="Gentium Plus" w:hAnsi="Gentium Plus"/>
          <w:sz w:val="24"/>
        </w:rPr>
        <w:t>ἀποβρέχειν τε ὀξελαίῳ τρὶς τῆς ἡμέρας, καὶ τούτῳ συλλαμ‐ βάνειν τοὺς πόρπακας, ἄχρις ἂν ἀποπέσωσιν, καταντλεῖν τε ὕδατι θερμῷ καὶ θεραπεύειν. οὕτω γὰρ οὐκέτι διαστραφή‐ σεται.</w:t>
      </w:r>
    </w:p>
    <w:p>
      <w:pPr>
        <w:jc w:val="center"/>
      </w:pPr>
      <w:r>
        <w:rPr>
          <w:rFonts w:ascii="Gentium Plus" w:hAnsi="Gentium Plus"/>
          <w:b/>
          <w:sz w:val="24"/>
        </w:rPr>
        <w:t>Εὐμήλου πρὸς τραχήλου παρακίνημα.</w:t>
      </w:r>
    </w:p>
    <w:p>
      <w:r>
        <w:rPr>
          <w:rFonts w:ascii="Courier New" w:hAnsi="Courier New"/>
          <w:color w:val="555555"/>
          <w:sz w:val="20"/>
        </w:rPr>
        <w:t>[1]</w:t>
      </w:r>
    </w:p>
    <w:p>
      <w:r>
        <w:rPr>
          <w:rFonts w:ascii="Gentium Plus" w:hAnsi="Gentium Plus"/>
          <w:sz w:val="24"/>
        </w:rPr>
        <w:t>Κόπρον προβάτου μετὰ οἴνου παλαιοῦ καὶ ἐλαίου μῖξον,</w:t>
      </w:r>
    </w:p>
    <w:p>
      <w:r>
        <w:rPr>
          <w:rFonts w:ascii="Courier New" w:hAnsi="Courier New"/>
          <w:color w:val="555555"/>
          <w:sz w:val="20"/>
        </w:rPr>
        <w:t>[5]</w:t>
      </w:r>
    </w:p>
    <w:p>
      <w:r>
        <w:rPr>
          <w:rFonts w:ascii="Gentium Plus" w:hAnsi="Gentium Plus"/>
          <w:sz w:val="24"/>
        </w:rPr>
        <w:t>λίτραν μίαν, ῥητίνης Κορινθίας δραχμὰς ἕξ, στέατος \ μέρος τέταρτον, ἐλαίου Κυπρίνου κοτύλης ἥμισυ, πάντα μα‐ λακῷ πυρὶ λύσας, ἔχε πρὸς σύγχρισιν. μέλι δὲ καὶ ἔλαιον μίξας, διὰ τῶν μυκτήρων ἔγχει.</w:t>
      </w:r>
    </w:p>
    <w:p>
      <w:pPr>
        <w:jc w:val="center"/>
      </w:pPr>
      <w:r>
        <w:rPr>
          <w:rFonts w:ascii="Gentium Plus" w:hAnsi="Gentium Plus"/>
          <w:b/>
          <w:sz w:val="24"/>
        </w:rPr>
        <w:t>Πελαγωνίου πρὸς τράχηλον κεκλασμένον</w:t>
      </w:r>
    </w:p>
    <w:p>
      <w:r>
        <w:rPr>
          <w:rFonts w:ascii="Courier New" w:hAnsi="Courier New"/>
          <w:color w:val="555555"/>
          <w:sz w:val="20"/>
        </w:rPr>
        <w:t>[t2]</w:t>
      </w:r>
    </w:p>
    <w:p>
      <w:r>
        <w:rPr>
          <w:rFonts w:ascii="Gentium Plus" w:hAnsi="Gentium Plus"/>
          <w:sz w:val="24"/>
        </w:rPr>
        <w:t>ἢ σκέλος.</w:t>
      </w:r>
    </w:p>
    <w:p>
      <w:r>
        <w:rPr>
          <w:rFonts w:ascii="Courier New" w:hAnsi="Courier New"/>
          <w:color w:val="555555"/>
          <w:sz w:val="20"/>
        </w:rPr>
        <w:t>[1]</w:t>
      </w:r>
    </w:p>
    <w:p>
      <w:r>
        <w:rPr>
          <w:rFonts w:ascii="Gentium Plus" w:hAnsi="Gentium Plus"/>
          <w:sz w:val="24"/>
        </w:rPr>
        <w:t>Ἀξουγγίου οὐγκίας βʹ, κηροῦ λίτραν μίαν, στυπτηρίας οὐγ‐ κίας δύο, σκορόδων κεφαλῶν οὐγκίας βʹ, λειώσας ἅπαντα ἐν ταὐτῷ καὶ ἑψήσας, χρῶ. \|</w:t>
      </w:r>
    </w:p>
    <w:p>
      <w:pPr>
        <w:jc w:val="center"/>
      </w:pPr>
      <w:r>
        <w:rPr>
          <w:rFonts w:ascii="Gentium Plus" w:hAnsi="Gentium Plus"/>
          <w:b/>
          <w:sz w:val="24"/>
        </w:rPr>
        <w:t>πρὸς πύρωμα.</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Πυρώματος γενομένου τῷ ἵππῳ ἢ ὑποζυγίῳ τινί, ὃ δὴ μάλιστα συμβαίνει τοῖς νωταγωγοῖς, καὶ ἔστιν ἐπισφαλὲς καὶ κίνδυνον ἔχον, οἰδήματα γίνεται περὶ τὸν τόπον μεγάλα, ἰχῶ‐ ρας ἔχοντα, καὶ ἀποστρακοῦνται. θεραπεύεται δὲ περιτεμνό‐</w:t>
      </w:r>
    </w:p>
    <w:p>
      <w:r>
        <w:rPr>
          <w:rFonts w:ascii="Courier New" w:hAnsi="Courier New"/>
          <w:color w:val="555555"/>
          <w:sz w:val="20"/>
        </w:rPr>
        <w:t>[5]</w:t>
      </w:r>
    </w:p>
    <w:p>
      <w:r>
        <w:rPr>
          <w:rFonts w:ascii="Gentium Plus" w:hAnsi="Gentium Plus"/>
          <w:sz w:val="24"/>
        </w:rPr>
        <w:t>μενα τὰ τοιαῦτα οἰδήματα καὶ ἐντεμνόμενα. ἔχει δὲ φυσή‐ ματα ἄναιμα, καὶ εἰσβάλλεται εἰς τὰ τετμημένα ῥόα ἡ στύ‐ φουσα καὶ ἐπάνω τὰ ἄλφιτα. τῇ δὲ ἐχομένῃ ἡμέρᾳ κυπά‐ ρισον δεῖ κόψαι καὶ μῖξαι τοῖς ἀλφίτοις, καὶ μετὰ ὄξους</w:t>
      </w:r>
    </w:p>
    <w:p>
      <w:r>
        <w:rPr>
          <w:rFonts w:ascii="Courier New" w:hAnsi="Courier New"/>
          <w:color w:val="555555"/>
          <w:sz w:val="20"/>
        </w:rPr>
        <w:t>[10]</w:t>
      </w:r>
    </w:p>
    <w:p>
      <w:r>
        <w:rPr>
          <w:rFonts w:ascii="Gentium Plus" w:hAnsi="Gentium Plus"/>
          <w:sz w:val="24"/>
        </w:rPr>
        <w:t>χειρί. ὕδωρ δὲ μὴ προσάγειν καὶ ὡσαύτως τῆς ῥόας ἐντι‐ θέναι, τῇ δὲ τρίτῃ τὸ αὐτὸ ποιεῖν. ὁπόταν δὲ δοκῇ κεκρα‐\ τῆσθαι, καταπλύναντας ὕδατι, καὶ κράμβης φύλλα κόψαντας, καὶ μίξαντας ἄλευρον κρίθινον, καταπάσσειν, καὶ ἔσται ὑγιής.</w:t>
      </w:r>
    </w:p>
    <w:p>
      <w:pPr>
        <w:jc w:val="center"/>
      </w:pPr>
      <w:r>
        <w:rPr>
          <w:rFonts w:ascii="Gentium Plus" w:hAnsi="Gentium Plus"/>
          <w:b/>
          <w:sz w:val="24"/>
        </w:rPr>
        <w:t>Ἱεροκλέους εἰς τὸ αὐτὸ πάθος.</w:t>
      </w:r>
    </w:p>
    <w:p>
      <w:r>
        <w:rPr>
          <w:rFonts w:ascii="Courier New" w:hAnsi="Courier New"/>
          <w:color w:val="555555"/>
          <w:sz w:val="20"/>
        </w:rPr>
        <w:t>[25 . 2]</w:t>
      </w:r>
    </w:p>
    <w:p>
      <w:r>
        <w:rPr>
          <w:rFonts w:ascii="Gentium Plus" w:hAnsi="Gentium Plus"/>
          <w:sz w:val="24"/>
        </w:rPr>
        <w:t>Εἴωθε τοῖς ὑποζυγίοις πυρώματα γίγνεσθαι καὶ μάλιστα τοῖς νωταγωγοῖς. φέρει γοῦν κίνδυνον αὐτοῖς καὶ μάλιστα τὸ θῆλυ. ἔστι γὰρ καὶ ἄρρεν οἴδημα τὸ γινόμενον περὶ τὸν τόπον μέγα καὶ ἰχῶρας ἔχον καὶ ἀποστρακούμενον ἐντέμνε‐</w:t>
      </w:r>
    </w:p>
    <w:p>
      <w:r>
        <w:rPr>
          <w:rFonts w:ascii="Courier New" w:hAnsi="Courier New"/>
          <w:color w:val="555555"/>
          <w:sz w:val="20"/>
        </w:rPr>
        <w:t>[5]</w:t>
      </w:r>
    </w:p>
    <w:p>
      <w:r>
        <w:rPr>
          <w:rFonts w:ascii="Gentium Plus" w:hAnsi="Gentium Plus"/>
          <w:sz w:val="24"/>
        </w:rPr>
        <w:t>ται οὖν τὰ οἰδήματα, ἅπερ ἐστὶ φυσήματα, αἷμα οὐκ ἔχοντα. χρὴ δὲ ἐμβαλεῖν εἰς τὰ τετμημένα ῥόαν τὴν στύφουσαν καὶ ἐπάνω ἄλφιτα. τῇ δὲ ἑξῆς ἡμέρᾳ κυπάρισσον κόψας καὶ μίξας τοῖς ἀλφίτοις, μετὰ ὄξους τε φυράσας κατάπλασσε, ἀποσύρας τὰ προϋποκείμενα τῇ χειρί. ὕδωρ δὲ προσφέρειν οὐ χρή,</w:t>
      </w:r>
    </w:p>
    <w:p>
      <w:r>
        <w:rPr>
          <w:rFonts w:ascii="Courier New" w:hAnsi="Courier New"/>
          <w:color w:val="555555"/>
          <w:sz w:val="20"/>
        </w:rPr>
        <w:t>[10]</w:t>
      </w:r>
    </w:p>
    <w:p>
      <w:r>
        <w:rPr>
          <w:rFonts w:ascii="Gentium Plus" w:hAnsi="Gentium Plus"/>
          <w:sz w:val="24"/>
        </w:rPr>
        <w:t>ἐντιθέναι μέντοι καὶ αὖθις τῆς ῥόας. καὶ ὅταν καλῶς ἡ θερα‐ πεία προχωρήσῃ, κατάπλυνε ὕδατι, καὶ \| κράμβης φύλλοις μίξας ἄλευρον κρίθινον, κατάπλασσε, καὶ ἔσται καθαρόν. ἢ πράσα μίξας τῷ ἀλεύρῳ τῷ ὀροβίνῳ, κατάπλασσε ἕως γενέσθαι ὑγιῆ.</w:t>
      </w:r>
    </w:p>
    <w:p>
      <w:r>
        <w:rPr>
          <w:rFonts w:ascii="Courier New" w:hAnsi="Courier New"/>
          <w:color w:val="555555"/>
          <w:sz w:val="20"/>
        </w:rPr>
        <w:t>[25 . 3]</w:t>
      </w:r>
    </w:p>
    <w:p>
      <w:r>
        <w:rPr>
          <w:rFonts w:ascii="Gentium Plus" w:hAnsi="Gentium Plus"/>
          <w:sz w:val="24"/>
        </w:rPr>
        <w:t>ἐνίοις δὲ μετὰ τὴν ἐκτομὴν ὄξει καταβρέχειν δοκεῖ καὶ ἀναπληροῦν τὰς τομὰς ῥοιᾷ τῇ ἐσθιομένῃ. τῇ δὲ ἑξῆς κατα‐ πλάσσειν ἀλφίτοις φακοῖς τε τοῖς ἀπὸ τῶν λιμνῶν, προϋπο‐ βρέξαντα ὄξει, εἶτα σταλέντων τῶν οἰδημάτων, περιτρίψαντα</w:t>
      </w:r>
    </w:p>
    <w:p>
      <w:r>
        <w:rPr>
          <w:rFonts w:ascii="Courier New" w:hAnsi="Courier New"/>
          <w:color w:val="555555"/>
          <w:sz w:val="20"/>
        </w:rPr>
        <w:t>[5]</w:t>
      </w:r>
    </w:p>
    <w:p>
      <w:r>
        <w:rPr>
          <w:rFonts w:ascii="Gentium Plus" w:hAnsi="Gentium Plus"/>
          <w:sz w:val="24"/>
        </w:rPr>
        <w:t>καὶ περιπλύναντα θεραπεύειν τῷ τραυματικῷ φαρμάκῳ. \</w:t>
      </w:r>
    </w:p>
    <w:p>
      <w:pPr>
        <w:jc w:val="center"/>
      </w:pPr>
      <w:r>
        <w:rPr>
          <w:rFonts w:ascii="Gentium Plus" w:hAnsi="Gentium Plus"/>
          <w:b/>
          <w:sz w:val="24"/>
        </w:rPr>
        <w:t>περὶ ὤμου παθόντος.</w:t>
      </w:r>
    </w:p>
    <w:p>
      <w:pPr>
        <w:jc w:val="center"/>
      </w:pPr>
      <w:r>
        <w:rPr>
          <w:rFonts w:ascii="Gentium Plus" w:hAnsi="Gentium Plus"/>
          <w:b/>
          <w:sz w:val="24"/>
        </w:rPr>
        <w:t>Ἱεροκλέους.</w:t>
      </w:r>
    </w:p>
    <w:p>
      <w:r>
        <w:rPr>
          <w:rFonts w:ascii="Courier New" w:hAnsi="Courier New"/>
          <w:color w:val="555555"/>
          <w:sz w:val="20"/>
        </w:rPr>
        <w:t>[1]</w:t>
      </w:r>
    </w:p>
    <w:p>
      <w:r>
        <w:rPr>
          <w:rFonts w:ascii="Gentium Plus" w:hAnsi="Gentium Plus"/>
          <w:sz w:val="24"/>
        </w:rPr>
        <w:t>Ἐὰν ὦμος πάθῃ ἢ θλασθῇ, θεραπευέσθω, ὥς φησιν Ἱερώνυμος, οὕτως· αἷμα ἀφελόντα ἀπὸ τοῦ στήθους, ἐν μὲν τῷ θέρει ψυχρῷ καταντλεῖν, ἐν δὲ τῷ χειμῶνι θερμῷ, καὶ μὴ κινεῖν, ἕως οὗ καταστῇ. ἔνιοι δέ φασιν ἀρίστην εἶναι</w:t>
      </w:r>
    </w:p>
    <w:p>
      <w:r>
        <w:rPr>
          <w:rFonts w:ascii="Courier New" w:hAnsi="Courier New"/>
          <w:color w:val="555555"/>
          <w:sz w:val="20"/>
        </w:rPr>
        <w:t>[5]</w:t>
      </w:r>
    </w:p>
    <w:p>
      <w:r>
        <w:rPr>
          <w:rFonts w:ascii="Gentium Plus" w:hAnsi="Gentium Plus"/>
          <w:sz w:val="24"/>
        </w:rPr>
        <w:t>κατάντλησιν, εἰ πτελέας φύλλα ἐπὶ τρίτης ἐν ὕδατι ἑψήσας καταντλοίης.</w:t>
      </w:r>
    </w:p>
    <w:p>
      <w:pPr>
        <w:jc w:val="center"/>
      </w:pPr>
      <w:r>
        <w:rPr>
          <w:rFonts w:ascii="Gentium Plus" w:hAnsi="Gentium Plus"/>
          <w:b/>
          <w:sz w:val="24"/>
        </w:rPr>
        <w:t>Θεομνήστου [περὶ] ὤμου θλασθέντος ἴασις.</w:t>
      </w:r>
    </w:p>
    <w:p>
      <w:r>
        <w:rPr>
          <w:rFonts w:ascii="Courier New" w:hAnsi="Courier New"/>
          <w:color w:val="555555"/>
          <w:sz w:val="20"/>
        </w:rPr>
        <w:t>[1]</w:t>
      </w:r>
    </w:p>
    <w:p>
      <w:r>
        <w:rPr>
          <w:rFonts w:ascii="Gentium Plus" w:hAnsi="Gentium Plus"/>
          <w:sz w:val="24"/>
        </w:rPr>
        <w:t>Ἀσφάλτου, κώνης, ἀμμωνιακοῦ θυμιάματος, χαλβάνης, θείου ἀπύρου, βδελλίου, πάντα ἐξ ἴσου μίξας, κατάχριε τὸν τόπον τὸν πάσχοντα. \|</w:t>
      </w:r>
    </w:p>
    <w:p>
      <w:pPr>
        <w:jc w:val="center"/>
      </w:pPr>
      <w:r>
        <w:rPr>
          <w:rFonts w:ascii="Gentium Plus" w:hAnsi="Gentium Plus"/>
          <w:b/>
          <w:sz w:val="24"/>
        </w:rPr>
        <w:t>Ἀψύρτου περὶ ἐκβολῆς ὤμου καὶ κοτύλης.</w:t>
      </w:r>
    </w:p>
    <w:p>
      <w:r>
        <w:rPr>
          <w:rFonts w:ascii="Courier New" w:hAnsi="Courier New"/>
          <w:color w:val="555555"/>
          <w:sz w:val="20"/>
        </w:rPr>
        <w:t>[26 . 3]</w:t>
      </w:r>
    </w:p>
    <w:p>
      <w:r>
        <w:rPr>
          <w:rFonts w:ascii="Gentium Plus" w:hAnsi="Gentium Plus"/>
          <w:sz w:val="24"/>
        </w:rPr>
        <w:t>Ἄψυρτος Ἀπελλᾷ Λαοδικεῖ ἱπποϊατρῷ 〈χαίρειν〉. ὅσοι λέγουσιν ἐν τοῖς ὤμοις ἐκβολὴν καὶ τοὺς γόμφους ἐν τοῖς ὀπισθίοις μέρεσι τεθεραπευκέναι, οὐκ ἔγνωσαν οὗτοι τὸ συμβεβηκός. ἐκβολὴ γὰρ ἐστίν, ὅταν ἐκραγῇ τὸ ἐχόμενον</w:t>
      </w:r>
    </w:p>
    <w:p>
      <w:r>
        <w:rPr>
          <w:rFonts w:ascii="Courier New" w:hAnsi="Courier New"/>
          <w:color w:val="555555"/>
          <w:sz w:val="20"/>
        </w:rPr>
        <w:t>[5]</w:t>
      </w:r>
    </w:p>
    <w:p>
      <w:r>
        <w:rPr>
          <w:rFonts w:ascii="Gentium Plus" w:hAnsi="Gentium Plus"/>
          <w:sz w:val="24"/>
        </w:rPr>
        <w:t>νεῦρον ἐκ τῆς ὠμοπλάτης ἢ κοτύλης ὁ κόνδυλος, ὃν λέγομεν γόμφον. τούτων δὲ οὐκ ἔστι θεραπεία οὐδεμία. ἐντιθέμενα γὰρ εἰς τάξιν οὐ μένει, ἀλλ’ ὀλισθαίνει μὴ ἔχοντα τὸ συναφές. θεραπεύεται δέ, ὅταν γένηται ἔκτασις τοῦ νεύρου καὶ χάλασμα τοῦ ὤμου, καὶ περιπατῶν ἐπισύρῃ τὸν ὄνυχα, ἢ ἄνωθεν</w:t>
      </w:r>
    </w:p>
    <w:p>
      <w:r>
        <w:rPr>
          <w:rFonts w:ascii="Courier New" w:hAnsi="Courier New"/>
          <w:color w:val="555555"/>
          <w:sz w:val="20"/>
        </w:rPr>
        <w:t>[10]</w:t>
      </w:r>
    </w:p>
    <w:p>
      <w:r>
        <w:rPr>
          <w:rFonts w:ascii="Gentium Plus" w:hAnsi="Gentium Plus"/>
          <w:sz w:val="24"/>
        </w:rPr>
        <w:t>παρηγμένον ἐκνεύῃ τὸ ἄρθρον βαδίζοντος.</w:t>
      </w:r>
    </w:p>
    <w:p>
      <w:r>
        <w:rPr>
          <w:rFonts w:ascii="Courier New" w:hAnsi="Courier New"/>
          <w:color w:val="555555"/>
          <w:sz w:val="20"/>
        </w:rPr>
        <w:t>[26 . 4]</w:t>
      </w:r>
    </w:p>
    <w:p>
      <w:r>
        <w:rPr>
          <w:rFonts w:ascii="Gentium Plus" w:hAnsi="Gentium Plus"/>
          <w:sz w:val="24"/>
        </w:rPr>
        <w:t>ἔστι δὲ ἡ θεραπεία τοιαύτη· δεῖ ἀνώσασθαι κατὰ φύ‐</w:t>
      </w:r>
    </w:p>
    <w:p>
      <w:r>
        <w:rPr>
          <w:rFonts w:ascii="Courier New" w:hAnsi="Courier New"/>
          <w:color w:val="555555"/>
          <w:sz w:val="20"/>
        </w:rPr>
        <w:t>[5]</w:t>
      </w:r>
    </w:p>
    <w:p>
      <w:r>
        <w:rPr>
          <w:rFonts w:ascii="Gentium Plus" w:hAnsi="Gentium Plus"/>
          <w:sz w:val="24"/>
        </w:rPr>
        <w:t>θεραπεύειν τὰ ἕλκη τῇ λιπαρᾷ. ὑγιοῦς δὲ γενομένου, καίειν αὐτὸν ἐπὶ τὸ ἄρθρον γραφῇ στρογγύλῃ ἐγκεχιασμένῃ, καὶ ἔσται ὑγιής.</w:t>
      </w:r>
    </w:p>
    <w:p>
      <w:r>
        <w:rPr>
          <w:rFonts w:ascii="Courier New" w:hAnsi="Courier New"/>
          <w:color w:val="555555"/>
          <w:sz w:val="20"/>
        </w:rPr>
        <w:t>[26 . 5]</w:t>
      </w:r>
    </w:p>
    <w:p>
      <w:r>
        <w:rPr>
          <w:rFonts w:ascii="Gentium Plus" w:hAnsi="Gentium Plus"/>
          <w:sz w:val="24"/>
        </w:rPr>
        <w:t>τὰ δ’ ἐν τοῖς ὀπισθίοις μέρεσιν δυσεπίτευκτά εἰσι καὶ μένει χωλά, ἀτροφεῖ δὲ τὸ ἰσχίον καὶ παραξηραίνεται, καὶ τὴν ὁπλὴν ἐπισύρων ἐπιτρίβει. συμβαίνει δὲ τοῦτο, ὅταν τροχά‐ ζων ὀλισθήσῃ καὶ πεσὼν διασυρῇ, καὶ ὃ λέγουσι βατραχίσῃ.</w:t>
      </w:r>
    </w:p>
    <w:p>
      <w:r>
        <w:rPr>
          <w:rFonts w:ascii="Courier New" w:hAnsi="Courier New"/>
          <w:color w:val="555555"/>
          <w:sz w:val="20"/>
        </w:rPr>
        <w:t>[5]</w:t>
      </w:r>
    </w:p>
    <w:p>
      <w:r>
        <w:rPr>
          <w:rFonts w:ascii="Gentium Plus" w:hAnsi="Gentium Plus"/>
          <w:sz w:val="24"/>
        </w:rPr>
        <w:t>ἔσθ’ ὅτε δὲ καὶ συνέκρουσεν ἐν τῷ πεδίῳ πρὸς ἕτερον ἱππά‐ ζων, καὶ οὕτως ἔκτασις ἐγένετο τοῦ νεύρου καὶ σπασμὸς τοῦ ὤμου, εὐχερῶς δὲ γίνεται τοῖς νωταγωγοῖς. συμβαίνει δὲ λακτίζοντα εἰς τὸν τοῖχον ἢ λίθον ἢ ξύλον ἤ τι τοιοῦτο ἢ πτοηθέντα διά τινα αἰτίαν ἐκτινάξαι τὸ σφυρόν, ὃ γίνεται εἰς</w:t>
      </w:r>
    </w:p>
    <w:p>
      <w:r>
        <w:rPr>
          <w:rFonts w:ascii="Courier New" w:hAnsi="Courier New"/>
          <w:color w:val="555555"/>
          <w:sz w:val="20"/>
        </w:rPr>
        <w:t>[10]</w:t>
      </w:r>
    </w:p>
    <w:p>
      <w:r>
        <w:rPr>
          <w:rFonts w:ascii="Gentium Plus" w:hAnsi="Gentium Plus"/>
          <w:sz w:val="24"/>
        </w:rPr>
        <w:t>τὸ κατὰ φύσιν αὐτόματον. εὐθὺς δὲ δεῖ φλεβοτομεῖν ἀναγκαί‐ ως ἐκ τοῦ μεσοκυνίου, καὶ δεσμεύειν ὥσπερ καὶ τὰς θραύσεις μέχρις ἡμερῶν τεσσαρεσκαίδεκα, στερεώσαντα δὲ καίειν ἐμ‐ πλέκοντα μανδάκῃ. ἐὰν δὲ μὴ φλεβοτομη\|θῇ, ὑποτρέχει ὁ ἰχὼρ καὶ τὸ αἷμα, τοῦ τόπου διάστασιν εἰληφότος, καὶ ἄμορ‐</w:t>
      </w:r>
    </w:p>
    <w:p>
      <w:r>
        <w:rPr>
          <w:rFonts w:ascii="Courier New" w:hAnsi="Courier New"/>
          <w:color w:val="555555"/>
          <w:sz w:val="20"/>
        </w:rPr>
        <w:t>[15]</w:t>
      </w:r>
    </w:p>
    <w:p>
      <w:r>
        <w:rPr>
          <w:rFonts w:ascii="Gentium Plus" w:hAnsi="Gentium Plus"/>
          <w:sz w:val="24"/>
        </w:rPr>
        <w:t>φον γίνεται παρὰ φύσιν τῇ περιοχῇ τὸ σφυρὸν καὶ μᾶλλον χωλεύει.</w:t>
      </w:r>
    </w:p>
    <w:p>
      <w:pPr>
        <w:jc w:val="center"/>
      </w:pPr>
      <w:r>
        <w:rPr>
          <w:rFonts w:ascii="Gentium Plus" w:hAnsi="Gentium Plus"/>
          <w:b/>
          <w:sz w:val="24"/>
        </w:rPr>
        <w:t>Θεομνήστου εἰς τὸ αὐτό.</w:t>
      </w:r>
    </w:p>
    <w:p>
      <w:r>
        <w:rPr>
          <w:rFonts w:ascii="Courier New" w:hAnsi="Courier New"/>
          <w:color w:val="555555"/>
          <w:sz w:val="20"/>
        </w:rPr>
        <w:t>[26 . 6]</w:t>
      </w:r>
    </w:p>
    <w:p>
      <w:r>
        <w:rPr>
          <w:rFonts w:ascii="Gentium Plus" w:hAnsi="Gentium Plus"/>
          <w:sz w:val="24"/>
        </w:rPr>
        <w:t>Ἐὰν ἐν τῇ ἐλασίᾳ 〈ἢ〉 ὁδοιπορίᾳ ἵππος ἢ ἄλλο τι ὑποζύ‐ γιον ὦμον κατεαγῇ ἢ ἐκτραπῇ καὶ χωλαίνῃ, εἰ μὲν κατὰ φύ‐ σιν ἐκβῇ τῆς θέσεως, θεραπεύειν αἵματος ἀφαιρέσει ἀπὸ αὐ‐ τοῦ τοῦ ὤμου, καὶ δέχεσθαι τὸ αἷμα εἰς ἀγγεῖον, καὶ μιγνύ‐</w:t>
      </w:r>
    </w:p>
    <w:p>
      <w:r>
        <w:rPr>
          <w:rFonts w:ascii="Courier New" w:hAnsi="Courier New"/>
          <w:color w:val="555555"/>
          <w:sz w:val="20"/>
        </w:rPr>
        <w:t>[5]</w:t>
      </w:r>
    </w:p>
    <w:p>
      <w:r>
        <w:rPr>
          <w:rFonts w:ascii="Gentium Plus" w:hAnsi="Gentium Plus"/>
          <w:sz w:val="24"/>
        </w:rPr>
        <w:t>ναι ἐν αὐτῷ ἔλαιον καὶ ᾠὰ τρία, ἕψημα καὶ βολβοὺς ὠμοὺς καλῶς λεανθέντας καὶ κοχλίας μικροὺς νʹ, καὶ ἀναχρίειν θερ‐ μῷ καλῶς, καὶ χρῆσθαι ἀνακολλήματι, ὅπερ [εἰς τοῦτο κατε‐ σκευάσθη] 〈ἐπὶ τέλους τῇ συγγραφῇ ἐκτεθήσεται.</w:t>
      </w:r>
    </w:p>
    <w:p>
      <w:r>
        <w:rPr>
          <w:rFonts w:ascii="Courier New" w:hAnsi="Courier New"/>
          <w:color w:val="555555"/>
          <w:sz w:val="20"/>
        </w:rPr>
        <w:t>[26 . 7]</w:t>
      </w:r>
    </w:p>
    <w:p>
      <w:r>
        <w:rPr>
          <w:rFonts w:ascii="Gentium Plus" w:hAnsi="Gentium Plus"/>
          <w:sz w:val="24"/>
        </w:rPr>
        <w:t>ἐὰν δὲ ἐκβολὴ ᾖ, ψύχειν τὸν ὦμον καὶ καθιστᾶν, καὶ ταῦτα ποιεῖν οὕτως. ἐὰν δὲ ἴδῃς, ὅτι πεπηρωμένος ἦν ὁ ὦμος ἢ ἄλλο ἄρθρον, ποίησον κατακλιθῆναι τὸ ζῷον, καὶ νάρθηκι κρότησον τὸν τόπον τὸν πάσχοντα, ἵνα κενεοποιηθῇ ἡ βύρσα. καὶ τότε</w:t>
      </w:r>
    </w:p>
    <w:p>
      <w:r>
        <w:rPr>
          <w:rFonts w:ascii="Courier New" w:hAnsi="Courier New"/>
          <w:color w:val="555555"/>
          <w:sz w:val="20"/>
        </w:rPr>
        <w:t>[5]</w:t>
      </w:r>
    </w:p>
    <w:p>
      <w:r>
        <w:rPr>
          <w:rFonts w:ascii="Gentium Plus" w:hAnsi="Gentium Plus"/>
          <w:sz w:val="24"/>
        </w:rPr>
        <w:t>ὑποκάτω τοῦ πώρου ἀπὸ δακτύλων γʹ δίελε φλεβοτόμῳ τοσοῦ‐ τον, ὅσον καλαμισκάριον εἰσελθεῖν, καὶ ἐμβαλεῖν τὸν καλαμί‐ σκον, φυσῶντος ἑτέρου τὸ πνεῦμα 〈καὶ〉 τῇ χειρὶ κύκλῳ ἐνα‐ πωθοῦντος μέχρι τῆς βύρσης, καὶ κεντᾶν σχαστηρίῳ τὸ μέρος αὐτῆς πυκνῶς, καὶ καταπλάσσειν ἅλας λευκὸν καὶ ὄξος καὶ</w:t>
      </w:r>
    </w:p>
    <w:p>
      <w:r>
        <w:rPr>
          <w:rFonts w:ascii="Courier New" w:hAnsi="Courier New"/>
          <w:color w:val="555555"/>
          <w:sz w:val="20"/>
        </w:rPr>
        <w:t>[10]</w:t>
      </w:r>
    </w:p>
    <w:p>
      <w:r>
        <w:rPr>
          <w:rFonts w:ascii="Gentium Plus" w:hAnsi="Gentium Plus"/>
          <w:sz w:val="24"/>
        </w:rPr>
        <w:t>ἀνατρίβειν σὺν τῷ αἵματι, καὶ καταχρίειν αὐτὸν ἐγκατακείμε‐ νον. ἔστω δὲ τοῦ μὲν ἁλὸς τέταρτον 𐆅, τοῦ δὲ ὄξους 𐆅 cʹ. τῇ δὲ γʹ ἡμέρᾳ ἀπαντλεῖν ὕδατι θερμῷ πολλῷ, καὶ ταῖς ἓξ ἡμέραις καθ’ ἡμέραν, ἕως μηκέτι χωλαίνει. ὑγιοῦς δὲ γενο‐ μένου, 〈ἐν〉 τοῖς ἔργοις ἐκ προσαγωγῆς χρῆσθαι χρή. κατά‐</w:t>
      </w:r>
    </w:p>
    <w:p>
      <w:r>
        <w:rPr>
          <w:rFonts w:ascii="Courier New" w:hAnsi="Courier New"/>
          <w:color w:val="555555"/>
          <w:sz w:val="20"/>
        </w:rPr>
        <w:t>[15]</w:t>
      </w:r>
    </w:p>
    <w:p>
      <w:r>
        <w:rPr>
          <w:rFonts w:ascii="Gentium Plus" w:hAnsi="Gentium Plus"/>
          <w:sz w:val="24"/>
        </w:rPr>
        <w:t>χριε δὲ αὐτὸν τονωτικῷ ἀνειμένῳ ἐλαίῳ μαλάγμα〈τι〉 τῷ διὰ βδελλίου. αὕτη δὲ ἡ θεραπεία μάλιστα θέρους ἐπιτυγχάνει.〉</w:t>
      </w:r>
    </w:p>
    <w:p>
      <w:pPr>
        <w:jc w:val="center"/>
      </w:pPr>
      <w:r>
        <w:rPr>
          <w:rFonts w:ascii="Gentium Plus" w:hAnsi="Gentium Plus"/>
          <w:b/>
          <w:sz w:val="24"/>
        </w:rPr>
        <w:t>Ἱπποκράτους περὶ ἐκβολῆς ὤμου.</w:t>
      </w:r>
    </w:p>
    <w:p>
      <w:r>
        <w:rPr>
          <w:rFonts w:ascii="Courier New" w:hAnsi="Courier New"/>
          <w:color w:val="555555"/>
          <w:sz w:val="20"/>
        </w:rPr>
        <w:t>[1]</w:t>
      </w:r>
    </w:p>
    <w:p>
      <w:r>
        <w:rPr>
          <w:rFonts w:ascii="Gentium Plus" w:hAnsi="Gentium Plus"/>
          <w:sz w:val="24"/>
        </w:rPr>
        <w:t>Ἐὰν ἐν ταῖς συμβολαῖς τῶν ὤμων καὶ τῶν βραχιόνων γένηται χωλεία, σημεῖά ἐστι τάδε· \| οὐ προφέρει εἰς τὰ ἔμ‐ προσθεν οὐδὲ συνάγει τὸν βραχίονα, ἀλλὰ ἐπισύρει τὸ σκέλος, ἐν δὲ τῇ καταβάσει καταφέρεται λίαν. θεράπευε οὖν· ἐναλεί‐</w:t>
      </w:r>
    </w:p>
    <w:p>
      <w:r>
        <w:rPr>
          <w:rFonts w:ascii="Courier New" w:hAnsi="Courier New"/>
          <w:color w:val="555555"/>
          <w:sz w:val="20"/>
        </w:rPr>
        <w:t>[5]</w:t>
      </w:r>
    </w:p>
    <w:p>
      <w:r>
        <w:rPr>
          <w:rFonts w:ascii="Gentium Plus" w:hAnsi="Gentium Plus"/>
          <w:sz w:val="24"/>
        </w:rPr>
        <w:t>φειν οἴνῳ καὶ ἐλαίῳ, καὶ αἷμα ἀφαιρῶν ἐκ τῶν βραχιόνων καὶ πλύνων ἐπὶ ἡμέραις ἑπτά, ἔπειτα σύγχρισον ἐπὶ μιᾷ ἡμέρᾳ γλοιῷ παιδικῷ σὺν οἴνῳ καὶ ὄξει.</w:t>
      </w:r>
    </w:p>
    <w:p>
      <w:pPr>
        <w:jc w:val="center"/>
      </w:pPr>
      <w:r>
        <w:rPr>
          <w:rFonts w:ascii="Gentium Plus" w:hAnsi="Gentium Plus"/>
          <w:b/>
          <w:sz w:val="24"/>
        </w:rPr>
        <w:t>Ἱεροκλέους περὶ ὤμου χρονίου.</w:t>
      </w:r>
    </w:p>
    <w:p>
      <w:r>
        <w:rPr>
          <w:rFonts w:ascii="Courier New" w:hAnsi="Courier New"/>
          <w:color w:val="555555"/>
          <w:sz w:val="20"/>
        </w:rPr>
        <w:t>[26 . 9]</w:t>
      </w:r>
    </w:p>
    <w:p>
      <w:r>
        <w:rPr>
          <w:rFonts w:ascii="Gentium Plus" w:hAnsi="Gentium Plus"/>
          <w:sz w:val="24"/>
        </w:rPr>
        <w:t>Ἐὰν χρονία ᾖ ἡ ἀλγηδὼν τοῦ ὤμου, χρηστέον τῇ Ἀψύρ‐ του ὑφηγήσει. ἔστι δὲ αὕτη· κατικλίναντα τὸν ἵππον χρὴ κροτῆσαι τὸν ὦμον νάρθηκι ἢ σανδαλίῳ λεπτῷ, ἁπαλόν τι ῥάκος τῷ σανδαλίῳ περιβαλόντα. ἐὰν δὲ ἀποστῇ</w:t>
      </w:r>
    </w:p>
    <w:p>
      <w:r>
        <w:rPr>
          <w:rFonts w:ascii="Courier New" w:hAnsi="Courier New"/>
          <w:color w:val="555555"/>
          <w:sz w:val="20"/>
        </w:rPr>
        <w:t>[5]</w:t>
      </w:r>
    </w:p>
    <w:p>
      <w:r>
        <w:rPr>
          <w:rFonts w:ascii="Gentium Plus" w:hAnsi="Gentium Plus"/>
          <w:sz w:val="24"/>
        </w:rPr>
        <w:t>κρουομένη ἡ βύρσα, τρυπᾶν δεῖ παρὰ βύρσαν τῷ σχαστηρίῳ παρὰ τὴν ἔκφυσιν τοῦ ὤμου εἰς τὸν κόκκυγα μέσον, (Ἱερώ‐ νυμος δέ φησιν ἀπὸ δακτύλων τεσσάρων τῆς ἀκρωμίας) καὶ οὕτως διώσαντας τὴν σμίλην ὑποδέρειν αὐτόν, εἶτ’ ἐν‐ θέντας αὐλίσκον ἐμφυσᾶν εὐρώστως, καὶ \| κατάγειν τῇ χειρὶ</w:t>
      </w:r>
    </w:p>
    <w:p>
      <w:r>
        <w:rPr>
          <w:rFonts w:ascii="Courier New" w:hAnsi="Courier New"/>
          <w:color w:val="555555"/>
          <w:sz w:val="20"/>
        </w:rPr>
        <w:t>[10]</w:t>
      </w:r>
    </w:p>
    <w:p>
      <w:r>
        <w:rPr>
          <w:rFonts w:ascii="Gentium Plus" w:hAnsi="Gentium Plus"/>
          <w:sz w:val="24"/>
        </w:rPr>
        <w:t>τὸ ἐμφύσημα κύκλῳ τοῦ ὤμου μέχρι τῆς νύμφης, καὶ κατα‐ κεντεῖν τὴν βύρσαν τῷ σχαστηρίῳ, καὶ καταπάσαντα ἁλσὶ λεπτοῖς καὶ ὄξει, ἀποτρίβειν σὺν τῷ αἵματι, καὶ καταχρίειν αὐτὸν ἐγκατακείμενον. ἔστω δὲ τῶν ἁλῶν πλῆθος 〈παροψίς,〉 τοῦ δὲ ὄξους ἡμικοτύλια τρία.</w:t>
      </w:r>
    </w:p>
    <w:p>
      <w:r>
        <w:rPr>
          <w:rFonts w:ascii="Courier New" w:hAnsi="Courier New"/>
          <w:color w:val="555555"/>
          <w:sz w:val="20"/>
        </w:rPr>
        <w:t>[26 . 10]</w:t>
      </w:r>
    </w:p>
    <w:p>
      <w:r>
        <w:rPr>
          <w:rFonts w:ascii="Gentium Plus" w:hAnsi="Gentium Plus"/>
          <w:sz w:val="24"/>
        </w:rPr>
        <w:t>τρίτῃ δὲ ἡμέρᾳ ἐξαντλεῖν αὐτὸν ὕδατι θερμῷ καὶ ἐφεξῆς καθ’ ἡμέραν, χρῆσθαι δὲ καὶ καταχρίσματι, ἀνιέντα ἐλαίῳ, τῷ διὰ βδελλίου μαλάγματι συγκειμένῳ. εἰ δὲ μή, οἴνῳ καὶ ἐλαίῳ ἀνατρίβειν, τηροῦντα</w:t>
      </w:r>
    </w:p>
    <w:p>
      <w:r>
        <w:rPr>
          <w:rFonts w:ascii="Courier New" w:hAnsi="Courier New"/>
          <w:color w:val="555555"/>
          <w:sz w:val="20"/>
        </w:rPr>
        <w:t>[5]</w:t>
      </w:r>
    </w:p>
    <w:p>
      <w:r>
        <w:rPr>
          <w:rFonts w:ascii="Gentium Plus" w:hAnsi="Gentium Plus"/>
          <w:sz w:val="24"/>
        </w:rPr>
        <w:t>ἀνεῳγότα τὰ κεντήματα, μέχρις ἂν μὴ χωλεύῃ. ὑγιεῖ δὲ γε‐ νομένῳ χρῆσαι ἐν τοῖς ἔργοις ἐκ προσαγωγῆς καὶ κατὰ λόγον. ἐν θέρει δὲ ἡ θεραπεία ἁρμόττει, ὡς τῷ γε χειμῶνι δυσχερῶς κατορθοῖ, ἐνίοτε δὲ καὶ βλάπτει.</w:t>
      </w:r>
    </w:p>
    <w:p>
      <w:r>
        <w:rPr>
          <w:rFonts w:ascii="Courier New" w:hAnsi="Courier New"/>
          <w:color w:val="555555"/>
          <w:sz w:val="20"/>
        </w:rPr>
        <w:t>[26 . 11]</w:t>
      </w:r>
    </w:p>
    <w:p>
      <w:r>
        <w:rPr>
          <w:rFonts w:ascii="Gentium Plus" w:hAnsi="Gentium Plus"/>
          <w:sz w:val="24"/>
        </w:rPr>
        <w:t>ὅταν γε μὴν ἐπ’ ἀμφοτέροις γένηται τοῦτο τοῖς ὤμοις, καλοῦσιν αὐτὸ συνωμίασιν, τὸν μέντοι τρόπον τὸν αὐτὸν θερα‐</w:t>
      </w:r>
    </w:p>
    <w:p>
      <w:r>
        <w:rPr>
          <w:rFonts w:ascii="Courier New" w:hAnsi="Courier New"/>
          <w:color w:val="555555"/>
          <w:sz w:val="20"/>
        </w:rPr>
        <w:t>[5]</w:t>
      </w:r>
    </w:p>
    <w:p>
      <w:r>
        <w:rPr>
          <w:rFonts w:ascii="Gentium Plus" w:hAnsi="Gentium Plus"/>
          <w:sz w:val="24"/>
        </w:rPr>
        <w:t>ὠμότητος. πρόσφατον μὲν οὖν θεραπεύεται καυστικῷ κατα‐ χριόμενον. ὅταν δὲ στε\|ατωθῇ καὶ σκληρὸν γένηται, ἐκτμηθὲν θεραπεύεται ὡς τὰ λοιπά.</w:t>
      </w:r>
    </w:p>
    <w:p>
      <w:pPr>
        <w:jc w:val="center"/>
      </w:pPr>
      <w:r>
        <w:rPr>
          <w:rFonts w:ascii="Gentium Plus" w:hAnsi="Gentium Plus"/>
          <w:b/>
          <w:sz w:val="24"/>
        </w:rPr>
        <w:t>Ἱεροκλέους περὶ ἐν ῥάχει καὶ συνωμίᾳ ἑλκῶν.</w:t>
      </w:r>
    </w:p>
    <w:p>
      <w:r>
        <w:rPr>
          <w:rFonts w:ascii="Courier New" w:hAnsi="Courier New"/>
          <w:color w:val="555555"/>
          <w:sz w:val="20"/>
        </w:rPr>
        <w:t>[1]</w:t>
      </w:r>
    </w:p>
    <w:p>
      <w:r>
        <w:rPr>
          <w:rFonts w:ascii="Gentium Plus" w:hAnsi="Gentium Plus"/>
          <w:sz w:val="24"/>
        </w:rPr>
        <w:t>Τῶν ἐν τῇ ῥάχει καὶ τῇ συνωμίᾳ γενομένων ἑλκῶν ἀρί‐ στη θεραπεία, ὥς φησιν Ἄψυρτος, \| ἡ διὰ τοῦ καυστηρίου. τὰ γὰρ περιτεμνόμενα λειποσαρκεῖ καὶ λειποδερμεῖ καὶ δυσα‐ πούλωτα μένει, ὡς γίνεσθαι ἐνίοτε σηπεδόνα κατὰ βάθους.</w:t>
      </w:r>
    </w:p>
    <w:p>
      <w:r>
        <w:rPr>
          <w:rFonts w:ascii="Courier New" w:hAnsi="Courier New"/>
          <w:color w:val="555555"/>
          <w:sz w:val="20"/>
        </w:rPr>
        <w:t>[5]</w:t>
      </w:r>
    </w:p>
    <w:p>
      <w:r>
        <w:rPr>
          <w:rFonts w:ascii="Gentium Plus" w:hAnsi="Gentium Plus"/>
          <w:sz w:val="24"/>
        </w:rPr>
        <w:t>ἧς ἁψαμένης τοῦ νευρώδους, ἀναπεσὼν ὁ ἵππος οὐ δύναται διεγείρεσθαι, ἀλλὰ διαφθείρεται.</w:t>
      </w:r>
    </w:p>
    <w:p>
      <w:pPr>
        <w:jc w:val="center"/>
      </w:pPr>
      <w:r>
        <w:rPr>
          <w:rFonts w:ascii="Gentium Plus" w:hAnsi="Gentium Plus"/>
          <w:b/>
          <w:sz w:val="24"/>
        </w:rPr>
        <w:t>ἄλλο Ἱπποκράτους περὶ ὤμου ἐκβολῆς.</w:t>
      </w:r>
    </w:p>
    <w:p>
      <w:r>
        <w:rPr>
          <w:rFonts w:ascii="Courier New" w:hAnsi="Courier New"/>
          <w:color w:val="555555"/>
          <w:sz w:val="20"/>
        </w:rPr>
        <w:t>[1]</w:t>
      </w:r>
    </w:p>
    <w:p>
      <w:r>
        <w:rPr>
          <w:rFonts w:ascii="Gentium Plus" w:hAnsi="Gentium Plus"/>
          <w:sz w:val="24"/>
        </w:rPr>
        <w:t>Ἐὰν ἵππου ὦμος ἐκβληθῇ ἤ τινος τῶν ὑποζυγίων, ῥῖ‐ ψον αὐτὸν ἐπὶ τὸ ἔδαφος, ἵνα ὁ ἐκβεβλημένος ὦμος ἐπάνω ᾖ, καὶ δήσας τὸν πόδα, καὶ πρὸς δένδρον ἀποτείνας, ποκάριον ἐπιτίθει τῷ στήθει ... καὶ τρυπήσας τὸ δέρμα τοῦ ὤμου, \| μέχρις</w:t>
      </w:r>
    </w:p>
    <w:p>
      <w:r>
        <w:rPr>
          <w:rFonts w:ascii="Courier New" w:hAnsi="Courier New"/>
          <w:color w:val="555555"/>
          <w:sz w:val="20"/>
        </w:rPr>
        <w:t>[5]</w:t>
      </w:r>
    </w:p>
    <w:p>
      <w:r>
        <w:rPr>
          <w:rFonts w:ascii="Gentium Plus" w:hAnsi="Gentium Plus"/>
          <w:sz w:val="24"/>
        </w:rPr>
        <w:t>ἡμερῶν τεσσάρων βάλλε ἐπιούρους συκίνους, εἶτα ἐν οἴνῳ καὶ ἐλαίῳ βρέχε πολλῷ, περιθεὶς τοῖς ἐπιούροις ἔρια, καὶ μετὰ \ τέσσαρας ἡμέρας λῦσον, εἶτα ἐκσύρας τοὺς ἐπιούρους, πάλιν βρέχε τοῖς αὐτοῖς.</w:t>
      </w:r>
    </w:p>
    <w:p>
      <w:pPr>
        <w:jc w:val="center"/>
      </w:pPr>
      <w:r>
        <w:rPr>
          <w:rFonts w:ascii="Gentium Plus" w:hAnsi="Gentium Plus"/>
          <w:b/>
          <w:sz w:val="24"/>
        </w:rPr>
        <w:t>κατάπλαστος εἰς συνωμίας πόνον.</w:t>
      </w:r>
    </w:p>
    <w:p>
      <w:r>
        <w:rPr>
          <w:rFonts w:ascii="Courier New" w:hAnsi="Courier New"/>
          <w:color w:val="555555"/>
          <w:sz w:val="20"/>
        </w:rPr>
        <w:t>[1]</w:t>
      </w:r>
    </w:p>
    <w:p>
      <w:r>
        <w:rPr>
          <w:rFonts w:ascii="Gentium Plus" w:hAnsi="Gentium Plus"/>
          <w:sz w:val="24"/>
        </w:rPr>
        <w:t>Αὐτολύκιον ἢ ἐλλέβορον λευκόν, καὶ κέλυφα ᾠοῦ κατα‐ καύσας, καὶ κολυκόνταν καὶ κεράσια τρία καὶ ἀγριοσίκυον, καὶ</w:t>
      </w:r>
    </w:p>
    <w:p>
      <w:pPr>
        <w:jc w:val="center"/>
      </w:pPr>
      <w:r>
        <w:rPr>
          <w:rFonts w:ascii="Gentium Plus" w:hAnsi="Gentium Plus"/>
          <w:b/>
          <w:sz w:val="24"/>
        </w:rPr>
        <w:t>Ἀψύρτου περὶ συνωμίας.</w:t>
      </w:r>
    </w:p>
    <w:p>
      <w:r>
        <w:rPr>
          <w:rFonts w:ascii="Courier New" w:hAnsi="Courier New"/>
          <w:color w:val="555555"/>
          <w:sz w:val="20"/>
        </w:rPr>
        <w:t>[26 . 15]</w:t>
      </w:r>
    </w:p>
    <w:p>
      <w:r>
        <w:rPr>
          <w:rFonts w:ascii="Gentium Plus" w:hAnsi="Gentium Plus"/>
          <w:sz w:val="24"/>
        </w:rPr>
        <w:t>Πρῶτον μὲν ἐν ὕδατι θερμῷ κατάντλησον πολλῷ, εἶτα ἐγ‐ καταφύσησον οἴνῳ καὶ ἐλαίῳ θερμῷ τρῖψον, καὶ τῇ ἄλλῃ ἀπὸ τῶν ὤμων ἄφελε αἷμα μὴ πολύ, ἀλλὰ ὅσον κοτύλας ἕξ, μὴ εἰς μείζονα ἀρρωστίαν ἐμβάλῃς. καὶ ὡσαύτως ὡς ἔμπροσθεν κα‐</w:t>
      </w:r>
    </w:p>
    <w:p>
      <w:r>
        <w:rPr>
          <w:rFonts w:ascii="Courier New" w:hAnsi="Courier New"/>
          <w:color w:val="555555"/>
          <w:sz w:val="20"/>
        </w:rPr>
        <w:t>[5]</w:t>
      </w:r>
    </w:p>
    <w:p>
      <w:r>
        <w:rPr>
          <w:rFonts w:ascii="Gentium Plus" w:hAnsi="Gentium Plus"/>
          <w:sz w:val="24"/>
        </w:rPr>
        <w:t>τάντλει τῷ ὕδατι καὶ τρῖβε. ἐὰν μὲν οὖν ἀπ’ αὐτῆς τῆς θερα‐ πείας ὑγιὴς \| γένηται, εἰ δὲ μή γε, λαβὼν σχαστήριον, σχάσον παρὰ τὴν ἀκρωμίαν τὸ δέρμα διαμπερές, διαλιπὼν ἀπὸ τῆς ἀκρωμίας δύο δακτύλους.</w:t>
      </w:r>
    </w:p>
    <w:p>
      <w:r>
        <w:rPr>
          <w:rFonts w:ascii="Courier New" w:hAnsi="Courier New"/>
          <w:color w:val="555555"/>
          <w:sz w:val="20"/>
        </w:rPr>
        <w:t>[26 . 16]</w:t>
      </w:r>
    </w:p>
    <w:p>
      <w:r>
        <w:rPr>
          <w:rFonts w:ascii="Gentium Plus" w:hAnsi="Gentium Plus"/>
          <w:sz w:val="24"/>
        </w:rPr>
        <w:t>εἶτα ἐνθεὶς αὐλίσκον, ἐμφύσα, καὶ ἔπαγε τὸ δέρμα ἐπὶ τὸ ἄρθρον τῶν ὤμων, ἵνα πάντοθεν ὁμα‐ λῶς ἀποστήσῃς. εἶτα ἐξελὼν τὸν αὐλίσκον, μότωσον τὴν το‐ μὴν ἐρίῳ πιναρῷ, εἶτα ἐγκατάντλει ὕδατι θερμῷ, προσέχων,</w:t>
      </w:r>
    </w:p>
    <w:p>
      <w:r>
        <w:rPr>
          <w:rFonts w:ascii="Courier New" w:hAnsi="Courier New"/>
          <w:color w:val="555555"/>
          <w:sz w:val="20"/>
        </w:rPr>
        <w:t>[5]</w:t>
      </w:r>
    </w:p>
    <w:p>
      <w:r>
        <w:rPr>
          <w:rFonts w:ascii="Gentium Plus" w:hAnsi="Gentium Plus"/>
          <w:sz w:val="24"/>
        </w:rPr>
        <w:t>ἵνα μή τι παραρρυῇ τοῦ ὕδατος. εἶτα ἐὰν πῦον γένηται, πρόσεχε, ἵνα 〈μὴ〉 ἀποκλεισθῇ ἡμέρας δύο, τῇ δὲ τρίτῃ ἐξάγαγε τὸ ἔριον, καὶ ἔα ἀποκλείεσθαι. τὴν δὲ λοιπὴν θεραπείαν πρόσφερε, ὡς γέγραπται. εἰ δὲ μή γε, καῦσον αὐτὸν καυτη‐ ρίοις στρογγύλοις εἰς τοὺς ὤμους.</w:t>
      </w:r>
    </w:p>
    <w:p>
      <w:pPr>
        <w:jc w:val="center"/>
      </w:pPr>
      <w:r>
        <w:rPr>
          <w:rFonts w:ascii="Gentium Plus" w:hAnsi="Gentium Plus"/>
          <w:b/>
          <w:sz w:val="24"/>
        </w:rPr>
        <w:t>Ἱεροκλέους περὶ συνωμίας καὶ ῥάχεως.</w:t>
      </w:r>
    </w:p>
    <w:p>
      <w:r>
        <w:rPr>
          <w:rFonts w:ascii="Courier New" w:hAnsi="Courier New"/>
          <w:color w:val="555555"/>
          <w:sz w:val="20"/>
        </w:rPr>
        <w:t>[1]</w:t>
      </w:r>
    </w:p>
    <w:p>
      <w:r>
        <w:rPr>
          <w:rFonts w:ascii="Gentium Plus" w:hAnsi="Gentium Plus"/>
          <w:sz w:val="24"/>
        </w:rPr>
        <w:t>Ἐὰν ἀλγήσῃ τὴν συνωμίαν ἀπὸ δρόμου ἀμέτρου ἢ φορ‐ τίου, ἢ τοὺς ὤμους ὡς συνδεδεμένους ἔχῃ, καὶ τὸν τράχηλον πρὸς κατάβασιν ἀλγῇ, καταντλείσθω ὕδατι θερμῷ, καὶ ῥοϊζέ‐ σθω. ποίει \| δὲ αὐτῷ ἀνακολλήματα ἀλεύρου κριθίνου χοίνι‐</w:t>
      </w:r>
    </w:p>
    <w:p>
      <w:r>
        <w:rPr>
          <w:rFonts w:ascii="Courier New" w:hAnsi="Courier New"/>
          <w:color w:val="555555"/>
          <w:sz w:val="20"/>
        </w:rPr>
        <w:t>[5]</w:t>
      </w:r>
    </w:p>
    <w:p>
      <w:r>
        <w:rPr>
          <w:rFonts w:ascii="Gentium Plus" w:hAnsi="Gentium Plus"/>
          <w:sz w:val="24"/>
        </w:rPr>
        <w:t>κα, ὄξους δριμέος τὸ ἀρκοῦν, μάννης στατῆρα, ᾠὰ δύο, ἀνα‐ κόψας εἰς τὸ αὐτό, καὶ κατάχριε τοὺς ὤμους καὶ τὸν τράχηλον. ἐὰν δὲ μὴ ἀνύῃ ἡ θεραπεία, καῦσον καυτηρίοις ὀρθοῖς, εἶτα χρῖσον ἅλατι καὶ ἐλαίῳ καὶ πάλιν γλοιῷ ἐπὶ ἡμέραις ἑπτά. ἐὰν δὲ ἐκπέσωσιν αἱ ἐσχάραι, χρῶ τῷ ὀροβίνῳ, καθὼς εἴ‐</w:t>
      </w:r>
    </w:p>
    <w:p>
      <w:r>
        <w:rPr>
          <w:rFonts w:ascii="Courier New" w:hAnsi="Courier New"/>
          <w:color w:val="555555"/>
          <w:sz w:val="20"/>
        </w:rPr>
        <w:t>[10]</w:t>
      </w:r>
    </w:p>
    <w:p>
      <w:r>
        <w:rPr>
          <w:rFonts w:ascii="Gentium Plus" w:hAnsi="Gentium Plus"/>
          <w:sz w:val="24"/>
        </w:rPr>
        <w:t>θισται.</w:t>
      </w:r>
    </w:p>
    <w:p>
      <w:pPr>
        <w:jc w:val="center"/>
      </w:pPr>
      <w:r>
        <w:rPr>
          <w:rFonts w:ascii="Gentium Plus" w:hAnsi="Gentium Plus"/>
          <w:b/>
          <w:sz w:val="24"/>
        </w:rPr>
        <w:t>Ἀψύρτου περὶ ἐχεδερμίας καὶ ὤμου χρονίου.</w:t>
      </w:r>
    </w:p>
    <w:p>
      <w:r>
        <w:rPr>
          <w:rFonts w:ascii="Courier New" w:hAnsi="Courier New"/>
          <w:color w:val="555555"/>
          <w:sz w:val="20"/>
        </w:rPr>
        <w:t>[26 . 18]</w:t>
      </w:r>
    </w:p>
    <w:p>
      <w:r>
        <w:rPr>
          <w:rFonts w:ascii="Gentium Plus" w:hAnsi="Gentium Plus"/>
          <w:sz w:val="24"/>
        </w:rPr>
        <w:t>Ἄψυρτος Ἐπιφανίῳ ἱπποϊατρῷ χαίρειν. ἐσπου‐ δακότα σε περὶ τὴν τῶν ἵππων χρῆσιν ἀναγκαῖον εἰδέναι· ἐχεδερμία λέγεται ἐν τῷ ἵππῳ, ὅταν ᾖ χρονίως τὸν ὦμον ἀλ‐ γῶν. θεραπεύεται δὲ οὕτως· δεῖ κατακλίναντα αὐτὸν κροτῆ‐</w:t>
      </w:r>
    </w:p>
    <w:p>
      <w:r>
        <w:rPr>
          <w:rFonts w:ascii="Courier New" w:hAnsi="Courier New"/>
          <w:color w:val="555555"/>
          <w:sz w:val="20"/>
        </w:rPr>
        <w:t>[5]</w:t>
      </w:r>
    </w:p>
    <w:p>
      <w:r>
        <w:rPr>
          <w:rFonts w:ascii="Gentium Plus" w:hAnsi="Gentium Plus"/>
          <w:sz w:val="24"/>
        </w:rPr>
        <w:t>σαι τὸν ὦμον νάρθηκι ἢ ῥάβδῳ ῥάκει ἐρίου περιεστρεμμένῳ πρὸς ἀπόστασιν τῆς βύρσης, εἶθ’ οὕτως τρυπᾶν παρὰ βύρσαν τῷ σχαστηρίῳ παρὰ τὴν ἔκφυσιν τοῦ ὤμου εἰς τὸν κόκκυγα μέσον, καὶ τότε διωθεῖσθαι τὴν σμίλην καὶ ὑποδέρειν \| αὐτήν, εἶτα ἐντιθέναι αὐλίσκον καὶ ἐμφυσᾶν εὐρώστως, καὶ κατάγειν</w:t>
      </w:r>
    </w:p>
    <w:p>
      <w:r>
        <w:rPr>
          <w:rFonts w:ascii="Courier New" w:hAnsi="Courier New"/>
          <w:color w:val="555555"/>
          <w:sz w:val="20"/>
        </w:rPr>
        <w:t>[10]</w:t>
      </w:r>
    </w:p>
    <w:p>
      <w:r>
        <w:rPr>
          <w:rFonts w:ascii="Gentium Plus" w:hAnsi="Gentium Plus"/>
          <w:sz w:val="24"/>
        </w:rPr>
        <w:t>ταῖς χερσὶ τὸ ἐμφύσημα κύκλῳ τοῦ ὤμου μέχρι τῆς νύμφης, καὶ κατακεντεῖν τὴν βύρσαν τῷ σχαστηρίῳ, καταλαμβανόμενον τὴν βύρσαν, οὗ ἐμπεφύσηται, ποιεῖν τε κεντήματα, ὅσα ἱκανά ἐστι, μὴ λίαν ἀραιά, καὶ καταπάσσειν ἅλας λεπτὸν καὶ ὄξος. ἀνατριβέσθω δέ σὺν τῷ αἵματι καὶ καταχριέσθω ἐν αὐτῷ ἔτι</w:t>
      </w:r>
    </w:p>
    <w:p>
      <w:r>
        <w:rPr>
          <w:rFonts w:ascii="Courier New" w:hAnsi="Courier New"/>
          <w:color w:val="555555"/>
          <w:sz w:val="20"/>
        </w:rPr>
        <w:t>[15]</w:t>
      </w:r>
    </w:p>
    <w:p>
      <w:r>
        <w:rPr>
          <w:rFonts w:ascii="Gentium Plus" w:hAnsi="Gentium Plus"/>
          <w:sz w:val="24"/>
        </w:rPr>
        <w:t>κατακείμενος. ἔστω δὲ τοῦ ἁλὸς πλῆθος παροψίς, τὸ δὲ ὄξος ἡμικοτύλια τρία.</w:t>
      </w:r>
    </w:p>
    <w:p>
      <w:r>
        <w:rPr>
          <w:rFonts w:ascii="Courier New" w:hAnsi="Courier New"/>
          <w:color w:val="555555"/>
          <w:sz w:val="20"/>
        </w:rPr>
        <w:t>[26 . 19]</w:t>
      </w:r>
    </w:p>
    <w:p>
      <w:r>
        <w:rPr>
          <w:rFonts w:ascii="Gentium Plus" w:hAnsi="Gentium Plus"/>
          <w:sz w:val="24"/>
        </w:rPr>
        <w:t>τῇ δὲ τρίτῃ ἡμέρᾳ δεῖ ἐπαντλεῖν ὕδατι πολλῷ θερμῷ, καὶ ταῖς ἐπιούσαις καθ’ ἡμέραν κεχρῆσθαι κατα‐ χρίσματι, ἀνιέντα ἐλαίῳ μάλαγμα τὸ διὰ βδελλίου συγκεί‐ μενον. ἐὰν δὲ μὴ ᾖ τοῦτο, οἴνῳ καὶ ἐλαίῳ ἀνατρίβειν, τη‐</w:t>
      </w:r>
    </w:p>
    <w:p>
      <w:r>
        <w:rPr>
          <w:rFonts w:ascii="Courier New" w:hAnsi="Courier New"/>
          <w:color w:val="555555"/>
          <w:sz w:val="20"/>
        </w:rPr>
        <w:t>[5]</w:t>
      </w:r>
    </w:p>
    <w:p>
      <w:r>
        <w:rPr>
          <w:rFonts w:ascii="Gentium Plus" w:hAnsi="Gentium Plus"/>
          <w:sz w:val="24"/>
        </w:rPr>
        <w:t>ροῦντα ἀνεῳγότα τὰ κεντήματα, ἄχρις οὗ ἡ βύρσα προσκα‐ θίσῃ. τοῖς δὲ καταχρίσμασι χρῆσθαι καὶ τῇ πυρίᾳ, ἄχρις οὗ μὴ χωλαίνῃ. ὑγιεῖ δὲ γενομένῳ ἐν τοῖς ἔργοις ἐκ προσαγωγῆς χρῆσθαι. ταύτην δὲ τὴν θεραπείαν ποιεῖσθαι θερείας, χει‐\ μῶνος δὲ δυσκόλως ἐπιτυγχάνει, ἔσθ’ ὅτε δὲ καὶ ἀδικεῖται.</w:t>
      </w:r>
    </w:p>
    <w:p>
      <w:r>
        <w:rPr>
          <w:rFonts w:ascii="Courier New" w:hAnsi="Courier New"/>
          <w:color w:val="555555"/>
          <w:sz w:val="20"/>
        </w:rPr>
        <w:t>[10]</w:t>
      </w:r>
    </w:p>
    <w:p>
      <w:r>
        <w:rPr>
          <w:rFonts w:ascii="Gentium Plus" w:hAnsi="Gentium Plus"/>
          <w:sz w:val="24"/>
        </w:rPr>
        <w:t>ὅταν γε μὴν γένηται ἐν ἀμφοτέροις τοῖς ὤμοις τοῦτο, λέγεται μὲν συνωμίασις, θεραπεύεται δὲ ὁμοίως.</w:t>
      </w:r>
    </w:p>
    <w:p>
      <w:pPr>
        <w:jc w:val="center"/>
      </w:pPr>
      <w:r>
        <w:rPr>
          <w:rFonts w:ascii="Gentium Plus" w:hAnsi="Gentium Plus"/>
          <w:b/>
          <w:sz w:val="24"/>
        </w:rPr>
        <w:t>ἀκρωμίας ἴασις.</w:t>
      </w:r>
    </w:p>
    <w:p>
      <w:r>
        <w:rPr>
          <w:rFonts w:ascii="Courier New" w:hAnsi="Courier New"/>
          <w:color w:val="555555"/>
          <w:sz w:val="20"/>
        </w:rPr>
        <w:t>[1]</w:t>
      </w:r>
    </w:p>
    <w:p>
      <w:r>
        <w:rPr>
          <w:rFonts w:ascii="Gentium Plus" w:hAnsi="Gentium Plus"/>
          <w:sz w:val="24"/>
        </w:rPr>
        <w:t>Τοὺς δὲ ἐμπύους τὰς ἀκρωμίας ἔχοντας καῖε τὰ ἐμπλεύ‐</w:t>
      </w:r>
    </w:p>
    <w:p>
      <w:r>
        <w:rPr>
          <w:rFonts w:ascii="Courier New" w:hAnsi="Courier New"/>
          <w:color w:val="555555"/>
          <w:sz w:val="20"/>
        </w:rPr>
        <w:t>[5]</w:t>
      </w:r>
    </w:p>
    <w:p>
      <w:r>
        <w:rPr>
          <w:rFonts w:ascii="Gentium Plus" w:hAnsi="Gentium Plus"/>
          <w:sz w:val="24"/>
        </w:rPr>
        <w:t>καὶ τέμῃς, ἐπιμέλειαν ποιοῦ, ὡς περὶ τῶν ἄλλων κεκαυμένων εἴρηται.</w:t>
      </w:r>
    </w:p>
    <w:p>
      <w:pPr>
        <w:jc w:val="center"/>
      </w:pPr>
      <w:r>
        <w:rPr>
          <w:rFonts w:ascii="Gentium Plus" w:hAnsi="Gentium Plus"/>
          <w:b/>
          <w:sz w:val="24"/>
        </w:rPr>
        <w:t>Πελαγωνίου θεραπεία ὠμοπλάτης.</w:t>
      </w:r>
    </w:p>
    <w:p>
      <w:r>
        <w:rPr>
          <w:rFonts w:ascii="Courier New" w:hAnsi="Courier New"/>
          <w:color w:val="555555"/>
          <w:sz w:val="20"/>
        </w:rPr>
        <w:t>[1]</w:t>
      </w:r>
    </w:p>
    <w:p>
      <w:r>
        <w:rPr>
          <w:rFonts w:ascii="Gentium Plus" w:hAnsi="Gentium Plus"/>
          <w:sz w:val="24"/>
        </w:rPr>
        <w:t>Εἰ βλαβῇ ἵππος ὠμοπλάτην, ἐκ τῶν φλεβῶν τῶν οὐσῶν ἐν μέσῳ τῶν ἀντικνημίων χρὴ τοῦτον φλεβοτομεῖν, καὶ λιβά‐ νου ἀλεύρου μετ’ αὐτοῦ τοῦ ἐκρέοντος αἵματος συμμίσγειν καὶ ἀποχρίειν τὸ ἀλγοῦν μέρος. ἵνα δὲ μὴ ἔξαιμον γένηται τὸ</w:t>
      </w:r>
    </w:p>
    <w:p>
      <w:r>
        <w:rPr>
          <w:rFonts w:ascii="Courier New" w:hAnsi="Courier New"/>
          <w:color w:val="555555"/>
          <w:sz w:val="20"/>
        </w:rPr>
        <w:t>[5]</w:t>
      </w:r>
    </w:p>
    <w:p>
      <w:r>
        <w:rPr>
          <w:rFonts w:ascii="Gentium Plus" w:hAnsi="Gentium Plus"/>
          <w:sz w:val="24"/>
        </w:rPr>
        <w:t>ζῷον, ἐκ τοῦ ἀφοδεύματος αὐτοῦ \ ῥάκει ἐπίδησον. τῇ δὲ ἐπιούσῃ πάλιν ἐκ τῶν αὐτῶν τόπων ἀπόλυε τὸ αἷμα καὶ τῷ αὐτῷ τρόπῳ περιόδευε. ἀπεχέσθω δὲ τὸ ζῷον κριθῆς καὶ ἀρκείσθω ὀλίγῳ χόρτῳ, μετὰ δὲ τρίτην ἡμέραν ἕως ἕκτην πράσου χυλὸν ὅσον τρεῖς κυάθους μετὰ</w:t>
      </w:r>
    </w:p>
    <w:p>
      <w:r>
        <w:rPr>
          <w:rFonts w:ascii="Courier New" w:hAnsi="Courier New"/>
          <w:color w:val="555555"/>
          <w:sz w:val="20"/>
        </w:rPr>
        <w:t>[10]</w:t>
      </w:r>
    </w:p>
    <w:p>
      <w:r>
        <w:rPr>
          <w:rFonts w:ascii="Gentium Plus" w:hAnsi="Gentium Plus"/>
          <w:sz w:val="24"/>
        </w:rPr>
        <w:t>ἐλαίου λίτρας ἡμισείας τῇ φάρυγι διὰ κέρατος ἐπίχεε. καὶ μετὰ τὴν ἕκτην ἡμέραν διακινῆσαι ἀνάγκασον. καὶ ὅταν ἀνα‐ πατήσῃ, κολυμβησάτω. καὶ οὕτως ὁδῷ προβαίνων, στερρο‐</w:t>
      </w:r>
    </w:p>
    <w:p>
      <w:pPr>
        <w:jc w:val="center"/>
      </w:pPr>
      <w:r>
        <w:rPr>
          <w:rFonts w:ascii="Gentium Plus" w:hAnsi="Gentium Plus"/>
          <w:b/>
          <w:sz w:val="24"/>
        </w:rPr>
        <w:t>ἄλλο εἰς τὸ αὐτὸ πάθος καλὸν καὶ ἁπλοῦν.</w:t>
      </w:r>
    </w:p>
    <w:p>
      <w:r>
        <w:rPr>
          <w:rFonts w:ascii="Courier New" w:hAnsi="Courier New"/>
          <w:color w:val="555555"/>
          <w:sz w:val="20"/>
        </w:rPr>
        <w:t>[1]</w:t>
      </w:r>
    </w:p>
    <w:p>
      <w:r>
        <w:rPr>
          <w:rFonts w:ascii="Gentium Plus" w:hAnsi="Gentium Plus"/>
          <w:sz w:val="24"/>
        </w:rPr>
        <w:t>Ἀφρόνιτρον οἶνον ἔλαιον ἕψημα ἀξούγγιον καὶ βολβούς, ὁμοῦ πάντα συγκόψας, ἐκ τούτων τὰς ὠμοπλάτας ἀπότριβε.</w:t>
      </w:r>
    </w:p>
    <w:p>
      <w:pPr>
        <w:jc w:val="center"/>
      </w:pPr>
      <w:r>
        <w:rPr>
          <w:rFonts w:ascii="Gentium Plus" w:hAnsi="Gentium Plus"/>
          <w:b/>
          <w:sz w:val="24"/>
        </w:rPr>
        <w:t>ἄλλο· εἰ ἐλαφρῶς πάσχῃ τὰς ὠμοπλάτας.</w:t>
      </w:r>
    </w:p>
    <w:p>
      <w:r>
        <w:rPr>
          <w:rFonts w:ascii="Courier New" w:hAnsi="Courier New"/>
          <w:color w:val="555555"/>
          <w:sz w:val="20"/>
        </w:rPr>
        <w:t>[1]</w:t>
      </w:r>
    </w:p>
    <w:p>
      <w:r>
        <w:rPr>
          <w:rFonts w:ascii="Gentium Plus" w:hAnsi="Gentium Plus"/>
          <w:sz w:val="24"/>
        </w:rPr>
        <w:t>Ἵππος εἰ ἐλαφρῶς πάσχει τὰς ὠμοπλάτας, \ τὸν ἀπότριβε. εἰ δὲ σφοδρότερον πάσχει, διάτρησον τὸ σῶμα αὐτοῦ, ἀρχόμενος ἀπὸ τῆς χαίτης μεταξὺ τοῦ δέρματος καὶ τοῦ τραγάνου ἀπὸ δακτύλων ὀκτώ, ὥστε αὐτοῦ μὴ ἅψασθαι,</w:t>
      </w:r>
    </w:p>
    <w:p>
      <w:r>
        <w:rPr>
          <w:rFonts w:ascii="Courier New" w:hAnsi="Courier New"/>
          <w:color w:val="555555"/>
          <w:sz w:val="20"/>
        </w:rPr>
        <w:t>[5]</w:t>
      </w:r>
    </w:p>
    <w:p>
      <w:r>
        <w:rPr>
          <w:rFonts w:ascii="Gentium Plus" w:hAnsi="Gentium Plus"/>
          <w:sz w:val="24"/>
        </w:rPr>
        <w:t>καὶ ἐμφυσήσας ἄνεμον ἔμβαλλε, καὶ λεπτῇ ῥάβδῳ ἁπαλῶς πλῆττε τὰς ὠμοπλάτας, καὶ ἅλατι καὶ ἐλαίῳ ἀπότριβε αὐτῇ τῇ ἡμέρᾳ. τῇ δὲ ἐπιούσῃ τράκτωμα ποίει, οὗ ἡ κατασκευὴ αὕτη· σεμιδάλεως ἢ ἀλεύρου σιτίνου ἢ κριθίνου ξέστας δύο, ᾠῶν δύο τὸ λευκὸν μόνον, λιβάνου γο αcʹ, ὄξει φυράσας, τῇ</w:t>
      </w:r>
    </w:p>
    <w:p>
      <w:r>
        <w:rPr>
          <w:rFonts w:ascii="Courier New" w:hAnsi="Courier New"/>
          <w:color w:val="555555"/>
          <w:sz w:val="20"/>
        </w:rPr>
        <w:t>[10]</w:t>
      </w:r>
    </w:p>
    <w:p>
      <w:r>
        <w:rPr>
          <w:rFonts w:ascii="Gentium Plus" w:hAnsi="Gentium Plus"/>
          <w:sz w:val="24"/>
        </w:rPr>
        <w:t>χειρὶ μετ’ αὐτοῦ τὰς ὠμοπλάτας ἀπότριβε, καὶ ἐπὶ πολλαῖς ἡμέραις θερμῷ ὕδατι ταύτας ἀπάντλει, ἵνα καθυγρανθῶσιν, καὶ ἐφ’ ἑκάστης ἐκ τοῦ τρακτώματος ἐπιτίθει, προαποπλύνων οἴνῳ τὸν τόπον.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Δαφνοκόκκων λίτρας τὸ ἥμισυ, οἴνου παλαιοῦ λίτραν</w:t>
      </w:r>
    </w:p>
    <w:p>
      <w:r>
        <w:rPr>
          <w:rFonts w:ascii="Courier New" w:hAnsi="Courier New"/>
          <w:color w:val="555555"/>
          <w:sz w:val="20"/>
        </w:rPr>
        <w:t>[5]</w:t>
      </w:r>
    </w:p>
    <w:p>
      <w:r>
        <w:rPr>
          <w:rFonts w:ascii="Gentium Plus" w:hAnsi="Gentium Plus"/>
          <w:sz w:val="24"/>
        </w:rPr>
        <w:t>θήματι. εἰ δὲ ἡ ὠμοπλάτη ἐκβληθείῃ, εἰσάγων αὐτήν, τῇ αὐτῇ θεραπείᾳ χρήσῃ. ἥτις εἰ μὴ προχωροίη, καυτῆρα πρόσαγε.</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Κόκκων δάφνης λίτραν μίαν, θείου ἀπύρου γο γʹ, πίσ‐ σης ὑγρᾶς ξέστας βʹ, κόψας πάντα οἴνῳ καὶ ἐλαίῳ μῖξον καὶ οὕτως ἀπότριβε.</w:t>
      </w:r>
    </w:p>
    <w:p>
      <w:pPr>
        <w:jc w:val="center"/>
      </w:pPr>
      <w:r>
        <w:rPr>
          <w:rFonts w:ascii="Gentium Plus" w:hAnsi="Gentium Plus"/>
          <w:b/>
          <w:sz w:val="24"/>
        </w:rPr>
        <w:t>Τιβερίου πρὸς ὠμοπλάτης χάλασμα.</w:t>
      </w:r>
    </w:p>
    <w:p>
      <w:r>
        <w:rPr>
          <w:rFonts w:ascii="Courier New" w:hAnsi="Courier New"/>
          <w:color w:val="555555"/>
          <w:sz w:val="20"/>
        </w:rPr>
        <w:t>[1]</w:t>
      </w:r>
    </w:p>
    <w:p>
      <w:r>
        <w:rPr>
          <w:rFonts w:ascii="Gentium Plus" w:hAnsi="Gentium Plus"/>
          <w:sz w:val="24"/>
        </w:rPr>
        <w:t>Πίσσης ξηρᾶς λίτρας βʹ, ῥητίνης Κολοφωνίας λίτρας βʹ, ῥητίνης τερεβενθίνης γο δύο, χαλβάνης γο βʹ, μίξας ἐν ταὐ‐ τῷ, χρῶ.</w:t>
      </w:r>
    </w:p>
    <w:p>
      <w:pPr>
        <w:jc w:val="center"/>
      </w:pPr>
      <w:r>
        <w:rPr>
          <w:rFonts w:ascii="Gentium Plus" w:hAnsi="Gentium Plus"/>
          <w:b/>
          <w:sz w:val="24"/>
        </w:rPr>
        <w:t>Ἀψύρτου περὶ οἰδήματος ἐν ὤμῳ παρὰ τὸν</w:t>
      </w:r>
    </w:p>
    <w:p>
      <w:r>
        <w:rPr>
          <w:rFonts w:ascii="Courier New" w:hAnsi="Courier New"/>
          <w:color w:val="555555"/>
          <w:sz w:val="20"/>
        </w:rPr>
        <w:t>[t2]</w:t>
      </w:r>
    </w:p>
    <w:p>
      <w:r>
        <w:rPr>
          <w:rFonts w:ascii="Gentium Plus" w:hAnsi="Gentium Plus"/>
          <w:sz w:val="24"/>
        </w:rPr>
        <w:t>ἀγκῶνα.</w:t>
      </w:r>
    </w:p>
    <w:p>
      <w:r>
        <w:rPr>
          <w:rFonts w:ascii="Courier New" w:hAnsi="Courier New"/>
          <w:color w:val="555555"/>
          <w:sz w:val="20"/>
        </w:rPr>
        <w:t>[1]</w:t>
      </w:r>
    </w:p>
    <w:p>
      <w:r>
        <w:rPr>
          <w:rFonts w:ascii="Gentium Plus" w:hAnsi="Gentium Plus"/>
          <w:sz w:val="24"/>
        </w:rPr>
        <w:t>Ἄψυρτος Μάρκῳ ἱπποϊατρῷ χαίρειν. βούλομαί σε εἰδέναι, ὅτι ἐπὶ τῷ ὤμῳ τῷ λεγομένῳ ἀγκῶνι παρὰ τὴν μάλην ἢ ὑπὸ ζώνην συμβαίνει οἰδήματα γίγνεσθαι ἐκ ταὐτομάτου. οἱ δὲ πρὸ \| ἡμῶν εἶπον ἐξ ὠμότητος γίνεσθαι· οἷς ἐγὼ</w:t>
      </w:r>
    </w:p>
    <w:p>
      <w:r>
        <w:rPr>
          <w:rFonts w:ascii="Courier New" w:hAnsi="Courier New"/>
          <w:color w:val="555555"/>
          <w:sz w:val="20"/>
        </w:rPr>
        <w:t>[5]</w:t>
      </w:r>
    </w:p>
    <w:p>
      <w:r>
        <w:rPr>
          <w:rFonts w:ascii="Gentium Plus" w:hAnsi="Gentium Plus"/>
          <w:sz w:val="24"/>
        </w:rPr>
        <w:t>οὐ συγκατατίθεμαι. θεραπεύεται δὲ πρόσφατα ὄντα καὶ ἐμφύσημα ἔχοντα καυστικῷ καταχριόμενα. ὅταν δὲ στεατωθῇ καὶ σκλήρωσιν ἔχῃ, ἐκτέμνεται καὶ θεραπεύεται, ὡς καὶ τὰ λοιπὰ ἕλκη τὰ ἐν τῇ ῥάχει γιγνόμενα, ἅτινα λέγεται κύστις.</w:t>
      </w:r>
    </w:p>
    <w:p>
      <w:r>
        <w:rPr>
          <w:rFonts w:ascii="Courier New" w:hAnsi="Courier New"/>
          <w:color w:val="555555"/>
          <w:sz w:val="20"/>
        </w:rPr>
        <w:t>[10]</w:t>
      </w:r>
    </w:p>
    <w:p>
      <w:r>
        <w:rPr>
          <w:rFonts w:ascii="Gentium Plus" w:hAnsi="Gentium Plus"/>
          <w:sz w:val="24"/>
        </w:rPr>
        <w:t>τῇ συνωμίᾳ· περιτεμνόμενα γὰρ λειπόδερμα γίνεται καὶ δυσα‐ πούλωτα μένει. ὅταν δὲ γένηται ἐν αὐτοῖς σηπεδὼν κατὰ βάθος καὶ ἅψηται τοῦ ὑποκειμένου νευρίου, ἀναπεσὼν οὐ δύναται ἐγείρεσθαι, ἀλλὰ διαφωνεῖ.</w:t>
      </w:r>
    </w:p>
    <w:p>
      <w:pPr>
        <w:jc w:val="center"/>
      </w:pPr>
      <w:r>
        <w:rPr>
          <w:rFonts w:ascii="Gentium Plus" w:hAnsi="Gentium Plus"/>
          <w:b/>
          <w:sz w:val="24"/>
        </w:rPr>
        <w:t>Πελαγωνίου περὶ ἐκβολῆς σπονδύλου.</w:t>
      </w:r>
    </w:p>
    <w:p>
      <w:r>
        <w:rPr>
          <w:rFonts w:ascii="Courier New" w:hAnsi="Courier New"/>
          <w:color w:val="555555"/>
          <w:sz w:val="20"/>
        </w:rPr>
        <w:t>[1]</w:t>
      </w:r>
    </w:p>
    <w:p>
      <w:r>
        <w:rPr>
          <w:rFonts w:ascii="Gentium Plus" w:hAnsi="Gentium Plus"/>
          <w:sz w:val="24"/>
        </w:rPr>
        <w:t>Πρῶτον σάπωνι ἀπόπλυνον, εἶτα ὕδατι ὀμβρίῳ βαλὼν ἔλαιον, καὶ ᾠῶν τὸ λευκὸν ταράξας, ποίει ἀνακόλλημα καὶ χρῶ.</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Συκῆς κλάδους ξηροὺς καύσας, καὶ τούτων \ καθαρὰν λαβών, σῆσον, καὶ μετὰ τοῦτο βαλὼν εἰς θυίαν τὴν αὐτὴν τέφραν, σύμμιξον οἴνου τὸ ἀρκοῦν καὶ ἐλαίου τὸ ἴσον καὶ δύο ᾠῶν τὸ λευκόν, καὶ πάντα ἐν ταὐτῷ συνταράξας, ἐπὶ</w:t>
      </w:r>
    </w:p>
    <w:p>
      <w:r>
        <w:rPr>
          <w:rFonts w:ascii="Courier New" w:hAnsi="Courier New"/>
          <w:color w:val="555555"/>
          <w:sz w:val="20"/>
        </w:rPr>
        <w:t>[5]</w:t>
      </w:r>
    </w:p>
    <w:p>
      <w:r>
        <w:rPr>
          <w:rFonts w:ascii="Gentium Plus" w:hAnsi="Gentium Plus"/>
          <w:sz w:val="24"/>
        </w:rPr>
        <w:t>τῆς χρείας χρῶ.</w:t>
      </w:r>
    </w:p>
    <w:p>
      <w:pPr>
        <w:jc w:val="center"/>
      </w:pPr>
      <w:r>
        <w:rPr>
          <w:rFonts w:ascii="Gentium Plus" w:hAnsi="Gentium Plus"/>
          <w:b/>
          <w:sz w:val="24"/>
        </w:rPr>
        <w:t>πρὸς σπονδύλους ἢ νώτους διερρωγότας.</w:t>
      </w:r>
    </w:p>
    <w:p>
      <w:r>
        <w:rPr>
          <w:rFonts w:ascii="Courier New" w:hAnsi="Courier New"/>
          <w:color w:val="555555"/>
          <w:sz w:val="20"/>
        </w:rPr>
        <w:t>[1]</w:t>
      </w:r>
    </w:p>
    <w:p>
      <w:r>
        <w:rPr>
          <w:rFonts w:ascii="Gentium Plus" w:hAnsi="Gentium Plus"/>
          <w:sz w:val="24"/>
        </w:rPr>
        <w:t>Κηροῦ λίτραν μίαν, ῥητίνης φρυκτῆς γο δʹ, ἰοῦ γο βʹ ἐλαίῳ συνεψήσας χρῶ. ὥστε δὲ μὴ ῥῆξιν ὑπομεῖναι τραχή‐ λους μουλῶν, τοῦτο ποίει· στέατος χοιρείου νεαροῦ λίτρας βʹ, ὄξους ξέστας βʹ, ἑψήσας ἕως οὗ ἀποτριτωθῶσιν, καὶ διυλί‐</w:t>
      </w:r>
    </w:p>
    <w:p>
      <w:r>
        <w:rPr>
          <w:rFonts w:ascii="Courier New" w:hAnsi="Courier New"/>
          <w:color w:val="555555"/>
          <w:sz w:val="20"/>
        </w:rPr>
        <w:t>[5]</w:t>
      </w:r>
    </w:p>
    <w:p>
      <w:r>
        <w:rPr>
          <w:rFonts w:ascii="Gentium Plus" w:hAnsi="Gentium Plus"/>
          <w:sz w:val="24"/>
        </w:rPr>
        <w:t>σας, χρῶ.</w:t>
      </w:r>
    </w:p>
    <w:p>
      <w:pPr>
        <w:jc w:val="center"/>
      </w:pPr>
      <w:r>
        <w:rPr>
          <w:rFonts w:ascii="Gentium Plus" w:hAnsi="Gentium Plus"/>
          <w:b/>
          <w:sz w:val="24"/>
        </w:rPr>
        <w:t>πρὸς πόνον σπονδύλου.</w:t>
      </w:r>
    </w:p>
    <w:p>
      <w:r>
        <w:rPr>
          <w:rFonts w:ascii="Courier New" w:hAnsi="Courier New"/>
          <w:color w:val="555555"/>
          <w:sz w:val="20"/>
        </w:rPr>
        <w:t>[1]</w:t>
      </w:r>
    </w:p>
    <w:p>
      <w:r>
        <w:rPr>
          <w:rFonts w:ascii="Gentium Plus" w:hAnsi="Gentium Plus"/>
          <w:sz w:val="24"/>
        </w:rPr>
        <w:t>Αἷμα λαμβάνειν χρὴ καὶ θερμοῖς ἀλείμμασι χρῆσθαι,</w:t>
      </w:r>
    </w:p>
    <w:p>
      <w:r>
        <w:rPr>
          <w:rFonts w:ascii="Courier New" w:hAnsi="Courier New"/>
          <w:color w:val="555555"/>
          <w:sz w:val="20"/>
        </w:rPr>
        <w:t>[5]</w:t>
      </w:r>
    </w:p>
    <w:p>
      <w:r>
        <w:rPr>
          <w:rFonts w:ascii="Gentium Plus" w:hAnsi="Gentium Plus"/>
          <w:sz w:val="24"/>
        </w:rPr>
        <w:t>γὼν λοῦσον. μετὰ δὲ τὴν θερα\ ζιγγιβέρεως πετροσελίνου κυμίνου ὀπίου δαφνοκόκκων τὸ ἀρ‐ κοῦν μετὰ οἴνου καλοῦ καὶ μέλιτος συμμίξας, θερμὸν δίδου.</w:t>
      </w:r>
    </w:p>
    <w:p>
      <w:pPr>
        <w:jc w:val="center"/>
      </w:pPr>
      <w:r>
        <w:rPr>
          <w:rFonts w:ascii="Gentium Plus" w:hAnsi="Gentium Plus"/>
          <w:b/>
          <w:sz w:val="24"/>
        </w:rPr>
        <w:t>πρὸς σπονδύλων πόνους καὶ σπασμοὺς τῶν ἐν</w:t>
      </w:r>
    </w:p>
    <w:p>
      <w:r>
        <w:rPr>
          <w:rFonts w:ascii="Courier New" w:hAnsi="Courier New"/>
          <w:color w:val="555555"/>
          <w:sz w:val="20"/>
        </w:rPr>
        <w:t>[t2]</w:t>
      </w:r>
    </w:p>
    <w:p>
      <w:r>
        <w:rPr>
          <w:rFonts w:ascii="Gentium Plus" w:hAnsi="Gentium Plus"/>
          <w:sz w:val="24"/>
        </w:rPr>
        <w:t>αὐτοῖς νεύρων.</w:t>
      </w:r>
    </w:p>
    <w:p>
      <w:r>
        <w:rPr>
          <w:rFonts w:ascii="Courier New" w:hAnsi="Courier New"/>
          <w:color w:val="555555"/>
          <w:sz w:val="20"/>
        </w:rPr>
        <w:t>[1]</w:t>
      </w:r>
    </w:p>
    <w:p>
      <w:r>
        <w:rPr>
          <w:rFonts w:ascii="Gentium Plus" w:hAnsi="Gentium Plus"/>
          <w:sz w:val="24"/>
        </w:rPr>
        <w:t>Καυτηρίασον ἐξ ἑκατέρων τῶν μερῶν καθαρίως τὸν σπόν‐ δυλον, καὶ μετὰ ταῦτα ἀξουγγίῳ ἐπάλειφε, καὶ μεθ’ ἡμέρας ζʹ ὕδατι θερμῷ ἀπόπλυνον, καὶ μετὰ τὸ ψυγῆναι ἀλείμμασι θερμαντικοῖς σύγχριε, καὶ δέρματι μετὰ ἐρέας περιδέσμει.</w:t>
      </w:r>
    </w:p>
    <w:p>
      <w:pPr>
        <w:jc w:val="center"/>
      </w:pPr>
      <w:r>
        <w:rPr>
          <w:rFonts w:ascii="Gentium Plus" w:hAnsi="Gentium Plus"/>
          <w:b/>
          <w:sz w:val="24"/>
        </w:rPr>
        <w:t>Ἱεροκλέους πρὸς ἕλκος ἐπὶ ῥάχεως καὶ πλευρᾶς.</w:t>
      </w:r>
    </w:p>
    <w:p>
      <w:r>
        <w:rPr>
          <w:rFonts w:ascii="Courier New" w:hAnsi="Courier New"/>
          <w:color w:val="555555"/>
          <w:sz w:val="20"/>
        </w:rPr>
        <w:t>[1]</w:t>
      </w:r>
    </w:p>
    <w:p>
      <w:r>
        <w:rPr>
          <w:rFonts w:ascii="Gentium Plus" w:hAnsi="Gentium Plus"/>
          <w:sz w:val="24"/>
        </w:rPr>
        <w:t>Ἐὰν ἐπιπόλαιον ᾖ τὸ ἕλκος καὶ ἐψιλωμένον τὸ μέρος, κυνὸς κεφαλὴν καύσας, τὴν τέφραν ἐπίπασσε· πρὸς γὰρ τῷ θεραπεῦσαι καὶ τριχώσει. ἐὰν δὲ εἰς βάθος 〈ᾖ〉 ἢ ἧλον ἔχῃ, ὀρόβινον ἄλευρον ἀναλαβὼν μέλιτι, ἐλλύχνιόν τε γεμίσας, ἐπι‐</w:t>
      </w:r>
    </w:p>
    <w:p>
      <w:r>
        <w:rPr>
          <w:rFonts w:ascii="Courier New" w:hAnsi="Courier New"/>
          <w:color w:val="555555"/>
          <w:sz w:val="20"/>
        </w:rPr>
        <w:t>[5]</w:t>
      </w:r>
    </w:p>
    <w:p>
      <w:r>
        <w:rPr>
          <w:rFonts w:ascii="Gentium Plus" w:hAnsi="Gentium Plus"/>
          <w:sz w:val="24"/>
        </w:rPr>
        <w:t>τίθει καὶ πλήρου, καὶ ἐκβάλλει τὸν \</w:t>
      </w:r>
    </w:p>
    <w:p>
      <w:pPr>
        <w:jc w:val="center"/>
      </w:pPr>
      <w:r>
        <w:rPr>
          <w:rFonts w:ascii="Gentium Plus" w:hAnsi="Gentium Plus"/>
          <w:b/>
          <w:sz w:val="24"/>
        </w:rPr>
        <w:t>ἄλλο εἰς ῥάχιν.</w:t>
      </w:r>
    </w:p>
    <w:p>
      <w:r>
        <w:rPr>
          <w:rFonts w:ascii="Courier New" w:hAnsi="Courier New"/>
          <w:color w:val="555555"/>
          <w:sz w:val="20"/>
        </w:rPr>
        <w:t>[1]</w:t>
      </w:r>
    </w:p>
    <w:p>
      <w:r>
        <w:rPr>
          <w:rFonts w:ascii="Gentium Plus" w:hAnsi="Gentium Plus"/>
          <w:sz w:val="24"/>
        </w:rPr>
        <w:t>〈Οὔλπιος Φοῖβος ἐπαρχικός·〉 Συκῆς φύλλα ἐμβλη‐</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Τιθύμαλλον χλωρὰν σὺν τῇ ῥίζῃ τρίψας καὶ σήσας, ἔμ‐ πλασσε· εἰ δὲ βραχὺ εἴη, σύγκοπτε αὐτῷ ἁλὸς αὔταρκες.</w:t>
      </w:r>
    </w:p>
    <w:p>
      <w:pPr>
        <w:jc w:val="center"/>
      </w:pPr>
      <w:r>
        <w:rPr>
          <w:rFonts w:ascii="Gentium Plus" w:hAnsi="Gentium Plus"/>
          <w:b/>
          <w:sz w:val="24"/>
        </w:rPr>
        <w:t>ἀνακόλλημα εἰς ὠμοπλάτην.</w:t>
      </w:r>
    </w:p>
    <w:p>
      <w:r>
        <w:rPr>
          <w:rFonts w:ascii="Courier New" w:hAnsi="Courier New"/>
          <w:color w:val="555555"/>
          <w:sz w:val="20"/>
        </w:rPr>
        <w:t>[1]</w:t>
      </w:r>
    </w:p>
    <w:p>
      <w:r>
        <w:rPr>
          <w:rFonts w:ascii="Gentium Plus" w:hAnsi="Gentium Plus"/>
          <w:sz w:val="24"/>
        </w:rPr>
        <w:t>Κώνης γο ἕξ, ῥητίνης πιτυΐνης ἕξ, κόλλης ταυρείας γο γʹ, μάννης γο ἕξ, γύρεως ξέστην ἕνα, οἴνου παλαιοῦ τὸ ἱκα‐ νόν, εἰς πατέλλιον βαλὼν καὶ ἑψήσας, ἀνάχριε ἀνὰ τρίχα.</w:t>
      </w:r>
    </w:p>
    <w:p>
      <w:pPr>
        <w:jc w:val="center"/>
      </w:pPr>
      <w:r>
        <w:rPr>
          <w:rFonts w:ascii="Gentium Plus" w:hAnsi="Gentium Plus"/>
          <w:b/>
          <w:sz w:val="24"/>
        </w:rPr>
        <w:t>ἄλλο πρὸς ὦμον.</w:t>
      </w:r>
    </w:p>
    <w:p>
      <w:r>
        <w:rPr>
          <w:rFonts w:ascii="Courier New" w:hAnsi="Courier New"/>
          <w:color w:val="555555"/>
          <w:sz w:val="20"/>
        </w:rPr>
        <w:t>[1]</w:t>
      </w:r>
    </w:p>
    <w:p>
      <w:r>
        <w:rPr>
          <w:rFonts w:ascii="Gentium Plus" w:hAnsi="Gentium Plus"/>
          <w:sz w:val="24"/>
        </w:rPr>
        <w:t>Ὀποβαλσάμου γο αʹ, κρόκου γο αʹ, ὀποῦ Κυρηναϊκοῦ γο βʹ, νουμικίου οὐγκίαν αʹ, στίβε\|ως γο αʹ, κινναμώμου γο δʹ, λιβάνου ἄρρενος, νάρδου Συριακῇς, σμύρνης τρωγλίτιδος, πεπέρεως λευκοῦ, ὀποπάνακος, ῥητίνης πιτυΐνης ἀνὰ γο αʹ,</w:t>
      </w:r>
    </w:p>
    <w:p>
      <w:r>
        <w:rPr>
          <w:rFonts w:ascii="Courier New" w:hAnsi="Courier New"/>
          <w:color w:val="555555"/>
          <w:sz w:val="20"/>
        </w:rPr>
        <w:t>[5]</w:t>
      </w:r>
    </w:p>
    <w:p>
      <w:r>
        <w:rPr>
          <w:rFonts w:ascii="Gentium Plus" w:hAnsi="Gentium Plus"/>
          <w:sz w:val="24"/>
        </w:rPr>
        <w:t>μέλιτος Ἀττικοῦ λίτραν μίαν, ταῦτα συμμίξας χρῶ.</w:t>
      </w:r>
    </w:p>
    <w:p>
      <w:pPr>
        <w:jc w:val="center"/>
      </w:pPr>
      <w:r>
        <w:rPr>
          <w:rFonts w:ascii="Gentium Plus" w:hAnsi="Gentium Plus"/>
          <w:b/>
          <w:sz w:val="24"/>
        </w:rPr>
        <w:t>Θεομνήστου μάλαγμα καυστικὸν καὶ τονωτικὸν</w:t>
      </w:r>
    </w:p>
    <w:p>
      <w:r>
        <w:rPr>
          <w:rFonts w:ascii="Courier New" w:hAnsi="Courier New"/>
          <w:color w:val="555555"/>
          <w:sz w:val="20"/>
        </w:rPr>
        <w:t>[t2]</w:t>
      </w:r>
    </w:p>
    <w:p>
      <w:r>
        <w:rPr>
          <w:rFonts w:ascii="Gentium Plus" w:hAnsi="Gentium Plus"/>
          <w:sz w:val="24"/>
        </w:rPr>
        <w:t>εἰς τὰ κατὰ ῥάχιν ἕλκη καὶ εἰς πᾶν ἄρθρον.</w:t>
      </w:r>
    </w:p>
    <w:p>
      <w:r>
        <w:rPr>
          <w:rFonts w:ascii="Courier New" w:hAnsi="Courier New"/>
          <w:color w:val="555555"/>
          <w:sz w:val="20"/>
        </w:rPr>
        <w:t>[1]</w:t>
      </w:r>
    </w:p>
    <w:p>
      <w:r>
        <w:rPr>
          <w:rFonts w:ascii="Gentium Plus" w:hAnsi="Gentium Plus"/>
          <w:sz w:val="24"/>
        </w:rPr>
        <w:t>〈μάλαγμα καυστικὸν καὶ τονωτικὸν οὐ μόνον ἐπὶ τοῖς θεραπευομένοις ὑποζυγίοις 〈εἰσ〉 τὰ κατὰ τὴν ῥάχιν ἢ τὰς συνωμίας ἕλκη ἢ κατ’ ἄρθρον ἢ κατὰ ἐπίνεφρα, ὅταν μείνῃ μὴ τονωθέντα. ὀλίγῃ γὰρ ἀφορμῇ πάλιν εἰς τὴν αὐτὴν</w:t>
      </w:r>
    </w:p>
    <w:p>
      <w:r>
        <w:rPr>
          <w:rFonts w:ascii="Courier New" w:hAnsi="Courier New"/>
          <w:color w:val="555555"/>
          <w:sz w:val="20"/>
        </w:rPr>
        <w:t>[5]</w:t>
      </w:r>
    </w:p>
    <w:p>
      <w:r>
        <w:rPr>
          <w:rFonts w:ascii="Gentium Plus" w:hAnsi="Gentium Plus"/>
          <w:sz w:val="24"/>
        </w:rPr>
        <w:t>ἐπανάγει διάθεσιν. δεῖ δὲ καὶ τῆς προλαβούσης ὑπομιμνή‐ σκειν θεραπεύσεως. ἔστιν οὖν τῶν τοιούτων ἁπάντων τονω‐ τικὸν φάρμακον τὸ ὑποτεταγμένον· ἀποχύματος,〉 ῥητίνης φρυκτῆς, ἀσφάλτου Ἰουδαϊκῆς, πίσσης, κηροῦ, ἰοῦ, ἑκάστου</w:t>
      </w:r>
    </w:p>
    <w:p>
      <w:r>
        <w:rPr>
          <w:rFonts w:ascii="Courier New" w:hAnsi="Courier New"/>
          <w:color w:val="555555"/>
          <w:sz w:val="20"/>
        </w:rPr>
        <w:t>[10]</w:t>
      </w:r>
    </w:p>
    <w:p>
      <w:r>
        <w:rPr>
          <w:rFonts w:ascii="Gentium Plus" w:hAnsi="Gentium Plus"/>
          <w:sz w:val="24"/>
        </w:rPr>
        <w:t>δʹ, χαλβάνης γο θʹ, ὀποπάνακος γο βʹ, τήξας τὰ τηκτά, καὶ κινῶν τῷ σπαθίῳ, ἐπίχριε, ἕως ἂν ᾖ θερμά. ἐὰν δὲ σκληρὸν γένηται, βάλε ἀξούγγιον παλαιὸν κεκομμένον, καὶ [οὕτω ποίει μαλακώτερον, καὶ χρῶ.] 〈πρόσβαλε καὶ ἀμμωνιακοῦ θυμιάμα‐ τος. καὶ ἄνευ δὲ τοῦ ἰξοῦ καλῶς ποιεῖ. καύματος ὄντος, ἵνα μὴ</w:t>
      </w:r>
    </w:p>
    <w:p>
      <w:r>
        <w:rPr>
          <w:rFonts w:ascii="Courier New" w:hAnsi="Courier New"/>
          <w:color w:val="555555"/>
          <w:sz w:val="20"/>
        </w:rPr>
        <w:t>[15]</w:t>
      </w:r>
    </w:p>
    <w:p>
      <w:r>
        <w:rPr>
          <w:rFonts w:ascii="Gentium Plus" w:hAnsi="Gentium Plus"/>
          <w:sz w:val="24"/>
        </w:rPr>
        <w:t>λυθῇ τὸ χρῖσμα, προσβαλὼν πλοίου ξύσματος καὶ ἀνθήλης παλαιᾶς γο δʹ, χρῶ θαυμαστῷ φαρμάκῳ.〉</w:t>
      </w:r>
    </w:p>
    <w:p>
      <w:pPr>
        <w:jc w:val="center"/>
      </w:pPr>
      <w:r>
        <w:rPr>
          <w:rFonts w:ascii="Gentium Plus" w:hAnsi="Gentium Plus"/>
          <w:b/>
          <w:sz w:val="24"/>
        </w:rPr>
        <w:t>ἄλλο τοῦ αὐτοῦ τονωτικόν.</w:t>
      </w:r>
    </w:p>
    <w:p>
      <w:r>
        <w:rPr>
          <w:rFonts w:ascii="Courier New" w:hAnsi="Courier New"/>
          <w:color w:val="555555"/>
          <w:sz w:val="20"/>
        </w:rPr>
        <w:t>[1]</w:t>
      </w:r>
    </w:p>
    <w:p>
      <w:r>
        <w:rPr>
          <w:rFonts w:ascii="Gentium Plus" w:hAnsi="Gentium Plus"/>
          <w:sz w:val="24"/>
        </w:rPr>
        <w:t>Οὐχὶ τοῦ προτέρου κατηγοροῦντες ἀδυναμίαν, τὸ δεύτε‐ ρον γράφομεν φάρμακον, ἀλλὰ τὸ ἐκ περιουσίας καὶ μᾶλλον εὐπόριστον καὶ \| δυνατὸν πενιχροτέροις κατασκευάσαι ἐκθη‐ σόμεθα· ἀσφάλτου Ἰουδαϊκῆς, στυπτηρίας σχιστῆς ἀνὰ γο ἕξ,</w:t>
      </w:r>
    </w:p>
    <w:p>
      <w:r>
        <w:rPr>
          <w:rFonts w:ascii="Courier New" w:hAnsi="Courier New"/>
          <w:color w:val="555555"/>
          <w:sz w:val="20"/>
        </w:rPr>
        <w:t>[5]</w:t>
      </w:r>
    </w:p>
    <w:p>
      <w:r>
        <w:rPr>
          <w:rFonts w:ascii="Gentium Plus" w:hAnsi="Gentium Plus"/>
          <w:sz w:val="24"/>
        </w:rPr>
        <w:t>ἀξουγγίου παλαιοῦ λίτραν αʹ, λιθαργύρου γο γʹ, χαλβάνης γο αʹ, ὀποπάνακος γο αʹ, ὄξους σκιλλιτικοῦ ξέστην αʹ, ἐλαίου ξέστου τὸ ἥμισυ ἑψήσας, καλῶς κατάχριε.</w:t>
      </w:r>
    </w:p>
    <w:p>
      <w:pPr>
        <w:jc w:val="center"/>
      </w:pPr>
      <w:r>
        <w:rPr>
          <w:rFonts w:ascii="Gentium Plus" w:hAnsi="Gentium Plus"/>
          <w:b/>
          <w:sz w:val="24"/>
        </w:rPr>
        <w:t>ἄλλο πρὸς νῶτον βλαβέντα.</w:t>
      </w:r>
    </w:p>
    <w:p>
      <w:r>
        <w:rPr>
          <w:rFonts w:ascii="Courier New" w:hAnsi="Courier New"/>
          <w:color w:val="555555"/>
          <w:sz w:val="20"/>
        </w:rPr>
        <w:t>[1]</w:t>
      </w:r>
    </w:p>
    <w:p>
      <w:r>
        <w:rPr>
          <w:rFonts w:ascii="Gentium Plus" w:hAnsi="Gentium Plus"/>
          <w:sz w:val="24"/>
        </w:rPr>
        <w:t>Ἄλφιτα μετὰ οἴνου καὶ ἐλαίου συμφύρασον καὶ περίπλα‐ σον τὸν τραυματισθέντα τόπον. εἰ δὲ πνεύμονα ποιήσει, τοῦ‐ τον σιδήρῳ ἀπότεμνε, καὶ ἐπιτίθει ἀφόδευμα ἵππου μετὰ ἐλαί‐ ου καὶ ὄξους καὶ ἅλατος φρυκτοῦ.</w:t>
      </w:r>
    </w:p>
    <w:p>
      <w:pPr>
        <w:jc w:val="center"/>
      </w:pPr>
      <w:r>
        <w:rPr>
          <w:rFonts w:ascii="Gentium Plus" w:hAnsi="Gentium Plus"/>
          <w:b/>
          <w:sz w:val="24"/>
        </w:rPr>
        <w:t>ἄλλο πρὸς πόνον ῥάχεως.</w:t>
      </w:r>
    </w:p>
    <w:p>
      <w:r>
        <w:rPr>
          <w:rFonts w:ascii="Courier New" w:hAnsi="Courier New"/>
          <w:color w:val="555555"/>
          <w:sz w:val="20"/>
        </w:rPr>
        <w:t>[1]</w:t>
      </w:r>
    </w:p>
    <w:p>
      <w:r>
        <w:rPr>
          <w:rFonts w:ascii="Gentium Plus" w:hAnsi="Gentium Plus"/>
          <w:sz w:val="24"/>
        </w:rPr>
        <w:t>Εἰ τὴν ῥάχιν ἵππος ἀλγεῖ, τοῦτον φλεβοτόμησον, καὶ θερ‐ μοῖς ἀλείμμασι τοῖσδε θεράπευσον· δαφνόκοκκα καὶ θεῖον καὶ</w:t>
      </w:r>
    </w:p>
    <w:p>
      <w:r>
        <w:rPr>
          <w:rFonts w:ascii="Courier New" w:hAnsi="Courier New"/>
          <w:color w:val="555555"/>
          <w:sz w:val="20"/>
        </w:rPr>
        <w:t>[5]</w:t>
      </w:r>
    </w:p>
    <w:p>
      <w:r>
        <w:rPr>
          <w:rFonts w:ascii="Gentium Plus" w:hAnsi="Gentium Plus"/>
          <w:sz w:val="24"/>
        </w:rPr>
        <w:t>τόπῳ στήσας.</w:t>
      </w:r>
    </w:p>
    <w:p>
      <w:pPr>
        <w:jc w:val="center"/>
      </w:pPr>
      <w:r>
        <w:rPr>
          <w:rFonts w:ascii="Gentium Plus" w:hAnsi="Gentium Plus"/>
          <w:b/>
          <w:sz w:val="24"/>
        </w:rPr>
        <w:t>ἄλλο· εἰ τραύματα ἐν τῷ νώτῳ ποιήσει.</w:t>
      </w:r>
    </w:p>
    <w:p>
      <w:r>
        <w:rPr>
          <w:rFonts w:ascii="Courier New" w:hAnsi="Courier New"/>
          <w:color w:val="555555"/>
          <w:sz w:val="20"/>
        </w:rPr>
        <w:t>[1]</w:t>
      </w:r>
    </w:p>
    <w:p>
      <w:r>
        <w:rPr>
          <w:rFonts w:ascii="Gentium Plus" w:hAnsi="Gentium Plus"/>
          <w:sz w:val="24"/>
        </w:rPr>
        <w:t>Τὰ ὄστρακα τῶν ὀστρέων λειώσας κἀκεῖθεν ξηρίον ποιή‐ σας, ἐπίπασσε τὸν πάσχοντα τόπον, ἢ παγούρων κεκαυμένων λίτραν μίαν ἐπίπασσε.</w:t>
      </w:r>
    </w:p>
    <w:p>
      <w:pPr>
        <w:jc w:val="center"/>
      </w:pPr>
      <w:r>
        <w:rPr>
          <w:rFonts w:ascii="Gentium Plus" w:hAnsi="Gentium Plus"/>
          <w:b/>
          <w:sz w:val="24"/>
        </w:rPr>
        <w:t>Ἄλλο εἰς νῶτον.</w:t>
      </w:r>
    </w:p>
    <w:p>
      <w:r>
        <w:rPr>
          <w:rFonts w:ascii="Courier New" w:hAnsi="Courier New"/>
          <w:color w:val="555555"/>
          <w:sz w:val="20"/>
        </w:rPr>
        <w:t>[1]</w:t>
      </w:r>
    </w:p>
    <w:p>
      <w:r>
        <w:rPr>
          <w:rFonts w:ascii="Gentium Plus" w:hAnsi="Gentium Plus"/>
          <w:sz w:val="24"/>
        </w:rPr>
        <w:t>Σκωρίας σιδήρου γο αʹ καὶ ἰοῦ χαλκοῦ γο αʹ ἀναμίξας καὶ ξηρίον ποιήσας, πρότερόν τε τὸν νῶτον τοῦ ἵππου οἴνῳ ἀποπλύνας, ἐπίπασσε ἐκ τοῦ αὐτοῦ ξηρίου.</w:t>
      </w:r>
    </w:p>
    <w:p>
      <w:pPr>
        <w:jc w:val="center"/>
      </w:pPr>
      <w:r>
        <w:rPr>
          <w:rFonts w:ascii="Gentium Plus" w:hAnsi="Gentium Plus"/>
          <w:b/>
          <w:sz w:val="24"/>
        </w:rPr>
        <w:t>ἄλλο· εἰ τραῦμα ἐν νώτῳ σχῇ.</w:t>
      </w:r>
    </w:p>
    <w:p>
      <w:r>
        <w:rPr>
          <w:rFonts w:ascii="Courier New" w:hAnsi="Courier New"/>
          <w:color w:val="555555"/>
          <w:sz w:val="20"/>
        </w:rPr>
        <w:t>[1]</w:t>
      </w:r>
    </w:p>
    <w:p>
      <w:r>
        <w:rPr>
          <w:rFonts w:ascii="Gentium Plus" w:hAnsi="Gentium Plus"/>
          <w:sz w:val="24"/>
        </w:rPr>
        <w:t>Κηκῖδας Συριακὰς τρίψας καὶ μέλιτι ἀναδεύσας, τῷ τραύ‐ ματι ἐπιτίθει.</w:t>
      </w:r>
    </w:p>
    <w:p>
      <w:pPr>
        <w:jc w:val="center"/>
      </w:pPr>
      <w:r>
        <w:rPr>
          <w:rFonts w:ascii="Gentium Plus" w:hAnsi="Gentium Plus"/>
          <w:b/>
          <w:sz w:val="24"/>
        </w:rPr>
        <w:t>πρὸς τραῦμα νώτου κατὰ ἀπειρίαν τοῦ</w:t>
      </w:r>
    </w:p>
    <w:p>
      <w:r>
        <w:rPr>
          <w:rFonts w:ascii="Courier New" w:hAnsi="Courier New"/>
          <w:color w:val="555555"/>
          <w:sz w:val="20"/>
        </w:rPr>
        <w:t>[t2]</w:t>
      </w:r>
    </w:p>
    <w:p>
      <w:r>
        <w:rPr>
          <w:rFonts w:ascii="Gentium Plus" w:hAnsi="Gentium Plus"/>
          <w:sz w:val="24"/>
        </w:rPr>
        <w:t>καθεζομένου γινόμενον.</w:t>
      </w:r>
    </w:p>
    <w:p>
      <w:r>
        <w:rPr>
          <w:rFonts w:ascii="Courier New" w:hAnsi="Courier New"/>
          <w:color w:val="555555"/>
          <w:sz w:val="20"/>
        </w:rPr>
        <w:t>[1]</w:t>
      </w:r>
    </w:p>
    <w:p>
      <w:r>
        <w:rPr>
          <w:rFonts w:ascii="Gentium Plus" w:hAnsi="Gentium Plus"/>
          <w:sz w:val="24"/>
        </w:rPr>
        <w:t>Τὸν ἀπόδεσμον τῶν κρομύων, ἐξ οὗ ταῦτα \ ἐτύγχανεν, τοῦτ’ ἔστι τὰ ξηρανθέντα φύλλα εἰς θερμὸν ἐμβαλὼν καὶ ζέσας, ἐπίθες ἐπάνω τῆς φλεγμονῆς τοῦ ζῴου, ἕως θερμὰ εἴη, καὶ ἐπίδησον μετὰ φασκίας, ἤ, εἰ βούλει, καὶ αὐτὴν τὴν</w:t>
      </w:r>
    </w:p>
    <w:p>
      <w:r>
        <w:rPr>
          <w:rFonts w:ascii="Courier New" w:hAnsi="Courier New"/>
          <w:color w:val="555555"/>
          <w:sz w:val="20"/>
        </w:rPr>
        <w:t>[5]</w:t>
      </w:r>
    </w:p>
    <w:p>
      <w:r>
        <w:rPr>
          <w:rFonts w:ascii="Gentium Plus" w:hAnsi="Gentium Plus"/>
          <w:sz w:val="24"/>
        </w:rPr>
        <w:t>σέλλαν τῷ ἵππῳ ἐπίθες, ὥστε μίαν ἡμέραν καὶ νύκτα οὕτω</w:t>
      </w:r>
    </w:p>
    <w:p>
      <w:pPr>
        <w:jc w:val="center"/>
      </w:pPr>
      <w:r>
        <w:rPr>
          <w:rFonts w:ascii="Gentium Plus" w:hAnsi="Gentium Plus"/>
          <w:b/>
          <w:sz w:val="24"/>
        </w:rPr>
        <w:t>περὶ ὀρθοπνοίας.</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Σεκούνδῳ ἱπποϊατρῷ χαίρειν. ὀρθοπνοίας γενομένης σημεῖα τάδε· περιπατῶν ἀφίσταται, καὶ ἀναπνεῖ διόλου ὁ ἵππος βαρύ, καὶ εἰς τὸ πρόσαντες περιπατεῖν οὐ δύ‐ ναται, ἀλλὰ ἀποκλίνεται, ὥστε καὶ πίπτειν. ἀναπεσὼν δὲ οὐκ</w:t>
      </w:r>
    </w:p>
    <w:p>
      <w:r>
        <w:rPr>
          <w:rFonts w:ascii="Courier New" w:hAnsi="Courier New"/>
          <w:color w:val="555555"/>
          <w:sz w:val="20"/>
        </w:rPr>
        <w:t>[5]</w:t>
      </w:r>
    </w:p>
    <w:p>
      <w:r>
        <w:rPr>
          <w:rFonts w:ascii="Gentium Plus" w:hAnsi="Gentium Plus"/>
          <w:sz w:val="24"/>
        </w:rPr>
        <w:t>ἐκτείνει ἑαυτὸν οὐδὲ πλατύνεται, μᾶλλον δὲ ἀνεγείρεσθαι θέ‐ λει. θεραπεύεται δὲ οὕτως· λιβανωτοῦ ὁλκας βʹ, θείου ὁλ‐ κὴν αʹ δεῖ τρίβειν λίαν καὶ διέντα οἴνῳ λευκῷ εὐώδει καὶ μέ‐ λιτι ἐγχυματίζειν διὰ τῶν μυκτήρων. ἢ πίσσης ὀρὸν καὶ νί‐ τρον ὀπτὸν λεῖον μίξαντα μέλιτι καὶ οἴνῳ ἐγχεῖν, μέχρις ἂν</w:t>
      </w:r>
    </w:p>
    <w:p>
      <w:r>
        <w:rPr>
          <w:rFonts w:ascii="Courier New" w:hAnsi="Courier New"/>
          <w:color w:val="555555"/>
          <w:sz w:val="20"/>
        </w:rPr>
        <w:t>[10]</w:t>
      </w:r>
    </w:p>
    <w:p>
      <w:r>
        <w:rPr>
          <w:rFonts w:ascii="Gentium Plus" w:hAnsi="Gentium Plus"/>
          <w:sz w:val="24"/>
        </w:rPr>
        <w:t>παύσηται τὸ συνεχὲς πνεῦμα. καὶ μὴ ῥιγούτω μηδὲ γυμνασίοις χρήσθω. καὶ νίτρον δὲ εἰς τὸ ποτὸν βάλλειν καὶ τὸν χόρτον περιρραίνειν αὐτῷ, καὶ ἂν μὴ πρὸς ταῦτα παύηται, τῷ καθαρτικῷ χρῆσθαι.</w:t>
      </w:r>
    </w:p>
    <w:p>
      <w:pPr>
        <w:jc w:val="center"/>
      </w:pPr>
      <w:r>
        <w:rPr>
          <w:rFonts w:ascii="Gentium Plus" w:hAnsi="Gentium Plus"/>
          <w:b/>
          <w:sz w:val="24"/>
        </w:rPr>
        <w:t>Ἱεροκλέους περὶ ὀρθοπνοίας.</w:t>
      </w:r>
    </w:p>
    <w:p>
      <w:r>
        <w:rPr>
          <w:rFonts w:ascii="Courier New" w:hAnsi="Courier New"/>
          <w:color w:val="555555"/>
          <w:sz w:val="20"/>
        </w:rPr>
        <w:t>[1]</w:t>
      </w:r>
    </w:p>
    <w:p>
      <w:r>
        <w:rPr>
          <w:rFonts w:ascii="Gentium Plus" w:hAnsi="Gentium Plus"/>
          <w:sz w:val="24"/>
        </w:rPr>
        <w:t>Σημεῖα ὀρθοπνοίας τάδε· δυσπνοεῖ, καὶ οἱ μυκτῆρες δια‐ πέπρηνται, καὶ ἐκ τῶν λαγόνων ἕλκεται. δεῖ τοίνυν θερμαν‐ τικὰ τούτῳ προσφέρειν, ὥς φησι Κλεομένης ὁ Λίβυς· ὀρό‐ βους βεβρεγμένους, ἐρεβίνθους βρόμους κριθάς, καὶ τῷ πο‐</w:t>
      </w:r>
    </w:p>
    <w:p>
      <w:r>
        <w:rPr>
          <w:rFonts w:ascii="Courier New" w:hAnsi="Courier New"/>
          <w:color w:val="555555"/>
          <w:sz w:val="20"/>
        </w:rPr>
        <w:t>[5]</w:t>
      </w:r>
    </w:p>
    <w:p>
      <w:r>
        <w:rPr>
          <w:rFonts w:ascii="Gentium Plus" w:hAnsi="Gentium Plus"/>
          <w:sz w:val="24"/>
        </w:rPr>
        <w:t>τῷ παραμίσγειν ἄλευρον, καὶ ἐγχυματίζειν τραγακάνθης καὶ θείου ἀπύρου βραχεῖ διὰ γλυκέος οἴνου.</w:t>
      </w:r>
    </w:p>
    <w:p>
      <w:pPr>
        <w:jc w:val="center"/>
      </w:pPr>
      <w:r>
        <w:rPr>
          <w:rFonts w:ascii="Gentium Plus" w:hAnsi="Gentium Plus"/>
          <w:b/>
          <w:sz w:val="24"/>
        </w:rPr>
        <w:t>τοῦ αὐτοῦ εἰς τὸ αὐτό.</w:t>
      </w:r>
    </w:p>
    <w:p>
      <w:r>
        <w:rPr>
          <w:rFonts w:ascii="Courier New" w:hAnsi="Courier New"/>
          <w:color w:val="555555"/>
          <w:sz w:val="20"/>
        </w:rPr>
        <w:t>[1]</w:t>
      </w:r>
    </w:p>
    <w:p>
      <w:r>
        <w:rPr>
          <w:rFonts w:ascii="Gentium Plus" w:hAnsi="Gentium Plus"/>
          <w:sz w:val="24"/>
        </w:rPr>
        <w:t>Σκυλάκιον σφάξας, ἔγχει διὰ στόματος τὸ αἷμα θερμόν, ἐπι‐</w:t>
      </w:r>
    </w:p>
    <w:p>
      <w:pPr>
        <w:jc w:val="center"/>
      </w:pPr>
      <w:r>
        <w:rPr>
          <w:rFonts w:ascii="Gentium Plus" w:hAnsi="Gentium Plus"/>
          <w:b/>
          <w:sz w:val="24"/>
        </w:rPr>
        <w:t>ἄλλο τοῦ αὐτοῦ.</w:t>
      </w:r>
    </w:p>
    <w:p>
      <w:r>
        <w:rPr>
          <w:rFonts w:ascii="Courier New" w:hAnsi="Courier New"/>
          <w:color w:val="555555"/>
          <w:sz w:val="20"/>
        </w:rPr>
        <w:t>[1]</w:t>
      </w:r>
    </w:p>
    <w:p>
      <w:r>
        <w:rPr>
          <w:rFonts w:ascii="Gentium Plus" w:hAnsi="Gentium Plus"/>
          <w:sz w:val="24"/>
        </w:rPr>
        <w:t>Σύμφυτον, ὃ καλοῦσιν ἵππουρον, θλάσας ἐκ\ χυλὸν εἰς κοτύλας βʹ, καὶ κυμίνου Αἰθιοπικοῦ κοχλιάρια βʹ, διεὶς οἴνου κοτύλῃ ἐγχυμάτιζε, καὶ λιβανωτὸν τρίψας καὶ θεῖον, ἐν μέλιτι καὶ οἴνῳ διείς, ἔγχει διὰ τοῦ ἀριστεροῦ</w:t>
      </w:r>
    </w:p>
    <w:p>
      <w:r>
        <w:rPr>
          <w:rFonts w:ascii="Courier New" w:hAnsi="Courier New"/>
          <w:color w:val="555555"/>
          <w:sz w:val="20"/>
        </w:rPr>
        <w:t>[5]</w:t>
      </w:r>
    </w:p>
    <w:p>
      <w:r>
        <w:rPr>
          <w:rFonts w:ascii="Gentium Plus" w:hAnsi="Gentium Plus"/>
          <w:sz w:val="24"/>
        </w:rPr>
        <w:t>μυκτῆρος.</w:t>
      </w:r>
    </w:p>
    <w:p>
      <w:pPr>
        <w:jc w:val="center"/>
      </w:pPr>
      <w:r>
        <w:rPr>
          <w:rFonts w:ascii="Gentium Plus" w:hAnsi="Gentium Plus"/>
          <w:b/>
          <w:sz w:val="24"/>
        </w:rPr>
        <w:t>περὶ δυσπνοίας.</w:t>
      </w:r>
    </w:p>
    <w:p>
      <w:r>
        <w:rPr>
          <w:rFonts w:ascii="Courier New" w:hAnsi="Courier New"/>
          <w:color w:val="555555"/>
          <w:sz w:val="20"/>
        </w:rPr>
        <w:t>[1]</w:t>
      </w:r>
    </w:p>
    <w:p>
      <w:r>
        <w:rPr>
          <w:rFonts w:ascii="Gentium Plus" w:hAnsi="Gentium Plus"/>
          <w:sz w:val="24"/>
        </w:rPr>
        <w:t>Τοῦ δυσπνοοῦντος ἵππου σημεῖα ταῦτα· τὸν δεξιὸν ὀφθαλ‐ μὸν ὑπόχλωρον ἔχει, ἐξ ἑκατέρου μυκτῆρος ὀσμὴν δυσώδη πέμπει, τὰς λαγόνας ἕλκει, ὑπὸ τὰς γνάθους κορδυλώματα τίκτει. τὸν οὖν περίπατον αὐτοῦ κατανόησον· καὶ ἐὰν εἰς τὸ</w:t>
      </w:r>
    </w:p>
    <w:p>
      <w:r>
        <w:rPr>
          <w:rFonts w:ascii="Courier New" w:hAnsi="Courier New"/>
          <w:color w:val="555555"/>
          <w:sz w:val="20"/>
        </w:rPr>
        <w:t>[5]</w:t>
      </w:r>
    </w:p>
    <w:p>
      <w:r>
        <w:rPr>
          <w:rFonts w:ascii="Gentium Plus" w:hAnsi="Gentium Plus"/>
          <w:sz w:val="24"/>
        </w:rPr>
        <w:t>δεξιὸν μέρος ἐπιρρεπέστερος ᾖ, οὐκ εὐχερῶς θεραπεύεται. εἰ δὲ τὸ πάθος νεαρὸν ᾖ, ταύτῃ κέχρησο τῇ μεθόδῳ· αἷμα αὐ‐ τοῦ ἀφαίρει ἐπὶ ἡμέραις τρισίν, εἶτα προπότιζε οὕτως· οἴνου παλαιοῦ ξέστην ἕνα, ἐλαίου δαφνίνου ξέ. τὸ ἥμισυ, κρόκου γο αʹ, ἐλαίου ῥοδίνου λίτραν αʹ, ἐλαίου σχινίνου ξέστου τὸ</w:t>
      </w:r>
    </w:p>
    <w:p>
      <w:r>
        <w:rPr>
          <w:rFonts w:ascii="Courier New" w:hAnsi="Courier New"/>
          <w:color w:val="555555"/>
          <w:sz w:val="20"/>
        </w:rPr>
        <w:t>[10]</w:t>
      </w:r>
    </w:p>
    <w:p>
      <w:r>
        <w:rPr>
          <w:rFonts w:ascii="Gentium Plus" w:hAnsi="Gentium Plus"/>
          <w:sz w:val="24"/>
        </w:rPr>
        <w:t>ἥμισυ, σμύρνης τρωγλίτιδος γο αʹ, ὑδρομέλιτος ξέ. γʹ· ταῦτα πάντα \| εἰς χαλκεῖον καινὸν βαλὼν καὶ σὺν αὐτοῖς ἀλεκτρυόνα καθεψήσας, ἀποτρίτωσον, καὶ ἀπ’ αὐτοῦ ἀνὰ ἡμίναν μίαν δίδου μετὰ ὑδρομέλιτος καὶ ᾠοῦ ἑνὸς διὰ μυκτήρων ἐπὶ ἡμέ‐ ραις ἕξ. ἐκ τούτου δὲ τοῦ προποτίσματος, εἰ βούλει, καὶ εἰς τὴν</w:t>
      </w:r>
    </w:p>
    <w:p>
      <w:r>
        <w:rPr>
          <w:rFonts w:ascii="Courier New" w:hAnsi="Courier New"/>
          <w:color w:val="555555"/>
          <w:sz w:val="20"/>
        </w:rPr>
        <w:t>[15]</w:t>
      </w:r>
    </w:p>
    <w:p>
      <w:r>
        <w:rPr>
          <w:rFonts w:ascii="Gentium Plus" w:hAnsi="Gentium Plus"/>
          <w:sz w:val="24"/>
        </w:rPr>
        <w:t>κεφαλὴν ἐπίβαλλε καὶ ἐπιδέσμει πρὸς πόδα, καὶ θεραπεύσεις.</w:t>
      </w:r>
    </w:p>
    <w:p>
      <w:pPr>
        <w:jc w:val="center"/>
      </w:pPr>
      <w:r>
        <w:rPr>
          <w:rFonts w:ascii="Gentium Plus" w:hAnsi="Gentium Plus"/>
          <w:b/>
          <w:sz w:val="24"/>
        </w:rPr>
        <w:t>ἄλλο Μάγωνος.</w:t>
      </w:r>
    </w:p>
    <w:p>
      <w:r>
        <w:rPr>
          <w:rFonts w:ascii="Courier New" w:hAnsi="Courier New"/>
          <w:color w:val="555555"/>
          <w:sz w:val="20"/>
        </w:rPr>
        <w:t>[1]</w:t>
      </w:r>
    </w:p>
    <w:p>
      <w:r>
        <w:rPr>
          <w:rFonts w:ascii="Gentium Plus" w:hAnsi="Gentium Plus"/>
          <w:sz w:val="24"/>
        </w:rPr>
        <w:t>Ἐὰν ἰσχυρᾷ δυσπνοίᾳ ὁ ἵππος συνέχηται, κρεμνᾷ τὰς λα‐ γόνας, καὶ τοὺς ὀφθαλμοὺς ἀμφοτέρους ἢ τὸν ἕνα τὸν δεξιὸν κεχρωσμένον ἔχει καὶ τὴν γνάθον οὐδὲν ἧττον φλεγμαίνουσαν καὶ τὸ βῆμα οὐκ ὀρθόν. τοῦτο τὸ πάθος ἐν ἀρχῇ εὐχερῶς</w:t>
      </w:r>
    </w:p>
    <w:p>
      <w:r>
        <w:rPr>
          <w:rFonts w:ascii="Courier New" w:hAnsi="Courier New"/>
          <w:color w:val="555555"/>
          <w:sz w:val="20"/>
        </w:rPr>
        <w:t>[5]</w:t>
      </w:r>
    </w:p>
    <w:p>
      <w:r>
        <w:rPr>
          <w:rFonts w:ascii="Gentium Plus" w:hAnsi="Gentium Plus"/>
          <w:sz w:val="24"/>
        </w:rPr>
        <w:t>θεραπεύεται, εἰ καὶ μετὰ πολλῆς τῆς ἐπιμελείας. τὸ σχῆμα τοίνυν αὐτοῦ κατάμαθε λεπτομερῶς· καὶ εἰ μὲν εἰς τὸ δεξιὸν κεκύρτωται μέρος, ἰαθήσεται, εἰ δὲ εἰς τὸ ἀριστερόν, δυσχερέ‐ στατα ζήσεται. ὅμως προσφέρειν δεῖ ταῦτα· τὰς δώδεκα φλέ‐ βας τοῦ ἵππου λύσας, οὕτω μέντοι, ἵνα ἐπὶ \| ἡμέραις τρισὶ</w:t>
      </w:r>
    </w:p>
    <w:p>
      <w:r>
        <w:rPr>
          <w:rFonts w:ascii="Courier New" w:hAnsi="Courier New"/>
          <w:color w:val="555555"/>
          <w:sz w:val="20"/>
        </w:rPr>
        <w:t>[10]</w:t>
      </w:r>
    </w:p>
    <w:p>
      <w:r>
        <w:rPr>
          <w:rFonts w:ascii="Gentium Plus" w:hAnsi="Gentium Plus"/>
          <w:sz w:val="24"/>
        </w:rPr>
        <w:t>λύῃς ἀνὰ φλέβας δʹ, μετὰ τοῦτο δίδου τὸ προπότισμα τοῦτο· κρόκου, σμύρνης τρωγλίτιδος, ναρδοστάχυος, πεπέρεως λευκοῦ ἀνὰ γο αʹ, ὑδρομέλιτος ξέ. γʹ, ἐλαίου παλαιοῦ ξέ. αʹ, ἐλαίου ῥοδίνου λίτρας cʹ, φακῆς ξέ. cʹ, πάντα ἐν ἀγγείῳ βαλὼν καινῷ καὶ ἑψήσας ἅμα σκυλακίῳ ὅσον ἡμερῶν δέκα, ἐπι‐</w:t>
      </w:r>
    </w:p>
    <w:p>
      <w:r>
        <w:rPr>
          <w:rFonts w:ascii="Courier New" w:hAnsi="Courier New"/>
          <w:color w:val="555555"/>
          <w:sz w:val="20"/>
        </w:rPr>
        <w:t>[15]</w:t>
      </w:r>
    </w:p>
    <w:p>
      <w:r>
        <w:rPr>
          <w:rFonts w:ascii="Gentium Plus" w:hAnsi="Gentium Plus"/>
          <w:sz w:val="24"/>
        </w:rPr>
        <w:t>βαλὼν μέλι ἢ ὑδρόμελι καὶ ᾠὸν ἕν, ἐπὶ ἡμέραις συναπταῖς καὶ πολλαῖς ἐγχυμάτιζε.</w:t>
      </w:r>
    </w:p>
    <w:p>
      <w:pPr>
        <w:jc w:val="center"/>
      </w:pPr>
      <w:r>
        <w:rPr>
          <w:rFonts w:ascii="Gentium Plus" w:hAnsi="Gentium Plus"/>
          <w:b/>
          <w:sz w:val="24"/>
        </w:rPr>
        <w:t>ἄλλο Πελαγωνίου.</w:t>
      </w:r>
    </w:p>
    <w:p>
      <w:r>
        <w:rPr>
          <w:rFonts w:ascii="Courier New" w:hAnsi="Courier New"/>
          <w:color w:val="555555"/>
          <w:sz w:val="20"/>
        </w:rPr>
        <w:t>[1]</w:t>
      </w:r>
    </w:p>
    <w:p>
      <w:r>
        <w:rPr>
          <w:rFonts w:ascii="Gentium Plus" w:hAnsi="Gentium Plus"/>
          <w:sz w:val="24"/>
        </w:rPr>
        <w:t>Ἑψήματος Κρητικοῦ ξέ. αʹ, ἴρεως Ἰλλυρικῆς, πεπέρεως, κρόκου, σμύρνης τρωγλίτιδος, λιβάνου ἀλεύρου, τραγακάνθης ἀνὰ γο αʹ, σταφίδων τὸ ἀρκοῦν. ταῦτα πάντα συμμίξας δί‐ δου, καὶ τὰς φάρυγας αὐτοῦ μέλιτι βουτύρῳ ἀξουγγίῳ καὶ</w:t>
      </w:r>
    </w:p>
    <w:p>
      <w:r>
        <w:rPr>
          <w:rFonts w:ascii="Courier New" w:hAnsi="Courier New"/>
          <w:color w:val="555555"/>
          <w:sz w:val="20"/>
        </w:rPr>
        <w:t>[5]</w:t>
      </w:r>
    </w:p>
    <w:p>
      <w:r>
        <w:rPr>
          <w:rFonts w:ascii="Gentium Plus" w:hAnsi="Gentium Plus"/>
          <w:sz w:val="24"/>
        </w:rPr>
        <w:t>ἅλατι μετὰ ταῦτα καταλέαινε.</w:t>
      </w:r>
    </w:p>
    <w:p>
      <w:pPr>
        <w:jc w:val="center"/>
      </w:pPr>
      <w:r>
        <w:rPr>
          <w:rFonts w:ascii="Gentium Plus" w:hAnsi="Gentium Plus"/>
          <w:b/>
          <w:sz w:val="24"/>
        </w:rPr>
        <w:t>ἄλλο.</w:t>
      </w:r>
    </w:p>
    <w:p>
      <w:r>
        <w:rPr>
          <w:rFonts w:ascii="Courier New" w:hAnsi="Courier New"/>
          <w:color w:val="555555"/>
          <w:sz w:val="20"/>
        </w:rPr>
        <w:t>[27 . 8]</w:t>
      </w:r>
    </w:p>
    <w:p>
      <w:r>
        <w:rPr>
          <w:rFonts w:ascii="Gentium Plus" w:hAnsi="Gentium Plus"/>
          <w:sz w:val="24"/>
        </w:rPr>
        <w:t>Τοῦτο καὶ Ἕλληνες ὀρθόπνοιαν ἐκάλεσαν. \ ζεται δέ, ἡνίκα ὀρθὰ φέρει τὸ ζῷον τὰ ὦτα, καὶ πυῶδες ἐκ‐ πέμπει ὑγρόν, καὶ συνεχέστερον τὰς λαγόνας ἕλκει τούς τε ὀφθαλμοὺς ἠνεῳγμένους ἔχει. ἡ δὲ θεραπεία ἐστὶ τοιαύτη·</w:t>
      </w:r>
    </w:p>
    <w:p>
      <w:r>
        <w:rPr>
          <w:rFonts w:ascii="Courier New" w:hAnsi="Courier New"/>
          <w:color w:val="555555"/>
          <w:sz w:val="20"/>
        </w:rPr>
        <w:t>[5]</w:t>
      </w:r>
    </w:p>
    <w:p>
      <w:r>
        <w:rPr>
          <w:rFonts w:ascii="Gentium Plus" w:hAnsi="Gentium Plus"/>
          <w:sz w:val="24"/>
        </w:rPr>
        <w:t>αἷμα ἐκ τοῦ σπονδύλου λαβών, καὶ ὄξει καὶ ἐλαίῳ συμμίξας, ἐνάλειφε τὸ ζῷον. ἀπεχέσθω δὲ καὶ τροφῆς ὅσον δυνατόν, ἢ κεχρήσθω τοῖς θερμαίνειν δυναμένοις, ὀρόβοις ἢ ἐρεβίνθοις ἢ ἀλεύρῳ σιτίνῳ χειμῶνος, τῷ δὲ θέρει κριθίνῳ. βαλὼν δὲ τραγάκανθαν καὶ ἕψημα καὶ ἄσφαλτον, πρόσθες καὶ αἷμα</w:t>
      </w:r>
    </w:p>
    <w:p>
      <w:r>
        <w:rPr>
          <w:rFonts w:ascii="Courier New" w:hAnsi="Courier New"/>
          <w:color w:val="555555"/>
          <w:sz w:val="20"/>
        </w:rPr>
        <w:t>[10]</w:t>
      </w:r>
    </w:p>
    <w:p>
      <w:r>
        <w:rPr>
          <w:rFonts w:ascii="Gentium Plus" w:hAnsi="Gentium Plus"/>
          <w:sz w:val="24"/>
        </w:rPr>
        <w:t>κυνός, καὶ κυμίνου λελειωμένου τοσοῦτον, ὅσον τρισὶ δακτύ‐ λοις δυνηθῇς ἆραι, καὶ ἐπεμβαλὼν οἴνου, δίδου. ἢ ᾠοῦ τὸ λευκὸν μετὰ μέλιτος καὶ στροβίλων λελειωμένων ἐπὶ ἡμέραις κʹ ἢ καὶ πλείοσιν, ἄχρις οὗ ὁ πνεύμων θεραπευθῇ.</w:t>
      </w:r>
    </w:p>
    <w:p>
      <w:r>
        <w:rPr>
          <w:rFonts w:ascii="Courier New" w:hAnsi="Courier New"/>
          <w:color w:val="555555"/>
          <w:sz w:val="20"/>
        </w:rPr>
        <w:t>[27 . 9]</w:t>
      </w:r>
    </w:p>
    <w:p>
      <w:r>
        <w:rPr>
          <w:rFonts w:ascii="Gentium Plus" w:hAnsi="Gentium Plus"/>
          <w:sz w:val="24"/>
        </w:rPr>
        <w:t>εἰ δὲ μὴ ὠφεληθῇ, ἐλλεβόρου ῥίζαν τοῦ μέλανος εἰς τὸ στῆθος ἐπιτίθει ἢ καὶ εἰς τὰς τῶν ὤτων ἀρχὰς ἢ καὶ εἰς τὰς τῶν μυκτήρων, δι’ ὧν πᾶσα ἡ νόσος \| ἐκβληθήσεται. δίδου</w:t>
      </w:r>
    </w:p>
    <w:p>
      <w:r>
        <w:rPr>
          <w:rFonts w:ascii="Courier New" w:hAnsi="Courier New"/>
          <w:color w:val="555555"/>
          <w:sz w:val="20"/>
        </w:rPr>
        <w:t>[5]</w:t>
      </w:r>
    </w:p>
    <w:p>
      <w:r>
        <w:rPr>
          <w:rFonts w:ascii="Gentium Plus" w:hAnsi="Gentium Plus"/>
          <w:sz w:val="24"/>
        </w:rPr>
        <w:t>καὶ ἀγρίου σικύου ῥίζης, μέλιτι ἀναλαβών. ἢ ῥίζαν συκαμί‐ νου ὡς ὀβολοὺς τρεῖς λειώσας, μετὰ οἴνου θερμοῦ εἰς τοὺς μυκτῆρας ἔγχει. τῶν δὲ δυσπνοϊκῶν ζῴων πρότερον ἐλαίου κυάθῳ ἑνὶ καὶ οἴνου ξέ. ἑνὶ τὴν κεφαλὴν ἀπόσμηχε, δι’ ὧν τοῖς ἀβοηθήτοις πάθεσιν θεραπεία κατεπαγγέλλεται.</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Ἡ δύσπνοια γίνεται ἐκ πλείστου ἱδρῶτος καὶ ἐκ κόπου καὶ ἄσθματος. ὁ δὲ τῷ πάθει τούτῳ συνεχόμενος ἵππος διὰ τῶν μυκτήρων ὑπόπυον ἰχῶρα φέρει. χρησιμώτατον δὲ πρὸς τὸ πάθος προπότισμα τόδε· ἑψήματος Κρητικοῦ ξέστην ἕνα</w:t>
      </w:r>
    </w:p>
    <w:p>
      <w:r>
        <w:rPr>
          <w:rFonts w:ascii="Courier New" w:hAnsi="Courier New"/>
          <w:color w:val="555555"/>
          <w:sz w:val="20"/>
        </w:rPr>
        <w:t>[5]</w:t>
      </w:r>
    </w:p>
    <w:p>
      <w:r>
        <w:rPr>
          <w:rFonts w:ascii="Gentium Plus" w:hAnsi="Gentium Plus"/>
          <w:sz w:val="24"/>
        </w:rPr>
        <w:t>ἥμισυ, κόστου γο γʹ, ὑσσώπου ἄνθους, κασίας σύριγγος, τραγα‐ κάνθης ἀνὰ γο βʹ, ἀβροτόνου γο γʹ, λιβάνου ἄρρενος ξηροῦ γο βʹ· ταῦτα πάντα κόψας ἐπιμελῶς, καὶ μίξας τῷ ἑψήματι, διὰ τῆς φά\|ρυγος ἐγχυμάτιζε.</w:t>
      </w:r>
    </w:p>
    <w:p>
      <w:pPr>
        <w:jc w:val="center"/>
      </w:pPr>
      <w:r>
        <w:rPr>
          <w:rFonts w:ascii="Gentium Plus" w:hAnsi="Gentium Plus"/>
          <w:b/>
          <w:sz w:val="24"/>
        </w:rPr>
        <w:t>Τιβερίου εἰς τὸ αὐτό.</w:t>
      </w:r>
    </w:p>
    <w:p>
      <w:r>
        <w:rPr>
          <w:rFonts w:ascii="Courier New" w:hAnsi="Courier New"/>
          <w:color w:val="555555"/>
          <w:sz w:val="20"/>
        </w:rPr>
        <w:t>[1]</w:t>
      </w:r>
    </w:p>
    <w:p>
      <w:r>
        <w:rPr>
          <w:rFonts w:ascii="Gentium Plus" w:hAnsi="Gentium Plus"/>
          <w:sz w:val="24"/>
        </w:rPr>
        <w:t>Τῆς δυσπνοίας σημεῖα ταῦτα· αἱ λαγόνες τοῦ ἵππου σφάλλουσι σφόδρα, αἱ ῥῖνες αὐτοῦ φυσῶσι, καὶ λύπη τούτῳ προσγίνεται, ὀχλουμένῳ ὑπὸ τοῦ πάθους. θεράπευε οὖν οὕ‐ τως· ᾠὰ βρέξας εἰς ὄξος τρία τῇ αʹ ἡμέρᾳ, τῇ δὲ δευτέρᾳ εʹ</w:t>
      </w:r>
    </w:p>
    <w:p>
      <w:r>
        <w:rPr>
          <w:rFonts w:ascii="Courier New" w:hAnsi="Courier New"/>
          <w:color w:val="555555"/>
          <w:sz w:val="20"/>
        </w:rPr>
        <w:t>[5]</w:t>
      </w:r>
    </w:p>
    <w:p>
      <w:r>
        <w:rPr>
          <w:rFonts w:ascii="Gentium Plus" w:hAnsi="Gentium Plus"/>
          <w:sz w:val="24"/>
        </w:rPr>
        <w:t>καὶ τῇ τρίτῃ ζʹ, δὸς ἐν τῷ στόματι, ἐκπιέζων τὸ λέπος αὐτῶν. \</w:t>
      </w:r>
    </w:p>
    <w:p>
      <w:pPr>
        <w:jc w:val="center"/>
      </w:pPr>
      <w:r>
        <w:rPr>
          <w:rFonts w:ascii="Gentium Plus" w:hAnsi="Gentium Plus"/>
          <w:b/>
          <w:sz w:val="24"/>
        </w:rPr>
        <w:t>πρὸς σηπεδόνας τὰς ἐν τῇ γνάθῳ.</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Συμβαίνει πάθος ἐν τῷ ψαλίῳ. χαλκῖτιν οὖν ὀπτήσας ἐν τῷ πυρί, ἵνα γένηται διάπυρος, καὶ τρίψας μετὰ μέλιτος, ὥστε λεῖα γενέσθαι, βαλὼν εἰς πυξίδα, χρῶ πρὸς τὰς σηπεδόνας καὶ νομὰς τὰς ἐν στόμασι καὶ πανταχοῦ.</w:t>
      </w:r>
    </w:p>
    <w:p>
      <w:pPr>
        <w:jc w:val="center"/>
      </w:pPr>
      <w:r>
        <w:rPr>
          <w:rFonts w:ascii="Gentium Plus" w:hAnsi="Gentium Plus"/>
          <w:b/>
          <w:sz w:val="24"/>
        </w:rPr>
        <w:t>Ἱεροκλέους εἰς τὸ αὐτό.</w:t>
      </w:r>
    </w:p>
    <w:p>
      <w:r>
        <w:rPr>
          <w:rFonts w:ascii="Courier New" w:hAnsi="Courier New"/>
          <w:color w:val="555555"/>
          <w:sz w:val="20"/>
        </w:rPr>
        <w:t>[28 . 2]</w:t>
      </w:r>
    </w:p>
    <w:p>
      <w:r>
        <w:rPr>
          <w:rFonts w:ascii="Gentium Plus" w:hAnsi="Gentium Plus"/>
          <w:sz w:val="24"/>
        </w:rPr>
        <w:t>Ἐὰν σηπεδὼν γένηται, ἀναπτύξας αὐτὴν καὶ φανερὰν ποιήσας, πρόσκαυσον, φυλασσόμενος, μὴ παράψῃ τοῦ τένον‐ τος. ἐν δὲ τῇ ῥάχει ἐὰν ᾖ, τεμὼν ταχέως τὸν χιτῶνα, πρόσ‐ καυσον. ἐὰν δὲ ᾖ ἐν τῇ πλευρᾷ, τέμνε ἕως τοῦ ὀστέου, προσ‐</w:t>
      </w:r>
    </w:p>
    <w:p>
      <w:r>
        <w:rPr>
          <w:rFonts w:ascii="Courier New" w:hAnsi="Courier New"/>
          <w:color w:val="555555"/>
          <w:sz w:val="20"/>
        </w:rPr>
        <w:t>[5]</w:t>
      </w:r>
    </w:p>
    <w:p>
      <w:r>
        <w:rPr>
          <w:rFonts w:ascii="Gentium Plus" w:hAnsi="Gentium Plus"/>
          <w:sz w:val="24"/>
        </w:rPr>
        <w:t>έχων ἀσφαλῶς. εἶτα \ ἀλφίτων μίξας ἴσον, ὄξει τε φυράσας προϋπόχριε ἐλαίῳ τὸν τόπον. μὴ περιπλύνῃς μέντοι τὸ ἕλκος ἐπὶ ἡμέραις τρισίν. τῇ δὲ τετάρτῃ περίπλυνον, μὴ προσάγων τὴν χεῖρα. ἢ κράμ‐ βης φύλλα κόψας, καὶ ἄλφιτα ἐπιβαλών, ὕδατι φυράσας κατά‐</w:t>
      </w:r>
    </w:p>
    <w:p>
      <w:r>
        <w:rPr>
          <w:rFonts w:ascii="Courier New" w:hAnsi="Courier New"/>
          <w:color w:val="555555"/>
          <w:sz w:val="20"/>
        </w:rPr>
        <w:t>[10]</w:t>
      </w:r>
    </w:p>
    <w:p>
      <w:r>
        <w:rPr>
          <w:rFonts w:ascii="Gentium Plus" w:hAnsi="Gentium Plus"/>
          <w:sz w:val="24"/>
        </w:rPr>
        <w:t>πλασσε. ἢ πράσα ἄγρια καὶ ἥμερα κόψας, ἐπιβαλών τε ἄλευ‐ ρον κρίθινον καὶ λειώσας, κατάπλασσε.</w:t>
      </w:r>
    </w:p>
    <w:p>
      <w:r>
        <w:rPr>
          <w:rFonts w:ascii="Courier New" w:hAnsi="Courier New"/>
          <w:color w:val="555555"/>
          <w:sz w:val="20"/>
        </w:rPr>
        <w:t>[28 . 3]</w:t>
      </w:r>
    </w:p>
    <w:p>
      <w:r>
        <w:rPr>
          <w:rFonts w:ascii="Gentium Plus" w:hAnsi="Gentium Plus"/>
          <w:sz w:val="24"/>
        </w:rPr>
        <w:t>ἐὰν δὲ αἱ ἐσχάραι ἐκπέσωσι, καὶ φανερὰ γένηται ἡ σηπε‐ δών, προϋποχρίσας τῷ τραυματικῷ φαρμάκῳ ἀριστολοχείαν κόψας ἢ πίσσαν ὠμὴν ἐπὶ τὴν σηπεδόνα ἐπίθες, 〈ἢ〉 ἄγχου‐ σαν ἢ χαλκῖτιν τρίψας ἢ φλόμου φύλλα ἢ σιδηρῖτιν βοτάτην.</w:t>
      </w:r>
    </w:p>
    <w:p>
      <w:r>
        <w:rPr>
          <w:rFonts w:ascii="Courier New" w:hAnsi="Courier New"/>
          <w:color w:val="555555"/>
          <w:sz w:val="20"/>
        </w:rPr>
        <w:t>[5]</w:t>
      </w:r>
    </w:p>
    <w:p>
      <w:r>
        <w:rPr>
          <w:rFonts w:ascii="Gentium Plus" w:hAnsi="Gentium Plus"/>
          <w:sz w:val="24"/>
        </w:rPr>
        <w:t>ἔχεις δὲ πρὸς σηπεδόνας ἐν τῷ δευτέρῳ μου βιβλίῳ</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Ῥόαν ὀξίνην κόψας μετὰ ἀλφίτων ἐπίπας\ φυράσας κατάχριε. ἢ κυπάρισον κόψας καὶ ἀλφίτοις καὶ ὄξει δεύσας, κατάπασσε.</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Χαμελαίας κεκομμένης καὶ σεσησμένης, καὶ ἀριστολοχείας τῆς στρογγύλης ὡσαύτως κεκομμένης καὶ σεσησμένης τὸ ἴσον ὕδατι φυράσας, ἐπιδέσμει. \|</w:t>
      </w:r>
    </w:p>
    <w:p>
      <w:pPr>
        <w:jc w:val="center"/>
      </w:pPr>
      <w:r>
        <w:rPr>
          <w:rFonts w:ascii="Gentium Plus" w:hAnsi="Gentium Plus"/>
          <w:b/>
          <w:sz w:val="24"/>
        </w:rPr>
        <w:t>περὶ καρδιακοῦ.</w:t>
      </w:r>
    </w:p>
    <w:p>
      <w:pPr>
        <w:jc w:val="center"/>
      </w:pPr>
      <w:r>
        <w:rPr>
          <w:rFonts w:ascii="Gentium Plus" w:hAnsi="Gentium Plus"/>
          <w:b/>
          <w:sz w:val="24"/>
        </w:rPr>
        <w:t>Αψύρτου.</w:t>
      </w:r>
    </w:p>
    <w:p>
      <w:r>
        <w:rPr>
          <w:rFonts w:ascii="Courier New" w:hAnsi="Courier New"/>
          <w:color w:val="555555"/>
          <w:sz w:val="20"/>
        </w:rPr>
        <w:t>[29 . 1]</w:t>
      </w:r>
    </w:p>
    <w:p>
      <w:r>
        <w:rPr>
          <w:rFonts w:ascii="Gentium Plus" w:hAnsi="Gentium Plus"/>
          <w:sz w:val="24"/>
        </w:rPr>
        <w:t>Ἄψυρτος Ἀγαθοκλεῖ ἱπποϊατρῷ χαίρειν. ἱπποτρο‐ φοῦντά σε εὔχρηστον εἰδέναι τῶν καρδιακῶν τὰ σημεῖα 〈καὶ τὰ πρὸς αὐτὰ βοηθήματα. ἔστι δὲ ταῦτα·〉 λαγαρὸς γίνεται καὶ ἀνεσπακὼς τὴν γαστέρα 〈καὶ〉 κατωπός ἐστι καὶ λελυπη‐</w:t>
      </w:r>
    </w:p>
    <w:p>
      <w:r>
        <w:rPr>
          <w:rFonts w:ascii="Courier New" w:hAnsi="Courier New"/>
          <w:color w:val="555555"/>
          <w:sz w:val="20"/>
        </w:rPr>
        <w:t>[5]</w:t>
      </w:r>
    </w:p>
    <w:p>
      <w:r>
        <w:rPr>
          <w:rFonts w:ascii="Gentium Plus" w:hAnsi="Gentium Plus"/>
          <w:sz w:val="24"/>
        </w:rPr>
        <w:t>μένος, οἵ τε ὄρχεις οἰδοῦσιν [καί], 〈ὁμοίως ὑπὸ〉 τὸ γόνυ 〈πονεῖ καὶ οἰδεῖ.〉 γινώσκεται μὲν ἐκ τούτων, θεραπεύεται δὲ οὕτως·</w:t>
      </w:r>
    </w:p>
    <w:p>
      <w:r>
        <w:rPr>
          <w:rFonts w:ascii="Courier New" w:hAnsi="Courier New"/>
          <w:color w:val="555555"/>
          <w:sz w:val="20"/>
        </w:rPr>
        <w:t>[29 . 2]</w:t>
      </w:r>
    </w:p>
    <w:p>
      <w:r>
        <w:rPr>
          <w:rFonts w:ascii="Gentium Plus" w:hAnsi="Gentium Plus"/>
          <w:sz w:val="24"/>
        </w:rPr>
        <w:t>δεῖ τούτοις τὰ θερμαίνοντα διὰ τῶν μυκτήρων ἐγχεῖν, ἢ καὶ τὴν γλῶτταν καταλαμβανόμενον διὰ τοῦ στόματος, πέπερι καὶ οἶνον καὶ ἔλαιον καὶ σκίλλαν ὡσαύτως, ἢ δαφνίδας ἢ λιβα‐ νωτὸν ἢ ἀριστολοχείαν ἤ σμύρνην ἢ θύμον, ἢ καὶ τοῖς ἄλλοις</w:t>
      </w:r>
    </w:p>
    <w:p>
      <w:r>
        <w:rPr>
          <w:rFonts w:ascii="Courier New" w:hAnsi="Courier New"/>
          <w:color w:val="555555"/>
          <w:sz w:val="20"/>
        </w:rPr>
        <w:t>[5]</w:t>
      </w:r>
    </w:p>
    <w:p>
      <w:r>
        <w:rPr>
          <w:rFonts w:ascii="Gentium Plus" w:hAnsi="Gentium Plus"/>
          <w:sz w:val="24"/>
        </w:rPr>
        <w:t>θερμαντικοῖς τοῖς ἁρμόζουσι χρῆσθαι. τροφὴν δὲ παραβάλ‐ λειν τὴν ξηρὰν καὶ μηδὲν τῶν χλωρῶν, καὶ τρῖψιν ποιεῖσθαι \ οἴνῳ καὶ ἐλαίῳ. ἔστω δὲ ἐσκεπασμένος τὴν κοιλίαν, μάλιστα</w:t>
      </w:r>
    </w:p>
    <w:p>
      <w:r>
        <w:rPr>
          <w:rFonts w:ascii="Courier New" w:hAnsi="Courier New"/>
          <w:color w:val="555555"/>
          <w:sz w:val="20"/>
        </w:rPr>
        <w:t>[10]</w:t>
      </w:r>
    </w:p>
    <w:p>
      <w:r>
        <w:rPr>
          <w:rFonts w:ascii="Gentium Plus" w:hAnsi="Gentium Plus"/>
          <w:sz w:val="24"/>
        </w:rPr>
        <w:t>αὐτῇ τῶν εὐωδίαν ἐχόντων· μυρσίνας, δάφνας ἢ τὰ τοιαῦτα.</w:t>
      </w:r>
    </w:p>
    <w:p>
      <w:r>
        <w:rPr>
          <w:rFonts w:ascii="Courier New" w:hAnsi="Courier New"/>
          <w:color w:val="555555"/>
          <w:sz w:val="20"/>
        </w:rPr>
        <w:t>[29 . 3]</w:t>
      </w:r>
    </w:p>
    <w:p>
      <w:r>
        <w:rPr>
          <w:rFonts w:ascii="Gentium Plus" w:hAnsi="Gentium Plus"/>
          <w:sz w:val="24"/>
        </w:rPr>
        <w:t>ὅταν δὲ γένηται πρὸς τοῖς γεγραμμένοις σημείοις, 〈ὅτι〉 ἀδυνατεῖ τοῦ περιπατεῖν, ἀναγκαζόμενος δὲ παραφέρεται εἰς τοὺς τοίχους, καὶ τῷ ἀπαντῶντι ἐμπίπτει, καὶ κατωπός ἐστιν, ὡς προείρηται, καὶ ἱδροῖ τὴν κοιλίαν καὶ τοὺς ὤμους, ὡς καὶ</w:t>
      </w:r>
    </w:p>
    <w:p>
      <w:r>
        <w:rPr>
          <w:rFonts w:ascii="Courier New" w:hAnsi="Courier New"/>
          <w:color w:val="555555"/>
          <w:sz w:val="20"/>
        </w:rPr>
        <w:t>[5]</w:t>
      </w:r>
    </w:p>
    <w:p>
      <w:r>
        <w:rPr>
          <w:rFonts w:ascii="Gentium Plus" w:hAnsi="Gentium Plus"/>
          <w:sz w:val="24"/>
        </w:rPr>
        <w:t>τρόμον ἐν αὐτῷ καὶ σπασμὸν γίνεσθαι, καὶ πίπτειν ἀθρόως καὶ μὴ πλατύνεσθαι, ἀλλ’ ἐπὶ τὴν κοιλίαν κατακεῖσθαι, ὀδυ‐ νώμενον σφόδρα, καὶ μὴ ὑπομένειν, ἐγείρεσθαι δὲ θέλοντα μὴ δύνασθαι ἀλλ’ 〈ἢ〉 μετὰ βίας, καὶ ἀνεσπακότα τοὺς δι‐ δύμους εἶναι, τό τε αἰδοῖον προβάλλειν, καὶ προΐεσθαι τὸ</w:t>
      </w:r>
    </w:p>
    <w:p>
      <w:r>
        <w:rPr>
          <w:rFonts w:ascii="Courier New" w:hAnsi="Courier New"/>
          <w:color w:val="555555"/>
          <w:sz w:val="20"/>
        </w:rPr>
        <w:t>[10]</w:t>
      </w:r>
    </w:p>
    <w:p>
      <w:r>
        <w:rPr>
          <w:rFonts w:ascii="Gentium Plus" w:hAnsi="Gentium Plus"/>
          <w:sz w:val="24"/>
        </w:rPr>
        <w:t>οὖρον κατ’ ὀλίγον, γινώσκειν δὲ δεῖ, ὡς τοῦ τοιούτου παρεμ‐ πέπτωκεν εἰς τὰς ἀρτηρίας ἡ χολὴ καὶ ἐπὶ τὴν \| καρδίαν ἐνή‐ νεκται, καὶ ζῆν οὐ δύναται.</w:t>
      </w:r>
    </w:p>
    <w:p>
      <w:pPr>
        <w:jc w:val="center"/>
      </w:pPr>
      <w:r>
        <w:rPr>
          <w:rFonts w:ascii="Gentium Plus" w:hAnsi="Gentium Plus"/>
          <w:b/>
          <w:sz w:val="24"/>
        </w:rPr>
        <w:t>Ἱεροκλέους εἰς τὸ αὐτό.</w:t>
      </w:r>
    </w:p>
    <w:p>
      <w:r>
        <w:rPr>
          <w:rFonts w:ascii="Courier New" w:hAnsi="Courier New"/>
          <w:color w:val="555555"/>
          <w:sz w:val="20"/>
        </w:rPr>
        <w:t>[29 . 4]</w:t>
      </w:r>
    </w:p>
    <w:p>
      <w:r>
        <w:rPr>
          <w:rFonts w:ascii="Gentium Plus" w:hAnsi="Gentium Plus"/>
          <w:sz w:val="24"/>
        </w:rPr>
        <w:t>Καρδιακὸν ἵππον γνώσῃ ἀπὸ τῶνδε· ἀνασπᾷ τὴν γαστέρα καὶ τὰς λαπάρας, καὶ ἔστι κατηφής, καὶ ἱδροῖ μάλιστα τὴν κεφαλήν. ὠφελεῖ γε μὴν αὐτὸν τὰ θερμαίνοντα, διά τε τῶν μυκτήρων καὶ τοῦ στόματος ἐγχεόμενα· πέπερι μετὰ οἴνου</w:t>
      </w:r>
    </w:p>
    <w:p>
      <w:r>
        <w:rPr>
          <w:rFonts w:ascii="Courier New" w:hAnsi="Courier New"/>
          <w:color w:val="555555"/>
          <w:sz w:val="20"/>
        </w:rPr>
        <w:t>[5]</w:t>
      </w:r>
    </w:p>
    <w:p>
      <w:r>
        <w:rPr>
          <w:rFonts w:ascii="Gentium Plus" w:hAnsi="Gentium Plus"/>
          <w:sz w:val="24"/>
        </w:rPr>
        <w:t>καὶ ἐλαίου ἢ σκίλλα ἢ λιβανωτὸς ἢ ἀριστολοχεία ἢ δαφνὶς ἢ σμύρνα ἢ θύμος ἤ τι τῶν ἄλλων τῶν θερμαντικῶν. τροφὴ δὲ παραβαλλέσθω ξηρά, καὶ τριβέσθω οἰνελαίῳ, ἐσκεπασμένος τὴν κοιλίαν, μάλιστα δὲ τὸ στῆθος, καὶ τριβέσθω θείῳ μετὰ ἐλαίου. ἔστω μέντοι καὶ ἡ ἱππόστασις καθαρά, καὶ κείσθω ἐν</w:t>
      </w:r>
    </w:p>
    <w:p>
      <w:r>
        <w:rPr>
          <w:rFonts w:ascii="Courier New" w:hAnsi="Courier New"/>
          <w:color w:val="555555"/>
          <w:sz w:val="20"/>
        </w:rPr>
        <w:t>[10]</w:t>
      </w:r>
    </w:p>
    <w:p>
      <w:r>
        <w:rPr>
          <w:rFonts w:ascii="Gentium Plus" w:hAnsi="Gentium Plus"/>
          <w:sz w:val="24"/>
        </w:rPr>
        <w:t>αὐτῇ τῶν εὐωδεστέρων· μυρσίναι ἢ δάφναι ἢ τὰ τοιαῦτα.</w:t>
      </w:r>
    </w:p>
    <w:p>
      <w:r>
        <w:rPr>
          <w:rFonts w:ascii="Courier New" w:hAnsi="Courier New"/>
          <w:color w:val="555555"/>
          <w:sz w:val="20"/>
        </w:rPr>
        <w:t>[29 . 5]</w:t>
      </w:r>
    </w:p>
    <w:p>
      <w:r>
        <w:rPr>
          <w:rFonts w:ascii="Gentium Plus" w:hAnsi="Gentium Plus"/>
          <w:sz w:val="24"/>
        </w:rPr>
        <w:t>ὅταν μέντοι ὑπὸ τοῦ καρδιακοῦ πάθους σφοδρῶς κατα‐ κρατῆται, περιπατεῖν ἀδυνατεῖ. εἰ δὲ ἀναγκάζοιτο περιπα\|τεῖν, φέρεται εἰς τοὺς τοίχους, ἐμπίπτει τε τοῖς ἀπαντῶσι, καὶ ἱδροῖ τὴν κοιλίαν, καὶ τρέμει τοὺς ὤμους μάλιστα, καὶ σπασμός</w:t>
      </w:r>
    </w:p>
    <w:p>
      <w:r>
        <w:rPr>
          <w:rFonts w:ascii="Courier New" w:hAnsi="Courier New"/>
          <w:color w:val="555555"/>
          <w:sz w:val="20"/>
        </w:rPr>
        <w:t>[5]</w:t>
      </w:r>
    </w:p>
    <w:p>
      <w:r>
        <w:rPr>
          <w:rFonts w:ascii="Gentium Plus" w:hAnsi="Gentium Plus"/>
          <w:sz w:val="24"/>
        </w:rPr>
        <w:t>ἐστιν ἐν αὐτῷ, πίπτων τε ἀθρόως, ἐγείρεσθαι θέλων οὐ δύνα‐ ται εἰ μὴ μετὰ βίας, τούς τε ὄρχεις ἀνασπᾷ, ὡς καὶ τὰ οὖρα κατ’ ὀλίγον προΐεσθαι. τοῦ δὲ τοιούτου παρεμπέπτωκεν ἤδη ἡ χολὴ εἰς τὰς ἀρτηρίας καὶ ἐπὶ τὴν καρδίαν, καὶ ζῆν οὐκ ἂν δύναιτο.</w:t>
      </w:r>
    </w:p>
    <w:p>
      <w:pPr>
        <w:jc w:val="center"/>
      </w:pPr>
      <w:r>
        <w:rPr>
          <w:rFonts w:ascii="Gentium Plus" w:hAnsi="Gentium Plus"/>
          <w:b/>
          <w:sz w:val="24"/>
        </w:rPr>
        <w:t>Θεομνήστου ἤτοι Κασσίου εἰς τὸ αὐτό.</w:t>
      </w:r>
    </w:p>
    <w:p>
      <w:r>
        <w:rPr>
          <w:rFonts w:ascii="Courier New" w:hAnsi="Courier New"/>
          <w:color w:val="555555"/>
          <w:sz w:val="20"/>
        </w:rPr>
        <w:t>[1]</w:t>
      </w:r>
    </w:p>
    <w:p>
      <w:r>
        <w:rPr>
          <w:rFonts w:ascii="Gentium Plus" w:hAnsi="Gentium Plus"/>
          <w:sz w:val="24"/>
        </w:rPr>
        <w:t>Ἐὰν ἵππῳ ἐπὶ τὴν καρδίαν ῥεῦμα ἐπιγένηται ἢ ἕτερός τις πόνος, παρακολουθεῖ σπασμός, καὶ πίπτει ἐπὶ γόνυ, πάσχει τε τὸ σῶμα καὶ μάλιστα τὴν κεφαλήν. ἐὰν οὖν ταῦτα ποιῇ, ἐγχυ‐ μάτιζε τούτοις· σιλφίου ὅσον κύαμον, καὶ μέλιτος γο δʹ, καὶ</w:t>
      </w:r>
    </w:p>
    <w:p>
      <w:r>
        <w:rPr>
          <w:rFonts w:ascii="Courier New" w:hAnsi="Courier New"/>
          <w:color w:val="555555"/>
          <w:sz w:val="20"/>
        </w:rPr>
        <w:t>[5]</w:t>
      </w:r>
    </w:p>
    <w:p>
      <w:r>
        <w:rPr>
          <w:rFonts w:ascii="Gentium Plus" w:hAnsi="Gentium Plus"/>
          <w:sz w:val="24"/>
        </w:rPr>
        <w:t>νίτρου γο γʹ, καὶ ὕδατος ξέ. βʹ τεθερμασμένου, ὄξους ξέ. αʹ μίξας ἐν ταὐτῷ ἐγχυμάτισον. καὶ περιβαλὼν αὐτὸν διακίνει, καὶ ἐγχυματιζέ\|σθω δι’ ἡμερῶν τριῶν, χόρτῳ δὲ κεχρήσθω χλωρῷ ἢ ἀγρώστει ἢ μηδικῇ. ἐὰν δὲ μὴ ὑγιάνῃ, αἷμα ἄφελε αὐτοῦ ἀπὸ τῶν ἐμπροσθίων ποδῶν ἔσωθεν τῶν γονάτων καὶ</w:t>
      </w:r>
    </w:p>
    <w:p>
      <w:r>
        <w:rPr>
          <w:rFonts w:ascii="Courier New" w:hAnsi="Courier New"/>
          <w:color w:val="555555"/>
          <w:sz w:val="20"/>
        </w:rPr>
        <w:t>[10]</w:t>
      </w:r>
    </w:p>
    <w:p>
      <w:r>
        <w:rPr>
          <w:rFonts w:ascii="Gentium Plus" w:hAnsi="Gentium Plus"/>
          <w:sz w:val="24"/>
        </w:rPr>
        <w:t>τῶν ὀπισθίων, καὶ ὑγιάσεις. 〈δεδοκίμασται.〉</w:t>
      </w:r>
    </w:p>
    <w:p>
      <w:pPr>
        <w:jc w:val="center"/>
      </w:pPr>
      <w:r>
        <w:rPr>
          <w:rFonts w:ascii="Gentium Plus" w:hAnsi="Gentium Plus"/>
          <w:b/>
          <w:sz w:val="24"/>
        </w:rPr>
        <w:t>Πελαγωνίου εἰς τὸ αὐτό.</w:t>
      </w:r>
    </w:p>
    <w:p>
      <w:r>
        <w:rPr>
          <w:rFonts w:ascii="Courier New" w:hAnsi="Courier New"/>
          <w:color w:val="555555"/>
          <w:sz w:val="20"/>
        </w:rPr>
        <w:t>[1]</w:t>
      </w:r>
    </w:p>
    <w:p>
      <w:r>
        <w:rPr>
          <w:rFonts w:ascii="Gentium Plus" w:hAnsi="Gentium Plus"/>
          <w:sz w:val="24"/>
        </w:rPr>
        <w:t>Τὸν καρδιακὸν ἐπιγινώσκομεν καὶ καταμανθάνομεν, ἐὰν</w:t>
      </w:r>
    </w:p>
    <w:p>
      <w:r>
        <w:rPr>
          <w:rFonts w:ascii="Courier New" w:hAnsi="Courier New"/>
          <w:color w:val="555555"/>
          <w:sz w:val="20"/>
        </w:rPr>
        <w:t>[5]</w:t>
      </w:r>
    </w:p>
    <w:p>
      <w:r>
        <w:rPr>
          <w:rFonts w:ascii="Gentium Plus" w:hAnsi="Gentium Plus"/>
          <w:sz w:val="24"/>
        </w:rPr>
        <w:t>καὶ λασάρου κυάμου μέγεθος, μέλιτος ὀξύβαφα βʹ, ὕδατος θερμοῦ κυάθους δύο, ὄξους κυάθους δʹ εἰς ἓν λειώσας προ‐ πότιζε. καὶ διακίνει, καὶ χλωρὰν τροφὴν παράβαλλε. μετὰ δὲ τὴν τῆς ὑγιείας ἀποκατάστασιν χρὴ τὰς τῶν τενόντων λύειν φλέβας, καὶ ἀπὸ τῶν ὀπισθίων μερῶν ἀφαιμάσσειν, ὥστε \| δι‐</w:t>
      </w:r>
    </w:p>
    <w:p>
      <w:r>
        <w:rPr>
          <w:rFonts w:ascii="Courier New" w:hAnsi="Courier New"/>
          <w:color w:val="555555"/>
          <w:sz w:val="20"/>
        </w:rPr>
        <w:t>[10]</w:t>
      </w:r>
    </w:p>
    <w:p>
      <w:r>
        <w:rPr>
          <w:rFonts w:ascii="Gentium Plus" w:hAnsi="Gentium Plus"/>
          <w:sz w:val="24"/>
        </w:rPr>
        <w:t>ηνεκῆ τὴν ὑγιείαν παραμένειν.</w:t>
      </w:r>
    </w:p>
    <w:p>
      <w:pPr>
        <w:jc w:val="center"/>
      </w:pPr>
      <w:r>
        <w:rPr>
          <w:rFonts w:ascii="Gentium Plus" w:hAnsi="Gentium Plus"/>
          <w:b/>
          <w:sz w:val="24"/>
        </w:rPr>
        <w:t>Εὐμήλου πρὸς καρδίας πόνον.</w:t>
      </w:r>
    </w:p>
    <w:p>
      <w:r>
        <w:rPr>
          <w:rFonts w:ascii="Courier New" w:hAnsi="Courier New"/>
          <w:color w:val="555555"/>
          <w:sz w:val="20"/>
        </w:rPr>
        <w:t>[1]</w:t>
      </w:r>
    </w:p>
    <w:p>
      <w:r>
        <w:rPr>
          <w:rFonts w:ascii="Gentium Plus" w:hAnsi="Gentium Plus"/>
          <w:sz w:val="24"/>
        </w:rPr>
        <w:t>Καρδίας πόνος διαγινώσκεται, ἡνίκα ὁ ἵππος τὸν δεξιὸν ὀφθαλμὸν δακρύει, 〈καὶ βαρύτερον ἀναπνεῖ〉, καὶ ἐπὶ τὰ γό‐ νατα πίπτει. τούτου, καθὼς προείρηται, αἷμα ἀφαιρείσθω. ἐγχυματιζέσθω δὲ διὰ τοῦ ἀριστεροῦ μυκτῆρος οὕτως· μαρά‐</w:t>
      </w:r>
    </w:p>
    <w:p>
      <w:r>
        <w:rPr>
          <w:rFonts w:ascii="Courier New" w:hAnsi="Courier New"/>
          <w:color w:val="555555"/>
          <w:sz w:val="20"/>
        </w:rPr>
        <w:t>[5]</w:t>
      </w:r>
    </w:p>
    <w:p>
      <w:r>
        <w:rPr>
          <w:rFonts w:ascii="Gentium Plus" w:hAnsi="Gentium Plus"/>
          <w:sz w:val="24"/>
        </w:rPr>
        <w:t>θου σπέρματος ὅσον ὀξύβαφον, ἀννήσου τὸ ἴσον, οἴνου λευ‐ κοῦ κοτύλην μιάν μίξας, ἐπὶ ἡμέραις τρισὶν ἐγχυμάτιζε· ἐὰν δὲ ἐπιμείνῃ, αἷμα ἀπὸ τῶν σκελῶν λάμβανε, καὶ μετὰ ταῦτα λασάρου ῥίζης ὡς κυάμου μέγεθος, καὶ νίτρου τὸ ἴσον, μέλι‐ τος ὀξύβαφα βʹ, καὶ ὕδατος θερμοῦ κοτύλας δʹ ἐν ὄξους κο‐</w:t>
      </w:r>
    </w:p>
    <w:p>
      <w:r>
        <w:rPr>
          <w:rFonts w:ascii="Courier New" w:hAnsi="Courier New"/>
          <w:color w:val="555555"/>
          <w:sz w:val="20"/>
        </w:rPr>
        <w:t>[10]</w:t>
      </w:r>
    </w:p>
    <w:p>
      <w:r>
        <w:rPr>
          <w:rFonts w:ascii="Gentium Plus" w:hAnsi="Gentium Plus"/>
          <w:sz w:val="24"/>
        </w:rPr>
        <w:t>τύλῃ μιᾷ συμμίξας ἐγχυμάτιζε. ἢ σκίλλαν καὶ ἀριστολοχείαν ὀλίγην καὶ λίβανον καὶ σμύρναν καὶ θύμον ἐν οἴνῳ μίξας, διὰ μυκτήρων ἔγχει. τὸ δὲ ζῷον στρώμασι σκεπαζέσθω, καὶ ἡ ἱππόστασις ἔστω καθαρά, καὶ θυμιάσθω ἢ σμύρνῃ ἢ φύλλοις</w:t>
      </w:r>
    </w:p>
    <w:p>
      <w:pPr>
        <w:jc w:val="center"/>
      </w:pPr>
      <w:r>
        <w:rPr>
          <w:rFonts w:ascii="Gentium Plus" w:hAnsi="Gentium Plus"/>
          <w:b/>
          <w:sz w:val="24"/>
        </w:rPr>
        <w:t>περὶ νεφρίτιδος.</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Νεφρῖτις λέγεται, ἧς σημεῖά ἐστι τάδε· ἐπισύρει τὰ ὀπί‐ σθια καὶ βαταλίζει, καὶ ἐν τῷ βαδίζειν περιφέρεται εἰς τοὺς τοίχους. τοῦτον οὖν καύσομεν κατὰ τὸν σύνδεσμον τῶν ἰσχίων καὶ τῆς κύστεως γόμφοις ὀρθίοις μὴ πλέον τῶν κδʹ, παρ’</w:t>
      </w:r>
    </w:p>
    <w:p>
      <w:r>
        <w:rPr>
          <w:rFonts w:ascii="Courier New" w:hAnsi="Courier New"/>
          <w:color w:val="555555"/>
          <w:sz w:val="20"/>
        </w:rPr>
        <w:t>[5]</w:t>
      </w:r>
    </w:p>
    <w:p>
      <w:r>
        <w:rPr>
          <w:rFonts w:ascii="Gentium Plus" w:hAnsi="Gentium Plus"/>
          <w:sz w:val="24"/>
        </w:rPr>
        <w:t>ἑκάτερα τῆς ῥάχεως τοὺς ἡμίσεις, τριστοιχίαν ποιούμενοι, ἀπέχοντας ἀπ’ ἀλλήλων πάχος δακτύλων γʹ.</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Νεφρίτιδος σημεῖα τάδε· οἱ ὄρχεις μετέωροί εἰσι, καὶ τοῖς ὀπισθίοις ποσὶν οὐκ ἐπιβαίνει, οὐρεῖ τε μέλαν ὡς ὕφαιμον καὶ παχύ. \| θεραπεύεται δὲ οὕτως· πυριᾶται τὰ ἰσχία καὶ τὰς ψύας, καταλείφεταί τε κηρωτῇ, καὶ σκεπάζεται ἱματίοις, καὶ</w:t>
      </w:r>
    </w:p>
    <w:p>
      <w:r>
        <w:rPr>
          <w:rFonts w:ascii="Courier New" w:hAnsi="Courier New"/>
          <w:color w:val="555555"/>
          <w:sz w:val="20"/>
        </w:rPr>
        <w:t>[5]</w:t>
      </w:r>
    </w:p>
    <w:p>
      <w:r>
        <w:rPr>
          <w:rFonts w:ascii="Gentium Plus" w:hAnsi="Gentium Plus"/>
          <w:sz w:val="24"/>
        </w:rPr>
        <w:t>παραβάλλεται διουρητικοῖς μαράθῳ καὶ σελίνῳ. δίδου δὲ καὶ μηδικὴν χλωρὰν καὶ ἐρεβίνθους λευκοὺς ἐν οἴνῳ, ἔπειτα ἐγχυ‐ ματιζέσθω σελίνου ὅσον κοχλιαρίοις δύο, καὶ δαύκου τῷ ἴσῳ καὶ ἀνήθου δυσὶ μέρεσι, καὶ σμύρνης τριωβόλῳ τριβεῖσιν ἐν οἴνου γλυκέος κοτύλῃ, καὶ περιπάτοις χρήσθω πραέσι. κλυ‐</w:t>
      </w:r>
    </w:p>
    <w:p>
      <w:r>
        <w:rPr>
          <w:rFonts w:ascii="Courier New" w:hAnsi="Courier New"/>
          <w:color w:val="555555"/>
          <w:sz w:val="20"/>
        </w:rPr>
        <w:t>[10]</w:t>
      </w:r>
    </w:p>
    <w:p>
      <w:r>
        <w:rPr>
          <w:rFonts w:ascii="Gentium Plus" w:hAnsi="Gentium Plus"/>
          <w:sz w:val="24"/>
        </w:rPr>
        <w:t>ζέσθω μέντοι ὕδατι χλιαρῷ μὴ ἐλάττονι χοός, καὶ στρώννυε ἁπαλῶς εἰς κοίτην, ἔστ’ ἂν ἴδοις τὰ οὖρα καθαρὰ καὶ τοὺς ὄρχεις ἰσχνοὺς καὶ τοὺς ὀπισθίους πόδας ὑπερβαίνοντας ἧσσον δακτύλων ἕξ. Κλεομένης δὲ ὁ Λίνδιός φησιν δεῖν φλόμου ῥίζαν</w:t>
      </w:r>
    </w:p>
    <w:p>
      <w:r>
        <w:rPr>
          <w:rFonts w:ascii="Courier New" w:hAnsi="Courier New"/>
          <w:color w:val="555555"/>
          <w:sz w:val="20"/>
        </w:rPr>
        <w:t>[15]</w:t>
      </w:r>
    </w:p>
    <w:p>
      <w:r>
        <w:rPr>
          <w:rFonts w:ascii="Gentium Plus" w:hAnsi="Gentium Plus"/>
          <w:sz w:val="24"/>
        </w:rPr>
        <w:t>καύσαντα ἐν οἴνῳ συντρῖψαι, καὶ ὕδωρ ἴσον μίξαντα, κλύζειν</w:t>
      </w:r>
    </w:p>
    <w:p>
      <w:pPr>
        <w:jc w:val="center"/>
      </w:pPr>
      <w:r>
        <w:rPr>
          <w:rFonts w:ascii="Gentium Plus" w:hAnsi="Gentium Plus"/>
          <w:b/>
          <w:sz w:val="24"/>
        </w:rPr>
        <w:t>Τιβερίου εἰς τὸ αὐτό.</w:t>
      </w:r>
    </w:p>
    <w:p>
      <w:r>
        <w:rPr>
          <w:rFonts w:ascii="Courier New" w:hAnsi="Courier New"/>
          <w:color w:val="555555"/>
          <w:sz w:val="20"/>
        </w:rPr>
        <w:t>[1]</w:t>
      </w:r>
    </w:p>
    <w:p>
      <w:r>
        <w:rPr>
          <w:rFonts w:ascii="Gentium Plus" w:hAnsi="Gentium Plus"/>
          <w:sz w:val="24"/>
        </w:rPr>
        <w:t>Τῆς νεφρίτιδός ἐστι σημεῖα τάδε· οἱ κρεμαστῆρες μεστοί, ἡ λαγὼν σφάλλει, κοῦφος τοῖς ποσίν, ὀφθαλμοὶ μετέωροι, καὶ περιπατεῖν οὐ δύναται διὰ τὴν ἔπαρσιν τῶν ἐπικειμένων νεφρῶν. θεραπείᾳ οὖν χρῶ τοιαύτῃ· ἐκ τῶν βουβώνων αἷμα</w:t>
      </w:r>
    </w:p>
    <w:p>
      <w:r>
        <w:rPr>
          <w:rFonts w:ascii="Courier New" w:hAnsi="Courier New"/>
          <w:color w:val="555555"/>
          <w:sz w:val="20"/>
        </w:rPr>
        <w:t>[5]</w:t>
      </w:r>
    </w:p>
    <w:p>
      <w:r>
        <w:rPr>
          <w:rFonts w:ascii="Gentium Plus" w:hAnsi="Gentium Plus"/>
          <w:sz w:val="24"/>
        </w:rPr>
        <w:t>ἀφαίρει, εἶτα τὰς τροφὰς στέλλε, καὶ ἐγχυματισμῷ χρῶ τοιῷδε· λαβὼν λιβάνου γο βʹ, ἐρεγμοῦ τέταρτον, καὶ τὰ δύο ὁμοῦ λειοτριβήσας μετὰ μέλιτος ἔγχει ἐπὶ ἡμέραις ἱκαναῖς διὰ ῥι‐ νῶν, τοῖς τε περιπάτοις πυκνοτέροις χρῶ. εἶτα ἐγχυματισμῷ τοιούτῳ χρῶ· λαβὼν σκύλακα ἔμβρυον, κατάζεσον μετὰ πτι‐</w:t>
      </w:r>
    </w:p>
    <w:p>
      <w:r>
        <w:rPr>
          <w:rFonts w:ascii="Courier New" w:hAnsi="Courier New"/>
          <w:color w:val="555555"/>
          <w:sz w:val="20"/>
        </w:rPr>
        <w:t>[10]</w:t>
      </w:r>
    </w:p>
    <w:p>
      <w:r>
        <w:rPr>
          <w:rFonts w:ascii="Gentium Plus" w:hAnsi="Gentium Plus"/>
          <w:sz w:val="24"/>
        </w:rPr>
        <w:t>σάνης, καὶ διϋλίσας μετὰ μέλιτος ἔγχει διὰ στόματος ἐπὶ ἡμέ‐ ραις ἱκαναῖς, καὶ ὑγιαίνει. \|</w:t>
      </w:r>
    </w:p>
    <w:p>
      <w:pPr>
        <w:jc w:val="center"/>
      </w:pPr>
      <w:r>
        <w:rPr>
          <w:rFonts w:ascii="Gentium Plus" w:hAnsi="Gentium Plus"/>
          <w:b/>
          <w:sz w:val="24"/>
        </w:rPr>
        <w:t>νεφριτικοῦ πρόγνωσις καὶ ἴασις.</w:t>
      </w:r>
    </w:p>
    <w:p>
      <w:r>
        <w:rPr>
          <w:rFonts w:ascii="Courier New" w:hAnsi="Courier New"/>
          <w:color w:val="555555"/>
          <w:sz w:val="20"/>
        </w:rPr>
        <w:t>[1]</w:t>
      </w:r>
    </w:p>
    <w:p>
      <w:r>
        <w:rPr>
          <w:rFonts w:ascii="Gentium Plus" w:hAnsi="Gentium Plus"/>
          <w:sz w:val="24"/>
        </w:rPr>
        <w:t>Ἐὰν ἵππος ἢ ὑποζύγιον τούτῳ περιπέσῃ τῷ ἀρρωστήματι, ἔχει σημεῖα τάδε· οὐ χασμᾶται τὸ παράπαν, καὶ τοῖς ὀπισθίοις σκέλεσιν ἑστάναι οὐ δύναται, ἀλλὰ μετακινεῖ. ἔτι δὲ καὶ ἐν τῇ πορείᾳ ἀπολείπεται ἀπὸ τῶν ἐμπροσθίων καὶ τοῖς ὀπι‐</w:t>
      </w:r>
    </w:p>
    <w:p>
      <w:r>
        <w:rPr>
          <w:rFonts w:ascii="Courier New" w:hAnsi="Courier New"/>
          <w:color w:val="555555"/>
          <w:sz w:val="20"/>
        </w:rPr>
        <w:t>[5]</w:t>
      </w:r>
    </w:p>
    <w:p>
      <w:r>
        <w:rPr>
          <w:rFonts w:ascii="Gentium Plus" w:hAnsi="Gentium Plus"/>
          <w:sz w:val="24"/>
        </w:rPr>
        <w:t>σθίοις ἐγκυκλίζει, ὁτὲ μὲν ἀμφοτέροις, ὁτὲ δὲ οὐχί, τὰ δὲ σφυρὰ παχέα γίνονται καὶ βραδύτερα. θεραπεία δὲ τούτου τοῦ νοσήματος αὕτη· ὕδωρ θερμὸν ποιήσας, δαψιλῶς κατάντλει κατὰ τῆς ῥάχεως, ὡς δέχεται ..</w:t>
      </w:r>
    </w:p>
    <w:p>
      <w:pPr>
        <w:jc w:val="center"/>
      </w:pPr>
      <w:r>
        <w:rPr>
          <w:rFonts w:ascii="Gentium Plus" w:hAnsi="Gentium Plus"/>
          <w:b/>
          <w:sz w:val="24"/>
        </w:rPr>
        <w:t>ἄλλο Εὐμήλου πρὸς νεφρῶν πόνον.</w:t>
      </w:r>
    </w:p>
    <w:p>
      <w:r>
        <w:rPr>
          <w:rFonts w:ascii="Courier New" w:hAnsi="Courier New"/>
          <w:color w:val="555555"/>
          <w:sz w:val="20"/>
        </w:rPr>
        <w:t>[1]</w:t>
      </w:r>
    </w:p>
    <w:p>
      <w:r>
        <w:rPr>
          <w:rFonts w:ascii="Gentium Plus" w:hAnsi="Gentium Plus"/>
          <w:sz w:val="24"/>
        </w:rPr>
        <w:t>Νεφρὸν ἵππος ἐὰν ἀλγῇ, τάς τε λαγόνας καὶ τοὺς διδύ‐ μους σφύζει, καὶ μόλις οὐρεῖ, καὶ τοῖς ὀπισθίοις ποσὶ κον‐</w:t>
      </w:r>
    </w:p>
    <w:p>
      <w:r>
        <w:rPr>
          <w:rFonts w:ascii="Courier New" w:hAnsi="Courier New"/>
          <w:color w:val="555555"/>
          <w:sz w:val="20"/>
        </w:rPr>
        <w:t>[5]</w:t>
      </w:r>
    </w:p>
    <w:p>
      <w:r>
        <w:rPr>
          <w:rFonts w:ascii="Gentium Plus" w:hAnsi="Gentium Plus"/>
          <w:sz w:val="24"/>
        </w:rPr>
        <w:t>καλῷ συνεψήσας καὶ \ γαστέρα, καὶ τοὺς νεφροὺς θερμοτέροις ἀλείμμασιν κατάθαλπε.</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Ἵππος ἐὰν τοὺς νεφροὺς ἀλγῇ, 〈σημεῖα φέρει διὰ τῶν οὔρων καὶ προσσύρει τὰ ὀπίσω.〉 ἐγχυματιζέσθω γάλακτι προ‐ βατείῳ ὅσον κοτύλῃ μιᾷ ἐπὶ ἡμέραις τρισίν, ἢ μυελῷ ἐλαφείῳ ἑψηθέντι κοτύλῃ μιᾷ, καὶ ἐλαίου τῷ ἴσῳ, ἢ ἀρωματικῇ μετὰ</w:t>
      </w:r>
    </w:p>
    <w:p>
      <w:r>
        <w:rPr>
          <w:rFonts w:ascii="Courier New" w:hAnsi="Courier New"/>
          <w:color w:val="555555"/>
          <w:sz w:val="20"/>
        </w:rPr>
        <w:t>[5]</w:t>
      </w:r>
    </w:p>
    <w:p>
      <w:r>
        <w:rPr>
          <w:rFonts w:ascii="Gentium Plus" w:hAnsi="Gentium Plus"/>
          <w:sz w:val="24"/>
        </w:rPr>
        <w:t>οἴνου καὶ ἐλαίου καὶ μέλιτος καὶ ᾠῶν. χρῶ δὲ καὶ ἐμβροχῇ οἰνελαίῳ καὶ ἀφρονίτροις, καὶ ῥάκιον ἐπιτίθει κατὰ τοῦ νώ‐ του μετὰ ἐμβροχῆς θερμῆς. γίνεται δὲ τὸ πάθος ἀπὸ δρόμου σφοδροῦ.</w:t>
      </w:r>
    </w:p>
    <w:p>
      <w:pPr>
        <w:jc w:val="center"/>
      </w:pPr>
      <w:r>
        <w:rPr>
          <w:rFonts w:ascii="Gentium Plus" w:hAnsi="Gentium Plus"/>
          <w:b/>
          <w:sz w:val="24"/>
        </w:rPr>
        <w:t>ἀντίδοτος νεφριτική.</w:t>
      </w:r>
    </w:p>
    <w:p>
      <w:r>
        <w:rPr>
          <w:rFonts w:ascii="Courier New" w:hAnsi="Courier New"/>
          <w:color w:val="555555"/>
          <w:sz w:val="20"/>
        </w:rPr>
        <w:t>[1]</w:t>
      </w:r>
    </w:p>
    <w:p>
      <w:r>
        <w:rPr>
          <w:rFonts w:ascii="Gentium Plus" w:hAnsi="Gentium Plus"/>
          <w:sz w:val="24"/>
        </w:rPr>
        <w:t>Πεπέρεως γο δʹ, πετροσελίνου γο δʹ, σμύρνης τρωγλίτιδος γο δʹ, ναρδοστάχυος γο αʹ, σελινοσπέρμου γο αʹ, καστορίου γο αʹ, ὀπίου γο βʹ, ἀννήσου γο δʹ, κασσίας γο δʹ. ταῦτα κόψας καὶ σήσας, δίδου κοχλιάριον μεστὸν κονδίτῳ \| κεκρα‐</w:t>
      </w:r>
    </w:p>
    <w:p>
      <w:r>
        <w:rPr>
          <w:rFonts w:ascii="Courier New" w:hAnsi="Courier New"/>
          <w:color w:val="555555"/>
          <w:sz w:val="20"/>
        </w:rPr>
        <w:t>[5]</w:t>
      </w:r>
    </w:p>
    <w:p>
      <w:r>
        <w:rPr>
          <w:rFonts w:ascii="Gentium Plus" w:hAnsi="Gentium Plus"/>
          <w:sz w:val="24"/>
        </w:rPr>
        <w:t>μένον.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Ἁλίσκεται ἵππος τῇ νεφρίτιδι, ἢ ὅταν πολλῷ βάρει ἐπι‐ φορτισθῇ ἢ λάκκον ὑπερπεδήσῃ, καὶ συμβῇ αὐτῷ τοὺς ὀπι‐ σθίους πόδας ὑποκαθεσθῆναι. γίνεται δὲ καὶ ὑπὸ πολλοῦ κρύους. θεραπεύσεις οὖν θερμῷ τὰς ψύας ἐπαντλῶν, καὶ</w:t>
      </w:r>
    </w:p>
    <w:p>
      <w:r>
        <w:rPr>
          <w:rFonts w:ascii="Courier New" w:hAnsi="Courier New"/>
          <w:color w:val="555555"/>
          <w:sz w:val="20"/>
        </w:rPr>
        <w:t>[5]</w:t>
      </w:r>
    </w:p>
    <w:p>
      <w:r>
        <w:rPr>
          <w:rFonts w:ascii="Gentium Plus" w:hAnsi="Gentium Plus"/>
          <w:sz w:val="24"/>
        </w:rPr>
        <w:t>μετὰ ταῦτα καυστικῷ κεχρημένος.</w:t>
      </w:r>
    </w:p>
    <w:p>
      <w:pPr>
        <w:jc w:val="center"/>
      </w:pPr>
      <w:r>
        <w:rPr>
          <w:rFonts w:ascii="Gentium Plus" w:hAnsi="Gentium Plus"/>
          <w:b/>
          <w:sz w:val="24"/>
        </w:rPr>
        <w:t>προπότισμα εἰς νεφριτικούς.</w:t>
      </w:r>
    </w:p>
    <w:p>
      <w:r>
        <w:rPr>
          <w:rFonts w:ascii="Courier New" w:hAnsi="Courier New"/>
          <w:color w:val="555555"/>
          <w:sz w:val="20"/>
        </w:rPr>
        <w:t>[1]</w:t>
      </w:r>
    </w:p>
    <w:p>
      <w:r>
        <w:rPr>
          <w:rFonts w:ascii="Gentium Plus" w:hAnsi="Gentium Plus"/>
          <w:sz w:val="24"/>
        </w:rPr>
        <w:t>Κηκῖδας κυπαρίσου χλωρὰς καύσας καὶ λειώσας ἀριθμῷ</w:t>
      </w:r>
    </w:p>
    <w:p>
      <w:pPr>
        <w:jc w:val="center"/>
      </w:pPr>
      <w:r>
        <w:rPr>
          <w:rFonts w:ascii="Gentium Plus" w:hAnsi="Gentium Plus"/>
          <w:b/>
          <w:sz w:val="24"/>
        </w:rPr>
        <w:t>ἄλλο· εἰ ἐπὶ πλέον ἀλγήσει.</w:t>
      </w:r>
    </w:p>
    <w:p>
      <w:r>
        <w:rPr>
          <w:rFonts w:ascii="Courier New" w:hAnsi="Courier New"/>
          <w:color w:val="555555"/>
          <w:sz w:val="20"/>
        </w:rPr>
        <w:t>[1]</w:t>
      </w:r>
    </w:p>
    <w:p>
      <w:r>
        <w:rPr>
          <w:rFonts w:ascii="Gentium Plus" w:hAnsi="Gentium Plus"/>
          <w:sz w:val="24"/>
        </w:rPr>
        <w:t>Λῦσον τὰς τῶν ὀνύχων φλέβας, καὶ τὸ ἀπορρέ\ λαβών, ἀξουγγίῳ καὶ ἐλαίῳ συμμίξας ἐπιτίθει κατὰ τῶν νε‐ φρῶν. εἰ δὲ ἀνάγκη καταλάβοι, χρῆσαι καὶ μαλάγματι.</w:t>
      </w:r>
    </w:p>
    <w:p>
      <w:pPr>
        <w:jc w:val="center"/>
      </w:pPr>
      <w:r>
        <w:rPr>
          <w:rFonts w:ascii="Gentium Plus" w:hAnsi="Gentium Plus"/>
          <w:b/>
          <w:sz w:val="24"/>
        </w:rPr>
        <w:t>ἄκοπον νεφριτικόν.</w:t>
      </w:r>
    </w:p>
    <w:p>
      <w:r>
        <w:rPr>
          <w:rFonts w:ascii="Courier New" w:hAnsi="Courier New"/>
          <w:color w:val="555555"/>
          <w:sz w:val="20"/>
        </w:rPr>
        <w:t>[1]</w:t>
      </w:r>
    </w:p>
    <w:p>
      <w:r>
        <w:rPr>
          <w:rFonts w:ascii="Gentium Plus" w:hAnsi="Gentium Plus"/>
          <w:sz w:val="24"/>
        </w:rPr>
        <w:t>Ἐλαίου λίτρας ιʹ, εὐφορβίου γο ιʹ, χαμαιλέοντος ῥίζης ξηρᾶς γο δʹ, ἐλαίου κυπρίνου λίτρας δʹ, θείου ἀπύρου γο δʹ, πεπέρεως γο γʹ, στρουθίου γο γʹ, πυρέθρου γο βʹ, σταφίδος ἀγρίας γο δʹ, θαψίας χυλοῦ γο δʹ, σικύου ἀγρίου ῥίζας ξηράς,</w:t>
      </w:r>
    </w:p>
    <w:p>
      <w:r>
        <w:rPr>
          <w:rFonts w:ascii="Courier New" w:hAnsi="Courier New"/>
          <w:color w:val="555555"/>
          <w:sz w:val="20"/>
        </w:rPr>
        <w:t>[5]</w:t>
      </w:r>
    </w:p>
    <w:p>
      <w:r>
        <w:rPr>
          <w:rFonts w:ascii="Gentium Plus" w:hAnsi="Gentium Plus"/>
          <w:sz w:val="24"/>
        </w:rPr>
        <w:t>τὰ ξηρὰ πάντα κόψας καὶ σήσας καὶ τῷ ἐλαίῳ δεύσας, ποίει πάχος μέλιτος, καὶ κένου ἐν ἀγγείῳ ὑελίνῳ, καὶ χρῶ.</w:t>
      </w:r>
    </w:p>
    <w:p>
      <w:pPr>
        <w:jc w:val="center"/>
      </w:pPr>
      <w:r>
        <w:rPr>
          <w:rFonts w:ascii="Gentium Plus" w:hAnsi="Gentium Plus"/>
          <w:b/>
          <w:sz w:val="24"/>
        </w:rPr>
        <w:t>περὶ ψυῶν.</w:t>
      </w:r>
    </w:p>
    <w:p>
      <w:r>
        <w:rPr>
          <w:rFonts w:ascii="Courier New" w:hAnsi="Courier New"/>
          <w:color w:val="555555"/>
          <w:sz w:val="20"/>
        </w:rPr>
        <w:t>[1]</w:t>
      </w:r>
    </w:p>
    <w:p>
      <w:r>
        <w:rPr>
          <w:rFonts w:ascii="Gentium Plus" w:hAnsi="Gentium Plus"/>
          <w:sz w:val="24"/>
        </w:rPr>
        <w:t>Ἐὰν δὲ τὰς ψύας πονέσῃ ἵππος, σημεῖα τάδε· περιστρέ‐ φει τὰ ὀπίσθια, καὶ ἐν τῷ στρέφειν τὰ ὀπίσθια σφάλλεται, καὶ τοῖς σκέλεσιν βαταλίζει τοῖς ὄπισθεν. ἰάσασθαι δὲ χρὴ οὕτως· ὀρθοῖς καυτηρίοις ἀρξάμενος ἀ\|πὸ τοῦ ἀγκῶνος ἕως</w:t>
      </w:r>
    </w:p>
    <w:p>
      <w:r>
        <w:rPr>
          <w:rFonts w:ascii="Courier New" w:hAnsi="Courier New"/>
          <w:color w:val="555555"/>
          <w:sz w:val="20"/>
        </w:rPr>
        <w:t>[5]</w:t>
      </w:r>
    </w:p>
    <w:p>
      <w:r>
        <w:rPr>
          <w:rFonts w:ascii="Gentium Plus" w:hAnsi="Gentium Plus"/>
          <w:sz w:val="24"/>
        </w:rPr>
        <w:t>τῶν γονάτων ἐξ ἑκατέρου μέρους καῦσον, ὠθῶν τὸ καυτήριον, ὥστε ὅλον κατιέναι τὸ πυρωθέν. ὁ γὰρ τόπος βαρύσαρκός</w:t>
      </w:r>
    </w:p>
    <w:p>
      <w:r>
        <w:rPr>
          <w:rFonts w:ascii="Courier New" w:hAnsi="Courier New"/>
          <w:color w:val="555555"/>
          <w:sz w:val="20"/>
        </w:rPr>
        <w:t>[10]</w:t>
      </w:r>
    </w:p>
    <w:p>
      <w:r>
        <w:rPr>
          <w:rFonts w:ascii="Gentium Plus" w:hAnsi="Gentium Plus"/>
          <w:sz w:val="24"/>
        </w:rPr>
        <w:t>καυμένῳ τόπῳ κατάπαττε, καὶ μὴ κίνει, ἕως ἂν ἀπὸ τῆς καύ‐ σεως ἡμέραι γένωνται ἱκαναί, καὶ δίδου τροφὴν ὡς πλείστην.</w:t>
      </w:r>
    </w:p>
    <w:p>
      <w:pPr>
        <w:jc w:val="center"/>
      </w:pPr>
      <w:r>
        <w:rPr>
          <w:rFonts w:ascii="Gentium Plus" w:hAnsi="Gentium Plus"/>
          <w:b/>
          <w:sz w:val="24"/>
        </w:rPr>
        <w:t>σύγχρισμα εἰς τὸ αὐτό.</w:t>
      </w:r>
    </w:p>
    <w:p>
      <w:r>
        <w:rPr>
          <w:rFonts w:ascii="Courier New" w:hAnsi="Courier New"/>
          <w:color w:val="555555"/>
          <w:sz w:val="20"/>
        </w:rPr>
        <w:t>[1]</w:t>
      </w:r>
    </w:p>
    <w:p>
      <w:r>
        <w:rPr>
          <w:rFonts w:ascii="Gentium Plus" w:hAnsi="Gentium Plus"/>
          <w:sz w:val="24"/>
        </w:rPr>
        <w:t>Ὄξους ἀσφάλτου θείου ἀπύρου ὀποπάνακος ἴσον ἴσῳ μίξας χρῶ.</w:t>
      </w:r>
    </w:p>
    <w:p>
      <w:pPr>
        <w:jc w:val="center"/>
      </w:pPr>
      <w:r>
        <w:rPr>
          <w:rFonts w:ascii="Gentium Plus" w:hAnsi="Gentium Plus"/>
          <w:b/>
          <w:sz w:val="24"/>
        </w:rPr>
        <w:t>πρὸς ψυῶν πόνον.</w:t>
      </w:r>
    </w:p>
    <w:p>
      <w:r>
        <w:rPr>
          <w:rFonts w:ascii="Courier New" w:hAnsi="Courier New"/>
          <w:color w:val="555555"/>
          <w:sz w:val="20"/>
        </w:rPr>
        <w:t>[1]</w:t>
      </w:r>
    </w:p>
    <w:p>
      <w:r>
        <w:rPr>
          <w:rFonts w:ascii="Gentium Plus" w:hAnsi="Gentium Plus"/>
          <w:sz w:val="24"/>
        </w:rPr>
        <w:t>Κράμβην λειώσας καὶ βαλὼν οἴνου μίαν ἡμίναν σὺν ὕδατι ψυχρῷ ἐπίθες.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Κυπαρίσσου φύλλα λειοτριβήσας \ ἡμίνης, ἐπίβαλε ἀλφίτων λίτραν αʹ, ὄξει τε φυράσας τῷ πο‐ νοῦντι πρόσαγε.</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Ῥητίνης ξηρᾶς γο βʹ ἕψει μέχρι τοῦ διαλυθῆναι, καὶ κρί‐ θινον ἄλευρον ἐπίβαλε, καὶ στέαρ αἴγειον, ἄχρις οὗ πυκνὸν ποιήσῃς, καὶ τῷ ἀλγοῦντι μέρει θερμὸν ἐπιτίθει, καὶ τοῦτο ποίει συνεχέστερον.</w:t>
      </w:r>
    </w:p>
    <w:p>
      <w:pPr>
        <w:jc w:val="center"/>
      </w:pPr>
      <w:r>
        <w:rPr>
          <w:rFonts w:ascii="Gentium Plus" w:hAnsi="Gentium Plus"/>
          <w:b/>
          <w:sz w:val="24"/>
        </w:rPr>
        <w:t>ἰσχίου ἴασις.</w:t>
      </w:r>
    </w:p>
    <w:p>
      <w:r>
        <w:rPr>
          <w:rFonts w:ascii="Courier New" w:hAnsi="Courier New"/>
          <w:color w:val="555555"/>
          <w:sz w:val="20"/>
        </w:rPr>
        <w:t>[1]</w:t>
      </w:r>
    </w:p>
    <w:p>
      <w:r>
        <w:rPr>
          <w:rFonts w:ascii="Gentium Plus" w:hAnsi="Gentium Plus"/>
          <w:sz w:val="24"/>
        </w:rPr>
        <w:t>Ἐὰν ἵππος ἰσχίον ἀλγῇ, πορεύεται τοῖς ὀπισθίοις σκέλεσιν ὥσπερ δεδεμένος. ἄφελε οὖν ἐξ ἑκατέρων τῶν βουβώνων αὐ‐</w:t>
      </w:r>
    </w:p>
    <w:p>
      <w:r>
        <w:rPr>
          <w:rFonts w:ascii="Courier New" w:hAnsi="Courier New"/>
          <w:color w:val="555555"/>
          <w:sz w:val="20"/>
        </w:rPr>
        <w:t>[5]</w:t>
      </w:r>
    </w:p>
    <w:p>
      <w:r>
        <w:rPr>
          <w:rFonts w:ascii="Gentium Plus" w:hAnsi="Gentium Plus"/>
          <w:sz w:val="24"/>
        </w:rPr>
        <w:t>ὑγιὴς γένηται· εἰ δὲ μή, καῦσον αὐτὸν στρογγύλως ἐν ἑκατέ‐ ρῳ ἰσχίῳ τρίτον, καὶ ἐπιμελοῦ, καθὼς γέγραπται.</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Ἐὰν ἵππος ἀπὸ ὀπισθοτόνου ἢ ἄλλοθέν ποθεν \ ἰσχίον ἀλγῇ, τὴν οὐρὰν ἀνατείνας διάσκεψαι τὰς φλέβας, καὶ τὴν κατατεταμένην τῇ οὐρᾷ, ἂν ᾖ μετέωρος, σχάσον φλέβα, καὶ ὑγιαίνει.</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Ὅταν συνέχηται ἵππος τῷ πάθει τούτῳ, συνεχέστερον ἀναπνεῖ, καὶ πόνους περὶ τὰς ψύας ἔχει καὶ τὴν ῥάχιν. θερα‐ πείᾳ οὖν ταύτῃ χρηστέον· ἀπὸ τῶν μηρῶν ἄφελε αἷμα καὶ ἀπὸ τῆς ὁπλῆς, ἀνακολλήματί τε καὶ πυρίᾳ χρῶ, καὶ ἵστα ἐν</w:t>
      </w:r>
    </w:p>
    <w:p>
      <w:r>
        <w:rPr>
          <w:rFonts w:ascii="Courier New" w:hAnsi="Courier New"/>
          <w:color w:val="555555"/>
          <w:sz w:val="20"/>
        </w:rPr>
        <w:t>[5]</w:t>
      </w:r>
    </w:p>
    <w:p>
      <w:r>
        <w:rPr>
          <w:rFonts w:ascii="Gentium Plus" w:hAnsi="Gentium Plus"/>
          <w:sz w:val="24"/>
        </w:rPr>
        <w:t>τόπῳ θερμῷ.</w:t>
      </w:r>
    </w:p>
    <w:p>
      <w:pPr>
        <w:jc w:val="center"/>
      </w:pPr>
      <w:r>
        <w:rPr>
          <w:rFonts w:ascii="Gentium Plus" w:hAnsi="Gentium Plus"/>
          <w:b/>
          <w:sz w:val="24"/>
        </w:rPr>
        <w:t>ἄκοπον ἰσχιαδικοῖς.</w:t>
      </w:r>
    </w:p>
    <w:p>
      <w:r>
        <w:rPr>
          <w:rFonts w:ascii="Courier New" w:hAnsi="Courier New"/>
          <w:color w:val="555555"/>
          <w:sz w:val="20"/>
        </w:rPr>
        <w:t>[1]</w:t>
      </w:r>
    </w:p>
    <w:p>
      <w:r>
        <w:rPr>
          <w:rFonts w:ascii="Gentium Plus" w:hAnsi="Gentium Plus"/>
          <w:sz w:val="24"/>
        </w:rPr>
        <w:t>Κολοφωνίας λίτραν μίαν, τερεβινθίνης, ἐλαίου παλαιοῦ ἀνὰ λίτρας μιᾶς ἡμισείας, ὀποπάνακος γο αcʹ, χαλβάνης οὐγγίας βʹ.</w:t>
      </w:r>
    </w:p>
    <w:p>
      <w:pPr>
        <w:jc w:val="center"/>
      </w:pPr>
      <w:r>
        <w:rPr>
          <w:rFonts w:ascii="Gentium Plus" w:hAnsi="Gentium Plus"/>
          <w:b/>
          <w:sz w:val="24"/>
        </w:rPr>
        <w:t>ἄλλο εἰς τὸ αὐτό.</w:t>
      </w:r>
    </w:p>
    <w:p>
      <w:r>
        <w:rPr>
          <w:rFonts w:ascii="Courier New" w:hAnsi="Courier New"/>
          <w:color w:val="555555"/>
          <w:sz w:val="20"/>
        </w:rPr>
        <w:t>[1]</w:t>
      </w:r>
    </w:p>
    <w:p>
      <w:r>
        <w:rPr>
          <w:rFonts w:ascii="Gentium Plus" w:hAnsi="Gentium Plus"/>
          <w:sz w:val="24"/>
        </w:rPr>
        <w:t>Εὐφορβίου λίτρ. αʹ, ἀδάρκης, λίτρ. αcʹ, ἀλκυονίου λίτρ. αcʹ, κηροῦ λίτρ. γʹ, δαφνίδων λίτρ. δʹ, πεπέρεως λίτρ. αʹ, Κυπρίνου ἐλαίου \| λίτρ. βʹ.</w:t>
      </w:r>
    </w:p>
    <w:p>
      <w:pPr>
        <w:jc w:val="center"/>
      </w:pPr>
      <w:r>
        <w:rPr>
          <w:rFonts w:ascii="Gentium Plus" w:hAnsi="Gentium Plus"/>
          <w:b/>
          <w:sz w:val="24"/>
        </w:rPr>
        <w:t>περὶ ἰσχίου ῥῆξιν παθόντος.</w:t>
      </w:r>
    </w:p>
    <w:p>
      <w:r>
        <w:rPr>
          <w:rFonts w:ascii="Courier New" w:hAnsi="Courier New"/>
          <w:color w:val="555555"/>
          <w:sz w:val="20"/>
        </w:rPr>
        <w:t>[1]</w:t>
      </w:r>
    </w:p>
    <w:p>
      <w:r>
        <w:rPr>
          <w:rFonts w:ascii="Gentium Plus" w:hAnsi="Gentium Plus"/>
          <w:sz w:val="24"/>
        </w:rPr>
        <w:t>Ἀσθμαίνει πυκνά, καὶ στένει, καὶ τὴν κοιλίαν πεφυση‐ μένην ἔχει. διαψηλάφησον οὖν τὴν ὀσφύν, καὶ τοὺς ἀλγοῦν‐ τας τόπους σημειοῦ, καὶ συμποδίσας τὸν ἵππον, καυτηρίασον, καὶ ἐπακολουθήσει τὸ ὑγρὸν ὥσπερ ᾠοῦ διεφθαρμένου κρόκος.</w:t>
      </w:r>
    </w:p>
    <w:p>
      <w:r>
        <w:rPr>
          <w:rFonts w:ascii="Courier New" w:hAnsi="Courier New"/>
          <w:color w:val="555555"/>
          <w:sz w:val="20"/>
        </w:rPr>
        <w:t>[5]</w:t>
      </w:r>
    </w:p>
    <w:p>
      <w:r>
        <w:rPr>
          <w:rFonts w:ascii="Gentium Plus" w:hAnsi="Gentium Plus"/>
          <w:sz w:val="24"/>
        </w:rPr>
        <w:t>ἅλας οὖν λεπτὸν λειώσας καὶ πίσσῃ δεύσας, ἐπιτίθει τῷ κε‐</w:t>
      </w:r>
    </w:p>
    <w:p>
      <w:pPr>
        <w:jc w:val="center"/>
      </w:pPr>
      <w:r>
        <w:rPr>
          <w:rFonts w:ascii="Gentium Plus" w:hAnsi="Gentium Plus"/>
          <w:b/>
          <w:sz w:val="24"/>
        </w:rPr>
        <w:t>περὶ κοιλίας ἀλγούσης.</w:t>
      </w:r>
    </w:p>
    <w:p>
      <w:pPr>
        <w:jc w:val="center"/>
      </w:pPr>
      <w:r>
        <w:rPr>
          <w:rFonts w:ascii="Gentium Plus" w:hAnsi="Gentium Plus"/>
          <w:b/>
          <w:sz w:val="24"/>
        </w:rPr>
        <w:t>Ἱεροκλέους.</w:t>
      </w:r>
    </w:p>
    <w:p>
      <w:r>
        <w:rPr>
          <w:rFonts w:ascii="Courier New" w:hAnsi="Courier New"/>
          <w:color w:val="555555"/>
          <w:sz w:val="20"/>
        </w:rPr>
        <w:t>[31 . 1]</w:t>
      </w:r>
    </w:p>
    <w:p>
      <w:r>
        <w:rPr>
          <w:rFonts w:ascii="Gentium Plus" w:hAnsi="Gentium Plus"/>
          <w:sz w:val="24"/>
        </w:rPr>
        <w:t>Ὅταν κοιλίαν ἵππος ἀλγῇ, μάλιστα προσέχειν χρὴ τοῖς ση‐ μείοις. ἔνιοι γάρ, ὡς δυσουρίᾳ συνεχομένους θεραπεύον‐ τες, ῥῆξιν ἐνεργάζονται τῷ ζῴῳ. δεῖ δὲ ἀνέσεως τῇ κοιλίᾳ. ἱδροῖ τοίνυν τὰς πλευράς, τάς τε λαγόνας καὶ τοὺς ὄρχεις,</w:t>
      </w:r>
    </w:p>
    <w:p>
      <w:r>
        <w:rPr>
          <w:rFonts w:ascii="Courier New" w:hAnsi="Courier New"/>
          <w:color w:val="555555"/>
          <w:sz w:val="20"/>
        </w:rPr>
        <w:t>[5]</w:t>
      </w:r>
    </w:p>
    <w:p>
      <w:r>
        <w:rPr>
          <w:rFonts w:ascii="Gentium Plus" w:hAnsi="Gentium Plus"/>
          <w:sz w:val="24"/>
        </w:rPr>
        <w:t>ἥ τε γαστὴρ μετέωρός ἐστιν, καὶ τύπτει τοῖς ποσὶν τὸ ἔδα‐ φος, καὶ ἐπιστρέφεται καθ’ ἑκάτερα πρὸς τὸ πάσχον, οἱονεὶ δεικνὺς τὸν ἀλγοῦντα τόπον, ἐνίοτε δὲ τρέμει ὅλῳ τῷ σώματι. ἀλλὰ ταῦτα μὲν καὶ τῷ δυσουριῶντι γίνεται, τὰ δὲ λοιπὰ οὐ ποιεῖ, ἀφ’ ὧν ὁ δυσουριῶν γνωρίζεται, περὶ οὗ ἐφε‐</w:t>
      </w:r>
    </w:p>
    <w:p>
      <w:r>
        <w:rPr>
          <w:rFonts w:ascii="Courier New" w:hAnsi="Courier New"/>
          <w:color w:val="555555"/>
          <w:sz w:val="20"/>
        </w:rPr>
        <w:t>[10]</w:t>
      </w:r>
    </w:p>
    <w:p>
      <w:r>
        <w:rPr>
          <w:rFonts w:ascii="Gentium Plus" w:hAnsi="Gentium Plus"/>
          <w:sz w:val="24"/>
        </w:rPr>
        <w:t>ξῆς ἐροῦμεν. νῦν δὲ πρόκειται περὶ τοῦ κοιλίαν ἀλγοῦντος εἰπεῖν, ὡς θερα\|πεύεται.</w:t>
      </w:r>
    </w:p>
    <w:p>
      <w:r>
        <w:rPr>
          <w:rFonts w:ascii="Courier New" w:hAnsi="Courier New"/>
          <w:color w:val="555555"/>
          <w:sz w:val="20"/>
        </w:rPr>
        <w:t>[31 . 2]</w:t>
      </w:r>
    </w:p>
    <w:p>
      <w:r>
        <w:rPr>
          <w:rFonts w:ascii="Gentium Plus" w:hAnsi="Gentium Plus"/>
          <w:sz w:val="24"/>
        </w:rPr>
        <w:t>διακόψας τὰς ἐν τῷ στήθει φλέβας, αἷμα ἀφαίρει τὸ ἀρ‐ κοῦν, καὶ τὴν χεῖρα ἀλείψας καὶ καθεὶς διὰ τῆς ἕδρας τά τε παρακείμενα ἐμφράγματα ἐκκομίσας, καὶ ἁλῶν λεπτῶν ὅσον ὀξύβαφον ἐνιεὶς ἐρέθιζε, ὥστε διατιλῆσαι, καὶ ἀνώδυνος ἔσται.</w:t>
      </w:r>
    </w:p>
    <w:p>
      <w:r>
        <w:rPr>
          <w:rFonts w:ascii="Courier New" w:hAnsi="Courier New"/>
          <w:color w:val="555555"/>
          <w:sz w:val="20"/>
        </w:rPr>
        <w:t>[5]</w:t>
      </w:r>
    </w:p>
    <w:p>
      <w:r>
        <w:rPr>
          <w:rFonts w:ascii="Gentium Plus" w:hAnsi="Gentium Plus"/>
          <w:sz w:val="24"/>
        </w:rPr>
        <w:t>καὶ καταντληθῆναι δὲ αὐτὸν χρήσιμον ὕδατι θερμῷ πολλῷ κατὰ τοῦ νώτου καὶ τῶν ἰσχίων, καὶ ἐγχυματίζειν σεύτλου ἀφεψήματι μετὰ οἴνου γλυκέος βʹ κοτυλῶν διὰ τοῦ ἀριστεροῦ μυκτῆρος. ἢ σῦκα ἑψήσαντας ἐν οἴνου κοτύλαις τέτρασιν καὶ νίτρου τετριμμένου οὐγκίαν μίαν μίξαντας ἐγχυματίζειν, ἢ</w:t>
      </w:r>
    </w:p>
    <w:p>
      <w:r>
        <w:rPr>
          <w:rFonts w:ascii="Courier New" w:hAnsi="Courier New"/>
          <w:color w:val="555555"/>
          <w:sz w:val="20"/>
        </w:rPr>
        <w:t>[10]</w:t>
      </w:r>
    </w:p>
    <w:p>
      <w:r>
        <w:rPr>
          <w:rFonts w:ascii="Gentium Plus" w:hAnsi="Gentium Plus"/>
          <w:sz w:val="24"/>
        </w:rPr>
        <w:t>πολιόφυλλον ὁμοίως ἐν οἴνου κοτύλῃ μιᾷ καὶ ἡμισείᾳ ἑψή‐ σαντα. περιπατείτω τε ἐπιτροχάζων μὴ συντόνως, καὶ κριθὰς</w:t>
      </w:r>
    </w:p>
    <w:p>
      <w:r>
        <w:rPr>
          <w:rFonts w:ascii="Courier New" w:hAnsi="Courier New"/>
          <w:color w:val="555555"/>
          <w:sz w:val="20"/>
        </w:rPr>
        <w:t>[31 . 3]</w:t>
      </w:r>
    </w:p>
    <w:p>
      <w:r>
        <w:rPr>
          <w:rFonts w:ascii="Gentium Plus" w:hAnsi="Gentium Plus"/>
          <w:sz w:val="24"/>
        </w:rPr>
        <w:t>καλὸν δὲ καὶ τὴν αἰτίαν τῆς ἀλγηδόνος μαθεῖν· ὅταν ἐκ πολλοῦ δρόμου στὰς καὶ φαγὼν κριθάς, μὴ καταπέψῃ, ἀλλ’ αἱ πλείους ἐμμείνωσιν ἀδιοίκητοι, ἐπιπλεῖον στροφεῖται. ἢ εἰ ἐμπεσὸν εἰς τὸν χόρτον φάγῃ ἀράχνιον μικρὸν ὅμοιον φαλαγ‐</w:t>
      </w:r>
    </w:p>
    <w:p>
      <w:r>
        <w:rPr>
          <w:rFonts w:ascii="Courier New" w:hAnsi="Courier New"/>
          <w:color w:val="555555"/>
          <w:sz w:val="20"/>
        </w:rPr>
        <w:t>[5]</w:t>
      </w:r>
    </w:p>
    <w:p>
      <w:r>
        <w:rPr>
          <w:rFonts w:ascii="Gentium Plus" w:hAnsi="Gentium Plus"/>
          <w:sz w:val="24"/>
        </w:rPr>
        <w:t>γίῳ, ὃ καλοῦσι βούπρηστιν. πίμπραται γὰρ ἐπὶ τοῦτο, ὡς καὶ ῥίπτειν ἑαυτὸν εἰς γῆν ὑπὸ τῆς ἀλγηδόνος. βοηθεῖται οὖν κράμβης φύλλοις λειωθεῖσι καὶ οἴνου κοτύλαις τέτρασι καὶ ἐλαίου κοτύλῃ μιᾷ ἐγχυματισθεὶς διὰ μυκτῆρος ἀριστεροῦ, ἢ ἀψινθίῳ ἑψηθέντι ἐν οἴνῳ. ἀλειφέσθω δὲ καὶ ἡ κοιλία</w:t>
      </w:r>
    </w:p>
    <w:p>
      <w:r>
        <w:rPr>
          <w:rFonts w:ascii="Courier New" w:hAnsi="Courier New"/>
          <w:color w:val="555555"/>
          <w:sz w:val="20"/>
        </w:rPr>
        <w:t>[10]</w:t>
      </w:r>
    </w:p>
    <w:p>
      <w:r>
        <w:rPr>
          <w:rFonts w:ascii="Gentium Plus" w:hAnsi="Gentium Plus"/>
          <w:sz w:val="24"/>
        </w:rPr>
        <w:t>θείῳ τριφθέντι ἐν ἐλαίῳ γενομένῳ ὑγρῷ, αἱ δὲ κριθαὶ ἀλει‐ φόμεναι ὕδατι σευτλίῳ παραβαλλέσθωσαν. τὸ δὲ αὐτὸ καὶ τοῖς ἑλμίνθας ἔχουσι βοηθεῖ.</w:t>
      </w:r>
    </w:p>
    <w:p>
      <w:pPr>
        <w:jc w:val="center"/>
      </w:pPr>
      <w:r>
        <w:rPr>
          <w:rFonts w:ascii="Gentium Plus" w:hAnsi="Gentium Plus"/>
          <w:b/>
          <w:sz w:val="24"/>
        </w:rPr>
        <w:t>Θεομνήστου εἰς τὸ αὐτό.</w:t>
      </w:r>
    </w:p>
    <w:p>
      <w:r>
        <w:rPr>
          <w:rFonts w:ascii="Courier New" w:hAnsi="Courier New"/>
          <w:color w:val="555555"/>
          <w:sz w:val="20"/>
        </w:rPr>
        <w:t>[31 . 4]</w:t>
      </w:r>
    </w:p>
    <w:p>
      <w:r>
        <w:rPr>
          <w:rFonts w:ascii="Gentium Plus" w:hAnsi="Gentium Plus"/>
          <w:sz w:val="24"/>
        </w:rPr>
        <w:t>Ἀλγεῖ τὴν κοιλίαν ἵππος, εἰ μὴ πέψῃ τὰ σιτία, \ κλήρους τὰς κριθὰς ἀποβάλῃ, ἢ καὶ εἰ τούτων ἔτι τινὲς ἐμ‐ μείνωσι τῇ γαστρί. πίνει γὰρ ἀπὸ τῆς δυσπεψίας πλεῖον, καὶ μᾶλλον αἱ κριθαὶ ἀνοιδαίνουσιν ἐκ τῆς ὑγρασίας, καὶ ἐμ‐</w:t>
      </w:r>
    </w:p>
    <w:p>
      <w:r>
        <w:rPr>
          <w:rFonts w:ascii="Courier New" w:hAnsi="Courier New"/>
          <w:color w:val="555555"/>
          <w:sz w:val="20"/>
        </w:rPr>
        <w:t>[5]</w:t>
      </w:r>
    </w:p>
    <w:p>
      <w:r>
        <w:rPr>
          <w:rFonts w:ascii="Gentium Plus" w:hAnsi="Gentium Plus"/>
          <w:sz w:val="24"/>
        </w:rPr>
        <w:t>πίμπλαται καὶ στροφεῖται, καὶ ἐὰν μὴ διαχωρήσῃ θᾶττον, κιν‐ δυνεύει. δεῖ οὖν χρῆσθαι κλυσμοῖς διὰ τῆς ἕδρας ἐνιέντας ὑδρέλαιον, καὶ αὐτῇ δὲ τῇ χειρὶ ἀληλιμμένῃ ἐλαίῳ ἐκκοπρίζειν αὐτὸν προσεχόντως, ἐντιθέναι τε καὶ πάστιλλον μετὰ σκαμω‐</w:t>
      </w:r>
    </w:p>
    <w:p>
      <w:r>
        <w:rPr>
          <w:rFonts w:ascii="Courier New" w:hAnsi="Courier New"/>
          <w:color w:val="555555"/>
          <w:sz w:val="20"/>
        </w:rPr>
        <w:t>[10]</w:t>
      </w:r>
    </w:p>
    <w:p>
      <w:r>
        <w:rPr>
          <w:rFonts w:ascii="Gentium Plus" w:hAnsi="Gentium Plus"/>
          <w:sz w:val="24"/>
        </w:rPr>
        <w:t>δὲ τούτῳ τὰ μὲν ἄλλα ὅμοια τῷ δυσουριῶντι. ἰδίως δὲ δάκνει ἑαυτὸν καὶ τὴν γαστέρα περιρρήγνυσιν, ἀδημονῶν τῇ δυσαρε‐ στίᾳ. δεῖ δὲ ἐγχυματίζειν αὐτὸν διὰ τῆς ἀριστερᾶς ῥινὸς κράμβης χυλῷ δι’ οἰνελαίου, ἔστω δὲ τὸ πλῆθος οἴνου ξέ. εἷς καὶ ἐλαίου ξέ. τέταρτον καὶ κράμβης χυλοῦ τὸ ἴσον.</w:t>
      </w:r>
    </w:p>
    <w:p>
      <w:r>
        <w:rPr>
          <w:rFonts w:ascii="Courier New" w:hAnsi="Courier New"/>
          <w:color w:val="555555"/>
          <w:sz w:val="20"/>
        </w:rPr>
        <w:t>[31 . 5]</w:t>
      </w:r>
    </w:p>
    <w:p>
      <w:r>
        <w:rPr>
          <w:rFonts w:ascii="Gentium Plus" w:hAnsi="Gentium Plus"/>
          <w:sz w:val="24"/>
        </w:rPr>
        <w:t>συμβαίνει δὲ πολλάκις καὶ ἀπὸ ἑτέρων πλείονων αἰτιῶν ἀλγεῖν τὴν κοιλίαν· ὅταν βούπρηστιν φάγῃ ἐν τῷ χόρ\|τῳ (ἔστιν δὲ ὅμοιος φαλαγγίῳ σκώληξ), ἢ ὅταν ἀράχνιον 〈φάγῃ〉 ἢ τὸν λεγόμενον λύκον φαλάγγιον, ὅπερ πολλάκις ἐν τῷ χόρτῳ γεν‐</w:t>
      </w:r>
    </w:p>
    <w:p>
      <w:r>
        <w:rPr>
          <w:rFonts w:ascii="Courier New" w:hAnsi="Courier New"/>
          <w:color w:val="555555"/>
          <w:sz w:val="20"/>
        </w:rPr>
        <w:t>[5]</w:t>
      </w:r>
    </w:p>
    <w:p>
      <w:r>
        <w:rPr>
          <w:rFonts w:ascii="Gentium Plus" w:hAnsi="Gentium Plus"/>
          <w:sz w:val="24"/>
        </w:rPr>
        <w:t>νᾶται. συμβαίνει δὲ καὶ διὰ φαυλότητα ὑδάτων καὶ ξενισμόν. καὶ τούτου τοῦ πάθους προσφάτου ὄντος ὁ ἐγχυματισμὸς ἁρ‐ μόζει. ἀλγεῖ δὲ τὴν κοιλίαν καὶ ἀπὸ ἑλμίνθων. ὅτε οὖν ἀλ‐ γεῖ καὶ συνεχῶς κυλίεται, χρὴ ἐγχυματίζειν αὐτὸν ψυλλίου ξηροῦ κεκομμένου γο αʹ, ὀποπάνακος γο cʹ, ἐλαφείου κέρατος</w:t>
      </w:r>
    </w:p>
    <w:p>
      <w:r>
        <w:rPr>
          <w:rFonts w:ascii="Courier New" w:hAnsi="Courier New"/>
          <w:color w:val="555555"/>
          <w:sz w:val="20"/>
        </w:rPr>
        <w:t>[10]</w:t>
      </w:r>
    </w:p>
    <w:p>
      <w:r>
        <w:rPr>
          <w:rFonts w:ascii="Gentium Plus" w:hAnsi="Gentium Plus"/>
          <w:sz w:val="24"/>
        </w:rPr>
        <w:t>πρίσματος γο αʹ, μεμιγμένα ἐν ὑδρομέλιτι. ἐχέτω δὲ τὸ ὕδωρ ἡδυόσμου ἀφέψημα καὶ ἀκρεμόνων ἁπαλῶν δάφνης. ἐὰν δὲ ἐκ τούτου τοῦ πάθους δυσουρία ἐπιγένηται, ἐγχυμάτιζε δι’ ἐλαίου καὶ 〈γλυκέοσ〉 Κρητικοῦ ὀποπάνακος δραχμὴν μίαν.</w:t>
      </w:r>
    </w:p>
    <w:p>
      <w:pPr>
        <w:jc w:val="center"/>
      </w:pPr>
      <w:r>
        <w:rPr>
          <w:rFonts w:ascii="Gentium Plus" w:hAnsi="Gentium Plus"/>
          <w:b/>
          <w:sz w:val="24"/>
        </w:rPr>
        <w:t>Εὐμήλου πρὸς κοιλίας πόνον ἀπὸ ἑλμίνθων.</w:t>
      </w:r>
    </w:p>
    <w:p>
      <w:r>
        <w:rPr>
          <w:rFonts w:ascii="Courier New" w:hAnsi="Courier New"/>
          <w:color w:val="555555"/>
          <w:sz w:val="20"/>
        </w:rPr>
        <w:t>[1]</w:t>
      </w:r>
    </w:p>
    <w:p>
      <w:r>
        <w:rPr>
          <w:rFonts w:ascii="Gentium Plus" w:hAnsi="Gentium Plus"/>
          <w:sz w:val="24"/>
        </w:rPr>
        <w:t>Ἐν τῷ πινομένῳ παρ’ αὐτοῦ ὕδατι καὶ τῷ ἐσθιομένῳ χόρτῳ νίτρον ὀλίγον ἐμβαλών, καὶ \| κράμβης χυλὸν οἴνου γλυκέος κοτύλῃ μιᾷ συμμίξας, καὶ διὰ τοῦ ἀριστεροῦ μυκτῆ‐ ρος ἐγχυματίσας θεραπεύσεις, ἢ χαμαίμηλον οἴνῳ καὶ ἐλαίῳ</w:t>
      </w:r>
    </w:p>
    <w:p>
      <w:r>
        <w:rPr>
          <w:rFonts w:ascii="Courier New" w:hAnsi="Courier New"/>
          <w:color w:val="555555"/>
          <w:sz w:val="20"/>
        </w:rPr>
        <w:t>[5]</w:t>
      </w:r>
    </w:p>
    <w:p>
      <w:r>
        <w:rPr>
          <w:rFonts w:ascii="Gentium Plus" w:hAnsi="Gentium Plus"/>
          <w:sz w:val="24"/>
        </w:rPr>
        <w:t>συλλειωθὲν διὰ κέρατος ἐγχυματίσας.</w:t>
      </w:r>
    </w:p>
    <w:p>
      <w:pPr>
        <w:jc w:val="center"/>
      </w:pPr>
      <w:r>
        <w:rPr>
          <w:rFonts w:ascii="Gentium Plus" w:hAnsi="Gentium Plus"/>
          <w:b/>
          <w:sz w:val="24"/>
        </w:rPr>
        <w:t>ἄλλο πρὸς σκώληκας κοιλίας καὶ στρόφους.</w:t>
      </w:r>
    </w:p>
    <w:p>
      <w:r>
        <w:rPr>
          <w:rFonts w:ascii="Courier New" w:hAnsi="Courier New"/>
          <w:color w:val="555555"/>
          <w:sz w:val="20"/>
        </w:rPr>
        <w:t>[1]</w:t>
      </w:r>
    </w:p>
    <w:p>
      <w:r>
        <w:rPr>
          <w:rFonts w:ascii="Gentium Plus" w:hAnsi="Gentium Plus"/>
          <w:sz w:val="24"/>
        </w:rPr>
        <w:t>Τῇ κοιλίᾳ πόνος πέφυκεν τίκτεσθαι, ἡνίκα δήγμασι τὰ πλησιάζοντα μέλη σκώληκες ἐπινέμονται. βασανίζεται δὲ συν‐ εχῶς τὸ ζῷον, καὶ κυλίεται, καὶ ἡ κοιλία διογκοῦται, καὶ τὴν ὄψιν ἢ τὸ στόμα πλειστάκις περὶ τὴν γαστέρα φέρει. θερα‐</w:t>
      </w:r>
    </w:p>
    <w:p>
      <w:r>
        <w:rPr>
          <w:rFonts w:ascii="Courier New" w:hAnsi="Courier New"/>
          <w:color w:val="555555"/>
          <w:sz w:val="20"/>
        </w:rPr>
        <w:t>[5]</w:t>
      </w:r>
    </w:p>
    <w:p>
      <w:r>
        <w:rPr>
          <w:rFonts w:ascii="Gentium Plus" w:hAnsi="Gentium Plus"/>
          <w:sz w:val="24"/>
        </w:rPr>
        <w:t>πεία οὖν τῇ προγεγραμμένῃ χρῶ, πρόσμιγε δέ, εἰ βούλει, καὶ κενταύριον ἢ καὶ σικύου ἀγρίου ῥίζαν.</w:t>
      </w:r>
    </w:p>
    <w:p>
      <w:pPr>
        <w:jc w:val="center"/>
      </w:pPr>
      <w:r>
        <w:rPr>
          <w:rFonts w:ascii="Gentium Plus" w:hAnsi="Gentium Plus"/>
          <w:b/>
          <w:sz w:val="24"/>
        </w:rPr>
        <w:t>ἄλλο. πρὸς ὀδύνας κοιλίας κλύσμα.</w:t>
      </w:r>
    </w:p>
    <w:p>
      <w:r>
        <w:rPr>
          <w:rFonts w:ascii="Courier New" w:hAnsi="Courier New"/>
          <w:color w:val="555555"/>
          <w:sz w:val="20"/>
        </w:rPr>
        <w:t>[1]</w:t>
      </w:r>
    </w:p>
    <w:p>
      <w:r>
        <w:rPr>
          <w:rFonts w:ascii="Gentium Plus" w:hAnsi="Gentium Plus"/>
          <w:sz w:val="24"/>
        </w:rPr>
        <w:t>Νίτρον καὶ ἔλαιον ἐξ ἴσου μίξας σευτλίῳ χλωρῷ, καὶ κε‐ φαλῆς αἰγὸς ἑψηθείσης καὶ ἀλέκτορος ζωμὸν καὶ πτισάνης χυλόν, καὶ \| ποιήσας πλῆθος κοτυλῶν δύο, κλύζε τὸ ζῷον. ὀδύνης δὲ ἐπιγενομένης, πυρία, ἢ σελίνου καρπὸν καὶ χαμαί‐</w:t>
      </w:r>
    </w:p>
    <w:p>
      <w:r>
        <w:rPr>
          <w:rFonts w:ascii="Courier New" w:hAnsi="Courier New"/>
          <w:color w:val="555555"/>
          <w:sz w:val="20"/>
        </w:rPr>
        <w:t>[5]</w:t>
      </w:r>
    </w:p>
    <w:p>
      <w:r>
        <w:rPr>
          <w:rFonts w:ascii="Gentium Plus" w:hAnsi="Gentium Plus"/>
          <w:sz w:val="24"/>
        </w:rPr>
        <w:t>δρυον τρίψας καὶ ξηράνας, μετὰ σμύρνης ἐν οἴνῳ λευκῷ εὐ‐ ώδει λειώσας ἐγχυμάτιζε.</w:t>
      </w:r>
    </w:p>
    <w:p>
      <w:pPr>
        <w:jc w:val="center"/>
      </w:pPr>
      <w:r>
        <w:rPr>
          <w:rFonts w:ascii="Gentium Plus" w:hAnsi="Gentium Plus"/>
          <w:b/>
          <w:sz w:val="24"/>
        </w:rPr>
        <w:t>Πελαγωνίου πρὸς ὀδύνας κοιλίας καὶ πόνους.</w:t>
      </w:r>
    </w:p>
    <w:p>
      <w:r>
        <w:rPr>
          <w:rFonts w:ascii="Courier New" w:hAnsi="Courier New"/>
          <w:color w:val="555555"/>
          <w:sz w:val="20"/>
        </w:rPr>
        <w:t>[1]</w:t>
      </w:r>
    </w:p>
    <w:p>
      <w:r>
        <w:rPr>
          <w:rFonts w:ascii="Gentium Plus" w:hAnsi="Gentium Plus"/>
          <w:sz w:val="24"/>
        </w:rPr>
        <w:t>Πάνακος ῥίζης γράμματα δύο, ἀριστολοχείας γράμμα ἓν ἐν οἴνῳ εὐώδει λεάνας ἐγχυμάτιζε, ἢ πηγάνου σπέρματος ὀξύβαφον αʹ μετὰ οἴνου παλαιοῦ.</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Στρύχνου καὶ καρδάμου σπέρμα, ἐν οἴνῳ καὶ ἐλαίῳ λειώ‐</w:t>
      </w:r>
    </w:p>
    <w:p>
      <w:r>
        <w:rPr>
          <w:rFonts w:ascii="Courier New" w:hAnsi="Courier New"/>
          <w:color w:val="555555"/>
          <w:sz w:val="20"/>
        </w:rPr>
        <w:t>[5]</w:t>
      </w:r>
    </w:p>
    <w:p>
      <w:r>
        <w:rPr>
          <w:rFonts w:ascii="Gentium Plus" w:hAnsi="Gentium Plus"/>
          <w:sz w:val="24"/>
        </w:rPr>
        <w:t>θρωπίνῃ τὸν οὐρανίσκον τοῦ ζῴου καθαρίως περίτριβε. \</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Κόπρον λαγωῶν μετὰ κοχλιαρίων μέλιτος θʹ καὶ πεπέ‐ ρεως κόκκων ιεʹ εἰς θυὰν λειώσας, σὺν χυλῷ κράμβης διὰ κέ‐ ρατος ἐγχυμάτιζε. ἢ ἀστραγάλους χοιρείους τρεῖς, ὧν ὀδόντες ἀνθρώπων οὔπω ἥψαντο, καύσας καὶ ἐν οἴνῳ καὶ ἐλαίῳ ὅσον</w:t>
      </w:r>
    </w:p>
    <w:p>
      <w:r>
        <w:rPr>
          <w:rFonts w:ascii="Courier New" w:hAnsi="Courier New"/>
          <w:color w:val="555555"/>
          <w:sz w:val="20"/>
        </w:rPr>
        <w:t>[5]</w:t>
      </w:r>
    </w:p>
    <w:p>
      <w:r>
        <w:rPr>
          <w:rFonts w:ascii="Gentium Plus" w:hAnsi="Gentium Plus"/>
          <w:sz w:val="24"/>
        </w:rPr>
        <w:t>πλῆθος ἡμίνης λειώσας, ἐγχυμάτιζε. \</w:t>
      </w:r>
    </w:p>
    <w:p>
      <w:pPr>
        <w:jc w:val="center"/>
      </w:pPr>
      <w:r>
        <w:rPr>
          <w:rFonts w:ascii="Gentium Plus" w:hAnsi="Gentium Plus"/>
          <w:b/>
          <w:sz w:val="24"/>
        </w:rPr>
        <w:t>περὶ τοῦ ἧπαρ ἀλγοῦντος.</w:t>
      </w:r>
    </w:p>
    <w:p>
      <w:pPr>
        <w:jc w:val="center"/>
      </w:pPr>
      <w:r>
        <w:rPr>
          <w:rFonts w:ascii="Gentium Plus" w:hAnsi="Gentium Plus"/>
          <w:b/>
          <w:sz w:val="24"/>
        </w:rPr>
        <w:t>Αψύρτου.</w:t>
      </w:r>
    </w:p>
    <w:p>
      <w:r>
        <w:rPr>
          <w:rFonts w:ascii="Courier New" w:hAnsi="Courier New"/>
          <w:color w:val="555555"/>
          <w:sz w:val="20"/>
        </w:rPr>
        <w:t>[32 . 1]</w:t>
      </w:r>
    </w:p>
    <w:p>
      <w:r>
        <w:rPr>
          <w:rFonts w:ascii="Gentium Plus" w:hAnsi="Gentium Plus"/>
          <w:sz w:val="24"/>
        </w:rPr>
        <w:t>Ἧπαρ ἵππος πονῶν \ ἀλγοῦντα τόπον καὶ οἷα δεικνύς, στένει δέ, καὶ τὸ στόμα κατά‐ ξηρον ἔχει τήν τε γλῶσσαν τραχεῖαν καὶ ἐπηρμένην, καὶ ἀνα‐ πίπτων ἐπιστρέφεται, μὴ κατακλινόμενος ἐπ’ ἐκεῖνο τὸ μέρος,</w:t>
      </w:r>
    </w:p>
    <w:p>
      <w:r>
        <w:rPr>
          <w:rFonts w:ascii="Courier New" w:hAnsi="Courier New"/>
          <w:color w:val="555555"/>
          <w:sz w:val="20"/>
        </w:rPr>
        <w:t>[5]</w:t>
      </w:r>
    </w:p>
    <w:p>
      <w:r>
        <w:rPr>
          <w:rFonts w:ascii="Gentium Plus" w:hAnsi="Gentium Plus"/>
          <w:sz w:val="24"/>
        </w:rPr>
        <w:t>καὶ κυλιόμενος πόνους ἔχει, καὶ διεγείρεται πυκνά.</w:t>
      </w:r>
    </w:p>
    <w:p>
      <w:r>
        <w:rPr>
          <w:rFonts w:ascii="Courier New" w:hAnsi="Courier New"/>
          <w:color w:val="555555"/>
          <w:sz w:val="20"/>
        </w:rPr>
        <w:t>[32 . 2]</w:t>
      </w:r>
    </w:p>
    <w:p>
      <w:r>
        <w:rPr>
          <w:rFonts w:ascii="Gentium Plus" w:hAnsi="Gentium Plus"/>
          <w:sz w:val="24"/>
        </w:rPr>
        <w:t>θεραπεύεται δὲ περιπάτοις ὀλίγοις ἐσκεπασμένος ὑποβλή‐ μασι πλείοσιν εἰς τὴν κατάκλισιν, καὶ τρίψει δι’ οἴνου καὶ ἐλαίου, καὶ πόματι οὐ ψυχρῷ μετὰ νίτρου, μὴ καθ’ ἡμέραν δὲ τὸ νίτρον. ὠφέλιμον δὲ καὶ τὸ πολιόφυλλον ἐν οἴνῳ ἑψό‐</w:t>
      </w:r>
    </w:p>
    <w:p>
      <w:r>
        <w:rPr>
          <w:rFonts w:ascii="Courier New" w:hAnsi="Courier New"/>
          <w:color w:val="555555"/>
          <w:sz w:val="20"/>
        </w:rPr>
        <w:t>[5]</w:t>
      </w:r>
    </w:p>
    <w:p>
      <w:r>
        <w:rPr>
          <w:rFonts w:ascii="Gentium Plus" w:hAnsi="Gentium Plus"/>
          <w:sz w:val="24"/>
        </w:rPr>
        <w:t>μενον καὶ ἐγχυματιζόμενον διὰ τοῦ στόματος ἢ τοῦ δεξιοῦ</w:t>
      </w:r>
    </w:p>
    <w:p>
      <w:r>
        <w:rPr>
          <w:rFonts w:ascii="Courier New" w:hAnsi="Courier New"/>
          <w:color w:val="555555"/>
          <w:sz w:val="20"/>
        </w:rPr>
        <w:t>[10]</w:t>
      </w:r>
    </w:p>
    <w:p>
      <w:r>
        <w:rPr>
          <w:rFonts w:ascii="Gentium Plus" w:hAnsi="Gentium Plus"/>
          <w:sz w:val="24"/>
        </w:rPr>
        <w:t>πλατείᾳ, πολιωτέρα δὲ μᾶλλον καὶ πικροτέρα, ὀσμὴν ἔχουσα βαρεῖαν, γίνεται δὲ ἐν τοῖς ὑγροῖς λειμῶ\|σιν. ἢ κόνυζαν τὴν ὑπό τινων κνύζαν λεγομένην δεῖ ἕψειν καὶ μετ’ οἴνου καὶ ἐλαίου ἐγχυματίζειν. ἔστωσαν δὲ αἱ κριθαὶ βεβρεγμέναι ὕδατι θερμῷ, ἃς παραβάλλειν δεῖ. ἁρμόζει δὲ ἡ πολεμώνιος καὶ ἐπ’</w:t>
      </w:r>
    </w:p>
    <w:p>
      <w:r>
        <w:rPr>
          <w:rFonts w:ascii="Courier New" w:hAnsi="Courier New"/>
          <w:color w:val="555555"/>
          <w:sz w:val="20"/>
        </w:rPr>
        <w:t>[15]</w:t>
      </w:r>
    </w:p>
    <w:p>
      <w:r>
        <w:rPr>
          <w:rFonts w:ascii="Gentium Plus" w:hAnsi="Gentium Plus"/>
          <w:sz w:val="24"/>
        </w:rPr>
        <w:t>ἀνθρώπων κοπτομένη ὡσαύτως καὶ καταπλασσομένη. καὶ ἡ κόνυζα δὲ τὸ αὐτὸ ποιήσει, προσβαλλομένου καὶ ἐλαίου.</w:t>
      </w:r>
    </w:p>
    <w:p>
      <w:pPr>
        <w:jc w:val="center"/>
      </w:pPr>
      <w:r>
        <w:rPr>
          <w:rFonts w:ascii="Gentium Plus" w:hAnsi="Gentium Plus"/>
          <w:b/>
          <w:sz w:val="24"/>
        </w:rPr>
        <w:t>ἄλλο Κασσίου ἐν τοῖσ Θεομνήστου.</w:t>
      </w:r>
    </w:p>
    <w:p>
      <w:r>
        <w:rPr>
          <w:rFonts w:ascii="Courier New" w:hAnsi="Courier New"/>
          <w:color w:val="555555"/>
          <w:sz w:val="20"/>
        </w:rPr>
        <w:t>[1]</w:t>
      </w:r>
    </w:p>
    <w:p>
      <w:r>
        <w:rPr>
          <w:rFonts w:ascii="Gentium Plus" w:hAnsi="Gentium Plus"/>
          <w:sz w:val="24"/>
        </w:rPr>
        <w:t>Ἐὰν τὸ ἧπαρ ἀλγήσῃ ἵππος, βήσσων στένει, καὶ οἱ ὀφθαλ‐ μοὶ αὐτοῦ γίνονται μοχθηροί, καὶ ἐσθίων λαβρότερον ποτὸν οὐ προσίεται. τῷ οὖν οὕτως πάσχοντι ἔσται ἁρμόδιος ἐγχυ‐ ματισμὸς \| οὗτος· μέλιτος λίτραν αʹ, νίτρου λίτρας τὸ ἥμισυ,</w:t>
      </w:r>
    </w:p>
    <w:p>
      <w:r>
        <w:rPr>
          <w:rFonts w:ascii="Courier New" w:hAnsi="Courier New"/>
          <w:color w:val="555555"/>
          <w:sz w:val="20"/>
        </w:rPr>
        <w:t>[5]</w:t>
      </w:r>
    </w:p>
    <w:p>
      <w:r>
        <w:rPr>
          <w:rFonts w:ascii="Gentium Plus" w:hAnsi="Gentium Plus"/>
          <w:sz w:val="24"/>
        </w:rPr>
        <w:t>οἴνου λευκοῦ κοτύλην, ὕδατος κοτύλας βʹ μίξας ἐν ταὐτῷ, ἐγχυμάτιζε διὰ τοῦ δεξιοῦ μυκτῆρος ἐπὶ ἡμέραις εʹ. ἐὰν δὲ μὴ ὑγιάνῃ, ἄφελε αὐτοῦ αἷμα ἀπὸ τῶν ἐμπροσθίων ποδῶν, καὶ καῖε αὐτοῦ τὴν τρίτην πλευρὰν ἀπὸ τῆς μασχάλης ῥάβδῳ, καὶ ἐπὶ ἀμφοτέρων τῶν καμπτῶν διαλιπὼν πλευρὰν μίαν. ἐχέτω</w:t>
      </w:r>
    </w:p>
    <w:p>
      <w:r>
        <w:rPr>
          <w:rFonts w:ascii="Courier New" w:hAnsi="Courier New"/>
          <w:color w:val="555555"/>
          <w:sz w:val="20"/>
        </w:rPr>
        <w:t>[10]</w:t>
      </w:r>
    </w:p>
    <w:p>
      <w:r>
        <w:rPr>
          <w:rFonts w:ascii="Gentium Plus" w:hAnsi="Gentium Plus"/>
          <w:sz w:val="24"/>
        </w:rPr>
        <w:t>δὲ ἐπὶ ἕκαστον καμπτὸν ἡ ῥάβδος τοῦ καυτηρίου δακτύ‐</w:t>
      </w:r>
    </w:p>
    <w:p>
      <w:pPr>
        <w:jc w:val="center"/>
      </w:pPr>
      <w:r>
        <w:rPr>
          <w:rFonts w:ascii="Gentium Plus" w:hAnsi="Gentium Plus"/>
          <w:b/>
          <w:sz w:val="24"/>
        </w:rPr>
        <w:t>ἄλλο Ἀγαθοτύχου.</w:t>
      </w:r>
    </w:p>
    <w:p>
      <w:r>
        <w:rPr>
          <w:rFonts w:ascii="Courier New" w:hAnsi="Courier New"/>
          <w:color w:val="555555"/>
          <w:sz w:val="20"/>
        </w:rPr>
        <w:t>[1]</w:t>
      </w:r>
    </w:p>
    <w:p>
      <w:r>
        <w:rPr>
          <w:rFonts w:ascii="Gentium Plus" w:hAnsi="Gentium Plus"/>
          <w:sz w:val="24"/>
        </w:rPr>
        <w:t>Τὸ ἧπαρ ἀλγῶν ὁ ἵππος σημεῖα ποιεῖ τάδε· ὀγκοῦται τὴν λαγόνα τὴν δεξιάν, καὶ ἀναπνοὴν ἀγρίαν ἔχει, ἐν τοῖς δρόμοις τε ὑστερεῖ, καὶ ἐν τῷ περιπάτῳ βράδιον κινεῖ τὰ ὀπίσθια σκέλη, καὶ τὴν κοίτην ἀποφεύγει. διαιτηθήσεται δὲ μάλιστα</w:t>
      </w:r>
    </w:p>
    <w:p>
      <w:r>
        <w:rPr>
          <w:rFonts w:ascii="Courier New" w:hAnsi="Courier New"/>
          <w:color w:val="555555"/>
          <w:sz w:val="20"/>
        </w:rPr>
        <w:t>[5]</w:t>
      </w:r>
    </w:p>
    <w:p>
      <w:r>
        <w:rPr>
          <w:rFonts w:ascii="Gentium Plus" w:hAnsi="Gentium Plus"/>
          <w:sz w:val="24"/>
        </w:rPr>
        <w:t>τῇ ὑγιαζούσῃ καὶ ὑγροτέρᾳ τροφῇ καὶ περιπάτοις κουφοτέροις, ἀπεχόμενός τε γυμνασίας. τὴν τροφὴν δὲ αὐτῷ δίδου κατ’ ὀλίγον, καὶ κοίτην \| εὐτρέπιζε μαλακωτάτην, καὶ ἐνάλειφε λι‐ παρῶς, τὸ δὲ ὕδωρ δίδου συνηψημένον ἀβροτόνῳ. διὰ γὰρ τῶν ποτῶν μᾶλλον ἢ τῶν ἐγχυματισμῶν θεραπεύεται.</w:t>
      </w:r>
    </w:p>
    <w:p>
      <w:pPr>
        <w:jc w:val="center"/>
      </w:pPr>
      <w:r>
        <w:rPr>
          <w:rFonts w:ascii="Gentium Plus" w:hAnsi="Gentium Plus"/>
          <w:b/>
          <w:sz w:val="24"/>
        </w:rPr>
        <w:t>ἄλλο Ἱπποκράτους.</w:t>
      </w:r>
    </w:p>
    <w:p>
      <w:r>
        <w:rPr>
          <w:rFonts w:ascii="Courier New" w:hAnsi="Courier New"/>
          <w:color w:val="555555"/>
          <w:sz w:val="20"/>
        </w:rPr>
        <w:t>[1]</w:t>
      </w:r>
    </w:p>
    <w:p>
      <w:r>
        <w:rPr>
          <w:rFonts w:ascii="Gentium Plus" w:hAnsi="Gentium Plus"/>
          <w:sz w:val="24"/>
        </w:rPr>
        <w:t>Ἐὰν ἵππος τὸ ἧπαρ ἀλγήσῃ ἀπὸ δρόμου, οἵ τε κενεῶνες ἑλκοῦνται, κατὰ τὸν πνεύμονα ῥῆγμα γίνεται, καὶ συμπίπτει τὸ σῶμα, καὶ τροφὴν οὐ προσίεται, τό τε αἷμα ἐν ταῖς φλε‐ ψὶν ἀνατρέχει. θεραπεύσεις οὖν ἀφαιρῶν αἷμα ἀπὸ τοῦ αὐ‐</w:t>
      </w:r>
    </w:p>
    <w:p>
      <w:r>
        <w:rPr>
          <w:rFonts w:ascii="Courier New" w:hAnsi="Courier New"/>
          <w:color w:val="555555"/>
          <w:sz w:val="20"/>
        </w:rPr>
        <w:t>[5]</w:t>
      </w:r>
    </w:p>
    <w:p>
      <w:r>
        <w:rPr>
          <w:rFonts w:ascii="Gentium Plus" w:hAnsi="Gentium Plus"/>
          <w:sz w:val="24"/>
        </w:rPr>
        <w:t>χένος καὶ ἐγχυματίζων σμύρνης καὶ λιβάνου ὁλκὴν μετὰ οἴνου κοτύλης μιᾶς. σύγχριε δὲ καὶ οἰνελαίῳ, καὶ δίδου ποτὸν σε‐ μίδαλιν διακεχυλωμένην ὕδατι, καὶ τροφήν, εἰ ὀρέγεται. εἰ δὲ ἐπιμένοι τὸ πάθος, καὶ ἀπὸ τῶν μασχαλῶν ἀμφοτέρων αἷ‐ μα λάμβανε. γίνεται δὲ ἐνίοις τοῦτο, ὅταν ἐν ψηφῖσι καὶ</w:t>
      </w:r>
    </w:p>
    <w:p>
      <w:r>
        <w:rPr>
          <w:rFonts w:ascii="Courier New" w:hAnsi="Courier New"/>
          <w:color w:val="555555"/>
          <w:sz w:val="20"/>
        </w:rPr>
        <w:t>[10]</w:t>
      </w:r>
    </w:p>
    <w:p>
      <w:r>
        <w:rPr>
          <w:rFonts w:ascii="Gentium Plus" w:hAnsi="Gentium Plus"/>
          <w:sz w:val="24"/>
        </w:rPr>
        <w:t>τραχέσι καὶ λιθοστρώτοις χωρίοις σφοδρότερον δράμωσιν. καὶ</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Μέλιτος καὶ νίτρου ἀνὰ ὀξύβαφον, κυμίνου ὀξύβαφα βʹ, διεὶς οἴνῳ ἐν ταὐτῷ, καὶ ἐλαίου καὶ ὕδατος ἐπιχέας κοτύλας βʹ, ἔγχει εἰς τὸν μυκτῆρα. ἐὰν δὲ μὴ ὑγιὴς γένηται, αἷμα ἄφελε ἀπὸ τῶν σκελῶν τῶν ἐμπροσθίων ὑποκάτω τῶν γονά‐</w:t>
      </w:r>
    </w:p>
    <w:p>
      <w:r>
        <w:rPr>
          <w:rFonts w:ascii="Courier New" w:hAnsi="Courier New"/>
          <w:color w:val="555555"/>
          <w:sz w:val="20"/>
        </w:rPr>
        <w:t>[5]</w:t>
      </w:r>
    </w:p>
    <w:p>
      <w:r>
        <w:rPr>
          <w:rFonts w:ascii="Gentium Plus" w:hAnsi="Gentium Plus"/>
          <w:sz w:val="24"/>
        </w:rPr>
        <w:t>των. ἐὰν δὲ 〈μὴ〉 οὕτως ὑγιὴς γένηται, καῖε κατὰ τὴν πλευ‐ ρὰν τὴν τρίτην ὑποκάτω τῆς μασχάλης ἀνὰ μέσον τῶν πλευ‐ ρῶν ῥάβδοις, τέσσαρας δακτύλους ἀπὸ ἀμφοτέρων τῶν καύ‐ σεων διαλιπών.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Βατράχους λιμναίους μετὰ οἴνου χλιάνας, διὰ τοῦ στόμα‐ τος ἐγχυμάτιζε ἐπὶ τρισὶν ἡμέραις.</w:t>
      </w:r>
    </w:p>
    <w:p>
      <w:pPr>
        <w:jc w:val="center"/>
      </w:pPr>
      <w:r>
        <w:rPr>
          <w:rFonts w:ascii="Gentium Plus" w:hAnsi="Gentium Plus"/>
          <w:b/>
          <w:sz w:val="24"/>
        </w:rPr>
        <w:t>προπότισμα ἡπατικόν.</w:t>
      </w:r>
    </w:p>
    <w:p>
      <w:r>
        <w:rPr>
          <w:rFonts w:ascii="Courier New" w:hAnsi="Courier New"/>
          <w:color w:val="555555"/>
          <w:sz w:val="20"/>
        </w:rPr>
        <w:t>[1]</w:t>
      </w:r>
    </w:p>
    <w:p>
      <w:r>
        <w:rPr>
          <w:rFonts w:ascii="Gentium Plus" w:hAnsi="Gentium Plus"/>
          <w:sz w:val="24"/>
        </w:rPr>
        <w:t>Στροβίλους λεπτοτάτους, κρόκου γο αʹ, καὶ κυμίνου Αἰ‐ θιοπικοῦ τὸ ἴσον ἐπιμελέστατα \| διηθήσας, ἐν οἴνῳ δίδου. ἢ πολεμώνιον τὸ ἐν τοῖς ἕλεσι τικτόμενον, ὅπερ ἔοικεν καλαμίν‐ θῃ, ποιότητα ἔχον πικράν. ἢ καὶ ὀρίγανον ἀγρίαν μετὰ πε‐</w:t>
      </w:r>
    </w:p>
    <w:p>
      <w:r>
        <w:rPr>
          <w:rFonts w:ascii="Courier New" w:hAnsi="Courier New"/>
          <w:color w:val="555555"/>
          <w:sz w:val="20"/>
        </w:rPr>
        <w:t>[5]</w:t>
      </w:r>
    </w:p>
    <w:p>
      <w:r>
        <w:rPr>
          <w:rFonts w:ascii="Gentium Plus" w:hAnsi="Gentium Plus"/>
          <w:sz w:val="24"/>
        </w:rPr>
        <w:t>πέρεως λείου, καὶ δι’ οἴνου δίδου. ἢ βούτυρον καὶ μέλι καὶ ὀποπάνακα καὶ σμύρναν, ἐν ἴσῳ σταθμῷ λειώσας καὶ οἴνῳ μίξας, διὰ μυκτήρων ἐγχυμάτιζε. \|</w:t>
      </w:r>
    </w:p>
    <w:p>
      <w:pPr>
        <w:jc w:val="center"/>
      </w:pPr>
      <w:r>
        <w:rPr>
          <w:rFonts w:ascii="Gentium Plus" w:hAnsi="Gentium Plus"/>
          <w:b/>
          <w:sz w:val="24"/>
        </w:rPr>
        <w:t>περὶ δυσουρίας καὶ κοιλίας ἀλ‐ γήματος καὶ στραγγουρίας καὶ ἰσχουρίας.</w:t>
      </w:r>
    </w:p>
    <w:p>
      <w:pPr>
        <w:jc w:val="center"/>
      </w:pPr>
      <w:r>
        <w:rPr>
          <w:rFonts w:ascii="Gentium Plus" w:hAnsi="Gentium Plus"/>
          <w:b/>
          <w:sz w:val="24"/>
        </w:rPr>
        <w:t>Αψύρτου.</w:t>
      </w:r>
    </w:p>
    <w:p>
      <w:r>
        <w:rPr>
          <w:rFonts w:ascii="Courier New" w:hAnsi="Courier New"/>
          <w:color w:val="555555"/>
          <w:sz w:val="20"/>
        </w:rPr>
        <w:t>[33 . 1]</w:t>
      </w:r>
    </w:p>
    <w:p>
      <w:r>
        <w:rPr>
          <w:rFonts w:ascii="Gentium Plus" w:hAnsi="Gentium Plus"/>
          <w:sz w:val="24"/>
        </w:rPr>
        <w:t>Δέσποτα Αἰλιανέ, ἐδηλώθη μοι ἐπεζητηκέναι σε, ὅτι οἱ πλεῖστοι τῶν ἱπποϊατρῶν τινα πάθη τῶν συμβαινόντων ἐν τοῖς ἵπποις μὴ ἀφορισάμενοι, τἀναντία προσφέρουσι βοηθή‐</w:t>
      </w:r>
    </w:p>
    <w:p>
      <w:r>
        <w:rPr>
          <w:rFonts w:ascii="Courier New" w:hAnsi="Courier New"/>
          <w:color w:val="555555"/>
          <w:sz w:val="20"/>
        </w:rPr>
        <w:t>[5]</w:t>
      </w:r>
    </w:p>
    <w:p>
      <w:r>
        <w:rPr>
          <w:rFonts w:ascii="Gentium Plus" w:hAnsi="Gentium Plus"/>
          <w:sz w:val="24"/>
        </w:rPr>
        <w:t>καὶ ῥῆξιν λαμβάνει τὸ ζῷον. συμβαίνει δὲ ἐν τῷ ἀλγεῖν τὴν κοιλίαν [καὶ] σημεῖα φέρειν τάδε· ἱδροῖ τὰς πλευρὰς καὶ τοὺς διδύμους καὶ τὰς λαγόνας, καὶ ἡ γαστὴρ μετέωρος, καὶ τοῖς ποσὶ τύπτει τὴν γῆν, καὶ ἐπιστρέφεται παρ’ ἑκάτερα, οἱονεὶ δεικνύων τὸν ἀλγοῦντα τόπον, ἔσθ’ ὅτε δὲ καὶ τρόμος ἐπι‐</w:t>
      </w:r>
    </w:p>
    <w:p>
      <w:r>
        <w:rPr>
          <w:rFonts w:ascii="Courier New" w:hAnsi="Courier New"/>
          <w:color w:val="555555"/>
          <w:sz w:val="20"/>
        </w:rPr>
        <w:t>[10]</w:t>
      </w:r>
    </w:p>
    <w:p>
      <w:r>
        <w:rPr>
          <w:rFonts w:ascii="Gentium Plus" w:hAnsi="Gentium Plus"/>
          <w:sz w:val="24"/>
        </w:rPr>
        <w:t>γίνεται ὅλῳ τῷ σώματι. ταῦτα δὲ καὶ τῷ \ βαίνει, ὃς ἐπιγνωσθήσεται πρὸς τούτοις, ὅταν ᾖ τρέχων καὶ μαστίζων ὑπὸ τοὺς μηροὺς τῇ οὐρᾷ ἑαυτὸν, καὶ κυλιόμενος, συγκαθιεὶς τὰ ἰσχία, προβάλλων τὸ αἰδοῖον, καὶ κατὰ στα‐ λαγμὸν προϊέμενος, καὶ ἔμφασιν ἔχων μέλλοντος οὐρεῖν. τὰ</w:t>
      </w:r>
    </w:p>
    <w:p>
      <w:r>
        <w:rPr>
          <w:rFonts w:ascii="Courier New" w:hAnsi="Courier New"/>
          <w:color w:val="555555"/>
          <w:sz w:val="20"/>
        </w:rPr>
        <w:t>[15]</w:t>
      </w:r>
    </w:p>
    <w:p>
      <w:r>
        <w:rPr>
          <w:rFonts w:ascii="Gentium Plus" w:hAnsi="Gentium Plus"/>
          <w:sz w:val="24"/>
        </w:rPr>
        <w:t>μὲν οὖν παρεπόμενα ταῦτα.</w:t>
      </w:r>
    </w:p>
    <w:p>
      <w:r>
        <w:rPr>
          <w:rFonts w:ascii="Courier New" w:hAnsi="Courier New"/>
          <w:color w:val="555555"/>
          <w:sz w:val="20"/>
        </w:rPr>
        <w:t>[33 . 2]</w:t>
      </w:r>
    </w:p>
    <w:p>
      <w:r>
        <w:rPr>
          <w:rFonts w:ascii="Gentium Plus" w:hAnsi="Gentium Plus"/>
          <w:sz w:val="24"/>
        </w:rPr>
        <w:t>θεραπεύεται δὲ ὁ δυσουριῶν ἵππος δι’ ἐγχυματισμῶν· πρά‐ σων καθεψήσας \| δεσμὴν σὺν τοῖς φύλλοις, χρώμενος τῷ χυλῷ, καὶ ἐκπιέζων ὅσον κοτύλας βʹ, μιγνύων τε οἴνου εὐώδους κο‐ τύλην καὶ ἐλαίου ὀξύβαφον, διὰ τῆς ῥινὸς τῆς δεξιᾶς ἐγχυ‐</w:t>
      </w:r>
    </w:p>
    <w:p>
      <w:r>
        <w:rPr>
          <w:rFonts w:ascii="Courier New" w:hAnsi="Courier New"/>
          <w:color w:val="555555"/>
          <w:sz w:val="20"/>
        </w:rPr>
        <w:t>[5]</w:t>
      </w:r>
    </w:p>
    <w:p>
      <w:r>
        <w:rPr>
          <w:rFonts w:ascii="Gentium Plus" w:hAnsi="Gentium Plus"/>
          <w:sz w:val="24"/>
        </w:rPr>
        <w:t>μάτιζε. καὶ περιπατείτω καὶ ἐντροχαζέτω, καὶ οὐρήσει ἀκωλύ‐ τως. ὁμοίως ἀψίνθιον ἑψήσαντα ἐν οἴνου ὅσον κοτύλῃ ἐγχυ‐ ματίζειν, ὡσαύτως ὀποπάνακος ὅσον κεφαλὴν δακτύλου τοῦ μικροῦ τρίβοντα ἐν οἴνου μέτρῳ τῷ αὐτῷ, καθὼς προ‐ γέγραπται ποιεῖν. ἢ ῥαφάνης σπέρματος τῆς τρωξίμης κυά‐</w:t>
      </w:r>
    </w:p>
    <w:p>
      <w:r>
        <w:rPr>
          <w:rFonts w:ascii="Courier New" w:hAnsi="Courier New"/>
          <w:color w:val="555555"/>
          <w:sz w:val="20"/>
        </w:rPr>
        <w:t>[10]</w:t>
      </w:r>
    </w:p>
    <w:p>
      <w:r>
        <w:rPr>
          <w:rFonts w:ascii="Gentium Plus" w:hAnsi="Gentium Plus"/>
          <w:sz w:val="24"/>
        </w:rPr>
        <w:t>θους δύο τρίψας, οἶνον ἐπίχεε καὶ χρῶ, ὡς προείρηται. ἢ σε‐</w:t>
      </w:r>
    </w:p>
    <w:p>
      <w:r>
        <w:rPr>
          <w:rFonts w:ascii="Courier New" w:hAnsi="Courier New"/>
          <w:color w:val="555555"/>
          <w:sz w:val="20"/>
        </w:rPr>
        <w:t>[15]</w:t>
      </w:r>
    </w:p>
    <w:p>
      <w:r>
        <w:rPr>
          <w:rFonts w:ascii="Gentium Plus" w:hAnsi="Gentium Plus"/>
          <w:sz w:val="24"/>
        </w:rPr>
        <w:t>σαντα, ὅσον εʹ ἐντιθέναι εἰς τὴν ἕδραν, καὶ περιπατείτω καὶ ἐντροχαζέτω· καὶ οὐρήσει. βοηθεῖ δὲ καὶ ἡ τοῦ θερμοῦ ὕδατος κατάντλησις διὰ τῶν ἰσχίων γινομένη.</w:t>
      </w:r>
    </w:p>
    <w:p>
      <w:r>
        <w:rPr>
          <w:rFonts w:ascii="Courier New" w:hAnsi="Courier New"/>
          <w:color w:val="555555"/>
          <w:sz w:val="20"/>
        </w:rPr>
        <w:t>[33 . 3]</w:t>
      </w:r>
    </w:p>
    <w:p>
      <w:r>
        <w:rPr>
          <w:rFonts w:ascii="Gentium Plus" w:hAnsi="Gentium Plus"/>
          <w:sz w:val="24"/>
        </w:rPr>
        <w:t>οὐκ ἀληθεύουσι δέ τινες ἐν τοῖς τοιούτοις λέγοντες διορ‐ θῶσαι δεῖν τὴν κύστιν, καὶ καθιᾶσι τὴν χεῖρα διὰ τῆς ἕδρας καὶ τοῦ ἀπευθυσμένου ἐντέρου. καὶ τῆς κύστεως μὲν ἅψασθαι οὐ δύνανται, τὴν χεῖρα ἔχοντες ἐν τῷ ἐντέρῳ, καὶ αὐτὴ δὲ</w:t>
      </w:r>
    </w:p>
    <w:p>
      <w:r>
        <w:rPr>
          <w:rFonts w:ascii="Courier New" w:hAnsi="Courier New"/>
          <w:color w:val="555555"/>
          <w:sz w:val="20"/>
        </w:rPr>
        <w:t>[5]</w:t>
      </w:r>
    </w:p>
    <w:p>
      <w:r>
        <w:rPr>
          <w:rFonts w:ascii="Gentium Plus" w:hAnsi="Gentium Plus"/>
          <w:sz w:val="24"/>
        </w:rPr>
        <w:t>πρόσκειται τῷ ἱερῷ ὀστέῳ λεγομένῳ ἐν τῇ τάξει, ἐξ ἧς οὐδέ‐ ποτε παρανεύει. κνησμὸν δὲ παρέχεται ἡ χεὶρ ἐμβεβλημένη τῷ οὐρητικῷ πόρῳ, καὶ ἔσθ’ ὅτε ἀπούρησεν. καὶ μέχρι μὲν τῆς ἕδρας ἁπτόμενοι, κακὸν οὐδὲν δύναν\|ται ποιῆσαι· ἐνδοτέρω δὲ διωθούμενοι, ἀγαθὸν μὲν οὐδὲν ποιοῦσι, κακὸν δὲ μέγα·</w:t>
      </w:r>
    </w:p>
    <w:p>
      <w:r>
        <w:rPr>
          <w:rFonts w:ascii="Courier New" w:hAnsi="Courier New"/>
          <w:color w:val="555555"/>
          <w:sz w:val="20"/>
        </w:rPr>
        <w:t>[10]</w:t>
      </w:r>
    </w:p>
    <w:p>
      <w:r>
        <w:rPr>
          <w:rFonts w:ascii="Gentium Plus" w:hAnsi="Gentium Plus"/>
          <w:sz w:val="24"/>
        </w:rPr>
        <w:t>διὰ γὰρ τὴν χειροτριβίαν τοῦ ἐντέρου φλεγμονὴ μεγάλη γί‐ νεται, καὶ οὐχ ὑπομένει τὸν πόνον, διαφωνεῖ δὲ κατὰ τὸ πλεῖστον τὸ ζῷον παραχρῆμα ἢ μετ’ ὀλίγον.</w:t>
      </w:r>
    </w:p>
    <w:p>
      <w:r>
        <w:rPr>
          <w:rFonts w:ascii="Courier New" w:hAnsi="Courier New"/>
          <w:color w:val="555555"/>
          <w:sz w:val="20"/>
        </w:rPr>
        <w:t>[33 . 4]</w:t>
      </w:r>
    </w:p>
    <w:p>
      <w:r>
        <w:rPr>
          <w:rFonts w:ascii="Gentium Plus" w:hAnsi="Gentium Plus"/>
          <w:sz w:val="24"/>
        </w:rPr>
        <w:t>τρία γάρ εἰσι ταῦτα πάθη ὀξύτατα ἔν τε ἵππῳ καὶ τοῖς ἄλλοις ὑποζυγίοις, ὅσα μώνυχας ὁπλὰς ἔχει· κύστις καὶ ἐπί‐ στρεψις ἐντέρου, ὃ καλεῖται εἰλεός, καὶ καρδιακός. τὰ δὲ ἄλλα πάθη ὑπομένει ἡμέρας ἱκανάς. καὶ ταῦτα δὲ συντόμως ἀναιρεῖ</w:t>
      </w:r>
    </w:p>
    <w:p>
      <w:r>
        <w:rPr>
          <w:rFonts w:ascii="Courier New" w:hAnsi="Courier New"/>
          <w:color w:val="555555"/>
          <w:sz w:val="20"/>
        </w:rPr>
        <w:t>[5]</w:t>
      </w:r>
    </w:p>
    <w:p>
      <w:r>
        <w:rPr>
          <w:rFonts w:ascii="Gentium Plus" w:hAnsi="Gentium Plus"/>
          <w:sz w:val="24"/>
        </w:rPr>
        <w:t>τοὺς ἵππους, ἐὰν μὴ τάχιστα βοηθῆται· κριθίασις, πνῖγμα, κοιλίας πόνος. τῷ δὲ τὴν γαστέρα ὀδυνωμένῳ χρὴ βοηθεῖν</w:t>
      </w:r>
    </w:p>
    <w:p>
      <w:r>
        <w:rPr>
          <w:rFonts w:ascii="Courier New" w:hAnsi="Courier New"/>
          <w:color w:val="555555"/>
          <w:sz w:val="20"/>
        </w:rPr>
        <w:t>[10]</w:t>
      </w:r>
    </w:p>
    <w:p>
      <w:r>
        <w:rPr>
          <w:rFonts w:ascii="Gentium Plus" w:hAnsi="Gentium Plus"/>
          <w:sz w:val="24"/>
        </w:rPr>
        <w:t>ἁλὸς λεπτοῦ ὅσον ὀξύβαφον καὶ μέλιτος ἐνεῖναι. ἐρεθισμὸν γὰρ παρέχεται τοῦ διατιλῆσαι, καὶ οὕτως ἀνώδυνος ἔσται. ὡς\|αύτως δὲ καὶ τοῦτον ὕδατι θερμῷ πολλῷ δεῖ καταντλεῖν κατὰ τοῦ νώτου καὶ τῶν ἰσχίων. ἐγχυματισμῷ δὲ κεχρῆσθαι σευτλίου ἀφεψήματι μετὰ οἴνου γλυκέος κοτυλῶν δύο, κοτύλην</w:t>
      </w:r>
    </w:p>
    <w:p>
      <w:r>
        <w:rPr>
          <w:rFonts w:ascii="Courier New" w:hAnsi="Courier New"/>
          <w:color w:val="555555"/>
          <w:sz w:val="20"/>
        </w:rPr>
        <w:t>[15]</w:t>
      </w:r>
    </w:p>
    <w:p>
      <w:r>
        <w:rPr>
          <w:rFonts w:ascii="Gentium Plus" w:hAnsi="Gentium Plus"/>
          <w:sz w:val="24"/>
        </w:rPr>
        <w:t>μίαν μίσγοντα διὰ τῆς ἀριστερᾶς ῥινός, σῦκά τε ἑψήσαντα ἐν ὕδατος κοτύλαις τέτρασι, τρίψαντα καὶ μίξαντα νίτρον ὅσον γο αʹ ἐγχυματίζειν, ὡσαύτως πολιόφυλλον ἑψήσαντα ἐν οἴνου κοτύλῃ μιᾷ τὸ αὐτὸ ποιεῖν. καὶ ἐντροχαζέτω δὲ καὶ περιπα‐ τείτῳ δρόμῳ μὴ συντόνῳ. ὑποστολῇ δὲ τῶν κριθῶν χρήσῃ, τὸ</w:t>
      </w:r>
    </w:p>
    <w:p>
      <w:r>
        <w:rPr>
          <w:rFonts w:ascii="Courier New" w:hAnsi="Courier New"/>
          <w:color w:val="555555"/>
          <w:sz w:val="20"/>
        </w:rPr>
        <w:t>[20]</w:t>
      </w:r>
    </w:p>
    <w:p>
      <w:r>
        <w:rPr>
          <w:rFonts w:ascii="Gentium Plus" w:hAnsi="Gentium Plus"/>
          <w:sz w:val="24"/>
        </w:rPr>
        <w:t>ὅλον μὴ διδοὺς μέχρι ἡμερῶν τριῶν· ἐν ᾗ δὲ συμβέβηκεν, ποτὸν μὴ διδόναι. εἰ δὲ χόρτος χλωρός ἐστι, μάλιστα ἐκείνῳ χρῶ. τὰς δὲ κριθὰς ἐκ προσαγωγῆς πρόσφερε διελθουσῶν τῶν ἡμερῶν.</w:t>
      </w:r>
    </w:p>
    <w:p>
      <w:r>
        <w:rPr>
          <w:rFonts w:ascii="Courier New" w:hAnsi="Courier New"/>
          <w:color w:val="555555"/>
          <w:sz w:val="20"/>
        </w:rPr>
        <w:t>[33 . 5]</w:t>
      </w:r>
    </w:p>
    <w:p>
      <w:r>
        <w:rPr>
          <w:rFonts w:ascii="Gentium Plus" w:hAnsi="Gentium Plus"/>
          <w:sz w:val="24"/>
        </w:rPr>
        <w:t>ἄριστον δὲ καὶ τὰς αἰτίας εἰδέναι, δι’ ἃς γίνεται τὰ πάθη τῆς δυσουρίας, ἃ οὐδενὶ γέγραπται. συμβαίνει δυσουρία ἐπὶ πλεῖστον, ὅταν ὁδοιπορῶν ἢ τροχάζων δι’ ὅλης ἡμέρας μὴ οὐρήσῃ διὰ τῆς ὁδοῦ. διὸ δεῖ ἀναγκάζειν \| ἐκνεύοντα καὶ</w:t>
      </w:r>
    </w:p>
    <w:p>
      <w:r>
        <w:rPr>
          <w:rFonts w:ascii="Courier New" w:hAnsi="Courier New"/>
          <w:color w:val="555555"/>
          <w:sz w:val="20"/>
        </w:rPr>
        <w:t>[5]</w:t>
      </w:r>
    </w:p>
    <w:p>
      <w:r>
        <w:rPr>
          <w:rFonts w:ascii="Gentium Plus" w:hAnsi="Gentium Plus"/>
          <w:sz w:val="24"/>
        </w:rPr>
        <w:t>ἐκκαλεῖσθαι πρὸς τὸ οὐρεῖν. τὸν γὰρ ἀπὸ τῆς φύσης πόρον ἐπὶ τὸν οὐρητῆρα συμβαίνει φλεγμαίνειν, καὶ μετὰ βίας</w:t>
      </w:r>
    </w:p>
    <w:p>
      <w:r>
        <w:rPr>
          <w:rFonts w:ascii="Courier New" w:hAnsi="Courier New"/>
          <w:color w:val="555555"/>
          <w:sz w:val="20"/>
        </w:rPr>
        <w:t>[10]</w:t>
      </w:r>
    </w:p>
    <w:p>
      <w:r>
        <w:rPr>
          <w:rFonts w:ascii="Gentium Plus" w:hAnsi="Gentium Plus"/>
          <w:sz w:val="24"/>
        </w:rPr>
        <w:t>τῇ διόδῳ τῆς οὐρήσεως, καὶ διὰ τοῦτο στραγγουριᾷ. πολλάκις δὲ καὶ χειμῶνος δι’ ὑπερβολὴν ψύχους γίνεται. διὸ δεῖ τῷ τοι‐ ούτῳ πῦρ παρακαίειν, καὶ οὐρήσει. καὶ τοῦτο δὲ γίνωσκε, ὅτι καὶ ἡμίονος ἐὰν φάγῃ ῥοδοδάφνας, πλείονα ῥῆξιν λαμβάνει ἡ κύστις, διὰ τὸ παραλύεσθαι καὶ ψύχεσθαι τὰς ἐντὸς ἀρτη‐</w:t>
      </w:r>
    </w:p>
    <w:p>
      <w:r>
        <w:rPr>
          <w:rFonts w:ascii="Courier New" w:hAnsi="Courier New"/>
          <w:color w:val="555555"/>
          <w:sz w:val="20"/>
        </w:rPr>
        <w:t>[15]</w:t>
      </w:r>
    </w:p>
    <w:p>
      <w:r>
        <w:rPr>
          <w:rFonts w:ascii="Gentium Plus" w:hAnsi="Gentium Plus"/>
          <w:sz w:val="24"/>
        </w:rPr>
        <w:t>ρίας τὰς λεγομένας ἐπιρραχίτιδας, αἷς πρόκειται ἡ φύσα, καὶ διὰ τοῦτο ῥήγνυται καὶ διαφωνεῖ. ἵππῳ δὲ οὐ δύναται τοῦτο συμβῆναι, διὰ τὸ θερμοτέραν ἔχειν τὴν σύστασιν τοῦ σώματος, καὶ ταχὺ καταπέττειν \| τὰ σιτία.</w:t>
      </w:r>
    </w:p>
    <w:p>
      <w:r>
        <w:rPr>
          <w:rFonts w:ascii="Courier New" w:hAnsi="Courier New"/>
          <w:color w:val="555555"/>
          <w:sz w:val="20"/>
        </w:rPr>
        <w:t>[33 . 6]</w:t>
      </w:r>
    </w:p>
    <w:p>
      <w:r>
        <w:rPr>
          <w:rFonts w:ascii="Gentium Plus" w:hAnsi="Gentium Plus"/>
          <w:sz w:val="24"/>
        </w:rPr>
        <w:t>τὴν δὲ γαστέρα συμβαίνει πονεῖν δι’ ὠμότητα, ἤτοι ὅταν μὴ καταπέττων τὰς κριθὰς ὅλας ἀφοδεύῃ, ἢ καὶ τούτων ἐμ‐ μείνωσι πλείονες. ἐμπλησθεὶς γὰρ τοῦ ποτοῦ τὴν γαστέρα ὀδυ‐ νᾶται καὶ στροφεῖται. ἢ ὁπόταν ἐν τῷ προσφερομένῳ χόρτῳ</w:t>
      </w:r>
    </w:p>
    <w:p>
      <w:r>
        <w:rPr>
          <w:rFonts w:ascii="Courier New" w:hAnsi="Courier New"/>
          <w:color w:val="555555"/>
          <w:sz w:val="20"/>
        </w:rPr>
        <w:t>[5]</w:t>
      </w:r>
    </w:p>
    <w:p>
      <w:r>
        <w:rPr>
          <w:rFonts w:ascii="Gentium Plus" w:hAnsi="Gentium Plus"/>
          <w:sz w:val="24"/>
        </w:rPr>
        <w:t>ἐμπέσῃ ἐσθίοντι στρουθίου πτερόν, καὶ τοῦτο γὰρ πλησμονὴν παρέχει καὶ στρόφον. γίνεται δὲ καὶ ὃ καλοῦσι βούπρηστιν, ὅμοιον φαλαγγίῳ, ὃ ἐγγεννᾶται ἐν τῷ χόρτῳ. ὃ ἐὰν προσλάβῃ τρώγων, ὡσαύτως ἐμπρησθήσεται καὶ κινδυνεύσει. γίνεται δὲ καὶ διὰ φαυλότητα ὑδάτων καὶ ξενισμόν. ἔσθ’ ὅτε δὲ καὶ ἐὰν</w:t>
      </w:r>
    </w:p>
    <w:p>
      <w:r>
        <w:rPr>
          <w:rFonts w:ascii="Courier New" w:hAnsi="Courier New"/>
          <w:color w:val="555555"/>
          <w:sz w:val="20"/>
        </w:rPr>
        <w:t>[10]</w:t>
      </w:r>
    </w:p>
    <w:p>
      <w:r>
        <w:rPr>
          <w:rFonts w:ascii="Gentium Plus" w:hAnsi="Gentium Plus"/>
          <w:sz w:val="24"/>
        </w:rPr>
        <w:t>σκώληκας σχῇ ἢ ἕλμινθας, καὶ διὰ τοῦτο πονεῖ τὴν κοιλίαν. καὶ διὰ μὲν τὰς ἕλμινθας οὐχ οὕτως κινδυνεύει, διὰ τὸ εἶναι</w:t>
      </w:r>
    </w:p>
    <w:p>
      <w:r>
        <w:rPr>
          <w:rFonts w:ascii="Courier New" w:hAnsi="Courier New"/>
          <w:color w:val="555555"/>
          <w:sz w:val="20"/>
        </w:rPr>
        <w:t>[15]</w:t>
      </w:r>
    </w:p>
    <w:p>
      <w:r>
        <w:rPr>
          <w:rFonts w:ascii="Gentium Plus" w:hAnsi="Gentium Plus"/>
          <w:sz w:val="24"/>
        </w:rPr>
        <w:t>καὶ δάκνειν τὴν γῆν διὰ τὸν πόνον.</w:t>
      </w:r>
    </w:p>
    <w:p>
      <w:r>
        <w:rPr>
          <w:rFonts w:ascii="Courier New" w:hAnsi="Courier New"/>
          <w:color w:val="555555"/>
          <w:sz w:val="20"/>
        </w:rPr>
        <w:t>[33 . 7]</w:t>
      </w:r>
    </w:p>
    <w:p>
      <w:r>
        <w:rPr>
          <w:rFonts w:ascii="Gentium Plus" w:hAnsi="Gentium Plus"/>
          <w:sz w:val="24"/>
        </w:rPr>
        <w:t>τούτῳ δὲ τῷ βοηθήματι χρηστέον· τρίβοντας κράμβης φύλλα λειότα\|τα, καὶ οἴνου ἐπιχέαντας πλῆθος ὡς τέσσαρας κοτύλας, καὶ ἐλαίου μίαν ἐγχυματίζειν διὰ τῆς ἀριστερᾶς ῥινός, καὶ θεῖον τρίψαντας μετὰ ἐλαίου, ἐπαλείφειν τὴν κοιλίαν. καὶ</w:t>
      </w:r>
    </w:p>
    <w:p>
      <w:r>
        <w:rPr>
          <w:rFonts w:ascii="Courier New" w:hAnsi="Courier New"/>
          <w:color w:val="555555"/>
          <w:sz w:val="20"/>
        </w:rPr>
        <w:t>[5]</w:t>
      </w:r>
    </w:p>
    <w:p>
      <w:r>
        <w:rPr>
          <w:rFonts w:ascii="Gentium Plus" w:hAnsi="Gentium Plus"/>
          <w:sz w:val="24"/>
        </w:rPr>
        <w:t>ἀψίνθιον δὲ τούτῳ ἁρμόζει, ἑψόμενον ἐν οἴνῳ. βοηθεῖ δὲ καὶ τὰς κριθὰς ἀλείφοντας ἐλαίῳ παραβάλλειν, καὶ μάλιστα τῷ τὰς ἕλμινθας ἔχοντι. καὶ τοῦτο δὲ βοηθεῖ τῷ δυσουριῶντι· περιστερέας ὅσον ὀξύβαφον οἴνου κοτύλῃ διέντα ἐγχυματίζειν. ὁμοίως ὀπὸν Συριακὸν ὅσον μέγεθος κυάμου καὶ νίτρου ὀπτοῦ</w:t>
      </w:r>
    </w:p>
    <w:p>
      <w:r>
        <w:rPr>
          <w:rFonts w:ascii="Courier New" w:hAnsi="Courier New"/>
          <w:color w:val="555555"/>
          <w:sz w:val="20"/>
        </w:rPr>
        <w:t>[10]</w:t>
      </w:r>
    </w:p>
    <w:p>
      <w:r>
        <w:rPr>
          <w:rFonts w:ascii="Gentium Plus" w:hAnsi="Gentium Plus"/>
          <w:sz w:val="24"/>
        </w:rPr>
        <w:t>ὁλκὴν μίαν διέντας ἐν οἴνῳ ἐγχυματίζειν, ὡς προγέγραπται. προκαλούμενον δὲ αὐτὸν ἄγειν ἐπὶ ἀπούρησιν, ὅπου ἕτερα κτήνη ἐκ τῆς οὐρήσεως σύστημα πεποίηνται· ἐφ’ ἣν ἐὰν ἔλθῃ, ὡς τάχιστα οὐρήσει. εἰ δὲ οὐκ ἔστιν ἔγγιστα, τοῦτο δεῖ εἰς πηλὸν εἰσάγειν, καὶ ὡσαύτως οὐρήσει.</w:t>
      </w:r>
    </w:p>
    <w:p>
      <w:r>
        <w:rPr>
          <w:rFonts w:ascii="Courier New" w:hAnsi="Courier New"/>
          <w:color w:val="555555"/>
          <w:sz w:val="20"/>
        </w:rPr>
        <w:t>[33 . 8]</w:t>
      </w:r>
    </w:p>
    <w:p>
      <w:r>
        <w:rPr>
          <w:rFonts w:ascii="Gentium Plus" w:hAnsi="Gentium Plus"/>
          <w:sz w:val="24"/>
        </w:rPr>
        <w:t>καὶ τοῦτο δὲ ἐκ τῶν Γεωργικῶν Μάγωνος τοῦ Καρχηδονίου εὕρηται. λέγει γὰρ τοῦ δυσουριῶντος ἵππου τοὺς ἐμπροσθίους \| πόδας κάτωθεν ὑποξύσαντα ἐκ τοῦ κατ’ ὄνυχα μέρους, τὰ ὑποξύσματα αὐτῆς τῆς ὁπλῆς τρίβειν ἐν</w:t>
      </w:r>
    </w:p>
    <w:p>
      <w:r>
        <w:rPr>
          <w:rFonts w:ascii="Courier New" w:hAnsi="Courier New"/>
          <w:color w:val="555555"/>
          <w:sz w:val="20"/>
        </w:rPr>
        <w:t>[5]</w:t>
      </w:r>
    </w:p>
    <w:p>
      <w:r>
        <w:rPr>
          <w:rFonts w:ascii="Gentium Plus" w:hAnsi="Gentium Plus"/>
          <w:sz w:val="24"/>
        </w:rPr>
        <w:t>οἴνῳ ὅσον κοτύλῃ καὶ ἐγχυματίζειν διὰ τῆς ῥινός, καὶ οὐρήσει.</w:t>
      </w:r>
    </w:p>
    <w:p>
      <w:r>
        <w:rPr>
          <w:rFonts w:ascii="Courier New" w:hAnsi="Courier New"/>
          <w:color w:val="555555"/>
          <w:sz w:val="20"/>
        </w:rPr>
        <w:t>[10]</w:t>
      </w:r>
    </w:p>
    <w:p>
      <w:r>
        <w:rPr>
          <w:rFonts w:ascii="Gentium Plus" w:hAnsi="Gentium Plus"/>
          <w:sz w:val="24"/>
        </w:rPr>
        <w:t>θυμῖαται, ποιῆσαι διακινῆσαι τὸ κτῆνος, καὶ ὡς τάχιστα οὐρήσει. δεῖ δὲ καὶ βάλανον ποιῆσαι ἐξ ἁλὸς καὶ μέλιτος ἑφθοῦ ἡλίκον ᾠὸν καὶ ἐνθεῖναι εἰς τὴν ἕδραν. τοῦτο γὰρ βοηθεῖ ἀμφοτέροις, τῷ τε τὴν κοιλίαν ἀλγοῦντι καὶ ἐμπεπρησμένῳ καὶ τῷ δυσουριῶντι· ποιήσει γὰρ αὐτὸν οὐρῆσαι.</w:t>
      </w:r>
    </w:p>
    <w:p>
      <w:r>
        <w:rPr>
          <w:rFonts w:ascii="Courier New" w:hAnsi="Courier New"/>
          <w:color w:val="555555"/>
          <w:sz w:val="20"/>
        </w:rPr>
        <w:t>[33 . 9]</w:t>
      </w:r>
    </w:p>
    <w:p>
      <w:r>
        <w:rPr>
          <w:rFonts w:ascii="Gentium Plus" w:hAnsi="Gentium Plus"/>
          <w:sz w:val="24"/>
        </w:rPr>
        <w:t>τῆς δὲ ἐν τῇ οὐρήσει ὀδύνης εἰσὶ γένη τρία, ὧν κατὰ τὸ συμβαῖνον ἡ προσηγορία παραλαμβάνεται. δυσουρία γὰρ λέ‐ γεται, ὅταν ᾖ δυσκόλως οὐρῶν· στραγγουρία \| δέ, ὅταν κατὰ στράγγα ᾖ προϊέμενος· ἰσχουρία δέ, ὅταν καθόλου μὴ δύνηται</w:t>
      </w:r>
    </w:p>
    <w:p>
      <w:r>
        <w:rPr>
          <w:rFonts w:ascii="Courier New" w:hAnsi="Courier New"/>
          <w:color w:val="555555"/>
          <w:sz w:val="20"/>
        </w:rPr>
        <w:t>[5]</w:t>
      </w:r>
    </w:p>
    <w:p>
      <w:r>
        <w:rPr>
          <w:rFonts w:ascii="Gentium Plus" w:hAnsi="Gentium Plus"/>
          <w:sz w:val="24"/>
        </w:rPr>
        <w:t>οὐρῆσαι. ὧν αἱ μὲν δύο βοηθοῦνται, καθὼς γέγραπται. ὁ δὲ καθόλου μὴ δυνάμενος οὐρεῖν οὐ ῥᾳδίως βοηθεῖται, ἀλλὰ κιν‐ δυνεύει. προσφερομένων δὲ τῶν διουρητικῶν δριμέων ὄντων, ἐπιτείνεται τὸ πάθος, κνησμονὴν ἔχοντος τοῦ πόρου. δεῖ δὲ τῷ τοιούτῳ τὰς πυρίας προσάγειν τὰς διὰ θερμοῦ ὕδατος</w:t>
      </w:r>
    </w:p>
    <w:p>
      <w:r>
        <w:rPr>
          <w:rFonts w:ascii="Courier New" w:hAnsi="Courier New"/>
          <w:color w:val="555555"/>
          <w:sz w:val="20"/>
        </w:rPr>
        <w:t>[10]</w:t>
      </w:r>
    </w:p>
    <w:p>
      <w:r>
        <w:rPr>
          <w:rFonts w:ascii="Gentium Plus" w:hAnsi="Gentium Plus"/>
          <w:sz w:val="24"/>
        </w:rPr>
        <w:t>σπόγγῳ περὶ τὴν χώραν λεγομένην, καὶ ἐγχυματισμοῖς χρῆ‐ σθαι γλυκέσι κεκραμένοις ἐν θερμῷ ὕδατι ἴσον ἑκατέρου μὴ πλείω κοτυλῶν δύο. τὸ αὐτὸ δὲ καὶ δι’ ὑδρομέλιτος ποιοῦντα, ὡσαύτως ἐγχυματίζειν διὰ τῆς ἀριστερᾶς ῥινός.</w:t>
      </w:r>
    </w:p>
    <w:p>
      <w:r>
        <w:rPr>
          <w:rFonts w:ascii="Courier New" w:hAnsi="Courier New"/>
          <w:color w:val="555555"/>
          <w:sz w:val="20"/>
        </w:rPr>
        <w:t>[33 . 10]</w:t>
      </w:r>
    </w:p>
    <w:p>
      <w:r>
        <w:rPr>
          <w:rFonts w:ascii="Gentium Plus" w:hAnsi="Gentium Plus"/>
          <w:sz w:val="24"/>
        </w:rPr>
        <w:t>ἁρμόζει δὲ τῷ τοιούτῳ καὶ τὸ ἀφέψημα τοῦ σεύτλου καὶ τῆς μαλάχης διὰ τοῦ γλυκέος ἐγχυματίζειν, καὶ τὸν χλωρὸν χόρτον διδόναι· εἰ δὲ οὐκ ἔστιν, μελικράτῳ καταρραίνειν τὸν ξηρόν, ὡσαύτως καὶ</w:t>
      </w:r>
    </w:p>
    <w:p>
      <w:r>
        <w:rPr>
          <w:rFonts w:ascii="Courier New" w:hAnsi="Courier New"/>
          <w:color w:val="555555"/>
          <w:sz w:val="20"/>
        </w:rPr>
        <w:t>[5]</w:t>
      </w:r>
    </w:p>
    <w:p>
      <w:r>
        <w:rPr>
          <w:rFonts w:ascii="Gentium Plus" w:hAnsi="Gentium Plus"/>
          <w:sz w:val="24"/>
        </w:rPr>
        <w:t>τὴν λοιπὴν τροφὴν καταρραίνοντα παραβάλλειν. τοιούτων γὰρ \| προσφερομένων, λύσις γίνεται τοῦ κνησμοῦ, καὶ οὐκ ἐπαίρεται ὁ καυλός. δεῖ δὲ καὶ τὰς κριθάς, ποιοῦντα πτισάνην, καταρραίνειν τῷ μελικράτω καὶ οὕτως διδόναι. ἐὰν δέ ποτε συμβῇ δυσουριᾶσαι τὴν θήλειαν, παραστατέον αὐτῇ ἄρρενα</w:t>
      </w:r>
    </w:p>
    <w:p>
      <w:r>
        <w:rPr>
          <w:rFonts w:ascii="Courier New" w:hAnsi="Courier New"/>
          <w:color w:val="555555"/>
          <w:sz w:val="20"/>
        </w:rPr>
        <w:t>[10]</w:t>
      </w:r>
    </w:p>
    <w:p>
      <w:r>
        <w:rPr>
          <w:rFonts w:ascii="Gentium Plus" w:hAnsi="Gentium Plus"/>
          <w:sz w:val="24"/>
        </w:rPr>
        <w:t>ἵππον ὡς λαγνότατον, καὶ ἐρεθιζομένη τάχιστα οὐρήσει. ὡς ἐν κεφαλαίῳ δὲ εἰπεῖν, αὕτη σοι ἐπίδειξις τούτων τῶν παθῶν καὶ θεραπεία.</w:t>
      </w:r>
    </w:p>
    <w:p>
      <w:pPr>
        <w:jc w:val="center"/>
      </w:pPr>
      <w:r>
        <w:rPr>
          <w:rFonts w:ascii="Gentium Plus" w:hAnsi="Gentium Plus"/>
          <w:b/>
          <w:sz w:val="24"/>
        </w:rPr>
        <w:t>ἄλλο περὶ τοῦ μὴ στραγγουρεῖν ὑποζύγιον πο‐</w:t>
      </w:r>
    </w:p>
    <w:p>
      <w:r>
        <w:rPr>
          <w:rFonts w:ascii="Courier New" w:hAnsi="Courier New"/>
          <w:color w:val="555555"/>
          <w:sz w:val="20"/>
        </w:rPr>
        <w:t>[t2]</w:t>
      </w:r>
    </w:p>
    <w:p>
      <w:r>
        <w:rPr>
          <w:rFonts w:ascii="Gentium Plus" w:hAnsi="Gentium Plus"/>
          <w:sz w:val="24"/>
        </w:rPr>
        <w:t>ταμὸν διαβαῖνον.</w:t>
      </w:r>
    </w:p>
    <w:p>
      <w:r>
        <w:rPr>
          <w:rFonts w:ascii="Courier New" w:hAnsi="Courier New"/>
          <w:color w:val="555555"/>
          <w:sz w:val="20"/>
        </w:rPr>
        <w:t>[1]</w:t>
      </w:r>
    </w:p>
    <w:p>
      <w:r>
        <w:rPr>
          <w:rFonts w:ascii="Gentium Plus" w:hAnsi="Gentium Plus"/>
          <w:sz w:val="24"/>
        </w:rPr>
        <w:t>Ὅταν γένηται χειμῶνος ὁδοιποροῦντα τὰ ὑποζύγια ἐλθεῖν ἐπὶ ποταμόν, ἐν ᾧ ἐστι μέγα ῥεῦμα καὶ βαθύ, ὥστε ἐπικλύ‐ ζεσθαι τοὺς νώτους αὐτῶν, δεῖ ἀποζεύξαντας ἀναγκάζειν οὐρῆσαι, καὶ οὕτως ἐμβιβάζειν. εἰ γὰρ μὴ τοῦτο γένηται,</w:t>
      </w:r>
    </w:p>
    <w:p>
      <w:r>
        <w:rPr>
          <w:rFonts w:ascii="Courier New" w:hAnsi="Courier New"/>
          <w:color w:val="555555"/>
          <w:sz w:val="20"/>
        </w:rPr>
        <w:t>[5]</w:t>
      </w:r>
    </w:p>
    <w:p>
      <w:r>
        <w:rPr>
          <w:rFonts w:ascii="Gentium Plus" w:hAnsi="Gentium Plus"/>
          <w:sz w:val="24"/>
        </w:rPr>
        <w:t>ῥᾳδίως συμβαίνει ἔν τισι τῶν ὑδάτων ἰσχουρίαν γίνεσθαι καὶ στρόφους. \|</w:t>
      </w:r>
    </w:p>
    <w:p>
      <w:pPr>
        <w:jc w:val="center"/>
      </w:pPr>
      <w:r>
        <w:rPr>
          <w:rFonts w:ascii="Gentium Plus" w:hAnsi="Gentium Plus"/>
          <w:b/>
          <w:sz w:val="24"/>
        </w:rPr>
        <w:t>Ἱεροκλέους εἰς τὸ αὐτό.</w:t>
      </w:r>
    </w:p>
    <w:p>
      <w:r>
        <w:rPr>
          <w:rFonts w:ascii="Courier New" w:hAnsi="Courier New"/>
          <w:color w:val="555555"/>
          <w:sz w:val="20"/>
        </w:rPr>
        <w:t>[33 . 12]</w:t>
      </w:r>
    </w:p>
    <w:p>
      <w:r>
        <w:rPr>
          <w:rFonts w:ascii="Gentium Plus" w:hAnsi="Gentium Plus"/>
          <w:sz w:val="24"/>
        </w:rPr>
        <w:t>Δυσουρίας εἴδη ἐστὶ τρία. δυσουρία, ὅταν χαλεπῶς οὐρῇ· στραγγουρία, ὅταν κατὰ σταλαγμόν· ἡ δὲ τρίτη, ὅταν καθόλου μὴ οὐρῇ. καὶ συμβαίνει τὸ πάθος, ὅταν ὁδοιπορῶν καὶ δρα‐ μὼν δι’ ὅλης ἡμέρας μὴ οὐρήσῃ. ἐπὶ τούτῳ γὰρ ὁ ἀπὸ τῆς</w:t>
      </w:r>
    </w:p>
    <w:p>
      <w:r>
        <w:rPr>
          <w:rFonts w:ascii="Courier New" w:hAnsi="Courier New"/>
          <w:color w:val="555555"/>
          <w:sz w:val="20"/>
        </w:rPr>
        <w:t>[5]</w:t>
      </w:r>
    </w:p>
    <w:p>
      <w:r>
        <w:rPr>
          <w:rFonts w:ascii="Gentium Plus" w:hAnsi="Gentium Plus"/>
          <w:sz w:val="24"/>
        </w:rPr>
        <w:t>κύστεως πόρος ἐπὶ τὴν οὐρήθραν ἄγων φλεγμαίνει, καὶ τὰ οὖρα οὐ προΐησιν εὐχερῶς, ἀφ’ οὗ ἡ ἀλγηδὼν ἐπιτείνει. καὶ</w:t>
      </w:r>
    </w:p>
    <w:p>
      <w:r>
        <w:rPr>
          <w:rFonts w:ascii="Courier New" w:hAnsi="Courier New"/>
          <w:color w:val="555555"/>
          <w:sz w:val="20"/>
        </w:rPr>
        <w:t>[10]</w:t>
      </w:r>
    </w:p>
    <w:p>
      <w:r>
        <w:rPr>
          <w:rFonts w:ascii="Gentium Plus" w:hAnsi="Gentium Plus"/>
          <w:sz w:val="24"/>
        </w:rPr>
        <w:t>κρύους τῷ χειμῶνι συμβαίνει. διόπερ τῷ τοιούτῳ πῦρ πλησίον καυθὲν βοηθεῖ. ἀπὸ δὲ βρώσεως ῥοδοδάφνης οὐχ ὁμοίως ὄνῳ καὶ ἡμιόνῳ βλάπτεται ἵππος, τῷ θερμοτέραν ἔχειν τὴν σύστα‐ σιν τοῦ αἵματος. τὰ δὲ σημεῖα ταῦτα ἴδοις ἂν καὶ ἐν τούτῳ καὶ ἐν τῷ τὴν γαστέρα ἀλγοῦντι. ὁ γὰρ τῇ \| δυσουρίᾳ συν‐</w:t>
      </w:r>
    </w:p>
    <w:p>
      <w:r>
        <w:rPr>
          <w:rFonts w:ascii="Courier New" w:hAnsi="Courier New"/>
          <w:color w:val="555555"/>
          <w:sz w:val="20"/>
        </w:rPr>
        <w:t>[15]</w:t>
      </w:r>
    </w:p>
    <w:p>
      <w:r>
        <w:rPr>
          <w:rFonts w:ascii="Gentium Plus" w:hAnsi="Gentium Plus"/>
          <w:sz w:val="24"/>
        </w:rPr>
        <w:t>εχόμενος τρέχειν βούλεται καὶ σοβεῖ τὴν οὐρὰν ὑπὸ τοὺς μη‐ ρούς, καὶ κυλιόμενος συγκαθίζει ἐπὶ τὰ ἰσχία, τό τε αἰδοῖον προβάλλων κατ’ ὀλίγον, ὡς μέλλων οὐρεῖν ἐμφαίνει.</w:t>
      </w:r>
    </w:p>
    <w:p>
      <w:r>
        <w:rPr>
          <w:rFonts w:ascii="Courier New" w:hAnsi="Courier New"/>
          <w:color w:val="555555"/>
          <w:sz w:val="20"/>
        </w:rPr>
        <w:t>[33 . 13]</w:t>
      </w:r>
    </w:p>
    <w:p>
      <w:r>
        <w:rPr>
          <w:rFonts w:ascii="Gentium Plus" w:hAnsi="Gentium Plus"/>
          <w:sz w:val="24"/>
        </w:rPr>
        <w:t>θεραπεύεται οὖν οὕτως· πράσων δεσμὴν σὺν τοῖς φύλ‐ λοις καθεψήσας, καὶ τὸν χυλὸν ἐκπιάσας ὅσον εἰς κοτύλας δύο, καὶ μίξας οἴνου εὐώδους κοτύλην καὶ ἐλαίου ὀξύβαφον, διὰ τῆς δεξιᾶς ῥινὸς ἐγχυμάτισον. εἶτα περιπατείτω ἠρέμα ἐπι‐</w:t>
      </w:r>
    </w:p>
    <w:p>
      <w:r>
        <w:rPr>
          <w:rFonts w:ascii="Courier New" w:hAnsi="Courier New"/>
          <w:color w:val="555555"/>
          <w:sz w:val="20"/>
        </w:rPr>
        <w:t>[5]</w:t>
      </w:r>
    </w:p>
    <w:p>
      <w:r>
        <w:rPr>
          <w:rFonts w:ascii="Gentium Plus" w:hAnsi="Gentium Plus"/>
          <w:sz w:val="24"/>
        </w:rPr>
        <w:t>τροχάζων, καὶ οὐρήσει. καὶ ἀψίνθιον δὲ ὁμοίως ἐν οἴνου κο‐ τύλῃ ἑψήσας ἐγχυμάτιζε. ἢ καὶ ὀποπάνακος κεφαλὴν ὅσον δακτύλου μέγεθος, τρίψας ἐν οἴνου μέτρῳ τῷ προειρημένῳ, ἐγχυμάτισον. ἢ σελίνου τοῦ καρποῦ κύαθον κόψας, μετὰ οἴνου εὐώδους κοτύλης ποίει ὁμοίως. κάλλιον δέ, εἰ ἑψήσας</w:t>
      </w:r>
    </w:p>
    <w:p>
      <w:r>
        <w:rPr>
          <w:rFonts w:ascii="Courier New" w:hAnsi="Courier New"/>
          <w:color w:val="555555"/>
          <w:sz w:val="20"/>
        </w:rPr>
        <w:t>[10]</w:t>
      </w:r>
    </w:p>
    <w:p>
      <w:r>
        <w:rPr>
          <w:rFonts w:ascii="Gentium Plus" w:hAnsi="Gentium Plus"/>
          <w:sz w:val="24"/>
        </w:rPr>
        <w:t>ἱπποσέλινα δοίης καὶ ἱππομαράθου τὰς ῥίζας. ἐνεργεῖ δὲ καὶ τοῦτο· κρόμυα μακρὰ τὰ δριμέα καθαρίσας καὶ θλάσας \| ὅσον πέντε, ἔνθες εἰς τὴν ἕδραν. εἶτα περιπατείτω ἐντροχάζων, καὶ οὐρήσει. βοηθεῖ δὲ καὶ ἡ τοῦ θερμοῦ κατάντλησις κατὰ τῶν ἰσχίων. ἢ οὕτως· ἐρεβίνθους τρίψας τοὺς λευκοὺς ἢ τοὺς</w:t>
      </w:r>
    </w:p>
    <w:p>
      <w:r>
        <w:rPr>
          <w:rFonts w:ascii="Courier New" w:hAnsi="Courier New"/>
          <w:color w:val="555555"/>
          <w:sz w:val="20"/>
        </w:rPr>
        <w:t>[15]</w:t>
      </w:r>
    </w:p>
    <w:p>
      <w:r>
        <w:rPr>
          <w:rFonts w:ascii="Gentium Plus" w:hAnsi="Gentium Plus"/>
          <w:sz w:val="24"/>
        </w:rPr>
        <w:t>μέλανας ἕψει, εἶτα ὕδωρ ἐπιχέας καὶ ἑρπύλλου δεσμίδια δύο ἐμβαλών, καὶ ποιήσας κοτύλας τρεῖς, ἔγχει διὰ τοῦ στόματος. οὐκ ἐπαινεῖ δὲ Ἄψυρτος τοὺς καθιέντας τὰς χεῖρας διὰ τῆς ἕδρας ὡς διορθώσοντας τὴν κύστιν· μέχρι μὲν γὰρ τῆς ἕδρας οὐκ ἀδικοῦσιν, ἐνδοτέρω δὲ διωθοῦντες, ἐνίοτε κακόν</w:t>
      </w:r>
    </w:p>
    <w:p>
      <w:r>
        <w:rPr>
          <w:rFonts w:ascii="Courier New" w:hAnsi="Courier New"/>
          <w:color w:val="555555"/>
          <w:sz w:val="20"/>
        </w:rPr>
        <w:t>[20]</w:t>
      </w:r>
    </w:p>
    <w:p>
      <w:r>
        <w:rPr>
          <w:rFonts w:ascii="Gentium Plus" w:hAnsi="Gentium Plus"/>
          <w:sz w:val="24"/>
        </w:rPr>
        <w:t>τι ἐργάζονται, φλεγμονῆς ἐγγινομένης τῷ ἐντέρῳ σφοδρᾶς, ὡς μὴ ὑπομένειν τὴν ἀλγηδόνα, καὶ παραχρῆμα τελευτᾶν ἢ μετ’</w:t>
      </w:r>
    </w:p>
    <w:p>
      <w:r>
        <w:rPr>
          <w:rFonts w:ascii="Courier New" w:hAnsi="Courier New"/>
          <w:color w:val="555555"/>
          <w:sz w:val="20"/>
        </w:rPr>
        <w:t>[33 . 14]</w:t>
      </w:r>
    </w:p>
    <w:p>
      <w:r>
        <w:rPr>
          <w:rFonts w:ascii="Gentium Plus" w:hAnsi="Gentium Plus"/>
          <w:sz w:val="24"/>
        </w:rPr>
        <w:t>τρία γὰρ ὀξύτατα πάθη ἐστὶν ἵπποις τε καὶ τοῖς ἄλλοις, ὅσα μώνυχας ὁπλὰς ἔχει· κύστις καὶ ἐπίστρεψις ἐντέρων, ὃ καλεῖται εἰλεός, καὶ καρδιακή. τὰ δὲ ἄλλα πάθη ἐπιμένει ἐπὶ ἡμέρας. εἴωθεν δὲ καὶ κριθίασις καὶ πνῖγμα καὶ κοιλίας πό\|‐</w:t>
      </w:r>
    </w:p>
    <w:p>
      <w:r>
        <w:rPr>
          <w:rFonts w:ascii="Courier New" w:hAnsi="Courier New"/>
          <w:color w:val="555555"/>
          <w:sz w:val="20"/>
        </w:rPr>
        <w:t>[5]</w:t>
      </w:r>
    </w:p>
    <w:p>
      <w:r>
        <w:rPr>
          <w:rFonts w:ascii="Gentium Plus" w:hAnsi="Gentium Plus"/>
          <w:sz w:val="24"/>
        </w:rPr>
        <w:t>νος συντόμως ἀναιρεῖν, ἐὰν μὴ τάχος βοηθηθῇ. χρήσιμον δὲ κἀκεῖνο τῷ δυσουριῶντι· πέπερι ὅσον ὀξύβαφον οἴνου κοτύλῃ διέντα ἐγχυματίζειν, ἀπάγοντα εἰς πηλόν, ἢ μᾶλλον, ἔνθα ἕτερα κτήνη οὔρησεν, καὶ προτρέπεσθαι οὐρεῖν. ἢ κισσοῦ φύλλα ἑψήσαντα ἐν οἴνου γλυκέος λευκοῦ κοτύλαις δύο, καὶ</w:t>
      </w:r>
    </w:p>
    <w:p>
      <w:r>
        <w:rPr>
          <w:rFonts w:ascii="Courier New" w:hAnsi="Courier New"/>
          <w:color w:val="555555"/>
          <w:sz w:val="20"/>
        </w:rPr>
        <w:t>[10]</w:t>
      </w:r>
    </w:p>
    <w:p>
      <w:r>
        <w:rPr>
          <w:rFonts w:ascii="Gentium Plus" w:hAnsi="Gentium Plus"/>
          <w:sz w:val="24"/>
        </w:rPr>
        <w:t>νίτρον λευκὸν ἐπεμβαλόντα, χλιάναντά τε καὶ διὰ μυκτῆρος ἀριστεροῦ ἐγχέαντα, ποιῆσαι διαβαδίζειν.</w:t>
      </w:r>
    </w:p>
    <w:p>
      <w:r>
        <w:rPr>
          <w:rFonts w:ascii="Courier New" w:hAnsi="Courier New"/>
          <w:color w:val="555555"/>
          <w:sz w:val="20"/>
        </w:rPr>
        <w:t>[33 . 15]</w:t>
      </w:r>
    </w:p>
    <w:p>
      <w:r>
        <w:rPr>
          <w:rFonts w:ascii="Gentium Plus" w:hAnsi="Gentium Plus"/>
          <w:sz w:val="24"/>
        </w:rPr>
        <w:t>Μάγων δὲ ὁ Χαλκηδόνιος ἐν τοῖς Γεωργικοῖς φησιν ἐκ τῶν ἐμπρο‐ σθίων αὐτοῦ ποδῶν κάτωθεν ὑποξύσαντα ἐκ τοῦ κατ’ ὄνυχα μέρους τὰ ὑποξύσματα αὐτὰ τῆς ὁπλῆς τρίβειν ἐν οἴνῳ, καὶ</w:t>
      </w:r>
    </w:p>
    <w:p>
      <w:r>
        <w:rPr>
          <w:rFonts w:ascii="Courier New" w:hAnsi="Courier New"/>
          <w:color w:val="555555"/>
          <w:sz w:val="20"/>
        </w:rPr>
        <w:t>[5]</w:t>
      </w:r>
    </w:p>
    <w:p>
      <w:r>
        <w:rPr>
          <w:rFonts w:ascii="Gentium Plus" w:hAnsi="Gentium Plus"/>
          <w:sz w:val="24"/>
        </w:rPr>
        <w:t>ἐγχυματίζειν διὰ τῆς ῥινός, οὐρήσει γάρ. καλὸν δὲ κἀκεῖνο, ᾧ Σαρμάται χρῶνται· καλύψαντες τὸν ἵππον ἄνωθεν ἀπὸ τοῦ τραχήλου μέχρι τῶν ἰσχίων ἱματίῳ, ὑποθυμιῶσιν ὑπὸ τὴν κοιλίαν καὶ τοὺς ὄρχεις καστόριον ἐπ’ ἀνθράκων· εἶτα ποι‐ οῦσιν περιπατεῖν, καὶ οὐρεῖ. ὅταν δὲ \| καθόλου μὴ οὐρῇ, προσ‐</w:t>
      </w:r>
    </w:p>
    <w:p>
      <w:r>
        <w:rPr>
          <w:rFonts w:ascii="Courier New" w:hAnsi="Courier New"/>
          <w:color w:val="555555"/>
          <w:sz w:val="20"/>
        </w:rPr>
        <w:t>[10]</w:t>
      </w:r>
    </w:p>
    <w:p>
      <w:r>
        <w:rPr>
          <w:rFonts w:ascii="Gentium Plus" w:hAnsi="Gentium Plus"/>
          <w:sz w:val="24"/>
        </w:rPr>
        <w:t>άγειν χρὴ πυρίας τὰς διὰ τοῦ θερμοῦ ὕδατος, καὶ ἐγχυματί‐ ζειν οἴνου γλυκέος κεκραμένου θερμῷ ὕδατι μὴ πλέον κοτυ‐ λῶν δύο, καὶ ὑδρόμελι δὲ ὁμοίως ἐγχυματίζειν διὰ τοῦ ἀρι‐ στεροῦ μυκτῆρος. μάλιστα δὲ ἀφεψήματι σεύτλου καὶ μαλά‐ χης διὰ γλυκέος οἴνου ἐγχυματίζειν, καὶ τὸν χόρτον δὲ χλω‐</w:t>
      </w:r>
    </w:p>
    <w:p>
      <w:r>
        <w:rPr>
          <w:rFonts w:ascii="Courier New" w:hAnsi="Courier New"/>
          <w:color w:val="555555"/>
          <w:sz w:val="20"/>
        </w:rPr>
        <w:t>[15]</w:t>
      </w:r>
    </w:p>
    <w:p>
      <w:r>
        <w:rPr>
          <w:rFonts w:ascii="Gentium Plus" w:hAnsi="Gentium Plus"/>
          <w:sz w:val="24"/>
        </w:rPr>
        <w:t>ρὸν διδόναι· εἰ δὲ μὴ ᾖ, μελικράτῳ καταρραίνειν τὸν ξηρὸν καὶ τὴν ἄλλην τροφὴν ὁμοίως, πτισάνην καὶ τὴν κριθὴν ποι‐ οῦντα. ταῦτα γὰρ χαλάσει τὸ ζῷον. καὶ θηλείας δὲ παριστα‐ μένης, ἐνίοτε ἐρεθιζόμενον οὐρεῖ. δεῖ γε μὴν πείθεσθαι Ἀρι‐ στοτέλει, ὅς φησιν ἵππον μόνον περιπίπτειν τῷ τῆς</w:t>
      </w:r>
    </w:p>
    <w:p>
      <w:r>
        <w:rPr>
          <w:rFonts w:ascii="Courier New" w:hAnsi="Courier New"/>
          <w:color w:val="555555"/>
          <w:sz w:val="20"/>
        </w:rPr>
        <w:t>[20]</w:t>
      </w:r>
    </w:p>
    <w:p>
      <w:r>
        <w:rPr>
          <w:rFonts w:ascii="Gentium Plus" w:hAnsi="Gentium Plus"/>
          <w:sz w:val="24"/>
        </w:rPr>
        <w:t>δυσουρίας πάθει.</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Κράμβης δεσμίδια μετ’ αὐτῶν τῶν φύλλων καθεψήσας ἐν ὕδατι ξέστου ἑνός, κἀκεῖθεν ἀποπιάσας τὰ φύλλα καὶ ῥίψας, τὸ ὕδωρ, ἐν ᾧ ἡ κράμβη ἡψήθη, μίξας ἐν οἴνου ἡμίνῃ μιᾷ καὶ \| ὀξυβάφῳ ἐλαίου ἑνί, διὰ τῆς δεξιᾶς ῥινὸς ἐγχυμάτισον,</w:t>
      </w:r>
    </w:p>
    <w:p>
      <w:r>
        <w:rPr>
          <w:rFonts w:ascii="Courier New" w:hAnsi="Courier New"/>
          <w:color w:val="555555"/>
          <w:sz w:val="20"/>
        </w:rPr>
        <w:t>[5]</w:t>
      </w:r>
    </w:p>
    <w:p>
      <w:r>
        <w:rPr>
          <w:rFonts w:ascii="Gentium Plus" w:hAnsi="Gentium Plus"/>
          <w:sz w:val="24"/>
        </w:rPr>
        <w:t>καὶ οὐρήσει.</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Ἀψίνθιον μετὰ οἴνου λίτρας μιᾶς καθεψήσας, διὰ τῆς ῥινὸς ἐγχυμάτιζε.</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Ὀποπάνακος ὅσον ἐστὶ πάχος τὸ τελευταῖον τοῦ μικροῦ δακτύλου μίξας μετὰ οἴνου ἐγχυμάτιζε.</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Ῥαφανίδος σπέρμα τρίψας, δίδου διὰ ῥινός.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Κρόμυα μακρὰ πέντε, ἅτε δριμύτερα ὄντα, καθαρίσας, ἔμβαλλε εἰς τὸν δακτύλιον τοῦ ἵππου, καὶ ποίησον ἀναπατῆσαι. συμβάλλεται δὲ μετὰ τοῦτο καὶ θερμῷ ὕδατι τὰς ψύας τοῦ ζῴου ἀπαντλῆσαι. πλανῶνται δέ τινες λέγοντες, ὅτιπερ χρὴ</w:t>
      </w:r>
    </w:p>
    <w:p>
      <w:r>
        <w:rPr>
          <w:rFonts w:ascii="Courier New" w:hAnsi="Courier New"/>
          <w:color w:val="555555"/>
          <w:sz w:val="20"/>
        </w:rPr>
        <w:t>[5]</w:t>
      </w:r>
    </w:p>
    <w:p>
      <w:r>
        <w:rPr>
          <w:rFonts w:ascii="Gentium Plus" w:hAnsi="Gentium Plus"/>
          <w:sz w:val="24"/>
        </w:rPr>
        <w:t>ἐμβάλλειν τῷ ἐντέρῳ τὴν χεῖρα καὶ τὴν φύσαν αὐτοῦ δια‐ στρέφειν· βλάπτουσι γὰρ μάλιστα ταύτην τοῖς ὄνυξι κατα\|‐ κνίζοντες. δώσεις δέ, εἰ οὐρεῖ βράδιον, ἀφόδευμα κυνὸς μετὰ</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Σκορόδου κεφαλὰς κεκαθαρισμένας δύο καὶ λειωθείσας, ἐν οἴνῳ μίξας ἐγχυμάτισον, εἶθ’ οὕτως δραμεῖν ποίησον τὸν ἵππον.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Ἐβούλου, ἣν Ἕλληνες χαμαιάκτην ὀνομάζουσιν, ῥίζαν λειώσας μετὰ οἴνου παλαιοῦ καὶ ἐκθλίψας καὶ διὰ ὀθό‐ νης διηθήσας, ἔμβαλλε τοῦτο δι’ ἀμφοτέρων τῶν ῥινῶν. δίδου δὲ καὶ μετὰ γλήχωνος ὕδωρ πιεῖν.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Βράθυν τὴν βοτάνην καθεψήσας, ἐξ αὐτοῦ τοῦ θερμοῦ τὰ αἰδοῖα τοῦ ἵππου ἀπάντλησον. εἰ δὲ βραδύτερον οὐρήσει, κόριν ζῶντα εἰς τὸ οὖς αὐτοῦ ἔμβαλλε, καὶ ἄλλον ἐπάνω τοῦ αἰδοίου, ὅθεν οὐρεῖ, ἐπίτριψον, καὶ εὐθέως προχωρήσει. \|</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Πράσα ἑψήσας καὶ ἐκπιέσας τὸν χυλὸν ὡσεὶ ξέστην αʹ, καὶ συμμίξας οἴνῳ παλαιῷ καὶ ἐλαίου ὀξυβάφῳ, διὰ ῥινὸς ἐγχυμάτιζε, καὶ διακινεῖν παρασκεύαζε. ποίει δὲ τοῦτο ἐπὶ τρισὶν ἡμέραις.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Πηλὸν ἀπὸ οὔρου οἱουδήποτε ἵππου γενόμενον οἴνῳ μι‐ γέντα καὶ διηθηθέντα ἔγχει εἰς τὰς ῥῖνας. ὁ δὲ ἐξ οὔρου τοι‐ ούτου γενόμενος πηλός, εἰ καὶ ξηρανθῇ, ὅμως μετὰ οἴνου τὴν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Σελίνου ῥίζαν τρίψας μετὰ οἴνου γλυκίζοντος ἢ μελικρά‐ του, διὰ στόματος ἐγχυμάτιζε.</w:t>
      </w:r>
    </w:p>
    <w:p>
      <w:pPr>
        <w:jc w:val="center"/>
      </w:pPr>
      <w:r>
        <w:rPr>
          <w:rFonts w:ascii="Gentium Plus" w:hAnsi="Gentium Plus"/>
          <w:b/>
          <w:sz w:val="24"/>
        </w:rPr>
        <w:t>ἄλλο.</w:t>
      </w:r>
    </w:p>
    <w:p>
      <w:r>
        <w:rPr>
          <w:rFonts w:ascii="Courier New" w:hAnsi="Courier New"/>
          <w:color w:val="555555"/>
          <w:sz w:val="20"/>
        </w:rPr>
        <w:t>[4]</w:t>
      </w:r>
    </w:p>
    <w:p>
      <w:r>
        <w:rPr>
          <w:rFonts w:ascii="Gentium Plus" w:hAnsi="Gentium Plus"/>
          <w:sz w:val="24"/>
        </w:rPr>
        <w:t>Κασίας γο βʹ, κόστου γο βʹ, ναρδοστάχυος γο αʹ, κυπέρου</w:t>
      </w:r>
    </w:p>
    <w:p>
      <w:r>
        <w:rPr>
          <w:rFonts w:ascii="Courier New" w:hAnsi="Courier New"/>
          <w:color w:val="555555"/>
          <w:sz w:val="20"/>
        </w:rPr>
        <w:t>[5]</w:t>
      </w:r>
    </w:p>
    <w:p>
      <w:r>
        <w:rPr>
          <w:rFonts w:ascii="Gentium Plus" w:hAnsi="Gentium Plus"/>
          <w:sz w:val="24"/>
        </w:rPr>
        <w:t>𐆃 αʹ, ὑσσώπου Κρητικοῦ γο ἕξ, ἀψινθίου Ποντικοῦ γο ἕξ, σμύρνης γο αʹ· ταῦτα ὕδατι καθεψήσας, ἐγχυμάτιζε ἐπὶ ἡμέ\|‐ ραις τρισί. ποιεῖ δὲ τοῦτο καὶ πρὸς θηρίων ἐκβολὰς καὶ πρὸς τετάνους καὶ βῆχα 〈καὶ πρὸς διέγερσιν δι’ ὅλου τοῦ σώματος. τῇ δὲ τετάρτῃ ἡμέρᾳ ἔλαιον δίδου, ἵνα καταλεάνῃ καθαρίως.〉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Ἀράχνην λειώσας, μετὰ οἴνου ἐγχυμάτιζε.</w:t>
      </w:r>
    </w:p>
    <w:p>
      <w:pPr>
        <w:jc w:val="center"/>
      </w:pPr>
      <w:r>
        <w:rPr>
          <w:rFonts w:ascii="Gentium Plus" w:hAnsi="Gentium Plus"/>
          <w:b/>
          <w:sz w:val="24"/>
        </w:rPr>
        <w:t>ἄλλο πρὸς στραγγουρίαν.</w:t>
      </w:r>
    </w:p>
    <w:p>
      <w:r>
        <w:rPr>
          <w:rFonts w:ascii="Courier New" w:hAnsi="Courier New"/>
          <w:color w:val="555555"/>
          <w:sz w:val="20"/>
        </w:rPr>
        <w:t>[1]</w:t>
      </w:r>
    </w:p>
    <w:p>
      <w:r>
        <w:rPr>
          <w:rFonts w:ascii="Gentium Plus" w:hAnsi="Gentium Plus"/>
          <w:sz w:val="24"/>
        </w:rPr>
        <w:t>Λαβὼν ὑείας κόπρου γο τέσσαρας, οἴνου ξέ. αʹ, καὶ εἰς ἓν ἀναμίξας καὶ διϋλίσας, δὸς πιεῖν, καὶ εὐθέως οὐρήσει.</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Χελιδονίας γο αʹ, κόπρου σαύρας γο γʹ περσέας χυλοῦ γο ἕξ, ὀποβαλσάμου γο γʹ, ἀλόης γο γʹ, μέλιτος Ἀττικοῦ γο δʹ, λιβάνου ἀρσενικοῦ γο γʹ, ἀσβέστου κεκαυμένης γο γʹ, πεπέρεως λευκοῦ γο γʹ, στέατος ἑρπετοῦ γο δʹ, μυελοῦ προβατείου ἐκ</w:t>
      </w:r>
    </w:p>
    <w:p>
      <w:r>
        <w:rPr>
          <w:rFonts w:ascii="Courier New" w:hAnsi="Courier New"/>
          <w:color w:val="555555"/>
          <w:sz w:val="20"/>
        </w:rPr>
        <w:t>[5]</w:t>
      </w:r>
    </w:p>
    <w:p>
      <w:r>
        <w:rPr>
          <w:rFonts w:ascii="Gentium Plus" w:hAnsi="Gentium Plus"/>
          <w:sz w:val="24"/>
        </w:rPr>
        <w:t>τῶν ποδῶν γο βʹ, στέατος χηνείου γο γʹ, αἵματος περιστερᾶς</w:t>
      </w:r>
    </w:p>
    <w:p>
      <w:pPr>
        <w:jc w:val="center"/>
      </w:pPr>
      <w:r>
        <w:rPr>
          <w:rFonts w:ascii="Gentium Plus" w:hAnsi="Gentium Plus"/>
          <w:b/>
          <w:sz w:val="24"/>
        </w:rPr>
        <w:t>προπότισμα εἰς τὸ αὐτό.</w:t>
      </w:r>
    </w:p>
    <w:p>
      <w:r>
        <w:rPr>
          <w:rFonts w:ascii="Courier New" w:hAnsi="Courier New"/>
          <w:color w:val="555555"/>
          <w:sz w:val="20"/>
        </w:rPr>
        <w:t>[1]</w:t>
      </w:r>
    </w:p>
    <w:p>
      <w:r>
        <w:rPr>
          <w:rFonts w:ascii="Gentium Plus" w:hAnsi="Gentium Plus"/>
          <w:sz w:val="24"/>
        </w:rPr>
        <w:t>Ἀκόρου ὀβολοὺς τρεῖς, σπέρματος σταφυλίνου \ μετὰ οἴνου γλυκέος κοτυλῶν βʹ λειώσας, διὰ τοῦ μυκτῆρος ἔμβαλε, καὶ μετὰ τοῦτο εἰς ἁπαλώτερον τόπον τῇ ἐξ ἔθους προτροπῇ τὸ ζῷον ἀπουρεῖν παρασκεύαζε. τοῦτο δὲ ποιεῖ καὶ</w:t>
      </w:r>
    </w:p>
    <w:p>
      <w:r>
        <w:rPr>
          <w:rFonts w:ascii="Courier New" w:hAnsi="Courier New"/>
          <w:color w:val="555555"/>
          <w:sz w:val="20"/>
        </w:rPr>
        <w:t>[5]</w:t>
      </w:r>
    </w:p>
    <w:p>
      <w:r>
        <w:rPr>
          <w:rFonts w:ascii="Gentium Plus" w:hAnsi="Gentium Plus"/>
          <w:sz w:val="24"/>
        </w:rPr>
        <w:t>ἡ ῥίζα αὐτοῦ, ἢ τὸ σπέρμα λελειωμένον καὶ μετὰ οἴνου διδό‐ μενον, ἢ σίκυς ἥμερος ὅσον ὀξύβαφον, καὶ κόρις ἐμβληθεὶς εἰς τὸ οὖς, τοῦ μὲν ἄρρενος εἰς τὸ ἀριστερόν, τῆς δὲ θηλείας εἰς τὸ δεξιόν. ἰᾶται δὲ καὶ ἀσπαράγου ῥίζα κεκομμένη καὶ εἰς οἶνον παλαιὸν ἀποζεσθεῖσα καὶ κατὰ τῶν μυκτήρων χεομένη·</w:t>
      </w:r>
    </w:p>
    <w:p>
      <w:r>
        <w:rPr>
          <w:rFonts w:ascii="Courier New" w:hAnsi="Courier New"/>
          <w:color w:val="555555"/>
          <w:sz w:val="20"/>
        </w:rPr>
        <w:t>[10]</w:t>
      </w:r>
    </w:p>
    <w:p>
      <w:r>
        <w:rPr>
          <w:rFonts w:ascii="Gentium Plus" w:hAnsi="Gentium Plus"/>
          <w:sz w:val="24"/>
        </w:rPr>
        <w:t>ἢ ἄλευρον σίτινον μετὰ στέατος προβατείου, προσβαλὼν ὕδωρ καὶ καθεψήσας ὡσεὶ ξεστῶν δύο πλῆθος, διὰ τοῦ στόματος ἔγχει. ἢ κυμίνου σπέρματος ξέ. δʹ οἴνῳ παλαιῷ μίξας, ἐπὶ τρισὶν ἡμέραις διὰ κέρατος δίδου. ἢ καὶ πράσου χυλὸν ὡς κυάθους ἕξ, καὶ ὄξους σκιλλιτικοῦ κυάθους γʹ, καὶ μέλιτος</w:t>
      </w:r>
    </w:p>
    <w:p>
      <w:r>
        <w:rPr>
          <w:rFonts w:ascii="Courier New" w:hAnsi="Courier New"/>
          <w:color w:val="555555"/>
          <w:sz w:val="20"/>
        </w:rPr>
        <w:t>[15]</w:t>
      </w:r>
    </w:p>
    <w:p>
      <w:r>
        <w:rPr>
          <w:rFonts w:ascii="Gentium Plus" w:hAnsi="Gentium Plus"/>
          <w:sz w:val="24"/>
        </w:rPr>
        <w:t>τὸ ἴσον μίξας, διὰ κέρατος ἐν στόματι δίδου, ἢ ὀποπάνακος ξέ. εʹ οἴνῳ \| καὶ μέλιτι μίξας ἐπὶ ἡμέραις πέντε. τρεφέσθω δὲ κριθαῖς ἐπιπολὺ βεβρεγμέναις ἐν ὕδατι καὶ χόρτῳ κεκομμένῳ.</w:t>
      </w:r>
    </w:p>
    <w:p>
      <w:pPr>
        <w:jc w:val="center"/>
      </w:pPr>
      <w:r>
        <w:rPr>
          <w:rFonts w:ascii="Gentium Plus" w:hAnsi="Gentium Plus"/>
          <w:b/>
          <w:sz w:val="24"/>
        </w:rPr>
        <w:t>ἐγχυματισμὸς πρὸς δυσουρίαν.</w:t>
      </w:r>
    </w:p>
    <w:p>
      <w:r>
        <w:rPr>
          <w:rFonts w:ascii="Courier New" w:hAnsi="Courier New"/>
          <w:color w:val="555555"/>
          <w:sz w:val="20"/>
        </w:rPr>
        <w:t>[1]</w:t>
      </w:r>
    </w:p>
    <w:p>
      <w:r>
        <w:rPr>
          <w:rFonts w:ascii="Gentium Plus" w:hAnsi="Gentium Plus"/>
          <w:sz w:val="24"/>
        </w:rPr>
        <w:t>Ἐὰν κύστις ἐμφραγῇ, μαράθου χυλὸν καὶ ὁδυρήσσου καὶ ἀννήσου μίξας καὶ ᾠὰ καὶ οἶνον γλυκάζοντα μεθ’ ὕδατος κεχλιασμένου ἔγχει εἰς τὴν κύστιν, καὶ ἀνοιχθήσεται.</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Ἵππουριν βοτάνην λειώσας μετὰ οἴνου ἐγχυμάτιζε, ἢ καὶ πηλῷ ἐξ οὔρου παλαιοῦ τὴν γαστέρα ὑπόχριε.</w:t>
      </w:r>
    </w:p>
    <w:p>
      <w:pPr>
        <w:jc w:val="center"/>
      </w:pPr>
      <w:r>
        <w:rPr>
          <w:rFonts w:ascii="Gentium Plus" w:hAnsi="Gentium Plus"/>
          <w:b/>
          <w:sz w:val="24"/>
        </w:rPr>
        <w:t>πρὸς στραγγουριῶντας ἄλλο.</w:t>
      </w:r>
    </w:p>
    <w:p>
      <w:r>
        <w:rPr>
          <w:rFonts w:ascii="Courier New" w:hAnsi="Courier New"/>
          <w:color w:val="555555"/>
          <w:sz w:val="20"/>
        </w:rPr>
        <w:t>[1]</w:t>
      </w:r>
    </w:p>
    <w:p>
      <w:r>
        <w:rPr>
          <w:rFonts w:ascii="Gentium Plus" w:hAnsi="Gentium Plus"/>
          <w:sz w:val="24"/>
        </w:rPr>
        <w:t>Νίτρου ὀπτοῦ, ὀποῦ Κυρηναϊκοῦ ἀνὰ ὁλκὴν μίαν μίξας,</w:t>
      </w:r>
    </w:p>
    <w:p>
      <w:pPr>
        <w:jc w:val="center"/>
      </w:pPr>
      <w:r>
        <w:rPr>
          <w:rFonts w:ascii="Gentium Plus" w:hAnsi="Gentium Plus"/>
          <w:b/>
          <w:sz w:val="24"/>
        </w:rPr>
        <w:t>περὶ τετανικοῦ καὶ ὀπισθοτονικοῦ.</w:t>
      </w:r>
    </w:p>
    <w:p>
      <w:pPr>
        <w:jc w:val="center"/>
      </w:pPr>
      <w:r>
        <w:rPr>
          <w:rFonts w:ascii="Gentium Plus" w:hAnsi="Gentium Plus"/>
          <w:b/>
          <w:sz w:val="24"/>
        </w:rPr>
        <w:t>Αψύρτου.</w:t>
      </w:r>
    </w:p>
    <w:p>
      <w:r>
        <w:rPr>
          <w:rFonts w:ascii="Courier New" w:hAnsi="Courier New"/>
          <w:color w:val="555555"/>
          <w:sz w:val="20"/>
        </w:rPr>
        <w:t>[34 . 1]</w:t>
      </w:r>
    </w:p>
    <w:p>
      <w:r>
        <w:rPr>
          <w:rFonts w:ascii="Gentium Plus" w:hAnsi="Gentium Plus"/>
          <w:sz w:val="24"/>
        </w:rPr>
        <w:t>Ἄψυρτος Νουμηνίῳ Ἡφαιστίωνος υἱῷ Καλλιπο‐ λίτῃ χαίρειν. ἱπποτροφοῦντά σε ἐθέλω εἰδέναι, 〈ὅτι〉 ὅσοι λέγουσιν ἐν τοῖς ἀρρωστήμασι τῶν ἵππων τετανικοὺς εἶναι καὶ ὀπισθοτονικούς, οὗτοι τεθελήκασι πλείοσιν ὀνόμασι περιβάλ‐</w:t>
      </w:r>
    </w:p>
    <w:p>
      <w:r>
        <w:rPr>
          <w:rFonts w:ascii="Courier New" w:hAnsi="Courier New"/>
          <w:color w:val="555555"/>
          <w:sz w:val="20"/>
        </w:rPr>
        <w:t>[5]</w:t>
      </w:r>
    </w:p>
    <w:p>
      <w:r>
        <w:rPr>
          <w:rFonts w:ascii="Gentium Plus" w:hAnsi="Gentium Plus"/>
          <w:sz w:val="24"/>
        </w:rPr>
        <w:t>λειν τὸ συμβαῖνον καὶ περιέργοις. ἔστι δὲ ὀπισθότονος, ᾧ παρέπεται τράχηλον ἀποτεταμένον ἔχειν 〈καὶ〉 κεφαλὴν ὡσαύ‐ τως, ὦτα ὀρθὰ 〈καὶ〉 κάμπτεσθαι μὴ δυνάμενα, ὀφθαλμοὺς ὑποδεδυκότας, αἵ τε ἐπικανθίδες αἱ ἐκ τῶν παρὰ τοὺς μυκτῆ‐ ρας τόπων ἐπισπώμεναι εἰς τοὐπίσω γυμνοῦνται, καὶ τὰ χε‐</w:t>
      </w:r>
    </w:p>
    <w:p>
      <w:r>
        <w:rPr>
          <w:rFonts w:ascii="Courier New" w:hAnsi="Courier New"/>
          <w:color w:val="555555"/>
          <w:sz w:val="20"/>
        </w:rPr>
        <w:t>[10]</w:t>
      </w:r>
    </w:p>
    <w:p>
      <w:r>
        <w:rPr>
          <w:rFonts w:ascii="Gentium Plus" w:hAnsi="Gentium Plus"/>
          <w:sz w:val="24"/>
        </w:rPr>
        <w:t>λύνια πεπέδηνται, καὶ τὸ στόμα χαίνειν οὐ δύναται, καὶ ἡ γλῶσσα ἔχεται, καὶ οὔτε τρώγει οὔτε πίνει \| ὁμοίως. ἔστι δὲ τὸ οὐραῖον ἀνεσταλμένον, καὶ ἡ ῥάχις σκληρά, ἐπιστρέφεσθαί τε οὐ δύναται, καὶ περιπατῶν τοῖς ὀπισθίοις σκέλεσιν ὑπερ‐ βαίνειν ἀδυνατεῖ, ἀλλὰ ἀποτεταμένας ἐπισύρει τὰς ὁπλάς, καὶ</w:t>
      </w:r>
    </w:p>
    <w:p>
      <w:r>
        <w:rPr>
          <w:rFonts w:ascii="Courier New" w:hAnsi="Courier New"/>
          <w:color w:val="555555"/>
          <w:sz w:val="20"/>
        </w:rPr>
        <w:t>[15]</w:t>
      </w:r>
    </w:p>
    <w:p>
      <w:r>
        <w:rPr>
          <w:rFonts w:ascii="Gentium Plus" w:hAnsi="Gentium Plus"/>
          <w:sz w:val="24"/>
        </w:rPr>
        <w:t>οὐδὲ τοὺς ἐμπροσθίους κάμπτει, πάντοθέν τε συντέταται εἰς τοὐπίσω, καὶ οὐκ ἐκτινάσσει ἑαυτὸν ἢ μόγις, καὶ ἐπὶ τὸ πρόσ‐ αντες χωρίον περιπατεῖν οὐ δύναται, ἀλλ’ ὀπίσω πίπτει. συμ‐ βαίνει δὲ καὶ τοῦτο αὐτῷ, τῶν ἐν τῷ νώτῳ νεύρων ἀποτετα‐ μένων, συμπάσχειν τὴν κύστιν, καὶ μετὰ βίας τὰ οὖρα ἐκκρί‐</w:t>
      </w:r>
    </w:p>
    <w:p>
      <w:r>
        <w:rPr>
          <w:rFonts w:ascii="Courier New" w:hAnsi="Courier New"/>
          <w:color w:val="555555"/>
          <w:sz w:val="20"/>
        </w:rPr>
        <w:t>[20]</w:t>
      </w:r>
    </w:p>
    <w:p>
      <w:r>
        <w:rPr>
          <w:rFonts w:ascii="Gentium Plus" w:hAnsi="Gentium Plus"/>
          <w:sz w:val="24"/>
        </w:rPr>
        <w:t>νειν. ἀναπεσὼν δὲ ἐγείρεσθαι πάλιν τοῖς ὀπισθίοις ἀδυνατεῖ, ἀλλ’ ἀνακαθίζει ὡς κύων τοῖς ἐμπροσθίοις, ὅθεν καὶ λέγεται</w:t>
      </w:r>
    </w:p>
    <w:p>
      <w:r>
        <w:rPr>
          <w:rFonts w:ascii="Courier New" w:hAnsi="Courier New"/>
          <w:color w:val="555555"/>
          <w:sz w:val="20"/>
        </w:rPr>
        <w:t>[34 . 2]</w:t>
      </w:r>
    </w:p>
    <w:p>
      <w:r>
        <w:rPr>
          <w:rFonts w:ascii="Gentium Plus" w:hAnsi="Gentium Plus"/>
          <w:sz w:val="24"/>
        </w:rPr>
        <w:t>ἀναφέρει δὲ οὐ ῥᾳδίως χειμῶνος, θερείας δέ τις βοηθῶν τάχα ἂν ἐπιτυγχάνοι. ὡς λέγουσι, συγχρίων αὐτὸν ὑείῳ στέ‐ ατι, καὶ ῥητίνῃ τερεβινθίνῃ, καὶ κηρῷ καὶ πεπέρει τετριμμένῳ ἀναμεμιγμένοις ἐλαίῳ. ἕτεροι δὲ ὀρόβους ἑψήσαντες, \| τῷ</w:t>
      </w:r>
    </w:p>
    <w:p>
      <w:r>
        <w:rPr>
          <w:rFonts w:ascii="Courier New" w:hAnsi="Courier New"/>
          <w:color w:val="555555"/>
          <w:sz w:val="20"/>
        </w:rPr>
        <w:t>[5]</w:t>
      </w:r>
    </w:p>
    <w:p>
      <w:r>
        <w:rPr>
          <w:rFonts w:ascii="Gentium Plus" w:hAnsi="Gentium Plus"/>
          <w:sz w:val="24"/>
        </w:rPr>
        <w:t>ὕδατι καταντλοῦσι τὴν κεφαλήν, καὶ ἀπὸ κριθῶν δὲ τὸ αὐτὸ ποιοῦσι. τινὲς δὲ γῦρον ὀρύξαντες ἐν κοπρίᾳ καταχωννύουσι τὸν τοιοῦτον, ἢ εἰς ἄμμον ζεστὴν τὸ αὐτὸ ποιοῦσι. καὶ τοῦτο δὲ λέγεται· πεπέρεως κόκκους δέκα, κάχρυος τὸ ἴσον, νίτρου ὁλκὴν μίαν, ὀποῦ Κυρηναϊκοῦ ἡλίκον κυάμου, ταῦτα τρῖψαι</w:t>
      </w:r>
    </w:p>
    <w:p>
      <w:r>
        <w:rPr>
          <w:rFonts w:ascii="Courier New" w:hAnsi="Courier New"/>
          <w:color w:val="555555"/>
          <w:sz w:val="20"/>
        </w:rPr>
        <w:t>[10]</w:t>
      </w:r>
    </w:p>
    <w:p>
      <w:r>
        <w:rPr>
          <w:rFonts w:ascii="Gentium Plus" w:hAnsi="Gentium Plus"/>
          <w:sz w:val="24"/>
        </w:rPr>
        <w:t>καθ’ ἕν, καὶ πάλιν ἐν ταὐτῷ, μίξας ἐλαίου ἡμικοτύλιον, καὶ οἴνου εὐώδους κοτύλην μίαν ἐγχυματίζειν διὰ μυκτήρων δὶς τῆς ἡμέρας. καὶ αἵματος δὲ βοείου προσφάτου ἐγχυμάτισον, εἰ δὲ μὴ ᾖ τοῦτο, οἷον ἂν εὑρεθῇ. ἢ λιβανωτοῦ ὁλκὰς τρεῖς, ἁλὸς τὸ ἴσον οἴνῳ διεὶς ἔγχει. παλαιούμενον δὲ τοῦτο βέλτιον</w:t>
      </w:r>
    </w:p>
    <w:p>
      <w:r>
        <w:rPr>
          <w:rFonts w:ascii="Courier New" w:hAnsi="Courier New"/>
          <w:color w:val="555555"/>
          <w:sz w:val="20"/>
        </w:rPr>
        <w:t>[15]</w:t>
      </w:r>
    </w:p>
    <w:p>
      <w:r>
        <w:rPr>
          <w:rFonts w:ascii="Gentium Plus" w:hAnsi="Gentium Plus"/>
          <w:sz w:val="24"/>
        </w:rPr>
        <w:t>τὸ φάρμακον. καὶ ὑγραίνειν δὲ αὐτὸν λέγουσιν, οἴνῳ καὶ ἐλαίῳ καὶ νίτρῳ συγχρίοντας καὶ τρίψει ἐπὶ πλεῖον χρῆσθαι, τά τε πιναρὰ κώδια τούτῳ καταρραίνοντας ἐπιδεσμεῖν, καὶ εἰς τὸν ποτὸν οἶνον μίσγοντας καὶ νίτρον διδόναι. ταῦτα μὲν 〈οὖν〉 ἐκείνοις \| εἴρηται μεγάλοις ἀνδράσιν.</w:t>
      </w:r>
    </w:p>
    <w:p>
      <w:r>
        <w:rPr>
          <w:rFonts w:ascii="Courier New" w:hAnsi="Courier New"/>
          <w:color w:val="555555"/>
          <w:sz w:val="20"/>
        </w:rPr>
        <w:t>[34 . 3]</w:t>
      </w:r>
    </w:p>
    <w:p>
      <w:r>
        <w:rPr>
          <w:rFonts w:ascii="Gentium Plus" w:hAnsi="Gentium Plus"/>
          <w:sz w:val="24"/>
        </w:rPr>
        <w:t>ἡμεῖς δὲ ἐχρησάμεθα βοηθήμασι 〈καὶ〉 τούτοις· στέατος ὑείου στατῆρας ιϛʹ, καὶ ἀρκείου καὶ αἰγείου τὸ ἴσον, ῥητίνης τερεβινθίνης στατῆρας δʹ, στέατος χηνείου στατῆρας ηʹ, κεδρίνου ἐλαίου ἡμικοτύλιον, ἐλαίου καθαροῦ κοτύλας δʹ,</w:t>
      </w:r>
    </w:p>
    <w:p>
      <w:r>
        <w:rPr>
          <w:rFonts w:ascii="Courier New" w:hAnsi="Courier New"/>
          <w:color w:val="555555"/>
          <w:sz w:val="20"/>
        </w:rPr>
        <w:t>[5]</w:t>
      </w:r>
    </w:p>
    <w:p>
      <w:r>
        <w:rPr>
          <w:rFonts w:ascii="Gentium Plus" w:hAnsi="Gentium Plus"/>
          <w:sz w:val="24"/>
        </w:rPr>
        <w:t>ταῦτα συντήξαντες καὶ συναναδεύσαντες αὐτοῖς ἄλευρον προ‐ ηψημένον ἐν ὕδατι, καὶ νίτρου καὶ ἁλὸς ἑκάστου στατῆρας ηʹ, τούτῳ θερμῷ συγχρίομεν. καὶ διὰ τῶν ῥινῶν δὲ ἐγχυματίζειν στέαρ χοίρειον καὶ μέλι καὶ ἔλαιον συντήξαντας. πρῶτον δὲ δεῖ τήκειν τὸ στέαρ, καὶ τὸ μέλι τετηκὸς χωρὶς ἐπιχεῖν καὶ</w:t>
      </w:r>
    </w:p>
    <w:p>
      <w:r>
        <w:rPr>
          <w:rFonts w:ascii="Courier New" w:hAnsi="Courier New"/>
          <w:color w:val="555555"/>
          <w:sz w:val="20"/>
        </w:rPr>
        <w:t>[10]</w:t>
      </w:r>
    </w:p>
    <w:p>
      <w:r>
        <w:rPr>
          <w:rFonts w:ascii="Gentium Plus" w:hAnsi="Gentium Plus"/>
          <w:sz w:val="24"/>
        </w:rPr>
        <w:t>τὸ ἔλαιον, καὶ πάλιν οἴνῳ συναναζέσαντας διδόναι. ἐχρησά‐ μεθα δὲ καὶ τῷ διὰ βδελλίου συγκειμένῳ μαλάγματι, ἀνιέν‐ τες αὐτὸ ἐλαίῳ ἐπ’ ἀνθράκων, κάλλιον δὲ Κυπρίνῳ, μεθ’ οὗ τὴν κεφαλὴν δεῖ καὶ τὸν αὐχένα καὶ πάντα τόπον τοῦ σώματος ὑπαλείφειν, τρίψει χρωμένους, καὶ σκεπάσαντας αὐτὸν ἐπι‐</w:t>
      </w:r>
    </w:p>
    <w:p>
      <w:r>
        <w:rPr>
          <w:rFonts w:ascii="Courier New" w:hAnsi="Courier New"/>
          <w:color w:val="555555"/>
          <w:sz w:val="20"/>
        </w:rPr>
        <w:t>[15]</w:t>
      </w:r>
    </w:p>
    <w:p>
      <w:r>
        <w:rPr>
          <w:rFonts w:ascii="Gentium Plus" w:hAnsi="Gentium Plus"/>
          <w:sz w:val="24"/>
        </w:rPr>
        <w:t>βλήμασι, καὶ χαλι\ ζοντας δρόμῳ τῷ διὰ τῆς κάλπης, ἐπικαθημένου τινὸς αὐτῷ, ὥστε ποιεῖν ἱδρῶσαι ἐπὶ πλεῖστον, καὶ τὴν ὑγρασίαν πᾶσαν ἀπομάττειν καὶ ἀποτρίβειν κατὰ τρίχα, καὶ τούτῳ χρωμένους συγχρίειν καθ’ ἡμέραν, καὶ ἐπὶ τὴν νομὴν ἀπολύειν, ἕως ἂν</w:t>
      </w:r>
    </w:p>
    <w:p>
      <w:r>
        <w:rPr>
          <w:rFonts w:ascii="Courier New" w:hAnsi="Courier New"/>
          <w:color w:val="555555"/>
          <w:sz w:val="20"/>
        </w:rPr>
        <w:t>[20]</w:t>
      </w:r>
    </w:p>
    <w:p>
      <w:r>
        <w:rPr>
          <w:rFonts w:ascii="Gentium Plus" w:hAnsi="Gentium Plus"/>
          <w:sz w:val="24"/>
        </w:rPr>
        <w:t>ἐνδῷ τὸ πάθος.</w:t>
      </w:r>
    </w:p>
    <w:p>
      <w:r>
        <w:rPr>
          <w:rFonts w:ascii="Courier New" w:hAnsi="Courier New"/>
          <w:color w:val="555555"/>
          <w:sz w:val="20"/>
        </w:rPr>
        <w:t>[34 . 4]</w:t>
      </w:r>
    </w:p>
    <w:p>
      <w:r>
        <w:rPr>
          <w:rFonts w:ascii="Gentium Plus" w:hAnsi="Gentium Plus"/>
          <w:sz w:val="24"/>
        </w:rPr>
        <w:t>καὶ τῇ λοιπῇ δὲ τροφῇ χρῆσθαι παντοδαπῇ, μάλιστα ταῖς κριθαῖς μίσγοντας ἐρεβίνθους, ἵνα ᾖ τὰ χελύ‐ νια ἐν κινήσει, κυάμους δὲ μὴ βάλλειν, ἀπαυδᾷ γὰρ ἁψάμενος αὐτῶν, καὶ τὸ ποτὸν δὲ διδόναι κραματοποιοῦντας τῷ οἴνῳ,</w:t>
      </w:r>
    </w:p>
    <w:p>
      <w:r>
        <w:rPr>
          <w:rFonts w:ascii="Courier New" w:hAnsi="Courier New"/>
          <w:color w:val="555555"/>
          <w:sz w:val="20"/>
        </w:rPr>
        <w:t>[5]</w:t>
      </w:r>
    </w:p>
    <w:p>
      <w:r>
        <w:rPr>
          <w:rFonts w:ascii="Gentium Plus" w:hAnsi="Gentium Plus"/>
          <w:sz w:val="24"/>
        </w:rPr>
        <w:t>καὶ τὸ νίτρον ἐμπάσσοντας. δαψιλεστέραν δὲ ποιεῖν τὴν σύγ‐ χρισιν τοῦ φαρμάκου, καὶ ἱστᾶν χειμῶνος ἐν τόπῳ θερμῷ ἐσκεπασμένον. ἐν δὲ τῇ μίξει τοῦ οἴνου τῇ εἰς τὸ ἔλαιον ἄθε‐ τον τὴν σύγχρισιν ἐπέγνων· ἀναψύχων γὰρ ὁ οἶνος ἐπισυν‐</w:t>
      </w:r>
    </w:p>
    <w:p>
      <w:r>
        <w:rPr>
          <w:rFonts w:ascii="Courier New" w:hAnsi="Courier New"/>
          <w:color w:val="555555"/>
          <w:sz w:val="20"/>
        </w:rPr>
        <w:t>[10]</w:t>
      </w:r>
    </w:p>
    <w:p>
      <w:r>
        <w:rPr>
          <w:rFonts w:ascii="Gentium Plus" w:hAnsi="Gentium Plus"/>
          <w:sz w:val="24"/>
        </w:rPr>
        <w:t>καὶ γυμνάζειν \ νοῦνται γὰρ οἱ πόροι, καὶ οὐ συμβαίνει ἱδρῶσαι. ἐπὶ δὲ τῶν τοιούτων αἵματος ἀφαιρέσει οὐ χρηστέον, καὶ μηδεὶς λεγέτω, ὅτι οἱ πρὸ ἡμῶν ἐχρήσαντο. παρῆλθεν γὰρ αὐτοὺς τοῦτο· διακοπτομένων γὰρ τῶν ἐν τοῖς κροτάφοις ἀγγείων</w:t>
      </w:r>
    </w:p>
    <w:p>
      <w:r>
        <w:rPr>
          <w:rFonts w:ascii="Courier New" w:hAnsi="Courier New"/>
          <w:color w:val="555555"/>
          <w:sz w:val="20"/>
        </w:rPr>
        <w:t>[15]</w:t>
      </w:r>
    </w:p>
    <w:p>
      <w:r>
        <w:rPr>
          <w:rFonts w:ascii="Gentium Plus" w:hAnsi="Gentium Plus"/>
          <w:sz w:val="24"/>
        </w:rPr>
        <w:t>καὶ ἐξαιματιζομένων, παραξηραίνεται τὸ νευρῶδες τῶν χελυ‐ νίων καὶ οὐκ ἔστιν ἐν κινήσει, καὶ μένει ἄσιτος. οἱ δὲ ταῖς καυτηρίαις χρώμενοι πρὸς τὰ τοιαῦτα, εἰς κόπον φέρουσιν· καὶ περιγενόμενος γὰρ ὁ τοιοῦτος ἐλάττων ἐστὶν εἰς τὴν ὑπηρε‐ σίαν τὸν ἐπίλοιπον χρόνον.</w:t>
      </w:r>
    </w:p>
    <w:p>
      <w:r>
        <w:rPr>
          <w:rFonts w:ascii="Courier New" w:hAnsi="Courier New"/>
          <w:color w:val="555555"/>
          <w:sz w:val="20"/>
        </w:rPr>
        <w:t>[34 . 5]</w:t>
      </w:r>
    </w:p>
    <w:p>
      <w:r>
        <w:rPr>
          <w:rFonts w:ascii="Gentium Plus" w:hAnsi="Gentium Plus"/>
          <w:sz w:val="24"/>
        </w:rPr>
        <w:t>ἐπιδείξωμεν δέ, διὰ τί καὶ πόθεν συμβαίνει ὀπισθότονος, ὃ οὐδενὶ γέγραπται· ὅταν ὁδοιπορῶν ἡλόπληκτος γένηται τῷ ἐμπροσθίῳ ποδὶ καὶ χωλαίνων ἐλαύνηται καὶ ἱδρώσῃ, εἰς τοῦτο ἐμπίπτει. καὶ ἐὰν ἐξ ὁδοιπορίας γένηται ἱδρωκὼς χει‐</w:t>
      </w:r>
    </w:p>
    <w:p>
      <w:r>
        <w:rPr>
          <w:rFonts w:ascii="Courier New" w:hAnsi="Courier New"/>
          <w:color w:val="555555"/>
          <w:sz w:val="20"/>
        </w:rPr>
        <w:t>[5]</w:t>
      </w:r>
    </w:p>
    <w:p>
      <w:r>
        <w:rPr>
          <w:rFonts w:ascii="Gentium Plus" w:hAnsi="Gentium Plus"/>
          <w:sz w:val="24"/>
        </w:rPr>
        <w:t>μῶνος καὶ ψύχους καὶ στῇ ὕπαιθρος ἐν λιθοστρώτῳ, καὶ διὰ τοῦτο συμβαί\|νει· κἂν ἐπὶ πάγου στῇ ἐκ τῆς ὁδοιπορίας ἱδρω‐ κὼς καὶ ἀσιτήσῃ, ὥστε μὴ ἔχειν ἐν κινήσει τὰ χελύνια τῇ νυκτὶ ἐκείνῃ, συμβήσεται αὐτῷ. καὶ ἐὰν ἔλθῃ ἐσπασμένος τὸν ὦμον, καὶ κατακλιθῇ εἰς πλείονα χρόνον, καὶ καταρτι‐</w:t>
      </w:r>
    </w:p>
    <w:p>
      <w:r>
        <w:rPr>
          <w:rFonts w:ascii="Courier New" w:hAnsi="Courier New"/>
          <w:color w:val="555555"/>
          <w:sz w:val="20"/>
        </w:rPr>
        <w:t>[10]</w:t>
      </w:r>
    </w:p>
    <w:p>
      <w:r>
        <w:rPr>
          <w:rFonts w:ascii="Gentium Plus" w:hAnsi="Gentium Plus"/>
          <w:sz w:val="24"/>
        </w:rPr>
        <w:t>ζόμενος ἱδρώσῃ, τὸ αὐτὸ 〈ἐπι〉γίνεται. καὶ ἐάν ποτε τρωθῇ ἐξ οἱαςδήποτε αἰτίας εἰς τὸν βουβῶνα παρὰ τὴν χώραν, εὐχε‐ ρῶς καὶ οὗτος ὀπισθοτονικὸς γίνεται. ἵνα δὲ μὴ δόξωμεν</w:t>
      </w:r>
    </w:p>
    <w:p>
      <w:r>
        <w:rPr>
          <w:rFonts w:ascii="Courier New" w:hAnsi="Courier New"/>
          <w:color w:val="555555"/>
          <w:sz w:val="20"/>
        </w:rPr>
        <w:t>[15]</w:t>
      </w:r>
    </w:p>
    <w:p>
      <w:r>
        <w:rPr>
          <w:rFonts w:ascii="Gentium Plus" w:hAnsi="Gentium Plus"/>
          <w:sz w:val="24"/>
        </w:rPr>
        <w:t>〈κατέχεται δὲ ἡμέρας μβʹ〉.</w:t>
      </w:r>
    </w:p>
    <w:p>
      <w:pPr>
        <w:jc w:val="center"/>
      </w:pPr>
      <w:r>
        <w:rPr>
          <w:rFonts w:ascii="Gentium Plus" w:hAnsi="Gentium Plus"/>
          <w:b/>
          <w:sz w:val="24"/>
        </w:rPr>
        <w:t>Ἱεροκλέους εἰς τὸ αὐτό.</w:t>
      </w:r>
    </w:p>
    <w:p>
      <w:r>
        <w:rPr>
          <w:rFonts w:ascii="Courier New" w:hAnsi="Courier New"/>
          <w:color w:val="555555"/>
          <w:sz w:val="20"/>
        </w:rPr>
        <w:t>[34 . 6]</w:t>
      </w:r>
    </w:p>
    <w:p>
      <w:r>
        <w:rPr>
          <w:rFonts w:ascii="Gentium Plus" w:hAnsi="Gentium Plus"/>
          <w:sz w:val="24"/>
        </w:rPr>
        <w:t>Ὀπισθοτονικὸς ἤτοι τετανικός ἐστιν, ὅταν ἔχῃ τὸν τράχη‐ λον ἀποτεταμένον, τὴν κεφαλὴν καὶ τὰ ὦτα ὀρθά, ὀφθαλμοὺς ὑποδεδυκότας, αἵ τε παραγναθίδες αἱ παρὰ τοὺς μυκτῆρας ἐπισπῶνται εἰς τοὐπίσω, καὶ τὰ χελύνια πεπίασται καὶ τὸ</w:t>
      </w:r>
    </w:p>
    <w:p>
      <w:r>
        <w:rPr>
          <w:rFonts w:ascii="Courier New" w:hAnsi="Courier New"/>
          <w:color w:val="555555"/>
          <w:sz w:val="20"/>
        </w:rPr>
        <w:t>[5]</w:t>
      </w:r>
    </w:p>
    <w:p>
      <w:r>
        <w:rPr>
          <w:rFonts w:ascii="Gentium Plus" w:hAnsi="Gentium Plus"/>
          <w:sz w:val="24"/>
        </w:rPr>
        <w:t>στόμα, καὶ ἡ γλῶσσα \ δύναται. ὁμοίως ἐστὶν αὐτοῦ καὶ ἡ ῥάχις τεταμένη καὶ σκληρά, ἐπιστρέφεσθαί τε οὐκ ἔστιν οἷός τε, καὶ περιπατῶν τοῖς ὀπι‐ σθίοις σκέλεσιν ὑπερβαίνειν ἀδυνατεῖ, ἀλλὰ καὶ ἀποτεταμένας ὑποσύρει τὰς ὁπλάς, οὐδὲ τοὺς ἐμπροσθίους μέντοι κάμπτει,</w:t>
      </w:r>
    </w:p>
    <w:p>
      <w:r>
        <w:rPr>
          <w:rFonts w:ascii="Courier New" w:hAnsi="Courier New"/>
          <w:color w:val="555555"/>
          <w:sz w:val="20"/>
        </w:rPr>
        <w:t>[10]</w:t>
      </w:r>
    </w:p>
    <w:p>
      <w:r>
        <w:rPr>
          <w:rFonts w:ascii="Gentium Plus" w:hAnsi="Gentium Plus"/>
          <w:sz w:val="24"/>
        </w:rPr>
        <w:t>καὶ πάντοθεν δὲ συντέταται εἰς τοὐπίσω, καὶ οὐ τινάσσει ἑαυτόν, εἰ μὴ μόγις. συμβαίνει δὲ τοῦτο, τῶν νεύρων ἀπο‐ τεταμένων· συμπάσχει δὲ καὶ ἡ κύστις, ὥστε μετὰ βίας τὰ οὖρα ἐκκρίνεσθαι. πεσὼν δὲ τοῖς ὀπισθίοις ἐγείρεσθαι οὐ δύναται, ἀλλ’ ἀνακαθίζει ὡς κύων. τῷ μὲν οὖν χειμῶνι χαλε‐</w:t>
      </w:r>
    </w:p>
    <w:p>
      <w:r>
        <w:rPr>
          <w:rFonts w:ascii="Courier New" w:hAnsi="Courier New"/>
          <w:color w:val="555555"/>
          <w:sz w:val="20"/>
        </w:rPr>
        <w:t>[15]</w:t>
      </w:r>
    </w:p>
    <w:p>
      <w:r>
        <w:rPr>
          <w:rFonts w:ascii="Gentium Plus" w:hAnsi="Gentium Plus"/>
          <w:sz w:val="24"/>
        </w:rPr>
        <w:t>πὸν ἀπὸ τοῦ πάθους τούτου διασωθῆναι, τῷ δὲ θέρει καὶ σώσεις ἄν, συγχρίσας αὐτὸν ὑείῳ στέατι, καὶ ῥητίνῃ [καὶ] τερεβινθίνῃ καὶ πεπέρει τετριμμένοις, ἀνεὶς αὐτὰ ἐλαίῳ. ἔνιοι δὲ ὀρόβους ἑψήσαντες καταντλοῦσι τῷ ὕδατι τὴν κεφαλήν.</w:t>
      </w:r>
    </w:p>
    <w:p>
      <w:r>
        <w:rPr>
          <w:rFonts w:ascii="Courier New" w:hAnsi="Courier New"/>
          <w:color w:val="555555"/>
          <w:sz w:val="20"/>
        </w:rPr>
        <w:t>[34 . 7]</w:t>
      </w:r>
    </w:p>
    <w:p>
      <w:r>
        <w:rPr>
          <w:rFonts w:ascii="Gentium Plus" w:hAnsi="Gentium Plus"/>
          <w:sz w:val="24"/>
        </w:rPr>
        <w:t>Ἱερώνυμός γε μὴν τάδε συντάσσει· κηρῷ, ῥητίνῃ, μάννῃ, θείῳ, νί\|τρῳ ἔλαιον ἐπιβάλλειν, καὶ ἐν χύτρᾳ διατή‐ ξαντα, τὸ πλῆθος στοχαζόμενον ὡς πάντα χωρῆσαι, ἀνατρίβειν πάνυ, καὶ τὴν κεφαλὴν πυριᾶν ὀρόβοις ἑφθοῖς, εἰ δὲ μή γε,</w:t>
      </w:r>
    </w:p>
    <w:p>
      <w:r>
        <w:rPr>
          <w:rFonts w:ascii="Courier New" w:hAnsi="Courier New"/>
          <w:color w:val="555555"/>
          <w:sz w:val="20"/>
        </w:rPr>
        <w:t>[5]</w:t>
      </w:r>
    </w:p>
    <w:p>
      <w:r>
        <w:rPr>
          <w:rFonts w:ascii="Gentium Plus" w:hAnsi="Gentium Plus"/>
          <w:sz w:val="24"/>
        </w:rPr>
        <w:t>κριθαῖς· καὶ τὸ σῶμα σκεπάζειν κωδίοις ἀπλύτοις. παραβάλ‐ λειν δὲ φαγεῖν συνεχῶς, ὅπως ἡ σιαγὼν τὴν κίνησιν διηνε‐ κῶς ἔχῃ, διδόναι δὲ καὶ ἐρεβίνθους ὠμούς.</w:t>
      </w:r>
    </w:p>
    <w:p>
      <w:r>
        <w:rPr>
          <w:rFonts w:ascii="Courier New" w:hAnsi="Courier New"/>
          <w:color w:val="555555"/>
          <w:sz w:val="20"/>
        </w:rPr>
        <w:t>[34 . 8]</w:t>
      </w:r>
    </w:p>
    <w:p>
      <w:r>
        <w:rPr>
          <w:rFonts w:ascii="Gentium Plus" w:hAnsi="Gentium Plus"/>
          <w:sz w:val="24"/>
        </w:rPr>
        <w:t>Ἄψυρτος δὲ τὰς θεραπείας δοκιμάζει ταύτας· στέατος ὑείου στατῆ‐ ρας ἑκκαίδεκα, ῥητίνης τερεβινθίνης στατῆρας τέσσαρας, στέα‐</w:t>
      </w:r>
    </w:p>
    <w:p>
      <w:r>
        <w:rPr>
          <w:rFonts w:ascii="Courier New" w:hAnsi="Courier New"/>
          <w:color w:val="555555"/>
          <w:sz w:val="20"/>
        </w:rPr>
        <w:t>[5]</w:t>
      </w:r>
    </w:p>
    <w:p>
      <w:r>
        <w:rPr>
          <w:rFonts w:ascii="Gentium Plus" w:hAnsi="Gentium Plus"/>
          <w:sz w:val="24"/>
        </w:rPr>
        <w:t>ἐλαίου κοινοῦ κοτύλας δʹ· ταῦτα μίξαντας καὶ ἀναζέσαντας καὶ προσμίξαντας αὐτοῖς ἄλευρον προηψημένον ὕδατι, καὶ νίτρου καὶ ἁλῶν ἑκάστου στατῆρας ηʹ, τούτῳ θερμῷ συγχρίειν, διά τε τῶν ῥινῶν ἐγχυματίζειν στέαρ προτήξαντα, εἶτα μέλι χωρὶς τετηκὸς ἐπιχέαντα, καὶ ἔλαιον οἴνῳ συναναζέσαντα δι‐</w:t>
      </w:r>
    </w:p>
    <w:p>
      <w:r>
        <w:rPr>
          <w:rFonts w:ascii="Courier New" w:hAnsi="Courier New"/>
          <w:color w:val="555555"/>
          <w:sz w:val="20"/>
        </w:rPr>
        <w:t>[10]</w:t>
      </w:r>
    </w:p>
    <w:p>
      <w:r>
        <w:rPr>
          <w:rFonts w:ascii="Gentium Plus" w:hAnsi="Gentium Plus"/>
          <w:sz w:val="24"/>
        </w:rPr>
        <w:t>δόναι. χρησόμεθα δέ, προχωρού\ μαλάγματι τῷ διὰ βδελλίου συγκειμένῳ, ἀνιέντες αὐτὸ ἐλαίῳ ἁπλῶς ἐπ’ ἀνθράκων, ἢ μᾶλλον Κυπρίνῳ. εἶτα τὴν κεφαλὴν καὶ τὸν αὐχένα καὶ πάντα τόπον τοῦ σώματος ἀνατρίψαντας, χρὴ σκεπάσαι αὐτὸν ἐπιβλήμασιν, εἶτα χαλινωθέντα αὐτὸν</w:t>
      </w:r>
    </w:p>
    <w:p>
      <w:r>
        <w:rPr>
          <w:rFonts w:ascii="Courier New" w:hAnsi="Courier New"/>
          <w:color w:val="555555"/>
          <w:sz w:val="20"/>
        </w:rPr>
        <w:t>[15]</w:t>
      </w:r>
    </w:p>
    <w:p>
      <w:r>
        <w:rPr>
          <w:rFonts w:ascii="Gentium Plus" w:hAnsi="Gentium Plus"/>
          <w:sz w:val="24"/>
        </w:rPr>
        <w:t>ἐπικαθεσθῆναί τινα καὶ ἐν τόπω εὐηλίῳ τρέχειν ποιεῖσθαι, μέχρις ἂν ἱκανῶς ἱδρώσῃ. τότε δὲ καταμάσσοντα τὴν ἰκμάδα πᾶσαν, ἀποτρίβειν κατὰ τρίχα, καὶ πάλιν τῷ αὐτῷ συγχρίσαντα βόσκεσθαι ποιεῖν· τοῦτό τε ἐπὶ ἡμέρας γίνεσθαι, ἕως ἂν ἐνδῷ τὸ πάθος. καὶ τὴν λοιπὴν δὲ τροφὴν προσφέρειν παν‐</w:t>
      </w:r>
    </w:p>
    <w:p>
      <w:r>
        <w:rPr>
          <w:rFonts w:ascii="Courier New" w:hAnsi="Courier New"/>
          <w:color w:val="555555"/>
          <w:sz w:val="20"/>
        </w:rPr>
        <w:t>[20]</w:t>
      </w:r>
    </w:p>
    <w:p>
      <w:r>
        <w:rPr>
          <w:rFonts w:ascii="Gentium Plus" w:hAnsi="Gentium Plus"/>
          <w:sz w:val="24"/>
        </w:rPr>
        <w:t>τοδαπήν, μάλιστα ταῖς κριθαῖς μιγνύντα ἐρεβίνθους, ἵνα τὰ χελύνια ἐν κινήσει ᾖ ....... καὶ τούτοις χρῶ ἐπιβάλλων καὶ ἐπιπάσσων. χειμῶνι δὲ ἐν θερμοτάτῳ ἱστάσθω τόπῳ ἐσκε‐ πασμένος. ἡ δὲ ῥητίνη τότε πολλὴ μὴ ἐπιμισγέσθω, ἵνα μὴ ἐμφραττόμενοι οἱ πόροι τὸν ἱδρῶτα ἐκκό\|ψωσιν.</w:t>
      </w:r>
    </w:p>
    <w:p>
      <w:r>
        <w:rPr>
          <w:rFonts w:ascii="Courier New" w:hAnsi="Courier New"/>
          <w:color w:val="555555"/>
          <w:sz w:val="20"/>
        </w:rPr>
        <w:t>[34 . 9]</w:t>
      </w:r>
    </w:p>
    <w:p>
      <w:r>
        <w:rPr>
          <w:rFonts w:ascii="Gentium Plus" w:hAnsi="Gentium Plus"/>
          <w:sz w:val="24"/>
        </w:rPr>
        <w:t>ὁ αὐτὸς Ἄψυρτος οὐ δοκιμάζει ἐπὶ τούτῳ τῷ πάθει φλέβα κείρειν· παραξηραίνεσθαι γὰρ ἀπὸ τούτου μᾶλλον τὸ νευρῶδες. ἀλλ’ οὐδὲ καυτηρίοις ἐνίοτε χρῆσθαι συμφέρειν φησί, καὶ περιγενόμενον δὲ πολὺ καταδεέστερον τὸ ζῷον πρὸς</w:t>
      </w:r>
    </w:p>
    <w:p>
      <w:r>
        <w:rPr>
          <w:rFonts w:ascii="Courier New" w:hAnsi="Courier New"/>
          <w:color w:val="555555"/>
          <w:sz w:val="20"/>
        </w:rPr>
        <w:t>[5]</w:t>
      </w:r>
    </w:p>
    <w:p>
      <w:r>
        <w:rPr>
          <w:rFonts w:ascii="Gentium Plus" w:hAnsi="Gentium Plus"/>
          <w:sz w:val="24"/>
        </w:rPr>
        <w:t>τὴν ὑπηρεσίαν γίνεται. συμβαίνει δὲ τὸ πάθος τόδε ἀπὸ αἰτιῶν κατὰ τὸ πλεῖστον τοιούτων· ὅταν ὁδοιπορῶν ὁ ἵππος προσπταίσῃ τῷ ἐμπροσθίῳ ποδί, καὶ χωλεύων ἐλαύνηται καὶ ἱδρώσῃ. ἢ ὅταν ἐξ ὁδοιπορίας ἱδρωκὼς ἐν κρυμῷ στῇ ὕπαι‐ θρος ἐν λιθοστρώτῳ. ἢ ἐὰν ἐξ ὁδοιπορίας ἱδρωκὼς ἄσιτος</w:t>
      </w:r>
    </w:p>
    <w:p>
      <w:r>
        <w:rPr>
          <w:rFonts w:ascii="Courier New" w:hAnsi="Courier New"/>
          <w:color w:val="555555"/>
          <w:sz w:val="20"/>
        </w:rPr>
        <w:t>[10]</w:t>
      </w:r>
    </w:p>
    <w:p>
      <w:r>
        <w:rPr>
          <w:rFonts w:ascii="Gentium Plus" w:hAnsi="Gentium Plus"/>
          <w:sz w:val="24"/>
        </w:rPr>
        <w:t>στῇ τὴν νύκτα ἐκείνην, ὡς μὴ ἔχειν ἐν κινήσει τὰ χελύνια.</w:t>
      </w:r>
    </w:p>
    <w:p>
      <w:r>
        <w:rPr>
          <w:rFonts w:ascii="Courier New" w:hAnsi="Courier New"/>
          <w:color w:val="555555"/>
          <w:sz w:val="20"/>
        </w:rPr>
        <w:t>[34 . 10]</w:t>
      </w:r>
    </w:p>
    <w:p>
      <w:r>
        <w:rPr>
          <w:rFonts w:ascii="Gentium Plus" w:hAnsi="Gentium Plus"/>
          <w:sz w:val="24"/>
        </w:rPr>
        <w:t>ἔνιοι δὲ καὶ τούτῳ τῆς βοηθείας ἐχρήσαντο τῷ τρόπῳ, ὅταν αἴσθωνται κατ’ ἀρχὰς τοῦ πάθους· εἰσαγαγόντες εἰς βαλανεῖον καὶ ποιήσαντες ἱδρῶσαι, κατα‐ μάσσουσιν ἔνδον ξηροῖς σα\|βάνοις. καὶ μικρὸν ἐξαγαγόντες,</w:t>
      </w:r>
    </w:p>
    <w:p>
      <w:r>
        <w:rPr>
          <w:rFonts w:ascii="Courier New" w:hAnsi="Courier New"/>
          <w:color w:val="555555"/>
          <w:sz w:val="20"/>
        </w:rPr>
        <w:t>[5]</w:t>
      </w:r>
    </w:p>
    <w:p>
      <w:r>
        <w:rPr>
          <w:rFonts w:ascii="Gentium Plus" w:hAnsi="Gentium Plus"/>
          <w:sz w:val="24"/>
        </w:rPr>
        <w:t>καὶ πάλιν εἰσαγαγόντες, ὁμοίως καταμάσσουσι, εἶτα ἔνδον χρίσαντες θερμῷ χρίσματι τῷ δι’ ὄξους καὶ νίτρου καὶ ἑψή‐ ματος καὶ ᾠῶν καὶ ἐλαίου, σκεπάσαντες στρώμασι θερμοῖς, ἄγουσιν εἰς τὴν ἱπποστασίαν, καὶ λοιπὸν τοῖς ἑτέροις βοηθή‐ μασι χρῶνται, οἷς εἰρήκαμεν. ἐὰν δὲ θερμὴν βούλῃ 〈τὴν</w:t>
      </w:r>
    </w:p>
    <w:p>
      <w:r>
        <w:rPr>
          <w:rFonts w:ascii="Courier New" w:hAnsi="Courier New"/>
          <w:color w:val="555555"/>
          <w:sz w:val="20"/>
        </w:rPr>
        <w:t>[10]</w:t>
      </w:r>
    </w:p>
    <w:p>
      <w:r>
        <w:rPr>
          <w:rFonts w:ascii="Gentium Plus" w:hAnsi="Gentium Plus"/>
          <w:sz w:val="24"/>
        </w:rPr>
        <w:t>ἱπποστασίαν〉 ποιῆσαι, ἄνθρακας καλῶς προεκκεκαυμένους εἰσκόμισον. ἐὰν γὰρ καπνὸς γένηται, προσεπιτρίβει τὸ ζῷον καὶ διαφθείρει· 〈ἄριστον δὲ καὶ τὸ αἴγειον στέαρ διδόναι αἰγὸς νεοδάρτου, ὡς εἶναι τὸ στέαρ θερμόν.〉</w:t>
      </w:r>
    </w:p>
    <w:p>
      <w:pPr>
        <w:jc w:val="center"/>
      </w:pPr>
      <w:r>
        <w:rPr>
          <w:rFonts w:ascii="Gentium Plus" w:hAnsi="Gentium Plus"/>
          <w:b/>
          <w:sz w:val="24"/>
        </w:rPr>
        <w:t>Θεομνήστου εἰς τὸ αὐτό.</w:t>
      </w:r>
    </w:p>
    <w:p>
      <w:r>
        <w:rPr>
          <w:rFonts w:ascii="Courier New" w:hAnsi="Courier New"/>
          <w:color w:val="555555"/>
          <w:sz w:val="20"/>
        </w:rPr>
        <w:t>[34 . 11]</w:t>
      </w:r>
    </w:p>
    <w:p>
      <w:r>
        <w:rPr>
          <w:rFonts w:ascii="Gentium Plus" w:hAnsi="Gentium Plus"/>
          <w:sz w:val="24"/>
        </w:rPr>
        <w:t>Ὁ τέτανος τοῖς ἵπποις καὶ τοῖς ἄλλοις ὑποζυγίοις οὐκ ἄλλως ἢ ἀπὸ ψύχους γίνεται, ὅταν τὰ στερεὰ πάθη καὶ νευ‐ ρικὴν συμπάθειαν ὑπομείνῃ. καλεῖται δὲ τέτανος ἀπὸ τοῦ τετάσθαι ὅλον τὸ σῶμα, μάλιστα μὲν ἀπὸ τῆς κεφαλῆς καὶ</w:t>
      </w:r>
    </w:p>
    <w:p>
      <w:r>
        <w:rPr>
          <w:rFonts w:ascii="Courier New" w:hAnsi="Courier New"/>
          <w:color w:val="555555"/>
          <w:sz w:val="20"/>
        </w:rPr>
        <w:t>[5]</w:t>
      </w:r>
    </w:p>
    <w:p>
      <w:r>
        <w:rPr>
          <w:rFonts w:ascii="Gentium Plus" w:hAnsi="Gentium Plus"/>
          <w:sz w:val="24"/>
        </w:rPr>
        <w:t>ὤτων καὶ τραχήλου. μέχρι δὲ τότε ζῇ, ἕως ἡ καρδία οὐ ψύ‐ χεται, ψυχείσης δὲ διαφωνήσει.</w:t>
      </w:r>
    </w:p>
    <w:p>
      <w:r>
        <w:rPr>
          <w:rFonts w:ascii="Courier New" w:hAnsi="Courier New"/>
          <w:color w:val="555555"/>
          <w:sz w:val="20"/>
        </w:rPr>
        <w:t>[34 . 12]</w:t>
      </w:r>
    </w:p>
    <w:p>
      <w:r>
        <w:rPr>
          <w:rFonts w:ascii="Gentium Plus" w:hAnsi="Gentium Plus"/>
          <w:sz w:val="24"/>
        </w:rPr>
        <w:t>τοῦτο δὲ ἔγνων ἐγὼ γενόμε\ Κάρνον τῆσ〉 Παννονίας, βασιλεῖ παρεπόμενος καὶ ὡς φίλος σὺν αὐτῷ διάγων. 〈ἀθρόως οὖν ἠπείχθη διὰ γάμον, καὶ ἀπὸ τῆς Κάρνου κατ’ ἀρχὰς τοῦ φεβρουαρίου μηνὸς</w:t>
      </w:r>
    </w:p>
    <w:p>
      <w:r>
        <w:rPr>
          <w:rFonts w:ascii="Courier New" w:hAnsi="Courier New"/>
          <w:color w:val="555555"/>
          <w:sz w:val="20"/>
        </w:rPr>
        <w:t>[5]</w:t>
      </w:r>
    </w:p>
    <w:p>
      <w:r>
        <w:rPr>
          <w:rFonts w:ascii="Gentium Plus" w:hAnsi="Gentium Plus"/>
          <w:sz w:val="24"/>
        </w:rPr>
        <w:t>ὥδευσε τεταμένως εἰς τὴν Ἰταλίαν, ὡς δύο καὶ τρεῖς μονὰς μίαν ποιῆσαι. διελθόντων δὲ ἡμῶν πᾶσαν τὴν Νωρικὸν καὶ λοιπὸν ἐπὶ τὰς Ἄλπεις ἐπιβάντων τὰς Ἰουλίας καλου‐ μένας,〉 χιὼν ἐξαίφνης κατερράγη πολλὴ περὶ πρώτην ὥραν, 〈ἀναβαινόντων τὰς Ἄλπεις. τότε〉 καὶ οἱ στρατιῶται ἐπὶ τοῖς</w:t>
      </w:r>
    </w:p>
    <w:p>
      <w:r>
        <w:rPr>
          <w:rFonts w:ascii="Courier New" w:hAnsi="Courier New"/>
          <w:color w:val="555555"/>
          <w:sz w:val="20"/>
        </w:rPr>
        <w:t>[10]</w:t>
      </w:r>
    </w:p>
    <w:p>
      <w:r>
        <w:rPr>
          <w:rFonts w:ascii="Gentium Plus" w:hAnsi="Gentium Plus"/>
          <w:sz w:val="24"/>
        </w:rPr>
        <w:t>ἵπποις παγέντες ἀπώλλυντο, καὶ ἔμενον ἐπὶ τῶν ἵππων συν‐ τεταμένοι. σημεῖον δὲ ἦν τοῦ τεθνηκέναι αὐτούς· σπωμένων γὰρ τῶν χειλῶν, οἱ ὀδόντες ἐφαίνοντο, καὶ συνέβαινεν τὸν ἵππον ἔτι ζῆν. ἔφερεν δὲ τὸν νέκυν τοῦ στρατιώτου καὶ εἵπετο, ὁ δὲ νέκυς κατεῖχεν καὶ τὸ ὅπλον καὶ τὴν ἡνίαν, καὶ</w:t>
      </w:r>
    </w:p>
    <w:p>
      <w:r>
        <w:rPr>
          <w:rFonts w:ascii="Courier New" w:hAnsi="Courier New"/>
          <w:color w:val="555555"/>
          <w:sz w:val="20"/>
        </w:rPr>
        <w:t>[15]</w:t>
      </w:r>
    </w:p>
    <w:p>
      <w:r>
        <w:rPr>
          <w:rFonts w:ascii="Gentium Plus" w:hAnsi="Gentium Plus"/>
          <w:sz w:val="24"/>
        </w:rPr>
        <w:t>τεταμένος ἔμενεν, τρόπον τινὰ συμπεφυκὼς τῷ ἵππῳ, ὡς ἔρ‐ γον εἶναι τοῖς ζῶσι καθελεῖν αὐτόν. εἰ δὲ καὶ ὁ ἵππος συν‐ τεθνήκοι, παγεὶς εἱστήκει καὶ ἀπέμενεν. ταῦτα μὲν ἔπαθον 〈πολλοὶ〉 καὶ ἄνδρες καὶ ἵπποι 〈καὶ ἡμιόνοι.</w:t>
      </w:r>
    </w:p>
    <w:p>
      <w:r>
        <w:rPr>
          <w:rFonts w:ascii="Courier New" w:hAnsi="Courier New"/>
          <w:color w:val="555555"/>
          <w:sz w:val="20"/>
        </w:rPr>
        <w:t>[34 . 13]</w:t>
      </w:r>
    </w:p>
    <w:p>
      <w:r>
        <w:rPr>
          <w:rFonts w:ascii="Gentium Plus" w:hAnsi="Gentium Plus"/>
          <w:sz w:val="24"/>
        </w:rPr>
        <w:t>μόνοι δέ, ὅσοι πρὸ βασιλέως εἰς τὰς πόλεις προεπέμποντο ἡμεροδρόμοι, οὔτε αὐτοὶ ἀπέθανον οὔτε οἱ ἵπποι αὐτῶν. φανερὰ δὲ ἦν ἡ αἰτία· ἡ γὰρ συνεχὴς κίνησις ἔθαλπε τὸ ψυχρὸν καὶ ἐζῳο‐</w:t>
      </w:r>
    </w:p>
    <w:p>
      <w:r>
        <w:rPr>
          <w:rFonts w:ascii="Courier New" w:hAnsi="Courier New"/>
          <w:color w:val="555555"/>
          <w:sz w:val="20"/>
        </w:rPr>
        <w:t>[5]</w:t>
      </w:r>
    </w:p>
    <w:p>
      <w:r>
        <w:rPr>
          <w:rFonts w:ascii="Gentium Plus" w:hAnsi="Gentium Plus"/>
          <w:sz w:val="24"/>
        </w:rPr>
        <w:t>ποίει.〉 ἵππος οὖν τότε ἐμὸς τῶν σπουδαίων, ἐφ’ ᾧ νεανίσκος ἐκάθητο, ἐλήφθη τῷ τετάνῳ. καὶ σφόδρα με τὸ πρᾶγμα ἐλύπει, οὐδὲν γὰρ ἵππου καλοῦ καὶ γοργοῦ \| προκριτέον. ἦν δὲ ὁ ἵππος Γαλλικὸς ἐτῶν ὀκτώ, τῷ δρόμῳ ἀκατάσχετος 〈περὶ τοὺς ἐλάφουσ〉. σφόδρα οὖν ἐμέλησέ μοι σῶσαι τὸν ἵππον.</w:t>
      </w:r>
    </w:p>
    <w:p>
      <w:r>
        <w:rPr>
          <w:rFonts w:ascii="Courier New" w:hAnsi="Courier New"/>
          <w:color w:val="555555"/>
          <w:sz w:val="20"/>
        </w:rPr>
        <w:t>[10]</w:t>
      </w:r>
    </w:p>
    <w:p>
      <w:r>
        <w:rPr>
          <w:rFonts w:ascii="Gentium Plus" w:hAnsi="Gentium Plus"/>
          <w:sz w:val="24"/>
        </w:rPr>
        <w:t>καὶ ἐπειδὴ κατελθόντες ἐμείναμεν εἰς πόλιν 〈ἡμῶν πρώτην, εὐθὺς μὲν〉 ξύλα δαψιλῆ 〈σχών〉, ἦν γὰρ βέλτιστος ὁ ξένος μου, 〈ὃς παρέσχεν ἄκαπνα〉, ἔστησα αὐτὸν ἐν στάβλῳ μικρῷ 〈μόνον〉 καὶ ἐν κύκλῳ ξύλα αὐτοῦ παρέκαυσα [ἄκαπνα] νεκρῷ σχεδὸν ὄντι. περὶ ὥραν οὖν ἀλεκτρυόνος ἤρξατο κινεῖσθαι.</w:t>
      </w:r>
    </w:p>
    <w:p>
      <w:r>
        <w:rPr>
          <w:rFonts w:ascii="Courier New" w:hAnsi="Courier New"/>
          <w:color w:val="555555"/>
          <w:sz w:val="20"/>
        </w:rPr>
        <w:t>[15]</w:t>
      </w:r>
    </w:p>
    <w:p>
      <w:r>
        <w:rPr>
          <w:rFonts w:ascii="Gentium Plus" w:hAnsi="Gentium Plus"/>
          <w:sz w:val="24"/>
        </w:rPr>
        <w:t>ἔχων δὲ ἐν τῷ βουττίῳ ἔντρυγον κονδῖτον, καὶ ἐπειδὴ τρώ‐ γειν οὐκ ἠδύνατο οὐδὲ κινῆσαι τὰς σιαγόνας, ἄρτους καθα‐ ροὺς ἐμβρέξας εἰς αὐτὸν ἀνακειμένῳ ἐνεχυμάτισα τρίτον.</w:t>
      </w:r>
    </w:p>
    <w:p>
      <w:r>
        <w:rPr>
          <w:rFonts w:ascii="Courier New" w:hAnsi="Courier New"/>
          <w:color w:val="555555"/>
          <w:sz w:val="20"/>
        </w:rPr>
        <w:t>[34 . 14]</w:t>
      </w:r>
    </w:p>
    <w:p>
      <w:r>
        <w:rPr>
          <w:rFonts w:ascii="Gentium Plus" w:hAnsi="Gentium Plus"/>
          <w:sz w:val="24"/>
        </w:rPr>
        <w:t>ἦν δὲ καὶ ἄκοπον σκευάσας ἐμαυτῷ διὰ τούτους τοὺς χει‐ μῶνας ἀπὸ τῶν ἁπλῶν φαρμάκων, ὅπερ ἀναλύσας ἐλαίῳ Κυ‐ πρίνῳ, ἔχρισα τὸν ἵππον. ἱδροῦν τε εὐθὺς ἤρξατο καὶ κινεῖ‐ σθαι καὶ ἐσθίειν. οὗ δὴ καὶ τὴν δύναμιν καὶ τὴν συσταθμίαν</w:t>
      </w:r>
    </w:p>
    <w:p>
      <w:r>
        <w:rPr>
          <w:rFonts w:ascii="Courier New" w:hAnsi="Courier New"/>
          <w:color w:val="555555"/>
          <w:sz w:val="20"/>
        </w:rPr>
        <w:t>[5]</w:t>
      </w:r>
    </w:p>
    <w:p>
      <w:r>
        <w:rPr>
          <w:rFonts w:ascii="Gentium Plus" w:hAnsi="Gentium Plus"/>
          <w:sz w:val="24"/>
        </w:rPr>
        <w:t>ἐκθήσομαι. ἐν δὲ τούτῳ θεραπεύσεις μὲν πάντα τέ\ ἵππων καὶ τῶν ἄλλων ὑποζυγίων, πάντα δὲ κρυμὸν 〈ἀπε‐ λάσεισ〉 καὶ τοὺς κατεψυγμένους ἰάσῃ, καὶ ἡμιξήρους γεγο‐ νότας ἀποκαταστήσεις εἰς τὸ κατὰ φύσιν. καὶ ὅλως τούτου θερμότερον οὐδὲν οὐδενὶ οὐδὲ ἰατρῷ οὐδὲ ἱπποϊα‐</w:t>
      </w:r>
    </w:p>
    <w:p>
      <w:r>
        <w:rPr>
          <w:rFonts w:ascii="Courier New" w:hAnsi="Courier New"/>
          <w:color w:val="555555"/>
          <w:sz w:val="20"/>
        </w:rPr>
        <w:t>[10]</w:t>
      </w:r>
    </w:p>
    <w:p>
      <w:r>
        <w:rPr>
          <w:rFonts w:ascii="Gentium Plus" w:hAnsi="Gentium Plus"/>
          <w:sz w:val="24"/>
        </w:rPr>
        <w:t>τρῷ ἀνεγράφη φάρμακον οὐδὲ ἀναγραφήσεται. ἔστι δὲ τοῦτο· εὐφορβίου γο βʹ, καστορίου γο δʹ, ἀδάρκης γο ἕξ, βδελλίου γο τρεῖς, πεπέρεως λίτραν αʹ, ἀλώπεκος στέατος γο βʹ, ὀποπάνακος γο δʹ, ὀποῦ λασάρου γο γʹ, ἀμμωνιακοῦ θυμιάματος γο ἕξ, 〈στέατος παλαιοῦ χοιρείου 𐆃 αʹ〉, κόπρου</w:t>
      </w:r>
    </w:p>
    <w:p>
      <w:r>
        <w:rPr>
          <w:rFonts w:ascii="Courier New" w:hAnsi="Courier New"/>
          <w:color w:val="555555"/>
          <w:sz w:val="20"/>
        </w:rPr>
        <w:t>[15]</w:t>
      </w:r>
    </w:p>
    <w:p>
      <w:r>
        <w:rPr>
          <w:rFonts w:ascii="Gentium Plus" w:hAnsi="Gentium Plus"/>
          <w:sz w:val="24"/>
        </w:rPr>
        <w:t>περιστερᾶς γο ἕξ, χαλβάνης γο βʹ, νίτρου γο εʹ, ἀφρονίτρου γο γʹ, λαδάνου λίτραν αʹ, πυρέθρου 〈γο αʹ〉, δαφνίδων γο γʹ, καρδαμώμου γο ηʹ, πηγάνου σπέρματος γο ἕξ, ἄγνου σπέρμα‐ τος γο δʹ, πετροσελίνου γο βʹ, ἴρεως ξηρᾶς γο εʹ, ὑσσώπου γο γʹ, καρποβαλσάμου γο γʹ, ὀποβαλσάμου λίτραν αʹ, ἐλαίου</w:t>
      </w:r>
    </w:p>
    <w:p>
      <w:r>
        <w:rPr>
          <w:rFonts w:ascii="Courier New" w:hAnsi="Courier New"/>
          <w:color w:val="555555"/>
          <w:sz w:val="20"/>
        </w:rPr>
        <w:t>[20]</w:t>
      </w:r>
    </w:p>
    <w:p>
      <w:r>
        <w:rPr>
          <w:rFonts w:ascii="Gentium Plus" w:hAnsi="Gentium Plus"/>
          <w:sz w:val="24"/>
        </w:rPr>
        <w:t>ἰρίνου ξέ. αʹ, ἐλαίου νάρδου ξέ. βʹ, \ ἐλαίου Κυπρίνου ξέ. γʹ, ἐλαίου σφόδρα παλαιοῦ ξέ. δʹ, πισσο‐ κάπνου ξέ. αʹ, ῥητίνης τερεβινθίνης λίτραν αʹ. τὰ τηκτὰ</w:t>
      </w:r>
    </w:p>
    <w:p>
      <w:r>
        <w:rPr>
          <w:rFonts w:ascii="Courier New" w:hAnsi="Courier New"/>
          <w:color w:val="555555"/>
          <w:sz w:val="20"/>
        </w:rPr>
        <w:t>[25]</w:t>
      </w:r>
    </w:p>
    <w:p>
      <w:r>
        <w:rPr>
          <w:rFonts w:ascii="Gentium Plus" w:hAnsi="Gentium Plus"/>
          <w:sz w:val="24"/>
        </w:rPr>
        <w:t>οἴνου, 〈κἂν ἄλλο γένηται πρὸς νευρικὴν ψύξιν καὶ νευροπά‐ θειαν. ὅσῳ δὲ χρόνιον γίνεται, μᾶλλον ἰσχύει.〉 εἰ δὲ τῷ χρόνῳ σκληρὸν γένηται, ἐλαίῳ Κυπρίνῳ λῦσον γλοιοῦ πάχος, καὶ χρῶ. καθαίρει δὲ τοῦτο καὶ κεφαλὴν 〈ἔνρινον ὑπερτόνῳ〉 διὰ μυκτήρων διδόμενον.</w:t>
      </w:r>
    </w:p>
    <w:p>
      <w:pPr>
        <w:jc w:val="center"/>
      </w:pPr>
      <w:r>
        <w:rPr>
          <w:rFonts w:ascii="Gentium Plus" w:hAnsi="Gentium Plus"/>
          <w:b/>
          <w:sz w:val="24"/>
        </w:rPr>
        <w:t>Ἱπποκράτους εἰς τὸ αὐτό.</w:t>
      </w:r>
    </w:p>
    <w:p>
      <w:r>
        <w:rPr>
          <w:rFonts w:ascii="Courier New" w:hAnsi="Courier New"/>
          <w:color w:val="555555"/>
          <w:sz w:val="20"/>
        </w:rPr>
        <w:t>[1]</w:t>
      </w:r>
    </w:p>
    <w:p>
      <w:r>
        <w:rPr>
          <w:rFonts w:ascii="Gentium Plus" w:hAnsi="Gentium Plus"/>
          <w:sz w:val="24"/>
        </w:rPr>
        <w:t>Κασίας ὁλκὰς γʹ, σμύρνης τρωγλίτιδος ὁλκὰς βʹ, τραγα‐ κάνθης ὁλκὴν μίαν, ταῦτα λειοτριβήσας, βάλε εἰς ἑκάστην πόσιν ὁλκὰς γʹ καὶ ᾠῶν τὰ λευκὰ καὶ ἐλαίου κοτύλην μίαν καὶ οἴνου παλαιοῦ τὸ ἴσον, μέλιτος κοτύλας βʹ καὶ ἐγχυμάτιζε</w:t>
      </w:r>
    </w:p>
    <w:p>
      <w:r>
        <w:rPr>
          <w:rFonts w:ascii="Courier New" w:hAnsi="Courier New"/>
          <w:color w:val="555555"/>
          <w:sz w:val="20"/>
        </w:rPr>
        <w:t>[5]</w:t>
      </w:r>
    </w:p>
    <w:p>
      <w:r>
        <w:rPr>
          <w:rFonts w:ascii="Gentium Plus" w:hAnsi="Gentium Plus"/>
          <w:sz w:val="24"/>
        </w:rPr>
        <w:t>ἐπὶ ἡμέραις τρισί. πρὸ τοῦ δὲ τροφὴν λαβεῖν, δίδου ὀρόβων πεφρυγμένων κοτύλην μίαν \| ἢ ἐρεγμοῦ ὁμοίως.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Ἐὰν ὑπὸ ὀπισθοτόνου ἐνοχληθῇ ἵππος, ἀνακάθηται ὥσπερ κύων, καὶ 〈οὐκ〉 ἀκολουθεῖ τὰ ὀπίσθια τοῖς ἐμπροσθίοις. τοῦ‐ τον οὖν φλεβοτόμει ἐκ τῶν βουβώνων, καὶ πυρία ὕδατι θερμῷ, εἶτα καταμίξας σύγχριε οἰνελαίῳ καὶ δαφνίσιν. ἐπικείσθω δὲ</w:t>
      </w:r>
    </w:p>
    <w:p>
      <w:r>
        <w:rPr>
          <w:rFonts w:ascii="Courier New" w:hAnsi="Courier New"/>
          <w:color w:val="555555"/>
          <w:sz w:val="20"/>
        </w:rPr>
        <w:t>[5]</w:t>
      </w:r>
    </w:p>
    <w:p>
      <w:r>
        <w:rPr>
          <w:rFonts w:ascii="Gentium Plus" w:hAnsi="Gentium Plus"/>
          <w:sz w:val="24"/>
        </w:rPr>
        <w:t>ἐπὶ τῆς κεφαλῆς νάκος ἢ τῶν ψυῶν τῆς αὐτῆς ἐμβροχῆς. ἐγχυμάτιζε δὲ βαλὼν σμύρνης γο γʹ, κρόκου ὁλκὴν μίαν, ἐλαίου κοτύλας δʹ, οἴνου ξέ. αʹ.</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Κηρόν, ἀμμωνιακόν, ῥητίνην Κολοφωνίαν, χαλβάνην, βδέλλιον, ὀποπάνακα, ἀξούγγιον, θεῖον ἄπυρον, μυελοῦ ἐλα‐</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Ἐὰν ἵππος ὑπέρτονος γένηται, ὅλῳ τῷ σώματι τρέμει, καὶ ἐπαναστὰς εἰς τοὐπίσω \| ἀπέρχεται, ἔπειτα ὀρθῶς ἀνίστα‐ ται, καὶ τρέμει ὅλως καὶ ἱδροῖ. ἰᾶται δὲ οὕτως· δεῖ λῦσαι τὰς φλέβας τὰς ἐν τῷ στήθει, εἶτα τὰς περὶ τὴν ἕδραν, καὶ λούειν</w:t>
      </w:r>
    </w:p>
    <w:p>
      <w:r>
        <w:rPr>
          <w:rFonts w:ascii="Courier New" w:hAnsi="Courier New"/>
          <w:color w:val="555555"/>
          <w:sz w:val="20"/>
        </w:rPr>
        <w:t>[5]</w:t>
      </w:r>
    </w:p>
    <w:p>
      <w:r>
        <w:rPr>
          <w:rFonts w:ascii="Gentium Plus" w:hAnsi="Gentium Plus"/>
          <w:sz w:val="24"/>
        </w:rPr>
        <w:t>θερμῷ πολλῷ, εἶτα κηρωτῇ τὸ σῶμα ἐναλείφειν καὶ στρωννύ‐ ειν ἐν σκότει, καὶ ἠρεμεῖν ἐν τῇ ἱπποστασίᾳ ποιεῖν. ἐπὰν δὲ ἄνεσις γένηται τοῦ στεναγμοῦ, φαγεῖν δίδου χόρτον, καταρραί‐ νων αὐτὸν νίτρῳ, κριθῶν δὲ ποίει ἀπέχεσθαι, ἕως ἂν ἀσφα‐ λῶς σχῇ.</w:t>
      </w:r>
    </w:p>
    <w:p>
      <w:pPr>
        <w:jc w:val="center"/>
      </w:pPr>
      <w:r>
        <w:rPr>
          <w:rFonts w:ascii="Gentium Plus" w:hAnsi="Gentium Plus"/>
          <w:b/>
          <w:sz w:val="24"/>
        </w:rPr>
        <w:t>τετάνου πρόγνωσις καὶ ἴασις.</w:t>
      </w:r>
    </w:p>
    <w:p>
      <w:r>
        <w:rPr>
          <w:rFonts w:ascii="Courier New" w:hAnsi="Courier New"/>
          <w:color w:val="555555"/>
          <w:sz w:val="20"/>
        </w:rPr>
        <w:t>[1]</w:t>
      </w:r>
    </w:p>
    <w:p>
      <w:r>
        <w:rPr>
          <w:rFonts w:ascii="Gentium Plus" w:hAnsi="Gentium Plus"/>
          <w:sz w:val="24"/>
        </w:rPr>
        <w:t>Ἐὰν ἵππος τετάνῳ συσχεθῇ, ἡ κεφαλὴ αὐτοῦ ἐν τῷ τρα‐ χήλῳ πήγνυται, καὶ οὐ περιστρέφεται, εἰ μὴ μόλις, αἵ τε νω‐ τιαῖαι φλέβες συντέτανται, ὥσπερ ἐπὶ τῆς ποδάγρας, καὶ τὰ ὦτα βέβληται πλάγια, τό τε στόμα ξηρόν ἐστι καὶ ἄνικμον καὶ</w:t>
      </w:r>
    </w:p>
    <w:p>
      <w:r>
        <w:rPr>
          <w:rFonts w:ascii="Courier New" w:hAnsi="Courier New"/>
          <w:color w:val="555555"/>
          <w:sz w:val="20"/>
        </w:rPr>
        <w:t>[5]</w:t>
      </w:r>
    </w:p>
    <w:p>
      <w:r>
        <w:rPr>
          <w:rFonts w:ascii="Gentium Plus" w:hAnsi="Gentium Plus"/>
          <w:sz w:val="24"/>
        </w:rPr>
        <w:t>τὰ χείλη. κύαθον οὖν οἴνου ἀκράτου θερμαίνων, καὶ τοῦ ἀπὸ \ τῆς ποδάγρας φαρμάκου τὸ ἴσον, ὁποτέρου ἂν μᾶλλον μυ‐ κτῆρος τὸ πνεῦμα ἔχηται, εἰς τοῦτον ἔγχει. ἐὰν δὲ ἐγχέῃς, τρο‐ χασάτω παραχρῆμα. καὶ μὴ δίδου ἐκείνης τῆς ἡμέρας μηδὲν ἀλλ’ ἢ ἄλευρον πίνειν ἐφ’ ἑκάτερον, δεῖπνον καὶ ἄριστον.</w:t>
      </w:r>
    </w:p>
    <w:p>
      <w:pPr>
        <w:jc w:val="center"/>
      </w:pPr>
      <w:r>
        <w:rPr>
          <w:rFonts w:ascii="Gentium Plus" w:hAnsi="Gentium Plus"/>
          <w:b/>
          <w:sz w:val="24"/>
        </w:rPr>
        <w:t>ὀπισθοτόνου πρόγνωσις καὶ ἴασις.</w:t>
      </w:r>
    </w:p>
    <w:p>
      <w:r>
        <w:rPr>
          <w:rFonts w:ascii="Courier New" w:hAnsi="Courier New"/>
          <w:color w:val="555555"/>
          <w:sz w:val="20"/>
        </w:rPr>
        <w:t>[1]</w:t>
      </w:r>
    </w:p>
    <w:p>
      <w:r>
        <w:rPr>
          <w:rFonts w:ascii="Gentium Plus" w:hAnsi="Gentium Plus"/>
          <w:sz w:val="24"/>
        </w:rPr>
        <w:t>Πρῶτον μὲν τὰ ὦτα τοῦ ἵππου τείνονται ὀρθά, καὶ τὸ ὄμμα κατεστραμμένον ἔχει, καὶ οὐ δύναται στρέφεσθαι ἐν μι‐ κρῷ, ἀλλὰ περιάγει ὅλον τὸ σῶμα συγκλῶν, καὶ τοὺς πόδας οὐ φέρει κατ’ εὐθύ, καὶ ὁ τράχηλος δὲ σκληρός· εἰ οὖν φθάσει</w:t>
      </w:r>
    </w:p>
    <w:p>
      <w:r>
        <w:rPr>
          <w:rFonts w:ascii="Courier New" w:hAnsi="Courier New"/>
          <w:color w:val="555555"/>
          <w:sz w:val="20"/>
        </w:rPr>
        <w:t>[5]</w:t>
      </w:r>
    </w:p>
    <w:p>
      <w:r>
        <w:rPr>
          <w:rFonts w:ascii="Gentium Plus" w:hAnsi="Gentium Plus"/>
          <w:sz w:val="24"/>
        </w:rPr>
        <w:t>τὸ στόμα συγκλεῖσαι, ἀπολεῖται ἀπὸ λιμοῦ. ἐὰν οὖν προφθά‐</w:t>
      </w:r>
    </w:p>
    <w:p>
      <w:r>
        <w:rPr>
          <w:rFonts w:ascii="Courier New" w:hAnsi="Courier New"/>
          <w:color w:val="555555"/>
          <w:sz w:val="20"/>
        </w:rPr>
        <w:t>[10]</w:t>
      </w:r>
    </w:p>
    <w:p>
      <w:r>
        <w:rPr>
          <w:rFonts w:ascii="Gentium Plus" w:hAnsi="Gentium Plus"/>
          <w:sz w:val="24"/>
        </w:rPr>
        <w:t>δὲ τὰ τραύματα γλυκέσι, καὶ πυρία ὄξει, καὶ τὸ ἔγχυμα δίδου ἐπὶ ἡμέραις ἑπτά, τῇ δὲ ὀγδόῃ πλῦνε τὰ ἕλκη ὕδατι θερμῷ, καὶ θεράπευε τῷ λυκίῳ· μότους δὲ ἐρίων πιναρῶν ποίει, βρέ‐ χων ἐν μέλιτι.</w:t>
      </w:r>
    </w:p>
    <w:p>
      <w:pPr>
        <w:jc w:val="center"/>
      </w:pPr>
      <w:r>
        <w:rPr>
          <w:rFonts w:ascii="Gentium Plus" w:hAnsi="Gentium Plus"/>
          <w:b/>
          <w:sz w:val="24"/>
        </w:rPr>
        <w:t>ἄλλο Πελαγωνίου πρὸς ὀπισθοτονικούς.</w:t>
      </w:r>
    </w:p>
    <w:p>
      <w:r>
        <w:rPr>
          <w:rFonts w:ascii="Courier New" w:hAnsi="Courier New"/>
          <w:color w:val="555555"/>
          <w:sz w:val="20"/>
        </w:rPr>
        <w:t>[34 . 21]</w:t>
      </w:r>
    </w:p>
    <w:p>
      <w:r>
        <w:rPr>
          <w:rFonts w:ascii="Gentium Plus" w:hAnsi="Gentium Plus"/>
          <w:sz w:val="24"/>
        </w:rPr>
        <w:t>Χρὴ τὸν ἐπιμελέστατον ἱπποτρόφον πρὸ πάντων τοῦτο παραφυλάττειν τὸ πάθος. πολλοὶ γὰρ περὶ ὀπισθοτόνου διά‐ φορα εἰρήκασιν, ἀγνοοῦντες, ἐκ ποίας αἰτίας τὸ πάθος γίνεται, μήτε μὴν νοῆσαι δυνάμενοι τὰ τούτου σημεῖα, ὁποῖα τυγχάνει.</w:t>
      </w:r>
    </w:p>
    <w:p>
      <w:r>
        <w:rPr>
          <w:rFonts w:ascii="Courier New" w:hAnsi="Courier New"/>
          <w:color w:val="555555"/>
          <w:sz w:val="20"/>
        </w:rPr>
        <w:t>[5]</w:t>
      </w:r>
    </w:p>
    <w:p>
      <w:r>
        <w:rPr>
          <w:rFonts w:ascii="Gentium Plus" w:hAnsi="Gentium Plus"/>
          <w:sz w:val="24"/>
        </w:rPr>
        <w:t>ἅπερ ἡμεῖς πολλῷ καμάτῳ ἐπὶ πολὺ τὰ τῆς τοιαύτης νόσου γνωρίσματα ζητήσαντες εὕρομεν. ἔστι δὲ ταῦτα· τράχηλος ἀποτεταμένος, κυρτωθῆναι μὴ δυνάμενος, κεφαλὴ ὁμοίως, ὦτα ἑστῶτα σκληρά, καμφθῆναι μὴ δυνάμενα, ὀφθαλ‐ μοὶ μικροί, τὰ τῆς ὄψεως ὀστέα φαινόμενα, δέρμα \| τεταμένον</w:t>
      </w:r>
    </w:p>
    <w:p>
      <w:r>
        <w:rPr>
          <w:rFonts w:ascii="Courier New" w:hAnsi="Courier New"/>
          <w:color w:val="555555"/>
          <w:sz w:val="20"/>
        </w:rPr>
        <w:t>[10]</w:t>
      </w:r>
    </w:p>
    <w:p>
      <w:r>
        <w:rPr>
          <w:rFonts w:ascii="Gentium Plus" w:hAnsi="Gentium Plus"/>
          <w:sz w:val="24"/>
        </w:rPr>
        <w:t>καὶ ἀπεσκληρυμμένον, χείλη πεφρυγμένα. ἔχει δὲ καὶ τὸ στόμα μεμυκὸς οὔτε ἀνοῖξαι οὔτε χασμήσασθαι δυνάμενος, τροφὴν ἢ ποτὸν· οὐ προσίεται, ἡ οὐρὰ ἀποσκληρυνθεῖσα ὀρθὴ καὶ ἀκαμπὴς διαμένει, προσσχεῖν δὲ διὰ τῶν πλαγίων οὐ δύναται, τὸ βῆμα ἀτάκτως ἀποτίθεται, τοὺς ὀπισθίους πόδας τῶν ἐμ‐</w:t>
      </w:r>
    </w:p>
    <w:p>
      <w:r>
        <w:rPr>
          <w:rFonts w:ascii="Courier New" w:hAnsi="Courier New"/>
          <w:color w:val="555555"/>
          <w:sz w:val="20"/>
        </w:rPr>
        <w:t>[15]</w:t>
      </w:r>
    </w:p>
    <w:p>
      <w:r>
        <w:rPr>
          <w:rFonts w:ascii="Gentium Plus" w:hAnsi="Gentium Plus"/>
          <w:sz w:val="24"/>
        </w:rPr>
        <w:t>προσθίων προβάλλει οὕτως, ὥστε τοὺς ὄνυχας ἀποξέειν, τοὺς ἐμπροσθίους πόδας κάμπτειν οὐ δύναται, καὶ σύμπαντα αὐτοῦ τὰ μέλη [ἢ] διατέταται ἐν τοῖς ὀπισθίοις μέρεσιν. ἢ οὐδέποτε ἢ δυσκόλως τινάσσεται, ἐπί τε τὰ πρόσω βιαζόμενος, ὀπίσω εἰς</w:t>
      </w:r>
    </w:p>
    <w:p>
      <w:r>
        <w:rPr>
          <w:rFonts w:ascii="Courier New" w:hAnsi="Courier New"/>
          <w:color w:val="555555"/>
          <w:sz w:val="20"/>
        </w:rPr>
        <w:t>[20]</w:t>
      </w:r>
    </w:p>
    <w:p>
      <w:r>
        <w:rPr>
          <w:rFonts w:ascii="Gentium Plus" w:hAnsi="Gentium Plus"/>
          <w:sz w:val="24"/>
        </w:rPr>
        <w:t>ὁπότε ἀνίστασθαι βούλοιτο, δυσχερῶς μὲν ἐκ τῶν ὀπισθίων ἐγείρεται, ἐπὶ δὲ τοὺς νεφροὺς συγκαθέζεται, ὅθεν καὶ ἡ τοῦ ὀπισθοτόνου προσηγορία κατάγεται.</w:t>
      </w:r>
    </w:p>
    <w:p>
      <w:r>
        <w:rPr>
          <w:rFonts w:ascii="Courier New" w:hAnsi="Courier New"/>
          <w:color w:val="555555"/>
          <w:sz w:val="20"/>
        </w:rPr>
        <w:t>[34 . 22]</w:t>
      </w:r>
    </w:p>
    <w:p>
      <w:r>
        <w:rPr>
          <w:rFonts w:ascii="Gentium Plus" w:hAnsi="Gentium Plus"/>
          <w:sz w:val="24"/>
        </w:rPr>
        <w:t>θεραπεύσεις δὲ τὸ τοιοῦτο πάθος χειμῶνος μὲν δυσχερῶς, τῷ δὲ θέρει εἰ θελή\|σειας μετὰ τῆς δεούσης ἐπιμελείας, περι‐ γενήσῃ. καὶ πρῶτον μὲν ἀλείμμασι χρήσῃ τοιούτοις· στέαρ χοίρειον, ῥητίνην τερεβινθίνην, κηρὸν λελειωμένον, ἐν ταὐτῷ</w:t>
      </w:r>
    </w:p>
    <w:p>
      <w:r>
        <w:rPr>
          <w:rFonts w:ascii="Courier New" w:hAnsi="Courier New"/>
          <w:color w:val="555555"/>
          <w:sz w:val="20"/>
        </w:rPr>
        <w:t>[5]</w:t>
      </w:r>
    </w:p>
    <w:p>
      <w:r>
        <w:rPr>
          <w:rFonts w:ascii="Gentium Plus" w:hAnsi="Gentium Plus"/>
          <w:sz w:val="24"/>
        </w:rPr>
        <w:t>ἐλαίῳ ἀναλάμβανε καὶ χρῶ. πολλοὶ δὲ καὶ ὀρόβους ἑψήσαν‐ τες, τῷ ὕδατι τὴν κεφαλὴν ἐπαντλοῦσιν, τὸ δ’ αὐτὸ καὶ ἀπὸ κριθῶν ποιοῦσιν. τινὲς δὲ καὶ ἐπὶ κοπρίας χωννύουσι τὸ κάμνον ζῷον ἢ εἰς θερμὴν ἄμμον. ποιοῦσι δὲ καὶ προπότι‐ σμα τόδε· πεπέρεως κόκκους δέκα, νίτρου γο αʹ, ὀποῦ Κυρη‐</w:t>
      </w:r>
    </w:p>
    <w:p>
      <w:r>
        <w:rPr>
          <w:rFonts w:ascii="Courier New" w:hAnsi="Courier New"/>
          <w:color w:val="555555"/>
          <w:sz w:val="20"/>
        </w:rPr>
        <w:t>[10]</w:t>
      </w:r>
    </w:p>
    <w:p>
      <w:r>
        <w:rPr>
          <w:rFonts w:ascii="Gentium Plus" w:hAnsi="Gentium Plus"/>
          <w:sz w:val="24"/>
        </w:rPr>
        <w:t>ναϊκοῦ κυάμου μέγεθος· ταῦτα πάντα κατὰ μόνας λειώσας καὶ μίξας προστιθεὶς ἐλαίου καὶ οἴνου πρωτείου ξέστας δύο καθ’ ἑκάστην ἡμέραν προπότιζε. πολλοὶ δὲ καὶ τοῦτο συμβάλλε‐ σθαι λέγουσιν, ὅπερ καὶ ἡμῖν διὰ πείρας ἐλήλυθεν· στέατος χοιρείου γράμματα ιϛʹ, στέατος αἰγείου γράμματα ιϛʹ,</w:t>
      </w:r>
    </w:p>
    <w:p>
      <w:r>
        <w:rPr>
          <w:rFonts w:ascii="Courier New" w:hAnsi="Courier New"/>
          <w:color w:val="555555"/>
          <w:sz w:val="20"/>
        </w:rPr>
        <w:t>[15]</w:t>
      </w:r>
    </w:p>
    <w:p>
      <w:r>
        <w:rPr>
          <w:rFonts w:ascii="Gentium Plus" w:hAnsi="Gentium Plus"/>
          <w:sz w:val="24"/>
        </w:rPr>
        <w:t>ῥητίνης τερεβινθίνης γράμματα δʹ, ἐλαίου κεδρίνου ξέ. ϛʹ, ἐλαίου κοινοῦ ξέ. δʹ· ταῦτα πάντα μῖξον εἰς ὕδωρ, ἐν ᾧ πρῶτον νίτρον \| καὶ ἅλας ἀφήψηται. ἐξ οὗ ὡς θερμοῦ βοη‐ θήματος ἀλείφομεν τὸ ἀσθενοῦν ζῷον, διὰ δὲ τῶν μυκτήρων ταύτην τὴν θεραπείαν ἐμβάλλομεν· στέατος χοιρείου τὸ ἀρκοῦν</w:t>
      </w:r>
    </w:p>
    <w:p>
      <w:r>
        <w:rPr>
          <w:rFonts w:ascii="Courier New" w:hAnsi="Courier New"/>
          <w:color w:val="555555"/>
          <w:sz w:val="20"/>
        </w:rPr>
        <w:t>[20]</w:t>
      </w:r>
    </w:p>
    <w:p>
      <w:r>
        <w:rPr>
          <w:rFonts w:ascii="Gentium Plus" w:hAnsi="Gentium Plus"/>
          <w:sz w:val="24"/>
        </w:rPr>
        <w:t>μετὰ ἐλαίου κοινοῦ καὶ μέλιτος ἀναζέσαντες, καὶ μίξαντες ἐν ταὐτῷ, κεχρήμεθα συνεχῶς. ἢ μάλαγμα λύσαντες εἰς ἄνθρα‐ κας ζῶντας ἐλαίῳ κοινῷ καὶ Κυπρίνῳ, ἐκεῖθεν τὴν κεφαλὴν καὶ τὸν αὐχένα καὶ ἅπαν τὸ σῶμα χρίομεν.</w:t>
      </w:r>
    </w:p>
    <w:p>
      <w:r>
        <w:rPr>
          <w:rFonts w:ascii="Courier New" w:hAnsi="Courier New"/>
          <w:color w:val="555555"/>
          <w:sz w:val="20"/>
        </w:rPr>
        <w:t>[34 . 23]</w:t>
      </w:r>
    </w:p>
    <w:p>
      <w:r>
        <w:rPr>
          <w:rFonts w:ascii="Gentium Plus" w:hAnsi="Gentium Plus"/>
          <w:sz w:val="24"/>
        </w:rPr>
        <w:t>μετὰ δὲ τὴν ἀγωγὴν ταύτην στρώμασι σκέπασον, καὶ εἰς</w:t>
      </w:r>
    </w:p>
    <w:p>
      <w:r>
        <w:rPr>
          <w:rFonts w:ascii="Courier New" w:hAnsi="Courier New"/>
          <w:color w:val="555555"/>
          <w:sz w:val="20"/>
        </w:rPr>
        <w:t>[5]</w:t>
      </w:r>
    </w:p>
    <w:p>
      <w:r>
        <w:rPr>
          <w:rFonts w:ascii="Gentium Plus" w:hAnsi="Gentium Plus"/>
          <w:sz w:val="24"/>
        </w:rPr>
        <w:t>τῷ προγεγραμμένῳ βοηθήματι τὸ τούτου σῶμα ἀπόχριε, καὶ λοιπὸν βόσκεσθαι ποίει, ἄχρις οὗ τῆς θεραπείας αἴσθηται. λοιπὸν δὲ καὶ τὰς κατὰ συνήθειαν τροφὰς πάρεχε, μίσγων καὶ ἐν ταῖς κριθαῖς ἐρεβίνθων τὸ ἀρκοῦν καὶ ἐν τῷ πόματι οἶνον. \ χειμῶνος δὲ ἐν θερμῷ ἱστάσθω τόπῳ, καὶ προποτίσμασι κε‐</w:t>
      </w:r>
    </w:p>
    <w:p>
      <w:r>
        <w:rPr>
          <w:rFonts w:ascii="Courier New" w:hAnsi="Courier New"/>
          <w:color w:val="555555"/>
          <w:sz w:val="20"/>
        </w:rPr>
        <w:t>[10]</w:t>
      </w:r>
    </w:p>
    <w:p>
      <w:r>
        <w:rPr>
          <w:rFonts w:ascii="Gentium Plus" w:hAnsi="Gentium Plus"/>
          <w:sz w:val="24"/>
        </w:rPr>
        <w:t>χρήσθω θερμοτέροις. συμβάλλεται δὲ τούτῳ καὶ ὑγρᾷ πίσσῃ ἀποχρίεσθαι, καὶ κατὰ τὸν εἰρημένον τρόπον γυμνάζεσθαι, οὕτω μέντοι, ὥστε μὴ ὑπὸ τῆς πίσσης τὸ δέρμα βλαβῆναι, ἱδρῶτος ἐπιγενομένου. ἐν δὲ τῇ τοῦ πάθους ἀνάγκῃ ἀφαι‐ μάσσειν ἀχρήσιμον. πολλοὶ δὲ καὶ καυτῆρσι κέχρηνται·</w:t>
      </w:r>
    </w:p>
    <w:p>
      <w:r>
        <w:rPr>
          <w:rFonts w:ascii="Courier New" w:hAnsi="Courier New"/>
          <w:color w:val="555555"/>
          <w:sz w:val="20"/>
        </w:rPr>
        <w:t>[15]</w:t>
      </w:r>
    </w:p>
    <w:p>
      <w:r>
        <w:rPr>
          <w:rFonts w:ascii="Gentium Plus" w:hAnsi="Gentium Plus"/>
          <w:sz w:val="24"/>
        </w:rPr>
        <w:t>[ὁπότε] εἰ καὶ τὸν καυτῆρα ἐκφύγοι, ἄχρηστος ὑπὸ ἀτονίας εὑρεθήσεται, οὔτε γὰρ ὁδοιπορίας ἀνέξεται.</w:t>
      </w:r>
    </w:p>
    <w:p>
      <w:r>
        <w:rPr>
          <w:rFonts w:ascii="Courier New" w:hAnsi="Courier New"/>
          <w:color w:val="555555"/>
          <w:sz w:val="20"/>
        </w:rPr>
        <w:t>[34 . 24]</w:t>
      </w:r>
    </w:p>
    <w:p>
      <w:r>
        <w:rPr>
          <w:rFonts w:ascii="Gentium Plus" w:hAnsi="Gentium Plus"/>
          <w:sz w:val="24"/>
        </w:rPr>
        <w:t>ἐπιδείξω δὲ λοιπόν, ἐκ ποίων αἰτιῶν ἡ τοιαύτη νόσος συνάγεται· ἡνίκα εἰς τραχεῖαν ὁδὸν βαδίζει, καὶ ὁδεύων ἔκ τινος αἰτίας τὸν ἔμπροσθε πόδα χωλεύοι, καὶ ἀναγκάζεται ἔτι περιπατεῖν καὶ ἱδροῖ, ἀναγκαίως τὰ κατὰ τὴν προλεχθεῖσαν</w:t>
      </w:r>
    </w:p>
    <w:p>
      <w:r>
        <w:rPr>
          <w:rFonts w:ascii="Courier New" w:hAnsi="Courier New"/>
          <w:color w:val="555555"/>
          <w:sz w:val="20"/>
        </w:rPr>
        <w:t>[5]</w:t>
      </w:r>
    </w:p>
    <w:p>
      <w:r>
        <w:rPr>
          <w:rFonts w:ascii="Gentium Plus" w:hAnsi="Gentium Plus"/>
          <w:sz w:val="24"/>
        </w:rPr>
        <w:t>ἀσθένειαν ἐπακολουθεῖ. χειμῶνος δὲ ἡνίκα ἢ ἀπὸ μακρᾶς ὁδοῦ ἢ ἀπὸ γυμνασίας ὕπαιθρος ἐν τῷ κρύει ἢ ἐν τόπῳ ψυ‐ χροτέρῳ ἢ ὑγροτέρῳ στῇ. καὶ εἰ ἁρμὸν παθὼν μετὰ τὴν τού‐ του θε\|ραπείαν ἐπ’ αὐτὸν καθευδήσει, τούτῳ τῷ πάθει περι‐ πεσεῖται.</w:t>
      </w:r>
    </w:p>
    <w:p>
      <w:pPr>
        <w:jc w:val="center"/>
      </w:pPr>
      <w:r>
        <w:rPr>
          <w:rFonts w:ascii="Gentium Plus" w:hAnsi="Gentium Plus"/>
          <w:b/>
          <w:sz w:val="24"/>
        </w:rPr>
        <w:t>τοῦ αὐτοῦ εἰς τὸ αὐτό.</w:t>
      </w:r>
    </w:p>
    <w:p>
      <w:r>
        <w:rPr>
          <w:rFonts w:ascii="Courier New" w:hAnsi="Courier New"/>
          <w:color w:val="555555"/>
          <w:sz w:val="20"/>
        </w:rPr>
        <w:t>[1]</w:t>
      </w:r>
    </w:p>
    <w:p>
      <w:r>
        <w:rPr>
          <w:rFonts w:ascii="Gentium Plus" w:hAnsi="Gentium Plus"/>
          <w:sz w:val="24"/>
        </w:rPr>
        <w:t>Πρὸ πάντων καυτηριάζειν χρή, συμβάλλονται δὲ καὶ τὰ</w:t>
      </w:r>
    </w:p>
    <w:p>
      <w:pPr>
        <w:jc w:val="center"/>
      </w:pPr>
      <w:r>
        <w:rPr>
          <w:rFonts w:ascii="Gentium Plus" w:hAnsi="Gentium Plus"/>
          <w:b/>
          <w:sz w:val="24"/>
        </w:rPr>
        <w:t>ἄλλο πρὸς τετάνους καὶ σπασμοὺς καὶ πόνους.</w:t>
      </w:r>
    </w:p>
    <w:p>
      <w:r>
        <w:rPr>
          <w:rFonts w:ascii="Courier New" w:hAnsi="Courier New"/>
          <w:color w:val="555555"/>
          <w:sz w:val="20"/>
        </w:rPr>
        <w:t>[1]</w:t>
      </w:r>
    </w:p>
    <w:p>
      <w:r>
        <w:rPr>
          <w:rFonts w:ascii="Gentium Plus" w:hAnsi="Gentium Plus"/>
          <w:sz w:val="24"/>
        </w:rPr>
        <w:t>Ἐὰν ἐν τοῖς ὀπισθίοις μέρεσι γένηται, σημεῖα ἔσται ταῦτα· τὰ σκέλη συμπλέκει, τοὺς ὤμους καὶ τὸν σπόνδυλον ἕως τῆς κεφαλῆς ψυχρὸν ἕξει, ὀφθαλμοὺς δακρυώδεις, τὴν οὐρὰν ψυ‐ χράν. βοηθήμασι δὲ τούτοις χρηστέον· τὸν σπόνδυλον καὶ τὰς</w:t>
      </w:r>
    </w:p>
    <w:p>
      <w:r>
        <w:rPr>
          <w:rFonts w:ascii="Courier New" w:hAnsi="Courier New"/>
          <w:color w:val="555555"/>
          <w:sz w:val="20"/>
        </w:rPr>
        <w:t>[5]</w:t>
      </w:r>
    </w:p>
    <w:p>
      <w:r>
        <w:rPr>
          <w:rFonts w:ascii="Gentium Plus" w:hAnsi="Gentium Plus"/>
          <w:sz w:val="24"/>
        </w:rPr>
        <w:t>ψύας ἐπίκαιε ἄχρι τῶν σκελῶν, μετὰ ταῦτα εἰς θερμοτάτην ἱπποστασίαν ἔγκλειε, καὶ ἄνθρακας ζῶν\|τας ἀκάπνους ἐκεῖσε ἀπόθου πρὸς τὸ πλείονα θέρμην ἐγγενέσθαι τῷ τόπῳ. εἶτα ἐν αὐτῷ τῷ οἰκήματι ἐλαίῳ καὶ ἅλατι ἀπόχριε ἐπὶ ἡμέραις ἑπτά. ἡνίκα δὲ τὰ κεκαυμένα τῶν τραυμάτων ἐκπέσῃ, ἀπό‐</w:t>
      </w:r>
    </w:p>
    <w:p>
      <w:r>
        <w:rPr>
          <w:rFonts w:ascii="Courier New" w:hAnsi="Courier New"/>
          <w:color w:val="555555"/>
          <w:sz w:val="20"/>
        </w:rPr>
        <w:t>[10]</w:t>
      </w:r>
    </w:p>
    <w:p>
      <w:r>
        <w:rPr>
          <w:rFonts w:ascii="Gentium Plus" w:hAnsi="Gentium Plus"/>
          <w:sz w:val="24"/>
        </w:rPr>
        <w:t>πλυνον οὔρῳ ἀνθρωπίνῳ, καὶ χλιαρῷ ὕδατι κατάντλει, καὶ ἀντὶ τροφῆς φύλλα συκῆς ἡμέρου παράβαλλε μετὰ κριθῶν πολλῶν καὶ σίτου ἐν ὕδατι ἀποβεβρεγμένου. τὸ δὲ πόμα ἔστω χλιαρώτερον.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〈Ἐὰν τὰ προγεγραμμένα μὴ εὑρεθῇ〉, ἄλευρον φυράσας σίτινον ὕδατι χλιαρῷ, δίδου νήστει. τὸ δὲ πόμα συμμέτρως πάρεχε, ὥστε μᾶλλον αὐτὸν διψᾶν. βέλτιον δὲ εἰ καὶ πυρέξει, ἐπειδὴ τῇ τῶν πυρετῶν εἰσβολῇ τὸ τοιοῦτο διαλύεται πάθος.</w:t>
      </w:r>
    </w:p>
    <w:p>
      <w:r>
        <w:rPr>
          <w:rFonts w:ascii="Courier New" w:hAnsi="Courier New"/>
          <w:color w:val="555555"/>
          <w:sz w:val="20"/>
        </w:rPr>
        <w:t>[5]</w:t>
      </w:r>
    </w:p>
    <w:p>
      <w:r>
        <w:rPr>
          <w:rFonts w:ascii="Gentium Plus" w:hAnsi="Gentium Plus"/>
          <w:sz w:val="24"/>
        </w:rPr>
        <w:t>μετέπειτα δίδου κυάμους ἀκεραίους· εἰ δὲ μὴ εὑρεθεῖεν. κἂν πτισάνας. εἰ δὲ τούτων μηδὲν ὠφελεῖ καὶ ἀνάγκη ἐπίκειται, λοιπὸν περὶ τὰ ὦτα καὶ τὸν τράχηλον ἐνδιηλλαγμένοις \| καυ‐</w:t>
      </w:r>
    </w:p>
    <w:p>
      <w:pPr>
        <w:jc w:val="center"/>
      </w:pPr>
      <w:r>
        <w:rPr>
          <w:rFonts w:ascii="Gentium Plus" w:hAnsi="Gentium Plus"/>
          <w:b/>
          <w:sz w:val="24"/>
        </w:rPr>
        <w:t>ἄλειμμα πρὸς τὸ αὐτό.</w:t>
      </w:r>
    </w:p>
    <w:p>
      <w:r>
        <w:rPr>
          <w:rFonts w:ascii="Courier New" w:hAnsi="Courier New"/>
          <w:color w:val="555555"/>
          <w:sz w:val="20"/>
        </w:rPr>
        <w:t>[1]</w:t>
      </w:r>
    </w:p>
    <w:p>
      <w:r>
        <w:rPr>
          <w:rFonts w:ascii="Gentium Plus" w:hAnsi="Gentium Plus"/>
          <w:sz w:val="24"/>
        </w:rPr>
        <w:t>Δαφνοκόκκων λίτρας βʹ, πίσσης ὑγρᾶς λίτραν μίαν, πα‐ νακείας ῥίζης γο αʹ, λιβάνου ἀλεύρου γο ἕξ, οἴνου παλαιοῦ ξέ. βʹ· ταῦτα πάντα μίξας, ἐν ἡλίῳ θερμῷ ἐνάλειφε. καὶ εἰ μηδὲν ὠφελήσει, τὴν κεφαλὴν ἐπίκαιε, καὶ δέρματι μετὰ τοῦ</w:t>
      </w:r>
    </w:p>
    <w:p>
      <w:r>
        <w:rPr>
          <w:rFonts w:ascii="Courier New" w:hAnsi="Courier New"/>
          <w:color w:val="555555"/>
          <w:sz w:val="20"/>
        </w:rPr>
        <w:t>[5]</w:t>
      </w:r>
    </w:p>
    <w:p>
      <w:r>
        <w:rPr>
          <w:rFonts w:ascii="Gentium Plus" w:hAnsi="Gentium Plus"/>
          <w:sz w:val="24"/>
        </w:rPr>
        <w:t>ἐρίου αὐτὴν περιδέσμει. \</w:t>
      </w:r>
    </w:p>
    <w:p>
      <w:pPr>
        <w:jc w:val="center"/>
      </w:pPr>
      <w:r>
        <w:rPr>
          <w:rFonts w:ascii="Gentium Plus" w:hAnsi="Gentium Plus"/>
          <w:b/>
          <w:sz w:val="24"/>
        </w:rPr>
        <w:t>περὶ διαρροίας.</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Ἀμμωνίῳ ἱπποϊατρῷ 〈Ἀλεξανδρεῖ〉 χαί‐ ρειν. ἔγραψά σοι τάχιον περὶ κριθιάσεως, ἀναγκαῖον δέ σε καὶ περὶ διαρροίας εἰδέναι, ἧς γενομένης ἐν τῷ ἵππῳ χρονίας, κιν‐ δυνεύει τὸ ζῷον. δεῖ οὖν θεραπεύειν οὕτως· τὰς κριθὰς καταρ‐</w:t>
      </w:r>
    </w:p>
    <w:p>
      <w:r>
        <w:rPr>
          <w:rFonts w:ascii="Courier New" w:hAnsi="Courier New"/>
          <w:color w:val="555555"/>
          <w:sz w:val="20"/>
        </w:rPr>
        <w:t>[5]</w:t>
      </w:r>
    </w:p>
    <w:p>
      <w:r>
        <w:rPr>
          <w:rFonts w:ascii="Gentium Plus" w:hAnsi="Gentium Plus"/>
          <w:sz w:val="24"/>
        </w:rPr>
        <w:t>ραίνοντα ὄξει, μίσγειν ἀχύροις πυρίνοις, ἢ ῥοῦν βυρσικὴν μὴ πολλὴν ἢ ῥάμνου φύλλα τρίβειν μετὰ ἀλφίτων, καὶ ψω‐ μοὺς ποιοῦντα διδόναι. ἢ καρδαμώμου τὸν καρπὸν φρύγειν καὶ τρίβειν, καὶ ὕδατι διέντα ἐγχυματίζειν διὰ τοῦ στόματος μὴ πολλῷ, τήν τε ξηρὰν τροφὴν μὴ πολλὴν διδόναι, μήτε τὸ</w:t>
      </w:r>
    </w:p>
    <w:p>
      <w:r>
        <w:rPr>
          <w:rFonts w:ascii="Courier New" w:hAnsi="Courier New"/>
          <w:color w:val="555555"/>
          <w:sz w:val="20"/>
        </w:rPr>
        <w:t>[10]</w:t>
      </w:r>
    </w:p>
    <w:p>
      <w:r>
        <w:rPr>
          <w:rFonts w:ascii="Gentium Plus" w:hAnsi="Gentium Plus"/>
          <w:sz w:val="24"/>
        </w:rPr>
        <w:t>ποτόν. εἰς δὲ τὸ ὕδωρ βάλλειν σχῖνον κόψαντα ἢ βάτου τὰ ἁπαλὰ μὴ πολλά, ἵνα \| μὴ διαστυφθῇ, περιπατείτω δὲ ὀλίγον. Αὐξάνων δὲ ὁ ἱπποϊατρὸς εἶπεν δεῖν βάλλειν ῥοῦν Συ‐ ριακὴν καὶ τὰς κριθὰς φρύγοντα καταρραίνειν τῷ ὄξει, κατὰ βραχὺ ὡς φρύ\|γωνται. ἐὰν γάρ, φησί, μετὰ τὸ φρυγῆναι</w:t>
      </w:r>
    </w:p>
    <w:p>
      <w:r>
        <w:rPr>
          <w:rFonts w:ascii="Courier New" w:hAnsi="Courier New"/>
          <w:color w:val="555555"/>
          <w:sz w:val="20"/>
        </w:rPr>
        <w:t>[15]</w:t>
      </w:r>
    </w:p>
    <w:p>
      <w:r>
        <w:rPr>
          <w:rFonts w:ascii="Gentium Plus" w:hAnsi="Gentium Plus"/>
          <w:sz w:val="24"/>
        </w:rPr>
        <w:t>αὐτὰς καταρράνῃς, οὐκ ἐσθίει ὁ ἵππος διὰ τὴν ὀσμήν.</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Διάρροια δὲ εἰ γένοιτο χρονία, διαφθείρει τὸ ζῷον. κατάρ‐ ραινε οὖν τὰς κριθὰς ὄξει, ἄχυρα πύρινα ἀναμίσγων, καὶ ῥοῦν βυρσικὴν μὴ πολλήν. καρδάμου τε τὸν καρπὸν διαφρύξας καὶ τρίψας, 〈καὶ〉 ὕδατι 〈διεὶσ〉 ἐγχυμάτιζε διὰ τοῦ στόματος μὴ</w:t>
      </w:r>
    </w:p>
    <w:p>
      <w:r>
        <w:rPr>
          <w:rFonts w:ascii="Courier New" w:hAnsi="Courier New"/>
          <w:color w:val="555555"/>
          <w:sz w:val="20"/>
        </w:rPr>
        <w:t>[5]</w:t>
      </w:r>
    </w:p>
    <w:p>
      <w:r>
        <w:rPr>
          <w:rFonts w:ascii="Gentium Plus" w:hAnsi="Gentium Plus"/>
          <w:sz w:val="24"/>
        </w:rPr>
        <w:t>πολλῷ, τὴν δὲ ξηρὰν τροφὴν δίδου μὴ πολλὴν μηδὲ τὸ ποτόν. εἰς δὲ τὸ ὕδωρ βάλλειν σχῖνον κόψαντα, ἢ βάτου ἀκρέμονας μὴ πολλούς, ἵνα μὴ διαστυφθῇ. περιπατείτω δὲ ὀλίγον. \|</w:t>
      </w:r>
    </w:p>
    <w:p>
      <w:pPr>
        <w:jc w:val="center"/>
      </w:pPr>
      <w:r>
        <w:rPr>
          <w:rFonts w:ascii="Gentium Plus" w:hAnsi="Gentium Plus"/>
          <w:b/>
          <w:sz w:val="24"/>
        </w:rPr>
        <w:t>εἰς τὸ αὐτό· ἴασις.</w:t>
      </w:r>
    </w:p>
    <w:p>
      <w:r>
        <w:rPr>
          <w:rFonts w:ascii="Courier New" w:hAnsi="Courier New"/>
          <w:color w:val="555555"/>
          <w:sz w:val="20"/>
        </w:rPr>
        <w:t>[1]</w:t>
      </w:r>
    </w:p>
    <w:p>
      <w:r>
        <w:rPr>
          <w:rFonts w:ascii="Gentium Plus" w:hAnsi="Gentium Plus"/>
          <w:sz w:val="24"/>
        </w:rPr>
        <w:t>Ἐὰν ἵππος ἢ ἄλλο τι ὑποζύγιον ἐνοχλῆται ὑπὸ διαρροίας, λαβὼν ἀλφίτων χοίνικα καὶ πυροῦ χοίνικα, καὶ γιγάρτου τὸ ἴσον φρύξας καὶ κόψας, σῆσον λεπτῷ κοσκίνῳ, εἶτα ἀνάμιξον ἐν ταὐτῷ, καὶ ἀναδεύσας ὕδατος καθαροῦ χοαῖς δυσί, δὸς</w:t>
      </w:r>
    </w:p>
    <w:p>
      <w:r>
        <w:rPr>
          <w:rFonts w:ascii="Courier New" w:hAnsi="Courier New"/>
          <w:color w:val="555555"/>
          <w:sz w:val="20"/>
        </w:rPr>
        <w:t>[5]</w:t>
      </w:r>
    </w:p>
    <w:p>
      <w:r>
        <w:rPr>
          <w:rFonts w:ascii="Gentium Plus" w:hAnsi="Gentium Plus"/>
          <w:sz w:val="24"/>
        </w:rPr>
        <w:t>πιεῖν. ἐὰν δὲ μὴ βούληται, εἰς κλυστῆρα βαλὼν ἔγχει εἰς τὸ στόμα. κριθὰς δὲ μὴ δίδου, ἀλλ’ ἄχυρα.</w:t>
      </w:r>
    </w:p>
    <w:p>
      <w:pPr>
        <w:jc w:val="center"/>
      </w:pPr>
      <w:r>
        <w:rPr>
          <w:rFonts w:ascii="Gentium Plus" w:hAnsi="Gentium Plus"/>
          <w:b/>
          <w:sz w:val="24"/>
        </w:rPr>
        <w:t>Θεομνήστου εἰς τὸ αὐτό.</w:t>
      </w:r>
    </w:p>
    <w:p>
      <w:r>
        <w:rPr>
          <w:rFonts w:ascii="Courier New" w:hAnsi="Courier New"/>
          <w:color w:val="555555"/>
          <w:sz w:val="20"/>
        </w:rPr>
        <w:t>[1]</w:t>
      </w:r>
    </w:p>
    <w:p>
      <w:r>
        <w:rPr>
          <w:rFonts w:ascii="Gentium Plus" w:hAnsi="Gentium Plus"/>
          <w:sz w:val="24"/>
        </w:rPr>
        <w:t>Τὸν διάρροιαν νοσοῦντα ἵππον θεραπεύσεις, τὰς κριθὰς ὄξει βρέχων, καὶ προσμιγνὺς αὐταῖς ῥοῦν βυρσικήν, καὶ οὕτω παραβάλλων. βοηθήσεις δὲ καὶ ῥάμνου φύλλα τρίβων καὶ μετὰ πυρίνων ἀλεύρων μάσσων δι’ ὕδατος, καὶ ποιῶν κολλύ‐</w:t>
      </w:r>
    </w:p>
    <w:p>
      <w:r>
        <w:rPr>
          <w:rFonts w:ascii="Courier New" w:hAnsi="Courier New"/>
          <w:color w:val="555555"/>
          <w:sz w:val="20"/>
        </w:rPr>
        <w:t>[5]</w:t>
      </w:r>
    </w:p>
    <w:p>
      <w:r>
        <w:rPr>
          <w:rFonts w:ascii="Gentium Plus" w:hAnsi="Gentium Plus"/>
          <w:sz w:val="24"/>
        </w:rPr>
        <w:t>ρας καὶ δι’ ὀξυκράτου διδούς. ἁρμόδιον δὲ καὶ εἰς ὃ πίνει ὕδωρ σχίνου καὶ βάτου τὰ ἁπαλὰ κόπτειν καὶ βάλλειν. \|</w:t>
      </w:r>
    </w:p>
    <w:p>
      <w:pPr>
        <w:jc w:val="center"/>
      </w:pPr>
      <w:r>
        <w:rPr>
          <w:rFonts w:ascii="Gentium Plus" w:hAnsi="Gentium Plus"/>
          <w:b/>
          <w:sz w:val="24"/>
        </w:rPr>
        <w:t>Ἱπποκράτους εἰς τὸ αὐτό.</w:t>
      </w:r>
    </w:p>
    <w:p>
      <w:r>
        <w:rPr>
          <w:rFonts w:ascii="Courier New" w:hAnsi="Courier New"/>
          <w:color w:val="555555"/>
          <w:sz w:val="20"/>
        </w:rPr>
        <w:t>[1]</w:t>
      </w:r>
    </w:p>
    <w:p>
      <w:r>
        <w:rPr>
          <w:rFonts w:ascii="Gentium Plus" w:hAnsi="Gentium Plus"/>
          <w:sz w:val="24"/>
        </w:rPr>
        <w:t>Ὀξυλαπάθου σπέρμα μετὰ οἴνου αὐστηροῦ ἐγχυμάτιζε. ἢ</w:t>
      </w:r>
    </w:p>
    <w:p>
      <w:pPr>
        <w:jc w:val="center"/>
      </w:pPr>
      <w:r>
        <w:rPr>
          <w:rFonts w:ascii="Gentium Plus" w:hAnsi="Gentium Plus"/>
          <w:b/>
          <w:sz w:val="24"/>
        </w:rPr>
        <w:t>ἄλλο· πρόγνωσις καὶ ἴασις.</w:t>
      </w:r>
    </w:p>
    <w:p>
      <w:r>
        <w:rPr>
          <w:rFonts w:ascii="Courier New" w:hAnsi="Courier New"/>
          <w:color w:val="555555"/>
          <w:sz w:val="20"/>
        </w:rPr>
        <w:t>[1]</w:t>
      </w:r>
    </w:p>
    <w:p>
      <w:r>
        <w:rPr>
          <w:rFonts w:ascii="Gentium Plus" w:hAnsi="Gentium Plus"/>
          <w:sz w:val="24"/>
        </w:rPr>
        <w:t>Τοῦ διάρροιαν νοσοῦντος ἵππου ἡ κοιλία καταφέρει, καὶ ἱδρὼς αὐτῷ ἐπιγίνεται, καὶ δυσπνοεῖ. θεραπεύεται δὲ οὕτως· μύρτων τῶν μελάνων ὅσον χοίνικος μέρος τέταρτον τρίψας λίαν, ἐπιβαλὼν ἀνδράχνης τῆς κηπίας ὅσον κοτύλας βʹ, καὶ</w:t>
      </w:r>
    </w:p>
    <w:p>
      <w:r>
        <w:rPr>
          <w:rFonts w:ascii="Courier New" w:hAnsi="Courier New"/>
          <w:color w:val="555555"/>
          <w:sz w:val="20"/>
        </w:rPr>
        <w:t>[5]</w:t>
      </w:r>
    </w:p>
    <w:p>
      <w:r>
        <w:rPr>
          <w:rFonts w:ascii="Gentium Plus" w:hAnsi="Gentium Plus"/>
          <w:sz w:val="24"/>
        </w:rPr>
        <w:t>οἴνου γλυκέος τὸ ἴσον, τούτοις διεὶς τὰ μύρτα, ἔγχει διὰ τοῦ στόματος. καὶ ἐὰν μὴ βούληται πιεῖν, διὰ ἀμύλου δίδου, καὶ τὰς κριθὰς δὲ πεφρυγμένας παράβαλλε. \|</w:t>
      </w:r>
    </w:p>
    <w:p>
      <w:pPr>
        <w:jc w:val="center"/>
      </w:pPr>
      <w:r>
        <w:rPr>
          <w:rFonts w:ascii="Gentium Plus" w:hAnsi="Gentium Plus"/>
          <w:b/>
          <w:sz w:val="24"/>
        </w:rPr>
        <w:t>Ἱπποκράτους ἐγχυματισμὸς εἰς τὸ αὐτό.</w:t>
      </w:r>
    </w:p>
    <w:p>
      <w:r>
        <w:rPr>
          <w:rFonts w:ascii="Courier New" w:hAnsi="Courier New"/>
          <w:color w:val="555555"/>
          <w:sz w:val="20"/>
        </w:rPr>
        <w:t>[1]</w:t>
      </w:r>
    </w:p>
    <w:p>
      <w:r>
        <w:rPr>
          <w:rFonts w:ascii="Gentium Plus" w:hAnsi="Gentium Plus"/>
          <w:sz w:val="24"/>
        </w:rPr>
        <w:t>Ῥοδοπιτυΐνης λίτραν αʹ, ῥοὸς βυρσικῆς 𐆃 αʹ, κηκί‐ δων Ἀλεξανδρίνων τὸ ἴσον, ἀψινθίου, ἀβροτόνου, ὑσσώπου, πηγάνου ἀνὰ γο ἓξ μίξας ἐν ταὐτῷ, δι’ οἴνου μυρσινάτου ἐγχυμάτιζε.</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Σιλφίου γο τὸ ἥμισυ μίξας εὐκράτου ξέ. ἑνὶ ἐγχυμάτιζε. \</w:t>
      </w:r>
    </w:p>
    <w:p>
      <w:pPr>
        <w:jc w:val="center"/>
      </w:pPr>
      <w:r>
        <w:rPr>
          <w:rFonts w:ascii="Gentium Plus" w:hAnsi="Gentium Plus"/>
          <w:b/>
          <w:sz w:val="24"/>
        </w:rPr>
        <w:t>περὶ βοηθημάτων ἐντέρου ἐπιστροφῆς.</w:t>
      </w:r>
    </w:p>
    <w:p>
      <w:pPr>
        <w:jc w:val="center"/>
      </w:pPr>
      <w:r>
        <w:rPr>
          <w:rFonts w:ascii="Gentium Plus" w:hAnsi="Gentium Plus"/>
          <w:b/>
          <w:sz w:val="24"/>
        </w:rPr>
        <w:t>Αψύρτου.</w:t>
      </w:r>
    </w:p>
    <w:p>
      <w:r>
        <w:rPr>
          <w:rFonts w:ascii="Courier New" w:hAnsi="Courier New"/>
          <w:color w:val="555555"/>
          <w:sz w:val="20"/>
        </w:rPr>
        <w:t>[36 . 1]</w:t>
      </w:r>
    </w:p>
    <w:p>
      <w:r>
        <w:rPr>
          <w:rFonts w:ascii="Gentium Plus" w:hAnsi="Gentium Plus"/>
          <w:sz w:val="24"/>
        </w:rPr>
        <w:t>Ἄψυρτος Οὐάλεντι δεκουρίωνι χαίρειν. ἔγραψάς μοι ἐπερωτῶν, τίνα τὰ βοηθήματα πρὸς τὴν ἐπιστροφὴν τοῦ</w:t>
      </w:r>
    </w:p>
    <w:p>
      <w:r>
        <w:rPr>
          <w:rFonts w:ascii="Courier New" w:hAnsi="Courier New"/>
          <w:color w:val="555555"/>
          <w:sz w:val="20"/>
        </w:rPr>
        <w:t>[5]</w:t>
      </w:r>
    </w:p>
    <w:p>
      <w:r>
        <w:rPr>
          <w:rFonts w:ascii="Gentium Plus" w:hAnsi="Gentium Plus"/>
          <w:sz w:val="24"/>
        </w:rPr>
        <w:t>τόν ἐστι, τῇ χειρὶ ἀναλῦσαι αὐτό, μᾶλλον φλεγμονὴν ποιοῦσι καὶ πνευμάτωσιν. βοηθεῖται δὲ περιπάτῳ καὶ δρόμῳ τῷ διὰ κάλπης, καὶ κυλιόμενον οὐκ ἐμποδίζουσι. γίνεται γὰρ ἐνίοτε ἀναλυθῆναι αὐτό. καὶ ἐγχυματίζουσι δὲ διὰ τοῦ στόματος καὶ τῶν μυκτήρων ὀπῷ Κυρηναϊκῷ μετὰ οἴνου γλυκέος.</w:t>
      </w:r>
    </w:p>
    <w:p>
      <w:r>
        <w:rPr>
          <w:rFonts w:ascii="Courier New" w:hAnsi="Courier New"/>
          <w:color w:val="555555"/>
          <w:sz w:val="20"/>
        </w:rPr>
        <w:t>[36 . 2]</w:t>
      </w:r>
    </w:p>
    <w:p>
      <w:r>
        <w:rPr>
          <w:rFonts w:ascii="Gentium Plus" w:hAnsi="Gentium Plus"/>
          <w:sz w:val="24"/>
        </w:rPr>
        <w:t>συμβαίνει δὲ τοῦτο τῷ μεγάλῳ ἐντέρῳ, ὃ λέγεται μονέν‐ τερον (τινὲς δὲ \| κῶλον λέγουσιν), διὰ τὸ μὴ ἔχειν σύνδεσμον τοῖς λοιποῖς ἐντέροις, ἀλλὰ κυλίεσθαι καθ’ ἑαυτό· διὸ καὶ ἦχον ἀποτελεῖ καὶ ψόφον ἐν τῷ περιπάτῳ καὶ δρόμῳ. σημεῖα</w:t>
      </w:r>
    </w:p>
    <w:p>
      <w:r>
        <w:rPr>
          <w:rFonts w:ascii="Courier New" w:hAnsi="Courier New"/>
          <w:color w:val="555555"/>
          <w:sz w:val="20"/>
        </w:rPr>
        <w:t>[5]</w:t>
      </w:r>
    </w:p>
    <w:p>
      <w:r>
        <w:rPr>
          <w:rFonts w:ascii="Gentium Plus" w:hAnsi="Gentium Plus"/>
          <w:sz w:val="24"/>
        </w:rPr>
        <w:t>δὲ φέρει τάδε· περιπατῶν τοῖς ἐμπροσθίοις διαβαίνει μικρά, καὶ τὰ ὀπίσθια προσφέρει αὐτοῖς, καὶ συγκάμπτει ἑαυτὸν ὀδυνώμενος. ἡ δὲ τῶν ἐντέρων φύσις οὐκ ἔστιν ἴση παρὰ πᾶ‐ σιν. οἱ μὲν γὰρ ἔχουσιν ἔντερα μεγάλα ποδῶν κβʹ, λεπτὰ δὲ ποδῶν ξβʹ (τινὲς δὲ λέγουσι νʹ καὶ βʹ), καὶ οὗτοι μὲν ἀφ’</w:t>
      </w:r>
    </w:p>
    <w:p>
      <w:r>
        <w:rPr>
          <w:rFonts w:ascii="Courier New" w:hAnsi="Courier New"/>
          <w:color w:val="555555"/>
          <w:sz w:val="20"/>
        </w:rPr>
        <w:t>[10]</w:t>
      </w:r>
    </w:p>
    <w:p>
      <w:r>
        <w:rPr>
          <w:rFonts w:ascii="Gentium Plus" w:hAnsi="Gentium Plus"/>
          <w:sz w:val="24"/>
        </w:rPr>
        <w:t>οὗ ἂν τὸν καταρτισμὸν φύωσιν, ὁ δὲ τούτων νεώτερος ἐλάσσω καθ’ ἡλικίαν.</w:t>
      </w:r>
    </w:p>
    <w:p>
      <w:pPr>
        <w:jc w:val="center"/>
      </w:pPr>
      <w:r>
        <w:rPr>
          <w:rFonts w:ascii="Gentium Plus" w:hAnsi="Gentium Plus"/>
          <w:b/>
          <w:sz w:val="24"/>
        </w:rPr>
        <w:t>Ἱεροκλέους εἰς τὸ αὐτό.</w:t>
      </w:r>
    </w:p>
    <w:p>
      <w:r>
        <w:rPr>
          <w:rFonts w:ascii="Courier New" w:hAnsi="Courier New"/>
          <w:color w:val="555555"/>
          <w:sz w:val="20"/>
        </w:rPr>
        <w:t>[36 . 3]</w:t>
      </w:r>
    </w:p>
    <w:p>
      <w:r>
        <w:rPr>
          <w:rFonts w:ascii="Gentium Plus" w:hAnsi="Gentium Plus"/>
          <w:sz w:val="24"/>
        </w:rPr>
        <w:t>Συμβαίνει ἐπίστρεψιν ἐντέρου γίνεσθαι, καὶ κινδυνεύει τὸ ζῷον. σημεῖον δὲ τοῦτο· ὅταν τοῖς ἐμπροσθίοις διαβαίνῃ μι‐ κρά, καὶ τὰ ὀπίσθια προσφέρῃ αὐτοῖς, συγκάμπτειν ἑαυτὸν μὴ δυνάμενος ὑπὸ τῆς ἀλγηδόνος. γίνεσθαι \| δὲ τὸ πάθος περὶ</w:t>
      </w:r>
    </w:p>
    <w:p>
      <w:r>
        <w:rPr>
          <w:rFonts w:ascii="Courier New" w:hAnsi="Courier New"/>
          <w:color w:val="555555"/>
          <w:sz w:val="20"/>
        </w:rPr>
        <w:t>[5]</w:t>
      </w:r>
    </w:p>
    <w:p>
      <w:r>
        <w:rPr>
          <w:rFonts w:ascii="Gentium Plus" w:hAnsi="Gentium Plus"/>
          <w:sz w:val="24"/>
        </w:rPr>
        <w:t>τὸ μονέντερον, ὃ καλεῖται κῶλον, διὰ τὸ μὴ συνδεδέσθαι τοῖς ἄλλοις ἐντέροις κατ’ ἀμφότερα, ἀλλὰ κυλινδεῖσθαι καθ’ ἑαυτό. διὸ καὶ ψόφον ἀποδίδοσθαι ἐπὶ τῷ δρόμῳ. οἱ μὲν οὖν τὴν</w:t>
      </w:r>
    </w:p>
    <w:p>
      <w:r>
        <w:rPr>
          <w:rFonts w:ascii="Courier New" w:hAnsi="Courier New"/>
          <w:color w:val="555555"/>
          <w:sz w:val="20"/>
        </w:rPr>
        <w:t>[10]</w:t>
      </w:r>
    </w:p>
    <w:p>
      <w:r>
        <w:rPr>
          <w:rFonts w:ascii="Gentium Plus" w:hAnsi="Gentium Plus"/>
          <w:sz w:val="24"/>
        </w:rPr>
        <w:t>εργάζονται καὶ πνευμάτωσιν.</w:t>
      </w:r>
    </w:p>
    <w:p>
      <w:r>
        <w:rPr>
          <w:rFonts w:ascii="Courier New" w:hAnsi="Courier New"/>
          <w:color w:val="555555"/>
          <w:sz w:val="20"/>
        </w:rPr>
        <w:t>[36 . 4]</w:t>
      </w:r>
    </w:p>
    <w:p>
      <w:r>
        <w:rPr>
          <w:rFonts w:ascii="Gentium Plus" w:hAnsi="Gentium Plus"/>
          <w:sz w:val="24"/>
        </w:rPr>
        <w:t>βοηθείσθω δὲ περιπάτῳ καὶ δρόμῳ τῷ διὰ κάλπης, εἶτα κυλιέσθω. συμβαίνει γὰρ ἐνίοτε ἀναλύεσθαι αὐτό. ἐγχυματι‐ ζέσθω δὲ διὰ στόματος καὶ ῥινῶν ὀπῷ Κυρηναϊκῷ μετὰ οἴνου γλυκέος. ἐντέρου δὲ διασπασθέντος, ταχεῖα τελευτὴ γίνεται.</w:t>
      </w:r>
    </w:p>
    <w:p>
      <w:r>
        <w:rPr>
          <w:rFonts w:ascii="Courier New" w:hAnsi="Courier New"/>
          <w:color w:val="555555"/>
          <w:sz w:val="20"/>
        </w:rPr>
        <w:t>[5]</w:t>
      </w:r>
    </w:p>
    <w:p>
      <w:r>
        <w:rPr>
          <w:rFonts w:ascii="Gentium Plus" w:hAnsi="Gentium Plus"/>
          <w:sz w:val="24"/>
        </w:rPr>
        <w:t>διὰ γὰρ τῶν μυκτήρων τὴν τροφὴν καὶ τὸ ὕδωρ ἀναφέρει, καὶ ἀθρόως εἰς τὴν γῆν κατενεχθεὶς θνῄσκει.</w:t>
      </w:r>
    </w:p>
    <w:p>
      <w:pPr>
        <w:jc w:val="center"/>
      </w:pPr>
      <w:r>
        <w:rPr>
          <w:rFonts w:ascii="Gentium Plus" w:hAnsi="Gentium Plus"/>
          <w:b/>
          <w:sz w:val="24"/>
        </w:rPr>
        <w:t>σύνθεσις πρὸς ἐντέρων πόνον.</w:t>
      </w:r>
    </w:p>
    <w:p>
      <w:r>
        <w:rPr>
          <w:rFonts w:ascii="Courier New" w:hAnsi="Courier New"/>
          <w:color w:val="555555"/>
          <w:sz w:val="20"/>
        </w:rPr>
        <w:t>[1]</w:t>
      </w:r>
    </w:p>
    <w:p>
      <w:r>
        <w:rPr>
          <w:rFonts w:ascii="Gentium Plus" w:hAnsi="Gentium Plus"/>
          <w:sz w:val="24"/>
        </w:rPr>
        <w:t>Καλαμίνθης λίτραν αʹ, σελίνου τὸ ἴσον, \ πηγάνου, θύμου, ὀριγάνου, γλήχωνος, σιλγαλλικοῦ ἀνὰ γο ἕξ, συνεψήσας, ἕως ἀποτριτωθῇ, δίδου ὡς πλεῖστον, ἵνα πίῃ.</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Ἐὰν τὰ ἔντερα αὐτοῦ πονέσῃ, οὕτω θεραπεύσεις· ἱκανά τινα θερμὰ περὶ τὴν κοιλίαν αὐτοῦ ἐντυλίξας καὶ συσφίγξας, ποίησον διακινῆσαι. καὶ αἵματος δὲ ἀφαίρεσιν ἐκ τῶν ὀπίσω σουφραγίνων ἱκανὴν ποίει, καὶ ἐν θερμῷ τόπῳ πρόσαγε,</w:t>
      </w:r>
    </w:p>
    <w:p>
      <w:r>
        <w:rPr>
          <w:rFonts w:ascii="Courier New" w:hAnsi="Courier New"/>
          <w:color w:val="555555"/>
          <w:sz w:val="20"/>
        </w:rPr>
        <w:t>[5]</w:t>
      </w:r>
    </w:p>
    <w:p>
      <w:r>
        <w:rPr>
          <w:rFonts w:ascii="Gentium Plus" w:hAnsi="Gentium Plus"/>
          <w:sz w:val="24"/>
        </w:rPr>
        <w:t>καὶ θερμῷ ὕδατι κατάντλει. δίδου δὲ καὶ ἡψημένου ἀλεύρου σιτίνου ὕδωρ πιεῖν, προσμίξας καὶ νίτρου γο βʹ, καὶ ἐλαίου γο αʹ. ἢ σταφυλὴν λαβὼν ἐξ ἀμπέλου καὶ ἑψήσας μεθ’ ὕδα‐ τος καὶ ἐλαίου γο ἕξ, εἰς τὸ στόμα αὐτοῦ ἔμβαλλε.</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Σμύρνης γο δʹ, πεπέρεως λευκοῦ γο αʹ, ὀποπάνακος γο αʹ,</w:t>
      </w:r>
    </w:p>
    <w:p>
      <w:r>
        <w:rPr>
          <w:rFonts w:ascii="Courier New" w:hAnsi="Courier New"/>
          <w:color w:val="555555"/>
          <w:sz w:val="20"/>
        </w:rPr>
        <w:t>[5]</w:t>
      </w:r>
    </w:p>
    <w:p>
      <w:r>
        <w:rPr>
          <w:rFonts w:ascii="Gentium Plus" w:hAnsi="Gentium Plus"/>
          <w:sz w:val="24"/>
        </w:rPr>
        <w:t>ἄρας χαλβάνην καὶ τερεβινθίνην, καὶ βδέλλιον μεμαλαγμένον καὶ ἄσφαλτον ἐπιβαλών, χρῶ μετὰ καὶ ἀμμωνιακοῦ λελειω‐ μένου. \|</w:t>
      </w:r>
    </w:p>
    <w:p>
      <w:pPr>
        <w:jc w:val="center"/>
      </w:pPr>
      <w:r>
        <w:rPr>
          <w:rFonts w:ascii="Gentium Plus" w:hAnsi="Gentium Plus"/>
          <w:b/>
          <w:sz w:val="24"/>
        </w:rPr>
        <w:t>περὶ χορδαψοῦ.</w:t>
      </w:r>
    </w:p>
    <w:p>
      <w:pPr>
        <w:jc w:val="center"/>
      </w:pPr>
      <w:r>
        <w:rPr>
          <w:rFonts w:ascii="Gentium Plus" w:hAnsi="Gentium Plus"/>
          <w:b/>
          <w:sz w:val="24"/>
        </w:rPr>
        <w:t>Αψύρτου.</w:t>
      </w:r>
    </w:p>
    <w:p>
      <w:r>
        <w:rPr>
          <w:rFonts w:ascii="Courier New" w:hAnsi="Courier New"/>
          <w:color w:val="555555"/>
          <w:sz w:val="20"/>
        </w:rPr>
        <w:t>[37 . 1]</w:t>
      </w:r>
    </w:p>
    <w:p>
      <w:r>
        <w:rPr>
          <w:rFonts w:ascii="Gentium Plus" w:hAnsi="Gentium Plus"/>
          <w:sz w:val="24"/>
        </w:rPr>
        <w:t>Ἄψυρτος Ἀσκληπιάδῃ 〈Μειδίου Κλαζομενίῳ〉 χαίρειν. ἱπποτροφοῦντά σε βούλομαι εἰδέναι πρὸς τοὺς ἀναφέ‐ ροντας 〈τὴν〉 τροφὴν διὰ 〈τοῦ〉 στόματος καὶ μυκτήρων, λε‐ γομένου δὲ τοῦ πάθους χορδαψοῦ, τίσι δεῖ βοηθήμασι χρῆ‐</w:t>
      </w:r>
    </w:p>
    <w:p>
      <w:r>
        <w:rPr>
          <w:rFonts w:ascii="Courier New" w:hAnsi="Courier New"/>
          <w:color w:val="555555"/>
          <w:sz w:val="20"/>
        </w:rPr>
        <w:t>[5]</w:t>
      </w:r>
    </w:p>
    <w:p>
      <w:r>
        <w:rPr>
          <w:rFonts w:ascii="Gentium Plus" w:hAnsi="Gentium Plus"/>
          <w:sz w:val="24"/>
        </w:rPr>
        <w:t>σθαι· καθιέντα τὴν χεῖρα ἐκρῖψαι τὰ ἀπεσφηνωκότα τοὺς πό‐ ρους, καὶ ἐγκλύζειν διὰ μυκτῆρος ὕδατι καὶ νίτρῳ, ἢ τεύτλου ἀφεψήματι μετὰ νίτρου καὶ ἐλαίου. καὶ λούειν αὐτὸν θερμῷ ὕδατι κατὰ 〈τοῦ〉 νώτου καὶ τῶν ἰσχίων, εἰς ψυχρὸν δὲ μὴ ἐμβιβάζειν. φαγεῖν δὲ διδόναι χόρτον χλωρὸν ἢ κριθὰς ἕψοντα</w:t>
      </w:r>
    </w:p>
    <w:p>
      <w:r>
        <w:rPr>
          <w:rFonts w:ascii="Courier New" w:hAnsi="Courier New"/>
          <w:color w:val="555555"/>
          <w:sz w:val="20"/>
        </w:rPr>
        <w:t>[10]</w:t>
      </w:r>
    </w:p>
    <w:p>
      <w:r>
        <w:rPr>
          <w:rFonts w:ascii="Gentium Plus" w:hAnsi="Gentium Plus"/>
          <w:sz w:val="24"/>
        </w:rPr>
        <w:t>καὶ ἄλευρα κρίθινα ἢ ὀλύρας ἀληλεσμένας καταρραίνοντα τῷ νίτρῳ. \|</w:t>
      </w:r>
    </w:p>
    <w:p>
      <w:r>
        <w:rPr>
          <w:rFonts w:ascii="Courier New" w:hAnsi="Courier New"/>
          <w:color w:val="555555"/>
          <w:sz w:val="20"/>
        </w:rPr>
        <w:t>[37 . 2]</w:t>
      </w:r>
    </w:p>
    <w:p>
      <w:r>
        <w:rPr>
          <w:rFonts w:ascii="Gentium Plus" w:hAnsi="Gentium Plus"/>
          <w:sz w:val="24"/>
        </w:rPr>
        <w:t>〈ποίει δὲ καὶ κλυστῆρα· κύμινον, ἀλθαίας ῥίζαν ἢ τὰ φύλλα, τῆλιν, κενταύριον, σικύου ἀγρίου ῥίζαν, κυκλαμίνου χυλόν, νίτρον, ῥητίνην τερεβινθίνην, ἀψίνθιον, τὰς μὲν βο‐ τάνας ἕψει καὶ τῷ τούτων ἀφεψήματι ἐπέμβαλε τὰ λοιπά,</w:t>
      </w:r>
    </w:p>
    <w:p>
      <w:r>
        <w:rPr>
          <w:rFonts w:ascii="Courier New" w:hAnsi="Courier New"/>
          <w:color w:val="555555"/>
          <w:sz w:val="20"/>
        </w:rPr>
        <w:t>[5]</w:t>
      </w:r>
    </w:p>
    <w:p>
      <w:r>
        <w:rPr>
          <w:rFonts w:ascii="Gentium Plus" w:hAnsi="Gentium Plus"/>
          <w:sz w:val="24"/>
        </w:rPr>
        <w:t>ἐλαίῳ τε πηγανίνῳ καὶ βουτύρῳ ἀναμιγνὺς χρῶ μετὰ εὐρυχω‐</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Εἰ τὴν τροφὴν ἀναφέροι διὰ τοῦ στόματος ἢ τοῦ μυκτῆ‐ ρος, καλεῖται χορδαψὸς τὸ πάθος. βοηθείσθω δὲ οὕτως· κα‐ θεὶς τὴν χεῖρα, ἔξαγε τὰ ἀπεσφηνωκότα τοὺς πόρους, εἶτα ἐγκλυζέσθω διὰ μυκτῆρος ὕδατι μετὰ νίτρου. καὶ λουέσθω</w:t>
      </w:r>
    </w:p>
    <w:p>
      <w:r>
        <w:rPr>
          <w:rFonts w:ascii="Courier New" w:hAnsi="Courier New"/>
          <w:color w:val="555555"/>
          <w:sz w:val="20"/>
        </w:rPr>
        <w:t>[5]</w:t>
      </w:r>
    </w:p>
    <w:p>
      <w:r>
        <w:rPr>
          <w:rFonts w:ascii="Gentium Plus" w:hAnsi="Gentium Plus"/>
          <w:sz w:val="24"/>
        </w:rPr>
        <w:t>ὕδατι θερμῷ κατὰ τοῦ νώτου καὶ τῶν ἰσχίων, εἰς ψυχρὸν δὲ μὴ ἐμβιβάζειν. φαγεῖν τε διδόναι χόρτον χλωρὸν ἢ κριθὰς ἕψοντα ἢ ἄλευρα κρίθινα ἢ ὀλύρας ἀλεσθείσας, καταρραί‐ νοντα τῷ νίτρῳ. \|</w:t>
      </w:r>
    </w:p>
    <w:p>
      <w:pPr>
        <w:jc w:val="center"/>
      </w:pPr>
      <w:r>
        <w:rPr>
          <w:rFonts w:ascii="Gentium Plus" w:hAnsi="Gentium Plus"/>
          <w:b/>
          <w:sz w:val="24"/>
        </w:rPr>
        <w:t>περὶ ἐκχύσεως καὶ ὑδέρου.</w:t>
      </w:r>
    </w:p>
    <w:p>
      <w:pPr>
        <w:jc w:val="center"/>
      </w:pPr>
      <w:r>
        <w:rPr>
          <w:rFonts w:ascii="Gentium Plus" w:hAnsi="Gentium Plus"/>
          <w:b/>
          <w:sz w:val="24"/>
        </w:rPr>
        <w:t>Αψύρτου.</w:t>
      </w:r>
    </w:p>
    <w:p>
      <w:r>
        <w:rPr>
          <w:rFonts w:ascii="Courier New" w:hAnsi="Courier New"/>
          <w:color w:val="555555"/>
          <w:sz w:val="20"/>
        </w:rPr>
        <w:t>[38 . 1]</w:t>
      </w:r>
    </w:p>
    <w:p>
      <w:r>
        <w:rPr>
          <w:rFonts w:ascii="Gentium Plus" w:hAnsi="Gentium Plus"/>
          <w:sz w:val="24"/>
        </w:rPr>
        <w:t>Ἄψυρτος Ποσειδωνίῳ 〈Τομίτῃ〉 χαίρειν. ἱπποτρο‐ φοῦντά σε βούλομαι εἰδέναι, ὅταν ᾖ τὸ ζῷον παρέκχυσιν ἔχον, ὑδεριᾷ. ἐπιγνώσῃ δὲ ἔχον μεγάλην γαστέρα, οἰδοῦν τὰ σκέλη καὶ τοὺς διδύμους καὶ τῶν ἐμπροσθίων τοὺς ἀγκῶνας ἢ γό‐</w:t>
      </w:r>
    </w:p>
    <w:p>
      <w:r>
        <w:rPr>
          <w:rFonts w:ascii="Courier New" w:hAnsi="Courier New"/>
          <w:color w:val="555555"/>
          <w:sz w:val="20"/>
        </w:rPr>
        <w:t>[5]</w:t>
      </w:r>
    </w:p>
    <w:p>
      <w:r>
        <w:rPr>
          <w:rFonts w:ascii="Gentium Plus" w:hAnsi="Gentium Plus"/>
          <w:sz w:val="24"/>
        </w:rPr>
        <w:t>νατα λεγόμενα, ξηρὰν ῥάχιν, ἰσχία καὶ λαγόνας ὡσαύτως, αἵ τε κιθάραι παρ’ ἑκάτερα τοῦ νώτου ὀστοφανοῦσι, τάς τε ἐν τῇ κεφαλῇ φλέβας ἀδήλους ἔχει καὶ 〈τὰς ἐν〉 τῷ προσώπῳ, ὡσαύτως καὶ τὰς ὑπὸ τῇ γλώσσῃ. ἁψαμένῳ δὲ τοῦ οἰδήματος τῇ χειρὶ εἴκει καὶ ἐντυποῦται. καὶ κατακλινόμενος ἐπὶ τὴν</w:t>
      </w:r>
    </w:p>
    <w:p>
      <w:r>
        <w:rPr>
          <w:rFonts w:ascii="Courier New" w:hAnsi="Courier New"/>
          <w:color w:val="555555"/>
          <w:sz w:val="20"/>
        </w:rPr>
        <w:t>[10]</w:t>
      </w:r>
    </w:p>
    <w:p>
      <w:r>
        <w:rPr>
          <w:rFonts w:ascii="Gentium Plus" w:hAnsi="Gentium Plus"/>
          <w:sz w:val="24"/>
        </w:rPr>
        <w:t>κοιλίαν οὐ μένει, ἀλλ’ ἐκτείνει ἑαυτὸν καὶ πλατύνεται, καὶ \ τῇ τρίψει ἐκρεῖ τὰς τρίχας.</w:t>
      </w:r>
    </w:p>
    <w:p>
      <w:r>
        <w:rPr>
          <w:rFonts w:ascii="Courier New" w:hAnsi="Courier New"/>
          <w:color w:val="555555"/>
          <w:sz w:val="20"/>
        </w:rPr>
        <w:t>[38 . 2]</w:t>
      </w:r>
    </w:p>
    <w:p>
      <w:r>
        <w:rPr>
          <w:rFonts w:ascii="Gentium Plus" w:hAnsi="Gentium Plus"/>
          <w:sz w:val="24"/>
        </w:rPr>
        <w:t>θεραπεύεται δὲ περιπάτοις ἐκ προσαγωγῆς κατ’ ὀλίγον, τὸ πλέον ἐν τῷ ἡλίῳ, ἐσκεπασμένος σισύραις ἐξ ἐρίου, αἳ ἱδρῶτα κινοῦσι, τρίψει δὲ χρῆσθαι δι’ ὅλου τοῦ σώματος 〈κατὰ τρίχα〉. καὶ τροφὴν διδόναι ῥαφανίδας καὶ τὰ φύλλα</w:t>
      </w:r>
    </w:p>
    <w:p>
      <w:r>
        <w:rPr>
          <w:rFonts w:ascii="Courier New" w:hAnsi="Courier New"/>
          <w:color w:val="555555"/>
          <w:sz w:val="20"/>
        </w:rPr>
        <w:t>[5]</w:t>
      </w:r>
    </w:p>
    <w:p>
      <w:r>
        <w:rPr>
          <w:rFonts w:ascii="Gentium Plus" w:hAnsi="Gentium Plus"/>
          <w:sz w:val="24"/>
        </w:rPr>
        <w:t>αὐτῶν καὶ σέλινα, καὶ ὅσα καθαρτικά εἰσι 〈καὶ〉 διουρητικά, καὶ χόρτον χλωρόν, ἐὰν ᾖ καιρός, εἰ δ’ οὐχί, ξηρόν, καταρ‐ ραίνοντα νίτρῳ. ἔστω δὲ μάλιστα ἡ τροφὴ μηδική, ἢ ἐρεβίν‐ θους τοὺς λεπτοὺς βεβρεγμένους ἐν ὕδατι νύκτα καὶ ἡμέραν καὶ ἐστραγγισμένους παραβάλλειν. μὴ ἐνδιδόντος δὲ τοῦ πά‐</w:t>
      </w:r>
    </w:p>
    <w:p>
      <w:r>
        <w:rPr>
          <w:rFonts w:ascii="Courier New" w:hAnsi="Courier New"/>
          <w:color w:val="555555"/>
          <w:sz w:val="20"/>
        </w:rPr>
        <w:t>[10]</w:t>
      </w:r>
    </w:p>
    <w:p>
      <w:r>
        <w:rPr>
          <w:rFonts w:ascii="Gentium Plus" w:hAnsi="Gentium Plus"/>
          <w:sz w:val="24"/>
        </w:rPr>
        <w:t>θους, παρακεντεῖν τε ἀπὸ τοῦ ὀμφαλοῦ ἢ τῆς κεντρίτιδος λεγομένης ἀπὸ δακτύλων τριῶν τοῦ πρὸς τὴν χώραν μέρους, καὶ ἐντιθέναι καλαμίσκον, δι’ οὗ ῥύσις γίνεται τοῦ ὑγροῦ. ὅταν δὲ ἀπορρυῇ, ἀγκτηριάζεσθαι καὶ θεραπεύεσθαι ὡς τραῦμα. ἔστω δὲ ἡ διαίρεσις μὴ μεγάλη, ἵνα μὴ ὁ ἐπίπλους 〈συνεξ〉‐</w:t>
      </w:r>
    </w:p>
    <w:p>
      <w:r>
        <w:rPr>
          <w:rFonts w:ascii="Courier New" w:hAnsi="Courier New"/>
          <w:color w:val="555555"/>
          <w:sz w:val="20"/>
        </w:rPr>
        <w:t>[15]</w:t>
      </w:r>
    </w:p>
    <w:p>
      <w:r>
        <w:rPr>
          <w:rFonts w:ascii="Gentium Plus" w:hAnsi="Gentium Plus"/>
          <w:sz w:val="24"/>
        </w:rPr>
        <w:t>ακολουθήσῃ. γενο\ αὐτὸν μᾶλλον τρέχειν, ἵν’ ἐπὶ τὸ πλεῖον ἱδρῶτες γένωνται. ἐμποδίζειν δὲ αὐτὸν πίνοντα ἐπὶ πλεῖον, ἵνα μὴ οἱ κενεῶνες πληρωθῶσι.</w:t>
      </w:r>
    </w:p>
    <w:p>
      <w:pPr>
        <w:jc w:val="center"/>
      </w:pPr>
      <w:r>
        <w:rPr>
          <w:rFonts w:ascii="Gentium Plus" w:hAnsi="Gentium Plus"/>
          <w:b/>
          <w:sz w:val="24"/>
        </w:rPr>
        <w:t>Ἱεροκλέους εἰς τὸ αὐτό.</w:t>
      </w:r>
    </w:p>
    <w:p>
      <w:r>
        <w:rPr>
          <w:rFonts w:ascii="Courier New" w:hAnsi="Courier New"/>
          <w:color w:val="555555"/>
          <w:sz w:val="20"/>
        </w:rPr>
        <w:t>[38 . 3]</w:t>
      </w:r>
    </w:p>
    <w:p>
      <w:r>
        <w:rPr>
          <w:rFonts w:ascii="Gentium Plus" w:hAnsi="Gentium Plus"/>
          <w:sz w:val="24"/>
        </w:rPr>
        <w:t>Συμβαίνει ποτὲ παρέκχυσις τῷ ζῴῳ καὶ ὑδερίασις, ᾧ τάδε σημεῖα· μεγάλην ἔχει τὴν γαστέρα, καὶ τὰ σκέλη διῳδηκότα (καὶ τοὺς ὀφθαλμοὺς μηλόχροας, ὥς φασιν ἔνιοι), καὶ τοὺς ὄρχεις οἰδοῦντας, τὰ δὲ γόνατα τῶν ἐμπροσθίων ποδῶν ξηρὰ</w:t>
      </w:r>
    </w:p>
    <w:p>
      <w:r>
        <w:rPr>
          <w:rFonts w:ascii="Courier New" w:hAnsi="Courier New"/>
          <w:color w:val="555555"/>
          <w:sz w:val="20"/>
        </w:rPr>
        <w:t>[5]</w:t>
      </w:r>
    </w:p>
    <w:p>
      <w:r>
        <w:rPr>
          <w:rFonts w:ascii="Gentium Plus" w:hAnsi="Gentium Plus"/>
          <w:sz w:val="24"/>
        </w:rPr>
        <w:t>καὶ τοὺς ἀγκῶνας ῥάχιν τε καὶ ἰσχίον ὡσαύτως, τά τε ὀστᾶ τῶν πλευρῶν φαίνεται, τὰς δὲ ἐν τῇ κεφαλῇ φλέβας καὶ ἐν τῷ προσώπῳ ἀδήλους ἔχει, ἔτι μέντοι καὶ τὰς ἐν τῇ γλώττῃ. ἁψαμένῳ δὲ τῇ χειρὶ εἴκει τὸ σῶμα καὶ ὑποχωρεῖ τοῖς δακτύ‐ λοις, αἵ τε τρίχες ἐν τῇ τρίψει ῥέουσι, καὶ κατακλιθεὶς ἐπὶ</w:t>
      </w:r>
    </w:p>
    <w:p>
      <w:r>
        <w:rPr>
          <w:rFonts w:ascii="Courier New" w:hAnsi="Courier New"/>
          <w:color w:val="555555"/>
          <w:sz w:val="20"/>
        </w:rPr>
        <w:t>[10]</w:t>
      </w:r>
    </w:p>
    <w:p>
      <w:r>
        <w:rPr>
          <w:rFonts w:ascii="Gentium Plus" w:hAnsi="Gentium Plus"/>
          <w:sz w:val="24"/>
        </w:rPr>
        <w:t>γαστέρα ἀποτείνει ἑαυτὸν καὶ πλατύνεται. ταῦτα μὲν τὰ \</w:t>
      </w:r>
    </w:p>
    <w:p>
      <w:r>
        <w:rPr>
          <w:rFonts w:ascii="Courier New" w:hAnsi="Courier New"/>
          <w:color w:val="555555"/>
          <w:sz w:val="20"/>
        </w:rPr>
        <w:t>[38 . 4]</w:t>
      </w:r>
    </w:p>
    <w:p>
      <w:r>
        <w:rPr>
          <w:rFonts w:ascii="Gentium Plus" w:hAnsi="Gentium Plus"/>
          <w:sz w:val="24"/>
        </w:rPr>
        <w:t>θεραπευέσθω δὲ οὕτως· περιπατείτω ἐν ἡλίῳ ἐκ προσ‐ αγωγῆς, ἐσκεπασμένος παχεῖ περιβολαίῳ, καὶ τριβέσθω τὸ σῶμα πᾶν κατὰ τρίχα, ἐσθιέτω δὲ ῥαφανίδας καὶ τὰ φύλλα αὐτῶν καὶ σέλινα καὶ πτελέας φύλλα, καὶ ὅσα καθαρτικά εἰσι</w:t>
      </w:r>
    </w:p>
    <w:p>
      <w:r>
        <w:rPr>
          <w:rFonts w:ascii="Courier New" w:hAnsi="Courier New"/>
          <w:color w:val="555555"/>
          <w:sz w:val="20"/>
        </w:rPr>
        <w:t>[5]</w:t>
      </w:r>
    </w:p>
    <w:p>
      <w:r>
        <w:rPr>
          <w:rFonts w:ascii="Gentium Plus" w:hAnsi="Gentium Plus"/>
          <w:sz w:val="24"/>
        </w:rPr>
        <w:t>καὶ διουρητικά, χόρτον τε χλωρόν, εἰ δ’ οὐκ ἔστι, τὸν ξηρὸν καταρρανθέντα νίτρῳ ἐσθιέτω, μάλιστα δὲ μηδικήν, ἢ ἐρε‐ βίνθους τοὺς μικρούς, βραχέντας ἐπὶ ἡμέραν καὶ νύκτα παρα‐ βάλλειν ἐστραγγισμένου τοῦ ὕδατος. εἰ δὲ μὴ ἐνδῷ τὸ πάθος, παρακέντει αὐτὸν παρὰ τὸν ὀμφαλὸν ἀπὸ δακτύλων τεσσάρων</w:t>
      </w:r>
    </w:p>
    <w:p>
      <w:r>
        <w:rPr>
          <w:rFonts w:ascii="Courier New" w:hAnsi="Courier New"/>
          <w:color w:val="555555"/>
          <w:sz w:val="20"/>
        </w:rPr>
        <w:t>[10]</w:t>
      </w:r>
    </w:p>
    <w:p>
      <w:r>
        <w:rPr>
          <w:rFonts w:ascii="Gentium Plus" w:hAnsi="Gentium Plus"/>
          <w:sz w:val="24"/>
        </w:rPr>
        <w:t>τῷ πρὸς τὴν οὐρὰν μέρει, καὶ ἐντίθει καλαμίσκον, τρήσεις ἐκ πλαγίου ἔχοντα, χαλκοῦν, δι’ οὗ ῥύσις γίνεται τοῦ ὑγροῦ. ὅταν δὲ ἀπορρυῇ, ἀγκτηριαζέσθω καὶ θεραπευέσθω ὡς τραῦμα. ἔστω δὲ ἡ διαίρεσις μὴ μεγάλη, ἵνα μὴ ὁ ἐπίπλους συνεξα‐ κολουθήσῃ. τοῦ δὲ δέρματος ἀπουλωθέντος, ποίει αὐτὸν μᾶλ‐</w:t>
      </w:r>
    </w:p>
    <w:p>
      <w:r>
        <w:rPr>
          <w:rFonts w:ascii="Courier New" w:hAnsi="Courier New"/>
          <w:color w:val="555555"/>
          <w:sz w:val="20"/>
        </w:rPr>
        <w:t>[15]</w:t>
      </w:r>
    </w:p>
    <w:p>
      <w:r>
        <w:rPr>
          <w:rFonts w:ascii="Gentium Plus" w:hAnsi="Gentium Plus"/>
          <w:sz w:val="24"/>
        </w:rPr>
        <w:t>λον τρέχειν, ἵνα \ πίνοντα, ἵνα μὴ ἀθρόον οἱ κενεῶνες πληρῶνται.</w:t>
      </w:r>
    </w:p>
    <w:p>
      <w:r>
        <w:rPr>
          <w:rFonts w:ascii="Courier New" w:hAnsi="Courier New"/>
          <w:color w:val="555555"/>
          <w:sz w:val="20"/>
        </w:rPr>
        <w:t>[38 . 5]</w:t>
      </w:r>
    </w:p>
    <w:p>
      <w:r>
        <w:rPr>
          <w:rFonts w:ascii="Gentium Plus" w:hAnsi="Gentium Plus"/>
          <w:sz w:val="24"/>
        </w:rPr>
        <w:t>ἐὰν δὲ συμβῇ ἐξακολουθῆσαι τὸν ἐπίπλουν, λίνῳ αὐτὸν παρ’ αὐτὸ τὸ δέρμα ἀπόδησον, καὶ ἔα δεδεμένον, ἕως ἂν αὐτομάτως ἀπολύσῃ. ἀρχόμενον δὲ τὸ πάθος ἂν μάθῃς, καὶ τοῖς λοιποῖς ἐξαρκέσει χρῆσθαι χωρὶς τοῦ διελεῖν παρὰ τὸν</w:t>
      </w:r>
    </w:p>
    <w:p>
      <w:r>
        <w:rPr>
          <w:rFonts w:ascii="Courier New" w:hAnsi="Courier New"/>
          <w:color w:val="555555"/>
          <w:sz w:val="20"/>
        </w:rPr>
        <w:t>[5]</w:t>
      </w:r>
    </w:p>
    <w:p>
      <w:r>
        <w:rPr>
          <w:rFonts w:ascii="Gentium Plus" w:hAnsi="Gentium Plus"/>
          <w:sz w:val="24"/>
        </w:rPr>
        <w:t>ὀμφαλόν.</w:t>
      </w:r>
    </w:p>
    <w:p>
      <w:pPr>
        <w:jc w:val="center"/>
      </w:pPr>
      <w:r>
        <w:rPr>
          <w:rFonts w:ascii="Gentium Plus" w:hAnsi="Gentium Plus"/>
          <w:b/>
          <w:sz w:val="24"/>
        </w:rPr>
        <w:t>ἄλλο εἰς τὸ αὐτό.</w:t>
      </w:r>
    </w:p>
    <w:p>
      <w:r>
        <w:rPr>
          <w:rFonts w:ascii="Courier New" w:hAnsi="Courier New"/>
          <w:color w:val="555555"/>
          <w:sz w:val="20"/>
        </w:rPr>
        <w:t>[1]</w:t>
      </w:r>
    </w:p>
    <w:p>
      <w:r>
        <w:rPr>
          <w:rFonts w:ascii="Gentium Plus" w:hAnsi="Gentium Plus"/>
          <w:sz w:val="24"/>
        </w:rPr>
        <w:t>Ἐὰν ὑπὸ τὸ δέρμα ἔχῃ ὕδερον, συμποδίσας ἀνάκλινε, καὶ ἀπὸ τοῦ ὀμφαλοῦ διασχὼν ὅσον δακτύλους τρεῖς, τὸ δέρμα σχάσον προσέχων. καὶ ὅταν τὸ ὑγρὸν ἐκκλυσθῇ, θεράπευε</w:t>
      </w:r>
    </w:p>
    <w:p>
      <w:r>
        <w:rPr>
          <w:rFonts w:ascii="Courier New" w:hAnsi="Courier New"/>
          <w:color w:val="555555"/>
          <w:sz w:val="20"/>
        </w:rPr>
        <w:t>[5]</w:t>
      </w:r>
    </w:p>
    <w:p>
      <w:r>
        <w:rPr>
          <w:rFonts w:ascii="Gentium Plus" w:hAnsi="Gentium Plus"/>
          <w:sz w:val="24"/>
        </w:rPr>
        <w:t>ἀφιστάνων ἀπ’ ἀλλήλων τὰ καυτήρια, μήποτε ἐντέρου ἅψῃ, καὶ ἐπὶ πλευρὰν αὐτὸν νεύσας, ἄφες ἀπορρεῖν, καὶ λεπτῷ βε‐ λονίῳ νύξον. \|</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Ἐὰν ὑδρωπικὸν ᾖ τὸ κτῆνος, οὕτως θεραπευθήσεται· δίδου αὐτῷ πόσιν σινήπεως σπέρματος κυάθους τρεῖς, γάλα‐ κτος κοτύλην αʹ, ἐλαίου κυάθους γʹ. εἰ δὲ τοῦτο μηδὲν ὠφε‐ λήσῃ, ἀσπαράγου ἀγρίου ῥίζης, μαράθου, σελίνου ἀνὰ οὐγ‐</w:t>
      </w:r>
    </w:p>
    <w:p>
      <w:r>
        <w:rPr>
          <w:rFonts w:ascii="Courier New" w:hAnsi="Courier New"/>
          <w:color w:val="555555"/>
          <w:sz w:val="20"/>
        </w:rPr>
        <w:t>[5]</w:t>
      </w:r>
    </w:p>
    <w:p>
      <w:r>
        <w:rPr>
          <w:rFonts w:ascii="Gentium Plus" w:hAnsi="Gentium Plus"/>
          <w:sz w:val="24"/>
        </w:rPr>
        <w:t>κιῶν δύο βαλὼν εἰς χυτρίδιον, καὶ ἐλαίου παλαιοῦ ξέ. ιαʹ συν‐ εψήσας, ὥστε γενέσθαι αὐτὰ ξέ. αʹ, ἐγχυμάτιζε. ἢ πάνακος ῥίζης γο ἓξ συντρίψας, πότισον.</w:t>
      </w:r>
    </w:p>
    <w:p>
      <w:pPr>
        <w:jc w:val="center"/>
      </w:pPr>
      <w:r>
        <w:rPr>
          <w:rFonts w:ascii="Gentium Plus" w:hAnsi="Gentium Plus"/>
          <w:b/>
          <w:sz w:val="24"/>
        </w:rPr>
        <w:t>Ἱεροκλέους πρὸς αὐτό.</w:t>
      </w:r>
    </w:p>
    <w:p>
      <w:r>
        <w:rPr>
          <w:rFonts w:ascii="Courier New" w:hAnsi="Courier New"/>
          <w:color w:val="555555"/>
          <w:sz w:val="20"/>
        </w:rPr>
        <w:t>[1]</w:t>
      </w:r>
    </w:p>
    <w:p>
      <w:r>
        <w:rPr>
          <w:rFonts w:ascii="Gentium Plus" w:hAnsi="Gentium Plus"/>
          <w:sz w:val="24"/>
        </w:rPr>
        <w:t>Ἄγρωστιν καθεψήσας, δίδου τοῖς ὑδεριῶσιν ἵπποις νή‐ στεσι πίνειν. ἢ ταύρου βόλβιτον καύσας καὶ σταφυλίνου σπέρμα μίξας, λειώσας ἐν ὕδατι, ἐγχυμάτιζε.</w:t>
      </w:r>
    </w:p>
    <w:p>
      <w:pPr>
        <w:jc w:val="center"/>
      </w:pPr>
      <w:r>
        <w:rPr>
          <w:rFonts w:ascii="Gentium Plus" w:hAnsi="Gentium Plus"/>
          <w:b/>
          <w:sz w:val="24"/>
        </w:rPr>
        <w:t>Πελαγωνίου περὶ ὑδεριῶντος καὶ τυμπανικοῦ.</w:t>
      </w:r>
    </w:p>
    <w:p>
      <w:r>
        <w:rPr>
          <w:rFonts w:ascii="Courier New" w:hAnsi="Courier New"/>
          <w:color w:val="555555"/>
          <w:sz w:val="20"/>
        </w:rPr>
        <w:t>[38 . 9]</w:t>
      </w:r>
    </w:p>
    <w:p>
      <w:r>
        <w:rPr>
          <w:rFonts w:ascii="Gentium Plus" w:hAnsi="Gentium Plus"/>
          <w:sz w:val="24"/>
        </w:rPr>
        <w:t>Ἵππους συνεχέστερον ὑπὸ ὑδέρου ὀχλεῖσθαι συμβαίνει καὶ ἐν τούτῳ χρονίζοντας τῷ πάθει κάμνειν. οὐ πᾶσι δὲ γνώρι‐ μον ὑπάρχει, καὶ πολλοὶ \| κατὰ τοῦτο τὸ μέρος ὡς ἐπὶ τὸ</w:t>
      </w:r>
    </w:p>
    <w:p>
      <w:r>
        <w:rPr>
          <w:rFonts w:ascii="Courier New" w:hAnsi="Courier New"/>
          <w:color w:val="555555"/>
          <w:sz w:val="20"/>
        </w:rPr>
        <w:t>[5]</w:t>
      </w:r>
    </w:p>
    <w:p>
      <w:r>
        <w:rPr>
          <w:rFonts w:ascii="Gentium Plus" w:hAnsi="Gentium Plus"/>
          <w:sz w:val="24"/>
        </w:rPr>
        <w:t>κῶν ἤ πνεύματος ὄχλησιν ἔχειν ὑπολαμβάνουσιν. καὶ γὰρ ἐπὶ τῶν σπληνικῶν τὴν τῆς γαστρὸς οἴδησιν φυσικὴν ὑποτοπά‐ ζουσιν αὔξησιν. τῶν δὲ ὑδεριώντων σημεῖά ἐστι τάδε· ἡ γα‐ στὴρ μετὰ σκληρίας φλεγμαίνει, τὰ σκέλη ᾠδηκότα φαίνεται, ὁ τοιοῦτος ἐλαυνόμενος περικάμπτειν οὐ δύναται, ἀλλὰ θερ‐</w:t>
      </w:r>
    </w:p>
    <w:p>
      <w:r>
        <w:rPr>
          <w:rFonts w:ascii="Courier New" w:hAnsi="Courier New"/>
          <w:color w:val="555555"/>
          <w:sz w:val="20"/>
        </w:rPr>
        <w:t>[10]</w:t>
      </w:r>
    </w:p>
    <w:p>
      <w:r>
        <w:rPr>
          <w:rFonts w:ascii="Gentium Plus" w:hAnsi="Gentium Plus"/>
          <w:sz w:val="24"/>
        </w:rPr>
        <w:t>μαινόμενος στενοχωρεῖται περὶ τὸ πνεῦμα, καὶ περιπατεῖ δυσχερέστερον. ὁ δὲ σπληνικὸς ἀνεπαισθήτως τὴν κοιλίαν αὐξανομένην ἔχει, καὶ γυμναζόμενος πταίρει τε συνεχῶς, καὶ τὴν κεφαλὴν ὑπὸ τῶν πόνων ὧδε κἀκεῖ μεταφέρει. ἐπὶ δὲ τῶν τυμπανικῶν ἄλλα σημεῖά ἐστιν· ἡ μὲν κοιλία αὔξεται, ἡ δὲ</w:t>
      </w:r>
    </w:p>
    <w:p>
      <w:r>
        <w:rPr>
          <w:rFonts w:ascii="Courier New" w:hAnsi="Courier New"/>
          <w:color w:val="555555"/>
          <w:sz w:val="20"/>
        </w:rPr>
        <w:t>[15]</w:t>
      </w:r>
    </w:p>
    <w:p>
      <w:r>
        <w:rPr>
          <w:rFonts w:ascii="Gentium Plus" w:hAnsi="Gentium Plus"/>
          <w:sz w:val="24"/>
        </w:rPr>
        <w:t>χαίτη καὶ ὁ σπόνδυλος ὀρθοῦνται, καὶ ὡς ἐπὶ τὸ πλεῖστον ἐν τῇ διαστάσει καὶ φλεγμονῇ τῶν ἐντέρων τῇ τῶν ἀφοδευ‐ μάτων παρόδῳ διασπᾶται.</w:t>
      </w:r>
    </w:p>
    <w:p>
      <w:r>
        <w:rPr>
          <w:rFonts w:ascii="Courier New" w:hAnsi="Courier New"/>
          <w:color w:val="555555"/>
          <w:sz w:val="20"/>
        </w:rPr>
        <w:t>[38 . 10]</w:t>
      </w:r>
    </w:p>
    <w:p>
      <w:r>
        <w:rPr>
          <w:rFonts w:ascii="Gentium Plus" w:hAnsi="Gentium Plus"/>
          <w:sz w:val="24"/>
        </w:rPr>
        <w:t>οἷς \ ἀπὸ τοῦ ὀμφαλοῦ ὡς ἐπὶ τὸ στῆθος ἀπὸ δακτύλων δύο κατ’ εὐθύ, μὴ ἐπὶ τὸ πλευρόν, παρακέντησον, καὶ αὐλίσκον ἔμβαλε, δι’ οὗ ὁ ἰχὼρ διαφορηθείη ἢ τὸ ὕδωρ τὸ ποιοῦν τὸν ὕδερον.</w:t>
      </w:r>
    </w:p>
    <w:p>
      <w:r>
        <w:rPr>
          <w:rFonts w:ascii="Courier New" w:hAnsi="Courier New"/>
          <w:color w:val="555555"/>
          <w:sz w:val="20"/>
        </w:rPr>
        <w:t>[5]</w:t>
      </w:r>
    </w:p>
    <w:p>
      <w:r>
        <w:rPr>
          <w:rFonts w:ascii="Gentium Plus" w:hAnsi="Gentium Plus"/>
          <w:sz w:val="24"/>
        </w:rPr>
        <w:t>ἐξελεῖν δὲ τὸν ἰχῶρα ὀφείλεις ὡς ὁλκὴν ξεστῶν τεσσάρων· εἰ δὲ ἔτι οἰδαίνει, πλέον λάμβανε. ἐπὶ τοσοῦτον δὲ τὸ ζῷον κα‐ ταδεσμείσθω, ἐφ’ ὅσον καὶ ἐκοπώθη. προποτίσμασι δὲ κέ‐ χρησο διουρητικοῖς, καὶ συνεχέστερον ἀποτριβέσθω, ἕως οὗ καὶ ἱδρὼς αὐτῷ ἐπιγένηται. ἡ τροφὴ δὲ αὐτοῦ χλωρὸς ἔστω</w:t>
      </w:r>
    </w:p>
    <w:p>
      <w:r>
        <w:rPr>
          <w:rFonts w:ascii="Courier New" w:hAnsi="Courier New"/>
          <w:color w:val="555555"/>
          <w:sz w:val="20"/>
        </w:rPr>
        <w:t>[10]</w:t>
      </w:r>
    </w:p>
    <w:p>
      <w:r>
        <w:rPr>
          <w:rFonts w:ascii="Gentium Plus" w:hAnsi="Gentium Plus"/>
          <w:sz w:val="24"/>
        </w:rPr>
        <w:t>χόρτος ἢ ἐρέβινθοι ἀποβεβρεγμένοι, καὶ ἀπὸ ποταμοῦ πινέτω διὰ τὸ γεγυμνάσθαι τὸ ὕδωρ, ἢ καὶ ἀποβρέγματι ἐρεβίνθων</w:t>
      </w:r>
    </w:p>
    <w:p>
      <w:r>
        <w:rPr>
          <w:rFonts w:ascii="Courier New" w:hAnsi="Courier New"/>
          <w:color w:val="555555"/>
          <w:sz w:val="20"/>
        </w:rPr>
        <w:t>[15]</w:t>
      </w:r>
    </w:p>
    <w:p>
      <w:r>
        <w:rPr>
          <w:rFonts w:ascii="Gentium Plus" w:hAnsi="Gentium Plus"/>
          <w:sz w:val="24"/>
        </w:rPr>
        <w:t>διὰ τὸ τὴν τῶν ὀσμῶν διαφορὰν ἀνεπαισθήτως τῷ πνεύμονι συμβάλλεσθαι. ἔστι δὲ τοῖς τοιούτοις καὶ προπότισμα ἐπιτη‐ δειότατον πετροσέλινον μετὰ οἴνου λελειωμένον, ἢ ῥοιὰ μετὰ οἴνου κεκομμένη. καὶ σέλινον δὲ ὅσον δύναται τρωγέτω.</w:t>
      </w:r>
    </w:p>
    <w:p>
      <w:pPr>
        <w:jc w:val="center"/>
      </w:pPr>
      <w:r>
        <w:rPr>
          <w:rFonts w:ascii="Gentium Plus" w:hAnsi="Gentium Plus"/>
          <w:b/>
          <w:sz w:val="24"/>
        </w:rPr>
        <w:t>προπότισμα πρὸς ὑδρωπικούς.</w:t>
      </w:r>
    </w:p>
    <w:p>
      <w:r>
        <w:rPr>
          <w:rFonts w:ascii="Courier New" w:hAnsi="Courier New"/>
          <w:color w:val="555555"/>
          <w:sz w:val="20"/>
        </w:rPr>
        <w:t>[1]</w:t>
      </w:r>
    </w:p>
    <w:p>
      <w:r>
        <w:rPr>
          <w:rFonts w:ascii="Gentium Plus" w:hAnsi="Gentium Plus"/>
          <w:sz w:val="24"/>
        </w:rPr>
        <w:t>Παστίλλους ἀπὸ μέλιτος καὶ βουτύρου ποιήσας εἰς ἴγδιν μετ’ ἐλαίου κυάθου ἑνὸς λείου, καὶ μετὰ οἴνου ξέ. αcʹ διὰ στόματος ἐγχυμάτιζε. ἢ ἀσπαράγου ἀγρίου ῥίζης γο βʹ μετὰ οἴνου παλαιοῦ ξέ. αcʹ καθεψήσας, ἕως ἀποτριτωθῇ, διὰ κέ‐</w:t>
      </w:r>
    </w:p>
    <w:p>
      <w:r>
        <w:rPr>
          <w:rFonts w:ascii="Courier New" w:hAnsi="Courier New"/>
          <w:color w:val="555555"/>
          <w:sz w:val="20"/>
        </w:rPr>
        <w:t>[5]</w:t>
      </w:r>
    </w:p>
    <w:p>
      <w:r>
        <w:rPr>
          <w:rFonts w:ascii="Gentium Plus" w:hAnsi="Gentium Plus"/>
          <w:sz w:val="24"/>
        </w:rPr>
        <w:t>ρατος δίδου, ἢ πάνακος ῥίζης γο τὸ ἥμισυ λειώσας μετὰ οἴνου ἐγχυμάτιζε. συμβάλλεται δὲ αὐτῷ καὶ τὸ ὀλίγα πίνειν, ὥστε μᾶλλον διψᾶν.</w:t>
      </w:r>
    </w:p>
    <w:p>
      <w:pPr>
        <w:jc w:val="center"/>
      </w:pPr>
      <w:r>
        <w:rPr>
          <w:rFonts w:ascii="Gentium Plus" w:hAnsi="Gentium Plus"/>
          <w:b/>
          <w:sz w:val="24"/>
        </w:rPr>
        <w:t>πρὸς τυμπανικοὺς Τιβερίου.</w:t>
      </w:r>
    </w:p>
    <w:p>
      <w:r>
        <w:rPr>
          <w:rFonts w:ascii="Courier New" w:hAnsi="Courier New"/>
          <w:color w:val="555555"/>
          <w:sz w:val="20"/>
        </w:rPr>
        <w:t>[1]</w:t>
      </w:r>
    </w:p>
    <w:p>
      <w:r>
        <w:rPr>
          <w:rFonts w:ascii="Gentium Plus" w:hAnsi="Gentium Plus"/>
          <w:sz w:val="24"/>
        </w:rPr>
        <w:t>Πρὸς δὲ τοὺς τετυμπανωμένους χρήσῃ οὕ\ τῶν ἀκρέμονας ἀποζέσας, ἐγχυμάτιζε διὰ στόματος. ἀναγκαῖον δὲ καὶ ῥαφάνου τὸν χυλὸν ἐγχυματίζειν διὰ ῥινῶν, ἐὰν ᾖ ἀκ‐ μάζων ὁ καρπός. κάλλιον δὲ εἰ τῷ σπέρματι χρήσῃ τῶν προ‐</w:t>
      </w:r>
    </w:p>
    <w:p>
      <w:r>
        <w:rPr>
          <w:rFonts w:ascii="Courier New" w:hAnsi="Courier New"/>
          <w:color w:val="555555"/>
          <w:sz w:val="20"/>
        </w:rPr>
        <w:t>[5]</w:t>
      </w:r>
    </w:p>
    <w:p>
      <w:r>
        <w:rPr>
          <w:rFonts w:ascii="Gentium Plus" w:hAnsi="Gentium Plus"/>
          <w:sz w:val="24"/>
        </w:rPr>
        <w:t>γεγραμμένων.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Ἁρμόζει τῷ τυμπανικῷ θερμὴν σποδιὰν μετὰ ἀξουγγίου εἰς ῥάκος ἢ ὀθόνιον ἐπιπλασθεῖσαν κατὰ τῆς γαστρὸς ἤτοι τοῦ ὀμφαλοῦ προσενεχθῆναι. κατέχεσθαι δὲ παρὰ πλειόνων ἀνθρώπων ὀφείλει, μή ποτε ἀντιμαχόμενος ἑαυτῷ σκυλμὸν</w:t>
      </w:r>
    </w:p>
    <w:p>
      <w:r>
        <w:rPr>
          <w:rFonts w:ascii="Courier New" w:hAnsi="Courier New"/>
          <w:color w:val="555555"/>
          <w:sz w:val="20"/>
        </w:rPr>
        <w:t>[5]</w:t>
      </w:r>
    </w:p>
    <w:p>
      <w:r>
        <w:rPr>
          <w:rFonts w:ascii="Gentium Plus" w:hAnsi="Gentium Plus"/>
          <w:sz w:val="24"/>
        </w:rPr>
        <w:t>ὑπομείνῃ. τὸ δὲ λοιπὸν χρὴ πανακείας ῥίζαν μετὰ σεσέλεως Γαλλικοῦ λειωθεῖσαν, συγκραθέντος οἴνου καὶ ἐλαίου, χλιαί‐ νειν καὶ διὰ κέρατος διδόναι.</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Θύμου ἀγρίου, κυμίνου σπέρματος, μέλιτος ὀξύβαφον, λασάρου ὅσον κυάμου τὸ μέγεθος, ὄξους κοτύλην μίαν εἰς ὕδατος ξέστας τρεῖς ἐμβαλὼν καὶ λειώσας, διὰ στόματος ἔγχει. \| διὰ δὲ τῆς νυκτὸς ἀπεχέσθω τροφῆς. εἰ δὲ τοῦτο μὴ</w:t>
      </w:r>
    </w:p>
    <w:p>
      <w:r>
        <w:rPr>
          <w:rFonts w:ascii="Courier New" w:hAnsi="Courier New"/>
          <w:color w:val="555555"/>
          <w:sz w:val="20"/>
        </w:rPr>
        <w:t>[5]</w:t>
      </w:r>
    </w:p>
    <w:p>
      <w:r>
        <w:rPr>
          <w:rFonts w:ascii="Gentium Plus" w:hAnsi="Gentium Plus"/>
          <w:sz w:val="24"/>
        </w:rPr>
        <w:t>ὠφελήσει, εἰς τὸ ἀριστερὸν μέρος πλησίον τῆς τελευταίας πλευρᾶς μῆκος ὡς δακτύλων τεσσάρων ἔγκαυσον μὴ πλέον δακτύλου τὸ βάθος. τὸν δὲ καυθέντα τόπον θεραπεύσεις, ὡς εἴρηται. \|</w:t>
      </w:r>
    </w:p>
    <w:p>
      <w:pPr>
        <w:jc w:val="center"/>
      </w:pPr>
      <w:r>
        <w:rPr>
          <w:rFonts w:ascii="Gentium Plus" w:hAnsi="Gentium Plus"/>
          <w:b/>
          <w:sz w:val="24"/>
        </w:rPr>
        <w:t>περὶ δυσεντερίας.</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Χαιρέᾳ 〈Ἀρίονι〉 Ἀλεξανδρεῖ 〈ἱπποϊα‐ τρῷ χαίρειν〉. δυσεντεριῶντος τοῦ ἵππου, ἐκτροπὴ γίνεται καὶ πρόπτωσις τοῦ πρὸς τὴν ἕδραν ἐντέρου. ἣν δεῖ θερα‐ πεύειν περιτέμνοντα, καὶ προσέχοντα, μὴ τοῦ σφιγκτῆρος</w:t>
      </w:r>
    </w:p>
    <w:p>
      <w:r>
        <w:rPr>
          <w:rFonts w:ascii="Courier New" w:hAnsi="Courier New"/>
          <w:color w:val="555555"/>
          <w:sz w:val="20"/>
        </w:rPr>
        <w:t>[5]</w:t>
      </w:r>
    </w:p>
    <w:p>
      <w:r>
        <w:rPr>
          <w:rFonts w:ascii="Gentium Plus" w:hAnsi="Gentium Plus"/>
          <w:sz w:val="24"/>
        </w:rPr>
        <w:t>περιτέμῃ τι. οὐκέτι γὰρ δύναται εἰς τὸ ἐντὸς ἐπιστρέφειν, ἀλλὰ μένει ἀνεῳγμένος, καὶ προπίπτει τὸ ἔντερον τὸ προσκείμενον τῇ ἕδρᾳ, οὗ συμβεβηκότος ζῆν οὐ δύναται. μετὰ δὲ τὸ χειρί‐ ζειν ἐγχυματίζειν δεῖ σιδίοις ἡψημένοις ἐν ὀξυκράτῳ πλήθει κοτύλης διὰ στόματος, ἢ κηκῖδα κόψαντα καὶ σήσαντα καὶ</w:t>
      </w:r>
    </w:p>
    <w:p>
      <w:r>
        <w:rPr>
          <w:rFonts w:ascii="Courier New" w:hAnsi="Courier New"/>
          <w:color w:val="555555"/>
          <w:sz w:val="20"/>
        </w:rPr>
        <w:t>[10]</w:t>
      </w:r>
    </w:p>
    <w:p>
      <w:r>
        <w:rPr>
          <w:rFonts w:ascii="Gentium Plus" w:hAnsi="Gentium Plus"/>
          <w:sz w:val="24"/>
        </w:rPr>
        <w:t>φυράσαντα ἐν ὀξυκράτῳ, ποιήσαντα μάζας, καθιέναι διὰ τοῦ</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Δυσεντεριῶντος δὲ ἵππου ἐκτροπὴ γίνεται τῆς ἕδρας καὶ πρόπτωσις. ἣν δεῖ θεραπεύειν, ὥς φησιν Ἄψυρτος, περι‐ τέμνοντα τὸ ἔξωθεν καὶ οἱονεὶ περιττόν, καὶ προσέχοντα, μὴ τοῦ σφιγκτῆρος περιτέμῃ τι. οὐκέτι γὰρ δύναται εἰς τὸ ἐντὸς</w:t>
      </w:r>
    </w:p>
    <w:p>
      <w:r>
        <w:rPr>
          <w:rFonts w:ascii="Courier New" w:hAnsi="Courier New"/>
          <w:color w:val="555555"/>
          <w:sz w:val="20"/>
        </w:rPr>
        <w:t>[5]</w:t>
      </w:r>
    </w:p>
    <w:p>
      <w:r>
        <w:rPr>
          <w:rFonts w:ascii="Gentium Plus" w:hAnsi="Gentium Plus"/>
          <w:sz w:val="24"/>
        </w:rPr>
        <w:t>ἐπιστρέφειν ἡ ἕδρα, ἀλλὰ μένει ἀνεῳγυῖα, καὶ ἀπὸ τούτου θνῄσκει. μετὰ δὲ τὸ χειρουργηθῆναι αὐτόν, χρὴ σιδίοις ἀφη‐ ψημένοις ἐν ὀξυκράτῳ διὰ στόματος ἐγχυματίζειν, ἢ κηκῖδας κόψαντα καὶ σήσαντα καὶ φυράσαντα ὀξυκράτῳ, καὶ μάζαν ποιήσαντα διὰ στόματος καθεῖναι, καὶ παραβάλλειν κιττοῦ</w:t>
      </w:r>
    </w:p>
    <w:p>
      <w:r>
        <w:rPr>
          <w:rFonts w:ascii="Courier New" w:hAnsi="Courier New"/>
          <w:color w:val="555555"/>
          <w:sz w:val="20"/>
        </w:rPr>
        <w:t>[10]</w:t>
      </w:r>
    </w:p>
    <w:p>
      <w:r>
        <w:rPr>
          <w:rFonts w:ascii="Gentium Plus" w:hAnsi="Gentium Plus"/>
          <w:sz w:val="24"/>
        </w:rPr>
        <w:t>πέταλα μίσγοντα ταῖς κριθαῖς. ἔστω δὲ λεπτὰ διῃρημένα μα‐ χαιρίῳ ἢ τοιούτῳ τινί. δεῖ δὲ εἰδέναι, ὅτι ἧττον τοῦτο ἵππῳ συμβαίνει, μάλιστα δὲ ὄνῳ καὶ ἡμιόνῳ.</w:t>
      </w:r>
    </w:p>
    <w:p>
      <w:pPr>
        <w:jc w:val="center"/>
      </w:pPr>
      <w:r>
        <w:rPr>
          <w:rFonts w:ascii="Gentium Plus" w:hAnsi="Gentium Plus"/>
          <w:b/>
          <w:sz w:val="24"/>
        </w:rPr>
        <w:t>ἄλλο· πρὸς κωλικοὺς καὶ δυσεντερικοὺς καὶ</w:t>
      </w:r>
    </w:p>
    <w:p>
      <w:r>
        <w:rPr>
          <w:rFonts w:ascii="Courier New" w:hAnsi="Courier New"/>
          <w:color w:val="555555"/>
          <w:sz w:val="20"/>
        </w:rPr>
        <w:t>[t2]</w:t>
      </w:r>
    </w:p>
    <w:p>
      <w:r>
        <w:rPr>
          <w:rFonts w:ascii="Gentium Plus" w:hAnsi="Gentium Plus"/>
          <w:sz w:val="24"/>
        </w:rPr>
        <w:t>στροφουμένους καὶ ἡπατικοὺς καὶ δυσουρίᾳ</w:t>
      </w:r>
    </w:p>
    <w:p>
      <w:r>
        <w:rPr>
          <w:rFonts w:ascii="Courier New" w:hAnsi="Courier New"/>
          <w:color w:val="555555"/>
          <w:sz w:val="20"/>
        </w:rPr>
        <w:t>[t3]</w:t>
      </w:r>
    </w:p>
    <w:p>
      <w:r>
        <w:rPr>
          <w:rFonts w:ascii="Gentium Plus" w:hAnsi="Gentium Plus"/>
          <w:sz w:val="24"/>
        </w:rPr>
        <w:t>κατεχομένους καὶ φαλαγγιοδήκτους καὶ λυσ‐</w:t>
      </w:r>
    </w:p>
    <w:p>
      <w:r>
        <w:rPr>
          <w:rFonts w:ascii="Courier New" w:hAnsi="Courier New"/>
          <w:color w:val="555555"/>
          <w:sz w:val="20"/>
        </w:rPr>
        <w:t>[t4]</w:t>
      </w:r>
    </w:p>
    <w:p>
      <w:r>
        <w:rPr>
          <w:rFonts w:ascii="Gentium Plus" w:hAnsi="Gentium Plus"/>
          <w:sz w:val="24"/>
        </w:rPr>
        <w:t>σοδήκτους τροχίσκος.</w:t>
      </w:r>
    </w:p>
    <w:p>
      <w:r>
        <w:rPr>
          <w:rFonts w:ascii="Courier New" w:hAnsi="Courier New"/>
          <w:color w:val="555555"/>
          <w:sz w:val="20"/>
        </w:rPr>
        <w:t>[1]</w:t>
      </w:r>
    </w:p>
    <w:p>
      <w:r>
        <w:rPr>
          <w:rFonts w:ascii="Gentium Plus" w:hAnsi="Gentium Plus"/>
          <w:sz w:val="24"/>
        </w:rPr>
        <w:t>Κρόκου γο αʹ, σμύρνης γο βʹ, ἄνθους ἀβροτόνου γο δʹ, πετροσελίνου γο αʹ, πηγάνου ἡμέρου γο δʹ, πυρέθρου γο βʹ, ὑσσώπου γο βʹ, κασίας γο αʹ. ταῦτα κόψας καὶ σήσας ἀνά‐ λαβε ὄξει δριμεῖ, ἕως ἂν ἡ μάζα διατριβῇ, καὶ οὕτως διάπλασσε</w:t>
      </w:r>
    </w:p>
    <w:p>
      <w:r>
        <w:rPr>
          <w:rFonts w:ascii="Courier New" w:hAnsi="Courier New"/>
          <w:color w:val="555555"/>
          <w:sz w:val="20"/>
        </w:rPr>
        <w:t>[5]</w:t>
      </w:r>
    </w:p>
    <w:p>
      <w:r>
        <w:rPr>
          <w:rFonts w:ascii="Gentium Plus" w:hAnsi="Gentium Plus"/>
          <w:sz w:val="24"/>
        </w:rPr>
        <w:t>τροχίσκους γραμμιαίους. καὶ ψύξας ἐν σκιᾷ, καὶ μετὰ χυλοῦ πτισάνης λειώσας, δίδου κωλικοῖς καὶ δυσεντερικοῖς. στρο‐</w:t>
      </w:r>
    </w:p>
    <w:p>
      <w:pPr>
        <w:jc w:val="center"/>
      </w:pPr>
      <w:r>
        <w:rPr>
          <w:rFonts w:ascii="Gentium Plus" w:hAnsi="Gentium Plus"/>
          <w:b/>
          <w:sz w:val="24"/>
        </w:rPr>
        <w:t>περὶ σπληνός.</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Εὐημέρῳ ἱπποϊατρῷ χαίρειν. τὸν σπληνι‐ ῶντα ἐπιγνώσῃ ἐν τῷ μεγάλην ἔχειν τὴν γαστέρα κατὰ τὸ εὐώνυ‐ μον μέρος καὶ σκληροτέραν, καὶ πνευστιᾶν πυκνότερον. θερα‐ πεύεται δὲ περιπάτοις πλείοσι καὶ δρόμοις ἐκ προαγωγῆς, ἵνα</w:t>
      </w:r>
    </w:p>
    <w:p>
      <w:r>
        <w:rPr>
          <w:rFonts w:ascii="Courier New" w:hAnsi="Courier New"/>
          <w:color w:val="555555"/>
          <w:sz w:val="20"/>
        </w:rPr>
        <w:t>[5]</w:t>
      </w:r>
    </w:p>
    <w:p>
      <w:r>
        <w:rPr>
          <w:rFonts w:ascii="Gentium Plus" w:hAnsi="Gentium Plus"/>
          <w:sz w:val="24"/>
        </w:rPr>
        <w:t>ἱδρῶτες γένωνται, καὶ ἐγχυματιζόμενος διὰ τοῦ ἀριστεροῦ μυ‐ κτῆρος μυροβαλάνου ἀποπιάσματι τριβέντι μετὰ ὀξυκράτου, ἢ μυρίκης καρπῷ κοπέντι μετὰ ὀξυκράτου, ἢ χαμελαίᾳ τετριμ‐ μένῃ μετὰ οἴνου, ἔστω δὲ τὸ πᾶν κοτύλη. καὶ τοῦτο δὲ γινέσθω ἐπὶ πλείονας ἡμέρας. ἔστι γὰρ δυσθεράπευτον τὸ πάθος. ποτίζων</w:t>
      </w:r>
    </w:p>
    <w:p>
      <w:r>
        <w:rPr>
          <w:rFonts w:ascii="Courier New" w:hAnsi="Courier New"/>
          <w:color w:val="555555"/>
          <w:sz w:val="20"/>
        </w:rPr>
        <w:t>[10]</w:t>
      </w:r>
    </w:p>
    <w:p>
      <w:r>
        <w:rPr>
          <w:rFonts w:ascii="Gentium Plus" w:hAnsi="Gentium Plus"/>
          <w:sz w:val="24"/>
        </w:rPr>
        <w:t>δὲ αὐτόν, νίτρον βάλε εἰς τὸ ὕδωρ, καὶ τὸν χόρτον δὲ καὶ τὰς \ κριθὰς αὐτοῦ κατάρραινε. ἔνιοι μέντοι ἀντὶ τοῦ νίτρου στυ‐ πτηρίαν ἐμβάλλουσι τῷ ποτῷ. λέγεται δὲ ὑπό τινων καίειν αὐτόν. ἡμῖν δὲ οὐκ ἀρέσκει. θυροειδοῦς γὰρ ὑπάρχοντος τοῦ τόπου, ὑποτρέχει τὸ καυτήριον.</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Τὸν σπληνιῶντα ἐπιγνώσῃ τῷ διογκοῦσθαι τὴν γαστέρα κατὰ τὸ εὐώνυμον μέρος καὶ σκληροτέραν εἶναι, πνευστιᾶν τε συνεχέστερον, καὶ ἐσθίειν πολλά. θεραπεύειν δὲ περιπάτοις</w:t>
      </w:r>
    </w:p>
    <w:p>
      <w:r>
        <w:rPr>
          <w:rFonts w:ascii="Courier New" w:hAnsi="Courier New"/>
          <w:color w:val="555555"/>
          <w:sz w:val="20"/>
        </w:rPr>
        <w:t>[5]</w:t>
      </w:r>
    </w:p>
    <w:p>
      <w:r>
        <w:rPr>
          <w:rFonts w:ascii="Gentium Plus" w:hAnsi="Gentium Plus"/>
          <w:sz w:val="24"/>
        </w:rPr>
        <w:t>χυματίζειν τε διὰ τοῦ ἀριστεροῦ μυκτῆρος μυροβαλάνῳ ἀπο‐ πιεσθέντι καὶ τριφθέντι μετὰ ὀξυκράτου, ἢ χαμελαίᾳ τετριμ‐ μένῃ μετὰ οἴνου, ἔστω δὲ τὸ πᾶν κοτύλη. καὶ τοῦτο δὲ γι‐ νέσθω ἐπὶ πλείονας ἡμέρας. ἔστι γὰρ δυσθεράπευτον τὸ πάθος. ποτίζων δὲ αὐτὸν νίτρον βάλλε εἰς τὸ ὕδωρ, καὶ τὸν χόρτον</w:t>
      </w:r>
    </w:p>
    <w:p>
      <w:r>
        <w:rPr>
          <w:rFonts w:ascii="Courier New" w:hAnsi="Courier New"/>
          <w:color w:val="555555"/>
          <w:sz w:val="20"/>
        </w:rPr>
        <w:t>[10]</w:t>
      </w:r>
    </w:p>
    <w:p>
      <w:r>
        <w:rPr>
          <w:rFonts w:ascii="Gentium Plus" w:hAnsi="Gentium Plus"/>
          <w:sz w:val="24"/>
        </w:rPr>
        <w:t>δὲ καὶ τὰς \ νίτρου στυπτηρίαν ἐμβάλλουσι τῷ ποτῷ. τὴν δὲ διὰ τῆς καύ‐ σεως θεραπείαν Ἄψυρτος ἀποδοκιμάζει.</w:t>
      </w:r>
    </w:p>
    <w:p>
      <w:pPr>
        <w:jc w:val="center"/>
      </w:pPr>
      <w:r>
        <w:rPr>
          <w:rFonts w:ascii="Gentium Plus" w:hAnsi="Gentium Plus"/>
          <w:b/>
          <w:sz w:val="24"/>
        </w:rPr>
        <w:t>Εὐμήλου πρὸς σπληνὸς πόνον.</w:t>
      </w:r>
    </w:p>
    <w:p>
      <w:r>
        <w:rPr>
          <w:rFonts w:ascii="Courier New" w:hAnsi="Courier New"/>
          <w:color w:val="555555"/>
          <w:sz w:val="20"/>
        </w:rPr>
        <w:t>[1]</w:t>
      </w:r>
    </w:p>
    <w:p>
      <w:r>
        <w:rPr>
          <w:rFonts w:ascii="Gentium Plus" w:hAnsi="Gentium Plus"/>
          <w:sz w:val="24"/>
        </w:rPr>
        <w:t>Κυμίνου σπέρματος ὀξύβαφον, καὶ μέλιτος τὸ ἴσον, λα‐ σάρου κυάμου μέγεθος, ὄξους κοτύλην μιάν, εἰς ὕδατος ξέστας τρεῖς λύσας ἀφ’ ἑσπέρας, ἔμβαλε διὰ στόματος, διὰ δὲ τῆς νυκτὸς τροφῆς ἀπεχέσθω. εἰ δὲ τοῦτο μὴ ὠφελήσῃ, τὸ ἀρι‐</w:t>
      </w:r>
    </w:p>
    <w:p>
      <w:r>
        <w:rPr>
          <w:rFonts w:ascii="Courier New" w:hAnsi="Courier New"/>
          <w:color w:val="555555"/>
          <w:sz w:val="20"/>
        </w:rPr>
        <w:t>[5]</w:t>
      </w:r>
    </w:p>
    <w:p>
      <w:r>
        <w:rPr>
          <w:rFonts w:ascii="Gentium Plus" w:hAnsi="Gentium Plus"/>
          <w:sz w:val="24"/>
        </w:rPr>
        <w:t>στερὸν πλευρὸν πλησίον τῆς τελευταίας σπάθης μῆκος ὡς τεσσάρων δακτύλων ἔγκαιε μὴ πλέον δακτύλου τὸ βάθος. τὰ δὲ ἀπὸ τοῦ καυτῆρος ἕλκη θεράπευε, ὡς προείρηται.</w:t>
      </w:r>
    </w:p>
    <w:p>
      <w:pPr>
        <w:jc w:val="center"/>
      </w:pPr>
      <w:r>
        <w:rPr>
          <w:rFonts w:ascii="Gentium Plus" w:hAnsi="Gentium Plus"/>
          <w:b/>
          <w:sz w:val="24"/>
        </w:rPr>
        <w:t>ἄλλο Θεομνήστου πρὸς σπληνικούς, κἂν ὦσιν</w:t>
      </w:r>
    </w:p>
    <w:p>
      <w:r>
        <w:rPr>
          <w:rFonts w:ascii="Courier New" w:hAnsi="Courier New"/>
          <w:color w:val="555555"/>
          <w:sz w:val="20"/>
        </w:rPr>
        <w:t>[t2]</w:t>
      </w:r>
    </w:p>
    <w:p>
      <w:r>
        <w:rPr>
          <w:rFonts w:ascii="Gentium Plus" w:hAnsi="Gentium Plus"/>
          <w:sz w:val="24"/>
        </w:rPr>
        <w:t>ἐσκιρρωμένοι.</w:t>
      </w:r>
    </w:p>
    <w:p>
      <w:r>
        <w:rPr>
          <w:rFonts w:ascii="Courier New" w:hAnsi="Courier New"/>
          <w:color w:val="555555"/>
          <w:sz w:val="20"/>
        </w:rPr>
        <w:t>[1]</w:t>
      </w:r>
    </w:p>
    <w:p>
      <w:r>
        <w:rPr>
          <w:rFonts w:ascii="Gentium Plus" w:hAnsi="Gentium Plus"/>
          <w:sz w:val="24"/>
        </w:rPr>
        <w:t>Καππάρεως ῥίζης φλοιὸν μεθ’ ὕδατος ξεστῶν ηcʹ καὶ ὄξους ξέστου ἑνὸς ἕψει, ἕως εἰς ἐλά\|χιστον ἔλθῃ, καὶ δίδου εὐπέπτῳ ὄντι.</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Ἀπὸ τῶν ὤμων ἀφαιμασσέσθω, κριθῶν ἀπεχέσθω, ὥστε αὐτῷ λεπτότερον τὸ σῶμα γενέσθαι. ποίει δὲ καὶ προπότισμα τοιοῦτον· σκόροδον νίτρον πράσιον λελειωμένον μετὰ ἀψιν‐ θίου καὶ οἴνου αὐστηροῦ συμμίξας, διὰ κέρατος ἐγχυμάτισον,</w:t>
      </w:r>
    </w:p>
    <w:p>
      <w:r>
        <w:rPr>
          <w:rFonts w:ascii="Courier New" w:hAnsi="Courier New"/>
          <w:color w:val="555555"/>
          <w:sz w:val="20"/>
        </w:rPr>
        <w:t>[5]</w:t>
      </w:r>
    </w:p>
    <w:p>
      <w:r>
        <w:rPr>
          <w:rFonts w:ascii="Gentium Plus" w:hAnsi="Gentium Plus"/>
          <w:sz w:val="24"/>
        </w:rPr>
        <w:t>καὶ ποίει περιπατεῖν. τὸ πρωῒ δὲ σπόγγοις μετὰ χλιαροῦ ὕδα‐ τος θαλπέσθω, καὶ πεπιλημέναις χερσὶν ἀνατριβέσθω. εἰ δὲ ὁ τῆς γαστρὸς ὄγκος ἐπιμένοι, καυτηριάζειν προσῆκε, μετὰ τρεῖς ἡμέρας ἑκατέρωθεν ἀνὰ τρεῖς δακτύλους ἐπιμετροῦντα, καὶ παραφυλαττόμενον ἐπιμελῶς, τοῦ μὴ φλέβα καῦσαι.</w:t>
      </w:r>
    </w:p>
    <w:p>
      <w:pPr>
        <w:jc w:val="center"/>
      </w:pPr>
      <w:r>
        <w:rPr>
          <w:rFonts w:ascii="Gentium Plus" w:hAnsi="Gentium Plus"/>
          <w:b/>
          <w:sz w:val="24"/>
        </w:rPr>
        <w:t>σπληνὸς πρόγνωσις καὶ ἴασις.</w:t>
      </w:r>
    </w:p>
    <w:p>
      <w:r>
        <w:rPr>
          <w:rFonts w:ascii="Courier New" w:hAnsi="Courier New"/>
          <w:color w:val="555555"/>
          <w:sz w:val="20"/>
        </w:rPr>
        <w:t>[1]</w:t>
      </w:r>
    </w:p>
    <w:p>
      <w:r>
        <w:rPr>
          <w:rFonts w:ascii="Gentium Plus" w:hAnsi="Gentium Plus"/>
          <w:sz w:val="24"/>
        </w:rPr>
        <w:t>Ἐὰν περὶ τὸν σπλῆνα ᾖ τὸ πάθος, ἥ τε γαστὴρ μεγάλη γίνεται, καὶ στένει σφόδρα, καὶ ὀδυνᾶται. ἐὰν δὲ βούλῃ βοη‐ θεῖν, λαβὼν καυτήριον \| διάπυρον, παλαιστὴν ἀποστήσας ἀπὸ τῆς σφαίρας καῦσον ἐξ ἀμφοτέρων τῶν πλευρῶν· ἔστι δὲ ὁ</w:t>
      </w:r>
    </w:p>
    <w:p>
      <w:r>
        <w:rPr>
          <w:rFonts w:ascii="Courier New" w:hAnsi="Courier New"/>
          <w:color w:val="555555"/>
          <w:sz w:val="20"/>
        </w:rPr>
        <w:t>[5]</w:t>
      </w:r>
    </w:p>
    <w:p>
      <w:r>
        <w:rPr>
          <w:rFonts w:ascii="Gentium Plus" w:hAnsi="Gentium Plus"/>
          <w:sz w:val="24"/>
        </w:rPr>
        <w:t>τόπος, ᾗ πτερνίζομεν. τὸ μὲν οὖν πρῶτον καῦμα ἔστω ἐν τῷ προειρημένω τόπῳ, ἕτερον δὲ ἔμβαλε ἀποστήσας τοῦ προτέρου ὡς τρεῖς δακτύλους. ὅταν δὲ καύσῃς, ὡς προείρηται, θεράπευε τὸ ἕλκος τῷ προειρημένῳ φαρμάκῳ. \|</w:t>
      </w:r>
    </w:p>
    <w:p>
      <w:pPr>
        <w:jc w:val="center"/>
      </w:pPr>
      <w:r>
        <w:rPr>
          <w:rFonts w:ascii="Gentium Plus" w:hAnsi="Gentium Plus"/>
          <w:b/>
          <w:sz w:val="24"/>
        </w:rPr>
        <w:t>περὶ τερηδόνων.</w:t>
      </w:r>
    </w:p>
    <w:p>
      <w:pPr>
        <w:jc w:val="center"/>
      </w:pPr>
      <w:r>
        <w:rPr>
          <w:rFonts w:ascii="Gentium Plus" w:hAnsi="Gentium Plus"/>
          <w:b/>
          <w:sz w:val="24"/>
        </w:rPr>
        <w:t>Ἀψύρτου.</w:t>
      </w:r>
    </w:p>
    <w:p>
      <w:r>
        <w:rPr>
          <w:rFonts w:ascii="Courier New" w:hAnsi="Courier New"/>
          <w:color w:val="555555"/>
          <w:sz w:val="20"/>
        </w:rPr>
        <w:t>[1]</w:t>
      </w:r>
    </w:p>
    <w:p>
      <w:r>
        <w:rPr>
          <w:rFonts w:ascii="Gentium Plus" w:hAnsi="Gentium Plus"/>
          <w:sz w:val="24"/>
        </w:rPr>
        <w:t>Τὸ τῶν τερηδόνων γένος ἐστὶν οἱ σκώληκες, οἱ γινόμενοι ἐν τοῖς ἐντέροις καὶ ἐν τῇ κοιλίᾳ, οἵτινες ἐν τοῖς κοπρίοις ἀφοδευόμενοι ἐμπλέκονται τῇ ἐκστροφῇ τοῦ σφιγκτῆρος καὶ πρόσκεινται. σημεῖα δέ ἐστι τάδε· προστρίβει τὴν οὐρὰν καὶ</w:t>
      </w:r>
    </w:p>
    <w:p>
      <w:r>
        <w:rPr>
          <w:rFonts w:ascii="Courier New" w:hAnsi="Courier New"/>
          <w:color w:val="555555"/>
          <w:sz w:val="20"/>
        </w:rPr>
        <w:t>[5]</w:t>
      </w:r>
    </w:p>
    <w:p>
      <w:r>
        <w:rPr>
          <w:rFonts w:ascii="Gentium Plus" w:hAnsi="Gentium Plus"/>
          <w:sz w:val="24"/>
        </w:rPr>
        <w:t>τὴν ἕδραν πρὸς τὴν φάτνην καὶ τοὺς τοίχους. δεῖ οὖν κα‐ θιέναι τὴν χεῖρα, καὶ ἀφαιρεῖν, καὶ κονίαν ἀπὸ τῆς ἑστίας ἐμπάσσειν, ὅταν ἀφοδεύῃ. οὐκ ἔχει δὲ κίνδυνον ἐν τούτῳ. συμβαίνει δὲ καὶ ταῖς ἐλάφοις ἐγγίνεσθαι τοὺς σκώληκας ἐν τῇ κοιλίᾳ, καὶ μηρυκομένων αὐτῶν ἀναφέρεσθαι, καὶ ἐμπλέ‐</w:t>
      </w:r>
    </w:p>
    <w:p>
      <w:r>
        <w:rPr>
          <w:rFonts w:ascii="Courier New" w:hAnsi="Courier New"/>
          <w:color w:val="555555"/>
          <w:sz w:val="20"/>
        </w:rPr>
        <w:t>[10]</w:t>
      </w:r>
    </w:p>
    <w:p>
      <w:r>
        <w:rPr>
          <w:rFonts w:ascii="Gentium Plus" w:hAnsi="Gentium Plus"/>
          <w:sz w:val="24"/>
        </w:rPr>
        <w:t>κεσθαι αὐτοὺς εἰς τὸν βράγχον καὶ μένειν. καὶ οὐχ ἕστηκεν ἐν ἑνὶ τόπῳ, ἀλλὰ περιτρέχει. ἐπινενόηται δὲ τῷ ζῴῳ \| τι τοιοῦ‐ τον· τρώγειν τὰ ἑρπετὰ θηρία καὶ θεραπεύεσθαι οὕτως.</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Γίγνονται τερηδόνες καλούμεναι ἐν τοῖς ἐντέροις καὶ τῇ κοιλίᾳ. εἰσὶ δὲ σκώληκες, οἳ σὺν τῇ κόπρῳ ἀποπατούμενοι ἐμπλέκονται κατὰ τὴν ἔκστρεψιν τῆς ἕδρας. σημεῖα δὲ τούτῳ τὸ προστρίβειν τὴν ἕδραν καὶ τὴν κέρκον πρὸς τὴν φάτνην</w:t>
      </w:r>
    </w:p>
    <w:p>
      <w:r>
        <w:rPr>
          <w:rFonts w:ascii="Courier New" w:hAnsi="Courier New"/>
          <w:color w:val="555555"/>
          <w:sz w:val="20"/>
        </w:rPr>
        <w:t>[5]</w:t>
      </w:r>
    </w:p>
    <w:p>
      <w:r>
        <w:rPr>
          <w:rFonts w:ascii="Gentium Plus" w:hAnsi="Gentium Plus"/>
          <w:sz w:val="24"/>
        </w:rPr>
        <w:t>καὶ τοὺς τοίχους. βοηθείσθω οὖν, καθιέντος τὴν χεῖρά τινος καὶ ἐξαιροῦντος καὶ κονίαν τὴν ἀπὸ τῆς ἑστίας ἐμπάσσοντος ἢ ἅλας λεπτόν.</w:t>
      </w:r>
    </w:p>
    <w:p>
      <w:pPr>
        <w:jc w:val="center"/>
      </w:pPr>
      <w:r>
        <w:rPr>
          <w:rFonts w:ascii="Gentium Plus" w:hAnsi="Gentium Plus"/>
          <w:b/>
          <w:sz w:val="24"/>
        </w:rPr>
        <w:t>ἄλλο. Εὐμήλου εἰς τὸ αὐτό.</w:t>
      </w:r>
    </w:p>
    <w:p>
      <w:r>
        <w:rPr>
          <w:rFonts w:ascii="Courier New" w:hAnsi="Courier New"/>
          <w:color w:val="555555"/>
          <w:sz w:val="20"/>
        </w:rPr>
        <w:t>[1]</w:t>
      </w:r>
    </w:p>
    <w:p>
      <w:r>
        <w:rPr>
          <w:rFonts w:ascii="Gentium Plus" w:hAnsi="Gentium Plus"/>
          <w:sz w:val="24"/>
        </w:rPr>
        <w:t>Ἐὰν τερηδόνας, τοῦτ’ ἔστι λεπτοὺς σκώληκας ἔχῃ, φρίττει πᾶν τὸ σῶμα, καὶ κνησμοὺς ἔχει. χαμαιλέοντος οὖν ῥίζαν εἰς ὕδωρ ἀποτριτώσας, καὶ μίξας ὀποπάνακος γο βʹ καὶ οἴνου ξέ. τὸ ἥμισυ, διὰ τοῦ ἀριστεροῦ μυκτῆ\|ρος ἔμβαλλε.</w:t>
      </w:r>
    </w:p>
    <w:p>
      <w:pPr>
        <w:jc w:val="center"/>
      </w:pPr>
      <w:r>
        <w:rPr>
          <w:rFonts w:ascii="Gentium Plus" w:hAnsi="Gentium Plus"/>
          <w:b/>
          <w:sz w:val="24"/>
        </w:rPr>
        <w:t>ἄλλο Θεομνήστου.</w:t>
      </w:r>
    </w:p>
    <w:p>
      <w:r>
        <w:rPr>
          <w:rFonts w:ascii="Courier New" w:hAnsi="Courier New"/>
          <w:color w:val="555555"/>
          <w:sz w:val="20"/>
        </w:rPr>
        <w:t>[1]</w:t>
      </w:r>
    </w:p>
    <w:p>
      <w:r>
        <w:rPr>
          <w:rFonts w:ascii="Gentium Plus" w:hAnsi="Gentium Plus"/>
          <w:sz w:val="24"/>
        </w:rPr>
        <w:t>Αἱ τερηδόνες καὶ τὰ θηρία σκώληκές εἰσι λευκοὶ τῇ κοιλίᾳ καὶ τοῖς ἐντέροις ἐντικτόμενοι. ταῦτα δὲ σημεῖα ποιοῦσιν οἱ ὑπ’ αὐτῶν ὀχλούμενοι ἵπποι· τρίβουσι τὴν οὐρὰν καὶ τὸν σφιγκτῆρα παρὰ τοὺς τοίχους. θεραπεία δὲ αὐτῶν ἐστι· τὰ</w:t>
      </w:r>
    </w:p>
    <w:p>
      <w:r>
        <w:rPr>
          <w:rFonts w:ascii="Courier New" w:hAnsi="Courier New"/>
          <w:color w:val="555555"/>
          <w:sz w:val="20"/>
        </w:rPr>
        <w:t>[5]</w:t>
      </w:r>
    </w:p>
    <w:p>
      <w:r>
        <w:rPr>
          <w:rFonts w:ascii="Gentium Plus" w:hAnsi="Gentium Plus"/>
          <w:sz w:val="24"/>
        </w:rPr>
        <w:t>μὲν φαινόμενα ἐκκομίζεσθαι διὰ τῆς χειρὸς ἐναλειφομένης ἐλαίῳ, εἶτα καθαρθὲν τὸ ζῷον ἐγχυματίζειν ὀποπάνακα μετ’</w:t>
      </w:r>
    </w:p>
    <w:p>
      <w:pPr>
        <w:jc w:val="center"/>
      </w:pPr>
      <w:r>
        <w:rPr>
          <w:rFonts w:ascii="Gentium Plus" w:hAnsi="Gentium Plus"/>
          <w:b/>
          <w:sz w:val="24"/>
        </w:rPr>
        <w:t>ἄλλο Πελαγωνίου.</w:t>
      </w:r>
    </w:p>
    <w:p>
      <w:r>
        <w:rPr>
          <w:rFonts w:ascii="Courier New" w:hAnsi="Courier New"/>
          <w:color w:val="555555"/>
          <w:sz w:val="20"/>
        </w:rPr>
        <w:t>[1]</w:t>
      </w:r>
    </w:p>
    <w:p>
      <w:r>
        <w:rPr>
          <w:rFonts w:ascii="Gentium Plus" w:hAnsi="Gentium Plus"/>
          <w:sz w:val="24"/>
        </w:rPr>
        <w:t>Συνάγει ἑαυτὸν τῷ παντὶ σώματι, φρίττει τὰ πολλά. λαβὼν οὖν χαμαιλέοντος ῥίζαν, ἕψησον καὶ ἀποτρίτωσον, καὶ ταύτην μετὰ ὀποπάνακος γο βʹ καὶ οἴνου ξέ. αʹ μίξας, διὰ τοῦ ἀρι‐ στεροῦ μυκτῆρος ἔγχει.</w:t>
      </w:r>
    </w:p>
    <w:p>
      <w:pPr>
        <w:jc w:val="center"/>
      </w:pPr>
      <w:r>
        <w:rPr>
          <w:rFonts w:ascii="Gentium Plus" w:hAnsi="Gentium Plus"/>
          <w:b/>
          <w:sz w:val="24"/>
        </w:rPr>
        <w:t>ἄλλο· τερηδόνων πρόγνωσις καὶ ἴασις.</w:t>
      </w:r>
    </w:p>
    <w:p>
      <w:r>
        <w:rPr>
          <w:rFonts w:ascii="Courier New" w:hAnsi="Courier New"/>
          <w:color w:val="555555"/>
          <w:sz w:val="20"/>
        </w:rPr>
        <w:t>[1]</w:t>
      </w:r>
    </w:p>
    <w:p>
      <w:r>
        <w:rPr>
          <w:rFonts w:ascii="Gentium Plus" w:hAnsi="Gentium Plus"/>
          <w:sz w:val="24"/>
        </w:rPr>
        <w:t>Ἐξαπίνης ἀναστὰς τρέχει ἢ κάθηται ἢ ἀνακλιθεὶς κέχηνε. λαβὼν οὖν σκορόδων Κυπρίων, εἰ δὲ μή, γῆς ἐντέρων δραχμὴν μίαν, τρίψας ἐν ὄξει ὅσον κοτύλῃ, εἰς τοὺς μυκτῆρας ἔγχει. \|</w:t>
      </w:r>
    </w:p>
    <w:p>
      <w:pPr>
        <w:jc w:val="center"/>
      </w:pPr>
      <w:r>
        <w:rPr>
          <w:rFonts w:ascii="Gentium Plus" w:hAnsi="Gentium Plus"/>
          <w:b/>
          <w:sz w:val="24"/>
        </w:rPr>
        <w:t>περὶ αἵματος διὰ τῆς ἕδρας ἐκφερομένου.</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Στατιλίῳ Στεφάνῳ ἰατρῷ χαίρειν. ἔγραψάς μοι ἐπερωτῶν, πῶς δεῖ βοηθεῖσθαι τῶν ἵππων τοὺς αἷμα ἀπο‐ κρίνοντας διὰ τῆς ἕδρας καὶ τῆς οὐρήσεως. θεραπεύονται δὲ οὗτοι αἵματος ἀφαιρέσει ἐκ τῆς ὑπερῴας, καὶ ἐγχυματισμῷ</w:t>
      </w:r>
    </w:p>
    <w:p>
      <w:r>
        <w:rPr>
          <w:rFonts w:ascii="Courier New" w:hAnsi="Courier New"/>
          <w:color w:val="555555"/>
          <w:sz w:val="20"/>
        </w:rPr>
        <w:t>[5]</w:t>
      </w:r>
    </w:p>
    <w:p>
      <w:r>
        <w:rPr>
          <w:rFonts w:ascii="Gentium Plus" w:hAnsi="Gentium Plus"/>
          <w:sz w:val="24"/>
        </w:rPr>
        <w:t>διὰ τοῦ στόματος ἀσφοδέλου ῥίζῃ τετριμμένῃ μετὰ οἴνου γλυ‐ κέος λευκοῦ κοτύλαις δυσί· ἵνα δὲ ᾖ ὑγρὸν τὸ ἔγχυμα. μετὰ δὲ τοῦτο ἄλευρα πύρινα καθαρὰ μετὰ στέατος ὑείου καὶ ῥόας ἐν ὕδατι πολὺν χρόνον ἑψήσαντας, μὴ παχὺ τὸ ἕψημα,</w:t>
      </w:r>
    </w:p>
    <w:p>
      <w:r>
        <w:rPr>
          <w:rFonts w:ascii="Courier New" w:hAnsi="Courier New"/>
          <w:color w:val="555555"/>
          <w:sz w:val="20"/>
        </w:rPr>
        <w:t>[10]</w:t>
      </w:r>
    </w:p>
    <w:p>
      <w:r>
        <w:rPr>
          <w:rFonts w:ascii="Gentium Plus" w:hAnsi="Gentium Plus"/>
          <w:sz w:val="24"/>
        </w:rPr>
        <w:t>τροχασμοῖς περιφέρειν, καὶ τὴν κοιλίαν ὑγροτέραν ποιεῖν, ποτίζον\|τας τὸ νίτρον καὶ τὰς κριθὰς καταρραίνοντας αὐτῷ καὶ τὸν χόρτον, καὶ μὴ ῥιγούτω. ὅταν δὲ ᾖ φερόμενον διὰ τῶν μυκτήρων, βοηθοῦνται καταντλούμενοι τὴν κεφαλὴν ψυχρῷ ὕδατι, ἅλας ἔχοντι μὴ πολύ. ἔστω δὲ τὸ ὕδωρ ὡς ὅτι</w:t>
      </w:r>
    </w:p>
    <w:p>
      <w:r>
        <w:rPr>
          <w:rFonts w:ascii="Courier New" w:hAnsi="Courier New"/>
          <w:color w:val="555555"/>
          <w:sz w:val="20"/>
        </w:rPr>
        <w:t>[15]</w:t>
      </w:r>
    </w:p>
    <w:p>
      <w:r>
        <w:rPr>
          <w:rFonts w:ascii="Gentium Plus" w:hAnsi="Gentium Plus"/>
          <w:sz w:val="24"/>
        </w:rPr>
        <w:t>ψυχρότατον.</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Οἱ δὲ αἷμα διὰ τῆς ἕδρας ἀποκρίνοντες καὶ τῆς οὐρήθρας ἑτέρων σημείων εἰς τὴν γνῶσιν τοῦ πάθους δῆλον ὡς οὐ προσδέονται, δεικνύντες τῷ αἵματι, ὃ πάσχουσι. τοῖσδε δὲ ἴασις· διὰ τῆς ὑπερῴας ἀφαιρείσθω αἷμα, καὶ ἐγχυματιζέσθω‐</w:t>
      </w:r>
    </w:p>
    <w:p>
      <w:r>
        <w:rPr>
          <w:rFonts w:ascii="Courier New" w:hAnsi="Courier New"/>
          <w:color w:val="555555"/>
          <w:sz w:val="20"/>
        </w:rPr>
        <w:t>[5]</w:t>
      </w:r>
    </w:p>
    <w:p>
      <w:r>
        <w:rPr>
          <w:rFonts w:ascii="Gentium Plus" w:hAnsi="Gentium Plus"/>
          <w:sz w:val="24"/>
        </w:rPr>
        <w:t>σαν ἀσφοδέλου ῥίζῃ τετριμμένῃ μετὰ οἴνου γλυκέος κοτυλῶν δύο· ἵνα δὲ ὑγρὸν ᾖ τὸ ἔγχυμα. μετὰ δὲ τοῦτο ἄλευρα πύ‐ ρινα καθαρὰ μετὰ στέατος χοιρείου, καὶ ῥόας ἐν ὕδατι ἐπι‐ πλεῖον ἑψηθέντα, ἐγχυματιζέσθωσαν διὰ τοῦ στόματος, μὴ πα‐ χέος ὄντος τοῦ ἐγχυματισμοῦ. περίπατον δὲ \| συντόνον χρὴ</w:t>
      </w:r>
    </w:p>
    <w:p>
      <w:r>
        <w:rPr>
          <w:rFonts w:ascii="Courier New" w:hAnsi="Courier New"/>
          <w:color w:val="555555"/>
          <w:sz w:val="20"/>
        </w:rPr>
        <w:t>[10]</w:t>
      </w:r>
    </w:p>
    <w:p>
      <w:r>
        <w:rPr>
          <w:rFonts w:ascii="Gentium Plus" w:hAnsi="Gentium Plus"/>
          <w:sz w:val="24"/>
        </w:rPr>
        <w:t>παραλαμβάνειν. τῷ δὲ νίτρῳ καὶ τὰς κριθὰς καταρραίνειν καὶ τὸν χόρτον, ἐπιμελεῖσθαί τε, ὅπως μὴ ῥιγῶσιν. ὅταν δὲ διὰ μυκτήρων αἷμα φέρηται, καταντλεῖν δεῖ τὴν κεφαλὴν ὕδατι ψυχρῷ, ἅλας ἔχοντι μὴ πολύ. χρῆσθαι δὲ τῷ ὕδατι ψυχρ〈οτάτ〉ῷ.</w:t>
      </w:r>
    </w:p>
    <w:p>
      <w:pPr>
        <w:jc w:val="center"/>
      </w:pPr>
      <w:r>
        <w:rPr>
          <w:rFonts w:ascii="Gentium Plus" w:hAnsi="Gentium Plus"/>
          <w:b/>
          <w:sz w:val="24"/>
        </w:rPr>
        <w:t>ἄλλο Ἀνατολίου πρὸς τοὺς αἷμα ἀπουροῦντας.</w:t>
      </w:r>
    </w:p>
    <w:p>
      <w:r>
        <w:rPr>
          <w:rFonts w:ascii="Courier New" w:hAnsi="Courier New"/>
          <w:color w:val="555555"/>
          <w:sz w:val="20"/>
        </w:rPr>
        <w:t>[1]</w:t>
      </w:r>
    </w:p>
    <w:p>
      <w:r>
        <w:rPr>
          <w:rFonts w:ascii="Gentium Plus" w:hAnsi="Gentium Plus"/>
          <w:sz w:val="24"/>
        </w:rPr>
        <w:t>Ἐρεγμῷ κεκαθαρμένῳ ἑφθῷ, στέατος ἐλαφείου μιχθέντος καὶ ὀλίγου οἴνου, ἐπὶ ἡμέραις τρισὶ διὰ τοῦ στόματος ἐγχυμά‐ τιζε. ἢ γάλακτος αἰγείου κοτύλην μίαν, καὶ ἀμύλου ὅσον ᾠῶν</w:t>
      </w:r>
    </w:p>
    <w:p>
      <w:pPr>
        <w:jc w:val="center"/>
      </w:pPr>
      <w:r>
        <w:rPr>
          <w:rFonts w:ascii="Gentium Plus" w:hAnsi="Gentium Plus"/>
          <w:b/>
          <w:sz w:val="24"/>
        </w:rPr>
        <w:t>Πελαγωνίου πρὸς τοὺς αἷμα ἀπουροῦντας ἢ διὰ</w:t>
      </w:r>
    </w:p>
    <w:p>
      <w:r>
        <w:rPr>
          <w:rFonts w:ascii="Courier New" w:hAnsi="Courier New"/>
          <w:color w:val="555555"/>
          <w:sz w:val="20"/>
        </w:rPr>
        <w:t>[t2]</w:t>
      </w:r>
    </w:p>
    <w:p>
      <w:r>
        <w:rPr>
          <w:rFonts w:ascii="Gentium Plus" w:hAnsi="Gentium Plus"/>
          <w:sz w:val="24"/>
        </w:rPr>
        <w:t>μυκτήρων ἀνάγοντας ἢ ἐμοῦντας ἢ ἀπὸ φλεβο‐</w:t>
      </w:r>
    </w:p>
    <w:p>
      <w:r>
        <w:rPr>
          <w:rFonts w:ascii="Courier New" w:hAnsi="Courier New"/>
          <w:color w:val="555555"/>
          <w:sz w:val="20"/>
        </w:rPr>
        <w:t>[t3]</w:t>
      </w:r>
    </w:p>
    <w:p>
      <w:r>
        <w:rPr>
          <w:rFonts w:ascii="Gentium Plus" w:hAnsi="Gentium Plus"/>
          <w:sz w:val="24"/>
        </w:rPr>
        <w:t>τομίας ἐξαίμους γινομένους.</w:t>
      </w:r>
    </w:p>
    <w:p>
      <w:r>
        <w:rPr>
          <w:rFonts w:ascii="Courier New" w:hAnsi="Courier New"/>
          <w:color w:val="555555"/>
          <w:sz w:val="20"/>
        </w:rPr>
        <w:t>[1]</w:t>
      </w:r>
    </w:p>
    <w:p>
      <w:r>
        <w:rPr>
          <w:rFonts w:ascii="Gentium Plus" w:hAnsi="Gentium Plus"/>
          <w:sz w:val="24"/>
        </w:rPr>
        <w:t>Πελαγώνιος Ἀρζυγίῳ ἰδίῳ χαίρειν. πολλάκις \ ὑγιαίνοντας ἵππους πλῆθος αἵματος βλάπτει. δῆλον γὰρ ὡς ὁ τούτου πλεονασμὸς δι’ οὑδηποτοῦν ἀπορρήγνυται τόπου· ὅπερ ἵνα μὴ τοῖς ἵπποις ἐπισυμβαίνῃ, παραφυλάξομεν. πολλάκις δὲ</w:t>
      </w:r>
    </w:p>
    <w:p>
      <w:r>
        <w:rPr>
          <w:rFonts w:ascii="Courier New" w:hAnsi="Courier New"/>
          <w:color w:val="555555"/>
          <w:sz w:val="20"/>
        </w:rPr>
        <w:t>[5]</w:t>
      </w:r>
    </w:p>
    <w:p>
      <w:r>
        <w:rPr>
          <w:rFonts w:ascii="Gentium Plus" w:hAnsi="Gentium Plus"/>
          <w:sz w:val="24"/>
        </w:rPr>
        <w:t>καὶ ταλαιπωροτέρου ἵππου τὸ οὖρον αἷμα εὑρίσκεται· ἀλλὰ τοῦτο τοῖς ἀσθενεστέροις ἢ καὶ ἐκ μακρᾶς ὁδοῦ ἢ ἐκ πολλοῦ βάρους ἐπιγίνεται ἢ ἐκ πολλῆς πιμελῆς· χρὴ οὖν θεραπεύειν οὕτως· αἷμα ἐκ τῆς γαστρὸς λάμβανε, καὶ προπότιζε γάλακτι αἰγείῳ, καὶ ἀμύλῳ, καὶ τρισὶν ᾠοῖς, καὶ χυλῷ βοτάνης περ‐</w:t>
      </w:r>
    </w:p>
    <w:p>
      <w:r>
        <w:rPr>
          <w:rFonts w:ascii="Courier New" w:hAnsi="Courier New"/>
          <w:color w:val="555555"/>
          <w:sz w:val="20"/>
        </w:rPr>
        <w:t>[10]</w:t>
      </w:r>
    </w:p>
    <w:p>
      <w:r>
        <w:rPr>
          <w:rFonts w:ascii="Gentium Plus" w:hAnsi="Gentium Plus"/>
          <w:sz w:val="24"/>
        </w:rPr>
        <w:t>δικίου. τοῦτο δὲ ποίει ἐπὶ τῶν ἄγαν λιπαρῶν. τοὺς δὲ λεπ‐ τοὺς δίχα τῆς ἀφαιμάξεως περιόδευε. οὐ γὰρ συμβάλλεται αὐτοῖς ἡ τοῦ αἵματος ἀφαίρεσις.</w:t>
      </w:r>
    </w:p>
    <w:p>
      <w:pPr>
        <w:jc w:val="center"/>
      </w:pPr>
      <w:r>
        <w:rPr>
          <w:rFonts w:ascii="Gentium Plus" w:hAnsi="Gentium Plus"/>
          <w:b/>
          <w:sz w:val="24"/>
        </w:rPr>
        <w:t>προπότισμα πρὸς τὰ τοιαῦτα πάθη.</w:t>
      </w:r>
    </w:p>
    <w:p>
      <w:r>
        <w:rPr>
          <w:rFonts w:ascii="Courier New" w:hAnsi="Courier New"/>
          <w:color w:val="555555"/>
          <w:sz w:val="20"/>
        </w:rPr>
        <w:t>[1]</w:t>
      </w:r>
    </w:p>
    <w:p>
      <w:r>
        <w:rPr>
          <w:rFonts w:ascii="Gentium Plus" w:hAnsi="Gentium Plus"/>
          <w:sz w:val="24"/>
        </w:rPr>
        <w:t>Προποτίσμασι δὲ πρὸς τὰ τοιαῦτα πάθη τοῖσδε χρήσῃ· τραγακάνθης οἴνῳ ἀποβεβρεγμέ\|νης γο τὸ ἥμισυ, ὀπίου γρά. δʹ, στύρακος τὸ ἴσον, στροβίλια ἀριθμῷ ιβʹ, ταῦτα πάντα λειώσας καὶ ποιήσας καρύου Ποντικοῦ μέγεθος μετὰ οἴνου</w:t>
      </w:r>
    </w:p>
    <w:p>
      <w:r>
        <w:rPr>
          <w:rFonts w:ascii="Courier New" w:hAnsi="Courier New"/>
          <w:color w:val="555555"/>
          <w:sz w:val="20"/>
        </w:rPr>
        <w:t>[5]</w:t>
      </w:r>
    </w:p>
    <w:p>
      <w:r>
        <w:rPr>
          <w:rFonts w:ascii="Gentium Plus" w:hAnsi="Gentium Plus"/>
          <w:sz w:val="24"/>
        </w:rPr>
        <w:t>ξέ. ἑνὸς διὰ κέρατος ἔγχει ἐπὶ ἡμέραις ἑπτά. τοῦτο δὲ καὶ ἀνθρώποις ἐστὶν ἐπωφελές, εἴ γε κυάμου μέγεθος εἰς ᾠὸν δώσεις.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Πράσου χυλὸν μετὰ οἰνομέλιτος καὶ ᾠοῦ εἰς τὸν λαιμὸν ἔμβαλλε, προσμίσγων καὶ στακτὴν ὀλίγην.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Αἷμα πρῶτον ἀπὸ τοῦ οὐρανίσκου λάμβανε, εἶτα ἀσφο‐ δέλου ῥίζαν εἰς οἴνου γλυκέος ξέ. βʹ λείωσον, καὶ λαβὼν ἄλευρα σίτινα σῆσον ἐπιμελῶς, εἶτα ῥοῦν Συριακὴν εἰς ὕδωρ ἕψησον ἐπὶ πολύ, καὶ ταῦτα συμμίξας διὰ τοῦ στόματος ἔγχει. μὴ</w:t>
      </w:r>
    </w:p>
    <w:p>
      <w:r>
        <w:rPr>
          <w:rFonts w:ascii="Courier New" w:hAnsi="Courier New"/>
          <w:color w:val="555555"/>
          <w:sz w:val="20"/>
        </w:rPr>
        <w:t>[5]</w:t>
      </w:r>
    </w:p>
    <w:p>
      <w:r>
        <w:rPr>
          <w:rFonts w:ascii="Gentium Plus" w:hAnsi="Gentium Plus"/>
          <w:sz w:val="24"/>
        </w:rPr>
        <w:t>πολλὰ δὲ περιπατείτω. πρὸ δέ γε πάντων τὴν γαστέρα αὐτοῦ ὕδατι καὶ νίτρῳ, καὶ τὰς κριθὰς ὁμοίως κατάβρεχε. \|</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Ἐὰν αἷμα διὰ τῶν μυκτήρων φέρῃ, 〈ἐπικίνδυνον. ὅπερ〉 ἐπέχειν [αὐτὸ] χρὴ προσφυσῶντα εἰς τοὺς μυκτῆρας κοριάνου χλωροῦ χυλόν ...... 〈ὕδατι ψυχροτάτῳ τὴν κεφαλὴν αὐτοῦ ἀπάντλησον, προσμίξας εἰς τὸ ὕδωρ ἅλατος ὀλίγον.〉</w:t>
      </w:r>
    </w:p>
    <w:p>
      <w:pPr>
        <w:jc w:val="center"/>
      </w:pPr>
      <w:r>
        <w:rPr>
          <w:rFonts w:ascii="Gentium Plus" w:hAnsi="Gentium Plus"/>
          <w:b/>
          <w:sz w:val="24"/>
        </w:rPr>
        <w:t>ἄλλο πρὸς τοὺς αἷμα ἐμοῦντας.</w:t>
      </w:r>
    </w:p>
    <w:p>
      <w:r>
        <w:rPr>
          <w:rFonts w:ascii="Courier New" w:hAnsi="Courier New"/>
          <w:color w:val="555555"/>
          <w:sz w:val="20"/>
        </w:rPr>
        <w:t>[1]</w:t>
      </w:r>
    </w:p>
    <w:p>
      <w:r>
        <w:rPr>
          <w:rFonts w:ascii="Gentium Plus" w:hAnsi="Gentium Plus"/>
          <w:sz w:val="24"/>
        </w:rPr>
        <w:t>Ἀψίνθιον καὶ ναρδόσταχυ ἐν χαλκείῳ καινῷ μετὰ ὕδατος</w:t>
      </w:r>
    </w:p>
    <w:p>
      <w:pPr>
        <w:jc w:val="center"/>
      </w:pPr>
      <w:r>
        <w:rPr>
          <w:rFonts w:ascii="Gentium Plus" w:hAnsi="Gentium Plus"/>
          <w:b/>
          <w:sz w:val="24"/>
        </w:rPr>
        <w:t>περὶ ἐμφράγματος.</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Ἱστορικῷ ἱππιατρῷ χαίρειν. ἐμφράγματος γενομένου σημεῖα τάδε· οὐρὰν ἀποτεταμένην ἔχει, ῥώθωνας διε‐ σταλμένους καὶ τῷ ποδὶ τύπτει τὴν γῆν καὶ τῆς κόπρου ὀσφραί‐ νεται, ἱδροῖ τε τὰς μα〈σχά〉λας, καὶ τρόμος περὶ τοὺς ὤμους</w:t>
      </w:r>
    </w:p>
    <w:p>
      <w:r>
        <w:rPr>
          <w:rFonts w:ascii="Courier New" w:hAnsi="Courier New"/>
          <w:color w:val="555555"/>
          <w:sz w:val="20"/>
        </w:rPr>
        <w:t>[5]</w:t>
      </w:r>
    </w:p>
    <w:p>
      <w:r>
        <w:rPr>
          <w:rFonts w:ascii="Gentium Plus" w:hAnsi="Gentium Plus"/>
          <w:sz w:val="24"/>
        </w:rPr>
        <w:t>ἐνίοτε γίνεται, καὶ ὡς οὐρητιῶν προχαλᾶ τὸ αἰδοῖον, καὶ κυ‐ λίεται. συμβαίνει δὲ τοῦτο, ὅταν ἀπὸ τῆς κοιλίας τὸ ἐπὶ τῆς ἐξόδου ἔντερον ἐπιστροφὴν λάβῃ, καὶ τὰ ἐν αὐτῷ ἐγκείμενα εὐέξοδα μὴ γένηται. θεραπεύεται δὲ ἐγχυματιζόμενος οἴνου καὶ ἐλαίου κοτύλαις δυσί, καὶ περιπάτῳ πλείονι καὶ χόρτῳ</w:t>
      </w:r>
    </w:p>
    <w:p>
      <w:r>
        <w:rPr>
          <w:rFonts w:ascii="Courier New" w:hAnsi="Courier New"/>
          <w:color w:val="555555"/>
          <w:sz w:val="20"/>
        </w:rPr>
        <w:t>[10]</w:t>
      </w:r>
    </w:p>
    <w:p>
      <w:r>
        <w:rPr>
          <w:rFonts w:ascii="Gentium Plus" w:hAnsi="Gentium Plus"/>
          <w:sz w:val="24"/>
        </w:rPr>
        <w:t>χλωρῷ χρώμενος, καὶ ποτιζόμενος τῷ νίτρῳ. κυλιόμενον δὲ μὴ κωλύειν. ὁ δὲ τοιοῦτος δυσχε\|ρῶς περιγίνεται.</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Ἔμφραγμα γίνεται, ὅταν τὸ ἐπὶ τῆς κοιλίας τοῦ πόρου ἔντερον ἐπίστρεψιν λάβῃ, καὶ τὰ ἐν αὐτῷ ἐγκείμενα μὴ ἔχῃ τὴν διέξοδον, τὴν οὐρήθραν δὲ ἀνατεταμένην ἔχῃ καὶ τοὺς μυκτῆρας διεστῶτας, καὶ τῷ ποδὶ τύπτῃ τὴν γῆν, καὶ ἐπι‐</w:t>
      </w:r>
    </w:p>
    <w:p>
      <w:r>
        <w:rPr>
          <w:rFonts w:ascii="Courier New" w:hAnsi="Courier New"/>
          <w:color w:val="555555"/>
          <w:sz w:val="20"/>
        </w:rPr>
        <w:t>[5]</w:t>
      </w:r>
    </w:p>
    <w:p>
      <w:r>
        <w:rPr>
          <w:rFonts w:ascii="Gentium Plus" w:hAnsi="Gentium Plus"/>
          <w:sz w:val="24"/>
        </w:rPr>
        <w:t>στρέφηται ἐπὶ τὴν κοιλίαν, καὶ τὰ κόπρια ὀσφραίνηται, ἱδρῶ‐ τές τε παρὰ τὰς μασχάλας γίγνωνται καὶ τρόμοι ἐνίοτε περὶ τοὺς ὤμους, καὶ ὡς οὐρεῖν μέλλων ἐμφαίνῃ, καὶ κυλίεσθαι βούληται. θεραπεύεται δὲ ἐγχυματιζόμενος οἴνου καὶ ἐλαίου</w:t>
      </w:r>
    </w:p>
    <w:p>
      <w:r>
        <w:rPr>
          <w:rFonts w:ascii="Courier New" w:hAnsi="Courier New"/>
          <w:color w:val="555555"/>
          <w:sz w:val="20"/>
        </w:rPr>
        <w:t>[10]</w:t>
      </w:r>
    </w:p>
    <w:p>
      <w:r>
        <w:rPr>
          <w:rFonts w:ascii="Gentium Plus" w:hAnsi="Gentium Plus"/>
          <w:sz w:val="24"/>
        </w:rPr>
        <w:t>τρίψας μετὰ σελίνου ἐν οἴνῳ λευκῷ, ἐπιχέας οἴνου τὸ τεταρ‐ τημόριον, ἐγχυμάτιζε διὰ μυκτῆρος τοῦ εὐωνύμου. χόρτος δὲ διδόσθω χλωρός, καὶ κυλιόμενος δὲ μὴ κωλυέσθω ἀπὸ πρώτης ἡμέρας. ἐγχυματιζέ\|σθω δὲ ἀλεύρῳ πυρίνῳ ἐν ὕδατι χλιαρῷ. ἔνιοι δὲ πρὸ τοῦ ἐγχυματισμοῦ δοκιμάζουσιν, ἀλείψαντας τὴν</w:t>
      </w:r>
    </w:p>
    <w:p>
      <w:r>
        <w:rPr>
          <w:rFonts w:ascii="Courier New" w:hAnsi="Courier New"/>
          <w:color w:val="555555"/>
          <w:sz w:val="20"/>
        </w:rPr>
        <w:t>[15]</w:t>
      </w:r>
    </w:p>
    <w:p>
      <w:r>
        <w:rPr>
          <w:rFonts w:ascii="Gentium Plus" w:hAnsi="Gentium Plus"/>
          <w:sz w:val="24"/>
        </w:rPr>
        <w:t>χεῖρα καὶ καθιέντας διὰ τῆς ἕδρας τὰ παρακείμενα κόπρια ἐκβάλλειν· οὗ γινομένου οὐρεῖ. \|</w:t>
      </w:r>
    </w:p>
    <w:p>
      <w:pPr>
        <w:jc w:val="center"/>
      </w:pPr>
      <w:r>
        <w:rPr>
          <w:rFonts w:ascii="Gentium Plus" w:hAnsi="Gentium Plus"/>
          <w:b/>
          <w:sz w:val="24"/>
        </w:rPr>
        <w:t>περὶ αἱμορροίας.</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Ἀρουντίῳ Κορινθίῳ χαίρειν. ἔγραψάς μοι ἐπερωτῶν, πόθεν συμβαίνει τοῖς ἵπποις καὶ ὑποζυγίοις αἱμορ‐ ροεῖν ἐκ τοῦ νώτου. συμβαίνει δέ, ὅταν ἐνστῇ ὁ καιρὸς ἀπὸ τῶν ξηρῶν πρὸς τὰ χλωρὰ κατὰ τὴν ἐαρινὴν ὥραν, χωρὶς</w:t>
      </w:r>
    </w:p>
    <w:p>
      <w:r>
        <w:rPr>
          <w:rFonts w:ascii="Courier New" w:hAnsi="Courier New"/>
          <w:color w:val="555555"/>
          <w:sz w:val="20"/>
        </w:rPr>
        <w:t>[5]</w:t>
      </w:r>
    </w:p>
    <w:p>
      <w:r>
        <w:rPr>
          <w:rFonts w:ascii="Gentium Plus" w:hAnsi="Gentium Plus"/>
          <w:sz w:val="24"/>
        </w:rPr>
        <w:t>γίνεσθαι τὸν ἰχῶρα τοῦ αἵματος, καὶ ὑποτρέχειν ὑπὸ τὴν βύρσαν τοῦ νώτου, καὶ τὴν ἔξοδον ποιεῖσθαι διὰ τῆς ἐπι‐ φανείας κατὰ τρίχα, ὃ λέγουσιν αἱμορροΐδα. τούτου δὲ ἐπι‐ γενομένου, καθαίρεται τὸ κτῆνος καὶ εὔρωστον ὑπάρχει. διὸ οὐ δεῖ φλεβοτομεῖν τὸν τοιοῦτον ἐξ οὐδενὸς τῶν τόπων· μετ‐</w:t>
      </w:r>
    </w:p>
    <w:p>
      <w:r>
        <w:rPr>
          <w:rFonts w:ascii="Courier New" w:hAnsi="Courier New"/>
          <w:color w:val="555555"/>
          <w:sz w:val="20"/>
        </w:rPr>
        <w:t>[10]</w:t>
      </w:r>
    </w:p>
    <w:p>
      <w:r>
        <w:rPr>
          <w:rFonts w:ascii="Gentium Plus" w:hAnsi="Gentium Plus"/>
          <w:sz w:val="24"/>
        </w:rPr>
        <w:t>άγεται γὰρ πάλιν ἀπὸ τῆς ἐξόδου εἰς τὰς φλέβας, καὶ νοσο‐ ποιεῖ. δεῖ οὖν τῇ τροφῇ πιαίνειν αὐτὸν καὶ μάλιστα τῇ χλόῃ. δοκεῖ γὰρ τότε μᾶλλον ἐπὶ πλέον τὴν ῥύσιν ποιεῖσθαι καὶ τὴν ἔκκρι\|σιν. ἔστιν δὲ τούτῳ ἐν τῇ κυβερνήσει ἡ τρῖψις ἀσύμ‐ φορος, διὰ τὸ στεγανοῦσθαι τοὺς πόρους. ἐὰν γάρ ποτε γενο‐</w:t>
      </w:r>
    </w:p>
    <w:p>
      <w:r>
        <w:rPr>
          <w:rFonts w:ascii="Courier New" w:hAnsi="Courier New"/>
          <w:color w:val="555555"/>
          <w:sz w:val="20"/>
        </w:rPr>
        <w:t>[15]</w:t>
      </w:r>
    </w:p>
    <w:p>
      <w:r>
        <w:rPr>
          <w:rFonts w:ascii="Gentium Plus" w:hAnsi="Gentium Plus"/>
          <w:sz w:val="24"/>
        </w:rPr>
        <w:t>μένης τῆς ἀναχύσεως ἔξοδος μὴ ἐπακολουθήσῃ, ὡς προγέ‐ γραπται, ψωρίασις γίνεται.</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Συμβαίνειν αἱμορροίαν γίνεσθαί φαμεν πολλάκις ἀπὸ τοῦ</w:t>
      </w:r>
    </w:p>
    <w:p>
      <w:r>
        <w:rPr>
          <w:rFonts w:ascii="Courier New" w:hAnsi="Courier New"/>
          <w:color w:val="555555"/>
          <w:sz w:val="20"/>
        </w:rPr>
        <w:t>[5]</w:t>
      </w:r>
    </w:p>
    <w:p>
      <w:r>
        <w:rPr>
          <w:rFonts w:ascii="Gentium Plus" w:hAnsi="Gentium Plus"/>
          <w:sz w:val="24"/>
        </w:rPr>
        <w:t>αἱμορροΐδα ὀνομάζουσιν. ἔστι δὲ κάθαρσις τοῦ κτήνους, καὶ εὐρωστότερον γίνεται. διόπερ οὐ χρὴ φλεβοτομεῖν ἐπὶ τοῦτο ἐξ οὐδενὸς τόπου. εἰ δὲ μή, νόσος αὐτῷ ἐγγενήσεται. δεῖ οὖν αὐτὸ ταῖς τροφαῖς παρηγορεῖν καὶ μάλιστα τῇ χλόῃ. δοκεῖ γὰρ μᾶλλον τότε τὴν ῥύσιν καὶ τὴν ἔκκρισιν ποιεῖσθαι. καθὸ κυ‐</w:t>
      </w:r>
    </w:p>
    <w:p>
      <w:r>
        <w:rPr>
          <w:rFonts w:ascii="Courier New" w:hAnsi="Courier New"/>
          <w:color w:val="555555"/>
          <w:sz w:val="20"/>
        </w:rPr>
        <w:t>[10]</w:t>
      </w:r>
    </w:p>
    <w:p>
      <w:r>
        <w:rPr>
          <w:rFonts w:ascii="Gentium Plus" w:hAnsi="Gentium Plus"/>
          <w:sz w:val="24"/>
        </w:rPr>
        <w:t>βερνάσθω μέν, μὴ τριβέσθω δέ, ἵνα μὴ στενῶνται οἱ πόροι. ἐὰν δὲ ἔμφραξις ὑποδράμῃ καὶ ἐπίδοσις μὴ ᾖ τοῦ αἵματος, ἀλλ’ ἐπισχεθῇ αὐτομάτως, ταχέως εἴωθεν ψωρίασις γίνεσθαι. \|</w:t>
      </w:r>
    </w:p>
    <w:p>
      <w:pPr>
        <w:jc w:val="center"/>
      </w:pPr>
      <w:r>
        <w:rPr>
          <w:rFonts w:ascii="Gentium Plus" w:hAnsi="Gentium Plus"/>
          <w:b/>
          <w:sz w:val="24"/>
        </w:rPr>
        <w:t>περὶ στρόφου. πρόγνωσις καὶ ἴασις.</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Ὁ στροφούμενος ἵππος πρῶτον μὲν σκάλλων τῷ ποδὶ κα‐ ταπίπτει, καὶ κυλίεται, καὶ ἑστηκὼς στροφεῖται, τήν τε κεφα‐ λὴν στρέφει πρὸς ἑκατέρας τὰς λαγόνας, καὶ ἱδροῖ. λιπαρὰν οὖν τὴν χεῖρα ποιήσας, κάθες εἰς τὴν ἕδραν .... εἶτα ἐντρί‐</w:t>
      </w:r>
    </w:p>
    <w:p>
      <w:r>
        <w:rPr>
          <w:rFonts w:ascii="Courier New" w:hAnsi="Courier New"/>
          <w:color w:val="555555"/>
          <w:sz w:val="20"/>
        </w:rPr>
        <w:t>[5]</w:t>
      </w:r>
    </w:p>
    <w:p>
      <w:r>
        <w:rPr>
          <w:rFonts w:ascii="Gentium Plus" w:hAnsi="Gentium Plus"/>
          <w:sz w:val="24"/>
        </w:rPr>
        <w:t>ψας μάλιστα κενταύριον [καὶ] ὅσον τοῖς τρισὶ δακτύλοις, ἐπι‐ χέας οἴνου τε καὶ ἐλαίου κύαθον χλιάνας, ἔγχει, εἶτ’ ἐντρο‐ χασάτω. εἰ δὲ μή, ὀποπάνακος ἢ σμύρνης ἢ σελίνου καρπὸν ἢ τὸ βρύον τὸ ἀπὸ τῶν Ἰνδῶν ἢ χελιδόνιον, ὅ τι ἂν τούτων σχῇς. εἰ δὲ μή, οὐρήσας ἔγχει, καὶ τρίψας οἴνῳ καὶ ἐλαίῳ καὶ</w:t>
      </w:r>
    </w:p>
    <w:p>
      <w:r>
        <w:rPr>
          <w:rFonts w:ascii="Courier New" w:hAnsi="Courier New"/>
          <w:color w:val="555555"/>
          <w:sz w:val="20"/>
        </w:rPr>
        <w:t>[10]</w:t>
      </w:r>
    </w:p>
    <w:p>
      <w:r>
        <w:rPr>
          <w:rFonts w:ascii="Gentium Plus" w:hAnsi="Gentium Plus"/>
          <w:sz w:val="24"/>
        </w:rPr>
        <w:t>καταφυσήσας, λοῦσον θερμῷ, καὶ πιεῖν δίδου ὠμὴν λύσιν. \</w:t>
      </w:r>
    </w:p>
    <w:p>
      <w:pPr>
        <w:jc w:val="center"/>
      </w:pPr>
      <w:r>
        <w:rPr>
          <w:rFonts w:ascii="Gentium Plus" w:hAnsi="Gentium Plus"/>
          <w:b/>
          <w:sz w:val="24"/>
        </w:rPr>
        <w:t>Ἱεροκλέους.</w:t>
      </w:r>
    </w:p>
    <w:p>
      <w:r>
        <w:rPr>
          <w:rFonts w:ascii="Courier New" w:hAnsi="Courier New"/>
          <w:color w:val="555555"/>
          <w:sz w:val="20"/>
        </w:rPr>
        <w:t>[1]</w:t>
      </w:r>
    </w:p>
    <w:p>
      <w:r>
        <w:rPr>
          <w:rFonts w:ascii="Gentium Plus" w:hAnsi="Gentium Plus"/>
          <w:sz w:val="24"/>
        </w:rPr>
        <w:t>Ἁπλοῦν ἐστι τὸ πρὸς στρόφον βοήθημα· ᾠὸν κατάξας αὐτοῦ πρὸς τοὺς ὀδόντας, χάλασον, ὡς ἀξούγγιον, καὶ ἰάσῃ,</w:t>
      </w:r>
    </w:p>
    <w:p>
      <w:pPr>
        <w:jc w:val="center"/>
      </w:pPr>
      <w:r>
        <w:rPr>
          <w:rFonts w:ascii="Gentium Plus" w:hAnsi="Gentium Plus"/>
          <w:b/>
          <w:sz w:val="24"/>
        </w:rPr>
        <w:t>ἄλλο Ἱπποκράτους.</w:t>
      </w:r>
    </w:p>
    <w:p>
      <w:r>
        <w:rPr>
          <w:rFonts w:ascii="Courier New" w:hAnsi="Courier New"/>
          <w:color w:val="555555"/>
          <w:sz w:val="20"/>
        </w:rPr>
        <w:t>[45 . 3]</w:t>
      </w:r>
    </w:p>
    <w:p>
      <w:r>
        <w:rPr>
          <w:rFonts w:ascii="Gentium Plus" w:hAnsi="Gentium Plus"/>
          <w:sz w:val="24"/>
        </w:rPr>
        <w:t>Ὁ στροφούμενος ἵππος ἐπιγινώσκεται οὕτως· ὧδε κἀκεῖσε ῥίπτει ἑαυτὸν πολλάκις ἐς τοὔδαφος, καὶ πάλιν διεγείρεται, καὶ παρασύρεται τὴν κοιλίαν τῷ ἐδάφει, σπᾶταί τε καὶ στε‐ νάζει, καὶ ἱδροῖ τοὺς διδύμους, καὶ οἷον δεδακρυμένῳ ἔοικε,</w:t>
      </w:r>
    </w:p>
    <w:p>
      <w:r>
        <w:rPr>
          <w:rFonts w:ascii="Courier New" w:hAnsi="Courier New"/>
          <w:color w:val="555555"/>
          <w:sz w:val="20"/>
        </w:rPr>
        <w:t>[5]</w:t>
      </w:r>
    </w:p>
    <w:p>
      <w:r>
        <w:rPr>
          <w:rFonts w:ascii="Gentium Plus" w:hAnsi="Gentium Plus"/>
          <w:sz w:val="24"/>
        </w:rPr>
        <w:t>καὶ τὴν οὐρὰν τείνει, καὶ ἀπὸ τόπου εἰς τόπον ἀποχωρεῖ, ἀναπνεῖ τε θερμόν, καὶ τὸ στόμα μέμυκε, καὶ κατάξηρον ἔχει τὴν γλῶσσαν καὶ τραχεῖαν καὶ τὰ ὦτα κεχαλασμένα, καὶ νυ‐ στάζει. θεραπεύεται δὲ λουτρῷ θερμῷ καὶ σκεπάσμασι θερ‐ μαινόμενος, ἐγχυματιζόμενός τε διὰ τοῦ στόματος ἢ τῶν ῥινῶν</w:t>
      </w:r>
    </w:p>
    <w:p>
      <w:r>
        <w:rPr>
          <w:rFonts w:ascii="Courier New" w:hAnsi="Courier New"/>
          <w:color w:val="555555"/>
          <w:sz w:val="20"/>
        </w:rPr>
        <w:t>[10]</w:t>
      </w:r>
    </w:p>
    <w:p>
      <w:r>
        <w:rPr>
          <w:rFonts w:ascii="Gentium Plus" w:hAnsi="Gentium Plus"/>
          <w:sz w:val="24"/>
        </w:rPr>
        <w:t>σμύρνης δραχμαῖς εʹ ἐν οἴνου παλαιοῦ κοτύλαις ἓξ κεκρα‐ μέναις.</w:t>
      </w:r>
    </w:p>
    <w:p>
      <w:r>
        <w:rPr>
          <w:rFonts w:ascii="Courier New" w:hAnsi="Courier New"/>
          <w:color w:val="555555"/>
          <w:sz w:val="20"/>
        </w:rPr>
        <w:t>[45 . 4]</w:t>
      </w:r>
    </w:p>
    <w:p>
      <w:r>
        <w:rPr>
          <w:rFonts w:ascii="Gentium Plus" w:hAnsi="Gentium Plus"/>
          <w:sz w:val="24"/>
        </w:rPr>
        <w:t>μετὰ δὲ τὸν ἐγχυματισμὸν ἔξαγε εἰς δρόμον, \ πολὺν διαστήσας χρόνον, μηδὲ σύντονον τὸν δρόμον ποιῶν. τροφήν τε παράβαλλε σέλινα ἱκανά, ἐὰν ᾖ· δίδου δὲ καὶ ποτὸν θερμὸν ὕδωρ, καὶ κενώσας τὴν κοιλίαν, ποίει πάλιν</w:t>
      </w:r>
    </w:p>
    <w:p>
      <w:r>
        <w:rPr>
          <w:rFonts w:ascii="Courier New" w:hAnsi="Courier New"/>
          <w:color w:val="555555"/>
          <w:sz w:val="20"/>
        </w:rPr>
        <w:t>[5]</w:t>
      </w:r>
    </w:p>
    <w:p>
      <w:r>
        <w:rPr>
          <w:rFonts w:ascii="Gentium Plus" w:hAnsi="Gentium Plus"/>
          <w:sz w:val="24"/>
        </w:rPr>
        <w:t>ἐντροχάσαι, ἵνα ἱδρώσῃ. ἢ καρδάμου σπέρμα τετριμμένον μεθ’ ὕδατος ἐγχυμάτιζε διὰ τοῦ ἀριστεροῦ μυκτῆρος, περι‐ βλήμασί τε περίστελλε, καὶ τροφὴν δίδου τὴν λεγομένην μη‐ δικὴν πόαν. εἶτα ἀποξύσματα τῶν ἐμπροσθίων ὀνύχων τρίψας ἐν ὕδατος κοτύλαις τέσσαρσιν ἐγχυμάτιζε, ἢ ἀπὸ ὀρύγματος</w:t>
      </w:r>
    </w:p>
    <w:p>
      <w:r>
        <w:rPr>
          <w:rFonts w:ascii="Courier New" w:hAnsi="Courier New"/>
          <w:color w:val="555555"/>
          <w:sz w:val="20"/>
        </w:rPr>
        <w:t>[10]</w:t>
      </w:r>
    </w:p>
    <w:p>
      <w:r>
        <w:rPr>
          <w:rFonts w:ascii="Gentium Plus" w:hAnsi="Gentium Plus"/>
          <w:sz w:val="24"/>
        </w:rPr>
        <w:t>μυγαλῆς λελειωμένου.</w:t>
      </w:r>
    </w:p>
    <w:p>
      <w:pPr>
        <w:jc w:val="center"/>
      </w:pPr>
      <w:r>
        <w:rPr>
          <w:rFonts w:ascii="Gentium Plus" w:hAnsi="Gentium Plus"/>
          <w:b/>
          <w:sz w:val="24"/>
        </w:rPr>
        <w:t>ἄλλο Ἀνατολίου.</w:t>
      </w:r>
    </w:p>
    <w:p>
      <w:r>
        <w:rPr>
          <w:rFonts w:ascii="Courier New" w:hAnsi="Courier New"/>
          <w:color w:val="555555"/>
          <w:sz w:val="20"/>
        </w:rPr>
        <w:t>[1]</w:t>
      </w:r>
    </w:p>
    <w:p>
      <w:r>
        <w:rPr>
          <w:rFonts w:ascii="Gentium Plus" w:hAnsi="Gentium Plus"/>
          <w:sz w:val="24"/>
        </w:rPr>
        <w:t>Ἵππον στροφούμενον ἰάσῃ, ὕδατι θερμῷ λούσας αὐτὸν καὶ συγκαλύψας ἱματίοις, ἔπειτα σμύρνης δραχμὰς εʹ καὶ οἴνου παλαιοῦ κοτύλας ἓξ καὶ ἐλαίου κοτύλας γʹ ὁμοῦ διηθήσας, καὶ ἐπὶ τρισὶν ἡμέραις ἐγχυματίσας. καὶ τὴν κοιλίαν δὲ ὕδατι</w:t>
      </w:r>
    </w:p>
    <w:p>
      <w:r>
        <w:rPr>
          <w:rFonts w:ascii="Courier New" w:hAnsi="Courier New"/>
          <w:color w:val="555555"/>
          <w:sz w:val="20"/>
        </w:rPr>
        <w:t>[5]</w:t>
      </w:r>
    </w:p>
    <w:p>
      <w:r>
        <w:rPr>
          <w:rFonts w:ascii="Gentium Plus" w:hAnsi="Gentium Plus"/>
          <w:sz w:val="24"/>
        </w:rPr>
        <w:t>θαλας\ πολιόφυλλον καὶ ἀβρότονον, ἢ πικρὰ ἀμύγδαλα καὶ οἶνον μέ‐ λανα αὐστηρὸν μίξας, ἢ σίδια ῥοιᾶς μετὰ ὕδατος ἐγχυμάτιζε. ἢ νίτρον λειώσας καὶ θερμάνας μετὰ οἴνου, τὸ αὐτὸ ποίει.</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Τέσσαρα ᾠὰ εἰς τὸ στόμα αὐτοῦ κατάξας, ποιήσον μετὰ τῶν λεπῶν τὸ ζῷον καταπιεῖν.</w:t>
      </w:r>
    </w:p>
    <w:p>
      <w:pPr>
        <w:jc w:val="center"/>
      </w:pPr>
      <w:r>
        <w:rPr>
          <w:rFonts w:ascii="Gentium Plus" w:hAnsi="Gentium Plus"/>
          <w:b/>
          <w:sz w:val="24"/>
        </w:rPr>
        <w:t>ἄλλο· εἰ ἐπικρατὴς γένηται ὁ στρόφος καὶ μὴ</w:t>
      </w:r>
    </w:p>
    <w:p>
      <w:r>
        <w:rPr>
          <w:rFonts w:ascii="Courier New" w:hAnsi="Courier New"/>
          <w:color w:val="555555"/>
          <w:sz w:val="20"/>
        </w:rPr>
        <w:t>[t2]</w:t>
      </w:r>
    </w:p>
    <w:p>
      <w:r>
        <w:rPr>
          <w:rFonts w:ascii="Gentium Plus" w:hAnsi="Gentium Plus"/>
          <w:sz w:val="24"/>
        </w:rPr>
        <w:t>προχωρῇ ἡ κοιλία.</w:t>
      </w:r>
    </w:p>
    <w:p>
      <w:r>
        <w:rPr>
          <w:rFonts w:ascii="Courier New" w:hAnsi="Courier New"/>
          <w:color w:val="555555"/>
          <w:sz w:val="20"/>
        </w:rPr>
        <w:t>[1]</w:t>
      </w:r>
    </w:p>
    <w:p>
      <w:r>
        <w:rPr>
          <w:rFonts w:ascii="Gentium Plus" w:hAnsi="Gentium Plus"/>
          <w:sz w:val="24"/>
        </w:rPr>
        <w:t>Ὅταν τὴν οὐρὰν ὁ ἵππος μεταξὺ τῶν σκελῶν ἐμβάλλῃ καὶ ἐπικλίνηται ἐπὶ τὴν ἑαυτοῦ κοιλίαν, πηγάνου ἀγρίου σπέρμα</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Κρόμυα λειώσας ιʹ ἢ σύκων ξηρῶν γράμματα θʹ, νίτρου γράμμα ἕν, κόπρου περιστερᾶς γράμματα δʹ· ταῦτα πάντα μί‐ ξας καὶ ποιήσας κολλούρια δύο ἢ τρία, εἰς τὴν ἕδραν αὐτοῦ ἔμβαλλε. \|</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Χλιαρὰν στακτὴν μετὰ ἐλαίου καὶ μέλιτος ὀλίγου ταῖς φά‐ ρυξιν ἔμβαλλε, καὶ εἰ χρεία ἀπαιτήσοι, διὰ τοῦ δακτυλίου τὴν χεῖρα ἐμβαλών, τὴν κόπρον ἐκκόμισον.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Κυμίνου καθαροῦ κοχλιάριον ἓν μεστόν, πηγάνου σπέρ‐ ματος κοχλιαρίου τὸ ἥμισυ, ὀποπάνακος ὅσον κυάμου τὸ μέ‐ γεθος, λασάρου ὅσον κυάμου τὸ ἥμισυ, οἴνου παλαιοῦ ξέ. Ἰταλικὸν ἕνα, ἐλαίου ὀμφακίνου τὸ ἀρκοῦν, δίδου ἐπὶ τρισὶν</w:t>
      </w:r>
    </w:p>
    <w:p>
      <w:r>
        <w:rPr>
          <w:rFonts w:ascii="Courier New" w:hAnsi="Courier New"/>
          <w:color w:val="555555"/>
          <w:sz w:val="20"/>
        </w:rPr>
        <w:t>[5]</w:t>
      </w:r>
    </w:p>
    <w:p>
      <w:r>
        <w:rPr>
          <w:rFonts w:ascii="Gentium Plus" w:hAnsi="Gentium Plus"/>
          <w:sz w:val="24"/>
        </w:rPr>
        <w:t>ἡμέραις τῷ ζῴῳ. κριθὰς δὲ μὴ ἐσθιέτω.</w:t>
      </w:r>
    </w:p>
    <w:p>
      <w:pPr>
        <w:jc w:val="center"/>
      </w:pPr>
      <w:r>
        <w:rPr>
          <w:rFonts w:ascii="Gentium Plus" w:hAnsi="Gentium Plus"/>
          <w:b/>
          <w:sz w:val="24"/>
        </w:rPr>
        <w:t>Ἱπποκράτους περὶ στρόφου.</w:t>
      </w:r>
    </w:p>
    <w:p>
      <w:r>
        <w:rPr>
          <w:rFonts w:ascii="Courier New" w:hAnsi="Courier New"/>
          <w:color w:val="555555"/>
          <w:sz w:val="20"/>
        </w:rPr>
        <w:t>[1]</w:t>
      </w:r>
    </w:p>
    <w:p>
      <w:r>
        <w:rPr>
          <w:rFonts w:ascii="Gentium Plus" w:hAnsi="Gentium Plus"/>
          <w:sz w:val="24"/>
        </w:rPr>
        <w:t>Ὁ στροφούμενος ἵππος διαγινώσκεται οὕτως· κυλίεται συνεχῶς, καὶ ἡ γαστὴρ φυσᾶται, καὶ κατακλιθεὶς στενάζει καὶ στρέφεται ὧδε κἀκεῖσε, τὰ δὲ ἔντερα βομβεῖ. θεράπευε οὖν οὕτως· πυρία καὶ χειροτρίβει, καταφυσῶν οἴνῳ καὶ ἐλαίῳ</w:t>
      </w:r>
    </w:p>
    <w:p>
      <w:r>
        <w:rPr>
          <w:rFonts w:ascii="Courier New" w:hAnsi="Courier New"/>
          <w:color w:val="555555"/>
          <w:sz w:val="20"/>
        </w:rPr>
        <w:t>[5]</w:t>
      </w:r>
    </w:p>
    <w:p>
      <w:r>
        <w:rPr>
          <w:rFonts w:ascii="Gentium Plus" w:hAnsi="Gentium Plus"/>
          <w:sz w:val="24"/>
        </w:rPr>
        <w:t>θερμῷ ὅλον, καὶ ἐγχυμάτιζε \ ἀριστολοχείᾳ, ἢ πράσου χυλῷ μετὰ οἴνου καὶ ἐλαίου. κλύζε δὲ</w:t>
      </w:r>
    </w:p>
    <w:p>
      <w:r>
        <w:rPr>
          <w:rFonts w:ascii="Courier New" w:hAnsi="Courier New"/>
          <w:color w:val="555555"/>
          <w:sz w:val="20"/>
        </w:rPr>
        <w:t>[10]</w:t>
      </w:r>
    </w:p>
    <w:p>
      <w:r>
        <w:rPr>
          <w:rFonts w:ascii="Gentium Plus" w:hAnsi="Gentium Plus"/>
          <w:sz w:val="24"/>
        </w:rPr>
        <w:t>τοῖς ὀρόβοις, καὶ πότιζε χλιαρόν. \</w:t>
      </w:r>
    </w:p>
    <w:p>
      <w:pPr>
        <w:jc w:val="center"/>
      </w:pPr>
      <w:r>
        <w:rPr>
          <w:rFonts w:ascii="Gentium Plus" w:hAnsi="Gentium Plus"/>
          <w:b/>
          <w:sz w:val="24"/>
        </w:rPr>
        <w:t>περὶ κενοπρήσεως.</w:t>
      </w:r>
    </w:p>
    <w:p>
      <w:pPr>
        <w:jc w:val="center"/>
      </w:pPr>
      <w:r>
        <w:rPr>
          <w:rFonts w:ascii="Gentium Plus" w:hAnsi="Gentium Plus"/>
          <w:b/>
          <w:sz w:val="24"/>
        </w:rPr>
        <w:t>Αψύρτου.</w:t>
      </w:r>
    </w:p>
    <w:p>
      <w:r>
        <w:rPr>
          <w:rFonts w:ascii="Courier New" w:hAnsi="Courier New"/>
          <w:color w:val="555555"/>
          <w:sz w:val="20"/>
        </w:rPr>
        <w:t>[46 . 1]</w:t>
      </w:r>
    </w:p>
    <w:p>
      <w:r>
        <w:rPr>
          <w:rFonts w:ascii="Gentium Plus" w:hAnsi="Gentium Plus"/>
          <w:sz w:val="24"/>
        </w:rPr>
        <w:t>Ἄψυρτος Κοΐντῳ Λολλίῳ Μαρυλλίῳ χαίρειν. ἱππο‐ τροφοῦντά σε εὔχρηστον εἰδέναι, τίνα τὰ σημεῖα τῆς κενοπρή‐ σεως, καὶ διὰ τί συμβαίνει. γίνεται δὲ διὰ τοῦτο, ὅταν ᾖ κατα‐ κρατούμενος ὑπὸ τῆς ξηρᾶς τροφῆς, ἥτις αὐτὴ μὲν κατα‐</w:t>
      </w:r>
    </w:p>
    <w:p>
      <w:r>
        <w:rPr>
          <w:rFonts w:ascii="Courier New" w:hAnsi="Courier New"/>
          <w:color w:val="555555"/>
          <w:sz w:val="20"/>
        </w:rPr>
        <w:t>[5]</w:t>
      </w:r>
    </w:p>
    <w:p>
      <w:r>
        <w:rPr>
          <w:rFonts w:ascii="Gentium Plus" w:hAnsi="Gentium Plus"/>
          <w:sz w:val="24"/>
        </w:rPr>
        <w:t>πέσσεται, δύσπνοιαν δὲ παρέχει καὶ πρησμονήν· καὶ ἐκ τού‐ του περιτέταται τὰς λαγόνας, καὶ ἀφοδεύων σκληροτέραν ἔχει τὴν κοιλίαν, καὶ ἀποκρίνει μικρά, καὶ φυσᾶται ἡ ἕδρα. λέγε‐ ται δὲ κενόπρησις, ὑπὸ δέ τινων πνεῦμα ἐν κιθάρᾳ· οἵτινες εὑρήκασι τὸ μέσον τρυπᾶσθαι ὀστέον τῆς κιθάρας τρυπάνῳ</w:t>
      </w:r>
    </w:p>
    <w:p>
      <w:r>
        <w:rPr>
          <w:rFonts w:ascii="Courier New" w:hAnsi="Courier New"/>
          <w:color w:val="555555"/>
          <w:sz w:val="20"/>
        </w:rPr>
        <w:t>[10]</w:t>
      </w:r>
    </w:p>
    <w:p>
      <w:r>
        <w:rPr>
          <w:rFonts w:ascii="Gentium Plus" w:hAnsi="Gentium Plus"/>
          <w:sz w:val="24"/>
        </w:rPr>
        <w:t>λεπτῷ· ἕτεροι δὲ ἐγκλύζειν αὐτόν, σικύου ἀγρίου ῥίζαν ἀπο‐ χυλίζοντας \| κοτύλαις τρισί, καὶ οἴνου τὸ ἴσον μίξαντας ἐλαίου κοτύλῃ χρῆσθαι.</w:t>
      </w:r>
    </w:p>
    <w:p>
      <w:r>
        <w:rPr>
          <w:rFonts w:ascii="Courier New" w:hAnsi="Courier New"/>
          <w:color w:val="555555"/>
          <w:sz w:val="20"/>
        </w:rPr>
        <w:t>[46 . 2]</w:t>
      </w:r>
    </w:p>
    <w:p>
      <w:r>
        <w:rPr>
          <w:rFonts w:ascii="Gentium Plus" w:hAnsi="Gentium Plus"/>
          <w:sz w:val="24"/>
        </w:rPr>
        <w:t>ἡμεῖς δὲ ἐχρησάμεθα βοηθήμασι καὶ τού‐ τοις· κόπρον περιστερᾶς ἢ τῶν κατ’ οἶκον ὀρνίθων ὅσον χει‐ ρὸς πλήρωμα, διέντες οἴνῳ καὶ νίτρῳ, ἐνεκλύσαμεν. καὶ τὴν τροφὴν βρέχοντες τῷ οἴνῳ δεδώκαμεν, καὶ εἰς τὸν ποτὸν δὲ</w:t>
      </w:r>
    </w:p>
    <w:p>
      <w:r>
        <w:rPr>
          <w:rFonts w:ascii="Courier New" w:hAnsi="Courier New"/>
          <w:color w:val="555555"/>
          <w:sz w:val="20"/>
        </w:rPr>
        <w:t>[5]</w:t>
      </w:r>
    </w:p>
    <w:p>
      <w:r>
        <w:rPr>
          <w:rFonts w:ascii="Gentium Plus" w:hAnsi="Gentium Plus"/>
          <w:sz w:val="24"/>
        </w:rPr>
        <w:t>ἐβάλομεν, καὶ μὴ κόπον γίνεσθαι αὐτῷ παρηγγείλαμεν. περι‐ πατείτω δὲ ὀλίγα, καὶ τρῖψις ἔστω δι’ οἴνου καὶ ἐλαίου κατὰ τρίχα μὴ σκληρῶς. ἁρμόζει δὲ ἡ φλεβοτομία γινομένη ἀπὸ</w:t>
      </w:r>
    </w:p>
    <w:p>
      <w:r>
        <w:rPr>
          <w:rFonts w:ascii="Courier New" w:hAnsi="Courier New"/>
          <w:color w:val="555555"/>
          <w:sz w:val="20"/>
        </w:rPr>
        <w:t>[10]</w:t>
      </w:r>
    </w:p>
    <w:p>
      <w:r>
        <w:rPr>
          <w:rFonts w:ascii="Gentium Plus" w:hAnsi="Gentium Plus"/>
          <w:sz w:val="24"/>
        </w:rPr>
        <w:t>καὶ δυσπνοοῦσι, καὶ ἐν τῷ ἀναπνεῖν τῇ κοιλίᾳ συμπίπτουσι καὶ ταῖς πλευραῖς· καὶ οὗτοι κατακρατοῦνται ὑπὸ τῆς ξηρᾶς τρο‐ φῆς. θεραπεύονται δὲ ἀνατάσει δίψους ἐγγινομένου καὶ χλωρῷ χόρτῳ διδομένῳ. \|</w:t>
      </w:r>
    </w:p>
    <w:p>
      <w:pPr>
        <w:jc w:val="center"/>
      </w:pPr>
      <w:r>
        <w:rPr>
          <w:rFonts w:ascii="Gentium Plus" w:hAnsi="Gentium Plus"/>
          <w:b/>
          <w:sz w:val="24"/>
        </w:rPr>
        <w:t>ἄλλο εἰς τὸ αὐτὸ Ἱεροκλέους.</w:t>
      </w:r>
    </w:p>
    <w:p>
      <w:r>
        <w:rPr>
          <w:rFonts w:ascii="Courier New" w:hAnsi="Courier New"/>
          <w:color w:val="555555"/>
          <w:sz w:val="20"/>
        </w:rPr>
        <w:t>[46 . 3]</w:t>
      </w:r>
    </w:p>
    <w:p>
      <w:r>
        <w:rPr>
          <w:rFonts w:ascii="Gentium Plus" w:hAnsi="Gentium Plus"/>
          <w:sz w:val="24"/>
        </w:rPr>
        <w:t>Κενόπρησις συμβαίνει, ὅταν ᾖ κατακρατούμενος ὑπὸ ξηρᾶς τροφῆς, ἥτις αὐτὸν καταβλάπτει καὶ δύσπνοιαν ποιεῖ, καὶ πίπρησι τὰς λαγόνας μάλιστα, καὶ ἡ γαστὴρ ἐπέχεται σκληρο‐ τέρα οὖσα, ἀποπατεῖ τε μικρὰ τῆς ἕδρας ὑποφυσωμένης. ἔνιοι</w:t>
      </w:r>
    </w:p>
    <w:p>
      <w:r>
        <w:rPr>
          <w:rFonts w:ascii="Courier New" w:hAnsi="Courier New"/>
          <w:color w:val="555555"/>
          <w:sz w:val="20"/>
        </w:rPr>
        <w:t>[5]</w:t>
      </w:r>
    </w:p>
    <w:p>
      <w:r>
        <w:rPr>
          <w:rFonts w:ascii="Gentium Plus" w:hAnsi="Gentium Plus"/>
          <w:sz w:val="24"/>
        </w:rPr>
        <w:t>δὲ προσηγόρευσαν τὸ πάθος πνεῦμα ἐν κιθάρᾳ. προσήκει τοί‐ νυν σικύου ἀγρίου τὴν ῥίζαν κόψαντα, τὸν χυλὸν ποιῆσαι εἰς κοτύλας τρεῖς, καὶ οἴνου εὐώδους τὸ ἴσον, καὶ ἐλαίου κοτύλην, καὶ νίτρου δραχμὰς ὀκτώ· ταῦτα μίξαντα καὶ ἀναλαβόντα κλύ‐ ζειν.</w:t>
      </w:r>
    </w:p>
    <w:p>
      <w:r>
        <w:rPr>
          <w:rFonts w:ascii="Courier New" w:hAnsi="Courier New"/>
          <w:color w:val="555555"/>
          <w:sz w:val="20"/>
        </w:rPr>
        <w:t>[46 . 4]</w:t>
      </w:r>
    </w:p>
    <w:p>
      <w:r>
        <w:rPr>
          <w:rFonts w:ascii="Gentium Plus" w:hAnsi="Gentium Plus"/>
          <w:sz w:val="24"/>
        </w:rPr>
        <w:t>Ἄψυρτος δὲ ἐκεῖνα δοκιμάζει· κόπρον περιστερῶν ἢ τῶν κατοικιδίων ὀρνίθων χειρὸς πλήρωμα οἴνῳ διέντα καὶ νίτρῳ κλύζειν, ῥαίνειν τε ἔσθ’ ὅτε νίτρῳ τὴν τροφὴν καὶ εἰς τὸν ποτὸν βάλλειν. περιπατείτω δὲ ὀλίγα, καὶ τρῖψις ἔστω δι’</w:t>
      </w:r>
    </w:p>
    <w:p>
      <w:r>
        <w:rPr>
          <w:rFonts w:ascii="Courier New" w:hAnsi="Courier New"/>
          <w:color w:val="555555"/>
          <w:sz w:val="20"/>
        </w:rPr>
        <w:t>[5]</w:t>
      </w:r>
    </w:p>
    <w:p>
      <w:r>
        <w:rPr>
          <w:rFonts w:ascii="Gentium Plus" w:hAnsi="Gentium Plus"/>
          <w:sz w:val="24"/>
        </w:rPr>
        <w:t>ἐλαίου καὶ οἴνου κατὰ τρίχα. εἰ δὲ δεῖ, \ διαιρήσεις δέ, ὥς φησιν Ἄψυρτος, ἀπὸ τῆς ἐκφύσεως τῆς οὐρᾶς, ἀπεχέτω δὲ τῆς ἕδρας δακτύλους δʹ. ἔστι δὲ καὶ ἄλλη ἁπλουστέρα ἐμπνευμάτωσις, ὅταν ἀναπτύσσῃ μὲν τοὺς μυκτῆ‐ ρας, ἐν δὲ τῷ ἀναπνεῖν συμπίπτει τῇ κοιλία καὶ ταῖς πλευ‐</w:t>
      </w:r>
    </w:p>
    <w:p>
      <w:r>
        <w:rPr>
          <w:rFonts w:ascii="Courier New" w:hAnsi="Courier New"/>
          <w:color w:val="555555"/>
          <w:sz w:val="20"/>
        </w:rPr>
        <w:t>[10]</w:t>
      </w:r>
    </w:p>
    <w:p>
      <w:r>
        <w:rPr>
          <w:rFonts w:ascii="Gentium Plus" w:hAnsi="Gentium Plus"/>
          <w:sz w:val="24"/>
        </w:rPr>
        <w:t>ραῖς. τούτους ἀπείργειν δεῖ τοῦ πολλοῦ ποτοῦ, χλωρὸν αὐτοῖς χόρτον παραβάλλοντας. \|</w:t>
      </w:r>
    </w:p>
    <w:p>
      <w:pPr>
        <w:jc w:val="center"/>
      </w:pPr>
      <w:r>
        <w:rPr>
          <w:rFonts w:ascii="Gentium Plus" w:hAnsi="Gentium Plus"/>
          <w:b/>
          <w:sz w:val="24"/>
        </w:rPr>
        <w:t>περὶ στήθους διακοπῆς.</w:t>
      </w:r>
    </w:p>
    <w:p>
      <w:pPr>
        <w:jc w:val="center"/>
      </w:pPr>
      <w:r>
        <w:rPr>
          <w:rFonts w:ascii="Gentium Plus" w:hAnsi="Gentium Plus"/>
          <w:b/>
          <w:sz w:val="24"/>
        </w:rPr>
        <w:t>Αψύρτου.</w:t>
      </w:r>
    </w:p>
    <w:p>
      <w:r>
        <w:rPr>
          <w:rFonts w:ascii="Courier New" w:hAnsi="Courier New"/>
          <w:color w:val="555555"/>
          <w:sz w:val="20"/>
        </w:rPr>
        <w:t>[47 . 1]</w:t>
      </w:r>
    </w:p>
    <w:p>
      <w:r>
        <w:rPr>
          <w:rFonts w:ascii="Gentium Plus" w:hAnsi="Gentium Plus"/>
          <w:sz w:val="24"/>
        </w:rPr>
        <w:t>Ἄψυρτος Ἀντιπάτρῳ ἱπποϊατρῷ Ἀλεξανδρεῖ χαίρειν.</w:t>
      </w:r>
    </w:p>
    <w:p>
      <w:r>
        <w:rPr>
          <w:rFonts w:ascii="Courier New" w:hAnsi="Courier New"/>
          <w:color w:val="555555"/>
          <w:sz w:val="20"/>
        </w:rPr>
        <w:t>[5]</w:t>
      </w:r>
    </w:p>
    <w:p>
      <w:r>
        <w:rPr>
          <w:rFonts w:ascii="Gentium Plus" w:hAnsi="Gentium Plus"/>
          <w:sz w:val="24"/>
        </w:rPr>
        <w:t>εἰς τὴν βύρσαν, ὅσοι ἱκανοί εἰσι, καὶ μότα ποιήσας ἔρια 〈διά‐ βροχα〉 οἴνῳ καὶ ἐλαίῳ ἐντίθει, καὶ οὕτως ἐπίδησον, κατα‐ λαβόμενος τοῖς πόρπαξι. καὶ διὰ τρίτης λύσας, κατάντλει θερμῷ ὕδατι ὡς πλείστῳ, καὶ τὸ αὐτὸ ποίει καθ’ ἡμέραν, προσαντλῶν μέχρις ἡμερῶν ἄλλων τεσσάρων. διελθουσῶν δὲ</w:t>
      </w:r>
    </w:p>
    <w:p>
      <w:r>
        <w:rPr>
          <w:rFonts w:ascii="Courier New" w:hAnsi="Courier New"/>
          <w:color w:val="555555"/>
          <w:sz w:val="20"/>
        </w:rPr>
        <w:t>[10]</w:t>
      </w:r>
    </w:p>
    <w:p>
      <w:r>
        <w:rPr>
          <w:rFonts w:ascii="Gentium Plus" w:hAnsi="Gentium Plus"/>
          <w:sz w:val="24"/>
        </w:rPr>
        <w:t>〈τούτων〉, λῦε τοὺς πόρπακας, καὶ τῷ ὀροβίνῳ πρόσπασσε, προσβρέχων ὕδατι χειμῶνος καὶ θέρους θερμῷ. ἂν δὲ ἀνακα‐ θαρθῇ, ὑπόχριε τῇ λιπαρᾷ, καὶ ἔσται ὑγιής.</w:t>
      </w:r>
    </w:p>
    <w:p>
      <w:r>
        <w:rPr>
          <w:rFonts w:ascii="Courier New" w:hAnsi="Courier New"/>
          <w:color w:val="555555"/>
          <w:sz w:val="20"/>
        </w:rPr>
        <w:t>[47 . 2]</w:t>
      </w:r>
    </w:p>
    <w:p>
      <w:r>
        <w:rPr>
          <w:rFonts w:ascii="Gentium Plus" w:hAnsi="Gentium Plus"/>
          <w:sz w:val="24"/>
        </w:rPr>
        <w:t>ἔσθ’ ὅτε δὲ συμβαίνει ἐκφυσήματα γενέσθαι δι’ ὅλου 〈τοῦ σώματοσ〉 τοῦ ἵππου \| ὑπὸ βύρσαν, ὥστε ὑπολαμβάνειν φλεγ‐ μονὴν εἶναι τῶν ἐντός. διὸ δεῖ ἐν τῷ στήθει ἐκκόπτειν τῆς βύρσης ἀπέχοντα ἀλλήλων ἐν τρισὶ τόποις τῇ περιοχῇ τοῦ ἀντί‐</w:t>
      </w:r>
    </w:p>
    <w:p>
      <w:r>
        <w:rPr>
          <w:rFonts w:ascii="Courier New" w:hAnsi="Courier New"/>
          <w:color w:val="555555"/>
          <w:sz w:val="20"/>
        </w:rPr>
        <w:t>[5]</w:t>
      </w:r>
    </w:p>
    <w:p>
      <w:r>
        <w:rPr>
          <w:rFonts w:ascii="Gentium Plus" w:hAnsi="Gentium Plus"/>
          <w:sz w:val="24"/>
        </w:rPr>
        <w:t>χειρος τῷ ὄνυχι διπλάσιον, καὶ οὕτως διελεύσεται τὰ ἐμφυσή‐ ματα, κίνδυνον δὲ οὐχ ἕξει. γενομένης δὲ τῆς διακοπῆς ἐν τῷ τόπῳ διαμπερές, μὴ θεράπευε. οὐ δύναται γὰρ ζῆν διὰ τὸ παρακεῖσθαι τὴν καρδίαν καὶ ψῦξιν λαμβάνειν.</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Ἐάν ποτε συμβῇ ἐν τῷ στηθυνίῳ διακοπὴν γενέσθαι ὑπὸ σιδήρου ἢ ἄλλης τινὸς αἰτίας, οὕτως θεραπευέσθω· πόρπακας ἐνθεὶς μὴ λεπτοὺς παρ’ ἑκάτερα τοῦ τραύματος, τὴν \| βύρσαν διαλαβών, ἐφ’ ὅσον ἱκανοί εἰσιν, καὶ μότα ποιήσας ἔρια διά‐</w:t>
      </w:r>
    </w:p>
    <w:p>
      <w:r>
        <w:rPr>
          <w:rFonts w:ascii="Courier New" w:hAnsi="Courier New"/>
          <w:color w:val="555555"/>
          <w:sz w:val="20"/>
        </w:rPr>
        <w:t>[5]</w:t>
      </w:r>
    </w:p>
    <w:p>
      <w:r>
        <w:rPr>
          <w:rFonts w:ascii="Gentium Plus" w:hAnsi="Gentium Plus"/>
          <w:sz w:val="24"/>
        </w:rPr>
        <w:t>βροχα οἰνελαίῳ ἐντίθει, καὶ ἐπιδέσμει οὕτως, καταλαβόμενος τοῖς πόρπαξι. καὶ διὰ τρίτης ἡμέρας λύσας, κατάντλει θερμῷ ὕδατι, καὶ τὸ αὐτὸ ποίει καθ’ ἡμέραν προσαντλῶν μέχρις ἡμε‐ ρῶν δʹ. διελθουσῶν δὲ τούτων, λύε τοὺς πόρπακας, καὶ ὀρό‐</w:t>
      </w:r>
    </w:p>
    <w:p>
      <w:r>
        <w:rPr>
          <w:rFonts w:ascii="Courier New" w:hAnsi="Courier New"/>
          <w:color w:val="555555"/>
          <w:sz w:val="20"/>
        </w:rPr>
        <w:t>[10]</w:t>
      </w:r>
    </w:p>
    <w:p>
      <w:r>
        <w:rPr>
          <w:rFonts w:ascii="Gentium Plus" w:hAnsi="Gentium Plus"/>
          <w:sz w:val="24"/>
        </w:rPr>
        <w:t>εἶτα ἐπίχριε τῇ λιπαρᾷ, καὶ ἔσται ὑγιής. διακοπῆς μέντοι διαμ‐ περὲς ἐν τῷ τόπῳ γενομένης, οὐκ ἂν δύναιτο ζῆσαι διὰ τὸ παρακεῖσθαι τὴν καρδίαν καὶ ψῦξιν διὰ τοῦ τραύματος λαμ‐ βάνειν. \|</w:t>
      </w:r>
    </w:p>
    <w:p>
      <w:pPr>
        <w:jc w:val="center"/>
      </w:pPr>
      <w:r>
        <w:rPr>
          <w:rFonts w:ascii="Gentium Plus" w:hAnsi="Gentium Plus"/>
          <w:b/>
          <w:sz w:val="24"/>
        </w:rPr>
        <w:t>περὶ αἰδοίου προπτώσεως.</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Νουμηνίῳ Ἀλεξανδρεῖ χαίρειν· αἰδοῖον τὸ προπεσόν, εἰ μὴ δύναται πάλιν εἰς τὴν χώραν ἀποκαταστῆναι, παραγγέλλουσι ῥοΐζειν αὐτὸν ἐν ποταμῷ πρὸς τὸ πρόσαντες ἢ ἐν θαλάσσῃ. ἕτεροι δὲ κατακλίναντες καὶ τῶν σκελῶν ἀνακρε‐</w:t>
      </w:r>
    </w:p>
    <w:p>
      <w:r>
        <w:rPr>
          <w:rFonts w:ascii="Courier New" w:hAnsi="Courier New"/>
          <w:color w:val="555555"/>
          <w:sz w:val="20"/>
        </w:rPr>
        <w:t>[5]</w:t>
      </w:r>
    </w:p>
    <w:p>
      <w:r>
        <w:rPr>
          <w:rFonts w:ascii="Gentium Plus" w:hAnsi="Gentium Plus"/>
          <w:sz w:val="24"/>
        </w:rPr>
        <w:t>μάσαντες, κηρωτῇ προσανατρίβουσι μετὰ στέατος ὑείου καὶ νίτρου λεπτοῦ, καὶ καταντλοῦσιν ὕδατι ψυχρῷ πολλῷ, καὶ καθιστᾶσιν οὕτως εἰς τὴν χώραν· κάλλιον δέ, ἐὰν ᾖ θαλάσ‐ σιον· εἰ δ’ οὐκ ἔστιν, ἐμπάσσειν εἰς τὸ ὕδωρ ἅλας. ἡμεῖς δὲ ἐχρησάμεθα καὶ τούτῳ· ἑστῶτος τοῦ ἵππου, ῥαφίδι λεπτῇ</w:t>
      </w:r>
    </w:p>
    <w:p>
      <w:r>
        <w:rPr>
          <w:rFonts w:ascii="Courier New" w:hAnsi="Courier New"/>
          <w:color w:val="555555"/>
          <w:sz w:val="20"/>
        </w:rPr>
        <w:t>[10]</w:t>
      </w:r>
    </w:p>
    <w:p>
      <w:r>
        <w:rPr>
          <w:rFonts w:ascii="Gentium Plus" w:hAnsi="Gentium Plus"/>
          <w:sz w:val="24"/>
        </w:rPr>
        <w:t>ἀκροθιγῶς κεντοῦντες τὸ παρὰ τὸν καυλὸν δέρμα, ὄξος δριμὺ προσραίνομεν τοῖς κεντήμασι, καὶ \| οὕτως ἄνεισιν εἰς τὸ κατὰ φύσιν. τὸ αὐτὸ δὲ καὶ κνῖδαι παρατριβόμεναι ποιοῦσιν. καὶ ἡ ἕδρα δὲ καὶ τὸ ὑποταύριον κεντούμενα τῇ ῥαφίδι καθιστᾶ‐ σιν εἰς τὴν χώραν.</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Αἰδοῖον προπεσόν, εἰ μὴ δύναιτο εἰς τάξιν καταστῆναι,</w:t>
      </w:r>
    </w:p>
    <w:p>
      <w:r>
        <w:rPr>
          <w:rFonts w:ascii="Courier New" w:hAnsi="Courier New"/>
          <w:color w:val="555555"/>
          <w:sz w:val="20"/>
        </w:rPr>
        <w:t>[5]</w:t>
      </w:r>
    </w:p>
    <w:p>
      <w:r>
        <w:rPr>
          <w:rFonts w:ascii="Gentium Plus" w:hAnsi="Gentium Plus"/>
          <w:sz w:val="24"/>
        </w:rPr>
        <w:t>τλοῦσιν ὕδατι πολλῷ ψυχρῷ· κάλλιον δέ, ἐὰν ᾖ θαλάσσιον· εἰ δὲ μή, ἅλας τῷ ὕδατι ἐμβάλλουσιν. Ἄψυρτος δὲ δοκιμάζει καὶ τοῦτο· βελόνῃ λεπτῇ ἀκροθιγῶς κεντεῖν τὸ περὶ τὸν καυλὸν δέρμα, καὶ ὄξος προσραίνειν δριμὺ τοῖς κεντήμασιν· ἀνασπά‐ σει γὰρ οὕτως εἰς τὸ κατὰ φύσιν. τὸ αὐτὸ δὲ καὶ κνῖδαι παρα‐</w:t>
      </w:r>
    </w:p>
    <w:p>
      <w:r>
        <w:rPr>
          <w:rFonts w:ascii="Courier New" w:hAnsi="Courier New"/>
          <w:color w:val="555555"/>
          <w:sz w:val="20"/>
        </w:rPr>
        <w:t>[10]</w:t>
      </w:r>
    </w:p>
    <w:p>
      <w:r>
        <w:rPr>
          <w:rFonts w:ascii="Gentium Plus" w:hAnsi="Gentium Plus"/>
          <w:sz w:val="24"/>
        </w:rPr>
        <w:t>τριβόμεναι ποιοῦσι, καὶ ἡ ἕδρα καὶ τὸ ὑποταύριον κεντούμενα τῇ ῥαφίδι \| καθιστᾶσιν αὐτὸ εἰς τὴν χώραν.</w:t>
      </w:r>
    </w:p>
    <w:p>
      <w:pPr>
        <w:jc w:val="center"/>
      </w:pPr>
      <w:r>
        <w:rPr>
          <w:rFonts w:ascii="Gentium Plus" w:hAnsi="Gentium Plus"/>
          <w:b/>
          <w:sz w:val="24"/>
        </w:rPr>
        <w:t>Πελαγωνίου εἰς τὸ αὐτό.</w:t>
      </w:r>
    </w:p>
    <w:p>
      <w:r>
        <w:rPr>
          <w:rFonts w:ascii="Courier New" w:hAnsi="Courier New"/>
          <w:color w:val="555555"/>
          <w:sz w:val="20"/>
        </w:rPr>
        <w:t>[1]</w:t>
      </w:r>
    </w:p>
    <w:p>
      <w:r>
        <w:rPr>
          <w:rFonts w:ascii="Gentium Plus" w:hAnsi="Gentium Plus"/>
          <w:sz w:val="24"/>
        </w:rPr>
        <w:t>Λιβανωτὸν καὶ ᾠὸν καὶ κύμινον μετὰ οἴνου μίξας, ἐγχυ‐ μάτισον. ἢ κόπρον χοιρείαν μετὰ ὄξους μίξας καὶ διηθήσας, ἢ πά‐ νακος ῥίζης γρά. βʹ μετὰ οἴνου τρίψας, τὸ αὐτὸ ποίει.</w:t>
      </w:r>
    </w:p>
    <w:p>
      <w:r>
        <w:rPr>
          <w:rFonts w:ascii="Courier New" w:hAnsi="Courier New"/>
          <w:color w:val="555555"/>
          <w:sz w:val="20"/>
        </w:rPr>
        <w:t>[5]</w:t>
      </w:r>
    </w:p>
    <w:p>
      <w:r>
        <w:rPr>
          <w:rFonts w:ascii="Gentium Plus" w:hAnsi="Gentium Plus"/>
          <w:sz w:val="24"/>
        </w:rPr>
        <w:t>ἢ πηγάνου ἀγρίου ῥίζαν μετὰ χυλοῦ κράμβης μίξας, πρόσ‐ αγε δι’ ἐγχυματισμοῦ. τοῦτο δὲ καὶ πρὸς στρόφους ποιεῖ.</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Ἔλαιον μετὰ οἴνου μίξας, ἐπὶ τὰς ψύας ἐπίχεε. εἰ δὲ μὴ ὠφελήσῃ, ἐκ μέλιτος ἑψηθέντος καὶ ἁλὸς ποιήσας κολλούριον λεπτότατον, ἔμβαλλε τῇ ὀπῇ, ὅθεν τὰ οὖρα διαφοροῦνται. ἢ μυῖαν ζῶσαν ἢ ψῖχα λιβανωτοῦ ἢ ἀσφάλτου κολλούριον ἢ</w:t>
      </w:r>
    </w:p>
    <w:p>
      <w:r>
        <w:rPr>
          <w:rFonts w:ascii="Courier New" w:hAnsi="Courier New"/>
          <w:color w:val="555555"/>
          <w:sz w:val="20"/>
        </w:rPr>
        <w:t>[5]</w:t>
      </w:r>
    </w:p>
    <w:p>
      <w:r>
        <w:rPr>
          <w:rFonts w:ascii="Gentium Plus" w:hAnsi="Gentium Plus"/>
          <w:sz w:val="24"/>
        </w:rPr>
        <w:t>σκορόδου μέρος τῷ αὐτῷ τρόπῳ, ὡς ἔφημεν, ἔμβαλλε. \</w:t>
      </w:r>
    </w:p>
    <w:p>
      <w:pPr>
        <w:jc w:val="center"/>
      </w:pPr>
      <w:r>
        <w:rPr>
          <w:rFonts w:ascii="Gentium Plus" w:hAnsi="Gentium Plus"/>
          <w:b/>
          <w:sz w:val="24"/>
        </w:rPr>
        <w:t>περὶ ὄρχεων φλεγμονῆς καὶ οἰδήσεως.</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Μέμνονι ἱπποϊατρῷ χαίρειν. ἱπποτροφοῦντά σε δεῖ γινώσκειν, ὡς τὰς τῶν ὄρχεων φλεγμονὰς γινομένας ἐκ τραύματος ἢ δήγματός τινος θηρίου, ἢ ὅταν χαλεπαίνωσι πρὸς ἀλλήλους, θεραπεύουσιν οὕτως· σικύου ἀγρίου ῥίζαν θλάσαν‐</w:t>
      </w:r>
    </w:p>
    <w:p>
      <w:r>
        <w:rPr>
          <w:rFonts w:ascii="Courier New" w:hAnsi="Courier New"/>
          <w:color w:val="555555"/>
          <w:sz w:val="20"/>
        </w:rPr>
        <w:t>[5]</w:t>
      </w:r>
    </w:p>
    <w:p>
      <w:r>
        <w:rPr>
          <w:rFonts w:ascii="Gentium Plus" w:hAnsi="Gentium Plus"/>
          <w:sz w:val="24"/>
        </w:rPr>
        <w:t>τες καὶ ἑψήσαντες ἐν ὕδατι καὶ ἅλατι, πυριῶσι σπόγγῳ χρώ‐ μενοι, καὶ ψιμύθιον καὶ ἔλαιον καὶ στέαρ αἴγειον καὶ ᾠοῦ τὸ λευκὸν τρίψαντες, καταχρίουσι, καὶ ὑγιάζουσιν. ὅταν δὲ ὦσιν ἐξ ἄλλης αἰτίας φλεγμαίνοντες 〈καὶ μὴ τραύματοσ〉, βοηθεῖν δεῖ οὕτως· προσαντλεῖν ὕδατι θερμῷ δὶς τῆς ἡμέρας, καὶ τοῦ</w:t>
      </w:r>
    </w:p>
    <w:p>
      <w:r>
        <w:rPr>
          <w:rFonts w:ascii="Courier New" w:hAnsi="Courier New"/>
          <w:color w:val="555555"/>
          <w:sz w:val="20"/>
        </w:rPr>
        <w:t>[10]</w:t>
      </w:r>
    </w:p>
    <w:p>
      <w:r>
        <w:rPr>
          <w:rFonts w:ascii="Gentium Plus" w:hAnsi="Gentium Plus"/>
          <w:sz w:val="24"/>
        </w:rPr>
        <w:t>ἁλὸς ἐμπάσσοντας τῷ ὕδατι καταχρίειν τῇ κιμωλίᾳ μετ’ ὄξους ἢ κεραμεικῆς \| γῆς ὡσαύτως ἢ ἀψινθίου χλωροῦ κεκομμένου τῷ χυλῷ ἢ τοῦ κωνείου τοῦ φυομένου ἐν ταῖς κοπρίαις ἢ στρύχνου τῷ χυλῷ. ὁμοίως δὲ καὶ τὸ ψιμύθιον λειούμενον ἁρμόζει μετὰ τοῦ ὕδατος καταχριόμενον.</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Ἐὰν οἰδήσωσιν οἱ ὄρχεις, καταντλείσθωσαν ὕδατι θερμῷ, νίτρου παραμεμιγμένου βραχέος, καταχριέσθωσαν δὲ ὄξους ὕλῃ. εἰ δὲ μὴ ὑπακούοι ἐν τῇ θεραπείᾳ ταύτῃ, αἷμα ἀφαι‐ ρείσθω ἀπὸ τῶν σκελῶν ἐγγὺς τῶν ὄρχεων. εἰ δὲ μὴ οὕτως</w:t>
      </w:r>
    </w:p>
    <w:p>
      <w:r>
        <w:rPr>
          <w:rFonts w:ascii="Courier New" w:hAnsi="Courier New"/>
          <w:color w:val="555555"/>
          <w:sz w:val="20"/>
        </w:rPr>
        <w:t>[5]</w:t>
      </w:r>
    </w:p>
    <w:p>
      <w:r>
        <w:rPr>
          <w:rFonts w:ascii="Gentium Plus" w:hAnsi="Gentium Plus"/>
          <w:sz w:val="24"/>
        </w:rPr>
        <w:t>παύοιτο, καυτηριαζέσθω διὰ μέσου φυλαττομένων, μὴ τῶν</w:t>
      </w:r>
    </w:p>
    <w:p>
      <w:pPr>
        <w:jc w:val="center"/>
      </w:pPr>
      <w:r>
        <w:rPr>
          <w:rFonts w:ascii="Gentium Plus" w:hAnsi="Gentium Plus"/>
          <w:b/>
          <w:sz w:val="24"/>
        </w:rPr>
        <w:t>Ἱπποκράτους πρὸς ὄρχεων φλεγμονάς.</w:t>
      </w:r>
    </w:p>
    <w:p>
      <w:r>
        <w:rPr>
          <w:rFonts w:ascii="Courier New" w:hAnsi="Courier New"/>
          <w:color w:val="555555"/>
          <w:sz w:val="20"/>
        </w:rPr>
        <w:t>[1]</w:t>
      </w:r>
    </w:p>
    <w:p>
      <w:r>
        <w:rPr>
          <w:rFonts w:ascii="Gentium Plus" w:hAnsi="Gentium Plus"/>
          <w:sz w:val="24"/>
        </w:rPr>
        <w:t>Τὰς τῶν ὄρχεων φλεγμονὰς χρῖε κεραμεικῇ γῇ πεφυραμένῃ ὄξει ἢ στρύχνῳ μετὰ ὄξους καθεψηθέντι. φλεβοτόμει δὲ ἀπὸ τῶν βουβώ\|νων, καὶ πότιζε ὕδατι ψυχρῷ. εἰ δὲ μὴ παύηται, πυρία οὔρῳ θερμῷ παιδικῷ, ὑποτιθεὶς μυλίτας λίθους πε‐</w:t>
      </w:r>
    </w:p>
    <w:p>
      <w:r>
        <w:rPr>
          <w:rFonts w:ascii="Courier New" w:hAnsi="Courier New"/>
          <w:color w:val="555555"/>
          <w:sz w:val="20"/>
        </w:rPr>
        <w:t>[5]</w:t>
      </w:r>
    </w:p>
    <w:p>
      <w:r>
        <w:rPr>
          <w:rFonts w:ascii="Gentium Plus" w:hAnsi="Gentium Plus"/>
          <w:sz w:val="24"/>
        </w:rPr>
        <w:t>πυρωμένους, ἕως ὑπὸ τῶν λίθων οἱ μηροὶ ἱδρώσουσι. κατάν‐ τλει δὲ καὶ ὕδατι θερμῷ, καὶ σύγχριε ἰρίνῳ ἐλαίῳ καὶ ποίει περιπατεῖν.</w:t>
      </w:r>
    </w:p>
    <w:p>
      <w:pPr>
        <w:jc w:val="center"/>
      </w:pPr>
      <w:r>
        <w:rPr>
          <w:rFonts w:ascii="Gentium Plus" w:hAnsi="Gentium Plus"/>
          <w:b/>
          <w:sz w:val="24"/>
        </w:rPr>
        <w:t>πρὸς οἴδησιν ὄρχεων.</w:t>
      </w:r>
    </w:p>
    <w:p>
      <w:r>
        <w:rPr>
          <w:rFonts w:ascii="Courier New" w:hAnsi="Courier New"/>
          <w:color w:val="555555"/>
          <w:sz w:val="20"/>
        </w:rPr>
        <w:t>[1]</w:t>
      </w:r>
    </w:p>
    <w:p>
      <w:r>
        <w:rPr>
          <w:rFonts w:ascii="Gentium Plus" w:hAnsi="Gentium Plus"/>
          <w:sz w:val="24"/>
        </w:rPr>
        <w:t>Κρητάριον μετὰ κόπρου βοείας καὶ κυμίνου καὶ ὀξυκράτου λειώσας, χρῖε μέχρι θεραπείας.</w:t>
      </w:r>
    </w:p>
    <w:p>
      <w:pPr>
        <w:jc w:val="center"/>
      </w:pPr>
      <w:r>
        <w:rPr>
          <w:rFonts w:ascii="Gentium Plus" w:hAnsi="Gentium Plus"/>
          <w:b/>
          <w:sz w:val="24"/>
        </w:rPr>
        <w:t>Πελαγωνίου.</w:t>
      </w:r>
    </w:p>
    <w:p>
      <w:r>
        <w:rPr>
          <w:rFonts w:ascii="Courier New" w:hAnsi="Courier New"/>
          <w:color w:val="555555"/>
          <w:sz w:val="20"/>
        </w:rPr>
        <w:t>[t2]</w:t>
      </w:r>
    </w:p>
    <w:p>
      <w:r>
        <w:rPr>
          <w:rFonts w:ascii="Gentium Plus" w:hAnsi="Gentium Plus"/>
          <w:sz w:val="24"/>
        </w:rPr>
        <w:t>πρὸς τοὺς ἀπὸ αἰδοίων πύον φέροντας.</w:t>
      </w:r>
    </w:p>
    <w:p>
      <w:r>
        <w:rPr>
          <w:rFonts w:ascii="Courier New" w:hAnsi="Courier New"/>
          <w:color w:val="555555"/>
          <w:sz w:val="20"/>
        </w:rPr>
        <w:t>[1]</w:t>
      </w:r>
    </w:p>
    <w:p>
      <w:r>
        <w:rPr>
          <w:rFonts w:ascii="Gentium Plus" w:hAnsi="Gentium Plus"/>
          <w:sz w:val="24"/>
        </w:rPr>
        <w:t>Ἀλεκτρυόνα καὶ σκυλάκιον κατὰ ταὐτὸ ἑψήσας μεθ’ ὕδα‐ τος, ἔπειτα διηθήσας τὸ ὕδωρ, καὶ προσβαλὼν ἀσφάλτου λελει‐ ωμένης δραχμὴν μίαν, προπότιζε ἐπὶ ἡμέραις θʹ. \|</w:t>
      </w:r>
    </w:p>
    <w:p>
      <w:pPr>
        <w:jc w:val="center"/>
      </w:pPr>
      <w:r>
        <w:rPr>
          <w:rFonts w:ascii="Gentium Plus" w:hAnsi="Gentium Plus"/>
          <w:b/>
          <w:sz w:val="24"/>
        </w:rPr>
        <w:t>περὶ ἐντεροκήλης.</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Δίῳ ἱπποϊατρῷ πολίτῃ χαίρειν. ἔγραψάς μοι περὶ ἐντεροκήλης· ἐὰν οὖν ἵππῳ τοῦτο γένηται, ὅπερ μάλιστα παλαιοτέροις εἴωθε συμβαίνειν, τὸν ὄσχεον, τουτέστι τὴν κα‐ λουμένην θυλάκην ἀποπιέσαντα, χρή, καθὸ τὸ βάρος νένευκε,</w:t>
      </w:r>
    </w:p>
    <w:p>
      <w:r>
        <w:rPr>
          <w:rFonts w:ascii="Courier New" w:hAnsi="Courier New"/>
          <w:color w:val="555555"/>
          <w:sz w:val="20"/>
        </w:rPr>
        <w:t>[5]</w:t>
      </w:r>
    </w:p>
    <w:p>
      <w:r>
        <w:rPr>
          <w:rFonts w:ascii="Gentium Plus" w:hAnsi="Gentium Plus"/>
          <w:sz w:val="24"/>
        </w:rPr>
        <w:t>〈ἐμ〉βαλόντα πόρπακα ἀποδῆσαι στερρῶς, καὶ καταβρέχειν ὄξει καὶ νίτρῳ. εἰ δὲ κατασαπῇ ὁ πόρπαξ, καταπλύνειν ὕδατι ψυχρῷ τοὺς μηροὺς καὶ τὸ ἕλκος καὶ θεραπεύειν φαρμάκῳ ἁπαλῷ. ἀναλαμβανέσθω δὲ καὶ ἀναληπτρίδι ὁ τόπος, καὶ ἰαθήσεται.</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Ἐὰν ἐντεροκήλη γένηται, ὅπερ μάλιστα 〈τοῖς παλαιοτέροισ〉 περὶ τὸ πλατὺ ἔντερον συμβαίνει, τὸν ὄσχεον, τουτέστι τὴν καλουμένην θυλάκην ἀποπιέσαντα, χρή, καθὸ τὸ βάρος νένευκε, 〈ἐμβαλόντα〉 πόρπακα ἀποδῆσαι ὡς στερεώτατα, καὶ κατα‐</w:t>
      </w:r>
    </w:p>
    <w:p>
      <w:r>
        <w:rPr>
          <w:rFonts w:ascii="Courier New" w:hAnsi="Courier New"/>
          <w:color w:val="555555"/>
          <w:sz w:val="20"/>
        </w:rPr>
        <w:t>[5]</w:t>
      </w:r>
    </w:p>
    <w:p>
      <w:r>
        <w:rPr>
          <w:rFonts w:ascii="Gentium Plus" w:hAnsi="Gentium Plus"/>
          <w:sz w:val="24"/>
        </w:rPr>
        <w:t>βρέχειν ὄξει καὶ νίτρῳ. ἐὰν δὲ ἐκσαπῇ ὁ πόρπαξ, καταντλεῖν ὕδατι ψυχρῷ τούς τε μηροὺς καὶ τὸ ἕλκος καὶ θεραπεύειν 〈φαρμάκῳ μαλακῷ〉. ἀναλαμβανέσθω δὲ καὶ 〈ἀναληπτρίδι〉 ὁ τόπος, καὶ ἰαθήσεται.</w:t>
      </w:r>
    </w:p>
    <w:p>
      <w:pPr>
        <w:jc w:val="center"/>
      </w:pPr>
      <w:r>
        <w:rPr>
          <w:rFonts w:ascii="Gentium Plus" w:hAnsi="Gentium Plus"/>
          <w:b/>
          <w:sz w:val="24"/>
        </w:rPr>
        <w:t>περὶ ῥευματισμοῦ ἐν γόνατι.</w:t>
      </w:r>
    </w:p>
    <w:p>
      <w:pPr>
        <w:jc w:val="center"/>
      </w:pPr>
      <w:r>
        <w:rPr>
          <w:rFonts w:ascii="Gentium Plus" w:hAnsi="Gentium Plus"/>
          <w:b/>
          <w:sz w:val="24"/>
        </w:rPr>
        <w:t>Αψύρτου.</w:t>
      </w:r>
    </w:p>
    <w:p>
      <w:r>
        <w:rPr>
          <w:rFonts w:ascii="Courier New" w:hAnsi="Courier New"/>
          <w:color w:val="555555"/>
          <w:sz w:val="20"/>
        </w:rPr>
        <w:t>[51 . 1]</w:t>
      </w:r>
    </w:p>
    <w:p>
      <w:r>
        <w:rPr>
          <w:rFonts w:ascii="Gentium Plus" w:hAnsi="Gentium Plus"/>
          <w:sz w:val="24"/>
        </w:rPr>
        <w:t>Ἄψυρτος 〈Σι〉σέννᾳ ἑκατοντάρχῃ χαίρειν. ἐσπουδα‐ κότα σε περὶ τοὺς ἵππους ἀναγκαῖον καὶ τοῦτο εἰδέναι, 〈ὅτι〉 ῥεύματα εἰς τὰ γόνατα ἐμπίπτοντα, ἅτινα ῥωμαϊστὶ λέγεται φλέμινα, οὐ δεῖ τέμνειν. ῥυσοῦται γὰρ τὸ γόνυ διὰ τὴν οὐλήν.</w:t>
      </w:r>
    </w:p>
    <w:p>
      <w:r>
        <w:rPr>
          <w:rFonts w:ascii="Courier New" w:hAnsi="Courier New"/>
          <w:color w:val="555555"/>
          <w:sz w:val="20"/>
        </w:rPr>
        <w:t>[5]</w:t>
      </w:r>
    </w:p>
    <w:p>
      <w:r>
        <w:rPr>
          <w:rFonts w:ascii="Gentium Plus" w:hAnsi="Gentium Plus"/>
          <w:sz w:val="24"/>
        </w:rPr>
        <w:t>χεῖρον δὲ τούτου ποιοῦσιν οἱ καυτηρίοις χρώμενοι· ἐπάγονται γὰρ μᾶλλον τὴν ἐπιφορὰν τοῦ ῥεύματος, στεγνοῦντες τὸν τόπον.</w:t>
      </w:r>
    </w:p>
    <w:p>
      <w:r>
        <w:rPr>
          <w:rFonts w:ascii="Courier New" w:hAnsi="Courier New"/>
          <w:color w:val="555555"/>
          <w:sz w:val="20"/>
        </w:rPr>
        <w:t>[51 . 2]</w:t>
      </w:r>
    </w:p>
    <w:p>
      <w:r>
        <w:rPr>
          <w:rFonts w:ascii="Gentium Plus" w:hAnsi="Gentium Plus"/>
          <w:sz w:val="24"/>
        </w:rPr>
        <w:t>θεραπεύεται δὲ οὕτως· σφαίρας τὰς ὑπὸ τῆς θαλάσσης ἐξερριμμένας εἰς λεπτὰ κατατίλλοντες, καὶ τὴν κιμωλίαν μίξαν‐</w:t>
      </w:r>
    </w:p>
    <w:p>
      <w:r>
        <w:rPr>
          <w:rFonts w:ascii="Courier New" w:hAnsi="Courier New"/>
          <w:color w:val="555555"/>
          <w:sz w:val="20"/>
        </w:rPr>
        <w:t>[5]</w:t>
      </w:r>
    </w:p>
    <w:p>
      <w:r>
        <w:rPr>
          <w:rFonts w:ascii="Gentium Plus" w:hAnsi="Gentium Plus"/>
          <w:sz w:val="24"/>
        </w:rPr>
        <w:t>πάλιν τὸ αὐτὸ ποιοῦσι, ἐκπιέζει γὰρ τὸν ἰχῶρα. 〈ἢ〉 τέφραν ἐκ χαλκείου τὴν ἀναπεπταμένην ἐπὶ τὴν κάμινον μέλιτι ἡψη‐ μένῳ μίσγειν, καὶ ἐπιπλάσσοντα εἰς ῥάκος ἐπιδεσμεῖν. ἢ ἄλευ‐ ρον κρίθινον ἐν ὕδατι μίξαντα τὸ αὐτὸ ποιεῖν. ἢ ἐρινεὸν κόψαντα ἐπιδεσμεῖν καὶ εἰς ψυχρὸν ἐμβιβάζειν. καὶ τὸ ξηρὸν</w:t>
      </w:r>
    </w:p>
    <w:p>
      <w:r>
        <w:rPr>
          <w:rFonts w:ascii="Courier New" w:hAnsi="Courier New"/>
          <w:color w:val="555555"/>
          <w:sz w:val="20"/>
        </w:rPr>
        <w:t>[10]</w:t>
      </w:r>
    </w:p>
    <w:p>
      <w:r>
        <w:rPr>
          <w:rFonts w:ascii="Gentium Plus" w:hAnsi="Gentium Plus"/>
          <w:sz w:val="24"/>
        </w:rPr>
        <w:t>δὲ μάλαγμα ὠφέλιμον αὐτοῖς. χρῆσθαι δὲ τούτοις, ἐφ’ ὅσον ὑγρός ἐστιν ὁ ἰχώρ.</w:t>
      </w:r>
    </w:p>
    <w:p>
      <w:r>
        <w:rPr>
          <w:rFonts w:ascii="Courier New" w:hAnsi="Courier New"/>
          <w:color w:val="555555"/>
          <w:sz w:val="20"/>
        </w:rPr>
        <w:t>[51 . 3]</w:t>
      </w:r>
    </w:p>
    <w:p>
      <w:r>
        <w:rPr>
          <w:rFonts w:ascii="Gentium Plus" w:hAnsi="Gentium Plus"/>
          <w:sz w:val="24"/>
        </w:rPr>
        <w:t>ὅταν δὲ παγῇ καὶ παρέλθῃ εἰς τὸ ἐν‐ τὸς μέρος τοῦ γόνατος, γίνεται στραγγαλιά. ἣν δεῖ θεραπεύειν, ὡς προείρηται, τῷ ξηρῷ μαλάγματι, ἄχρις οὗ καταβῇ κάτω καὶ γένηται παρακερκίς. ἄριστον δὲ εἰς τοῦτο καὶ τὸ δι’ ἀξουγγίου</w:t>
      </w:r>
    </w:p>
    <w:p>
      <w:r>
        <w:rPr>
          <w:rFonts w:ascii="Courier New" w:hAnsi="Courier New"/>
          <w:color w:val="555555"/>
          <w:sz w:val="20"/>
        </w:rPr>
        <w:t>[5]</w:t>
      </w:r>
    </w:p>
    <w:p>
      <w:r>
        <w:rPr>
          <w:rFonts w:ascii="Gentium Plus" w:hAnsi="Gentium Plus"/>
          <w:sz w:val="24"/>
        </w:rPr>
        <w:t>μάλαγμα. ἔστι δὲ ῥεύματος γένος καὶ τοῦτο, ὅταν ᾖ ἔχων τὰ σκέλη οἰδοῦντα καὶ μεγάλα, καὶ μάλιστα τὰ ὀπίσθια, ἃ φλε‐ βοτομούμενα μᾶλλον ἐπιφέρει πληθύν. συμφέρει δὲ περιπά‐ τοις καὶ δρόμοις χρῆσθαι μὴ συντόνοις, καὶ εἰς ψυχρὸν ἐμ‐ βιβάζειν.</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Ἐμπίπτει τῷ γόνατι ῥεῦμα. καλοῦσι δὲ αὐτὸ ῥωμαϊστὶ φλι‐ μέλιον. ὃ οὐ δεῖ τέμνειν, ῥυσοῦται γὰρ ἡ ὁπλή, ἀλλ’ οὐδὲ καίειν· ἐπάγονται γὰρ μᾶλλον τὴν τοῦ ῥεύματος φοράν, στε‐ γανοῦντες τὸν τόπον. θεραπεύεται δὲ οὕτως· σφαίρας τὰς</w:t>
      </w:r>
    </w:p>
    <w:p>
      <w:r>
        <w:rPr>
          <w:rFonts w:ascii="Courier New" w:hAnsi="Courier New"/>
          <w:color w:val="555555"/>
          <w:sz w:val="20"/>
        </w:rPr>
        <w:t>[5]</w:t>
      </w:r>
    </w:p>
    <w:p>
      <w:r>
        <w:rPr>
          <w:rFonts w:ascii="Gentium Plus" w:hAnsi="Gentium Plus"/>
          <w:sz w:val="24"/>
        </w:rPr>
        <w:t>ὑπὸ τῆς θαλάσσης ἐξερριμμένας εἰς λεπτὰ κατατίλλοντα, χρὴ κιμωλίαν μίξαντα βρέχειν ἐν ὕδατι ἡμέρας εʹ, εἶτα καταπλάσ‐ σειν καὶ ἐπιδεσμεῖν ἐπὶ ἡμέραις δυσί, τῇ δὲ τρίτῃ λύειν καὶ</w:t>
      </w:r>
    </w:p>
    <w:p>
      <w:r>
        <w:rPr>
          <w:rFonts w:ascii="Courier New" w:hAnsi="Courier New"/>
          <w:color w:val="555555"/>
          <w:sz w:val="20"/>
        </w:rPr>
        <w:t>[10]</w:t>
      </w:r>
    </w:p>
    <w:p>
      <w:r>
        <w:rPr>
          <w:rFonts w:ascii="Gentium Plus" w:hAnsi="Gentium Plus"/>
          <w:sz w:val="24"/>
        </w:rPr>
        <w:t>μίσγειν, καὶ ἐπιπλάσσοντα εἰς ῥάκος ἐπιδεσμεῖν. ἢ ἄλευρον κρίθινον ἐν ὕδατι μίξαντα τὸ αὐτὸ ποιεῖν. ἢ ἐρινεὸν κόψαντα καὶ μίξαντα ὁμοίως ἐπιδεσμεῖν. ἔστι 〈δὲ〉 καὶ τὸ ξηρὸν μά‐ λαγμα ὠφέλιμον. χρῆσθαι δὲ τούτοις, ἐφ’ ὅσον ὑγρός ἐστιν ὁ ἰχώρ· ὅταν δὲ παγῇ καὶ παρέλθῃ εἰς τὸ ἐντὸς μέρος καὶ</w:t>
      </w:r>
    </w:p>
    <w:p>
      <w:r>
        <w:rPr>
          <w:rFonts w:ascii="Courier New" w:hAnsi="Courier New"/>
          <w:color w:val="555555"/>
          <w:sz w:val="20"/>
        </w:rPr>
        <w:t>[15]</w:t>
      </w:r>
    </w:p>
    <w:p>
      <w:r>
        <w:rPr>
          <w:rFonts w:ascii="Gentium Plus" w:hAnsi="Gentium Plus"/>
          <w:sz w:val="24"/>
        </w:rPr>
        <w:t>γένηται στραγγαλιά, δεῖ θεραπεύειν, ὡς προγέγρα\ ξηρῷ μαλάγματι, ἄχρις οὗ καταβῇ κάτω, καὶ παρακερκὶς γέ‐ νηται. ἔστι δὲ χρήσιμον πρὸς τούτοις καὶ τὸ δι’ ἀξουγγίου μάλαγμα, συμφέρει τε περιπάτοις χρῆσθαι καὶ δρόμοις μὴ συντόνοις, εἰς ψυχρόν τε ἐμβιβάζειν λυσιτελεῖ.</w:t>
      </w:r>
    </w:p>
    <w:p>
      <w:pPr>
        <w:jc w:val="center"/>
      </w:pPr>
      <w:r>
        <w:rPr>
          <w:rFonts w:ascii="Gentium Plus" w:hAnsi="Gentium Plus"/>
          <w:b/>
          <w:sz w:val="24"/>
        </w:rPr>
        <w:t>πῶς ἂν φλεγμοναὶ αἱ ἐν τοῖς γόνασι διαλυθῶσιν.</w:t>
      </w:r>
    </w:p>
    <w:p>
      <w:r>
        <w:rPr>
          <w:rFonts w:ascii="Courier New" w:hAnsi="Courier New"/>
          <w:color w:val="555555"/>
          <w:sz w:val="20"/>
        </w:rPr>
        <w:t>[1]</w:t>
      </w:r>
    </w:p>
    <w:p>
      <w:r>
        <w:rPr>
          <w:rFonts w:ascii="Gentium Plus" w:hAnsi="Gentium Plus"/>
          <w:sz w:val="24"/>
        </w:rPr>
        <w:t>Ῥοδοδάφνης ἀσφάλτου νίτρου ἀξουγγίου παλαιοῦ ἀνὰ γο γʹ συμμίξας καὶ φάρμακον ποιήσας, χρῷ.</w:t>
      </w:r>
    </w:p>
    <w:p>
      <w:pPr>
        <w:jc w:val="center"/>
      </w:pPr>
      <w:r>
        <w:rPr>
          <w:rFonts w:ascii="Gentium Plus" w:hAnsi="Gentium Plus"/>
          <w:b/>
          <w:sz w:val="24"/>
        </w:rPr>
        <w:t>περὶ ῥεύματος ἐν ποσίν, ἤτοι χιράματος.</w:t>
      </w:r>
    </w:p>
    <w:p>
      <w:pPr>
        <w:jc w:val="center"/>
      </w:pPr>
      <w:r>
        <w:rPr>
          <w:rFonts w:ascii="Gentium Plus" w:hAnsi="Gentium Plus"/>
          <w:b/>
          <w:sz w:val="24"/>
        </w:rPr>
        <w:t>Αψύρτου.</w:t>
      </w:r>
    </w:p>
    <w:p>
      <w:r>
        <w:rPr>
          <w:rFonts w:ascii="Courier New" w:hAnsi="Courier New"/>
          <w:color w:val="555555"/>
          <w:sz w:val="20"/>
        </w:rPr>
        <w:t>[52 . 1]</w:t>
      </w:r>
    </w:p>
    <w:p>
      <w:r>
        <w:rPr>
          <w:rFonts w:ascii="Gentium Plus" w:hAnsi="Gentium Plus"/>
          <w:sz w:val="24"/>
        </w:rPr>
        <w:t>Ἄψυρτος Ἀπολλωνιάδῃ ἱπποϊατρῷ χαίρειν. ῥεύματα ἐμπίπτει εἰς τοὺς πόδας, ἅ τινες εἶπον σείρας, ἕτεροι δὲ χιρά‐ ματα. ἐξ οὗ λέγεται σειριᾶν τοὺς πόδας (ῥωμαϊστὶ δὲ λέγεται σουφράγινα). θεραπεύεται δὲ οὕτως· αἷμα ἀφαίρει ἐξ αὐτῶν</w:t>
      </w:r>
    </w:p>
    <w:p>
      <w:r>
        <w:rPr>
          <w:rFonts w:ascii="Courier New" w:hAnsi="Courier New"/>
          <w:color w:val="555555"/>
          <w:sz w:val="20"/>
        </w:rPr>
        <w:t>[5]</w:t>
      </w:r>
    </w:p>
    <w:p>
      <w:r>
        <w:rPr>
          <w:rFonts w:ascii="Gentium Plus" w:hAnsi="Gentium Plus"/>
          <w:sz w:val="24"/>
        </w:rPr>
        <w:t>τῶν ποδῶν, διακόπτων τὴν φλέβα τὴν ἐν τῷ μεσοκυνίῳ ἐκ τοῦ ἐκτὸς μέρους ἢ τοῦ ἐντὸς ὡσαύτως, ἐκ δὲ τῆς ἐκφύσεως τῆς \|</w:t>
      </w:r>
    </w:p>
    <w:p>
      <w:r>
        <w:rPr>
          <w:rFonts w:ascii="Courier New" w:hAnsi="Courier New"/>
          <w:color w:val="555555"/>
          <w:sz w:val="20"/>
        </w:rPr>
        <w:t>[10]</w:t>
      </w:r>
    </w:p>
    <w:p>
      <w:r>
        <w:rPr>
          <w:rFonts w:ascii="Gentium Plus" w:hAnsi="Gentium Plus"/>
          <w:sz w:val="24"/>
        </w:rPr>
        <w:t>κατάχριε. ἢ στέαρ ὕειον τρίψας μετὰ πίσσης ὑγρᾶς τὸ αὐτὸ ποίει. καὶ περιπατείτω, εἰς ὕδωρ δὲ μὴ ἐμβίβαζε.</w:t>
      </w:r>
    </w:p>
    <w:p>
      <w:r>
        <w:rPr>
          <w:rFonts w:ascii="Courier New" w:hAnsi="Courier New"/>
          <w:color w:val="555555"/>
          <w:sz w:val="20"/>
        </w:rPr>
        <w:t>[52 . 2]</w:t>
      </w:r>
    </w:p>
    <w:p>
      <w:r>
        <w:rPr>
          <w:rFonts w:ascii="Gentium Plus" w:hAnsi="Gentium Plus"/>
          <w:sz w:val="24"/>
        </w:rPr>
        <w:t>συμβαίνει δὲ τὸ πάθος τοῦτο χειμῶνος, θερείας δὲ ἀποκαθίσταται καὶ ὑγιάζεται. οὐ ῥᾳδίως δὲ ἐμπίπτουσιν οἱ τοιοῦτοι εἰς τὸ τῆς μάλεως πάθος τῆς ἀρθρίτιδος, ἀλλ’ οὐδὲ οἱ ὀρχοτομούμενοι</w:t>
      </w:r>
    </w:p>
    <w:p>
      <w:r>
        <w:rPr>
          <w:rFonts w:ascii="Courier New" w:hAnsi="Courier New"/>
          <w:color w:val="555555"/>
          <w:sz w:val="20"/>
        </w:rPr>
        <w:t>[5]</w:t>
      </w:r>
    </w:p>
    <w:p>
      <w:r>
        <w:rPr>
          <w:rFonts w:ascii="Gentium Plus" w:hAnsi="Gentium Plus"/>
          <w:sz w:val="24"/>
        </w:rPr>
        <w:t>γίνονται ῥευματικοί. ὠφέλιμα δὲ 〈καὶ〉 πρόσκαιρα ταῦτα· ἄλευρον ὀρόβινον οἴνῳ ἀναμάξας ἢ μέλιτι, κατάπλασσε καὶ περιδέσμευε. τὸ δὲ αὐτὸ καὶ δι’ ἐρεγμοῦ ὡσαύτως ποίει, ὑείαν κόπρον οἴνῳ φυράσας. μετὰ δὲ οἴνου σίδια ἑψήσας καὶ τρί‐ ψας, κατάπλασσε καὶ περιδέσμευε. ὠφέλιμος δὲ καὶ ἡ κηκὶς</w:t>
      </w:r>
    </w:p>
    <w:p>
      <w:r>
        <w:rPr>
          <w:rFonts w:ascii="Courier New" w:hAnsi="Courier New"/>
          <w:color w:val="555555"/>
          <w:sz w:val="20"/>
        </w:rPr>
        <w:t>[10]</w:t>
      </w:r>
    </w:p>
    <w:p>
      <w:r>
        <w:rPr>
          <w:rFonts w:ascii="Gentium Plus" w:hAnsi="Gentium Plus"/>
          <w:sz w:val="24"/>
        </w:rPr>
        <w:t>κοπτομένη καὶ καταπλασσομένη. εὔχρηστον δὲ καὶ τοῦτο· ἀμόργην καὶ οἶνον αὐστηρὸν ἀναζέσας ἀποπυρία, \| ἢ ἀσφο‐ δέλου ῥίζαν ἑψήσας ἐν ὕδατι τὸ αὐτὸ ποίει, 〈ἢ〉 ἁλὶ καὶ ἐλαίῳ καὶ μέλιτι τρῖβε.</w:t>
      </w:r>
    </w:p>
    <w:p>
      <w:r>
        <w:rPr>
          <w:rFonts w:ascii="Courier New" w:hAnsi="Courier New"/>
          <w:color w:val="555555"/>
          <w:sz w:val="20"/>
        </w:rPr>
        <w:t>[52 . 3]</w:t>
      </w:r>
    </w:p>
    <w:p>
      <w:r>
        <w:rPr>
          <w:rFonts w:ascii="Gentium Plus" w:hAnsi="Gentium Plus"/>
          <w:sz w:val="24"/>
        </w:rPr>
        <w:t>ἔστι δὲ τοῦ ῥεύματος τοῦ ἐν τοῖς ποσὶ γένη τρία. ὧν ἓν μὲν τὸ προγεγραμμένον. ἕτερον δὲ εἰς ὕψος αἶρον τὴν ὁπλήν· ἐν ᾧ δεῖ μάλιστα κάτωθεν ἀποχαράσσειν, ἵνα μὴ ἔκτριψιν λαμβάνῃ ἡ ὁπλή· τὸ δὲ τρίτον, ὅτε δὴ θραύεται ἡ ὁπλή. τοῦτο</w:t>
      </w:r>
    </w:p>
    <w:p>
      <w:r>
        <w:rPr>
          <w:rFonts w:ascii="Courier New" w:hAnsi="Courier New"/>
          <w:color w:val="555555"/>
          <w:sz w:val="20"/>
        </w:rPr>
        <w:t>[5]</w:t>
      </w:r>
    </w:p>
    <w:p>
      <w:r>
        <w:rPr>
          <w:rFonts w:ascii="Gentium Plus" w:hAnsi="Gentium Plus"/>
          <w:sz w:val="24"/>
        </w:rPr>
        <w:t>δὲ συμβαίνει, ὅταν ᾖ προβεβηκὼς τῇ ἡλικίᾳ. ῥευματικοὶ δὲ καὶ οὗτοί εἰσιν, οἷς ἐμπίπτει σίελον εἰς τὸ στόμα, μάλιστα</w:t>
      </w:r>
    </w:p>
    <w:p>
      <w:r>
        <w:rPr>
          <w:rFonts w:ascii="Courier New" w:hAnsi="Courier New"/>
          <w:color w:val="555555"/>
          <w:sz w:val="20"/>
        </w:rPr>
        <w:t>[10]</w:t>
      </w:r>
    </w:p>
    <w:p>
      <w:r>
        <w:rPr>
          <w:rFonts w:ascii="Gentium Plus" w:hAnsi="Gentium Plus"/>
          <w:sz w:val="24"/>
        </w:rPr>
        <w:t>τοῖς παλαιοῖς.</w:t>
      </w:r>
    </w:p>
    <w:p>
      <w:pPr>
        <w:jc w:val="center"/>
      </w:pPr>
      <w:r>
        <w:rPr>
          <w:rFonts w:ascii="Gentium Plus" w:hAnsi="Gentium Plus"/>
          <w:b/>
          <w:sz w:val="24"/>
        </w:rPr>
        <w:t>ἄλλο· ῥεύματος πρόγνωσις καὶ ἴασις.</w:t>
      </w:r>
    </w:p>
    <w:p>
      <w:r>
        <w:rPr>
          <w:rFonts w:ascii="Courier New" w:hAnsi="Courier New"/>
          <w:color w:val="555555"/>
          <w:sz w:val="20"/>
        </w:rPr>
        <w:t>[1]</w:t>
      </w:r>
    </w:p>
    <w:p>
      <w:r>
        <w:rPr>
          <w:rFonts w:ascii="Gentium Plus" w:hAnsi="Gentium Plus"/>
          <w:sz w:val="24"/>
        </w:rPr>
        <w:t>Πρῶτον μὲν οἰδαίνουσι τὰ γόνατα, καὶ χωλαίνει καὶ οὐ δύναται ἐπιβαίνειν, ἀλλ’ ὅταν τῇ χειρὶ πιέζῃς, ἀν‐ ίσταται ὀρθός. ἐὰν οὖν ἐν τοῖς ὀπισθίοις ᾖ, καῦσον αὐτὸν καυτηρίοις στρογγύλοις \| ἔσωθεν μὲν καύμασι πέντε ἐπὶ τῆς</w:t>
      </w:r>
    </w:p>
    <w:p>
      <w:r>
        <w:rPr>
          <w:rFonts w:ascii="Courier New" w:hAnsi="Courier New"/>
          <w:color w:val="555555"/>
          <w:sz w:val="20"/>
        </w:rPr>
        <w:t>[5]</w:t>
      </w:r>
    </w:p>
    <w:p>
      <w:r>
        <w:rPr>
          <w:rFonts w:ascii="Gentium Plus" w:hAnsi="Gentium Plus"/>
          <w:sz w:val="24"/>
        </w:rPr>
        <w:t>ἀγκύλης, ἔξωθεν δὲ πλατέσιν ἀμφοτέρωθεν. ἐὰν δὲ ἐν τοῖς ἐμπροσθίοις κάτωθεν ᾖ τοῦ γόνατος, καύσας μανδακηδὸν ἐπι‐ μελοῦ ὥσπερ καὶ τὰ λοιπὰ καύματα.</w:t>
      </w:r>
    </w:p>
    <w:p>
      <w:pPr>
        <w:jc w:val="center"/>
      </w:pPr>
      <w:r>
        <w:rPr>
          <w:rFonts w:ascii="Gentium Plus" w:hAnsi="Gentium Plus"/>
          <w:b/>
          <w:sz w:val="24"/>
        </w:rPr>
        <w:t>Ἱεροκλέους εἰς τὸ αὐτό.</w:t>
      </w:r>
    </w:p>
    <w:p>
      <w:r>
        <w:rPr>
          <w:rFonts w:ascii="Courier New" w:hAnsi="Courier New"/>
          <w:color w:val="555555"/>
          <w:sz w:val="20"/>
        </w:rPr>
        <w:t>[52 . 5]</w:t>
      </w:r>
    </w:p>
    <w:p>
      <w:r>
        <w:rPr>
          <w:rFonts w:ascii="Gentium Plus" w:hAnsi="Gentium Plus"/>
          <w:sz w:val="24"/>
        </w:rPr>
        <w:t>Ῥεύματά ἐστιν ἐν τοῖς ποσὶν ἐμπίπτοντα, ἅ τινες προσαγο‐ ρεύουσι σείρας. ἕτεροι δὲ χιράματα· σειριᾶν γοῦν τὸν ἵππον φασίν, ὡς καὶ Ἄψυρτος λέγει. θεραπεύεται δὲ οὕτως· ἀφαι‐ ρείσθω αἷμα ἐκ τῶν ποδῶν, διακοπτομένης τῆς φλεβὸς ἐν τῷ</w:t>
      </w:r>
    </w:p>
    <w:p>
      <w:r>
        <w:rPr>
          <w:rFonts w:ascii="Courier New" w:hAnsi="Courier New"/>
          <w:color w:val="555555"/>
          <w:sz w:val="20"/>
        </w:rPr>
        <w:t>[5]</w:t>
      </w:r>
    </w:p>
    <w:p>
      <w:r>
        <w:rPr>
          <w:rFonts w:ascii="Gentium Plus" w:hAnsi="Gentium Plus"/>
          <w:sz w:val="24"/>
        </w:rPr>
        <w:t>μεσοκυνίῳ ἐκ τοῦ ἐκτὸς μέρους ἢ τοῦ ἐντός· ὅρα δέ, μὴ κατὰ τὴν ἔκφυσιν τῆς ὁπλῆς. καὶ ἀποχαρασσέσθω κάτωθεν καὶ ὑποξυέσθω. ἀποσμηχέσθω δὲ οἴνῳ, εἶτα ἀκακίας χυλὸν τρίψαντα τῆς κιρρᾶς μετὰ ὕδατος καὶ ποιήσαντα μέλιτος πά‐ χος, καταχρίειν. τὸ αὐτὸ δὲ καὶ μετὰ πίσσης ὑγρᾶς καὶ στέα‐</w:t>
      </w:r>
    </w:p>
    <w:p>
      <w:r>
        <w:rPr>
          <w:rFonts w:ascii="Courier New" w:hAnsi="Courier New"/>
          <w:color w:val="555555"/>
          <w:sz w:val="20"/>
        </w:rPr>
        <w:t>[10]</w:t>
      </w:r>
    </w:p>
    <w:p>
      <w:r>
        <w:rPr>
          <w:rFonts w:ascii="Gentium Plus" w:hAnsi="Gentium Plus"/>
          <w:sz w:val="24"/>
        </w:rPr>
        <w:t>τος ὑείου \</w:t>
      </w:r>
    </w:p>
    <w:p>
      <w:r>
        <w:rPr>
          <w:rFonts w:ascii="Courier New" w:hAnsi="Courier New"/>
          <w:color w:val="555555"/>
          <w:sz w:val="20"/>
        </w:rPr>
        <w:t>[52 . 6]</w:t>
      </w:r>
    </w:p>
    <w:p>
      <w:r>
        <w:rPr>
          <w:rFonts w:ascii="Gentium Plus" w:hAnsi="Gentium Plus"/>
          <w:sz w:val="24"/>
        </w:rPr>
        <w:t>συμβαίνει μέντοι τὸ πάθος χειμῶνος, ἐν δὲ τῷ θέρει καθ‐ ίσταται καὶ ὑγιοῦται. οὐ ῥᾳδίως μέντοι οἱ ὀρχοτομούμενοι γί‐ νονται ῥευματικοὶ οὐδὲ ἐμπίπτουσιν εἰς τὸ τῆς ἀρθρίτιδος μάλεως νόσημα. Ἄψυρτος δὲ πρόσκαιρα καὶ ταῦτα λέγει</w:t>
      </w:r>
    </w:p>
    <w:p>
      <w:r>
        <w:rPr>
          <w:rFonts w:ascii="Courier New" w:hAnsi="Courier New"/>
          <w:color w:val="555555"/>
          <w:sz w:val="20"/>
        </w:rPr>
        <w:t>[5]</w:t>
      </w:r>
    </w:p>
    <w:p>
      <w:r>
        <w:rPr>
          <w:rFonts w:ascii="Gentium Plus" w:hAnsi="Gentium Plus"/>
          <w:sz w:val="24"/>
        </w:rPr>
        <w:t>βοηθήματα· ἄλευρον ὀρόβινον οἴνῳ καὶ μέλιτι μίξαντα, καταπλάσσειν καὶ ἐπιδεσμεῖν. τὸ αὐτὸ δὲ καὶ ἐρεγμοῦ ἄλευρον ποιεῖ καὶ ὑεία κόπρος. (ἔστι δὲ γνῶναι τὸ ῥεῦμα, ὅταν ἔχῃ ὁ ἵππος τὰ σκέλη οἰδοῦντα καὶ μεγάλα καὶ μάλιστα τὰ ὀπίσθια, ἃ φλεβοτομούμενα μᾶλλον ἐπιφέρει πλῆθος). οἴνῳ οὖν φυ‐</w:t>
      </w:r>
    </w:p>
    <w:p>
      <w:r>
        <w:rPr>
          <w:rFonts w:ascii="Courier New" w:hAnsi="Courier New"/>
          <w:color w:val="555555"/>
          <w:sz w:val="20"/>
        </w:rPr>
        <w:t>[10]</w:t>
      </w:r>
    </w:p>
    <w:p>
      <w:r>
        <w:rPr>
          <w:rFonts w:ascii="Gentium Plus" w:hAnsi="Gentium Plus"/>
          <w:sz w:val="24"/>
        </w:rPr>
        <w:t>ράσας σίδια καὶ ἑψήσας ἐν ὕδατι, κατάπλασσε. ὠφελεῖ δὲ καὶ ἡ κηκὶς κοπτομένη καὶ καταπλασσομένη. εὔχρηστον δὲ καὶ τοῦτο· ἀμόργην καὶ οἶνον αὐστηρὸν ἀναζέσας, ἀποπυρία. ἢ ἀσφοδέλου ῥίζαν ἐν ὕδατι ἑψήσας, τὸ αὐτὸ ποίει, ἢ ἁλὶ καὶ ἐλαίῳ καὶ μέλιτι τρῖβε.</w:t>
      </w:r>
    </w:p>
    <w:p>
      <w:r>
        <w:rPr>
          <w:rFonts w:ascii="Courier New" w:hAnsi="Courier New"/>
          <w:color w:val="555555"/>
          <w:sz w:val="20"/>
        </w:rPr>
        <w:t>[52 . 7]</w:t>
      </w:r>
    </w:p>
    <w:p>
      <w:r>
        <w:rPr>
          <w:rFonts w:ascii="Gentium Plus" w:hAnsi="Gentium Plus"/>
          <w:sz w:val="24"/>
        </w:rPr>
        <w:t>ἔστι \ τρία. ὧν ἓν μὲν τὸ προγεγραμμένον, ἕτερον δὲ εἰς ὕψος ἔχον τὴν ὁπλήν, ἐν ᾧ δεῖ μάλιστα τὰ κάτω ἀποχαράσσειν, ἵνα μὴ ἔκτριψιν λαμβάνῃ ἡ ὁπλή. τὸ δὲ τρίτον ὅτε δὴ θραύεται ἡ</w:t>
      </w:r>
    </w:p>
    <w:p>
      <w:r>
        <w:rPr>
          <w:rFonts w:ascii="Courier New" w:hAnsi="Courier New"/>
          <w:color w:val="555555"/>
          <w:sz w:val="20"/>
        </w:rPr>
        <w:t>[5]</w:t>
      </w:r>
    </w:p>
    <w:p>
      <w:r>
        <w:rPr>
          <w:rFonts w:ascii="Gentium Plus" w:hAnsi="Gentium Plus"/>
          <w:sz w:val="24"/>
        </w:rPr>
        <w:t>ὁπλή. τοῦτο δὲ συμβαίνει ἐπὶ τῶν προβεβηκότων τῇ ἡλικίᾳ. ῥευματικοί γε μὴν καὶ οὗτοί εἰσιν, ὅσοις ἐκπίπτει τὸ σίελον ἐκ τοῦ στόματος, ὥστε λαμβάνοντας τὰς κριθὰς ὑγραίνειν αὐτάς. ὃ συμβαίνει μάλιστα τοῖς πρεσβυτέροις συνεχεστέρως, οἳ καὶ πολυχρονιώτεροι διαμένουσι. καὶ νεωτέροις δὲ συμβαί‐</w:t>
      </w:r>
    </w:p>
    <w:p>
      <w:r>
        <w:rPr>
          <w:rFonts w:ascii="Courier New" w:hAnsi="Courier New"/>
          <w:color w:val="555555"/>
          <w:sz w:val="20"/>
        </w:rPr>
        <w:t>[10]</w:t>
      </w:r>
    </w:p>
    <w:p>
      <w:r>
        <w:rPr>
          <w:rFonts w:ascii="Gentium Plus" w:hAnsi="Gentium Plus"/>
          <w:sz w:val="24"/>
        </w:rPr>
        <w:t>νει, οὐχ οὕτως δὲ συνεχῶς.</w:t>
      </w:r>
    </w:p>
    <w:p>
      <w:pPr>
        <w:jc w:val="center"/>
      </w:pPr>
      <w:r>
        <w:rPr>
          <w:rFonts w:ascii="Gentium Plus" w:hAnsi="Gentium Plus"/>
          <w:b/>
          <w:sz w:val="24"/>
        </w:rPr>
        <w:t>ἄλλο· Εὐμήλου πρὸς τὰ ἐν σκέλεσι ῥεύματα.</w:t>
      </w:r>
    </w:p>
    <w:p>
      <w:r>
        <w:rPr>
          <w:rFonts w:ascii="Courier New" w:hAnsi="Courier New"/>
          <w:color w:val="555555"/>
          <w:sz w:val="20"/>
        </w:rPr>
        <w:t>[1]</w:t>
      </w:r>
    </w:p>
    <w:p>
      <w:r>
        <w:rPr>
          <w:rFonts w:ascii="Gentium Plus" w:hAnsi="Gentium Plus"/>
          <w:sz w:val="24"/>
        </w:rPr>
        <w:t>Δεῖ τὰ τοιαῦτα πάθη πεπυρωμένῳ σιδήρῳ καίοντα θερα‐</w:t>
      </w:r>
    </w:p>
    <w:p>
      <w:r>
        <w:rPr>
          <w:rFonts w:ascii="Courier New" w:hAnsi="Courier New"/>
          <w:color w:val="555555"/>
          <w:sz w:val="20"/>
        </w:rPr>
        <w:t>[5]</w:t>
      </w:r>
    </w:p>
    <w:p>
      <w:r>
        <w:rPr>
          <w:rFonts w:ascii="Gentium Plus" w:hAnsi="Gentium Plus"/>
          <w:sz w:val="24"/>
        </w:rPr>
        <w:t>δὲ κολλυρίου ἡ σύνθεσίς ἐστιν αὕτη· κόμμεως ἀμμωνιακοῦ τὸ ἴσον ὄξει δριμυτάτῳ συμμίξας καὶ λειώσας καὶ πρὸς ἥλιον ξηράνας, ποίει κολλύρια.</w:t>
      </w:r>
    </w:p>
    <w:p>
      <w:pPr>
        <w:jc w:val="center"/>
      </w:pPr>
      <w:r>
        <w:rPr>
          <w:rFonts w:ascii="Gentium Plus" w:hAnsi="Gentium Plus"/>
          <w:b/>
          <w:sz w:val="24"/>
        </w:rPr>
        <w:t>ἄλλο· πρὸς τὸ δίχα σιδήρου νεαρὰ ῥεύματα</w:t>
      </w:r>
    </w:p>
    <w:p>
      <w:r>
        <w:rPr>
          <w:rFonts w:ascii="Courier New" w:hAnsi="Courier New"/>
          <w:color w:val="555555"/>
          <w:sz w:val="20"/>
        </w:rPr>
        <w:t>[t2]</w:t>
      </w:r>
    </w:p>
    <w:p>
      <w:r>
        <w:rPr>
          <w:rFonts w:ascii="Gentium Plus" w:hAnsi="Gentium Plus"/>
          <w:sz w:val="24"/>
        </w:rPr>
        <w:t>θεραπεῦσαι.</w:t>
      </w:r>
    </w:p>
    <w:p>
      <w:r>
        <w:rPr>
          <w:rFonts w:ascii="Courier New" w:hAnsi="Courier New"/>
          <w:color w:val="555555"/>
          <w:sz w:val="20"/>
        </w:rPr>
        <w:t>[1]</w:t>
      </w:r>
    </w:p>
    <w:p>
      <w:r>
        <w:rPr>
          <w:rFonts w:ascii="Gentium Plus" w:hAnsi="Gentium Plus"/>
          <w:sz w:val="24"/>
        </w:rPr>
        <w:t>Κάχρυος λίτρας βʹ, χαλβάνης γο ἕξ, ῥητίνης 〈τερεβινθί‐ νησ〉 λίτρας δʹ, λιβάνου ἀλεύρου λιπαρωτέρου κυάθους δʹ, νίτρου γο ἕξ, ἅλατος ξέστην ἕνα, μίξας καὶ λειώσας καὶ ἐπι‐ βαλὼν ὄξος, ζέσαι ποίησον, καὶ θερμὸν ἐπιπλάσας ῥακίῳ μα‐</w:t>
      </w:r>
    </w:p>
    <w:p>
      <w:r>
        <w:rPr>
          <w:rFonts w:ascii="Courier New" w:hAnsi="Courier New"/>
          <w:color w:val="555555"/>
          <w:sz w:val="20"/>
        </w:rPr>
        <w:t>[5]</w:t>
      </w:r>
    </w:p>
    <w:p>
      <w:r>
        <w:rPr>
          <w:rFonts w:ascii="Gentium Plus" w:hAnsi="Gentium Plus"/>
          <w:sz w:val="24"/>
        </w:rPr>
        <w:t>λάγματος τρόπῳ, κατὰ τῶν γονάτων ἐπίθες ἐπὶ τρισὶν ἡμέ‐ ραις. καθ’ ἡμέραν δὲ θερμαίνων ἀνακαινοποίει, καὶ οὕτως ἐπιτίθει. ἢ ἀσφάλτου Ἰουδαϊκῆς λίτραν αʹ, σινήπεως σπέρ‐ ματος λίτραν αʹ, ῥοδοδάφνης λίτραν αʹ ἀξουγγίῳ προσμίξας, κατὰ τῶν γονάτων ἐπίπλαττε. ἢ βλάχνου ῥίζαν καὶ ὄροβον</w:t>
      </w:r>
    </w:p>
    <w:p>
      <w:r>
        <w:rPr>
          <w:rFonts w:ascii="Courier New" w:hAnsi="Courier New"/>
          <w:color w:val="555555"/>
          <w:sz w:val="20"/>
        </w:rPr>
        <w:t>[10]</w:t>
      </w:r>
    </w:p>
    <w:p>
      <w:r>
        <w:rPr>
          <w:rFonts w:ascii="Gentium Plus" w:hAnsi="Gentium Plus"/>
          <w:sz w:val="24"/>
        </w:rPr>
        <w:t>καὶ ἀξούγγιον παλαιὸν μετὰ ὄξους δρι\ αγε. ἢ σινήπεως Ἀλεξανδρίνου γο ἕξ, καρδάμου γο ἕξ, ἰσχά‐ δων Ἄφρων γο ἕξ, ἅλατος οὐγκίας βʹ, ἀξουγγίου παλαιοῦ λίτραν αʹ, ὄξους τὸ ἀρκοῦν μίξας, πάντα χρῶ.</w:t>
      </w:r>
    </w:p>
    <w:p>
      <w:pPr>
        <w:jc w:val="center"/>
      </w:pPr>
      <w:r>
        <w:rPr>
          <w:rFonts w:ascii="Gentium Plus" w:hAnsi="Gentium Plus"/>
          <w:b/>
          <w:sz w:val="24"/>
        </w:rPr>
        <w:t>ἄλλο· Ἱπποκράτους πρὸς ῥεῦμα.</w:t>
      </w:r>
    </w:p>
    <w:p>
      <w:r>
        <w:rPr>
          <w:rFonts w:ascii="Courier New" w:hAnsi="Courier New"/>
          <w:color w:val="555555"/>
          <w:sz w:val="20"/>
        </w:rPr>
        <w:t>[1]</w:t>
      </w:r>
    </w:p>
    <w:p>
      <w:r>
        <w:rPr>
          <w:rFonts w:ascii="Gentium Plus" w:hAnsi="Gentium Plus"/>
          <w:sz w:val="24"/>
        </w:rPr>
        <w:t>Ἅλας λειοτριβήσας μετὰ μέλιτος χρῶ.</w:t>
      </w:r>
    </w:p>
    <w:p>
      <w:pPr>
        <w:jc w:val="center"/>
      </w:pPr>
      <w:r>
        <w:rPr>
          <w:rFonts w:ascii="Gentium Plus" w:hAnsi="Gentium Plus"/>
          <w:b/>
          <w:sz w:val="24"/>
        </w:rPr>
        <w:t>Πελαγωνίου πρὸς νεαρὰν φλεμίναν.</w:t>
      </w:r>
    </w:p>
    <w:p>
      <w:r>
        <w:rPr>
          <w:rFonts w:ascii="Courier New" w:hAnsi="Courier New"/>
          <w:color w:val="555555"/>
          <w:sz w:val="20"/>
        </w:rPr>
        <w:t>[1]</w:t>
      </w:r>
    </w:p>
    <w:p>
      <w:r>
        <w:rPr>
          <w:rFonts w:ascii="Gentium Plus" w:hAnsi="Gentium Plus"/>
          <w:sz w:val="24"/>
        </w:rPr>
        <w:t>Καυστικὸν συγκέρασον ἐν ὕδατι ψυχρῷ, καὶ δι’ αὐτοῦ καθάρισον τὸ τραῦμα, ἔπειτα ἐπίθες σπογγιὰν ὄξει βεβρεγ‐ μένην ἐπὶ τέτρασιν ἡμέραις. τῇ δὲ πέμπτῃ ἄλευρον κρίθινον μετὰ ὕδατος φυράσας, ἐπίθες, ἕως ἂν τὸ τραῦμα οὐλὴν</w:t>
      </w:r>
    </w:p>
    <w:p>
      <w:r>
        <w:rPr>
          <w:rFonts w:ascii="Courier New" w:hAnsi="Courier New"/>
          <w:color w:val="555555"/>
          <w:sz w:val="20"/>
        </w:rPr>
        <w:t>[5]</w:t>
      </w:r>
    </w:p>
    <w:p>
      <w:r>
        <w:rPr>
          <w:rFonts w:ascii="Gentium Plus" w:hAnsi="Gentium Plus"/>
          <w:sz w:val="24"/>
        </w:rPr>
        <w:t>ἐπαγάγῃ· 〈κἀκεῖθεν〉 ῥόας φλοιὸν κατακόπτων μετὰ λυκίου ἐπιτίθει τῷ ἀνεῳγμένῳ τόπῳ.</w:t>
      </w:r>
    </w:p>
    <w:p>
      <w:pPr>
        <w:jc w:val="center"/>
      </w:pPr>
      <w:r>
        <w:rPr>
          <w:rFonts w:ascii="Gentium Plus" w:hAnsi="Gentium Plus"/>
          <w:b/>
          <w:sz w:val="24"/>
        </w:rPr>
        <w:t>πρὸς φλεγμονὰς καὶ ὑδατίδας.</w:t>
      </w:r>
    </w:p>
    <w:p>
      <w:r>
        <w:rPr>
          <w:rFonts w:ascii="Courier New" w:hAnsi="Courier New"/>
          <w:color w:val="555555"/>
          <w:sz w:val="20"/>
        </w:rPr>
        <w:t>[1]</w:t>
      </w:r>
    </w:p>
    <w:p>
      <w:r>
        <w:rPr>
          <w:rFonts w:ascii="Gentium Plus" w:hAnsi="Gentium Plus"/>
          <w:sz w:val="24"/>
        </w:rPr>
        <w:t>Θερμοσποδιᾶς γο αʹ, ἀσβέστου ζώσης γο αʹ μετὰ οἴνου φυράσας καὶ μέλιτος, παραφυλαξά\|μενος πρὶν ἢ ξηρανθῆναι, οὕτω τῷ τραύματι ἐπίχριε. ἐπίμεινον δὲ οὕτω θεραπεύων, εἰ νεαρὰ τὰ κορδυλώματα ᾖ· εἰ δὲ παλαιά, εὐφυῶς καυτηριάσας</w:t>
      </w:r>
    </w:p>
    <w:p>
      <w:r>
        <w:rPr>
          <w:rFonts w:ascii="Courier New" w:hAnsi="Courier New"/>
          <w:color w:val="555555"/>
          <w:sz w:val="20"/>
        </w:rPr>
        <w:t>[5]</w:t>
      </w:r>
    </w:p>
    <w:p>
      <w:r>
        <w:rPr>
          <w:rFonts w:ascii="Gentium Plus" w:hAnsi="Gentium Plus"/>
          <w:sz w:val="24"/>
        </w:rPr>
        <w:t>θεράπευε, καθὼς καὶ τὰ λοιπά. αὕτη δὲ ἡ αἰτία καμάτῳ ἐπιγίνεται, ὅτε ἵππος ἐν ξηρῷ τόπῳ ἢ ἐν συλλίθῳ ἰσχυρῶς ἐλασθῇ ἢ μετὰ πολλοῦ βάρους νωτοφορῶν ὁδεύσῃ.</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Ῥοδοδάφνης γο γʹ, ἀσφάλτου γο γʹ, νίτρου γο γʹ, ἀξουγ‐ γίου γο γʹ διηθήσας καὶ συμμίξας, καὶ ἐκ τούτων φάρμακον</w:t>
      </w:r>
    </w:p>
    <w:p>
      <w:pPr>
        <w:jc w:val="center"/>
      </w:pPr>
      <w:r>
        <w:rPr>
          <w:rFonts w:ascii="Gentium Plus" w:hAnsi="Gentium Plus"/>
          <w:b/>
          <w:sz w:val="24"/>
        </w:rPr>
        <w:t>ἄλλο πρὸς νεύρων πόνον καὶ ὑδατίδας.</w:t>
      </w:r>
    </w:p>
    <w:p>
      <w:r>
        <w:rPr>
          <w:rFonts w:ascii="Courier New" w:hAnsi="Courier New"/>
          <w:color w:val="555555"/>
          <w:sz w:val="20"/>
        </w:rPr>
        <w:t>[52 . 14]</w:t>
      </w:r>
    </w:p>
    <w:p>
      <w:r>
        <w:rPr>
          <w:rFonts w:ascii="Gentium Plus" w:hAnsi="Gentium Plus"/>
          <w:sz w:val="24"/>
        </w:rPr>
        <w:t>Τὰ ἀπὸ συναγωγῆς ἀποστήματα σιδήρῳ χρὴ διανοίγεσθαι, εἶθ’ οὕτως θεραπεύεσθαι· στέατος ταυρείου, χαλβάνης, βδέλ‐ λης, πεπέρεως λευκοῦ, ἀμμωνιακοῦ, ἐκ πάντων ἀνὰ γο γʹ, ἀλεύρου λιβανωτοῦ γο δʹ, δαφνοκόκκων γο αʹ, συμμίξας ποί‐</w:t>
      </w:r>
    </w:p>
    <w:p>
      <w:r>
        <w:rPr>
          <w:rFonts w:ascii="Courier New" w:hAnsi="Courier New"/>
          <w:color w:val="555555"/>
          <w:sz w:val="20"/>
        </w:rPr>
        <w:t>[5]</w:t>
      </w:r>
    </w:p>
    <w:p>
      <w:r>
        <w:rPr>
          <w:rFonts w:ascii="Gentium Plus" w:hAnsi="Gentium Plus"/>
          <w:sz w:val="24"/>
        </w:rPr>
        <w:t>ησον φάρμακον, \</w:t>
      </w:r>
    </w:p>
    <w:p>
      <w:r>
        <w:rPr>
          <w:rFonts w:ascii="Courier New" w:hAnsi="Courier New"/>
          <w:color w:val="555555"/>
          <w:sz w:val="20"/>
        </w:rPr>
        <w:t>[52 . 15]</w:t>
      </w:r>
    </w:p>
    <w:p>
      <w:r>
        <w:rPr>
          <w:rFonts w:ascii="Gentium Plus" w:hAnsi="Gentium Plus"/>
          <w:sz w:val="24"/>
        </w:rPr>
        <w:t>θεραπεύσεις δὲ καὶ οὕτω· κυκλαμίνου ῥίζης τέφραν μετὰ ἀλεύρου ὀροβίνου καὶ μέλιτος καὶ ὄξους φυράσας, ἐπιτίθει τῷ τραύματι. εἰ δὲ τὰ αὐτὰ τραύματα ἔσται βαθύτερα, μίλτον μετὰ μέλιτος μίξας, μοταρίοις τὸ τραῦμα ἀναπλήρωσον, εἶτα</w:t>
      </w:r>
    </w:p>
    <w:p>
      <w:r>
        <w:rPr>
          <w:rFonts w:ascii="Courier New" w:hAnsi="Courier New"/>
          <w:color w:val="555555"/>
          <w:sz w:val="20"/>
        </w:rPr>
        <w:t>[5]</w:t>
      </w:r>
    </w:p>
    <w:p>
      <w:r>
        <w:rPr>
          <w:rFonts w:ascii="Gentium Plus" w:hAnsi="Gentium Plus"/>
          <w:sz w:val="24"/>
        </w:rPr>
        <w:t>ἐπάνω ῥάκος ἢ σπογγιὰν μετὰ ὀξυκράτου ἐπίθες. πολλοὶ δὲ καὶ κηκῖδας τετριμμένας ἢ χυλὸν πρασίου μετὰ αἰθάλης ἐπι‐ τιθέασιν.</w:t>
      </w:r>
    </w:p>
    <w:p>
      <w:pPr>
        <w:jc w:val="center"/>
      </w:pPr>
      <w:r>
        <w:rPr>
          <w:rFonts w:ascii="Gentium Plus" w:hAnsi="Gentium Plus"/>
          <w:b/>
          <w:sz w:val="24"/>
        </w:rPr>
        <w:t>ἄλλο· ὥστε φλεμίναν δίχα σιδήρου θεραπεῦσαι.</w:t>
      </w:r>
    </w:p>
    <w:p>
      <w:r>
        <w:rPr>
          <w:rFonts w:ascii="Courier New" w:hAnsi="Courier New"/>
          <w:color w:val="555555"/>
          <w:sz w:val="20"/>
        </w:rPr>
        <w:t>[1]</w:t>
      </w:r>
    </w:p>
    <w:p>
      <w:r>
        <w:rPr>
          <w:rFonts w:ascii="Gentium Plus" w:hAnsi="Gentium Plus"/>
          <w:sz w:val="24"/>
        </w:rPr>
        <w:t>Σινήπεως, ἅλατος Ἀλεξανδρίνου ἀνὰ γρά. δʹ, καρδάμου γο αʹ, ὄξους γρά. βʹ, ἀξουγγίου παλαιοῦ λίτραν αcʹ· πάντα λειώσας καὶ εἰς ὀθόνιον ἐπιπλάσας, ἐπίθες ἐπὶ ἡμέραις τρισί. καὶ μετὰ ταῦτα λύσας καὶ ἀποσπογγίσας σπόγγῳ ἐπιρρανθέντι</w:t>
      </w:r>
    </w:p>
    <w:p>
      <w:r>
        <w:rPr>
          <w:rFonts w:ascii="Courier New" w:hAnsi="Courier New"/>
          <w:color w:val="555555"/>
          <w:sz w:val="20"/>
        </w:rPr>
        <w:t>[5]</w:t>
      </w:r>
    </w:p>
    <w:p>
      <w:r>
        <w:rPr>
          <w:rFonts w:ascii="Gentium Plus" w:hAnsi="Gentium Plus"/>
          <w:sz w:val="24"/>
        </w:rPr>
        <w:t>λασάρῳ Κυρηναϊκῷ, οὕτω τὰς ἐφελκίδας ἀνοίξεις. \</w:t>
      </w:r>
    </w:p>
    <w:p>
      <w:pPr>
        <w:jc w:val="center"/>
      </w:pPr>
      <w:r>
        <w:rPr>
          <w:rFonts w:ascii="Gentium Plus" w:hAnsi="Gentium Plus"/>
          <w:b/>
          <w:sz w:val="24"/>
        </w:rPr>
        <w:t>ἄλλο· ἐὰν τὰ σφυρὰ φλεγμαίνῃ.</w:t>
      </w:r>
    </w:p>
    <w:p>
      <w:r>
        <w:rPr>
          <w:rFonts w:ascii="Courier New" w:hAnsi="Courier New"/>
          <w:color w:val="555555"/>
          <w:sz w:val="20"/>
        </w:rPr>
        <w:t>[1]</w:t>
      </w:r>
    </w:p>
    <w:p>
      <w:r>
        <w:rPr>
          <w:rFonts w:ascii="Gentium Plus" w:hAnsi="Gentium Plus"/>
          <w:sz w:val="24"/>
        </w:rPr>
        <w:t>Ἄνθος χόρτου καύσας μετὰ ὀξυκράτου ψυχροῦ πρόσαγε, ἄχρις οὗ ἡ φλεγμονὴ καταμαρανθῇ. καὶ μετὰ ταῦτα σκόροδα</w:t>
      </w:r>
    </w:p>
    <w:p>
      <w:pPr>
        <w:jc w:val="center"/>
      </w:pPr>
      <w:r>
        <w:rPr>
          <w:rFonts w:ascii="Gentium Plus" w:hAnsi="Gentium Plus"/>
          <w:b/>
          <w:sz w:val="24"/>
        </w:rPr>
        <w:t>ἄλλο πρὸς ἄρθρα κεχαλασμένα καὶ ὑδατίδας.</w:t>
      </w:r>
    </w:p>
    <w:p>
      <w:r>
        <w:rPr>
          <w:rFonts w:ascii="Courier New" w:hAnsi="Courier New"/>
          <w:color w:val="555555"/>
          <w:sz w:val="20"/>
        </w:rPr>
        <w:t>[1]</w:t>
      </w:r>
    </w:p>
    <w:p>
      <w:r>
        <w:rPr>
          <w:rFonts w:ascii="Gentium Plus" w:hAnsi="Gentium Plus"/>
          <w:sz w:val="24"/>
        </w:rPr>
        <w:t>Ἀλόην, σμύρναν, μάνναν λιβάνου, πίσσαν Βρυττίαν, πάντα ἐν ταὐτῷ λεάνας, ἐπίβαλλε καὶ σίτινον ἄλευρον, προσμίσγων καὶ τῶν ᾠῶν τὸ λευκόν, ἔπειτα ἀναλάμβανε καὶ χρῶ κατὰ τῶν ἄρθρων, ἐπιδήσας χάρτῃ ἐπιμελῶς, καὶ μετά τινας ἡμέρας</w:t>
      </w:r>
    </w:p>
    <w:p>
      <w:r>
        <w:rPr>
          <w:rFonts w:ascii="Courier New" w:hAnsi="Courier New"/>
          <w:color w:val="555555"/>
          <w:sz w:val="20"/>
        </w:rPr>
        <w:t>[5]</w:t>
      </w:r>
    </w:p>
    <w:p>
      <w:r>
        <w:rPr>
          <w:rFonts w:ascii="Gentium Plus" w:hAnsi="Gentium Plus"/>
          <w:sz w:val="24"/>
        </w:rPr>
        <w:t>λύσας, πάλιν τὸ αὐτὸ βοήθημα προσάγων θεράπευε.</w:t>
      </w:r>
    </w:p>
    <w:p>
      <w:pPr>
        <w:jc w:val="center"/>
      </w:pPr>
      <w:r>
        <w:rPr>
          <w:rFonts w:ascii="Gentium Plus" w:hAnsi="Gentium Plus"/>
          <w:b/>
          <w:sz w:val="24"/>
        </w:rPr>
        <w:t>ἄλλο πρὸς θεραπείαν ἰγνύων φλεγμαινουσῶν.</w:t>
      </w:r>
    </w:p>
    <w:p>
      <w:r>
        <w:rPr>
          <w:rFonts w:ascii="Courier New" w:hAnsi="Courier New"/>
          <w:color w:val="555555"/>
          <w:sz w:val="20"/>
        </w:rPr>
        <w:t>[1]</w:t>
      </w:r>
    </w:p>
    <w:p>
      <w:r>
        <w:rPr>
          <w:rFonts w:ascii="Gentium Plus" w:hAnsi="Gentium Plus"/>
          <w:sz w:val="24"/>
        </w:rPr>
        <w:t>Κηροῦ, ἀσφάλτου, θείου ἀπύρου ἰσόσταθμα \ ἕως θερμά εἰσι, τὴν ἰγνὺν κατάχριε. ἐπιτίθει δὲ καὶ πίτυρα μετὰ ὄξους.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Ἐὰν ἵππος ἐν τοῖς ἁρμοῖς ἢ τοῖς ποσὶ παχύτερα σχῇ νεῦρα ἢ κορδυλώματα, ἀναγκαῖόν ἐστιν ἐπικαίειν τὰ τοιαῦτα. εἰ δὲ καὶ τὴν τῶν ἄρθρων ὑπεξέλθοι τάξιν, ἐξ ἀναγκαίου δηλονότι καὶ ἀφαιμάσσειν προσήκει, καὶ αὐτὰ τὰ μέλη ἁπα‐</w:t>
      </w:r>
    </w:p>
    <w:p>
      <w:r>
        <w:rPr>
          <w:rFonts w:ascii="Courier New" w:hAnsi="Courier New"/>
          <w:color w:val="555555"/>
          <w:sz w:val="20"/>
        </w:rPr>
        <w:t>[5]</w:t>
      </w:r>
    </w:p>
    <w:p>
      <w:r>
        <w:rPr>
          <w:rFonts w:ascii="Gentium Plus" w:hAnsi="Gentium Plus"/>
          <w:sz w:val="24"/>
        </w:rPr>
        <w:t>λῶς ἀνατρίβεσθαι. χρήσῃ δὲ καὶ τοιαύτῃ θεραπείᾳ· ὀξέλαιον ἐρίῳ ἀναλαβών, κατὰ τῶν ἄρθρων ἐπίθες ἐπὶ ἡμέραις τέτρα‐ σιν. οὕτω δὲ καθ’ ἡμέραν ἡ τοιαύτη προσαγέσθω θεραπεία. μετὰ δὲ ταῦτα θερμῷ βοηθήματι στερεοῦσθαι χρὴ τὰ ἄρθρα.</w:t>
      </w:r>
    </w:p>
    <w:p>
      <w:r>
        <w:rPr>
          <w:rFonts w:ascii="Courier New" w:hAnsi="Courier New"/>
          <w:color w:val="555555"/>
          <w:sz w:val="20"/>
        </w:rPr>
        <w:t>[10]</w:t>
      </w:r>
    </w:p>
    <w:p>
      <w:r>
        <w:rPr>
          <w:rFonts w:ascii="Gentium Plus" w:hAnsi="Gentium Plus"/>
          <w:sz w:val="24"/>
        </w:rPr>
        <w:t>λίτραν αʹ, χαλβάνης γο γʹ, μυελοῦ ἐλαφείου γο γʹ καὶ ὄξους τὸ ἀρκοῦν.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Εἰ ῥεῦμα ἐν τοῖς ποσὶ τοῦ ἵππου ἐμπέσοι, οἰ\ τούτου γόνατα, καὶ χωλεύει. ἐὰν οὖν ἐν τοῖς ὀπισθίοις ᾖ, καῦσον αὐτὸν καυτηρίοις στρογγύλοις ἔσωθεν ἐπὶ τῆς ἀγκύ‐ λης καύμασι πέντε, ἔξωθεν δὲ πλατέσιν ἀμφοτέρωθεν. ἐὰν δὲ</w:t>
      </w:r>
    </w:p>
    <w:p>
      <w:r>
        <w:rPr>
          <w:rFonts w:ascii="Courier New" w:hAnsi="Courier New"/>
          <w:color w:val="555555"/>
          <w:sz w:val="20"/>
        </w:rPr>
        <w:t>[5]</w:t>
      </w:r>
    </w:p>
    <w:p>
      <w:r>
        <w:rPr>
          <w:rFonts w:ascii="Gentium Plus" w:hAnsi="Gentium Plus"/>
          <w:sz w:val="24"/>
        </w:rPr>
        <w:t>ἐν τοῖς ἐμπροσθίοις κάτωθεν ᾖ τοῦ γόνατος, καύσας μανδα‐ κηδὸν ἐπιμελοῦ ὡς καὶ τὰ λοιπὰ καύματα.</w:t>
      </w:r>
    </w:p>
    <w:p>
      <w:pPr>
        <w:jc w:val="center"/>
      </w:pPr>
      <w:r>
        <w:rPr>
          <w:rFonts w:ascii="Gentium Plus" w:hAnsi="Gentium Plus"/>
          <w:b/>
          <w:sz w:val="24"/>
        </w:rPr>
        <w:t>πρὸς νεύρων παχύτητα.</w:t>
      </w:r>
    </w:p>
    <w:p>
      <w:r>
        <w:rPr>
          <w:rFonts w:ascii="Courier New" w:hAnsi="Courier New"/>
          <w:color w:val="555555"/>
          <w:sz w:val="20"/>
        </w:rPr>
        <w:t>[1]</w:t>
      </w:r>
    </w:p>
    <w:p>
      <w:r>
        <w:rPr>
          <w:rFonts w:ascii="Gentium Plus" w:hAnsi="Gentium Plus"/>
          <w:sz w:val="24"/>
        </w:rPr>
        <w:t>Τῆλιν μετὰ σύκων Ἄφρων κεκομμένων καὶ οἴνου μίξας ἀπόθου καὶ μετὰ τρεῖς ἡμέρας λύε.</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Ἐὰν φλεγμονὴ περὶ τὰ σκέλη ἢ τὰ γόνατα γένηται ἀπὸ μακρᾶς ὁδοῦ ἢ δρόμου πολλοῦ, συμβάλλεται ψυχρῷ ὕδατι τὰ φλεγμαίνοντα μέρη καταντλεῖν, ἢ εἰς ποταμὸν ἢ εἰς ῥεῖθρον εἰσάγειν καὶ ἀναπατεῖν ἐκεῖσε ποιεῖν, ἔπειτα σπόγγον μετὰ</w:t>
      </w:r>
    </w:p>
    <w:p>
      <w:r>
        <w:rPr>
          <w:rFonts w:ascii="Courier New" w:hAnsi="Courier New"/>
          <w:color w:val="555555"/>
          <w:sz w:val="20"/>
        </w:rPr>
        <w:t>[5]</w:t>
      </w:r>
    </w:p>
    <w:p>
      <w:r>
        <w:rPr>
          <w:rFonts w:ascii="Gentium Plus" w:hAnsi="Gentium Plus"/>
          <w:sz w:val="24"/>
        </w:rPr>
        <w:t>λασάρου καὶ ὄξους καὶ ἰξοῦ καὶ οἴνου ἀφηψημένου καὶ ἀξουγγίου προσφέρειν.</w:t>
      </w:r>
    </w:p>
    <w:p>
      <w:pPr>
        <w:jc w:val="center"/>
      </w:pPr>
      <w:r>
        <w:rPr>
          <w:rFonts w:ascii="Gentium Plus" w:hAnsi="Gentium Plus"/>
          <w:b/>
          <w:sz w:val="24"/>
        </w:rPr>
        <w:t>περὶ μαρμάρων.</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Ἰουλίῳ Φαύστῳ δεκουρίωνι χαίρειν.</w:t>
      </w:r>
    </w:p>
    <w:p>
      <w:r>
        <w:rPr>
          <w:rFonts w:ascii="Courier New" w:hAnsi="Courier New"/>
          <w:color w:val="555555"/>
          <w:sz w:val="20"/>
        </w:rPr>
        <w:t>[5]</w:t>
      </w:r>
    </w:p>
    <w:p>
      <w:r>
        <w:rPr>
          <w:rFonts w:ascii="Gentium Plus" w:hAnsi="Gentium Plus"/>
          <w:sz w:val="24"/>
        </w:rPr>
        <w:t>κορδυλώματα σκληρὰ καὶ πωρούμενα. ἐν οἷς διατελοῦσιν οἱ ἵπποι χωλεύοντες, χειμῶνος μὲν διὰ τοὺς πηλούς, θερείας δὲ διὰ τοὺς αὐχμούς, καὶ ὑποτρίβουσι καὶ ἀκονῶσι τοῖς ποσί, καὶ θερμοπλῶσι συνεχῶς. γίνεται δὲ τοῦτο, ὅταν ἐξ ὁδοιπο‐ ρίας καὶ τραχείας ὁδοῦ θερμόπλησις γένηται, οἵ τε ἰχῶρες</w:t>
      </w:r>
    </w:p>
    <w:p>
      <w:r>
        <w:rPr>
          <w:rFonts w:ascii="Courier New" w:hAnsi="Courier New"/>
          <w:color w:val="555555"/>
          <w:sz w:val="20"/>
        </w:rPr>
        <w:t>[10]</w:t>
      </w:r>
    </w:p>
    <w:p>
      <w:r>
        <w:rPr>
          <w:rFonts w:ascii="Gentium Plus" w:hAnsi="Gentium Plus"/>
          <w:sz w:val="24"/>
        </w:rPr>
        <w:t>ὑποδράμωσιν εἰς τὸν σύνδεσμον τῆς χοινικίδος τῶν νεύρων. ὁμοίως τοῦτο συμβαίνει τοῖς παρασφύροις \| καὶ νευρικοῖς, διὰ τὸ τὰς ἐν τῷ κυνὶ φλέβας ἐμπύρους εἶναι. ἐν δὲ τοῖς τοιούτοις αἵματος ἀφαιρέσει οὐ χρηστέον ἐκ τῶν τόπων. κεν‐ τούμενοι γὰρ μᾶλλον πῶρον ἐπιφέρουσι καὶ φλεγμονήν. εὐτρε‐</w:t>
      </w:r>
    </w:p>
    <w:p>
      <w:r>
        <w:rPr>
          <w:rFonts w:ascii="Courier New" w:hAnsi="Courier New"/>
          <w:color w:val="555555"/>
          <w:sz w:val="20"/>
        </w:rPr>
        <w:t>[15]</w:t>
      </w:r>
    </w:p>
    <w:p>
      <w:r>
        <w:rPr>
          <w:rFonts w:ascii="Gentium Plus" w:hAnsi="Gentium Plus"/>
          <w:sz w:val="24"/>
        </w:rPr>
        <w:t>πίζεται δὲ εἰς τὸ κάλλιον ἐν τῇ χρήσει ὑπάρχειν μαλάγματι τῷ εἰς τὰ στρέμματα συγκειμένῳ. μόνῳ δὲ ἡμιόνῳ τοῦτο συμ‐ βαίνει, ὄνῳ δὲ οὐ ῥᾴδιον, ἵππος δὲ οὐ γίνεται μαρμαρωσσός, ἀλλὰ ποδαγρός.</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Καλοῦσί τι πάθος οἱ ἔμπειροι μάρμαρον. συμβαίνει δὲ μάλιστα ἐν τοῖς ἐμπροσθίοις ποσὶ ... τῆς ὁπλῆς, ὃ καλεῖται στεφάνη. ἔστι δὲ κορδυλώματα σκληρά, ὡς τελείως χωλεύειν διὰ μὲν οὖν χειμῶνος τῶν πηλῶν ἕνεκα, διὰ δὲ θέρους τῶν</w:t>
      </w:r>
    </w:p>
    <w:p>
      <w:r>
        <w:rPr>
          <w:rFonts w:ascii="Courier New" w:hAnsi="Courier New"/>
          <w:color w:val="555555"/>
          <w:sz w:val="20"/>
        </w:rPr>
        <w:t>[5]</w:t>
      </w:r>
    </w:p>
    <w:p>
      <w:r>
        <w:rPr>
          <w:rFonts w:ascii="Gentium Plus" w:hAnsi="Gentium Plus"/>
          <w:sz w:val="24"/>
        </w:rPr>
        <w:t>αὐχμῶν ἕνεκα, καὶ ὑποτρίβει 〈τοῖς ποσὶ〉 συνεχῶς. γίνεται δὲ τοῦτο, ὅταν ἐξ ὁδοιπορίας καὶ τραχείας ὁδοῦ \| θερμόπλησις γένηται, οἵ τε ἰχῶρες εἰς τὸν δεσμὸν τῶν νεύρων κατὰ τὴν χοινικίδα συντρέχωσι. τοῦτο δὲ συμβαίνει καὶ τοῖς παρασφύ‐</w:t>
      </w:r>
    </w:p>
    <w:p>
      <w:r>
        <w:rPr>
          <w:rFonts w:ascii="Courier New" w:hAnsi="Courier New"/>
          <w:color w:val="555555"/>
          <w:sz w:val="20"/>
        </w:rPr>
        <w:t>[10]</w:t>
      </w:r>
    </w:p>
    <w:p>
      <w:r>
        <w:rPr>
          <w:rFonts w:ascii="Gentium Plus" w:hAnsi="Gentium Plus"/>
          <w:sz w:val="24"/>
        </w:rPr>
        <w:t>ρέσει. κεντουμένων γὰρ τῶν τόπων, πῶρος συνίσταται μᾶλλον, καὶ φλεγμονὴ γίνεται. βέλτιον τοίνυν τῷ μαλάγματι κεχρῆ‐ σθαι τῷ εἰς τὰ στρέμματα συγκειμένῳ. ἡμιόνῳ δὲ τοῦτο συμ‐ βαίνει, καὶ ὄνῳ σπανίως, ἵππος δὲ οὐχ ὑποπίπτει τούτῳ τῷ πάθει.</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Σύκων Ἄφρων, ἀσβέστου, ἀξουγγίου παλαιοῦ ἀνὰ λίτρας μιᾶς, ὑσσώπου ἄνθους κυάθους τρεῖς, εἰς ταὐτὸ συντρίψας ἐπίθες.</w:t>
      </w:r>
    </w:p>
    <w:p>
      <w:pPr>
        <w:jc w:val="center"/>
      </w:pPr>
      <w:r>
        <w:rPr>
          <w:rFonts w:ascii="Gentium Plus" w:hAnsi="Gentium Plus"/>
          <w:b/>
          <w:sz w:val="24"/>
        </w:rPr>
        <w:t>περὶ ποδάγρας.</w:t>
      </w:r>
    </w:p>
    <w:p>
      <w:pPr>
        <w:jc w:val="center"/>
      </w:pPr>
      <w:r>
        <w:rPr>
          <w:rFonts w:ascii="Gentium Plus" w:hAnsi="Gentium Plus"/>
          <w:b/>
          <w:sz w:val="24"/>
        </w:rPr>
        <w:t>Αψύρτου.</w:t>
      </w:r>
    </w:p>
    <w:p>
      <w:r>
        <w:rPr>
          <w:rFonts w:ascii="Courier New" w:hAnsi="Courier New"/>
          <w:color w:val="555555"/>
          <w:sz w:val="20"/>
        </w:rPr>
        <w:t>[54 . 1]</w:t>
      </w:r>
    </w:p>
    <w:p>
      <w:r>
        <w:rPr>
          <w:rFonts w:ascii="Gentium Plus" w:hAnsi="Gentium Plus"/>
          <w:sz w:val="24"/>
        </w:rPr>
        <w:t>Ἄψυρτος Ἀρτεμᾷ τῷ Τομεῖ 〈χαίρειν〉. ἱπποτροφοῦντά σε εὔχρηστον εἰδέναι, ποδάγρᾳ εἰ ἐμπέσοι ἵππος, οὔτε ἑστάναι δύναται οὔτε περιπατεῖν, ἀλλὰ κατακλίνεται ἐοικὼς τῷ κεκρι‐ θιακότι, καὶ ἔστιν ἀνόρεκτος πρὸς πᾶν τὸ προσφερόμενον, καὶ</w:t>
      </w:r>
    </w:p>
    <w:p>
      <w:r>
        <w:rPr>
          <w:rFonts w:ascii="Courier New" w:hAnsi="Courier New"/>
          <w:color w:val="555555"/>
          <w:sz w:val="20"/>
        </w:rPr>
        <w:t>[5]</w:t>
      </w:r>
    </w:p>
    <w:p>
      <w:r>
        <w:rPr>
          <w:rFonts w:ascii="Gentium Plus" w:hAnsi="Gentium Plus"/>
          <w:sz w:val="24"/>
        </w:rPr>
        <w:t>τὸ στόμα θερμὸν ἔχει καὶ κατάξηρον τήν τε ὑπερῷαν μετέ‐ ωρον, οἵ τε ὄρχεις αὐτοῦ ἐνάλλονται ἐναλλὰξ καθ’ ἕνα, καὶ ὁ καυλὸς προπίπτει καὶ ἐπαίρεται, καὶ οἱ πόδες ἐν τῇ στάσει προσλαμβάνονται τὰ κόπρια διὰ τὴν πύρωσιν ὡς καὶ ἐν τῇ ὑποτρίψει.</w:t>
      </w:r>
    </w:p>
    <w:p>
      <w:r>
        <w:rPr>
          <w:rFonts w:ascii="Courier New" w:hAnsi="Courier New"/>
          <w:color w:val="555555"/>
          <w:sz w:val="20"/>
        </w:rPr>
        <w:t>[54 . 2]</w:t>
      </w:r>
    </w:p>
    <w:p>
      <w:r>
        <w:rPr>
          <w:rFonts w:ascii="Gentium Plus" w:hAnsi="Gentium Plus"/>
          <w:sz w:val="24"/>
        </w:rPr>
        <w:t>θεραπεύεται δὲ οὗτος κωλυόμενος κατακεῖσθαι, καὶ ἐλαυ‐ νόμενος κατ’ ὀλίγον ἐν σκέπῃ μέχρι τοῦ ἱδρῶσαι, τρίψει τε τοῦ σώματος, καὶ αἵμα\|τος ἀφαιρέσει ἐκ τῆς ὑπερῴας μὴ</w:t>
      </w:r>
    </w:p>
    <w:p>
      <w:r>
        <w:rPr>
          <w:rFonts w:ascii="Courier New" w:hAnsi="Courier New"/>
          <w:color w:val="555555"/>
          <w:sz w:val="20"/>
        </w:rPr>
        <w:t>[5]</w:t>
      </w:r>
    </w:p>
    <w:p>
      <w:r>
        <w:rPr>
          <w:rFonts w:ascii="Gentium Plus" w:hAnsi="Gentium Plus"/>
          <w:sz w:val="24"/>
        </w:rPr>
        <w:t>τῶν ἀγκυλῶν παρὰ τοὺς ἀστραγάλους ὡσαύτως μὴ πολλῇ τῇ ῥύσει, ἔκ τε τῶν ἐμπροσθίων. ποτίζειν δὲ αὐτὸν θερμῷ μετὰ νίτρου καὶ ἀλεύρων πυρίνων καθαρῶν. ἔστι δὲ καὶ τοῦτο· ἰρανθέμου ῥίζης δράκα, καὶ μάννης ὀξύβαφον διέντα οἴνῳ, ἐγχυματίζειν διὰ τῶν ῥινῶν καθ’ ἡμέραν κοτύλην μέχρι ἡμε‐</w:t>
      </w:r>
    </w:p>
    <w:p>
      <w:r>
        <w:rPr>
          <w:rFonts w:ascii="Courier New" w:hAnsi="Courier New"/>
          <w:color w:val="555555"/>
          <w:sz w:val="20"/>
        </w:rPr>
        <w:t>[10]</w:t>
      </w:r>
    </w:p>
    <w:p>
      <w:r>
        <w:rPr>
          <w:rFonts w:ascii="Gentium Plus" w:hAnsi="Gentium Plus"/>
          <w:sz w:val="24"/>
        </w:rPr>
        <w:t>ρῶν τριῶν, καὶ πτελέας φλοιὸν κόπτοντα ἐν ὅλμῳ καὶ οἴνῳ πλύνοντα ἐγχυματίζειν ὁμοίως. ἄριστον δὲ καὶ τοῦτο· σεῦτλα ἑψήσαντα ἐν ὕδατι, καὶ τῷ ἀφεψήματι ἐκπιεσθέντι μίξαντα ἐλαίου κυάθους τρεῖς κοτύλαις τρισὶν ὡσαύτως ἐγχυματίζειν, καὶ γυμνάζειν αὐτόν.</w:t>
      </w:r>
    </w:p>
    <w:p>
      <w:r>
        <w:rPr>
          <w:rFonts w:ascii="Courier New" w:hAnsi="Courier New"/>
          <w:color w:val="555555"/>
          <w:sz w:val="20"/>
        </w:rPr>
        <w:t>[54 . 3]</w:t>
      </w:r>
    </w:p>
    <w:p>
      <w:r>
        <w:rPr>
          <w:rFonts w:ascii="Gentium Plus" w:hAnsi="Gentium Plus"/>
          <w:sz w:val="24"/>
        </w:rPr>
        <w:t>πᾶσι μὲν οὖν τούτοις ἐχρησάμεθα. μάλιστα δὲ ἡμῖν ἀρέ‐ σκει ποιεῖσθαι τὴν κάθαρσιν ἐν αὐτῷ. τοῦ γὰρ σώματος ὅλου εὖ διακειμένου, τὰς εἰς τοὺς πόδας ἐπιρροίας βελτίους εἶναι συμβήσεται. \| μετὰ δὲ τὴν κάθαρσιν ἰρανθέμου ὀξύβαφον οἴνῳ</w:t>
      </w:r>
    </w:p>
    <w:p>
      <w:r>
        <w:rPr>
          <w:rFonts w:ascii="Courier New" w:hAnsi="Courier New"/>
          <w:color w:val="555555"/>
          <w:sz w:val="20"/>
        </w:rPr>
        <w:t>[5]</w:t>
      </w:r>
    </w:p>
    <w:p>
      <w:r>
        <w:rPr>
          <w:rFonts w:ascii="Gentium Plus" w:hAnsi="Gentium Plus"/>
          <w:sz w:val="24"/>
        </w:rPr>
        <w:t>διέντα γλυκεῖ καὶ εὐώδει ὅσον εἰς κοτύλην, ἐγχεῖν εἰς τοὺς μυκτῆρας, χόρτον τε χλωρὸν παραβάλλειν· εἰ δὲ οὐκ ἔστι, τὸν ξηρὸν τῷ νίτρῳ καταρραίνοντα· καλλίων δὲ ὁ χλωρός. μὴ παυομένου δὲ τοῦ πάθους, τοὺς ὄρχεις ἐκτέμνειν, καὶ ὑγιὴς γίνεται.</w:t>
      </w:r>
    </w:p>
    <w:p>
      <w:pPr>
        <w:jc w:val="center"/>
      </w:pPr>
      <w:r>
        <w:rPr>
          <w:rFonts w:ascii="Gentium Plus" w:hAnsi="Gentium Plus"/>
          <w:b/>
          <w:sz w:val="24"/>
        </w:rPr>
        <w:t>Ἱεροκλέους εἰς τὸ αὐτό.</w:t>
      </w:r>
    </w:p>
    <w:p>
      <w:r>
        <w:rPr>
          <w:rFonts w:ascii="Courier New" w:hAnsi="Courier New"/>
          <w:color w:val="555555"/>
          <w:sz w:val="20"/>
        </w:rPr>
        <w:t>[54 . 4]</w:t>
      </w:r>
    </w:p>
    <w:p>
      <w:r>
        <w:rPr>
          <w:rFonts w:ascii="Gentium Plus" w:hAnsi="Gentium Plus"/>
          <w:sz w:val="24"/>
        </w:rPr>
        <w:t>Εἴωθε ποδάγρα ἐνοχλεῖν ἵππῳ. οὔτε οὖν ἑστάναι οὔτε περιπατεῖν δύναται, ἀλλὰ κατακλίνεται ὥσπερ οἱ κεκριθιακότες, τροφῆς τε οὐκ ὀρέγεται, καὶ τὸ στόμα θερμὸν ἔχει καὶ κατά‐ ξηρον, τὴν δὲ ὑπερῴαν μετέωρον, οἵ τε ὄρχεις αὐτοῦ καθ’</w:t>
      </w:r>
    </w:p>
    <w:p>
      <w:r>
        <w:rPr>
          <w:rFonts w:ascii="Courier New" w:hAnsi="Courier New"/>
          <w:color w:val="555555"/>
          <w:sz w:val="20"/>
        </w:rPr>
        <w:t>[5]</w:t>
      </w:r>
    </w:p>
    <w:p>
      <w:r>
        <w:rPr>
          <w:rFonts w:ascii="Gentium Plus" w:hAnsi="Gentium Plus"/>
          <w:sz w:val="24"/>
        </w:rPr>
        <w:t>ἕκαστον ἐναλλάττουσι, καὶ ὁ καυλὸς προπίπτει καὶ ἐπαίρεται,</w:t>
      </w:r>
    </w:p>
    <w:p>
      <w:r>
        <w:rPr>
          <w:rFonts w:ascii="Courier New" w:hAnsi="Courier New"/>
          <w:color w:val="555555"/>
          <w:sz w:val="20"/>
        </w:rPr>
        <w:t>[54 . 5]</w:t>
      </w:r>
    </w:p>
    <w:p>
      <w:r>
        <w:rPr>
          <w:rFonts w:ascii="Gentium Plus" w:hAnsi="Gentium Plus"/>
          <w:sz w:val="24"/>
        </w:rPr>
        <w:t>θεραπεύειν δὲ χρὴ μὴ ἐῶντα κατακεῖσθαι, ἀλλ’ ἐ\ νοντα κατ’ ὀλίγον μέχρι τοῦ ἱδρῶσαι, καὶ τρίβοντα τὸ σῶμα, καὶ αἷμα ἀφαιροῦντα ἐκ τῆς ὑπερῴας μὴ πολύ, μετὰ δὲ ἡμέ‐ ρας ἑπτὰ ἐκ τῶν ὀπισθίων ὑποκάτω τῶν ἀγκυλῶν παρὰ τοὺς</w:t>
      </w:r>
    </w:p>
    <w:p>
      <w:r>
        <w:rPr>
          <w:rFonts w:ascii="Courier New" w:hAnsi="Courier New"/>
          <w:color w:val="555555"/>
          <w:sz w:val="20"/>
        </w:rPr>
        <w:t>[5]</w:t>
      </w:r>
    </w:p>
    <w:p>
      <w:r>
        <w:rPr>
          <w:rFonts w:ascii="Gentium Plus" w:hAnsi="Gentium Plus"/>
          <w:sz w:val="24"/>
        </w:rPr>
        <w:t>ἀστραγάλους ὁμοίως αἷμα ἀφαιρεῖν μὴ πολύ, καὶ ἐκ τῶν ἐμ‐ προσθίων κατὰ τὰ αὐτά. ποτίζειν δὲ αὐτὸν θερμῷ ὕδατι μι‐ γέντι νίτρῳ καὶ ἀλεύρῳ πυρίνῳ καθαρῷ. ἔνιοις δὲ δοκεῖ καὶ τοῦτο χρησιμεύειν· ἰρανθέμου δράκα καὶ μάννης ὀξύβαφον διέντα οἴνῳ, ἐγχυματίζειν κατὰ τῶν μυκτήρων καθ’ ἡμέραν</w:t>
      </w:r>
    </w:p>
    <w:p>
      <w:r>
        <w:rPr>
          <w:rFonts w:ascii="Courier New" w:hAnsi="Courier New"/>
          <w:color w:val="555555"/>
          <w:sz w:val="20"/>
        </w:rPr>
        <w:t>[10]</w:t>
      </w:r>
    </w:p>
    <w:p>
      <w:r>
        <w:rPr>
          <w:rFonts w:ascii="Gentium Plus" w:hAnsi="Gentium Plus"/>
          <w:sz w:val="24"/>
        </w:rPr>
        <w:t>κοτύλην μέχρις ἡμερῶν τριῶν, καὶ πτελέας φλοιὸν κοπτόμενον ἐν ὅλμῳ καὶ οἴνῳ πλύνοντα ἐγχυματίζειν. ἤ, ὡς ἔνιοι, σεῦτλα ἀφεψήσαντα ἐλαίου κυάθοις τρισὶν ἐγχυματίζειν.</w:t>
      </w:r>
    </w:p>
    <w:p>
      <w:r>
        <w:rPr>
          <w:rFonts w:ascii="Courier New" w:hAnsi="Courier New"/>
          <w:color w:val="555555"/>
          <w:sz w:val="20"/>
        </w:rPr>
        <w:t>[54 . 6]</w:t>
      </w:r>
    </w:p>
    <w:p>
      <w:r>
        <w:rPr>
          <w:rFonts w:ascii="Gentium Plus" w:hAnsi="Gentium Plus"/>
          <w:sz w:val="24"/>
        </w:rPr>
        <w:t>ἀρέσκει δὲ Ἀψύρτῳ μάλιστα ποιεῖσθαι τὴν κάθαρσιν, τοῦ γὰρ σώματος ὅλου εὖ διακειμένου, μηδὲ εἰς τοὺς πόδας ἐπιρροὰς ἀτόπους ἔσεσθαι. μετὰ δὲ τὴν κάθαρσιν ἰρανθέμου ὀξύβαφον οἴνῳ διέντα \| εὐώδει γλυκεῖ ὅσον εἰς κοτύλην ἐγχεῖν</w:t>
      </w:r>
    </w:p>
    <w:p>
      <w:r>
        <w:rPr>
          <w:rFonts w:ascii="Courier New" w:hAnsi="Courier New"/>
          <w:color w:val="555555"/>
          <w:sz w:val="20"/>
        </w:rPr>
        <w:t>[5]</w:t>
      </w:r>
    </w:p>
    <w:p>
      <w:r>
        <w:rPr>
          <w:rFonts w:ascii="Gentium Plus" w:hAnsi="Gentium Plus"/>
          <w:sz w:val="24"/>
        </w:rPr>
        <w:t>εἰς τοὺς μυκτῆρας. χόρτον δὲ χλωρὸν παραβάλλειν· εἰ δὲ οὐκ ἔστι, τὸν ξηρὸν τῷ νίτρῳ καταρραίνοντα. εἰ δὲ μὴ παύοιτο αὐτοῦ τὸ πάθος, ἔκτεμνε αὐτοῦ τοὺς ὄρχεις, καὶ ὑγιανεῖ.</w:t>
      </w:r>
    </w:p>
    <w:p>
      <w:pPr>
        <w:jc w:val="center"/>
      </w:pPr>
      <w:r>
        <w:rPr>
          <w:rFonts w:ascii="Gentium Plus" w:hAnsi="Gentium Plus"/>
          <w:b/>
          <w:sz w:val="24"/>
        </w:rPr>
        <w:t>σύνθεσις ἀκόπου εἰς τὸ αὐτὸ πάθος.</w:t>
      </w:r>
    </w:p>
    <w:p>
      <w:r>
        <w:rPr>
          <w:rFonts w:ascii="Courier New" w:hAnsi="Courier New"/>
          <w:color w:val="555555"/>
          <w:sz w:val="20"/>
        </w:rPr>
        <w:t>[1]</w:t>
      </w:r>
    </w:p>
    <w:p>
      <w:r>
        <w:rPr>
          <w:rFonts w:ascii="Gentium Plus" w:hAnsi="Gentium Plus"/>
          <w:sz w:val="24"/>
        </w:rPr>
        <w:t>Τερεβινθίνης, πιτυΐνης, ἐλαίου δαφνίνου, κηροῦ, νίτρου, στέατος ταυρείου, σταλάγματος ἀμμωνιακοῦ, μυρσίνου ἐλαίου, ἰρίνου ἀνὰ λίτραν μίαν, ἐλαίου κοινοῦ ξέστας ἕξ, οἴνου πα‐ λαιοῦ ξέ. βʹ, καστορίου, ἀδαρκίου, στυρακίνου ἐλαίου, πεπέ‐</w:t>
      </w:r>
    </w:p>
    <w:p>
      <w:r>
        <w:rPr>
          <w:rFonts w:ascii="Courier New" w:hAnsi="Courier New"/>
          <w:color w:val="555555"/>
          <w:sz w:val="20"/>
        </w:rPr>
        <w:t>[5]</w:t>
      </w:r>
    </w:p>
    <w:p>
      <w:r>
        <w:rPr>
          <w:rFonts w:ascii="Gentium Plus" w:hAnsi="Gentium Plus"/>
          <w:sz w:val="24"/>
        </w:rPr>
        <w:t>ρεως ἀνὰ γο αʹ, μυελοῦ ἐλαφείου, κυπέρου ἀνὰ γο γʹ, ἑρπύλου, φύλλων Περσικῶν, λινοσπέρματος, ἐλελισφάκου ἀνὰ γο δʹ,</w:t>
      </w:r>
    </w:p>
    <w:p>
      <w:pPr>
        <w:jc w:val="center"/>
      </w:pPr>
      <w:r>
        <w:rPr>
          <w:rFonts w:ascii="Gentium Plus" w:hAnsi="Gentium Plus"/>
          <w:b/>
          <w:sz w:val="24"/>
        </w:rPr>
        <w:t>Εὐμήλου εἰς τὸ αὐτό.</w:t>
      </w:r>
    </w:p>
    <w:p>
      <w:r>
        <w:rPr>
          <w:rFonts w:ascii="Courier New" w:hAnsi="Courier New"/>
          <w:color w:val="555555"/>
          <w:sz w:val="20"/>
        </w:rPr>
        <w:t>[1]</w:t>
      </w:r>
    </w:p>
    <w:p>
      <w:r>
        <w:rPr>
          <w:rFonts w:ascii="Gentium Plus" w:hAnsi="Gentium Plus"/>
          <w:sz w:val="24"/>
        </w:rPr>
        <w:t>Αἵματος ταυρείου κοτύλης Ἀττικῆς cʹ, λιβάνου δραχμὰς ιʹ, ἁλὸς Σπάνου δραχμὴν μίαν λειώσας, καὶ ἐπιβαλὼν οἴνου κο‐ τύλην αʹ καὶ θερμάνας, διὰ τοῦ ἀριστεροῦ μυκτῆρος ἔμβαλε.</w:t>
      </w:r>
    </w:p>
    <w:p>
      <w:pPr>
        <w:jc w:val="center"/>
      </w:pPr>
      <w:r>
        <w:rPr>
          <w:rFonts w:ascii="Gentium Plus" w:hAnsi="Gentium Plus"/>
          <w:b/>
          <w:sz w:val="24"/>
        </w:rPr>
        <w:t>περὶ φθορᾶς τριχῶν.</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Φθορᾶς γενομένης τριχῶν ἐν τῷ μειούρῳ τῆς οὐρᾶς, ἀπο‐ σμήχειν δεῖ τῷ οὔρῳ, καὶ τὰς πιτυρίας ἀποπλύνειν καλῶς καὶ καταβρέχειν οἴνῳ καὶ ἐλαίῳ. λέγεται δὲ καὶ ἀλείφειν τὸν τό‐ πον στέατι κυνὸς ἢ ἀλώπεκος, ὠφελεῖ γὰρ ἄκρως. ἄριστον δὲ</w:t>
      </w:r>
    </w:p>
    <w:p>
      <w:r>
        <w:rPr>
          <w:rFonts w:ascii="Courier New" w:hAnsi="Courier New"/>
          <w:color w:val="555555"/>
          <w:sz w:val="20"/>
        </w:rPr>
        <w:t>[5]</w:t>
      </w:r>
    </w:p>
    <w:p>
      <w:r>
        <w:rPr>
          <w:rFonts w:ascii="Gentium Plus" w:hAnsi="Gentium Plus"/>
          <w:sz w:val="24"/>
        </w:rPr>
        <w:t>καὶ τῆς ἀλθαίας τὴν ῥίζαν ἑψῆσαι καὶ καταβρέχειν καὶ πλύ‐ νειν τῷ ἀφεψήματι, πράως προαποσμήξαντα δηλονότι· ποι‐ ήσει γὰρ τὰς τρίχας εὐμήκεις καὶ πυκνάς. τοῦτο ποιεῖ καὶ ἐπὶ ἀνθρώπων, ἐπὶ ἀνδρῶν τε καὶ γυναικῶν. ἐὰν γὰρ ὦσιν ἀραιαί, ἔσονται πυκναί.</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Ἐὰν φθορὰ γένηται τριχῶν ἐν τῷ μειούρῳ τῆς \ ἀποσμηχέσθω ὁ ἵππος οὔρῳ, καὶ πλυθεὶς καλῶς, καταβρεχέ‐ σθω οἴνῳ, εἶτα στέατι χοιρείῳ ἢ ἀλώπεκος ἀλειφέσθω. ἄρι‐ στον δὲ ῥίζαν ἀλθαίας ἑψήσαντα καταβρέχειν τῷ ἀφεψήματι</w:t>
      </w:r>
    </w:p>
    <w:p>
      <w:r>
        <w:rPr>
          <w:rFonts w:ascii="Courier New" w:hAnsi="Courier New"/>
          <w:color w:val="555555"/>
          <w:sz w:val="20"/>
        </w:rPr>
        <w:t>[5]</w:t>
      </w:r>
    </w:p>
    <w:p>
      <w:r>
        <w:rPr>
          <w:rFonts w:ascii="Gentium Plus" w:hAnsi="Gentium Plus"/>
          <w:sz w:val="24"/>
        </w:rPr>
        <w:t>προαποσμήξαντα, ποιήσει γὰρ εὐμήκεις τρίχας καὶ πυκνάς. Ἐὰν δὲ ἑλκωθῇ ἡ χαίτη, κείρας αὐτόν, ἀπόσμηξον νίτρῳ</w:t>
      </w:r>
    </w:p>
    <w:p>
      <w:r>
        <w:rPr>
          <w:rFonts w:ascii="Courier New" w:hAnsi="Courier New"/>
          <w:color w:val="555555"/>
          <w:sz w:val="20"/>
        </w:rPr>
        <w:t>[10]</w:t>
      </w:r>
    </w:p>
    <w:p>
      <w:r>
        <w:rPr>
          <w:rFonts w:ascii="Gentium Plus" w:hAnsi="Gentium Plus"/>
          <w:sz w:val="24"/>
        </w:rPr>
        <w:t>σεις, καὶ ὑγιασθήσεται.</w:t>
      </w:r>
    </w:p>
    <w:p>
      <w:pPr>
        <w:jc w:val="center"/>
      </w:pPr>
      <w:r>
        <w:rPr>
          <w:rFonts w:ascii="Gentium Plus" w:hAnsi="Gentium Plus"/>
          <w:b/>
          <w:sz w:val="24"/>
        </w:rPr>
        <w:t>Θεομνήστου εἰς τὸ αὐτό.</w:t>
      </w:r>
    </w:p>
    <w:p>
      <w:r>
        <w:rPr>
          <w:rFonts w:ascii="Courier New" w:hAnsi="Courier New"/>
          <w:color w:val="555555"/>
          <w:sz w:val="20"/>
        </w:rPr>
        <w:t>[1]</w:t>
      </w:r>
    </w:p>
    <w:p>
      <w:r>
        <w:rPr>
          <w:rFonts w:ascii="Gentium Plus" w:hAnsi="Gentium Plus"/>
          <w:sz w:val="24"/>
        </w:rPr>
        <w:t>Αἱ τῆς οὐρᾶς τρίχες ἐὰν ῥυῶσι καὶ ᾖ ἄσχημος, θεραπεύ‐ σομεν, οὔρῳ τὸν καυλὸν ἀποσμήχοντες πρῶτον, εἶτα μαλάχης καὶ κράμβης χυλῷ καὶ ἀλθαίας ἀφεψήματι, καὶ οὕτως ἀπο‐ βρέχειν ἑκάστοτε οἰνελαίῳ. ἄλλοι δὲ ἀλώπεκος στέατι χρίοντες,</w:t>
      </w:r>
    </w:p>
    <w:p>
      <w:r>
        <w:rPr>
          <w:rFonts w:ascii="Courier New" w:hAnsi="Courier New"/>
          <w:color w:val="555555"/>
          <w:sz w:val="20"/>
        </w:rPr>
        <w:t>[5]</w:t>
      </w:r>
    </w:p>
    <w:p>
      <w:r>
        <w:rPr>
          <w:rFonts w:ascii="Gentium Plus" w:hAnsi="Gentium Plus"/>
          <w:sz w:val="24"/>
        </w:rPr>
        <w:t>μετὰ τὸ ἀποσμῆξαι τρι\</w:t>
      </w:r>
    </w:p>
    <w:p>
      <w:pPr>
        <w:jc w:val="center"/>
      </w:pPr>
      <w:r>
        <w:rPr>
          <w:rFonts w:ascii="Gentium Plus" w:hAnsi="Gentium Plus"/>
          <w:b/>
          <w:sz w:val="24"/>
        </w:rPr>
        <w:t>ἄλλο Ἱπποκράτους.</w:t>
      </w:r>
    </w:p>
    <w:p>
      <w:r>
        <w:rPr>
          <w:rFonts w:ascii="Courier New" w:hAnsi="Courier New"/>
          <w:color w:val="555555"/>
          <w:sz w:val="20"/>
        </w:rPr>
        <w:t>[1]</w:t>
      </w:r>
    </w:p>
    <w:p>
      <w:r>
        <w:rPr>
          <w:rFonts w:ascii="Gentium Plus" w:hAnsi="Gentium Plus"/>
          <w:sz w:val="24"/>
        </w:rPr>
        <w:t>Τριχῶν αὔξησιν τῶν ἐν χαίτῃ καὶ οὐρᾷ εἰ βούλει ποιῆσαι, πρῶτον οὔρῳ παιδικῷ ἀπόπλυνε, εἶτα ἀσβέστου κονίαν καὶ ψιμύθιον καὶ λιθάργυρον τρίψας, καὶ ὕδατι φυράσας καὶ ἑψήσας, χρῶ.</w:t>
      </w:r>
    </w:p>
    <w:p>
      <w:pPr>
        <w:jc w:val="center"/>
      </w:pPr>
      <w:r>
        <w:rPr>
          <w:rFonts w:ascii="Gentium Plus" w:hAnsi="Gentium Plus"/>
          <w:b/>
          <w:sz w:val="24"/>
        </w:rPr>
        <w:t>ἄλλο Πελαγωνίου.</w:t>
      </w:r>
    </w:p>
    <w:p>
      <w:r>
        <w:rPr>
          <w:rFonts w:ascii="Courier New" w:hAnsi="Courier New"/>
          <w:color w:val="555555"/>
          <w:sz w:val="20"/>
        </w:rPr>
        <w:t>[55 . 5]</w:t>
      </w:r>
    </w:p>
    <w:p>
      <w:r>
        <w:rPr>
          <w:rFonts w:ascii="Gentium Plus" w:hAnsi="Gentium Plus"/>
          <w:sz w:val="24"/>
        </w:rPr>
        <w:t>Χάρτην ἢ πάπυρον καύσας, καὶ μετὰ βουτύρου συμμίξας, ἐπίχριε· ἔστι γὰρ χρήσιμον.</w:t>
      </w:r>
    </w:p>
    <w:p>
      <w:r>
        <w:rPr>
          <w:rFonts w:ascii="Courier New" w:hAnsi="Courier New"/>
          <w:color w:val="555555"/>
          <w:sz w:val="20"/>
        </w:rPr>
        <w:t>[55 . 6]</w:t>
      </w:r>
    </w:p>
    <w:p>
      <w:r>
        <w:rPr>
          <w:rFonts w:ascii="Gentium Plus" w:hAnsi="Gentium Plus"/>
          <w:sz w:val="24"/>
        </w:rPr>
        <w:t>Εἰ δὲ βούλει θᾶττον ταύτας αὐξῆσαι, χελώνην ἐπάνω κλη‐ ματίδων καύσας, κἀκεῖθεν ξηρίον ποιήσας, ἐν χύτρᾳ καινῇ ἔμβαλλε. πρόσμιξον δὲ αὐτῇ καὶ στυπτηρίας ὠμῆς γο γʹ, οὐ μὴν ἀλλὰ καὶ μυελοῦ ἐλαφείου τὸ ἀρκοῦν μετὰ οἴνου λειώσας,</w:t>
      </w:r>
    </w:p>
    <w:p>
      <w:r>
        <w:rPr>
          <w:rFonts w:ascii="Courier New" w:hAnsi="Courier New"/>
          <w:color w:val="555555"/>
          <w:sz w:val="20"/>
        </w:rPr>
        <w:t>[5]</w:t>
      </w:r>
    </w:p>
    <w:p>
      <w:r>
        <w:rPr>
          <w:rFonts w:ascii="Gentium Plus" w:hAnsi="Gentium Plus"/>
          <w:sz w:val="24"/>
        </w:rPr>
        <w:t>τῇ χύτρᾳ ἐπίβαλλε, καὶ ἐπίχρισον ἐξ αὐτοῦ ἐπὶ ἡμέραις πολ‐</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Ἀπὸ θέρμων καυθέντων ξηρίον ποιήσας ἢ φά\ τως φρυγέντος, ἐπίπασσε τῷ τόπῳ.</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Ναρδόσταχυν μετὰ ἀσταφίδων συγκόψας, ὄξει ζέσον, καὶ οὕτω θερμοῦ ὄντος τοῦ βοηθήματος, τὸ σῶμα τὸ φαλακρὸν ἀπότριβε.</w:t>
      </w:r>
    </w:p>
    <w:p>
      <w:pPr>
        <w:jc w:val="center"/>
      </w:pPr>
      <w:r>
        <w:rPr>
          <w:rFonts w:ascii="Gentium Plus" w:hAnsi="Gentium Plus"/>
          <w:b/>
          <w:sz w:val="24"/>
        </w:rPr>
        <w:t>ἄλλο περὶ χαυνότητος καὶ κινήσεως οὐρᾶς.</w:t>
      </w:r>
    </w:p>
    <w:p>
      <w:r>
        <w:rPr>
          <w:rFonts w:ascii="Courier New" w:hAnsi="Courier New"/>
          <w:color w:val="555555"/>
          <w:sz w:val="20"/>
        </w:rPr>
        <w:t>[1]</w:t>
      </w:r>
    </w:p>
    <w:p>
      <w:r>
        <w:rPr>
          <w:rFonts w:ascii="Gentium Plus" w:hAnsi="Gentium Plus"/>
          <w:sz w:val="24"/>
        </w:rPr>
        <w:t>Ἐὰν τὴν σόβην πάνυ κεκινημένην ὁ ἵππος ἔχῃ, τὸ τῆς οὐρᾶς ἄκρον ἐπὶ τὴν ῥάχιν ἀναγαγών, ἀπότεμε ὡς τὸ ἥμισυ, φυλαττόμενος, μὴ ἁρμονίαν ἀποκόψῃς. ὅταν δὲ τὸ τραῦμα θεραπευθῇ, ἕξει σόβην καὶ ἰσχυρὰν καὶ ὀρθήν. οἱ γὰρ τὰ</w:t>
      </w:r>
    </w:p>
    <w:p>
      <w:r>
        <w:rPr>
          <w:rFonts w:ascii="Courier New" w:hAnsi="Courier New"/>
          <w:color w:val="555555"/>
          <w:sz w:val="20"/>
        </w:rPr>
        <w:t>[5]</w:t>
      </w:r>
    </w:p>
    <w:p>
      <w:r>
        <w:rPr>
          <w:rFonts w:ascii="Gentium Plus" w:hAnsi="Gentium Plus"/>
          <w:sz w:val="24"/>
        </w:rPr>
        <w:t>προειρημένα ἔχοντες οὔραια, ὡς ἐπιπλεῖστον ἄχρηστοι νομί‐ ζονται.</w:t>
      </w:r>
    </w:p>
    <w:p>
      <w:pPr>
        <w:jc w:val="center"/>
      </w:pPr>
      <w:r>
        <w:rPr>
          <w:rFonts w:ascii="Gentium Plus" w:hAnsi="Gentium Plus"/>
          <w:b/>
          <w:sz w:val="24"/>
        </w:rPr>
        <w:t>πρὸς ῥεῦσιν οὐράς.</w:t>
      </w:r>
    </w:p>
    <w:p>
      <w:r>
        <w:rPr>
          <w:rFonts w:ascii="Courier New" w:hAnsi="Courier New"/>
          <w:color w:val="555555"/>
          <w:sz w:val="20"/>
        </w:rPr>
        <w:t>[1]</w:t>
      </w:r>
    </w:p>
    <w:p>
      <w:r>
        <w:rPr>
          <w:rFonts w:ascii="Gentium Plus" w:hAnsi="Gentium Plus"/>
          <w:sz w:val="24"/>
        </w:rPr>
        <w:t>Τήλεως σπέρμα καὶ λινοσπέρμου τὸ ἀρκοῦν οἴνῳ ἀφε‐ ψήσας, καθ’ ἡμέραν τούτῳ τὴν οὐρὰν ἀπόπλυνε, καὶ τάχιον θεραπεύσεις.</w:t>
      </w:r>
    </w:p>
    <w:p>
      <w:pPr>
        <w:jc w:val="center"/>
      </w:pPr>
      <w:r>
        <w:rPr>
          <w:rFonts w:ascii="Gentium Plus" w:hAnsi="Gentium Plus"/>
          <w:b/>
          <w:sz w:val="24"/>
        </w:rPr>
        <w:t>ἄλλο πρὸς τρίχωσιν.</w:t>
      </w:r>
    </w:p>
    <w:p>
      <w:r>
        <w:rPr>
          <w:rFonts w:ascii="Courier New" w:hAnsi="Courier New"/>
          <w:color w:val="555555"/>
          <w:sz w:val="20"/>
        </w:rPr>
        <w:t>[1]</w:t>
      </w:r>
    </w:p>
    <w:p>
      <w:r>
        <w:rPr>
          <w:rFonts w:ascii="Gentium Plus" w:hAnsi="Gentium Plus"/>
          <w:sz w:val="24"/>
        </w:rPr>
        <w:t>Κυνὸς κεφαλὴν καύσας, προχρίων τὸν τόπον \</w:t>
      </w:r>
    </w:p>
    <w:p>
      <w:pPr>
        <w:jc w:val="center"/>
      </w:pPr>
      <w:r>
        <w:rPr>
          <w:rFonts w:ascii="Gentium Plus" w:hAnsi="Gentium Plus"/>
          <w:b/>
          <w:sz w:val="24"/>
        </w:rPr>
        <w:t>Τιβερίου πρὸς ἕλκη κτηνῶν, ἵνα ὁμοιόχρους</w:t>
      </w:r>
    </w:p>
    <w:p>
      <w:r>
        <w:rPr>
          <w:rFonts w:ascii="Courier New" w:hAnsi="Courier New"/>
          <w:color w:val="555555"/>
          <w:sz w:val="20"/>
        </w:rPr>
        <w:t>[t2]</w:t>
      </w:r>
    </w:p>
    <w:p>
      <w:r>
        <w:rPr>
          <w:rFonts w:ascii="Gentium Plus" w:hAnsi="Gentium Plus"/>
          <w:sz w:val="24"/>
        </w:rPr>
        <w:t>γένηται ἡ θρίξ.</w:t>
      </w:r>
    </w:p>
    <w:p>
      <w:r>
        <w:rPr>
          <w:rFonts w:ascii="Courier New" w:hAnsi="Courier New"/>
          <w:color w:val="555555"/>
          <w:sz w:val="20"/>
        </w:rPr>
        <w:t>[1]</w:t>
      </w:r>
    </w:p>
    <w:p>
      <w:r>
        <w:rPr>
          <w:rFonts w:ascii="Gentium Plus" w:hAnsi="Gentium Plus"/>
          <w:sz w:val="24"/>
        </w:rPr>
        <w:t>Κριθὰς ἄλεσον ὡσεὶ ξέστας βʹ καὶ φύρασον, προσβαλὼν καὶ ἀφρονίτρου καὶ ἅλατος μικρόν, ἄρτους τε πλάσας, ἀπόθου εἰς φοῦρνον, ἄχρις οὗ ἄνθρακες γένωνται, καὶ κόψας καὶ λειώσας ἐλαίῳ τε φυράσας, περίχριε τὰ ἕλκη. τοῦτο ποίει ἐπὶ</w:t>
      </w:r>
    </w:p>
    <w:p>
      <w:r>
        <w:rPr>
          <w:rFonts w:ascii="Courier New" w:hAnsi="Courier New"/>
          <w:color w:val="555555"/>
          <w:sz w:val="20"/>
        </w:rPr>
        <w:t>[5]</w:t>
      </w:r>
    </w:p>
    <w:p>
      <w:r>
        <w:rPr>
          <w:rFonts w:ascii="Gentium Plus" w:hAnsi="Gentium Plus"/>
          <w:sz w:val="24"/>
        </w:rPr>
        <w:t>ἡμέραις κʹ, καὶ ἔσται ὁμοιόχρους.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Στοιβὴν (ἔστι δὲ φλοιός, ᾧ χρῶνται εἰς τὰ σάγματα ἔσω‐ θεν τὰ ἐπιτιθέμενα τοῖς νωτοφόροις ζῴοις) καύσας καὶ λειώ‐ σας, ἐπὶ μὲν τῶν μελάνων ζῴων ἐμβάλλων, ἐλαίῳ κατάχριε· ἐπὶ δὲ τῶν ξανθῶν λειώσας τὴν στοιβὴν ἄρκειόν τε στέαρ</w:t>
      </w:r>
    </w:p>
    <w:p>
      <w:r>
        <w:rPr>
          <w:rFonts w:ascii="Courier New" w:hAnsi="Courier New"/>
          <w:color w:val="555555"/>
          <w:sz w:val="20"/>
        </w:rPr>
        <w:t>[5]</w:t>
      </w:r>
    </w:p>
    <w:p>
      <w:r>
        <w:rPr>
          <w:rFonts w:ascii="Gentium Plus" w:hAnsi="Gentium Plus"/>
          <w:sz w:val="24"/>
        </w:rPr>
        <w:t>συμμίξας ὤχρᾳ κεκαυμένῃ, οὕτω χρῶ. ἐὰν δὲ λευκὸν ᾖ, ἀντὶ ὤχρας ψιμμύθιον προσβαλών, ἐπίχριε. τὴν δὲ οὐλὴν προθε‐ ράπευε, πρὶν ἀνελθεῖν τρίχας, ἵνα νεαρὰ οὖσα προσδέξηται τὸ χρῖσμα. \|</w:t>
      </w:r>
    </w:p>
    <w:p>
      <w:pPr>
        <w:jc w:val="center"/>
      </w:pPr>
      <w:r>
        <w:rPr>
          <w:rFonts w:ascii="Gentium Plus" w:hAnsi="Gentium Plus"/>
          <w:b/>
          <w:sz w:val="24"/>
        </w:rPr>
        <w:t>πρὸς αὔξησιν τριχῶν ἐν ὁδοιπορίᾳ.</w:t>
      </w:r>
    </w:p>
    <w:p>
      <w:r>
        <w:rPr>
          <w:rFonts w:ascii="Courier New" w:hAnsi="Courier New"/>
          <w:color w:val="555555"/>
          <w:sz w:val="20"/>
        </w:rPr>
        <w:t>[1]</w:t>
      </w:r>
    </w:p>
    <w:p>
      <w:r>
        <w:rPr>
          <w:rFonts w:ascii="Gentium Plus" w:hAnsi="Gentium Plus"/>
          <w:sz w:val="24"/>
        </w:rPr>
        <w:t>Βλάχνον τὴν βοτάνην καύσας κἀκεῖθεν ξηρίον ποιήσας καὶ οἴνῳ συμμίξας, ἐπίχριε.</w:t>
      </w:r>
    </w:p>
    <w:p>
      <w:pPr>
        <w:jc w:val="center"/>
      </w:pPr>
      <w:r>
        <w:rPr>
          <w:rFonts w:ascii="Gentium Plus" w:hAnsi="Gentium Plus"/>
          <w:b/>
          <w:sz w:val="24"/>
        </w:rPr>
        <w:t>πρὸς οὐλήν, ἵνα τρίχας ἐνέγκῃ.</w:t>
      </w:r>
    </w:p>
    <w:p>
      <w:r>
        <w:rPr>
          <w:rFonts w:ascii="Courier New" w:hAnsi="Courier New"/>
          <w:color w:val="555555"/>
          <w:sz w:val="20"/>
        </w:rPr>
        <w:t>[1]</w:t>
      </w:r>
    </w:p>
    <w:p>
      <w:r>
        <w:rPr>
          <w:rFonts w:ascii="Gentium Plus" w:hAnsi="Gentium Plus"/>
          <w:sz w:val="24"/>
        </w:rPr>
        <w:t>Αἰθάλην ἀπὸ χόρτου ποιήσας ἐπίτριψον.</w:t>
      </w:r>
    </w:p>
    <w:p>
      <w:pPr>
        <w:jc w:val="center"/>
      </w:pPr>
      <w:r>
        <w:rPr>
          <w:rFonts w:ascii="Gentium Plus" w:hAnsi="Gentium Plus"/>
          <w:b/>
          <w:sz w:val="24"/>
        </w:rPr>
        <w:t>Πελαγωνίου εἰ θέλεις λευκὴν τρίχα μέλαιναν</w:t>
      </w:r>
    </w:p>
    <w:p>
      <w:r>
        <w:rPr>
          <w:rFonts w:ascii="Courier New" w:hAnsi="Courier New"/>
          <w:color w:val="555555"/>
          <w:sz w:val="20"/>
        </w:rPr>
        <w:t>[t2]</w:t>
      </w:r>
    </w:p>
    <w:p>
      <w:r>
        <w:rPr>
          <w:rFonts w:ascii="Gentium Plus" w:hAnsi="Gentium Plus"/>
          <w:sz w:val="24"/>
        </w:rPr>
        <w:t>ποιῆσαι.</w:t>
      </w:r>
    </w:p>
    <w:p>
      <w:r>
        <w:rPr>
          <w:rFonts w:ascii="Courier New" w:hAnsi="Courier New"/>
          <w:color w:val="555555"/>
          <w:sz w:val="20"/>
        </w:rPr>
        <w:t>[1]</w:t>
      </w:r>
    </w:p>
    <w:p>
      <w:r>
        <w:rPr>
          <w:rFonts w:ascii="Gentium Plus" w:hAnsi="Gentium Plus"/>
          <w:sz w:val="24"/>
        </w:rPr>
        <w:t>Μέλανος καλλιγραφικοῦ γρά. αʹ, ῥοδοδάφνης χυλοῦ γρά. δʹ, στέατος αἰγείου τὸ ἀρκοῦν· συμμίξας καὶ λειώσας ἐπίχρισον.</w:t>
      </w:r>
    </w:p>
    <w:p>
      <w:pPr>
        <w:jc w:val="center"/>
      </w:pPr>
      <w:r>
        <w:rPr>
          <w:rFonts w:ascii="Gentium Plus" w:hAnsi="Gentium Plus"/>
          <w:b/>
          <w:sz w:val="24"/>
        </w:rPr>
        <w:t>εἰ θέλεις λευκὴν τρίχα ποιῆσαι.</w:t>
      </w:r>
    </w:p>
    <w:p>
      <w:r>
        <w:rPr>
          <w:rFonts w:ascii="Courier New" w:hAnsi="Courier New"/>
          <w:color w:val="555555"/>
          <w:sz w:val="20"/>
        </w:rPr>
        <w:t>[1]</w:t>
      </w:r>
    </w:p>
    <w:p>
      <w:r>
        <w:rPr>
          <w:rFonts w:ascii="Gentium Plus" w:hAnsi="Gentium Plus"/>
          <w:sz w:val="24"/>
        </w:rPr>
        <w:t>Ἀγριοσικύου ῥίζης ποσότητα δηναρίου ἑνός, νίτρου πο‐ σότητα δηναρίων βʹ, μέλιτος ξέ. τὸ ἥμισυ, ἐλαίου τὸ ἴσον συμμίξας, ἀπότριβε τὸ μέρος, ὃ βούλει λευκᾶναι. \|</w:t>
      </w:r>
    </w:p>
    <w:p>
      <w:pPr>
        <w:jc w:val="center"/>
      </w:pPr>
      <w:r>
        <w:rPr>
          <w:rFonts w:ascii="Gentium Plus" w:hAnsi="Gentium Plus"/>
          <w:b/>
          <w:sz w:val="24"/>
        </w:rPr>
        <w:t>περὶ ἵππων τιλώντων.</w:t>
      </w:r>
    </w:p>
    <w:p>
      <w:pPr>
        <w:jc w:val="center"/>
      </w:pPr>
      <w:r>
        <w:rPr>
          <w:rFonts w:ascii="Gentium Plus" w:hAnsi="Gentium Plus"/>
          <w:b/>
          <w:sz w:val="24"/>
        </w:rPr>
        <w:t>Τιβερίου.</w:t>
      </w:r>
    </w:p>
    <w:p>
      <w:r>
        <w:rPr>
          <w:rFonts w:ascii="Courier New" w:hAnsi="Courier New"/>
          <w:color w:val="555555"/>
          <w:sz w:val="20"/>
        </w:rPr>
        <w:t>[1]</w:t>
      </w:r>
    </w:p>
    <w:p>
      <w:r>
        <w:rPr>
          <w:rFonts w:ascii="Gentium Plus" w:hAnsi="Gentium Plus"/>
          <w:sz w:val="24"/>
        </w:rPr>
        <w:t>Κυνείαν κόπρον ἐκλειώσας μετὰ οἴνου παλαιοῦ καὶ διυλί‐ σας ἐπιμελῶς, ἐγχυμάτιζε διὰ στόματος ἐπὶ ἡμέραις τρισί.</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Ὠνόμασάν τινες πάθος ἱππότιλον ἀπὸ τοῦ συμβαίνοντος. τιλᾷ γὰρ καὶ ἔκλυσις αὐτῷ ἐπιγίγνεται ἀπὸ τούτου, καὶ τὰ σκέλη αὐτοῦ συνδέδεται. τὸ μὲν δὴ εἶδος τοῦ ἀρρωστήματος ἐπικίνδυνον. θεραπεύεται δὲ οὕτως· ποιήσας τὸν ἵππον</w:t>
      </w:r>
    </w:p>
    <w:p>
      <w:r>
        <w:rPr>
          <w:rFonts w:ascii="Courier New" w:hAnsi="Courier New"/>
          <w:color w:val="555555"/>
          <w:sz w:val="20"/>
        </w:rPr>
        <w:t>[5]</w:t>
      </w:r>
    </w:p>
    <w:p>
      <w:r>
        <w:rPr>
          <w:rFonts w:ascii="Gentium Plus" w:hAnsi="Gentium Plus"/>
          <w:sz w:val="24"/>
        </w:rPr>
        <w:t>διψῆσαι, ὑσσώπου ὅσον ὀξύβαφον εἰς τὸ ὕδωρ ἐγχέας, δίδου αὐτῷ πιεῖν. καὶ ἐὰν περισωθείῃ, τὴν πρώτην ἄφελε αἷμα ἀπὸ σκελῶν καὶ γονάτων, καὶ εἰς ψυχρὸν ὕδωρ ἐμβαλών, ἔασον μεῖναι ἡμιώριον, \| εἶτα βάτου φύλλα ξηράνας καὶ κόψας, ἔμ‐ βαλλε τῷ ποτῷ. βοηθήσεις δὲ καὶ δι’ ἐγχυματισμῶν· ῥοιὰν</w:t>
      </w:r>
    </w:p>
    <w:p>
      <w:r>
        <w:rPr>
          <w:rFonts w:ascii="Courier New" w:hAnsi="Courier New"/>
          <w:color w:val="555555"/>
          <w:sz w:val="20"/>
        </w:rPr>
        <w:t>[10]</w:t>
      </w:r>
    </w:p>
    <w:p>
      <w:r>
        <w:rPr>
          <w:rFonts w:ascii="Gentium Plus" w:hAnsi="Gentium Plus"/>
          <w:sz w:val="24"/>
        </w:rPr>
        <w:t>τὴν ἐσθιομένην καὶ ἄλφιτα καὶ οἴνου εὐώδους ὅσον κοτύλην ταράξας, ἐν ταὐτῷ μεθ’ ὕδατος ἴσου τὸ πλῆθος ποιήσας ὡσεὶ κοτύλην, καὶ ἐγχέας διὰ στόματος. \|</w:t>
      </w:r>
    </w:p>
    <w:p>
      <w:pPr>
        <w:jc w:val="center"/>
      </w:pPr>
      <w:r>
        <w:rPr>
          <w:rFonts w:ascii="Gentium Plus" w:hAnsi="Gentium Plus"/>
          <w:b/>
          <w:sz w:val="24"/>
        </w:rPr>
        <w:t>περὶ κερκίδος.</w:t>
      </w:r>
    </w:p>
    <w:p>
      <w:pPr>
        <w:jc w:val="center"/>
      </w:pPr>
      <w:r>
        <w:rPr>
          <w:rFonts w:ascii="Gentium Plus" w:hAnsi="Gentium Plus"/>
          <w:b/>
          <w:sz w:val="24"/>
        </w:rPr>
        <w:t>Ἱεροκλέους.</w:t>
      </w:r>
    </w:p>
    <w:p>
      <w:r>
        <w:rPr>
          <w:rFonts w:ascii="Courier New" w:hAnsi="Courier New"/>
          <w:color w:val="555555"/>
          <w:sz w:val="20"/>
        </w:rPr>
        <w:t>[1]</w:t>
      </w:r>
    </w:p>
    <w:p>
      <w:r>
        <w:rPr>
          <w:rFonts w:ascii="Gentium Plus" w:hAnsi="Gentium Plus"/>
          <w:sz w:val="24"/>
        </w:rPr>
        <w:t>Ἐὰν κερκὶς θραυσθῇ, χρῶ τῇ θεραπείᾳ ταύτῃ· σπέρμα τήλεως καὶ λίνου καὶ ἀλεύρου κριθίνου ἑκάστου τὸ ἴσον, ὡς λεπτότατα ποιήσας ἐν οἴνῳ ἕψει κεκραμένῳ, ἄχρις ἂν ταῦτα συστῇ καὶ κολλώδη γένηται· εἶτα καταντλήσας ὕδατι θερμῷ,</w:t>
      </w:r>
    </w:p>
    <w:p>
      <w:r>
        <w:rPr>
          <w:rFonts w:ascii="Courier New" w:hAnsi="Courier New"/>
          <w:color w:val="555555"/>
          <w:sz w:val="20"/>
        </w:rPr>
        <w:t>[5]</w:t>
      </w:r>
    </w:p>
    <w:p>
      <w:r>
        <w:rPr>
          <w:rFonts w:ascii="Gentium Plus" w:hAnsi="Gentium Plus"/>
          <w:sz w:val="24"/>
        </w:rPr>
        <w:t>κατάπλασσε ἐπὶ ἡμέραις ἑπτά. καὶ ἐὰν μὴ πείθηται τῇ θερα‐ πείᾳ ταύτῃ, 〈μάλαγμα ἐπίθες, ἕως οὗ καταστῇ. ἐὰν δὲ μὴ εἴκῃ τῇ θεραπείᾳ,〉 καῦσον, ὡς καλοῦσι, μανδακηδὸν μέχρι τῆς βύρσης, μὴ εἰς πλεῖον βαθύνων τὴν καῦσιν, διὰ τὸ εἶναι τὰ μέρη ψιλὰ καὶ κατάνευρα. \|</w:t>
      </w:r>
    </w:p>
    <w:p>
      <w:pPr>
        <w:jc w:val="center"/>
      </w:pPr>
      <w:r>
        <w:rPr>
          <w:rFonts w:ascii="Gentium Plus" w:hAnsi="Gentium Plus"/>
          <w:b/>
          <w:sz w:val="24"/>
        </w:rPr>
        <w:t>περὶ ἑρπηστοῦ.</w:t>
      </w:r>
    </w:p>
    <w:p>
      <w:pPr>
        <w:jc w:val="center"/>
      </w:pPr>
      <w:r>
        <w:rPr>
          <w:rFonts w:ascii="Gentium Plus" w:hAnsi="Gentium Plus"/>
          <w:b/>
          <w:sz w:val="24"/>
        </w:rPr>
        <w:t>Ἱεροκλέους.</w:t>
      </w:r>
    </w:p>
    <w:p>
      <w:r>
        <w:rPr>
          <w:rFonts w:ascii="Courier New" w:hAnsi="Courier New"/>
          <w:color w:val="555555"/>
          <w:sz w:val="20"/>
        </w:rPr>
        <w:t>[1]</w:t>
      </w:r>
    </w:p>
    <w:p>
      <w:r>
        <w:rPr>
          <w:rFonts w:ascii="Gentium Plus" w:hAnsi="Gentium Plus"/>
          <w:sz w:val="24"/>
        </w:rPr>
        <w:t>Γίνεταί τι διφθέριον ὑπὸ τὴν βύρσαν λευκόν, ὡς μυδᾶν τὸν τόπον, ἔνθα ὑπόκειται ὁ ἑρπηστής. περίτεμνε οὖν κύκλῳ. προσεπιλάμβανέ τε καὶ τοὺς ὑγιεῖς τόπους, καὶ ἐπίθες ῥόαν τὴν ἐσθιομένην. καταπλασσέσθω δὲ ἀλφίτοις τοῖς ἀπὸ τῶν</w:t>
      </w:r>
    </w:p>
    <w:p>
      <w:r>
        <w:rPr>
          <w:rFonts w:ascii="Courier New" w:hAnsi="Courier New"/>
          <w:color w:val="555555"/>
          <w:sz w:val="20"/>
        </w:rPr>
        <w:t>[5]</w:t>
      </w:r>
    </w:p>
    <w:p>
      <w:r>
        <w:rPr>
          <w:rFonts w:ascii="Gentium Plus" w:hAnsi="Gentium Plus"/>
          <w:sz w:val="24"/>
        </w:rPr>
        <w:t>κριθῶν καὶ φακοῖς τοῖς ἀπὸ τῶν λιμνῶν, καὶ προϋποβρεχέσθω ὄξει ὁ τόπος. ἔνιοι δὲ μετὰ τὴν περιτομὴν πρῶτον καθαίρουσι σκίλλῃ καὶ κράμβῃ κοπείσαις μετὰ ἐλαίου. μετὰ τοῦτο δὲ</w:t>
      </w:r>
    </w:p>
    <w:p>
      <w:pPr>
        <w:jc w:val="center"/>
      </w:pPr>
      <w:r>
        <w:rPr>
          <w:rFonts w:ascii="Gentium Plus" w:hAnsi="Gentium Plus"/>
          <w:b/>
          <w:sz w:val="24"/>
        </w:rPr>
        <w:t>ἄλλο· ἑρπηστοῦ ἴασις.</w:t>
      </w:r>
    </w:p>
    <w:p>
      <w:r>
        <w:rPr>
          <w:rFonts w:ascii="Courier New" w:hAnsi="Courier New"/>
          <w:color w:val="555555"/>
          <w:sz w:val="20"/>
        </w:rPr>
        <w:t>[1]</w:t>
      </w:r>
    </w:p>
    <w:p>
      <w:r>
        <w:rPr>
          <w:rFonts w:ascii="Gentium Plus" w:hAnsi="Gentium Plus"/>
          <w:sz w:val="24"/>
        </w:rPr>
        <w:t>Λαβὼν σταφίδα ἡλιόπεπτον, ἐξελὼν τὰ γίγαρτα, \ τὴν σάρκα, καὶ οὕτως χρῶ, μέχρις ἂν ὑγιάνῃ· ἀγαθὸν δὲ καὶ ἀσφοδέλου τὴν ῥίζαν ἐν οἴνῳ ἕψειν καὶ τρίβοντα καταπλάσσειν. \|</w:t>
      </w:r>
    </w:p>
    <w:p>
      <w:pPr>
        <w:jc w:val="center"/>
      </w:pPr>
      <w:r>
        <w:rPr>
          <w:rFonts w:ascii="Gentium Plus" w:hAnsi="Gentium Plus"/>
          <w:b/>
          <w:sz w:val="24"/>
        </w:rPr>
        <w:t>περὶ ὑστριχίδων.</w:t>
      </w:r>
    </w:p>
    <w:p>
      <w:pPr>
        <w:jc w:val="center"/>
      </w:pPr>
      <w:r>
        <w:rPr>
          <w:rFonts w:ascii="Gentium Plus" w:hAnsi="Gentium Plus"/>
          <w:b/>
          <w:sz w:val="24"/>
        </w:rPr>
        <w:t>Ἱεροκλέους.</w:t>
      </w:r>
    </w:p>
    <w:p>
      <w:r>
        <w:rPr>
          <w:rFonts w:ascii="Courier New" w:hAnsi="Courier New"/>
          <w:color w:val="555555"/>
          <w:sz w:val="20"/>
        </w:rPr>
        <w:t>[1]</w:t>
      </w:r>
    </w:p>
    <w:p>
      <w:r>
        <w:rPr>
          <w:rFonts w:ascii="Gentium Plus" w:hAnsi="Gentium Plus"/>
          <w:sz w:val="24"/>
        </w:rPr>
        <w:t>Γίνονται τρίχες ἐν τῇ οὐρᾷ ὑείαις παραπλήσιοι· τρίβων οὖν τὴν οὐρὰν πρὸς τὸν τοῖχον ἕλκος ποιεῖ. ἐκλέξας τοίνυν καθαρίως τὰς τρίχας, ὀπὸν ὄξει διείς, κατάχριε τὸν τόπον, προαποσμήξας νίτρῳ.</w:t>
      </w:r>
    </w:p>
    <w:p>
      <w:r>
        <w:rPr>
          <w:rFonts w:ascii="Courier New" w:hAnsi="Courier New"/>
          <w:color w:val="555555"/>
          <w:sz w:val="20"/>
        </w:rPr>
        <w:t>[5]</w:t>
      </w:r>
    </w:p>
    <w:p>
      <w:r>
        <w:rPr>
          <w:rFonts w:ascii="Gentium Plus" w:hAnsi="Gentium Plus"/>
          <w:sz w:val="24"/>
        </w:rPr>
        <w:t>‘μέτρον ἄριστον‘ εἶπεν τοῦτο σοφῶν τις ἐν ἀποφθέγμασιν· ᾧ χρὴ πειθομένους, τοῦτο πέρας ἐπιθεῖναι τῇ πρώτῃ βίβλῳ.</w:t>
      </w:r>
    </w:p>
    <w:p>
      <w:pPr>
        <w:jc w:val="center"/>
      </w:pPr>
      <w:r>
        <w:rPr>
          <w:rFonts w:ascii="Gentium Plus" w:hAnsi="Gentium Plus"/>
          <w:b/>
          <w:sz w:val="24"/>
        </w:rPr>
        <w:t>Ἱεροκλέους ἵππων θεραπείας Βʹ.</w:t>
      </w:r>
    </w:p>
    <w:p>
      <w:r>
        <w:rPr>
          <w:rFonts w:ascii="Courier New" w:hAnsi="Courier New"/>
          <w:color w:val="555555"/>
          <w:sz w:val="20"/>
        </w:rPr>
        <w:t>[59 . 2]</w:t>
      </w:r>
    </w:p>
    <w:p>
      <w:r>
        <w:rPr>
          <w:rFonts w:ascii="Gentium Plus" w:hAnsi="Gentium Plus"/>
          <w:sz w:val="24"/>
        </w:rPr>
        <w:t>Ἡσίοδος μὲν ἥμισυ τοῦ παντός φησιν εἶναι τὴν ἀρχήν, προτρέπων, οἶμαι, καὶ διὰ τούτου τῶν ἀρίστων ἐπιτηδευμά‐ των ἅπτεσθαι, ὡς τοῖς γε ἀρξαμένοις ἐξ ἡμισείας ἤδη προ‐ ηνυσμένου τοῦ σπουδάσματος. οὐ πολλοῦ δὲ ὄντος τοῦ \| τῆς</w:t>
      </w:r>
    </w:p>
    <w:p>
      <w:r>
        <w:rPr>
          <w:rFonts w:ascii="Courier New" w:hAnsi="Courier New"/>
          <w:color w:val="555555"/>
          <w:sz w:val="20"/>
        </w:rPr>
        <w:t>[5]</w:t>
      </w:r>
    </w:p>
    <w:p>
      <w:r>
        <w:rPr>
          <w:rFonts w:ascii="Gentium Plus" w:hAnsi="Gentium Plus"/>
          <w:sz w:val="24"/>
        </w:rPr>
        <w:t>ἡμισείας μοίρας πλείονος, ὅμως δεῖ τοῦ λειπομένου πρὸς τὴν τοῦ παντὸς συμπλήρωσιν. ἐγὼ δὲ οὐχ ἥκιστα ἐν τῷ περὶ τῆς ἵππων θεραπείας συγγράμματι τοῦτό μοι δοκῶ δείξειν γεγε‐ νημένον.</w:t>
      </w:r>
    </w:p>
    <w:p>
      <w:r>
        <w:rPr>
          <w:rFonts w:ascii="Courier New" w:hAnsi="Courier New"/>
          <w:color w:val="555555"/>
          <w:sz w:val="20"/>
        </w:rPr>
        <w:t>[59 . 3]</w:t>
      </w:r>
    </w:p>
    <w:p>
      <w:r>
        <w:rPr>
          <w:rFonts w:ascii="Gentium Plus" w:hAnsi="Gentium Plus"/>
          <w:sz w:val="24"/>
        </w:rPr>
        <w:t>ἀρξάμενος γὰρ τὸ πρῶτον συγγράφειν βιβλίον καὶ τοῦτο πληρῶσαι οὐκ εὐμαρῶς ἐλπίσας, ἀντίστροφον ἀτεχνῶς τινα κατὰ τοὺς τῶν μελῶν ποιητὰς ἀποτείνω βίβλον ταυτηνὶ δευτέραν, μηδὲν ἐλλείπειν τῷ συντάγματι θέμενος διὰ σπου‐</w:t>
      </w:r>
    </w:p>
    <w:p>
      <w:r>
        <w:rPr>
          <w:rFonts w:ascii="Courier New" w:hAnsi="Courier New"/>
          <w:color w:val="555555"/>
          <w:sz w:val="20"/>
        </w:rPr>
        <w:t>[5]</w:t>
      </w:r>
    </w:p>
    <w:p>
      <w:r>
        <w:rPr>
          <w:rFonts w:ascii="Gentium Plus" w:hAnsi="Gentium Plus"/>
          <w:sz w:val="24"/>
        </w:rPr>
        <w:t>δῆς. ὥσπερ γὰρ ἥρμοττεν μέτρον αὔταρκες ἐπιθεῖναι τῇ πρώτῃ,</w:t>
      </w:r>
    </w:p>
    <w:p>
      <w:r>
        <w:rPr>
          <w:rFonts w:ascii="Courier New" w:hAnsi="Courier New"/>
          <w:color w:val="555555"/>
          <w:sz w:val="20"/>
        </w:rPr>
        <w:t>[59 . 4]</w:t>
      </w:r>
    </w:p>
    <w:p>
      <w:r>
        <w:rPr>
          <w:rFonts w:ascii="Gentium Plus" w:hAnsi="Gentium Plus"/>
          <w:sz w:val="24"/>
        </w:rPr>
        <w:t>τοῦτο γάρ, οἶμαι, κάλλιστον καὶ πανταχῆ περισπούδαστον ζῷον ἀνθρώποις ἵππος ἂν εἰκότως εἶναι νομίζοιτο. ὁδοιποροῦντι μὲν ἐπελαφρύνων τῷ δεσπότῃ τοὺς πόνους, πομπεύοντι δὲ σεμνοτέραν ἀποφαί‐\|</w:t>
      </w:r>
    </w:p>
    <w:p>
      <w:r>
        <w:rPr>
          <w:rFonts w:ascii="Courier New" w:hAnsi="Courier New"/>
          <w:color w:val="555555"/>
          <w:sz w:val="20"/>
        </w:rPr>
        <w:t>[5]</w:t>
      </w:r>
    </w:p>
    <w:p>
      <w:r>
        <w:rPr>
          <w:rFonts w:ascii="Gentium Plus" w:hAnsi="Gentium Plus"/>
          <w:sz w:val="24"/>
        </w:rPr>
        <w:t>νων καὶ περιβλεπτοτέραν τὴν πομπήν, ἔν γε μὴν τοῖς κατὰ πόλεμον ἀγῶσιν συγκινδυνεύων καὶ μετέχων τῶν ἔργων, ὡς ἑλεῖν μὲν τοὺς φεύγοντας τῶν πολεμίων, διασώσασθαι δὲ τῶν φιλίων τοὺς σωτηρίας δεομένους.</w:t>
      </w:r>
    </w:p>
    <w:p>
      <w:r>
        <w:rPr>
          <w:rFonts w:ascii="Courier New" w:hAnsi="Courier New"/>
          <w:color w:val="555555"/>
          <w:sz w:val="20"/>
        </w:rPr>
        <w:t>[59 . 5]</w:t>
      </w:r>
    </w:p>
    <w:p>
      <w:r>
        <w:rPr>
          <w:rFonts w:ascii="Gentium Plus" w:hAnsi="Gentium Plus"/>
          <w:sz w:val="24"/>
        </w:rPr>
        <w:t>διόπερ εἰκότως πρὸς μὲν ἀνθρώπων οὕτως τετίμηται, ὡς Ὀλυμπιάσι τε καὶ Πυθοῖ καὶ πανταχοῦ τῶν ἀγώνων ἵπποις, ὥσπερ ἀνδράσι, τάχους ἁμίλλης προκεῖσθαι γέρα. παρὰ δὲ τοῖς θεοῖς τοσαύτης ἠξίωται σπου‐</w:t>
      </w:r>
    </w:p>
    <w:p>
      <w:r>
        <w:rPr>
          <w:rFonts w:ascii="Courier New" w:hAnsi="Courier New"/>
          <w:color w:val="555555"/>
          <w:sz w:val="20"/>
        </w:rPr>
        <w:t>[5]</w:t>
      </w:r>
    </w:p>
    <w:p>
      <w:r>
        <w:rPr>
          <w:rFonts w:ascii="Gentium Plus" w:hAnsi="Gentium Plus"/>
          <w:sz w:val="24"/>
        </w:rPr>
        <w:t>δῆς, ὡς μὴ μόνον ὑποζεύγνυσθαι τοῖς θείοις αὐτῶν ἅρμασιν, ἀλλ’ ἤδη καὶ τῷ τῶν ἄστρων κατ’ οὐρανὸν συντετάχθαι χορῷ.</w:t>
      </w:r>
    </w:p>
    <w:p>
      <w:r>
        <w:rPr>
          <w:rFonts w:ascii="Courier New" w:hAnsi="Courier New"/>
          <w:color w:val="555555"/>
          <w:sz w:val="20"/>
        </w:rPr>
        <w:t>[59 . 6]</w:t>
      </w:r>
    </w:p>
    <w:p>
      <w:r>
        <w:rPr>
          <w:rFonts w:ascii="Gentium Plus" w:hAnsi="Gentium Plus"/>
          <w:sz w:val="24"/>
        </w:rPr>
        <w:t>οὐκ ἀσυντελὲς μὲν οὖν ἴσως ἄν τινι δόξειεν εἶναι πρὸς τὴν τοῦ συγγράμματος πρόθεσιν τὸ καὶ τῶν ὑπὸ τοῦ φιλοσόφου Ἀριστοτέλους ἱστορηθέντων μνήμην ἐν μέρει ποιήσασθαι, ὡς οὐ στέαρ ἵππος ἀλλὰ πιμελὴν ἔχει, πνεύμονά τε τρίλοβον οὐκ</w:t>
      </w:r>
    </w:p>
    <w:p>
      <w:r>
        <w:rPr>
          <w:rFonts w:ascii="Courier New" w:hAnsi="Courier New"/>
          <w:color w:val="555555"/>
          <w:sz w:val="20"/>
        </w:rPr>
        <w:t>[5]</w:t>
      </w:r>
    </w:p>
    <w:p>
      <w:r>
        <w:rPr>
          <w:rFonts w:ascii="Gentium Plus" w:hAnsi="Gentium Plus"/>
          <w:sz w:val="24"/>
        </w:rPr>
        <w:t>ἔχοντα προσπεφυκυῖαν τὴν χολήν, κεῖσθαι γὰρ αὐτὴν παρὰ τὸ ἔντε\|ρον πολλὴν καὶ δυσώδη, καὶ ἔτι πρὸς τούτοις ὡς ἵππων καὶ ἡμίονων ἐστίν, ὧν ὀστέον εὑρέθη ἐν τῇ καρδίᾳ. καίτοι πολλοῖς τὰ τοιαῦτα ἠγνοήθη, ὥσπερ Μίκ[κ]ωνι τῷ παλαιῷ, ὃς ᾤετο ἵππου καὶ τὸ κάτω βλέφαρον ἔχειν τρίχας, ἃς</w:t>
      </w:r>
    </w:p>
    <w:p>
      <w:r>
        <w:rPr>
          <w:rFonts w:ascii="Courier New" w:hAnsi="Courier New"/>
          <w:color w:val="555555"/>
          <w:sz w:val="20"/>
        </w:rPr>
        <w:t>[10]</w:t>
      </w:r>
    </w:p>
    <w:p>
      <w:r>
        <w:rPr>
          <w:rFonts w:ascii="Gentium Plus" w:hAnsi="Gentium Plus"/>
          <w:sz w:val="24"/>
        </w:rPr>
        <w:t>καλοῦσιν Ἕλληνες βλεφαρίδας· καθάπτεται γοῦν αὐτοῦ Σίμων τὴν ἄγνοιαν ταύτην αἰτιώμενος.</w:t>
      </w:r>
    </w:p>
    <w:p>
      <w:r>
        <w:rPr>
          <w:rFonts w:ascii="Courier New" w:hAnsi="Courier New"/>
          <w:color w:val="555555"/>
          <w:sz w:val="20"/>
        </w:rPr>
        <w:t>[59 . 7]</w:t>
      </w:r>
    </w:p>
    <w:p>
      <w:r>
        <w:rPr>
          <w:rFonts w:ascii="Gentium Plus" w:hAnsi="Gentium Plus"/>
          <w:sz w:val="24"/>
        </w:rPr>
        <w:t>ἐπεὶ δὲ οὐ περὶ τῆς φύσεως τοῦ ζῴου πρόκειται λέγειν, ἀλλὰ τὰς ἐφ’ ἑκάστῳ τῶν παθῶν θεραπείας παριστάναι, ταῦτα</w:t>
      </w:r>
    </w:p>
    <w:p>
      <w:r>
        <w:rPr>
          <w:rFonts w:ascii="Courier New" w:hAnsi="Courier New"/>
          <w:color w:val="555555"/>
          <w:sz w:val="20"/>
        </w:rPr>
        <w:t>[5]</w:t>
      </w:r>
    </w:p>
    <w:p>
      <w:r>
        <w:rPr>
          <w:rFonts w:ascii="Gentium Plus" w:hAnsi="Gentium Plus"/>
          <w:sz w:val="24"/>
        </w:rPr>
        <w:t>καὶ ὡς οὐκ ἂν τῇ μητρὶ μιχθείῃ· φησὶ γοῦν ἱπποφορβὸν ἕνα τῶν ἵππων ἐπαγαγεῖν τῇ μητρί, καλύψαντα αὐτὴν ἀκριβῶς καὶ λαθεῖν σπουδάσαντα. τὸν δὲ μιχθῆναι μὲν ὑπ’ ἀγνοίας ὀρεχθέντα, γνόντα δέ πως ἐν ὑστέρῳ κατὰ κρημνῶν ἀποτό‐ μων ἑαυτὸν ἐπαφεῖναι, οὐκ ἐνεγκόντα ζῆν ἐπὶ τοιούτῳ δυσσε‐</w:t>
      </w:r>
    </w:p>
    <w:p>
      <w:r>
        <w:rPr>
          <w:rFonts w:ascii="Courier New" w:hAnsi="Courier New"/>
          <w:color w:val="555555"/>
          <w:sz w:val="20"/>
        </w:rPr>
        <w:t>[10]</w:t>
      </w:r>
    </w:p>
    <w:p>
      <w:r>
        <w:rPr>
          <w:rFonts w:ascii="Gentium Plus" w:hAnsi="Gentium Plus"/>
          <w:sz w:val="24"/>
        </w:rPr>
        <w:t>βήματι. ἀλλὰ ταῦτα \ δὲ ἑξόμεθα τῶν προκειμένων. \|</w:t>
      </w:r>
    </w:p>
    <w:p>
      <w:pPr>
        <w:jc w:val="center"/>
      </w:pPr>
      <w:r>
        <w:rPr>
          <w:rFonts w:ascii="Gentium Plus" w:hAnsi="Gentium Plus"/>
          <w:b/>
          <w:sz w:val="24"/>
        </w:rPr>
        <w:t>περὶ στόματος ἑλκωθέντος.</w:t>
      </w:r>
    </w:p>
    <w:p>
      <w:r>
        <w:rPr>
          <w:rFonts w:ascii="Courier New" w:hAnsi="Courier New"/>
          <w:color w:val="555555"/>
          <w:sz w:val="20"/>
        </w:rPr>
        <w:t>[60 . 1]</w:t>
      </w:r>
    </w:p>
    <w:p>
      <w:r>
        <w:rPr>
          <w:rFonts w:ascii="Gentium Plus" w:hAnsi="Gentium Plus"/>
          <w:sz w:val="24"/>
        </w:rPr>
        <w:t>Ἐὰν στόμα ἑλκωθῇ καὶ ὁ λαιμὸς καὶ ἡ ἀρτηρία, λαβὼν σίδια ξηρά, κόψας καὶ σήσας λεπτῷ κοσκίνῳ, διάπασσε τὸ στόμα, ἀποδήσας ἔξω τὴν γλῶτταν ἐπὶ ἡμιώριον, ὥστε τὴν στῦψιν ἱκανὴν γενέσθαι. εἶτα λύσας καὶ ἀπολαβὼν τὴν γλῶσ‐</w:t>
      </w:r>
    </w:p>
    <w:p>
      <w:r>
        <w:rPr>
          <w:rFonts w:ascii="Courier New" w:hAnsi="Courier New"/>
          <w:color w:val="555555"/>
          <w:sz w:val="20"/>
        </w:rPr>
        <w:t>[5]</w:t>
      </w:r>
    </w:p>
    <w:p>
      <w:r>
        <w:rPr>
          <w:rFonts w:ascii="Gentium Plus" w:hAnsi="Gentium Plus"/>
          <w:sz w:val="24"/>
        </w:rPr>
        <w:t>σαν ἔξω τοῦ στόματος, ἔκπλυνον οἴνῳ ἀκράτῳ. ἐὰν δὲ τοῦτο μὴ ἔχῃς, ἐλαίας φύλλα ξηράνας, κόψον καὶ σήσας πυκνῷ κοσκίνῳ ἔμπασσε, ἀποδήσας πρῶτον τὴν γλῶσσαν ἐπὶ ἡμιώ‐ ριον, εἶτα ἔκπλυνον ὕδατι, μέχρις ἂν ὑγιάνῃ. \|</w:t>
      </w:r>
    </w:p>
    <w:p>
      <w:pPr>
        <w:jc w:val="center"/>
      </w:pPr>
      <w:r>
        <w:rPr>
          <w:rFonts w:ascii="Gentium Plus" w:hAnsi="Gentium Plus"/>
          <w:b/>
          <w:sz w:val="24"/>
        </w:rPr>
        <w:t>περὶ ἀφθήσεως.</w:t>
      </w:r>
    </w:p>
    <w:p>
      <w:pPr>
        <w:jc w:val="center"/>
      </w:pPr>
      <w:r>
        <w:rPr>
          <w:rFonts w:ascii="Gentium Plus" w:hAnsi="Gentium Plus"/>
          <w:b/>
          <w:sz w:val="24"/>
        </w:rPr>
        <w:t>Ἱεροκλέους.</w:t>
      </w:r>
    </w:p>
    <w:p>
      <w:r>
        <w:rPr>
          <w:rFonts w:ascii="Courier New" w:hAnsi="Courier New"/>
          <w:color w:val="555555"/>
          <w:sz w:val="20"/>
        </w:rPr>
        <w:t>[1]</w:t>
      </w:r>
    </w:p>
    <w:p>
      <w:r>
        <w:rPr>
          <w:rFonts w:ascii="Gentium Plus" w:hAnsi="Gentium Plus"/>
          <w:sz w:val="24"/>
        </w:rPr>
        <w:t>Ἐὰν ἀφθήσῃ, οὕτως γὰρ καλοῦσι τὸ πάθος, ὄζει καὶ ἀφρὸν ἀναφέρει, καὶ ἐκπυροῦται τὸ στόμα. ῥόαν οὖν τὴν ἐσθιομένην κόψας καὶ σήσας, διάχριε τὸ στόμα, ἀποδήσας πρῶτον τὴν γλῶτταν ἐπὶ ἡμιώριον, εἶτα λύσας ἔκπλυνον ὕδατι.</w:t>
      </w:r>
    </w:p>
    <w:p>
      <w:r>
        <w:rPr>
          <w:rFonts w:ascii="Courier New" w:hAnsi="Courier New"/>
          <w:color w:val="555555"/>
          <w:sz w:val="20"/>
        </w:rPr>
        <w:t>[5]</w:t>
      </w:r>
    </w:p>
    <w:p>
      <w:r>
        <w:rPr>
          <w:rFonts w:ascii="Gentium Plus" w:hAnsi="Gentium Plus"/>
          <w:sz w:val="24"/>
        </w:rPr>
        <w:t>καὶ τοῦτο ποίει, ἕως ἂν ὑγιὴς γένηται.</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Τὸ πάθος τοῦτο εἴωθε τοῖς ἵπποις ἀπὸ χλωροῦ χόρτου</w:t>
      </w:r>
    </w:p>
    <w:p>
      <w:r>
        <w:rPr>
          <w:rFonts w:ascii="Courier New" w:hAnsi="Courier New"/>
          <w:color w:val="555555"/>
          <w:sz w:val="20"/>
        </w:rPr>
        <w:t>[5]</w:t>
      </w:r>
    </w:p>
    <w:p>
      <w:r>
        <w:rPr>
          <w:rFonts w:ascii="Gentium Plus" w:hAnsi="Gentium Plus"/>
          <w:sz w:val="24"/>
        </w:rPr>
        <w:t>μεθ’ ἑλκώσεως ἐναίμου \ ὧν τὴν θεραπείαν ἐνταῦθα ἐκθήσομαι·</w:t>
      </w:r>
    </w:p>
    <w:p>
      <w:pPr>
        <w:jc w:val="center"/>
      </w:pPr>
      <w:r>
        <w:rPr>
          <w:rFonts w:ascii="Gentium Plus" w:hAnsi="Gentium Plus"/>
          <w:b/>
          <w:sz w:val="24"/>
        </w:rPr>
        <w:t>ἄφθης ἄνευ ἑλκώσεως θεραπεία.</w:t>
      </w:r>
    </w:p>
    <w:p>
      <w:r>
        <w:rPr>
          <w:rFonts w:ascii="Courier New" w:hAnsi="Courier New"/>
          <w:color w:val="555555"/>
          <w:sz w:val="20"/>
        </w:rPr>
        <w:t>[1]</w:t>
      </w:r>
    </w:p>
    <w:p>
      <w:r>
        <w:rPr>
          <w:rFonts w:ascii="Gentium Plus" w:hAnsi="Gentium Plus"/>
          <w:sz w:val="24"/>
        </w:rPr>
        <w:t>Ἄφθαν τὴν δυσώδη καὶ ἀφρώδῃ καὶ διάπυρον θεραπεύ‐ σεις οὕτως· ῥόας τὰς ἐσθιομένας κόψας ξηρὰς ὡς λειότατα, ἔπειτα τὴν γλῶσσαν ἑλκύσας τοῦ ζῴου καὶ ταύτην τελαμῶνι τῇ φορβιᾷ προσδήσας, τὸ τοῦ ζῴου διάπασον στόμα, καὶ δια‐</w:t>
      </w:r>
    </w:p>
    <w:p>
      <w:r>
        <w:rPr>
          <w:rFonts w:ascii="Courier New" w:hAnsi="Courier New"/>
          <w:color w:val="555555"/>
          <w:sz w:val="20"/>
        </w:rPr>
        <w:t>[5]</w:t>
      </w:r>
    </w:p>
    <w:p>
      <w:r>
        <w:rPr>
          <w:rFonts w:ascii="Gentium Plus" w:hAnsi="Gentium Plus"/>
          <w:sz w:val="24"/>
        </w:rPr>
        <w:t>τρίψας μικρὸν ἀνακρέμασον ἐπὶ ἡμιώριον καὶ οὕτως ἀπό‐ πλυνον ὕδατι τοῦτο δὲ ποίει ἐπὶ ἡμέραις ἑπτὰ καὶ θεραπεύ‐ σεις τὸ ζῷον. ἔστω δέ σοι τῆς θεραπείας σημεῖον ἡ τῆς δυσω‐ δίας ἀπαλλαγή.</w:t>
      </w:r>
    </w:p>
    <w:p>
      <w:pPr>
        <w:jc w:val="center"/>
      </w:pPr>
      <w:r>
        <w:rPr>
          <w:rFonts w:ascii="Gentium Plus" w:hAnsi="Gentium Plus"/>
          <w:b/>
          <w:sz w:val="24"/>
        </w:rPr>
        <w:t>ἄλλο· ἄφθης μεθ’ ἑλκώσεως θεραπεία.</w:t>
      </w:r>
    </w:p>
    <w:p>
      <w:r>
        <w:rPr>
          <w:rFonts w:ascii="Courier New" w:hAnsi="Courier New"/>
          <w:color w:val="555555"/>
          <w:sz w:val="20"/>
        </w:rPr>
        <w:t>[1]</w:t>
      </w:r>
    </w:p>
    <w:p>
      <w:r>
        <w:rPr>
          <w:rFonts w:ascii="Gentium Plus" w:hAnsi="Gentium Plus"/>
          <w:sz w:val="24"/>
        </w:rPr>
        <w:t>Ἄφθα ἐπειδὰν λάθῃ γενομένη, ἑλκοῖ τὸν λαιμὸν καὶ τὴν φάρυγα καὶ τὴν ἀρτηρίαν, ἣν θεραπεύσεις οὕτως· καταλαμ‐ βανόμενος \| ὁμοίως τῷ 〈ἐρινῷ〉 τελαμῶνι τὴν γλῶτταν καὶ ἀποδεσμῶν ἔξω, καὶ μέλιτι διαχρίων τὰ ἑλκωθέντα, καὶ ἐῶν</w:t>
      </w:r>
    </w:p>
    <w:p>
      <w:r>
        <w:rPr>
          <w:rFonts w:ascii="Courier New" w:hAnsi="Courier New"/>
          <w:color w:val="555555"/>
          <w:sz w:val="20"/>
        </w:rPr>
        <w:t>[5]</w:t>
      </w:r>
    </w:p>
    <w:p>
      <w:r>
        <w:rPr>
          <w:rFonts w:ascii="Gentium Plus" w:hAnsi="Gentium Plus"/>
          <w:sz w:val="24"/>
        </w:rPr>
        <w:t>ἡμιώριον, ὅπως ἐν αὐτῇ τῇ γλώσσῃ περιλείχων τὰ ἕλκη γυ‐</w:t>
      </w:r>
    </w:p>
    <w:p>
      <w:r>
        <w:rPr>
          <w:rFonts w:ascii="Courier New" w:hAnsi="Courier New"/>
          <w:color w:val="555555"/>
          <w:sz w:val="20"/>
        </w:rPr>
        <w:t>[10]</w:t>
      </w:r>
    </w:p>
    <w:p>
      <w:r>
        <w:rPr>
          <w:rFonts w:ascii="Gentium Plus" w:hAnsi="Gentium Plus"/>
          <w:sz w:val="24"/>
        </w:rPr>
        <w:t>προτέρου πάθους ἡμιώριον ἀνακρεμάσας, ὅπως ἀποστυφθῇ, ἀπόπλυνον οἴνῳ, καὶ τοῦτο ποίει καθ’ ἡμέραν ἐπὶ ἡμέραις ἐννέα. \|</w:t>
      </w:r>
    </w:p>
    <w:p>
      <w:pPr>
        <w:jc w:val="center"/>
      </w:pPr>
      <w:r>
        <w:rPr>
          <w:rFonts w:ascii="Gentium Plus" w:hAnsi="Gentium Plus"/>
          <w:b/>
          <w:sz w:val="24"/>
        </w:rPr>
        <w:t>περὶ τῶν ἐξ ὁδοῦ ἢ δρόμου κεκοπωμένων καὶ περὶ τῶν ἑλκομένων ἐκ τῶν λαγόνων.</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Μάρκῳ Αἰμιλίῳ δεκουρίωνι 〈χαίρειν〉. ἱπποτροφοῦντά σε βούλομαι εἰδέναι τοῖς ἐκ τῆς ὁδοῦ κεκο‐ πωμένοις ἢ δρόμου ὠφέλιμον χρῆσθαι ταύτῃ τῇ θεραπείᾳ· ἄλφιτα λεπτὰ μίξαντας μετὰ οἴνου εὐώδους καὶ ποιοῦντας</w:t>
      </w:r>
    </w:p>
    <w:p>
      <w:r>
        <w:rPr>
          <w:rFonts w:ascii="Courier New" w:hAnsi="Courier New"/>
          <w:color w:val="555555"/>
          <w:sz w:val="20"/>
        </w:rPr>
        <w:t>[5]</w:t>
      </w:r>
    </w:p>
    <w:p>
      <w:r>
        <w:rPr>
          <w:rFonts w:ascii="Gentium Plus" w:hAnsi="Gentium Plus"/>
          <w:sz w:val="24"/>
        </w:rPr>
        <w:t>μαγδαλέας, καταλαμβανομένους τὴν γλῶσσαν διδόναι. ἐὰν δὲ ᾖ ἑλκόμενος ἐκ τῶν λαγόνων, διὰ ῥινῶν ἐγχυματιζέσθω κρό‐ κου ὁλκῇ τριωβόλου μετὰ ὕδατος κοτύλης καὶ διὰ τοῦ στό‐ ματος.</w:t>
      </w:r>
    </w:p>
    <w:p>
      <w:pPr>
        <w:jc w:val="center"/>
      </w:pPr>
      <w:r>
        <w:rPr>
          <w:rFonts w:ascii="Gentium Plus" w:hAnsi="Gentium Plus"/>
          <w:b/>
          <w:sz w:val="24"/>
        </w:rPr>
        <w:t>ἄλλο· κόπου πρόγνωσις καὶ ἴασις.</w:t>
      </w:r>
    </w:p>
    <w:p>
      <w:r>
        <w:rPr>
          <w:rFonts w:ascii="Courier New" w:hAnsi="Courier New"/>
          <w:color w:val="555555"/>
          <w:sz w:val="20"/>
        </w:rPr>
        <w:t>[1]</w:t>
      </w:r>
    </w:p>
    <w:p>
      <w:r>
        <w:rPr>
          <w:rFonts w:ascii="Gentium Plus" w:hAnsi="Gentium Plus"/>
          <w:sz w:val="24"/>
        </w:rPr>
        <w:t>Πρῶτον μὲν ἑστάναι ὁ ἵππος οὐ δύναται, ἀλλ’ ἕστηκε τρέ‐ μων, καθειμένην ἔχει τὴν κεφαλὴν \| καὶ τὰ ὦτα, ὀφθαλμοὶ κοῖλοι εἰσί, καὶ ὁ τράχηλος συντέταται καὶ σκληρός ἐστι. καὶ ἐὰν ἐνοχλῇς αὐτόν, ἐπαίρει τὴν κεφαλὴν καὶ καθίησι. χρὴ</w:t>
      </w:r>
    </w:p>
    <w:p>
      <w:r>
        <w:rPr>
          <w:rFonts w:ascii="Courier New" w:hAnsi="Courier New"/>
          <w:color w:val="555555"/>
          <w:sz w:val="20"/>
        </w:rPr>
        <w:t>[5]</w:t>
      </w:r>
    </w:p>
    <w:p>
      <w:r>
        <w:rPr>
          <w:rFonts w:ascii="Gentium Plus" w:hAnsi="Gentium Plus"/>
          <w:sz w:val="24"/>
        </w:rPr>
        <w:t>οὖν πρῶτον ἱστᾶν αὐτὸν ἐν τόπῳ μὴ σκληρῷ, ἀλλὰ μαλακῷ, ἔνθα εἰσὶ κόπρια, περιβεβλημένον ἱμάτια. εἶτα οἶνον καὶ ἔλαιον</w:t>
      </w:r>
    </w:p>
    <w:p>
      <w:pPr>
        <w:jc w:val="center"/>
      </w:pPr>
      <w:r>
        <w:rPr>
          <w:rFonts w:ascii="Gentium Plus" w:hAnsi="Gentium Plus"/>
          <w:b/>
          <w:sz w:val="24"/>
        </w:rPr>
        <w:t>ἄλλο πρὸς τοὺς ἀποτεταμένους τῷ πνεύματι ἐξ</w:t>
      </w:r>
    </w:p>
    <w:p>
      <w:r>
        <w:rPr>
          <w:rFonts w:ascii="Courier New" w:hAnsi="Courier New"/>
          <w:color w:val="555555"/>
          <w:sz w:val="20"/>
        </w:rPr>
        <w:t>[t2]</w:t>
      </w:r>
    </w:p>
    <w:p>
      <w:r>
        <w:rPr>
          <w:rFonts w:ascii="Gentium Plus" w:hAnsi="Gentium Plus"/>
          <w:sz w:val="24"/>
        </w:rPr>
        <w:t>ὁδοιπορίας.</w:t>
      </w:r>
    </w:p>
    <w:p>
      <w:r>
        <w:rPr>
          <w:rFonts w:ascii="Courier New" w:hAnsi="Courier New"/>
          <w:color w:val="555555"/>
          <w:sz w:val="20"/>
        </w:rPr>
        <w:t>[1]</w:t>
      </w:r>
    </w:p>
    <w:p>
      <w:r>
        <w:rPr>
          <w:rFonts w:ascii="Gentium Plus" w:hAnsi="Gentium Plus"/>
          <w:sz w:val="24"/>
        </w:rPr>
        <w:t>Πρὸς δὲ τοὺς ἀποτεταμένους τῷ πνεύματι ἐξ ὁδοιπορίας ἢ δρόμου χρῆσθαι τῷ οἴνῳ μετὰ τοῦ ὕδατος, ἴσον ἑκατέρου κρᾶμα ποιοῦντας εἰς πλῆθος κοτυλῶν δύο, καὶ καθ’ ἡμέραν ἐγχυματίζειν διὰ τοῦ στόματος μεχρὶ ἡμερῶν ἑπτά. ἐὰν δὲ ᾖ</w:t>
      </w:r>
    </w:p>
    <w:p>
      <w:r>
        <w:rPr>
          <w:rFonts w:ascii="Courier New" w:hAnsi="Courier New"/>
          <w:color w:val="555555"/>
          <w:sz w:val="20"/>
        </w:rPr>
        <w:t>[5]</w:t>
      </w:r>
    </w:p>
    <w:p>
      <w:r>
        <w:rPr>
          <w:rFonts w:ascii="Gentium Plus" w:hAnsi="Gentium Plus"/>
          <w:sz w:val="24"/>
        </w:rPr>
        <w:t>ἑλκόμενος ἐκ τῶν λαγόνων καὶ ὑπέρτονος, τούτῳ οἶνον μὴ διδόναι, ὕδατος δὲ κοτύλῃ μιγνύειν κρόκου τριώβολον \| καὶ ἀνατρίψαντας ἐγχυματίζειν διὰ τῆς ἀριστερᾶς ῥινός. συμβαίνει δὲ τῆς καθάρσεως γενομένης ἔν τε ἵππῳ καὶ τοῖς ὑποζυγίοις ἔκλυσιν γίνεσθαι τῆς δυνάμεως, καὶ τῶν μὲν ἐντοσθιδίων</w:t>
      </w:r>
    </w:p>
    <w:p>
      <w:r>
        <w:rPr>
          <w:rFonts w:ascii="Courier New" w:hAnsi="Courier New"/>
          <w:color w:val="555555"/>
          <w:sz w:val="20"/>
        </w:rPr>
        <w:t>[10]</w:t>
      </w:r>
    </w:p>
    <w:p>
      <w:r>
        <w:rPr>
          <w:rFonts w:ascii="Gentium Plus" w:hAnsi="Gentium Plus"/>
          <w:sz w:val="24"/>
        </w:rPr>
        <w:t>συμπάσχειν οὐδέν. ἡ δὲ τοῦ αἵματος ῥύσις συμπτώσεως γινο‐ μένης ἀδυναμίαν παρέχει τῷ σώματι, διὸ δεῖ τροφῇ χρῆσθαι παντοδαπῇ καὶ πλείονι.</w:t>
      </w:r>
    </w:p>
    <w:p>
      <w:pPr>
        <w:jc w:val="center"/>
      </w:pPr>
      <w:r>
        <w:rPr>
          <w:rFonts w:ascii="Gentium Plus" w:hAnsi="Gentium Plus"/>
          <w:b/>
          <w:sz w:val="24"/>
        </w:rPr>
        <w:t>ἀντίδοτος ἑτέρα εἰς τὸ αὐτό.</w:t>
      </w:r>
    </w:p>
    <w:p>
      <w:r>
        <w:rPr>
          <w:rFonts w:ascii="Courier New" w:hAnsi="Courier New"/>
          <w:color w:val="555555"/>
          <w:sz w:val="20"/>
        </w:rPr>
        <w:t>[1]</w:t>
      </w:r>
    </w:p>
    <w:p>
      <w:r>
        <w:rPr>
          <w:rFonts w:ascii="Gentium Plus" w:hAnsi="Gentium Plus"/>
          <w:sz w:val="24"/>
        </w:rPr>
        <w:t>Πρὸς τοὺς ἑλκομένους ἐκ τῶν λαγόνων ἢ ἄλλο τι ἀσθέ‐ νημα ἐν πνεύμονι ἔχοντας ἢ ἀπισχναινομένους χρήσῃ συν‐ θέματι τοιούτῳ· κρόκου στατῆρας δύο, ἴρεως Ἰλλυρικῆς κεκομ‐ μένης καὶ σεσησμένης στατῆρας δώδεκα, πεπέρεως στατῆρας</w:t>
      </w:r>
    </w:p>
    <w:p>
      <w:r>
        <w:rPr>
          <w:rFonts w:ascii="Courier New" w:hAnsi="Courier New"/>
          <w:color w:val="555555"/>
          <w:sz w:val="20"/>
        </w:rPr>
        <w:t>[5]</w:t>
      </w:r>
    </w:p>
    <w:p>
      <w:r>
        <w:rPr>
          <w:rFonts w:ascii="Gentium Plus" w:hAnsi="Gentium Plus"/>
          <w:sz w:val="24"/>
        </w:rPr>
        <w:t>ἕξ, μέλιτος κοτύλης τὸ ἥμισυ, σταφίδος ἡμιχοίνικον τῶν γι‐ γάρτων ἐξῃρημένων, στροβιλίων καθαρῶν τὸ ἴσον τῆς σταφί‐ δος· ἐκ τούτου ἐγχυμάτιζε κοχλιάρια δύο ἐν οἴνου ἡμικοτυλίῳ</w:t>
      </w:r>
    </w:p>
    <w:p>
      <w:pPr>
        <w:jc w:val="center"/>
      </w:pPr>
      <w:r>
        <w:rPr>
          <w:rFonts w:ascii="Gentium Plus" w:hAnsi="Gentium Plus"/>
          <w:b/>
          <w:sz w:val="24"/>
        </w:rPr>
        <w:t>Πελαγωνίου πρὸς τοὺς ἐξατονοῦντας τοῖς μέ‐</w:t>
      </w:r>
    </w:p>
    <w:p>
      <w:r>
        <w:rPr>
          <w:rFonts w:ascii="Courier New" w:hAnsi="Courier New"/>
          <w:color w:val="555555"/>
          <w:sz w:val="20"/>
        </w:rPr>
        <w:t>[t2]</w:t>
      </w:r>
    </w:p>
    <w:p>
      <w:r>
        <w:rPr>
          <w:rFonts w:ascii="Gentium Plus" w:hAnsi="Gentium Plus"/>
          <w:sz w:val="24"/>
        </w:rPr>
        <w:t>λεσιν.</w:t>
      </w:r>
    </w:p>
    <w:p>
      <w:r>
        <w:rPr>
          <w:rFonts w:ascii="Courier New" w:hAnsi="Courier New"/>
          <w:color w:val="555555"/>
          <w:sz w:val="20"/>
        </w:rPr>
        <w:t>[1]</w:t>
      </w:r>
    </w:p>
    <w:p>
      <w:r>
        <w:rPr>
          <w:rFonts w:ascii="Gentium Plus" w:hAnsi="Gentium Plus"/>
          <w:sz w:val="24"/>
        </w:rPr>
        <w:t>Ἐσθ’ ὅτε ἵππος ἢ βουλιμιάσας ἢ ἀτονήσας σχεδὸν λύεται τοῖς μέλεσι, καὶ εἰσὶ διάφορα τὰ πάθη, ἀλλὰ τὰ σημεῖα τῆς ἀρρωστίας πλειστάκις ὅμοια τυγχάνουσι καὶ τοῖς βουλομένοις θεραπεῦσαι πλάνην ἐγγεννῶσι. καὶ γὰρ εὑρίσκομεν ἐν τοῖς ζῴοις</w:t>
      </w:r>
    </w:p>
    <w:p>
      <w:r>
        <w:rPr>
          <w:rFonts w:ascii="Courier New" w:hAnsi="Courier New"/>
          <w:color w:val="555555"/>
          <w:sz w:val="20"/>
        </w:rPr>
        <w:t>[5]</w:t>
      </w:r>
    </w:p>
    <w:p>
      <w:r>
        <w:rPr>
          <w:rFonts w:ascii="Gentium Plus" w:hAnsi="Gentium Plus"/>
          <w:sz w:val="24"/>
        </w:rPr>
        <w:t>σημεῖα ἄλλης ἀνωμαλίας, ἤπερ ἂν ἡμεῖς ὑπολαμβάνομεν. καὶ γὰρ ὅτε βουλόμεθα εἰδέναι ἵππον πυρεταίνοντα, ὁρῶμεν τὴν τούτου κεφαλὴν περὶ γῆν φερομένην, καὶ συνεχέστερον ἀσθμαίνοντα. ταῦτα δὲ τὰ σημεῖα οὐ μόνον πυρεταίνοντος, ἀλλὰ καὶ ἀλγηδόνας ὑπομένοντος. ἔστι δὲ πάλιν ὀπισθοτονι‐</w:t>
      </w:r>
    </w:p>
    <w:p>
      <w:r>
        <w:rPr>
          <w:rFonts w:ascii="Courier New" w:hAnsi="Courier New"/>
          <w:color w:val="555555"/>
          <w:sz w:val="20"/>
        </w:rPr>
        <w:t>[10]</w:t>
      </w:r>
    </w:p>
    <w:p>
      <w:r>
        <w:rPr>
          <w:rFonts w:ascii="Gentium Plus" w:hAnsi="Gentium Plus"/>
          <w:sz w:val="24"/>
        </w:rPr>
        <w:t>κοῦ νομιζόμενα σημεῖα, ἃ συμβαίνει ἐκείνοις τοῖς ζῴοις, ἅτινα ἀπὸ πολλοῦ ἡλίου ἢ καμάτου ἐξατονήσουσι, στῆναι μὴ δυνά‐ μενα, ἀλλὰ συνημμένοις εἰς ταὐτὸ τοῖς ποσὶ καταπίπτουσι. μὴ τοίνυν νομίσῃς αὔτως πόνον εἶναι κοιλίας \| ἢ στρόφον, καὶ οὕτως θεραπεύσεις, ἀλλὰ τῷ πάθει μᾶλλον τὴν ἁρμόζουσαν</w:t>
      </w:r>
    </w:p>
    <w:p>
      <w:r>
        <w:rPr>
          <w:rFonts w:ascii="Courier New" w:hAnsi="Courier New"/>
          <w:color w:val="555555"/>
          <w:sz w:val="20"/>
        </w:rPr>
        <w:t>[15]</w:t>
      </w:r>
    </w:p>
    <w:p>
      <w:r>
        <w:rPr>
          <w:rFonts w:ascii="Gentium Plus" w:hAnsi="Gentium Plus"/>
          <w:sz w:val="24"/>
        </w:rPr>
        <w:t>προσένεγκε θεραπείαν. πολλὰ τοίνυν σημεῖα ὅμοιά εἰσι τῶν πλησίον παθῶν, πολλὰ δὲ τῶν μὴ καθ’ ἓν κεχωρισμένων· ἅτινα εὐχερῶς γνωρίσεις, εἰ ἐπιμελέστερον προσσχῇς.</w:t>
      </w:r>
    </w:p>
    <w:p>
      <w:pPr>
        <w:jc w:val="center"/>
      </w:pPr>
      <w:r>
        <w:rPr>
          <w:rFonts w:ascii="Gentium Plus" w:hAnsi="Gentium Plus"/>
          <w:b/>
          <w:sz w:val="24"/>
        </w:rPr>
        <w:t>πρὸς ἐκεῖνα τὰ ζῷα, ὧν τὰ μέλη ἐξατονοῦσι,</w:t>
      </w:r>
    </w:p>
    <w:p>
      <w:r>
        <w:rPr>
          <w:rFonts w:ascii="Courier New" w:hAnsi="Courier New"/>
          <w:color w:val="555555"/>
          <w:sz w:val="20"/>
        </w:rPr>
        <w:t>[t2]</w:t>
      </w:r>
    </w:p>
    <w:p>
      <w:r>
        <w:rPr>
          <w:rFonts w:ascii="Gentium Plus" w:hAnsi="Gentium Plus"/>
          <w:sz w:val="24"/>
        </w:rPr>
        <w:t>θεραπεία.</w:t>
      </w:r>
    </w:p>
    <w:p>
      <w:r>
        <w:rPr>
          <w:rFonts w:ascii="Courier New" w:hAnsi="Courier New"/>
          <w:color w:val="555555"/>
          <w:sz w:val="20"/>
        </w:rPr>
        <w:t>[1]</w:t>
      </w:r>
    </w:p>
    <w:p>
      <w:r>
        <w:rPr>
          <w:rFonts w:ascii="Gentium Plus" w:hAnsi="Gentium Plus"/>
          <w:sz w:val="24"/>
        </w:rPr>
        <w:t>Ἤρεσε Κέλσῳ τὰ οὕτω κάμνοντα ζῷα ἀπέχεσθαι τοῦ πο‐</w:t>
      </w:r>
    </w:p>
    <w:p>
      <w:r>
        <w:rPr>
          <w:rFonts w:ascii="Courier New" w:hAnsi="Courier New"/>
          <w:color w:val="555555"/>
          <w:sz w:val="20"/>
        </w:rPr>
        <w:t>[5]</w:t>
      </w:r>
    </w:p>
    <w:p>
      <w:r>
        <w:rPr>
          <w:rFonts w:ascii="Gentium Plus" w:hAnsi="Gentium Plus"/>
          <w:sz w:val="24"/>
        </w:rPr>
        <w:t>δὲ παραγγέλλει πτελέας φύλλα κατακόπτειν μετὰ οἴνου καὶ ἐγχυματίσαι διὰ κέρατος. ἡμεῖς δὲ ἐπιστάμεθα ἄλευρον σίτινον μετὰ ὕδατος διδόναι, ἢ τρία ᾠὰ μετὰ γλήχωνος καὶ ὀξυκράτου καὶ ἐλαίου ἐγχυματίζειν. \|</w:t>
      </w:r>
    </w:p>
    <w:p>
      <w:pPr>
        <w:jc w:val="center"/>
      </w:pPr>
      <w:r>
        <w:rPr>
          <w:rFonts w:ascii="Gentium Plus" w:hAnsi="Gentium Plus"/>
          <w:b/>
          <w:sz w:val="24"/>
        </w:rPr>
        <w:t>περὶ ἀρτηρίας ἑλκωθείσης.</w:t>
      </w:r>
    </w:p>
    <w:p>
      <w:pPr>
        <w:jc w:val="center"/>
      </w:pPr>
      <w:r>
        <w:rPr>
          <w:rFonts w:ascii="Gentium Plus" w:hAnsi="Gentium Plus"/>
          <w:b/>
          <w:sz w:val="24"/>
        </w:rPr>
        <w:t>Ἱεροκλέους.</w:t>
      </w:r>
    </w:p>
    <w:p>
      <w:r>
        <w:rPr>
          <w:rFonts w:ascii="Courier New" w:hAnsi="Courier New"/>
          <w:color w:val="555555"/>
          <w:sz w:val="20"/>
        </w:rPr>
        <w:t>[1]</w:t>
      </w:r>
    </w:p>
    <w:p>
      <w:r>
        <w:rPr>
          <w:rFonts w:ascii="Gentium Plus" w:hAnsi="Gentium Plus"/>
          <w:sz w:val="24"/>
        </w:rPr>
        <w:t>Ἐὰν ἀρτηρία ἑλκωθῇ, βήσσει σκληρῶς καὶ τροφὴν οὐ προσδέχεται. ἐγχυματιζέσθω οὖν ὕδατι, σύκων εἰς αὐτὸ ἑψη‐ θέντων ὡσεὶ κοτύλαις τέσσαρσι, μιχθέντων ᾠῶν δύο διὰ στό‐ ματος, ἢ πτισάνης χυλῷ ᾠοῦ συνηψημένου.</w:t>
      </w:r>
    </w:p>
    <w:p>
      <w:pPr>
        <w:jc w:val="center"/>
      </w:pPr>
      <w:r>
        <w:rPr>
          <w:rFonts w:ascii="Gentium Plus" w:hAnsi="Gentium Plus"/>
          <w:b/>
          <w:sz w:val="24"/>
        </w:rPr>
        <w:t>ἄλλο περὶ ἀρτηρίας ῥαγείσης.</w:t>
      </w:r>
    </w:p>
    <w:p>
      <w:r>
        <w:rPr>
          <w:rFonts w:ascii="Courier New" w:hAnsi="Courier New"/>
          <w:color w:val="555555"/>
          <w:sz w:val="20"/>
        </w:rPr>
        <w:t>[1]</w:t>
      </w:r>
    </w:p>
    <w:p>
      <w:r>
        <w:rPr>
          <w:rFonts w:ascii="Gentium Plus" w:hAnsi="Gentium Plus"/>
          <w:sz w:val="24"/>
        </w:rPr>
        <w:t>Ἐὰν ἀρτηρία ῥαγῇ, ἀναπνεῖ βαρὺ καὶ ῥέγχει καὶ βήσσει, καὶ διὰ μυκτήρων φέρεταί τι πυῶδες, καὶ τοῖς ἐμπροσθίοις ποσὶ χωλεύει [οἵ τε ὄρχεις πυκνὰ πάλλονται, καὶ οἱ κενεῶνες ἕλκονται, τὰ σκέλη ναρκᾷ καὶ τρέμει, αἱ φλέβες ἰσχυρῶς ξηραὶ</w:t>
      </w:r>
    </w:p>
    <w:p>
      <w:r>
        <w:rPr>
          <w:rFonts w:ascii="Courier New" w:hAnsi="Courier New"/>
          <w:color w:val="555555"/>
          <w:sz w:val="20"/>
        </w:rPr>
        <w:t>[5]</w:t>
      </w:r>
    </w:p>
    <w:p>
      <w:r>
        <w:rPr>
          <w:rFonts w:ascii="Gentium Plus" w:hAnsi="Gentium Plus"/>
          <w:sz w:val="24"/>
        </w:rPr>
        <w:t>ἢ πλήρεις τοῦ αἵματος, τὸ στόμα ἄφθας ἔχει, καὶ τῆς σαρκὸς οὐκ ἐᾷ τὴν χεῖρα θιγγάνειν]. ὀρόβους οὖν χρὴ \| βρέχειν ἡμέ‐ ρας δύο καὶ νύκτας καὶ ἀπηθῆσαι, ὅταν διάβροχοι γένωνται. ὅταν δὲ ὡς μάλιστα ξηρὰ γένηται, κατακόψαι λεπτά, καὶ σή‐</w:t>
      </w:r>
    </w:p>
    <w:p>
      <w:r>
        <w:rPr>
          <w:rFonts w:ascii="Courier New" w:hAnsi="Courier New"/>
          <w:color w:val="555555"/>
          <w:sz w:val="20"/>
        </w:rPr>
        <w:t>[10]</w:t>
      </w:r>
    </w:p>
    <w:p>
      <w:r>
        <w:rPr>
          <w:rFonts w:ascii="Gentium Plus" w:hAnsi="Gentium Plus"/>
          <w:sz w:val="24"/>
        </w:rPr>
        <w:t>ὕδατος μέρη πέντε μίξαντα. ἔσται γὰρ ὑγιὴς καὶ πίων ἐν ἡμέραις ξʹ βοηθούμενος.</w:t>
      </w:r>
    </w:p>
    <w:p>
      <w:pPr>
        <w:jc w:val="center"/>
      </w:pPr>
      <w:r>
        <w:rPr>
          <w:rFonts w:ascii="Gentium Plus" w:hAnsi="Gentium Plus"/>
          <w:b/>
          <w:sz w:val="24"/>
        </w:rPr>
        <w:t>ἄλλο Πελαγωνίου κατασκευὴ ἀρτηριακοῦ.</w:t>
      </w:r>
    </w:p>
    <w:p>
      <w:r>
        <w:rPr>
          <w:rFonts w:ascii="Courier New" w:hAnsi="Courier New"/>
          <w:color w:val="555555"/>
          <w:sz w:val="20"/>
        </w:rPr>
        <w:t>[1]</w:t>
      </w:r>
    </w:p>
    <w:p>
      <w:r>
        <w:rPr>
          <w:rFonts w:ascii="Gentium Plus" w:hAnsi="Gentium Plus"/>
          <w:sz w:val="24"/>
        </w:rPr>
        <w:t>Σμύρνης τρωγλίτιδος γο δʹ, κρόκου, σχοίνου ἄνθους ἀνὰ γο γʹ, κινναμώμου γο εʹ, πεπέρεως λευκοῦ γο εʹ, πεπέρεως μέλανος γο δʹ, κασίας γο τὸ ἥμισυ, ῥητίνης Κολοφωνίας γο εʹ, ἀριστολοχείας γο δʹ, ἀκόρου γο γʹ, δαφνίδων γο γʹ.</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Σμύρνης γο ιʹ, πεπέρεως γο γʹ, λινοσπέρμου φρυκτοῦ λίτραν αʹ, σταφίδων ξέ. αʹ, στροβίλων ξέ. αʹ, τὰ τηκτὰ ἑψήσας, ἐπίβαλλε τὰ ξηρά, προσμίσγων μέλι. ἐπὶ δὲ τῆς δόσεως \| ποίει σφαιρία καρύου μέγεθος, καὶ διὰ στόματος ἐπὶ ἡμέραις ὀκτὼ</w:t>
      </w:r>
    </w:p>
    <w:p>
      <w:r>
        <w:rPr>
          <w:rFonts w:ascii="Courier New" w:hAnsi="Courier New"/>
          <w:color w:val="555555"/>
          <w:sz w:val="20"/>
        </w:rPr>
        <w:t>[5]</w:t>
      </w:r>
    </w:p>
    <w:p>
      <w:r>
        <w:rPr>
          <w:rFonts w:ascii="Gentium Plus" w:hAnsi="Gentium Plus"/>
          <w:sz w:val="24"/>
        </w:rPr>
        <w:t>ἐμβαλὼν ἀποθεραπεύσεις.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Σμύρνης γο γʹ, κινναμώμου γο αcʹ, κρόκου γο γʹ, λιβάνου ἄρρενος γο δcʹ, νάρδου Συριακῆς, ῥητίνης τερεβινθίνης, πεπέ‐ ρεως λευκοῦ, ἀμμωνιακοῦ ἀνὰ γο δʹ, νάρδου γο βʹ, τραγα‐ κάνθης λίτραν μίαν, μέλιτος πρωτείου λίτραν μίαν· πάντα</w:t>
      </w:r>
    </w:p>
    <w:p>
      <w:r>
        <w:rPr>
          <w:rFonts w:ascii="Courier New" w:hAnsi="Courier New"/>
          <w:color w:val="555555"/>
          <w:sz w:val="20"/>
        </w:rPr>
        <w:t>[5]</w:t>
      </w:r>
    </w:p>
    <w:p>
      <w:r>
        <w:rPr>
          <w:rFonts w:ascii="Gentium Plus" w:hAnsi="Gentium Plus"/>
          <w:sz w:val="24"/>
        </w:rPr>
        <w:t>λειώσας καὶ μίξας οἴνῳ, διὰ μυκτήρων ἔγχει. \</w:t>
      </w:r>
    </w:p>
    <w:p>
      <w:pPr>
        <w:jc w:val="center"/>
      </w:pPr>
      <w:r>
        <w:rPr>
          <w:rFonts w:ascii="Gentium Plus" w:hAnsi="Gentium Plus"/>
          <w:b/>
          <w:sz w:val="24"/>
        </w:rPr>
        <w:t>περὶ τῶν ἀπὸ ὁδοῦ κεκαυσωμένων.</w:t>
      </w:r>
    </w:p>
    <w:p>
      <w:pPr>
        <w:jc w:val="center"/>
      </w:pPr>
      <w:r>
        <w:rPr>
          <w:rFonts w:ascii="Gentium Plus" w:hAnsi="Gentium Plus"/>
          <w:b/>
          <w:sz w:val="24"/>
        </w:rPr>
        <w:t>Ἱεροκλέους.</w:t>
      </w:r>
    </w:p>
    <w:p>
      <w:r>
        <w:rPr>
          <w:rFonts w:ascii="Courier New" w:hAnsi="Courier New"/>
          <w:color w:val="555555"/>
          <w:sz w:val="20"/>
        </w:rPr>
        <w:t>[1]</w:t>
      </w:r>
    </w:p>
    <w:p>
      <w:r>
        <w:rPr>
          <w:rFonts w:ascii="Gentium Plus" w:hAnsi="Gentium Plus"/>
          <w:sz w:val="24"/>
        </w:rPr>
        <w:t>Ἐὰν ἀπὸ ὁδοῦ ἢ δρόμου καυσωθῇ ἵππος, στέατος χοιρείου παλαιοῦ μάζας ποιήσας καὶ οἴνῳ βρέξας εὐώδει παλαιῷ, δίδου τρεῖς διὰ στόματος.</w:t>
      </w:r>
    </w:p>
    <w:p>
      <w:pPr>
        <w:jc w:val="center"/>
      </w:pPr>
      <w:r>
        <w:rPr>
          <w:rFonts w:ascii="Gentium Plus" w:hAnsi="Gentium Plus"/>
          <w:b/>
          <w:sz w:val="24"/>
        </w:rPr>
        <w:t>ἄλλο.</w:t>
      </w:r>
    </w:p>
    <w:p>
      <w:r>
        <w:rPr>
          <w:rFonts w:ascii="Courier New" w:hAnsi="Courier New"/>
          <w:color w:val="555555"/>
          <w:sz w:val="20"/>
        </w:rPr>
        <w:t>[5]</w:t>
      </w:r>
    </w:p>
    <w:p>
      <w:r>
        <w:rPr>
          <w:rFonts w:ascii="Gentium Plus" w:hAnsi="Gentium Plus"/>
          <w:sz w:val="24"/>
        </w:rPr>
        <w:t>Εἰ καύσωνα ἵππος ὑπομείνῃ, γάλακτος αἰγείου ξέ. αʹ, τραγακάνθης γο βʹ, ἀρίου Γαλλικοῦ γο βʹ, στροβίλων γο βʹ, σταφυλίνου γο βʹ, ὑσώπου δεμάτιον ἕν, πρασίου κεκομμένου γο βʹ. ἐκ τούτων πάντων καθ’ ἑκάστην ἐγχυμάτιζε λίτραν μίαν μετὰ οἰνελαίου.</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Πτισάνης χυλὸν καὶ στέαρ αἰγειον καὶ ἀκρονάρια προ‐ βάτεια μετὰ κοριάννου καὶ ἀ\|νήθου παλαιοῦ ἀφεψήσας, εἶτα κορίαννον χλωρὸν καλῶς λεάνας καὶ τῷ χυλῷ τῆς πτισάνης, ὡς καὶ τὰ λοιπά, συμμίξας καὶ διηθήσας, ἐπὶ τρισὶν ἡμέραις</w:t>
      </w:r>
    </w:p>
    <w:p>
      <w:r>
        <w:rPr>
          <w:rFonts w:ascii="Courier New" w:hAnsi="Courier New"/>
          <w:color w:val="555555"/>
          <w:sz w:val="20"/>
        </w:rPr>
        <w:t>[5]</w:t>
      </w:r>
    </w:p>
    <w:p>
      <w:r>
        <w:rPr>
          <w:rFonts w:ascii="Gentium Plus" w:hAnsi="Gentium Plus"/>
          <w:sz w:val="24"/>
        </w:rPr>
        <w:t>δίδου.</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Κράμβης φύλλα μετὰ σελίνου κατακοπέντα καὶ ξέστῃ οἴνου συμμιγέντα, διὰ τῆς ἀριστερᾶς ῥινὸς διδόσθωσαν.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Πετροσελίνου σπέρμα, δαύκου, σεσέλεως Γαλλικοῦ, ἁβροτό‐</w:t>
      </w:r>
    </w:p>
    <w:p>
      <w:pPr>
        <w:jc w:val="center"/>
      </w:pPr>
      <w:r>
        <w:rPr>
          <w:rFonts w:ascii="Gentium Plus" w:hAnsi="Gentium Plus"/>
          <w:b/>
          <w:sz w:val="24"/>
        </w:rPr>
        <w:t>περὶ τῶν ὑπὸ κονίας καέντων.</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Ἐάν ποτε συμβῇ ὑπὸ ἀσβέστου κατακαῆναι τὸν ἵππον ἢ κονίας τῆς λεγομένης ὑπό τινων τιτάνου ἐν ᾡδήποτε τόπῳ τοῦ σώματος, ἢ ἐμβῇ εἰς κοπρίαν τὴν ἐκ τοῦ αὐτομάτου και‐ ομένην καὶ κατακαῇ τὰ σκέλη, ἢ ἄλλως πως συμβῇ· θερα‐</w:t>
      </w:r>
    </w:p>
    <w:p>
      <w:r>
        <w:rPr>
          <w:rFonts w:ascii="Courier New" w:hAnsi="Courier New"/>
          <w:color w:val="555555"/>
          <w:sz w:val="20"/>
        </w:rPr>
        <w:t>[5]</w:t>
      </w:r>
    </w:p>
    <w:p>
      <w:r>
        <w:rPr>
          <w:rFonts w:ascii="Gentium Plus" w:hAnsi="Gentium Plus"/>
          <w:sz w:val="24"/>
        </w:rPr>
        <w:t>πεύεται ὕδατι ψυχρῷ θερείας, χειμῶνος δὲ θερμῷ, καὶ κατα‐ χριόμενος τῇ λιπαρᾷ, εἰ θέλεις, μετὰ ἀξουγγίου, ἢ αὐτῇ τῇ ἀσβέστῳ μετ’ ἐλαίου. εἰς θάλασσαν δὲ μὴ ἐμβιβαζέσθω, ἄχρις ἂν ἀπουλωθῇ.</w:t>
      </w:r>
    </w:p>
    <w:p>
      <w:pPr>
        <w:jc w:val="center"/>
      </w:pPr>
      <w:r>
        <w:rPr>
          <w:rFonts w:ascii="Gentium Plus" w:hAnsi="Gentium Plus"/>
          <w:b/>
          <w:sz w:val="24"/>
        </w:rPr>
        <w:t>ἄλλο Ἱεροκλέους.</w:t>
      </w:r>
    </w:p>
    <w:p>
      <w:r>
        <w:rPr>
          <w:rFonts w:ascii="Courier New" w:hAnsi="Courier New"/>
          <w:color w:val="555555"/>
          <w:sz w:val="20"/>
        </w:rPr>
        <w:t>[1]</w:t>
      </w:r>
    </w:p>
    <w:p>
      <w:r>
        <w:rPr>
          <w:rFonts w:ascii="Gentium Plus" w:hAnsi="Gentium Plus"/>
          <w:sz w:val="24"/>
        </w:rPr>
        <w:t>Ἐὰν συμβῇ ὑπὸ ἀσβέστου ἢ κονίας κατακαῆναι ἐν οἱῳ‐ δηποτοῦν μέρει τοῦ σώματος ἢ καὶ ὑπὸ \| κοπρίας τῆς καιο‐ μένης ἢ καὶ ἄλλως πως· θέρους μὲν ὕδατι 〈ψυχρῷ〉 καταν‐ τλείσθω, χειμῶνος δὲ θερμῷ. καὶ καταχριέσθω τῇ λιπαρᾷ, ἐὰν</w:t>
      </w:r>
    </w:p>
    <w:p>
      <w:r>
        <w:rPr>
          <w:rFonts w:ascii="Courier New" w:hAnsi="Courier New"/>
          <w:color w:val="555555"/>
          <w:sz w:val="20"/>
        </w:rPr>
        <w:t>[5]</w:t>
      </w:r>
    </w:p>
    <w:p>
      <w:r>
        <w:rPr>
          <w:rFonts w:ascii="Gentium Plus" w:hAnsi="Gentium Plus"/>
          <w:sz w:val="24"/>
        </w:rPr>
        <w:t>βούλῃ, μετὰ στέατος, ἢ αὐτῇ τῇ ἀσβέστῳ μετὰ ἐλαίου. εἰς θάλασσαν δὲ μὴ ἐμβιβαζέσθω, μέχρις ἂν ἀπουλωθῇ. \|</w:t>
      </w:r>
    </w:p>
    <w:p>
      <w:pPr>
        <w:jc w:val="center"/>
      </w:pPr>
      <w:r>
        <w:rPr>
          <w:rFonts w:ascii="Gentium Plus" w:hAnsi="Gentium Plus"/>
          <w:b/>
          <w:sz w:val="24"/>
        </w:rPr>
        <w:t>περὶ τῶν τὰ ἐντὸς ἐσπακότων.</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Ὅσοι εἰσὶν ἐσπασμένοι τι τῶν ἐντός, ὀφθαλμοὺς κοίλους ἔχουσι παρὰ τὸ πρότερον καὶ ὑποδεδυκότας καὶ κατωπούς, καὶ τὰς λαγόνας ἀνεσπασμένας ἔχουσι, καὶ τρώγοντες καὶ πίνον‐ τες ἀπισχναίνονται. περιπατοῦντες δὲ μικρὰ διαβαίνουσιν,</w:t>
      </w:r>
    </w:p>
    <w:p>
      <w:r>
        <w:rPr>
          <w:rFonts w:ascii="Courier New" w:hAnsi="Courier New"/>
          <w:color w:val="555555"/>
          <w:sz w:val="20"/>
        </w:rPr>
        <w:t>[5]</w:t>
      </w:r>
    </w:p>
    <w:p>
      <w:r>
        <w:rPr>
          <w:rFonts w:ascii="Gentium Plus" w:hAnsi="Gentium Plus"/>
          <w:sz w:val="24"/>
        </w:rPr>
        <w:t>ἑστῶτές τε συνεστήκασι τοῖς ὀπισθίοις πρὸς τοὺς ἐμπροσθίους</w:t>
      </w:r>
    </w:p>
    <w:p>
      <w:r>
        <w:rPr>
          <w:rFonts w:ascii="Courier New" w:hAnsi="Courier New"/>
          <w:color w:val="555555"/>
          <w:sz w:val="20"/>
        </w:rPr>
        <w:t>[10]</w:t>
      </w:r>
    </w:p>
    <w:p>
      <w:r>
        <w:rPr>
          <w:rFonts w:ascii="Gentium Plus" w:hAnsi="Gentium Plus"/>
          <w:sz w:val="24"/>
        </w:rPr>
        <w:t>τὸ ὕδωρ ἐκ τῶν ἐντέρων, καὶ ἀθρόως πίπτει, καὶ συντόμως διαφωνεῖ. \|</w:t>
      </w:r>
    </w:p>
    <w:p>
      <w:pPr>
        <w:jc w:val="center"/>
      </w:pPr>
      <w:r>
        <w:rPr>
          <w:rFonts w:ascii="Gentium Plus" w:hAnsi="Gentium Plus"/>
          <w:b/>
          <w:sz w:val="24"/>
        </w:rPr>
        <w:t>ἀντίδοτος εἰς τὸ αὐτό.</w:t>
      </w:r>
    </w:p>
    <w:p>
      <w:r>
        <w:rPr>
          <w:rFonts w:ascii="Courier New" w:hAnsi="Courier New"/>
          <w:color w:val="555555"/>
          <w:sz w:val="20"/>
        </w:rPr>
        <w:t>[1]</w:t>
      </w:r>
    </w:p>
    <w:p>
      <w:r>
        <w:rPr>
          <w:rFonts w:ascii="Gentium Plus" w:hAnsi="Gentium Plus"/>
          <w:sz w:val="24"/>
        </w:rPr>
        <w:t>Ἴρεως Ἰλλυρικῆς κεκομμένης καὶ σεσησμένης στατῆρας ιβʹ, πεπέρεως στατῆρας ἕξ, μέλιτος κοτύλην αcʹ, σταφίδος ἀγι‐ γάρτου ἡμιχοίνικον· μίξας ἐν ταὐτῷ καὶ ποιήσας σύνθεμα, ἐγχυμάτιζε ἐκ τούτου, ἐμβαλὼν γο ϛʹ μετὰ οἴνου κοτύλης μιᾶς</w:t>
      </w:r>
    </w:p>
    <w:p>
      <w:r>
        <w:rPr>
          <w:rFonts w:ascii="Courier New" w:hAnsi="Courier New"/>
          <w:color w:val="555555"/>
          <w:sz w:val="20"/>
        </w:rPr>
        <w:t>[5]</w:t>
      </w:r>
    </w:p>
    <w:p>
      <w:r>
        <w:rPr>
          <w:rFonts w:ascii="Gentium Plus" w:hAnsi="Gentium Plus"/>
          <w:sz w:val="24"/>
        </w:rPr>
        <w:t>καὶ ἐλαίου κοτυλῶν δʹ διὰ στόματος ἐπὶ πάντων τῶν ἔσωθεν ἀλγημάτων.</w:t>
      </w:r>
    </w:p>
    <w:p>
      <w:pPr>
        <w:jc w:val="center"/>
      </w:pPr>
      <w:r>
        <w:rPr>
          <w:rFonts w:ascii="Gentium Plus" w:hAnsi="Gentium Plus"/>
          <w:b/>
          <w:sz w:val="24"/>
        </w:rPr>
        <w:t>ἄλλο περὶ ἐρρωγότος τι τῶν ἐντός, ὅπερ ἐστὶν</w:t>
      </w:r>
    </w:p>
    <w:p>
      <w:r>
        <w:rPr>
          <w:rFonts w:ascii="Courier New" w:hAnsi="Courier New"/>
          <w:color w:val="555555"/>
          <w:sz w:val="20"/>
        </w:rPr>
        <w:t>[t2]</w:t>
      </w:r>
    </w:p>
    <w:p>
      <w:r>
        <w:rPr>
          <w:rFonts w:ascii="Gentium Plus" w:hAnsi="Gentium Plus"/>
          <w:sz w:val="24"/>
        </w:rPr>
        <w:t>ἐπικίνδυνον.</w:t>
      </w:r>
    </w:p>
    <w:p>
      <w:r>
        <w:rPr>
          <w:rFonts w:ascii="Courier New" w:hAnsi="Courier New"/>
          <w:color w:val="555555"/>
          <w:sz w:val="20"/>
        </w:rPr>
        <w:t>[66 . 3]</w:t>
      </w:r>
    </w:p>
    <w:p>
      <w:r>
        <w:rPr>
          <w:rFonts w:ascii="Gentium Plus" w:hAnsi="Gentium Plus"/>
          <w:sz w:val="24"/>
        </w:rPr>
        <w:t>Ἐπειδὴ ἄδηλόν ἐστι τῷ μὴ τεχνίτῃ, ὅτι ποτέ ἐστι τὸ ῥαγέν, ἀνάγκη τοῦτο μηνῦσαι, ἐκ τίνων σημείων ἐπιγινώσκε‐ ται τῷ ἀγνοοῦντι. ἐὰν οὖν ἡ κοιλία ἢ ἔντερόν τι διαρραγῇ, σημεῖον γίνεται τοῦτο· φέρει τὴν κόπρον διὰ μυκτήρων καὶ</w:t>
      </w:r>
    </w:p>
    <w:p>
      <w:r>
        <w:rPr>
          <w:rFonts w:ascii="Courier New" w:hAnsi="Courier New"/>
          <w:color w:val="555555"/>
          <w:sz w:val="20"/>
        </w:rPr>
        <w:t>[5]</w:t>
      </w:r>
    </w:p>
    <w:p>
      <w:r>
        <w:rPr>
          <w:rFonts w:ascii="Gentium Plus" w:hAnsi="Gentium Plus"/>
          <w:sz w:val="24"/>
        </w:rPr>
        <w:t>ἱδροῖ. ἐὰν δὲ ἡ κύστις, ὑγρὰ παραχρῆμα διὰ τῆς ἕδρας ἐκ‐ κρίνει. ἐὰν δὲ τοῦ πνεύμονός τι ῥαγῇ, αἷμα διὰ τῶν μυκτή‐ ρων ἐκβάλλει. εἰ δὲ τὸ ἧπαρ πάθοι, τὸ αἰδοῖον οἰδεῖ καὶ ἡ \ κοιλία καὶ οἱ μηροί. ἐὰν δὲ ὁ σπλήν, κάμνει καὶ τροφὴν οὐ προσίεται. ἐὰν δὲ οἱ νεφροί, αἷμα οὐρεῖ.</w:t>
      </w:r>
    </w:p>
    <w:p>
      <w:r>
        <w:rPr>
          <w:rFonts w:ascii="Courier New" w:hAnsi="Courier New"/>
          <w:color w:val="555555"/>
          <w:sz w:val="20"/>
        </w:rPr>
        <w:t>[66 . 4]</w:t>
      </w:r>
    </w:p>
    <w:p>
      <w:r>
        <w:rPr>
          <w:rFonts w:ascii="Gentium Plus" w:hAnsi="Gentium Plus"/>
          <w:sz w:val="24"/>
        </w:rPr>
        <w:t>ἐὰν μὲν οὖν ἡ κοιλία ἢ ἔντερον ῥαγῇ ἢ κύστις, βοηθῶν οὐδὲν ἀνύσεις. ἐὰν δὲ ὁ πνεύμων πάθῃ, λευκῶν ὀρόβων χοί‐ νικας δύο καὶ ἁλῶν ὀξύβαφον αʹ φυράσας μεθ’ ὕδατος καὶ πλάσας ἄρτον, καὶ μετὰ τὸ ξηρανθῆναι καύσας, τρῖψον λίαν,</w:t>
      </w:r>
    </w:p>
    <w:p>
      <w:r>
        <w:rPr>
          <w:rFonts w:ascii="Courier New" w:hAnsi="Courier New"/>
          <w:color w:val="555555"/>
          <w:sz w:val="20"/>
        </w:rPr>
        <w:t>[5]</w:t>
      </w:r>
    </w:p>
    <w:p>
      <w:r>
        <w:rPr>
          <w:rFonts w:ascii="Gentium Plus" w:hAnsi="Gentium Plus"/>
          <w:sz w:val="24"/>
        </w:rPr>
        <w:t>καὶ ἐν τῷ ποτίζειν ἐπίπασσε τῷ ποτῷ. ἐγχυμάτιζε δὲ καὶ διὰ στόματος οὕτως· κρόκον, σμύρναν, νάρδον Συριακήν, κασίαν, ἄμυλον, ἀριστολοχείαν τὴν λεπτήν, γλαύκιον, ἄγρωστιν, ἔλαιον· ταῦτα πάντα τὰ ξηρὰ λεάνας καὶ ἑνώσας τοῖς ὑγροῖς, ἐπί‐ βαλλε μέλιτος ὀξύβαφον καὶ οἴνου πρωτείου κοτύλην μίαν,</w:t>
      </w:r>
    </w:p>
    <w:p>
      <w:r>
        <w:rPr>
          <w:rFonts w:ascii="Courier New" w:hAnsi="Courier New"/>
          <w:color w:val="555555"/>
          <w:sz w:val="20"/>
        </w:rPr>
        <w:t>[10]</w:t>
      </w:r>
    </w:p>
    <w:p>
      <w:r>
        <w:rPr>
          <w:rFonts w:ascii="Gentium Plus" w:hAnsi="Gentium Plus"/>
          <w:sz w:val="24"/>
        </w:rPr>
        <w:t>καὶ διὰ μυκτῆρος ἔγχει· ἢ χυλῷ τῷ διὰ πτισάνης ἐπὶ πλεῖστον ὡσαύτως χρῶ. ἧπαρ δὲ εἰ πάθοι, ῥόϊζε, καὶ ἄλευρα πύρινα πρόσβαλλε τῷ ποτῷ χειμῶνος, θέρους δὲ κρίθινα, καὶ ἐγχυ‐ μάτιζε σύκων παλαιῶν ἀφεψήματι. πρὸς \| δὲ τοὺς νεφροὺς ἐν ἀκινησίᾳ διαφύλαττε τὸ ζῷον, καὶ ἐνάλειφε ἠρέμα κηρελαίῳ,</w:t>
      </w:r>
    </w:p>
    <w:p>
      <w:r>
        <w:rPr>
          <w:rFonts w:ascii="Courier New" w:hAnsi="Courier New"/>
          <w:color w:val="555555"/>
          <w:sz w:val="20"/>
        </w:rPr>
        <w:t>[15]</w:t>
      </w:r>
    </w:p>
    <w:p>
      <w:r>
        <w:rPr>
          <w:rFonts w:ascii="Gentium Plus" w:hAnsi="Gentium Plus"/>
          <w:sz w:val="24"/>
        </w:rPr>
        <w:t>καὶ σχολαζέτω, ἕως ἂν θεραπευθῇ.</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Βοτάνη τίς ἐστιν ἐν τοῖς τείχεσι καὶ ταῖς πέτραις γενο‐ μένη, ἣν ἰατρῶν μὲν παῖδες πολύγονον ὀνομάζουσιν, ἰδιῶ‐ ται δὲ σύμφυτον, καὶ Μακεδόνες ὀστεοκόλλον, προφῆται δὲ παλλάντιον 〈αὐτὴν καλοῦσιν.〉 ἣν καί φασι συνεψομένην δια‐</w:t>
      </w:r>
    </w:p>
    <w:p>
      <w:r>
        <w:rPr>
          <w:rFonts w:ascii="Courier New" w:hAnsi="Courier New"/>
          <w:color w:val="555555"/>
          <w:sz w:val="20"/>
        </w:rPr>
        <w:t>[5]</w:t>
      </w:r>
    </w:p>
    <w:p>
      <w:r>
        <w:rPr>
          <w:rFonts w:ascii="Gentium Plus" w:hAnsi="Gentium Plus"/>
          <w:sz w:val="24"/>
        </w:rPr>
        <w:t>μεμερισμένοις κρέασιν ἑνοῦν αὐτά. διὸ καὶ σύμφυτος λέγεται καὶ ὀστεοκόλλος, ἐξ οὗ δρᾷ, τὴν ὀνομασίαν λαχοῦσα. αὕτη</w:t>
      </w:r>
    </w:p>
    <w:p>
      <w:r>
        <w:rPr>
          <w:rFonts w:ascii="Courier New" w:hAnsi="Courier New"/>
          <w:color w:val="555555"/>
          <w:sz w:val="20"/>
        </w:rPr>
        <w:t>[10]</w:t>
      </w:r>
    </w:p>
    <w:p>
      <w:r>
        <w:rPr>
          <w:rFonts w:ascii="Gentium Plus" w:hAnsi="Gentium Plus"/>
          <w:sz w:val="24"/>
        </w:rPr>
        <w:t>εὐτονοῦσα διὰ πολυγονατίαν τῇ τάσει τῆς χειρὸς τῶν ἐπι‐ λαμβανομένων αὐτῆς ῥᾷστα τῶν γονάτων ἀφίσταται. οὐ φεί‐ δεται δὲ καὶ ἡ πόα καὶ ἐπὶ δένδρων ἄρριζος φύεσθαι.〉 ταύ‐ την λαμβάνοντες χλωράν, συνέψουσιν οἴνῳ, μέχρι τοῦ ἀπο‐ τριτωθῆναι, καὶ ἐγχυματίζουσι τὰς ἑαυτῶν ἱππάδας καὶ τοὺς</w:t>
      </w:r>
    </w:p>
    <w:p>
      <w:r>
        <w:rPr>
          <w:rFonts w:ascii="Courier New" w:hAnsi="Courier New"/>
          <w:color w:val="555555"/>
          <w:sz w:val="20"/>
        </w:rPr>
        <w:t>[15]</w:t>
      </w:r>
    </w:p>
    <w:p>
      <w:r>
        <w:rPr>
          <w:rFonts w:ascii="Gentium Plus" w:hAnsi="Gentium Plus"/>
          <w:sz w:val="24"/>
        </w:rPr>
        <w:t>ἵππους οἱ Σπάνοι. χρῶνται δὲ αὐτῇ καὶ προφυλακτικῷ νό‐ σων φαρμάκῳ, καὶ εἴ τι τῶν \| ἐντὸς ὑποπτεύουσι διερρωγέναι, τούτῳ βοηθοῦσι.</w:t>
      </w:r>
    </w:p>
    <w:p>
      <w:pPr>
        <w:jc w:val="center"/>
      </w:pPr>
      <w:r>
        <w:rPr>
          <w:rFonts w:ascii="Gentium Plus" w:hAnsi="Gentium Plus"/>
          <w:b/>
          <w:sz w:val="24"/>
        </w:rPr>
        <w:t>ἄλλο πρὸς πάντα τὰ ἐντὸς πάθη.</w:t>
      </w:r>
    </w:p>
    <w:p>
      <w:r>
        <w:rPr>
          <w:rFonts w:ascii="Courier New" w:hAnsi="Courier New"/>
          <w:color w:val="555555"/>
          <w:sz w:val="20"/>
        </w:rPr>
        <w:t>[1]</w:t>
      </w:r>
    </w:p>
    <w:p>
      <w:r>
        <w:rPr>
          <w:rFonts w:ascii="Gentium Plus" w:hAnsi="Gentium Plus"/>
          <w:sz w:val="24"/>
        </w:rPr>
        <w:t>Βούτυρον, ὀποπάνακα, σμύρναν, μέλι, ἴσῳ σταθμῷ βαλὼν καὶ οἴνῳ συλλειώσας, διὰ τοῦ ἀριστεροῦ μυκτῆρος ἔμβαλλε.</w:t>
      </w:r>
    </w:p>
    <w:p>
      <w:pPr>
        <w:jc w:val="center"/>
      </w:pPr>
      <w:r>
        <w:rPr>
          <w:rFonts w:ascii="Gentium Plus" w:hAnsi="Gentium Plus"/>
          <w:b/>
          <w:sz w:val="24"/>
        </w:rPr>
        <w:t>ἐὰν ἀπὸ τραύματος ἔντερα προπέσῃ.</w:t>
      </w:r>
    </w:p>
    <w:p>
      <w:r>
        <w:rPr>
          <w:rFonts w:ascii="Courier New" w:hAnsi="Courier New"/>
          <w:color w:val="555555"/>
          <w:sz w:val="20"/>
        </w:rPr>
        <w:t>[1]</w:t>
      </w:r>
    </w:p>
    <w:p>
      <w:r>
        <w:rPr>
          <w:rFonts w:ascii="Gentium Plus" w:hAnsi="Gentium Plus"/>
          <w:sz w:val="24"/>
        </w:rPr>
        <w:t>Πτερὸν γυπὸς ἐλαίῳ βρέξας, ἔμβαλε εἰς τὸ στόμα, μέχρις οὗ τῆς καταπόθρας ἁψάμενον ἔμετον ποιήσῃ. καὶ ἐὰν ἑλκύσῃ τὰ ἐντός, τότε τὸν τόπον ῥάπτε, συναγαγὼν τὰς ἑκατέρου ἀρ‐ χάς, τὸ δὲ ἕλκος τοῖς τραυματικοῖς βοηθήμασι θεράπευε.</w:t>
      </w:r>
    </w:p>
    <w:p>
      <w:pPr>
        <w:jc w:val="center"/>
      </w:pPr>
      <w:r>
        <w:rPr>
          <w:rFonts w:ascii="Gentium Plus" w:hAnsi="Gentium Plus"/>
          <w:b/>
          <w:sz w:val="24"/>
        </w:rPr>
        <w:t>πρὸς τὴν τῶν ἐντὸς πρόπτωσιν.</w:t>
      </w:r>
    </w:p>
    <w:p>
      <w:r>
        <w:rPr>
          <w:rFonts w:ascii="Courier New" w:hAnsi="Courier New"/>
          <w:color w:val="555555"/>
          <w:sz w:val="20"/>
        </w:rPr>
        <w:t>[1]</w:t>
      </w:r>
    </w:p>
    <w:p>
      <w:r>
        <w:rPr>
          <w:rFonts w:ascii="Gentium Plus" w:hAnsi="Gentium Plus"/>
          <w:sz w:val="24"/>
        </w:rPr>
        <w:t>Τὸ δέρμα, ὃ εἰς δύο μέρη διῄρηται, ἐπιδέσμει πάλιν, καὶ τὸ περιττεῦον ἀπότεμνε, καὶ τῷ τραυματικῷ βοηθήματι θερά‐ πευε. ὠφελεῖ δὲ καὶ τὸ σκέπεσθαι τὸν ἵππον, ὥστε ἱδροῦν. περιπάτου δὲ ἀπεχέσθω καὶ ποτοῦ μάλιστα. καὶ \| τροφὴν ἐχέτω</w:t>
      </w:r>
    </w:p>
    <w:p>
      <w:r>
        <w:rPr>
          <w:rFonts w:ascii="Courier New" w:hAnsi="Courier New"/>
          <w:color w:val="555555"/>
          <w:sz w:val="20"/>
        </w:rPr>
        <w:t>[5]</w:t>
      </w:r>
    </w:p>
    <w:p>
      <w:r>
        <w:rPr>
          <w:rFonts w:ascii="Gentium Plus" w:hAnsi="Gentium Plus"/>
          <w:sz w:val="24"/>
        </w:rPr>
        <w:t>πτελέας φύλλα καὶ ἡδύοσμον χλωρὸν καὶ τρίφυλλον βοτάνην. ἐγχυμάτιζε δὲ οὕτως· καρδάμου λευκοῦ σπέρμα λειῶν μετὰ λιβάνου ῥίζης καὶ πεπέρεως κόκκων ἕξ, καὶ δαύκου Κρητικοῦ σπέρματος κυάθων τριῶν, μίξας οἴνῳ παλαιῷ καὶ μέλιτι, διὰ στόματος ἐπὶ ἡμέραις ἑπτὰ ἐγχυμάτιζε. ἢ ἀσπαράγου ῥίζαν ἢ</w:t>
      </w:r>
    </w:p>
    <w:p>
      <w:r>
        <w:rPr>
          <w:rFonts w:ascii="Courier New" w:hAnsi="Courier New"/>
          <w:color w:val="555555"/>
          <w:sz w:val="20"/>
        </w:rPr>
        <w:t>[10]</w:t>
      </w:r>
    </w:p>
    <w:p>
      <w:r>
        <w:rPr>
          <w:rFonts w:ascii="Gentium Plus" w:hAnsi="Gentium Plus"/>
          <w:sz w:val="24"/>
        </w:rPr>
        <w:t>σπέρμα μεθ’ ὕδατος ἑψήσας, ἕως ἀποτριτωθῇ, ἐπὶ ἡμέραις τέσσαρσι καθ’ ἑκάστην ἡμίναν μίαν διὰ μυκτήρων ἔγχει. καὶ μετὰ ταῦτα ὀποπάνακα, σαγάπηνον, μέλι, βούτυρον ἀνὰ γο βʹ μετὰ οἴνου παλαιοῦ ἡμίνης διὰ στόματος ἐπὶ ἡμέραις δίδου τρισί. βλάπτειν δὲ ὡς ἐπὶ τὸ πλεῖστον εἰωθε τὰ ζῷα φλοιὸς</w:t>
      </w:r>
    </w:p>
    <w:p>
      <w:r>
        <w:rPr>
          <w:rFonts w:ascii="Courier New" w:hAnsi="Courier New"/>
          <w:color w:val="555555"/>
          <w:sz w:val="20"/>
        </w:rPr>
        <w:t>[15]</w:t>
      </w:r>
    </w:p>
    <w:p>
      <w:r>
        <w:rPr>
          <w:rFonts w:ascii="Gentium Plus" w:hAnsi="Gentium Plus"/>
          <w:sz w:val="24"/>
        </w:rPr>
        <w:t>Κυρηναϊκὸς ἐν τῇ τροφῇ εὑρισκόμενος ἢ ἐν πόματι. θερα‐ πεύσεις οὖν οὕτως· μέλι καὶ ἡδύοσμον ἄγριον λειώσας ἐν ταὐτῷ καὶ ἐν οἴνῳ χλιάνας, διὰ μυκτήρων ἔγχει. \|</w:t>
      </w:r>
    </w:p>
    <w:p>
      <w:pPr>
        <w:jc w:val="center"/>
      </w:pPr>
      <w:r>
        <w:rPr>
          <w:rFonts w:ascii="Gentium Plus" w:hAnsi="Gentium Plus"/>
          <w:b/>
          <w:sz w:val="24"/>
        </w:rPr>
        <w:t>περὶ βουλιμιῶντος.</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Ἡρακλείωνι χιλιάρχῳ χαίρειν. τῷ βουλι‐ μιῶντι δεῖ βοηθεῖν οὕτως· ἄρτου τὸ ἁπαλὸν ἐμβρέξαντας ἐν οἴνῳ καὶ ἀνατρίψαντας, ἐγχυματίζειν διὰ τοῦ στόματος. καὶ τοῦτο μὲν ἐπὶ τῆς ὁδοῦ. ὅταν δὲ γένηται ἐν οἴκῳ, σεμιδάλεως κυάθους</w:t>
      </w:r>
    </w:p>
    <w:p>
      <w:r>
        <w:rPr>
          <w:rFonts w:ascii="Courier New" w:hAnsi="Courier New"/>
          <w:color w:val="555555"/>
          <w:sz w:val="20"/>
        </w:rPr>
        <w:t>[5]</w:t>
      </w:r>
    </w:p>
    <w:p>
      <w:r>
        <w:rPr>
          <w:rFonts w:ascii="Gentium Plus" w:hAnsi="Gentium Plus"/>
          <w:sz w:val="24"/>
        </w:rPr>
        <w:t>τρεῖς φυράσαντας καὶ διέντας ἐν οἴνῳ, ὡσαύτως ἐγχυματίζειν. ἢ στροβίλους καθαρῶς τρίψαντας μετὰ οἴνου διδόναι.</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Τῷ βουλιμιῶντι τούτῳ βοηθοῦσι τῷ τρόπῳ· ἄρτου τὰ ἁπαλὰ βρέξαντες ἐν οἴνῳ διδόασι καὶ ἀνατρίβουσιν ἐγχυματί‐ ζουσί τε. καὶ διὰ στροβίλων δὲ ὁμοίως τοῦτο ποιοῦσι, τὸ αὐτὸ</w:t>
      </w:r>
    </w:p>
    <w:p>
      <w:pPr>
        <w:jc w:val="center"/>
      </w:pPr>
      <w:r>
        <w:rPr>
          <w:rFonts w:ascii="Gentium Plus" w:hAnsi="Gentium Plus"/>
          <w:b/>
          <w:sz w:val="24"/>
        </w:rPr>
        <w:t>ἄλλο. \</w:t>
      </w:r>
    </w:p>
    <w:p>
      <w:r>
        <w:rPr>
          <w:rFonts w:ascii="Courier New" w:hAnsi="Courier New"/>
          <w:color w:val="555555"/>
          <w:sz w:val="20"/>
        </w:rPr>
        <w:t>[1]</w:t>
      </w:r>
    </w:p>
    <w:p>
      <w:r>
        <w:rPr>
          <w:rFonts w:ascii="Gentium Plus" w:hAnsi="Gentium Plus"/>
          <w:sz w:val="24"/>
        </w:rPr>
        <w:t>Ἔσθ’ ὅτε ἵπποι μὴ φέροντες τὸν λιμὸν καταπίπτουσιν. οἷς εὐχερῶς ἐκτὸς μεγάλης ζημίας βοηθῆσαί ἐστι δυνατόν. καὶ γὰρ ὅταν ἄρχηται ἀπὸ τοῦ τοιούτου λιμοῦ κινδυνεύειν, καθαροῦ ἄρτου μέρος εἰς οἶνον ἐμβρέξας καὶ ἐν αὐτῷ τῷ οἴνῳ</w:t>
      </w:r>
    </w:p>
    <w:p>
      <w:r>
        <w:rPr>
          <w:rFonts w:ascii="Courier New" w:hAnsi="Courier New"/>
          <w:color w:val="555555"/>
          <w:sz w:val="20"/>
        </w:rPr>
        <w:t>[5]</w:t>
      </w:r>
    </w:p>
    <w:p>
      <w:r>
        <w:rPr>
          <w:rFonts w:ascii="Gentium Plus" w:hAnsi="Gentium Plus"/>
          <w:sz w:val="24"/>
        </w:rPr>
        <w:t>λειώσας, ὥστε χυλὸν ἐκ τούτου ποιῆσαι, καὶ μετὰ κέρατος ἐγ‐ χυματίσας βοηθήσεις. ἀλλὰ τοῦτο ἢ ἐν τῇ ἀρχῇ τοῦ λιμοῦ ἢ ἐν ὁδῷ ποίησον, ὅπου οὐκ ἔστι τὰ χρειώδη εὑρεῖν. εἰ δὲ παραμείνῃ ἡ τοιαύτη νόσος, σεμιδάλεως κυάθους τρεῖς μετὰ οἴνου μίξας, διὰ κέρατος δίδου.</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Εἰ λιμὸν τὸ ζῷον ὑπομείνῃ, καὶ τὰ ἁρμόζοντα τῇ θερα‐ πείᾳ ἐλλείψει, γῆν ἐν οἴνῳ φυράσας, ἔμβαλε τῇ αὐτοῦ φάρυγι, ἢ σφαιρία ποιήσας ἐξ αὐτῆς διὰ στόματος δίδου. \|</w:t>
      </w:r>
    </w:p>
    <w:p>
      <w:pPr>
        <w:jc w:val="center"/>
      </w:pPr>
      <w:r>
        <w:rPr>
          <w:rFonts w:ascii="Gentium Plus" w:hAnsi="Gentium Plus"/>
          <w:b/>
          <w:sz w:val="24"/>
        </w:rPr>
        <w:t>περὶ τῶν ἰσχναινομένων ἐξ ἀδήλου αἰτίας.</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Φρόντωνι Βαλλερίῳ χαίρειν. ἔγραψάς μοι ἐπερωτῶν, τίνι δεῖ βοηθήματι χρῆσθαι πρὸς τοὺς ἀπισχναινο‐ μένους ἐξ ἀδήλου αἰτίας. βοηθοῦνται δὲ οὗτοι ἐγχυματιζόμενοι οἴνῳ καὶ ἐλαίῳ καὶ σμύρνης τριωβόλου ὁλκῇ. ἢ πεπέρεως λευ‐</w:t>
      </w:r>
    </w:p>
    <w:p>
      <w:r>
        <w:rPr>
          <w:rFonts w:ascii="Courier New" w:hAnsi="Courier New"/>
          <w:color w:val="555555"/>
          <w:sz w:val="20"/>
        </w:rPr>
        <w:t>[5]</w:t>
      </w:r>
    </w:p>
    <w:p>
      <w:r>
        <w:rPr>
          <w:rFonts w:ascii="Gentium Plus" w:hAnsi="Gentium Plus"/>
          <w:sz w:val="24"/>
        </w:rPr>
        <w:t>κοῦ κόκκους κʹ τρίψαντα διδόναι. ἢ πήγανον ἀναζέσαντα τῷ οἴνῳ ἐγχυματίζειν, ἢ ἐλελίσφακον τὸ αὐτὸ ποιεῖν, ἢ πολιό‐ φυλλον ὡσαύτως. ἔστω δὲ ἐν παντὶ τὸ πλῆθος κοτύλη οἴνου εὐώδους καὶ ἐλαίου παλαιοῦ κύαθος. ἔστι δὲ οὐκ ἄδηλον τὸ πάθος, ἀλλὰ κατὰ ψῦξιν. οἱ πρὸ ἡμῶν δὲ εἶπον ἄδηλον. ὁ</w:t>
      </w:r>
    </w:p>
    <w:p>
      <w:r>
        <w:rPr>
          <w:rFonts w:ascii="Courier New" w:hAnsi="Courier New"/>
          <w:color w:val="555555"/>
          <w:sz w:val="20"/>
        </w:rPr>
        <w:t>[10]</w:t>
      </w:r>
    </w:p>
    <w:p>
      <w:r>
        <w:rPr>
          <w:rFonts w:ascii="Gentium Plus" w:hAnsi="Gentium Plus"/>
          <w:sz w:val="24"/>
        </w:rPr>
        <w:t>δὲ τοιοῦτος, ὅταν ᾖ μὴ τρώγων καὶ τῷ σώματι \ ὀρθὰς ἔχων τὰς τρίχας, ἐγχυματίζεται ὑὸς αἵματι μὴ παλαιᾶς μετὰ οἴνου ἴσον ἑκάτερον διὰ τοῦ στόματος. λέγεται δὲ ὑπό τινων κρόμυα καὶ εὐζώμου τὸν καρπὸν ἀνιέντας ἐν οἴνῳ ἐγ‐ χυματίζειν διὰ τοῦ στόματος. ἢ ἀρτεμισίας βοτάνης ποιοῦντας</w:t>
      </w:r>
    </w:p>
    <w:p>
      <w:r>
        <w:rPr>
          <w:rFonts w:ascii="Courier New" w:hAnsi="Courier New"/>
          <w:color w:val="555555"/>
          <w:sz w:val="20"/>
        </w:rPr>
        <w:t>[15]</w:t>
      </w:r>
    </w:p>
    <w:p>
      <w:r>
        <w:rPr>
          <w:rFonts w:ascii="Gentium Plus" w:hAnsi="Gentium Plus"/>
          <w:sz w:val="24"/>
        </w:rPr>
        <w:t>ἀπόβρεγμα διδόναι εἰς τὸ ποτόν, καὶ εἰς τὸ λοιπὸν δὲ ὕδωρ τοῦ νίτρου μιγνύντας διδόναι. ὠφέλιμον δὲ τούτοις καὶ τὴν γράστιν παραβάλλειν, ἐὰν ᾖ καιρός, πυρίνην.</w:t>
      </w:r>
    </w:p>
    <w:p>
      <w:pPr>
        <w:jc w:val="center"/>
      </w:pPr>
      <w:r>
        <w:rPr>
          <w:rFonts w:ascii="Gentium Plus" w:hAnsi="Gentium Plus"/>
          <w:b/>
          <w:sz w:val="24"/>
        </w:rPr>
        <w:t>Ἱεροκλέους εἰς τὸ αὐτό.</w:t>
      </w:r>
    </w:p>
    <w:p>
      <w:r>
        <w:rPr>
          <w:rFonts w:ascii="Courier New" w:hAnsi="Courier New"/>
          <w:color w:val="555555"/>
          <w:sz w:val="20"/>
        </w:rPr>
        <w:t>[68 . 2]</w:t>
      </w:r>
    </w:p>
    <w:p>
      <w:r>
        <w:rPr>
          <w:rFonts w:ascii="Gentium Plus" w:hAnsi="Gentium Plus"/>
          <w:sz w:val="24"/>
        </w:rPr>
        <w:t>Πρὸς τοὺς ἐξ ἀδήλου αἰτίας ἰσχνοὺς γινομένους χρῆσθαι δεῖ ἐγχυματισμῷ τῷ δι’ οἴνου καὶ ἐλαίου καὶ σμύρνης ὁλκῇ τριωβόλου. ἢ πεπέρεως λευκοῦ κόκκους εἴκοσι τρίψαντα ἢ πήγανον ἐν οἴνῳ ζέσαντα ἐγχυματίζειν. ἔστω δὲ πανταχοῦ</w:t>
      </w:r>
    </w:p>
    <w:p>
      <w:r>
        <w:rPr>
          <w:rFonts w:ascii="Courier New" w:hAnsi="Courier New"/>
          <w:color w:val="555555"/>
          <w:sz w:val="20"/>
        </w:rPr>
        <w:t>[5]</w:t>
      </w:r>
    </w:p>
    <w:p>
      <w:r>
        <w:rPr>
          <w:rFonts w:ascii="Gentium Plus" w:hAnsi="Gentium Plus"/>
          <w:sz w:val="24"/>
        </w:rPr>
        <w:t>οἴνου εὐώδους κοτύλη καὶ ἐλαίου κύαθος. φησὶ δὲ Ἄψυρτος οὐκ ἄδηλον εἶναι τὴν αἰτίαν, ἀλλ’ ἀπὸ ψύξεως \| γίνεσθαι. ἐὰν μέντοι μὴ τρώγῃ, ἀλλὰ καὶ ὀρθὰς ἔχῃ τὰς τρίχας, ἐγχυμάτιζε διὰ στόματος αἵματι ὑὸς μὴ παλαιᾶς μετὰ οἴνου, ἐξ ἴσου ἀμ‐ φότερα μίξας. ἔνιοι δὲ κρόμυα καὶ εὐζώμου σπέρμα διέντες</w:t>
      </w:r>
    </w:p>
    <w:p>
      <w:r>
        <w:rPr>
          <w:rFonts w:ascii="Courier New" w:hAnsi="Courier New"/>
          <w:color w:val="555555"/>
          <w:sz w:val="20"/>
        </w:rPr>
        <w:t>[10]</w:t>
      </w:r>
    </w:p>
    <w:p>
      <w:r>
        <w:rPr>
          <w:rFonts w:ascii="Gentium Plus" w:hAnsi="Gentium Plus"/>
          <w:sz w:val="24"/>
        </w:rPr>
        <w:t>οἴνῳ, ἐγχυματίζουσι διὰ στόματος. καλὸν δὲ καὶ τὴν ἀρτεμι‐ σίαν βοτάνην ἀποβρέχοντα εἰς οἶνον διδόναι καὶ ὅλον δὲ τὸν ποτὸν τοιοῦτον παρέχειν. γράστιν δέ, ἐὰν ὁ καιρὸς ᾖ, παρα‐ βάλλειν πυρίνην.</w:t>
      </w:r>
    </w:p>
    <w:p>
      <w:r>
        <w:rPr>
          <w:rFonts w:ascii="Courier New" w:hAnsi="Courier New"/>
          <w:color w:val="555555"/>
          <w:sz w:val="20"/>
        </w:rPr>
        <w:t>[68 . 3]</w:t>
      </w:r>
    </w:p>
    <w:p>
      <w:r>
        <w:rPr>
          <w:rFonts w:ascii="Gentium Plus" w:hAnsi="Gentium Plus"/>
          <w:sz w:val="24"/>
        </w:rPr>
        <w:t>τῷ δὲ ἀπὸ κόπου συνεχοῦς ὄντι καὶ διὰ τοῦτο ἰσχνωθέντι</w:t>
      </w:r>
    </w:p>
    <w:p>
      <w:r>
        <w:rPr>
          <w:rFonts w:ascii="Courier New" w:hAnsi="Courier New"/>
          <w:color w:val="555555"/>
          <w:sz w:val="20"/>
        </w:rPr>
        <w:t>[5]</w:t>
      </w:r>
    </w:p>
    <w:p>
      <w:r>
        <w:rPr>
          <w:rFonts w:ascii="Gentium Plus" w:hAnsi="Gentium Plus"/>
          <w:sz w:val="24"/>
        </w:rPr>
        <w:t>πρὶν ἢ ποτίζειν τὸν ἵππον, ἐπὶ ἡμέραις τριάκοντα, καὶ τὰς κριθὰς φρύγων παράβαλλε. τὸ δὲ ἔρεγμα μὴ λεπτὸν γινέσθω. \|</w:t>
      </w:r>
    </w:p>
    <w:p>
      <w:pPr>
        <w:jc w:val="center"/>
      </w:pPr>
      <w:r>
        <w:rPr>
          <w:rFonts w:ascii="Gentium Plus" w:hAnsi="Gentium Plus"/>
          <w:b/>
          <w:sz w:val="24"/>
        </w:rPr>
        <w:t>ἄλλο εἰς τὸ αὐτὸ Εὐμήλου.</w:t>
      </w:r>
    </w:p>
    <w:p>
      <w:r>
        <w:rPr>
          <w:rFonts w:ascii="Courier New" w:hAnsi="Courier New"/>
          <w:color w:val="555555"/>
          <w:sz w:val="20"/>
        </w:rPr>
        <w:t>[1]</w:t>
      </w:r>
    </w:p>
    <w:p>
      <w:r>
        <w:rPr>
          <w:rFonts w:ascii="Gentium Plus" w:hAnsi="Gentium Plus"/>
          <w:sz w:val="24"/>
        </w:rPr>
        <w:t>Ἐὰν δίχα τινὸς ἀνωμαλίας ἴσχνωσις γένηται ζῴοις, σίτῳ καὶ κριθαῖς πεφρυγμέναις ἀναληφθήσονται. πολλάκις δὲ καὶ οἶνος ἐν τῷ παρ’ αὐτῶν πινομένῳ ὕδατι μιγνύμενος, μέχρις οὗ τὴν κατὰ φύσιν ἀναλάβωσι ῥῶσιν, ὠφελήσει. τὰ δὲ τῶν</w:t>
      </w:r>
    </w:p>
    <w:p>
      <w:r>
        <w:rPr>
          <w:rFonts w:ascii="Courier New" w:hAnsi="Courier New"/>
          <w:color w:val="555555"/>
          <w:sz w:val="20"/>
        </w:rPr>
        <w:t>[5]</w:t>
      </w:r>
    </w:p>
    <w:p>
      <w:r>
        <w:rPr>
          <w:rFonts w:ascii="Gentium Plus" w:hAnsi="Gentium Plus"/>
          <w:sz w:val="24"/>
        </w:rPr>
        <w:t>τοιούτων σώματα πολλῆς τῆς τρίψεως δέονται πρὸς τὸ δι’ αὐτῆς πλείονα τὴν ὄρεξιν τῆς τροφῆς λαμβάνειν. χρὴ δὲ καὶ ἐν τόπῳ ξηρῷ αὐτὰ ἵστασθαι· τοῦτο γὰρ καὶ τῷ σώματι καὶ τοῖς ὄνυξιν αὐτῶν συμβάλλεται. προσμιγνύσθω δὲ τῇ τροφῇ καὶ ὄροβος. καὶ καθεύδουσι δὲ αὐτοῖς ἄχυρον ὑποστρωννύσθω.</w:t>
      </w:r>
    </w:p>
    <w:p>
      <w:pPr>
        <w:jc w:val="center"/>
      </w:pPr>
      <w:r>
        <w:rPr>
          <w:rFonts w:ascii="Gentium Plus" w:hAnsi="Gentium Plus"/>
          <w:b/>
          <w:sz w:val="24"/>
        </w:rPr>
        <w:t>Θεομνήστου εἰς τὸ αὐτὸ ἀντίδοτος.</w:t>
      </w:r>
    </w:p>
    <w:p>
      <w:r>
        <w:rPr>
          <w:rFonts w:ascii="Courier New" w:hAnsi="Courier New"/>
          <w:color w:val="555555"/>
          <w:sz w:val="20"/>
        </w:rPr>
        <w:t>[1]</w:t>
      </w:r>
    </w:p>
    <w:p>
      <w:r>
        <w:rPr>
          <w:rFonts w:ascii="Gentium Plus" w:hAnsi="Gentium Plus"/>
          <w:sz w:val="24"/>
        </w:rPr>
        <w:t>Ἀντιδότῳ χρήσῃ πρὸς τὰ κρυπτόμενα πάθη ταύτῃ, ἣ Ἀρμε‐ νίων μέν ἐστιν εὕρημα, ἐμοὶ δὲ διὰ πείρας πολλῆς ἔγνω‐ σται· κρόκου στατῆρας δύο, ἴρεως Ἰλλυρικῆς κεκομμένης στα‐ τῆρας ιβʹ, πεπέρεως στατῆρας ἕξ, μέλιτος \| ἡμικοτύλιον, στα‐</w:t>
      </w:r>
    </w:p>
    <w:p>
      <w:r>
        <w:rPr>
          <w:rFonts w:ascii="Courier New" w:hAnsi="Courier New"/>
          <w:color w:val="555555"/>
          <w:sz w:val="20"/>
        </w:rPr>
        <w:t>[5]</w:t>
      </w:r>
    </w:p>
    <w:p>
      <w:r>
        <w:rPr>
          <w:rFonts w:ascii="Gentium Plus" w:hAnsi="Gentium Plus"/>
          <w:sz w:val="24"/>
        </w:rPr>
        <w:t>φίδων ἡμιχοίνικον τῶν γιγάρτων ἐξῃρημένων, στροβίλων κα‐</w:t>
      </w:r>
    </w:p>
    <w:p>
      <w:pPr>
        <w:jc w:val="center"/>
      </w:pPr>
      <w:r>
        <w:rPr>
          <w:rFonts w:ascii="Gentium Plus" w:hAnsi="Gentium Plus"/>
          <w:b/>
          <w:sz w:val="24"/>
        </w:rPr>
        <w:t>Πελαγωνίου εἰς τὸ αὐτό.</w:t>
      </w:r>
    </w:p>
    <w:p>
      <w:r>
        <w:rPr>
          <w:rFonts w:ascii="Courier New" w:hAnsi="Courier New"/>
          <w:color w:val="555555"/>
          <w:sz w:val="20"/>
        </w:rPr>
        <w:t>[1]</w:t>
      </w:r>
    </w:p>
    <w:p>
      <w:r>
        <w:rPr>
          <w:rFonts w:ascii="Gentium Plus" w:hAnsi="Gentium Plus"/>
          <w:sz w:val="24"/>
        </w:rPr>
        <w:t>Κριθῶν μοδίους τρεῖς, φάβατος ξέ. ϛʹ, ἐρεβίνθου ξέ. ηʹ, σίτου ξέ. ἕξ, φασιούλου ξέ. δʹ, τήλεως ξέ. γʹ, σταφίδων τε καὶ στροβίλων ἀνὰ ξέστην ἕνα λαβών, καὶ ἐκ τούτων ἁπάντων ποιήσας μόδιον αʹ, βρέξον εἰς καθαρὸν ὕδωρ πρὸ μιᾶς τῆς</w:t>
      </w:r>
    </w:p>
    <w:p>
      <w:r>
        <w:rPr>
          <w:rFonts w:ascii="Courier New" w:hAnsi="Courier New"/>
          <w:color w:val="555555"/>
          <w:sz w:val="20"/>
        </w:rPr>
        <w:t>[5]</w:t>
      </w:r>
    </w:p>
    <w:p>
      <w:r>
        <w:rPr>
          <w:rFonts w:ascii="Gentium Plus" w:hAnsi="Gentium Plus"/>
          <w:sz w:val="24"/>
        </w:rPr>
        <w:t>χρείας ἡμέρας, καὶ τὸ ὕδωρ κενώσας, ἔασον ξηρανθῆναι μι‐ κρόν, καὶ ἐκ τούτου τῷ ἵππῳ ἕωθεν δίδου ἡμιμέδιμνον, τὸ δὲ λοιπὸν τῇ ἑσπέρᾳ, καὶ τοῦτο καθ’ ἑκάστην μετὰ φιλοκαλίας ποίει. καὶ εἰ μὲν πάνυ λεπτός ᾖ, τριάκοντα συναπταῖς ἡμέ‐ ραις ἐγκεκλεισμένον ἐν θερμῇ ἱπποστασίᾳ κάτεχε τοῦτον, ὥστε</w:t>
      </w:r>
    </w:p>
    <w:p>
      <w:r>
        <w:rPr>
          <w:rFonts w:ascii="Courier New" w:hAnsi="Courier New"/>
          <w:color w:val="555555"/>
          <w:sz w:val="20"/>
        </w:rPr>
        <w:t>[10]</w:t>
      </w:r>
    </w:p>
    <w:p>
      <w:r>
        <w:rPr>
          <w:rFonts w:ascii="Gentium Plus" w:hAnsi="Gentium Plus"/>
          <w:sz w:val="24"/>
        </w:rPr>
        <w:t>ἔνδον ἐσθίειν καὶ πί\ εἴκοσιν οὕτω τρεφέσθω. εἰ δὲ πάνυ ἐκ ταύτης τῆς φιλοκαλίας πίων γένηται, χρὴ αὐτὸν ἀφαιμάσσεσθαι ἐκ τῆς κοιλίας, ὡς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Δελφάκιον μετὰ πτισάνης γαλαθηνὸν ἑψήσας, ἕως ἂν δια‐ λυθῶσιν αὐτοῦ αἱ σάρκες, ἐκ τούτου διὰ κέρατος ἐπὶ ἡμέραις τρισὶν ἔγχει.</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Πηγάνου δεσμὴν μικράν, σμύρνης γο βʹ, δαφνόκοκκα ιεʹ, κυμίνου Αἰθιοπικοῦ γο γʹ, ἐλαίου καλοῦ κοτύλης τὸ ἥμισυ, συνεψήσας μετὰ οἴνου μέλανος παλαιοῦ ξέστου ἑνός, ἐγχυ‐ μάτιζε ἐπὶ ἡμέραις τρισίν.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Σῖτον πεφρυγμένον ὕδατι καὶ μέλιτι μιγέντα καθ’ ἑκάστην ἡμέραν ὅσον μοδίου ποσότητα δίδου ἐπὶ ἡμέραις εἴκοσιν.</w:t>
      </w:r>
    </w:p>
    <w:p>
      <w:pPr>
        <w:jc w:val="center"/>
      </w:pPr>
      <w:r>
        <w:rPr>
          <w:rFonts w:ascii="Gentium Plus" w:hAnsi="Gentium Plus"/>
          <w:b/>
          <w:sz w:val="24"/>
        </w:rPr>
        <w:t>ἄλλο. \</w:t>
      </w:r>
    </w:p>
    <w:p>
      <w:r>
        <w:rPr>
          <w:rFonts w:ascii="Courier New" w:hAnsi="Courier New"/>
          <w:color w:val="555555"/>
          <w:sz w:val="20"/>
        </w:rPr>
        <w:t>[1]</w:t>
      </w:r>
    </w:p>
    <w:p>
      <w:r>
        <w:rPr>
          <w:rFonts w:ascii="Gentium Plus" w:hAnsi="Gentium Plus"/>
          <w:sz w:val="24"/>
        </w:rPr>
        <w:t>Θέρμους ἡψημένους καὶ γλυκεῖς, ὥστε καὶ ἄνθρωπον δύνασθαι αὐτοὺς ἐσθίειν, εἰς κόρον τῷ ζῴῳ πρόσαγε, μόδιον καθ’ ἡμέραν διδούς. εἰ δὲ μὴ ὦσιν οἱ θέρμοι γλυκεῖς, στρό‐ φους ἐν τῷ ζῴῳ κινήσουσιν.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Κάστανα εἰς φοῦρνον φρυγέντα ἐν ὅλμῳ κόψας, σύμμι‐ ξον ταῖς κριθαῖς μὴ πάνυ λεπτῶς τρίψας, καὶ τῷ ζῴῳ διδοὺς</w:t>
      </w:r>
    </w:p>
    <w:p>
      <w:pPr>
        <w:jc w:val="center"/>
      </w:pPr>
      <w:r>
        <w:rPr>
          <w:rFonts w:ascii="Gentium Plus" w:hAnsi="Gentium Plus"/>
          <w:b/>
          <w:sz w:val="24"/>
        </w:rPr>
        <w:t>προπότισμα εἰς τὸ αὐτό.</w:t>
      </w:r>
    </w:p>
    <w:p>
      <w:r>
        <w:rPr>
          <w:rFonts w:ascii="Courier New" w:hAnsi="Courier New"/>
          <w:color w:val="555555"/>
          <w:sz w:val="20"/>
        </w:rPr>
        <w:t>[1]</w:t>
      </w:r>
    </w:p>
    <w:p>
      <w:r>
        <w:rPr>
          <w:rFonts w:ascii="Gentium Plus" w:hAnsi="Gentium Plus"/>
          <w:sz w:val="24"/>
        </w:rPr>
        <w:t>Ὧιτινι ζῴῳ λεπτότης πρόσεστι καὶ ἀνωμαλία, θεραπεύεται οὕτως· θείου ἀπύρου γο cʹ, ᾠὸν ἄνεφθον ἕν, σμύρνης ποσό‐ τητα ὀβολοῦ ἑνὸς μετὰ οἴνου μίξας, τῇ φάρυγι ἔμβαλε. τοῦτο δὲ καὶ πρὸς βῆχα καὶ πόνους κοιλίας ὠφέλιμον.</w:t>
      </w:r>
    </w:p>
    <w:p>
      <w:pPr>
        <w:jc w:val="center"/>
      </w:pPr>
      <w:r>
        <w:rPr>
          <w:rFonts w:ascii="Gentium Plus" w:hAnsi="Gentium Plus"/>
          <w:b/>
          <w:sz w:val="24"/>
        </w:rPr>
        <w:t>ἄλλο περὶ ἰσχνότητος.</w:t>
      </w:r>
    </w:p>
    <w:p>
      <w:r>
        <w:rPr>
          <w:rFonts w:ascii="Courier New" w:hAnsi="Courier New"/>
          <w:color w:val="555555"/>
          <w:sz w:val="20"/>
        </w:rPr>
        <w:t>[1]</w:t>
      </w:r>
    </w:p>
    <w:p>
      <w:r>
        <w:rPr>
          <w:rFonts w:ascii="Gentium Plus" w:hAnsi="Gentium Plus"/>
          <w:sz w:val="24"/>
        </w:rPr>
        <w:t>Ἐὰν ζῴου τινὸς τὸ δέρμα καταξηρανθῇ, καὶ τῆς τροφῆς μὴ αἴσθηται προκοπήν, ὅπερ εἴωθε \| συμβαίνειν ἀπὸ καμάτου πολλοῦ, θεραπεύσεις οὕτως· ἐλαίῳ πηγανίνῳ πρότερον τούτου ἀπόχρισον τὸ σῶμα ὅλον, καὶ μετὰ ταῦτα δίδου τὸ ὑποτεταγ‐</w:t>
      </w:r>
    </w:p>
    <w:p>
      <w:r>
        <w:rPr>
          <w:rFonts w:ascii="Courier New" w:hAnsi="Courier New"/>
          <w:color w:val="555555"/>
          <w:sz w:val="20"/>
        </w:rPr>
        <w:t>[5]</w:t>
      </w:r>
    </w:p>
    <w:p>
      <w:r>
        <w:rPr>
          <w:rFonts w:ascii="Gentium Plus" w:hAnsi="Gentium Plus"/>
          <w:sz w:val="24"/>
        </w:rPr>
        <w:t>μένον προπότισμα· σταφυλίνου, τραγακάνθης, πηγάνου ἀγρίου, ἡδυόσμου ἀγρίου ἀνὰ γο αʹ, σελίνου, μελιλώτου καὶ ἀψινθίου Ποντικοῦ τὸ ἴσον, ὁμοῦ πάντα συμμίξας καὶ λεάνας καὶ μετὰ οἴνου καὶ ὕδατος ἑψήσας, προπότιζε.</w:t>
      </w:r>
    </w:p>
    <w:p>
      <w:pPr>
        <w:jc w:val="center"/>
      </w:pPr>
      <w:r>
        <w:rPr>
          <w:rFonts w:ascii="Gentium Plus" w:hAnsi="Gentium Plus"/>
          <w:b/>
          <w:sz w:val="24"/>
        </w:rPr>
        <w:t>περὶ ψώρας.</w:t>
      </w:r>
    </w:p>
    <w:p>
      <w:pPr>
        <w:jc w:val="center"/>
      </w:pPr>
      <w:r>
        <w:rPr>
          <w:rFonts w:ascii="Gentium Plus" w:hAnsi="Gentium Plus"/>
          <w:b/>
          <w:sz w:val="24"/>
        </w:rPr>
        <w:t>Αψύρτου.</w:t>
      </w:r>
    </w:p>
    <w:p>
      <w:r>
        <w:rPr>
          <w:rFonts w:ascii="Courier New" w:hAnsi="Courier New"/>
          <w:color w:val="555555"/>
          <w:sz w:val="20"/>
        </w:rPr>
        <w:t>[69 . 1]</w:t>
      </w:r>
    </w:p>
    <w:p>
      <w:r>
        <w:rPr>
          <w:rFonts w:ascii="Gentium Plus" w:hAnsi="Gentium Plus"/>
          <w:sz w:val="24"/>
        </w:rPr>
        <w:t>Ἄψυρτος Ἡγησαγόρᾳ κρατίστῳ ἰατρῷ χαίρειν. ἱπποτροφοῦντά σε ἀναγκαῖον εἰδέναι· ψώραν τὴν ἐν τοῖς ἵπποις γενομένην οὐ δεῖ προσφάτως θεραπεύειν, ἀλλ’ ἐᾶν, ἄχρις οὗ</w:t>
      </w:r>
    </w:p>
    <w:p>
      <w:r>
        <w:rPr>
          <w:rFonts w:ascii="Courier New" w:hAnsi="Courier New"/>
          <w:color w:val="555555"/>
          <w:sz w:val="20"/>
        </w:rPr>
        <w:t>[5]</w:t>
      </w:r>
    </w:p>
    <w:p>
      <w:r>
        <w:rPr>
          <w:rFonts w:ascii="Gentium Plus" w:hAnsi="Gentium Plus"/>
          <w:sz w:val="24"/>
        </w:rPr>
        <w:t>τιδος, ἣν τάχιον θεραπεύων στεγνώσεις τὴν ἔξοδον· στυπτι‐ κῶν γὰρ ὄντων τῶν προσφερομένων, ἀναγκαῖον ἔσω τρέπεσθαι καὶ συμβαίνει κακοποιεῖσθαι. ὅταν οὖν ἀκμάζειν δοκῇ, τότε θεράπευε, αἷμα ἀφαιρῶν ἐκ τῶν μεσοκυνίων καὶ βραχιόνων, ὁμοίως καὶ ἐκ τῶν ὀπισθίων, καὶ κατάχριε, ἄσφαλτον τρίψας</w:t>
      </w:r>
    </w:p>
    <w:p>
      <w:r>
        <w:rPr>
          <w:rFonts w:ascii="Courier New" w:hAnsi="Courier New"/>
          <w:color w:val="555555"/>
          <w:sz w:val="20"/>
        </w:rPr>
        <w:t>[10]</w:t>
      </w:r>
    </w:p>
    <w:p>
      <w:r>
        <w:rPr>
          <w:rFonts w:ascii="Gentium Plus" w:hAnsi="Gentium Plus"/>
          <w:sz w:val="24"/>
        </w:rPr>
        <w:t>λίαν καὶ θείου μέρος καὶ πίσσης ὑγρᾶς καὶ γλοιὸν \ ἄριστον δὲ βούτυρον μίσγειν· ἐὰν δὲ μὴ ᾖ, τότε γλοιὸν ἐν ταὐτῷ πάντα μίξας καὶ συντρίψας καὶ μέλιτος πάχος ποιήσας, χρήσῃ.</w:t>
      </w:r>
    </w:p>
    <w:p>
      <w:r>
        <w:rPr>
          <w:rFonts w:ascii="Courier New" w:hAnsi="Courier New"/>
          <w:color w:val="555555"/>
          <w:sz w:val="20"/>
        </w:rPr>
        <w:t>[69 . 2]</w:t>
      </w:r>
    </w:p>
    <w:p>
      <w:r>
        <w:rPr>
          <w:rFonts w:ascii="Gentium Plus" w:hAnsi="Gentium Plus"/>
          <w:sz w:val="24"/>
        </w:rPr>
        <w:t>καὶ τοῦτο δέ· ὄξος δριμύτατον καὶ γλοιὸν παιδικὸν καὶ κεδρέαν, ἀναζέσας ἐν ταὐτῷ, ξυλοσπόγγιον ποιήσας, θερμῶς κατάχριε. ἐὰν δὲ μὴ ᾖ κεδρέα, πίσσῃ χρῖε μὴ πολλῇ, προ‐ απόσμηχε δὲ οὔρῳ παλαιῷ, μίσγων ὕδωρ θερμόν, καὶ ὅσα δὲ</w:t>
      </w:r>
    </w:p>
    <w:p>
      <w:r>
        <w:rPr>
          <w:rFonts w:ascii="Courier New" w:hAnsi="Courier New"/>
          <w:color w:val="555555"/>
          <w:sz w:val="20"/>
        </w:rPr>
        <w:t>[5]</w:t>
      </w:r>
    </w:p>
    <w:p>
      <w:r>
        <w:rPr>
          <w:rFonts w:ascii="Gentium Plus" w:hAnsi="Gentium Plus"/>
          <w:sz w:val="24"/>
        </w:rPr>
        <w:t>στυπτικὰ ἁρμόζει. ἐνεργεῖ δὲ καὶ τοῦτο· θείου καὶ ἀσφάλτου, ἑκάστου τὸ ἴσον τρίψας, ἔλαιον ἐπιχέας ψυχρόν, κατάχριε, καὶ στηκέτω ἐν τῷ ἡλίῳ, νυκτὸς δὲ ὕπαιθρος, ἐὰν ᾖ θερεία. ἄριστον δὲ καὶ τοῦτο· στέαρ χοίρειον καὶ πίσσαν καὶ κηρόν,</w:t>
      </w:r>
    </w:p>
    <w:p>
      <w:r>
        <w:rPr>
          <w:rFonts w:ascii="Courier New" w:hAnsi="Courier New"/>
          <w:color w:val="555555"/>
          <w:sz w:val="20"/>
        </w:rPr>
        <w:t>[10]</w:t>
      </w:r>
    </w:p>
    <w:p>
      <w:r>
        <w:rPr>
          <w:rFonts w:ascii="Gentium Plus" w:hAnsi="Gentium Plus"/>
          <w:sz w:val="24"/>
        </w:rPr>
        <w:t>ἴσον ἑκάστου τήξας, καὶ θεῖον τρίψας μῖξον, καὶ ἔλαιον ἐπι‐ χέας θερμόν, ἐνάλειφε. ἁρμόζει δὲ καὶ ἡ κάθαρσις ἡ διὰ τοῦ νίτρου καὶ τοῦ σι‐</w:t>
      </w:r>
    </w:p>
    <w:p>
      <w:pPr>
        <w:jc w:val="center"/>
      </w:pPr>
      <w:r>
        <w:rPr>
          <w:rFonts w:ascii="Gentium Plus" w:hAnsi="Gentium Plus"/>
          <w:b/>
          <w:sz w:val="24"/>
        </w:rPr>
        <w:t>Ἱεροκλέους εἰς τὸ αὐτό.</w:t>
      </w:r>
    </w:p>
    <w:p>
      <w:r>
        <w:rPr>
          <w:rFonts w:ascii="Courier New" w:hAnsi="Courier New"/>
          <w:color w:val="555555"/>
          <w:sz w:val="20"/>
        </w:rPr>
        <w:t>[69 . 3]</w:t>
      </w:r>
    </w:p>
    <w:p>
      <w:r>
        <w:rPr>
          <w:rFonts w:ascii="Gentium Plus" w:hAnsi="Gentium Plus"/>
          <w:sz w:val="24"/>
        </w:rPr>
        <w:t>Εἰ ψώρα ἐπιγίγνοιτο, οὐ δεῖ παραχρῆμα αὐτὴν θερα‐ πεύειν, ἀλλὰ ἐᾶσαι, μέχρις ἂν ἔξω τρα\|πῇ. ἔστι γὰρ διάχυσις μάλεως τῆς ὑποδερματίτιδος. ἣν εἰ θᾶττον θεραπεύσεις, στε‐ γνώσεις τὴν ἔξοδον. στυπτικῶν γὰρ ὄντων τῶν προσφερομέ‐</w:t>
      </w:r>
    </w:p>
    <w:p>
      <w:r>
        <w:rPr>
          <w:rFonts w:ascii="Courier New" w:hAnsi="Courier New"/>
          <w:color w:val="555555"/>
          <w:sz w:val="20"/>
        </w:rPr>
        <w:t>[5]</w:t>
      </w:r>
    </w:p>
    <w:p>
      <w:r>
        <w:rPr>
          <w:rFonts w:ascii="Gentium Plus" w:hAnsi="Gentium Plus"/>
          <w:sz w:val="24"/>
        </w:rPr>
        <w:t>νων, ἀνάγκη τὴν κάκωσιν εἰς τὸ ἔσω τραπῆναι. ὅταν οὖν ἀκμάζειν δοκῇ, αἷμα ἀφαίρει ἐκ τῶν μεσοκυνίων καὶ βραχίο‐ νων, ὁμοίως καὶ ἐκ τῶν ὀπισθίων, καὶ κατάχριε ἄσφαλτον καὶ θεῖον τρίψας λίαν καὶ μέρος πίσσης ὑγρᾶς καὶ βούτυρον· ἐὰν δὲ μὴ ᾖ βούτυρον, γλοιὸν παιδικόν. πάντα οὖν συντρίψας καὶ</w:t>
      </w:r>
    </w:p>
    <w:p>
      <w:r>
        <w:rPr>
          <w:rFonts w:ascii="Courier New" w:hAnsi="Courier New"/>
          <w:color w:val="555555"/>
          <w:sz w:val="20"/>
        </w:rPr>
        <w:t>[10]</w:t>
      </w:r>
    </w:p>
    <w:p>
      <w:r>
        <w:rPr>
          <w:rFonts w:ascii="Gentium Plus" w:hAnsi="Gentium Plus"/>
          <w:sz w:val="24"/>
        </w:rPr>
        <w:t>ποιήσας μέλιτος τὸ πάχος, κατάχριε. ἢ ἄλλως· ὄξος δριμὺ καὶ γλοιὸν παιδικὸν καὶ κεδρέαν ἀναζέσας ἐν ταὐτῷ, κατάχριε θερμῶς, σπογγιὰν ξύλῳ προσδήσας. εἰ δὲ μὴ ᾖ κεδρέα, πίσσῃ χρῖε πλείονι. προαπόσμηχε δὲ οὔρῳ παλαιῷ, μίσγων ὕδατι θερμῷ.</w:t>
      </w:r>
    </w:p>
    <w:p>
      <w:r>
        <w:rPr>
          <w:rFonts w:ascii="Courier New" w:hAnsi="Courier New"/>
          <w:color w:val="555555"/>
          <w:sz w:val="20"/>
        </w:rPr>
        <w:t>[69 . 4]</w:t>
      </w:r>
    </w:p>
    <w:p>
      <w:r>
        <w:rPr>
          <w:rFonts w:ascii="Gentium Plus" w:hAnsi="Gentium Plus"/>
          <w:sz w:val="24"/>
        </w:rPr>
        <w:t>ἢ ἄλλως· θείῳ καὶ ἀσφάλτῳ λελειωμένοις, ἔλαιον ἐπιχέας ψυχρόν, κατάχριε. καὶ στηκέτω ἐν τῷ ἡλίῳ, ἐν δὲ τῷ θέρει καὶ νυκτὸς ὕπαιθρος. ἢ πίσσαν με\|τὰ ἐλαίου παλαιοῦ καὶ κηροῦ λεάνας ὁμοῦ, θεῖον λεπτὸν ἐπιμίξας χρῶ. ἄριστον</w:t>
      </w:r>
    </w:p>
    <w:p>
      <w:r>
        <w:rPr>
          <w:rFonts w:ascii="Courier New" w:hAnsi="Courier New"/>
          <w:color w:val="555555"/>
          <w:sz w:val="20"/>
        </w:rPr>
        <w:t>[5]</w:t>
      </w:r>
    </w:p>
    <w:p>
      <w:r>
        <w:rPr>
          <w:rFonts w:ascii="Gentium Plus" w:hAnsi="Gentium Plus"/>
          <w:sz w:val="24"/>
        </w:rPr>
        <w:t>δὲ καὶ τοῦτο· στέαρ χοίρειον καὶ πίσσαν καὶ κηρόν, ἴσον ἑκά‐ τερον τήξας, καὶ θεῖον τρίψας καὶ μίξας, καὶ ἔλαιον ἐπιχέας θερμόν, ἄλειφε. ὠφελεῖ δὲ καὶ ἡ κάθαρσις ἡ διὰ τοῦ ἀγρίου σικύου καὶ τοῦ νίτρου. τῇ δὲ λιμοψώρᾳ καλουμένῃ καὶ πίτυρα γίνεται. βοήθει δέ,</w:t>
      </w:r>
    </w:p>
    <w:p>
      <w:r>
        <w:rPr>
          <w:rFonts w:ascii="Courier New" w:hAnsi="Courier New"/>
          <w:color w:val="555555"/>
          <w:sz w:val="20"/>
        </w:rPr>
        <w:t>[10]</w:t>
      </w:r>
    </w:p>
    <w:p>
      <w:r>
        <w:rPr>
          <w:rFonts w:ascii="Gentium Plus" w:hAnsi="Gentium Plus"/>
          <w:sz w:val="24"/>
        </w:rPr>
        <w:t>θέρμους ἑψήσας καὶ τῷ ὕδατι αὐτῶν καταντλήσας τὸ ζῷον.</w:t>
      </w:r>
    </w:p>
    <w:p>
      <w:pPr>
        <w:jc w:val="center"/>
      </w:pPr>
      <w:r>
        <w:rPr>
          <w:rFonts w:ascii="Gentium Plus" w:hAnsi="Gentium Plus"/>
          <w:b/>
          <w:sz w:val="24"/>
        </w:rPr>
        <w:t>ψώρας πρόγνωσις καὶ ἴασις.</w:t>
      </w:r>
    </w:p>
    <w:p>
      <w:r>
        <w:rPr>
          <w:rFonts w:ascii="Courier New" w:hAnsi="Courier New"/>
          <w:color w:val="555555"/>
          <w:sz w:val="20"/>
        </w:rPr>
        <w:t>[1]</w:t>
      </w:r>
    </w:p>
    <w:p>
      <w:r>
        <w:rPr>
          <w:rFonts w:ascii="Gentium Plus" w:hAnsi="Gentium Plus"/>
          <w:sz w:val="24"/>
        </w:rPr>
        <w:t>Πρῶτον μὲν τὸ σῶμα ψιλοῦται καὶ ἀπολευκοῦται καὶ συν‐ έσπασται, καὶ λεπίδες ἀποξύονται, καὶ πορεύεται προβαίνων πυκνὸν καὶ μικρὸν διὰ τὸ συνεσπάσθαι. ἐκνίψας οὖν κονίᾳ, καὶ ὕδατι θερμῷ ἀπολούσας, χρῖσον τῷ φαρμάκῳ τὰ λεπρι‐</w:t>
      </w:r>
    </w:p>
    <w:p>
      <w:r>
        <w:rPr>
          <w:rFonts w:ascii="Courier New" w:hAnsi="Courier New"/>
          <w:color w:val="555555"/>
          <w:sz w:val="20"/>
        </w:rPr>
        <w:t>[5]</w:t>
      </w:r>
    </w:p>
    <w:p>
      <w:r>
        <w:rPr>
          <w:rFonts w:ascii="Gentium Plus" w:hAnsi="Gentium Plus"/>
          <w:sz w:val="24"/>
        </w:rPr>
        <w:t>ῶντα. ὅταν δὲ χριόμενος ῥιγώσῃ, σύστελλε ἐν οἴκῳ θερμῷ, καὶ</w:t>
      </w:r>
    </w:p>
    <w:p>
      <w:r>
        <w:rPr>
          <w:rFonts w:ascii="Courier New" w:hAnsi="Courier New"/>
          <w:color w:val="555555"/>
          <w:sz w:val="20"/>
        </w:rPr>
        <w:t>[10]</w:t>
      </w:r>
    </w:p>
    <w:p>
      <w:r>
        <w:rPr>
          <w:rFonts w:ascii="Gentium Plus" w:hAnsi="Gentium Plus"/>
          <w:sz w:val="24"/>
        </w:rPr>
        <w:t>τιστα τὴν ἐπιμέλειαν ποιοῦ.</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Τὸν φλοῦν τῆς ἰτέας καύσας καὶ λαβὼν τὴν στακτήν, μίξας μετὰ ὕδατος χρῖε. ἢ τὴν τοῦ σαπωνᾶ κατασταλακτὴν λεγομένην κατάχριε.</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Βλάχνον φρύξας καὶ τρίψας μετὰ ἁλὸς καὶ ἐλαίῳ παλαιῳ δεύσας, κατάχριε.</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Θείου ἀπύρου, ῥητίνης τερεβινθίνης, ἀσβέστου ὀλίγον, τὸ θεῖον καὶ τὴν ἄσβεστον λεάνας, ἀναλάμβανε τῇ ῥητίνῃ, καὶ ποιήσας ἔμπλαστρον χρῶ.</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Ἀσφάλτου λίτρας βʹ, θείου ἀπύρου λίτρας βʹ, \ λίτρας βʹ, ῥητίνης πιτυΐνης λίτρας βʹ, κηροῦ λίτρας δʹ, κε‐ δρέας ξέ. βʹ, πίσσης ὑγρᾶς ξέ. ιʹ, ἐλαίου ξέ. ιβʹ, ὄξους ξέ. τρεῖς, ἀμόργης ἐλαίου παλαιοῦ ξέ. βʹ, ἀξουγγίου ξέ. δʹ· πάντα</w:t>
      </w:r>
    </w:p>
    <w:p>
      <w:r>
        <w:rPr>
          <w:rFonts w:ascii="Courier New" w:hAnsi="Courier New"/>
          <w:color w:val="555555"/>
          <w:sz w:val="20"/>
        </w:rPr>
        <w:t>[5]</w:t>
      </w:r>
    </w:p>
    <w:p>
      <w:r>
        <w:rPr>
          <w:rFonts w:ascii="Gentium Plus" w:hAnsi="Gentium Plus"/>
          <w:sz w:val="24"/>
        </w:rPr>
        <w:t>μίξας χρῶ.</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Ὄξους δριμέως ξέ. αʹ, πισσελαίου ξέ. αʹ, νίτρου λίτραν αʹ μίξας, τὸν ἵππον κατάχριε, πρότερον ἀπολούων δηλονότι, μιγνὺς καὶ τρυγελαίου ξέ. αʹ καὶ θείου ἀπύρου γο αʹ.</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Κέδρου Ἰταλικῆς γο ϛʹ, θείου ἀπύρου τὸ ἴσον, σανδα‐</w:t>
      </w:r>
    </w:p>
    <w:p>
      <w:r>
        <w:rPr>
          <w:rFonts w:ascii="Courier New" w:hAnsi="Courier New"/>
          <w:color w:val="555555"/>
          <w:sz w:val="20"/>
        </w:rPr>
        <w:t>[5]</w:t>
      </w:r>
    </w:p>
    <w:p>
      <w:r>
        <w:rPr>
          <w:rFonts w:ascii="Gentium Plus" w:hAnsi="Gentium Plus"/>
          <w:sz w:val="24"/>
        </w:rPr>
        <w:t>εἶτα ξυλοσπόγγιον ποιήσας, κατάχριε τὸν ψωριῶντα τόπον.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Οἶνον μέλανα μεθ’ ὕδατος ἴσου κεράσας, \ καὶ κηκῖδας χρῶ. ἐὰν δὲ μὴ παύηται, δὸς αὐτῷ κυνείαν κό‐ προν μετὰ οἴνου αὐστηροῦ. ἢ κυνόπρασον βοτάνην κόψας καὶ ἀναζέσας μετὰ ἐλαίου,</w:t>
      </w:r>
    </w:p>
    <w:p>
      <w:r>
        <w:rPr>
          <w:rFonts w:ascii="Courier New" w:hAnsi="Courier New"/>
          <w:color w:val="555555"/>
          <w:sz w:val="20"/>
        </w:rPr>
        <w:t>[5]</w:t>
      </w:r>
    </w:p>
    <w:p>
      <w:r>
        <w:rPr>
          <w:rFonts w:ascii="Gentium Plus" w:hAnsi="Gentium Plus"/>
          <w:sz w:val="24"/>
        </w:rPr>
        <w:t>κατάχριε.</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Νίτρου, θείου ἀπύρου ἀνὰ γο βʹ, ἀφρονίτρου γο βʹ, πίσσης ὑγρᾶς ξέ. βʹ, ἐλαίου ξέ. αʹ, σανδαράχης γο τὸ ἥμισυ, ὄξους τὸ ἴσον, δαφνίδας κεʹ, μίξας πάντα καὶ λειώσας, εἶτα θερμάνας, σύγχριε ταῖς χερσίν.</w:t>
      </w:r>
    </w:p>
    <w:p>
      <w:pPr>
        <w:jc w:val="center"/>
      </w:pPr>
      <w:r>
        <w:rPr>
          <w:rFonts w:ascii="Gentium Plus" w:hAnsi="Gentium Plus"/>
          <w:b/>
          <w:sz w:val="24"/>
        </w:rPr>
        <w:t>Εὐμήλου εἰς τὸ αὐτό.</w:t>
      </w:r>
    </w:p>
    <w:p>
      <w:r>
        <w:rPr>
          <w:rFonts w:ascii="Courier New" w:hAnsi="Courier New"/>
          <w:color w:val="555555"/>
          <w:sz w:val="20"/>
        </w:rPr>
        <w:t>[1]</w:t>
      </w:r>
    </w:p>
    <w:p>
      <w:r>
        <w:rPr>
          <w:rFonts w:ascii="Gentium Plus" w:hAnsi="Gentium Plus"/>
          <w:sz w:val="24"/>
        </w:rPr>
        <w:t>Φρῦνον σφάξας, μετὰ οἴνου καὶ ὕδατος ἐν χαλκείῳ ἕψη‐ σον καὶ τῷ ἀποζέματι αὐτοῦ, ἤτοι τῷ ἰχῶρι, ἐνάλειφε. ἢ πίσσῃ μετὰ μέλιτος καὶ θείου ἀπύρου καὶ ἐλαίου παλαιοῦ τρυγὸς καὶ προβατείας κόπρου, ἀνὰ τρίχα ἀπότριβε. ἢ ἄσφαλτον καὶ κε‐</w:t>
      </w:r>
    </w:p>
    <w:p>
      <w:r>
        <w:rPr>
          <w:rFonts w:ascii="Courier New" w:hAnsi="Courier New"/>
          <w:color w:val="555555"/>
          <w:sz w:val="20"/>
        </w:rPr>
        <w:t>[5]</w:t>
      </w:r>
    </w:p>
    <w:p>
      <w:r>
        <w:rPr>
          <w:rFonts w:ascii="Gentium Plus" w:hAnsi="Gentium Plus"/>
          <w:sz w:val="24"/>
        </w:rPr>
        <w:t>δρέαν μετὰ λιβάνου ἀλεύρου καὶ ἀριστολοχείας καὶ νίτρου ἀνὰ γο βʹ. ἢ πίσσης ὑγρᾶς γο ἕξ, ἐλαίου ξέ. βʹ μετὰ \| ὄξους ξέ. ἑνὸς ἡμίσεος καθεψήσας, τὸ αὐτὸ ποίει, πρότερον τὸ</w:t>
      </w:r>
    </w:p>
    <w:p>
      <w:r>
        <w:rPr>
          <w:rFonts w:ascii="Courier New" w:hAnsi="Courier New"/>
          <w:color w:val="555555"/>
          <w:sz w:val="20"/>
        </w:rPr>
        <w:t>[10]</w:t>
      </w:r>
    </w:p>
    <w:p>
      <w:r>
        <w:rPr>
          <w:rFonts w:ascii="Gentium Plus" w:hAnsi="Gentium Plus"/>
          <w:sz w:val="24"/>
        </w:rPr>
        <w:t>σας κοσκίνῳ λεπτῷ καὶ μίξας ἔλαιον, ἀνὰ τρίχα κατάχριε. ἢ ἀγριοσικύου ῥίζαν ἑψήσας ἐν ὕδατι, μετὰ τὸ ἀποζέσαι ἐπιβαλὼν οἶνον καὶ βόλβιτον, ποίει ὥσπερ κατάπλασμα καὶ χρῶ. τῇ δὲ ἑξῆς ἡμέρᾳ εἰς θερμὸν ἥλιον ἐξαγαγὼν τὸ ζῷον, ὕδατι χλιαρῷ καὶ ἀφρονίτρῳ ἀπόπλυνε, ἔπειτα ἀξουγγίῳ παλαιῷ ἀπότριβε.</w:t>
      </w:r>
    </w:p>
    <w:p>
      <w:r>
        <w:rPr>
          <w:rFonts w:ascii="Courier New" w:hAnsi="Courier New"/>
          <w:color w:val="555555"/>
          <w:sz w:val="20"/>
        </w:rPr>
        <w:t>[15]</w:t>
      </w:r>
    </w:p>
    <w:p>
      <w:r>
        <w:rPr>
          <w:rFonts w:ascii="Gentium Plus" w:hAnsi="Gentium Plus"/>
          <w:sz w:val="24"/>
        </w:rPr>
        <w:t>τρίχα δὲ φέρουσι λείαν, ἐὰν χόρτον καύσας τῇ τέφρᾳ ἐπι‐ χρίσῃς.</w:t>
      </w:r>
    </w:p>
    <w:p>
      <w:pPr>
        <w:jc w:val="center"/>
      </w:pPr>
      <w:r>
        <w:rPr>
          <w:rFonts w:ascii="Gentium Plus" w:hAnsi="Gentium Plus"/>
          <w:b/>
          <w:sz w:val="24"/>
        </w:rPr>
        <w:t>Θεομνήστου εἰς τὸ αὐτό.</w:t>
      </w:r>
    </w:p>
    <w:p>
      <w:r>
        <w:rPr>
          <w:rFonts w:ascii="Courier New" w:hAnsi="Courier New"/>
          <w:color w:val="555555"/>
          <w:sz w:val="20"/>
        </w:rPr>
        <w:t>[69 . 16]</w:t>
      </w:r>
    </w:p>
    <w:p>
      <w:r>
        <w:rPr>
          <w:rFonts w:ascii="Gentium Plus" w:hAnsi="Gentium Plus"/>
          <w:sz w:val="24"/>
        </w:rPr>
        <w:t>Ἡ ψώρα ἐν τοῖς ἵπποις καὶ τοῖς ἄλλοις ὑποζυγίοις οὐδέν ἐστιν ἢ χυμοῦ χολῶν καὶ αἵματος φθορὰ διὰ θερμότητα ὑπο‐ ζεσάντων τοῦ βάθους καὶ ἔξω κεχωρηκότων εἰς τὴν ἐπιφά‐ νειαν. καὶ ἔστι μὲν εὐίατος τῷ τεχνίτῃ \| καὶ ἀκίνδυνος, 〈βοη‐</w:t>
      </w:r>
    </w:p>
    <w:p>
      <w:r>
        <w:rPr>
          <w:rFonts w:ascii="Courier New" w:hAnsi="Courier New"/>
          <w:color w:val="555555"/>
          <w:sz w:val="20"/>
        </w:rPr>
        <w:t>[5]</w:t>
      </w:r>
    </w:p>
    <w:p>
      <w:r>
        <w:rPr>
          <w:rFonts w:ascii="Gentium Plus" w:hAnsi="Gentium Plus"/>
          <w:sz w:val="24"/>
        </w:rPr>
        <w:t>θεῖ γὰρ αὐτῷ τοῦ θερμοῦ φύσις.〉 τῷ δὲ ἀτέχνως θεραπεύοντι πολλάκις θάνατον ἐμποιεῖ τὰ προσφερόμενα. Ἄψυρτος γὰρ τοῦτο τὸ πάθος 〈ἐκ τοῦ τόπου〉 ὑποδερματῖτιν μάλιν καλεῖ. οὐ διαφέρομαι δὲ ὀνόματι τὸ γένος εἰπὼν 〈τοῦ πάθουσ〉. χρὴ δὲ αὐτὸ μὴ ἄλλως θεραπεύειν ἢ συνεργοῦντα τῇ φύσει τοῖς</w:t>
      </w:r>
    </w:p>
    <w:p>
      <w:r>
        <w:rPr>
          <w:rFonts w:ascii="Courier New" w:hAnsi="Courier New"/>
          <w:color w:val="555555"/>
          <w:sz w:val="20"/>
        </w:rPr>
        <w:t>[10]</w:t>
      </w:r>
    </w:p>
    <w:p>
      <w:r>
        <w:rPr>
          <w:rFonts w:ascii="Gentium Plus" w:hAnsi="Gentium Plus"/>
          <w:sz w:val="24"/>
        </w:rPr>
        <w:t>διαφοροῦσι, τοῖς χαλῶσι, τοῖς ἀμύσσουσι πρῶτον, καὶ οὐ τοῖς ἀπουλοῦσιν. ἔστω οὖν ἄλλο φάρμακον ἐν ἀρχῇ τῷ πάθει καὶ ἄλλο ἐν ἐπιτάσει καὶ ἄλλο ἐν παρακμῇ.</w:t>
      </w:r>
    </w:p>
    <w:p>
      <w:r>
        <w:rPr>
          <w:rFonts w:ascii="Courier New" w:hAnsi="Courier New"/>
          <w:color w:val="555555"/>
          <w:sz w:val="20"/>
        </w:rPr>
        <w:t>[69 . 17]</w:t>
      </w:r>
    </w:p>
    <w:p>
      <w:r>
        <w:rPr>
          <w:rFonts w:ascii="Gentium Plus" w:hAnsi="Gentium Plus"/>
          <w:sz w:val="24"/>
        </w:rPr>
        <w:t>καὶ ὅταν μὲν ἐν ἀρχῇ ᾖ, χρὴ φλεβοτομεῖν ἀπ’ αὐχένος καὶ βουβῶνος ἐν μιᾷ</w:t>
      </w:r>
    </w:p>
    <w:p>
      <w:r>
        <w:rPr>
          <w:rFonts w:ascii="Courier New" w:hAnsi="Courier New"/>
          <w:color w:val="555555"/>
          <w:sz w:val="20"/>
        </w:rPr>
        <w:t>[5]</w:t>
      </w:r>
    </w:p>
    <w:p>
      <w:r>
        <w:rPr>
          <w:rFonts w:ascii="Gentium Plus" w:hAnsi="Gentium Plus"/>
          <w:sz w:val="24"/>
        </w:rPr>
        <w:t>μέντοι ἐξ αὐχένος, ἵνα μὴ μονωθεὶς ἐνσκήψῃ τῷ περικαρδίῳ τόπῳ. κατὰ γὰρ τὰς διαιρέσεις σφιγχθεῖσαι ἐγκαταρρέουσιν αἱ ὗλαι. μετὰ δὲ τὸ οὕτως ἀφαιμάξαι, πίσσῃ καὶ στακτῇ [καὶ] κονίᾳ καὶ νίτρῳ καὶ ἰῷ περίχρισον, ἵνα ταχέως εἰς ἐπι\|φάνειαν χωρήσῃ. ὅταν δὲ πᾶς ἑλκωθῇ, ἄλευρα κρίθινα ἑψήσας ἐν</w:t>
      </w:r>
    </w:p>
    <w:p>
      <w:r>
        <w:rPr>
          <w:rFonts w:ascii="Courier New" w:hAnsi="Courier New"/>
          <w:color w:val="555555"/>
          <w:sz w:val="20"/>
        </w:rPr>
        <w:t>[10]</w:t>
      </w:r>
    </w:p>
    <w:p>
      <w:r>
        <w:rPr>
          <w:rFonts w:ascii="Gentium Plus" w:hAnsi="Gentium Plus"/>
          <w:sz w:val="24"/>
        </w:rPr>
        <w:t>ὑδρελαίῳ, ἐπίχριε χλιαροῦ ὄντος τοῦ φαρμάκου. καὶ ὅταν γέ‐ νηται τριταῖος, ἀπόπλυνον ὕδατι θερμῷ ἢ στακτῇ, καὶ ἄμυσσε μέχρις αἱμάξεως· εἶτα ἀπομάξας κιλικίῳ ἢ ῥάκεσιν, ἐπίχρισον πίσσῃ ὑγρᾷ καὶ ἀμόργῃ καὶ ἐλαίῳ ἐντρύγῳ καὶ θείῳ ἀπύρῳ. καὶ ἀφαιμάσσων ἀπ’ αὐχένος, ἐγχυμάτιζε σικύῳ ἀγρίῳ καὶ</w:t>
      </w:r>
    </w:p>
    <w:p>
      <w:r>
        <w:rPr>
          <w:rFonts w:ascii="Courier New" w:hAnsi="Courier New"/>
          <w:color w:val="555555"/>
          <w:sz w:val="20"/>
        </w:rPr>
        <w:t>[15]</w:t>
      </w:r>
    </w:p>
    <w:p>
      <w:r>
        <w:rPr>
          <w:rFonts w:ascii="Gentium Plus" w:hAnsi="Gentium Plus"/>
          <w:sz w:val="24"/>
        </w:rPr>
        <w:t>νίτρῳ, ἐξ ἴσου κοπεῖσι δι’ οἴνου ἢ μελικράτου. λαμβανέτω δὲ ὁ τέλειος ξέστας Ἰταλικοὺς τρεῖς, ὁ νεώτερος δύο, ὁ δὲ πῶλος ἕνα.</w:t>
      </w:r>
    </w:p>
    <w:p>
      <w:pPr>
        <w:jc w:val="center"/>
      </w:pPr>
      <w:r>
        <w:rPr>
          <w:rFonts w:ascii="Gentium Plus" w:hAnsi="Gentium Plus"/>
          <w:b/>
          <w:sz w:val="24"/>
        </w:rPr>
        <w:t>Ἱεροκλέους εἰς τὸ αὐτὸ ἐμπλάστρου κατασκευή.</w:t>
      </w:r>
    </w:p>
    <w:p>
      <w:r>
        <w:rPr>
          <w:rFonts w:ascii="Courier New" w:hAnsi="Courier New"/>
          <w:color w:val="555555"/>
          <w:sz w:val="20"/>
        </w:rPr>
        <w:t>[1]</w:t>
      </w:r>
    </w:p>
    <w:p>
      <w:r>
        <w:rPr>
          <w:rFonts w:ascii="Gentium Plus" w:hAnsi="Gentium Plus"/>
          <w:sz w:val="24"/>
        </w:rPr>
        <w:t>Ῥητίνης γο αʹ, κηροῦ γο βʹ, κόνεως γο αʹ, ἀσβέστου ἢ πτισάνης γο αcʹ, μίξας ἐν ταὐτῷ καὶ ποιήσας ἔμπλαστρον ἐπιτίθει. \|</w:t>
      </w:r>
    </w:p>
    <w:p>
      <w:pPr>
        <w:jc w:val="center"/>
      </w:pPr>
      <w:r>
        <w:rPr>
          <w:rFonts w:ascii="Gentium Plus" w:hAnsi="Gentium Plus"/>
          <w:b/>
          <w:sz w:val="24"/>
        </w:rPr>
        <w:t>Πελαγωνίου εἰς τὸ αὐτό.</w:t>
      </w:r>
    </w:p>
    <w:p>
      <w:r>
        <w:rPr>
          <w:rFonts w:ascii="Courier New" w:hAnsi="Courier New"/>
          <w:color w:val="555555"/>
          <w:sz w:val="20"/>
        </w:rPr>
        <w:t>[1]</w:t>
      </w:r>
    </w:p>
    <w:p>
      <w:r>
        <w:rPr>
          <w:rFonts w:ascii="Gentium Plus" w:hAnsi="Gentium Plus"/>
          <w:sz w:val="24"/>
        </w:rPr>
        <w:t>Βοτάνην τὴν λεγομένην ῥοδοδάφνην, καὶ ἑτέραν βοτάνην</w:t>
      </w:r>
    </w:p>
    <w:p>
      <w:r>
        <w:rPr>
          <w:rFonts w:ascii="Courier New" w:hAnsi="Courier New"/>
          <w:color w:val="555555"/>
          <w:sz w:val="20"/>
        </w:rPr>
        <w:t>[5]</w:t>
      </w:r>
    </w:p>
    <w:p>
      <w:r>
        <w:rPr>
          <w:rFonts w:ascii="Gentium Plus" w:hAnsi="Gentium Plus"/>
          <w:sz w:val="24"/>
        </w:rPr>
        <w:t>θείου ἀπύρου τὸ ἀρκοῦν, καὶ ἐπαλείφων εἰς ἥλιον ἅπαξ τῆς ἡμέρας, θεραπεύσεις.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Ἐλαίου ξέ. ἕξ, κεδρέας ξέ. ἕξ, πίσσης ὑγρᾶς ξέ. ἕξ, θείου δραχμὰς ἕξ, μίσυος τὸ ἴσον, ἀσφάλτου δραχμὰς βʹ, κηροῦ δραχμὰς γʹ, στυπτηρίας σχιστῆς δραχμὰς γʹ, ῥητίνης, νίτρου τὸ ἴσον, σταφίδος ἀγρίας δραχμὰς ἕξ, ὄξους ξέ. βʹ συνεψήσας</w:t>
      </w:r>
    </w:p>
    <w:p>
      <w:r>
        <w:rPr>
          <w:rFonts w:ascii="Courier New" w:hAnsi="Courier New"/>
          <w:color w:val="555555"/>
          <w:sz w:val="20"/>
        </w:rPr>
        <w:t>[5]</w:t>
      </w:r>
    </w:p>
    <w:p>
      <w:r>
        <w:rPr>
          <w:rFonts w:ascii="Gentium Plus" w:hAnsi="Gentium Plus"/>
          <w:sz w:val="24"/>
        </w:rPr>
        <w:t>ἐνάλειψον.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Οὔρου παλαιοῦ τρυγὸς γράμμα ἕν, κόπρου χοιρείας γο ἕξ, τρυγὸς ἐλαίου ξέ. τὸ ἥμισυ, θείου γο γʹ, πίσσης ὑγρᾶς κυά‐ θους γʹ· συνεψήσας ἐν ταὐτῷ, θερμῶν ὄντων ἔτι ἐνάλειφε ἅπαξ τῆς ἡμέρας.</w:t>
      </w:r>
    </w:p>
    <w:p>
      <w:pPr>
        <w:jc w:val="center"/>
      </w:pPr>
      <w:r>
        <w:rPr>
          <w:rFonts w:ascii="Gentium Plus" w:hAnsi="Gentium Plus"/>
          <w:b/>
          <w:sz w:val="24"/>
        </w:rPr>
        <w:t>Τιβερίου εἰς τὸ αὐτό.</w:t>
      </w:r>
    </w:p>
    <w:p>
      <w:r>
        <w:rPr>
          <w:rFonts w:ascii="Courier New" w:hAnsi="Courier New"/>
          <w:color w:val="555555"/>
          <w:sz w:val="20"/>
        </w:rPr>
        <w:t>[1]</w:t>
      </w:r>
    </w:p>
    <w:p>
      <w:r>
        <w:rPr>
          <w:rFonts w:ascii="Gentium Plus" w:hAnsi="Gentium Plus"/>
          <w:sz w:val="24"/>
        </w:rPr>
        <w:t>Ἐὰν ἵππῳ ψώρα γένηται ἢ ἄλλῳ τινὶ τῶν ὑποζυγίων, θεράπευε οὕτως· λαβὼν βα\|τράχους λιμναίους καὶ ὄξος δρι‐ μύτατον καὶ ἔλαιον καὶ ἀφρόνιτρον· ταῦτα μίξας κατὰ συμ‐ μετρίαν ἑκάστου καὶ ἀναζέσας κατάχριε.</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Λαβὼν ἀβρότονον, καὶ φλοιὸν καλάμου καύσας, πρόσ‐</w:t>
      </w:r>
    </w:p>
    <w:p>
      <w:pPr>
        <w:jc w:val="center"/>
      </w:pPr>
      <w:r>
        <w:rPr>
          <w:rFonts w:ascii="Gentium Plus" w:hAnsi="Gentium Plus"/>
          <w:b/>
          <w:sz w:val="24"/>
        </w:rPr>
        <w:t>ἄλλο Διοσκορίδου.</w:t>
      </w:r>
    </w:p>
    <w:p>
      <w:r>
        <w:rPr>
          <w:rFonts w:ascii="Courier New" w:hAnsi="Courier New"/>
          <w:color w:val="555555"/>
          <w:sz w:val="20"/>
        </w:rPr>
        <w:t>[1]</w:t>
      </w:r>
    </w:p>
    <w:p>
      <w:r>
        <w:rPr>
          <w:rFonts w:ascii="Gentium Plus" w:hAnsi="Gentium Plus"/>
          <w:sz w:val="24"/>
        </w:rPr>
        <w:t>Ἀμόργην ἕψων μέχρι μελιτώδους συστάσεως, καὶ συμ‐ μίσγων θέρμων ἀφέψημα καὶ χαμαιλέοντα βοτάνην καὶ στέαρ ὕειον, κατάχριε, καὶ θεραπεύσεις.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Εἰς θερμότατον ἥλιον στήσας τὸν ἵππον, μετὰ ψήκτρας εἰς τοσοῦτον ἀπόξυε, ἄχρις οὗ αἵματος ῥύσις ἐπιγένηται. καὶ τηνικαῦτα λαβὼν κισσοῦ ῥίζαν ἀγρίου καὶ θεῖον 〈καὶ〉 πίσσαν ὑγρὰν καὶ στυπτηρίαν, καὶ μίξας πάντα καὶ ἀναθερμάνας,</w:t>
      </w:r>
    </w:p>
    <w:p>
      <w:r>
        <w:rPr>
          <w:rFonts w:ascii="Courier New" w:hAnsi="Courier New"/>
          <w:color w:val="555555"/>
          <w:sz w:val="20"/>
        </w:rPr>
        <w:t>[5]</w:t>
      </w:r>
    </w:p>
    <w:p>
      <w:r>
        <w:rPr>
          <w:rFonts w:ascii="Gentium Plus" w:hAnsi="Gentium Plus"/>
          <w:sz w:val="24"/>
        </w:rPr>
        <w:t>ἀπόχριε τὴν ψώραν. \</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Ἡ ψώρα πολλάκις, εἰ μὴ βοηθείας τύχοι, θάνατον ἀπερ‐ γάζεται. χρὴ τοίνυν πρότερον ἐν οὔρῳ ἀνθρώπου ζεστῷ τὴν ψώραν ἀπολούειν, ἔπειτα δὲ ὕδατι, καὶ μετὰ ταῦτα ἡλίου θερ‐ μοτάτου τυγχάνοντος ἐλαίῳ σχινίνῳ ἢ κεδρίνῳ, ἢ κνιδῶν</w:t>
      </w:r>
    </w:p>
    <w:p>
      <w:r>
        <w:rPr>
          <w:rFonts w:ascii="Courier New" w:hAnsi="Courier New"/>
          <w:color w:val="555555"/>
          <w:sz w:val="20"/>
        </w:rPr>
        <w:t>[5]</w:t>
      </w:r>
    </w:p>
    <w:p>
      <w:r>
        <w:rPr>
          <w:rFonts w:ascii="Gentium Plus" w:hAnsi="Gentium Plus"/>
          <w:sz w:val="24"/>
        </w:rPr>
        <w:t>σπέρμα καὶ ὄξος καὶ ἅλμην μίξας, ἀπότριβε. εἰ δὲ ἐπικρατέ‐ στερον τὸ πάθος εὑρίσκοιτο, ἄσφαλτον μετὰ θείου καὶ πίσσης ὑγρᾶς καὶ ἀξουγγίου παλαιοῦ ἐν ἴσῳ σταθμῷ μίξας, καθέψη‐ σον. πρότερον δὲ τὴν ψώραν σιδήρῳ ἀποξύσας ἢ σμιλίῳ μέχρι τῆς ζώσης σαρκός, οὕτω τοῖς προγεγραμμένοις χρῶ. \|</w:t>
      </w:r>
    </w:p>
    <w:p>
      <w:pPr>
        <w:jc w:val="center"/>
      </w:pPr>
      <w:r>
        <w:rPr>
          <w:rFonts w:ascii="Gentium Plus" w:hAnsi="Gentium Plus"/>
          <w:b/>
          <w:sz w:val="24"/>
        </w:rPr>
        <w:t>περὶ ὀστέων φλεγμονῆς.</w:t>
      </w:r>
    </w:p>
    <w:p>
      <w:pPr>
        <w:jc w:val="center"/>
      </w:pPr>
      <w:r>
        <w:rPr>
          <w:rFonts w:ascii="Gentium Plus" w:hAnsi="Gentium Plus"/>
          <w:b/>
          <w:sz w:val="24"/>
        </w:rPr>
        <w:t>Ἱεροκλέους.</w:t>
      </w:r>
    </w:p>
    <w:p>
      <w:r>
        <w:rPr>
          <w:rFonts w:ascii="Courier New" w:hAnsi="Courier New"/>
          <w:color w:val="555555"/>
          <w:sz w:val="20"/>
        </w:rPr>
        <w:t>[1]</w:t>
      </w:r>
    </w:p>
    <w:p>
      <w:r>
        <w:rPr>
          <w:rFonts w:ascii="Gentium Plus" w:hAnsi="Gentium Plus"/>
          <w:sz w:val="24"/>
        </w:rPr>
        <w:t>Ταῖς τῶν ὀστέων φλεγμοναῖς ταῖς ἀπὸ τραύματος γινομέ‐ ναις ἢ δήγματος, ἤτοι ἀπὸ θηρίου τινὸς ἢ ἀπ’ ἀλλήλων δα‐</w:t>
      </w:r>
    </w:p>
    <w:p>
      <w:r>
        <w:rPr>
          <w:rFonts w:ascii="Courier New" w:hAnsi="Courier New"/>
          <w:color w:val="555555"/>
          <w:sz w:val="20"/>
        </w:rPr>
        <w:t>[5]</w:t>
      </w:r>
    </w:p>
    <w:p>
      <w:r>
        <w:rPr>
          <w:rFonts w:ascii="Gentium Plus" w:hAnsi="Gentium Plus"/>
          <w:sz w:val="24"/>
        </w:rPr>
        <w:t>γία τὸν τόπον, εἶτα ψιμύθιον καὶ ἔλαιον καὶ στέαρ αἴγειον καὶ ᾠοῦ τὸ λευκὸν τρίψας, κατάχριε. εἰ δὲ ἐξ ἑτέρας αἰτίας καὶ μὴ ἐκ τραύματος φλεγμαίνοι, κατάντλει θερμῷ ὕδατι δὶς τῆς ἡμέρας, καὶ κατάχριε κιμωλίᾳ μετὰ ὄξους ἢ γῇ κεραμεικῇ τοὺς ὤμους αὐτῶν, ἢ ἀψινθίου χλωροῦ κεκομμένου τῷ χυλῷ, ἢ</w:t>
      </w:r>
    </w:p>
    <w:p>
      <w:r>
        <w:rPr>
          <w:rFonts w:ascii="Courier New" w:hAnsi="Courier New"/>
          <w:color w:val="555555"/>
          <w:sz w:val="20"/>
        </w:rPr>
        <w:t>[10]</w:t>
      </w:r>
    </w:p>
    <w:p>
      <w:r>
        <w:rPr>
          <w:rFonts w:ascii="Gentium Plus" w:hAnsi="Gentium Plus"/>
          <w:sz w:val="24"/>
        </w:rPr>
        <w:t>κωνείου τοῦ φυομένου ἐν ταῖς κοπρίαις, ἢ στρύχνου χλωροῦ \ χυλῷ ὁμοίως. καὶ τὸ ἀψίνθιον δὲ μόνον ἁρμόζει μετὰ ὕδατος καταχριόμενον.</w:t>
      </w:r>
    </w:p>
    <w:p>
      <w:pPr>
        <w:jc w:val="center"/>
      </w:pPr>
      <w:r>
        <w:rPr>
          <w:rFonts w:ascii="Gentium Plus" w:hAnsi="Gentium Plus"/>
          <w:b/>
          <w:sz w:val="24"/>
        </w:rPr>
        <w:t>ἔμπλαστρος πρὸς φλεγμονάς.</w:t>
      </w:r>
    </w:p>
    <w:p>
      <w:r>
        <w:rPr>
          <w:rFonts w:ascii="Courier New" w:hAnsi="Courier New"/>
          <w:color w:val="555555"/>
          <w:sz w:val="20"/>
        </w:rPr>
        <w:t>[1]</w:t>
      </w:r>
    </w:p>
    <w:p>
      <w:r>
        <w:rPr>
          <w:rFonts w:ascii="Gentium Plus" w:hAnsi="Gentium Plus"/>
          <w:sz w:val="24"/>
        </w:rPr>
        <w:t>Ἀφρονίτρου λίτρας δʹ, χαλκοῦ κεκαυμένου, ἀσφάλτου Ἰου‐ δαϊκῆς, μάννης, ῥοδοδάφνης, χαλκάνθης, σπέκλου, ἰοῦ ἀνὰ λίτραν μίαν, ἀξουγγίου τὸ ἀρκοῦν· πάντα ταῦτα κόψας καὶ ἐμπλάσας εἰς ὀθόνιον πυκνόν, ἐπίθες τοῖς ἀλγοῦσι τόποις.</w:t>
      </w:r>
    </w:p>
    <w:p>
      <w:pPr>
        <w:jc w:val="center"/>
      </w:pPr>
      <w:r>
        <w:rPr>
          <w:rFonts w:ascii="Gentium Plus" w:hAnsi="Gentium Plus"/>
          <w:b/>
          <w:sz w:val="24"/>
        </w:rPr>
        <w:t>Ἀνατολίου εἰς τό αὐτό.</w:t>
      </w:r>
    </w:p>
    <w:p>
      <w:r>
        <w:rPr>
          <w:rFonts w:ascii="Courier New" w:hAnsi="Courier New"/>
          <w:color w:val="555555"/>
          <w:sz w:val="20"/>
        </w:rPr>
        <w:t>[1]</w:t>
      </w:r>
    </w:p>
    <w:p>
      <w:r>
        <w:rPr>
          <w:rFonts w:ascii="Gentium Plus" w:hAnsi="Gentium Plus"/>
          <w:sz w:val="24"/>
        </w:rPr>
        <w:t>Πᾶσαν φλεγμονὴν ἁλσὶ καὶ ἐλαίῳ ἢ πολιοφύλλῳ ἢ φλόμῳ, καυθεῖσι καὶ ἀναμιχθεῖσιν οἴνῳ καταπλάσας θεραπεύσεις.</w:t>
      </w:r>
    </w:p>
    <w:p>
      <w:pPr>
        <w:jc w:val="center"/>
      </w:pPr>
      <w:r>
        <w:rPr>
          <w:rFonts w:ascii="Gentium Plus" w:hAnsi="Gentium Plus"/>
          <w:b/>
          <w:sz w:val="24"/>
        </w:rPr>
        <w:t>σύνθεσις φλεγμονῶν λεπτυντικὴ καὶ σκελῶν</w:t>
      </w:r>
    </w:p>
    <w:p>
      <w:r>
        <w:rPr>
          <w:rFonts w:ascii="Courier New" w:hAnsi="Courier New"/>
          <w:color w:val="555555"/>
          <w:sz w:val="20"/>
        </w:rPr>
        <w:t>[t2]</w:t>
      </w:r>
    </w:p>
    <w:p>
      <w:r>
        <w:rPr>
          <w:rFonts w:ascii="Gentium Plus" w:hAnsi="Gentium Plus"/>
          <w:sz w:val="24"/>
        </w:rPr>
        <w:t>ῥευματιζομένων ἀναξηρανθική.</w:t>
      </w:r>
    </w:p>
    <w:p>
      <w:r>
        <w:rPr>
          <w:rFonts w:ascii="Courier New" w:hAnsi="Courier New"/>
          <w:color w:val="555555"/>
          <w:sz w:val="20"/>
        </w:rPr>
        <w:t>[1]</w:t>
      </w:r>
    </w:p>
    <w:p>
      <w:r>
        <w:rPr>
          <w:rFonts w:ascii="Gentium Plus" w:hAnsi="Gentium Plus"/>
          <w:sz w:val="24"/>
        </w:rPr>
        <w:t>Ἰσχάδων, κυπαρισσίνων ἀκρεμόνων ἐξαμμένων, ὄξους ἀνὰ λιτρῶν τριῶν βρέξας καὶ ἀποχυλίσας, πρόσβαλλε νίτρου λίτραν μίαν, \| ἀμμωνιακοῦ γο ἕξ, ὀποπάνακος, ἀλόης ἀνὰ γο αʹ. ταῦτα συλλειώσας ὁμοῦ, μῖξον καὶ κατάπλασον, προβρέχων</w:t>
      </w:r>
    </w:p>
    <w:p>
      <w:r>
        <w:rPr>
          <w:rFonts w:ascii="Courier New" w:hAnsi="Courier New"/>
          <w:color w:val="555555"/>
          <w:sz w:val="20"/>
        </w:rPr>
        <w:t>[5]</w:t>
      </w:r>
    </w:p>
    <w:p>
      <w:r>
        <w:rPr>
          <w:rFonts w:ascii="Gentium Plus" w:hAnsi="Gentium Plus"/>
          <w:sz w:val="24"/>
        </w:rPr>
        <w:t>τοὺς ἐπιδέσμους τῷ περιττεύσαντι ὄξει ἀπὸ τῶν ἰσχάδων, καὶ ἔα ἐπὶ ἡμέρας τρεῖς δεδέσθαι, καὶ θεραπεύσεις. ἐὰν δὲ ῥυτί‐ δας ἔχῃ τὰς λεγομένας ὀζαίνας, βαλὼν σιδίων γο γʹ, στυπτη‐ ρίας, μίσυος, χαλκίτιδος, σώρεως, χαλκάνθης, ἰοῦ ἀνὰ γο αʹ καὶ συλλειώσας εἰς ἕν, ὥστε γενέσθαι ἔμπλαστρον, ἀποσμήξας</w:t>
      </w:r>
    </w:p>
    <w:p>
      <w:r>
        <w:rPr>
          <w:rFonts w:ascii="Courier New" w:hAnsi="Courier New"/>
          <w:color w:val="555555"/>
          <w:sz w:val="20"/>
        </w:rPr>
        <w:t>[10]</w:t>
      </w:r>
    </w:p>
    <w:p>
      <w:r>
        <w:rPr>
          <w:rFonts w:ascii="Gentium Plus" w:hAnsi="Gentium Plus"/>
          <w:sz w:val="24"/>
        </w:rPr>
        <w:t>τὸ ζῷον πρότερον οὔρῳ κατάπλασσε, καὶ ἐπίδησον ἐπὶ τρισὶν ἡμέραις, εἶτα ποίησον διακινῆσαι ἐν κάλπῃ, καὶ ῥόϊζε. εἶτα πάλιν ἀπόσμηξον τῷ οὔρῳ, καὶ κατάπλασσε ἐκ τοῦ αὐτοῦ φαρ‐ μάκου ταῖς ἴσαις ἡμέραις, καὶ θεραπεύσεις.</w:t>
      </w:r>
    </w:p>
    <w:p>
      <w:pPr>
        <w:jc w:val="center"/>
      </w:pPr>
      <w:r>
        <w:rPr>
          <w:rFonts w:ascii="Gentium Plus" w:hAnsi="Gentium Plus"/>
          <w:b/>
          <w:sz w:val="24"/>
        </w:rPr>
        <w:t>ἀνακόλλημα εἰς τὸ αὐτό.</w:t>
      </w:r>
    </w:p>
    <w:p>
      <w:r>
        <w:rPr>
          <w:rFonts w:ascii="Courier New" w:hAnsi="Courier New"/>
          <w:color w:val="555555"/>
          <w:sz w:val="20"/>
        </w:rPr>
        <w:t>[1]</w:t>
      </w:r>
    </w:p>
    <w:p>
      <w:r>
        <w:rPr>
          <w:rFonts w:ascii="Gentium Plus" w:hAnsi="Gentium Plus"/>
          <w:sz w:val="24"/>
        </w:rPr>
        <w:t>Βόλβων Μεγαρικῶν λίτραν αʹ, ᾠὰ εʹ, κοχλίων Ἄφρων λίτρας βʹ, μάννης λιβάνου λίτραν αʹ, ἀλόης, χαλκοῦ κεκαυ‐ μένου, κορι\|άνου ἄνθους ἀνὰ γο ἕξ· ταῦτα πάντα συντρίψας ἐν ὅλμῳ ἐπίχριε.</w:t>
      </w:r>
    </w:p>
    <w:p>
      <w:pPr>
        <w:jc w:val="center"/>
      </w:pPr>
      <w:r>
        <w:rPr>
          <w:rFonts w:ascii="Gentium Plus" w:hAnsi="Gentium Plus"/>
          <w:b/>
          <w:sz w:val="24"/>
        </w:rPr>
        <w:t>πρὸς φλεγμονῶν σκορπισμόν.</w:t>
      </w:r>
    </w:p>
    <w:p>
      <w:r>
        <w:rPr>
          <w:rFonts w:ascii="Courier New" w:hAnsi="Courier New"/>
          <w:color w:val="555555"/>
          <w:sz w:val="20"/>
        </w:rPr>
        <w:t>[1]</w:t>
      </w:r>
    </w:p>
    <w:p>
      <w:r>
        <w:rPr>
          <w:rFonts w:ascii="Gentium Plus" w:hAnsi="Gentium Plus"/>
          <w:sz w:val="24"/>
        </w:rPr>
        <w:t>Φίλικος ῥίζης, καλάμου ῥίζης, σκορόδου Γαλλικοῦ, ἐβί‐ σκου, σύκου Ἄφρου, κυπαρίσσου σφαιρίων, κηροῦ, ἴρεως, σηπίας ὀστράκου κεκαυμένου ἀνὰ λίτραν αʹ· πάντα ἐν ὅλμῳ συντρίψας καὶ εἰς τὰ γόνατα τοῦ κτήνους δήσας, θεραπεύσεις</w:t>
      </w:r>
    </w:p>
    <w:p>
      <w:r>
        <w:rPr>
          <w:rFonts w:ascii="Courier New" w:hAnsi="Courier New"/>
          <w:color w:val="555555"/>
          <w:sz w:val="20"/>
        </w:rPr>
        <w:t>[5]</w:t>
      </w:r>
    </w:p>
    <w:p>
      <w:r>
        <w:rPr>
          <w:rFonts w:ascii="Gentium Plus" w:hAnsi="Gentium Plus"/>
          <w:sz w:val="24"/>
        </w:rPr>
        <w:t>ἄνευ σιδήρου.</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Κηροῦ λίτρας ἕξ, στέατος ἐλαφείου, χαλβάνης, λευκοΐων, πεπέρεως λευκοῦ, ἀμμωνιακοῦ, ῥητίνης τερβινθίνης, γεντιανῆς</w:t>
      </w:r>
    </w:p>
    <w:p>
      <w:pPr>
        <w:jc w:val="center"/>
      </w:pPr>
      <w:r>
        <w:rPr>
          <w:rFonts w:ascii="Gentium Plus" w:hAnsi="Gentium Plus"/>
          <w:b/>
          <w:sz w:val="24"/>
        </w:rPr>
        <w:t>περὶ τρώσεως ἐν κοίλοις τόποις.</w:t>
      </w:r>
    </w:p>
    <w:p>
      <w:pPr>
        <w:jc w:val="center"/>
      </w:pPr>
      <w:r>
        <w:rPr>
          <w:rFonts w:ascii="Gentium Plus" w:hAnsi="Gentium Plus"/>
          <w:b/>
          <w:sz w:val="24"/>
        </w:rPr>
        <w:t>Αψύρτου.</w:t>
      </w:r>
    </w:p>
    <w:p>
      <w:r>
        <w:rPr>
          <w:rFonts w:ascii="Courier New" w:hAnsi="Courier New"/>
          <w:color w:val="555555"/>
          <w:sz w:val="20"/>
        </w:rPr>
        <w:t>[71 . 1]</w:t>
      </w:r>
    </w:p>
    <w:p>
      <w:r>
        <w:rPr>
          <w:rFonts w:ascii="Gentium Plus" w:hAnsi="Gentium Plus"/>
          <w:sz w:val="24"/>
        </w:rPr>
        <w:t>Ἄψυρτος Πουπλίῳ Κοκκηΐῳ Ἰούστῳ ἑκατοντάρχῃ χαίρειν. ἔγραψάς μοι ἐπερωτῶν, πῶς δεῖ θεραπεύειν τοὺς τετρωμένους ἐν τοῖς κοίλοις. θεραπευτέον δὲ οὕτως· δεῖ γαστρορραφεῖν τὸ περιτόνιον, ὅνπερ τρόπον οἱ ἰατροὶ</w:t>
      </w:r>
    </w:p>
    <w:p>
      <w:r>
        <w:rPr>
          <w:rFonts w:ascii="Courier New" w:hAnsi="Courier New"/>
          <w:color w:val="555555"/>
          <w:sz w:val="20"/>
        </w:rPr>
        <w:t>[5]</w:t>
      </w:r>
    </w:p>
    <w:p>
      <w:r>
        <w:rPr>
          <w:rFonts w:ascii="Gentium Plus" w:hAnsi="Gentium Plus"/>
          <w:sz w:val="24"/>
        </w:rPr>
        <w:t>ἐν ἀνθρώπῳ, ῥάμματι ἐρεῷ κεκλωσμένῳ μὴ λεπτῷ, καὶ ἐκ‐ λαμβάνειν τὰς ἀρχὰς ἔξω, καὶ τότε ἀγκτηριάζειν τὴν πιμελὴν καὶ τὴν βύρσαν σφηκώματι κανναβίνῳ κεκηρωμένῳ, καὶ θερα‐ πεύειν τῷ τραυματικῷ. φλεγμονῆς δὲ γενομένης, καταχρίειν τῇ κιμωλίᾳ μετὰ ὄξους. ἑβδομαίου δὲ γενομένου, λύειν τὴν</w:t>
      </w:r>
    </w:p>
    <w:p>
      <w:r>
        <w:rPr>
          <w:rFonts w:ascii="Courier New" w:hAnsi="Courier New"/>
          <w:color w:val="555555"/>
          <w:sz w:val="20"/>
        </w:rPr>
        <w:t>[10]</w:t>
      </w:r>
    </w:p>
    <w:p>
      <w:r>
        <w:rPr>
          <w:rFonts w:ascii="Gentium Plus" w:hAnsi="Gentium Plus"/>
          <w:sz w:val="24"/>
        </w:rPr>
        <w:t>γαστρορραφίαν καὶ ἐξαιρεῖν τὸ ῥάμμα. ἐὰν δὲ ἔντερον προ‐ πέσῃ, σπόγγῳ βεβρεγμένῳ ὕδατι \| θερμῷ καὶ ἐκπεπιεσμένῳ ἀνωθεῖσθαι· αἱ γὰρ τῶν χειρῶν προσαγωγαὶ φλεγμονὰς ποι‐ οῦσιν. ἐὰν δὲ ᾖ τετρωμένον τὸ ἔντερον ἢ τετυμπανωμένον, ἀπογινώσκειν δεῖ.</w:t>
      </w:r>
    </w:p>
    <w:p>
      <w:r>
        <w:rPr>
          <w:rFonts w:ascii="Courier New" w:hAnsi="Courier New"/>
          <w:color w:val="555555"/>
          <w:sz w:val="20"/>
        </w:rPr>
        <w:t>[71 . 2]</w:t>
      </w:r>
    </w:p>
    <w:p>
      <w:r>
        <w:rPr>
          <w:rFonts w:ascii="Gentium Plus" w:hAnsi="Gentium Plus"/>
          <w:sz w:val="24"/>
        </w:rPr>
        <w:t>ὁ δὲ ἐπίπλους ἐὰν ᾖ προπεπτωκώς, ψα‐ λίζειν αὐτὸν δεῖ καὶ μὴ ἀνωθεῖσθαι. ἐὰν δὲ ᾖ τετρωμένος, καὶ πρόπτωσις μὴ γένηται, προβάλλῃ δὲ τὸν ἐμπρόσθιον πόδα, καὶ ἢ κατωπὸς ἢ σκυθρωπὸς ᾖ, καὶ διατιλήσῃ διὰ τῆς ἕδρας,</w:t>
      </w:r>
    </w:p>
    <w:p>
      <w:r>
        <w:rPr>
          <w:rFonts w:ascii="Courier New" w:hAnsi="Courier New"/>
          <w:color w:val="555555"/>
          <w:sz w:val="20"/>
        </w:rPr>
        <w:t>[5]</w:t>
      </w:r>
    </w:p>
    <w:p>
      <w:r>
        <w:rPr>
          <w:rFonts w:ascii="Gentium Plus" w:hAnsi="Gentium Plus"/>
          <w:sz w:val="24"/>
        </w:rPr>
        <w:t>γινώσκειν δεῖ, ὅτι τῶν ἐντός τι τέτρωται, καὶ ζῆν οὐ δύναται. ἐὰν δέ τι τῶν βαθυσάρκων τρωθῇ, μοτοῦν δεῖ ὄξει αὐτὰ καὶ ἐλαίῳ, καὶ ἀγκτῆρας ἐπιτιθέναι, ἐν οἷς ἀποδεθήσεται τὰ μότα, ἔστωσαν δὲ ἔρια. καὶ τοῦτο ποιεῖν μέχρι ἡμερῶν τριῶν. καὶ τότε λύειν τοὺς πόρπακας, καὶ ἐξαντλεῖν ὕδατι θερμῷ, καὶ</w:t>
      </w:r>
    </w:p>
    <w:p>
      <w:r>
        <w:rPr>
          <w:rFonts w:ascii="Courier New" w:hAnsi="Courier New"/>
          <w:color w:val="555555"/>
          <w:sz w:val="20"/>
        </w:rPr>
        <w:t>[10]</w:t>
      </w:r>
    </w:p>
    <w:p>
      <w:r>
        <w:rPr>
          <w:rFonts w:ascii="Gentium Plus" w:hAnsi="Gentium Plus"/>
          <w:sz w:val="24"/>
        </w:rPr>
        <w:t>τῷ ὀροβίνῳ καταπλάσσειν. ὅσα δὲ ἐν τοῖς γόνασιν ὑποκάτω συμβαίνει τραύματα, δυσαπούλωτά εἰσι διὰ τὸ εἶναι λιπόσαρκα</w:t>
      </w:r>
    </w:p>
    <w:p>
      <w:pPr>
        <w:jc w:val="center"/>
      </w:pPr>
      <w:r>
        <w:rPr>
          <w:rFonts w:ascii="Gentium Plus" w:hAnsi="Gentium Plus"/>
          <w:b/>
          <w:sz w:val="24"/>
        </w:rPr>
        <w:t>Ἱεροκλέους εἰς τὸ αὐτό.</w:t>
      </w:r>
    </w:p>
    <w:p>
      <w:r>
        <w:rPr>
          <w:rFonts w:ascii="Courier New" w:hAnsi="Courier New"/>
          <w:color w:val="555555"/>
          <w:sz w:val="20"/>
        </w:rPr>
        <w:t>[71 . 3]</w:t>
      </w:r>
    </w:p>
    <w:p>
      <w:r>
        <w:rPr>
          <w:rFonts w:ascii="Gentium Plus" w:hAnsi="Gentium Plus"/>
          <w:sz w:val="24"/>
        </w:rPr>
        <w:t>Τοὺς τετρωμένους ἐν τοῖς κοίλοις θεραπεύειν χρὴ οὕτως· ῥάπτειν γαστρορραφίδι ῥάμματι ἐρεῷ κεκλωσμένῳ μὴ λεπτῷ, εἶτα ἐκλαμβάνειν δεῖ τὰς ἀρχὰς ἔξω, καὶ τότε ἀγκτηριάζειν τὴν πιμελὴν καὶ τὴν βύρσαν σφηκώματι κανναβίνῳ κεκηρωμένῳ.</w:t>
      </w:r>
    </w:p>
    <w:p>
      <w:r>
        <w:rPr>
          <w:rFonts w:ascii="Courier New" w:hAnsi="Courier New"/>
          <w:color w:val="555555"/>
          <w:sz w:val="20"/>
        </w:rPr>
        <w:t>[5]</w:t>
      </w:r>
    </w:p>
    <w:p>
      <w:r>
        <w:rPr>
          <w:rFonts w:ascii="Gentium Plus" w:hAnsi="Gentium Plus"/>
          <w:sz w:val="24"/>
        </w:rPr>
        <w:t>θεραπεύειν δὲ χρὴ τὴν φλεγμονὴν καταχρίοντα κιμωλίαν μετὰ ὄξους. ἑβδόμης δὲ ἐπιστάσης ἡμέρας, λύειν τὴν γαστρορραφίδα, καὶ ἐξαιρεῖν τὰ ῥάμματα. ἐὰν δὲ ἔντερον προπέσῃ, σπόγγῳ βεβρεγμένῳ ὕδατι θερμῷ καὶ ἐκπεπιεσμένῳ ἀνωθεῖσθαι αὐτὸ χρή· αἱ γὰρ τῶν χειρῶν προσαγωγαὶ φλεγμονὰς εἰώθασιν</w:t>
      </w:r>
    </w:p>
    <w:p>
      <w:r>
        <w:rPr>
          <w:rFonts w:ascii="Courier New" w:hAnsi="Courier New"/>
          <w:color w:val="555555"/>
          <w:sz w:val="20"/>
        </w:rPr>
        <w:t>[10]</w:t>
      </w:r>
    </w:p>
    <w:p>
      <w:r>
        <w:rPr>
          <w:rFonts w:ascii="Gentium Plus" w:hAnsi="Gentium Plus"/>
          <w:sz w:val="24"/>
        </w:rPr>
        <w:t>προσποιεῖν.</w:t>
      </w:r>
    </w:p>
    <w:p>
      <w:r>
        <w:rPr>
          <w:rFonts w:ascii="Courier New" w:hAnsi="Courier New"/>
          <w:color w:val="555555"/>
          <w:sz w:val="20"/>
        </w:rPr>
        <w:t>[71 . 4]</w:t>
      </w:r>
    </w:p>
    <w:p>
      <w:r>
        <w:rPr>
          <w:rFonts w:ascii="Gentium Plus" w:hAnsi="Gentium Plus"/>
          <w:sz w:val="24"/>
        </w:rPr>
        <w:t>ἐὰν δὲ τετρωμένον ᾖ τὸ ἔντερον ἢ τετυμπανω‐ μένον, χρὴ ἀπογινώσκειν. ἐὰν δὲ ὁ ἐπίπλους ᾖ προπεπτωκώς, \ ἀποψαλίζειν αὐτὸν ἢ εἴσω ὠθεῖν ἁρμόζει. ἐὰν μέντοι τετρω‐ μένος ᾖ ὁ ἵππος, καὶ πρόπτωσις μὴ γένηται, προβάλλῃ δὲ</w:t>
      </w:r>
    </w:p>
    <w:p>
      <w:r>
        <w:rPr>
          <w:rFonts w:ascii="Courier New" w:hAnsi="Courier New"/>
          <w:color w:val="555555"/>
          <w:sz w:val="20"/>
        </w:rPr>
        <w:t>[5]</w:t>
      </w:r>
    </w:p>
    <w:p>
      <w:r>
        <w:rPr>
          <w:rFonts w:ascii="Gentium Plus" w:hAnsi="Gentium Plus"/>
          <w:sz w:val="24"/>
        </w:rPr>
        <w:t>τὸν ἐμπρόσθιον πόδα, καὶ σκυθρωπάζῃ, καὶ ἀποτιλήσῃ τι αἱμοειδές, γιγνώσκειν χρὴ τῶν ἐντὸς τετρῶσθαί τι, καὶ δυσ‐ σῴστως ἔχειν αὐτόν. ἐὰν δέ τι τῶν βαθυσάρκων τρωθῇ, πόρ‐ παξι χρὴ διαλαβόντα μοτοῦν αὐτόν, ἐλαίῳ διαβρέξαντα τὰ μότα καὶ ἐπιδήσαντα, εἶτα λύειν τοὺς πόρπακας, καὶ ἐπαντλεῖν</w:t>
      </w:r>
    </w:p>
    <w:p>
      <w:r>
        <w:rPr>
          <w:rFonts w:ascii="Courier New" w:hAnsi="Courier New"/>
          <w:color w:val="555555"/>
          <w:sz w:val="20"/>
        </w:rPr>
        <w:t>[10]</w:t>
      </w:r>
    </w:p>
    <w:p>
      <w:r>
        <w:rPr>
          <w:rFonts w:ascii="Gentium Plus" w:hAnsi="Gentium Plus"/>
          <w:sz w:val="24"/>
        </w:rPr>
        <w:t>ὕδατι θερμῷ, καὶ τότε ὀροβίνῳ ἀλεύρῳ καταπλάσσειν. ὁ δὲ τετρωμένος ἐν τοῖς ὀπισθίοις ὑποκάτω εἰς τοὺς βουβῶνας, εὐχερῶς ὀπισθοτόνῳ ληφθεὶς διαφθείρεται. \|</w:t>
      </w:r>
    </w:p>
    <w:p>
      <w:pPr>
        <w:jc w:val="center"/>
      </w:pPr>
      <w:r>
        <w:rPr>
          <w:rFonts w:ascii="Gentium Plus" w:hAnsi="Gentium Plus"/>
          <w:b/>
          <w:sz w:val="24"/>
        </w:rPr>
        <w:t>περὶ τοῦ κατὰ κρημνοῦ ἢ εἰς τάφρον ἐμπεπτωκότος.</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Ἐὰν δέ ποτε γένηται κατακρημνισθῆναι τὸν ἵππον ἀπὸ</w:t>
      </w:r>
    </w:p>
    <w:p>
      <w:r>
        <w:rPr>
          <w:rFonts w:ascii="Courier New" w:hAnsi="Courier New"/>
          <w:color w:val="555555"/>
          <w:sz w:val="20"/>
        </w:rPr>
        <w:t>[5]</w:t>
      </w:r>
    </w:p>
    <w:p>
      <w:r>
        <w:rPr>
          <w:rFonts w:ascii="Gentium Plus" w:hAnsi="Gentium Plus"/>
          <w:sz w:val="24"/>
        </w:rPr>
        <w:t>ματισμῷ τῷδε· ὀποῦ Κυρηναϊκοῦ διπλάσιον κυάμου διεὶς ἐν ὀξυκράτῳ, ἴσον ἑκατέρου ὅσον κοτύλαις δυσί, διδόναι διὰ τῶν μυκτήρων. ἢ κονίαν ἀπὸ τῆς ἑστίας διέντα ἐν ὕδατος κοτύ‐ λαις τέσσαρσι διηθήσαντα δι’ ὀθονίου (ἔστω δὲ ἡ κονία δρυΐνη ἢ πρινίνη) ἢ ἀκακίας τὸν χυλὸν τῆς πυρρᾶς ὅσον οὐγκίαν</w:t>
      </w:r>
    </w:p>
    <w:p>
      <w:r>
        <w:rPr>
          <w:rFonts w:ascii="Courier New" w:hAnsi="Courier New"/>
          <w:color w:val="555555"/>
          <w:sz w:val="20"/>
        </w:rPr>
        <w:t>[10]</w:t>
      </w:r>
    </w:p>
    <w:p>
      <w:r>
        <w:rPr>
          <w:rFonts w:ascii="Gentium Plus" w:hAnsi="Gentium Plus"/>
          <w:sz w:val="24"/>
        </w:rPr>
        <w:t>μίαν διέντα οἴνου κοτύλαις δυσίν. ἢ ῥόαν τὴν ἐσθιομένην κόψαντας διδόναι με\|τὰ οἴνου κοτυλῶν δύο διὰ τοῦ στόματος. ἐὰν δὲ πεσὼν ἀφοδεύσῃ ἢ ὑγρὰ τιλήσῃ, περίεργον τὸ ἐγχυμα‐ τίζειν, ζῆν γὰρ οὐ δύναται.</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Ἐάν ποτε συμβῇ κατακρημνισθῆναι τὸν ἵππον ἀφ’ ὑψη‐ λοῦ ἢ εἰς βάθος ἐμπεσεῖν, καὶ τῶν ἄρθρων μηδὲν πάθοι, ὑποπτεύηται μέντοι ἠδικῆσθαί τι τῶν ἐντός· ὀποῦ Κυρη‐ ναϊκοῦ διπλάσιον κυάθου τῷ μεγέθει διεὶς ὕδατος κοτύλαις</w:t>
      </w:r>
    </w:p>
    <w:p>
      <w:r>
        <w:rPr>
          <w:rFonts w:ascii="Courier New" w:hAnsi="Courier New"/>
          <w:color w:val="555555"/>
          <w:sz w:val="20"/>
        </w:rPr>
        <w:t>[5]</w:t>
      </w:r>
    </w:p>
    <w:p>
      <w:r>
        <w:rPr>
          <w:rFonts w:ascii="Gentium Plus" w:hAnsi="Gentium Plus"/>
          <w:sz w:val="24"/>
        </w:rPr>
        <w:t>δυσίν, ἐγχυμάτιζε διὰ τῶν μυκτήρων. ἢ κονίαν ἀπὸ τῆς ἑστίας διέντα κοτύλαις τέτρασιν οἴνου καὶ διηθήσαντα δι’ ὀθονίου χρὴ διδόναι· ἔστω δὲ ἡ κονία δρυΐνη ἢ πρινίνη. ἢ χυλοῦ ἀκακίας τῆς πυρρᾶς ἢ ῥοιᾶς τρωξίμης γο αʹ διέντα οἴνου κοτύλαις τρισί, διδόναι διὰ στόματος. ἐὰν δὲ πεσὼν εὐθὺς</w:t>
      </w:r>
    </w:p>
    <w:p>
      <w:r>
        <w:rPr>
          <w:rFonts w:ascii="Courier New" w:hAnsi="Courier New"/>
          <w:color w:val="555555"/>
          <w:sz w:val="20"/>
        </w:rPr>
        <w:t>[10]</w:t>
      </w:r>
    </w:p>
    <w:p>
      <w:r>
        <w:rPr>
          <w:rFonts w:ascii="Gentium Plus" w:hAnsi="Gentium Plus"/>
          <w:sz w:val="24"/>
        </w:rPr>
        <w:t>ἀποτιλήσῃ, περίεργον ἐγχυματίζειν, οὐ δυνάμενον ζῆν.</w:t>
      </w:r>
    </w:p>
    <w:p>
      <w:pPr>
        <w:jc w:val="center"/>
      </w:pPr>
      <w:r>
        <w:rPr>
          <w:rFonts w:ascii="Gentium Plus" w:hAnsi="Gentium Plus"/>
          <w:b/>
          <w:sz w:val="24"/>
        </w:rPr>
        <w:t>ἄλλο εἰς τὸ αὐτό.</w:t>
      </w:r>
    </w:p>
    <w:p>
      <w:r>
        <w:rPr>
          <w:rFonts w:ascii="Courier New" w:hAnsi="Courier New"/>
          <w:color w:val="555555"/>
          <w:sz w:val="20"/>
        </w:rPr>
        <w:t>[1]</w:t>
      </w:r>
    </w:p>
    <w:p>
      <w:r>
        <w:rPr>
          <w:rFonts w:ascii="Gentium Plus" w:hAnsi="Gentium Plus"/>
          <w:sz w:val="24"/>
        </w:rPr>
        <w:t>Ἀλεύρου ὀροβίνου, τηλίνου, θερμίνου ἀνὰ ξέ. αʹ· ταῦτα ἀλέσας καὶ σήσας λεπτῶς, ἐπίβαλε οἴνου Ἰταλικοῦ ξέ. αʹ, καὶ μέλιτος ἡμίναν, καὶ φυράσας ὁμοῦ, ποίησον μάζαν μίαν, καὶ</w:t>
      </w:r>
    </w:p>
    <w:p>
      <w:pPr>
        <w:jc w:val="center"/>
      </w:pPr>
      <w:r>
        <w:rPr>
          <w:rFonts w:ascii="Gentium Plus" w:hAnsi="Gentium Plus"/>
          <w:b/>
          <w:sz w:val="24"/>
        </w:rPr>
        <w:t>περὶ ἵππου λακτισθέντος.</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Ὅταν γένηται μαχομένων τῶν ἵππων πρὸς ἀλλήλους λακτί‐ ζειν τοῖς ὀπισθίοις τοὺς ἀμφοτέρους εἰς τὸ κενόν, συμβαίνει ῥῆξιν γίνεσθαι τοῦ περιτονίου κατὰ τὸν κρεμαστῆρα τῶν ὄρ‐ χεων, καὶ ἐμπεσεῖν τὰ ἔντερα εἰς τὸν κώρυκον ἢ θυλάκην</w:t>
      </w:r>
    </w:p>
    <w:p>
      <w:r>
        <w:rPr>
          <w:rFonts w:ascii="Courier New" w:hAnsi="Courier New"/>
          <w:color w:val="555555"/>
          <w:sz w:val="20"/>
        </w:rPr>
        <w:t>[5]</w:t>
      </w:r>
    </w:p>
    <w:p>
      <w:r>
        <w:rPr>
          <w:rFonts w:ascii="Gentium Plus" w:hAnsi="Gentium Plus"/>
          <w:sz w:val="24"/>
        </w:rPr>
        <w:t>λεγομένην, καὶ ζῆσαι οὐ δύναται. σημεῖα δὲ ἔστι ταῦτα· ὀγ‐ κοῦται ὁ κώρυκος, καὶ περιπατῶν ἐφίσταται, καὶ οὐ τρώγει, οὔτε στῆναι δύναται, ἀλλὰ ῥίπτει ἑαυτόν, καὶ κυλίεται ἀνα‐ νεύων ἐπὶ τὴν ῥάχιν. ἐπιζῇ δὲ ἡμέραν μίαν ἢ δύο, τῇ δὲ τρίτῃ διαφωνεῖ. οὐκ ἐμπίπτουσι δὲ αὐθημερὸν τὰ ἔντερα,</w:t>
      </w:r>
    </w:p>
    <w:p>
      <w:r>
        <w:rPr>
          <w:rFonts w:ascii="Courier New" w:hAnsi="Courier New"/>
          <w:color w:val="555555"/>
          <w:sz w:val="20"/>
        </w:rPr>
        <w:t>[10]</w:t>
      </w:r>
    </w:p>
    <w:p>
      <w:r>
        <w:rPr>
          <w:rFonts w:ascii="Gentium Plus" w:hAnsi="Gentium Plus"/>
          <w:sz w:val="24"/>
        </w:rPr>
        <w:t>ἀλλὰ τῇ ἐπαύριον.</w:t>
      </w:r>
    </w:p>
    <w:p>
      <w:pPr>
        <w:jc w:val="center"/>
      </w:pPr>
      <w:r>
        <w:rPr>
          <w:rFonts w:ascii="Gentium Plus" w:hAnsi="Gentium Plus"/>
          <w:b/>
          <w:sz w:val="24"/>
        </w:rPr>
        <w:t>ἄλλο εἰς τὸ αὐτό.</w:t>
      </w:r>
    </w:p>
    <w:p>
      <w:r>
        <w:rPr>
          <w:rFonts w:ascii="Courier New" w:hAnsi="Courier New"/>
          <w:color w:val="555555"/>
          <w:sz w:val="20"/>
        </w:rPr>
        <w:t>[1]</w:t>
      </w:r>
    </w:p>
    <w:p>
      <w:r>
        <w:rPr>
          <w:rFonts w:ascii="Gentium Plus" w:hAnsi="Gentium Plus"/>
          <w:sz w:val="24"/>
        </w:rPr>
        <w:t>Ἅλμην ποιήσας καὶ μίξας μετ’ ἐλαίου, ἐγχυμάτιζε, προσ‐ μίσγων καὶ ὕδωρ θαλάττιον καὶ οἴνου τὸ ἀρκοῦν.</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Λακτισθεὶς δὲ ἵππος ὑφ’ ἑτέρου ἵππου εἰς τὸ κενόν, καὶ σφοδρῶς ῥαγέντος τοῦ περιτονίου κατὰ τὸν κρεμαστῆρα τῶν ὄρχεων, κινδυνεύει. περιπατῶν γὰρ ἐφίσταται 〈καὶ οὐ τρώγει〉, ἵστασθαι δὲ μὴ δυνάμενος, ῥίπτει ἑαυτὸν καὶ κυλίεται, καὶ</w:t>
      </w:r>
    </w:p>
    <w:p>
      <w:r>
        <w:rPr>
          <w:rFonts w:ascii="Courier New" w:hAnsi="Courier New"/>
          <w:color w:val="555555"/>
          <w:sz w:val="20"/>
        </w:rPr>
        <w:t>[5]</w:t>
      </w:r>
    </w:p>
    <w:p>
      <w:r>
        <w:rPr>
          <w:rFonts w:ascii="Gentium Plus" w:hAnsi="Gentium Plus"/>
          <w:sz w:val="24"/>
        </w:rPr>
        <w:t>ἀνανεύει ἐπὶ τὴν ῥάχιν. διαφθείρεται δὲ τῇ τρίτῃ ἡμέρᾳ. τότε γὰρ ἐμπίπτει τὰ ἔντερα αὐτοῦ εἰς τὸν λεγόμενον θύλακον, καὶ οὐκ αὐθημερόν. ἐὰν δὲ δηχθῇ ἵππος ὑφ’ ἑτέρου, κατα‐ βρέχειν χρὴ τὰ δήγματα ὀξάλμῃ. τὰ δὲ κατὰ τὰ νεῦρα γινό‐ μενα εὐχερῶς χωλοὺς ποιεῖ. θεραπεύεται μέντοι τῇ ἀλθαίᾳ,</w:t>
      </w:r>
    </w:p>
    <w:p>
      <w:r>
        <w:rPr>
          <w:rFonts w:ascii="Courier New" w:hAnsi="Courier New"/>
          <w:color w:val="555555"/>
          <w:sz w:val="20"/>
        </w:rPr>
        <w:t>[10]</w:t>
      </w:r>
    </w:p>
    <w:p>
      <w:r>
        <w:rPr>
          <w:rFonts w:ascii="Gentium Plus" w:hAnsi="Gentium Plus"/>
          <w:sz w:val="24"/>
        </w:rPr>
        <w:t>ὡς ἄνω γέγραπται. \</w:t>
      </w:r>
    </w:p>
    <w:p>
      <w:pPr>
        <w:jc w:val="center"/>
      </w:pPr>
      <w:r>
        <w:rPr>
          <w:rFonts w:ascii="Gentium Plus" w:hAnsi="Gentium Plus"/>
          <w:b/>
          <w:sz w:val="24"/>
        </w:rPr>
        <w:t>περὶ καταγμάτων.</w:t>
      </w:r>
    </w:p>
    <w:p>
      <w:pPr>
        <w:jc w:val="center"/>
      </w:pPr>
      <w:r>
        <w:rPr>
          <w:rFonts w:ascii="Gentium Plus" w:hAnsi="Gentium Plus"/>
          <w:b/>
          <w:sz w:val="24"/>
        </w:rPr>
        <w:t>Αψύρτου.</w:t>
      </w:r>
    </w:p>
    <w:p>
      <w:r>
        <w:rPr>
          <w:rFonts w:ascii="Courier New" w:hAnsi="Courier New"/>
          <w:color w:val="555555"/>
          <w:sz w:val="20"/>
        </w:rPr>
        <w:t>[74 . 1]</w:t>
      </w:r>
    </w:p>
    <w:p>
      <w:r>
        <w:rPr>
          <w:rFonts w:ascii="Gentium Plus" w:hAnsi="Gentium Plus"/>
          <w:sz w:val="24"/>
        </w:rPr>
        <w:t>Ἄψυρτος Φρόντωνι Ἐφεσίῳ ἱπποϊατρῷ χαίρειν. ὅσα τῶν θραυσμάτων συμβαίνει ὑποκάτω τοῦ γόνατος ἐν τοῖς ὀπισθίοις καὶ ἐμπροσθίοις, θεραπεύεται οὕτω· δεῖ κατατάσσειν εἰς τάξιν τὸ κάταγμα, καὶ οὕτω δεσμεῖν, προϋποτιθέντα ἔρια</w:t>
      </w:r>
    </w:p>
    <w:p>
      <w:r>
        <w:rPr>
          <w:rFonts w:ascii="Courier New" w:hAnsi="Courier New"/>
          <w:color w:val="555555"/>
          <w:sz w:val="20"/>
        </w:rPr>
        <w:t>[5]</w:t>
      </w:r>
    </w:p>
    <w:p>
      <w:r>
        <w:rPr>
          <w:rFonts w:ascii="Gentium Plus" w:hAnsi="Gentium Plus"/>
          <w:sz w:val="24"/>
        </w:rPr>
        <w:t>ῥυπαρὰ τελαμῶσι λινοῖς διαβρόχοις ὄξει καὶ ἐλαίῳ, ὅσοι ἱκα‐ νοί εἰσιν, ἴσοις, μὴ διαρρόμβοις, ἠραιωμένοις καὶ ἀφεστηκόσι, καὶ ὡσαύτως ἐπιρρίπτειν τὰ ἔρια βεβρεγμένα καὶ καταλαμβά‐ νειν. καὶ πλάστιγγας προστιθέναι τρεῖς, καὶ δεσμεύειν ἐξ ἑκα‐ τέρου μέρους ἅμματι τῷ λεγομένῳ λύκῳ, καὶ τηρεῖν ὀρθὸν</w:t>
      </w:r>
    </w:p>
    <w:p>
      <w:r>
        <w:rPr>
          <w:rFonts w:ascii="Courier New" w:hAnsi="Courier New"/>
          <w:color w:val="555555"/>
          <w:sz w:val="20"/>
        </w:rPr>
        <w:t>[10]</w:t>
      </w:r>
    </w:p>
    <w:p>
      <w:r>
        <w:rPr>
          <w:rFonts w:ascii="Gentium Plus" w:hAnsi="Gentium Plus"/>
          <w:sz w:val="24"/>
        </w:rPr>
        <w:t>ἡμέρας τεσσαράκοντα, ὧν ἐν ταῖς εἴκοσι λύειν δεῖ τρὶς καὶ πάλιν δεσμεῖν, καὶ καταβρέχειν τῷ ὀξελαίῳ \| καθ’ ἡμέραν, καὶ μετὰ ταῦτα λύειν, εἶτα πάλιν ἐπιδεσμεῖν, ὡσαύτως καὶ τὰς πλάστιγγας ἐπιθεῖναι. διελθουσῶν δὲ τῶν τεσσαράκοντα, ἐὰν ᾖ πεπηγὼς καὶ περιπατῶν, λύε καὶ χρῶ μαλάγματι τῷ διὰ</w:t>
      </w:r>
    </w:p>
    <w:p>
      <w:r>
        <w:rPr>
          <w:rFonts w:ascii="Courier New" w:hAnsi="Courier New"/>
          <w:color w:val="555555"/>
          <w:sz w:val="20"/>
        </w:rPr>
        <w:t>[15]</w:t>
      </w:r>
    </w:p>
    <w:p>
      <w:r>
        <w:rPr>
          <w:rFonts w:ascii="Gentium Plus" w:hAnsi="Gentium Plus"/>
          <w:sz w:val="24"/>
        </w:rPr>
        <w:t>τοῦ στέατος, καὶ περιπατείτω κατ’ ὀλίγον.</w:t>
      </w:r>
    </w:p>
    <w:p>
      <w:r>
        <w:rPr>
          <w:rFonts w:ascii="Courier New" w:hAnsi="Courier New"/>
          <w:color w:val="555555"/>
          <w:sz w:val="20"/>
        </w:rPr>
        <w:t>[74 . 2]</w:t>
      </w:r>
    </w:p>
    <w:p>
      <w:r>
        <w:rPr>
          <w:rFonts w:ascii="Gentium Plus" w:hAnsi="Gentium Plus"/>
          <w:sz w:val="24"/>
        </w:rPr>
        <w:t>ὅσα δὲ ἐπάνω τοῦ γόνατος κατάσσεται, μὴ ἅπτου· οὐ γίνεται γὰρ ὑγιῆ. καὶ ἐὰν ὁ μηρὸς κατεαγῇ, ἀπογίνωσκε. ὤμου δὲ θραυσθέντος, οὐκ ἔστι θεραπεία· ἐπιγίνεται γὰρ ὀπισθότονος. ἐὰν δέ ποτε συμβῇ</w:t>
      </w:r>
    </w:p>
    <w:p>
      <w:r>
        <w:rPr>
          <w:rFonts w:ascii="Courier New" w:hAnsi="Courier New"/>
          <w:color w:val="555555"/>
          <w:sz w:val="20"/>
        </w:rPr>
        <w:t>[5]</w:t>
      </w:r>
    </w:p>
    <w:p>
      <w:r>
        <w:rPr>
          <w:rFonts w:ascii="Gentium Plus" w:hAnsi="Gentium Plus"/>
          <w:sz w:val="24"/>
        </w:rPr>
        <w:t>θραῦσιν γενέσθαι μετὰ τραύματος, καὶ διακοπῇ ἡ βύρσα, μὴ ἅπτου μηδὲ τὰ ὑποκάτω δέσμευε· σηπεδὼν γὰρ ὑποτρέχει. ἐὰν δὲ ἡ πλευρὰ κατεαγῇ, ὑγιὴς γίνεται. μηδέποτε δὲ κατάγματι πῶρον πεποιηκότι καυτήριον ἐπιθῇς· ἀναβαλλομένων γὰρ τῶν ἐσχαρῶν, λύσις γίνεται τοῦ πώρου, καὶ ἔσται σοι πάλιν θερα‐</w:t>
      </w:r>
    </w:p>
    <w:p>
      <w:r>
        <w:rPr>
          <w:rFonts w:ascii="Courier New" w:hAnsi="Courier New"/>
          <w:color w:val="555555"/>
          <w:sz w:val="20"/>
        </w:rPr>
        <w:t>[10]</w:t>
      </w:r>
    </w:p>
    <w:p>
      <w:r>
        <w:rPr>
          <w:rFonts w:ascii="Gentium Plus" w:hAnsi="Gentium Plus"/>
          <w:sz w:val="24"/>
        </w:rPr>
        <w:t>πεύειν.</w:t>
      </w:r>
    </w:p>
    <w:p>
      <w:pPr>
        <w:jc w:val="center"/>
      </w:pPr>
      <w:r>
        <w:rPr>
          <w:rFonts w:ascii="Gentium Plus" w:hAnsi="Gentium Plus"/>
          <w:b/>
          <w:sz w:val="24"/>
        </w:rPr>
        <w:t>Ἱεροκλέους εἰς τὸ αὐτό.</w:t>
      </w:r>
    </w:p>
    <w:p>
      <w:r>
        <w:rPr>
          <w:rFonts w:ascii="Courier New" w:hAnsi="Courier New"/>
          <w:color w:val="555555"/>
          <w:sz w:val="20"/>
        </w:rPr>
        <w:t>[74 . 3]</w:t>
      </w:r>
    </w:p>
    <w:p>
      <w:r>
        <w:rPr>
          <w:rFonts w:ascii="Gentium Plus" w:hAnsi="Gentium Plus"/>
          <w:sz w:val="24"/>
        </w:rPr>
        <w:t>Εἰ κάταγμα συμβῇ ὑποκάτω τοῦ γόνατος ἐν τοῖς ἐμπρο‐ σθίοις ποσί, θεραπεύεται οὕτως· \| τυπώσας εἰς τάξιν τὸ ἄρ‐ θρον, εἶτα περιθεὶς ἔρια ῥυπαρά, δέσμει ἐν ἅμμασι διαβρόχοις ὄξει καὶ ἐλαίῳ, ἴσοις ἀκριβῶς καὶ συνημμένοις. ἐπιθείς τε</w:t>
      </w:r>
    </w:p>
    <w:p>
      <w:r>
        <w:rPr>
          <w:rFonts w:ascii="Courier New" w:hAnsi="Courier New"/>
          <w:color w:val="555555"/>
          <w:sz w:val="20"/>
        </w:rPr>
        <w:t>[5]</w:t>
      </w:r>
    </w:p>
    <w:p>
      <w:r>
        <w:rPr>
          <w:rFonts w:ascii="Gentium Plus" w:hAnsi="Gentium Plus"/>
          <w:sz w:val="24"/>
        </w:rPr>
        <w:t>ὁμοίως ἔρια βεβρεγμένα, πλαστίγγιά τε προσθείς, ὡς ἔθος, δέσμει ἐξ ἑκατέρου μέρους ἅμματι τῷ καλουμένῳ λύκῳ, καὶ τήρει ὀρθὸν ἐπὶ ἡμέρας τεσσαράκοντα, ὧν ἐν ταῖς κʹ λύε τρίς, καὶ πάλιν δέσμει καταβρέχων τῷ ὀξελαίῳ καθ’ ἡμέραν, καὶ προστιθεὶς τὰ πλαστίγγια μετὰ κʹ ἡμέρας. διελθουσῶν μέντοι</w:t>
      </w:r>
    </w:p>
    <w:p>
      <w:r>
        <w:rPr>
          <w:rFonts w:ascii="Courier New" w:hAnsi="Courier New"/>
          <w:color w:val="555555"/>
          <w:sz w:val="20"/>
        </w:rPr>
        <w:t>[10]</w:t>
      </w:r>
    </w:p>
    <w:p>
      <w:r>
        <w:rPr>
          <w:rFonts w:ascii="Gentium Plus" w:hAnsi="Gentium Plus"/>
          <w:sz w:val="24"/>
        </w:rPr>
        <w:t>τῶν μʹ ἡμερῶν, ἐὰν ᾖ πεπηγὼς ὁ πῶρος, χρῶ μαλάγματι τῷ διὰ στέατος, καὶ περιπατείτω κατ’ ὀλίγον.</w:t>
      </w:r>
    </w:p>
    <w:p>
      <w:r>
        <w:rPr>
          <w:rFonts w:ascii="Courier New" w:hAnsi="Courier New"/>
          <w:color w:val="555555"/>
          <w:sz w:val="20"/>
        </w:rPr>
        <w:t>[74 . 4]</w:t>
      </w:r>
    </w:p>
    <w:p>
      <w:r>
        <w:rPr>
          <w:rFonts w:ascii="Gentium Plus" w:hAnsi="Gentium Plus"/>
          <w:sz w:val="24"/>
        </w:rPr>
        <w:t>εἰ δὲ ἐπάνω τοῦ γόνατος ἢ μηρὸς κατεαγῇ, δυσθεράπευτός ἐστι. καὶ ἐὰν συμβῇ τὴν θραῦσιν γενέσθαι μετὰ τραύματος καὶ διακοπῆς, ὁμοίως σφαλερόν. ἐὰν δὲ ἡ πλευρὰ κατεαγῇ, ῥᾳδία γίνεται ἡ ἴασις.</w:t>
      </w:r>
    </w:p>
    <w:p>
      <w:r>
        <w:rPr>
          <w:rFonts w:ascii="Courier New" w:hAnsi="Courier New"/>
          <w:color w:val="555555"/>
          <w:sz w:val="20"/>
        </w:rPr>
        <w:t>[5]</w:t>
      </w:r>
    </w:p>
    <w:p>
      <w:r>
        <w:rPr>
          <w:rFonts w:ascii="Gentium Plus" w:hAnsi="Gentium Plus"/>
          <w:sz w:val="24"/>
        </w:rPr>
        <w:t>μηδέποτε δὲ κατάγματι πῶρον πεποιηκότι καυτήριον προσ‐ αγάγῃς. λυθέντος γὰρ τοῦ πώρου, ὁ τόπος \| δυσθεράπευτός ἐστιν. εἰδέναι γε μὴν χρή, ὡς κερκὶς τοῦ ὀπισθίου ποδὸς κλα‐ σθεῖσα οὐ συμφύει, τῷ μυελὸν μὴ ἔχειν ἀλλ’ αἷμα, καὶ μά‐ λιστα ὄνου καὶ ἡμιόνου.</w:t>
      </w:r>
    </w:p>
    <w:p>
      <w:pPr>
        <w:jc w:val="center"/>
      </w:pPr>
      <w:r>
        <w:rPr>
          <w:rFonts w:ascii="Gentium Plus" w:hAnsi="Gentium Plus"/>
          <w:b/>
          <w:sz w:val="24"/>
        </w:rPr>
        <w:t>ἄλλο εἰς τὸ αὐτό.</w:t>
      </w:r>
    </w:p>
    <w:p>
      <w:r>
        <w:rPr>
          <w:rFonts w:ascii="Courier New" w:hAnsi="Courier New"/>
          <w:color w:val="555555"/>
          <w:sz w:val="20"/>
        </w:rPr>
        <w:t>[1]</w:t>
      </w:r>
    </w:p>
    <w:p>
      <w:r>
        <w:rPr>
          <w:rFonts w:ascii="Gentium Plus" w:hAnsi="Gentium Plus"/>
          <w:sz w:val="24"/>
        </w:rPr>
        <w:t>Ὅταν σκέλος κατεαγῇ καὶ τὴν βύρσαν ἐκδαρῇ καὶ τὸ ἄρθρον ἐκπέσῃ, περιθεὶς τὴν βύρσαν καὶ ἁρμόσας τὸ ἄρθρον, κατάχρισον τῷ φαρμάκῳ μὴ λίαν ζεστῷ, καὶ ἐπίδησον, καὶ κρεμάσας τὸ κτῆνος ἐπάλειφε τὰ κύκλῳ οἰνελαίῳ. ἔστι δὲ τὸ</w:t>
      </w:r>
    </w:p>
    <w:p>
      <w:r>
        <w:rPr>
          <w:rFonts w:ascii="Courier New" w:hAnsi="Courier New"/>
          <w:color w:val="555555"/>
          <w:sz w:val="20"/>
        </w:rPr>
        <w:t>[5]</w:t>
      </w:r>
    </w:p>
    <w:p>
      <w:r>
        <w:rPr>
          <w:rFonts w:ascii="Gentium Plus" w:hAnsi="Gentium Plus"/>
          <w:sz w:val="24"/>
        </w:rPr>
        <w:t>φάρμακον τοῦτο· πίσσης ὁλκὰς κʹ, ὀποπάνακος, ῥητίνης τερε‐ βινθίνης, ἰξοῦ δρυΐνου, κηροῦ ἀνὰ λίτρας ιʹ, ἀσφάλτου λίτρας εʹ, ἀμμωνιακοῦ θυμιάματος, ῥητίνης πιτυΐνης, χαλβάνης ἀνὰ λίτρας ἕξ, μάννης, βδελλίου ἀνὰ λίτρας δʹ, σμύρνης λίτρας βʹ,</w:t>
      </w:r>
    </w:p>
    <w:p>
      <w:r>
        <w:rPr>
          <w:rFonts w:ascii="Courier New" w:hAnsi="Courier New"/>
          <w:color w:val="555555"/>
          <w:sz w:val="20"/>
        </w:rPr>
        <w:t>[10]</w:t>
      </w:r>
    </w:p>
    <w:p>
      <w:r>
        <w:rPr>
          <w:rFonts w:ascii="Gentium Plus" w:hAnsi="Gentium Plus"/>
          <w:sz w:val="24"/>
        </w:rPr>
        <w:t>ὁμοῦ τήξας, καὶ τὸ ἀμμωνιακὸν πρὸς πῦρ θερμάνας καὶ πλα‐ τύνας, ἐπίβαλλε. τὴν σμύρναν δὲ καὶ τὸ βδέλλιον κόψας μίσγε \| τελευταῖα, εἶτα τὸν ὀποπάνακα βαλὼν εἰς κάκκαβον καὶ τὸν ἰξόν, εἶτα τὴν χαλβάνην, καὶ ἔσχατον τὰ κεκομμένα ἐπι‐ πλάσσων ἐν ὀθονίῳ χρῶ.</w:t>
      </w:r>
    </w:p>
    <w:p>
      <w:pPr>
        <w:jc w:val="center"/>
      </w:pPr>
      <w:r>
        <w:rPr>
          <w:rFonts w:ascii="Gentium Plus" w:hAnsi="Gentium Plus"/>
          <w:b/>
          <w:sz w:val="24"/>
        </w:rPr>
        <w:t>ἄλλο Ἱπποκράτους περὶ κατάγματος κεφαλῆς.</w:t>
      </w:r>
    </w:p>
    <w:p>
      <w:r>
        <w:rPr>
          <w:rFonts w:ascii="Courier New" w:hAnsi="Courier New"/>
          <w:color w:val="555555"/>
          <w:sz w:val="20"/>
        </w:rPr>
        <w:t>[1]</w:t>
      </w:r>
    </w:p>
    <w:p>
      <w:r>
        <w:rPr>
          <w:rFonts w:ascii="Gentium Plus" w:hAnsi="Gentium Plus"/>
          <w:sz w:val="24"/>
        </w:rPr>
        <w:t>Κατάγματος γενομένου ἐν κεφαλῇ, ἐὰν διακοπῇ τὸ ὀστοῦν ἢ ἡ μῆνιγξ, οἱ ὀφθαλμοὶ ὕφαιμοι γίνονται καὶ αἵματος πλή‐ ρεις, καὶ βήττει, καὶ τὰ σκέλη ἔχει διῳδηκότα. ὁ τοιοῦτος δὲ σωθῆναι οὐ δύναται.</w:t>
      </w:r>
    </w:p>
    <w:p>
      <w:pPr>
        <w:jc w:val="center"/>
      </w:pPr>
      <w:r>
        <w:rPr>
          <w:rFonts w:ascii="Gentium Plus" w:hAnsi="Gentium Plus"/>
          <w:b/>
          <w:sz w:val="24"/>
        </w:rPr>
        <w:t>Ἱεροκλέους ἔμπλαστρος εἰς τὸ αὐτό.</w:t>
      </w:r>
    </w:p>
    <w:p>
      <w:r>
        <w:rPr>
          <w:rFonts w:ascii="Courier New" w:hAnsi="Courier New"/>
          <w:color w:val="555555"/>
          <w:sz w:val="20"/>
        </w:rPr>
        <w:t>[1]</w:t>
      </w:r>
    </w:p>
    <w:p>
      <w:r>
        <w:rPr>
          <w:rFonts w:ascii="Gentium Plus" w:hAnsi="Gentium Plus"/>
          <w:sz w:val="24"/>
        </w:rPr>
        <w:t>Λιθαργύρου, ὄξους ἀνὰ λίτραν αʹ, ἐλαίου λίτρας αcʹ, ἀμμωνιακοῦ γο γʹ, κηροῦ γο βʹ, ῥητίνης γο βʹ, τερεβινθίνης γο γʹ, ἀσφάλτου, πίσσης, ἰοῦ ἀνὰ γο ἕξ· ἕψει τὸ ὄξος καὶ τὸ ἔλαιον καὶ τὴν λιθάργυρον. εἶτα μέλλουσιν αὐτοῖς συστρέ‐</w:t>
      </w:r>
    </w:p>
    <w:p>
      <w:r>
        <w:rPr>
          <w:rFonts w:ascii="Courier New" w:hAnsi="Courier New"/>
          <w:color w:val="555555"/>
          <w:sz w:val="20"/>
        </w:rPr>
        <w:t>[5]</w:t>
      </w:r>
    </w:p>
    <w:p>
      <w:r>
        <w:rPr>
          <w:rFonts w:ascii="Gentium Plus" w:hAnsi="Gentium Plus"/>
          <w:sz w:val="24"/>
        </w:rPr>
        <w:t>φεσθαι ἐπίβαλε τὴν πίσσαν, ἕως καὶ αὐτὴ λυθῇ καλῶς. καὶ ἄρας ἀπὸ τοῦ πυρὸς τὸ τρουλίον, \| ἐπίβαλλε τὴν ἄσφαλτον, μὴ κινῶν αὐτήν. ὅταν δὲ καὶ αὐτὴ λυθῇ, προστίθει καὶ τὰ λοιπά, καὶ ἕψει. εἶτα, ὡς ἂν συστραφῇ, λαβὼν διήθησον εἰς ἴγδιν.</w:t>
      </w:r>
    </w:p>
    <w:p>
      <w:pPr>
        <w:jc w:val="center"/>
      </w:pPr>
      <w:r>
        <w:rPr>
          <w:rFonts w:ascii="Gentium Plus" w:hAnsi="Gentium Plus"/>
          <w:b/>
          <w:sz w:val="24"/>
        </w:rPr>
        <w:t>ἔμπλαστρος ἡ καλουμένη βαρβάρα,</w:t>
      </w:r>
    </w:p>
    <w:p>
      <w:r>
        <w:rPr>
          <w:rFonts w:ascii="Courier New" w:hAnsi="Courier New"/>
          <w:color w:val="555555"/>
          <w:sz w:val="20"/>
        </w:rPr>
        <w:t>[t2]</w:t>
      </w:r>
    </w:p>
    <w:p>
      <w:r>
        <w:rPr>
          <w:rFonts w:ascii="Gentium Plus" w:hAnsi="Gentium Plus"/>
          <w:sz w:val="24"/>
        </w:rPr>
        <w:t>ποιοῦσα πρὸς κατάγματα.</w:t>
      </w:r>
    </w:p>
    <w:p>
      <w:r>
        <w:rPr>
          <w:rFonts w:ascii="Courier New" w:hAnsi="Courier New"/>
          <w:color w:val="555555"/>
          <w:sz w:val="20"/>
        </w:rPr>
        <w:t>[1]</w:t>
      </w:r>
    </w:p>
    <w:p>
      <w:r>
        <w:rPr>
          <w:rFonts w:ascii="Gentium Plus" w:hAnsi="Gentium Plus"/>
          <w:sz w:val="24"/>
        </w:rPr>
        <w:t>Ὄξους δριμέος, ἐλαίου κοινοῦ, λιθαργύρου ἀνὰ λίτραν αʹ, πίσσης ξηρᾶς γο ϛʹ, κηροῦ γο ϛʹ, ἀσφάλτου Ἰουδαϊκῆς γο δʹ,</w:t>
      </w:r>
    </w:p>
    <w:p>
      <w:r>
        <w:rPr>
          <w:rFonts w:ascii="Courier New" w:hAnsi="Courier New"/>
          <w:color w:val="555555"/>
          <w:sz w:val="20"/>
        </w:rPr>
        <w:t>[5]</w:t>
      </w:r>
    </w:p>
    <w:p>
      <w:r>
        <w:rPr>
          <w:rFonts w:ascii="Gentium Plus" w:hAnsi="Gentium Plus"/>
          <w:sz w:val="24"/>
        </w:rPr>
        <w:t>πρῶτον τὴν πίσσαν τετριμμένην, καὶ ὅταν αὐτὴ διαλυθῇ, ἄρας τὸν κάκκαβον ἀπὸ τοῦ πυρός, προσεπίβαλλε καὶ τὴν ἄσφαλτον, καὶ ἔα λυθῆναι. εἶτα ἐπιθεὶς πάλιν ἐπὶ τοῦ πυρός, ὅταν ἀναζέσῃ, πρόσβαλλε καὶ τὰ λοιπά.</w:t>
      </w:r>
    </w:p>
    <w:p>
      <w:pPr>
        <w:jc w:val="center"/>
      </w:pPr>
      <w:r>
        <w:rPr>
          <w:rFonts w:ascii="Gentium Plus" w:hAnsi="Gentium Plus"/>
          <w:b/>
          <w:sz w:val="24"/>
        </w:rPr>
        <w:t>ἔμπλαστρος ξανθὴ εἰς τὸ αὐτό.</w:t>
      </w:r>
    </w:p>
    <w:p>
      <w:r>
        <w:rPr>
          <w:rFonts w:ascii="Courier New" w:hAnsi="Courier New"/>
          <w:color w:val="555555"/>
          <w:sz w:val="20"/>
        </w:rPr>
        <w:t>[1]</w:t>
      </w:r>
    </w:p>
    <w:p>
      <w:r>
        <w:rPr>
          <w:rFonts w:ascii="Gentium Plus" w:hAnsi="Gentium Plus"/>
          <w:sz w:val="24"/>
        </w:rPr>
        <w:t>Πίσσης ξηρᾶς λίτραν αʹ, κηροῦ γο βʹ, μάννης \ τοῦ γο αʹ, ἀμμωνιακοῦ θυμιάματος γο δʹ, ῥητίνης ξηρᾶς γο αʹ, χαλβάνης γο αʹ, ὄξους κοτύλας βʹ. ἑψήσας τὴν πίσσαν καὶ τὸ ὄξος, ἐπίβαλλε τὸ ἀμμωνιακὸν πλατύνων εἰς τὸ πῦρ, ἢ</w:t>
      </w:r>
    </w:p>
    <w:p>
      <w:r>
        <w:rPr>
          <w:rFonts w:ascii="Courier New" w:hAnsi="Courier New"/>
          <w:color w:val="555555"/>
          <w:sz w:val="20"/>
        </w:rPr>
        <w:t>[5]</w:t>
      </w:r>
    </w:p>
    <w:p>
      <w:r>
        <w:rPr>
          <w:rFonts w:ascii="Gentium Plus" w:hAnsi="Gentium Plus"/>
          <w:sz w:val="24"/>
        </w:rPr>
        <w:t>κόπτων καὶ σήθων. ἄμεινον δὲ ποιεῖν ἐν ὄξει τήκεσθαι καὶ ἐγκατακενοῦν τῇ χύτρᾳ. ἔπειτα τὴν ῥητίνην καὶ τὴν μάνναν καὶ τὴν χαλβάνην ἐπίβαλλε.</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Ἐλαίου παλαιοῦ ξέ. αʹ, ἀξουγγίου, λιθαργύρου ἀνὰ λί‐ τραν αʹ· ταῦτα ὁμοῦ ἕψει, ἕως οὗ πομφόλυγες ἐκβρασθῶσιν, καὶ χλιαρῷ ὄντι τῷ φαρμάκῳ κατάχριε. \|</w:t>
      </w:r>
    </w:p>
    <w:p>
      <w:pPr>
        <w:jc w:val="center"/>
      </w:pPr>
      <w:r>
        <w:rPr>
          <w:rFonts w:ascii="Gentium Plus" w:hAnsi="Gentium Plus"/>
          <w:b/>
          <w:sz w:val="24"/>
        </w:rPr>
        <w:t>περὶ χολέρας ὑγρᾶς καὶ ξηρᾶς.</w:t>
      </w:r>
    </w:p>
    <w:p>
      <w:pPr>
        <w:jc w:val="center"/>
      </w:pPr>
      <w:r>
        <w:rPr>
          <w:rFonts w:ascii="Gentium Plus" w:hAnsi="Gentium Plus"/>
          <w:b/>
          <w:sz w:val="24"/>
        </w:rPr>
        <w:t>Αψύρτου.</w:t>
      </w:r>
    </w:p>
    <w:p>
      <w:r>
        <w:rPr>
          <w:rFonts w:ascii="Courier New" w:hAnsi="Courier New"/>
          <w:color w:val="555555"/>
          <w:sz w:val="20"/>
        </w:rPr>
        <w:t>[75 . 1]</w:t>
      </w:r>
    </w:p>
    <w:p>
      <w:r>
        <w:rPr>
          <w:rFonts w:ascii="Gentium Plus" w:hAnsi="Gentium Plus"/>
          <w:sz w:val="24"/>
        </w:rPr>
        <w:t>Ἄψυρτος Ἰουλίῳ Φρόντωνι ἑκατοντάρχῃ χαίρειν. ἔγραψάς μοι ἐπερωτῶν, τίνα τὰ σημεῖα χολέρας ξηρᾶς. ἔστι δὲ τάδε· θερμὸς ὅλος γίνεται τῷ σώματι, μάλιστα δὲ τῇ κοιλίᾳ, καὶ ἀφοδεύων μετὰ βίας ἐκκρίνει (διὸ καὶ ξηρὰ λέγεται) καὶ</w:t>
      </w:r>
    </w:p>
    <w:p>
      <w:r>
        <w:rPr>
          <w:rFonts w:ascii="Courier New" w:hAnsi="Courier New"/>
          <w:color w:val="555555"/>
          <w:sz w:val="20"/>
        </w:rPr>
        <w:t>[5]</w:t>
      </w:r>
    </w:p>
    <w:p>
      <w:r>
        <w:rPr>
          <w:rFonts w:ascii="Gentium Plus" w:hAnsi="Gentium Plus"/>
          <w:sz w:val="24"/>
        </w:rPr>
        <w:t>διαφεύγει τὸ κατακεῖσθαι, καὶ ὀδυνᾶται σφόδρα, τό τε στόμα θερμὸν ἔχει καὶ κατάξηρον. συμβαίνει δὲ τοῦτο, ὅταν μὴ εὐέξ‐ οδος γένηται ἡ χολὴ διὰ τοῦ πόρου τοῦ ἐπὶ τὴν κύστιν ἄγοντος, καὶ διὰ τῆς οὐρήσεως ἔκκρισιν λάβῃ, ἀλλ’ ἐμμείνῃ, καὶ ἐν ὁδοιπορίᾳ γένηται ἢ δρόμῳ. θεραπεύεται δὲ κλυζόμε‐</w:t>
      </w:r>
    </w:p>
    <w:p>
      <w:r>
        <w:rPr>
          <w:rFonts w:ascii="Courier New" w:hAnsi="Courier New"/>
          <w:color w:val="555555"/>
          <w:sz w:val="20"/>
        </w:rPr>
        <w:t>[10]</w:t>
      </w:r>
    </w:p>
    <w:p>
      <w:r>
        <w:rPr>
          <w:rFonts w:ascii="Gentium Plus" w:hAnsi="Gentium Plus"/>
          <w:sz w:val="24"/>
        </w:rPr>
        <w:t>νος νίτρῳ καὶ ἐλαίῳ μεθ’ ὕδατος, καὶ τῶν ἔργων παῦλαν ἔχων καὶ ἐν ἡσυχίᾳ ἑστώς. ἐσθι\|έτω δὲ χόρτον χλωρὸν ἁπαλόν, εἰ δὲ οὐκ ἔστι, τὸν ξηρὸν καταρραίνοντας νίτρῳ ἢ γλυκεῖ ἢ ὑδρομέλιτι παραβάλλειν, καὶ μαλάχην ἀφεψήσαντας ὕδατι θερμῷ μετὰ οἴνου γλυκέος, ἐγχυματίζειν διὰ τῶν ῥινῶν. κριθὰς δὲ</w:t>
      </w:r>
    </w:p>
    <w:p>
      <w:r>
        <w:rPr>
          <w:rFonts w:ascii="Courier New" w:hAnsi="Courier New"/>
          <w:color w:val="555555"/>
          <w:sz w:val="20"/>
        </w:rPr>
        <w:t>[15]</w:t>
      </w:r>
    </w:p>
    <w:p>
      <w:r>
        <w:rPr>
          <w:rFonts w:ascii="Gentium Plus" w:hAnsi="Gentium Plus"/>
          <w:sz w:val="24"/>
        </w:rPr>
        <w:t>μὴ παραβάλλειν, ἄχρις οὗ καθαρθῇ, βρέχοντα δὲ διδόναι τὸ ἀπόβρεγμα πιεῖν μετὰ τοῦ νίτρου, καὶ τρίψει μὴ πολλῇ χρῆ‐ σθαι. ἔστω δὲ ὁ κλυστὴρ ἀσκίον, καλάμιον ἔχον ἐνδεδεμένον καὶ κεκηρωμένον, τὸ προστιθέμενον τῷ σφιγκτῆρι. δεῖ δὲ τὰ παρακείμενα κόπρια προεκκομίσασθαι τῇ χειρί.</w:t>
      </w:r>
    </w:p>
    <w:p>
      <w:r>
        <w:rPr>
          <w:rFonts w:ascii="Courier New" w:hAnsi="Courier New"/>
          <w:color w:val="555555"/>
          <w:sz w:val="20"/>
        </w:rPr>
        <w:t>[75 . 2]</w:t>
      </w:r>
    </w:p>
    <w:p>
      <w:r>
        <w:rPr>
          <w:rFonts w:ascii="Gentium Plus" w:hAnsi="Gentium Plus"/>
          <w:sz w:val="24"/>
        </w:rPr>
        <w:t>ὑγρᾶς δὲ ἐπιγενομένης ἐπιγνωσθήσεται διὰ τούτων· ὀφθαλμοὶ μήλινοι γίνονται καὶ στίλβοντες, ῥώθωνας διεσταλ‐ μένους ἔχει, ἱδροῖ τε τὰ ὦτα καὶ τὰς λαγόνας, τό τε στόμα θερμὸν ἔχει, καὶ αἱ ὑπὸ τὴν γλῶσσαν φλέβες ὡσαύτως μήλι‐</w:t>
      </w:r>
    </w:p>
    <w:p>
      <w:r>
        <w:rPr>
          <w:rFonts w:ascii="Courier New" w:hAnsi="Courier New"/>
          <w:color w:val="555555"/>
          <w:sz w:val="20"/>
        </w:rPr>
        <w:t>[5]</w:t>
      </w:r>
    </w:p>
    <w:p>
      <w:r>
        <w:rPr>
          <w:rFonts w:ascii="Gentium Plus" w:hAnsi="Gentium Plus"/>
          <w:sz w:val="24"/>
        </w:rPr>
        <w:t>νοι, καὶ ἐκτινάσσων ἑαυτὸν στένει. ἐνίοτε δὲ καὶ χωλαίνει τινὰ τῶν σκελῶν καὶ οἰδοῦντα ἔχει. οὐρεῖ δὲ ὠχρὸν καὶ χο‐ λῶδες. κατακλιθεὶς δὲ \| καὶ ἐκτείνας ἑαυτὸν στένει. λέγεται δὲ βοηθεῖσθαι ἐγχυματιζόμενος ὀξυκράτῳ ἴσον ἑκατέρου κοτύ‐ λαις δυσί. ἡμεῖς δὲ ἐχρησάμεθα καὶ τούτοις· κύμινον καὶ</w:t>
      </w:r>
    </w:p>
    <w:p>
      <w:r>
        <w:rPr>
          <w:rFonts w:ascii="Courier New" w:hAnsi="Courier New"/>
          <w:color w:val="555555"/>
          <w:sz w:val="20"/>
        </w:rPr>
        <w:t>[10]</w:t>
      </w:r>
    </w:p>
    <w:p>
      <w:r>
        <w:rPr>
          <w:rFonts w:ascii="Gentium Plus" w:hAnsi="Gentium Plus"/>
          <w:sz w:val="24"/>
        </w:rPr>
        <w:t>θύμον ἴσον ἑκατέρου τρίψαντες, οἴνῳ καὶ μέλιτι πλήθει κοτύ‐ λης, καὶ ὕδατος τὸ αὐτὸ μιγνύντες, ἐγχυματίζομεν διὰ τοῦ στόματος, καὶ αἷμα ἀφαιροῦμεν ἐκ τῶν μεσοκυνίων. παραγ‐ γέλλουσι δέ τινες λούειν αὐτόν, ἕτεροι δὲ τῇ ἀπὸ τοῦ πυρὸς χρῶνται ἀλέᾳ καὶ καπνοῦ.</w:t>
      </w:r>
    </w:p>
    <w:p>
      <w:pPr>
        <w:jc w:val="center"/>
      </w:pPr>
      <w:r>
        <w:rPr>
          <w:rFonts w:ascii="Gentium Plus" w:hAnsi="Gentium Plus"/>
          <w:b/>
          <w:sz w:val="24"/>
        </w:rPr>
        <w:t>Ἱεροκλέους εἰς τὸ αὐτό.</w:t>
      </w:r>
    </w:p>
    <w:p>
      <w:r>
        <w:rPr>
          <w:rFonts w:ascii="Courier New" w:hAnsi="Courier New"/>
          <w:color w:val="555555"/>
          <w:sz w:val="20"/>
        </w:rPr>
        <w:t>[75 . 3]</w:t>
      </w:r>
    </w:p>
    <w:p>
      <w:r>
        <w:rPr>
          <w:rFonts w:ascii="Gentium Plus" w:hAnsi="Gentium Plus"/>
          <w:sz w:val="24"/>
        </w:rPr>
        <w:t>Ἐὰν χολέρᾳ συνέχηται ὑγρᾷ, ἡ κοιλία ὑγραίνεται, καὶ στρόφοι ἐγγίγνονται, καὶ ἑστὼς ἐν τῇ ἱπποστασίᾳ τὸ στῆθος πρὸς τὸν τοῖχον ὠθεῖ, καὶ δυσκόλως παρίσταται, καὶ λακτίζει, καὶ πέφρικε, καὶ οὐρεῖ παχὺ καὶ μέλαν. κράμβης οὖν ἀγρίας</w:t>
      </w:r>
    </w:p>
    <w:p>
      <w:r>
        <w:rPr>
          <w:rFonts w:ascii="Courier New" w:hAnsi="Courier New"/>
          <w:color w:val="555555"/>
          <w:sz w:val="20"/>
        </w:rPr>
        <w:t>[5]</w:t>
      </w:r>
    </w:p>
    <w:p>
      <w:r>
        <w:rPr>
          <w:rFonts w:ascii="Gentium Plus" w:hAnsi="Gentium Plus"/>
          <w:sz w:val="24"/>
        </w:rPr>
        <w:t>φύλλα τρίψας καὶ ἀναζέσας ἐν οἴνου παλαιοῦ κοτύλαις δυσὶ καὶ μέλιτος ἡμικοτυλίῳ, ἐγχυμάτιζε διὰ στόματος. τὸ αὐτὸ \ δὲ ποιεῖ καὶ ὀποπάναξ καὶ πέπερι τριφθέντα μετὰ τοῦ παλαιοῦ οἴνου καὶ ἐγχυματισθέντα. τῇ δὲ τροφῇ τῇ εἰθισμένῃ χρήσθω, ὀλίγον μέντοι ἐλάττονι.</w:t>
      </w:r>
    </w:p>
    <w:p>
      <w:r>
        <w:rPr>
          <w:rFonts w:ascii="Courier New" w:hAnsi="Courier New"/>
          <w:color w:val="555555"/>
          <w:sz w:val="20"/>
        </w:rPr>
        <w:t>[75 . 4]</w:t>
      </w:r>
    </w:p>
    <w:p>
      <w:r>
        <w:rPr>
          <w:rFonts w:ascii="Gentium Plus" w:hAnsi="Gentium Plus"/>
          <w:sz w:val="24"/>
        </w:rPr>
        <w:t>ἡ δὲ ξηρὰ χολέρα θεραπεύεται οὕτως· κράμβης ἀγρίας ὁμοίως καὶ νίτρου τριφθέντων ἐν οἴνῳ, καὶ ἐγχυματισμοῦ προσενεχθέντος, προσαντλείσθω ψυχρῷ ὕδατι κατὰ τὸν ὀμ‐ φαλόν.</w:t>
      </w:r>
    </w:p>
    <w:p>
      <w:r>
        <w:rPr>
          <w:rFonts w:ascii="Courier New" w:hAnsi="Courier New"/>
          <w:color w:val="555555"/>
          <w:sz w:val="20"/>
        </w:rPr>
        <w:t>[75 . 5]</w:t>
      </w:r>
    </w:p>
    <w:p>
      <w:r>
        <w:rPr>
          <w:rFonts w:ascii="Gentium Plus" w:hAnsi="Gentium Plus"/>
          <w:sz w:val="24"/>
        </w:rPr>
        <w:t>Στρατόνικος δὲ συντάσσει μέλιτος ὀξύβαφον καὶ μαράθου σπέρματος ὀξύβαφον, μελιλώτου ὁλκὴν τρίψαντα ἐν οἴνου κοτύλῃ καὶ ὕδατος ξέσταις ἕξ, ἐγχεῖν διὰ στόματος. ἐὰν δὲ ἡ κοιλία ὑποστῇ, κλυστῆρα ἐνθέντα τὸ πνεῦμα ἐκβαλεῖν,</w:t>
      </w:r>
    </w:p>
    <w:p>
      <w:r>
        <w:rPr>
          <w:rFonts w:ascii="Courier New" w:hAnsi="Courier New"/>
          <w:color w:val="555555"/>
          <w:sz w:val="20"/>
        </w:rPr>
        <w:t>[5]</w:t>
      </w:r>
    </w:p>
    <w:p>
      <w:r>
        <w:rPr>
          <w:rFonts w:ascii="Gentium Plus" w:hAnsi="Gentium Plus"/>
          <w:sz w:val="24"/>
        </w:rPr>
        <w:t>ἢ καὶ παιδαρίου διὰ τῆς ἕδρας καθέντος τὴν χεῖρα ἐκκαθᾶραι τὰ κόπρια. ποτίζειν δὲ χλιαρῷ, κατὰ βραχὺ νίτρον παραβάλ‐</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Ἐχίου ῥίζης τέταρτον μνᾶς κόψας καὶ τρίψας, \ ἔγχει. ἢ κιττοῦ πέταλα οἴνῳ μεμιγμένα μέλανι, ἢ σίδια καὶ ἀγριέλαιον κόψας καὶ ὑγράνας οἴνῳ, πρόσαγε τῷ στόματι, ὥστε καταπιεῖν. ἐὰν δὲ μὴ πρὸς ταῦτα παύηται, τὰς ἐπάνω τῶν</w:t>
      </w:r>
    </w:p>
    <w:p>
      <w:r>
        <w:rPr>
          <w:rFonts w:ascii="Courier New" w:hAnsi="Courier New"/>
          <w:color w:val="555555"/>
          <w:sz w:val="20"/>
        </w:rPr>
        <w:t>[5]</w:t>
      </w:r>
    </w:p>
    <w:p>
      <w:r>
        <w:rPr>
          <w:rFonts w:ascii="Gentium Plus" w:hAnsi="Gentium Plus"/>
          <w:sz w:val="24"/>
        </w:rPr>
        <w:t>μυκτήρων φλέβας κεντήσας, αἷμα ἀφαίρει.</w:t>
      </w:r>
    </w:p>
    <w:p>
      <w:pPr>
        <w:jc w:val="center"/>
      </w:pPr>
      <w:r>
        <w:rPr>
          <w:rFonts w:ascii="Gentium Plus" w:hAnsi="Gentium Plus"/>
          <w:b/>
          <w:sz w:val="24"/>
        </w:rPr>
        <w:t>ἄλλο περὶ χολέρας ὑγρᾶς.</w:t>
      </w:r>
    </w:p>
    <w:p>
      <w:r>
        <w:rPr>
          <w:rFonts w:ascii="Courier New" w:hAnsi="Courier New"/>
          <w:color w:val="555555"/>
          <w:sz w:val="20"/>
        </w:rPr>
        <w:t>[1]</w:t>
      </w:r>
    </w:p>
    <w:p>
      <w:r>
        <w:rPr>
          <w:rFonts w:ascii="Gentium Plus" w:hAnsi="Gentium Plus"/>
          <w:sz w:val="24"/>
        </w:rPr>
        <w:t>Πυροὺς δίδου πεφρυγμένους, καὶ ἄλευρα πύρινα, καὶ τὴν Ἡράκλειον πόαν καλουμένην τρίβων καὶ οἴνῳ διείς, ἔγχει εἰς τὸ στόμα μετὰ γάλακτος καὶ οἴνου.</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Ἐὰν χολέρα ἐνοχλῇ τῷ ζῴῳ, καὶ οὐ δύναται κοιμᾶσθαι, μύρτον ἄγριον τρίβων καὶ οἴνῳ μίσγων, ἐγχυμάτιζε εἰς ἀμφοτέ‐ ρους τοὺς μυκτῆρας, κριθάς τε μὴ χόρταζε 〈καὶ ὕδατος θερ‐ μοῦ συντετριμμένης ἀπὸ κριθῆς καὶ ἀπὸ τῆς τροφῆς αὐτοῦ</w:t>
      </w:r>
    </w:p>
    <w:p>
      <w:r>
        <w:rPr>
          <w:rFonts w:ascii="Courier New" w:hAnsi="Courier New"/>
          <w:color w:val="555555"/>
          <w:sz w:val="20"/>
        </w:rPr>
        <w:t>[5]</w:t>
      </w:r>
    </w:p>
    <w:p>
      <w:r>
        <w:rPr>
          <w:rFonts w:ascii="Gentium Plus" w:hAnsi="Gentium Plus"/>
          <w:sz w:val="24"/>
        </w:rPr>
        <w:t>ἥττω δώσεις, μέχρις ὅτου ἱλαρὸς γένηται〉. ποίει δὲ αὐτῷ καὶ κατάκλισιν καὶ στάσιν ἁπαλωτέραν.</w:t>
      </w:r>
    </w:p>
    <w:p>
      <w:pPr>
        <w:jc w:val="center"/>
      </w:pPr>
      <w:r>
        <w:rPr>
          <w:rFonts w:ascii="Gentium Plus" w:hAnsi="Gentium Plus"/>
          <w:b/>
          <w:sz w:val="24"/>
        </w:rPr>
        <w:t>ἄλλο.</w:t>
      </w:r>
    </w:p>
    <w:p>
      <w:r>
        <w:rPr>
          <w:rFonts w:ascii="Courier New" w:hAnsi="Courier New"/>
          <w:color w:val="555555"/>
          <w:sz w:val="20"/>
        </w:rPr>
        <w:t>[8]</w:t>
      </w:r>
    </w:p>
    <w:p>
      <w:r>
        <w:rPr>
          <w:rFonts w:ascii="Gentium Plus" w:hAnsi="Gentium Plus"/>
          <w:sz w:val="24"/>
        </w:rPr>
        <w:t>Κισσὸν μέλανα τρίψας μετὰ οἴνου ἐγχυμάτιζε. \</w:t>
      </w:r>
    </w:p>
    <w:p>
      <w:pPr>
        <w:jc w:val="center"/>
      </w:pPr>
      <w:r>
        <w:rPr>
          <w:rFonts w:ascii="Gentium Plus" w:hAnsi="Gentium Plus"/>
          <w:b/>
          <w:sz w:val="24"/>
        </w:rPr>
        <w:t>Εὐμήλου πρὸς χολὴν ἐπαχθῆ.</w:t>
      </w:r>
    </w:p>
    <w:p>
      <w:r>
        <w:rPr>
          <w:rFonts w:ascii="Courier New" w:hAnsi="Courier New"/>
          <w:color w:val="555555"/>
          <w:sz w:val="20"/>
        </w:rPr>
        <w:t>[1]</w:t>
      </w:r>
    </w:p>
    <w:p>
      <w:r>
        <w:rPr>
          <w:rFonts w:ascii="Gentium Plus" w:hAnsi="Gentium Plus"/>
          <w:sz w:val="24"/>
        </w:rPr>
        <w:t>Ἐπαχθὴς χολὴ διὰ τῆς κατὰ γαστέρα φλεγμονῆς διαγινώ‐ σκεται. δεῖ τοίνυν ἐμβάλλοντα τὴν χεῖρα τὴν κόπρον ἀφέλκειν ἔξω, καὶ μετὰ ταῦτα ὀρίγανον ἀγρίαν καὶ ἀγριοσταφίδα καὶ</w:t>
      </w:r>
    </w:p>
    <w:p>
      <w:r>
        <w:rPr>
          <w:rFonts w:ascii="Courier New" w:hAnsi="Courier New"/>
          <w:color w:val="555555"/>
          <w:sz w:val="20"/>
        </w:rPr>
        <w:t>[5]</w:t>
      </w:r>
    </w:p>
    <w:p>
      <w:r>
        <w:rPr>
          <w:rFonts w:ascii="Gentium Plus" w:hAnsi="Gentium Plus"/>
          <w:sz w:val="24"/>
        </w:rPr>
        <w:t>κολλούρια ἐμβαλεῖν. τοῦτο καὶ κοιλίαν καθαίρει καὶ τὴν χο‐ λὴν ὑπάγει. τινὲς δὲ σμύρνης λελειωμένης γο γʹ μετὰ οἴνου εἰς τὸν λαιμὸν ἐμβάλλουσιν, καὶ τὸν δακτύλιον πίσσῃ ὑγρᾷ ἀλείφουσιν. ἕτεροι δὲ θαλαττίῳ ὕδατι τὴν γαστέρα κλύζουσιν. ἄλλοι δὲ νεαρᾷ ἅλμῃ τὸ αὐτὸ πράττουσιν.</w:t>
      </w:r>
    </w:p>
    <w:p>
      <w:pPr>
        <w:jc w:val="center"/>
      </w:pPr>
      <w:r>
        <w:rPr>
          <w:rFonts w:ascii="Gentium Plus" w:hAnsi="Gentium Plus"/>
          <w:b/>
          <w:sz w:val="24"/>
        </w:rPr>
        <w:t>ἄλλο.</w:t>
      </w:r>
    </w:p>
    <w:p>
      <w:r>
        <w:rPr>
          <w:rFonts w:ascii="Courier New" w:hAnsi="Courier New"/>
          <w:color w:val="555555"/>
          <w:sz w:val="20"/>
        </w:rPr>
        <w:t>[11]</w:t>
      </w:r>
    </w:p>
    <w:p>
      <w:r>
        <w:rPr>
          <w:rFonts w:ascii="Gentium Plus" w:hAnsi="Gentium Plus"/>
          <w:sz w:val="24"/>
        </w:rPr>
        <w:t>Πράσων τὰς κεφαλὰς κόψας καὶ κριθαῖς χλωραῖς συνεψή‐ σας, τὸν χυλὸν δίδου πιεῖν χλιαρόν.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Χολὴ καὶ ὑγρὰ καὶ ξηρὰ τίκτεσθαι πέφυκεν, ἥτις μάλιστα ὄνων καὶ ἡμιόνων τὰ γένη λυμαίνεται. τῆς οὖν ξηρᾶς σημεῖα ταῦτα· σπᾶται \| κατὰ παντὸς τοῦ σώματος, καὶ τοῖς ὄνυξι τύπτει τὴν φάτνην, ὥσπερ ἐπτοημένος, καὶ τοὺς ὀφθαλμοὺς</w:t>
      </w:r>
    </w:p>
    <w:p>
      <w:r>
        <w:rPr>
          <w:rFonts w:ascii="Courier New" w:hAnsi="Courier New"/>
          <w:color w:val="555555"/>
          <w:sz w:val="20"/>
        </w:rPr>
        <w:t>[5]</w:t>
      </w:r>
    </w:p>
    <w:p>
      <w:r>
        <w:rPr>
          <w:rFonts w:ascii="Gentium Plus" w:hAnsi="Gentium Plus"/>
          <w:sz w:val="24"/>
        </w:rPr>
        <w:t>τετάρακται οὕτως, ὡς ἀντιβλέπειν ἀνθρώπῳ μὴ δύνασθαι, τήν τε φορβεὰν ἕλκειν ἐφ’ ἑαυτὸν βιάζεται, καὶ κυλίεται πυ‐ κνότερον. συμβαίνει δὲ τοῦτο, ἡνίκα τὰ περὶ τὴν καρδίαν χολῆς εἴη πεπληρωμένα. αἷμα τοίνυν ἀπό τε τοῦ τένοντος καὶ τῶν κροτάφων λάμβανε, καὶ μετ’ αὐτοῦ τὸ ζῷον ἀπότριβε,</w:t>
      </w:r>
    </w:p>
    <w:p>
      <w:r>
        <w:rPr>
          <w:rFonts w:ascii="Courier New" w:hAnsi="Courier New"/>
          <w:color w:val="555555"/>
          <w:sz w:val="20"/>
        </w:rPr>
        <w:t>[10]</w:t>
      </w:r>
    </w:p>
    <w:p>
      <w:r>
        <w:rPr>
          <w:rFonts w:ascii="Gentium Plus" w:hAnsi="Gentium Plus"/>
          <w:sz w:val="24"/>
        </w:rPr>
        <w:t>τέσσαράς τε ξέστας οἴνου διὰ τῶν μυκτήρων ἔμβαλλε πρὸς τὸ διὰ τῆς τοιαύτης πλησμονῆς εὐχερῶς αὐτὸν ἐμέσαι δυνηθῆναι· διὰ γὰρ τούτου καὶ τὴν γαστέρα λύεσθαι συμβαίνει. εἰ δὲ τοῦτο μὴ γένηται, ὑποκένου τὴν κοιλίαν, ἢ ἐλλεβόρου μέλανος δραχμὴν μίαν καὶ λινοσπέρματος τὸ ἴσον λειώσας, καὶ μίξας</w:t>
      </w:r>
    </w:p>
    <w:p>
      <w:r>
        <w:rPr>
          <w:rFonts w:ascii="Courier New" w:hAnsi="Courier New"/>
          <w:color w:val="555555"/>
          <w:sz w:val="20"/>
        </w:rPr>
        <w:t>[15]</w:t>
      </w:r>
    </w:p>
    <w:p>
      <w:r>
        <w:rPr>
          <w:rFonts w:ascii="Gentium Plus" w:hAnsi="Gentium Plus"/>
          <w:sz w:val="24"/>
        </w:rPr>
        <w:t>οἴνου κοτύλαις δυσί, διὰ στόματος δίδου. εἰ δὲ μὴ εὑρεθείη λινόσπερμα, ἀσκαμμωνίας δραχμὰς δύο βαλὼν δίδου, μετέπειτα</w:t>
      </w:r>
    </w:p>
    <w:p>
      <w:r>
        <w:rPr>
          <w:rFonts w:ascii="Courier New" w:hAnsi="Courier New"/>
          <w:color w:val="555555"/>
          <w:sz w:val="20"/>
        </w:rPr>
        <w:t>[20]</w:t>
      </w:r>
    </w:p>
    <w:p>
      <w:r>
        <w:rPr>
          <w:rFonts w:ascii="Gentium Plus" w:hAnsi="Gentium Plus"/>
          <w:sz w:val="24"/>
        </w:rPr>
        <w:t>ἢ μυγαλῆν μετ’ αὐτῶν λειώσας, καὶ μετ’ οἴνου λευκοῦ κοτύ‐ λης μιᾶς [καὶ] θερμάνας, διὰ τῆς ἀριστερᾶς ῥινὸς ἔμβαλλε.</w:t>
      </w:r>
    </w:p>
    <w:p>
      <w:pPr>
        <w:jc w:val="center"/>
      </w:pPr>
      <w:r>
        <w:rPr>
          <w:rFonts w:ascii="Gentium Plus" w:hAnsi="Gentium Plus"/>
          <w:b/>
          <w:sz w:val="24"/>
        </w:rPr>
        <w:t>ἄλλο περὶ ὑγρᾶς.</w:t>
      </w:r>
    </w:p>
    <w:p>
      <w:r>
        <w:rPr>
          <w:rFonts w:ascii="Courier New" w:hAnsi="Courier New"/>
          <w:color w:val="555555"/>
          <w:sz w:val="20"/>
        </w:rPr>
        <w:t>[1]</w:t>
      </w:r>
    </w:p>
    <w:p>
      <w:r>
        <w:rPr>
          <w:rFonts w:ascii="Gentium Plus" w:hAnsi="Gentium Plus"/>
          <w:sz w:val="24"/>
        </w:rPr>
        <w:t>Τῆς ὑγρᾶς χολῆς σημεῖα ταῦτα· κείμενος οὐκ εὐχερῶς ἐγείρεσθαι δύναται, διεγειρόμενος τρέμει καὶ συμπίπτει. συμ‐ βαίνει δὲ τοῦτο, εἰ κριθὴν νεαρὰν μήτε βεβρεγμένην μήτε κεκομμένην φάγοι, ἢ καὶ σφοδρότερον κινηθεὶς πίοι ὕδωρ</w:t>
      </w:r>
    </w:p>
    <w:p>
      <w:r>
        <w:rPr>
          <w:rFonts w:ascii="Courier New" w:hAnsi="Courier New"/>
          <w:color w:val="555555"/>
          <w:sz w:val="20"/>
        </w:rPr>
        <w:t>[5]</w:t>
      </w:r>
    </w:p>
    <w:p>
      <w:r>
        <w:rPr>
          <w:rFonts w:ascii="Gentium Plus" w:hAnsi="Gentium Plus"/>
          <w:sz w:val="24"/>
        </w:rPr>
        <w:t>ψυχρόν. θεράπευε δὲ οὕτως· κηκῖδος γο γʹ, πίτυος μίαν, ῥοῦ βυρσοδεψικοῦ τὸ ἴσον, φλοιοῦ μήλου ἐρυθροῦ τὸ ἴσον λειώ‐ σας καὶ προσβαλὼν οἴνου κοτύλην μίαν, καὶ χλιάνας καὶ διὰ τοῦ ἀριστεροῦ μυκτῆρος ἐγχέας, περιπατεῖν ἀνάγκαζε.</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Τῶν χολερικῶν σημεῖα ταῦτα· καθ’ ἕκαστον \ λεύουσι, τὸ δέρμα τεταμένον ἔχουσι, τὰς φλέβας γεμούσας αἵματος, πολλὴ δὲ τούτοις συμβαίνει θερμότης. θεραπεύειν οὖν χρὴ τρόπῳ τοιῷδε· αἷμα τοῦ τραχήλου λαμβανέσθω, καὶ</w:t>
      </w:r>
    </w:p>
    <w:p>
      <w:r>
        <w:rPr>
          <w:rFonts w:ascii="Courier New" w:hAnsi="Courier New"/>
          <w:color w:val="555555"/>
          <w:sz w:val="20"/>
        </w:rPr>
        <w:t>[5]</w:t>
      </w:r>
    </w:p>
    <w:p>
      <w:r>
        <w:rPr>
          <w:rFonts w:ascii="Gentium Plus" w:hAnsi="Gentium Plus"/>
          <w:sz w:val="24"/>
        </w:rPr>
        <w:t>τῇ ἑξῆς σμιλίῳ ἡ φλὲψ ἐπανοιγέσθω, καὶ εἰ μοχθηρὸν καὶ πελιδνὸν εἴη τὸ αἷμα, μέχρι καθαροῦ αἵματος ῥεύσεως ἀπορ‐ ρεῖν συγχωρείσθω, καὶ μελίκρατον διὰ στόματος ἐμβαλλέσθω. τροφῇ δὲ χλωρᾷ καὶ ἀλεύροις τρεφέσθω, προσβαλλομένου μέ‐ λανος οἴνου. τὸ δέρμα κυλισμοῖς καὶ ἀνατρίψεσι χαυνούσθω.</w:t>
      </w:r>
    </w:p>
    <w:p>
      <w:r>
        <w:rPr>
          <w:rFonts w:ascii="Courier New" w:hAnsi="Courier New"/>
          <w:color w:val="555555"/>
          <w:sz w:val="20"/>
        </w:rPr>
        <w:t>[10]</w:t>
      </w:r>
    </w:p>
    <w:p>
      <w:r>
        <w:rPr>
          <w:rFonts w:ascii="Gentium Plus" w:hAnsi="Gentium Plus"/>
          <w:sz w:val="24"/>
        </w:rPr>
        <w:t>τινὲς δὲ καὶ κισσοῦ φύλλα τρίψαντες οἴνῳ τε μίξαντες καὶ</w:t>
      </w:r>
    </w:p>
    <w:p>
      <w:pPr>
        <w:jc w:val="center"/>
      </w:pPr>
      <w:r>
        <w:rPr>
          <w:rFonts w:ascii="Gentium Plus" w:hAnsi="Gentium Plus"/>
          <w:b/>
          <w:sz w:val="24"/>
        </w:rPr>
        <w:t>περὶ καρκινώματος.</w:t>
      </w:r>
    </w:p>
    <w:p>
      <w:pPr>
        <w:jc w:val="center"/>
      </w:pPr>
      <w:r>
        <w:rPr>
          <w:rFonts w:ascii="Gentium Plus" w:hAnsi="Gentium Plus"/>
          <w:b/>
          <w:sz w:val="24"/>
        </w:rPr>
        <w:t>Ἱεροκλέους.</w:t>
      </w:r>
    </w:p>
    <w:p>
      <w:r>
        <w:rPr>
          <w:rFonts w:ascii="Courier New" w:hAnsi="Courier New"/>
          <w:color w:val="555555"/>
          <w:sz w:val="20"/>
        </w:rPr>
        <w:t>[1]</w:t>
      </w:r>
    </w:p>
    <w:p>
      <w:r>
        <w:rPr>
          <w:rFonts w:ascii="Gentium Plus" w:hAnsi="Gentium Plus"/>
          <w:sz w:val="24"/>
        </w:rPr>
        <w:t>Τὰ καρκινώματά φησι δεῖν Ἱερώνυμος τέμνειν, ἐὰν ὁ τόπος ἐπιδέχηται· εἰ δὲ μή, καταπλάσσειν καρκίνους ποτα‐ μίους καύσαντα, καὶ μετὰ ὀξηρᾶς τρυγὸς τρίψαντα καὶ φυ‐ ράσαντα ἐπιτιθέναι πίτυος φλοιὸν κεκομμένον καὶ ἶριν κεκομ‐</w:t>
      </w:r>
    </w:p>
    <w:p>
      <w:r>
        <w:rPr>
          <w:rFonts w:ascii="Courier New" w:hAnsi="Courier New"/>
          <w:color w:val="555555"/>
          <w:sz w:val="20"/>
        </w:rPr>
        <w:t>[5]</w:t>
      </w:r>
    </w:p>
    <w:p>
      <w:r>
        <w:rPr>
          <w:rFonts w:ascii="Gentium Plus" w:hAnsi="Gentium Plus"/>
          <w:sz w:val="24"/>
        </w:rPr>
        <w:t>μένην καὶ κωνείου σπέρμα καὶ σικύου ἀγρίου ῥίζαν κόψαντα μετὰ ὕδατος ψυχροῦ καὶ ὄξους καταπλάσσειν. ἐὰν μέντοι ἑλκωθῇ, ὕδωρ μὴ προσάγειν, ἀλλὰ πλύνειν οἴνῳ. φαρμάκῳ δὲ χρῆσθαι· μολύβδαιναν καὶ χάλκανθον κεκομμένα, κονίᾳ ἀσβέστου μί‐ ξαντα ἐξίσης ξηρᾶς, ἐπιτιθέναι. τὰ δὲ κύκλῳ ἐλαίῳ ἐπαλείφειν.</w:t>
      </w:r>
    </w:p>
    <w:p>
      <w:pPr>
        <w:jc w:val="center"/>
      </w:pPr>
      <w:r>
        <w:rPr>
          <w:rFonts w:ascii="Gentium Plus" w:hAnsi="Gentium Plus"/>
          <w:b/>
          <w:sz w:val="24"/>
        </w:rPr>
        <w:t>ἄλλο. \</w:t>
      </w:r>
    </w:p>
    <w:p>
      <w:r>
        <w:rPr>
          <w:rFonts w:ascii="Courier New" w:hAnsi="Courier New"/>
          <w:color w:val="555555"/>
          <w:sz w:val="20"/>
        </w:rPr>
        <w:t>[1]</w:t>
      </w:r>
    </w:p>
    <w:p>
      <w:r>
        <w:rPr>
          <w:rFonts w:ascii="Gentium Plus" w:hAnsi="Gentium Plus"/>
          <w:sz w:val="24"/>
        </w:rPr>
        <w:t>Ἐὰν καρκίνωμα σχῇ ζῷον, χρὴ τοῦτο περιτέμνεσθαι, καὶ μετὰ ταῦτα μέχρι τῆς ζώσης σαρκὸς ἐπικαίεσθαι, καὶ κανθα‐ ρίδας λελειωμένας μετὰ στυπτηρίας καὶ ἐλαίου κυπρίνου ἐπι‐ τιθέναι.</w:t>
      </w:r>
    </w:p>
    <w:p>
      <w:pPr>
        <w:jc w:val="center"/>
      </w:pPr>
      <w:r>
        <w:rPr>
          <w:rFonts w:ascii="Gentium Plus" w:hAnsi="Gentium Plus"/>
          <w:b/>
          <w:sz w:val="24"/>
        </w:rPr>
        <w:t>ἄλλο Ἱπποκράτους εἰς τὸ αὐτό.</w:t>
      </w:r>
    </w:p>
    <w:p>
      <w:r>
        <w:rPr>
          <w:rFonts w:ascii="Courier New" w:hAnsi="Courier New"/>
          <w:color w:val="555555"/>
          <w:sz w:val="20"/>
        </w:rPr>
        <w:t>[1]</w:t>
      </w:r>
    </w:p>
    <w:p>
      <w:r>
        <w:rPr>
          <w:rFonts w:ascii="Gentium Plus" w:hAnsi="Gentium Plus"/>
          <w:sz w:val="24"/>
        </w:rPr>
        <w:t>Τῶν δὲ καρκινωμάτων ἀρίστη ἐστὶ καὶ ταχίστη ἡ διὰ τοῦ μαλάγματος τοῦ κωνείου καὶ ῥητίνης καὶ ἰξοῦ καὶ χαλβάνης σύνθεσις. ταῦτα ἑψήσας, χρῶ θερμῷ τῷ βοηθήματι, ἐὰν ὁ τόπος ἐπιδέχηται· εἰ δὲ μή, καταπλάσμασι ξηροῖς καὶ τηκτοῖς</w:t>
      </w:r>
    </w:p>
    <w:p>
      <w:r>
        <w:rPr>
          <w:rFonts w:ascii="Courier New" w:hAnsi="Courier New"/>
          <w:color w:val="555555"/>
          <w:sz w:val="20"/>
        </w:rPr>
        <w:t>[5]</w:t>
      </w:r>
    </w:p>
    <w:p>
      <w:r>
        <w:rPr>
          <w:rFonts w:ascii="Gentium Plus" w:hAnsi="Gentium Plus"/>
          <w:sz w:val="24"/>
        </w:rPr>
        <w:t>τούτοις· καρκίνους ποταμίους καύσας καὶ τρίψας, ἐπιτίθει μετὰ τρυγὸς ὀξηρᾶς πίτυός τε φλοιὸν κεκομμένον καὶ κίσηριν κεκαυμένην καὶ κωνείου σπέρμα καὶ σικύου ἀγρίου ῥίζαν κόψας ὁμοῦ, μεθ’ ὕδατος ψυχροῦ καὶ ὄξους κατάπλασσε, καὶ</w:t>
      </w:r>
    </w:p>
    <w:p>
      <w:r>
        <w:rPr>
          <w:rFonts w:ascii="Courier New" w:hAnsi="Courier New"/>
          <w:color w:val="555555"/>
          <w:sz w:val="20"/>
        </w:rPr>
        <w:t>[10]</w:t>
      </w:r>
    </w:p>
    <w:p>
      <w:r>
        <w:rPr>
          <w:rFonts w:ascii="Gentium Plus" w:hAnsi="Gentium Plus"/>
          <w:sz w:val="24"/>
        </w:rPr>
        <w:t>καύσας μετὰ μολυβδαίνης καὶ χαλκάνθης κεκομμένων, \ λαβὼν πρὸς ταῦτα κονίαν ἀσβέστου, ἄγαν ξηρὰ πρόσαγε. τὰ δὲ κύκλῳ ἐλαίῳ ἐπάλειφε. εἰ δὲ ἀποσκληρύνεται, ὀρόβους καὶ μέλι ἄλειφε.</w:t>
      </w:r>
    </w:p>
    <w:p>
      <w:pPr>
        <w:jc w:val="center"/>
      </w:pPr>
      <w:r>
        <w:rPr>
          <w:rFonts w:ascii="Gentium Plus" w:hAnsi="Gentium Plus"/>
          <w:b/>
          <w:sz w:val="24"/>
        </w:rPr>
        <w:t>ἄλλο. πρὸς τὰ ἐν ὀφθαλμοῖς καρκινώματα.</w:t>
      </w:r>
    </w:p>
    <w:p>
      <w:r>
        <w:rPr>
          <w:rFonts w:ascii="Courier New" w:hAnsi="Courier New"/>
          <w:color w:val="555555"/>
          <w:sz w:val="20"/>
        </w:rPr>
        <w:t>[1]</w:t>
      </w:r>
    </w:p>
    <w:p>
      <w:r>
        <w:rPr>
          <w:rFonts w:ascii="Gentium Plus" w:hAnsi="Gentium Plus"/>
          <w:sz w:val="24"/>
        </w:rPr>
        <w:t>〈Ἐὰν θανάτου κίνδυνον ὑπομείνῃ τὸ ζῷον, οὕτω θερα‐ πεύσεις·〉 ὀρόβους ἀληλεσμένους μετὰ ἐλαίου ῥοδίνου καὶ ᾠοῦ ἔμβαλλε, καὶ μετὰ τὸ καθαρθῆναι τὸ τραῦμα μέλιτι Ἀττικῷ ἔγχριε, ὥστε συνουλωθέντος τοῦ τραύματος ἰαθῆναι. \|</w:t>
      </w:r>
    </w:p>
    <w:p>
      <w:pPr>
        <w:jc w:val="center"/>
      </w:pPr>
      <w:r>
        <w:rPr>
          <w:rFonts w:ascii="Gentium Plus" w:hAnsi="Gentium Plus"/>
          <w:b/>
          <w:sz w:val="24"/>
        </w:rPr>
        <w:t>περὶ μελικηρίδων.</w:t>
      </w:r>
    </w:p>
    <w:p>
      <w:pPr>
        <w:jc w:val="center"/>
      </w:pPr>
      <w:r>
        <w:rPr>
          <w:rFonts w:ascii="Gentium Plus" w:hAnsi="Gentium Plus"/>
          <w:b/>
          <w:sz w:val="24"/>
        </w:rPr>
        <w:t>Ἱεροκλέους.</w:t>
      </w:r>
    </w:p>
    <w:p>
      <w:r>
        <w:rPr>
          <w:rFonts w:ascii="Courier New" w:hAnsi="Courier New"/>
          <w:color w:val="555555"/>
          <w:sz w:val="20"/>
        </w:rPr>
        <w:t>[1]</w:t>
      </w:r>
    </w:p>
    <w:p>
      <w:r>
        <w:rPr>
          <w:rFonts w:ascii="Gentium Plus" w:hAnsi="Gentium Plus"/>
          <w:sz w:val="24"/>
        </w:rPr>
        <w:t>Τὰς μελικηρίδας καὶ τὰς πομφόλυγας καίειν Ἱερώνυμος συμβουλεύει καυτηρίοις ὀρθοῖς, ἕως ἂν διακαύσῃς τὸ δέρμα, τοῦ χιτῶνος φειδόμενος, τὸ ὑγρόν τε ἐκθλίβειν, ὥστε μηδὲν ἐξ αὐτοῦ ὑπολιπεῖν. τὰς δὲ καύσεις θεραπεύειν κηρῷ καὶ</w:t>
      </w:r>
    </w:p>
    <w:p>
      <w:r>
        <w:rPr>
          <w:rFonts w:ascii="Courier New" w:hAnsi="Courier New"/>
          <w:color w:val="555555"/>
          <w:sz w:val="20"/>
        </w:rPr>
        <w:t>[5]</w:t>
      </w:r>
    </w:p>
    <w:p>
      <w:r>
        <w:rPr>
          <w:rFonts w:ascii="Gentium Plus" w:hAnsi="Gentium Plus"/>
          <w:sz w:val="24"/>
        </w:rPr>
        <w:t>ἐλαίῳ καὶ στέατι συντήξαντα αὐτά. κἂν μὲν ᾖ θάλασσα, λού‐ ειν τῇ θαλάττῃ, εἰ δὲ μή, ὕδατι ψυχρῷ προσαντλεῖν. ἤρεσε δέ τισι καυτηριάζειν τὰς μελικηρίδας χαλκοῖς καὶ μὴ σιδηροῖς ὀργάνοις. ἔχεις καὶ ἐμπλάστρου σκευασίαν πρὸς μελικηρίδας ὑπο‐</w:t>
      </w:r>
    </w:p>
    <w:p>
      <w:r>
        <w:rPr>
          <w:rFonts w:ascii="Courier New" w:hAnsi="Courier New"/>
          <w:color w:val="555555"/>
          <w:sz w:val="20"/>
        </w:rPr>
        <w:t>[10]</w:t>
      </w:r>
    </w:p>
    <w:p>
      <w:r>
        <w:rPr>
          <w:rFonts w:ascii="Gentium Plus" w:hAnsi="Gentium Plus"/>
          <w:sz w:val="24"/>
        </w:rPr>
        <w:t>τεταγμένην ἐν τοῖς συντάγμασι τῶν φαρμάκων πρὸς τῷ τέλει τοῦ βιβλίου τούτου.</w:t>
      </w:r>
    </w:p>
    <w:p>
      <w:pPr>
        <w:jc w:val="center"/>
      </w:pPr>
      <w:r>
        <w:rPr>
          <w:rFonts w:ascii="Gentium Plus" w:hAnsi="Gentium Plus"/>
          <w:b/>
          <w:sz w:val="24"/>
        </w:rPr>
        <w:t>ἄλλο. \</w:t>
      </w:r>
    </w:p>
    <w:p>
      <w:r>
        <w:rPr>
          <w:rFonts w:ascii="Courier New" w:hAnsi="Courier New"/>
          <w:color w:val="555555"/>
          <w:sz w:val="20"/>
        </w:rPr>
        <w:t>[1]</w:t>
      </w:r>
    </w:p>
    <w:p>
      <w:r>
        <w:rPr>
          <w:rFonts w:ascii="Gentium Plus" w:hAnsi="Gentium Plus"/>
          <w:sz w:val="24"/>
        </w:rPr>
        <w:t>Παραπρήσματα δὲ λέγεται ἢ μελικηρίδες, ὑπό τινων δὲ ὑδα‐</w:t>
      </w:r>
    </w:p>
    <w:p>
      <w:r>
        <w:rPr>
          <w:rFonts w:ascii="Courier New" w:hAnsi="Courier New"/>
          <w:color w:val="555555"/>
          <w:sz w:val="20"/>
        </w:rPr>
        <w:t>[5]</w:t>
      </w:r>
    </w:p>
    <w:p>
      <w:r>
        <w:rPr>
          <w:rFonts w:ascii="Gentium Plus" w:hAnsi="Gentium Plus"/>
          <w:sz w:val="24"/>
        </w:rPr>
        <w:t>δέ, ὅταν ἀναπέσῃ ἐν τῇ στάσει καὶ ποιήσῃ πλείονα χρόνον κατακείμενος. ἐγερθῆναι γὰρ οὐ δύναται, ἐὰν μήτις αὐτῷ βοη‐ θήσῃ. ἀναστὰς δὲ ἀποτέτακε τὸν μηρὸν καὶ τὸ σκέλος καὶ ἐπισύρει μακρόν. μάλιστα δὲ αὐτῷ χειμῶνος τοῦτο συμβαίνει· ἀποκαθίσταται δὲ ἐλαυνόμενος καὶ περιπατήσας εἰς τὸ κατὰ</w:t>
      </w:r>
    </w:p>
    <w:p>
      <w:r>
        <w:rPr>
          <w:rFonts w:ascii="Courier New" w:hAnsi="Courier New"/>
          <w:color w:val="555555"/>
          <w:sz w:val="20"/>
        </w:rPr>
        <w:t>[10]</w:t>
      </w:r>
    </w:p>
    <w:p>
      <w:r>
        <w:rPr>
          <w:rFonts w:ascii="Gentium Plus" w:hAnsi="Gentium Plus"/>
          <w:sz w:val="24"/>
        </w:rPr>
        <w:t>φύσιν.</w:t>
      </w:r>
    </w:p>
    <w:p>
      <w:pPr>
        <w:jc w:val="center"/>
      </w:pPr>
      <w:r>
        <w:rPr>
          <w:rFonts w:ascii="Gentium Plus" w:hAnsi="Gentium Plus"/>
          <w:b/>
          <w:sz w:val="24"/>
        </w:rPr>
        <w:t>Θεομνήστου εἰς τὸ αὐτό.</w:t>
      </w:r>
    </w:p>
    <w:p>
      <w:r>
        <w:rPr>
          <w:rFonts w:ascii="Courier New" w:hAnsi="Courier New"/>
          <w:color w:val="555555"/>
          <w:sz w:val="20"/>
        </w:rPr>
        <w:t>[1]</w:t>
      </w:r>
    </w:p>
    <w:p>
      <w:r>
        <w:rPr>
          <w:rFonts w:ascii="Gentium Plus" w:hAnsi="Gentium Plus"/>
          <w:sz w:val="24"/>
        </w:rPr>
        <w:t>Ἡ μελικηρὶς ὄγκος ἐστὶ περὶ τὰ ἄρθρα γινόμενος ὑγρὸς καὶ παχύς, ἐν ᾧ καὶ μεταβαλλόμενος εἰς μέλιτος πάχος καὶ χρόαν, εἴληφε καὶ τὸ ὄνομα. θεραπεύεται δὲ τοιῷδε φαρμάκῳ· ἐλαίου λίτρας δʹ, ἀμμωνιακοῦ θυμιάματος, μολυβδαίνης, ψιμυθίου</w:t>
      </w:r>
    </w:p>
    <w:p>
      <w:r>
        <w:rPr>
          <w:rFonts w:ascii="Courier New" w:hAnsi="Courier New"/>
          <w:color w:val="555555"/>
          <w:sz w:val="20"/>
        </w:rPr>
        <w:t>[5]</w:t>
      </w:r>
    </w:p>
    <w:p>
      <w:r>
        <w:rPr>
          <w:rFonts w:ascii="Gentium Plus" w:hAnsi="Gentium Plus"/>
          <w:sz w:val="24"/>
        </w:rPr>
        <w:t>ἀνὰ 𐆃 αʹ, \ χρῶ. θερμοτέρῳ δὲ χρίων τῷ φαρμάκῳ θᾶττον διαφορήσεις.</w:t>
      </w:r>
    </w:p>
    <w:p>
      <w:pPr>
        <w:jc w:val="center"/>
      </w:pPr>
      <w:r>
        <w:rPr>
          <w:rFonts w:ascii="Gentium Plus" w:hAnsi="Gentium Plus"/>
          <w:b/>
          <w:sz w:val="24"/>
        </w:rPr>
        <w:t>Ἱπποκράτους εἰς τὸ αὐτό.</w:t>
      </w:r>
    </w:p>
    <w:p>
      <w:r>
        <w:rPr>
          <w:rFonts w:ascii="Courier New" w:hAnsi="Courier New"/>
          <w:color w:val="555555"/>
          <w:sz w:val="20"/>
        </w:rPr>
        <w:t>[1]</w:t>
      </w:r>
    </w:p>
    <w:p>
      <w:r>
        <w:rPr>
          <w:rFonts w:ascii="Gentium Plus" w:hAnsi="Gentium Plus"/>
          <w:sz w:val="24"/>
        </w:rPr>
        <w:t>Ἐὰν μελικηρίδας ἔχῃ ἵππος ἤ τι τῶν ἄλλων ὑποζυγίων, φλεβοτόμει περὶ τὰ γόνατα, καὶ σπόγγον ἐπιτίθει δι’ ὀξυκρά‐ του μίσγων μέλι. ἐὰν δὲ ἐπιμείνωσι, κατάχριε. ἐὰν πλείονα χρόνον ὦσι, καῦσον αὐτὸν εἰς ἕκαστον γόνυ, μὴ κατὰ βάθος</w:t>
      </w:r>
    </w:p>
    <w:p>
      <w:r>
        <w:rPr>
          <w:rFonts w:ascii="Courier New" w:hAnsi="Courier New"/>
          <w:color w:val="555555"/>
          <w:sz w:val="20"/>
        </w:rPr>
        <w:t>[5]</w:t>
      </w:r>
    </w:p>
    <w:p>
      <w:r>
        <w:rPr>
          <w:rFonts w:ascii="Gentium Plus" w:hAnsi="Gentium Plus"/>
          <w:sz w:val="24"/>
        </w:rPr>
        <w:t>μέντοι, ἵνα μὴ τὴν ἁρμογὴν λύσῃς, ἀλλὰ μηδὲ ἐλλιπῶς μηδὲ ἐπισυνάψῃς. θεράπευε δὲ ὡς καὶ τὰ λοιπὰ καυτήρια ἀπο‐</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Ἐλαίου λίτρας δύο, ἁλὸς ἀμμωνιακοῦ γο βʹ, μολυβδαίνης γο ηʹ, χαλκοῦ κεκαυμένου γο βʹ, λεπίδος χαλκοῦ γο βʹ, ἀφρο‐ νίτρου τὸ ἀρκοῦν, μάννης λιβάνου, ψιμυθίου \| ἀνὰ γο γʹ· πάντα μίξας ἐν ταὐτῷ χρῶ.</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Νίτρου γο γʹ, ῥοδοδάφνης φύλλα ξηρά, ἀξουγγίου παλαιοῦ, ἀσφάλτου ἀνὰ γο γʹ. ἢ ἁλὸς ἀμμωνιακοῦ, μολυβδαίνης, λιθαργύρου, ψιμυθίου ἀνὰ γο μιᾶς, χαλκοῦ κεκαυμένου γο βʹ, ἰοῦ τὸ ἴσον καὶ ἐλαίου</w:t>
      </w:r>
    </w:p>
    <w:p>
      <w:r>
        <w:rPr>
          <w:rFonts w:ascii="Courier New" w:hAnsi="Courier New"/>
          <w:color w:val="555555"/>
          <w:sz w:val="20"/>
        </w:rPr>
        <w:t>[5]</w:t>
      </w:r>
    </w:p>
    <w:p>
      <w:r>
        <w:rPr>
          <w:rFonts w:ascii="Gentium Plus" w:hAnsi="Gentium Plus"/>
          <w:sz w:val="24"/>
        </w:rPr>
        <w:t>γο ἕξ· πάντα μίξας χρῶ.</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Εἰ μελικηρίδας ἵππος ἔχοι, ἀνακολλήμασιν αὐτὸν θερα‐ πεύσεις, καὶ τῇ πρώτῃ ἡμέρᾳ ἅλατι καὶ ἐλαίῳ τρίψεις, καὶ τῇ ἑξῆς θερμῷ ὕδατι ἀντλήσεις, ἐπιχρίων τοὺς ὄνυχας στέατι χηνείῳ καὶ βουτύρῳ.</w:t>
      </w:r>
    </w:p>
    <w:p>
      <w:pPr>
        <w:jc w:val="center"/>
      </w:pPr>
      <w:r>
        <w:rPr>
          <w:rFonts w:ascii="Gentium Plus" w:hAnsi="Gentium Plus"/>
          <w:b/>
          <w:sz w:val="24"/>
        </w:rPr>
        <w:t>πρὸς κιρσούς.</w:t>
      </w:r>
    </w:p>
    <w:p>
      <w:r>
        <w:rPr>
          <w:rFonts w:ascii="Courier New" w:hAnsi="Courier New"/>
          <w:color w:val="555555"/>
          <w:sz w:val="20"/>
        </w:rPr>
        <w:t>[1]</w:t>
      </w:r>
    </w:p>
    <w:p>
      <w:r>
        <w:rPr>
          <w:rFonts w:ascii="Gentium Plus" w:hAnsi="Gentium Plus"/>
          <w:sz w:val="24"/>
        </w:rPr>
        <w:t>Ἐὰν κιρσοὶ ἐνοχλῶσι τὸν ἵππον, οὕτω θεραπεύσεις· σμίλῃ ἀνοίξεις καὶ καύσεις καὶ τρίψεις ἅλατι καὶ ἐλαίῳ ἐπὶ δέκα ἡμέραις. εἰ δὲ ἔτι ἐνοχλεῖται, αἷμα αὐτοῦ ἀφαιρήσεις, καὶ θεραπευθήσεται. \|</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Ἐνίοτε κιρσοὺς ἔχει κτῆνος, καὶ ὅταν ἐξ ὕπνου ἀναστῇ,</w:t>
      </w:r>
    </w:p>
    <w:p>
      <w:pPr>
        <w:jc w:val="center"/>
      </w:pPr>
      <w:r>
        <w:rPr>
          <w:rFonts w:ascii="Gentium Plus" w:hAnsi="Gentium Plus"/>
          <w:b/>
          <w:sz w:val="24"/>
        </w:rPr>
        <w:t>Πελαγωνίου εἰς τὸ αὐτό.</w:t>
      </w:r>
    </w:p>
    <w:p>
      <w:r>
        <w:rPr>
          <w:rFonts w:ascii="Courier New" w:hAnsi="Courier New"/>
          <w:color w:val="555555"/>
          <w:sz w:val="20"/>
        </w:rPr>
        <w:t>[1]</w:t>
      </w:r>
    </w:p>
    <w:p>
      <w:r>
        <w:rPr>
          <w:rFonts w:ascii="Gentium Plus" w:hAnsi="Gentium Plus"/>
          <w:sz w:val="24"/>
        </w:rPr>
        <w:t>Στυπτηρίᾳ 〈καὶ〉 λιπαρᾷ μετὰ ὄξους δριμυτάτου τοὺς πόδας συνεχῶς ἀπότριβε.</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Ἁλὸς ὀρυκτοῦ ὁλκὰς βʹ, ἀρρενικοῦ ὁλκὴν αʹ, ἐλλεβόρου ὁλκὰς βʹ, χαλκίτιδος ὀπτῆς τὸ ἴσον μέλιτι ἀναλαμβάνων χρῶ.</w:t>
      </w:r>
    </w:p>
    <w:p>
      <w:pPr>
        <w:jc w:val="center"/>
      </w:pPr>
      <w:r>
        <w:rPr>
          <w:rFonts w:ascii="Gentium Plus" w:hAnsi="Gentium Plus"/>
          <w:b/>
          <w:sz w:val="24"/>
        </w:rPr>
        <w:t>ἄλλο πρὸς τὸ μελικηρίδας ἐκχέαι ἄνευ σιδήρου.</w:t>
      </w:r>
    </w:p>
    <w:p>
      <w:r>
        <w:rPr>
          <w:rFonts w:ascii="Courier New" w:hAnsi="Courier New"/>
          <w:color w:val="555555"/>
          <w:sz w:val="20"/>
        </w:rPr>
        <w:t>[1]</w:t>
      </w:r>
    </w:p>
    <w:p>
      <w:r>
        <w:rPr>
          <w:rFonts w:ascii="Gentium Plus" w:hAnsi="Gentium Plus"/>
          <w:sz w:val="24"/>
        </w:rPr>
        <w:t>Ἀκακίας βοτρυΐτιδος κεκαυμένης, ἰοῦ, ἐλλεβόρου μέλα‐ νος, ἀσφαλτοῦ Ἰουδαϊκῆς, νίτρου ἐρυθροῦ, χαλκάνθης κεκαυ‐ μένης, ἀξουγγίου παλαιοῦ, ἐλαίου 〈ἀπὸ ἀκόνης ἐρυθρᾶσ〉 χυλοῦ, ἀμμωνιακοῦ, χαλκίτιδος· πάντα ἴσα τὰ ξηρὰ κόψας \|</w:t>
      </w:r>
    </w:p>
    <w:p>
      <w:r>
        <w:rPr>
          <w:rFonts w:ascii="Courier New" w:hAnsi="Courier New"/>
          <w:color w:val="555555"/>
          <w:sz w:val="20"/>
        </w:rPr>
        <w:t>[5]</w:t>
      </w:r>
    </w:p>
    <w:p>
      <w:r>
        <w:rPr>
          <w:rFonts w:ascii="Gentium Plus" w:hAnsi="Gentium Plus"/>
          <w:sz w:val="24"/>
        </w:rPr>
        <w:t>καὶ σήσας ἅμα τῇ ἀσφάλτῳ καὶ αὐτῇ σεσησμένῃ, προκεκομ‐ μένου τοῦ ἀξουγγίου, ἐπίβαλλε τοῖς ὑγροῖς, μιγνὺς ἄμφω, καὶ ποιήσας ἔμπλαστρον, ὀθονίῳ ἐμπλάσας, περιτίθει περὶ αὐτῷ κυκλάριον 〈ἐξ〉 ἐριδίου πεποιημένον 〈καὶ θώρακα ἁπλοῦν περιθείς, ἐφ’ ᾧ πάλιν πλάκα ἐπιθείς, ἀμφότερον τὸν καλού‐</w:t>
      </w:r>
    </w:p>
    <w:p>
      <w:r>
        <w:rPr>
          <w:rFonts w:ascii="Courier New" w:hAnsi="Courier New"/>
          <w:color w:val="555555"/>
          <w:sz w:val="20"/>
        </w:rPr>
        <w:t>[10]</w:t>
      </w:r>
    </w:p>
    <w:p>
      <w:r>
        <w:rPr>
          <w:rFonts w:ascii="Gentium Plus" w:hAnsi="Gentium Plus"/>
          <w:sz w:val="24"/>
        </w:rPr>
        <w:t>μενον παιδικὸν〉 καὶ οὕτως δέσμευε. 〈ἐᾶν (δὲ) δεδέσθαι αὐτόν, ὅπως ἂν μηδὲ ἕλοιτο.〉 λύων δὲ παρ’ ἡμέραν χρῶ τῷ φαρ‐ μάκῳ, ἕως οὗ εὕρῃς τὸν τόπον κατατετρημένον ἴσα κοσκίνῳ,</w:t>
      </w:r>
    </w:p>
    <w:p>
      <w:r>
        <w:rPr>
          <w:rFonts w:ascii="Courier New" w:hAnsi="Courier New"/>
          <w:color w:val="555555"/>
          <w:sz w:val="20"/>
        </w:rPr>
        <w:t>[15]</w:t>
      </w:r>
    </w:p>
    <w:p>
      <w:r>
        <w:rPr>
          <w:rFonts w:ascii="Gentium Plus" w:hAnsi="Gentium Plus"/>
          <w:sz w:val="24"/>
        </w:rPr>
        <w:t>καὶ πίσσης ἀσφάλτου τε καὶ ἀμμωνιακοῦ.</w:t>
      </w:r>
    </w:p>
    <w:p>
      <w:pPr>
        <w:jc w:val="center"/>
      </w:pPr>
      <w:r>
        <w:rPr>
          <w:rFonts w:ascii="Gentium Plus" w:hAnsi="Gentium Plus"/>
          <w:b/>
          <w:sz w:val="24"/>
        </w:rPr>
        <w:t>ἔμπλαστρος πρὸς μελικηρίδας ἐκκεχυμένας</w:t>
      </w:r>
    </w:p>
    <w:p>
      <w:r>
        <w:rPr>
          <w:rFonts w:ascii="Courier New" w:hAnsi="Courier New"/>
          <w:color w:val="555555"/>
          <w:sz w:val="20"/>
        </w:rPr>
        <w:t>[t2]</w:t>
      </w:r>
    </w:p>
    <w:p>
      <w:r>
        <w:rPr>
          <w:rFonts w:ascii="Gentium Plus" w:hAnsi="Gentium Plus"/>
          <w:sz w:val="24"/>
        </w:rPr>
        <w:t>θερμὴ καταχριομένη.</w:t>
      </w:r>
    </w:p>
    <w:p>
      <w:r>
        <w:rPr>
          <w:rFonts w:ascii="Courier New" w:hAnsi="Courier New"/>
          <w:color w:val="555555"/>
          <w:sz w:val="20"/>
        </w:rPr>
        <w:t>[1]</w:t>
      </w:r>
    </w:p>
    <w:p>
      <w:r>
        <w:rPr>
          <w:rFonts w:ascii="Gentium Plus" w:hAnsi="Gentium Plus"/>
          <w:sz w:val="24"/>
        </w:rPr>
        <w:t>Ἐλαίου κοινοῦ λίτρας δʹ, ἀμμωνιακοῦ λίτραν αcʹ, μολυβ‐ δαίνης καὶ χαλκάνθης κεκαυμένης ἀνὰ λίτρας αcʹ, ἰοῦ γο ἕξ, μίξας ψιμυθίου 𐆃 αcʹ, ἑψήσας χρῶ.</w:t>
      </w:r>
    </w:p>
    <w:p>
      <w:pPr>
        <w:jc w:val="center"/>
      </w:pPr>
      <w:r>
        <w:rPr>
          <w:rFonts w:ascii="Gentium Plus" w:hAnsi="Gentium Plus"/>
          <w:b/>
          <w:sz w:val="24"/>
        </w:rPr>
        <w:t>ἄλλο Ἑλένου ἱππιατροῦ μάλαγμα πρὸς μελικη‐</w:t>
      </w:r>
    </w:p>
    <w:p>
      <w:r>
        <w:rPr>
          <w:rFonts w:ascii="Courier New" w:hAnsi="Courier New"/>
          <w:color w:val="555555"/>
          <w:sz w:val="20"/>
        </w:rPr>
        <w:t>[t2]</w:t>
      </w:r>
    </w:p>
    <w:p>
      <w:r>
        <w:rPr>
          <w:rFonts w:ascii="Gentium Plus" w:hAnsi="Gentium Plus"/>
          <w:sz w:val="24"/>
        </w:rPr>
        <w:t>ρίδας.</w:t>
      </w:r>
    </w:p>
    <w:p>
      <w:r>
        <w:rPr>
          <w:rFonts w:ascii="Courier New" w:hAnsi="Courier New"/>
          <w:color w:val="555555"/>
          <w:sz w:val="20"/>
        </w:rPr>
        <w:t>[1]</w:t>
      </w:r>
    </w:p>
    <w:p>
      <w:r>
        <w:rPr>
          <w:rFonts w:ascii="Gentium Plus" w:hAnsi="Gentium Plus"/>
          <w:sz w:val="24"/>
        </w:rPr>
        <w:t>Βαλὼν εἰς κάκκαβον ὀλίγον ἔλαιον καὶ θερμάνας αὐτὸ πρόσβαλλε λιθαργύρου γο ἓξ καὶ \| ἀξουγγίου τὸ ἴσον, καὶ διυ‐ λίσας βάλλε κηροῦ λίτραν αcʹ καὶ ῥητίνης λίτραν αʹ, κώνης γο ἕξ, χαλκίτιδος γο αʹ, μίσυος τετηγμένης γο ἕξ, ψιλώθρου</w:t>
      </w:r>
    </w:p>
    <w:p>
      <w:r>
        <w:rPr>
          <w:rFonts w:ascii="Courier New" w:hAnsi="Courier New"/>
          <w:color w:val="555555"/>
          <w:sz w:val="20"/>
        </w:rPr>
        <w:t>[5]</w:t>
      </w:r>
    </w:p>
    <w:p>
      <w:r>
        <w:rPr>
          <w:rFonts w:ascii="Gentium Plus" w:hAnsi="Gentium Plus"/>
          <w:sz w:val="24"/>
        </w:rPr>
        <w:t>τὸ ἴσον, ὀποπάνακος λίτρας δʹ, χαλβάνης γο δʹ, ἅλατος ἡμί‐ νης ἔλαττον, ὄξους γο ἕξ.</w:t>
      </w:r>
    </w:p>
    <w:p>
      <w:pPr>
        <w:jc w:val="center"/>
      </w:pPr>
      <w:r>
        <w:rPr>
          <w:rFonts w:ascii="Gentium Plus" w:hAnsi="Gentium Plus"/>
          <w:b/>
          <w:sz w:val="24"/>
        </w:rPr>
        <w:t>ἄλλο μάλαγμα θερμὸν εἰς τὸ αὐτό.</w:t>
      </w:r>
    </w:p>
    <w:p>
      <w:r>
        <w:rPr>
          <w:rFonts w:ascii="Courier New" w:hAnsi="Courier New"/>
          <w:color w:val="555555"/>
          <w:sz w:val="20"/>
        </w:rPr>
        <w:t>[1]</w:t>
      </w:r>
    </w:p>
    <w:p>
      <w:r>
        <w:rPr>
          <w:rFonts w:ascii="Gentium Plus" w:hAnsi="Gentium Plus"/>
          <w:sz w:val="24"/>
        </w:rPr>
        <w:t>Βαλὼν ἔλαιον εἰς κάκκαβον καὶ θερμὸν ποιήσας, πρόσ‐ βαλλε λιθαργύρου γο ἕξ, κηροῦ 𐆃 αʹ, μολυβδαίνης γο ἕξ, προ‐ πόλεως γο ἕξ· ταῦτα εἰς τροῦλαν σιδηρᾶν θερμάνας, ἐπίθες ἐπὶ τὸ γόνυ.</w:t>
      </w:r>
    </w:p>
    <w:p>
      <w:pPr>
        <w:jc w:val="center"/>
      </w:pPr>
      <w:r>
        <w:rPr>
          <w:rFonts w:ascii="Gentium Plus" w:hAnsi="Gentium Plus"/>
          <w:b/>
          <w:sz w:val="24"/>
        </w:rPr>
        <w:t>ἄλλο μάλαγμα πρὸς μελικηρίδας τὰς νεαρὰς</w:t>
      </w:r>
    </w:p>
    <w:p>
      <w:r>
        <w:rPr>
          <w:rFonts w:ascii="Courier New" w:hAnsi="Courier New"/>
          <w:color w:val="555555"/>
          <w:sz w:val="20"/>
        </w:rPr>
        <w:t>[t2]</w:t>
      </w:r>
    </w:p>
    <w:p>
      <w:r>
        <w:rPr>
          <w:rFonts w:ascii="Gentium Plus" w:hAnsi="Gentium Plus"/>
          <w:sz w:val="24"/>
        </w:rPr>
        <w:t>καὶ προσφάτους σκορπίζον.</w:t>
      </w:r>
    </w:p>
    <w:p>
      <w:r>
        <w:rPr>
          <w:rFonts w:ascii="Courier New" w:hAnsi="Courier New"/>
          <w:color w:val="555555"/>
          <w:sz w:val="20"/>
        </w:rPr>
        <w:t>[1]</w:t>
      </w:r>
    </w:p>
    <w:p>
      <w:r>
        <w:rPr>
          <w:rFonts w:ascii="Gentium Plus" w:hAnsi="Gentium Plus"/>
          <w:sz w:val="24"/>
        </w:rPr>
        <w:t>Ὄξους ἡμικοτύλιον, ἁλὸς ἀμμωνιακοῦ 𐆃 ἕξ, κισσοκο‐ ρύμβου γο δʹ, κάχρυος σπέρματος κεκομμένου γο δʹ, κόπρου περιστερᾶς κόκκους ἕξ, μάνης γο βʹ, κονίας ἀσβέστου γο δʹ· ταῦτα βαλὼν πάντα εἰς χύτραν, πρῶτον δὲ ὄξος, \| εἶτα ἀμμω‐</w:t>
      </w:r>
    </w:p>
    <w:p>
      <w:r>
        <w:rPr>
          <w:rFonts w:ascii="Courier New" w:hAnsi="Courier New"/>
          <w:color w:val="555555"/>
          <w:sz w:val="20"/>
        </w:rPr>
        <w:t>[5]</w:t>
      </w:r>
    </w:p>
    <w:p>
      <w:r>
        <w:rPr>
          <w:rFonts w:ascii="Gentium Plus" w:hAnsi="Gentium Plus"/>
          <w:sz w:val="24"/>
        </w:rPr>
        <w:t>νιακὸν καὶ ῥητίνην καὶ τὰ λοιπὰ βαλών, ἕψει. ὅταν δὲ ἑψηθῇ,</w:t>
      </w:r>
    </w:p>
    <w:p>
      <w:pPr>
        <w:jc w:val="center"/>
      </w:pPr>
      <w:r>
        <w:rPr>
          <w:rFonts w:ascii="Gentium Plus" w:hAnsi="Gentium Plus"/>
          <w:b/>
          <w:sz w:val="24"/>
        </w:rPr>
        <w:t>ἄλλο· περὶ παραπρήσματος προγνώσεως.</w:t>
      </w:r>
    </w:p>
    <w:p>
      <w:r>
        <w:rPr>
          <w:rFonts w:ascii="Courier New" w:hAnsi="Courier New"/>
          <w:color w:val="555555"/>
          <w:sz w:val="20"/>
        </w:rPr>
        <w:t>[1]</w:t>
      </w:r>
    </w:p>
    <w:p>
      <w:r>
        <w:rPr>
          <w:rFonts w:ascii="Gentium Plus" w:hAnsi="Gentium Plus"/>
          <w:sz w:val="24"/>
        </w:rPr>
        <w:t>Πρῶτον μὲν ἐπάνω τοῦ κυνὸς ἐπὰν ἑστήκοι, σηκοῦνται ἡλίκον νάπυες ἢ μικρῷ μεῖζον, ἓν τῷ ἑνὶ ἡνωμένα. ταῦτα δὲ συμβαίνει ἀπὸ δρόμου ἢ ὁδοῦ μακρᾶς ἢ φορτισμοῦ.</w:t>
      </w:r>
    </w:p>
    <w:p>
      <w:pPr>
        <w:jc w:val="center"/>
      </w:pPr>
      <w:r>
        <w:rPr>
          <w:rFonts w:ascii="Gentium Plus" w:hAnsi="Gentium Plus"/>
          <w:b/>
          <w:sz w:val="24"/>
        </w:rPr>
        <w:t>ἄλλο· παραπρήσματος ἴασις.</w:t>
      </w:r>
    </w:p>
    <w:p>
      <w:r>
        <w:rPr>
          <w:rFonts w:ascii="Courier New" w:hAnsi="Courier New"/>
          <w:color w:val="555555"/>
          <w:sz w:val="20"/>
        </w:rPr>
        <w:t>[1]</w:t>
      </w:r>
    </w:p>
    <w:p>
      <w:r>
        <w:rPr>
          <w:rFonts w:ascii="Gentium Plus" w:hAnsi="Gentium Plus"/>
          <w:sz w:val="24"/>
        </w:rPr>
        <w:t>Λαβὼν σχαστήριον, τρῆσον καὶ ἔγκοψον τὸ ἀγγεῖον, εἶτα λαβὼν ἔλαιον καὶ ἅλας τρῖψον, εἶτα πυρία καὶ τρῖβε κηρωτῇ.</w:t>
      </w:r>
    </w:p>
    <w:p>
      <w:pPr>
        <w:jc w:val="center"/>
      </w:pPr>
      <w:r>
        <w:rPr>
          <w:rFonts w:ascii="Gentium Plus" w:hAnsi="Gentium Plus"/>
          <w:b/>
          <w:sz w:val="24"/>
        </w:rPr>
        <w:t>πρὸς παραπρήσματα κολλυρίων σκευασία.</w:t>
      </w:r>
    </w:p>
    <w:p>
      <w:r>
        <w:rPr>
          <w:rFonts w:ascii="Courier New" w:hAnsi="Courier New"/>
          <w:color w:val="555555"/>
          <w:sz w:val="20"/>
        </w:rPr>
        <w:t>[1]</w:t>
      </w:r>
    </w:p>
    <w:p>
      <w:r>
        <w:rPr>
          <w:rFonts w:ascii="Gentium Plus" w:hAnsi="Gentium Plus"/>
          <w:sz w:val="24"/>
        </w:rPr>
        <w:t>Χαλκίτιδος γο γʹ, ἰοῦ τὸ ἴσον, μαράθου μέλανος γο δʹ, μίσυος τετηγμένου γο δʹ, χαλκάνθης γο γʹ, \| κηκῖδος μελαί‐ νης, τρυγός, ψιλώθρου ἀνὰ οὐγκίας γʹ ... ἄνθους τὸ ἱκα‐ νόν, κυμίνου Ἀλεξανδρίνου τὸ ἱκανόν, βαλὼν ὄξος δριμύ, καὶ</w:t>
      </w:r>
    </w:p>
    <w:p>
      <w:r>
        <w:rPr>
          <w:rFonts w:ascii="Courier New" w:hAnsi="Courier New"/>
          <w:color w:val="555555"/>
          <w:sz w:val="20"/>
        </w:rPr>
        <w:t>[5]</w:t>
      </w:r>
    </w:p>
    <w:p>
      <w:r>
        <w:rPr>
          <w:rFonts w:ascii="Gentium Plus" w:hAnsi="Gentium Plus"/>
          <w:sz w:val="24"/>
        </w:rPr>
        <w:t>εἰς θυὰν τρίψας καὶ ποιήσας κολλύρια καὶ ξηράνας χρῶ.</w:t>
      </w:r>
    </w:p>
    <w:p>
      <w:pPr>
        <w:jc w:val="center"/>
      </w:pPr>
      <w:r>
        <w:rPr>
          <w:rFonts w:ascii="Gentium Plus" w:hAnsi="Gentium Plus"/>
          <w:b/>
          <w:sz w:val="24"/>
        </w:rPr>
        <w:t>ἄλλο πρὸς ὑδατίδας ἆραι χωρὶς σιδήρου.</w:t>
      </w:r>
    </w:p>
    <w:p>
      <w:r>
        <w:rPr>
          <w:rFonts w:ascii="Courier New" w:hAnsi="Courier New"/>
          <w:color w:val="555555"/>
          <w:sz w:val="20"/>
        </w:rPr>
        <w:t>[t2]</w:t>
      </w:r>
    </w:p>
    <w:p>
      <w:r>
        <w:rPr>
          <w:rFonts w:ascii="Gentium Plus" w:hAnsi="Gentium Plus"/>
          <w:sz w:val="24"/>
        </w:rPr>
        <w:t>Τιβερίου.</w:t>
      </w:r>
    </w:p>
    <w:p>
      <w:r>
        <w:rPr>
          <w:rFonts w:ascii="Courier New" w:hAnsi="Courier New"/>
          <w:color w:val="555555"/>
          <w:sz w:val="20"/>
        </w:rPr>
        <w:t>[1]</w:t>
      </w:r>
    </w:p>
    <w:p>
      <w:r>
        <w:rPr>
          <w:rFonts w:ascii="Gentium Plus" w:hAnsi="Gentium Plus"/>
          <w:sz w:val="24"/>
        </w:rPr>
        <w:t>Ῥοδοδάφνης φύλλων δραχμὰς δʹ, εὐφορβίου δραχμὰς ἕξ, κόπρου περιστερᾶς δραχμὰς δʹ, καρδάμου σπέρματος τὸ ἴσον, χαμελαίας βοτάνης ἀγρίας δραχμὰς βʹ, ἀδάρκης δραχμὰς γʹ· ταῦτα πάντα τρίψας ἐπιμελῶς, καὶ μίξας ὄξους, καὶ λεάνας</w:t>
      </w:r>
    </w:p>
    <w:p>
      <w:r>
        <w:rPr>
          <w:rFonts w:ascii="Courier New" w:hAnsi="Courier New"/>
          <w:color w:val="555555"/>
          <w:sz w:val="20"/>
        </w:rPr>
        <w:t>[5]</w:t>
      </w:r>
    </w:p>
    <w:p>
      <w:r>
        <w:rPr>
          <w:rFonts w:ascii="Gentium Plus" w:hAnsi="Gentium Plus"/>
          <w:sz w:val="24"/>
        </w:rPr>
        <w:t>μετὰ ἀξουγγίου, χρῶ κατὰ τοὺς τόπους.</w:t>
      </w:r>
    </w:p>
    <w:p>
      <w:pPr>
        <w:jc w:val="center"/>
      </w:pPr>
      <w:r>
        <w:rPr>
          <w:rFonts w:ascii="Gentium Plus" w:hAnsi="Gentium Plus"/>
          <w:b/>
          <w:sz w:val="24"/>
        </w:rPr>
        <w:t>ἄλλο. περὶ παραπρήσματος.</w:t>
      </w:r>
    </w:p>
    <w:p>
      <w:r>
        <w:rPr>
          <w:rFonts w:ascii="Courier New" w:hAnsi="Courier New"/>
          <w:color w:val="555555"/>
          <w:sz w:val="20"/>
        </w:rPr>
        <w:t>[1]</w:t>
      </w:r>
    </w:p>
    <w:p>
      <w:r>
        <w:rPr>
          <w:rFonts w:ascii="Gentium Plus" w:hAnsi="Gentium Plus"/>
          <w:sz w:val="24"/>
        </w:rPr>
        <w:t>Κινῶν τὴν φλέβα τὴν ἐπάνωθεν τοῦ μεσοκυνίου, ἔασον</w:t>
      </w:r>
    </w:p>
    <w:p>
      <w:r>
        <w:rPr>
          <w:rFonts w:ascii="Courier New" w:hAnsi="Courier New"/>
          <w:color w:val="555555"/>
          <w:sz w:val="20"/>
        </w:rPr>
        <w:t>[5]</w:t>
      </w:r>
    </w:p>
    <w:p>
      <w:r>
        <w:rPr>
          <w:rFonts w:ascii="Gentium Plus" w:hAnsi="Gentium Plus"/>
          <w:sz w:val="24"/>
        </w:rPr>
        <w:t>ἄφες ἀπορρεῦσαι ὡσεὶ κοτύλην μίαν, καὶ ἅλας ὀπτὸν λεάνας μετὰ ἐλαίου ἐπίθες, μίξας ἐρεγμοῦ ἄλευρον καὶ ὀλίγον μέλι.</w:t>
      </w:r>
    </w:p>
    <w:p>
      <w:pPr>
        <w:jc w:val="center"/>
      </w:pPr>
      <w:r>
        <w:rPr>
          <w:rFonts w:ascii="Gentium Plus" w:hAnsi="Gentium Plus"/>
          <w:b/>
          <w:sz w:val="24"/>
        </w:rPr>
        <w:t>Ἱεροκλέους περὶ πρήσματος.</w:t>
      </w:r>
    </w:p>
    <w:p>
      <w:r>
        <w:rPr>
          <w:rFonts w:ascii="Courier New" w:hAnsi="Courier New"/>
          <w:color w:val="555555"/>
          <w:sz w:val="20"/>
        </w:rPr>
        <w:t>[1]</w:t>
      </w:r>
    </w:p>
    <w:p>
      <w:r>
        <w:rPr>
          <w:rFonts w:ascii="Gentium Plus" w:hAnsi="Gentium Plus"/>
          <w:sz w:val="24"/>
        </w:rPr>
        <w:t>Ὑπὸ δρόμου σφοδροῦ μάλιστα γίνεται πρήσματα, καὶ τὰ σφυρὰ τὰ ἔμπροσθεν πίπραται, ὡς δοκεῖν ὑγρασίας εἶναι πλήρη. σχάσας τοίνυν τὴν φλέβα τὴν ὑπὸ τὸ μεσοκύνιον κατάντλησον. ἐὰν δὲ μὴ βοηθήσῃ τὸ βοήθημα, ὑποξυρήσας</w:t>
      </w:r>
    </w:p>
    <w:p>
      <w:r>
        <w:rPr>
          <w:rFonts w:ascii="Courier New" w:hAnsi="Courier New"/>
          <w:color w:val="555555"/>
          <w:sz w:val="20"/>
        </w:rPr>
        <w:t>[5]</w:t>
      </w:r>
    </w:p>
    <w:p>
      <w:r>
        <w:rPr>
          <w:rFonts w:ascii="Gentium Plus" w:hAnsi="Gentium Plus"/>
          <w:sz w:val="24"/>
        </w:rPr>
        <w:t>τὸν τόπον τὸν ἐπηρμένον χάραξον, καὶ ὡς ἔχει τὴν ὑγρασίαν, ὀξυκράτῳ κατάβρεχε, τῇ δὲ ἐχομένῃ ἡμέρᾳ μαλάγματι χρῆσαι τῷ διὰ χαλβάνης.</w:t>
      </w:r>
    </w:p>
    <w:p>
      <w:pPr>
        <w:jc w:val="center"/>
      </w:pPr>
      <w:r>
        <w:rPr>
          <w:rFonts w:ascii="Gentium Plus" w:hAnsi="Gentium Plus"/>
          <w:b/>
          <w:sz w:val="24"/>
        </w:rPr>
        <w:t>περὶ πρησμονῆς.</w:t>
      </w:r>
    </w:p>
    <w:p>
      <w:r>
        <w:rPr>
          <w:rFonts w:ascii="Courier New" w:hAnsi="Courier New"/>
          <w:color w:val="555555"/>
          <w:sz w:val="20"/>
        </w:rPr>
        <w:t>[1]</w:t>
      </w:r>
    </w:p>
    <w:p>
      <w:r>
        <w:rPr>
          <w:rFonts w:ascii="Gentium Plus" w:hAnsi="Gentium Plus"/>
          <w:sz w:val="24"/>
        </w:rPr>
        <w:t>Ἐξελὼν τὴν κόπρον, καὶ βαλὼν τοῦ Αἰγυπτίου νίτρου γο ιʹ, καὶ τῆς Αἰγυπτίας συκαμίνου τὰ ἁπαλὰ [ἢ] τῆς ῥίζης συγκόψας, ἀνάζεσον ἐν οἴνῳ καὶ ὕδατι ἴσον ἴσῳ κεκραμένῳ, εἶτα λαβὼν †καυτήριον καῦσον κοτυλίσιν. ὅταν δὲ ἱκανῶς</w:t>
      </w:r>
    </w:p>
    <w:p>
      <w:r>
        <w:rPr>
          <w:rFonts w:ascii="Courier New" w:hAnsi="Courier New"/>
          <w:color w:val="555555"/>
          <w:sz w:val="20"/>
        </w:rPr>
        <w:t>[5]</w:t>
      </w:r>
    </w:p>
    <w:p>
      <w:r>
        <w:rPr>
          <w:rFonts w:ascii="Gentium Plus" w:hAnsi="Gentium Plus"/>
          <w:sz w:val="24"/>
        </w:rPr>
        <w:t>ἔχῃ, δὸς αὐτῷ ὕδωρ πίνειν θερμόν. \</w:t>
      </w:r>
    </w:p>
    <w:p>
      <w:pPr>
        <w:jc w:val="center"/>
      </w:pPr>
      <w:r>
        <w:rPr>
          <w:rFonts w:ascii="Gentium Plus" w:hAnsi="Gentium Plus"/>
          <w:b/>
          <w:sz w:val="24"/>
        </w:rPr>
        <w:t>περὶ σκόλοπος.</w:t>
      </w:r>
    </w:p>
    <w:p>
      <w:pPr>
        <w:jc w:val="center"/>
      </w:pPr>
      <w:r>
        <w:rPr>
          <w:rFonts w:ascii="Gentium Plus" w:hAnsi="Gentium Plus"/>
          <w:b/>
          <w:sz w:val="24"/>
        </w:rPr>
        <w:t>Ἱεροκλέους.</w:t>
      </w:r>
    </w:p>
    <w:p>
      <w:r>
        <w:rPr>
          <w:rFonts w:ascii="Courier New" w:hAnsi="Courier New"/>
          <w:color w:val="555555"/>
          <w:sz w:val="20"/>
        </w:rPr>
        <w:t>[1]</w:t>
      </w:r>
    </w:p>
    <w:p>
      <w:r>
        <w:rPr>
          <w:rFonts w:ascii="Gentium Plus" w:hAnsi="Gentium Plus"/>
          <w:sz w:val="24"/>
        </w:rPr>
        <w:t>Ἐὰν ὑπὸ σκόλοπος πληγῇ ξυλίνου ἢ ὀστέου ἢ ὀστράκου τὴν ὁπλήν, χρὴ ἐξελεῖν τὸν σκόλοπα, καὶ προκαθάραντα δια‐ χρῖσαι φαρμάκῳ τῷ διὰ ἰοῦ ἢ μίσυος, ἢ ἄλλῳ τραυματικῷ,</w:t>
      </w:r>
    </w:p>
    <w:p>
      <w:r>
        <w:rPr>
          <w:rFonts w:ascii="Courier New" w:hAnsi="Courier New"/>
          <w:color w:val="555555"/>
          <w:sz w:val="20"/>
        </w:rPr>
        <w:t>[5]</w:t>
      </w:r>
    </w:p>
    <w:p>
      <w:r>
        <w:rPr>
          <w:rFonts w:ascii="Gentium Plus" w:hAnsi="Gentium Plus"/>
          <w:sz w:val="24"/>
        </w:rPr>
        <w:t>τὴν πληγήν, καὶ διαχρῖσαι τῷ φαρμάκῳ, ἕως τὴν ἀτοπίαν εἰς ἓν συνελθεῖν, εἶτα θεραπεύειν τῷ ξηρίῳ τῷ διὰ τῆς στυπτη‐ ρίας συγκειμένῳ. \|</w:t>
      </w:r>
    </w:p>
    <w:p>
      <w:pPr>
        <w:jc w:val="center"/>
      </w:pPr>
      <w:r>
        <w:rPr>
          <w:rFonts w:ascii="Gentium Plus" w:hAnsi="Gentium Plus"/>
          <w:b/>
          <w:sz w:val="24"/>
        </w:rPr>
        <w:t>περὶ ἀποστήματος.</w:t>
      </w:r>
    </w:p>
    <w:p>
      <w:pPr>
        <w:jc w:val="center"/>
      </w:pPr>
      <w:r>
        <w:rPr>
          <w:rFonts w:ascii="Gentium Plus" w:hAnsi="Gentium Plus"/>
          <w:b/>
          <w:sz w:val="24"/>
        </w:rPr>
        <w:t>Ἱεροκλέους.</w:t>
      </w:r>
    </w:p>
    <w:p>
      <w:r>
        <w:rPr>
          <w:rFonts w:ascii="Courier New" w:hAnsi="Courier New"/>
          <w:color w:val="555555"/>
          <w:sz w:val="20"/>
        </w:rPr>
        <w:t>[1]</w:t>
      </w:r>
    </w:p>
    <w:p>
      <w:r>
        <w:rPr>
          <w:rFonts w:ascii="Gentium Plus" w:hAnsi="Gentium Plus"/>
          <w:sz w:val="24"/>
        </w:rPr>
        <w:t>Ἐὰν ἀπόστημα ἐπιγένηται ἐξ ἅλματος ἢ κυλίσματος ἢ πλη‐ γῆς ἢ πτώματος, ἄσβεστον τρίψας λίαν, καὶ παραχέας οἶνον, ἐλαίου τὸ αὐτὸ μέτρον ἐπίβαλλε. καὶ ὅταν γένηται τὸ πάχος γλοιῶδες, περίχρισον τὸν ἐπηρμένον τόπον, προσεπιλαμβάνων</w:t>
      </w:r>
    </w:p>
    <w:p>
      <w:r>
        <w:rPr>
          <w:rFonts w:ascii="Courier New" w:hAnsi="Courier New"/>
          <w:color w:val="555555"/>
          <w:sz w:val="20"/>
        </w:rPr>
        <w:t>[5]</w:t>
      </w:r>
    </w:p>
    <w:p>
      <w:r>
        <w:rPr>
          <w:rFonts w:ascii="Gentium Plus" w:hAnsi="Gentium Plus"/>
          <w:sz w:val="24"/>
        </w:rPr>
        <w:t>ὀλίγον τι καὶ τοῦ ὑγιοῦς. ἢ ἄλευρον πύρινον καθαρώτατον, φυράσας ὄξος, ἐπιχέας καὶ μάννης ὁλκὰς δύο καὶ ᾠὰ βʹ, ποιήσας τὸ πάχος μέλιτος, κατάχρισον τὸν ἐπηρμένον τόπον, καὶ τοῦ ὑγιοῦς προσεπιλαμβάνων. \|</w:t>
      </w:r>
    </w:p>
    <w:p>
      <w:pPr>
        <w:jc w:val="center"/>
      </w:pPr>
      <w:r>
        <w:rPr>
          <w:rFonts w:ascii="Gentium Plus" w:hAnsi="Gentium Plus"/>
          <w:b/>
          <w:sz w:val="24"/>
        </w:rPr>
        <w:t>πρὸς καρίδας.</w:t>
      </w:r>
    </w:p>
    <w:p>
      <w:pPr>
        <w:jc w:val="center"/>
      </w:pPr>
      <w:r>
        <w:rPr>
          <w:rFonts w:ascii="Gentium Plus" w:hAnsi="Gentium Plus"/>
          <w:b/>
          <w:sz w:val="24"/>
        </w:rPr>
        <w:t>Ἱεροκλέους.</w:t>
      </w:r>
    </w:p>
    <w:p>
      <w:r>
        <w:rPr>
          <w:rFonts w:ascii="Courier New" w:hAnsi="Courier New"/>
          <w:color w:val="555555"/>
          <w:sz w:val="20"/>
        </w:rPr>
        <w:t>[1]</w:t>
      </w:r>
    </w:p>
    <w:p>
      <w:r>
        <w:rPr>
          <w:rFonts w:ascii="Gentium Plus" w:hAnsi="Gentium Plus"/>
          <w:sz w:val="24"/>
        </w:rPr>
        <w:t>Κυπαρίσσων ἀκρεμόνας κόψας, καὶ κηκῖδος λίτραν μίαν, ἀξουγγίου καὶ κηροῦ ἀνὰ ἡμίλιτρον, ὀμφακίας ὡσεὶ μίαν λί‐ τραν ὄξει φυράσας κατάπλασσε. Ἄψυρτος δέ φησι τῷ ἰδίῳ χρῆναι οὔρῳ προαποσμήξαντα αὐτὸ καθ’ ἡμέραν, ἐπιπάσσειν</w:t>
      </w:r>
    </w:p>
    <w:p>
      <w:r>
        <w:rPr>
          <w:rFonts w:ascii="Courier New" w:hAnsi="Courier New"/>
          <w:color w:val="555555"/>
          <w:sz w:val="20"/>
        </w:rPr>
        <w:t>[5]</w:t>
      </w:r>
    </w:p>
    <w:p>
      <w:r>
        <w:rPr>
          <w:rFonts w:ascii="Gentium Plus" w:hAnsi="Gentium Plus"/>
          <w:sz w:val="24"/>
        </w:rPr>
        <w:t>τιτάνῳ μελαίνῃ, μέχρις ἂν ὑγιάνῃ. \</w:t>
      </w:r>
    </w:p>
    <w:p>
      <w:pPr>
        <w:jc w:val="center"/>
      </w:pPr>
      <w:r>
        <w:rPr>
          <w:rFonts w:ascii="Gentium Plus" w:hAnsi="Gentium Plus"/>
          <w:b/>
          <w:sz w:val="24"/>
        </w:rPr>
        <w:t>περὶ διακαύσεως.</w:t>
      </w:r>
    </w:p>
    <w:p>
      <w:pPr>
        <w:jc w:val="center"/>
      </w:pPr>
      <w:r>
        <w:rPr>
          <w:rFonts w:ascii="Gentium Plus" w:hAnsi="Gentium Plus"/>
          <w:b/>
          <w:sz w:val="24"/>
        </w:rPr>
        <w:t>Ἱεροκλέους.</w:t>
      </w:r>
    </w:p>
    <w:p>
      <w:r>
        <w:rPr>
          <w:rFonts w:ascii="Courier New" w:hAnsi="Courier New"/>
          <w:color w:val="555555"/>
          <w:sz w:val="20"/>
        </w:rPr>
        <w:t>[1]</w:t>
      </w:r>
    </w:p>
    <w:p>
      <w:r>
        <w:rPr>
          <w:rFonts w:ascii="Gentium Plus" w:hAnsi="Gentium Plus"/>
          <w:sz w:val="24"/>
        </w:rPr>
        <w:t>Ὅταν ἀνάγκης ἐπιλαβούσης καυτηριασθῇ κτῆνος, ἅλατι λεπτῷ καὶ ἐλαίῳ τῇ πρώτῃ ἡμέρᾳ καταβρεχέσθωσαν οἱ γόμφοι</w:t>
      </w:r>
    </w:p>
    <w:p>
      <w:r>
        <w:rPr>
          <w:rFonts w:ascii="Courier New" w:hAnsi="Courier New"/>
          <w:color w:val="555555"/>
          <w:sz w:val="20"/>
        </w:rPr>
        <w:t>[5]</w:t>
      </w:r>
    </w:p>
    <w:p>
      <w:r>
        <w:rPr>
          <w:rFonts w:ascii="Gentium Plus" w:hAnsi="Gentium Plus"/>
          <w:sz w:val="24"/>
        </w:rPr>
        <w:t>ἐσχαρώματα, εἶτα ἀποσμηχέσθω οἴνῳ παλαιῷ καὶ ὕδατι θερμῷ μεμιγμένοις. μετὰ δὲ τὴν ἀπόσμηξιν εὐθέως καταβρεχέσθω οἴνῳ καὶ ἐλαίῳ, προσεμπασσομένου ἀλεύρου ὀροβίνου. ἐὰν δὲ μὴ εὐπορήσῃς γλοιοῦ, κηρὸν καὶ πίσσαν ὑγρὰν καὶ στέαρ χοί‐ ρειον καὶ ἅλας καὶ ἔλαιον, τρίψας ἐν ταὐτῷ κατάχριε πτεροῖς.</w:t>
      </w:r>
    </w:p>
    <w:p>
      <w:r>
        <w:rPr>
          <w:rFonts w:ascii="Courier New" w:hAnsi="Courier New"/>
          <w:color w:val="555555"/>
          <w:sz w:val="20"/>
        </w:rPr>
        <w:t>[10]</w:t>
      </w:r>
    </w:p>
    <w:p>
      <w:r>
        <w:rPr>
          <w:rFonts w:ascii="Gentium Plus" w:hAnsi="Gentium Plus"/>
          <w:sz w:val="24"/>
        </w:rPr>
        <w:t>ἐὰν δὲ ἑβδομαίῳ γενομένῳ ἐκ τοῦ \ τὰ ἐσχαρώματα, δέος, μὴ ἀπέρρωγέ τι τῶν ἐντός, καὶ ἀφύ‐ κτῳ κινδύνῳ περιπέσῃ. ὁ δὲ ἄριστος τῶν καυτηρίων καιρὸς ὁ ἐαρινὸς καὶ θερινός.</w:t>
      </w:r>
    </w:p>
    <w:p>
      <w:pPr>
        <w:jc w:val="center"/>
      </w:pPr>
      <w:r>
        <w:rPr>
          <w:rFonts w:ascii="Gentium Plus" w:hAnsi="Gentium Plus"/>
          <w:b/>
          <w:sz w:val="24"/>
        </w:rPr>
        <w:t>ἄλλο εἰς τὸ αὐτό.</w:t>
      </w:r>
    </w:p>
    <w:p>
      <w:r>
        <w:rPr>
          <w:rFonts w:ascii="Courier New" w:hAnsi="Courier New"/>
          <w:color w:val="555555"/>
          <w:sz w:val="20"/>
        </w:rPr>
        <w:t>[1]</w:t>
      </w:r>
    </w:p>
    <w:p>
      <w:r>
        <w:rPr>
          <w:rFonts w:ascii="Gentium Plus" w:hAnsi="Gentium Plus"/>
          <w:sz w:val="24"/>
        </w:rPr>
        <w:t>Κηροῦ λίτραν μίαν, προπόλεως γο βʹ, ἀμμωνιακοῦ γο βʹ, οἰσύπου γο αʹ, χαλβάνης γο βʹ, μάννης γο βʹ, ἰξοῦ γο δʹ, ἀφρονίτρου γο αʹ, πεπέρεως γο βʹ.</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Κηροῦ λίτραν μίαν, προπόλεως γο αʹ, ἀμμωνιακοῦ γο βʹ, οἰσύπου γο αʹ, χαλβάνης γο βʹ, ἀσφάλτου γο δʹ, ὀποπάνακος γο βʹ, νίτρου γο βʹ, στυπτηρίας σχιστῆς γο αʹ, πεπέρεως γο βʹ, ἰξοῦ γο βʹ, θείου γο αʹ. \|</w:t>
      </w:r>
    </w:p>
    <w:p>
      <w:pPr>
        <w:jc w:val="center"/>
      </w:pPr>
      <w:r>
        <w:rPr>
          <w:rFonts w:ascii="Gentium Plus" w:hAnsi="Gentium Plus"/>
          <w:b/>
          <w:sz w:val="24"/>
        </w:rPr>
        <w:t>περὶ συκῶν καὶ μυρμηκιῶν.</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Ἡρωδίωνι Ἀλεξανδρεῖ ἱπποϊατρῷ χαί‐ ρειν. συκὰς τὰς γινομένας ἢ μυρμηκίας λεγομένας ἐν τοῖς ἵπποις</w:t>
      </w:r>
    </w:p>
    <w:p>
      <w:r>
        <w:rPr>
          <w:rFonts w:ascii="Courier New" w:hAnsi="Courier New"/>
          <w:color w:val="555555"/>
          <w:sz w:val="20"/>
        </w:rPr>
        <w:t>[5]</w:t>
      </w:r>
    </w:p>
    <w:p>
      <w:r>
        <w:rPr>
          <w:rFonts w:ascii="Gentium Plus" w:hAnsi="Gentium Plus"/>
          <w:sz w:val="24"/>
        </w:rPr>
        <w:t>ἆσσον ὑέλῳ, καὶ χαλκῖτιν ὠμὴν τρίψαντα ἐν ὅλμῳ ἐπιδεσμεῖν, καὶ τοῦτο καθ’ ἡμέραν ποιεῖν, ὕδωρ δὲ μὴ προσάγειν, καὶ ἔσται ὑγιής. μάλιστα δὲ δεῖ ἀπέχεσθαι τῆς κατακαύσεως, ὅταν ᾖ ἐν τῇ θέσει τοῦ ποδὸς περὶ τὴν στεφάνην. δυσκόλως γὰρ ἀπουλοῦνται.</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Συκὰς καὶ μυρμηκίας τὰς λεγομένας, εἰ γένοιντο ἐν οἱῳ‐ δήποτε μέρει τοῦ σώματος, μά\|λιστα δὲ ἐπὶ τῶν ἀκρωτηρίων, συμβουλεύει Ἄψυρτος μὴ καίειν, ἀλλ’ ἀποτέμνειν καὶ ξέειν ἐγγύς, εἶτα χαλκῖτιν ὠμὴν τρίψαντα ἐπιτιθέναι καὶ ἐπι‐</w:t>
      </w:r>
    </w:p>
    <w:p>
      <w:r>
        <w:rPr>
          <w:rFonts w:ascii="Courier New" w:hAnsi="Courier New"/>
          <w:color w:val="555555"/>
          <w:sz w:val="20"/>
        </w:rPr>
        <w:t>[5]</w:t>
      </w:r>
    </w:p>
    <w:p>
      <w:r>
        <w:rPr>
          <w:rFonts w:ascii="Gentium Plus" w:hAnsi="Gentium Plus"/>
          <w:sz w:val="24"/>
        </w:rPr>
        <w:t>δεσμεῖν, καὶ τοῦτο καθ’ ἡμέραν ποιεῖν, ὕδωρ δὲ μὴ προσ‐ φέρειν τῷ τόπῳ, ἕως ἂν ὑγιὴς γένηται. μάλιστα δὲ ἀπαγο‐ ρεύει μὴ καίειν, ὅταν γένηται ἐν τῇ θέσει τοῦ ποδὸς κατὰ τὴν στεφάνην. δυσχερῶς γὰρ ἀπουλοῦται.</w:t>
      </w:r>
    </w:p>
    <w:p>
      <w:pPr>
        <w:jc w:val="center"/>
      </w:pPr>
      <w:r>
        <w:rPr>
          <w:rFonts w:ascii="Gentium Plus" w:hAnsi="Gentium Plus"/>
          <w:b/>
          <w:sz w:val="24"/>
        </w:rPr>
        <w:t>ἄλλο. περὶ συκῆς ἐν πτέρναις.</w:t>
      </w:r>
    </w:p>
    <w:p>
      <w:r>
        <w:rPr>
          <w:rFonts w:ascii="Courier New" w:hAnsi="Courier New"/>
          <w:color w:val="555555"/>
          <w:sz w:val="20"/>
        </w:rPr>
        <w:t>[1]</w:t>
      </w:r>
    </w:p>
    <w:p>
      <w:r>
        <w:rPr>
          <w:rFonts w:ascii="Gentium Plus" w:hAnsi="Gentium Plus"/>
          <w:sz w:val="24"/>
        </w:rPr>
        <w:t>Συμβαίνει κατὰ τὴν πτέρναν τοῦ ὀπισθίου ποδὸς παρ’ αὐτὴν τὴν χελιδόνα ἕλκος γίνεσθαι, ὃ καλοῦσι συκῆν. ἐνοχλεῖται οὖν ἐκ τούτου καὶ χωλεύει καὶ πόνους ἔχει καὶ ἅψασθαί τινα οὐκ ἐᾷ. τοῦτο οὖν δεῖ θεραπεύειν ὡς τάχιστα τῷ καυτηρίῳ καὶ</w:t>
      </w:r>
    </w:p>
    <w:p>
      <w:r>
        <w:rPr>
          <w:rFonts w:ascii="Courier New" w:hAnsi="Courier New"/>
          <w:color w:val="555555"/>
          <w:sz w:val="20"/>
        </w:rPr>
        <w:t>[5]</w:t>
      </w:r>
    </w:p>
    <w:p>
      <w:r>
        <w:rPr>
          <w:rFonts w:ascii="Gentium Plus" w:hAnsi="Gentium Plus"/>
          <w:sz w:val="24"/>
        </w:rPr>
        <w:t>τοῖς ἄλλοις φαρμάκοις. χρονίου γὰρ γινομένου, ἐν τῷ περι‐ πάτῳ κατ’ ὄνυχα τείνειν τὴν ὁπλὴν ἐπισυμβαίνει, καὶ γίνεται καθόλου χωλός. συμβαίνει δὲ τοῦτο ὄνῳ καὶ ἡμιόνῳ, ἵππῳ</w:t>
      </w:r>
    </w:p>
    <w:p>
      <w:pPr>
        <w:jc w:val="center"/>
      </w:pPr>
      <w:r>
        <w:rPr>
          <w:rFonts w:ascii="Gentium Plus" w:hAnsi="Gentium Plus"/>
          <w:b/>
          <w:sz w:val="24"/>
        </w:rPr>
        <w:t>ἄλλο. πρὸς μυρμηκίαν. \</w:t>
      </w:r>
    </w:p>
    <w:p>
      <w:r>
        <w:rPr>
          <w:rFonts w:ascii="Courier New" w:hAnsi="Courier New"/>
          <w:color w:val="555555"/>
          <w:sz w:val="20"/>
        </w:rPr>
        <w:t>[1]</w:t>
      </w:r>
    </w:p>
    <w:p>
      <w:r>
        <w:rPr>
          <w:rFonts w:ascii="Gentium Plus" w:hAnsi="Gentium Plus"/>
          <w:sz w:val="24"/>
        </w:rPr>
        <w:t>Ἀσβέστου γο αʹ, σφεκλαρίου κεκομμένου γο αʹ, κονίας στακτῆς ξέστην ἕνα, λιβανωτοῦ γο αʹ, φέκλης γο βʹ, ἁλὸς κονίας γο βʹ, ἰοῦ γο βʹ, ὄξους γο βʹ.</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Μίσυος, χαλκάνθης, τιτάνου ἀσβέστου, ἰοῦ ἀνὰ γο βʹ λειώσας, ἐκτεμὼν πρότερον τὴν μυρμηκίαν καὶ καύσας, οὕτως ἐπίπασσε. ἐὰν δὲ περὶ ὀφθαλμὸν ᾖ ἢ βλέφαρον, μετὰ μέλιτος λειώσας ἐπίχριε, περιελὼν τριχὶ τὴν μυρμηκίαν, καὶ καυτῆρας</w:t>
      </w:r>
    </w:p>
    <w:p>
      <w:r>
        <w:rPr>
          <w:rFonts w:ascii="Courier New" w:hAnsi="Courier New"/>
          <w:color w:val="555555"/>
          <w:sz w:val="20"/>
        </w:rPr>
        <w:t>[5]</w:t>
      </w:r>
    </w:p>
    <w:p>
      <w:r>
        <w:rPr>
          <w:rFonts w:ascii="Gentium Plus" w:hAnsi="Gentium Plus"/>
          <w:sz w:val="24"/>
        </w:rPr>
        <w:t>ἐπιθείς.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Ἐὰν μυρμηκίαι γένωνται ἐν τοῖς ποσί, λαβὼν χαλκίτιδος γο βʹ καὶ σινωπίδος γο αʹ, τρυγὸς γο βʹ, λέπος ῥόας μετὰ ὄξους ἑψήσας, ἔπειτα καὶ αὐτὴν τὴν ῥοιὰν συντρίψας καὶ τούτοις συμμίξας καὶ διηθήσας, εἰς ῥάκος ἐγχυμάτιζε. κέ‐</w:t>
      </w:r>
    </w:p>
    <w:p>
      <w:r>
        <w:rPr>
          <w:rFonts w:ascii="Courier New" w:hAnsi="Courier New"/>
          <w:color w:val="555555"/>
          <w:sz w:val="20"/>
        </w:rPr>
        <w:t>[5]</w:t>
      </w:r>
    </w:p>
    <w:p>
      <w:r>
        <w:rPr>
          <w:rFonts w:ascii="Gentium Plus" w:hAnsi="Gentium Plus"/>
          <w:sz w:val="24"/>
        </w:rPr>
        <w:t>χρησο δὲ καὶ τῷ τραυματικῷ.</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Πρῶτον ἐκτεμών, ἐπίθες μέλι καὶ ἄσβεστον ζῶσαν, καὶ ἰτέας φλοιὸν κόψας καὶ σήσας, σύμ\|μιξον, καὶ ἐπιχρίσας θε‐ ραπεύσεις.</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Ἐκτεμὼν τὰς μυρμηκίας, ἐπίχεε θεῖον, ἄσφαλτον. ἢ κο‐ λόκυνταν ξηρὰν καύσας καὶ λειώσας ἐπίπασσε. ἢ πτέριν τὴν καλουμένην καύσας καὶ κόψας καὶ σήσας, τὸ αὐτὸ ποίει. ἢ</w:t>
      </w:r>
    </w:p>
    <w:p>
      <w:r>
        <w:rPr>
          <w:rFonts w:ascii="Courier New" w:hAnsi="Courier New"/>
          <w:color w:val="555555"/>
          <w:sz w:val="20"/>
        </w:rPr>
        <w:t>[5]</w:t>
      </w:r>
    </w:p>
    <w:p>
      <w:r>
        <w:rPr>
          <w:rFonts w:ascii="Gentium Plus" w:hAnsi="Gentium Plus"/>
          <w:sz w:val="24"/>
        </w:rPr>
        <w:t>πλασσε. ἔχεις δὲ καὶ ἄλλα βοηθήματα πρὸς μυρμηκίας ὑπο‐ γεγραμμένα ἐν ταῖς σκευασίαις τῶν φαρμάκων.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Στυπτηρίας φορίμης, καδμίας βοτρυΐτιδος, μίσυος ἀνὰ γο βʹ, χαλκίτιδος γο δʹ, κόμεως γο βʹ, πρωτοστάκτου τὸ ἀρ‐ κοῦν, τὸ κόμι ἐμβρέχων μετὰ τοῦ πρωτοστάκτου, τὰ λοιπὰ ἐπί‐ βαλλε, καὶ ποιῶν τροχίσκους χρῶ.</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Ἀσβέστου λευκῆς, φέκλης, περιστερᾶς κόπρου, ἀρσενικοῦ ἀνὰ γο αʹ, χαλκίτιδος γο ϛʹ, πρωτοστάκτου τὸ ἀρκοῦν· ταῦτα λεάνας καὶ ἀνεὶς οἴνῳ, κατάχριε τὰς μυρμηκίας, προσδεσμῶν αὐτὰς τριχὶ ἢ νευριδίῳ. ἐπὰν δὲ ἀποπέσωσι, πρόσπασσε αὐτὰς</w:t>
      </w:r>
    </w:p>
    <w:p>
      <w:r>
        <w:rPr>
          <w:rFonts w:ascii="Courier New" w:hAnsi="Courier New"/>
          <w:color w:val="555555"/>
          <w:sz w:val="20"/>
        </w:rPr>
        <w:t>[5]</w:t>
      </w:r>
    </w:p>
    <w:p>
      <w:r>
        <w:rPr>
          <w:rFonts w:ascii="Gentium Plus" w:hAnsi="Gentium Plus"/>
          <w:sz w:val="24"/>
        </w:rPr>
        <w:t>τούτῳ ξηρῷ γενομένῳ. \</w:t>
      </w:r>
    </w:p>
    <w:p>
      <w:pPr>
        <w:jc w:val="center"/>
      </w:pPr>
      <w:r>
        <w:rPr>
          <w:rFonts w:ascii="Gentium Plus" w:hAnsi="Gentium Plus"/>
          <w:b/>
          <w:sz w:val="24"/>
        </w:rPr>
        <w:t>περὶ νευριτικῶν.</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Τῷ νευριτικῷ συμβαίνει τὸν αὐχένα πονεῖν καὶ τὴν κεφα‐ λὴν ἐκτείνειν καὶ τὸ ῥύγχος ἀνανεύειν. τὸ δὲ στόμα ἀνοίγειν ἀδυνατεῖ, διὸ οὔτε τρώγει οὔτε πίνει. καὶ προβάλλων τὸ αἰδοῖον, κατὰ μικρὸν οὐρεῖ, καὶ κατὰ κοιλίαν οὐδὲν ποιεῖ. συμβαίνει</w:t>
      </w:r>
    </w:p>
    <w:p>
      <w:r>
        <w:rPr>
          <w:rFonts w:ascii="Courier New" w:hAnsi="Courier New"/>
          <w:color w:val="555555"/>
          <w:sz w:val="20"/>
        </w:rPr>
        <w:t>[5]</w:t>
      </w:r>
    </w:p>
    <w:p>
      <w:r>
        <w:rPr>
          <w:rFonts w:ascii="Gentium Plus" w:hAnsi="Gentium Plus"/>
          <w:sz w:val="24"/>
        </w:rPr>
        <w:t>δὲ ἐν τῷ περιπατεῖν παραφέρεσθαι καὶ πίπτειν ἐπὶ τράχηλον, διὰ τὸ ἔχειν τὰ ἐντὸς νεῦρα ἀποτεταμένα. ὁ δὲ τοιοῦτος ζῆν</w:t>
      </w:r>
    </w:p>
    <w:p>
      <w:pPr>
        <w:jc w:val="center"/>
      </w:pPr>
      <w:r>
        <w:rPr>
          <w:rFonts w:ascii="Gentium Plus" w:hAnsi="Gentium Plus"/>
          <w:b/>
          <w:sz w:val="24"/>
        </w:rPr>
        <w:t>Ἱεροκλέους.</w:t>
      </w:r>
    </w:p>
    <w:p>
      <w:r>
        <w:rPr>
          <w:rFonts w:ascii="Courier New" w:hAnsi="Courier New"/>
          <w:color w:val="555555"/>
          <w:sz w:val="20"/>
        </w:rPr>
        <w:t>[1]</w:t>
      </w:r>
    </w:p>
    <w:p>
      <w:r>
        <w:rPr>
          <w:rFonts w:ascii="Gentium Plus" w:hAnsi="Gentium Plus"/>
          <w:sz w:val="24"/>
        </w:rPr>
        <w:t>Πρὸς μὲν τοὺς προ[σ]ειλημμένους νευριτικοῖς οὐδὲν δύναται προσωφελῆσαι βοήθημα. καλὸν δὲ γεγράφθαι τὰ σημεῖα, ἵνα μήτις τὸν νευριτικὸν δόξας ἑτέρῳ πάθει περιπεπτωκέ\|ναι, καὶ μὴ δυνηθεὶς θεραπεῦσαι, καταγνωσθῇ. ὁ νευριτικὸς οὖν τὸν</w:t>
      </w:r>
    </w:p>
    <w:p>
      <w:r>
        <w:rPr>
          <w:rFonts w:ascii="Courier New" w:hAnsi="Courier New"/>
          <w:color w:val="555555"/>
          <w:sz w:val="20"/>
        </w:rPr>
        <w:t>[5]</w:t>
      </w:r>
    </w:p>
    <w:p>
      <w:r>
        <w:rPr>
          <w:rFonts w:ascii="Gentium Plus" w:hAnsi="Gentium Plus"/>
          <w:sz w:val="24"/>
        </w:rPr>
        <w:t>αὐχένα ἀποτείνει, καὶ τὴν κεφαλὴν ἐκτείνει, τό τε πρόσωπον ἀνανεῦσαι καὶ τὸ στόμα ἀνοίγειν ἀδυνατεῖ, διὸ οὔτε ἐσθίειν οὔτε πίνειν δύναται. καὶ προβάλλων τὰ αἰδοῖα κατὰ μικρὸν οὐρεῖ, καὶ ἡ γαστὴρ οὐχ ὑποχωρεῖ. συμβαίνει δὲ καὶ περι‐ πατοῦντα μεταφέρεσθαι καὶ πίπτειν ἐπὶ τὸν τράχηλον, διὰ τὸ</w:t>
      </w:r>
    </w:p>
    <w:p>
      <w:r>
        <w:rPr>
          <w:rFonts w:ascii="Courier New" w:hAnsi="Courier New"/>
          <w:color w:val="555555"/>
          <w:sz w:val="20"/>
        </w:rPr>
        <w:t>[10]</w:t>
      </w:r>
    </w:p>
    <w:p>
      <w:r>
        <w:rPr>
          <w:rFonts w:ascii="Gentium Plus" w:hAnsi="Gentium Plus"/>
          <w:sz w:val="24"/>
        </w:rPr>
        <w:t>ἔχειν τὰ ἐντὸς νεῦρα κατατεταμένα σφόδρα. διόπερ, ὡς ἔφην, προειλημμένος ζῆν οὐκ ἂν δύναιτο. \|</w:t>
      </w:r>
    </w:p>
    <w:p>
      <w:pPr>
        <w:jc w:val="center"/>
      </w:pPr>
      <w:r>
        <w:rPr>
          <w:rFonts w:ascii="Gentium Plus" w:hAnsi="Gentium Plus"/>
          <w:b/>
          <w:sz w:val="24"/>
        </w:rPr>
        <w:t>πρὸς τὰ κατὰ νεῦρον τραύματα.</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Ἄριστον τοῖς ἵπποις πρὸς τὰ κατὰ νεῦρον τραύματα ἀμόρ‐ γης παλαιᾶς ἑφθῆς ἐπὶ τρίτου κοτύλην μίαν, πτελέας ῥίζης τοῦ φλοιοῦ ἑψήσαντα τοῦ χυλίσματος κοτύλην μίαν, ταύρου χολῆς ἡμικοτύλιον, ἀριστολοχείας λεπτῆς στατῆρας δʹ (εἰ δὲ</w:t>
      </w:r>
    </w:p>
    <w:p>
      <w:r>
        <w:rPr>
          <w:rFonts w:ascii="Courier New" w:hAnsi="Courier New"/>
          <w:color w:val="555555"/>
          <w:sz w:val="20"/>
        </w:rPr>
        <w:t>[5]</w:t>
      </w:r>
    </w:p>
    <w:p>
      <w:r>
        <w:rPr>
          <w:rFonts w:ascii="Gentium Plus" w:hAnsi="Gentium Plus"/>
          <w:sz w:val="24"/>
        </w:rPr>
        <w:t>μὴ ᾖ ταυρεία, τράγου ἀγρίου), ταῦτα συγχέαντα εἰς ἀγγεῖον ἕψειν ἐν ὑπαίθρῳ. ὡσὰν δὲ ἑφθὸν γένηται, κάρφος λαβόντα ἐπιστάξαι ἐν ὀστράκῳ, καὶ ἐὰν πήσσηται, ἆραι συντόμως καὶ χρῆσθαι.</w:t>
      </w:r>
    </w:p>
    <w:p>
      <w:pPr>
        <w:jc w:val="center"/>
      </w:pPr>
      <w:r>
        <w:rPr>
          <w:rFonts w:ascii="Gentium Plus" w:hAnsi="Gentium Plus"/>
          <w:b/>
          <w:sz w:val="24"/>
        </w:rPr>
        <w:t>ἄλλο πρὸς νευρότρωτα.</w:t>
      </w:r>
    </w:p>
    <w:p>
      <w:r>
        <w:rPr>
          <w:rFonts w:ascii="Courier New" w:hAnsi="Courier New"/>
          <w:color w:val="555555"/>
          <w:sz w:val="20"/>
        </w:rPr>
        <w:t>[1]</w:t>
      </w:r>
    </w:p>
    <w:p>
      <w:r>
        <w:rPr>
          <w:rFonts w:ascii="Gentium Plus" w:hAnsi="Gentium Plus"/>
          <w:sz w:val="24"/>
        </w:rPr>
        <w:t>Κηροῦ λίτραν αʹ, ἐλαίου γο ηʹ, ἰοῦ γο γʹ, φρυκτῆς λίτραν αʹ, μάννης γο γʹ, ὄξους τὸ ἀρκοῦν· τὴν μάνναν μετὰ τοῦ ἰοῦ</w:t>
      </w:r>
    </w:p>
    <w:p>
      <w:pPr>
        <w:jc w:val="center"/>
      </w:pPr>
      <w:r>
        <w:rPr>
          <w:rFonts w:ascii="Gentium Plus" w:hAnsi="Gentium Plus"/>
          <w:b/>
          <w:sz w:val="24"/>
        </w:rPr>
        <w:t>ἄλλο πρὸς νεύρων πόνον.</w:t>
      </w:r>
    </w:p>
    <w:p>
      <w:r>
        <w:rPr>
          <w:rFonts w:ascii="Courier New" w:hAnsi="Courier New"/>
          <w:color w:val="555555"/>
          <w:sz w:val="20"/>
        </w:rPr>
        <w:t>[1]</w:t>
      </w:r>
    </w:p>
    <w:p>
      <w:r>
        <w:rPr>
          <w:rFonts w:ascii="Gentium Plus" w:hAnsi="Gentium Plus"/>
          <w:sz w:val="24"/>
        </w:rPr>
        <w:t>Κηροῦ λίτραν αʹ, στύρακος λίτραν αcʹ, ἰοῦ λίτραν αʹ, προπόλεως λίτραν αcʹ, κηροῦ λευκοῦ λίτραν αcʹ, μήκωνος λίτραν αcʹ, δαφνοκόκκων λίτρας τέσσαρας ἥμισυ.</w:t>
      </w:r>
    </w:p>
    <w:p>
      <w:pPr>
        <w:jc w:val="center"/>
      </w:pPr>
      <w:r>
        <w:rPr>
          <w:rFonts w:ascii="Gentium Plus" w:hAnsi="Gentium Plus"/>
          <w:b/>
          <w:sz w:val="24"/>
        </w:rPr>
        <w:t>περὶ φθειρῶν καὶ σκωλήκων.</w:t>
      </w:r>
    </w:p>
    <w:p>
      <w:pPr>
        <w:jc w:val="center"/>
      </w:pPr>
      <w:r>
        <w:rPr>
          <w:rFonts w:ascii="Gentium Plus" w:hAnsi="Gentium Plus"/>
          <w:b/>
          <w:sz w:val="24"/>
        </w:rPr>
        <w:t>. . . . . . . . . . . . . . . . . .</w:t>
      </w:r>
    </w:p>
    <w:p>
      <w:r>
        <w:rPr>
          <w:rFonts w:ascii="Courier New" w:hAnsi="Courier New"/>
          <w:color w:val="555555"/>
          <w:sz w:val="20"/>
        </w:rPr>
        <w:t>[t2]</w:t>
      </w:r>
    </w:p>
    <w:p>
      <w:r>
        <w:rPr>
          <w:rFonts w:ascii="Gentium Plus" w:hAnsi="Gentium Plus"/>
          <w:sz w:val="24"/>
        </w:rPr>
        <w:t>. . . . . . . . . . . . . . . . . .</w:t>
      </w:r>
    </w:p>
    <w:p>
      <w:r>
        <w:rPr>
          <w:rFonts w:ascii="Courier New" w:hAnsi="Courier New"/>
          <w:color w:val="555555"/>
          <w:sz w:val="20"/>
        </w:rPr>
        <w:t>[1]</w:t>
      </w:r>
    </w:p>
    <w:p>
      <w:r>
        <w:rPr>
          <w:rFonts w:ascii="Gentium Plus" w:hAnsi="Gentium Plus"/>
          <w:sz w:val="24"/>
        </w:rPr>
        <w:t>〈τὰ δὲ τραύματα πίσσῃ καὶ ἐλαίῳ καὶ ὀξυγγίῳ θε〉\ ἢ μίλτῳ λελειωμένῃ καὶ ἐπιπασσομένῃ. καὶ ἄσβεστος δὲ ζῶσα προστριβομένη συμβάλλεται, ἢ καὶ χαμαιλέοντος ῥίζα προσ‐ τριβεῖσα τὸ αὐτὸ ποιεῖ.</w:t>
      </w:r>
    </w:p>
    <w:p>
      <w:pPr>
        <w:jc w:val="center"/>
      </w:pPr>
      <w:r>
        <w:rPr>
          <w:rFonts w:ascii="Gentium Plus" w:hAnsi="Gentium Plus"/>
          <w:b/>
          <w:sz w:val="24"/>
        </w:rPr>
        <w:t>ἄλλο Ἱπποκράτους.</w:t>
      </w:r>
    </w:p>
    <w:p>
      <w:r>
        <w:rPr>
          <w:rFonts w:ascii="Courier New" w:hAnsi="Courier New"/>
          <w:color w:val="555555"/>
          <w:sz w:val="20"/>
        </w:rPr>
        <w:t>[1]</w:t>
      </w:r>
    </w:p>
    <w:p>
      <w:r>
        <w:rPr>
          <w:rFonts w:ascii="Gentium Plus" w:hAnsi="Gentium Plus"/>
          <w:sz w:val="24"/>
        </w:rPr>
        <w:t>Τὸ τῶν σκωλήκων πάθος ἐστὶ δυσίατον, μᾶλλον δὲ ἀνία‐ τον. σημεῖα δὲ προσγίνεται τῷ πάσχοντι ἵππῳ ταῦτα· ῥίπτει ἑαυτὸν ἐπ’ ἐδάφους καὶ κυλίεται καὶ χρεμετίζει. βαλὼν οὖν χυλὸν κράμβης καὶ ἔλαιον καὶ νίτρον, ἐγχυμάτιζε διὰ τῶν ῥι‐</w:t>
      </w:r>
    </w:p>
    <w:p>
      <w:r>
        <w:rPr>
          <w:rFonts w:ascii="Courier New" w:hAnsi="Courier New"/>
          <w:color w:val="555555"/>
          <w:sz w:val="20"/>
        </w:rPr>
        <w:t>[5]</w:t>
      </w:r>
    </w:p>
    <w:p>
      <w:r>
        <w:rPr>
          <w:rFonts w:ascii="Gentium Plus" w:hAnsi="Gentium Plus"/>
          <w:sz w:val="24"/>
        </w:rPr>
        <w:t>νῶν καὶ τοῦ στόματος. ἢ λεπίδος γο γʹ καὶ ἰσχάδας καὶ χαλ‐ κάνθης γο δʹ λειοτριβήσας, καὶ ἔλαιον σὺν ὄξει βαλών, καὶ ποιήσας κολλύρια μεγάλα, ὅσον χωρήσουσιν οἱ μυκτῆρες, δι’ αὐτῶν ἔμβαλλε.</w:t>
      </w:r>
    </w:p>
    <w:p>
      <w:pPr>
        <w:jc w:val="center"/>
      </w:pPr>
      <w:r>
        <w:rPr>
          <w:rFonts w:ascii="Gentium Plus" w:hAnsi="Gentium Plus"/>
          <w:b/>
          <w:sz w:val="24"/>
        </w:rPr>
        <w:t>ἄλλο Πελαγωνίου περὶ φθειρῶν καὶ σκωλήκων</w:t>
      </w:r>
    </w:p>
    <w:p>
      <w:r>
        <w:rPr>
          <w:rFonts w:ascii="Courier New" w:hAnsi="Courier New"/>
          <w:color w:val="555555"/>
          <w:sz w:val="20"/>
        </w:rPr>
        <w:t>[t2]</w:t>
      </w:r>
    </w:p>
    <w:p>
      <w:r>
        <w:rPr>
          <w:rFonts w:ascii="Gentium Plus" w:hAnsi="Gentium Plus"/>
          <w:sz w:val="24"/>
        </w:rPr>
        <w:t>τῶν ἐν δακτυλίῳ ἢ ἐν γαστρὶ γινομένων.</w:t>
      </w:r>
    </w:p>
    <w:p>
      <w:r>
        <w:rPr>
          <w:rFonts w:ascii="Courier New" w:hAnsi="Courier New"/>
          <w:color w:val="555555"/>
          <w:sz w:val="20"/>
        </w:rPr>
        <w:t>[1]</w:t>
      </w:r>
    </w:p>
    <w:p>
      <w:r>
        <w:rPr>
          <w:rFonts w:ascii="Gentium Plus" w:hAnsi="Gentium Plus"/>
          <w:sz w:val="24"/>
        </w:rPr>
        <w:t>Μόρα ἔνωμα εἰς τὰς κριθάς, ἃς ὁ ἵππος ἐσθίει, σκόρπισον.</w:t>
      </w:r>
    </w:p>
    <w:p>
      <w:r>
        <w:rPr>
          <w:rFonts w:ascii="Courier New" w:hAnsi="Courier New"/>
          <w:color w:val="555555"/>
          <w:sz w:val="20"/>
        </w:rPr>
        <w:t>[5]</w:t>
      </w:r>
    </w:p>
    <w:p>
      <w:r>
        <w:rPr>
          <w:rFonts w:ascii="Gentium Plus" w:hAnsi="Gentium Plus"/>
          <w:sz w:val="24"/>
        </w:rPr>
        <w:t>μένων ἅλατι καὶ πίσσῃ καὶ ἐλαίῳ καὶ παλαιῷ ἀξουγγίῳ, θερα‐ πεύονται.</w:t>
      </w:r>
    </w:p>
    <w:p>
      <w:pPr>
        <w:jc w:val="center"/>
      </w:pPr>
      <w:r>
        <w:rPr>
          <w:rFonts w:ascii="Gentium Plus" w:hAnsi="Gentium Plus"/>
          <w:b/>
          <w:sz w:val="24"/>
        </w:rPr>
        <w:t>Ἱεροκλέους περὶ φθειρῶν.</w:t>
      </w:r>
    </w:p>
    <w:p>
      <w:r>
        <w:rPr>
          <w:rFonts w:ascii="Courier New" w:hAnsi="Courier New"/>
          <w:color w:val="555555"/>
          <w:sz w:val="20"/>
        </w:rPr>
        <w:t>[1]</w:t>
      </w:r>
    </w:p>
    <w:p>
      <w:r>
        <w:rPr>
          <w:rFonts w:ascii="Gentium Plus" w:hAnsi="Gentium Plus"/>
          <w:sz w:val="24"/>
        </w:rPr>
        <w:t>Ἐὰν φθεῖρες γένωνται ἐν τῇ χαίτῃ ἢ καθ’ ὅλου τοῦ σώματος, κώνειον χλωρὸν τρίψαντας ἐγχρίειν δεῖ. ἢ κυκλα‐ μίνου ῥίζαν κόψαντας καὶ ἔλαιον ἐπιχέαντας συγχρίειν, καὶ μετὰ μίαν ἡμέραν ἀποσμήχειν οὔρῳ ἢ θέρμων ἀφεψήματι,</w:t>
      </w:r>
    </w:p>
    <w:p>
      <w:r>
        <w:rPr>
          <w:rFonts w:ascii="Courier New" w:hAnsi="Courier New"/>
          <w:color w:val="555555"/>
          <w:sz w:val="20"/>
        </w:rPr>
        <w:t>[5]</w:t>
      </w:r>
    </w:p>
    <w:p>
      <w:r>
        <w:rPr>
          <w:rFonts w:ascii="Gentium Plus" w:hAnsi="Gentium Plus"/>
          <w:sz w:val="24"/>
        </w:rPr>
        <w:t>ἀποσμήξαντα δὲ πισσελαίῳ καταχρίειν τὰ ἐφθειριακότα μέρη.</w:t>
      </w:r>
    </w:p>
    <w:p>
      <w:pPr>
        <w:jc w:val="center"/>
      </w:pPr>
      <w:r>
        <w:rPr>
          <w:rFonts w:ascii="Gentium Plus" w:hAnsi="Gentium Plus"/>
          <w:b/>
          <w:sz w:val="24"/>
        </w:rPr>
        <w:t>Θεομνήστου εἰς τὸ αὐτό.</w:t>
      </w:r>
    </w:p>
    <w:p>
      <w:r>
        <w:rPr>
          <w:rFonts w:ascii="Courier New" w:hAnsi="Courier New"/>
          <w:color w:val="555555"/>
          <w:sz w:val="20"/>
        </w:rPr>
        <w:t>[1]</w:t>
      </w:r>
    </w:p>
    <w:p>
      <w:r>
        <w:rPr>
          <w:rFonts w:ascii="Gentium Plus" w:hAnsi="Gentium Plus"/>
          <w:sz w:val="24"/>
        </w:rPr>
        <w:t>Ἐὰν φθεῖρες ἐπιγένωνται ἵππῳ ἢ ἄλλῳ ὑποζυγίῳ, χρὴ καθαίρειν ὅλον τὸ σῶμα, εἶτα κυκλαμίνου ῥίζαν κόψαντα τὸν χυλὸν ἐκπιέσαι, καὶ ἐλαίῳ μίξαντα χρίειν. τῇ δὲ ἑξῆς κονίᾳ στακτῇ θερμῇ ἀποπλύνειν καὶ πάλιν χρίειν. \|</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Ἅλμην δριμεῖαν εἰς τὰς κριθὰς καὶ τὸν χόρτον κατάρραινε, καὶ ἐσθίων ἰαθήσεται.</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Ἐὰν ἀγρίους φθεῖρας ἀποκτεῖναι θέλῃς, εἰ μὲν ἔσωθεν ὦσι, λαβὼν σανδαράχης χυλὸν ὡσεὶ κοτύλας βʹ ἐγχυμάτιζε, εἰ</w:t>
      </w:r>
    </w:p>
    <w:p>
      <w:r>
        <w:rPr>
          <w:rFonts w:ascii="Courier New" w:hAnsi="Courier New"/>
          <w:color w:val="555555"/>
          <w:sz w:val="20"/>
        </w:rPr>
        <w:t>[5]</w:t>
      </w:r>
    </w:p>
    <w:p>
      <w:r>
        <w:rPr>
          <w:rFonts w:ascii="Gentium Plus" w:hAnsi="Gentium Plus"/>
          <w:sz w:val="24"/>
        </w:rPr>
        <w:t>ἀποπεσοῦνται. \</w:t>
      </w:r>
    </w:p>
    <w:p>
      <w:pPr>
        <w:jc w:val="center"/>
      </w:pPr>
      <w:r>
        <w:rPr>
          <w:rFonts w:ascii="Gentium Plus" w:hAnsi="Gentium Plus"/>
          <w:b/>
          <w:sz w:val="24"/>
        </w:rPr>
        <w:t>περὶ ἐχιοδήκτων.</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Ἰουλίῳ Σατουρνίνῳ δεκουρίωνι χαί‐ ρειν. ἔγραψάς μοι 〈ζητῶν〉, τίνα σημεῖα πρόσεστι τῷ ἀπὸ ἔχεως δηχθέντι. ἔστι δὲ ταῦτα· πέφρικε τὸ σῶμα, καὶ οἱ ὀφθαλμοὶ οἰδοῦσι, καὶ τὸ στόμα καὶ τοὺς ὀδόντας ἐνείρει, καὶ</w:t>
      </w:r>
    </w:p>
    <w:p>
      <w:r>
        <w:rPr>
          <w:rFonts w:ascii="Courier New" w:hAnsi="Courier New"/>
          <w:color w:val="555555"/>
          <w:sz w:val="20"/>
        </w:rPr>
        <w:t>[5]</w:t>
      </w:r>
    </w:p>
    <w:p>
      <w:r>
        <w:rPr>
          <w:rFonts w:ascii="Gentium Plus" w:hAnsi="Gentium Plus"/>
          <w:sz w:val="24"/>
        </w:rPr>
        <w:t>αἱ τρίχες τῆς χαίτης ἀπορρέουσιν, ἔσθ’ ὅτε δὲ καὶ τῆς οὐρᾶς, καὶ ἐκβολαὶ τοῦ σώματος γίνονται ὀσμὴν ἔχουσαι. θεραπεύε‐ ται δὲ ἐγχυματιζόμενος πεπέρεως λευκοῦ ἢ μέλανος κόκκοις λʹ τετριμμένοις μετὰ οἴνου διὰ τοῦ στόματος, ἢ θύμῳ κεκομμένῳ μετὰ οἴνου, ἢ τορδίλῳ μετὰ οἴνου, ἢ ῥοδίνῳ μετὰ οἴνου, ἢ</w:t>
      </w:r>
    </w:p>
    <w:p>
      <w:r>
        <w:rPr>
          <w:rFonts w:ascii="Courier New" w:hAnsi="Courier New"/>
          <w:color w:val="555555"/>
          <w:sz w:val="20"/>
        </w:rPr>
        <w:t>[10]</w:t>
      </w:r>
    </w:p>
    <w:p>
      <w:r>
        <w:rPr>
          <w:rFonts w:ascii="Gentium Plus" w:hAnsi="Gentium Plus"/>
          <w:sz w:val="24"/>
        </w:rPr>
        <w:t>πηγάνῳ μετὰ οἴνου τετριμμένῳ, ἢ τῇ ἀρτεμισίᾳ βοτάνῃ ἑψη‐ θείσῃ. ἔστι δὲ κίνδυνον ἔχον. \|</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Συνέχεόν τινες τὸν περὶ τῶν ὑπὸ ἔχεων ἢ σκορπίων ἢ φαλαγγίων ἢ μυγαλῶν δηχθέντων λόγον, ἡμεῖς δὲ καθ’ ἕκα‐ στον εὐκρινῶς ἐροῦμεν. ὅταν τοίνυν ὑπὸ ἐχίδνης δηχθῇ, φρίκη τῷ σώματι ὑποτρέχει, καὶ οἱ ὀφθαλμοὶ οἰδοῦσι, τρίζει τε τοῖς</w:t>
      </w:r>
    </w:p>
    <w:p>
      <w:r>
        <w:rPr>
          <w:rFonts w:ascii="Courier New" w:hAnsi="Courier New"/>
          <w:color w:val="555555"/>
          <w:sz w:val="20"/>
        </w:rPr>
        <w:t>[5]</w:t>
      </w:r>
    </w:p>
    <w:p>
      <w:r>
        <w:rPr>
          <w:rFonts w:ascii="Gentium Plus" w:hAnsi="Gentium Plus"/>
          <w:sz w:val="24"/>
        </w:rPr>
        <w:t>ὀδοῦσι, καὶ αἱ τρίχες τῆς χαίτης ἀπορρέουσιν, ἔκ τε τοῦ σώμα‐ τος ἐκβράσματα γίνεται ὀσμὴν ἔχοντα ἀηδῆ. θεραπεύεται δὲ ἐγχυματιζόμενος πεπέρεως λευκοῦ κόκκοις τριάκοντα κεκομμέ‐ νοις μετὰ οἴνου διὰ στόματος, ἢ θύμῳ μετὰ οἴνου, ἢ βοτάνῃ τῇ ἀρτεμισίᾳ ἑψηθείσῃ μετὰ οἴνου.</w:t>
      </w:r>
    </w:p>
    <w:p>
      <w:r>
        <w:rPr>
          <w:rFonts w:ascii="Courier New" w:hAnsi="Courier New"/>
          <w:color w:val="555555"/>
          <w:sz w:val="20"/>
        </w:rPr>
        <w:t>[10]</w:t>
      </w:r>
    </w:p>
    <w:p>
      <w:r>
        <w:rPr>
          <w:rFonts w:ascii="Gentium Plus" w:hAnsi="Gentium Plus"/>
          <w:sz w:val="24"/>
        </w:rPr>
        <w:t>ἔνιοι δὲ τέμνοντες τὸ δῆγμα προσκαίειν συμβουλεύουσιν, εἶτα ἐγχυματίζειν. τὰ δὲ κατερρωγότα ἀποσμήχειν οὔρῳ χρὴ καὶ μαλακῷ καταχρίειν φαρμάκῳ.</w:t>
      </w:r>
    </w:p>
    <w:p>
      <w:pPr>
        <w:jc w:val="center"/>
      </w:pPr>
      <w:r>
        <w:rPr>
          <w:rFonts w:ascii="Gentium Plus" w:hAnsi="Gentium Plus"/>
          <w:b/>
          <w:sz w:val="24"/>
        </w:rPr>
        <w:t>ἄλλο Πελαγωνίου πρὸς τὰ ἀπὸ ἐχίδνης δήγ‐</w:t>
      </w:r>
    </w:p>
    <w:p>
      <w:r>
        <w:rPr>
          <w:rFonts w:ascii="Courier New" w:hAnsi="Courier New"/>
          <w:color w:val="555555"/>
          <w:sz w:val="20"/>
        </w:rPr>
        <w:t>[t2]</w:t>
      </w:r>
    </w:p>
    <w:p>
      <w:r>
        <w:rPr>
          <w:rFonts w:ascii="Gentium Plus" w:hAnsi="Gentium Plus"/>
          <w:sz w:val="24"/>
        </w:rPr>
        <w:t>ματα καὶ μυγαλῆς καὶ φαλαγγίου.</w:t>
      </w:r>
    </w:p>
    <w:p>
      <w:r>
        <w:rPr>
          <w:rFonts w:ascii="Courier New" w:hAnsi="Courier New"/>
          <w:color w:val="555555"/>
          <w:sz w:val="20"/>
        </w:rPr>
        <w:t>[86 . 3]</w:t>
      </w:r>
    </w:p>
    <w:p>
      <w:r>
        <w:rPr>
          <w:rFonts w:ascii="Gentium Plus" w:hAnsi="Gentium Plus"/>
          <w:sz w:val="24"/>
        </w:rPr>
        <w:t>Συμβάλλεται τοῖς πεπληγμένοις γῆ ἀπὸ μυρ\ ματιζομένη μετὰ οἴνου, καὶ αὐτὰ δὲ ἀποτρίβειν τὰ πλήγματα. 〈μὴ δὲ θεοφιλῆ (ἐλλίπῃ) λιπαρῆ ῥήματα. ὁ γὰρ Ἥλιος τῶν ἵππων ἰδικός ἐστι δεσπότης καὶ χαίρων πρὸς τὴν τούτων ἔρ‐</w:t>
      </w:r>
    </w:p>
    <w:p>
      <w:r>
        <w:rPr>
          <w:rFonts w:ascii="Courier New" w:hAnsi="Courier New"/>
          <w:color w:val="555555"/>
          <w:sz w:val="20"/>
        </w:rPr>
        <w:t>[5]</w:t>
      </w:r>
    </w:p>
    <w:p>
      <w:r>
        <w:rPr>
          <w:rFonts w:ascii="Gentium Plus" w:hAnsi="Gentium Plus"/>
          <w:sz w:val="24"/>
        </w:rPr>
        <w:t>χεται θεραπείαν, ἐπικαλούμενος οὕτως. ὅτε τὴν γῆν λαμβά‐ νεις, λέγε· Δέσποτα Ἥλιε θερμὲ καὶ ψυχρέ, τοσοῦτόν με ἀπηλλοτρίωσας; τοῦτο λέγων ἔμβαλε κατὰ τοῦ λαιμοῦ τὸ βοή‐ θημα.〉 ἐὰν δὲ ἐν ὁδῷ ποτε συμβῇ τοῦτο ἵππον παθεῖν, ἔνθα μὴ ἔστιν εὑρεῖν τὰ ἐπιτήδεια, πεπέρεως λευκοῦ κόκκους τριά‐</w:t>
      </w:r>
    </w:p>
    <w:p>
      <w:r>
        <w:rPr>
          <w:rFonts w:ascii="Courier New" w:hAnsi="Courier New"/>
          <w:color w:val="555555"/>
          <w:sz w:val="20"/>
        </w:rPr>
        <w:t>[10]</w:t>
      </w:r>
    </w:p>
    <w:p>
      <w:r>
        <w:rPr>
          <w:rFonts w:ascii="Gentium Plus" w:hAnsi="Gentium Plus"/>
          <w:sz w:val="24"/>
        </w:rPr>
        <w:t>κοντα λαβών, οἴνου τε παλαιοῦ ξέστην ἕνα προσμίξας, διὰ κέρατος ἔγχει εἰς τὸν λαιμόν. ἢ θύμον τὴν βοτάνην λελειω‐ μένην μετὰ οἴνου δίδου.</w:t>
      </w:r>
    </w:p>
    <w:p>
      <w:r>
        <w:rPr>
          <w:rFonts w:ascii="Courier New" w:hAnsi="Courier New"/>
          <w:color w:val="555555"/>
          <w:sz w:val="20"/>
        </w:rPr>
        <w:t>[86 . 4]</w:t>
      </w:r>
    </w:p>
    <w:p>
      <w:r>
        <w:rPr>
          <w:rFonts w:ascii="Gentium Plus" w:hAnsi="Gentium Plus"/>
          <w:sz w:val="24"/>
        </w:rPr>
        <w:t>λέγεται δὲ καὶ τοῦτο ἁρμόδιον εἶναι πρὸς τὰ ἀπὸ τῶν ἰοβόλων παντοῖα δήγματα· ἀσφοδέλου ῥίζαν μετὰ οἴνου παλαιοῦ λειωθεῖσαν τοῖς δήγμασιν ἐπιτιθέ‐</w:t>
      </w:r>
    </w:p>
    <w:p>
      <w:r>
        <w:rPr>
          <w:rFonts w:ascii="Courier New" w:hAnsi="Courier New"/>
          <w:color w:val="555555"/>
          <w:sz w:val="20"/>
        </w:rPr>
        <w:t>[5]</w:t>
      </w:r>
    </w:p>
    <w:p>
      <w:r>
        <w:rPr>
          <w:rFonts w:ascii="Gentium Plus" w:hAnsi="Gentium Plus"/>
          <w:sz w:val="24"/>
        </w:rPr>
        <w:t>τους ἀνατεμὼν τῷ τραύματι πρόσαγε. καὶ αὐτὴν δὲ τὴν καλιὰν τῆς χελιδόνος μετὰ οἴνου παλαιοῦ λειώσας τοῖς πεπληγμένοις ἐπίθες τόποις. πρὸς δὲ τὰ ἀπὸ φαλαγγίων καὶ μυγαλῶν μα‐ λάχην κόψας καὶ λειώσας ἐπιμελῶς ἐναπόθου.</w:t>
      </w:r>
    </w:p>
    <w:p>
      <w:pPr>
        <w:jc w:val="center"/>
      </w:pPr>
      <w:r>
        <w:rPr>
          <w:rFonts w:ascii="Gentium Plus" w:hAnsi="Gentium Plus"/>
          <w:b/>
          <w:sz w:val="24"/>
        </w:rPr>
        <w:t>περὶ σκορπιοπλήκτων. Ἀψύρτου.</w:t>
      </w:r>
    </w:p>
    <w:p>
      <w:r>
        <w:rPr>
          <w:rFonts w:ascii="Courier New" w:hAnsi="Courier New"/>
          <w:color w:val="555555"/>
          <w:sz w:val="20"/>
        </w:rPr>
        <w:t>[1]</w:t>
      </w:r>
    </w:p>
    <w:p>
      <w:r>
        <w:rPr>
          <w:rFonts w:ascii="Gentium Plus" w:hAnsi="Gentium Plus"/>
          <w:sz w:val="24"/>
        </w:rPr>
        <w:t>Τῷ δὲ ὑπὸ σκορπίου δηχθέντι παρέπεται σκε\ καὶ χωλεία καὶ μὴ τρώγειν σύρρευσίς τε ἐκ τῶν μυκτήρων ἰχώρων χλωρῶν καὶ μόγις ἀναπίπτειν καὶ διεγείρεσθαι ὡσαύ‐ τως. θεραπεύεται δέ, καθὼς ἄνω γέγραπται πρὸς τοὺς ἐχιο‐</w:t>
      </w:r>
    </w:p>
    <w:p>
      <w:r>
        <w:rPr>
          <w:rFonts w:ascii="Courier New" w:hAnsi="Courier New"/>
          <w:color w:val="555555"/>
          <w:sz w:val="20"/>
        </w:rPr>
        <w:t>[5]</w:t>
      </w:r>
    </w:p>
    <w:p>
      <w:r>
        <w:rPr>
          <w:rFonts w:ascii="Gentium Plus" w:hAnsi="Gentium Plus"/>
          <w:sz w:val="24"/>
        </w:rPr>
        <w:t>δήκτους.</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Οἱ δὲ ὑπὸ σκορπίου πληγέντες ὑποσύρουσι τοὺς πόδας καὶ χωλεύουσι, καὶ οὐκ ἐσθίουσι, ἰχὼρ δὲ ἀπὸ μυκτήρων ῥέει χλωρός, καὶ μόλις ἀναπνέουσι. θεραπευθήσονται μέντοι ὁμοίως τοῖς ἐχιοδήκτοις.</w:t>
      </w:r>
    </w:p>
    <w:p>
      <w:pPr>
        <w:jc w:val="center"/>
      </w:pPr>
      <w:r>
        <w:rPr>
          <w:rFonts w:ascii="Gentium Plus" w:hAnsi="Gentium Plus"/>
          <w:b/>
          <w:sz w:val="24"/>
        </w:rPr>
        <w:t>Ἀνατολίου εἰς πληγὴν ἀπὸ σκορπίου ἢ ἄλλου</w:t>
      </w:r>
    </w:p>
    <w:p>
      <w:r>
        <w:rPr>
          <w:rFonts w:ascii="Courier New" w:hAnsi="Courier New"/>
          <w:color w:val="555555"/>
          <w:sz w:val="20"/>
        </w:rPr>
        <w:t>[t2]</w:t>
      </w:r>
    </w:p>
    <w:p>
      <w:r>
        <w:rPr>
          <w:rFonts w:ascii="Gentium Plus" w:hAnsi="Gentium Plus"/>
          <w:sz w:val="24"/>
        </w:rPr>
        <w:t>ἑρπετοῦ ἴασις.</w:t>
      </w:r>
    </w:p>
    <w:p>
      <w:r>
        <w:rPr>
          <w:rFonts w:ascii="Courier New" w:hAnsi="Courier New"/>
          <w:color w:val="555555"/>
          <w:sz w:val="20"/>
        </w:rPr>
        <w:t>[1]</w:t>
      </w:r>
    </w:p>
    <w:p>
      <w:r>
        <w:rPr>
          <w:rFonts w:ascii="Gentium Plus" w:hAnsi="Gentium Plus"/>
          <w:sz w:val="24"/>
        </w:rPr>
        <w:t>Τὸ πεπληγμένον μέρος κόπρῳ χοιρείᾳ κατάπλασσε, ἢ στρύ‐ χνον κόψας ἢ τιθύμαλλον ἢ ὑοσκύαμον ἢ λίνου σπέρμα ἢ ὀπτὴν στυπτηρίαν ἢ ἀφρόνιτρον ἢ ἅλας ὀρυκτόν· ἓν γὰρ τού‐</w:t>
      </w:r>
    </w:p>
    <w:p>
      <w:pPr>
        <w:jc w:val="center"/>
      </w:pPr>
      <w:r>
        <w:rPr>
          <w:rFonts w:ascii="Gentium Plus" w:hAnsi="Gentium Plus"/>
          <w:b/>
          <w:sz w:val="24"/>
        </w:rPr>
        <w:t>Εὐμήλου πρὸς πᾶσαν ἀπὸ θηρίου πληγήν. \</w:t>
      </w:r>
    </w:p>
    <w:p>
      <w:r>
        <w:rPr>
          <w:rFonts w:ascii="Courier New" w:hAnsi="Courier New"/>
          <w:color w:val="555555"/>
          <w:sz w:val="20"/>
        </w:rPr>
        <w:t>[1]</w:t>
      </w:r>
    </w:p>
    <w:p>
      <w:r>
        <w:rPr>
          <w:rFonts w:ascii="Gentium Plus" w:hAnsi="Gentium Plus"/>
          <w:sz w:val="24"/>
        </w:rPr>
        <w:t>Καλάμῳ τὸ τραῦμα κατακέντησον, ἢ τοῦτον αὐτὸν τὸν κάλαμον κατακαύσας, τῇ τέφρᾳ τὸ ζῷον ἀπότριβε. ἢ βοτάνην τὴν ἀρτεμισίαν μετὰ χαμαιμήλου λειώσας καὶ μίξας οἴνῳ, δίδου πιεῖν. ἢ ῥίζῃ βοτάνης προσωπίτιδος τῷ αὐτῷ τρόπῳ ποίει.</w:t>
      </w:r>
    </w:p>
    <w:p>
      <w:r>
        <w:rPr>
          <w:rFonts w:ascii="Courier New" w:hAnsi="Courier New"/>
          <w:color w:val="555555"/>
          <w:sz w:val="20"/>
        </w:rPr>
        <w:t>[5]</w:t>
      </w:r>
    </w:p>
    <w:p>
      <w:r>
        <w:rPr>
          <w:rFonts w:ascii="Gentium Plus" w:hAnsi="Gentium Plus"/>
          <w:sz w:val="24"/>
        </w:rPr>
        <w:t>ἢ συκῆς ῥίζης γράμματα δʹ μετὰ οἴνου ξέστου ἑνὸς χλιάνας, διὰ μυκτήρων δίδου. ἢ γῆν μετὰ ἐλαίου καὶ ὄξους καὶ λασά‐ ρου, ἢ νεοσσοῦ χελιδόνος κοιλίαν, ἢ τὴν καλιὰν τῶν αὐτῶν νεοττῶν λειώσας ἐπιτίθει τῷ πλήγματι. ἢ καλάμων κεκαυμέ‐ νων τέφραν οἴνῳ ἀναλύσας πότιζε.</w:t>
      </w:r>
    </w:p>
    <w:p>
      <w:pPr>
        <w:jc w:val="center"/>
      </w:pPr>
      <w:r>
        <w:rPr>
          <w:rFonts w:ascii="Gentium Plus" w:hAnsi="Gentium Plus"/>
          <w:b/>
          <w:sz w:val="24"/>
        </w:rPr>
        <w:t>Ἀψύρτου περὶ φαλαγγίων.</w:t>
      </w:r>
    </w:p>
    <w:p>
      <w:r>
        <w:rPr>
          <w:rFonts w:ascii="Courier New" w:hAnsi="Courier New"/>
          <w:color w:val="555555"/>
          <w:sz w:val="20"/>
        </w:rPr>
        <w:t>[1]</w:t>
      </w:r>
    </w:p>
    <w:p>
      <w:r>
        <w:rPr>
          <w:rFonts w:ascii="Gentium Plus" w:hAnsi="Gentium Plus"/>
          <w:sz w:val="24"/>
        </w:rPr>
        <w:t>Τὸ δὲ τῶν φαλαγγίων γένος εὐχερῶς ἐντίκτει ὁμοίως τοῖς ἀραχνίοις ἐπὶ τοῦ χόρτου. τούτων ἐὰν προσλάβηται τρώγων τὸν γόνον καὶ καταφάγῃ, κίνδυνον ἔχει καὶ διαφωνήσει. θε‐ ραπεύεται δὲ ἐγχυματιζόμενος οἴνῳ μετὰ πεπέρεως, ἢ θύμῳ</w:t>
      </w:r>
    </w:p>
    <w:p>
      <w:r>
        <w:rPr>
          <w:rFonts w:ascii="Courier New" w:hAnsi="Courier New"/>
          <w:color w:val="555555"/>
          <w:sz w:val="20"/>
        </w:rPr>
        <w:t>[5]</w:t>
      </w:r>
    </w:p>
    <w:p>
      <w:r>
        <w:rPr>
          <w:rFonts w:ascii="Gentium Plus" w:hAnsi="Gentium Plus"/>
          <w:sz w:val="24"/>
        </w:rPr>
        <w:t>μετὰ οἴνου, ἢ πυτίᾳ ἐλαφείῳ σὺν τῷ οἴνῳ. ἐπιγνωσθήσεται δὲ διὰ τούτων· φθί\|νει τῷ σώματι, καὶ ὡσαύτως ἐκβολαὶ τοῦ σώματος ὅμοιαι δοθιῆσι 〈σαπρᾷ τῇ ὀσμῇ, καὶ οἱ ὀφθαλμοὶ οἰδοῦσι,〉 καὶ τὰ οὖρα ἀραχνώδη φέρει, καὶ τὴν τροφὴν μόγις ἀναλαμβάνει καὶ ὀλίγην. ἄριστον δὲ ἐπὶ πάντων τῶν θηριο‐</w:t>
      </w:r>
    </w:p>
    <w:p>
      <w:r>
        <w:rPr>
          <w:rFonts w:ascii="Courier New" w:hAnsi="Courier New"/>
          <w:color w:val="555555"/>
          <w:sz w:val="20"/>
        </w:rPr>
        <w:t>[10]</w:t>
      </w:r>
    </w:p>
    <w:p>
      <w:r>
        <w:rPr>
          <w:rFonts w:ascii="Gentium Plus" w:hAnsi="Gentium Plus"/>
          <w:sz w:val="24"/>
        </w:rPr>
        <w:t>δήκτων τὸν πεπληγότα τόπον, ὡς ἄν τις αἴσθηται, διακαίειν.</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Τὸ δὲ τῶν φαλαγγίων γένος ἐντίκτει ὁμοίως τοῖς ἀρα‐ χνίοις εἰς τὰ δράγματα τοῦ χόρτου. ἐὰν οὖν ἐσθίων φάγῃ</w:t>
      </w:r>
    </w:p>
    <w:p>
      <w:r>
        <w:rPr>
          <w:rFonts w:ascii="Courier New" w:hAnsi="Courier New"/>
          <w:color w:val="555555"/>
          <w:sz w:val="20"/>
        </w:rPr>
        <w:t>[5]</w:t>
      </w:r>
    </w:p>
    <w:p>
      <w:r>
        <w:rPr>
          <w:rFonts w:ascii="Gentium Plus" w:hAnsi="Gentium Plus"/>
          <w:sz w:val="24"/>
        </w:rPr>
        <w:t>ὁμοίων δοθιῆσι γινομένων, καὶ τῶν οὔρων ἀραχνιωδῶν ὄντων, ἔτι γε μὴν οὐκ ὀρεγομένου τῆς τροφῆς, ἀλλὰ μόλις καὶ ὀλίγον λαμβάνοντος. θεράπευε οὖν ἐγχυματίζων πεπέρει μετὰ οἴνου, ἢ θύμῳ, ἢ ἀριστολοχείᾳ τῇ παχείᾳ, ἢ πυτίᾳ ἐλαφείῳ ὁμοίως. ἔνιοι δὲ δοκιμάζουσιν, ἐὰν δηχθῇ, περιτέμνειν τὸν τόπον ἢ</w:t>
      </w:r>
    </w:p>
    <w:p>
      <w:r>
        <w:rPr>
          <w:rFonts w:ascii="Courier New" w:hAnsi="Courier New"/>
          <w:color w:val="555555"/>
          <w:sz w:val="20"/>
        </w:rPr>
        <w:t>[10]</w:t>
      </w:r>
    </w:p>
    <w:p>
      <w:r>
        <w:rPr>
          <w:rFonts w:ascii="Gentium Plus" w:hAnsi="Gentium Plus"/>
          <w:sz w:val="24"/>
        </w:rPr>
        <w:t>περικαίειν, εἶτα ἐγχυματίζειν. \</w:t>
      </w:r>
    </w:p>
    <w:p>
      <w:pPr>
        <w:jc w:val="center"/>
      </w:pPr>
      <w:r>
        <w:rPr>
          <w:rFonts w:ascii="Gentium Plus" w:hAnsi="Gentium Plus"/>
          <w:b/>
          <w:sz w:val="24"/>
        </w:rPr>
        <w:t>ἄλλο πρὸς τὰ ἀπὸ τῶν φαλαγγίων δήγματα.</w:t>
      </w:r>
    </w:p>
    <w:p>
      <w:r>
        <w:rPr>
          <w:rFonts w:ascii="Courier New" w:hAnsi="Courier New"/>
          <w:color w:val="555555"/>
          <w:sz w:val="20"/>
        </w:rPr>
        <w:t>[1]</w:t>
      </w:r>
    </w:p>
    <w:p>
      <w:r>
        <w:rPr>
          <w:rFonts w:ascii="Gentium Plus" w:hAnsi="Gentium Plus"/>
          <w:sz w:val="24"/>
        </w:rPr>
        <w:t>Πεπέρεως γο αʹ, πυρέθρου γο cʹ, σταφυλῆς ἀγρίας γο αʹ λειοτριβήσας μετὰ οἴνου, ἔγχει διὰ τῆς φάρυγος.</w:t>
      </w:r>
    </w:p>
    <w:p>
      <w:pPr>
        <w:jc w:val="center"/>
      </w:pPr>
      <w:r>
        <w:rPr>
          <w:rFonts w:ascii="Gentium Plus" w:hAnsi="Gentium Plus"/>
          <w:b/>
          <w:sz w:val="24"/>
        </w:rPr>
        <w:t>Ἱεροκλέους περὶ τῶν ὑπὸ φαλαγγίων ἢ ἔχεων</w:t>
      </w:r>
    </w:p>
    <w:p>
      <w:r>
        <w:rPr>
          <w:rFonts w:ascii="Courier New" w:hAnsi="Courier New"/>
          <w:color w:val="555555"/>
          <w:sz w:val="20"/>
        </w:rPr>
        <w:t>[t2]</w:t>
      </w:r>
    </w:p>
    <w:p>
      <w:r>
        <w:rPr>
          <w:rFonts w:ascii="Gentium Plus" w:hAnsi="Gentium Plus"/>
          <w:sz w:val="24"/>
        </w:rPr>
        <w:t>δηχθέντων ὑποζυγίων.</w:t>
      </w:r>
    </w:p>
    <w:p>
      <w:r>
        <w:rPr>
          <w:rFonts w:ascii="Courier New" w:hAnsi="Courier New"/>
          <w:color w:val="555555"/>
          <w:sz w:val="20"/>
        </w:rPr>
        <w:t>[86 . 12]</w:t>
      </w:r>
    </w:p>
    <w:p>
      <w:r>
        <w:rPr>
          <w:rFonts w:ascii="Gentium Plus" w:hAnsi="Gentium Plus"/>
          <w:sz w:val="24"/>
        </w:rPr>
        <w:t>Ἐάν τι τῶν ὑποζυγίων φαλάγγιον φάγῃ ἢ δηχθῇ ὑπ’ αὐτοῦ, τὸ αἰδοῖον οἰδεῖ, ὥστε δοκεῖν ἀραχνιώδη αὐτὸν οὐρεῖν, καὶ ἱδροῖ ὅλος. θεραπεύεται δὲ οὕτως· ἐὰν μὲν ᾖ δεδηγμένος, περίτεμε τὸν τόπον ἢ περίκαυσον, ἐὰν δὲ βεβρωκὼς ᾖ, ἐγχυ‐</w:t>
      </w:r>
    </w:p>
    <w:p>
      <w:r>
        <w:rPr>
          <w:rFonts w:ascii="Courier New" w:hAnsi="Courier New"/>
          <w:color w:val="555555"/>
          <w:sz w:val="20"/>
        </w:rPr>
        <w:t>[5]</w:t>
      </w:r>
    </w:p>
    <w:p>
      <w:r>
        <w:rPr>
          <w:rFonts w:ascii="Gentium Plus" w:hAnsi="Gentium Plus"/>
          <w:sz w:val="24"/>
        </w:rPr>
        <w:t>μάτιζε· τούτοις τοῖς θεραπεύμασι καὶ πρὸς τὸ δῆγμα χρῆσαι· λαβὼν ἀριστολόχειαν τρῖψον μετὰ οἴνου εὐώδους καὶ ἔγχει· ὡσαύτως σελίνου ἀγρίου, εἰ δὲ μή, ἡμέρου τὸ σπέρμα, καὶ δαφνίδων κόκκους τρίψας ἐν οἴνου κοτύλαις δυσί, προσεπιχέας ῥοδίνου, ἔγχει διὰ τοῦ στόματος. στῆσον δὲ αὐτὸν εἰς θερμὸν</w:t>
      </w:r>
    </w:p>
    <w:p>
      <w:r>
        <w:rPr>
          <w:rFonts w:ascii="Courier New" w:hAnsi="Courier New"/>
          <w:color w:val="555555"/>
          <w:sz w:val="20"/>
        </w:rPr>
        <w:t>[10]</w:t>
      </w:r>
    </w:p>
    <w:p>
      <w:r>
        <w:rPr>
          <w:rFonts w:ascii="Gentium Plus" w:hAnsi="Gentium Plus"/>
          <w:sz w:val="24"/>
        </w:rPr>
        <w:t>τόπον, ἔπειτα εἰσάγα\ θερμῷ. τροφὴν δὲ δίδου πτισάνην καὶ δάφνης τὰ ἁπαλὰ φύλλα, χόρτον δὲ τὸν βέλτιστον, καὶ πότιζε θερμῷ, ἕως ἂν ἐνδῷ, περιπάτοις τε χρήσθω, καὶ καῦσον, ὥς εἴρηται, καὶ ἐγ‐ χυμάτιζε, ἕως ὑγιὴς γένηται.</w:t>
      </w:r>
    </w:p>
    <w:p>
      <w:r>
        <w:rPr>
          <w:rFonts w:ascii="Courier New" w:hAnsi="Courier New"/>
          <w:color w:val="555555"/>
          <w:sz w:val="20"/>
        </w:rPr>
        <w:t>[86 . 13]</w:t>
      </w:r>
    </w:p>
    <w:p>
      <w:r>
        <w:rPr>
          <w:rFonts w:ascii="Gentium Plus" w:hAnsi="Gentium Plus"/>
          <w:sz w:val="24"/>
        </w:rPr>
        <w:t>ἐὰν δὲ ὑπὸ ἔχεως δηχθῇ, ἐκ τοῦ δήγματος πύον ἐξέρχε‐ ται μέλαν ἢ ἐπιτρέχει. καὶ ἐὰν ᾖ θῆλυ τὸ κτῆνος, θεράπευε</w:t>
      </w:r>
    </w:p>
    <w:p>
      <w:r>
        <w:rPr>
          <w:rFonts w:ascii="Courier New" w:hAnsi="Courier New"/>
          <w:color w:val="555555"/>
          <w:sz w:val="20"/>
        </w:rPr>
        <w:t>[5]</w:t>
      </w:r>
    </w:p>
    <w:p>
      <w:r>
        <w:rPr>
          <w:rFonts w:ascii="Gentium Plus" w:hAnsi="Gentium Plus"/>
          <w:sz w:val="24"/>
        </w:rPr>
        <w:t>μαλακῷ φαρμάκῳ χρῖε.</w:t>
      </w:r>
    </w:p>
    <w:p>
      <w:pPr>
        <w:jc w:val="center"/>
      </w:pPr>
      <w:r>
        <w:rPr>
          <w:rFonts w:ascii="Gentium Plus" w:hAnsi="Gentium Plus"/>
          <w:b/>
          <w:sz w:val="24"/>
        </w:rPr>
        <w:t>ἄλλο. περὶ βουπρήστεως ἢ φαλαγγίου.</w:t>
      </w:r>
    </w:p>
    <w:p>
      <w:r>
        <w:rPr>
          <w:rFonts w:ascii="Courier New" w:hAnsi="Courier New"/>
          <w:color w:val="555555"/>
          <w:sz w:val="20"/>
        </w:rPr>
        <w:t>[1]</w:t>
      </w:r>
    </w:p>
    <w:p>
      <w:r>
        <w:rPr>
          <w:rFonts w:ascii="Gentium Plus" w:hAnsi="Gentium Plus"/>
          <w:sz w:val="24"/>
        </w:rPr>
        <w:t>Ἐὰν βούπρηστιν ἢ φαλάγγιον συγκαταπίῃ ἵππος σὺν τῷ χόρτῳ, πίπραται αὐτῷ ἡ κοιλία, καὶ ἀπόσιτος γίνεται, τέταται δὲ ὅλος, καὶ τὰ ὑποχωρήματα φέρει συχνότερον, ἀναπνεῖ τε κατὰ μικρόν. θεράπευε οὖν οὕτως· δεσμεύων \| ἀνάκλα τὴν</w:t>
      </w:r>
    </w:p>
    <w:p>
      <w:r>
        <w:rPr>
          <w:rFonts w:ascii="Courier New" w:hAnsi="Courier New"/>
          <w:color w:val="555555"/>
          <w:sz w:val="20"/>
        </w:rPr>
        <w:t>[5]</w:t>
      </w:r>
    </w:p>
    <w:p>
      <w:r>
        <w:rPr>
          <w:rFonts w:ascii="Gentium Plus" w:hAnsi="Gentium Plus"/>
          <w:sz w:val="24"/>
        </w:rPr>
        <w:t>κεφαλήν, καὶ δίελε τὰς φλέβας τὰς ἐπάνω τῶν μυκτήρων, ἵνα τὸ αἷμα ἔξω ῥέοι διὰ τοῦ στόματος, καὶ ἐγχυμάτιζε κράμβην ἑψήσας, καὶ μετὰ γάρου καὶ ἐλαίου δίδου φαγεῖν.</w:t>
      </w:r>
    </w:p>
    <w:p>
      <w:pPr>
        <w:jc w:val="center"/>
      </w:pPr>
      <w:r>
        <w:rPr>
          <w:rFonts w:ascii="Gentium Plus" w:hAnsi="Gentium Plus"/>
          <w:b/>
          <w:sz w:val="24"/>
        </w:rPr>
        <w:t>Ἱεροκλέους περὶ ὀφιοδήκτων.</w:t>
      </w:r>
    </w:p>
    <w:p>
      <w:r>
        <w:rPr>
          <w:rFonts w:ascii="Courier New" w:hAnsi="Courier New"/>
          <w:color w:val="555555"/>
          <w:sz w:val="20"/>
        </w:rPr>
        <w:t>[1]</w:t>
      </w:r>
    </w:p>
    <w:p>
      <w:r>
        <w:rPr>
          <w:rFonts w:ascii="Gentium Plus" w:hAnsi="Gentium Plus"/>
          <w:sz w:val="24"/>
        </w:rPr>
        <w:t>Ἐὰν ὑπὸ ὄφεως δηχθῇ ἵππος, πρῶτον μὲν φλεβοτομεῖν αὐτὸν χρή, κέγχρῳ τε καὶ πυρῷ δὶς τῆς ἡμέρας καταπλάσσειν, τοῦτό τε ποιεῖν δὶς τῆς ἡμέρας ἐπὶ τρισὶν ἡμέραις.</w:t>
      </w:r>
    </w:p>
    <w:p>
      <w:pPr>
        <w:jc w:val="center"/>
      </w:pPr>
      <w:r>
        <w:rPr>
          <w:rFonts w:ascii="Gentium Plus" w:hAnsi="Gentium Plus"/>
          <w:b/>
          <w:sz w:val="24"/>
        </w:rPr>
        <w:t>ἄλλο εἰς τὸ αὐτό.</w:t>
      </w:r>
    </w:p>
    <w:p>
      <w:r>
        <w:rPr>
          <w:rFonts w:ascii="Courier New" w:hAnsi="Courier New"/>
          <w:color w:val="555555"/>
          <w:sz w:val="20"/>
        </w:rPr>
        <w:t>[1]</w:t>
      </w:r>
    </w:p>
    <w:p>
      <w:r>
        <w:rPr>
          <w:rFonts w:ascii="Gentium Plus" w:hAnsi="Gentium Plus"/>
          <w:sz w:val="24"/>
        </w:rPr>
        <w:t>Ἐὰν ὑπὸ ὄφεως δῆγμα σχῇ ἵππος, οἴδημα γίνεται καθ’ ὅλου τοῦ σώματος, καὶ οἱ ὀφθαλμοὶ ὕφαιμοι καὶ ᾠδηκότες, ἥ τε ἕδρα ἐξέστραπται, καὶ τὸ αἰδοῖον προεκπίπτει, καὶ περί‐ ψυχός ἐστιν. ἐγχυμάτιζε οὖν οἴνου ξέ. αʹ, δίδου δὲ φαγεῖν</w:t>
      </w:r>
    </w:p>
    <w:p>
      <w:r>
        <w:rPr>
          <w:rFonts w:ascii="Courier New" w:hAnsi="Courier New"/>
          <w:color w:val="555555"/>
          <w:sz w:val="20"/>
        </w:rPr>
        <w:t>[5]</w:t>
      </w:r>
    </w:p>
    <w:p>
      <w:r>
        <w:rPr>
          <w:rFonts w:ascii="Gentium Plus" w:hAnsi="Gentium Plus"/>
          <w:sz w:val="24"/>
        </w:rPr>
        <w:t>δάφνην ἢ ἀθάραγνον, καὶ σύγχριε οἰνελαίῳ καὶ δαφνίσιν ἀφη‐ ψημέναις. αἷμα δὲ ἄφελε ἀπὸ τοῦ αὐχένος, ἔπειτα πολεμωνίας βοτάνης καὶ ἀριστολοχείας ἀνὰ γο ϛʹ, \| μίξας οἴνου ξέστῃ ἑνὶ ἐγχυμάτιζε. ἐὰν δὲ ἀπὸ ἔχεως δέδηκται, λαβὼν ἀπὸ τῆς ἐχίου</w:t>
      </w:r>
    </w:p>
    <w:p>
      <w:r>
        <w:rPr>
          <w:rFonts w:ascii="Courier New" w:hAnsi="Courier New"/>
          <w:color w:val="555555"/>
          <w:sz w:val="20"/>
        </w:rPr>
        <w:t>[10]</w:t>
      </w:r>
    </w:p>
    <w:p>
      <w:r>
        <w:rPr>
          <w:rFonts w:ascii="Gentium Plus" w:hAnsi="Gentium Plus"/>
          <w:sz w:val="24"/>
        </w:rPr>
        <w:t>καὶ τρίψας ἕκαστον οἴνῳ τε προσμίξας, διὰ τοῦ ἀριστεροῦ μυκτῆρος ἔγχει.</w:t>
      </w:r>
    </w:p>
    <w:p>
      <w:pPr>
        <w:jc w:val="center"/>
      </w:pPr>
      <w:r>
        <w:rPr>
          <w:rFonts w:ascii="Gentium Plus" w:hAnsi="Gentium Plus"/>
          <w:b/>
          <w:sz w:val="24"/>
        </w:rPr>
        <w:t>περὶ δήγματος μυγαλῆς.</w:t>
      </w:r>
    </w:p>
    <w:p>
      <w:pPr>
        <w:jc w:val="center"/>
      </w:pPr>
      <w:r>
        <w:rPr>
          <w:rFonts w:ascii="Gentium Plus" w:hAnsi="Gentium Plus"/>
          <w:b/>
          <w:sz w:val="24"/>
        </w:rPr>
        <w:t>Ἀψύρτου.</w:t>
      </w:r>
    </w:p>
    <w:p>
      <w:r>
        <w:rPr>
          <w:rFonts w:ascii="Courier New" w:hAnsi="Courier New"/>
          <w:color w:val="555555"/>
          <w:sz w:val="20"/>
        </w:rPr>
        <w:t>[1]</w:t>
      </w:r>
    </w:p>
    <w:p>
      <w:r>
        <w:rPr>
          <w:rFonts w:ascii="Gentium Plus" w:hAnsi="Gentium Plus"/>
          <w:sz w:val="24"/>
        </w:rPr>
        <w:t>Μυγαλῆ δὲ ἐὰν δάκῃ, οἴδησις γίνεται περὶ τὸν τόπον σκληρά, καὶ στένει μικρὰ διαλιπών. βοηθεῖται δὲ κατακεντού‐ μενος ὁ τόπος καὶ καταχριόμενος κράμβῃ τετριμμένῃ μετὰ ὄξους καὶ ἀψινθίῳ 〈ὡσαύτωσ〉 ἢ κρομύοις μετὰ ὄξους ἢ σκο‐</w:t>
      </w:r>
    </w:p>
    <w:p>
      <w:r>
        <w:rPr>
          <w:rFonts w:ascii="Courier New" w:hAnsi="Courier New"/>
          <w:color w:val="555555"/>
          <w:sz w:val="20"/>
        </w:rPr>
        <w:t>[5]</w:t>
      </w:r>
    </w:p>
    <w:p>
      <w:r>
        <w:rPr>
          <w:rFonts w:ascii="Gentium Plus" w:hAnsi="Gentium Plus"/>
          <w:sz w:val="24"/>
        </w:rPr>
        <w:t>ρόδοις ὡσαύτως 〈ἢ ἄγνῳ〉 τριφθείσῃ μετὰ ὄξους. λέγεται δὲ καὶ τὴν ἐκ τῆς ἁματροχιᾶς γῆν ὄξει φυράσαντα καταχρίειν ὠφέλιμον. ἐὰν δὲ συμβῇ θήλειαν ὄνον ἐγκυμονοῦσαν δηχθῆναι ὑπὸ μυγαλῆς ἐγκύου, κίνδυνον ἔχει διαφωνῆσαι. ἐπιγίνεται γὰρ πυρετὸς καὶ ἀσιτία. καὶ κυκλάμινον δὲ κατακαύσαντα</w:t>
      </w:r>
    </w:p>
    <w:p>
      <w:r>
        <w:rPr>
          <w:rFonts w:ascii="Courier New" w:hAnsi="Courier New"/>
          <w:color w:val="555555"/>
          <w:sz w:val="20"/>
        </w:rPr>
        <w:t>[10]</w:t>
      </w:r>
    </w:p>
    <w:p>
      <w:r>
        <w:rPr>
          <w:rFonts w:ascii="Gentium Plus" w:hAnsi="Gentium Plus"/>
          <w:sz w:val="24"/>
        </w:rPr>
        <w:t>καὶ τὴν τέφραν ὄξει μίξαντα τὸ αὐτὸ ποιεῖν, καὶ αὐτὴν δὲ τὴν μυγαλῆν περιάπτειν.</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Ἐὰν μυγαλῆ δάκῃ, πίπραται τὸ ζῷον ὅλον, καὶ οἱ ὀφθαλ‐ μοὶ δακρύουσιν, ἰχώρ τε ἀποστάζει διὰ τοῦ οἰδήματος καὶ τῆς κοιλίας, καὶ τροφὴν οὐ προσίεται. τὸν κονιορτὸν οὖν τὸν ὑπὸ τῇ τρίψει τῶν τροχῶν γινόμενον ὄξει δριμεῖ δεύσας, καὶ</w:t>
      </w:r>
    </w:p>
    <w:p>
      <w:r>
        <w:rPr>
          <w:rFonts w:ascii="Courier New" w:hAnsi="Courier New"/>
          <w:color w:val="555555"/>
          <w:sz w:val="20"/>
        </w:rPr>
        <w:t>[5]</w:t>
      </w:r>
    </w:p>
    <w:p>
      <w:r>
        <w:rPr>
          <w:rFonts w:ascii="Gentium Plus" w:hAnsi="Gentium Plus"/>
          <w:sz w:val="24"/>
        </w:rPr>
        <w:t>τὸν δηχθέντα τόπον νύξας, πρῶτον ἐπίχριε τῷ πηλῷ. ἔνιοι δέ, ὧν ἐστι καὶ Ταραντῖνος, φασὶ χρῆναι σκόροδα κό‐ ψαντα ἐπιθεῖναι, ὑποθυμιᾶν τε ἐλάφου κέρας. φησί γε μὴν Ἄψυρτος ἄμεινον εἶναι ἐπὶ τῶν θηριοδήκτων, ἅμα τις αἴσθη‐ ται, διακαίειν τὸν τόπον. Στρατόνικος δὲ ἐπὶ μυγαλῆς</w:t>
      </w:r>
    </w:p>
    <w:p>
      <w:r>
        <w:rPr>
          <w:rFonts w:ascii="Courier New" w:hAnsi="Courier New"/>
          <w:color w:val="555555"/>
          <w:sz w:val="20"/>
        </w:rPr>
        <w:t>[10]</w:t>
      </w:r>
    </w:p>
    <w:p>
      <w:r>
        <w:rPr>
          <w:rFonts w:ascii="Gentium Plus" w:hAnsi="Gentium Plus"/>
          <w:sz w:val="24"/>
        </w:rPr>
        <w:t>συμβουλεύει κατασχάσαντα μάλιστα τὰ ᾠδηκότα, καταβρέ‐ χειν ὄξει καὶ ἁλσί. τῇ δὲ ἑξῆς ἡμέρᾳ ῥοΐσαντα εἰς ὕδωρ γλυκύ, κιμωλίαν ὄξει φυράσαντα καταχρίειν, τὸ δὲ δῆγμα θεραπεύειν γλοιῷ, μέχρις οὗ ὑγιάνῃ.</w:t>
      </w:r>
    </w:p>
    <w:p>
      <w:pPr>
        <w:jc w:val="center"/>
      </w:pPr>
      <w:r>
        <w:rPr>
          <w:rFonts w:ascii="Gentium Plus" w:hAnsi="Gentium Plus"/>
          <w:b/>
          <w:sz w:val="24"/>
        </w:rPr>
        <w:t>ἄλλο εἰς τὸ αὐτό.</w:t>
      </w:r>
    </w:p>
    <w:p>
      <w:r>
        <w:rPr>
          <w:rFonts w:ascii="Courier New" w:hAnsi="Courier New"/>
          <w:color w:val="555555"/>
          <w:sz w:val="20"/>
        </w:rPr>
        <w:t>[1]</w:t>
      </w:r>
    </w:p>
    <w:p>
      <w:r>
        <w:rPr>
          <w:rFonts w:ascii="Gentium Plus" w:hAnsi="Gentium Plus"/>
          <w:sz w:val="24"/>
        </w:rPr>
        <w:t>Ἐάν τι τῶν ζῴων ὑπὸ μυγαλῆς δηχθῇ, μελανθίου ὀξύ‐ βαφον τρίψας ἐν οἴνῳ εὐώδει, δίδου διὰ τῶν μυκτήρων. ἐπὶ δὲ τὴν πληγὴν κόπρον κυνείαν κατάπλασσε. τοῦτο δὲ καὶ ἐπὶ ἀνθρώπων ὠφέλιμον.</w:t>
      </w:r>
    </w:p>
    <w:p>
      <w:pPr>
        <w:jc w:val="center"/>
      </w:pPr>
      <w:r>
        <w:rPr>
          <w:rFonts w:ascii="Gentium Plus" w:hAnsi="Gentium Plus"/>
          <w:b/>
          <w:sz w:val="24"/>
        </w:rPr>
        <w:t>ἄλλο. Ἱπποκράτους εἰς τὸ αὐτό.</w:t>
      </w:r>
    </w:p>
    <w:p>
      <w:r>
        <w:rPr>
          <w:rFonts w:ascii="Courier New" w:hAnsi="Courier New"/>
          <w:color w:val="555555"/>
          <w:sz w:val="20"/>
        </w:rPr>
        <w:t>[87 . 4]</w:t>
      </w:r>
    </w:p>
    <w:p>
      <w:r>
        <w:rPr>
          <w:rFonts w:ascii="Gentium Plus" w:hAnsi="Gentium Plus"/>
          <w:sz w:val="24"/>
        </w:rPr>
        <w:t>Γίνεται ὡς ἐπὶ τὸ πολὺ δηχθῆναι τὸν ἵππον ἐν τῇ ἱππο‐ στασίᾳ. κατακλιθέντος γὰρ αὐτοῦ, ταῖς λαγόσιν ἠρέμα πως ἐπεισέρχεται ἡ μυγαλῆ, καὶ μεταξὺ κινηθέντος αὐτοῦ, ὑπο‐ ταραχθεῖσα δάκνει τὸν ὑποκείμενον τόπον, ἐξ οὗ συμβαίνει</w:t>
      </w:r>
    </w:p>
    <w:p>
      <w:r>
        <w:rPr>
          <w:rFonts w:ascii="Courier New" w:hAnsi="Courier New"/>
          <w:color w:val="555555"/>
          <w:sz w:val="20"/>
        </w:rPr>
        <w:t>[5]</w:t>
      </w:r>
    </w:p>
    <w:p>
      <w:r>
        <w:rPr>
          <w:rFonts w:ascii="Gentium Plus" w:hAnsi="Gentium Plus"/>
          <w:sz w:val="24"/>
        </w:rPr>
        <w:t>οἴδημά τι γίγνεσθαι. τοῦτον οὖν θεραπεύσεις οὕτως· λαβὼν μελανθίου λείου ὀξύβαφον ἕνα οἴνῳ προσμίξας ἐγχυμάτιζε, ἢ σκόροδον τρίψας, καὶ ἅλας καὶ κύμινον ἴσον ἑκάστου συμ‐ μίξας, οἴνῳ τε φυράσας κατάχριε, ἢ οὔρῳ, γῆν ἐξ ἁματροχιᾶς φυράσας.</w:t>
      </w:r>
    </w:p>
    <w:p>
      <w:r>
        <w:rPr>
          <w:rFonts w:ascii="Courier New" w:hAnsi="Courier New"/>
          <w:color w:val="555555"/>
          <w:sz w:val="20"/>
        </w:rPr>
        <w:t>[87 . 5]</w:t>
      </w:r>
    </w:p>
    <w:p>
      <w:r>
        <w:rPr>
          <w:rFonts w:ascii="Gentium Plus" w:hAnsi="Gentium Plus"/>
          <w:sz w:val="24"/>
        </w:rPr>
        <w:t>ἢ μυγαλῆν αὐτὴν τρίψας, μετὰ οἴνου ἐγχυμάτιζε ξέ. αʹ. ἐὰν δὲ μὴ ἔχῃς μυγαλῆν, μετὰ πηλοῦ κεραμεικοῦ φυ‐ ράσας κατάχριε. ἢ σελινόσπερμον καθεψήσας ἐν οἴνῳ καὶ ἐλαίῳ ἐγχυμάτιζε. ἢ \| κατάκνισον ὀρθῷ φλεβοτόμῳ τὸν ᾠδη‐</w:t>
      </w:r>
    </w:p>
    <w:p>
      <w:r>
        <w:rPr>
          <w:rFonts w:ascii="Courier New" w:hAnsi="Courier New"/>
          <w:color w:val="555555"/>
          <w:sz w:val="20"/>
        </w:rPr>
        <w:t>[5]</w:t>
      </w:r>
    </w:p>
    <w:p>
      <w:r>
        <w:rPr>
          <w:rFonts w:ascii="Gentium Plus" w:hAnsi="Gentium Plus"/>
          <w:sz w:val="24"/>
        </w:rPr>
        <w:t>κότα τόπον. ἐὰν δὲ ἐπὶ πλέον γένηται φλεγμονή, κύκλῳ καῦ‐ σον περιφερεῖ καυτηρίῳ, προσλαμβάνων καὶ τοῦ ὑπολοίπου</w:t>
      </w:r>
    </w:p>
    <w:p>
      <w:r>
        <w:rPr>
          <w:rFonts w:ascii="Courier New" w:hAnsi="Courier New"/>
          <w:color w:val="555555"/>
          <w:sz w:val="20"/>
        </w:rPr>
        <w:t>[10]</w:t>
      </w:r>
    </w:p>
    <w:p>
      <w:r>
        <w:rPr>
          <w:rFonts w:ascii="Gentium Plus" w:hAnsi="Gentium Plus"/>
          <w:sz w:val="24"/>
        </w:rPr>
        <w:t>παλαιῷ. οὐκ ἔσται δὲ ἕλκος, ἐὰν μὴ ἔγκυος οὖσα δάκῃ.</w:t>
      </w:r>
    </w:p>
    <w:p>
      <w:pPr>
        <w:jc w:val="center"/>
      </w:pPr>
      <w:r>
        <w:rPr>
          <w:rFonts w:ascii="Gentium Plus" w:hAnsi="Gentium Plus"/>
          <w:b/>
          <w:sz w:val="24"/>
        </w:rPr>
        <w:t>ἄλλο εἰς τὸ αὐτὸ Πελαγωνίου.</w:t>
      </w:r>
    </w:p>
    <w:p>
      <w:r>
        <w:rPr>
          <w:rFonts w:ascii="Courier New" w:hAnsi="Courier New"/>
          <w:color w:val="555555"/>
          <w:sz w:val="20"/>
        </w:rPr>
        <w:t>[87 . 6]</w:t>
      </w:r>
    </w:p>
    <w:p>
      <w:r>
        <w:rPr>
          <w:rFonts w:ascii="Gentium Plus" w:hAnsi="Gentium Plus"/>
          <w:sz w:val="24"/>
        </w:rPr>
        <w:t>Ἡ μυγαλῆ τὸν ἐπαγόμενον παρ’ αὐτῆς κίνδυνον τῷ οἰκείῳ σώματι θεραπεύει. καὶ γὰρ αὐτὸ τὸ ζῷον εἰς ἔλαιον βληθὲν καὶ ἀποπνιγέν, μετὰ τὸ σαπῆναι καὶ λειωθῆναι τοῖς δήγμασι προσχριόμενον ὑγείας παραίτιον γίνεται. εἰ δὲ μὴ</w:t>
      </w:r>
    </w:p>
    <w:p>
      <w:r>
        <w:rPr>
          <w:rFonts w:ascii="Courier New" w:hAnsi="Courier New"/>
          <w:color w:val="555555"/>
          <w:sz w:val="20"/>
        </w:rPr>
        <w:t>[5]</w:t>
      </w:r>
    </w:p>
    <w:p>
      <w:r>
        <w:rPr>
          <w:rFonts w:ascii="Gentium Plus" w:hAnsi="Gentium Plus"/>
          <w:sz w:val="24"/>
        </w:rPr>
        <w:t>τοῦτο εὑρεθείη, κύμινον λειώσας, καὶ πίσσης ὑγρᾶς βραχύ τι προσβαλὼν καὶ ἀξουγγίου ὀλίγον, ὥστε σύμπηξιν μαλάγματος ἔχειν, ἀποθέμενος ἀπαλλάξεις τοῦ κινδύνου. πρὸ \| δὲ τοῦ τὴν φλεγμονὴν διαλύεσθαι εἴ γε πυοτροφήσει, καλῶς ποιήσειας, εἰ τὴν ἐπιδερματίδα περιέλοις σμιλίῳ, καὶ πᾶν τὸ πεπονθὸς ἐπι‐</w:t>
      </w:r>
    </w:p>
    <w:p>
      <w:r>
        <w:rPr>
          <w:rFonts w:ascii="Courier New" w:hAnsi="Courier New"/>
          <w:color w:val="555555"/>
          <w:sz w:val="20"/>
        </w:rPr>
        <w:t>[10]</w:t>
      </w:r>
    </w:p>
    <w:p>
      <w:r>
        <w:rPr>
          <w:rFonts w:ascii="Gentium Plus" w:hAnsi="Gentium Plus"/>
          <w:sz w:val="24"/>
        </w:rPr>
        <w:t>καύσεις, οὕτω τε πίσσαν ὑγρὰν μετὰ ἐλαίου ἐπιβάλοις.</w:t>
      </w:r>
    </w:p>
    <w:p>
      <w:r>
        <w:rPr>
          <w:rFonts w:ascii="Courier New" w:hAnsi="Courier New"/>
          <w:color w:val="555555"/>
          <w:sz w:val="20"/>
        </w:rPr>
        <w:t>[87 . 7]</w:t>
      </w:r>
    </w:p>
    <w:p>
      <w:r>
        <w:rPr>
          <w:rFonts w:ascii="Gentium Plus" w:hAnsi="Gentium Plus"/>
          <w:sz w:val="24"/>
        </w:rPr>
        <w:t>ἔστι δὲ καὶ προφυλακτικὸν βοήθημα, ὥστε ἵππον ὑπὸ μυγαλῆς μὴ δάκνεσθαι, τόδε· τὸ ζῷον αὐτὸ τὴν μυγαλῆν πιά‐ σας, γύψῳ περίπλασον, καὶ μετὰ τὸ σκληρυνθῆναι τῷ τραχήλῳ τοῦ ζῴου ἀπόδησον. οὕτω γὰρ ἀβλαβῆ τὰ ζῷα διαφυλαχθή‐</w:t>
      </w:r>
    </w:p>
    <w:p>
      <w:r>
        <w:rPr>
          <w:rFonts w:ascii="Courier New" w:hAnsi="Courier New"/>
          <w:color w:val="555555"/>
          <w:sz w:val="20"/>
        </w:rPr>
        <w:t>[5]</w:t>
      </w:r>
    </w:p>
    <w:p>
      <w:r>
        <w:rPr>
          <w:rFonts w:ascii="Gentium Plus" w:hAnsi="Gentium Plus"/>
          <w:sz w:val="24"/>
        </w:rPr>
        <w:t>σονται ἀπὸ δήγματος μυγαλῆς.</w:t>
      </w:r>
    </w:p>
    <w:p>
      <w:pPr>
        <w:jc w:val="center"/>
      </w:pPr>
      <w:r>
        <w:rPr>
          <w:rFonts w:ascii="Gentium Plus" w:hAnsi="Gentium Plus"/>
          <w:b/>
          <w:sz w:val="24"/>
        </w:rPr>
        <w:t>ἄλλο εἰς τὸ αὐτό.</w:t>
      </w:r>
    </w:p>
    <w:p>
      <w:r>
        <w:rPr>
          <w:rFonts w:ascii="Courier New" w:hAnsi="Courier New"/>
          <w:color w:val="555555"/>
          <w:sz w:val="20"/>
        </w:rPr>
        <w:t>[1]</w:t>
      </w:r>
    </w:p>
    <w:p>
      <w:r>
        <w:rPr>
          <w:rFonts w:ascii="Gentium Plus" w:hAnsi="Gentium Plus"/>
          <w:sz w:val="24"/>
        </w:rPr>
        <w:t>Ἡ μυγαλῆ πρὸς τὸ ἑαυτῆς μέγεθος μεγάλα καὶ τὰ δήγ‐ ματα ποιεῖ. εἰ δὲ μικρά, βραχυτέρως ἐνεργοῦσα, καὶ τὴν θε‐</w:t>
      </w:r>
    </w:p>
    <w:p>
      <w:r>
        <w:rPr>
          <w:rFonts w:ascii="Courier New" w:hAnsi="Courier New"/>
          <w:color w:val="555555"/>
          <w:sz w:val="20"/>
        </w:rPr>
        <w:t>[5]</w:t>
      </w:r>
    </w:p>
    <w:p>
      <w:r>
        <w:rPr>
          <w:rFonts w:ascii="Gentium Plus" w:hAnsi="Gentium Plus"/>
          <w:sz w:val="24"/>
        </w:rPr>
        <w:t>τος ἀπὸ τοῦ κατὰ τὴν φλεγμονὴν μεγέθους. χρὴ οὖν τούτῳ βοηθεῖν τῷ τρόπῳ· σκόροδον μετὰ νίτρου τρίψας, ἤ, εἰ νί\|τρον μὴ εὑρεθείη, ἅλατι καὶ κυμίνῳ τοὺς πεπληγότας τόπους ἀπό‐ τριβε. ἡνίκα δὲ τὰ τῆς φλεγμονῆς ἀπορραγέντα εἰς τραῦμα μεταβληθῇ, τότε ἀποπλύνας καθαρίως τὸ τραῦμα, καῦσον κρι‐</w:t>
      </w:r>
    </w:p>
    <w:p>
      <w:r>
        <w:rPr>
          <w:rFonts w:ascii="Courier New" w:hAnsi="Courier New"/>
          <w:color w:val="555555"/>
          <w:sz w:val="20"/>
        </w:rPr>
        <w:t>[10]</w:t>
      </w:r>
    </w:p>
    <w:p>
      <w:r>
        <w:rPr>
          <w:rFonts w:ascii="Gentium Plus" w:hAnsi="Gentium Plus"/>
          <w:sz w:val="24"/>
        </w:rPr>
        <w:t>θάς, καὶ τούτων τὴν σποδιὰν ἐπίπασσε, καὶ μηδὲν ἄλλο ποιή‐ σῃς. ἐὰν γὰρ ἑτέρῳ χρήσῃ βοηθήματι, ἐπιπλέον τὴν τῶν τραυ‐ μάτων ἐπαυξήσεις δύναμιν. δίδου δὲ καὶ προπότισμα ἀπὸ ἀνήθου καὶ ἀλεύρου σιτίνου καὶ κεδρέας ὀλίγης καὶ οἴνου ξέ. αʹ κατεσκευασμένον.</w:t>
      </w:r>
    </w:p>
    <w:p>
      <w:pPr>
        <w:jc w:val="center"/>
      </w:pPr>
      <w:r>
        <w:rPr>
          <w:rFonts w:ascii="Gentium Plus" w:hAnsi="Gentium Plus"/>
          <w:b/>
          <w:sz w:val="24"/>
        </w:rPr>
        <w:t>Ἱεροκλέους περὶ τρυγόνος.</w:t>
      </w:r>
    </w:p>
    <w:p>
      <w:r>
        <w:rPr>
          <w:rFonts w:ascii="Courier New" w:hAnsi="Courier New"/>
          <w:color w:val="555555"/>
          <w:sz w:val="20"/>
        </w:rPr>
        <w:t>[1]</w:t>
      </w:r>
    </w:p>
    <w:p>
      <w:r>
        <w:rPr>
          <w:rFonts w:ascii="Gentium Plus" w:hAnsi="Gentium Plus"/>
          <w:sz w:val="24"/>
        </w:rPr>
        <w:t>Ἐὰν τρυγὼν θαλασσία πλήξῃ ἵππον, κινδυνῶδες γίνεται σφόδρα. καυτήριον οὖν δεῖ προστιθέναι, καὶ ἱστάναι τὴν ἐπι‐ φορὰν τοῦ αἵματος, ἐγχυματίζειν τε διὰ στόματος, τὸ ἧπαρ αὐτῆς τῆς τρυγόνος τρίψαντα ἐν οἴνου κοτύλῃ μιᾷ.</w:t>
      </w:r>
    </w:p>
    <w:p>
      <w:pPr>
        <w:jc w:val="center"/>
      </w:pPr>
      <w:r>
        <w:rPr>
          <w:rFonts w:ascii="Gentium Plus" w:hAnsi="Gentium Plus"/>
          <w:b/>
          <w:sz w:val="24"/>
        </w:rPr>
        <w:t>περὶ λυσσοδήκτων. \</w:t>
      </w:r>
    </w:p>
    <w:p>
      <w:r>
        <w:rPr>
          <w:rFonts w:ascii="Courier New" w:hAnsi="Courier New"/>
          <w:color w:val="555555"/>
          <w:sz w:val="20"/>
        </w:rPr>
        <w:t>[1]</w:t>
      </w:r>
    </w:p>
    <w:p>
      <w:r>
        <w:rPr>
          <w:rFonts w:ascii="Gentium Plus" w:hAnsi="Gentium Plus"/>
          <w:sz w:val="24"/>
        </w:rPr>
        <w:t>Κύων λυσσῶν ἐάν τινα δάκῃ, κόπρου αἰγείας, ταρίχου παλαιοῦ, ἐβουλίου ἀνὰ γο ἕξ, κάρυα μεγάλα μʹ, εἰς ἓν πάντα συντρίψας ἐπίθες. \|</w:t>
      </w:r>
    </w:p>
    <w:p>
      <w:pPr>
        <w:jc w:val="center"/>
      </w:pPr>
      <w:r>
        <w:rPr>
          <w:rFonts w:ascii="Gentium Plus" w:hAnsi="Gentium Plus"/>
          <w:b/>
          <w:sz w:val="24"/>
        </w:rPr>
        <w:t>περὶ βδελλῶν.</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Βεβίῳ δεκουρίωνι χαίρειν. θέλω σε γι‐</w:t>
      </w:r>
    </w:p>
    <w:p>
      <w:r>
        <w:rPr>
          <w:rFonts w:ascii="Courier New" w:hAnsi="Courier New"/>
          <w:color w:val="555555"/>
          <w:sz w:val="20"/>
        </w:rPr>
        <w:t>[5]</w:t>
      </w:r>
    </w:p>
    <w:p>
      <w:r>
        <w:rPr>
          <w:rFonts w:ascii="Gentium Plus" w:hAnsi="Gentium Plus"/>
          <w:sz w:val="24"/>
        </w:rPr>
        <w:t>κατακλίνοντες γὰρ τὸν ἵππον ἐξαιροῦσιν αὐτάς. ὅταν δὲ κάτω παρέλθωσιν, ἀπισχνοῦσι τὸ ζῷον· καὶ ἐὰν πλείονες ὦσι, τάχιον διαφωνεῖ. τῷ δὲ ἐπὶ τῆς φάτνης ὅταν ἐμπέσωσιν, ἐγχεῖν ἔλαιον διὰ κέρατος, οὗ ψαύσαντος ἀποπίπτουσιν.</w:t>
      </w:r>
    </w:p>
    <w:p>
      <w:pPr>
        <w:jc w:val="center"/>
      </w:pPr>
      <w:r>
        <w:rPr>
          <w:rFonts w:ascii="Gentium Plus" w:hAnsi="Gentium Plus"/>
          <w:b/>
          <w:sz w:val="24"/>
        </w:rPr>
        <w:t>εἰς τὸ αὐτὸ Ἱεροκλέους.</w:t>
      </w:r>
    </w:p>
    <w:p>
      <w:r>
        <w:rPr>
          <w:rFonts w:ascii="Courier New" w:hAnsi="Courier New"/>
          <w:color w:val="555555"/>
          <w:sz w:val="20"/>
        </w:rPr>
        <w:t>[1]</w:t>
      </w:r>
    </w:p>
    <w:p>
      <w:r>
        <w:rPr>
          <w:rFonts w:ascii="Gentium Plus" w:hAnsi="Gentium Plus"/>
          <w:sz w:val="24"/>
        </w:rPr>
        <w:t>Εἰώθασι βδέλλαι πίνοντος τοῦ ἵππου ἐμπίπτειν \ στόμα, ἃς χρὴ διανοίξαντα τὸ στόμα ἀφαιρεῖν. εἰ δὲ κάτω παρέλθοιεν πλείους ἐπὶ τὴν φάρυγα, κινδυνεύει. χρὴ οὖν ὑδρελαίῳ ἐγχυματίσαι καὶ ἀπορρῖψαι αὐτάς. ἕτεροι δὲ συμ‐</w:t>
      </w:r>
    </w:p>
    <w:p>
      <w:r>
        <w:rPr>
          <w:rFonts w:ascii="Courier New" w:hAnsi="Courier New"/>
          <w:color w:val="555555"/>
          <w:sz w:val="20"/>
        </w:rPr>
        <w:t>[5]</w:t>
      </w:r>
    </w:p>
    <w:p>
      <w:r>
        <w:rPr>
          <w:rFonts w:ascii="Gentium Plus" w:hAnsi="Gentium Plus"/>
          <w:sz w:val="24"/>
        </w:rPr>
        <w:t>βουλεύουσιν ἁλὶ λεπτῷ παρατρῖψαι, ἢ ἀριστολοχείας τῆς πα‐ χείας τρίψαντα ἐν ὄξει δριμυτάτῳ, ποιήσαντα μέλιτος πάχος, καὶ ἔλαιον ἐπιχέαντα διατρίβειν, ὅπου προσκάθηνται, ἀπολα‐ βόντα τὴν γλῶσσαν ἔξω τοῦ στόματος. προσήκει δὲ τοὺς ταῖς ἀγέλαις ἐφεστηκότας προσέχειν τοῖς ὕδασι φυλασσομένους τὰς</w:t>
      </w:r>
    </w:p>
    <w:p>
      <w:r>
        <w:rPr>
          <w:rFonts w:ascii="Courier New" w:hAnsi="Courier New"/>
          <w:color w:val="555555"/>
          <w:sz w:val="20"/>
        </w:rPr>
        <w:t>[10]</w:t>
      </w:r>
    </w:p>
    <w:p>
      <w:r>
        <w:rPr>
          <w:rFonts w:ascii="Gentium Plus" w:hAnsi="Gentium Plus"/>
          <w:sz w:val="24"/>
        </w:rPr>
        <w:t>βδέλλας, ἵνα μὴ 〈ἐν τῷ ποτῷ ὑπὸ τῶν ἵππων καταποθῶσι καὶ〉 ὑπὸ τὴν γλῶσσαν καὶ τὰ χελύνια πινόντων τῶν ἵππων ἐμπλέκωνται. εἰ δὲ αἴσθοιντο οὔσας ἐν τῷ στόματι, ἀναγκαῖον καταστρέφειν τὸν ἵππον καὶ ἐκλέγειν αὐτάς.</w:t>
      </w:r>
    </w:p>
    <w:p>
      <w:pPr>
        <w:jc w:val="center"/>
      </w:pPr>
      <w:r>
        <w:rPr>
          <w:rFonts w:ascii="Gentium Plus" w:hAnsi="Gentium Plus"/>
          <w:b/>
          <w:sz w:val="24"/>
        </w:rPr>
        <w:t>ἄλλο Θεομνήστου.</w:t>
      </w:r>
    </w:p>
    <w:p>
      <w:r>
        <w:rPr>
          <w:rFonts w:ascii="Courier New" w:hAnsi="Courier New"/>
          <w:color w:val="555555"/>
          <w:sz w:val="20"/>
        </w:rPr>
        <w:t>[1]</w:t>
      </w:r>
    </w:p>
    <w:p>
      <w:r>
        <w:rPr>
          <w:rFonts w:ascii="Gentium Plus" w:hAnsi="Gentium Plus"/>
          <w:sz w:val="24"/>
        </w:rPr>
        <w:t>Βδέλλαν ἐν ὕδατι ἐὰν πίῃ ἵππος ἢ ἄλλο ὑποζύγιον, ὕδραι‐ μον αὐτοῦ φέρεται ἀπὸ τοῦ στόματος, ἐὰν τῆς γλώσσης αὐτοῦ</w:t>
      </w:r>
    </w:p>
    <w:p>
      <w:r>
        <w:rPr>
          <w:rFonts w:ascii="Courier New" w:hAnsi="Courier New"/>
          <w:color w:val="555555"/>
          <w:sz w:val="20"/>
        </w:rPr>
        <w:t>[5]</w:t>
      </w:r>
    </w:p>
    <w:p>
      <w:r>
        <w:rPr>
          <w:rFonts w:ascii="Gentium Plus" w:hAnsi="Gentium Plus"/>
          <w:sz w:val="24"/>
        </w:rPr>
        <w:t>ἐμπλακῇ μία ἢ πλείους, ἐκμυζοῦσι τὸ ζῷον, καὶ ἀπισχνοῦται. καὶ ὅσα ἂν ἐγχυματίσῃς φάρμακα, οὐδὲν ὀνήσεις, διαφωνήσει γὰρ τὸ ζῷον. μόνον δὲ ἡμῖν ἄριστον δοκεῖ βοήθημα ἔλαιον ἐγχυματίζειν· ἁψάμενον γὰρ τὸ ἔλαιον ἐξωθεῖ τὰς βδέλλας, καὶ παραχρῆμα τελευτῶσιν.</w:t>
      </w:r>
    </w:p>
    <w:p>
      <w:pPr>
        <w:jc w:val="center"/>
      </w:pPr>
      <w:r>
        <w:rPr>
          <w:rFonts w:ascii="Gentium Plus" w:hAnsi="Gentium Plus"/>
          <w:b/>
          <w:sz w:val="24"/>
        </w:rPr>
        <w:t>πρὸς βδέλλας κεκολλημένας τῷ στόματι.</w:t>
      </w:r>
    </w:p>
    <w:p>
      <w:r>
        <w:rPr>
          <w:rFonts w:ascii="Courier New" w:hAnsi="Courier New"/>
          <w:color w:val="555555"/>
          <w:sz w:val="20"/>
        </w:rPr>
        <w:t>[1]</w:t>
      </w:r>
    </w:p>
    <w:p>
      <w:r>
        <w:rPr>
          <w:rFonts w:ascii="Gentium Plus" w:hAnsi="Gentium Plus"/>
          <w:sz w:val="24"/>
        </w:rPr>
        <w:t>Κόρεις πέντε θλάσας ἐν τῇ χειρί, κόλλα τῷ στόματι, καὶ εὐθέως ἀπορριφήσονται. ἐὰν δὲ περὶ τὴν φάρυγα ὦσι, πυρὶ ἐπιθεὶς τοὺς κόρεις ὑποκάπνιζε.</w:t>
      </w:r>
    </w:p>
    <w:p>
      <w:pPr>
        <w:jc w:val="center"/>
      </w:pPr>
      <w:r>
        <w:rPr>
          <w:rFonts w:ascii="Gentium Plus" w:hAnsi="Gentium Plus"/>
          <w:b/>
          <w:sz w:val="24"/>
        </w:rPr>
        <w:t>ἄλλο Ἱπποκράτους.</w:t>
      </w:r>
    </w:p>
    <w:p>
      <w:r>
        <w:rPr>
          <w:rFonts w:ascii="Courier New" w:hAnsi="Courier New"/>
          <w:color w:val="555555"/>
          <w:sz w:val="20"/>
        </w:rPr>
        <w:t>[1]</w:t>
      </w:r>
    </w:p>
    <w:p>
      <w:r>
        <w:rPr>
          <w:rFonts w:ascii="Gentium Plus" w:hAnsi="Gentium Plus"/>
          <w:sz w:val="24"/>
        </w:rPr>
        <w:t>Ἐὰν ἵππος ἢ ἄλλο ὑποζύγιον βδέλλαν καταπίῃ, ἢ εἰς τοὺς ῥώθωνας ἀνέλθῃ, καὶ αἷμα ῥεῖ διὰ τοῦ τόπου ἐκείνου, ἅλατι ἢ ἐλαίῳ ἐμφύσησον. εἶτα σαρκολαβίδι ταύτας ἐξέωσον. ἢ καυ‐ τηρίῳ δι\|άκαυσον. ἔπειτα ἄρτον καύσας καὶ λειοτριβήσας οἴνῳ</w:t>
      </w:r>
    </w:p>
    <w:p>
      <w:r>
        <w:rPr>
          <w:rFonts w:ascii="Courier New" w:hAnsi="Courier New"/>
          <w:color w:val="555555"/>
          <w:sz w:val="20"/>
        </w:rPr>
        <w:t>[5]</w:t>
      </w:r>
    </w:p>
    <w:p>
      <w:r>
        <w:rPr>
          <w:rFonts w:ascii="Gentium Plus" w:hAnsi="Gentium Plus"/>
          <w:sz w:val="24"/>
        </w:rPr>
        <w:t>τε ῥάνας κατάπλασσε. \</w:t>
      </w:r>
    </w:p>
    <w:p>
      <w:pPr>
        <w:jc w:val="center"/>
      </w:pPr>
      <w:r>
        <w:rPr>
          <w:rFonts w:ascii="Gentium Plus" w:hAnsi="Gentium Plus"/>
          <w:b/>
          <w:sz w:val="24"/>
        </w:rPr>
        <w:t>περὶ ὀρνιθίας.</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Συμβαίνει τὰς ὀρνίθας ἐν ταῖς φάτναις ἐντίκτειν καὶ ἀφο‐ δεύειν ὑγρόν. τοῦτο ἐὰν προσλάβῃ ὁ ἵππος τρώγων τὸ ἀφό‐</w:t>
      </w:r>
    </w:p>
    <w:p>
      <w:r>
        <w:rPr>
          <w:rFonts w:ascii="Courier New" w:hAnsi="Courier New"/>
          <w:color w:val="555555"/>
          <w:sz w:val="20"/>
        </w:rPr>
        <w:t>[5]</w:t>
      </w:r>
    </w:p>
    <w:p>
      <w:r>
        <w:rPr>
          <w:rFonts w:ascii="Gentium Plus" w:hAnsi="Gentium Plus"/>
          <w:sz w:val="24"/>
        </w:rPr>
        <w:t>προν τὴν ὀρνιθίαν λευκὴν καὶ στέατος ὁλκὴν μίαν τρίψαντα, μῖξαι ἀλφίτων χοίνιξι δυσί, καὶ οἴνῳ φυράσαντα διδόναι φα‐ γεῖν, μαγδαλίας ποιοῦντα. ἔστω δὲ ὁ οἶνος αὐστηρὸς καὶ μέλας.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Εἰ κόπρον ὀρνίθων ἵππος φάγοι, σελινοσπέρμου κυάθους εʹ μετὰ οἴνου ξέ. ἑνὸς καὶ ἡμίνης μέλιτος ἐγχυμάτισον. καὶ ἀναπατείτω, μέχρις οὗ προχωρήσῃ ἡ γαστὴρ αὐτοῦ. εἰ δὲ \ 〈ἐκ τοῦ πόνου〉 φρίκη τις καὶ ὀρθοτριχία 〈τῷ ἵππῳ σημεῖα〉</w:t>
      </w:r>
    </w:p>
    <w:p>
      <w:r>
        <w:rPr>
          <w:rFonts w:ascii="Courier New" w:hAnsi="Courier New"/>
          <w:color w:val="555555"/>
          <w:sz w:val="20"/>
        </w:rPr>
        <w:t>[5]</w:t>
      </w:r>
    </w:p>
    <w:p>
      <w:r>
        <w:rPr>
          <w:rFonts w:ascii="Gentium Plus" w:hAnsi="Gentium Plus"/>
          <w:sz w:val="24"/>
        </w:rPr>
        <w:t>γένηται, 〈τοῦτο ποιήσεις·〉 δαφνοκόκκων τὸ ἀρκοῦν καὶ νίτρου λίτρας τὸ ἥμισυ, ὄξους ξέ. καὶ ἐλαίου ξέ. αʹ συμμίξας, ἐν θερμῷ τόπῳ διάχρισον ἐπὶ ἡμέραις τρισίν. 〈ἢ ἀκόρου γο αʹ, ἀνήθου γο αʹ, πάνακος ῥίζης κατακοπείσης καὶ σηθείσης κοχλιάριον αʹ, ἐν οἴνῳ καὶ ἐλαίῳ χλιαρῷ γο δʹ συμμίξας καὶ</w:t>
      </w:r>
    </w:p>
    <w:p>
      <w:r>
        <w:rPr>
          <w:rFonts w:ascii="Courier New" w:hAnsi="Courier New"/>
          <w:color w:val="555555"/>
          <w:sz w:val="20"/>
        </w:rPr>
        <w:t>[10]</w:t>
      </w:r>
    </w:p>
    <w:p>
      <w:r>
        <w:rPr>
          <w:rFonts w:ascii="Gentium Plus" w:hAnsi="Gentium Plus"/>
          <w:sz w:val="24"/>
        </w:rPr>
        <w:t>χλιάνας ἐγχυμάτισον. εἰ δὲ ἀστοχήσεις, ἐν τούτῳ〉 ἀγριοσυκῆς φύλλα τὰ ἀρκοῦντα συγκόψας, μετὰ χλιαροῦ δίδου ἐπὶ τοσαύ‐ ταις ἡμέραις.</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Συμβαίνει δὲ ταῖς ὄρνισιν ἔσθ’ ὅτε ἐντικτούσαις ἐν ταῖς φάτναις καὶ ἀφοδεύειν, ὅπερ ἵππῳ φαγόντι κινδυνῶδες γίνε‐ ται. γνώσῃ δὲ τοῦτο, ἐὰν ἴδῃς μυξῶδες ἀποπατοῦντα. κόπρον</w:t>
      </w:r>
    </w:p>
    <w:p>
      <w:r>
        <w:rPr>
          <w:rFonts w:ascii="Courier New" w:hAnsi="Courier New"/>
          <w:color w:val="555555"/>
          <w:sz w:val="20"/>
        </w:rPr>
        <w:t>[5]</w:t>
      </w:r>
    </w:p>
    <w:p>
      <w:r>
        <w:rPr>
          <w:rFonts w:ascii="Gentium Plus" w:hAnsi="Gentium Plus"/>
          <w:sz w:val="24"/>
        </w:rPr>
        <w:t>τρίψας, μίξας ἀλφίτων χοίνιξι δυσὶ καὶ οἴνῳ φυράσας, ποιή‐ σας τε μάζας, δίδου φαγεῖν. ἔστω δὲ ὁ οἶνος μέλας καὶ αὐστηρός.</w:t>
      </w:r>
    </w:p>
    <w:p>
      <w:pPr>
        <w:jc w:val="center"/>
      </w:pPr>
      <w:r>
        <w:rPr>
          <w:rFonts w:ascii="Gentium Plus" w:hAnsi="Gentium Plus"/>
          <w:b/>
          <w:sz w:val="24"/>
        </w:rPr>
        <w:t>Εὐμήλου εἰς τὸ αὐτό.</w:t>
      </w:r>
    </w:p>
    <w:p>
      <w:r>
        <w:rPr>
          <w:rFonts w:ascii="Courier New" w:hAnsi="Courier New"/>
          <w:color w:val="555555"/>
          <w:sz w:val="20"/>
        </w:rPr>
        <w:t>[1]</w:t>
      </w:r>
    </w:p>
    <w:p>
      <w:r>
        <w:rPr>
          <w:rFonts w:ascii="Gentium Plus" w:hAnsi="Gentium Plus"/>
          <w:sz w:val="24"/>
        </w:rPr>
        <w:t>Παλαιοτέραν κόπρον ὄρνιθος λαβὼν ὡς 𐅻 αʹ, μετὰ τηλί‐ νου ἀλεύρου λύσας καὶ προσμίξας φοίνικας βʹ καὶ οἶνον κα‐ λόν, διὰ στόματος δί\|〈δου. ἢ κοιλίας ὀρνιθείας τὸ ἐνδότερον μέρος μετὰ τῆς εὑρισκομένης ἐν αὐτῇ κόπρου λειώσας, μετὰ</w:t>
      </w:r>
    </w:p>
    <w:p>
      <w:r>
        <w:rPr>
          <w:rFonts w:ascii="Courier New" w:hAnsi="Courier New"/>
          <w:color w:val="555555"/>
          <w:sz w:val="20"/>
        </w:rPr>
        <w:t>[5]</w:t>
      </w:r>
    </w:p>
    <w:p>
      <w:r>
        <w:rPr>
          <w:rFonts w:ascii="Gentium Plus" w:hAnsi="Gentium Plus"/>
          <w:sz w:val="24"/>
        </w:rPr>
        <w:t>οἴνου ἡμίνας αʹ πιεῖν δίδου〉.</w:t>
      </w:r>
    </w:p>
    <w:p>
      <w:pPr>
        <w:jc w:val="center"/>
      </w:pPr>
      <w:r>
        <w:rPr>
          <w:rFonts w:ascii="Gentium Plus" w:hAnsi="Gentium Plus"/>
          <w:b/>
          <w:sz w:val="24"/>
        </w:rPr>
        <w:t>περὶ κράμβης ἀγρίας.</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Πρὸς τοὺς τὴν ἀγρίαν κράμβην φαγόντας ἐν τῷ διδομένῳ χόρτῳ ἢ βοσκήματι δεῖ χρῆσθαι βοηθήματι τῷδε· κράμβην ἥμερον κόψαντα, ἐπιχεῖν γάλα, καὶ ἀποχυλίσαντα, καταλαμβα‐ νόμενον τὴν γλῶτταν, ἐγχυματίζειν διὰ τοῦ στόματος, ἢ ὕδωρ</w:t>
      </w:r>
    </w:p>
    <w:p>
      <w:r>
        <w:rPr>
          <w:rFonts w:ascii="Courier New" w:hAnsi="Courier New"/>
          <w:color w:val="555555"/>
          <w:sz w:val="20"/>
        </w:rPr>
        <w:t>[5]</w:t>
      </w:r>
    </w:p>
    <w:p>
      <w:r>
        <w:rPr>
          <w:rFonts w:ascii="Gentium Plus" w:hAnsi="Gentium Plus"/>
          <w:sz w:val="24"/>
        </w:rPr>
        <w:t>τῇ κράμβῃ μιγνύντας, ἢ σῦκα μετὰ τοῦ ὕδατος ἑψήσαντας μῖξαι τῆς κράμβης τῷ ἀφεψήματι. λέγεται δὲ καρκίνους θα‐ λασσίους τρίψαντας μιγνύειν τῷ χυλῷ τῆς κράμβης, διδόσθω δὲ τρεῖς ἡμέρας, μέχρις ἂν ἐκτιλήσῃ τὸ βόσκημα. ἐπιγνωσθή‐ σεται δὲ διὰ τούτων· συνδεσμεύεται καὶ τὰ ὄπισθεν παραλύε‐</w:t>
      </w:r>
    </w:p>
    <w:p>
      <w:r>
        <w:rPr>
          <w:rFonts w:ascii="Courier New" w:hAnsi="Courier New"/>
          <w:color w:val="555555"/>
          <w:sz w:val="20"/>
        </w:rPr>
        <w:t>[10]</w:t>
      </w:r>
    </w:p>
    <w:p>
      <w:r>
        <w:rPr>
          <w:rFonts w:ascii="Gentium Plus" w:hAnsi="Gentium Plus"/>
          <w:sz w:val="24"/>
        </w:rPr>
        <w:t>ται καὶ βαδίζειν οὐ δύναται, ἀλλὰ \ ὅτου τὴν κράμβην ἐκτιλήσῃ.</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Εἰ κράμβην ἀγρίαν ἐν χόρτῳ ἢ νεμόμενος φάγῃ, συνδεῖται ὅλος, καὶ τὰ ὀπίσθια παρέλκει, καὶ βαδίζειν οὐ δύναται ἀλλὰ</w:t>
      </w:r>
    </w:p>
    <w:p>
      <w:r>
        <w:rPr>
          <w:rFonts w:ascii="Courier New" w:hAnsi="Courier New"/>
          <w:color w:val="555555"/>
          <w:sz w:val="20"/>
        </w:rPr>
        <w:t>[5]</w:t>
      </w:r>
    </w:p>
    <w:p>
      <w:r>
        <w:rPr>
          <w:rFonts w:ascii="Gentium Plus" w:hAnsi="Gentium Plus"/>
          <w:sz w:val="24"/>
        </w:rPr>
        <w:t>διηθεῖν, εἶτα ἐγχυματίζειν διὰ στόματος. ἢ σῦκα ἑψήσαντα καὶ μίξαντα κράμβης τῷ ἀφεψήματι ὁμοίως ἐγχυματίζειν. ἢ καρκίνους θαλασσίους τρίψαντα μιγνύναι τῷ χυλῷ τῆς κράμ‐ βης, καὶ ἐγχυματίζειν δὶς τῆς ἡμέρας, ἕως ἂν ἐκτιλήσῃ. \|</w:t>
      </w:r>
    </w:p>
    <w:p>
      <w:pPr>
        <w:jc w:val="center"/>
      </w:pPr>
      <w:r>
        <w:rPr>
          <w:rFonts w:ascii="Gentium Plus" w:hAnsi="Gentium Plus"/>
          <w:b/>
          <w:sz w:val="24"/>
        </w:rPr>
        <w:t>περὶ μυοφόνου.</w:t>
      </w:r>
    </w:p>
    <w:p>
      <w:pPr>
        <w:jc w:val="center"/>
      </w:pPr>
      <w:r>
        <w:rPr>
          <w:rFonts w:ascii="Gentium Plus" w:hAnsi="Gentium Plus"/>
          <w:b/>
          <w:sz w:val="24"/>
        </w:rPr>
        <w:t>Ἱεροκλέους.</w:t>
      </w:r>
    </w:p>
    <w:p>
      <w:r>
        <w:rPr>
          <w:rFonts w:ascii="Courier New" w:hAnsi="Courier New"/>
          <w:color w:val="555555"/>
          <w:sz w:val="20"/>
        </w:rPr>
        <w:t>[1]</w:t>
      </w:r>
    </w:p>
    <w:p>
      <w:r>
        <w:rPr>
          <w:rFonts w:ascii="Gentium Plus" w:hAnsi="Gentium Plus"/>
          <w:sz w:val="24"/>
        </w:rPr>
        <w:t>Ἐὰν μυοφόνον τὸ καλούμενον ἵππος βοσκηθῇ, εἶτα τὴν κεφαλὴν παρεὶς ὀφθῇ καὶ τὸ σῶμα ὅλον ὁμοίως, σχάσον φλέβα ἐν τοῖς κροτάφοις, καὶ ἐγχυμάτισον σελίνου ἀγρίου ἢ καὶ ἡμέρου ἐν οἴνῳ τὸ σπέρμα, ἢ πήγανον κόψας καὶ οἶνον ἐπι‐</w:t>
      </w:r>
    </w:p>
    <w:p>
      <w:r>
        <w:rPr>
          <w:rFonts w:ascii="Courier New" w:hAnsi="Courier New"/>
          <w:color w:val="555555"/>
          <w:sz w:val="20"/>
        </w:rPr>
        <w:t>[5]</w:t>
      </w:r>
    </w:p>
    <w:p>
      <w:r>
        <w:rPr>
          <w:rFonts w:ascii="Gentium Plus" w:hAnsi="Gentium Plus"/>
          <w:sz w:val="24"/>
        </w:rPr>
        <w:t>χέας παλαιὸν ἐγχυμάτιζε. \</w:t>
      </w:r>
    </w:p>
    <w:p>
      <w:pPr>
        <w:jc w:val="center"/>
      </w:pPr>
      <w:r>
        <w:rPr>
          <w:rFonts w:ascii="Gentium Plus" w:hAnsi="Gentium Plus"/>
          <w:b/>
          <w:sz w:val="24"/>
        </w:rPr>
        <w:t>περὶ κωνείου.</w:t>
      </w:r>
    </w:p>
    <w:p>
      <w:pPr>
        <w:jc w:val="center"/>
      </w:pPr>
      <w:r>
        <w:rPr>
          <w:rFonts w:ascii="Gentium Plus" w:hAnsi="Gentium Plus"/>
          <w:b/>
          <w:sz w:val="24"/>
        </w:rPr>
        <w:t>Ἱεροκλέους.</w:t>
      </w:r>
    </w:p>
    <w:p>
      <w:r>
        <w:rPr>
          <w:rFonts w:ascii="Courier New" w:hAnsi="Courier New"/>
          <w:color w:val="555555"/>
          <w:sz w:val="20"/>
        </w:rPr>
        <w:t>[1]</w:t>
      </w:r>
    </w:p>
    <w:p>
      <w:r>
        <w:rPr>
          <w:rFonts w:ascii="Gentium Plus" w:hAnsi="Gentium Plus"/>
          <w:sz w:val="24"/>
        </w:rPr>
        <w:t>Ἐὰν κωνείου γευσάμενος καρηβαρῇ, ὡς ἐμπίπτειν εἰς τοὺς τοίχους, σχάσας τὰς τραχηλιαίας φλέβας, ἐγχυμάτισον οἴνου παλαιοῦ ἡμικοτυλίοις τρισί. τοῦτο ποιήσας ἅπαξ καὶ δὶς θε‐ ραπεύσεις. \|</w:t>
      </w:r>
    </w:p>
    <w:p>
      <w:pPr>
        <w:jc w:val="center"/>
      </w:pPr>
      <w:r>
        <w:rPr>
          <w:rFonts w:ascii="Gentium Plus" w:hAnsi="Gentium Plus"/>
          <w:b/>
          <w:sz w:val="24"/>
        </w:rPr>
        <w:t>περὶ καμπῶν.</w:t>
      </w:r>
    </w:p>
    <w:p>
      <w:pPr>
        <w:jc w:val="center"/>
      </w:pPr>
      <w:r>
        <w:rPr>
          <w:rFonts w:ascii="Gentium Plus" w:hAnsi="Gentium Plus"/>
          <w:b/>
          <w:sz w:val="24"/>
        </w:rPr>
        <w:t>Ἱεροκλέους.</w:t>
      </w:r>
    </w:p>
    <w:p>
      <w:r>
        <w:rPr>
          <w:rFonts w:ascii="Courier New" w:hAnsi="Courier New"/>
          <w:color w:val="555555"/>
          <w:sz w:val="20"/>
        </w:rPr>
        <w:t>[1]</w:t>
      </w:r>
    </w:p>
    <w:p>
      <w:r>
        <w:rPr>
          <w:rFonts w:ascii="Gentium Plus" w:hAnsi="Gentium Plus"/>
          <w:sz w:val="24"/>
        </w:rPr>
        <w:t>Ἐνίοτε ἐν κάμπαις κυλισθέντων τῶν ἵππων ἢ προσκνησα‐ μένων δένδρῳ κάμπας ἔχοντι, μώλωπες ἐπανίστανται, καὶ οἰδεῖ τὸ δέρμα καὶ σκληρὸν γίνεται, οἵ τε ὀφθαλμοὶ κοιλαί‐ νονται. χρὴ οὖν ὄξος λαβόντα δριμύτατον καὶ νίτρου ἥμιμνον</w:t>
      </w:r>
    </w:p>
    <w:p>
      <w:r>
        <w:rPr>
          <w:rFonts w:ascii="Courier New" w:hAnsi="Courier New"/>
          <w:color w:val="555555"/>
          <w:sz w:val="20"/>
        </w:rPr>
        <w:t>[5]</w:t>
      </w:r>
    </w:p>
    <w:p>
      <w:r>
        <w:rPr>
          <w:rFonts w:ascii="Gentium Plus" w:hAnsi="Gentium Plus"/>
          <w:sz w:val="24"/>
        </w:rPr>
        <w:t>καὶ χαλκάνθης τεταρτημόριον, ταῦτα τρίψαντα συγχρίειν τὸ σῶμα, φυλασσόμενον, μὴ εἰς τοὺς ὀφθαλμοὺς εἰσέλθῃ. \|</w:t>
      </w:r>
    </w:p>
    <w:p>
      <w:pPr>
        <w:jc w:val="center"/>
      </w:pPr>
      <w:r>
        <w:rPr>
          <w:rFonts w:ascii="Gentium Plus" w:hAnsi="Gentium Plus"/>
          <w:b/>
          <w:sz w:val="24"/>
        </w:rPr>
        <w:t>περὶ δασύτητος.</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Ἐὰν ἵππος δασὺς ᾖ τῷ σώματι, ἐριβίνθους τοὺς λευκοὺς</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Ἐὰν ἵππος δασὺς ᾖ τὸ σῶμα, χρὴ λεπτῶν ἐρεβίνθων ἡμι‐ χοίνικον βρέξαντας καὶ σταφίδων τὸ ἥμισυ παραβάλλειν μετὰ τῶν κριθῶν ἐπὶ ἡμέραις τριάκοντα, καὶ λειοτριχήσει. καὶ ὅταν δὲ φλεβοτομῆται, συγχριέσθω καθ’ ὅλου τοῦ σώματος τῷ ἰδίῳ</w:t>
      </w:r>
    </w:p>
    <w:p>
      <w:r>
        <w:rPr>
          <w:rFonts w:ascii="Courier New" w:hAnsi="Courier New"/>
          <w:color w:val="555555"/>
          <w:sz w:val="20"/>
        </w:rPr>
        <w:t>[5]</w:t>
      </w:r>
    </w:p>
    <w:p>
      <w:r>
        <w:rPr>
          <w:rFonts w:ascii="Gentium Plus" w:hAnsi="Gentium Plus"/>
          <w:sz w:val="24"/>
        </w:rPr>
        <w:t>αἵματι, καὶ \ ᾧ παρατίλλεται, εἰ κτενισθείη, λειοτριχήσει. \|</w:t>
      </w:r>
    </w:p>
    <w:p>
      <w:pPr>
        <w:jc w:val="center"/>
      </w:pPr>
      <w:r>
        <w:rPr>
          <w:rFonts w:ascii="Gentium Plus" w:hAnsi="Gentium Plus"/>
          <w:b/>
          <w:sz w:val="24"/>
        </w:rPr>
        <w:t>περὶ ὀδόντων ἐκφύσεως.</w:t>
      </w:r>
    </w:p>
    <w:p>
      <w:pPr>
        <w:jc w:val="center"/>
      </w:pPr>
      <w:r>
        <w:rPr>
          <w:rFonts w:ascii="Gentium Plus" w:hAnsi="Gentium Plus"/>
          <w:b/>
          <w:sz w:val="24"/>
        </w:rPr>
        <w:t>Αψύρτου.</w:t>
      </w:r>
    </w:p>
    <w:p>
      <w:r>
        <w:rPr>
          <w:rFonts w:ascii="Courier New" w:hAnsi="Courier New"/>
          <w:color w:val="555555"/>
          <w:sz w:val="20"/>
        </w:rPr>
        <w:t>[95 . 1]</w:t>
      </w:r>
    </w:p>
    <w:p>
      <w:r>
        <w:rPr>
          <w:rFonts w:ascii="Gentium Plus" w:hAnsi="Gentium Plus"/>
          <w:sz w:val="24"/>
        </w:rPr>
        <w:t>Ἄψυρτος Μενεκράτει Κλαζομενίῳ 〈χαίρειν〉. βού‐ λομαί σε εἰδέναι ἐν τοῖς ἵπποις καὶ τοῖς ἄλλοις, ὅσα μώνυχας ὁπλὰς ἔχει, τὰς τῶν ὀδόντων ἐκφύσεις καὶ τῶν ἐτῶν προσ‐ θέσεις. ἐπέγνωμεν γὰρ οὕτως· τριακονταμηνιαῖος ὢν ὁ πῶλος</w:t>
      </w:r>
    </w:p>
    <w:p>
      <w:r>
        <w:rPr>
          <w:rFonts w:ascii="Courier New" w:hAnsi="Courier New"/>
          <w:color w:val="555555"/>
          <w:sz w:val="20"/>
        </w:rPr>
        <w:t>[5]</w:t>
      </w:r>
    </w:p>
    <w:p>
      <w:r>
        <w:rPr>
          <w:rFonts w:ascii="Gentium Plus" w:hAnsi="Gentium Plus"/>
          <w:sz w:val="24"/>
        </w:rPr>
        <w:t>πρωτοβολεῖ τοὺς μέσους τομεῖς καλουμένους, ἄνωθεν δύο καὶ</w:t>
      </w:r>
    </w:p>
    <w:p>
      <w:r>
        <w:rPr>
          <w:rFonts w:ascii="Courier New" w:hAnsi="Courier New"/>
          <w:color w:val="555555"/>
          <w:sz w:val="20"/>
        </w:rPr>
        <w:t>[10]</w:t>
      </w:r>
    </w:p>
    <w:p>
      <w:r>
        <w:rPr>
          <w:rFonts w:ascii="Gentium Plus" w:hAnsi="Gentium Plus"/>
          <w:sz w:val="24"/>
        </w:rPr>
        <w:t>δὲ μησὶ δυοκαίδεκα τὸν καταρτισμὸν φύει. τελειώσας \ ἔτη καὶ τοῦ ἕκτου ἐπιλαβόμενος καὶ πληρώσας τὸν ἐνιαυτόν, ἕξει ἴσα τὰ ἀνισώματα, καὶ οὐκ ἔστι ῥᾴδιον ἐπιγινώσκεσθαι τῶν ἐτῶν τὸν λοιπὸν χρόνον. λέγεται δέ, ὅταν τοὺς ὀδόντας ἔχων φανῇ προπεπτωκότας, ἔχῃ δὲ καὶ τὰς ὀφρῦς πολιὰς καὶ</w:t>
      </w:r>
    </w:p>
    <w:p>
      <w:r>
        <w:rPr>
          <w:rFonts w:ascii="Courier New" w:hAnsi="Courier New"/>
          <w:color w:val="555555"/>
          <w:sz w:val="20"/>
        </w:rPr>
        <w:t>[15]</w:t>
      </w:r>
    </w:p>
    <w:p>
      <w:r>
        <w:rPr>
          <w:rFonts w:ascii="Gentium Plus" w:hAnsi="Gentium Plus"/>
          <w:sz w:val="24"/>
        </w:rPr>
        <w:t>τὰ ὑποκάτω τῶν ὀφρύων κοιλότερα καὶ τοὺς ὀφθαλμούς, πα‐ ρατετηρῆσθαι πᾶσιν, ὅτι ἐστὶν ἐν τῷ ἑκκαιδεκάτῳ ἔτει ὁ ἵππος.</w:t>
      </w:r>
    </w:p>
    <w:p>
      <w:r>
        <w:rPr>
          <w:rFonts w:ascii="Courier New" w:hAnsi="Courier New"/>
          <w:color w:val="555555"/>
          <w:sz w:val="20"/>
        </w:rPr>
        <w:t>[95 . 2]</w:t>
      </w:r>
    </w:p>
    <w:p>
      <w:r>
        <w:rPr>
          <w:rFonts w:ascii="Gentium Plus" w:hAnsi="Gentium Plus"/>
          <w:sz w:val="24"/>
        </w:rPr>
        <w:t>ἀκμάζει δὲ ἀπὸ τοῦ καταρτισμοῦ εἰς ἄλλα ἔτη ὀκτὼ ὁ μα‐ λακόπους, ὁ δὲ στερεόπους δέκα. ἴσθι δ’ ὅτι, ἂν πλέον κινή‐ σῃς αὐτὸν ὑπὲρ τοῦτον τὸν χρόνον, κάμνει καὶ οὐχ ὑπομένει. ἀνίεται γὰρ τῶν ἐμπροσθίων ποδῶν τὰ κύνοπλα, τὰ μεσοκύνια</w:t>
      </w:r>
    </w:p>
    <w:p>
      <w:r>
        <w:rPr>
          <w:rFonts w:ascii="Courier New" w:hAnsi="Courier New"/>
          <w:color w:val="555555"/>
          <w:sz w:val="20"/>
        </w:rPr>
        <w:t>[5]</w:t>
      </w:r>
    </w:p>
    <w:p>
      <w:r>
        <w:rPr>
          <w:rFonts w:ascii="Gentium Plus" w:hAnsi="Gentium Plus"/>
          <w:sz w:val="24"/>
        </w:rPr>
        <w:t>λεγόμενα, ἐκ τῶν σφυρῶν, καὶ οὐ δύναται περιπατεῖν οὐδὲ ἑστάναι, ῥίπτει τε ἑαυτόν. ζῇ δὲ ὁ στερεόπους ἀπὸ τῆς γενέ‐ σεως εἰς τὸν καταγηρασμὸν ἔτη κηʹ ἢ κθʹ, τριάκοντα δὲ οὐ πληροῖ ῥᾳδίως· ὁ δὲ μαλακόπους κδʹ. \|</w:t>
      </w:r>
    </w:p>
    <w:p>
      <w:r>
        <w:rPr>
          <w:rFonts w:ascii="Courier New" w:hAnsi="Courier New"/>
          <w:color w:val="555555"/>
          <w:sz w:val="20"/>
        </w:rPr>
        <w:t>[95 . 3]</w:t>
      </w:r>
    </w:p>
    <w:p>
      <w:r>
        <w:rPr>
          <w:rFonts w:ascii="Gentium Plus" w:hAnsi="Gentium Plus"/>
          <w:sz w:val="24"/>
        </w:rPr>
        <w:t>ὀδοντοβολοῦσι δέ τινες ἀπὸ τῶν πρώτων τοὺς δευτέρους μῆνας ὀκτὼ διαλιπόντες, καὶ τοὺς ἐσχάτους βαλόντες τὸν ἴσον χρόνον διαλείπουσι. τοὺς μὲν πρώτους χρόνους ὑπεραίρει οὐδεὶς τῶν πρωτοβολούντων οὐδὲ λείπεται, ἐν δὲ τοῖς λοιποῖς</w:t>
      </w:r>
    </w:p>
    <w:p>
      <w:r>
        <w:rPr>
          <w:rFonts w:ascii="Courier New" w:hAnsi="Courier New"/>
          <w:color w:val="555555"/>
          <w:sz w:val="20"/>
        </w:rPr>
        <w:t>[5]</w:t>
      </w:r>
    </w:p>
    <w:p>
      <w:r>
        <w:rPr>
          <w:rFonts w:ascii="Gentium Plus" w:hAnsi="Gentium Plus"/>
          <w:sz w:val="24"/>
        </w:rPr>
        <w:t>οὐκ ἔστι τὰ αὐτὰ παρὰ πᾶσιν, οὐδὲ τηροῦσι τὸν ἴσον χρόνον, ἀλλὰ καταλαμβάνουσιν οἱ δεύτεροι τοὺς πρώτους καὶ οἱ ἔσχα‐</w:t>
      </w:r>
    </w:p>
    <w:p>
      <w:r>
        <w:rPr>
          <w:rFonts w:ascii="Courier New" w:hAnsi="Courier New"/>
          <w:color w:val="555555"/>
          <w:sz w:val="20"/>
        </w:rPr>
        <w:t>[10]</w:t>
      </w:r>
    </w:p>
    <w:p>
      <w:r>
        <w:rPr>
          <w:rFonts w:ascii="Gentium Plus" w:hAnsi="Gentium Plus"/>
          <w:sz w:val="24"/>
        </w:rPr>
        <w:t>τους, καὶ τὰς προσφυὰς τὰς πρὸς αὐτοὺς ἀλλάσσουσιν. ὅταν δὲ γένωνται ἀπὸ τοῦ καταρτισμοῦ ἐν ἄλλοις ἔτεσι τρισί, ῥήγνυ‐ ται ὁ ὀδοὺς καὶ περιφερὴς γίνεται καὶ τριγωνίζεται, καὶ τότε μάλιστα ῥεῦμα ἐμπίπτει εἰς τὸ στόμα τῶν ἵππων.</w:t>
      </w:r>
    </w:p>
    <w:p>
      <w:r>
        <w:rPr>
          <w:rFonts w:ascii="Courier New" w:hAnsi="Courier New"/>
          <w:color w:val="555555"/>
          <w:sz w:val="20"/>
        </w:rPr>
        <w:t>[95 . 4]</w:t>
      </w:r>
    </w:p>
    <w:p>
      <w:r>
        <w:rPr>
          <w:rFonts w:ascii="Gentium Plus" w:hAnsi="Gentium Plus"/>
          <w:sz w:val="24"/>
        </w:rPr>
        <w:t>ἔχει δὲ ὀδόντας τοὺς ἐμπροσθίους ἄνωθεν ὀκτὼ καὶ κά‐ τωθεν ὀκτὼ \| σὺν τοῖς κυνόδουσι, καὶ γομφίους ἐν τῇ μιᾷ σιαγόνι ἄνωθεν ἓξ καὶ κάτωθεν ἕξ, καὶ ἐν τῇ ἑτέρᾳ ὡσαύτως. τοὺς πάντας δὲ ἔχει τεσσαράκοντα ἐκτὸς τῶν προσφυῶν, ὄνος</w:t>
      </w:r>
    </w:p>
    <w:p>
      <w:r>
        <w:rPr>
          <w:rFonts w:ascii="Courier New" w:hAnsi="Courier New"/>
          <w:color w:val="555555"/>
          <w:sz w:val="20"/>
        </w:rPr>
        <w:t>[5]</w:t>
      </w:r>
    </w:p>
    <w:p>
      <w:r>
        <w:rPr>
          <w:rFonts w:ascii="Gentium Plus" w:hAnsi="Gentium Plus"/>
          <w:sz w:val="24"/>
        </w:rPr>
        <w:t>δὲ καὶ ἡμίονος τριάκοντα ἓξ καὶ τὰς προσφυάς.</w:t>
      </w:r>
    </w:p>
    <w:p>
      <w:pPr>
        <w:jc w:val="center"/>
      </w:pPr>
      <w:r>
        <w:rPr>
          <w:rFonts w:ascii="Gentium Plus" w:hAnsi="Gentium Plus"/>
          <w:b/>
          <w:sz w:val="24"/>
        </w:rPr>
        <w:t>Τιβερίου πρὸς ὀδόντας ῥευματιζομένους ἀπο‐</w:t>
      </w:r>
    </w:p>
    <w:p>
      <w:r>
        <w:rPr>
          <w:rFonts w:ascii="Courier New" w:hAnsi="Courier New"/>
          <w:color w:val="555555"/>
          <w:sz w:val="20"/>
        </w:rPr>
        <w:t>[t2]</w:t>
      </w:r>
    </w:p>
    <w:p>
      <w:r>
        <w:rPr>
          <w:rFonts w:ascii="Gentium Plus" w:hAnsi="Gentium Plus"/>
          <w:sz w:val="24"/>
        </w:rPr>
        <w:t>κρουστικόν, ὠφελοῦν καὶ εἰς ἀνθρώπους.</w:t>
      </w:r>
    </w:p>
    <w:p>
      <w:r>
        <w:rPr>
          <w:rFonts w:ascii="Courier New" w:hAnsi="Courier New"/>
          <w:color w:val="555555"/>
          <w:sz w:val="20"/>
        </w:rPr>
        <w:t>[1]</w:t>
      </w:r>
    </w:p>
    <w:p>
      <w:r>
        <w:rPr>
          <w:rFonts w:ascii="Gentium Plus" w:hAnsi="Gentium Plus"/>
          <w:sz w:val="24"/>
        </w:rPr>
        <w:t>Γλήχωνος πεφρυγμένου γο αʹ, ἴρεως Ἰλλυρικῆς καὶ ἅλατος ὀρυκτοῦ πεφρυγμένου ἀνὰ γο αʹ, ὀστέου σηπίας κεκαυμένου οὐγκίας τὸ τρίτον, κήρυκος λέπους κεκαυμένου γο γʹ, πεπέ‐ ρεως καὶ σμύρνης ἀνὰ γρά. ἕν.</w:t>
      </w:r>
    </w:p>
    <w:p>
      <w:pPr>
        <w:jc w:val="center"/>
      </w:pPr>
      <w:r>
        <w:rPr>
          <w:rFonts w:ascii="Gentium Plus" w:hAnsi="Gentium Plus"/>
          <w:b/>
          <w:sz w:val="24"/>
        </w:rPr>
        <w:t>στυπτικὸν πρὸς ὀδόντας, ἵνα ἐπικρατῇ τὸν</w:t>
      </w:r>
    </w:p>
    <w:p>
      <w:r>
        <w:rPr>
          <w:rFonts w:ascii="Courier New" w:hAnsi="Courier New"/>
          <w:color w:val="555555"/>
          <w:sz w:val="20"/>
        </w:rPr>
        <w:t>[t2]</w:t>
      </w:r>
    </w:p>
    <w:p>
      <w:r>
        <w:rPr>
          <w:rFonts w:ascii="Gentium Plus" w:hAnsi="Gentium Plus"/>
          <w:sz w:val="24"/>
        </w:rPr>
        <w:t>βόλον ἐνιαυτὸν ἕνα καὶ μῆνας ἕξ.</w:t>
      </w:r>
    </w:p>
    <w:p>
      <w:r>
        <w:rPr>
          <w:rFonts w:ascii="Courier New" w:hAnsi="Courier New"/>
          <w:color w:val="555555"/>
          <w:sz w:val="20"/>
        </w:rPr>
        <w:t>[1]</w:t>
      </w:r>
    </w:p>
    <w:p>
      <w:r>
        <w:rPr>
          <w:rFonts w:ascii="Gentium Plus" w:hAnsi="Gentium Plus"/>
          <w:sz w:val="24"/>
        </w:rPr>
        <w:t>Βάτου ἀκρεμόνων γο γʹ, ὀμφακίτιδος γο γʹ, ῥόας, στυπτη‐ ρίας σχιστῆς ἀνὰ γο αʹ, σώρεως, ἰοῦ, μίσυος ἀνὰ γο αʹ, ἀκαν‐ θίου Ἀλεξανδρινοῦ γο γʹ. ταῦτα λειώσας ἕψησον ἐν ὄξους \ 〈ϛʹ 𐆅, μέχρις οὗ καταλειφθῶσιν 𐆅 δʹ. καὶ ὅταν μέλλῃ πρω‐</w:t>
      </w:r>
    </w:p>
    <w:p>
      <w:r>
        <w:rPr>
          <w:rFonts w:ascii="Courier New" w:hAnsi="Courier New"/>
          <w:color w:val="555555"/>
          <w:sz w:val="20"/>
        </w:rPr>
        <w:t>[5]</w:t>
      </w:r>
    </w:p>
    <w:p>
      <w:r>
        <w:rPr>
          <w:rFonts w:ascii="Gentium Plus" w:hAnsi="Gentium Plus"/>
          <w:sz w:val="24"/>
        </w:rPr>
        <w:t>τοβολεῖν τὸ κτῆνος, σπογγαρίῳ αὐτὰ τὰ οὖλα ἐξ αὐτοῦ λαμ‐</w:t>
      </w:r>
    </w:p>
    <w:p>
      <w:pPr>
        <w:jc w:val="center"/>
      </w:pPr>
      <w:r>
        <w:rPr>
          <w:rFonts w:ascii="Gentium Plus" w:hAnsi="Gentium Plus"/>
          <w:b/>
          <w:sz w:val="24"/>
        </w:rPr>
        <w:t>περὶ τοῦ πῶς δεῖ καίειν καὶ πότε.</w:t>
      </w:r>
    </w:p>
    <w:p>
      <w:pPr>
        <w:jc w:val="center"/>
      </w:pPr>
      <w:r>
        <w:rPr>
          <w:rFonts w:ascii="Gentium Plus" w:hAnsi="Gentium Plus"/>
          <w:b/>
          <w:sz w:val="24"/>
        </w:rPr>
        <w:t>Αψύρτου.</w:t>
      </w:r>
    </w:p>
    <w:p>
      <w:r>
        <w:rPr>
          <w:rFonts w:ascii="Courier New" w:hAnsi="Courier New"/>
          <w:color w:val="555555"/>
          <w:sz w:val="20"/>
        </w:rPr>
        <w:t>[96 . 1]</w:t>
      </w:r>
    </w:p>
    <w:p>
      <w:r>
        <w:rPr>
          <w:rFonts w:ascii="Gentium Plus" w:hAnsi="Gentium Plus"/>
          <w:sz w:val="24"/>
        </w:rPr>
        <w:t>Ἄψυρτος Ῥούφῳ Ὀκταουΐῳ χαίρειν. ἐσπουδακότι σοι ἐν τῇ ἰατρικῇ τῶν ἵππων ἐν παντὶ μέρει καὶ ζητοῦντι, ὃν δεῖ τρόπον καίειν, ἐπιδείξομεν, ἵνα καὶ τοῖς ἐμπείροις τοῦ ἔργου καὶ τοῖς ἰδιώταις εὔδηλον γένηται. πυρετοῦ τὴν καῦσιν δεῖ</w:t>
      </w:r>
    </w:p>
    <w:p>
      <w:r>
        <w:rPr>
          <w:rFonts w:ascii="Courier New" w:hAnsi="Courier New"/>
          <w:color w:val="555555"/>
          <w:sz w:val="20"/>
        </w:rPr>
        <w:t>[5]</w:t>
      </w:r>
    </w:p>
    <w:p>
      <w:r>
        <w:rPr>
          <w:rFonts w:ascii="Gentium Plus" w:hAnsi="Gentium Plus"/>
          <w:sz w:val="24"/>
        </w:rPr>
        <w:t>ποιεῖσθαι ἀπὸ τῆς κεφαλῆς παρ’ ἑκάτερα τῆς λοφιᾶς ῥάβδους μακράς, παρὰ τὴν χαίτην προστιθέντας ἐναλλὰξ γόμφους ὀρ‐ θοὺς λαβδοειδεῖς μέχρι τῆς ἐκφύσεως τῶν ὤμων. ἡγεμονικῆς γὰρ ὑπαρχούσης ἐν τῷ σώματι αὐτῆς καὶ μὴ κρατουμένης ὑπὸ τοῦ πάθους, οὐ διαφωνήσει τὸ ζῷον. καὶ τῶν ὀπισθοτονι‐</w:t>
      </w:r>
    </w:p>
    <w:p>
      <w:r>
        <w:rPr>
          <w:rFonts w:ascii="Courier New" w:hAnsi="Courier New"/>
          <w:color w:val="555555"/>
          <w:sz w:val="20"/>
        </w:rPr>
        <w:t>[10]</w:t>
      </w:r>
    </w:p>
    <w:p>
      <w:r>
        <w:rPr>
          <w:rFonts w:ascii="Gentium Plus" w:hAnsi="Gentium Plus"/>
          <w:sz w:val="24"/>
        </w:rPr>
        <w:t>κῶν δὲ δεῖ καίειν τοὺς αὐτοὺς τόπους οὕτως, ἀντισπᾶ\ τὸ πάθος. τὸν δὲ νεφριτικὸν καύσομεν κατὰ τὸν σύν‐ δεσμον τῶν ἰσχίων καὶ τῆς κύστεως γόμφοις ὀρθίοις, μὴ πλεί‐ οσιν εἴκοσι τεσσάρων, παρ’ ἑκάτερα τῆς ῥάχεως τοὺς ἡμίσεις, τριστοιχίαν ποιούμενοι, ἀπέχοντας ἀπ’ ἀλλήλων πλάτος δακτύ‐</w:t>
      </w:r>
    </w:p>
    <w:p>
      <w:r>
        <w:rPr>
          <w:rFonts w:ascii="Courier New" w:hAnsi="Courier New"/>
          <w:color w:val="555555"/>
          <w:sz w:val="20"/>
        </w:rPr>
        <w:t>[15]</w:t>
      </w:r>
    </w:p>
    <w:p>
      <w:r>
        <w:rPr>
          <w:rFonts w:ascii="Gentium Plus" w:hAnsi="Gentium Plus"/>
          <w:sz w:val="24"/>
        </w:rPr>
        <w:t>λων τριῶν. τὰ δὲ παραπρήσματα καύσομεν παρὰ τὴν ἰγνύν, ἐὰν ᾖ πρόσφατα καὶ ἁπαλά, πῶρον δὲ πεποιηκότα οὐκέτι. σφυρὰ δὲ καὶ γόνατα καύσομεν μανδακηδὸν ἐξ ἐπιπολῆς, διὰ τὸ εἶναι τὸν τόπον ψιλὸν καὶ κατάνευρον.</w:t>
      </w:r>
    </w:p>
    <w:p>
      <w:r>
        <w:rPr>
          <w:rFonts w:ascii="Courier New" w:hAnsi="Courier New"/>
          <w:color w:val="555555"/>
          <w:sz w:val="20"/>
        </w:rPr>
        <w:t>[96 . 2]</w:t>
      </w:r>
    </w:p>
    <w:p>
      <w:r>
        <w:rPr>
          <w:rFonts w:ascii="Gentium Plus" w:hAnsi="Gentium Plus"/>
          <w:sz w:val="24"/>
        </w:rPr>
        <w:t>ὅταν δὲ ᾖ ἐκ τῶν ὁδοιποριῶν καὶ φορτίων ῥύσιν ἔχων ἐπὶ τὸ γόνυ, ἢ ἐκ προσκρούσματος πονῇ αὐτὸ καὶ χωλεύῃ χρονίως, ἢ ὀλισθήσας καὶ πεσὼν διάτασιν πάθῃ τῶν ὀστέων, ἢ τὰ σφυρὰ ἐξ ὁδοιποριῶν καὶ φορτίων συμβαίνῃ πονεῖν καὶ τὰ ἐν</w:t>
      </w:r>
    </w:p>
    <w:p>
      <w:r>
        <w:rPr>
          <w:rFonts w:ascii="Courier New" w:hAnsi="Courier New"/>
          <w:color w:val="555555"/>
          <w:sz w:val="20"/>
        </w:rPr>
        <w:t>[5]</w:t>
      </w:r>
    </w:p>
    <w:p>
      <w:r>
        <w:rPr>
          <w:rFonts w:ascii="Gentium Plus" w:hAnsi="Gentium Plus"/>
          <w:sz w:val="24"/>
        </w:rPr>
        <w:t>αὐτοῖς νεῦρα καὶ τὰς ἀρτηρίας οἰδαίνειν, καὶ γίνεσθαι ἐκ τούτου παράσφυρον, καὶ τοῦτον δεῖ καίειν. ὅσοις δὲ ῥεύματα ἐμπίπτει εἰς τὰ σφυρά, ἅτινα παρα\|πρήσματα ἢ μελικη‐ ρίδες ἢ ὑδατίδες καλοῦνται, ἢ εἰς τὰ γόνατα, οὐ δεῖ καί‐ ειν. ὁμοίως οὐδὲ τὰ ἐν ποσὶ στρέμματα καυστέον. συμβαί‐</w:t>
      </w:r>
    </w:p>
    <w:p>
      <w:r>
        <w:rPr>
          <w:rFonts w:ascii="Courier New" w:hAnsi="Courier New"/>
          <w:color w:val="555555"/>
          <w:sz w:val="20"/>
        </w:rPr>
        <w:t>[10]</w:t>
      </w:r>
    </w:p>
    <w:p>
      <w:r>
        <w:rPr>
          <w:rFonts w:ascii="Gentium Plus" w:hAnsi="Gentium Plus"/>
          <w:sz w:val="24"/>
        </w:rPr>
        <w:t>νει γὰρ κατάφραξιν γίνεσθαι τῆς χοινικίδος, τῶν γόμφων ἐπι‐ τιθεμένων ἐπὶ τὸ κύνοπλον καὶ τὴν ἔκφυσιν. ὃ ἁμαρτάνουσιν οἱ ποιοῦντες. οὐ δύναται γὰρ ἑτέρα ὁπλὴ καταβῆναι, καὶ γίνε‐ ται χωλός.</w:t>
      </w:r>
    </w:p>
    <w:p>
      <w:r>
        <w:rPr>
          <w:rFonts w:ascii="Courier New" w:hAnsi="Courier New"/>
          <w:color w:val="555555"/>
          <w:sz w:val="20"/>
        </w:rPr>
        <w:t>[96 . 3]</w:t>
      </w:r>
    </w:p>
    <w:p>
      <w:r>
        <w:rPr>
          <w:rFonts w:ascii="Gentium Plus" w:hAnsi="Gentium Plus"/>
          <w:sz w:val="24"/>
        </w:rPr>
        <w:t>περιττώματα δὲ λέγεται, ὃ ῥωμαϊστὶ καλοῦσι φαλ‐ κίνινα. εἰσὶ δὲ ἐκβολαὶ ἐν τῷ σώματι ὅμοιαι δοθιῆσι καὶ μείζονες, καὶ πυοῦνται καὶ ἔκρηξιν λαμβάνουσιν αὐτόματοι. καὶ ταῦτα οὐ δεῖ καίειν. ἔστι γὰρ ἀνάχυσις μάλεως τῆς ἀρ‐</w:t>
      </w:r>
    </w:p>
    <w:p>
      <w:r>
        <w:rPr>
          <w:rFonts w:ascii="Courier New" w:hAnsi="Courier New"/>
          <w:color w:val="555555"/>
          <w:sz w:val="20"/>
        </w:rPr>
        <w:t>[5]</w:t>
      </w:r>
    </w:p>
    <w:p>
      <w:r>
        <w:rPr>
          <w:rFonts w:ascii="Gentium Plus" w:hAnsi="Gentium Plus"/>
          <w:sz w:val="24"/>
        </w:rPr>
        <w:t>θρίτιδος, ἣν δεῖ προκαλεῖσθαι ἔξω. περικαιομένων δὲ αὐτῶν, ἀναγκαῖον στένωσιν γίνεσθαι τῆς ἐξόδου. συμβαίνει γὰρ μετα‐</w:t>
      </w:r>
    </w:p>
    <w:p>
      <w:r>
        <w:rPr>
          <w:rFonts w:ascii="Courier New" w:hAnsi="Courier New"/>
          <w:color w:val="555555"/>
          <w:sz w:val="20"/>
        </w:rPr>
        <w:t>[96 . 4]</w:t>
      </w:r>
    </w:p>
    <w:p>
      <w:r>
        <w:rPr>
          <w:rFonts w:ascii="Gentium Plus" w:hAnsi="Gentium Plus"/>
          <w:sz w:val="24"/>
        </w:rPr>
        <w:t>αἱ δὲ καύσεις θεραπεύονται οὕτως· τῇ πρώτῃ ἡμέρᾳ λεπτῷ ἅλατι καὶ ἐλαίῳ δεῖ καταβρέχειν τοὺς γόμφους πτεροῖς βάπτον‐ τας, καὶ ταῖς ἐχομέναις γλοιῷ παιδικῷ δὶς τῆς ἡμέρας ἕως ἡμερῶν ἑπτά, ἵνα ἀποπέσωσιν αἱ ἐσχάραι. εἶτα ἀποσμήχειν</w:t>
      </w:r>
    </w:p>
    <w:p>
      <w:r>
        <w:rPr>
          <w:rFonts w:ascii="Courier New" w:hAnsi="Courier New"/>
          <w:color w:val="555555"/>
          <w:sz w:val="20"/>
        </w:rPr>
        <w:t>[5]</w:t>
      </w:r>
    </w:p>
    <w:p>
      <w:r>
        <w:rPr>
          <w:rFonts w:ascii="Gentium Plus" w:hAnsi="Gentium Plus"/>
          <w:sz w:val="24"/>
        </w:rPr>
        <w:t>οἴνῳ παλαιῷ καὶ ὕδατι θερμῷ ἄμφω μίξαντα, καὶ μετὰ τὴν ἀπόσμηξιν καταβρέχειν οἴνῳ καὶ ἐλαίῳ, καὶ προσπάσσειν ἄλευ‐ ρον ὀρόβινον, ταῖς δὲ ἐχομέναις ὕδατι θερμῷ χρῆσθαι δὶς τῆς ἡμέρας καὶ τῷ ὀροβίνῳ ὡσαύτως· ἐὰν δὲ μὴ ᾖ γλοιός, χρη‐ στέον συνθέματι τοιούτῳ· κηρὸν καὶ πίσσαν ὑγρὰν καὶ στέαρ</w:t>
      </w:r>
    </w:p>
    <w:p>
      <w:r>
        <w:rPr>
          <w:rFonts w:ascii="Courier New" w:hAnsi="Courier New"/>
          <w:color w:val="555555"/>
          <w:sz w:val="20"/>
        </w:rPr>
        <w:t>[10]</w:t>
      </w:r>
    </w:p>
    <w:p>
      <w:r>
        <w:rPr>
          <w:rFonts w:ascii="Gentium Plus" w:hAnsi="Gentium Plus"/>
          <w:sz w:val="24"/>
        </w:rPr>
        <w:t>χοίρειον καὶ ἅλας καὶ ἔλαιον μίξαντα καὶ τρίψαντα ἐν ταὐτῷ, καταχρίειν ἐν πτεροῖς. τῷ δὲ νεφριτιῶντι ἑβδομαίῳ γενομένῳ, εἰ μὴ ἐκπίπτωσιν αἱ ἐσχάραι ἀπὸ τοῦ καταχρίσματος, ἴσθι ὅτι τῶν ἐντός τι ἀπέρρωγε, καὶ ζῆν οὐ δύναται, χρόνον δὲ παρέλ‐ κει. ἄριστος δὲ καιρὸς εἰς τὸ καίειν ἐαρινὸς καὶ θερινός. \|</w:t>
      </w:r>
    </w:p>
    <w:p>
      <w:pPr>
        <w:jc w:val="center"/>
      </w:pPr>
      <w:r>
        <w:rPr>
          <w:rFonts w:ascii="Gentium Plus" w:hAnsi="Gentium Plus"/>
          <w:b/>
          <w:sz w:val="24"/>
        </w:rPr>
        <w:t>Θεομνήστου περὶ καυτηρίων.</w:t>
      </w:r>
    </w:p>
    <w:p>
      <w:r>
        <w:rPr>
          <w:rFonts w:ascii="Courier New" w:hAnsi="Courier New"/>
          <w:color w:val="555555"/>
          <w:sz w:val="20"/>
        </w:rPr>
        <w:t>[96 . 5]</w:t>
      </w:r>
    </w:p>
    <w:p>
      <w:r>
        <w:rPr>
          <w:rFonts w:ascii="Gentium Plus" w:hAnsi="Gentium Plus"/>
          <w:sz w:val="24"/>
        </w:rPr>
        <w:t>Τῶν δὲ παραπρησμάτων ἤτοι μελικηρίδων λεγομένων, ἅτινα ἐν τοῖς ὀπίσω σκέλεσι γίνεται, τίνα δεῖ καίειν καὶ πότε; ἐροῦμεν, ὅτι τότε καύσομεν αὐτά, ὅταν ᾖ πρόσφατα· πώρων δὲ γενομένων ἀφαιμάξομεν. σφυρὰ δὲ καὶ γόνατα καὶ ὅσα</w:t>
      </w:r>
    </w:p>
    <w:p>
      <w:r>
        <w:rPr>
          <w:rFonts w:ascii="Courier New" w:hAnsi="Courier New"/>
          <w:color w:val="555555"/>
          <w:sz w:val="20"/>
        </w:rPr>
        <w:t>[5]</w:t>
      </w:r>
    </w:p>
    <w:p>
      <w:r>
        <w:rPr>
          <w:rFonts w:ascii="Gentium Plus" w:hAnsi="Gentium Plus"/>
          <w:sz w:val="24"/>
        </w:rPr>
        <w:t>περὶ τὰ νεῦρα μέρη καύσομεν πεφεισμένως· ἐνδότερον δὲ οὔ, ἐπεὶ χωλεύσομεν τὰ νεῦρα καίοντες. καὶ ὅταν δὲ ἀπὸ δρόμων</w:t>
      </w:r>
    </w:p>
    <w:p>
      <w:r>
        <w:rPr>
          <w:rFonts w:ascii="Courier New" w:hAnsi="Courier New"/>
          <w:color w:val="555555"/>
          <w:sz w:val="20"/>
        </w:rPr>
        <w:t>[10]</w:t>
      </w:r>
    </w:p>
    <w:p>
      <w:r>
        <w:rPr>
          <w:rFonts w:ascii="Gentium Plus" w:hAnsi="Gentium Plus"/>
          <w:sz w:val="24"/>
        </w:rPr>
        <w:t>σομεν μέχρι βύρσης. γίνεται δὲ καὶ περὶ τὰ σφυρὰ ἀλγήματα τοῖς ὑποζυγίοις ἢ ἐξ ὁδοιποριῶν μακρῶν ἢ φορτίων, καὶ συμ‐ βαίνει αὐτοῖς πονεῖν τὰ νεῦρα καὶ τὰς ἀρτηρίας ἀνοιδαίνειν, μείζονά τε γίνεται τὰ σφυρὰ \| παρὰ φύσιν, καὶ μάλιστα προ‐ κοπτόντων τῷ χρόνῳ. καλοῦσι δὲ τὰ τοιαῦτα ζῷα παράσφυρα.</w:t>
      </w:r>
    </w:p>
    <w:p>
      <w:r>
        <w:rPr>
          <w:rFonts w:ascii="Courier New" w:hAnsi="Courier New"/>
          <w:color w:val="555555"/>
          <w:sz w:val="20"/>
        </w:rPr>
        <w:t>[15]</w:t>
      </w:r>
    </w:p>
    <w:p>
      <w:r>
        <w:rPr>
          <w:rFonts w:ascii="Gentium Plus" w:hAnsi="Gentium Plus"/>
          <w:sz w:val="24"/>
        </w:rPr>
        <w:t>καὶ ταῦτα οὖν δεῖ καίειν πεφεισμένως ὀρθοῖς καυτηρίοις.</w:t>
      </w:r>
    </w:p>
    <w:p>
      <w:r>
        <w:rPr>
          <w:rFonts w:ascii="Courier New" w:hAnsi="Courier New"/>
          <w:color w:val="555555"/>
          <w:sz w:val="20"/>
        </w:rPr>
        <w:t>[96 . 6]</w:t>
      </w:r>
    </w:p>
    <w:p>
      <w:r>
        <w:rPr>
          <w:rFonts w:ascii="Gentium Plus" w:hAnsi="Gentium Plus"/>
          <w:sz w:val="24"/>
        </w:rPr>
        <w:t>οἷς δὲ ῥεύματα ἐμπίπτει εἰς τὰ σφυρὰ ἢ τὰ γόνατα, καὶ ποιεῖ παραπρήσματα ἢ μελικηρίδας τὰς ὑπό τινων ὑδατίδας καλουμένας, τούτους οὐ χρὴ καίειν. ἀλλ’ οὐδὲ τὰ παράχηλα στρέμματα· ἐκπεσεῖται γὰρ ἡ χηλὴ καὶ ἄλλη οὐ φύεται, καὶ</w:t>
      </w:r>
    </w:p>
    <w:p>
      <w:r>
        <w:rPr>
          <w:rFonts w:ascii="Courier New" w:hAnsi="Courier New"/>
          <w:color w:val="555555"/>
          <w:sz w:val="20"/>
        </w:rPr>
        <w:t>[5]</w:t>
      </w:r>
    </w:p>
    <w:p>
      <w:r>
        <w:rPr>
          <w:rFonts w:ascii="Gentium Plus" w:hAnsi="Gentium Plus"/>
          <w:sz w:val="24"/>
        </w:rPr>
        <w:t>ἔσται τὸ ζῷον ἄχρηστον. ἀλλ’ οὐδὲ τὰς ἐπαναστάσεις τὰς ἐν ὅλῳ τῷ σώματι δοθιῆσιν ὁμοίας γινομένας χρὴ καίειν. μάλεως γάρ ἐστιν ἀνάχυσις, καὶ στεγνουμένη ὑπὸ τῶν καυτηρίων εἴσω στρέφεται, καὶ κακοῖ τὸ ζῷον. τὰς δὲ ἐν τοῖς ἄρθροις ὑδα‐ τίδας οὐ δεῖ καίειν.</w:t>
      </w:r>
    </w:p>
    <w:p>
      <w:r>
        <w:rPr>
          <w:rFonts w:ascii="Courier New" w:hAnsi="Courier New"/>
          <w:color w:val="555555"/>
          <w:sz w:val="20"/>
        </w:rPr>
        <w:t>[96 . 7]</w:t>
      </w:r>
    </w:p>
    <w:p>
      <w:r>
        <w:rPr>
          <w:rFonts w:ascii="Gentium Plus" w:hAnsi="Gentium Plus"/>
          <w:sz w:val="24"/>
        </w:rPr>
        <w:t>τὰ μέντοι ἀπὸ τῶν καυτηρίων ἐσχα‐ ρώματα θεραπεύσομεν ὕδατι θερμῷ καταντλοῦντες, εἶτα ἀπο‐ μαλάσσοντες καὶ λιπαρᾷ καταχρίοντες. αὐτὰς δὲ τὰς καύσεις θεραπεύσομεν ἐν τῇ πρώτῃ ἡμέρᾳ ἁλὶ λεπτῷ λελειω\|μένῳ κα‐</w:t>
      </w:r>
    </w:p>
    <w:p>
      <w:r>
        <w:rPr>
          <w:rFonts w:ascii="Courier New" w:hAnsi="Courier New"/>
          <w:color w:val="555555"/>
          <w:sz w:val="20"/>
        </w:rPr>
        <w:t>[5]</w:t>
      </w:r>
    </w:p>
    <w:p>
      <w:r>
        <w:rPr>
          <w:rFonts w:ascii="Gentium Plus" w:hAnsi="Gentium Plus"/>
          <w:sz w:val="24"/>
        </w:rPr>
        <w:t>λῶς μετ’ ἐλαίου, διὰ πτερῶν τὴν κατάχρισιν ποιοῦντες. ταῖς δὲ ἑξῆς ἡμέραις συντεθειμένῳ φαρμάκῳ ἀπὸ κηροῦ καὶ πίσσης ὑγρᾶς καὶ στέατος χοιρείου καὶ ἁλὸς καὶ ἐλαίου ὡς γλοιῷ</w:t>
      </w:r>
    </w:p>
    <w:p>
      <w:r>
        <w:rPr>
          <w:rFonts w:ascii="Courier New" w:hAnsi="Courier New"/>
          <w:color w:val="555555"/>
          <w:sz w:val="20"/>
        </w:rPr>
        <w:t>[10]</w:t>
      </w:r>
    </w:p>
    <w:p>
      <w:r>
        <w:rPr>
          <w:rFonts w:ascii="Gentium Plus" w:hAnsi="Gentium Plus"/>
          <w:sz w:val="24"/>
        </w:rPr>
        <w:t>μετὰ δὲ τὴν ἀπόσμηξιν κατάβρεχε οἴνῳ καὶ ἐλαίῳ, καὶ ἐπί‐ παττε ἄλευρα ἐξ ὀρόβων γεγονότα, καὶ τῇ ἑξῆς ὕδατι θερμῷ κατάπλυνε δὶς τῆς ἡμέρας, καὶ χρῶ τῷ φαρμάκῳ τῷ διὰ στέα‐ τος, ὡς προγέγραπται. τοῦ δὲ ἐπὶ τοῖς ἰσχίοις καέντος νεφρι‐ τικοῦ, εἰ μὴ ἐκπέσωσιν εἴσω τῶν ἑπτὰ ἡμερῶν αἱ ἐσχάραι,</w:t>
      </w:r>
    </w:p>
    <w:p>
      <w:r>
        <w:rPr>
          <w:rFonts w:ascii="Courier New" w:hAnsi="Courier New"/>
          <w:color w:val="555555"/>
          <w:sz w:val="20"/>
        </w:rPr>
        <w:t>[15]</w:t>
      </w:r>
    </w:p>
    <w:p>
      <w:r>
        <w:rPr>
          <w:rFonts w:ascii="Gentium Plus" w:hAnsi="Gentium Plus"/>
          <w:sz w:val="24"/>
        </w:rPr>
        <w:t>γίνωσκε τοῦτον δυσσώστως ἔχειν, καὶ ἐρρηχέναι τι τῶν ἔνδον αὐτοῦ, ἢ ἀπεσπάσθαι τοὺς νεφρούς.</w:t>
      </w:r>
    </w:p>
    <w:p>
      <w:pPr>
        <w:jc w:val="center"/>
      </w:pPr>
      <w:r>
        <w:rPr>
          <w:rFonts w:ascii="Gentium Plus" w:hAnsi="Gentium Plus"/>
          <w:b/>
          <w:sz w:val="24"/>
        </w:rPr>
        <w:t>ἄλλο κατάπλασμα καυστικόν.</w:t>
      </w:r>
    </w:p>
    <w:p>
      <w:r>
        <w:rPr>
          <w:rFonts w:ascii="Courier New" w:hAnsi="Courier New"/>
          <w:color w:val="555555"/>
          <w:sz w:val="20"/>
        </w:rPr>
        <w:t>[1]</w:t>
      </w:r>
    </w:p>
    <w:p>
      <w:r>
        <w:rPr>
          <w:rFonts w:ascii="Gentium Plus" w:hAnsi="Gentium Plus"/>
          <w:sz w:val="24"/>
        </w:rPr>
        <w:t>Τιτάνου μέρος ἓν προσφάτου καὶ τρυγὸς οἰνηρᾶς κεκαυ‐ μένης ἴσον φυράσας κονίᾳ σχι\|νίνῃ, ἢ ἀπὸ καλάμης κυάμων, ἢ ἀπὸ ἐλαίας πυρήνων, τούτῳ χρῆσαι προσφάτῳ. ἢ κάππαριν τρίψας πρόσφατον ἐπιτίθει, ἢ τηλεφύλλου φύλλα τρίψας, καὶ</w:t>
      </w:r>
    </w:p>
    <w:p>
      <w:r>
        <w:rPr>
          <w:rFonts w:ascii="Courier New" w:hAnsi="Courier New"/>
          <w:color w:val="555555"/>
          <w:sz w:val="20"/>
        </w:rPr>
        <w:t>[5]</w:t>
      </w:r>
    </w:p>
    <w:p>
      <w:r>
        <w:rPr>
          <w:rFonts w:ascii="Gentium Plus" w:hAnsi="Gentium Plus"/>
          <w:sz w:val="24"/>
        </w:rPr>
        <w:t>διεὶς ὀπῷ συκῆς καὶ ὄξει, ἢ προσφάτου τιτάνου δραχμὴν καὶ νίτρου ἀφροῦ δραχμὰς γʹ, καὶ τρυγὸς ὀξηρᾶς κεκαυμένης ὁλκὰς δύο, ἑψήσας ἐν κονίᾳ δριμείᾳ χρῶ.</w:t>
      </w:r>
    </w:p>
    <w:p>
      <w:pPr>
        <w:jc w:val="center"/>
      </w:pPr>
      <w:r>
        <w:rPr>
          <w:rFonts w:ascii="Gentium Plus" w:hAnsi="Gentium Plus"/>
          <w:b/>
          <w:sz w:val="24"/>
        </w:rPr>
        <w:t>ἄλλο καυστικὸν ἐπὶ τῶν χωλασμάτων.</w:t>
      </w:r>
    </w:p>
    <w:p>
      <w:r>
        <w:rPr>
          <w:rFonts w:ascii="Courier New" w:hAnsi="Courier New"/>
          <w:color w:val="555555"/>
          <w:sz w:val="20"/>
        </w:rPr>
        <w:t>[1]</w:t>
      </w:r>
    </w:p>
    <w:p>
      <w:r>
        <w:rPr>
          <w:rFonts w:ascii="Gentium Plus" w:hAnsi="Gentium Plus"/>
          <w:sz w:val="24"/>
        </w:rPr>
        <w:t>Ἐν τοῖς ἄρθροις ἢ ἐν ἄλλῳ οἱῳδήποτε τόπῳ οἰδημάτων ἢ σκληρωμάτων ἢ μελικηρίδων προσφάτων ἐκ πληγῆς ἢ ἄλλης τινὸς αἰτίας ἢ καὶ αὐτομάτως γινομένων, ἔστι θεραπεία αὕτη· ἀσφάλτου στατῆρας ηʹ, Κολοφωνίας ῥητίνης στατῆρας δʹ,</w:t>
      </w:r>
    </w:p>
    <w:p>
      <w:r>
        <w:rPr>
          <w:rFonts w:ascii="Courier New" w:hAnsi="Courier New"/>
          <w:color w:val="555555"/>
          <w:sz w:val="20"/>
        </w:rPr>
        <w:t>[5]</w:t>
      </w:r>
    </w:p>
    <w:p>
      <w:r>
        <w:rPr>
          <w:rFonts w:ascii="Gentium Plus" w:hAnsi="Gentium Plus"/>
          <w:sz w:val="24"/>
        </w:rPr>
        <w:t>πίσσης ξηρᾶς στατῆρας δʹ, κηροῦ στατῆρας ἕξ, χαλβάνης στα‐ τῆρα ἕνα, ὀποπάνακος στατῆρα ἕνα, τιτάνου στατῆρα ἕνα· πάντα ὁμοῦ συνθερμάνας ὅσον ἡ χεὶρ ἀνέχεται, κατάχριε. \|</w:t>
      </w:r>
    </w:p>
    <w:p>
      <w:pPr>
        <w:jc w:val="center"/>
      </w:pPr>
      <w:r>
        <w:rPr>
          <w:rFonts w:ascii="Gentium Plus" w:hAnsi="Gentium Plus"/>
          <w:b/>
          <w:sz w:val="24"/>
        </w:rPr>
        <w:t>ἄλλο καυστικὸν πρὸς νεύρων πόνους.</w:t>
      </w:r>
    </w:p>
    <w:p>
      <w:r>
        <w:rPr>
          <w:rFonts w:ascii="Courier New" w:hAnsi="Courier New"/>
          <w:color w:val="555555"/>
          <w:sz w:val="20"/>
        </w:rPr>
        <w:t>[1]</w:t>
      </w:r>
    </w:p>
    <w:p>
      <w:r>
        <w:rPr>
          <w:rFonts w:ascii="Gentium Plus" w:hAnsi="Gentium Plus"/>
          <w:sz w:val="24"/>
        </w:rPr>
        <w:t>Χαλβάνης, στύρακος, βδελλίου, λιβάνου ἀλεύρου, πίσσης Βρυττίας, ἀσφάλτου, ἐπ’ ἴσης πάντα βαλών, καὶ τὰ ξηρὰ λει‐ ώσας καὶ τοῖς ὑγροῖς συμμίξας, χρῶ.</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Ἀρσενικοῦ γο αʹ, ἀσβέστου γο ϛʹ ἰδίως τρίψας καὶ μί‐ ξας χρῶ.</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Ῥητίνης Κολοφωνίας, ἀσφάλτου Ἰουδαϊκῆς, θείου ἀπύρου, πίσσης νεαρᾶς, κηροῦ ἴσῳ σταθμῷ μετὰ στέατος τραγείου συνεψήσας χρῶ.</w:t>
      </w:r>
    </w:p>
    <w:p>
      <w:pPr>
        <w:jc w:val="center"/>
      </w:pPr>
      <w:r>
        <w:rPr>
          <w:rFonts w:ascii="Gentium Plus" w:hAnsi="Gentium Plus"/>
          <w:b/>
          <w:sz w:val="24"/>
        </w:rPr>
        <w:t>ἄλλο ἐπὶ ἑλκῶν καυστικόν.</w:t>
      </w:r>
    </w:p>
    <w:p>
      <w:r>
        <w:rPr>
          <w:rFonts w:ascii="Courier New" w:hAnsi="Courier New"/>
          <w:color w:val="555555"/>
          <w:sz w:val="20"/>
        </w:rPr>
        <w:t>[1]</w:t>
      </w:r>
    </w:p>
    <w:p>
      <w:r>
        <w:rPr>
          <w:rFonts w:ascii="Gentium Plus" w:hAnsi="Gentium Plus"/>
          <w:sz w:val="24"/>
        </w:rPr>
        <w:t>Χαλκάνθης ὁλκὰς βʹ, στυπτηρίας σχιστῆς γο τὸ cʹ, χαλ‐ κίτιδος γο αʹ, ἰοῦ ξυστοῦ γο ϛʹ. ταῦτα κόψας καὶ λειώσας σὺν ὄξει δριμυτάτῳ λευκῷ, ἕψησον ὁμοῦ ἐν χαλκείῳ, ἕως ζέσῃ ἅπαξ, καὶ πάλιν λείου, παρεμβαλὼν σμύρνης ὁλκήν. εἶτα</w:t>
      </w:r>
    </w:p>
    <w:p>
      <w:r>
        <w:rPr>
          <w:rFonts w:ascii="Courier New" w:hAnsi="Courier New"/>
          <w:color w:val="555555"/>
          <w:sz w:val="20"/>
        </w:rPr>
        <w:t>[5]</w:t>
      </w:r>
    </w:p>
    <w:p>
      <w:r>
        <w:rPr>
          <w:rFonts w:ascii="Gentium Plus" w:hAnsi="Gentium Plus"/>
          <w:sz w:val="24"/>
        </w:rPr>
        <w:t>ἀπόθου καὶ χρῶ δι’ ὄξους. \</w:t>
      </w:r>
    </w:p>
    <w:p>
      <w:pPr>
        <w:jc w:val="center"/>
      </w:pPr>
      <w:r>
        <w:rPr>
          <w:rFonts w:ascii="Gentium Plus" w:hAnsi="Gentium Plus"/>
          <w:b/>
          <w:sz w:val="24"/>
        </w:rPr>
        <w:t>ἄλλο μάλαγμα καυστικόν.</w:t>
      </w:r>
    </w:p>
    <w:p>
      <w:r>
        <w:rPr>
          <w:rFonts w:ascii="Courier New" w:hAnsi="Courier New"/>
          <w:color w:val="555555"/>
          <w:sz w:val="20"/>
        </w:rPr>
        <w:t>[1]</w:t>
      </w:r>
    </w:p>
    <w:p>
      <w:r>
        <w:rPr>
          <w:rFonts w:ascii="Gentium Plus" w:hAnsi="Gentium Plus"/>
          <w:sz w:val="24"/>
        </w:rPr>
        <w:t>Προπόλεως γο βʹ, χαλβάνης γο αʹ, βδελλίου γο γʹ, ῥητί‐ νης λίτραν αʹ γο αʹ, ἀσφάλτου γο γʹ, πίσσης Βρυττίας λί‐</w:t>
      </w:r>
    </w:p>
    <w:p>
      <w:pPr>
        <w:jc w:val="center"/>
      </w:pPr>
      <w:r>
        <w:rPr>
          <w:rFonts w:ascii="Gentium Plus" w:hAnsi="Gentium Plus"/>
          <w:b/>
          <w:sz w:val="24"/>
        </w:rPr>
        <w:t>πρὸς πόνον κόξης.</w:t>
      </w:r>
    </w:p>
    <w:p>
      <w:r>
        <w:rPr>
          <w:rFonts w:ascii="Courier New" w:hAnsi="Courier New"/>
          <w:color w:val="555555"/>
          <w:sz w:val="20"/>
        </w:rPr>
        <w:t>[1]</w:t>
      </w:r>
    </w:p>
    <w:p>
      <w:r>
        <w:rPr>
          <w:rFonts w:ascii="Gentium Plus" w:hAnsi="Gentium Plus"/>
          <w:sz w:val="24"/>
        </w:rPr>
        <w:t>Συγχρίσμασι χρῆσαι ἐπὶ ἡμέραις ηʹ. εἰ δὲ ἀνάγκη ἐπείγοι, φλεβοτόμει, καὶ χρῶ βοηθήματι τούτῳ· εὐφορβίου, ἁλὸς κοινοῦ ἀνὰ γο δʹ, πίσσης ὑγρᾶς γρά. δʹ, συνεψήσας χρῶ.</w:t>
      </w:r>
    </w:p>
    <w:p>
      <w:pPr>
        <w:jc w:val="center"/>
      </w:pPr>
      <w:r>
        <w:rPr>
          <w:rFonts w:ascii="Gentium Plus" w:hAnsi="Gentium Plus"/>
          <w:b/>
          <w:sz w:val="24"/>
        </w:rPr>
        <w:t>ἄλλο· Ἀψύρτου καυστικὸν πρὸς κοξαρίους.</w:t>
      </w:r>
    </w:p>
    <w:p>
      <w:r>
        <w:rPr>
          <w:rFonts w:ascii="Courier New" w:hAnsi="Courier New"/>
          <w:color w:val="555555"/>
          <w:sz w:val="20"/>
        </w:rPr>
        <w:t>[1]</w:t>
      </w:r>
    </w:p>
    <w:p>
      <w:r>
        <w:rPr>
          <w:rFonts w:ascii="Gentium Plus" w:hAnsi="Gentium Plus"/>
          <w:sz w:val="24"/>
        </w:rPr>
        <w:t>Χαλβάνης, ὀποπάνακος, μυελοῦ ἐλαφείου, τερεβινθίνης, ἀμμωνιακοῦ, βδελλίου, προπόλεως, κροκομάγματος, ὄξους, πίσ‐ σης ξηρᾶς, πίσσης ὑγρᾶς, ἀσφάλτου Ἰουδαϊκῆς, ἐλαίου Κυπρί‐ νου, ῥητίνης ἀφροῦ, τουτέστιν ἀποφυσήματος, στέατος ταυ‐</w:t>
      </w:r>
    </w:p>
    <w:p>
      <w:r>
        <w:rPr>
          <w:rFonts w:ascii="Courier New" w:hAnsi="Courier New"/>
          <w:color w:val="555555"/>
          <w:sz w:val="20"/>
        </w:rPr>
        <w:t>[5]</w:t>
      </w:r>
    </w:p>
    <w:p>
      <w:r>
        <w:rPr>
          <w:rFonts w:ascii="Gentium Plus" w:hAnsi="Gentium Plus"/>
          <w:sz w:val="24"/>
        </w:rPr>
        <w:t>ρείου, κηροῦ ἀνὰ λίτρας δύο.</w:t>
      </w:r>
    </w:p>
    <w:p>
      <w:pPr>
        <w:jc w:val="center"/>
      </w:pPr>
      <w:r>
        <w:rPr>
          <w:rFonts w:ascii="Gentium Plus" w:hAnsi="Gentium Plus"/>
          <w:b/>
          <w:sz w:val="24"/>
        </w:rPr>
        <w:t>ἄλλο. \</w:t>
      </w:r>
    </w:p>
    <w:p>
      <w:r>
        <w:rPr>
          <w:rFonts w:ascii="Courier New" w:hAnsi="Courier New"/>
          <w:color w:val="555555"/>
          <w:sz w:val="20"/>
        </w:rPr>
        <w:t>[1]</w:t>
      </w:r>
    </w:p>
    <w:p>
      <w:r>
        <w:rPr>
          <w:rFonts w:ascii="Gentium Plus" w:hAnsi="Gentium Plus"/>
          <w:sz w:val="24"/>
        </w:rPr>
        <w:t>Χαλκίτιδος λίτραν αʹ, μέλιτος, ἀλόης ἀνὰ γο ἕξ, ὄξους ξέστην ἕνα, προβατείου ἀξουγγίου καὶ κηροῦ ἀνὰ λίτραν αʹ, ῥόδων γο ἕξ.</w:t>
      </w:r>
    </w:p>
    <w:p>
      <w:pPr>
        <w:jc w:val="center"/>
      </w:pPr>
      <w:r>
        <w:rPr>
          <w:rFonts w:ascii="Gentium Plus" w:hAnsi="Gentium Plus"/>
          <w:b/>
          <w:sz w:val="24"/>
        </w:rPr>
        <w:t>ἄλλο καυστικὸν πρὸς νεύρων πόνους.</w:t>
      </w:r>
    </w:p>
    <w:p>
      <w:r>
        <w:rPr>
          <w:rFonts w:ascii="Courier New" w:hAnsi="Courier New"/>
          <w:color w:val="555555"/>
          <w:sz w:val="20"/>
        </w:rPr>
        <w:t>[1]</w:t>
      </w:r>
    </w:p>
    <w:p>
      <w:r>
        <w:rPr>
          <w:rFonts w:ascii="Gentium Plus" w:hAnsi="Gentium Plus"/>
          <w:sz w:val="24"/>
        </w:rPr>
        <w:t>Στύρακος λίτρας βʹ, χαλβάνης, βδελλίου, προπόλεως, Κο‐ λοφωνίας, οἰσύπου, ἀμμωνιακοῦ θυμιάματος, πίσσης ξηρᾶς, δαφνίδων ἀνὰ λίτραν αʹ, ἀσφάλτου, ὄξους ἀνὰ οὐγκίας ἕξ.</w:t>
      </w:r>
    </w:p>
    <w:p>
      <w:pPr>
        <w:jc w:val="center"/>
      </w:pPr>
      <w:r>
        <w:rPr>
          <w:rFonts w:ascii="Gentium Plus" w:hAnsi="Gentium Plus"/>
          <w:b/>
          <w:sz w:val="24"/>
        </w:rPr>
        <w:t>ἄλλο· σύνθεσις καυστικοῦ.</w:t>
      </w:r>
    </w:p>
    <w:p>
      <w:r>
        <w:rPr>
          <w:rFonts w:ascii="Courier New" w:hAnsi="Courier New"/>
          <w:color w:val="555555"/>
          <w:sz w:val="20"/>
        </w:rPr>
        <w:t>[1]</w:t>
      </w:r>
    </w:p>
    <w:p>
      <w:r>
        <w:rPr>
          <w:rFonts w:ascii="Gentium Plus" w:hAnsi="Gentium Plus"/>
          <w:sz w:val="24"/>
        </w:rPr>
        <w:t>Κηροῦ λίτρας εʹ, προπόλεως Ἀττικῆς λίτρας δʹ, ἀμμω‐</w:t>
      </w:r>
    </w:p>
    <w:p>
      <w:r>
        <w:rPr>
          <w:rFonts w:ascii="Courier New" w:hAnsi="Courier New"/>
          <w:color w:val="555555"/>
          <w:sz w:val="20"/>
        </w:rPr>
        <w:t>[5]</w:t>
      </w:r>
    </w:p>
    <w:p>
      <w:r>
        <w:rPr>
          <w:rFonts w:ascii="Gentium Plus" w:hAnsi="Gentium Plus"/>
          <w:sz w:val="24"/>
        </w:rPr>
        <w:t>λίτρας δʹ, ῥητίνης φρυκτῆς λίτρας δʹ, στύρακος λίτρας βʹ, βδελλίου λίτρας δʹ, μυελοῦ ἐλαφείου λίτραν αʹ, στέατος ταυ‐ ρείου γο ἕξ, ὀπίου λίτρας βʹ, θείου ζῶντος \| λίτρας ιβʹ, μέλι‐ τος κοτύλας βʹ, οἴνου παλαιοῦ κοτύλας δʹ, χαμαιμήλου τετριμ‐ μένου γο αʹ. ταῦτα συντρίψας εἰς ἓν καὶ βαλὼν εἰς σκεῦος</w:t>
      </w:r>
    </w:p>
    <w:p>
      <w:r>
        <w:rPr>
          <w:rFonts w:ascii="Courier New" w:hAnsi="Courier New"/>
          <w:color w:val="555555"/>
          <w:sz w:val="20"/>
        </w:rPr>
        <w:t>[10]</w:t>
      </w:r>
    </w:p>
    <w:p>
      <w:r>
        <w:rPr>
          <w:rFonts w:ascii="Gentium Plus" w:hAnsi="Gentium Plus"/>
          <w:sz w:val="24"/>
        </w:rPr>
        <w:t>χαλκοῦν, χρῶ πρὸς πάντα τὰ πρόσφατα ἕλκη.</w:t>
      </w:r>
    </w:p>
    <w:p>
      <w:pPr>
        <w:jc w:val="center"/>
      </w:pPr>
      <w:r>
        <w:rPr>
          <w:rFonts w:ascii="Gentium Plus" w:hAnsi="Gentium Plus"/>
          <w:b/>
          <w:sz w:val="24"/>
        </w:rPr>
        <w:t>ἄλλο κατάχρισμα καυστικόν. Ἱεροκλέους.</w:t>
      </w:r>
    </w:p>
    <w:p>
      <w:r>
        <w:rPr>
          <w:rFonts w:ascii="Courier New" w:hAnsi="Courier New"/>
          <w:color w:val="555555"/>
          <w:sz w:val="20"/>
        </w:rPr>
        <w:t>[1]</w:t>
      </w:r>
    </w:p>
    <w:p>
      <w:r>
        <w:rPr>
          <w:rFonts w:ascii="Gentium Plus" w:hAnsi="Gentium Plus"/>
          <w:sz w:val="24"/>
        </w:rPr>
        <w:t>Ἀποχύματος, ῥητίνης φρυκτῆς, ἀσφάλτου Ἰουδαϊκῆς, πίσσης, κηροῦ, ἰξοῦ ἀνὰ λίτραν αʹ, ἀμμωνιακοῦ γο ἕξ, λι‐ βανωτοῦ γο δʹ, χαλβάνης γο βʹ, ὀποπάνακος γο βʹ, τὰ τηκτὰ τήξας, ἐπίβαλλε τὸν ὀποπάνακα προλελειωμένον, καὶ βαλὼν</w:t>
      </w:r>
    </w:p>
    <w:p>
      <w:r>
        <w:rPr>
          <w:rFonts w:ascii="Courier New" w:hAnsi="Courier New"/>
          <w:color w:val="555555"/>
          <w:sz w:val="20"/>
        </w:rPr>
        <w:t>[5]</w:t>
      </w:r>
    </w:p>
    <w:p>
      <w:r>
        <w:rPr>
          <w:rFonts w:ascii="Gentium Plus" w:hAnsi="Gentium Plus"/>
          <w:sz w:val="24"/>
        </w:rPr>
        <w:t>εἰς τροῦλλαν καὶ κινῶν τῇ σπάθῃ, κατάχριε. ἐὰν δὲ κατά‐ σκληρον γένηται, πρόσμιγε ἀξουγγίου παλαιοῦ λελυμένου καὶ ἀμμωνιακοῦ τὸ ἀρκοῦν. καὶ ἄνευ δὲ τοῦ ἰξοῦ καλῶς ποιεῖ. καύματος δὲ ὄντος, ἵνα μὴ λυθῇ τὸ κατάχρισμα, πρόσβαλλε ἀποξύσματος πλοίου γο ἕξ, καὶ οὕτως κατάχριε. ἐὰν δὲ μὴ ᾖ</w:t>
      </w:r>
    </w:p>
    <w:p>
      <w:r>
        <w:rPr>
          <w:rFonts w:ascii="Courier New" w:hAnsi="Courier New"/>
          <w:color w:val="555555"/>
          <w:sz w:val="20"/>
        </w:rPr>
        <w:t>[10]</w:t>
      </w:r>
    </w:p>
    <w:p>
      <w:r>
        <w:rPr>
          <w:rFonts w:ascii="Gentium Plus" w:hAnsi="Gentium Plus"/>
          <w:sz w:val="24"/>
        </w:rPr>
        <w:t>ξύσμα πλοίου, ἀνθήλης \ κῶν καταχρισμάτων ἄριστον.</w:t>
      </w:r>
    </w:p>
    <w:p>
      <w:pPr>
        <w:jc w:val="center"/>
      </w:pPr>
      <w:r>
        <w:rPr>
          <w:rFonts w:ascii="Gentium Plus" w:hAnsi="Gentium Plus"/>
          <w:b/>
          <w:sz w:val="24"/>
        </w:rPr>
        <w:t>ἄλλο κατάχρισμα καυστικόν.</w:t>
      </w:r>
    </w:p>
    <w:p>
      <w:r>
        <w:rPr>
          <w:rFonts w:ascii="Courier New" w:hAnsi="Courier New"/>
          <w:color w:val="555555"/>
          <w:sz w:val="20"/>
        </w:rPr>
        <w:t>[1]</w:t>
      </w:r>
    </w:p>
    <w:p>
      <w:r>
        <w:rPr>
          <w:rFonts w:ascii="Gentium Plus" w:hAnsi="Gentium Plus"/>
          <w:sz w:val="24"/>
        </w:rPr>
        <w:t>Ἀσφάλτου Ἰουδαϊκῆς, στυπτηρίας σχιστῆς ἀνὰ γο ἕξ, ἀξουγγίου παλαιοῦ λίτραν αʹ, λιθαργύρου γο γʹ, χαλβάνης, ὀποπάνακος ἀνὰ γο αʹ, ὄξους σκιλλητικοῦ ξέ. αʹ, ἐλαίου ἡμί‐</w:t>
      </w:r>
    </w:p>
    <w:p>
      <w:pPr>
        <w:jc w:val="center"/>
      </w:pPr>
      <w:r>
        <w:rPr>
          <w:rFonts w:ascii="Gentium Plus" w:hAnsi="Gentium Plus"/>
          <w:b/>
          <w:sz w:val="24"/>
        </w:rPr>
        <w:t>ἄλλο Πελαγωνίου καυστικὸν θερμόν.</w:t>
      </w:r>
    </w:p>
    <w:p>
      <w:r>
        <w:rPr>
          <w:rFonts w:ascii="Courier New" w:hAnsi="Courier New"/>
          <w:color w:val="555555"/>
          <w:sz w:val="20"/>
        </w:rPr>
        <w:t>[1]</w:t>
      </w:r>
    </w:p>
    <w:p>
      <w:r>
        <w:rPr>
          <w:rFonts w:ascii="Gentium Plus" w:hAnsi="Gentium Plus"/>
          <w:sz w:val="24"/>
        </w:rPr>
        <w:t>Λιθαργύρου λίτραν μίαν, 〈νίτρου γο γʹ〉, ἀμμωνιακοῦ γο γʹ, λεπίδος Κυπρίας γο ἕξ, ῥητίνης φρυκτῆς γο ἕξ, κηροῦ λίτραν μίαν, χαλκοῦ κεκαυμένου γο γʹ, ψιμυθίου γο ἕξ, ἐλαίου ξέ. ἕνα.</w:t>
      </w:r>
    </w:p>
    <w:p>
      <w:pPr>
        <w:jc w:val="center"/>
      </w:pPr>
      <w:r>
        <w:rPr>
          <w:rFonts w:ascii="Gentium Plus" w:hAnsi="Gentium Plus"/>
          <w:b/>
          <w:sz w:val="24"/>
        </w:rPr>
        <w:t>καυστικὸν πρὸς ὤμους καὶ ἁρμοὺς καὶ κόξας</w:t>
      </w:r>
    </w:p>
    <w:p>
      <w:r>
        <w:rPr>
          <w:rFonts w:ascii="Courier New" w:hAnsi="Courier New"/>
          <w:color w:val="555555"/>
          <w:sz w:val="20"/>
        </w:rPr>
        <w:t>[t2]</w:t>
      </w:r>
    </w:p>
    <w:p>
      <w:r>
        <w:rPr>
          <w:rFonts w:ascii="Gentium Plus" w:hAnsi="Gentium Plus"/>
          <w:sz w:val="24"/>
        </w:rPr>
        <w:t>〈τοῦ Ἡμερίτου〉.</w:t>
      </w:r>
    </w:p>
    <w:p>
      <w:r>
        <w:rPr>
          <w:rFonts w:ascii="Courier New" w:hAnsi="Courier New"/>
          <w:color w:val="555555"/>
          <w:sz w:val="20"/>
        </w:rPr>
        <w:t>[1]</w:t>
      </w:r>
    </w:p>
    <w:p>
      <w:r>
        <w:rPr>
          <w:rFonts w:ascii="Gentium Plus" w:hAnsi="Gentium Plus"/>
          <w:sz w:val="24"/>
        </w:rPr>
        <w:t>Χαλβάνης γο ἕξ, ἀμμωνιακοῦ γο δʹ, πίσσης Βρυττίας γρά. εʹ, ἀσφάλτου γο δʹ, ἀψινθίου γο βʹ, βδελλίου, μήκωνος σπέρματος, προπόλεως, λιβάνου ἄλευρον, δαφνοκόκκων, ῥητί‐ νης Κολοφωνίας ἀνὰ γο βʹ, δικτάμνου \| γο εʹ, ῥητίνης γαστρι‐</w:t>
      </w:r>
    </w:p>
    <w:p>
      <w:r>
        <w:rPr>
          <w:rFonts w:ascii="Courier New" w:hAnsi="Courier New"/>
          <w:color w:val="555555"/>
          <w:sz w:val="20"/>
        </w:rPr>
        <w:t>[5]</w:t>
      </w:r>
    </w:p>
    <w:p>
      <w:r>
        <w:rPr>
          <w:rFonts w:ascii="Gentium Plus" w:hAnsi="Gentium Plus"/>
          <w:sz w:val="24"/>
        </w:rPr>
        <w:t>κῆς γο εʹ, κηροῦ λίτρας βʹ.</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Κηροῦ λίτραν αʹ, ἀσφάλτου λίτραν αʹ, ῥητίνης τερεβιν‐ θίνης λίτραν αʹ, ἀμμωνιακοῦ 𐆃 ἕξ, βδελλίου γο αʹ, οἰσύπου γο αʹ, χαλβάνης γο γʹ, στύρακος γο γʹ, μάννης γο αʹ, στυ‐ πτηρίας σχιστῆς γο γʹ, ὄξους γο δʹ, ἐλαίου καρυΐνου γο αʹ,</w:t>
      </w:r>
    </w:p>
    <w:p>
      <w:r>
        <w:rPr>
          <w:rFonts w:ascii="Courier New" w:hAnsi="Courier New"/>
          <w:color w:val="555555"/>
          <w:sz w:val="20"/>
        </w:rPr>
        <w:t>[5]</w:t>
      </w:r>
    </w:p>
    <w:p>
      <w:r>
        <w:rPr>
          <w:rFonts w:ascii="Gentium Plus" w:hAnsi="Gentium Plus"/>
          <w:sz w:val="24"/>
        </w:rPr>
        <w:t>ἐλαίου παλαιοῦ γο αʹ, νίτρου γο αʹ, πεπέρεως γο βʹ, ἰξοῦ γο βʹ, πετροσελίνου γο αʹ, προπόλεως γο βʹ.</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Κηροῦ λίτραν μίαν, ῥητίνης φρυκτῆς γο ἕξ, ἀμμωνιακοῦ γο γʹ, κώνης γο γʹ, βδελλίου γο αʹ, χαλβάνης γο αʹ, ἀσφάλτου Ἰουδαϊκῆς γο ἕξ, ἀξουγγίου παλαιοῦ γο ἕξ, οἴνου κυάθους τρεῖς.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Ὄξους σκιλλητικοῦ ξέ. αʹ Ἰταλικόν, πίσσης Βρυττίας ξέ. αʹ,</w:t>
      </w:r>
    </w:p>
    <w:p>
      <w:r>
        <w:rPr>
          <w:rFonts w:ascii="Courier New" w:hAnsi="Courier New"/>
          <w:color w:val="555555"/>
          <w:sz w:val="20"/>
        </w:rPr>
        <w:t>[5]</w:t>
      </w:r>
    </w:p>
    <w:p>
      <w:r>
        <w:rPr>
          <w:rFonts w:ascii="Gentium Plus" w:hAnsi="Gentium Plus"/>
          <w:sz w:val="24"/>
        </w:rPr>
        <w:t>κατάχριε. καὶ μετὰ τοῦτο κάνναβιν κόπτων καὶ ποιῶν ἐλλύ‐ χνια ἐπιτίθει συνδέων τὸν τόπον.</w:t>
      </w:r>
    </w:p>
    <w:p>
      <w:pPr>
        <w:jc w:val="center"/>
      </w:pPr>
      <w:r>
        <w:rPr>
          <w:rFonts w:ascii="Gentium Plus" w:hAnsi="Gentium Plus"/>
          <w:b/>
          <w:sz w:val="24"/>
        </w:rPr>
        <w:t>κατασκευὴ καυστῆρος.</w:t>
      </w:r>
    </w:p>
    <w:p>
      <w:r>
        <w:rPr>
          <w:rFonts w:ascii="Courier New" w:hAnsi="Courier New"/>
          <w:color w:val="555555"/>
          <w:sz w:val="20"/>
        </w:rPr>
        <w:t>[1]</w:t>
      </w:r>
    </w:p>
    <w:p>
      <w:r>
        <w:rPr>
          <w:rFonts w:ascii="Gentium Plus" w:hAnsi="Gentium Plus"/>
          <w:sz w:val="24"/>
        </w:rPr>
        <w:t>Σεῦτλα εἰς ὕδωρ καθεψήσας, καὶ τὸν τούτων χυλὸν νίτρῳ καὶ ἐλαίου ἡμίνῃ μίξας, καυτηρίασον. \|</w:t>
      </w:r>
    </w:p>
    <w:p>
      <w:pPr>
        <w:jc w:val="center"/>
      </w:pPr>
      <w:r>
        <w:rPr>
          <w:rFonts w:ascii="Gentium Plus" w:hAnsi="Gentium Plus"/>
          <w:b/>
          <w:sz w:val="24"/>
        </w:rPr>
        <w:t>πῶς δεῖ γραστίζειν.</w:t>
      </w:r>
    </w:p>
    <w:p>
      <w:pPr>
        <w:jc w:val="center"/>
      </w:pPr>
      <w:r>
        <w:rPr>
          <w:rFonts w:ascii="Gentium Plus" w:hAnsi="Gentium Plus"/>
          <w:b/>
          <w:sz w:val="24"/>
        </w:rPr>
        <w:t>Αψύρτου.</w:t>
      </w:r>
    </w:p>
    <w:p>
      <w:r>
        <w:rPr>
          <w:rFonts w:ascii="Courier New" w:hAnsi="Courier New"/>
          <w:color w:val="555555"/>
          <w:sz w:val="20"/>
        </w:rPr>
        <w:t>[97 . 1]</w:t>
      </w:r>
    </w:p>
    <w:p>
      <w:r>
        <w:rPr>
          <w:rFonts w:ascii="Gentium Plus" w:hAnsi="Gentium Plus"/>
          <w:sz w:val="24"/>
        </w:rPr>
        <w:t>Ἄψυρτος Ὠρίωνι Μαρκέλλῳ χαίρειν. ἔγραψάς μοι ἐπερωτῶν, τίνα τρόπον τοὺς ἵππους δεῖ γραστίζειν; ἔστι γὰρ ἀναγκαιοτάτη καὶ πρώτη θεραπεία 〈κατ’ ἔτοσ〉. τὸν ἵππον ἰδίᾳ στήσαντες παραβαλοῦμεν τὴν γράστιν, μηδὲν ἕτερον τῶν</w:t>
      </w:r>
    </w:p>
    <w:p>
      <w:r>
        <w:rPr>
          <w:rFonts w:ascii="Courier New" w:hAnsi="Courier New"/>
          <w:color w:val="555555"/>
          <w:sz w:val="20"/>
        </w:rPr>
        <w:t>[5]</w:t>
      </w:r>
    </w:p>
    <w:p>
      <w:r>
        <w:rPr>
          <w:rFonts w:ascii="Gentium Plus" w:hAnsi="Gentium Plus"/>
          <w:sz w:val="24"/>
        </w:rPr>
        <w:t>τρεφόντων παραβάλλοντες. ἄριστον μὲν εἶναι ταύτην πυρίνην, εἰ δὲ μὴ κριθίνην, ἣν δώσομεν μέχρις ἡμερῶν πέντε, ἀπὸ δὲ τούτων διπλασίονας ἄλλας (ὑπάρχει δὲ βέλτιον, ἐὰν ᾖ παρὰ θάλασσαν ἐσπαρμένη. εἰ δὲ οὐκ ἔστι, τῇ παρούσῃ χρησόμεθα), καὶ κριθῶν καθ’ ἑκάστην ἡμέραν προστιθέντες ἡμιχοίνικον.</w:t>
      </w:r>
    </w:p>
    <w:p>
      <w:r>
        <w:rPr>
          <w:rFonts w:ascii="Courier New" w:hAnsi="Courier New"/>
          <w:color w:val="555555"/>
          <w:sz w:val="20"/>
        </w:rPr>
        <w:t>[10]</w:t>
      </w:r>
    </w:p>
    <w:p>
      <w:r>
        <w:rPr>
          <w:rFonts w:ascii="Gentium Plus" w:hAnsi="Gentium Plus"/>
          <w:sz w:val="24"/>
        </w:rPr>
        <w:t>ὅταν δὲ ἔλθωμεν εἰς τὸ τεταγμένον, μενοῦμεν διδόντες τὴν εἰθισμένην ταγήν, καὶ χλωρὸν \| χόρτον μὴ ἐλλείποντες, ἐφ’ ὅσον ἐὰν ᾖ χρόνον.</w:t>
      </w:r>
    </w:p>
    <w:p>
      <w:r>
        <w:rPr>
          <w:rFonts w:ascii="Courier New" w:hAnsi="Courier New"/>
          <w:color w:val="555555"/>
          <w:sz w:val="20"/>
        </w:rPr>
        <w:t>[97 . 2]</w:t>
      </w:r>
    </w:p>
    <w:p>
      <w:r>
        <w:rPr>
          <w:rFonts w:ascii="Gentium Plus" w:hAnsi="Gentium Plus"/>
          <w:sz w:val="24"/>
        </w:rPr>
        <w:t>ἀπὸ δὲ τῶν πρώτων πέντε 〈ἡμερῶν〉</w:t>
      </w:r>
    </w:p>
    <w:p>
      <w:r>
        <w:rPr>
          <w:rFonts w:ascii="Courier New" w:hAnsi="Courier New"/>
          <w:color w:val="555555"/>
          <w:sz w:val="20"/>
        </w:rPr>
        <w:t>[5]</w:t>
      </w:r>
    </w:p>
    <w:p>
      <w:r>
        <w:rPr>
          <w:rFonts w:ascii="Gentium Plus" w:hAnsi="Gentium Plus"/>
          <w:sz w:val="24"/>
        </w:rPr>
        <w:t>ὁ χρὼς ἔχῃ, καὶ τὰς λοιπὰς παραβαλοῦμεν, καθὼς προγέ‐ γραπται, μετὰ τῶν κριθῶν. ἐὰν δὲ συμβῇ ποτε ἐνδεῆ γενέσθαι τὴν γράστιν μὴ ἴσον δοθῆναι ἐκ τῶν δέκα τὰς πέντε. στήσο‐ μεν δὲ καὶ παραβαλοῦμεν τοῦ μηνὸς λήγοντος, συμμετρούμε‐ νοι τὰς πέντε μέχρι τῆς τριακάδος, ἵνα τῇ νουμηνίᾳ ἀρξώμεθα</w:t>
      </w:r>
    </w:p>
    <w:p>
      <w:r>
        <w:rPr>
          <w:rFonts w:ascii="Courier New" w:hAnsi="Courier New"/>
          <w:color w:val="555555"/>
          <w:sz w:val="20"/>
        </w:rPr>
        <w:t>[10]</w:t>
      </w:r>
    </w:p>
    <w:p>
      <w:r>
        <w:rPr>
          <w:rFonts w:ascii="Gentium Plus" w:hAnsi="Gentium Plus"/>
          <w:sz w:val="24"/>
        </w:rPr>
        <w:t>τὰς λοιπὰς μετὰ τῶν κριθῶν γραστίζειν μέχρι τῆς δεκάτης τοῦ μηνός.</w:t>
      </w:r>
    </w:p>
    <w:p>
      <w:r>
        <w:rPr>
          <w:rFonts w:ascii="Courier New" w:hAnsi="Courier New"/>
          <w:color w:val="555555"/>
          <w:sz w:val="20"/>
        </w:rPr>
        <w:t>[97 . 3]</w:t>
      </w:r>
    </w:p>
    <w:p>
      <w:r>
        <w:rPr>
          <w:rFonts w:ascii="Gentium Plus" w:hAnsi="Gentium Plus"/>
          <w:sz w:val="24"/>
        </w:rPr>
        <w:t>ἀναγκαίως δὲ ἔχει παραβάλλοντας τὴν γράστιν, φλεβοτομεῖν αὐτόν, διακόπτοντας τὰς ἐν τῷ στήθει φλέβας καὶ τὴν ὑπερῴαν, ἵνα τὸ προϋπὸν αἷμα ἀπὸ τῶν ξηρῶν οἵ τε ἰχῶρες ἀπόχυσιν λαμβάνωσιν, οὕτω τε τὸ νέον εἰς καθαρὰς</w:t>
      </w:r>
    </w:p>
    <w:p>
      <w:r>
        <w:rPr>
          <w:rFonts w:ascii="Courier New" w:hAnsi="Courier New"/>
          <w:color w:val="555555"/>
          <w:sz w:val="20"/>
        </w:rPr>
        <w:t>[5]</w:t>
      </w:r>
    </w:p>
    <w:p>
      <w:r>
        <w:rPr>
          <w:rFonts w:ascii="Gentium Plus" w:hAnsi="Gentium Plus"/>
          <w:sz w:val="24"/>
        </w:rPr>
        <w:t>τὰς φλέ\ ῥαδίως ἐμπίπτει εἰς ἀρρωστήματα καὶ μοχθηρίας ὑπομένει.</w:t>
      </w:r>
    </w:p>
    <w:p>
      <w:r>
        <w:rPr>
          <w:rFonts w:ascii="Courier New" w:hAnsi="Courier New"/>
          <w:color w:val="555555"/>
          <w:sz w:val="20"/>
        </w:rPr>
        <w:t>[97 . 4]</w:t>
      </w:r>
    </w:p>
    <w:p>
      <w:r>
        <w:rPr>
          <w:rFonts w:ascii="Gentium Plus" w:hAnsi="Gentium Plus"/>
          <w:sz w:val="24"/>
        </w:rPr>
        <w:t>ὠφέλιμον δὲ καὶ τοῦτο· χλοαζομένῳ ἅλας παραβάλλειν τῷ ἵππῳ, ἵνα μὴ σιγγρίασις γένηται, ἥν τινες ἄφθαν καλοῦσιν, ἐν τῷ στόματι. μηδέποτε δὲ ἵππον βόσκειν ἐν τῷ ὑπαίθρῳ μάλιν ἔχοντα. εὐχερῶς γὰρ ὑποτρέχει τῇ βύρσῃ, καὶ γίνεται</w:t>
      </w:r>
    </w:p>
    <w:p>
      <w:r>
        <w:rPr>
          <w:rFonts w:ascii="Courier New" w:hAnsi="Courier New"/>
          <w:color w:val="555555"/>
          <w:sz w:val="20"/>
        </w:rPr>
        <w:t>[5]</w:t>
      </w:r>
    </w:p>
    <w:p>
      <w:r>
        <w:rPr>
          <w:rFonts w:ascii="Gentium Plus" w:hAnsi="Gentium Plus"/>
          <w:sz w:val="24"/>
        </w:rPr>
        <w:t>ψωρίασις, ἐξ ἧς καὶ μανία γίνεται τοῖς καύμασιν. δεῖ οὖν τὸν τοιοῦτον ἑστῶτα ὑπὸ τὴν στέγην παραβάλλειν. ἄριστον δὲ προκαθάραντα διὰ τοῦ σικύου καὶ τοῦ νίτρου χλοάζειν.</w:t>
      </w:r>
    </w:p>
    <w:p>
      <w:pPr>
        <w:jc w:val="center"/>
      </w:pPr>
      <w:r>
        <w:rPr>
          <w:rFonts w:ascii="Gentium Plus" w:hAnsi="Gentium Plus"/>
          <w:b/>
          <w:sz w:val="24"/>
        </w:rPr>
        <w:t>Ἱεροκλέους εἰς τὸ αὐτό.</w:t>
      </w:r>
    </w:p>
    <w:p>
      <w:r>
        <w:rPr>
          <w:rFonts w:ascii="Courier New" w:hAnsi="Courier New"/>
          <w:color w:val="555555"/>
          <w:sz w:val="20"/>
        </w:rPr>
        <w:t>[97 . 5]</w:t>
      </w:r>
    </w:p>
    <w:p>
      <w:r>
        <w:rPr>
          <w:rFonts w:ascii="Gentium Plus" w:hAnsi="Gentium Plus"/>
          <w:sz w:val="24"/>
        </w:rPr>
        <w:t>Ἐνέτυχόν ποτε συγγράμματι Διοκλέους, δοκιμω‐</w:t>
      </w:r>
    </w:p>
    <w:p>
      <w:r>
        <w:rPr>
          <w:rFonts w:ascii="Courier New" w:hAnsi="Courier New"/>
          <w:color w:val="555555"/>
          <w:sz w:val="20"/>
        </w:rPr>
        <w:t>[5]</w:t>
      </w:r>
    </w:p>
    <w:p>
      <w:r>
        <w:rPr>
          <w:rFonts w:ascii="Gentium Plus" w:hAnsi="Gentium Plus"/>
          <w:sz w:val="24"/>
        </w:rPr>
        <w:t>τοῦ ἦρος ὥραν γραστίζειν τοὺς ἵππους, τὴν χλωρὰν αὐτοῖς παραβάλλοντας πόαν. διαιτηθέντες γὰρ \| καλῶς οὐκ ἐμπεσοῦν‐ ται εὐμαρῶς εἰς τὰ ἀρρωστήματα. ἡνίκα ἂν ὁ καιρὸς ἐπιστῇ τῆς χλόης, ἐξ αὐτῆς τὸν ἵππον ποίησον βοσκηθῆναι χόρτον ἄγριον ἡμέραν μίαν, εἶτα τῇ ἐπιούσῃ ἀναφυσήσας τὰς ῥῖνας</w:t>
      </w:r>
    </w:p>
    <w:p>
      <w:r>
        <w:rPr>
          <w:rFonts w:ascii="Courier New" w:hAnsi="Courier New"/>
          <w:color w:val="555555"/>
          <w:sz w:val="20"/>
        </w:rPr>
        <w:t>[10]</w:t>
      </w:r>
    </w:p>
    <w:p>
      <w:r>
        <w:rPr>
          <w:rFonts w:ascii="Gentium Plus" w:hAnsi="Gentium Plus"/>
          <w:sz w:val="24"/>
        </w:rPr>
        <w:t>ἀναφυσήματι τῷ συγκειμένῳ διὰ κοκκορίζου καὶ φύλλου καὶ κόστου καὶ ἴρεως καὶ πεπέρεως, εὐθέως ἄφες εἰς τὴν νομὴν ἡμέρας δύο που ἢ καὶ τρεῖς, ἵνα ἐπικύπτων μετὰ τὴν ἀναφύ‐ σησιν πᾶν τὸ ἐγκείμενον τῇ κεφαλῇ ὑγρὸν ἐκβάλῃ διὰ τῶν ῥινῶν.</w:t>
      </w:r>
    </w:p>
    <w:p>
      <w:r>
        <w:rPr>
          <w:rFonts w:ascii="Courier New" w:hAnsi="Courier New"/>
          <w:color w:val="555555"/>
          <w:sz w:val="20"/>
        </w:rPr>
        <w:t>[97 . 6]</w:t>
      </w:r>
    </w:p>
    <w:p>
      <w:r>
        <w:rPr>
          <w:rFonts w:ascii="Gentium Plus" w:hAnsi="Gentium Plus"/>
          <w:sz w:val="24"/>
        </w:rPr>
        <w:t>καὶ μετὰ τὸ ἡμέραις βοσκηθῆναι τρισὶν εἰσάγαγε εἰς τὴν ἱπποστασίαν, καὶ χόρτον ἄγριον παράβαλλε ἐπὶ τέσσαρ‐ σιν ἡμέραις. παράβαλλε δὲ καὶ τὴν γράστιν, μάλιστα μὲν πυ‐ ρίνην, εἰ δὲ μή, κριθίνην ἐπὶ ἡμέραις πέντε. καὶ μετὰ τοῦτο</w:t>
      </w:r>
    </w:p>
    <w:p>
      <w:r>
        <w:rPr>
          <w:rFonts w:ascii="Courier New" w:hAnsi="Courier New"/>
          <w:color w:val="555555"/>
          <w:sz w:val="20"/>
        </w:rPr>
        <w:t>[5]</w:t>
      </w:r>
    </w:p>
    <w:p>
      <w:r>
        <w:rPr>
          <w:rFonts w:ascii="Gentium Plus" w:hAnsi="Gentium Plus"/>
          <w:sz w:val="24"/>
        </w:rPr>
        <w:t>φλεβοτόμησον τὸν ἵππον, καὶ τὸ αἷμα ἐκβαλών, μῖξον νίτρῳ καὶ ὄξει καὶ ἐλαίῳ καὶ ᾠοῖς, καὶ οὕτως περίχρισον τὸ ζῷον. καὶ στήσας ἐν ἡλίῳ, ὡς τὸ χρῖσμα ἅπαν ξηρανθῆναι, χρῶ τῇ γράστει μάλιστα μέν, \| ὡς προείπομεν, πυρίνῃ, εἰ δὲ ταύτης ἀπορεῖς, κριθίνῃ, ἐπὶ ἡμέραις πέντε. μετὰ δὲ τὸ πληρωθῆναι</w:t>
      </w:r>
    </w:p>
    <w:p>
      <w:r>
        <w:rPr>
          <w:rFonts w:ascii="Courier New" w:hAnsi="Courier New"/>
          <w:color w:val="555555"/>
          <w:sz w:val="20"/>
        </w:rPr>
        <w:t>[10]</w:t>
      </w:r>
    </w:p>
    <w:p>
      <w:r>
        <w:rPr>
          <w:rFonts w:ascii="Gentium Plus" w:hAnsi="Gentium Plus"/>
          <w:sz w:val="24"/>
        </w:rPr>
        <w:t>τὰς ἡμέρας ἐξάγων τῆς ἱπποστασίας, λοῦσον τὸν ἵππον καὶ ἀπόμαξον σαβάνοις, ὡς πᾶσαν ἀπομαγῆναι τὴν ἰκμάδα. εἶθ’ οὕτως στήσας τὸ ζῷον, παράβαλλε τὴν γράστιν ἐπὶ ἡμέραις τισι, μάλιστα μέν, εἰ ἐγχωρεῖ, τεσσαρεσκαίδεκα, ἐπεί τοί γε μὴ ἔλαττον ἑπτὰ ἢ ἐννέα, ἵνα ὡς ὅτι μάλιστα πιότατος γένηται.</w:t>
      </w:r>
    </w:p>
    <w:p>
      <w:r>
        <w:rPr>
          <w:rFonts w:ascii="Courier New" w:hAnsi="Courier New"/>
          <w:color w:val="555555"/>
          <w:sz w:val="20"/>
        </w:rPr>
        <w:t>[15]</w:t>
      </w:r>
    </w:p>
    <w:p>
      <w:r>
        <w:rPr>
          <w:rFonts w:ascii="Gentium Plus" w:hAnsi="Gentium Plus"/>
          <w:sz w:val="24"/>
        </w:rPr>
        <w:t>χρήσιμον δὲ χλοαζομένῳ αὐτῷ παραβάλλειν ἅλας, ὡς μὴ τὴν λεγομένην ἄφθαν τῷ στόματι αὐτοῦ ἐπιγίγνεσθαι.</w:t>
      </w:r>
    </w:p>
    <w:p>
      <w:r>
        <w:rPr>
          <w:rFonts w:ascii="Courier New" w:hAnsi="Courier New"/>
          <w:color w:val="555555"/>
          <w:sz w:val="20"/>
        </w:rPr>
        <w:t>[97 . 7]</w:t>
      </w:r>
    </w:p>
    <w:p>
      <w:r>
        <w:rPr>
          <w:rFonts w:ascii="Gentium Plus" w:hAnsi="Gentium Plus"/>
          <w:sz w:val="24"/>
        </w:rPr>
        <w:t>ὅθεν τινὲς ἔφασαν βέλτιον εἶναι ἐν παραθαλασσίοις μέρε‐</w:t>
      </w:r>
    </w:p>
    <w:p>
      <w:r>
        <w:rPr>
          <w:rFonts w:ascii="Courier New" w:hAnsi="Courier New"/>
          <w:color w:val="555555"/>
          <w:sz w:val="20"/>
        </w:rPr>
        <w:t>[5]</w:t>
      </w:r>
    </w:p>
    <w:p>
      <w:r>
        <w:rPr>
          <w:rFonts w:ascii="Gentium Plus" w:hAnsi="Gentium Plus"/>
          <w:sz w:val="24"/>
        </w:rPr>
        <w:t>πάθος, καὶ γίνεται ψωρίασις ἑξῆς ἐνίοτε τοῖς καύμασιν, καὶ εἰς μανίαν ἐκτρέπεται τὸ ζῷον. δεῖ οὖν αὐτῷ ὑπὸ στέγην παραβάλλειν τὴν \| γράστιν, προκαθάραντα διὰ τοῦ σικύου καὶ τοῦ νίτρου. πέρας μὲν οὖν ἔχει τὸ σύγγραμμα. συντάγματα δὲ καὶ βοη‐</w:t>
      </w:r>
    </w:p>
    <w:p>
      <w:r>
        <w:rPr>
          <w:rFonts w:ascii="Courier New" w:hAnsi="Courier New"/>
          <w:color w:val="555555"/>
          <w:sz w:val="20"/>
        </w:rPr>
        <w:t>[10]</w:t>
      </w:r>
    </w:p>
    <w:p>
      <w:r>
        <w:rPr>
          <w:rFonts w:ascii="Gentium Plus" w:hAnsi="Gentium Plus"/>
          <w:sz w:val="24"/>
        </w:rPr>
        <w:t>θήματα τούτῳ ὑπετάξαμεν, ἵν’ ὑπάρχῃ πᾶσιν γινώσκειν, πῶς ἕκαστα τούτων κατασκευάζεται.</w:t>
      </w:r>
    </w:p>
    <w:p>
      <w:pPr>
        <w:jc w:val="center"/>
      </w:pPr>
      <w:r>
        <w:rPr>
          <w:rFonts w:ascii="Gentium Plus" w:hAnsi="Gentium Plus"/>
          <w:b/>
          <w:sz w:val="24"/>
        </w:rPr>
        <w:t>Θεομνήστου εἰς τὸ αὐτό.</w:t>
      </w:r>
    </w:p>
    <w:p>
      <w:r>
        <w:rPr>
          <w:rFonts w:ascii="Courier New" w:hAnsi="Courier New"/>
          <w:color w:val="555555"/>
          <w:sz w:val="20"/>
        </w:rPr>
        <w:t>[97 . 8]</w:t>
      </w:r>
    </w:p>
    <w:p>
      <w:r>
        <w:rPr>
          <w:rFonts w:ascii="Gentium Plus" w:hAnsi="Gentium Plus"/>
          <w:sz w:val="24"/>
        </w:rPr>
        <w:t>Ὁ καλῶς ἵπποις καὶ ἡμιόνοις τὴν τῆς ὑγιείας προφυλακὴν ποιούμενος οὐχ ὡς ἔτυχεν περιποιεῖται. φυσικὴ γάρ ἐστι κάθαρσις, ἦρος ὥρᾳ γινομένη τοῦτον τὸν τρόπον· ὅταν ὁ καιρὸς ἐπιστῇ τῆς χλόης περὶ τὰς Ἀπριλίου μηνὸς εἰδούς, εὐδιει‐</w:t>
      </w:r>
    </w:p>
    <w:p>
      <w:r>
        <w:rPr>
          <w:rFonts w:ascii="Courier New" w:hAnsi="Courier New"/>
          <w:color w:val="555555"/>
          <w:sz w:val="20"/>
        </w:rPr>
        <w:t>[5]</w:t>
      </w:r>
    </w:p>
    <w:p>
      <w:r>
        <w:rPr>
          <w:rFonts w:ascii="Gentium Plus" w:hAnsi="Gentium Plus"/>
          <w:sz w:val="24"/>
        </w:rPr>
        <w:t>νὸν ἐπιλεξάμενος ἡμέρας κατάστημα, ἐξάγαγε τοὺς ἵππους καὶ τὰ ἄλλα ζῷα τοῦ ἱπποστασίου, καὶ ἄφες βοσκηθῆναι ἀγρίαν χλόην πρῶτον ἡμέραν μίαν, εἶτα τῇ ἐπιούσῃ ἐμφύσησον αὐτὸν εἰς τὰς ῥῖνας φάρμακον ξηρὸν 〈ἔρρινον〉, οὗ ἡ σύνθεσις αὕτη· κοκκορίζου, πεπέρεως, γλήχωνος, ὀριγάνου ἀνὰ γο αʹ, φύλλου,</w:t>
      </w:r>
    </w:p>
    <w:p>
      <w:r>
        <w:rPr>
          <w:rFonts w:ascii="Courier New" w:hAnsi="Courier New"/>
          <w:color w:val="555555"/>
          <w:sz w:val="20"/>
        </w:rPr>
        <w:t>[10]</w:t>
      </w:r>
    </w:p>
    <w:p>
      <w:r>
        <w:rPr>
          <w:rFonts w:ascii="Gentium Plus" w:hAnsi="Gentium Plus"/>
          <w:sz w:val="24"/>
        </w:rPr>
        <w:t>ἴρεως, κόστου, σικύου ἀγρίου ῥίζης ὅτι μάλιστα λεπτοτάτης ἀνὰ γο cʹ, \| πάντα κόψας καὶ σήσας λεπτῷ κοσκίνῳ, ἐμφύσα διὰ καλαμίσκου εἰς τοὺς μυκτῆρας, καὶ ἀνακρεμάσας ὡς ἡμιώ‐ ριον, ἄφες βοσκηθῆναι ἐπὶ ἡμέραις ἄλλαις τρισίν, ἵνα πᾶν τὸ ἐν ἐγκεφάλῳ ἀπὸ τοῦ χειμῶνος ὑγρὸν σύστημα φλεγματῶδες</w:t>
      </w:r>
    </w:p>
    <w:p>
      <w:r>
        <w:rPr>
          <w:rFonts w:ascii="Courier New" w:hAnsi="Courier New"/>
          <w:color w:val="555555"/>
          <w:sz w:val="20"/>
        </w:rPr>
        <w:t>[15]</w:t>
      </w:r>
    </w:p>
    <w:p>
      <w:r>
        <w:rPr>
          <w:rFonts w:ascii="Gentium Plus" w:hAnsi="Gentium Plus"/>
          <w:sz w:val="24"/>
        </w:rPr>
        <w:t>ὂν τῇ κατανεύσει τῆς κεφαλῆς ἐν τῇ νομῇ καταρρυὲν ἐκκριθῇ.</w:t>
      </w:r>
    </w:p>
    <w:p>
      <w:r>
        <w:rPr>
          <w:rFonts w:ascii="Courier New" w:hAnsi="Courier New"/>
          <w:color w:val="555555"/>
          <w:sz w:val="20"/>
        </w:rPr>
        <w:t>[97 . 9]</w:t>
      </w:r>
    </w:p>
    <w:p>
      <w:r>
        <w:rPr>
          <w:rFonts w:ascii="Gentium Plus" w:hAnsi="Gentium Plus"/>
          <w:sz w:val="24"/>
        </w:rPr>
        <w:t>καὶ μετὰ ταῦτα πάλιν ἄγε ἐπὶ τὴν ἱπποστασίαν, καὶ παράβαλλε ἄγριον χόρτον ἐπὶ ἡμέραις πέντε. τῇ δὲ ἑξῆς ἄρξαι διδόναι τὴν γράστιν, κάλλιον μὲν πυρίνην, εἰ δὲ μή, κριθίνην ἐπὶ ἡμέραις πέντε. καὶ οὕτως φλεβοτόμησον, καὶ</w:t>
      </w:r>
    </w:p>
    <w:p>
      <w:r>
        <w:rPr>
          <w:rFonts w:ascii="Courier New" w:hAnsi="Courier New"/>
          <w:color w:val="555555"/>
          <w:sz w:val="20"/>
        </w:rPr>
        <w:t>[5]</w:t>
      </w:r>
    </w:p>
    <w:p>
      <w:r>
        <w:rPr>
          <w:rFonts w:ascii="Gentium Plus" w:hAnsi="Gentium Plus"/>
          <w:sz w:val="24"/>
        </w:rPr>
        <w:t>τὸ αἷμα δεξάμενος πᾶν, μῖξον ἐν αὐτῷ ἔλαιον καὶ ὄξος καὶ νίτρον, καὶ ἀνὰ τρίχα κατάχριε τὰ ζῷα ἀπὸ κεφαλῆς ἄχρι πο‐ δῶν, καὶ ἀνατρίψας ἐπιμελῶς στῆσον ἐν ἡλίῳ, ἵνα ξηρανθῇ. ἔπειτα εἰσάγαγε εἰς τὴν ἱπποστασίαν, καὶ παράβαλλε τὴν γρά‐ στιν ἐπὶ ἄλλαις ἡμέραις \| πέντε, μὴ ψήχων αὐτά. τῇ δὲ ἕκτῃ</w:t>
      </w:r>
    </w:p>
    <w:p>
      <w:r>
        <w:rPr>
          <w:rFonts w:ascii="Courier New" w:hAnsi="Courier New"/>
          <w:color w:val="555555"/>
          <w:sz w:val="20"/>
        </w:rPr>
        <w:t>[10]</w:t>
      </w:r>
    </w:p>
    <w:p>
      <w:r>
        <w:rPr>
          <w:rFonts w:ascii="Gentium Plus" w:hAnsi="Gentium Plus"/>
          <w:sz w:val="24"/>
        </w:rPr>
        <w:t>ἐξαγαγὼν τῆς φάτνης λοῦσον καὶ ἀπόμαξον σαβάνοις τραχέσιν ὅτι μάλιστα, ὅπως ἐξικμασθῇ ἀπ’ αὐτῶν πᾶν τὸ ὑγρόν. καὶ στῆσον πάλιν ἐν τῇ φάτνῃ, καὶ παράβαλλε γράστιν ἡμέρας δεκατέσσαρας, καὶ ἕξεις αὐτοὺς πίονας καὶ ὑγιεῖς καὶ κα‐ λούς. χλοαζομένοις δὲ χρὴ διδόναι συνεχῶς ἅλας ἐπί τινος</w:t>
      </w:r>
    </w:p>
    <w:p>
      <w:r>
        <w:rPr>
          <w:rFonts w:ascii="Courier New" w:hAnsi="Courier New"/>
          <w:color w:val="555555"/>
          <w:sz w:val="20"/>
        </w:rPr>
        <w:t>[15]</w:t>
      </w:r>
    </w:p>
    <w:p>
      <w:r>
        <w:rPr>
          <w:rFonts w:ascii="Gentium Plus" w:hAnsi="Gentium Plus"/>
          <w:sz w:val="24"/>
        </w:rPr>
        <w:t>πίνακος ἢ σανίδος, ἵνα, ὅσον θέλουσιν, χωρὶς ἀνάγκης λαμ‐ βάνωσι. τοῦτο δὲ γινέσθω μετὰ τὸ ποτόν. καὶ τριβέτω τις τῇ χειρὶ ἅπαν τὸ στόμα αὐτῶν ἁλσί· τούτου γὰρ γενομένου, οὐδὲ τὸ τῆς ἄφθης πάθος αὐτοῖς προσγενήσεται, ὅ ἐστιν ἕλκωσις στόματος. \|</w:t>
      </w:r>
    </w:p>
    <w:p>
      <w:pPr>
        <w:jc w:val="center"/>
      </w:pPr>
      <w:r>
        <w:rPr>
          <w:rFonts w:ascii="Gentium Plus" w:hAnsi="Gentium Plus"/>
          <w:b/>
          <w:sz w:val="24"/>
        </w:rPr>
        <w:t>περὶ πλησμονῆς καὶ ὠμότητος.</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Παπίᾳ ἱππιατρῷ Ἀντιοχεῖ χαίρειν. ἐν</w:t>
      </w:r>
    </w:p>
    <w:p>
      <w:r>
        <w:rPr>
          <w:rFonts w:ascii="Courier New" w:hAnsi="Courier New"/>
          <w:color w:val="555555"/>
          <w:sz w:val="20"/>
        </w:rPr>
        <w:t>[5]</w:t>
      </w:r>
    </w:p>
    <w:p>
      <w:r>
        <w:rPr>
          <w:rFonts w:ascii="Gentium Plus" w:hAnsi="Gentium Plus"/>
          <w:sz w:val="24"/>
        </w:rPr>
        <w:t>τῶν σιτίων τῆς ὠμότητος. διὸ δεῖ αἷμα ἀφαιρεῖν, καθὼς ἄνω γέγραπται. συμβαίνει γὰρ ἐκ τούτου τοῦ πάθους μετα‐ βαίνειν τὸν ἵππον εἰς πυρετόν, καὶ ἔστι δυσβοήθητος.</w:t>
      </w:r>
    </w:p>
    <w:p>
      <w:pPr>
        <w:jc w:val="center"/>
      </w:pPr>
      <w:r>
        <w:rPr>
          <w:rFonts w:ascii="Gentium Plus" w:hAnsi="Gentium Plus"/>
          <w:b/>
          <w:sz w:val="24"/>
        </w:rPr>
        <w:t>Θεομνήστου εἰς τὸ αὐτό.</w:t>
      </w:r>
    </w:p>
    <w:p>
      <w:r>
        <w:rPr>
          <w:rFonts w:ascii="Courier New" w:hAnsi="Courier New"/>
          <w:color w:val="555555"/>
          <w:sz w:val="20"/>
        </w:rPr>
        <w:t>[1]</w:t>
      </w:r>
    </w:p>
    <w:p>
      <w:r>
        <w:rPr>
          <w:rFonts w:ascii="Gentium Plus" w:hAnsi="Gentium Plus"/>
          <w:sz w:val="24"/>
        </w:rPr>
        <w:t>Ὀξὺ πάθος ἡ πλησμονὴ σὺν ὠμότητι. τοῦτο δὲ συμβαίνει, ὅταν νέων ἅπτωνται τὰ ζῷα καρπῶν, οἳ μηδέπω τὴν ἐκ τοῦ χρόνου πέψιν ἔχοντες, λυπεῖν εἰώθασι τὰ ζῷα, τῇ νεαρότητι \ διοιδοῦντες καὶ πιμπλῶντες τὰς γαστέρας καὶ πολλάκις ῥηγνύν‐</w:t>
      </w:r>
    </w:p>
    <w:p>
      <w:r>
        <w:rPr>
          <w:rFonts w:ascii="Courier New" w:hAnsi="Courier New"/>
          <w:color w:val="555555"/>
          <w:sz w:val="20"/>
        </w:rPr>
        <w:t>[5]</w:t>
      </w:r>
    </w:p>
    <w:p>
      <w:r>
        <w:rPr>
          <w:rFonts w:ascii="Gentium Plus" w:hAnsi="Gentium Plus"/>
          <w:sz w:val="24"/>
        </w:rPr>
        <w:t>τες. δεῖ οὖν ὀλιγώτερα τὰ νέα παραβάλλειν σιτία τοῖς ζῴοις, ἐναποβρέχοντας πρῶτον εἰς ὕδωρ, ἵνα τὴν ἄρσιν τοῦ μεγέ‐ θους αὐτῶν ἔξω ποιησάμενα, τῷ μὲν ὕδατι τὴν ὠμότητα κατα‐ λίπωσιν, ἀκινδύνως δὲ διαμείνωσι τὰ ζῷα μὴ βλαβέντα καὶ καλῶς ἔχωσι τὴν τροφήν. ἂν δὲ ἄρα ποτὲ ἀκουσίως ἢ ἄνευ</w:t>
      </w:r>
    </w:p>
    <w:p>
      <w:r>
        <w:rPr>
          <w:rFonts w:ascii="Courier New" w:hAnsi="Courier New"/>
          <w:color w:val="555555"/>
          <w:sz w:val="20"/>
        </w:rPr>
        <w:t>[10]</w:t>
      </w:r>
    </w:p>
    <w:p>
      <w:r>
        <w:rPr>
          <w:rFonts w:ascii="Gentium Plus" w:hAnsi="Gentium Plus"/>
          <w:sz w:val="24"/>
        </w:rPr>
        <w:t>τῆς τοῦ ἱπποφορβοῦ γνώμης τὸ ζῷον, οἷα γίγνεται ἀπὸ τῶν θημωνιῶν ἢ τῆς ἅλω αὐτῆς, φάγῃ πλέον, θεραπεύειν αὐτὸ ἐγκλύσμασι καὶ φλεβοτομίαις ἀπό τε ἀγκώνων καὶ βραχιόνων. ἐκεῖνα γὰρ εἴωθε τὰ μόρια πρῶτον ἡ ὠμότης συνδεσμεῖν καὶ καθάπτεσθαι τῶν ἐν αὐτοῖς νεύρων. προλαβὼν οὖν καὶ κενώ‐</w:t>
      </w:r>
    </w:p>
    <w:p>
      <w:r>
        <w:rPr>
          <w:rFonts w:ascii="Courier New" w:hAnsi="Courier New"/>
          <w:color w:val="555555"/>
          <w:sz w:val="20"/>
        </w:rPr>
        <w:t>[15]</w:t>
      </w:r>
    </w:p>
    <w:p>
      <w:r>
        <w:rPr>
          <w:rFonts w:ascii="Gentium Plus" w:hAnsi="Gentium Plus"/>
          <w:sz w:val="24"/>
        </w:rPr>
        <w:t>σας τὸν τόπον τοῦτον, ἅμα τῇ τοῦ αἵματος ἀφαιρέσει καὶ τὴν</w:t>
      </w:r>
    </w:p>
    <w:p>
      <w:pPr>
        <w:jc w:val="center"/>
      </w:pPr>
      <w:r>
        <w:rPr>
          <w:rFonts w:ascii="Gentium Plus" w:hAnsi="Gentium Plus"/>
          <w:b/>
          <w:sz w:val="24"/>
        </w:rPr>
        <w:t>περὶ εὐνουχισμοῦ.</w:t>
      </w:r>
    </w:p>
    <w:p>
      <w:pPr>
        <w:jc w:val="center"/>
      </w:pPr>
      <w:r>
        <w:rPr>
          <w:rFonts w:ascii="Gentium Plus" w:hAnsi="Gentium Plus"/>
          <w:b/>
          <w:sz w:val="24"/>
        </w:rPr>
        <w:t>Αψύρτου.</w:t>
      </w:r>
    </w:p>
    <w:p>
      <w:r>
        <w:rPr>
          <w:rFonts w:ascii="Courier New" w:hAnsi="Courier New"/>
          <w:color w:val="555555"/>
          <w:sz w:val="20"/>
        </w:rPr>
        <w:t>[99 . 1]</w:t>
      </w:r>
    </w:p>
    <w:p>
      <w:r>
        <w:rPr>
          <w:rFonts w:ascii="Gentium Plus" w:hAnsi="Gentium Plus"/>
          <w:sz w:val="24"/>
        </w:rPr>
        <w:t>Ἄψυρτος Εὐδόξῳ Τομεῖ χαίρειν. ἱπποτροφοῦντά σε εὔχρηστον εἰδέναι, οἷς δεῖ καιροῖς εὐνουχίζειν τοὺς ἵππους, καὶ τίνι τρόπῳ. ἀρίστη δὲ ὥρα τῆς ὀρχοτομίας ἐαρινὴ καὶ φθινοπωρινή, ἐξετέμομεν δὲ καὶ θερείας καὶ οὐδὲν ἠδικήσα‐</w:t>
      </w:r>
    </w:p>
    <w:p>
      <w:r>
        <w:rPr>
          <w:rFonts w:ascii="Courier New" w:hAnsi="Courier New"/>
          <w:color w:val="555555"/>
          <w:sz w:val="20"/>
        </w:rPr>
        <w:t>[5]</w:t>
      </w:r>
    </w:p>
    <w:p>
      <w:r>
        <w:rPr>
          <w:rFonts w:ascii="Gentium Plus" w:hAnsi="Gentium Plus"/>
          <w:sz w:val="24"/>
        </w:rPr>
        <w:t>μεν. δεῖ δὲ τέμνειν οὕτως· κατακλίναντα τὸν ἵππον καὶ κατα‐ λαβόμενον τοὺς πόδας, ἐκλαμβάνειν τοὺς ὄρχεις ἴσους, καὶ ἀποδεσμεῖν τῇ ὠτολαβίδι, καὶ τέμνειν τὴν περὶ αὐτοὺς βύρσαν μόνην ὅσον ἱκανόν, δι’ ἧς ἐκβληθήσονται. τέμνων δὲ ἐπι‐ θήσεις πόρπακας λινοῦς ἢ κανναβίνους παρ’ ἑκάτερον δύο.</w:t>
      </w:r>
    </w:p>
    <w:p>
      <w:r>
        <w:rPr>
          <w:rFonts w:ascii="Courier New" w:hAnsi="Courier New"/>
          <w:color w:val="555555"/>
          <w:sz w:val="20"/>
        </w:rPr>
        <w:t>[10]</w:t>
      </w:r>
    </w:p>
    <w:p>
      <w:r>
        <w:rPr>
          <w:rFonts w:ascii="Gentium Plus" w:hAnsi="Gentium Plus"/>
          <w:sz w:val="24"/>
        </w:rPr>
        <w:t>καὶ τότε τέμνε τοὺς χιτῶνας, εἶθ’ οὕτως ἔκθλιβε, καὶ καυ‐ τηρίῳ \| ἀπότεμνε τὸν κρεμαστῆρα παρ’ αὐτὸν τὸν ὄρχιν, προ‐ τιθεὶς ἐκ τοῦ ὀπίσω μέρους, μὴ κατὰ τὴν ἐμπροσθίαν. ἔστω δέ σοι τὸ καυτήριον ὡς ὅτι διάπυρον, ἵνα ἐν ἑνὶ ἀφέλῃς. εἰ δὲ μή γε, δευτέρῳ, πλείονα γὰρ προσφερόμενα φλεγμονὴν</w:t>
      </w:r>
    </w:p>
    <w:p>
      <w:r>
        <w:rPr>
          <w:rFonts w:ascii="Courier New" w:hAnsi="Courier New"/>
          <w:color w:val="555555"/>
          <w:sz w:val="20"/>
        </w:rPr>
        <w:t>[15]</w:t>
      </w:r>
    </w:p>
    <w:p>
      <w:r>
        <w:rPr>
          <w:rFonts w:ascii="Gentium Plus" w:hAnsi="Gentium Plus"/>
          <w:sz w:val="24"/>
        </w:rPr>
        <w:t>ποιεῖ. καὶ τίλματα ῥάκους ποιήσας καὶ ἔρια διάβροχα πισ‐ σελαίῳ ἔνθες, καὶ ἀπόδησον τοὺς πόρπακας, καὶ τῇ τρίτῃ ἔκριψον, λύσας τὰ μότα, καὶ ὑπόχριε τῷ πισσελαίῳ πτεροῖς ἀποβάπτων.</w:t>
      </w:r>
    </w:p>
    <w:p>
      <w:r>
        <w:rPr>
          <w:rFonts w:ascii="Courier New" w:hAnsi="Courier New"/>
          <w:color w:val="555555"/>
          <w:sz w:val="20"/>
        </w:rPr>
        <w:t>[99 . 2]</w:t>
      </w:r>
    </w:p>
    <w:p>
      <w:r>
        <w:rPr>
          <w:rFonts w:ascii="Gentium Plus" w:hAnsi="Gentium Plus"/>
          <w:sz w:val="24"/>
        </w:rPr>
        <w:t>καὶ τοῦτο ποιήσεις, ἕως οὗ ἀπουλωθῇ, καθ’ ἡμέραν χριόμενος. ἐν ᾗ δὲ χειρουργήσεις, ἄφελε τὴν τροφὴν πᾶσαν. τῇ δὲ ἐπαύριον δώσεις τὸν ποτὸν ἐκ προσαγωγῆς καὶ τὴν τροφήν. περιπατείτω δὲ ἐν ταῖς ἀναψυχούσαις ὥραις,</w:t>
      </w:r>
    </w:p>
    <w:p>
      <w:r>
        <w:rPr>
          <w:rFonts w:ascii="Courier New" w:hAnsi="Courier New"/>
          <w:color w:val="555555"/>
          <w:sz w:val="20"/>
        </w:rPr>
        <w:t>[5]</w:t>
      </w:r>
    </w:p>
    <w:p>
      <w:r>
        <w:rPr>
          <w:rFonts w:ascii="Gentium Plus" w:hAnsi="Gentium Plus"/>
          <w:sz w:val="24"/>
        </w:rPr>
        <w:t>καύματος δὲ στηκέτω. καὶ τοῦτον μὲν οὕτω θεραπεύσεις ὄντα ἐν τῇ φάτνῃ. ἐὰν δὲ ἐν ἀγέλῃ τέμῃς, ἔκτεμνε τῷ καυτηρίῳ, καθὼς προγέγραπται, καὶ ὑπόχριε τῷ πισσελαίῳ, καὶ ἀπόλυε</w:t>
      </w:r>
    </w:p>
    <w:p>
      <w:r>
        <w:rPr>
          <w:rFonts w:ascii="Courier New" w:hAnsi="Courier New"/>
          <w:color w:val="555555"/>
          <w:sz w:val="20"/>
        </w:rPr>
        <w:t>[10]</w:t>
      </w:r>
    </w:p>
    <w:p>
      <w:r>
        <w:rPr>
          <w:rFonts w:ascii="Gentium Plus" w:hAnsi="Gentium Plus"/>
          <w:sz w:val="24"/>
        </w:rPr>
        <w:t>χρήσῃ κιμωλίᾳ μετὰ ὄξους καταχρίων. τοὺς δὲ μονόρχεις περι‐ κόπτειν οὐ δεῖ. ἐν τῇ ἐκτομῇ γὰρ εὐάλωτοί εἰσιν καὶ ἐπι‐ σφαλεῖς.</w:t>
      </w:r>
    </w:p>
    <w:p>
      <w:r>
        <w:rPr>
          <w:rFonts w:ascii="Courier New" w:hAnsi="Courier New"/>
          <w:color w:val="555555"/>
          <w:sz w:val="20"/>
        </w:rPr>
        <w:t>[99 . 3]</w:t>
      </w:r>
    </w:p>
    <w:p>
      <w:r>
        <w:rPr>
          <w:rFonts w:ascii="Gentium Plus" w:hAnsi="Gentium Plus"/>
          <w:sz w:val="24"/>
        </w:rPr>
        <w:t>ὅταν δὲ ἀναστὰς μετὰ τὴν ἐκτομὴν χρεμετίσῃ, ῥᾳ‐ δίως οὐ περιγίνεται. λέγεται δὲ τὸν δευτεροβόλον ὀρχοτομη‐ θέντα τοὺς λοιποὺς ὀδόντας μὴ ἀλλάσσειν μηδὲ τοὺς κυνόδον‐ τας ἐκφύειν μεγάλους. ἐν δὲ τῇ πωλικῇ ἡλικίᾳ ὄντων, οὐκ</w:t>
      </w:r>
    </w:p>
    <w:p>
      <w:r>
        <w:rPr>
          <w:rFonts w:ascii="Courier New" w:hAnsi="Courier New"/>
          <w:color w:val="555555"/>
          <w:sz w:val="20"/>
        </w:rPr>
        <w:t>[5]</w:t>
      </w:r>
    </w:p>
    <w:p>
      <w:r>
        <w:rPr>
          <w:rFonts w:ascii="Gentium Plus" w:hAnsi="Gentium Plus"/>
          <w:sz w:val="24"/>
        </w:rPr>
        <w:t>ἔστιν ἰδεῖν τοὺς ὄρχεις. δεῖ δὲ εἰδέναι, ὅτι οἱ ὀρχοτομούμενοι εἰς μᾶλιν οὐκ ἐμπίπτουσιν οὔτε ὑπὸ ῥεύματος ἐνοχλοῦνται κατὰ τῶν σκελῶν οὔτε χοιράδας ποιοῦσιν.</w:t>
      </w:r>
    </w:p>
    <w:p>
      <w:pPr>
        <w:jc w:val="center"/>
      </w:pPr>
      <w:r>
        <w:rPr>
          <w:rFonts w:ascii="Gentium Plus" w:hAnsi="Gentium Plus"/>
          <w:b/>
          <w:sz w:val="24"/>
        </w:rPr>
        <w:t>Ἱεροκλέους εἰς τὸ αὐτό.</w:t>
      </w:r>
    </w:p>
    <w:p>
      <w:r>
        <w:rPr>
          <w:rFonts w:ascii="Courier New" w:hAnsi="Courier New"/>
          <w:color w:val="555555"/>
          <w:sz w:val="20"/>
        </w:rPr>
        <w:t>[1]</w:t>
      </w:r>
    </w:p>
    <w:p>
      <w:r>
        <w:rPr>
          <w:rFonts w:ascii="Gentium Plus" w:hAnsi="Gentium Plus"/>
          <w:sz w:val="24"/>
        </w:rPr>
        <w:t>Ὅπως μὲν δεῖ ἐκτέμνειν ἵππον, ἀποχρώντως Ἄψυρτος διδάσκει. τοσοῦτον δὲ ἐνταῦθα εἰπεῖν ἄξιον, ὡς ἡ τοῦ ἦρος ὥρα καὶ τοῦ φθινοπώρου εἰς τὴν τῶν ὄρχεων ἐκτομὴν ἁρμό‐ ζουσι, καὶ ὡσαύτως μονόρχεις χρὴ μὴ ἐκτέμνειν, ἐπι\|σφαλοῦς</w:t>
      </w:r>
    </w:p>
    <w:p>
      <w:r>
        <w:rPr>
          <w:rFonts w:ascii="Courier New" w:hAnsi="Courier New"/>
          <w:color w:val="555555"/>
          <w:sz w:val="20"/>
        </w:rPr>
        <w:t>[5]</w:t>
      </w:r>
    </w:p>
    <w:p>
      <w:r>
        <w:rPr>
          <w:rFonts w:ascii="Gentium Plus" w:hAnsi="Gentium Plus"/>
          <w:sz w:val="24"/>
        </w:rPr>
        <w:t>οὔσης τῆς ἐκτομῆς. ἐὰν δὲ ἐκτμηθεὶς μετὰ τὴν ἐκτομὴν ἀνα‐ στὰς χρεμετίσῃ, σημεῖον, ὅτι οὐ ῥᾳδίως περιγίνεται. φασί γε μὴν τὸν δευτεροβόλον ἐκτμηθέντα τοὺς λοιποὺς ὀδόντας μὴ ἐναλλάττειν μηδὲ τοὺς κυνόδοντας ἐκφύειν μεγάλους.</w:t>
      </w:r>
    </w:p>
    <w:p>
      <w:pPr>
        <w:jc w:val="center"/>
      </w:pPr>
      <w:r>
        <w:rPr>
          <w:rFonts w:ascii="Gentium Plus" w:hAnsi="Gentium Plus"/>
          <w:b/>
          <w:sz w:val="24"/>
        </w:rPr>
        <w:t>περὶ ἐκτομῆς ὄνου.</w:t>
      </w:r>
    </w:p>
    <w:p>
      <w:r>
        <w:rPr>
          <w:rFonts w:ascii="Courier New" w:hAnsi="Courier New"/>
          <w:color w:val="555555"/>
          <w:sz w:val="20"/>
        </w:rPr>
        <w:t>[1]</w:t>
      </w:r>
    </w:p>
    <w:p>
      <w:r>
        <w:rPr>
          <w:rFonts w:ascii="Gentium Plus" w:hAnsi="Gentium Plus"/>
          <w:sz w:val="24"/>
        </w:rPr>
        <w:t>Ὄνον ἐκτέμνειν χρὴ διετῆ οὕτως· λίνῳ ἀποδήσας τοὺς ὄρ‐ χεις καὶ καταλαβόμενος, λοξῶς ἐπίτεμνε. ἵνα δὲ μὴ ἐπακο‐</w:t>
      </w:r>
    </w:p>
    <w:p>
      <w:pPr>
        <w:jc w:val="center"/>
      </w:pPr>
      <w:r>
        <w:rPr>
          <w:rFonts w:ascii="Gentium Plus" w:hAnsi="Gentium Plus"/>
          <w:b/>
          <w:sz w:val="24"/>
        </w:rPr>
        <w:t>περὶ καρυδώσεως Ἀψύρτου.</w:t>
      </w:r>
    </w:p>
    <w:p>
      <w:r>
        <w:rPr>
          <w:rFonts w:ascii="Courier New" w:hAnsi="Courier New"/>
          <w:color w:val="555555"/>
          <w:sz w:val="20"/>
        </w:rPr>
        <w:t>[1]</w:t>
      </w:r>
    </w:p>
    <w:p>
      <w:r>
        <w:rPr>
          <w:rFonts w:ascii="Gentium Plus" w:hAnsi="Gentium Plus"/>
          <w:sz w:val="24"/>
        </w:rPr>
        <w:t>Εἰ βούλει καρυδῶσαι κτῆνος, μηνὶ Μαΐῳ ἀνέμου βορέου πνέοντος ποίησον φόσσαν, καὶ συμποδίσας αὐτό, καὶ βαλὼν ὕπτιον, ὥστε μὴ ἐγερθῆναι, τοὺς ὄρχεις δέσμευε. εἶτα λαβὼν σιδήριον ὀξύ, ταχὺ τὸ δέρμα ἀπότεμε. καὶ ὅτε αὐτοῦ οἱ ὄρ‐</w:t>
      </w:r>
    </w:p>
    <w:p>
      <w:r>
        <w:rPr>
          <w:rFonts w:ascii="Courier New" w:hAnsi="Courier New"/>
          <w:color w:val="555555"/>
          <w:sz w:val="20"/>
        </w:rPr>
        <w:t>[5]</w:t>
      </w:r>
    </w:p>
    <w:p>
      <w:r>
        <w:rPr>
          <w:rFonts w:ascii="Gentium Plus" w:hAnsi="Gentium Plus"/>
          <w:sz w:val="24"/>
        </w:rPr>
        <w:t>χεις ἐξέλθωσιν, ἔκτεμνε ἀκρίβειαν ποιούμενος, ὥστε μὴ τὰς ῥίζας αὐτοῦ ἆραι. εἶτα ἅλατος αὐτοῦ πλήρου \| τὴν πληγήν, καὶ ἀνέγειρε αὐτό, καὶ ἄφες, ἵνα μὴ διοιδήσῃ. καὶ τῇ ἐπαύ‐ ριον ἐπὰν ὄψει, ὅτι αἷμα ἐξ αὐτοῦ οὐκ ἐξέρχεται, λῦσον αὐτό, καὶ πίσσαν καὶ ἔλαιον λαβών, ἐνάλειφε τοὺς νεφροὺς καὶ τὴν</w:t>
      </w:r>
    </w:p>
    <w:p>
      <w:r>
        <w:rPr>
          <w:rFonts w:ascii="Courier New" w:hAnsi="Courier New"/>
          <w:color w:val="555555"/>
          <w:sz w:val="20"/>
        </w:rPr>
        <w:t>[10]</w:t>
      </w:r>
    </w:p>
    <w:p>
      <w:r>
        <w:rPr>
          <w:rFonts w:ascii="Gentium Plus" w:hAnsi="Gentium Plus"/>
          <w:sz w:val="24"/>
        </w:rPr>
        <w:t>κεφαλὴν καὶ τοὺς μυκτῆρας αὐτοῦ καλῶς. καὶ μὴ ἐάσῃς αὐτὸ πολὺ περιπατῆσαι, ἕως οὗ ὑγιάνῃ, στηκέτω δὲ ἐν τόπῳ θερμῷ. καὶ κατάχριε τὸ σῶμα αὐτοῦ καθόλου οἴνῳ μετὰ λιβάνου [καὶ] μάννης, καὶ περίβαλλε σάγῳ. καὶ ἐὰν αἷμα ἐκβάλλῃ, ἀμμω‐ νιακοῦ γο αʹ, πρασίου χυλοῦ κύαθον ἕνα μέλιτι μίξας, κατά‐</w:t>
      </w:r>
    </w:p>
    <w:p>
      <w:r>
        <w:rPr>
          <w:rFonts w:ascii="Courier New" w:hAnsi="Courier New"/>
          <w:color w:val="555555"/>
          <w:sz w:val="20"/>
        </w:rPr>
        <w:t>[15]</w:t>
      </w:r>
    </w:p>
    <w:p>
      <w:r>
        <w:rPr>
          <w:rFonts w:ascii="Gentium Plus" w:hAnsi="Gentium Plus"/>
          <w:sz w:val="24"/>
        </w:rPr>
        <w:t>χριε. \</w:t>
      </w:r>
    </w:p>
    <w:p>
      <w:pPr>
        <w:jc w:val="center"/>
      </w:pPr>
      <w:r>
        <w:rPr>
          <w:rFonts w:ascii="Gentium Plus" w:hAnsi="Gentium Plus"/>
          <w:b/>
          <w:sz w:val="24"/>
        </w:rPr>
        <w:t>περὶ θλάσματος.</w:t>
      </w:r>
    </w:p>
    <w:p>
      <w:pPr>
        <w:jc w:val="center"/>
      </w:pPr>
      <w:r>
        <w:rPr>
          <w:rFonts w:ascii="Gentium Plus" w:hAnsi="Gentium Plus"/>
          <w:b/>
          <w:sz w:val="24"/>
        </w:rPr>
        <w:t>Αψύρτου.</w:t>
      </w:r>
    </w:p>
    <w:p>
      <w:r>
        <w:rPr>
          <w:rFonts w:ascii="Courier New" w:hAnsi="Courier New"/>
          <w:color w:val="555555"/>
          <w:sz w:val="20"/>
        </w:rPr>
        <w:t>[100 . 1]</w:t>
      </w:r>
    </w:p>
    <w:p>
      <w:r>
        <w:rPr>
          <w:rFonts w:ascii="Gentium Plus" w:hAnsi="Gentium Plus"/>
          <w:sz w:val="24"/>
        </w:rPr>
        <w:t>Ἄψυρτος Δάμᾳ Λαοδικεῖ ἑταίρῳ χαίρειν. βούλο‐ μαί σε γινώσκειν, ὅταν ἐκ τῆς ὁδοῦ παρὼν καὶ τῷ ὀπισθίῳ ποδὶ ἄκρῳ τῷ ὄνυχι ἐπιβαίνῃ, καὶ θερμὴν τὴν ὁπλὴν ἔχῃ, ὅτι θλάσμα ἔχει. δεῖ οὖν εὐθέως ἀποχαράσσειν τὸν πόδα κατ’</w:t>
      </w:r>
    </w:p>
    <w:p>
      <w:r>
        <w:rPr>
          <w:rFonts w:ascii="Courier New" w:hAnsi="Courier New"/>
          <w:color w:val="555555"/>
          <w:sz w:val="20"/>
        </w:rPr>
        <w:t>[5]</w:t>
      </w:r>
    </w:p>
    <w:p>
      <w:r>
        <w:rPr>
          <w:rFonts w:ascii="Gentium Plus" w:hAnsi="Gentium Plus"/>
          <w:sz w:val="24"/>
        </w:rPr>
        <w:t>ὄνυχα ἄκρον παρὰ τὴν ὁπλήν, καὶ εὑρήσεις ὑγρόν, καὶ ταχέως ὑγιὴς γένησεται. ἔσθ’ ὅτε δὲ θλάσμα συμβαίνει πεποιηκέναι</w:t>
      </w:r>
    </w:p>
    <w:p>
      <w:r>
        <w:rPr>
          <w:rFonts w:ascii="Courier New" w:hAnsi="Courier New"/>
          <w:color w:val="555555"/>
          <w:sz w:val="20"/>
        </w:rPr>
        <w:t>[10]</w:t>
      </w:r>
    </w:p>
    <w:p>
      <w:r>
        <w:rPr>
          <w:rFonts w:ascii="Gentium Plus" w:hAnsi="Gentium Plus"/>
          <w:sz w:val="24"/>
        </w:rPr>
        <w:t>προσθίοις οὐχ εὑρίσκεται ταχύ. διὸ δὴ βόλβιτον πρόσφατον ἀνεζεσμένον σὺν ὀριγάνῳ ἐν ὄξει καὶ ἐλαίῳ ὑπορρίπτειν τῷ ποδὶ πολλάκις, ἢ κρίμνα ἐν ὄξει \| ἀνεζεσμένα. ἢ σῦκα καὶ ἅλας κόψαντα καταπλάσσειν, ἢ ἄγνον ἐν ὄξει ἑψήσαντα καὶ τρίψαντα, διαχεῖ γὰρ τὰ ὑγρά, καὶ ἀναστομοῦται εἰς τὴν ἔκρη‐</w:t>
      </w:r>
    </w:p>
    <w:p>
      <w:r>
        <w:rPr>
          <w:rFonts w:ascii="Courier New" w:hAnsi="Courier New"/>
          <w:color w:val="555555"/>
          <w:sz w:val="20"/>
        </w:rPr>
        <w:t>[15]</w:t>
      </w:r>
    </w:p>
    <w:p>
      <w:r>
        <w:rPr>
          <w:rFonts w:ascii="Gentium Plus" w:hAnsi="Gentium Plus"/>
          <w:sz w:val="24"/>
        </w:rPr>
        <w:t>ξιν καὶ εἰς τὰ κάτω τρυπήματα τοῦ ποδός.</w:t>
      </w:r>
    </w:p>
    <w:p>
      <w:r>
        <w:rPr>
          <w:rFonts w:ascii="Courier New" w:hAnsi="Courier New"/>
          <w:color w:val="555555"/>
          <w:sz w:val="20"/>
        </w:rPr>
        <w:t>[100 . 2]</w:t>
      </w:r>
    </w:p>
    <w:p>
      <w:r>
        <w:rPr>
          <w:rFonts w:ascii="Gentium Plus" w:hAnsi="Gentium Plus"/>
          <w:sz w:val="24"/>
        </w:rPr>
        <w:t>ὅταν δὲ ἄνω ἐκρήξῃ, χρὴ στέαρ καὶ ῥητίνην τήξαντα ἐν ταὐτῷ, βάλλειν εἰς τὴν περίρρηξιν καὶ εἰς τὰ κάτω τρυπήματα, ἢ μαλάγματι 〈χρῆσθαι〉 τῷ πρὸς τὰ στρέμματα συγκειμένῳ, καὶ τάχιον κατα‐</w:t>
      </w:r>
    </w:p>
    <w:p>
      <w:r>
        <w:rPr>
          <w:rFonts w:ascii="Courier New" w:hAnsi="Courier New"/>
          <w:color w:val="555555"/>
          <w:sz w:val="20"/>
        </w:rPr>
        <w:t>[5]</w:t>
      </w:r>
    </w:p>
    <w:p>
      <w:r>
        <w:rPr>
          <w:rFonts w:ascii="Gentium Plus" w:hAnsi="Gentium Plus"/>
          <w:sz w:val="24"/>
        </w:rPr>
        <w:t>βήσεται ἡ ὁπλή. ἐπὶ δὲ τῶν τοιούτων μὴ κεντεῖν τὴν φλέβα τὴν ἐν τῇ στεφάνῃ· διὰ τοῦτο γὰρ τὸ ἁμάρτημα συμβαίνει μαρμάρωσις. ἐὰν δέ ποτε συμβῇ θλάσματα μὴ ἐν τῷ ἑνὶ ποδί, ἀλλ’ ἐν τοῖς πλείοσιν ἢ καὶ πᾶσι, καὶ κατακείμενος ᾖ καὶ νυστάζων, καὶ μήτε τρώγῃ μήτε πίνῃ, ἀλλὰ καθεύδῃ, ληθαρ‐</w:t>
      </w:r>
    </w:p>
    <w:p>
      <w:r>
        <w:rPr>
          <w:rFonts w:ascii="Courier New" w:hAnsi="Courier New"/>
          <w:color w:val="555555"/>
          <w:sz w:val="20"/>
        </w:rPr>
        <w:t>[10]</w:t>
      </w:r>
    </w:p>
    <w:p>
      <w:r>
        <w:rPr>
          <w:rFonts w:ascii="Gentium Plus" w:hAnsi="Gentium Plus"/>
          <w:sz w:val="24"/>
        </w:rPr>
        <w:t>γικός ἐστιν. ὃν δεῖ ἐγχυματίζειν δι’ ἀμφοτέρων τῶν μυκτήρων ὀξυκράτου μὴ δριμέος κοτύλῃ, καὶ αἵματι ἀλώπεκος προσφάτῳ καταχρίειν τὴν κεφαλήν, καὶ καστόριον τὸ αὐτὸ ποιεῖν λέγεται. \ τὰ δὲ θλάσματα μάλιστα τοῖς ὑποζυγίοις καὶ νωταγωγοῖς συμ‐ βαίνει, ἤτοι ἡμιόνοις καὶ ὄνοις, ἐξ ὧν θλασμάτων οἱ φοίνικες</w:t>
      </w:r>
    </w:p>
    <w:p>
      <w:r>
        <w:rPr>
          <w:rFonts w:ascii="Courier New" w:hAnsi="Courier New"/>
          <w:color w:val="555555"/>
          <w:sz w:val="20"/>
        </w:rPr>
        <w:t>[15]</w:t>
      </w:r>
    </w:p>
    <w:p>
      <w:r>
        <w:rPr>
          <w:rFonts w:ascii="Gentium Plus" w:hAnsi="Gentium Plus"/>
          <w:sz w:val="24"/>
        </w:rPr>
        <w:t>ἐν ταῖς ὁπλαῖς τῶν ἵππων μᾶλλον ῥᾳδίως γίνονται.</w:t>
      </w:r>
    </w:p>
    <w:p>
      <w:pPr>
        <w:jc w:val="center"/>
      </w:pPr>
      <w:r>
        <w:rPr>
          <w:rFonts w:ascii="Gentium Plus" w:hAnsi="Gentium Plus"/>
          <w:b/>
          <w:sz w:val="24"/>
        </w:rPr>
        <w:t>Ἱεροκλέους εἰς τὸ αὐτό.</w:t>
      </w:r>
    </w:p>
    <w:p>
      <w:r>
        <w:rPr>
          <w:rFonts w:ascii="Courier New" w:hAnsi="Courier New"/>
          <w:color w:val="555555"/>
          <w:sz w:val="20"/>
        </w:rPr>
        <w:t>[100 . 3]</w:t>
      </w:r>
    </w:p>
    <w:p>
      <w:r>
        <w:rPr>
          <w:rFonts w:ascii="Gentium Plus" w:hAnsi="Gentium Plus"/>
          <w:sz w:val="24"/>
        </w:rPr>
        <w:t>Ἂν αἴσθῃ γενόμενον τὸ θλάσμα, γνωρίζεται δὲ ἀπό τε τοῦ θερμοτέραν εἶναι τὴν πάσχουσαν ὁπλήν, καὶ ἀπὸ τοῦ ἄκρῳ</w:t>
      </w:r>
    </w:p>
    <w:p>
      <w:r>
        <w:rPr>
          <w:rFonts w:ascii="Courier New" w:hAnsi="Courier New"/>
          <w:color w:val="555555"/>
          <w:sz w:val="20"/>
        </w:rPr>
        <w:t>[5]</w:t>
      </w:r>
    </w:p>
    <w:p>
      <w:r>
        <w:rPr>
          <w:rFonts w:ascii="Gentium Plus" w:hAnsi="Gentium Plus"/>
          <w:sz w:val="24"/>
        </w:rPr>
        <w:t>κριθαῖς, πυρίασον ἐπὶ πολὺν χρόνον καὶ δὶς καὶ τρίς. καὶ μάλιστα μὲν ἀπὸ τῆς πυριάσεως τῆς πολλῆς διαχυθήσεται τὸ θλάσμα. εἰ δὲ μὴ τοῦτο συμβῇ, πάντως γοῦν πεπανθήσεται. ἢ ἄλευρον κρίθινον ἑψήσας ἐν οἴνῳ κεκραμένον παρεμβαλών, καὶ περιστερᾶς κόπρον κατάπλασσε. ὅπερ εἰ γένοιτο καὶ πε‐</w:t>
      </w:r>
    </w:p>
    <w:p>
      <w:r>
        <w:rPr>
          <w:rFonts w:ascii="Courier New" w:hAnsi="Courier New"/>
          <w:color w:val="555555"/>
          <w:sz w:val="20"/>
        </w:rPr>
        <w:t>[10]</w:t>
      </w:r>
    </w:p>
    <w:p>
      <w:r>
        <w:rPr>
          <w:rFonts w:ascii="Gentium Plus" w:hAnsi="Gentium Plus"/>
          <w:sz w:val="24"/>
        </w:rPr>
        <w:t>πανθῇ, ἄνοιξον ὡς εἴωθε καθ’ ὃν τόπον τὸ θλάσμα γίνεται, \ ἵνα τὸ ὑγρὸν ἅπαν ἐξέλθῃ. καὶ οὕτως διαχρίσας τῷ φαρμάκῳ τῷ διὰ χαλκάνθης συγκειμένῳ, ἀπόβυσον σπογγιᾷ τὸν τόπον τὸν ἀμυχθέντα, καὶ ποίησον τοῦτο, ἕως ἂν ὑγιάνῃ. ἢ εἰ μὴ τούτου εὐποροίης τοῦ φαρμάκου, ἐλλύχνιον λαβὼν καὶ εἰς</w:t>
      </w:r>
    </w:p>
    <w:p>
      <w:r>
        <w:rPr>
          <w:rFonts w:ascii="Courier New" w:hAnsi="Courier New"/>
          <w:color w:val="555555"/>
          <w:sz w:val="20"/>
        </w:rPr>
        <w:t>[15]</w:t>
      </w:r>
    </w:p>
    <w:p>
      <w:r>
        <w:rPr>
          <w:rFonts w:ascii="Gentium Plus" w:hAnsi="Gentium Plus"/>
          <w:sz w:val="24"/>
        </w:rPr>
        <w:t>ὀξέλαιον ἐμβρέξας, ἐπιτίθει κατὰ τὸν ἀνοιχθέντα τόπον. καὶ τοῦτο ποίει, ἐστ’ ἂν ὑγιάνῃ.</w:t>
      </w:r>
    </w:p>
    <w:p>
      <w:r>
        <w:rPr>
          <w:rFonts w:ascii="Courier New" w:hAnsi="Courier New"/>
          <w:color w:val="555555"/>
          <w:sz w:val="20"/>
        </w:rPr>
        <w:t>[100 . 4]</w:t>
      </w:r>
    </w:p>
    <w:p>
      <w:r>
        <w:rPr>
          <w:rFonts w:ascii="Gentium Plus" w:hAnsi="Gentium Plus"/>
          <w:sz w:val="24"/>
        </w:rPr>
        <w:t>εἰ δὲ συμβαίῃ τὸ θλάσμα ἀναρρῆξαι εἰς τὸ ἄνω, τουτέστι παρὰ τὴν ἔκφυσιν τῆς ὁπλῆς, ὃ μάλιστα συμβαίνει τοῖς σκληρόποσι τῶν ζῴων, τὰ μὲν πρῶτα χρῶ τῷ ὀξελαίῳ καὶ τῷ ἐλλυχνίῳ. εἰ δὲ τῆς ἀλγηδόνος κατὰ</w:t>
      </w:r>
    </w:p>
    <w:p>
      <w:r>
        <w:rPr>
          <w:rFonts w:ascii="Courier New" w:hAnsi="Courier New"/>
          <w:color w:val="555555"/>
          <w:sz w:val="20"/>
        </w:rPr>
        <w:t>[5]</w:t>
      </w:r>
    </w:p>
    <w:p>
      <w:r>
        <w:rPr>
          <w:rFonts w:ascii="Gentium Plus" w:hAnsi="Gentium Plus"/>
          <w:sz w:val="24"/>
        </w:rPr>
        <w:t>τὸ ἐγχωροῦν παύσαιτο, χρῶ τῷ ὀνυχαλείμματι κατὰ πάσης τῆς ὁπλῆς τῷ συγκειμένῳ διὰ τῶν σαυρῶν ὑπὲρ τοῦ αὐξηθῆναι τὴν ὁπλήν, καὶ οὕτως ἐξελάσεις τὴν δοκοῦσαν γεγενῆσθαι ἀνάρρηξιν. τὸ δὲ φάρμακον ἔστι τόδε· εἰς χύτραν καινὴν ἔμ‐ βαλλε ἐλαίου ξέστας γʹ, καὶ σαύρας τὰς χλωρὰς καθεὶς εἰς τὸ</w:t>
      </w:r>
    </w:p>
    <w:p>
      <w:r>
        <w:rPr>
          <w:rFonts w:ascii="Courier New" w:hAnsi="Courier New"/>
          <w:color w:val="555555"/>
          <w:sz w:val="20"/>
        </w:rPr>
        <w:t>[10]</w:t>
      </w:r>
    </w:p>
    <w:p>
      <w:r>
        <w:rPr>
          <w:rFonts w:ascii="Gentium Plus" w:hAnsi="Gentium Plus"/>
          <w:sz w:val="24"/>
        </w:rPr>
        <w:t>ἔλαιον 〈βʹ που ἢ καὶ γʹ〉 καὶ πωμάσας 〈τὴν χύτραν〉 καθέ‐ ψησον, ὡς κατακαυθῆναι τὰς σαύρας εἰς τὸ ἔλαιον. καὶ \| μετὰ τοῦτο ἐξελὼν τὰ ὀστᾶ αὐτῶν, ἐπίβαλλε ἀσφάλτου λελειωμένης</w:t>
      </w:r>
    </w:p>
    <w:p>
      <w:r>
        <w:rPr>
          <w:rFonts w:ascii="Courier New" w:hAnsi="Courier New"/>
          <w:color w:val="555555"/>
          <w:sz w:val="20"/>
        </w:rPr>
        <w:t>[15]</w:t>
      </w:r>
    </w:p>
    <w:p>
      <w:r>
        <w:rPr>
          <w:rFonts w:ascii="Gentium Plus" w:hAnsi="Gentium Plus"/>
          <w:sz w:val="24"/>
        </w:rPr>
        <w:t>ὁπλήν. τοῦτο δὲ ποιήσει κατὰ τὸ ἐγχωροῦν καὶ σκληρότερον τοῦ ζῴου τὸν πόδα.</w:t>
      </w:r>
    </w:p>
    <w:p>
      <w:pPr>
        <w:jc w:val="center"/>
      </w:pPr>
      <w:r>
        <w:rPr>
          <w:rFonts w:ascii="Gentium Plus" w:hAnsi="Gentium Plus"/>
          <w:b/>
          <w:sz w:val="24"/>
        </w:rPr>
        <w:t>πρὸς τὸ μηδέποτε θλάσμα ποιεῖν κτῆνος.</w:t>
      </w:r>
    </w:p>
    <w:p>
      <w:r>
        <w:rPr>
          <w:rFonts w:ascii="Courier New" w:hAnsi="Courier New"/>
          <w:color w:val="555555"/>
          <w:sz w:val="20"/>
        </w:rPr>
        <w:t>[1]</w:t>
      </w:r>
    </w:p>
    <w:p>
      <w:r>
        <w:rPr>
          <w:rFonts w:ascii="Gentium Plus" w:hAnsi="Gentium Plus"/>
          <w:sz w:val="24"/>
        </w:rPr>
        <w:t>Ἐξερχομένου τοῦ ζῴου ἀπὸ τῆς χλόης, λαβὼν φοινικο‐ βάλανον, ἔξελε αὐτοῦ τὸ ὀστέον, καὶ γέμισον τὸν φοίνικα ψι‐ μύθιον, καὶ δίδου διὰ στόματος, ὑγιῆ αὐτὸν παραπέμπων. τοῦτο ποίει ἀπὸ καιροῦ εἰς καιρόν.</w:t>
      </w:r>
    </w:p>
    <w:p>
      <w:pPr>
        <w:jc w:val="center"/>
      </w:pPr>
      <w:r>
        <w:rPr>
          <w:rFonts w:ascii="Gentium Plus" w:hAnsi="Gentium Plus"/>
          <w:b/>
          <w:sz w:val="24"/>
        </w:rPr>
        <w:t>Ἱπποκράτους εἰς τὸ αὐτό.</w:t>
      </w:r>
    </w:p>
    <w:p>
      <w:r>
        <w:rPr>
          <w:rFonts w:ascii="Courier New" w:hAnsi="Courier New"/>
          <w:color w:val="555555"/>
          <w:sz w:val="20"/>
        </w:rPr>
        <w:t>[1]</w:t>
      </w:r>
    </w:p>
    <w:p>
      <w:r>
        <w:rPr>
          <w:rFonts w:ascii="Gentium Plus" w:hAnsi="Gentium Plus"/>
          <w:sz w:val="24"/>
        </w:rPr>
        <w:t>Ἐὰν ἔσω θλάσμα γένηται τοῦ ποδός, θεραπεύσεις οὕτως τὸν ἵππον· περιχαράξας τὴν ὁπλήν, κατάπλασσε κριθαῖς ἡψη‐ μέναις ἐν ὕδατι. ἢ πίτυρα θερμὰ φυράσας καὶ μίξας παλαιὰν κόπρον ὀλίγην, κατάπλασσε. ἐὰν δὲ τὸ ὀστάριον τὸ ἐν τῇ</w:t>
      </w:r>
    </w:p>
    <w:p>
      <w:r>
        <w:rPr>
          <w:rFonts w:ascii="Courier New" w:hAnsi="Courier New"/>
          <w:color w:val="555555"/>
          <w:sz w:val="20"/>
        </w:rPr>
        <w:t>[5]</w:t>
      </w:r>
    </w:p>
    <w:p>
      <w:r>
        <w:rPr>
          <w:rFonts w:ascii="Gentium Plus" w:hAnsi="Gentium Plus"/>
          <w:sz w:val="24"/>
        </w:rPr>
        <w:t>χελιδόνι φανῇ, μέλιτι καὶ ὄξει χρώ\ ἐπὶ ἡμέραις τισίν. εἶτα στύμμα ἐπιτίθει, κυπαρίσσου φύλλα λειοτριβήσας μετὰ ὄξους, ἢ μυρίκης φύλλα ὁμοίως ἐπιτίθει. ἢ σιδίων κέλυφα ἑψήσας ἐν ὄξει καὶ λεάνας ἐπίθες, ἢ ξηρὰ κόψας ἐπίπασσε. ἢ χαλκάνθης μέρος ἢ κηκῖδας κόψας, τὸ</w:t>
      </w:r>
    </w:p>
    <w:p>
      <w:r>
        <w:rPr>
          <w:rFonts w:ascii="Courier New" w:hAnsi="Courier New"/>
          <w:color w:val="555555"/>
          <w:sz w:val="20"/>
        </w:rPr>
        <w:t>[10]</w:t>
      </w:r>
    </w:p>
    <w:p>
      <w:r>
        <w:rPr>
          <w:rFonts w:ascii="Gentium Plus" w:hAnsi="Gentium Plus"/>
          <w:sz w:val="24"/>
        </w:rPr>
        <w:t>αὐτὸ ποίει, προαποπλύνων ὄξει τὸν τόπον.</w:t>
      </w:r>
    </w:p>
    <w:p>
      <w:pPr>
        <w:jc w:val="center"/>
      </w:pPr>
      <w:r>
        <w:rPr>
          <w:rFonts w:ascii="Gentium Plus" w:hAnsi="Gentium Plus"/>
          <w:b/>
          <w:sz w:val="24"/>
        </w:rPr>
        <w:t>ἄλλο Πελαγωνίου.</w:t>
      </w:r>
    </w:p>
    <w:p>
      <w:r>
        <w:rPr>
          <w:rFonts w:ascii="Courier New" w:hAnsi="Courier New"/>
          <w:color w:val="555555"/>
          <w:sz w:val="20"/>
        </w:rPr>
        <w:t>[1]</w:t>
      </w:r>
    </w:p>
    <w:p>
      <w:r>
        <w:rPr>
          <w:rFonts w:ascii="Gentium Plus" w:hAnsi="Gentium Plus"/>
          <w:sz w:val="24"/>
        </w:rPr>
        <w:t>Ἐὰν ἤδη ἤνοικται τὸ θλάσμα, κόκκους ἅλατος μίξας μετὰ ὄξους τῷ ἀνεῳγμένῳ τόπῳ τοῦ ὄνυχος πρόσαγε. θάλπε δὲ καὶ πιτύροις θερμοῖς τὸν ὄνυχα. καὶ μετὰ τρεῖς ἡμέρας, ἐὰν ὁ ἰχὼρ παύσηται ῥέων, στυπτηρίαν σχιστὴν μετὰ σινωπίδος καὶ</w:t>
      </w:r>
    </w:p>
    <w:p>
      <w:r>
        <w:rPr>
          <w:rFonts w:ascii="Courier New" w:hAnsi="Courier New"/>
          <w:color w:val="555555"/>
          <w:sz w:val="20"/>
        </w:rPr>
        <w:t>[5]</w:t>
      </w:r>
    </w:p>
    <w:p>
      <w:r>
        <w:rPr>
          <w:rFonts w:ascii="Gentium Plus" w:hAnsi="Gentium Plus"/>
          <w:sz w:val="24"/>
        </w:rPr>
        <w:t>ὄξους μίξας ἀπόθου. ἐπειδὰν δὲ ἡ θέρμη παύσηται, χοιρείαν φῦσαν κατὰ τὸν ἀνεῳγμένον τόπον ἀποστράγγισον. καὶ ὅταν μὴ χωλαίνῃ, λῦσον καὶ ἀσφάλτωσον.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Ἐὰν ᾖ πῦον ἔχον τὸ θλάσμα, ἀποχαράξας ὅλην τὴν ὁπλὴν κατὰ βάθους, καὶ τὸν τόπον καλῶς \| διανοίξας, κατάντλει ὀξυκράτῳ, καὶ τὸ τραῦμα θεράπευε τῇ ὑγρᾷ, καὶ στέατι αἰγείῳ καὶ προβατείῳ ἀναχεύσας, ξυλοσπογγίῳ ἐπίχριε, καὶ κόπρον</w:t>
      </w:r>
    </w:p>
    <w:p>
      <w:r>
        <w:rPr>
          <w:rFonts w:ascii="Courier New" w:hAnsi="Courier New"/>
          <w:color w:val="555555"/>
          <w:sz w:val="20"/>
        </w:rPr>
        <w:t>[5]</w:t>
      </w:r>
    </w:p>
    <w:p>
      <w:r>
        <w:rPr>
          <w:rFonts w:ascii="Gentium Plus" w:hAnsi="Gentium Plus"/>
          <w:sz w:val="24"/>
        </w:rPr>
        <w:t>ἱππείαν ξηρὰν ἐπάνω ἐπίθες καὶ ἐπιδέσμει. ἕξει γὰρ καλῶς. \</w:t>
      </w:r>
    </w:p>
    <w:p>
      <w:pPr>
        <w:jc w:val="center"/>
      </w:pPr>
      <w:r>
        <w:rPr>
          <w:rFonts w:ascii="Gentium Plus" w:hAnsi="Gentium Plus"/>
          <w:b/>
          <w:sz w:val="24"/>
        </w:rPr>
        <w:t>περὶ μανίας καὶ λύσσης.</w:t>
      </w:r>
    </w:p>
    <w:p>
      <w:pPr>
        <w:jc w:val="center"/>
      </w:pPr>
      <w:r>
        <w:rPr>
          <w:rFonts w:ascii="Gentium Plus" w:hAnsi="Gentium Plus"/>
          <w:b/>
          <w:sz w:val="24"/>
        </w:rPr>
        <w:t>Αψύρτου.</w:t>
      </w:r>
    </w:p>
    <w:p>
      <w:r>
        <w:rPr>
          <w:rFonts w:ascii="Courier New" w:hAnsi="Courier New"/>
          <w:color w:val="555555"/>
          <w:sz w:val="20"/>
        </w:rPr>
        <w:t>[101 . 1]</w:t>
      </w:r>
    </w:p>
    <w:p>
      <w:r>
        <w:rPr>
          <w:rFonts w:ascii="Gentium Plus" w:hAnsi="Gentium Plus"/>
          <w:sz w:val="24"/>
        </w:rPr>
        <w:t>Ἄψυρτος Γαΐῳ ἱπποϊατρῷ Ἀλεξανδρεῖ χαίρειν. ἔγραψάς μοι ἐπερωτῶν, πρὸς τοὺς μαινομένους καὶ λυσσῶντας τίσι δεῖ βοηθήμασι χρῆσθαι. βοηθοῦνται δὲ ἐγχυματιζόμενοι διὰ τῶν μυκτήρων οἴνου μέλανος αὐστηροῦ κοτύλαις τέσσαρσι,</w:t>
      </w:r>
    </w:p>
    <w:p>
      <w:r>
        <w:rPr>
          <w:rFonts w:ascii="Courier New" w:hAnsi="Courier New"/>
          <w:color w:val="555555"/>
          <w:sz w:val="20"/>
        </w:rPr>
        <w:t>[5]</w:t>
      </w:r>
    </w:p>
    <w:p>
      <w:r>
        <w:rPr>
          <w:rFonts w:ascii="Gentium Plus" w:hAnsi="Gentium Plus"/>
          <w:sz w:val="24"/>
        </w:rPr>
        <w:t>καταλαμβανόμενοι δεσμῷ καὶ τῇ διαδέσει. ἢ σικύου ἀγρίου ῥίζαν ἑψήσαντας ἐν οἴνου κοτύλαις δυσὶ καὶ τοῦ νίτρου μί‐ ξαντας ἐγχυματίζειν. καὶ ἐλλέβορον μέλανα ἀναζέσαντας ἅπαξ ἐν ὄξει, χρίειν καθ’ ὅλου τοῦ σώματος, μάλιστα δὲ τὴν κεφα‐ λήν, καὶ τῇ τρίψει εὐτονωτέρᾳ χρῆσθαι, καὶ γυμνάζειν ἐπὶ</w:t>
      </w:r>
    </w:p>
    <w:p>
      <w:r>
        <w:rPr>
          <w:rFonts w:ascii="Courier New" w:hAnsi="Courier New"/>
          <w:color w:val="555555"/>
          <w:sz w:val="20"/>
        </w:rPr>
        <w:t>[10]</w:t>
      </w:r>
    </w:p>
    <w:p>
      <w:r>
        <w:rPr>
          <w:rFonts w:ascii="Gentium Plus" w:hAnsi="Gentium Plus"/>
          <w:sz w:val="24"/>
        </w:rPr>
        <w:t>πλεῖον, καὶ ἀφαίρεσιν αἵματος ποιεῖν ἐκ τῶν σκελῶν καὶ βρα‐ χιόνων. κριθὰς δὲ τούτοις οὐ δεῖ προσφέ\|ρειν, ἄχρις ἂν νή‐ φοντες γένωνται.</w:t>
      </w:r>
    </w:p>
    <w:p>
      <w:r>
        <w:rPr>
          <w:rFonts w:ascii="Courier New" w:hAnsi="Courier New"/>
          <w:color w:val="555555"/>
          <w:sz w:val="20"/>
        </w:rPr>
        <w:t>[101 . 2]</w:t>
      </w:r>
    </w:p>
    <w:p>
      <w:r>
        <w:rPr>
          <w:rFonts w:ascii="Gentium Plus" w:hAnsi="Gentium Plus"/>
          <w:sz w:val="24"/>
        </w:rPr>
        <w:t>λέγεται δὲ καὶ ἐν ἡσυχίᾳ δεῖν ἑστάναι αὐτοὺς καὶ ἐν τόπῳ σκοτεινῷ· ὃ ἡμεῖς ποιήσαντες ἐπιτεινομένους ἔσχομεν μᾶλλον</w:t>
      </w:r>
    </w:p>
    <w:p>
      <w:r>
        <w:rPr>
          <w:rFonts w:ascii="Courier New" w:hAnsi="Courier New"/>
          <w:color w:val="555555"/>
          <w:sz w:val="20"/>
        </w:rPr>
        <w:t>[5]</w:t>
      </w:r>
    </w:p>
    <w:p>
      <w:r>
        <w:rPr>
          <w:rFonts w:ascii="Gentium Plus" w:hAnsi="Gentium Plus"/>
          <w:sz w:val="24"/>
        </w:rPr>
        <w:t>ἐκτέμνειν. συμβαίνει δὲ αὐτῷ διὰ καύματος ὑπερβολὴν ἢ διὰ προσφορὰν ὀρόβων πλειόνων ἢ δι’ ἐπιφορὰν τῇ μήνιγγι αἵμα‐ τος, ἢ τῆς χολῆς παρεμπιπτούσης εἰς τὰς φλέβας τὰς αἱμα‐ γωγούς, ἢ διὰ φαυλότητα ὑδάτων.</w:t>
      </w:r>
    </w:p>
    <w:p>
      <w:pPr>
        <w:jc w:val="center"/>
      </w:pPr>
      <w:r>
        <w:rPr>
          <w:rFonts w:ascii="Gentium Plus" w:hAnsi="Gentium Plus"/>
          <w:b/>
          <w:sz w:val="24"/>
        </w:rPr>
        <w:t>Ἱεροκλέους εἰς τὸ αὐτό.</w:t>
      </w:r>
    </w:p>
    <w:p>
      <w:r>
        <w:rPr>
          <w:rFonts w:ascii="Courier New" w:hAnsi="Courier New"/>
          <w:color w:val="555555"/>
          <w:sz w:val="20"/>
        </w:rPr>
        <w:t>[101 . 3]</w:t>
      </w:r>
    </w:p>
    <w:p>
      <w:r>
        <w:rPr>
          <w:rFonts w:ascii="Gentium Plus" w:hAnsi="Gentium Plus"/>
          <w:sz w:val="24"/>
        </w:rPr>
        <w:t>Συμβαίνει τὸ τῆς μανίας καὶ λύσσης πάθος τοῖς ἵπποις μάλιστα ἢ διὰ καύματος ὑπερβολὴν ἢ προσφορὰν ὀρόβων πλειόνων, ἢ τῇ μήνιγγι πλείονος αἵματος ἐπενεχθέντος, ἢ τῆς χολῆς παρεμπεσούσης εἰς τὰς φλέβας τὰς αἱμαγωγούς, ἢ διὰ</w:t>
      </w:r>
    </w:p>
    <w:p>
      <w:r>
        <w:rPr>
          <w:rFonts w:ascii="Courier New" w:hAnsi="Courier New"/>
          <w:color w:val="555555"/>
          <w:sz w:val="20"/>
        </w:rPr>
        <w:t>[5]</w:t>
      </w:r>
    </w:p>
    <w:p>
      <w:r>
        <w:rPr>
          <w:rFonts w:ascii="Gentium Plus" w:hAnsi="Gentium Plus"/>
          <w:sz w:val="24"/>
        </w:rPr>
        <w:t>φαυλότητα ὑδάτων. χρεμετίζει οὖν ἀκαίρως καὶ δάκνει, καὶ ἀνθρώποις δὲ ἐπιτρέχει. βοηθοῦνται δὲ οἴνου μέλανος αὐστη‐ ροῦ \| κοτύλαις τέτρασιν ἐγχυματιζόμενοι, καὶ καταλαμβανό‐ μενοι δεσμῷ ἀσφαλῶς, ἢ σικύου ἀγρίου τῆς ῥίζης ἑψηθείσης ἐν οἴνου κοτύλαις δυσί, νίτρου μιχθέντος, ἢ πηγάνῳ μετὰ</w:t>
      </w:r>
    </w:p>
    <w:p>
      <w:r>
        <w:rPr>
          <w:rFonts w:ascii="Courier New" w:hAnsi="Courier New"/>
          <w:color w:val="555555"/>
          <w:sz w:val="20"/>
        </w:rPr>
        <w:t>[10]</w:t>
      </w:r>
    </w:p>
    <w:p>
      <w:r>
        <w:rPr>
          <w:rFonts w:ascii="Gentium Plus" w:hAnsi="Gentium Plus"/>
          <w:sz w:val="24"/>
        </w:rPr>
        <w:t>ἡδυόσμου κοπέντι. χριέσθωσαν δὲ καθ’ ὅλου τοῦ σώματος ἐλλεβόρῳ μέλανι ἀναζεσθέντι ἅπαξ ἐν ὄξει, μάλιστα δὲ τὴν κεφαλήν, τῆς τρίψεως εὐτονωτέρας γινομένης. γυμναζέσθωσαν δὲ ἐπὶ πλεῖον, καὶ ἀφαιρείσθω αἷμα ἐκ τῶν σκελῶν καὶ βρα‐ χιόνων. κριθὰς δὲ μὴ προσφέρειν, μέχρις ἂν νήψωσι.</w:t>
      </w:r>
    </w:p>
    <w:p>
      <w:r>
        <w:rPr>
          <w:rFonts w:ascii="Courier New" w:hAnsi="Courier New"/>
          <w:color w:val="555555"/>
          <w:sz w:val="20"/>
        </w:rPr>
        <w:t>[101 . 4]</w:t>
      </w:r>
    </w:p>
    <w:p>
      <w:r>
        <w:rPr>
          <w:rFonts w:ascii="Gentium Plus" w:hAnsi="Gentium Plus"/>
          <w:sz w:val="24"/>
        </w:rPr>
        <w:t>φασὶ δέ τινες δεῖν αὐτοὺς ἐν τόπῳ σκοτεινοτέρῳ καὶ ἡσυχίᾳ ἱστᾶν, ὅπερ Ἄψυρτος λέγει μὴ ὠφελεῖν, ἐκεῖνο μά‐ λιστα πάντων: ἐπαινῶν, ἵν’ ὅταν αἴσθηταί τις αὐτὸν ἀρχόμε‐ νον μαίνεσθαι, κατακλίνας τοὺς ὄρχεις ἐκτέμνῃ· παύεσθαι γὰρ</w:t>
      </w:r>
    </w:p>
    <w:p>
      <w:r>
        <w:rPr>
          <w:rFonts w:ascii="Courier New" w:hAnsi="Courier New"/>
          <w:color w:val="555555"/>
          <w:sz w:val="20"/>
        </w:rPr>
        <w:t>[5]</w:t>
      </w:r>
    </w:p>
    <w:p>
      <w:r>
        <w:rPr>
          <w:rFonts w:ascii="Gentium Plus" w:hAnsi="Gentium Plus"/>
          <w:sz w:val="24"/>
        </w:rPr>
        <w:t>αὐτὸν οὕτω τῆς μανίας.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Ἐὰν μαίνεσθαι ἄρξηται ἵππος, τοὺς ὀφθαλμοὺς κοιλοτέ‐ ρους ἔχει καὶ τοὺς μυκτῆρας ὀρθοτέ\|ρους καὶ τὰ ὦτα ὀρθά.</w:t>
      </w:r>
    </w:p>
    <w:p>
      <w:r>
        <w:rPr>
          <w:rFonts w:ascii="Courier New" w:hAnsi="Courier New"/>
          <w:color w:val="555555"/>
          <w:sz w:val="20"/>
        </w:rPr>
        <w:t>[5]</w:t>
      </w:r>
    </w:p>
    <w:p>
      <w:r>
        <w:rPr>
          <w:rFonts w:ascii="Gentium Plus" w:hAnsi="Gentium Plus"/>
          <w:sz w:val="24"/>
        </w:rPr>
        <w:t>μενέτω ἄσιτος, τῇ ἑξῆς δὲ κατ’ ὀλίγον δίδου, καὶ μετὰ τρεῖς ἡμέρας δίδου νήστει κωνείου γο αʹ μεθ’ ὕδατος συγκεράσας.</w:t>
      </w:r>
    </w:p>
    <w:p>
      <w:pPr>
        <w:jc w:val="center"/>
      </w:pPr>
      <w:r>
        <w:rPr>
          <w:rFonts w:ascii="Gentium Plus" w:hAnsi="Gentium Plus"/>
          <w:b/>
          <w:sz w:val="24"/>
        </w:rPr>
        <w:t>Εὐμήλου εἰς τὸ αὐτό.</w:t>
      </w:r>
    </w:p>
    <w:p>
      <w:r>
        <w:rPr>
          <w:rFonts w:ascii="Courier New" w:hAnsi="Courier New"/>
          <w:color w:val="555555"/>
          <w:sz w:val="20"/>
        </w:rPr>
        <w:t>[1]</w:t>
      </w:r>
    </w:p>
    <w:p>
      <w:r>
        <w:rPr>
          <w:rFonts w:ascii="Gentium Plus" w:hAnsi="Gentium Plus"/>
          <w:sz w:val="24"/>
        </w:rPr>
        <w:t>Εἴωθε μανία λαμβάνειν ζῷον πολλάκις, νοεῖται δὲ οὕτως· κλᾷ τὴν φάτην, δήγμασιν ἑαυτὸν κατεσθίει, ἀνθρώποις ἐπέρ‐ χεται, τὰ ὦτα συνεχῶς κινεῖ, ὀφθαλμοὺς ἑστῶτας ἔχει καὶ λάμ‐ ποντας, πέμπει δὲ καὶ ἀφρόν. τοῦτον ἐπιμελῶς δέσμει καὶ</w:t>
      </w:r>
    </w:p>
    <w:p>
      <w:r>
        <w:rPr>
          <w:rFonts w:ascii="Courier New" w:hAnsi="Courier New"/>
          <w:color w:val="555555"/>
          <w:sz w:val="20"/>
        </w:rPr>
        <w:t>[5]</w:t>
      </w:r>
    </w:p>
    <w:p>
      <w:r>
        <w:rPr>
          <w:rFonts w:ascii="Gentium Plus" w:hAnsi="Gentium Plus"/>
          <w:sz w:val="24"/>
        </w:rPr>
        <w:t>αἷμα ἐκ τῶν σκελῶν καὶ τοῦ σπονδύλου λάμβανε, καὶ τῷ αὐτῷ αἵματι σὺν οἴνῳ τὸ σῶμα ἀπότριβε, καὶ τὴν κοιλίαν καὶ τοὺς κροτάφους κεντήμασι πολλοῖς καυτῆρος ἔγκαιε. καὶ ἐὰν ἐνόρ‐ χης ἐστί, τοῦτον εὐνούχιζε. καὶ ἐν τόπῳ σκοτεινοτέρῳ κατά‐ κλειστον ἔχε, μέχρις οὗ τροφῆς ὀρεχθῇ. καὶ κατ’ ὀλίγον μετὰ</w:t>
      </w:r>
    </w:p>
    <w:p>
      <w:r>
        <w:rPr>
          <w:rFonts w:ascii="Courier New" w:hAnsi="Courier New"/>
          <w:color w:val="555555"/>
          <w:sz w:val="20"/>
        </w:rPr>
        <w:t>[10]</w:t>
      </w:r>
    </w:p>
    <w:p>
      <w:r>
        <w:rPr>
          <w:rFonts w:ascii="Gentium Plus" w:hAnsi="Gentium Plus"/>
          <w:sz w:val="24"/>
        </w:rPr>
        <w:t>τὸ πρᾶον γενέσθαι \ ματος ὀξύβαφον αʹ λελειωμένον μετὰ ὕδατος ξέ. cʹ διὰ στό‐ ματος ἐγχυμάτιζε. ὕπαγε δὲ καὶ τὴν κοιλίαν, ὄξει τε ζεστῷ μετὰ ἐλλεβόρου μέλανος λελειωμένου ἐνάλειφε τὴν κεφαλήν, καὶ δέρμασι προβατείοις κατάσκεπε. ἔπειτα πήγανον λειώσας,</w:t>
      </w:r>
    </w:p>
    <w:p>
      <w:r>
        <w:rPr>
          <w:rFonts w:ascii="Courier New" w:hAnsi="Courier New"/>
          <w:color w:val="555555"/>
          <w:sz w:val="20"/>
        </w:rPr>
        <w:t>[15]</w:t>
      </w:r>
    </w:p>
    <w:p>
      <w:r>
        <w:rPr>
          <w:rFonts w:ascii="Gentium Plus" w:hAnsi="Gentium Plus"/>
          <w:sz w:val="24"/>
        </w:rPr>
        <w:t>ὁμοίως τὴν κεφαλὴν αὐτοῦ ἐνάλειφε, καὶ στηκέτω ἐν τόπῳ θερμῷ.</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Ἐὰν ζῷον ὀργῇ τινι ἐπὶ τοσοῦτον ταραχθῇ, ὥστε ἀλλότριον ἑαυτοῦ γενέσθαι, κόπρον ἀνθρωπίνην λεάνας καλῶς καὶ οἴνῳ</w:t>
      </w:r>
    </w:p>
    <w:p>
      <w:pPr>
        <w:jc w:val="center"/>
      </w:pPr>
      <w:r>
        <w:rPr>
          <w:rFonts w:ascii="Gentium Plus" w:hAnsi="Gentium Plus"/>
          <w:b/>
          <w:sz w:val="24"/>
        </w:rPr>
        <w:t>ἄλλο Ἱπποκράτους.</w:t>
      </w:r>
    </w:p>
    <w:p>
      <w:r>
        <w:rPr>
          <w:rFonts w:ascii="Courier New" w:hAnsi="Courier New"/>
          <w:color w:val="555555"/>
          <w:sz w:val="20"/>
        </w:rPr>
        <w:t>[1]</w:t>
      </w:r>
    </w:p>
    <w:p>
      <w:r>
        <w:rPr>
          <w:rFonts w:ascii="Gentium Plus" w:hAnsi="Gentium Plus"/>
          <w:sz w:val="24"/>
        </w:rPr>
        <w:t>Τῷ λυσσῶντι ἵππῳ παρέπεται σημεῖα τάδε· οἱ ὀφθαλμοὶ προπίπτουσιν ὕφαιμοι, καὶ αἱ φλέβες μετέωροι γίνονται καὶ τὸ σῶμα .... καὶ ἀσιτεῖ καὶ ἀγωνιᾷ. θεραπεύειν οὖν χρὴ οὕ‐ τως· ἱμάτιον περιβαλὼν εἰς τὸ πρόσωπον, ὥστε μὴ βλέ‐</w:t>
      </w:r>
    </w:p>
    <w:p>
      <w:r>
        <w:rPr>
          <w:rFonts w:ascii="Courier New" w:hAnsi="Courier New"/>
          <w:color w:val="555555"/>
          <w:sz w:val="20"/>
        </w:rPr>
        <w:t>[5]</w:t>
      </w:r>
    </w:p>
    <w:p>
      <w:r>
        <w:rPr>
          <w:rFonts w:ascii="Gentium Plus" w:hAnsi="Gentium Plus"/>
          <w:sz w:val="24"/>
        </w:rPr>
        <w:t>πειν τοὺς προσιόντας, ἀποδήσας \ φλέβας τὰς πλατείας, καὶ ἄφες ἀπορρεῖν, ἕως οὗ ἐκλυθῇ. εἶτα τὸν αὐχένα λύσας, καὶ στήσας τὸ αἷμα, ἐν ζοφώδει τόπῳ ποίει ἵστασθαι, καὶ ἔα ἡσυχάζειν, μήτε ψόφου τινὸς μήτε θορύβου ἐκεῖσε γινομένου. εἰς δὲ τὴν ἑσπέραν δίδου πιεῖν</w:t>
      </w:r>
    </w:p>
    <w:p>
      <w:r>
        <w:rPr>
          <w:rFonts w:ascii="Courier New" w:hAnsi="Courier New"/>
          <w:color w:val="555555"/>
          <w:sz w:val="20"/>
        </w:rPr>
        <w:t>[10]</w:t>
      </w:r>
    </w:p>
    <w:p>
      <w:r>
        <w:rPr>
          <w:rFonts w:ascii="Gentium Plus" w:hAnsi="Gentium Plus"/>
          <w:sz w:val="24"/>
        </w:rPr>
        <w:t>ὕδατος χόα ἕνα, καὶ τῇ ἄλλῃ ὁμοίως, ὑποστελλόμενος καὶ τὰ σιτία καὶ τὸ ποτὸν ἕως ἡμερῶν τριῶν, εἶτα δίδου τὰ εἰωθότα.</w:t>
      </w:r>
    </w:p>
    <w:p>
      <w:pPr>
        <w:jc w:val="center"/>
      </w:pPr>
      <w:r>
        <w:rPr>
          <w:rFonts w:ascii="Gentium Plus" w:hAnsi="Gentium Plus"/>
          <w:b/>
          <w:sz w:val="24"/>
        </w:rPr>
        <w:t>ἄλλο Πελαγωνίου.</w:t>
      </w:r>
    </w:p>
    <w:p>
      <w:r>
        <w:rPr>
          <w:rFonts w:ascii="Courier New" w:hAnsi="Courier New"/>
          <w:color w:val="555555"/>
          <w:sz w:val="20"/>
        </w:rPr>
        <w:t>[1]</w:t>
      </w:r>
    </w:p>
    <w:p>
      <w:r>
        <w:rPr>
          <w:rFonts w:ascii="Gentium Plus" w:hAnsi="Gentium Plus"/>
          <w:sz w:val="24"/>
        </w:rPr>
        <w:t>Πρὸ πάντων ὁ τοιοῦτος ἵππος ἐν τόπῳ σκοτεινοτέρῳ ἑστά‐ ναι ὀφείλει, καὶ ἁπαλωτέρᾳ τρέφεσθαι τροφῇ, καὶ θεραπεύ‐ εσθαι προποτίσματι τοιῷδε· σελίνου χλωροῦ δεσμὴν λελειω‐ μένην, μέλιτος καλοῦ γο δʹ, καρδαμώμου λελειωμένου κύαθον</w:t>
      </w:r>
    </w:p>
    <w:p>
      <w:r>
        <w:rPr>
          <w:rFonts w:ascii="Courier New" w:hAnsi="Courier New"/>
          <w:color w:val="555555"/>
          <w:sz w:val="20"/>
        </w:rPr>
        <w:t>[5]</w:t>
      </w:r>
    </w:p>
    <w:p>
      <w:r>
        <w:rPr>
          <w:rFonts w:ascii="Gentium Plus" w:hAnsi="Gentium Plus"/>
          <w:sz w:val="24"/>
        </w:rPr>
        <w:t>αʹ, οἴνου λευκοῦ κυάθους βʹ, ταῦτα πάντα λειώσας σὺν τῷ οἴνῳ κατὰ τοῦ λαιμοῦ ἔγχει. εἰ δὲ μὴ θεραπευθῇ οὕτω, τὴν κεφαλὴν ὑπόκαυσον, καὶ ἀλείμμασι θερμοῖς ἀπόχρισον, ὡς ἐπὶ τῶν ὀπισθοτονικῶν \| εἴπομεν. ἔγχριε δὲ καὶ τοὺς</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Πρότερον μὲν ἀπὸ τῶν κροτάφων ἀφαίμασσε, ἔπειτα δὲ πόμα πρόσαγε σελινοσπέρμου, ναρδοστάχυος, πετροσελίνου Μακεδονικοῦ, θρίδακος σπέρματος, μήκωνος σπέρματος ἐξ ἴσου μίξας σὺν ὑδρομέλιτι ἐπὶ ἡμέραις πέντε. τὴν δὲ κεφα‐</w:t>
      </w:r>
    </w:p>
    <w:p>
      <w:r>
        <w:rPr>
          <w:rFonts w:ascii="Courier New" w:hAnsi="Courier New"/>
          <w:color w:val="555555"/>
          <w:sz w:val="20"/>
        </w:rPr>
        <w:t>[5]</w:t>
      </w:r>
    </w:p>
    <w:p>
      <w:r>
        <w:rPr>
          <w:rFonts w:ascii="Gentium Plus" w:hAnsi="Gentium Plus"/>
          <w:sz w:val="24"/>
        </w:rPr>
        <w:t>λὴν αὐτοῦ δέρματι ἔχοντι ἐρέαν καὶ ἠλειμμένῳ ἐλαίῳ κάλυπτε.</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Δάφνης κόκκους κεκαθαρμένους λύσας ἐν ἐλαίῳ, καὶ ἐπιβαλὼν οἶνον θερμόν, διὰ τῶν μυκτήρων ἔγχει.</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Τὸ μὲν ὄμμα δεινὸν καὶ λαμπρόν, αἱ φλέβες φοινικαῖ αἱ οὖσαι ἐπὶ τῷ λευκῷ, καὶ στρέφει τοῦτο πυκνά, αἵ τε σιαγόνες κινοῦνται, καὶ αὐτὸς ἑαυτὸν δάκνει ἑστηκὼς καὶ κυλιόμενος, καὶ τὸν παρεστῶτα ἐπιτρέχει δάκνειν, καὶ ἱδροῖ. \| ἀπὸ τῶν</w:t>
      </w:r>
    </w:p>
    <w:p>
      <w:r>
        <w:rPr>
          <w:rFonts w:ascii="Courier New" w:hAnsi="Courier New"/>
          <w:color w:val="555555"/>
          <w:sz w:val="20"/>
        </w:rPr>
        <w:t>[5]</w:t>
      </w:r>
    </w:p>
    <w:p>
      <w:r>
        <w:rPr>
          <w:rFonts w:ascii="Gentium Plus" w:hAnsi="Gentium Plus"/>
          <w:sz w:val="24"/>
        </w:rPr>
        <w:t>σκελῶν οὖν τοῦ τοιούτου αἷμα ὡς κοτύλας ἓξ ἀφελών, ἀνά‐ δησον, καὶ μηδὲν προσενέγκῃς, ἵνα μὴ τὸ αἷμα ῥυῇ. ἐὰν δὲ ὁ ἥλιος δύῃ, ἔνεγκε ὠμὴν λύσιν ὡς χοίνικα, ὕδατος ἐπιχέας χλιαροῦ ὡς κοτύλας τέσσαρας. ἄλλο δὲ μηδὲν προσενέγκῃς, τῇ δὲ δευτέρᾳ μάλιστα μὲν ἀπὸ χιλοῦ ἁπαλοῦ, εἰ δὲ μή, τοῦ</w:t>
      </w:r>
    </w:p>
    <w:p>
      <w:r>
        <w:rPr>
          <w:rFonts w:ascii="Courier New" w:hAnsi="Courier New"/>
          <w:color w:val="555555"/>
          <w:sz w:val="20"/>
        </w:rPr>
        <w:t>[10]</w:t>
      </w:r>
    </w:p>
    <w:p>
      <w:r>
        <w:rPr>
          <w:rFonts w:ascii="Gentium Plus" w:hAnsi="Gentium Plus"/>
          <w:sz w:val="24"/>
        </w:rPr>
        <w:t>ξηροῦ ὅσον δεσμὰς δύο καὶ τῆς ὠμῆς λύσεως τὸ ἴσον πόμα. εἶτα περιπατησάτω μὴ πολλά, ἱμάτιον περιβεβλημένος. εἶτα ἐν σκέπῃ ἱστάσθω, καὶ δεῖ περισσότερον μὲν τοῦ χόρτου προσ‐ ενεγκεῖν, πόμα δὲ ἐνδεέστερον, ἐνδεῶς δὲ καὶ κατὰ μικρὸν τῶν κριθῶν προσφέρειν, ἵνα μὴ εἰς τὸ αὐτὸ πάθος περιπέσῃ. καὶ</w:t>
      </w:r>
    </w:p>
    <w:p>
      <w:r>
        <w:rPr>
          <w:rFonts w:ascii="Courier New" w:hAnsi="Courier New"/>
          <w:color w:val="555555"/>
          <w:sz w:val="20"/>
        </w:rPr>
        <w:t>[15]</w:t>
      </w:r>
    </w:p>
    <w:p>
      <w:r>
        <w:rPr>
          <w:rFonts w:ascii="Gentium Plus" w:hAnsi="Gentium Plus"/>
          <w:sz w:val="24"/>
        </w:rPr>
        <w:t>τὸ στόμα ἅλιζε, καὶ περιπατείτω, καὶ ἐὰν μὴ καθιστῆται, τότε</w:t>
      </w:r>
    </w:p>
    <w:p>
      <w:pPr>
        <w:jc w:val="center"/>
      </w:pPr>
      <w:r>
        <w:rPr>
          <w:rFonts w:ascii="Gentium Plus" w:hAnsi="Gentium Plus"/>
          <w:b/>
          <w:sz w:val="24"/>
        </w:rPr>
        <w:t>περὶ ἑτερογόνων καὶ εὐθέτων πρὸς ζυγόν.</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Ἀπολλοφάνει φιλίῳ χαίρειν. ἱπποτρο‐ φοῦντά σε καὶ σπουδαίως ἔχοντα ἐν τῇ συστάσει τῶν ἑτερογό‐ νων εὔχρηστον εἰδέναι ἀπὸ τῶν σωματικῶν σημείων τοὺς εὐθέτους εἰς τὴν κατάζευξιν τοῦ ζυγοῦ. δεῖ οὖν εἶναι ἔχον‐</w:t>
      </w:r>
    </w:p>
    <w:p>
      <w:r>
        <w:rPr>
          <w:rFonts w:ascii="Courier New" w:hAnsi="Courier New"/>
          <w:color w:val="555555"/>
          <w:sz w:val="20"/>
        </w:rPr>
        <w:t>[5]</w:t>
      </w:r>
    </w:p>
    <w:p>
      <w:r>
        <w:rPr>
          <w:rFonts w:ascii="Gentium Plus" w:hAnsi="Gentium Plus"/>
          <w:sz w:val="24"/>
        </w:rPr>
        <w:t>τας στῆθος πλατύ, τράχηλον ὡσαύτως, ῥώθωνας ἀνεσταλμέ‐ νους, ὑψηλοτέρους μᾶλλον τοὺς ὤμους, βραχίονας ὀρθοὺς καὶ τὰ ἐν αὐτοῖς μεσοκύνια μὴ μεγάλα, πόδας μὴ σκαμβοὺς εἰς τὸ ἐκτὸς μέρος, κοιλίαν μὴ μικράν, ῥάχιν μὴ κυρτήν. ἐκ γὰρ τῶν τοιούτων ἐπιτυγχάνοι τις τῶν δυνατῶν καὶ ἀνδρείων ἐν</w:t>
      </w:r>
    </w:p>
    <w:p>
      <w:r>
        <w:rPr>
          <w:rFonts w:ascii="Courier New" w:hAnsi="Courier New"/>
          <w:color w:val="555555"/>
          <w:sz w:val="20"/>
        </w:rPr>
        <w:t>[10]</w:t>
      </w:r>
    </w:p>
    <w:p>
      <w:r>
        <w:rPr>
          <w:rFonts w:ascii="Gentium Plus" w:hAnsi="Gentium Plus"/>
          <w:sz w:val="24"/>
        </w:rPr>
        <w:t>τοῖς ἔργοις. \</w:t>
      </w:r>
    </w:p>
    <w:p>
      <w:pPr>
        <w:jc w:val="center"/>
      </w:pPr>
      <w:r>
        <w:rPr>
          <w:rFonts w:ascii="Gentium Plus" w:hAnsi="Gentium Plus"/>
          <w:b/>
          <w:sz w:val="24"/>
        </w:rPr>
        <w:t>περὶ ῥεύματος τοῦ ἐν κεφαλῇ.</w:t>
      </w:r>
    </w:p>
    <w:p>
      <w:pPr>
        <w:jc w:val="center"/>
      </w:pPr>
      <w:r>
        <w:rPr>
          <w:rFonts w:ascii="Gentium Plus" w:hAnsi="Gentium Plus"/>
          <w:b/>
          <w:sz w:val="24"/>
        </w:rPr>
        <w:t>Αψύρτου.</w:t>
      </w:r>
    </w:p>
    <w:p>
      <w:r>
        <w:rPr>
          <w:rFonts w:ascii="Courier New" w:hAnsi="Courier New"/>
          <w:color w:val="555555"/>
          <w:sz w:val="20"/>
        </w:rPr>
        <w:t>[103 . 1]</w:t>
      </w:r>
    </w:p>
    <w:p>
      <w:r>
        <w:rPr>
          <w:rFonts w:ascii="Gentium Plus" w:hAnsi="Gentium Plus"/>
          <w:sz w:val="24"/>
        </w:rPr>
        <w:t>Ἄψυρτος Πασικράτει Ἀλεξανδρεῖ ἱππιατρῷ χαί‐ ρειν. βούλομαί σε εἰδέναι, ῥεύματος τοῦ ἐν κεφαλῇ γενομέ‐ νου, ἐὰν ἔκκρισις ἐκ τοῦ αὐτομάτου γένηται ἢ γυμναζομένου τοῦ ἵππου, κακὸν οὐδὲν συμβαίνει. εἰ δὲ μή, ἐμπυϊκὸς γίνε‐</w:t>
      </w:r>
    </w:p>
    <w:p>
      <w:r>
        <w:rPr>
          <w:rFonts w:ascii="Courier New" w:hAnsi="Courier New"/>
          <w:color w:val="555555"/>
          <w:sz w:val="20"/>
        </w:rPr>
        <w:t>[5]</w:t>
      </w:r>
    </w:p>
    <w:p>
      <w:r>
        <w:rPr>
          <w:rFonts w:ascii="Gentium Plus" w:hAnsi="Gentium Plus"/>
          <w:sz w:val="24"/>
        </w:rPr>
        <w:t>ται καὶ καταρροϊκός. σημεῖα δέ ἐστι ταῦτα· ἐκ τοῦ μυκτῆρος αὐτοῦ ῥεῖ παχὺ καὶ λευκόν, ὀσμὴν ἔχον σαπράν, καὶ προ‐ θυμούμενος βήσσειν οὐ δύναται, καὶ ἀτροφεῖ ἀνόρεκτος ὤν,</w:t>
      </w:r>
    </w:p>
    <w:p>
      <w:r>
        <w:rPr>
          <w:rFonts w:ascii="Courier New" w:hAnsi="Courier New"/>
          <w:color w:val="555555"/>
          <w:sz w:val="20"/>
        </w:rPr>
        <w:t>[10]</w:t>
      </w:r>
    </w:p>
    <w:p>
      <w:r>
        <w:rPr>
          <w:rFonts w:ascii="Gentium Plus" w:hAnsi="Gentium Plus"/>
          <w:sz w:val="24"/>
        </w:rPr>
        <w:t>μένας ἔχει καὶ τῷ προσώπῳ. θεραπεύεται δὲ γυμνασίαις, δρόμῳ τῷ διὰ κάλπης μὴ πολλῷ, καὶ καταντλήσει τῆς κεφαλῆς \ θερμῷ ὕδατι, καὶ ὑποθυμιάσει τοῦ στόματος καὶ τῶν μυκτή‐ ρων ἐπ’ ἀνθράκων δάφνης καρπῷ, καὶ τρίψει τοῦ σώματος χωρὶς τῆς κεφαλῆς, ἵνα μὴ στεγνωθῶσιν οἱ πόροι.</w:t>
      </w:r>
    </w:p>
    <w:p>
      <w:r>
        <w:rPr>
          <w:rFonts w:ascii="Courier New" w:hAnsi="Courier New"/>
          <w:color w:val="555555"/>
          <w:sz w:val="20"/>
        </w:rPr>
        <w:t>[103 . 2]</w:t>
      </w:r>
    </w:p>
    <w:p>
      <w:r>
        <w:rPr>
          <w:rFonts w:ascii="Gentium Plus" w:hAnsi="Gentium Plus"/>
          <w:sz w:val="24"/>
        </w:rPr>
        <w:t>ἐγχυματισμοῖς δὲ τοῖς καθαρτικοῖς δεῖ χρῆσθαι, μάλιστα δὲ τῇ ἀριστολοχείᾳ διὰ τῶν μυκτήρων μετὰ οἴνου, ἢ καὶ νίτρῳ μετὰ ὕδατος ὡσαύτως, ἢ στυπτηρίας φορίμης ὁλκὰς βʹ καὶ ἁλὸς τὸ ἴσον μετὰ οἴνου κοτύλης ἐγχυματίζειν. ἐὰν δὲ ἐν</w:t>
      </w:r>
    </w:p>
    <w:p>
      <w:r>
        <w:rPr>
          <w:rFonts w:ascii="Courier New" w:hAnsi="Courier New"/>
          <w:color w:val="555555"/>
          <w:sz w:val="20"/>
        </w:rPr>
        <w:t>[5]</w:t>
      </w:r>
    </w:p>
    <w:p>
      <w:r>
        <w:rPr>
          <w:rFonts w:ascii="Gentium Plus" w:hAnsi="Gentium Plus"/>
          <w:sz w:val="24"/>
        </w:rPr>
        <w:t>τούτοις ῥῆξις μὴ γένηται τοῦ πύου, χρῆσθαι καὶ τούτοις σύν‐ θεμα ποιοῦντας· ταύρου αἷμα, εἰ δὲ μή γε, βοὸς νεωτέρου, ὀξύβαφα βʹ καὶ λιβανωτοῦ ὀξύβαφον αʹ καὶ ἁλὸς ἥμισυ ὀξυ‐ βάφου, ταῦτα ἕκαστα χωρὶς τρίψας καὶ πάλιν ἐν ταὐτῷ ὄξος ἐπιχέας ὡς δριμύτατον, τρῖβε καὶ πρὸς τὸν ἥλιον ξήραινε. ὅταν</w:t>
      </w:r>
    </w:p>
    <w:p>
      <w:r>
        <w:rPr>
          <w:rFonts w:ascii="Courier New" w:hAnsi="Courier New"/>
          <w:color w:val="555555"/>
          <w:sz w:val="20"/>
        </w:rPr>
        <w:t>[10]</w:t>
      </w:r>
    </w:p>
    <w:p>
      <w:r>
        <w:rPr>
          <w:rFonts w:ascii="Gentium Plus" w:hAnsi="Gentium Plus"/>
          <w:sz w:val="24"/>
        </w:rPr>
        <w:t>δὲ πήγνυται, διάπλασσε τροχίσκους καρύου τὸ μέγεθος, καὶ ξηράνας ἀπόθου, καὶ τούτων ἕνα τῇ ἡμέρᾳ εἰς τὸ στόμα ἔγχει, ἐν ὄξει τρίβων. ἐὰν δὲ ἀσθενήσῃ, ἐν οἴνῳ τρῖβε. πρὸ τοῦ δὲ \ τὰ φάρμακα διδόναι λούειν αὐτὸν θερμῷ πολλῷ. μετὰ δὲ ταῦτα καπνίζειν αὐτόν, καὶ τὸ στόμα διανοίγειν αὐτοῦ. ὅταν</w:t>
      </w:r>
    </w:p>
    <w:p>
      <w:r>
        <w:rPr>
          <w:rFonts w:ascii="Courier New" w:hAnsi="Courier New"/>
          <w:color w:val="555555"/>
          <w:sz w:val="20"/>
        </w:rPr>
        <w:t>[15]</w:t>
      </w:r>
    </w:p>
    <w:p>
      <w:r>
        <w:rPr>
          <w:rFonts w:ascii="Gentium Plus" w:hAnsi="Gentium Plus"/>
          <w:sz w:val="24"/>
        </w:rPr>
        <w:t>δὲ σπάσηται τοῦ καπνοῦ, καταλαμβάνειν χρὴ τὸ στόμα.</w:t>
      </w:r>
    </w:p>
    <w:p>
      <w:pPr>
        <w:jc w:val="center"/>
      </w:pPr>
      <w:r>
        <w:rPr>
          <w:rFonts w:ascii="Gentium Plus" w:hAnsi="Gentium Plus"/>
          <w:b/>
          <w:sz w:val="24"/>
        </w:rPr>
        <w:t>ἄλλο Εὐμήλου πρὸς κεφαλῆς πόνον.</w:t>
      </w:r>
    </w:p>
    <w:p>
      <w:r>
        <w:rPr>
          <w:rFonts w:ascii="Courier New" w:hAnsi="Courier New"/>
          <w:color w:val="555555"/>
          <w:sz w:val="20"/>
        </w:rPr>
        <w:t>[1]</w:t>
      </w:r>
    </w:p>
    <w:p>
      <w:r>
        <w:rPr>
          <w:rFonts w:ascii="Gentium Plus" w:hAnsi="Gentium Plus"/>
          <w:sz w:val="24"/>
        </w:rPr>
        <w:t>Τῷ κεφ〈αλ〉αλγοῦντι ἵππῳ σημεῖα ταῦτα ἔσται· τοὺς ὀφθαλμοὺς φλεγμαίνει, διὰ τοῦ στόματος ἀποβάλλει ὑγρά. χρὴ οὖν ζεστῷ ὕδατι τὴν κεφαλὴν αὐτοῦ ἀπαντλεῖν, καὶ τρυφερᾷ κοιμήσει χρῆσθαι. ποίει δὲ καὶ ἀφαίρεσιν αἵματος ἀπὸ τῶν</w:t>
      </w:r>
    </w:p>
    <w:p>
      <w:r>
        <w:rPr>
          <w:rFonts w:ascii="Courier New" w:hAnsi="Courier New"/>
          <w:color w:val="555555"/>
          <w:sz w:val="20"/>
        </w:rPr>
        <w:t>[5]</w:t>
      </w:r>
    </w:p>
    <w:p>
      <w:r>
        <w:rPr>
          <w:rFonts w:ascii="Gentium Plus" w:hAnsi="Gentium Plus"/>
          <w:sz w:val="24"/>
        </w:rPr>
        <w:t>ὀφρύων, καὶ φύλλα ἐκ τριφύλλου συντρίψας πιεῖν δίδου. ἐὰν δὲ τοὺς ὀφθαλμοὺς ἀνατεταμένους ἔχῃ, δεήσει αὐτοῦ αἷμα ἀφελεῖν ἀπὸ τοῦ τραχήλου καὶ τοῦ κρανίου. εἶτα λαβὼν ἅλα‐ τος γο γʹ, μεθ’ ὕδατος ἀναλύσας, ἐγχυμάτιζε. ἐὰν δὲ τοῦτο μὴ σχῇς, γῆς ἔντερα λαβὼν καὶ οὖρον παλαιὸν ὡς ξέ. βʹ καὶ</w:t>
      </w:r>
    </w:p>
    <w:p>
      <w:r>
        <w:rPr>
          <w:rFonts w:ascii="Courier New" w:hAnsi="Courier New"/>
          <w:color w:val="555555"/>
          <w:sz w:val="20"/>
        </w:rPr>
        <w:t>[10]</w:t>
      </w:r>
    </w:p>
    <w:p>
      <w:r>
        <w:rPr>
          <w:rFonts w:ascii="Gentium Plus" w:hAnsi="Gentium Plus"/>
          <w:sz w:val="24"/>
        </w:rPr>
        <w:t>συλλεάνας, διὰ τοῦ ἀριστεροῦ μυκτῆρος ἔγχει.</w:t>
      </w:r>
    </w:p>
    <w:p>
      <w:pPr>
        <w:jc w:val="center"/>
      </w:pPr>
      <w:r>
        <w:rPr>
          <w:rFonts w:ascii="Gentium Plus" w:hAnsi="Gentium Plus"/>
          <w:b/>
          <w:sz w:val="24"/>
        </w:rPr>
        <w:t>ἄλλο εἰς τὸ αὐτό. \</w:t>
      </w:r>
    </w:p>
    <w:p>
      <w:r>
        <w:rPr>
          <w:rFonts w:ascii="Courier New" w:hAnsi="Courier New"/>
          <w:color w:val="555555"/>
          <w:sz w:val="20"/>
        </w:rPr>
        <w:t>[1]</w:t>
      </w:r>
    </w:p>
    <w:p>
      <w:r>
        <w:rPr>
          <w:rFonts w:ascii="Gentium Plus" w:hAnsi="Gentium Plus"/>
          <w:sz w:val="24"/>
        </w:rPr>
        <w:t>Τὸν τῆς κεφαλῆς μηνύουσι πόνον δακρύοντες ὀφθαλμοὶ καὶ ὦτα διεστραμμένα, ἤτοι ὑποκεκλασμένα, κεφαλὴ κάτω νεύ‐ ουσα. χρὴ οὖν θεραπεύειν οὕτως. λύε τὴν ὑπὸ τὸν ὀφθαλ‐ μὸν φλέβα, καὶ τὸ στόμα ὕδατι θερμῷ πυρία, τροφῆς ἀπέ‐</w:t>
      </w:r>
    </w:p>
    <w:p>
      <w:r>
        <w:rPr>
          <w:rFonts w:ascii="Courier New" w:hAnsi="Courier New"/>
          <w:color w:val="555555"/>
          <w:sz w:val="20"/>
        </w:rPr>
        <w:t>[5]</w:t>
      </w:r>
    </w:p>
    <w:p>
      <w:r>
        <w:rPr>
          <w:rFonts w:ascii="Gentium Plus" w:hAnsi="Gentium Plus"/>
          <w:sz w:val="24"/>
        </w:rPr>
        <w:t>χεσθαι ποίει, τῇ δὲ ἑξῆς ἡμέρᾳ χόρτῳ χλωρῷ καὶ ὕδατι χλιαρῷ κέχρησο. τῇ δὲ τρίτῃ ἡμέρᾳ κριθὰς μετὰ βικκείου χόρτου ἐσθίειν ποίει, κατ’ ὀλίγον δὲ ποτιζέσθω, ὥστε κατὰ πρόσβασιν τὴν κατὰ φύσιν ὑγείαν λαμβάνειν.</w:t>
      </w:r>
    </w:p>
    <w:p>
      <w:pPr>
        <w:jc w:val="center"/>
      </w:pPr>
      <w:r>
        <w:rPr>
          <w:rFonts w:ascii="Gentium Plus" w:hAnsi="Gentium Plus"/>
          <w:b/>
          <w:sz w:val="24"/>
        </w:rPr>
        <w:t>ἄλλο εἰς τὸ αὐτό.</w:t>
      </w:r>
    </w:p>
    <w:p>
      <w:r>
        <w:rPr>
          <w:rFonts w:ascii="Courier New" w:hAnsi="Courier New"/>
          <w:color w:val="555555"/>
          <w:sz w:val="20"/>
        </w:rPr>
        <w:t>[1]</w:t>
      </w:r>
    </w:p>
    <w:p>
      <w:r>
        <w:rPr>
          <w:rFonts w:ascii="Gentium Plus" w:hAnsi="Gentium Plus"/>
          <w:sz w:val="24"/>
        </w:rPr>
        <w:t>Καστορίου γο βʹ, δαφνίδος γο ἕξ, νίτρου, Βρυττίας, μάν‐ νης λιβάνου ἀνὰ γο βʹ, ἐλαίου παλαιοῦ γο ἕξ, καρύων πικρῶν γο ἕξ, ταῦτα συντρίψας καὶ μίξας, προλούων οὔρῳ σύγχριε.</w:t>
      </w:r>
    </w:p>
    <w:p>
      <w:pPr>
        <w:jc w:val="center"/>
      </w:pPr>
      <w:r>
        <w:rPr>
          <w:rFonts w:ascii="Gentium Plus" w:hAnsi="Gentium Plus"/>
          <w:b/>
          <w:sz w:val="24"/>
        </w:rPr>
        <w:t>ἄλλο πρὸς κεφαλῆς κάθαρσιν.</w:t>
      </w:r>
    </w:p>
    <w:p>
      <w:r>
        <w:rPr>
          <w:rFonts w:ascii="Courier New" w:hAnsi="Courier New"/>
          <w:color w:val="555555"/>
          <w:sz w:val="20"/>
        </w:rPr>
        <w:t>[1]</w:t>
      </w:r>
    </w:p>
    <w:p>
      <w:r>
        <w:rPr>
          <w:rFonts w:ascii="Gentium Plus" w:hAnsi="Gentium Plus"/>
          <w:sz w:val="24"/>
        </w:rPr>
        <w:t>Τὴν κεφαλὴν καθαίρει γάρου ἡμίνα μία διὰ τῶν μυκτή‐</w:t>
      </w:r>
    </w:p>
    <w:p>
      <w:pPr>
        <w:jc w:val="center"/>
      </w:pPr>
      <w:r>
        <w:rPr>
          <w:rFonts w:ascii="Gentium Plus" w:hAnsi="Gentium Plus"/>
          <w:b/>
          <w:sz w:val="24"/>
        </w:rPr>
        <w:t>ἄλλο· ἐμβροχὴ πρὸς κεφαλαλγίας ἵππων.</w:t>
      </w:r>
    </w:p>
    <w:p>
      <w:r>
        <w:rPr>
          <w:rFonts w:ascii="Courier New" w:hAnsi="Courier New"/>
          <w:color w:val="555555"/>
          <w:sz w:val="20"/>
        </w:rPr>
        <w:t>[1]</w:t>
      </w:r>
    </w:p>
    <w:p>
      <w:r>
        <w:rPr>
          <w:rFonts w:ascii="Gentium Plus" w:hAnsi="Gentium Plus"/>
          <w:sz w:val="24"/>
        </w:rPr>
        <w:t>Ψιμυθίου στατῆρας δώδεκα ἐμβρέξας νύκτα καὶ ἡμέραν ἐν ὕδατι ἐν καινῷ ἀγγείῳ, καὶ ἀπηθήσας τὸ ὕδωρ, τρῖβε τὸ ψιμύθιον ἐν θυᾷ, ὅπως λειότατον γένηται. εἶτα κηρὸν μίξας, τρῖψον ἱκανῶς, καὶ ὅτε λειότατον γένηται, μῖξον αὐτοῖς μέλι‐</w:t>
      </w:r>
    </w:p>
    <w:p>
      <w:r>
        <w:rPr>
          <w:rFonts w:ascii="Courier New" w:hAnsi="Courier New"/>
          <w:color w:val="555555"/>
          <w:sz w:val="20"/>
        </w:rPr>
        <w:t>[5]</w:t>
      </w:r>
    </w:p>
    <w:p>
      <w:r>
        <w:rPr>
          <w:rFonts w:ascii="Gentium Plus" w:hAnsi="Gentium Plus"/>
          <w:sz w:val="24"/>
        </w:rPr>
        <w:t>τος πλῆθος χήμης, καὶ συλλεάνας τούτοις, λαβὼν ἔλαιον εἰς τὴν χεῖρα, τίθει εἰς τοὺς κροτάφους τῶν ἵππων καὶ τὸν δακτύ‐ λιον. ποιεῖ δὲ καὶ ἐπὶ ἀνθρώπων πρὸς πάντα κόπον τοῦτο. ἔστω δὲ ἡ κηρωτὴ στατήρων πέντε.</w:t>
      </w:r>
    </w:p>
    <w:p>
      <w:pPr>
        <w:jc w:val="center"/>
      </w:pPr>
      <w:r>
        <w:rPr>
          <w:rFonts w:ascii="Gentium Plus" w:hAnsi="Gentium Plus"/>
          <w:b/>
          <w:sz w:val="24"/>
        </w:rPr>
        <w:t>ἄλλο πρὸς κατάρρουν.</w:t>
      </w:r>
    </w:p>
    <w:p>
      <w:r>
        <w:rPr>
          <w:rFonts w:ascii="Courier New" w:hAnsi="Courier New"/>
          <w:color w:val="555555"/>
          <w:sz w:val="20"/>
        </w:rPr>
        <w:t>[1]</w:t>
      </w:r>
    </w:p>
    <w:p>
      <w:r>
        <w:rPr>
          <w:rFonts w:ascii="Gentium Plus" w:hAnsi="Gentium Plus"/>
          <w:sz w:val="24"/>
        </w:rPr>
        <w:t>Ἐὰν ἐν τῇ κεφαλῇ αἷμα ἐνδράμῃ ἀπὸ ἱππασίας ἢ ἄλλου τινὸς κόπου, σημεῖά ἐστι ταῦτα· τὰ ὦτα ἔχει ὀρθὰ καὶ ψυχρά, καὶ οἱ ὀφθαλμοὶ ῥεῦμα ἀφιᾶσι διὰ τῶν μυκτήρων, καὶ τὸ στόμα ἔσωθεν ψυχρόν ἐστι. καταντλεῖν οὖν δεῖ τὴν κεφαλὴν</w:t>
      </w:r>
    </w:p>
    <w:p>
      <w:r>
        <w:rPr>
          <w:rFonts w:ascii="Courier New" w:hAnsi="Courier New"/>
          <w:color w:val="555555"/>
          <w:sz w:val="20"/>
        </w:rPr>
        <w:t>[5]</w:t>
      </w:r>
    </w:p>
    <w:p>
      <w:r>
        <w:rPr>
          <w:rFonts w:ascii="Gentium Plus" w:hAnsi="Gentium Plus"/>
          <w:sz w:val="24"/>
        </w:rPr>
        <w:t>ὕδατι θερμῷ, περικαλύψαντα τὴν κεφαλὴν ἱματίοις, καὶ ὑπο‐ θυμῖαν \| στυπτηρίᾳ ξηρᾷ. δίδου δὲ καὶ πυροὺς ἐν οἴνῳ δεύ‐ σας φαγεῖν. ἐὰν δὲ μὴ ὠφεληθῇ, αἷμα ἀφαίρει ἀπὸ τοῦ στό‐ ματος ἢ τοῦ αὐχένος.</w:t>
      </w:r>
    </w:p>
    <w:p>
      <w:pPr>
        <w:jc w:val="center"/>
      </w:pPr>
      <w:r>
        <w:rPr>
          <w:rFonts w:ascii="Gentium Plus" w:hAnsi="Gentium Plus"/>
          <w:b/>
          <w:sz w:val="24"/>
        </w:rPr>
        <w:t>Ἀψύρτου περὶ κατακρανίας.</w:t>
      </w:r>
    </w:p>
    <w:p>
      <w:r>
        <w:rPr>
          <w:rFonts w:ascii="Courier New" w:hAnsi="Courier New"/>
          <w:color w:val="555555"/>
          <w:sz w:val="20"/>
        </w:rPr>
        <w:t>[1]</w:t>
      </w:r>
    </w:p>
    <w:p>
      <w:r>
        <w:rPr>
          <w:rFonts w:ascii="Gentium Plus" w:hAnsi="Gentium Plus"/>
          <w:sz w:val="24"/>
        </w:rPr>
        <w:t>Κατακρανίας σημεῖά ἐστι τάδε· ὦτα βέβληκε, καὶ τὴν κε‐ φαλὴν καταβαρύνεται, καὶ ἐσθίειν οὐ δύναται. θεραπεύεται δὲ οὕτως· ἐλλέβορον μέλανα κόψας καὶ διασήσας, τρῖβε μετὰ οἴνου καὶ ἐλαίου καὶ νίτρου, καὶ τὴν κεφαλὴν καὶ τὰ ἐντὸς</w:t>
      </w:r>
    </w:p>
    <w:p>
      <w:r>
        <w:rPr>
          <w:rFonts w:ascii="Courier New" w:hAnsi="Courier New"/>
          <w:color w:val="555555"/>
          <w:sz w:val="20"/>
        </w:rPr>
        <w:t>[5]</w:t>
      </w:r>
    </w:p>
    <w:p>
      <w:r>
        <w:rPr>
          <w:rFonts w:ascii="Gentium Plus" w:hAnsi="Gentium Plus"/>
          <w:sz w:val="24"/>
        </w:rPr>
        <w:t>τῶν μυκτήρων καὶ τῶν ὤτων ἐνάλειφε, χρώμενος τῷ φαρμάκῳ θερμῷ. ἢ δαφνίδας κʹ, καὶ δάφνης τῶν ἁπαλῶν τὰ ἄκρα πέ‐ ταλα ὅσον δράκα, καὶ σιδίων τὸ ἴσον, σμύρνης ὅσον κυάμους γʹ, καὶ ὀποῦ Κυρηναϊκοῦ ὅσον κυάμους δύο, ταῦτα τρίψας λεπτά, καὶ διεὶς ἐν οἴνου μέλανος εὐώδους κοτύλαις τέτρασιν,</w:t>
      </w:r>
    </w:p>
    <w:p>
      <w:r>
        <w:rPr>
          <w:rFonts w:ascii="Courier New" w:hAnsi="Courier New"/>
          <w:color w:val="555555"/>
          <w:sz w:val="20"/>
        </w:rPr>
        <w:t>[10]</w:t>
      </w:r>
    </w:p>
    <w:p>
      <w:r>
        <w:rPr>
          <w:rFonts w:ascii="Gentium Plus" w:hAnsi="Gentium Plus"/>
          <w:sz w:val="24"/>
        </w:rPr>
        <w:t>ἔγχει εἰς τὸν μυκτῆρα τὸν δεξιόν. ἀφαίρει δὲ καὶ αἷμα ἀπὸ τῶν μυκτήρων. ἐπιτήδειος δὲ καὶ πτισάνη ἑψηθεῖσα καλῶς καὶ διὰ τοῦ στόματος ἐγχεομένη. \|</w:t>
      </w:r>
    </w:p>
    <w:p>
      <w:pPr>
        <w:jc w:val="center"/>
      </w:pPr>
      <w:r>
        <w:rPr>
          <w:rFonts w:ascii="Gentium Plus" w:hAnsi="Gentium Plus"/>
          <w:b/>
          <w:sz w:val="24"/>
        </w:rPr>
        <w:t>Εὐμήλου πρὸς κεφαλῆς πόνον.</w:t>
      </w:r>
    </w:p>
    <w:p>
      <w:r>
        <w:rPr>
          <w:rFonts w:ascii="Courier New" w:hAnsi="Courier New"/>
          <w:color w:val="555555"/>
          <w:sz w:val="20"/>
        </w:rPr>
        <w:t>[1]</w:t>
      </w:r>
    </w:p>
    <w:p>
      <w:r>
        <w:rPr>
          <w:rFonts w:ascii="Gentium Plus" w:hAnsi="Gentium Plus"/>
          <w:sz w:val="24"/>
        </w:rPr>
        <w:t>Κεφαλῆς πόνος, ὅν τινες 〈κατα〉κράνιον ὀνομάζουσι, τίκτεται, ὁπηνίκα μὴ τῷ ἁρμόζοντι καιρῷ τὴν τροφὴν πέψῃ τὸ ζῷον. χρὴ τοίνυν ἀπὸ τοῦ τοιούτου τῶν κροτάφων αἷμα ἀφαιρεῖν, ἄχρις οὗ τὰ τῆς νόσου παραίτια διαφορηθῇ. καθα‐</w:t>
      </w:r>
    </w:p>
    <w:p>
      <w:r>
        <w:rPr>
          <w:rFonts w:ascii="Courier New" w:hAnsi="Courier New"/>
          <w:color w:val="555555"/>
          <w:sz w:val="20"/>
        </w:rPr>
        <w:t>[5]</w:t>
      </w:r>
    </w:p>
    <w:p>
      <w:r>
        <w:rPr>
          <w:rFonts w:ascii="Gentium Plus" w:hAnsi="Gentium Plus"/>
          <w:sz w:val="24"/>
        </w:rPr>
        <w:t>ροῦ δὲ αἵματος ῥέοντος, τάχιστα ποιεῖσθαι ἀναστολήν, καὶ πυριᾶν τρόπῳ τοιῷδε· ἄχυρον λεπτότατον εἰς ὄξος δριμὺ καθε‐ ψήσας καὶ ἔλαιον, ἐὰν θέρος ᾖ, εἰ δὲ χειμών, εἰς οἶνον καὶ ἔλαιον ἀφεψήσας, τούτων τῷ ἀφεψήματι χρῶ. ἢ ἐλλεβόρου μέλανος καὶ νίτρου ἀνὰ γο αʹ μίξας οἴνου τῷ ἴσῳ σὺν ἐλαίῳ,</w:t>
      </w:r>
    </w:p>
    <w:p>
      <w:r>
        <w:rPr>
          <w:rFonts w:ascii="Courier New" w:hAnsi="Courier New"/>
          <w:color w:val="555555"/>
          <w:sz w:val="20"/>
        </w:rPr>
        <w:t>[10]</w:t>
      </w:r>
    </w:p>
    <w:p>
      <w:r>
        <w:rPr>
          <w:rFonts w:ascii="Gentium Plus" w:hAnsi="Gentium Plus"/>
          <w:sz w:val="24"/>
        </w:rPr>
        <w:t>καὶ λειώσας ὁμοῦ σύμπαντα καὶ θερμάνας, ἄλειφε τὴν κεφα‐ λήν· εὐκόλως γὰρ διὰ τούτων τὸ νοσοῦν πεφθήσεται.</w:t>
      </w:r>
    </w:p>
    <w:p>
      <w:pPr>
        <w:jc w:val="center"/>
      </w:pPr>
      <w:r>
        <w:rPr>
          <w:rFonts w:ascii="Gentium Plus" w:hAnsi="Gentium Plus"/>
          <w:b/>
          <w:sz w:val="24"/>
        </w:rPr>
        <w:t>Θεομνήστου κεφαλαλγίας ἐπίγνωσις καὶ ἴασις.</w:t>
      </w:r>
    </w:p>
    <w:p>
      <w:r>
        <w:rPr>
          <w:rFonts w:ascii="Courier New" w:hAnsi="Courier New"/>
          <w:color w:val="555555"/>
          <w:sz w:val="20"/>
        </w:rPr>
        <w:t>[1]</w:t>
      </w:r>
    </w:p>
    <w:p>
      <w:r>
        <w:rPr>
          <w:rFonts w:ascii="Gentium Plus" w:hAnsi="Gentium Plus"/>
          <w:sz w:val="24"/>
        </w:rPr>
        <w:t>Ὁ κεφαλαλγῶν ἵππος πάντοτε κάτω βλέπει, ἀνανεύειν οὐ δύναται τὴν κεφαλήν, ἀχλὺς \| αὐτῷ ἀεὶ περίκειται, δακρύει τε τοῖς ὀφθαλμοῖς, καὶ οὐδὲν προσίεται, μύει δὲ καὶ δυσχερῶς</w:t>
      </w:r>
    </w:p>
    <w:p>
      <w:r>
        <w:rPr>
          <w:rFonts w:ascii="Courier New" w:hAnsi="Courier New"/>
          <w:color w:val="555555"/>
          <w:sz w:val="20"/>
        </w:rPr>
        <w:t>[5]</w:t>
      </w:r>
    </w:p>
    <w:p>
      <w:r>
        <w:rPr>
          <w:rFonts w:ascii="Gentium Plus" w:hAnsi="Gentium Plus"/>
          <w:sz w:val="24"/>
        </w:rPr>
        <w:t>οὐδὲ τροφὴν προσιέμενος.〉 τοῦτον οὖν δεῖ θεραπεύειν οὕτως· διανοίξας αὐτοῦ τὸ στόμα, αἷμα ἄφελε ἀπὸ τοῦ οὐρανίσκου, μὴ ὀρθῷ, πλατεῖ δὲ τῷ φλεβοτόμῳ χρώμενος. δίδου δὲ ἐγχυ‐ ματισμοὺς διουρητικοὺς τούσδε· σελίνου σπέρματος λίτραν μίαν, 〈πετροσελίνου γο ηʹ〉, πράσων καθηψημένων χυλοῦ ξέ. δʹ,</w:t>
      </w:r>
    </w:p>
    <w:p>
      <w:r>
        <w:rPr>
          <w:rFonts w:ascii="Courier New" w:hAnsi="Courier New"/>
          <w:color w:val="555555"/>
          <w:sz w:val="20"/>
        </w:rPr>
        <w:t>[10]</w:t>
      </w:r>
    </w:p>
    <w:p>
      <w:r>
        <w:rPr>
          <w:rFonts w:ascii="Gentium Plus" w:hAnsi="Gentium Plus"/>
          <w:sz w:val="24"/>
        </w:rPr>
        <w:t>οἰνελαίου ξέ. αʹ Ἰταλικόν· ταῦτα μίξας ἐγχυμάτιζε διὰ στόμα‐ τος. καὶ ἠρέμα ποιήσας βαδίσαι, ἔα ἡσυχάσαι ἐπὶ βραχύ. εἶτα ἐν ὕδατι καταψυχέσθω καθάπερ ὁ κριθιάσας. ἐὰν δὲ διαρ‐ ροϊσθῆ, παύεται μὲν τοῦ νοσήματος, λευκοῦται δὲ πολλά‐ κις τὰς ὄψεις. ἐγχριέσθω δὲ μέλιτι καὶ μαράθου χυλῷ, καὶ</w:t>
      </w:r>
    </w:p>
    <w:p>
      <w:r>
        <w:rPr>
          <w:rFonts w:ascii="Courier New" w:hAnsi="Courier New"/>
          <w:color w:val="555555"/>
          <w:sz w:val="20"/>
        </w:rPr>
        <w:t>[15]</w:t>
      </w:r>
    </w:p>
    <w:p>
      <w:r>
        <w:rPr>
          <w:rFonts w:ascii="Gentium Plus" w:hAnsi="Gentium Plus"/>
          <w:sz w:val="24"/>
        </w:rPr>
        <w:t>τάχιστα καὶ τοῦτο ὑγιασθήσεται.</w:t>
      </w:r>
    </w:p>
    <w:p>
      <w:pPr>
        <w:jc w:val="center"/>
      </w:pPr>
      <w:r>
        <w:rPr>
          <w:rFonts w:ascii="Gentium Plus" w:hAnsi="Gentium Plus"/>
          <w:b/>
          <w:sz w:val="24"/>
        </w:rPr>
        <w:t>ἄλλο Πελαγωνίου.</w:t>
      </w:r>
    </w:p>
    <w:p>
      <w:r>
        <w:rPr>
          <w:rFonts w:ascii="Courier New" w:hAnsi="Courier New"/>
          <w:color w:val="555555"/>
          <w:sz w:val="20"/>
        </w:rPr>
        <w:t>[1]</w:t>
      </w:r>
    </w:p>
    <w:p>
      <w:r>
        <w:rPr>
          <w:rFonts w:ascii="Gentium Plus" w:hAnsi="Gentium Plus"/>
          <w:sz w:val="24"/>
        </w:rPr>
        <w:t>Τῆς κεφαλῆς τὰς ἀλγηδόνας σημαίνουσι δακρύοντες ὀφ‐ θαλμοί, ὦτα κεχαλασμένα, τράχηλος ἐπὶ γῆν ἐπινεύων, ὄψις ἀλλοιου\|μένη. ἀλλὰ καίτοι οὕτω διακειμένου τοῦ ζῴου, δεῖ ἐκ τοῦ στόματος αἵματος ἀφαίρεσιν ποιεῖσθαι, καὶ διδόναι ἐγχυ‐</w:t>
      </w:r>
    </w:p>
    <w:p>
      <w:r>
        <w:rPr>
          <w:rFonts w:ascii="Courier New" w:hAnsi="Courier New"/>
          <w:color w:val="555555"/>
          <w:sz w:val="20"/>
        </w:rPr>
        <w:t>[5]</w:t>
      </w:r>
    </w:p>
    <w:p>
      <w:r>
        <w:rPr>
          <w:rFonts w:ascii="Gentium Plus" w:hAnsi="Gentium Plus"/>
          <w:sz w:val="24"/>
        </w:rPr>
        <w:t>ματισμὸν τὸν δυνάμενον τὴν γαστέρα ὑπάγειν. ἔστι δὲ αὕτη ἡ περιοδεία ὁμοία τοῖς κριθιῶσι ζῴοις. 〈γίνωσκε δέ, ὅτι περ εἰ ἡ γαστὴρ τάχιον σταλῇ καὶ οἱ ὀφθαλμοὶ λευκώματα ἐπα‐ γάγωσιν, οὐδὲν ἕξει τὸ ζῷον κακόν. ἀλλ’ ὅμως τοὺς 〈τού〉του ὀφθαλμοὺς θεράπευσον.〉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Πρό γε ἁπάντων χρὴ καθαίρειν τὴν κεφαλὴν τοῦ ζῴου</w:t>
      </w:r>
    </w:p>
    <w:p>
      <w:r>
        <w:rPr>
          <w:rFonts w:ascii="Courier New" w:hAnsi="Courier New"/>
          <w:color w:val="555555"/>
          <w:sz w:val="20"/>
        </w:rPr>
        <w:t>[5]</w:t>
      </w:r>
    </w:p>
    <w:p>
      <w:r>
        <w:rPr>
          <w:rFonts w:ascii="Gentium Plus" w:hAnsi="Gentium Plus"/>
          <w:sz w:val="24"/>
        </w:rPr>
        <w:t>ἐλαίου καὶ ἀφρονίτρου εἰς τὸ οὖς ἐπίσταξον.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Ὄξους δριμυτάτου ὀλίγον μετὰ ἐλαίου παλαιοῦ καὶ ἀφρο‐ νίτρου εἰς τὸ οὖς ἐπίσταξον. ἢ σκώληκας τοὺς λεγομένους ὀνίσκους μετὰ βουτύρου καὶ πηγάνου δεσμιδίου ἑνὸς εἰς τὸ ἔλαιον ζέσον, καὶ χλιαροῦ γενομένου, ἔγχει εἰς τὸ οὖς. ἢ στέαρ</w:t>
      </w:r>
    </w:p>
    <w:p>
      <w:r>
        <w:rPr>
          <w:rFonts w:ascii="Courier New" w:hAnsi="Courier New"/>
          <w:color w:val="555555"/>
          <w:sz w:val="20"/>
        </w:rPr>
        <w:t>[5]</w:t>
      </w:r>
    </w:p>
    <w:p>
      <w:r>
        <w:rPr>
          <w:rFonts w:ascii="Gentium Plus" w:hAnsi="Gentium Plus"/>
          <w:sz w:val="24"/>
        </w:rPr>
        <w:t>ὄρνιθος μετὰ νάρδου εἰς τὸ οὖς ἐμβαλε. \</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Εἰ πάσχει τὸν ἐγκέφαλον τὸ ζῷον, χρὴ τοῦτο μετ’ ἐπι‐ μελείας περιοδεύεσθαι, ὡς ἂν μὴ τάχιστα κινδυνεύσῃ. σημεῖα δὲ τῆς τοιαύτης ἀνωμαλίας τάδε· πλάγιον περιπατεῖ τὸ ζῷον, τοῖς ποσὶ σφάλλεται, προσκόπτει συνεχῶς, καὶ τὰ σκέλη αὐτοῦ</w:t>
      </w:r>
    </w:p>
    <w:p>
      <w:r>
        <w:rPr>
          <w:rFonts w:ascii="Courier New" w:hAnsi="Courier New"/>
          <w:color w:val="555555"/>
          <w:sz w:val="20"/>
        </w:rPr>
        <w:t>[5]</w:t>
      </w:r>
    </w:p>
    <w:p>
      <w:r>
        <w:rPr>
          <w:rFonts w:ascii="Gentium Plus" w:hAnsi="Gentium Plus"/>
          <w:sz w:val="24"/>
        </w:rPr>
        <w:t>συσπᾷ. χρὴ οὖν τὸ τοιοῦτον ζῷον ὑπὸ ζυγὸν βληθῆναι, ἵνα τῷ ἱδρῶτι καὶ τῷ καμάτῳ πᾶς ὁ πόνος ἀποκρουσθῇ. ἵνα δὲ μετὰ τὸν κάματον βέλτιον περιοδευθῇ, τούτῳ τῷ τρόπῳ χρῆ‐ σαι· δάφνης κόκκους κʹ, νίτρου λίτραν αʹ, κατακόψας λεπτά,</w:t>
      </w:r>
    </w:p>
    <w:p>
      <w:r>
        <w:rPr>
          <w:rFonts w:ascii="Courier New" w:hAnsi="Courier New"/>
          <w:color w:val="555555"/>
          <w:sz w:val="20"/>
        </w:rPr>
        <w:t>[10]</w:t>
      </w:r>
    </w:p>
    <w:p>
      <w:r>
        <w:rPr>
          <w:rFonts w:ascii="Gentium Plus" w:hAnsi="Gentium Plus"/>
          <w:sz w:val="24"/>
        </w:rPr>
        <w:t>δαφνίνου χλιάνας, ἀπάλειφε τὴν κεφαλὴν μεταξὺ τῶν ὤτων, καὶ δέρματι ἔχοντι ἐρέαν ἐμβεβρεγμένῳ τούτῳ τῷ βοηθήματι τὴν κεφαλὴν περίδησον.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Ἄλευρον κρίθινον συμμίξας ῥητίνῃ ἐπίθες. κέχρησο δὲ καὶ προποτίσμασι τοῖσδε· καρκίνους \| ποταμίους ἑπτὰ συγ‐ κόψας, καὶ μίξας γάλακτος αἰγείου ξέστῃ ἑνὶ καὶ ἐλαίου κυάθῳ ἑνί, καὶ διυλίσας καθαρίως, δίδου διὰ τοῦ στόματος· εἰ δὲ</w:t>
      </w:r>
    </w:p>
    <w:p>
      <w:r>
        <w:rPr>
          <w:rFonts w:ascii="Courier New" w:hAnsi="Courier New"/>
          <w:color w:val="555555"/>
          <w:sz w:val="20"/>
        </w:rPr>
        <w:t>[5]</w:t>
      </w:r>
    </w:p>
    <w:p>
      <w:r>
        <w:rPr>
          <w:rFonts w:ascii="Gentium Plus" w:hAnsi="Gentium Plus"/>
          <w:sz w:val="24"/>
        </w:rPr>
        <w:t>ταῦτα μὴ ἦ, ὑδρομέλιτος κύαθους γʹ καὶ πεπέρεως λευκοῦ ὀβολὸν ἕνα, κρόκου γρά. βʹ, ὁμοῦ συντρίψας ἐν οἴνῳ διὰ στόματος δίδου.</w:t>
      </w:r>
    </w:p>
    <w:p>
      <w:pPr>
        <w:jc w:val="center"/>
      </w:pPr>
      <w:r>
        <w:rPr>
          <w:rFonts w:ascii="Gentium Plus" w:hAnsi="Gentium Plus"/>
          <w:b/>
          <w:sz w:val="24"/>
        </w:rPr>
        <w:t>ἄλλο πρὸς κάθαρσιν κεφαλῆς.</w:t>
      </w:r>
    </w:p>
    <w:p>
      <w:r>
        <w:rPr>
          <w:rFonts w:ascii="Courier New" w:hAnsi="Courier New"/>
          <w:color w:val="555555"/>
          <w:sz w:val="20"/>
        </w:rPr>
        <w:t>[1]</w:t>
      </w:r>
    </w:p>
    <w:p>
      <w:r>
        <w:rPr>
          <w:rFonts w:ascii="Gentium Plus" w:hAnsi="Gentium Plus"/>
          <w:sz w:val="24"/>
        </w:rPr>
        <w:t>Μῆλον μανδραγόρου λαβὼν καὶ σχίσας εἰς πολλὰ μέρη, ἐν ἡλίῳ ἢ φούρνῳ διάφρυξον, ἔπειτα κόψας καὶ σήσας, τού‐ τοις τὴν κεφαλὴν καθάρισον.</w:t>
      </w:r>
    </w:p>
    <w:p>
      <w:pPr>
        <w:jc w:val="center"/>
      </w:pPr>
      <w:r>
        <w:rPr>
          <w:rFonts w:ascii="Gentium Plus" w:hAnsi="Gentium Plus"/>
          <w:b/>
          <w:sz w:val="24"/>
        </w:rPr>
        <w:t>ἄλλο πρὸς πληθώραν κεφαλῆς.</w:t>
      </w:r>
    </w:p>
    <w:p>
      <w:r>
        <w:rPr>
          <w:rFonts w:ascii="Courier New" w:hAnsi="Courier New"/>
          <w:color w:val="555555"/>
          <w:sz w:val="20"/>
        </w:rPr>
        <w:t>[1]</w:t>
      </w:r>
    </w:p>
    <w:p>
      <w:r>
        <w:rPr>
          <w:rFonts w:ascii="Gentium Plus" w:hAnsi="Gentium Plus"/>
          <w:sz w:val="24"/>
        </w:rPr>
        <w:t>Εἰ ἔχοι ζῷον τὴν κεφαλὴν πεπληρωμένην ἢ ψυχράν, χρὴ αὐτὸ ἀμφαιμαχθῆναι ἢ ἐκ τῶν κροτάφων ἢ ἐκ τοῦ στόματος, ἔπειτα κρηταρίου μέρη δύο καὶ ἀκακίας παλαιᾶς μετὰ οἴνου</w:t>
      </w:r>
    </w:p>
    <w:p>
      <w:pPr>
        <w:jc w:val="center"/>
      </w:pPr>
      <w:r>
        <w:rPr>
          <w:rFonts w:ascii="Gentium Plus" w:hAnsi="Gentium Plus"/>
          <w:b/>
          <w:sz w:val="24"/>
        </w:rPr>
        <w:t>ἄλλο πρὸς βάρος κεφαλῆς. \</w:t>
      </w:r>
    </w:p>
    <w:p>
      <w:r>
        <w:rPr>
          <w:rFonts w:ascii="Courier New" w:hAnsi="Courier New"/>
          <w:color w:val="555555"/>
          <w:sz w:val="20"/>
        </w:rPr>
        <w:t>[1]</w:t>
      </w:r>
    </w:p>
    <w:p>
      <w:r>
        <w:rPr>
          <w:rFonts w:ascii="Gentium Plus" w:hAnsi="Gentium Plus"/>
          <w:sz w:val="24"/>
        </w:rPr>
        <w:t>Εἰ διὰ τῶν ῥινῶν πολὺς φέρεται χυμός, τούτῳ τῷ προ‐ ποτίσματι θεραπεύσεις· σινάπεως ὀξύβαφον αʹ μετὰ ἴσου μέ‐ λιτος καθαρίως λειώσας, ἐξ αὐτοῦ μετὰ ἡμίνης οἴνου καθ’ ἑκάστην ἡμέραν προπότιζε ἐπὶ ἡμέραις θʹ.</w:t>
      </w:r>
    </w:p>
    <w:p>
      <w:pPr>
        <w:jc w:val="center"/>
      </w:pPr>
      <w:r>
        <w:rPr>
          <w:rFonts w:ascii="Gentium Plus" w:hAnsi="Gentium Plus"/>
          <w:b/>
          <w:sz w:val="24"/>
        </w:rPr>
        <w:t>ἄλλο· χρῖσμα κεφαλῆς.</w:t>
      </w:r>
    </w:p>
    <w:p>
      <w:r>
        <w:rPr>
          <w:rFonts w:ascii="Courier New" w:hAnsi="Courier New"/>
          <w:color w:val="555555"/>
          <w:sz w:val="20"/>
        </w:rPr>
        <w:t>[1]</w:t>
      </w:r>
    </w:p>
    <w:p>
      <w:r>
        <w:rPr>
          <w:rFonts w:ascii="Gentium Plus" w:hAnsi="Gentium Plus"/>
          <w:sz w:val="24"/>
        </w:rPr>
        <w:t>Ῥόδινον καὶ καστόριον, ἀμύγδαλα πικρὰ καὶ πήγανον χλωρὸν μετὰ ὄξους συμμίξας, κέχρησο.</w:t>
      </w:r>
    </w:p>
    <w:p>
      <w:pPr>
        <w:jc w:val="center"/>
      </w:pPr>
      <w:r>
        <w:rPr>
          <w:rFonts w:ascii="Gentium Plus" w:hAnsi="Gentium Plus"/>
          <w:b/>
          <w:sz w:val="24"/>
        </w:rPr>
        <w:t>ἄλλο πρὸς κεφαλῆς πόνον.</w:t>
      </w:r>
    </w:p>
    <w:p>
      <w:r>
        <w:rPr>
          <w:rFonts w:ascii="Courier New" w:hAnsi="Courier New"/>
          <w:color w:val="555555"/>
          <w:sz w:val="20"/>
        </w:rPr>
        <w:t>[1]</w:t>
      </w:r>
    </w:p>
    <w:p>
      <w:r>
        <w:rPr>
          <w:rFonts w:ascii="Gentium Plus" w:hAnsi="Gentium Plus"/>
          <w:sz w:val="24"/>
        </w:rPr>
        <w:t>Ὅσα ζῷα ἀπὸ ὀξέων νοσημάτων σφηνωθῶσι, ταῦτα δεῖ καθαίρειν. ἀναγκαῖον γάρ ἐστι προλαμβάνειν τὰ τοιαῦτα, μή ποτε εἰς τὸ τῆς μάλεως ἐμπέσωσι νόσημα, ἢ ἐμπυϊκὰ γένηται, ἅπερ εἰσι δυσπεράπευτα. χρήσῃ οὖν τῇ ἀγωγῇ ταύτῃ· ᾠὰ</w:t>
      </w:r>
    </w:p>
    <w:p>
      <w:r>
        <w:rPr>
          <w:rFonts w:ascii="Courier New" w:hAnsi="Courier New"/>
          <w:color w:val="555555"/>
          <w:sz w:val="20"/>
        </w:rPr>
        <w:t>[5]</w:t>
      </w:r>
    </w:p>
    <w:p>
      <w:r>
        <w:rPr>
          <w:rFonts w:ascii="Gentium Plus" w:hAnsi="Gentium Plus"/>
          <w:sz w:val="24"/>
        </w:rPr>
        <w:t>δύο, πεπέρεως κόκκους κʹ, μέλιτος γο αʹ ἀνακεράσας ὁμοῦ, διὰ κέρατος ἐγχυμάτιζε. ἔπειτα κλῖνον αὐτοῦ τὴν κεφαλὴν ἐπὶ πόδας, καὶ ἔασον οὕτως ἡμιώριον, ἄχρις οὗ οἱ ἰχῶρες ἐκπέ‐ σωσιν. εἶθ’ οὕτως ἐπίθες ἄκοπον τὸ πυρωτικὸν πρὸς τὸ ἐκχαλασθῆναι, εἶτα οἴνῳ χρηστοτάτῳ τὰς ῥῖνας ἐμφύσα καὶ περι‐</w:t>
      </w:r>
    </w:p>
    <w:p>
      <w:r>
        <w:rPr>
          <w:rFonts w:ascii="Courier New" w:hAnsi="Courier New"/>
          <w:color w:val="555555"/>
          <w:sz w:val="20"/>
        </w:rPr>
        <w:t>[10]</w:t>
      </w:r>
    </w:p>
    <w:p>
      <w:r>
        <w:rPr>
          <w:rFonts w:ascii="Gentium Plus" w:hAnsi="Gentium Plus"/>
          <w:sz w:val="24"/>
        </w:rPr>
        <w:t>πατεῖν ποίει. \</w:t>
      </w:r>
    </w:p>
    <w:p>
      <w:pPr>
        <w:jc w:val="center"/>
      </w:pPr>
      <w:r>
        <w:rPr>
          <w:rFonts w:ascii="Gentium Plus" w:hAnsi="Gentium Plus"/>
          <w:b/>
          <w:sz w:val="24"/>
        </w:rPr>
        <w:t>περὶ ἐπιγνώσεως εὐπόδων καὶ μαλακοπόδων.</w:t>
      </w:r>
    </w:p>
    <w:p>
      <w:pPr>
        <w:jc w:val="center"/>
      </w:pPr>
      <w:r>
        <w:rPr>
          <w:rFonts w:ascii="Gentium Plus" w:hAnsi="Gentium Plus"/>
          <w:b/>
          <w:sz w:val="24"/>
        </w:rPr>
        <w:t>Αψύρτου.</w:t>
      </w:r>
    </w:p>
    <w:p>
      <w:r>
        <w:rPr>
          <w:rFonts w:ascii="Courier New" w:hAnsi="Courier New"/>
          <w:color w:val="555555"/>
          <w:sz w:val="20"/>
        </w:rPr>
        <w:t>[104 . 1]</w:t>
      </w:r>
    </w:p>
    <w:p>
      <w:r>
        <w:rPr>
          <w:rFonts w:ascii="Gentium Plus" w:hAnsi="Gentium Plus"/>
          <w:sz w:val="24"/>
        </w:rPr>
        <w:t>Δέσποτα Γάλλε, ἀφορισάμενος ἐν τοῖς ἵπποις τίνα τῶν ψυχικῶν καὶ σωματικῶν σημεῖα, ἐπιδείξω σοι, ὅ ἐστι πρῶτον κεφάλαιον ἐν τῇ συστάσει τοῦ ζῴου. ὅσοι εὔποδες ἢ μαλακό‐ ποδες καὶ πονηροὶ ἢ ἀγαθοί, ἐπιγνωσθήσονται οὕτως· οἱ λευ‐</w:t>
      </w:r>
    </w:p>
    <w:p>
      <w:r>
        <w:rPr>
          <w:rFonts w:ascii="Courier New" w:hAnsi="Courier New"/>
          <w:color w:val="555555"/>
          <w:sz w:val="20"/>
        </w:rPr>
        <w:t>[5]</w:t>
      </w:r>
    </w:p>
    <w:p>
      <w:r>
        <w:rPr>
          <w:rFonts w:ascii="Gentium Plus" w:hAnsi="Gentium Plus"/>
          <w:sz w:val="24"/>
        </w:rPr>
        <w:t>κὴν ἔχοντες τὴν ὁπλὴν καὶ χελιδόνας μακρὰς μαλακοὶ καὶ πονηροί. καὶ οἱ ξηρὰν ἔχοντες καὶ θραυομένην καὶ λευκὴν μαλακοὶ καὶ πονηροί. ἐὰν δὲ ᾖ κοίλη κάτωθεν, χελιδόνα δὲ μικρὰν ἔχῃ, ἀγαθοὶ καὶ εὔποδες. οἱ προμήκεις, χελιδόνα δὲ μικρὰν ἔχοντες εὔποδες καὶ ἀγαθοί· ἐὰν δὲ ἡ χελιδὼν</w:t>
      </w:r>
    </w:p>
    <w:p>
      <w:r>
        <w:rPr>
          <w:rFonts w:ascii="Courier New" w:hAnsi="Courier New"/>
          <w:color w:val="555555"/>
          <w:sz w:val="20"/>
        </w:rPr>
        <w:t>[10]</w:t>
      </w:r>
    </w:p>
    <w:p>
      <w:r>
        <w:rPr>
          <w:rFonts w:ascii="Gentium Plus" w:hAnsi="Gentium Plus"/>
          <w:sz w:val="24"/>
        </w:rPr>
        <w:t>ᾖ μακρά, πονηροὶ καὶ ἄχρηστοι. οἱ πινακιαῖοι καὶ χελιδόνα μακρὰν ἔχοντες μαλακοὶ καὶ πονηροί· ἐὰν δὲ ἡ χελιδὼν ᾖ μικρά, \| χρηστοί.</w:t>
      </w:r>
    </w:p>
    <w:p>
      <w:r>
        <w:rPr>
          <w:rFonts w:ascii="Courier New" w:hAnsi="Courier New"/>
          <w:color w:val="555555"/>
          <w:sz w:val="20"/>
        </w:rPr>
        <w:t>[104 . 2]</w:t>
      </w:r>
    </w:p>
    <w:p>
      <w:r>
        <w:rPr>
          <w:rFonts w:ascii="Gentium Plus" w:hAnsi="Gentium Plus"/>
          <w:sz w:val="24"/>
        </w:rPr>
        <w:t>οἱ δὲ μέλαιναν ἔχοντες τὴν ὁπλὴν εὔπο‐ δες 〈μὲν〉, πονηροὶ δέ. οἱ λευκὴν ἔχοντες καὶ ἐν αὐτῇ με‐ λαίνας ταινίας εὔποδες καὶ ἀγαθοί. οἱ στρογγύλην ἔχοντες καὶ ἐκκεκιρρωκότες τὰ κατ’ ὄνυχα τῆς ὁπλῆς μαλακοὶ καὶ</w:t>
      </w:r>
    </w:p>
    <w:p>
      <w:r>
        <w:rPr>
          <w:rFonts w:ascii="Courier New" w:hAnsi="Courier New"/>
          <w:color w:val="555555"/>
          <w:sz w:val="20"/>
        </w:rPr>
        <w:t>[5]</w:t>
      </w:r>
    </w:p>
    <w:p>
      <w:r>
        <w:rPr>
          <w:rFonts w:ascii="Gentium Plus" w:hAnsi="Gentium Plus"/>
          <w:sz w:val="24"/>
        </w:rPr>
        <w:t>πονηροί. οἱ συμφυεῖς κάτωθεν καὶ χελιδόνας μικρὰς ἔχοντες εὔποδες καὶ ἀγαθοί. οἱ σκαῦροι εἰς τὸ ἐντὸς μέρος εὔποδες, πονηροὶ δέ. οἱ τετράγωνον ἔχοντες τὴν ὁπλὴν καὶ μὴ ὑψηλήν, μέλαιναν δέ, καὶ χελιδόνα μικράν, εὔποδες. καὶ οἱ περιφερῆ καὶ κάτωθεν κοίλην καὶ μέλαιναν ἀγαθοὶ καὶ εὔποδες. οἱ</w:t>
      </w:r>
    </w:p>
    <w:p>
      <w:r>
        <w:rPr>
          <w:rFonts w:ascii="Courier New" w:hAnsi="Courier New"/>
          <w:color w:val="555555"/>
          <w:sz w:val="20"/>
        </w:rPr>
        <w:t>[10]</w:t>
      </w:r>
    </w:p>
    <w:p>
      <w:r>
        <w:rPr>
          <w:rFonts w:ascii="Gentium Plus" w:hAnsi="Gentium Plus"/>
          <w:sz w:val="24"/>
        </w:rPr>
        <w:t>κιρρώδεις καὶ μακροὶ καὶ μὴ πλατεῖς, ἀλλὰ προμήκεις ἀγαθοί. οἱ μέλαιναν ἔχοντες καὶ προμήκη πονηροί.</w:t>
      </w:r>
    </w:p>
    <w:p>
      <w:r>
        <w:rPr>
          <w:rFonts w:ascii="Courier New" w:hAnsi="Courier New"/>
          <w:color w:val="555555"/>
          <w:sz w:val="20"/>
        </w:rPr>
        <w:t>[104 . 3]</w:t>
      </w:r>
    </w:p>
    <w:p>
      <w:r>
        <w:rPr>
          <w:rFonts w:ascii="Gentium Plus" w:hAnsi="Gentium Plus"/>
          <w:sz w:val="24"/>
        </w:rPr>
        <w:t>οἱ συμφυεῖς καὶ χελιδόνα μικρὰν ἔχοντες μαλακοὶ καὶ πονηροί. οἱ σκαῦροι εἰς τὸ ἐκτὸς μέρος μαλακοί, οὐ πονηροὶ δέ. οἱ τὴν ὁπλὴν 〈ἔχον‐ τεσ〉 ταπεινὴν ὀπίσω μαλακοὶ καὶ τὴν χελιδόνα πατοῦσιν. οἱ</w:t>
      </w:r>
    </w:p>
    <w:p>
      <w:r>
        <w:rPr>
          <w:rFonts w:ascii="Courier New" w:hAnsi="Courier New"/>
          <w:color w:val="555555"/>
          <w:sz w:val="20"/>
        </w:rPr>
        <w:t>[5]</w:t>
      </w:r>
    </w:p>
    <w:p>
      <w:r>
        <w:rPr>
          <w:rFonts w:ascii="Gentium Plus" w:hAnsi="Gentium Plus"/>
          <w:sz w:val="24"/>
        </w:rPr>
        <w:t>μέλαιναν ἔχοντες τὴν ὁπλὴν καὶ ἐν ταύτῃ ταινίαν λευκὴν ἀγαθοὶ καὶ εὔποδες μᾶλ\|λον τῶν τὴν λευκὴν ἐχόντων καὶ με‐ λαίνας ταινίας. καὶ ὅσοι προπετῆ τὴν στεφάνην ἔχουσι καὶ ὑπομήκη τὴν ὁπλὴν εὔποδες, πονηροὶ δέ. καὶ οἱ πλατεῖαν</w:t>
      </w:r>
    </w:p>
    <w:p>
      <w:r>
        <w:rPr>
          <w:rFonts w:ascii="Courier New" w:hAnsi="Courier New"/>
          <w:color w:val="555555"/>
          <w:sz w:val="20"/>
        </w:rPr>
        <w:t>[10]</w:t>
      </w:r>
    </w:p>
    <w:p>
      <w:r>
        <w:rPr>
          <w:rFonts w:ascii="Gentium Plus" w:hAnsi="Gentium Plus"/>
          <w:sz w:val="24"/>
        </w:rPr>
        <w:t>δες, πονηροὶ δέ. καὶ ὅσοι πλατεῖαν ἔχουσι κατ’ ὄνυχα τὴν ὁπλὴν〉 καὶ ὕφαιμον, μαλακοὶ καὶ συνεχεῖς διατριβὰς ποιού‐ μενοι. καὶ οὗτοι δὲ ἀγαθοὶ καὶ εὔποδες, ὡς προγέγραπται, οἱ κάτωθεν κοίλην ἔχοντες καὶ τὸν ὄνυχα παχὺν καὶ ἐν τῷ περι‐ πάτῳ ψόφον ποιοῦντες 〈ἐν αὐτῇ〉. ἄδρομοι δὲ καὶ ἄκεντροι</w:t>
      </w:r>
    </w:p>
    <w:p>
      <w:r>
        <w:rPr>
          <w:rFonts w:ascii="Courier New" w:hAnsi="Courier New"/>
          <w:color w:val="555555"/>
          <w:sz w:val="20"/>
        </w:rPr>
        <w:t>[15]</w:t>
      </w:r>
    </w:p>
    <w:p>
      <w:r>
        <w:rPr>
          <w:rFonts w:ascii="Gentium Plus" w:hAnsi="Gentium Plus"/>
          <w:sz w:val="24"/>
        </w:rPr>
        <w:t>ἐν τῇ ἱππασίᾳ, εἰσὶ δὲ καὶ εὐήθεις ἀπὸ τῆς γενέσεως μέχρι τοῦ καταρτισμοῦ, τὸν λοιπὸν δὲ χρόνον πονηροί, 〈ὡσ〉 καὶ δῆκται.</w:t>
      </w:r>
    </w:p>
    <w:p>
      <w:r>
        <w:rPr>
          <w:rFonts w:ascii="Courier New" w:hAnsi="Courier New"/>
          <w:color w:val="555555"/>
          <w:sz w:val="20"/>
        </w:rPr>
        <w:t>[104 . 4]</w:t>
      </w:r>
    </w:p>
    <w:p>
      <w:r>
        <w:rPr>
          <w:rFonts w:ascii="Gentium Plus" w:hAnsi="Gentium Plus"/>
          <w:sz w:val="24"/>
        </w:rPr>
        <w:t>ἀπὸ δὲ τῶν χρωμάτων πονηροὶ ὡς ἐπίπαν διαφερόντως τῶν ἄλλων καὶ οἱ λευκὸν τῶν ποδῶν ἢ τῶν σκελῶν τι ἔχοντες καὶ οἱ λευκομέτωποι καὶ οἱ λευκόρυγχοι, μάλιστα δὲ οἱ φοίνι‐ κες, ὅταν τι τούτων ἔχωσιν.</w:t>
      </w:r>
    </w:p>
    <w:p>
      <w:pPr>
        <w:jc w:val="center"/>
      </w:pPr>
      <w:r>
        <w:rPr>
          <w:rFonts w:ascii="Gentium Plus" w:hAnsi="Gentium Plus"/>
          <w:b/>
          <w:sz w:val="24"/>
        </w:rPr>
        <w:t>ἄλλο· Ἀψύρτου θεραπεία μαλακοπόδων. \</w:t>
      </w:r>
    </w:p>
    <w:p>
      <w:r>
        <w:rPr>
          <w:rFonts w:ascii="Courier New" w:hAnsi="Courier New"/>
          <w:color w:val="555555"/>
          <w:sz w:val="20"/>
        </w:rPr>
        <w:t>[1]</w:t>
      </w:r>
    </w:p>
    <w:p>
      <w:r>
        <w:rPr>
          <w:rFonts w:ascii="Gentium Plus" w:hAnsi="Gentium Plus"/>
          <w:sz w:val="24"/>
        </w:rPr>
        <w:t>Ἄψυρτος Μάρκῳ Μαρίῳ δεκουρίωνι χαίρειν. ἔγραψάς μοι ἐπερωτῶν, πρὸς τὸν μαλακόποδα τίνι βοηθήματι χρήσῃ; ἔστι δὲ δυσκατόρθωτον διὰ τὸ ὑπάρχειν φυσικῶς τοι‐ οῦτο, ἔτι δὲ καὶ διὰ τὸ τὴν ἐν τῇ ὁδοιπορίᾳ ἀπότριψιν τῆς</w:t>
      </w:r>
    </w:p>
    <w:p>
      <w:r>
        <w:rPr>
          <w:rFonts w:ascii="Courier New" w:hAnsi="Courier New"/>
          <w:color w:val="555555"/>
          <w:sz w:val="20"/>
        </w:rPr>
        <w:t>[5]</w:t>
      </w:r>
    </w:p>
    <w:p>
      <w:r>
        <w:rPr>
          <w:rFonts w:ascii="Gentium Plus" w:hAnsi="Gentium Plus"/>
          <w:sz w:val="24"/>
        </w:rPr>
        <w:t>ἡμέρας ἐν τῇ στάσει τῆς νυκτὸς μὴ προσφύειν, ὅσον ἀποτρί‐ βεται. καὶ θερμοπλᾷ πάντοτε καὶ διατριβὰς λαμβάνει καὶ θλά‐ σματα ποιεῖ συνεχῶς. εὐτρεπίζεται δὲ εἰς τὸ καλλίων εἶναι ἐν ταῖς χρείαις κυπαρίσσῳ καθηψημένῃ ἐν ὕδατι τοὺς πόδας πυ‐ ριώμενος, ἢ βάτῳ ὡσαύτως, ἢ ἀψίνθιον καθεψήσαντες τὸ</w:t>
      </w:r>
    </w:p>
    <w:p>
      <w:r>
        <w:rPr>
          <w:rFonts w:ascii="Courier New" w:hAnsi="Courier New"/>
          <w:color w:val="555555"/>
          <w:sz w:val="20"/>
        </w:rPr>
        <w:t>[10]</w:t>
      </w:r>
    </w:p>
    <w:p>
      <w:r>
        <w:rPr>
          <w:rFonts w:ascii="Gentium Plus" w:hAnsi="Gentium Plus"/>
          <w:sz w:val="24"/>
        </w:rPr>
        <w:t>αὐτὸ ποιοῦμεν. καὶ ἡ ὀξάλμη δὲ ὠφέλιμος, καὶ τὸ περιαλεί‐ φειν τὰς ὁπλὰς τῷ ἐλαίῳ χειμῶνος, θερείας δὲ ἀξουγγίῳ ἀπο‐ πυριάσαντα. περὶ δὲ τοῦ ἐπικαίειν πολλοῖς εἴρηται πολλά. ἄριστον δὲ πάντων τὴν ἄσφαλτον ἐπιχέειν, τῷ δᾳδίω χρώμενον. ὁ δὲ στερεόπους ἂν ὑποτρίψῃ, φλεβοτομείσθω ἐκ</w:t>
      </w:r>
    </w:p>
    <w:p>
      <w:r>
        <w:rPr>
          <w:rFonts w:ascii="Courier New" w:hAnsi="Courier New"/>
          <w:color w:val="555555"/>
          <w:sz w:val="20"/>
        </w:rPr>
        <w:t>[15]</w:t>
      </w:r>
    </w:p>
    <w:p>
      <w:r>
        <w:rPr>
          <w:rFonts w:ascii="Gentium Plus" w:hAnsi="Gentium Plus"/>
          <w:sz w:val="24"/>
        </w:rPr>
        <w:t>τῶν μεσοκυνίων, ἵνα μὴ φλεγμαινόμενος ἐν τῇ στεφάνῃ περίρ‐ ρηξιν λάβῃ. ἄθετοι δέ εἰσιν \| αἱ ἐν αὐτῇ κεντήσεις, αἰτιῶνται γὰρ τὴν ὁπλήν.</w:t>
      </w:r>
    </w:p>
    <w:p>
      <w:pPr>
        <w:jc w:val="center"/>
      </w:pPr>
      <w:r>
        <w:rPr>
          <w:rFonts w:ascii="Gentium Plus" w:hAnsi="Gentium Plus"/>
          <w:b/>
          <w:sz w:val="24"/>
        </w:rPr>
        <w:t>ἄλλο Εὐμήλου πρὸς ὑποτετριμμένους πόδας.</w:t>
      </w:r>
    </w:p>
    <w:p>
      <w:r>
        <w:rPr>
          <w:rFonts w:ascii="Courier New" w:hAnsi="Courier New"/>
          <w:color w:val="555555"/>
          <w:sz w:val="20"/>
        </w:rPr>
        <w:t>[1]</w:t>
      </w:r>
    </w:p>
    <w:p>
      <w:r>
        <w:rPr>
          <w:rFonts w:ascii="Gentium Plus" w:hAnsi="Gentium Plus"/>
          <w:sz w:val="24"/>
        </w:rPr>
        <w:t>Ἐὰν ὑποτρίψῃ ζῷον, θερμῷ προσήκει ὕδατι πυριᾶσθαι, ἀξουγγίῳ τε ἐπαλείφεσθαι, καὶ ἐπὶ ὀστράκου ζέοντος ἀπο‐ τίθεσθαι, μέχρις οὗ πράως ἐνέγκῃ. λοιπὸν δὲ μετὰ ταῦτα σκορόδῳ καὶ θείῳ λελειωμένοις χρῶ, ἐπικαίων σιδήρῳ ζέοντι</w:t>
      </w:r>
    </w:p>
    <w:p>
      <w:r>
        <w:rPr>
          <w:rFonts w:ascii="Courier New" w:hAnsi="Courier New"/>
          <w:color w:val="555555"/>
          <w:sz w:val="20"/>
        </w:rPr>
        <w:t>[5]</w:t>
      </w:r>
    </w:p>
    <w:p>
      <w:r>
        <w:rPr>
          <w:rFonts w:ascii="Gentium Plus" w:hAnsi="Gentium Plus"/>
          <w:sz w:val="24"/>
        </w:rPr>
        <w:t>ἐπὶ ἡμέραις τρισί. τοῦτο καὶ βουσὶ βοηθεῖ.</w:t>
      </w:r>
    </w:p>
    <w:p>
      <w:pPr>
        <w:jc w:val="center"/>
      </w:pPr>
      <w:r>
        <w:rPr>
          <w:rFonts w:ascii="Gentium Plus" w:hAnsi="Gentium Plus"/>
          <w:b/>
          <w:sz w:val="24"/>
        </w:rPr>
        <w:t>Θεομνήστου εἰς τὸ αὐτό.</w:t>
      </w:r>
    </w:p>
    <w:p>
      <w:r>
        <w:rPr>
          <w:rFonts w:ascii="Courier New" w:hAnsi="Courier New"/>
          <w:color w:val="555555"/>
          <w:sz w:val="20"/>
        </w:rPr>
        <w:t>[1]</w:t>
      </w:r>
    </w:p>
    <w:p>
      <w:r>
        <w:rPr>
          <w:rFonts w:ascii="Gentium Plus" w:hAnsi="Gentium Plus"/>
          <w:sz w:val="24"/>
        </w:rPr>
        <w:t>Ὑποτρῖψαν ἐξ ὁδοιπορίας κτῆνος, εἶτα ἀμεληθέν, πυρέσσει, πυρέξαν δὲ ταχέως ἀπόλλυται, ἐὰν μὴ φθάσῃ βοηθηθῆναι. χρὴ οὖν ὕδατι θερμῷ, ἐν ᾧ συνεψηθήσεται ἀλθαίας βοτάνης ῥίζα, ἥν τινες ἀγρίαν μαλάχην καλοῦσιν, ἀπαντλεῖν τοὺς πό‐</w:t>
      </w:r>
    </w:p>
    <w:p>
      <w:r>
        <w:rPr>
          <w:rFonts w:ascii="Courier New" w:hAnsi="Courier New"/>
          <w:color w:val="555555"/>
          <w:sz w:val="20"/>
        </w:rPr>
        <w:t>[5]</w:t>
      </w:r>
    </w:p>
    <w:p>
      <w:r>
        <w:rPr>
          <w:rFonts w:ascii="Gentium Plus" w:hAnsi="Gentium Plus"/>
          <w:sz w:val="24"/>
        </w:rPr>
        <w:t>δας, ἕως ἁπαλωτέρα γένηται ἡ ὁπλή. ἔπειτα ὑποξέειν τὰς πε‐ πονθυίας ὁπλάς, καὶ γυμνοῦν ἐν βάθει τὰ περιθλάσματα, εἶθ’</w:t>
      </w:r>
    </w:p>
    <w:p>
      <w:r>
        <w:rPr>
          <w:rFonts w:ascii="Courier New" w:hAnsi="Courier New"/>
          <w:color w:val="555555"/>
          <w:sz w:val="20"/>
        </w:rPr>
        <w:t>[10]</w:t>
      </w:r>
    </w:p>
    <w:p>
      <w:r>
        <w:rPr>
          <w:rFonts w:ascii="Gentium Plus" w:hAnsi="Gentium Plus"/>
          <w:sz w:val="24"/>
        </w:rPr>
        <w:t>βοτομείσθω ἐκ τῶν μεσοκυνίων, καὶ στηκέτω ἐν ἀλέᾳ, καὶ παρακαιέσθω χειμῶνος πυρί, καὶ ὑποβαλλέσθω κόπρῳ ξηρᾷ, ἵνα μὴ κατὰ σκληρῶν ἐπιβαίνων πάσχῃ τοὺς πόδας. ὅταν δὲ ἀφλέγμαντος μείνῃ, θεραπευέσθω ἕωθεν ἐπὶ ἡμέραις θʹ, καὶ ἔνδον ἱστάσθω ἐπὶ κοπρία, καὶ ἐκεῖ αὐτῷ προσαγέσθω τὸ πο‐</w:t>
      </w:r>
    </w:p>
    <w:p>
      <w:r>
        <w:rPr>
          <w:rFonts w:ascii="Courier New" w:hAnsi="Courier New"/>
          <w:color w:val="555555"/>
          <w:sz w:val="20"/>
        </w:rPr>
        <w:t>[15]</w:t>
      </w:r>
    </w:p>
    <w:p>
      <w:r>
        <w:rPr>
          <w:rFonts w:ascii="Gentium Plus" w:hAnsi="Gentium Plus"/>
          <w:sz w:val="24"/>
        </w:rPr>
        <w:t>τόν, ὅπως μὴ τῇ ὁδοιπορίᾳ διατρίβηται αὐτοῦ ἡ ὁπλή, ἀλλὰ τῷ ἐκ τῆς κοπρίας ῥύπῳ τρεφομένη αὐξηθῇ.</w:t>
      </w:r>
    </w:p>
    <w:p>
      <w:pPr>
        <w:jc w:val="center"/>
      </w:pPr>
      <w:r>
        <w:rPr>
          <w:rFonts w:ascii="Gentium Plus" w:hAnsi="Gentium Plus"/>
          <w:b/>
          <w:sz w:val="24"/>
        </w:rPr>
        <w:t>περὶ αὐξήσεως ὁπλῆς.</w:t>
      </w:r>
    </w:p>
    <w:p>
      <w:r>
        <w:rPr>
          <w:rFonts w:ascii="Courier New" w:hAnsi="Courier New"/>
          <w:color w:val="555555"/>
          <w:sz w:val="20"/>
        </w:rPr>
        <w:t>[1]</w:t>
      </w:r>
    </w:p>
    <w:p>
      <w:r>
        <w:rPr>
          <w:rFonts w:ascii="Gentium Plus" w:hAnsi="Gentium Plus"/>
          <w:sz w:val="24"/>
        </w:rPr>
        <w:t>Ἀξούγγιον παλαιὸν καὶ σκόροδον καὶ ἄσφαλτον καὶ θεῖον ἄπυρον σὺν πισσελαίῳ κόψας, ἄλειφε τὴν περιστεφανίδα, καὶ περίκοπτε στρογγυλαίνων. στηκέτω δὲ ὁ ἵππος ἐν τόπῳ ξηρῷ.</w:t>
      </w:r>
    </w:p>
    <w:p>
      <w:pPr>
        <w:jc w:val="center"/>
      </w:pPr>
      <w:r>
        <w:rPr>
          <w:rFonts w:ascii="Gentium Plus" w:hAnsi="Gentium Plus"/>
          <w:b/>
          <w:sz w:val="24"/>
        </w:rPr>
        <w:t>εἰς τὸ σκληρῶσαι ὁπλήν.</w:t>
      </w:r>
    </w:p>
    <w:p>
      <w:r>
        <w:rPr>
          <w:rFonts w:ascii="Courier New" w:hAnsi="Courier New"/>
          <w:color w:val="555555"/>
          <w:sz w:val="20"/>
        </w:rPr>
        <w:t>[1]</w:t>
      </w:r>
    </w:p>
    <w:p>
      <w:r>
        <w:rPr>
          <w:rFonts w:ascii="Gentium Plus" w:hAnsi="Gentium Plus"/>
          <w:sz w:val="24"/>
        </w:rPr>
        <w:t>Κηρόν, θεῖον ἄπυρον, ῥητίνην, πισσέλαιον, ἀξούγγιον εἰς ἓν πάντα ποιήσας, ἐπιμελῶς χρῶ. \|</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Λαβὼν πεύκην λιπαρὰν καὶ διασχίσας ἐνθείς τε εἰς αὐτὴν ἀξούγγιον 〈ἅψον〉, καὶ ὑπτιάσας τὰς ὁπλὰς 〈τὸ ἀπορρέον〉 ἐπίσταζε εἰς πάντα τὰ ὑποκάτω τῶν ὁπλῶν. καὶ τοῦτο ποίει ἐπὶ ἡμέραις τρισί, καὶ μήτε ὕδατος ἁπτέσθω, μήτε ἐν ὑγρῷ</w:t>
      </w:r>
    </w:p>
    <w:p>
      <w:r>
        <w:rPr>
          <w:rFonts w:ascii="Courier New" w:hAnsi="Courier New"/>
          <w:color w:val="555555"/>
          <w:sz w:val="20"/>
        </w:rPr>
        <w:t>[5]</w:t>
      </w:r>
    </w:p>
    <w:p>
      <w:r>
        <w:rPr>
          <w:rFonts w:ascii="Gentium Plus" w:hAnsi="Gentium Plus"/>
          <w:sz w:val="24"/>
        </w:rPr>
        <w:t>τόπῳ στηκέτω. μετὰ δὲ ἡμέρας ἓξ ἢ ἑπτὰ πάλιν τὸ αὐτὸ ποίει.</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Κισσοῦ σπέρματος μέρη δύο, στυπτηρίας στρογγύλης ἓν λειώσας, τοῖς ὄνυξι ....... προσάγαγε, ἄχρις οὗ ἀνάσχηται. καὶ μετὰ τοῦτο σκόροδον καὶ ἄσφαλτον ἅμα λειώσας, ἐν πλα‐ τεῖ σιδήρῳ ἀποθέμενος ζέοντι, πρόσκαιε ἐπὶ ἡμέραις τρισί.</w:t>
      </w:r>
    </w:p>
    <w:p>
      <w:r>
        <w:rPr>
          <w:rFonts w:ascii="Courier New" w:hAnsi="Courier New"/>
          <w:color w:val="555555"/>
          <w:sz w:val="20"/>
        </w:rPr>
        <w:t>[5]</w:t>
      </w:r>
    </w:p>
    <w:p>
      <w:r>
        <w:rPr>
          <w:rFonts w:ascii="Gentium Plus" w:hAnsi="Gentium Plus"/>
          <w:sz w:val="24"/>
        </w:rPr>
        <w:t>τοῦτο δὲ καὶ βουσὶν ἐπιτήδειον.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Ποίησον ὑπόδημα ἐκ πίσσης ὑγρᾶς καὶ ἀξουγγίου, καὶ θερμὸν προσάγαγε, καθαρίζων πρότερον ἐπιμελῶς τὸν ὄνυχα. εἶτα ἐπίπασσε κισσοῦ σπέρμα κεκομμένον τῷ ὄνυχι, ὥστε ὅλον πληρῶσαι, καὶ ὑποδήσας, λύε μετὰ τρίτην ἡμέραν. \| τοῦτο ἐκ</w:t>
      </w:r>
    </w:p>
    <w:p>
      <w:r>
        <w:rPr>
          <w:rFonts w:ascii="Courier New" w:hAnsi="Courier New"/>
          <w:color w:val="555555"/>
          <w:sz w:val="20"/>
        </w:rPr>
        <w:t>[5]</w:t>
      </w:r>
    </w:p>
    <w:p>
      <w:r>
        <w:rPr>
          <w:rFonts w:ascii="Gentium Plus" w:hAnsi="Gentium Plus"/>
          <w:sz w:val="24"/>
        </w:rPr>
        <w:t>τρίτου ποιῶν θεραπεύσεις.</w:t>
      </w:r>
    </w:p>
    <w:p>
      <w:pPr>
        <w:jc w:val="center"/>
      </w:pPr>
      <w:r>
        <w:rPr>
          <w:rFonts w:ascii="Gentium Plus" w:hAnsi="Gentium Plus"/>
          <w:b/>
          <w:sz w:val="24"/>
        </w:rPr>
        <w:t>Πελαγωνίου πρὸς αὔξησιν ὀνύχων.</w:t>
      </w:r>
    </w:p>
    <w:p>
      <w:r>
        <w:rPr>
          <w:rFonts w:ascii="Courier New" w:hAnsi="Courier New"/>
          <w:color w:val="555555"/>
          <w:sz w:val="20"/>
        </w:rPr>
        <w:t>[1]</w:t>
      </w:r>
    </w:p>
    <w:p>
      <w:r>
        <w:rPr>
          <w:rFonts w:ascii="Gentium Plus" w:hAnsi="Gentium Plus"/>
          <w:sz w:val="24"/>
        </w:rPr>
        <w:t>Σκορόδων κεφαλὰς τρεῖς, πηγάνου δεσμήν, στυπτηρίας κεκομμένης γο ἕξ, ἀξουγγίου παλαιοῦ λίτρας βʹ, κόπρου ὀνείας δράκα, πάντα συμμίξας καὶ ἀναλαβὼν χρῶ καθ’ ἡμέραν.</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Φάβα ἑψήσας εἰς ὕδωρ, λείωσον μετὰ μέλιτος, καὶ εἰς</w:t>
      </w:r>
    </w:p>
    <w:p>
      <w:pPr>
        <w:jc w:val="center"/>
      </w:pPr>
      <w:r>
        <w:rPr>
          <w:rFonts w:ascii="Gentium Plus" w:hAnsi="Gentium Plus"/>
          <w:b/>
          <w:sz w:val="24"/>
        </w:rPr>
        <w:t>βοήθημα εἰς τὸ αὐτό.</w:t>
      </w:r>
    </w:p>
    <w:p>
      <w:r>
        <w:rPr>
          <w:rFonts w:ascii="Courier New" w:hAnsi="Courier New"/>
          <w:color w:val="555555"/>
          <w:sz w:val="20"/>
        </w:rPr>
        <w:t>[1]</w:t>
      </w:r>
    </w:p>
    <w:p>
      <w:r>
        <w:rPr>
          <w:rFonts w:ascii="Gentium Plus" w:hAnsi="Gentium Plus"/>
          <w:sz w:val="24"/>
        </w:rPr>
        <w:t>Ὄξει θερμῷ τὸν ὄνυχα κατάντλει, καὶ μετὰ ταῦτα πρά‐ σιον μετὰ ἀξουγγίου παλαιοῦ καὶ ἀψινθίου ἀγρίου μίξας, ἀπότριβε.</w:t>
      </w:r>
    </w:p>
    <w:p>
      <w:pPr>
        <w:jc w:val="center"/>
      </w:pPr>
      <w:r>
        <w:rPr>
          <w:rFonts w:ascii="Gentium Plus" w:hAnsi="Gentium Plus"/>
          <w:b/>
          <w:sz w:val="24"/>
        </w:rPr>
        <w:t>πελματικοῦ σκευασία.</w:t>
      </w:r>
    </w:p>
    <w:p>
      <w:r>
        <w:rPr>
          <w:rFonts w:ascii="Courier New" w:hAnsi="Courier New"/>
          <w:color w:val="555555"/>
          <w:sz w:val="20"/>
        </w:rPr>
        <w:t>[1]</w:t>
      </w:r>
    </w:p>
    <w:p>
      <w:r>
        <w:rPr>
          <w:rFonts w:ascii="Gentium Plus" w:hAnsi="Gentium Plus"/>
          <w:sz w:val="24"/>
        </w:rPr>
        <w:t>Χαλβάνης γο αʹ, καστορίου γο αcʹ, ἀδάρκης γο cʹ, ῥητίνης φρυκτῆς τὸ ἴσον, ῥητίνης ὑγρᾶς γο βʹ, κηκίδος Ἀλε‐ ξανδρινῆς γο βʹ, ἀσφάλτου Ἰουδαϊκῆς γο αcʹ, χαλκίτιδος γο αʹ, πίσσης γο μίαν, ἀξουγγίου 𐆃 αʹ, ὄξους 𐅻 ἕξ, κηροῦ λίτρας</w:t>
      </w:r>
    </w:p>
    <w:p>
      <w:r>
        <w:rPr>
          <w:rFonts w:ascii="Courier New" w:hAnsi="Courier New"/>
          <w:color w:val="555555"/>
          <w:sz w:val="20"/>
        </w:rPr>
        <w:t>[5]</w:t>
      </w:r>
    </w:p>
    <w:p>
      <w:r>
        <w:rPr>
          <w:rFonts w:ascii="Gentium Plus" w:hAnsi="Gentium Plus"/>
          <w:sz w:val="24"/>
        </w:rPr>
        <w:t>δύο, ἐλαίου ξέστην αcʹ, ἀμφότερα μίξας χρῶ. \</w:t>
      </w:r>
    </w:p>
    <w:p>
      <w:pPr>
        <w:jc w:val="center"/>
      </w:pPr>
      <w:r>
        <w:rPr>
          <w:rFonts w:ascii="Gentium Plus" w:hAnsi="Gentium Plus"/>
          <w:b/>
          <w:sz w:val="24"/>
        </w:rPr>
        <w:t>περὶ ἱδροῦντος ἵππου ἐξ οὐδεμιᾶς αἰτίας.</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Ὅταν γένηται, μηδεμιᾶς ὑπούσης ὑποψιάς, ἐκ καύματος ἢ θέρμης ἑστῶτα τὸν ἵππον ἱδροῦν τόπους τινὰς τοῦ σώματος ἢ καθόλου, καὶ ἀτμὸν ἀναβάλλειν ἐξ αὐτοῦ, εἰδέναι δεῖ, ὅτι προσπέπτωκεν ἡ χολὴ τούτου τοῖς τόποις ἢ ἀνακέχυται καθό‐</w:t>
      </w:r>
    </w:p>
    <w:p>
      <w:r>
        <w:rPr>
          <w:rFonts w:ascii="Courier New" w:hAnsi="Courier New"/>
          <w:color w:val="555555"/>
          <w:sz w:val="20"/>
        </w:rPr>
        <w:t>[5]</w:t>
      </w:r>
    </w:p>
    <w:p>
      <w:r>
        <w:rPr>
          <w:rFonts w:ascii="Gentium Plus" w:hAnsi="Gentium Plus"/>
          <w:sz w:val="24"/>
        </w:rPr>
        <w:t>λου· διὸ δεῖ τὸν τοιοῦτον γλυκέσιν ἐγχυματίζειν. \</w:t>
      </w:r>
    </w:p>
    <w:p>
      <w:pPr>
        <w:jc w:val="center"/>
      </w:pPr>
      <w:r>
        <w:rPr>
          <w:rFonts w:ascii="Gentium Plus" w:hAnsi="Gentium Plus"/>
          <w:b/>
          <w:sz w:val="24"/>
        </w:rPr>
        <w:t>περὶ τῶν ἀπὸ ἱπποπέδης ἢ δεσμοῦ τινος τεθλιμμένων.</w:t>
      </w:r>
    </w:p>
    <w:p>
      <w:r>
        <w:rPr>
          <w:rFonts w:ascii="Courier New" w:hAnsi="Courier New"/>
          <w:color w:val="555555"/>
          <w:sz w:val="20"/>
        </w:rPr>
        <w:t>[106 . 1 (3)]</w:t>
      </w:r>
    </w:p>
    <w:p>
      <w:r>
        <w:rPr>
          <w:rFonts w:ascii="Gentium Plus" w:hAnsi="Gentium Plus"/>
          <w:sz w:val="24"/>
        </w:rPr>
        <w:t>Αψύρτου.</w:t>
      </w:r>
    </w:p>
    <w:p>
      <w:r>
        <w:rPr>
          <w:rFonts w:ascii="Courier New" w:hAnsi="Courier New"/>
          <w:color w:val="555555"/>
          <w:sz w:val="20"/>
        </w:rPr>
        <w:t>[1]</w:t>
      </w:r>
    </w:p>
    <w:p>
      <w:r>
        <w:rPr>
          <w:rFonts w:ascii="Gentium Plus" w:hAnsi="Gentium Plus"/>
          <w:sz w:val="24"/>
        </w:rPr>
        <w:t>Συμβαίνει ἀδικηθῆναι τὰ μεσοκύνια ἐκ τῆς ἱπποπέδης ἢ δεσμοῦ τινος ἀπὸ ἱμάντος ἢ σχοινίου, καὶ ἡ βύρσα ἀποπίπτει, καὶ ψιλὰ γίνεται τὰ τοῦ κυνόπλου νευρία. κίνδυνον οὖν ἕξει</w:t>
      </w:r>
    </w:p>
    <w:p>
      <w:r>
        <w:rPr>
          <w:rFonts w:ascii="Courier New" w:hAnsi="Courier New"/>
          <w:color w:val="555555"/>
          <w:sz w:val="20"/>
        </w:rPr>
        <w:t>[5]</w:t>
      </w:r>
    </w:p>
    <w:p>
      <w:r>
        <w:rPr>
          <w:rFonts w:ascii="Gentium Plus" w:hAnsi="Gentium Plus"/>
          <w:sz w:val="24"/>
        </w:rPr>
        <w:t>ἀποστύφειν οἴνῳ ἢ ὄξει ἢ ὀξάλμῃ, ἔπειτα ταῖς λιπαραῖς καὶ τῶν λευκῶν ἐμπλάστρων ταῖς τρυφεραῖς χρῆσθαι. ἄκρως δὲ ποιεῖ τὸ τοῦ ψιμυθίου μέρος ἕν, ἀμμωνιακοῦ τὸ ἥμισυ, μυρ‐ σίνης τὸ ἀρκοῦν. λεάνας οὖν ἐν ὕδατι τὸ ἀμμωνιακὸν μῖξον τῷ ψιμυθίῳ, παραχέων τὸ μύρσινον, καὶ χρῶ. \|</w:t>
      </w:r>
    </w:p>
    <w:p>
      <w:pPr>
        <w:jc w:val="center"/>
      </w:pPr>
      <w:r>
        <w:rPr>
          <w:rFonts w:ascii="Gentium Plus" w:hAnsi="Gentium Plus"/>
          <w:b/>
          <w:sz w:val="24"/>
        </w:rPr>
        <w:t>περὶ τῶν ὑπὸ ψύχους ἠδικημένων.</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Τῷ ὑπὸ ψύχους ἠδικημένῳ συμβαίνει ἀνορεκτεῖν, καὶ διὰ τοῦτο ἀπισχναίνεσθαι, καὶ τρώγοντι ἐν κινήσει μὴ ἔχειν τὰ χελύνια, καὶ περιπατοῦντι προβαίνειν κατὰ μικρόν, καὶ ἀνα‐ νεύοντι τὴν κεφαλὴν στενάζειν, καὶ κατακύπτειν μὴ δύνα‐</w:t>
      </w:r>
    </w:p>
    <w:p>
      <w:r>
        <w:rPr>
          <w:rFonts w:ascii="Courier New" w:hAnsi="Courier New"/>
          <w:color w:val="555555"/>
          <w:sz w:val="20"/>
        </w:rPr>
        <w:t>[5]</w:t>
      </w:r>
    </w:p>
    <w:p>
      <w:r>
        <w:rPr>
          <w:rFonts w:ascii="Gentium Plus" w:hAnsi="Gentium Plus"/>
          <w:sz w:val="24"/>
        </w:rPr>
        <w:t>σθαι. οὐ δύναται δὲ κατακλιθεὶς πλατύνεσθαι διὰ τὸ κατα‐ τετάσθαι τὰ ἐντὸς νεῦρα, τὰ δὲ τῆς ἐπιφανείας ἀπαθῆ εἶναι. θεραπεύεται δὲ ἐγχυματιζόμενος πεπέρεως κόκκοις λʹ, κεκομ‐ μένοις ἐν οἴνου λευκοῦ εὐώδους κοτύλῃ, ἢ πηγάνῳ ἀναζεσμένῳ ὡσαύτως, ἢ λελισφάκῳ, ἢ ἀρτεμισίᾳ βοτάνῃ μετὰ οἴνου, ἢ</w:t>
      </w:r>
    </w:p>
    <w:p>
      <w:r>
        <w:rPr>
          <w:rFonts w:ascii="Courier New" w:hAnsi="Courier New"/>
          <w:color w:val="555555"/>
          <w:sz w:val="20"/>
        </w:rPr>
        <w:t>[10]</w:t>
      </w:r>
    </w:p>
    <w:p>
      <w:r>
        <w:rPr>
          <w:rFonts w:ascii="Gentium Plus" w:hAnsi="Gentium Plus"/>
          <w:sz w:val="24"/>
        </w:rPr>
        <w:t>πολιοφύλλω, καὶ γυμνασίᾳ δρόμῳ τῷ διὰ κάλπης ἐκ προσαγω‐ γῆς, καθὼς ἂν \| φαίνηται προκόπτων τῇ τροφῇ, καὶ τῇ τρίψει πλείονι τῇ κατὰ τρίχα. ἐπιλαβόμενος δὲ τοῦ καιροῦ καὶ γενό‐ μενος ἐν τῇ νομῇ, ἀποκαθίσταται καὶ ὑγιάζεται.</w:t>
      </w:r>
    </w:p>
    <w:p>
      <w:pPr>
        <w:jc w:val="center"/>
      </w:pPr>
      <w:r>
        <w:rPr>
          <w:rFonts w:ascii="Gentium Plus" w:hAnsi="Gentium Plus"/>
          <w:b/>
          <w:sz w:val="24"/>
        </w:rPr>
        <w:t>Ἱεροκλέους πρὸς κατάψυξιν κτήνους.</w:t>
      </w:r>
    </w:p>
    <w:p>
      <w:r>
        <w:rPr>
          <w:rFonts w:ascii="Courier New" w:hAnsi="Courier New"/>
          <w:color w:val="555555"/>
          <w:sz w:val="20"/>
        </w:rPr>
        <w:t>[1]</w:t>
      </w:r>
    </w:p>
    <w:p>
      <w:r>
        <w:rPr>
          <w:rFonts w:ascii="Gentium Plus" w:hAnsi="Gentium Plus"/>
          <w:sz w:val="24"/>
        </w:rPr>
        <w:t>Πήγανον καὶ μαστίχην μετὰ ἐλαίου ὀλίγου καὶ μέλιτος</w:t>
      </w:r>
    </w:p>
    <w:p>
      <w:pPr>
        <w:jc w:val="center"/>
      </w:pPr>
      <w:r>
        <w:rPr>
          <w:rFonts w:ascii="Gentium Plus" w:hAnsi="Gentium Plus"/>
          <w:b/>
          <w:sz w:val="24"/>
        </w:rPr>
        <w:t>Εὐμήλου πρὸς νόσον ἵππων ἐξ ἀτονίας</w:t>
      </w:r>
    </w:p>
    <w:p>
      <w:r>
        <w:rPr>
          <w:rFonts w:ascii="Courier New" w:hAnsi="Courier New"/>
          <w:color w:val="555555"/>
          <w:sz w:val="20"/>
        </w:rPr>
        <w:t>[t2]</w:t>
      </w:r>
    </w:p>
    <w:p>
      <w:r>
        <w:rPr>
          <w:rFonts w:ascii="Gentium Plus" w:hAnsi="Gentium Plus"/>
          <w:sz w:val="24"/>
        </w:rPr>
        <w:t>καὶ καύματος καὶ ψύχους.</w:t>
      </w:r>
    </w:p>
    <w:p>
      <w:r>
        <w:rPr>
          <w:rFonts w:ascii="Courier New" w:hAnsi="Courier New"/>
          <w:color w:val="555555"/>
          <w:sz w:val="20"/>
        </w:rPr>
        <w:t>[1]</w:t>
      </w:r>
    </w:p>
    <w:p>
      <w:r>
        <w:rPr>
          <w:rFonts w:ascii="Gentium Plus" w:hAnsi="Gentium Plus"/>
          <w:sz w:val="24"/>
        </w:rPr>
        <w:t>Νόσος ὡς ἐπὶ τὸ πλεῖστον λαμβάνει τὸ ζῷον ἐξ ἀτονίας καὶ καύματος, καὶ ἐν κρύει δὲ τὸ αὐτὸ ὑφίσταται, ἢ ὅτε ἐπει‐ χθὲν μὴ ἀπουρήσῃ, καὶ εἰ μετὰ ἱδρῶτα πίοι, ἢ καὶ ἀπὸ πολ‐ λῆς ἀργίας εἰς πολὺν ἔλθῃ δρόμον καὶ ὑπέρτονον γένηται.</w:t>
      </w:r>
    </w:p>
    <w:p>
      <w:r>
        <w:rPr>
          <w:rFonts w:ascii="Courier New" w:hAnsi="Courier New"/>
          <w:color w:val="555555"/>
          <w:sz w:val="20"/>
        </w:rPr>
        <w:t>[5]</w:t>
      </w:r>
    </w:p>
    <w:p>
      <w:r>
        <w:rPr>
          <w:rFonts w:ascii="Gentium Plus" w:hAnsi="Gentium Plus"/>
          <w:sz w:val="24"/>
        </w:rPr>
        <w:t>θεράπευε οὖν, ἔλαιον εἰς τὸν λαιμὸν ἐμβαλών, ἢ στέαρ σὺν οἴνῳ ὁμοίως διδούς. ἀπελάσεις δὲ ψῦχος ζῴου, ἐὰν ἐλαίῳ ζεστῷ ἢ στέατι τὰς ψύας αὐτοῦ καὶ τοὺς νεφροὺς καὶ τὴν κεφαλὴν ἀποτρίψῃς.</w:t>
      </w:r>
    </w:p>
    <w:p>
      <w:pPr>
        <w:jc w:val="center"/>
      </w:pPr>
      <w:r>
        <w:rPr>
          <w:rFonts w:ascii="Gentium Plus" w:hAnsi="Gentium Plus"/>
          <w:b/>
          <w:sz w:val="24"/>
        </w:rPr>
        <w:t>ἄλλο ἐπὶ ψύξεως.</w:t>
      </w:r>
    </w:p>
    <w:p>
      <w:r>
        <w:rPr>
          <w:rFonts w:ascii="Courier New" w:hAnsi="Courier New"/>
          <w:color w:val="555555"/>
          <w:sz w:val="20"/>
        </w:rPr>
        <w:t>[1]</w:t>
      </w:r>
    </w:p>
    <w:p>
      <w:r>
        <w:rPr>
          <w:rFonts w:ascii="Gentium Plus" w:hAnsi="Gentium Plus"/>
          <w:sz w:val="24"/>
        </w:rPr>
        <w:t>Αἷμα χοίρειον θερμὸν ἐγχυμάτιζε μετὰ οἴνου. \</w:t>
      </w:r>
    </w:p>
    <w:p>
      <w:pPr>
        <w:jc w:val="center"/>
      </w:pPr>
      <w:r>
        <w:rPr>
          <w:rFonts w:ascii="Gentium Plus" w:hAnsi="Gentium Plus"/>
          <w:b/>
          <w:sz w:val="24"/>
        </w:rPr>
        <w:t>περὶ σφακελισμοῦ καὶ ἱερᾶς νόσου.</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Ἄψυρτος Τιβερίῳ Κλαυδίῳ Ἡρακλείδῃ Κλαζομε‐ νίῳ χαίρειν. βούλομαί σε εἰδέναι, ὅτι ἐν τοῖς ἵπποις σφα‐ κελισμὸς γίνεται, οὗ σημεῖα τάδε· πίπτει ἐξαίφνης, καὶ τῶν ἄρθρων ἃ μὲν ἀνίεται, ἃ δὲ συντείνεται, καὶ παλμὸς ὅλου τοῦ</w:t>
      </w:r>
    </w:p>
    <w:p>
      <w:r>
        <w:rPr>
          <w:rFonts w:ascii="Courier New" w:hAnsi="Courier New"/>
          <w:color w:val="555555"/>
          <w:sz w:val="20"/>
        </w:rPr>
        <w:t>[5]</w:t>
      </w:r>
    </w:p>
    <w:p>
      <w:r>
        <w:rPr>
          <w:rFonts w:ascii="Gentium Plus" w:hAnsi="Gentium Plus"/>
          <w:sz w:val="24"/>
        </w:rPr>
        <w:t>σώματος, ἔσθ’ ὅτε δὲ καὶ ἀφρὸς περὶ τὸ στόμα γίνεται. ἔστι δὲ τοῦτο ἐν ἀνθρώποις ἱερὰ νόσος λεγόμενον. τούτῳ ἡμεῖς προσφέρομεν τὴν τροφήν, βρέχοντες τὸ νίτρον καὶ ποτίζοντες. ἁρμόζει δὲ τούτῳ καὶ ἡ κάθαρσις ἡ διὰ τοῦ σικύου καὶ τοῦ</w:t>
      </w:r>
    </w:p>
    <w:p>
      <w:r>
        <w:rPr>
          <w:rFonts w:ascii="Courier New" w:hAnsi="Courier New"/>
          <w:color w:val="555555"/>
          <w:sz w:val="20"/>
        </w:rPr>
        <w:t>[10]</w:t>
      </w:r>
    </w:p>
    <w:p>
      <w:r>
        <w:rPr>
          <w:rFonts w:ascii="Gentium Plus" w:hAnsi="Gentium Plus"/>
          <w:sz w:val="24"/>
        </w:rPr>
        <w:t>λέγεται δὲ χελώνης θαλασσίας αἵματος ἡμικοτύλιον καὶ ὄξους τὸ αὐτὸ καὶ οἴνου τὸ ἴσον, ὀποῦ Κυρη\|ναϊκοῦ ὁλκὴν μίαν μίξαντας, ἐγχεῖν εἰς τοὺς μυκτῆρας. ὠφέλιμον δὲ συγχρίεσθαι αὐτὸν τῷ νίτρῳ καὶ ἐλαίῳ μετ’ ὄξους ἐν τρίψει ἱκανῇ. \|</w:t>
      </w:r>
    </w:p>
    <w:p>
      <w:pPr>
        <w:jc w:val="center"/>
      </w:pPr>
      <w:r>
        <w:rPr>
          <w:rFonts w:ascii="Gentium Plus" w:hAnsi="Gentium Plus"/>
          <w:b/>
          <w:sz w:val="24"/>
        </w:rPr>
        <w:t>περὶ τῶν κατ’ ὄνυχα πατούντων.</w:t>
      </w:r>
    </w:p>
    <w:p>
      <w:pPr>
        <w:jc w:val="center"/>
      </w:pPr>
      <w:r>
        <w:rPr>
          <w:rFonts w:ascii="Gentium Plus" w:hAnsi="Gentium Plus"/>
          <w:b/>
          <w:sz w:val="24"/>
        </w:rPr>
        <w:t>Αψύρτου.</w:t>
      </w:r>
    </w:p>
    <w:p>
      <w:r>
        <w:rPr>
          <w:rFonts w:ascii="Courier New" w:hAnsi="Courier New"/>
          <w:color w:val="555555"/>
          <w:sz w:val="20"/>
        </w:rPr>
        <w:t>[1]</w:t>
      </w:r>
    </w:p>
    <w:p>
      <w:r>
        <w:rPr>
          <w:rFonts w:ascii="Gentium Plus" w:hAnsi="Gentium Plus"/>
          <w:sz w:val="24"/>
        </w:rPr>
        <w:t>Ὅσοι δέ εἰσι κατ’ ὄνυχα πατοῦντες ἢ ἑτεροποδοῦντες φυ‐ σικῶς ἢ ἑτερόχηλοι ἐξ αἰτίας, καὶ ὅσοι ἔχουσιν ἐν τοῖς ὀπι‐ σθίοις ἐγκλώμενα τὰ μεσοκύνια, ὥστε ἅπτεσθαι τῆς γῆς, καὶ ἐπισυρόμενοι τὰς ὁπλάς, χωλοί εἰσι καὶ ἐκ τῶν ψυῶν ἀσθε‐</w:t>
      </w:r>
    </w:p>
    <w:p>
      <w:r>
        <w:rPr>
          <w:rFonts w:ascii="Courier New" w:hAnsi="Courier New"/>
          <w:color w:val="555555"/>
          <w:sz w:val="20"/>
        </w:rPr>
        <w:t>[5]</w:t>
      </w:r>
    </w:p>
    <w:p>
      <w:r>
        <w:rPr>
          <w:rFonts w:ascii="Gentium Plus" w:hAnsi="Gentium Plus"/>
          <w:sz w:val="24"/>
        </w:rPr>
        <w:t>νεῖς καὶ τῷ δρόμῳ ἐλάσσονες. \</w:t>
      </w:r>
    </w:p>
    <w:p>
      <w:pPr>
        <w:jc w:val="center"/>
      </w:pPr>
      <w:r>
        <w:rPr>
          <w:rFonts w:ascii="Gentium Plus" w:hAnsi="Gentium Plus"/>
          <w:b/>
          <w:sz w:val="24"/>
        </w:rPr>
        <w:t>περὶ ῥεύματος ἑλκῶν</w:t>
      </w:r>
    </w:p>
    <w:p>
      <w:pPr>
        <w:jc w:val="center"/>
      </w:pPr>
      <w:r>
        <w:rPr>
          <w:rFonts w:ascii="Gentium Plus" w:hAnsi="Gentium Plus"/>
          <w:b/>
          <w:sz w:val="24"/>
        </w:rPr>
        <w:t>καὶ πρὸς τοὺς ὑπὸ συὸς πληγέντας.</w:t>
      </w:r>
    </w:p>
    <w:p>
      <w:r>
        <w:rPr>
          <w:rFonts w:ascii="Courier New" w:hAnsi="Courier New"/>
          <w:color w:val="555555"/>
          <w:sz w:val="20"/>
        </w:rPr>
        <w:t>[1]</w:t>
      </w:r>
    </w:p>
    <w:p>
      <w:r>
        <w:rPr>
          <w:rFonts w:ascii="Gentium Plus" w:hAnsi="Gentium Plus"/>
          <w:sz w:val="24"/>
        </w:rPr>
        <w:t>Τοῖς ῥευματικοῖς τῶν ἑλκῶν οὐ δεῖ θερμῷ χρῆσθαι, ἀλλὰ τῷ ψυχρῷ θερείας καὶ χειμῶνος. συμβαίνει γὰρ ῥᾳδίως ἐν τοῖς κυνηγίοις τῷ ἵππῳ τραῦμα λαβεῖν ὑπὸ συάγρου εἰς τὸ ἐντὸς μέρος τῆς ἀγκύλης ἐν τῇ ἰγνύϊ ἢ τοῦ μηροῦ ἐντός, καὶ</w:t>
      </w:r>
    </w:p>
    <w:p>
      <w:r>
        <w:rPr>
          <w:rFonts w:ascii="Courier New" w:hAnsi="Courier New"/>
          <w:color w:val="555555"/>
          <w:sz w:val="20"/>
        </w:rPr>
        <w:t>[5]</w:t>
      </w:r>
    </w:p>
    <w:p>
      <w:r>
        <w:rPr>
          <w:rFonts w:ascii="Gentium Plus" w:hAnsi="Gentium Plus"/>
          <w:sz w:val="24"/>
        </w:rPr>
        <w:t>γίνεται τὸ ἕλκος ῥευματικὸν καὶ ὀγκοῦται. τούτῳ προσφέρειν τὸ ψυχρόν, καὶ θεραπεύειν τῷ διὰ τῆς χαλκάνθης καταχρίοντα, ἢ κυνὸς κεφαλὴν ἐκτὸς τῆς γλώττης κατακαύσαντας καὶ τρί‐ ψαντας καταπλάσσειν.</w:t>
      </w:r>
    </w:p>
    <w:p>
      <w:pPr>
        <w:jc w:val="center"/>
      </w:pPr>
      <w:r>
        <w:rPr>
          <w:rFonts w:ascii="Gentium Plus" w:hAnsi="Gentium Plus"/>
          <w:b/>
          <w:sz w:val="24"/>
        </w:rPr>
        <w:t>περὶ πνιγμοῦ ἐξ ὠμότητος.</w:t>
      </w:r>
    </w:p>
    <w:p>
      <w:pPr>
        <w:jc w:val="center"/>
      </w:pPr>
      <w:r>
        <w:rPr>
          <w:rFonts w:ascii="Gentium Plus" w:hAnsi="Gentium Plus"/>
          <w:b/>
          <w:sz w:val="24"/>
        </w:rPr>
        <w:t>Ἀψύρτου.</w:t>
      </w:r>
    </w:p>
    <w:p>
      <w:r>
        <w:rPr>
          <w:rFonts w:ascii="Courier New" w:hAnsi="Courier New"/>
          <w:color w:val="555555"/>
          <w:sz w:val="20"/>
        </w:rPr>
        <w:t>[1]</w:t>
      </w:r>
    </w:p>
    <w:p>
      <w:r>
        <w:rPr>
          <w:rFonts w:ascii="Gentium Plus" w:hAnsi="Gentium Plus"/>
          <w:sz w:val="24"/>
        </w:rPr>
        <w:t>Ἐάν ποτε συμβῇ ἔνσιτον ὄντα τὸν ἴππον καὶ πλήρη τρο‐</w:t>
      </w:r>
    </w:p>
    <w:p>
      <w:r>
        <w:rPr>
          <w:rFonts w:ascii="Courier New" w:hAnsi="Courier New"/>
          <w:color w:val="555555"/>
          <w:sz w:val="20"/>
        </w:rPr>
        <w:t>[5]</w:t>
      </w:r>
    </w:p>
    <w:p>
      <w:r>
        <w:rPr>
          <w:rFonts w:ascii="Gentium Plus" w:hAnsi="Gentium Plus"/>
          <w:sz w:val="24"/>
        </w:rPr>
        <w:t>χαλβάνης τῷ ἴσῳ τριφθείσης μετὰ οἴνου, ἢ δαφνίσι μετὰ οἴνου. εἰς ψυχρὸν δὲ μὴ ἐμβιβάζειν, καὶ τὸ πόμα θερμὸν διδόναι, καὶ τρίψει χρῆσθαι ὅλου τοῦ σώματος διὰ ἐλαίου, κάλλιον δὲ παλαιοῦ.</w:t>
      </w:r>
    </w:p>
    <w:p>
      <w:pPr>
        <w:jc w:val="center"/>
      </w:pPr>
      <w:r>
        <w:rPr>
          <w:rFonts w:ascii="Gentium Plus" w:hAnsi="Gentium Plus"/>
          <w:b/>
          <w:sz w:val="24"/>
        </w:rPr>
        <w:t>πρὸς τὰ ἐν βουβῶνι σπάσματα.</w:t>
      </w:r>
    </w:p>
    <w:p>
      <w:pPr>
        <w:jc w:val="center"/>
      </w:pPr>
      <w:r>
        <w:rPr>
          <w:rFonts w:ascii="Gentium Plus" w:hAnsi="Gentium Plus"/>
          <w:b/>
          <w:sz w:val="24"/>
        </w:rPr>
        <w:t>Ἀψύρτου.</w:t>
      </w:r>
    </w:p>
    <w:p>
      <w:r>
        <w:rPr>
          <w:rFonts w:ascii="Courier New" w:hAnsi="Courier New"/>
          <w:color w:val="555555"/>
          <w:sz w:val="20"/>
        </w:rPr>
        <w:t>[1]</w:t>
      </w:r>
    </w:p>
    <w:p>
      <w:r>
        <w:rPr>
          <w:rFonts w:ascii="Gentium Plus" w:hAnsi="Gentium Plus"/>
          <w:sz w:val="24"/>
        </w:rPr>
        <w:t>\ περιπατῶν ὀδυνᾶται. ὁ δὲ τοιοῦτος ἡσυχαζέτω, καὶ θερμῷ πολλῷ πυριάσθω τοὺς βουβῶνας, καὶ σπόγγοις ὁμοίως εἰς οἶνον θερμὸν βραχεῖσιν ὡσαύτως πυριάσθω. ἄλειφε δὲ καὶ</w:t>
      </w:r>
    </w:p>
    <w:p>
      <w:r>
        <w:rPr>
          <w:rFonts w:ascii="Courier New" w:hAnsi="Courier New"/>
          <w:color w:val="555555"/>
          <w:sz w:val="20"/>
        </w:rPr>
        <w:t>[5]</w:t>
      </w:r>
    </w:p>
    <w:p>
      <w:r>
        <w:rPr>
          <w:rFonts w:ascii="Gentium Plus" w:hAnsi="Gentium Plus"/>
          <w:sz w:val="24"/>
        </w:rPr>
        <w:t>τοὺς τόπους, τρίψας ἐν ταὐτῷ στέαρ αἴγειον καὶ κηρωτὴν καὶ νίτρον ὀπτὸν καὶ ὄξος. \|</w:t>
      </w:r>
    </w:p>
    <w:p>
      <w:pPr>
        <w:jc w:val="center"/>
      </w:pPr>
      <w:r>
        <w:rPr>
          <w:rFonts w:ascii="Gentium Plus" w:hAnsi="Gentium Plus"/>
          <w:b/>
          <w:sz w:val="24"/>
        </w:rPr>
        <w:t>πρὸς τὰ ἐπὶ τῆς στεφάνης σκληρώματα, ἃ καλοῦνται πῶροι.</w:t>
      </w:r>
    </w:p>
    <w:p>
      <w:pPr>
        <w:jc w:val="center"/>
      </w:pPr>
      <w:r>
        <w:rPr>
          <w:rFonts w:ascii="Gentium Plus" w:hAnsi="Gentium Plus"/>
          <w:b/>
          <w:sz w:val="24"/>
        </w:rPr>
        <w:t>Ἀψύρτου.</w:t>
      </w:r>
    </w:p>
    <w:p>
      <w:r>
        <w:rPr>
          <w:rFonts w:ascii="Courier New" w:hAnsi="Courier New"/>
          <w:color w:val="555555"/>
          <w:sz w:val="20"/>
        </w:rPr>
        <w:t>[113 . 1]</w:t>
      </w:r>
    </w:p>
    <w:p>
      <w:r>
        <w:rPr>
          <w:rFonts w:ascii="Gentium Plus" w:hAnsi="Gentium Plus"/>
          <w:sz w:val="24"/>
        </w:rPr>
        <w:t>Ἄψυρτος Ποστουμίῳ Δακὶ ἱππότῃ χαίρειν. ἔγρα‐ ψάς μοι συμβεβηκέναι σου τῷ ἵππῳ ἐν τῷ ποδὶ τῷ ἐμπροσθίῳ εἰς τὸ ἐντὸς μέρος τῆς ὁπλῆς ἐν τῇ ἐκφύσει τῆς στεφάνης οἴδημα μέγα σκληρόν, καὶ λίαν χωλαίνειν ἐξ αὐτοῦ. γίνωσκε</w:t>
      </w:r>
    </w:p>
    <w:p>
      <w:r>
        <w:rPr>
          <w:rFonts w:ascii="Courier New" w:hAnsi="Courier New"/>
          <w:color w:val="555555"/>
          <w:sz w:val="20"/>
        </w:rPr>
        <w:t>[5]</w:t>
      </w:r>
    </w:p>
    <w:p>
      <w:r>
        <w:rPr>
          <w:rFonts w:ascii="Gentium Plus" w:hAnsi="Gentium Plus"/>
          <w:sz w:val="24"/>
        </w:rPr>
        <w:t>οὖν, ὅτι συμβαίνει ἐκ τοῦ αὐτομάτου ἐν τοῖς ἐμπροσθίοις, τοῖς</w:t>
      </w:r>
    </w:p>
    <w:p>
      <w:r>
        <w:rPr>
          <w:rFonts w:ascii="Courier New" w:hAnsi="Courier New"/>
          <w:color w:val="555555"/>
          <w:sz w:val="20"/>
        </w:rPr>
        <w:t>[10]</w:t>
      </w:r>
    </w:p>
    <w:p>
      <w:r>
        <w:rPr>
          <w:rFonts w:ascii="Gentium Plus" w:hAnsi="Gentium Plus"/>
          <w:sz w:val="24"/>
        </w:rPr>
        <w:t>κόψαντες μετὰ ὄξους χρῶνται, τινὲς δὲ ῥοῦν. ἡμεῖς δὲ ἐχρη‐ σάμεθα τούτῳ· ἅλας τρίψαντες μετὰ μέλιτος, ὥστε \| εἶναι γλοιῶδες, καὶ ἐντέμνοντες τὸν πῶρον, ἐμπλάσσοντες εἰς ὀθό‐ νην, ἐπιδεσμεύομεν δὶς τῆς ἡμέρας, προπυριῶντες ὕδατι θερμῷ.</w:t>
      </w:r>
    </w:p>
    <w:p>
      <w:r>
        <w:rPr>
          <w:rFonts w:ascii="Courier New" w:hAnsi="Courier New"/>
          <w:color w:val="555555"/>
          <w:sz w:val="20"/>
        </w:rPr>
        <w:t>[113 . 2]</w:t>
      </w:r>
    </w:p>
    <w:p>
      <w:r>
        <w:rPr>
          <w:rFonts w:ascii="Gentium Plus" w:hAnsi="Gentium Plus"/>
          <w:sz w:val="24"/>
        </w:rPr>
        <w:t>μάλιστα δὲ συμβαίνει τοῦτο τοῖς ἐν ταῖς ἀγέλαις. γίνεται δὲ ὁ πῶρος μέγας, καὶ ἄμορφος ὁ ποὺς διὰ τὴν ἀθεραπευσίαν, καὶ περιπατεῖν οὐ δύναται, οὔτε ἀκολουθεῖν τοῖς ἄλλοις. ἑστὼς δὲ οὐ βόσκεται, ἀλλ’ ἀδημονεῖ ἐπιζητῶν τὴν ἀγέλην, ῥίπτει</w:t>
      </w:r>
    </w:p>
    <w:p>
      <w:r>
        <w:rPr>
          <w:rFonts w:ascii="Courier New" w:hAnsi="Courier New"/>
          <w:color w:val="555555"/>
          <w:sz w:val="20"/>
        </w:rPr>
        <w:t>[5]</w:t>
      </w:r>
    </w:p>
    <w:p>
      <w:r>
        <w:rPr>
          <w:rFonts w:ascii="Gentium Plus" w:hAnsi="Gentium Plus"/>
          <w:sz w:val="24"/>
        </w:rPr>
        <w:t>τε ἑαυτόν, καὶ διεγείρεσθαι οὐ δύναται, διαφωνεῖ δὲ ῥᾳδίως. δεῖ δὲ τοὺς τοιούτους μὴ βόσκειν ἐν ἑλώδεσι τόποις ἢ ἐνύ‐ δροις, ἀλλὰ μετάγειν, ὅπου οὐκ ἔστιν ὑγρασία, ἀλλὰ μάλιστα κόνις λεπτή. καὶ εἴ τις δύναται μεθοδεύειν, θεραπεύσει τῷ ἁλὶ μετὰ τοῦ μέλιτος καταχρίων πτεροῖς, ἢ πίσσῃ ὡσαύτως</w:t>
      </w:r>
    </w:p>
    <w:p>
      <w:r>
        <w:rPr>
          <w:rFonts w:ascii="Courier New" w:hAnsi="Courier New"/>
          <w:color w:val="555555"/>
          <w:sz w:val="20"/>
        </w:rPr>
        <w:t>[10]</w:t>
      </w:r>
    </w:p>
    <w:p>
      <w:r>
        <w:rPr>
          <w:rFonts w:ascii="Gentium Plus" w:hAnsi="Gentium Plus"/>
          <w:sz w:val="24"/>
        </w:rPr>
        <w:t>μετὰ τοῦ ἅλατος.</w:t>
      </w:r>
    </w:p>
    <w:p>
      <w:pPr>
        <w:jc w:val="center"/>
      </w:pPr>
      <w:r>
        <w:rPr>
          <w:rFonts w:ascii="Gentium Plus" w:hAnsi="Gentium Plus"/>
          <w:b/>
          <w:sz w:val="24"/>
        </w:rPr>
        <w:t>ἄλλο· πώρου πρόγνωσις καὶ ἴασις.</w:t>
      </w:r>
    </w:p>
    <w:p>
      <w:r>
        <w:rPr>
          <w:rFonts w:ascii="Courier New" w:hAnsi="Courier New"/>
          <w:color w:val="555555"/>
          <w:sz w:val="20"/>
        </w:rPr>
        <w:t>[1]</w:t>
      </w:r>
    </w:p>
    <w:p>
      <w:r>
        <w:rPr>
          <w:rFonts w:ascii="Gentium Plus" w:hAnsi="Gentium Plus"/>
          <w:sz w:val="24"/>
        </w:rPr>
        <w:t>Τὸ ἐπάνω τοῦ κυνός ἐστι παχὺ καὶ στρογγύλον. ἅλας οὖν τρίψας λεῖον, καὶ μέλι ἐπιχέας τρῖβε, ἕως ἂν γένηται ὡς ἄλευ‐ ρον, ἔπειτα θερμάνας \| ...</w:t>
      </w:r>
    </w:p>
    <w:p>
      <w:pPr>
        <w:jc w:val="center"/>
      </w:pPr>
      <w:r>
        <w:rPr>
          <w:rFonts w:ascii="Gentium Plus" w:hAnsi="Gentium Plus"/>
          <w:b/>
          <w:sz w:val="24"/>
        </w:rPr>
        <w:t>περὶ τοῦ πῶς δεῖ καθαίρειν τοὺς ἐν ταῖς ἀγέλαις.</w:t>
      </w:r>
    </w:p>
    <w:p>
      <w:pPr>
        <w:jc w:val="center"/>
      </w:pPr>
      <w:r>
        <w:rPr>
          <w:rFonts w:ascii="Gentium Plus" w:hAnsi="Gentium Plus"/>
          <w:b/>
          <w:sz w:val="24"/>
        </w:rPr>
        <w:t>Ἀψύρτου.</w:t>
      </w:r>
    </w:p>
    <w:p>
      <w:r>
        <w:rPr>
          <w:rFonts w:ascii="Courier New" w:hAnsi="Courier New"/>
          <w:color w:val="555555"/>
          <w:sz w:val="20"/>
        </w:rPr>
        <w:t>[1]</w:t>
      </w:r>
    </w:p>
    <w:p>
      <w:r>
        <w:rPr>
          <w:rFonts w:ascii="Gentium Plus" w:hAnsi="Gentium Plus"/>
          <w:sz w:val="24"/>
        </w:rPr>
        <w:t>Ἄψυρτος Μάρκῳ χαίρειν. ἱπποτροφοῦντά σε βούλομαι</w:t>
      </w:r>
    </w:p>
    <w:p>
      <w:r>
        <w:rPr>
          <w:rFonts w:ascii="Courier New" w:hAnsi="Courier New"/>
          <w:color w:val="555555"/>
          <w:sz w:val="20"/>
        </w:rPr>
        <w:t>[5]</w:t>
      </w:r>
    </w:p>
    <w:p>
      <w:r>
        <w:rPr>
          <w:rFonts w:ascii="Gentium Plus" w:hAnsi="Gentium Plus"/>
          <w:sz w:val="24"/>
        </w:rPr>
        <w:t>τον γενέσθαι, καὶ τούτῳ μίσγοντες νίτρου κεκομμένου τὸ ἴσον, καὶ τῷ ἁλὶ μίξαντες, διδόαμεν φαγεῖν ἐκτὸς τῶν ἐγκύων· ταῖς δὲ ὑποπώλοις διδόαμειν· καθαρθήσεται γὰρ δι’ αὐτῆς καὶ ὁ τιτθευόμενος πῶλος. μίγνυμεν δὲ τὸ ἅλας χάριν τοῦ πεισθῆ‐ ναι τὸ ζῷον τὴν κάθαρσιν λαβεῖν. κάλλιον δὲ τοῦ ἁλὸς μι‐</w:t>
      </w:r>
    </w:p>
    <w:p>
      <w:r>
        <w:rPr>
          <w:rFonts w:ascii="Courier New" w:hAnsi="Courier New"/>
          <w:color w:val="555555"/>
          <w:sz w:val="20"/>
        </w:rPr>
        <w:t>[10]</w:t>
      </w:r>
    </w:p>
    <w:p>
      <w:r>
        <w:rPr>
          <w:rFonts w:ascii="Gentium Plus" w:hAnsi="Gentium Plus"/>
          <w:sz w:val="24"/>
        </w:rPr>
        <w:t>γνύειν πίτυρα πύρινα. γινέσθω δὲ ἡ κάθαρσις ἐν μηνὶ Ὑπερ‐ βερεταίῳ ἢ Δίῳ ἀπὸ τῆς \| πεντεκαιδεκάτης παρ’ ἡμέρας πέντε. τοῦτο τρὶς μέχρι τῆς νουμηνίας. τούτου δὲ γενομένου, οὐ συμβαίνει ψωρίασις, καὶ τὰ λοιπὰ δὲ ἀρρωστήματα ἐκφεύγει. \|</w:t>
      </w:r>
    </w:p>
    <w:p>
      <w:pPr>
        <w:jc w:val="center"/>
      </w:pPr>
      <w:r>
        <w:rPr>
          <w:rFonts w:ascii="Gentium Plus" w:hAnsi="Gentium Plus"/>
          <w:b/>
          <w:sz w:val="24"/>
        </w:rPr>
        <w:t>περὶ εἴδους ἵππων ἀφορισμοί.</w:t>
      </w:r>
    </w:p>
    <w:p>
      <w:r>
        <w:rPr>
          <w:rFonts w:ascii="Courier New" w:hAnsi="Courier New"/>
          <w:color w:val="555555"/>
          <w:sz w:val="20"/>
        </w:rPr>
        <w:t>[115 . 1]</w:t>
      </w:r>
    </w:p>
    <w:p>
      <w:r>
        <w:rPr>
          <w:rFonts w:ascii="Gentium Plus" w:hAnsi="Gentium Plus"/>
          <w:sz w:val="24"/>
        </w:rPr>
        <w:t>Περὶ ἵππου εἴδους πολλοῖς γέγραπται καλῶς, ἄριστα δὲ πάντων Σίμωνι καὶ Ξενοφῶντι Ἀθηναίοις ἀν‐ δράσι, πωλοδαμνίας δὲ παρὰ τοὺς ἄλλους μόνῳ Ξενο‐ φῶντι. σπουδαίως οὖν ἔχοντί σοι ἐν τῇ ἱπποτροφίᾳ ἀναγ‐</w:t>
      </w:r>
    </w:p>
    <w:p>
      <w:r>
        <w:rPr>
          <w:rFonts w:ascii="Courier New" w:hAnsi="Courier New"/>
          <w:color w:val="555555"/>
          <w:sz w:val="20"/>
        </w:rPr>
        <w:t>[5]</w:t>
      </w:r>
    </w:p>
    <w:p>
      <w:r>
        <w:rPr>
          <w:rFonts w:ascii="Gentium Plus" w:hAnsi="Gentium Plus"/>
          <w:sz w:val="24"/>
        </w:rPr>
        <w:t>καῖον εἰδέναι καὶ τὰ γένη αὐτῶν. οἱ Πάρθοι μεγάλοι καὶ εὐμεγέθεις, θυμοειδεῖς τε καὶ εὐγενεῖς τῷ εἴδει, τοῖς ποσὶ</w:t>
      </w:r>
    </w:p>
    <w:p>
      <w:r>
        <w:rPr>
          <w:rFonts w:ascii="Courier New" w:hAnsi="Courier New"/>
          <w:color w:val="555555"/>
          <w:sz w:val="20"/>
        </w:rPr>
        <w:t>[10]</w:t>
      </w:r>
    </w:p>
    <w:p>
      <w:r>
        <w:rPr>
          <w:rFonts w:ascii="Gentium Plus" w:hAnsi="Gentium Plus"/>
          <w:sz w:val="24"/>
        </w:rPr>
        <w:t>σώματος εὔρυθμοι, ὄρθιοι, εὐκέφαλοι, 〈τῇ ῥάχει διπλοῖ〉, ἔν‐ τομοι, οὐκ εὐΐσχιοι, ἰσχυροὶ ἐν ταῖς ὁδοιπορίαις καὶ μὴ ἰσχναι‐ νόμενοι τῷ σώματι, 〈ἀνδρειότατοι.〉 [ἄδρομοι δὲ καὶ \| ἄκεντροι ἐν τῇ ἱππασίᾳ. εἰσὶν δὲ καὶ εὐήθεις ἀπὸ τῆς γενέσεως ἄχρι τοῦ καταρτισμοῦ, τὸν λοιπὸν δὲ χρόνον πονηροὶ καὶ δῆκται.]</w:t>
      </w:r>
    </w:p>
    <w:p>
      <w:r>
        <w:rPr>
          <w:rFonts w:ascii="Courier New" w:hAnsi="Courier New"/>
          <w:color w:val="555555"/>
          <w:sz w:val="20"/>
        </w:rPr>
        <w:t>[115 . 2]</w:t>
      </w:r>
    </w:p>
    <w:p>
      <w:r>
        <w:rPr>
          <w:rFonts w:ascii="Gentium Plus" w:hAnsi="Gentium Plus"/>
          <w:sz w:val="24"/>
        </w:rPr>
        <w:t>Ἑλλαδικοὶ δὲ εὔποδες, εὐμεγέθεις, εὐκέφαλοι, ὄρθιοι τὴν προτομὴν καὶ εὔρυθμοι, οὐκ εὐΐσχιοι, θυμοειδεῖς 〈δὲ〉 καὶ δρομικοί, ἐν ὅλῃ δὲ τῇ Ἑλλάδι διαφέροντες οἱ Θετταλοί. οἱ Ἠπειρωτικοὶ πονηροὶ καὶ δῆκται. Θρᾷκες δὲ αἰσχροὶ καὶ δυ‐</w:t>
      </w:r>
    </w:p>
    <w:p>
      <w:r>
        <w:rPr>
          <w:rFonts w:ascii="Courier New" w:hAnsi="Courier New"/>
          <w:color w:val="555555"/>
          <w:sz w:val="20"/>
        </w:rPr>
        <w:t>[5]</w:t>
      </w:r>
    </w:p>
    <w:p>
      <w:r>
        <w:rPr>
          <w:rFonts w:ascii="Gentium Plus" w:hAnsi="Gentium Plus"/>
          <w:sz w:val="24"/>
        </w:rPr>
        <w:t>σειδεῖς, ξυλόσωμοι, κάτωμοι, κυρτοὶ τῇ ῥάχει, 〈λεπτοτράχηλοι〉, βλαισοί, κακοπερίπατοι, ὡσαύτως δὲ καὶ ἐν τῷ δρόμῳ. Κυρη‐ ναϊκοὶ δὲ εὐμεγέθεις, ἀνεσταλμένας τὰς λαγόνας καὶ μικρὰς ἔχοντες, διὸ καὶ εἰσὶ δρομικοί, εὔποδες, μακρότεροι τῷ πνεύ‐ ματι ἐν τῇ ἱππασίᾳ. Ἴστριοι δὲ εὔποδες, εὐμεγέθεις, αἰσχροὶ</w:t>
      </w:r>
    </w:p>
    <w:p>
      <w:r>
        <w:rPr>
          <w:rFonts w:ascii="Courier New" w:hAnsi="Courier New"/>
          <w:color w:val="555555"/>
          <w:sz w:val="20"/>
        </w:rPr>
        <w:t>[10]</w:t>
      </w:r>
    </w:p>
    <w:p>
      <w:r>
        <w:rPr>
          <w:rFonts w:ascii="Gentium Plus" w:hAnsi="Gentium Plus"/>
          <w:sz w:val="24"/>
        </w:rPr>
        <w:t>τῷ σώματι, καὶ τῇ ῥάχει ἄτομοι καὶ κοῖλοι, δρομικοὶ δέ 〈καὶ εὔτονοι〉. Τὸ δὲ Σαρματικὸν γένος οὐκ ἀηδές, ἄλλ’ εὔρυθμον ἐν ἰδίῳ γένει καὶ δρομικόν, ἁπλοῦν δέ, εὐκέφαλον, εὐτράχη‐ λον, εὐμέγεθες, 〈εὔσαρκον καὶ τὴν ἡλικίαν σύμμετρον〉. Ἀρ‐ γολικοὶ δὲ εὔποδες, οὐκ εὐΐσχιοι δέ, εὐκέφαλοι, τῇ ῥάχει \|</w:t>
      </w:r>
    </w:p>
    <w:p>
      <w:r>
        <w:rPr>
          <w:rFonts w:ascii="Courier New" w:hAnsi="Courier New"/>
          <w:color w:val="555555"/>
          <w:sz w:val="20"/>
        </w:rPr>
        <w:t>[15]</w:t>
      </w:r>
    </w:p>
    <w:p>
      <w:r>
        <w:rPr>
          <w:rFonts w:ascii="Gentium Plus" w:hAnsi="Gentium Plus"/>
          <w:sz w:val="24"/>
        </w:rPr>
        <w:t>ἄτομοι καὶ κοῖλοι, εὐμεγέθεις καὶ βραχεῖς.</w:t>
      </w:r>
    </w:p>
    <w:p>
      <w:r>
        <w:rPr>
          <w:rFonts w:ascii="Courier New" w:hAnsi="Courier New"/>
          <w:color w:val="555555"/>
          <w:sz w:val="20"/>
        </w:rPr>
        <w:t>[115 . 3]</w:t>
      </w:r>
    </w:p>
    <w:p>
      <w:r>
        <w:rPr>
          <w:rFonts w:ascii="Gentium Plus" w:hAnsi="Gentium Plus"/>
          <w:sz w:val="24"/>
        </w:rPr>
        <w:t>Τοὺς δὲ ἀετογενεῖς τῶν ἵππων ... ἐν τοῖς ὤμοις καὶ τῷ κόκκυγι παραλαμβάνουσιν οἱ Σαρμάται ὡς ἀγαθούς· εἰσὶ δὲ καὶ δρομικοὶ παρ’ αὐτοῖς, διὸ καὶ χρῶνται αὐτοῖς ἐν ταῖς κατα‐ δρομαῖς καὶ πολέμοις. ὅσοι δὲ ἐν τοῖς ὀπισθίοις αὐτὸν ἔχουσι</w:t>
      </w:r>
    </w:p>
    <w:p>
      <w:r>
        <w:rPr>
          <w:rFonts w:ascii="Courier New" w:hAnsi="Courier New"/>
          <w:color w:val="555555"/>
          <w:sz w:val="20"/>
        </w:rPr>
        <w:t>[5]</w:t>
      </w:r>
    </w:p>
    <w:p>
      <w:r>
        <w:rPr>
          <w:rFonts w:ascii="Gentium Plus" w:hAnsi="Gentium Plus"/>
          <w:sz w:val="24"/>
        </w:rPr>
        <w:t>κατὰ τῶν ἰσχίων καὶ τῆς οὐρᾶς, οὐκ εἰσὶν ἀγαθοί, ἀλλὰ καὶ λέγουσι παρατετηρῆσθαι ἐν αὐτοῖς τὸ μὴ πολεμεῖν δι’ αὐτῶν· ῥᾳδίως γὰρ ἀπ’ αὐτῶν ὁ ἀναβάτης ἀπόλλυται ἢ εἴς τι χαλεπὸν ἐμπίπτει.</w:t>
      </w:r>
    </w:p>
    <w:p>
      <w:r>
        <w:rPr>
          <w:rFonts w:ascii="Courier New" w:hAnsi="Courier New"/>
          <w:color w:val="555555"/>
          <w:sz w:val="20"/>
        </w:rPr>
        <w:t>[115 . 4]</w:t>
      </w:r>
    </w:p>
    <w:p>
      <w:r>
        <w:rPr>
          <w:rFonts w:ascii="Gentium Plus" w:hAnsi="Gentium Plus"/>
          <w:sz w:val="24"/>
        </w:rPr>
        <w:t>ὅσα δὲ γεννᾶται ἐν τοῖς μώνυχας ὁπλὰς ἔχουσι σιμὰ καὶ λαγώδοντα ἢ ἐξώδοντα, οὐ δεῖ τρέφειν, ἀλλὰ νεογνὰ ὄντα ἀπορρίπτειν καὶ μετάγειν ἀπὸ τῆς ἀγέλης, ἐπισταμένους, ὅτι εἰσὶ παραχαράγματα τῆς φύσεως καὶ τέρατα· μάλιστα δὲ</w:t>
      </w:r>
    </w:p>
    <w:p>
      <w:r>
        <w:rPr>
          <w:rFonts w:ascii="Courier New" w:hAnsi="Courier New"/>
          <w:color w:val="555555"/>
          <w:sz w:val="20"/>
        </w:rPr>
        <w:t>[5]</w:t>
      </w:r>
    </w:p>
    <w:p>
      <w:r>
        <w:rPr>
          <w:rFonts w:ascii="Gentium Plus" w:hAnsi="Gentium Plus"/>
          <w:sz w:val="24"/>
        </w:rPr>
        <w:t>γίνεται ἐν τοῖς ἑτερογόνοις. ὅσοι δὲ ἐν τοῖς μεσοκυνίοις τὰ ὀστᾶ ὀρθὰ ἔχουσιν, ἄγαν κακοπερίπατοί εἰσι, καὶ τὸν ἀναβά‐ την φέροντες συγκόπτουσι· λέγονται δὲ ἐλαφόποδες. καὶ οἱ ἐν τῷ αὐτῷ τόπῳ \| ἔχοντες βραχέα τὰ ὀστᾶ καὶ ταπεινά, οἱ κυνοβάται λεγόμενοι, οὗτοι προφέρουσι τὰς ὁπλὰς εἰς τὸ ἐντὸς</w:t>
      </w:r>
    </w:p>
    <w:p>
      <w:r>
        <w:rPr>
          <w:rFonts w:ascii="Courier New" w:hAnsi="Courier New"/>
          <w:color w:val="555555"/>
          <w:sz w:val="20"/>
        </w:rPr>
        <w:t>[10]</w:t>
      </w:r>
    </w:p>
    <w:p>
      <w:r>
        <w:rPr>
          <w:rFonts w:ascii="Gentium Plus" w:hAnsi="Gentium Plus"/>
          <w:sz w:val="24"/>
        </w:rPr>
        <w:t>μέρος τῶν κυνοπόδων ἢ σφυρῶν λεγομένων, καὶ ἕλκουσι τοὺς πόδας, καὶ χωλαίνουσιν ἐν αὐτοῖς. ἔνιοι δὲ καὶ πταίουσιν εὐχερῶς τοῖς ὄνυξιν.</w:t>
      </w:r>
    </w:p>
    <w:p>
      <w:r>
        <w:rPr>
          <w:rFonts w:ascii="Courier New" w:hAnsi="Courier New"/>
          <w:color w:val="555555"/>
          <w:sz w:val="20"/>
        </w:rPr>
        <w:t>[115 . 5]</w:t>
      </w:r>
    </w:p>
    <w:p>
      <w:r>
        <w:rPr>
          <w:rFonts w:ascii="Gentium Plus" w:hAnsi="Gentium Plus"/>
          <w:sz w:val="24"/>
        </w:rPr>
        <w:t>ἀγαθοὶ δὲ καὶ οἱ τὰ γόνατα ὑγρὰ ἔχοντες καὶ εὐκαμπῆ ἐν τῇ ἱππασίᾳ. εἰσὶ γὰρ ἀπταιστότεροι καὶ ἀκίνδυνοι τῷ ἀναβάτῃ ὑπάρχουσι, καὶ ἀκοπώτεροι δέ εἰσιν ἐν τοῖς ἔργοις τῶν σκληρὰ ἐχόντων, καὶ ὅμοια τοῖς ὀρθοκώ‐</w:t>
      </w:r>
    </w:p>
    <w:p>
      <w:r>
        <w:rPr>
          <w:rFonts w:ascii="Courier New" w:hAnsi="Courier New"/>
          <w:color w:val="555555"/>
          <w:sz w:val="20"/>
        </w:rPr>
        <w:t>[5]</w:t>
      </w:r>
    </w:p>
    <w:p>
      <w:r>
        <w:rPr>
          <w:rFonts w:ascii="Gentium Plus" w:hAnsi="Gentium Plus"/>
          <w:sz w:val="24"/>
        </w:rPr>
        <w:t>λοις ἢ πασσάλοις λεγομένοις. καὶ οἱ τὰς λαγόνας δὲ ἔχοντες μεγάλας εἰσὶν ἀσθενέστεροι τῇ δυνάμει καὶ δυσειδεῖς. ἐν τού‐ τοις δὲ ὁ ἀναβάτης ἀηδῶς ἔχει. πάντων δὲ κρείττονες οἱ τὴν ἔκφυσιν ἔχοντες τῆς συνωμίας ὑψηλοτέραν. οὐ μόνον γὰρ τοῖς ἀναβάταις εἰσὶν ἀσφαλεῖς. ἀλλὰ καὶ τοῖς ὤμοις ἰσχυρότα‐</w:t>
      </w:r>
    </w:p>
    <w:p>
      <w:r>
        <w:rPr>
          <w:rFonts w:ascii="Courier New" w:hAnsi="Courier New"/>
          <w:color w:val="555555"/>
          <w:sz w:val="20"/>
        </w:rPr>
        <w:t>[10]</w:t>
      </w:r>
    </w:p>
    <w:p>
      <w:r>
        <w:rPr>
          <w:rFonts w:ascii="Gentium Plus" w:hAnsi="Gentium Plus"/>
          <w:sz w:val="24"/>
        </w:rPr>
        <w:t>τοι τῶν ἄλλων. τοὺς δὲ ὑπόπτας φύσει καὶ ὑπερφόβους ἄρι‐</w:t>
      </w:r>
    </w:p>
    <w:p>
      <w:r>
        <w:rPr>
          <w:rFonts w:ascii="Courier New" w:hAnsi="Courier New"/>
          <w:color w:val="555555"/>
          <w:sz w:val="20"/>
        </w:rPr>
        <w:t>[15]</w:t>
      </w:r>
    </w:p>
    <w:p>
      <w:r>
        <w:rPr>
          <w:rFonts w:ascii="Gentium Plus" w:hAnsi="Gentium Plus"/>
          <w:sz w:val="24"/>
        </w:rPr>
        <w:t>ὥστε τὸν καθήμενον ἔχεσθαι τῆς ἀσφαλείας, τὸ δὲ ὀνικὸν καὶ ἑτερόγονον αἰφνιδίως ἐκταρασσόμενον κίνδυνον ἐπιφέρει. \|</w:t>
      </w:r>
    </w:p>
    <w:p>
      <w:pPr>
        <w:jc w:val="center"/>
      </w:pPr>
      <w:r>
        <w:rPr>
          <w:rFonts w:ascii="Gentium Plus" w:hAnsi="Gentium Plus"/>
          <w:b/>
          <w:sz w:val="24"/>
        </w:rPr>
        <w:t>περὶ ἀσκήσεως ἵππου στρατιωτικοῦ καὶ περὶ πωλοδαμνίας.</w:t>
      </w:r>
    </w:p>
    <w:p>
      <w:pPr>
        <w:jc w:val="center"/>
      </w:pPr>
      <w:r>
        <w:rPr>
          <w:rFonts w:ascii="Gentium Plus" w:hAnsi="Gentium Plus"/>
          <w:b/>
          <w:sz w:val="24"/>
        </w:rPr>
        <w:t>Ἀψύρτου.</w:t>
      </w:r>
    </w:p>
    <w:p>
      <w:r>
        <w:rPr>
          <w:rFonts w:ascii="Courier New" w:hAnsi="Courier New"/>
          <w:color w:val="555555"/>
          <w:sz w:val="20"/>
        </w:rPr>
        <w:t>[116 . 1]</w:t>
      </w:r>
    </w:p>
    <w:p>
      <w:r>
        <w:rPr>
          <w:rFonts w:ascii="Gentium Plus" w:hAnsi="Gentium Plus"/>
          <w:sz w:val="24"/>
        </w:rPr>
        <w:t>Ἄψυρτος Γετουλ[λ]ίῳ Σεβήρῳ 〈τάγματος ἑβδόμου〉 χαίρειν. ὄντι σοι ἱππεῖ κρατίστῳ ἀναγκαῖον εἰδέναι περὶ πωλοδαμνίας. διετῆ γεγονότα τὸν πῶλον ἐκ τῆς ἀγέλης ἕλκουσι καὶ δαμάζουσιν, ἄριστον μὲν καθ’ ἡμέραν, εἰ δὲ μή, καὶ παρὰ</w:t>
      </w:r>
    </w:p>
    <w:p>
      <w:r>
        <w:rPr>
          <w:rFonts w:ascii="Courier New" w:hAnsi="Courier New"/>
          <w:color w:val="555555"/>
          <w:sz w:val="20"/>
        </w:rPr>
        <w:t>[5]</w:t>
      </w:r>
    </w:p>
    <w:p>
      <w:r>
        <w:rPr>
          <w:rFonts w:ascii="Gentium Plus" w:hAnsi="Gentium Plus"/>
          <w:sz w:val="24"/>
        </w:rPr>
        <w:t>μίαν. εὐπειθῆ δὲ γενόμενον καὶ χειροήθη τῷ ἀναβάτῃ, διδά‐ σκουσι τότε, γυμνάζοντες πραέσι γυμνασίοις ἐκ προσαγωγῆς ἐπὶ τὸ πλεῖον μέχρι τῆς τριετοῦς ἡλικίας. ἀπὸ δὲ ταύτης εὐτονώτερον χρῶνται, γυμνάζοντες καὶ πλέον προστιθέντες τῷ χρόνῳ, μέχρις οὗ ἐντὸς γένηται τῆς ἑξαετίας· τότε δὲ μὴ δια‐</w:t>
      </w:r>
    </w:p>
    <w:p>
      <w:r>
        <w:rPr>
          <w:rFonts w:ascii="Courier New" w:hAnsi="Courier New"/>
          <w:color w:val="555555"/>
          <w:sz w:val="20"/>
        </w:rPr>
        <w:t>[10]</w:t>
      </w:r>
    </w:p>
    <w:p>
      <w:r>
        <w:rPr>
          <w:rFonts w:ascii="Gentium Plus" w:hAnsi="Gentium Plus"/>
          <w:sz w:val="24"/>
        </w:rPr>
        <w:t>λείπειν τῶν γυμνασιῶν καὶ πόνων, ἐπισταμένους ἐσόμενον πολεμιστήριον ἵππον καὶ ἐν τοῖς ἔργοις τοῦ \| πολέμου δυνα‐ τὸν ἀντέχειν πολὺν χρόνον.</w:t>
      </w:r>
    </w:p>
    <w:p>
      <w:r>
        <w:rPr>
          <w:rFonts w:ascii="Courier New" w:hAnsi="Courier New"/>
          <w:color w:val="555555"/>
          <w:sz w:val="20"/>
        </w:rPr>
        <w:t>[116 . 2]</w:t>
      </w:r>
    </w:p>
    <w:p>
      <w:r>
        <w:rPr>
          <w:rFonts w:ascii="Gentium Plus" w:hAnsi="Gentium Plus"/>
          <w:sz w:val="24"/>
        </w:rPr>
        <w:t>γυμναζομένῳ δὲ τῷ πώλῳ ἔστω ὁ τόπος μὴ λίαν βαθύγειος, μάλιστα δὲ ἐν ἀρχῇ τῆς ἡλικίας.</w:t>
      </w:r>
    </w:p>
    <w:p>
      <w:r>
        <w:rPr>
          <w:rFonts w:ascii="Courier New" w:hAnsi="Courier New"/>
          <w:color w:val="555555"/>
          <w:sz w:val="20"/>
        </w:rPr>
        <w:t>[5]</w:t>
      </w:r>
    </w:p>
    <w:p>
      <w:r>
        <w:rPr>
          <w:rFonts w:ascii="Gentium Plus" w:hAnsi="Gentium Plus"/>
          <w:sz w:val="24"/>
        </w:rPr>
        <w:t>συμβάντος, χωλὸς ὑπάρξει ὁ ἵππος. οὐ συμφέρον δὲ ἁπαλό‐ ποδα ἵππον εἰς τοῦτο ἄγειν, καὶ πολεμεῖν μετ’ αὐτοῦ. ἐν γὰρ ταῖς συμπλοκαῖς οὐ ῥᾳδίως οὗτος ἀπὸ τῶν πολεμίων ἀποφεύγει διὰ τὸ πονεῖν τοὺς πόδας, καὶ οὕτω συμβαίνει τὸν ἀναβάτην μὴ σῴζεσθαι. ὡσαύτως δὲ καὶ οἱ χαλεπαίνοντες ἵπποι πρὸς</w:t>
      </w:r>
    </w:p>
    <w:p>
      <w:r>
        <w:rPr>
          <w:rFonts w:ascii="Courier New" w:hAnsi="Courier New"/>
          <w:color w:val="555555"/>
          <w:sz w:val="20"/>
        </w:rPr>
        <w:t>[10]</w:t>
      </w:r>
    </w:p>
    <w:p>
      <w:r>
        <w:rPr>
          <w:rFonts w:ascii="Gentium Plus" w:hAnsi="Gentium Plus"/>
          <w:sz w:val="24"/>
        </w:rPr>
        <w:t>ἑτέρους κακὸν παρέχονται. \</w:t>
      </w:r>
    </w:p>
    <w:p>
      <w:pPr>
        <w:jc w:val="center"/>
      </w:pPr>
      <w:r>
        <w:rPr>
          <w:rFonts w:ascii="Gentium Plus" w:hAnsi="Gentium Plus"/>
          <w:b/>
          <w:sz w:val="24"/>
        </w:rPr>
        <w:t>περὶ στρέμματος ἐν ποδὶ τῶν μωνύχων καὶ αὐξήσεως ὁπλῆς καὶ τόπου πρὸς τὸ κυλίσαι ἐπιτηδείου.</w:t>
      </w:r>
    </w:p>
    <w:p>
      <w:r>
        <w:rPr>
          <w:rFonts w:ascii="Courier New" w:hAnsi="Courier New"/>
          <w:color w:val="555555"/>
          <w:sz w:val="20"/>
        </w:rPr>
        <w:t>[117 . 1]</w:t>
      </w:r>
    </w:p>
    <w:p>
      <w:r>
        <w:rPr>
          <w:rFonts w:ascii="Gentium Plus" w:hAnsi="Gentium Plus"/>
          <w:sz w:val="24"/>
        </w:rPr>
        <w:t>Στρέμματος γενομένου ἐν τῷ μεσοκυνίῳ ἢ κυνόπλῳ λεγο‐ μένῳ, χρῆσθαι δεῖ βοηθήματι τούτῳ· πρῶτον ἀφαιρεῖν αἷμα ἐκ τοῦ μεσοκυνίου, τὸ δὲ κύνοπλον ὃ στεφάνην λέγουσι μὴ κεντεῖν, ὑπόκειται γὰρ τῷ ἀγγείῳ σύνδεσμος νευρώδης. εἶτα</w:t>
      </w:r>
    </w:p>
    <w:p>
      <w:r>
        <w:rPr>
          <w:rFonts w:ascii="Courier New" w:hAnsi="Courier New"/>
          <w:color w:val="555555"/>
          <w:sz w:val="20"/>
        </w:rPr>
        <w:t>[5]</w:t>
      </w:r>
    </w:p>
    <w:p>
      <w:r>
        <w:rPr>
          <w:rFonts w:ascii="Gentium Plus" w:hAnsi="Gentium Plus"/>
          <w:sz w:val="24"/>
        </w:rPr>
        <w:t>κειρίαν λινῆν βρέξαντα ἐν ὄξει καὶ ἐλαίῳ, περιδεσμεῖν τὸ με‐ σοκύνιον, καὶ τὸ κύνοπλον σφίγγοντα ὑπορρίπτειν τῇ ὁπλῇ τὴν κειρίαν κεχιασμένην καὶ καταβρέχειν τῷ ὀξελαίῳ. ἀναδή‐ σαντα δὲ τὸν ὑγιᾶ πόδα πρὸς τὸ γόνυ, ἐᾶσαι τῷ πεπληγότι ποδὶ ἐπισταθῆναι ὥρας τρεῖς, καὶ λύσαντα καταντλεῖν ὕδατι</w:t>
      </w:r>
    </w:p>
    <w:p>
      <w:r>
        <w:rPr>
          <w:rFonts w:ascii="Courier New" w:hAnsi="Courier New"/>
          <w:color w:val="555555"/>
          <w:sz w:val="20"/>
        </w:rPr>
        <w:t>[10]</w:t>
      </w:r>
    </w:p>
    <w:p>
      <w:r>
        <w:rPr>
          <w:rFonts w:ascii="Gentium Plus" w:hAnsi="Gentium Plus"/>
          <w:sz w:val="24"/>
        </w:rPr>
        <w:t>θερμῷ, καὶ κηρωτῇ ἀνατρίβειν, καὶ καταπλάσσειν βολβοῖς καὶ ἁλσὶ \| τετριμμένοις, καὶ τοῦτο ποιεῖν μέχρις ἡμερῶν τριῶν, καὶ τότε χρῆσθαι μαλάγματι τῷ πρὸς τὰ στρέμματα συγκειμένῳ· καὶ τὸ ξηρὸν δὲ ὠφέλιμον αὐτοῖς.</w:t>
      </w:r>
    </w:p>
    <w:p>
      <w:r>
        <w:rPr>
          <w:rFonts w:ascii="Courier New" w:hAnsi="Courier New"/>
          <w:color w:val="555555"/>
          <w:sz w:val="20"/>
        </w:rPr>
        <w:t>[117 . 2]</w:t>
      </w:r>
    </w:p>
    <w:p>
      <w:r>
        <w:rPr>
          <w:rFonts w:ascii="Gentium Plus" w:hAnsi="Gentium Plus"/>
          <w:sz w:val="24"/>
        </w:rPr>
        <w:t>ὅταν δὲ γένηται ὑπερ‐ αύξησις ἐν τοῖς ποσὶ τῶν ὀνύχων, οὐ δεῖ ἀφαιρεῖν ὀνυχίζοντα</w:t>
      </w:r>
    </w:p>
    <w:p>
      <w:r>
        <w:rPr>
          <w:rFonts w:ascii="Courier New" w:hAnsi="Courier New"/>
          <w:color w:val="555555"/>
          <w:sz w:val="20"/>
        </w:rPr>
        <w:t>[5]</w:t>
      </w:r>
    </w:p>
    <w:p>
      <w:r>
        <w:rPr>
          <w:rFonts w:ascii="Gentium Plus" w:hAnsi="Gentium Plus"/>
          <w:sz w:val="24"/>
        </w:rPr>
        <w:t>εἰς τὰ ὀπίσω τὴν ὁπλήν, ξενιζόμενος τὴν ἀφαίρεσιν. Ἄριστος δὲ τόπος ἐστὶν εἰς τὸ ἄγειν ἐπὶ τὸ κύλισμα, ὅσα μώνυχας ὁπλὰς ἔχει, ὁ ἀπόκροτος καὶ γεώδης, ὁ ὁμαλὸς καὶ μὴ λίθους ἔχων ἢ τραχώματα· ἄθετοι δὲ οἱ βαθύγειοι καὶ οἱ χορτώδεις ἢ κοπρώδεις. οὗτοι γὰρ οὐ ποιοῦσιν εὔλυτον τὸν</w:t>
      </w:r>
    </w:p>
    <w:p>
      <w:r>
        <w:rPr>
          <w:rFonts w:ascii="Courier New" w:hAnsi="Courier New"/>
          <w:color w:val="555555"/>
          <w:sz w:val="20"/>
        </w:rPr>
        <w:t>[10]</w:t>
      </w:r>
    </w:p>
    <w:p>
      <w:r>
        <w:rPr>
          <w:rFonts w:ascii="Gentium Plus" w:hAnsi="Gentium Plus"/>
          <w:sz w:val="24"/>
        </w:rPr>
        <w:t>ἵππον οὐδὲ διαφορὰν τοῦ σώματος, ὁ δὲ ἀπόκροτος καὶ στε‐ ρεὸς ὠφέλιμος αὐτοῖς.</w:t>
      </w:r>
    </w:p>
    <w:p>
      <w:pPr>
        <w:jc w:val="center"/>
      </w:pPr>
      <w:r>
        <w:rPr>
          <w:rFonts w:ascii="Gentium Plus" w:hAnsi="Gentium Plus"/>
          <w:b/>
          <w:sz w:val="24"/>
        </w:rPr>
        <w:t>Εὐμήλου εἰς τὸ αὐτό.</w:t>
      </w:r>
    </w:p>
    <w:p>
      <w:r>
        <w:rPr>
          <w:rFonts w:ascii="Courier New" w:hAnsi="Courier New"/>
          <w:color w:val="555555"/>
          <w:sz w:val="20"/>
        </w:rPr>
        <w:t>[1]</w:t>
      </w:r>
    </w:p>
    <w:p>
      <w:r>
        <w:rPr>
          <w:rFonts w:ascii="Gentium Plus" w:hAnsi="Gentium Plus"/>
          <w:sz w:val="24"/>
        </w:rPr>
        <w:t>Τρύγα ὀξηρὰν λαβὼν μετὰ θερμοσποδιᾶς καὶ ἀξουγγίου παλαιοῦ, μίξας ἀμφότερα καὶ ἐπι\|πλάσας, ἀπόθου ἐπιβάλλων καὶ ᾠὸν ἕν, καὶ ἐν καιρῷ χρῶ.</w:t>
      </w:r>
    </w:p>
    <w:p>
      <w:pPr>
        <w:jc w:val="center"/>
      </w:pPr>
      <w:r>
        <w:rPr>
          <w:rFonts w:ascii="Gentium Plus" w:hAnsi="Gentium Plus"/>
          <w:b/>
          <w:sz w:val="24"/>
        </w:rPr>
        <w:t>Ἱπποκράτους περὶ στρέμματος.</w:t>
      </w:r>
    </w:p>
    <w:p>
      <w:r>
        <w:rPr>
          <w:rFonts w:ascii="Courier New" w:hAnsi="Courier New"/>
          <w:color w:val="555555"/>
          <w:sz w:val="20"/>
        </w:rPr>
        <w:t>[1]</w:t>
      </w:r>
    </w:p>
    <w:p>
      <w:r>
        <w:rPr>
          <w:rFonts w:ascii="Gentium Plus" w:hAnsi="Gentium Plus"/>
          <w:sz w:val="24"/>
        </w:rPr>
        <w:t>Τὰ τοῦ στρέμματος σημεῖά ἐστι ταῦτα· οὐ καταμένει ὁ ποὺς ἐπὶ τῇ συμβολῇ, τῇ χοινικίδι καλουμένῃ, ἀλλ’ ὑποφεύ‐ γει, καὶ μετέωρα γίνεται τὰ κατ’ ὄνυχα. θεράπευε οὖν περι‐ χαράξας τὴν ὁπλὴν καὶ περιδήσας πίτυν καὶ σπόγγον μετ’</w:t>
      </w:r>
    </w:p>
    <w:p>
      <w:r>
        <w:rPr>
          <w:rFonts w:ascii="Courier New" w:hAnsi="Courier New"/>
          <w:color w:val="555555"/>
          <w:sz w:val="20"/>
        </w:rPr>
        <w:t>[5]</w:t>
      </w:r>
    </w:p>
    <w:p>
      <w:r>
        <w:rPr>
          <w:rFonts w:ascii="Gentium Plus" w:hAnsi="Gentium Plus"/>
          <w:sz w:val="24"/>
        </w:rPr>
        <w:t>ὄξους ἐπὶ ἡμέραις ἑπτά. ἐὰν δὲ μὴ ἀποκαταστῇ, λαβὼν βου‐ κέρου, ὅ ἐστι τήλεως, χοίνικα, βρέξον ἐν οἴνῳ ἐπὶ ἡμέραις τρισίν. εἶτα ἀποχέων τὸν οἶνον, τὸ βούκερον κόψον, καὶ βα‐ λὼν εἰς χύτραν μετὰ μέλιτος ἕψει, καὶ οὕτως κατάπλασσε ἐπὶ ἡμέραις ἕξ. τὰ δὲ παλαιὰ στρέμματα χρὴ καίειν καγκελ‐</w:t>
      </w:r>
    </w:p>
    <w:p>
      <w:r>
        <w:rPr>
          <w:rFonts w:ascii="Courier New" w:hAnsi="Courier New"/>
          <w:color w:val="555555"/>
          <w:sz w:val="20"/>
        </w:rPr>
        <w:t>[10]</w:t>
      </w:r>
    </w:p>
    <w:p>
      <w:r>
        <w:rPr>
          <w:rFonts w:ascii="Gentium Plus" w:hAnsi="Gentium Plus"/>
          <w:sz w:val="24"/>
        </w:rPr>
        <w:t>λοειδῶς.</w:t>
      </w:r>
    </w:p>
    <w:p>
      <w:pPr>
        <w:jc w:val="center"/>
      </w:pPr>
      <w:r>
        <w:rPr>
          <w:rFonts w:ascii="Gentium Plus" w:hAnsi="Gentium Plus"/>
          <w:b/>
          <w:sz w:val="24"/>
        </w:rPr>
        <w:t>ἄλλο.</w:t>
      </w:r>
    </w:p>
    <w:p>
      <w:r>
        <w:rPr>
          <w:rFonts w:ascii="Courier New" w:hAnsi="Courier New"/>
          <w:color w:val="555555"/>
          <w:sz w:val="20"/>
        </w:rPr>
        <w:t>[117 . 5]</w:t>
      </w:r>
    </w:p>
    <w:p>
      <w:r>
        <w:rPr>
          <w:rFonts w:ascii="Gentium Plus" w:hAnsi="Gentium Plus"/>
          <w:sz w:val="24"/>
        </w:rPr>
        <w:t>Τὸ στρέμμα ἤτοι χάλασμα οὕτω χρὴ καταμανθάνειν. σφίγγε ταῖς χερσὶ τὸν ὄνυχα· καὶ ἐὰν σφοδρῶς ἀλγῇ, διέ‐ στραπται τὸν ὄνυχα. τοῦτο δὲ \| συνεχῶς οἱ ἐν τοῖς ἅρμασιν ἵπποι κατὰ τὸν καιρὸν τοῦ ἀγῶνος ὑφίστανται. θεραπεύσεις</w:t>
      </w:r>
    </w:p>
    <w:p>
      <w:r>
        <w:rPr>
          <w:rFonts w:ascii="Courier New" w:hAnsi="Courier New"/>
          <w:color w:val="555555"/>
          <w:sz w:val="20"/>
        </w:rPr>
        <w:t>[5]</w:t>
      </w:r>
    </w:p>
    <w:p>
      <w:r>
        <w:rPr>
          <w:rFonts w:ascii="Gentium Plus" w:hAnsi="Gentium Plus"/>
          <w:sz w:val="24"/>
        </w:rPr>
        <w:t>δέ, αἷμα λαμβάνων ἀπὸ τῆς περιστεφανίδος, αὐτήν τε ὄξει καὶ ἅλατι καταντλῶν καὶ ἀνατρίβων. εἶτα οἰνέλαιον ἐρίῳ ἀνα‐ λαβών, κατὰ τὴν ἁρμονίαν ἐπίθες τοῦ ὄνυχος, συνεχέστερον ὕδατι θερμῷ καταντλῶν, καὶ τὴν αὐτὴν θεραπείαν προσάγων ἐπὶ ἡμέραις δώδεκα.</w:t>
      </w:r>
    </w:p>
    <w:p>
      <w:r>
        <w:rPr>
          <w:rFonts w:ascii="Courier New" w:hAnsi="Courier New"/>
          <w:color w:val="555555"/>
          <w:sz w:val="20"/>
        </w:rPr>
        <w:t>[117 . 6]</w:t>
      </w:r>
    </w:p>
    <w:p>
      <w:r>
        <w:rPr>
          <w:rFonts w:ascii="Gentium Plus" w:hAnsi="Gentium Plus"/>
          <w:sz w:val="24"/>
        </w:rPr>
        <w:t>εἰ δὲ μὴ ὠφελήσοι, τότε κατεπειγούσης ἀνάγκης τὸν ὄνυχα κάτωθεν τῇ σμίλῃ ὑπότεμνε ὡσεὶ διπλοῦν νομίσματος μέγεθος. εἰ δὲ καὶ πλέον εἴη τὸ κρεμάμενον, τέμνε μέχρι τῆς ζώσης σαρκός, φειδόμενος μὴ ἅψασθαι τοῦ ὀστέου.</w:t>
      </w:r>
    </w:p>
    <w:p>
      <w:r>
        <w:rPr>
          <w:rFonts w:ascii="Courier New" w:hAnsi="Courier New"/>
          <w:color w:val="555555"/>
          <w:sz w:val="20"/>
        </w:rPr>
        <w:t>[5]</w:t>
      </w:r>
    </w:p>
    <w:p>
      <w:r>
        <w:rPr>
          <w:rFonts w:ascii="Gentium Plus" w:hAnsi="Gentium Plus"/>
          <w:sz w:val="24"/>
        </w:rPr>
        <w:t>εἰ δὲ πολὺ ἀπορρεύσει αἷμα, ἔλαιον σὺν ὄξει καὶ ἅλατι λεπτῷ καὶ κόπρῳ τοῦ αὐτοῦ ἵππου μίξας, τὰς ἁρμονίας σὺν τῷ ὄνυχι μετὰ ὀθόνης καταδέσμει, μετὰ δὲ τρίτην ἡμέραν θερμῷ κατάν‐ τλει. εἰ δὲ ὑπερσάρκωσις γένηται, στυπτικοῖς ἢ τραυματικοῖς βοηθήμασι χρῶ. συνεχέστερον δὲ τὸν ὄνυχα σμιλίῳ καθαίρων</w:t>
      </w:r>
    </w:p>
    <w:p>
      <w:r>
        <w:rPr>
          <w:rFonts w:ascii="Courier New" w:hAnsi="Courier New"/>
          <w:color w:val="555555"/>
          <w:sz w:val="20"/>
        </w:rPr>
        <w:t>[10]</w:t>
      </w:r>
    </w:p>
    <w:p>
      <w:r>
        <w:rPr>
          <w:rFonts w:ascii="Gentium Plus" w:hAnsi="Gentium Plus"/>
          <w:sz w:val="24"/>
        </w:rPr>
        <w:t>περί\ μαλάγματι τῷ ἀνέφθῳ χρῶ, ἠρέμα προσάπτων. εἰ δὲ μηδ’ οὕτως θεραπευθῇ, ἀνάγκη καίειν αὐτόν.</w:t>
      </w:r>
    </w:p>
    <w:p>
      <w:pPr>
        <w:jc w:val="center"/>
      </w:pPr>
      <w:r>
        <w:rPr>
          <w:rFonts w:ascii="Gentium Plus" w:hAnsi="Gentium Plus"/>
          <w:b/>
          <w:sz w:val="24"/>
        </w:rPr>
        <w:t>στρέμματος πρόγνωσις καὶ ἴασις.</w:t>
      </w:r>
    </w:p>
    <w:p>
      <w:r>
        <w:rPr>
          <w:rFonts w:ascii="Courier New" w:hAnsi="Courier New"/>
          <w:color w:val="555555"/>
          <w:sz w:val="20"/>
        </w:rPr>
        <w:t>[1]</w:t>
      </w:r>
    </w:p>
    <w:p>
      <w:r>
        <w:rPr>
          <w:rFonts w:ascii="Gentium Plus" w:hAnsi="Gentium Plus"/>
          <w:sz w:val="24"/>
        </w:rPr>
        <w:t>Πρῶτον τῷ ποδὶ ἀκροβαμονεῖ, καὶ τὸ μετακύνιον ἔχει πηδῶν, καὶ ἐφέλκει τὸν πόδα. ἄφελε οὖν ἀπὸ τοῦ στρέμματος</w:t>
      </w:r>
    </w:p>
    <w:p>
      <w:r>
        <w:rPr>
          <w:rFonts w:ascii="Courier New" w:hAnsi="Courier New"/>
          <w:color w:val="555555"/>
          <w:sz w:val="20"/>
        </w:rPr>
        <w:t>[5]</w:t>
      </w:r>
    </w:p>
    <w:p>
      <w:r>
        <w:rPr>
          <w:rFonts w:ascii="Gentium Plus" w:hAnsi="Gentium Plus"/>
          <w:sz w:val="24"/>
        </w:rPr>
        <w:t>χέων θερμῷ. ὅταν δὲ ἱκανῶς σχῇ, ἀνάτριβε τὸ στρέμμα, καὶ λαβὼν ἔριον πιναρόν, φυσήσας οἴνῳ καὶ ἐλαίῳ καὶ ἁλὶ λεπτῷ, περίθες καὶ κατάδησον τελαμῶνι, καὶ περίδησον κειρίαις, καὶ σφίγξον ἐλαφρῶς, ἵνα μὴ ποιήσῃς φλεγμονὴν ἤ τι τῶν φλε‐ βίων ἀποτέμῃς, καὶ πρόσφερε ἑκάστης ἡμέρας, πλὴν τῆς τοῦ</w:t>
      </w:r>
    </w:p>
    <w:p>
      <w:r>
        <w:rPr>
          <w:rFonts w:ascii="Courier New" w:hAnsi="Courier New"/>
          <w:color w:val="555555"/>
          <w:sz w:val="20"/>
        </w:rPr>
        <w:t>[10]</w:t>
      </w:r>
    </w:p>
    <w:p>
      <w:r>
        <w:rPr>
          <w:rFonts w:ascii="Gentium Plus" w:hAnsi="Gentium Plus"/>
          <w:sz w:val="24"/>
        </w:rPr>
        <w:t>αἵματος ἀφαιρέσεως. ἐὰν μὲν οὕτως ὑγιὴς γένηται, εἰ δὲ μή, κατα\|φύσησον αὐτοῦ τὸ μετακύνιον, καὶ θεράπευε ὡς καὶ τὰ λοιπά.</w:t>
      </w:r>
    </w:p>
    <w:p>
      <w:pPr>
        <w:jc w:val="center"/>
      </w:pPr>
      <w:r>
        <w:rPr>
          <w:rFonts w:ascii="Gentium Plus" w:hAnsi="Gentium Plus"/>
          <w:b/>
          <w:sz w:val="24"/>
        </w:rPr>
        <w:t>περὶ λέπρας ἰάσεως.</w:t>
      </w:r>
    </w:p>
    <w:p>
      <w:r>
        <w:rPr>
          <w:rFonts w:ascii="Courier New" w:hAnsi="Courier New"/>
          <w:color w:val="555555"/>
          <w:sz w:val="20"/>
        </w:rPr>
        <w:t>[118 . 1]</w:t>
      </w:r>
    </w:p>
    <w:p>
      <w:r>
        <w:rPr>
          <w:rFonts w:ascii="Gentium Plus" w:hAnsi="Gentium Plus"/>
          <w:sz w:val="24"/>
        </w:rPr>
        <w:t>Λαβὼν κονίαν πολλὴν δριμεῖαν, μίξας ὕδατι θερμῷ πλῦ‐ νον, καὶ ἔασον ἀναξηρανθῆναι. εἶτα βαλὼν θείου ἀπύρου μνᾶν, χαλκάνθης ἴσον, ὀποῦ δραχμὴν μίαν, ταῦτα ἐν τῷ αὐτῷ κόπτε, καὶ ποίει λεπτά, καὶ λαβὼν πίσσης κοτύλας τέσσαρας,</w:t>
      </w:r>
    </w:p>
    <w:p>
      <w:r>
        <w:rPr>
          <w:rFonts w:ascii="Courier New" w:hAnsi="Courier New"/>
          <w:color w:val="555555"/>
          <w:sz w:val="20"/>
        </w:rPr>
        <w:t>[5]</w:t>
      </w:r>
    </w:p>
    <w:p>
      <w:r>
        <w:rPr>
          <w:rFonts w:ascii="Gentium Plus" w:hAnsi="Gentium Plus"/>
          <w:sz w:val="24"/>
        </w:rPr>
        <w:t>ἐλαίου ξέστας δύο, ὄξους δριμέος κοτύλην, ταῦτα μίξας ἐν ταὐτῷ, βάλλε τοῦ σεσημασμένου φαρμάκου ὅσον ὀξύβαφον. εἶτα ἔμβαλλε εἰς τὸ ὄξος καὶ τὸ ἔλαιον καὶ χλίαινε αὐτὸ καὶ ἐνάλειφε, καὶ στηκέτω ἐν μαλακῷ καὶ σκεπανῷ τόπῳ. καὶ ὅταν τρίτον ἢ τέταρτον τοῦτο ποιήσῃς, ἔκλουσον κονίᾳ καὶ ὕδατι</w:t>
      </w:r>
    </w:p>
    <w:p>
      <w:r>
        <w:rPr>
          <w:rFonts w:ascii="Courier New" w:hAnsi="Courier New"/>
          <w:color w:val="555555"/>
          <w:sz w:val="20"/>
        </w:rPr>
        <w:t>[10]</w:t>
      </w:r>
    </w:p>
    <w:p>
      <w:r>
        <w:rPr>
          <w:rFonts w:ascii="Gentium Plus" w:hAnsi="Gentium Plus"/>
          <w:sz w:val="24"/>
        </w:rPr>
        <w:t>θερμῷ. κἂν μὲν ἱκανῶς ἔχῃ, οἴνῳ καὶ ἐλαίῳ χλιαρῷ κατα‐ φύσησον. εἰ δὲ μή, τῷ φαρμάκῳ κατάχρισον καὶ τὴν λοιπὴν θεραπείαν πρόσφερε.</w:t>
      </w:r>
    </w:p>
    <w:p>
      <w:pPr>
        <w:jc w:val="center"/>
      </w:pPr>
      <w:r>
        <w:rPr>
          <w:rFonts w:ascii="Gentium Plus" w:hAnsi="Gentium Plus"/>
          <w:b/>
          <w:sz w:val="24"/>
        </w:rPr>
        <w:t>περὶ σταφυλίνου.</w:t>
      </w:r>
    </w:p>
    <w:p>
      <w:r>
        <w:rPr>
          <w:rFonts w:ascii="Courier New" w:hAnsi="Courier New"/>
          <w:color w:val="555555"/>
          <w:sz w:val="20"/>
        </w:rPr>
        <w:t>[119 . 1]</w:t>
      </w:r>
    </w:p>
    <w:p>
      <w:r>
        <w:rPr>
          <w:rFonts w:ascii="Gentium Plus" w:hAnsi="Gentium Plus"/>
          <w:sz w:val="24"/>
        </w:rPr>
        <w:t>Ἔστιν ὁ σταφυλῖνος ὁμοῖος ταῖς σπονδύλαις ταῖς κατ’ οἰκίαν, μείζων δέ. οὗτος γίνεται ἐν τοῖς ἀγροῖς πανταχῆ, καὶ πορεύε‐ ται ἐπηρκὼς τὴν οὐράν. τοῦτον ἄν τε βοσκόμενος ὁ ἵππος, ἄν τε ἐνεχθέντα ἐν τῷ χόρτῳ περιχανὼν συμμαστάξῃ, ἐκβάλλει</w:t>
      </w:r>
    </w:p>
    <w:p>
      <w:r>
        <w:rPr>
          <w:rFonts w:ascii="Courier New" w:hAnsi="Courier New"/>
          <w:color w:val="555555"/>
          <w:sz w:val="20"/>
        </w:rPr>
        <w:t>[5]</w:t>
      </w:r>
    </w:p>
    <w:p>
      <w:r>
        <w:rPr>
          <w:rFonts w:ascii="Gentium Plus" w:hAnsi="Gentium Plus"/>
          <w:sz w:val="24"/>
        </w:rPr>
        <w:t>μὲν εὐθύς. ἡ γὰρ πνοὴ δριμεῖα, καὶ οἱ ἰχῶρες ὥσπερ ἔχεως, ἐξοιδεῖ δὲ συνόλως οἰδήματα παμμεγέθη. πρῶτον μὲν οὖν ἔγχει τὸ χύμα, ὃ καὶ τοῖς ἄλλοις ὡσαύτως, ἔπειτα ὕδατι κατάντλει θερμῷ πολλῷ καὶ πυρία καὶ τρῖψον. εἶτα βαλὼν τρύγα ὀξη‐ ράν, καὶ λίνον κόψας λεπτὸν καὶ ἐπεμβαλὼν εἰς τὴν τρύγα,</w:t>
      </w:r>
    </w:p>
    <w:p>
      <w:r>
        <w:rPr>
          <w:rFonts w:ascii="Courier New" w:hAnsi="Courier New"/>
          <w:color w:val="555555"/>
          <w:sz w:val="20"/>
        </w:rPr>
        <w:t>[10]</w:t>
      </w:r>
    </w:p>
    <w:p>
      <w:r>
        <w:rPr>
          <w:rFonts w:ascii="Gentium Plus" w:hAnsi="Gentium Plus"/>
          <w:sz w:val="24"/>
        </w:rPr>
        <w:t>ἀνάζεσον εἰς ἓν μεθ’ ὕδατος, καὶ κατάχριε ὅλον, ὡς δέχεται, τὸ φάρμακον, καὶ στηκέτω ἐν θερμῷ καὶ μαλακῷ τόπῳ, \| ἱμά‐ τιον περιβεβλημένος, καὶ πῦρ παρακαιέσθω διὰ τέλους. ἔστω δέ σοι τὸ κατάχρισμα πρωῒ ὥσπερ ὄστρακον. εἶτα τῇ τρίτῃ πάλιν ἔκλουσον πολλῷ ὕδατι θερμῷ, καὶ πυρία, καὶ πάλιν ἐν</w:t>
      </w:r>
    </w:p>
    <w:p>
      <w:r>
        <w:rPr>
          <w:rFonts w:ascii="Courier New" w:hAnsi="Courier New"/>
          <w:color w:val="555555"/>
          <w:sz w:val="20"/>
        </w:rPr>
        <w:t>[15]</w:t>
      </w:r>
    </w:p>
    <w:p>
      <w:r>
        <w:rPr>
          <w:rFonts w:ascii="Gentium Plus" w:hAnsi="Gentium Plus"/>
          <w:sz w:val="24"/>
        </w:rPr>
        <w:t>σκέπῃ τρῖψον. εἶτα κατάχρισον τῷ νίτρῳ. μὴ καταπλαγῇς δέ, ἐὰν τὰ χείλη μάλιστα καὶ οἱ ὀφθαλμοὶ οἰδῶσι. συμβαίνει γὰρ τοῦτο, ἀλλὰ θεραπεύεται προσεχῶς καὶ ὑγιάζεται. \|</w:t>
      </w:r>
    </w:p>
    <w:p>
      <w:pPr>
        <w:jc w:val="center"/>
      </w:pPr>
      <w:r>
        <w:rPr>
          <w:rFonts w:ascii="Gentium Plus" w:hAnsi="Gentium Plus"/>
          <w:b/>
          <w:sz w:val="24"/>
        </w:rPr>
        <w:t>περὶ ἀσιτίας ἵππων καὶ ὑποζυγίων.</w:t>
      </w:r>
    </w:p>
    <w:p>
      <w:r>
        <w:rPr>
          <w:rFonts w:ascii="Courier New" w:hAnsi="Courier New"/>
          <w:color w:val="555555"/>
          <w:sz w:val="20"/>
        </w:rPr>
        <w:t>[120 . 1]</w:t>
      </w:r>
    </w:p>
    <w:p>
      <w:r>
        <w:rPr>
          <w:rFonts w:ascii="Gentium Plus" w:hAnsi="Gentium Plus"/>
          <w:sz w:val="24"/>
        </w:rPr>
        <w:t>Ἵππος ἐὰν μὴ ἐσθίῃ πάθει μὴ συνεχόμενος, ἢ καὶ ἄλλο τι τῶν ὑποζυγίων, σημεῖον ἔστω· ἔχει μετέωρον τὴν ζέαν καὶ τὸ στόμα θερμὸν καὶ φλέγματος μεστόν. θεραπεία δὲ τούτου· αἷμα ἄφελε ἀπὸ τῆς τρίτης ζέας ὅσον κοτύλην, καὶ ἅλας</w:t>
      </w:r>
    </w:p>
    <w:p>
      <w:r>
        <w:rPr>
          <w:rFonts w:ascii="Courier New" w:hAnsi="Courier New"/>
          <w:color w:val="555555"/>
          <w:sz w:val="20"/>
        </w:rPr>
        <w:t>[5]</w:t>
      </w:r>
    </w:p>
    <w:p>
      <w:r>
        <w:rPr>
          <w:rFonts w:ascii="Gentium Plus" w:hAnsi="Gentium Plus"/>
          <w:sz w:val="24"/>
        </w:rPr>
        <w:t>τρίψας σὺν ὀριγάνῳ, ἀνάτριβε τὸ στόμα, καὶ ἔασον ἀπορρυῆ‐ ναι. εἶτα ἔγκλυσον ὕδατι ψυχρῷ. φαγεῖν δὲ μὴ δῷς ἕως ὥρας ἕκτης. \|</w:t>
      </w:r>
    </w:p>
    <w:p>
      <w:pPr>
        <w:jc w:val="center"/>
      </w:pPr>
      <w:r>
        <w:rPr>
          <w:rFonts w:ascii="Gentium Plus" w:hAnsi="Gentium Plus"/>
          <w:b/>
          <w:sz w:val="24"/>
        </w:rPr>
        <w:t>περὶ κύστεως μετακινήσεως.</w:t>
      </w:r>
    </w:p>
    <w:p>
      <w:r>
        <w:rPr>
          <w:rFonts w:ascii="Courier New" w:hAnsi="Courier New"/>
          <w:color w:val="555555"/>
          <w:sz w:val="20"/>
        </w:rPr>
        <w:t>[121 . 1]</w:t>
      </w:r>
    </w:p>
    <w:p>
      <w:r>
        <w:rPr>
          <w:rFonts w:ascii="Gentium Plus" w:hAnsi="Gentium Plus"/>
          <w:sz w:val="24"/>
        </w:rPr>
        <w:t>Ἐὰν κύστις ἵππου μεταχωρήσῃ ἀπὸ τῆς ἕδρας, καὶ οὐ δύ‐ ναται οὐρεῖν, καὶ τὰ ἰσχία ἕλκῃ, ἐφέλκῃ δὲ καὶ τὰς ὁπλάς, τού‐ του οὐκ ἔστιν ἴασις. ἐὰν δὲ κύστις γένηται ἐπὶ τῆς ἕδρας ἢ ἀλλαχῆ που τοῦ σώματος, ἐξαιρεῖν χρὴ τόνδε τὸν τρόπον· κατα‐</w:t>
      </w:r>
    </w:p>
    <w:p>
      <w:r>
        <w:rPr>
          <w:rFonts w:ascii="Courier New" w:hAnsi="Courier New"/>
          <w:color w:val="555555"/>
          <w:sz w:val="20"/>
        </w:rPr>
        <w:t>[5]</w:t>
      </w:r>
    </w:p>
    <w:p>
      <w:r>
        <w:rPr>
          <w:rFonts w:ascii="Gentium Plus" w:hAnsi="Gentium Plus"/>
          <w:sz w:val="24"/>
        </w:rPr>
        <w:t>λαβὼν σαρκολαβίδι καὶ ἐξενεγκὼν ἔκτεμνε, ὅπως ὡς καθαρώ‐ τατον ποιήσῃς. ὅταν δὲ ἐκτέμῃς, λαβὼν ἅλας καὶ ἔλαιον, καὶ ἐπιπλάσας, κατάδησον, τῇ δὲ ὑστεραίᾳ ὕδατι θερμῷ κατάντλη‐ σον, καὶ τὸ αἷμα περικλύσας θεράπευε τῷ λυκίῳ, καὶ μότον ἐρίου πιναρὸν μαλακὸν οἴνῳ ἐμβρέχων ἐπιτίθει, καὶ τοῦτο</w:t>
      </w:r>
    </w:p>
    <w:p>
      <w:r>
        <w:rPr>
          <w:rFonts w:ascii="Courier New" w:hAnsi="Courier New"/>
          <w:color w:val="555555"/>
          <w:sz w:val="20"/>
        </w:rPr>
        <w:t>[10]</w:t>
      </w:r>
    </w:p>
    <w:p>
      <w:r>
        <w:rPr>
          <w:rFonts w:ascii="Gentium Plus" w:hAnsi="Gentium Plus"/>
          <w:sz w:val="24"/>
        </w:rPr>
        <w:t>ποίει δὶς τῆς ἡμέρας.</w:t>
      </w:r>
    </w:p>
    <w:p>
      <w:pPr>
        <w:jc w:val="center"/>
      </w:pPr>
      <w:r>
        <w:rPr>
          <w:rFonts w:ascii="Gentium Plus" w:hAnsi="Gentium Plus"/>
          <w:b/>
          <w:sz w:val="24"/>
        </w:rPr>
        <w:t>περὶ ῥαγάδων.</w:t>
      </w:r>
    </w:p>
    <w:p>
      <w:r>
        <w:rPr>
          <w:rFonts w:ascii="Courier New" w:hAnsi="Courier New"/>
          <w:color w:val="555555"/>
          <w:sz w:val="20"/>
        </w:rPr>
        <w:t>[122 . 1]</w:t>
      </w:r>
    </w:p>
    <w:p>
      <w:r>
        <w:rPr>
          <w:rFonts w:ascii="Gentium Plus" w:hAnsi="Gentium Plus"/>
          <w:sz w:val="24"/>
        </w:rPr>
        <w:t>Αἱ ῥαγάδες γίνονται ὀπίσω τῶν πτερνῶν, γίνονται δὲ ἐκ περιτάσεων ἢ ἐξ ἅλματος. ἃς θεραπεύειν δεῖ οὕτως· λαβὼν στέατος μοσχείου λίτραν αʹ, ῥοδίνου γο ἕξ, ταῦτα ἑψήσας ὁμοῦ καὶ προσβαλὼν ψιμύθιον ὀλίγον, χρῶ ἐπὶ τῶν τοιούτων τόπων. \|</w:t>
      </w:r>
    </w:p>
    <w:p>
      <w:pPr>
        <w:jc w:val="center"/>
      </w:pPr>
      <w:r>
        <w:rPr>
          <w:rFonts w:ascii="Gentium Plus" w:hAnsi="Gentium Plus"/>
          <w:b/>
          <w:sz w:val="24"/>
        </w:rPr>
        <w:t>πρὸς τὸ ποιῆσαι ἵππῳ προβολήν.</w:t>
      </w:r>
    </w:p>
    <w:p>
      <w:r>
        <w:rPr>
          <w:rFonts w:ascii="Courier New" w:hAnsi="Courier New"/>
          <w:color w:val="555555"/>
          <w:sz w:val="20"/>
        </w:rPr>
        <w:t>[123 . 1]</w:t>
      </w:r>
    </w:p>
    <w:p>
      <w:r>
        <w:rPr>
          <w:rFonts w:ascii="Gentium Plus" w:hAnsi="Gentium Plus"/>
          <w:sz w:val="24"/>
        </w:rPr>
        <w:t>Ἐὰν μὴ ἔχων προβολὴν ἵππος χωλαίνῃ, καὶ κάτω νεύῃ, καὶ νύσσηται ἐκ τοῦ ὄνυχος, ποίησον τοῦτο· λαβὼν τὸν ὄνυχα, ἐξονύχισον αὐτόν, καὶ ὑπόξυσον ἕως τοῦ ζῶντος, καὶ μὴ φο‐ βηθῇς ἐπὶ τῷ ἐξονυχισμῷ. ὁ γὰρ σίδηρος τρέφει τὸν ὄνυχα.</w:t>
      </w:r>
    </w:p>
    <w:p>
      <w:r>
        <w:rPr>
          <w:rFonts w:ascii="Courier New" w:hAnsi="Courier New"/>
          <w:color w:val="555555"/>
          <w:sz w:val="20"/>
        </w:rPr>
        <w:t>[5]</w:t>
      </w:r>
    </w:p>
    <w:p>
      <w:r>
        <w:rPr>
          <w:rFonts w:ascii="Gentium Plus" w:hAnsi="Gentium Plus"/>
          <w:sz w:val="24"/>
        </w:rPr>
        <w:t>εἶτα λαβὼν σύκων λίτραν μίαν, κηροῦ γο ἕξ, ταῦτα ὁμοῦ κόψας καὶ ἐπιδήσας ἡμέραις τρισί, μὴ λύσῃς. εἶτα πυρίᾳ χρῶ δι’ οἰνελαίου, καὶ οὕτω προβολὴ ἐν τάχει γενήσεται. \|</w:t>
      </w:r>
    </w:p>
    <w:p>
      <w:pPr>
        <w:jc w:val="center"/>
      </w:pPr>
      <w:r>
        <w:rPr>
          <w:rFonts w:ascii="Gentium Plus" w:hAnsi="Gentium Plus"/>
          <w:b/>
          <w:sz w:val="24"/>
        </w:rPr>
        <w:t>πρὸς πᾶν κτῆνος νοσῆσαν ἢ λιμῶξαν χρήσῃ τῇ ἀγωγῇ ταύτῃ·</w:t>
      </w:r>
    </w:p>
    <w:p>
      <w:r>
        <w:rPr>
          <w:rFonts w:ascii="Courier New" w:hAnsi="Courier New"/>
          <w:color w:val="555555"/>
          <w:sz w:val="20"/>
        </w:rPr>
        <w:t>[124 . 1]</w:t>
      </w:r>
    </w:p>
    <w:p>
      <w:r>
        <w:rPr>
          <w:rFonts w:ascii="Gentium Plus" w:hAnsi="Gentium Plus"/>
          <w:sz w:val="24"/>
        </w:rPr>
        <w:t>\ ξέ. βʹ, ὀρόβου λίτρας γʹ, πάνακος ῥίζης, ἴρεως Ἰλλυρικῆς, βρά‐ θυος ἀνὰ γο ἕξ, ἀξουγγίου λίτρας ἓξ οἴνῳ παλαιῷ ἀναλάμβανε, καὶ ποιῶν ἀρτίσκους ξήραινε ἐν σκιᾷ, καὶ δίδου καρύου βασι‐</w:t>
      </w:r>
    </w:p>
    <w:p>
      <w:r>
        <w:rPr>
          <w:rFonts w:ascii="Courier New" w:hAnsi="Courier New"/>
          <w:color w:val="555555"/>
          <w:sz w:val="20"/>
        </w:rPr>
        <w:t>[5]</w:t>
      </w:r>
    </w:p>
    <w:p>
      <w:r>
        <w:rPr>
          <w:rFonts w:ascii="Gentium Plus" w:hAnsi="Gentium Plus"/>
          <w:sz w:val="24"/>
        </w:rPr>
        <w:t>λικοῦ τὸ μέγεθος, ὅ ἐστι δραχμῆς ἕβδομον, σὺν μέλιτος οὐγ‐</w:t>
      </w:r>
    </w:p>
    <w:p>
      <w:pPr>
        <w:jc w:val="center"/>
      </w:pPr>
      <w:r>
        <w:rPr>
          <w:rFonts w:ascii="Gentium Plus" w:hAnsi="Gentium Plus"/>
          <w:b/>
          <w:sz w:val="24"/>
        </w:rPr>
        <w:t>πρὸς παγοπληξίαν θεραπεία.</w:t>
      </w:r>
    </w:p>
    <w:p>
      <w:pPr>
        <w:jc w:val="center"/>
      </w:pPr>
      <w:r>
        <w:rPr>
          <w:rFonts w:ascii="Gentium Plus" w:hAnsi="Gentium Plus"/>
          <w:b/>
          <w:sz w:val="24"/>
        </w:rPr>
        <w:t>Θεομνήστου.</w:t>
      </w:r>
    </w:p>
    <w:p>
      <w:r>
        <w:rPr>
          <w:rFonts w:ascii="Courier New" w:hAnsi="Courier New"/>
          <w:color w:val="555555"/>
          <w:sz w:val="20"/>
        </w:rPr>
        <w:t>[1]</w:t>
      </w:r>
    </w:p>
    <w:p>
      <w:r>
        <w:rPr>
          <w:rFonts w:ascii="Gentium Plus" w:hAnsi="Gentium Plus"/>
          <w:sz w:val="24"/>
        </w:rPr>
        <w:t>Χειμῶνος ὥρᾳ πάγοι λυποῦσι περὶ τὰς ὁδοιπορίας ἵππους τε καὶ τὰ λοιπὰ τῶν ὑποζυγίων, ὡς ἂν ἔτυχε, παῖδες δὲ ἰατρῶν τὸ πάθος ἐκάλεσαν παγοπληξίαν. οἰδεῖ οὖν, καὶ διαπίπραται πυρούμενα τὰ σφυρὰ σὺν ταῖς ὁπλαῖς. χρὴ οὖν ἀποθεραπεύειν</w:t>
      </w:r>
    </w:p>
    <w:p>
      <w:r>
        <w:rPr>
          <w:rFonts w:ascii="Courier New" w:hAnsi="Courier New"/>
          <w:color w:val="555555"/>
          <w:sz w:val="20"/>
        </w:rPr>
        <w:t>[5]</w:t>
      </w:r>
    </w:p>
    <w:p>
      <w:r>
        <w:rPr>
          <w:rFonts w:ascii="Gentium Plus" w:hAnsi="Gentium Plus"/>
          <w:sz w:val="24"/>
        </w:rPr>
        <w:t>αὐτὰ τῷδε τῷ τρόπῳ· ὑδρελαίῳ θερμῷ καταντλεῖν πρῶτον εἴς τι σκύφος βαλόντα τὸ ὑδρέλαιον θερμόν, εἶτα ἀπομάσσειν σκληροῖς ῥάκεσιν, ἐπιμελῶς περιδεσμοῦντα κειρίαις τοὺς τό‐ πους, κἂν μὲν ὦσι διῳδηκότες σφόδρα, κατασχάζειν. εἶτα ἄλευρα κρίθινα ἑψηθέντα ἐν ὄξει δριμυτάτῳ καταπλάσσειν,</w:t>
      </w:r>
    </w:p>
    <w:p>
      <w:r>
        <w:rPr>
          <w:rFonts w:ascii="Courier New" w:hAnsi="Courier New"/>
          <w:color w:val="555555"/>
          <w:sz w:val="20"/>
        </w:rPr>
        <w:t>[10]</w:t>
      </w:r>
    </w:p>
    <w:p>
      <w:r>
        <w:rPr>
          <w:rFonts w:ascii="Gentium Plus" w:hAnsi="Gentium Plus"/>
          <w:sz w:val="24"/>
        </w:rPr>
        <w:t>ἕως οὗ τὸ οἴδημα καὶ ὁ τῶν ποδῶν βρασμὸς παύσηται. ἀμε‐ ληθέντα γὰρ \| τὰ ζῷα πολλάκις ἄχρηστα γίνεται. \|</w:t>
      </w:r>
    </w:p>
    <w:p>
      <w:pPr>
        <w:jc w:val="center"/>
      </w:pPr>
      <w:r>
        <w:rPr>
          <w:rFonts w:ascii="Gentium Plus" w:hAnsi="Gentium Plus"/>
          <w:b/>
          <w:sz w:val="24"/>
        </w:rPr>
        <w:t>περὶ εἰλεώδους.</w:t>
      </w:r>
    </w:p>
    <w:p>
      <w:r>
        <w:rPr>
          <w:rFonts w:ascii="Courier New" w:hAnsi="Courier New"/>
          <w:color w:val="555555"/>
          <w:sz w:val="20"/>
        </w:rPr>
        <w:t>[126 . 1]</w:t>
      </w:r>
    </w:p>
    <w:p>
      <w:r>
        <w:rPr>
          <w:rFonts w:ascii="Gentium Plus" w:hAnsi="Gentium Plus"/>
          <w:sz w:val="24"/>
        </w:rPr>
        <w:t>\ πέψῃ. γίνεται δὲ ἐν τῷ κώλῳ ὥσπερ λίθος, καὶ ἔστι κάκιστον τὸ πάθος. ὅταν οὖν συμβῇ τὸ πάθος, ῥήσσει ἑαυτό, καὶ διε‐ γείρεται πολλά, καὶ περιπατεῖ, καὶ πάλιν ῥίπτει ἑαυτὸ καὶ</w:t>
      </w:r>
    </w:p>
    <w:p>
      <w:r>
        <w:rPr>
          <w:rFonts w:ascii="Courier New" w:hAnsi="Courier New"/>
          <w:color w:val="555555"/>
          <w:sz w:val="20"/>
        </w:rPr>
        <w:t>[5]</w:t>
      </w:r>
    </w:p>
    <w:p>
      <w:r>
        <w:rPr>
          <w:rFonts w:ascii="Gentium Plus" w:hAnsi="Gentium Plus"/>
          <w:sz w:val="24"/>
        </w:rPr>
        <w:t>συστρέφει ἐπὶ τὴν ῥάχιν καὶ τὰς λαγόνας, στενάζει τε διὰ τὴν σύντασιν. τῷ γοῦν τοιούτῳ δεῖ βοηθεῖν οὕτως· ἐναλείφειν τὴν χεῖρα καὶ καθιέναι εἰς τὴν ἕδραν, καὶ τὰ παρακείμενα κόπρια ἐκκομίζειν, τήν τε κύστιν τρίβειν προσηνῶς, ἵνα οὐρήσῃ. οὐδὲ γάρ, ὡς λέγουσι, στρέφεται ἡ φῦσα, ἀλλὰ ὁ πόρος ἀπο‐</w:t>
      </w:r>
    </w:p>
    <w:p>
      <w:r>
        <w:rPr>
          <w:rFonts w:ascii="Courier New" w:hAnsi="Courier New"/>
          <w:color w:val="555555"/>
          <w:sz w:val="20"/>
        </w:rPr>
        <w:t>[10]</w:t>
      </w:r>
    </w:p>
    <w:p>
      <w:r>
        <w:rPr>
          <w:rFonts w:ascii="Gentium Plus" w:hAnsi="Gentium Plus"/>
          <w:sz w:val="24"/>
        </w:rPr>
        <w:t>στενοῦται.</w:t>
      </w:r>
    </w:p>
    <w:p>
      <w:r>
        <w:rPr>
          <w:rFonts w:ascii="Courier New" w:hAnsi="Courier New"/>
          <w:color w:val="555555"/>
          <w:sz w:val="20"/>
        </w:rPr>
        <w:t>[126 . 2]</w:t>
      </w:r>
    </w:p>
    <w:p>
      <w:r>
        <w:rPr>
          <w:rFonts w:ascii="Gentium Plus" w:hAnsi="Gentium Plus"/>
          <w:sz w:val="24"/>
        </w:rPr>
        <w:t>ἐγχυμάτιζε οὖν, λαβὼν κράμβης χυλόν, ἐλαίου κοτύλην μίαν, σε\|λίνου κύαθον ἕνα, καὶ ἕψων μετὰ οἴνου κο‐ τύλης μιᾶς. σύγχριε δὲ οἴνῳ καὶ ἐλαίῳ θερμῷ, καὶ ἐπὶ τὴν στάσιν ἀνάγκαζε, κλύζε τε καὶ διὰ τῆς ἕδρας οἰνελαίῳ θερμῷ,</w:t>
      </w:r>
    </w:p>
    <w:p>
      <w:r>
        <w:rPr>
          <w:rFonts w:ascii="Courier New" w:hAnsi="Courier New"/>
          <w:color w:val="555555"/>
          <w:sz w:val="20"/>
        </w:rPr>
        <w:t>[5]</w:t>
      </w:r>
    </w:p>
    <w:p>
      <w:r>
        <w:rPr>
          <w:rFonts w:ascii="Gentium Plus" w:hAnsi="Gentium Plus"/>
          <w:sz w:val="24"/>
        </w:rPr>
        <w:t>καὶ περιπατείτω ἐν τόπῳ ἀνωφερεῖ καὶ κατωφερεῖ, ὡς ἂν τὰ πνεύματα λαμβάνωσιν ὑποχώρησιν. ἐὰν γὰρ ἅπαξ γένηται ὑποχώρησις, ἐλαφρυν\|θήσεται τοῦ ὄγκου. εἶτα βαλὼν ἄχυρα ἐν σάκκῳ καὶ καταβρέξας ὕδατι θερμῷ, ὑπόδησον ὑπὸ τὰς λαγόνας, ἀναθερμαίνει γὰρ καὶ ἀναιρεῖ τὸ πάθος. δίδου δὲ</w:t>
      </w:r>
    </w:p>
    <w:p>
      <w:r>
        <w:rPr>
          <w:rFonts w:ascii="Courier New" w:hAnsi="Courier New"/>
          <w:color w:val="555555"/>
          <w:sz w:val="20"/>
        </w:rPr>
        <w:t>[10]</w:t>
      </w:r>
    </w:p>
    <w:p>
      <w:r>
        <w:rPr>
          <w:rFonts w:ascii="Gentium Plus" w:hAnsi="Gentium Plus"/>
          <w:sz w:val="24"/>
        </w:rPr>
        <w:t>καὶ φαγεῖν, εἰ λειποθυμήσει, βρόμον ἢ χλωρὸν χόρτον, ἢ τὸν ξηρὸν ῥαίνων ὕδατι, πότιζέ τε ἱκανῶς. σημεῖα δὲ ἔσται τῷ μὲν σωζομένῳ ὦτα ἀνειμένα, πνοὴ συντεταμένη καὶ θερμὴ καὶ γαστρὸς ὑποχώρησις· τῷ δὲ μὴ σωζομένῳ καυλὸς προπεπτω‐ κώς, ἱδρὼς ἐν ταῖς λαγόσι ψυχρός, πνεῦμα ἀραιόν, σκέλη τὰ</w:t>
      </w:r>
    </w:p>
    <w:p>
      <w:r>
        <w:rPr>
          <w:rFonts w:ascii="Courier New" w:hAnsi="Courier New"/>
          <w:color w:val="555555"/>
          <w:sz w:val="20"/>
        </w:rPr>
        <w:t>[15]</w:t>
      </w:r>
    </w:p>
    <w:p>
      <w:r>
        <w:rPr>
          <w:rFonts w:ascii="Gentium Plus" w:hAnsi="Gentium Plus"/>
          <w:sz w:val="24"/>
        </w:rPr>
        <w:t>ἐμπρόσθια ἀποτεταμένα καὶ ψυχρά, τράχηλος πεπηγώς, καὶ μυκτὴρ ψυχρός. \|</w:t>
      </w:r>
    </w:p>
    <w:p>
      <w:pPr>
        <w:jc w:val="center"/>
      </w:pPr>
      <w:r>
        <w:rPr>
          <w:rFonts w:ascii="Gentium Plus" w:hAnsi="Gentium Plus"/>
          <w:b/>
          <w:sz w:val="24"/>
        </w:rPr>
        <w:t>ἄλλο εἰς τὸ αὐτό.</w:t>
      </w:r>
    </w:p>
    <w:p>
      <w:r>
        <w:rPr>
          <w:rFonts w:ascii="Courier New" w:hAnsi="Courier New"/>
          <w:color w:val="555555"/>
          <w:sz w:val="20"/>
        </w:rPr>
        <w:t>[1]</w:t>
      </w:r>
    </w:p>
    <w:p>
      <w:r>
        <w:rPr>
          <w:rFonts w:ascii="Gentium Plus" w:hAnsi="Gentium Plus"/>
          <w:sz w:val="24"/>
        </w:rPr>
        <w:t>Τοὺς εἰλεώδεις χρὴ κλύζειν διὰ σεύτλων ἀφεψήματος καὶ νίτρου καὶ βδελλίου τετριμμένου, λούειν τε καὶ σκεπάζειν ἐπι‐ βλήμασι, καὶ καίειν πῦρ πλησίον. τροφὴν δὲ διδόναι μάλιστα μὲν γράστιν ἢ χόρτον ἁπαλώτατον. ἐὰν δὲ μὴ ἀποσκευάσηται</w:t>
      </w:r>
    </w:p>
    <w:p>
      <w:r>
        <w:rPr>
          <w:rFonts w:ascii="Courier New" w:hAnsi="Courier New"/>
          <w:color w:val="555555"/>
          <w:sz w:val="20"/>
        </w:rPr>
        <w:t>[5]</w:t>
      </w:r>
    </w:p>
    <w:p>
      <w:r>
        <w:rPr>
          <w:rFonts w:ascii="Gentium Plus" w:hAnsi="Gentium Plus"/>
          <w:sz w:val="24"/>
        </w:rPr>
        <w:t>τὰ ἐνοχλοῦντα περιττώματα, τὴν χεῖρα ποιήσας λιπαράν, κάθες εἰς τὴν ἕδραν, καὶ ἐκκόμιζε αὐτά. ἐγχυμάτιζε δὲ καὶ σεύτλων σπέρματι μετὰ οἴνου καὶ ἐλαίου κοτυλῶν ἕξ. ἐὰν δὲ μὴ ᾖ τοῦτο, ἀποξύσας τῶν ἐμπροσθίων ποδῶν τοὺς ὄνυχας, καὶ μετὰ οἴνου κοτυλῶν τριῶν τρίψας, διὰ τῶν μυκτήρων δίδου. \|</w:t>
      </w:r>
    </w:p>
    <w:p>
      <w:pPr>
        <w:jc w:val="center"/>
      </w:pPr>
      <w:r>
        <w:rPr>
          <w:rFonts w:ascii="Gentium Plus" w:hAnsi="Gentium Plus"/>
          <w:b/>
          <w:sz w:val="24"/>
        </w:rPr>
        <w:t>περὶ συκαμίνου.</w:t>
      </w:r>
    </w:p>
    <w:p>
      <w:r>
        <w:rPr>
          <w:rFonts w:ascii="Courier New" w:hAnsi="Courier New"/>
          <w:color w:val="555555"/>
          <w:sz w:val="20"/>
        </w:rPr>
        <w:t>[127 . 1]</w:t>
      </w:r>
    </w:p>
    <w:p>
      <w:r>
        <w:rPr>
          <w:rFonts w:ascii="Gentium Plus" w:hAnsi="Gentium Plus"/>
          <w:sz w:val="24"/>
        </w:rPr>
        <w:t>Εἰ συκάμινον ἵππος σχῇ, λαβὼν ἀρσενικοῦ μέρη τέσσαρα,</w:t>
      </w:r>
    </w:p>
    <w:p>
      <w:r>
        <w:rPr>
          <w:rFonts w:ascii="Courier New" w:hAnsi="Courier New"/>
          <w:color w:val="555555"/>
          <w:sz w:val="20"/>
        </w:rPr>
        <w:t>[5]</w:t>
      </w:r>
    </w:p>
    <w:p>
      <w:r>
        <w:rPr>
          <w:rFonts w:ascii="Gentium Plus" w:hAnsi="Gentium Plus"/>
          <w:sz w:val="24"/>
        </w:rPr>
        <w:t>μιλτῶδες γένηται τῇ χροιᾷ. τούτῳ χρῶ χλιαρῷ.</w:t>
      </w:r>
    </w:p>
    <w:p>
      <w:pPr>
        <w:jc w:val="center"/>
      </w:pPr>
      <w:r>
        <w:rPr>
          <w:rFonts w:ascii="Gentium Plus" w:hAnsi="Gentium Plus"/>
          <w:b/>
          <w:sz w:val="24"/>
        </w:rPr>
        <w:t>ἄλλο.</w:t>
      </w:r>
    </w:p>
    <w:p>
      <w:r>
        <w:rPr>
          <w:rFonts w:ascii="Courier New" w:hAnsi="Courier New"/>
          <w:color w:val="555555"/>
          <w:sz w:val="20"/>
        </w:rPr>
        <w:t>[1]</w:t>
      </w:r>
    </w:p>
    <w:p>
      <w:r>
        <w:rPr>
          <w:rFonts w:ascii="Gentium Plus" w:hAnsi="Gentium Plus"/>
          <w:sz w:val="24"/>
        </w:rPr>
        <w:t>Λαβὼν ἀρσενίκιν σχιστὸν καὶ ἀσβέστου ἀβρόχου τὸ ἴσον, ἔμβαλε εἰς γάρον, καὶ ποιήσας ζύμην, ἀνάτριβε τὸν τόπον, καὶ ὑγιάσεις. \|</w:t>
      </w:r>
    </w:p>
    <w:p>
      <w:pPr>
        <w:jc w:val="center"/>
      </w:pPr>
      <w:r>
        <w:rPr>
          <w:rFonts w:ascii="Gentium Plus" w:hAnsi="Gentium Plus"/>
          <w:b/>
          <w:sz w:val="24"/>
        </w:rPr>
        <w:t>περὶ σύριγγος.</w:t>
      </w:r>
    </w:p>
    <w:p>
      <w:pPr>
        <w:jc w:val="center"/>
      </w:pPr>
      <w:r>
        <w:rPr>
          <w:rFonts w:ascii="Gentium Plus" w:hAnsi="Gentium Plus"/>
          <w:b/>
          <w:sz w:val="24"/>
        </w:rPr>
        <w:t>Ἱεροκλέους.</w:t>
      </w:r>
    </w:p>
    <w:p>
      <w:r>
        <w:rPr>
          <w:rFonts w:ascii="Courier New" w:hAnsi="Courier New"/>
          <w:color w:val="555555"/>
          <w:sz w:val="20"/>
        </w:rPr>
        <w:t>[1]</w:t>
      </w:r>
    </w:p>
    <w:p>
      <w:r>
        <w:rPr>
          <w:rFonts w:ascii="Gentium Plus" w:hAnsi="Gentium Plus"/>
          <w:sz w:val="24"/>
        </w:rPr>
        <w:t>Ἐὰν ἐν ταῖς συνωμίαις ᾖ τὸ τοιοῦτο πάθος ἢ ἐν ἄλλῳ τινὶ τόπῳ, διελὼν τὸ πεπονθὸς μέρος, πρόσκαυσον, καὶ θερά‐ πευε τῷ φαρμάκῳ τῷ διὰ τῆς ἀσβέστου συγκειμένῳ, ἕως ἡ ἐσχάρα ἐκπέσῃ. τῆς γὰρ κακίας ἐκπεσούσης, ἀναπληροῦται</w:t>
      </w:r>
    </w:p>
    <w:p>
      <w:r>
        <w:rPr>
          <w:rFonts w:ascii="Courier New" w:hAnsi="Courier New"/>
          <w:color w:val="555555"/>
          <w:sz w:val="20"/>
        </w:rPr>
        <w:t>[5]</w:t>
      </w:r>
    </w:p>
    <w:p>
      <w:r>
        <w:rPr>
          <w:rFonts w:ascii="Gentium Plus" w:hAnsi="Gentium Plus"/>
          <w:sz w:val="24"/>
        </w:rPr>
        <w:t>κατὰ βραχύ. εἰ δὲ ἐπιτείνοι τὸ πάθος, ὀρθοῖς καυτηρίοις χρῶ, καὶ θεράπευε ὁμοίως φαρμάκῳ σηπτικῷ, ἕως ὑγιασθῇ.</w:t>
      </w:r>
    </w:p>
    <w:p>
      <w:pPr>
        <w:jc w:val="center"/>
      </w:pPr>
      <w:r>
        <w:rPr>
          <w:rFonts w:ascii="Gentium Plus" w:hAnsi="Gentium Plus"/>
          <w:b/>
          <w:sz w:val="24"/>
        </w:rPr>
        <w:t>ἄλλο Ἱπποκράτους.</w:t>
      </w:r>
    </w:p>
    <w:p>
      <w:r>
        <w:rPr>
          <w:rFonts w:ascii="Courier New" w:hAnsi="Courier New"/>
          <w:color w:val="555555"/>
          <w:sz w:val="20"/>
        </w:rPr>
        <w:t>[1]</w:t>
      </w:r>
    </w:p>
    <w:p>
      <w:r>
        <w:rPr>
          <w:rFonts w:ascii="Gentium Plus" w:hAnsi="Gentium Plus"/>
          <w:sz w:val="24"/>
        </w:rPr>
        <w:t>Ὅταν ἵππος συριγγιᾷ, χαλκάνθην ὄξει δριμυτάτῳ προσ‐ μίξας καὶ ἀναξηράνας, τῷ τόπῳ ἐπίπασσε. ἢ σίκυον ἄγριον τρίψας λίαν καὶ τιθυμάλλου ὀπῷ συμφυράσας, ἔνθες. \|</w:t>
      </w:r>
    </w:p>
    <w:p>
      <w:pPr>
        <w:jc w:val="center"/>
      </w:pPr>
      <w:r>
        <w:rPr>
          <w:rFonts w:ascii="Gentium Plus" w:hAnsi="Gentium Plus"/>
          <w:b/>
          <w:sz w:val="24"/>
        </w:rPr>
        <w:t>ἄλλο Ἀψύρτου.</w:t>
      </w:r>
    </w:p>
    <w:p>
      <w:r>
        <w:rPr>
          <w:rFonts w:ascii="Courier New" w:hAnsi="Courier New"/>
          <w:color w:val="555555"/>
          <w:sz w:val="20"/>
        </w:rPr>
        <w:t>[1]</w:t>
      </w:r>
    </w:p>
    <w:p>
      <w:r>
        <w:rPr>
          <w:rFonts w:ascii="Gentium Plus" w:hAnsi="Gentium Plus"/>
          <w:sz w:val="24"/>
        </w:rPr>
        <w:t>Ἰοῦ ξυστοῦ, χαλκοῦ κεκαυμένου, μίσυος, κηκῖδος ὀμφακί‐ νου ἀνὰ οὐγκιῶν τεσσάρων, κομέως γο ηʹ, πάντα ἐν ταὐτῷ</w:t>
      </w:r>
    </w:p>
    <w:p>
      <w:pPr>
        <w:jc w:val="center"/>
      </w:pPr>
      <w:r>
        <w:rPr>
          <w:rFonts w:ascii="Gentium Plus" w:hAnsi="Gentium Plus"/>
          <w:b/>
          <w:sz w:val="24"/>
        </w:rPr>
        <w:t>περὶ ἐγχυματισμῶν σκευασίας. προοίμιον Ἀψύρτου.</w:t>
      </w:r>
    </w:p>
    <w:p>
      <w:r>
        <w:rPr>
          <w:rFonts w:ascii="Courier New" w:hAnsi="Courier New"/>
          <w:color w:val="555555"/>
          <w:sz w:val="20"/>
        </w:rPr>
        <w:t>[129 . 1]</w:t>
      </w:r>
    </w:p>
    <w:p>
      <w:r>
        <w:rPr>
          <w:rFonts w:ascii="Gentium Plus" w:hAnsi="Gentium Plus"/>
          <w:sz w:val="24"/>
        </w:rPr>
        <w:t>Δέσποτα Κέλερ, τῆς συναφείας ἀπαιτούσης τὴν τῶν φαρμάκων βοήθειαν, ἐπιδείξομέν σοι, ὅσα τε αὐτοὶ καὶ παρὰ τῶν ἄλλων ἐπειράθημεν βοηθήματα τοῖς ἵπποις. ἃ γράφοντες ἀναφέρομεν ἐκείνοις τὴν χάριν, καθότι παρ’ αὐτῶν ἐλάβομεν</w:t>
      </w:r>
    </w:p>
    <w:p>
      <w:r>
        <w:rPr>
          <w:rFonts w:ascii="Courier New" w:hAnsi="Courier New"/>
          <w:color w:val="555555"/>
          <w:sz w:val="20"/>
        </w:rPr>
        <w:t>[5]</w:t>
      </w:r>
    </w:p>
    <w:p>
      <w:r>
        <w:rPr>
          <w:rFonts w:ascii="Gentium Plus" w:hAnsi="Gentium Plus"/>
          <w:sz w:val="24"/>
        </w:rPr>
        <w:t>τὴν ἀρχήν, καὶ ὅτι κατὰ ταὐτὰ ἔγνωμεν. εἰ δέ τι ἐκεῖνοι παρ‐ έλιπον, ἡμεῖς ἀξιοπιστότερον παραδώσομεν. λέγω δὴ πρῶτον περὶ καθαρτικῶν ἐγχυματισμῶν.</w:t>
      </w:r>
    </w:p>
    <w:p>
      <w:r>
        <w:rPr>
          <w:rFonts w:ascii="Courier New" w:hAnsi="Courier New"/>
          <w:color w:val="555555"/>
          <w:sz w:val="20"/>
        </w:rPr>
        <w:t>[129 . 2]</w:t>
      </w:r>
    </w:p>
    <w:p>
      <w:r>
        <w:rPr>
          <w:rFonts w:ascii="Gentium Plus" w:hAnsi="Gentium Plus"/>
          <w:sz w:val="24"/>
        </w:rPr>
        <w:t>Σκυλάκιον γαλαθηνὸν σφάξαντας μαδίσαι, καὶ τὰ ἐν‐ τοσθίδια ἐκρῖψαι, καὶ πλύναντας ἐμβαλεῖν εἰς χύτραν, καὶ ὕδατι καθεψῆσαι, ὥστε τὰ ὀστάρια καταλειφθῆναι. καὶ τούτῳ μίξαντας μέλιτος ὀλίγον \| ἐγχυματίζειν κοτύλαις δυσὶ καθ’</w:t>
      </w:r>
    </w:p>
    <w:p>
      <w:r>
        <w:rPr>
          <w:rFonts w:ascii="Courier New" w:hAnsi="Courier New"/>
          <w:color w:val="555555"/>
          <w:sz w:val="20"/>
        </w:rPr>
        <w:t>[5]</w:t>
      </w:r>
    </w:p>
    <w:p>
      <w:r>
        <w:rPr>
          <w:rFonts w:ascii="Gentium Plus" w:hAnsi="Gentium Plus"/>
          <w:sz w:val="24"/>
        </w:rPr>
        <w:t>ἡμέραν μέχρι ἡμερῶν τριῶν. καὶ κωλῆνα χοίρειον καθεψή‐ σαντας τὸ αὐτὸ ποιεῖν, ἢ ἀλέκτορα λευκὸν ὡσαύτως. καὶ ταῦτα μὲν τοῖς πρὸ ἡμῶν ἐγράφη. ἡμεῖς δὲ ἐχρησάμεθα καὶ τούτοις.</w:t>
      </w:r>
    </w:p>
    <w:p>
      <w:r>
        <w:rPr>
          <w:rFonts w:ascii="Courier New" w:hAnsi="Courier New"/>
          <w:color w:val="555555"/>
          <w:sz w:val="20"/>
        </w:rPr>
        <w:t>[129 . 3]</w:t>
      </w:r>
    </w:p>
    <w:p>
      <w:r>
        <w:rPr>
          <w:rFonts w:ascii="Gentium Plus" w:hAnsi="Gentium Plus"/>
          <w:sz w:val="24"/>
        </w:rPr>
        <w:t>τιθύμαλλον λεπτὸν ἕψοντες ἐν ὕδατι ἢ πευκέδα‐ νον ἢ ἀψίνθιον ἢ κενταύριον τὸ λεπτόν, ἢ ἀριστολοχείας τὴν ῥίζαν ὡσαύτως ἑψήσαντες ἢ σικύου ἀγρίου τὴν ῥίζαν μετὰ τοῦ νίτρου, καθὼς ἔμπροσθεν γέγραπται, ἢ κολοκυντίδος Αἰγυ‐</w:t>
      </w:r>
    </w:p>
    <w:p>
      <w:r>
        <w:rPr>
          <w:rFonts w:ascii="Courier New" w:hAnsi="Courier New"/>
          <w:color w:val="555555"/>
          <w:sz w:val="20"/>
        </w:rPr>
        <w:t>[5]</w:t>
      </w:r>
    </w:p>
    <w:p>
      <w:r>
        <w:rPr>
          <w:rFonts w:ascii="Gentium Plus" w:hAnsi="Gentium Plus"/>
          <w:sz w:val="24"/>
        </w:rPr>
        <w:t>πτίας τὸ σπέρμα πεφρυγμένον σὺν τῇ ἐντεριώνῃ ὠμῇ. ἔστω</w:t>
      </w:r>
    </w:p>
    <w:p>
      <w:r>
        <w:rPr>
          <w:rFonts w:ascii="Courier New" w:hAnsi="Courier New"/>
          <w:color w:val="555555"/>
          <w:sz w:val="20"/>
        </w:rPr>
        <w:t>[129 . 4]</w:t>
      </w:r>
    </w:p>
    <w:p>
      <w:r>
        <w:rPr>
          <w:rFonts w:ascii="Gentium Plus" w:hAnsi="Gentium Plus"/>
          <w:sz w:val="24"/>
        </w:rPr>
        <w:t>Λιτὸς ἐγχυματισμός. οἴνου χρηστοῦ ξέ. αʹ, ἐλαίου χρη‐ στοῦ γο ἕξ, μέλιτος καλοῦ γο ἕξ, ᾠὰ ἕξ, ὕδατος τὸ ἀρκοῦν.</w:t>
      </w:r>
    </w:p>
    <w:p>
      <w:r>
        <w:rPr>
          <w:rFonts w:ascii="Courier New" w:hAnsi="Courier New"/>
          <w:color w:val="555555"/>
          <w:sz w:val="20"/>
        </w:rPr>
        <w:t>[129 . 5]</w:t>
      </w:r>
    </w:p>
    <w:p>
      <w:r>
        <w:rPr>
          <w:rFonts w:ascii="Gentium Plus" w:hAnsi="Gentium Plus"/>
          <w:sz w:val="24"/>
        </w:rPr>
        <w:t>Θερμαντικὸς ἐγχυματισμός. οἴνου χρηστοῦ ξέ. αʹ, πεπέρεως γο αʹ, πηγάνου \| χλωροῦ γο αʹ, ἐλαίου, τραγακάνθης, μέλιτος ἀνὰ γο ἕξ, ᾠὰ ἕξ.</w:t>
      </w:r>
    </w:p>
    <w:p>
      <w:r>
        <w:rPr>
          <w:rFonts w:ascii="Courier New" w:hAnsi="Courier New"/>
          <w:color w:val="555555"/>
          <w:sz w:val="20"/>
        </w:rPr>
        <w:t>[129 . 6]</w:t>
      </w:r>
    </w:p>
    <w:p>
      <w:r>
        <w:rPr>
          <w:rFonts w:ascii="Gentium Plus" w:hAnsi="Gentium Plus"/>
          <w:sz w:val="24"/>
        </w:rPr>
        <w:t>Ἐγχυματισμὸς διὰ χυλῶν. πτισάνης, τήλεως ἀνὰ ξέ. αʹ, σεύτλων δεσμήν, ἰσχάδων, ἐλαίου, γάλακτος ἀνὰ λιτρῶν δʹ, πηγάνου δεσμήν.</w:t>
      </w:r>
    </w:p>
    <w:p>
      <w:r>
        <w:rPr>
          <w:rFonts w:ascii="Courier New" w:hAnsi="Courier New"/>
          <w:color w:val="555555"/>
          <w:sz w:val="20"/>
        </w:rPr>
        <w:t>[129 . 7]</w:t>
      </w:r>
    </w:p>
    <w:p>
      <w:r>
        <w:rPr>
          <w:rFonts w:ascii="Gentium Plus" w:hAnsi="Gentium Plus"/>
          <w:sz w:val="24"/>
        </w:rPr>
        <w:t>Ἐγχυματισμὸς ἀρωματικός. ὑσσώπου, πετροσελίνου, κρόκου, πεπέρεως λευκοῦ, λιβανωτοῦ, πεπέρεως κοινοῦ, σμύρ‐ νης ἀνὰ γο αʹ, κόστου, τραγακάνθης, 〈μαλαβάθρου ἀνὰ γο βʹ, ῥοδίνου 𐆃 αʹ〉.</w:t>
      </w:r>
    </w:p>
    <w:p>
      <w:r>
        <w:rPr>
          <w:rFonts w:ascii="Courier New" w:hAnsi="Courier New"/>
          <w:color w:val="555555"/>
          <w:sz w:val="20"/>
        </w:rPr>
        <w:t>[129 . 8]</w:t>
      </w:r>
    </w:p>
    <w:p>
      <w:r>
        <w:rPr>
          <w:rFonts w:ascii="Gentium Plus" w:hAnsi="Gentium Plus"/>
          <w:sz w:val="24"/>
        </w:rPr>
        <w:t>Ἐγχυματισμὸς καλοκαιρινός. κρόκου ἐξάγια δύο, τραγακάνθης, ὑσσώπου, σαμψύχου, σμύρνης, λιβάνου, σάχαρος ἀνὰ γο αʹ, ταῦτα ἐμβρέξας ἐν ῥοδοστάγματι πότιζε τρίτον.</w:t>
      </w:r>
    </w:p>
    <w:p>
      <w:r>
        <w:rPr>
          <w:rFonts w:ascii="Courier New" w:hAnsi="Courier New"/>
          <w:color w:val="555555"/>
          <w:sz w:val="20"/>
        </w:rPr>
        <w:t>[129 . 9]</w:t>
      </w:r>
    </w:p>
    <w:p>
      <w:r>
        <w:rPr>
          <w:rFonts w:ascii="Gentium Plus" w:hAnsi="Gentium Plus"/>
          <w:sz w:val="24"/>
        </w:rPr>
        <w:t>Ἐγχυματισμὸς ἐπὶ χλόης. οἴνου Ἰταλικοῦ ξέ. γʹ, ἐλαίου ξέ. αʹ, μέλιτος Ἰταλικοῦ ξέ. αʹ, ᾠὰ ιβʹ, πεπέρεως γο αʹ 〈τοῦ ζῴου τῇ κεφαλῇ εἰς γʹ ἡμέρας διδόναι〉.</w:t>
      </w:r>
    </w:p>
    <w:p>
      <w:r>
        <w:rPr>
          <w:rFonts w:ascii="Courier New" w:hAnsi="Courier New"/>
          <w:color w:val="555555"/>
          <w:sz w:val="20"/>
        </w:rPr>
        <w:t>[129 . 10]</w:t>
      </w:r>
    </w:p>
    <w:p>
      <w:r>
        <w:rPr>
          <w:rFonts w:ascii="Gentium Plus" w:hAnsi="Gentium Plus"/>
          <w:sz w:val="24"/>
        </w:rPr>
        <w:t>Σύνθεσις ἐγχυματισμοῦ θερμαντικοῦ καὶ διου‐ ρητικοῦ. κασίας γο βʹ, κόστου γο βʹ, ναρδοστάχυος γο αʹ, κυ\|πέρου λίτραν μίαν, ὑσσώπου Κρητικοῦ γο ἕξ, ἀψινθίου</w:t>
      </w:r>
    </w:p>
    <w:p>
      <w:r>
        <w:rPr>
          <w:rFonts w:ascii="Courier New" w:hAnsi="Courier New"/>
          <w:color w:val="555555"/>
          <w:sz w:val="20"/>
        </w:rPr>
        <w:t>[5]</w:t>
      </w:r>
    </w:p>
    <w:p>
      <w:r>
        <w:rPr>
          <w:rFonts w:ascii="Gentium Plus" w:hAnsi="Gentium Plus"/>
          <w:sz w:val="24"/>
        </w:rPr>
        <w:t>ἐγχυμάτιζε ἐπὶ ἡμέραις τρισί. ποιεῖ δὲ καὶ πρὸς θηρίων ἐκ‐ βολὰς καὶ πρὸς τετάνους καὶ πρὸς βῆχα καὶ πρὸς διέγερσιν ὅλου τοῦ σώματος. τῇ δὲ τετάρτῃ ἡμέρᾳ ἔλαιον δίδου, ἵνα καταλεανθῇ καθαρίως.</w:t>
      </w:r>
    </w:p>
    <w:p>
      <w:r>
        <w:rPr>
          <w:rFonts w:ascii="Courier New" w:hAnsi="Courier New"/>
          <w:color w:val="555555"/>
          <w:sz w:val="20"/>
        </w:rPr>
        <w:t>[129 . 11]</w:t>
      </w:r>
    </w:p>
    <w:p>
      <w:r>
        <w:rPr>
          <w:rFonts w:ascii="Gentium Plus" w:hAnsi="Gentium Plus"/>
          <w:sz w:val="24"/>
        </w:rPr>
        <w:t>Σύνθεσις ἐγχυματισμοῦ πρὸς καύματα. ἐὰν ἔλθῃ ἐξ ὁδοῦ, καὶ τὴν λαγόνα πάλλῃ, καὶ μὴ ὀρέγηται τροφῆς, στένῃ δὲ πολλά, παρὰ τὴν ὥραν μὲν καλάμου φύλλα ἢ ἄγρωστιν χλωρὰν ἢ θρίδακας καταρράνας ὄξει, ἐπίθες, ὥστε ἀναψῦξαι.</w:t>
      </w:r>
    </w:p>
    <w:p>
      <w:r>
        <w:rPr>
          <w:rFonts w:ascii="Courier New" w:hAnsi="Courier New"/>
          <w:color w:val="555555"/>
          <w:sz w:val="20"/>
        </w:rPr>
        <w:t>[5]</w:t>
      </w:r>
    </w:p>
    <w:p>
      <w:r>
        <w:rPr>
          <w:rFonts w:ascii="Gentium Plus" w:hAnsi="Gentium Plus"/>
          <w:sz w:val="24"/>
        </w:rPr>
        <w:t>ἔπειτα βρέξας τραγακάνθης γο γʹ, κρόκου γο αʹ ὕδατι ἀφ’ ἑσπέρας μέχρι τῆς αὔριον, καὶ στροβίλων ξέ. αʹ, καὶ λειοτρι‐ βήσας ἕκαστον κατ’ ἰδίαν, εἶτα ἀναμίξας πάλιν ὁμοῦ, πρόσ‐ βαλλε γλυκέος καρύνου ἢ σκυβελίτου ξέ. αʹ καὶ ἀνδράχνης χυλοῦ γο γʹ, ψυχροῦ ὕδατος τὸ ἀρκοῦν. ἐγχυμάτιζε ἐπὶ ἡμέ‐</w:t>
      </w:r>
    </w:p>
    <w:p>
      <w:r>
        <w:rPr>
          <w:rFonts w:ascii="Courier New" w:hAnsi="Courier New"/>
          <w:color w:val="555555"/>
          <w:sz w:val="20"/>
        </w:rPr>
        <w:t>[10]</w:t>
      </w:r>
    </w:p>
    <w:p>
      <w:r>
        <w:rPr>
          <w:rFonts w:ascii="Gentium Plus" w:hAnsi="Gentium Plus"/>
          <w:sz w:val="24"/>
        </w:rPr>
        <w:t>ραις τρισί, τὰς κριθὰς πεφεισμένως προσάγων, καὶ \ τῆς νόσου. χρῶ δὲ καὶ φλεβοτομίαις δυσί, μιᾷ ἀπὸ τῶν κρο‐ τάφων, τῇ δὲ ἑτέρᾳ ἀπὸ τοῦ αὐχένος.</w:t>
      </w:r>
    </w:p>
    <w:p>
      <w:r>
        <w:rPr>
          <w:rFonts w:ascii="Courier New" w:hAnsi="Courier New"/>
          <w:color w:val="555555"/>
          <w:sz w:val="20"/>
        </w:rPr>
        <w:t>[129 . 12]</w:t>
      </w:r>
    </w:p>
    <w:p>
      <w:r>
        <w:rPr>
          <w:rFonts w:ascii="Gentium Plus" w:hAnsi="Gentium Plus"/>
          <w:sz w:val="24"/>
        </w:rPr>
        <w:t>Ἄλλο. ἐὰν κτῆνος ἄπεπτον αἴσθῃ γενόμενον (γνώσῃ δὲ ἀπὸ τῶν σημείων τῶνδε· ἔχει γὰρ τὰ χείλη ᾠδηκότα, καὶ φλυκταινῶδές ἐστιν ὅλον, ἥ τε γλῶττα παχύνεται, καὶ ἡ κε‐ φαλὴ μείζων γίνεται), βοηθήσεις οὕτως· φλεβοτόμει τῇ αʹ</w:t>
      </w:r>
    </w:p>
    <w:p>
      <w:r>
        <w:rPr>
          <w:rFonts w:ascii="Courier New" w:hAnsi="Courier New"/>
          <w:color w:val="555555"/>
          <w:sz w:val="20"/>
        </w:rPr>
        <w:t>[5]</w:t>
      </w:r>
    </w:p>
    <w:p>
      <w:r>
        <w:rPr>
          <w:rFonts w:ascii="Gentium Plus" w:hAnsi="Gentium Plus"/>
          <w:sz w:val="24"/>
        </w:rPr>
        <w:t>ἡμέρᾳ ἀπὸ αὐχένος, καὶ τροφῇ χρῶ χλωρᾷ, ἐὰν καιρὸς ᾖ, ἢ διὰ θριδάκων ἢ ἀγρώστεως ἢ καλαμοφύλλων μόνον. τῇ δὲ δευτέρᾳ ἡμέρᾳ φλεβοτομήσεις ἀπὸ τῶν κροτάφων, καὶ τῇ αὐτῇ</w:t>
      </w:r>
    </w:p>
    <w:p>
      <w:r>
        <w:rPr>
          <w:rFonts w:ascii="Courier New" w:hAnsi="Courier New"/>
          <w:color w:val="555555"/>
          <w:sz w:val="20"/>
        </w:rPr>
        <w:t>[10]</w:t>
      </w:r>
    </w:p>
    <w:p>
      <w:r>
        <w:rPr>
          <w:rFonts w:ascii="Gentium Plus" w:hAnsi="Gentium Plus"/>
          <w:sz w:val="24"/>
        </w:rPr>
        <w:t>τῷ ἀναψυκτικῷ τῷ διὰ τραγακάνθης καὶ γλυκέος.</w:t>
      </w:r>
    </w:p>
    <w:p>
      <w:r>
        <w:rPr>
          <w:rFonts w:ascii="Courier New" w:hAnsi="Courier New"/>
          <w:color w:val="555555"/>
          <w:sz w:val="20"/>
        </w:rPr>
        <w:t>[129 . 13]</w:t>
      </w:r>
    </w:p>
    <w:p>
      <w:r>
        <w:rPr>
          <w:rFonts w:ascii="Gentium Plus" w:hAnsi="Gentium Plus"/>
          <w:sz w:val="24"/>
        </w:rPr>
        <w:t>Ἐγχυματισμὸς εἰς κτήνη πυρέσσοντα πρὸς τὸ ἀναψῦξαι. ὄξους γο μίαν, ῥοδίνου γο αʹ, ἀναράξας ἀμφό‐ τερα, \| προεγχυμάτιζε, καὶ διαστήσας βραχύ, ἔπειτα μίξας μέ‐ λιτος γο γʹ, ῥοδίνου γο γʹ, γάλακτος λίτραν μίαν, οἴνου ἡμί‐</w:t>
      </w:r>
    </w:p>
    <w:p>
      <w:r>
        <w:rPr>
          <w:rFonts w:ascii="Courier New" w:hAnsi="Courier New"/>
          <w:color w:val="555555"/>
          <w:sz w:val="20"/>
        </w:rPr>
        <w:t>[5]</w:t>
      </w:r>
    </w:p>
    <w:p>
      <w:r>
        <w:rPr>
          <w:rFonts w:ascii="Gentium Plus" w:hAnsi="Gentium Plus"/>
          <w:sz w:val="24"/>
        </w:rPr>
        <w:t>ναν Ἰταλικήν, ἐγχυμάτιζε. τροφῇ δὲ χρῶ χλωρᾷ τῇ ἐν καιρῷ οὔσῃ.</w:t>
      </w:r>
    </w:p>
    <w:p>
      <w:r>
        <w:rPr>
          <w:rFonts w:ascii="Courier New" w:hAnsi="Courier New"/>
          <w:color w:val="555555"/>
          <w:sz w:val="20"/>
        </w:rPr>
        <w:t>[129 . 14]</w:t>
      </w:r>
    </w:p>
    <w:p>
      <w:r>
        <w:rPr>
          <w:rFonts w:ascii="Gentium Plus" w:hAnsi="Gentium Plus"/>
          <w:sz w:val="24"/>
        </w:rPr>
        <w:t>Πόμα θερμαντικὸν δάκνον. γεντιανῆς, πεπέρεως μέλανος, πεπέρεως λευκοῦ, σεσέλεως ἀνὰ γο βʹ.</w:t>
      </w:r>
    </w:p>
    <w:p>
      <w:r>
        <w:rPr>
          <w:rFonts w:ascii="Courier New" w:hAnsi="Courier New"/>
          <w:color w:val="555555"/>
          <w:sz w:val="20"/>
        </w:rPr>
        <w:t>[129 . 15]</w:t>
      </w:r>
    </w:p>
    <w:p>
      <w:r>
        <w:rPr>
          <w:rFonts w:ascii="Gentium Plus" w:hAnsi="Gentium Plus"/>
          <w:sz w:val="24"/>
        </w:rPr>
        <w:t>Προεγχυματισμός. ἀψινθίου Ποντικοῦ γο βʹ, θέρ‐ μων πικρῶν γο γʹ, ναστουρκίου γο γʹ.</w:t>
      </w:r>
    </w:p>
    <w:p>
      <w:r>
        <w:rPr>
          <w:rFonts w:ascii="Courier New" w:hAnsi="Courier New"/>
          <w:color w:val="555555"/>
          <w:sz w:val="20"/>
        </w:rPr>
        <w:t>[129 . 16]</w:t>
      </w:r>
    </w:p>
    <w:p>
      <w:r>
        <w:rPr>
          <w:rFonts w:ascii="Gentium Plus" w:hAnsi="Gentium Plus"/>
          <w:sz w:val="24"/>
        </w:rPr>
        <w:t>Πρὸς ὕπνον κτήνους. μήκωνος τὸ γάλα ὡσεὶ ὀβολόν, ἀνήθου τὸ αἰρόμενον τρισὶ δακτύλοις, λειοτριβήσας εἰς ἕν, καὶ προσμίξας κύαθον ὄξους, δὸς πιεῖν. εἰ δὲ μὴ ἔχεις μήκωνος γάλα, αὐτῷ τῷ σπέρματι χρῆσαι τρὶς τοσοῦτον, ὅσον ἐκ τοῦ</w:t>
      </w:r>
    </w:p>
    <w:p>
      <w:r>
        <w:rPr>
          <w:rFonts w:ascii="Courier New" w:hAnsi="Courier New"/>
          <w:color w:val="555555"/>
          <w:sz w:val="20"/>
        </w:rPr>
        <w:t>[5]</w:t>
      </w:r>
    </w:p>
    <w:p>
      <w:r>
        <w:rPr>
          <w:rFonts w:ascii="Gentium Plus" w:hAnsi="Gentium Plus"/>
          <w:sz w:val="24"/>
        </w:rPr>
        <w:t>γάλακτος, καὶ οἴνου κοτύλῃ μιᾷ.</w:t>
      </w:r>
    </w:p>
    <w:p>
      <w:r>
        <w:rPr>
          <w:rFonts w:ascii="Courier New" w:hAnsi="Courier New"/>
          <w:color w:val="555555"/>
          <w:sz w:val="20"/>
        </w:rPr>
        <w:t>[129 . 17]</w:t>
      </w:r>
    </w:p>
    <w:p>
      <w:r>
        <w:rPr>
          <w:rFonts w:ascii="Gentium Plus" w:hAnsi="Gentium Plus"/>
          <w:sz w:val="24"/>
        </w:rPr>
        <w:t>Προπότισμα. κρόκου γο ἕξ, σαμψύχου, ὑσσώπου ἀνὰ γο δʹ, μελιλώτου γο ἕξ, κόστου, σμύρνης, ἀλόης, ἴρεως \| ἀνὰ γο δʹ, ἀψινθίου Κρητικοῦ γο ϛʹ, ἀβροτόνου γο δʹ, φύλλου γο ἕξ, γλυκορίζου γο δʹ, κασίας γο ϛʹ, 〈ἀμώμου γο δʹ, ναρ‐</w:t>
      </w:r>
    </w:p>
    <w:p>
      <w:r>
        <w:rPr>
          <w:rFonts w:ascii="Courier New" w:hAnsi="Courier New"/>
          <w:color w:val="555555"/>
          <w:sz w:val="20"/>
        </w:rPr>
        <w:t>[5]</w:t>
      </w:r>
    </w:p>
    <w:p>
      <w:r>
        <w:rPr>
          <w:rFonts w:ascii="Gentium Plus" w:hAnsi="Gentium Plus"/>
          <w:sz w:val="24"/>
        </w:rPr>
        <w:t>δοστάχυος γο δʹ, ἀριστολοχείας γο δʹ〉, καλάμου ἀρωματικοῦ</w:t>
      </w:r>
    </w:p>
    <w:p>
      <w:r>
        <w:rPr>
          <w:rFonts w:ascii="Courier New" w:hAnsi="Courier New"/>
          <w:color w:val="555555"/>
          <w:sz w:val="20"/>
        </w:rPr>
        <w:t>[10]</w:t>
      </w:r>
    </w:p>
    <w:p>
      <w:r>
        <w:rPr>
          <w:rFonts w:ascii="Gentium Plus" w:hAnsi="Gentium Plus"/>
          <w:sz w:val="24"/>
        </w:rPr>
        <w:t>βράθυος γο βʹ, Κελτικῆς γο γʹ, καστορίου τὸ ἴσον, πράσων γο δʹ, κόψας καὶ σήσας, προσβαλὼν καὶ μέλιτος κοτύλας γʹ, ᾠὰ βʹ, ῥοδίνου τὸ ἀρκοῦν καὶ οἴνου ξέ. αʹ, ἐγχυμάτιζε.</w:t>
      </w:r>
    </w:p>
    <w:p>
      <w:r>
        <w:rPr>
          <w:rFonts w:ascii="Courier New" w:hAnsi="Courier New"/>
          <w:color w:val="555555"/>
          <w:sz w:val="20"/>
        </w:rPr>
        <w:t>[129 . 18]</w:t>
      </w:r>
    </w:p>
    <w:p>
      <w:r>
        <w:rPr>
          <w:rFonts w:ascii="Gentium Plus" w:hAnsi="Gentium Plus"/>
          <w:sz w:val="24"/>
        </w:rPr>
        <w:t>Ἄλλο. ναρδοστάχυος γο γʹ, κόστου γο δʹ, ἀμώμου γο δʹ, φύλλου γο γʹ, ἀγαρικοῦ γο δʹ, μυροβαλάνου γο ἕξ, ἴρεως Ἰλλυρικῆς 〈γο ϛʹ〉, κασίας γο βʹ, κασσάμου γο βʹ, 〈μελιλώ‐ του γο γʹ〉, κρόκου γράμματα δʹ, οἴνου ξέ. κζʹ, μέλιτος λίτρας</w:t>
      </w:r>
    </w:p>
    <w:p>
      <w:r>
        <w:rPr>
          <w:rFonts w:ascii="Courier New" w:hAnsi="Courier New"/>
          <w:color w:val="555555"/>
          <w:sz w:val="20"/>
        </w:rPr>
        <w:t>[5]</w:t>
      </w:r>
    </w:p>
    <w:p>
      <w:r>
        <w:rPr>
          <w:rFonts w:ascii="Gentium Plus" w:hAnsi="Gentium Plus"/>
          <w:sz w:val="24"/>
        </w:rPr>
        <w:t>κζʹ, καρυοφύλλου γο δʹ, ἑκάστῳ ζῴῳ δίδου ἡμίναν μίαν.</w:t>
      </w:r>
    </w:p>
    <w:p>
      <w:r>
        <w:rPr>
          <w:rFonts w:ascii="Courier New" w:hAnsi="Courier New"/>
          <w:color w:val="555555"/>
          <w:sz w:val="20"/>
        </w:rPr>
        <w:t>[129 . 19]</w:t>
      </w:r>
    </w:p>
    <w:p>
      <w:r>
        <w:rPr>
          <w:rFonts w:ascii="Gentium Plus" w:hAnsi="Gentium Plus"/>
          <w:sz w:val="24"/>
        </w:rPr>
        <w:t>Ἱεροκλέους ἐγχυματισμός. μέλιτος ξέστην ἕνα, πρά‐ σων δεσμὴν μίαν, ὀμφακίνου \| ἐλαίου ξέ. αʹ, ἀνήθου δεσμὴν μίαν, σελίνων τὸ ἴσον, γλήχωνος δεσμὴν μίαν· ταῦτα πάντα ἑψήσας ὁμοῦ, ὕστερον χυλὸν ποιήσας ἐκ σεμιδάλεως καὶ συμ‐</w:t>
      </w:r>
    </w:p>
    <w:p>
      <w:r>
        <w:rPr>
          <w:rFonts w:ascii="Courier New" w:hAnsi="Courier New"/>
          <w:color w:val="555555"/>
          <w:sz w:val="20"/>
        </w:rPr>
        <w:t>[5]</w:t>
      </w:r>
    </w:p>
    <w:p>
      <w:r>
        <w:rPr>
          <w:rFonts w:ascii="Gentium Plus" w:hAnsi="Gentium Plus"/>
          <w:sz w:val="24"/>
        </w:rPr>
        <w:t>μίξας, χρῶ.</w:t>
      </w:r>
    </w:p>
    <w:p>
      <w:r>
        <w:rPr>
          <w:rFonts w:ascii="Courier New" w:hAnsi="Courier New"/>
          <w:color w:val="555555"/>
          <w:sz w:val="20"/>
        </w:rPr>
        <w:t>[129 . 20]</w:t>
      </w:r>
    </w:p>
    <w:p>
      <w:r>
        <w:rPr>
          <w:rFonts w:ascii="Gentium Plus" w:hAnsi="Gentium Plus"/>
          <w:sz w:val="24"/>
        </w:rPr>
        <w:t>Προεγχυματισμός. χυλὸν κρίθινον ὁμοῦ στέατι τρα‐ γείῳ ἕψει, καὶ τούτοις πρόσβαλλε τῆλιν, καὶ αὐτὴν συνέψων, καὶ τὸ ζῷον ἐγχυμάτιζε.</w:t>
      </w:r>
    </w:p>
    <w:p>
      <w:r>
        <w:rPr>
          <w:rFonts w:ascii="Courier New" w:hAnsi="Courier New"/>
          <w:color w:val="555555"/>
          <w:sz w:val="20"/>
        </w:rPr>
        <w:t>[129 . 21]</w:t>
      </w:r>
    </w:p>
    <w:p>
      <w:r>
        <w:rPr>
          <w:rFonts w:ascii="Gentium Plus" w:hAnsi="Gentium Plus"/>
          <w:sz w:val="24"/>
        </w:rPr>
        <w:t>Ἐγχυματισμὸς ἐαρινός. ᾠὰ ἀποβρέξας εʹ εἰς ὄξος δριμύτατον ἀπὸ ἑσπέρας ἕως πρωΐ, δίδου τῷ ἵππῳ.</w:t>
      </w:r>
    </w:p>
    <w:p>
      <w:r>
        <w:rPr>
          <w:rFonts w:ascii="Courier New" w:hAnsi="Courier New"/>
          <w:color w:val="555555"/>
          <w:sz w:val="20"/>
        </w:rPr>
        <w:t>[129 . 22]</w:t>
      </w:r>
    </w:p>
    <w:p>
      <w:r>
        <w:rPr>
          <w:rFonts w:ascii="Gentium Plus" w:hAnsi="Gentium Plus"/>
          <w:sz w:val="24"/>
        </w:rPr>
        <w:t>Ἄλλος θερινός. κάρυνον ἤτοι ἕψημα, κρόκου κοχλιά‐</w:t>
      </w:r>
    </w:p>
    <w:p>
      <w:r>
        <w:rPr>
          <w:rFonts w:ascii="Courier New" w:hAnsi="Courier New"/>
          <w:color w:val="555555"/>
          <w:sz w:val="20"/>
        </w:rPr>
        <w:t>[5]</w:t>
      </w:r>
    </w:p>
    <w:p>
      <w:r>
        <w:rPr>
          <w:rFonts w:ascii="Gentium Plus" w:hAnsi="Gentium Plus"/>
          <w:sz w:val="24"/>
        </w:rPr>
        <w:t>γλῶσσαν.</w:t>
      </w:r>
    </w:p>
    <w:p>
      <w:r>
        <w:rPr>
          <w:rFonts w:ascii="Courier New" w:hAnsi="Courier New"/>
          <w:color w:val="555555"/>
          <w:sz w:val="20"/>
        </w:rPr>
        <w:t>[129 . 23]</w:t>
      </w:r>
    </w:p>
    <w:p>
      <w:r>
        <w:rPr>
          <w:rFonts w:ascii="Gentium Plus" w:hAnsi="Gentium Plus"/>
          <w:sz w:val="24"/>
        </w:rPr>
        <w:t>Ἀναληπτικὸς ἐγχυματισμός. σελίνων δεσμὰς τρεῖς, κράμβης, πράσων ἀνὰ δεσμῶν τριῶν, δαφνίδων ξέστας δύο, χοιρείου κρέως \| λίτρας δʹ, πεπέρεως, ὀποπάνακος ἀνὰ γο βʹ, πτισάνης ξέ. θʹ, μέλιτος ξέ. αcʹ, ἕψων τὰ σέλινα καὶ τὰ πράσα</w:t>
      </w:r>
    </w:p>
    <w:p>
      <w:r>
        <w:rPr>
          <w:rFonts w:ascii="Courier New" w:hAnsi="Courier New"/>
          <w:color w:val="555555"/>
          <w:sz w:val="20"/>
        </w:rPr>
        <w:t>[5]</w:t>
      </w:r>
    </w:p>
    <w:p>
      <w:r>
        <w:rPr>
          <w:rFonts w:ascii="Gentium Plus" w:hAnsi="Gentium Plus"/>
          <w:sz w:val="24"/>
        </w:rPr>
        <w:t>καὶ τὰς κράμβας μετὰ τοῦ κρέως καὶ τῶν κριθῶν καὶ τῶν δαφνίδων, εἶθ’ οὕτως ἐμβάλλων τὰ λοιπά, ἐγχυμάτιζε.</w:t>
      </w:r>
    </w:p>
    <w:p>
      <w:r>
        <w:rPr>
          <w:rFonts w:ascii="Courier New" w:hAnsi="Courier New"/>
          <w:color w:val="555555"/>
          <w:sz w:val="20"/>
        </w:rPr>
        <w:t>[129 . 24]</w:t>
      </w:r>
    </w:p>
    <w:p>
      <w:r>
        <w:rPr>
          <w:rFonts w:ascii="Gentium Plus" w:hAnsi="Gentium Plus"/>
          <w:sz w:val="24"/>
        </w:rPr>
        <w:t>Ὑπνωτικὸν πρὸς κτήνη κακότροπα. καρδαμώμου, κυάμου σπέρματος, στύρακος ἀνὰ γο δʹ, σμύρνης γο βʹ, πε‐ πέρεως γο ϛʹ.</w:t>
      </w:r>
    </w:p>
    <w:p>
      <w:r>
        <w:rPr>
          <w:rFonts w:ascii="Courier New" w:hAnsi="Courier New"/>
          <w:color w:val="555555"/>
          <w:sz w:val="20"/>
        </w:rPr>
        <w:t>[129 . 25]</w:t>
      </w:r>
    </w:p>
    <w:p>
      <w:r>
        <w:rPr>
          <w:rFonts w:ascii="Gentium Plus" w:hAnsi="Gentium Plus"/>
          <w:sz w:val="24"/>
        </w:rPr>
        <w:t>Πρὸς ἰλιγγιῶντας. κρομύων μακρῶν σπέρματος γο αʹ, ἀλόης γο αʹ, πεπέρεως λευκοῦ γο γʹ, μέλιτος τέταρτον.</w:t>
      </w:r>
    </w:p>
    <w:p>
      <w:r>
        <w:rPr>
          <w:rFonts w:ascii="Courier New" w:hAnsi="Courier New"/>
          <w:color w:val="555555"/>
          <w:sz w:val="20"/>
        </w:rPr>
        <w:t>[129 . 26]</w:t>
      </w:r>
    </w:p>
    <w:p>
      <w:r>
        <w:rPr>
          <w:rFonts w:ascii="Gentium Plus" w:hAnsi="Gentium Plus"/>
          <w:sz w:val="24"/>
        </w:rPr>
        <w:t>Τροχίσκος. ὑσσώπου γο αʹ, πυρέθρου, πηγάνου χλω‐ ροῦ, κρόκου, κόμεως ἀνὰ γο βʹ, ἀλόης ἄνθους γο γʹ, μέλιτος τέταρτον.</w:t>
      </w:r>
    </w:p>
    <w:p>
      <w:r>
        <w:rPr>
          <w:rFonts w:ascii="Courier New" w:hAnsi="Courier New"/>
          <w:color w:val="555555"/>
          <w:sz w:val="20"/>
        </w:rPr>
        <w:t>[129 . 27]</w:t>
      </w:r>
    </w:p>
    <w:p>
      <w:r>
        <w:rPr>
          <w:rFonts w:ascii="Gentium Plus" w:hAnsi="Gentium Plus"/>
          <w:sz w:val="24"/>
        </w:rPr>
        <w:t>Τροχίσκος Ἀρχελάου. σμύρνης γο βʹ, ἀβροτόνου γο δʹ, κρόκου τὸ ἴσον, πυρέθρου, πηγάνου χλωροῦ, ὀριγάνου, ὑσσώ‐ που ἀνὰ γο βʹ, ὄξους τὸ ἀρκοῦν. \|</w:t>
      </w:r>
    </w:p>
    <w:p>
      <w:r>
        <w:rPr>
          <w:rFonts w:ascii="Courier New" w:hAnsi="Courier New"/>
          <w:color w:val="555555"/>
          <w:sz w:val="20"/>
        </w:rPr>
        <w:t>[129 . 28]</w:t>
      </w:r>
    </w:p>
    <w:p>
      <w:r>
        <w:rPr>
          <w:rFonts w:ascii="Gentium Plus" w:hAnsi="Gentium Plus"/>
          <w:sz w:val="24"/>
        </w:rPr>
        <w:t>Ἄλλο ποῦλβερ. κασίας γο αʹ, νάρδου Ἰνδικῆς γο δʹ, κρόκου, κόστου, ἴρεως Ἰλλυρικῆς, καρδαμώμου, πετροσελίνου, ἀργίου, πεπέρεως λευκοῦ, πρασίου, κενταυρίου, πάνακος, 〈φοῦ Ποντικοῦ〉, σχοινάνθης, ἀμώμου, ἑκάστου ἀνὰ γο αʹ.</w:t>
      </w:r>
    </w:p>
    <w:p>
      <w:r>
        <w:rPr>
          <w:rFonts w:ascii="Courier New" w:hAnsi="Courier New"/>
          <w:color w:val="555555"/>
          <w:sz w:val="20"/>
        </w:rPr>
        <w:t>[129 . 29]</w:t>
      </w:r>
    </w:p>
    <w:p>
      <w:r>
        <w:rPr>
          <w:rFonts w:ascii="Gentium Plus" w:hAnsi="Gentium Plus"/>
          <w:sz w:val="24"/>
        </w:rPr>
        <w:t>Ἄκοπον. κηροῦ, ἀμμωνιακοῦ, δαφνίδων, ῥητίνης φρυ‐ κτῆς, ἐλαίου, σταλαγμίτου ἀνὰ λίτραν μίαν, ὀποπάνακος λί τρας βʹ, βδελλίου λίτρας βʹ, σαμψύχου λίτρας δʹ, τερεβινθί‐ νης γο ἕξ, πεπέρεως γο αʹ, μάννης τὸ ἴσον, Κυπρίνου γο ἕξ,</w:t>
      </w:r>
    </w:p>
    <w:p>
      <w:r>
        <w:rPr>
          <w:rFonts w:ascii="Courier New" w:hAnsi="Courier New"/>
          <w:color w:val="555555"/>
          <w:sz w:val="20"/>
        </w:rPr>
        <w:t>[5]</w:t>
      </w:r>
    </w:p>
    <w:p>
      <w:r>
        <w:rPr>
          <w:rFonts w:ascii="Gentium Plus" w:hAnsi="Gentium Plus"/>
          <w:sz w:val="24"/>
        </w:rPr>
        <w:t>οἴνου παλαιοῦ γο βʹ.</w:t>
      </w:r>
    </w:p>
    <w:p>
      <w:r>
        <w:rPr>
          <w:rFonts w:ascii="Courier New" w:hAnsi="Courier New"/>
          <w:color w:val="555555"/>
          <w:sz w:val="20"/>
        </w:rPr>
        <w:t>[129 . 30]</w:t>
      </w:r>
    </w:p>
    <w:p>
      <w:r>
        <w:rPr>
          <w:rFonts w:ascii="Gentium Plus" w:hAnsi="Gentium Plus"/>
          <w:sz w:val="24"/>
        </w:rPr>
        <w:t>Πρὸς ἰσχιάδα. εὐφορβίου, ζάνης Σαρδιανῆς, ἀφρονί‐ τρου, γλευκίνου μύρου τὰ ἴσα.</w:t>
      </w:r>
    </w:p>
    <w:p>
      <w:r>
        <w:rPr>
          <w:rFonts w:ascii="Courier New" w:hAnsi="Courier New"/>
          <w:color w:val="555555"/>
          <w:sz w:val="20"/>
        </w:rPr>
        <w:t>[129 . 31]</w:t>
      </w:r>
    </w:p>
    <w:p>
      <w:r>
        <w:rPr>
          <w:rFonts w:ascii="Gentium Plus" w:hAnsi="Gentium Plus"/>
          <w:sz w:val="24"/>
        </w:rPr>
        <w:t>Πότιον δήκοκτος. κρόκου γο τὸ τρίτον, σμύρνης τὸ ἴσον, ἀλόης γο ϛʹ, κόστου οὐγκίας τὸ ἥμισυ· ταῦτα πρὸ μῖας τρίψας, εἰς οἶνον ἔμβρεχε. καὶ τραγακάνθης γο βʹ \| ἰδίᾳ ἔμ‐ βρεχε εἰς ὕδωρ, τῇ δὲ ἐπιούσῃ βάλλε εἰς ἴγδιν, καὶ τρῖβε, ἵνα</w:t>
      </w:r>
    </w:p>
    <w:p>
      <w:r>
        <w:rPr>
          <w:rFonts w:ascii="Courier New" w:hAnsi="Courier New"/>
          <w:color w:val="555555"/>
          <w:sz w:val="20"/>
        </w:rPr>
        <w:t>[5]</w:t>
      </w:r>
    </w:p>
    <w:p>
      <w:r>
        <w:rPr>
          <w:rFonts w:ascii="Gentium Plus" w:hAnsi="Gentium Plus"/>
          <w:sz w:val="24"/>
        </w:rPr>
        <w:t>διαλυθῇ, προσεπιβάλλων κατ’ ὀλίγον οἶνον εἰς τοσοῦτον, μέ‐ χρις οὗ γένωνται ξέσται Ἰταλικοὶ ἐννέα, ἐγχέων καὶ μέλιτος λίτρας βʹ. ὅταν οὖν συμμιγῇ πάντα λειωθέντα ἐπιμελῶς, βα‐ λὼν εἰς χύτραν, θέρμανον καὶ ἐπίπασον πεπέρεως ὀλίγον, καὶ τῇ ἑξῆς πότισον, χειμῶνος μὲν χλιαρόν, θέρους δε ψυχρόν.</w:t>
      </w:r>
    </w:p>
    <w:p>
      <w:r>
        <w:rPr>
          <w:rFonts w:ascii="Courier New" w:hAnsi="Courier New"/>
          <w:color w:val="555555"/>
          <w:sz w:val="20"/>
        </w:rPr>
        <w:t>[129 . 32]</w:t>
      </w:r>
    </w:p>
    <w:p>
      <w:r>
        <w:rPr>
          <w:rFonts w:ascii="Gentium Plus" w:hAnsi="Gentium Plus"/>
          <w:sz w:val="24"/>
        </w:rPr>
        <w:t>Ἄλλο. ὑσσώπου, γεντιανῆς, ὀποπάνακος ἀνὰ γο βʹ, σαγαπήνου, σμύρνης, ἰσχάδων, ζιγγιβέρεως, πετροσελίνου, κόστου, ἀκόρου ἀνὰ γο αʹ, σχοίνου ἄνθους γο βʹ, πηγάνου δεσμίδιον, σελίνου σπέρματος γο βʹ, πρασίου γο ἕξ, δαύκου</w:t>
      </w:r>
    </w:p>
    <w:p>
      <w:r>
        <w:rPr>
          <w:rFonts w:ascii="Courier New" w:hAnsi="Courier New"/>
          <w:color w:val="555555"/>
          <w:sz w:val="20"/>
        </w:rPr>
        <w:t>[5]</w:t>
      </w:r>
    </w:p>
    <w:p>
      <w:r>
        <w:rPr>
          <w:rFonts w:ascii="Gentium Plus" w:hAnsi="Gentium Plus"/>
          <w:sz w:val="24"/>
        </w:rPr>
        <w:t>Κρητικῆς γο δʹ, πάνακος, κασίας γο βʹ, τιτάνου ἀσβέστου, σελίνου Ἀφρικοῦ γο δʹ.</w:t>
      </w:r>
    </w:p>
    <w:p>
      <w:r>
        <w:rPr>
          <w:rFonts w:ascii="Courier New" w:hAnsi="Courier New"/>
          <w:color w:val="555555"/>
          <w:sz w:val="20"/>
        </w:rPr>
        <w:t>[129 . 33]</w:t>
      </w:r>
    </w:p>
    <w:p>
      <w:r>
        <w:rPr>
          <w:rFonts w:ascii="Gentium Plus" w:hAnsi="Gentium Plus"/>
          <w:sz w:val="24"/>
        </w:rPr>
        <w:t>Πελαγωνίου περὶ ἀναξηρανθέντος δέρματος. ἐὰν</w:t>
      </w:r>
    </w:p>
    <w:p>
      <w:r>
        <w:rPr>
          <w:rFonts w:ascii="Courier New" w:hAnsi="Courier New"/>
          <w:color w:val="555555"/>
          <w:sz w:val="20"/>
        </w:rPr>
        <w:t>[5]</w:t>
      </w:r>
    </w:p>
    <w:p>
      <w:r>
        <w:rPr>
          <w:rFonts w:ascii="Gentium Plus" w:hAnsi="Gentium Plus"/>
          <w:sz w:val="24"/>
        </w:rPr>
        <w:t>μετὰ ταῦτα δίδου τὸ ὑποτεταγμένον προπότισμα, τουτέστιν σταφυλίνου, τραγακάνθης, πηγάνου ἀγρίου, ἡδυόσμου ἀγρίου ἀνὰ γο αcʹ, σελίνου, μελιλώτου, ἀψινθίου Ποντικοῦ ἑκάστου τὸ ἴσον. ὁμοῦ πάντα λειώσας καὶ συμμίξας καὶ μεθ’ ὕδατος θερμοῦ ἑψήσας, προσένεγκαι.</w:t>
      </w:r>
    </w:p>
    <w:p>
      <w:r>
        <w:rPr>
          <w:rFonts w:ascii="Courier New" w:hAnsi="Courier New"/>
          <w:color w:val="555555"/>
          <w:sz w:val="20"/>
        </w:rPr>
        <w:t>[129 . 34]</w:t>
      </w:r>
    </w:p>
    <w:p>
      <w:r>
        <w:rPr>
          <w:rFonts w:ascii="Gentium Plus" w:hAnsi="Gentium Plus"/>
          <w:sz w:val="24"/>
        </w:rPr>
        <w:t>Τοῦ αὐτοῦ προπότισμα καὶ θεραπεία πρὸς κω‐ λικοὺς καὶ τοὺς ἀπὸ χόρτου σαπροῦ βλαπτομένους. Πελαγώνιος Λουκίῳ χαίρειν. τὰ τῶν κωλικῶν σημεῖα οὐ πᾶ‐ σιν ὑπάρχει γνώριμα, ἐπείπερ οὐκ ἀνόμοιον τὸ τοιοῦτο πρὸς</w:t>
      </w:r>
    </w:p>
    <w:p>
      <w:r>
        <w:rPr>
          <w:rFonts w:ascii="Courier New" w:hAnsi="Courier New"/>
          <w:color w:val="555555"/>
          <w:sz w:val="20"/>
        </w:rPr>
        <w:t>[5]</w:t>
      </w:r>
    </w:p>
    <w:p>
      <w:r>
        <w:rPr>
          <w:rFonts w:ascii="Gentium Plus" w:hAnsi="Gentium Plus"/>
          <w:sz w:val="24"/>
        </w:rPr>
        <w:t>τὰ ἄλλα πάθη τὰ ἐν τοῖς ἐντὸς ἐπιγινόμενα. τούτῳ δὲ μόνῳ διαφέρει, τῷ συνεχεῖς καὶ μείζους πόνους ἔχειν ἤπερ τοὺς καρδιακοὺς καὶ στροφουμένους. τὰ δὲ τούτων σημεῖα πολλά‐ κις ἐκ τῶνδε καταμαθόντες ἔγνωμεν· πρῶτον μὲν ἐστὼς \ ἐξαίφνης καταπίπτει, ὡς ἐπιληψίᾳ τοῦτον νομίζεσθαι ἔχεσθαι,</w:t>
      </w:r>
    </w:p>
    <w:p>
      <w:r>
        <w:rPr>
          <w:rFonts w:ascii="Courier New" w:hAnsi="Courier New"/>
          <w:color w:val="555555"/>
          <w:sz w:val="20"/>
        </w:rPr>
        <w:t>[10]</w:t>
      </w:r>
    </w:p>
    <w:p>
      <w:r>
        <w:rPr>
          <w:rFonts w:ascii="Gentium Plus" w:hAnsi="Gentium Plus"/>
          <w:sz w:val="24"/>
        </w:rPr>
        <w:t>ἔπειτα ὀλίγον διαλιπόντι πόνος αὐτῷ εὐθὺς ἐπακολουθεῖ, καὶ ῥίψας ἑαυτὸν ἀνάκειται. ὅτε δὲ καὶ ψυχρὸν ὕδωρ πίοι, τρέμει καὶ ἱδροῖ καὶ πνευστιᾷ καὶ στενοχωρεῖται. τοῖς τοιούτοις οὖν χρὴ τῷ τοιούτῳ προποτίσματι, ὥς φησι Κέλσος, βοηθεῖν·</w:t>
      </w:r>
    </w:p>
    <w:p>
      <w:r>
        <w:rPr>
          <w:rFonts w:ascii="Courier New" w:hAnsi="Courier New"/>
          <w:color w:val="555555"/>
          <w:sz w:val="20"/>
        </w:rPr>
        <w:t>[129 . 35]</w:t>
      </w:r>
    </w:p>
    <w:p>
      <w:r>
        <w:rPr>
          <w:rFonts w:ascii="Gentium Plus" w:hAnsi="Gentium Plus"/>
          <w:sz w:val="24"/>
        </w:rPr>
        <w:t>〈Προπότισμα κωλικῶν.〉 ῥέου Ποντικοῦ γο αʹ, πετρο‐ σελίνου γο αʹ, μαράθου σπέρματος γο μίαν, πεπέρεως μέλανος γο αʹ, πρασίου γο μίαν, ἀβροτόνου γο μίαν, ἀνήθου γράμμα ἕν, λιβυστικοῦ γο αʹ, κενταυρίου σπέρματος γο αʹ, χαμαιπίτυος</w:t>
      </w:r>
    </w:p>
    <w:p>
      <w:r>
        <w:rPr>
          <w:rFonts w:ascii="Courier New" w:hAnsi="Courier New"/>
          <w:color w:val="555555"/>
          <w:sz w:val="20"/>
        </w:rPr>
        <w:t>[5]</w:t>
      </w:r>
    </w:p>
    <w:p>
      <w:r>
        <w:rPr>
          <w:rFonts w:ascii="Gentium Plus" w:hAnsi="Gentium Plus"/>
          <w:sz w:val="24"/>
        </w:rPr>
        <w:t>γο ϛʹ, εὐπατορίου γράμματα δʹ, γλήχωνος καθαροῦ γο αʹ, πηγάνου γο αʹ, σελίνου σπέρματος γο αʹ, ζιγγιβέρεως τὸ ἥμισυ, μέλιτος πρωτείου λίτρας δύο· τὰ ξηρὰ κόψας καὶ σήσας, ἀνα‐ λάμβανε τῷ μέλιτι, καὶ ἐπὶ τῆς χρείας χρῶ ὅσον λεπτοκαρύου μέγεθος μετὰ ὕδατος χλιαροῦ ξέ. ἑνός.</w:t>
      </w:r>
    </w:p>
    <w:p>
      <w:r>
        <w:rPr>
          <w:rFonts w:ascii="Courier New" w:hAnsi="Courier New"/>
          <w:color w:val="555555"/>
          <w:sz w:val="20"/>
        </w:rPr>
        <w:t>[129 . 36]</w:t>
      </w:r>
    </w:p>
    <w:p>
      <w:r>
        <w:rPr>
          <w:rFonts w:ascii="Gentium Plus" w:hAnsi="Gentium Plus"/>
          <w:sz w:val="24"/>
        </w:rPr>
        <w:t>Ἄλλο. μέλιτος κοχλιάρια δʹ, λιβάνου ἀλεύρου γο αʹ, ὄξους κοχλιάρια εʹ, οἴνου παλαιοῦ ξέ. τὸ cʹ. ταῦ\|τα πάντα λειώσας, δίελε εἰς τρία, καὶ ἐπὶ ἡμέραις τρισὶ δίδου διὰ στό‐ ματος, καὶ στρώματι σκεπάσας ποίει διακινεῖν.</w:t>
      </w:r>
    </w:p>
    <w:p>
      <w:r>
        <w:rPr>
          <w:rFonts w:ascii="Courier New" w:hAnsi="Courier New"/>
          <w:color w:val="555555"/>
          <w:sz w:val="20"/>
        </w:rPr>
        <w:t>[129 . 37]</w:t>
      </w:r>
    </w:p>
    <w:p>
      <w:r>
        <w:rPr>
          <w:rFonts w:ascii="Gentium Plus" w:hAnsi="Gentium Plus"/>
          <w:sz w:val="24"/>
        </w:rPr>
        <w:t>Ἄλλο. καππάρεως .... φλοιὸν κρεμάσας ἐν τῷ καπνῷ ξήρανον, ἔπειτα τρίψας μετὰ οἴνου καὶ πεπέρεως δίδου.</w:t>
      </w:r>
    </w:p>
    <w:p>
      <w:r>
        <w:rPr>
          <w:rFonts w:ascii="Courier New" w:hAnsi="Courier New"/>
          <w:color w:val="555555"/>
          <w:sz w:val="20"/>
        </w:rPr>
        <w:t>[129 . 38]</w:t>
      </w:r>
    </w:p>
    <w:p>
      <w:r>
        <w:rPr>
          <w:rFonts w:ascii="Gentium Plus" w:hAnsi="Gentium Plus"/>
          <w:sz w:val="24"/>
        </w:rPr>
        <w:t>Ἄλλο· εἰς τὸ ἐπιγνῶναι ἵππον ἀπὸ χόρτου βλα‐ βέντα. πρῶτον μὲν ἄστατον ἕξει τὸ πνεῦμα καὶ διαπαντὸς παλλόμενον, σαθρὸν τὸ βῆμα. τοῦτον ἐκ γαστρὸς ἢ καὶ ὤμων ἀφαίμασσε, καὶ προπότισμα οἴνῳ ἀφηψημένον δίδου, κριθῶν</w:t>
      </w:r>
    </w:p>
    <w:p>
      <w:r>
        <w:rPr>
          <w:rFonts w:ascii="Courier New" w:hAnsi="Courier New"/>
          <w:color w:val="555555"/>
          <w:sz w:val="20"/>
        </w:rPr>
        <w:t>[5]</w:t>
      </w:r>
    </w:p>
    <w:p>
      <w:r>
        <w:rPr>
          <w:rFonts w:ascii="Gentium Plus" w:hAnsi="Gentium Plus"/>
          <w:sz w:val="24"/>
        </w:rPr>
        <w:t>δὲ ἀπεχέσθω. κέχρησο δὲ καὶ διουρητικοῖς βοηθήμασιν.</w:t>
      </w:r>
    </w:p>
    <w:p>
      <w:r>
        <w:rPr>
          <w:rFonts w:ascii="Courier New" w:hAnsi="Courier New"/>
          <w:color w:val="555555"/>
          <w:sz w:val="20"/>
        </w:rPr>
        <w:t>[129 . 39]</w:t>
      </w:r>
    </w:p>
    <w:p>
      <w:r>
        <w:rPr>
          <w:rFonts w:ascii="Gentium Plus" w:hAnsi="Gentium Plus"/>
          <w:sz w:val="24"/>
        </w:rPr>
        <w:t>Πρὸς ληθαργικούς. ἐσήμανάς μοι τοὺς ἵππους σου βαρυτάτῳ κατέχεσθαι νοσήματι. λέγεις γὰρ τούτους συνεχέστε‐ ρον ἀναπίπτειν καὶ πολλάκις ἀποκαθεύδειν, καὶ τούτου ἕνεκα μηδὲ τροφὴν προσίεσθαι, ἀλλὰ ἐπιπολὺ κατίσχνους γίνεσθαι.</w:t>
      </w:r>
    </w:p>
    <w:p>
      <w:r>
        <w:rPr>
          <w:rFonts w:ascii="Courier New" w:hAnsi="Courier New"/>
          <w:color w:val="555555"/>
          <w:sz w:val="20"/>
        </w:rPr>
        <w:t>[5]</w:t>
      </w:r>
    </w:p>
    <w:p>
      <w:r>
        <w:rPr>
          <w:rFonts w:ascii="Gentium Plus" w:hAnsi="Gentium Plus"/>
          <w:sz w:val="24"/>
        </w:rPr>
        <w:t>τὸ πάθος τοίνυν καὶ βαρύτατόν ἐστι καὶ πολλῆς παραφυ\ κῆς δεόμενον, ὥστε μὴ γενέσθαι. ὅπερ εἰ συμβῇ, τοῖς παρ’ ἡμῶν προεκτεθεῖσι βοηθήμασι θεραπευτέον. τὸ δὲ τοιοῦτον πάθος οἱ τῆς ἰατρικῆς τέχνης ἐπιστήμονες λήθαργον ἀπεκά‐ λεσαν. θεραπεύσεις οὖν πρὸς τοῖς προεκτεθεῖσι καὶ τῷδε τῷ</w:t>
      </w:r>
    </w:p>
    <w:p>
      <w:r>
        <w:rPr>
          <w:rFonts w:ascii="Courier New" w:hAnsi="Courier New"/>
          <w:color w:val="555555"/>
          <w:sz w:val="20"/>
        </w:rPr>
        <w:t>[10]</w:t>
      </w:r>
    </w:p>
    <w:p>
      <w:r>
        <w:rPr>
          <w:rFonts w:ascii="Gentium Plus" w:hAnsi="Gentium Plus"/>
          <w:sz w:val="24"/>
        </w:rPr>
        <w:t>τρόπῳ· πρῶτον μὲν ἐν μαλακῇ ἱπποστάσει ἱστάσθω, ἀχύρων ἢ χόρτων ἁπαλῶν ὑπορραινομένων κατὰ τὸ ἔδαφος, καὶ συν‐ εχέστερον διὰ χειρῶν νυσσέσθω, ὥστε μὴ ἀποκαθεύδειν. συμ‐ βάλλεται δὲ καὶ τὸ συνεχέστερον ἀναπατεῖν καὶ τοὺς τέσσαρας πόδας ὄξει καὶ πιτύροις θερμοῖς ἀποτρίβεσθαι. προποτιζέσθω</w:t>
      </w:r>
    </w:p>
    <w:p>
      <w:r>
        <w:rPr>
          <w:rFonts w:ascii="Courier New" w:hAnsi="Courier New"/>
          <w:color w:val="555555"/>
          <w:sz w:val="20"/>
        </w:rPr>
        <w:t>[15]</w:t>
      </w:r>
    </w:p>
    <w:p>
      <w:r>
        <w:rPr>
          <w:rFonts w:ascii="Gentium Plus" w:hAnsi="Gentium Plus"/>
          <w:sz w:val="24"/>
        </w:rPr>
        <w:t>δὲ καὶ πόμα δεχόμενον πίτυρα σίτινα καὶ ἅλας μετὰ ὀξυκρά‐ του ξέ. βʹ.</w:t>
      </w:r>
    </w:p>
    <w:p>
      <w:r>
        <w:rPr>
          <w:rFonts w:ascii="Courier New" w:hAnsi="Courier New"/>
          <w:color w:val="555555"/>
          <w:sz w:val="20"/>
        </w:rPr>
        <w:t>[129 . 40]</w:t>
      </w:r>
    </w:p>
    <w:p>
      <w:r>
        <w:rPr>
          <w:rFonts w:ascii="Gentium Plus" w:hAnsi="Gentium Plus"/>
          <w:sz w:val="24"/>
        </w:rPr>
        <w:t>Ἄλλο. ἀρτεμισίας βοτάνης ἄνθος κόψας μετὰ ἐλαίου καὶ ὀλίγης στακτῆς δίδου διὰ κέρατος.</w:t>
      </w:r>
    </w:p>
    <w:p>
      <w:r>
        <w:rPr>
          <w:rFonts w:ascii="Courier New" w:hAnsi="Courier New"/>
          <w:color w:val="555555"/>
          <w:sz w:val="20"/>
        </w:rPr>
        <w:t>[129 . 41]</w:t>
      </w:r>
    </w:p>
    <w:p>
      <w:r>
        <w:rPr>
          <w:rFonts w:ascii="Gentium Plus" w:hAnsi="Gentium Plus"/>
          <w:sz w:val="24"/>
        </w:rPr>
        <w:t>Ἄλλο προπότισμα πρὸς ληθαργικούς. πρὸ πάν‐ των τοὺς ληθαργικοὺς κριθῶν ἀπέ\|χεσθαι ποίει, τρωγέτωσαν δὲ φάβατος ξηροῦ ξέ. αʹ, οὕτω τε ἀπὸ τῶν σπονδύλων αἷμα</w:t>
      </w:r>
    </w:p>
    <w:p>
      <w:r>
        <w:rPr>
          <w:rFonts w:ascii="Courier New" w:hAnsi="Courier New"/>
          <w:color w:val="555555"/>
          <w:sz w:val="20"/>
        </w:rPr>
        <w:t>[5]</w:t>
      </w:r>
    </w:p>
    <w:p>
      <w:r>
        <w:rPr>
          <w:rFonts w:ascii="Gentium Plus" w:hAnsi="Gentium Plus"/>
          <w:sz w:val="24"/>
        </w:rPr>
        <w:t>θεραπείᾳ· ῥέου Ποντικοῦ γο γʹ, καλάμου ἀρωματικοῦ γο εʹ, καππάρεως ῥίζης γο εʹ, κόψας καὶ σήσας μετὰ ὕδατος ξέ. ἑνός, ὅσον τρία κοχλιάρια ἐγχυμάτιζε. τὸ δὲ πόμα αὐτοῦ ἔστω ὀλίγον καὶ αὐτὸ χλιαρόν. συνεχέστερον μέντοι ἢ φωνῇ ἀνθρω‐ πίνῃ ἢ ῥάβδῳ τοῦτον χρὴ διανίστασθαι, ὥστε κατὰ μικρὸν</w:t>
      </w:r>
    </w:p>
    <w:p>
      <w:r>
        <w:rPr>
          <w:rFonts w:ascii="Courier New" w:hAnsi="Courier New"/>
          <w:color w:val="555555"/>
          <w:sz w:val="20"/>
        </w:rPr>
        <w:t>[10]</w:t>
      </w:r>
    </w:p>
    <w:p>
      <w:r>
        <w:rPr>
          <w:rFonts w:ascii="Gentium Plus" w:hAnsi="Gentium Plus"/>
          <w:sz w:val="24"/>
        </w:rPr>
        <w:t>διὰ τῆς τοιαύτης ἐπιμελείας ἀπωθεῖσθαι τὸ νόσημα.</w:t>
      </w:r>
    </w:p>
    <w:p>
      <w:r>
        <w:rPr>
          <w:rFonts w:ascii="Courier New" w:hAnsi="Courier New"/>
          <w:color w:val="555555"/>
          <w:sz w:val="20"/>
        </w:rPr>
        <w:t>[129 . 42]</w:t>
      </w:r>
    </w:p>
    <w:p>
      <w:r>
        <w:rPr>
          <w:rFonts w:ascii="Gentium Plus" w:hAnsi="Gentium Plus"/>
          <w:sz w:val="24"/>
        </w:rPr>
        <w:t>Ἄλλο προπότισμα παντὶ καιρῷ ἀναγκαῖον. ξηρίον κατασκευάσας ἀπὸ τῶν ὑποτεταγμένων εἰδῶν, ὅπερ ἐστὶ πάν‐ των ὁμοῦ λυσιτελέστερον, γεντιανῆς, ἀριστολοχείας, σμύρνης, δαφνοκόκκων, πρίσματος ἐλεφαντίνου, πάντα ἐξ ἴσης ἐπὶ τῆς</w:t>
      </w:r>
    </w:p>
    <w:p>
      <w:r>
        <w:rPr>
          <w:rFonts w:ascii="Courier New" w:hAnsi="Courier New"/>
          <w:color w:val="555555"/>
          <w:sz w:val="20"/>
        </w:rPr>
        <w:t>[5]</w:t>
      </w:r>
    </w:p>
    <w:p>
      <w:r>
        <w:rPr>
          <w:rFonts w:ascii="Gentium Plus" w:hAnsi="Gentium Plus"/>
          <w:sz w:val="24"/>
        </w:rPr>
        <w:t>χρείας προπότιζε πρὸς παντοῖα πάθη τρόπῳ τοιούτῳ· ἀπο‐ ζέσας \| εἰς οἶνον ῥίζας ὀξυσχοίνου καὶ πρασίου, διηθήσας τὸν οἶνον, ἐπίβαλλε τοῦ προειρημένου ξηρίου κοχλιάριον μεστὸν καὶ προπότιζε ἐπὶ ἡμέραις τρισίν. 〈εἰ δὲ τὰ ζῷα πυρέττοι, εἰς ὕδωρ ἀφέψησον τὴν ῥίζαν τῆς ὀξυσχοίνου, προσβάλλων καὶ</w:t>
      </w:r>
    </w:p>
    <w:p>
      <w:r>
        <w:rPr>
          <w:rFonts w:ascii="Courier New" w:hAnsi="Courier New"/>
          <w:color w:val="555555"/>
          <w:sz w:val="20"/>
        </w:rPr>
        <w:t>[10]</w:t>
      </w:r>
    </w:p>
    <w:p>
      <w:r>
        <w:rPr>
          <w:rFonts w:ascii="Gentium Plus" w:hAnsi="Gentium Plus"/>
          <w:sz w:val="24"/>
        </w:rPr>
        <w:t>σέλινον καὶ †μελίκρατον μᾶλλον εὑρίσκεσθαι, καὶ οὕτως κο‐ χλιάριον αʹ τοῦ ξηρίου βαλών, προπότιζε ἐπὶ ἡμέρας γʹ. πρὸς δηλητήρια πλέον ἐπίβαλε τοῦ κοχλιαρίου καὶ δίδου εἰς οἶνον 𐆅 αʹ καὶ ἐλαίου ἡμίναν ἐπὶ ἡμέρας γʹ. χρῶ δὲ ὡς μεγαλο‐ φυεστάτῳ βοηθήματι.〉</w:t>
      </w:r>
    </w:p>
    <w:p>
      <w:r>
        <w:rPr>
          <w:rFonts w:ascii="Courier New" w:hAnsi="Courier New"/>
          <w:color w:val="555555"/>
          <w:sz w:val="20"/>
        </w:rPr>
        <w:t>[129 . 43]</w:t>
      </w:r>
    </w:p>
    <w:p>
      <w:r>
        <w:rPr>
          <w:rFonts w:ascii="Gentium Plus" w:hAnsi="Gentium Plus"/>
          <w:sz w:val="24"/>
        </w:rPr>
        <w:t>Προπότισμα τὸ παρὰ Ῥωμαίοις κουδριγάριον καλούμενον. τραγακάνθης γο αʹ, πετροσελίνου γο αʹ, βετ‐</w:t>
      </w:r>
    </w:p>
    <w:p>
      <w:r>
        <w:rPr>
          <w:rFonts w:ascii="Courier New" w:hAnsi="Courier New"/>
          <w:color w:val="555555"/>
          <w:sz w:val="20"/>
        </w:rPr>
        <w:t>[5]</w:t>
      </w:r>
    </w:p>
    <w:p>
      <w:r>
        <w:rPr>
          <w:rFonts w:ascii="Gentium Plus" w:hAnsi="Gentium Plus"/>
          <w:sz w:val="24"/>
        </w:rPr>
        <w:t>νου μάννης, γεντιανῆς ἀνὰ γο αʹ, περδικίου βοτάνης λίτραν αʹ, πεπέρεως γο αʹ, κόστου, μελιλώτου, ὀποπάνακος, ναρδοστάχυος, σχοίνου ἄνθους, ἀμμωνιακοῦ, κινναμώμου, 〈ὀποπάνακος ῥί‐ ζησ〉, πηγάνου σπέρματος, μυρτοκόκκων ἀνὰ γο αʹ, στροβίλους μικροὺς χλωροὺς κεʹ, 〈κόκκων γο βʹ,〉, γλυκορίζου γο αʹ· ταῦτα</w:t>
      </w:r>
    </w:p>
    <w:p>
      <w:r>
        <w:rPr>
          <w:rFonts w:ascii="Courier New" w:hAnsi="Courier New"/>
          <w:color w:val="555555"/>
          <w:sz w:val="20"/>
        </w:rPr>
        <w:t>[10]</w:t>
      </w:r>
    </w:p>
    <w:p>
      <w:r>
        <w:rPr>
          <w:rFonts w:ascii="Gentium Plus" w:hAnsi="Gentium Plus"/>
          <w:sz w:val="24"/>
        </w:rPr>
        <w:t>πάντα κόψας καὶ λεπτῷ κοσκίνῳ σήσας, φύλαττε, καὶ ὁπηνίκα γένηται χρεία, οἴνῳ συμμίξας δίδου.</w:t>
      </w:r>
    </w:p>
    <w:p>
      <w:r>
        <w:rPr>
          <w:rFonts w:ascii="Courier New" w:hAnsi="Courier New"/>
          <w:color w:val="555555"/>
          <w:sz w:val="20"/>
        </w:rPr>
        <w:t>[129 . 44]</w:t>
      </w:r>
    </w:p>
    <w:p>
      <w:r>
        <w:rPr>
          <w:rFonts w:ascii="Gentium Plus" w:hAnsi="Gentium Plus"/>
          <w:sz w:val="24"/>
        </w:rPr>
        <w:t>Ἄλλο προπότισμα καιρῷ παντὶ \ γο αʹ, μελιλώτου, ὑσσώπου ξηροῦ, ἴρεως Ἰλλυρικῆς, ἀριστο‐ λοχείας, σμύρνης τρωγλίτιδος, δρακοντίας, ναρδοστάχυος ἀνὰ γο μιᾶς· ταῦτα πάντα κόψας καὶ σήσας, ποίησον ξηρίον. καὶ</w:t>
      </w:r>
    </w:p>
    <w:p>
      <w:r>
        <w:rPr>
          <w:rFonts w:ascii="Courier New" w:hAnsi="Courier New"/>
          <w:color w:val="555555"/>
          <w:sz w:val="20"/>
        </w:rPr>
        <w:t>[5]</w:t>
      </w:r>
    </w:p>
    <w:p>
      <w:r>
        <w:rPr>
          <w:rFonts w:ascii="Gentium Plus" w:hAnsi="Gentium Plus"/>
          <w:sz w:val="24"/>
        </w:rPr>
        <w:t>τῷ μὲν θέρει προσεμβαλὼν καὶ κρόκου γο αʹ, τραγακάνθης τὸ ἴσον, μέλιτος τὸ ἀρκοῦν, οἴνου ξέ. ἕξ, οὕτω ἐγχυμάτιζε. χειμῶνος δὲ τοῖς προγεγραμμένοις πᾶσι πεπέρεως λελειωμένου γο γʹ προσμίξας, δίδου διὰ κέρατος.</w:t>
      </w:r>
    </w:p>
    <w:p>
      <w:r>
        <w:rPr>
          <w:rFonts w:ascii="Courier New" w:hAnsi="Courier New"/>
          <w:color w:val="555555"/>
          <w:sz w:val="20"/>
        </w:rPr>
        <w:t>[129 . 45]</w:t>
      </w:r>
    </w:p>
    <w:p>
      <w:r>
        <w:rPr>
          <w:rFonts w:ascii="Gentium Plus" w:hAnsi="Gentium Plus"/>
          <w:sz w:val="24"/>
        </w:rPr>
        <w:t>Πόμα κολλῶδες. σμύρνης γο βʹ, τραγακάνθης γο βʹ, κυμίνου γο βʹ, κρόκου γο αʹ μετὰ οἴνου χλιαροῦ δίδου.</w:t>
      </w:r>
    </w:p>
    <w:p>
      <w:r>
        <w:rPr>
          <w:rFonts w:ascii="Courier New" w:hAnsi="Courier New"/>
          <w:color w:val="555555"/>
          <w:sz w:val="20"/>
        </w:rPr>
        <w:t>[129 . 46]</w:t>
      </w:r>
    </w:p>
    <w:p>
      <w:r>
        <w:rPr>
          <w:rFonts w:ascii="Gentium Plus" w:hAnsi="Gentium Plus"/>
          <w:sz w:val="24"/>
        </w:rPr>
        <w:t>Προπότισμα θερινόν. κρόκου γο αʹ εἰς οἶνον ἐμβα‐ λὼν καὶ τραγακάνθης γο γʹ εἰς ὕδωρ θερμόν, ἔπειτα λειώσας, πρόσμιξον τούτοις πράσου κεφαλὴν καὶ σέλινον χλωρόν, καὶ πάλιν ἐν ταὐτῷ λειώσας, πρόσβαλε καὶ θρίδακος χυλοῦ ὀλίγον</w:t>
      </w:r>
    </w:p>
    <w:p>
      <w:r>
        <w:rPr>
          <w:rFonts w:ascii="Courier New" w:hAnsi="Courier New"/>
          <w:color w:val="555555"/>
          <w:sz w:val="20"/>
        </w:rPr>
        <w:t>[5]</w:t>
      </w:r>
    </w:p>
    <w:p>
      <w:r>
        <w:rPr>
          <w:rFonts w:ascii="Gentium Plus" w:hAnsi="Gentium Plus"/>
          <w:sz w:val="24"/>
        </w:rPr>
        <w:t>καὶ γάλα αἴγειον μετὰ ἐλαίου ῥοδίνου, μέλιτος γο δʹ, ἑψήμα‐ τος \| ξέ. ἕνα, οἴνου παλαιοῦ τὸ ἀρκοῦν. ἔπειτα δίδου διὰ κέρατος ἐπὶ ἡμέραις τρισί.</w:t>
      </w:r>
    </w:p>
    <w:p>
      <w:r>
        <w:rPr>
          <w:rFonts w:ascii="Courier New" w:hAnsi="Courier New"/>
          <w:color w:val="555555"/>
          <w:sz w:val="20"/>
        </w:rPr>
        <w:t>[129 . 47]</w:t>
      </w:r>
    </w:p>
    <w:p>
      <w:r>
        <w:rPr>
          <w:rFonts w:ascii="Gentium Plus" w:hAnsi="Gentium Plus"/>
          <w:sz w:val="24"/>
        </w:rPr>
        <w:t>Προπότισμα ἐπὶ χλόης. βουτύρου γο αʹ, μέλιτος γο αʹ, ἀξουγγίου παλαιοῦ λίτραν αʹ, φοίνικας ἀριθμῷ ιβʹ, σταφί‐ δων ξέ. αʹ, βολβοὺς ἀριθμῷ ιʹ, λινοσπέρματος κεκομμένου ἡμίναν μίαν, τήλεως κεκομμένης τὸ ἴσον, σκορόδου Γαλλικοῦ</w:t>
      </w:r>
    </w:p>
    <w:p>
      <w:r>
        <w:rPr>
          <w:rFonts w:ascii="Courier New" w:hAnsi="Courier New"/>
          <w:color w:val="555555"/>
          <w:sz w:val="20"/>
        </w:rPr>
        <w:t>[5]</w:t>
      </w:r>
    </w:p>
    <w:p>
      <w:r>
        <w:rPr>
          <w:rFonts w:ascii="Gentium Plus" w:hAnsi="Gentium Plus"/>
          <w:sz w:val="24"/>
        </w:rPr>
        <w:t>τὸ ἀρκοῦν, κρόκου γο αʹ, τραγακάνθης γο τρεῖς. ταῦτα πάντα λειώσας, μῖξον μετὰ μέλιτος καὶ ᾠῶν καὶ ἐλαίου καὶ ἑψήματος ἀρκοῦντος καὶ δίδου ἐν ἡμέραις τρισίν.</w:t>
      </w:r>
    </w:p>
    <w:p>
      <w:r>
        <w:rPr>
          <w:rFonts w:ascii="Courier New" w:hAnsi="Courier New"/>
          <w:color w:val="555555"/>
          <w:sz w:val="20"/>
        </w:rPr>
        <w:t>[129 . 48]</w:t>
      </w:r>
    </w:p>
    <w:p>
      <w:r>
        <w:rPr>
          <w:rFonts w:ascii="Gentium Plus" w:hAnsi="Gentium Plus"/>
          <w:sz w:val="24"/>
        </w:rPr>
        <w:t>Προπότισμα χειμερινὸν ἁπλοῦν. οἴνου παλαιοῦ ξέ. ἕνα, ἐλαίου καλοῦ γο ἕξ, πεπέρεως γο αʹ, πηγάνου χλωροῦ γο ιʹ, τραγακάνθης γο ἕξ, μέλιτος τὸ ἴσον, ᾠὰ ὅσα βούλει, καὶ ἑψήματος τὸ ἀρκοῦν.</w:t>
      </w:r>
    </w:p>
    <w:p>
      <w:r>
        <w:rPr>
          <w:rFonts w:ascii="Courier New" w:hAnsi="Courier New"/>
          <w:color w:val="555555"/>
          <w:sz w:val="20"/>
        </w:rPr>
        <w:t>[129 . 49]</w:t>
      </w:r>
    </w:p>
    <w:p>
      <w:r>
        <w:rPr>
          <w:rFonts w:ascii="Gentium Plus" w:hAnsi="Gentium Plus"/>
          <w:sz w:val="24"/>
        </w:rPr>
        <w:t>Προπότισμα ποιοῦν εἰς πάντα. πτισάνης ξέ. ἕνα, τήλεως τὸ ἴσον, σεύτλων δεσμὴν μίαν, ἰσχάδας ἀριθμῷ κʹ, ἐλαίου λίτρας δύο, γάλακτος ὀνείου ξέ. ἕνα· μίξας ταῦτα προ‐ πότιζε συνεχῶς.</w:t>
      </w:r>
    </w:p>
    <w:p>
      <w:r>
        <w:rPr>
          <w:rFonts w:ascii="Courier New" w:hAnsi="Courier New"/>
          <w:color w:val="555555"/>
          <w:sz w:val="20"/>
        </w:rPr>
        <w:t>[129 . 50]</w:t>
      </w:r>
    </w:p>
    <w:p>
      <w:r>
        <w:rPr>
          <w:rFonts w:ascii="Gentium Plus" w:hAnsi="Gentium Plus"/>
          <w:sz w:val="24"/>
        </w:rPr>
        <w:t>Προπότισμα ἀναψυκτικόν. οἴνου παλαιοῦ ξέ. ἕνα, ἐλαίου πρωτείου ξέ. ἕξ, σταφυλὰς ὅσας βούλει, ὕδατος ψυχροῦ</w:t>
      </w:r>
    </w:p>
    <w:p>
      <w:r>
        <w:rPr>
          <w:rFonts w:ascii="Courier New" w:hAnsi="Courier New"/>
          <w:color w:val="555555"/>
          <w:sz w:val="20"/>
        </w:rPr>
        <w:t>[129 . 51]</w:t>
      </w:r>
    </w:p>
    <w:p>
      <w:r>
        <w:rPr>
          <w:rFonts w:ascii="Gentium Plus" w:hAnsi="Gentium Plus"/>
          <w:sz w:val="24"/>
        </w:rPr>
        <w:t>Προπότισμα χειμερινόν. κρόκου, κόστου, πετροσε‐ λίνου Μακεδονικοῦ, σμύρνης, λιβάνου ἄρρενος, τραγακάνθης, χαμαίδρυος, βεττονικῆς, κυμίνου Ἀλεξανδρίνου, μάννης, πε‐ πέρεως ἀνὰ γο αʹ· ταῦτα πάντα κόψας, δίδου τῷ ζῴῳ γο αʹ</w:t>
      </w:r>
    </w:p>
    <w:p>
      <w:r>
        <w:rPr>
          <w:rFonts w:ascii="Courier New" w:hAnsi="Courier New"/>
          <w:color w:val="555555"/>
          <w:sz w:val="20"/>
        </w:rPr>
        <w:t>[5]</w:t>
      </w:r>
    </w:p>
    <w:p>
      <w:r>
        <w:rPr>
          <w:rFonts w:ascii="Gentium Plus" w:hAnsi="Gentium Plus"/>
          <w:sz w:val="24"/>
        </w:rPr>
        <w:t>μετὰ οἴνου καὶ ἐλαίου ἀρκοῦντος. μίσγε δὲ αὐτοῖς πτισάνης χυλόν, φοίνικας κʹ, ἰσχάδας κεʹ, στέαρ αἴγειον καὶ σκύλακα μικρὸν εἰς ὕδωρ ἀποζεσθέντα. πάντα δὲ συμμίξας, δίδου διὰ κέρατος.</w:t>
      </w:r>
    </w:p>
    <w:p>
      <w:r>
        <w:rPr>
          <w:rFonts w:ascii="Courier New" w:hAnsi="Courier New"/>
          <w:color w:val="555555"/>
          <w:sz w:val="20"/>
        </w:rPr>
        <w:t>[129 . 52]</w:t>
      </w:r>
    </w:p>
    <w:p>
      <w:r>
        <w:rPr>
          <w:rFonts w:ascii="Gentium Plus" w:hAnsi="Gentium Plus"/>
          <w:sz w:val="24"/>
        </w:rPr>
        <w:t>Ἄλλο· ἀναψυκτικόν. μάννης λιβάνου γράμμα ἓν μετὰ οἴνου λευκοῦ χλιαροῦ διὰ τοῦ ἀριστεροῦ μυκτῆρος ἔμβαλλε.</w:t>
      </w:r>
    </w:p>
    <w:p>
      <w:r>
        <w:rPr>
          <w:rFonts w:ascii="Courier New" w:hAnsi="Courier New"/>
          <w:color w:val="555555"/>
          <w:sz w:val="20"/>
        </w:rPr>
        <w:t>[129 . 53]</w:t>
      </w:r>
    </w:p>
    <w:p>
      <w:r>
        <w:rPr>
          <w:rFonts w:ascii="Gentium Plus" w:hAnsi="Gentium Plus"/>
          <w:sz w:val="24"/>
        </w:rPr>
        <w:t>Ἄλλο· θερμαντικόν. ῥητίνης Κολοφωνίας γο δʹ, ὑσσώπου γο βʹ, μυελοῦ ἐλαφείου γο αʹ, ὀποπάνακος γο cʹ, χαλβάνης τὸ ἴσον, ἐλαίου δαφνίνου γο ἕξ, ἐλαίου λίτραν αʹ, \ σχινίνου ἐλαίου τὸ ἴσον. ταῦτα μίξας καὶ ἐν χαλκείῳ βαλὼν</w:t>
      </w:r>
    </w:p>
    <w:p>
      <w:r>
        <w:rPr>
          <w:rFonts w:ascii="Courier New" w:hAnsi="Courier New"/>
          <w:color w:val="555555"/>
          <w:sz w:val="20"/>
        </w:rPr>
        <w:t>[5]</w:t>
      </w:r>
    </w:p>
    <w:p>
      <w:r>
        <w:rPr>
          <w:rFonts w:ascii="Gentium Plus" w:hAnsi="Gentium Plus"/>
          <w:sz w:val="24"/>
        </w:rPr>
        <w:t>καὶ ἑψήσας μαλακῷ πυρί, ἀναλάμβανε, καὶ μετὰ τὸ πυκνω‐ θῆναι κέχρησο, τὰ μέτωπα τῶν ζῴων ἀποχρίων ἐν χειμῶνι. ποιεῖ δὲ τοῦτο καὶ ἐπὶ ἀνθρώποις τοῖς ἀπὸ πολλοῦ ψύχους τὰ ἰσχία πεπονθόσιν. οὐδὲν δὲ οὕτως χειμῶνος ὥρᾳ φυλάττει ἀβλαβῆ τὰ ζῷα, ὡς τὸ συνεχέστερον διὰ κέρατος κονδῖτον</w:t>
      </w:r>
    </w:p>
    <w:p>
      <w:r>
        <w:rPr>
          <w:rFonts w:ascii="Courier New" w:hAnsi="Courier New"/>
          <w:color w:val="555555"/>
          <w:sz w:val="20"/>
        </w:rPr>
        <w:t>[10]</w:t>
      </w:r>
    </w:p>
    <w:p>
      <w:r>
        <w:rPr>
          <w:rFonts w:ascii="Gentium Plus" w:hAnsi="Gentium Plus"/>
          <w:sz w:val="24"/>
        </w:rPr>
        <w:t>λαμβάνειν.</w:t>
      </w:r>
    </w:p>
    <w:p>
      <w:r>
        <w:rPr>
          <w:rFonts w:ascii="Courier New" w:hAnsi="Courier New"/>
          <w:color w:val="555555"/>
          <w:sz w:val="20"/>
        </w:rPr>
        <w:t>[129 . 54]</w:t>
      </w:r>
    </w:p>
    <w:p>
      <w:r>
        <w:rPr>
          <w:rFonts w:ascii="Gentium Plus" w:hAnsi="Gentium Plus"/>
          <w:sz w:val="24"/>
        </w:rPr>
        <w:t>Κατασκευὴ προποτίσματος παραδόξου ποιοῦν‐</w:t>
      </w:r>
    </w:p>
    <w:p>
      <w:r>
        <w:rPr>
          <w:rFonts w:ascii="Courier New" w:hAnsi="Courier New"/>
          <w:color w:val="555555"/>
          <w:sz w:val="20"/>
        </w:rPr>
        <w:t>[5]</w:t>
      </w:r>
    </w:p>
    <w:p>
      <w:r>
        <w:rPr>
          <w:rFonts w:ascii="Gentium Plus" w:hAnsi="Gentium Plus"/>
          <w:sz w:val="24"/>
        </w:rPr>
        <w:t>γο γʹ, χαλβάνης γο βʹ, κόμεως Ἀλεξανδρίνου γο ηʹ, μελιλώ‐ των γο εʹ, ῥόδων ξηρῶν τὸ ἴσον, κασίας τὸ ἴσον, νάρδου Κελ‐ τικῆς γο γʹ, σαμψύχου γο εʹ, καρποβαλσάμου γο δʹ, ναρδο‐ στάχυος γο γʹ, σχοινάνθης γο εʹ, ἀμώμου γο εʹ, στέατος τρα‐ γείου γο δʹ, σμύρνης, στέατος ταυρείου ἀνὰ γο εʹ, τηλίνου</w:t>
      </w:r>
    </w:p>
    <w:p>
      <w:r>
        <w:rPr>
          <w:rFonts w:ascii="Courier New" w:hAnsi="Courier New"/>
          <w:color w:val="555555"/>
          <w:sz w:val="20"/>
        </w:rPr>
        <w:t>[10]</w:t>
      </w:r>
    </w:p>
    <w:p>
      <w:r>
        <w:rPr>
          <w:rFonts w:ascii="Gentium Plus" w:hAnsi="Gentium Plus"/>
          <w:sz w:val="24"/>
        </w:rPr>
        <w:t>ἀλεύ\ βοὺς θʹ, μέλιτος πρωτείου λίτραν μίαν, ἑψήματος ξέ. γʹ, οἴνου παλαιοῦ ξέ. κεʹ. τὴν χαλβάνην καὶ τὴν τραγάκανθαν καὶ τὸν ὀποπάνακα οἴνῳ ἀποβρέξας λείου, καὶ λοιπὸν μετὰ τῶν ἄλλων εἰδῶν ἕψει, ἄχρις οὗ τριτωθῇ. τὸ δὲ ἕψημα καὶ τὸν οἶνον</w:t>
      </w:r>
    </w:p>
    <w:p>
      <w:r>
        <w:rPr>
          <w:rFonts w:ascii="Courier New" w:hAnsi="Courier New"/>
          <w:color w:val="555555"/>
          <w:sz w:val="20"/>
        </w:rPr>
        <w:t>[15]</w:t>
      </w:r>
    </w:p>
    <w:p>
      <w:r>
        <w:rPr>
          <w:rFonts w:ascii="Gentium Plus" w:hAnsi="Gentium Plus"/>
          <w:sz w:val="24"/>
        </w:rPr>
        <w:t>συμμέτρως ἐπίβαλλε.</w:t>
      </w:r>
    </w:p>
    <w:p>
      <w:r>
        <w:rPr>
          <w:rFonts w:ascii="Courier New" w:hAnsi="Courier New"/>
          <w:color w:val="555555"/>
          <w:sz w:val="20"/>
        </w:rPr>
        <w:t>[129 . 55]</w:t>
      </w:r>
    </w:p>
    <w:p>
      <w:r>
        <w:rPr>
          <w:rFonts w:ascii="Gentium Plus" w:hAnsi="Gentium Plus"/>
          <w:sz w:val="24"/>
        </w:rPr>
        <w:t>Προπότισμα θερινόν. ὁρμίνου σπέρματος ἡμίναν μίαν, πετροσελίνου τὸ ἴσον, μύρτων ξέ. αʹ, σεσέλεως Γαλλικοῦ ξέ. αʹ, σελινοσπέρματος ἡμίναν αʹ, σχοινάνθης γο γʹ. ταῦτα λειώσας καὶ διηθήσας, μετὰ μελικράτου εἰς τὸν λαιμὸν ἔγχει.</w:t>
      </w:r>
    </w:p>
    <w:p>
      <w:r>
        <w:rPr>
          <w:rFonts w:ascii="Courier New" w:hAnsi="Courier New"/>
          <w:color w:val="555555"/>
          <w:sz w:val="20"/>
        </w:rPr>
        <w:t>[129 . 56]</w:t>
      </w:r>
    </w:p>
    <w:p>
      <w:r>
        <w:rPr>
          <w:rFonts w:ascii="Gentium Plus" w:hAnsi="Gentium Plus"/>
          <w:sz w:val="24"/>
        </w:rPr>
        <w:t>Προπότισμα πρὸς πάντα πόνον. ξηρίον ποιήσας ἀπὸ βησάλου παλαιοῦ, καὶ προσμίξας ῥητίνης τερεβινθίνης γο αʹ, ἐν ὕδατι θερμῷ δίδου καὶ χρῶ ὡς δοκίμῳ.</w:t>
      </w:r>
    </w:p>
    <w:p>
      <w:r>
        <w:rPr>
          <w:rFonts w:ascii="Courier New" w:hAnsi="Courier New"/>
          <w:color w:val="555555"/>
          <w:sz w:val="20"/>
        </w:rPr>
        <w:t>[129 . 57]</w:t>
      </w:r>
    </w:p>
    <w:p>
      <w:r>
        <w:rPr>
          <w:rFonts w:ascii="Gentium Plus" w:hAnsi="Gentium Plus"/>
          <w:sz w:val="24"/>
        </w:rPr>
        <w:t>Ἄλλο. βοτάνην τὴν λεγομένην ἡράκλειαν ἤτοι πανά‐ κειαν λειώσας μετὰ οἴνου παλαιοῦ, δίδου, ὡς προείρηται. \|</w:t>
      </w:r>
    </w:p>
    <w:p>
      <w:r>
        <w:rPr>
          <w:rFonts w:ascii="Courier New" w:hAnsi="Courier New"/>
          <w:color w:val="555555"/>
          <w:sz w:val="20"/>
        </w:rPr>
        <w:t>[129 . 58]</w:t>
      </w:r>
    </w:p>
    <w:p>
      <w:r>
        <w:rPr>
          <w:rFonts w:ascii="Gentium Plus" w:hAnsi="Gentium Plus"/>
          <w:sz w:val="24"/>
        </w:rPr>
        <w:t>Σύνθεσις χρησιμωτάτη. πανακείας ῥίζαν καὶ ἄλευ‐ ρον σίτινον ἐξ ἴσου λειώσας καὶ σήσας, ἀναλάμβανε οἴνῳ</w:t>
      </w:r>
    </w:p>
    <w:p>
      <w:r>
        <w:rPr>
          <w:rFonts w:ascii="Courier New" w:hAnsi="Courier New"/>
          <w:color w:val="555555"/>
          <w:sz w:val="20"/>
        </w:rPr>
        <w:t>[5]</w:t>
      </w:r>
    </w:p>
    <w:p>
      <w:r>
        <w:rPr>
          <w:rFonts w:ascii="Gentium Plus" w:hAnsi="Gentium Plus"/>
          <w:sz w:val="24"/>
        </w:rPr>
        <w:t>εὑρεθῇ, ἀποθεραπευθήσεται.</w:t>
      </w:r>
    </w:p>
    <w:p>
      <w:r>
        <w:rPr>
          <w:rFonts w:ascii="Courier New" w:hAnsi="Courier New"/>
          <w:color w:val="555555"/>
          <w:sz w:val="20"/>
        </w:rPr>
        <w:t>[129 . 59]</w:t>
      </w:r>
    </w:p>
    <w:p>
      <w:r>
        <w:rPr>
          <w:rFonts w:ascii="Gentium Plus" w:hAnsi="Gentium Plus"/>
          <w:sz w:val="24"/>
        </w:rPr>
        <w:t>Προπότισμα χειμερινόν. κόστου, κασίας σύριγγος, πετροσελίνου, βεττονικῆς, γλυκυρίζου, σαμψύχου, ναρδοστά‐ χυος, σαρκοφάγου, μελιλώτου, ἀμμωνιακοῦ, σχοινάνθης, ἀλόης, σμύρνης, πάνακος ῥίζης, καλάμου ἀρωματικοῦ, τραγακάνθης</w:t>
      </w:r>
    </w:p>
    <w:p>
      <w:r>
        <w:rPr>
          <w:rFonts w:ascii="Courier New" w:hAnsi="Courier New"/>
          <w:color w:val="555555"/>
          <w:sz w:val="20"/>
        </w:rPr>
        <w:t>[5]</w:t>
      </w:r>
    </w:p>
    <w:p>
      <w:r>
        <w:rPr>
          <w:rFonts w:ascii="Gentium Plus" w:hAnsi="Gentium Plus"/>
          <w:sz w:val="24"/>
        </w:rPr>
        <w:t>ἀνὰ γο βʹ, νάρδου Κελτικῆς γο αʹ, ἴρεως Ἰλλυρικῆς γο δʹ, γεντιανῆς, ἀριστολοχείας, κρόκου ἀνὰ γο δʹ, κενταυρίου, δρα‐ κοντίας ἀνὰ γο αʹ, ἀψινθίου Ποντικοῦ δεσμίδια γʹ, ὀποπά‐ νακος γο γʹ. τοῦτο τὸ προπότισμα πᾶσι ζῴοις ἁρμόζει.</w:t>
      </w:r>
    </w:p>
    <w:p>
      <w:pPr>
        <w:jc w:val="center"/>
      </w:pPr>
      <w:r>
        <w:rPr>
          <w:rFonts w:ascii="Gentium Plus" w:hAnsi="Gentium Plus"/>
          <w:b/>
          <w:sz w:val="24"/>
        </w:rPr>
        <w:t>περὶ μαλαγμάτων.</w:t>
      </w:r>
    </w:p>
    <w:p>
      <w:r>
        <w:rPr>
          <w:rFonts w:ascii="Courier New" w:hAnsi="Courier New"/>
          <w:color w:val="555555"/>
          <w:sz w:val="20"/>
        </w:rPr>
        <w:t>[130 . 1]</w:t>
      </w:r>
    </w:p>
    <w:p>
      <w:r>
        <w:rPr>
          <w:rFonts w:ascii="Gentium Plus" w:hAnsi="Gentium Plus"/>
          <w:sz w:val="24"/>
        </w:rPr>
        <w:t>Ἀψύρτου· μάλαγμα τὸ διὰ βδελλίου. πίσσης στα‐ τῆρας ιθʹ, κηροῦ τὸ αὐτό, ῥητίνης τὸ ἴσον, \| χαλβάνης στατῆ‐ ρας δύο, ὀποπάνακος τὸ ἴσον, στύρακος, βδελλίου ἀνὰ στατῆ‐ ρος ἑνός· τὸ αὐτὸ δὲ καὶ ἄκοπόν ἐστι. ταῦτα μίξας χρῶ.</w:t>
      </w:r>
    </w:p>
    <w:p>
      <w:r>
        <w:rPr>
          <w:rFonts w:ascii="Courier New" w:hAnsi="Courier New"/>
          <w:color w:val="555555"/>
          <w:sz w:val="20"/>
        </w:rPr>
        <w:t>[5]</w:t>
      </w:r>
    </w:p>
    <w:p>
      <w:r>
        <w:rPr>
          <w:rFonts w:ascii="Gentium Plus" w:hAnsi="Gentium Plus"/>
          <w:sz w:val="24"/>
        </w:rPr>
        <w:t>ἀνιέμενον δὲ κυπρίνῳ ποιεῖ πρὸς τὰς ψύξεις τῶν ἀν‐ θρώπων.</w:t>
      </w:r>
    </w:p>
    <w:p>
      <w:r>
        <w:rPr>
          <w:rFonts w:ascii="Courier New" w:hAnsi="Courier New"/>
          <w:color w:val="555555"/>
          <w:sz w:val="20"/>
        </w:rPr>
        <w:t>[130 . 2]</w:t>
      </w:r>
    </w:p>
    <w:p>
      <w:r>
        <w:rPr>
          <w:rFonts w:ascii="Gentium Plus" w:hAnsi="Gentium Plus"/>
          <w:sz w:val="24"/>
        </w:rPr>
        <w:t>Μάλαγμα ὀξηρόν. πίσσης ξηρᾶς στατῆρας κδʹ, κηροῦ στατῆρας κʹ, ἀμμωνιακοῦ στατῆρας δʹ, χαλβάνης στατῆρα ἕνα,</w:t>
      </w:r>
    </w:p>
    <w:p>
      <w:r>
        <w:rPr>
          <w:rFonts w:ascii="Courier New" w:hAnsi="Courier New"/>
          <w:color w:val="555555"/>
          <w:sz w:val="20"/>
        </w:rPr>
        <w:t>[5]</w:t>
      </w:r>
    </w:p>
    <w:p>
      <w:r>
        <w:rPr>
          <w:rFonts w:ascii="Gentium Plus" w:hAnsi="Gentium Plus"/>
          <w:sz w:val="24"/>
        </w:rPr>
        <w:t>δὲ γένηται ἀναβαῖνον, τὸ λοιπὸν κατάρραινε.</w:t>
      </w:r>
    </w:p>
    <w:p>
      <w:r>
        <w:rPr>
          <w:rFonts w:ascii="Courier New" w:hAnsi="Courier New"/>
          <w:color w:val="555555"/>
          <w:sz w:val="20"/>
        </w:rPr>
        <w:t>[130 . 3]</w:t>
      </w:r>
    </w:p>
    <w:p>
      <w:r>
        <w:rPr>
          <w:rFonts w:ascii="Gentium Plus" w:hAnsi="Gentium Plus"/>
          <w:sz w:val="24"/>
        </w:rPr>
        <w:t>Μάλαγμα, ᾧ ἐχρησάμεθα ἡμεῖς σκευάζοντες καὶ ἐπὶ ἀνθρώπων. κηροῦ στατῆρας ιϛʹ, βρέχοντες τὸν κηρὸν τῷ κυπρίνῳ καὶ ἐν ἡλίῳ μαλάσσοντες καὶ ποιοῦντες πέταλα, ὡσαύτως ἐντιθέαμεν εἰς τὸν ἥλιον, ἄχρις οὗ τὸ κύπρινον</w:t>
      </w:r>
    </w:p>
    <w:p>
      <w:r>
        <w:rPr>
          <w:rFonts w:ascii="Courier New" w:hAnsi="Courier New"/>
          <w:color w:val="555555"/>
          <w:sz w:val="20"/>
        </w:rPr>
        <w:t>[5]</w:t>
      </w:r>
    </w:p>
    <w:p>
      <w:r>
        <w:rPr>
          <w:rFonts w:ascii="Gentium Plus" w:hAnsi="Gentium Plus"/>
          <w:sz w:val="24"/>
        </w:rPr>
        <w:t>συμπίῃ πᾶν, ἔστωσαν δὲ κύαθοι δύο. καὶ προτρίψαντες ἀμμω‐ νιακοῦ στατῆρας κδʹ καλῶς λεῖα μετὰ ὄξους δριμέος λευκοῦ τοῦ ἀρκοῦντος, ὡς μὴ ὑγρὸν γενέσθαι \| λίαν, 〈χαλβάνης γο βʹ, ὀποπάνακος γο βʹ, ἁλὸς ἄνθος γο βʹ,〉 τότε ἐμβάλλομεν τὸν κηρόν, καὶ συλλεάναντες, ὥστε μιγῆναι, οὕτως χρώμεθα.</w:t>
      </w:r>
    </w:p>
    <w:p>
      <w:r>
        <w:rPr>
          <w:rFonts w:ascii="Courier New" w:hAnsi="Courier New"/>
          <w:color w:val="555555"/>
          <w:sz w:val="20"/>
        </w:rPr>
        <w:t>[130 . 4]</w:t>
      </w:r>
    </w:p>
    <w:p>
      <w:r>
        <w:rPr>
          <w:rFonts w:ascii="Gentium Plus" w:hAnsi="Gentium Plus"/>
          <w:sz w:val="24"/>
        </w:rPr>
        <w:t>Μάλαγμα διὰ στέατος καὶ κηροῦ. κηροῦ στατῆρας ιϛʹ, στέατος ἐλαφείου ἢ βοείου ἀπὸ τῶν νεφρῶν ἢ αἰγείου τὸ ἴσον, μάννης στατῆρα ἕνα, ῥητίνης Κολοφωνίας στατῆρας βʹ, χαλβάνης ὁλκὰς βʹ, ἐλαίου κύαθον ἕνα· ταῦτα βαλὼν πάντα</w:t>
      </w:r>
    </w:p>
    <w:p>
      <w:r>
        <w:rPr>
          <w:rFonts w:ascii="Courier New" w:hAnsi="Courier New"/>
          <w:color w:val="555555"/>
          <w:sz w:val="20"/>
        </w:rPr>
        <w:t>[5]</w:t>
      </w:r>
    </w:p>
    <w:p>
      <w:r>
        <w:rPr>
          <w:rFonts w:ascii="Gentium Plus" w:hAnsi="Gentium Plus"/>
          <w:sz w:val="24"/>
        </w:rPr>
        <w:t>εἰς λοπάδα καὶ συγχέας εἰς τὸ αὐτό, ἕψει. ὡς ἂν δὲ συγχυθῇ, ἆρον συντόμως. ἐπὶ πᾶσι δὲ βάλλε τὴν μάνναν καὶ τὴν χαλ‐ βάνην.</w:t>
      </w:r>
    </w:p>
    <w:p>
      <w:r>
        <w:rPr>
          <w:rFonts w:ascii="Courier New" w:hAnsi="Courier New"/>
          <w:color w:val="555555"/>
          <w:sz w:val="20"/>
        </w:rPr>
        <w:t>[130 . 5]</w:t>
      </w:r>
    </w:p>
    <w:p>
      <w:r>
        <w:rPr>
          <w:rFonts w:ascii="Gentium Plus" w:hAnsi="Gentium Plus"/>
          <w:sz w:val="24"/>
        </w:rPr>
        <w:t>Μαλακτικόν. ἀξουγγίου στατῆρας κδʹ, ῥητίνης Κολο‐ φωνίας τὸ ἴσον, κηροῦ στατῆρας ιϛʹ.</w:t>
      </w:r>
    </w:p>
    <w:p>
      <w:r>
        <w:rPr>
          <w:rFonts w:ascii="Courier New" w:hAnsi="Courier New"/>
          <w:color w:val="555555"/>
          <w:sz w:val="20"/>
        </w:rPr>
        <w:t>[130 5*]</w:t>
      </w:r>
    </w:p>
    <w:p>
      <w:r>
        <w:rPr>
          <w:rFonts w:ascii="Gentium Plus" w:hAnsi="Gentium Plus"/>
          <w:sz w:val="24"/>
        </w:rPr>
        <w:t>Ἀκόπου 〈λιπαρὰ σύνθεσις. Ἀψύρτου.〉 ψιμυθίου στατῆρας δύο 〈καὶ λιθαργύρου ἴσον, βάλε εἰς θυίαν τὴν λι‐ θάργυρον καὶ〉 βρέχε εἰς ἀγγεῖον καινὸν νύκτα καὶ ἡμέραν ἐν ὕδατι, καὶ ἀπηθήσας τὸ ὕδωρ, τρῖβε τὸ ψιμύθιον ἐν θυίᾳ</w:t>
      </w:r>
    </w:p>
    <w:p>
      <w:r>
        <w:rPr>
          <w:rFonts w:ascii="Courier New" w:hAnsi="Courier New"/>
          <w:color w:val="555555"/>
          <w:sz w:val="20"/>
        </w:rPr>
        <w:t>[5]</w:t>
      </w:r>
    </w:p>
    <w:p>
      <w:r>
        <w:rPr>
          <w:rFonts w:ascii="Gentium Plus" w:hAnsi="Gentium Plus"/>
          <w:sz w:val="24"/>
        </w:rPr>
        <w:t>ὡς λειώτατα. εἶτα κηρωτὴν ποιήσας, συγκατάμιξον καὶ τρῖβε</w:t>
      </w:r>
    </w:p>
    <w:p>
      <w:r>
        <w:rPr>
          <w:rFonts w:ascii="Courier New" w:hAnsi="Courier New"/>
          <w:color w:val="555555"/>
          <w:sz w:val="20"/>
        </w:rPr>
        <w:t>[10]</w:t>
      </w:r>
    </w:p>
    <w:p>
      <w:r>
        <w:rPr>
          <w:rFonts w:ascii="Gentium Plus" w:hAnsi="Gentium Plus"/>
          <w:sz w:val="24"/>
        </w:rPr>
        <w:t>κόπον ποιεῖ. ἔστωσαν δὲ τῆς κηρωτῆς στατῆρες ἕξ.</w:t>
      </w:r>
    </w:p>
    <w:p>
      <w:r>
        <w:rPr>
          <w:rFonts w:ascii="Courier New" w:hAnsi="Courier New"/>
          <w:color w:val="555555"/>
          <w:sz w:val="20"/>
        </w:rPr>
        <w:t>[130 . 6]</w:t>
      </w:r>
    </w:p>
    <w:p>
      <w:r>
        <w:rPr>
          <w:rFonts w:ascii="Gentium Plus" w:hAnsi="Gentium Plus"/>
          <w:sz w:val="24"/>
        </w:rPr>
        <w:t>Μαλάγματος σύνθεσις. Κηροῦ, ῥητίνης φρυκτῆς, ἀμμωνιακοῦ, κωνείου, ἁλὸς ἄνθους, ταυρείου στέατος ἀνὰ λίτραν μίαν, ἀποχύματος λίτρας βʹ, ὀποπάνακος γο ἕξ, σμύρ‐ νης γο βʹ χαλβάνης γο βʹ, λιβάνου τὸ ἴσον. εἰ δὲ βούλει</w:t>
      </w:r>
    </w:p>
    <w:p>
      <w:r>
        <w:rPr>
          <w:rFonts w:ascii="Courier New" w:hAnsi="Courier New"/>
          <w:color w:val="555555"/>
          <w:sz w:val="20"/>
        </w:rPr>
        <w:t>[5]</w:t>
      </w:r>
    </w:p>
    <w:p>
      <w:r>
        <w:rPr>
          <w:rFonts w:ascii="Gentium Plus" w:hAnsi="Gentium Plus"/>
          <w:sz w:val="24"/>
        </w:rPr>
        <w:t>εἶναι σφιγκτὸν ἢ ἀνακόλλημα, ἆρον ἀπ’ αὐτοῦ τὸ ταύρειον στέαρ, καὶ πρόσβαλε ἀσφάλτου Ἰουδαϊκῆς λίτραν αʹ καὶ ὄξους κοτύλας δύο.</w:t>
      </w:r>
    </w:p>
    <w:p>
      <w:r>
        <w:rPr>
          <w:rFonts w:ascii="Courier New" w:hAnsi="Courier New"/>
          <w:color w:val="555555"/>
          <w:sz w:val="20"/>
        </w:rPr>
        <w:t>[130 . 7]</w:t>
      </w:r>
    </w:p>
    <w:p>
      <w:r>
        <w:rPr>
          <w:rFonts w:ascii="Gentium Plus" w:hAnsi="Gentium Plus"/>
          <w:sz w:val="24"/>
        </w:rPr>
        <w:t>Μάλαγμα μηροῦ. κηροῦ λίτραν μίαν, τερεβινθίνης γο ἕξ, Κολοφωνίας, ῥητίνης πιτυΐνης, πίσσης ἀνὰ γο ϛʹ, ὀπο‐ πάνακος, χαλβάνης, ἀμμωνιακοῦ, σαγαπήνου, βδελλίου, λιβα‐ νωτοῦ, κρόκου ἀνὰ γο αʹ.</w:t>
      </w:r>
    </w:p>
    <w:p>
      <w:r>
        <w:rPr>
          <w:rFonts w:ascii="Courier New" w:hAnsi="Courier New"/>
          <w:color w:val="555555"/>
          <w:sz w:val="20"/>
        </w:rPr>
        <w:t>[130 . 8]</w:t>
      </w:r>
    </w:p>
    <w:p>
      <w:r>
        <w:rPr>
          <w:rFonts w:ascii="Gentium Plus" w:hAnsi="Gentium Plus"/>
          <w:sz w:val="24"/>
        </w:rPr>
        <w:t>Μάλαγμα χρυσίζον. ὀποπάνακος, ἁλὸς ἄνθους, ἀμμω‐ νιακοῦ, σαγαπήνου, χαλβάνης ἀνὰ γο αʹ, Κολοφωνίας, \| τερε‐ βινθίνης, ῥητίνης φρυκτῆς, λιβάνου, κηροῦ ἀνὰ γο ἕξ.</w:t>
      </w:r>
    </w:p>
    <w:p>
      <w:r>
        <w:rPr>
          <w:rFonts w:ascii="Courier New" w:hAnsi="Courier New"/>
          <w:color w:val="555555"/>
          <w:sz w:val="20"/>
        </w:rPr>
        <w:t>[130 . 9]</w:t>
      </w:r>
    </w:p>
    <w:p>
      <w:r>
        <w:rPr>
          <w:rFonts w:ascii="Gentium Plus" w:hAnsi="Gentium Plus"/>
          <w:sz w:val="24"/>
        </w:rPr>
        <w:t>Μάλαγμα πρὸς ἐκφυσήματα ἄρθρων. ἀσφάλτου Ἰουδαϊκῆς, κηροῦ ἀνὰ γο θʹ, πίσσης ξηρᾶς γο βʹ, ῥητίνης φρυκτῆς, λιβάνου ἀνὰ γο ἕξ, λεπίδος Κυπρίας λίτρας τέσσα‐ ρας, ἐλαίου λίτρας γʹ, ξέ. βcʹ.</w:t>
      </w:r>
    </w:p>
    <w:p>
      <w:r>
        <w:rPr>
          <w:rFonts w:ascii="Courier New" w:hAnsi="Courier New"/>
          <w:color w:val="555555"/>
          <w:sz w:val="20"/>
        </w:rPr>
        <w:t>[130 . 10]</w:t>
      </w:r>
    </w:p>
    <w:p>
      <w:r>
        <w:rPr>
          <w:rFonts w:ascii="Gentium Plus" w:hAnsi="Gentium Plus"/>
          <w:sz w:val="24"/>
        </w:rPr>
        <w:t>Μάλαγμα πρὸς μαρμαρωσσοὺς καὶ φλεγμονάς. λιθαργύρου, ἐλαίου δαφνίνου, ψιμυθίου ἀνὰ λίτρας τέσσαρας, τερεβινθίνης, Κολοφωνίας, στύρακος, ἴρεως Ἰλλυρικῆς, προ‐</w:t>
      </w:r>
    </w:p>
    <w:p>
      <w:r>
        <w:rPr>
          <w:rFonts w:ascii="Courier New" w:hAnsi="Courier New"/>
          <w:color w:val="555555"/>
          <w:sz w:val="20"/>
        </w:rPr>
        <w:t>[5]</w:t>
      </w:r>
    </w:p>
    <w:p>
      <w:r>
        <w:rPr>
          <w:rFonts w:ascii="Gentium Plus" w:hAnsi="Gentium Plus"/>
          <w:sz w:val="24"/>
        </w:rPr>
        <w:t>τραν αʹ, ὑσσώπου Κρητικοῦ γο ἕξ, μίσυος χρυσίζοντος γο βʹ. ἀμμωνιακοῦ γο ἕξ.</w:t>
      </w:r>
    </w:p>
    <w:p>
      <w:r>
        <w:rPr>
          <w:rFonts w:ascii="Courier New" w:hAnsi="Courier New"/>
          <w:color w:val="555555"/>
          <w:sz w:val="20"/>
        </w:rPr>
        <w:t>[130 . 11]</w:t>
      </w:r>
    </w:p>
    <w:p>
      <w:r>
        <w:rPr>
          <w:rFonts w:ascii="Gentium Plus" w:hAnsi="Gentium Plus"/>
          <w:sz w:val="24"/>
        </w:rPr>
        <w:t>Μάλαγμα πρὸς νεύρων πόνους καὶ ἄρθρα καὶ πρὸς τὸ ἄνευ καυτηρίου ἀνεθῆναι τοὺς πόνους. ἡδυόσμου, κέγχρου, θείου, τερεβινθίνης, στύρακος, βδελλίου, χαλβάνης, πίσσης ἀνὰ γο ϛʹ· \| ταῦτα πάντα συγκόψας, μῖξον</w:t>
      </w:r>
    </w:p>
    <w:p>
      <w:r>
        <w:rPr>
          <w:rFonts w:ascii="Courier New" w:hAnsi="Courier New"/>
          <w:color w:val="555555"/>
          <w:sz w:val="20"/>
        </w:rPr>
        <w:t>[5]</w:t>
      </w:r>
    </w:p>
    <w:p>
      <w:r>
        <w:rPr>
          <w:rFonts w:ascii="Gentium Plus" w:hAnsi="Gentium Plus"/>
          <w:sz w:val="24"/>
        </w:rPr>
        <w:t>οἴνου ξέ. δʹ, εἶτα πάλιν ἕψει, καὶ θερμοῦ ἔτι ὄντος ἐμπλάσας ἐπιτίθει.</w:t>
      </w:r>
    </w:p>
    <w:p>
      <w:r>
        <w:rPr>
          <w:rFonts w:ascii="Courier New" w:hAnsi="Courier New"/>
          <w:color w:val="555555"/>
          <w:sz w:val="20"/>
        </w:rPr>
        <w:t>[130 . 12]</w:t>
      </w:r>
    </w:p>
    <w:p>
      <w:r>
        <w:rPr>
          <w:rFonts w:ascii="Gentium Plus" w:hAnsi="Gentium Plus"/>
          <w:sz w:val="24"/>
        </w:rPr>
        <w:t>Ἀνακόλλημα πρὸς πωρώσεις. ῥητίνης φρυκτῆς γο γʹ, γύρεως ξέστην ἕνα, ὄξους ξέστην ἕνα.</w:t>
      </w:r>
    </w:p>
    <w:p>
      <w:r>
        <w:rPr>
          <w:rFonts w:ascii="Courier New" w:hAnsi="Courier New"/>
          <w:color w:val="555555"/>
          <w:sz w:val="20"/>
        </w:rPr>
        <w:t>[130 . 13]</w:t>
      </w:r>
    </w:p>
    <w:p>
      <w:r>
        <w:rPr>
          <w:rFonts w:ascii="Gentium Plus" w:hAnsi="Gentium Plus"/>
          <w:sz w:val="24"/>
        </w:rPr>
        <w:t>Μάλαγμα τὸ καλούμενον ἄμβλα μοῦλα. ὀποπά‐ νακος, ἀσφάλτου, χαλβάνης, σαγαπήνου, ἰξοῦ δρυΐνου ἀνὰ γο γʹ, ἁλὸς ἄνθους γο τὸ ἥμισυ, καστορίου γο βʹ, οἰσύπου, θυμιάματος ἀμμωνιακοῦ ἀνὰ γο αʹ, λιβάνου ἄρρενος γο αcʹ.</w:t>
      </w:r>
    </w:p>
    <w:p>
      <w:r>
        <w:rPr>
          <w:rFonts w:ascii="Courier New" w:hAnsi="Courier New"/>
          <w:color w:val="555555"/>
          <w:sz w:val="20"/>
        </w:rPr>
        <w:t>[5]</w:t>
      </w:r>
    </w:p>
    <w:p>
      <w:r>
        <w:rPr>
          <w:rFonts w:ascii="Gentium Plus" w:hAnsi="Gentium Plus"/>
          <w:sz w:val="24"/>
        </w:rPr>
        <w:t>τερεβινθίνης γο δʹ, βδέλλης γο γʹ, στύρακος γο βcʹ, προ‐ πόλεως γο δʹ, πιτυΐνης ῥητίνης γο βcʹ, κηροῦ γο ϛʹ, πίσσης Βρυττίας λίτραν αcʹ. τὸν ὀποπάνακα μετὰ τοῦ ἁλὸς ἄνθους λειώσας ἐπιμελῶς, καὶ τὰ ἄλλα πάντα τήξας, ἐπίβαλλε τὰ τριπτά.</w:t>
      </w:r>
    </w:p>
    <w:p>
      <w:r>
        <w:rPr>
          <w:rFonts w:ascii="Courier New" w:hAnsi="Courier New"/>
          <w:color w:val="555555"/>
          <w:sz w:val="20"/>
        </w:rPr>
        <w:t>[130 . 14]</w:t>
      </w:r>
    </w:p>
    <w:p>
      <w:r>
        <w:rPr>
          <w:rFonts w:ascii="Gentium Plus" w:hAnsi="Gentium Plus"/>
          <w:sz w:val="24"/>
        </w:rPr>
        <w:t>Ἀρχεδήμου 〈ἱπποτρόφου σκευασία·〉 μάλαγμα πωλικόν. ἀποχύματος λίτρας γʹ, κηροῦ, προπόλεως ἀνὰ λί‐ τρας αcʹ, πιτυΐνης, τερεβινθίνης ἀνὰ λίτραν μίαν, ἰξοῦ δρυΐ‐ νου, χαλβάνης, ἁλὸς ἄνθους, συμφύτου ἀνὰ γο ἕξ, καστορίου,</w:t>
      </w:r>
    </w:p>
    <w:p>
      <w:r>
        <w:rPr>
          <w:rFonts w:ascii="Courier New" w:hAnsi="Courier New"/>
          <w:color w:val="555555"/>
          <w:sz w:val="20"/>
        </w:rPr>
        <w:t>[5]</w:t>
      </w:r>
    </w:p>
    <w:p>
      <w:r>
        <w:rPr>
          <w:rFonts w:ascii="Gentium Plus" w:hAnsi="Gentium Plus"/>
          <w:sz w:val="24"/>
        </w:rPr>
        <w:t>εὐπατορίου ἀ\</w:t>
      </w:r>
    </w:p>
    <w:p>
      <w:r>
        <w:rPr>
          <w:rFonts w:ascii="Courier New" w:hAnsi="Courier New"/>
          <w:color w:val="555555"/>
          <w:sz w:val="20"/>
        </w:rPr>
        <w:t>[130 . 15]</w:t>
      </w:r>
    </w:p>
    <w:p>
      <w:r>
        <w:rPr>
          <w:rFonts w:ascii="Gentium Plus" w:hAnsi="Gentium Plus"/>
          <w:sz w:val="24"/>
        </w:rPr>
        <w:t>Μάλαγμα ἄλλο. ἀσφάλτου, ἀμμωνιακοῦ ἀνὰ γο βʹ, σμύρνης, χαλβάνης ἀνὰ γο αʹ, εὐφορβίου, καστορίου, ὀπο‐</w:t>
      </w:r>
    </w:p>
    <w:p>
      <w:r>
        <w:rPr>
          <w:rFonts w:ascii="Courier New" w:hAnsi="Courier New"/>
          <w:color w:val="555555"/>
          <w:sz w:val="20"/>
        </w:rPr>
        <w:t>[5]</w:t>
      </w:r>
    </w:p>
    <w:p>
      <w:r>
        <w:rPr>
          <w:rFonts w:ascii="Gentium Plus" w:hAnsi="Gentium Plus"/>
          <w:sz w:val="24"/>
        </w:rPr>
        <w:t>λίτρας δύο.</w:t>
      </w:r>
    </w:p>
    <w:p>
      <w:r>
        <w:rPr>
          <w:rFonts w:ascii="Courier New" w:hAnsi="Courier New"/>
          <w:color w:val="555555"/>
          <w:sz w:val="20"/>
        </w:rPr>
        <w:t>[130 . 16]</w:t>
      </w:r>
    </w:p>
    <w:p>
      <w:r>
        <w:rPr>
          <w:rFonts w:ascii="Gentium Plus" w:hAnsi="Gentium Plus"/>
          <w:sz w:val="24"/>
        </w:rPr>
        <w:t>Ἄλλο μάλαγμα διὰ σύκων. σύκου Ἄφρου, χαλβάνης, πίσσης Βρυττίας, θείου, νίτρου ἀνὰ λίτρας αʹ· ταῦτα εἰς ἓν συντρίψας, τῇ τε πίσσῃ καὶ τῇ χαλβάνῃ συμμίξας χρῶ, μέχρις οὗ τὸν πόνον παύσῃ. εἶτα ἐπιτίθει μάλαγμα ὠμόν.</w:t>
      </w:r>
    </w:p>
    <w:p>
      <w:r>
        <w:rPr>
          <w:rFonts w:ascii="Courier New" w:hAnsi="Courier New"/>
          <w:color w:val="555555"/>
          <w:sz w:val="20"/>
        </w:rPr>
        <w:t>[130 . 17]</w:t>
      </w:r>
    </w:p>
    <w:p>
      <w:r>
        <w:rPr>
          <w:rFonts w:ascii="Gentium Plus" w:hAnsi="Gentium Plus"/>
          <w:sz w:val="24"/>
        </w:rPr>
        <w:t>Μάλαγμα ὠμὸν πρὸς νεύρων ἰσχὺν καὶ ἀνθρώ‐ πους ποδαγρικούς. λαβὼν κηροῦ λίτρας βʹ, οἰσύπου λί‐ τρας ἓξ ἔμβαλε εἰς ὅλμον καὶ σύντριψον, καὶ ὅταν καλῶς συντριβῶσιν, στάθμισον γο ἕξ, καὶ εἰς θυίαν μετάβαλε, καὶ</w:t>
      </w:r>
    </w:p>
    <w:p>
      <w:r>
        <w:rPr>
          <w:rFonts w:ascii="Courier New" w:hAnsi="Courier New"/>
          <w:color w:val="555555"/>
          <w:sz w:val="20"/>
        </w:rPr>
        <w:t>[5]</w:t>
      </w:r>
    </w:p>
    <w:p>
      <w:r>
        <w:rPr>
          <w:rFonts w:ascii="Gentium Plus" w:hAnsi="Gentium Plus"/>
          <w:sz w:val="24"/>
        </w:rPr>
        <w:t>τρῖψον μολυβδίνῳ ὑπέρῳ, ἕως οὗ ἐκ τῆς τρίψεως γο βʹ γέ‐ νωνται. εἶτα πρόσβαλε \| μέλιτος λίτρας γʹ, ὄξους τὸ ἀρκοῦν. εἶτα μαρμάρου τετριμμένου ξέ. αʹ, ἀμμωνιακοῦ γο ἓξ λαβὼν συντρίψας τε καὶ σήσας καὶ προσβαλὼν καρδάμου ξέ. αʹ, τη‐ γάνισον εἰς ὀστράκινον τήγανον, καὶ μετὰ ταῦτα λαβὼν χαλ‐</w:t>
      </w:r>
    </w:p>
    <w:p>
      <w:r>
        <w:rPr>
          <w:rFonts w:ascii="Courier New" w:hAnsi="Courier New"/>
          <w:color w:val="555555"/>
          <w:sz w:val="20"/>
        </w:rPr>
        <w:t>[10]</w:t>
      </w:r>
    </w:p>
    <w:p>
      <w:r>
        <w:rPr>
          <w:rFonts w:ascii="Gentium Plus" w:hAnsi="Gentium Plus"/>
          <w:sz w:val="24"/>
        </w:rPr>
        <w:t>βάνης λίτραν αʹ, τρῖψον, ἕως ἁπαλὴ γένηται, καὶ τότε ὁμοῦ πάντα ἔμβαλε εἰς ὅλμον, καὶ συντρίψας ἆρον τὸ σύντριμμα ἐκ τοῦ ὅλμου, καὶ προσβαλὼν μυελοῦ ἐλαφείου γο γʹ καὶ ἐλαίου</w:t>
      </w:r>
    </w:p>
    <w:p>
      <w:r>
        <w:rPr>
          <w:rFonts w:ascii="Courier New" w:hAnsi="Courier New"/>
          <w:color w:val="555555"/>
          <w:sz w:val="20"/>
        </w:rPr>
        <w:t>[15]</w:t>
      </w:r>
    </w:p>
    <w:p>
      <w:r>
        <w:rPr>
          <w:rFonts w:ascii="Gentium Plus" w:hAnsi="Gentium Plus"/>
          <w:sz w:val="24"/>
        </w:rPr>
        <w:t>ἐπὶ δὲ ἵπποις ῥάκει.</w:t>
      </w:r>
    </w:p>
    <w:p>
      <w:r>
        <w:rPr>
          <w:rFonts w:ascii="Courier New" w:hAnsi="Courier New"/>
          <w:color w:val="555555"/>
          <w:sz w:val="20"/>
        </w:rPr>
        <w:t>[130 . 18]</w:t>
      </w:r>
    </w:p>
    <w:p>
      <w:r>
        <w:rPr>
          <w:rFonts w:ascii="Gentium Plus" w:hAnsi="Gentium Plus"/>
          <w:sz w:val="24"/>
        </w:rPr>
        <w:t>Ἄλλο μάλαγμα πρὸς ἄρθρα. χαλβάνης, στύρακος, ὀποπάνακος, μάννης ἀνὰ λίτρας αʹ, σινωπίδος λίτρας ἕξ.</w:t>
      </w:r>
    </w:p>
    <w:p>
      <w:r>
        <w:rPr>
          <w:rFonts w:ascii="Courier New" w:hAnsi="Courier New"/>
          <w:color w:val="555555"/>
          <w:sz w:val="20"/>
        </w:rPr>
        <w:t>[130 . 19]</w:t>
      </w:r>
    </w:p>
    <w:p>
      <w:r>
        <w:rPr>
          <w:rFonts w:ascii="Gentium Plus" w:hAnsi="Gentium Plus"/>
          <w:sz w:val="24"/>
        </w:rPr>
        <w:t>Ἄλλο μάλαγμα Ἱπποκράτους. ὄξους φυσήματος, κώνης πιτυΐνης, ἐπὶ ἴσης ἀμφότερα ὁμοῦ ἐμβαλών, χρῶ.</w:t>
      </w:r>
    </w:p>
    <w:p>
      <w:r>
        <w:rPr>
          <w:rFonts w:ascii="Courier New" w:hAnsi="Courier New"/>
          <w:color w:val="555555"/>
          <w:sz w:val="20"/>
        </w:rPr>
        <w:t>[130 . 20]</w:t>
      </w:r>
    </w:p>
    <w:p>
      <w:r>
        <w:rPr>
          <w:rFonts w:ascii="Gentium Plus" w:hAnsi="Gentium Plus"/>
          <w:sz w:val="24"/>
        </w:rPr>
        <w:t>Σκευασία μαλάγματος ἡ διὰ βδελλίου. βδελλίου, χαλβάνης, ἀμμωνιακοῦ, ἀσφάλτου, \| ταυροκόλλης, ῥητίνης Πον‐ τικῆς ἀνὰ γο αʹ, μυελοῦ ἐλαφείου τὸ ἴσον, κώνης γο ἕξ, μα‐ στίχης γο βʹ, λιβάνου γο αʹ, κηροῦ, ὀποπάνακος, ἀλόης,</w:t>
      </w:r>
    </w:p>
    <w:p>
      <w:r>
        <w:rPr>
          <w:rFonts w:ascii="Courier New" w:hAnsi="Courier New"/>
          <w:color w:val="555555"/>
          <w:sz w:val="20"/>
        </w:rPr>
        <w:t>[5]</w:t>
      </w:r>
    </w:p>
    <w:p>
      <w:r>
        <w:rPr>
          <w:rFonts w:ascii="Gentium Plus" w:hAnsi="Gentium Plus"/>
          <w:sz w:val="24"/>
        </w:rPr>
        <w:t>σμύρνης ἀνὰ γο αʹ.</w:t>
      </w:r>
    </w:p>
    <w:p>
      <w:r>
        <w:rPr>
          <w:rFonts w:ascii="Courier New" w:hAnsi="Courier New"/>
          <w:color w:val="555555"/>
          <w:sz w:val="20"/>
        </w:rPr>
        <w:t>[130 . 21]</w:t>
      </w:r>
    </w:p>
    <w:p>
      <w:r>
        <w:rPr>
          <w:rFonts w:ascii="Gentium Plus" w:hAnsi="Gentium Plus"/>
          <w:sz w:val="24"/>
        </w:rPr>
        <w:t>Ἱεροκλέους μάλαγμα τρυφερόν. κηροῦ, προπόλεως ἀνὰ γο ἕξ, λιβανωτοῦ, στύρακος, Κυπρίου χαλκοῦ κεκαυμέ‐ νου, μυελοῦ ἐλαφείου, χαλβάνης ἀνὰ γο δʹ, ῥητίνης Κολοφω‐ νίας λίτραν αʹ, ὀποπάνακος γο αʹ, ἐλαίου παλαιοῦ λίτραν</w:t>
      </w:r>
    </w:p>
    <w:p>
      <w:r>
        <w:rPr>
          <w:rFonts w:ascii="Courier New" w:hAnsi="Courier New"/>
          <w:color w:val="555555"/>
          <w:sz w:val="20"/>
        </w:rPr>
        <w:t>[5]</w:t>
      </w:r>
    </w:p>
    <w:p>
      <w:r>
        <w:rPr>
          <w:rFonts w:ascii="Gentium Plus" w:hAnsi="Gentium Plus"/>
          <w:sz w:val="24"/>
        </w:rPr>
        <w:t>μίαν, λιθαργύρου λίτραν αʹ. τὴν λιθάργυρον λειώσας μετὰ ἐλαίου, ἔμβαλλε εἰς χύτραν, ἕως ἂν λυθῇ, ἔπειτα τὸν ὀπο‐ πάνακα λειώσας ἐν οἴνῳ καὶ τοῖς λοιποῖς προσμίξας χρῶ.</w:t>
      </w:r>
    </w:p>
    <w:p>
      <w:r>
        <w:rPr>
          <w:rFonts w:ascii="Courier New" w:hAnsi="Courier New"/>
          <w:color w:val="555555"/>
          <w:sz w:val="20"/>
        </w:rPr>
        <w:t>[130 . 22]</w:t>
      </w:r>
    </w:p>
    <w:p>
      <w:r>
        <w:rPr>
          <w:rFonts w:ascii="Gentium Plus" w:hAnsi="Gentium Plus"/>
          <w:sz w:val="24"/>
        </w:rPr>
        <w:t>Ἄλλο μάλαγμα. ἀμμωνιακοῦ θυμιάματος γο γʹ, πίσσης ξηρᾶς λίτραν αʹ, κηροῦ γο ἕξ, ῥητίνης τερεβινθίνης γο δʹ, μάννης, χαλβάνης ἀνὰ γο ηcʹ· τὸ ἀμμωνιακὸν καὶ τὴν μάν‐ ναν σὺν ὄξει λείου, καὶ τὰ τηκτὰ κατάπασσε. \|</w:t>
      </w:r>
    </w:p>
    <w:p>
      <w:r>
        <w:rPr>
          <w:rFonts w:ascii="Courier New" w:hAnsi="Courier New"/>
          <w:color w:val="555555"/>
          <w:sz w:val="20"/>
        </w:rPr>
        <w:t>[130 . 23]</w:t>
      </w:r>
    </w:p>
    <w:p>
      <w:r>
        <w:rPr>
          <w:rFonts w:ascii="Gentium Plus" w:hAnsi="Gentium Plus"/>
          <w:sz w:val="24"/>
        </w:rPr>
        <w:t>Ἄλλο· ἔμπλαστρον ἀξουγγίου. ἀξουγγίου, κηροῦ, ῥητίνης Κολοφωνίας, ἐν ἴσῳ πάντα λειώσας χρῶ</w:t>
      </w:r>
    </w:p>
    <w:p>
      <w:r>
        <w:rPr>
          <w:rFonts w:ascii="Courier New" w:hAnsi="Courier New"/>
          <w:color w:val="555555"/>
          <w:sz w:val="20"/>
        </w:rPr>
        <w:t>[130 . 24]</w:t>
      </w:r>
    </w:p>
    <w:p>
      <w:r>
        <w:rPr>
          <w:rFonts w:ascii="Gentium Plus" w:hAnsi="Gentium Plus"/>
          <w:sz w:val="24"/>
        </w:rPr>
        <w:t>Ἄλλο μάλαγμα. ἐλαίου ξέ. αʹ, ἀποχύματος λίτραν μίαν, ὀποπάνακος, χαλβάνης, ῥητίνης τερεβινθίνης, ἀσφάλτου Ἰου‐ δαϊκῆς ἀνὰ γο ἕξ, ῥητίνης Κολοφωνίας λίτραν αʹ, κηροῦ</w:t>
      </w:r>
    </w:p>
    <w:p>
      <w:r>
        <w:rPr>
          <w:rFonts w:ascii="Courier New" w:hAnsi="Courier New"/>
          <w:color w:val="555555"/>
          <w:sz w:val="20"/>
        </w:rPr>
        <w:t>[130 . 25]</w:t>
      </w:r>
    </w:p>
    <w:p>
      <w:r>
        <w:rPr>
          <w:rFonts w:ascii="Gentium Plus" w:hAnsi="Gentium Plus"/>
          <w:sz w:val="24"/>
        </w:rPr>
        <w:t>Μάλαγμα συντεῖνον καὶ λεπτῦνον ἑψητόν. ἀσφάλ‐ του γράμματα δʹ, κηροῦ λίτραν αʹ, ῥητίνης γο ἕξ, κώνης γο ἕξ· δεῖ τῷ ἄκρῳ ἔαρι τοῦ νάρθηκος τὴν ῥίζαν ὀρύξαντα καὶ κόψαντα ξηρᾶναι, καὶ μίξαντα χρῆσθαι.</w:t>
      </w:r>
    </w:p>
    <w:p>
      <w:r>
        <w:rPr>
          <w:rFonts w:ascii="Courier New" w:hAnsi="Courier New"/>
          <w:color w:val="555555"/>
          <w:sz w:val="20"/>
        </w:rPr>
        <w:t>[130 . 26]</w:t>
      </w:r>
    </w:p>
    <w:p>
      <w:r>
        <w:rPr>
          <w:rFonts w:ascii="Gentium Plus" w:hAnsi="Gentium Plus"/>
          <w:sz w:val="24"/>
        </w:rPr>
        <w:t>Σκευασία μαλάγματος. εὐφορβίου, ὀποπάνακος, κα‐ στορίου, χαλβάνης ἀνὰ γο βʹ, σαγαπήνου, στύρακος ἀνὰ γο αʹ, ἀμμωνιακοῦ θυμιάματος λίτραν αʹ, σισύφου, τερεβινθίνης λίτραν αcʹ, ἀποχύματος λίτρας τρεῖς, προπόλεως γο γʹ, βδελ‐</w:t>
      </w:r>
    </w:p>
    <w:p>
      <w:r>
        <w:rPr>
          <w:rFonts w:ascii="Courier New" w:hAnsi="Courier New"/>
          <w:color w:val="555555"/>
          <w:sz w:val="20"/>
        </w:rPr>
        <w:t>[5]</w:t>
      </w:r>
    </w:p>
    <w:p>
      <w:r>
        <w:rPr>
          <w:rFonts w:ascii="Gentium Plus" w:hAnsi="Gentium Plus"/>
          <w:sz w:val="24"/>
        </w:rPr>
        <w:t>λίου γο εʹ, \ κτῆς λίτρας δύο, ἀσφάλτου λίτρας ἕξ, ἰξοῦ λίτραν μίαν.</w:t>
      </w:r>
    </w:p>
    <w:p>
      <w:r>
        <w:rPr>
          <w:rFonts w:ascii="Courier New" w:hAnsi="Courier New"/>
          <w:color w:val="555555"/>
          <w:sz w:val="20"/>
        </w:rPr>
        <w:t>[130 . 27]</w:t>
      </w:r>
    </w:p>
    <w:p>
      <w:r>
        <w:rPr>
          <w:rFonts w:ascii="Gentium Plus" w:hAnsi="Gentium Plus"/>
          <w:sz w:val="24"/>
        </w:rPr>
        <w:t>Πελαγωνίου κατασκευὴ μαλάγματος. κηροῦ, ῥη‐ τίνης Ἄφρας, ἐλαίου, λιθαργύρου ἀνὰ λίτρας τρεῖς, πάντα ἐν ταὐτῷ μίξας, χρῶ.</w:t>
      </w:r>
    </w:p>
    <w:p>
      <w:r>
        <w:rPr>
          <w:rFonts w:ascii="Courier New" w:hAnsi="Courier New"/>
          <w:color w:val="555555"/>
          <w:sz w:val="20"/>
        </w:rPr>
        <w:t>[130 . 28]</w:t>
      </w:r>
    </w:p>
    <w:p>
      <w:r>
        <w:rPr>
          <w:rFonts w:ascii="Gentium Plus" w:hAnsi="Gentium Plus"/>
          <w:sz w:val="24"/>
        </w:rPr>
        <w:t>Πρὸς κατάκαυμα. μήλου φλοιὸν ὕδατι ἀφεψήσας χρῶ.</w:t>
      </w:r>
    </w:p>
    <w:p>
      <w:r>
        <w:rPr>
          <w:rFonts w:ascii="Courier New" w:hAnsi="Courier New"/>
          <w:color w:val="555555"/>
          <w:sz w:val="20"/>
        </w:rPr>
        <w:t>[130 . 29]</w:t>
      </w:r>
    </w:p>
    <w:p>
      <w:r>
        <w:rPr>
          <w:rFonts w:ascii="Gentium Plus" w:hAnsi="Gentium Plus"/>
          <w:sz w:val="24"/>
        </w:rPr>
        <w:t>Ἄλλη κατασκευὴ ἀλείμματος. κηροῦ γο ἕξ, ζιζύφου μέλανος κεκαθαρμένου γο δʹ, πίσσης ξηρᾶς λίτραν αʹ, δαφνο‐ κόκκων γο δʹ, ῥητίνης φρυκτῆς γο ἕξ, πεπέρεως γο μίαν, λασάρου γο βʹ, λιβάνου ἄρρενος γο βʹ, ἐλαίου καλοῦ γο ζʹ,</w:t>
      </w:r>
    </w:p>
    <w:p>
      <w:r>
        <w:rPr>
          <w:rFonts w:ascii="Courier New" w:hAnsi="Courier New"/>
          <w:color w:val="555555"/>
          <w:sz w:val="20"/>
        </w:rPr>
        <w:t>[5]</w:t>
      </w:r>
    </w:p>
    <w:p>
      <w:r>
        <w:rPr>
          <w:rFonts w:ascii="Gentium Plus" w:hAnsi="Gentium Plus"/>
          <w:sz w:val="24"/>
        </w:rPr>
        <w:t>ἐλαίου κυπρίνου γο βʹ· ταῦτα πάντα ἑψήσας μετὰ ὕδατος ψυχροῦ, κατακένωσον, ὥστε ἑνωθῆναι. ἡνίκα δὲ γένηται κη‐ ρωτῆς σύστασις, ἀνελόμενος χρῶ.</w:t>
      </w:r>
    </w:p>
    <w:p>
      <w:r>
        <w:rPr>
          <w:rFonts w:ascii="Courier New" w:hAnsi="Courier New"/>
          <w:color w:val="555555"/>
          <w:sz w:val="20"/>
        </w:rPr>
        <w:t>[130 . 30]</w:t>
      </w:r>
    </w:p>
    <w:p>
      <w:r>
        <w:rPr>
          <w:rFonts w:ascii="Gentium Plus" w:hAnsi="Gentium Plus"/>
          <w:sz w:val="24"/>
        </w:rPr>
        <w:t>Ἀνακόλλημα ψυκτικόν. κρόκου γο ἕξ, λιβάνου ἀλεύ‐ ρου, μίλτου, κοχλιῶν Ἄφρων, βολβῶν Ἄφρων ἀνὰ γο ἕξ, σε‐</w:t>
      </w:r>
    </w:p>
    <w:p>
      <w:r>
        <w:rPr>
          <w:rFonts w:ascii="Courier New" w:hAnsi="Courier New"/>
          <w:color w:val="555555"/>
          <w:sz w:val="20"/>
        </w:rPr>
        <w:t>[130 . 31]</w:t>
      </w:r>
    </w:p>
    <w:p>
      <w:r>
        <w:rPr>
          <w:rFonts w:ascii="Gentium Plus" w:hAnsi="Gentium Plus"/>
          <w:sz w:val="24"/>
        </w:rPr>
        <w:t>Ἀνακόλλημα πρὸς ἁρμοὺς ἵππων καὶ ψύας. σεμι‐ δάλεως γράμματα δύο, λιβάνου ἀλεύρου γο αʹ, ᾠῶν τὰ ὠχρὰ δύο, ποιήσας ἀνακόλλημα, χρῶ ἔν τε τοῖς ἁρμοῖς καὶ ταῖς ψύαις.</w:t>
      </w:r>
    </w:p>
    <w:p>
      <w:r>
        <w:rPr>
          <w:rFonts w:ascii="Courier New" w:hAnsi="Courier New"/>
          <w:color w:val="555555"/>
          <w:sz w:val="20"/>
        </w:rPr>
        <w:t>[130 . 32]</w:t>
      </w:r>
    </w:p>
    <w:p>
      <w:r>
        <w:rPr>
          <w:rFonts w:ascii="Gentium Plus" w:hAnsi="Gentium Plus"/>
          <w:sz w:val="24"/>
        </w:rPr>
        <w:t>Μάλαγμα πρὸς νεύρων πόνους. κηροῦ λίτραν αʹ, μυελοῦ ἐλαφείου γο ἕξ, σμύρνης γο γʹ καὶ τοῦ ξηρίου αὐτῆς κοχλιάρια βʹ, ταῦτα μίξας καὶ ἑψήσας χρῶ.</w:t>
      </w:r>
    </w:p>
    <w:p>
      <w:r>
        <w:rPr>
          <w:rFonts w:ascii="Courier New" w:hAnsi="Courier New"/>
          <w:color w:val="555555"/>
          <w:sz w:val="20"/>
        </w:rPr>
        <w:t>[130 . 33]</w:t>
      </w:r>
    </w:p>
    <w:p>
      <w:r>
        <w:rPr>
          <w:rFonts w:ascii="Gentium Plus" w:hAnsi="Gentium Plus"/>
          <w:sz w:val="24"/>
        </w:rPr>
        <w:t>Ἄλλο· κατασκευὴ μαλάγματος. κηροῦ γο ἕξ, λιθαρ‐ γύρου λίτραν μίαν, ἐλαίου λίτρας εʹ, ῥητίνης λίτρας δύο, 〈ἀμ‐ μωνιακοῦ 𐆃 βʹ,〉 χαλβάνης γο βʹ, ὀποπάνακος γο βʹ, σμύρνης γο βʹ, λιβάνου γο βʹ, οἴνου τὸ ἀρκοῦν.</w:t>
      </w:r>
    </w:p>
    <w:p>
      <w:r>
        <w:rPr>
          <w:rFonts w:ascii="Courier New" w:hAnsi="Courier New"/>
          <w:color w:val="555555"/>
          <w:sz w:val="20"/>
        </w:rPr>
        <w:t>[130 . 34]</w:t>
      </w:r>
    </w:p>
    <w:p>
      <w:r>
        <w:rPr>
          <w:rFonts w:ascii="Gentium Plus" w:hAnsi="Gentium Plus"/>
          <w:sz w:val="24"/>
        </w:rPr>
        <w:t>Ἄλλο. χαλβάνης, λιβάνου ἀλεύρου, μυελοῦ ἐλαφείου, λευκοΐων, ῥητίνης τερεβινθίνης ἀνὰ λίτραν αcʹ, στέατος ταυ‐ ρείου, ὀπίου, ἴρεως Ἰλλυρικῆς ἀνὰ λίτραν αʹ, ἀριστολοχείας γο τὸ cʹ. \|</w:t>
      </w:r>
    </w:p>
    <w:p>
      <w:r>
        <w:rPr>
          <w:rFonts w:ascii="Courier New" w:hAnsi="Courier New"/>
          <w:color w:val="555555"/>
          <w:sz w:val="20"/>
        </w:rPr>
        <w:t>[130 . 35]</w:t>
      </w:r>
    </w:p>
    <w:p>
      <w:r>
        <w:rPr>
          <w:rFonts w:ascii="Gentium Plus" w:hAnsi="Gentium Plus"/>
          <w:sz w:val="24"/>
        </w:rPr>
        <w:t>Μάλαγμα ἕτερον. στέατος διηθημένου, ῥητίνης τερε‐ βενθίνης, ἐλαίου ἀνὰ λίτρας βʹ, μολυβδαίνης λίτρας δʹ, χαλ‐ βάνης, ἰοῦ ἀνὰ γο αʹ.</w:t>
      </w:r>
    </w:p>
    <w:p>
      <w:r>
        <w:rPr>
          <w:rFonts w:ascii="Courier New" w:hAnsi="Courier New"/>
          <w:color w:val="555555"/>
          <w:sz w:val="20"/>
        </w:rPr>
        <w:t>[130 . 36]</w:t>
      </w:r>
    </w:p>
    <w:p>
      <w:r>
        <w:rPr>
          <w:rFonts w:ascii="Gentium Plus" w:hAnsi="Gentium Plus"/>
          <w:sz w:val="24"/>
        </w:rPr>
        <w:t>Πρὸς νεύρων πόνους. κηροῦ, λευκοΐων ἀνὰ λίτραν αʹ, στύρακος, προπόλεως, κηροῦ λευκοῦ, μήκωνος, δαφνοκόκκων</w:t>
      </w:r>
    </w:p>
    <w:p>
      <w:r>
        <w:rPr>
          <w:rFonts w:ascii="Courier New" w:hAnsi="Courier New"/>
          <w:color w:val="555555"/>
          <w:sz w:val="20"/>
        </w:rPr>
        <w:t>[130 . 37]</w:t>
      </w:r>
    </w:p>
    <w:p>
      <w:r>
        <w:rPr>
          <w:rFonts w:ascii="Gentium Plus" w:hAnsi="Gentium Plus"/>
          <w:sz w:val="24"/>
        </w:rPr>
        <w:t>Μάλαγμα ἄλλο. κηροῦ λίτρας τέσσαρας, ὀποπάνακος στύρακος, δαφνοκόκκων, στέατος αἰγείου, ῥητίνης, μήκωνος σπέρματος ἀνὰ λίτραν αʹ, χαλβάνης γο βʹ, ῥητίνης Κολοφω‐ νίας γο ϛʹ, ἐλαίου ἰρίνου γο ἕξ.</w:t>
      </w:r>
    </w:p>
    <w:p>
      <w:r>
        <w:rPr>
          <w:rFonts w:ascii="Courier New" w:hAnsi="Courier New"/>
          <w:color w:val="555555"/>
          <w:sz w:val="20"/>
        </w:rPr>
        <w:t>[130 . 38]</w:t>
      </w:r>
    </w:p>
    <w:p>
      <w:r>
        <w:rPr>
          <w:rFonts w:ascii="Gentium Plus" w:hAnsi="Gentium Plus"/>
          <w:sz w:val="24"/>
        </w:rPr>
        <w:t>Μάλαγμα πρὸς διάφορα πάθη καὶ πρὸς συμβο‐ λὰς πεπληγμένας. κηροῦ ξανθοῦ γο γʹ, χαλβάνης λίτρας βʹ, στύρακος, ῥητίνης Κολοφωνίας, ἐλαίου ἰρίνου ἀνὰ γο ἕξ, λευ‐ κοΐων, δαφνίδων, στέατος αἰγείου, ῥητίνης φρυκτῆς, μήκωνος</w:t>
      </w:r>
    </w:p>
    <w:p>
      <w:r>
        <w:rPr>
          <w:rFonts w:ascii="Courier New" w:hAnsi="Courier New"/>
          <w:color w:val="555555"/>
          <w:sz w:val="20"/>
        </w:rPr>
        <w:t>[5]</w:t>
      </w:r>
    </w:p>
    <w:p>
      <w:r>
        <w:rPr>
          <w:rFonts w:ascii="Gentium Plus" w:hAnsi="Gentium Plus"/>
          <w:sz w:val="24"/>
        </w:rPr>
        <w:t>σπέρματος ἀνὰ λίτραν αʹ, \</w:t>
      </w:r>
    </w:p>
    <w:p>
      <w:r>
        <w:rPr>
          <w:rFonts w:ascii="Courier New" w:hAnsi="Courier New"/>
          <w:color w:val="555555"/>
          <w:sz w:val="20"/>
        </w:rPr>
        <w:t>[130 . 39]</w:t>
      </w:r>
    </w:p>
    <w:p>
      <w:r>
        <w:rPr>
          <w:rFonts w:ascii="Gentium Plus" w:hAnsi="Gentium Plus"/>
          <w:sz w:val="24"/>
        </w:rPr>
        <w:t>Ἄλλο. στέατος ταυρείου λίτρας βʹ, λευκοΐων, ἀμμωνια‐ κοῦ, ἴρεως Ἰλλυρικῆς, ἀφρονίτρου, στέατος χηνείου, στέατος ἐλαφείου ἀνὰ λίτραν μίαν, πεπέρεως λευκοῦ γο εʹ.</w:t>
      </w:r>
    </w:p>
    <w:p>
      <w:r>
        <w:rPr>
          <w:rFonts w:ascii="Courier New" w:hAnsi="Courier New"/>
          <w:color w:val="555555"/>
          <w:sz w:val="20"/>
        </w:rPr>
        <w:t>[130 . 40]</w:t>
      </w:r>
    </w:p>
    <w:p>
      <w:r>
        <w:rPr>
          <w:rFonts w:ascii="Gentium Plus" w:hAnsi="Gentium Plus"/>
          <w:sz w:val="24"/>
        </w:rPr>
        <w:t>Μάλαγμα πρὸς τοὺς ἀλγοῦντας τὰς ὠμοπλάτας. λιθαργύρου, χαλβάνης, λευκοΐων, μάννης λιβάνου ἀνὰ λίτρας δύο, ῥητίνης τερεβενθίνης, ῥητίνης Κολοφωνίας, ὀποπάνακος Ἄφρου, προπόλεως Ἀττικῆς, ἴρεως Ἰλλυρικῆς, ὀπίου Ἀττικοῦ,</w:t>
      </w:r>
    </w:p>
    <w:p>
      <w:r>
        <w:rPr>
          <w:rFonts w:ascii="Courier New" w:hAnsi="Courier New"/>
          <w:color w:val="555555"/>
          <w:sz w:val="20"/>
        </w:rPr>
        <w:t>[5]</w:t>
      </w:r>
    </w:p>
    <w:p>
      <w:r>
        <w:rPr>
          <w:rFonts w:ascii="Gentium Plus" w:hAnsi="Gentium Plus"/>
          <w:sz w:val="24"/>
        </w:rPr>
        <w:t>ἀμμωνιακοῦ ἀνὰ λίτραν αʹ, ἰξοῦ λίτρας βcʹ, καρδαμώμου λί‐ τραν αcʹ, στεάτος ταυρείου λίτρας δʹ, κηροῦ λίτρας τρεῖς.</w:t>
      </w:r>
    </w:p>
    <w:p>
      <w:r>
        <w:rPr>
          <w:rFonts w:ascii="Courier New" w:hAnsi="Courier New"/>
          <w:color w:val="555555"/>
          <w:sz w:val="20"/>
        </w:rPr>
        <w:t>[130 . 41]</w:t>
      </w:r>
    </w:p>
    <w:p>
      <w:r>
        <w:rPr>
          <w:rFonts w:ascii="Gentium Plus" w:hAnsi="Gentium Plus"/>
          <w:sz w:val="24"/>
        </w:rPr>
        <w:t>Μάλαγμα σκληρόν. κηροῦ ξανθοῦ γο τὸ cʹ, ὑσσώπου Ἀττικοῦ λίτρας βʹ, μήκωνος λίτραν αcʹ, στύρακος, προπόλεως, μυελοῦ ἐλαφείου, λευκοΐων ἀνὰ γο ἕξ.</w:t>
      </w:r>
    </w:p>
    <w:p>
      <w:r>
        <w:rPr>
          <w:rFonts w:ascii="Courier New" w:hAnsi="Courier New"/>
          <w:color w:val="555555"/>
          <w:sz w:val="20"/>
        </w:rPr>
        <w:t>[130 . 42]</w:t>
      </w:r>
    </w:p>
    <w:p>
      <w:r>
        <w:rPr>
          <w:rFonts w:ascii="Gentium Plus" w:hAnsi="Gentium Plus"/>
          <w:sz w:val="24"/>
        </w:rPr>
        <w:t>Μάλαγμα Κρητικόν. κηροῦ τρακτοῦ, ἀμμωνιακοῦ ἀνὰ λίτραν αʹ, \| πίσσης ξηρᾶς, ἴρεως Ἰλλυρικῆς ἀνὰ γο ἕξ, ῥητίνης λίτραν αcʹ, χαλβάνης γο ιαʹ, τερεβινθίνης γο εʹ, ὄξους τὸ</w:t>
      </w:r>
    </w:p>
    <w:p>
      <w:r>
        <w:rPr>
          <w:rFonts w:ascii="Courier New" w:hAnsi="Courier New"/>
          <w:color w:val="555555"/>
          <w:sz w:val="20"/>
        </w:rPr>
        <w:t>[130 . 43]</w:t>
      </w:r>
    </w:p>
    <w:p>
      <w:r>
        <w:rPr>
          <w:rFonts w:ascii="Gentium Plus" w:hAnsi="Gentium Plus"/>
          <w:sz w:val="24"/>
        </w:rPr>
        <w:t>Μάλαγμα τὸ διὰ σύκων. σύκων γλυκέων λίτρας βʹ, νίτρου γο δʹ, τὰ σῦκα τρίψας ἐπιμελῶς, ἐπίβαλλε τὸ νίτρον, καὶ λείου. 〈τοῦτο χρησιμώτατον.〉</w:t>
      </w:r>
    </w:p>
    <w:p>
      <w:r>
        <w:rPr>
          <w:rFonts w:ascii="Courier New" w:hAnsi="Courier New"/>
          <w:color w:val="555555"/>
          <w:sz w:val="20"/>
        </w:rPr>
        <w:t>[130 . 44]</w:t>
      </w:r>
    </w:p>
    <w:p>
      <w:r>
        <w:rPr>
          <w:rFonts w:ascii="Gentium Plus" w:hAnsi="Gentium Plus"/>
          <w:sz w:val="24"/>
        </w:rPr>
        <w:t>Μάλαγμα τὸ δι’ ἀξουγγίου. ἀξουγγίου παλαιοῦ λί‐ τραν αʹ κατακόψας καὶ ἐπιβαλὼν ἀσβέστου τὸ ἀρκοῦν, ἀπόθου ἐπὶ ἡμέραις τρισὶ καὶ ἐπίδησον. 〈τοῦτο ὑπερβάλλει πάντα τὰ βοηθήματα καὶ τοὺς πόνους ἀφαιρεῖται.〉</w:t>
      </w:r>
    </w:p>
    <w:p>
      <w:r>
        <w:rPr>
          <w:rFonts w:ascii="Courier New" w:hAnsi="Courier New"/>
          <w:color w:val="555555"/>
          <w:sz w:val="20"/>
        </w:rPr>
        <w:t>[130 . 45]</w:t>
      </w:r>
    </w:p>
    <w:p>
      <w:r>
        <w:rPr>
          <w:rFonts w:ascii="Gentium Plus" w:hAnsi="Gentium Plus"/>
          <w:sz w:val="24"/>
        </w:rPr>
        <w:t>Μάλαγμα τριφάρμακον. ἀμμωνιακοῦ, κηροῦ ἀνὰ λίτραν αʹ, ὄξους τὸ ἀρκοῦν.</w:t>
      </w:r>
    </w:p>
    <w:p>
      <w:r>
        <w:rPr>
          <w:rFonts w:ascii="Courier New" w:hAnsi="Courier New"/>
          <w:color w:val="555555"/>
          <w:sz w:val="20"/>
        </w:rPr>
        <w:t>[130 . 46]</w:t>
      </w:r>
    </w:p>
    <w:p>
      <w:r>
        <w:rPr>
          <w:rFonts w:ascii="Gentium Plus" w:hAnsi="Gentium Plus"/>
          <w:sz w:val="24"/>
        </w:rPr>
        <w:t>Ἀψύρτου μάλαγμα. κηροῦ λίτραν μίαν, στάγματος ἀμμωνιακοῦ γο ἕξ, ἐλαίου Κυπρίνου, ἐλαίου ἰρίνου, ἐλαίου δαφνίνου τὸ ἴσον, στέατος ταυρείου γο γʹ, μυελοῦ ἐλαφείου γο δʹ, στύρακος γο αcʹ, λασάρου γο μίαν, χαλβάνης γο μίαν,</w:t>
      </w:r>
    </w:p>
    <w:p>
      <w:r>
        <w:rPr>
          <w:rFonts w:ascii="Courier New" w:hAnsi="Courier New"/>
          <w:color w:val="555555"/>
          <w:sz w:val="20"/>
        </w:rPr>
        <w:t>[5]</w:t>
      </w:r>
    </w:p>
    <w:p>
      <w:r>
        <w:rPr>
          <w:rFonts w:ascii="Gentium Plus" w:hAnsi="Gentium Plus"/>
          <w:sz w:val="24"/>
        </w:rPr>
        <w:t>ῥητίνης τερεβινθίνης γο ϛʹ, λιβάνου ἄρρενος γο ϛʹ, πεπέρεως μέλανος \| γο αʹ, ὀποπάνακος γο βʹ.</w:t>
      </w:r>
    </w:p>
    <w:p>
      <w:r>
        <w:rPr>
          <w:rFonts w:ascii="Courier New" w:hAnsi="Courier New"/>
          <w:color w:val="555555"/>
          <w:sz w:val="20"/>
        </w:rPr>
        <w:t>[130 . 47]</w:t>
      </w:r>
    </w:p>
    <w:p>
      <w:r>
        <w:rPr>
          <w:rFonts w:ascii="Gentium Plus" w:hAnsi="Gentium Plus"/>
          <w:sz w:val="24"/>
        </w:rPr>
        <w:t>Ἄλλο μάλαγμα. κηροῦ λίτραν μίαν, βδελλίου, ἀμμω‐ νιακοῦ θυμιάματος, μάννης λιβάνου γαστρικῆς ἀνὰ γο βʹ, τερεβινθίνης, χαλβάνης, ὀποπάνακος ἀνὰ γο ϛʹ, ῥητίνης λί‐ τραν μίαν. πάντα ἐν ὅλμῳ κατακόψας χρῶ.</w:t>
      </w:r>
    </w:p>
    <w:p>
      <w:r>
        <w:rPr>
          <w:rFonts w:ascii="Courier New" w:hAnsi="Courier New"/>
          <w:color w:val="555555"/>
          <w:sz w:val="20"/>
        </w:rPr>
        <w:t>[130 . 48]</w:t>
      </w:r>
    </w:p>
    <w:p>
      <w:r>
        <w:rPr>
          <w:rFonts w:ascii="Gentium Plus" w:hAnsi="Gentium Plus"/>
          <w:sz w:val="24"/>
        </w:rPr>
        <w:t>Ἄλλο. κηροῦ, ἀμμωνιακοῦ ἀνὰ λίτραν μίαν, χαλβάνης, τερεβινθίνης ἀνὰ γο βʹ, ἐλαίου κυπρίνου τὸ ἀρκοῦν, πάντα ἕψει ἐκτὸς τοῦ ἀμμωνιακοῦ. τοῦτο δὲ λειώσας, ἐπίβαλε τὰ λοιπά, καὶ μετὰ τὸ ἑψηθῆναι εἰς ἴγδιν ψυγέσθω. εἶτα τῇ</w:t>
      </w:r>
    </w:p>
    <w:p>
      <w:r>
        <w:rPr>
          <w:rFonts w:ascii="Courier New" w:hAnsi="Courier New"/>
          <w:color w:val="555555"/>
          <w:sz w:val="20"/>
        </w:rPr>
        <w:t>[5]</w:t>
      </w:r>
    </w:p>
    <w:p>
      <w:r>
        <w:rPr>
          <w:rFonts w:ascii="Gentium Plus" w:hAnsi="Gentium Plus"/>
          <w:sz w:val="24"/>
        </w:rPr>
        <w:t>χειρὶ μάλασσε καὶ χρῶ.</w:t>
      </w:r>
    </w:p>
    <w:p>
      <w:r>
        <w:rPr>
          <w:rFonts w:ascii="Courier New" w:hAnsi="Courier New"/>
          <w:color w:val="555555"/>
          <w:sz w:val="20"/>
        </w:rPr>
        <w:t>[130 . 49]</w:t>
      </w:r>
    </w:p>
    <w:p>
      <w:r>
        <w:rPr>
          <w:rFonts w:ascii="Gentium Plus" w:hAnsi="Gentium Plus"/>
          <w:sz w:val="24"/>
        </w:rPr>
        <w:t>Μάλαγμα κοπτόν. κηροῦ λίτρας γʹ, χαλβάνης γο βʹ, τερεβινθίνης γο δʹ, στέατος ταυρείου γο γʹ, οἰσύπου γο βʹ, βδελλίου γο γʹ, ἀμμωνιακοῦ γο ϛʹ, πεπέρεως λευκοῦ γο αcʹ, ἀφρονίτρου γο αcʹ, ἴρεως Ἰλλυρικῆς γο βʹ, στέατος χηνείου</w:t>
      </w:r>
    </w:p>
    <w:p>
      <w:r>
        <w:rPr>
          <w:rFonts w:ascii="Courier New" w:hAnsi="Courier New"/>
          <w:color w:val="555555"/>
          <w:sz w:val="20"/>
        </w:rPr>
        <w:t>[5]</w:t>
      </w:r>
    </w:p>
    <w:p>
      <w:r>
        <w:rPr>
          <w:rFonts w:ascii="Gentium Plus" w:hAnsi="Gentium Plus"/>
          <w:sz w:val="24"/>
        </w:rPr>
        <w:t>γο βʹ, μυελοῦ ἐλαφείου \</w:t>
      </w:r>
    </w:p>
    <w:p>
      <w:r>
        <w:rPr>
          <w:rFonts w:ascii="Courier New" w:hAnsi="Courier New"/>
          <w:color w:val="555555"/>
          <w:sz w:val="20"/>
        </w:rPr>
        <w:t>[130 . 50]</w:t>
      </w:r>
    </w:p>
    <w:p>
      <w:r>
        <w:rPr>
          <w:rFonts w:ascii="Gentium Plus" w:hAnsi="Gentium Plus"/>
          <w:sz w:val="24"/>
        </w:rPr>
        <w:t>Μάλαγμα σκληρόν. κηροῦ γο εʹ, στύρακος γο γʹ, οἰσύπου γο ἕξ, ὀποπάνακος γο δʹ, ἐλαίου δαφνίνου γο δʹ, μήκωνος τὸ ἴσον, μυελοῦ ἐλαφείου γο γʹ, βδελλίου γο βʹ.</w:t>
      </w:r>
    </w:p>
    <w:p>
      <w:r>
        <w:rPr>
          <w:rFonts w:ascii="Courier New" w:hAnsi="Courier New"/>
          <w:color w:val="555555"/>
          <w:sz w:val="20"/>
        </w:rPr>
        <w:t>[130 . 51]</w:t>
      </w:r>
    </w:p>
    <w:p>
      <w:r>
        <w:rPr>
          <w:rFonts w:ascii="Gentium Plus" w:hAnsi="Gentium Plus"/>
          <w:sz w:val="24"/>
        </w:rPr>
        <w:t>Μάλαγμα πρὸς νεῦρα. χαλβάνης γο βʹ, ὀποπάνακος, βδελλίου, ἰξοῦ δρυΐνου τὸ ἴσον, σχοίνου, ῥητίνης τερεβινθί‐ νης ἀνὰ γο αʹ.</w:t>
      </w:r>
    </w:p>
    <w:p>
      <w:r>
        <w:rPr>
          <w:rFonts w:ascii="Courier New" w:hAnsi="Courier New"/>
          <w:color w:val="555555"/>
          <w:sz w:val="20"/>
        </w:rPr>
        <w:t>[130 . 52]</w:t>
      </w:r>
    </w:p>
    <w:p>
      <w:r>
        <w:rPr>
          <w:rFonts w:ascii="Gentium Plus" w:hAnsi="Gentium Plus"/>
          <w:sz w:val="24"/>
        </w:rPr>
        <w:t>Ἄλλο μάλαγμα 〈ἀρωματικόν.〉 λιθαργύρου γο δʹ, βδελλίου γο βʹ, μήκωνος γο γʹ, δαφνοκόκκου γο αʹ, ὀποπά‐ νακος γο τὸ ἥμισυ, ἐλαίου δαφνίνου γο ἕξ.</w:t>
      </w:r>
    </w:p>
    <w:p>
      <w:r>
        <w:rPr>
          <w:rFonts w:ascii="Courier New" w:hAnsi="Courier New"/>
          <w:color w:val="555555"/>
          <w:sz w:val="20"/>
        </w:rPr>
        <w:t>[130 . 53]</w:t>
      </w:r>
    </w:p>
    <w:p>
      <w:r>
        <w:rPr>
          <w:rFonts w:ascii="Gentium Plus" w:hAnsi="Gentium Plus"/>
          <w:sz w:val="24"/>
        </w:rPr>
        <w:t>Μάλαγμα πρὸς ἄρθρων καὶ νεύρων χαλάσματα καὶ πόνους. ἡδυόσμου σπέρματος γο ἕξ, ῥητίνης τερεβιν‐ θίνης, στύρακος, βδελλίου, χαλβάνης, πίσσης ξηρᾶς ἀνὰ γο ἕξ, μέλιτος γο τὸ cʹ, ταῦτα πάντα ἑψήσας, ἐπίβαλε ᾠὰ δʹ καὶ</w:t>
      </w:r>
    </w:p>
    <w:p>
      <w:r>
        <w:rPr>
          <w:rFonts w:ascii="Courier New" w:hAnsi="Courier New"/>
          <w:color w:val="555555"/>
          <w:sz w:val="20"/>
        </w:rPr>
        <w:t>[5]</w:t>
      </w:r>
    </w:p>
    <w:p>
      <w:r>
        <w:rPr>
          <w:rFonts w:ascii="Gentium Plus" w:hAnsi="Gentium Plus"/>
          <w:sz w:val="24"/>
        </w:rPr>
        <w:t>οἴνου τὸ ἀρκοῦν. εἶτα ἐπιπλάσας ἐν ὀθονίῳ χρῶ.</w:t>
      </w:r>
    </w:p>
    <w:p>
      <w:r>
        <w:rPr>
          <w:rFonts w:ascii="Courier New" w:hAnsi="Courier New"/>
          <w:color w:val="555555"/>
          <w:sz w:val="20"/>
        </w:rPr>
        <w:t>[130 . 54]</w:t>
      </w:r>
    </w:p>
    <w:p>
      <w:r>
        <w:rPr>
          <w:rFonts w:ascii="Gentium Plus" w:hAnsi="Gentium Plus"/>
          <w:sz w:val="24"/>
        </w:rPr>
        <w:t>Πρὸς κρούσματα ἄρθρων. \ ἀσφάλτου, χαλβάνης, ἀνὰ λιτρῶν τριῶν, βδελλίου, τερεβινθίνης,</w:t>
      </w:r>
    </w:p>
    <w:p>
      <w:r>
        <w:rPr>
          <w:rFonts w:ascii="Courier New" w:hAnsi="Courier New"/>
          <w:color w:val="555555"/>
          <w:sz w:val="20"/>
        </w:rPr>
        <w:t>[130 . 55]</w:t>
      </w:r>
    </w:p>
    <w:p>
      <w:r>
        <w:rPr>
          <w:rFonts w:ascii="Gentium Plus" w:hAnsi="Gentium Plus"/>
          <w:sz w:val="24"/>
        </w:rPr>
        <w:t>Κατάπλασμα 〈πρὸς οἰδήματα ἀγκυλῶν〉 ἐκ πληγῆς ἢ οἱας δήποτε αἰτίας. ἄσφαλτον, κηρὸν καὶ ὄξος φυράσας ἐπίπαττε.</w:t>
      </w:r>
    </w:p>
    <w:p>
      <w:r>
        <w:rPr>
          <w:rFonts w:ascii="Courier New" w:hAnsi="Courier New"/>
          <w:color w:val="555555"/>
          <w:sz w:val="20"/>
        </w:rPr>
        <w:t>[130 . 56]</w:t>
      </w:r>
    </w:p>
    <w:p>
      <w:r>
        <w:rPr>
          <w:rFonts w:ascii="Gentium Plus" w:hAnsi="Gentium Plus"/>
          <w:sz w:val="24"/>
        </w:rPr>
        <w:t>Πρὸς τὰ ἐν ἄρθροις οἰδήματα 〈συνταγὴ τοῦ ἐν Κολοφῶνι Ἀπόλλωνος.〉 ἀμμωνιακὸν θυμίαμα λειώσας πάνυ καὶ μίξας ὄξει καὶ κηρωτὴν ποιήσας χρῶ.</w:t>
      </w:r>
    </w:p>
    <w:p>
      <w:r>
        <w:rPr>
          <w:rFonts w:ascii="Courier New" w:hAnsi="Courier New"/>
          <w:color w:val="555555"/>
          <w:sz w:val="20"/>
        </w:rPr>
        <w:t>[130 . 57]</w:t>
      </w:r>
    </w:p>
    <w:p>
      <w:r>
        <w:rPr>
          <w:rFonts w:ascii="Gentium Plus" w:hAnsi="Gentium Plus"/>
          <w:sz w:val="24"/>
        </w:rPr>
        <w:t>Ἀνακόλλημα πρὸς πάντα πάθη ἄρθρων. ἀκακίας γο ἕξ, πίσσης λίτραν μίαν, κρήσσης Κιμωλίας λίτρας βʹ, βολ‐ βίτου λίτραν αʹ, ταῦτα πάντα ὁμοῦ λειώσας καὶ θερμάνας, ἐπιτίθει. προκατάντλει δὲ ὕδατι χλιαρῷ θαλαττίῳ.</w:t>
      </w:r>
    </w:p>
    <w:p>
      <w:r>
        <w:rPr>
          <w:rFonts w:ascii="Courier New" w:hAnsi="Courier New"/>
          <w:color w:val="555555"/>
          <w:sz w:val="20"/>
        </w:rPr>
        <w:t>[130 . 58]</w:t>
      </w:r>
    </w:p>
    <w:p>
      <w:r>
        <w:rPr>
          <w:rFonts w:ascii="Gentium Plus" w:hAnsi="Gentium Plus"/>
          <w:sz w:val="24"/>
        </w:rPr>
        <w:t>Εὐμήλου πρὸς πόνον ὑπερῴας. οὐρανίσκου πόνον ἰᾶται αἷμα τοῦ τόπου λαμβανόμενον, ἢ λιβάνου ἄρρενος γο μία, σελινοσπέρμου ὀξ. ἓν λειωθέντα καὶ μιγέντα ὕδατι χλιαρῷ καὶ διὰ μυκτήρων διδόμενα. τοῦ δὲ ἐπιπολὺ κάμνοντος χρὴ</w:t>
      </w:r>
    </w:p>
    <w:p>
      <w:r>
        <w:rPr>
          <w:rFonts w:ascii="Courier New" w:hAnsi="Courier New"/>
          <w:color w:val="555555"/>
          <w:sz w:val="20"/>
        </w:rPr>
        <w:t>[5]</w:t>
      </w:r>
    </w:p>
    <w:p>
      <w:r>
        <w:rPr>
          <w:rFonts w:ascii="Gentium Plus" w:hAnsi="Gentium Plus"/>
          <w:sz w:val="24"/>
        </w:rPr>
        <w:t>ἐξ ἑκατέρου μέρους \ καίειν ἐλαφροτέρῳ καυτηρίῳ, ὥστε μὴ πλέον δακτύλου καθ‐ ικέσθαι βάθος.</w:t>
      </w:r>
    </w:p>
    <w:p>
      <w:r>
        <w:rPr>
          <w:rFonts w:ascii="Courier New" w:hAnsi="Courier New"/>
          <w:color w:val="555555"/>
          <w:sz w:val="20"/>
        </w:rPr>
        <w:t>[130 . 59]</w:t>
      </w:r>
    </w:p>
    <w:p>
      <w:r>
        <w:rPr>
          <w:rFonts w:ascii="Gentium Plus" w:hAnsi="Gentium Plus"/>
          <w:sz w:val="24"/>
        </w:rPr>
        <w:t>Ἱεροκλέους πρὸς γονάτων πόνον. πήγανον ἐν ἐλαίῳ ζέσας ἐνάλειφε.</w:t>
      </w:r>
    </w:p>
    <w:p>
      <w:r>
        <w:rPr>
          <w:rFonts w:ascii="Courier New" w:hAnsi="Courier New"/>
          <w:color w:val="555555"/>
          <w:sz w:val="20"/>
        </w:rPr>
        <w:t>[130 . 60]</w:t>
      </w:r>
    </w:p>
    <w:p>
      <w:r>
        <w:rPr>
          <w:rFonts w:ascii="Gentium Plus" w:hAnsi="Gentium Plus"/>
          <w:sz w:val="24"/>
        </w:rPr>
        <w:t>Πελαγωνίου ἐὰν ἀπὸ τροχοῦ πληγῇ τὸν πόδα. βολβὸν ἐρυθρὸν καὶ μάνναν λιβάνου συλλειώσας ἐπίθες, καὶ μετὰ τρεῖς ἡμέρας λύσας πάλιν τῷ αὐτῷ βοηθήματι ἐπίχρισον. εἶτα χρῶ μαλάγματι.</w:t>
      </w:r>
    </w:p>
    <w:p>
      <w:r>
        <w:rPr>
          <w:rFonts w:ascii="Courier New" w:hAnsi="Courier New"/>
          <w:color w:val="555555"/>
          <w:sz w:val="20"/>
        </w:rPr>
        <w:t>[130 . 61]</w:t>
      </w:r>
    </w:p>
    <w:p>
      <w:r>
        <w:rPr>
          <w:rFonts w:ascii="Gentium Plus" w:hAnsi="Gentium Plus"/>
          <w:sz w:val="24"/>
        </w:rPr>
        <w:t>Πρὸς οἰδήματα ποδῶν. εὐφορβίου γο βʹ, ἁλῶν κοι‐</w:t>
      </w:r>
    </w:p>
    <w:p>
      <w:r>
        <w:rPr>
          <w:rFonts w:ascii="Courier New" w:hAnsi="Courier New"/>
          <w:color w:val="555555"/>
          <w:sz w:val="20"/>
        </w:rPr>
        <w:t>[5]</w:t>
      </w:r>
    </w:p>
    <w:p>
      <w:r>
        <w:rPr>
          <w:rFonts w:ascii="Gentium Plus" w:hAnsi="Gentium Plus"/>
          <w:sz w:val="24"/>
        </w:rPr>
        <w:t>πλασσομένη τοῖς ἄρθροις.</w:t>
      </w:r>
    </w:p>
    <w:p>
      <w:r>
        <w:rPr>
          <w:rFonts w:ascii="Courier New" w:hAnsi="Courier New"/>
          <w:color w:val="555555"/>
          <w:sz w:val="20"/>
        </w:rPr>
        <w:t>[130 . 62]</w:t>
      </w:r>
    </w:p>
    <w:p>
      <w:r>
        <w:rPr>
          <w:rFonts w:ascii="Gentium Plus" w:hAnsi="Gentium Plus"/>
          <w:sz w:val="24"/>
        </w:rPr>
        <w:t>Ἀνακόλλημα πρὸς ἁρμοὺς καὶ σκέλη καὶ ὑδατί‐ δας. χαλβάνης, στύρακος, μήκωνος, βδελλίου, ῥητίνης τερε‐ βινθίνης, μίλτου ἀνὰ λίτραν μίαν, σεμιδάλε\|ως ξέ. βʹ. ταῦτα πάντα ἑψήσας καὶ ἑνώσας, πρὸς τὰ προειρημένα πάθη χρῶ.</w:t>
      </w:r>
    </w:p>
    <w:p>
      <w:r>
        <w:rPr>
          <w:rFonts w:ascii="Courier New" w:hAnsi="Courier New"/>
          <w:color w:val="555555"/>
          <w:sz w:val="20"/>
        </w:rPr>
        <w:t>[130 . 63]</w:t>
      </w:r>
    </w:p>
    <w:p>
      <w:r>
        <w:rPr>
          <w:rFonts w:ascii="Gentium Plus" w:hAnsi="Gentium Plus"/>
          <w:sz w:val="24"/>
        </w:rPr>
        <w:t>Ἀνακόλλημα πρὸς ἁρμούς. κρόκου, λιβάνου, ἀλεύ‐ ρου, σινωπίδος Ἄφρας ἀνὰ γο ϛʹ, σεμιδάλεως ἡμίναν αʹ, βολ‐ βοὺς Ἄφρους λελειωμένους κʹ, ἡδυόσμου γο ἕξ. ταῦτα πάντα συγκόψας ὄξει τε συμμίξας, χρῶ.</w:t>
      </w:r>
    </w:p>
    <w:p>
      <w:r>
        <w:rPr>
          <w:rFonts w:ascii="Courier New" w:hAnsi="Courier New"/>
          <w:color w:val="555555"/>
          <w:sz w:val="20"/>
        </w:rPr>
        <w:t>[130 . 64]</w:t>
      </w:r>
    </w:p>
    <w:p>
      <w:r>
        <w:rPr>
          <w:rFonts w:ascii="Gentium Plus" w:hAnsi="Gentium Plus"/>
          <w:sz w:val="24"/>
        </w:rPr>
        <w:t>Ἀψύρτου ἔμπλαστρος περὶ σφυρῶν. καδμίας γο ἕξ, ἐλλεβόρου μέλανος γο γʹ, χαλκοῦ ἄνθους, ἀσφάλτου Ἰου‐ δαϊκῆς, χαλκοῦ κεκαυμένου, ἁλὸς ἀμμωνιακοῦ, χαλκάνθης κεκαυμένης, τρυγὸς κεκαυμένης, ἰοῦ, ἀφρονίτρου ἀνὰ γο γʹ,</w:t>
      </w:r>
    </w:p>
    <w:p>
      <w:r>
        <w:rPr>
          <w:rFonts w:ascii="Courier New" w:hAnsi="Courier New"/>
          <w:color w:val="555555"/>
          <w:sz w:val="20"/>
        </w:rPr>
        <w:t>[5]</w:t>
      </w:r>
    </w:p>
    <w:p>
      <w:r>
        <w:rPr>
          <w:rFonts w:ascii="Gentium Plus" w:hAnsi="Gentium Plus"/>
          <w:sz w:val="24"/>
        </w:rPr>
        <w:t>ἀξουγγίου παλαιοῦ, ἐλαίου τοῦ ἐξ ἀκόνης ἀνὰ γο ἕξ.</w:t>
      </w:r>
    </w:p>
    <w:p>
      <w:r>
        <w:rPr>
          <w:rFonts w:ascii="Courier New" w:hAnsi="Courier New"/>
          <w:color w:val="555555"/>
          <w:sz w:val="20"/>
        </w:rPr>
        <w:t>[130 . 65]</w:t>
      </w:r>
    </w:p>
    <w:p>
      <w:r>
        <w:rPr>
          <w:rFonts w:ascii="Gentium Plus" w:hAnsi="Gentium Plus"/>
          <w:sz w:val="24"/>
        </w:rPr>
        <w:t>Σύνθεσις ἐμπλάστρου διὰ βοτανῶν. χαλβάνης, σμύρνης, ἀλόης, κηρύσσης, ἰοῦ, μάννης, προπόλεως Ἀττικῆς, ἀμμωνιακοῦ, ῥητίνης Βιθυνιακῆς ἀνὰ γο βʹ, κηροῦ λευκοῦ γο ἕξ, ἀποχύματος ἀργύρου λίτρας βʹ, ἐλαίου \| παλαιοῦ λί‐</w:t>
      </w:r>
    </w:p>
    <w:p>
      <w:r>
        <w:rPr>
          <w:rFonts w:ascii="Courier New" w:hAnsi="Courier New"/>
          <w:color w:val="555555"/>
          <w:sz w:val="20"/>
        </w:rPr>
        <w:t>[5]</w:t>
      </w:r>
    </w:p>
    <w:p>
      <w:r>
        <w:rPr>
          <w:rFonts w:ascii="Gentium Plus" w:hAnsi="Gentium Plus"/>
          <w:sz w:val="24"/>
        </w:rPr>
        <w:t>τρας βʹ, ἀριστολοχείας γο δύο, πρασίου γο βʹ, κέδρου γο γʹ, πίσσης Βρυττίας γο βʹ, κυπέρου γο ἕξ, κύφης γο γʹ, κεν‐ ταυρίου, ἴρεως Ἰλλυρικῆς, τριφύλλου ῥίζης, ἀρτεμισίας ἀνὰ</w:t>
      </w:r>
    </w:p>
    <w:p>
      <w:r>
        <w:rPr>
          <w:rFonts w:ascii="Courier New" w:hAnsi="Courier New"/>
          <w:color w:val="555555"/>
          <w:sz w:val="20"/>
        </w:rPr>
        <w:t>[10]</w:t>
      </w:r>
    </w:p>
    <w:p>
      <w:r>
        <w:rPr>
          <w:rFonts w:ascii="Gentium Plus" w:hAnsi="Gentium Plus"/>
          <w:sz w:val="24"/>
        </w:rPr>
        <w:t>εἶτα βαλὼν εἰς ὅλμον, μετὰ ἐλαίου παλαιοῦ κόπτε, μέχρις ὅτου μάλαγμα γένηται, καὶ οὕτως χρῶ. ἐν δὲ χειμῶνι προσεπίβαλλε οἶνον καὶ ἔλαιον, καὶ θερμάνας σύγχριε. στηκέτω δὲ ἐν τόπῳ θερμῷ κεκαλυμμένος σκεπάσμασιν.</w:t>
      </w:r>
    </w:p>
    <w:p>
      <w:r>
        <w:rPr>
          <w:rFonts w:ascii="Courier New" w:hAnsi="Courier New"/>
          <w:color w:val="555555"/>
          <w:sz w:val="20"/>
        </w:rPr>
        <w:t>[130 . 66]</w:t>
      </w:r>
    </w:p>
    <w:p>
      <w:r>
        <w:rPr>
          <w:rFonts w:ascii="Gentium Plus" w:hAnsi="Gentium Plus"/>
          <w:sz w:val="24"/>
        </w:rPr>
        <w:t>Ἔμπλαστρος πρὸς τὸ ὠτειλὰς ἀναπληροῦσθαι ταχύ. κηροῦ, βουτύρου, ῥητίνης ἀνὰ λίτραν μίαν, ῥόδων λίτρας δύο.</w:t>
      </w:r>
    </w:p>
    <w:p>
      <w:r>
        <w:rPr>
          <w:rFonts w:ascii="Courier New" w:hAnsi="Courier New"/>
          <w:color w:val="555555"/>
          <w:sz w:val="20"/>
        </w:rPr>
        <w:t>[130 . 67]</w:t>
      </w:r>
    </w:p>
    <w:p>
      <w:r>
        <w:rPr>
          <w:rFonts w:ascii="Gentium Plus" w:hAnsi="Gentium Plus"/>
          <w:sz w:val="24"/>
        </w:rPr>
        <w:t>Τραυματικὴ κατασκευὴ ἐμπλάστρου. ψιμυθίου, λιθαργύρου τὸ ἴσον τρίψας ἐν ἡλίῳ, καὶ μίξας ὄξει καὶ ῥοδίνῳ χρῶ. εἰ δὲ μὴ ἔστι ῥό\|δινον, ἔλαιον μόνον σύμμισγε.</w:t>
      </w:r>
    </w:p>
    <w:p>
      <w:r>
        <w:rPr>
          <w:rFonts w:ascii="Courier New" w:hAnsi="Courier New"/>
          <w:color w:val="555555"/>
          <w:sz w:val="20"/>
        </w:rPr>
        <w:t>[130 . 68]</w:t>
      </w:r>
    </w:p>
    <w:p>
      <w:r>
        <w:rPr>
          <w:rFonts w:ascii="Gentium Plus" w:hAnsi="Gentium Plus"/>
          <w:sz w:val="24"/>
        </w:rPr>
        <w:t>Ἱεροκλέους ἐμπλάστρων σκευασία. ἀπόχυμα, κη‐ ρόν, ῥητίνην φρυκτὴν ὁμοῦ πάντα βαλὼν ἐν ἴγδει κίνει, εἶτα προσεπίβαλε ψιμύθιον ὀλίγον προλελειωμένον μετὰ ὕδατος καὶ ἐλαίου, ἐπεμβάλλων ἅμα καὶ τὰ τηκτά. εἰ δὲ θέλεις αὐτὸ</w:t>
      </w:r>
    </w:p>
    <w:p>
      <w:r>
        <w:rPr>
          <w:rFonts w:ascii="Courier New" w:hAnsi="Courier New"/>
          <w:color w:val="555555"/>
          <w:sz w:val="20"/>
        </w:rPr>
        <w:t>[5]</w:t>
      </w:r>
    </w:p>
    <w:p>
      <w:r>
        <w:rPr>
          <w:rFonts w:ascii="Gentium Plus" w:hAnsi="Gentium Plus"/>
          <w:sz w:val="24"/>
        </w:rPr>
        <w:t>εὔπνουν γενέσθαι, ὀλίγον ὀποπάνακα ἀνεὶς οἴνῳ πρόσμιγε.</w:t>
      </w:r>
    </w:p>
    <w:p>
      <w:r>
        <w:rPr>
          <w:rFonts w:ascii="Courier New" w:hAnsi="Courier New"/>
          <w:color w:val="555555"/>
          <w:sz w:val="20"/>
        </w:rPr>
        <w:t>[130 . 69]</w:t>
      </w:r>
    </w:p>
    <w:p>
      <w:r>
        <w:rPr>
          <w:rFonts w:ascii="Gentium Plus" w:hAnsi="Gentium Plus"/>
          <w:sz w:val="24"/>
        </w:rPr>
        <w:t>Ἄλλο ἁπλοῦν. κηροῦ λίτραν μίαν, ῥητίνης φρυκτῆς λίτρας δʹ, ῥητίνης τερεβινθίνης γο ἕξ. ταῦτα ἀναζέσας, ἔξελε ἀπὸ τοῦ πυρός, καὶ ἐπίβαλε ἀσφάλτου Ἰουδαϊκῆς λελειωμένης γο γʹ, καὶ ἔασον λυθῆναι. εἶτα προσεπίβαλε ἀμμωνιακοῦ</w:t>
      </w:r>
    </w:p>
    <w:p>
      <w:r>
        <w:rPr>
          <w:rFonts w:ascii="Courier New" w:hAnsi="Courier New"/>
          <w:color w:val="555555"/>
          <w:sz w:val="20"/>
        </w:rPr>
        <w:t>[5]</w:t>
      </w:r>
    </w:p>
    <w:p>
      <w:r>
        <w:rPr>
          <w:rFonts w:ascii="Gentium Plus" w:hAnsi="Gentium Plus"/>
          <w:sz w:val="24"/>
        </w:rPr>
        <w:t>κεκομμένου καὶ σεσησμένου γο βʹ, καὶ αὖθις ἐπὶ τῷ πυρὶ ἐπίθες, καὶ κινῶν τῇ σπάθῃ, ἐπίπασσε μάννης γο βʹ καὶ χαλ‐ βάνης τὸ ἴσον. πάλιν δὲ ἄρας ἀπὸ τοῦ πυρὸς ἐπιβαλών τε</w:t>
      </w:r>
    </w:p>
    <w:p>
      <w:r>
        <w:rPr>
          <w:rFonts w:ascii="Courier New" w:hAnsi="Courier New"/>
          <w:color w:val="555555"/>
          <w:sz w:val="20"/>
        </w:rPr>
        <w:t>[130 . 70]</w:t>
      </w:r>
    </w:p>
    <w:p>
      <w:r>
        <w:rPr>
          <w:rFonts w:ascii="Gentium Plus" w:hAnsi="Gentium Plus"/>
          <w:sz w:val="24"/>
        </w:rPr>
        <w:t>Ἄλλο. λιθαργύρου λίτραν μίαν, γλοιοῦ νεαροῦ διυλι‐ σμένου λίτρας βʹ, ῥητίνης τερεβινθίνης γο αʹ.</w:t>
      </w:r>
    </w:p>
    <w:p>
      <w:r>
        <w:rPr>
          <w:rFonts w:ascii="Courier New" w:hAnsi="Courier New"/>
          <w:color w:val="555555"/>
          <w:sz w:val="20"/>
        </w:rPr>
        <w:t>[130 . 71]</w:t>
      </w:r>
    </w:p>
    <w:p>
      <w:r>
        <w:rPr>
          <w:rFonts w:ascii="Gentium Plus" w:hAnsi="Gentium Plus"/>
          <w:sz w:val="24"/>
        </w:rPr>
        <w:t>Ἄλλη ἡ διὰ γλοιοῦ. γλοιοῦ λίτρας βʹ, λιθαργύρου ἢ μολυβδαίνης γο αʹ, ἀποχύματος γο γʹ, ῥητίνης φρυκτῆς γο γʹ. ἑψήσας οὖν τὸν γλοιὸν καὶ τὴν λιθάργυρον, ὅταν συστραφῇ, ἐπίβαλε καὶ τὰ λοιπά.</w:t>
      </w:r>
    </w:p>
    <w:p>
      <w:r>
        <w:rPr>
          <w:rFonts w:ascii="Courier New" w:hAnsi="Courier New"/>
          <w:color w:val="555555"/>
          <w:sz w:val="20"/>
        </w:rPr>
        <w:t>[130 . 72]</w:t>
      </w:r>
    </w:p>
    <w:p>
      <w:r>
        <w:rPr>
          <w:rFonts w:ascii="Gentium Plus" w:hAnsi="Gentium Plus"/>
          <w:sz w:val="24"/>
        </w:rPr>
        <w:t>Ἄλλη ἡ μηλίνη. κηροῦ λίτραν μίαν, πευκίνης ῥητίνης λίτραν μίαν, τερεβινθίνης γο βʹ, ἀμμωνιακοῦ γο γʹ, χαλβάνης γο μίαν, ὀποπάνακος γο αʹ.</w:t>
      </w:r>
    </w:p>
    <w:p>
      <w:r>
        <w:rPr>
          <w:rFonts w:ascii="Courier New" w:hAnsi="Courier New"/>
          <w:color w:val="555555"/>
          <w:sz w:val="20"/>
        </w:rPr>
        <w:t>[130 . 73]</w:t>
      </w:r>
    </w:p>
    <w:p>
      <w:r>
        <w:rPr>
          <w:rFonts w:ascii="Gentium Plus" w:hAnsi="Gentium Plus"/>
          <w:sz w:val="24"/>
        </w:rPr>
        <w:t>Ἔμπλαστρος ἡ ἔναιμος. ὄξους, λιθαργύρου, ἐλαίου ἀνὰ λίτραν μίαν· ἕψει ὁμοῦ πάντα καὶ χρῶ.</w:t>
      </w:r>
    </w:p>
    <w:p>
      <w:r>
        <w:rPr>
          <w:rFonts w:ascii="Courier New" w:hAnsi="Courier New"/>
          <w:color w:val="555555"/>
          <w:sz w:val="20"/>
        </w:rPr>
        <w:t>[130 . 74]</w:t>
      </w:r>
    </w:p>
    <w:p>
      <w:r>
        <w:rPr>
          <w:rFonts w:ascii="Gentium Plus" w:hAnsi="Gentium Plus"/>
          <w:sz w:val="24"/>
        </w:rPr>
        <w:t>Ἔμπλαστρος πρὸς κατάγματα. λιθαργύρου, ὄξους ἀνὰ λίτρας μιᾶς, ἐλαίου 𐆃 αcʹ, ἀμμωνιακοῦ γο τρεῖς, κηροῦ γο βʹ, ῥητίνης γο βʹ, τερεβινθίνης γο τρεῖς, ἀσφάλτου, πίσσης, ἰοῦ ἀνὰ γο ἕξ, προεψήσας τὸ ὄξος καὶ τὸ ἔλαιον καὶ \| τὴν</w:t>
      </w:r>
    </w:p>
    <w:p>
      <w:r>
        <w:rPr>
          <w:rFonts w:ascii="Courier New" w:hAnsi="Courier New"/>
          <w:color w:val="555555"/>
          <w:sz w:val="20"/>
        </w:rPr>
        <w:t>[5]</w:t>
      </w:r>
    </w:p>
    <w:p>
      <w:r>
        <w:rPr>
          <w:rFonts w:ascii="Gentium Plus" w:hAnsi="Gentium Plus"/>
          <w:sz w:val="24"/>
        </w:rPr>
        <w:t>λιθάργυρον, ἐν τῷ μέλλειν συστρέφεσθαι ἐπίβαλλε τὴν πίσσαν, ἕως ἂν καὶ αὐτὴ λυθῇ, καὶ ἄρας ἀπὸ τοῦ πυρὸς ἐπέμβαλλε τὴν ἄσφαλτον, μὴ κινῶν αὐτήν. ὅταν δὲ καὶ αὐτὴ λυθῇ, πρόσμιγε τὰ λοιπὰ καὶ ἕψει. εἶτα μετὰ τὸ συστραφῆναι ἄρας ἀπὸ τοῦ πυρός, διήθει εἰς ἴγδιν.</w:t>
      </w:r>
    </w:p>
    <w:p>
      <w:r>
        <w:rPr>
          <w:rFonts w:ascii="Courier New" w:hAnsi="Courier New"/>
          <w:color w:val="555555"/>
          <w:sz w:val="20"/>
        </w:rPr>
        <w:t>[130 . 75]</w:t>
      </w:r>
    </w:p>
    <w:p>
      <w:r>
        <w:rPr>
          <w:rFonts w:ascii="Gentium Plus" w:hAnsi="Gentium Plus"/>
          <w:sz w:val="24"/>
        </w:rPr>
        <w:t>Ἄλλη ἔμπλαστρος τηκτική, διαμαλάσσουσα καὶ διαχαλῶσα. πίσσης, κηροῦ, ῥητίνης, ἑκάστου ἀνὰ δραχμὴν μίαν, ἀμμωνιακοῦ γο δʹ ὀποπάνακος ὄξει προλελειωμένου τὸ αὔταρκες.</w:t>
      </w:r>
    </w:p>
    <w:p>
      <w:r>
        <w:rPr>
          <w:rFonts w:ascii="Courier New" w:hAnsi="Courier New"/>
          <w:color w:val="555555"/>
          <w:sz w:val="20"/>
        </w:rPr>
        <w:t>[130 . 76]</w:t>
      </w:r>
    </w:p>
    <w:p>
      <w:r>
        <w:rPr>
          <w:rFonts w:ascii="Gentium Plus" w:hAnsi="Gentium Plus"/>
          <w:sz w:val="24"/>
        </w:rPr>
        <w:t>Ἄλλη ξηρά, ποιοῦσα καὶ πρὸς φορὰν αἵματος καὶ</w:t>
      </w:r>
    </w:p>
    <w:p>
      <w:r>
        <w:rPr>
          <w:rFonts w:ascii="Courier New" w:hAnsi="Courier New"/>
          <w:color w:val="555555"/>
          <w:sz w:val="20"/>
        </w:rPr>
        <w:t>[5]</w:t>
      </w:r>
    </w:p>
    <w:p>
      <w:r>
        <w:rPr>
          <w:rFonts w:ascii="Gentium Plus" w:hAnsi="Gentium Plus"/>
          <w:sz w:val="24"/>
        </w:rPr>
        <w:t>ὄξος καὶ τὸ ἔλαιον καὶ τὴν μολύβδαιναν, ἕως ἂν ἄρχηται μετα‐ βάλλειν, ἐπίβαλλε τὸ ἀπόχυμα καὶ ἕψει πάλιν, καὶ λειώσας τὸν ἰὸν ἐν θυίᾳ ἰδίως μετὰ ὄξους καὶ ἐπιβαλὼν χρῶ. \|</w:t>
      </w:r>
    </w:p>
    <w:p>
      <w:r>
        <w:rPr>
          <w:rFonts w:ascii="Courier New" w:hAnsi="Courier New"/>
          <w:color w:val="555555"/>
          <w:sz w:val="20"/>
        </w:rPr>
        <w:t>[130 . 77]</w:t>
      </w:r>
    </w:p>
    <w:p>
      <w:r>
        <w:rPr>
          <w:rFonts w:ascii="Gentium Plus" w:hAnsi="Gentium Plus"/>
          <w:sz w:val="24"/>
        </w:rPr>
        <w:t>Ἄλλη ἔμπλαστρος τρυφερά. λιθαργύρου λίτραν αʹ, ἐλαίου τὸ ἴσον, ἀμμωνιακοῦ λίτρας γʹ, κηροῦ γο γʹ· ἕψει τὸ ἔλαιον καὶ τὴν λιθάργυρον. εἶτα ὅταν μέλλῃ συστρέφεσθαι, ἐπέμβαλλε τὸ ἀμμωνιακὸν καὶ τὸν κηρόν.</w:t>
      </w:r>
    </w:p>
    <w:p>
      <w:r>
        <w:rPr>
          <w:rFonts w:ascii="Courier New" w:hAnsi="Courier New"/>
          <w:color w:val="555555"/>
          <w:sz w:val="20"/>
        </w:rPr>
        <w:t>[130 . 78]</w:t>
      </w:r>
    </w:p>
    <w:p>
      <w:r>
        <w:rPr>
          <w:rFonts w:ascii="Gentium Plus" w:hAnsi="Gentium Plus"/>
          <w:sz w:val="24"/>
        </w:rPr>
        <w:t>Ἄλλη μηλίνη χρυσῆ, ποιοῦσα πρὸς νεῦρα, πρὸς ἄρθρα, πρὸς ψυγμόν. ποιεῖ δὲ καλῶς ἀνιεμένη μετὰ ἰρίνου ἢ κυπρίνου 〈κατὰ κόπον γινομένη.〉 κηροῦ, ῥητίνης φρυκτῆς ἀνὰ γο ἕξ, ῥητίνης τερεβινθίνης, ὀποπάνακος</w:t>
      </w:r>
    </w:p>
    <w:p>
      <w:r>
        <w:rPr>
          <w:rFonts w:ascii="Courier New" w:hAnsi="Courier New"/>
          <w:color w:val="555555"/>
          <w:sz w:val="20"/>
        </w:rPr>
        <w:t>[5]</w:t>
      </w:r>
    </w:p>
    <w:p>
      <w:r>
        <w:rPr>
          <w:rFonts w:ascii="Gentium Plus" w:hAnsi="Gentium Plus"/>
          <w:sz w:val="24"/>
        </w:rPr>
        <w:t>γο τὸ cʹ, χαλβάνης, σμύρνης τρωγλίτιδος τὸ ἴσον, ἀμμωνιακοῦ γο αʹ, λιβανωτοῦ τὸ ἴσον, ταυρείου στέατος γο αʹ, ἁλὸς ἄν‐ θους γο γʹ· τὰ τηκτὰ τήξας ἐφ’ ἑκάτερα τὸν ὀποπάνακα λελειω‐ μένον ἐν οἴνῳ σὺν τῇ σμύρνῃ καὶ τῷ ἄνθει τοῦ ἁλὸς καὶ τῷ λιβανωτῷ ἐπὶ τοσοῦτον λειῶν, ἕως ἂν μιχθῆ, πάντα ἀνελόμε‐</w:t>
      </w:r>
    </w:p>
    <w:p>
      <w:r>
        <w:rPr>
          <w:rFonts w:ascii="Courier New" w:hAnsi="Courier New"/>
          <w:color w:val="555555"/>
          <w:sz w:val="20"/>
        </w:rPr>
        <w:t>[10]</w:t>
      </w:r>
    </w:p>
    <w:p>
      <w:r>
        <w:rPr>
          <w:rFonts w:ascii="Gentium Plus" w:hAnsi="Gentium Plus"/>
          <w:sz w:val="24"/>
        </w:rPr>
        <w:t>νος χρῶ.</w:t>
      </w:r>
    </w:p>
    <w:p>
      <w:r>
        <w:rPr>
          <w:rFonts w:ascii="Courier New" w:hAnsi="Courier New"/>
          <w:color w:val="555555"/>
          <w:sz w:val="20"/>
        </w:rPr>
        <w:t>[130 . 79]</w:t>
      </w:r>
    </w:p>
    <w:p>
      <w:r>
        <w:rPr>
          <w:rFonts w:ascii="Gentium Plus" w:hAnsi="Gentium Plus"/>
          <w:sz w:val="24"/>
        </w:rPr>
        <w:t>Ἄλλη τονωτική, καλουμένη πελματική. κέδρου καὶ ἀσφάλτου ἴσον, ἑκάτερον ἀναζέσας χρῖε 〈τὸν ἁπαλὸν τό‐ πον.〉</w:t>
      </w:r>
    </w:p>
    <w:p>
      <w:r>
        <w:rPr>
          <w:rFonts w:ascii="Courier New" w:hAnsi="Courier New"/>
          <w:color w:val="555555"/>
          <w:sz w:val="20"/>
        </w:rPr>
        <w:t>[130 . 80]</w:t>
      </w:r>
    </w:p>
    <w:p>
      <w:r>
        <w:rPr>
          <w:rFonts w:ascii="Gentium Plus" w:hAnsi="Gentium Plus"/>
          <w:sz w:val="24"/>
        </w:rPr>
        <w:t>Ἄλλη ἀνειμένη λιπαρά. \ θίου λίτραν αʹ, ὄξους Ἰταλικοῦ ξέ. αʹ, ἰρίνου γο δʹ, λείου τὴν λιθάργυρον καὶ τὸ ψιμύθιον, καὶ ἐπέμβαλε μέρος τοῦ ὄξους</w:t>
      </w:r>
    </w:p>
    <w:p>
      <w:r>
        <w:rPr>
          <w:rFonts w:ascii="Courier New" w:hAnsi="Courier New"/>
          <w:color w:val="555555"/>
          <w:sz w:val="20"/>
        </w:rPr>
        <w:t>[5]</w:t>
      </w:r>
    </w:p>
    <w:p>
      <w:r>
        <w:rPr>
          <w:rFonts w:ascii="Gentium Plus" w:hAnsi="Gentium Plus"/>
          <w:sz w:val="24"/>
        </w:rPr>
        <w:t>χειρί, ἕως γλοιοῦ πάχος γένηται, καὶ οὕτως χρῶ. ποιεῖ δὲ τοῦτο καὶ πρὸς ἀποσύρματα καὶ ἁπαλὰ ἕλκη.</w:t>
      </w:r>
    </w:p>
    <w:p>
      <w:r>
        <w:rPr>
          <w:rFonts w:ascii="Courier New" w:hAnsi="Courier New"/>
          <w:color w:val="555555"/>
          <w:sz w:val="20"/>
        </w:rPr>
        <w:t>[130 . 81]</w:t>
      </w:r>
    </w:p>
    <w:p>
      <w:r>
        <w:rPr>
          <w:rFonts w:ascii="Gentium Plus" w:hAnsi="Gentium Plus"/>
          <w:sz w:val="24"/>
        </w:rPr>
        <w:t>Ἀνειμένη λευκή, ποιοῦσα πρὸς ῥεύματα καὶ κατα‐ καύματα καὶ ἀποσύρματα καὶ πρὸς τὰ αὐτομάτως γινόμενα ἕλκη. λιθαργύρου, ψιμυθίου ἀνὰ λίτρας μιᾶς, ἐλαίου κοινοῦ τὸ ἱκανόν, ὄξους τὸ ἀρκοῦν.</w:t>
      </w:r>
    </w:p>
    <w:p>
      <w:r>
        <w:rPr>
          <w:rFonts w:ascii="Courier New" w:hAnsi="Courier New"/>
          <w:color w:val="555555"/>
          <w:sz w:val="20"/>
        </w:rPr>
        <w:t>[130 . 82]</w:t>
      </w:r>
    </w:p>
    <w:p>
      <w:r>
        <w:rPr>
          <w:rFonts w:ascii="Gentium Plus" w:hAnsi="Gentium Plus"/>
          <w:sz w:val="24"/>
        </w:rPr>
        <w:t>Ἄλλη. σάνδυκος, ψιμυθίου ἀνὰ λίτρας μιᾶς, λιθαργύ‐ ρου γο ἕξ, ῥοδίνου τὸ ἀρκοῦν, ὄξους δριμέος τὸ ἀρκοῦν.</w:t>
      </w:r>
    </w:p>
    <w:p>
      <w:r>
        <w:rPr>
          <w:rFonts w:ascii="Courier New" w:hAnsi="Courier New"/>
          <w:color w:val="555555"/>
          <w:sz w:val="20"/>
        </w:rPr>
        <w:t>[130 82*]</w:t>
      </w:r>
    </w:p>
    <w:p>
      <w:r>
        <w:rPr>
          <w:rFonts w:ascii="Gentium Plus" w:hAnsi="Gentium Plus"/>
          <w:sz w:val="24"/>
        </w:rPr>
        <w:t>Ἄλλη. σάνδυκος γο ἕξ, ψιμυθίου, ῥοδίνου ἐλαίου τὸ ἴσον.</w:t>
      </w:r>
    </w:p>
    <w:p>
      <w:r>
        <w:rPr>
          <w:rFonts w:ascii="Courier New" w:hAnsi="Courier New"/>
          <w:color w:val="555555"/>
          <w:sz w:val="20"/>
        </w:rPr>
        <w:t>[130 . 83]</w:t>
      </w:r>
    </w:p>
    <w:p>
      <w:r>
        <w:rPr>
          <w:rFonts w:ascii="Gentium Plus" w:hAnsi="Gentium Plus"/>
          <w:sz w:val="24"/>
        </w:rPr>
        <w:t>Λιπαρὰ ἀνειμένη ἀποστύφουσα. λιθαργύρου γο ἕξ, ψιμυθίου λίτραν μίαν, οἴνου παλαιοῦ ξέ. αʹ Ἰταλικόν, ἐλαίου κοινοῦ ξέ. αʹ Ἰταλικόν, \| ἐλαίου μυρσίνου γο δʹ.</w:t>
      </w:r>
    </w:p>
    <w:p>
      <w:r>
        <w:rPr>
          <w:rFonts w:ascii="Courier New" w:hAnsi="Courier New"/>
          <w:color w:val="555555"/>
          <w:sz w:val="20"/>
        </w:rPr>
        <w:t>[130 . 84]</w:t>
      </w:r>
    </w:p>
    <w:p>
      <w:r>
        <w:rPr>
          <w:rFonts w:ascii="Gentium Plus" w:hAnsi="Gentium Plus"/>
          <w:sz w:val="24"/>
        </w:rPr>
        <w:t>Λιπαρά, ποιοῦσα πρὸς κατακαύματα. ψιμυθίου γο ἕξ, σάνδυκος τὸ ἴσον, ᾠῶν ιʹ τὰ λευκά, ῥοδίνου τὸ ἱκα‐ νόν, στρύχνου χυλοῦ ὡσαύτως.</w:t>
      </w:r>
    </w:p>
    <w:p>
      <w:r>
        <w:rPr>
          <w:rFonts w:ascii="Courier New" w:hAnsi="Courier New"/>
          <w:color w:val="555555"/>
          <w:sz w:val="20"/>
        </w:rPr>
        <w:t>[130 . 85]</w:t>
      </w:r>
    </w:p>
    <w:p>
      <w:r>
        <w:rPr>
          <w:rFonts w:ascii="Gentium Plus" w:hAnsi="Gentium Plus"/>
          <w:sz w:val="24"/>
        </w:rPr>
        <w:t>Πελαγωνίου ἔμπλαστρος ἡ χλωρά. κηροῦ λίτραν μίαν, ἐλαίου μυρρίνου λίτρας βcʹ, στέατος χηνείου γο βʹ, οἰσύπου γο βʹ, ἰοῦ, χαλβάνης ἀνὰ γο γʹ, ῥητίνης τερεβινθί‐ νης γο βʹ, λιβάνου ἀλεύρου τὸ ἀρκοῦν· ταῦτα πάντα ἐν χαλ‐</w:t>
      </w:r>
    </w:p>
    <w:p>
      <w:r>
        <w:rPr>
          <w:rFonts w:ascii="Courier New" w:hAnsi="Courier New"/>
          <w:color w:val="555555"/>
          <w:sz w:val="20"/>
        </w:rPr>
        <w:t>[5]</w:t>
      </w:r>
    </w:p>
    <w:p>
      <w:r>
        <w:rPr>
          <w:rFonts w:ascii="Gentium Plus" w:hAnsi="Gentium Plus"/>
          <w:sz w:val="24"/>
        </w:rPr>
        <w:t>κείῳ ἀφεψήσας καὶ ἀνελόμενος χρῶ.</w:t>
      </w:r>
    </w:p>
    <w:p>
      <w:r>
        <w:rPr>
          <w:rFonts w:ascii="Courier New" w:hAnsi="Courier New"/>
          <w:color w:val="555555"/>
          <w:sz w:val="20"/>
        </w:rPr>
        <w:t>[130 . 86]</w:t>
      </w:r>
    </w:p>
    <w:p>
      <w:r>
        <w:rPr>
          <w:rFonts w:ascii="Gentium Plus" w:hAnsi="Gentium Plus"/>
          <w:sz w:val="24"/>
        </w:rPr>
        <w:t>Ἄλλη κατασκευὴ ἐμπλάστρου. νίτρου, χαλκοῦ κε‐ καυμένου, ἀξουγγίου ἀνὰ λίτρας βʹ, ἀσφάλτου Ἰουδαϊκῆς λί‐</w:t>
      </w:r>
    </w:p>
    <w:p>
      <w:r>
        <w:rPr>
          <w:rFonts w:ascii="Courier New" w:hAnsi="Courier New"/>
          <w:color w:val="555555"/>
          <w:sz w:val="20"/>
        </w:rPr>
        <w:t>[130 . 87]</w:t>
      </w:r>
    </w:p>
    <w:p>
      <w:r>
        <w:rPr>
          <w:rFonts w:ascii="Gentium Plus" w:hAnsi="Gentium Plus"/>
          <w:sz w:val="24"/>
        </w:rPr>
        <w:t>Κατασκευὴ φαρμάκου. πίσσης ξηρᾶς, ῥητίνης πι‐ τυΐνης, πίσσης Βρυττίας, ὀποπάνακος ἀνὰ λίτρας μιᾶς, χαλ‐ βάνης, προπόλεως, θείου ἀπύρου, μάννης, κρόκου, σταγόνος ἀμμωνιακοῦ, σμύρνης τρωγλίτιδος, στύρακος ἀνὰ γο μιᾶς,</w:t>
      </w:r>
    </w:p>
    <w:p>
      <w:r>
        <w:rPr>
          <w:rFonts w:ascii="Courier New" w:hAnsi="Courier New"/>
          <w:color w:val="555555"/>
          <w:sz w:val="20"/>
        </w:rPr>
        <w:t>[5]</w:t>
      </w:r>
    </w:p>
    <w:p>
      <w:r>
        <w:rPr>
          <w:rFonts w:ascii="Gentium Plus" w:hAnsi="Gentium Plus"/>
          <w:sz w:val="24"/>
        </w:rPr>
        <w:t>ἀσφάλτου Ἰουδα\ γο βʹ, Κολοφωνίας, πάνακος ῥίζης ἀνὰ γο αʹ· ταῦτα σύμ‐ παντα μαλακωτέρῳ πυρὶ καθεψήσας χρῶ καιροῦ κατεπείγοντος.</w:t>
      </w:r>
    </w:p>
    <w:p>
      <w:r>
        <w:rPr>
          <w:rFonts w:ascii="Courier New" w:hAnsi="Courier New"/>
          <w:color w:val="555555"/>
          <w:sz w:val="20"/>
        </w:rPr>
        <w:t>[130 . 88]</w:t>
      </w:r>
    </w:p>
    <w:p>
      <w:r>
        <w:rPr>
          <w:rFonts w:ascii="Gentium Plus" w:hAnsi="Gentium Plus"/>
          <w:sz w:val="24"/>
        </w:rPr>
        <w:t>Ἄλλη ἔμπλαστρος. ἰοῦ, χαλκοῦ κεκαυμένου, νίτρου κεκαυμένου, ἁλὸς ἀμμωνιακοῦ, φαίκλης, ἐλλεβόρου μέλανος ἀνὰ γο ἕξ, ἀξουγγίου λίτραν μίαν, χαλβάνης, κηροῦ ἀνὰ γο ἕξ.</w:t>
      </w:r>
    </w:p>
    <w:p>
      <w:r>
        <w:rPr>
          <w:rFonts w:ascii="Courier New" w:hAnsi="Courier New"/>
          <w:color w:val="555555"/>
          <w:sz w:val="20"/>
        </w:rPr>
        <w:t>[130 . 89]</w:t>
      </w:r>
    </w:p>
    <w:p>
      <w:r>
        <w:rPr>
          <w:rFonts w:ascii="Gentium Plus" w:hAnsi="Gentium Plus"/>
          <w:sz w:val="24"/>
        </w:rPr>
        <w:t>Ἄλλη σύνθεσις ἐμπλάστρου. καδμίας, ἀσφάλτου Ἰουδαϊκῆς, χαλκοῦ κεκαυμένου, χαλκάνθης, νίτρου καὶ ἀξουγ‐ γίου.</w:t>
      </w:r>
    </w:p>
    <w:p>
      <w:r>
        <w:rPr>
          <w:rFonts w:ascii="Courier New" w:hAnsi="Courier New"/>
          <w:color w:val="555555"/>
          <w:sz w:val="20"/>
        </w:rPr>
        <w:t>[130 . 90]</w:t>
      </w:r>
    </w:p>
    <w:p>
      <w:r>
        <w:rPr>
          <w:rFonts w:ascii="Gentium Plus" w:hAnsi="Gentium Plus"/>
          <w:sz w:val="24"/>
        </w:rPr>
        <w:t>Ἄλλο κατάχρισμα τρυφερὸν χαλαστικόν. ἰλύος οἴνου ἢ ἑψήματος ξέ. γʹ, σαμψύχου, δαφνίδων, λινοσπέρμου, νίτρου θαλαττίου, λυγοσπέρμου, ἐλαίου τὰ ἀρκοῦντα.</w:t>
      </w:r>
    </w:p>
    <w:p>
      <w:r>
        <w:rPr>
          <w:rFonts w:ascii="Courier New" w:hAnsi="Courier New"/>
          <w:color w:val="555555"/>
          <w:sz w:val="20"/>
        </w:rPr>
        <w:t>[130 . 91]</w:t>
      </w:r>
    </w:p>
    <w:p>
      <w:r>
        <w:rPr>
          <w:rFonts w:ascii="Gentium Plus" w:hAnsi="Gentium Plus"/>
          <w:sz w:val="24"/>
        </w:rPr>
        <w:t>Ἀψύρτου πρὸς ὀζαίνας. ἰξοῦ γο γʹ, στυπτηρίας λί‐ τραν αʹ γο γʹ, σιδηρίτιδος βοτάνης γο ἕξ, ὄξους τὸ ἀρκοῦν. \|</w:t>
      </w:r>
    </w:p>
    <w:p>
      <w:r>
        <w:rPr>
          <w:rFonts w:ascii="Courier New" w:hAnsi="Courier New"/>
          <w:color w:val="555555"/>
          <w:sz w:val="20"/>
        </w:rPr>
        <w:t>[130 . 92]</w:t>
      </w:r>
    </w:p>
    <w:p>
      <w:r>
        <w:rPr>
          <w:rFonts w:ascii="Gentium Plus" w:hAnsi="Gentium Plus"/>
          <w:sz w:val="24"/>
        </w:rPr>
        <w:t>Ἱεροκλέους εἰς τὸ αὐτό. τὸ σάρον, ᾧ καταμάσσεται ὁ φοῦρνος, ἀποπλύνας ἐν σκεύει καὶ συλλέξας τὸ ὕδωρ, ἐν</w:t>
      </w:r>
    </w:p>
    <w:p>
      <w:r>
        <w:rPr>
          <w:rFonts w:ascii="Courier New" w:hAnsi="Courier New"/>
          <w:color w:val="555555"/>
          <w:sz w:val="20"/>
        </w:rPr>
        <w:t>[130 . 93]</w:t>
      </w:r>
    </w:p>
    <w:p>
      <w:r>
        <w:rPr>
          <w:rFonts w:ascii="Gentium Plus" w:hAnsi="Gentium Plus"/>
          <w:sz w:val="24"/>
        </w:rPr>
        <w:t>Εὐμήλου εἰς τὸ αὐτό. ἰσχάδας λιπαρὰς ἐν ὄξει σκιλ‐ λητικῷ ἀπόβρεξον ἐπὶ ἡμέραις τέσσαρσιν. εἶτα λαβὼν λείωσον ἐπὶ τοσοῦτον, ὥστε αὐτῶν τὰς κέγχρους συλλειωθῆναι. ἐπί‐ βαλλε δὲ καὶ τῶν κρομύων τὸ λευκὸν κατὰ ἀναλογίαν. εἶτα</w:t>
      </w:r>
    </w:p>
    <w:p>
      <w:r>
        <w:rPr>
          <w:rFonts w:ascii="Courier New" w:hAnsi="Courier New"/>
          <w:color w:val="555555"/>
          <w:sz w:val="20"/>
        </w:rPr>
        <w:t>[5]</w:t>
      </w:r>
    </w:p>
    <w:p>
      <w:r>
        <w:rPr>
          <w:rFonts w:ascii="Gentium Plus" w:hAnsi="Gentium Plus"/>
          <w:sz w:val="24"/>
        </w:rPr>
        <w:t>μῖξον ταρίχου κεκαθαρμένου σάρκας δίχα τῶν ἀκανθῶν καὶ τοῦ δέρματος, καὶ λειώσας πάντα ἐπιμελῶς καὶ ποιήσας κατά‐ πλασμα, εἰς ῥάκος ἐπίπλασσε καὶ δέσμει τοὺς πόδας, οὕτω μέντοι, ὥστε πρότερον τρυχίνῳ ῥάκει σφοδρότερον ἀποτριβῆναι καὶ ὄξει ἀποσμηχθῆναι, καὶ οὕτως ἐπιτίθει τὸ ἔμπλαστρον</w:t>
      </w:r>
    </w:p>
    <w:p>
      <w:r>
        <w:rPr>
          <w:rFonts w:ascii="Courier New" w:hAnsi="Courier New"/>
          <w:color w:val="555555"/>
          <w:sz w:val="20"/>
        </w:rPr>
        <w:t>[10]</w:t>
      </w:r>
    </w:p>
    <w:p>
      <w:r>
        <w:rPr>
          <w:rFonts w:ascii="Gentium Plus" w:hAnsi="Gentium Plus"/>
          <w:sz w:val="24"/>
        </w:rPr>
        <w:t>ἐπὶ ἡμέραις δυσί. τὸ μέντοι ζῷον θεραπευόμενον μενέτω ἀκί‐ νητον, ὥστε ἐν τῇ ἱπποστασίᾳ καὶ ἐσθίειν καὶ πίνειν. μετὰ δὲ τρίτην λύσας, εὑρήσεις ὑγιές. \|</w:t>
      </w:r>
    </w:p>
    <w:p>
      <w:r>
        <w:rPr>
          <w:rFonts w:ascii="Courier New" w:hAnsi="Courier New"/>
          <w:color w:val="555555"/>
          <w:sz w:val="20"/>
        </w:rPr>
        <w:t>[130 . 94]</w:t>
      </w:r>
    </w:p>
    <w:p>
      <w:r>
        <w:rPr>
          <w:rFonts w:ascii="Gentium Plus" w:hAnsi="Gentium Plus"/>
          <w:sz w:val="24"/>
        </w:rPr>
        <w:t>Πελαγωνίου εἰς τὸ αὐτό. μέλαν καλλιγραφικόν, κη‐ κῖδας, στυπτηρίαν ἐξ ἴσου κόψας μετὰ ἀξουγγίου, μῖξον καὶ μήλου φλοιοῦ καὶ ὄξους καὶ ἁλὸς καὶ νίτρου τὸ ἀρκοῦν καὶ ἐπιτίθει.</w:t>
      </w:r>
    </w:p>
    <w:p>
      <w:r>
        <w:rPr>
          <w:rFonts w:ascii="Courier New" w:hAnsi="Courier New"/>
          <w:color w:val="555555"/>
          <w:sz w:val="20"/>
        </w:rPr>
        <w:t>[130 . 95]</w:t>
      </w:r>
    </w:p>
    <w:p>
      <w:r>
        <w:rPr>
          <w:rFonts w:ascii="Gentium Plus" w:hAnsi="Gentium Plus"/>
          <w:sz w:val="24"/>
        </w:rPr>
        <w:t>Ἄλλο. σῦκα καὶ σίνηπι κόψας, ὄξος τε μετὰ στυπτη‐ ρίας ὑγρᾶς προσβαλὼν ἐπιτίθει. τῇ δὲ τρίτῃ λύσας, εἰ μὴ αἴσθῃ βοηθηθέν, ἀνανέου τὸ βοήθημα, καὶ πάλιν μετὰ τρεῖς ἡμέρας λύε, καὶ ἡνίκα βελτιωθῇ, τὰ ἄρθρα οἴνῳ κατάπλυνε</w:t>
      </w:r>
    </w:p>
    <w:p>
      <w:r>
        <w:rPr>
          <w:rFonts w:ascii="Courier New" w:hAnsi="Courier New"/>
          <w:color w:val="555555"/>
          <w:sz w:val="20"/>
        </w:rPr>
        <w:t>[5]</w:t>
      </w:r>
    </w:p>
    <w:p>
      <w:r>
        <w:rPr>
          <w:rFonts w:ascii="Gentium Plus" w:hAnsi="Gentium Plus"/>
          <w:sz w:val="24"/>
        </w:rPr>
        <w:t>καὶ λελυμένον τὸν ἵππον ἀπόλυε.</w:t>
      </w:r>
    </w:p>
    <w:p>
      <w:r>
        <w:rPr>
          <w:rFonts w:ascii="Courier New" w:hAnsi="Courier New"/>
          <w:color w:val="555555"/>
          <w:sz w:val="20"/>
        </w:rPr>
        <w:t>[130 . 96]</w:t>
      </w:r>
    </w:p>
    <w:p>
      <w:r>
        <w:rPr>
          <w:rFonts w:ascii="Gentium Plus" w:hAnsi="Gentium Plus"/>
          <w:sz w:val="24"/>
        </w:rPr>
        <w:t>Ἄλλο. ὀποπάνακα μετὰ κριθίνου ἀλεύρου συνεψήσας, ὥστε ἐμπλαστρώδη γενέσθαι, ἐπίθες.</w:t>
      </w:r>
    </w:p>
    <w:p>
      <w:r>
        <w:rPr>
          <w:rFonts w:ascii="Courier New" w:hAnsi="Courier New"/>
          <w:color w:val="555555"/>
          <w:sz w:val="20"/>
        </w:rPr>
        <w:t>[130 . 97]</w:t>
      </w:r>
    </w:p>
    <w:p>
      <w:r>
        <w:rPr>
          <w:rFonts w:ascii="Gentium Plus" w:hAnsi="Gentium Plus"/>
          <w:sz w:val="24"/>
        </w:rPr>
        <w:t>Περὶ τοῦ τί ἐστιν ὠμὴ λύσις; ὠμὴ λύσις ἐστὶ μῖξις τήλεως, λινοσπέρμου, κριθίνου ἀλεύρου ἐξ ἴσου.</w:t>
      </w:r>
    </w:p>
    <w:p>
      <w:r>
        <w:rPr>
          <w:rFonts w:ascii="Courier New" w:hAnsi="Courier New"/>
          <w:color w:val="555555"/>
          <w:sz w:val="20"/>
        </w:rPr>
        <w:t>[130 . 98]</w:t>
      </w:r>
    </w:p>
    <w:p>
      <w:r>
        <w:rPr>
          <w:rFonts w:ascii="Gentium Plus" w:hAnsi="Gentium Plus"/>
          <w:sz w:val="24"/>
        </w:rPr>
        <w:t>Ποῦλβερ κουδριγάριον. ἀμώμου, κιναμώμου, μώ‐ λυος, σελινοσπέρμου, \| ἀριστολοχείας ἀνὰ γο αʹ, κρόκου, σχοί‐ νου ἄνθους, ῥόδων ἀνὰ γο ἕξ, ἴρεως Ἰλλυρικῆς λίτραν αʹ, ἀσάρου γο θʹ, πετροσελίνου, ἀννήσου ἀνὰ ξέ. αʹ, κροκομάγ‐</w:t>
      </w:r>
    </w:p>
    <w:p>
      <w:r>
        <w:rPr>
          <w:rFonts w:ascii="Courier New" w:hAnsi="Courier New"/>
          <w:color w:val="555555"/>
          <w:sz w:val="20"/>
        </w:rPr>
        <w:t>[5]</w:t>
      </w:r>
    </w:p>
    <w:p>
      <w:r>
        <w:rPr>
          <w:rFonts w:ascii="Gentium Plus" w:hAnsi="Gentium Plus"/>
          <w:sz w:val="24"/>
        </w:rPr>
        <w:t>ματος λίτρας βʹ, ῥέου Ποντικοῦ, κασίας, λιβάνου ἄρρενος, καλαμίνθης ἀνὰ γο γʹ, ναρδοστάχυος, νάρδου Κελτικῆς, πεπέ‐ ρεως μέλανος, κόστου, πάνακος, πεπέρεως μακροῦ, πεπέρεως λευκοῦ ἀνὰ γο δʹ.</w:t>
      </w:r>
    </w:p>
    <w:p>
      <w:r>
        <w:rPr>
          <w:rFonts w:ascii="Courier New" w:hAnsi="Courier New"/>
          <w:color w:val="555555"/>
          <w:sz w:val="20"/>
        </w:rPr>
        <w:t>[130 . 99]</w:t>
      </w:r>
    </w:p>
    <w:p>
      <w:r>
        <w:rPr>
          <w:rFonts w:ascii="Gentium Plus" w:hAnsi="Gentium Plus"/>
          <w:sz w:val="24"/>
        </w:rPr>
        <w:t>Ἄλειμμα κουδριγάριον. ταυρείου στέατος, αἰγείου, ἐλαφείου ἀνὰ λίτρας βʹ, χηνείου, κηροῦ Τυρρηνικοῦ, ῥητίνης τερεβινθίνης ἀνὰ λίτραν αʹ, ἐλαίου παλαιοῦ ξέ. αʹ.</w:t>
      </w:r>
    </w:p>
    <w:p>
      <w:r>
        <w:rPr>
          <w:rFonts w:ascii="Courier New" w:hAnsi="Courier New"/>
          <w:color w:val="555555"/>
          <w:sz w:val="20"/>
        </w:rPr>
        <w:t>[130 . 100]</w:t>
      </w:r>
    </w:p>
    <w:p>
      <w:r>
        <w:rPr>
          <w:rFonts w:ascii="Gentium Plus" w:hAnsi="Gentium Plus"/>
          <w:sz w:val="24"/>
        </w:rPr>
        <w:t>Ἄλειμμα θερμαντικόν. κηροῦ, ῥητίνης πιτυΐνης, ῥητίνης τερεβινθίνης ἀνὰ λίτραν μίαν, ἀξουγγίου λίτρας βʹ, χαλβάνης, νίτρου, θείου ἀπύρου, δαφνίδων, κυπέρου ἀνὰ γο αʹ·</w:t>
      </w:r>
    </w:p>
    <w:p>
      <w:r>
        <w:rPr>
          <w:rFonts w:ascii="Courier New" w:hAnsi="Courier New"/>
          <w:color w:val="555555"/>
          <w:sz w:val="20"/>
        </w:rPr>
        <w:t>[130 . 101]</w:t>
      </w:r>
    </w:p>
    <w:p>
      <w:r>
        <w:rPr>
          <w:rFonts w:ascii="Gentium Plus" w:hAnsi="Gentium Plus"/>
          <w:sz w:val="24"/>
        </w:rPr>
        <w:t>Πελαγωνίου ἄλειμμα θερμαντικόν. ῥητίνης τερε‐ βινθίνης, ῥητίνης φρυκτῆς, ῥητίνης Κολοφωνίας, ῥητίνης πιτυΐνης, κηροῦ, μυελοῦ ἐλαφείου, ἐλαίου δαφνίνου, χαλβάνης, ὀποπά\|νακος. ταῦτα πάντα ἐξ ἴσου σταθμοῦ εἰς χύτραν ἐμβα‐</w:t>
      </w:r>
    </w:p>
    <w:p>
      <w:r>
        <w:rPr>
          <w:rFonts w:ascii="Courier New" w:hAnsi="Courier New"/>
          <w:color w:val="555555"/>
          <w:sz w:val="20"/>
        </w:rPr>
        <w:t>[5]</w:t>
      </w:r>
    </w:p>
    <w:p>
      <w:r>
        <w:rPr>
          <w:rFonts w:ascii="Gentium Plus" w:hAnsi="Gentium Plus"/>
          <w:sz w:val="24"/>
        </w:rPr>
        <w:t>λών, ἕψει ἐπ’ ἀνθρακιᾶς ἐλαφρῶς, καὶ ἀνελόμενος μετὰ τὸ ἑνωθῆναι καὶ ἀπὸ ψύξεως πυκνωθῆναι, τὸ τηνικαῦτα τῶν</w:t>
      </w:r>
    </w:p>
    <w:p>
      <w:r>
        <w:rPr>
          <w:rFonts w:ascii="Courier New" w:hAnsi="Courier New"/>
          <w:color w:val="555555"/>
          <w:sz w:val="20"/>
        </w:rPr>
        <w:t>[130 . 102]</w:t>
      </w:r>
    </w:p>
    <w:p>
      <w:r>
        <w:rPr>
          <w:rFonts w:ascii="Gentium Plus" w:hAnsi="Gentium Plus"/>
          <w:sz w:val="24"/>
        </w:rPr>
        <w:t>Ἀψύρτου σύγχρισμα πρὸς νεύρων ψῦξιν. κηροῦ γο αʹ, ῥητίνης τερεβινθίνης γο δʹ, ὀποπάνακος, μυελοῦ ἐλα‐ φείου ἀνὰ γο βʹ, στυρακίνου ἐλαίου γο γʹ, κυπρίνου ἐλαίου γο αʹ, πάντα ταῦτα εἰς ἓν ἑψήσας, χρήσῃ εἰς τοὺς περιεψυγ‐</w:t>
      </w:r>
    </w:p>
    <w:p>
      <w:r>
        <w:rPr>
          <w:rFonts w:ascii="Courier New" w:hAnsi="Courier New"/>
          <w:color w:val="555555"/>
          <w:sz w:val="20"/>
        </w:rPr>
        <w:t>[5]</w:t>
      </w:r>
    </w:p>
    <w:p>
      <w:r>
        <w:rPr>
          <w:rFonts w:ascii="Gentium Plus" w:hAnsi="Gentium Plus"/>
          <w:sz w:val="24"/>
        </w:rPr>
        <w:t>μένους τόπους, χειμῶνος ἐν θερμῷ τόπῳ, θερείας δὲ ἐν αἰθρίᾳ.</w:t>
      </w:r>
    </w:p>
    <w:p>
      <w:r>
        <w:rPr>
          <w:rFonts w:ascii="Courier New" w:hAnsi="Courier New"/>
          <w:color w:val="555555"/>
          <w:sz w:val="20"/>
        </w:rPr>
        <w:t>[130 . 103]</w:t>
      </w:r>
    </w:p>
    <w:p>
      <w:r>
        <w:rPr>
          <w:rFonts w:ascii="Gentium Plus" w:hAnsi="Gentium Plus"/>
          <w:sz w:val="24"/>
        </w:rPr>
        <w:t>Σύγχρισμα ἐπὶ ὤμων καὶ ψυῶν καὶ κοξῶν ἡττη‐ μένων διεγεῖρον καὶ διογκοῦν τὰ ἡττήματα, τὸ αὐτὸ δὲ καὶ τετανικοὺς θεραπεύει. δαφνίδων, σαμψύχου ἀνὰ ξέ. ἕνα, θείου ἀπύρου γο γʹ, νίτρου, μάννης καθαρᾶς, ῥητί‐</w:t>
      </w:r>
    </w:p>
    <w:p>
      <w:r>
        <w:rPr>
          <w:rFonts w:ascii="Courier New" w:hAnsi="Courier New"/>
          <w:color w:val="555555"/>
          <w:sz w:val="20"/>
        </w:rPr>
        <w:t>[5]</w:t>
      </w:r>
    </w:p>
    <w:p>
      <w:r>
        <w:rPr>
          <w:rFonts w:ascii="Gentium Plus" w:hAnsi="Gentium Plus"/>
          <w:sz w:val="24"/>
        </w:rPr>
        <w:t>νης πιτυΐνης ἀνὰ λίτρας αʹ, κυμίνου Αἰθιοπικοῦ γο γʹ, ἐλαίου κοινοῦ γο γʹ, οἴνου χρηστοῦ ξέ. γʹ, καθεψή\|σας αὐτό, ἄχρις οὗ γλοιῶδες γένηται, ἀποτίθει ἐν ἀγγείῳ, καὶ ἐν τῇ χρείᾳ ὑποθερμαίνων, χρῶ.</w:t>
      </w:r>
    </w:p>
    <w:p>
      <w:r>
        <w:rPr>
          <w:rFonts w:ascii="Courier New" w:hAnsi="Courier New"/>
          <w:color w:val="555555"/>
          <w:sz w:val="20"/>
        </w:rPr>
        <w:t>[130 . 104]</w:t>
      </w:r>
    </w:p>
    <w:p>
      <w:r>
        <w:rPr>
          <w:rFonts w:ascii="Gentium Plus" w:hAnsi="Gentium Plus"/>
          <w:sz w:val="24"/>
        </w:rPr>
        <w:t>Ἀψύρτου συγχρίσματος ἐμβροχὴ πρὸς ὀπισθο‐ τονικούς. δαφνίδων, κυμίνου ἀνὰ ξέ. αʹ, θείου ἀπύρου, χαλβάνης ἀνὰ γο γʹ, ῥητίνης τερεβινθίνης λίτραν αʹ, ἐλαίου ξέ. γʹ συνεψήσας, σύγχρισον ὅλον τὸ κτῆνος. βρωτοῖς δὲ ξη‐</w:t>
      </w:r>
    </w:p>
    <w:p>
      <w:r>
        <w:rPr>
          <w:rFonts w:ascii="Courier New" w:hAnsi="Courier New"/>
          <w:color w:val="555555"/>
          <w:sz w:val="20"/>
        </w:rPr>
        <w:t>[5]</w:t>
      </w:r>
    </w:p>
    <w:p>
      <w:r>
        <w:rPr>
          <w:rFonts w:ascii="Gentium Plus" w:hAnsi="Gentium Plus"/>
          <w:sz w:val="24"/>
        </w:rPr>
        <w:t>ροῖς χρῶ κλήμασιν ἀμπελίνοις.</w:t>
      </w:r>
    </w:p>
    <w:p>
      <w:r>
        <w:rPr>
          <w:rFonts w:ascii="Courier New" w:hAnsi="Courier New"/>
          <w:color w:val="555555"/>
          <w:sz w:val="20"/>
        </w:rPr>
        <w:t>[130 . 105]</w:t>
      </w:r>
    </w:p>
    <w:p>
      <w:r>
        <w:rPr>
          <w:rFonts w:ascii="Gentium Plus" w:hAnsi="Gentium Plus"/>
          <w:sz w:val="24"/>
        </w:rPr>
        <w:t>Τοῦ αὐτοῦ πρὸς τὰς συνδέσεις ἐμβροχή. κηροῦ, πίσσης, ῥητίνης φρυκτῆς ἀνὰ λίτραν μίαν, ὀποπάνακος γο αʹ, ἐλαίου ξέ. αʹ· ὅταν τακῇ ταῦτα, διηθήσας, ὡς ἔστι θερμά, πρόσβαλλε ὄξος καὶ μάλασσε καὶ χρῶ.</w:t>
      </w:r>
    </w:p>
    <w:p>
      <w:r>
        <w:rPr>
          <w:rFonts w:ascii="Courier New" w:hAnsi="Courier New"/>
          <w:color w:val="555555"/>
          <w:sz w:val="20"/>
        </w:rPr>
        <w:t>[130 . 106]</w:t>
      </w:r>
    </w:p>
    <w:p>
      <w:r>
        <w:rPr>
          <w:rFonts w:ascii="Gentium Plus" w:hAnsi="Gentium Plus"/>
          <w:sz w:val="24"/>
        </w:rPr>
        <w:t>Συναλειμμὸς χαλαστικός. κηροῦ γο ϛʹ, προπόλεως γο γʹ, ὀποπάνακος γο αʹ, χαλβάνης γο αʹ, καστορίου γο cʹ, στέατος ταυρείου γο ϛʹ, ἀποχύματος γο δʹ, πιτυΐνης ξηρᾶς</w:t>
      </w:r>
    </w:p>
    <w:p>
      <w:r>
        <w:rPr>
          <w:rFonts w:ascii="Courier New" w:hAnsi="Courier New"/>
          <w:color w:val="555555"/>
          <w:sz w:val="20"/>
        </w:rPr>
        <w:t>[5]</w:t>
      </w:r>
    </w:p>
    <w:p>
      <w:r>
        <w:rPr>
          <w:rFonts w:ascii="Gentium Plus" w:hAnsi="Gentium Plus"/>
          <w:sz w:val="24"/>
        </w:rPr>
        <w:t>τὸ καστόριον κόψας καὶ σήσας, εἶτα μετὰ τῶν λοι\ σας, χρῶ.</w:t>
      </w:r>
    </w:p>
    <w:p>
      <w:r>
        <w:rPr>
          <w:rFonts w:ascii="Courier New" w:hAnsi="Courier New"/>
          <w:color w:val="555555"/>
          <w:sz w:val="20"/>
        </w:rPr>
        <w:t>[130 . 107]</w:t>
      </w:r>
    </w:p>
    <w:p>
      <w:r>
        <w:rPr>
          <w:rFonts w:ascii="Gentium Plus" w:hAnsi="Gentium Plus"/>
          <w:sz w:val="24"/>
        </w:rPr>
        <w:t>Θεραπεία ποδῶν κτηνῶν. εἰς χύτραν καινὴν ἔμ‐ βαλλε ἐλαίου ξέ. γʹ, καὶ σαύρας τὰς χλωρὰς καθεὶς εἰς τὸ ἔλαιον, δύο που ἢ καὶ τρεῖς, καὶ πωμάσας τὴν χύτραν καθέψησον, ὡς κατακαυθῆναι τὰς σαύρας εἰς τὸ ἔλαιον, καὶ ἐξελὼν τὰ</w:t>
      </w:r>
    </w:p>
    <w:p>
      <w:r>
        <w:rPr>
          <w:rFonts w:ascii="Courier New" w:hAnsi="Courier New"/>
          <w:color w:val="555555"/>
          <w:sz w:val="20"/>
        </w:rPr>
        <w:t>[5]</w:t>
      </w:r>
    </w:p>
    <w:p>
      <w:r>
        <w:rPr>
          <w:rFonts w:ascii="Gentium Plus" w:hAnsi="Gentium Plus"/>
          <w:sz w:val="24"/>
        </w:rPr>
        <w:t>ὀστᾶ αὐτῶν, ἐπίβαλλε ἀσφάλτου λείας γο ϛʹ, πίσσης ὑγρᾶς ξέ. cʹ, στέατος χοιρείου παλαιοῦ λίτρας βʹ, καὶ πάντα συνεψή‐ σας ἱκανῶς, χρῶ ἀλείφων τὴν ὁπλήν. τοῦτο δὲ ποιήσει κατὰ τὸ ἐγχωροῦν σκληρότερον τοῦ ζῴου τὸν πόδα.</w:t>
      </w:r>
    </w:p>
    <w:p>
      <w:r>
        <w:rPr>
          <w:rFonts w:ascii="Courier New" w:hAnsi="Courier New"/>
          <w:color w:val="555555"/>
          <w:sz w:val="20"/>
        </w:rPr>
        <w:t>[130 . 108]</w:t>
      </w:r>
    </w:p>
    <w:p>
      <w:r>
        <w:rPr>
          <w:rFonts w:ascii="Gentium Plus" w:hAnsi="Gentium Plus"/>
          <w:sz w:val="24"/>
        </w:rPr>
        <w:t>Ἄλλο Ἱπποκράτους. ζύμην, ἅλας, μίλτον, ᾠόν, ὄξει ταῦτα λειοτριβήσας, χρῶ.</w:t>
      </w:r>
    </w:p>
    <w:p>
      <w:r>
        <w:rPr>
          <w:rFonts w:ascii="Courier New" w:hAnsi="Courier New"/>
          <w:color w:val="555555"/>
          <w:sz w:val="20"/>
        </w:rPr>
        <w:t>[130 . 109]</w:t>
      </w:r>
    </w:p>
    <w:p>
      <w:r>
        <w:rPr>
          <w:rFonts w:ascii="Gentium Plus" w:hAnsi="Gentium Plus"/>
          <w:sz w:val="24"/>
        </w:rPr>
        <w:t>Ἄλλο. ῥητίνης γο γʹ, κηροῦ γο γʹ, τερεβινθίνης γο αʹ, ἀξουγγίου λίτρας βʹ, 〈ἐλαίου γο βʹ,〉 ὀρόβου ξέ. δʹ, ὄξους κρᾶμα, κώνης γο βʹ, πίσσης κοτύλης τὸ cʹ, ταρίχου παλαιοῦ λίτρας βʹ, μέλιτος κοτύλην μίαν· τὸν τάριχον λειοτριβήσας μετ’ αὐτῶν,</w:t>
      </w:r>
    </w:p>
    <w:p>
      <w:r>
        <w:rPr>
          <w:rFonts w:ascii="Courier New" w:hAnsi="Courier New"/>
          <w:color w:val="555555"/>
          <w:sz w:val="20"/>
        </w:rPr>
        <w:t>[5]</w:t>
      </w:r>
    </w:p>
    <w:p>
      <w:r>
        <w:rPr>
          <w:rFonts w:ascii="Gentium Plus" w:hAnsi="Gentium Plus"/>
          <w:sz w:val="24"/>
        </w:rPr>
        <w:t>καὶ εἰς θυ\</w:t>
      </w:r>
    </w:p>
    <w:p>
      <w:r>
        <w:rPr>
          <w:rFonts w:ascii="Courier New" w:hAnsi="Courier New"/>
          <w:color w:val="555555"/>
          <w:sz w:val="20"/>
        </w:rPr>
        <w:t>[130 . 110]</w:t>
      </w:r>
    </w:p>
    <w:p>
      <w:r>
        <w:rPr>
          <w:rFonts w:ascii="Gentium Plus" w:hAnsi="Gentium Plus"/>
          <w:sz w:val="24"/>
        </w:rPr>
        <w:t>Ἄλλο. ἀμόργης καὶ παλαιᾶς κέδρου τὸ αὔταρκες καὶ ἀξουγγίου παλαιοῦ μετὰ οἴνου καὶ κονίας ἀσβέστου, λειοτρι‐ βήσας ἕκαστον αὐτῶν καὶ ἑψήσας αὐτάρκως μετὰ τῆς ἀμόρ‐ γης χρῶ.</w:t>
      </w:r>
    </w:p>
    <w:p>
      <w:r>
        <w:rPr>
          <w:rFonts w:ascii="Courier New" w:hAnsi="Courier New"/>
          <w:color w:val="555555"/>
          <w:sz w:val="20"/>
        </w:rPr>
        <w:t>[130 . 111]</w:t>
      </w:r>
    </w:p>
    <w:p>
      <w:r>
        <w:rPr>
          <w:rFonts w:ascii="Gentium Plus" w:hAnsi="Gentium Plus"/>
          <w:sz w:val="24"/>
        </w:rPr>
        <w:t>Ἄλλο. σκορόδων γο ἕξ, θείου γο δʹ, ἴρεως γο ἕξ, ἀξουγγίου χοιρείου λίτρας βʹ, ὄξει ἑψήσας χρῶ.</w:t>
      </w:r>
    </w:p>
    <w:p>
      <w:r>
        <w:rPr>
          <w:rFonts w:ascii="Courier New" w:hAnsi="Courier New"/>
          <w:color w:val="555555"/>
          <w:sz w:val="20"/>
        </w:rPr>
        <w:t>[130 . 112]</w:t>
      </w:r>
    </w:p>
    <w:p>
      <w:r>
        <w:rPr>
          <w:rFonts w:ascii="Gentium Plus" w:hAnsi="Gentium Plus"/>
          <w:sz w:val="24"/>
        </w:rPr>
        <w:t>Ἱεροκλέους εἰς τὸ αὐτό. εὐφορβίου γο αcʹ, καστο‐ ρίου γο αʹ, βδελλίου γο βʹ, χαλβάνης, ὀποπάνακος, λιθαργύ‐ ρου ἀνὰ γο βʹ, ἀσφάλτου γο ἕξ, μάννης γο δʹ, φρυκτῆς γο ϛʹ,</w:t>
      </w:r>
    </w:p>
    <w:p>
      <w:r>
        <w:rPr>
          <w:rFonts w:ascii="Courier New" w:hAnsi="Courier New"/>
          <w:color w:val="555555"/>
          <w:sz w:val="20"/>
        </w:rPr>
        <w:t>[130 . 113]</w:t>
      </w:r>
    </w:p>
    <w:p>
      <w:r>
        <w:rPr>
          <w:rFonts w:ascii="Gentium Plus" w:hAnsi="Gentium Plus"/>
          <w:sz w:val="24"/>
        </w:rPr>
        <w:t>Ἀψύρτου πρὸς τοὺς ἐκ ῥινῶν ὑγρὸν φέροντας. βούτυρον ἢ ἔλαιον γάρῳ μίξας, διὰ ῥινῶν ἐγχυμάτιζε, εἶτα προσδήσας τὴν κεφαλὴν πρὸς τοὺς πόδας, ἔα νέμεσθαι.</w:t>
      </w:r>
    </w:p>
    <w:p>
      <w:r>
        <w:rPr>
          <w:rFonts w:ascii="Courier New" w:hAnsi="Courier New"/>
          <w:color w:val="555555"/>
          <w:sz w:val="20"/>
        </w:rPr>
        <w:t>[130 . 114]</w:t>
      </w:r>
    </w:p>
    <w:p>
      <w:r>
        <w:rPr>
          <w:rFonts w:ascii="Gentium Plus" w:hAnsi="Gentium Plus"/>
          <w:sz w:val="24"/>
        </w:rPr>
        <w:t>Θεομνήστου πρὸς τὰ διὰ ῥινῶν ἀπὸ ψύξεως φε‐ ρόμενα ὑγρά. αἷμα ἄφελε ἀπὸ τῶν κροτάφων, ἵνα τῇ τού‐ του \| διεξόδῳ τοὺς περὶ τὴν κεφαλὴν τόπους χαλάσῃς, καὶ πᾶν τὸ ἐν κεφαλῇ πεπηγὸς ὑπὸ τῆς ψύξεως φλέγμα λυθὲν κατο‐</w:t>
      </w:r>
    </w:p>
    <w:p>
      <w:r>
        <w:rPr>
          <w:rFonts w:ascii="Courier New" w:hAnsi="Courier New"/>
          <w:color w:val="555555"/>
          <w:sz w:val="20"/>
        </w:rPr>
        <w:t>[5]</w:t>
      </w:r>
    </w:p>
    <w:p>
      <w:r>
        <w:rPr>
          <w:rFonts w:ascii="Gentium Plus" w:hAnsi="Gentium Plus"/>
          <w:sz w:val="24"/>
        </w:rPr>
        <w:t>λισθήσῃ διὰ τῶν μυκτήρων. πρὸ δὲ τῆς τοῦ αἵματος ἀφαι‐ ρέσεως ἐλαίῳ θερμῷ καταιονᾶν δεῖ τοὺς περὶ τὸ βρέγμα τοῦ ζῴου τόπους. συνεργήσει γὰρ τὸ τοιοῦτον τῷ χαλασμῷ. ἐγ‐ χυματιζέσθω δὲ κονδῖτον ἔντρυγον διὰ τοῦ στόματος καὶ διὰ μυκτήρων, ἵνα ἡ τοῦ πεπέρεως θέρμη λύουσα τὴν ἔμφραξιν,</w:t>
      </w:r>
    </w:p>
    <w:p>
      <w:r>
        <w:rPr>
          <w:rFonts w:ascii="Courier New" w:hAnsi="Courier New"/>
          <w:color w:val="555555"/>
          <w:sz w:val="20"/>
        </w:rPr>
        <w:t>[10]</w:t>
      </w:r>
    </w:p>
    <w:p>
      <w:r>
        <w:rPr>
          <w:rFonts w:ascii="Gentium Plus" w:hAnsi="Gentium Plus"/>
          <w:sz w:val="24"/>
        </w:rPr>
        <w:t>χρέμψεις ἐμποιήσῃ, δι’ ὧν ἀνάγκη διεξοδευθήσεσθαι τὸ λυ‐ ποῦν. εἰ δὲ τούτων προσαγομένων μὴ λυθῇ τὸ πάθος, ὀπο‐ πάνακος δραχμὴν μίαν, καστορίου δραχμὰς ἕξ, λασάρου δραχ‐ μὴν μίαν, οἴνου μέλανος ἢ κονδίτου ξέ. αʹ Ἰταλικὸν μίξας, ἐγχυμάτισον ἅπαξ 〈καὶ θαυμάσεις.〉</w:t>
      </w:r>
    </w:p>
    <w:p>
      <w:r>
        <w:rPr>
          <w:rFonts w:ascii="Courier New" w:hAnsi="Courier New"/>
          <w:color w:val="555555"/>
          <w:sz w:val="20"/>
        </w:rPr>
        <w:t>[130 . 115]</w:t>
      </w:r>
    </w:p>
    <w:p>
      <w:r>
        <w:rPr>
          <w:rFonts w:ascii="Gentium Plus" w:hAnsi="Gentium Plus"/>
          <w:sz w:val="24"/>
        </w:rPr>
        <w:t>Ἄλλο Πελαγωνίου. ἡ ὑγρότης τῶν ῥινῶν διάφορός ἐστιν. εἰ τοίνυν αἱ μύξαι διαυγεῖς ἔσονται, καθημερινῆς ἐστι συνηθείας, καὶ οὐδὲν ἕξουσι φαῦλον. εἰ δὲ παχύτεραι ἔσονται καὶ λευκότεραι, ἐκ τοῦ ἐγκεφάλου κατάγονται. \| πυρρίζουσαι δὲ</w:t>
      </w:r>
    </w:p>
    <w:p>
      <w:r>
        <w:rPr>
          <w:rFonts w:ascii="Courier New" w:hAnsi="Courier New"/>
          <w:color w:val="555555"/>
          <w:sz w:val="20"/>
        </w:rPr>
        <w:t>[5]</w:t>
      </w:r>
    </w:p>
    <w:p>
      <w:r>
        <w:rPr>
          <w:rFonts w:ascii="Gentium Plus" w:hAnsi="Gentium Plus"/>
          <w:sz w:val="24"/>
        </w:rPr>
        <w:t>καὶ λεπταὶ ἀπὸ ψύξεως παλαιᾶς, καὶ διὰ τοῦτο πυρετοὶ προ‐ σημαίνονται, λιπαρώτεραι δὲ καὶ ἀφρώδεις ἐκ τοῦ πνεύμονος ἀναπέμπονται. πυκνότεραι δὲ ἐκ τῶν γλανδουλῶν κατέρχον‐</w:t>
      </w:r>
    </w:p>
    <w:p>
      <w:r>
        <w:rPr>
          <w:rFonts w:ascii="Courier New" w:hAnsi="Courier New"/>
          <w:color w:val="555555"/>
          <w:sz w:val="20"/>
        </w:rPr>
        <w:t>[130 . 116]</w:t>
      </w:r>
    </w:p>
    <w:p>
      <w:r>
        <w:rPr>
          <w:rFonts w:ascii="Gentium Plus" w:hAnsi="Gentium Plus"/>
          <w:sz w:val="24"/>
        </w:rPr>
        <w:t>Πρὸς τοὺς διὰ μυκτήρων πῦον ἀναφέροντας. λιβάνου ἄρρενος γο μίαν μετὰ οἴνου κοτύλης Ἀττικῆς μιᾶς λείωσον, καὶ χλιάνας δι’ ἀμφοτέρων τῶν μυκτήρων ἐγχυμά‐ τιζε, καὶ μετὰ ταῦτα δαφνοφύλλοις ὑποκάπνιζε.</w:t>
      </w:r>
    </w:p>
    <w:p>
      <w:r>
        <w:rPr>
          <w:rFonts w:ascii="Courier New" w:hAnsi="Courier New"/>
          <w:color w:val="555555"/>
          <w:sz w:val="20"/>
        </w:rPr>
        <w:t>[130 . 117]</w:t>
      </w:r>
    </w:p>
    <w:p>
      <w:r>
        <w:rPr>
          <w:rFonts w:ascii="Gentium Plus" w:hAnsi="Gentium Plus"/>
          <w:sz w:val="24"/>
        </w:rPr>
        <w:t>Ἀψύρτου πρὸς σειριασμόν. ἰοῦ γο ϛʹ, ἀσβέστου τὸ ἀρκοῦν.</w:t>
      </w:r>
    </w:p>
    <w:p>
      <w:r>
        <w:rPr>
          <w:rFonts w:ascii="Courier New" w:hAnsi="Courier New"/>
          <w:color w:val="555555"/>
          <w:sz w:val="20"/>
        </w:rPr>
        <w:t>[130 . 118]</w:t>
      </w:r>
    </w:p>
    <w:p>
      <w:r>
        <w:rPr>
          <w:rFonts w:ascii="Gentium Plus" w:hAnsi="Gentium Plus"/>
          <w:sz w:val="24"/>
        </w:rPr>
        <w:t>Κατάπλασμα πρησμονῆς. ἄλευρα κρίθινα, ἀξούγ‐ γιον, ὄξους τὸ ἀρκοῦν.</w:t>
      </w:r>
    </w:p>
    <w:p>
      <w:r>
        <w:rPr>
          <w:rFonts w:ascii="Courier New" w:hAnsi="Courier New"/>
          <w:color w:val="555555"/>
          <w:sz w:val="20"/>
        </w:rPr>
        <w:t>[130 . 119]</w:t>
      </w:r>
    </w:p>
    <w:p>
      <w:r>
        <w:rPr>
          <w:rFonts w:ascii="Gentium Plus" w:hAnsi="Gentium Plus"/>
          <w:sz w:val="24"/>
        </w:rPr>
        <w:t>Πρὸς φάζαιναν. φάζαιναν οὕτως σκορπίσεις· ἀσβέ‐ στου λίτραν μίαν, κισσοῦ ἄνθους λίτραν μίαν, λεπτοκαρύων ξέ. ἕνα, ἐλαίου σχινίνου λίτραν μίαν, ἀξουγγίου παλαιοῦ λί‐ τρας βʹ, κυάμου ἄνθους λίτραν αʹ. ταῦτα \| εἰς ἓν συντρίψας</w:t>
      </w:r>
    </w:p>
    <w:p>
      <w:r>
        <w:rPr>
          <w:rFonts w:ascii="Courier New" w:hAnsi="Courier New"/>
          <w:color w:val="555555"/>
          <w:sz w:val="20"/>
        </w:rPr>
        <w:t>[5]</w:t>
      </w:r>
    </w:p>
    <w:p>
      <w:r>
        <w:rPr>
          <w:rFonts w:ascii="Gentium Plus" w:hAnsi="Gentium Plus"/>
          <w:sz w:val="24"/>
        </w:rPr>
        <w:t>τὸν τόπον ἐπίχριε.</w:t>
      </w:r>
    </w:p>
    <w:p>
      <w:r>
        <w:rPr>
          <w:rFonts w:ascii="Courier New" w:hAnsi="Courier New"/>
          <w:color w:val="555555"/>
          <w:sz w:val="20"/>
        </w:rPr>
        <w:t>[130 . 120]</w:t>
      </w:r>
    </w:p>
    <w:p>
      <w:r>
        <w:rPr>
          <w:rFonts w:ascii="Gentium Plus" w:hAnsi="Gentium Plus"/>
          <w:sz w:val="24"/>
        </w:rPr>
        <w:t>Ἄλλο στυπτικόν. ἰοῦ γο ϛʹ, χαλκίτιδος, μίσυος, ἀκα‐ κίας ἀνὰ λίτρας βʹ, σιδίων ξέ. ἕνα, ὄξους ξέ. γʹ.</w:t>
      </w:r>
    </w:p>
    <w:p>
      <w:r>
        <w:rPr>
          <w:rFonts w:ascii="Courier New" w:hAnsi="Courier New"/>
          <w:color w:val="555555"/>
          <w:sz w:val="20"/>
        </w:rPr>
        <w:t>[130 . 121]</w:t>
      </w:r>
    </w:p>
    <w:p>
      <w:r>
        <w:rPr>
          <w:rFonts w:ascii="Gentium Plus" w:hAnsi="Gentium Plus"/>
          <w:sz w:val="24"/>
        </w:rPr>
        <w:t>Πρὸς δρακοντίαν. δρακοντίαν οὕτω νοήσεις· φλύ‐ κταιναι γίνονται εἰς ὅλον τὸ σῶμα αὐτοῦ καὶ διαλακῶσιν, ὅπερ θεραπεύσεις οὕτως· λήψῃ ἀπὸ ῥυτῆς καὶ ῥόδου καὶ καστορίου, καὶ εἰς ἓν μίξας, πρῶτον τὰς φλυκταίνας αὐτοῦ</w:t>
      </w:r>
    </w:p>
    <w:p>
      <w:r>
        <w:rPr>
          <w:rFonts w:ascii="Courier New" w:hAnsi="Courier New"/>
          <w:color w:val="555555"/>
          <w:sz w:val="20"/>
        </w:rPr>
        <w:t>[5]</w:t>
      </w:r>
    </w:p>
    <w:p>
      <w:r>
        <w:rPr>
          <w:rFonts w:ascii="Gentium Plus" w:hAnsi="Gentium Plus"/>
          <w:sz w:val="24"/>
        </w:rPr>
        <w:t>κατάκαυσον, καὶ οὕτως σύγχριε, μέχρις οὗ ὑγιὴς γένηται.</w:t>
      </w:r>
    </w:p>
    <w:p>
      <w:r>
        <w:rPr>
          <w:rFonts w:ascii="Courier New" w:hAnsi="Courier New"/>
          <w:color w:val="555555"/>
          <w:sz w:val="20"/>
        </w:rPr>
        <w:t>[130 . 122]</w:t>
      </w:r>
    </w:p>
    <w:p>
      <w:r>
        <w:rPr>
          <w:rFonts w:ascii="Gentium Plus" w:hAnsi="Gentium Plus"/>
          <w:sz w:val="24"/>
        </w:rPr>
        <w:t>Σύνθεσις τραυματικοῦ. χαλκίτιδος κεκαυμένης, σμύρνης τρωγλίτιδος, σμύρνης προσπνεούσης, ἀλόης ἀνὰ γο γʹ, μέλιτος λίτραν αʹ· ταῦτα εἰς θυίαν τρίψας, τῷ τραύματι ἐπίχριε.</w:t>
      </w:r>
    </w:p>
    <w:p>
      <w:r>
        <w:rPr>
          <w:rFonts w:ascii="Courier New" w:hAnsi="Courier New"/>
          <w:color w:val="555555"/>
          <w:sz w:val="20"/>
        </w:rPr>
        <w:t>[130 . 123]</w:t>
      </w:r>
    </w:p>
    <w:p>
      <w:r>
        <w:rPr>
          <w:rFonts w:ascii="Gentium Plus" w:hAnsi="Gentium Plus"/>
          <w:sz w:val="24"/>
        </w:rPr>
        <w:t>Ἱεροκλέους σύνθεσις ἀνακολλήματος. λιβάνου γο βʹ, ἑψήματος ξέ. αcʹ, μαστίχης γο γʹ, ῥοδίνου ξέ. αʹ, γύρεως</w:t>
      </w:r>
    </w:p>
    <w:p>
      <w:r>
        <w:rPr>
          <w:rFonts w:ascii="Courier New" w:hAnsi="Courier New"/>
          <w:color w:val="555555"/>
          <w:sz w:val="20"/>
        </w:rPr>
        <w:t>[130 . 124]</w:t>
      </w:r>
    </w:p>
    <w:p>
      <w:r>
        <w:rPr>
          <w:rFonts w:ascii="Gentium Plus" w:hAnsi="Gentium Plus"/>
          <w:sz w:val="24"/>
        </w:rPr>
        <w:t>Πελαγωνίου σύνθεσις λιπαρᾶς. λιθαργύρου γο ἕξ, κηροῦ λίτρας βʹ, ψιμυθίου γο γʹ, λιβάνου ἄρρενος γο δʹ, μυελοῦ ἐλαφείου γο βʹ, ἐλαίου λίτρας βʹ· ταῦτα πάντα ἐν οἴνῳ μίξας καὶ ἑψήσας χρῶ.</w:t>
      </w:r>
    </w:p>
    <w:p>
      <w:r>
        <w:rPr>
          <w:rFonts w:ascii="Courier New" w:hAnsi="Courier New"/>
          <w:color w:val="555555"/>
          <w:sz w:val="20"/>
        </w:rPr>
        <w:t>[130 . 125]</w:t>
      </w:r>
    </w:p>
    <w:p>
      <w:r>
        <w:rPr>
          <w:rFonts w:ascii="Gentium Plus" w:hAnsi="Gentium Plus"/>
          <w:sz w:val="24"/>
        </w:rPr>
        <w:t>Ἀψύρτου ἡ πισσηρά. φρυκτῆς λίτραν αcʹ, πίσσης ξηρᾶς λίτρας βʹ, κηροῦ λίτραν αʹ, ἐλαίου λίτρας βʹ, μελιλώ‐ του γο βʹ, οἴνου γο ἥμισυ.</w:t>
      </w:r>
    </w:p>
    <w:p>
      <w:r>
        <w:rPr>
          <w:rFonts w:ascii="Courier New" w:hAnsi="Courier New"/>
          <w:color w:val="555555"/>
          <w:sz w:val="20"/>
        </w:rPr>
        <w:t>[130 . 126]</w:t>
      </w:r>
    </w:p>
    <w:p>
      <w:r>
        <w:rPr>
          <w:rFonts w:ascii="Gentium Plus" w:hAnsi="Gentium Plus"/>
          <w:sz w:val="24"/>
        </w:rPr>
        <w:t>Ἡ τοῦ Ἀζανίτου. πίσσης ξηρᾶς γο βʹ, κηροῦ γο γʹ, στέατος χοιρείου γο ϛʹ, οἰσύπου γο γʹ, ῥητίνης πιτυΐνης γο εʹ, στέατος ταυρείου γο ϛʹ.</w:t>
      </w:r>
    </w:p>
    <w:p>
      <w:r>
        <w:rPr>
          <w:rFonts w:ascii="Courier New" w:hAnsi="Courier New"/>
          <w:color w:val="555555"/>
          <w:sz w:val="20"/>
        </w:rPr>
        <w:t>[130 . 127]</w:t>
      </w:r>
    </w:p>
    <w:p>
      <w:r>
        <w:rPr>
          <w:rFonts w:ascii="Gentium Plus" w:hAnsi="Gentium Plus"/>
          <w:sz w:val="24"/>
        </w:rPr>
        <w:t>Πρὸς τὰ κακοήθη πάντα ὁ Ἀζανίτης ὁ μέγας. πίσσης ξηρᾶς γο εʹ, στέατος ταυρείου λίτραν αʹ, στέατος χοι‐ ρείου παλαιοῦ γο ϛʹ, κηροῦ λίτ. βcʹ, οἰσύπου γο ἕξ, ῥητίνης πιτυΐνης λίτ. βʹ, μυελοῦ ἐλαφείου γο γʹ, στέατος ὀρνιθείου</w:t>
      </w:r>
    </w:p>
    <w:p>
      <w:r>
        <w:rPr>
          <w:rFonts w:ascii="Courier New" w:hAnsi="Courier New"/>
          <w:color w:val="555555"/>
          <w:sz w:val="20"/>
        </w:rPr>
        <w:t>[5]</w:t>
      </w:r>
    </w:p>
    <w:p>
      <w:r>
        <w:rPr>
          <w:rFonts w:ascii="Gentium Plus" w:hAnsi="Gentium Plus"/>
          <w:sz w:val="24"/>
        </w:rPr>
        <w:t>γο ϛʹ, τερεβινθίνης γο ϛʹ, στέατος χηνείου γο γʹ, χαλβάνης \ γο γʹ, βουτύρου γο ϛʹ.</w:t>
      </w:r>
    </w:p>
    <w:p>
      <w:r>
        <w:rPr>
          <w:rFonts w:ascii="Courier New" w:hAnsi="Courier New"/>
          <w:color w:val="555555"/>
          <w:sz w:val="20"/>
        </w:rPr>
        <w:t>[130 . 128]</w:t>
      </w:r>
    </w:p>
    <w:p>
      <w:r>
        <w:rPr>
          <w:rFonts w:ascii="Gentium Plus" w:hAnsi="Gentium Plus"/>
          <w:sz w:val="24"/>
        </w:rPr>
        <w:t>Ἡ χλωρά. ἰοῦ γο βʹ, ῥητίνης λιτ. βʹ, ἐλαίου χειμῶνος γο γʹ, θέρους γο μίαν, κηροῦ γο γʹ, ὕδατος τὸ ἀρκοῦν.</w:t>
      </w:r>
    </w:p>
    <w:p>
      <w:r>
        <w:rPr>
          <w:rFonts w:ascii="Courier New" w:hAnsi="Courier New"/>
          <w:color w:val="555555"/>
          <w:sz w:val="20"/>
        </w:rPr>
        <w:t>[130 . 129]</w:t>
      </w:r>
    </w:p>
    <w:p>
      <w:r>
        <w:rPr>
          <w:rFonts w:ascii="Gentium Plus" w:hAnsi="Gentium Plus"/>
          <w:sz w:val="24"/>
        </w:rPr>
        <w:t>Ἡ ἐρωμένη. κηροῦ λίτ. μίαν, στεάτος χοιρείου ἀνάλου λίτ. βʹ, ῥητίνης φρυκτῆς λίτ. αʹ, λιβάνου γο δʹ, σμύρνης γο δʹ, λαπάθου ὀπτοῦ λίτ. βʹ· τὸ λάπαθον εἰς χάρτην εἰλήσας, ἕψει ἐν θερμοσποδιᾷ καὶ λειώσας αὐτὸ ἔμβαλλε εἰς τὴν κηρωτήν.</w:t>
      </w:r>
    </w:p>
    <w:p>
      <w:r>
        <w:rPr>
          <w:rFonts w:ascii="Courier New" w:hAnsi="Courier New"/>
          <w:color w:val="555555"/>
          <w:sz w:val="20"/>
        </w:rPr>
        <w:t>[130 . 130]</w:t>
      </w:r>
    </w:p>
    <w:p>
      <w:r>
        <w:rPr>
          <w:rFonts w:ascii="Gentium Plus" w:hAnsi="Gentium Plus"/>
          <w:sz w:val="24"/>
        </w:rPr>
        <w:t>Τὸ Ἀφροδιτάριον. στέατος ταυρείου λίτ. μίαν, στέα‐ τος χοιρείου νεαροῦ λίτ. αʹ, στέατος τραγείου γο ἕξ, στέατος προβατείου γο ϛʹ, ῥητίνης πιτυΐνῃς λίτ. μίαν, κηροῦ λίτ. μίαν,</w:t>
      </w:r>
    </w:p>
    <w:p>
      <w:r>
        <w:rPr>
          <w:rFonts w:ascii="Courier New" w:hAnsi="Courier New"/>
          <w:color w:val="555555"/>
          <w:sz w:val="20"/>
        </w:rPr>
        <w:t>[130 . 131]</w:t>
      </w:r>
    </w:p>
    <w:p>
      <w:r>
        <w:rPr>
          <w:rFonts w:ascii="Gentium Plus" w:hAnsi="Gentium Plus"/>
          <w:sz w:val="24"/>
        </w:rPr>
        <w:t>Τὸ πάρυγρον. κηροῦ λίτ. βʹ, ψιμυθίου γο δʹ, ἀμύ‐ λου γο δʹ, λιθαργύρου γο γʹ τήξας χρῶ.</w:t>
      </w:r>
    </w:p>
    <w:p>
      <w:r>
        <w:rPr>
          <w:rFonts w:ascii="Courier New" w:hAnsi="Courier New"/>
          <w:color w:val="555555"/>
          <w:sz w:val="20"/>
        </w:rPr>
        <w:t>[130 . 132]</w:t>
      </w:r>
    </w:p>
    <w:p>
      <w:r>
        <w:rPr>
          <w:rFonts w:ascii="Gentium Plus" w:hAnsi="Gentium Plus"/>
          <w:sz w:val="24"/>
        </w:rPr>
        <w:t>Ἡ διὰ χυλοῦ μανδραγόρου. στέατος χοιρείου πα‐ λαιοῦ, πίσσης Βρυττίας, κη\|ροῦ, φρυκτῆς, ἐλαίου κοινοῦ ἀνὰ λίτ. βʹ, λιθαργύρου, ψιμυθίου, στυπτηρίας σχιστῆς ἀνὰ γο γʹ, μίσυος, κηκίδων, χαλκίτεως ἀνὰ γο βʹ, ὀπίου, ὀποπάνακος,</w:t>
      </w:r>
    </w:p>
    <w:p>
      <w:r>
        <w:rPr>
          <w:rFonts w:ascii="Courier New" w:hAnsi="Courier New"/>
          <w:color w:val="555555"/>
          <w:sz w:val="20"/>
        </w:rPr>
        <w:t>[5]</w:t>
      </w:r>
    </w:p>
    <w:p>
      <w:r>
        <w:rPr>
          <w:rFonts w:ascii="Gentium Plus" w:hAnsi="Gentium Plus"/>
          <w:sz w:val="24"/>
        </w:rPr>
        <w:t>ἀλόης ἡπατικῆς, σμύρνης, λιβάνου ἀνὰ γο αʹ, μανδραγόρου χυλοῦ γο γʹ, ὄξους δριμυτάτου τὸ ἀρκοῦν· τὰ τηκτὰ ἔμβαλλε εἰς θυίαν, καὶ ἀναλαμβάνων ἐπίβαλλε τὰ ξηρά, καὶ ποίει ζύ‐ μην. ἐὰν δὲ βούλῃ ἀναλῦσαι, ποιήσεις οὕτως· τοῦ φαρμάκου λίτ. μίαν, κηροῦ λίτ. μίαν, πίσσης Βρυττίας λίτ. αʹ, ἐλαίου</w:t>
      </w:r>
    </w:p>
    <w:p>
      <w:r>
        <w:rPr>
          <w:rFonts w:ascii="Courier New" w:hAnsi="Courier New"/>
          <w:color w:val="555555"/>
          <w:sz w:val="20"/>
        </w:rPr>
        <w:t>[10]</w:t>
      </w:r>
    </w:p>
    <w:p>
      <w:r>
        <w:rPr>
          <w:rFonts w:ascii="Gentium Plus" w:hAnsi="Gentium Plus"/>
          <w:sz w:val="24"/>
        </w:rPr>
        <w:t>κοινοῦ λίτ. ἕξ.</w:t>
      </w:r>
    </w:p>
    <w:p>
      <w:r>
        <w:rPr>
          <w:rFonts w:ascii="Courier New" w:hAnsi="Courier New"/>
          <w:color w:val="555555"/>
          <w:sz w:val="20"/>
        </w:rPr>
        <w:t>[130 . 133]</w:t>
      </w:r>
    </w:p>
    <w:p>
      <w:r>
        <w:rPr>
          <w:rFonts w:ascii="Gentium Plus" w:hAnsi="Gentium Plus"/>
          <w:sz w:val="24"/>
        </w:rPr>
        <w:t>Ἱεροκλέους βαρβάρα σκευασία τεθυμιασμένη. ἀσφάλτου Ἰουδαϊκῆς, πίσσης ξηρᾶς, κηροῦ, ῥητίνης ἀνὰ λίτ. αʹ, τερεβινθίνης γο βʹ, λιθαργύρου γο αʹ, ψιμυθίου γο αcʹ, μάννης γο βʹ, ὀποπάνακος γο βʹ, σμύρνης γο αʹ, ἐλαίου γο γʹ,</w:t>
      </w:r>
    </w:p>
    <w:p>
      <w:r>
        <w:rPr>
          <w:rFonts w:ascii="Courier New" w:hAnsi="Courier New"/>
          <w:color w:val="555555"/>
          <w:sz w:val="20"/>
        </w:rPr>
        <w:t>[5]</w:t>
      </w:r>
    </w:p>
    <w:p>
      <w:r>
        <w:rPr>
          <w:rFonts w:ascii="Gentium Plus" w:hAnsi="Gentium Plus"/>
          <w:sz w:val="24"/>
        </w:rPr>
        <w:t>ὄξους τὸ ἀρκοῦν. 〈ἐν ταύτῃ ἔλεγεν .. πάσας τὰς τῶν μωνύ‐ χων πληγὰς τεθεραπευκέναι (τῇ) διασαφηνουμένῃ πρότερον, ἐπιτιθεμένῃ (δι’) ὀξάλμης, ἢ ἀναλύων κηρῷ καὶ ῥοδίνῳ.〉</w:t>
      </w:r>
    </w:p>
    <w:p>
      <w:r>
        <w:rPr>
          <w:rFonts w:ascii="Courier New" w:hAnsi="Courier New"/>
          <w:color w:val="555555"/>
          <w:sz w:val="20"/>
        </w:rPr>
        <w:t>[130 . 134]</w:t>
      </w:r>
    </w:p>
    <w:p>
      <w:r>
        <w:rPr>
          <w:rFonts w:ascii="Gentium Plus" w:hAnsi="Gentium Plus"/>
          <w:sz w:val="24"/>
        </w:rPr>
        <w:t>Ἀψύρτου βρεκτῶν σκευασία, ὧν διδόασιν οἱ Καππάδοκες τοῖς λεπτοῖς ἵπποις. κριθῆς μοδίους γʹ, φάβατος ξέ. γʹ, ἐρεβίνθου ξέ. ηʹ, \| φασιουλύου ξέ. ηʹ, ὀρόβου ξέ. βʹ, οἴνου ξέ. βʹ· ταῦτα ἐμβρέξας ἑσπέρας καὶ ἕωθεν συμμί‐</w:t>
      </w:r>
    </w:p>
    <w:p>
      <w:r>
        <w:rPr>
          <w:rFonts w:ascii="Courier New" w:hAnsi="Courier New"/>
          <w:color w:val="555555"/>
          <w:sz w:val="20"/>
        </w:rPr>
        <w:t>[5]</w:t>
      </w:r>
    </w:p>
    <w:p>
      <w:r>
        <w:rPr>
          <w:rFonts w:ascii="Gentium Plus" w:hAnsi="Gentium Plus"/>
          <w:sz w:val="24"/>
        </w:rPr>
        <w:t>ξας καὶ ὀλίγον ἀποξηράνας, δίδου ἡμιμόδιον καστρίσιον ἑσπέ‐ ρας καὶ ἡμιμόδιον ἕωθεν, ἵνα καθ’ ἡμέραν μόδιον καστρίσιον ἐσθίῃ τὸ κτῆνος. ἐὰν οὖν ᾖ κάτισχνον τὸ κτῆνος, φάγεται τὰ</w:t>
      </w:r>
    </w:p>
    <w:p>
      <w:r>
        <w:rPr>
          <w:rFonts w:ascii="Courier New" w:hAnsi="Courier New"/>
          <w:color w:val="555555"/>
          <w:sz w:val="20"/>
        </w:rPr>
        <w:t>[10]</w:t>
      </w:r>
    </w:p>
    <w:p>
      <w:r>
        <w:rPr>
          <w:rFonts w:ascii="Gentium Plus" w:hAnsi="Gentium Plus"/>
          <w:sz w:val="24"/>
        </w:rPr>
        <w:t>ἐκεῖ πινέτω. οἱ δὲ Σύροι προσβάλλουσι τῇ μίξει ταύτῃ στρο‐ βίλων ξέ. αʹ, σταφίδων ξέ. αʹ, διδοῦσι δὲ ἐπὶ ἡμέραις ἑπτὰ ἑστῶτι ἐν ἱπποστασίᾳ σκοτεινῇ, κατάξηρον ἐχούσῃ τὸ ἔδαφος</w:t>
      </w:r>
    </w:p>
    <w:p>
      <w:r>
        <w:rPr>
          <w:rFonts w:ascii="Courier New" w:hAnsi="Courier New"/>
          <w:color w:val="555555"/>
          <w:sz w:val="20"/>
        </w:rPr>
        <w:t>[130 . 135]</w:t>
      </w:r>
    </w:p>
    <w:p>
      <w:r>
        <w:rPr>
          <w:rFonts w:ascii="Gentium Plus" w:hAnsi="Gentium Plus"/>
          <w:sz w:val="24"/>
        </w:rPr>
        <w:t>Βοήθημα πρὸς πάθη διάφορα καὶ πρὸς τὸ σκιὰς ἐκ τῶν στάβλων διῶξαι 〈διὰ πείρας.〉 μαγνήτου λίθου γο αʹ, Σολομωνιακοῦ λίθου γο βʹ, πάνακος γο αʹ, ἀσφάλτου γο ϛʹ, θείου γο αʹ, πευκεδανίου γο ἕξ, μίξας ἐν ταὐτῷ ῥη‐</w:t>
      </w:r>
    </w:p>
    <w:p>
      <w:r>
        <w:rPr>
          <w:rFonts w:ascii="Courier New" w:hAnsi="Courier New"/>
          <w:color w:val="555555"/>
          <w:sz w:val="20"/>
        </w:rPr>
        <w:t>[5]</w:t>
      </w:r>
    </w:p>
    <w:p>
      <w:r>
        <w:rPr>
          <w:rFonts w:ascii="Gentium Plus" w:hAnsi="Gentium Plus"/>
          <w:sz w:val="24"/>
        </w:rPr>
        <w:t>τίνῃ [καὶ] τερεβινθίνῃ, ἀναλάμβανε καὶ χρῶ.</w:t>
      </w:r>
    </w:p>
    <w:p>
      <w:r>
        <w:rPr>
          <w:rFonts w:ascii="Courier New" w:hAnsi="Courier New"/>
          <w:color w:val="555555"/>
          <w:sz w:val="20"/>
        </w:rPr>
        <w:t>[130 . 136]</w:t>
      </w:r>
    </w:p>
    <w:p>
      <w:r>
        <w:rPr>
          <w:rFonts w:ascii="Gentium Plus" w:hAnsi="Gentium Plus"/>
          <w:sz w:val="24"/>
        </w:rPr>
        <w:t>〈Εὐμήλου〉 πρὸς ναυτιασμόν. \ περὶ τὰ σιτία πλάδον〉 παύει μελάνθιον λελειωμένον ὡς δύο κύαθοι, μιγέντες μετὰ ἐλαίου ξέ. γʹ καὶ οἴνου ξέ. αʹ, καὶ δι‐ δόμενον. ἢ σκορόδου κεφαλὴν μίαν λειώσας μετὰ οἴνου ἡμί‐</w:t>
      </w:r>
    </w:p>
    <w:p>
      <w:r>
        <w:rPr>
          <w:rFonts w:ascii="Courier New" w:hAnsi="Courier New"/>
          <w:color w:val="555555"/>
          <w:sz w:val="20"/>
        </w:rPr>
        <w:t>[5]</w:t>
      </w:r>
    </w:p>
    <w:p>
      <w:r>
        <w:rPr>
          <w:rFonts w:ascii="Gentium Plus" w:hAnsi="Gentium Plus"/>
          <w:sz w:val="24"/>
        </w:rPr>
        <w:t>νης μιᾶς διὰ κέρατος δίδου.</w:t>
      </w:r>
    </w:p>
    <w:p>
      <w:r>
        <w:rPr>
          <w:rFonts w:ascii="Courier New" w:hAnsi="Courier New"/>
          <w:color w:val="555555"/>
          <w:sz w:val="20"/>
        </w:rPr>
        <w:t>[130 . 137]</w:t>
      </w:r>
    </w:p>
    <w:p>
      <w:r>
        <w:rPr>
          <w:rFonts w:ascii="Gentium Plus" w:hAnsi="Gentium Plus"/>
          <w:sz w:val="24"/>
        </w:rPr>
        <w:t>Εὐμήλου πρὸς πόνον ἄρθρων. αἵματος ἀφαίρεσις ἐξαιρέτως ὠφελεῖ. εἰ δὲ τὰς συμβολὰς ἀλγήσοι ἢ καὶ ὑπο‐ πύους ἕξει, θεράπευε οὕτως· ἴρεως κεκομμένης, λιβάνου ἀλεύρου, κηκῖδος ἐρυθρᾶς, ὀποπάνακος ῥίζης, ἀριστολοχείας</w:t>
      </w:r>
    </w:p>
    <w:p>
      <w:r>
        <w:rPr>
          <w:rFonts w:ascii="Courier New" w:hAnsi="Courier New"/>
          <w:color w:val="555555"/>
          <w:sz w:val="20"/>
        </w:rPr>
        <w:t>[5]</w:t>
      </w:r>
    </w:p>
    <w:p>
      <w:r>
        <w:rPr>
          <w:rFonts w:ascii="Gentium Plus" w:hAnsi="Gentium Plus"/>
          <w:sz w:val="24"/>
        </w:rPr>
        <w:t>ἀνὰ γο αʹ ἀνακόψας χρῶ.</w:t>
      </w:r>
    </w:p>
    <w:p>
      <w:r>
        <w:rPr>
          <w:rFonts w:ascii="Courier New" w:hAnsi="Courier New"/>
          <w:color w:val="555555"/>
          <w:sz w:val="20"/>
        </w:rPr>
        <w:t>[130 . 138]</w:t>
      </w:r>
    </w:p>
    <w:p>
      <w:r>
        <w:rPr>
          <w:rFonts w:ascii="Gentium Plus" w:hAnsi="Gentium Plus"/>
          <w:sz w:val="24"/>
        </w:rPr>
        <w:t>Πρὸς γλωσσίδα. τὴν φλέβα τὴν ὑπὸ τὴν γλῶσσαν κατακέντει καὶ κατάπλασσε ὄξει σὺν λασάρῳ καὶ πιτύροις, τροφὴν δὲ δίδου καὶ πόμα χλιαρὸν ὕδωρ.</w:t>
      </w:r>
    </w:p>
    <w:p>
      <w:r>
        <w:rPr>
          <w:rFonts w:ascii="Courier New" w:hAnsi="Courier New"/>
          <w:color w:val="555555"/>
          <w:sz w:val="20"/>
        </w:rPr>
        <w:t>[130 . 139]</w:t>
      </w:r>
    </w:p>
    <w:p>
      <w:r>
        <w:rPr>
          <w:rFonts w:ascii="Gentium Plus" w:hAnsi="Gentium Plus"/>
          <w:sz w:val="24"/>
        </w:rPr>
        <w:t>Ἱπποκράτους περὶ γλώσσης διακοπῆς. γλῶσσα ἐὰν διακοπῇ, κηκῖδα ἀφέψησον μετὰ οἴνου μέλανος, καὶ ἀνε‐ λόμενος χρῶ, ἢ κενταύριον κόψας ἔμπλασσε.</w:t>
      </w:r>
    </w:p>
    <w:p>
      <w:r>
        <w:rPr>
          <w:rFonts w:ascii="Courier New" w:hAnsi="Courier New"/>
          <w:color w:val="555555"/>
          <w:sz w:val="20"/>
        </w:rPr>
        <w:t>[130 . 140]</w:t>
      </w:r>
    </w:p>
    <w:p>
      <w:r>
        <w:rPr>
          <w:rFonts w:ascii="Gentium Plus" w:hAnsi="Gentium Plus"/>
          <w:sz w:val="24"/>
        </w:rPr>
        <w:t>Ἄλλο· Πελαγωνίου 〈πρὸς γλῶσσαν κεκομμένην.〉 ἶριν μετὰ μέλιτος μαλάξας, ἐπίθες τῇ γλώσσῃ, καὶ \| οἴνῳ ταύ‐ την ἀποπλύνας. μετὰ μίαν ἡμέραν πάλιν τῇ αὐτῇ κέχρησο μεθόδῳ ἄχρι τῆς τελείας ἰάσεως.</w:t>
      </w:r>
    </w:p>
    <w:p>
      <w:r>
        <w:rPr>
          <w:rFonts w:ascii="Courier New" w:hAnsi="Courier New"/>
          <w:color w:val="555555"/>
          <w:sz w:val="20"/>
        </w:rPr>
        <w:t>[130 . 141]</w:t>
      </w:r>
    </w:p>
    <w:p>
      <w:r>
        <w:rPr>
          <w:rFonts w:ascii="Gentium Plus" w:hAnsi="Gentium Plus"/>
          <w:sz w:val="24"/>
        </w:rPr>
        <w:t>Εὐμήλου πρὸς τοὺς ἀπὸ παρουλίδων κάμνον‐ τας. αἷμα ἀπὸ τοῦ ἀνωτέρου τῆς παρειᾶς μέρους λάμβανε, καὶ τὰ οὖλα κεντεῖσθαι κέλευε, οὕτω τε ἅλατι ἀπότριβε, ἄχρις οὗ ὑγιάνοι.</w:t>
      </w:r>
    </w:p>
    <w:p>
      <w:r>
        <w:rPr>
          <w:rFonts w:ascii="Courier New" w:hAnsi="Courier New"/>
          <w:color w:val="555555"/>
          <w:sz w:val="20"/>
        </w:rPr>
        <w:t>[130 . 142]</w:t>
      </w:r>
    </w:p>
    <w:p>
      <w:r>
        <w:rPr>
          <w:rFonts w:ascii="Gentium Plus" w:hAnsi="Gentium Plus"/>
          <w:sz w:val="24"/>
        </w:rPr>
        <w:t>Εἰ δακτύλιος πρόπτωσιν ὑπομείνη. ἐὰν ὁ δακτύ‐ λιος πρόπτωσιν σχῇ, πυριάσας αὐτὸν ἐλαίῳ καὶ στέατι προ‐ βατείῳ καὶ ὕδατι χλιαρῷ κατ’ ὀλίγον ὤθει ἐπὶ τὰ ἔσω, καὶ τότε ῥητίνην φρυκτὴν λειώσας μετὰ τῶν προειρημένων εἰδῶν</w:t>
      </w:r>
    </w:p>
    <w:p>
      <w:r>
        <w:rPr>
          <w:rFonts w:ascii="Courier New" w:hAnsi="Courier New"/>
          <w:color w:val="555555"/>
          <w:sz w:val="20"/>
        </w:rPr>
        <w:t>[5]</w:t>
      </w:r>
    </w:p>
    <w:p>
      <w:r>
        <w:rPr>
          <w:rFonts w:ascii="Gentium Plus" w:hAnsi="Gentium Plus"/>
          <w:sz w:val="24"/>
        </w:rPr>
        <w:t>τῷ δακτυλίῳ ἐπίβαλλε.</w:t>
      </w:r>
    </w:p>
    <w:p>
      <w:r>
        <w:rPr>
          <w:rFonts w:ascii="Courier New" w:hAnsi="Courier New"/>
          <w:color w:val="555555"/>
          <w:sz w:val="20"/>
        </w:rPr>
        <w:t>[130 . 143]</w:t>
      </w:r>
    </w:p>
    <w:p>
      <w:r>
        <w:rPr>
          <w:rFonts w:ascii="Gentium Plus" w:hAnsi="Gentium Plus"/>
          <w:sz w:val="24"/>
        </w:rPr>
        <w:t>Πρὸς τὰ ἐν τῇ ἕδρᾳ πάθη. εἰ δὲ τὸ περὶ τὴν ἕδραν πάθος πολὺ εὑρεθείη ἐκ πολλῆς δριμύτητος ἤτοι κνησμοῦ, θεραπεύσεις οὕτως· βοτάνην πεντάφυλλον λαβὼν καὶ σκορόδου κεφαλὰς ιεʹ, ταῦτα λειώσας, ποίει παστίλους, οὕσπερ ἀναλάμ‐</w:t>
      </w:r>
    </w:p>
    <w:p>
      <w:r>
        <w:rPr>
          <w:rFonts w:ascii="Courier New" w:hAnsi="Courier New"/>
          <w:color w:val="555555"/>
          <w:sz w:val="20"/>
        </w:rPr>
        <w:t>[5]</w:t>
      </w:r>
    </w:p>
    <w:p>
      <w:r>
        <w:rPr>
          <w:rFonts w:ascii="Gentium Plus" w:hAnsi="Gentium Plus"/>
          <w:sz w:val="24"/>
        </w:rPr>
        <w:t>βανε \ ἔμβαλλε ἀριστεροῦ. ἢ καὶ κονίας στακτῆς ξέ. βʹ μετὰ οἴνου ἡμίνας μιᾶς προπότιζε.</w:t>
      </w:r>
    </w:p>
    <w:p>
      <w:r>
        <w:rPr>
          <w:rFonts w:ascii="Courier New" w:hAnsi="Courier New"/>
          <w:color w:val="555555"/>
          <w:sz w:val="20"/>
        </w:rPr>
        <w:t>[130 . 144]</w:t>
      </w:r>
    </w:p>
    <w:p>
      <w:r>
        <w:rPr>
          <w:rFonts w:ascii="Gentium Plus" w:hAnsi="Gentium Plus"/>
          <w:sz w:val="24"/>
        </w:rPr>
        <w:t>Περὶ ἀφοδεύσεως. ἐὰν ἀφοδεῦσαι μὴ δύνηται ἵππος, λαβὼν νίτρον καὶ ᾠὰ τέσσαρα καὶ ἐλαίου κοτύλας δʹ καὶ ὕδα‐</w:t>
      </w:r>
    </w:p>
    <w:p>
      <w:r>
        <w:rPr>
          <w:rFonts w:ascii="Courier New" w:hAnsi="Courier New"/>
          <w:color w:val="555555"/>
          <w:sz w:val="20"/>
        </w:rPr>
        <w:t>[130 . 145]</w:t>
      </w:r>
    </w:p>
    <w:p>
      <w:r>
        <w:rPr>
          <w:rFonts w:ascii="Gentium Plus" w:hAnsi="Gentium Plus"/>
          <w:sz w:val="24"/>
        </w:rPr>
        <w:t>Περὶ ἕδρας κεκομμένης. ἕψων τὸν λιβανωτὸν ἐν οἴνῳ εὐώδει ἐπίθες, ἔπειτα ἡψημένης ἴρεως τὴν σποδὸν τρί‐ ψας λίαν ἐπαλείφων ἐλαίῳ ἐπίπασσε, 〈καὶ τοῦτο δὲ θερμῷ ὕδατι ἀφεψῶν.〉</w:t>
      </w:r>
    </w:p>
    <w:p>
      <w:r>
        <w:rPr>
          <w:rFonts w:ascii="Courier New" w:hAnsi="Courier New"/>
          <w:color w:val="555555"/>
          <w:sz w:val="20"/>
        </w:rPr>
        <w:t>[130 . 146]</w:t>
      </w:r>
    </w:p>
    <w:p>
      <w:r>
        <w:rPr>
          <w:rFonts w:ascii="Gentium Plus" w:hAnsi="Gentium Plus"/>
          <w:sz w:val="24"/>
        </w:rPr>
        <w:t>Εὐμήλου κοιλίας κάθαρσις. κοιλίαν κάθαιρε οὕτως· σικύου ἀγρίου ῥίζης τὸ ἀρκοῦν, λασάρου γράμματα ἕξ, μέλι‐ τος ξέ. δʹ, ὕδατος θερμοῦ ξέ. ηʹ· ταῦτα λειώσας καὶ θερμάνας, διὰ τοῦ δακτυλίου ἔμβαλε, καὶ τούτῳ δαψιλέστερον κέχρησο,</w:t>
      </w:r>
    </w:p>
    <w:p>
      <w:r>
        <w:rPr>
          <w:rFonts w:ascii="Courier New" w:hAnsi="Courier New"/>
          <w:color w:val="555555"/>
          <w:sz w:val="20"/>
        </w:rPr>
        <w:t>[5]</w:t>
      </w:r>
    </w:p>
    <w:p>
      <w:r>
        <w:rPr>
          <w:rFonts w:ascii="Gentium Plus" w:hAnsi="Gentium Plus"/>
          <w:sz w:val="24"/>
        </w:rPr>
        <w:t>μέχρις οὗ τὸ βοήθημα τὰ ἐντὸς πάντα διαδράμῃ, καὶ περι‐ πατείτω, ἕως οὗ καθαρθῇ τὴν γαστέρα. εἰς δὲ τὸ πόμα μελί‐ κρατον δίδου, προσβαλὼν νίτρου καὶ \| ἐλλεβόρου.</w:t>
      </w:r>
    </w:p>
    <w:p>
      <w:r>
        <w:rPr>
          <w:rFonts w:ascii="Courier New" w:hAnsi="Courier New"/>
          <w:color w:val="555555"/>
          <w:sz w:val="20"/>
        </w:rPr>
        <w:t>[130 . 147]</w:t>
      </w:r>
    </w:p>
    <w:p>
      <w:r>
        <w:rPr>
          <w:rFonts w:ascii="Gentium Plus" w:hAnsi="Gentium Plus"/>
          <w:sz w:val="24"/>
        </w:rPr>
        <w:t>Θεομνήστου καθαρτικῶν φαρμάκων ἔκθεσις. σκύλακα ἀρξάμενον ἐσθίειν σφάξας, μαδίσας καὶ καθεψήσας, ἔπειτα ῥίψας αὐτοῦ πάντα τὰ ἔγκατα, καὶ τῷ ζωμῷ μίξας οἴνου εὐώδους ξέ. αʹ, μέλιτος ξέ. αʹ, ποίει τὸν πάντα ζωμόν, διηθή‐</w:t>
      </w:r>
    </w:p>
    <w:p>
      <w:r>
        <w:rPr>
          <w:rFonts w:ascii="Courier New" w:hAnsi="Courier New"/>
          <w:color w:val="555555"/>
          <w:sz w:val="20"/>
        </w:rPr>
        <w:t>[5]</w:t>
      </w:r>
    </w:p>
    <w:p>
      <w:r>
        <w:rPr>
          <w:rFonts w:ascii="Gentium Plus" w:hAnsi="Gentium Plus"/>
          <w:sz w:val="24"/>
        </w:rPr>
        <w:t>σας ὀθονίῳ, ἵνα τὸ ὀστᾶ μείνῃ ἐν τῷ λέβητι, κοτυλῶν ἓξ μέ‐ τρῳ, καὶ τούτου ἑνὶ ζῴῳ ἐγχυμάτιζε ἐπὶ τρισὶν ἡμέραις ἀνὰ κοτύλας βʹ, νίτρου προσβάλλων χεῖρα. εἰ δὲ μὴ εἴη σκύλαξ, χοίρου πιοτάτου ἀκρωνάριον ἓν σὺν τῷ μηρῷ καθέψησον, καὶ τὰ αὐτὰ προσβάλλων χρῶ. ἡμεῖς δὲ ἐχρησάμεθα καὶ τιθυ‐</w:t>
      </w:r>
    </w:p>
    <w:p>
      <w:r>
        <w:rPr>
          <w:rFonts w:ascii="Courier New" w:hAnsi="Courier New"/>
          <w:color w:val="555555"/>
          <w:sz w:val="20"/>
        </w:rPr>
        <w:t>[10]</w:t>
      </w:r>
    </w:p>
    <w:p>
      <w:r>
        <w:rPr>
          <w:rFonts w:ascii="Gentium Plus" w:hAnsi="Gentium Plus"/>
          <w:sz w:val="24"/>
        </w:rPr>
        <w:t>μάλῳ λευκῷ καὶ ἀριστολοχείᾳ λεπτῇ καὶ κενταυρίῳ λεπτῷ, καθέψοντες ταῦτα καὶ διηθοῦντες, καὶ μέλιτι συμμιγνύντες ἐγχυματίζομεν 〈καθὼς ἐπὶ τοῦ χοιρ[ε]ίου εἴρηται ζωμὸν ποι‐ οῦντες.〉</w:t>
      </w:r>
    </w:p>
    <w:p>
      <w:r>
        <w:rPr>
          <w:rFonts w:ascii="Courier New" w:hAnsi="Courier New"/>
          <w:color w:val="555555"/>
          <w:sz w:val="20"/>
        </w:rPr>
        <w:t>[130 . 148]</w:t>
      </w:r>
    </w:p>
    <w:p>
      <w:r>
        <w:rPr>
          <w:rFonts w:ascii="Gentium Plus" w:hAnsi="Gentium Plus"/>
          <w:sz w:val="24"/>
        </w:rPr>
        <w:t>Περὶ καθάρσεως. ἐὰν τεκοῦσα φορὰς μὴ καθαίρηται ἤ τινα ἄλλην νόσον ἔχῃ κατὰ κοιλίαν, οἰνελαίῳ δεύσας \| τιθύ‐ μαλον καὶ ἀξούγγιον ἐγχυμάτιζε διὰ τοῦ στόματος, ἢ κράμβης φύλλα κόψας ἐπιτίθει.</w:t>
      </w:r>
    </w:p>
    <w:p>
      <w:r>
        <w:rPr>
          <w:rFonts w:ascii="Courier New" w:hAnsi="Courier New"/>
          <w:color w:val="555555"/>
          <w:sz w:val="20"/>
        </w:rPr>
        <w:t>[130 . 149]</w:t>
      </w:r>
    </w:p>
    <w:p>
      <w:r>
        <w:rPr>
          <w:rFonts w:ascii="Gentium Plus" w:hAnsi="Gentium Plus"/>
          <w:sz w:val="24"/>
        </w:rPr>
        <w:t>Εὐμήλου πρὸς νώτου παρακίνησιν. ἄλφιτα οἴνῳ καὶ ἐλαίῳ δεύσας ἐπιτίθει. εἰ δὲ πνεύμονα ποιήσῃ, τεμὼν ἐκ βάθους τοῦτον, ἀφόδευμα ἵππου μετ’ ὄξους καὶ ἐλαίου καὶ ἁλὸς ἀνέφθου λελειωμένου μίξας ἐπιτίθει τῷ τραύματι, καὶ</w:t>
      </w:r>
    </w:p>
    <w:p>
      <w:r>
        <w:rPr>
          <w:rFonts w:ascii="Courier New" w:hAnsi="Courier New"/>
          <w:color w:val="555555"/>
          <w:sz w:val="20"/>
        </w:rPr>
        <w:t>[5]</w:t>
      </w:r>
    </w:p>
    <w:p>
      <w:r>
        <w:rPr>
          <w:rFonts w:ascii="Gentium Plus" w:hAnsi="Gentium Plus"/>
          <w:sz w:val="24"/>
        </w:rPr>
        <w:t>θεραπεύσεις.</w:t>
      </w:r>
    </w:p>
    <w:p>
      <w:r>
        <w:rPr>
          <w:rFonts w:ascii="Courier New" w:hAnsi="Courier New"/>
          <w:color w:val="555555"/>
          <w:sz w:val="20"/>
        </w:rPr>
        <w:t>[130 . 150]</w:t>
      </w:r>
    </w:p>
    <w:p>
      <w:r>
        <w:rPr>
          <w:rFonts w:ascii="Gentium Plus" w:hAnsi="Gentium Plus"/>
          <w:sz w:val="24"/>
        </w:rPr>
        <w:t>Πρὸς τὸ κορδύλας ἆραι. χαλκίτεως ἄνθους, ἰοῦ, σπέκλου, νίτρου, ἁλός, ὄξους τὸ ἴσον μίξας ἐν ταὐτῷ καὶ λειώσας χρῶ.</w:t>
      </w:r>
    </w:p>
    <w:p>
      <w:r>
        <w:rPr>
          <w:rFonts w:ascii="Courier New" w:hAnsi="Courier New"/>
          <w:color w:val="555555"/>
          <w:sz w:val="20"/>
        </w:rPr>
        <w:t>[130 . 151]</w:t>
      </w:r>
    </w:p>
    <w:p>
      <w:r>
        <w:rPr>
          <w:rFonts w:ascii="Gentium Plus" w:hAnsi="Gentium Plus"/>
          <w:sz w:val="24"/>
        </w:rPr>
        <w:t>Εὐμήλου πρὸς τὸ ἀποθέσθαι ζῷα τὴν ἀγριότητα. πτερὸν ὀρνιθίου οἵῳ βούλει τρόπῳ δίδου καταπιεῖν.</w:t>
      </w:r>
    </w:p>
    <w:p>
      <w:r>
        <w:rPr>
          <w:rFonts w:ascii="Courier New" w:hAnsi="Courier New"/>
          <w:color w:val="555555"/>
          <w:sz w:val="20"/>
        </w:rPr>
        <w:t>[130 . 152]</w:t>
      </w:r>
    </w:p>
    <w:p>
      <w:r>
        <w:rPr>
          <w:rFonts w:ascii="Gentium Plus" w:hAnsi="Gentium Plus"/>
          <w:sz w:val="24"/>
        </w:rPr>
        <w:t>Πρὸς λαιμὸν τετραχυμμένον. ἐὰν τὴν φάρυγα τετραχυμμένην ἔχῃ τὸ ζῷον καὶ μὴ φέρῃ πῦον, τραγάκανθαν ἐν ὕδατι λύσας, καὶ κόλλης Ῥοδιακῆς γο αʹ ἐν οἴνου λίτρας cʹ λειώσας, ἐγχυμάτιζε. \|</w:t>
      </w:r>
    </w:p>
    <w:p>
      <w:r>
        <w:rPr>
          <w:rFonts w:ascii="Courier New" w:hAnsi="Courier New"/>
          <w:color w:val="555555"/>
          <w:sz w:val="20"/>
        </w:rPr>
        <w:t>[130 . 153]</w:t>
      </w:r>
    </w:p>
    <w:p>
      <w:r>
        <w:rPr>
          <w:rFonts w:ascii="Gentium Plus" w:hAnsi="Gentium Plus"/>
          <w:sz w:val="24"/>
        </w:rPr>
        <w:t>Φάρμακον μαλακτικόν. κηροῦ στατῆρας ἕξ, ἐλαίου κοτύλην αʹ, ῥητίνης Κολοφωνίας στατῆρας γʹ ἐν ταὐτῷ μίξας καὶ ἑψήσας εἰς ἄγγος ἀποτίθει καὶ χρῶ.</w:t>
      </w:r>
    </w:p>
    <w:p>
      <w:r>
        <w:rPr>
          <w:rFonts w:ascii="Courier New" w:hAnsi="Courier New"/>
          <w:color w:val="555555"/>
          <w:sz w:val="20"/>
        </w:rPr>
        <w:t>[130 . 154]</w:t>
      </w:r>
    </w:p>
    <w:p>
      <w:r>
        <w:rPr>
          <w:rFonts w:ascii="Gentium Plus" w:hAnsi="Gentium Plus"/>
          <w:sz w:val="24"/>
        </w:rPr>
        <w:t>Πταρμικόν. νίτρον καύσας, καὶ στρουθίον καὶ πέπερι λευκὸν καὶ ἶριν Ἰλλυρικὴν καὶ μελάμπυρον κόψας καὶ σήσας, ἐμφύσα εἰς τὰς ῥῖνας.</w:t>
      </w:r>
    </w:p>
    <w:p>
      <w:r>
        <w:rPr>
          <w:rFonts w:ascii="Courier New" w:hAnsi="Courier New"/>
          <w:color w:val="555555"/>
          <w:sz w:val="20"/>
        </w:rPr>
        <w:t>[130 . 155]</w:t>
      </w:r>
    </w:p>
    <w:p>
      <w:r>
        <w:rPr>
          <w:rFonts w:ascii="Gentium Plus" w:hAnsi="Gentium Plus"/>
          <w:sz w:val="24"/>
        </w:rPr>
        <w:t>Σηπτική. ἀρσενικοῦ γο δʹ, λεπίδος γο γʹ, ἐλλεβόρου μέλανος γο βʹ, ταῦτα μετὰ ἰσχάδων κόψας καὶ σὺν ἐλαίῳ</w:t>
      </w:r>
    </w:p>
    <w:p>
      <w:r>
        <w:rPr>
          <w:rFonts w:ascii="Courier New" w:hAnsi="Courier New"/>
          <w:color w:val="555555"/>
          <w:sz w:val="20"/>
        </w:rPr>
        <w:t>[130 . 156]</w:t>
      </w:r>
    </w:p>
    <w:p>
      <w:r>
        <w:rPr>
          <w:rFonts w:ascii="Gentium Plus" w:hAnsi="Gentium Plus"/>
          <w:sz w:val="24"/>
        </w:rPr>
        <w:t>Ἀρωματικὴ 〈ἱππική〉. κασίας, κινναμώμου ἀνὰ γο γʹ, ζιγγιβέρεως γο δʹ, κόστου λίτραν αʹ, ἀμώμου γο γʹ, καλάμου ἀρωματικοῦ γο ϛʹ, σχοινάνθης γο ϛʹ, κροκομάγματος λίτ. μίαν, κρόκου γο μίαν, σμύρνης τρωγλίτιδος γο δʹ, ξυλο‐</w:t>
      </w:r>
    </w:p>
    <w:p>
      <w:r>
        <w:rPr>
          <w:rFonts w:ascii="Courier New" w:hAnsi="Courier New"/>
          <w:color w:val="555555"/>
          <w:sz w:val="20"/>
        </w:rPr>
        <w:t>[5]</w:t>
      </w:r>
    </w:p>
    <w:p>
      <w:r>
        <w:rPr>
          <w:rFonts w:ascii="Gentium Plus" w:hAnsi="Gentium Plus"/>
          <w:sz w:val="24"/>
        </w:rPr>
        <w:t>κινναμώμου γο δʹ, πεπέρεως λευκοῦ γο ϛʹ, ὀποπάνακος, γεν‐ τιανῆς, ἴρεως Ἰλλυρικῆς ἀνὰ λίτ. αʹ, ἀριστολοχείας, παι\|ονίας ἀνὰ γο ἕξ.</w:t>
      </w:r>
    </w:p>
    <w:p>
      <w:r>
        <w:rPr>
          <w:rFonts w:ascii="Courier New" w:hAnsi="Courier New"/>
          <w:color w:val="555555"/>
          <w:sz w:val="20"/>
        </w:rPr>
        <w:t>[130 . 157]</w:t>
      </w:r>
    </w:p>
    <w:p>
      <w:r>
        <w:rPr>
          <w:rFonts w:ascii="Gentium Plus" w:hAnsi="Gentium Plus"/>
          <w:sz w:val="24"/>
        </w:rPr>
        <w:t>Ἱεροκλέους ἀρωματικὴ σκευασία. φύλλου, κόστου, ἀμώμου, ναρδοστάχυος, κασίας, σχοινάνθης ἀνὰ γο ηʹ, ἴρεως, καρδαμώμμου ἀνὰ γο ϛʹ, μελιλώτου ξέ. αʹ, ὑσσώπου ξέ. αʹ, νάρδου Κελτικῆς, πετροσελίνου, ξυλοβαλσάμου ἀνὰ γο ηʹ,</w:t>
      </w:r>
    </w:p>
    <w:p>
      <w:r>
        <w:rPr>
          <w:rFonts w:ascii="Courier New" w:hAnsi="Courier New"/>
          <w:color w:val="555555"/>
          <w:sz w:val="20"/>
        </w:rPr>
        <w:t>[5]</w:t>
      </w:r>
    </w:p>
    <w:p>
      <w:r>
        <w:rPr>
          <w:rFonts w:ascii="Gentium Plus" w:hAnsi="Gentium Plus"/>
          <w:sz w:val="24"/>
        </w:rPr>
        <w:t>λασάρου, καλάμου ἀρωματικοῦ, κόκκου Κνιδίου ἀνὰ γο ϛʹ, σαμψύχου ξέ. αʹ, ῥόδων ξηρῶν τὸ ἴσον, ἀριστολοχείας, γεν‐ τιανῆς, γλυκορίζου, πευκεδανίου, κενταυρίου, κρόκου, πεπέ‐ ρεως, τραγακάνθης ἀνὰ γο ϛʹ, φοίνικας ρʹ, μέλιτος ξέ. εʹ, ἐλαίου ξέ. ιʹ, ᾠὰ ρνʹ, οἴνου πρωτείου Μεγαρικὸν 〈ξέ.〉 αʹ.</w:t>
      </w:r>
    </w:p>
    <w:p>
      <w:r>
        <w:rPr>
          <w:rFonts w:ascii="Courier New" w:hAnsi="Courier New"/>
          <w:color w:val="555555"/>
          <w:sz w:val="20"/>
        </w:rPr>
        <w:t>[130 . 158]</w:t>
      </w:r>
    </w:p>
    <w:p>
      <w:r>
        <w:rPr>
          <w:rFonts w:ascii="Gentium Plus" w:hAnsi="Gentium Plus"/>
          <w:sz w:val="24"/>
        </w:rPr>
        <w:t>Σκευασία ἱππακόπου. μέλιτος, κηροῦ ἀνὰ γο αʹ, μολυβδαίνης γο αʹ, χαλκοῦ μέλανος γο cʹ· ταῦτα ἔγχεε ἐπὶ τρίτον κινῶν, ἕως φοινικοῦν γένηται, προσβάλλων ὄξους κύα‐ θον ἕνα, 〈εἶτα κερωνίαν προσμισγομένου τοῦ νηρίου βοτανίου</w:t>
      </w:r>
    </w:p>
    <w:p>
      <w:r>
        <w:rPr>
          <w:rFonts w:ascii="Courier New" w:hAnsi="Courier New"/>
          <w:color w:val="555555"/>
          <w:sz w:val="20"/>
        </w:rPr>
        <w:t>[5]</w:t>
      </w:r>
    </w:p>
    <w:p>
      <w:r>
        <w:rPr>
          <w:rFonts w:ascii="Gentium Plus" w:hAnsi="Gentium Plus"/>
          <w:sz w:val="24"/>
        </w:rPr>
        <w:t>ἕψων εἰς ὕδωρ, καὶ κόψας τὴν βοτάνην μετὰ ὀξυγγίου.〉 τὸ δ’ αὐτὸ ποιεῖ ἐπ’ ἀνθρώπων.</w:t>
      </w:r>
    </w:p>
    <w:p>
      <w:r>
        <w:rPr>
          <w:rFonts w:ascii="Courier New" w:hAnsi="Courier New"/>
          <w:color w:val="555555"/>
          <w:sz w:val="20"/>
        </w:rPr>
        <w:t>[130 . 159]</w:t>
      </w:r>
    </w:p>
    <w:p>
      <w:r>
        <w:rPr>
          <w:rFonts w:ascii="Gentium Plus" w:hAnsi="Gentium Plus"/>
          <w:sz w:val="24"/>
        </w:rPr>
        <w:t>Ἱεροκλέους σκευασία ἱππακόπου. ὀποπάνακος, χαλβάνης, καστορίου, ἀμμωνια\|κοῦ, εὐφορβίου, πυρέθρου, τε‐ ρεβινθίνης ἀνὰ γο δʹ, σαμψύχου, ἐλαφείου μυελοῦ ἀνὰ γο ϛʹ, σμύρνης, πομφόλυγος ἀνὰ γο δʹ, κηροῦ λίτ. εʹ, ἐλαίου ξέ. ηʹ.</w:t>
      </w:r>
    </w:p>
    <w:p>
      <w:r>
        <w:rPr>
          <w:rFonts w:ascii="Courier New" w:hAnsi="Courier New"/>
          <w:color w:val="555555"/>
          <w:sz w:val="20"/>
        </w:rPr>
        <w:t>[130 . 160]</w:t>
      </w:r>
    </w:p>
    <w:p>
      <w:r>
        <w:rPr>
          <w:rFonts w:ascii="Gentium Plus" w:hAnsi="Gentium Plus"/>
          <w:sz w:val="24"/>
        </w:rPr>
        <w:t>Ἱππασίου Ἠλείου σύνταγμα. ἀξούγγιον προβά‐ τειον, λιθάργυρον, ἔλαιον, οἶνον· ταῦτα πάντα ἀναλαμβάνων χρῶ πρὸς ἑλκώσεις καὶ οἰδημάτων προσφάτων θεραπείαν. ποιεῖ δὲ τοῦτο ἐξαιρέτως καὶ ἐπὶ σπονδύλων βοῶν.</w:t>
      </w:r>
    </w:p>
    <w:p>
      <w:r>
        <w:rPr>
          <w:rFonts w:ascii="Courier New" w:hAnsi="Courier New"/>
          <w:color w:val="555555"/>
          <w:sz w:val="20"/>
        </w:rPr>
        <w:t>[130 . 161]</w:t>
      </w:r>
    </w:p>
    <w:p>
      <w:r>
        <w:rPr>
          <w:rFonts w:ascii="Gentium Plus" w:hAnsi="Gentium Plus"/>
          <w:sz w:val="24"/>
        </w:rPr>
        <w:t>Ἱπποκράτους ἀνακόλλημα. ἑψήματος, τραγακάν‐ θης, κρόκου, στροβίλου, χαλκίτεως, ᾠῶν τὰ ἀρκοῦντα μίξας χρῶ.</w:t>
      </w:r>
    </w:p>
    <w:p>
      <w:r>
        <w:rPr>
          <w:rFonts w:ascii="Courier New" w:hAnsi="Courier New"/>
          <w:color w:val="555555"/>
          <w:sz w:val="20"/>
        </w:rPr>
        <w:t>[130 . 162]</w:t>
      </w:r>
    </w:p>
    <w:p>
      <w:r>
        <w:rPr>
          <w:rFonts w:ascii="Gentium Plus" w:hAnsi="Gentium Plus"/>
          <w:sz w:val="24"/>
        </w:rPr>
        <w:t>Ἱεροκλέους ἀνακολλητικόν. λιβάνου γο γʹ ἢ δύο, μαστίχης γο βʹ, κυμίνου γο γʹ, ἑψήματος ξέ. αcʹ, ῥοδίνου ξέ. αʹ, βολβῶν ξέ. αcʹ, ᾠὰ ιεʹ.</w:t>
      </w:r>
    </w:p>
    <w:p>
      <w:r>
        <w:rPr>
          <w:rFonts w:ascii="Courier New" w:hAnsi="Courier New"/>
          <w:color w:val="555555"/>
          <w:sz w:val="20"/>
        </w:rPr>
        <w:t>[130 . 163]</w:t>
      </w:r>
    </w:p>
    <w:p>
      <w:r>
        <w:rPr>
          <w:rFonts w:ascii="Gentium Plus" w:hAnsi="Gentium Plus"/>
          <w:sz w:val="24"/>
        </w:rPr>
        <w:t>Τοῦ αὐτοῦ σκευασία τετραφαρμάκου. ἀριστολο‐ χείας στρογγύλης, γεντιανῆς, βδελλίου, δαφνίδων ἀνὰ γο ἕξ.</w:t>
      </w:r>
    </w:p>
    <w:p>
      <w:r>
        <w:rPr>
          <w:rFonts w:ascii="Courier New" w:hAnsi="Courier New"/>
          <w:color w:val="555555"/>
          <w:sz w:val="20"/>
        </w:rPr>
        <w:t>[130 . 164]</w:t>
      </w:r>
    </w:p>
    <w:p>
      <w:r>
        <w:rPr>
          <w:rFonts w:ascii="Gentium Plus" w:hAnsi="Gentium Plus"/>
          <w:sz w:val="24"/>
        </w:rPr>
        <w:t>Λεύκην θεραπεῦσαι ἄνευ σμίλης. φλόμον κόψας, κατάπλασσε τὸν ἀλγοῦντα τόπον. \| εἶτα χαμαιλεύκην κόψας, τὸν λοιπὸν τόπον κατάπλασσε καὶ ἐπιδέσμει.</w:t>
      </w:r>
    </w:p>
    <w:p>
      <w:r>
        <w:rPr>
          <w:rFonts w:ascii="Courier New" w:hAnsi="Courier New"/>
          <w:color w:val="555555"/>
          <w:sz w:val="20"/>
        </w:rPr>
        <w:t>[130 . 165]</w:t>
      </w:r>
    </w:p>
    <w:p>
      <w:r>
        <w:rPr>
          <w:rFonts w:ascii="Gentium Plus" w:hAnsi="Gentium Plus"/>
          <w:sz w:val="24"/>
        </w:rPr>
        <w:t>Ὁ ἠριγέρων, ποιῶν πρὸς κατακαύματα καὶ μά‐ λιστα πρὸς νευροτρώτους. χαλβάνης γο γʹ, ἀποχύματος γο ἕξ, φρυκτῆς γο ϛʹ, τερεβινθίνης γο γʹ, κηροῦ, ἐλαίου, χυλοῦ ἠριγέροντος ἀνὰ λίτρας αʹ· ἕψει τὸ ἔλαιον μετὰ τοῦ χυ‐</w:t>
      </w:r>
    </w:p>
    <w:p>
      <w:r>
        <w:rPr>
          <w:rFonts w:ascii="Courier New" w:hAnsi="Courier New"/>
          <w:color w:val="555555"/>
          <w:sz w:val="20"/>
        </w:rPr>
        <w:t>[5]</w:t>
      </w:r>
    </w:p>
    <w:p>
      <w:r>
        <w:rPr>
          <w:rFonts w:ascii="Gentium Plus" w:hAnsi="Gentium Plus"/>
          <w:sz w:val="24"/>
        </w:rPr>
        <w:t>λοῦ, ἕως ἂν ἑνωθῶσιν. εἶτα τὰ τηκτὰ τήξας καὶ μίξας, χρῶ.</w:t>
      </w:r>
    </w:p>
    <w:p>
      <w:r>
        <w:rPr>
          <w:rFonts w:ascii="Courier New" w:hAnsi="Courier New"/>
          <w:color w:val="555555"/>
          <w:sz w:val="20"/>
        </w:rPr>
        <w:t>[130 . 166]</w:t>
      </w:r>
    </w:p>
    <w:p>
      <w:r>
        <w:rPr>
          <w:rFonts w:ascii="Gentium Plus" w:hAnsi="Gentium Plus"/>
          <w:sz w:val="24"/>
        </w:rPr>
        <w:t>Σκευασία λιπαρᾶς. λιθαργύρου λίτρας εʹ, μολυβδαί‐ νης λίτ. γʹ, ψιμυθίου λίτ. ζʹ, σαρκοκόλλης γο ηʹ, μάννης γο δʹ, κηροῦ λευκοῦ λίτ. ιγʹ, ἀξουγγίου νεαροῦ λιτ. ιʹ, ῥοδί‐ νου λίτ. ζʹ, ᾠὰ νʹ, οἴνου παλαιοῦ τὸ ἀρκοῦν.</w:t>
      </w:r>
    </w:p>
    <w:p>
      <w:r>
        <w:rPr>
          <w:rFonts w:ascii="Courier New" w:hAnsi="Courier New"/>
          <w:color w:val="555555"/>
          <w:sz w:val="20"/>
        </w:rPr>
        <w:t>[130 . 167]</w:t>
      </w:r>
    </w:p>
    <w:p>
      <w:r>
        <w:rPr>
          <w:rFonts w:ascii="Gentium Plus" w:hAnsi="Gentium Plus"/>
          <w:sz w:val="24"/>
        </w:rPr>
        <w:t>Πελαγωνίου κατασκευὴ λιπαρᾶς. λιθάργυρον, ψι‐ μύθιον, λίβανον ἄρρενα ἐπ’ ἴσης λαβών, τρῖψον, καὶ προσ‐ βαλὼν κρόκου, ἐλαίου, μέλιτος τὸ ἀρκοῦν χρῶ.</w:t>
      </w:r>
    </w:p>
    <w:p>
      <w:r>
        <w:rPr>
          <w:rFonts w:ascii="Courier New" w:hAnsi="Courier New"/>
          <w:color w:val="555555"/>
          <w:sz w:val="20"/>
        </w:rPr>
        <w:t>[130 . 168]</w:t>
      </w:r>
    </w:p>
    <w:p>
      <w:r>
        <w:rPr>
          <w:rFonts w:ascii="Gentium Plus" w:hAnsi="Gentium Plus"/>
          <w:sz w:val="24"/>
        </w:rPr>
        <w:t>Εἰ τὸ τράγανον τῶν ῥινῶν σχισθῇ. \ γανον τῶν ῥινῶν σχισθῇ, καὶ πλῆθος αἵματος ἀποπέμπηται</w:t>
      </w:r>
    </w:p>
    <w:p>
      <w:r>
        <w:rPr>
          <w:rFonts w:ascii="Courier New" w:hAnsi="Courier New"/>
          <w:color w:val="555555"/>
          <w:sz w:val="20"/>
        </w:rPr>
        <w:t>[5]</w:t>
      </w:r>
    </w:p>
    <w:p>
      <w:r>
        <w:rPr>
          <w:rFonts w:ascii="Gentium Plus" w:hAnsi="Gentium Plus"/>
          <w:sz w:val="24"/>
        </w:rPr>
        <w:t>τραῦμα θεραπεύσεις ἐμπλάστρῳ τραυματικῇ.</w:t>
      </w:r>
    </w:p>
    <w:p>
      <w:r>
        <w:rPr>
          <w:rFonts w:ascii="Courier New" w:hAnsi="Courier New"/>
          <w:color w:val="555555"/>
          <w:sz w:val="20"/>
        </w:rPr>
        <w:t>[130 . 169]</w:t>
      </w:r>
    </w:p>
    <w:p>
      <w:r>
        <w:rPr>
          <w:rFonts w:ascii="Gentium Plus" w:hAnsi="Gentium Plus"/>
          <w:sz w:val="24"/>
        </w:rPr>
        <w:t>Ἐὰν ἵππος τὸν ἑαυτοῦ πόδα μασᾶσθαι ἄρξηται. κόπρον ὑγρὰν κυνὸς μετὰ ὄξους δριμυτάτου συμμίξας ἐπί‐ πλασσε συνεχῶς.</w:t>
      </w:r>
    </w:p>
    <w:p>
      <w:r>
        <w:rPr>
          <w:rFonts w:ascii="Courier New" w:hAnsi="Courier New"/>
          <w:color w:val="555555"/>
          <w:sz w:val="20"/>
        </w:rPr>
        <w:t>[130 . 170]</w:t>
      </w:r>
    </w:p>
    <w:p>
      <w:r>
        <w:rPr>
          <w:rFonts w:ascii="Gentium Plus" w:hAnsi="Gentium Plus"/>
          <w:sz w:val="24"/>
        </w:rPr>
        <w:t>Ξηρίον τεθρίππου. ἀκόρου Ποντικοῦ γο αʹ, σμύρ‐ νης γο γʹ, πεπέρεως γο ϛʹ, κροκομάγματος γο βʹ, ἴρεως Ἰλλυ‐ ρικῆς γο γʹ, ὑσσώπου γο αʹ, μαλάγματος, σκορόδου, ἅλατος Ποντικοῦ ἀνὰ γο βʹ.</w:t>
      </w:r>
    </w:p>
    <w:p>
      <w:r>
        <w:rPr>
          <w:rFonts w:ascii="Courier New" w:hAnsi="Courier New"/>
          <w:color w:val="555555"/>
          <w:sz w:val="20"/>
        </w:rPr>
        <w:t>[130 . 171]</w:t>
      </w:r>
    </w:p>
    <w:p>
      <w:r>
        <w:rPr>
          <w:rFonts w:ascii="Gentium Plus" w:hAnsi="Gentium Plus"/>
          <w:sz w:val="24"/>
        </w:rPr>
        <w:t>Περὶ λαχανισμοῦ. ἐὰν χειμῶνος ὥρᾳ λαχανίσαι θέ‐ λῃς ζῷον, πρὸ μιᾶς ἡμέρας ἕψησον ἐπιμελῶς τὸ λάχανον καὶ ποίει ὡς κολλύρας, βαλὼν ἔλαιον καὶ ἅλας λελειωμένον καὶ πετροσέλινον καὶ κύμινον ἐν ἐκείνῃ τῇ ἡμέρᾳ, τῇ δὲ ἑξῆς</w:t>
      </w:r>
    </w:p>
    <w:p>
      <w:r>
        <w:rPr>
          <w:rFonts w:ascii="Courier New" w:hAnsi="Courier New"/>
          <w:color w:val="555555"/>
          <w:sz w:val="20"/>
        </w:rPr>
        <w:t>[5]</w:t>
      </w:r>
    </w:p>
    <w:p>
      <w:r>
        <w:rPr>
          <w:rFonts w:ascii="Gentium Plus" w:hAnsi="Gentium Plus"/>
          <w:sz w:val="24"/>
        </w:rPr>
        <w:t>ξηροτέραν τὴν \</w:t>
      </w:r>
    </w:p>
    <w:p>
      <w:r>
        <w:rPr>
          <w:rFonts w:ascii="Courier New" w:hAnsi="Courier New"/>
          <w:color w:val="555555"/>
          <w:sz w:val="20"/>
        </w:rPr>
        <w:t>[130 . 172]</w:t>
      </w:r>
    </w:p>
    <w:p>
      <w:r>
        <w:rPr>
          <w:rFonts w:ascii="Gentium Plus" w:hAnsi="Gentium Plus"/>
          <w:sz w:val="24"/>
        </w:rPr>
        <w:t>Περὶ ἀξουγγιασμοῦ. κάλλιστον βοήθημα χειμῶνος ὥρᾳ διδόναι τῷ ζῴῳ πρὸς τὰ ἐντὸς ἐπιγενόμενα πάθη ἀξούγ‐ γιον μετὰ πίσσης ὑγρᾶς καὶ ἐλαίου, θερείας δὲ ἀξούγγιον μετὰ μέλιτος καὶ βουτύρου καὶ πράσων καὶ ἐλαίου ῥοδίνου. τοῦτο</w:t>
      </w:r>
    </w:p>
    <w:p>
      <w:r>
        <w:rPr>
          <w:rFonts w:ascii="Courier New" w:hAnsi="Courier New"/>
          <w:color w:val="555555"/>
          <w:sz w:val="20"/>
        </w:rPr>
        <w:t>[5]</w:t>
      </w:r>
    </w:p>
    <w:p>
      <w:r>
        <w:rPr>
          <w:rFonts w:ascii="Gentium Plus" w:hAnsi="Gentium Plus"/>
          <w:sz w:val="24"/>
        </w:rPr>
        <w:t>δὲ πολλάκις λαμβανέτω τὸ ζῷον.</w:t>
      </w:r>
    </w:p>
    <w:p>
      <w:r>
        <w:rPr>
          <w:rFonts w:ascii="Courier New" w:hAnsi="Courier New"/>
          <w:color w:val="555555"/>
          <w:sz w:val="20"/>
        </w:rPr>
        <w:t>[130 . 173]</w:t>
      </w:r>
    </w:p>
    <w:p>
      <w:r>
        <w:rPr>
          <w:rFonts w:ascii="Gentium Plus" w:hAnsi="Gentium Plus"/>
          <w:sz w:val="24"/>
        </w:rPr>
        <w:t>Κατασκευὴ τεθρίππου τοῦ λεγομένου κουδρι‐ γαρίου. νάρδου Συριακῆς ἤτοι Ἰνδικῆς, κρόκου Σικελικοῦ,</w:t>
      </w:r>
    </w:p>
    <w:p>
      <w:r>
        <w:rPr>
          <w:rFonts w:ascii="Courier New" w:hAnsi="Courier New"/>
          <w:color w:val="555555"/>
          <w:sz w:val="20"/>
        </w:rPr>
        <w:t>[5]</w:t>
      </w:r>
    </w:p>
    <w:p>
      <w:r>
        <w:rPr>
          <w:rFonts w:ascii="Gentium Plus" w:hAnsi="Gentium Plus"/>
          <w:sz w:val="24"/>
        </w:rPr>
        <w:t>κινναμώμου, κρομύων Ἰνδικῶν, ἀγαρικοῦ Ποντικοῦ, λιβάνου ἄρρενος, ἴρεως λευκῆς, καλαμίνθης, λασάρου Ποντικοῦ, γεν‐ τιανῆς, πετροσελίνου ξηροῦ, κασίας σύριγγος· πάντα ἐπ’ ἴσης σταθμῷ τῷ δοκοῦντί σοι κόψας καὶ σήσας χρῶ.</w:t>
      </w:r>
    </w:p>
    <w:p>
      <w:r>
        <w:rPr>
          <w:rFonts w:ascii="Courier New" w:hAnsi="Courier New"/>
          <w:color w:val="555555"/>
          <w:sz w:val="20"/>
        </w:rPr>
        <w:t>[130 . 174]</w:t>
      </w:r>
    </w:p>
    <w:p>
      <w:r>
        <w:rPr>
          <w:rFonts w:ascii="Gentium Plus" w:hAnsi="Gentium Plus"/>
          <w:sz w:val="24"/>
        </w:rPr>
        <w:t>Σημεῖα πάθους παραλυτικοῦ. \ παραλυτικοῖς ἐστι ταῦτα· χείλη δύσμορφα καὶ παρειμένα, γλῶσσα τῷ πάθει νενεκρωμένη, ὁ εἷς τῶν ὀφθαλμῶν μικρό‐ τερος, ἡ μία ἀκοὴ καθειμένη. θεραπεύσεις οὖν οὕτως· πρό‐</w:t>
      </w:r>
    </w:p>
    <w:p>
      <w:r>
        <w:rPr>
          <w:rFonts w:ascii="Courier New" w:hAnsi="Courier New"/>
          <w:color w:val="555555"/>
          <w:sz w:val="20"/>
        </w:rPr>
        <w:t>[5]</w:t>
      </w:r>
    </w:p>
    <w:p>
      <w:r>
        <w:rPr>
          <w:rFonts w:ascii="Gentium Plus" w:hAnsi="Gentium Plus"/>
          <w:sz w:val="24"/>
        </w:rPr>
        <w:t>τερον τὰ χείλη διαξέσας, ἀλοιφῇ χρῆσαι τοιαύτῃ· ἐλαίου πα‐ λαιοῦ, ἀσφάλτου, ῥητίνης πιτυΐνης ἀνὰ γο ἕξ, ἀμμωνιακοῦ λίτραν μίαν, χαλβάνης γο αʹ, προπόλεως τὸ ἴσον, μάννης γο ἕξ, μυελοῦ ἐλαφείου γο αʹ, πάντα ἑψήσας ἐν ταὐτῷ χρῶ.</w:t>
      </w:r>
    </w:p>
    <w:p>
      <w:r>
        <w:rPr>
          <w:rFonts w:ascii="Courier New" w:hAnsi="Courier New"/>
          <w:color w:val="555555"/>
          <w:sz w:val="20"/>
        </w:rPr>
        <w:t>[130 . 175]</w:t>
      </w:r>
    </w:p>
    <w:p>
      <w:r>
        <w:rPr>
          <w:rFonts w:ascii="Gentium Plus" w:hAnsi="Gentium Plus"/>
          <w:sz w:val="24"/>
        </w:rPr>
        <w:t>Κατάπλασμα ἰσχιατικόν. ὄξος καὶ ὕδωρ ἐπ’ ἴσης μετὰ ῥητίνης ἕψησον καὶ ἐπίβαλλε κρίθινον ἄλευρον, ὥστε σύστασιν ἔχειν καταπλάσματος, τοῦτο θερμὸν τοῖς πάσχουσι πρόσαγε τόποις.</w:t>
      </w:r>
    </w:p>
    <w:p>
      <w:r>
        <w:rPr>
          <w:rFonts w:ascii="Courier New" w:hAnsi="Courier New"/>
          <w:color w:val="555555"/>
          <w:sz w:val="20"/>
        </w:rPr>
        <w:t>[130 . 176]</w:t>
      </w:r>
    </w:p>
    <w:p>
      <w:r>
        <w:rPr>
          <w:rFonts w:ascii="Gentium Plus" w:hAnsi="Gentium Plus"/>
          <w:sz w:val="24"/>
        </w:rPr>
        <w:t>Πρὸς πᾶν οἴδημα, εἰ μήπω ἐστὶ θερμὸν ἢ ἔχει πυράκτωσιν. ποιεῖ δὲ καὶ πρὸς ἀνθρώπους. κηροῦ, πίσσης, ῥητίνης Κολοφωνίας, ἀμμωνιακοῦ ἀνὰ γο ἕξ, στέατος χοιρείου γο βʹ, νίτρου, \| ἀσβέστου, βολβοῦ, κόπρου περιστερῶν</w:t>
      </w:r>
    </w:p>
    <w:p>
      <w:r>
        <w:rPr>
          <w:rFonts w:ascii="Courier New" w:hAnsi="Courier New"/>
          <w:color w:val="555555"/>
          <w:sz w:val="20"/>
        </w:rPr>
        <w:t>[5]</w:t>
      </w:r>
    </w:p>
    <w:p>
      <w:r>
        <w:rPr>
          <w:rFonts w:ascii="Gentium Plus" w:hAnsi="Gentium Plus"/>
          <w:sz w:val="24"/>
        </w:rPr>
        <w:t>ἀνὰ γο μίαν, κεδρέας γο ϛʹ, ὕδατος καὶ στακτῆς ὀλίγον.</w:t>
      </w:r>
    </w:p>
    <w:p>
      <w:r>
        <w:rPr>
          <w:rFonts w:ascii="Courier New" w:hAnsi="Courier New"/>
          <w:color w:val="555555"/>
          <w:sz w:val="20"/>
        </w:rPr>
        <w:t>[130 . 177]</w:t>
      </w:r>
    </w:p>
    <w:p>
      <w:r>
        <w:rPr>
          <w:rFonts w:ascii="Gentium Plus" w:hAnsi="Gentium Plus"/>
          <w:sz w:val="24"/>
        </w:rPr>
        <w:t>Ἔμπλαστρος πρὸς πάντα τὰ κακοήθη τραύματα καὶ φαγεδαινώματα καὶ χρόνια ἀντικνήμια καὶ ἀπο‐ στήματα, μάλιστα τὰ παρὰ τὸν δακτύλιον. ψιμυθίου,</w:t>
      </w:r>
    </w:p>
    <w:p>
      <w:r>
        <w:rPr>
          <w:rFonts w:ascii="Courier New" w:hAnsi="Courier New"/>
          <w:color w:val="555555"/>
          <w:sz w:val="20"/>
        </w:rPr>
        <w:t>[5]</w:t>
      </w:r>
    </w:p>
    <w:p>
      <w:r>
        <w:rPr>
          <w:rFonts w:ascii="Gentium Plus" w:hAnsi="Gentium Plus"/>
          <w:sz w:val="24"/>
        </w:rPr>
        <w:t>ἰσα· τὸ ψιμύθιον καὶ τὴν λιθάργυρον ἅμα τῇ μαστίχῃ προ‐ λειῶν, ἐπιβάλλων τοῦ μυρσινελαίου καὶ τοῦ χυλοῦ τοῦ ὑοσκυ‐ άμου σταγόνα πρὸς σταγόνα, ἀναλάμβανε, καὶ ποιῶν ἔμπλα‐ στρον, ἀπόθου ἐν μολυβδίνῳ ἀγγείῳ. εἰ δὲ καὶ ἀποσκληρυνθῇ τῷ χρόνῳ, ἅμα τῷ μυρσινελαίῳ καὶ ὀλίγῳ οἴνῳ ἀναμαλάσ‐</w:t>
      </w:r>
    </w:p>
    <w:p>
      <w:r>
        <w:rPr>
          <w:rFonts w:ascii="Courier New" w:hAnsi="Courier New"/>
          <w:color w:val="555555"/>
          <w:sz w:val="20"/>
        </w:rPr>
        <w:t>[10]</w:t>
      </w:r>
    </w:p>
    <w:p>
      <w:r>
        <w:rPr>
          <w:rFonts w:ascii="Gentium Plus" w:hAnsi="Gentium Plus"/>
          <w:sz w:val="24"/>
        </w:rPr>
        <w:t>σων χρῶ.</w:t>
      </w:r>
    </w:p>
    <w:p>
      <w:r>
        <w:rPr>
          <w:rFonts w:ascii="Courier New" w:hAnsi="Courier New"/>
          <w:color w:val="555555"/>
          <w:sz w:val="20"/>
        </w:rPr>
        <w:t>[130 . 178]</w:t>
      </w:r>
    </w:p>
    <w:p>
      <w:r>
        <w:rPr>
          <w:rFonts w:ascii="Gentium Plus" w:hAnsi="Gentium Plus"/>
          <w:sz w:val="24"/>
        </w:rPr>
        <w:t>Πρὸς κριθιάσαντα ἵππον καὶ πεπτωκότα καὶ μὴ δυνάμενον περιπατῆσαι ἢ ἐγερθῆναι. συκῆς ἀγρίας φύλλα συλλέξας κόψον ἐπιμελῶς, καὶ βάλε εἰς χλιαρόν, καὶ ἠθμῷ διηθήσας, εἰς \| κέρας τε βαλών, δὸς πιεῖν δὶς ἢ καὶ</w:t>
      </w:r>
    </w:p>
    <w:p>
      <w:r>
        <w:rPr>
          <w:rFonts w:ascii="Courier New" w:hAnsi="Courier New"/>
          <w:color w:val="555555"/>
          <w:sz w:val="20"/>
        </w:rPr>
        <w:t>[5]</w:t>
      </w:r>
    </w:p>
    <w:p>
      <w:r>
        <w:rPr>
          <w:rFonts w:ascii="Gentium Plus" w:hAnsi="Gentium Plus"/>
          <w:sz w:val="24"/>
        </w:rPr>
        <w:t>τρίς, καὶ μετὰ βίας διακίνησον, καὶ ἕξεις αὐτὸν ὑγιᾶ.</w:t>
      </w:r>
    </w:p>
    <w:p>
      <w:r>
        <w:rPr>
          <w:rFonts w:ascii="Courier New" w:hAnsi="Courier New"/>
          <w:color w:val="555555"/>
          <w:sz w:val="20"/>
        </w:rPr>
        <w:t>[130 . 179]</w:t>
      </w:r>
    </w:p>
    <w:p>
      <w:r>
        <w:rPr>
          <w:rFonts w:ascii="Gentium Plus" w:hAnsi="Gentium Plus"/>
          <w:sz w:val="24"/>
        </w:rPr>
        <w:t>Ἔμπλαστρος ἡ διὰ δικτάμνου. λιθαργύρου δραχμὰς ρʹ, κολοφωνίας δραχμὰς νʹ, κηροῦ δραχμὰς κεʹ, ἀμμωνιακοῦ θυμιάματος, ἀριστολοχείας ἀνὰ δραχμῶν ιϛʹ, μάννης, χαλβάνης ἀνὰ δραχμῶν ιβʹ, ἰοῦ, χαλκοῦ κεκαυμένου, δικτάμνου, ἀλόης,</w:t>
      </w:r>
    </w:p>
    <w:p>
      <w:r>
        <w:rPr>
          <w:rFonts w:ascii="Courier New" w:hAnsi="Courier New"/>
          <w:color w:val="555555"/>
          <w:sz w:val="20"/>
        </w:rPr>
        <w:t>[5]</w:t>
      </w:r>
    </w:p>
    <w:p>
      <w:r>
        <w:rPr>
          <w:rFonts w:ascii="Gentium Plus" w:hAnsi="Gentium Plus"/>
          <w:sz w:val="24"/>
        </w:rPr>
        <w:t>προπόλεως ἀνὰ δραχμὰς ηʹ, λεπίδος χαλκοῦ, διφρυγοῦς, γεν‐ τιανῆς ἀνὰ δραχμὰς ἕξ, ἐλαίου γο ιδʹ. ἕψει τὴν λιθάργυρον καὶ τὸ ἔλαιον ἕως ἀμολύντου. εἶτα ἐπίβαλλε ἰὸν καὶ ἕψει ὡσαύτως, εἶτα ῥητίνην, ἀμμωνιακὸν σεσησμένον, καὶ ἕψει, εἶτα διφρυγές, καὶ πάλιν ἕψει, καὶ τότε ἐπίβαλλε τὸν κηρόν,</w:t>
      </w:r>
    </w:p>
    <w:p>
      <w:r>
        <w:rPr>
          <w:rFonts w:ascii="Courier New" w:hAnsi="Courier New"/>
          <w:color w:val="555555"/>
          <w:sz w:val="20"/>
        </w:rPr>
        <w:t>[10]</w:t>
      </w:r>
    </w:p>
    <w:p>
      <w:r>
        <w:rPr>
          <w:rFonts w:ascii="Gentium Plus" w:hAnsi="Gentium Plus"/>
          <w:sz w:val="24"/>
        </w:rPr>
        <w:t>καὶ ἄρας ἀπὸ τοῦ πυρὸς ἐπίβαλλε χαλβάνην μετὰ τῆς προ‐ πόλεως μαλαχθεῖσαν, καὶ ἕψει ὀλίγον. ὕστερον δὲ χλιάνας, ἐπίβαλλε ἀλόην, μάνναν, δίκταμνον, ἀριστολοχείαν, γεντιανήν, κἂν μολύνηται, ἐπὶ κούφῳ πυρὶ ἕψει. καλὸν δέ ἐστι καὶ ὀλίγον ὕδωρ ἐπιβάλ\|λειν, ἵνα μὴ καῇ ἡ λιθάργυρος.</w:t>
      </w:r>
    </w:p>
    <w:p>
      <w:r>
        <w:rPr>
          <w:rFonts w:ascii="Courier New" w:hAnsi="Courier New"/>
          <w:color w:val="555555"/>
          <w:sz w:val="20"/>
        </w:rPr>
        <w:t>[130 . 180]</w:t>
      </w:r>
    </w:p>
    <w:p>
      <w:r>
        <w:rPr>
          <w:rFonts w:ascii="Gentium Plus" w:hAnsi="Gentium Plus"/>
          <w:sz w:val="24"/>
        </w:rPr>
        <w:t>Ἔμπλαστρος πρὸς πᾶν πάθος διαφόρως μεθο‐ δευομένη καὶ ἐνεργοῦσα πρὸς παλαιὰ ἕλκη καὶ πρόσ‐ φατα. ἐλαίου χρηστοῦ γο θʹ, ἀσφάλτου Ἰουδαϊκῆς, κηροῦ λιπαροῦ, ῥητίνης φρυκτῆς, πίσσης καθαρᾶς ἀνὰ λίτρ. αʹ,</w:t>
      </w:r>
    </w:p>
    <w:p>
      <w:r>
        <w:rPr>
          <w:rFonts w:ascii="Courier New" w:hAnsi="Courier New"/>
          <w:color w:val="555555"/>
          <w:sz w:val="20"/>
        </w:rPr>
        <w:t>[5]</w:t>
      </w:r>
    </w:p>
    <w:p>
      <w:r>
        <w:rPr>
          <w:rFonts w:ascii="Gentium Plus" w:hAnsi="Gentium Plus"/>
          <w:sz w:val="24"/>
        </w:rPr>
        <w:t>λιθαργύρου, ψιμυθίου, ἰοῦ ξυστοῦ ἀνὰ δραχμὰς ιʹ, στυπτη‐ ρίας σχιστῆς, χαλκάνθης, χαλκίτεως, κρόκου ἀνὰ δραχμὰς δʹ,</w:t>
      </w:r>
    </w:p>
    <w:p>
      <w:r>
        <w:rPr>
          <w:rFonts w:ascii="Courier New" w:hAnsi="Courier New"/>
          <w:color w:val="555555"/>
          <w:sz w:val="20"/>
        </w:rPr>
        <w:t>[130 . 181]</w:t>
      </w:r>
    </w:p>
    <w:p>
      <w:r>
        <w:rPr>
          <w:rFonts w:ascii="Gentium Plus" w:hAnsi="Gentium Plus"/>
          <w:sz w:val="24"/>
        </w:rPr>
        <w:t>Ἔμπλαστρος ἡ ἀνώδυνος, τὰ ὑπερβάλλοντα τῶν φλεγμονῶν διαφοροῦσα. ἀσφοδέλου χυλοῦ, περδι‐ κίου χυλοῦ ἀνὰ γο δʹ, κηροῦ, βουτύρου νεαροῦ, ἀξουγγίου, ἀσβέστου, μυελοῦ μοσχείου ἀνὰ γο γʹ, νίτρου ἀφροῦ, κιμω‐</w:t>
      </w:r>
    </w:p>
    <w:p>
      <w:r>
        <w:rPr>
          <w:rFonts w:ascii="Courier New" w:hAnsi="Courier New"/>
          <w:color w:val="555555"/>
          <w:sz w:val="20"/>
        </w:rPr>
        <w:t>[5]</w:t>
      </w:r>
    </w:p>
    <w:p>
      <w:r>
        <w:rPr>
          <w:rFonts w:ascii="Gentium Plus" w:hAnsi="Gentium Plus"/>
          <w:sz w:val="24"/>
        </w:rPr>
        <w:t>λίας, τρυγὸς οἴνου κεκαυμένης, νίτρου ἀνὰ δραχμὰς ιβʹ, κόλ‐ λης ἀπὸ γυρίου ἡψημένης δραχμὰς ιβʹ, μελιλώτου σπέρματος κοπέντος \| καὶ ἑψηθέντος δραχμὰς ιβʹ, ἐλαίου καλοῦ λιτρας γʹ· σκεύαζε καὶ χρῶ.</w:t>
      </w:r>
    </w:p>
    <w:p>
      <w:r>
        <w:rPr>
          <w:rFonts w:ascii="Courier New" w:hAnsi="Courier New"/>
          <w:color w:val="555555"/>
          <w:sz w:val="20"/>
        </w:rPr>
        <w:t>[130 . 182]</w:t>
      </w:r>
    </w:p>
    <w:p>
      <w:r>
        <w:rPr>
          <w:rFonts w:ascii="Gentium Plus" w:hAnsi="Gentium Plus"/>
          <w:sz w:val="24"/>
        </w:rPr>
        <w:t>Ἄλλη ποιοῦσα πρὸς τὰ εἰρημένα. κηροῦ, Κολο‐ φωνίας, στέατος χηνείου, ψιμυθίου ἀνὰ δραχμὰς ιϛʹ, πίσσης δραχμὰς δʹ, χυλοῦ κράμβης κοχλιάριον cʹ, λινοσπέρμου τὸ ἴσον, στρατιώτου χυλοῦ κοχλιάριον αʹ, μελιλώτου χυλοῦ τὸ</w:t>
      </w:r>
    </w:p>
    <w:p>
      <w:r>
        <w:rPr>
          <w:rFonts w:ascii="Courier New" w:hAnsi="Courier New"/>
          <w:color w:val="555555"/>
          <w:sz w:val="20"/>
        </w:rPr>
        <w:t>[5]</w:t>
      </w:r>
    </w:p>
    <w:p>
      <w:r>
        <w:rPr>
          <w:rFonts w:ascii="Gentium Plus" w:hAnsi="Gentium Plus"/>
          <w:sz w:val="24"/>
        </w:rPr>
        <w:t>ἴσον, γάλακτος βοείου τὸ ἴσον, ᾠὰ δʹ, ἐλαίου λίτ. βʹ.</w:t>
      </w:r>
    </w:p>
    <w:p>
      <w:r>
        <w:rPr>
          <w:rFonts w:ascii="Courier New" w:hAnsi="Courier New"/>
          <w:color w:val="555555"/>
          <w:sz w:val="20"/>
        </w:rPr>
        <w:t>[130 . 183]</w:t>
      </w:r>
    </w:p>
    <w:p>
      <w:r>
        <w:rPr>
          <w:rFonts w:ascii="Gentium Plus" w:hAnsi="Gentium Plus"/>
          <w:sz w:val="24"/>
        </w:rPr>
        <w:t>Τροχίσκος δυσεντερικὸς Γρηγορίου. ἀμύλου, ἀκα‐ κίας ἀνὰ γο αʹ, λυκίου γο αcʹ, κρόκου, σμύρνης, λιβάνου ἀνὰ γο ϛʹ, ὀπίου γο γʹ· πάντα λειώσας ἐπιμελῶς ἰδίᾳ ἕκαστον, ἔπειτα ἑνώσας, πάλιν λείου μετὰ ἀποζέματος ῥόδων ἢ ἰτέας ἢ</w:t>
      </w:r>
    </w:p>
    <w:p>
      <w:r>
        <w:rPr>
          <w:rFonts w:ascii="Courier New" w:hAnsi="Courier New"/>
          <w:color w:val="555555"/>
          <w:sz w:val="20"/>
        </w:rPr>
        <w:t>[5]</w:t>
      </w:r>
    </w:p>
    <w:p>
      <w:r>
        <w:rPr>
          <w:rFonts w:ascii="Gentium Plus" w:hAnsi="Gentium Plus"/>
          <w:sz w:val="24"/>
        </w:rPr>
        <w:t>μυρρίνης χλωρᾶς ἐπὶ ἡμέρας δύο εἰς θυίαν, ἔπειπα ξηράνας χρῶ, ἐπιβάλλων ἐκ τοῦ εἰρημένου ἀποζέματος. καὶ ἐὰν μὲν ἔστι τὸ πάθος χρόνιον, πρῶτον δεῖ κλύζειν τὸ ἔντερον χυλῷ ἰτέας. εἰ δὲ ὕφαιμά εἰσι τὰ φερόμενα, προσπλέκειν τὸν αἱμα‐ τίτην λίθον μετὰ τοῦ τροχίσκου καὶ χρῆσθαι. ἐξ αὐτοῦ δὲ τοῦ</w:t>
      </w:r>
    </w:p>
    <w:p>
      <w:r>
        <w:rPr>
          <w:rFonts w:ascii="Courier New" w:hAnsi="Courier New"/>
          <w:color w:val="555555"/>
          <w:sz w:val="20"/>
        </w:rPr>
        <w:t>[10]</w:t>
      </w:r>
    </w:p>
    <w:p>
      <w:r>
        <w:rPr>
          <w:rFonts w:ascii="Gentium Plus" w:hAnsi="Gentium Plus"/>
          <w:sz w:val="24"/>
        </w:rPr>
        <w:t>τροχίσκου \ ποιεῖ δὲ καταχριόμενος ἐπὶ ὀμφαλῷ καὶ στομάχῳ καὶ κοιλίᾳ.</w:t>
      </w:r>
    </w:p>
    <w:p>
      <w:r>
        <w:rPr>
          <w:rFonts w:ascii="Courier New" w:hAnsi="Courier New"/>
          <w:color w:val="555555"/>
          <w:sz w:val="20"/>
        </w:rPr>
        <w:t>[130 . 184]</w:t>
      </w:r>
    </w:p>
    <w:p>
      <w:r>
        <w:rPr>
          <w:rFonts w:ascii="Gentium Plus" w:hAnsi="Gentium Plus"/>
          <w:sz w:val="24"/>
        </w:rPr>
        <w:t>Ἐπίθεμα κοιλιακόν. χαμαιρεφάνου, κόκκων κνίδης,</w:t>
      </w:r>
    </w:p>
    <w:p>
      <w:r>
        <w:rPr>
          <w:rFonts w:ascii="Courier New" w:hAnsi="Courier New"/>
          <w:color w:val="555555"/>
          <w:sz w:val="20"/>
        </w:rPr>
        <w:t>[130 . 185]</w:t>
      </w:r>
    </w:p>
    <w:p>
      <w:r>
        <w:rPr>
          <w:rFonts w:ascii="Gentium Plus" w:hAnsi="Gentium Plus"/>
          <w:sz w:val="24"/>
        </w:rPr>
        <w:t>Κατάπλαστος τριμερὴς συνακτική. ἰτέας τὸν φλοιὸν ἢ πίτυος κόψας καὶ σήσας καὶ δρομάδος ἐλάφου κέρας καύσας καὶ τρίψας καὶ βρόμους ἀλέσας καὶ ἐν τῷ αὐτῷ ἑνώσας χρῶ εἰς τὰ καθαρὰ ἕλκη καὶ ὑπερέχοντα.</w:t>
      </w:r>
    </w:p>
    <w:p>
      <w:r>
        <w:rPr>
          <w:rFonts w:ascii="Courier New" w:hAnsi="Courier New"/>
          <w:color w:val="555555"/>
          <w:sz w:val="20"/>
        </w:rPr>
        <w:t>[130 . 186]</w:t>
      </w:r>
    </w:p>
    <w:p>
      <w:r>
        <w:rPr>
          <w:rFonts w:ascii="Gentium Plus" w:hAnsi="Gentium Plus"/>
          <w:sz w:val="24"/>
        </w:rPr>
        <w:t>Μάλαγμα πρὸς πάντα ποιοῦν. κηροῦ λίτρας βʹ, στυπτηρίας .. αʹ, λιθαργύρου 𐆃 αʹ, ῥητίνης πιτυΐνης γο ἕξ, ἀμμωνιακοῦ γο ἕξ, θείου γο ἕξ.</w:t>
      </w:r>
    </w:p>
    <w:p>
      <w:r>
        <w:rPr>
          <w:rFonts w:ascii="Courier New" w:hAnsi="Courier New"/>
          <w:color w:val="555555"/>
          <w:sz w:val="20"/>
        </w:rPr>
        <w:t>[130 . 187]</w:t>
      </w:r>
    </w:p>
    <w:p>
      <w:r>
        <w:rPr>
          <w:rFonts w:ascii="Gentium Plus" w:hAnsi="Gentium Plus"/>
          <w:sz w:val="24"/>
        </w:rPr>
        <w:t>Ἄλλο μάλαγμα διάσπερμον. κηροῦ λίτραν αcʹ, ἀνήθου γο ἕξ, ἀβροτόνου σπέρ\|ματος γο γʹ, καλαμίνθης σπέρ‐ ματος γο δʹ, δαφνίδων λεπτῶν γο ἕξ, ἀμμωνιακοῦ λίτραν αʹ, ῥητίνης ἀστλώσης γο ἕξ, σελίνου γο ἕξ, ταῦτα βαλὼν εἰς κάκ‐</w:t>
      </w:r>
    </w:p>
    <w:p>
      <w:r>
        <w:rPr>
          <w:rFonts w:ascii="Courier New" w:hAnsi="Courier New"/>
          <w:color w:val="555555"/>
          <w:sz w:val="20"/>
        </w:rPr>
        <w:t>[5]</w:t>
      </w:r>
    </w:p>
    <w:p>
      <w:r>
        <w:rPr>
          <w:rFonts w:ascii="Gentium Plus" w:hAnsi="Gentium Plus"/>
          <w:sz w:val="24"/>
        </w:rPr>
        <w:t>καβον ἕψει. καὶ ὅταν ἑψηθῶσιν, βαλὼν εἰς τρουλλίον ὕδωρ ψυχρόν, κένωσον καὶ ἐξελῶν χρῶ.</w:t>
      </w:r>
    </w:p>
    <w:p>
      <w:r>
        <w:rPr>
          <w:rFonts w:ascii="Courier New" w:hAnsi="Courier New"/>
          <w:color w:val="555555"/>
          <w:sz w:val="20"/>
        </w:rPr>
        <w:t>[130 . 188]</w:t>
      </w:r>
    </w:p>
    <w:p>
      <w:r>
        <w:rPr>
          <w:rFonts w:ascii="Gentium Plus" w:hAnsi="Gentium Plus"/>
          <w:sz w:val="24"/>
        </w:rPr>
        <w:t>Σύγχρισμα. κηροῦ λίτρας βʹ, ῥητίνης πιτυΐνης λίτρας δʹ, ἀμμωνιακοῦ γο ἕξ, ὀποπάνακος γο γʹ, χαλβάνης γο γʹ, κρο‐ κομάγματος γο βʹ, μυελοῦ ἐλαφείου γο γʹ, ἐλαίου σχινίνου γο γʹ, ἐλαίου παλαιοῦ γο ἕξ, ἐλαίου δαφνί(ν)ου τὸ ἴσον, σμύρ‐</w:t>
      </w:r>
    </w:p>
    <w:p>
      <w:r>
        <w:rPr>
          <w:rFonts w:ascii="Courier New" w:hAnsi="Courier New"/>
          <w:color w:val="555555"/>
          <w:sz w:val="20"/>
        </w:rPr>
        <w:t>[5]</w:t>
      </w:r>
    </w:p>
    <w:p>
      <w:r>
        <w:rPr>
          <w:rFonts w:ascii="Gentium Plus" w:hAnsi="Gentium Plus"/>
          <w:sz w:val="24"/>
        </w:rPr>
        <w:t>νης γο γʹ.</w:t>
      </w:r>
    </w:p>
    <w:p>
      <w:r>
        <w:rPr>
          <w:rFonts w:ascii="Courier New" w:hAnsi="Courier New"/>
          <w:color w:val="555555"/>
          <w:sz w:val="20"/>
        </w:rPr>
        <w:t>[130 . 189]</w:t>
      </w:r>
    </w:p>
    <w:p>
      <w:r>
        <w:rPr>
          <w:rFonts w:ascii="Gentium Plus" w:hAnsi="Gentium Plus"/>
          <w:sz w:val="24"/>
        </w:rPr>
        <w:t>Μάλαγμα βαρβαρικόν. κηροῦ λίτρ. αʹ, ῥητίνης φρυκτῆς γο ἕξ, κώνης γο ἕξ, ἀσφάλτου Ἰουδαϊκῆς γο ἕξ, προ‐ πόλεως γο ἕξ, χαλβάνης γο δʹ, ὀποπάνακος γο γʹ, ἐλαίου γʹ</w:t>
      </w:r>
    </w:p>
    <w:p>
      <w:r>
        <w:rPr>
          <w:rFonts w:ascii="Courier New" w:hAnsi="Courier New"/>
          <w:color w:val="555555"/>
          <w:sz w:val="20"/>
        </w:rPr>
        <w:t>[130 . 190]</w:t>
      </w:r>
    </w:p>
    <w:p>
      <w:r>
        <w:rPr>
          <w:rFonts w:ascii="Gentium Plus" w:hAnsi="Gentium Plus"/>
          <w:sz w:val="24"/>
        </w:rPr>
        <w:t>Μάλαγμα τραυματικόν. μέλιτος γο ἕξ, ἀλόης, χαλ‐ κίτιδος, σμύρνης ἀνὰ γο γʹ.</w:t>
      </w:r>
    </w:p>
    <w:p>
      <w:r>
        <w:rPr>
          <w:rFonts w:ascii="Courier New" w:hAnsi="Courier New"/>
          <w:color w:val="555555"/>
          <w:sz w:val="20"/>
        </w:rPr>
        <w:t>[130 . 191]</w:t>
      </w:r>
    </w:p>
    <w:p>
      <w:r>
        <w:rPr>
          <w:rFonts w:ascii="Gentium Plus" w:hAnsi="Gentium Plus"/>
          <w:sz w:val="24"/>
        </w:rPr>
        <w:t>Ἄλλο. μέλιτος γο θʹ, χαλκίτιδος .. αʹ, κάχρυος καλοῦ γο αʹ, σμύρ\|νης .. ϛʹ· συμβαλὼν πάντα εἰς θυίαν λειοτρι‐ βήσας χρῶ.</w:t>
      </w:r>
    </w:p>
    <w:p>
      <w:r>
        <w:rPr>
          <w:rFonts w:ascii="Courier New" w:hAnsi="Courier New"/>
          <w:color w:val="555555"/>
          <w:sz w:val="20"/>
        </w:rPr>
        <w:t>[130 . 192]</w:t>
      </w:r>
    </w:p>
    <w:p>
      <w:r>
        <w:rPr>
          <w:rFonts w:ascii="Gentium Plus" w:hAnsi="Gentium Plus"/>
          <w:sz w:val="24"/>
        </w:rPr>
        <w:t>Ἄλλο. ὄξους κυάθους γʹ, στυπτηρίας λιτρ. αʹ, ἰοῦ γο ἕξ, τούτοις χρῶ.</w:t>
      </w:r>
    </w:p>
    <w:p>
      <w:r>
        <w:rPr>
          <w:rFonts w:ascii="Courier New" w:hAnsi="Courier New"/>
          <w:color w:val="555555"/>
          <w:sz w:val="20"/>
        </w:rPr>
        <w:t>[130 . 193]</w:t>
      </w:r>
    </w:p>
    <w:p>
      <w:r>
        <w:rPr>
          <w:rFonts w:ascii="Gentium Plus" w:hAnsi="Gentium Plus"/>
          <w:sz w:val="24"/>
        </w:rPr>
        <w:t>Ἀνακόλλημα πρὸς νεῦρα. μάννης γο αʹ, κοχλίας ιεʹ, βολβοὺς Μεγαρικοὺς ιεʹ, γύρεως ἡμίναν.</w:t>
      </w:r>
    </w:p>
    <w:p>
      <w:r>
        <w:rPr>
          <w:rFonts w:ascii="Courier New" w:hAnsi="Courier New"/>
          <w:color w:val="555555"/>
          <w:sz w:val="20"/>
        </w:rPr>
        <w:t>[130 . 194]</w:t>
      </w:r>
    </w:p>
    <w:p>
      <w:r>
        <w:rPr>
          <w:rFonts w:ascii="Gentium Plus" w:hAnsi="Gentium Plus"/>
          <w:sz w:val="24"/>
        </w:rPr>
        <w:t>Κατάπλασμα ψυχρόν. γύρεως ξέ. αʹ, μάννης γο αʹ, πίσσης γο ἕξ, οἴνου παλαιοῦ τὸ ἱκανὸν βαλὼν εἰς νίπτρον φύρασον. τοῦτο πρὸς τὸ σεσαλευμένον καλῶς ποιεῖ καὶ πρὸς τὰ λοιπὰ πάθη.</w:t>
      </w:r>
    </w:p>
    <w:p>
      <w:r>
        <w:rPr>
          <w:rFonts w:ascii="Courier New" w:hAnsi="Courier New"/>
          <w:color w:val="555555"/>
          <w:sz w:val="20"/>
        </w:rPr>
        <w:t>[130 . 195]</w:t>
      </w:r>
    </w:p>
    <w:p>
      <w:r>
        <w:rPr>
          <w:rFonts w:ascii="Gentium Plus" w:hAnsi="Gentium Plus"/>
          <w:sz w:val="24"/>
        </w:rPr>
        <w:t>Κατάπλασμα πυροῦν. μάννης ξέ. αʹ, μίλτου γο αʹ, ὄξους ἡμίναν· πρὸς τὰς φλεγμονὰς καλῶς ποιεῖ.</w:t>
      </w:r>
    </w:p>
    <w:p>
      <w:r>
        <w:rPr>
          <w:rFonts w:ascii="Courier New" w:hAnsi="Courier New"/>
          <w:color w:val="555555"/>
          <w:sz w:val="20"/>
        </w:rPr>
        <w:t>[130 . 196]</w:t>
      </w:r>
    </w:p>
    <w:p>
      <w:r>
        <w:rPr>
          <w:rFonts w:ascii="Gentium Plus" w:hAnsi="Gentium Plus"/>
          <w:sz w:val="24"/>
        </w:rPr>
        <w:t>Ἄλλο. ἀξουγγίου λεοντείου γο ἕξ, στέατος βοείου θη‐ λυκοῦ γο ἕξ, κηροῦ, ῥητίνης τερεβινθίνης, κασίας, κροκο‐ μάγματος προπόλεως ἀνὰ γο ἕξ, θείου, νί\|τρου, ἀλόης ἀνὰ γο γʹ, δαφνίδων λίτραν αʹ.</w:t>
      </w:r>
    </w:p>
    <w:p>
      <w:r>
        <w:rPr>
          <w:rFonts w:ascii="Courier New" w:hAnsi="Courier New"/>
          <w:color w:val="555555"/>
          <w:sz w:val="20"/>
        </w:rPr>
        <w:t>[130 . 197]</w:t>
      </w:r>
    </w:p>
    <w:p>
      <w:r>
        <w:rPr>
          <w:rFonts w:ascii="Gentium Plus" w:hAnsi="Gentium Plus"/>
          <w:sz w:val="24"/>
        </w:rPr>
        <w:t>Σύγχρισμα. χαλβάνης, προπόλεως, ἐλαίου παλαιοῦ, ἀμυγδάλων πικρῶν, νίτρου ἄνθους, ὀποπάνακος ἀνὰ γο γʹ, ἀμμωνιακοῦ, ῥητίνης τερεβινθίνης, λίθου Ἀσσίου ἄνθους ἀνὰ γο βʹ, ἰρίνου γο δʹ, κηροῦ, ῥαφανίνου, μυελοῦ ἐλαφείου ἀνὰ</w:t>
      </w:r>
    </w:p>
    <w:p>
      <w:r>
        <w:rPr>
          <w:rFonts w:ascii="Courier New" w:hAnsi="Courier New"/>
          <w:color w:val="555555"/>
          <w:sz w:val="20"/>
        </w:rPr>
        <w:t>[5]</w:t>
      </w:r>
    </w:p>
    <w:p>
      <w:r>
        <w:rPr>
          <w:rFonts w:ascii="Gentium Plus" w:hAnsi="Gentium Plus"/>
          <w:sz w:val="24"/>
        </w:rPr>
        <w:t>γο ἕξ, δαφνίδων ... Συριακοῦ ἀνὰ γο αʹ.</w:t>
      </w:r>
    </w:p>
    <w:p>
      <w:r>
        <w:rPr>
          <w:rFonts w:ascii="Courier New" w:hAnsi="Courier New"/>
          <w:color w:val="555555"/>
          <w:sz w:val="20"/>
        </w:rPr>
        <w:t>[130 . 198]</w:t>
      </w:r>
    </w:p>
    <w:p>
      <w:r>
        <w:rPr>
          <w:rFonts w:ascii="Gentium Plus" w:hAnsi="Gentium Plus"/>
          <w:sz w:val="24"/>
        </w:rPr>
        <w:t>Μάλαγμα. κηροῦ, χαλβάνης, ἀμμωνιακοῦ, λιβάνου,</w:t>
      </w:r>
    </w:p>
    <w:p>
      <w:r>
        <w:rPr>
          <w:rFonts w:ascii="Courier New" w:hAnsi="Courier New"/>
          <w:color w:val="555555"/>
          <w:sz w:val="20"/>
        </w:rPr>
        <w:t>[130 . 199]</w:t>
      </w:r>
    </w:p>
    <w:p>
      <w:r>
        <w:rPr>
          <w:rFonts w:ascii="Gentium Plus" w:hAnsi="Gentium Plus"/>
          <w:sz w:val="24"/>
        </w:rPr>
        <w:t>Σύγχρισμα. κηροῦ Τυρρηνικοῦ λίτραν αʹ, προπόλεως, οἰσύπου ἀνὰ γο αʹ, ἐλαίου παλαιοῦ, ῥοδίνου ἀνὰ γο γʹ, στέατος χοιρείου γο ἕξ.</w:t>
      </w:r>
    </w:p>
    <w:p>
      <w:r>
        <w:rPr>
          <w:rFonts w:ascii="Courier New" w:hAnsi="Courier New"/>
          <w:color w:val="555555"/>
          <w:sz w:val="20"/>
        </w:rPr>
        <w:t>[130 . 200]</w:t>
      </w:r>
    </w:p>
    <w:p>
      <w:r>
        <w:rPr>
          <w:rFonts w:ascii="Gentium Plus" w:hAnsi="Gentium Plus"/>
          <w:sz w:val="24"/>
        </w:rPr>
        <w:t>Ἄλλο σύγχρισμα. κηροῦ Τυρρηνικοῦ λίτραν αʹ, ὀπο‐ πάνακος, ῥο\|δίνου, κυπρίνου, δαφνίνου ἀνὰ γο ἕξ, στύρακος, στέατος ταυρείου ἀνὰ γο γʹ, οἰσύπου γο δʹ, στέατος χηνείου γο αʹ.</w:t>
      </w:r>
    </w:p>
    <w:p>
      <w:r>
        <w:rPr>
          <w:rFonts w:ascii="Courier New" w:hAnsi="Courier New"/>
          <w:color w:val="555555"/>
          <w:sz w:val="20"/>
        </w:rPr>
        <w:t>[130 . 201]</w:t>
      </w:r>
    </w:p>
    <w:p>
      <w:r>
        <w:rPr>
          <w:rFonts w:ascii="Gentium Plus" w:hAnsi="Gentium Plus"/>
          <w:sz w:val="24"/>
        </w:rPr>
        <w:t>Μάλαγμα ἐκ σύκων. σύκων γο γʹ, νίτρου γο ἕξ, κυπαρίσσου, χαλβάνης ἀνὰ γο αʹ, στέατος ταυρείου, μάννης ἀνὰ 𐆃 ςʹ.</w:t>
      </w:r>
    </w:p>
    <w:p>
      <w:r>
        <w:rPr>
          <w:rFonts w:ascii="Courier New" w:hAnsi="Courier New"/>
          <w:color w:val="555555"/>
          <w:sz w:val="20"/>
        </w:rPr>
        <w:t>[130 . 202]</w:t>
      </w:r>
    </w:p>
    <w:p>
      <w:r>
        <w:rPr>
          <w:rFonts w:ascii="Gentium Plus" w:hAnsi="Gentium Plus"/>
          <w:sz w:val="24"/>
        </w:rPr>
        <w:t>Σύγχρισμα. κηροῦ, οἰσύπου, ἐλαίου παλαιοῦ ἀνὰ λίτραν αʹ, ὀποπάνακος, ψιμυθίου ἀνὰ γο γʹ, βδελλίου, στύρα‐ κος ἀνὰ γο δʹ, σμύρνης λίτρας ἕξ.</w:t>
      </w:r>
    </w:p>
    <w:p>
      <w:r>
        <w:rPr>
          <w:rFonts w:ascii="Courier New" w:hAnsi="Courier New"/>
          <w:color w:val="555555"/>
          <w:sz w:val="20"/>
        </w:rPr>
        <w:t>[130 . 203]</w:t>
      </w:r>
    </w:p>
    <w:p>
      <w:r>
        <w:rPr>
          <w:rFonts w:ascii="Gentium Plus" w:hAnsi="Gentium Plus"/>
          <w:sz w:val="24"/>
        </w:rPr>
        <w:t>Κυκλίσκων σκευασία. κρόκου, σμύρνης, νάρδου Συριακῆς, κόστου, ἴρεως Ἰλλυρικῆς, ῥέου Ποντικοῦ, πεπέρεως μακροῦ, πεπέρεως λευκοῦ, σχοίνου ἄνθους, πετροσελίνου, κυ‐ πέρου, ζιγγιβέρεως ἀνὰ γο γʹ, κινναμώμου, κασίας, ἀμώμου,</w:t>
      </w:r>
    </w:p>
    <w:p>
      <w:r>
        <w:rPr>
          <w:rFonts w:ascii="Courier New" w:hAnsi="Courier New"/>
          <w:color w:val="555555"/>
          <w:sz w:val="20"/>
        </w:rPr>
        <w:t>[5]</w:t>
      </w:r>
    </w:p>
    <w:p>
      <w:r>
        <w:rPr>
          <w:rFonts w:ascii="Gentium Plus" w:hAnsi="Gentium Plus"/>
          <w:sz w:val="24"/>
        </w:rPr>
        <w:t>λιβάνου ἄρσενος, ἀκόρου ἀνὰ γο βʹ, θείου, μήου, κροκο‐ μάγματος, ὀποπάνακος, ἴρεως, ἀστραγάλου, δαύκου, στύρακος, καρύου, νάρδου καθαρᾶς ἀνὰ γο δʹ, καλάμου γο εʹ, γεν‐ τιανῆς γο δʹ. \|</w:t>
      </w:r>
    </w:p>
    <w:p>
      <w:r>
        <w:rPr>
          <w:rFonts w:ascii="Courier New" w:hAnsi="Courier New"/>
          <w:color w:val="555555"/>
          <w:sz w:val="20"/>
        </w:rPr>
        <w:t>[130 . 204]</w:t>
      </w:r>
    </w:p>
    <w:p>
      <w:r>
        <w:rPr>
          <w:rFonts w:ascii="Gentium Plus" w:hAnsi="Gentium Plus"/>
          <w:sz w:val="24"/>
        </w:rPr>
        <w:t>Κολλύριον Τίτου. χαλκοῦ κεκαυμένου δραχμὴ(ν) αʹ, στίβεως κεκαυμένης δραχμὰς ζʹ, νάρδου δραχμὰς εʹ, ὀποῦ κασίας ξέ. αʹ, κρόκου δραχμὰς εʹ, ψιμυθίου δραχμὰς ζʹ.</w:t>
      </w:r>
    </w:p>
    <w:p>
      <w:r>
        <w:rPr>
          <w:rFonts w:ascii="Courier New" w:hAnsi="Courier New"/>
          <w:color w:val="555555"/>
          <w:sz w:val="20"/>
        </w:rPr>
        <w:t>[130 . 205]</w:t>
      </w:r>
    </w:p>
    <w:p>
      <w:r>
        <w:rPr>
          <w:rFonts w:ascii="Gentium Plus" w:hAnsi="Gentium Plus"/>
          <w:sz w:val="24"/>
        </w:rPr>
        <w:t>Τοῦ αὐτοῦ κολλύριον ἕτερον. καδμίας κεκαυμένης δραχμὴν αʹ, χαλκοῦ κεκαυμένου δραχμὰς ζʹ, στίβεως ὀπτῆς δραχμὰς κηʹ, ἀλόης δραχμὰς γʹ, γλαυκίου τὸ ἴσον, ψιμυθίου</w:t>
      </w:r>
    </w:p>
    <w:p>
      <w:r>
        <w:rPr>
          <w:rFonts w:ascii="Courier New" w:hAnsi="Courier New"/>
          <w:color w:val="555555"/>
          <w:sz w:val="20"/>
        </w:rPr>
        <w:t>[5]</w:t>
      </w:r>
    </w:p>
    <w:p>
      <w:r>
        <w:rPr>
          <w:rFonts w:ascii="Gentium Plus" w:hAnsi="Gentium Plus"/>
          <w:sz w:val="24"/>
        </w:rPr>
        <w:t>γʹ, ὄξους δραχμὴν αʹ, ἀκακίας πεπλυμμένης δραχμὰς εʹ, σμύρ‐ νης δραχμὰς εʹ, κόμεως δραχμὰς λϛʹ, οἴνου ξέ. γʹ.</w:t>
      </w:r>
    </w:p>
    <w:p>
      <w:r>
        <w:rPr>
          <w:rFonts w:ascii="Courier New" w:hAnsi="Courier New"/>
          <w:color w:val="555555"/>
          <w:sz w:val="20"/>
        </w:rPr>
        <w:t>[130 . 206]</w:t>
      </w:r>
    </w:p>
    <w:p>
      <w:r>
        <w:rPr>
          <w:rFonts w:ascii="Gentium Plus" w:hAnsi="Gentium Plus"/>
          <w:sz w:val="24"/>
        </w:rPr>
        <w:t>Κατάπλαστος τραυματικὴ πάγχρηστος λευκή. λιθαργύρου λιτρ. αʹ, ὕδατος θαλαττίου ξέ. βʹ, ἐλαίου ξέ. αʹ, βαλὼν εἰς χύτραν ἕψει ἕως συστραφῇ καὶ χρῶ πρὸς πάντα.</w:t>
      </w:r>
    </w:p>
    <w:p>
      <w:r>
        <w:rPr>
          <w:rFonts w:ascii="Courier New" w:hAnsi="Courier New"/>
          <w:color w:val="555555"/>
          <w:sz w:val="20"/>
        </w:rPr>
        <w:t>[130 . 207]</w:t>
      </w:r>
    </w:p>
    <w:p>
      <w:r>
        <w:rPr>
          <w:rFonts w:ascii="Gentium Plus" w:hAnsi="Gentium Plus"/>
          <w:sz w:val="24"/>
        </w:rPr>
        <w:t>Ἔμπλαστρος πρὸς πάντα. ῥητίνης τερεβινθίνης δραχμὰς ιηʹ, ἰοῦ δραχ. δʹ, \| λεπίδος χαλκοῦ δραχμὰς βʹ, βα‐ λάνου δραχμὰς ζʹ, στυπτηρίας σχιστῆς δραχμὰς δʹ, κηροῦ δραχ. ιηʹ, ἐλαίου κύαθον αʹ, ὄξους κυάθους δʹ. τὰ τηκτὰ</w:t>
      </w:r>
    </w:p>
    <w:p>
      <w:r>
        <w:rPr>
          <w:rFonts w:ascii="Courier New" w:hAnsi="Courier New"/>
          <w:color w:val="555555"/>
          <w:sz w:val="20"/>
        </w:rPr>
        <w:t>[5]</w:t>
      </w:r>
    </w:p>
    <w:p>
      <w:r>
        <w:rPr>
          <w:rFonts w:ascii="Gentium Plus" w:hAnsi="Gentium Plus"/>
          <w:sz w:val="24"/>
        </w:rPr>
        <w:t>τήξας κατάχεε τῶν τριπτῶν. ἐὰν δὲ ὑγρὰ ᾖ, ἕψει ἕως μολυνθῇ.</w:t>
      </w:r>
    </w:p>
    <w:p>
      <w:r>
        <w:rPr>
          <w:rFonts w:ascii="Courier New" w:hAnsi="Courier New"/>
          <w:color w:val="555555"/>
          <w:sz w:val="20"/>
        </w:rPr>
        <w:t>[130 . 208]</w:t>
      </w:r>
    </w:p>
    <w:p>
      <w:r>
        <w:rPr>
          <w:rFonts w:ascii="Gentium Plus" w:hAnsi="Gentium Plus"/>
          <w:sz w:val="24"/>
        </w:rPr>
        <w:t>Ἐγχυματισμὸς πρὸς διάφορα πάθη. πεπέρεως κόκκους μʹ, σμύρνης δραχμὰς ηʹ, κόστου, ἀκόρου, νάρδου, μήου, δαύκου ἀνὰ δραχμὰς δʹ, ἀσ[σ]άρου τὸ ἴσον, κρόκου δραχμὰς ηʹ, κινναμώμου δραχμὰς ιβʹ, πετροσελίνου δραχμὰς δʹ,</w:t>
      </w:r>
    </w:p>
    <w:p>
      <w:r>
        <w:rPr>
          <w:rFonts w:ascii="Courier New" w:hAnsi="Courier New"/>
          <w:color w:val="555555"/>
          <w:sz w:val="20"/>
        </w:rPr>
        <w:t>[5]</w:t>
      </w:r>
    </w:p>
    <w:p>
      <w:r>
        <w:rPr>
          <w:rFonts w:ascii="Gentium Plus" w:hAnsi="Gentium Plus"/>
          <w:sz w:val="24"/>
        </w:rPr>
        <w:t>κόψας πάντα κατ’ ἰδίαν, ἀνάπλασον μέλιτος ὡς χρηστοτάτου ἡλίκον κυάμῳ. ἔ(σ)τι δὲ πρὸς πνευματώσεις καὶ πρὸς τοὺς ἐν τῷ σώματι πόνους ὠφέλιμον, ὠφελεῖ δὲ καὶ σπληνικούς, ἡπατικοὺς καὶ νεφριτικούς, ποιεῖ δὲ καὶ πρὸς πόνους κεφαλῆς καὶ πρὸς τὰς ὑποψίας τῶν θανασίμων φαρμάκων.</w:t>
      </w:r>
    </w:p>
    <w:p>
      <w:r>
        <w:rPr>
          <w:rFonts w:ascii="Courier New" w:hAnsi="Courier New"/>
          <w:color w:val="555555"/>
          <w:sz w:val="20"/>
        </w:rPr>
        <w:t>[130 . 209]</w:t>
      </w:r>
    </w:p>
    <w:p>
      <w:r>
        <w:rPr>
          <w:rFonts w:ascii="Gentium Plus" w:hAnsi="Gentium Plus"/>
          <w:sz w:val="24"/>
        </w:rPr>
        <w:t>Μέλαινα ἔμπλαστρος πρὸς πάντα. λιθαργύρου δραχμὰς δʹ, κηροῦ δραχμὰς ζʹ, ἐλαίου \| κυάθους ιʹ, ὄξους δραχμὴν αʹ, τὸν κηρὸν καὶ τὸ ἔλαιον καὶ τὸ ὄξος βαλὼν ἅμα τῆξον. τὴν δὲ λιθάργυρον τρίψας, τότε στῆσον καὶ ἐπίπλασον.</w:t>
      </w:r>
    </w:p>
    <w:p>
      <w:r>
        <w:rPr>
          <w:rFonts w:ascii="Courier New" w:hAnsi="Courier New"/>
          <w:color w:val="555555"/>
          <w:sz w:val="20"/>
        </w:rPr>
        <w:t>[5]</w:t>
      </w:r>
    </w:p>
    <w:p>
      <w:r>
        <w:rPr>
          <w:rFonts w:ascii="Gentium Plus" w:hAnsi="Gentium Plus"/>
          <w:sz w:val="24"/>
        </w:rPr>
        <w:t>πρόσβαλλε δὲ ἀλόης δραχμὴν αʹ, μάννης δραχμὰς δʹ, ἰοῦ δραχμὴν αʹ, ψιμυθίου δραχμὰς εʹ, ἁλὸς ἀμμωνιακοῦ δραχμὰς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