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Ἀφορισμοί</w:t>
      </w:r>
      <w:r>
        <w:br/>
      </w:r>
      <w:r>
        <w:rPr>
          <w:i/>
          <w:color w:val="666666"/>
          <w:sz w:val="40"/>
        </w:rPr>
        <w:t>Aphorisms</w:t>
      </w:r>
    </w:p>
    <w:p>
      <w:pPr>
        <w:jc w:val="center"/>
      </w:pPr>
      <w:r>
        <w:rPr>
          <w:rFonts w:ascii="Times New Roman" w:hAnsi="Times New Roman"/>
          <w:color w:val="1E3A70"/>
          <w:sz w:val="32"/>
        </w:rPr>
        <w:t>Ἱπποκράτης καὶ τὸ Ἱπποκρατικὸν Σῶμα</w:t>
      </w:r>
      <w:r>
        <w:br/>
      </w:r>
      <w:r>
        <w:rPr>
          <w:i/>
          <w:color w:val="666666"/>
          <w:sz w:val="28"/>
        </w:rPr>
        <w:t>by Hippocrates and the Hippocratic Corpus</w:t>
      </w:r>
    </w:p>
    <w:p/>
    <w:p>
      <w:pPr>
        <w:jc w:val="center"/>
      </w:pPr>
      <w:r>
        <w:rPr>
          <w:rFonts w:ascii="Gentium Plus" w:hAnsi="Gentium Plus"/>
          <w:b/>
          <w:sz w:val="24"/>
        </w:rPr>
        <w:t>ΑΦΟΡΙΣΜΟΙ.</w:t>
      </w:r>
    </w:p>
    <w:p>
      <w:pPr>
        <w:jc w:val="center"/>
      </w:pPr>
      <w:r>
        <w:rPr>
          <w:rFonts w:ascii="Gentium Plus" w:hAnsi="Gentium Plus"/>
          <w:b/>
          <w:sz w:val="24"/>
        </w:rPr>
        <w:t>ΤΜΗΜΑ ΠΡΩΤΟΝ.</w:t>
      </w:r>
    </w:p>
    <w:p>
      <w:r>
        <w:rPr>
          <w:rFonts w:ascii="Courier New" w:hAnsi="Courier New"/>
          <w:color w:val="555555"/>
          <w:sz w:val="20"/>
        </w:rPr>
        <w:t>[1]</w:t>
      </w:r>
    </w:p>
    <w:p>
      <w:r>
        <w:rPr>
          <w:rFonts w:ascii="Gentium Plus" w:hAnsi="Gentium Plus"/>
          <w:sz w:val="24"/>
        </w:rPr>
      </w:r>
    </w:p>
    <w:p>
      <w:r>
        <w:rPr>
          <w:rFonts w:ascii="Courier New" w:hAnsi="Courier New"/>
          <w:color w:val="555555"/>
          <w:sz w:val="20"/>
        </w:rPr>
        <w:t>[1 . 1]</w:t>
      </w:r>
    </w:p>
    <w:p>
      <w:r>
        <w:rPr>
          <w:rFonts w:ascii="Gentium Plus" w:hAnsi="Gentium Plus"/>
          <w:sz w:val="24"/>
        </w:rPr>
        <w:t>Ὁ βίος βραχὺς, ἡ δὲ τέχνη μακρὴ, ὁ δὲ καιρὸς ὀξὺς, ἡ δὲ πεῖρα σφαλερὴ, ἡ δὲ κρίσις χαλεπή. Δεῖ δὲ οὐ μόνον ἑωυτὸν παρέ‐ χειν τὰ δέοντα ποιεῦντα, ἀλλὰ καὶ τὸν νοσέοντα, καὶ τοὺς παρεόντας, καὶ τὰ ἔξωθεν.</w:t>
      </w:r>
    </w:p>
    <w:p>
      <w:r>
        <w:rPr>
          <w:rFonts w:ascii="Courier New" w:hAnsi="Courier New"/>
          <w:color w:val="555555"/>
          <w:sz w:val="20"/>
        </w:rPr>
        <w:t>[1 . 2]</w:t>
      </w:r>
    </w:p>
    <w:p>
      <w:r>
        <w:rPr>
          <w:rFonts w:ascii="Gentium Plus" w:hAnsi="Gentium Plus"/>
          <w:sz w:val="24"/>
        </w:rPr>
        <w:t>Ἐν τῇσι ταραχῇσι τῆς κοιλίης, καὶ ἐμέτοισι, τοῖσιν αὐτο‐ μάτως γιγνομένοισιν, ἢν μὲν, οἷα δεῖ καθαίρεσθαι, καθαίρωνται, ξυμφέρει τε καὶ εὐφόρως φέρουσιν· ἢν δὲ μὴ, τοὐναντίον. Οὕτω δὲ καὶ κενεαγγείη, ἢν μὲν, οἷα δεῖ γίγνεσθαι, γίγνηται, ξυμφέρει τε</w:t>
      </w:r>
    </w:p>
    <w:p>
      <w:r>
        <w:rPr>
          <w:rFonts w:ascii="Courier New" w:hAnsi="Courier New"/>
          <w:color w:val="555555"/>
          <w:sz w:val="20"/>
        </w:rPr>
        <w:t>[5]</w:t>
      </w:r>
    </w:p>
    <w:p>
      <w:r>
        <w:rPr>
          <w:rFonts w:ascii="Gentium Plus" w:hAnsi="Gentium Plus"/>
          <w:sz w:val="24"/>
        </w:rPr>
        <w:t>καὶ εὐφόρως φέρουσιν· ἢν δὲ μὴ, τοὐναντίον. Ἐπιβλέπειν οὖν δεῖ καὶ χώρην, καὶ ὥρην, καὶ ἡλικίην, καὶ νούσους, ἐν ᾗσι δεῖ, ἢ οὔ.</w:t>
      </w:r>
    </w:p>
    <w:p>
      <w:r>
        <w:rPr>
          <w:rFonts w:ascii="Courier New" w:hAnsi="Courier New"/>
          <w:color w:val="555555"/>
          <w:sz w:val="20"/>
        </w:rPr>
        <w:t>[1 . 3]</w:t>
      </w:r>
    </w:p>
    <w:p>
      <w:r>
        <w:rPr>
          <w:rFonts w:ascii="Gentium Plus" w:hAnsi="Gentium Plus"/>
          <w:sz w:val="24"/>
        </w:rPr>
        <w:t>Ἐν τοῖσι γυμναστικοῖσιν αἱ ἐπ’ ἄκρον εὐεξίαι σφαλεραὶ, ἢν ἐν τῷ ἐσχάτῳ ἔωσιν· οὐ γὰρ δύνανται μένειν ἐν τῷ αὐτέῳ, οὐδὲ ἀτρε‐</w:t>
      </w:r>
    </w:p>
    <w:p>
      <w:r>
        <w:rPr>
          <w:rFonts w:ascii="Courier New" w:hAnsi="Courier New"/>
          <w:color w:val="555555"/>
          <w:sz w:val="20"/>
        </w:rPr>
        <w:t>[5]</w:t>
      </w:r>
    </w:p>
    <w:p>
      <w:r>
        <w:rPr>
          <w:rFonts w:ascii="Gentium Plus" w:hAnsi="Gentium Plus"/>
          <w:sz w:val="24"/>
        </w:rPr>
        <w:t>ξίην λύειν ξυμφέρει μὴ βραδέως, ἵνα πάλιν ἀρχὴν ἀναθρέψιος λαμ‐ βάνῃ τὸ σῶμα· μηδὲ τὰς ξυμπτώσιας ἐς τὸ ἔσχατον ἄγειν, σφαλε‐ ρὸν γὰρ, ἀλλ’ ὁκοίη ἂν ἡ φύσις ᾖ τοῦ μέλλοντος ὑπομένειν, ἐς τοῦτο ἄγειν. Ὡσαύτως δὲ καὶ αἱ κενώσιες αἱ ἐς τὸ ἔσχατον ἄγουσαι, σφα‐ λεραί· καὶ πάλιν αἱ ἀναθρέψιες, αἱ ἐν τῷ ἐσχάτῳ ἐοῦσαι, σφαλεραί.</w:t>
      </w:r>
    </w:p>
    <w:p>
      <w:r>
        <w:rPr>
          <w:rFonts w:ascii="Courier New" w:hAnsi="Courier New"/>
          <w:color w:val="555555"/>
          <w:sz w:val="20"/>
        </w:rPr>
        <w:t>[1 . 4]</w:t>
      </w:r>
    </w:p>
    <w:p>
      <w:r>
        <w:rPr>
          <w:rFonts w:ascii="Gentium Plus" w:hAnsi="Gentium Plus"/>
          <w:sz w:val="24"/>
        </w:rPr>
        <w:t>Αἱ λεπταὶ καὶ ἀκριβέες δίαιται, καὶ ἐν τοῖσι μακροῖσιν αἰεὶ</w:t>
      </w:r>
    </w:p>
    <w:p>
      <w:r>
        <w:rPr>
          <w:rFonts w:ascii="Courier New" w:hAnsi="Courier New"/>
          <w:color w:val="555555"/>
          <w:sz w:val="20"/>
        </w:rPr>
        <w:t>[1 . 5]</w:t>
      </w:r>
    </w:p>
    <w:p>
      <w:r>
        <w:rPr>
          <w:rFonts w:ascii="Gentium Plus" w:hAnsi="Gentium Plus"/>
          <w:sz w:val="24"/>
        </w:rPr>
        <w:t>Ἐν τῇσι λεπτῇσι διαίτῃσιν ἁμαρτάνουσιν οἱ νοσέοντες, διὸ μᾶλλον βλάπτονται· πᾶν γὰρ τὸ ἁμάρτημα ὃ ἂν γίνηται, μέγα γίνεται μᾶλλον, ἢ ἐν τῇσιν ὀλίγον ἁδροτέρῃσι διαίτῃσιν· διὰ τοῦτο καὶ τοῖσιν ὑγιαίνουσι σφαλεραὶ αἱ πάνυ λεπταὶ καὶ κα‐</w:t>
      </w:r>
    </w:p>
    <w:p>
      <w:r>
        <w:rPr>
          <w:rFonts w:ascii="Courier New" w:hAnsi="Courier New"/>
          <w:color w:val="555555"/>
          <w:sz w:val="20"/>
        </w:rPr>
        <w:t>[5]</w:t>
      </w:r>
    </w:p>
    <w:p>
      <w:r>
        <w:rPr>
          <w:rFonts w:ascii="Gentium Plus" w:hAnsi="Gentium Plus"/>
          <w:sz w:val="24"/>
        </w:rPr>
        <w:t>θεστηκυῖαι καὶ ἀκριβέες δίαιται, ὅτι τὰ ἁμαρτανόμενα χαλεπώτερον φέρουσιν. Διὰ τοῦτο οὖν αἱ λεπταὶ καὶ ἀκριβέες δίαιται, σφαλεραὶ ἐς τὰ πλεῖστα τῶν σμικρῷ ἁδροτέρων.</w:t>
      </w:r>
    </w:p>
    <w:p>
      <w:r>
        <w:rPr>
          <w:rFonts w:ascii="Courier New" w:hAnsi="Courier New"/>
          <w:color w:val="555555"/>
          <w:sz w:val="20"/>
        </w:rPr>
        <w:t>[1 . 6]</w:t>
      </w:r>
    </w:p>
    <w:p>
      <w:r>
        <w:rPr>
          <w:rFonts w:ascii="Gentium Plus" w:hAnsi="Gentium Plus"/>
          <w:sz w:val="24"/>
        </w:rPr>
        <w:t>Ἐς δὲ τὰ ἔσχατα νουσήματα αἱ ἔσχαται θεραπεῖαι ἐς ἀκρι‐ βείην, κράτισται.</w:t>
      </w:r>
    </w:p>
    <w:p>
      <w:r>
        <w:rPr>
          <w:rFonts w:ascii="Courier New" w:hAnsi="Courier New"/>
          <w:color w:val="555555"/>
          <w:sz w:val="20"/>
        </w:rPr>
        <w:t>[1 . 7]</w:t>
      </w:r>
    </w:p>
    <w:p>
      <w:r>
        <w:rPr>
          <w:rFonts w:ascii="Gentium Plus" w:hAnsi="Gentium Plus"/>
          <w:sz w:val="24"/>
        </w:rPr>
        <w:t>Ὅκου μὲν κάτοξυ τὸ νούσημα, αὐτίκα καὶ τοὺς ἐσχάτους πόνους ἔχει, καὶ τῇ ἐσχάτως λεπτοτάτῃ διαίτῃ ἀναγκαῖον χρέεσθαι· ὅκου δὲ μὴ, ἀλλ’ ἐνδέχεται ἁδροτέρως διαιτᾷν, τοσοῦτον ὑποκατα‐</w:t>
      </w:r>
    </w:p>
    <w:p>
      <w:r>
        <w:rPr>
          <w:rFonts w:ascii="Courier New" w:hAnsi="Courier New"/>
          <w:color w:val="555555"/>
          <w:sz w:val="20"/>
        </w:rPr>
        <w:t>[1 . 8]</w:t>
      </w:r>
    </w:p>
    <w:p>
      <w:r>
        <w:rPr>
          <w:rFonts w:ascii="Gentium Plus" w:hAnsi="Gentium Plus"/>
          <w:sz w:val="24"/>
        </w:rPr>
        <w:t>Ὁκόταν δὲ ἀκμάζῃ τὸ νούσημα, τότε λεπτοτάτῃ διαίτῃ ἀναγκαῖον χρέεσθαι.</w:t>
      </w:r>
    </w:p>
    <w:p>
      <w:r>
        <w:rPr>
          <w:rFonts w:ascii="Courier New" w:hAnsi="Courier New"/>
          <w:color w:val="555555"/>
          <w:sz w:val="20"/>
        </w:rPr>
        <w:t>[1 . 9]</w:t>
      </w:r>
    </w:p>
    <w:p>
      <w:r>
        <w:rPr>
          <w:rFonts w:ascii="Gentium Plus" w:hAnsi="Gentium Plus"/>
          <w:sz w:val="24"/>
        </w:rPr>
        <w:t>Ξυντεκμαίρεσθαι δὲ χρὴ καὶ τὸν νοσέοντα, εἰ ἐξαρκέσει τῇ διαίτῃ πρὸς τὴν ἀκμὴν τῆς νούσου, καὶ πότερον ἐκεῖνος ἀπαυδήσει πρότερον, καὶ οὐκ ἐξαρκέσει τῇ διαίτῃ, ἢ ἡ νοῦσος πρότερον ἀπαυδήσει καὶ ἀμβλυνεῖται.</w:t>
      </w:r>
    </w:p>
    <w:p>
      <w:r>
        <w:rPr>
          <w:rFonts w:ascii="Courier New" w:hAnsi="Courier New"/>
          <w:color w:val="555555"/>
          <w:sz w:val="20"/>
        </w:rPr>
        <w:t>[1 . 10]</w:t>
      </w:r>
    </w:p>
    <w:p>
      <w:r>
        <w:rPr>
          <w:rFonts w:ascii="Gentium Plus" w:hAnsi="Gentium Plus"/>
          <w:sz w:val="24"/>
        </w:rPr>
        <w:t>Ὁκόσοισι μὲν οὖν αὐτίκα ἡ ἀκμὴ, αὐτίκα λεπτῶς διαι‐ τῇν· ὁκόσοισι δὲ ἐς ὕστερον ἡ ἀκμὴ, ἐς ἐκεῖνο, καὶ πρὸ ἐκείνου σμικρὸν, ἀφαιρετέον· ἔμπροσθεν δὲ, πιοτέρως διαιτῇν, ὡς ἂν ἐξαρκέσῃ ὁ νοσέων.</w:t>
      </w:r>
    </w:p>
    <w:p>
      <w:r>
        <w:rPr>
          <w:rFonts w:ascii="Courier New" w:hAnsi="Courier New"/>
          <w:color w:val="555555"/>
          <w:sz w:val="20"/>
        </w:rPr>
        <w:t>[1 . 11]</w:t>
      </w:r>
    </w:p>
    <w:p>
      <w:r>
        <w:rPr>
          <w:rFonts w:ascii="Gentium Plus" w:hAnsi="Gentium Plus"/>
          <w:sz w:val="24"/>
        </w:rPr>
        <w:t>Ἐν δὲ τοῖσι παροξυσμοῖσιν ὑποστέλλεσθαι χρή· τὸ προσ‐ τιθέναι γὰρ βλάβη· καὶ ὁκόσα κατὰ περιόδους παροξύνεται, ἐν τοῖσι παροξυσμοῖσιν ὑποστέλλεσθαι χρή.</w:t>
      </w:r>
    </w:p>
    <w:p>
      <w:r>
        <w:rPr>
          <w:rFonts w:ascii="Courier New" w:hAnsi="Courier New"/>
          <w:color w:val="555555"/>
          <w:sz w:val="20"/>
        </w:rPr>
        <w:t>[1 . 12]</w:t>
      </w:r>
    </w:p>
    <w:p>
      <w:r>
        <w:rPr>
          <w:rFonts w:ascii="Gentium Plus" w:hAnsi="Gentium Plus"/>
          <w:sz w:val="24"/>
        </w:rPr>
        <w:t>Τοὺς δὲ παροξυσμοὺς καὶ τὰς καταστάσιας δηλώσουσιν αἱ νοῦσοι, καὶ αἱ ὧραι τοῦ ἔτεος, καὶ αἱ τῶν περιόδων πρὸς ἀλλήλας ἀνταποδόσιες, ἤν τε καθ’ ἡμέρην, ἤν τε παρ’ ἡμέρην, ἤν τε καὶ διὰ πλείονος χρόνου γίγνωνται· ἀτὰρ καὶ τοῖσιν ἐπιφαινομένοισιν,</w:t>
      </w:r>
    </w:p>
    <w:p>
      <w:r>
        <w:rPr>
          <w:rFonts w:ascii="Courier New" w:hAnsi="Courier New"/>
          <w:color w:val="555555"/>
          <w:sz w:val="20"/>
        </w:rPr>
        <w:t>[5]</w:t>
      </w:r>
    </w:p>
    <w:p>
      <w:r>
        <w:rPr>
          <w:rFonts w:ascii="Gentium Plus" w:hAnsi="Gentium Plus"/>
          <w:sz w:val="24"/>
        </w:rPr>
        <w:t>οἷον ἐν πλευριτικοῖσι πτύελον ἢν μὲν αὐτίκα ἐπιφαίνηται, ἀρχομένου, βραχύνει, ἢν δ’ ὕστερον ἐπιφαίνηται, μηκύνει· καὶ οὖρα καὶ ὑποχωρήματα καὶ ἱδρῶτες, καὶ δύσκριτα καὶ εὔκριτα, καὶ βραχέα καὶ μακρὰ τὰ νοσήματα, ἐπιφαινόμενα, δηλοῖ.</w:t>
      </w:r>
    </w:p>
    <w:p>
      <w:r>
        <w:rPr>
          <w:rFonts w:ascii="Courier New" w:hAnsi="Courier New"/>
          <w:color w:val="555555"/>
          <w:sz w:val="20"/>
        </w:rPr>
        <w:t>[1 . 13]</w:t>
      </w:r>
    </w:p>
    <w:p>
      <w:r>
        <w:rPr>
          <w:rFonts w:ascii="Gentium Plus" w:hAnsi="Gentium Plus"/>
          <w:sz w:val="24"/>
        </w:rPr>
        <w:t>Γέροντες εὐφορώτατα νηστείην φέρουσι, δεύτερον, οἱ καθε‐ στηκότες, ἥκιστα, μειράκια, πάντων δὲ μάλιστα, παιδία, του‐ τέων δὲ αὐτέων ἃ ἂν τύχῃ αὐτὰ ἑωυτέων προθυμότερα ἐόντα.</w:t>
      </w:r>
    </w:p>
    <w:p>
      <w:r>
        <w:rPr>
          <w:rFonts w:ascii="Courier New" w:hAnsi="Courier New"/>
          <w:color w:val="555555"/>
          <w:sz w:val="20"/>
        </w:rPr>
        <w:t>[1 . 14]</w:t>
      </w:r>
    </w:p>
    <w:p>
      <w:r>
        <w:rPr>
          <w:rFonts w:ascii="Gentium Plus" w:hAnsi="Gentium Plus"/>
          <w:sz w:val="24"/>
        </w:rPr>
        <w:t>Τὰ αὐξανόμενα πλεῖστον ἔχει τὸ ἔμφυτον θερμόν· πλείστης οὖν δεῖται τροφῆς· εἰ δὲ μὴ, τὸ σῶμα ἀναλίσκεται· γέρουσι δὲ ὀλίγον τὸ θερμὸν, διὰ τοῦτο ἄρα ὀλίγων ὑπεκκαυμάτων δέονται· ὑπὸ πολλῶν γὰρ ἀποσβέννυται· διὰ τοῦτο καὶ οἱ πυρετοὶ τοῖσι</w:t>
      </w:r>
    </w:p>
    <w:p>
      <w:r>
        <w:rPr>
          <w:rFonts w:ascii="Courier New" w:hAnsi="Courier New"/>
          <w:color w:val="555555"/>
          <w:sz w:val="20"/>
        </w:rPr>
        <w:t>[5]</w:t>
      </w:r>
    </w:p>
    <w:p>
      <w:r>
        <w:rPr>
          <w:rFonts w:ascii="Gentium Plus" w:hAnsi="Gentium Plus"/>
          <w:sz w:val="24"/>
        </w:rPr>
        <w:t>γέρουσιν οὐχ ὁμοίως ὀξέες· ψυχρὸν γὰρ τὸ σῶμα.</w:t>
      </w:r>
    </w:p>
    <w:p>
      <w:r>
        <w:rPr>
          <w:rFonts w:ascii="Courier New" w:hAnsi="Courier New"/>
          <w:color w:val="555555"/>
          <w:sz w:val="20"/>
        </w:rPr>
        <w:t>[1 . 15]</w:t>
      </w:r>
    </w:p>
    <w:p>
      <w:r>
        <w:rPr>
          <w:rFonts w:ascii="Gentium Plus" w:hAnsi="Gentium Plus"/>
          <w:sz w:val="24"/>
        </w:rPr>
        <w:t>Αἱ κοιλίαι χειμῶνος καὶ ἦρος θερμόταται φύσει, καὶ ὕπνοι μακρότατοι· ἐν ταύτῃσιν οὖν τῇσιν ὥρῃσι, καὶ τὰ προσάρματα πλείω δοτέον· καὶ γὰρ τὸ ἔμφυτον θερμὸν πλεῖστον ἔχει· τροφῆς οὖν πλείονος δεῖται· σημεῖον, αἱ ἡλικίαι καὶ οἱ ἀθληταί.</w:t>
      </w:r>
    </w:p>
    <w:p>
      <w:r>
        <w:rPr>
          <w:rFonts w:ascii="Courier New" w:hAnsi="Courier New"/>
          <w:color w:val="555555"/>
          <w:sz w:val="20"/>
        </w:rPr>
        <w:t>[1 . 16]</w:t>
      </w:r>
    </w:p>
    <w:p>
      <w:r>
        <w:rPr>
          <w:rFonts w:ascii="Gentium Plus" w:hAnsi="Gentium Plus"/>
          <w:sz w:val="24"/>
        </w:rPr>
        <w:t>Αἱ ὑγραὶ δίαιται πᾶσι τοῖσι πυρεταίνουσι ξυμφέρουσι, μάλιστα δὲ παιδίοισι, καὶ τοῖσιν ἄλλοισι τοῖσιν οὕτως εἰθισμένοισι διαιτᾶσθαι.</w:t>
      </w:r>
    </w:p>
    <w:p>
      <w:r>
        <w:rPr>
          <w:rFonts w:ascii="Courier New" w:hAnsi="Courier New"/>
          <w:color w:val="555555"/>
          <w:sz w:val="20"/>
        </w:rPr>
        <w:t>[1 . 17]</w:t>
      </w:r>
    </w:p>
    <w:p>
      <w:r>
        <w:rPr>
          <w:rFonts w:ascii="Gentium Plus" w:hAnsi="Gentium Plus"/>
          <w:sz w:val="24"/>
        </w:rPr>
        <w:t>Καὶ οἷσιν ἅπαξ, ἢ δὶς, καὶ πλείω ἢ ἐλάσσω, καὶ κατὰ μέρος· δοτέον δέ τι καὶ τῷ ἔθει, καὶ τῇ ὥρῃ, καὶ τῇ χώρῃ, καὶ τῇ ἡλικίῃ.</w:t>
      </w:r>
    </w:p>
    <w:p>
      <w:r>
        <w:rPr>
          <w:rFonts w:ascii="Courier New" w:hAnsi="Courier New"/>
          <w:color w:val="555555"/>
          <w:sz w:val="20"/>
        </w:rPr>
        <w:t>[1 . 18]</w:t>
      </w:r>
    </w:p>
    <w:p>
      <w:r>
        <w:rPr>
          <w:rFonts w:ascii="Gentium Plus" w:hAnsi="Gentium Plus"/>
          <w:sz w:val="24"/>
        </w:rPr>
        <w:t>Θέρεος καὶ φθινοπώρου σιτία δυσφορώτατα φέρουσι, χειμῶνος ῥήϊστα, ἦρος δεύτερον.</w:t>
      </w:r>
    </w:p>
    <w:p>
      <w:r>
        <w:rPr>
          <w:rFonts w:ascii="Courier New" w:hAnsi="Courier New"/>
          <w:color w:val="555555"/>
          <w:sz w:val="20"/>
        </w:rPr>
        <w:t>[1 . 19]</w:t>
      </w:r>
    </w:p>
    <w:p>
      <w:r>
        <w:rPr>
          <w:rFonts w:ascii="Gentium Plus" w:hAnsi="Gentium Plus"/>
          <w:sz w:val="24"/>
        </w:rPr>
        <w:t>Τοῖσιν ἐν τῇσι περιόδοισι παροξυνομένοισι μηδὲν διδό‐ ναι, μηδ’ ἀναγκάζειν, ἀλλ’ ἀφαιρέειν τῶν προσθεσίων πρὸ τῶν κρισίων.</w:t>
      </w:r>
    </w:p>
    <w:p>
      <w:r>
        <w:rPr>
          <w:rFonts w:ascii="Courier New" w:hAnsi="Courier New"/>
          <w:color w:val="555555"/>
          <w:sz w:val="20"/>
        </w:rPr>
        <w:t>[1 . 20]</w:t>
      </w:r>
    </w:p>
    <w:p>
      <w:r>
        <w:rPr>
          <w:rFonts w:ascii="Gentium Plus" w:hAnsi="Gentium Plus"/>
          <w:sz w:val="24"/>
        </w:rPr>
        <w:t>Τὰ κρινόμενα καὶ τὰ κεκριμένα ἀρτίως, μὴ κινέειν, μηδὲ νεωτεροποιέειν, μήτε φαρμακείῃσι, μήτ’ ἄλλοισιν ἐρεθι‐ σμοῖσιν, ἀλλ’ ἐᾷν.</w:t>
      </w:r>
    </w:p>
    <w:p>
      <w:r>
        <w:rPr>
          <w:rFonts w:ascii="Courier New" w:hAnsi="Courier New"/>
          <w:color w:val="555555"/>
          <w:sz w:val="20"/>
        </w:rPr>
        <w:t>[1 . 21]</w:t>
      </w:r>
    </w:p>
    <w:p>
      <w:r>
        <w:rPr>
          <w:rFonts w:ascii="Gentium Plus" w:hAnsi="Gentium Plus"/>
          <w:sz w:val="24"/>
        </w:rPr>
        <w:t>Ἃ δεῖ ἄγειν, ὅκου ἂν μάλιστα ῥέπῃ, ταύτῃ ἄγειν, διὰ τῶν ξυμφερόντων χωρίων.</w:t>
      </w:r>
    </w:p>
    <w:p>
      <w:r>
        <w:rPr>
          <w:rFonts w:ascii="Courier New" w:hAnsi="Courier New"/>
          <w:color w:val="555555"/>
          <w:sz w:val="20"/>
        </w:rPr>
        <w:t>[1 . 22]</w:t>
      </w:r>
    </w:p>
    <w:p>
      <w:r>
        <w:rPr>
          <w:rFonts w:ascii="Gentium Plus" w:hAnsi="Gentium Plus"/>
          <w:sz w:val="24"/>
        </w:rPr>
        <w:t>Πέπονα φαρμακεύειν καὶ κινέειν, μὴ ὠμὰ, μηδὲ ἐν</w:t>
      </w:r>
    </w:p>
    <w:p>
      <w:r>
        <w:rPr>
          <w:rFonts w:ascii="Courier New" w:hAnsi="Courier New"/>
          <w:color w:val="555555"/>
          <w:sz w:val="20"/>
        </w:rPr>
        <w:t>[1 . 23]</w:t>
      </w:r>
    </w:p>
    <w:p>
      <w:r>
        <w:rPr>
          <w:rFonts w:ascii="Gentium Plus" w:hAnsi="Gentium Plus"/>
          <w:sz w:val="24"/>
        </w:rPr>
        <w:t>Τὰ χωρέοντα μὴ τῷ πλήθει τεκμαίρεσθαι, ἀλλ’ ὡς ἂν χω‐ ρέῃ οἷα δεῖ, καὶ φέρῃ εὐφόρως· καὶ ὅκου δεῖ μέχρι λειποθυμίης ἄγειν, καὶ τοῦτο ποιέειν, ἢν ἐξαρκέῃ ὁ νοσέων.</w:t>
      </w:r>
    </w:p>
    <w:p>
      <w:r>
        <w:rPr>
          <w:rFonts w:ascii="Courier New" w:hAnsi="Courier New"/>
          <w:color w:val="555555"/>
          <w:sz w:val="20"/>
        </w:rPr>
        <w:t>[1 . 24]</w:t>
      </w:r>
    </w:p>
    <w:p>
      <w:r>
        <w:rPr>
          <w:rFonts w:ascii="Gentium Plus" w:hAnsi="Gentium Plus"/>
          <w:sz w:val="24"/>
        </w:rPr>
        <w:t>Ἐν τοῖσιν ὀξέσι πάθεσιν ὀλιγάκις καὶ ἐν ἀρχῇσι τῇσι φαρ‐ μακείῃσι χρέεσθαι, καὶ τοῦτο προεξευκρινήσαντα ποιέειν.</w:t>
      </w:r>
    </w:p>
    <w:p>
      <w:r>
        <w:rPr>
          <w:rFonts w:ascii="Courier New" w:hAnsi="Courier New"/>
          <w:color w:val="555555"/>
          <w:sz w:val="20"/>
        </w:rPr>
        <w:t>[1 . 25]</w:t>
      </w:r>
    </w:p>
    <w:p>
      <w:r>
        <w:rPr>
          <w:rFonts w:ascii="Gentium Plus" w:hAnsi="Gentium Plus"/>
          <w:sz w:val="24"/>
        </w:rPr>
        <w:t>Ἢν, οἷα δεῖ καθαίρεσθαι, καθαίρωνται, ξυμφέρει τε, καὶ εὐφόρως φέρουσιν· τὰ δ’ ἐναντία, δυσχερῶς.</w:t>
      </w:r>
    </w:p>
    <w:p>
      <w:r>
        <w:rPr>
          <w:rFonts w:ascii="Courier New" w:hAnsi="Courier New"/>
          <w:color w:val="555555"/>
          <w:sz w:val="20"/>
        </w:rPr>
        <w:t>[2]</w:t>
      </w:r>
    </w:p>
    <w:p>
      <w:r>
        <w:rPr>
          <w:rFonts w:ascii="Gentium Plus" w:hAnsi="Gentium Plus"/>
          <w:sz w:val="24"/>
        </w:rPr>
      </w:r>
    </w:p>
    <w:p>
      <w:pPr>
        <w:jc w:val="center"/>
      </w:pPr>
      <w:r>
        <w:rPr>
          <w:rFonts w:ascii="Gentium Plus" w:hAnsi="Gentium Plus"/>
          <w:b/>
          <w:sz w:val="24"/>
        </w:rPr>
        <w:t>ΤΜΗΜΑ ΔΕΥΤΕΡΟΝ.</w:t>
      </w:r>
    </w:p>
    <w:p>
      <w:r>
        <w:rPr>
          <w:rFonts w:ascii="Courier New" w:hAnsi="Courier New"/>
          <w:color w:val="555555"/>
          <w:sz w:val="20"/>
        </w:rPr>
        <w:t>[1]</w:t>
      </w:r>
    </w:p>
    <w:p>
      <w:r>
        <w:rPr>
          <w:rFonts w:ascii="Gentium Plus" w:hAnsi="Gentium Plus"/>
          <w:sz w:val="24"/>
        </w:rPr>
      </w:r>
    </w:p>
    <w:p>
      <w:r>
        <w:rPr>
          <w:rFonts w:ascii="Courier New" w:hAnsi="Courier New"/>
          <w:color w:val="555555"/>
          <w:sz w:val="20"/>
        </w:rPr>
        <w:t>[2 . 1]</w:t>
      </w:r>
    </w:p>
    <w:p>
      <w:r>
        <w:rPr>
          <w:rFonts w:ascii="Gentium Plus" w:hAnsi="Gentium Plus"/>
          <w:sz w:val="24"/>
        </w:rPr>
        <w:t>Ἐν ᾧ νοσήματι ὕπνος πόνον ποιέει, θανάσιμον· ἢν δὲ ὕπνος ὠφελέῃ, οὐ θανάσιμον.</w:t>
      </w:r>
    </w:p>
    <w:p>
      <w:r>
        <w:rPr>
          <w:rFonts w:ascii="Courier New" w:hAnsi="Courier New"/>
          <w:color w:val="555555"/>
          <w:sz w:val="20"/>
        </w:rPr>
        <w:t>[2 . 2]</w:t>
      </w:r>
    </w:p>
    <w:p>
      <w:r>
        <w:rPr>
          <w:rFonts w:ascii="Gentium Plus" w:hAnsi="Gentium Plus"/>
          <w:sz w:val="24"/>
        </w:rPr>
        <w:t>Ὅκου παραφροσύνην ὕπνος παύει, ἀγαθόν.</w:t>
      </w:r>
    </w:p>
    <w:p>
      <w:r>
        <w:rPr>
          <w:rFonts w:ascii="Courier New" w:hAnsi="Courier New"/>
          <w:color w:val="555555"/>
          <w:sz w:val="20"/>
        </w:rPr>
        <w:t>[2 . 3]</w:t>
      </w:r>
    </w:p>
    <w:p>
      <w:r>
        <w:rPr>
          <w:rFonts w:ascii="Gentium Plus" w:hAnsi="Gentium Plus"/>
          <w:sz w:val="24"/>
        </w:rPr>
        <w:t>Ὕπνος, ἀγρυπνίη, ἀμφότερα τοῦ μετρίου μᾶλλον γενόμενα, κακόν.</w:t>
      </w:r>
    </w:p>
    <w:p>
      <w:r>
        <w:rPr>
          <w:rFonts w:ascii="Courier New" w:hAnsi="Courier New"/>
          <w:color w:val="555555"/>
          <w:sz w:val="20"/>
        </w:rPr>
        <w:t>[2 . 4]</w:t>
      </w:r>
    </w:p>
    <w:p>
      <w:r>
        <w:rPr>
          <w:rFonts w:ascii="Gentium Plus" w:hAnsi="Gentium Plus"/>
          <w:sz w:val="24"/>
        </w:rPr>
        <w:t>Οὐ πλησμονὴ, οὐ λιμὸς, οὐδ’ ἄλλο οὐδὲν ἀγαθὸν, ὅ τι ἂν μᾶλλον τῆς φύσιος ᾖ.</w:t>
      </w:r>
    </w:p>
    <w:p>
      <w:r>
        <w:rPr>
          <w:rFonts w:ascii="Courier New" w:hAnsi="Courier New"/>
          <w:color w:val="555555"/>
          <w:sz w:val="20"/>
        </w:rPr>
        <w:t>[2 . 5]</w:t>
      </w:r>
    </w:p>
    <w:p>
      <w:r>
        <w:rPr>
          <w:rFonts w:ascii="Gentium Plus" w:hAnsi="Gentium Plus"/>
          <w:sz w:val="24"/>
        </w:rPr>
        <w:t>Κόποι αὐτόματοι φράζουσι νούσους.</w:t>
      </w:r>
    </w:p>
    <w:p>
      <w:r>
        <w:rPr>
          <w:rFonts w:ascii="Courier New" w:hAnsi="Courier New"/>
          <w:color w:val="555555"/>
          <w:sz w:val="20"/>
        </w:rPr>
        <w:t>[2 . 6]</w:t>
      </w:r>
    </w:p>
    <w:p>
      <w:r>
        <w:rPr>
          <w:rFonts w:ascii="Gentium Plus" w:hAnsi="Gentium Plus"/>
          <w:sz w:val="24"/>
        </w:rPr>
        <w:t>Ὁκόσοι, πονέοντές τι τοῦ σώματος, τὰ πολλὰ τῶν πόνων οὐκ αἰσθάνονται, τουτέοισιν ἡ γνώμη νοσέει.</w:t>
      </w:r>
    </w:p>
    <w:p>
      <w:r>
        <w:rPr>
          <w:rFonts w:ascii="Courier New" w:hAnsi="Courier New"/>
          <w:color w:val="555555"/>
          <w:sz w:val="20"/>
        </w:rPr>
        <w:t>[2 . 7]</w:t>
      </w:r>
    </w:p>
    <w:p>
      <w:r>
        <w:rPr>
          <w:rFonts w:ascii="Gentium Plus" w:hAnsi="Gentium Plus"/>
          <w:sz w:val="24"/>
        </w:rPr>
        <w:t>Τὰ ἐν πολλῷ χρόνῳ λεπτυνόμενα σώματα νωθρῶς ἐπα‐</w:t>
      </w:r>
    </w:p>
    <w:p>
      <w:r>
        <w:rPr>
          <w:rFonts w:ascii="Courier New" w:hAnsi="Courier New"/>
          <w:color w:val="555555"/>
          <w:sz w:val="20"/>
        </w:rPr>
        <w:t>[2 . 8]</w:t>
      </w:r>
    </w:p>
    <w:p>
      <w:r>
        <w:rPr>
          <w:rFonts w:ascii="Gentium Plus" w:hAnsi="Gentium Plus"/>
          <w:sz w:val="24"/>
        </w:rPr>
        <w:t>Ἢν ἐκ νούσου τροφὴν λαμβάνων τις μὴ ἰσχύῃ, σημαίνει ὅτι πλείονι τροφῇ τὸ σῶμα χρέεται· ἢν δὲ, τροφὴν μὴ λαμ‐ βάνοντος, τοῦτο γίγνηται, χρὴ εἰδέναι, ὅτι κενώσιος δεῖται.</w:t>
      </w:r>
    </w:p>
    <w:p>
      <w:r>
        <w:rPr>
          <w:rFonts w:ascii="Courier New" w:hAnsi="Courier New"/>
          <w:color w:val="555555"/>
          <w:sz w:val="20"/>
        </w:rPr>
        <w:t>[2 . 9]</w:t>
      </w:r>
    </w:p>
    <w:p>
      <w:r>
        <w:rPr>
          <w:rFonts w:ascii="Gentium Plus" w:hAnsi="Gentium Plus"/>
          <w:sz w:val="24"/>
        </w:rPr>
        <w:t>Τὰ σώματα χρὴ, ὅκου τις βούλεται καθαίρειν, εὔροα ποιέειν.</w:t>
      </w:r>
    </w:p>
    <w:p>
      <w:r>
        <w:rPr>
          <w:rFonts w:ascii="Courier New" w:hAnsi="Courier New"/>
          <w:color w:val="555555"/>
          <w:sz w:val="20"/>
        </w:rPr>
        <w:t>[2 . 10]</w:t>
      </w:r>
    </w:p>
    <w:p>
      <w:r>
        <w:rPr>
          <w:rFonts w:ascii="Gentium Plus" w:hAnsi="Gentium Plus"/>
          <w:sz w:val="24"/>
        </w:rPr>
        <w:t>Τὰ μὴ καθαρὰ τῶν σωμάτων, ὁκόσῳ ἂν θρέψῃς μᾶλλον, βλάψεις.</w:t>
      </w:r>
    </w:p>
    <w:p>
      <w:r>
        <w:rPr>
          <w:rFonts w:ascii="Courier New" w:hAnsi="Courier New"/>
          <w:color w:val="555555"/>
          <w:sz w:val="20"/>
        </w:rPr>
        <w:t>[2 . 11]</w:t>
      </w:r>
    </w:p>
    <w:p>
      <w:r>
        <w:rPr>
          <w:rFonts w:ascii="Gentium Plus" w:hAnsi="Gentium Plus"/>
          <w:sz w:val="24"/>
        </w:rPr>
        <w:t>Ῥᾷον πληροῦσθαι ποτοῦ, ἢ σιτίου.</w:t>
      </w:r>
    </w:p>
    <w:p>
      <w:r>
        <w:rPr>
          <w:rFonts w:ascii="Courier New" w:hAnsi="Courier New"/>
          <w:color w:val="555555"/>
          <w:sz w:val="20"/>
        </w:rPr>
        <w:t>[2 . 12]</w:t>
      </w:r>
    </w:p>
    <w:p>
      <w:r>
        <w:rPr>
          <w:rFonts w:ascii="Gentium Plus" w:hAnsi="Gentium Plus"/>
          <w:sz w:val="24"/>
        </w:rPr>
        <w:t>Τὰ ἐγκαταλιμπανόμενα ἐν τῇσι νούσοισι μετὰ κρίσιν, ὑποστροφὰς ποιέειν εἴωθεν.</w:t>
      </w:r>
    </w:p>
    <w:p>
      <w:r>
        <w:rPr>
          <w:rFonts w:ascii="Courier New" w:hAnsi="Courier New"/>
          <w:color w:val="555555"/>
          <w:sz w:val="20"/>
        </w:rPr>
        <w:t>[2 . 13]</w:t>
      </w:r>
    </w:p>
    <w:p>
      <w:r>
        <w:rPr>
          <w:rFonts w:ascii="Gentium Plus" w:hAnsi="Gentium Plus"/>
          <w:sz w:val="24"/>
        </w:rPr>
        <w:t>Ὁκόσοισι κρίσις γίνεται, τουτέοισιν ἡ νὺξ δύσφορος, ἡ πρὸ τοῦ παροξυσμοῦ, ἡ δὲ ἐπιοῦσα εὐφορωτέρη ὡς ἐπὶ</w:t>
      </w:r>
    </w:p>
    <w:p>
      <w:r>
        <w:rPr>
          <w:rFonts w:ascii="Courier New" w:hAnsi="Courier New"/>
          <w:color w:val="555555"/>
          <w:sz w:val="20"/>
        </w:rPr>
        <w:t>[2 . 14]</w:t>
      </w:r>
    </w:p>
    <w:p>
      <w:r>
        <w:rPr>
          <w:rFonts w:ascii="Gentium Plus" w:hAnsi="Gentium Plus"/>
          <w:sz w:val="24"/>
        </w:rPr>
        <w:t>Ἐν τῇσι τῆς κοιλίης ῥύσεσιν αἱ μεταβολαὶ τῶν διαχωρημάτων ὠφελέουσιν, ἢν μὴ ἐς τὰ πονηρὰ μεταβάλλῃ.</w:t>
      </w:r>
    </w:p>
    <w:p>
      <w:r>
        <w:rPr>
          <w:rFonts w:ascii="Courier New" w:hAnsi="Courier New"/>
          <w:color w:val="555555"/>
          <w:sz w:val="20"/>
        </w:rPr>
        <w:t>[2 . 15]</w:t>
      </w:r>
    </w:p>
    <w:p>
      <w:r>
        <w:rPr>
          <w:rFonts w:ascii="Gentium Plus" w:hAnsi="Gentium Plus"/>
          <w:sz w:val="24"/>
        </w:rPr>
        <w:t>Ὅκου φάρυγξ νοσέει, ἢ φύματα ἐν τῷ σώματι ἐκφύε‐ ται, τὰς ἐκκρίσιας σκέπτεσθαι· ἢν γὰρ χολώδεες ἔωσι, τὸ σῶμα ξυννοσέει· ἢν δὲ ὅμοιαι τοῖσιν ὑγιαίνουσι γίγνωνται, ἀσφα‐ λὲς τὸ σῶμα τρέφειν.</w:t>
      </w:r>
    </w:p>
    <w:p>
      <w:r>
        <w:rPr>
          <w:rFonts w:ascii="Courier New" w:hAnsi="Courier New"/>
          <w:color w:val="555555"/>
          <w:sz w:val="20"/>
        </w:rPr>
        <w:t>[2 . 16]</w:t>
      </w:r>
    </w:p>
    <w:p>
      <w:r>
        <w:rPr>
          <w:rFonts w:ascii="Gentium Plus" w:hAnsi="Gentium Plus"/>
          <w:sz w:val="24"/>
        </w:rPr>
        <w:t>Ὅκου λιμὸς, οὐ δεῖ πονέειν.</w:t>
      </w:r>
    </w:p>
    <w:p>
      <w:r>
        <w:rPr>
          <w:rFonts w:ascii="Courier New" w:hAnsi="Courier New"/>
          <w:color w:val="555555"/>
          <w:sz w:val="20"/>
        </w:rPr>
        <w:t>[2 . 17]</w:t>
      </w:r>
    </w:p>
    <w:p>
      <w:r>
        <w:rPr>
          <w:rFonts w:ascii="Gentium Plus" w:hAnsi="Gentium Plus"/>
          <w:sz w:val="24"/>
        </w:rPr>
        <w:t>Ὅκου ἂν τροφὴ πλείων παρὰ φύσιν ἐσέλθῃ, τοῦτο νοῦσον ποιέει, δηλοῖ δὲ ἡ ἴησις.</w:t>
      </w:r>
    </w:p>
    <w:p>
      <w:r>
        <w:rPr>
          <w:rFonts w:ascii="Courier New" w:hAnsi="Courier New"/>
          <w:color w:val="555555"/>
          <w:sz w:val="20"/>
        </w:rPr>
        <w:t>[2 . 18]</w:t>
      </w:r>
    </w:p>
    <w:p>
      <w:r>
        <w:rPr>
          <w:rFonts w:ascii="Gentium Plus" w:hAnsi="Gentium Plus"/>
          <w:sz w:val="24"/>
        </w:rPr>
        <w:t>Τῶν τρεφόντων ἀθρόως καὶ ταχέως, ταχεῖαι καὶ αἱ δια‐ χωρήσιες γίνονται.</w:t>
      </w:r>
    </w:p>
    <w:p>
      <w:r>
        <w:rPr>
          <w:rFonts w:ascii="Courier New" w:hAnsi="Courier New"/>
          <w:color w:val="555555"/>
          <w:sz w:val="20"/>
        </w:rPr>
        <w:t>[2 . 19]</w:t>
      </w:r>
    </w:p>
    <w:p>
      <w:r>
        <w:rPr>
          <w:rFonts w:ascii="Gentium Plus" w:hAnsi="Gentium Plus"/>
          <w:sz w:val="24"/>
        </w:rPr>
        <w:t>Τῶν ὀξέων νοσημάτων οὐ πάμπαν ἀσφαλέες αἱ προδιαγο‐</w:t>
      </w:r>
    </w:p>
    <w:p>
      <w:r>
        <w:rPr>
          <w:rFonts w:ascii="Courier New" w:hAnsi="Courier New"/>
          <w:color w:val="555555"/>
          <w:sz w:val="20"/>
        </w:rPr>
        <w:t>[2 . 20]</w:t>
      </w:r>
    </w:p>
    <w:p>
      <w:r>
        <w:rPr>
          <w:rFonts w:ascii="Gentium Plus" w:hAnsi="Gentium Plus"/>
          <w:sz w:val="24"/>
        </w:rPr>
        <w:t>Ὁκόσοισι νέοισιν ἐοῦσιν αἱ κοιλίαι ὑγραί εἰσι, τουτέοισιν ἀπογηράσκουσι ξηραίνονται· ὁκόσοισι δὲ νέοισιν ἐοῦσιν αἱ κοι‐ λίαι ξηραί εἰσι, τουτέοισι πρεσβυτέροισι γινομένοισιν ὑγραί‐ νονται.</w:t>
      </w:r>
    </w:p>
    <w:p>
      <w:r>
        <w:rPr>
          <w:rFonts w:ascii="Courier New" w:hAnsi="Courier New"/>
          <w:color w:val="555555"/>
          <w:sz w:val="20"/>
        </w:rPr>
        <w:t>[2 . 21]</w:t>
      </w:r>
    </w:p>
    <w:p>
      <w:r>
        <w:rPr>
          <w:rFonts w:ascii="Gentium Plus" w:hAnsi="Gentium Plus"/>
          <w:sz w:val="24"/>
        </w:rPr>
        <w:t>Λιμὸν θώρηξις λύει.</w:t>
      </w:r>
    </w:p>
    <w:p>
      <w:r>
        <w:rPr>
          <w:rFonts w:ascii="Courier New" w:hAnsi="Courier New"/>
          <w:color w:val="555555"/>
          <w:sz w:val="20"/>
        </w:rPr>
        <w:t>[2 . 22]</w:t>
      </w:r>
    </w:p>
    <w:p>
      <w:r>
        <w:rPr>
          <w:rFonts w:ascii="Gentium Plus" w:hAnsi="Gentium Plus"/>
          <w:sz w:val="24"/>
        </w:rPr>
        <w:t>Ἀπὸ πλησμονῆς ὁκόσα ἂν νοσήματα γένηται, κένωσις ἰῆται, καὶ ὁκόσα ἀπὸ κενώσιος, πλησμονὴ, καὶ τῶν ἄλλων ἡ ὑπεναντίωσις.</w:t>
      </w:r>
    </w:p>
    <w:p>
      <w:r>
        <w:rPr>
          <w:rFonts w:ascii="Courier New" w:hAnsi="Courier New"/>
          <w:color w:val="555555"/>
          <w:sz w:val="20"/>
        </w:rPr>
        <w:t>[2 . 23]</w:t>
      </w:r>
    </w:p>
    <w:p>
      <w:r>
        <w:rPr>
          <w:rFonts w:ascii="Gentium Plus" w:hAnsi="Gentium Plus"/>
          <w:sz w:val="24"/>
        </w:rPr>
        <w:t>Τὰ ὀξέα τῶν νουσημάτων κρίνεται ἐν τεσσαρεσκαίδεκα ἡμέρῃσιν.</w:t>
      </w:r>
    </w:p>
    <w:p>
      <w:r>
        <w:rPr>
          <w:rFonts w:ascii="Courier New" w:hAnsi="Courier New"/>
          <w:color w:val="555555"/>
          <w:sz w:val="20"/>
        </w:rPr>
        <w:t>[2 . 24]</w:t>
      </w:r>
    </w:p>
    <w:p>
      <w:r>
        <w:rPr>
          <w:rFonts w:ascii="Gentium Plus" w:hAnsi="Gentium Plus"/>
          <w:sz w:val="24"/>
        </w:rPr>
        <w:t>Τῶν ἑπτὰ ἡ τετάρτη ἐπίδηλος· ἑτέρης ἑβδομάδος ἡ ὀγδόη ἀρχὴ, θεωρητὴ δὲ ἡ ἑνδεκάτη, αὕτη γάρ ἐστι τετάρτη τῆς ἑτέρης ἑβδομάδος· θεωρητὴ δὲ πάλιν ἡ ἑπτα‐ καιδεκάτη, αὕτη γάρ ἐστι τετάρτη μὲν ἀπὸ τῆς τεσσαρεσκαιδεκά‐</w:t>
      </w:r>
    </w:p>
    <w:p>
      <w:r>
        <w:rPr>
          <w:rFonts w:ascii="Courier New" w:hAnsi="Courier New"/>
          <w:color w:val="555555"/>
          <w:sz w:val="20"/>
        </w:rPr>
        <w:t>[5]</w:t>
      </w:r>
    </w:p>
    <w:p>
      <w:r>
        <w:rPr>
          <w:rFonts w:ascii="Gentium Plus" w:hAnsi="Gentium Plus"/>
          <w:sz w:val="24"/>
        </w:rPr>
        <w:t>της, ἑβδόμη δὲ ἀπὸ τῆς ἑνδεκάτης.</w:t>
      </w:r>
    </w:p>
    <w:p>
      <w:r>
        <w:rPr>
          <w:rFonts w:ascii="Courier New" w:hAnsi="Courier New"/>
          <w:color w:val="555555"/>
          <w:sz w:val="20"/>
        </w:rPr>
        <w:t>[2 . 25]</w:t>
      </w:r>
    </w:p>
    <w:p>
      <w:r>
        <w:rPr>
          <w:rFonts w:ascii="Gentium Plus" w:hAnsi="Gentium Plus"/>
          <w:sz w:val="24"/>
        </w:rPr>
        <w:t>Οἱ θερινοὶ τεταρταῖοι τὰ πολλὰ γίνονται βραχέες, οἱ δὲ φθινοπωρινοὶ, μακροὶ, καὶ μάλιστα οἱ πρὸς τὸν χειμῶνα ξυν‐ άπτοντες.</w:t>
      </w:r>
    </w:p>
    <w:p>
      <w:r>
        <w:rPr>
          <w:rFonts w:ascii="Courier New" w:hAnsi="Courier New"/>
          <w:color w:val="555555"/>
          <w:sz w:val="20"/>
        </w:rPr>
        <w:t>[2 . 26]</w:t>
      </w:r>
    </w:p>
    <w:p>
      <w:r>
        <w:rPr>
          <w:rFonts w:ascii="Gentium Plus" w:hAnsi="Gentium Plus"/>
          <w:sz w:val="24"/>
        </w:rPr>
        <w:t>Πυρετὸν ἐπὶ σπασμῷ βέλτιον γενέσθαι, ἢ σπασμὸν ἐπὶ πυρετῷ.</w:t>
      </w:r>
    </w:p>
    <w:p>
      <w:r>
        <w:rPr>
          <w:rFonts w:ascii="Courier New" w:hAnsi="Courier New"/>
          <w:color w:val="555555"/>
          <w:sz w:val="20"/>
        </w:rPr>
        <w:t>[2 . 27]</w:t>
      </w:r>
    </w:p>
    <w:p>
      <w:r>
        <w:rPr>
          <w:rFonts w:ascii="Gentium Plus" w:hAnsi="Gentium Plus"/>
          <w:sz w:val="24"/>
        </w:rPr>
        <w:t>Τοῖσι μὴ κατὰ λόγον κουφίζουσιν οὐ δεῖ πιστεύειν, οὐδὲ φο‐ βέεσθαι λίην τὰ μοχθηρὰ γινόμενα παραλόγως· τὰ γὰρ πολλὰ τῶν τοιουτέων ἐστὶν ἀβέβαια, καὶ οὐ πάνυ τι διαμένειν, οὐδὲ χρονίζειν εἴωθεν.</w:t>
      </w:r>
    </w:p>
    <w:p>
      <w:r>
        <w:rPr>
          <w:rFonts w:ascii="Courier New" w:hAnsi="Courier New"/>
          <w:color w:val="555555"/>
          <w:sz w:val="20"/>
        </w:rPr>
        <w:t>[2 . 28]</w:t>
      </w:r>
    </w:p>
    <w:p>
      <w:r>
        <w:rPr>
          <w:rFonts w:ascii="Gentium Plus" w:hAnsi="Gentium Plus"/>
          <w:sz w:val="24"/>
        </w:rPr>
        <w:t>Τῶν πυρεσσόντων μὴ παντάπασιν ἐπιπολαίως, τὸ διαμέ‐ νειν, καὶ μηδὲν ἐνδιδόναι τὸ σῶμα, ἢ καὶ συντήκεσθαι μᾶλλον τοῦ κατὰ λόγον, μοχθηρόν· τὸ μὲν γὰρ μῆκος νούσου ση‐ μαίνει, τὸ δὲ, ἀσθένειαν.</w:t>
      </w:r>
    </w:p>
    <w:p>
      <w:r>
        <w:rPr>
          <w:rFonts w:ascii="Courier New" w:hAnsi="Courier New"/>
          <w:color w:val="555555"/>
          <w:sz w:val="20"/>
        </w:rPr>
        <w:t>[2 . 29]</w:t>
      </w:r>
    </w:p>
    <w:p>
      <w:r>
        <w:rPr>
          <w:rFonts w:ascii="Gentium Plus" w:hAnsi="Gentium Plus"/>
          <w:sz w:val="24"/>
        </w:rPr>
        <w:t>Ἀρχομένων τῶν νούσων, ἤν τι δοκέῃ κινέειν, κίνει· ἀκμα‐ ζουσῶν δὲ, ἡσυχίην ἔχειν βέλτιόν ἐστιν.</w:t>
      </w:r>
    </w:p>
    <w:p>
      <w:r>
        <w:rPr>
          <w:rFonts w:ascii="Courier New" w:hAnsi="Courier New"/>
          <w:color w:val="555555"/>
          <w:sz w:val="20"/>
        </w:rPr>
        <w:t>[2 . 30]</w:t>
      </w:r>
    </w:p>
    <w:p>
      <w:r>
        <w:rPr>
          <w:rFonts w:ascii="Gentium Plus" w:hAnsi="Gentium Plus"/>
          <w:sz w:val="24"/>
        </w:rPr>
        <w:t>Περὶ τὰς ἀρχὰς καὶ τὰ τέλη, πάντα ἀσθενέστατα, περὶ δὲ τὰς ἀκμὰς, ἰσχυρότατα.</w:t>
      </w:r>
    </w:p>
    <w:p>
      <w:r>
        <w:rPr>
          <w:rFonts w:ascii="Courier New" w:hAnsi="Courier New"/>
          <w:color w:val="555555"/>
          <w:sz w:val="20"/>
        </w:rPr>
        <w:t>[2 . 31]</w:t>
      </w:r>
    </w:p>
    <w:p>
      <w:r>
        <w:rPr>
          <w:rFonts w:ascii="Gentium Plus" w:hAnsi="Gentium Plus"/>
          <w:sz w:val="24"/>
        </w:rPr>
        <w:t>Τῷ ἐξ ἀῤῥωστίης εὐσιτεῦντι, μηδὲν ἐπιδιδόναι τὸ σῶμα,</w:t>
      </w:r>
    </w:p>
    <w:p>
      <w:r>
        <w:rPr>
          <w:rFonts w:ascii="Courier New" w:hAnsi="Courier New"/>
          <w:color w:val="555555"/>
          <w:sz w:val="20"/>
        </w:rPr>
        <w:t>[2 . 32]</w:t>
      </w:r>
    </w:p>
    <w:p>
      <w:r>
        <w:rPr>
          <w:rFonts w:ascii="Gentium Plus" w:hAnsi="Gentium Plus"/>
          <w:sz w:val="24"/>
        </w:rPr>
        <w:t>Ὡς τὰ πολλὰ πάντες οἱ φαύλως ἔχοντες, κατ’ ἀρχὰς μὲν εὐσιτεῦντες, καὶ μηδὲν ἐπιδιδόντες, πρὸς τῷ τέλει πάλιν ἀσι‐ τέουσιν· οἱ δὲ κατ’ ἀρχὰς μὲν ἀσιτεῦντες ἰσχυρῶς, ὕστερον δὲ εὐσιτεῦντες, βέλτιον ἀπαλλάσσουσιν.</w:t>
      </w:r>
    </w:p>
    <w:p>
      <w:r>
        <w:rPr>
          <w:rFonts w:ascii="Courier New" w:hAnsi="Courier New"/>
          <w:color w:val="555555"/>
          <w:sz w:val="20"/>
        </w:rPr>
        <w:t>[2 . 33]</w:t>
      </w:r>
    </w:p>
    <w:p>
      <w:r>
        <w:rPr>
          <w:rFonts w:ascii="Gentium Plus" w:hAnsi="Gentium Plus"/>
          <w:sz w:val="24"/>
        </w:rPr>
        <w:t>Ἐν πάσῃ νούσῳ τὸ ἐῤῥῶσθαι τὴν διάνοιαν, καὶ εὖ ἔχειν πρὸς τὰς προσφορὰς, ἀγαθόν· τὸ δὲ ἐναντίον, κακόν.</w:t>
      </w:r>
    </w:p>
    <w:p>
      <w:r>
        <w:rPr>
          <w:rFonts w:ascii="Courier New" w:hAnsi="Courier New"/>
          <w:color w:val="555555"/>
          <w:sz w:val="20"/>
        </w:rPr>
        <w:t>[2 . 34]</w:t>
      </w:r>
    </w:p>
    <w:p>
      <w:r>
        <w:rPr>
          <w:rFonts w:ascii="Gentium Plus" w:hAnsi="Gentium Plus"/>
          <w:sz w:val="24"/>
        </w:rPr>
        <w:t>Ἐν τῇσι νούσοισιν ἧσσον κινδυνεύουσιν, οἷσιν ἂν οἰκείη τῆς φύσιος, καὶ τῆς ἕξιος, καὶ τῆς ἡλικίης, καὶ τῆς ὥρης ἡ νοῦσος ᾖ μᾶλλον, ἢ οἷσιν ἂν μὴ οἰκείη κατά τι τουτέων ᾖ.</w:t>
      </w:r>
    </w:p>
    <w:p>
      <w:r>
        <w:rPr>
          <w:rFonts w:ascii="Courier New" w:hAnsi="Courier New"/>
          <w:color w:val="555555"/>
          <w:sz w:val="20"/>
        </w:rPr>
        <w:t>[2 . 35]</w:t>
      </w:r>
    </w:p>
    <w:p>
      <w:r>
        <w:rPr>
          <w:rFonts w:ascii="Gentium Plus" w:hAnsi="Gentium Plus"/>
          <w:sz w:val="24"/>
        </w:rPr>
        <w:t>Ἐν πάσῃσι τῇσι νούσοισι, τὰ περὶ τὸν ὀμφαλὸν καὶ τὸ ἦτρον πάχος ἔχειν βέλτιόν ἐστι, τὸ δὲ σφόδρα λεπτὸν καὶ ἐκτε‐ τηκὸς, μοχθηρόν· ἐπισφαλὲς δὲ τὸ τοιοῦτον καὶ πρὸς τὰς κάτω καθάρσιας.</w:t>
      </w:r>
    </w:p>
    <w:p>
      <w:r>
        <w:rPr>
          <w:rFonts w:ascii="Courier New" w:hAnsi="Courier New"/>
          <w:color w:val="555555"/>
          <w:sz w:val="20"/>
        </w:rPr>
        <w:t>[2 . 36]</w:t>
      </w:r>
    </w:p>
    <w:p>
      <w:r>
        <w:rPr>
          <w:rFonts w:ascii="Gentium Plus" w:hAnsi="Gentium Plus"/>
          <w:sz w:val="24"/>
        </w:rPr>
        <w:t>Οἱ ὑγιεινῶς ἔχοντες τὰ σώματα, ἐν τῇσι φαρμακείῃσι καθαιρόμενοι ἐκλύονται ταχέως, καὶ οἱ πονηρῇ τροφῇ χρεόμενοι.</w:t>
      </w:r>
    </w:p>
    <w:p>
      <w:r>
        <w:rPr>
          <w:rFonts w:ascii="Courier New" w:hAnsi="Courier New"/>
          <w:color w:val="555555"/>
          <w:sz w:val="20"/>
        </w:rPr>
        <w:t>[2 . 37]</w:t>
      </w:r>
    </w:p>
    <w:p>
      <w:r>
        <w:rPr>
          <w:rFonts w:ascii="Gentium Plus" w:hAnsi="Gentium Plus"/>
          <w:sz w:val="24"/>
        </w:rPr>
        <w:t>Οἱ εὖ τὰ σώματα ἔχοντες, φαρμακεύεσθαι ἐργώδεες.</w:t>
      </w:r>
    </w:p>
    <w:p>
      <w:r>
        <w:rPr>
          <w:rFonts w:ascii="Courier New" w:hAnsi="Courier New"/>
          <w:color w:val="555555"/>
          <w:sz w:val="20"/>
        </w:rPr>
        <w:t>[2 . 38]</w:t>
      </w:r>
    </w:p>
    <w:p>
      <w:r>
        <w:rPr>
          <w:rFonts w:ascii="Gentium Plus" w:hAnsi="Gentium Plus"/>
          <w:sz w:val="24"/>
        </w:rPr>
        <w:t>Τὸ σμικρῷ χεῖρον καὶ πόμα καὶ σιτίον, ἥδιον δὲ, τῶν βελτιόνων μὲν, ἀηδεστέρων δὲ, μᾶλλον αἱρετέον.</w:t>
      </w:r>
    </w:p>
    <w:p>
      <w:r>
        <w:rPr>
          <w:rFonts w:ascii="Courier New" w:hAnsi="Courier New"/>
          <w:color w:val="555555"/>
          <w:sz w:val="20"/>
        </w:rPr>
        <w:t>[2 . 39]</w:t>
      </w:r>
    </w:p>
    <w:p>
      <w:r>
        <w:rPr>
          <w:rFonts w:ascii="Gentium Plus" w:hAnsi="Gentium Plus"/>
          <w:sz w:val="24"/>
        </w:rPr>
        <w:t>Οἱ πρεσβῦται τῶν νέων τὰ μὲν πολλὰ νοσέουσιν ἧσσον· ὅσα δ’ ἂν αὐτέοισι χρόνια νοσήματα γένηται, τὰ πολλὰ ξυνα‐ ποθνήσκει.</w:t>
      </w:r>
    </w:p>
    <w:p>
      <w:r>
        <w:rPr>
          <w:rFonts w:ascii="Courier New" w:hAnsi="Courier New"/>
          <w:color w:val="555555"/>
          <w:sz w:val="20"/>
        </w:rPr>
        <w:t>[2 . 40]</w:t>
      </w:r>
    </w:p>
    <w:p>
      <w:r>
        <w:rPr>
          <w:rFonts w:ascii="Gentium Plus" w:hAnsi="Gentium Plus"/>
          <w:sz w:val="24"/>
        </w:rPr>
        <w:t>Βράγχοι καὶ κόρυζαι τοῖσι σφόδρα πρεσβύτῃσιν οὐ πεπαί‐ νονται.</w:t>
      </w:r>
    </w:p>
    <w:p>
      <w:r>
        <w:rPr>
          <w:rFonts w:ascii="Courier New" w:hAnsi="Courier New"/>
          <w:color w:val="555555"/>
          <w:sz w:val="20"/>
        </w:rPr>
        <w:t>[2 . 41]</w:t>
      </w:r>
    </w:p>
    <w:p>
      <w:r>
        <w:rPr>
          <w:rFonts w:ascii="Gentium Plus" w:hAnsi="Gentium Plus"/>
          <w:sz w:val="24"/>
        </w:rPr>
        <w:t>Οἱ ἐκλυόμενοι πολλάκις καὶ ἰσχυρῶς, ἄνευ φανερῆς προφά‐ σιος, ἐξαπίνης τελευτῶσιν.</w:t>
      </w:r>
    </w:p>
    <w:p>
      <w:r>
        <w:rPr>
          <w:rFonts w:ascii="Courier New" w:hAnsi="Courier New"/>
          <w:color w:val="555555"/>
          <w:sz w:val="20"/>
        </w:rPr>
        <w:t>[2 . 42]</w:t>
      </w:r>
    </w:p>
    <w:p>
      <w:r>
        <w:rPr>
          <w:rFonts w:ascii="Gentium Plus" w:hAnsi="Gentium Plus"/>
          <w:sz w:val="24"/>
        </w:rPr>
        <w:t>Λύειν ἀποπληξίην ἰσχυρὴν μὲν ἀδύνατον, ἀσθενέα δὲ, οὐ ῥηΐδιον.</w:t>
      </w:r>
    </w:p>
    <w:p>
      <w:r>
        <w:rPr>
          <w:rFonts w:ascii="Courier New" w:hAnsi="Courier New"/>
          <w:color w:val="555555"/>
          <w:sz w:val="20"/>
        </w:rPr>
        <w:t>[2 . 43]</w:t>
      </w:r>
    </w:p>
    <w:p>
      <w:r>
        <w:rPr>
          <w:rFonts w:ascii="Gentium Plus" w:hAnsi="Gentium Plus"/>
          <w:sz w:val="24"/>
        </w:rPr>
        <w:t>Τῶν ἀπαγχομένων καὶ καταλυομένων, μηδέπω δὲ τε‐ θνηκότων, οὐκ ἀναφέρουσιν, οἷσιν ἂν ἀφρὸς ᾖ περὶ τὸ στόμα.</w:t>
      </w:r>
    </w:p>
    <w:p>
      <w:r>
        <w:rPr>
          <w:rFonts w:ascii="Courier New" w:hAnsi="Courier New"/>
          <w:color w:val="555555"/>
          <w:sz w:val="20"/>
        </w:rPr>
        <w:t>[2 . 44]</w:t>
      </w:r>
    </w:p>
    <w:p>
      <w:r>
        <w:rPr>
          <w:rFonts w:ascii="Gentium Plus" w:hAnsi="Gentium Plus"/>
          <w:sz w:val="24"/>
        </w:rPr>
        <w:t>Οἱ παχέες σφόδρα κατὰ φύσιν, ταχυθάνατοι γίνονται μᾶλλον τῶν ἰσχνῶν.</w:t>
      </w:r>
    </w:p>
    <w:p>
      <w:r>
        <w:rPr>
          <w:rFonts w:ascii="Courier New" w:hAnsi="Courier New"/>
          <w:color w:val="555555"/>
          <w:sz w:val="20"/>
        </w:rPr>
        <w:t>[2 . 45]</w:t>
      </w:r>
    </w:p>
    <w:p>
      <w:r>
        <w:rPr>
          <w:rFonts w:ascii="Gentium Plus" w:hAnsi="Gentium Plus"/>
          <w:sz w:val="24"/>
        </w:rPr>
        <w:t>Τῶν ἐπιληπτικῶν τοῖσι νέοισιν ἀπαλλαγὴν αἱ μεταβολαὶ μάλιστα τῆς ἡλικίης, καὶ τῶν χωρίων, καὶ τῶν βίων ποιέουσιν.</w:t>
      </w:r>
    </w:p>
    <w:p>
      <w:r>
        <w:rPr>
          <w:rFonts w:ascii="Courier New" w:hAnsi="Courier New"/>
          <w:color w:val="555555"/>
          <w:sz w:val="20"/>
        </w:rPr>
        <w:t>[2 . 46]</w:t>
      </w:r>
    </w:p>
    <w:p>
      <w:r>
        <w:rPr>
          <w:rFonts w:ascii="Gentium Plus" w:hAnsi="Gentium Plus"/>
          <w:sz w:val="24"/>
        </w:rPr>
        <w:t>Δύο πόνων ἅμα γινομένων μὴ κατὰ τὸν αὐτὸν τόπον, ὁ σφοδρότερος ἀμαυροῖ τὸν ἕτερον.</w:t>
      </w:r>
    </w:p>
    <w:p>
      <w:r>
        <w:rPr>
          <w:rFonts w:ascii="Courier New" w:hAnsi="Courier New"/>
          <w:color w:val="555555"/>
          <w:sz w:val="20"/>
        </w:rPr>
        <w:t>[2 . 47]</w:t>
      </w:r>
    </w:p>
    <w:p>
      <w:r>
        <w:rPr>
          <w:rFonts w:ascii="Gentium Plus" w:hAnsi="Gentium Plus"/>
          <w:sz w:val="24"/>
        </w:rPr>
        <w:t>Περὶ τὰς γενέσιας τοῦ πύου οἱ πόνοι καὶ οἱ πυρετοὶ ξυμ‐</w:t>
      </w:r>
    </w:p>
    <w:p>
      <w:r>
        <w:rPr>
          <w:rFonts w:ascii="Courier New" w:hAnsi="Courier New"/>
          <w:color w:val="555555"/>
          <w:sz w:val="20"/>
        </w:rPr>
        <w:t>[2 . 48]</w:t>
      </w:r>
    </w:p>
    <w:p>
      <w:r>
        <w:rPr>
          <w:rFonts w:ascii="Gentium Plus" w:hAnsi="Gentium Plus"/>
          <w:sz w:val="24"/>
        </w:rPr>
        <w:t>Ἐν πάσῃ κινήσει τοῦ σώματος, ὁκόταν ἄρχηται πο‐ νέειν, τὸ διαναπαύειν εὐθὺς, ἄκοπον.</w:t>
      </w:r>
    </w:p>
    <w:p>
      <w:r>
        <w:rPr>
          <w:rFonts w:ascii="Courier New" w:hAnsi="Courier New"/>
          <w:color w:val="555555"/>
          <w:sz w:val="20"/>
        </w:rPr>
        <w:t>[2 . 49]</w:t>
      </w:r>
    </w:p>
    <w:p>
      <w:r>
        <w:rPr>
          <w:rFonts w:ascii="Gentium Plus" w:hAnsi="Gentium Plus"/>
          <w:sz w:val="24"/>
        </w:rPr>
        <w:t>Οἱ εἰθισμένοι τοὺς ξυνήθεας πόνους φέρειν, κἢν ὦσιν ἀσθε‐ νέες ἢ γέροντες, τῶν ἀξυνηθέων ἰσχυρῶν τε καὶ νέων ῥᾷον φέ‐ ρουσιν.</w:t>
      </w:r>
    </w:p>
    <w:p>
      <w:r>
        <w:rPr>
          <w:rFonts w:ascii="Courier New" w:hAnsi="Courier New"/>
          <w:color w:val="555555"/>
          <w:sz w:val="20"/>
        </w:rPr>
        <w:t>[2 . 50]</w:t>
      </w:r>
    </w:p>
    <w:p>
      <w:r>
        <w:rPr>
          <w:rFonts w:ascii="Gentium Plus" w:hAnsi="Gentium Plus"/>
          <w:sz w:val="24"/>
        </w:rPr>
        <w:t>Τὰ ἐκ πολλοῦ χρόνου ξυνήθεα, κἂν ᾖ χείρω τῶν ἀξυνη‐ θέων, ἧσσον ἐνοχλεῖν εἴωθεν· δεῖ δὲ καὶ ἐς τὰ ἀξυνήθεα μετα‐ βάλλειν</w:t>
      </w:r>
    </w:p>
    <w:p>
      <w:r>
        <w:rPr>
          <w:rFonts w:ascii="Courier New" w:hAnsi="Courier New"/>
          <w:color w:val="555555"/>
          <w:sz w:val="20"/>
        </w:rPr>
        <w:t>[2 . 51]</w:t>
      </w:r>
    </w:p>
    <w:p>
      <w:r>
        <w:rPr>
          <w:rFonts w:ascii="Gentium Plus" w:hAnsi="Gentium Plus"/>
          <w:sz w:val="24"/>
        </w:rPr>
        <w:t>Τὸ κατὰ πολὺ καὶ ἐξαπίνης κενοῦν, ἢ πληροῦν, ἢ θερμαί‐ νειν, ἢ ψύχειν, ἢ ἄλλως ὁκωσοῦν τὸ σῶμα κινέειν, σφαλερὸν, καὶ πᾶν τὸ πολὺ τῇ φύσει πολέμιον· τὸ δὲ κατ’ ὀλίγον, ἀσφαλὲς, καὶ ἄλλως, ἤν τις ἐξ ἑτέρου ἐφ’ ἕτερον μεταβαίνῃ.</w:t>
      </w:r>
    </w:p>
    <w:p>
      <w:r>
        <w:rPr>
          <w:rFonts w:ascii="Courier New" w:hAnsi="Courier New"/>
          <w:color w:val="555555"/>
          <w:sz w:val="20"/>
        </w:rPr>
        <w:t>[2 . 52]</w:t>
      </w:r>
    </w:p>
    <w:p>
      <w:r>
        <w:rPr>
          <w:rFonts w:ascii="Gentium Plus" w:hAnsi="Gentium Plus"/>
          <w:sz w:val="24"/>
        </w:rPr>
        <w:t>Πάντα κατὰ λόγον ποιέοντι, μὴ γινομένων τῶν κατὰ λόγον, μὴ μεταβαίνειν ἐφ’ ἕτερον, μένοντος τοῦ δόξαντος ἐξ ἀρχῆς.</w:t>
      </w:r>
    </w:p>
    <w:p>
      <w:r>
        <w:rPr>
          <w:rFonts w:ascii="Courier New" w:hAnsi="Courier New"/>
          <w:color w:val="555555"/>
          <w:sz w:val="20"/>
        </w:rPr>
        <w:t>[2 . 53]</w:t>
      </w:r>
    </w:p>
    <w:p>
      <w:r>
        <w:rPr>
          <w:rFonts w:ascii="Gentium Plus" w:hAnsi="Gentium Plus"/>
          <w:sz w:val="24"/>
        </w:rPr>
        <w:t>Ὁκόσοι τὰς κοιλίας ὑγρὰς ἔχουσιν, νέοι μὲν ἐόντες, βέλτιον ἀπαλλάσσουσι τῶν ξηρὰς ἐχόντων, ἐς δὲ τὸ γῆρας χεῖρον ἀπαλ‐</w:t>
      </w:r>
    </w:p>
    <w:p>
      <w:r>
        <w:rPr>
          <w:rFonts w:ascii="Courier New" w:hAnsi="Courier New"/>
          <w:color w:val="555555"/>
          <w:sz w:val="20"/>
        </w:rPr>
        <w:t>[2 . 54]</w:t>
      </w:r>
    </w:p>
    <w:p>
      <w:r>
        <w:rPr>
          <w:rFonts w:ascii="Gentium Plus" w:hAnsi="Gentium Plus"/>
          <w:sz w:val="24"/>
        </w:rPr>
        <w:t>Μεγέθει δὲ σώματος, ἐννεάσαι μὲν, ἐλευθέριον καὶ οὐκ ἀηδές· ἐγγηρᾶσαι δὲ δύσχρηστον καὶ χεῖρον τῶν ἐλασσόνων.</w:t>
      </w:r>
    </w:p>
    <w:p>
      <w:r>
        <w:rPr>
          <w:rFonts w:ascii="Courier New" w:hAnsi="Courier New"/>
          <w:color w:val="555555"/>
          <w:sz w:val="20"/>
        </w:rPr>
        <w:t>[2]</w:t>
      </w:r>
    </w:p>
    <w:p>
      <w:r>
        <w:rPr>
          <w:rFonts w:ascii="Gentium Plus" w:hAnsi="Gentium Plus"/>
          <w:sz w:val="24"/>
        </w:rPr>
      </w:r>
    </w:p>
    <w:p>
      <w:pPr>
        <w:jc w:val="center"/>
      </w:pPr>
      <w:r>
        <w:rPr>
          <w:rFonts w:ascii="Gentium Plus" w:hAnsi="Gentium Plus"/>
          <w:b/>
          <w:sz w:val="24"/>
        </w:rPr>
        <w:t>ΤΜΗΜΑ ΤΡΙΤΟΝ.</w:t>
      </w:r>
    </w:p>
    <w:p>
      <w:r>
        <w:rPr>
          <w:rFonts w:ascii="Courier New" w:hAnsi="Courier New"/>
          <w:color w:val="555555"/>
          <w:sz w:val="20"/>
        </w:rPr>
        <w:t>[1]</w:t>
      </w:r>
    </w:p>
    <w:p>
      <w:r>
        <w:rPr>
          <w:rFonts w:ascii="Gentium Plus" w:hAnsi="Gentium Plus"/>
          <w:sz w:val="24"/>
        </w:rPr>
      </w:r>
    </w:p>
    <w:p>
      <w:r>
        <w:rPr>
          <w:rFonts w:ascii="Courier New" w:hAnsi="Courier New"/>
          <w:color w:val="555555"/>
          <w:sz w:val="20"/>
        </w:rPr>
        <w:t>[3 . 1]</w:t>
      </w:r>
    </w:p>
    <w:p>
      <w:r>
        <w:rPr>
          <w:rFonts w:ascii="Gentium Plus" w:hAnsi="Gentium Plus"/>
          <w:sz w:val="24"/>
        </w:rPr>
        <w:t>Αἱ μεταβολαὶ τῶν ὡρέων μάλιστα τίκτουσι νουσήματα, καὶ ἐν τῇσιν ὥρῃσιν αἱ μεγάλαι μεταλλαγαὶ ἢ ψύξιος ἢ θάλ‐ ψιος, καὶ τἄλλα κατὰ λόγον οὕτως.</w:t>
      </w:r>
    </w:p>
    <w:p>
      <w:r>
        <w:rPr>
          <w:rFonts w:ascii="Courier New" w:hAnsi="Courier New"/>
          <w:color w:val="555555"/>
          <w:sz w:val="20"/>
        </w:rPr>
        <w:t>[3 . 2]</w:t>
      </w:r>
    </w:p>
    <w:p>
      <w:r>
        <w:rPr>
          <w:rFonts w:ascii="Gentium Plus" w:hAnsi="Gentium Plus"/>
          <w:sz w:val="24"/>
        </w:rPr>
        <w:t>Τῶν φυσίων αἱ μὲν πρὸς θέρος, αἱ δὲ πρὸς χειμῶνα εὖ ἢ κακῶς πεφύκασιν.</w:t>
      </w:r>
    </w:p>
    <w:p>
      <w:r>
        <w:rPr>
          <w:rFonts w:ascii="Courier New" w:hAnsi="Courier New"/>
          <w:color w:val="555555"/>
          <w:sz w:val="20"/>
        </w:rPr>
        <w:t>[3 . 3]</w:t>
      </w:r>
    </w:p>
    <w:p>
      <w:r>
        <w:rPr>
          <w:rFonts w:ascii="Gentium Plus" w:hAnsi="Gentium Plus"/>
          <w:sz w:val="24"/>
        </w:rPr>
        <w:t>Τῶν νούσων ἄλλαι πρὸς ἄλλας εὖ ἢ κακῶς πεφύκασι, καὶ ἡλικίαι τινὲς πρὸς ὥρας, καὶ χώρας, καὶ διαίτας.</w:t>
      </w:r>
    </w:p>
    <w:p>
      <w:r>
        <w:rPr>
          <w:rFonts w:ascii="Courier New" w:hAnsi="Courier New"/>
          <w:color w:val="555555"/>
          <w:sz w:val="20"/>
        </w:rPr>
        <w:t>[3 . 4]</w:t>
      </w:r>
    </w:p>
    <w:p>
      <w:r>
        <w:rPr>
          <w:rFonts w:ascii="Gentium Plus" w:hAnsi="Gentium Plus"/>
          <w:sz w:val="24"/>
        </w:rPr>
        <w:t>Ἐν τῇσιν ὥρῃσιν, ὅταν τῆς αὐτῆς ἡμέρης ὁτὲ μὲν θάλ‐ πος, ὁτὲ δὲ ψῦχος γένηται, φθινοπωρινὰ τὰ νουσήματα προσδέ‐</w:t>
      </w:r>
    </w:p>
    <w:p>
      <w:r>
        <w:rPr>
          <w:rFonts w:ascii="Courier New" w:hAnsi="Courier New"/>
          <w:color w:val="555555"/>
          <w:sz w:val="20"/>
        </w:rPr>
        <w:t>[3 . 5]</w:t>
      </w:r>
    </w:p>
    <w:p>
      <w:r>
        <w:rPr>
          <w:rFonts w:ascii="Gentium Plus" w:hAnsi="Gentium Plus"/>
          <w:sz w:val="24"/>
        </w:rPr>
        <w:t>Νότοι βαρυήκοοι, ἀχλυώδεες, καρηβαρικοὶ, νωθροὶ, διαλυτικοί· ὁκόταν οὗτος δυναστεύῃ, τοιαῦτα ἐν τῇσιν ἀῤῥω‐ στίῃσι πάσχουσιν. Ἢν δὲ βόρειον ᾖ, βῆχες, φάρυγγες, κοι‐ λίαι σκληραὶ, δυσουρίαι φρικώδεες, ὀδύναι πλευρέων, στηθέων</w:t>
      </w:r>
    </w:p>
    <w:p>
      <w:r>
        <w:rPr>
          <w:rFonts w:ascii="Courier New" w:hAnsi="Courier New"/>
          <w:color w:val="555555"/>
          <w:sz w:val="20"/>
        </w:rPr>
        <w:t>[5]</w:t>
      </w:r>
    </w:p>
    <w:p>
      <w:r>
        <w:rPr>
          <w:rFonts w:ascii="Gentium Plus" w:hAnsi="Gentium Plus"/>
          <w:sz w:val="24"/>
        </w:rPr>
        <w:t>ὁκόταν οὗτος δυναστεύῃ, τοιαῦτα ἐν τῇσιν ἀῤῥωστίῃσι προσ‐ δέχεσθαι χρή.</w:t>
      </w:r>
    </w:p>
    <w:p>
      <w:r>
        <w:rPr>
          <w:rFonts w:ascii="Courier New" w:hAnsi="Courier New"/>
          <w:color w:val="555555"/>
          <w:sz w:val="20"/>
        </w:rPr>
        <w:t>[3 . 6]</w:t>
      </w:r>
    </w:p>
    <w:p>
      <w:r>
        <w:rPr>
          <w:rFonts w:ascii="Gentium Plus" w:hAnsi="Gentium Plus"/>
          <w:sz w:val="24"/>
        </w:rPr>
        <w:t>Ὁκόταν θέρος γένηται ἦρι ὅμοιον, ἱδρῶτας ἐν τοῖσι πυ‐ ρετοῖσι πολλοὺς προσδέχεσθαι χρή.</w:t>
      </w:r>
    </w:p>
    <w:p>
      <w:r>
        <w:rPr>
          <w:rFonts w:ascii="Courier New" w:hAnsi="Courier New"/>
          <w:color w:val="555555"/>
          <w:sz w:val="20"/>
        </w:rPr>
        <w:t>[3 . 7]</w:t>
      </w:r>
    </w:p>
    <w:p>
      <w:r>
        <w:rPr>
          <w:rFonts w:ascii="Gentium Plus" w:hAnsi="Gentium Plus"/>
          <w:sz w:val="24"/>
        </w:rPr>
        <w:t>Ἐν τοῖσιν αὐχμοῖσι πυρετοὶ ὀξέες γίνονται· καὶ ἢν μὲν ἐπὶ πλέον ᾖ τὸ ἔτος τοιουτέον ἐὸν, οἵην τὴν κατάστασιν ἐποίησεν, ὡς ἐπιτοπουλὺ καὶ τὰ νουσήματα τοιαῦτα δεῖ προσ‐ δέχεσθαι.</w:t>
      </w:r>
    </w:p>
    <w:p>
      <w:r>
        <w:rPr>
          <w:rFonts w:ascii="Courier New" w:hAnsi="Courier New"/>
          <w:color w:val="555555"/>
          <w:sz w:val="20"/>
        </w:rPr>
        <w:t>[3 . 8]</w:t>
      </w:r>
    </w:p>
    <w:p>
      <w:r>
        <w:rPr>
          <w:rFonts w:ascii="Gentium Plus" w:hAnsi="Gentium Plus"/>
          <w:sz w:val="24"/>
        </w:rPr>
        <w:t>Ἐν τοῖσι καθεστεῶσι καιροῖσι, καὶ ὡραίως τὰ ὡραῖα ἀπο‐ διδοῦσιν, εὐσταθέες καὶ εὐκρινέες αἱ νοῦσοι γίνονται, ἐν δὲ τοῖσιν ἀκαταστάτοισιν ἀκατάστατοι καὶ δύσκριτοι.</w:t>
      </w:r>
    </w:p>
    <w:p>
      <w:r>
        <w:rPr>
          <w:rFonts w:ascii="Courier New" w:hAnsi="Courier New"/>
          <w:color w:val="555555"/>
          <w:sz w:val="20"/>
        </w:rPr>
        <w:t>[3 . 9]</w:t>
      </w:r>
    </w:p>
    <w:p>
      <w:r>
        <w:rPr>
          <w:rFonts w:ascii="Gentium Plus" w:hAnsi="Gentium Plus"/>
          <w:sz w:val="24"/>
        </w:rPr>
        <w:t>Ἐν φθινοπώρῳ ὀξύταται αἱ νοῦσοι, καὶ θανατωδέσταται</w:t>
      </w:r>
    </w:p>
    <w:p>
      <w:r>
        <w:rPr>
          <w:rFonts w:ascii="Courier New" w:hAnsi="Courier New"/>
          <w:color w:val="555555"/>
          <w:sz w:val="20"/>
        </w:rPr>
        <w:t>[3 . 10]</w:t>
      </w:r>
    </w:p>
    <w:p>
      <w:r>
        <w:rPr>
          <w:rFonts w:ascii="Gentium Plus" w:hAnsi="Gentium Plus"/>
          <w:sz w:val="24"/>
        </w:rPr>
        <w:t>Τὸ φθινόπωρον τοῖσι φθίνουσι κακόν.</w:t>
      </w:r>
    </w:p>
    <w:p>
      <w:r>
        <w:rPr>
          <w:rFonts w:ascii="Courier New" w:hAnsi="Courier New"/>
          <w:color w:val="555555"/>
          <w:sz w:val="20"/>
        </w:rPr>
        <w:t>[3 . 11]</w:t>
      </w:r>
    </w:p>
    <w:p>
      <w:r>
        <w:rPr>
          <w:rFonts w:ascii="Gentium Plus" w:hAnsi="Gentium Plus"/>
          <w:sz w:val="24"/>
        </w:rPr>
        <w:t>Περὶ δὲ τῶν ὡρέων, ἢν μὲν ὁ χειμὼν αὐχμηρὸς καὶ βό‐ ρειος γένηται, τὸ δὲ ἔαρ ἔπομβρον καὶ νότιον, ἀνάγκη, τοῦ θέρεος, πυρετοὺς ὀξέας, καὶ ὀφθαλμίας, καὶ δυσεντερίας γίνεσθαι, μά‐ λιστα τῇσι γυναιξὶ, καὶ ἀνδρῶν τοῖσιν ὑγροῖσι τὰς φύσιας.</w:t>
      </w:r>
    </w:p>
    <w:p>
      <w:r>
        <w:rPr>
          <w:rFonts w:ascii="Courier New" w:hAnsi="Courier New"/>
          <w:color w:val="555555"/>
          <w:sz w:val="20"/>
        </w:rPr>
        <w:t>[3 . 12]</w:t>
      </w:r>
    </w:p>
    <w:p>
      <w:r>
        <w:rPr>
          <w:rFonts w:ascii="Gentium Plus" w:hAnsi="Gentium Plus"/>
          <w:sz w:val="24"/>
        </w:rPr>
        <w:t>Ἢν δὲ νότιος ὁ χειμὼν καὶ ἔπομβρος καὶ εὐδιεινὸς γένη‐ ται, τὸ δὲ ἔαρ αὐχμηρὸν καὶ βόρειον, αἱ μὲν γυναῖκες, ᾗσιν οἱ τόκοι πρὸς τὸ ἦρ, ἐκ πάσης προφάσιος ἐκτιτρώσκουσιν· αἳ δ’ ἂν τέκωσιν, ἀκρατέα καὶ νοσώδεα τὰ παιδία τίκτουσιν,</w:t>
      </w:r>
    </w:p>
    <w:p>
      <w:r>
        <w:rPr>
          <w:rFonts w:ascii="Courier New" w:hAnsi="Courier New"/>
          <w:color w:val="555555"/>
          <w:sz w:val="20"/>
        </w:rPr>
        <w:t>[5]</w:t>
      </w:r>
    </w:p>
    <w:p>
      <w:r>
        <w:rPr>
          <w:rFonts w:ascii="Gentium Plus" w:hAnsi="Gentium Plus"/>
          <w:sz w:val="24"/>
        </w:rPr>
        <w:t>ὥστε ἢ παραυτίκα ἀπόλλυσθαι, ἢ λεπτὰ καὶ νοσώδεα ζῇν ἐόντα· τοῖσι δὲ ἄλλοισι βροτοῖσι δυσεντερίαι καὶ ὀφθαλμίαι ξηραὶ γίνονται, τοῖσι δὲ πρεσβυτέροισι κατάῤῥοοι ξυντόμως ἀπολλύντες.</w:t>
      </w:r>
    </w:p>
    <w:p>
      <w:r>
        <w:rPr>
          <w:rFonts w:ascii="Courier New" w:hAnsi="Courier New"/>
          <w:color w:val="555555"/>
          <w:sz w:val="20"/>
        </w:rPr>
        <w:t>[3 . 13]</w:t>
      </w:r>
    </w:p>
    <w:p>
      <w:r>
        <w:rPr>
          <w:rFonts w:ascii="Gentium Plus" w:hAnsi="Gentium Plus"/>
          <w:sz w:val="24"/>
        </w:rPr>
        <w:t>Ἢν δὲ τὸ θέρος αὐχμηρὸν καὶ βόρειον γένηται, τὸ δὲ φθινό‐ πωρον ἔπομβρον καὶ νότιον, κεφαλαλγίαι ἐς τὸν χειμῶνα γί‐ νονται, καὶ βῆχες, καὶ βράγχοι, καὶ κόρυζαι, ἐνίοισι δὲ καὶ φθίσιες.</w:t>
      </w:r>
    </w:p>
    <w:p>
      <w:r>
        <w:rPr>
          <w:rFonts w:ascii="Courier New" w:hAnsi="Courier New"/>
          <w:color w:val="555555"/>
          <w:sz w:val="20"/>
        </w:rPr>
        <w:t>[3 . 14]</w:t>
      </w:r>
    </w:p>
    <w:p>
      <w:r>
        <w:rPr>
          <w:rFonts w:ascii="Gentium Plus" w:hAnsi="Gentium Plus"/>
          <w:sz w:val="24"/>
        </w:rPr>
        <w:t>Ἢν δὲ βόρειον ᾖ καὶ ἄνυδρον, τοῖσι μὲν ὑγροῖσι τὰς φύσιας καὶ τῇσι γυναιξὶ ξύμφορον· τοῖσι δὲ λοιποῖσιν ὀφθαλμίαι ἔσονται ξηραὶ, καὶ πυρετοὶ ὀξέες, καὶ κόρυζαι, ἐνίοισι δὲ καὶ μελαγχολίαι.</w:t>
      </w:r>
    </w:p>
    <w:p>
      <w:r>
        <w:rPr>
          <w:rFonts w:ascii="Courier New" w:hAnsi="Courier New"/>
          <w:color w:val="555555"/>
          <w:sz w:val="20"/>
        </w:rPr>
        <w:t>[3 . 15]</w:t>
      </w:r>
    </w:p>
    <w:p>
      <w:r>
        <w:rPr>
          <w:rFonts w:ascii="Gentium Plus" w:hAnsi="Gentium Plus"/>
          <w:sz w:val="24"/>
        </w:rPr>
        <w:t>Τῶν δὲ καταστασίων τοῦ ἐνιαυτοῦ τὸ μὲν ὅλον οἱ αὐχμοὶ τῶν ἐπομβριῶν εἰσιν ὑγιεινότεροι, καὶ ἧσσον θανατώδεες.</w:t>
      </w:r>
    </w:p>
    <w:p>
      <w:r>
        <w:rPr>
          <w:rFonts w:ascii="Courier New" w:hAnsi="Courier New"/>
          <w:color w:val="555555"/>
          <w:sz w:val="20"/>
        </w:rPr>
        <w:t>[3 . 16]</w:t>
      </w:r>
    </w:p>
    <w:p>
      <w:r>
        <w:rPr>
          <w:rFonts w:ascii="Gentium Plus" w:hAnsi="Gentium Plus"/>
          <w:sz w:val="24"/>
        </w:rPr>
        <w:t>Νοσήματα δὲ ἐν μὲν τῇσιν ἐπομβρίῃσιν ὡς τὰ πολλὰ γί‐ νεται, πυρετοί τε μακροὶ, καὶ κοιλίης ῥύσιες, καὶ σηπεδόνες, καὶ ἐπίληπτοι, καὶ ἀπόπληκτοι, καὶ κυνάγχαι· ἐν δὲ τοῖσιν αὐχμοῖσι, φθινάδες, ὀφθαλμίαι, ἀρθρίτιδες, στραγγουρίαι, καὶ δυσεντερίαι.</w:t>
      </w:r>
    </w:p>
    <w:p>
      <w:r>
        <w:rPr>
          <w:rFonts w:ascii="Courier New" w:hAnsi="Courier New"/>
          <w:color w:val="555555"/>
          <w:sz w:val="20"/>
        </w:rPr>
        <w:t>[3 . 17]</w:t>
      </w:r>
    </w:p>
    <w:p>
      <w:r>
        <w:rPr>
          <w:rFonts w:ascii="Gentium Plus" w:hAnsi="Gentium Plus"/>
          <w:sz w:val="24"/>
        </w:rPr>
        <w:t>Αἱ δὲ καθ’ ἡμέρην καταστάσιες, αἱ μὲν βόρειοι τά τε σώματα ξυνιστᾶσι, καὶ εὔτονα καὶ εὐκίνητα καὶ εὔχροα καὶ εὐηκοώτερα ποιέουσι, καὶ τὰς κοιλίας ξηραίνουσι, καὶ τὰ ὄμματα δάκνουσι, καὶ περὶ τὸν θώρηκα ἄλγημα ἤν τι προϋπάρχῃ,</w:t>
      </w:r>
    </w:p>
    <w:p>
      <w:r>
        <w:rPr>
          <w:rFonts w:ascii="Courier New" w:hAnsi="Courier New"/>
          <w:color w:val="555555"/>
          <w:sz w:val="20"/>
        </w:rPr>
        <w:t>[5]</w:t>
      </w:r>
    </w:p>
    <w:p>
      <w:r>
        <w:rPr>
          <w:rFonts w:ascii="Gentium Plus" w:hAnsi="Gentium Plus"/>
          <w:sz w:val="24"/>
        </w:rPr>
        <w:t>μᾶλλον πονέουσιν· αἱ δὲ νότιοι διαλύουσι τὰ σώματα καὶ ὑγραίνουσι, καὶ βαρυηκοΐας καὶ καρηβαρίας καὶ ἰλίγγους ποιέουσιν, ἐν δὲ τοῖσιν ὀφθαλμοῖσι καὶ τοῖσι σώμασι δυσκινησίην, καὶ τὰς κοιλίας ὑγραίνουσιν.</w:t>
      </w:r>
    </w:p>
    <w:p>
      <w:r>
        <w:rPr>
          <w:rFonts w:ascii="Courier New" w:hAnsi="Courier New"/>
          <w:color w:val="555555"/>
          <w:sz w:val="20"/>
        </w:rPr>
        <w:t>[3 . 18]</w:t>
      </w:r>
    </w:p>
    <w:p>
      <w:r>
        <w:rPr>
          <w:rFonts w:ascii="Gentium Plus" w:hAnsi="Gentium Plus"/>
          <w:sz w:val="24"/>
        </w:rPr>
        <w:t>Κατὰ δὲ τὰς ὥρας, τοῦ μὲν ἦρος καὶ ἄκρου τοῦ θέρεος, οἱ παῖδες καὶ οἱ τουτέων ἐχόμενοι τῇσιν ἡλικίῃσιν, ἄριστά τε διά‐ γουσι, καὶ ὑγιαίνουσι μάλιστα· τοῦ δὲ θέρεος καὶ τοῦ φθινοπώ‐ ρου, μέχρι μέν τινος οἱ γέροντες· τὸ δὲ λοιπὸν, καὶ τοῦ χειμῶ‐</w:t>
      </w:r>
    </w:p>
    <w:p>
      <w:r>
        <w:rPr>
          <w:rFonts w:ascii="Courier New" w:hAnsi="Courier New"/>
          <w:color w:val="555555"/>
          <w:sz w:val="20"/>
        </w:rPr>
        <w:t>[5]</w:t>
      </w:r>
    </w:p>
    <w:p>
      <w:r>
        <w:rPr>
          <w:rFonts w:ascii="Gentium Plus" w:hAnsi="Gentium Plus"/>
          <w:sz w:val="24"/>
        </w:rPr>
        <w:t>νος, οἱ μέσοι τῇσιν ἡλικίῃσιν.</w:t>
      </w:r>
    </w:p>
    <w:p>
      <w:r>
        <w:rPr>
          <w:rFonts w:ascii="Courier New" w:hAnsi="Courier New"/>
          <w:color w:val="555555"/>
          <w:sz w:val="20"/>
        </w:rPr>
        <w:t>[3 . 19]</w:t>
      </w:r>
    </w:p>
    <w:p>
      <w:r>
        <w:rPr>
          <w:rFonts w:ascii="Gentium Plus" w:hAnsi="Gentium Plus"/>
          <w:sz w:val="24"/>
        </w:rPr>
        <w:t>Νοσήματα δὲ πάντα μὲν ἐν πάσῃσι τῇσιν ὥρῃσι γί‐ νεται, μᾶλλον δ’ ἔνια κατ’ ἐνίας αὐτέων καὶ γίνεται καὶ παροξύ‐ νεται.</w:t>
      </w:r>
    </w:p>
    <w:p>
      <w:r>
        <w:rPr>
          <w:rFonts w:ascii="Courier New" w:hAnsi="Courier New"/>
          <w:color w:val="555555"/>
          <w:sz w:val="20"/>
        </w:rPr>
        <w:t>[3 . 20]</w:t>
      </w:r>
    </w:p>
    <w:p>
      <w:r>
        <w:rPr>
          <w:rFonts w:ascii="Gentium Plus" w:hAnsi="Gentium Plus"/>
          <w:sz w:val="24"/>
        </w:rPr>
        <w:t>Τοῦ μὲν γὰρ ἦρος, τὰ μανικὰ, καὶ τὰ μελαγχολικὰ, καὶ τὰ ἐπιληπτικὰ, καὶ αἵματος ῥύσιες, καὶ κυνάγχαι, καὶ κόρυζαι, καὶ βράγχοι, καὶ βῆχες, καὶ λέπραι, καὶ λειχῆνες, καὶ ἀλφοὶ, καὶ ἐξανθήσιες ἑλκώδεες πλεῖσται, καὶ φύματα, καὶ ἀρθριτικά.</w:t>
      </w:r>
    </w:p>
    <w:p>
      <w:r>
        <w:rPr>
          <w:rFonts w:ascii="Courier New" w:hAnsi="Courier New"/>
          <w:color w:val="555555"/>
          <w:sz w:val="20"/>
        </w:rPr>
        <w:t>[3 . 21]</w:t>
      </w:r>
    </w:p>
    <w:p>
      <w:r>
        <w:rPr>
          <w:rFonts w:ascii="Gentium Plus" w:hAnsi="Gentium Plus"/>
          <w:sz w:val="24"/>
        </w:rPr>
        <w:t>Τοῦ δὲ θέρεος, ἔνιά τε τουτέων, καὶ πυρετοὶ ξυνεχέες, καὶ καῦσοι, καὶ τριταῖοι πλεῖστοι, καὶ ἔμετοι, καὶ διάῤῥοιαι, καὶ ὀφθαλμίαι, καὶ ὤτων πόνοι, καὶ στομάτων ἑλκώσιες, καὶ ση‐ πεδόνες αἰδοίων, καὶ ἵδρωα.</w:t>
      </w:r>
    </w:p>
    <w:p>
      <w:r>
        <w:rPr>
          <w:rFonts w:ascii="Courier New" w:hAnsi="Courier New"/>
          <w:color w:val="555555"/>
          <w:sz w:val="20"/>
        </w:rPr>
        <w:t>[3 . 22]</w:t>
      </w:r>
    </w:p>
    <w:p>
      <w:r>
        <w:rPr>
          <w:rFonts w:ascii="Gentium Plus" w:hAnsi="Gentium Plus"/>
          <w:sz w:val="24"/>
        </w:rPr>
        <w:t>Τοῦ δὲ φθινοπώρου, καὶ τῶν θερινῶν τὰ πολλὰ, καὶ πυ‐ ρετοὶ τεταρταῖοι, καὶ πλανῆτες, καὶ σπλῆνες, καὶ ὕδρωπες, καὶ φθίσιες, καὶ στραγγουρίαι, καὶ λειεντερίαι, καὶ δυσεντερίαι, καὶ ἰσχιάδες, καὶ κυνάγχαι, καὶ ἄσθματα, καὶ εἰλεοὶ, καὶ ἐπιληψίαι,</w:t>
      </w:r>
    </w:p>
    <w:p>
      <w:r>
        <w:rPr>
          <w:rFonts w:ascii="Courier New" w:hAnsi="Courier New"/>
          <w:color w:val="555555"/>
          <w:sz w:val="20"/>
        </w:rPr>
        <w:t>[5]</w:t>
      </w:r>
    </w:p>
    <w:p>
      <w:r>
        <w:rPr>
          <w:rFonts w:ascii="Gentium Plus" w:hAnsi="Gentium Plus"/>
          <w:sz w:val="24"/>
        </w:rPr>
        <w:t>καὶ τὰ μανικὰ, καὶ τὰ μελαγχολικά.</w:t>
      </w:r>
    </w:p>
    <w:p>
      <w:r>
        <w:rPr>
          <w:rFonts w:ascii="Courier New" w:hAnsi="Courier New"/>
          <w:color w:val="555555"/>
          <w:sz w:val="20"/>
        </w:rPr>
        <w:t>[3 . 23]</w:t>
      </w:r>
    </w:p>
    <w:p>
      <w:r>
        <w:rPr>
          <w:rFonts w:ascii="Gentium Plus" w:hAnsi="Gentium Plus"/>
          <w:sz w:val="24"/>
        </w:rPr>
        <w:t>Τοῦ δὲ χειμῶνος, πλευρίτιδες, περιπλευμονίαι, κό‐ ρυζαι, βράγχοι, βῆχες, πόνοι στηθέων, πόνοι πλευρέων, ὀσφύος, κεφαλαλγίαι, ἴλιγγοι, ἀποπληξίαι.</w:t>
      </w:r>
    </w:p>
    <w:p>
      <w:r>
        <w:rPr>
          <w:rFonts w:ascii="Courier New" w:hAnsi="Courier New"/>
          <w:color w:val="555555"/>
          <w:sz w:val="20"/>
        </w:rPr>
        <w:t>[3 . 24]</w:t>
      </w:r>
    </w:p>
    <w:p>
      <w:r>
        <w:rPr>
          <w:rFonts w:ascii="Gentium Plus" w:hAnsi="Gentium Plus"/>
          <w:sz w:val="24"/>
        </w:rPr>
        <w:t>Ἐν δὲ τῇσιν ἡλικίῃσι τοιάδε ξυμβαίνει· τοῖσι μὲν σμικροῖσι καὶ νεογνοῖσι παιδίοισιν, ἄφθαι, ἔμετοι, βῆχες, ἀγρυπνίαι, φόβοι, ὀμφαλοῦ φλεγμοναὶ, ὤτων ὑγρότητες.</w:t>
      </w:r>
    </w:p>
    <w:p>
      <w:r>
        <w:rPr>
          <w:rFonts w:ascii="Courier New" w:hAnsi="Courier New"/>
          <w:color w:val="555555"/>
          <w:sz w:val="20"/>
        </w:rPr>
        <w:t>[3 . 25]</w:t>
      </w:r>
    </w:p>
    <w:p>
      <w:r>
        <w:rPr>
          <w:rFonts w:ascii="Gentium Plus" w:hAnsi="Gentium Plus"/>
          <w:sz w:val="24"/>
        </w:rPr>
        <w:t>Πρὸς δὲ τὸ ὀδοντοφυέειν προσάγουσιν, οὔλων ὀδα‐ ξησμοὶ, πυρετοὶ, σπασμοὶ, διάῤῥοιαι, καὶ μάλιστα ὅταν ἀνάγωσι τοὺς κυνόδοντας, καὶ τοῖσι παχυτάτοισι τῶν παίδων, καὶ τοῖσι σκληρὰς τὰς κοιλίας ἔχουσιν.</w:t>
      </w:r>
    </w:p>
    <w:p>
      <w:r>
        <w:rPr>
          <w:rFonts w:ascii="Courier New" w:hAnsi="Courier New"/>
          <w:color w:val="555555"/>
          <w:sz w:val="20"/>
        </w:rPr>
        <w:t>[3 . 26]</w:t>
      </w:r>
    </w:p>
    <w:p>
      <w:r>
        <w:rPr>
          <w:rFonts w:ascii="Gentium Plus" w:hAnsi="Gentium Plus"/>
          <w:sz w:val="24"/>
        </w:rPr>
        <w:t>Πρεσβυτέροισι δὲ γενομένοισι, παρίσθμια, σπον‐ δύλου τοῦ κατὰ τὸ ἰνίον εἴσω ὤσιες, ἄσθματα, λιθιάσιες, ἕλμινθες στρογγύλαι, ἀσκαρίδες, ἀκροχορδόνες, σατυριασμοὶ,</w:t>
      </w:r>
    </w:p>
    <w:p>
      <w:r>
        <w:rPr>
          <w:rFonts w:ascii="Courier New" w:hAnsi="Courier New"/>
          <w:color w:val="555555"/>
          <w:sz w:val="20"/>
        </w:rPr>
        <w:t>[3 . 27]</w:t>
      </w:r>
    </w:p>
    <w:p>
      <w:r>
        <w:rPr>
          <w:rFonts w:ascii="Gentium Plus" w:hAnsi="Gentium Plus"/>
          <w:sz w:val="24"/>
        </w:rPr>
        <w:t>Τοῖσι δὲ ἔτι πρεσβυτέροισι καὶ πρὸς τὴν ἥβην προσ‐ άγουσι, τουτέων τε τὰ πολλὰ, καὶ πυρετοὶ χρόνιοι μᾶλλον, καὶ ἐκ ῥινῶν αἵματος ῥύσιες.</w:t>
      </w:r>
    </w:p>
    <w:p>
      <w:r>
        <w:rPr>
          <w:rFonts w:ascii="Courier New" w:hAnsi="Courier New"/>
          <w:color w:val="555555"/>
          <w:sz w:val="20"/>
        </w:rPr>
        <w:t>[3 . 28]</w:t>
      </w:r>
    </w:p>
    <w:p>
      <w:r>
        <w:rPr>
          <w:rFonts w:ascii="Gentium Plus" w:hAnsi="Gentium Plus"/>
          <w:sz w:val="24"/>
        </w:rPr>
        <w:t>Τὰ δὲ πλεῖστα τοῖσι παιδίοισι πάθεα κρίνεται, τὰ μὲν ἐν τεσσαράκοντα ἡμέρῃσι, τὰ δὲ ἐν ἑπτὰ μησὶ, τὰ δὲ ἐν ἑπτὰ ἔτεσι, τὰ δὲ πρὸς τὴν ἥβην προσάγουσιν· ὅσα δ’ ἂν διαμείνῃ τοῖσι παιδίοισι, καὶ μὴ ἀπολυθῇ περὶ τὸ ἡβάσκειν, ἢ τῇσι</w:t>
      </w:r>
    </w:p>
    <w:p>
      <w:r>
        <w:rPr>
          <w:rFonts w:ascii="Courier New" w:hAnsi="Courier New"/>
          <w:color w:val="555555"/>
          <w:sz w:val="20"/>
        </w:rPr>
        <w:t>[5]</w:t>
      </w:r>
    </w:p>
    <w:p>
      <w:r>
        <w:rPr>
          <w:rFonts w:ascii="Gentium Plus" w:hAnsi="Gentium Plus"/>
          <w:sz w:val="24"/>
        </w:rPr>
        <w:t>θηλείῃσι περὶ τὰς τῶν καταμηνίων ῥήξιας, χρονίζειν εἴωθεν.</w:t>
      </w:r>
    </w:p>
    <w:p>
      <w:r>
        <w:rPr>
          <w:rFonts w:ascii="Courier New" w:hAnsi="Courier New"/>
          <w:color w:val="555555"/>
          <w:sz w:val="20"/>
        </w:rPr>
        <w:t>[3 . 29]</w:t>
      </w:r>
    </w:p>
    <w:p>
      <w:r>
        <w:rPr>
          <w:rFonts w:ascii="Gentium Plus" w:hAnsi="Gentium Plus"/>
          <w:sz w:val="24"/>
        </w:rPr>
        <w:t>Τοῖσι δὲ νεηνίσκοισιν, αἵματος πτύσιες, φθίσιες, πυρετοὶ ὀξέες, ἐπιληψίαι, καὶ τἄλλα νουσήματα, μάλιστα δὲ τὰ προειρη‐ μένα.</w:t>
      </w:r>
    </w:p>
    <w:p>
      <w:r>
        <w:rPr>
          <w:rFonts w:ascii="Courier New" w:hAnsi="Courier New"/>
          <w:color w:val="555555"/>
          <w:sz w:val="20"/>
        </w:rPr>
        <w:t>[3 . 30]</w:t>
      </w:r>
    </w:p>
    <w:p>
      <w:r>
        <w:rPr>
          <w:rFonts w:ascii="Gentium Plus" w:hAnsi="Gentium Plus"/>
          <w:sz w:val="24"/>
        </w:rPr>
        <w:t>Τοῖσι δὲ ὑπὲρ τὴν ἡλικίην ταύτην, ἄσθματα, πλευρίτιδες, περιπλευμονίαι, λήθαργοι, φρενίτιδες, καῦσοι, διάῤῥοιαι χρόνιαι, χολέραι, δυσεντερίαι, λειεντερίαι, αἱμοῤῥοΐδες.</w:t>
      </w:r>
    </w:p>
    <w:p>
      <w:r>
        <w:rPr>
          <w:rFonts w:ascii="Courier New" w:hAnsi="Courier New"/>
          <w:color w:val="555555"/>
          <w:sz w:val="20"/>
        </w:rPr>
        <w:t>[3 . 31]</w:t>
      </w:r>
    </w:p>
    <w:p>
      <w:r>
        <w:rPr>
          <w:rFonts w:ascii="Gentium Plus" w:hAnsi="Gentium Plus"/>
          <w:sz w:val="24"/>
        </w:rPr>
        <w:t>Τοῖσι δὲ πρεσβύτῃσι, δύσπνοιαι, κατάῤῥοοι βηχώδεες, στραγγουρίαι, δυσουρίαι, ἄρθρων πόνοι, νεφρίτιδες, ἴλιγγοι,</w:t>
      </w:r>
    </w:p>
    <w:p>
      <w:r>
        <w:rPr>
          <w:rFonts w:ascii="Courier New" w:hAnsi="Courier New"/>
          <w:color w:val="555555"/>
          <w:sz w:val="20"/>
        </w:rPr>
        <w:t>[5]</w:t>
      </w:r>
    </w:p>
    <w:p>
      <w:r>
        <w:rPr>
          <w:rFonts w:ascii="Gentium Plus" w:hAnsi="Gentium Plus"/>
          <w:sz w:val="24"/>
        </w:rPr>
        <w:t>σιες, βαρυηκοΐαι.</w:t>
      </w:r>
    </w:p>
    <w:p>
      <w:r>
        <w:rPr>
          <w:rFonts w:ascii="Courier New" w:hAnsi="Courier New"/>
          <w:color w:val="555555"/>
          <w:sz w:val="20"/>
        </w:rPr>
        <w:t>[5]</w:t>
      </w:r>
    </w:p>
    <w:p>
      <w:r>
        <w:rPr>
          <w:rFonts w:ascii="Gentium Plus" w:hAnsi="Gentium Plus"/>
          <w:sz w:val="24"/>
        </w:rPr>
      </w:r>
    </w:p>
    <w:p>
      <w:pPr>
        <w:jc w:val="center"/>
      </w:pPr>
      <w:r>
        <w:rPr>
          <w:rFonts w:ascii="Gentium Plus" w:hAnsi="Gentium Plus"/>
          <w:b/>
          <w:sz w:val="24"/>
        </w:rPr>
        <w:t>ΤΜΗΜΑ ΤΕΤΑΡΤΟΝ.</w:t>
      </w:r>
    </w:p>
    <w:p>
      <w:r>
        <w:rPr>
          <w:rFonts w:ascii="Courier New" w:hAnsi="Courier New"/>
          <w:color w:val="555555"/>
          <w:sz w:val="20"/>
        </w:rPr>
        <w:t>[1]</w:t>
      </w:r>
    </w:p>
    <w:p>
      <w:r>
        <w:rPr>
          <w:rFonts w:ascii="Gentium Plus" w:hAnsi="Gentium Plus"/>
          <w:sz w:val="24"/>
        </w:rPr>
      </w:r>
    </w:p>
    <w:p>
      <w:r>
        <w:rPr>
          <w:rFonts w:ascii="Courier New" w:hAnsi="Courier New"/>
          <w:color w:val="555555"/>
          <w:sz w:val="20"/>
        </w:rPr>
        <w:t>[4 . 1]</w:t>
      </w:r>
    </w:p>
    <w:p>
      <w:r>
        <w:rPr>
          <w:rFonts w:ascii="Gentium Plus" w:hAnsi="Gentium Plus"/>
          <w:sz w:val="24"/>
        </w:rPr>
        <w:t>Τὰς κυούσας φαρμακεύειν, ἢν ὀργᾷ, τετράμηνα καὶ ἄχρι ἑπτὰ μηνῶν, ἧσσον δὲ ταύτας· τὰ δὲ νήπια καὶ τὰ πρεσβύ‐ τερα εὐλαβέεσθαι χρή.</w:t>
      </w:r>
    </w:p>
    <w:p>
      <w:r>
        <w:rPr>
          <w:rFonts w:ascii="Courier New" w:hAnsi="Courier New"/>
          <w:color w:val="555555"/>
          <w:sz w:val="20"/>
        </w:rPr>
        <w:t>[4 . 2]</w:t>
      </w:r>
    </w:p>
    <w:p>
      <w:r>
        <w:rPr>
          <w:rFonts w:ascii="Gentium Plus" w:hAnsi="Gentium Plus"/>
          <w:sz w:val="24"/>
        </w:rPr>
        <w:t>Ἐν τῇσι φαρμακείῃσι τοιαῦτα ἄγειν ἐκ τοῦ σώματος, ὁκοῖα καὶ αὐτόματα ἰόντα χρήσιμα, τὰ δὲ ἐναντίως ἰόντα παύειν.</w:t>
      </w:r>
    </w:p>
    <w:p>
      <w:r>
        <w:rPr>
          <w:rFonts w:ascii="Courier New" w:hAnsi="Courier New"/>
          <w:color w:val="555555"/>
          <w:sz w:val="20"/>
        </w:rPr>
        <w:t>[4 . 3]</w:t>
      </w:r>
    </w:p>
    <w:p>
      <w:r>
        <w:rPr>
          <w:rFonts w:ascii="Gentium Plus" w:hAnsi="Gentium Plus"/>
          <w:sz w:val="24"/>
        </w:rPr>
        <w:t>Ἢν μὲν οἷα δεῖ καθαίρεσθαι, καθαίρωνται, ξυμφέρει τε καὶ εὐφόρως φέρουσι, τὰ δὲ ἐναντία, δυσχερῶς.</w:t>
      </w:r>
    </w:p>
    <w:p>
      <w:r>
        <w:rPr>
          <w:rFonts w:ascii="Courier New" w:hAnsi="Courier New"/>
          <w:color w:val="555555"/>
          <w:sz w:val="20"/>
        </w:rPr>
        <w:t>[4 . 4]</w:t>
      </w:r>
    </w:p>
    <w:p>
      <w:r>
        <w:rPr>
          <w:rFonts w:ascii="Gentium Plus" w:hAnsi="Gentium Plus"/>
          <w:sz w:val="24"/>
        </w:rPr>
        <w:t>Φαρμακεύειν θέρεος μὲν μᾶλλον τὰς ἄνω, χειμῶνος δὲ τὰς κάτω.</w:t>
      </w:r>
    </w:p>
    <w:p>
      <w:r>
        <w:rPr>
          <w:rFonts w:ascii="Courier New" w:hAnsi="Courier New"/>
          <w:color w:val="555555"/>
          <w:sz w:val="20"/>
        </w:rPr>
        <w:t>[4 . 5]</w:t>
      </w:r>
    </w:p>
    <w:p>
      <w:r>
        <w:rPr>
          <w:rFonts w:ascii="Gentium Plus" w:hAnsi="Gentium Plus"/>
          <w:sz w:val="24"/>
        </w:rPr>
        <w:t>Ὑπὸ κύνα καὶ πρὸ κυνὸς ἐργώδεες αἱ φαρμακεῖαι.</w:t>
      </w:r>
    </w:p>
    <w:p>
      <w:r>
        <w:rPr>
          <w:rFonts w:ascii="Courier New" w:hAnsi="Courier New"/>
          <w:color w:val="555555"/>
          <w:sz w:val="20"/>
        </w:rPr>
        <w:t>[4 . 6]</w:t>
      </w:r>
    </w:p>
    <w:p>
      <w:r>
        <w:rPr>
          <w:rFonts w:ascii="Gentium Plus" w:hAnsi="Gentium Plus"/>
          <w:sz w:val="24"/>
        </w:rPr>
        <w:t>Τοὺς ἰσχνοὺς τοὺς εὐημέας ἄνω φαρμακεύειν, ὑποστελλο‐ μένους χειμῶνα.</w:t>
      </w:r>
    </w:p>
    <w:p>
      <w:r>
        <w:rPr>
          <w:rFonts w:ascii="Courier New" w:hAnsi="Courier New"/>
          <w:color w:val="555555"/>
          <w:sz w:val="20"/>
        </w:rPr>
        <w:t>[4 . 7]</w:t>
      </w:r>
    </w:p>
    <w:p>
      <w:r>
        <w:rPr>
          <w:rFonts w:ascii="Gentium Plus" w:hAnsi="Gentium Plus"/>
          <w:sz w:val="24"/>
        </w:rPr>
        <w:t>Τοὺς δὲ δυσημέας καὶ μέσως εὐσάρκους, κάτω, ὑποστελ‐ λομένους θέρος.</w:t>
      </w:r>
    </w:p>
    <w:p>
      <w:r>
        <w:rPr>
          <w:rFonts w:ascii="Courier New" w:hAnsi="Courier New"/>
          <w:color w:val="555555"/>
          <w:sz w:val="20"/>
        </w:rPr>
        <w:t>[4 . 8]</w:t>
      </w:r>
    </w:p>
    <w:p>
      <w:r>
        <w:rPr>
          <w:rFonts w:ascii="Gentium Plus" w:hAnsi="Gentium Plus"/>
          <w:sz w:val="24"/>
        </w:rPr>
        <w:t>Τοὺς δὲ φθινώδεας, ὑποστελλομένους τὰς ἄνω.</w:t>
      </w:r>
    </w:p>
    <w:p>
      <w:r>
        <w:rPr>
          <w:rFonts w:ascii="Courier New" w:hAnsi="Courier New"/>
          <w:color w:val="555555"/>
          <w:sz w:val="20"/>
        </w:rPr>
        <w:t>[4 . 9]</w:t>
      </w:r>
    </w:p>
    <w:p>
      <w:r>
        <w:rPr>
          <w:rFonts w:ascii="Gentium Plus" w:hAnsi="Gentium Plus"/>
          <w:sz w:val="24"/>
        </w:rPr>
        <w:t>Τοὺς δὲ μελαγχολικοὺς, ἁδροτέρως τὰς κάτω, τῷ αὐτῷ λογισμῷ τἀναντία προστιθείς.</w:t>
      </w:r>
    </w:p>
    <w:p>
      <w:r>
        <w:rPr>
          <w:rFonts w:ascii="Courier New" w:hAnsi="Courier New"/>
          <w:color w:val="555555"/>
          <w:sz w:val="20"/>
        </w:rPr>
        <w:t>[4 . 10]</w:t>
      </w:r>
    </w:p>
    <w:p>
      <w:r>
        <w:rPr>
          <w:rFonts w:ascii="Gentium Plus" w:hAnsi="Gentium Plus"/>
          <w:sz w:val="24"/>
        </w:rPr>
        <w:t>Φαρμακεύειν ἐν τοῖσι λίην ὀξέσιν, ἢν ὀργᾷ, αὐθημερόν· χρονίζειν γὰρ ἐν τοῖσι τοιουτέοισι κακόν.</w:t>
      </w:r>
    </w:p>
    <w:p>
      <w:r>
        <w:rPr>
          <w:rFonts w:ascii="Courier New" w:hAnsi="Courier New"/>
          <w:color w:val="555555"/>
          <w:sz w:val="20"/>
        </w:rPr>
        <w:t>[4 . 11]</w:t>
      </w:r>
    </w:p>
    <w:p>
      <w:r>
        <w:rPr>
          <w:rFonts w:ascii="Gentium Plus" w:hAnsi="Gentium Plus"/>
          <w:sz w:val="24"/>
        </w:rPr>
        <w:t>Ὁκόσοισι στρόφοι, καὶ περὶ ὀμφαλὸν πόνοι, καὶ ὀσφύος ἄλγημα μὴ λυόμενον μήτε ὑπὸ φαρμακείης, μήτ’ ἄλλως, εἰς ὕδρωπα ξηρὸν ἱδρύεται.</w:t>
      </w:r>
    </w:p>
    <w:p>
      <w:r>
        <w:rPr>
          <w:rFonts w:ascii="Courier New" w:hAnsi="Courier New"/>
          <w:color w:val="555555"/>
          <w:sz w:val="20"/>
        </w:rPr>
        <w:t>[4 . 12]</w:t>
      </w:r>
    </w:p>
    <w:p>
      <w:r>
        <w:rPr>
          <w:rFonts w:ascii="Gentium Plus" w:hAnsi="Gentium Plus"/>
          <w:sz w:val="24"/>
        </w:rPr>
        <w:t>Ὁκόσοισι κοιλίαι λειεντεριώδεες, χειμῶνος φαρμακεύειν ἄνω, κακόν.</w:t>
      </w:r>
    </w:p>
    <w:p>
      <w:r>
        <w:rPr>
          <w:rFonts w:ascii="Courier New" w:hAnsi="Courier New"/>
          <w:color w:val="555555"/>
          <w:sz w:val="20"/>
        </w:rPr>
        <w:t>[4 . 13]</w:t>
      </w:r>
    </w:p>
    <w:p>
      <w:r>
        <w:rPr>
          <w:rFonts w:ascii="Gentium Plus" w:hAnsi="Gentium Plus"/>
          <w:sz w:val="24"/>
        </w:rPr>
        <w:t>Πρὸς τοὺς ἐλλεβόρους τοῖσι μὴ ῥηϊδίως ἄνω κα‐ θαιρομένοισι, πρὸ τῆς πόσιος προϋγραίνειν τὰ σώματα πλείονι τροφῇ καὶ ἀναπαύσει.</w:t>
      </w:r>
    </w:p>
    <w:p>
      <w:r>
        <w:rPr>
          <w:rFonts w:ascii="Courier New" w:hAnsi="Courier New"/>
          <w:color w:val="555555"/>
          <w:sz w:val="20"/>
        </w:rPr>
        <w:t>[4 . 14]</w:t>
      </w:r>
    </w:p>
    <w:p>
      <w:r>
        <w:rPr>
          <w:rFonts w:ascii="Gentium Plus" w:hAnsi="Gentium Plus"/>
          <w:sz w:val="24"/>
        </w:rPr>
        <w:t>Ἐπὴν πίῃ τις ἐλλέβορον, πρὸς μὲν τὰς κινήσιας τῶν σω‐ μάτων μᾶλλον ἄγειν, πρὸς δὲ τοὺς ὕπνους καὶ μὴ κινήσιας, ἧσσον· δηλοῖ δὲ καὶ ἡ ναυτιλίη, ὅτι κίνησις τὰ σώματα ταράσσει.</w:t>
      </w:r>
    </w:p>
    <w:p>
      <w:r>
        <w:rPr>
          <w:rFonts w:ascii="Courier New" w:hAnsi="Courier New"/>
          <w:color w:val="555555"/>
          <w:sz w:val="20"/>
        </w:rPr>
        <w:t>[4 . 15]</w:t>
      </w:r>
    </w:p>
    <w:p>
      <w:r>
        <w:rPr>
          <w:rFonts w:ascii="Gentium Plus" w:hAnsi="Gentium Plus"/>
          <w:sz w:val="24"/>
        </w:rPr>
        <w:t>Ἐπὴν βούλῃ μᾶλλον ἄγειν τὸν ἐλλέβορον, κίνει τὸ σῶμα· ἐπὴν δὲ παῦσαι, ὕπνον ποίει, καὶ μὴ κίνει.</w:t>
      </w:r>
    </w:p>
    <w:p>
      <w:r>
        <w:rPr>
          <w:rFonts w:ascii="Courier New" w:hAnsi="Courier New"/>
          <w:color w:val="555555"/>
          <w:sz w:val="20"/>
        </w:rPr>
        <w:t>[4 . 16]</w:t>
      </w:r>
    </w:p>
    <w:p>
      <w:r>
        <w:rPr>
          <w:rFonts w:ascii="Gentium Plus" w:hAnsi="Gentium Plus"/>
          <w:sz w:val="24"/>
        </w:rPr>
        <w:t>Ἐλλέβορος ἐπικίνδυνος τοῖσι τὰς σάρκας ὑγιέας ἔχουσι, σπασμὸν γὰρ ἐμποιέει.</w:t>
      </w:r>
    </w:p>
    <w:p>
      <w:r>
        <w:rPr>
          <w:rFonts w:ascii="Courier New" w:hAnsi="Courier New"/>
          <w:color w:val="555555"/>
          <w:sz w:val="20"/>
        </w:rPr>
        <w:t>[4 . 17]</w:t>
      </w:r>
    </w:p>
    <w:p>
      <w:r>
        <w:rPr>
          <w:rFonts w:ascii="Gentium Plus" w:hAnsi="Gentium Plus"/>
          <w:sz w:val="24"/>
        </w:rPr>
        <w:t>Ἀπυρέτῳ ἐόντι, ἀποσιτίη, καὶ καρδιωγμὸς, καὶ σκοτό‐ δινος, καὶ στόμα ἐκπικρούμενον, ἄνω φαρμακείης δέεσθαι σημαίνει.</w:t>
      </w:r>
    </w:p>
    <w:p>
      <w:r>
        <w:rPr>
          <w:rFonts w:ascii="Courier New" w:hAnsi="Courier New"/>
          <w:color w:val="555555"/>
          <w:sz w:val="20"/>
        </w:rPr>
        <w:t>[4 . 18]</w:t>
      </w:r>
    </w:p>
    <w:p>
      <w:r>
        <w:rPr>
          <w:rFonts w:ascii="Gentium Plus" w:hAnsi="Gentium Plus"/>
          <w:sz w:val="24"/>
        </w:rPr>
        <w:t>Τὰ ὑπὲρ τῶν φρενῶν ὀδυνήματα ἄνω φαρμακείην ση‐</w:t>
      </w:r>
    </w:p>
    <w:p>
      <w:r>
        <w:rPr>
          <w:rFonts w:ascii="Courier New" w:hAnsi="Courier New"/>
          <w:color w:val="555555"/>
          <w:sz w:val="20"/>
        </w:rPr>
        <w:t>[4 . 19]</w:t>
      </w:r>
    </w:p>
    <w:p>
      <w:r>
        <w:rPr>
          <w:rFonts w:ascii="Gentium Plus" w:hAnsi="Gentium Plus"/>
          <w:sz w:val="24"/>
        </w:rPr>
        <w:t>Ὁκόσοι ἐν τῇσι φαρμακοποσίῃσι μὴ διψῶσι, καθαιρό‐ μενοι οὐ παύονται πρὶν ἢ διψήσωσιν.</w:t>
      </w:r>
    </w:p>
    <w:p>
      <w:r>
        <w:rPr>
          <w:rFonts w:ascii="Courier New" w:hAnsi="Courier New"/>
          <w:color w:val="555555"/>
          <w:sz w:val="20"/>
        </w:rPr>
        <w:t>[4 . 20]</w:t>
      </w:r>
    </w:p>
    <w:p>
      <w:r>
        <w:rPr>
          <w:rFonts w:ascii="Gentium Plus" w:hAnsi="Gentium Plus"/>
          <w:sz w:val="24"/>
        </w:rPr>
        <w:t>Ἀπυρέτοισιν ἐοῦσιν, ἢν γίνηται στρόφος, καὶ γουνάτων βάρος, καὶ ὀσφύος ἄλγημα, κάτω φαρμακείης δεῖσθαι σημαίνει.</w:t>
      </w:r>
    </w:p>
    <w:p>
      <w:r>
        <w:rPr>
          <w:rFonts w:ascii="Courier New" w:hAnsi="Courier New"/>
          <w:color w:val="555555"/>
          <w:sz w:val="20"/>
        </w:rPr>
        <w:t>[4 . 21]</w:t>
      </w:r>
    </w:p>
    <w:p>
      <w:r>
        <w:rPr>
          <w:rFonts w:ascii="Gentium Plus" w:hAnsi="Gentium Plus"/>
          <w:sz w:val="24"/>
        </w:rPr>
        <w:t>Ὑποχωρήματα μέλανα, οἱονεὶ αἷμα, ἀπὸ ταὐτομά‐ του ἰόντα, καὶ ξὺν πυρετῷ, καὶ ἄνευ πυρετοῦ, κάκιστα· καὶ</w:t>
      </w:r>
    </w:p>
    <w:p>
      <w:r>
        <w:rPr>
          <w:rFonts w:ascii="Courier New" w:hAnsi="Courier New"/>
          <w:color w:val="555555"/>
          <w:sz w:val="20"/>
        </w:rPr>
        <w:t>[5]</w:t>
      </w:r>
    </w:p>
    <w:p>
      <w:r>
        <w:rPr>
          <w:rFonts w:ascii="Gentium Plus" w:hAnsi="Gentium Plus"/>
          <w:sz w:val="24"/>
        </w:rPr>
        <w:t>ματα ᾖ, οὐ πονηρόν.</w:t>
      </w:r>
    </w:p>
    <w:p>
      <w:r>
        <w:rPr>
          <w:rFonts w:ascii="Courier New" w:hAnsi="Courier New"/>
          <w:color w:val="555555"/>
          <w:sz w:val="20"/>
        </w:rPr>
        <w:t>[4 . 22]</w:t>
      </w:r>
    </w:p>
    <w:p>
      <w:r>
        <w:rPr>
          <w:rFonts w:ascii="Gentium Plus" w:hAnsi="Gentium Plus"/>
          <w:sz w:val="24"/>
        </w:rPr>
        <w:t>Νοσημάτων ὁκόσων ἀρχομένων, ἢν χολὴ μέλαινα ἢ ἄνω ἢ κάτω ὑπέλθῃ, θανάσιμον.</w:t>
      </w:r>
    </w:p>
    <w:p>
      <w:r>
        <w:rPr>
          <w:rFonts w:ascii="Courier New" w:hAnsi="Courier New"/>
          <w:color w:val="555555"/>
          <w:sz w:val="20"/>
        </w:rPr>
        <w:t>[4 . 23]</w:t>
      </w:r>
    </w:p>
    <w:p>
      <w:r>
        <w:rPr>
          <w:rFonts w:ascii="Gentium Plus" w:hAnsi="Gentium Plus"/>
          <w:sz w:val="24"/>
        </w:rPr>
        <w:t>Ὁκόσοισιν ἐκ νουσημάτων ὀξέων ἢ πολυχρονίων, ἢ ἐκ τρωμάτων, ἢ ἄλλως πως λελεπτυσμένοισι χολὴ μέλαινα ἢ ὁκοῖον αἷμα μέλαν ὑπέλθῃ, τῇ ὑστεραίῃ ἀποθνή‐ σκουσιν.</w:t>
      </w:r>
    </w:p>
    <w:p>
      <w:r>
        <w:rPr>
          <w:rFonts w:ascii="Courier New" w:hAnsi="Courier New"/>
          <w:color w:val="555555"/>
          <w:sz w:val="20"/>
        </w:rPr>
        <w:t>[4 . 24]</w:t>
      </w:r>
    </w:p>
    <w:p>
      <w:r>
        <w:rPr>
          <w:rFonts w:ascii="Gentium Plus" w:hAnsi="Gentium Plus"/>
          <w:sz w:val="24"/>
        </w:rPr>
        <w:t>Δυσεντερίη ἢν ἀπὸ χολῆς μελαίνης ἄρξηται, θανά‐ σιμον.</w:t>
      </w:r>
    </w:p>
    <w:p>
      <w:r>
        <w:rPr>
          <w:rFonts w:ascii="Courier New" w:hAnsi="Courier New"/>
          <w:color w:val="555555"/>
          <w:sz w:val="20"/>
        </w:rPr>
        <w:t>[4 . 25]</w:t>
      </w:r>
    </w:p>
    <w:p>
      <w:r>
        <w:rPr>
          <w:rFonts w:ascii="Gentium Plus" w:hAnsi="Gentium Plus"/>
          <w:sz w:val="24"/>
        </w:rPr>
        <w:t>Αἷμα ἄνω μὲν ὁκοῖον ἂν ᾖ, κακὸν, κάτω δὲ, ἀγαθὸν, καὶ τὰ μέλανα ὑποχωρέοντα.</w:t>
      </w:r>
    </w:p>
    <w:p>
      <w:r>
        <w:rPr>
          <w:rFonts w:ascii="Courier New" w:hAnsi="Courier New"/>
          <w:color w:val="555555"/>
          <w:sz w:val="20"/>
        </w:rPr>
        <w:t>[4 . 26]</w:t>
      </w:r>
    </w:p>
    <w:p>
      <w:r>
        <w:rPr>
          <w:rFonts w:ascii="Gentium Plus" w:hAnsi="Gentium Plus"/>
          <w:sz w:val="24"/>
        </w:rPr>
        <w:t>Ἢν ὑπὸ δυσεντερίης ἐχομένῳ ὁκοῖαι σάρκες ὑποχω‐</w:t>
      </w:r>
    </w:p>
    <w:p>
      <w:r>
        <w:rPr>
          <w:rFonts w:ascii="Courier New" w:hAnsi="Courier New"/>
          <w:color w:val="555555"/>
          <w:sz w:val="20"/>
        </w:rPr>
        <w:t>[4 . 27]</w:t>
      </w:r>
    </w:p>
    <w:p>
      <w:r>
        <w:rPr>
          <w:rFonts w:ascii="Gentium Plus" w:hAnsi="Gentium Plus"/>
          <w:sz w:val="24"/>
        </w:rPr>
        <w:t>Ὁκόσοισιν ἐν τοῖσι πυρετοῖσιν αἱμοῤῥαγέει πλῆθος ὁκοθενοῦν, ἐν τῇσιν ἀναλήψεσι τουτέοισιν αἱ κοιλίαι καθυ‐ γραίνονται.</w:t>
      </w:r>
    </w:p>
    <w:p>
      <w:r>
        <w:rPr>
          <w:rFonts w:ascii="Courier New" w:hAnsi="Courier New"/>
          <w:color w:val="555555"/>
          <w:sz w:val="20"/>
        </w:rPr>
        <w:t>[4 . 28]</w:t>
      </w:r>
    </w:p>
    <w:p>
      <w:r>
        <w:rPr>
          <w:rFonts w:ascii="Gentium Plus" w:hAnsi="Gentium Plus"/>
          <w:sz w:val="24"/>
        </w:rPr>
        <w:t>Ὁκόσοισι χολώδεα τὰ διαχωρήματα, κωφώσιος γενο‐ μένης παύεται, καὶ ὁκόσοισι κώφωσις, χολωδέων γενομέ‐ νων παύεται.</w:t>
      </w:r>
    </w:p>
    <w:p>
      <w:r>
        <w:rPr>
          <w:rFonts w:ascii="Courier New" w:hAnsi="Courier New"/>
          <w:color w:val="555555"/>
          <w:sz w:val="20"/>
        </w:rPr>
        <w:t>[4 . 29]</w:t>
      </w:r>
    </w:p>
    <w:p>
      <w:r>
        <w:rPr>
          <w:rFonts w:ascii="Gentium Plus" w:hAnsi="Gentium Plus"/>
          <w:sz w:val="24"/>
        </w:rPr>
        <w:t>Ὁκόσοισιν ἐν τοῖσι πυρετοῖσιν ἑκταίοισιν ἐοῦσι ῥίγεα γίνεται, δύσκριτα.</w:t>
      </w:r>
    </w:p>
    <w:p>
      <w:r>
        <w:rPr>
          <w:rFonts w:ascii="Courier New" w:hAnsi="Courier New"/>
          <w:color w:val="555555"/>
          <w:sz w:val="20"/>
        </w:rPr>
        <w:t>[4 . 30]</w:t>
      </w:r>
    </w:p>
    <w:p>
      <w:r>
        <w:rPr>
          <w:rFonts w:ascii="Gentium Plus" w:hAnsi="Gentium Plus"/>
          <w:sz w:val="24"/>
        </w:rPr>
        <w:t>Ὁκόσοισι παροξυσμοὶ γίνονται, ἣν ἂν ὥρην ἀφῇ, ἐς τὴν αὔριον τὴν αὐτὴν ὥρην ἢν λάβῃ, δύσκριτα.</w:t>
      </w:r>
    </w:p>
    <w:p>
      <w:r>
        <w:rPr>
          <w:rFonts w:ascii="Courier New" w:hAnsi="Courier New"/>
          <w:color w:val="555555"/>
          <w:sz w:val="20"/>
        </w:rPr>
        <w:t>[4 . 31]</w:t>
      </w:r>
    </w:p>
    <w:p>
      <w:r>
        <w:rPr>
          <w:rFonts w:ascii="Gentium Plus" w:hAnsi="Gentium Plus"/>
          <w:sz w:val="24"/>
        </w:rPr>
        <w:t>Τοῖσι κοπιώδεσιν ἐν τοῖσι πυρετοῖσιν, ἐς ἄρθρα καὶ παρὰ τὰς γνάθους μάλιστα ἀποστάσιες γίνονται.</w:t>
      </w:r>
    </w:p>
    <w:p>
      <w:r>
        <w:rPr>
          <w:rFonts w:ascii="Courier New" w:hAnsi="Courier New"/>
          <w:color w:val="555555"/>
          <w:sz w:val="20"/>
        </w:rPr>
        <w:t>[4 . 32]</w:t>
      </w:r>
    </w:p>
    <w:p>
      <w:r>
        <w:rPr>
          <w:rFonts w:ascii="Gentium Plus" w:hAnsi="Gentium Plus"/>
          <w:sz w:val="24"/>
        </w:rPr>
        <w:t>Ὁκόσοισι δὲ ἀνισταμένοισιν ἐκ τῶν νούσων τι πονέσει,</w:t>
      </w:r>
    </w:p>
    <w:p>
      <w:r>
        <w:rPr>
          <w:rFonts w:ascii="Courier New" w:hAnsi="Courier New"/>
          <w:color w:val="555555"/>
          <w:sz w:val="20"/>
        </w:rPr>
        <w:t>[4 . 33]</w:t>
      </w:r>
    </w:p>
    <w:p>
      <w:r>
        <w:rPr>
          <w:rFonts w:ascii="Gentium Plus" w:hAnsi="Gentium Plus"/>
          <w:sz w:val="24"/>
        </w:rPr>
        <w:t>Ἀτὰρ ἢν καὶ προπεπονηκός τι ᾖ πρὸ τοῦ νοσέειν, ἐνταῦθα στηρίζει ἡ νοῦσος.</w:t>
      </w:r>
    </w:p>
    <w:p>
      <w:r>
        <w:rPr>
          <w:rFonts w:ascii="Courier New" w:hAnsi="Courier New"/>
          <w:color w:val="555555"/>
          <w:sz w:val="20"/>
        </w:rPr>
        <w:t>[4 . 34]</w:t>
      </w:r>
    </w:p>
    <w:p>
      <w:r>
        <w:rPr>
          <w:rFonts w:ascii="Gentium Plus" w:hAnsi="Gentium Plus"/>
          <w:sz w:val="24"/>
        </w:rPr>
        <w:t>Ἢν ὑπὸ πυρετοῦ ἐχομένῳ, οἰδήματος μὴ ἐόντος ἐν τῇ φάρυγγι, πνὶξ ἐξαίφνης ἐπιστῇ, θανάσιμον.</w:t>
      </w:r>
    </w:p>
    <w:p>
      <w:r>
        <w:rPr>
          <w:rFonts w:ascii="Courier New" w:hAnsi="Courier New"/>
          <w:color w:val="555555"/>
          <w:sz w:val="20"/>
        </w:rPr>
        <w:t>[4 . 35]</w:t>
      </w:r>
    </w:p>
    <w:p>
      <w:r>
        <w:rPr>
          <w:rFonts w:ascii="Gentium Plus" w:hAnsi="Gentium Plus"/>
          <w:sz w:val="24"/>
        </w:rPr>
        <w:t>Ἢν ὑπὸ πυρετοῦ ἐχομένῳ ὁ τράχηλος ἐξαίφνης ἐπι‐ στραφῇ, καὶ μόλις καταπίνειν δύνηται, οἰδήματος μὴ ἐόντος, θανάσιμον.</w:t>
      </w:r>
    </w:p>
    <w:p>
      <w:r>
        <w:rPr>
          <w:rFonts w:ascii="Courier New" w:hAnsi="Courier New"/>
          <w:color w:val="555555"/>
          <w:sz w:val="20"/>
        </w:rPr>
        <w:t>[4 . 36]</w:t>
      </w:r>
    </w:p>
    <w:p>
      <w:r>
        <w:rPr>
          <w:rFonts w:ascii="Gentium Plus" w:hAnsi="Gentium Plus"/>
          <w:sz w:val="24"/>
        </w:rPr>
        <w:t>Ἱδρῶτες πυρεταίνουσιν ἢν ἄρξωνται, ἀγαθοὶ τριταῖοι, καὶ πεμπταῖοι, καὶ ἑβδομαῖοι, καὶ ἐναταῖοι, καὶ ἑνδεκαταῖοι, καὶ τεσσαρεσκαιδεκαταῖοι, καὶ ἑπτακαιδεκαταῖοι, καὶ μιῇ καὶ εἰκο‐</w:t>
      </w:r>
    </w:p>
    <w:p>
      <w:r>
        <w:rPr>
          <w:rFonts w:ascii="Courier New" w:hAnsi="Courier New"/>
          <w:color w:val="555555"/>
          <w:sz w:val="20"/>
        </w:rPr>
        <w:t>[5]</w:t>
      </w:r>
    </w:p>
    <w:p>
      <w:r>
        <w:rPr>
          <w:rFonts w:ascii="Gentium Plus" w:hAnsi="Gentium Plus"/>
          <w:sz w:val="24"/>
        </w:rPr>
        <w:t>κοστῇ τετάρτῃ· οὗτοι γὰρ οἱ ἱδρῶτες νούσους κρίνουσιν· οἱ δὲ μὴ οὕτω γινόμενοι πόνον σημαίνουσι καὶ μῆκος νού‐ σου καὶ ὑποτροπιασμούς.</w:t>
      </w:r>
    </w:p>
    <w:p>
      <w:r>
        <w:rPr>
          <w:rFonts w:ascii="Courier New" w:hAnsi="Courier New"/>
          <w:color w:val="555555"/>
          <w:sz w:val="20"/>
        </w:rPr>
        <w:t>[4 . 37]</w:t>
      </w:r>
    </w:p>
    <w:p>
      <w:r>
        <w:rPr>
          <w:rFonts w:ascii="Gentium Plus" w:hAnsi="Gentium Plus"/>
          <w:sz w:val="24"/>
        </w:rPr>
        <w:t>Οἱ ψυχροὶ ἱδρῶτες, ξὺν μὲν ὀξεῖ πυρετῷ γινόμενοι, θάνατον, ξὺν πρηϋτέρῳ δὲ, μῆκος νούσου σημαίνουσιν.</w:t>
      </w:r>
    </w:p>
    <w:p>
      <w:r>
        <w:rPr>
          <w:rFonts w:ascii="Courier New" w:hAnsi="Courier New"/>
          <w:color w:val="555555"/>
          <w:sz w:val="20"/>
        </w:rPr>
        <w:t>[4 . 38]</w:t>
      </w:r>
    </w:p>
    <w:p>
      <w:r>
        <w:rPr>
          <w:rFonts w:ascii="Gentium Plus" w:hAnsi="Gentium Plus"/>
          <w:sz w:val="24"/>
        </w:rPr>
        <w:t>Καὶ ὅκου ἔνι τοῦ σώματος ἱδρὼς, ἐνταῦθα φρά‐ ζει τὴν νοῦσον.</w:t>
      </w:r>
    </w:p>
    <w:p>
      <w:r>
        <w:rPr>
          <w:rFonts w:ascii="Courier New" w:hAnsi="Courier New"/>
          <w:color w:val="555555"/>
          <w:sz w:val="20"/>
        </w:rPr>
        <w:t>[4 . 39]</w:t>
      </w:r>
    </w:p>
    <w:p>
      <w:r>
        <w:rPr>
          <w:rFonts w:ascii="Gentium Plus" w:hAnsi="Gentium Plus"/>
          <w:sz w:val="24"/>
        </w:rPr>
        <w:t>Καὶ ὅκου ἔνι τοῦ σώματος θερμὸν ἢ ψυχρὸν, ἐν‐ ταῦθα ἡ νοῦσος.</w:t>
      </w:r>
    </w:p>
    <w:p>
      <w:r>
        <w:rPr>
          <w:rFonts w:ascii="Courier New" w:hAnsi="Courier New"/>
          <w:color w:val="555555"/>
          <w:sz w:val="20"/>
        </w:rPr>
        <w:t>[4 . 40]</w:t>
      </w:r>
    </w:p>
    <w:p>
      <w:r>
        <w:rPr>
          <w:rFonts w:ascii="Gentium Plus" w:hAnsi="Gentium Plus"/>
          <w:sz w:val="24"/>
        </w:rPr>
        <w:t>Καὶ ὅκου ἐν ὅλῳ τῷ σώματι μεταβολαὶ, καὶ ἢν τὸ σῶμα καταψύχηται, ἢ αὖθις θερμαίνηται, ἢ χρῶμα ἕτερον ἐξ ἑτέρου γίνηται, μῆκος νούσου σημαίνει.</w:t>
      </w:r>
    </w:p>
    <w:p>
      <w:r>
        <w:rPr>
          <w:rFonts w:ascii="Courier New" w:hAnsi="Courier New"/>
          <w:color w:val="555555"/>
          <w:sz w:val="20"/>
        </w:rPr>
        <w:t>[4 . 41]</w:t>
      </w:r>
    </w:p>
    <w:p>
      <w:r>
        <w:rPr>
          <w:rFonts w:ascii="Gentium Plus" w:hAnsi="Gentium Plus"/>
          <w:sz w:val="24"/>
        </w:rPr>
        <w:t>Ἱδρὼς πουλὺς ἐξ ὕπνου ἄνευ τινὸς αἰτίης φανερῆς γινόμενος, τὸ σῶμα σημαίνει ὅτι πλείονι τροφῇ χρέεται· ἢν δὲ τροφὴν μὴ λαμβάνοντι τοῦτο γίγνηται, σημαίνει ὅτι κενώσιος</w:t>
      </w:r>
    </w:p>
    <w:p>
      <w:r>
        <w:rPr>
          <w:rFonts w:ascii="Courier New" w:hAnsi="Courier New"/>
          <w:color w:val="555555"/>
          <w:sz w:val="20"/>
        </w:rPr>
        <w:t>[4 . 42]</w:t>
      </w:r>
    </w:p>
    <w:p>
      <w:r>
        <w:rPr>
          <w:rFonts w:ascii="Gentium Plus" w:hAnsi="Gentium Plus"/>
          <w:sz w:val="24"/>
        </w:rPr>
        <w:t>Ἱδρὼς πουλὺς ψυχρὸς ἢ θερμὸς αἰεὶ ῥέων, ὁ μὲν ψυχρὸς, μέζω, ὁ δὲ θερμὸς, ἐλάσσω, νοῦσον σημαίνει.</w:t>
      </w:r>
    </w:p>
    <w:p>
      <w:r>
        <w:rPr>
          <w:rFonts w:ascii="Courier New" w:hAnsi="Courier New"/>
          <w:color w:val="555555"/>
          <w:sz w:val="20"/>
        </w:rPr>
        <w:t>[4 . 43]</w:t>
      </w:r>
    </w:p>
    <w:p>
      <w:r>
        <w:rPr>
          <w:rFonts w:ascii="Gentium Plus" w:hAnsi="Gentium Plus"/>
          <w:sz w:val="24"/>
        </w:rPr>
        <w:t>Οἱ πυρετοὶ ὁκόσοι, μὴ διαλείποντες, διὰ τρίτης ἰσχυρότεροι γίνονται, ἐπικίνδυνοι· ὅτῳ δ’ ἂν τρόπῳ δια‐ λείπωσι, σημαίνει ὅτι ἀκίνδυνοι.</w:t>
      </w:r>
    </w:p>
    <w:p>
      <w:r>
        <w:rPr>
          <w:rFonts w:ascii="Courier New" w:hAnsi="Courier New"/>
          <w:color w:val="555555"/>
          <w:sz w:val="20"/>
        </w:rPr>
        <w:t>[4 . 44]</w:t>
      </w:r>
    </w:p>
    <w:p>
      <w:r>
        <w:rPr>
          <w:rFonts w:ascii="Gentium Plus" w:hAnsi="Gentium Plus"/>
          <w:sz w:val="24"/>
        </w:rPr>
        <w:t>Ὁκόσοισι πυρετοὶ μακροὶ, τουτέοισι φύματα ἢ ἐς τὰ ἄρθρα πόνοι ἐγγίνονται.</w:t>
      </w:r>
    </w:p>
    <w:p>
      <w:r>
        <w:rPr>
          <w:rFonts w:ascii="Courier New" w:hAnsi="Courier New"/>
          <w:color w:val="555555"/>
          <w:sz w:val="20"/>
        </w:rPr>
        <w:t>[4 . 45]</w:t>
      </w:r>
    </w:p>
    <w:p>
      <w:r>
        <w:rPr>
          <w:rFonts w:ascii="Gentium Plus" w:hAnsi="Gentium Plus"/>
          <w:sz w:val="24"/>
        </w:rPr>
        <w:t>Ὁκόσοισι φύματα, ἢ ἐς τὰ ἄρθρα πόνοι ἐκ πυρετῶν γί‐ γνονται, οὗτοι σιτίοισι πλείοσι χρέονται.</w:t>
      </w:r>
    </w:p>
    <w:p>
      <w:r>
        <w:rPr>
          <w:rFonts w:ascii="Courier New" w:hAnsi="Courier New"/>
          <w:color w:val="555555"/>
          <w:sz w:val="20"/>
        </w:rPr>
        <w:t>[4 . 46]</w:t>
      </w:r>
    </w:p>
    <w:p>
      <w:r>
        <w:rPr>
          <w:rFonts w:ascii="Gentium Plus" w:hAnsi="Gentium Plus"/>
          <w:sz w:val="24"/>
        </w:rPr>
        <w:t>Ἢν ῥῖγος ἐπιπίπτῃ πυρετῷ μὴ διαλείποντι, ἤδη ἀσθενεῖ ἐόντι, θανάσιμον.</w:t>
      </w:r>
    </w:p>
    <w:p>
      <w:r>
        <w:rPr>
          <w:rFonts w:ascii="Courier New" w:hAnsi="Courier New"/>
          <w:color w:val="555555"/>
          <w:sz w:val="20"/>
        </w:rPr>
        <w:t>[4 . 47]</w:t>
      </w:r>
    </w:p>
    <w:p>
      <w:r>
        <w:rPr>
          <w:rFonts w:ascii="Gentium Plus" w:hAnsi="Gentium Plus"/>
          <w:sz w:val="24"/>
        </w:rPr>
        <w:t>Αἱ ἀποχρέμψιες αἱ ἐν τοῖσι πυρετοῖσι τοῖσι μὴ διαλεί‐ πουσιν, αἱ πελιδναὶ, καὶ αἱματώδεες, καὶ δυσώδεες, καὶ χο‐</w:t>
      </w:r>
    </w:p>
    <w:p>
      <w:r>
        <w:rPr>
          <w:rFonts w:ascii="Courier New" w:hAnsi="Courier New"/>
          <w:color w:val="555555"/>
          <w:sz w:val="20"/>
        </w:rPr>
        <w:t>[5]</w:t>
      </w:r>
    </w:p>
    <w:p>
      <w:r>
        <w:rPr>
          <w:rFonts w:ascii="Gentium Plus" w:hAnsi="Gentium Plus"/>
          <w:sz w:val="24"/>
        </w:rPr>
        <w:t>ξυμφερόντων ἐκκρίνηται διὰ τῶν τόπων τούτων, κακόν.</w:t>
      </w:r>
    </w:p>
    <w:p>
      <w:r>
        <w:rPr>
          <w:rFonts w:ascii="Courier New" w:hAnsi="Courier New"/>
          <w:color w:val="555555"/>
          <w:sz w:val="20"/>
        </w:rPr>
        <w:t>[4 . 48]</w:t>
      </w:r>
    </w:p>
    <w:p>
      <w:r>
        <w:rPr>
          <w:rFonts w:ascii="Gentium Plus" w:hAnsi="Gentium Plus"/>
          <w:sz w:val="24"/>
        </w:rPr>
        <w:t>Ἐν τοῖσι μὴ διαλείπουσι πυρετοῖσιν, ἢν τὰ μὲν ἔξω ψυ‐ χρὰ ᾖ, τὰ δὲ ἔνδον καίηται, καὶ δίψαν ἔχῃ, θανάσιμον.</w:t>
      </w:r>
    </w:p>
    <w:p>
      <w:r>
        <w:rPr>
          <w:rFonts w:ascii="Courier New" w:hAnsi="Courier New"/>
          <w:color w:val="555555"/>
          <w:sz w:val="20"/>
        </w:rPr>
        <w:t>[4 . 49]</w:t>
      </w:r>
    </w:p>
    <w:p>
      <w:r>
        <w:rPr>
          <w:rFonts w:ascii="Gentium Plus" w:hAnsi="Gentium Plus"/>
          <w:sz w:val="24"/>
        </w:rPr>
        <w:t>Ἐν μὴ διαλείποντι πυρετῷ, ἢν χεῖλος, ἢ ὀφρὺς, ἢ ὀφθαλμὸς, ἢ ῥὶς διαστραφῇ, ἢν μὴ βλέπῃ, ἢν μὴ ἀκούῃ, ἀσθε‐ νέος ἐόντος τοῦ κάμνοντος, ὅ τι ἂν τουτέων γένηται, ἐγγὺς ὁ θάνατος.</w:t>
      </w:r>
    </w:p>
    <w:p>
      <w:r>
        <w:rPr>
          <w:rFonts w:ascii="Courier New" w:hAnsi="Courier New"/>
          <w:color w:val="555555"/>
          <w:sz w:val="20"/>
        </w:rPr>
        <w:t>[4 . 50]</w:t>
      </w:r>
    </w:p>
    <w:p>
      <w:r>
        <w:rPr>
          <w:rFonts w:ascii="Gentium Plus" w:hAnsi="Gentium Plus"/>
          <w:sz w:val="24"/>
        </w:rPr>
        <w:t>Ὅκου ἐν πυρετῷ μὴ διαλείποντι δύσπνοια γίνεται καὶ παραφροσύνη, θανάσιμον.</w:t>
      </w:r>
    </w:p>
    <w:p>
      <w:r>
        <w:rPr>
          <w:rFonts w:ascii="Courier New" w:hAnsi="Courier New"/>
          <w:color w:val="555555"/>
          <w:sz w:val="20"/>
        </w:rPr>
        <w:t>[4 . 51]</w:t>
      </w:r>
    </w:p>
    <w:p>
      <w:r>
        <w:rPr>
          <w:rFonts w:ascii="Gentium Plus" w:hAnsi="Gentium Plus"/>
          <w:sz w:val="24"/>
        </w:rPr>
        <w:t>Ἐν τοῖσι πυρετοῖσιν ἀποστήματα μὴ λυόμενα πρὸς τὰς πρώ‐</w:t>
      </w:r>
    </w:p>
    <w:p>
      <w:r>
        <w:rPr>
          <w:rFonts w:ascii="Courier New" w:hAnsi="Courier New"/>
          <w:color w:val="555555"/>
          <w:sz w:val="20"/>
        </w:rPr>
        <w:t>[4 . 52]</w:t>
      </w:r>
    </w:p>
    <w:p>
      <w:r>
        <w:rPr>
          <w:rFonts w:ascii="Gentium Plus" w:hAnsi="Gentium Plus"/>
          <w:sz w:val="24"/>
        </w:rPr>
        <w:t>Ὁκόσοι ἐν τοῖσι πυρετοῖσιν, ἢ ἐν τῇσιν ἄλλῃσιν ἀῤῥω‐ στίῃσι κατὰ προαίρεσιν δακρύουσιν, οὐδὲν ἄτοπον· ὁκόσοι δὲ μὴ κατὰ προαίρεσιν, ἀτοπώτερον.</w:t>
      </w:r>
    </w:p>
    <w:p>
      <w:r>
        <w:rPr>
          <w:rFonts w:ascii="Courier New" w:hAnsi="Courier New"/>
          <w:color w:val="555555"/>
          <w:sz w:val="20"/>
        </w:rPr>
        <w:t>[4 . 53]</w:t>
      </w:r>
    </w:p>
    <w:p>
      <w:r>
        <w:rPr>
          <w:rFonts w:ascii="Gentium Plus" w:hAnsi="Gentium Plus"/>
          <w:sz w:val="24"/>
        </w:rPr>
        <w:t>Ὁκόσοισι δὲ ἐπὶ τῶν ὀδόντων ἐν τοῖσι πυρετοῖσι περί‐ γλισχρα γίνεται, ἰσχυρότεροι γίνονται οἱ πυρετοί.</w:t>
      </w:r>
    </w:p>
    <w:p>
      <w:r>
        <w:rPr>
          <w:rFonts w:ascii="Courier New" w:hAnsi="Courier New"/>
          <w:color w:val="555555"/>
          <w:sz w:val="20"/>
        </w:rPr>
        <w:t>[4 . 54]</w:t>
      </w:r>
    </w:p>
    <w:p>
      <w:r>
        <w:rPr>
          <w:rFonts w:ascii="Gentium Plus" w:hAnsi="Gentium Plus"/>
          <w:sz w:val="24"/>
        </w:rPr>
        <w:t>Ὁκόσοισιν ἐπὶ πουλὺ βῆχες ξηραὶ, βραχέα ἐρεθίζουσαι, ἐν πυρετοῖσι καυσώδεσιν, οὐ πάνυ τι διψώδεές εἰσιν.</w:t>
      </w:r>
    </w:p>
    <w:p>
      <w:r>
        <w:rPr>
          <w:rFonts w:ascii="Courier New" w:hAnsi="Courier New"/>
          <w:color w:val="555555"/>
          <w:sz w:val="20"/>
        </w:rPr>
        <w:t>[4 . 55]</w:t>
      </w:r>
    </w:p>
    <w:p>
      <w:r>
        <w:rPr>
          <w:rFonts w:ascii="Gentium Plus" w:hAnsi="Gentium Plus"/>
          <w:sz w:val="24"/>
        </w:rPr>
        <w:t>Οἱ ἐπὶ βουβῶσι πυρετοὶ, πάντες κακοὶ, πλὴν τῶν ἐφη‐ μέρων.</w:t>
      </w:r>
    </w:p>
    <w:p>
      <w:r>
        <w:rPr>
          <w:rFonts w:ascii="Courier New" w:hAnsi="Courier New"/>
          <w:color w:val="555555"/>
          <w:sz w:val="20"/>
        </w:rPr>
        <w:t>[4 . 56]</w:t>
      </w:r>
    </w:p>
    <w:p>
      <w:r>
        <w:rPr>
          <w:rFonts w:ascii="Gentium Plus" w:hAnsi="Gentium Plus"/>
          <w:sz w:val="24"/>
        </w:rPr>
        <w:t>Πυρέσσοντι ἱδρὼς ἐπιγενόμενος, μὴ ἐκλείποντος τοῦ πυ‐ ρετοῦ, κακόν· μηκύνει γὰρ ἡ νοῦσος, καὶ ὑγρασίην πλείω σημαίνει.</w:t>
      </w:r>
    </w:p>
    <w:p>
      <w:r>
        <w:rPr>
          <w:rFonts w:ascii="Courier New" w:hAnsi="Courier New"/>
          <w:color w:val="555555"/>
          <w:sz w:val="20"/>
        </w:rPr>
        <w:t>[4 . 57]</w:t>
      </w:r>
    </w:p>
    <w:p>
      <w:r>
        <w:rPr>
          <w:rFonts w:ascii="Gentium Plus" w:hAnsi="Gentium Plus"/>
          <w:sz w:val="24"/>
        </w:rPr>
        <w:t>Ὑπὸ σπασμοῦ ἢ τετάνου ἐχομένῳ πυρετὸς ἐπιγενόμενος λύει τὸ νόσημα.</w:t>
      </w:r>
    </w:p>
    <w:p>
      <w:r>
        <w:rPr>
          <w:rFonts w:ascii="Courier New" w:hAnsi="Courier New"/>
          <w:color w:val="555555"/>
          <w:sz w:val="20"/>
        </w:rPr>
        <w:t>[4 . 58]</w:t>
      </w:r>
    </w:p>
    <w:p>
      <w:r>
        <w:rPr>
          <w:rFonts w:ascii="Gentium Plus" w:hAnsi="Gentium Plus"/>
          <w:sz w:val="24"/>
        </w:rPr>
        <w:t>Ὑπὸ καύσου ἐχομένῳ, ἐπιγενομένου ῥίγεος, λύσις.</w:t>
      </w:r>
    </w:p>
    <w:p>
      <w:r>
        <w:rPr>
          <w:rFonts w:ascii="Courier New" w:hAnsi="Courier New"/>
          <w:color w:val="555555"/>
          <w:sz w:val="20"/>
        </w:rPr>
        <w:t>[4 . 59]</w:t>
      </w:r>
    </w:p>
    <w:p>
      <w:r>
        <w:rPr>
          <w:rFonts w:ascii="Gentium Plus" w:hAnsi="Gentium Plus"/>
          <w:sz w:val="24"/>
        </w:rPr>
        <w:t>Τριταῖος ἀκριβὴς κρίνεται ἐν ἑπτὰ περιόδοισι τὸ μακρό‐</w:t>
      </w:r>
    </w:p>
    <w:p>
      <w:r>
        <w:rPr>
          <w:rFonts w:ascii="Courier New" w:hAnsi="Courier New"/>
          <w:color w:val="555555"/>
          <w:sz w:val="20"/>
        </w:rPr>
        <w:t>[4 . 60]</w:t>
      </w:r>
    </w:p>
    <w:p>
      <w:r>
        <w:rPr>
          <w:rFonts w:ascii="Gentium Plus" w:hAnsi="Gentium Plus"/>
          <w:sz w:val="24"/>
        </w:rPr>
        <w:t>Ὁκόσοισιν ἂν ἐν τοῖσι πυρετοῖσι τὰ ὦτα κωφωθῇ, αἷμα ἐκ ῥινῶν ῥυὲν, ἢ κοιλίη ἐκταραχθεῖσα, λύει τὸ νούσημα.</w:t>
      </w:r>
    </w:p>
    <w:p>
      <w:r>
        <w:rPr>
          <w:rFonts w:ascii="Courier New" w:hAnsi="Courier New"/>
          <w:color w:val="555555"/>
          <w:sz w:val="20"/>
        </w:rPr>
        <w:t>[4 . 61]</w:t>
      </w:r>
    </w:p>
    <w:p>
      <w:r>
        <w:rPr>
          <w:rFonts w:ascii="Gentium Plus" w:hAnsi="Gentium Plus"/>
          <w:sz w:val="24"/>
        </w:rPr>
        <w:t>Πυρέσσοντι ἢν μὴ ἐν περισσῇσιν ἡμέρῃσιν ἀφῇ ὁ πυ‐ ρετὸς, ὑποτροπιάζειν εἴωθεν.</w:t>
      </w:r>
    </w:p>
    <w:p>
      <w:r>
        <w:rPr>
          <w:rFonts w:ascii="Courier New" w:hAnsi="Courier New"/>
          <w:color w:val="555555"/>
          <w:sz w:val="20"/>
        </w:rPr>
        <w:t>[4 . 62]</w:t>
      </w:r>
    </w:p>
    <w:p>
      <w:r>
        <w:rPr>
          <w:rFonts w:ascii="Gentium Plus" w:hAnsi="Gentium Plus"/>
          <w:sz w:val="24"/>
        </w:rPr>
        <w:t>Ὁκόσοισιν ἐν τοῖσι πυρετοῖσιν ἴκτεροι ἐπιγίνονται πρὸ τῶν ἑπτὰ ἡμερῶν, κακὸν, ἢν μὴ ξυνδόσιες ὑγρῶν κατὰ τὴν κοι‐ λίην γένωνται.</w:t>
      </w:r>
    </w:p>
    <w:p>
      <w:r>
        <w:rPr>
          <w:rFonts w:ascii="Courier New" w:hAnsi="Courier New"/>
          <w:color w:val="555555"/>
          <w:sz w:val="20"/>
        </w:rPr>
        <w:t>[4 . 63]</w:t>
      </w:r>
    </w:p>
    <w:p>
      <w:r>
        <w:rPr>
          <w:rFonts w:ascii="Gentium Plus" w:hAnsi="Gentium Plus"/>
          <w:sz w:val="24"/>
        </w:rPr>
        <w:t>Ὁκόσοισιν ἂν ἐν τοῖσι πυρετοῖσι καθ’ ἡμέρην ῥίγεα γίνηται, καθ’ ἡμέρην οἱ πυρετοὶ λύονται.</w:t>
      </w:r>
    </w:p>
    <w:p>
      <w:r>
        <w:rPr>
          <w:rFonts w:ascii="Courier New" w:hAnsi="Courier New"/>
          <w:color w:val="555555"/>
          <w:sz w:val="20"/>
        </w:rPr>
        <w:t>[4 . 64]</w:t>
      </w:r>
    </w:p>
    <w:p>
      <w:r>
        <w:rPr>
          <w:rFonts w:ascii="Gentium Plus" w:hAnsi="Gentium Plus"/>
          <w:sz w:val="24"/>
        </w:rPr>
        <w:t>Ὁκόσοισιν ἐν τοῖσι πυρετοῖσι τῇ ἑβδόμῃ ἢ τῇ ἐνάτῃ ἢ τῇ ἑνδεκάτῃ ἢ τῇ τεσσαρεσκαιδεκάτῃ ἴκτεροι ἐπιγίνονται, ἀγαθὸν, ἢν μὴ τὸ δεξιὸν ὑποχόνδριον σκληρὸν ᾖ· ἢν δὲ μὴ, οὐκ ἀγαθόν.</w:t>
      </w:r>
    </w:p>
    <w:p>
      <w:r>
        <w:rPr>
          <w:rFonts w:ascii="Courier New" w:hAnsi="Courier New"/>
          <w:color w:val="555555"/>
          <w:sz w:val="20"/>
        </w:rPr>
        <w:t>[4 . 65]</w:t>
      </w:r>
    </w:p>
    <w:p>
      <w:r>
        <w:rPr>
          <w:rFonts w:ascii="Gentium Plus" w:hAnsi="Gentium Plus"/>
          <w:sz w:val="24"/>
        </w:rPr>
        <w:t>Ἐν τοῖσι πυρετοῖσι περὶ τὴν κοιλίην καῦμα ἰσχυρὸν καὶ</w:t>
      </w:r>
    </w:p>
    <w:p>
      <w:r>
        <w:rPr>
          <w:rFonts w:ascii="Courier New" w:hAnsi="Courier New"/>
          <w:color w:val="555555"/>
          <w:sz w:val="20"/>
        </w:rPr>
        <w:t>[4 . 66]</w:t>
      </w:r>
    </w:p>
    <w:p>
      <w:r>
        <w:rPr>
          <w:rFonts w:ascii="Gentium Plus" w:hAnsi="Gentium Plus"/>
          <w:sz w:val="24"/>
        </w:rPr>
        <w:t>Ἐν τοῖσι πυρετοῖσι τοῖσιν ὀξέσιν οἱ σπασμοὶ καὶ οἱ περὶ τὰ σπλάγχνα πόνοι ἰσχυροὶ, κακόν.</w:t>
      </w:r>
    </w:p>
    <w:p>
      <w:r>
        <w:rPr>
          <w:rFonts w:ascii="Courier New" w:hAnsi="Courier New"/>
          <w:color w:val="555555"/>
          <w:sz w:val="20"/>
        </w:rPr>
        <w:t>[4 . 67]</w:t>
      </w:r>
    </w:p>
    <w:p>
      <w:r>
        <w:rPr>
          <w:rFonts w:ascii="Gentium Plus" w:hAnsi="Gentium Plus"/>
          <w:sz w:val="24"/>
        </w:rPr>
        <w:t>Ἐν τοῖσι πυρετοῖσιν οἱ ἐκ τῶν ὕπνων φόβοι, ἢ σπασμοὶ, κακόν.</w:t>
      </w:r>
    </w:p>
    <w:p>
      <w:r>
        <w:rPr>
          <w:rFonts w:ascii="Courier New" w:hAnsi="Courier New"/>
          <w:color w:val="555555"/>
          <w:sz w:val="20"/>
        </w:rPr>
        <w:t>[4 . 68]</w:t>
      </w:r>
    </w:p>
    <w:p>
      <w:r>
        <w:rPr>
          <w:rFonts w:ascii="Gentium Plus" w:hAnsi="Gentium Plus"/>
          <w:sz w:val="24"/>
        </w:rPr>
        <w:t>Ἐν τοῖσι πυρετοῖσι τὸ πνεῦμα προσκόπτον, κακόν· σπα‐ σμὸν γὰρ σημαίνει.</w:t>
      </w:r>
    </w:p>
    <w:p>
      <w:r>
        <w:rPr>
          <w:rFonts w:ascii="Courier New" w:hAnsi="Courier New"/>
          <w:color w:val="555555"/>
          <w:sz w:val="20"/>
        </w:rPr>
        <w:t>[4 . 69]</w:t>
      </w:r>
    </w:p>
    <w:p>
      <w:r>
        <w:rPr>
          <w:rFonts w:ascii="Gentium Plus" w:hAnsi="Gentium Plus"/>
          <w:sz w:val="24"/>
        </w:rPr>
        <w:t>Ὁκόσοισιν οὖρα παχέα, θρομβώδεα, ὀλίγα, οὐκ ἀπυρέ‐ τοισι, πλῆθος ἐπελθὸν ἐκ τουτέων λεπτὸν ὠφελέει· μάλιστα δὲ τὰ τοιαῦτα ἔρχεται, οἷσιν ἐξ ἀρχῆς, ἢ διὰ ταχέων ὑπόστασιν ἴσχει.</w:t>
      </w:r>
    </w:p>
    <w:p>
      <w:r>
        <w:rPr>
          <w:rFonts w:ascii="Courier New" w:hAnsi="Courier New"/>
          <w:color w:val="555555"/>
          <w:sz w:val="20"/>
        </w:rPr>
        <w:t>[4 . 70]</w:t>
      </w:r>
    </w:p>
    <w:p>
      <w:r>
        <w:rPr>
          <w:rFonts w:ascii="Gentium Plus" w:hAnsi="Gentium Plus"/>
          <w:sz w:val="24"/>
        </w:rPr>
        <w:t>Ὁκόσοισι δὲ ἐν πυρετοῖσι τὰ οὖρα ἀνατεταραγμένα οἷον ὑποζυγίου, τουτέοισι κεφαλαλγίαι ἢ πάρεισιν, ἢ παρέσονται.</w:t>
      </w:r>
    </w:p>
    <w:p>
      <w:r>
        <w:rPr>
          <w:rFonts w:ascii="Courier New" w:hAnsi="Courier New"/>
          <w:color w:val="555555"/>
          <w:sz w:val="20"/>
        </w:rPr>
        <w:t>[4 . 71]</w:t>
      </w:r>
    </w:p>
    <w:p>
      <w:r>
        <w:rPr>
          <w:rFonts w:ascii="Gentium Plus" w:hAnsi="Gentium Plus"/>
          <w:sz w:val="24"/>
        </w:rPr>
        <w:t>Ὁκόσοισιν ἑβδομαῖα κρίνεται, τουτέοισιν ἐπινέφελον ἴσχει</w:t>
      </w:r>
    </w:p>
    <w:p>
      <w:r>
        <w:rPr>
          <w:rFonts w:ascii="Courier New" w:hAnsi="Courier New"/>
          <w:color w:val="555555"/>
          <w:sz w:val="20"/>
        </w:rPr>
        <w:t>[4 . 72]</w:t>
      </w:r>
    </w:p>
    <w:p>
      <w:r>
        <w:rPr>
          <w:rFonts w:ascii="Gentium Plus" w:hAnsi="Gentium Plus"/>
          <w:sz w:val="24"/>
        </w:rPr>
        <w:t>Ὁκόσοισιν οὖρα διαφανέα λευκὰ, πονηρά· μάλιστα δὲ ἐν τοῖσι φρενιτικοῖσιν ἐπιφαίνεται.</w:t>
      </w:r>
    </w:p>
    <w:p>
      <w:r>
        <w:rPr>
          <w:rFonts w:ascii="Courier New" w:hAnsi="Courier New"/>
          <w:color w:val="555555"/>
          <w:sz w:val="20"/>
        </w:rPr>
        <w:t>[4 . 73]</w:t>
      </w:r>
    </w:p>
    <w:p>
      <w:r>
        <w:rPr>
          <w:rFonts w:ascii="Gentium Plus" w:hAnsi="Gentium Plus"/>
          <w:sz w:val="24"/>
        </w:rPr>
        <w:t>Ὁκόσοισιν ὑποχόνδρια μετέωρα, διαβορβορύζοντα, ὀσφύος ἀλγήματος ἐπιγενομένου, αἱ κοιλίαι τουτέοισι καθυγραίνονται, ἢν μὴ φῦσαι καταῤῥαγέωσιν, ἢ οὔρου πλῆθος ἐπέλθῃ· ἐν πυρε‐ τοῖσι δὲ ταῦτα.</w:t>
      </w:r>
    </w:p>
    <w:p>
      <w:r>
        <w:rPr>
          <w:rFonts w:ascii="Courier New" w:hAnsi="Courier New"/>
          <w:color w:val="555555"/>
          <w:sz w:val="20"/>
        </w:rPr>
        <w:t>[4 . 74]</w:t>
      </w:r>
    </w:p>
    <w:p>
      <w:r>
        <w:rPr>
          <w:rFonts w:ascii="Gentium Plus" w:hAnsi="Gentium Plus"/>
          <w:sz w:val="24"/>
        </w:rPr>
        <w:t>Ὁκόσοισιν ἐλπὶς ἐς ἄρθρα ἀφίστασθαι, ῥύεται τῆς ἀπο‐</w:t>
      </w:r>
    </w:p>
    <w:p>
      <w:r>
        <w:rPr>
          <w:rFonts w:ascii="Courier New" w:hAnsi="Courier New"/>
          <w:color w:val="555555"/>
          <w:sz w:val="20"/>
        </w:rPr>
        <w:t>[5]</w:t>
      </w:r>
    </w:p>
    <w:p>
      <w:r>
        <w:rPr>
          <w:rFonts w:ascii="Gentium Plus" w:hAnsi="Gentium Plus"/>
          <w:sz w:val="24"/>
        </w:rPr>
        <w:t>λύεται.</w:t>
      </w:r>
    </w:p>
    <w:p>
      <w:r>
        <w:rPr>
          <w:rFonts w:ascii="Courier New" w:hAnsi="Courier New"/>
          <w:color w:val="555555"/>
          <w:sz w:val="20"/>
        </w:rPr>
        <w:t>[4 . 75]</w:t>
      </w:r>
    </w:p>
    <w:p>
      <w:r>
        <w:rPr>
          <w:rFonts w:ascii="Gentium Plus" w:hAnsi="Gentium Plus"/>
          <w:sz w:val="24"/>
        </w:rPr>
        <w:t>Ἢν αἷμα ἢ πῦον οὐρέῃ, τῶν νεφρῶν ἢ τῆς κύστιος ἕλ‐ κωσιν σημαίνει.</w:t>
      </w:r>
    </w:p>
    <w:p>
      <w:r>
        <w:rPr>
          <w:rFonts w:ascii="Courier New" w:hAnsi="Courier New"/>
          <w:color w:val="555555"/>
          <w:sz w:val="20"/>
        </w:rPr>
        <w:t>[4 . 76]</w:t>
      </w:r>
    </w:p>
    <w:p>
      <w:r>
        <w:rPr>
          <w:rFonts w:ascii="Gentium Plus" w:hAnsi="Gentium Plus"/>
          <w:sz w:val="24"/>
        </w:rPr>
        <w:t>Ὁκόσοισιν ἐν τῷ οὔρῳ παχεῖ ἐόντι σαρκία σμικρὰ ὥσπερ τρίχες συνεξέρχονται, τουτέοισιν ἀπὸ τῶν νεφρῶν ἐκκρίνεται.</w:t>
      </w:r>
    </w:p>
    <w:p>
      <w:r>
        <w:rPr>
          <w:rFonts w:ascii="Courier New" w:hAnsi="Courier New"/>
          <w:color w:val="555555"/>
          <w:sz w:val="20"/>
        </w:rPr>
        <w:t>[4 . 77]</w:t>
      </w:r>
    </w:p>
    <w:p>
      <w:r>
        <w:rPr>
          <w:rFonts w:ascii="Gentium Plus" w:hAnsi="Gentium Plus"/>
          <w:sz w:val="24"/>
        </w:rPr>
        <w:t>Ὁκόσοισιν ἐν τῷ οὔρῳ παχεῖ ἐόντι πιτυρώδεα συνεξου‐ ρέεται, τουτέοισιν ἡ κύστις ψωριᾷ.</w:t>
      </w:r>
    </w:p>
    <w:p>
      <w:r>
        <w:rPr>
          <w:rFonts w:ascii="Courier New" w:hAnsi="Courier New"/>
          <w:color w:val="555555"/>
          <w:sz w:val="20"/>
        </w:rPr>
        <w:t>[4 . 78]</w:t>
      </w:r>
    </w:p>
    <w:p>
      <w:r>
        <w:rPr>
          <w:rFonts w:ascii="Gentium Plus" w:hAnsi="Gentium Plus"/>
          <w:sz w:val="24"/>
        </w:rPr>
        <w:t>Ὁκόσοι ἀπὸ ταὐτομάτου αἷμα οὐρέουσι, τουτέοισιν ἀπὸ τῶν νεφρῶν φλεβίου ῥῆξιν σημαίνει.</w:t>
      </w:r>
    </w:p>
    <w:p>
      <w:r>
        <w:rPr>
          <w:rFonts w:ascii="Courier New" w:hAnsi="Courier New"/>
          <w:color w:val="555555"/>
          <w:sz w:val="20"/>
        </w:rPr>
        <w:t>[4 . 79]</w:t>
      </w:r>
    </w:p>
    <w:p>
      <w:r>
        <w:rPr>
          <w:rFonts w:ascii="Gentium Plus" w:hAnsi="Gentium Plus"/>
          <w:sz w:val="24"/>
        </w:rPr>
        <w:t>Ὁκόσοισιν ἐν τῷ οὔρῳ ψαμμώδεα ὑφίσταται, τουτέοισιν ἡ κύστις λιθιᾷ.</w:t>
      </w:r>
    </w:p>
    <w:p>
      <w:r>
        <w:rPr>
          <w:rFonts w:ascii="Courier New" w:hAnsi="Courier New"/>
          <w:color w:val="555555"/>
          <w:sz w:val="20"/>
        </w:rPr>
        <w:t>[4 . 80]</w:t>
      </w:r>
    </w:p>
    <w:p>
      <w:r>
        <w:rPr>
          <w:rFonts w:ascii="Gentium Plus" w:hAnsi="Gentium Plus"/>
          <w:sz w:val="24"/>
        </w:rPr>
        <w:t>Ἢν αἷμα οὐρέῃ καὶ θρόμβους, καὶ στραγγουρίην ἔχῃ, καὶ ὀδύνη ἐμπίπτῃ ἐς τὸ ὑπογάστριον καὶ ἐς τὸν περίνεον, τὰ περὶ τὴν κύστιν πονέει.</w:t>
      </w:r>
    </w:p>
    <w:p>
      <w:r>
        <w:rPr>
          <w:rFonts w:ascii="Courier New" w:hAnsi="Courier New"/>
          <w:color w:val="555555"/>
          <w:sz w:val="20"/>
        </w:rPr>
        <w:t>[4 . 81]</w:t>
      </w:r>
    </w:p>
    <w:p>
      <w:r>
        <w:rPr>
          <w:rFonts w:ascii="Gentium Plus" w:hAnsi="Gentium Plus"/>
          <w:sz w:val="24"/>
        </w:rPr>
        <w:t>Ἢν αἷμα καὶ πῦον οὐρέῃ καὶ λεπίδας, καὶ ὀσμὴ βαρέη ᾖ, τῆς κύστιος ἕλκωσιν σημαίνει.</w:t>
      </w:r>
    </w:p>
    <w:p>
      <w:r>
        <w:rPr>
          <w:rFonts w:ascii="Courier New" w:hAnsi="Courier New"/>
          <w:color w:val="555555"/>
          <w:sz w:val="20"/>
        </w:rPr>
        <w:t>[4 . 82]</w:t>
      </w:r>
    </w:p>
    <w:p>
      <w:r>
        <w:rPr>
          <w:rFonts w:ascii="Gentium Plus" w:hAnsi="Gentium Plus"/>
          <w:sz w:val="24"/>
        </w:rPr>
        <w:t>Ὁκόσοισιν ἐν τῇ οὐρήθρῃ φύματα φύεται, τουτέοισι, διαπυήσαντος καὶ ἐκραγέντος, λύσις.</w:t>
      </w:r>
    </w:p>
    <w:p>
      <w:r>
        <w:rPr>
          <w:rFonts w:ascii="Courier New" w:hAnsi="Courier New"/>
          <w:color w:val="555555"/>
          <w:sz w:val="20"/>
        </w:rPr>
        <w:t>[4 . 83]</w:t>
      </w:r>
    </w:p>
    <w:p>
      <w:r>
        <w:rPr>
          <w:rFonts w:ascii="Gentium Plus" w:hAnsi="Gentium Plus"/>
          <w:sz w:val="24"/>
        </w:rPr>
        <w:t>Οὔρησις νύκτωρ πολλὴ γινομένη, σμικρὴν τὴν ὑπο‐ χώρησιν σημαίνει.</w:t>
      </w:r>
    </w:p>
    <w:p>
      <w:r>
        <w:rPr>
          <w:rFonts w:ascii="Courier New" w:hAnsi="Courier New"/>
          <w:color w:val="555555"/>
          <w:sz w:val="20"/>
        </w:rPr>
        <w:t>[2]</w:t>
      </w:r>
    </w:p>
    <w:p>
      <w:r>
        <w:rPr>
          <w:rFonts w:ascii="Gentium Plus" w:hAnsi="Gentium Plus"/>
          <w:sz w:val="24"/>
        </w:rPr>
      </w:r>
    </w:p>
    <w:p>
      <w:pPr>
        <w:jc w:val="center"/>
      </w:pPr>
      <w:r>
        <w:rPr>
          <w:rFonts w:ascii="Gentium Plus" w:hAnsi="Gentium Plus"/>
          <w:b/>
          <w:sz w:val="24"/>
        </w:rPr>
        <w:t>ΤΜΗΜΑ ΠΕΜΠΤΟΝ.</w:t>
      </w:r>
    </w:p>
    <w:p>
      <w:r>
        <w:rPr>
          <w:rFonts w:ascii="Courier New" w:hAnsi="Courier New"/>
          <w:color w:val="555555"/>
          <w:sz w:val="20"/>
        </w:rPr>
        <w:t>[1]</w:t>
      </w:r>
    </w:p>
    <w:p>
      <w:r>
        <w:rPr>
          <w:rFonts w:ascii="Gentium Plus" w:hAnsi="Gentium Plus"/>
          <w:sz w:val="24"/>
        </w:rPr>
      </w:r>
    </w:p>
    <w:p>
      <w:r>
        <w:rPr>
          <w:rFonts w:ascii="Courier New" w:hAnsi="Courier New"/>
          <w:color w:val="555555"/>
          <w:sz w:val="20"/>
        </w:rPr>
        <w:t>[5 . 1]</w:t>
      </w:r>
    </w:p>
    <w:p>
      <w:r>
        <w:rPr>
          <w:rFonts w:ascii="Gentium Plus" w:hAnsi="Gentium Plus"/>
          <w:sz w:val="24"/>
        </w:rPr>
        <w:t>Σπασμὸς ἐξ ἐλλεβόρου, θανάσιμον.</w:t>
      </w:r>
    </w:p>
    <w:p>
      <w:r>
        <w:rPr>
          <w:rFonts w:ascii="Courier New" w:hAnsi="Courier New"/>
          <w:color w:val="555555"/>
          <w:sz w:val="20"/>
        </w:rPr>
        <w:t>[5 . 2]</w:t>
      </w:r>
    </w:p>
    <w:p>
      <w:r>
        <w:rPr>
          <w:rFonts w:ascii="Gentium Plus" w:hAnsi="Gentium Plus"/>
          <w:sz w:val="24"/>
        </w:rPr>
        <w:t>Ἐπὶ τρώματι σπασμὸς ἐπιγενόμενος, θανάσιμον.</w:t>
      </w:r>
    </w:p>
    <w:p>
      <w:r>
        <w:rPr>
          <w:rFonts w:ascii="Courier New" w:hAnsi="Courier New"/>
          <w:color w:val="555555"/>
          <w:sz w:val="20"/>
        </w:rPr>
        <w:t>[5 . 3]</w:t>
      </w:r>
    </w:p>
    <w:p>
      <w:r>
        <w:rPr>
          <w:rFonts w:ascii="Gentium Plus" w:hAnsi="Gentium Plus"/>
          <w:sz w:val="24"/>
        </w:rPr>
        <w:t>Αἵματος πολλοῦ ῥυέντος, σπασμὸς ἢ λυγμὸς ἐπιγενόμενος, κακόν.</w:t>
      </w:r>
    </w:p>
    <w:p>
      <w:r>
        <w:rPr>
          <w:rFonts w:ascii="Courier New" w:hAnsi="Courier New"/>
          <w:color w:val="555555"/>
          <w:sz w:val="20"/>
        </w:rPr>
        <w:t>[5 . 4]</w:t>
      </w:r>
    </w:p>
    <w:p>
      <w:r>
        <w:rPr>
          <w:rFonts w:ascii="Gentium Plus" w:hAnsi="Gentium Plus"/>
          <w:sz w:val="24"/>
        </w:rPr>
        <w:t>Ἐπὶ ὑπερκαθάρσει σπασμὸς ἢ λυγμὸς ἐπιγενόμενος, κακόν.</w:t>
      </w:r>
    </w:p>
    <w:p>
      <w:r>
        <w:rPr>
          <w:rFonts w:ascii="Courier New" w:hAnsi="Courier New"/>
          <w:color w:val="555555"/>
          <w:sz w:val="20"/>
        </w:rPr>
        <w:t>[5 . 5]</w:t>
      </w:r>
    </w:p>
    <w:p>
      <w:r>
        <w:rPr>
          <w:rFonts w:ascii="Gentium Plus" w:hAnsi="Gentium Plus"/>
          <w:sz w:val="24"/>
        </w:rPr>
        <w:t>Ἢν μεθύων ἐξαίφνης ἄφωνός τις γένηται, σπασθεὶς ἀποθνή‐ σκει, ἢν μὴ πυρετὸς ἐπιλάβῃ, ἢ ἐς τὴν ὥρην ἐλθὼν, καθ’ ἣν αἱ κραιπάλαι λύονται, φθέγξηται.</w:t>
      </w:r>
    </w:p>
    <w:p>
      <w:r>
        <w:rPr>
          <w:rFonts w:ascii="Courier New" w:hAnsi="Courier New"/>
          <w:color w:val="555555"/>
          <w:sz w:val="20"/>
        </w:rPr>
        <w:t>[5 . 6]</w:t>
      </w:r>
    </w:p>
    <w:p>
      <w:r>
        <w:rPr>
          <w:rFonts w:ascii="Gentium Plus" w:hAnsi="Gentium Plus"/>
          <w:sz w:val="24"/>
        </w:rPr>
        <w:t>Ὁκόσοι ὑπὸ τετάνου ἁλίσκονται, ἐν τέσσαρσιν ἡμέρῃσιν ἀπόλλυνται· ἢν δὲ ταύτας διαφύγωσιν, ὑγιέες γίνονται.</w:t>
      </w:r>
    </w:p>
    <w:p>
      <w:r>
        <w:rPr>
          <w:rFonts w:ascii="Courier New" w:hAnsi="Courier New"/>
          <w:color w:val="555555"/>
          <w:sz w:val="20"/>
        </w:rPr>
        <w:t>[5 . 7]</w:t>
      </w:r>
    </w:p>
    <w:p>
      <w:r>
        <w:rPr>
          <w:rFonts w:ascii="Gentium Plus" w:hAnsi="Gentium Plus"/>
          <w:sz w:val="24"/>
        </w:rPr>
        <w:t>Τὰ ἐπιληπτικὰ ὁκόσοισι πρὸ τῆς ἥβης γίνεται, μετάστασιν ἴσχει· ὁκόσοισι δὲ πέντε καὶ εἴκοσιν ἐτέων γίνεται, τουτέοισι τὰ πολλὰ ξυναποθνήσκει.</w:t>
      </w:r>
    </w:p>
    <w:p>
      <w:r>
        <w:rPr>
          <w:rFonts w:ascii="Courier New" w:hAnsi="Courier New"/>
          <w:color w:val="555555"/>
          <w:sz w:val="20"/>
        </w:rPr>
        <w:t>[5 . 8]</w:t>
      </w:r>
    </w:p>
    <w:p>
      <w:r>
        <w:rPr>
          <w:rFonts w:ascii="Gentium Plus" w:hAnsi="Gentium Plus"/>
          <w:sz w:val="24"/>
        </w:rPr>
        <w:t>Ὁκόσοι πλευριτικοὶ γενόμενοι οὐκ ἀνακαθαίρονται ἐν τεσσα‐ ρεσκαίδεκα ἡμέρῃσι, τουτέοισιν ἐς ἐμπύημα καθίσταται.</w:t>
      </w:r>
    </w:p>
    <w:p>
      <w:r>
        <w:rPr>
          <w:rFonts w:ascii="Courier New" w:hAnsi="Courier New"/>
          <w:color w:val="555555"/>
          <w:sz w:val="20"/>
        </w:rPr>
        <w:t>[5 . 9]</w:t>
      </w:r>
    </w:p>
    <w:p>
      <w:r>
        <w:rPr>
          <w:rFonts w:ascii="Gentium Plus" w:hAnsi="Gentium Plus"/>
          <w:sz w:val="24"/>
        </w:rPr>
        <w:t>Φθίσις γίνεται μάλιστα ἡλικίῃσι τῇσιν ἀπὸ ὀκτωκαίδεκα ἐτέων μέχρι πέντε καὶ τριήκοντα ἐτέων.</w:t>
      </w:r>
    </w:p>
    <w:p>
      <w:r>
        <w:rPr>
          <w:rFonts w:ascii="Courier New" w:hAnsi="Courier New"/>
          <w:color w:val="555555"/>
          <w:sz w:val="20"/>
        </w:rPr>
        <w:t>[5 . 10]</w:t>
      </w:r>
    </w:p>
    <w:p>
      <w:r>
        <w:rPr>
          <w:rFonts w:ascii="Gentium Plus" w:hAnsi="Gentium Plus"/>
          <w:sz w:val="24"/>
        </w:rPr>
        <w:t>Ὁκόσοι κυνάγχην διαφεύγουσι, καὶ ἐς τὸν πλεύμονα αὐ‐ τέοισι τρέπεται, ἐν ἑπτὰ ἡμέρῃσιν ἀποθνήσκουσιν· ἢν δὲ ταύτας διαφύγωσιν, ἔμπυοι γίνονται.</w:t>
      </w:r>
    </w:p>
    <w:p>
      <w:r>
        <w:rPr>
          <w:rFonts w:ascii="Courier New" w:hAnsi="Courier New"/>
          <w:color w:val="555555"/>
          <w:sz w:val="20"/>
        </w:rPr>
        <w:t>[5 . 11]</w:t>
      </w:r>
    </w:p>
    <w:p>
      <w:r>
        <w:rPr>
          <w:rFonts w:ascii="Gentium Plus" w:hAnsi="Gentium Plus"/>
          <w:sz w:val="24"/>
        </w:rPr>
        <w:t>Τοῖσιν ὑπὸ τῶν φθισίων ἐνοχλουμένοισιν, ἢν τὸ πτύσμα, ὅπερ ἂν ἀποβήσσωσι, βαρὺ ὄζῃ ἐπὶ τοὺς ἄνθρακας ἐπιχεόμενον, καὶ αἱ τρίχες ἀπὸ τῆς κεφαλῆς ῥέωσι, θανατῶδες.</w:t>
      </w:r>
    </w:p>
    <w:p>
      <w:r>
        <w:rPr>
          <w:rFonts w:ascii="Courier New" w:hAnsi="Courier New"/>
          <w:color w:val="555555"/>
          <w:sz w:val="20"/>
        </w:rPr>
        <w:t>[5 . 12]</w:t>
      </w:r>
    </w:p>
    <w:p>
      <w:r>
        <w:rPr>
          <w:rFonts w:ascii="Gentium Plus" w:hAnsi="Gentium Plus"/>
          <w:sz w:val="24"/>
        </w:rPr>
        <w:t>Ὁκόσοισι φθισιῶσιν αἱ τρίχες ἀπὸ τῆς κεφαλῆς ῥέουσιν, οὗτοι, διαῤῥοίης ἐπιγενομένης, ἀποθνήσκουσιν.</w:t>
      </w:r>
    </w:p>
    <w:p>
      <w:r>
        <w:rPr>
          <w:rFonts w:ascii="Courier New" w:hAnsi="Courier New"/>
          <w:color w:val="555555"/>
          <w:sz w:val="20"/>
        </w:rPr>
        <w:t>[5 . 13]</w:t>
      </w:r>
    </w:p>
    <w:p>
      <w:r>
        <w:rPr>
          <w:rFonts w:ascii="Gentium Plus" w:hAnsi="Gentium Plus"/>
          <w:sz w:val="24"/>
        </w:rPr>
        <w:t>Ὁκόσοι αἷμα ἀφρῶδες ἀναπτύουσι, τουτέοισιν ἐκ τοῦ πλεύμονος ἡ τοιαύτη ἀναγωγὴ γίνεται.</w:t>
      </w:r>
    </w:p>
    <w:p>
      <w:r>
        <w:rPr>
          <w:rFonts w:ascii="Courier New" w:hAnsi="Courier New"/>
          <w:color w:val="555555"/>
          <w:sz w:val="20"/>
        </w:rPr>
        <w:t>[5 . 14]</w:t>
      </w:r>
    </w:p>
    <w:p>
      <w:r>
        <w:rPr>
          <w:rFonts w:ascii="Gentium Plus" w:hAnsi="Gentium Plus"/>
          <w:sz w:val="24"/>
        </w:rPr>
        <w:t>Ὑπὸ φθίσιος ἐχομένῳ διάῤῥοια ἐπιγενομένη, θανατῶδες.</w:t>
      </w:r>
    </w:p>
    <w:p>
      <w:r>
        <w:rPr>
          <w:rFonts w:ascii="Courier New" w:hAnsi="Courier New"/>
          <w:color w:val="555555"/>
          <w:sz w:val="20"/>
        </w:rPr>
        <w:t>[5 . 15]</w:t>
      </w:r>
    </w:p>
    <w:p>
      <w:r>
        <w:rPr>
          <w:rFonts w:ascii="Gentium Plus" w:hAnsi="Gentium Plus"/>
          <w:sz w:val="24"/>
        </w:rPr>
        <w:t>Ὁκόσοι ἐκ πλευρίτιδος ἔμπυοι γίνονται, ἢν ἀνακαθαρθῶσιν ἐν τεσσαράκοντα ἡμέρῃσιν, ἀφ’ ἧς ἂν ἡ ῥῆξις γένηται, παύονται· ἢν δὲ μὴ, ἐς φθίσιν μεθίσταντα.</w:t>
      </w:r>
    </w:p>
    <w:p>
      <w:r>
        <w:rPr>
          <w:rFonts w:ascii="Courier New" w:hAnsi="Courier New"/>
          <w:color w:val="555555"/>
          <w:sz w:val="20"/>
        </w:rPr>
        <w:t>[5 . 16]</w:t>
      </w:r>
    </w:p>
    <w:p>
      <w:r>
        <w:rPr>
          <w:rFonts w:ascii="Gentium Plus" w:hAnsi="Gentium Plus"/>
          <w:sz w:val="24"/>
        </w:rPr>
        <w:t>Τὸ θερμὸν βλάπτει ταῦτα πλεονάκις χρεομένοισι, σαρ‐ κῶν ἐκθήλυνσιν, νεύρων ἀκράτειαν, γνώμης νάρκωσιν, αἱμοῤῥαγίας,</w:t>
      </w:r>
    </w:p>
    <w:p>
      <w:r>
        <w:rPr>
          <w:rFonts w:ascii="Courier New" w:hAnsi="Courier New"/>
          <w:color w:val="555555"/>
          <w:sz w:val="20"/>
        </w:rPr>
        <w:t>[5 . 17]</w:t>
      </w:r>
    </w:p>
    <w:p>
      <w:r>
        <w:rPr>
          <w:rFonts w:ascii="Gentium Plus" w:hAnsi="Gentium Plus"/>
          <w:sz w:val="24"/>
        </w:rPr>
        <w:t>Τὸ δὲ ψυχρὸν, σπασμοὺς, τετάνους, μελασμοὺς καὶ ῥίγεα πυρετώδεα.</w:t>
      </w:r>
    </w:p>
    <w:p>
      <w:r>
        <w:rPr>
          <w:rFonts w:ascii="Courier New" w:hAnsi="Courier New"/>
          <w:color w:val="555555"/>
          <w:sz w:val="20"/>
        </w:rPr>
        <w:t>[5 . 18]</w:t>
      </w:r>
    </w:p>
    <w:p>
      <w:r>
        <w:rPr>
          <w:rFonts w:ascii="Gentium Plus" w:hAnsi="Gentium Plus"/>
          <w:sz w:val="24"/>
        </w:rPr>
        <w:t>Τὸ ψυχρὸν, πολέμιον ὀστέοισιν, ὀδοῦσι, νεύροισιν, ἐγκε‐ φάλῳ, νωτιαίῳ μυελῷ· τὸ δὲ θερμὸν ὠφέλιμον.</w:t>
      </w:r>
    </w:p>
    <w:p>
      <w:r>
        <w:rPr>
          <w:rFonts w:ascii="Courier New" w:hAnsi="Courier New"/>
          <w:color w:val="555555"/>
          <w:sz w:val="20"/>
        </w:rPr>
        <w:t>[5 . 19]</w:t>
      </w:r>
    </w:p>
    <w:p>
      <w:r>
        <w:rPr>
          <w:rFonts w:ascii="Gentium Plus" w:hAnsi="Gentium Plus"/>
          <w:sz w:val="24"/>
        </w:rPr>
        <w:t>Ὁκόσα κατέψυκται, ἐκθερμαίνειν, πλὴν ὁκόσα αἱμοῤ‐ ῥαγέει, ἢ μέλλει.</w:t>
      </w:r>
    </w:p>
    <w:p>
      <w:r>
        <w:rPr>
          <w:rFonts w:ascii="Courier New" w:hAnsi="Courier New"/>
          <w:color w:val="555555"/>
          <w:sz w:val="20"/>
        </w:rPr>
        <w:t>[5 . 20]</w:t>
      </w:r>
    </w:p>
    <w:p>
      <w:r>
        <w:rPr>
          <w:rFonts w:ascii="Gentium Plus" w:hAnsi="Gentium Plus"/>
          <w:sz w:val="24"/>
        </w:rPr>
        <w:t>Ἕλκεσι τὸ μὲν ψυχρὸν δακνῶδες, δέρμα περισκλη‐ ρύνει, ὀδύνην ἀνεκπύητον ποιέει, μελαίνει, ῥίγεα πυρετώδεα ποιέει, σπασμοὺς καὶ τετάνους.</w:t>
      </w:r>
    </w:p>
    <w:p>
      <w:r>
        <w:rPr>
          <w:rFonts w:ascii="Courier New" w:hAnsi="Courier New"/>
          <w:color w:val="555555"/>
          <w:sz w:val="20"/>
        </w:rPr>
        <w:t>[5 . 21]</w:t>
      </w:r>
    </w:p>
    <w:p>
      <w:r>
        <w:rPr>
          <w:rFonts w:ascii="Gentium Plus" w:hAnsi="Gentium Plus"/>
          <w:sz w:val="24"/>
        </w:rPr>
        <w:t>Ἔστι δὲ ὅκου ἐπὶ τετάνου ἄνευ ἕλκεος νέῳ εὐσάρκῳ, θέρεος μέσου, ψυχροῦ πολλοῦ κατάχυσις ἐπανάκλησιν θέρμης ποιέεται· θέρμη δὲ ταῦτα ῥύεται.</w:t>
      </w:r>
    </w:p>
    <w:p>
      <w:r>
        <w:rPr>
          <w:rFonts w:ascii="Courier New" w:hAnsi="Courier New"/>
          <w:color w:val="555555"/>
          <w:sz w:val="20"/>
        </w:rPr>
        <w:t>[5 . 22]</w:t>
      </w:r>
    </w:p>
    <w:p>
      <w:r>
        <w:rPr>
          <w:rFonts w:ascii="Gentium Plus" w:hAnsi="Gentium Plus"/>
          <w:sz w:val="24"/>
        </w:rPr>
        <w:t>Τὸ θερμὸν ἐκπυητικὸν, οὐκ ἐπὶ παντὶ ἕλκεϊ, μέγιστον ση‐ μεῖον ἐς ἀσφαλείην, δέρμα μαλάσσει, ἰσχναίνει, ἀνώδυνον, ῥιγέων, σπασμῶν, τετάνων παρηγορικόν· τὰ δὲ ἐν τῇ κεφαλῇ, καὶ</w:t>
      </w:r>
    </w:p>
    <w:p>
      <w:r>
        <w:rPr>
          <w:rFonts w:ascii="Courier New" w:hAnsi="Courier New"/>
          <w:color w:val="555555"/>
          <w:sz w:val="20"/>
        </w:rPr>
        <w:t>[5]</w:t>
      </w:r>
    </w:p>
    <w:p>
      <w:r>
        <w:rPr>
          <w:rFonts w:ascii="Gentium Plus" w:hAnsi="Gentium Plus"/>
          <w:sz w:val="24"/>
        </w:rPr>
        <w:t>λιστα δὲ τοῖσιν ἐψιλωμένοισι, τουτέων δὲ μάλιστα, τοῖσιν ἐν κε‐ φαλῇ ἕλκεα ἔχουσι· καὶ ὁκόσα ὑπὸ ψύξιος θνήσκει, ἢ ἑλκοῦται, καὶ ἕρπησιν ἐσθιομένοισιν, ἕδρῃ, αἰδοίῳ, ὑστέρῃ, κύστει, του‐ τέοισι τὸ μὲν θερμὸν φίλιον καὶ κρῖνον, τὸ δὲ ψυχρὸν πολέμιον καὶ κτεῖνον.</w:t>
      </w:r>
    </w:p>
    <w:p>
      <w:r>
        <w:rPr>
          <w:rFonts w:ascii="Courier New" w:hAnsi="Courier New"/>
          <w:color w:val="555555"/>
          <w:sz w:val="20"/>
        </w:rPr>
        <w:t>[5 . 23]</w:t>
      </w:r>
    </w:p>
    <w:p>
      <w:r>
        <w:rPr>
          <w:rFonts w:ascii="Gentium Plus" w:hAnsi="Gentium Plus"/>
          <w:sz w:val="24"/>
        </w:rPr>
        <w:t>Ἐν τουτέοισι δεῖ τῷ ψυχρῷ χρέεσθαι, ὁκόθεν αἱμοῤῥαγέει, ἢ μέλλει, μὴ ἐπ’ αὐτὰ, ἀλλὰ περὶ αὐτὰ, ὁκόθεν ἐπιῤῥεῖ· καὶ ὁκόσαι φλεγμοναὶ, ἢ ἐπιφλογίσματα ἐς τὸ ἐρυθρὸν καὶ ὕφαιμον ῥέποντα αἵματι νεαρῷ, ἐπὶ ταῦτα, ἐπεὶ τά γε παλαιὰ με‐</w:t>
      </w:r>
    </w:p>
    <w:p>
      <w:r>
        <w:rPr>
          <w:rFonts w:ascii="Courier New" w:hAnsi="Courier New"/>
          <w:color w:val="555555"/>
          <w:sz w:val="20"/>
        </w:rPr>
        <w:t>[5]</w:t>
      </w:r>
    </w:p>
    <w:p>
      <w:r>
        <w:rPr>
          <w:rFonts w:ascii="Gentium Plus" w:hAnsi="Gentium Plus"/>
          <w:sz w:val="24"/>
        </w:rPr>
        <w:t>λαίνει· καὶ ἐρυσίπελας τὸ μὴ ἑλκούμενον, ἐπεὶ τό γε ἑλκού‐ μενον βλάπτει.</w:t>
      </w:r>
    </w:p>
    <w:p>
      <w:r>
        <w:rPr>
          <w:rFonts w:ascii="Courier New" w:hAnsi="Courier New"/>
          <w:color w:val="555555"/>
          <w:sz w:val="20"/>
        </w:rPr>
        <w:t>[5 . 24]</w:t>
      </w:r>
    </w:p>
    <w:p>
      <w:r>
        <w:rPr>
          <w:rFonts w:ascii="Gentium Plus" w:hAnsi="Gentium Plus"/>
          <w:sz w:val="24"/>
        </w:rPr>
        <w:t>Τὰ ψυχρὰ, οἷον χιὼν, κρύσταλλος, τῷ στήθεϊ πολέμια, βηχέων κινητικὰ, αἱμοῤῥοϊκὰ, καταῤῥοϊκά.</w:t>
      </w:r>
    </w:p>
    <w:p>
      <w:r>
        <w:rPr>
          <w:rFonts w:ascii="Courier New" w:hAnsi="Courier New"/>
          <w:color w:val="555555"/>
          <w:sz w:val="20"/>
        </w:rPr>
        <w:t>[5 . 25]</w:t>
      </w:r>
    </w:p>
    <w:p>
      <w:r>
        <w:rPr>
          <w:rFonts w:ascii="Gentium Plus" w:hAnsi="Gentium Plus"/>
          <w:sz w:val="24"/>
        </w:rPr>
        <w:t>Τὰ ἐν ἄρθροισιν οἰδήματα καὶ ἀλγήματα, ἄτερ ἕλκεος, καὶ ποδαγρικὰ, καὶ σπάσματα, τουτέων τὰ πλεῖστα ψυχρὸν πολλὸν καταχεόμενον ῥηΐζει τε καὶ ἰσχναίνει, καὶ ὀδύνην λύει·</w:t>
      </w:r>
    </w:p>
    <w:p>
      <w:r>
        <w:rPr>
          <w:rFonts w:ascii="Courier New" w:hAnsi="Courier New"/>
          <w:color w:val="555555"/>
          <w:sz w:val="20"/>
        </w:rPr>
        <w:t>[5 . 26]</w:t>
      </w:r>
    </w:p>
    <w:p>
      <w:r>
        <w:rPr>
          <w:rFonts w:ascii="Gentium Plus" w:hAnsi="Gentium Plus"/>
          <w:sz w:val="24"/>
        </w:rPr>
        <w:t>Ὕδωρ τὸ ταχέως θερμαινόμενον καὶ ταχέως ψυχόμενον, κουφότατον.</w:t>
      </w:r>
    </w:p>
    <w:p>
      <w:r>
        <w:rPr>
          <w:rFonts w:ascii="Courier New" w:hAnsi="Courier New"/>
          <w:color w:val="555555"/>
          <w:sz w:val="20"/>
        </w:rPr>
        <w:t>[5 . 27]</w:t>
      </w:r>
    </w:p>
    <w:p>
      <w:r>
        <w:rPr>
          <w:rFonts w:ascii="Gentium Plus" w:hAnsi="Gentium Plus"/>
          <w:sz w:val="24"/>
        </w:rPr>
        <w:t>Ὁκόσοισι πιεῖν ὀρέξιες νύκτωρ τοῖσι πάνυ διψῶσιν, ἢν ἐπικοιμηθῶσιν, ἀγαθόν.</w:t>
      </w:r>
    </w:p>
    <w:p>
      <w:r>
        <w:rPr>
          <w:rFonts w:ascii="Courier New" w:hAnsi="Courier New"/>
          <w:color w:val="555555"/>
          <w:sz w:val="20"/>
        </w:rPr>
        <w:t>[5 . 28]</w:t>
      </w:r>
    </w:p>
    <w:p>
      <w:r>
        <w:rPr>
          <w:rFonts w:ascii="Gentium Plus" w:hAnsi="Gentium Plus"/>
          <w:sz w:val="24"/>
        </w:rPr>
        <w:t>Γυναικείων ἀγωγὸν, ἡ ἐν ἀρώμασι πυρίη, πολλαχῆ δὲ καὶ ἐς ἄλλα χρησίμη ἂν ἦν, εἰ μὴ καρηβαρίας ἐνεποίεεν.</w:t>
      </w:r>
    </w:p>
    <w:p>
      <w:r>
        <w:rPr>
          <w:rFonts w:ascii="Courier New" w:hAnsi="Courier New"/>
          <w:color w:val="555555"/>
          <w:sz w:val="20"/>
        </w:rPr>
        <w:t>[5 . 29]</w:t>
      </w:r>
    </w:p>
    <w:p>
      <w:r>
        <w:rPr>
          <w:rFonts w:ascii="Gentium Plus" w:hAnsi="Gentium Plus"/>
          <w:sz w:val="24"/>
        </w:rPr>
        <w:t>Τὰς κυούσας φαρμακεύειν, ἢν ὀργᾷ, τετράμηνα, καὶ ἄχρι ἑπτὰ μηνῶν ἧσσον· τὰ δὲ νήπια καὶ πρεσβύτερα εὐλα‐ βέεσθαι.</w:t>
      </w:r>
    </w:p>
    <w:p>
      <w:r>
        <w:rPr>
          <w:rFonts w:ascii="Courier New" w:hAnsi="Courier New"/>
          <w:color w:val="555555"/>
          <w:sz w:val="20"/>
        </w:rPr>
        <w:t>[5 . 30]</w:t>
      </w:r>
    </w:p>
    <w:p>
      <w:r>
        <w:rPr>
          <w:rFonts w:ascii="Gentium Plus" w:hAnsi="Gentium Plus"/>
          <w:sz w:val="24"/>
        </w:rPr>
        <w:t>Γυναικὶ ἐν γαστρὶ ἐχούσῃ ὑπό τινος τῶν ὀξέων νουσημάτων ληφθῆναι, θανατῶδες.</w:t>
      </w:r>
    </w:p>
    <w:p>
      <w:r>
        <w:rPr>
          <w:rFonts w:ascii="Courier New" w:hAnsi="Courier New"/>
          <w:color w:val="555555"/>
          <w:sz w:val="20"/>
        </w:rPr>
        <w:t>[5 . 31]</w:t>
      </w:r>
    </w:p>
    <w:p>
      <w:r>
        <w:rPr>
          <w:rFonts w:ascii="Gentium Plus" w:hAnsi="Gentium Plus"/>
          <w:sz w:val="24"/>
        </w:rPr>
        <w:t>Γυνὴ ἐν γαστρὶ ἔχουσα, φλεβοτομηθεῖσα, ἐκτιτρώσκει· καὶ μᾶλλον ᾖσι μεῖζον τὸ ἔμβρυον.</w:t>
      </w:r>
    </w:p>
    <w:p>
      <w:r>
        <w:rPr>
          <w:rFonts w:ascii="Courier New" w:hAnsi="Courier New"/>
          <w:color w:val="555555"/>
          <w:sz w:val="20"/>
        </w:rPr>
        <w:t>[5 . 32]</w:t>
      </w:r>
    </w:p>
    <w:p>
      <w:r>
        <w:rPr>
          <w:rFonts w:ascii="Gentium Plus" w:hAnsi="Gentium Plus"/>
          <w:sz w:val="24"/>
        </w:rPr>
        <w:t>Γυναικὶ αἷμα ἐμεούσῃ, τῶν καταμηνίων ῥαγέντων, λύσις.</w:t>
      </w:r>
    </w:p>
    <w:p>
      <w:r>
        <w:rPr>
          <w:rFonts w:ascii="Courier New" w:hAnsi="Courier New"/>
          <w:color w:val="555555"/>
          <w:sz w:val="20"/>
        </w:rPr>
        <w:t>[5 . 33]</w:t>
      </w:r>
    </w:p>
    <w:p>
      <w:r>
        <w:rPr>
          <w:rFonts w:ascii="Gentium Plus" w:hAnsi="Gentium Plus"/>
          <w:sz w:val="24"/>
        </w:rPr>
        <w:t>Γυναικὶ, τῶν καταμηνίων ἐκλειπόντων, αἷμα ἐκ τῶν ῥι‐ νῶν ῥυῆναι, ἀγαθόν.</w:t>
      </w:r>
    </w:p>
    <w:p>
      <w:r>
        <w:rPr>
          <w:rFonts w:ascii="Courier New" w:hAnsi="Courier New"/>
          <w:color w:val="555555"/>
          <w:sz w:val="20"/>
        </w:rPr>
        <w:t>[5 . 34]</w:t>
      </w:r>
    </w:p>
    <w:p>
      <w:r>
        <w:rPr>
          <w:rFonts w:ascii="Gentium Plus" w:hAnsi="Gentium Plus"/>
          <w:sz w:val="24"/>
        </w:rPr>
        <w:t>Γυναικὶ ἐν γαστρὶ ἐχούσῃ, ἢν ἡ κοιλίη πουλλὰ ῥυῇ, κίν‐ δυνος ἐκτρῶσαι.</w:t>
      </w:r>
    </w:p>
    <w:p>
      <w:r>
        <w:rPr>
          <w:rFonts w:ascii="Courier New" w:hAnsi="Courier New"/>
          <w:color w:val="555555"/>
          <w:sz w:val="20"/>
        </w:rPr>
        <w:t>[5 . 35]</w:t>
      </w:r>
    </w:p>
    <w:p>
      <w:r>
        <w:rPr>
          <w:rFonts w:ascii="Gentium Plus" w:hAnsi="Gentium Plus"/>
          <w:sz w:val="24"/>
        </w:rPr>
        <w:t>Γυναικὶ ὑπὸ ὑστερικῶν ἐνοχλουμένῃ, ἢ δυστοκούσῃ, πταρ‐ μὸς ἐπιγινόμενος, ἀγαθόν.</w:t>
      </w:r>
    </w:p>
    <w:p>
      <w:r>
        <w:rPr>
          <w:rFonts w:ascii="Courier New" w:hAnsi="Courier New"/>
          <w:color w:val="555555"/>
          <w:sz w:val="20"/>
        </w:rPr>
        <w:t>[5 . 36]</w:t>
      </w:r>
    </w:p>
    <w:p>
      <w:r>
        <w:rPr>
          <w:rFonts w:ascii="Gentium Plus" w:hAnsi="Gentium Plus"/>
          <w:sz w:val="24"/>
        </w:rPr>
        <w:t>Γυναικὶ τὰ καταμήνια ἄχροα, καὶ μὴ κατὰ τὰ αὐτὰ αἰεὶ γινόμενα, καθάρσιος δεῖσθαι σημαίνει.</w:t>
      </w:r>
    </w:p>
    <w:p>
      <w:r>
        <w:rPr>
          <w:rFonts w:ascii="Courier New" w:hAnsi="Courier New"/>
          <w:color w:val="555555"/>
          <w:sz w:val="20"/>
        </w:rPr>
        <w:t>[5 . 37]</w:t>
      </w:r>
    </w:p>
    <w:p>
      <w:r>
        <w:rPr>
          <w:rFonts w:ascii="Gentium Plus" w:hAnsi="Gentium Plus"/>
          <w:sz w:val="24"/>
        </w:rPr>
        <w:t>Γυναικὶ ἐν γαστρὶ ἐχούσῃ, ἢν οἱ μασθοὶ ἐξαίφνης ἰσχνοὶ γέ‐ νωνται, ἐκτιτρώσκει.</w:t>
      </w:r>
    </w:p>
    <w:p>
      <w:r>
        <w:rPr>
          <w:rFonts w:ascii="Courier New" w:hAnsi="Courier New"/>
          <w:color w:val="555555"/>
          <w:sz w:val="20"/>
        </w:rPr>
        <w:t>[5 . 38]</w:t>
      </w:r>
    </w:p>
    <w:p>
      <w:r>
        <w:rPr>
          <w:rFonts w:ascii="Gentium Plus" w:hAnsi="Gentium Plus"/>
          <w:sz w:val="24"/>
        </w:rPr>
        <w:t>Γυναικὶ ἐν γαστρὶ ἐχούσῃ ἢν ὁ ἕτερος μασθὸς ἰσχνὸς γέ‐ νηται, δίδυμα ἐχούσῃ, θάτερον ἐκτιτρώσκει· καὶ ἢν μὲν ὁ δεξιὸς ἰσχνὸς γένηται, τὸ ἄρσεν· ἢν δὲ ὁ ἀριστερὸς, τὸ θῆλυ.</w:t>
      </w:r>
    </w:p>
    <w:p>
      <w:r>
        <w:rPr>
          <w:rFonts w:ascii="Courier New" w:hAnsi="Courier New"/>
          <w:color w:val="555555"/>
          <w:sz w:val="20"/>
        </w:rPr>
        <w:t>[5 . 39]</w:t>
      </w:r>
    </w:p>
    <w:p>
      <w:r>
        <w:rPr>
          <w:rFonts w:ascii="Gentium Plus" w:hAnsi="Gentium Plus"/>
          <w:sz w:val="24"/>
        </w:rPr>
        <w:t>Ἢν γυνὴ μὴ κύουσα, μηδὲ τετοκυῖα, γάλα ἔχῃ, ταύτῃ τὰ καταμήνια ἐκλέλοιπεν.</w:t>
      </w:r>
    </w:p>
    <w:p>
      <w:r>
        <w:rPr>
          <w:rFonts w:ascii="Courier New" w:hAnsi="Courier New"/>
          <w:color w:val="555555"/>
          <w:sz w:val="20"/>
        </w:rPr>
        <w:t>[5 . 40]</w:t>
      </w:r>
    </w:p>
    <w:p>
      <w:r>
        <w:rPr>
          <w:rFonts w:ascii="Gentium Plus" w:hAnsi="Gentium Plus"/>
          <w:sz w:val="24"/>
        </w:rPr>
        <w:t>Γυναιξὶν ὁκόσῃσιν ἐς τοὺς τιτθοὺς αἷμα συστρέφεται, μα‐</w:t>
      </w:r>
    </w:p>
    <w:p>
      <w:r>
        <w:rPr>
          <w:rFonts w:ascii="Courier New" w:hAnsi="Courier New"/>
          <w:color w:val="555555"/>
          <w:sz w:val="20"/>
        </w:rPr>
        <w:t>[5 . 41]</w:t>
      </w:r>
    </w:p>
    <w:p>
      <w:r>
        <w:rPr>
          <w:rFonts w:ascii="Gentium Plus" w:hAnsi="Gentium Plus"/>
          <w:sz w:val="24"/>
        </w:rPr>
        <w:t>Γυναῖκα ἢν θέλῃς εἰδέναι εἰ κύει, ἐπὴν καθεύδειν μέλλῃ, ἀδείπνῳ ἐούσῃ, μελίκρητον διδόναι πιεῖν· κἢν μὲν στρόφος αὐτὴν ἔχῃ περὶ τὴν γαστέρα, κύει· ἢν δὲ μὴ, οὐ κύει.</w:t>
      </w:r>
    </w:p>
    <w:p>
      <w:r>
        <w:rPr>
          <w:rFonts w:ascii="Courier New" w:hAnsi="Courier New"/>
          <w:color w:val="555555"/>
          <w:sz w:val="20"/>
        </w:rPr>
        <w:t>[5 . 42]</w:t>
      </w:r>
    </w:p>
    <w:p>
      <w:r>
        <w:rPr>
          <w:rFonts w:ascii="Gentium Plus" w:hAnsi="Gentium Plus"/>
          <w:sz w:val="24"/>
        </w:rPr>
        <w:t>Γυνὴ ἔγκυος, ἢν μὲν ἄρσεν κύῃ, εὔχροός ἐστιν· ἢν δὲ θῆλυ, δύσχροος.</w:t>
      </w:r>
    </w:p>
    <w:p>
      <w:r>
        <w:rPr>
          <w:rFonts w:ascii="Courier New" w:hAnsi="Courier New"/>
          <w:color w:val="555555"/>
          <w:sz w:val="20"/>
        </w:rPr>
        <w:t>[5 . 43]</w:t>
      </w:r>
    </w:p>
    <w:p>
      <w:r>
        <w:rPr>
          <w:rFonts w:ascii="Gentium Plus" w:hAnsi="Gentium Plus"/>
          <w:sz w:val="24"/>
        </w:rPr>
        <w:t>Ἢν γυναικὶ κυούσῃ ἐρυσίπελας ἐν τῇ ὑστέρῃ γένηται, θα‐ νατῶδες.</w:t>
      </w:r>
    </w:p>
    <w:p>
      <w:r>
        <w:rPr>
          <w:rFonts w:ascii="Courier New" w:hAnsi="Courier New"/>
          <w:color w:val="555555"/>
          <w:sz w:val="20"/>
        </w:rPr>
        <w:t>[5 . 44]</w:t>
      </w:r>
    </w:p>
    <w:p>
      <w:r>
        <w:rPr>
          <w:rFonts w:ascii="Gentium Plus" w:hAnsi="Gentium Plus"/>
          <w:sz w:val="24"/>
        </w:rPr>
        <w:t>Ὁκόσαι παρὰ φύσιν λεπταὶ ἐοῦσαι ἐν γαστρὶ ἔχουσιν, ἐκτι‐</w:t>
      </w:r>
    </w:p>
    <w:p>
      <w:r>
        <w:rPr>
          <w:rFonts w:ascii="Courier New" w:hAnsi="Courier New"/>
          <w:color w:val="555555"/>
          <w:sz w:val="20"/>
        </w:rPr>
        <w:t>[5 . 45]</w:t>
      </w:r>
    </w:p>
    <w:p>
      <w:r>
        <w:rPr>
          <w:rFonts w:ascii="Gentium Plus" w:hAnsi="Gentium Plus"/>
          <w:sz w:val="24"/>
        </w:rPr>
        <w:t>Ὁκόσαι δὲ μετρίως τὸ σῶμα ἔχουσαι ἐκτιτρώσκουσι δί‐ μηνα καὶ τρίμηνα ἄτερ προφάσιος φανερῆς, ταύτῃσιν αἱ κοτυλη‐ δόνες μύξης μεσταί εἰσι, καὶ οὐ δύνανται κρατέειν ὑπὸ τοῦ βά‐ ρεος τὸ ἔμβρυον, ἀλλ’ ἀποῤῥήγνυνται.</w:t>
      </w:r>
    </w:p>
    <w:p>
      <w:r>
        <w:rPr>
          <w:rFonts w:ascii="Courier New" w:hAnsi="Courier New"/>
          <w:color w:val="555555"/>
          <w:sz w:val="20"/>
        </w:rPr>
        <w:t>[5 . 46]</w:t>
      </w:r>
    </w:p>
    <w:p>
      <w:r>
        <w:rPr>
          <w:rFonts w:ascii="Gentium Plus" w:hAnsi="Gentium Plus"/>
          <w:sz w:val="24"/>
        </w:rPr>
        <w:t>Ὁκόσαι παρὰ φύσιν παχεῖαι ἐοῦσαι μὴ ξυλλαμβάνουσιν ἐν γαστρὶ, ταύτῃσι τὸ ἐπίπλοον τὸ στόμα τῶν ὑστερέων ἀποπιέζει, καὶ, πρὶν ἢ λεπτυνθῆναι, οὐ κύουσιν.</w:t>
      </w:r>
    </w:p>
    <w:p>
      <w:r>
        <w:rPr>
          <w:rFonts w:ascii="Courier New" w:hAnsi="Courier New"/>
          <w:color w:val="555555"/>
          <w:sz w:val="20"/>
        </w:rPr>
        <w:t>[5 . 47]</w:t>
      </w:r>
    </w:p>
    <w:p>
      <w:r>
        <w:rPr>
          <w:rFonts w:ascii="Gentium Plus" w:hAnsi="Gentium Plus"/>
          <w:sz w:val="24"/>
        </w:rPr>
        <w:t>Ἢν ὑστέρη ἐν τῷ ἰσχίῳ ἐγκειμένη διαπυήσῃ, ἀνάγκη</w:t>
      </w:r>
    </w:p>
    <w:p>
      <w:r>
        <w:rPr>
          <w:rFonts w:ascii="Courier New" w:hAnsi="Courier New"/>
          <w:color w:val="555555"/>
          <w:sz w:val="20"/>
        </w:rPr>
        <w:t>[5 . 48]</w:t>
      </w:r>
    </w:p>
    <w:p>
      <w:r>
        <w:rPr>
          <w:rFonts w:ascii="Gentium Plus" w:hAnsi="Gentium Plus"/>
          <w:sz w:val="24"/>
        </w:rPr>
        <w:t>Ἔμβρυα τὰ μὲν ἄρσενα ἐν τοῖσι δεξιοῖσι, τὰ δὲ θήλεα ἐν τοῖσιν ἀριστεροῖσι μᾶλλον.</w:t>
      </w:r>
    </w:p>
    <w:p>
      <w:r>
        <w:rPr>
          <w:rFonts w:ascii="Courier New" w:hAnsi="Courier New"/>
          <w:color w:val="555555"/>
          <w:sz w:val="20"/>
        </w:rPr>
        <w:t>[5 . 49]</w:t>
      </w:r>
    </w:p>
    <w:p>
      <w:r>
        <w:rPr>
          <w:rFonts w:ascii="Gentium Plus" w:hAnsi="Gentium Plus"/>
          <w:sz w:val="24"/>
        </w:rPr>
        <w:t>Ὑστέρων ἐκπτώσιες, πταρμικὸν προσθεὶς, ἐπιλάμβανε τοὺς μυκτῆρας καὶ τὸ στόμα.</w:t>
      </w:r>
    </w:p>
    <w:p>
      <w:r>
        <w:rPr>
          <w:rFonts w:ascii="Courier New" w:hAnsi="Courier New"/>
          <w:color w:val="555555"/>
          <w:sz w:val="20"/>
        </w:rPr>
        <w:t>[5 . 50]</w:t>
      </w:r>
    </w:p>
    <w:p>
      <w:r>
        <w:rPr>
          <w:rFonts w:ascii="Gentium Plus" w:hAnsi="Gentium Plus"/>
          <w:sz w:val="24"/>
        </w:rPr>
        <w:t>Γυναικὶ τὰ καταμήνια ἢν βούλῃ ἐπισχεῖν, σικύην ὡς μεγί‐ στην πρὸς τοὺς τιτθοὺς πρόσβαλλε.</w:t>
      </w:r>
    </w:p>
    <w:p>
      <w:r>
        <w:rPr>
          <w:rFonts w:ascii="Courier New" w:hAnsi="Courier New"/>
          <w:color w:val="555555"/>
          <w:sz w:val="20"/>
        </w:rPr>
        <w:t>[5 . 51]</w:t>
      </w:r>
    </w:p>
    <w:p>
      <w:r>
        <w:rPr>
          <w:rFonts w:ascii="Gentium Plus" w:hAnsi="Gentium Plus"/>
          <w:sz w:val="24"/>
        </w:rPr>
        <w:t>Ὁκόσαι ἐν γαστρὶ ἔχουσι, τουτέων τὸ στόμα τῶν ὑστε‐ ρέων ξυμμέμυκεν.</w:t>
      </w:r>
    </w:p>
    <w:p>
      <w:r>
        <w:rPr>
          <w:rFonts w:ascii="Courier New" w:hAnsi="Courier New"/>
          <w:color w:val="555555"/>
          <w:sz w:val="20"/>
        </w:rPr>
        <w:t>[5 . 52]</w:t>
      </w:r>
    </w:p>
    <w:p>
      <w:r>
        <w:rPr>
          <w:rFonts w:ascii="Gentium Plus" w:hAnsi="Gentium Plus"/>
          <w:sz w:val="24"/>
        </w:rPr>
        <w:t>Ἢν γυναικὶ ἐν γαστρὶ ἐχούσῃ γάλα πουλὺ ἐκ τῶν μαζῶν ῥυῇ, ἀσθενὲς τὸ ἔμβρυον σημαίνει· ἢν δὲ στερεοὶ οἱ μαστοὶ ἔωσιν, ὑγιεινότερον τὸ ἔμβρυον σημαίνει.</w:t>
      </w:r>
    </w:p>
    <w:p>
      <w:r>
        <w:rPr>
          <w:rFonts w:ascii="Courier New" w:hAnsi="Courier New"/>
          <w:color w:val="555555"/>
          <w:sz w:val="20"/>
        </w:rPr>
        <w:t>[5 . 53]</w:t>
      </w:r>
    </w:p>
    <w:p>
      <w:r>
        <w:rPr>
          <w:rFonts w:ascii="Gentium Plus" w:hAnsi="Gentium Plus"/>
          <w:sz w:val="24"/>
        </w:rPr>
        <w:t>Ὁκόσαι διαφθείρειν μέλλουσι τὰ ἔμβρυα, ταύτῃσιν οἱ τιτθοὶ ἰσχνοὶ γίνονται· ἢν δὲ πάλιν σκληροὶ γένωνται, ὀδύνη ἔσται ἢ ἐν τοῖσι τιτθοῖσιν, ἢ ἐν τοῖσιν ἰσχίοισιν, ἢ ἐν τοῖσιν ὀφθαλμοῖσιν, ἢ ἐν τοῖσι γούνασι, καὶ οὐ διαφθείρουσιν.</w:t>
      </w:r>
    </w:p>
    <w:p>
      <w:r>
        <w:rPr>
          <w:rFonts w:ascii="Courier New" w:hAnsi="Courier New"/>
          <w:color w:val="555555"/>
          <w:sz w:val="20"/>
        </w:rPr>
        <w:t>[5 . 54]</w:t>
      </w:r>
    </w:p>
    <w:p>
      <w:r>
        <w:rPr>
          <w:rFonts w:ascii="Gentium Plus" w:hAnsi="Gentium Plus"/>
          <w:sz w:val="24"/>
        </w:rPr>
        <w:t>Ὁκόσῃσι τὸ στόμα τῶν ὑστερέων σκληρόν ἐστι, ταύτῃσιν ἀνάγκη τὸ στόμα τῶν ὑστερέων ξυμμύειν.</w:t>
      </w:r>
    </w:p>
    <w:p>
      <w:r>
        <w:rPr>
          <w:rFonts w:ascii="Courier New" w:hAnsi="Courier New"/>
          <w:color w:val="555555"/>
          <w:sz w:val="20"/>
        </w:rPr>
        <w:t>[5 . 55]</w:t>
      </w:r>
    </w:p>
    <w:p>
      <w:r>
        <w:rPr>
          <w:rFonts w:ascii="Gentium Plus" w:hAnsi="Gentium Plus"/>
          <w:sz w:val="24"/>
        </w:rPr>
        <w:t>Ὁκόσαι ἐν γαστρὶ ἔχουσαι ὑπὸ πυρετῶν λαμβάνονται, καὶ ἰσχυρῶς ἰσχναίνονται, ἄνευ προφάσιος φανερῆς τίκτουσι χαλεπῶς καὶ ἐπικινδύνως, ἢ ἐκτιτρώκουσαι κινδυνεύουσιν.</w:t>
      </w:r>
    </w:p>
    <w:p>
      <w:r>
        <w:rPr>
          <w:rFonts w:ascii="Courier New" w:hAnsi="Courier New"/>
          <w:color w:val="555555"/>
          <w:sz w:val="20"/>
        </w:rPr>
        <w:t>[5 . 56]</w:t>
      </w:r>
    </w:p>
    <w:p>
      <w:r>
        <w:rPr>
          <w:rFonts w:ascii="Gentium Plus" w:hAnsi="Gentium Plus"/>
          <w:sz w:val="24"/>
        </w:rPr>
        <w:t>Ἐπὶ ῥόῳ γυναικείῳ σπασμὸς καὶ λειποθυμίη ἢν ἐπιγέ‐ νηται, κακόν.</w:t>
      </w:r>
    </w:p>
    <w:p>
      <w:r>
        <w:rPr>
          <w:rFonts w:ascii="Courier New" w:hAnsi="Courier New"/>
          <w:color w:val="555555"/>
          <w:sz w:val="20"/>
        </w:rPr>
        <w:t>[5 . 57]</w:t>
      </w:r>
    </w:p>
    <w:p>
      <w:r>
        <w:rPr>
          <w:rFonts w:ascii="Gentium Plus" w:hAnsi="Gentium Plus"/>
          <w:sz w:val="24"/>
        </w:rPr>
        <w:t>Καταμηνίων γενομένων πλειόνων, νοῦσοι ξυμβαίνουσι, καὶ, μὴ γινομένων, ἀπὸ τῆς ὑστέρης γίνονται νοῦσοι.</w:t>
      </w:r>
    </w:p>
    <w:p>
      <w:r>
        <w:rPr>
          <w:rFonts w:ascii="Courier New" w:hAnsi="Courier New"/>
          <w:color w:val="555555"/>
          <w:sz w:val="20"/>
        </w:rPr>
        <w:t>[5 . 58]</w:t>
      </w:r>
    </w:p>
    <w:p>
      <w:r>
        <w:rPr>
          <w:rFonts w:ascii="Gentium Plus" w:hAnsi="Gentium Plus"/>
          <w:sz w:val="24"/>
        </w:rPr>
        <w:t>Ἐπὶ ἀρχῷ φλεγμαίνοντι, καὶ ὑστέρῃ φλεγμαινούσῃ, στραγγουρίη ἐπιγίνεται, καὶ ἐπὶ νεφροῖσιν ἐμπύοισι στραγγουρίη ἐπιγίνεται, ἐπὶ δὲ ἥπατι φλεγμαίνοντι λὺγξ ἐπιγίνεται.</w:t>
      </w:r>
    </w:p>
    <w:p>
      <w:r>
        <w:rPr>
          <w:rFonts w:ascii="Courier New" w:hAnsi="Courier New"/>
          <w:color w:val="555555"/>
          <w:sz w:val="20"/>
        </w:rPr>
        <w:t>[5 . 59]</w:t>
      </w:r>
    </w:p>
    <w:p>
      <w:r>
        <w:rPr>
          <w:rFonts w:ascii="Gentium Plus" w:hAnsi="Gentium Plus"/>
          <w:sz w:val="24"/>
        </w:rPr>
        <w:t>Γυνὴ ἢν μὴ λαμβάνῃ ἐν γαστρὶ, βούλῃ δὲ εἰδέναι εἰ λή‐ ψεται, περικαλύψας ἱματίοισι, θυμία κάτω· κἢν μὲν πορεύεσθαι δοκέῃ ἡ ὀδμὴ διὰ τοῦ σώματος ἐς τὰς ῥῖνας καὶ ἐς τὸ στόμα, γίνωσκε ὅτι αὐτὴ οὐ δι’ ἑωυτὴν ἄγονός ἐστίν.</w:t>
      </w:r>
    </w:p>
    <w:p>
      <w:r>
        <w:rPr>
          <w:rFonts w:ascii="Courier New" w:hAnsi="Courier New"/>
          <w:color w:val="555555"/>
          <w:sz w:val="20"/>
        </w:rPr>
        <w:t>[5 . 60]</w:t>
      </w:r>
    </w:p>
    <w:p>
      <w:r>
        <w:rPr>
          <w:rFonts w:ascii="Gentium Plus" w:hAnsi="Gentium Plus"/>
          <w:sz w:val="24"/>
        </w:rPr>
        <w:t>Ἢν γυναικὶ ἐν γαστρὶ ἐχούσῃ αἱ καθάρσιες πορεύωνται, ἀδύνατον τὸ ἔμβρυον ὑγιαίνειν.</w:t>
      </w:r>
    </w:p>
    <w:p>
      <w:r>
        <w:rPr>
          <w:rFonts w:ascii="Courier New" w:hAnsi="Courier New"/>
          <w:color w:val="555555"/>
          <w:sz w:val="20"/>
        </w:rPr>
        <w:t>[5 . 61]</w:t>
      </w:r>
    </w:p>
    <w:p>
      <w:r>
        <w:rPr>
          <w:rFonts w:ascii="Gentium Plus" w:hAnsi="Gentium Plus"/>
          <w:sz w:val="24"/>
        </w:rPr>
        <w:t>Ἢν γυναικὶ αἱ καθάρσιες μὴ πορεύωνται, μήτε φρίκης, μήτε πυρετοῦ ἐπιγινομένου, ἆσαι δὲ αὐτῇ προσπίπτωσι, λογίζου ταύτην ἐν γαστρὶ ἔχειν.</w:t>
      </w:r>
    </w:p>
    <w:p>
      <w:r>
        <w:rPr>
          <w:rFonts w:ascii="Courier New" w:hAnsi="Courier New"/>
          <w:color w:val="555555"/>
          <w:sz w:val="20"/>
        </w:rPr>
        <w:t>[5 . 62]</w:t>
      </w:r>
    </w:p>
    <w:p>
      <w:r>
        <w:rPr>
          <w:rFonts w:ascii="Gentium Plus" w:hAnsi="Gentium Plus"/>
          <w:sz w:val="24"/>
        </w:rPr>
        <w:t>Ὁκόσαι ψυχρὰς καὶ πυκνὰς τὰς μήτρας ἔχουσιν, οὐ κυΐσκουσιν· καὶ ὁκόσαι καθύγρους ἔχουσι τὰς μήτρας, οὐ κυΐσκουσιν, ἀποσβέννυται γὰρ ὁ γόνος· καὶ ὁκόσαι ξηρὰς μᾶλλον</w:t>
      </w:r>
    </w:p>
    <w:p>
      <w:r>
        <w:rPr>
          <w:rFonts w:ascii="Courier New" w:hAnsi="Courier New"/>
          <w:color w:val="555555"/>
          <w:sz w:val="20"/>
        </w:rPr>
        <w:t>[5]</w:t>
      </w:r>
    </w:p>
    <w:p>
      <w:r>
        <w:rPr>
          <w:rFonts w:ascii="Gentium Plus" w:hAnsi="Gentium Plus"/>
          <w:sz w:val="24"/>
        </w:rPr>
        <w:t>δὲ ἐξ ἀμφοτέρων τὴν κρᾶσιν ἔχουσι ξύμμετρον, αἱ τοιαῦται ἐπίτεκνοι γίνονται.</w:t>
      </w:r>
    </w:p>
    <w:p>
      <w:r>
        <w:rPr>
          <w:rFonts w:ascii="Courier New" w:hAnsi="Courier New"/>
          <w:color w:val="555555"/>
          <w:sz w:val="20"/>
        </w:rPr>
        <w:t>[5 . 63]</w:t>
      </w:r>
    </w:p>
    <w:p>
      <w:r>
        <w:rPr>
          <w:rFonts w:ascii="Gentium Plus" w:hAnsi="Gentium Plus"/>
          <w:sz w:val="24"/>
        </w:rPr>
        <w:t>Παραπλησίως δὲ καὶ ἐπὶ τῶν ἀῤῥένων· ἢ γὰρ διὰ τὴν ἀραιότητα τοῦ σώματος τὸ πνεῦμα ἔξω φέρεται πρὸς τὸ μὴ παρα‐ πέμπειν τὸ σπέρμα· ἢ διὰ τὴν πυκνότητα τὸ ὑγρὸν οὐ διαχω‐ ρέει ἔξω· ἢ διὰ τὴν ψυχρότητα οὐκ ἐκπυροῦται, ὥστε ἀθροίζεσθαι</w:t>
      </w:r>
    </w:p>
    <w:p>
      <w:r>
        <w:rPr>
          <w:rFonts w:ascii="Courier New" w:hAnsi="Courier New"/>
          <w:color w:val="555555"/>
          <w:sz w:val="20"/>
        </w:rPr>
        <w:t>[5]</w:t>
      </w:r>
    </w:p>
    <w:p>
      <w:r>
        <w:rPr>
          <w:rFonts w:ascii="Gentium Plus" w:hAnsi="Gentium Plus"/>
          <w:sz w:val="24"/>
        </w:rPr>
        <w:t>πρὸς τὸν τόπον τοῦτον· ἢ διὰ τὴν θερμασίην τὸ αὐτὸ τοῦτο γίνεται.</w:t>
      </w:r>
    </w:p>
    <w:p>
      <w:r>
        <w:rPr>
          <w:rFonts w:ascii="Courier New" w:hAnsi="Courier New"/>
          <w:color w:val="555555"/>
          <w:sz w:val="20"/>
        </w:rPr>
        <w:t>[5 . 64]</w:t>
      </w:r>
    </w:p>
    <w:p>
      <w:r>
        <w:rPr>
          <w:rFonts w:ascii="Gentium Plus" w:hAnsi="Gentium Plus"/>
          <w:sz w:val="24"/>
        </w:rPr>
        <w:t>Γάλα διδόναι κεφαλαλγέουσι κακόν· κακὸν δὲ καὶ πυρεταί‐</w:t>
      </w:r>
    </w:p>
    <w:p>
      <w:r>
        <w:rPr>
          <w:rFonts w:ascii="Courier New" w:hAnsi="Courier New"/>
          <w:color w:val="555555"/>
          <w:sz w:val="20"/>
        </w:rPr>
        <w:t>[5]</w:t>
      </w:r>
    </w:p>
    <w:p>
      <w:r>
        <w:rPr>
          <w:rFonts w:ascii="Gentium Plus" w:hAnsi="Gentium Plus"/>
          <w:sz w:val="24"/>
        </w:rPr>
        <w:t>ἁρμόζει δὲ φθινώδεσι μὴ λίην πολλῷ πυρέσσουσιν· διδόναι δὲ καὶ ἐν πυρετοῖσι μακροῖσι βληχροῖσι, μηδενὸς τῶν προειρημένων σημείων παρεόντος, παρὰ λόγον δὲ ἐκτετηκότων.</w:t>
      </w:r>
    </w:p>
    <w:p>
      <w:r>
        <w:rPr>
          <w:rFonts w:ascii="Courier New" w:hAnsi="Courier New"/>
          <w:color w:val="555555"/>
          <w:sz w:val="20"/>
        </w:rPr>
        <w:t>[5 . 65]</w:t>
      </w:r>
    </w:p>
    <w:p>
      <w:r>
        <w:rPr>
          <w:rFonts w:ascii="Gentium Plus" w:hAnsi="Gentium Plus"/>
          <w:sz w:val="24"/>
        </w:rPr>
        <w:t>Ὁκόσοισιν οἰδήματα ἐφ’ ἕλκεσι φαίνεται, οὐ μάλα σπῶν‐ ται, οὐδὲ μαίνονται· τουτέων δὲ ἀφανισθέντων ἐξαίφνης, τοῖσι μὲν ὄπισθεν σπασμοὶ, τέτανοι, τοῖσι δὲ ἔμπροσθεν μανίαι, ὀδύναι πλευ‐ ροῦ ὀξεῖαι, ἢ ἐμπύησις, ἢ δυσεντερίη, ἢν ἐρυθρὰ μᾶλλον ᾖ τὰ</w:t>
      </w:r>
    </w:p>
    <w:p>
      <w:r>
        <w:rPr>
          <w:rFonts w:ascii="Courier New" w:hAnsi="Courier New"/>
          <w:color w:val="555555"/>
          <w:sz w:val="20"/>
        </w:rPr>
        <w:t>[5]</w:t>
      </w:r>
    </w:p>
    <w:p>
      <w:r>
        <w:rPr>
          <w:rFonts w:ascii="Gentium Plus" w:hAnsi="Gentium Plus"/>
          <w:sz w:val="24"/>
        </w:rPr>
        <w:t>οἰδήματα.</w:t>
      </w:r>
    </w:p>
    <w:p>
      <w:r>
        <w:rPr>
          <w:rFonts w:ascii="Courier New" w:hAnsi="Courier New"/>
          <w:color w:val="555555"/>
          <w:sz w:val="20"/>
        </w:rPr>
        <w:t>[5 . 66]</w:t>
      </w:r>
    </w:p>
    <w:p>
      <w:r>
        <w:rPr>
          <w:rFonts w:ascii="Gentium Plus" w:hAnsi="Gentium Plus"/>
          <w:sz w:val="24"/>
        </w:rPr>
        <w:t>Ἢν, τραυμάτων ἰσχυρῶν ἐόντων καὶ πονηρῶν, οἴδημα μὴ φαίνηται, μέγα κακόν.</w:t>
      </w:r>
    </w:p>
    <w:p>
      <w:r>
        <w:rPr>
          <w:rFonts w:ascii="Courier New" w:hAnsi="Courier New"/>
          <w:color w:val="555555"/>
          <w:sz w:val="20"/>
        </w:rPr>
        <w:t>[5 . 67]</w:t>
      </w:r>
    </w:p>
    <w:p>
      <w:r>
        <w:rPr>
          <w:rFonts w:ascii="Gentium Plus" w:hAnsi="Gentium Plus"/>
          <w:sz w:val="24"/>
        </w:rPr>
        <w:t>Τὰ χαῦνα, χρηστὰ, τὰ ἔνωμα, κακά.</w:t>
      </w:r>
    </w:p>
    <w:p>
      <w:r>
        <w:rPr>
          <w:rFonts w:ascii="Courier New" w:hAnsi="Courier New"/>
          <w:color w:val="555555"/>
          <w:sz w:val="20"/>
        </w:rPr>
        <w:t>[5 . 68]</w:t>
      </w:r>
    </w:p>
    <w:p>
      <w:r>
        <w:rPr>
          <w:rFonts w:ascii="Gentium Plus" w:hAnsi="Gentium Plus"/>
          <w:sz w:val="24"/>
        </w:rPr>
        <w:t>Τῷ τὰ ὄπισθεν τῆς κεφαλῆς ὀδυνωμένῳ ἡ ἐν μετώπῳ ὀρθίη φλὲψ τμηθεῖσα, ὠφελέει.</w:t>
      </w:r>
    </w:p>
    <w:p>
      <w:r>
        <w:rPr>
          <w:rFonts w:ascii="Courier New" w:hAnsi="Courier New"/>
          <w:color w:val="555555"/>
          <w:sz w:val="20"/>
        </w:rPr>
        <w:t>[5 . 69]</w:t>
      </w:r>
    </w:p>
    <w:p>
      <w:r>
        <w:rPr>
          <w:rFonts w:ascii="Gentium Plus" w:hAnsi="Gentium Plus"/>
          <w:sz w:val="24"/>
        </w:rPr>
        <w:t>Ῥίγεα ἄρχεται, γυναιξὶ μὲν ἐξ ὀσφύος μᾶλλον καὶ διὰ νώτου ἐς κεφαλήν· ἀτὰρ καὶ ἀνδράσι μᾶλλον ὄπισθεν, ἢ ἔμπροσθεν τοῦ σώματος, οἷον ἀπὸ πήχεων καὶ μηρῶν· ἀτὰρ καὶ τὸ δέρμα</w:t>
      </w:r>
    </w:p>
    <w:p>
      <w:r>
        <w:rPr>
          <w:rFonts w:ascii="Courier New" w:hAnsi="Courier New"/>
          <w:color w:val="555555"/>
          <w:sz w:val="20"/>
        </w:rPr>
        <w:t>[5 . 70]</w:t>
      </w:r>
    </w:p>
    <w:p>
      <w:r>
        <w:rPr>
          <w:rFonts w:ascii="Gentium Plus" w:hAnsi="Gentium Plus"/>
          <w:sz w:val="24"/>
        </w:rPr>
        <w:t>Οἱ ὑπὸ τεταρταίων ἁλισκόμενοι ὑπὸ σπασμοῦ οὐ πάνυ τι ἁλίσκονται· ἢν δὲ ἁλίσκωνται πρότερον, εἶτα ἐπιγένηται τεταρ‐ ταῖος, παύονται.</w:t>
      </w:r>
    </w:p>
    <w:p>
      <w:r>
        <w:rPr>
          <w:rFonts w:ascii="Courier New" w:hAnsi="Courier New"/>
          <w:color w:val="555555"/>
          <w:sz w:val="20"/>
        </w:rPr>
        <w:t>[5 . 71]</w:t>
      </w:r>
    </w:p>
    <w:p>
      <w:r>
        <w:rPr>
          <w:rFonts w:ascii="Gentium Plus" w:hAnsi="Gentium Plus"/>
          <w:sz w:val="24"/>
        </w:rPr>
        <w:t>Ὁκόσοισι δέρματα περιτείνεται καρφαλέα καὶ σκληρὰ, ἄνευ ἱδρῶτος τελευτῶσιν· ὁκόσοισι δὲ χαλαρὰ καὶ ἀραιὰ, σὺν ἱδρῶτι τελευτῶσιν.</w:t>
      </w:r>
    </w:p>
    <w:p>
      <w:r>
        <w:rPr>
          <w:rFonts w:ascii="Courier New" w:hAnsi="Courier New"/>
          <w:color w:val="555555"/>
          <w:sz w:val="20"/>
        </w:rPr>
        <w:t>[5 . 72]</w:t>
      </w:r>
    </w:p>
    <w:p>
      <w:r>
        <w:rPr>
          <w:rFonts w:ascii="Gentium Plus" w:hAnsi="Gentium Plus"/>
          <w:sz w:val="24"/>
        </w:rPr>
        <w:t>Οἱ ἰκτεριώδεες οὐ πάνυ τι πνευματώδεές εἰσιν.</w:t>
      </w:r>
    </w:p>
    <w:p>
      <w:r>
        <w:rPr>
          <w:rFonts w:ascii="Courier New" w:hAnsi="Courier New"/>
          <w:color w:val="555555"/>
          <w:sz w:val="20"/>
        </w:rPr>
        <w:t>[1]</w:t>
      </w:r>
    </w:p>
    <w:p>
      <w:r>
        <w:rPr>
          <w:rFonts w:ascii="Gentium Plus" w:hAnsi="Gentium Plus"/>
          <w:sz w:val="24"/>
        </w:rPr>
      </w:r>
    </w:p>
    <w:p>
      <w:pPr>
        <w:jc w:val="center"/>
      </w:pPr>
      <w:r>
        <w:rPr>
          <w:rFonts w:ascii="Gentium Plus" w:hAnsi="Gentium Plus"/>
          <w:b/>
          <w:sz w:val="24"/>
        </w:rPr>
        <w:t>ΤΜΗΜΑ ΕΚΤΟΝ.</w:t>
      </w:r>
    </w:p>
    <w:p>
      <w:r>
        <w:rPr>
          <w:rFonts w:ascii="Courier New" w:hAnsi="Courier New"/>
          <w:color w:val="555555"/>
          <w:sz w:val="20"/>
        </w:rPr>
        <w:t>[1]</w:t>
      </w:r>
    </w:p>
    <w:p>
      <w:r>
        <w:rPr>
          <w:rFonts w:ascii="Gentium Plus" w:hAnsi="Gentium Plus"/>
          <w:sz w:val="24"/>
        </w:rPr>
      </w:r>
    </w:p>
    <w:p>
      <w:r>
        <w:rPr>
          <w:rFonts w:ascii="Courier New" w:hAnsi="Courier New"/>
          <w:color w:val="555555"/>
          <w:sz w:val="20"/>
        </w:rPr>
        <w:t>[6 . 1]</w:t>
      </w:r>
    </w:p>
    <w:p>
      <w:r>
        <w:rPr>
          <w:rFonts w:ascii="Gentium Plus" w:hAnsi="Gentium Plus"/>
          <w:sz w:val="24"/>
        </w:rPr>
        <w:t>Ἐν τῇσι χρονίῃσι λειεντερίῃσιν ὀξυρεγμίη ἐπιγινομένη, μὴ γενομένη πρότερον, σημεῖον ἀγαθόν.</w:t>
      </w:r>
    </w:p>
    <w:p>
      <w:r>
        <w:rPr>
          <w:rFonts w:ascii="Courier New" w:hAnsi="Courier New"/>
          <w:color w:val="555555"/>
          <w:sz w:val="20"/>
        </w:rPr>
        <w:t>[6 . 2]</w:t>
      </w:r>
    </w:p>
    <w:p>
      <w:r>
        <w:rPr>
          <w:rFonts w:ascii="Gentium Plus" w:hAnsi="Gentium Plus"/>
          <w:sz w:val="24"/>
        </w:rPr>
        <w:t>Οἷσι ῥῖνες ὑγρότεραι φύσει, καὶ ἡ γονὴ ὑγροτέρη, ὑγιαί‐</w:t>
      </w:r>
    </w:p>
    <w:p>
      <w:r>
        <w:rPr>
          <w:rFonts w:ascii="Courier New" w:hAnsi="Courier New"/>
          <w:color w:val="555555"/>
          <w:sz w:val="20"/>
        </w:rPr>
        <w:t>[6 . 3]</w:t>
      </w:r>
    </w:p>
    <w:p>
      <w:r>
        <w:rPr>
          <w:rFonts w:ascii="Gentium Plus" w:hAnsi="Gentium Plus"/>
          <w:sz w:val="24"/>
        </w:rPr>
        <w:t>Ἐν τῇσι μακρῇσι δυσεντερίῃσιν αἱ ἀποσιτίαι, κακόν· καὶ ξὺν πυρετῷ, κάκιον.</w:t>
      </w:r>
    </w:p>
    <w:p>
      <w:r>
        <w:rPr>
          <w:rFonts w:ascii="Courier New" w:hAnsi="Courier New"/>
          <w:color w:val="555555"/>
          <w:sz w:val="20"/>
        </w:rPr>
        <w:t>[6 . 4]</w:t>
      </w:r>
    </w:p>
    <w:p>
      <w:r>
        <w:rPr>
          <w:rFonts w:ascii="Gentium Plus" w:hAnsi="Gentium Plus"/>
          <w:sz w:val="24"/>
        </w:rPr>
        <w:t>Τὰ περιμάδαρα ἕλκεα, κακοήθεα.</w:t>
      </w:r>
    </w:p>
    <w:p>
      <w:r>
        <w:rPr>
          <w:rFonts w:ascii="Courier New" w:hAnsi="Courier New"/>
          <w:color w:val="555555"/>
          <w:sz w:val="20"/>
        </w:rPr>
        <w:t>[6 . 5]</w:t>
      </w:r>
    </w:p>
    <w:p>
      <w:r>
        <w:rPr>
          <w:rFonts w:ascii="Gentium Plus" w:hAnsi="Gentium Plus"/>
          <w:sz w:val="24"/>
        </w:rPr>
        <w:t>Τῶν ὀδυνέων ἐν πλευρῇσι, καὶ ἐν στήθεσι, καὶ ἐν τοῖσιν ἄλλοισι μέρεσιν, ἢν μέγα διαφέρωσι, καταμαθητέον.</w:t>
      </w:r>
    </w:p>
    <w:p>
      <w:r>
        <w:rPr>
          <w:rFonts w:ascii="Courier New" w:hAnsi="Courier New"/>
          <w:color w:val="555555"/>
          <w:sz w:val="20"/>
        </w:rPr>
        <w:t>[6 . 6]</w:t>
      </w:r>
    </w:p>
    <w:p>
      <w:r>
        <w:rPr>
          <w:rFonts w:ascii="Gentium Plus" w:hAnsi="Gentium Plus"/>
          <w:sz w:val="24"/>
        </w:rPr>
        <w:t>Τὰ νεφριτικὰ, καὶ ὁκόσα κατὰ τὴν κύστιν, ἐργωδῶς ὑγιά‐ ζεται τοῖσι πρεσβύτῃσιν.</w:t>
      </w:r>
    </w:p>
    <w:p>
      <w:r>
        <w:rPr>
          <w:rFonts w:ascii="Courier New" w:hAnsi="Courier New"/>
          <w:color w:val="555555"/>
          <w:sz w:val="20"/>
        </w:rPr>
        <w:t>[6 . 7]</w:t>
      </w:r>
    </w:p>
    <w:p>
      <w:r>
        <w:rPr>
          <w:rFonts w:ascii="Gentium Plus" w:hAnsi="Gentium Plus"/>
          <w:sz w:val="24"/>
        </w:rPr>
        <w:t>Τὰ ἀλγήματα τὰ κατὰ τὴν κοιλίην γινόμενα, τὰ μὲν μετέωρα κουφότερα, τὰ δὲ μὴ μετέωρα, ἰσχυρότερα.</w:t>
      </w:r>
    </w:p>
    <w:p>
      <w:r>
        <w:rPr>
          <w:rFonts w:ascii="Courier New" w:hAnsi="Courier New"/>
          <w:color w:val="555555"/>
          <w:sz w:val="20"/>
        </w:rPr>
        <w:t>[6 . 8]</w:t>
      </w:r>
    </w:p>
    <w:p>
      <w:r>
        <w:rPr>
          <w:rFonts w:ascii="Gentium Plus" w:hAnsi="Gentium Plus"/>
          <w:sz w:val="24"/>
        </w:rPr>
        <w:t>Τοῖσιν ὑδρωπικοῖσι τὰ γινόμενα ἕλκεα ἐν τῷ σώματι, οὐ</w:t>
      </w:r>
    </w:p>
    <w:p>
      <w:r>
        <w:rPr>
          <w:rFonts w:ascii="Courier New" w:hAnsi="Courier New"/>
          <w:color w:val="555555"/>
          <w:sz w:val="20"/>
        </w:rPr>
        <w:t>[6 . 9]</w:t>
      </w:r>
    </w:p>
    <w:p>
      <w:r>
        <w:rPr>
          <w:rFonts w:ascii="Gentium Plus" w:hAnsi="Gentium Plus"/>
          <w:sz w:val="24"/>
        </w:rPr>
        <w:t>Τὰ πλατέα ἐξανθήματα, οὐ πάνυ τι κνησμώδεα.</w:t>
      </w:r>
    </w:p>
    <w:p>
      <w:r>
        <w:rPr>
          <w:rFonts w:ascii="Courier New" w:hAnsi="Courier New"/>
          <w:color w:val="555555"/>
          <w:sz w:val="20"/>
        </w:rPr>
        <w:t>[6 . 10]</w:t>
      </w:r>
    </w:p>
    <w:p>
      <w:r>
        <w:rPr>
          <w:rFonts w:ascii="Gentium Plus" w:hAnsi="Gentium Plus"/>
          <w:sz w:val="24"/>
        </w:rPr>
        <w:t>Κεφαλὴν πονέοντι καὶ περιωδυνέοντι, πῦον, ἢ ὕδωρ, ἢ αἷμα ῥυὲν κατὰ τὰς ῥῖνας, ἢ κατὰ τὸ στόμα, ἢ κατὰ τὰ ὦτα, λύει τὸ νούσημα.</w:t>
      </w:r>
    </w:p>
    <w:p>
      <w:r>
        <w:rPr>
          <w:rFonts w:ascii="Courier New" w:hAnsi="Courier New"/>
          <w:color w:val="555555"/>
          <w:sz w:val="20"/>
        </w:rPr>
        <w:t>[6 . 11]</w:t>
      </w:r>
    </w:p>
    <w:p>
      <w:r>
        <w:rPr>
          <w:rFonts w:ascii="Gentium Plus" w:hAnsi="Gentium Plus"/>
          <w:sz w:val="24"/>
        </w:rPr>
        <w:t>Τοῖσι μελαγχολικοῖσι, καὶ τοῖσι νεφριτικοῖσιν αἱμοῤῥοΐδες ἐπιγινόμεναι, ἀγαθόν.</w:t>
      </w:r>
    </w:p>
    <w:p>
      <w:r>
        <w:rPr>
          <w:rFonts w:ascii="Courier New" w:hAnsi="Courier New"/>
          <w:color w:val="555555"/>
          <w:sz w:val="20"/>
        </w:rPr>
        <w:t>[6 . 12]</w:t>
      </w:r>
    </w:p>
    <w:p>
      <w:r>
        <w:rPr>
          <w:rFonts w:ascii="Gentium Plus" w:hAnsi="Gentium Plus"/>
          <w:sz w:val="24"/>
        </w:rPr>
        <w:t>Τῷ ἰηθέντι χρονίας αἱμοῤῥοΐδας, ἢν μὴ μία φυλαχθῇ, κίνδυνος ὕδρωπα ἐπιγενέσθαι ἢ φθίσιν.</w:t>
      </w:r>
    </w:p>
    <w:p>
      <w:r>
        <w:rPr>
          <w:rFonts w:ascii="Courier New" w:hAnsi="Courier New"/>
          <w:color w:val="555555"/>
          <w:sz w:val="20"/>
        </w:rPr>
        <w:t>[6 . 13]</w:t>
      </w:r>
    </w:p>
    <w:p>
      <w:r>
        <w:rPr>
          <w:rFonts w:ascii="Gentium Plus" w:hAnsi="Gentium Plus"/>
          <w:sz w:val="24"/>
        </w:rPr>
        <w:t>Ὑπὸ λυγμοῦ ἐχομένῳ πταρμοὶ ἐπιγενόμενοι λύουσι τὸν λυγμόν.</w:t>
      </w:r>
    </w:p>
    <w:p>
      <w:r>
        <w:rPr>
          <w:rFonts w:ascii="Courier New" w:hAnsi="Courier New"/>
          <w:color w:val="555555"/>
          <w:sz w:val="20"/>
        </w:rPr>
        <w:t>[6 . 14]</w:t>
      </w:r>
    </w:p>
    <w:p>
      <w:r>
        <w:rPr>
          <w:rFonts w:ascii="Gentium Plus" w:hAnsi="Gentium Plus"/>
          <w:sz w:val="24"/>
        </w:rPr>
        <w:t>Ὑπὸ ὕδρωπος ἐχομένῳ, κατὰ τὰς φλέβας ἐς τὴν κοιλίην ὕδατος ῥυέντος, λύσις.</w:t>
      </w:r>
    </w:p>
    <w:p>
      <w:r>
        <w:rPr>
          <w:rFonts w:ascii="Courier New" w:hAnsi="Courier New"/>
          <w:color w:val="555555"/>
          <w:sz w:val="20"/>
        </w:rPr>
        <w:t>[6 . 15]</w:t>
      </w:r>
    </w:p>
    <w:p>
      <w:r>
        <w:rPr>
          <w:rFonts w:ascii="Gentium Plus" w:hAnsi="Gentium Plus"/>
          <w:sz w:val="24"/>
        </w:rPr>
        <w:t>Ὑπὸ διαῤῥοίης ἐχομένῳ μακρῆς ἀπὸ ταὐτομάτου ἔμετος ἐπιγινόμενος λύει τὴν διάῤῥοιαν.</w:t>
      </w:r>
    </w:p>
    <w:p>
      <w:r>
        <w:rPr>
          <w:rFonts w:ascii="Courier New" w:hAnsi="Courier New"/>
          <w:color w:val="555555"/>
          <w:sz w:val="20"/>
        </w:rPr>
        <w:t>[6 . 16]</w:t>
      </w:r>
    </w:p>
    <w:p>
      <w:r>
        <w:rPr>
          <w:rFonts w:ascii="Gentium Plus" w:hAnsi="Gentium Plus"/>
          <w:sz w:val="24"/>
        </w:rPr>
        <w:t>Ὑπὸ πλευρίτιδος, ἢ ὑπὸ περιπλευμονίης ἐχομένῳ διάῤῥοια ἐπιγενομένη, κακόν.</w:t>
      </w:r>
    </w:p>
    <w:p>
      <w:r>
        <w:rPr>
          <w:rFonts w:ascii="Courier New" w:hAnsi="Courier New"/>
          <w:color w:val="555555"/>
          <w:sz w:val="20"/>
        </w:rPr>
        <w:t>[6 . 17]</w:t>
      </w:r>
    </w:p>
    <w:p>
      <w:r>
        <w:rPr>
          <w:rFonts w:ascii="Gentium Plus" w:hAnsi="Gentium Plus"/>
          <w:sz w:val="24"/>
        </w:rPr>
        <w:t>Ὀφθαλμιῶντι, ὑπὸ διαῤῥοίης ληφθῆναι, ἀγαθόν.</w:t>
      </w:r>
    </w:p>
    <w:p>
      <w:r>
        <w:rPr>
          <w:rFonts w:ascii="Courier New" w:hAnsi="Courier New"/>
          <w:color w:val="555555"/>
          <w:sz w:val="20"/>
        </w:rPr>
        <w:t>[6 . 18]</w:t>
      </w:r>
    </w:p>
    <w:p>
      <w:r>
        <w:rPr>
          <w:rFonts w:ascii="Gentium Plus" w:hAnsi="Gentium Plus"/>
          <w:sz w:val="24"/>
        </w:rPr>
        <w:t>Κύστιν διακοπέντι, ἢ ἐγκέφαλον, ἢ καρδίην, ἢ φρένας, ἢ τῶν ἐντέρων τι τῶν λεπτῶν, ἢ κοιλίην, ἢ ἧπαρ, θανα‐ τῶδες.</w:t>
      </w:r>
    </w:p>
    <w:p>
      <w:r>
        <w:rPr>
          <w:rFonts w:ascii="Courier New" w:hAnsi="Courier New"/>
          <w:color w:val="555555"/>
          <w:sz w:val="20"/>
        </w:rPr>
        <w:t>[6 . 19]</w:t>
      </w:r>
    </w:p>
    <w:p>
      <w:r>
        <w:rPr>
          <w:rFonts w:ascii="Gentium Plus" w:hAnsi="Gentium Plus"/>
          <w:sz w:val="24"/>
        </w:rPr>
        <w:t>Ἐπὴν διακοπῇ ὀστέον, ἢ χονδρὸς, ἢ νεῦρον, ἢ γνάθου τὸ λεπτὸν, ἢ ἀκροποσθίη, οὔτε αὔξεται, οὔτε ξυμφύεται.</w:t>
      </w:r>
    </w:p>
    <w:p>
      <w:r>
        <w:rPr>
          <w:rFonts w:ascii="Courier New" w:hAnsi="Courier New"/>
          <w:color w:val="555555"/>
          <w:sz w:val="20"/>
        </w:rPr>
        <w:t>[6 . 20]</w:t>
      </w:r>
    </w:p>
    <w:p>
      <w:r>
        <w:rPr>
          <w:rFonts w:ascii="Gentium Plus" w:hAnsi="Gentium Plus"/>
          <w:sz w:val="24"/>
        </w:rPr>
        <w:t>Ἢν ἐς τὴν κοιλίην αἷμα ἐκχυθῇ παρὰ φύσιν, ἀνάγκη ἐκπυηθῆναι.</w:t>
      </w:r>
    </w:p>
    <w:p>
      <w:r>
        <w:rPr>
          <w:rFonts w:ascii="Courier New" w:hAnsi="Courier New"/>
          <w:color w:val="555555"/>
          <w:sz w:val="20"/>
        </w:rPr>
        <w:t>[6 . 21]</w:t>
      </w:r>
    </w:p>
    <w:p>
      <w:r>
        <w:rPr>
          <w:rFonts w:ascii="Gentium Plus" w:hAnsi="Gentium Plus"/>
          <w:sz w:val="24"/>
        </w:rPr>
        <w:t>Τοῖσι μαινομένοισι, κιρσῶν ἢ αἱμοῤῥοΐδων ἐπιγινομένων, μανίης λύσις.</w:t>
      </w:r>
    </w:p>
    <w:p>
      <w:r>
        <w:rPr>
          <w:rFonts w:ascii="Courier New" w:hAnsi="Courier New"/>
          <w:color w:val="555555"/>
          <w:sz w:val="20"/>
        </w:rPr>
        <w:t>[6 . 22]</w:t>
      </w:r>
    </w:p>
    <w:p>
      <w:r>
        <w:rPr>
          <w:rFonts w:ascii="Gentium Plus" w:hAnsi="Gentium Plus"/>
          <w:sz w:val="24"/>
        </w:rPr>
        <w:t>Ὁκόσα ῥήγματα ἐκ τοῦ νώτου ἐς τοὺς ἀγκῶνας κατα‐ βαίνει, φλεβοτομίη λύει.</w:t>
      </w:r>
    </w:p>
    <w:p>
      <w:r>
        <w:rPr>
          <w:rFonts w:ascii="Courier New" w:hAnsi="Courier New"/>
          <w:color w:val="555555"/>
          <w:sz w:val="20"/>
        </w:rPr>
        <w:t>[6 . 23]</w:t>
      </w:r>
    </w:p>
    <w:p>
      <w:r>
        <w:rPr>
          <w:rFonts w:ascii="Gentium Plus" w:hAnsi="Gentium Plus"/>
          <w:sz w:val="24"/>
        </w:rPr>
        <w:t>Ἢν φόβος ἢ δυσθυμίη πουλὺν χρόνον διατελέῃ, μελαγ‐ χολικὸν τὸ τοιοῦτον.</w:t>
      </w:r>
    </w:p>
    <w:p>
      <w:r>
        <w:rPr>
          <w:rFonts w:ascii="Courier New" w:hAnsi="Courier New"/>
          <w:color w:val="555555"/>
          <w:sz w:val="20"/>
        </w:rPr>
        <w:t>[6 . 24]</w:t>
      </w:r>
    </w:p>
    <w:p>
      <w:r>
        <w:rPr>
          <w:rFonts w:ascii="Gentium Plus" w:hAnsi="Gentium Plus"/>
          <w:sz w:val="24"/>
        </w:rPr>
        <w:t>Ἐντέρων ἢν διακοπῇ τῶν λεπτῶν τι, οὐ ξυμφύεται.</w:t>
      </w:r>
    </w:p>
    <w:p>
      <w:r>
        <w:rPr>
          <w:rFonts w:ascii="Courier New" w:hAnsi="Courier New"/>
          <w:color w:val="555555"/>
          <w:sz w:val="20"/>
        </w:rPr>
        <w:t>[6 . 25]</w:t>
      </w:r>
    </w:p>
    <w:p>
      <w:r>
        <w:rPr>
          <w:rFonts w:ascii="Gentium Plus" w:hAnsi="Gentium Plus"/>
          <w:sz w:val="24"/>
        </w:rPr>
        <w:t>Ἐρυσίπελας, ἔξωθεν καταχεόμενον, ἔσω τρέπεσθαι οὐκ</w:t>
      </w:r>
    </w:p>
    <w:p>
      <w:r>
        <w:rPr>
          <w:rFonts w:ascii="Courier New" w:hAnsi="Courier New"/>
          <w:color w:val="555555"/>
          <w:sz w:val="20"/>
        </w:rPr>
        <w:t>[6 . 26]</w:t>
      </w:r>
    </w:p>
    <w:p>
      <w:r>
        <w:rPr>
          <w:rFonts w:ascii="Gentium Plus" w:hAnsi="Gentium Plus"/>
          <w:sz w:val="24"/>
        </w:rPr>
        <w:t>Ὁκόσοισιν ἂν ἐν τοῖσι καύσοισι τρόμοι γένωνται, παρα‐ κοπὴ λύει.</w:t>
      </w:r>
    </w:p>
    <w:p>
      <w:r>
        <w:rPr>
          <w:rFonts w:ascii="Courier New" w:hAnsi="Courier New"/>
          <w:color w:val="555555"/>
          <w:sz w:val="20"/>
        </w:rPr>
        <w:t>[6 . 27]</w:t>
      </w:r>
    </w:p>
    <w:p>
      <w:r>
        <w:rPr>
          <w:rFonts w:ascii="Gentium Plus" w:hAnsi="Gentium Plus"/>
          <w:sz w:val="24"/>
        </w:rPr>
        <w:t>Ὁκόσοι ἔμπυοι ἢ ὑδρωπικοὶ τέμνονται ἢ καίονται, ἐκ‐ ρυέντος τοῦ πύου ἢ τοῦ ὕδατος ἀθρόου, πάντως ἀπόλλυνται.</w:t>
      </w:r>
    </w:p>
    <w:p>
      <w:r>
        <w:rPr>
          <w:rFonts w:ascii="Courier New" w:hAnsi="Courier New"/>
          <w:color w:val="555555"/>
          <w:sz w:val="20"/>
        </w:rPr>
        <w:t>[6 . 28]</w:t>
      </w:r>
    </w:p>
    <w:p>
      <w:r>
        <w:rPr>
          <w:rFonts w:ascii="Gentium Plus" w:hAnsi="Gentium Plus"/>
          <w:sz w:val="24"/>
        </w:rPr>
        <w:t>Εὐνοῦχοι οὐ ποδαγριῶσιν, οὐδὲ φαλακροὶ γίνονται.</w:t>
      </w:r>
    </w:p>
    <w:p>
      <w:r>
        <w:rPr>
          <w:rFonts w:ascii="Courier New" w:hAnsi="Courier New"/>
          <w:color w:val="555555"/>
          <w:sz w:val="20"/>
        </w:rPr>
        <w:t>[6 . 29]</w:t>
      </w:r>
    </w:p>
    <w:p>
      <w:r>
        <w:rPr>
          <w:rFonts w:ascii="Gentium Plus" w:hAnsi="Gentium Plus"/>
          <w:sz w:val="24"/>
        </w:rPr>
        <w:t>Γυνὴ οὐ ποδαγριᾷ, ἢν μὴ τὰ καταμήνια αὐτέῃ ἐκλίπῃ.</w:t>
      </w:r>
    </w:p>
    <w:p>
      <w:r>
        <w:rPr>
          <w:rFonts w:ascii="Courier New" w:hAnsi="Courier New"/>
          <w:color w:val="555555"/>
          <w:sz w:val="20"/>
        </w:rPr>
        <w:t>[6 . 30]</w:t>
      </w:r>
    </w:p>
    <w:p>
      <w:r>
        <w:rPr>
          <w:rFonts w:ascii="Gentium Plus" w:hAnsi="Gentium Plus"/>
          <w:sz w:val="24"/>
        </w:rPr>
        <w:t>Παῖς οὐ ποδαγριᾷ πρὸ τοῦ ἀφροδισιασμοῦ.</w:t>
      </w:r>
    </w:p>
    <w:p>
      <w:r>
        <w:rPr>
          <w:rFonts w:ascii="Courier New" w:hAnsi="Courier New"/>
          <w:color w:val="555555"/>
          <w:sz w:val="20"/>
        </w:rPr>
        <w:t>[6 . 31]</w:t>
      </w:r>
    </w:p>
    <w:p>
      <w:r>
        <w:rPr>
          <w:rFonts w:ascii="Gentium Plus" w:hAnsi="Gentium Plus"/>
          <w:sz w:val="24"/>
        </w:rPr>
        <w:t>Ὀδύνας ὀφθαλμῶν ἀκρητοποσίη, ἢ λουτρὸν, ἢ πυρίη, ἢ φλεβοτομίη, ἢ φαρμακοποσίη λύει.</w:t>
      </w:r>
    </w:p>
    <w:p>
      <w:r>
        <w:rPr>
          <w:rFonts w:ascii="Courier New" w:hAnsi="Courier New"/>
          <w:color w:val="555555"/>
          <w:sz w:val="20"/>
        </w:rPr>
        <w:t>[6 . 32]</w:t>
      </w:r>
    </w:p>
    <w:p>
      <w:r>
        <w:rPr>
          <w:rFonts w:ascii="Gentium Plus" w:hAnsi="Gentium Plus"/>
          <w:sz w:val="24"/>
        </w:rPr>
        <w:t>Τραυλοὶ ὑπὸ διαῤῥοίης μάλιστα ἁλίσκονται μακρῆς.</w:t>
      </w:r>
    </w:p>
    <w:p>
      <w:r>
        <w:rPr>
          <w:rFonts w:ascii="Courier New" w:hAnsi="Courier New"/>
          <w:color w:val="555555"/>
          <w:sz w:val="20"/>
        </w:rPr>
        <w:t>[6 . 33]</w:t>
      </w:r>
    </w:p>
    <w:p>
      <w:r>
        <w:rPr>
          <w:rFonts w:ascii="Gentium Plus" w:hAnsi="Gentium Plus"/>
          <w:sz w:val="24"/>
        </w:rPr>
        <w:t>Οἱ ὀξυρεγμιώδεες οὐ πάνυ τι πλευριτικοὶ γίνονται.</w:t>
      </w:r>
    </w:p>
    <w:p>
      <w:r>
        <w:rPr>
          <w:rFonts w:ascii="Courier New" w:hAnsi="Courier New"/>
          <w:color w:val="555555"/>
          <w:sz w:val="20"/>
        </w:rPr>
        <w:t>[6 . 34]</w:t>
      </w:r>
    </w:p>
    <w:p>
      <w:r>
        <w:rPr>
          <w:rFonts w:ascii="Gentium Plus" w:hAnsi="Gentium Plus"/>
          <w:sz w:val="24"/>
        </w:rPr>
        <w:t>Ὁκόσοι φαλακροὶ, τουτέοισι κιρσοὶ μεγάλοι οὐ γίνονται· ὁκόσοισι δὲ φαλακροῖσιν ἐοῦσιν κιρσοὶ γίνονται, πάλιν οὗτοι</w:t>
      </w:r>
    </w:p>
    <w:p>
      <w:r>
        <w:rPr>
          <w:rFonts w:ascii="Courier New" w:hAnsi="Courier New"/>
          <w:color w:val="555555"/>
          <w:sz w:val="20"/>
        </w:rPr>
        <w:t>[6 . 35]</w:t>
      </w:r>
    </w:p>
    <w:p>
      <w:r>
        <w:rPr>
          <w:rFonts w:ascii="Gentium Plus" w:hAnsi="Gentium Plus"/>
          <w:sz w:val="24"/>
        </w:rPr>
        <w:t>Τοῖσιν ὑδρωπικοῖσι βὴξ ἐπιγενομένη, κακόν.</w:t>
      </w:r>
    </w:p>
    <w:p>
      <w:r>
        <w:rPr>
          <w:rFonts w:ascii="Courier New" w:hAnsi="Courier New"/>
          <w:color w:val="555555"/>
          <w:sz w:val="20"/>
        </w:rPr>
        <w:t>[6 . 36]</w:t>
      </w:r>
    </w:p>
    <w:p>
      <w:r>
        <w:rPr>
          <w:rFonts w:ascii="Gentium Plus" w:hAnsi="Gentium Plus"/>
          <w:sz w:val="24"/>
        </w:rPr>
        <w:t>Δυσουρίην φλεβοτομίη λύει, τάμνειν δὲ τὰς ἔσω.</w:t>
      </w:r>
    </w:p>
    <w:p>
      <w:r>
        <w:rPr>
          <w:rFonts w:ascii="Courier New" w:hAnsi="Courier New"/>
          <w:color w:val="555555"/>
          <w:sz w:val="20"/>
        </w:rPr>
        <w:t>[6 . 37]</w:t>
      </w:r>
    </w:p>
    <w:p>
      <w:r>
        <w:rPr>
          <w:rFonts w:ascii="Gentium Plus" w:hAnsi="Gentium Plus"/>
          <w:sz w:val="24"/>
        </w:rPr>
        <w:t>Ὑπὸ κυνάγχης ἐχομένῳ οἰδήματα γενέσθαι ἐν τῷ βρόγχῳ ἔξω, ἀγαθόν.</w:t>
      </w:r>
    </w:p>
    <w:p>
      <w:r>
        <w:rPr>
          <w:rFonts w:ascii="Courier New" w:hAnsi="Courier New"/>
          <w:color w:val="555555"/>
          <w:sz w:val="20"/>
        </w:rPr>
        <w:t>[6 . 38]</w:t>
      </w:r>
    </w:p>
    <w:p>
      <w:r>
        <w:rPr>
          <w:rFonts w:ascii="Gentium Plus" w:hAnsi="Gentium Plus"/>
          <w:sz w:val="24"/>
        </w:rPr>
        <w:t>Ὁκόσοισι κρυπτοὶ καρκίνοι γίνονται, μὴ θεραπεύειν βέλ‐ τιον· θεραπευόμενοι γὰρ ἀπόλλυνται ταχέως, μὴ θεραπευόμενοι δὲ, πουλὺν χρόνον διατελέουσιν.</w:t>
      </w:r>
    </w:p>
    <w:p>
      <w:r>
        <w:rPr>
          <w:rFonts w:ascii="Courier New" w:hAnsi="Courier New"/>
          <w:color w:val="555555"/>
          <w:sz w:val="20"/>
        </w:rPr>
        <w:t>[6 . 39]</w:t>
      </w:r>
    </w:p>
    <w:p>
      <w:r>
        <w:rPr>
          <w:rFonts w:ascii="Gentium Plus" w:hAnsi="Gentium Plus"/>
          <w:sz w:val="24"/>
        </w:rPr>
        <w:t>Σπασμοὶ γίνονται, ἢ ὑπὸ πληρώσιος, ἢ κενώσιος· οὕτω δὲ καὶ λυγμός.</w:t>
      </w:r>
    </w:p>
    <w:p>
      <w:r>
        <w:rPr>
          <w:rFonts w:ascii="Courier New" w:hAnsi="Courier New"/>
          <w:color w:val="555555"/>
          <w:sz w:val="20"/>
        </w:rPr>
        <w:t>[6 . 40]</w:t>
      </w:r>
    </w:p>
    <w:p>
      <w:r>
        <w:rPr>
          <w:rFonts w:ascii="Gentium Plus" w:hAnsi="Gentium Plus"/>
          <w:sz w:val="24"/>
        </w:rPr>
        <w:t>Ὁκόσοισι περὶ τὸ ὑποχόνδριον πόνοι γίνονται ἄτερ φλεγμο‐ νῆς, τουτέοισι πυρετὸς ἐπιγενόμενος λύει τὸν πόνον.</w:t>
      </w:r>
    </w:p>
    <w:p>
      <w:r>
        <w:rPr>
          <w:rFonts w:ascii="Courier New" w:hAnsi="Courier New"/>
          <w:color w:val="555555"/>
          <w:sz w:val="20"/>
        </w:rPr>
        <w:t>[6 . 41]</w:t>
      </w:r>
    </w:p>
    <w:p>
      <w:r>
        <w:rPr>
          <w:rFonts w:ascii="Gentium Plus" w:hAnsi="Gentium Plus"/>
          <w:sz w:val="24"/>
        </w:rPr>
        <w:t>Ὁκόσοισι διάπυόν τι ἐὸν ἐν τῷ σώματι μὴ διασημαίνει,</w:t>
      </w:r>
    </w:p>
    <w:p>
      <w:r>
        <w:rPr>
          <w:rFonts w:ascii="Courier New" w:hAnsi="Courier New"/>
          <w:color w:val="555555"/>
          <w:sz w:val="20"/>
        </w:rPr>
        <w:t>[6 . 42]</w:t>
      </w:r>
    </w:p>
    <w:p>
      <w:r>
        <w:rPr>
          <w:rFonts w:ascii="Gentium Plus" w:hAnsi="Gentium Plus"/>
          <w:sz w:val="24"/>
        </w:rPr>
        <w:t>Ἐν τοῖσιν ἰκτερικοῖσι τὸ ἧπαρ σκληρὸν γενέσθαι, πονηρόν.</w:t>
      </w:r>
    </w:p>
    <w:p>
      <w:r>
        <w:rPr>
          <w:rFonts w:ascii="Courier New" w:hAnsi="Courier New"/>
          <w:color w:val="555555"/>
          <w:sz w:val="20"/>
        </w:rPr>
        <w:t>[6 . 43]</w:t>
      </w:r>
    </w:p>
    <w:p>
      <w:r>
        <w:rPr>
          <w:rFonts w:ascii="Gentium Plus" w:hAnsi="Gentium Plus"/>
          <w:sz w:val="24"/>
        </w:rPr>
        <w:t>Ὁκόσοι σπληνώδεες ὑπὸ δυσεντερίης ἁλίσκονται, τουτέοι‐ σιν, ἐπιγενομένης μακρῆς τῆς δυσεντερίης, ὕδρωψ ἐπιγίνεται, ἢ λειεντερίη, καὶ ἀπόλλυνται.</w:t>
      </w:r>
    </w:p>
    <w:p>
      <w:r>
        <w:rPr>
          <w:rFonts w:ascii="Courier New" w:hAnsi="Courier New"/>
          <w:color w:val="555555"/>
          <w:sz w:val="20"/>
        </w:rPr>
        <w:t>[6 . 44]</w:t>
      </w:r>
    </w:p>
    <w:p>
      <w:r>
        <w:rPr>
          <w:rFonts w:ascii="Gentium Plus" w:hAnsi="Gentium Plus"/>
          <w:sz w:val="24"/>
        </w:rPr>
        <w:t>Ὁκόσοισιν ἐκ στραγγουρίης εἰλεοὶ γίνονται, ἐν ἑπτὰ ἡμέ‐ ρῃσιν ἀπόλλυνται, ἢν μὴ, πυρετοῦ ἐπιγενομένου, ἅλις τὸ οὖρον ῥυῇ.</w:t>
      </w:r>
    </w:p>
    <w:p>
      <w:r>
        <w:rPr>
          <w:rFonts w:ascii="Courier New" w:hAnsi="Courier New"/>
          <w:color w:val="555555"/>
          <w:sz w:val="20"/>
        </w:rPr>
        <w:t>[6 . 45]</w:t>
      </w:r>
    </w:p>
    <w:p>
      <w:r>
        <w:rPr>
          <w:rFonts w:ascii="Gentium Plus" w:hAnsi="Gentium Plus"/>
          <w:sz w:val="24"/>
        </w:rPr>
        <w:t>Ἕλκεα ὁκόσα ἐνιαύσια γίνεται, ἢ μακρότερον χρόνον ἴσχει, ἀνάγκη ὀστέον ἀφίστασθαι, καὶ τὰς οὐλὰς κοίλας γίνεσθαι.</w:t>
      </w:r>
    </w:p>
    <w:p>
      <w:r>
        <w:rPr>
          <w:rFonts w:ascii="Courier New" w:hAnsi="Courier New"/>
          <w:color w:val="555555"/>
          <w:sz w:val="20"/>
        </w:rPr>
        <w:t>[6 . 46]</w:t>
      </w:r>
    </w:p>
    <w:p>
      <w:r>
        <w:rPr>
          <w:rFonts w:ascii="Gentium Plus" w:hAnsi="Gentium Plus"/>
          <w:sz w:val="24"/>
        </w:rPr>
        <w:t>Ὁκόσοι ὑβοὶ ἐξ ἄσθματος ἢ βηχὸς γίνονται πρὸ τῆς ἥβης, ἀπόλλυνται.</w:t>
      </w:r>
    </w:p>
    <w:p>
      <w:r>
        <w:rPr>
          <w:rFonts w:ascii="Courier New" w:hAnsi="Courier New"/>
          <w:color w:val="555555"/>
          <w:sz w:val="20"/>
        </w:rPr>
        <w:t>[6 . 47]</w:t>
      </w:r>
    </w:p>
    <w:p>
      <w:r>
        <w:rPr>
          <w:rFonts w:ascii="Gentium Plus" w:hAnsi="Gentium Plus"/>
          <w:sz w:val="24"/>
        </w:rPr>
        <w:t>Ὁκόσοισι φλεβοτομίη ἢ φαρμακείη ξυμφέρει, τουτέους</w:t>
      </w:r>
    </w:p>
    <w:p>
      <w:r>
        <w:rPr>
          <w:rFonts w:ascii="Courier New" w:hAnsi="Courier New"/>
          <w:color w:val="555555"/>
          <w:sz w:val="20"/>
        </w:rPr>
        <w:t>[6 . 48]</w:t>
      </w:r>
    </w:p>
    <w:p>
      <w:r>
        <w:rPr>
          <w:rFonts w:ascii="Gentium Plus" w:hAnsi="Gentium Plus"/>
          <w:sz w:val="24"/>
        </w:rPr>
        <w:t>Τοῖσι σπληνώδεσι δυσεντερίη ἐπιγενομένη, ἀγαθόν.</w:t>
      </w:r>
    </w:p>
    <w:p>
      <w:r>
        <w:rPr>
          <w:rFonts w:ascii="Courier New" w:hAnsi="Courier New"/>
          <w:color w:val="555555"/>
          <w:sz w:val="20"/>
        </w:rPr>
        <w:t>[6 . 49]</w:t>
      </w:r>
    </w:p>
    <w:p>
      <w:r>
        <w:rPr>
          <w:rFonts w:ascii="Gentium Plus" w:hAnsi="Gentium Plus"/>
          <w:sz w:val="24"/>
        </w:rPr>
        <w:t>Ὁκόσα ποδαγρικὰ νουσήματα γίνεται, ταῦτα ἀποφλεγμή‐ ναντα ἐν τεσσαράκοντα ἡμέρῃσιν ἀποκαθίσταται.</w:t>
      </w:r>
    </w:p>
    <w:p>
      <w:r>
        <w:rPr>
          <w:rFonts w:ascii="Courier New" w:hAnsi="Courier New"/>
          <w:color w:val="555555"/>
          <w:sz w:val="20"/>
        </w:rPr>
        <w:t>[6 . 50]</w:t>
      </w:r>
    </w:p>
    <w:p>
      <w:r>
        <w:rPr>
          <w:rFonts w:ascii="Gentium Plus" w:hAnsi="Gentium Plus"/>
          <w:sz w:val="24"/>
        </w:rPr>
        <w:t>Ὁκόσοισιν ἂν ὁ ἐγκέφαλος διακοπῇ, τουτέοισιν ἀνάγκη πυρε‐ τὸν καὶ χολῆς ἔμετον ἐπιγίνεσθαι.</w:t>
      </w:r>
    </w:p>
    <w:p>
      <w:r>
        <w:rPr>
          <w:rFonts w:ascii="Courier New" w:hAnsi="Courier New"/>
          <w:color w:val="555555"/>
          <w:sz w:val="20"/>
        </w:rPr>
        <w:t>[6 . 51]</w:t>
      </w:r>
    </w:p>
    <w:p>
      <w:r>
        <w:rPr>
          <w:rFonts w:ascii="Gentium Plus" w:hAnsi="Gentium Plus"/>
          <w:sz w:val="24"/>
        </w:rPr>
        <w:t>Ὁκόσοισιν ὑγιαίνουσιν ὀδύναι γίνονται ἐξαίφνης ἐν τῇ κε‐ φαλῇ, καὶ παραχρῆμα ἄφωνοι κεῖνται, καὶ ῥέγκουσιν, ἀπόλλυνται ἐν ἑπτὰ ἡμέρῃσιν, ἢν μὴ πυρετὸς ἐπιλάβῃ.</w:t>
      </w:r>
    </w:p>
    <w:p>
      <w:r>
        <w:rPr>
          <w:rFonts w:ascii="Courier New" w:hAnsi="Courier New"/>
          <w:color w:val="555555"/>
          <w:sz w:val="20"/>
        </w:rPr>
        <w:t>[6 . 52]</w:t>
      </w:r>
    </w:p>
    <w:p>
      <w:r>
        <w:rPr>
          <w:rFonts w:ascii="Gentium Plus" w:hAnsi="Gentium Plus"/>
          <w:sz w:val="24"/>
        </w:rPr>
        <w:t>Σκοπεῖν δὲ χρὴ καὶ τὰς ὑποφάσιας τῶν ὀφθαλμῶν ἐν τοῖ‐ σιν ὕπνοισιν· ἢν γάρ τι ὑποφαίνηται, ξυμβαλλομένων τῶν βλεφάρων, τοῦ λευκοῦ μὴ ἐκ διαῤῥοίης ἐόντι ἢ φαρμακοποσίης, φλαῦρον τὸ σημεῖον καὶ θανατῶδες σφόδρα.</w:t>
      </w:r>
    </w:p>
    <w:p>
      <w:r>
        <w:rPr>
          <w:rFonts w:ascii="Courier New" w:hAnsi="Courier New"/>
          <w:color w:val="555555"/>
          <w:sz w:val="20"/>
        </w:rPr>
        <w:t>[6 . 53]</w:t>
      </w:r>
    </w:p>
    <w:p>
      <w:r>
        <w:rPr>
          <w:rFonts w:ascii="Gentium Plus" w:hAnsi="Gentium Plus"/>
          <w:sz w:val="24"/>
        </w:rPr>
        <w:t>Αἱ παραφροσύναι αἱ μὲν μετὰ γέλωτος γινόμεναι, ἀσφα‐ λέστεραι· αἱ δὲ μετὰ σπουδῆς, ἐπισφαλέστεραι.</w:t>
      </w:r>
    </w:p>
    <w:p>
      <w:r>
        <w:rPr>
          <w:rFonts w:ascii="Courier New" w:hAnsi="Courier New"/>
          <w:color w:val="555555"/>
          <w:sz w:val="20"/>
        </w:rPr>
        <w:t>[6 . 54]</w:t>
      </w:r>
    </w:p>
    <w:p>
      <w:r>
        <w:rPr>
          <w:rFonts w:ascii="Gentium Plus" w:hAnsi="Gentium Plus"/>
          <w:sz w:val="24"/>
        </w:rPr>
        <w:t>Ἐν τοῖσιν ὀξέσι πάθεσι τοῖσι μετὰ πυρετοῦ αἱ κλαυθμώ‐ δεες ἀναπνοαὶ, κακαί.</w:t>
      </w:r>
    </w:p>
    <w:p>
      <w:r>
        <w:rPr>
          <w:rFonts w:ascii="Courier New" w:hAnsi="Courier New"/>
          <w:color w:val="555555"/>
          <w:sz w:val="20"/>
        </w:rPr>
        <w:t>[6 . 55]</w:t>
      </w:r>
    </w:p>
    <w:p>
      <w:r>
        <w:rPr>
          <w:rFonts w:ascii="Gentium Plus" w:hAnsi="Gentium Plus"/>
          <w:sz w:val="24"/>
        </w:rPr>
        <w:t>Τὰ ποδαγρικὰ τοῦ ἦρος καὶ τοῦ φθινοπώρου κινέεται ὡς ἐπὶ τὸ πουλύ.</w:t>
      </w:r>
    </w:p>
    <w:p>
      <w:r>
        <w:rPr>
          <w:rFonts w:ascii="Courier New" w:hAnsi="Courier New"/>
          <w:color w:val="555555"/>
          <w:sz w:val="20"/>
        </w:rPr>
        <w:t>[6 . 56]</w:t>
      </w:r>
    </w:p>
    <w:p>
      <w:r>
        <w:rPr>
          <w:rFonts w:ascii="Gentium Plus" w:hAnsi="Gentium Plus"/>
          <w:sz w:val="24"/>
        </w:rPr>
        <w:t>Τοῖσι μελαγχολικοῖσι νουσήμασιν ἐς τάδε ἐπικίνδυνοι αἱ ἀποσκήψιες· ἢ ἀπόπληξιν τοῦ σώματος, ἢ σπασμὸν, ἢ μανίην,</w:t>
      </w:r>
    </w:p>
    <w:p>
      <w:r>
        <w:rPr>
          <w:rFonts w:ascii="Courier New" w:hAnsi="Courier New"/>
          <w:color w:val="555555"/>
          <w:sz w:val="20"/>
        </w:rPr>
        <w:t>[6 . 57]</w:t>
      </w:r>
    </w:p>
    <w:p>
      <w:r>
        <w:rPr>
          <w:rFonts w:ascii="Gentium Plus" w:hAnsi="Gentium Plus"/>
          <w:sz w:val="24"/>
        </w:rPr>
        <w:t>Ἀπόπληκτοι δὲ μάλιστα γίνονται ἡλικίῃ τῇ ἀπὸ τεσσαρά‐ κοντα ἐτέων ἄχρις ἑξήκοντα.</w:t>
      </w:r>
    </w:p>
    <w:p>
      <w:r>
        <w:rPr>
          <w:rFonts w:ascii="Courier New" w:hAnsi="Courier New"/>
          <w:color w:val="555555"/>
          <w:sz w:val="20"/>
        </w:rPr>
        <w:t>[6 . 58]</w:t>
      </w:r>
    </w:p>
    <w:p>
      <w:r>
        <w:rPr>
          <w:rFonts w:ascii="Gentium Plus" w:hAnsi="Gentium Plus"/>
          <w:sz w:val="24"/>
        </w:rPr>
        <w:t>Ἢν ἐπίπλοον ἐκπέσῃ, ἀνάγκη ἀποσαπῆναι.</w:t>
      </w:r>
    </w:p>
    <w:p>
      <w:r>
        <w:rPr>
          <w:rFonts w:ascii="Courier New" w:hAnsi="Courier New"/>
          <w:color w:val="555555"/>
          <w:sz w:val="20"/>
        </w:rPr>
        <w:t>[6 . 59]</w:t>
      </w:r>
    </w:p>
    <w:p>
      <w:r>
        <w:rPr>
          <w:rFonts w:ascii="Gentium Plus" w:hAnsi="Gentium Plus"/>
          <w:sz w:val="24"/>
        </w:rPr>
        <w:t>Ὁκόσοισιν ὑπὸ ἰσχιάδος ἐνοχλουμένοισιν ἐξίσταται τὸ ἰσχίον, καὶ πάλιν ἐμπίπτει, τουτέοισι μύξαι ἐπιγίνονται.</w:t>
      </w:r>
    </w:p>
    <w:p>
      <w:r>
        <w:rPr>
          <w:rFonts w:ascii="Courier New" w:hAnsi="Courier New"/>
          <w:color w:val="555555"/>
          <w:sz w:val="20"/>
        </w:rPr>
        <w:t>[6 . 60]</w:t>
      </w:r>
    </w:p>
    <w:p>
      <w:r>
        <w:rPr>
          <w:rFonts w:ascii="Gentium Plus" w:hAnsi="Gentium Plus"/>
          <w:sz w:val="24"/>
        </w:rPr>
        <w:t>Ὁκόσοισιν ὑπὸ ἰσχιάδος ἐνοχλουμένοισι χρονίης τὸ ἰσχίον ἐξίσταται, τουτέοισι τήκεται τὸ σκέλος, καὶ χωλοῦνται, ἢν μὴ καυθέωσιν.</w:t>
      </w:r>
    </w:p>
    <w:p>
      <w:r>
        <w:rPr>
          <w:rFonts w:ascii="Courier New" w:hAnsi="Courier New"/>
          <w:color w:val="555555"/>
          <w:sz w:val="20"/>
        </w:rPr>
        <w:t>[3]</w:t>
      </w:r>
    </w:p>
    <w:p>
      <w:r>
        <w:rPr>
          <w:rFonts w:ascii="Gentium Plus" w:hAnsi="Gentium Plus"/>
          <w:sz w:val="24"/>
        </w:rPr>
      </w:r>
    </w:p>
    <w:p>
      <w:pPr>
        <w:jc w:val="center"/>
      </w:pPr>
      <w:r>
        <w:rPr>
          <w:rFonts w:ascii="Gentium Plus" w:hAnsi="Gentium Plus"/>
          <w:b/>
          <w:sz w:val="24"/>
        </w:rPr>
        <w:t>ΤΜΗΜΑ ΕΒΔΟΜΟΝ.</w:t>
      </w:r>
    </w:p>
    <w:p>
      <w:r>
        <w:rPr>
          <w:rFonts w:ascii="Courier New" w:hAnsi="Courier New"/>
          <w:color w:val="555555"/>
          <w:sz w:val="20"/>
        </w:rPr>
        <w:t>[1]</w:t>
      </w:r>
    </w:p>
    <w:p>
      <w:r>
        <w:rPr>
          <w:rFonts w:ascii="Gentium Plus" w:hAnsi="Gentium Plus"/>
          <w:sz w:val="24"/>
        </w:rPr>
      </w:r>
    </w:p>
    <w:p>
      <w:r>
        <w:rPr>
          <w:rFonts w:ascii="Courier New" w:hAnsi="Courier New"/>
          <w:color w:val="555555"/>
          <w:sz w:val="20"/>
        </w:rPr>
        <w:t>[7 . 1]</w:t>
      </w:r>
    </w:p>
    <w:p>
      <w:r>
        <w:rPr>
          <w:rFonts w:ascii="Gentium Plus" w:hAnsi="Gentium Plus"/>
          <w:sz w:val="24"/>
        </w:rPr>
        <w:t>Ἐν τοῖσιν ὀξέσι νουσήμασι ψύξις ἀκρωτηρίων, κακόν.</w:t>
      </w:r>
    </w:p>
    <w:p>
      <w:r>
        <w:rPr>
          <w:rFonts w:ascii="Courier New" w:hAnsi="Courier New"/>
          <w:color w:val="555555"/>
          <w:sz w:val="20"/>
        </w:rPr>
        <w:t>[7 . 2]</w:t>
      </w:r>
    </w:p>
    <w:p>
      <w:r>
        <w:rPr>
          <w:rFonts w:ascii="Gentium Plus" w:hAnsi="Gentium Plus"/>
          <w:sz w:val="24"/>
        </w:rPr>
        <w:t>Ἐπὶ ὀστέῳ νοσέοντι σὰρξ πελιδνὴ, κακόν.</w:t>
      </w:r>
    </w:p>
    <w:p>
      <w:r>
        <w:rPr>
          <w:rFonts w:ascii="Courier New" w:hAnsi="Courier New"/>
          <w:color w:val="555555"/>
          <w:sz w:val="20"/>
        </w:rPr>
        <w:t>[7 . 3]</w:t>
      </w:r>
    </w:p>
    <w:p>
      <w:r>
        <w:rPr>
          <w:rFonts w:ascii="Gentium Plus" w:hAnsi="Gentium Plus"/>
          <w:sz w:val="24"/>
        </w:rPr>
        <w:t>Ἐπὶ ἐμέτῳ λὺγξ καὶ ὀφθαλμοὶ ἐρυθροὶ, κακόν.</w:t>
      </w:r>
    </w:p>
    <w:p>
      <w:r>
        <w:rPr>
          <w:rFonts w:ascii="Courier New" w:hAnsi="Courier New"/>
          <w:color w:val="555555"/>
          <w:sz w:val="20"/>
        </w:rPr>
        <w:t>[7 . 4]</w:t>
      </w:r>
    </w:p>
    <w:p>
      <w:r>
        <w:rPr>
          <w:rFonts w:ascii="Gentium Plus" w:hAnsi="Gentium Plus"/>
          <w:sz w:val="24"/>
        </w:rPr>
        <w:t>Ἐπὶ ἱδρῶτι φρίκη, οὐ χρηστόν.</w:t>
      </w:r>
    </w:p>
    <w:p>
      <w:r>
        <w:rPr>
          <w:rFonts w:ascii="Courier New" w:hAnsi="Courier New"/>
          <w:color w:val="555555"/>
          <w:sz w:val="20"/>
        </w:rPr>
        <w:t>[7 . 5]</w:t>
      </w:r>
    </w:p>
    <w:p>
      <w:r>
        <w:rPr>
          <w:rFonts w:ascii="Gentium Plus" w:hAnsi="Gentium Plus"/>
          <w:sz w:val="24"/>
        </w:rPr>
        <w:t>Ἐπὶ μανίῃ δυσεντερίη, ἢ ὕδρωψ, ἢ ἔκστασις, ἀγαθόν.</w:t>
      </w:r>
    </w:p>
    <w:p>
      <w:r>
        <w:rPr>
          <w:rFonts w:ascii="Courier New" w:hAnsi="Courier New"/>
          <w:color w:val="555555"/>
          <w:sz w:val="20"/>
        </w:rPr>
        <w:t>[7 . 6]</w:t>
      </w:r>
    </w:p>
    <w:p>
      <w:r>
        <w:rPr>
          <w:rFonts w:ascii="Gentium Plus" w:hAnsi="Gentium Plus"/>
          <w:sz w:val="24"/>
        </w:rPr>
        <w:t>Ἐν νούσῳ πολυχρονίῃ ἀσιτίη καὶ ἄκρητοι ὑποχωρήσιες,</w:t>
      </w:r>
    </w:p>
    <w:p>
      <w:r>
        <w:rPr>
          <w:rFonts w:ascii="Courier New" w:hAnsi="Courier New"/>
          <w:color w:val="555555"/>
          <w:sz w:val="20"/>
        </w:rPr>
        <w:t>[7 . 7]</w:t>
      </w:r>
    </w:p>
    <w:p>
      <w:r>
        <w:rPr>
          <w:rFonts w:ascii="Gentium Plus" w:hAnsi="Gentium Plus"/>
          <w:sz w:val="24"/>
        </w:rPr>
        <w:t>Ἐκ πολυποσίης ῥῖγος καὶ παραφροσύνη, κακόν.</w:t>
      </w:r>
    </w:p>
    <w:p>
      <w:r>
        <w:rPr>
          <w:rFonts w:ascii="Courier New" w:hAnsi="Courier New"/>
          <w:color w:val="555555"/>
          <w:sz w:val="20"/>
        </w:rPr>
        <w:t>[7 . 8]</w:t>
      </w:r>
    </w:p>
    <w:p>
      <w:r>
        <w:rPr>
          <w:rFonts w:ascii="Gentium Plus" w:hAnsi="Gentium Plus"/>
          <w:sz w:val="24"/>
        </w:rPr>
        <w:t>Ἐπὶ φύματος ἔσω ῥήξει ἔκλυσις, ἔμετος, καὶ λειπο‐ ψυχίη γίνεται.</w:t>
      </w:r>
    </w:p>
    <w:p>
      <w:r>
        <w:rPr>
          <w:rFonts w:ascii="Courier New" w:hAnsi="Courier New"/>
          <w:color w:val="555555"/>
          <w:sz w:val="20"/>
        </w:rPr>
        <w:t>[7 . 9]</w:t>
      </w:r>
    </w:p>
    <w:p>
      <w:r>
        <w:rPr>
          <w:rFonts w:ascii="Gentium Plus" w:hAnsi="Gentium Plus"/>
          <w:sz w:val="24"/>
        </w:rPr>
        <w:t>Ἐπὶ αἵματος ῥύσει παραφροσύνη ἢ σπασμὸς, κακόν.</w:t>
      </w:r>
    </w:p>
    <w:p>
      <w:r>
        <w:rPr>
          <w:rFonts w:ascii="Courier New" w:hAnsi="Courier New"/>
          <w:color w:val="555555"/>
          <w:sz w:val="20"/>
        </w:rPr>
        <w:t>[7 . 10]</w:t>
      </w:r>
    </w:p>
    <w:p>
      <w:r>
        <w:rPr>
          <w:rFonts w:ascii="Gentium Plus" w:hAnsi="Gentium Plus"/>
          <w:sz w:val="24"/>
        </w:rPr>
        <w:t>Ἐπὶ εἰλεῷ ἔμετος, ἢ λὺγξ, ἢ σπασμὸς, ἢ παραφροσύνη, κακόν.</w:t>
      </w:r>
    </w:p>
    <w:p>
      <w:r>
        <w:rPr>
          <w:rFonts w:ascii="Courier New" w:hAnsi="Courier New"/>
          <w:color w:val="555555"/>
          <w:sz w:val="20"/>
        </w:rPr>
        <w:t>[7 . 11]</w:t>
      </w:r>
    </w:p>
    <w:p>
      <w:r>
        <w:rPr>
          <w:rFonts w:ascii="Gentium Plus" w:hAnsi="Gentium Plus"/>
          <w:sz w:val="24"/>
        </w:rPr>
        <w:t>Ἐπὶ πλευρίτιδι περιπλευμονίη, κακόν.</w:t>
      </w:r>
    </w:p>
    <w:p>
      <w:r>
        <w:rPr>
          <w:rFonts w:ascii="Courier New" w:hAnsi="Courier New"/>
          <w:color w:val="555555"/>
          <w:sz w:val="20"/>
        </w:rPr>
        <w:t>[7 . 12]</w:t>
      </w:r>
    </w:p>
    <w:p>
      <w:r>
        <w:rPr>
          <w:rFonts w:ascii="Gentium Plus" w:hAnsi="Gentium Plus"/>
          <w:sz w:val="24"/>
        </w:rPr>
        <w:t>Ἐπὶ περιπλευμονίῃ φρενῖτις, κακόν.</w:t>
      </w:r>
    </w:p>
    <w:p>
      <w:r>
        <w:rPr>
          <w:rFonts w:ascii="Courier New" w:hAnsi="Courier New"/>
          <w:color w:val="555555"/>
          <w:sz w:val="20"/>
        </w:rPr>
        <w:t>[7 . 13]</w:t>
      </w:r>
    </w:p>
    <w:p>
      <w:r>
        <w:rPr>
          <w:rFonts w:ascii="Gentium Plus" w:hAnsi="Gentium Plus"/>
          <w:sz w:val="24"/>
        </w:rPr>
        <w:t>Ἐπὶ καύμασιν ἰσχυροῖσι σπασμὸς ἢ τέτανος, κακόν.</w:t>
      </w:r>
    </w:p>
    <w:p>
      <w:r>
        <w:rPr>
          <w:rFonts w:ascii="Courier New" w:hAnsi="Courier New"/>
          <w:color w:val="555555"/>
          <w:sz w:val="20"/>
        </w:rPr>
        <w:t>[7 . 14]</w:t>
      </w:r>
    </w:p>
    <w:p>
      <w:r>
        <w:rPr>
          <w:rFonts w:ascii="Gentium Plus" w:hAnsi="Gentium Plus"/>
          <w:sz w:val="24"/>
        </w:rPr>
        <w:t>Ἐπὶ πληγῇ ἐς τὴν κεφαλὴν ἔκπληξις ἢ παραφροσύνη, κακόν.</w:t>
      </w:r>
    </w:p>
    <w:p>
      <w:r>
        <w:rPr>
          <w:rFonts w:ascii="Courier New" w:hAnsi="Courier New"/>
          <w:color w:val="555555"/>
          <w:sz w:val="20"/>
        </w:rPr>
        <w:t>[7 . 15]</w:t>
      </w:r>
    </w:p>
    <w:p>
      <w:r>
        <w:rPr>
          <w:rFonts w:ascii="Gentium Plus" w:hAnsi="Gentium Plus"/>
          <w:sz w:val="24"/>
        </w:rPr>
        <w:t>Ἐπὶ αἵματος πτύσει, πύου πτύσις.</w:t>
      </w:r>
    </w:p>
    <w:p>
      <w:r>
        <w:rPr>
          <w:rFonts w:ascii="Courier New" w:hAnsi="Courier New"/>
          <w:color w:val="555555"/>
          <w:sz w:val="20"/>
        </w:rPr>
        <w:t>[7 . 16]</w:t>
      </w:r>
    </w:p>
    <w:p>
      <w:r>
        <w:rPr>
          <w:rFonts w:ascii="Gentium Plus" w:hAnsi="Gentium Plus"/>
          <w:sz w:val="24"/>
        </w:rPr>
        <w:t>Ἐπὶ πύου πτύσει, φθίσις καὶ ῥύσις· ἐπὴν δὲ τὸ σίελον</w:t>
      </w:r>
    </w:p>
    <w:p>
      <w:r>
        <w:rPr>
          <w:rFonts w:ascii="Courier New" w:hAnsi="Courier New"/>
          <w:color w:val="555555"/>
          <w:sz w:val="20"/>
        </w:rPr>
        <w:t>[7 . 17]</w:t>
      </w:r>
    </w:p>
    <w:p>
      <w:r>
        <w:rPr>
          <w:rFonts w:ascii="Gentium Plus" w:hAnsi="Gentium Plus"/>
          <w:sz w:val="24"/>
        </w:rPr>
        <w:t>Ἐπὶ φλεγμονῇ τοῦ ἥπατος λὺγξ, κακόν.</w:t>
      </w:r>
    </w:p>
    <w:p>
      <w:r>
        <w:rPr>
          <w:rFonts w:ascii="Courier New" w:hAnsi="Courier New"/>
          <w:color w:val="555555"/>
          <w:sz w:val="20"/>
        </w:rPr>
        <w:t>[7 . 18]</w:t>
      </w:r>
    </w:p>
    <w:p>
      <w:r>
        <w:rPr>
          <w:rFonts w:ascii="Gentium Plus" w:hAnsi="Gentium Plus"/>
          <w:sz w:val="24"/>
        </w:rPr>
        <w:t>Ἐπὶ ἀγρυπνίῃ σπασμὸς ἢ παραφροσύνη, κακόν.</w:t>
      </w:r>
    </w:p>
    <w:p>
      <w:r>
        <w:rPr>
          <w:rFonts w:ascii="Courier New" w:hAnsi="Courier New"/>
          <w:color w:val="555555"/>
          <w:sz w:val="20"/>
        </w:rPr>
        <w:t>[7 18bis]</w:t>
      </w:r>
    </w:p>
    <w:p>
      <w:r>
        <w:rPr>
          <w:rFonts w:ascii="Gentium Plus" w:hAnsi="Gentium Plus"/>
          <w:sz w:val="24"/>
        </w:rPr>
        <w:t>Ἐπὶ ληθάργῳ τρόμος, κακόν.</w:t>
      </w:r>
    </w:p>
    <w:p>
      <w:r>
        <w:rPr>
          <w:rFonts w:ascii="Courier New" w:hAnsi="Courier New"/>
          <w:color w:val="555555"/>
          <w:sz w:val="20"/>
        </w:rPr>
        <w:t>[7 . 19]</w:t>
      </w:r>
    </w:p>
    <w:p>
      <w:r>
        <w:rPr>
          <w:rFonts w:ascii="Gentium Plus" w:hAnsi="Gentium Plus"/>
          <w:sz w:val="24"/>
        </w:rPr>
        <w:t>Ἐπὶ ὀστέου ψιλώσει, ἐρυσίπελας.</w:t>
      </w:r>
    </w:p>
    <w:p>
      <w:r>
        <w:rPr>
          <w:rFonts w:ascii="Courier New" w:hAnsi="Courier New"/>
          <w:color w:val="555555"/>
          <w:sz w:val="20"/>
        </w:rPr>
        <w:t>[7 . 20]</w:t>
      </w:r>
    </w:p>
    <w:p>
      <w:r>
        <w:rPr>
          <w:rFonts w:ascii="Gentium Plus" w:hAnsi="Gentium Plus"/>
          <w:sz w:val="24"/>
        </w:rPr>
        <w:t>Ἐπὶ ἐρυσιπέλατι σηπεδὼν ἢ ἐκπύησις.</w:t>
      </w:r>
    </w:p>
    <w:p>
      <w:r>
        <w:rPr>
          <w:rFonts w:ascii="Courier New" w:hAnsi="Courier New"/>
          <w:color w:val="555555"/>
          <w:sz w:val="20"/>
        </w:rPr>
        <w:t>[7 . 21]</w:t>
      </w:r>
    </w:p>
    <w:p>
      <w:r>
        <w:rPr>
          <w:rFonts w:ascii="Gentium Plus" w:hAnsi="Gentium Plus"/>
          <w:sz w:val="24"/>
        </w:rPr>
        <w:t>Ἐπὶ ἰσχυρῷ σφυγμῷ ἐν τοῖσιν ἕλκεσιν, αἱμοῤῥαγίη.</w:t>
      </w:r>
    </w:p>
    <w:p>
      <w:r>
        <w:rPr>
          <w:rFonts w:ascii="Courier New" w:hAnsi="Courier New"/>
          <w:color w:val="555555"/>
          <w:sz w:val="20"/>
        </w:rPr>
        <w:t>[7 . 22]</w:t>
      </w:r>
    </w:p>
    <w:p>
      <w:r>
        <w:rPr>
          <w:rFonts w:ascii="Gentium Plus" w:hAnsi="Gentium Plus"/>
          <w:sz w:val="24"/>
        </w:rPr>
        <w:t>Ἐπὶ ὀδύνῃ πολυχρονίῳ τῶν περὶ τὴν κοιλίην, ἐκπύησις.</w:t>
      </w:r>
    </w:p>
    <w:p>
      <w:r>
        <w:rPr>
          <w:rFonts w:ascii="Courier New" w:hAnsi="Courier New"/>
          <w:color w:val="555555"/>
          <w:sz w:val="20"/>
        </w:rPr>
        <w:t>[7 . 23]</w:t>
      </w:r>
    </w:p>
    <w:p>
      <w:r>
        <w:rPr>
          <w:rFonts w:ascii="Gentium Plus" w:hAnsi="Gentium Plus"/>
          <w:sz w:val="24"/>
        </w:rPr>
        <w:t>Ἐπὶ ἀκρήτῳ ὑποχωρήσει, δυσεντερίη.</w:t>
      </w:r>
    </w:p>
    <w:p>
      <w:r>
        <w:rPr>
          <w:rFonts w:ascii="Courier New" w:hAnsi="Courier New"/>
          <w:color w:val="555555"/>
          <w:sz w:val="20"/>
        </w:rPr>
        <w:t>[7 . 24]</w:t>
      </w:r>
    </w:p>
    <w:p>
      <w:r>
        <w:rPr>
          <w:rFonts w:ascii="Gentium Plus" w:hAnsi="Gentium Plus"/>
          <w:sz w:val="24"/>
        </w:rPr>
        <w:t>Ἐπὶ ὀστέου διακοπῇ, παραφροσύνη, ἢν κενεὸν λάβῃ.</w:t>
      </w:r>
    </w:p>
    <w:p>
      <w:r>
        <w:rPr>
          <w:rFonts w:ascii="Courier New" w:hAnsi="Courier New"/>
          <w:color w:val="555555"/>
          <w:sz w:val="20"/>
        </w:rPr>
        <w:t>[7 . 25]</w:t>
      </w:r>
    </w:p>
    <w:p>
      <w:r>
        <w:rPr>
          <w:rFonts w:ascii="Gentium Plus" w:hAnsi="Gentium Plus"/>
          <w:sz w:val="24"/>
        </w:rPr>
        <w:t>Ἐκ φαρμακοποσίης σπασμὸς, θανατῶδες.</w:t>
      </w:r>
    </w:p>
    <w:p>
      <w:r>
        <w:rPr>
          <w:rFonts w:ascii="Courier New" w:hAnsi="Courier New"/>
          <w:color w:val="555555"/>
          <w:sz w:val="20"/>
        </w:rPr>
        <w:t>[7 . 26]</w:t>
      </w:r>
    </w:p>
    <w:p>
      <w:r>
        <w:rPr>
          <w:rFonts w:ascii="Gentium Plus" w:hAnsi="Gentium Plus"/>
          <w:sz w:val="24"/>
        </w:rPr>
        <w:t>Ἐπὶ ὀδύνῃ ἰσχυρῇ τῶν περὶ τὴν κοιλίην, ἀκρωτηρίων</w:t>
      </w:r>
    </w:p>
    <w:p>
      <w:r>
        <w:rPr>
          <w:rFonts w:ascii="Courier New" w:hAnsi="Courier New"/>
          <w:color w:val="555555"/>
          <w:sz w:val="20"/>
        </w:rPr>
        <w:t>[7 . 27]</w:t>
      </w:r>
    </w:p>
    <w:p>
      <w:r>
        <w:rPr>
          <w:rFonts w:ascii="Gentium Plus" w:hAnsi="Gentium Plus"/>
          <w:sz w:val="24"/>
        </w:rPr>
        <w:t>Ἐν γαστρὶ ἐχούσῃ τεινεσμὸς ἐπιγενόμενος ἐκτρῶσαι ποιέει.</w:t>
      </w:r>
    </w:p>
    <w:p>
      <w:r>
        <w:rPr>
          <w:rFonts w:ascii="Courier New" w:hAnsi="Courier New"/>
          <w:color w:val="555555"/>
          <w:sz w:val="20"/>
        </w:rPr>
        <w:t>[7 . 28]</w:t>
      </w:r>
    </w:p>
    <w:p>
      <w:r>
        <w:rPr>
          <w:rFonts w:ascii="Gentium Plus" w:hAnsi="Gentium Plus"/>
          <w:sz w:val="24"/>
        </w:rPr>
        <w:t>Ὅ τι ἂν ὀστέον, ἢ χόνδρος, ἢ νεῦρον ἀποκοπῇ ἐν τῷ σώματι, οὔτε αὔξεται, οὔτε συμφύεται.</w:t>
      </w:r>
    </w:p>
    <w:p>
      <w:r>
        <w:rPr>
          <w:rFonts w:ascii="Courier New" w:hAnsi="Courier New"/>
          <w:color w:val="555555"/>
          <w:sz w:val="20"/>
        </w:rPr>
        <w:t>[7 . 29]</w:t>
      </w:r>
    </w:p>
    <w:p>
      <w:r>
        <w:rPr>
          <w:rFonts w:ascii="Gentium Plus" w:hAnsi="Gentium Plus"/>
          <w:sz w:val="24"/>
        </w:rPr>
        <w:t>Ἢν ὑπὸ λευκοῦ φλέγματος ἐχομένῳ διάῤῥοια ἐπιγένηται ἰσχυρὴ, λύει τὴν νοῦσον.</w:t>
      </w:r>
    </w:p>
    <w:p>
      <w:r>
        <w:rPr>
          <w:rFonts w:ascii="Courier New" w:hAnsi="Courier New"/>
          <w:color w:val="555555"/>
          <w:sz w:val="20"/>
        </w:rPr>
        <w:t>[7 . 30]</w:t>
      </w:r>
    </w:p>
    <w:p>
      <w:r>
        <w:rPr>
          <w:rFonts w:ascii="Gentium Plus" w:hAnsi="Gentium Plus"/>
          <w:sz w:val="24"/>
        </w:rPr>
        <w:t>Ὁκόσοισιν ἀφρώδεα τὰ διαχωρήματα ἐν τῇσι διαῤῥοίῃσι, τουτέοισιν ἀπὸ τῆς κεφαλῆς ταῦτα ἀποκαταῤῥέει.</w:t>
      </w:r>
    </w:p>
    <w:p>
      <w:r>
        <w:rPr>
          <w:rFonts w:ascii="Courier New" w:hAnsi="Courier New"/>
          <w:color w:val="555555"/>
          <w:sz w:val="20"/>
        </w:rPr>
        <w:t>[7 . 31]</w:t>
      </w:r>
    </w:p>
    <w:p>
      <w:r>
        <w:rPr>
          <w:rFonts w:ascii="Gentium Plus" w:hAnsi="Gentium Plus"/>
          <w:sz w:val="24"/>
        </w:rPr>
        <w:t>Ὁκόσοισι πυρέσσουσιν ἐν τοῖσιν οὔροισι κριμνώδεες αἱ ὑποστάσιες γίνονται, μακρὴν τὴν ἀῤῥωστίην σημαίνουσιν.</w:t>
      </w:r>
    </w:p>
    <w:p>
      <w:r>
        <w:rPr>
          <w:rFonts w:ascii="Courier New" w:hAnsi="Courier New"/>
          <w:color w:val="555555"/>
          <w:sz w:val="20"/>
        </w:rPr>
        <w:t>[7 . 32]</w:t>
      </w:r>
    </w:p>
    <w:p>
      <w:r>
        <w:rPr>
          <w:rFonts w:ascii="Gentium Plus" w:hAnsi="Gentium Plus"/>
          <w:sz w:val="24"/>
        </w:rPr>
        <w:t>Ὁκόσοισι δὲ χολώδεες αἱ ὑποστάσιες, ἄνωθεν δὲ λεπταὶ, ὀξείην τὴν ἀῤῥωστίην σημαίνουσιν.</w:t>
      </w:r>
    </w:p>
    <w:p>
      <w:r>
        <w:rPr>
          <w:rFonts w:ascii="Courier New" w:hAnsi="Courier New"/>
          <w:color w:val="555555"/>
          <w:sz w:val="20"/>
        </w:rPr>
        <w:t>[7 . 33]</w:t>
      </w:r>
    </w:p>
    <w:p>
      <w:r>
        <w:rPr>
          <w:rFonts w:ascii="Gentium Plus" w:hAnsi="Gentium Plus"/>
          <w:sz w:val="24"/>
        </w:rPr>
        <w:t>Ὁκόσοισι δὲ διεστηκότα τὰ οὖρα γίνεται, τουτέοισι ταραχὴ</w:t>
      </w:r>
    </w:p>
    <w:p>
      <w:r>
        <w:rPr>
          <w:rFonts w:ascii="Courier New" w:hAnsi="Courier New"/>
          <w:color w:val="555555"/>
          <w:sz w:val="20"/>
        </w:rPr>
        <w:t>[7 . 34]</w:t>
      </w:r>
    </w:p>
    <w:p>
      <w:r>
        <w:rPr>
          <w:rFonts w:ascii="Gentium Plus" w:hAnsi="Gentium Plus"/>
          <w:sz w:val="24"/>
        </w:rPr>
        <w:t>Ὁκόσοισι δὲ ἐπὶ τοῖσιν οὔροισιν ἐφίστανται πομφόλυγες, νεφριτικὰ σημαίνουσι, καὶ μακρὴν τὴν ἀῤῥωστίην ἔσεσθαι.</w:t>
      </w:r>
    </w:p>
    <w:p>
      <w:r>
        <w:rPr>
          <w:rFonts w:ascii="Courier New" w:hAnsi="Courier New"/>
          <w:color w:val="555555"/>
          <w:sz w:val="20"/>
        </w:rPr>
        <w:t>[7 . 35]</w:t>
      </w:r>
    </w:p>
    <w:p>
      <w:r>
        <w:rPr>
          <w:rFonts w:ascii="Gentium Plus" w:hAnsi="Gentium Plus"/>
          <w:sz w:val="24"/>
        </w:rPr>
        <w:t>Ὁκόσοισι δὲ λιπαρὴ ἡ ἐπίστασις καὶ ἀθρόη, τουτέοισι νε‐ φριτικὰ καὶ ὀξέα σημαίνει.</w:t>
      </w:r>
    </w:p>
    <w:p>
      <w:r>
        <w:rPr>
          <w:rFonts w:ascii="Courier New" w:hAnsi="Courier New"/>
          <w:color w:val="555555"/>
          <w:sz w:val="20"/>
        </w:rPr>
        <w:t>[7 . 36]</w:t>
      </w:r>
    </w:p>
    <w:p>
      <w:r>
        <w:rPr>
          <w:rFonts w:ascii="Gentium Plus" w:hAnsi="Gentium Plus"/>
          <w:sz w:val="24"/>
        </w:rPr>
        <w:t>Ὁκόσοισι δὲ νεφριτικοῖσιν ἐοῦσι τὰ προειρημένα συμβαίνει σημήϊα, πόνοι τε ὀξέες περὶ τοὺς μύας τοὺς ῥαχιαίους γίνονται, ἢν μὲν περὶ τοὺς ἔξω τόπους γίνωνται, ἀπόστημα προσδέχου ἐσόμενον ἔξω· ἢν δὲ μᾶλλον οἱ πόνοι πρὸς τοὺς ἔσω τόπους γίνωνται, καὶ</w:t>
      </w:r>
    </w:p>
    <w:p>
      <w:r>
        <w:rPr>
          <w:rFonts w:ascii="Courier New" w:hAnsi="Courier New"/>
          <w:color w:val="555555"/>
          <w:sz w:val="20"/>
        </w:rPr>
        <w:t>[5]</w:t>
      </w:r>
    </w:p>
    <w:p>
      <w:r>
        <w:rPr>
          <w:rFonts w:ascii="Gentium Plus" w:hAnsi="Gentium Plus"/>
          <w:sz w:val="24"/>
        </w:rPr>
        <w:t>τὸ ἀπόστημα προσδέχου ἐσόμενον μᾶλλον ἔσω.</w:t>
      </w:r>
    </w:p>
    <w:p>
      <w:r>
        <w:rPr>
          <w:rFonts w:ascii="Courier New" w:hAnsi="Courier New"/>
          <w:color w:val="555555"/>
          <w:sz w:val="20"/>
        </w:rPr>
        <w:t>[7 . 37]</w:t>
      </w:r>
    </w:p>
    <w:p>
      <w:r>
        <w:rPr>
          <w:rFonts w:ascii="Gentium Plus" w:hAnsi="Gentium Plus"/>
          <w:sz w:val="24"/>
        </w:rPr>
        <w:t>Ὁκόσοι αἷμα ἐμέουσιν, ἢν μὲν ἄνευ πυρετοῦ, σωτήριον· ἢν δὲ ξὺν πυρετῷ, κακόν· θεραπεύειν δὲ τοῖσι ψυκτικοῖσι καὶ τοῖσι στυπτικοῖσιν.</w:t>
      </w:r>
    </w:p>
    <w:p>
      <w:r>
        <w:rPr>
          <w:rFonts w:ascii="Courier New" w:hAnsi="Courier New"/>
          <w:color w:val="555555"/>
          <w:sz w:val="20"/>
        </w:rPr>
        <w:t>[7 . 38]</w:t>
      </w:r>
    </w:p>
    <w:p>
      <w:r>
        <w:rPr>
          <w:rFonts w:ascii="Gentium Plus" w:hAnsi="Gentium Plus"/>
          <w:sz w:val="24"/>
        </w:rPr>
        <w:t>Κατάῤῥοοι οἱ ἐς τὴν ἄνω κοιλίην ἐκπυέονται ἐν ἡμέρῃσιν εἴκοσιν.</w:t>
      </w:r>
    </w:p>
    <w:p>
      <w:r>
        <w:rPr>
          <w:rFonts w:ascii="Courier New" w:hAnsi="Courier New"/>
          <w:color w:val="555555"/>
          <w:sz w:val="20"/>
        </w:rPr>
        <w:t>[7 . 39]</w:t>
      </w:r>
    </w:p>
    <w:p>
      <w:r>
        <w:rPr>
          <w:rFonts w:ascii="Gentium Plus" w:hAnsi="Gentium Plus"/>
          <w:sz w:val="24"/>
        </w:rPr>
        <w:t>Ἢν οὐρέῃ αἷμα καὶ θρόμβους, καὶ στραγγουρίη ἔχῃ, καὶ ὀδύνη ἐμπίπτῃ ἐς τὸν περίνεον καὶ τὸν κτένα, τὰ περὶ τὴν κύστιν νοσέειν σημαίνει.</w:t>
      </w:r>
    </w:p>
    <w:p>
      <w:r>
        <w:rPr>
          <w:rFonts w:ascii="Courier New" w:hAnsi="Courier New"/>
          <w:color w:val="555555"/>
          <w:sz w:val="20"/>
        </w:rPr>
        <w:t>[7 . 40]</w:t>
      </w:r>
    </w:p>
    <w:p>
      <w:r>
        <w:rPr>
          <w:rFonts w:ascii="Gentium Plus" w:hAnsi="Gentium Plus"/>
          <w:sz w:val="24"/>
        </w:rPr>
        <w:t>Ἢν ἡ γλῶσσα ἐξαίφνης ἀκρατὴς γένηται, ἢ ἀπόπληκτόν τι τοῦ σώματος, μελαγχολικὸν τὸ τοιοῦτο γίνεται.</w:t>
      </w:r>
    </w:p>
    <w:p>
      <w:r>
        <w:rPr>
          <w:rFonts w:ascii="Courier New" w:hAnsi="Courier New"/>
          <w:color w:val="555555"/>
          <w:sz w:val="20"/>
        </w:rPr>
        <w:t>[7 . 41]</w:t>
      </w:r>
    </w:p>
    <w:p>
      <w:r>
        <w:rPr>
          <w:rFonts w:ascii="Gentium Plus" w:hAnsi="Gentium Plus"/>
          <w:sz w:val="24"/>
        </w:rPr>
        <w:t>Ἢν, ὑπερκαθαιρομένων τῶν πρεσβυτέρων, λὺγξ ἐπιγένηται, οὐκ ἀγαθόν.</w:t>
      </w:r>
    </w:p>
    <w:p>
      <w:r>
        <w:rPr>
          <w:rFonts w:ascii="Courier New" w:hAnsi="Courier New"/>
          <w:color w:val="555555"/>
          <w:sz w:val="20"/>
        </w:rPr>
        <w:t>[7 . 42]</w:t>
      </w:r>
    </w:p>
    <w:p>
      <w:r>
        <w:rPr>
          <w:rFonts w:ascii="Gentium Plus" w:hAnsi="Gentium Plus"/>
          <w:sz w:val="24"/>
        </w:rPr>
        <w:t>Ἢν πυρετὸς μὴ ἀπὸ χολῆς ἔχῃ, ὕδατος πολλοῦ καὶ θερ‐ μοῦ καταχεομένου κατὰ τῆς κεφαλῆς, λύσις τοῦ πυρετοῦ γίνεται.</w:t>
      </w:r>
    </w:p>
    <w:p>
      <w:r>
        <w:rPr>
          <w:rFonts w:ascii="Courier New" w:hAnsi="Courier New"/>
          <w:color w:val="555555"/>
          <w:sz w:val="20"/>
        </w:rPr>
        <w:t>[7 . 43]</w:t>
      </w:r>
    </w:p>
    <w:p>
      <w:r>
        <w:rPr>
          <w:rFonts w:ascii="Gentium Plus" w:hAnsi="Gentium Plus"/>
          <w:sz w:val="24"/>
        </w:rPr>
        <w:t>Γυνὴ ἀμφιδέξιος οὐ γίνεται.</w:t>
      </w:r>
    </w:p>
    <w:p>
      <w:r>
        <w:rPr>
          <w:rFonts w:ascii="Courier New" w:hAnsi="Courier New"/>
          <w:color w:val="555555"/>
          <w:sz w:val="20"/>
        </w:rPr>
        <w:t>[7 . 44]</w:t>
      </w:r>
    </w:p>
    <w:p>
      <w:r>
        <w:rPr>
          <w:rFonts w:ascii="Gentium Plus" w:hAnsi="Gentium Plus"/>
          <w:sz w:val="24"/>
        </w:rPr>
        <w:t>Ὁκόσοι ἔμπυοι καίονται ἢ τέμνονται, ἢν μὲν τὸ πῦον καθαρὸν ῥυῇ καὶ λευκὸν, περιγίνονται· ἢν δὲ ὕφαιμον καὶ βορβορῶδες καὶ δυσῶδες, ἀπόλλυνται.</w:t>
      </w:r>
    </w:p>
    <w:p>
      <w:r>
        <w:rPr>
          <w:rFonts w:ascii="Courier New" w:hAnsi="Courier New"/>
          <w:color w:val="555555"/>
          <w:sz w:val="20"/>
        </w:rPr>
        <w:t>[7 . 45]</w:t>
      </w:r>
    </w:p>
    <w:p>
      <w:r>
        <w:rPr>
          <w:rFonts w:ascii="Gentium Plus" w:hAnsi="Gentium Plus"/>
          <w:sz w:val="24"/>
        </w:rPr>
        <w:t>Ὁκόσοι τὸ ἧπαρ διάπυον καίονται ἢ τέμνονται, ἢν μὲν τὸ πῦον καθαρὸν ῥυῇ καὶ λευκὸν, περιγίγνονται (ἐν χιτῶνι γὰρ τὸ πῦον τουτέοισίν ἐστιν)· ἢν δὲ οἷον ἀμόργη ῥυῇ, ἀπόλλυνται.</w:t>
      </w:r>
    </w:p>
    <w:p>
      <w:r>
        <w:rPr>
          <w:rFonts w:ascii="Courier New" w:hAnsi="Courier New"/>
          <w:color w:val="555555"/>
          <w:sz w:val="20"/>
        </w:rPr>
        <w:t>[7 . 46]</w:t>
      </w:r>
    </w:p>
    <w:p>
      <w:r>
        <w:rPr>
          <w:rFonts w:ascii="Gentium Plus" w:hAnsi="Gentium Plus"/>
          <w:sz w:val="24"/>
        </w:rPr>
        <w:t>Ὀδύνας ὀφθαλμῶν, ἄκρητον ποτίσας καὶ λούσας πολλῷ θερμῷ, φλεβοτόμει.</w:t>
      </w:r>
    </w:p>
    <w:p>
      <w:r>
        <w:rPr>
          <w:rFonts w:ascii="Courier New" w:hAnsi="Courier New"/>
          <w:color w:val="555555"/>
          <w:sz w:val="20"/>
        </w:rPr>
        <w:t>[7 . 47]</w:t>
      </w:r>
    </w:p>
    <w:p>
      <w:r>
        <w:rPr>
          <w:rFonts w:ascii="Gentium Plus" w:hAnsi="Gentium Plus"/>
          <w:sz w:val="24"/>
        </w:rPr>
        <w:t>Ὑδρωπιῶντα ἢν βὴξ ἔχῃ, ἀνέλπιστός ἐστιν.</w:t>
      </w:r>
    </w:p>
    <w:p>
      <w:r>
        <w:rPr>
          <w:rFonts w:ascii="Courier New" w:hAnsi="Courier New"/>
          <w:color w:val="555555"/>
          <w:sz w:val="20"/>
        </w:rPr>
        <w:t>[7 . 48]</w:t>
      </w:r>
    </w:p>
    <w:p>
      <w:r>
        <w:rPr>
          <w:rFonts w:ascii="Gentium Plus" w:hAnsi="Gentium Plus"/>
          <w:sz w:val="24"/>
        </w:rPr>
        <w:t>Στραγγουρίην καὶ δυσουρίην θώρηξις καὶ φλεβοτομίη λύει· τάμνειν δὲ τὰς ἔσω.</w:t>
      </w:r>
    </w:p>
    <w:p>
      <w:r>
        <w:rPr>
          <w:rFonts w:ascii="Courier New" w:hAnsi="Courier New"/>
          <w:color w:val="555555"/>
          <w:sz w:val="20"/>
        </w:rPr>
        <w:t>[7 . 49]</w:t>
      </w:r>
    </w:p>
    <w:p>
      <w:r>
        <w:rPr>
          <w:rFonts w:ascii="Gentium Plus" w:hAnsi="Gentium Plus"/>
          <w:sz w:val="24"/>
        </w:rPr>
        <w:t>Ὑπὸ κυνάγχης ἐχομένῳ οἴδημα καὶ ἐρύθημα ἐν τῷ στήθει</w:t>
      </w:r>
    </w:p>
    <w:p>
      <w:r>
        <w:rPr>
          <w:rFonts w:ascii="Courier New" w:hAnsi="Courier New"/>
          <w:color w:val="555555"/>
          <w:sz w:val="20"/>
        </w:rPr>
        <w:t>[7 . 50]</w:t>
      </w:r>
    </w:p>
    <w:p>
      <w:r>
        <w:rPr>
          <w:rFonts w:ascii="Gentium Plus" w:hAnsi="Gentium Plus"/>
          <w:sz w:val="24"/>
        </w:rPr>
        <w:t>Ὁκόσοισιν ἂν σφακελισθῇ ὁ ἐγκέφαλος, ἐν τρισὶν ἡμέρῃσιν ἀπόλλυνται· ἢν δὲ ταύτας διαφύγωσιν, ὑγιέες γίνονται.</w:t>
      </w:r>
    </w:p>
    <w:p>
      <w:r>
        <w:rPr>
          <w:rFonts w:ascii="Courier New" w:hAnsi="Courier New"/>
          <w:color w:val="555555"/>
          <w:sz w:val="20"/>
        </w:rPr>
        <w:t>[7 . 51]</w:t>
      </w:r>
    </w:p>
    <w:p>
      <w:r>
        <w:rPr>
          <w:rFonts w:ascii="Gentium Plus" w:hAnsi="Gentium Plus"/>
          <w:sz w:val="24"/>
        </w:rPr>
        <w:t>Πταρμὸς γίνεται ἐκ τῆς κεφαλῆς, διαθερμαινομένου τοῦ ἐγκεφάλου, ἢ διυγραινομένου τοῦ ἐν τῇ κεφαλῇ κενεοῦ· ὑπερ‐ χέεται οὖν ὁ ἀὴρ ὁ ἐνεὼν, ψοφέει δὲ, ὅτι διὰ στενοῦ ἡ διέξοδος αὐτοῦ ἐστιν.</w:t>
      </w:r>
    </w:p>
    <w:p>
      <w:r>
        <w:rPr>
          <w:rFonts w:ascii="Courier New" w:hAnsi="Courier New"/>
          <w:color w:val="555555"/>
          <w:sz w:val="20"/>
        </w:rPr>
        <w:t>[7 . 52]</w:t>
      </w:r>
    </w:p>
    <w:p>
      <w:r>
        <w:rPr>
          <w:rFonts w:ascii="Gentium Plus" w:hAnsi="Gentium Plus"/>
          <w:sz w:val="24"/>
        </w:rPr>
        <w:t>Ὁκόσοι ἧπαρ περιωδυνέουσι, τουτέοισι πυρετὸς ἐπιγενό‐ μενος λύει τὴν ὀδύνην.</w:t>
      </w:r>
    </w:p>
    <w:p>
      <w:r>
        <w:rPr>
          <w:rFonts w:ascii="Courier New" w:hAnsi="Courier New"/>
          <w:color w:val="555555"/>
          <w:sz w:val="20"/>
        </w:rPr>
        <w:t>[7 . 53]</w:t>
      </w:r>
    </w:p>
    <w:p>
      <w:r>
        <w:rPr>
          <w:rFonts w:ascii="Gentium Plus" w:hAnsi="Gentium Plus"/>
          <w:sz w:val="24"/>
        </w:rPr>
        <w:t>Ὁκόσοισι ξυμφέρει αἷμα ἀφαιρέεσθαι ἀπὸ τῶν φλεβῶν,</w:t>
      </w:r>
    </w:p>
    <w:p>
      <w:r>
        <w:rPr>
          <w:rFonts w:ascii="Courier New" w:hAnsi="Courier New"/>
          <w:color w:val="555555"/>
          <w:sz w:val="20"/>
        </w:rPr>
        <w:t>[7 . 54]</w:t>
      </w:r>
    </w:p>
    <w:p>
      <w:r>
        <w:rPr>
          <w:rFonts w:ascii="Gentium Plus" w:hAnsi="Gentium Plus"/>
          <w:sz w:val="24"/>
        </w:rPr>
        <w:t>Ὁκόσοισι μεταξὺ τῶν φρενῶν καὶ τῆς γαστρὸς φλέγμα ἀποκλείεται, καὶ ὀδύνην παρέχει, οὐκ ἔχον διέξοδον ἐς οὐδετέρην τῶν κοιλιῶν, τουτέοισι, κατὰ τὰς φλέβας ἐς τὴν κύστιν τραπέντος τοῦ φλέγματος, λύσις γίνεται τῆς νούσου.</w:t>
      </w:r>
    </w:p>
    <w:p>
      <w:r>
        <w:rPr>
          <w:rFonts w:ascii="Courier New" w:hAnsi="Courier New"/>
          <w:color w:val="555555"/>
          <w:sz w:val="20"/>
        </w:rPr>
        <w:t>[7 . 55]</w:t>
      </w:r>
    </w:p>
    <w:p>
      <w:r>
        <w:rPr>
          <w:rFonts w:ascii="Gentium Plus" w:hAnsi="Gentium Plus"/>
          <w:sz w:val="24"/>
        </w:rPr>
        <w:t>Ὁκόσοισι δ’ ἂν τὸ ἧπαρ ὕδατος πλησθὲν ἐς τὸ ἐπίπλοον ῥαγῇ, τουτέοισιν ἡ κοιλίη ὕδατος ἐμπίπλαται, καὶ ἀποθνήσκουσιν.</w:t>
      </w:r>
    </w:p>
    <w:p>
      <w:r>
        <w:rPr>
          <w:rFonts w:ascii="Courier New" w:hAnsi="Courier New"/>
          <w:color w:val="555555"/>
          <w:sz w:val="20"/>
        </w:rPr>
        <w:t>[7 . 56]</w:t>
      </w:r>
    </w:p>
    <w:p>
      <w:r>
        <w:rPr>
          <w:rFonts w:ascii="Gentium Plus" w:hAnsi="Gentium Plus"/>
          <w:sz w:val="24"/>
        </w:rPr>
        <w:t>Ἀλύκη, χάσμη, φρίκη, οἶνος ἴσος ἴσῳ πινόμενος λύει.</w:t>
      </w:r>
    </w:p>
    <w:p>
      <w:r>
        <w:rPr>
          <w:rFonts w:ascii="Courier New" w:hAnsi="Courier New"/>
          <w:color w:val="555555"/>
          <w:sz w:val="20"/>
        </w:rPr>
        <w:t>[7 . 57]</w:t>
      </w:r>
    </w:p>
    <w:p>
      <w:r>
        <w:rPr>
          <w:rFonts w:ascii="Gentium Plus" w:hAnsi="Gentium Plus"/>
          <w:sz w:val="24"/>
        </w:rPr>
        <w:t>Ὁκόσοισιν ἐν τῇ οὐρήθρῃ φύματα γίνεται, τουτέοισι, δια‐ πυήσαντος καὶ ἐκραγέντος, λύεται ὁ πόνος.</w:t>
      </w:r>
    </w:p>
    <w:p>
      <w:r>
        <w:rPr>
          <w:rFonts w:ascii="Courier New" w:hAnsi="Courier New"/>
          <w:color w:val="555555"/>
          <w:sz w:val="20"/>
        </w:rPr>
        <w:t>[7 . 58]</w:t>
      </w:r>
    </w:p>
    <w:p>
      <w:r>
        <w:rPr>
          <w:rFonts w:ascii="Gentium Plus" w:hAnsi="Gentium Plus"/>
          <w:sz w:val="24"/>
        </w:rPr>
        <w:t>Ὁκόσοισιν ἂν ὁ ἐγκέφαλος σεισθῇ ὑπό τινος προφάσιος,</w:t>
      </w:r>
    </w:p>
    <w:p>
      <w:r>
        <w:rPr>
          <w:rFonts w:ascii="Courier New" w:hAnsi="Courier New"/>
          <w:color w:val="555555"/>
          <w:sz w:val="20"/>
        </w:rPr>
        <w:t>[7 . 60]</w:t>
      </w:r>
    </w:p>
    <w:p>
      <w:r>
        <w:rPr>
          <w:rFonts w:ascii="Gentium Plus" w:hAnsi="Gentium Plus"/>
          <w:sz w:val="24"/>
        </w:rPr>
        <w:t>Τοῖσι σώμασι τοῖσιν ὑγρὰς τὰς σάρκας ἔχουσι δεῖ λιμὸν ἐμποιέειν· λιμὸς γὰρ ξηραίνει τὰ σώματα.</w:t>
      </w:r>
    </w:p>
    <w:p>
      <w:r>
        <w:rPr>
          <w:rFonts w:ascii="Courier New" w:hAnsi="Courier New"/>
          <w:color w:val="555555"/>
          <w:sz w:val="20"/>
        </w:rPr>
        <w:t>[7 . 59]</w:t>
      </w:r>
    </w:p>
    <w:p>
      <w:r>
        <w:rPr>
          <w:rFonts w:ascii="Gentium Plus" w:hAnsi="Gentium Plus"/>
          <w:sz w:val="24"/>
        </w:rPr>
        <w:t>Ἢν ὑπὸ πυρετοῦ ἐχομένῳ, οἰδήματος μὴ ἐόντος ἐν τῇ φάρυγγι, πνὶξ ἐξαίφνης ἐπιγένηται, καὶ καταπίνειν μὴ δύνηται, ἀλλ’ ἢ μόλις, θανάσιμον.</w:t>
      </w:r>
    </w:p>
    <w:p>
      <w:r>
        <w:rPr>
          <w:rFonts w:ascii="Courier New" w:hAnsi="Courier New"/>
          <w:color w:val="555555"/>
          <w:sz w:val="20"/>
        </w:rPr>
        <w:t>[7 59bis]</w:t>
      </w:r>
    </w:p>
    <w:p>
      <w:r>
        <w:rPr>
          <w:rFonts w:ascii="Gentium Plus" w:hAnsi="Gentium Plus"/>
          <w:sz w:val="24"/>
        </w:rPr>
        <w:t>Ἢν ὑπὸ πυρετοῦ ἐχομένῳ ὁ τράχηλος ἐπιστραφῇ, καὶ κατα‐ πίνειν μὴ δύνηται, οἰδήματος μὴ ἐόντος ἐν τῷ τραχήλῳ, θανάσιμον.</w:t>
      </w:r>
    </w:p>
    <w:p>
      <w:r>
        <w:rPr>
          <w:rFonts w:ascii="Courier New" w:hAnsi="Courier New"/>
          <w:color w:val="555555"/>
          <w:sz w:val="20"/>
        </w:rPr>
        <w:t>[7 . 61]</w:t>
      </w:r>
    </w:p>
    <w:p>
      <w:r>
        <w:rPr>
          <w:rFonts w:ascii="Gentium Plus" w:hAnsi="Gentium Plus"/>
          <w:sz w:val="24"/>
        </w:rPr>
        <w:t>Ὅκου ἂν ἐν ὅλῳ τῷ σώματι μεταβολαὶ, καὶ τὸ σῶμα καταψύχηται, καὶ πάλιν θερμαίνηται, ἢ χρῶμα ἕτερον ἐξ ἑτέρου μεταβάλλῃ, μῆκος νούσου σημαίνει.</w:t>
      </w:r>
    </w:p>
    <w:p>
      <w:r>
        <w:rPr>
          <w:rFonts w:ascii="Courier New" w:hAnsi="Courier New"/>
          <w:color w:val="555555"/>
          <w:sz w:val="20"/>
        </w:rPr>
        <w:t>[7 . 62]</w:t>
      </w:r>
    </w:p>
    <w:p>
      <w:r>
        <w:rPr>
          <w:rFonts w:ascii="Gentium Plus" w:hAnsi="Gentium Plus"/>
          <w:sz w:val="24"/>
        </w:rPr>
        <w:t>Ἱδρὼς πουλὺς, θερμὸς ἢ ψυχρὸς, ῥέων αἰεὶ, σημαίνει ἔχειν πλησμονὴν ὑγροῦ· ἀπάγειν οὖν χρὴ τῷ μὲν ἰσχυρῷ</w:t>
      </w:r>
    </w:p>
    <w:p>
      <w:r>
        <w:rPr>
          <w:rFonts w:ascii="Courier New" w:hAnsi="Courier New"/>
          <w:color w:val="555555"/>
          <w:sz w:val="20"/>
        </w:rPr>
        <w:t>[7 . 63]</w:t>
      </w:r>
    </w:p>
    <w:p>
      <w:r>
        <w:rPr>
          <w:rFonts w:ascii="Gentium Plus" w:hAnsi="Gentium Plus"/>
          <w:sz w:val="24"/>
        </w:rPr>
        <w:t>Οἱ πυρετοὶ οἱ μὴ διαλείποντες, ἢν ἰσχυρότεροι διὰ τρίτης γίνωνται, ἐπικίνδυνοι· ὅτῳ δ’ ἂν τρόπῳ διαλείπωσι, ση‐ μαίνει ὅτι ἀκίνδυνοι.</w:t>
      </w:r>
    </w:p>
    <w:p>
      <w:r>
        <w:rPr>
          <w:rFonts w:ascii="Courier New" w:hAnsi="Courier New"/>
          <w:color w:val="555555"/>
          <w:sz w:val="20"/>
        </w:rPr>
        <w:t>[7 . 64]</w:t>
      </w:r>
    </w:p>
    <w:p>
      <w:r>
        <w:rPr>
          <w:rFonts w:ascii="Gentium Plus" w:hAnsi="Gentium Plus"/>
          <w:sz w:val="24"/>
        </w:rPr>
        <w:t>Ὁκόσοισι πυρετοὶ μακροὶ, τουτέοισιν ἢ φύματα, ἢ ἐς τὰ ἄρθρα πόνοι ἐγγίνονται.</w:t>
      </w:r>
    </w:p>
    <w:p>
      <w:r>
        <w:rPr>
          <w:rFonts w:ascii="Courier New" w:hAnsi="Courier New"/>
          <w:color w:val="555555"/>
          <w:sz w:val="20"/>
        </w:rPr>
        <w:t>[7 . 65]</w:t>
      </w:r>
    </w:p>
    <w:p>
      <w:r>
        <w:rPr>
          <w:rFonts w:ascii="Gentium Plus" w:hAnsi="Gentium Plus"/>
          <w:sz w:val="24"/>
        </w:rPr>
        <w:t>Ὁκόσοισι φύματα ἢ ἐς τὰ ἄρθρα πόνοι ἐκ πυρετῶν γίνον‐ ται, οὗτοι σιτίοισι πλείοσι χρέονται.</w:t>
      </w:r>
    </w:p>
    <w:p>
      <w:r>
        <w:rPr>
          <w:rFonts w:ascii="Courier New" w:hAnsi="Courier New"/>
          <w:color w:val="555555"/>
          <w:sz w:val="20"/>
        </w:rPr>
        <w:t>[7 . 66]</w:t>
      </w:r>
    </w:p>
    <w:p>
      <w:r>
        <w:rPr>
          <w:rFonts w:ascii="Gentium Plus" w:hAnsi="Gentium Plus"/>
          <w:sz w:val="24"/>
        </w:rPr>
        <w:t>Ἤν τις πυρέσσοντι τροφὴν διδῷ, ἣν ὑγιεῖ, τῷ μὲν ὑγιαί‐ νοντι ἰσχὺς, τῷ δὲ κάμνοντι νοῦσος.</w:t>
      </w:r>
    </w:p>
    <w:p>
      <w:r>
        <w:rPr>
          <w:rFonts w:ascii="Courier New" w:hAnsi="Courier New"/>
          <w:color w:val="555555"/>
          <w:sz w:val="20"/>
        </w:rPr>
        <w:t>[7 . 67]</w:t>
      </w:r>
    </w:p>
    <w:p>
      <w:r>
        <w:rPr>
          <w:rFonts w:ascii="Gentium Plus" w:hAnsi="Gentium Plus"/>
          <w:sz w:val="24"/>
        </w:rPr>
        <w:t>Τὰ διὰ τῆς κύστιος διαχωρέοντα ὁρῇν δεῖ, εἰ οἷα τοῖς ὑγιαίνουσιν ὑποχωρέεται· τὰ ἥκιστα οὖν ὅμοια τουτέοισι, ταῦτα νοσωδέστερα, τὰ δ’ ὅμοια τοῖσιν ὑγιαίνουσιν, ἥκιστα νοσερά.</w:t>
      </w:r>
    </w:p>
    <w:p>
      <w:r>
        <w:rPr>
          <w:rFonts w:ascii="Courier New" w:hAnsi="Courier New"/>
          <w:color w:val="555555"/>
          <w:sz w:val="20"/>
        </w:rPr>
        <w:t>[7 . 68]</w:t>
      </w:r>
    </w:p>
    <w:p>
      <w:r>
        <w:rPr>
          <w:rFonts w:ascii="Gentium Plus" w:hAnsi="Gentium Plus"/>
          <w:sz w:val="24"/>
        </w:rPr>
        <w:t>Καὶ οἷσι τὰ ὑποχωρήματα, ἢν ἐάσῃς στῆναι καὶ μὴ κι‐ νήσῃς, ὑφίσταται οἱονεὶ ξύσματα, τουτέοισι ξυμφέρει ὑποκαθῆραι τὴν κοιλίην· ἢν δὲ μὴ καθαρὴν ποιήσας διδῷς τὰ ῥοφήματα,</w:t>
      </w:r>
    </w:p>
    <w:p>
      <w:r>
        <w:rPr>
          <w:rFonts w:ascii="Courier New" w:hAnsi="Courier New"/>
          <w:color w:val="555555"/>
          <w:sz w:val="20"/>
        </w:rPr>
        <w:t>[7 . 69]</w:t>
      </w:r>
    </w:p>
    <w:p>
      <w:r>
        <w:rPr>
          <w:rFonts w:ascii="Gentium Plus" w:hAnsi="Gentium Plus"/>
          <w:sz w:val="24"/>
        </w:rPr>
        <w:t>Ὁκόσοισιν ἂν κάτω ὠμὰ διαχωρέῃ, ἀπὸ χολῆς μελαί‐ νης ἐστὶν, ἢν πλείονα, πλείονος, ἢν ἐλάσσονα, ἐλάσ‐ σονος.</w:t>
      </w:r>
    </w:p>
    <w:p>
      <w:r>
        <w:rPr>
          <w:rFonts w:ascii="Courier New" w:hAnsi="Courier New"/>
          <w:color w:val="555555"/>
          <w:sz w:val="20"/>
        </w:rPr>
        <w:t>[7 . 70]</w:t>
      </w:r>
    </w:p>
    <w:p>
      <w:r>
        <w:rPr>
          <w:rFonts w:ascii="Gentium Plus" w:hAnsi="Gentium Plus"/>
          <w:sz w:val="24"/>
        </w:rPr>
        <w:t>Αἱ ἀποχρέμψιες αἱ ἐν τοῖσι πυρετοῖσι τοῖσι μὴ διαλείπουσι, πελιδναὶ καὶ αἱματώδεες καὶ δυσώδεες, πᾶσαι κακαί· ἀπο‐ χωρέουσαι δὲ καλῶς, ἀγαθαὶ, καὶ κατὰ κοιλίην καὶ κύστιν· καὶ ὅκου ἄν τι ἀποχωρέον στῇ μὴ κεκαθαρμένῳ, κακόν.</w:t>
      </w:r>
    </w:p>
    <w:p>
      <w:r>
        <w:rPr>
          <w:rFonts w:ascii="Courier New" w:hAnsi="Courier New"/>
          <w:color w:val="555555"/>
          <w:sz w:val="20"/>
        </w:rPr>
        <w:t>[7 . 71]</w:t>
      </w:r>
    </w:p>
    <w:p>
      <w:r>
        <w:rPr>
          <w:rFonts w:ascii="Gentium Plus" w:hAnsi="Gentium Plus"/>
          <w:sz w:val="24"/>
        </w:rPr>
        <w:t>Τὰ σώματα χρὴ, ὅκου τις βούλεται καθαίρεσθαι, εὔροα ποιέειν· κἢν μὲν ἄνω βούλῃ εὔροα ποιέειν, στῆσαι τὴν κοιλίην· ἢν δὲ κάτω εὔροα ποιέειν, ὑγρῆναι τὴν κοιλίην.</w:t>
      </w:r>
    </w:p>
    <w:p>
      <w:r>
        <w:rPr>
          <w:rFonts w:ascii="Courier New" w:hAnsi="Courier New"/>
          <w:color w:val="555555"/>
          <w:sz w:val="20"/>
        </w:rPr>
        <w:t>[7 . 72]</w:t>
      </w:r>
    </w:p>
    <w:p>
      <w:r>
        <w:rPr>
          <w:rFonts w:ascii="Gentium Plus" w:hAnsi="Gentium Plus"/>
          <w:sz w:val="24"/>
        </w:rPr>
        <w:t>Ὕπνος, ἀγρυπνίη, ἀμφότερα μᾶλλον τοῦ μετρίου γινό‐ μενα, νοῦσος.</w:t>
      </w:r>
    </w:p>
    <w:p>
      <w:r>
        <w:rPr>
          <w:rFonts w:ascii="Courier New" w:hAnsi="Courier New"/>
          <w:color w:val="555555"/>
          <w:sz w:val="20"/>
        </w:rPr>
        <w:t>[7 . 73]</w:t>
      </w:r>
    </w:p>
    <w:p>
      <w:r>
        <w:rPr>
          <w:rFonts w:ascii="Gentium Plus" w:hAnsi="Gentium Plus"/>
          <w:sz w:val="24"/>
        </w:rPr>
        <w:t>Ἐν τοῖσι μὴ διαλείπουσι πυρετοῖσιν, ἢν τὰ μὲν ἔξω</w:t>
      </w:r>
    </w:p>
    <w:p>
      <w:r>
        <w:rPr>
          <w:rFonts w:ascii="Courier New" w:hAnsi="Courier New"/>
          <w:color w:val="555555"/>
          <w:sz w:val="20"/>
        </w:rPr>
        <w:t>[7 . 74]</w:t>
      </w:r>
    </w:p>
    <w:p>
      <w:r>
        <w:rPr>
          <w:rFonts w:ascii="Gentium Plus" w:hAnsi="Gentium Plus"/>
          <w:sz w:val="24"/>
        </w:rPr>
        <w:t>Ἐν μὴ διαλείποντι πυρετῷ, ἢν χεῖλος, ἢ ῥὶς, ἢ ὀφθαλμὸς διαστραφῇ, ἢν μὴ βλέπῃ, ἢν μὴ ἀκούῃ, ἤδη ἀσθενὴς ἐὼν, ὅ τι ἂν ᾖ τουτέων τῶν σημείων, θανάσιμον.</w:t>
      </w:r>
    </w:p>
    <w:p>
      <w:r>
        <w:rPr>
          <w:rFonts w:ascii="Courier New" w:hAnsi="Courier New"/>
          <w:color w:val="555555"/>
          <w:sz w:val="20"/>
        </w:rPr>
        <w:t>[7 . 75]</w:t>
      </w:r>
    </w:p>
    <w:p>
      <w:r>
        <w:rPr>
          <w:rFonts w:ascii="Gentium Plus" w:hAnsi="Gentium Plus"/>
          <w:sz w:val="24"/>
        </w:rPr>
        <w:t>Ἐπὶ λευκῷ φλέγματι ὕδρωψ ἐπιγίνεται.</w:t>
      </w:r>
    </w:p>
    <w:p>
      <w:r>
        <w:rPr>
          <w:rFonts w:ascii="Courier New" w:hAnsi="Courier New"/>
          <w:color w:val="555555"/>
          <w:sz w:val="20"/>
        </w:rPr>
        <w:t>[7 . 76]</w:t>
      </w:r>
    </w:p>
    <w:p>
      <w:r>
        <w:rPr>
          <w:rFonts w:ascii="Gentium Plus" w:hAnsi="Gentium Plus"/>
          <w:sz w:val="24"/>
        </w:rPr>
        <w:t>Ἐπὶ διαῤῥοίῃ δυσεντερίη.</w:t>
      </w:r>
    </w:p>
    <w:p>
      <w:r>
        <w:rPr>
          <w:rFonts w:ascii="Courier New" w:hAnsi="Courier New"/>
          <w:color w:val="555555"/>
          <w:sz w:val="20"/>
        </w:rPr>
        <w:t>[7 . 77]</w:t>
      </w:r>
    </w:p>
    <w:p>
      <w:r>
        <w:rPr>
          <w:rFonts w:ascii="Gentium Plus" w:hAnsi="Gentium Plus"/>
          <w:sz w:val="24"/>
        </w:rPr>
        <w:t>Ἐπὶ δυσεντερίῃ λειεντερίη.</w:t>
      </w:r>
    </w:p>
    <w:p>
      <w:r>
        <w:rPr>
          <w:rFonts w:ascii="Courier New" w:hAnsi="Courier New"/>
          <w:color w:val="555555"/>
          <w:sz w:val="20"/>
        </w:rPr>
        <w:t>[7 . 78]</w:t>
      </w:r>
    </w:p>
    <w:p>
      <w:r>
        <w:rPr>
          <w:rFonts w:ascii="Gentium Plus" w:hAnsi="Gentium Plus"/>
          <w:sz w:val="24"/>
        </w:rPr>
        <w:t>Ἐπὶ σφακέλῳ ἀπόστασις ὀστέου.</w:t>
      </w:r>
    </w:p>
    <w:p>
      <w:r>
        <w:rPr>
          <w:rFonts w:ascii="Courier New" w:hAnsi="Courier New"/>
          <w:color w:val="555555"/>
          <w:sz w:val="20"/>
        </w:rPr>
        <w:t>[7 79et80]</w:t>
      </w:r>
    </w:p>
    <w:p>
      <w:r>
        <w:rPr>
          <w:rFonts w:ascii="Gentium Plus" w:hAnsi="Gentium Plus"/>
          <w:sz w:val="24"/>
        </w:rPr>
        <w:t>Ἐπὶ αἵματος ἐμέτῳ φθορὴ, καὶ πύου κάθαρσις ἄνω· ἐπὶ φθορῇ ῥεῦμα ἐκ τῆς κεφαλῆς· ἐπὶ ῥεύματι διάῤῥοια· ἐπὶ διαῤῥοίῃ σχέσις τῆς ἄνω καθάρσιος· ἐπὶ τῇ σχέσει θάνατος.</w:t>
      </w:r>
    </w:p>
    <w:p>
      <w:r>
        <w:rPr>
          <w:rFonts w:ascii="Courier New" w:hAnsi="Courier New"/>
          <w:color w:val="555555"/>
          <w:sz w:val="20"/>
        </w:rPr>
        <w:t>[7 . 81]</w:t>
      </w:r>
    </w:p>
    <w:p>
      <w:r>
        <w:rPr>
          <w:rFonts w:ascii="Gentium Plus" w:hAnsi="Gentium Plus"/>
          <w:sz w:val="24"/>
        </w:rPr>
        <w:t>Ὁκοῖα καὶ ἐν τοῖσι κατὰ τὴν κύστιν, καὶ τοῖσι κατὰ τὴν</w:t>
      </w:r>
    </w:p>
    <w:p>
      <w:r>
        <w:rPr>
          <w:rFonts w:ascii="Courier New" w:hAnsi="Courier New"/>
          <w:color w:val="555555"/>
          <w:sz w:val="20"/>
        </w:rPr>
        <w:t>[7 . 82]</w:t>
      </w:r>
    </w:p>
    <w:p>
      <w:r>
        <w:rPr>
          <w:rFonts w:ascii="Gentium Plus" w:hAnsi="Gentium Plus"/>
          <w:sz w:val="24"/>
        </w:rPr>
        <w:t>Ὁκόσοι ὑπὲρ τὰ τεσσαράκοντα ἔτεα φρενιτικοὶ γίνονται, οὐ πάνυ τι ὑγιάζονται· ἧσσον γὰρ κινδυνεύουσιν, οἷσιν ἂν οἰκείη τῆς φύσιος καὶ τῆς ἡλικίης ἡ νοῦσος ᾖ.</w:t>
      </w:r>
    </w:p>
    <w:p>
      <w:r>
        <w:rPr>
          <w:rFonts w:ascii="Courier New" w:hAnsi="Courier New"/>
          <w:color w:val="555555"/>
          <w:sz w:val="20"/>
        </w:rPr>
        <w:t>[7 . 83]</w:t>
      </w:r>
    </w:p>
    <w:p>
      <w:r>
        <w:rPr>
          <w:rFonts w:ascii="Gentium Plus" w:hAnsi="Gentium Plus"/>
          <w:sz w:val="24"/>
        </w:rPr>
        <w:t>Ὁκόσοισιν ἐν τῇσιν ἀῤῥωστίῃσιν οἱ ὀφθαλμοὶ κατὰ προ‐ αίρεσιν δακρύουσιν, ἀγαθόν· ὁκόσοισι δὲ ἄνευ προαιρέσιος, κακόν.</w:t>
      </w:r>
    </w:p>
    <w:p>
      <w:r>
        <w:rPr>
          <w:rFonts w:ascii="Courier New" w:hAnsi="Courier New"/>
          <w:color w:val="555555"/>
          <w:sz w:val="20"/>
        </w:rPr>
        <w:t>[7 . 84]</w:t>
      </w:r>
    </w:p>
    <w:p>
      <w:r>
        <w:rPr>
          <w:rFonts w:ascii="Gentium Plus" w:hAnsi="Gentium Plus"/>
          <w:sz w:val="24"/>
        </w:rPr>
        <w:t>Ὁκόσοισιν ἐν τοῖσι πυρετοῖσι τεταρταίοισιν ἐοῦσιν αἷμα ἐκ τῶν ῥινῶν ῥυῇ, πονηρόν.</w:t>
      </w:r>
    </w:p>
    <w:p>
      <w:r>
        <w:rPr>
          <w:rFonts w:ascii="Courier New" w:hAnsi="Courier New"/>
          <w:color w:val="555555"/>
          <w:sz w:val="20"/>
        </w:rPr>
        <w:t>[7 . 85]</w:t>
      </w:r>
    </w:p>
    <w:p>
      <w:r>
        <w:rPr>
          <w:rFonts w:ascii="Gentium Plus" w:hAnsi="Gentium Plus"/>
          <w:sz w:val="24"/>
        </w:rPr>
        <w:t>Ἱδρῶτες ἐπικίνδυνοι ἐν τῇσι κρισίμοισιν ἡμέρῃσι μὴ γινόμε‐ νοι, σφοδροί τε καὶ ταχέως ὠθούμενοι ἐκ τοῦ μετώπου, ὥσπερ στα‐ λαγμοὶ καὶ κρουνοὶ, καὶ ψυχροὶ σφόδρα καὶ πολλοί· ἀνάγκη γὰρ τὸν τοιοῦτον ἱδρῶτα πορεύεσθαι μετὰ βίης, καὶ πόνου ὑπερ‐</w:t>
      </w:r>
    </w:p>
    <w:p>
      <w:r>
        <w:rPr>
          <w:rFonts w:ascii="Courier New" w:hAnsi="Courier New"/>
          <w:color w:val="555555"/>
          <w:sz w:val="20"/>
        </w:rPr>
        <w:t>[5]</w:t>
      </w:r>
    </w:p>
    <w:p>
      <w:r>
        <w:rPr>
          <w:rFonts w:ascii="Gentium Plus" w:hAnsi="Gentium Plus"/>
          <w:sz w:val="24"/>
        </w:rPr>
        <w:t>βολῆς, καὶ ἐκθλίψιος πολυχρονίου.</w:t>
      </w:r>
    </w:p>
    <w:p>
      <w:r>
        <w:rPr>
          <w:rFonts w:ascii="Courier New" w:hAnsi="Courier New"/>
          <w:color w:val="555555"/>
          <w:sz w:val="20"/>
        </w:rPr>
        <w:t>[7 . 86]</w:t>
      </w:r>
    </w:p>
    <w:p>
      <w:r>
        <w:rPr>
          <w:rFonts w:ascii="Gentium Plus" w:hAnsi="Gentium Plus"/>
          <w:sz w:val="24"/>
        </w:rPr>
        <w:t>Ἐπὶ χρονίῳ νουσήματι κοιλίης καταφορὴ, κακόν.</w:t>
      </w:r>
    </w:p>
    <w:p>
      <w:r>
        <w:rPr>
          <w:rFonts w:ascii="Courier New" w:hAnsi="Courier New"/>
          <w:color w:val="555555"/>
          <w:sz w:val="20"/>
        </w:rPr>
        <w:t>[7 . 87]</w:t>
      </w:r>
    </w:p>
    <w:p>
      <w:r>
        <w:rPr>
          <w:rFonts w:ascii="Gentium Plus" w:hAnsi="Gentium Plus"/>
          <w:sz w:val="24"/>
        </w:rPr>
        <w:t>Ὁκόσα φάρμακα οὐκ ἰῆται, σίδηρος ἰῆται· ὅσα σίδηρος οὐκ ἰῆται, πῦρ ἰῆται· ὅσα δὲ πῦρ οὐκ ἰῆται, ταῦτα χρὴ νομίζειν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