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Ἰλιάδα</w:t>
      </w:r>
      <w:r>
        <w:br/>
      </w:r>
      <w:r>
        <w:rPr>
          <w:i/>
          <w:color w:val="666666"/>
          <w:sz w:val="40"/>
        </w:rPr>
        <w:t>Scholia on Iliad</w:t>
      </w:r>
    </w:p>
    <w:p>
      <w:pPr>
        <w:jc w:val="center"/>
      </w:pPr>
      <w:r>
        <w:rPr>
          <w:i/>
          <w:color w:val="666666"/>
          <w:sz w:val="28"/>
        </w:rPr>
        <w:t>by Homer Commentary</w:t>
      </w:r>
    </w:p>
    <w:p/>
    <w:p>
      <w:r>
        <w:rPr>
          <w:rFonts w:ascii="Courier New" w:hAnsi="Courier New"/>
          <w:color w:val="555555"/>
          <w:sz w:val="20"/>
        </w:rPr>
        <w:t>[1 ante 1-2]</w:t>
      </w:r>
    </w:p>
    <w:p>
      <w:r>
        <w:rPr>
          <w:rFonts w:ascii="Gentium Plus" w:hAnsi="Gentium Plus"/>
          <w:sz w:val="24"/>
        </w:rPr>
        <w:t>ἄειδε] κατὰ ποιητικὴν ἄδειαν ἢ συνήθειαν—Κρονίωνος Διός. ἄειδε] κανόνισον· ἔστι ῥῆμα εἴδω τὸ γινώσκω, καὶ μετὰ τοῦ ἐπιτατι‐ κοῦ α ἀείδω, τὸ πάνυ γινώσκω. γράφεται δὲ διὰ διφθόγγου, ὅτι ἀντι‐</w:t>
      </w:r>
    </w:p>
    <w:p>
      <w:r>
        <w:rPr>
          <w:rFonts w:ascii="Courier New" w:hAnsi="Courier New"/>
          <w:color w:val="555555"/>
          <w:sz w:val="20"/>
        </w:rPr>
        <w:t>[5]</w:t>
      </w:r>
    </w:p>
    <w:p>
      <w:r>
        <w:rPr>
          <w:rFonts w:ascii="Gentium Plus" w:hAnsi="Gentium Plus"/>
          <w:sz w:val="24"/>
        </w:rPr>
        <w:t>παράκειται αὐτῷ τὸ ἀοιδή· ὁ παρατατικὸς ἄειδον ἄειδες ἄειδε. ἐξ αὐ‐ τοῦ δὲ γέγονε καὶ τὸ ᾄδω, κατὰ κρᾶσιν τοῦ α καὶ ε εἰς α μακρὸν, καὶ μένει τὸ ι προσγεγραμμένον. Jusqu’ à πάνυ γινώσκω [θεὰ] ὁ ποιητὴς προσωποποιεῖται τὴν Μοῦσαν. [θεὰ] λέγει τὴν Καλλιόπην.</w:t>
      </w:r>
    </w:p>
    <w:p>
      <w:r>
        <w:rPr>
          <w:rFonts w:ascii="Courier New" w:hAnsi="Courier New"/>
          <w:color w:val="555555"/>
          <w:sz w:val="20"/>
        </w:rPr>
        <w:t>[10]</w:t>
      </w:r>
    </w:p>
    <w:p>
      <w:r>
        <w:rPr>
          <w:rFonts w:ascii="Gentium Plus" w:hAnsi="Gentium Plus"/>
          <w:sz w:val="24"/>
        </w:rPr>
        <w:t>[Πηληιάδεω] 〈παρὰ τὸ Πηλεύς, τοῦτο δὲ〉 παρὰ τὸ πηλός· 〈θνητὸς γὰρ ὢν〉 ἀθανάτῳ Θέτιδι συνεμίγη. Ἀχιλῆος] οὕτως ἀναγνωστέον διὰ τοῦ ἑνὸς λ—μετέσχε γάλακτος.</w:t>
      </w:r>
    </w:p>
    <w:p>
      <w:r>
        <w:rPr>
          <w:rFonts w:ascii="Courier New" w:hAnsi="Courier New"/>
          <w:color w:val="555555"/>
          <w:sz w:val="20"/>
        </w:rPr>
        <w:t>[1 1-2bis]</w:t>
      </w:r>
    </w:p>
    <w:p>
      <w:r>
        <w:rPr>
          <w:rFonts w:ascii="Gentium Plus" w:hAnsi="Gentium Plus"/>
          <w:sz w:val="24"/>
        </w:rPr>
        <w:t>οὕτω· θεὰ οὐλομένην 〈μῆνιν Πηληια〉δέω Ἀχιλῆος ἄ〈ειδε·</w:t>
      </w:r>
    </w:p>
    <w:p>
      <w:r>
        <w:rPr>
          <w:rFonts w:ascii="Courier New" w:hAnsi="Courier New"/>
          <w:color w:val="555555"/>
          <w:sz w:val="20"/>
        </w:rPr>
        <w:t>[1 . 2]</w:t>
      </w:r>
    </w:p>
    <w:p>
      <w:r>
        <w:rPr>
          <w:rFonts w:ascii="Gentium Plus" w:hAnsi="Gentium Plus"/>
          <w:sz w:val="24"/>
        </w:rPr>
        <w:t>[οὐλομένην, ἣ] 〈πρὸ τοῦ «ἥ» διαστολή· πρὸ γὰρ τῶν〉 ἀναφορικῶν μορίων τίθεμεν διαστολάς, ἀναφορικὸν 〈δὲ〉 τὸ ἥ. μυρία] τινὲς θρηνητικὰ, παρὰ τὸ μυρι〈ᾶσθαι, καὶ ἐπίθετον αὐτὸ〉 τῶν ἀλγέων ἤκουσαν, 〈ἐφ’ οἷς μυρι〉ᾶσθαι καὶ τὸ κλαῦ〈σαι. οὐδὲν δὲ</w:t>
      </w:r>
    </w:p>
    <w:p>
      <w:r>
        <w:rPr>
          <w:rFonts w:ascii="Courier New" w:hAnsi="Courier New"/>
          <w:color w:val="555555"/>
          <w:sz w:val="20"/>
        </w:rPr>
        <w:t>[5]</w:t>
      </w:r>
    </w:p>
    <w:p>
      <w:r>
        <w:rPr>
          <w:rFonts w:ascii="Gentium Plus" w:hAnsi="Gentium Plus"/>
          <w:sz w:val="24"/>
        </w:rPr>
        <w:t>ἄτοπον〉 εἰ παρὰ Μουσῶν ταῦ〈τα ἐρωτᾷ· φρόνη〉σις μὲν γάρ ἐστιν 〈ἡ πάντων εἴδησις,〉 προαίρεσις δὲ ἀκ〈ριβὴς ἡ τῶν ἀμεινόνων〉 πράξεων αἵρε〈σισ〉.</w:t>
      </w:r>
    </w:p>
    <w:p>
      <w:r>
        <w:rPr>
          <w:rFonts w:ascii="Courier New" w:hAnsi="Courier New"/>
          <w:color w:val="555555"/>
          <w:sz w:val="20"/>
        </w:rPr>
        <w:t>[1 2bis]</w:t>
      </w:r>
    </w:p>
    <w:p>
      <w:r>
        <w:rPr>
          <w:rFonts w:ascii="Gentium Plus" w:hAnsi="Gentium Plus"/>
          <w:sz w:val="24"/>
        </w:rPr>
        <w:t>** [ἄλγε’ ἔθηκε] τοῦτο μὲν φαίνεται ῥηθῆναι διὰ τοὺς τραυματισ‐ θέντας μὲν, μὴ θανόντας δέ, τὸ δὲ «προΐαψεν», διὰ τοὺς τεθνεῶτας.</w:t>
      </w:r>
    </w:p>
    <w:p>
      <w:r>
        <w:rPr>
          <w:rFonts w:ascii="Courier New" w:hAnsi="Courier New"/>
          <w:color w:val="555555"/>
          <w:sz w:val="20"/>
        </w:rPr>
        <w:t>[1 2ter]</w:t>
      </w:r>
    </w:p>
    <w:p>
      <w:r>
        <w:rPr>
          <w:rFonts w:ascii="Gentium Plus" w:hAnsi="Gentium Plus"/>
          <w:sz w:val="24"/>
        </w:rPr>
        <w:t>ποσόν, πολλάς· ποιόν, ἰφθίμους, οὐσίαν, ψυχάς· τόπον, Ἄϊδι· χρό‐ νον, προΐαψεν.</w:t>
      </w:r>
    </w:p>
    <w:p>
      <w:r>
        <w:rPr>
          <w:rFonts w:ascii="Courier New" w:hAnsi="Courier New"/>
          <w:color w:val="555555"/>
          <w:sz w:val="20"/>
        </w:rPr>
        <w:t>[1 . 3]</w:t>
      </w:r>
    </w:p>
    <w:p>
      <w:r>
        <w:rPr>
          <w:rFonts w:ascii="Gentium Plus" w:hAnsi="Gentium Plus"/>
          <w:sz w:val="24"/>
        </w:rPr>
        <w:t>πολλὰς δ’ ἰφθίμους] 〈τῶν Τρώων〉 καὶ τῶν Ἑλλήνων.</w:t>
      </w:r>
    </w:p>
    <w:p>
      <w:r>
        <w:rPr>
          <w:rFonts w:ascii="Courier New" w:hAnsi="Courier New"/>
          <w:color w:val="555555"/>
          <w:sz w:val="20"/>
        </w:rPr>
        <w:t>[1 . 4]</w:t>
      </w:r>
    </w:p>
    <w:p>
      <w:r>
        <w:rPr>
          <w:rFonts w:ascii="Gentium Plus" w:hAnsi="Gentium Plus"/>
          <w:sz w:val="24"/>
        </w:rPr>
        <w:t>[κύνεσσιν] Αἰολὶς ἡ διάλεκτος.</w:t>
      </w:r>
    </w:p>
    <w:p>
      <w:r>
        <w:rPr>
          <w:rFonts w:ascii="Courier New" w:hAnsi="Courier New"/>
          <w:color w:val="555555"/>
          <w:sz w:val="20"/>
        </w:rPr>
        <w:t>[1 . 5]</w:t>
      </w:r>
    </w:p>
    <w:p>
      <w:r>
        <w:rPr>
          <w:rFonts w:ascii="Gentium Plus" w:hAnsi="Gentium Plus"/>
          <w:sz w:val="24"/>
        </w:rPr>
        <w:t>[οἰωνοῖσι] λέγει γυψὶ καὶ κόραξι. οἰωνοῖσί τε] Ἰωνικῶς· 〈οἱ γάρ〉 Ἴωνες προστιθέασι 〈τὸ ι ταῖς πλη‐ θυντικαῖς δοτικαῖσ〉 τῶν ἰσοσυλλάβων· 〈οἰωνοῖσι, ἀδε〉λφοῖσι. οἰωνοῖσί τε πᾶσι] 〈οἱ γὰρ γῦπες ἀν〉τερείδοντες τοῖς π〈οσὶ βίᾳ τὸ πᾶν</w:t>
      </w:r>
    </w:p>
    <w:p>
      <w:r>
        <w:rPr>
          <w:rFonts w:ascii="Courier New" w:hAnsi="Courier New"/>
          <w:color w:val="555555"/>
          <w:sz w:val="20"/>
        </w:rPr>
        <w:t>[5]</w:t>
      </w:r>
    </w:p>
    <w:p>
      <w:r>
        <w:rPr>
          <w:rFonts w:ascii="Gentium Plus" w:hAnsi="Gentium Plus"/>
          <w:sz w:val="24"/>
        </w:rPr>
        <w:t>ἕλ〉κουσι σῶμα· εἰ δὲ καὶ μὴ πάντες ἤσθιον, ἀλλ’ οὖν π〈ᾶσι προὔκειντο ἀνέδ〉ην καὶ τὰ μὴ ἐσθιόμενα. βουλή] ἤγουν 〈ἡ εἱμαρμένη〉 ἐτελειοῦτο. [βουλή] ἡ Θέτις ἐπικρατεστάτη τῶν Ἑλλήνων.</w:t>
      </w:r>
    </w:p>
    <w:p>
      <w:r>
        <w:rPr>
          <w:rFonts w:ascii="Courier New" w:hAnsi="Courier New"/>
          <w:color w:val="555555"/>
          <w:sz w:val="20"/>
        </w:rPr>
        <w:t>[1 . 6]</w:t>
      </w:r>
    </w:p>
    <w:p>
      <w:r>
        <w:rPr>
          <w:rFonts w:ascii="Gentium Plus" w:hAnsi="Gentium Plus"/>
          <w:sz w:val="24"/>
        </w:rPr>
        <w:t>...... διέστησαν ...... ὁ Ἀχιλλεὺς καὶ ...... διαστίζουσιν ἢ (?) καὶ (?) ἄν ...... οἱ δύο στίχοι ἀναφ...... καὶ ἐκ τούτου ἀντιλέγουσιν ...... μετ’ Ἀχιλλέως γενέσθαι ... ... Ἀγαμέμνονος ...... τὸν στίχον καὶ τὸν ἑξῆς οἱ μὲν ......</w:t>
      </w:r>
    </w:p>
    <w:p>
      <w:r>
        <w:rPr>
          <w:rFonts w:ascii="Courier New" w:hAnsi="Courier New"/>
          <w:color w:val="555555"/>
          <w:sz w:val="20"/>
        </w:rPr>
        <w:t>[5]</w:t>
      </w:r>
    </w:p>
    <w:p>
      <w:r>
        <w:rPr>
          <w:rFonts w:ascii="Gentium Plus" w:hAnsi="Gentium Plus"/>
          <w:sz w:val="24"/>
        </w:rPr>
        <w:t>τῷ προκειμένῳ ......νόμενον ᾖ ...... [διαστήτην] διὰ τὴν στήτην, διὰ τὴν γυναῖκα.</w:t>
      </w:r>
    </w:p>
    <w:p>
      <w:r>
        <w:rPr>
          <w:rFonts w:ascii="Courier New" w:hAnsi="Courier New"/>
          <w:color w:val="555555"/>
          <w:sz w:val="20"/>
        </w:rPr>
        <w:t>[1 . 7]</w:t>
      </w:r>
    </w:p>
    <w:p>
      <w:r>
        <w:rPr>
          <w:rFonts w:ascii="Gentium Plus" w:hAnsi="Gentium Plus"/>
          <w:sz w:val="24"/>
        </w:rPr>
        <w:t>[Ἀτρείδης] πατρωνυμικόν· ἀντονομασία 〈ὁ τρόπος ἀντὶ τοῦ〉 Ἀγα‐ μέμνων. δῖος] ἔξοχος· 〈δῖος δέ ἐστι〉 καὶ Ἀχιλλεὺς 〈πάντων χάριν, καὶ Ὀδυσ‐ σεὺσ〉 φρονήσεως, Ἀλέ〈ξανδρος δὲ καὶ Κλυται〉μνήστρα κάλ〈λους,</w:t>
      </w:r>
    </w:p>
    <w:p>
      <w:r>
        <w:rPr>
          <w:rFonts w:ascii="Courier New" w:hAnsi="Courier New"/>
          <w:color w:val="555555"/>
          <w:sz w:val="20"/>
        </w:rPr>
        <w:t>[5]</w:t>
      </w:r>
    </w:p>
    <w:p>
      <w:r>
        <w:rPr>
          <w:rFonts w:ascii="Gentium Plus" w:hAnsi="Gentium Plus"/>
          <w:sz w:val="24"/>
        </w:rPr>
        <w:t>Εὔμαιος εὐνοίας, θάλασσα δὲ καὶ〉 Χάρυβδις μεγέθους. τὸν δὲ Ἀχιλ‐ λέα καὶ διογενῆ δίχα τοῦ κυρίου· «αὐτὰρ ὁ διογενής». (Il. XXI. 17). [δῖος] 〈δῖοι〉 οἱ ἔχοντες τὸ γένος ἀπὸ τοῦ Διός.</w:t>
      </w:r>
    </w:p>
    <w:p>
      <w:r>
        <w:rPr>
          <w:rFonts w:ascii="Courier New" w:hAnsi="Courier New"/>
          <w:color w:val="555555"/>
          <w:sz w:val="20"/>
        </w:rPr>
        <w:t>[1 7bis]</w:t>
      </w:r>
    </w:p>
    <w:p>
      <w:r>
        <w:rPr>
          <w:rFonts w:ascii="Gentium Plus" w:hAnsi="Gentium Plus"/>
          <w:sz w:val="24"/>
        </w:rPr>
        <w:t>τρεῖς ἀρεταὶ διηγήσεως· σαφήνεια συντομία πιθανότης.</w:t>
      </w:r>
    </w:p>
    <w:p>
      <w:r>
        <w:rPr>
          <w:rFonts w:ascii="Courier New" w:hAnsi="Courier New"/>
          <w:color w:val="555555"/>
          <w:sz w:val="20"/>
        </w:rPr>
        <w:t>[1 . 8]</w:t>
      </w:r>
    </w:p>
    <w:p>
      <w:r>
        <w:rPr>
          <w:rFonts w:ascii="Gentium Plus" w:hAnsi="Gentium Plus"/>
          <w:sz w:val="24"/>
        </w:rPr>
        <w:t>τίς τ’ ἄρ σφωε] 〈οἱ περὶ τὸν Σιδώνιον τῇ «σφῶϊ» ἀρέσκονται, οὐ καλῶς· ἡ γὰρ «σφῶϊ»〉 δηλοῖ δύο πτώσεις, τὸ ὑμεῖς καὶ τὸ ὑμᾶς. ἄλλως· τίς τ’ ἄρ σφωε] ἐν δὲ τῇ εἰσβολῇ τὸν λόγον ἀναρ〈τήσας φιλο‐ τέχνως διηγ〉εῖται τὴν μῆνιν· τοιοῦτος δέ ἐστι, κεφαλαιωδέστερον ἐκ‐</w:t>
      </w:r>
    </w:p>
    <w:p>
      <w:r>
        <w:rPr>
          <w:rFonts w:ascii="Courier New" w:hAnsi="Courier New"/>
          <w:color w:val="555555"/>
          <w:sz w:val="20"/>
        </w:rPr>
        <w:t>[5]</w:t>
      </w:r>
    </w:p>
    <w:p>
      <w:r>
        <w:rPr>
          <w:rFonts w:ascii="Gentium Plus" w:hAnsi="Gentium Plus"/>
          <w:sz w:val="24"/>
        </w:rPr>
        <w:t>διδοὺς τὰς περιοχὰς, καὶ ἐξ ἀναστρ〈οφῆς κατὰ μέρος διηγού〉μενος.</w:t>
      </w:r>
    </w:p>
    <w:p>
      <w:r>
        <w:rPr>
          <w:rFonts w:ascii="Courier New" w:hAnsi="Courier New"/>
          <w:color w:val="555555"/>
          <w:sz w:val="20"/>
        </w:rPr>
        <w:t>[1 . 9]</w:t>
      </w:r>
    </w:p>
    <w:p>
      <w:r>
        <w:rPr>
          <w:rFonts w:ascii="Gentium Plus" w:hAnsi="Gentium Plus"/>
          <w:sz w:val="24"/>
        </w:rPr>
        <w:t>[Λητοῦς καὶ Διὸς υἱὸς] εἴδη προσωποποιΐας εἰσὶ γʹ· προσωποποιΐα ἠθοποιΐα καὶ εἰδωλοποιΐα. καὶ προσωποποιΐα μέν ἐστιν ὅταν παριστᾷς πρόσωπόν τινος μὴ λαλοῦν, καὶ ποιῇς αὐτὸ ὅτι λαλεῖ, ὡς τὸ «Λητοῦς καὶ Διὸς υἱός»· ἠθοποιΐα δὲ ὅταν παρεισάγῃς ἦθός τινος γεωργοῦ .....</w:t>
      </w:r>
    </w:p>
    <w:p>
      <w:r>
        <w:rPr>
          <w:rFonts w:ascii="Courier New" w:hAnsi="Courier New"/>
          <w:color w:val="555555"/>
          <w:sz w:val="20"/>
        </w:rPr>
        <w:t>[5]</w:t>
      </w:r>
    </w:p>
    <w:p>
      <w:r>
        <w:rPr>
          <w:rFonts w:ascii="Gentium Plus" w:hAnsi="Gentium Plus"/>
          <w:sz w:val="24"/>
        </w:rPr>
        <w:t>εἰδωλοποιΐα δὲ ὅταν παριστᾷς πρόσωπον τινὸς νεκροῦ, καὶ ποιῇς αὐτὸ ὅτι λαλεῖ, ὡς τὸ «Ἥκω νεκρῶν κευθμῶνα καὶ σκότου πύλας λιπών.»</w:t>
      </w:r>
    </w:p>
    <w:p>
      <w:r>
        <w:rPr>
          <w:rFonts w:ascii="Courier New" w:hAnsi="Courier New"/>
          <w:color w:val="555555"/>
          <w:sz w:val="20"/>
        </w:rPr>
        <w:t>[1 9bis]</w:t>
      </w:r>
    </w:p>
    <w:p>
      <w:r>
        <w:rPr>
          <w:rFonts w:ascii="Gentium Plus" w:hAnsi="Gentium Plus"/>
          <w:sz w:val="24"/>
        </w:rPr>
        <w:t>[ὁ γὰρ βασιλῆϊ χολωθεὶς] διαπορεῖται ποίῳ βασιλεῖ, τῷ Ἀχιλλεῖ ἢ τῷ Ἀγαμέμνονι, ὃ κρεῖττον.</w:t>
      </w:r>
    </w:p>
    <w:p>
      <w:r>
        <w:rPr>
          <w:rFonts w:ascii="Courier New" w:hAnsi="Courier New"/>
          <w:color w:val="555555"/>
          <w:sz w:val="20"/>
        </w:rPr>
        <w:t>[1 . 10]</w:t>
      </w:r>
    </w:p>
    <w:p>
      <w:r>
        <w:rPr>
          <w:rFonts w:ascii="Gentium Plus" w:hAnsi="Gentium Plus"/>
          <w:sz w:val="24"/>
        </w:rPr>
        <w:t>[νοῦσον] Ἰωνικῶς. [ὀλέκοντο] Ἰωνικῶς.</w:t>
      </w:r>
    </w:p>
    <w:p>
      <w:r>
        <w:rPr>
          <w:rFonts w:ascii="Courier New" w:hAnsi="Courier New"/>
          <w:color w:val="555555"/>
          <w:sz w:val="20"/>
        </w:rPr>
        <w:t>[1 . 11]</w:t>
      </w:r>
    </w:p>
    <w:p>
      <w:r>
        <w:rPr>
          <w:rFonts w:ascii="Gentium Plus" w:hAnsi="Gentium Plus"/>
          <w:sz w:val="24"/>
        </w:rPr>
        <w:t>[τὸν Χρύσην ἠτίμησεν ἀρητῆρα] ὑπερβατὸν, ἵν’ ᾖ· τὸν ἀρητῆρα Χρύσην· τὰ γὰρ ἐπιθετικώτερον συντασσόμενα κυρίοις ἢ προσηγορι‐ κοῖς τὰ ἄρθρα δέχονται, εἰ μὴ 〈τὰ ῥήματα διαφόρων γν〉ώσεων κατη‐ γοροίη· τότε γὰρ ἀδιάφορον τὸ ἄρθρον. —κατὰ συλλογισ‐</w:t>
      </w:r>
    </w:p>
    <w:p>
      <w:r>
        <w:rPr>
          <w:rFonts w:ascii="Courier New" w:hAnsi="Courier New"/>
          <w:color w:val="555555"/>
          <w:sz w:val="20"/>
        </w:rPr>
        <w:t>[5]</w:t>
      </w:r>
    </w:p>
    <w:p>
      <w:r>
        <w:rPr>
          <w:rFonts w:ascii="Gentium Plus" w:hAnsi="Gentium Plus"/>
          <w:sz w:val="24"/>
        </w:rPr>
        <w:t>μὸν 〈δὲ ἡ διήγησις· εἰ γὰρ θεοφι〉λεῖ τις ἀνδρὶ προσκρούων— οὕτω κολάζεται, τί οὖν πείσεται 〈ἰδιώτης;〉. [ἀρητῆρα] ἀρητὴρ δὲ παρὰ τὸ αἴρειν τὰς χεῖρας εἰς εὐχήν, ἢ παρὰ τὸ ἀρέσκειν.</w:t>
      </w:r>
    </w:p>
    <w:p>
      <w:r>
        <w:rPr>
          <w:rFonts w:ascii="Courier New" w:hAnsi="Courier New"/>
          <w:color w:val="555555"/>
          <w:sz w:val="20"/>
        </w:rPr>
        <w:t>[1 . 12]</w:t>
      </w:r>
    </w:p>
    <w:p>
      <w:r>
        <w:rPr>
          <w:rFonts w:ascii="Gentium Plus" w:hAnsi="Gentium Plus"/>
          <w:sz w:val="24"/>
        </w:rPr>
        <w:t>θοὰς] ταχείας, σημαίνει δὲ 〈καὶ〉 ὀξείας, ὡς ἐν ἐκείνοις· «ἔνθεν δ’ αὖ νήσοισιν ἐπιπροέηκε θοῇσιν». (Od. XV. 299.)</w:t>
      </w:r>
    </w:p>
    <w:p>
      <w:r>
        <w:rPr>
          <w:rFonts w:ascii="Courier New" w:hAnsi="Courier New"/>
          <w:color w:val="555555"/>
          <w:sz w:val="20"/>
        </w:rPr>
        <w:t>[1 . 13]</w:t>
      </w:r>
    </w:p>
    <w:p>
      <w:r>
        <w:rPr>
          <w:rFonts w:ascii="Gentium Plus" w:hAnsi="Gentium Plus"/>
          <w:sz w:val="24"/>
        </w:rPr>
        <w:t>[λυσόμενος—ἄποινα] τὸ σχῆμα πρωθύστερον, θύγα‐ τρα δὲ συγκοπή. [ἀπερείσια] ἐκ τοῦ πέρας πέρατος γίνεται ἄπειρος καὶ ἀπειρέσιος.</w:t>
      </w:r>
    </w:p>
    <w:p>
      <w:r>
        <w:rPr>
          <w:rFonts w:ascii="Courier New" w:hAnsi="Courier New"/>
          <w:color w:val="555555"/>
          <w:sz w:val="20"/>
        </w:rPr>
        <w:t>[1 13bis]</w:t>
      </w:r>
    </w:p>
    <w:p>
      <w:r>
        <w:rPr>
          <w:rFonts w:ascii="Gentium Plus" w:hAnsi="Gentium Plus"/>
          <w:sz w:val="24"/>
        </w:rPr>
        <w:t>[λυσόμενός τε θύγατρα] ἰστέον ὡς 〈εἰσ〉 Θήβας 〈ἥκουσα ἡ Χρυ‐ σηῒς πρὸς Ἰ〉φιόνην, τὴν Ἠετίω〈νος μὲν ἀδελφὴν, Ἄκτοροσ〉 δὲ θυγα‐ τέρα, θύουσαν 〈Ἀρτέμιδι, ἥλω ὑπὸ Ἀχιλλέωσ〉.</w:t>
      </w:r>
    </w:p>
    <w:p>
      <w:r>
        <w:rPr>
          <w:rFonts w:ascii="Courier New" w:hAnsi="Courier New"/>
          <w:color w:val="555555"/>
          <w:sz w:val="20"/>
        </w:rPr>
        <w:t>[1 13ter]</w:t>
      </w:r>
    </w:p>
    <w:p>
      <w:r>
        <w:rPr>
          <w:rFonts w:ascii="Gentium Plus" w:hAnsi="Gentium Plus"/>
          <w:sz w:val="24"/>
        </w:rPr>
        <w:t>[ἄποινα] ἄφοινά τινα ὄντα, τὰ ἕνεκεν φόνου διδόμενα.</w:t>
      </w:r>
    </w:p>
    <w:p>
      <w:r>
        <w:rPr>
          <w:rFonts w:ascii="Courier New" w:hAnsi="Courier New"/>
          <w:color w:val="555555"/>
          <w:sz w:val="20"/>
        </w:rPr>
        <w:t>[1 13-14]</w:t>
      </w:r>
    </w:p>
    <w:p>
      <w:r>
        <w:rPr>
          <w:rFonts w:ascii="Gentium Plus" w:hAnsi="Gentium Plus"/>
          <w:sz w:val="24"/>
        </w:rPr>
        <w:t>[φέρων τ’ ἀπερείσι’ ἄποινα, στέμματ’ ἔχων ἐν χερσὶν] 〈εἰ μὲν εἶεν θεο〉σεβεῖς, τὸ στέμμα, εἰ δὲ 〈φιλοχρήμα〉τοι, τὰ ἄποινα, εἰ δὲ οἰ‐ 〈κτίρμονες, τὸ〉 γῆρας αἰδεσθήσονται. [ἄποινα] τὰ δῶρα τοῦ Χρύσου· χρυσὸς ἐσθὴς καὶ χαλκός.</w:t>
      </w:r>
    </w:p>
    <w:p>
      <w:r>
        <w:rPr>
          <w:rFonts w:ascii="Courier New" w:hAnsi="Courier New"/>
          <w:color w:val="555555"/>
          <w:sz w:val="20"/>
        </w:rPr>
        <w:t>[1 13quat]</w:t>
      </w:r>
    </w:p>
    <w:p>
      <w:r>
        <w:rPr>
          <w:rFonts w:ascii="Gentium Plus" w:hAnsi="Gentium Plus"/>
          <w:sz w:val="24"/>
        </w:rPr>
        <w:t>[ἄποινα] ἄποινα γίνεται ἐκ τοῦ ποινή, τοῦτο ἐκ τοῦ φόνος, τοῦτο ἐκ τοῦ φένω, τὸ ἀναιρῶ, τοῦτο ἐκ τοῦ ἔνω, τὸ φονεύω, ἐξ οὗ καὶ Ἐνυ‐ άλιος καὶ Ἐνύω, ἡ πολεμικὴ θεός, τοῦτο δὲ παρὰ τὸ ἔω τὸ πληρῶ· πλεονάζει γὰρ τὸ ν πολλάκις ἐν τοῖς στερητικοῖς, οἷον ἀνάξιος, ἀναίσ‐</w:t>
      </w:r>
    </w:p>
    <w:p>
      <w:r>
        <w:rPr>
          <w:rFonts w:ascii="Courier New" w:hAnsi="Courier New"/>
          <w:color w:val="555555"/>
          <w:sz w:val="20"/>
        </w:rPr>
        <w:t>[5]</w:t>
      </w:r>
    </w:p>
    <w:p>
      <w:r>
        <w:rPr>
          <w:rFonts w:ascii="Gentium Plus" w:hAnsi="Gentium Plus"/>
          <w:sz w:val="24"/>
        </w:rPr>
        <w:t>χυντος, ἀναλκής ......</w:t>
      </w:r>
    </w:p>
    <w:p>
      <w:r>
        <w:rPr>
          <w:rFonts w:ascii="Courier New" w:hAnsi="Courier New"/>
          <w:color w:val="555555"/>
          <w:sz w:val="20"/>
        </w:rPr>
        <w:t>[1 13-14bis]</w:t>
      </w:r>
    </w:p>
    <w:p>
      <w:r>
        <w:rPr>
          <w:rFonts w:ascii="Gentium Plus" w:hAnsi="Gentium Plus"/>
          <w:sz w:val="24"/>
        </w:rPr>
        <w:t>** τρεῖς ἐνταῦθα αἰτίας ἐξηρτημένας ἀλλήλων τίθησιν.</w:t>
      </w:r>
    </w:p>
    <w:p>
      <w:r>
        <w:rPr>
          <w:rFonts w:ascii="Courier New" w:hAnsi="Courier New"/>
          <w:color w:val="555555"/>
          <w:sz w:val="20"/>
        </w:rPr>
        <w:t>[1 . 14]</w:t>
      </w:r>
    </w:p>
    <w:p>
      <w:r>
        <w:rPr>
          <w:rFonts w:ascii="Gentium Plus" w:hAnsi="Gentium Plus"/>
          <w:sz w:val="24"/>
        </w:rPr>
        <w:t>** [στέμματ’ ἔχων] ὡς ἐλαφρὸν 〈ὂν〉 εἶπεν «ἔχων», διότι δαφνινὸν ἦν.</w:t>
      </w:r>
    </w:p>
    <w:p>
      <w:r>
        <w:rPr>
          <w:rFonts w:ascii="Courier New" w:hAnsi="Courier New"/>
          <w:color w:val="555555"/>
          <w:sz w:val="20"/>
        </w:rPr>
        <w:t>[1 14bis]</w:t>
      </w:r>
    </w:p>
    <w:p>
      <w:r>
        <w:rPr>
          <w:rFonts w:ascii="Gentium Plus" w:hAnsi="Gentium Plus"/>
          <w:sz w:val="24"/>
        </w:rPr>
        <w:t>[στέμματ’ ἔχων] πληθυντικῶς.</w:t>
      </w:r>
    </w:p>
    <w:p>
      <w:r>
        <w:rPr>
          <w:rFonts w:ascii="Courier New" w:hAnsi="Courier New"/>
          <w:color w:val="555555"/>
          <w:sz w:val="20"/>
        </w:rPr>
        <w:t>[1 . 15]</w:t>
      </w:r>
    </w:p>
    <w:p>
      <w:r>
        <w:rPr>
          <w:rFonts w:ascii="Gentium Plus" w:hAnsi="Gentium Plus"/>
          <w:sz w:val="24"/>
        </w:rPr>
        <w:t>[χρυσέῳ] 〈ὁ στίχος ἔχει〉 τὴν καλουμένην περὶ τὸ μέτρον συνίζησιν.</w:t>
      </w:r>
    </w:p>
    <w:p>
      <w:r>
        <w:rPr>
          <w:rFonts w:ascii="Courier New" w:hAnsi="Courier New"/>
          <w:color w:val="555555"/>
          <w:sz w:val="20"/>
        </w:rPr>
        <w:t>[1 15bis]</w:t>
      </w:r>
    </w:p>
    <w:p>
      <w:r>
        <w:rPr>
          <w:rFonts w:ascii="Gentium Plus" w:hAnsi="Gentium Plus"/>
          <w:sz w:val="24"/>
        </w:rPr>
        <w:t>[χρυσέῳ ἀνὰ σκήπτρῳ] περὶ τῇ κεχρυσωμένῃ τε καὶ βασιλικῇ ῥάβδῳ.</w:t>
      </w:r>
    </w:p>
    <w:p>
      <w:r>
        <w:rPr>
          <w:rFonts w:ascii="Courier New" w:hAnsi="Courier New"/>
          <w:color w:val="555555"/>
          <w:sz w:val="20"/>
        </w:rPr>
        <w:t>[1 15ter]</w:t>
      </w:r>
    </w:p>
    <w:p>
      <w:r>
        <w:rPr>
          <w:rFonts w:ascii="Gentium Plus" w:hAnsi="Gentium Plus"/>
          <w:sz w:val="24"/>
        </w:rPr>
        <w:t>** [ἀνὰ] ἡ ἀνά τὴν ἄνω σχέσιν δηλοῖ παρά τισιν, ἵνα νοῆται τὸ στέμμα ἐξαρτᾶσθαι τοῦ σκήπτρου.</w:t>
      </w:r>
    </w:p>
    <w:p>
      <w:r>
        <w:rPr>
          <w:rFonts w:ascii="Courier New" w:hAnsi="Courier New"/>
          <w:color w:val="555555"/>
          <w:sz w:val="20"/>
        </w:rPr>
        <w:t>[1 . 16]</w:t>
      </w:r>
    </w:p>
    <w:p>
      <w:r>
        <w:rPr>
          <w:rFonts w:ascii="Gentium Plus" w:hAnsi="Gentium Plus"/>
          <w:sz w:val="24"/>
        </w:rPr>
        <w:t>[Ἀτρείδα] Ἀγαμέμνονα καὶ Μενέλαον.</w:t>
      </w:r>
    </w:p>
    <w:p>
      <w:r>
        <w:rPr>
          <w:rFonts w:ascii="Courier New" w:hAnsi="Courier New"/>
          <w:color w:val="555555"/>
          <w:sz w:val="20"/>
        </w:rPr>
        <w:t>[1 . 18]</w:t>
      </w:r>
    </w:p>
    <w:p>
      <w:r>
        <w:rPr>
          <w:rFonts w:ascii="Gentium Plus" w:hAnsi="Gentium Plus"/>
          <w:sz w:val="24"/>
        </w:rPr>
        <w:t>[δοῖεν] 〈ἡ〉 ἀνάγκη ποιεῖ αὐτὸν 〈καὶ τοὺς οἰκείους ἐπ〉αρᾶσθαι, καὶ εἰκότως· 〈οὐ βουλόμενοι〉 γὰρ κολάζειν Ἀλέξανδρον 〈οἱ Τρῶες, τ〉οῖς ἔγγιστα κακῶν πρόξε〈νοι γίνον〉ται. [δώματα] παρὰ τὸ δομῶ δομήσω δό〈μημα καὶ〉 κατ’ ἀπο〉κοπὴν δῶ‐</w:t>
      </w:r>
    </w:p>
    <w:p>
      <w:r>
        <w:rPr>
          <w:rFonts w:ascii="Courier New" w:hAnsi="Courier New"/>
          <w:color w:val="555555"/>
          <w:sz w:val="20"/>
        </w:rPr>
        <w:t>[5]</w:t>
      </w:r>
    </w:p>
    <w:p>
      <w:r>
        <w:rPr>
          <w:rFonts w:ascii="Gentium Plus" w:hAnsi="Gentium Plus"/>
          <w:sz w:val="24"/>
        </w:rPr>
        <w:t>μα· τὸ δὲ δομῶ 〈παρὰ τὸ δέ〉μω. εἰσὶ δὲ τοιαῦτα τρέποντα 〈τὸ ε εἰς ω〉· νέμω νωμῶ, πέτω 〈πωτῶ〉.</w:t>
      </w:r>
    </w:p>
    <w:p>
      <w:r>
        <w:rPr>
          <w:rFonts w:ascii="Courier New" w:hAnsi="Courier New"/>
          <w:color w:val="555555"/>
          <w:sz w:val="20"/>
        </w:rPr>
        <w:t>[1 . 19]</w:t>
      </w:r>
    </w:p>
    <w:p>
      <w:r>
        <w:rPr>
          <w:rFonts w:ascii="Gentium Plus" w:hAnsi="Gentium Plus"/>
          <w:sz w:val="24"/>
        </w:rPr>
        <w:t>Πριάμοιο πόλιν] λεληθότων 〈πόθων〉 ὑπέμνησεν αὐτοὺς, ἵνα οἰκ‐ τεί〈ρωσιν αὐτὸν〉 ὑπὲρ τῆς θυγατρὸς δεόμενον. [Πριάμοιο] ὁ Πρίαμος τὸ πρῶτον ἐκα〈λεῖτο Ποδ〉άρκης, ἐντεῦθεν 〈δὲ〉 προσηγορεύθη 〈Πρίαμος. Ἡ〉σιόνην τὴν Λαομέδοντος θυ〈γατέρα ....</w:t>
      </w:r>
    </w:p>
    <w:p>
      <w:r>
        <w:rPr>
          <w:rFonts w:ascii="Courier New" w:hAnsi="Courier New"/>
          <w:color w:val="555555"/>
          <w:sz w:val="20"/>
        </w:rPr>
        <w:t>[5]</w:t>
      </w:r>
    </w:p>
    <w:p>
      <w:r>
        <w:rPr>
          <w:rFonts w:ascii="Gentium Plus" w:hAnsi="Gentium Plus"/>
          <w:sz w:val="24"/>
        </w:rPr>
        <w:t>προ〉κειμένην κήτει θαλασσίῳ 〈κελεύσαντοσ〉 Ποσειδῶνος, μᾶλλον δὲ Ἀπόλ〈λωνος, Ἡρακλῆσ〉 περιέσωσεν ἐπὶ μισθῷ, οὐκ 〈ἀποδόντος δὲ ἐκείνου τὰ〉 συγκείμενα, εἷλεν Ἴλιον πολέ〈μῳ, καὶ Λαο〉μέδοντα χειρω‐ σάμενος, αἰχ〈μάλωτον ἔλα〉βε τὴν Ἡσιόνην. ἡ δὲ τὸν ἀ〈δελφὸν Ποδ〉άρ‐</w:t>
      </w:r>
    </w:p>
    <w:p>
      <w:r>
        <w:rPr>
          <w:rFonts w:ascii="Courier New" w:hAnsi="Courier New"/>
          <w:color w:val="555555"/>
          <w:sz w:val="20"/>
        </w:rPr>
        <w:t>[10]</w:t>
      </w:r>
    </w:p>
    <w:p>
      <w:r>
        <w:rPr>
          <w:rFonts w:ascii="Gentium Plus" w:hAnsi="Gentium Plus"/>
          <w:sz w:val="24"/>
        </w:rPr>
        <w:t>τῇ 〈πόλει αὐτὸν τρέφ〉ειν. ὁ δὲ ἀντὶ τοῦ Ποδάρκης ἐ〈κλήθη Πρίαμος,〉 ἡ δὲ Ἴλιος «Ἄτης λόφος» ἐκα〈λεῖτο·〉 ἐκεῖ γὰρ τὸν Κρόνον ὁ Ζεὺς ἐξ〈ε‐ ναρίξαι〉 λέγεται, ὡς ὁ Λυκόφρων· «〈Ἄτης ἀπ’〉 ἄκρων βουπλανο‐ 〈κτίστων λόφ〉ων». (v. 30)</w:t>
      </w:r>
    </w:p>
    <w:p>
      <w:r>
        <w:rPr>
          <w:rFonts w:ascii="Courier New" w:hAnsi="Courier New"/>
          <w:color w:val="555555"/>
          <w:sz w:val="20"/>
        </w:rPr>
        <w:t>[1 19bis]</w:t>
      </w:r>
    </w:p>
    <w:p>
      <w:r>
        <w:rPr>
          <w:rFonts w:ascii="Gentium Plus" w:hAnsi="Gentium Plus"/>
          <w:sz w:val="24"/>
        </w:rPr>
        <w:t>[ἱκέσθαι] μέσος ἀόριστος δεύτερος· διὸ παρωξύνθη.</w:t>
      </w:r>
    </w:p>
    <w:p>
      <w:r>
        <w:rPr>
          <w:rFonts w:ascii="Courier New" w:hAnsi="Courier New"/>
          <w:color w:val="555555"/>
          <w:sz w:val="20"/>
        </w:rPr>
        <w:t>[1 . 22]</w:t>
      </w:r>
    </w:p>
    <w:p>
      <w:r>
        <w:rPr>
          <w:rFonts w:ascii="Gentium Plus" w:hAnsi="Gentium Plus"/>
          <w:sz w:val="24"/>
        </w:rPr>
        <w:t>[ἔνθα] 〈χρον〉ικὸν ἐπίρρημα· ἐνταῦθα. ἄλλοι] δεισί〈δαιμον γὰρ καὶ μισοπόν〉ηρον τὸ πλῆθος.</w:t>
      </w:r>
    </w:p>
    <w:p>
      <w:r>
        <w:rPr>
          <w:rFonts w:ascii="Courier New" w:hAnsi="Courier New"/>
          <w:color w:val="555555"/>
          <w:sz w:val="20"/>
        </w:rPr>
        <w:t>[1 . 23]</w:t>
      </w:r>
    </w:p>
    <w:p>
      <w:r>
        <w:rPr>
          <w:rFonts w:ascii="Gentium Plus" w:hAnsi="Gentium Plus"/>
          <w:sz w:val="24"/>
        </w:rPr>
        <w:t>[ἱερῆα] 〈ἱερέα καλοῦσιν ὡς τιμῶν〉τες, ἄποινα δὲ τὰ ἐπὶ λύτρῳ φόνου διδόμενα, ἄφοινά τινα ὄντα.</w:t>
      </w:r>
    </w:p>
    <w:p>
      <w:r>
        <w:rPr>
          <w:rFonts w:ascii="Courier New" w:hAnsi="Courier New"/>
          <w:color w:val="555555"/>
          <w:sz w:val="20"/>
        </w:rPr>
        <w:t>[1 . 24]</w:t>
      </w:r>
    </w:p>
    <w:p>
      <w:r>
        <w:rPr>
          <w:rFonts w:ascii="Gentium Plus" w:hAnsi="Gentium Plus"/>
          <w:sz w:val="24"/>
        </w:rPr>
        <w:t>[ἥνδανε] εἰκότως οὐκ ἤρκεσε τῷ Ἀγαμέμνονι· οὐ γὰρ παρὰ τοῦ Ἀγαμέμνονος ᾔτειτο, ἀλλὰ παρὰ τῶν ἀρχομένων· «〈ἐλίσσετο πάντας Ἀ〉χαιοὺς», ἢ μὴ ἐπικηρυκευσάμενος ἧκεν εἰς τὴν ἐκκλησίαν.</w:t>
      </w:r>
    </w:p>
    <w:p>
      <w:r>
        <w:rPr>
          <w:rFonts w:ascii="Courier New" w:hAnsi="Courier New"/>
          <w:color w:val="555555"/>
          <w:sz w:val="20"/>
        </w:rPr>
        <w:t>[1 24bis]</w:t>
      </w:r>
    </w:p>
    <w:p>
      <w:r>
        <w:rPr>
          <w:rFonts w:ascii="Gentium Plus" w:hAnsi="Gentium Plus"/>
          <w:sz w:val="24"/>
        </w:rPr>
        <w:t>ἥνδανε] παρὰ τὸ ἥδω ἁδάνω 〈ἁνδά〉νω, σημαίνει δὲ τὸ ἀρέσκω καὶ 〈τὸ ἐπι〉θυμῶ καὶ τὸ εὐφραίνομαι.</w:t>
      </w:r>
    </w:p>
    <w:p>
      <w:r>
        <w:rPr>
          <w:rFonts w:ascii="Courier New" w:hAnsi="Courier New"/>
          <w:color w:val="555555"/>
          <w:sz w:val="20"/>
        </w:rPr>
        <w:t>[1 24ter]</w:t>
      </w:r>
    </w:p>
    <w:p>
      <w:r>
        <w:rPr>
          <w:rFonts w:ascii="Gentium Plus" w:hAnsi="Gentium Plus"/>
          <w:sz w:val="24"/>
        </w:rPr>
        <w:t>θυμῷ] κυρίως λέγεται θυμὸς 〈μέρος τῆς ψυχῆσ〉, τρία δὲ αὐτῆς ἐστι, καθά φησιν 〈ὁ〉 Πλάτων, μέρη· τὸ μὲν λογιστικὸν, τὸ ἐν τῇ κεφαλῇ καθιδρυμένον· τὸ δὲ θυμικὸν, τὸ 〈ἐν τῇ καρδίᾳ〉· τὸ δὲ ἐπιθυμητικὸν, τὸ ἐν τῷ ἥπατι, τὸ περὶ γαστέρα καὶ τὰ λοιπά. καὶ τοῦ μὲν λογιστικοῦ</w:t>
      </w:r>
    </w:p>
    <w:p>
      <w:r>
        <w:rPr>
          <w:rFonts w:ascii="Courier New" w:hAnsi="Courier New"/>
          <w:color w:val="555555"/>
          <w:sz w:val="20"/>
        </w:rPr>
        <w:t>[5]</w:t>
      </w:r>
    </w:p>
    <w:p>
      <w:r>
        <w:rPr>
          <w:rFonts w:ascii="Gentium Plus" w:hAnsi="Gentium Plus"/>
          <w:sz w:val="24"/>
        </w:rPr>
        <w:t>ἐστιν ἀρετὴ φρόνησις, κα〈κία δὲ ἀφρο〉σύνη, τοῦ δὲ θυμικοῦ ἀρετὴ ἀνδρεία, κακία δὲ δειλία, τοῦ δὲ ἐπιθυμητικοῦ ἀρετὴ ἐγκράτεια, κακία δὲ 〈ἀκολασία. ὁ〉 μὲν οὖν θυμὸς παρὰ τῷ ποιητῇ 〈τὴν〉 ψυχὴν σημαίνει, ὡς ἐν τούτῳ· «ἔνθ’ 〈ὅγε τοὺς ἐνά〉ριζε, φίλον δ’ ἐξαίνυτο θυμόν» (Il. V. 155), καὶ τὰ μέρη αὐτῆς· τὸν μὲν λόγισμον· «〈ἕτε〉ρος δέ με</w:t>
      </w:r>
    </w:p>
    <w:p>
      <w:r>
        <w:rPr>
          <w:rFonts w:ascii="Courier New" w:hAnsi="Courier New"/>
          <w:color w:val="555555"/>
          <w:sz w:val="20"/>
        </w:rPr>
        <w:t>[10]</w:t>
      </w:r>
    </w:p>
    <w:p>
      <w:r>
        <w:rPr>
          <w:rFonts w:ascii="Gentium Plus" w:hAnsi="Gentium Plus"/>
          <w:sz w:val="24"/>
        </w:rPr>
        <w:t>θυμὸς ἀνῆκε» (Od. IX, 302). τὸ δὲ θυμ〈ῶδες, ὡς ἐν τῷ〉 «σὺ δὲ μεγαλήτορα θυμὸν ἴσχειν ἐν στ〈ήθεσσι〉· φιλοφροσύνη γὰρ ἄμεινον» (Il. IX, 255—256): τὸ δὲ ἐπιθυμητικὸν οὕτως· «ᾧ θυμῷ εἴξ〈ασα μίγη〉 φιλότητι καὶ εὐνῇ.» (Od. IV. 126).</w:t>
      </w:r>
    </w:p>
    <w:p>
      <w:r>
        <w:rPr>
          <w:rFonts w:ascii="Courier New" w:hAnsi="Courier New"/>
          <w:color w:val="555555"/>
          <w:sz w:val="20"/>
        </w:rPr>
        <w:t>[1 24quat]</w:t>
      </w:r>
    </w:p>
    <w:p>
      <w:r>
        <w:rPr>
          <w:rFonts w:ascii="Gentium Plus" w:hAnsi="Gentium Plus"/>
          <w:sz w:val="24"/>
        </w:rPr>
        <w:t>[θυμῷ] 〈θυμὸσ〉 ἡ ψυχή ἡ ὀργή ἡ ἐπιθυμία ὁ ἐπιλογισμὸς ἡ</w:t>
      </w:r>
    </w:p>
    <w:p>
      <w:r>
        <w:rPr>
          <w:rFonts w:ascii="Courier New" w:hAnsi="Courier New"/>
          <w:color w:val="555555"/>
          <w:sz w:val="20"/>
        </w:rPr>
        <w:t>[1 . 25]</w:t>
      </w:r>
    </w:p>
    <w:p>
      <w:r>
        <w:rPr>
          <w:rFonts w:ascii="Gentium Plus" w:hAnsi="Gentium Plus"/>
          <w:sz w:val="24"/>
        </w:rPr>
        <w:t>ἀλλὰ κακῶς ἀφίει] ἐκ τοῦ 〈ἵημι〉, τὸ πέμπω, ἱῶ, ἵουν ἵεις 〈ἵει〉 καὶ ἀφίει. ἰστέον δὲ ὅτι τοῦ τίθημι καὶ ἵημι καὶ δίδωμι οἱ παρῳχημένοι μᾶλλον ἀπὸ τῶν εἰς ω εἰσὶν ἐν χρ〈ή〉σει ἤπερ ἀπὸ τῶν εἰς μι.</w:t>
      </w:r>
    </w:p>
    <w:p>
      <w:r>
        <w:rPr>
          <w:rFonts w:ascii="Courier New" w:hAnsi="Courier New"/>
          <w:color w:val="555555"/>
          <w:sz w:val="20"/>
        </w:rPr>
        <w:t>[1 25bis]</w:t>
      </w:r>
    </w:p>
    <w:p>
      <w:r>
        <w:rPr>
          <w:rFonts w:ascii="Gentium Plus" w:hAnsi="Gentium Plus"/>
          <w:sz w:val="24"/>
        </w:rPr>
        <w:t>[μῦθον] μῦθος· τὸ μύω σημαίνει δύο· τὸ μανθάνω καὶ τὸ καμ‐ μύω. [ἔτελλε] τὸ τέλος πολλὰ σημαίνει· τέλος τὸ τάγμα, ποτὲ δὲ 〈τὸ〉 τοῦ συμπεπληρωμένου πράγματος ἢ ἔργου τέλος, ποτὲ δὲ τὴν 〈τῶν〉 ἐπει‐</w:t>
      </w:r>
    </w:p>
    <w:p>
      <w:r>
        <w:rPr>
          <w:rFonts w:ascii="Courier New" w:hAnsi="Courier New"/>
          <w:color w:val="555555"/>
          <w:sz w:val="20"/>
        </w:rPr>
        <w:t>[5]</w:t>
      </w:r>
    </w:p>
    <w:p>
      <w:r>
        <w:rPr>
          <w:rFonts w:ascii="Gentium Plus" w:hAnsi="Gentium Plus"/>
          <w:sz w:val="24"/>
        </w:rPr>
        <w:t>σαγομένων ὠνίων φοιτῶσαν ταῖς πόλεσι πρόσοδον, ποτὲ δὲ τὰς ἀρχὰς καὶ τὰ ἀξιώματα. [ἔτελλε] ἐκ τοῦ τέλλειν, τὸ προστάσσειν.</w:t>
      </w:r>
    </w:p>
    <w:p>
      <w:r>
        <w:rPr>
          <w:rFonts w:ascii="Courier New" w:hAnsi="Courier New"/>
          <w:color w:val="555555"/>
          <w:sz w:val="20"/>
        </w:rPr>
        <w:t>[1 . 26]</w:t>
      </w:r>
    </w:p>
    <w:p>
      <w:r>
        <w:rPr>
          <w:rFonts w:ascii="Gentium Plus" w:hAnsi="Gentium Plus"/>
          <w:sz w:val="24"/>
        </w:rPr>
        <w:t>μή σε γέρον] μετὰ σπουδῆς—δυσωπεῖ τοὺς Ἕλληνας γέρον] τὰ εἰς ων βαρύτονα φυλάττει τὸ ω καὶ ἐπὶ γενικῆς· Ἱέρων Ἱέρωνος, Νέρων Νέρωνος· τὸ δὲ γέρων σεσημείωται ὡς μετοχικὸν, κλ〈ίνεται δὲ〉 διὰ τοῦ ντ. γέγονε δὲ παρὰ τὸ εἴρω τὸ λέγω ἔρων καὶ</w:t>
      </w:r>
    </w:p>
    <w:p>
      <w:r>
        <w:rPr>
          <w:rFonts w:ascii="Courier New" w:hAnsi="Courier New"/>
          <w:color w:val="555555"/>
          <w:sz w:val="20"/>
        </w:rPr>
        <w:t>[5]</w:t>
      </w:r>
    </w:p>
    <w:p>
      <w:r>
        <w:rPr>
          <w:rFonts w:ascii="Gentium Plus" w:hAnsi="Gentium Plus"/>
          <w:sz w:val="24"/>
        </w:rPr>
        <w:t>γέρων· λεκτ〈ικοὶ〉 γὰρ οἱ γέροντες· ἢ παρὰ τὸ ἔρρω τὸ φ〈θεί〉ρω 〈ἔρρων〉 ἔρων καὶ γέρων, ὁ πρὸς φθορὰν ἀποβλέπων. νηυσὶ] Ἰωνικῇ προπῇ τοῦ α εἰς η ναῦς ναός. δύο μόνα εἰσὶν εἰς αυς θηλυκά· ναῦς καὶ γραῦς. κλίνονται δὲ ἀμφότερα διὰ καθαροῦ τοῦ α. μετὰ συστολῆς τῆς παραληγούσης ἡ 〈γενικὴ〉 Ἀττικῶς γίγνεται νεώς,</w:t>
      </w:r>
    </w:p>
    <w:p>
      <w:r>
        <w:rPr>
          <w:rFonts w:ascii="Courier New" w:hAnsi="Courier New"/>
          <w:color w:val="555555"/>
          <w:sz w:val="20"/>
        </w:rPr>
        <w:t>[10]</w:t>
      </w:r>
    </w:p>
    <w:p>
      <w:r>
        <w:rPr>
          <w:rFonts w:ascii="Gentium Plus" w:hAnsi="Gentium Plus"/>
          <w:sz w:val="24"/>
        </w:rPr>
        <w:t>Ἰωνικῶς νηός· γέγονε δὲ παρὰ τὸ νῶ τὸ πορεύομαι. [κιχείω] ἀντὶ τοῦ κιχείοιμι.</w:t>
      </w:r>
    </w:p>
    <w:p>
      <w:r>
        <w:rPr>
          <w:rFonts w:ascii="Courier New" w:hAnsi="Courier New"/>
          <w:color w:val="555555"/>
          <w:sz w:val="20"/>
        </w:rPr>
        <w:t>[1 . 27]</w:t>
      </w:r>
    </w:p>
    <w:p>
      <w:r>
        <w:rPr>
          <w:rFonts w:ascii="Gentium Plus" w:hAnsi="Gentium Plus"/>
          <w:sz w:val="24"/>
        </w:rPr>
        <w:t>[δηθύνοντα] ἐκ τοῦ δήν ἐπιρρήματος. αὖτις] Ἀττικοὶ αὖτις καὶ αὖθις ἑκατέρως λέγουσιν.</w:t>
      </w:r>
    </w:p>
    <w:p>
      <w:r>
        <w:rPr>
          <w:rFonts w:ascii="Courier New" w:hAnsi="Courier New"/>
          <w:color w:val="555555"/>
          <w:sz w:val="20"/>
        </w:rPr>
        <w:t>[1 . 28]</w:t>
      </w:r>
    </w:p>
    <w:p>
      <w:r>
        <w:rPr>
          <w:rFonts w:ascii="Gentium Plus" w:hAnsi="Gentium Plus"/>
          <w:sz w:val="24"/>
        </w:rPr>
        <w:t>μή νύ τοι οὐ χραίσμῃ] οὐ κατάσχῃ, ἀπείργῃ· τάχα δὲ τοῦτο 〈ὑπολαμβάνει〉· οὐκ ἐθελήσει ὁ θεὸς ἐπακούειν αὐτοῦ· ὁ γὰρ περιϊδὼν αὐτοῦ τὴν θυγατέρα αἰχμάλωτον, πῶς 〈ἂν〉 ἀγανακτήσειεν οὐκ ἀπο‐ διδομένης;</w:t>
      </w:r>
    </w:p>
    <w:p>
      <w:r>
        <w:rPr>
          <w:rFonts w:ascii="Courier New" w:hAnsi="Courier New"/>
          <w:color w:val="555555"/>
          <w:sz w:val="20"/>
        </w:rPr>
        <w:t>[1 28bis]</w:t>
      </w:r>
    </w:p>
    <w:p>
      <w:r>
        <w:rPr>
          <w:rFonts w:ascii="Gentium Plus" w:hAnsi="Gentium Plus"/>
          <w:sz w:val="24"/>
        </w:rPr>
        <w:t>* [μή νύ τοι οὐ χραίσμῃ] 〈ἀναιρεῖ τὴν ἐλ〉πίδα, οὐχ ὡς ἀσεβὴς, ἄλλ’ 〈ἔστι〉· μήποτε ὁ θεὸς οὐκ ἀνέξεται τῆς σῆς ἀναιδείας ὥσπερ πορθούμενον περιεῖδε πάντως καὶ φο..μενον. [σκῆπτρον] τὸ σκήπτω σημαίνει δύο, τὸ ἐπερείδομαι καὶ τὸ 〈προφα‐</w:t>
      </w:r>
    </w:p>
    <w:p>
      <w:r>
        <w:rPr>
          <w:rFonts w:ascii="Courier New" w:hAnsi="Courier New"/>
          <w:color w:val="555555"/>
          <w:sz w:val="20"/>
        </w:rPr>
        <w:t>[5]</w:t>
      </w:r>
    </w:p>
    <w:p>
      <w:r>
        <w:rPr>
          <w:rFonts w:ascii="Gentium Plus" w:hAnsi="Gentium Plus"/>
          <w:sz w:val="24"/>
        </w:rPr>
        <w:t>σί〉ζομαι, ἐξ οὗ καὶ 〈τὸ〉 σκῆψις</w:t>
      </w:r>
    </w:p>
    <w:p>
      <w:r>
        <w:rPr>
          <w:rFonts w:ascii="Courier New" w:hAnsi="Courier New"/>
          <w:color w:val="555555"/>
          <w:sz w:val="20"/>
        </w:rPr>
        <w:t>[1 . 29]</w:t>
      </w:r>
    </w:p>
    <w:p>
      <w:r>
        <w:rPr>
          <w:rFonts w:ascii="Gentium Plus" w:hAnsi="Gentium Plus"/>
          <w:sz w:val="24"/>
        </w:rPr>
        <w:t>πρίν μιν καὶ γῆρας] πρότερον 〈ἂν〉 τὸ γῆρας αὐτὴν καταλάβοι ἢ λυθείη, ὅ ἐστι γ〈ηράσει〉 μᾶλλον παρ’ ἐμοὶ ἢ λυθήσεται.</w:t>
      </w:r>
    </w:p>
    <w:p>
      <w:r>
        <w:rPr>
          <w:rFonts w:ascii="Courier New" w:hAnsi="Courier New"/>
          <w:color w:val="555555"/>
          <w:sz w:val="20"/>
        </w:rPr>
        <w:t>[1 . 30]</w:t>
      </w:r>
    </w:p>
    <w:p>
      <w:r>
        <w:rPr>
          <w:rFonts w:ascii="Gentium Plus" w:hAnsi="Gentium Plus"/>
          <w:sz w:val="24"/>
        </w:rPr>
        <w:t>ἐν Ἄργει] ἰστέον ὅτι τὸ πάλαι ἡ Πελοπόννησος εἰς εʹ διῄρητο μέρη· Ἠ〈λίδα〉 Λακωνικὴν Ἀργολικὴν Μεσσηνιακὴν Ἀρκαδικήν. ἄλλως· ἰστέον ὅτι αἱ τοιαῦται δοτικαὶ, ἐὰν μὲν ἐπιφέρηται 〈σύμφωνον〉, διαιροῦνται· «Διομήδεϊ Παλλὰς Ἀθήνῃ» (lI. V. 1), εἰ δὲ φωνῆεν, 〈οὔ〉·</w:t>
      </w:r>
    </w:p>
    <w:p>
      <w:r>
        <w:rPr>
          <w:rFonts w:ascii="Courier New" w:hAnsi="Courier New"/>
          <w:color w:val="555555"/>
          <w:sz w:val="20"/>
        </w:rPr>
        <w:t>[5]</w:t>
      </w:r>
    </w:p>
    <w:p>
      <w:r>
        <w:rPr>
          <w:rFonts w:ascii="Gentium Plus" w:hAnsi="Gentium Plus"/>
          <w:sz w:val="24"/>
        </w:rPr>
        <w:t>«σῷ θάρσει, ὅτ’ ἐμὸν δολιχόσκιον ἔγχος.» (Il. VI, 126), ἐὰν μὴ κατα‐ λύη〈ται〉 μέτρον, οἷον· «〈χαρι〉ζομένη πόσεϊ ᾧ (H. V, 71). τινὰ δὲ καὶ χωρὶς μέτρου παρήλλακται· «πλήθει πρόσθε βαλόντες» (Il. XXIII, 639) «μετέπειτα 〈δὲ ἡδέϊ οἴνῳ〉» (Od. XI, 27.)</w:t>
      </w:r>
    </w:p>
    <w:p>
      <w:r>
        <w:rPr>
          <w:rFonts w:ascii="Courier New" w:hAnsi="Courier New"/>
          <w:color w:val="555555"/>
          <w:sz w:val="20"/>
        </w:rPr>
        <w:t>[1 . 31]</w:t>
      </w:r>
    </w:p>
    <w:p>
      <w:r>
        <w:rPr>
          <w:rFonts w:ascii="Gentium Plus" w:hAnsi="Gentium Plus"/>
          <w:sz w:val="24"/>
        </w:rPr>
        <w:t>[ἱστὸν ἐποιχομένην] ἀπορία καὶ λύσις· αἱ πάλαι γυναῖκες ἑστῶσαι ὕφαινον ἐπι〈πορ〉ευόμεναι τὸν ἱστόν.</w:t>
      </w:r>
    </w:p>
    <w:p>
      <w:r>
        <w:rPr>
          <w:rFonts w:ascii="Courier New" w:hAnsi="Courier New"/>
          <w:color w:val="555555"/>
          <w:sz w:val="20"/>
        </w:rPr>
        <w:t>[1 . 32]</w:t>
      </w:r>
    </w:p>
    <w:p>
      <w:r>
        <w:rPr>
          <w:rFonts w:ascii="Gentium Plus" w:hAnsi="Gentium Plus"/>
          <w:sz w:val="24"/>
        </w:rPr>
        <w:t>[σαώτερος] συγκριτικὸν ἀντὶ τοῦ ἁπλοῦ</w:t>
      </w:r>
    </w:p>
    <w:p>
      <w:r>
        <w:rPr>
          <w:rFonts w:ascii="Courier New" w:hAnsi="Courier New"/>
          <w:color w:val="555555"/>
          <w:sz w:val="20"/>
        </w:rPr>
        <w:t>[1 . 33]</w:t>
      </w:r>
    </w:p>
    <w:p>
      <w:r>
        <w:rPr>
          <w:rFonts w:ascii="Gentium Plus" w:hAnsi="Gentium Plus"/>
          <w:sz w:val="24"/>
        </w:rPr>
        <w:t>** [ἔδδεισε] πρὸς γέροντα ὑποπτήξαντα ἐπὶ ἀπειλαῖς καὶ πεισ‐</w:t>
      </w:r>
    </w:p>
    <w:p>
      <w:r>
        <w:rPr>
          <w:rFonts w:ascii="Courier New" w:hAnsi="Courier New"/>
          <w:color w:val="555555"/>
          <w:sz w:val="20"/>
        </w:rPr>
        <w:t>[1 . 34]</w:t>
      </w:r>
    </w:p>
    <w:p>
      <w:r>
        <w:rPr>
          <w:rFonts w:ascii="Gentium Plus" w:hAnsi="Gentium Plus"/>
          <w:sz w:val="24"/>
        </w:rPr>
        <w:t>[βῆ] 〈τὸ〉 σχῆμα ἀφαίρεσις· ἀφαίρεσις δὲ λέγεται ἡ ἐκ τῆς ἀρχῆς ἄρσις, οἷον ἔβη βῆ, ἐκεῖνος κεῖνος. 〈λέγεται〉 δὲ ἡ ἐκ τοῦ μέσου ἄρσις, οἷον οὐχὶ οὕτως οὐχ οὕτως, 〈συγκοπή, λέγεται δὲ ἡ ἐκ τοῦ τέλους ἄρσισ〉 ἀποκοπή, οἷον δῶμα δῶ, ὡς Ὅμηρος λέγει.</w:t>
      </w:r>
    </w:p>
    <w:p>
      <w:r>
        <w:rPr>
          <w:rFonts w:ascii="Courier New" w:hAnsi="Courier New"/>
          <w:color w:val="555555"/>
          <w:sz w:val="20"/>
        </w:rPr>
        <w:t>[5]</w:t>
      </w:r>
    </w:p>
    <w:p>
      <w:r>
        <w:rPr>
          <w:rFonts w:ascii="Gentium Plus" w:hAnsi="Gentium Plus"/>
          <w:sz w:val="24"/>
        </w:rPr>
        <w:t>[ἀκέων] τὸ καταπεπληγμέ〈νον ἐμ〉φαίνει διὰ τῆς σιωπῆς· 〈μόνη γὰρ λεί〉πεται τοῖς λυπουμένοις 〈ἡ ἀφω〉νία. [θῖνα] αἰγιαλὸς ἀπὸ τοῦ θείνεσθαι, 〈τουτέστ〉ι τύπτεσθαι τῇ προσρήξει 〈τῶν〉 κυμάτων. [ἀκέων παρὰ θῖνα.] ἄλλως· ἔστι δὲ καὶ ἀρσενικόν· «ἐκβάντες δ’</w:t>
      </w:r>
    </w:p>
    <w:p>
      <w:r>
        <w:rPr>
          <w:rFonts w:ascii="Courier New" w:hAnsi="Courier New"/>
          <w:color w:val="555555"/>
          <w:sz w:val="20"/>
        </w:rPr>
        <w:t>[10]</w:t>
      </w:r>
    </w:p>
    <w:p>
      <w:r>
        <w:rPr>
          <w:rFonts w:ascii="Gentium Plus" w:hAnsi="Gentium Plus"/>
          <w:sz w:val="24"/>
        </w:rPr>
        <w:t>ἐπὶ θῖνα βαθὺν καὶ ὑπήνεμον 〈ἀκτ〉ήν» (Théocrite, XXII, 33.), εἰ μὴ ἔοικε τῷ «θῆλυς 〈ἐέρ〉ση.» (Od. V, 467).</w:t>
      </w:r>
    </w:p>
    <w:p>
      <w:r>
        <w:rPr>
          <w:rFonts w:ascii="Courier New" w:hAnsi="Courier New"/>
          <w:color w:val="555555"/>
          <w:sz w:val="20"/>
        </w:rPr>
        <w:t>[1 34bis]</w:t>
      </w:r>
    </w:p>
    <w:p>
      <w:r>
        <w:rPr>
          <w:rFonts w:ascii="Gentium Plus" w:hAnsi="Gentium Plus"/>
          <w:sz w:val="24"/>
        </w:rPr>
        <w:t>[πολυφλοίσβοιο] ὀνοματοποιΐα ὁ τρόπος. πολυφλοίσβοιο] ῥοῖζος τῆς σαγίττας, φλοῖσβος τῆς θαλάσσης, ῥοῖβδος ἡ ἀνέμου πνοή.</w:t>
      </w:r>
    </w:p>
    <w:p>
      <w:r>
        <w:rPr>
          <w:rFonts w:ascii="Courier New" w:hAnsi="Courier New"/>
          <w:color w:val="555555"/>
          <w:sz w:val="20"/>
        </w:rPr>
        <w:t>[1 . 36]</w:t>
      </w:r>
    </w:p>
    <w:p>
      <w:r>
        <w:rPr>
          <w:rFonts w:ascii="Gentium Plus" w:hAnsi="Gentium Plus"/>
          <w:sz w:val="24"/>
        </w:rPr>
        <w:t>[τὸν ἠΰκομος τέκε Λητώ] παρεμβολή. ἡ εὔκομος, ἀπὸ μέρους καλή. [Λητώ] Κοίου καὶ Φοιβῆς θυγάτηρ. [Λητώ] ἀλληγορία· ἡ λάθησις.</w:t>
      </w:r>
    </w:p>
    <w:p>
      <w:r>
        <w:rPr>
          <w:rFonts w:ascii="Courier New" w:hAnsi="Courier New"/>
          <w:color w:val="555555"/>
          <w:sz w:val="20"/>
        </w:rPr>
        <w:t>[1 . 37]</w:t>
      </w:r>
    </w:p>
    <w:p>
      <w:r>
        <w:rPr>
          <w:rFonts w:ascii="Gentium Plus" w:hAnsi="Gentium Plus"/>
          <w:sz w:val="24"/>
        </w:rPr>
        <w:t>[κλῦθι] τὸ κλῶ σημαίνει τὸ κλάω, ἐξ οὗ καὶ τὸ κλαίω, παρὰ τὸ κλᾶσθαι τὴν φωνὴν, τὸ κα〈λῶ〉, ἐξ οὗ καὶ 〈τὸ〉 κλῆρος, τὸ ἐπαινῶ, ἐξ οὗ τὸ κλέος, τὸ φωνῶ, ἐξ οὗ καὶ κλύω καὶ κλῦμι. τὸ δὲ κλῦθι Λαμψα‐ κηνῶν.</w:t>
      </w:r>
    </w:p>
    <w:p>
      <w:r>
        <w:rPr>
          <w:rFonts w:ascii="Courier New" w:hAnsi="Courier New"/>
          <w:color w:val="555555"/>
          <w:sz w:val="20"/>
        </w:rPr>
        <w:t>[1 37bis]</w:t>
      </w:r>
    </w:p>
    <w:p>
      <w:r>
        <w:rPr>
          <w:rFonts w:ascii="Gentium Plus" w:hAnsi="Gentium Plus"/>
          <w:sz w:val="24"/>
        </w:rPr>
        <w:t>[κλῦθι] ὁ Χρύσης μάγ〈..... ἵ〉να γένηται ὁ ἥ〈λιος ἐντι〉μότερος.</w:t>
      </w:r>
    </w:p>
    <w:p>
      <w:r>
        <w:rPr>
          <w:rFonts w:ascii="Courier New" w:hAnsi="Courier New"/>
          <w:color w:val="555555"/>
          <w:sz w:val="20"/>
        </w:rPr>
        <w:t>[1 37ter]</w:t>
      </w:r>
    </w:p>
    <w:p>
      <w:r>
        <w:rPr>
          <w:rFonts w:ascii="Gentium Plus" w:hAnsi="Gentium Plus"/>
          <w:sz w:val="24"/>
        </w:rPr>
        <w:t>[κλῦθι] ἰστέον ὅτι τὰ 〈διὰ〉 τοῦ ύω ποιοῦντα παράγωγα εἰς μι, εἰ μέν εἰσιν ὑπὲρ δύο συλλαβὰς, οὐκ ἔχουσι μέλλοντας, εἰ δὲ δισσύλλα‐ βοι, ποιοῦσι καὶ μέλλοντας· φῦμι φύσω ἔφυν, δῦμι δύσω ἔδυν. [κλῦθι] ὁ Κύκλωψ υἱὸς 〈τοῦ〉 Ποσειδῶνος συμφ〈ώνῳ χρῆ〉ται ἀρᾷ.</w:t>
      </w:r>
    </w:p>
    <w:p>
      <w:r>
        <w:rPr>
          <w:rFonts w:ascii="Courier New" w:hAnsi="Courier New"/>
          <w:color w:val="555555"/>
          <w:sz w:val="20"/>
        </w:rPr>
        <w:t>[5]</w:t>
      </w:r>
    </w:p>
    <w:p>
      <w:r>
        <w:rPr>
          <w:rFonts w:ascii="Gentium Plus" w:hAnsi="Gentium Plus"/>
          <w:sz w:val="24"/>
        </w:rPr>
        <w:t>(Od. IX, 528 sqq.)</w:t>
      </w:r>
    </w:p>
    <w:p>
      <w:r>
        <w:rPr>
          <w:rFonts w:ascii="Courier New" w:hAnsi="Courier New"/>
          <w:color w:val="555555"/>
          <w:sz w:val="20"/>
        </w:rPr>
        <w:t>[1 37quat]</w:t>
      </w:r>
    </w:p>
    <w:p>
      <w:r>
        <w:rPr>
          <w:rFonts w:ascii="Gentium Plus" w:hAnsi="Gentium Plus"/>
          <w:sz w:val="24"/>
        </w:rPr>
        <w:t>ἀργυρότοξε] ἀλληγορία· αἱ ἀκτῖνες τοῦ ἡλίου καθαραί.</w:t>
      </w:r>
    </w:p>
    <w:p>
      <w:r>
        <w:rPr>
          <w:rFonts w:ascii="Courier New" w:hAnsi="Courier New"/>
          <w:color w:val="555555"/>
          <w:sz w:val="20"/>
        </w:rPr>
        <w:t>[1 37-38]</w:t>
      </w:r>
    </w:p>
    <w:p>
      <w:r>
        <w:rPr>
          <w:rFonts w:ascii="Gentium Plus" w:hAnsi="Gentium Plus"/>
          <w:sz w:val="24"/>
        </w:rPr>
        <w:t>[Χρύσην] 〈Χρ〉ύσα μὲν ἦν πόλις Τρωϊκή. 〈Κίλλαν (?) δὲ λέγει τὴν〉 Ἀστερίαν νῆσον, 〈ἐν ᾗ ἔτεκεν ἡ Λητὼ τὴν〉 Ἄρτεμιν καὶ τὴν Ἀπόλλωνα.</w:t>
      </w:r>
    </w:p>
    <w:p>
      <w:r>
        <w:rPr>
          <w:rFonts w:ascii="Courier New" w:hAnsi="Courier New"/>
          <w:color w:val="555555"/>
          <w:sz w:val="20"/>
        </w:rPr>
        <w:t>[1 . 38]</w:t>
      </w:r>
    </w:p>
    <w:p>
      <w:r>
        <w:rPr>
          <w:rFonts w:ascii="Gentium Plus" w:hAnsi="Gentium Plus"/>
          <w:sz w:val="24"/>
        </w:rPr>
        <w:t>ἀμφιβέβηκας] τὸ μέγεθος τοῦ θεοῦ ἡ μεταφορὰ δηλοῖ ἐκ 〈τῶν τετραπόδων, ὡσ〉 περιβεβηκότος αὐτοῦ τὴν πόλιν. [ἀμφιβέβηκας] ὑπερμαχεῖς.</w:t>
      </w:r>
    </w:p>
    <w:p>
      <w:r>
        <w:rPr>
          <w:rFonts w:ascii="Courier New" w:hAnsi="Courier New"/>
          <w:color w:val="555555"/>
          <w:sz w:val="20"/>
        </w:rPr>
        <w:t>[1 38bis]</w:t>
      </w:r>
    </w:p>
    <w:p>
      <w:r>
        <w:rPr>
          <w:rFonts w:ascii="Gentium Plus" w:hAnsi="Gentium Plus"/>
          <w:sz w:val="24"/>
        </w:rPr>
        <w:t>[Κίλλαν] ἔστι δὲ πολίχνιον τῆς Τρῳάδος. [Τενέδοιο] Λευκόφρυς. [Τενέδοιο] νῆσος πρὸ τῆς Τροίας.</w:t>
      </w:r>
    </w:p>
    <w:p>
      <w:r>
        <w:rPr>
          <w:rFonts w:ascii="Courier New" w:hAnsi="Courier New"/>
          <w:color w:val="555555"/>
          <w:sz w:val="20"/>
        </w:rPr>
        <w:t>[1 38ter]</w:t>
      </w:r>
    </w:p>
    <w:p>
      <w:r>
        <w:rPr>
          <w:rFonts w:ascii="Gentium Plus" w:hAnsi="Gentium Plus"/>
          <w:sz w:val="24"/>
        </w:rPr>
        <w:t>[Τενέδοιο] ὁ Κύκνος υἱὸς Ποσειδῶνος ...... [ἶφι] ἀπὸ τοῦ ἴς, 〈ὃ〉 σημαίνει δύναμιν.</w:t>
      </w:r>
    </w:p>
    <w:p>
      <w:r>
        <w:rPr>
          <w:rFonts w:ascii="Courier New" w:hAnsi="Courier New"/>
          <w:color w:val="555555"/>
          <w:sz w:val="20"/>
        </w:rPr>
        <w:t>[1 . 39]</w:t>
      </w:r>
    </w:p>
    <w:p>
      <w:r>
        <w:rPr>
          <w:rFonts w:ascii="Gentium Plus" w:hAnsi="Gentium Plus"/>
          <w:sz w:val="24"/>
        </w:rPr>
        <w:t>Σμινθεῦ] ἐπίθετον τοῦ Ἀπόλλωνος· Σμίνθος γὰρ τόπος τῆς Τρῳ‐ άδος, ἐν ᾧ ἱερὸν Ἀπόλλωνος Σμινθίου. [Σμινθεῦ] πρὸς τὸν Ἀπόλλωνα ἐπιθετικόν. ἔρεψα] ἀντὶ τοῦ ἐστεφάνωσα· παρὰ τὸ ἐρέφω, ὅθεν καὶ εἰραφιώτης</w:t>
      </w:r>
    </w:p>
    <w:p>
      <w:r>
        <w:rPr>
          <w:rFonts w:ascii="Courier New" w:hAnsi="Courier New"/>
          <w:color w:val="555555"/>
          <w:sz w:val="20"/>
        </w:rPr>
        <w:t>[5]</w:t>
      </w:r>
    </w:p>
    <w:p>
      <w:r>
        <w:rPr>
          <w:rFonts w:ascii="Gentium Plus" w:hAnsi="Gentium Plus"/>
          <w:sz w:val="24"/>
        </w:rPr>
        <w:t>—αὐτὸν πλέκεσθαι.</w:t>
      </w:r>
    </w:p>
    <w:p>
      <w:r>
        <w:rPr>
          <w:rFonts w:ascii="Courier New" w:hAnsi="Courier New"/>
          <w:color w:val="555555"/>
          <w:sz w:val="20"/>
        </w:rPr>
        <w:t>[1 . 40]</w:t>
      </w:r>
    </w:p>
    <w:p>
      <w:r>
        <w:rPr>
          <w:rFonts w:ascii="Gentium Plus" w:hAnsi="Gentium Plus"/>
          <w:sz w:val="24"/>
        </w:rPr>
        <w:t>ἔκηα] ἐπὶ τῶν βωμῶν ἔκαυσα, τουτέστιν ἐκάρπωσα. ὁ μέλλων καύσω, ὁ ἀόριστος ἔκαυσα καὶ Ἰωνικῶς ἔκηα.</w:t>
      </w:r>
    </w:p>
    <w:p>
      <w:r>
        <w:rPr>
          <w:rFonts w:ascii="Courier New" w:hAnsi="Courier New"/>
          <w:color w:val="555555"/>
          <w:sz w:val="20"/>
        </w:rPr>
        <w:t>[1 . 41]</w:t>
      </w:r>
    </w:p>
    <w:p>
      <w:r>
        <w:rPr>
          <w:rFonts w:ascii="Gentium Plus" w:hAnsi="Gentium Plus"/>
          <w:sz w:val="24"/>
        </w:rPr>
        <w:t>ἠδ’ αἰγῶν] θυσίαις ταύρων καὶ αἰγῶν ἥδεται Ἀπόλλων— τὰ κέρατα τούτων. [ἠδὲ] τὸ ἠδέ ἀντὶ τοῦ καί.</w:t>
      </w:r>
    </w:p>
    <w:p>
      <w:r>
        <w:rPr>
          <w:rFonts w:ascii="Courier New" w:hAnsi="Courier New"/>
          <w:color w:val="555555"/>
          <w:sz w:val="20"/>
        </w:rPr>
        <w:t>[1 . 42]</w:t>
      </w:r>
    </w:p>
    <w:p>
      <w:r>
        <w:rPr>
          <w:rFonts w:ascii="Gentium Plus" w:hAnsi="Gentium Plus"/>
          <w:sz w:val="24"/>
        </w:rPr>
        <w:t>τίσειαν] τιμωρίαν δίδοιεν, παράσχοιεν.</w:t>
      </w:r>
    </w:p>
    <w:p>
      <w:r>
        <w:rPr>
          <w:rFonts w:ascii="Courier New" w:hAnsi="Courier New"/>
          <w:color w:val="555555"/>
          <w:sz w:val="20"/>
        </w:rPr>
        <w:t>[5]</w:t>
      </w:r>
    </w:p>
    <w:p>
      <w:r>
        <w:rPr>
          <w:rFonts w:ascii="Gentium Plus" w:hAnsi="Gentium Plus"/>
          <w:sz w:val="24"/>
        </w:rPr>
        <w:t>〈ἀπολλυ〉μένους τοὺς ὄχλους, ἢ ὅτι πᾶ〈σιν ἠρ〉άσατο ἀνθ’ ὧν πάντες 〈ὁμοῦ γενό〉μενοι οὐκ ἐπέσχον τὴν τοῦ βα〈σιλέως ὕβριν〉. δικαίως οὖν αὐτοὶ—ἀνδρὸς ἀπηύρα».</w:t>
      </w:r>
    </w:p>
    <w:p>
      <w:r>
        <w:rPr>
          <w:rFonts w:ascii="Courier New" w:hAnsi="Courier New"/>
          <w:color w:val="555555"/>
          <w:sz w:val="20"/>
        </w:rPr>
        <w:t>[1 42bis]</w:t>
      </w:r>
    </w:p>
    <w:p>
      <w:r>
        <w:rPr>
          <w:rFonts w:ascii="Gentium Plus" w:hAnsi="Gentium Plus"/>
          <w:sz w:val="24"/>
        </w:rPr>
        <w:t>** [τίσειαν] ἱκέτου λόγος· δίκας λαβεῖν αἰτεῖται κατὰ τῶν πολλὰ λυπησάντων.</w:t>
      </w:r>
    </w:p>
    <w:p>
      <w:r>
        <w:rPr>
          <w:rFonts w:ascii="Courier New" w:hAnsi="Courier New"/>
          <w:color w:val="555555"/>
          <w:sz w:val="20"/>
        </w:rPr>
        <w:t>[1 . 43]</w:t>
      </w:r>
    </w:p>
    <w:p>
      <w:r>
        <w:rPr>
          <w:rFonts w:ascii="Gentium Plus" w:hAnsi="Gentium Plus"/>
          <w:sz w:val="24"/>
        </w:rPr>
        <w:t>[εὐχόμενος] τριχῶς λέγεται· εὔχομαι τὸ εὐχὰς ἀποδίδωμι, εὐχό‐ μαι ἀντὶ τοῦ λέγομαι, καὶ εὔχομαι τὸ καυχῶμαι. Φοῖβος] καθαρός, ἀμίαντος 〈ἢ μαντευ〉τικός· φοῖβον γὰρ τὸ καθα‐ ρόν· 〈ἴσωσ〉 δὲ μαμμωνυμικῶς αὐτὸν καλεῖ ἀπὸ Φοίβ〈ης, ὡς καὶ Ἡσίο‐</w:t>
      </w:r>
    </w:p>
    <w:p>
      <w:r>
        <w:rPr>
          <w:rFonts w:ascii="Courier New" w:hAnsi="Courier New"/>
          <w:color w:val="555555"/>
          <w:sz w:val="20"/>
        </w:rPr>
        <w:t>[5]</w:t>
      </w:r>
    </w:p>
    <w:p>
      <w:r>
        <w:rPr>
          <w:rFonts w:ascii="Gentium Plus" w:hAnsi="Gentium Plus"/>
          <w:sz w:val="24"/>
        </w:rPr>
        <w:t>δοσ〉. ἄλλως· φαόβιός τις ὢν, 〈τουτέστιν〉 ὁ καθαρὸν βίον ἔχων, 〈ἤγουν τὸν〉 βιὸν ἤτοι τὸ τόξον ἔχων λαμπρόν.</w:t>
      </w:r>
    </w:p>
    <w:p>
      <w:r>
        <w:rPr>
          <w:rFonts w:ascii="Courier New" w:hAnsi="Courier New"/>
          <w:color w:val="555555"/>
          <w:sz w:val="20"/>
        </w:rPr>
        <w:t>[1 . 44]</w:t>
      </w:r>
    </w:p>
    <w:p>
      <w:r>
        <w:rPr>
          <w:rFonts w:ascii="Gentium Plus" w:hAnsi="Gentium Plus"/>
          <w:sz w:val="24"/>
        </w:rPr>
        <w:t>Οὐλύμποιο] ὄρος Μακεδονίας ὁ Ὄλυμπος, τὸ σφαιροειδὲς τῆς φ〈ύσεωσ〉 καὶ ὁ οὐρανός. κῆρ] περισπωμένως μὲν τὴν ψυχὴν, ὀξυτόνως δὲ τὴν θανατηφόρον μοῖραν 〈σημαίνει〉.</w:t>
      </w:r>
    </w:p>
    <w:p>
      <w:r>
        <w:rPr>
          <w:rFonts w:ascii="Courier New" w:hAnsi="Courier New"/>
          <w:color w:val="555555"/>
          <w:sz w:val="20"/>
        </w:rPr>
        <w:t>[1 . 45]</w:t>
      </w:r>
    </w:p>
    <w:p>
      <w:r>
        <w:rPr>
          <w:rFonts w:ascii="Gentium Plus" w:hAnsi="Gentium Plus"/>
          <w:sz w:val="24"/>
        </w:rPr>
        <w:t>[ἀμφηρεφέα] κοινή ἐστιν, οὐκ ἔκτασις.</w:t>
      </w:r>
    </w:p>
    <w:p>
      <w:r>
        <w:rPr>
          <w:rFonts w:ascii="Courier New" w:hAnsi="Courier New"/>
          <w:color w:val="555555"/>
          <w:sz w:val="20"/>
        </w:rPr>
        <w:t>[1 . 46]</w:t>
      </w:r>
    </w:p>
    <w:p>
      <w:r>
        <w:rPr>
          <w:rFonts w:ascii="Gentium Plus" w:hAnsi="Gentium Plus"/>
          <w:sz w:val="24"/>
        </w:rPr>
        <w:t>ἐπ’ ὤμων] ὦμος καὶ νῶτος διαφέρει· ὦμος παρὰ τὸ ὦ τὸ βαστάζω, νῶτος δὲ ἡ ῥάχις ......</w:t>
      </w:r>
    </w:p>
    <w:p>
      <w:r>
        <w:rPr>
          <w:rFonts w:ascii="Courier New" w:hAnsi="Courier New"/>
          <w:color w:val="555555"/>
          <w:sz w:val="20"/>
        </w:rPr>
        <w:t>[1 . 47]</w:t>
      </w:r>
    </w:p>
    <w:p>
      <w:r>
        <w:rPr>
          <w:rFonts w:ascii="Gentium Plus" w:hAnsi="Gentium Plus"/>
          <w:sz w:val="24"/>
        </w:rPr>
        <w:t>[νυκτὶ ἐοικώς] σκότει παραπλήσιος, φοβερὸς καὶ ἀόρατος.</w:t>
      </w:r>
    </w:p>
    <w:p>
      <w:r>
        <w:rPr>
          <w:rFonts w:ascii="Courier New" w:hAnsi="Courier New"/>
          <w:color w:val="555555"/>
          <w:sz w:val="20"/>
        </w:rPr>
        <w:t>[1 . 48]</w:t>
      </w:r>
    </w:p>
    <w:p>
      <w:r>
        <w:rPr>
          <w:rFonts w:ascii="Gentium Plus" w:hAnsi="Gentium Plus"/>
          <w:sz w:val="24"/>
        </w:rPr>
        <w:t>ἕζετ’ ἔπειτα] τῷ εἶτα προσετέθη ἡ ἐπὶ πρόθεσις, λοιπὸν γέγονεν ἐπίειτα, καὶ κατὰ κρᾶσιν ἔπειτα, καὶ ἀπετελέσθη σύνδεσμος.</w:t>
      </w:r>
    </w:p>
    <w:p>
      <w:r>
        <w:rPr>
          <w:rFonts w:ascii="Courier New" w:hAnsi="Courier New"/>
          <w:color w:val="555555"/>
          <w:sz w:val="20"/>
        </w:rPr>
        <w:t>[1 . 49]</w:t>
      </w:r>
    </w:p>
    <w:p>
      <w:r>
        <w:rPr>
          <w:rFonts w:ascii="Gentium Plus" w:hAnsi="Gentium Plus"/>
          <w:sz w:val="24"/>
        </w:rPr>
        <w:t>δεινὴ δὲ καὶ φοβερὰ ἠχὴ ἐγένετο ἀπὸ τοῦ βιοῦ, τῆς νευρᾶς τοῦ ἀργυροῦ τόξου. [βιοῖο] προπερισπᾶται ἀπὸ ὀνομαστικῆς τῆς βιός ὀξυτόνου, διὰ τὴν πρὸς</w:t>
      </w:r>
    </w:p>
    <w:p>
      <w:r>
        <w:rPr>
          <w:rFonts w:ascii="Courier New" w:hAnsi="Courier New"/>
          <w:color w:val="555555"/>
          <w:sz w:val="20"/>
        </w:rPr>
        <w:t>[5]</w:t>
      </w:r>
    </w:p>
    <w:p>
      <w:r>
        <w:rPr>
          <w:rFonts w:ascii="Gentium Plus" w:hAnsi="Gentium Plus"/>
          <w:sz w:val="24"/>
        </w:rPr>
        <w:t>βιὸς τὸ τόξον 〈καὶ ἡ ζωή. Ἡρά〉κλειτος γοῦν ὁ σκοτεινός· «τῷ τόξῳ ὄνομα μὲν βιὸς, ἔργον δὲ θάνατος». ἤτοι οὖν παρὰ τὴν βίαν τῆς τά‐ σεως, 〈ἢ ὅτι〉 δι’ αὐτοῦ τὰ πρὸς τὸν βίον οἱ ἀρχαῖοι 〈εἶχον〉 ἐν ταῖς θή‐ ραις αὐτῷ χρώμενοι.</w:t>
      </w:r>
    </w:p>
    <w:p>
      <w:r>
        <w:rPr>
          <w:rFonts w:ascii="Courier New" w:hAnsi="Courier New"/>
          <w:color w:val="555555"/>
          <w:sz w:val="20"/>
        </w:rPr>
        <w:t>[1 49bis]</w:t>
      </w:r>
    </w:p>
    <w:p>
      <w:r>
        <w:rPr>
          <w:rFonts w:ascii="Gentium Plus" w:hAnsi="Gentium Plus"/>
          <w:sz w:val="24"/>
        </w:rPr>
        <w:t>[βιοῖο] τῆς τοῦ τόξου νευρᾶς, παρὰ τὸ εὔβια πέμπεσθαι.</w:t>
      </w:r>
    </w:p>
    <w:p>
      <w:r>
        <w:rPr>
          <w:rFonts w:ascii="Courier New" w:hAnsi="Courier New"/>
          <w:color w:val="555555"/>
          <w:sz w:val="20"/>
        </w:rPr>
        <w:t>[1 . 50]</w:t>
      </w:r>
    </w:p>
    <w:p>
      <w:r>
        <w:rPr>
          <w:rFonts w:ascii="Gentium Plus" w:hAnsi="Gentium Plus"/>
          <w:sz w:val="24"/>
        </w:rPr>
        <w:t>οὐρῆας μὲν πρῶτον] διὰ τί δὲ ἀπὸ τῶν κυνῶν—φρον‐ τίζοντες οὐ ζητοῦσιν.</w:t>
      </w:r>
    </w:p>
    <w:p>
      <w:r>
        <w:rPr>
          <w:rFonts w:ascii="Courier New" w:hAnsi="Courier New"/>
          <w:color w:val="555555"/>
          <w:sz w:val="20"/>
        </w:rPr>
        <w:t>[1 50bis]</w:t>
      </w:r>
    </w:p>
    <w:p>
      <w:r>
        <w:rPr>
          <w:rFonts w:ascii="Gentium Plus" w:hAnsi="Gentium Plus"/>
          <w:sz w:val="24"/>
        </w:rPr>
        <w:t>** [πρῶτον] ἀντὶ τοῦ πρώτους. Ἀττικὸν τὸ σχῆμα. Man. rec.</w:t>
      </w:r>
    </w:p>
    <w:p>
      <w:r>
        <w:rPr>
          <w:rFonts w:ascii="Courier New" w:hAnsi="Courier New"/>
          <w:color w:val="555555"/>
          <w:sz w:val="20"/>
        </w:rPr>
        <w:t>[1 50-51]</w:t>
      </w:r>
    </w:p>
    <w:p>
      <w:r>
        <w:rPr>
          <w:rFonts w:ascii="Gentium Plus" w:hAnsi="Gentium Plus"/>
          <w:sz w:val="24"/>
        </w:rPr>
        <w:t>Φιλάνθρωπος ὢν ὁ θεὸς πρῶτον τὰ ἄλογα ζῷα τιμωρεῖ, ἵνα φόβῳ παρακαλῇ τὸν Ἀγαμέμνονα 〈εἰς τὸ εὐσεβεῖν〉, εἶτα τοὺς λαούς. καὶ οὐ τὸν Ἀγαμέμνονα διὰ πλείονας τιμω〈ρεῖ .....〉 αὐτοῦ, ὡς ἂν ὁρῶν τὸν λαὸν αὐτοῦ φθειρόμενον λυπῆται πλειόνως.</w:t>
      </w:r>
    </w:p>
    <w:p>
      <w:r>
        <w:rPr>
          <w:rFonts w:ascii="Courier New" w:hAnsi="Courier New"/>
          <w:color w:val="555555"/>
          <w:sz w:val="20"/>
        </w:rPr>
        <w:t>[5]</w:t>
      </w:r>
    </w:p>
    <w:p>
      <w:r>
        <w:rPr>
          <w:rFonts w:ascii="Gentium Plus" w:hAnsi="Gentium Plus"/>
          <w:sz w:val="24"/>
        </w:rPr>
        <w:t>ἀργούς] σημαίνει ἡ λέξις τὸν ἐν τῇ συνηθείᾳ ἀργόν, 〈ση〉μαίνει δὲ πρὸς ἀντίφρασιν τὸν ταχὺν καὶ τὸν λευκόν.</w:t>
      </w:r>
    </w:p>
    <w:p>
      <w:r>
        <w:rPr>
          <w:rFonts w:ascii="Courier New" w:hAnsi="Courier New"/>
          <w:color w:val="555555"/>
          <w:sz w:val="20"/>
        </w:rPr>
        <w:t>[1 . 51]</w:t>
      </w:r>
    </w:p>
    <w:p>
      <w:r>
        <w:rPr>
          <w:rFonts w:ascii="Gentium Plus" w:hAnsi="Gentium Plus"/>
          <w:sz w:val="24"/>
        </w:rPr>
        <w:t>διὰ τί ὁ Ἀπόλλων ὑπὲρ τοῦ Χρύσου οὔτε τὸν Ἀγαμέμνονα 〈οὔτε τῶν ἄλλων βασιλέων οὐδένα τιμωρεῖ; ῥητέον ὅτι εἰ Ἀγαμέμνων〉 ἢ ἄλλος τις βασιλεὺς ἀπώλετο, ᾤχοντο ἂν ἀποπλέοντες, καὶ οὐδ’ ἂν ἀπεδόθη ἡ Χρυσηῒς, σωζ〈ομένων δὲ τῶν βασιλέων, μέλλουσιν ἀπο〉δώσειν.</w:t>
      </w:r>
    </w:p>
    <w:p>
      <w:r>
        <w:rPr>
          <w:rFonts w:ascii="Courier New" w:hAnsi="Courier New"/>
          <w:color w:val="555555"/>
          <w:sz w:val="20"/>
        </w:rPr>
        <w:t>[1 51bis]</w:t>
      </w:r>
    </w:p>
    <w:p>
      <w:r>
        <w:rPr>
          <w:rFonts w:ascii="Gentium Plus" w:hAnsi="Gentium Plus"/>
          <w:sz w:val="24"/>
        </w:rPr>
        <w:t>αὐτὰρ ἔπειτ’ αὐτοῖσι] διαφέρει τὸ αὐτάρ τοῦ δέ, ὅτι ὁ μὲν —ὑποτάσσεται. ἐχεπευκὲς] ἔχον πικρίαν—αὐτῆς ἐστι πικρόν. Gen.</w:t>
      </w:r>
    </w:p>
    <w:p>
      <w:r>
        <w:rPr>
          <w:rFonts w:ascii="Courier New" w:hAnsi="Courier New"/>
          <w:color w:val="555555"/>
          <w:sz w:val="20"/>
        </w:rPr>
        <w:t>[5]</w:t>
      </w:r>
    </w:p>
    <w:p>
      <w:r>
        <w:rPr>
          <w:rFonts w:ascii="Gentium Plus" w:hAnsi="Gentium Plus"/>
          <w:sz w:val="24"/>
        </w:rPr>
        <w:t>[ἐχεπευκὲς] μετὰ τὸ κοπῆναι τὴν κορυ〈φὴν〉 ἄλλοτε οὐ θάλλει.</w:t>
      </w:r>
    </w:p>
    <w:p>
      <w:r>
        <w:rPr>
          <w:rFonts w:ascii="Courier New" w:hAnsi="Courier New"/>
          <w:color w:val="555555"/>
          <w:sz w:val="20"/>
        </w:rPr>
        <w:t>[1 . 52]</w:t>
      </w:r>
    </w:p>
    <w:p>
      <w:r>
        <w:rPr>
          <w:rFonts w:ascii="Gentium Plus" w:hAnsi="Gentium Plus"/>
          <w:sz w:val="24"/>
        </w:rPr>
        <w:t>[βάλλε] ἐτίτρωσκεν, ἐκ βολῆς ἀνῄρει. [αἰεὶ δὲ] τότε διὰ παντός. [αἰεὶ] 〈ἰστέον ὅτι〉 τοῦ αἰεί καὶ ἀεί φωναὶ δώδεκα· αἰεί καὶ αἰέν καὶ 〈αἰείν〉 ποιητικῶς, 〈καὶ〉 ἀεί συνεσταλμένου τοῦ α καὶ 〈ἐκ〉 τεταμένου,</w:t>
      </w:r>
    </w:p>
    <w:p>
      <w:r>
        <w:rPr>
          <w:rFonts w:ascii="Courier New" w:hAnsi="Courier New"/>
          <w:color w:val="555555"/>
          <w:sz w:val="20"/>
        </w:rPr>
        <w:t>[5]</w:t>
      </w:r>
    </w:p>
    <w:p>
      <w:r>
        <w:rPr>
          <w:rFonts w:ascii="Gentium Plus" w:hAnsi="Gentium Plus"/>
          <w:sz w:val="24"/>
        </w:rPr>
        <w:t>καὶ αἰΐ Αἰολικῶς διὰ τοῦ ι, 〈καὶ αἰΐν〉 παρὰ τοὶς αὐτοῖς σὺν τῷ ν, καὶ ἀΐ δισυλλάβως, ἐξ οὗ καὶ τὸ ἀΐδιος, 〈καὶ〉 ἠΐ παρὰ τοῖς Βοιωτοῖς, 〈καὶ αἰή παρὰ τοῖς Ταραντινοῖς,〉 καὶ Δωρικῶς αἰές· εὕρηται δὲ καὶ ἀέ παρὰ 〈Πει〉σάνδρῳ. θαμειαί] συνεχεῖς. πῶς, φασὶν, ὁ ποιητὴς ἐναντία ἑαυτῷ λέγει</w:t>
      </w:r>
    </w:p>
    <w:p>
      <w:r>
        <w:rPr>
          <w:rFonts w:ascii="Courier New" w:hAnsi="Courier New"/>
          <w:color w:val="555555"/>
          <w:sz w:val="20"/>
        </w:rPr>
        <w:t>[10]</w:t>
      </w:r>
    </w:p>
    <w:p>
      <w:r>
        <w:rPr>
          <w:rFonts w:ascii="Gentium Plus" w:hAnsi="Gentium Plus"/>
          <w:sz w:val="24"/>
        </w:rPr>
        <w:t>—φθειρόμενοι ἐκαίοντο. ἄλλως θαμειαί] 〈θαμειόσ〉. γίγνεται παρὰ τὸ θαμὰ ἐπίρρημα, τὸ συνεχῶς καὶ πυκνῶς, θαμός θαμειός θαμειαί, τὸ δὲ θαμά ἐκ τοῦ ἅμα· σεσημείωται κατὰ τὸν τόνον. ὁ Ὠρίων· ὁ μέντοι Χάραξ, μᾶλλον τὸ ἅμα ἐκ τοῦ θαμά.</w:t>
      </w:r>
    </w:p>
    <w:p>
      <w:r>
        <w:rPr>
          <w:rFonts w:ascii="Courier New" w:hAnsi="Courier New"/>
          <w:color w:val="555555"/>
          <w:sz w:val="20"/>
        </w:rPr>
        <w:t>[1 . 53]</w:t>
      </w:r>
    </w:p>
    <w:p>
      <w:r>
        <w:rPr>
          <w:rFonts w:ascii="Gentium Plus" w:hAnsi="Gentium Plus"/>
          <w:sz w:val="24"/>
        </w:rPr>
        <w:t>διὰ τί τὸν λοιμόν φησιν ἐπὶ ἐννέα ἡμέρας κατασχεῖν τὸν στρατὸν τῶν Ἑλλήνων; οἱ μὲν ὅτι εὐεπίφορός ἐστιν ὁ ποιητὴς ἐπὶ τὸν ἐννέα ἀριθ‐ μόν· φησὶ γοῦν· «οἱ δ’ ἐννέα πάντες ἀνέσταν» (Il. VII. 161) καὶ «ἐν‐ νέα δέ σφεας κήρυκες» (Il. II. 96, 97), 〈ἄλλοι δὲ〉 ὅτι περὶ φθορᾶς ἀν‐</w:t>
      </w:r>
    </w:p>
    <w:p>
      <w:r>
        <w:rPr>
          <w:rFonts w:ascii="Courier New" w:hAnsi="Courier New"/>
          <w:color w:val="555555"/>
          <w:sz w:val="20"/>
        </w:rPr>
        <w:t>[5]</w:t>
      </w:r>
    </w:p>
    <w:p>
      <w:r>
        <w:rPr>
          <w:rFonts w:ascii="Gentium Plus" w:hAnsi="Gentium Plus"/>
          <w:sz w:val="24"/>
        </w:rPr>
        <w:t>θρώπων διαλέγεται, ὁ δὲ ἐννέα ἀριθμὸς τοῖς καταχθονίοις ἀνεῖται. [ἐννῆμαρ] καθόλου μὲν τὸν περιττὸν 〈ἀριθμ〉ὸν κρείσσονα τοῦ ἀρ‐ τίου νενόμικεν Ὅμηρος, ὅπερ καὶ οἱ περὶ Πυθαγόραν φιλόσοφοι μάλιστα ἐκράτυναν, ἐπειδήπερ ἐστὶν ἀδιαίρετος ὁ περιττὸς, ἀεὶ τῆς μονάδος αὐτοῦ περιούσης, ὁ δὲ ἄρτιος τὴν ἐνθάδε διαίρεσιν ἐπιδέχεται. 〈καὶ</w:t>
      </w:r>
    </w:p>
    <w:p>
      <w:r>
        <w:rPr>
          <w:rFonts w:ascii="Courier New" w:hAnsi="Courier New"/>
          <w:color w:val="555555"/>
          <w:sz w:val="20"/>
        </w:rPr>
        <w:t>[10]</w:t>
      </w:r>
    </w:p>
    <w:p>
      <w:r>
        <w:rPr>
          <w:rFonts w:ascii="Gentium Plus" w:hAnsi="Gentium Plus"/>
          <w:sz w:val="24"/>
        </w:rPr>
        <w:t>ὁ〉 μὲν περιττὸς γόνιμος, ὅτι προστιθέμενος ἑαυτῷ γεννᾷ τὸν ἄρτιον, ὁ</w:t>
      </w:r>
    </w:p>
    <w:p>
      <w:r>
        <w:rPr>
          <w:rFonts w:ascii="Courier New" w:hAnsi="Courier New"/>
          <w:color w:val="555555"/>
          <w:sz w:val="20"/>
        </w:rPr>
        <w:t>[15]</w:t>
      </w:r>
    </w:p>
    <w:p>
      <w:r>
        <w:rPr>
          <w:rFonts w:ascii="Gentium Plus" w:hAnsi="Gentium Plus"/>
          <w:sz w:val="24"/>
        </w:rPr>
        <w:t>συντιθεμένων 〈οὐδέτερον〉. τὸ ἦμαρ ἀεὶ μετ’ ἀκλίτων.</w:t>
      </w:r>
    </w:p>
    <w:p>
      <w:r>
        <w:rPr>
          <w:rFonts w:ascii="Courier New" w:hAnsi="Courier New"/>
          <w:color w:val="555555"/>
          <w:sz w:val="20"/>
        </w:rPr>
        <w:t>[1 53bis]</w:t>
      </w:r>
    </w:p>
    <w:p>
      <w:r>
        <w:rPr>
          <w:rFonts w:ascii="Gentium Plus" w:hAnsi="Gentium Plus"/>
          <w:sz w:val="24"/>
        </w:rPr>
        <w:t>[κῆλα] νῦν τὰ βέλη· ὁτὲ δὲ καὶ τὰ σημεῖα.</w:t>
      </w:r>
    </w:p>
    <w:p>
      <w:r>
        <w:rPr>
          <w:rFonts w:ascii="Courier New" w:hAnsi="Courier New"/>
          <w:color w:val="555555"/>
          <w:sz w:val="20"/>
        </w:rPr>
        <w:t>[1 . 55]</w:t>
      </w:r>
    </w:p>
    <w:p>
      <w:r>
        <w:rPr>
          <w:rFonts w:ascii="Gentium Plus" w:hAnsi="Gentium Plus"/>
          <w:sz w:val="24"/>
        </w:rPr>
        <w:t>[Ἥρη] ἡ ψυχικὴ δύναμις, ἡ οἰκουμενικὴ φρόνησις. [θεὰ λευκώλενος Ἥρη] καλεῖται ἀπὸ μέρους καλή. ὁ δὲ τρόπος σωματοποιΐα. ὠλέναι δὲ αἱ χεῖρες. [λευκώλενος Ἥρη] ἀφ’ ἑνὸς δὲ μέρους ὁ ποιητὴς παρί〈στη〉σιν ὅλην.</w:t>
      </w:r>
    </w:p>
    <w:p>
      <w:r>
        <w:rPr>
          <w:rFonts w:ascii="Courier New" w:hAnsi="Courier New"/>
          <w:color w:val="555555"/>
          <w:sz w:val="20"/>
        </w:rPr>
        <w:t>[1 . 56]</w:t>
      </w:r>
    </w:p>
    <w:p>
      <w:r>
        <w:rPr>
          <w:rFonts w:ascii="Gentium Plus" w:hAnsi="Gentium Plus"/>
          <w:sz w:val="24"/>
        </w:rPr>
        <w:t>κήδετο γὰρ] εὐλόγως ἐφρόντιζε—ἐν τῇ τοῦ 〈μήλου κρίσει〉. [ὁρᾶτο] ἑώρατο Ἰωνικῶς.</w:t>
      </w:r>
    </w:p>
    <w:p>
      <w:r>
        <w:rPr>
          <w:rFonts w:ascii="Courier New" w:hAnsi="Courier New"/>
          <w:color w:val="555555"/>
          <w:sz w:val="20"/>
        </w:rPr>
        <w:t>[1 . 58]</w:t>
      </w:r>
    </w:p>
    <w:p>
      <w:r>
        <w:rPr>
          <w:rFonts w:ascii="Gentium Plus" w:hAnsi="Gentium Plus"/>
          <w:sz w:val="24"/>
        </w:rPr>
        <w:t>τοῖσι δ’ ἀνιστάμενος] τὸ γὰρ παλαιὸν—τυχῆς λαμ‐ πρᾶς—ἐδημηγ〈όρει ὀρθὸς ἱστά〉μενος. [πόδας ὠκὺς] διὰ τοῦτο δηλοῖ ἡμῖν τοῦ ἥρωος τὸ εὐκίνητον. [νῦν] ἄρτι, χρονικὸν ἐπίρρημα.</w:t>
      </w:r>
    </w:p>
    <w:p>
      <w:r>
        <w:rPr>
          <w:rFonts w:ascii="Courier New" w:hAnsi="Courier New"/>
          <w:color w:val="555555"/>
          <w:sz w:val="20"/>
        </w:rPr>
        <w:t>[1 . 59]</w:t>
      </w:r>
    </w:p>
    <w:p>
      <w:r>
        <w:rPr>
          <w:rFonts w:ascii="Gentium Plus" w:hAnsi="Gentium Plus"/>
          <w:sz w:val="24"/>
        </w:rPr>
        <w:t>[ἄμμι] ἡμᾶς Αἰολικῶς.</w:t>
      </w:r>
    </w:p>
    <w:p>
      <w:r>
        <w:rPr>
          <w:rFonts w:ascii="Courier New" w:hAnsi="Courier New"/>
          <w:color w:val="555555"/>
          <w:sz w:val="20"/>
        </w:rPr>
        <w:t>[1 . 60]</w:t>
      </w:r>
    </w:p>
    <w:p>
      <w:r>
        <w:rPr>
          <w:rFonts w:ascii="Gentium Plus" w:hAnsi="Gentium Plus"/>
          <w:sz w:val="24"/>
        </w:rPr>
        <w:t>[ἂψ ἀπονοστήσειν] νόστος γὰρ ἡ εἰς οἰκείους ἀποστροφὴ διὰ τὸ τῆς πατρίδος ἡδύ.</w:t>
      </w:r>
    </w:p>
    <w:p>
      <w:r>
        <w:rPr>
          <w:rFonts w:ascii="Courier New" w:hAnsi="Courier New"/>
          <w:color w:val="555555"/>
          <w:sz w:val="20"/>
        </w:rPr>
        <w:t>[1 . 61]</w:t>
      </w:r>
    </w:p>
    <w:p>
      <w:r>
        <w:rPr>
          <w:rFonts w:ascii="Gentium Plus" w:hAnsi="Gentium Plus"/>
          <w:sz w:val="24"/>
        </w:rPr>
        <w:t>* [ὁμοῦ] ἅμα χρόνον, ὁμοῦ τόπον. [ὁμοῦ—δαμᾷ] κατὰ τὸν αὐτὸν τόπον ἥκουσιν.</w:t>
      </w:r>
    </w:p>
    <w:p>
      <w:r>
        <w:rPr>
          <w:rFonts w:ascii="Courier New" w:hAnsi="Courier New"/>
          <w:color w:val="555555"/>
          <w:sz w:val="20"/>
        </w:rPr>
        <w:t>[1 . 63]</w:t>
      </w:r>
    </w:p>
    <w:p>
      <w:r>
        <w:rPr>
          <w:rFonts w:ascii="Gentium Plus" w:hAnsi="Gentium Plus"/>
          <w:sz w:val="24"/>
        </w:rPr>
        <w:t>[καὶ γάρ τ’ ὄναρ] καὶ γάρ τι ὄναρ· οὐ γὰρ πᾶν λέγει ἀληθές, ἐπεί φησιν οὐ πάντας ὀνείρους εἶναι ἀληθεῖς. [καὶ γάρ τ’ ὄναρ] μάντευμα ἀπὸ τῆς εἱμαρμένης ἢ τοῦ νοῦ.</w:t>
      </w:r>
    </w:p>
    <w:p>
      <w:r>
        <w:rPr>
          <w:rFonts w:ascii="Courier New" w:hAnsi="Courier New"/>
          <w:color w:val="555555"/>
          <w:sz w:val="20"/>
        </w:rPr>
        <w:t>[1 . 64]</w:t>
      </w:r>
    </w:p>
    <w:p>
      <w:r>
        <w:rPr>
          <w:rFonts w:ascii="Gentium Plus" w:hAnsi="Gentium Plus"/>
          <w:sz w:val="24"/>
        </w:rPr>
        <w:t>[ἐχώσατο Φοῖβος] τῶν αἰφνιδίων θανάτων αἴτιόν φασι τὸν Ἀπόλ‐</w:t>
      </w:r>
    </w:p>
    <w:p>
      <w:r>
        <w:rPr>
          <w:rFonts w:ascii="Courier New" w:hAnsi="Courier New"/>
          <w:color w:val="555555"/>
          <w:sz w:val="20"/>
        </w:rPr>
        <w:t>[1 . 65]</w:t>
      </w:r>
    </w:p>
    <w:p>
      <w:r>
        <w:rPr>
          <w:rFonts w:ascii="Gentium Plus" w:hAnsi="Gentium Plus"/>
          <w:sz w:val="24"/>
        </w:rPr>
        <w:t>ἑκατόμβης] τελείας θυσίας, ἤτοι τῆς ἀπὸ ἑκατὸν βοῶν, ἢ ἀπὸ ἑκατὸν βημάτων, ὅ ἐστιν ἐξ 〈κεʹ ζῴων〉. [ἑκατόμβης] ἑκατὸν ἢ κεʹ βοῶν.</w:t>
      </w:r>
    </w:p>
    <w:p>
      <w:r>
        <w:rPr>
          <w:rFonts w:ascii="Courier New" w:hAnsi="Courier New"/>
          <w:color w:val="555555"/>
          <w:sz w:val="20"/>
        </w:rPr>
        <w:t>[1 . 66]</w:t>
      </w:r>
    </w:p>
    <w:p>
      <w:r>
        <w:rPr>
          <w:rFonts w:ascii="Gentium Plus" w:hAnsi="Gentium Plus"/>
          <w:sz w:val="24"/>
        </w:rPr>
        <w:t>[κνίσης] λίπους, ἀφ’ οὗ ἡ θυσία.</w:t>
      </w:r>
    </w:p>
    <w:p>
      <w:r>
        <w:rPr>
          <w:rFonts w:ascii="Courier New" w:hAnsi="Courier New"/>
          <w:color w:val="555555"/>
          <w:sz w:val="20"/>
        </w:rPr>
        <w:t>[1 66bis]</w:t>
      </w:r>
    </w:p>
    <w:p>
      <w:r>
        <w:rPr>
          <w:rFonts w:ascii="Gentium Plus" w:hAnsi="Gentium Plus"/>
          <w:sz w:val="24"/>
        </w:rPr>
        <w:t>αἰγῶν 〈τε〉 τελείων] ἤτοι τὴν ἡλικίαν ὁλοκλ〈ήρ〉ων· λελωβημένον γὰρ οὐ〈δὲ〉ν θύεται, ἀλλ’ ὑγιὴς ἡ τῶν τελουμένων θυσία.</w:t>
      </w:r>
    </w:p>
    <w:p>
      <w:r>
        <w:rPr>
          <w:rFonts w:ascii="Courier New" w:hAnsi="Courier New"/>
          <w:color w:val="555555"/>
          <w:sz w:val="20"/>
        </w:rPr>
        <w:t>[1 66ter]</w:t>
      </w:r>
    </w:p>
    <w:p>
      <w:r>
        <w:rPr>
          <w:rFonts w:ascii="Gentium Plus" w:hAnsi="Gentium Plus"/>
          <w:sz w:val="24"/>
        </w:rPr>
        <w:t>** [αἰγῶν τε τελείων] τὰς μὴ γεννησάσας τε καὶ καθαράς.</w:t>
      </w:r>
    </w:p>
    <w:p>
      <w:r>
        <w:rPr>
          <w:rFonts w:ascii="Courier New" w:hAnsi="Courier New"/>
          <w:color w:val="555555"/>
          <w:sz w:val="20"/>
        </w:rPr>
        <w:t>[1 . 67]</w:t>
      </w:r>
    </w:p>
    <w:p>
      <w:r>
        <w:rPr>
          <w:rFonts w:ascii="Gentium Plus" w:hAnsi="Gentium Plus"/>
          <w:sz w:val="24"/>
        </w:rPr>
        <w:t>[ἀπὸ λοιγὸν ἀμῦναι] ὀρθοτονεῖται τὸ «ἀπό» ὡς 〈ἐν τῇ τάξει〉 ἐπι‐ μένον· ὀρθοτονεῖται γὰρ 〈ἡ πρόθεσισ〉 τῷ ῥήματι ἐπαγομένη.</w:t>
      </w:r>
    </w:p>
    <w:p>
      <w:r>
        <w:rPr>
          <w:rFonts w:ascii="Courier New" w:hAnsi="Courier New"/>
          <w:color w:val="555555"/>
          <w:sz w:val="20"/>
        </w:rPr>
        <w:t>[1 67bis]</w:t>
      </w:r>
    </w:p>
    <w:p>
      <w:r>
        <w:rPr>
          <w:rFonts w:ascii="Gentium Plus" w:hAnsi="Gentium Plus"/>
          <w:sz w:val="24"/>
        </w:rPr>
        <w:t>[ἡμῖν ἄπο] χωρὶς ἡμῶν.</w:t>
      </w:r>
    </w:p>
    <w:p>
      <w:r>
        <w:rPr>
          <w:rFonts w:ascii="Courier New" w:hAnsi="Courier New"/>
          <w:color w:val="555555"/>
          <w:sz w:val="20"/>
        </w:rPr>
        <w:t>[1 . 68]</w:t>
      </w:r>
    </w:p>
    <w:p>
      <w:r>
        <w:rPr>
          <w:rFonts w:ascii="Gentium Plus" w:hAnsi="Gentium Plus"/>
          <w:sz w:val="24"/>
        </w:rPr>
        <w:t>λείπει ὀρθῶς.</w:t>
      </w:r>
    </w:p>
    <w:p>
      <w:r>
        <w:rPr>
          <w:rFonts w:ascii="Courier New" w:hAnsi="Courier New"/>
          <w:color w:val="555555"/>
          <w:sz w:val="20"/>
        </w:rPr>
        <w:t>[1 . 69]</w:t>
      </w:r>
    </w:p>
    <w:p>
      <w:r>
        <w:rPr>
          <w:rFonts w:ascii="Gentium Plus" w:hAnsi="Gentium Plus"/>
          <w:sz w:val="24"/>
        </w:rPr>
        <w:t>[Θεστορίδης] ὁ δὲ τρόπος πατρωνυμικὸς εἴρηται. [ὄχ’ ἄριστος] λείπει τὸ μάντις.</w:t>
      </w:r>
    </w:p>
    <w:p>
      <w:r>
        <w:rPr>
          <w:rFonts w:ascii="Courier New" w:hAnsi="Courier New"/>
          <w:color w:val="555555"/>
          <w:sz w:val="20"/>
        </w:rPr>
        <w:t>[1 . 70]</w:t>
      </w:r>
    </w:p>
    <w:p>
      <w:r>
        <w:rPr>
          <w:rFonts w:ascii="Gentium Plus" w:hAnsi="Gentium Plus"/>
          <w:sz w:val="24"/>
        </w:rPr>
        <w:t>ἔστι δὲ τελείου μάντεως τὸ ἐπίστασθαι τοὺς γʹ χρόνους ἀκριβῶς.</w:t>
      </w:r>
    </w:p>
    <w:p>
      <w:r>
        <w:rPr>
          <w:rFonts w:ascii="Courier New" w:hAnsi="Courier New"/>
          <w:color w:val="555555"/>
          <w:sz w:val="20"/>
        </w:rPr>
        <w:t>[1 . 71]</w:t>
      </w:r>
    </w:p>
    <w:p>
      <w:r>
        <w:rPr>
          <w:rFonts w:ascii="Gentium Plus" w:hAnsi="Gentium Plus"/>
          <w:sz w:val="24"/>
        </w:rPr>
        <w:t>[εἴσω] περισσὸν τὸ ω, ὅπερ λέγεται προσχηματισμός.</w:t>
      </w:r>
    </w:p>
    <w:p>
      <w:r>
        <w:rPr>
          <w:rFonts w:ascii="Courier New" w:hAnsi="Courier New"/>
          <w:color w:val="555555"/>
          <w:sz w:val="20"/>
        </w:rPr>
        <w:t>[1 . 72]</w:t>
      </w:r>
    </w:p>
    <w:p>
      <w:r>
        <w:rPr>
          <w:rFonts w:ascii="Gentium Plus" w:hAnsi="Gentium Plus"/>
          <w:sz w:val="24"/>
        </w:rPr>
        <w:t>[τήν οἱ πόρε Φοῖβος Ἀπόλλων] τὰς εἰς ἄκρον εὐεξίας θεῶν δῶρά φησιν [εἶναι.] [Φοῖβος Ἀπόλλων] ἄνθρωπος μάντις.</w:t>
      </w:r>
    </w:p>
    <w:p>
      <w:r>
        <w:rPr>
          <w:rFonts w:ascii="Courier New" w:hAnsi="Courier New"/>
          <w:color w:val="555555"/>
          <w:sz w:val="20"/>
        </w:rPr>
        <w:t>[1 . 73]</w:t>
      </w:r>
    </w:p>
    <w:p>
      <w:r>
        <w:rPr>
          <w:rFonts w:ascii="Gentium Plus" w:hAnsi="Gentium Plus"/>
          <w:sz w:val="24"/>
        </w:rPr>
        <w:t>* [ἐῢ φρονέων] πρὸς τὴν τοῦ βασιλέως ἀβελτηρίαν</w:t>
      </w:r>
    </w:p>
    <w:p>
      <w:r>
        <w:rPr>
          <w:rFonts w:ascii="Courier New" w:hAnsi="Courier New"/>
          <w:color w:val="555555"/>
          <w:sz w:val="20"/>
        </w:rPr>
        <w:t>[1 . 74]</w:t>
      </w:r>
    </w:p>
    <w:p>
      <w:r>
        <w:rPr>
          <w:rFonts w:ascii="Gentium Plus" w:hAnsi="Gentium Plus"/>
          <w:sz w:val="24"/>
        </w:rPr>
        <w:t>* [διῒ φίλε] 〈διίφιλοι οἱ〉 εὐδαίμονες, οἱ γενόμενοι ἐν τῷ ἀστέρι τοῦ Διός</w:t>
      </w:r>
    </w:p>
    <w:p>
      <w:r>
        <w:rPr>
          <w:rFonts w:ascii="Courier New" w:hAnsi="Courier New"/>
          <w:color w:val="555555"/>
          <w:sz w:val="20"/>
        </w:rPr>
        <w:t>[1 . 75]</w:t>
      </w:r>
    </w:p>
    <w:p>
      <w:r>
        <w:rPr>
          <w:rFonts w:ascii="Gentium Plus" w:hAnsi="Gentium Plus"/>
          <w:sz w:val="24"/>
        </w:rPr>
        <w:t>[ἑκατηβελέταο] διὰ τὰς ἀκτῖνας ἢ τὸ τόξον.</w:t>
      </w:r>
    </w:p>
    <w:p>
      <w:r>
        <w:rPr>
          <w:rFonts w:ascii="Courier New" w:hAnsi="Courier New"/>
          <w:color w:val="555555"/>
          <w:sz w:val="20"/>
        </w:rPr>
        <w:t>[1 . 76]</w:t>
      </w:r>
    </w:p>
    <w:p>
      <w:r>
        <w:rPr>
          <w:rFonts w:ascii="Gentium Plus" w:hAnsi="Gentium Plus"/>
          <w:sz w:val="24"/>
        </w:rPr>
        <w:t>[τοὶ γὰρ] ἀντὶ τοῦ δή. [ἐγὼν] Αἰολικῶς. [ὄμοσσον] Αἰολικὴ ἡ διάλεκτος.</w:t>
      </w:r>
    </w:p>
    <w:p>
      <w:r>
        <w:rPr>
          <w:rFonts w:ascii="Courier New" w:hAnsi="Courier New"/>
          <w:color w:val="555555"/>
          <w:sz w:val="20"/>
        </w:rPr>
        <w:t>[1 . 78]</w:t>
      </w:r>
    </w:p>
    <w:p>
      <w:r>
        <w:rPr>
          <w:rFonts w:ascii="Gentium Plus" w:hAnsi="Gentium Plus"/>
          <w:sz w:val="24"/>
        </w:rPr>
        <w:t>[χολωσέμεν] Δωρικῶς. * [χολωσέμεν] οἱ Αἰολεῖς 〈τὸ〉 φαγεῖν φαγέμεναι λέγουσι καὶ τὸ πι‐</w:t>
      </w:r>
    </w:p>
    <w:p>
      <w:r>
        <w:rPr>
          <w:rFonts w:ascii="Courier New" w:hAnsi="Courier New"/>
          <w:color w:val="555555"/>
          <w:sz w:val="20"/>
        </w:rPr>
        <w:t>[1 . 82]</w:t>
      </w:r>
    </w:p>
    <w:p>
      <w:r>
        <w:rPr>
          <w:rFonts w:ascii="Gentium Plus" w:hAnsi="Gentium Plus"/>
          <w:sz w:val="24"/>
        </w:rPr>
        <w:t>[ἔχει κότον] ἔδειξε 〈τὴν〉 διαφορὰν τοῦ χόλου πρὸς τὸν κότον. διὰ πάντων δὲ ὑποφαίνει τὸ ὕπουλον τοῦ Ἀγαμέμνονος. ἁπ〈λοῦς δὲ〉 ὁ Ἀχιλλεύς.</w:t>
      </w:r>
    </w:p>
    <w:p>
      <w:r>
        <w:rPr>
          <w:rFonts w:ascii="Courier New" w:hAnsi="Courier New"/>
          <w:color w:val="555555"/>
          <w:sz w:val="20"/>
        </w:rPr>
        <w:t>[1 . 83]</w:t>
      </w:r>
    </w:p>
    <w:p>
      <w:r>
        <w:rPr>
          <w:rFonts w:ascii="Gentium Plus" w:hAnsi="Gentium Plus"/>
          <w:sz w:val="24"/>
        </w:rPr>
        <w:t>[σαώσεις] ὁ τρόπος ὑπερβολή * [σαώσεις] Αἰολικὴ διάλυσις.</w:t>
      </w:r>
    </w:p>
    <w:p>
      <w:r>
        <w:rPr>
          <w:rFonts w:ascii="Courier New" w:hAnsi="Courier New"/>
          <w:color w:val="555555"/>
          <w:sz w:val="20"/>
        </w:rPr>
        <w:t>[1 . 85]</w:t>
      </w:r>
    </w:p>
    <w:p>
      <w:r>
        <w:rPr>
          <w:rFonts w:ascii="Gentium Plus" w:hAnsi="Gentium Plus"/>
          <w:sz w:val="24"/>
        </w:rPr>
        <w:t>[θαρσήσας] ὡς ἀγαθὸς προκρίνει τὸ κοινῇ τοῦ ἰδίᾳ 〈συμφέρον‐ τοσ〉. ἄλλως· θεοπρόπιον] τὸ τοῖς θεοῖς 〈πρέπον〉· οὗτοι γὰρ— τοῖς θεοῖς ἀρέσκοντα Gen. ajoute καὶ ἀνθρώποις ἄγνωστα</w:t>
      </w:r>
    </w:p>
    <w:p>
      <w:r>
        <w:rPr>
          <w:rFonts w:ascii="Courier New" w:hAnsi="Courier New"/>
          <w:color w:val="555555"/>
          <w:sz w:val="20"/>
        </w:rPr>
        <w:t>[1 85bis]</w:t>
      </w:r>
    </w:p>
    <w:p>
      <w:r>
        <w:rPr>
          <w:rFonts w:ascii="Gentium Plus" w:hAnsi="Gentium Plus"/>
          <w:sz w:val="24"/>
        </w:rPr>
        <w:t>προθεραπεύει διὰ τὸ πλῆθος. [οἶσθα] Αἰολικῶς.</w:t>
      </w:r>
    </w:p>
    <w:p>
      <w:r>
        <w:rPr>
          <w:rFonts w:ascii="Courier New" w:hAnsi="Courier New"/>
          <w:color w:val="555555"/>
          <w:sz w:val="20"/>
        </w:rPr>
        <w:t>[1 . 86]</w:t>
      </w:r>
    </w:p>
    <w:p>
      <w:r>
        <w:rPr>
          <w:rFonts w:ascii="Gentium Plus" w:hAnsi="Gentium Plus"/>
          <w:sz w:val="24"/>
        </w:rPr>
        <w:t>* [Κάλχαν] τὰ ἀπὸ τῶν εἰς 〈ας〉 εὐθειῶν εἰς ντος γινόμενα ἐπὶ γενικῆς διὰ τοῦ ν προφέρουσιν οἱ Ἴωνες 〈ἐπὶ κλητικῆσ〉.</w:t>
      </w:r>
    </w:p>
    <w:p>
      <w:r>
        <w:rPr>
          <w:rFonts w:ascii="Courier New" w:hAnsi="Courier New"/>
          <w:color w:val="555555"/>
          <w:sz w:val="20"/>
        </w:rPr>
        <w:t>[1 86bis]</w:t>
      </w:r>
    </w:p>
    <w:p>
      <w:r>
        <w:rPr>
          <w:rFonts w:ascii="Gentium Plus" w:hAnsi="Gentium Plus"/>
          <w:sz w:val="24"/>
        </w:rPr>
        <w:t>** [μὰ] τὸ μά ἀπωμοτικὸν, τὸ νή κατωμοτικόν.</w:t>
      </w:r>
    </w:p>
    <w:p>
      <w:r>
        <w:rPr>
          <w:rFonts w:ascii="Courier New" w:hAnsi="Courier New"/>
          <w:color w:val="555555"/>
          <w:sz w:val="20"/>
        </w:rPr>
        <w:t>[1 86ter]</w:t>
      </w:r>
    </w:p>
    <w:p>
      <w:r>
        <w:rPr>
          <w:rFonts w:ascii="Gentium Plus" w:hAnsi="Gentium Plus"/>
          <w:sz w:val="24"/>
        </w:rPr>
        <w:t>** [οὐ μὰ] Ἀττικὸν τὸ σχῆμα· αἱ γὰρ δύο ἀποφάσεις ἀντὶ μιᾶς λαμβάνονται.</w:t>
      </w:r>
    </w:p>
    <w:p>
      <w:r>
        <w:rPr>
          <w:rFonts w:ascii="Courier New" w:hAnsi="Courier New"/>
          <w:color w:val="555555"/>
          <w:sz w:val="20"/>
        </w:rPr>
        <w:t>[1 . 88]</w:t>
      </w:r>
    </w:p>
    <w:p>
      <w:r>
        <w:rPr>
          <w:rFonts w:ascii="Gentium Plus" w:hAnsi="Gentium Plus"/>
          <w:sz w:val="24"/>
        </w:rPr>
        <w:t>[ἐμεῦ] Ἰωνικῶς.</w:t>
      </w:r>
    </w:p>
    <w:p>
      <w:r>
        <w:rPr>
          <w:rFonts w:ascii="Courier New" w:hAnsi="Courier New"/>
          <w:color w:val="555555"/>
          <w:sz w:val="20"/>
        </w:rPr>
        <w:t>[1 . 90]</w:t>
      </w:r>
    </w:p>
    <w:p>
      <w:r>
        <w:rPr>
          <w:rFonts w:ascii="Gentium Plus" w:hAnsi="Gentium Plus"/>
          <w:sz w:val="24"/>
        </w:rPr>
        <w:t>[συμπάντων Δαναῶν] τὸ σχῆμα ἐξοχή. συμπάντων] Ἀττικῶς.</w:t>
      </w:r>
    </w:p>
    <w:p>
      <w:r>
        <w:rPr>
          <w:rFonts w:ascii="Courier New" w:hAnsi="Courier New"/>
          <w:color w:val="555555"/>
          <w:sz w:val="20"/>
        </w:rPr>
        <w:t>[1 . 92]</w:t>
      </w:r>
    </w:p>
    <w:p>
      <w:r>
        <w:rPr>
          <w:rFonts w:ascii="Gentium Plus" w:hAnsi="Gentium Plus"/>
          <w:sz w:val="24"/>
        </w:rPr>
        <w:t>[ἀμύμων] Αἰολικῶς.</w:t>
      </w:r>
    </w:p>
    <w:p>
      <w:r>
        <w:rPr>
          <w:rFonts w:ascii="Courier New" w:hAnsi="Courier New"/>
          <w:color w:val="555555"/>
          <w:sz w:val="20"/>
        </w:rPr>
        <w:t>[1 . 94]</w:t>
      </w:r>
    </w:p>
    <w:p>
      <w:r>
        <w:rPr>
          <w:rFonts w:ascii="Gentium Plus" w:hAnsi="Gentium Plus"/>
          <w:sz w:val="24"/>
        </w:rPr>
        <w:t>** ἀρητῆρος] ἢ παρὰ τὸ ἄρς ἀρνός ἀρητήρ ἱερ〈εύει γὰρ ἄρνασ〉· ἢ παρὰ τὸ ἄρνημι τὸ μετ〈εωρίζω〉.</w:t>
      </w:r>
    </w:p>
    <w:p>
      <w:r>
        <w:rPr>
          <w:rFonts w:ascii="Courier New" w:hAnsi="Courier New"/>
          <w:color w:val="555555"/>
          <w:sz w:val="20"/>
        </w:rPr>
        <w:t>[1 . 95]</w:t>
      </w:r>
    </w:p>
    <w:p>
      <w:r>
        <w:rPr>
          <w:rFonts w:ascii="Gentium Plus" w:hAnsi="Gentium Plus"/>
          <w:sz w:val="24"/>
        </w:rPr>
        <w:t>[θύγατρα] Αἰολικῶς. [οὐκ ἀπεδέξατο] Ἀττικῶς.</w:t>
      </w:r>
    </w:p>
    <w:p>
      <w:r>
        <w:rPr>
          <w:rFonts w:ascii="Courier New" w:hAnsi="Courier New"/>
          <w:color w:val="555555"/>
          <w:sz w:val="20"/>
        </w:rPr>
        <w:t>[1 . 96]</w:t>
      </w:r>
    </w:p>
    <w:p>
      <w:r>
        <w:rPr>
          <w:rFonts w:ascii="Gentium Plus" w:hAnsi="Gentium Plus"/>
          <w:sz w:val="24"/>
        </w:rPr>
        <w:t>τὸ δὲ ἐπιμέμφεται ἀπὸ κοινοῦ δεῖ λαμβάνειν</w:t>
      </w:r>
    </w:p>
    <w:p>
      <w:r>
        <w:rPr>
          <w:rFonts w:ascii="Courier New" w:hAnsi="Courier New"/>
          <w:color w:val="555555"/>
          <w:sz w:val="20"/>
        </w:rPr>
        <w:t>[1 . 97]</w:t>
      </w:r>
    </w:p>
    <w:p>
      <w:r>
        <w:rPr>
          <w:rFonts w:ascii="Gentium Plus" w:hAnsi="Gentium Plus"/>
          <w:sz w:val="24"/>
        </w:rPr>
        <w:t>[λοιμοῖο βαρείας χεῖρας] κακωτικὸς γὰρ καὶ διαφθαρτικὸς ὁ λοιμός.</w:t>
      </w:r>
    </w:p>
    <w:p>
      <w:r>
        <w:rPr>
          <w:rFonts w:ascii="Courier New" w:hAnsi="Courier New"/>
          <w:color w:val="555555"/>
          <w:sz w:val="20"/>
        </w:rPr>
        <w:t>[1 . 98]</w:t>
      </w:r>
    </w:p>
    <w:p>
      <w:r>
        <w:rPr>
          <w:rFonts w:ascii="Gentium Plus" w:hAnsi="Gentium Plus"/>
          <w:sz w:val="24"/>
        </w:rPr>
        <w:t>[ἑλικώπιδα] ἑλικὸν γὰρ κατὰ διάλεκτον καλεῖται τὸ μέλαν.</w:t>
      </w:r>
    </w:p>
    <w:p>
      <w:r>
        <w:rPr>
          <w:rFonts w:ascii="Courier New" w:hAnsi="Courier New"/>
          <w:color w:val="555555"/>
          <w:sz w:val="20"/>
        </w:rPr>
        <w:t>[1 . 100]</w:t>
      </w:r>
    </w:p>
    <w:p>
      <w:r>
        <w:rPr>
          <w:rFonts w:ascii="Gentium Plus" w:hAnsi="Gentium Plus"/>
          <w:sz w:val="24"/>
        </w:rPr>
        <w:t>[πεπίθοιμεν] ὅμοιόν ἐστι—ἀναδιπλασιάζειν.</w:t>
      </w:r>
    </w:p>
    <w:p>
      <w:r>
        <w:rPr>
          <w:rFonts w:ascii="Courier New" w:hAnsi="Courier New"/>
          <w:color w:val="555555"/>
          <w:sz w:val="20"/>
        </w:rPr>
        <w:t>[1 . 108]</w:t>
      </w:r>
    </w:p>
    <w:p>
      <w:r>
        <w:rPr>
          <w:rFonts w:ascii="Gentium Plus" w:hAnsi="Gentium Plus"/>
          <w:sz w:val="24"/>
        </w:rPr>
        <w:t>[εἶπας] Αἰολικῶς.</w:t>
      </w:r>
    </w:p>
    <w:p>
      <w:r>
        <w:rPr>
          <w:rFonts w:ascii="Courier New" w:hAnsi="Courier New"/>
          <w:color w:val="555555"/>
          <w:sz w:val="20"/>
        </w:rPr>
        <w:t>[1 . 111]</w:t>
      </w:r>
    </w:p>
    <w:p>
      <w:r>
        <w:rPr>
          <w:rFonts w:ascii="Gentium Plus" w:hAnsi="Gentium Plus"/>
          <w:sz w:val="24"/>
        </w:rPr>
        <w:t>[κούρης] Ἰωνικῶς. [κούρης] γίνεται παρὰ τὸ οὐρῶ τὸ φυλάσσω οὔρη καὶ πλεονασμῷ τοῦ κ κούρη.</w:t>
      </w:r>
    </w:p>
    <w:p>
      <w:r>
        <w:rPr>
          <w:rFonts w:ascii="Courier New" w:hAnsi="Courier New"/>
          <w:color w:val="555555"/>
          <w:sz w:val="20"/>
        </w:rPr>
        <w:t>[1 . 113]</w:t>
      </w:r>
    </w:p>
    <w:p>
      <w:r>
        <w:rPr>
          <w:rFonts w:ascii="Gentium Plus" w:hAnsi="Gentium Plus"/>
          <w:sz w:val="24"/>
        </w:rPr>
        <w:t>Κλυταιμνήστρης] ἡ Κλυταιμνήστρα γυνὴ μὲν—ἀδελ‐ φή. Gen. ajoute παρὰ τὸ κλυτός καὶ τὸ 〈μήστρα, πλεονασμῷ τοῦ ν〉. τοῦτο παρὰ τὸ μήδω τὸ βουλεύομαι· ἡ ἔνδοξα βουλευομένη.</w:t>
      </w:r>
    </w:p>
    <w:p>
      <w:r>
        <w:rPr>
          <w:rFonts w:ascii="Courier New" w:hAnsi="Courier New"/>
          <w:color w:val="555555"/>
          <w:sz w:val="20"/>
        </w:rPr>
        <w:t>[1 113-114]</w:t>
      </w:r>
    </w:p>
    <w:p>
      <w:r>
        <w:rPr>
          <w:rFonts w:ascii="Gentium Plus" w:hAnsi="Gentium Plus"/>
          <w:sz w:val="24"/>
        </w:rPr>
        <w:t>προβέβουλα κουριδίης] διὰ τί ὁ Ἀγαμέμνων— μηδὲν πασχούσης ἐφύβριστον. [κουριδίης] τῆς νέας κατὰ τὴν ἡλικίαν. [ἑθεν] αὐτῆς Ἀττικῶς.</w:t>
      </w:r>
    </w:p>
    <w:p>
      <w:r>
        <w:rPr>
          <w:rFonts w:ascii="Courier New" w:hAnsi="Courier New"/>
          <w:color w:val="555555"/>
          <w:sz w:val="20"/>
        </w:rPr>
        <w:t>[5]</w:t>
      </w:r>
    </w:p>
    <w:p>
      <w:r>
        <w:rPr>
          <w:rFonts w:ascii="Gentium Plus" w:hAnsi="Gentium Plus"/>
          <w:sz w:val="24"/>
        </w:rPr>
        <w:t>[ἑθεν] ποίου εἴδους πρωτοτύπου; οἱ μὲν νέοι ἐκ τοῦ σοῦ, κατὰ διά‐ λυσιν σέο σεόθεν καὶ κατὰ συγκοπὴν καὶ ἀποβολὴν τοῦ ς ἕθεν, ὁ δὲ Ἡρωδιανὸς ἐκ τοῦ ἐμέ σέ ἕ τρίτον πρόσωπον, καὶ κατ’ ἐπέκτασιν τῆς θεν ἕθεν. ἕθεν] ἰστέον ὅτι τὸ ἕθεν χωρὶς τοῦ κ εὑρέθη, διότι ἐγκλίνεται,</w:t>
      </w:r>
    </w:p>
    <w:p>
      <w:r>
        <w:rPr>
          <w:rFonts w:ascii="Courier New" w:hAnsi="Courier New"/>
          <w:color w:val="555555"/>
          <w:sz w:val="20"/>
        </w:rPr>
        <w:t>[10]</w:t>
      </w:r>
    </w:p>
    <w:p>
      <w:r>
        <w:rPr>
          <w:rFonts w:ascii="Gentium Plus" w:hAnsi="Gentium Plus"/>
          <w:sz w:val="24"/>
        </w:rPr>
        <w:t>τὰ δὲ ἐγκλινόμενα .... ποτε προσλαμβάνουσιν, οἷον ἤκουσέ μου, οἰκτείρησόν με. ἄλλως δὲ αἰτία μέν ἐστιν ἡ ἄρνησις τοῦ πλεονασ‐ μοῦ, ἀλλ’ οὐ δύναται καταλήγειν εἰς κ· οὐδέποτε γὰρ λέξις Ἑλληνικὴ εἰς ἄφωνον λήγει. δεῖ οὖν ἐπιφέρειν αὐτὸ τῇ ἑτέρᾳ λέξει. εἰ οὖν ἔλα‐ βεν αὐτὸ ἕθεν, ἔμελλε φυλάττεσθαι ἐν πλεονασμῷ, καὶ οὐκέτι ἐνε‐</w:t>
      </w:r>
    </w:p>
    <w:p>
      <w:r>
        <w:rPr>
          <w:rFonts w:ascii="Courier New" w:hAnsi="Courier New"/>
          <w:color w:val="555555"/>
          <w:sz w:val="20"/>
        </w:rPr>
        <w:t>[15]</w:t>
      </w:r>
    </w:p>
    <w:p>
      <w:r>
        <w:rPr>
          <w:rFonts w:ascii="Gentium Plus" w:hAnsi="Gentium Plus"/>
          <w:sz w:val="24"/>
        </w:rPr>
        <w:t>κλίνετο.</w:t>
      </w:r>
    </w:p>
    <w:p>
      <w:r>
        <w:rPr>
          <w:rFonts w:ascii="Courier New" w:hAnsi="Courier New"/>
          <w:color w:val="555555"/>
          <w:sz w:val="20"/>
        </w:rPr>
        <w:t>[1 . 115]</w:t>
      </w:r>
    </w:p>
    <w:p>
      <w:r>
        <w:rPr>
          <w:rFonts w:ascii="Gentium Plus" w:hAnsi="Gentium Plus"/>
          <w:sz w:val="24"/>
        </w:rPr>
        <w:t>οὐ δέμας οὔτε φύην] «δέμας» ὁ ποιητὴς τὸ ἔμψυχον— σῶμ’ αἰσχύνομαι.» ἄλλως· δέμας τὸ σῶμα ζῶν, παρὰ τὸ συνδεδέσθαι, δέμας τὸ νεκρὸν, 〈παρὰ τὸ〉 δαμασθῆναι.</w:t>
      </w:r>
    </w:p>
    <w:p>
      <w:r>
        <w:rPr>
          <w:rFonts w:ascii="Courier New" w:hAnsi="Courier New"/>
          <w:color w:val="555555"/>
          <w:sz w:val="20"/>
        </w:rPr>
        <w:t>[5]</w:t>
      </w:r>
    </w:p>
    <w:p>
      <w:r>
        <w:rPr>
          <w:rFonts w:ascii="Gentium Plus" w:hAnsi="Gentium Plus"/>
          <w:sz w:val="24"/>
        </w:rPr>
        <w:t>δέμας] γίνεται ἀπὸ τοῦ δῶ δεῖς δεῖ, ἐξ οὗ γίνεται ῥῆμα εἰς μι δί‐ δημι, ὁ παθητικὸς παρακείμενος δέδεμαι, καὶ ἐξ αὐτοῦ δέμας· τὸ γὰρ σῶμα δεσμός ἐστι τῆς ψυχῆς· δεῖ δὲ γινώσκειν ὅτι ὁ ποιητὴς δέμας εἴωθε καλεῖν τὸ ἔμψυχον, παρὰ τὸ δεδέσθαι τὴν ψυχὴν ἐν αὐτῷ, σῶμα δὲ τὸ ἄψυχον, ἐπεὶ σῆμά ἐστιν, ὡς τάφος τοῦ ποτὲ ζῶντος. ἐκ δὲ τοῦ δί‐</w:t>
      </w:r>
    </w:p>
    <w:p>
      <w:r>
        <w:rPr>
          <w:rFonts w:ascii="Courier New" w:hAnsi="Courier New"/>
          <w:color w:val="555555"/>
          <w:sz w:val="20"/>
        </w:rPr>
        <w:t>[10]</w:t>
      </w:r>
    </w:p>
    <w:p>
      <w:r>
        <w:rPr>
          <w:rFonts w:ascii="Gentium Plus" w:hAnsi="Gentium Plus"/>
          <w:sz w:val="24"/>
        </w:rPr>
        <w:t>δημι ὁ παρατατικὸς ἐδίδην, τὸ τρίτον ἐδίδη, καὶ ἐκβολῇ τοῦ ε δίδη, ἐξ οὗ καὶ τὸ «δίδη μόσχοισι λύγοισι». (Il. XI. 105.) [φυὴν] «φυὴν» καλεῖ τὸ κάλλος. ἐν δὲ 〈τούτῳ〉 τῷ στίχῳ πᾶσαν ἀρετὴν γυναικὸς ἐσήμανεν</w:t>
      </w:r>
    </w:p>
    <w:p>
      <w:r>
        <w:rPr>
          <w:rFonts w:ascii="Courier New" w:hAnsi="Courier New"/>
          <w:color w:val="555555"/>
          <w:sz w:val="20"/>
        </w:rPr>
        <w:t>[1 . 116]</w:t>
      </w:r>
    </w:p>
    <w:p>
      <w:r>
        <w:rPr>
          <w:rFonts w:ascii="Gentium Plus" w:hAnsi="Gentium Plus"/>
          <w:sz w:val="24"/>
        </w:rPr>
        <w:t>ὧς ἐθέλω] περ〈ισπᾶται〉 τὸ «ὧς»· σημαίνει γὰρ τὸ ὅμως. [δόμεναι] Αἰολικῶς.</w:t>
      </w:r>
    </w:p>
    <w:p>
      <w:r>
        <w:rPr>
          <w:rFonts w:ascii="Courier New" w:hAnsi="Courier New"/>
          <w:color w:val="555555"/>
          <w:sz w:val="20"/>
        </w:rPr>
        <w:t>[1 . 117]</w:t>
      </w:r>
    </w:p>
    <w:p>
      <w:r>
        <w:rPr>
          <w:rFonts w:ascii="Gentium Plus" w:hAnsi="Gentium Plus"/>
          <w:sz w:val="24"/>
        </w:rPr>
        <w:t>σόον] τὸ «σόον» μετὰ διαιρέσεως, ἀπὸ τοῦ σεύω σέω σόος. τὰ ἔχοντα τὸ ε ἐγκείμενον .... ἢ ἀπολέσθαι] τὸ «ἤ» ἀντὶ τοῦ καί παρ〈είληπται〉. ἤτοι «βούλομαι ἐγὼ τὸν λαὸν σόον ἔμμεναι καὶ ἐμὲ ἀπολέσθαι».</w:t>
      </w:r>
    </w:p>
    <w:p>
      <w:r>
        <w:rPr>
          <w:rFonts w:ascii="Courier New" w:hAnsi="Courier New"/>
          <w:color w:val="555555"/>
          <w:sz w:val="20"/>
        </w:rPr>
        <w:t>[1 . 119]</w:t>
      </w:r>
    </w:p>
    <w:p>
      <w:r>
        <w:rPr>
          <w:rFonts w:ascii="Gentium Plus" w:hAnsi="Gentium Plus"/>
          <w:sz w:val="24"/>
        </w:rPr>
        <w:t>ἀγέραστος] ἵνα μὴ δοκῇ—τὸ ἴσον αἰτεῖ. [ἔοικεν] τὸ ὅμοιόν ἐστι, τὸ φαίνεται καὶ τὸ πρέπει.</w:t>
      </w:r>
    </w:p>
    <w:p>
      <w:r>
        <w:rPr>
          <w:rFonts w:ascii="Courier New" w:hAnsi="Courier New"/>
          <w:color w:val="555555"/>
          <w:sz w:val="20"/>
        </w:rPr>
        <w:t>[1 . 120]</w:t>
      </w:r>
    </w:p>
    <w:p>
      <w:r>
        <w:rPr>
          <w:rFonts w:ascii="Gentium Plus" w:hAnsi="Gentium Plus"/>
          <w:sz w:val="24"/>
        </w:rPr>
        <w:t>λεύσσετε] τῶν εἰς σσω ληγ〈όντων τοὺς μέλλοντασ〉 οἱ Αἰολεῖς διὰ δύο ς, τοὺς δὲ 〈εἰς πτῶ ἐνεστῶτας καὶ οὕτως προφέ〉ρουσιν, οἷον πέπτω πέσσω, ὄπτω ὄσ〉σω· πάρεστι γοῦν.</w:t>
      </w:r>
    </w:p>
    <w:p>
      <w:r>
        <w:rPr>
          <w:rFonts w:ascii="Courier New" w:hAnsi="Courier New"/>
          <w:color w:val="555555"/>
          <w:sz w:val="20"/>
        </w:rPr>
        <w:t>[1 . 122]</w:t>
      </w:r>
    </w:p>
    <w:p>
      <w:r>
        <w:rPr>
          <w:rFonts w:ascii="Gentium Plus" w:hAnsi="Gentium Plus"/>
          <w:sz w:val="24"/>
        </w:rPr>
        <w:t>κύδιστε] παρὰ τὸ κῦδος. τοῦτο παρὰ τὸ κύω τὸ φιλῶ· τὴν γὰρ δόξαν πάντες φιλοῦσιν. [κύδιστε, φιλοκτεανώτατε] ἐπιπλοκὴ ψόγου καὶ ἐπαίνου.</w:t>
      </w:r>
    </w:p>
    <w:p>
      <w:r>
        <w:rPr>
          <w:rFonts w:ascii="Courier New" w:hAnsi="Courier New"/>
          <w:color w:val="555555"/>
          <w:sz w:val="20"/>
        </w:rPr>
        <w:t>[1 . 123]</w:t>
      </w:r>
    </w:p>
    <w:p>
      <w:r>
        <w:rPr>
          <w:rFonts w:ascii="Gentium Plus" w:hAnsi="Gentium Plus"/>
          <w:sz w:val="24"/>
        </w:rPr>
        <w:t>[πῶς γάρ τοι] παρολκὴ περισσή.</w:t>
      </w:r>
    </w:p>
    <w:p>
      <w:r>
        <w:rPr>
          <w:rFonts w:ascii="Courier New" w:hAnsi="Courier New"/>
          <w:color w:val="555555"/>
          <w:sz w:val="20"/>
        </w:rPr>
        <w:t>[1 . 124]</w:t>
      </w:r>
    </w:p>
    <w:p>
      <w:r>
        <w:rPr>
          <w:rFonts w:ascii="Gentium Plus" w:hAnsi="Gentium Plus"/>
          <w:sz w:val="24"/>
        </w:rPr>
        <w:t>[οὐ δέ τί πω] ὁ «δέ» ἀντὶ τοῦ γάρ. ξυνήϊα] ξυνόν ξυνεῖον, ὡς κοινόν κοινεῖον, καὶ κατὰ διαίρεσιν Ἰωνι‐ κὴν 〈ξυνήϊον〉. ξυνὸν δὲ τὸ κοινόν. Ἀττικὴ τοῦτο φράσις.</w:t>
      </w:r>
    </w:p>
    <w:p>
      <w:r>
        <w:rPr>
          <w:rFonts w:ascii="Courier New" w:hAnsi="Courier New"/>
          <w:color w:val="555555"/>
          <w:sz w:val="20"/>
        </w:rPr>
        <w:t>[1 . 125]</w:t>
      </w:r>
    </w:p>
    <w:p>
      <w:r>
        <w:rPr>
          <w:rFonts w:ascii="Gentium Plus" w:hAnsi="Gentium Plus"/>
          <w:sz w:val="24"/>
        </w:rPr>
        <w:t>[πολίων] κοινῶς ε, Ἀττικῶς ι.</w:t>
      </w:r>
    </w:p>
    <w:p>
      <w:r>
        <w:rPr>
          <w:rFonts w:ascii="Courier New" w:hAnsi="Courier New"/>
          <w:color w:val="555555"/>
          <w:sz w:val="20"/>
        </w:rPr>
        <w:t>[1 . 126]</w:t>
      </w:r>
    </w:p>
    <w:p>
      <w:r>
        <w:rPr>
          <w:rFonts w:ascii="Gentium Plus" w:hAnsi="Gentium Plus"/>
          <w:sz w:val="24"/>
        </w:rPr>
        <w:t>παλίλλογα] παρὰ τὸ λέγω τὸ συλλέγω. ἄλλως· οὐ δίκαιόν ἐστιν εἰς τὸ αὐτὸ—διαμερισθῆναι χρήματα.</w:t>
      </w:r>
    </w:p>
    <w:p>
      <w:r>
        <w:rPr>
          <w:rFonts w:ascii="Courier New" w:hAnsi="Courier New"/>
          <w:color w:val="555555"/>
          <w:sz w:val="20"/>
        </w:rPr>
        <w:t>[1 . 128]</w:t>
      </w:r>
    </w:p>
    <w:p>
      <w:r>
        <w:rPr>
          <w:rFonts w:ascii="Gentium Plus" w:hAnsi="Gentium Plus"/>
          <w:sz w:val="24"/>
        </w:rPr>
        <w:t>ἀποτίσομεν] πιστοῦται—χρέει. αἴ κέ ποθι Ζεὺς] ὅτι μεθ’ ὑπεξαιρέσεως—τῆς τύχης.</w:t>
      </w:r>
    </w:p>
    <w:p>
      <w:r>
        <w:rPr>
          <w:rFonts w:ascii="Courier New" w:hAnsi="Courier New"/>
          <w:color w:val="555555"/>
          <w:sz w:val="20"/>
        </w:rPr>
        <w:t>[1 . 129]</w:t>
      </w:r>
    </w:p>
    <w:p>
      <w:r>
        <w:rPr>
          <w:rFonts w:ascii="Gentium Plus" w:hAnsi="Gentium Plus"/>
          <w:sz w:val="24"/>
        </w:rPr>
        <w:t>[δῶσι] τὸ σι ἐπέκτασις. Τροίην] κτητικὸν, ἐκ τοῦ Τρῶς Τρῶος Τρωϊκός, καὶ ἀποβολῇ 〈τοῦ κ〉 Τρώϊος, τοῦ τόνου ἀναδιδομένου, ὡς τὸ 〈Ὀλυμπι〉κός Ὀλύμπιος, καὶ Τρώϊος Τρωΐα, Ἰωνικῶς 〈Τρωΐη, καὶ〉 συστολῇ ποιητικῇ τοῦ ω</w:t>
      </w:r>
    </w:p>
    <w:p>
      <w:r>
        <w:rPr>
          <w:rFonts w:ascii="Courier New" w:hAnsi="Courier New"/>
          <w:color w:val="555555"/>
          <w:sz w:val="20"/>
        </w:rPr>
        <w:t>[5]</w:t>
      </w:r>
    </w:p>
    <w:p>
      <w:r>
        <w:rPr>
          <w:rFonts w:ascii="Gentium Plus" w:hAnsi="Gentium Plus"/>
          <w:sz w:val="24"/>
        </w:rPr>
        <w:t>εἰς ο διὰ τὸ 〈μέτρον〉 καὶ ἐν συναιρέσει Τροία καὶ Τροίη. 〈ἄλλως· τὸ〉 ο μικρὸν διὰ τί; κατὰ διάλυσιν Ἰωνικήν. Τροΐην 〈δὲ τὴν Τροί〉ην· οὐ γὰρ Τρωϊκὴν ἑτέραν πόλιν 〈λέγει〉, ἀλλ’ αὐτὴν τὴν Τροίαν· οὕτως ὁ Τζέτζης. εὐτείχεον] ταύτην λέγει «εὐ〈τείχεον» διὰ τὸ〉 ὑπὸ θεῶν τετειχίσθαι</w:t>
      </w:r>
    </w:p>
    <w:p>
      <w:r>
        <w:rPr>
          <w:rFonts w:ascii="Courier New" w:hAnsi="Courier New"/>
          <w:color w:val="555555"/>
          <w:sz w:val="20"/>
        </w:rPr>
        <w:t>[10]</w:t>
      </w:r>
    </w:p>
    <w:p>
      <w:r>
        <w:rPr>
          <w:rFonts w:ascii="Gentium Plus" w:hAnsi="Gentium Plus"/>
          <w:sz w:val="24"/>
        </w:rPr>
        <w:t>καθ’ Ὅμηρον Ποσειδῶνος καὶ Ἀπόλλωνος. ἐξαλαπάξαι] λάπαθος εἶδος βοτάνης, ἥτις ἐστὶ 〈φάρ〉μακον κενωτι‐ κὸν τῶν παθῶν. ἐκ μεταφορᾶς. [ἐξαλαπάξαι] 〈ἐκ〉 τῆς λαπάθης τὸ ἀλαπάξαι.</w:t>
      </w:r>
    </w:p>
    <w:p>
      <w:r>
        <w:rPr>
          <w:rFonts w:ascii="Courier New" w:hAnsi="Courier New"/>
          <w:color w:val="555555"/>
          <w:sz w:val="20"/>
        </w:rPr>
        <w:t>[1 . 131]</w:t>
      </w:r>
    </w:p>
    <w:p>
      <w:r>
        <w:rPr>
          <w:rFonts w:ascii="Gentium Plus" w:hAnsi="Gentium Plus"/>
          <w:sz w:val="24"/>
        </w:rPr>
        <w:t>ἀγαθός περ ἐὼν] εἰρωνεία· ὡσαύτως τὸ 〈κύδισ〉τε. ὁδὲ πέρ ἐναντιωματικός· ἀγαθὸς 〈καίπερ ἐ〉ών. ἄλλως· κατ’ εἰρωνείαν ὁ 〈ἀγαθόσ〉. [ἀγαθός] κατ’ εἰρωνείαν.</w:t>
      </w:r>
    </w:p>
    <w:p>
      <w:r>
        <w:rPr>
          <w:rFonts w:ascii="Courier New" w:hAnsi="Courier New"/>
          <w:color w:val="555555"/>
          <w:sz w:val="20"/>
        </w:rPr>
        <w:t>[5]</w:t>
      </w:r>
    </w:p>
    <w:p>
      <w:r>
        <w:rPr>
          <w:rFonts w:ascii="Gentium Plus" w:hAnsi="Gentium Plus"/>
          <w:sz w:val="24"/>
        </w:rPr>
        <w:t>[θεοείκελε] ἰστέον δὲ ὅτι εὐειδέστατος ἦν πάντων τῶν Ἑλλήνων ὁ Ἀχιλλεὺς καὶ γυναικοπρόσωπος—ἀνήρ.</w:t>
      </w:r>
    </w:p>
    <w:p>
      <w:r>
        <w:rPr>
          <w:rFonts w:ascii="Courier New" w:hAnsi="Courier New"/>
          <w:color w:val="555555"/>
          <w:sz w:val="20"/>
        </w:rPr>
        <w:t>[10]</w:t>
      </w:r>
    </w:p>
    <w:p>
      <w:r>
        <w:rPr>
          <w:rFonts w:ascii="Gentium Plus" w:hAnsi="Gentium Plus"/>
          <w:sz w:val="24"/>
        </w:rPr>
        <w:t>〈εἴδω〉 εἴδελος καὶ εἴδωλον καὶ ἀείδελος διὰ διφθόγγου, οὕτως ἀπὸ τοῦ εἴκω εἴκελος καὶ ἐν συνθέσει θεοείκελος. τὸ δὲ 〈ἁπλοῦν〉 διφορεῖται, τὸ δὲ σύνθετον ἀεὶ διὰ τῆς 〈διφθόγγου〉.</w:t>
      </w:r>
    </w:p>
    <w:p>
      <w:r>
        <w:rPr>
          <w:rFonts w:ascii="Courier New" w:hAnsi="Courier New"/>
          <w:color w:val="555555"/>
          <w:sz w:val="20"/>
        </w:rPr>
        <w:t>[1 . 132]</w:t>
      </w:r>
    </w:p>
    <w:p>
      <w:r>
        <w:rPr>
          <w:rFonts w:ascii="Gentium Plus" w:hAnsi="Gentium Plus"/>
          <w:sz w:val="24"/>
        </w:rPr>
        <w:t>κλέπτε] ἀντειρωνεύεται. 〈παρὰ τὴν〉 κλοπὴν τὴν ἀπατὴν λέγει. τὸ δὲ «παρε〈λεύσεαι» ἐκ〉 μεταφορᾶς τοῦ δρόμου ἐν ᾧ ὁ παρελθὼν 〈νι‐ κᾷ〉.</w:t>
      </w:r>
    </w:p>
    <w:p>
      <w:r>
        <w:rPr>
          <w:rFonts w:ascii="Courier New" w:hAnsi="Courier New"/>
          <w:color w:val="555555"/>
          <w:sz w:val="20"/>
        </w:rPr>
        <w:t>[1 132bis]</w:t>
      </w:r>
    </w:p>
    <w:p>
      <w:r>
        <w:rPr>
          <w:rFonts w:ascii="Gentium Plus" w:hAnsi="Gentium Plus"/>
          <w:sz w:val="24"/>
        </w:rPr>
        <w:t>κλέπτε νόον ἐπεὶ—πείσεις] ἐκ μεταφορᾶς τῶν τρε‐ χόντων δρομαίως.</w:t>
      </w:r>
    </w:p>
    <w:p>
      <w:r>
        <w:rPr>
          <w:rFonts w:ascii="Courier New" w:hAnsi="Courier New"/>
          <w:color w:val="555555"/>
          <w:sz w:val="20"/>
        </w:rPr>
        <w:t>[1 . 134]</w:t>
      </w:r>
    </w:p>
    <w:p>
      <w:r>
        <w:rPr>
          <w:rFonts w:ascii="Gentium Plus" w:hAnsi="Gentium Plus"/>
          <w:sz w:val="24"/>
        </w:rPr>
        <w:t>[κέλεαι] Ἰωνικῶς.</w:t>
      </w:r>
    </w:p>
    <w:p>
      <w:r>
        <w:rPr>
          <w:rFonts w:ascii="Courier New" w:hAnsi="Courier New"/>
          <w:color w:val="555555"/>
          <w:sz w:val="20"/>
        </w:rPr>
        <w:t>[1 . 135]</w:t>
      </w:r>
    </w:p>
    <w:p>
      <w:r>
        <w:rPr>
          <w:rFonts w:ascii="Gentium Plus" w:hAnsi="Gentium Plus"/>
          <w:sz w:val="24"/>
        </w:rPr>
        <w:t>ἀλλ’ εἰ μὲν δώσουσι] οὕτω 〈τινές· «ἀλλ’〉 εἰ μὲν δώσουσι γέ‐ ρας μεγάθυμοι Ἀχαιοὶ, 〈ἄξω ἑλ〉ὼν», 〈ὡσ〉 ὑπερβατόν. οἱ δὲ οὕτως· «ἀλλ’ εἰ μὲν δώσουσι γέρας μεγάθυμον Ἀχαιοὶ, ἔσται», ὡς ἐλλειπ‐ τικόν· ἴδιον γὰρ τῶν θυμουμένων τὸ μὴ πληροῦν τὸν λόγον.</w:t>
      </w:r>
    </w:p>
    <w:p>
      <w:r>
        <w:rPr>
          <w:rFonts w:ascii="Courier New" w:hAnsi="Courier New"/>
          <w:color w:val="555555"/>
          <w:sz w:val="20"/>
        </w:rPr>
        <w:t>[5]</w:t>
      </w:r>
    </w:p>
    <w:p>
      <w:r>
        <w:rPr>
          <w:rFonts w:ascii="Gentium Plus" w:hAnsi="Gentium Plus"/>
          <w:sz w:val="24"/>
        </w:rPr>
        <w:t>[ἀλλ’ εἰ μὲν δώσουσι] 〈οὐκ ἐλλιπὲς τὸ τῆσ〉 φράσεως, ἀλλ’ ἀρχαϊ‐ κόν· Ἀριστοφάνης ἐν τῷ Πλούτῳ· (467—471) «καὶ μὴν περὶ τούτου σφῷν ἐθέλω δοῦναι λόγον τὸ πρῶτον αὐτοῦ· κἂν μὲν ἀποφήνω 〈μόνην〉 〈ἀγαθῶν ἁπάντων〉 οὖσαν αἰτίαν ἐμὲ</w:t>
      </w:r>
    </w:p>
    <w:p>
      <w:r>
        <w:rPr>
          <w:rFonts w:ascii="Courier New" w:hAnsi="Courier New"/>
          <w:color w:val="555555"/>
          <w:sz w:val="20"/>
        </w:rPr>
        <w:t>[10]</w:t>
      </w:r>
    </w:p>
    <w:p>
      <w:r>
        <w:rPr>
          <w:rFonts w:ascii="Gentium Plus" w:hAnsi="Gentium Plus"/>
          <w:sz w:val="24"/>
        </w:rPr>
        <w:t>ὑμῖν δι’ ἐμέ τε ζώντας ὑμᾶς· εἰ δὲ μὴ, ποιεῖ〈τον ἤδη τοῦθ’ ὅ τι ἂν〉 ὑμῖν δοκῇ.</w:t>
      </w:r>
    </w:p>
    <w:p>
      <w:r>
        <w:rPr>
          <w:rFonts w:ascii="Courier New" w:hAnsi="Courier New"/>
          <w:color w:val="555555"/>
          <w:sz w:val="20"/>
        </w:rPr>
        <w:t>[1 . 136]</w:t>
      </w:r>
    </w:p>
    <w:p>
      <w:r>
        <w:rPr>
          <w:rFonts w:ascii="Gentium Plus" w:hAnsi="Gentium Plus"/>
          <w:sz w:val="24"/>
        </w:rPr>
        <w:t>[ἄρσαντες] ὁ μὲν Ἀρίσταρχος δασύνει, ὁ δὲ Ἡρωδιανὸς ψιλοῖ. ἀντάξιον] ποιήσαντες τὸ ἀρεστόν μοι, ὅπως ἰσοστάσιον τῆς ψυχῆς μου γένηται.</w:t>
      </w:r>
    </w:p>
    <w:p>
      <w:r>
        <w:rPr>
          <w:rFonts w:ascii="Courier New" w:hAnsi="Courier New"/>
          <w:color w:val="555555"/>
          <w:sz w:val="20"/>
        </w:rPr>
        <w:t>[1 . 138]</w:t>
      </w:r>
    </w:p>
    <w:p>
      <w:r>
        <w:rPr>
          <w:rFonts w:ascii="Gentium Plus" w:hAnsi="Gentium Plus"/>
          <w:sz w:val="24"/>
        </w:rPr>
        <w:t>[ἢ τεὸν] τὴν Βρισηΐδα. [ἢ Αἴαντος] τὴν Τέκμησσαν τὴν Τεύθραντος θυγατέρα.</w:t>
      </w:r>
    </w:p>
    <w:p>
      <w:r>
        <w:rPr>
          <w:rFonts w:ascii="Courier New" w:hAnsi="Courier New"/>
          <w:color w:val="555555"/>
          <w:sz w:val="20"/>
        </w:rPr>
        <w:t>[1 138bis]</w:t>
      </w:r>
    </w:p>
    <w:p>
      <w:r>
        <w:rPr>
          <w:rFonts w:ascii="Gentium Plus" w:hAnsi="Gentium Plus"/>
          <w:sz w:val="24"/>
        </w:rPr>
        <w:t>[ἢ Ὀδυσῆος] τὴν Λαοδίκην τοῦ Κύκνου θυγατέρα. ταῦτα</w:t>
      </w:r>
    </w:p>
    <w:p>
      <w:r>
        <w:rPr>
          <w:rFonts w:ascii="Courier New" w:hAnsi="Courier New"/>
          <w:color w:val="555555"/>
          <w:sz w:val="20"/>
        </w:rPr>
        <w:t>[1 . 140]</w:t>
      </w:r>
    </w:p>
    <w:p>
      <w:r>
        <w:rPr>
          <w:rFonts w:ascii="Gentium Plus" w:hAnsi="Gentium Plus"/>
          <w:sz w:val="24"/>
        </w:rPr>
        <w:t>[καὶ αὖτις] Ἰωνικῶς.</w:t>
      </w:r>
    </w:p>
    <w:p>
      <w:r>
        <w:rPr>
          <w:rFonts w:ascii="Courier New" w:hAnsi="Courier New"/>
          <w:color w:val="555555"/>
          <w:sz w:val="20"/>
        </w:rPr>
        <w:t>[1 . 141]</w:t>
      </w:r>
    </w:p>
    <w:p>
      <w:r>
        <w:rPr>
          <w:rFonts w:ascii="Gentium Plus" w:hAnsi="Gentium Plus"/>
          <w:sz w:val="24"/>
        </w:rPr>
        <w:t>[μέλαιναν] βαθεῖαν ἢ τῇ πίσσῃ κεχρισμένην.</w:t>
      </w:r>
    </w:p>
    <w:p>
      <w:r>
        <w:rPr>
          <w:rFonts w:ascii="Courier New" w:hAnsi="Courier New"/>
          <w:color w:val="555555"/>
          <w:sz w:val="20"/>
        </w:rPr>
        <w:t>[1 . 142]</w:t>
      </w:r>
    </w:p>
    <w:p>
      <w:r>
        <w:rPr>
          <w:rFonts w:ascii="Gentium Plus" w:hAnsi="Gentium Plus"/>
          <w:sz w:val="24"/>
        </w:rPr>
        <w:t>ἐπιτηδὲς] ἐκ τοῦ ἐπιτηδής ἐπιτηδέος ἐπιτη〈δέεσ〉 καὶ ἐπιτηδές ἐν συγκοπῇ.</w:t>
      </w:r>
    </w:p>
    <w:p>
      <w:r>
        <w:rPr>
          <w:rFonts w:ascii="Courier New" w:hAnsi="Courier New"/>
          <w:color w:val="555555"/>
          <w:sz w:val="20"/>
        </w:rPr>
        <w:t>[1 . 143]</w:t>
      </w:r>
    </w:p>
    <w:p>
      <w:r>
        <w:rPr>
          <w:rFonts w:ascii="Gentium Plus" w:hAnsi="Gentium Plus"/>
          <w:sz w:val="24"/>
        </w:rPr>
        <w:t>[καλλιπάρῃον] ἄλλως· κανών· τὰ ἀπὸ 〈τοῦ〉 κάλλος ἐν τῇ συν‐ θέσει διὰ τοῦ ι γράφεται, οἷον καλλίκομος καλλιγράφος, τὸ δὲ καλλι‐ πάρηος Αἰολικῶς διὰ τοῦ η, ὡς τρέποντες τὴν ει δίφθογγον εἰς η. τὸ δὲ παρειά διὰ διφθόγγου.</w:t>
      </w:r>
    </w:p>
    <w:p>
      <w:r>
        <w:rPr>
          <w:rFonts w:ascii="Courier New" w:hAnsi="Courier New"/>
          <w:color w:val="555555"/>
          <w:sz w:val="20"/>
        </w:rPr>
        <w:t>[5]</w:t>
      </w:r>
    </w:p>
    <w:p>
      <w:r>
        <w:rPr>
          <w:rFonts w:ascii="Gentium Plus" w:hAnsi="Gentium Plus"/>
          <w:sz w:val="24"/>
        </w:rPr>
        <w:t>[καλλιπάρῃον] κανών· τὰ εἰς α θηλυκὰ ὀξύτονα τῷ ι μόνῳ θέλουσι παραλήγεσθαι, πλὴν τοῦ ζειά, εἶδος ὀσπρίου, 〈τοῦ〉 χειά, ὁ φωλεὸς ὄφεων .... τὸ δὲ παρειά παρὰ τὸ παριέναι τὴν ὠχρίασιν. [καλλιπάρῃον] ἀπὸ μέρους καλήν.</w:t>
      </w:r>
    </w:p>
    <w:p>
      <w:r>
        <w:rPr>
          <w:rFonts w:ascii="Courier New" w:hAnsi="Courier New"/>
          <w:color w:val="555555"/>
          <w:sz w:val="20"/>
        </w:rPr>
        <w:t>[1 . 147]</w:t>
      </w:r>
    </w:p>
    <w:p>
      <w:r>
        <w:rPr>
          <w:rFonts w:ascii="Gentium Plus" w:hAnsi="Gentium Plus"/>
          <w:sz w:val="24"/>
        </w:rPr>
        <w:t>ὄφρ’ ἥμιν] τὸ ὄφρα σημαίνει δύο· σύνδεσμον αἰτιολογικὸν, ἀντὶ τοῦ ὅπως, καὶ χρόνου δηλωτικὸν, ὡς τὸ «ὄφρ’ ἂν Ἀχαιοὶ υἱὸν ἐμὸν τίσωσι» (Il. I, 509—510). τὸ δὲ ἥμιν πρὸ μιᾶς ἔχει τὸν τόνον καὶ ἐγκλίνεται· ἡ γὰρ ἔγκλισις .... τῇ προηγουμένῃ λέξει, ὅτε ἐστὶν ἡ</w:t>
      </w:r>
    </w:p>
    <w:p>
      <w:r>
        <w:rPr>
          <w:rFonts w:ascii="Courier New" w:hAnsi="Courier New"/>
          <w:color w:val="555555"/>
          <w:sz w:val="20"/>
        </w:rPr>
        <w:t>[5]</w:t>
      </w:r>
    </w:p>
    <w:p>
      <w:r>
        <w:rPr>
          <w:rFonts w:ascii="Gentium Plus" w:hAnsi="Gentium Plus"/>
          <w:sz w:val="24"/>
        </w:rPr>
        <w:t>λέξις ἤτοι μονοσύλλαβος ἢ δισύλλαβος βραχυκατάληκτος, ὡς τὸ εἰμί· «ἄνθρωπός εἰμι» «ἄνθρωπός ἐστι», καί φημί «ἕνεκά φημι», μονο‐ σύλλαβος δὲ, ὡς τὸ «ἤκουσέ μου». ὅτε δὲ σπονδειακή ἐστι, τότε τῇ προηγουμένῃ συλλαβῇ ἀναδίδωσι τὸν τόνον, οἷον «ἐλάλησεν ἥμιν» «ἤκουσεν ἥμων» «ἔτυψεν ἥμας».</w:t>
      </w:r>
    </w:p>
    <w:p>
      <w:r>
        <w:rPr>
          <w:rFonts w:ascii="Courier New" w:hAnsi="Courier New"/>
          <w:color w:val="555555"/>
          <w:sz w:val="20"/>
        </w:rPr>
        <w:t>[10]</w:t>
      </w:r>
    </w:p>
    <w:p>
      <w:r>
        <w:rPr>
          <w:rFonts w:ascii="Gentium Plus" w:hAnsi="Gentium Plus"/>
          <w:sz w:val="24"/>
        </w:rPr>
        <w:t>ἑκάεργον] πόρρωθεν εἴργοντα ἢ ποι〈οῦντα καὶ〉 ἐργαζόμενον τοξό‐ την.</w:t>
      </w:r>
    </w:p>
    <w:p>
      <w:r>
        <w:rPr>
          <w:rFonts w:ascii="Courier New" w:hAnsi="Courier New"/>
          <w:color w:val="555555"/>
          <w:sz w:val="20"/>
        </w:rPr>
        <w:t>[1 . 149]</w:t>
      </w:r>
    </w:p>
    <w:p>
      <w:r>
        <w:rPr>
          <w:rFonts w:ascii="Gentium Plus" w:hAnsi="Gentium Plus"/>
          <w:sz w:val="24"/>
        </w:rPr>
        <w:t>[ἐπιειμένε] φιλοτέχνως δὲ 〈τὴν〉 ἰδίαν ὕβριν κεκοινοποίηται. ἐπιειμένε] ὁ γὰρ φιλοχρήματός 〈ἐστι〉 καὶ ἀναιδής. κερδαλεόφρων δὲ ἢ ὁ παν〈οῦργοσ〉, παρὰ τὸ κερδώ, ὅ ἐστιν ἀλώπηξ, ἢ ὃ φιλοχρήματος, παρὰ τὸ ἐν κέρδει 〈ἔχειν〉 τὸν νοῦν.</w:t>
      </w:r>
    </w:p>
    <w:p>
      <w:r>
        <w:rPr>
          <w:rFonts w:ascii="Courier New" w:hAnsi="Courier New"/>
          <w:color w:val="555555"/>
          <w:sz w:val="20"/>
        </w:rPr>
        <w:t>[1 149bis]</w:t>
      </w:r>
    </w:p>
    <w:p>
      <w:r>
        <w:rPr>
          <w:rFonts w:ascii="Gentium Plus" w:hAnsi="Gentium Plus"/>
          <w:sz w:val="24"/>
        </w:rPr>
        <w:t>[κερδαλεόφρον] ἢ περὶ κέρδη τὸν νοῦν ἔχων, τουτέστι κερδαί‐</w:t>
      </w:r>
    </w:p>
    <w:p>
      <w:r>
        <w:rPr>
          <w:rFonts w:ascii="Courier New" w:hAnsi="Courier New"/>
          <w:color w:val="555555"/>
          <w:sz w:val="20"/>
        </w:rPr>
        <w:t>[5]</w:t>
      </w:r>
    </w:p>
    <w:p>
      <w:r>
        <w:rPr>
          <w:rFonts w:ascii="Gentium Plus" w:hAnsi="Gentium Plus"/>
          <w:sz w:val="24"/>
        </w:rPr>
        <w:t>ἄλλα ἀναπέμπει, πλὴν τοῦ Λακεδαίμων.</w:t>
      </w:r>
    </w:p>
    <w:p>
      <w:r>
        <w:rPr>
          <w:rFonts w:ascii="Courier New" w:hAnsi="Courier New"/>
          <w:color w:val="555555"/>
          <w:sz w:val="20"/>
        </w:rPr>
        <w:t>[1 . 150]</w:t>
      </w:r>
    </w:p>
    <w:p>
      <w:r>
        <w:rPr>
          <w:rFonts w:ascii="Gentium Plus" w:hAnsi="Gentium Plus"/>
          <w:sz w:val="24"/>
        </w:rPr>
        <w:t>[πείθηται] Ἀττικῶς.</w:t>
      </w:r>
    </w:p>
    <w:p>
      <w:r>
        <w:rPr>
          <w:rFonts w:ascii="Courier New" w:hAnsi="Courier New"/>
          <w:color w:val="555555"/>
          <w:sz w:val="20"/>
        </w:rPr>
        <w:t>[1 . 151]</w:t>
      </w:r>
    </w:p>
    <w:p>
      <w:r>
        <w:rPr>
          <w:rFonts w:ascii="Gentium Plus" w:hAnsi="Gentium Plus"/>
          <w:sz w:val="24"/>
        </w:rPr>
        <w:t>ἢ ὁδὸν] ὁδός σημαίνει τρία· τὸν πλοῦν, ὡς τὸ «τὴν ὁδὸν ἣν Ἑλένη〈ν περ ἀπήγαγεν〉 εὐπατέρειαν» (Il. VI, 292.), καὶ τὴν ἐνέδραν, ὡς τὸ «ὁδὸν ἐλθέμεναι ἢ ἀνδράσιν», καὶ 〈τὸν νόμον〉, ὡς τὸ «μακά‐ ριοι οἱ ἄμωμοι 〈ἐν ὁδῷ〉, οἱ πορευόμενοι ἐν νόμῳ Κυρίου». (Psalm.</w:t>
      </w:r>
    </w:p>
    <w:p>
      <w:r>
        <w:rPr>
          <w:rFonts w:ascii="Courier New" w:hAnsi="Courier New"/>
          <w:color w:val="555555"/>
          <w:sz w:val="20"/>
        </w:rPr>
        <w:t>[5]</w:t>
      </w:r>
    </w:p>
    <w:p>
      <w:r>
        <w:rPr>
          <w:rFonts w:ascii="Gentium Plus" w:hAnsi="Gentium Plus"/>
          <w:sz w:val="24"/>
        </w:rPr>
        <w:t>CXVIII, v. 1.) ** [ἐλθέμεναι] τὸ ἐλθεῖν ἐλθέν λεγόμενον Δωρικῶς, ἐὰν πρὸ τοῦ ν τὴν με συλλαβὴν ἔχῃ, ἐλθέμεν λέγεται, 〈ὡσ〉 καὶ χολωσέμεν 〈καὶ〉 λεγέμεν, 〈εἰ δὲ〉 ἐκταθήσεται τῇ αι διφθόγγῳ ἐν τῷ τέλει, ἐλθέμεναι λέγεται, ὡς καὶ χολωσέμεναι καὶ λεγέμεναι. 〈καὶ γίγνεται τὸ αὐτὸ ἐν〉</w:t>
      </w:r>
    </w:p>
    <w:p>
      <w:r>
        <w:rPr>
          <w:rFonts w:ascii="Courier New" w:hAnsi="Courier New"/>
          <w:color w:val="555555"/>
          <w:sz w:val="20"/>
        </w:rPr>
        <w:t>[10]</w:t>
      </w:r>
    </w:p>
    <w:p>
      <w:r>
        <w:rPr>
          <w:rFonts w:ascii="Gentium Plus" w:hAnsi="Gentium Plus"/>
          <w:sz w:val="24"/>
        </w:rPr>
        <w:t>τοῖς εἰς ῆναι ἀπαρεμφάτοις, ὡς ἐν τῷ θωρηχθῆναι θωρηχθήμεναι. τὰ δὲ εἰς ναι 〈τοῦ δευτέρου ἀορίστου, διφθόγγου μὲν〉 παραληγούσης δέχονται τὴν με συλλαβὴν, ἀλλ’ ἀποβάλλουσιν ἕνα τῶν φωνηέντων, 〈οἷον δοῦναι δόμεναι, θεῖναι θέμεναι, ἑνὸς δὲ φωνηέντος παραλήγοντος, φυλάσσουσιν αὐτὸ πρὸ τῆς με συλλαβῆς, οἷον στῆναι στήμεναι, βῆναι</w:t>
      </w:r>
    </w:p>
    <w:p>
      <w:r>
        <w:rPr>
          <w:rFonts w:ascii="Courier New" w:hAnsi="Courier New"/>
          <w:color w:val="555555"/>
          <w:sz w:val="20"/>
        </w:rPr>
        <w:t>[15]</w:t>
      </w:r>
    </w:p>
    <w:p>
      <w:r>
        <w:rPr>
          <w:rFonts w:ascii="Gentium Plus" w:hAnsi="Gentium Plus"/>
          <w:sz w:val="24"/>
        </w:rPr>
        <w:t>βήμεναι ....〉. [ἐλθέμεναι] Αἰολικῶς.</w:t>
      </w:r>
    </w:p>
    <w:p>
      <w:r>
        <w:rPr>
          <w:rFonts w:ascii="Courier New" w:hAnsi="Courier New"/>
          <w:color w:val="555555"/>
          <w:sz w:val="20"/>
        </w:rPr>
        <w:t>[1 . 152]</w:t>
      </w:r>
    </w:p>
    <w:p>
      <w:r>
        <w:rPr>
          <w:rFonts w:ascii="Gentium Plus" w:hAnsi="Gentium Plus"/>
          <w:sz w:val="24"/>
        </w:rPr>
        <w:t>αἰχμητάων] αἰχμητὰς τοὺς Τρῶάς φησιν πρὸς φόβον τοῦ Ἀγα‐ μέμνονος.</w:t>
      </w:r>
    </w:p>
    <w:p>
      <w:r>
        <w:rPr>
          <w:rFonts w:ascii="Courier New" w:hAnsi="Courier New"/>
          <w:color w:val="555555"/>
          <w:sz w:val="20"/>
        </w:rPr>
        <w:t>[1 . 153]</w:t>
      </w:r>
    </w:p>
    <w:p>
      <w:r>
        <w:rPr>
          <w:rFonts w:ascii="Gentium Plus" w:hAnsi="Gentium Plus"/>
          <w:sz w:val="24"/>
        </w:rPr>
        <w:t>[ἐπεὶ οὔτι μοι αἴτιοί εἰσιν] ὡς κοιναὶ συλλαβαὶ βραχεῖαι αἱ δίφθογγοι αὗται 〈νομ〉ίζονται.</w:t>
      </w:r>
    </w:p>
    <w:p>
      <w:r>
        <w:rPr>
          <w:rFonts w:ascii="Courier New" w:hAnsi="Courier New"/>
          <w:color w:val="555555"/>
          <w:sz w:val="20"/>
        </w:rPr>
        <w:t>[1 . 154]</w:t>
      </w:r>
    </w:p>
    <w:p>
      <w:r>
        <w:rPr>
          <w:rFonts w:ascii="Gentium Plus" w:hAnsi="Gentium Plus"/>
          <w:sz w:val="24"/>
        </w:rPr>
        <w:t>οὐ γὰρ πώποτε] τὰς αἰτίας ὑπογράφει δι’ ἃς 〈φιλεῖ ὁ〉 πόλεμος γίνεσθαι, οὐ διὰ γύναιον. [βοῦς] Ἀττικῶς.</w:t>
      </w:r>
    </w:p>
    <w:p>
      <w:r>
        <w:rPr>
          <w:rFonts w:ascii="Courier New" w:hAnsi="Courier New"/>
          <w:color w:val="555555"/>
          <w:sz w:val="20"/>
        </w:rPr>
        <w:t>[1 . 155]</w:t>
      </w:r>
    </w:p>
    <w:p>
      <w:r>
        <w:rPr>
          <w:rFonts w:ascii="Gentium Plus" w:hAnsi="Gentium Plus"/>
          <w:sz w:val="24"/>
        </w:rPr>
        <w:t>ἐν Φθίῃ] πόλις Θετταλίας παραθαλασσ〈ία〉, πατρὶς Ἀχιλλέως.</w:t>
      </w:r>
    </w:p>
    <w:p>
      <w:r>
        <w:rPr>
          <w:rFonts w:ascii="Courier New" w:hAnsi="Courier New"/>
          <w:color w:val="555555"/>
          <w:sz w:val="20"/>
        </w:rPr>
        <w:t>[1 . 156]</w:t>
      </w:r>
    </w:p>
    <w:p>
      <w:r>
        <w:rPr>
          <w:rFonts w:ascii="Gentium Plus" w:hAnsi="Gentium Plus"/>
          <w:sz w:val="24"/>
        </w:rPr>
        <w:t>[ἐπεὶ ἧ] Ἀττικῶς.</w:t>
      </w:r>
    </w:p>
    <w:p>
      <w:r>
        <w:rPr>
          <w:rFonts w:ascii="Courier New" w:hAnsi="Courier New"/>
          <w:color w:val="555555"/>
          <w:sz w:val="20"/>
        </w:rPr>
        <w:t>[1 . 157]</w:t>
      </w:r>
    </w:p>
    <w:p>
      <w:r>
        <w:rPr>
          <w:rFonts w:ascii="Gentium Plus" w:hAnsi="Gentium Plus"/>
          <w:sz w:val="24"/>
        </w:rPr>
        <w:t>οὔρεα] Ἰωνικῶς. θάλασσά τε ἠχήεσσα] ἀπὸ τῆς τῶν κυμάτων κινήσεως. ὁ δὲ λόγος· οὐδέποτε ἠδίκησαν—ἀστυγείτονα.</w:t>
      </w:r>
    </w:p>
    <w:p>
      <w:r>
        <w:rPr>
          <w:rFonts w:ascii="Courier New" w:hAnsi="Courier New"/>
          <w:color w:val="555555"/>
          <w:sz w:val="20"/>
        </w:rPr>
        <w:t>[1 . 158]</w:t>
      </w:r>
    </w:p>
    <w:p>
      <w:r>
        <w:rPr>
          <w:rFonts w:ascii="Gentium Plus" w:hAnsi="Gentium Plus"/>
          <w:sz w:val="24"/>
        </w:rPr>
        <w:t>ἀλλὰ σοὶ ὦ μέγ’ ἀναιδές] τοῦτο δὲ παρά τισιν οὕτως ἐπιτάσ‐ σεται· «ἀλλὰ σοὶ ὁμοῦ πάντες ἠκολουθήσαμεν ὅπως χαίρῃς, ἀρνύμε‐ νοι (ἀντὶ τοῦ παρέχοντες) 〈τιμὴν〉 παρὰ τῶν Τρώων τῷ Μενελέῳ καὶ σοί.» αὕτη δὲ ἡ σύνταξίς ἐστιν ὕποπτος, ἡ δὲ κρείττων ἐστὶν αὕ‐</w:t>
      </w:r>
    </w:p>
    <w:p>
      <w:r>
        <w:rPr>
          <w:rFonts w:ascii="Courier New" w:hAnsi="Courier New"/>
          <w:color w:val="555555"/>
          <w:sz w:val="20"/>
        </w:rPr>
        <w:t>[5]</w:t>
      </w:r>
    </w:p>
    <w:p>
      <w:r>
        <w:rPr>
          <w:rFonts w:ascii="Gentium Plus" w:hAnsi="Gentium Plus"/>
          <w:sz w:val="24"/>
        </w:rPr>
        <w:t>τη· «ἀρνύμενοι (ἀντὶ τοῦ καταλλασσόμενοι) τιμωρίαν 〈Τρ〉ωσὶ χάριν σοῦ καὶ τοῦ Μενελέω, οἱονεὶ ἐτιμώρησαν ἐκεῖνοι ἡμᾶς, τιμωροῦμεν ἡμεῖς ἐκείνους.» τὸ δὲ «ἀρνύμενοι» ἀντὶ τοῦ καταλλασσόμενοι ἐκ τοῦ παλαιοῦ ἐπεκράτησεν.</w:t>
      </w:r>
    </w:p>
    <w:p>
      <w:r>
        <w:rPr>
          <w:rFonts w:ascii="Courier New" w:hAnsi="Courier New"/>
          <w:color w:val="555555"/>
          <w:sz w:val="20"/>
        </w:rPr>
        <w:t>[1 158bis]</w:t>
      </w:r>
    </w:p>
    <w:p>
      <w:r>
        <w:rPr>
          <w:rFonts w:ascii="Gentium Plus" w:hAnsi="Gentium Plus"/>
          <w:sz w:val="24"/>
        </w:rPr>
        <w:t>[ἀρνύμενοι] 〈ἐκ τοῦ ἀρνὸς καὶ τοῦ ὑμήν, τὸ δέρμα〉· καὶ γὰρ ποιούμενοι τὰ συναλλάγματα καὶ τὰς πραγματείας διὰ 〈δερμά〉των ἀρνῶν ἐποιοῦντο, καθὰ καὶ μέχρι τοῦ νῦν τινὰ ἔθνη διὰ δερμάτων ποιοῦνται τὴν πραγματείαν.</w:t>
      </w:r>
    </w:p>
    <w:p>
      <w:r>
        <w:rPr>
          <w:rFonts w:ascii="Courier New" w:hAnsi="Courier New"/>
          <w:color w:val="555555"/>
          <w:sz w:val="20"/>
        </w:rPr>
        <w:t>[1 . 160]</w:t>
      </w:r>
    </w:p>
    <w:p>
      <w:r>
        <w:rPr>
          <w:rFonts w:ascii="Gentium Plus" w:hAnsi="Gentium Plus"/>
          <w:sz w:val="24"/>
        </w:rPr>
        <w:t>[τῶν] τῶν Τρώων, ἢ ἡμῶν τῶν π〈ερὶ〉 σοῦ κινδυνευόντων. οὐδ’ ἀλεγίζεις] οὐδὲ λόγον 〈ἔχων〉, ὡς ἐχθρῶν σου. [ἀλεγίζεις] Ἀττικῶς.</w:t>
      </w:r>
    </w:p>
    <w:p>
      <w:r>
        <w:rPr>
          <w:rFonts w:ascii="Courier New" w:hAnsi="Courier New"/>
          <w:color w:val="555555"/>
          <w:sz w:val="20"/>
        </w:rPr>
        <w:t>[1 . 162]</w:t>
      </w:r>
    </w:p>
    <w:p>
      <w:r>
        <w:rPr>
          <w:rFonts w:ascii="Gentium Plus" w:hAnsi="Gentium Plus"/>
          <w:sz w:val="24"/>
        </w:rPr>
        <w:t>ᾧ ἔπι πολλὰ] ἐφ’ ᾧ. ἀναστροφὴ ὁ τρόπος—ᾧ ἔπι, ἐφ’ ᾧ. [ᾧ ἔπι] ἀναστροφὴ τὸ σχῆμα.</w:t>
      </w:r>
    </w:p>
    <w:p>
      <w:r>
        <w:rPr>
          <w:rFonts w:ascii="Courier New" w:hAnsi="Courier New"/>
          <w:color w:val="555555"/>
          <w:sz w:val="20"/>
        </w:rPr>
        <w:t>[1 . 163]</w:t>
      </w:r>
    </w:p>
    <w:p>
      <w:r>
        <w:rPr>
          <w:rFonts w:ascii="Gentium Plus" w:hAnsi="Gentium Plus"/>
          <w:sz w:val="24"/>
        </w:rPr>
        <w:t>ἔχω] ἀντὶ τοῦ ἔσχον, ἐναργοῦς δὲ ἀπαγ[γελίας] τὰ γεγονότα</w:t>
      </w:r>
    </w:p>
    <w:p>
      <w:r>
        <w:rPr>
          <w:rFonts w:ascii="Courier New" w:hAnsi="Courier New"/>
          <w:color w:val="555555"/>
          <w:sz w:val="20"/>
        </w:rPr>
        <w:t>[5]</w:t>
      </w:r>
    </w:p>
    <w:p>
      <w:r>
        <w:rPr>
          <w:rFonts w:ascii="Gentium Plus" w:hAnsi="Gentium Plus"/>
          <w:sz w:val="24"/>
        </w:rPr>
        <w:t>ἶσον] 〈παρὰ τὸ〉 ἴσκω τὸ ὁμοιῶ, ὄνομα ῥηματικόν. τὸ δὲ ι κατὰ μὲν τὸν ποιητὴν μακρὸν 〈προφέρε〉ται, κατὰ δὲ τοὺς πεζολόγους βραχὺ, κατὰ δὲ τοὺς ἰαμβογράφους ἐπαμφοτερίζει, ὡς τὸ «Ἆρες Ἄρες» (Il. V, 31, 453) καὶ τὰ ὁμοῖα.</w:t>
      </w:r>
    </w:p>
    <w:p>
      <w:r>
        <w:rPr>
          <w:rFonts w:ascii="Courier New" w:hAnsi="Courier New"/>
          <w:color w:val="555555"/>
          <w:sz w:val="20"/>
        </w:rPr>
        <w:t>[1 . 166]</w:t>
      </w:r>
    </w:p>
    <w:p>
      <w:r>
        <w:rPr>
          <w:rFonts w:ascii="Gentium Plus" w:hAnsi="Gentium Plus"/>
          <w:sz w:val="24"/>
        </w:rPr>
        <w:t>ἀτὰρ ἤν ποτε] ζητεῖται πότερον τὸ «ἀτάρ» κατ’ ἀποβολὴν τοῦ υ 〈ἐκ τοῦ αὐτάρ ἐκφέρεται, ἢ τὸ αὐτάρ ἐκ τοῦ ἀτάρ κατὰ πλεονασμὸν τοῦ υ. καί φαμεν ὅτι εἰ ἦν τὸ ἀτάρ ἐκ τοῦ αὐτάρ κατ’ ἀποβολὴν τοῦ υ〉, ἐξέτεινεν 〈ἂν τὸ δίχρονον〉, ὡς τὸ κ〈αίω〉 κάω, ναίω νάω. ἀλλ’ οὐδὲ</w:t>
      </w:r>
    </w:p>
    <w:p>
      <w:r>
        <w:rPr>
          <w:rFonts w:ascii="Courier New" w:hAnsi="Courier New"/>
          <w:color w:val="555555"/>
          <w:sz w:val="20"/>
        </w:rPr>
        <w:t>[5]</w:t>
      </w:r>
    </w:p>
    <w:p>
      <w:r>
        <w:rPr>
          <w:rFonts w:ascii="Gentium Plus" w:hAnsi="Gentium Plus"/>
          <w:sz w:val="24"/>
        </w:rPr>
        <w:t>πάλιν τὸ αὐτάρ κατὰ πλεονασμὸν Αἰολικὸν τοῦ υ ἐκ τοῦ ἀτάρ· ἐπὶ γὰρ τῶν καθαριευόντων τοῦτο ποιοῦσιν, Ἄρεος Ἄρευος, ἢ ἐχόντων τὸ ῥ. φαμὲν οὖν ποιητικὸν πλεονασμὸν εἶναι τοῦ υ ἐν τῷ αὐτάρ.</w:t>
      </w:r>
    </w:p>
    <w:p>
      <w:r>
        <w:rPr>
          <w:rFonts w:ascii="Courier New" w:hAnsi="Courier New"/>
          <w:color w:val="555555"/>
          <w:sz w:val="20"/>
        </w:rPr>
        <w:t>[1 . 167]</w:t>
      </w:r>
    </w:p>
    <w:p>
      <w:r>
        <w:rPr>
          <w:rFonts w:ascii="Gentium Plus" w:hAnsi="Gentium Plus"/>
          <w:sz w:val="24"/>
        </w:rPr>
        <w:t>ἐγὼ δ’ ὀλίγον 〈τε φίλον τε]〉 〈φίλον〉 διὰ τὸ ἐξ ἰδίων— πονεῖν.</w:t>
      </w:r>
    </w:p>
    <w:p>
      <w:r>
        <w:rPr>
          <w:rFonts w:ascii="Courier New" w:hAnsi="Courier New"/>
          <w:color w:val="555555"/>
          <w:sz w:val="20"/>
        </w:rPr>
        <w:t>[1 . 168]</w:t>
      </w:r>
    </w:p>
    <w:p>
      <w:r>
        <w:rPr>
          <w:rFonts w:ascii="Gentium Plus" w:hAnsi="Gentium Plus"/>
          <w:sz w:val="24"/>
        </w:rPr>
        <w:t>ἐπὴν κεκάμω] ἀντίπτωσις· ὤφελε γὰρ εἰπεῖν· «ὑφ’ οὗ καμὼν καὶ ἱδρώσας πολεμήσω».</w:t>
      </w:r>
    </w:p>
    <w:p>
      <w:r>
        <w:rPr>
          <w:rFonts w:ascii="Courier New" w:hAnsi="Courier New"/>
          <w:color w:val="555555"/>
          <w:sz w:val="20"/>
        </w:rPr>
        <w:t>[1 . 169]</w:t>
      </w:r>
    </w:p>
    <w:p>
      <w:r>
        <w:rPr>
          <w:rFonts w:ascii="Gentium Plus" w:hAnsi="Gentium Plus"/>
          <w:sz w:val="24"/>
        </w:rPr>
        <w:t>νῦν εἶμι Φθίην] νῦν οὖν πορεύομαι πρὸς τὴν ἐμὴν πόλιν Φθίαν. ὁ δὲ νοῦς ὑπερβατόν· νῦν εἶμι Φθίηνδε—πολὺν πλοῦτον σχεῖν.</w:t>
      </w:r>
    </w:p>
    <w:p>
      <w:r>
        <w:rPr>
          <w:rFonts w:ascii="Courier New" w:hAnsi="Courier New"/>
          <w:color w:val="555555"/>
          <w:sz w:val="20"/>
        </w:rPr>
        <w:t>[1 . 170]</w:t>
      </w:r>
    </w:p>
    <w:p>
      <w:r>
        <w:rPr>
          <w:rFonts w:ascii="Gentium Plus" w:hAnsi="Gentium Plus"/>
          <w:sz w:val="24"/>
        </w:rPr>
        <w:t>κορωνίσιν] ἐπικαμπεῖς—τὸ μέλαν. οὐδέ ς’ ὀΐω] ἀντίπτωσις· «οὐδέ ς’ ὀΐω ἄφενος καὶ πλοῦτον ἀφύξειν καὶ συνάξειν ἐνθάδ’ ἄτιμος ἐών» ἀντὶ τοῦ «ἐμοῦ ἀτίμου ὄντος». ὑπερβατὸν δὲ .... «νῦν εἶμι Φθίην σὺν νηυσὶ κορωνίσι», εἶτα τὸ</w:t>
      </w:r>
    </w:p>
    <w:p>
      <w:r>
        <w:rPr>
          <w:rFonts w:ascii="Courier New" w:hAnsi="Courier New"/>
          <w:color w:val="555555"/>
          <w:sz w:val="20"/>
        </w:rPr>
        <w:t>[5]</w:t>
      </w:r>
    </w:p>
    <w:p>
      <w:r>
        <w:rPr>
          <w:rFonts w:ascii="Gentium Plus" w:hAnsi="Gentium Plus"/>
          <w:sz w:val="24"/>
        </w:rPr>
        <w:t>«οὐδέ ς’ ὀΐω».</w:t>
      </w:r>
    </w:p>
    <w:p>
      <w:r>
        <w:rPr>
          <w:rFonts w:ascii="Courier New" w:hAnsi="Courier New"/>
          <w:color w:val="555555"/>
          <w:sz w:val="20"/>
        </w:rPr>
        <w:t>[1 . 171]</w:t>
      </w:r>
    </w:p>
    <w:p>
      <w:r>
        <w:rPr>
          <w:rFonts w:ascii="Gentium Plus" w:hAnsi="Gentium Plus"/>
          <w:sz w:val="24"/>
        </w:rPr>
        <w:t>ἐνθάδε 〈ἄτιμος ἐών〉] ἐνταῦθα ἀτιμαζόμενος. ἐνήλλακται δὲ ἡ πτῶσις· ἀντὶ γὰρ γενικῆς κέχρηται ὀνομαστικῇ, ὅ ἐστι σχῆμα. ἄφενος] κυρίως «ἄφενος» λέγεται ὁ ἀφ’ ἑνὸς ἐνιαυτοῦ περιουσίαν ἔχων, πλούσιος δὲ ὁ 〈ἀπὸ〉 πολλῶν.</w:t>
      </w:r>
    </w:p>
    <w:p>
      <w:r>
        <w:rPr>
          <w:rFonts w:ascii="Courier New" w:hAnsi="Courier New"/>
          <w:color w:val="555555"/>
          <w:sz w:val="20"/>
        </w:rPr>
        <w:t>[5]</w:t>
      </w:r>
    </w:p>
    <w:p>
      <w:r>
        <w:rPr>
          <w:rFonts w:ascii="Gentium Plus" w:hAnsi="Gentium Plus"/>
          <w:sz w:val="24"/>
        </w:rPr>
        <w:t>ἄλλως· ὁ ποιητὴς οὐδετέρως χρῆται τῇ λέξει. τινὲς δὲ καὶ ἀρσενι‐ κῶς. γίνεται δὲ ἐκ τοῦ 〈ἕνος, ὅ〉 σημαίνει τὸν ἐνιαυτὸν, ἄφενος προ‐ παροξυτόνως, ἀφενός δὲ ὀξυτόνως ὁ ἄνθρωπος ὁ πλήρης, ἐκ τοῦ ἑνός, 〈τοῦτο δὲ〉 ἐκ τοῦ ἕω τοῦ πληρῶ.</w:t>
      </w:r>
    </w:p>
    <w:p>
      <w:r>
        <w:rPr>
          <w:rFonts w:ascii="Courier New" w:hAnsi="Courier New"/>
          <w:color w:val="555555"/>
          <w:sz w:val="20"/>
        </w:rPr>
        <w:t>[1 . 173]</w:t>
      </w:r>
    </w:p>
    <w:p>
      <w:r>
        <w:rPr>
          <w:rFonts w:ascii="Gentium Plus" w:hAnsi="Gentium Plus"/>
          <w:sz w:val="24"/>
        </w:rPr>
        <w:t>φεῦγε μάλ’ εἴ τοι] τὴν ὑποχώρησιν φυγὴν ὀνομάζει καταισχύ‐ νων Ἀχιλλέα. [θυμὸς] τὸ θυμὸς σημαίνει θʹ. [ἔγωγε] Ἀττικῶς.</w:t>
      </w:r>
    </w:p>
    <w:p>
      <w:r>
        <w:rPr>
          <w:rFonts w:ascii="Courier New" w:hAnsi="Courier New"/>
          <w:color w:val="555555"/>
          <w:sz w:val="20"/>
        </w:rPr>
        <w:t>[1 . 174]</w:t>
      </w:r>
    </w:p>
    <w:p>
      <w:r>
        <w:rPr>
          <w:rFonts w:ascii="Gentium Plus" w:hAnsi="Gentium Plus"/>
          <w:sz w:val="24"/>
        </w:rPr>
        <w:t>[εἵνεκ’ ἐμεῖο] Ἀττικῶς.</w:t>
      </w:r>
    </w:p>
    <w:p>
      <w:r>
        <w:rPr>
          <w:rFonts w:ascii="Courier New" w:hAnsi="Courier New"/>
          <w:color w:val="555555"/>
          <w:sz w:val="20"/>
        </w:rPr>
        <w:t>[1 . 175]</w:t>
      </w:r>
    </w:p>
    <w:p>
      <w:r>
        <w:rPr>
          <w:rFonts w:ascii="Gentium Plus" w:hAnsi="Gentium Plus"/>
          <w:sz w:val="24"/>
        </w:rPr>
        <w:t>μητίετα Ζεύς] ἀντὶ τοῦ μητιέτης ὅ ἐστι βουλευτικώτατος. Βοι‐ ωτῶν καὶ Αἰολέων ὁ τοιοῦτος τῶν ὀνομάτων—ἐπὶ τῆς εὐθείας εἰς α λήγει οὕτως. μητίετα] ἐκ τοῦ μήδω τοῦ βουλεύομαι μήσω, μῆσις καὶ τροπῇ τοῦ</w:t>
      </w:r>
    </w:p>
    <w:p>
      <w:r>
        <w:rPr>
          <w:rFonts w:ascii="Courier New" w:hAnsi="Courier New"/>
          <w:color w:val="555555"/>
          <w:sz w:val="20"/>
        </w:rPr>
        <w:t>[5]</w:t>
      </w:r>
    </w:p>
    <w:p>
      <w:r>
        <w:rPr>
          <w:rFonts w:ascii="Gentium Plus" w:hAnsi="Gentium Plus"/>
          <w:sz w:val="24"/>
        </w:rPr>
        <w:t>ς εἰς τ μῆτις. ἐχρῆν δὲ παροξύνεσθαι, εἴ γε τὰ εἰς της λήγοντα βα‐ ρύτονα βραχείᾳ παραληγόμενα ἀπρόσληπτα τοῦ ς ἐπὶ γενικῆς καὶ 〈ἐπὶ〉 κλητικῆς παροξύνονται· οἰκέτα 〈φυλέτα〉 εὐν〈έτα. παραλόγωσ〉 ἄρα ἡ εὐρύοπα, δέσποτα 〈καὶ〉 μητίετα· ἔστιν οὖν εἰπεῖν ὅτι ἀπὸ τοῦ μητίτα κατὰ πλεονασμὸν τοῦ ε, καὶ συστολῇ τοῦ ι ἀπὸ τῆς εὐθείας</w:t>
      </w:r>
    </w:p>
    <w:p>
      <w:r>
        <w:rPr>
          <w:rFonts w:ascii="Courier New" w:hAnsi="Courier New"/>
          <w:color w:val="555555"/>
          <w:sz w:val="20"/>
        </w:rPr>
        <w:t>[10]</w:t>
      </w:r>
    </w:p>
    <w:p>
      <w:r>
        <w:rPr>
          <w:rFonts w:ascii="Gentium Plus" w:hAnsi="Gentium Plus"/>
          <w:sz w:val="24"/>
        </w:rPr>
        <w:t>〈μητίτησ〉 γέγονε μητίετα, καὶ ὁ τόνος ἐπὶ τοῦ αὐτοῦ τόπου ἔμεινε μετὰ 〈τὸν〉 πλεονασμόν.</w:t>
      </w:r>
    </w:p>
    <w:p>
      <w:r>
        <w:rPr>
          <w:rFonts w:ascii="Courier New" w:hAnsi="Courier New"/>
          <w:color w:val="555555"/>
          <w:sz w:val="20"/>
        </w:rPr>
        <w:t>[1 . 176]</w:t>
      </w:r>
    </w:p>
    <w:p>
      <w:r>
        <w:rPr>
          <w:rFonts w:ascii="Gentium Plus" w:hAnsi="Gentium Plus"/>
          <w:sz w:val="24"/>
        </w:rPr>
        <w:t>Διοτρεφέων] τῶν σὺν τῇ Διὸς γνώμῃ—βασιλῆες.»</w:t>
      </w:r>
    </w:p>
    <w:p>
      <w:r>
        <w:rPr>
          <w:rFonts w:ascii="Courier New" w:hAnsi="Courier New"/>
          <w:color w:val="555555"/>
          <w:sz w:val="20"/>
        </w:rPr>
        <w:t>[1 . 177]</w:t>
      </w:r>
    </w:p>
    <w:p>
      <w:r>
        <w:rPr>
          <w:rFonts w:ascii="Gentium Plus" w:hAnsi="Gentium Plus"/>
          <w:sz w:val="24"/>
        </w:rPr>
        <w:t>ἀεὶ γάρ τοι] τὰ πλεονεκτήματα—σιωπηλὸν δόλιον. πόλεμοι] εἴρηται οἱονεὶ πολύαιμός τις ὤν.</w:t>
      </w:r>
    </w:p>
    <w:p>
      <w:r>
        <w:rPr>
          <w:rFonts w:ascii="Courier New" w:hAnsi="Courier New"/>
          <w:color w:val="555555"/>
          <w:sz w:val="20"/>
        </w:rPr>
        <w:t>[1 . 180]</w:t>
      </w:r>
    </w:p>
    <w:p>
      <w:r>
        <w:rPr>
          <w:rFonts w:ascii="Gentium Plus" w:hAnsi="Gentium Plus"/>
          <w:sz w:val="24"/>
        </w:rPr>
        <w:t>Μυρμιδόνεσσι] ζητεῖται πόθεν κέκληνται Μυρμίδονες. ὁ Αἰα‐ κὸς τοῦ Διὸς ἦν υἱὸς καὶ ἐβασίλευεν 〈ἐν Αἰγίνῃ〉. λέγεται οὖν ὅτι θεω‐ ρῶν τὴν αὑτοῦ χώραν ὀλιγανδροῦσαν ηὔξατο τῷ Διὶ, ὁ δὲ τοὺς μύρ‐ μηκας ἐποίησεν ἀνθρώπους, καὶ διὰ τοῦτο Μυρμίδονες κέκληνται.</w:t>
      </w:r>
    </w:p>
    <w:p>
      <w:r>
        <w:rPr>
          <w:rFonts w:ascii="Courier New" w:hAnsi="Courier New"/>
          <w:color w:val="555555"/>
          <w:sz w:val="20"/>
        </w:rPr>
        <w:t>[1 . 181]</w:t>
      </w:r>
    </w:p>
    <w:p>
      <w:r>
        <w:rPr>
          <w:rFonts w:ascii="Gentium Plus" w:hAnsi="Gentium Plus"/>
          <w:sz w:val="24"/>
        </w:rPr>
        <w:t>οὐδ’ ὄθομαι] ἐπιστροφὴν ποιοῦμαι. παρὰ τὸ ὄτοβος, ὃ σημαίνει τάραχον, ὅθεν καὶ τὸ ὠθῶ τὸ κινῶ.</w:t>
      </w:r>
    </w:p>
    <w:p>
      <w:r>
        <w:rPr>
          <w:rFonts w:ascii="Courier New" w:hAnsi="Courier New"/>
          <w:color w:val="555555"/>
          <w:sz w:val="20"/>
        </w:rPr>
        <w:t>[1 . 182]</w:t>
      </w:r>
    </w:p>
    <w:p>
      <w:r>
        <w:rPr>
          <w:rFonts w:ascii="Gentium Plus" w:hAnsi="Gentium Plus"/>
          <w:sz w:val="24"/>
        </w:rPr>
        <w:t>ὡς ἔμ’ ἀφαιρεῖται] πιθανῶς τὸν θεόν φησιν ἀφαιρεῖσθαι τὸ γέρας, ἵνα μὴ ὕποπτος γένηται ὡς μισῶν αὐτοὺς, ἢ ἵνα μὴ χάριν ἔχωσι τῷ Ἀχιλλεῖ.</w:t>
      </w:r>
    </w:p>
    <w:p>
      <w:r>
        <w:rPr>
          <w:rFonts w:ascii="Courier New" w:hAnsi="Courier New"/>
          <w:color w:val="555555"/>
          <w:sz w:val="20"/>
        </w:rPr>
        <w:t>[1 . 183]</w:t>
      </w:r>
    </w:p>
    <w:p>
      <w:r>
        <w:rPr>
          <w:rFonts w:ascii="Gentium Plus" w:hAnsi="Gentium Plus"/>
          <w:sz w:val="24"/>
        </w:rPr>
        <w:t>σὺν νηΐ τ’ ἐμῇ] ἵνα μὴ δοκῇ ἄκων ἀπολύειν τὴν γυναῖκα. κλισίην] ἐκ τοῦ κλίνω κλισίη, 〈εἰσ〉 ἣν ὄντες ἐν ὁδῷ κατακλινόμεθα πρὸς κατάλυσιν.</w:t>
      </w:r>
    </w:p>
    <w:p>
      <w:r>
        <w:rPr>
          <w:rFonts w:ascii="Courier New" w:hAnsi="Courier New"/>
          <w:color w:val="555555"/>
          <w:sz w:val="20"/>
        </w:rPr>
        <w:t>[1 . 187]</w:t>
      </w:r>
    </w:p>
    <w:p>
      <w:r>
        <w:rPr>
          <w:rFonts w:ascii="Gentium Plus" w:hAnsi="Gentium Plus"/>
          <w:sz w:val="24"/>
        </w:rPr>
        <w:t>ἄντην] ἀπὸ τοῦ ἄντω. τοῦτο παρὰ τὴν ἀντί πρόθεσιν. τὰ δὲ εἰς ν ἐπιρρήματα διὰ τοῦ η γράφονται· προχύδην, μίγδην.</w:t>
      </w:r>
    </w:p>
    <w:p>
      <w:r>
        <w:rPr>
          <w:rFonts w:ascii="Courier New" w:hAnsi="Courier New"/>
          <w:color w:val="555555"/>
          <w:sz w:val="20"/>
        </w:rPr>
        <w:t>[1 . 188]</w:t>
      </w:r>
    </w:p>
    <w:p>
      <w:r>
        <w:rPr>
          <w:rFonts w:ascii="Gentium Plus" w:hAnsi="Gentium Plus"/>
          <w:sz w:val="24"/>
        </w:rPr>
        <w:t>Πηλείωνι] πατρωνυμικὸν δευτέρου τρόπου. τὰ δὲ εἰς ων πα‐ τρονυμικὰ φυλάττουσι τὸ ω καὶ ἐπὶ γενικῆς.</w:t>
      </w:r>
    </w:p>
    <w:p>
      <w:r>
        <w:rPr>
          <w:rFonts w:ascii="Courier New" w:hAnsi="Courier New"/>
          <w:color w:val="555555"/>
          <w:sz w:val="20"/>
        </w:rPr>
        <w:t>[1 . 189]</w:t>
      </w:r>
    </w:p>
    <w:p>
      <w:r>
        <w:rPr>
          <w:rFonts w:ascii="Gentium Plus" w:hAnsi="Gentium Plus"/>
          <w:sz w:val="24"/>
        </w:rPr>
        <w:t>στήθεσσιν λασίοισι] λάσιον τὸ θερμόν· ἡ θερμὴ γὰρ αἰτία τῆς τῶν τριχῶν ἐκφύσεως. ἐμφαίνει 〈δὲ〉 τὸ θυμικόν.</w:t>
      </w:r>
    </w:p>
    <w:p>
      <w:r>
        <w:rPr>
          <w:rFonts w:ascii="Courier New" w:hAnsi="Courier New"/>
          <w:color w:val="555555"/>
          <w:sz w:val="20"/>
        </w:rPr>
        <w:t>[5]</w:t>
      </w:r>
    </w:p>
    <w:p>
      <w:r>
        <w:rPr>
          <w:rFonts w:ascii="Gentium Plus" w:hAnsi="Gentium Plus"/>
          <w:sz w:val="24"/>
        </w:rPr>
        <w:t>Gen. ajoute καὶ τοῦ σώματος. λασίοισι] ἐκ τοῦ λα—νοήματος. διάνδιχα] ὁτὲ μὲν ὀργιζόμενος, ὁτὲ δὲ ἐπιλ〈ογιζόμενοσ〉, ὑφ’ οὗ ἂν ἐνικᾶτο ὡς νέος, εἰ μὴ ἐχρήσατο τῇ τελείᾳ φρονήσει.</w:t>
      </w:r>
    </w:p>
    <w:p>
      <w:r>
        <w:rPr>
          <w:rFonts w:ascii="Courier New" w:hAnsi="Courier New"/>
          <w:color w:val="555555"/>
          <w:sz w:val="20"/>
        </w:rPr>
        <w:t>[1 . 193]</w:t>
      </w:r>
    </w:p>
    <w:p>
      <w:r>
        <w:rPr>
          <w:rFonts w:ascii="Gentium Plus" w:hAnsi="Gentium Plus"/>
          <w:sz w:val="24"/>
        </w:rPr>
        <w:t>[ἕως ὃ ταῦτα·] κοινὴ συλλαβὴ τὸ ὅ.</w:t>
      </w:r>
    </w:p>
    <w:p>
      <w:r>
        <w:rPr>
          <w:rFonts w:ascii="Courier New" w:hAnsi="Courier New"/>
          <w:color w:val="555555"/>
          <w:sz w:val="20"/>
        </w:rPr>
        <w:t>[1 . 197]</w:t>
      </w:r>
    </w:p>
    <w:p>
      <w:r>
        <w:rPr>
          <w:rFonts w:ascii="Gentium Plus" w:hAnsi="Gentium Plus"/>
          <w:sz w:val="24"/>
        </w:rPr>
        <w:t>[κομῆς] τῆς 〈τρι〉χώσεως. εἴρητο παρὰ τὸ κόσμον 〈εἶναι τὰς τρίχασ〉 τοῦ σώματος.</w:t>
      </w:r>
    </w:p>
    <w:p>
      <w:r>
        <w:rPr>
          <w:rFonts w:ascii="Courier New" w:hAnsi="Courier New"/>
          <w:color w:val="555555"/>
          <w:sz w:val="20"/>
        </w:rPr>
        <w:t>[1 . 198]</w:t>
      </w:r>
    </w:p>
    <w:p>
      <w:r>
        <w:rPr>
          <w:rFonts w:ascii="Gentium Plus" w:hAnsi="Gentium Plus"/>
          <w:sz w:val="24"/>
        </w:rPr>
        <w:t>[οἴῳ φαινομένη] μόνῳ αὐτῷ φαινομένη· μ〈όνοσ〉 γὰρ αὐτὸς τὸν οἰκεῖον δαίμονα καὶ τὴν ἐν αὑτῷ φρόνησιν ἑ〈ώρ〉α.</w:t>
      </w:r>
    </w:p>
    <w:p>
      <w:r>
        <w:rPr>
          <w:rFonts w:ascii="Courier New" w:hAnsi="Courier New"/>
          <w:color w:val="555555"/>
          <w:sz w:val="20"/>
        </w:rPr>
        <w:t>[1 . 200]</w:t>
      </w:r>
    </w:p>
    <w:p>
      <w:r>
        <w:rPr>
          <w:rFonts w:ascii="Gentium Plus" w:hAnsi="Gentium Plus"/>
          <w:sz w:val="24"/>
        </w:rPr>
        <w:t>Παλλάδ’ Ἀθηναίην] τὴν δὲ Ἀθηνᾶν Παλλάδα ἐπιθετικῶς φησιν ἀπὸ τοῦ πάλλειν καὶ κραδαίνειν—προσκομίσαι τῷ Διί.</w:t>
      </w:r>
    </w:p>
    <w:p>
      <w:r>
        <w:rPr>
          <w:rFonts w:ascii="Courier New" w:hAnsi="Courier New"/>
          <w:color w:val="555555"/>
          <w:sz w:val="20"/>
        </w:rPr>
        <w:t>[1 . 201]</w:t>
      </w:r>
    </w:p>
    <w:p>
      <w:r>
        <w:rPr>
          <w:rFonts w:ascii="Gentium Plus" w:hAnsi="Gentium Plus"/>
          <w:sz w:val="24"/>
        </w:rPr>
        <w:t>[καί μιν φωνήσας] προσωποποιΐα.</w:t>
      </w:r>
    </w:p>
    <w:p>
      <w:r>
        <w:rPr>
          <w:rFonts w:ascii="Courier New" w:hAnsi="Courier New"/>
          <w:color w:val="555555"/>
          <w:sz w:val="20"/>
        </w:rPr>
        <w:t>[1 . 214]</w:t>
      </w:r>
    </w:p>
    <w:p>
      <w:r>
        <w:rPr>
          <w:rFonts w:ascii="Gentium Plus" w:hAnsi="Gentium Plus"/>
          <w:sz w:val="24"/>
        </w:rPr>
        <w:t>ὁ στίχος ὑπόρρυθμος.</w:t>
      </w:r>
    </w:p>
    <w:p>
      <w:r>
        <w:rPr>
          <w:rFonts w:ascii="Courier New" w:hAnsi="Courier New"/>
          <w:color w:val="555555"/>
          <w:sz w:val="20"/>
        </w:rPr>
        <w:t>[1 . 218]</w:t>
      </w:r>
    </w:p>
    <w:p>
      <w:r>
        <w:rPr>
          <w:rFonts w:ascii="Gentium Plus" w:hAnsi="Gentium Plus"/>
          <w:sz w:val="24"/>
        </w:rPr>
        <w:t>γνωμικῶς.</w:t>
      </w:r>
    </w:p>
    <w:p>
      <w:r>
        <w:rPr>
          <w:rFonts w:ascii="Courier New" w:hAnsi="Courier New"/>
          <w:color w:val="555555"/>
          <w:sz w:val="20"/>
        </w:rPr>
        <w:t>[1 . 221]</w:t>
      </w:r>
    </w:p>
    <w:p>
      <w:r>
        <w:rPr>
          <w:rFonts w:ascii="Gentium Plus" w:hAnsi="Gentium Plus"/>
          <w:sz w:val="24"/>
        </w:rPr>
        <w:t>[Ἀθηναίην] Ἀττικῶς.</w:t>
      </w:r>
    </w:p>
    <w:p>
      <w:r>
        <w:rPr>
          <w:rFonts w:ascii="Courier New" w:hAnsi="Courier New"/>
          <w:color w:val="555555"/>
          <w:sz w:val="20"/>
        </w:rPr>
        <w:t>[1 . 223]</w:t>
      </w:r>
    </w:p>
    <w:p>
      <w:r>
        <w:rPr>
          <w:rFonts w:ascii="Gentium Plus" w:hAnsi="Gentium Plus"/>
          <w:sz w:val="24"/>
        </w:rPr>
        <w:t>τὸ σχῆμα προκατά〈στασισ〉.</w:t>
      </w:r>
    </w:p>
    <w:p>
      <w:r>
        <w:rPr>
          <w:rFonts w:ascii="Courier New" w:hAnsi="Courier New"/>
          <w:color w:val="555555"/>
          <w:sz w:val="20"/>
        </w:rPr>
        <w:t>[1 . 225]</w:t>
      </w:r>
    </w:p>
    <w:p>
      <w:r>
        <w:rPr>
          <w:rFonts w:ascii="Gentium Plus" w:hAnsi="Gentium Plus"/>
          <w:sz w:val="24"/>
        </w:rPr>
        <w:t>τὸ σχῆμα βαρύτης.</w:t>
      </w:r>
    </w:p>
    <w:p>
      <w:r>
        <w:rPr>
          <w:rFonts w:ascii="Courier New" w:hAnsi="Courier New"/>
          <w:color w:val="555555"/>
          <w:sz w:val="20"/>
        </w:rPr>
        <w:t>[1 . 231]</w:t>
      </w:r>
    </w:p>
    <w:p>
      <w:r>
        <w:rPr>
          <w:rFonts w:ascii="Gentium Plus" w:hAnsi="Gentium Plus"/>
          <w:sz w:val="24"/>
        </w:rPr>
        <w:t>λείπει τὸ μέ.</w:t>
      </w:r>
    </w:p>
    <w:p>
      <w:r>
        <w:rPr>
          <w:rFonts w:ascii="Courier New" w:hAnsi="Courier New"/>
          <w:color w:val="555555"/>
          <w:sz w:val="20"/>
        </w:rPr>
        <w:t>[1 . 234]</w:t>
      </w:r>
    </w:p>
    <w:p>
      <w:r>
        <w:rPr>
          <w:rFonts w:ascii="Gentium Plus" w:hAnsi="Gentium Plus"/>
          <w:sz w:val="24"/>
        </w:rPr>
        <w:t>ναὶ μὰ τόδε σκῆπτρον] ναὶ μὰ τοῦτο τὸ σκῆπτρον. πεπλεόνακε τῷ μά—τῆς βασιλείας θεόν.</w:t>
      </w:r>
    </w:p>
    <w:p>
      <w:r>
        <w:rPr>
          <w:rFonts w:ascii="Courier New" w:hAnsi="Courier New"/>
          <w:color w:val="555555"/>
          <w:sz w:val="20"/>
        </w:rPr>
        <w:t>[1 . 240]</w:t>
      </w:r>
    </w:p>
    <w:p>
      <w:r>
        <w:rPr>
          <w:rFonts w:ascii="Gentium Plus" w:hAnsi="Gentium Plus"/>
          <w:sz w:val="24"/>
        </w:rPr>
        <w:t>τὸ σχῆμα τραχύτης.</w:t>
      </w:r>
    </w:p>
    <w:p>
      <w:r>
        <w:rPr>
          <w:rFonts w:ascii="Courier New" w:hAnsi="Courier New"/>
          <w:color w:val="555555"/>
          <w:sz w:val="20"/>
        </w:rPr>
        <w:t>[1 . 242]</w:t>
      </w:r>
    </w:p>
    <w:p>
      <w:r>
        <w:rPr>
          <w:rFonts w:ascii="Gentium Plus" w:hAnsi="Gentium Plus"/>
          <w:sz w:val="24"/>
        </w:rPr>
        <w:t>[ἀνδροφόνοιο] εἴωθε γὰρ τηρεῖν τὰ ἐπίθετα εὐστόχως.</w:t>
      </w:r>
    </w:p>
    <w:p>
      <w:r>
        <w:rPr>
          <w:rFonts w:ascii="Courier New" w:hAnsi="Courier New"/>
          <w:color w:val="555555"/>
          <w:sz w:val="20"/>
        </w:rPr>
        <w:t>[1 . 248]</w:t>
      </w:r>
    </w:p>
    <w:p>
      <w:r>
        <w:rPr>
          <w:rFonts w:ascii="Gentium Plus" w:hAnsi="Gentium Plus"/>
          <w:sz w:val="24"/>
        </w:rPr>
        <w:t>[ἡδυεπὴς ἀνόρουσε] οὐδὲ γὰρ γέροντα κυβερνήτην μέμψαιτο ἄν τις, κινδυνεύοντος 〈τοῦ〉 σκάφους ὑπὲρ τὸ δέον, κινούμενον.</w:t>
      </w:r>
    </w:p>
    <w:p>
      <w:r>
        <w:rPr>
          <w:rFonts w:ascii="Courier New" w:hAnsi="Courier New"/>
          <w:color w:val="555555"/>
          <w:sz w:val="20"/>
        </w:rPr>
        <w:t>[1 . 253]</w:t>
      </w:r>
    </w:p>
    <w:p>
      <w:r>
        <w:rPr>
          <w:rFonts w:ascii="Gentium Plus" w:hAnsi="Gentium Plus"/>
          <w:sz w:val="24"/>
        </w:rPr>
        <w:t>[σφιν] τόν τε Ἀγαμέμνονα 〈λέγει〉 καὶ τὸν Ἀχιλλέα.</w:t>
      </w:r>
    </w:p>
    <w:p>
      <w:r>
        <w:rPr>
          <w:rFonts w:ascii="Courier New" w:hAnsi="Courier New"/>
          <w:color w:val="555555"/>
          <w:sz w:val="20"/>
        </w:rPr>
        <w:t>[1 . 258]</w:t>
      </w:r>
    </w:p>
    <w:p>
      <w:r>
        <w:rPr>
          <w:rFonts w:ascii="Gentium Plus" w:hAnsi="Gentium Plus"/>
          <w:sz w:val="24"/>
        </w:rPr>
        <w:t>** περὶ μὲν] περισσῶς. λείπει ὑπερέχοντες. ** [περὶ δ’ ἐστὲ μάχεσθαι] περισσῶς. λείπει ὑπερέχοντες ἐν ταῖς μάχαις.</w:t>
      </w:r>
    </w:p>
    <w:p>
      <w:r>
        <w:rPr>
          <w:rFonts w:ascii="Courier New" w:hAnsi="Courier New"/>
          <w:color w:val="555555"/>
          <w:sz w:val="20"/>
        </w:rPr>
        <w:t>[1 . 261]</w:t>
      </w:r>
    </w:p>
    <w:p>
      <w:r>
        <w:rPr>
          <w:rFonts w:ascii="Gentium Plus" w:hAnsi="Gentium Plus"/>
          <w:sz w:val="24"/>
        </w:rPr>
        <w:t>** [ἀθέριζον] ἐκ μεταφορᾶς 〈τῶν ἀθέρων ἐπὶ〉 τῶν ἀνδρῶν τῶν δευτέρων, ὡς μηδὲν συντελούντων.</w:t>
      </w:r>
    </w:p>
    <w:p>
      <w:r>
        <w:rPr>
          <w:rFonts w:ascii="Courier New" w:hAnsi="Courier New"/>
          <w:color w:val="555555"/>
          <w:sz w:val="20"/>
        </w:rPr>
        <w:t>[1 . 262]</w:t>
      </w:r>
    </w:p>
    <w:p>
      <w:r>
        <w:rPr>
          <w:rFonts w:ascii="Gentium Plus" w:hAnsi="Gentium Plus"/>
          <w:sz w:val="24"/>
        </w:rPr>
        <w:t>[ἴδον] Ἰωνικῶς.</w:t>
      </w:r>
    </w:p>
    <w:p>
      <w:r>
        <w:rPr>
          <w:rFonts w:ascii="Courier New" w:hAnsi="Courier New"/>
          <w:color w:val="555555"/>
          <w:sz w:val="20"/>
        </w:rPr>
        <w:t>[1 . 274]</w:t>
      </w:r>
    </w:p>
    <w:p>
      <w:r>
        <w:rPr>
          <w:rFonts w:ascii="Gentium Plus" w:hAnsi="Gentium Plus"/>
          <w:sz w:val="24"/>
        </w:rPr>
        <w:t>** [πείθεσθαι ἄμεινον] τοῖς καλῶς λέγουσιν.</w:t>
      </w:r>
    </w:p>
    <w:p>
      <w:r>
        <w:rPr>
          <w:rFonts w:ascii="Courier New" w:hAnsi="Courier New"/>
          <w:color w:val="555555"/>
          <w:sz w:val="20"/>
        </w:rPr>
        <w:t>[1 . 284]</w:t>
      </w:r>
    </w:p>
    <w:p>
      <w:r>
        <w:rPr>
          <w:rFonts w:ascii="Gentium Plus" w:hAnsi="Gentium Plus"/>
          <w:sz w:val="24"/>
        </w:rPr>
        <w:t>[πέλεται] πέλω σημαίνει τὸ ὑπάρχω, τὸ προσεγγίζω καὶ τὸ ἀναστρέφομαι.</w:t>
      </w:r>
    </w:p>
    <w:p>
      <w:r>
        <w:rPr>
          <w:rFonts w:ascii="Courier New" w:hAnsi="Courier New"/>
          <w:color w:val="555555"/>
          <w:sz w:val="20"/>
        </w:rPr>
        <w:t>[1 . 290]</w:t>
      </w:r>
    </w:p>
    <w:p>
      <w:r>
        <w:rPr>
          <w:rFonts w:ascii="Gentium Plus" w:hAnsi="Gentium Plus"/>
          <w:sz w:val="24"/>
        </w:rPr>
        <w:t>[μιν] Δωρικῶς.</w:t>
      </w:r>
    </w:p>
    <w:p>
      <w:r>
        <w:rPr>
          <w:rFonts w:ascii="Courier New" w:hAnsi="Courier New"/>
          <w:color w:val="555555"/>
          <w:sz w:val="20"/>
        </w:rPr>
        <w:t>[1 . 302]</w:t>
      </w:r>
    </w:p>
    <w:p>
      <w:r>
        <w:rPr>
          <w:rFonts w:ascii="Gentium Plus" w:hAnsi="Gentium Plus"/>
          <w:sz w:val="24"/>
        </w:rPr>
        <w:t>[εἰ δ’, ἄγε μὴν, πείρησαι] κατὰ παρολκήν. [πείρησαι] τὸ σχῆμα κατὰ περίληψιν.</w:t>
      </w:r>
    </w:p>
    <w:p>
      <w:r>
        <w:rPr>
          <w:rFonts w:ascii="Courier New" w:hAnsi="Courier New"/>
          <w:color w:val="555555"/>
          <w:sz w:val="20"/>
        </w:rPr>
        <w:t>[1 . 308]</w:t>
      </w:r>
    </w:p>
    <w:p>
      <w:r>
        <w:rPr>
          <w:rFonts w:ascii="Gentium Plus" w:hAnsi="Gentium Plus"/>
          <w:sz w:val="24"/>
        </w:rPr>
        <w:t>[προέρυσσεν] ἡ πρό περισσὴ.</w:t>
      </w:r>
    </w:p>
    <w:p>
      <w:r>
        <w:rPr>
          <w:rFonts w:ascii="Courier New" w:hAnsi="Courier New"/>
          <w:color w:val="555555"/>
          <w:sz w:val="20"/>
        </w:rPr>
        <w:t>[1 . 310]</w:t>
      </w:r>
    </w:p>
    <w:p>
      <w:r>
        <w:rPr>
          <w:rFonts w:ascii="Gentium Plus" w:hAnsi="Gentium Plus"/>
          <w:sz w:val="24"/>
        </w:rPr>
        <w:t>[καλλιπάρῃον] Ἰωνικῶς.</w:t>
      </w:r>
    </w:p>
    <w:p>
      <w:r>
        <w:rPr>
          <w:rFonts w:ascii="Courier New" w:hAnsi="Courier New"/>
          <w:color w:val="555555"/>
          <w:sz w:val="20"/>
        </w:rPr>
        <w:t>[1 . 318]</w:t>
      </w:r>
    </w:p>
    <w:p>
      <w:r>
        <w:rPr>
          <w:rFonts w:ascii="Gentium Plus" w:hAnsi="Gentium Plus"/>
          <w:sz w:val="24"/>
        </w:rPr>
        <w:t>ἀπόθεσις.</w:t>
      </w:r>
    </w:p>
    <w:p>
      <w:r>
        <w:rPr>
          <w:rFonts w:ascii="Courier New" w:hAnsi="Courier New"/>
          <w:color w:val="555555"/>
          <w:sz w:val="20"/>
        </w:rPr>
        <w:t>[1 . 332]</w:t>
      </w:r>
    </w:p>
    <w:p>
      <w:r>
        <w:rPr>
          <w:rFonts w:ascii="Gentium Plus" w:hAnsi="Gentium Plus"/>
          <w:sz w:val="24"/>
        </w:rPr>
        <w:t>[μιν] Δωρικῶς.</w:t>
      </w:r>
    </w:p>
    <w:p>
      <w:r>
        <w:rPr>
          <w:rFonts w:ascii="Courier New" w:hAnsi="Courier New"/>
          <w:color w:val="555555"/>
          <w:sz w:val="20"/>
        </w:rPr>
        <w:t>[1 . 333]</w:t>
      </w:r>
    </w:p>
    <w:p>
      <w:r>
        <w:rPr>
          <w:rFonts w:ascii="Gentium Plus" w:hAnsi="Gentium Plus"/>
          <w:sz w:val="24"/>
        </w:rPr>
        <w:t>[ὃ] Ἀττικῶς δὲ οὗτος.</w:t>
      </w:r>
    </w:p>
    <w:p>
      <w:r>
        <w:rPr>
          <w:rFonts w:ascii="Courier New" w:hAnsi="Courier New"/>
          <w:color w:val="555555"/>
          <w:sz w:val="20"/>
        </w:rPr>
        <w:t>[1 . 334]</w:t>
      </w:r>
    </w:p>
    <w:p>
      <w:r>
        <w:rPr>
          <w:rFonts w:ascii="Gentium Plus" w:hAnsi="Gentium Plus"/>
          <w:sz w:val="24"/>
        </w:rPr>
        <w:t>χαίρετε κήρυκες] Ἑρμῆς μιγεὶς Πανδρόσῳ—Πτο‐ λεμαῖος.</w:t>
      </w:r>
    </w:p>
    <w:p>
      <w:r>
        <w:rPr>
          <w:rFonts w:ascii="Courier New" w:hAnsi="Courier New"/>
          <w:color w:val="555555"/>
          <w:sz w:val="20"/>
        </w:rPr>
        <w:t>[1 . 340]</w:t>
      </w:r>
    </w:p>
    <w:p>
      <w:r>
        <w:rPr>
          <w:rFonts w:ascii="Gentium Plus" w:hAnsi="Gentium Plus"/>
          <w:sz w:val="24"/>
        </w:rPr>
        <w:t>[ἀπηνέος] ἀπὸ τοῦ αἰνός.</w:t>
      </w:r>
    </w:p>
    <w:p>
      <w:r>
        <w:rPr>
          <w:rFonts w:ascii="Courier New" w:hAnsi="Courier New"/>
          <w:color w:val="555555"/>
          <w:sz w:val="20"/>
        </w:rPr>
        <w:t>[1 . 355]</w:t>
      </w:r>
    </w:p>
    <w:p>
      <w:r>
        <w:rPr>
          <w:rFonts w:ascii="Gentium Plus" w:hAnsi="Gentium Plus"/>
          <w:sz w:val="24"/>
        </w:rPr>
        <w:t>[ἦ γάρ με Ἀτρείδης] τὸ σχῆμα ἐπαγωγὴ καὶ βεβαίωσις. ὁ δὲ νοῦς βαρύτης.</w:t>
      </w:r>
    </w:p>
    <w:p>
      <w:r>
        <w:rPr>
          <w:rFonts w:ascii="Courier New" w:hAnsi="Courier New"/>
          <w:color w:val="555555"/>
          <w:sz w:val="20"/>
        </w:rPr>
        <w:t>[1 . 357]</w:t>
      </w:r>
    </w:p>
    <w:p>
      <w:r>
        <w:rPr>
          <w:rFonts w:ascii="Gentium Plus" w:hAnsi="Gentium Plus"/>
          <w:sz w:val="24"/>
        </w:rPr>
        <w:t>** διὰ τί ὁ Ἀχιλλεὺς ἀνδρεῖος ὢν ἔκλαυσε διὰ γύναιον αἰχμά‐ λωτον; ἀπὸ θυμοῦ ἀγαθότητος ἐποίησε τοῦτο· ἔστι γὰρ παροιμία ἣ λέγει· «ἀγαθοὶ δ’ ἀριδάκρυες ἄνδρες,» ἤτοι· «οἱ ἀγαθοὶ ἄνδρες οὐκ ἀδάκρυες.»</w:t>
      </w:r>
    </w:p>
    <w:p>
      <w:r>
        <w:rPr>
          <w:rFonts w:ascii="Courier New" w:hAnsi="Courier New"/>
          <w:color w:val="555555"/>
          <w:sz w:val="20"/>
        </w:rPr>
        <w:t>[1 . 388]</w:t>
      </w:r>
    </w:p>
    <w:p>
      <w:r>
        <w:rPr>
          <w:rFonts w:ascii="Gentium Plus" w:hAnsi="Gentium Plus"/>
          <w:sz w:val="24"/>
        </w:rPr>
        <w:t>[ἠπείλησεν] ἀπὸ ἐλέους.</w:t>
      </w:r>
    </w:p>
    <w:p>
      <w:r>
        <w:rPr>
          <w:rFonts w:ascii="Courier New" w:hAnsi="Courier New"/>
          <w:color w:val="555555"/>
          <w:sz w:val="20"/>
        </w:rPr>
        <w:t>[1 388bis]</w:t>
      </w:r>
    </w:p>
    <w:p>
      <w:r>
        <w:rPr>
          <w:rFonts w:ascii="Gentium Plus" w:hAnsi="Gentium Plus"/>
          <w:sz w:val="24"/>
        </w:rPr>
        <w:t>[ὃ] ἡ ὅστις Αἰολικῶς.</w:t>
      </w:r>
    </w:p>
    <w:p>
      <w:r>
        <w:rPr>
          <w:rFonts w:ascii="Courier New" w:hAnsi="Courier New"/>
          <w:color w:val="555555"/>
          <w:sz w:val="20"/>
        </w:rPr>
        <w:t>[1 . 389]</w:t>
      </w:r>
    </w:p>
    <w:p>
      <w:r>
        <w:rPr>
          <w:rFonts w:ascii="Gentium Plus" w:hAnsi="Gentium Plus"/>
          <w:sz w:val="24"/>
        </w:rPr>
        <w:t>** [ἑλίκωπες Ἀχαιοί] ἑλίκωπας Ἀχαιοὺς λέγει τοὺς τὰς κώπας ἑλίσσοντας, οὐχὶ τοὺς μελανοφθάλμους, ὡς τὸ «ἑλικώπιδα κούρην» (Il. I, 98): εἰ γὰρ οὕτως ἔλεγεν, 〈ἔλεγεν〉 ἂν τοὺς Ἕλληνας γυναικο‐ μόρφους, ὡς ἔπος εἰπεῖν, καὶ ἀνάνδρους, ἀλλά φησι τούτους δεξιοὺς κυ‐</w:t>
      </w:r>
    </w:p>
    <w:p>
      <w:r>
        <w:rPr>
          <w:rFonts w:ascii="Courier New" w:hAnsi="Courier New"/>
          <w:color w:val="555555"/>
          <w:sz w:val="20"/>
        </w:rPr>
        <w:t>[5]</w:t>
      </w:r>
    </w:p>
    <w:p>
      <w:r>
        <w:rPr>
          <w:rFonts w:ascii="Gentium Plus" w:hAnsi="Gentium Plus"/>
          <w:sz w:val="24"/>
        </w:rPr>
        <w:t>βερνήτας καὶ ναυτικούς· εἴρητο 〈οὖν〉 παρὰ τὸ ἑλίσσειν τὰς κώπας.</w:t>
      </w:r>
    </w:p>
    <w:p>
      <w:r>
        <w:rPr>
          <w:rFonts w:ascii="Courier New" w:hAnsi="Courier New"/>
          <w:color w:val="555555"/>
          <w:sz w:val="20"/>
        </w:rPr>
        <w:t>[1 . 392]</w:t>
      </w:r>
    </w:p>
    <w:p>
      <w:r>
        <w:rPr>
          <w:rFonts w:ascii="Gentium Plus" w:hAnsi="Gentium Plus"/>
          <w:sz w:val="24"/>
        </w:rPr>
        <w:t>[κούρην Βρισῆος] ἔοικε πατρωνυμικῶς—Ἱπποδά‐ μεια.</w:t>
      </w:r>
    </w:p>
    <w:p>
      <w:r>
        <w:rPr>
          <w:rFonts w:ascii="Courier New" w:hAnsi="Courier New"/>
          <w:color w:val="555555"/>
          <w:sz w:val="20"/>
        </w:rPr>
        <w:t>[1 . 396]</w:t>
      </w:r>
    </w:p>
    <w:p>
      <w:r>
        <w:rPr>
          <w:rFonts w:ascii="Gentium Plus" w:hAnsi="Gentium Plus"/>
          <w:sz w:val="24"/>
        </w:rPr>
        <w:t>[μεγάροισι] μέγαρον λέγεται τὸ μέγα ὁσπήτιον, παρὰ τὸ μεγαί‐ ρεσθαι καὶ φθονεῖσθαι παρὰ τῶν ἀνθρώπων.</w:t>
      </w:r>
    </w:p>
    <w:p>
      <w:r>
        <w:rPr>
          <w:rFonts w:ascii="Courier New" w:hAnsi="Courier New"/>
          <w:color w:val="555555"/>
          <w:sz w:val="20"/>
        </w:rPr>
        <w:t>[1 403-404]</w:t>
      </w:r>
    </w:p>
    <w:p>
      <w:r>
        <w:rPr>
          <w:rFonts w:ascii="Gentium Plus" w:hAnsi="Gentium Plus"/>
          <w:sz w:val="24"/>
        </w:rPr>
        <w:t>ὃν Βριαρέων—Αἰγαίωνα] τῶν διωνύμων —Σκάμανδρον.</w:t>
      </w:r>
    </w:p>
    <w:p>
      <w:r>
        <w:rPr>
          <w:rFonts w:ascii="Courier New" w:hAnsi="Courier New"/>
          <w:color w:val="555555"/>
          <w:sz w:val="20"/>
        </w:rPr>
        <w:t>[1 . 404]</w:t>
      </w:r>
    </w:p>
    <w:p>
      <w:r>
        <w:rPr>
          <w:rFonts w:ascii="Gentium Plus" w:hAnsi="Gentium Plus"/>
          <w:sz w:val="24"/>
        </w:rPr>
        <w:t>[Αἰγαίωνα] ἀπὸ Αἰγαίου πελάγους.</w:t>
      </w:r>
    </w:p>
    <w:p>
      <w:r>
        <w:rPr>
          <w:rFonts w:ascii="Courier New" w:hAnsi="Courier New"/>
          <w:color w:val="555555"/>
          <w:sz w:val="20"/>
        </w:rPr>
        <w:t>[1 . 410]</w:t>
      </w:r>
    </w:p>
    <w:p>
      <w:r>
        <w:rPr>
          <w:rFonts w:ascii="Gentium Plus" w:hAnsi="Gentium Plus"/>
          <w:sz w:val="24"/>
        </w:rPr>
        <w:t>** [ἐπαύρωνται] ἤγουν ἀπολαύσωσι τῶν τοῦ βασιλέως κακῶν.</w:t>
      </w:r>
    </w:p>
    <w:p>
      <w:r>
        <w:rPr>
          <w:rFonts w:ascii="Courier New" w:hAnsi="Courier New"/>
          <w:color w:val="555555"/>
          <w:sz w:val="20"/>
        </w:rPr>
        <w:t>[1 . 420]</w:t>
      </w:r>
    </w:p>
    <w:p>
      <w:r>
        <w:rPr>
          <w:rFonts w:ascii="Gentium Plus" w:hAnsi="Gentium Plus"/>
          <w:sz w:val="24"/>
        </w:rPr>
        <w:t>[Ὄλυμπον ἀγάννιφον] τὸν λίαν νιφόμενον 〈κατὰ〉 τὰ ὑπὸ τοῖς νέφεσι μέρη· τὰ γὰρ ἄκρα—οὐδὲ ὅλως.</w:t>
      </w:r>
    </w:p>
    <w:p>
      <w:r>
        <w:rPr>
          <w:rFonts w:ascii="Courier New" w:hAnsi="Courier New"/>
          <w:color w:val="555555"/>
          <w:sz w:val="20"/>
        </w:rPr>
        <w:t>[1 . 437]</w:t>
      </w:r>
    </w:p>
    <w:p>
      <w:r>
        <w:rPr>
          <w:rFonts w:ascii="Gentium Plus" w:hAnsi="Gentium Plus"/>
          <w:sz w:val="24"/>
        </w:rPr>
        <w:t>[ῥηγμῖνι] ῥηγμίν ὁ αἰγιαλός, ἀπὸ τοῦ ῥήσσω, τὸ ῥηγνύω· ἐν αὐτῷ γὰρ ῥηγνύονται τὰ κύματα τῆς θαλάσσης.</w:t>
      </w:r>
    </w:p>
    <w:p>
      <w:r>
        <w:rPr>
          <w:rFonts w:ascii="Courier New" w:hAnsi="Courier New"/>
          <w:color w:val="555555"/>
          <w:sz w:val="20"/>
        </w:rPr>
        <w:t>[1 . 451]</w:t>
      </w:r>
    </w:p>
    <w:p>
      <w:r>
        <w:rPr>
          <w:rFonts w:ascii="Gentium Plus" w:hAnsi="Gentium Plus"/>
          <w:sz w:val="24"/>
        </w:rPr>
        <w:t>[Χρύσην] πόλιν.</w:t>
      </w:r>
    </w:p>
    <w:p>
      <w:r>
        <w:rPr>
          <w:rFonts w:ascii="Courier New" w:hAnsi="Courier New"/>
          <w:color w:val="555555"/>
          <w:sz w:val="20"/>
        </w:rPr>
        <w:t>[1 . 452]</w:t>
      </w:r>
    </w:p>
    <w:p>
      <w:r>
        <w:rPr>
          <w:rFonts w:ascii="Gentium Plus" w:hAnsi="Gentium Plus"/>
          <w:sz w:val="24"/>
        </w:rPr>
        <w:t>[Τενέδοιο] πόλεως.</w:t>
      </w:r>
    </w:p>
    <w:p>
      <w:r>
        <w:rPr>
          <w:rFonts w:ascii="Courier New" w:hAnsi="Courier New"/>
          <w:color w:val="555555"/>
          <w:sz w:val="20"/>
        </w:rPr>
        <w:t>[1 . 459]</w:t>
      </w:r>
    </w:p>
    <w:p>
      <w:r>
        <w:rPr>
          <w:rFonts w:ascii="Gentium Plus" w:hAnsi="Gentium Plus"/>
          <w:sz w:val="24"/>
        </w:rPr>
        <w:t>[αὐέρυσαν μὲν πρῶτα] ἀνέκλασαν μὲν τὸν τράχηλον πρῶτον.</w:t>
      </w:r>
    </w:p>
    <w:p>
      <w:r>
        <w:rPr>
          <w:rFonts w:ascii="Courier New" w:hAnsi="Courier New"/>
          <w:color w:val="555555"/>
          <w:sz w:val="20"/>
        </w:rPr>
        <w:t>[1 . 460]</w:t>
      </w:r>
    </w:p>
    <w:p>
      <w:r>
        <w:rPr>
          <w:rFonts w:ascii="Gentium Plus" w:hAnsi="Gentium Plus"/>
          <w:sz w:val="24"/>
        </w:rPr>
        <w:t>[μηρούς] τὰ μηριαῖα ὀστᾶ.</w:t>
      </w:r>
    </w:p>
    <w:p>
      <w:r>
        <w:rPr>
          <w:rFonts w:ascii="Courier New" w:hAnsi="Courier New"/>
          <w:color w:val="555555"/>
          <w:sz w:val="20"/>
        </w:rPr>
        <w:t>[1 . 461]</w:t>
      </w:r>
    </w:p>
    <w:p>
      <w:r>
        <w:rPr>
          <w:rFonts w:ascii="Gentium Plus" w:hAnsi="Gentium Plus"/>
          <w:sz w:val="24"/>
        </w:rPr>
        <w:t>ἐπ’ αὐτῶν] ἀπ’ αὐτῶν δὲ ὠμῶν τῶν ἱερείων—καρ‐ ποῦσθαι.</w:t>
      </w:r>
    </w:p>
    <w:p>
      <w:r>
        <w:rPr>
          <w:rFonts w:ascii="Courier New" w:hAnsi="Courier New"/>
          <w:color w:val="555555"/>
          <w:sz w:val="20"/>
        </w:rPr>
        <w:t>[1 . 462]</w:t>
      </w:r>
    </w:p>
    <w:p>
      <w:r>
        <w:rPr>
          <w:rFonts w:ascii="Gentium Plus" w:hAnsi="Gentium Plus"/>
          <w:sz w:val="24"/>
        </w:rPr>
        <w:t>[αἴθοπα οἶνον] μέλανα καὶ ἔνθερμον οἶνον.</w:t>
      </w:r>
    </w:p>
    <w:p>
      <w:r>
        <w:rPr>
          <w:rFonts w:ascii="Courier New" w:hAnsi="Courier New"/>
          <w:color w:val="555555"/>
          <w:sz w:val="20"/>
        </w:rPr>
        <w:t>[1 . 477]</w:t>
      </w:r>
    </w:p>
    <w:p>
      <w:r>
        <w:rPr>
          <w:rFonts w:ascii="Gentium Plus" w:hAnsi="Gentium Plus"/>
          <w:sz w:val="24"/>
        </w:rPr>
        <w:t>[ῥοδοδάκτυλος] ῥοδόχρους, διαυγής· πυρώδης γὰρ ὁ ἀὴρ</w:t>
      </w:r>
    </w:p>
    <w:p>
      <w:r>
        <w:rPr>
          <w:rFonts w:ascii="Courier New" w:hAnsi="Courier New"/>
          <w:color w:val="555555"/>
          <w:sz w:val="20"/>
        </w:rPr>
        <w:t>[1 . 528]</w:t>
      </w:r>
    </w:p>
    <w:p>
      <w:r>
        <w:rPr>
          <w:rFonts w:ascii="Gentium Plus" w:hAnsi="Gentium Plus"/>
          <w:sz w:val="24"/>
        </w:rPr>
        <w:t>ἦ καὶ κυανέοισι] δηλοῖ δὲ πλείονα—τοῦ ἀληθοῦς λαμβάνεται.</w:t>
      </w:r>
    </w:p>
    <w:p>
      <w:r>
        <w:rPr>
          <w:rFonts w:ascii="Courier New" w:hAnsi="Courier New"/>
          <w:color w:val="555555"/>
          <w:sz w:val="20"/>
        </w:rPr>
        <w:t>[1 . 572]</w:t>
      </w:r>
    </w:p>
    <w:p>
      <w:r>
        <w:rPr>
          <w:rFonts w:ascii="Gentium Plus" w:hAnsi="Gentium Plus"/>
          <w:sz w:val="24"/>
        </w:rPr>
        <w:t>[λευκωλένῳ Ἥρῃ] ἄμεινον· «τετιημένῃ ἦτορ».</w:t>
      </w:r>
    </w:p>
    <w:p>
      <w:r>
        <w:rPr>
          <w:rFonts w:ascii="Courier New" w:hAnsi="Courier New"/>
          <w:color w:val="555555"/>
          <w:sz w:val="20"/>
        </w:rPr>
        <w:t>[1 . 581]</w:t>
      </w:r>
    </w:p>
    <w:p>
      <w:r>
        <w:rPr>
          <w:rFonts w:ascii="Gentium Plus" w:hAnsi="Gentium Plus"/>
          <w:sz w:val="24"/>
        </w:rPr>
        <w:t>[στυφελίξαι] λείπει δύναται.</w:t>
      </w:r>
    </w:p>
    <w:p>
      <w:r>
        <w:rPr>
          <w:rFonts w:ascii="Courier New" w:hAnsi="Courier New"/>
          <w:color w:val="555555"/>
          <w:sz w:val="20"/>
        </w:rPr>
        <w:t>[1 . 589]</w:t>
      </w:r>
    </w:p>
    <w:p>
      <w:r>
        <w:rPr>
          <w:rFonts w:ascii="Gentium Plus" w:hAnsi="Gentium Plus"/>
          <w:sz w:val="24"/>
        </w:rPr>
        <w:t>ἀργαλέος] χαλεπὸς γάρ ἐστιν ὁ Ζεὺς τῷ βουλομένῳ αὐτῷ ἀντι‐ φέρεσθαι, ὅ ἐστιν ἐναντιοῦσθαι, ἐξισοῦσθαι καὶ φιλονεικεῖν.</w:t>
      </w:r>
    </w:p>
    <w:p>
      <w:r>
        <w:rPr>
          <w:rFonts w:ascii="Courier New" w:hAnsi="Courier New"/>
          <w:color w:val="555555"/>
          <w:sz w:val="20"/>
        </w:rPr>
        <w:t>[1 . 591]</w:t>
      </w:r>
    </w:p>
    <w:p>
      <w:r>
        <w:rPr>
          <w:rFonts w:ascii="Gentium Plus" w:hAnsi="Gentium Plus"/>
          <w:sz w:val="24"/>
        </w:rPr>
        <w:t>ἀπὸ βηλοῦ θεσπεσίοιο] ἀπὸ τοῦ οὐρανοῦ· ἀπὸ γὰρ τοῦ οὐρανοῦ ἐρρίφθη. γίγνεται δὲ ἀπὸ τοῦ βεβηκέναι τοὺς θεοὺς—διο‐ δεύεσθαι.</w:t>
      </w:r>
    </w:p>
    <w:p>
      <w:r>
        <w:rPr>
          <w:rFonts w:ascii="Courier New" w:hAnsi="Courier New"/>
          <w:color w:val="555555"/>
          <w:sz w:val="20"/>
        </w:rPr>
        <w:t>[1 . 607]</w:t>
      </w:r>
    </w:p>
    <w:p>
      <w:r>
        <w:rPr>
          <w:rFonts w:ascii="Gentium Plus" w:hAnsi="Gentium Plus"/>
          <w:sz w:val="24"/>
        </w:rPr>
        <w:t>** [περικλυτὸς] περισσῶς ἔνδοξος τὴν τέχνην.</w:t>
      </w:r>
    </w:p>
    <w:p>
      <w:r>
        <w:rPr>
          <w:rFonts w:ascii="Courier New" w:hAnsi="Courier New"/>
          <w:color w:val="555555"/>
          <w:sz w:val="20"/>
        </w:rPr>
        <w:t>[1 607bis]</w:t>
      </w:r>
    </w:p>
    <w:p>
      <w:r>
        <w:rPr>
          <w:rFonts w:ascii="Gentium Plus" w:hAnsi="Gentium Plus"/>
          <w:sz w:val="24"/>
        </w:rPr>
        <w:t>** [Ἀμφιγυήεις] ἀμφοτέραις ταῖς ἰγνύαις χωλεύων.</w:t>
      </w:r>
    </w:p>
    <w:p>
      <w:r>
        <w:rPr>
          <w:rFonts w:ascii="Courier New" w:hAnsi="Courier New"/>
          <w:color w:val="555555"/>
          <w:sz w:val="20"/>
        </w:rPr>
        <w:t>[1 . 611]</w:t>
      </w:r>
    </w:p>
    <w:p>
      <w:r>
        <w:rPr>
          <w:rFonts w:ascii="Gentium Plus" w:hAnsi="Gentium Plus"/>
          <w:sz w:val="24"/>
        </w:rPr>
        <w:t>** [παρὰ δὲ χρυσόθρονος Ἥρη] ἤτοι σὺν αὐτῷ καὶ ἡ λαμπρο‐</w:t>
      </w:r>
    </w:p>
    <w:p>
      <w:r>
        <w:rPr>
          <w:rFonts w:ascii="Courier New" w:hAnsi="Courier New"/>
          <w:color w:val="555555"/>
          <w:sz w:val="20"/>
        </w:rPr>
        <w:t>[2 . 6]</w:t>
      </w:r>
    </w:p>
    <w:p>
      <w:r>
        <w:rPr>
          <w:rFonts w:ascii="Gentium Plus" w:hAnsi="Gentium Plus"/>
          <w:sz w:val="24"/>
        </w:rPr>
        <w:t>οὖλον Ὄνειρον] λέγει τὸν ὀλέθριον. δηλοῖ δὲ καὶ τὸν προσηνῆ καὶ τὸν ὁλόκληρον—ὄλβια δοῖεν».</w:t>
      </w:r>
    </w:p>
    <w:p>
      <w:r>
        <w:rPr>
          <w:rFonts w:ascii="Courier New" w:hAnsi="Courier New"/>
          <w:color w:val="555555"/>
          <w:sz w:val="20"/>
        </w:rPr>
        <w:t>[2 . 11]</w:t>
      </w:r>
    </w:p>
    <w:p>
      <w:r>
        <w:rPr>
          <w:rFonts w:ascii="Gentium Plus" w:hAnsi="Gentium Plus"/>
          <w:sz w:val="24"/>
        </w:rPr>
        <w:t>καρηκομόωντας] τοὺς τὰς κεφαλὰς κομῶντας ἀνδρείας χάριν· καὶ γὰρ τῶν Ἑλλήνων τὸ παλαιὸν—ἀναθεῖναι τῷ Ἀπόλ‐ λωνι. Gen. ajoute: ἀπὸ δὲ τοῦ κομῶντας ἐν διαιρέσει κομόωντας.</w:t>
      </w:r>
    </w:p>
    <w:p>
      <w:r>
        <w:rPr>
          <w:rFonts w:ascii="Courier New" w:hAnsi="Courier New"/>
          <w:color w:val="555555"/>
          <w:sz w:val="20"/>
        </w:rPr>
        <w:t>[2 . 13]</w:t>
      </w:r>
    </w:p>
    <w:p>
      <w:r>
        <w:rPr>
          <w:rFonts w:ascii="Gentium Plus" w:hAnsi="Gentium Plus"/>
          <w:sz w:val="24"/>
        </w:rPr>
        <w:t>[οὐ γὰρ ἔτ’ ἀμφὶς—φράζονται] διχογνωμοῦσι περὶ τῆς Ἰλίου—τὰ ὑπὲρ Ἑλλήνων.</w:t>
      </w:r>
    </w:p>
    <w:p>
      <w:r>
        <w:rPr>
          <w:rFonts w:ascii="Courier New" w:hAnsi="Courier New"/>
          <w:color w:val="555555"/>
          <w:sz w:val="20"/>
        </w:rPr>
        <w:t>[2 . 36]</w:t>
      </w:r>
    </w:p>
    <w:p>
      <w:r>
        <w:rPr>
          <w:rFonts w:ascii="Gentium Plus" w:hAnsi="Gentium Plus"/>
          <w:sz w:val="24"/>
        </w:rPr>
        <w:t>προαναφώνησις. [ἐπανέστησαν] ἡ ἐπὶ περισσὴ, ἢ ἐπὶ τῷ λόγῳ.</w:t>
      </w:r>
    </w:p>
    <w:p>
      <w:r>
        <w:rPr>
          <w:rFonts w:ascii="Courier New" w:hAnsi="Courier New"/>
          <w:color w:val="555555"/>
          <w:sz w:val="20"/>
        </w:rPr>
        <w:t>[2 . 85]</w:t>
      </w:r>
    </w:p>
    <w:p>
      <w:r>
        <w:rPr>
          <w:rFonts w:ascii="Gentium Plus" w:hAnsi="Gentium Plus"/>
          <w:sz w:val="24"/>
        </w:rPr>
        <w:t>[ποιμένι λαῶν] ἀπὸ ἐμψύχου εἰς ἔμψυχον.</w:t>
      </w:r>
    </w:p>
    <w:p>
      <w:r>
        <w:rPr>
          <w:rFonts w:ascii="Courier New" w:hAnsi="Courier New"/>
          <w:color w:val="555555"/>
          <w:sz w:val="20"/>
        </w:rPr>
        <w:t>[2 . 107]</w:t>
      </w:r>
    </w:p>
    <w:p>
      <w:r>
        <w:rPr>
          <w:rFonts w:ascii="Gentium Plus" w:hAnsi="Gentium Plus"/>
          <w:sz w:val="24"/>
        </w:rPr>
        <w:t>σημείωσαι· αὐτὰρ ὁ αὖτε Θυέστα] Ἀτρεὺς βασιλεύων τῆς Πελοποννήσου—ποιήσας ἀποδίδωσιν.</w:t>
      </w:r>
    </w:p>
    <w:p>
      <w:r>
        <w:rPr>
          <w:rFonts w:ascii="Courier New" w:hAnsi="Courier New"/>
          <w:color w:val="555555"/>
          <w:sz w:val="20"/>
        </w:rPr>
        <w:t>[2 . 108]</w:t>
      </w:r>
    </w:p>
    <w:p>
      <w:r>
        <w:rPr>
          <w:rFonts w:ascii="Gentium Plus" w:hAnsi="Gentium Plus"/>
          <w:sz w:val="24"/>
        </w:rPr>
        <w:t>[νήσοισι] νῆσός ἐστι γῆ περιεστοιχισμένη ὑπὸ θαλάσσης παν‐ ταχόθεν, ἔχουσα ἐν ἑαυτῇ πολλὰς πόλεις ἢ καὶ ὀλίγας. ἴσως δὲ εἴρηται ἀπὸ τῆς νήσσης, ἥτις ἐστὶ 〈καὶ αὐτὴ〉 νηχομένη διὰ παντὸς ἐν τοῖς</w:t>
      </w:r>
    </w:p>
    <w:p>
      <w:r>
        <w:rPr>
          <w:rFonts w:ascii="Courier New" w:hAnsi="Courier New"/>
          <w:color w:val="555555"/>
          <w:sz w:val="20"/>
        </w:rPr>
        <w:t>[2 . 122]</w:t>
      </w:r>
    </w:p>
    <w:p>
      <w:r>
        <w:rPr>
          <w:rFonts w:ascii="Gentium Plus" w:hAnsi="Gentium Plus"/>
          <w:sz w:val="24"/>
        </w:rPr>
        <w:t>[παυροτέροισι] παυρότεροι, ὀλιγώτεροι· οἱ μὲν γὰρ Τρῶες χω‐ ρὶς—ἄλλοι δὲ ιδʹ.</w:t>
      </w:r>
    </w:p>
    <w:p>
      <w:r>
        <w:rPr>
          <w:rFonts w:ascii="Courier New" w:hAnsi="Courier New"/>
          <w:color w:val="555555"/>
          <w:sz w:val="20"/>
        </w:rPr>
        <w:t>[2 . 124]</w:t>
      </w:r>
    </w:p>
    <w:p>
      <w:r>
        <w:rPr>
          <w:rFonts w:ascii="Gentium Plus" w:hAnsi="Gentium Plus"/>
          <w:sz w:val="24"/>
        </w:rPr>
        <w:t>** [ὅρκια πιστὰ ταμόντες] ἤγουν ὅρκους πιστοὺς διὰ θυσιῶν ποιησάμενοι θελήσομεν ἀριθμεῖν.</w:t>
      </w:r>
    </w:p>
    <w:p>
      <w:r>
        <w:rPr>
          <w:rFonts w:ascii="Courier New" w:hAnsi="Courier New"/>
          <w:color w:val="555555"/>
          <w:sz w:val="20"/>
        </w:rPr>
        <w:t>[2 . 130]</w:t>
      </w:r>
    </w:p>
    <w:p>
      <w:r>
        <w:rPr>
          <w:rFonts w:ascii="Gentium Plus" w:hAnsi="Gentium Plus"/>
          <w:sz w:val="24"/>
        </w:rPr>
        <w:t>[ἐπίκουροι] οἱ ἀπὸ ξένης χώρας.</w:t>
      </w:r>
    </w:p>
    <w:p>
      <w:r>
        <w:rPr>
          <w:rFonts w:ascii="Courier New" w:hAnsi="Courier New"/>
          <w:color w:val="555555"/>
          <w:sz w:val="20"/>
        </w:rPr>
        <w:t>[2 . 167]</w:t>
      </w:r>
    </w:p>
    <w:p>
      <w:r>
        <w:rPr>
          <w:rFonts w:ascii="Gentium Plus" w:hAnsi="Gentium Plus"/>
          <w:sz w:val="24"/>
        </w:rPr>
        <w:t>[κατ’ Οὐλύμποιο καρήνων] τοῦ ἐγκεφάλου.</w:t>
      </w:r>
    </w:p>
    <w:p>
      <w:r>
        <w:rPr>
          <w:rFonts w:ascii="Courier New" w:hAnsi="Courier New"/>
          <w:color w:val="555555"/>
          <w:sz w:val="20"/>
        </w:rPr>
        <w:t>[2 . 210]</w:t>
      </w:r>
    </w:p>
    <w:p>
      <w:r>
        <w:rPr>
          <w:rFonts w:ascii="Gentium Plus" w:hAnsi="Gentium Plus"/>
          <w:sz w:val="24"/>
        </w:rPr>
        <w:t>[αἰγιαλῷ μεγάλῳ βρέμεται] συμφυῶς—ταῖς ὀνομα‐ τοποιΐαις· δι’ αὐτῶν γὰρ ἡ φράσις τῶν νοουμένων συντραχύνεται. κα‐ λῶς δὲ καὶ τὸ «μεγάλῳ», ἐμφῆναι θέλων τὴν τῶν κυμάτων παράτασιν.</w:t>
      </w:r>
    </w:p>
    <w:p>
      <w:r>
        <w:rPr>
          <w:rFonts w:ascii="Courier New" w:hAnsi="Courier New"/>
          <w:color w:val="555555"/>
          <w:sz w:val="20"/>
        </w:rPr>
        <w:t>[2 . 214]</w:t>
      </w:r>
    </w:p>
    <w:p>
      <w:r>
        <w:rPr>
          <w:rFonts w:ascii="Gentium Plus" w:hAnsi="Gentium Plus"/>
          <w:sz w:val="24"/>
        </w:rPr>
        <w:t>[οὐ κατὰ κόσμον] ζητεῖται διὰ ποίαν αἰτίαν ὁ Θερσίτης— ὑψώσεως χάριν.</w:t>
      </w:r>
    </w:p>
    <w:p>
      <w:r>
        <w:rPr>
          <w:rFonts w:ascii="Courier New" w:hAnsi="Courier New"/>
          <w:color w:val="555555"/>
          <w:sz w:val="20"/>
        </w:rPr>
        <w:t>[2 214bis]</w:t>
      </w:r>
    </w:p>
    <w:p>
      <w:r>
        <w:rPr>
          <w:rFonts w:ascii="Gentium Plus" w:hAnsi="Gentium Plus"/>
          <w:sz w:val="24"/>
        </w:rPr>
        <w:t>οὐ κατὰ κόσμον] οὐ κατὰ τὸ πρέπον, εὐτάκτως, τοῦτ’ ἔστιν οὐ δικαίως, ἐφιλονεικεῖ τοῖς βασιλεῦσιν, ἀλλ’ ὅπερ ἂν ἐνόμιζεν ὁ Θερσί‐ της ἀναγκαῖον εἶναι, τοῦτο γέλωτος πολλοῦ ἄξιον ἐφαίνετο τοῖς Ἕλλησιν.</w:t>
      </w:r>
    </w:p>
    <w:p>
      <w:r>
        <w:rPr>
          <w:rFonts w:ascii="Courier New" w:hAnsi="Courier New"/>
          <w:color w:val="555555"/>
          <w:sz w:val="20"/>
        </w:rPr>
        <w:t>[2 . 250]</w:t>
      </w:r>
    </w:p>
    <w:p>
      <w:r>
        <w:rPr>
          <w:rFonts w:ascii="Gentium Plus" w:hAnsi="Gentium Plus"/>
          <w:sz w:val="24"/>
        </w:rPr>
        <w:t>ἀνὰ στόμ’ ἔχων] διὰ τοῦ στόματος ἔχων, λοιδορῶν. διὸ οὐκ ἐχρῆν σε ἀεὶ τοὺς βασιλέας ἐπὶ στόματος ἔχειν καὶ λοιδορεῖν.</w:t>
      </w:r>
    </w:p>
    <w:p>
      <w:r>
        <w:rPr>
          <w:rFonts w:ascii="Courier New" w:hAnsi="Courier New"/>
          <w:color w:val="555555"/>
          <w:sz w:val="20"/>
        </w:rPr>
        <w:t>[2 . 260]</w:t>
      </w:r>
    </w:p>
    <w:p>
      <w:r>
        <w:rPr>
          <w:rFonts w:ascii="Gentium Plus" w:hAnsi="Gentium Plus"/>
          <w:sz w:val="24"/>
        </w:rPr>
        <w:t>διὰ τὸ εἰς πόλεμον ἀπελθεῖν καὶ εἰς ξένην χώραν.</w:t>
      </w:r>
    </w:p>
    <w:p>
      <w:r>
        <w:rPr>
          <w:rFonts w:ascii="Courier New" w:hAnsi="Courier New"/>
          <w:color w:val="555555"/>
          <w:sz w:val="20"/>
        </w:rPr>
        <w:t>[2 . 265]</w:t>
      </w:r>
    </w:p>
    <w:p>
      <w:r>
        <w:rPr>
          <w:rFonts w:ascii="Gentium Plus" w:hAnsi="Gentium Plus"/>
          <w:sz w:val="24"/>
        </w:rPr>
        <w:t>διὰ ποίαν αἰτίαν «εἴ κ’ ἔτι ς’ ἀφραίνοντα κιχήσομαι» εἰπὼν (v. 258) καὶ τὰ ἑξῆς, εὐθὺς λέγει· «σκήπτρῳ δὲ μετάφρενον ἠδὲ καὶ ὤμω πλῆξεν»; λέγομεν δὲ ἡμεῖς· εἶπε τηνικαῦτα τὸ ἀποδύειν καὶ οὕτως τύπτειν γυμνὸν, νῦν δὲ τοῦτον ἁπλῶς ἔπληξεν.</w:t>
      </w:r>
    </w:p>
    <w:p>
      <w:r>
        <w:rPr>
          <w:rFonts w:ascii="Courier New" w:hAnsi="Courier New"/>
          <w:color w:val="555555"/>
          <w:sz w:val="20"/>
        </w:rPr>
        <w:t>[2 . 272]</w:t>
      </w:r>
    </w:p>
    <w:p>
      <w:r>
        <w:rPr>
          <w:rFonts w:ascii="Gentium Plus" w:hAnsi="Gentium Plus"/>
          <w:sz w:val="24"/>
        </w:rPr>
        <w:t>[ἦ δὴ μυρί’ Ὀδυσσεὺς ἐσθλὰ ἔοργε] τοῦτο πρέποι 〈ἂν〉 εἰς ἀνδρὸς φρονίμου ἐγκώμιον.</w:t>
      </w:r>
    </w:p>
    <w:p>
      <w:r>
        <w:rPr>
          <w:rFonts w:ascii="Courier New" w:hAnsi="Courier New"/>
          <w:color w:val="555555"/>
          <w:sz w:val="20"/>
        </w:rPr>
        <w:t>[2 278-279]</w:t>
      </w:r>
    </w:p>
    <w:p>
      <w:r>
        <w:rPr>
          <w:rFonts w:ascii="Gentium Plus" w:hAnsi="Gentium Plus"/>
          <w:sz w:val="24"/>
        </w:rPr>
        <w:t>σημείωσαι· ὣς φάσαν—παρὰ] τὸ ἑξῆς λέγει ὅτι ἀνέστη</w:t>
      </w:r>
    </w:p>
    <w:p>
      <w:r>
        <w:rPr>
          <w:rFonts w:ascii="Courier New" w:hAnsi="Courier New"/>
          <w:color w:val="555555"/>
          <w:sz w:val="20"/>
        </w:rPr>
        <w:t>[2 . 280]</w:t>
      </w:r>
    </w:p>
    <w:p>
      <w:r>
        <w:rPr>
          <w:rFonts w:ascii="Gentium Plus" w:hAnsi="Gentium Plus"/>
          <w:sz w:val="24"/>
        </w:rPr>
        <w:t>** εὐρύφωνον ἐντεῦθεν ἐμφαίνει τὸν Ὀδυσσέα, καὶ διὰ τοῦτο πρὸ Νέστορος ἐδημηγόρει ὅτι γεγωνότερον ἔδει βοᾶν διὰ τὴν σύγχυσιν τοῦ στρατοῦ.</w:t>
      </w:r>
    </w:p>
    <w:p>
      <w:r>
        <w:rPr>
          <w:rFonts w:ascii="Courier New" w:hAnsi="Courier New"/>
          <w:color w:val="555555"/>
          <w:sz w:val="20"/>
        </w:rPr>
        <w:t>[2 . 285]</w:t>
      </w:r>
    </w:p>
    <w:p>
      <w:r>
        <w:rPr>
          <w:rFonts w:ascii="Gentium Plus" w:hAnsi="Gentium Plus"/>
          <w:sz w:val="24"/>
        </w:rPr>
        <w:t>μερόπεσσι βροτοῖσιν] ἀνθρώποις τοῖς μεμερισμένην καὶ ἔναρ‐ θρον ἔχουσι τὴν φωνὴν, ὡς πρὸς σύγκρισιν τῶν ἄλλων ζῴων.</w:t>
      </w:r>
    </w:p>
    <w:p>
      <w:r>
        <w:rPr>
          <w:rFonts w:ascii="Courier New" w:hAnsi="Courier New"/>
          <w:color w:val="555555"/>
          <w:sz w:val="20"/>
        </w:rPr>
        <w:t>[2 . 302]</w:t>
      </w:r>
    </w:p>
    <w:p>
      <w:r>
        <w:rPr>
          <w:rFonts w:ascii="Gentium Plus" w:hAnsi="Gentium Plus"/>
          <w:sz w:val="24"/>
        </w:rPr>
        <w:t>[μάρτυροι] ἡ εὐθεῖα ὁ μάρτυρος.</w:t>
      </w:r>
    </w:p>
    <w:p>
      <w:r>
        <w:rPr>
          <w:rFonts w:ascii="Courier New" w:hAnsi="Courier New"/>
          <w:color w:val="555555"/>
          <w:sz w:val="20"/>
        </w:rPr>
        <w:t>[2 . 303]</w:t>
      </w:r>
    </w:p>
    <w:p>
      <w:r>
        <w:rPr>
          <w:rFonts w:ascii="Gentium Plus" w:hAnsi="Gentium Plus"/>
          <w:sz w:val="24"/>
        </w:rPr>
        <w:t>χθιζά τε] χθὲς καὶ πρώην. κατεσμίκρυνε—τοὺς Ἕλληνας.</w:t>
      </w:r>
    </w:p>
    <w:p>
      <w:r>
        <w:rPr>
          <w:rFonts w:ascii="Courier New" w:hAnsi="Courier New"/>
          <w:color w:val="555555"/>
          <w:sz w:val="20"/>
        </w:rPr>
        <w:t>[2 303bis]</w:t>
      </w:r>
    </w:p>
    <w:p>
      <w:r>
        <w:rPr>
          <w:rFonts w:ascii="Gentium Plus" w:hAnsi="Gentium Plus"/>
          <w:sz w:val="24"/>
        </w:rPr>
        <w:t>[Αὐλίδα] τόπος Βοιωτίας.</w:t>
      </w:r>
    </w:p>
    <w:p>
      <w:r>
        <w:rPr>
          <w:rFonts w:ascii="Courier New" w:hAnsi="Courier New"/>
          <w:color w:val="555555"/>
          <w:sz w:val="20"/>
        </w:rPr>
        <w:t>[2 . 309]</w:t>
      </w:r>
    </w:p>
    <w:p>
      <w:r>
        <w:rPr>
          <w:rFonts w:ascii="Gentium Plus" w:hAnsi="Gentium Plus"/>
          <w:sz w:val="24"/>
        </w:rPr>
        <w:t>σμερδαλέος] ἀπὸ τοῦ μερίζειν τὴν ψυχὴν τῶν ὁρώντων τῷ φόβῳ καὶ μὴ ἐᾶν αὐτὴν ἐν ταὐτῷ μένειν. ἀπὸ τοῦ μερίζω μερδαλέος καὶ σμερδαλέος.</w:t>
      </w:r>
    </w:p>
    <w:p>
      <w:r>
        <w:rPr>
          <w:rFonts w:ascii="Courier New" w:hAnsi="Courier New"/>
          <w:color w:val="555555"/>
          <w:sz w:val="20"/>
        </w:rPr>
        <w:t>[2 . 310]</w:t>
      </w:r>
    </w:p>
    <w:p>
      <w:r>
        <w:rPr>
          <w:rFonts w:ascii="Gentium Plus" w:hAnsi="Gentium Plus"/>
          <w:sz w:val="24"/>
        </w:rPr>
        <w:t>[πρὸς] ἡ «πρός» ἀντὶ τῆς εἰς.</w:t>
      </w:r>
    </w:p>
    <w:p>
      <w:r>
        <w:rPr>
          <w:rFonts w:ascii="Courier New" w:hAnsi="Courier New"/>
          <w:color w:val="555555"/>
          <w:sz w:val="20"/>
        </w:rPr>
        <w:t>[2 . 336]</w:t>
      </w:r>
    </w:p>
    <w:p>
      <w:r>
        <w:rPr>
          <w:rFonts w:ascii="Gentium Plus" w:hAnsi="Gentium Plus"/>
          <w:sz w:val="24"/>
        </w:rPr>
        <w:t>τοῖσι δὲ καὶ μετέειπε] Ἡρακλῆς ἐπιστρατεύσας—Γερήνιος ὠνομάσθη.</w:t>
      </w:r>
    </w:p>
    <w:p>
      <w:r>
        <w:rPr>
          <w:rFonts w:ascii="Courier New" w:hAnsi="Courier New"/>
          <w:color w:val="555555"/>
          <w:sz w:val="20"/>
        </w:rPr>
        <w:t>[2 336bis]</w:t>
      </w:r>
    </w:p>
    <w:p>
      <w:r>
        <w:rPr>
          <w:rFonts w:ascii="Gentium Plus" w:hAnsi="Gentium Plus"/>
          <w:sz w:val="24"/>
        </w:rPr>
        <w:t>ἱππότα] ἀντὶ τοῦ ἱππικός—κέχρηται.</w:t>
      </w:r>
    </w:p>
    <w:p>
      <w:r>
        <w:rPr>
          <w:rFonts w:ascii="Courier New" w:hAnsi="Courier New"/>
          <w:color w:val="555555"/>
          <w:sz w:val="20"/>
        </w:rPr>
        <w:t>[2 . 337]</w:t>
      </w:r>
    </w:p>
    <w:p>
      <w:r>
        <w:rPr>
          <w:rFonts w:ascii="Gentium Plus" w:hAnsi="Gentium Plus"/>
          <w:sz w:val="24"/>
        </w:rPr>
        <w:t>** ἡ δημηγορία τοῦ Νέστορος ποικιλωτέρα τῆς τοῦ Ὀδυσσέως ἐστὶ καὶ ἁπαλωτέρα· πῇ μὲν γὰρ ἀποτείνει εἰς τὸν βασιλέα, πῇ δὲ στρέ‐ φεται πρὸς τὸν λαὸν, καὶ πῇ μὲν ὀνειδίζει τοῖς Ἕλλησι, πῇ δὲ ὑπεραπο‐ λογεῖται αὐτῶν.</w:t>
      </w:r>
    </w:p>
    <w:p>
      <w:r>
        <w:rPr>
          <w:rFonts w:ascii="Courier New" w:hAnsi="Courier New"/>
          <w:color w:val="555555"/>
          <w:sz w:val="20"/>
        </w:rPr>
        <w:t>[2 . 339]</w:t>
      </w:r>
    </w:p>
    <w:p>
      <w:r>
        <w:rPr>
          <w:rFonts w:ascii="Gentium Plus" w:hAnsi="Gentium Plus"/>
          <w:sz w:val="24"/>
        </w:rPr>
        <w:t>πῆ δὴ συνθεσίαι τε] ποῦ δὴ καὶ αἱ συνθεσίαι; τῶν ἐκ τῆς</w:t>
      </w:r>
    </w:p>
    <w:p>
      <w:r>
        <w:rPr>
          <w:rFonts w:ascii="Courier New" w:hAnsi="Courier New"/>
          <w:color w:val="555555"/>
          <w:sz w:val="20"/>
        </w:rPr>
        <w:t>[2 . 350]</w:t>
      </w:r>
    </w:p>
    <w:p>
      <w:r>
        <w:rPr>
          <w:rFonts w:ascii="Gentium Plus" w:hAnsi="Gentium Plus"/>
          <w:sz w:val="24"/>
        </w:rPr>
        <w:t>[Κρονίωνα] Κρόνου παῖδα, Δία· εἰσὶ γὰρ ἕτεροι· ἄρρενες μὲν Ποσειδῶν, Ἅιδης, θήλειαι δὲ Ἑστία, Δημήτηρ, Ἥρα.</w:t>
      </w:r>
    </w:p>
    <w:p>
      <w:r>
        <w:rPr>
          <w:rFonts w:ascii="Courier New" w:hAnsi="Courier New"/>
          <w:color w:val="555555"/>
          <w:sz w:val="20"/>
        </w:rPr>
        <w:t>[2 . 367]</w:t>
      </w:r>
    </w:p>
    <w:p>
      <w:r>
        <w:rPr>
          <w:rFonts w:ascii="Gentium Plus" w:hAnsi="Gentium Plus"/>
          <w:sz w:val="24"/>
        </w:rPr>
        <w:t>[γνώσεαι] ἐπιγνώσῃ, φησὶν, πότερον θεία γνώμη ἡ ἐναντιου‐ μένη σοι πρὸς τὸ ἑλεῖν τὴν Ἴλιον, ἢ ἡ τῶν ἀνδρῶν δειλία καὶ ἀπόνοια τῶν πολεμικῶν ἔργων.</w:t>
      </w:r>
    </w:p>
    <w:p>
      <w:r>
        <w:rPr>
          <w:rFonts w:ascii="Courier New" w:hAnsi="Courier New"/>
          <w:color w:val="555555"/>
          <w:sz w:val="20"/>
        </w:rPr>
        <w:t>[2 . 371]</w:t>
      </w:r>
    </w:p>
    <w:p>
      <w:r>
        <w:rPr>
          <w:rFonts w:ascii="Gentium Plus" w:hAnsi="Gentium Plus"/>
          <w:sz w:val="24"/>
        </w:rPr>
        <w:t>[αἲ γὰρ] ἔστι 〈τὸ〉 «γάρ» ἐπίρρημα εὐκτικόν.</w:t>
      </w:r>
    </w:p>
    <w:p>
      <w:r>
        <w:rPr>
          <w:rFonts w:ascii="Courier New" w:hAnsi="Courier New"/>
          <w:color w:val="555555"/>
          <w:sz w:val="20"/>
        </w:rPr>
        <w:t>[2 . 374]</w:t>
      </w:r>
    </w:p>
    <w:p>
      <w:r>
        <w:rPr>
          <w:rFonts w:ascii="Gentium Plus" w:hAnsi="Gentium Plus"/>
          <w:sz w:val="24"/>
        </w:rPr>
        <w:t>χερσὶν ὑφ’ ἡμετέροισιν] διὰ τί τοῦ Ὀδυσσέως— νίκης γὰρ φῶς βεβαιότερον.</w:t>
      </w:r>
    </w:p>
    <w:p>
      <w:r>
        <w:rPr>
          <w:rFonts w:ascii="Courier New" w:hAnsi="Courier New"/>
          <w:color w:val="555555"/>
          <w:sz w:val="20"/>
        </w:rPr>
        <w:t>[2 . 381]</w:t>
      </w:r>
    </w:p>
    <w:p>
      <w:r>
        <w:rPr>
          <w:rFonts w:ascii="Gentium Plus" w:hAnsi="Gentium Plus"/>
          <w:sz w:val="24"/>
        </w:rPr>
        <w:t>[δεῖπνον] τὸ πρωϊνὸν, μεθ’ ὃ δεῖ πονεῖν, ὅ ἐστιν ἐργάζεσθαι —τοῦ πολέμου καὶ ἡσυχάζειν.</w:t>
      </w:r>
    </w:p>
    <w:p>
      <w:r>
        <w:rPr>
          <w:rFonts w:ascii="Courier New" w:hAnsi="Courier New"/>
          <w:color w:val="555555"/>
          <w:sz w:val="20"/>
        </w:rPr>
        <w:t>[2 . 385]</w:t>
      </w:r>
    </w:p>
    <w:p>
      <w:r>
        <w:rPr>
          <w:rFonts w:ascii="Gentium Plus" w:hAnsi="Gentium Plus"/>
          <w:sz w:val="24"/>
        </w:rPr>
        <w:t>[Ἄρηϊ] σημείωσαι· τετραχῶς τούτῳ τῷ ὀνόματι— ὀϊζυροῖσι βροτοῖσιν».</w:t>
      </w:r>
    </w:p>
    <w:p>
      <w:r>
        <w:rPr>
          <w:rFonts w:ascii="Courier New" w:hAnsi="Courier New"/>
          <w:color w:val="555555"/>
          <w:sz w:val="20"/>
        </w:rPr>
        <w:t>[2 . 395]</w:t>
      </w:r>
    </w:p>
    <w:p>
      <w:r>
        <w:rPr>
          <w:rFonts w:ascii="Gentium Plus" w:hAnsi="Gentium Plus"/>
          <w:sz w:val="24"/>
        </w:rPr>
        <w:t>λείπει τὸ ἰάχει, βοᾷ. ** λείπει ἐβόησεν.</w:t>
      </w:r>
    </w:p>
    <w:p>
      <w:r>
        <w:rPr>
          <w:rFonts w:ascii="Courier New" w:hAnsi="Courier New"/>
          <w:color w:val="555555"/>
          <w:sz w:val="20"/>
        </w:rPr>
        <w:t>[2 . 408]</w:t>
      </w:r>
    </w:p>
    <w:p>
      <w:r>
        <w:rPr>
          <w:rFonts w:ascii="Gentium Plus" w:hAnsi="Gentium Plus"/>
          <w:sz w:val="24"/>
        </w:rPr>
        <w:t>βοὴν ἀγαθὸς] ὁ ἐν τῷ πολέμῳ γενναῖος· ἡ γὰρ δειλία— τὴν φωνήν.</w:t>
      </w:r>
    </w:p>
    <w:p>
      <w:r>
        <w:rPr>
          <w:rFonts w:ascii="Courier New" w:hAnsi="Courier New"/>
          <w:color w:val="555555"/>
          <w:sz w:val="20"/>
        </w:rPr>
        <w:t>[2 . 461]</w:t>
      </w:r>
    </w:p>
    <w:p>
      <w:r>
        <w:rPr>
          <w:rFonts w:ascii="Gentium Plus" w:hAnsi="Gentium Plus"/>
          <w:sz w:val="24"/>
        </w:rPr>
        <w:t>Ἀσίῳ] ἐν τῷ τῆς Ἀσίας συμφύτῳ τόπῳ, ἐν τῷ ἰλυώδει τόπῳ· ἆσις γὰρ κατὰ διάλεκτον ἡ ἰλύς. ἄλλοι δὲ «Ἀσίου» ὀνομαστικῶς, ἀπὸ Ἀσίου τοῦ Λυδοῦ.</w:t>
      </w:r>
    </w:p>
    <w:p>
      <w:r>
        <w:rPr>
          <w:rFonts w:ascii="Courier New" w:hAnsi="Courier New"/>
          <w:color w:val="555555"/>
          <w:sz w:val="20"/>
        </w:rPr>
        <w:t>[2 . 463]</w:t>
      </w:r>
    </w:p>
    <w:p>
      <w:r>
        <w:rPr>
          <w:rFonts w:ascii="Gentium Plus" w:hAnsi="Gentium Plus"/>
          <w:sz w:val="24"/>
        </w:rPr>
        <w:t>[λειμὼν] ὁ σύμφυτος καὶ ὑγρὸς τόπος.</w:t>
      </w:r>
    </w:p>
    <w:p>
      <w:r>
        <w:rPr>
          <w:rFonts w:ascii="Courier New" w:hAnsi="Courier New"/>
          <w:color w:val="555555"/>
          <w:sz w:val="20"/>
        </w:rPr>
        <w:t>[2 . 465]</w:t>
      </w:r>
    </w:p>
    <w:p>
      <w:r>
        <w:rPr>
          <w:rFonts w:ascii="Gentium Plus" w:hAnsi="Gentium Plus"/>
          <w:sz w:val="24"/>
        </w:rPr>
        <w:t>σημείωσαι· Σκαμάνδριον] ὁ Σκάμανδρος ποταμός ἐστιν, 〈ὃσ〉 καταφερόμενος ἀπὸ τῆς Ἴδης μέσον τέμνει τὸ ὑπὸ τῇ Ἰλίῳ ὑποκείμενον πεδίον καὶ ἐπὶ τὰ ἀριστερὰ ἐκδίδει εἰς θάλασσαν, ὃς καλεῖται καὶ Ξάνθος.</w:t>
      </w:r>
    </w:p>
    <w:p>
      <w:r>
        <w:rPr>
          <w:rFonts w:ascii="Courier New" w:hAnsi="Courier New"/>
          <w:color w:val="555555"/>
          <w:sz w:val="20"/>
        </w:rPr>
        <w:t>[2 . 479]</w:t>
      </w:r>
    </w:p>
    <w:p>
      <w:r>
        <w:rPr>
          <w:rFonts w:ascii="Gentium Plus" w:hAnsi="Gentium Plus"/>
          <w:sz w:val="24"/>
        </w:rPr>
        <w:t>** στέρνον δὲ Ποσειδάωνι] τῷ θυμῷ τῷ εὐλόγῳ.</w:t>
      </w:r>
    </w:p>
    <w:p>
      <w:r>
        <w:rPr>
          <w:rFonts w:ascii="Courier New" w:hAnsi="Courier New"/>
          <w:color w:val="555555"/>
          <w:sz w:val="20"/>
        </w:rPr>
        <w:t>[2 . 493]</w:t>
      </w:r>
    </w:p>
    <w:p>
      <w:r>
        <w:rPr>
          <w:rFonts w:ascii="Gentium Plus" w:hAnsi="Gentium Plus"/>
          <w:sz w:val="24"/>
        </w:rPr>
        <w:t>** [αὖ] ἀντὶ τοῦ γὰρ.</w:t>
      </w:r>
    </w:p>
    <w:p>
      <w:r>
        <w:rPr>
          <w:rFonts w:ascii="Courier New" w:hAnsi="Courier New"/>
          <w:color w:val="555555"/>
          <w:sz w:val="20"/>
        </w:rPr>
        <w:t>[2 . 505]</w:t>
      </w:r>
    </w:p>
    <w:p>
      <w:r>
        <w:rPr>
          <w:rFonts w:ascii="Gentium Plus" w:hAnsi="Gentium Plus"/>
          <w:sz w:val="24"/>
        </w:rPr>
        <w:t>.... παῖδες ἐκδικοῦντες—αἱ Θῆβαι ἐξεπεπολιώρ‐ κηντο.</w:t>
      </w:r>
    </w:p>
    <w:p>
      <w:r>
        <w:rPr>
          <w:rFonts w:ascii="Courier New" w:hAnsi="Courier New"/>
          <w:color w:val="555555"/>
          <w:sz w:val="20"/>
        </w:rPr>
        <w:t>[2 . 506]</w:t>
      </w:r>
    </w:p>
    <w:p>
      <w:r>
        <w:rPr>
          <w:rFonts w:ascii="Gentium Plus" w:hAnsi="Gentium Plus"/>
          <w:sz w:val="24"/>
        </w:rPr>
        <w:t>Ὀγχηστόν] τόπος Βοιωτίας ἱερὸς Ποσειδῶνος. εἴρηται ἀπὸ Ὀγ‐ χήστου Βοιωτοῦ. ἄλσος] πᾶς τόπος—καλεῖται.</w:t>
      </w:r>
    </w:p>
    <w:p>
      <w:r>
        <w:rPr>
          <w:rFonts w:ascii="Courier New" w:hAnsi="Courier New"/>
          <w:color w:val="555555"/>
          <w:sz w:val="20"/>
        </w:rPr>
        <w:t>[2 . 507]</w:t>
      </w:r>
    </w:p>
    <w:p>
      <w:r>
        <w:rPr>
          <w:rFonts w:ascii="Gentium Plus" w:hAnsi="Gentium Plus"/>
          <w:sz w:val="24"/>
        </w:rPr>
        <w:t>Ἄρνην] πόλις Βοιωτίας ἀπὸ Ἄρνης—«πολυστάφυλον Τάρνην».</w:t>
      </w:r>
    </w:p>
    <w:p>
      <w:r>
        <w:rPr>
          <w:rFonts w:ascii="Courier New" w:hAnsi="Courier New"/>
          <w:color w:val="555555"/>
          <w:sz w:val="20"/>
        </w:rPr>
        <w:t>[2 . 508]</w:t>
      </w:r>
    </w:p>
    <w:p>
      <w:r>
        <w:rPr>
          <w:rFonts w:ascii="Gentium Plus" w:hAnsi="Gentium Plus"/>
          <w:sz w:val="24"/>
        </w:rPr>
        <w:t>Νῖσαν] Νῖσα Βοιωτίας—ἐπιφανὲς ἱερόν. Ἀνθηδόνα] Ἀνθηδὼν δὲ πόλις Βοιωτίας. ἐκ ταύτης ἦν Γλαῦκος ὁ θαλάσσιος. «ἐσχατόωσαν» δὲ τὴν ἐν τοῖς ἐσχάτοις μέρεσι τῆς Βοιωτίας κειμένην.</w:t>
      </w:r>
    </w:p>
    <w:p>
      <w:r>
        <w:rPr>
          <w:rFonts w:ascii="Courier New" w:hAnsi="Courier New"/>
          <w:color w:val="555555"/>
          <w:sz w:val="20"/>
        </w:rPr>
        <w:t>[2 . 511]</w:t>
      </w:r>
    </w:p>
    <w:p>
      <w:r>
        <w:rPr>
          <w:rFonts w:ascii="Gentium Plus" w:hAnsi="Gentium Plus"/>
          <w:sz w:val="24"/>
        </w:rPr>
        <w:t>Ὀρχόμενον Μινύειον] τὸν ἐν Βοιωτίᾳ λέγει—καὶ ἕτερος τῆς Θεσσαλίας.</w:t>
      </w:r>
    </w:p>
    <w:p>
      <w:r>
        <w:rPr>
          <w:rFonts w:ascii="Courier New" w:hAnsi="Courier New"/>
          <w:color w:val="555555"/>
          <w:sz w:val="20"/>
        </w:rPr>
        <w:t>[2 . 514]</w:t>
      </w:r>
    </w:p>
    <w:p>
      <w:r>
        <w:rPr>
          <w:rFonts w:ascii="Gentium Plus" w:hAnsi="Gentium Plus"/>
          <w:sz w:val="24"/>
        </w:rPr>
        <w:t>παρθένος] ἢ ἔτι παρθένος νομιζομένη τοῖς γονεῦσιν. ὑπερώϊον 〈εἰσαναβᾶσα〉] εἰς τὸ δίστεγον ἀνελθοῦσα— αὐτὰς εἶναι.</w:t>
      </w:r>
    </w:p>
    <w:p>
      <w:r>
        <w:rPr>
          <w:rFonts w:ascii="Courier New" w:hAnsi="Courier New"/>
          <w:color w:val="555555"/>
          <w:sz w:val="20"/>
        </w:rPr>
        <w:t>[2 . 517]</w:t>
      </w:r>
    </w:p>
    <w:p>
      <w:r>
        <w:rPr>
          <w:rFonts w:ascii="Gentium Plus" w:hAnsi="Gentium Plus"/>
          <w:sz w:val="24"/>
        </w:rPr>
        <w:t>αὐτὰρ Φωκήων] διχῶς δὲ γράφεται «Φωκήων» καὶ «Φωκείων»· τοὺς γὰρ Φωκεῖς οἱ μὲν ἀπὸ Φώκου—Προνόης τῆς Ἀσω‐ ποῦ.</w:t>
      </w:r>
    </w:p>
    <w:p>
      <w:r>
        <w:rPr>
          <w:rFonts w:ascii="Courier New" w:hAnsi="Courier New"/>
          <w:color w:val="555555"/>
          <w:sz w:val="20"/>
        </w:rPr>
        <w:t>[2 . 519]</w:t>
      </w:r>
    </w:p>
    <w:p>
      <w:r>
        <w:rPr>
          <w:rFonts w:ascii="Gentium Plus" w:hAnsi="Gentium Plus"/>
          <w:sz w:val="24"/>
        </w:rPr>
        <w:t>Κυπάρισσον] πόλις Φωκίδος. ὠνομάσθη δὲ ἀπὸ Κυπαρίσσου —κυπαρίσσων. [Πυθῶνα] Πυθὼν καὶ αὐτὴ πόλις Φωκίδος—περὶ ὧν</w:t>
      </w:r>
    </w:p>
    <w:p>
      <w:r>
        <w:rPr>
          <w:rFonts w:ascii="Courier New" w:hAnsi="Courier New"/>
          <w:color w:val="555555"/>
          <w:sz w:val="20"/>
        </w:rPr>
        <w:t>[2 . 520]</w:t>
      </w:r>
    </w:p>
    <w:p>
      <w:r>
        <w:rPr>
          <w:rFonts w:ascii="Gentium Plus" w:hAnsi="Gentium Plus"/>
          <w:sz w:val="24"/>
        </w:rPr>
        <w:t>Κρῖσάν τε] πεδίον ἐν Λοκρίδι—Δηϊονέως. [Δαυλίδα] Δαυλὶς πόλις Φωκίδος—ἔλεγον οἱ ἀρχαῖοι. Πανοπῆα] πόλις Φωκίδος—τοῦ Φώκου.</w:t>
      </w:r>
    </w:p>
    <w:p>
      <w:r>
        <w:rPr>
          <w:rFonts w:ascii="Courier New" w:hAnsi="Courier New"/>
          <w:color w:val="555555"/>
          <w:sz w:val="20"/>
        </w:rPr>
        <w:t>[2 . 521]</w:t>
      </w:r>
    </w:p>
    <w:p>
      <w:r>
        <w:rPr>
          <w:rFonts w:ascii="Gentium Plus" w:hAnsi="Gentium Plus"/>
          <w:sz w:val="24"/>
        </w:rPr>
        <w:t>[Ἀνεμώρειαν] αὕτη μεταξὺ—σφοδρῶς.</w:t>
      </w:r>
    </w:p>
    <w:p>
      <w:r>
        <w:rPr>
          <w:rFonts w:ascii="Courier New" w:hAnsi="Courier New"/>
          <w:color w:val="555555"/>
          <w:sz w:val="20"/>
        </w:rPr>
        <w:t>[2 521bis]</w:t>
      </w:r>
    </w:p>
    <w:p>
      <w:r>
        <w:rPr>
          <w:rFonts w:ascii="Gentium Plus" w:hAnsi="Gentium Plus"/>
          <w:sz w:val="24"/>
        </w:rPr>
        <w:t>** [Ἀνεμώρειαν] διὰ τὸ καταπνεῖσθαι αὐτὴν σφοδρῶς. Ὑάμπολιν] οἵτινες ᾤκουν τὴν ὑπὸ Ὑάντων ἔθνους βαρβάρων οἰκισ‐ θεῖσαν πόλιν.</w:t>
      </w:r>
    </w:p>
    <w:p>
      <w:r>
        <w:rPr>
          <w:rFonts w:ascii="Courier New" w:hAnsi="Courier New"/>
          <w:color w:val="555555"/>
          <w:sz w:val="20"/>
        </w:rPr>
        <w:t>[2 . 522]</w:t>
      </w:r>
    </w:p>
    <w:p>
      <w:r>
        <w:rPr>
          <w:rFonts w:ascii="Gentium Plus" w:hAnsi="Gentium Plus"/>
          <w:sz w:val="24"/>
        </w:rPr>
        <w:t>οἵ τ’ ἄρα πὰρ ποταμόν] οὗτοι Ἐπικηφίσιοι—καλλίρ‐ ροον ὕδωρ».</w:t>
      </w:r>
    </w:p>
    <w:p>
      <w:r>
        <w:rPr>
          <w:rFonts w:ascii="Courier New" w:hAnsi="Courier New"/>
          <w:color w:val="555555"/>
          <w:sz w:val="20"/>
        </w:rPr>
        <w:t>[2 . 527]</w:t>
      </w:r>
    </w:p>
    <w:p>
      <w:r>
        <w:rPr>
          <w:rFonts w:ascii="Gentium Plus" w:hAnsi="Gentium Plus"/>
          <w:sz w:val="24"/>
        </w:rPr>
        <w:t>Λοκρῶν δ’ ἡγεμόνευεν Ὀϊλῆος] Λοκρῶν νῦν μέμνηται— τῆς Ἰταλίας κατοικεῖν.</w:t>
      </w:r>
    </w:p>
    <w:p>
      <w:r>
        <w:rPr>
          <w:rFonts w:ascii="Courier New" w:hAnsi="Courier New"/>
          <w:color w:val="555555"/>
          <w:sz w:val="20"/>
        </w:rPr>
        <w:t>[2 528-529]</w:t>
      </w:r>
    </w:p>
    <w:p>
      <w:r>
        <w:rPr>
          <w:rFonts w:ascii="Gentium Plus" w:hAnsi="Gentium Plus"/>
          <w:sz w:val="24"/>
        </w:rPr>
        <w:t>μείων οὔτι—ἀλλὰ πολὺ μείων—ἐγχείη δὲ] ἀθετοῦνται οἱ τρεῖς οὗτοι στίχοι—Πανέλληνας καὶ Ἀχαιούς.»</w:t>
      </w:r>
    </w:p>
    <w:p>
      <w:r>
        <w:rPr>
          <w:rFonts w:ascii="Courier New" w:hAnsi="Courier New"/>
          <w:color w:val="555555"/>
          <w:sz w:val="20"/>
        </w:rPr>
        <w:t>[2 . 529]</w:t>
      </w:r>
    </w:p>
    <w:p>
      <w:r>
        <w:rPr>
          <w:rFonts w:ascii="Gentium Plus" w:hAnsi="Gentium Plus"/>
          <w:sz w:val="24"/>
        </w:rPr>
        <w:t>λινοθώρηξ] λινοῦν θώρακα ἔχων· οἱ γὰρ τοξόται λινοῦς θώρα‐ κας φοροῦσιν.</w:t>
      </w:r>
    </w:p>
    <w:p>
      <w:r>
        <w:rPr>
          <w:rFonts w:ascii="Courier New" w:hAnsi="Courier New"/>
          <w:color w:val="555555"/>
          <w:sz w:val="20"/>
        </w:rPr>
        <w:t>[2 . 532]</w:t>
      </w:r>
    </w:p>
    <w:p>
      <w:r>
        <w:rPr>
          <w:rFonts w:ascii="Gentium Plus" w:hAnsi="Gentium Plus"/>
          <w:sz w:val="24"/>
        </w:rPr>
        <w:t>Βῆσσαν] οὕτως ὠνόμασται—λέγονται. Σκάρφην] οὕτως ὀνομάζεται ἀπὸ Σκάρφης τῆς Αἴσονος μητρός. Αὐγείας] ἀπὸ Αὐγείας—οἰκεῖται. [ἐρατεινὰς] «ἐρατεινὰς» δὲ ἐπεράστους, καλὰς καὶ ἐπιθυμίας ἀξίας.</w:t>
      </w:r>
    </w:p>
    <w:p>
      <w:r>
        <w:rPr>
          <w:rFonts w:ascii="Courier New" w:hAnsi="Courier New"/>
          <w:color w:val="555555"/>
          <w:sz w:val="20"/>
        </w:rPr>
        <w:t>[2 . 533]</w:t>
      </w:r>
    </w:p>
    <w:p>
      <w:r>
        <w:rPr>
          <w:rFonts w:ascii="Gentium Plus" w:hAnsi="Gentium Plus"/>
          <w:sz w:val="24"/>
        </w:rPr>
        <w:t>Τάρφην] οὕτως ὠνόμασται—τὰ συνεχῆ.</w:t>
      </w:r>
    </w:p>
    <w:p>
      <w:r>
        <w:rPr>
          <w:rFonts w:ascii="Courier New" w:hAnsi="Courier New"/>
          <w:color w:val="555555"/>
          <w:sz w:val="20"/>
        </w:rPr>
        <w:t>[2 . 535]</w:t>
      </w:r>
    </w:p>
    <w:p>
      <w:r>
        <w:rPr>
          <w:rFonts w:ascii="Gentium Plus" w:hAnsi="Gentium Plus"/>
          <w:sz w:val="24"/>
        </w:rPr>
        <w:t>[Εὐβοίης] Εὔβοια—Ἀσώπου.</w:t>
      </w:r>
    </w:p>
    <w:p>
      <w:r>
        <w:rPr>
          <w:rFonts w:ascii="Courier New" w:hAnsi="Courier New"/>
          <w:color w:val="555555"/>
          <w:sz w:val="20"/>
        </w:rPr>
        <w:t>[2 . 536]</w:t>
      </w:r>
    </w:p>
    <w:p>
      <w:r>
        <w:rPr>
          <w:rFonts w:ascii="Gentium Plus" w:hAnsi="Gentium Plus"/>
          <w:sz w:val="24"/>
        </w:rPr>
        <w:t>μένεα πνείοντες] θυμοῦ καὶ δυνάμεως πνέοντες, τουτέστι γέ‐</w:t>
      </w:r>
    </w:p>
    <w:p>
      <w:r>
        <w:rPr>
          <w:rFonts w:ascii="Courier New" w:hAnsi="Courier New"/>
          <w:color w:val="555555"/>
          <w:sz w:val="20"/>
        </w:rPr>
        <w:t>[2 . 537]</w:t>
      </w:r>
    </w:p>
    <w:p>
      <w:r>
        <w:rPr>
          <w:rFonts w:ascii="Gentium Plus" w:hAnsi="Gentium Plus"/>
          <w:sz w:val="24"/>
        </w:rPr>
        <w:t>Εἰρέτριάν τε] εἴρηται δὲ ἀπὸ Ἐρετριέως τοῦ Φαέθοντος. Ἱστίαιαν] αὕτη τὸ πρότερον—τῆς Ὑριέως.</w:t>
      </w:r>
    </w:p>
    <w:p>
      <w:r>
        <w:rPr>
          <w:rFonts w:ascii="Courier New" w:hAnsi="Courier New"/>
          <w:color w:val="555555"/>
          <w:sz w:val="20"/>
        </w:rPr>
        <w:t>[2 . 538]</w:t>
      </w:r>
    </w:p>
    <w:p>
      <w:r>
        <w:rPr>
          <w:rFonts w:ascii="Gentium Plus" w:hAnsi="Gentium Plus"/>
          <w:sz w:val="24"/>
        </w:rPr>
        <w:t>Δίου τ’ αἰπὺ] τὸ ὑψηλὸν καὶ μέγιστον. καλεῖται δὲ καὶ Δίων— —Πανδώρου.</w:t>
      </w:r>
    </w:p>
    <w:p>
      <w:r>
        <w:rPr>
          <w:rFonts w:ascii="Courier New" w:hAnsi="Courier New"/>
          <w:color w:val="555555"/>
          <w:sz w:val="20"/>
        </w:rPr>
        <w:t>[2 . 540]</w:t>
      </w:r>
    </w:p>
    <w:p>
      <w:r>
        <w:rPr>
          <w:rFonts w:ascii="Gentium Plus" w:hAnsi="Gentium Plus"/>
          <w:sz w:val="24"/>
        </w:rPr>
        <w:t>ὄζος Ἄρηος] ἀπόγονος Ἄρεος, πολεμικός.</w:t>
      </w:r>
    </w:p>
    <w:p>
      <w:r>
        <w:rPr>
          <w:rFonts w:ascii="Courier New" w:hAnsi="Courier New"/>
          <w:color w:val="555555"/>
          <w:sz w:val="20"/>
        </w:rPr>
        <w:t>[2 . 541]</w:t>
      </w:r>
    </w:p>
    <w:p>
      <w:r>
        <w:rPr>
          <w:rFonts w:ascii="Gentium Plus" w:hAnsi="Gentium Plus"/>
          <w:sz w:val="24"/>
        </w:rPr>
        <w:t>Χαλκωδοντιάδης] Χαλκώδοντος παῖς Ἐλεφήνωρ—ἐλε‐ φαίρεσθαι αὐτὸν καὶ βλάπτοντα τοὺς πολεμίους</w:t>
      </w:r>
    </w:p>
    <w:p>
      <w:r>
        <w:rPr>
          <w:rFonts w:ascii="Courier New" w:hAnsi="Courier New"/>
          <w:color w:val="555555"/>
          <w:sz w:val="20"/>
        </w:rPr>
        <w:t>[2 . 542]</w:t>
      </w:r>
    </w:p>
    <w:p>
      <w:r>
        <w:rPr>
          <w:rFonts w:ascii="Gentium Plus" w:hAnsi="Gentium Plus"/>
          <w:sz w:val="24"/>
        </w:rPr>
        <w:t>ὄπιθεν κομόωντες] τὰ ὀπίσω μέρη—βαθείας ἔχειν.</w:t>
      </w:r>
    </w:p>
    <w:p>
      <w:r>
        <w:rPr>
          <w:rFonts w:ascii="Courier New" w:hAnsi="Courier New"/>
          <w:color w:val="555555"/>
          <w:sz w:val="20"/>
        </w:rPr>
        <w:t>[2 . 543]</w:t>
      </w:r>
    </w:p>
    <w:p>
      <w:r>
        <w:rPr>
          <w:rFonts w:ascii="Gentium Plus" w:hAnsi="Gentium Plus"/>
          <w:sz w:val="24"/>
        </w:rPr>
        <w:t>ὀρεκτῇσιν] τοῖς ἐκ χειρῶν δόρασιν—ἐκ χειρὸς πατά‐ ξαι.</w:t>
      </w:r>
    </w:p>
    <w:p>
      <w:r>
        <w:rPr>
          <w:rFonts w:ascii="Courier New" w:hAnsi="Courier New"/>
          <w:color w:val="555555"/>
          <w:sz w:val="20"/>
        </w:rPr>
        <w:t>[2 . 546]</w:t>
      </w:r>
    </w:p>
    <w:p>
      <w:r>
        <w:rPr>
          <w:rFonts w:ascii="Gentium Plus" w:hAnsi="Gentium Plus"/>
          <w:sz w:val="24"/>
        </w:rPr>
        <w:t>[Ἀθήνας] Ἀθήνας δὲ νῦν κέκληκε—καταταγῆναι.</w:t>
      </w:r>
    </w:p>
    <w:p>
      <w:r>
        <w:rPr>
          <w:rFonts w:ascii="Courier New" w:hAnsi="Courier New"/>
          <w:color w:val="555555"/>
          <w:sz w:val="20"/>
        </w:rPr>
        <w:t>[2 . 547]</w:t>
      </w:r>
    </w:p>
    <w:p>
      <w:r>
        <w:rPr>
          <w:rFonts w:ascii="Gentium Plus" w:hAnsi="Gentium Plus"/>
          <w:sz w:val="24"/>
        </w:rPr>
        <w:t>Ἐρεχθέως] Ἐρεχθέως δὲ τοῦ βασιλέως τῶν Ἀθηναίων— ἱστορεῖ Καλλίμαχος.</w:t>
      </w:r>
    </w:p>
    <w:p>
      <w:r>
        <w:rPr>
          <w:rFonts w:ascii="Courier New" w:hAnsi="Courier New"/>
          <w:color w:val="555555"/>
          <w:sz w:val="20"/>
        </w:rPr>
        <w:t>[2 . 548]</w:t>
      </w:r>
    </w:p>
    <w:p>
      <w:r>
        <w:rPr>
          <w:rFonts w:ascii="Gentium Plus" w:hAnsi="Gentium Plus"/>
          <w:sz w:val="24"/>
        </w:rPr>
        <w:t>ζείδωρος 〈ἄρουρα〉] ἡ τὰ πρὸς ζωὴν δωρουμένη γῆ. D. Gen. a‐ joute: ἄρουρα γὰρ ἡ γῆ, παρὰ τὸ ἀροτριᾶσθαι.</w:t>
      </w:r>
    </w:p>
    <w:p>
      <w:r>
        <w:rPr>
          <w:rFonts w:ascii="Courier New" w:hAnsi="Courier New"/>
          <w:color w:val="555555"/>
          <w:sz w:val="20"/>
        </w:rPr>
        <w:t>[2 . 549]</w:t>
      </w:r>
    </w:p>
    <w:p>
      <w:r>
        <w:rPr>
          <w:rFonts w:ascii="Gentium Plus" w:hAnsi="Gentium Plus"/>
          <w:sz w:val="24"/>
        </w:rPr>
        <w:t>κὰδ δ’ ἐν Ἀθήνῃς εἷσεν] καθίδρυσε δὲ αὐτὸν Ἀθήνῃσιν ἐν τῷ ἰδίῳ αὑτῆς ἱερῷ 〈ἡ〉 θεὸς καὶ ἔδωκε φυλάττειν ταῖς Κέκροπος θυ‐ γατράσιν. ἑῷ ἐν πίονι νηῷ] ἐν τῷ ἰδίῳ. «πίονι» δὲ ἀντὶ τοῦ πλουσίῳ καὶ εὐδαί‐</w:t>
      </w:r>
    </w:p>
    <w:p>
      <w:r>
        <w:rPr>
          <w:rFonts w:ascii="Courier New" w:hAnsi="Courier New"/>
          <w:color w:val="555555"/>
          <w:sz w:val="20"/>
        </w:rPr>
        <w:t>[5]</w:t>
      </w:r>
    </w:p>
    <w:p>
      <w:r>
        <w:rPr>
          <w:rFonts w:ascii="Gentium Plus" w:hAnsi="Gentium Plus"/>
          <w:sz w:val="24"/>
        </w:rPr>
        <w:t>μονι.</w:t>
      </w:r>
    </w:p>
    <w:p>
      <w:r>
        <w:rPr>
          <w:rFonts w:ascii="Courier New" w:hAnsi="Courier New"/>
          <w:color w:val="555555"/>
          <w:sz w:val="20"/>
        </w:rPr>
        <w:t>[2 . 550]</w:t>
      </w:r>
    </w:p>
    <w:p>
      <w:r>
        <w:rPr>
          <w:rFonts w:ascii="Gentium Plus" w:hAnsi="Gentium Plus"/>
          <w:sz w:val="24"/>
        </w:rPr>
        <w:t>[ἱλάονται] ἱλάσκονται, ἐξευμενίζονται, ἐξιλεοῦνται.</w:t>
      </w:r>
    </w:p>
    <w:p>
      <w:r>
        <w:rPr>
          <w:rFonts w:ascii="Courier New" w:hAnsi="Courier New"/>
          <w:color w:val="555555"/>
          <w:sz w:val="20"/>
        </w:rPr>
        <w:t>[2 . 551]</w:t>
      </w:r>
    </w:p>
    <w:p>
      <w:r>
        <w:rPr>
          <w:rFonts w:ascii="Gentium Plus" w:hAnsi="Gentium Plus"/>
          <w:sz w:val="24"/>
        </w:rPr>
        <w:t>κοῦροι Ἀθηναίων] ὡς οἱ Ἀθηναῖοι, περιφραστικῶς. περιτελλομένων] εἰς τὸ αὐτὸ κατὰ περίοδον περιερχομένων καὶ τελει‐ ουμένων.</w:t>
      </w:r>
    </w:p>
    <w:p>
      <w:r>
        <w:rPr>
          <w:rFonts w:ascii="Courier New" w:hAnsi="Courier New"/>
          <w:color w:val="555555"/>
          <w:sz w:val="20"/>
        </w:rPr>
        <w:t>[2 . 557]</w:t>
      </w:r>
    </w:p>
    <w:p>
      <w:r>
        <w:rPr>
          <w:rFonts w:ascii="Gentium Plus" w:hAnsi="Gentium Plus"/>
          <w:sz w:val="24"/>
        </w:rPr>
        <w:t>[Σαλαμῖνος] Σαλαμὶς νῆσος—ὁ Τελαμώνιος.</w:t>
      </w:r>
    </w:p>
    <w:p>
      <w:r>
        <w:rPr>
          <w:rFonts w:ascii="Courier New" w:hAnsi="Courier New"/>
          <w:color w:val="555555"/>
          <w:sz w:val="20"/>
        </w:rPr>
        <w:t>[2 . 559]</w:t>
      </w:r>
    </w:p>
    <w:p>
      <w:r>
        <w:rPr>
          <w:rFonts w:ascii="Gentium Plus" w:hAnsi="Gentium Plus"/>
          <w:sz w:val="24"/>
        </w:rPr>
        <w:t>τειχιόεσσαν] τὴν καλῶς—τετειχίσθαι.</w:t>
      </w:r>
    </w:p>
    <w:p>
      <w:r>
        <w:rPr>
          <w:rFonts w:ascii="Courier New" w:hAnsi="Courier New"/>
          <w:color w:val="555555"/>
          <w:sz w:val="20"/>
        </w:rPr>
        <w:t>[2 . 560]</w:t>
      </w:r>
    </w:p>
    <w:p>
      <w:r>
        <w:rPr>
          <w:rFonts w:ascii="Gentium Plus" w:hAnsi="Gentium Plus"/>
          <w:sz w:val="24"/>
        </w:rPr>
        <w:t>Ἑρμιόνην Ἀσίνην τε] πόλεις—Περσεφόνης. βαθὺν κατὰ κόλπον] τὰς βαθὺν—περιεχομένη.</w:t>
      </w:r>
    </w:p>
    <w:p>
      <w:r>
        <w:rPr>
          <w:rFonts w:ascii="Courier New" w:hAnsi="Courier New"/>
          <w:color w:val="555555"/>
          <w:sz w:val="20"/>
        </w:rPr>
        <w:t>[2 . 561]</w:t>
      </w:r>
    </w:p>
    <w:p>
      <w:r>
        <w:rPr>
          <w:rFonts w:ascii="Gentium Plus" w:hAnsi="Gentium Plus"/>
          <w:sz w:val="24"/>
        </w:rPr>
        <w:t>Ἐπίδαυρον] πόλις Ἄργους ἐν τοῖς παραθαλασσίοις μέρεσι κει‐ μένη.</w:t>
      </w:r>
    </w:p>
    <w:p>
      <w:r>
        <w:rPr>
          <w:rFonts w:ascii="Courier New" w:hAnsi="Courier New"/>
          <w:color w:val="555555"/>
          <w:sz w:val="20"/>
        </w:rPr>
        <w:t>[2 . 562]</w:t>
      </w:r>
    </w:p>
    <w:p>
      <w:r>
        <w:rPr>
          <w:rFonts w:ascii="Gentium Plus" w:hAnsi="Gentium Plus"/>
          <w:sz w:val="24"/>
        </w:rPr>
        <w:t>[Αἴγιναν] Αἴγινα νῆσος πρὸ τῆς Ἀττικῆς. ἐκαλεῖτο δὲ— μητρός.</w:t>
      </w:r>
    </w:p>
    <w:p>
      <w:r>
        <w:rPr>
          <w:rFonts w:ascii="Courier New" w:hAnsi="Courier New"/>
          <w:color w:val="555555"/>
          <w:sz w:val="20"/>
        </w:rPr>
        <w:t>[2 . 565]</w:t>
      </w:r>
    </w:p>
    <w:p>
      <w:r>
        <w:rPr>
          <w:rFonts w:ascii="Gentium Plus" w:hAnsi="Gentium Plus"/>
          <w:sz w:val="24"/>
        </w:rPr>
        <w:t>ἰσόθεος φὼς] ἰσόθεος ἀνήρ. τὸ δὲ «φώς» ὀξυτονούμενον— ἕνδεκα δίφροι».</w:t>
      </w:r>
    </w:p>
    <w:p>
      <w:r>
        <w:rPr>
          <w:rFonts w:ascii="Courier New" w:hAnsi="Courier New"/>
          <w:color w:val="555555"/>
          <w:sz w:val="20"/>
        </w:rPr>
        <w:t>[2 . 566]</w:t>
      </w:r>
    </w:p>
    <w:p>
      <w:r>
        <w:rPr>
          <w:rFonts w:ascii="Gentium Plus" w:hAnsi="Gentium Plus"/>
          <w:sz w:val="24"/>
        </w:rPr>
        <w:t>[Ταλαϊονίδαο] Ταλαοῦ παιδὸς, Ἀδράστου.</w:t>
      </w:r>
    </w:p>
    <w:p>
      <w:r>
        <w:rPr>
          <w:rFonts w:ascii="Courier New" w:hAnsi="Courier New"/>
          <w:color w:val="555555"/>
          <w:sz w:val="20"/>
        </w:rPr>
        <w:t>[2 . 569]</w:t>
      </w:r>
    </w:p>
    <w:p>
      <w:r>
        <w:rPr>
          <w:rFonts w:ascii="Gentium Plus" w:hAnsi="Gentium Plus"/>
          <w:sz w:val="24"/>
        </w:rPr>
        <w:t>[Μυκήνας] Μυκήνη πόλις Ἄργους, ἧς—Λακωνι‐ κῆς.</w:t>
      </w:r>
    </w:p>
    <w:p>
      <w:r>
        <w:rPr>
          <w:rFonts w:ascii="Courier New" w:hAnsi="Courier New"/>
          <w:color w:val="555555"/>
          <w:sz w:val="20"/>
        </w:rPr>
        <w:t>[2 . 571]</w:t>
      </w:r>
    </w:p>
    <w:p>
      <w:r>
        <w:rPr>
          <w:rFonts w:ascii="Gentium Plus" w:hAnsi="Gentium Plus"/>
          <w:sz w:val="24"/>
        </w:rPr>
        <w:t>Ἀραιθυρέην] αὕτη ὕστερον Φλιοῦς προσηγορεύθη.</w:t>
      </w:r>
    </w:p>
    <w:p>
      <w:r>
        <w:rPr>
          <w:rFonts w:ascii="Courier New" w:hAnsi="Courier New"/>
          <w:color w:val="555555"/>
          <w:sz w:val="20"/>
        </w:rPr>
        <w:t>[2 . 573]</w:t>
      </w:r>
    </w:p>
    <w:p>
      <w:r>
        <w:rPr>
          <w:rFonts w:ascii="Gentium Plus" w:hAnsi="Gentium Plus"/>
          <w:sz w:val="24"/>
        </w:rPr>
        <w:t>Γονόεσσαν] Γονοῦσαν—Πελλήνης.</w:t>
      </w:r>
    </w:p>
    <w:p>
      <w:r>
        <w:rPr>
          <w:rFonts w:ascii="Courier New" w:hAnsi="Courier New"/>
          <w:color w:val="555555"/>
          <w:sz w:val="20"/>
        </w:rPr>
        <w:t>[2 . 574]</w:t>
      </w:r>
    </w:p>
    <w:p>
      <w:r>
        <w:rPr>
          <w:rFonts w:ascii="Gentium Plus" w:hAnsi="Gentium Plus"/>
          <w:sz w:val="24"/>
        </w:rPr>
        <w:t>Πελλήνην] διαφέρει—Πελοπόννησος.</w:t>
      </w:r>
    </w:p>
    <w:p>
      <w:r>
        <w:rPr>
          <w:rFonts w:ascii="Courier New" w:hAnsi="Courier New"/>
          <w:color w:val="555555"/>
          <w:sz w:val="20"/>
        </w:rPr>
        <w:t>[2 . 575]</w:t>
      </w:r>
    </w:p>
    <w:p>
      <w:r>
        <w:rPr>
          <w:rFonts w:ascii="Gentium Plus" w:hAnsi="Gentium Plus"/>
          <w:sz w:val="24"/>
        </w:rPr>
        <w:t>[Αἰγιαλόν] Αἰγιαλὸς πόλις ἐν Μυκήναις καὶ ἑτέρα ἐν Παφλα‐ γονίᾳ. [Αἰγιαλόν] οὕτως ἐκαλεῖτο ἡ παραθαλασσία—μέχρι Ἤλι‐ δος.</w:t>
      </w:r>
    </w:p>
    <w:p>
      <w:r>
        <w:rPr>
          <w:rFonts w:ascii="Courier New" w:hAnsi="Courier New"/>
          <w:color w:val="555555"/>
          <w:sz w:val="20"/>
        </w:rPr>
        <w:t>[2 . 576]</w:t>
      </w:r>
    </w:p>
    <w:p>
      <w:r>
        <w:rPr>
          <w:rFonts w:ascii="Gentium Plus" w:hAnsi="Gentium Plus"/>
          <w:sz w:val="24"/>
        </w:rPr>
        <w:t>τῶν ἑκατὸν νηῶν] ἀντὶ τοῦ πάντων τῶν προειρημένων· καὶ γὰρ ἑκατὸν νεῶν ἡγεμὼν ἦν ὁ Ἀγαμέμνων.</w:t>
      </w:r>
    </w:p>
    <w:p>
      <w:r>
        <w:rPr>
          <w:rFonts w:ascii="Courier New" w:hAnsi="Courier New"/>
          <w:color w:val="555555"/>
          <w:sz w:val="20"/>
        </w:rPr>
        <w:t>[2 . 581]</w:t>
      </w:r>
    </w:p>
    <w:p>
      <w:r>
        <w:rPr>
          <w:rFonts w:ascii="Gentium Plus" w:hAnsi="Gentium Plus"/>
          <w:sz w:val="24"/>
        </w:rPr>
        <w:t>κοίλην Λακεδαίμονα] τὴν ὑπὸ ὀρῶν—τὴν δὲ πόλιν Σπάρτην. Gen. ajoute ἕτεροι δὲ καὶ—</w:t>
      </w:r>
    </w:p>
    <w:p>
      <w:r>
        <w:rPr>
          <w:rFonts w:ascii="Courier New" w:hAnsi="Courier New"/>
          <w:color w:val="555555"/>
          <w:sz w:val="20"/>
        </w:rPr>
        <w:t>[5]</w:t>
      </w:r>
    </w:p>
    <w:p>
      <w:r>
        <w:rPr>
          <w:rFonts w:ascii="Gentium Plus" w:hAnsi="Gentium Plus"/>
          <w:sz w:val="24"/>
        </w:rPr>
        <w:t>τινὲς δὲ γράφουσι—ἐν Σπάρτῃ.</w:t>
      </w:r>
    </w:p>
    <w:p>
      <w:r>
        <w:rPr>
          <w:rFonts w:ascii="Courier New" w:hAnsi="Courier New"/>
          <w:color w:val="555555"/>
          <w:sz w:val="20"/>
        </w:rPr>
        <w:t>[2 . 582]</w:t>
      </w:r>
    </w:p>
    <w:p>
      <w:r>
        <w:rPr>
          <w:rFonts w:ascii="Gentium Plus" w:hAnsi="Gentium Plus"/>
          <w:sz w:val="24"/>
        </w:rPr>
        <w:t>[Μέστην] ἢ «Μέσσην».</w:t>
      </w:r>
    </w:p>
    <w:p>
      <w:r>
        <w:rPr>
          <w:rFonts w:ascii="Courier New" w:hAnsi="Courier New"/>
          <w:color w:val="555555"/>
          <w:sz w:val="20"/>
        </w:rPr>
        <w:t>[2 . 584]</w:t>
      </w:r>
    </w:p>
    <w:p>
      <w:r>
        <w:rPr>
          <w:rFonts w:ascii="Gentium Plus" w:hAnsi="Gentium Plus"/>
          <w:sz w:val="24"/>
        </w:rPr>
        <w:t>Ἕλος] πόλις—Εἵλωτες.</w:t>
      </w:r>
    </w:p>
    <w:p>
      <w:r>
        <w:rPr>
          <w:rFonts w:ascii="Courier New" w:hAnsi="Courier New"/>
          <w:color w:val="555555"/>
          <w:sz w:val="20"/>
        </w:rPr>
        <w:t>[2 . 585]</w:t>
      </w:r>
    </w:p>
    <w:p>
      <w:r>
        <w:rPr>
          <w:rFonts w:ascii="Gentium Plus" w:hAnsi="Gentium Plus"/>
          <w:sz w:val="24"/>
        </w:rPr>
        <w:t>Λάαν] πόλιν—μονοσυλλάβως Λᾶν. ἠδ’ Οἴτυλον] καὶ Οἴτυλον. ἔστι δὲ καὶ αὕτη πόλις Λακεδαιμονίας.</w:t>
      </w:r>
    </w:p>
    <w:p>
      <w:r>
        <w:rPr>
          <w:rFonts w:ascii="Courier New" w:hAnsi="Courier New"/>
          <w:color w:val="555555"/>
          <w:sz w:val="20"/>
        </w:rPr>
        <w:t>[2 . 591]</w:t>
      </w:r>
    </w:p>
    <w:p>
      <w:r>
        <w:rPr>
          <w:rFonts w:ascii="Gentium Plus" w:hAnsi="Gentium Plus"/>
          <w:sz w:val="24"/>
        </w:rPr>
        <w:t>[Πύλον] Πύλος ὁ ὑπὸ Νέστορι, ὅ ἐστι τῆς Μεσσηνίας— τὴν Ὠλενίαν πέτραν.</w:t>
      </w:r>
    </w:p>
    <w:p>
      <w:r>
        <w:rPr>
          <w:rFonts w:ascii="Courier New" w:hAnsi="Courier New"/>
          <w:color w:val="555555"/>
          <w:sz w:val="20"/>
        </w:rPr>
        <w:t>[2 . 592]</w:t>
      </w:r>
    </w:p>
    <w:p>
      <w:r>
        <w:rPr>
          <w:rFonts w:ascii="Gentium Plus" w:hAnsi="Gentium Plus"/>
          <w:sz w:val="24"/>
        </w:rPr>
        <w:t>[Θρύον] πόλιν τῆς Ἤλιδος, ἣν ἕτεροι Θρυόεσσαν καλοῦσιν. Ἀλφειοῖο πόρον] καθ’ Ὅμηρον ποσὶ διαβατός. ἔστιν ὁ Ἀλφεῖος τῆς Ἠλείας χώρας. Αἶπυ] βαρυτόνως λεκτέον· ὄνομα γάρ ἐστι πόλεως—ὑψη‐</w:t>
      </w:r>
    </w:p>
    <w:p>
      <w:r>
        <w:rPr>
          <w:rFonts w:ascii="Courier New" w:hAnsi="Courier New"/>
          <w:color w:val="555555"/>
          <w:sz w:val="20"/>
        </w:rPr>
        <w:t>[5]</w:t>
      </w:r>
    </w:p>
    <w:p>
      <w:r>
        <w:rPr>
          <w:rFonts w:ascii="Gentium Plus" w:hAnsi="Gentium Plus"/>
          <w:sz w:val="24"/>
        </w:rPr>
        <w:t>λόν· τῶν μέντοι εἰς υ ληγόντων οὐδετέρων τριγενῶν τὰ θήλεα εἰς α λήγει, τῇ ει διφθόγγῳ παραληγόμενα, οἷον αἰπύ καὶ «αἰπεῖα κολώνη» (Il. XI, 711) ὀξύ, ὀξεῖα, ταχύ ταχεῖα.</w:t>
      </w:r>
    </w:p>
    <w:p>
      <w:r>
        <w:rPr>
          <w:rFonts w:ascii="Courier New" w:hAnsi="Courier New"/>
          <w:color w:val="555555"/>
          <w:sz w:val="20"/>
        </w:rPr>
        <w:t>[2 . 595]</w:t>
      </w:r>
    </w:p>
    <w:p>
      <w:r>
        <w:rPr>
          <w:rFonts w:ascii="Gentium Plus" w:hAnsi="Gentium Plus"/>
          <w:sz w:val="24"/>
        </w:rPr>
        <w:t>Θάμυριν] οὗτος παῖς ἦν—ἐστέρησαν.</w:t>
      </w:r>
    </w:p>
    <w:p>
      <w:r>
        <w:rPr>
          <w:rFonts w:ascii="Courier New" w:hAnsi="Courier New"/>
          <w:color w:val="555555"/>
          <w:sz w:val="20"/>
        </w:rPr>
        <w:t>[2 . 596]</w:t>
      </w:r>
    </w:p>
    <w:p>
      <w:r>
        <w:rPr>
          <w:rFonts w:ascii="Gentium Plus" w:hAnsi="Gentium Plus"/>
          <w:sz w:val="24"/>
        </w:rPr>
        <w:t>[Οἰχαλίηθεν] ἀπὸ τῆς Οἰχαλίας—Εὔρυτος.</w:t>
      </w:r>
    </w:p>
    <w:p>
      <w:r>
        <w:rPr>
          <w:rFonts w:ascii="Courier New" w:hAnsi="Courier New"/>
          <w:color w:val="555555"/>
          <w:sz w:val="20"/>
        </w:rPr>
        <w:t>[2 . 599]</w:t>
      </w:r>
    </w:p>
    <w:p>
      <w:r>
        <w:rPr>
          <w:rFonts w:ascii="Gentium Plus" w:hAnsi="Gentium Plus"/>
          <w:sz w:val="24"/>
        </w:rPr>
        <w:t>πηρὸν θέσαν] ἤτοι τῆς τέχνης ἔπαυσαν—βεβλαμ‐ μένος.</w:t>
      </w:r>
    </w:p>
    <w:p>
      <w:r>
        <w:rPr>
          <w:rFonts w:ascii="Courier New" w:hAnsi="Courier New"/>
          <w:color w:val="555555"/>
          <w:sz w:val="20"/>
        </w:rPr>
        <w:t>[2 . 600]</w:t>
      </w:r>
    </w:p>
    <w:p>
      <w:r>
        <w:rPr>
          <w:rFonts w:ascii="Gentium Plus" w:hAnsi="Gentium Plus"/>
          <w:sz w:val="24"/>
        </w:rPr>
        <w:t>καὶ ἐκλέλαθον] καὶ ἐπιλαθέσθαι ἐποίησαν τῆς κιθαρῳδίας. ὁ</w:t>
      </w:r>
    </w:p>
    <w:p>
      <w:r>
        <w:rPr>
          <w:rFonts w:ascii="Courier New" w:hAnsi="Courier New"/>
          <w:color w:val="555555"/>
          <w:sz w:val="20"/>
        </w:rPr>
        <w:t>[2 . 603]</w:t>
      </w:r>
    </w:p>
    <w:p>
      <w:r>
        <w:rPr>
          <w:rFonts w:ascii="Gentium Plus" w:hAnsi="Gentium Plus"/>
          <w:sz w:val="24"/>
        </w:rPr>
        <w:t>[Κυλλήνης] Κυλλήνη ὄρος—τὸν θεόν φασιν.</w:t>
      </w:r>
    </w:p>
    <w:p>
      <w:r>
        <w:rPr>
          <w:rFonts w:ascii="Courier New" w:hAnsi="Courier New"/>
          <w:color w:val="555555"/>
          <w:sz w:val="20"/>
        </w:rPr>
        <w:t>[2 . 604]</w:t>
      </w:r>
    </w:p>
    <w:p>
      <w:r>
        <w:rPr>
          <w:rFonts w:ascii="Gentium Plus" w:hAnsi="Gentium Plus"/>
          <w:sz w:val="24"/>
        </w:rPr>
        <w:t>Αἰπύτιον παρὰ τύμβον] παρὰ τὸν τοῦ Αἰπύτου— Ἀρκὰς τὸ γένος.</w:t>
      </w:r>
    </w:p>
    <w:p>
      <w:r>
        <w:rPr>
          <w:rFonts w:ascii="Courier New" w:hAnsi="Courier New"/>
          <w:color w:val="555555"/>
          <w:sz w:val="20"/>
        </w:rPr>
        <w:t>[2 . 612]</w:t>
      </w:r>
    </w:p>
    <w:p>
      <w:r>
        <w:rPr>
          <w:rFonts w:ascii="Gentium Plus" w:hAnsi="Gentium Plus"/>
          <w:sz w:val="24"/>
        </w:rPr>
        <w:t>αὐτὰρ γάρ σφιν] τοῖς Ἀρκάσι, φησὶ, αὐτὸς ὁ βασιλεὺς Ἀγα‐ μέμνων παρέσχε ναῦς, διὰ τὸ ἐν μεσογαίᾳ τῆς Πελοποννήσου αὐτοὺς οἰκοῦντας ἀπείρους εἶναι τῶν κατὰ θάλατταν ἔργων.</w:t>
      </w:r>
    </w:p>
    <w:p>
      <w:r>
        <w:rPr>
          <w:rFonts w:ascii="Courier New" w:hAnsi="Courier New"/>
          <w:color w:val="555555"/>
          <w:sz w:val="20"/>
        </w:rPr>
        <w:t>[2 . 614]</w:t>
      </w:r>
    </w:p>
    <w:p>
      <w:r>
        <w:rPr>
          <w:rFonts w:ascii="Gentium Plus" w:hAnsi="Gentium Plus"/>
          <w:sz w:val="24"/>
        </w:rPr>
        <w:t>ἐπεὶ οὔ σφι θαλάσσια ἔργα] ἐπεὶ ἄπειροι ἦσαν τῶν κατὰ θά‐ λατταν ἔργων καὶ οὐδαμῶς ἔμελεν αὐτοῖς περὶ αὐτῶν.</w:t>
      </w:r>
    </w:p>
    <w:p>
      <w:r>
        <w:rPr>
          <w:rFonts w:ascii="Courier New" w:hAnsi="Courier New"/>
          <w:color w:val="555555"/>
          <w:sz w:val="20"/>
        </w:rPr>
        <w:t>[2 . 616]</w:t>
      </w:r>
    </w:p>
    <w:p>
      <w:r>
        <w:rPr>
          <w:rFonts w:ascii="Gentium Plus" w:hAnsi="Gentium Plus"/>
          <w:sz w:val="24"/>
        </w:rPr>
        <w:t>ὅσσον ἐφ’ Ὑρμίνη] ἐφ’ ὅσον ἥ τε Ὑρμίνη—ἀκα‐ τάλληλος ὁ λόγος.</w:t>
      </w:r>
    </w:p>
    <w:p>
      <w:r>
        <w:rPr>
          <w:rFonts w:ascii="Courier New" w:hAnsi="Courier New"/>
          <w:color w:val="555555"/>
          <w:sz w:val="20"/>
        </w:rPr>
        <w:t>[2 . 621]</w:t>
      </w:r>
    </w:p>
    <w:p>
      <w:r>
        <w:rPr>
          <w:rFonts w:ascii="Gentium Plus" w:hAnsi="Gentium Plus"/>
          <w:sz w:val="24"/>
        </w:rPr>
        <w:t>υἷες ὁ μὲν Κτεάτου] Ἄκτορος παῖδες—Εὐρύ‐ του.</w:t>
      </w:r>
    </w:p>
    <w:p>
      <w:r>
        <w:rPr>
          <w:rFonts w:ascii="Courier New" w:hAnsi="Courier New"/>
          <w:color w:val="555555"/>
          <w:sz w:val="20"/>
        </w:rPr>
        <w:t>[2 . 625]</w:t>
      </w:r>
    </w:p>
    <w:p>
      <w:r>
        <w:rPr>
          <w:rFonts w:ascii="Gentium Plus" w:hAnsi="Gentium Plus"/>
          <w:sz w:val="24"/>
        </w:rPr>
        <w:t>Δουλιχίοιο] Δουλιχίου. ἔστι δὲ νῆσος πρὸς τῆς Κεφαλληνίας. αἱ δὲ Ἐχινάδες νῆσοι—καλοῦνται Ἐπειοί.</w:t>
      </w:r>
    </w:p>
    <w:p>
      <w:r>
        <w:rPr>
          <w:rFonts w:ascii="Courier New" w:hAnsi="Courier New"/>
          <w:color w:val="555555"/>
          <w:sz w:val="20"/>
        </w:rPr>
        <w:t>[2 . 629]</w:t>
      </w:r>
    </w:p>
    <w:p>
      <w:r>
        <w:rPr>
          <w:rFonts w:ascii="Gentium Plus" w:hAnsi="Gentium Plus"/>
          <w:sz w:val="24"/>
        </w:rPr>
        <w:t>ὅς ποτε Δουλίχιον] ὃς εἰς τὸ Δουλίχιον—παρὰ Καλ‐ λιμάχῳ.</w:t>
      </w:r>
    </w:p>
    <w:p>
      <w:r>
        <w:rPr>
          <w:rFonts w:ascii="Courier New" w:hAnsi="Courier New"/>
          <w:color w:val="555555"/>
          <w:sz w:val="20"/>
        </w:rPr>
        <w:t>[2 . 632]</w:t>
      </w:r>
    </w:p>
    <w:p>
      <w:r>
        <w:rPr>
          <w:rFonts w:ascii="Gentium Plus" w:hAnsi="Gentium Plus"/>
          <w:sz w:val="24"/>
        </w:rPr>
        <w:t>Νήριτον] ὄρος Ἰθάκης—ἡ κίνησις ἐνταῦθα.</w:t>
      </w:r>
    </w:p>
    <w:p>
      <w:r>
        <w:rPr>
          <w:rFonts w:ascii="Courier New" w:hAnsi="Courier New"/>
          <w:color w:val="555555"/>
          <w:sz w:val="20"/>
        </w:rPr>
        <w:t>[2 . 635]</w:t>
      </w:r>
    </w:p>
    <w:p>
      <w:r>
        <w:rPr>
          <w:rFonts w:ascii="Gentium Plus" w:hAnsi="Gentium Plus"/>
          <w:sz w:val="24"/>
        </w:rPr>
        <w:t>οἵ τ’ ἤπειρον ἔχον] καὶ γάρ τινων χωρῶν—Ὀδυσ‐ σεύς.</w:t>
      </w:r>
    </w:p>
    <w:p>
      <w:r>
        <w:rPr>
          <w:rFonts w:ascii="Courier New" w:hAnsi="Courier New"/>
          <w:color w:val="555555"/>
          <w:sz w:val="20"/>
        </w:rPr>
        <w:t>[2 . 640]</w:t>
      </w:r>
    </w:p>
    <w:p>
      <w:r>
        <w:rPr>
          <w:rFonts w:ascii="Gentium Plus" w:hAnsi="Gentium Plus"/>
          <w:sz w:val="24"/>
        </w:rPr>
        <w:t>[Χαλκίδα] ἔξω τοῦ Εὐρίπου. [Καλυδῶνα] ἤτοι Ναύπακτος.</w:t>
      </w:r>
    </w:p>
    <w:p>
      <w:r>
        <w:rPr>
          <w:rFonts w:ascii="Courier New" w:hAnsi="Courier New"/>
          <w:color w:val="555555"/>
          <w:sz w:val="20"/>
        </w:rPr>
        <w:t>[2 . 642]</w:t>
      </w:r>
    </w:p>
    <w:p>
      <w:r>
        <w:rPr>
          <w:rFonts w:ascii="Gentium Plus" w:hAnsi="Gentium Plus"/>
          <w:sz w:val="24"/>
        </w:rPr>
        <w:t>οὐδ’ ἄρ’ ἔτ’ αὐτὸς ἔην] ἐτελεύτησε δὲ καὶ αὐτὸς— κατ’ ἐξοχήν.</w:t>
      </w:r>
    </w:p>
    <w:p>
      <w:r>
        <w:rPr>
          <w:rFonts w:ascii="Courier New" w:hAnsi="Courier New"/>
          <w:color w:val="555555"/>
          <w:sz w:val="20"/>
        </w:rPr>
        <w:t>[2 . 649]</w:t>
      </w:r>
    </w:p>
    <w:p>
      <w:r>
        <w:rPr>
          <w:rFonts w:ascii="Gentium Plus" w:hAnsi="Gentium Plus"/>
          <w:sz w:val="24"/>
        </w:rPr>
        <w:t>ἑκατόμπολιν] διὰ τί ἐνταῦθα μὲν—ἐνενήκοντα εἶπεν</w:t>
      </w:r>
    </w:p>
    <w:p>
      <w:r>
        <w:rPr>
          <w:rFonts w:ascii="Courier New" w:hAnsi="Courier New"/>
          <w:color w:val="555555"/>
          <w:sz w:val="20"/>
        </w:rPr>
        <w:t>[2 . 662]</w:t>
      </w:r>
    </w:p>
    <w:p>
      <w:r>
        <w:rPr>
          <w:rFonts w:ascii="Gentium Plus" w:hAnsi="Gentium Plus"/>
          <w:sz w:val="24"/>
        </w:rPr>
        <w:t>αὐτίκα πατρὸς ἑοῖο φίλον μήτρωα] ἱστόρηται ὅτι— φυγὰς τῆς πατρίδος.</w:t>
      </w:r>
    </w:p>
    <w:p>
      <w:r>
        <w:rPr>
          <w:rFonts w:ascii="Courier New" w:hAnsi="Courier New"/>
          <w:color w:val="555555"/>
          <w:sz w:val="20"/>
        </w:rPr>
        <w:t>[2 . 670]</w:t>
      </w:r>
    </w:p>
    <w:p>
      <w:r>
        <w:rPr>
          <w:rFonts w:ascii="Gentium Plus" w:hAnsi="Gentium Plus"/>
          <w:sz w:val="24"/>
        </w:rPr>
        <w:t>καί σφιν θεσπέσιον πλοῦτον] καὶ αὐτοῖς πολὺν— Ἀθηνᾷ ἔθυσαν.</w:t>
      </w:r>
    </w:p>
    <w:p>
      <w:r>
        <w:rPr>
          <w:rFonts w:ascii="Courier New" w:hAnsi="Courier New"/>
          <w:color w:val="555555"/>
          <w:sz w:val="20"/>
        </w:rPr>
        <w:t>[2 . 671]</w:t>
      </w:r>
    </w:p>
    <w:p>
      <w:r>
        <w:rPr>
          <w:rFonts w:ascii="Gentium Plus" w:hAnsi="Gentium Plus"/>
          <w:sz w:val="24"/>
        </w:rPr>
        <w:t>Νιρεὺς αὖ Σύμηθεν] ἀπὸ δὲ Σύμης. ἐνταῦθα δὲ τρὶς ὀνομά‐ σας—εἵπετο λαός».</w:t>
      </w:r>
    </w:p>
    <w:p>
      <w:r>
        <w:rPr>
          <w:rFonts w:ascii="Courier New" w:hAnsi="Courier New"/>
          <w:color w:val="555555"/>
          <w:sz w:val="20"/>
        </w:rPr>
        <w:t>[2 . 676]</w:t>
      </w:r>
    </w:p>
    <w:p>
      <w:r>
        <w:rPr>
          <w:rFonts w:ascii="Gentium Plus" w:hAnsi="Gentium Plus"/>
          <w:sz w:val="24"/>
        </w:rPr>
        <w:t>Κράπαθόν τε Κάσον τε] νῆσοι περὶ τὴν Κῶ. [Κράπαθον] λέγουσί τινες αὐτὴν Κάρπαθον.</w:t>
      </w:r>
    </w:p>
    <w:p>
      <w:r>
        <w:rPr>
          <w:rFonts w:ascii="Courier New" w:hAnsi="Courier New"/>
          <w:color w:val="555555"/>
          <w:sz w:val="20"/>
        </w:rPr>
        <w:t>[2 . 677]</w:t>
      </w:r>
    </w:p>
    <w:p>
      <w:r>
        <w:rPr>
          <w:rFonts w:ascii="Gentium Plus" w:hAnsi="Gentium Plus"/>
          <w:sz w:val="24"/>
        </w:rPr>
        <w:t>Εὐρυπύλοιο πόλιν] τὴν Κῶ λέγει, ἐπεὶ Εὐρύπυλος ἦν— τῆς Κῶ.</w:t>
      </w:r>
    </w:p>
    <w:p>
      <w:r>
        <w:rPr>
          <w:rFonts w:ascii="Courier New" w:hAnsi="Courier New"/>
          <w:color w:val="555555"/>
          <w:sz w:val="20"/>
        </w:rPr>
        <w:t>[2 . 692]</w:t>
      </w:r>
    </w:p>
    <w:p>
      <w:r>
        <w:rPr>
          <w:rFonts w:ascii="Gentium Plus" w:hAnsi="Gentium Plus"/>
          <w:sz w:val="24"/>
        </w:rPr>
        <w:t>κὰδ δὲ Μύνητ’ ἔβαλεν] κατέβαλε δὲ τὸν Μύνητα, ὅ ἐστιν ἀπέκτεινεν. ὁ δὲ Μύνης τῆς Βρισηΐδος ἀνήρ.</w:t>
      </w:r>
    </w:p>
    <w:p>
      <w:r>
        <w:rPr>
          <w:rFonts w:ascii="Courier New" w:hAnsi="Courier New"/>
          <w:color w:val="555555"/>
          <w:sz w:val="20"/>
        </w:rPr>
        <w:t>[2 . 700]</w:t>
      </w:r>
    </w:p>
    <w:p>
      <w:r>
        <w:rPr>
          <w:rFonts w:ascii="Gentium Plus" w:hAnsi="Gentium Plus"/>
          <w:sz w:val="24"/>
        </w:rPr>
        <w:t>ἄλοχος] γαμετὴ γυνή. καὶ ἔστι κατ’ ἐπίτασιν τὸ α ἐνταῦθα, οἱονεὶ πολύλοχός τις οὖσα.</w:t>
      </w:r>
    </w:p>
    <w:p>
      <w:r>
        <w:rPr>
          <w:rFonts w:ascii="Courier New" w:hAnsi="Courier New"/>
          <w:color w:val="555555"/>
          <w:sz w:val="20"/>
        </w:rPr>
        <w:t>[2 . 701]</w:t>
      </w:r>
    </w:p>
    <w:p>
      <w:r>
        <w:rPr>
          <w:rFonts w:ascii="Gentium Plus" w:hAnsi="Gentium Plus"/>
          <w:sz w:val="24"/>
        </w:rPr>
        <w:t>ἡμιτελής] ἤτοι ἄτεκνος—πρότερον ἐστράτευσεν. Δάρδανος ἀνὴρ] οἱ μὲν τὸν Αἰνείαν—τῶν Δαρδανίων λέ‐ γειν.</w:t>
      </w:r>
    </w:p>
    <w:p>
      <w:r>
        <w:rPr>
          <w:rFonts w:ascii="Courier New" w:hAnsi="Courier New"/>
          <w:color w:val="555555"/>
          <w:sz w:val="20"/>
        </w:rPr>
        <w:t>[2 . 711]</w:t>
      </w:r>
    </w:p>
    <w:p>
      <w:r>
        <w:rPr>
          <w:rFonts w:ascii="Gentium Plus" w:hAnsi="Gentium Plus"/>
          <w:sz w:val="24"/>
        </w:rPr>
        <w:t>[Φέρας] ἀπὸ Φέρητος βασιλέως.</w:t>
      </w:r>
    </w:p>
    <w:p>
      <w:r>
        <w:rPr>
          <w:rFonts w:ascii="Courier New" w:hAnsi="Courier New"/>
          <w:color w:val="555555"/>
          <w:sz w:val="20"/>
        </w:rPr>
        <w:t>[2 711bis]</w:t>
      </w:r>
    </w:p>
    <w:p>
      <w:r>
        <w:rPr>
          <w:rFonts w:ascii="Gentium Plus" w:hAnsi="Gentium Plus"/>
          <w:sz w:val="24"/>
        </w:rPr>
        <w:t>** [Φέρας] τὰς κοινῶς λεγομένας Σέρας.</w:t>
      </w:r>
    </w:p>
    <w:p>
      <w:r>
        <w:rPr>
          <w:rFonts w:ascii="Courier New" w:hAnsi="Courier New"/>
          <w:color w:val="555555"/>
          <w:sz w:val="20"/>
        </w:rPr>
        <w:t>[2 . 714]</w:t>
      </w:r>
    </w:p>
    <w:p>
      <w:r>
        <w:rPr>
          <w:rFonts w:ascii="Gentium Plus" w:hAnsi="Gentium Plus"/>
          <w:sz w:val="24"/>
        </w:rPr>
        <w:t>δῖα γυναικῶν] ἀντὶ τοῦ ὑπερθετικοῦ—σωφροσύ‐ νῃ. D.</w:t>
      </w:r>
    </w:p>
    <w:p>
      <w:r>
        <w:rPr>
          <w:rFonts w:ascii="Courier New" w:hAnsi="Courier New"/>
          <w:color w:val="555555"/>
          <w:sz w:val="20"/>
        </w:rPr>
        <w:t>[2 . 715]</w:t>
      </w:r>
    </w:p>
    <w:p>
      <w:r>
        <w:rPr>
          <w:rFonts w:ascii="Gentium Plus" w:hAnsi="Gentium Plus"/>
          <w:sz w:val="24"/>
        </w:rPr>
        <w:t>Πελίαο] Πελίας—Ἰωλκοῦ. Gen. ajoute: ἡ δὲ</w:t>
      </w:r>
    </w:p>
    <w:p>
      <w:r>
        <w:rPr>
          <w:rFonts w:ascii="Courier New" w:hAnsi="Courier New"/>
          <w:color w:val="555555"/>
          <w:sz w:val="20"/>
        </w:rPr>
        <w:t>[2 . 721]</w:t>
      </w:r>
    </w:p>
    <w:p>
      <w:r>
        <w:rPr>
          <w:rFonts w:ascii="Gentium Plus" w:hAnsi="Gentium Plus"/>
          <w:sz w:val="24"/>
        </w:rPr>
        <w:t>ἀλλ’ ὁ μὲν ἐν νήσῳ κεῖτο] ἱστόρηται ὅτι Φιλοκτήτης— τοὺς ὀφιοδήκτους.</w:t>
      </w:r>
    </w:p>
    <w:p>
      <w:r>
        <w:rPr>
          <w:rFonts w:ascii="Courier New" w:hAnsi="Courier New"/>
          <w:color w:val="555555"/>
          <w:sz w:val="20"/>
        </w:rPr>
        <w:t>[2 . 724]</w:t>
      </w:r>
    </w:p>
    <w:p>
      <w:r>
        <w:rPr>
          <w:rFonts w:ascii="Gentium Plus" w:hAnsi="Gentium Plus"/>
          <w:sz w:val="24"/>
        </w:rPr>
        <w:t>τάχα δὲ μνήσεσθαι ἔμελλον] ταχέως δὲ οἱ Ἕλληνες— ὁ Φιλοκτήτης.</w:t>
      </w:r>
    </w:p>
    <w:p>
      <w:r>
        <w:rPr>
          <w:rFonts w:ascii="Courier New" w:hAnsi="Courier New"/>
          <w:color w:val="555555"/>
          <w:sz w:val="20"/>
        </w:rPr>
        <w:t>[2 . 740]</w:t>
      </w:r>
    </w:p>
    <w:p>
      <w:r>
        <w:rPr>
          <w:rFonts w:ascii="Gentium Plus" w:hAnsi="Gentium Plus"/>
          <w:sz w:val="24"/>
        </w:rPr>
        <w:t>μενεπτόλεμος] ὑπομονητικὸς ἐν τῷ πολέμῳ. ὁ δὲ Πολυποίτης —ὑβρίσαι ἐπεχείρησαν.</w:t>
      </w:r>
    </w:p>
    <w:p>
      <w:r>
        <w:rPr>
          <w:rFonts w:ascii="Courier New" w:hAnsi="Courier New"/>
          <w:color w:val="555555"/>
          <w:sz w:val="20"/>
        </w:rPr>
        <w:t>[2 . 744]</w:t>
      </w:r>
    </w:p>
    <w:p>
      <w:r>
        <w:rPr>
          <w:rFonts w:ascii="Gentium Plus" w:hAnsi="Gentium Plus"/>
          <w:sz w:val="24"/>
        </w:rPr>
        <w:t>Αἰθίκεσσι] Αἴθικες ἔθνος—εἶπον Περαιβίας Gen. ajoute: ἀντὶ τοῦ εἰς Αἴθικας αὐτὸν ἐδίωξεν.</w:t>
      </w:r>
    </w:p>
    <w:p>
      <w:r>
        <w:rPr>
          <w:rFonts w:ascii="Courier New" w:hAnsi="Courier New"/>
          <w:color w:val="555555"/>
          <w:sz w:val="20"/>
        </w:rPr>
        <w:t>[2 . 750]</w:t>
      </w:r>
    </w:p>
    <w:p>
      <w:r>
        <w:rPr>
          <w:rFonts w:ascii="Gentium Plus" w:hAnsi="Gentium Plus"/>
          <w:sz w:val="24"/>
        </w:rPr>
        <w:t>[Δωδώνην] Δωδώνη χωρίον ἐν Ὑπερβορέοις—Διός.</w:t>
      </w:r>
    </w:p>
    <w:p>
      <w:r>
        <w:rPr>
          <w:rFonts w:ascii="Courier New" w:hAnsi="Courier New"/>
          <w:color w:val="555555"/>
          <w:sz w:val="20"/>
        </w:rPr>
        <w:t>[2 . 751]</w:t>
      </w:r>
    </w:p>
    <w:p>
      <w:r>
        <w:rPr>
          <w:rFonts w:ascii="Gentium Plus" w:hAnsi="Gentium Plus"/>
          <w:sz w:val="24"/>
        </w:rPr>
        <w:t>[Τιταρήσιον] Τιταρήσιος ποταμὸς Θεσσαλίας, ὃς ἀπὸ τῆς Στυ‐ γὸς ῥεῖν λέγεται, ἢ Ἠπείρου.</w:t>
      </w:r>
    </w:p>
    <w:p>
      <w:r>
        <w:rPr>
          <w:rFonts w:ascii="Courier New" w:hAnsi="Courier New"/>
          <w:color w:val="555555"/>
          <w:sz w:val="20"/>
        </w:rPr>
        <w:t>[2 . 752]</w:t>
      </w:r>
    </w:p>
    <w:p>
      <w:r>
        <w:rPr>
          <w:rFonts w:ascii="Gentium Plus" w:hAnsi="Gentium Plus"/>
          <w:sz w:val="24"/>
        </w:rPr>
        <w:t>[Πηνειὸν] Πηνειὸς ποταμὸς—ἐμβάλλει. προίει] προπέμπει, ἐκδίδωσιν. [ἀργυροδίνῃ] ἀργυροδίνης δὲ καλὰ καὶ λαμπρὰ ῥεύματα ἔχων· δῖναι γὰρ αἱ τὸν ὑδάτων συστροφαί.</w:t>
      </w:r>
    </w:p>
    <w:p>
      <w:r>
        <w:rPr>
          <w:rFonts w:ascii="Courier New" w:hAnsi="Courier New"/>
          <w:color w:val="555555"/>
          <w:sz w:val="20"/>
        </w:rPr>
        <w:t>[2 . 755]</w:t>
      </w:r>
    </w:p>
    <w:p>
      <w:r>
        <w:rPr>
          <w:rFonts w:ascii="Gentium Plus" w:hAnsi="Gentium Plus"/>
          <w:sz w:val="24"/>
        </w:rPr>
        <w:t>ὅρκου γὰρ—ἀπορρώξ] ἐκεῖ γὰρ—νομί‐ ζεται.</w:t>
      </w:r>
    </w:p>
    <w:p>
      <w:r>
        <w:rPr>
          <w:rFonts w:ascii="Courier New" w:hAnsi="Courier New"/>
          <w:color w:val="555555"/>
          <w:sz w:val="20"/>
        </w:rPr>
        <w:t>[2 . 763]</w:t>
      </w:r>
    </w:p>
    <w:p>
      <w:r>
        <w:rPr>
          <w:rFonts w:ascii="Gentium Plus" w:hAnsi="Gentium Plus"/>
          <w:sz w:val="24"/>
        </w:rPr>
        <w:t>ἵπποι μὲν μέγ’ ἄρισται] ἐξόχως καὶ μεγάλως, ὡς Θεσσαλικαί. καὶ ὁ χρησμός φησιν· «ἵππος Θεσσαλική».</w:t>
      </w:r>
    </w:p>
    <w:p>
      <w:r>
        <w:rPr>
          <w:rFonts w:ascii="Courier New" w:hAnsi="Courier New"/>
          <w:color w:val="555555"/>
          <w:sz w:val="20"/>
        </w:rPr>
        <w:t>[2 . 765]</w:t>
      </w:r>
    </w:p>
    <w:p>
      <w:r>
        <w:rPr>
          <w:rFonts w:ascii="Gentium Plus" w:hAnsi="Gentium Plus"/>
          <w:sz w:val="24"/>
        </w:rPr>
        <w:t>σταφύλῃ ἐπὶ νῶτον ἐΐσας] οὕτως ἴσας—ἀπορθοῦσι τὰ ξύλα.</w:t>
      </w:r>
    </w:p>
    <w:p>
      <w:r>
        <w:rPr>
          <w:rFonts w:ascii="Courier New" w:hAnsi="Courier New"/>
          <w:color w:val="555555"/>
          <w:sz w:val="20"/>
        </w:rPr>
        <w:t>[2 . 766]</w:t>
      </w:r>
    </w:p>
    <w:p>
      <w:r>
        <w:rPr>
          <w:rFonts w:ascii="Gentium Plus" w:hAnsi="Gentium Plus"/>
          <w:sz w:val="24"/>
        </w:rPr>
        <w:t>θρέψ’ ἀργυρότοξος Ἀπόλλων] τὰς Ἀδμήτου ἵππους, ἐπεὶ νόμιος</w:t>
      </w:r>
    </w:p>
    <w:p>
      <w:r>
        <w:rPr>
          <w:rFonts w:ascii="Courier New" w:hAnsi="Courier New"/>
          <w:color w:val="555555"/>
          <w:sz w:val="20"/>
        </w:rPr>
        <w:t>[2 . 767]</w:t>
      </w:r>
    </w:p>
    <w:p>
      <w:r>
        <w:rPr>
          <w:rFonts w:ascii="Gentium Plus" w:hAnsi="Gentium Plus"/>
          <w:sz w:val="24"/>
        </w:rPr>
        <w:t>Φόβον Ἄρηος φορεούσας] ἐπισταμένας ὁτὲ μὲν φεύγειν, ὁτὲ δὲ διώκειν τοὺς πολεμίους.</w:t>
      </w:r>
    </w:p>
    <w:p>
      <w:r>
        <w:rPr>
          <w:rFonts w:ascii="Courier New" w:hAnsi="Courier New"/>
          <w:color w:val="555555"/>
          <w:sz w:val="20"/>
        </w:rPr>
        <w:t>[2 . 774]</w:t>
      </w:r>
    </w:p>
    <w:p>
      <w:r>
        <w:rPr>
          <w:rFonts w:ascii="Gentium Plus" w:hAnsi="Gentium Plus"/>
          <w:sz w:val="24"/>
        </w:rPr>
        <w:t>δίσκοισιν] δίσκος ἐστὶ βαρὺς λίθος—προσαγορεύ‐ ουσιν. αἰγανέῃσιν] ἀκοντίοις. ἤτοι παρὰ τὸ ἄγαν ἵεσθαι, ἢ παρὰ τὸ εὐθετεῖν αὐτὰς εἰς αἰγῶν ἄγραν.</w:t>
      </w:r>
    </w:p>
    <w:p>
      <w:r>
        <w:rPr>
          <w:rFonts w:ascii="Courier New" w:hAnsi="Courier New"/>
          <w:color w:val="555555"/>
          <w:sz w:val="20"/>
        </w:rPr>
        <w:t>[2 . 780]</w:t>
      </w:r>
    </w:p>
    <w:p>
      <w:r>
        <w:rPr>
          <w:rFonts w:ascii="Gentium Plus" w:hAnsi="Gentium Plus"/>
          <w:sz w:val="24"/>
        </w:rPr>
        <w:t>ὡσεί τε πυρὶ χθὼν πᾶσα] ὡσανεὶ ἐπὶ πᾶσαν τὴν γῆν νέμοιτο καὶ κατεσθίοι τὸ πῦρ· «χθὼν» γὰρ ἡ γῆ.</w:t>
      </w:r>
    </w:p>
    <w:p>
      <w:r>
        <w:rPr>
          <w:rFonts w:ascii="Courier New" w:hAnsi="Courier New"/>
          <w:color w:val="555555"/>
          <w:sz w:val="20"/>
        </w:rPr>
        <w:t>[2 . 782]</w:t>
      </w:r>
    </w:p>
    <w:p>
      <w:r>
        <w:rPr>
          <w:rFonts w:ascii="Gentium Plus" w:hAnsi="Gentium Plus"/>
          <w:sz w:val="24"/>
        </w:rPr>
        <w:t>ἀμφὶ Τυφωέϊ] περὶ τῷ Τυφῶνι. Τυφὼν δὲ εἷς τῶν Γιγάντων, Γῆς ὢν καὶ Ταρτάρου, πολέμιος τοῖς θεοῖς, ὥς φησιν Ἡσίοδος, 〈ἐκε‐ ραυνώθη ὑπὸ Διόσ〉</w:t>
      </w:r>
    </w:p>
    <w:p>
      <w:r>
        <w:rPr>
          <w:rFonts w:ascii="Courier New" w:hAnsi="Courier New"/>
          <w:color w:val="555555"/>
          <w:sz w:val="20"/>
        </w:rPr>
        <w:t>[2 . 800]</w:t>
      </w:r>
    </w:p>
    <w:p>
      <w:r>
        <w:rPr>
          <w:rFonts w:ascii="Gentium Plus" w:hAnsi="Gentium Plus"/>
          <w:sz w:val="24"/>
        </w:rPr>
        <w:t>[ψαμάθοισι] ψάμμοις. «ἐοικότες» δὲ ὡμοιωμένοι τῷ πλήθει.</w:t>
      </w:r>
    </w:p>
    <w:p>
      <w:r>
        <w:rPr>
          <w:rFonts w:ascii="Courier New" w:hAnsi="Courier New"/>
          <w:color w:val="555555"/>
          <w:sz w:val="20"/>
        </w:rPr>
        <w:t>[2 . 803]</w:t>
      </w:r>
    </w:p>
    <w:p>
      <w:r>
        <w:rPr>
          <w:rFonts w:ascii="Gentium Plus" w:hAnsi="Gentium Plus"/>
          <w:sz w:val="24"/>
        </w:rPr>
        <w:t>ἐπίκουροι] οἱ τῶν Τρώων βοηθοὶ, τῶν πολεμουμένων, σύμμαχοι δὲ οἱ τῶν πολεμούντων.</w:t>
      </w:r>
    </w:p>
    <w:p>
      <w:r>
        <w:rPr>
          <w:rFonts w:ascii="Courier New" w:hAnsi="Courier New"/>
          <w:color w:val="555555"/>
          <w:sz w:val="20"/>
        </w:rPr>
        <w:t>[2 . 804]</w:t>
      </w:r>
    </w:p>
    <w:p>
      <w:r>
        <w:rPr>
          <w:rFonts w:ascii="Gentium Plus" w:hAnsi="Gentium Plus"/>
          <w:sz w:val="24"/>
        </w:rPr>
        <w:t>πολυσπερέων] ἐπὶ πολλὰ μέρη τῆς γῆς διεσπαρμένων, πολυγε‐ νῶν ἢ πολυεθνῶν.</w:t>
      </w:r>
    </w:p>
    <w:p>
      <w:r>
        <w:rPr>
          <w:rFonts w:ascii="Courier New" w:hAnsi="Courier New"/>
          <w:color w:val="555555"/>
          <w:sz w:val="20"/>
        </w:rPr>
        <w:t>[2 . 812]</w:t>
      </w:r>
    </w:p>
    <w:p>
      <w:r>
        <w:rPr>
          <w:rFonts w:ascii="Gentium Plus" w:hAnsi="Gentium Plus"/>
          <w:sz w:val="24"/>
        </w:rPr>
        <w:t>περίδρομος] περιφερής, στρογγύλος, πανταχόθεν περιτρέχεσθαι δυνάμενος.</w:t>
      </w:r>
    </w:p>
    <w:p>
      <w:r>
        <w:rPr>
          <w:rFonts w:ascii="Courier New" w:hAnsi="Courier New"/>
          <w:color w:val="555555"/>
          <w:sz w:val="20"/>
        </w:rPr>
        <w:t>[2 . 809]</w:t>
      </w:r>
    </w:p>
    <w:p>
      <w:r>
        <w:rPr>
          <w:rFonts w:ascii="Gentium Plus" w:hAnsi="Gentium Plus"/>
          <w:sz w:val="24"/>
        </w:rPr>
        <w:t>[πᾶσαι] «πᾶσαι» δὲ ἀντὶ τοῦ ὅλαι· μία γὰρ ἦν ἱππήλατος.</w:t>
      </w:r>
    </w:p>
    <w:p>
      <w:r>
        <w:rPr>
          <w:rFonts w:ascii="Courier New" w:hAnsi="Courier New"/>
          <w:color w:val="555555"/>
          <w:sz w:val="20"/>
        </w:rPr>
        <w:t>[2 . 813]</w:t>
      </w:r>
    </w:p>
    <w:p>
      <w:r>
        <w:rPr>
          <w:rFonts w:ascii="Gentium Plus" w:hAnsi="Gentium Plus"/>
          <w:sz w:val="24"/>
        </w:rPr>
        <w:t>Βατίειαν κικλήσκουσιν] πόλιν Τρωϊκὴν ἀπὸ τῶν περὶ αὐτῆς βάτων. «κικλήσκουσι» δὲ ἀντὶ τοῦ καλοῦσιν.</w:t>
      </w:r>
    </w:p>
    <w:p>
      <w:r>
        <w:rPr>
          <w:rFonts w:ascii="Courier New" w:hAnsi="Courier New"/>
          <w:color w:val="555555"/>
          <w:sz w:val="20"/>
        </w:rPr>
        <w:t>[2 . 814]</w:t>
      </w:r>
    </w:p>
    <w:p>
      <w:r>
        <w:rPr>
          <w:rFonts w:ascii="Gentium Plus" w:hAnsi="Gentium Plus"/>
          <w:sz w:val="24"/>
        </w:rPr>
        <w:t>πολυσκάρθμοιο] πολυκινήτου—ἡ τῶν ποδῶν κίνησις. Gen. ajoute: Μύρινα δὲ ὄνομα κύριον Ἀμαζόνος.</w:t>
      </w:r>
    </w:p>
    <w:p>
      <w:r>
        <w:rPr>
          <w:rFonts w:ascii="Courier New" w:hAnsi="Courier New"/>
          <w:color w:val="555555"/>
          <w:sz w:val="20"/>
        </w:rPr>
        <w:t>[2 . 816]</w:t>
      </w:r>
    </w:p>
    <w:p>
      <w:r>
        <w:rPr>
          <w:rFonts w:ascii="Gentium Plus" w:hAnsi="Gentium Plus"/>
          <w:sz w:val="24"/>
        </w:rPr>
        <w:t>κορυθαίολος] ὁ αἰόλλων—ἐν τοῖς πολέμοις.</w:t>
      </w:r>
    </w:p>
    <w:p>
      <w:r>
        <w:rPr>
          <w:rFonts w:ascii="Courier New" w:hAnsi="Courier New"/>
          <w:color w:val="555555"/>
          <w:sz w:val="20"/>
        </w:rPr>
        <w:t>[2 . 824]</w:t>
      </w:r>
    </w:p>
    <w:p>
      <w:r>
        <w:rPr>
          <w:rFonts w:ascii="Gentium Plus" w:hAnsi="Gentium Plus"/>
          <w:sz w:val="24"/>
        </w:rPr>
        <w:t>[Ζέλειαν] Ζέλεια πόλις ἐν μεθορίοις τῆς Τροίας οὖσα ὑπὸ τῇ Ἴδῃ, πατρὶς Πανδάρου.</w:t>
      </w:r>
    </w:p>
    <w:p>
      <w:r>
        <w:rPr>
          <w:rFonts w:ascii="Courier New" w:hAnsi="Courier New"/>
          <w:color w:val="555555"/>
          <w:sz w:val="20"/>
        </w:rPr>
        <w:t>[2 . 825]</w:t>
      </w:r>
    </w:p>
    <w:p>
      <w:r>
        <w:rPr>
          <w:rFonts w:ascii="Gentium Plus" w:hAnsi="Gentium Plus"/>
          <w:sz w:val="24"/>
        </w:rPr>
        <w:t>]Αἰσήποιο] Αἴσηπος ποταμὸς τῆς ὑπὸ τῇ Ἴδῃ Λυκίας.</w:t>
      </w:r>
    </w:p>
    <w:p>
      <w:r>
        <w:rPr>
          <w:rFonts w:ascii="Courier New" w:hAnsi="Courier New"/>
          <w:color w:val="555555"/>
          <w:sz w:val="20"/>
        </w:rPr>
        <w:t>[2 . 826]</w:t>
      </w:r>
    </w:p>
    <w:p>
      <w:r>
        <w:rPr>
          <w:rFonts w:ascii="Gentium Plus" w:hAnsi="Gentium Plus"/>
          <w:sz w:val="24"/>
        </w:rPr>
        <w:t>Τρῶες] οἱ ἀπὸ Λυκίας τῆς ἐν Τροίᾳ· οὗτοι 〈γὰρ〉 Τρῶες ἐκα‐ λοῦντο.</w:t>
      </w:r>
    </w:p>
    <w:p>
      <w:r>
        <w:rPr>
          <w:rFonts w:ascii="Courier New" w:hAnsi="Courier New"/>
          <w:color w:val="555555"/>
          <w:sz w:val="20"/>
        </w:rPr>
        <w:t>[2 . 827]</w:t>
      </w:r>
    </w:p>
    <w:p>
      <w:r>
        <w:rPr>
          <w:rFonts w:ascii="Gentium Plus" w:hAnsi="Gentium Plus"/>
          <w:sz w:val="24"/>
        </w:rPr>
        <w:t>τόξον] τὴν τοξικὴν ἐμπειρίαν· τὸ γὰρ τόξον ἑαυτῷ κατεσκεύασεν.</w:t>
      </w:r>
    </w:p>
    <w:p>
      <w:r>
        <w:rPr>
          <w:rFonts w:ascii="Courier New" w:hAnsi="Courier New"/>
          <w:color w:val="555555"/>
          <w:sz w:val="20"/>
        </w:rPr>
        <w:t>[2 . 836]</w:t>
      </w:r>
    </w:p>
    <w:p>
      <w:r>
        <w:rPr>
          <w:rFonts w:ascii="Gentium Plus" w:hAnsi="Gentium Plus"/>
          <w:sz w:val="24"/>
        </w:rPr>
        <w:t>Σηστὸν καὶ Ἄβυδον] πόλεις περὶ τὸν Ἑλλήσποντον— τὴν Τρῳάδα πορθμός.</w:t>
      </w:r>
    </w:p>
    <w:p>
      <w:r>
        <w:rPr>
          <w:rFonts w:ascii="Courier New" w:hAnsi="Courier New"/>
          <w:color w:val="555555"/>
          <w:sz w:val="20"/>
        </w:rPr>
        <w:t>[2 . 850]</w:t>
      </w:r>
    </w:p>
    <w:p>
      <w:r>
        <w:rPr>
          <w:rFonts w:ascii="Gentium Plus" w:hAnsi="Gentium Plus"/>
          <w:sz w:val="24"/>
        </w:rPr>
        <w:t>αἶαν] γῆν ἢ, ὥς τινες εἶπον, κρήνην οὕτως λεγομένην, εἰς ἣν ἐκ‐ δίδωσιν ὁ Ἀξιὸς ποταμός.</w:t>
      </w:r>
    </w:p>
    <w:p>
      <w:r>
        <w:rPr>
          <w:rFonts w:ascii="Courier New" w:hAnsi="Courier New"/>
          <w:color w:val="555555"/>
          <w:sz w:val="20"/>
        </w:rPr>
        <w:t>[2 . 853]</w:t>
      </w:r>
    </w:p>
    <w:p>
      <w:r>
        <w:rPr>
          <w:rFonts w:ascii="Gentium Plus" w:hAnsi="Gentium Plus"/>
          <w:sz w:val="24"/>
        </w:rPr>
        <w:t>Κύτωρον] χωρίον Παφλαγονίας.</w:t>
      </w:r>
    </w:p>
    <w:p>
      <w:r>
        <w:rPr>
          <w:rFonts w:ascii="Courier New" w:hAnsi="Courier New"/>
          <w:color w:val="555555"/>
          <w:sz w:val="20"/>
        </w:rPr>
        <w:t>[2 . 854]</w:t>
      </w:r>
    </w:p>
    <w:p>
      <w:r>
        <w:rPr>
          <w:rFonts w:ascii="Gentium Plus" w:hAnsi="Gentium Plus"/>
          <w:sz w:val="24"/>
        </w:rPr>
        <w:t>Παρθένιον] τοῦτον ἔνιοι—ἐν αὐτῷ ἐλούσατο.</w:t>
      </w:r>
    </w:p>
    <w:p>
      <w:r>
        <w:rPr>
          <w:rFonts w:ascii="Courier New" w:hAnsi="Courier New"/>
          <w:color w:val="555555"/>
          <w:sz w:val="20"/>
        </w:rPr>
        <w:t>[2 . 857]</w:t>
      </w:r>
    </w:p>
    <w:p>
      <w:r>
        <w:rPr>
          <w:rFonts w:ascii="Gentium Plus" w:hAnsi="Gentium Plus"/>
          <w:sz w:val="24"/>
        </w:rPr>
        <w:t>ὅθεν ἀργύρου ἐστὶ γενέθλη] ὅπου κάλλιστος ἄργυρος γεννᾶται· γενέθλη γὰρ ἡ γέννα.</w:t>
      </w:r>
    </w:p>
    <w:p>
      <w:r>
        <w:rPr>
          <w:rFonts w:ascii="Courier New" w:hAnsi="Courier New"/>
          <w:color w:val="555555"/>
          <w:sz w:val="20"/>
        </w:rPr>
        <w:t>[2 . 859]</w:t>
      </w:r>
    </w:p>
    <w:p>
      <w:r>
        <w:rPr>
          <w:rFonts w:ascii="Gentium Plus" w:hAnsi="Gentium Plus"/>
          <w:sz w:val="24"/>
        </w:rPr>
        <w:t>ἀλλ’ οὐκ οἰωνοῖσιν] ἀλλ’ οὐκ ἐξέφυγε τὸν θάνατον διὰ τὴν οἰωνοσκοπίαν.</w:t>
      </w:r>
    </w:p>
    <w:p>
      <w:r>
        <w:rPr>
          <w:rFonts w:ascii="Courier New" w:hAnsi="Courier New"/>
          <w:color w:val="555555"/>
          <w:sz w:val="20"/>
        </w:rPr>
        <w:t>[2 . 861]</w:t>
      </w:r>
    </w:p>
    <w:p>
      <w:r>
        <w:rPr>
          <w:rFonts w:ascii="Gentium Plus" w:hAnsi="Gentium Plus"/>
          <w:sz w:val="24"/>
        </w:rPr>
        <w:t>κεράϊζε] κατὰ κράτος ἠφάνιζε καὶ ἀνῄρει εἴρηται δὲ ἀπὸ τῶν τοῖς κέρασι μαχομένων ζῴων.</w:t>
      </w:r>
    </w:p>
    <w:p>
      <w:r>
        <w:rPr>
          <w:rFonts w:ascii="Courier New" w:hAnsi="Courier New"/>
          <w:color w:val="555555"/>
          <w:sz w:val="20"/>
        </w:rPr>
        <w:t>[2 . 862]</w:t>
      </w:r>
    </w:p>
    <w:p>
      <w:r>
        <w:rPr>
          <w:rFonts w:ascii="Gentium Plus" w:hAnsi="Gentium Plus"/>
          <w:sz w:val="24"/>
        </w:rPr>
        <w:t>Φόρκυς αὖ 〈Φρύγασ〉] ὁ ποιητὴς διαστέλλει Φρύγας καὶ Τρῶας, οἱ νεώτεροι δὲ συγχέουσι τὴν Φρυγίαν καὶ 〈τὴν〉 Τρῳάδα.</w:t>
      </w:r>
    </w:p>
    <w:p>
      <w:r>
        <w:rPr>
          <w:rFonts w:ascii="Courier New" w:hAnsi="Courier New"/>
          <w:color w:val="555555"/>
          <w:sz w:val="20"/>
        </w:rPr>
        <w:t>[2 . 865]</w:t>
      </w:r>
    </w:p>
    <w:p>
      <w:r>
        <w:rPr>
          <w:rFonts w:ascii="Gentium Plus" w:hAnsi="Gentium Plus"/>
          <w:sz w:val="24"/>
        </w:rPr>
        <w:t>Γυγαίη] λίμνη Λυδίας, ὅπου καὶ Γυγαίης καὶ Ἀθηνᾶς ἱερόν.</w:t>
      </w:r>
    </w:p>
    <w:p>
      <w:r>
        <w:rPr>
          <w:rFonts w:ascii="Courier New" w:hAnsi="Courier New"/>
          <w:color w:val="555555"/>
          <w:sz w:val="20"/>
        </w:rPr>
        <w:t>[2 . 866]</w:t>
      </w:r>
    </w:p>
    <w:p>
      <w:r>
        <w:rPr>
          <w:rFonts w:ascii="Gentium Plus" w:hAnsi="Gentium Plus"/>
          <w:sz w:val="24"/>
        </w:rPr>
        <w:t>[Τμώλῳ] Τμῶλος ὄρος Λυδίας, ἀφ’ οὗ καταφέρεται ὁ Πα‐ κτωλὸς ποταμός.</w:t>
      </w:r>
    </w:p>
    <w:p>
      <w:r>
        <w:rPr>
          <w:rFonts w:ascii="Courier New" w:hAnsi="Courier New"/>
          <w:color w:val="555555"/>
          <w:sz w:val="20"/>
        </w:rPr>
        <w:t>[2 . 867]</w:t>
      </w:r>
    </w:p>
    <w:p>
      <w:r>
        <w:rPr>
          <w:rFonts w:ascii="Gentium Plus" w:hAnsi="Gentium Plus"/>
          <w:sz w:val="24"/>
        </w:rPr>
        <w:t>βαρβαροφώνων] ἀγριοφώνων, ὅτι τὰ μὲν ἀρρενικὰ—</w:t>
      </w:r>
    </w:p>
    <w:p>
      <w:r>
        <w:rPr>
          <w:rFonts w:ascii="Courier New" w:hAnsi="Courier New"/>
          <w:color w:val="555555"/>
          <w:sz w:val="20"/>
        </w:rPr>
        <w:t>[2 . 868]</w:t>
      </w:r>
    </w:p>
    <w:p>
      <w:r>
        <w:rPr>
          <w:rFonts w:ascii="Gentium Plus" w:hAnsi="Gentium Plus"/>
          <w:sz w:val="24"/>
        </w:rPr>
        <w:t>Φθειρῶν] ὄρος τῆς Καρίας—τοῦ Ἐνδυμίωνος Gen. ajoute: ἢ ὅτι τὰ ἐξανθήματα—εἰσι φθειρσίν.</w:t>
      </w:r>
    </w:p>
    <w:p>
      <w:r>
        <w:rPr>
          <w:rFonts w:ascii="Courier New" w:hAnsi="Courier New"/>
          <w:color w:val="555555"/>
          <w:sz w:val="20"/>
        </w:rPr>
        <w:t>[2 . 869]</w:t>
      </w:r>
    </w:p>
    <w:p>
      <w:r>
        <w:rPr>
          <w:rFonts w:ascii="Gentium Plus" w:hAnsi="Gentium Plus"/>
          <w:sz w:val="24"/>
        </w:rPr>
        <w:t>[Μυκάλης] Μυκάλη ὄρος Πριήνης ἀντικρὺ Σάμου τῆς νήσου. [Μαιάνδρου] ποταμὸς ἀρχόμενος—πλησίον Μιλήτου</w:t>
      </w:r>
    </w:p>
    <w:p>
      <w:r>
        <w:rPr>
          <w:rFonts w:ascii="Courier New" w:hAnsi="Courier New"/>
          <w:color w:val="555555"/>
          <w:sz w:val="20"/>
        </w:rPr>
        <w:t>[2 . 877]</w:t>
      </w:r>
    </w:p>
    <w:p>
      <w:r>
        <w:rPr>
          <w:rFonts w:ascii="Gentium Plus" w:hAnsi="Gentium Plus"/>
          <w:sz w:val="24"/>
        </w:rPr>
        <w:t>τηλόθεν ἐκ Λυκίης] τῆς πόρρω διεστηκυίας Λυκίας, τῆς κατὰ</w:t>
      </w:r>
    </w:p>
    <w:p>
      <w:r>
        <w:rPr>
          <w:rFonts w:ascii="Courier New" w:hAnsi="Courier New"/>
          <w:color w:val="555555"/>
          <w:sz w:val="20"/>
        </w:rPr>
        <w:t>[3 . 1]</w:t>
      </w:r>
    </w:p>
    <w:p>
      <w:r>
        <w:rPr>
          <w:rFonts w:ascii="Gentium Plus" w:hAnsi="Gentium Plus"/>
          <w:sz w:val="24"/>
        </w:rPr>
        <w:t>[αὐτὰρ] ζητεῖται πρῶτον πῶς δεῖ τὸν αὐτάρ σύνδεσμον— δάμαρ στέαρ οὖθαρ.</w:t>
      </w:r>
    </w:p>
    <w:p>
      <w:r>
        <w:rPr>
          <w:rFonts w:ascii="Courier New" w:hAnsi="Courier New"/>
          <w:color w:val="555555"/>
          <w:sz w:val="20"/>
        </w:rPr>
        <w:t>[3 1bis]</w:t>
      </w:r>
    </w:p>
    <w:p>
      <w:r>
        <w:rPr>
          <w:rFonts w:ascii="Gentium Plus" w:hAnsi="Gentium Plus"/>
          <w:sz w:val="24"/>
        </w:rPr>
        <w:t>[ἐπεὶ κόσμηθεν ἅμ’ ἡγεμόνεσσιν ἕκαστοι] ὑπὸ τῶν ἡγεμόνων ἢ σὺν τοῖς ἡγεμόσιν ὁ πόλεμος κατορθοῦται καὶ 〈αἱ〉 πόλεις ἐνδυναμοῦν‐ ται. εὐταξίᾳ δὲ μάλιστα τοῦτο.</w:t>
      </w:r>
    </w:p>
    <w:p>
      <w:r>
        <w:rPr>
          <w:rFonts w:ascii="Courier New" w:hAnsi="Courier New"/>
          <w:color w:val="555555"/>
          <w:sz w:val="20"/>
        </w:rPr>
        <w:t>[3 1ter]</w:t>
      </w:r>
    </w:p>
    <w:p>
      <w:r>
        <w:rPr>
          <w:rFonts w:ascii="Gentium Plus" w:hAnsi="Gentium Plus"/>
          <w:sz w:val="24"/>
        </w:rPr>
        <w:t>[ἕκαστοι] ἀντὶ τοῦ Ἕλληνες καὶ βάρβαροι δηλαδὴ, κατ’ ἔθνη 〈καὶ πόλεισ〉.</w:t>
      </w:r>
    </w:p>
    <w:p>
      <w:r>
        <w:rPr>
          <w:rFonts w:ascii="Courier New" w:hAnsi="Courier New"/>
          <w:color w:val="555555"/>
          <w:sz w:val="20"/>
        </w:rPr>
        <w:t>[3 . 3]</w:t>
      </w:r>
    </w:p>
    <w:p>
      <w:r>
        <w:rPr>
          <w:rFonts w:ascii="Gentium Plus" w:hAnsi="Gentium Plus"/>
          <w:sz w:val="24"/>
        </w:rPr>
        <w:t>[ἠΰτε] ὃν τρόπον. τὸ σχῆμα παραβολή.</w:t>
      </w:r>
    </w:p>
    <w:p>
      <w:r>
        <w:rPr>
          <w:rFonts w:ascii="Courier New" w:hAnsi="Courier New"/>
          <w:color w:val="555555"/>
          <w:sz w:val="20"/>
        </w:rPr>
        <w:t>[3 . 5]</w:t>
      </w:r>
    </w:p>
    <w:p>
      <w:r>
        <w:rPr>
          <w:rFonts w:ascii="Gentium Plus" w:hAnsi="Gentium Plus"/>
          <w:sz w:val="24"/>
        </w:rPr>
        <w:t>[ἐπ’ Ὠκεανοῖο ῥοάων] ἀντὶ τοῦ ἐπὶ τὰς τοῦ Ὠκεανοῦ ῥοάς.</w:t>
      </w:r>
    </w:p>
    <w:p>
      <w:r>
        <w:rPr>
          <w:rFonts w:ascii="Courier New" w:hAnsi="Courier New"/>
          <w:color w:val="555555"/>
          <w:sz w:val="20"/>
        </w:rPr>
        <w:t>[3 5bis]</w:t>
      </w:r>
    </w:p>
    <w:p>
      <w:r>
        <w:rPr>
          <w:rFonts w:ascii="Gentium Plus" w:hAnsi="Gentium Plus"/>
          <w:sz w:val="24"/>
        </w:rPr>
        <w:t>** [ἐπ’ Ὠκεανοῖο ῥοῶν] ἀντιπτωτικῶς· ἐπὶ τὰς ῥοὰς τοῦ Ὠκεανοῦ.</w:t>
      </w:r>
    </w:p>
    <w:p>
      <w:r>
        <w:rPr>
          <w:rFonts w:ascii="Courier New" w:hAnsi="Courier New"/>
          <w:color w:val="555555"/>
          <w:sz w:val="20"/>
        </w:rPr>
        <w:t>[3 9-10]</w:t>
      </w:r>
    </w:p>
    <w:p>
      <w:r>
        <w:rPr>
          <w:rFonts w:ascii="Gentium Plus" w:hAnsi="Gentium Plus"/>
          <w:sz w:val="24"/>
        </w:rPr>
        <w:t>** ἐπαινεῖ ὧδε τὸ τῶν Ἀχαιῶν εὔνομον.</w:t>
      </w:r>
    </w:p>
    <w:p>
      <w:r>
        <w:rPr>
          <w:rFonts w:ascii="Courier New" w:hAnsi="Courier New"/>
          <w:color w:val="555555"/>
          <w:sz w:val="20"/>
        </w:rPr>
        <w:t>[3 . 16]</w:t>
      </w:r>
    </w:p>
    <w:p>
      <w:r>
        <w:rPr>
          <w:rFonts w:ascii="Gentium Plus" w:hAnsi="Gentium Plus"/>
          <w:sz w:val="24"/>
        </w:rPr>
        <w:t>[Τρωσὶ] ἀντὶ τοῦ Τρώων. πτωτικὸν τὸ σχῆμα.</w:t>
      </w:r>
    </w:p>
    <w:p>
      <w:r>
        <w:rPr>
          <w:rFonts w:ascii="Courier New" w:hAnsi="Courier New"/>
          <w:color w:val="555555"/>
          <w:sz w:val="20"/>
        </w:rPr>
        <w:t>[3 . 17]</w:t>
      </w:r>
    </w:p>
    <w:p>
      <w:r>
        <w:rPr>
          <w:rFonts w:ascii="Gentium Plus" w:hAnsi="Gentium Plus"/>
          <w:sz w:val="24"/>
        </w:rPr>
        <w:t>[παρδαλέην] πόρδαλις ἄρσην, πάρδαλις δὲ θήλεια, παρδαλῆ τὸ δέρμα τῶν παρδάλεων, παρδαλὶς δὲ τὸ κυοφόρημα αὐτῶν. τὸ δὲ παρδαλ.....</w:t>
      </w:r>
    </w:p>
    <w:p>
      <w:r>
        <w:rPr>
          <w:rFonts w:ascii="Courier New" w:hAnsi="Courier New"/>
          <w:color w:val="555555"/>
          <w:sz w:val="20"/>
        </w:rPr>
        <w:t>[3 . 18]</w:t>
      </w:r>
    </w:p>
    <w:p>
      <w:r>
        <w:rPr>
          <w:rFonts w:ascii="Gentium Plus" w:hAnsi="Gentium Plus"/>
          <w:sz w:val="24"/>
        </w:rPr>
        <w:t>κεκορυθμένα χαλκῷ] σιδήρῳ· ἀπὸ τοῦ ἀρχαίου μετάλλου· φασὶ γὰρ πρῶτον 〈τὸν〉 χαλκὸν εὑρεθῆναι.</w:t>
      </w:r>
    </w:p>
    <w:p>
      <w:r>
        <w:rPr>
          <w:rFonts w:ascii="Courier New" w:hAnsi="Courier New"/>
          <w:color w:val="555555"/>
          <w:sz w:val="20"/>
        </w:rPr>
        <w:t>[3 . 24]</w:t>
      </w:r>
    </w:p>
    <w:p>
      <w:r>
        <w:rPr>
          <w:rFonts w:ascii="Gentium Plus" w:hAnsi="Gentium Plus"/>
          <w:sz w:val="24"/>
        </w:rPr>
        <w:t>[ἔλαφος] παρὰ τὸ ἑλεῖν τοὺς ὄφεις—φυσικῶς.</w:t>
      </w:r>
    </w:p>
    <w:p>
      <w:r>
        <w:rPr>
          <w:rFonts w:ascii="Courier New" w:hAnsi="Courier New"/>
          <w:color w:val="555555"/>
          <w:sz w:val="20"/>
        </w:rPr>
        <w:t>[3 . 31]</w:t>
      </w:r>
    </w:p>
    <w:p>
      <w:r>
        <w:rPr>
          <w:rFonts w:ascii="Gentium Plus" w:hAnsi="Gentium Plus"/>
          <w:sz w:val="24"/>
        </w:rPr>
        <w:t>** ἐπὶ παντὸς ἂν λέγοιτο ὑπεξισταμένου διὰ φόβον τῷ κρείττονι.</w:t>
      </w:r>
    </w:p>
    <w:p>
      <w:r>
        <w:rPr>
          <w:rFonts w:ascii="Courier New" w:hAnsi="Courier New"/>
          <w:color w:val="555555"/>
          <w:sz w:val="20"/>
        </w:rPr>
        <w:t>[3 32sqq]</w:t>
      </w:r>
    </w:p>
    <w:p>
      <w:r>
        <w:rPr>
          <w:rFonts w:ascii="Gentium Plus" w:hAnsi="Gentium Plus"/>
          <w:sz w:val="24"/>
        </w:rPr>
        <w:t>** ταῦτα ἐπὶ παντὸς δειλιῶντος ῥηθείη ἄν.</w:t>
      </w:r>
    </w:p>
    <w:p>
      <w:r>
        <w:rPr>
          <w:rFonts w:ascii="Courier New" w:hAnsi="Courier New"/>
          <w:color w:val="555555"/>
          <w:sz w:val="20"/>
        </w:rPr>
        <w:t>[3 . 33]</w:t>
      </w:r>
    </w:p>
    <w:p>
      <w:r>
        <w:rPr>
          <w:rFonts w:ascii="Gentium Plus" w:hAnsi="Gentium Plus"/>
          <w:sz w:val="24"/>
        </w:rPr>
        <w:t>παραβολή.</w:t>
      </w:r>
    </w:p>
    <w:p>
      <w:r>
        <w:rPr>
          <w:rFonts w:ascii="Courier New" w:hAnsi="Courier New"/>
          <w:color w:val="555555"/>
          <w:sz w:val="20"/>
        </w:rPr>
        <w:t>[3 . 39]</w:t>
      </w:r>
    </w:p>
    <w:p>
      <w:r>
        <w:rPr>
          <w:rFonts w:ascii="Gentium Plus" w:hAnsi="Gentium Plus"/>
          <w:sz w:val="24"/>
        </w:rPr>
        <w:t>εἰρωνεία τὸ σχῆμα.</w:t>
      </w:r>
    </w:p>
    <w:p>
      <w:r>
        <w:rPr>
          <w:rFonts w:ascii="Courier New" w:hAnsi="Courier New"/>
          <w:color w:val="555555"/>
          <w:sz w:val="20"/>
        </w:rPr>
        <w:t>[3 . 65]</w:t>
      </w:r>
    </w:p>
    <w:p>
      <w:r>
        <w:rPr>
          <w:rFonts w:ascii="Gentium Plus" w:hAnsi="Gentium Plus"/>
          <w:sz w:val="24"/>
        </w:rPr>
        <w:t>[ἀπόβλητα] ἀποβολῆς ἄξια. τὰ ὑπὸ θεῶν διδόμενα— οἰκείᾳ σπουδῇ.</w:t>
      </w:r>
    </w:p>
    <w:p>
      <w:r>
        <w:rPr>
          <w:rFonts w:ascii="Courier New" w:hAnsi="Courier New"/>
          <w:color w:val="555555"/>
          <w:sz w:val="20"/>
        </w:rPr>
        <w:t>[3 . 80]</w:t>
      </w:r>
    </w:p>
    <w:p>
      <w:r>
        <w:rPr>
          <w:rFonts w:ascii="Gentium Plus" w:hAnsi="Gentium Plus"/>
          <w:sz w:val="24"/>
        </w:rPr>
        <w:t>τιτυσκόμενοι] καταστοχαζόμενοι. σημαίνει δὲ 〈καὶ〉 τὸ ἑτοιμάζο‐ μαι—φρεσὶν ᾗσιν.»</w:t>
      </w:r>
    </w:p>
    <w:p>
      <w:r>
        <w:rPr>
          <w:rFonts w:ascii="Courier New" w:hAnsi="Courier New"/>
          <w:color w:val="555555"/>
          <w:sz w:val="20"/>
        </w:rPr>
        <w:t>[3 . 83]</w:t>
      </w:r>
    </w:p>
    <w:p>
      <w:r>
        <w:rPr>
          <w:rFonts w:ascii="Gentium Plus" w:hAnsi="Gentium Plus"/>
          <w:sz w:val="24"/>
        </w:rPr>
        <w:t>στεῦται] διαβεβαιοῦται γὰρ καὶ ὑπισχνεῖται λόγον. κορυθαίολος] ὁ αἰόλλων καὶ κινῶν τὴν περικεφαλαίαν, ἐξ οὗ πολε‐ μικός.</w:t>
      </w:r>
    </w:p>
    <w:p>
      <w:r>
        <w:rPr>
          <w:rFonts w:ascii="Courier New" w:hAnsi="Courier New"/>
          <w:color w:val="555555"/>
          <w:sz w:val="20"/>
        </w:rPr>
        <w:t>[3 . 84]</w:t>
      </w:r>
    </w:p>
    <w:p>
      <w:r>
        <w:rPr>
          <w:rFonts w:ascii="Gentium Plus" w:hAnsi="Gentium Plus"/>
          <w:sz w:val="24"/>
        </w:rPr>
        <w:t>ἄνεω] ἥσυχοι, ἄνευ ἰωῆς, τουτέστι φωνῆς καὶ θορύβου.</w:t>
      </w:r>
    </w:p>
    <w:p>
      <w:r>
        <w:rPr>
          <w:rFonts w:ascii="Courier New" w:hAnsi="Courier New"/>
          <w:color w:val="555555"/>
          <w:sz w:val="20"/>
        </w:rPr>
        <w:t>[3 . 85]</w:t>
      </w:r>
    </w:p>
    <w:p>
      <w:r>
        <w:rPr>
          <w:rFonts w:ascii="Gentium Plus" w:hAnsi="Gentium Plus"/>
          <w:sz w:val="24"/>
        </w:rPr>
        <w:t>Ἕκτωρ 〈δὲ μετ’〉 ἀμφοτέροισιν] ἐν ἀμφοτέροις, λέγω δὴ— —προθέσεως.</w:t>
      </w:r>
    </w:p>
    <w:p>
      <w:r>
        <w:rPr>
          <w:rFonts w:ascii="Courier New" w:hAnsi="Courier New"/>
          <w:color w:val="555555"/>
          <w:sz w:val="20"/>
        </w:rPr>
        <w:t>[3 . 144]</w:t>
      </w:r>
    </w:p>
    <w:p>
      <w:r>
        <w:rPr>
          <w:rFonts w:ascii="Gentium Plus" w:hAnsi="Gentium Plus"/>
          <w:sz w:val="24"/>
        </w:rPr>
        <w:t>[Αἴθρη Πιτθῆος] ἑτέρα τῆς Θησέως μητρὸς—αἰχ‐ μαλωτίζουσιν.</w:t>
      </w:r>
    </w:p>
    <w:p>
      <w:r>
        <w:rPr>
          <w:rFonts w:ascii="Courier New" w:hAnsi="Courier New"/>
          <w:color w:val="555555"/>
          <w:sz w:val="20"/>
        </w:rPr>
        <w:t>[3 . 145]</w:t>
      </w:r>
    </w:p>
    <w:p>
      <w:r>
        <w:rPr>
          <w:rFonts w:ascii="Gentium Plus" w:hAnsi="Gentium Plus"/>
          <w:sz w:val="24"/>
        </w:rPr>
        <w:t>[Σκαιαὶ πύλαι] αἱ τῆς Ἰλίου. αὗται δὲ καὶ Δαρδανίαι προσ‐ αγορεύονται, δι’ ὧν ἐξῄεσαν εἰς τὸ πεδίον οἱ Τρῶες—ἐδέ‐ ξαντο τὰς πύλας.</w:t>
      </w:r>
    </w:p>
    <w:p>
      <w:r>
        <w:rPr>
          <w:rFonts w:ascii="Courier New" w:hAnsi="Courier New"/>
          <w:color w:val="555555"/>
          <w:sz w:val="20"/>
        </w:rPr>
        <w:t>[3 . 151]</w:t>
      </w:r>
    </w:p>
    <w:p>
      <w:r>
        <w:rPr>
          <w:rFonts w:ascii="Gentium Plus" w:hAnsi="Gentium Plus"/>
          <w:sz w:val="24"/>
        </w:rPr>
        <w:t>ἐσθλοὶ τεττίγεσσιν ἐοικότες] Τιθωνοῦ τοῦ Λαομέδοντος— Ἑλλάνικος ἱστορεῖ.</w:t>
      </w:r>
    </w:p>
    <w:p>
      <w:r>
        <w:rPr>
          <w:rFonts w:ascii="Courier New" w:hAnsi="Courier New"/>
          <w:color w:val="555555"/>
          <w:sz w:val="20"/>
        </w:rPr>
        <w:t>[3 . 166]</w:t>
      </w:r>
    </w:p>
    <w:p>
      <w:r>
        <w:rPr>
          <w:rFonts w:ascii="Gentium Plus" w:hAnsi="Gentium Plus"/>
          <w:sz w:val="24"/>
        </w:rPr>
        <w:t>ἐζήτηται πῶς ὁ Πρίαμος—ἐνόπλους ὡς νῦν.</w:t>
      </w:r>
    </w:p>
    <w:p>
      <w:r>
        <w:rPr>
          <w:rFonts w:ascii="Courier New" w:hAnsi="Courier New"/>
          <w:color w:val="555555"/>
          <w:sz w:val="20"/>
        </w:rPr>
        <w:t>[3 . 184]</w:t>
      </w:r>
    </w:p>
    <w:p>
      <w:r>
        <w:rPr>
          <w:rFonts w:ascii="Gentium Plus" w:hAnsi="Gentium Plus"/>
          <w:sz w:val="24"/>
        </w:rPr>
        <w:t>ἤδη καὶ Φρυγίην] πάλαι γὰρ εἰς τὴν Φρυγίαν παρεγενόμην, τὴν πολλὰς ἀμπέλους—σιτοφόρου οὔσης.</w:t>
      </w:r>
    </w:p>
    <w:p>
      <w:r>
        <w:rPr>
          <w:rFonts w:ascii="Courier New" w:hAnsi="Courier New"/>
          <w:color w:val="555555"/>
          <w:sz w:val="20"/>
        </w:rPr>
        <w:t>[3 . 188]</w:t>
      </w:r>
    </w:p>
    <w:p>
      <w:r>
        <w:rPr>
          <w:rFonts w:ascii="Gentium Plus" w:hAnsi="Gentium Plus"/>
          <w:sz w:val="24"/>
        </w:rPr>
        <w:t>καὶ γὰρ 〈ἐγὼν〉 ἐπίκουρος] Μεναλίππη καὶ Ἱππολύτη— τὸν καιρόν.</w:t>
      </w:r>
    </w:p>
    <w:p>
      <w:r>
        <w:rPr>
          <w:rFonts w:ascii="Courier New" w:hAnsi="Courier New"/>
          <w:color w:val="555555"/>
          <w:sz w:val="20"/>
        </w:rPr>
        <w:t>[3 188bis]</w:t>
      </w:r>
    </w:p>
    <w:p>
      <w:r>
        <w:rPr>
          <w:rFonts w:ascii="Gentium Plus" w:hAnsi="Gentium Plus"/>
          <w:sz w:val="24"/>
        </w:rPr>
        <w:t>ἐπίκουρος] ἀπὸ ξένης χώρας.</w:t>
      </w:r>
    </w:p>
    <w:p>
      <w:r>
        <w:rPr>
          <w:rFonts w:ascii="Courier New" w:hAnsi="Courier New"/>
          <w:color w:val="555555"/>
          <w:sz w:val="20"/>
        </w:rPr>
        <w:t>[3 . 189]</w:t>
      </w:r>
    </w:p>
    <w:p>
      <w:r>
        <w:rPr>
          <w:rFonts w:ascii="Gentium Plus" w:hAnsi="Gentium Plus"/>
          <w:sz w:val="24"/>
        </w:rPr>
        <w:t>Ἀμαζόνες 〈ἀντιάνειραι〉] αἱ ἴσαι κατὰ τὴν δύναμιν ἀνδράσιν, ἢ ἐναντιούμεναι ἀνδράσιν, ἐξ οὗ πολεμικαί. αἱ δὲ Ἀμαζόνες λέγονται εἶναι—τῷ τοξεύειν.</w:t>
      </w:r>
    </w:p>
    <w:p>
      <w:r>
        <w:rPr>
          <w:rFonts w:ascii="Courier New" w:hAnsi="Courier New"/>
          <w:color w:val="555555"/>
          <w:sz w:val="20"/>
        </w:rPr>
        <w:t>[3 . 190]</w:t>
      </w:r>
    </w:p>
    <w:p>
      <w:r>
        <w:rPr>
          <w:rFonts w:ascii="Gentium Plus" w:hAnsi="Gentium Plus"/>
          <w:sz w:val="24"/>
        </w:rPr>
        <w:t>** [ἑλίκωπες Ἀχαιοί] ἑλίκωπας Ἀχαιοὺς λέγει τοὺς τὰς κώπας ἑλίσσοντας κ. τ. λ.</w:t>
      </w:r>
    </w:p>
    <w:p>
      <w:r>
        <w:rPr>
          <w:rFonts w:ascii="Courier New" w:hAnsi="Courier New"/>
          <w:color w:val="555555"/>
          <w:sz w:val="20"/>
        </w:rPr>
        <w:t>[3 . 196]</w:t>
      </w:r>
    </w:p>
    <w:p>
      <w:r>
        <w:rPr>
          <w:rFonts w:ascii="Gentium Plus" w:hAnsi="Gentium Plus"/>
          <w:sz w:val="24"/>
        </w:rPr>
        <w:t>κτίλος] ὡς πρᾷος καὶ κακοήθης—τῆς ποίμνης.</w:t>
      </w:r>
    </w:p>
    <w:p>
      <w:r>
        <w:rPr>
          <w:rFonts w:ascii="Courier New" w:hAnsi="Courier New"/>
          <w:color w:val="555555"/>
          <w:sz w:val="20"/>
        </w:rPr>
        <w:t>[3 196bis]</w:t>
      </w:r>
    </w:p>
    <w:p>
      <w:r>
        <w:rPr>
          <w:rFonts w:ascii="Gentium Plus" w:hAnsi="Gentium Plus"/>
          <w:sz w:val="24"/>
        </w:rPr>
        <w:t>** κτίλος] ὁ προηγούμενος καὶ προεξάρχων τῆς ποίμνης κρίος. παρὰ τὸ κίω τὸ πορεύομαι, κίλος καὶ κτίλος. ἐτυμολογεῖται δὲ παρὰ τὸ κίειν 〈πρὸ〉 τῶν λοιπῶν, ἤγουν προπορεύεσθαι. οἱ δὲ νεώτεροι τάσ‐</w:t>
      </w:r>
    </w:p>
    <w:p>
      <w:r>
        <w:rPr>
          <w:rFonts w:ascii="Courier New" w:hAnsi="Courier New"/>
          <w:color w:val="555555"/>
          <w:sz w:val="20"/>
        </w:rPr>
        <w:t>[3 . 197]</w:t>
      </w:r>
    </w:p>
    <w:p>
      <w:r>
        <w:rPr>
          <w:rFonts w:ascii="Gentium Plus" w:hAnsi="Gentium Plus"/>
          <w:sz w:val="24"/>
        </w:rPr>
        <w:t>[πηγεσιμάλλῳ] βαθυμάλλῳ, καλὸν ἔριον ἔχοντι, ἢ μελανο‐ μάλλῳ. ἐκ τοῦ πηγόν, τὸ μέλαν.</w:t>
      </w:r>
    </w:p>
    <w:p>
      <w:r>
        <w:rPr>
          <w:rFonts w:ascii="Courier New" w:hAnsi="Courier New"/>
          <w:color w:val="555555"/>
          <w:sz w:val="20"/>
        </w:rPr>
        <w:t>[3 . 198]</w:t>
      </w:r>
    </w:p>
    <w:p>
      <w:r>
        <w:rPr>
          <w:rFonts w:ascii="Gentium Plus" w:hAnsi="Gentium Plus"/>
          <w:sz w:val="24"/>
        </w:rPr>
        <w:t>ἀργεννάων] λαμπρῶν—εἰσίν.</w:t>
      </w:r>
    </w:p>
    <w:p>
      <w:r>
        <w:rPr>
          <w:rFonts w:ascii="Courier New" w:hAnsi="Courier New"/>
          <w:color w:val="555555"/>
          <w:sz w:val="20"/>
        </w:rPr>
        <w:t>[3 . 201]</w:t>
      </w:r>
    </w:p>
    <w:p>
      <w:r>
        <w:rPr>
          <w:rFonts w:ascii="Gentium Plus" w:hAnsi="Gentium Plus"/>
          <w:sz w:val="24"/>
        </w:rPr>
        <w:t>[ἐν δήμῳ Ἰθάκης] περιφραστικῶς ἐν τῇ Ἰθάκῃ.</w:t>
      </w:r>
    </w:p>
    <w:p>
      <w:r>
        <w:rPr>
          <w:rFonts w:ascii="Courier New" w:hAnsi="Courier New"/>
          <w:color w:val="555555"/>
          <w:sz w:val="20"/>
        </w:rPr>
        <w:t>[3 . 206]</w:t>
      </w:r>
    </w:p>
    <w:p>
      <w:r>
        <w:rPr>
          <w:rFonts w:ascii="Gentium Plus" w:hAnsi="Gentium Plus"/>
          <w:sz w:val="24"/>
        </w:rPr>
        <w:t>σεῦ ἕνεκα] σοῦ ἕνεκα, σοῦ χάριν· πρὸ γὰρ τοῦ στρατεῦσαι τοὺς Ἕλληνας—φιλοφρόνως.</w:t>
      </w:r>
    </w:p>
    <w:p>
      <w:r>
        <w:rPr>
          <w:rFonts w:ascii="Courier New" w:hAnsi="Courier New"/>
          <w:color w:val="555555"/>
          <w:sz w:val="20"/>
        </w:rPr>
        <w:t>[3 . 210]</w:t>
      </w:r>
    </w:p>
    <w:p>
      <w:r>
        <w:rPr>
          <w:rFonts w:ascii="Gentium Plus" w:hAnsi="Gentium Plus"/>
          <w:sz w:val="24"/>
        </w:rPr>
        <w:t>εὐρέας] πλατεῖς, μεγάλους. διὰ τούτου δηλοῖ—τὸν Μενέλαον.</w:t>
      </w:r>
    </w:p>
    <w:p>
      <w:r>
        <w:rPr>
          <w:rFonts w:ascii="Courier New" w:hAnsi="Courier New"/>
          <w:color w:val="555555"/>
          <w:sz w:val="20"/>
        </w:rPr>
        <w:t>[3 . 212]</w:t>
      </w:r>
    </w:p>
    <w:p>
      <w:r>
        <w:rPr>
          <w:rFonts w:ascii="Gentium Plus" w:hAnsi="Gentium Plus"/>
          <w:sz w:val="24"/>
        </w:rPr>
        <w:t>[ὕφαινον] τροπικὴ ἡ λέξις.</w:t>
      </w:r>
    </w:p>
    <w:p>
      <w:r>
        <w:rPr>
          <w:rFonts w:ascii="Courier New" w:hAnsi="Courier New"/>
          <w:color w:val="555555"/>
          <w:sz w:val="20"/>
        </w:rPr>
        <w:t>[3 . 228]</w:t>
      </w:r>
    </w:p>
    <w:p>
      <w:r>
        <w:rPr>
          <w:rFonts w:ascii="Gentium Plus" w:hAnsi="Gentium Plus"/>
          <w:sz w:val="24"/>
        </w:rPr>
        <w:t>τανύπεπλος] περιτεταμένον ἔχουσα τὸν πέπλον.</w:t>
      </w:r>
    </w:p>
    <w:p>
      <w:r>
        <w:rPr>
          <w:rFonts w:ascii="Courier New" w:hAnsi="Courier New"/>
          <w:color w:val="555555"/>
          <w:sz w:val="20"/>
        </w:rPr>
        <w:t>[3 . 242]</w:t>
      </w:r>
    </w:p>
    <w:p>
      <w:r>
        <w:rPr>
          <w:rFonts w:ascii="Gentium Plus" w:hAnsi="Gentium Plus"/>
          <w:sz w:val="24"/>
        </w:rPr>
        <w:t>αἴσχεα δειδιότες] Ἑλένη ἁρπαγεῖσα ὑπὸ Ἀλεξάνδρου— λαφυραγωγοῦσι τὰς Ἀφίδνας.</w:t>
      </w:r>
    </w:p>
    <w:p>
      <w:r>
        <w:rPr>
          <w:rFonts w:ascii="Courier New" w:hAnsi="Courier New"/>
          <w:color w:val="555555"/>
          <w:sz w:val="20"/>
        </w:rPr>
        <w:t>[3 . 243]</w:t>
      </w:r>
    </w:p>
    <w:p>
      <w:r>
        <w:rPr>
          <w:rFonts w:ascii="Gentium Plus" w:hAnsi="Gentium Plus"/>
          <w:sz w:val="24"/>
        </w:rPr>
        <w:t>ὣς φάτο] οὕτως εἶπεν. οὗτοι δὲ, φησὶν, ἦσαν μεταστάντες —ἶσα θεοῖσιν». φυσίζοος] ἤτοι ἡ τὰ πρὸς ζωὴν φύουσα—ἀναδοθῆναι.</w:t>
      </w:r>
    </w:p>
    <w:p>
      <w:r>
        <w:rPr>
          <w:rFonts w:ascii="Courier New" w:hAnsi="Courier New"/>
          <w:color w:val="555555"/>
          <w:sz w:val="20"/>
        </w:rPr>
        <w:t>[3 243bis]</w:t>
      </w:r>
    </w:p>
    <w:p>
      <w:r>
        <w:rPr>
          <w:rFonts w:ascii="Gentium Plus" w:hAnsi="Gentium Plus"/>
          <w:sz w:val="24"/>
        </w:rPr>
        <w:t>ἄλλως Ἴδας καὶ Λυγκεὺς—παρὰ Πινδάρῳ.</w:t>
      </w:r>
    </w:p>
    <w:p>
      <w:r>
        <w:rPr>
          <w:rFonts w:ascii="Courier New" w:hAnsi="Courier New"/>
          <w:color w:val="555555"/>
          <w:sz w:val="20"/>
        </w:rPr>
        <w:t>[3 . 278]</w:t>
      </w:r>
    </w:p>
    <w:p>
      <w:r>
        <w:rPr>
          <w:rFonts w:ascii="Gentium Plus" w:hAnsi="Gentium Plus"/>
          <w:sz w:val="24"/>
        </w:rPr>
        <w:t>καὶ οἳ ὑπένερθε] οἱ καταχθόνιοι δαίμονες. λέγει δὲ Πλούτωνα καὶ Περσεφόνην καὶ τὰς Ἐριννῦς.</w:t>
      </w:r>
    </w:p>
    <w:p>
      <w:r>
        <w:rPr>
          <w:rFonts w:ascii="Courier New" w:hAnsi="Courier New"/>
          <w:color w:val="555555"/>
          <w:sz w:val="20"/>
        </w:rPr>
        <w:t>[3 278-279]</w:t>
      </w:r>
    </w:p>
    <w:p>
      <w:r>
        <w:rPr>
          <w:rFonts w:ascii="Gentium Plus" w:hAnsi="Gentium Plus"/>
          <w:sz w:val="24"/>
        </w:rPr>
        <w:t>[οἳ ὑπένερθε—τίνυσθον] οἵτινες τοὺς ἐν τῷ ζῆν παρορκήσαντας τιμωρεῖσθε.</w:t>
      </w:r>
    </w:p>
    <w:p>
      <w:r>
        <w:rPr>
          <w:rFonts w:ascii="Courier New" w:hAnsi="Courier New"/>
          <w:color w:val="555555"/>
          <w:sz w:val="20"/>
        </w:rPr>
        <w:t>[3 . 313]</w:t>
      </w:r>
    </w:p>
    <w:p>
      <w:r>
        <w:rPr>
          <w:rFonts w:ascii="Gentium Plus" w:hAnsi="Gentium Plus"/>
          <w:sz w:val="24"/>
        </w:rPr>
        <w:t>[τὼ μὲν ἂρ ἄψορροι] διὰ τί χωρίζεται—ἄμεινον.</w:t>
      </w:r>
    </w:p>
    <w:p>
      <w:r>
        <w:rPr>
          <w:rFonts w:ascii="Courier New" w:hAnsi="Courier New"/>
          <w:color w:val="555555"/>
          <w:sz w:val="20"/>
        </w:rPr>
        <w:t>[3 . 315]</w:t>
      </w:r>
    </w:p>
    <w:p>
      <w:r>
        <w:rPr>
          <w:rFonts w:ascii="Gentium Plus" w:hAnsi="Gentium Plus"/>
          <w:sz w:val="24"/>
        </w:rPr>
        <w:t>χῶρον μὲν πρῶτον]</w:t>
      </w:r>
    </w:p>
    <w:p>
      <w:r>
        <w:rPr>
          <w:rFonts w:ascii="Courier New" w:hAnsi="Courier New"/>
          <w:color w:val="555555"/>
          <w:sz w:val="20"/>
        </w:rPr>
        <w:t>[3 315-316]</w:t>
      </w:r>
    </w:p>
    <w:p>
      <w:r>
        <w:rPr>
          <w:rFonts w:ascii="Gentium Plus" w:hAnsi="Gentium Plus"/>
          <w:sz w:val="24"/>
        </w:rPr>
        <w:t>[αὐτὰρ ἔπειτα κλήρους] σημείωσαι· λέγουσιν ὅτι καὶ κλῆ‐ ρον ἐποιήσαντο—τὸν πολέμιον.</w:t>
      </w:r>
    </w:p>
    <w:p>
      <w:r>
        <w:rPr>
          <w:rFonts w:ascii="Courier New" w:hAnsi="Courier New"/>
          <w:color w:val="555555"/>
          <w:sz w:val="20"/>
        </w:rPr>
        <w:t>[3 . 320]</w:t>
      </w:r>
    </w:p>
    <w:p>
      <w:r>
        <w:rPr>
          <w:rFonts w:ascii="Gentium Plus" w:hAnsi="Gentium Plus"/>
          <w:sz w:val="24"/>
        </w:rPr>
        <w:t>Ζεῦ πάτερ] ὦ Ζεῦ ὁ τῆς Ἴδης βασιλεύων· τιμᾶται γὰρ ἐν τῷ ἀκρωτηρίῳ—θυήεις». [κορυθαίολος] ποικίλος τὸν ὁπλισμόν.</w:t>
      </w:r>
    </w:p>
    <w:p>
      <w:r>
        <w:rPr>
          <w:rFonts w:ascii="Courier New" w:hAnsi="Courier New"/>
          <w:color w:val="555555"/>
          <w:sz w:val="20"/>
        </w:rPr>
        <w:t>[3 . 325]</w:t>
      </w:r>
    </w:p>
    <w:p>
      <w:r>
        <w:rPr>
          <w:rFonts w:ascii="Gentium Plus" w:hAnsi="Gentium Plus"/>
          <w:sz w:val="24"/>
        </w:rPr>
        <w:t>Πάριος] Ἴωνες οὕτως, ἡμεῖς δὲ Πάριδος. Πάρις δὲ Ἀλέξανδρος ἐκλήθη—ἀνέθρεψεν ἀνελόμενος.</w:t>
      </w:r>
    </w:p>
    <w:p>
      <w:r>
        <w:rPr>
          <w:rFonts w:ascii="Courier New" w:hAnsi="Courier New"/>
          <w:color w:val="555555"/>
          <w:sz w:val="20"/>
        </w:rPr>
        <w:t>[3 . 327]</w:t>
      </w:r>
    </w:p>
    <w:p>
      <w:r>
        <w:rPr>
          <w:rFonts w:ascii="Gentium Plus" w:hAnsi="Gentium Plus"/>
          <w:sz w:val="24"/>
        </w:rPr>
        <w:t>ἵπποι ἀερσίποδες] αἴροντες τοὺς πόδας εἰς ὕψος, ταχεῖς— καὶ ἔστιν ἰδίωμα.</w:t>
      </w:r>
    </w:p>
    <w:p>
      <w:r>
        <w:rPr>
          <w:rFonts w:ascii="Courier New" w:hAnsi="Courier New"/>
          <w:color w:val="555555"/>
          <w:sz w:val="20"/>
        </w:rPr>
        <w:t>[3 . 337]</w:t>
      </w:r>
    </w:p>
    <w:p>
      <w:r>
        <w:rPr>
          <w:rFonts w:ascii="Gentium Plus" w:hAnsi="Gentium Plus"/>
          <w:sz w:val="24"/>
        </w:rPr>
        <w:t>ἵππουριν] ἐξ ἱππείων τριχῶν τὸν λόφον ἔχουσαν.</w:t>
      </w:r>
    </w:p>
    <w:p>
      <w:r>
        <w:rPr>
          <w:rFonts w:ascii="Courier New" w:hAnsi="Courier New"/>
          <w:color w:val="555555"/>
          <w:sz w:val="20"/>
        </w:rPr>
        <w:t>[3 . 354]</w:t>
      </w:r>
    </w:p>
    <w:p>
      <w:r>
        <w:rPr>
          <w:rFonts w:ascii="Gentium Plus" w:hAnsi="Gentium Plus"/>
          <w:sz w:val="24"/>
        </w:rPr>
        <w:t>φιλότητα] φιλίαν, ξενίαν· ἀπελθόντα γὰρ ὡς πρέσβιν— καταφρονηθέντι.</w:t>
      </w:r>
    </w:p>
    <w:p>
      <w:r>
        <w:rPr>
          <w:rFonts w:ascii="Courier New" w:hAnsi="Courier New"/>
          <w:color w:val="555555"/>
          <w:sz w:val="20"/>
        </w:rPr>
        <w:t>[3 . 362]</w:t>
      </w:r>
    </w:p>
    <w:p>
      <w:r>
        <w:rPr>
          <w:rFonts w:ascii="Gentium Plus" w:hAnsi="Gentium Plus"/>
          <w:sz w:val="24"/>
        </w:rPr>
        <w:t>κόρυθος] τὸ προμετωπίδιον—ἕνεκα κοσμήματος.</w:t>
      </w:r>
    </w:p>
    <w:p>
      <w:r>
        <w:rPr>
          <w:rFonts w:ascii="Courier New" w:hAnsi="Courier New"/>
          <w:color w:val="555555"/>
          <w:sz w:val="20"/>
        </w:rPr>
        <w:t>[3 . 365]</w:t>
      </w:r>
    </w:p>
    <w:p>
      <w:r>
        <w:rPr>
          <w:rFonts w:ascii="Gentium Plus" w:hAnsi="Gentium Plus"/>
          <w:sz w:val="24"/>
        </w:rPr>
        <w:t>[ὀλοώτερος ἄλλων] ἐνόμισαν γάρ τινες διὰ τούτου— τὸν Μενέλαον.</w:t>
      </w:r>
    </w:p>
    <w:p>
      <w:r>
        <w:rPr>
          <w:rFonts w:ascii="Courier New" w:hAnsi="Courier New"/>
          <w:color w:val="555555"/>
          <w:sz w:val="20"/>
        </w:rPr>
        <w:t>[3 . 369]</w:t>
      </w:r>
    </w:p>
    <w:p>
      <w:r>
        <w:rPr>
          <w:rFonts w:ascii="Gentium Plus" w:hAnsi="Gentium Plus"/>
          <w:sz w:val="24"/>
        </w:rPr>
        <w:t>κόρυθος λάβεν] τῆς περικεφαλαίας. διὰ τί, φασὶν, ὁ Μενέλαος —τῷ ἐκείνου θανάτῳ.</w:t>
      </w:r>
    </w:p>
    <w:p>
      <w:r>
        <w:rPr>
          <w:rFonts w:ascii="Courier New" w:hAnsi="Courier New"/>
          <w:color w:val="555555"/>
          <w:sz w:val="20"/>
        </w:rPr>
        <w:t>[3 . 375]</w:t>
      </w:r>
    </w:p>
    <w:p>
      <w:r>
        <w:rPr>
          <w:rFonts w:ascii="Gentium Plus" w:hAnsi="Gentium Plus"/>
          <w:sz w:val="24"/>
        </w:rPr>
        <w:t>[ἶφι κταμένοιο] ἰσχυρῶς καὶ μετὰ βίας σφαγέντος.</w:t>
      </w:r>
    </w:p>
    <w:p>
      <w:r>
        <w:rPr>
          <w:rFonts w:ascii="Courier New" w:hAnsi="Courier New"/>
          <w:color w:val="555555"/>
          <w:sz w:val="20"/>
        </w:rPr>
        <w:t>[3 . 406]</w:t>
      </w:r>
    </w:p>
    <w:p>
      <w:r>
        <w:rPr>
          <w:rFonts w:ascii="Gentium Plus" w:hAnsi="Gentium Plus"/>
          <w:sz w:val="24"/>
        </w:rPr>
        <w:t>θεῶν δ’ ἀπόειπε] ἀπάρνησαι δὲ καὶ ἐπιλαθοῦ δι’ αὐτὸν τὴν συναγωγὴν τῶν θεῶν.</w:t>
      </w:r>
    </w:p>
    <w:p>
      <w:r>
        <w:rPr>
          <w:rFonts w:ascii="Courier New" w:hAnsi="Courier New"/>
          <w:color w:val="555555"/>
          <w:sz w:val="20"/>
        </w:rPr>
        <w:t>[3 . 424]</w:t>
      </w:r>
    </w:p>
    <w:p>
      <w:r>
        <w:rPr>
          <w:rFonts w:ascii="Gentium Plus" w:hAnsi="Gentium Plus"/>
          <w:sz w:val="24"/>
        </w:rPr>
        <w:t>φιλομμειδὴς] ἡ φιλόγελως—τῶν αἰδοίων.</w:t>
      </w:r>
    </w:p>
    <w:p>
      <w:r>
        <w:rPr>
          <w:rFonts w:ascii="Courier New" w:hAnsi="Courier New"/>
          <w:color w:val="555555"/>
          <w:sz w:val="20"/>
        </w:rPr>
        <w:t>[3 . 443]</w:t>
      </w:r>
    </w:p>
    <w:p>
      <w:r>
        <w:rPr>
          <w:rFonts w:ascii="Gentium Plus" w:hAnsi="Gentium Plus"/>
          <w:sz w:val="24"/>
        </w:rPr>
        <w:t>οὐδ’ ὅτε σε πρῶτον] Ἀλέξανδρος—διὰ τῶν ἑαυτοῦ λόγων.</w:t>
      </w:r>
    </w:p>
    <w:p>
      <w:r>
        <w:rPr>
          <w:rFonts w:ascii="Courier New" w:hAnsi="Courier New"/>
          <w:color w:val="555555"/>
          <w:sz w:val="20"/>
        </w:rPr>
        <w:t>[3 . 445]</w:t>
      </w:r>
    </w:p>
    <w:p>
      <w:r>
        <w:rPr>
          <w:rFonts w:ascii="Gentium Plus" w:hAnsi="Gentium Plus"/>
          <w:sz w:val="24"/>
        </w:rPr>
        <w:t>σημείωσαι· νήσῳ δ’ ἐν Κρανάῃ] παροξύνεται τοῦτο, ἵνα κύριον</w:t>
      </w:r>
    </w:p>
    <w:p>
      <w:r>
        <w:rPr>
          <w:rFonts w:ascii="Courier New" w:hAnsi="Courier New"/>
          <w:color w:val="555555"/>
          <w:sz w:val="20"/>
        </w:rPr>
        <w:t>[4 . 2]</w:t>
      </w:r>
    </w:p>
    <w:p>
      <w:r>
        <w:rPr>
          <w:rFonts w:ascii="Gentium Plus" w:hAnsi="Gentium Plus"/>
          <w:sz w:val="24"/>
        </w:rPr>
        <w:t>χρυσέῳ ἐν δαπέδῳ] πῶς τὸν οὐρανὸν—τὸ «χρυσέῳ ἐν δαπέδῳ». Gen. ajoute: καὶ «οὐρανὸν ἐς πολύχαλκον». (Il. V, 504. Od. III, 2.)</w:t>
      </w:r>
    </w:p>
    <w:p>
      <w:r>
        <w:rPr>
          <w:rFonts w:ascii="Courier New" w:hAnsi="Courier New"/>
          <w:color w:val="555555"/>
          <w:sz w:val="20"/>
        </w:rPr>
        <w:t>[4 2-3]</w:t>
      </w:r>
    </w:p>
    <w:p>
      <w:r>
        <w:rPr>
          <w:rFonts w:ascii="Gentium Plus" w:hAnsi="Gentium Plus"/>
          <w:sz w:val="24"/>
        </w:rPr>
        <w:t>πότνια Ἥβη 〈νέκταρ ἐῳνοχόει· τοὶ δὲ χρυσέοις δεπαέσσιν〉] ἐζήτηται δὲ δι’ ἣν αἰτίαν ὁ Γανυμήδης οἰνοχόος ὢν τοῦ Διὸς 〈οὐ πάρ‐ εστιν;〉 ἔνιοι μὲν οὖν φασιν ὅτι 〈τοῦ Διὸς μόνος ὢν διάκονος οὐκ ἐξῆν αὐτὸν κοινῶσ〉 πᾶσιν ὑπηρετεῖν. 〈ἔνιοι δέ φασιν ὅτι〉 σκέψεως περὶ τῆς</w:t>
      </w:r>
    </w:p>
    <w:p>
      <w:r>
        <w:rPr>
          <w:rFonts w:ascii="Courier New" w:hAnsi="Courier New"/>
          <w:color w:val="555555"/>
          <w:sz w:val="20"/>
        </w:rPr>
        <w:t>[5]</w:t>
      </w:r>
    </w:p>
    <w:p>
      <w:r>
        <w:rPr>
          <w:rFonts w:ascii="Gentium Plus" w:hAnsi="Gentium Plus"/>
          <w:sz w:val="24"/>
        </w:rPr>
        <w:t>Ἰλίου πορθήσεως γινομένης εὐοικονομήτως ἄπεστι τοῦ συνεδρίου, ἵνα μηδὲν ἐναντίον γένηται διὰ τὴν πρὸς αὐτὸν χάριν.</w:t>
      </w:r>
    </w:p>
    <w:p>
      <w:r>
        <w:rPr>
          <w:rFonts w:ascii="Courier New" w:hAnsi="Courier New"/>
          <w:color w:val="555555"/>
          <w:sz w:val="20"/>
        </w:rPr>
        <w:t>[4 2-3bis]</w:t>
      </w:r>
    </w:p>
    <w:p>
      <w:r>
        <w:rPr>
          <w:rFonts w:ascii="Gentium Plus" w:hAnsi="Gentium Plus"/>
          <w:sz w:val="24"/>
        </w:rPr>
        <w:t>καὶ διὰ τί μόνῳ τῷ Διὶ—τοῦτο γὰρ ὁ Γανυμήδης.</w:t>
      </w:r>
    </w:p>
    <w:p>
      <w:r>
        <w:rPr>
          <w:rFonts w:ascii="Courier New" w:hAnsi="Courier New"/>
          <w:color w:val="555555"/>
          <w:sz w:val="20"/>
        </w:rPr>
        <w:t>[4 . 8]</w:t>
      </w:r>
    </w:p>
    <w:p>
      <w:r>
        <w:rPr>
          <w:rFonts w:ascii="Gentium Plus" w:hAnsi="Gentium Plus"/>
          <w:sz w:val="24"/>
        </w:rPr>
        <w:t>[Ἀλαλκομενηῒς] ἡ ἀλάλκουσα τῷ μένει—τραφεῖσα τῷ Βοιωτῷ.</w:t>
      </w:r>
    </w:p>
    <w:p>
      <w:r>
        <w:rPr>
          <w:rFonts w:ascii="Courier New" w:hAnsi="Courier New"/>
          <w:color w:val="555555"/>
          <w:sz w:val="20"/>
        </w:rPr>
        <w:t>[4 . 26]</w:t>
      </w:r>
    </w:p>
    <w:p>
      <w:r>
        <w:rPr>
          <w:rFonts w:ascii="Gentium Plus" w:hAnsi="Gentium Plus"/>
          <w:sz w:val="24"/>
        </w:rPr>
        <w:t>** ὅτι ῥηθείη 〈ἂν〉 ἐπί τινος ἐν κενοῖς πόνοις στάντος· 〈«πῶς ἐθέλεις ἅλιον θεῖναι πόνον ἠδ’ ἀτέλεστον»〉.</w:t>
      </w:r>
    </w:p>
    <w:p>
      <w:r>
        <w:rPr>
          <w:rFonts w:ascii="Courier New" w:hAnsi="Courier New"/>
          <w:color w:val="555555"/>
          <w:sz w:val="20"/>
        </w:rPr>
        <w:t>[4 . 29]</w:t>
      </w:r>
    </w:p>
    <w:p>
      <w:r>
        <w:rPr>
          <w:rFonts w:ascii="Gentium Plus" w:hAnsi="Gentium Plus"/>
          <w:sz w:val="24"/>
        </w:rPr>
        <w:t>** ὅτι ἐφ’ οἷς τις παραχωρεῖ, δυσαρεστούμενος μὲν, ἑκὼν δὲ ὑπεκδιδοὺς, καλῶς ἐρεῖς τὸ «ἔρδ’ ἀτὰρ» καὶ τὰ ἑξῆς.</w:t>
      </w:r>
    </w:p>
    <w:p>
      <w:r>
        <w:rPr>
          <w:rFonts w:ascii="Courier New" w:hAnsi="Courier New"/>
          <w:color w:val="555555"/>
          <w:sz w:val="20"/>
        </w:rPr>
        <w:t>[4 . 31]</w:t>
      </w:r>
    </w:p>
    <w:p>
      <w:r>
        <w:rPr>
          <w:rFonts w:ascii="Gentium Plus" w:hAnsi="Gentium Plus"/>
          <w:sz w:val="24"/>
        </w:rPr>
        <w:t>** ὁ ἄγαν τινὶ μιμούμενος ἀκούσαι ἄν ποτε οἰκείως τὸ «Δαιμονίη» καὶ 〈τὰ〉 ἑξῆς.</w:t>
      </w:r>
    </w:p>
    <w:p>
      <w:r>
        <w:rPr>
          <w:rFonts w:ascii="Courier New" w:hAnsi="Courier New"/>
          <w:color w:val="555555"/>
          <w:sz w:val="20"/>
        </w:rPr>
        <w:t>[4 . 43]</w:t>
      </w:r>
    </w:p>
    <w:p>
      <w:r>
        <w:rPr>
          <w:rFonts w:ascii="Gentium Plus" w:hAnsi="Gentium Plus"/>
          <w:sz w:val="24"/>
        </w:rPr>
        <w:t>** δῶκα ἑκὼν] δοκεῖ δὲ—βουλόμενος</w:t>
      </w:r>
    </w:p>
    <w:p>
      <w:r>
        <w:rPr>
          <w:rFonts w:ascii="Courier New" w:hAnsi="Courier New"/>
          <w:color w:val="555555"/>
          <w:sz w:val="20"/>
        </w:rPr>
        <w:t>[4 . 49]</w:t>
      </w:r>
    </w:p>
    <w:p>
      <w:r>
        <w:rPr>
          <w:rFonts w:ascii="Gentium Plus" w:hAnsi="Gentium Plus"/>
          <w:sz w:val="24"/>
        </w:rPr>
        <w:t>λοιβῆς] σπονδῆς. κυρίως δὲ τῆς ἀναφερομένης ἐκ τῶν θυμάτων ἀναθυμιάσεως. τὸ γὰρ λάχομεν γέρας] ταύτης γὰρ τιμῆς κατηξιώθημεν ὑπὸ τῶν ἀνθρώπων.</w:t>
      </w:r>
    </w:p>
    <w:p>
      <w:r>
        <w:rPr>
          <w:rFonts w:ascii="Courier New" w:hAnsi="Courier New"/>
          <w:color w:val="555555"/>
          <w:sz w:val="20"/>
        </w:rPr>
        <w:t>[4 . 54]</w:t>
      </w:r>
    </w:p>
    <w:p>
      <w:r>
        <w:rPr>
          <w:rFonts w:ascii="Gentium Plus" w:hAnsi="Gentium Plus"/>
          <w:sz w:val="24"/>
        </w:rPr>
        <w:t>** ὁ μὴ δυνάμενος μὲν ἀντιστῆναί τινι δυνατῷ ἐμποδίζοντι, δυ‐ σωπῶν δὲ τυχεῖν ὧν θέλει, εὐκαίρως ἂν εἴποι· «οὔτοι ἐγὼ πρόσθεν» καὶ τὰ ἑξῆς.</w:t>
      </w:r>
    </w:p>
    <w:p>
      <w:r>
        <w:rPr>
          <w:rFonts w:ascii="Courier New" w:hAnsi="Courier New"/>
          <w:color w:val="555555"/>
          <w:sz w:val="20"/>
        </w:rPr>
        <w:t>[4 . 59]</w:t>
      </w:r>
    </w:p>
    <w:p>
      <w:r>
        <w:rPr>
          <w:rFonts w:ascii="Gentium Plus" w:hAnsi="Gentium Plus"/>
          <w:sz w:val="24"/>
        </w:rPr>
        <w:t>[ἀγκυλομήτης] 〈ὁ〉 ἀγκύλα καὶ σκολιὰ βουλευόμενος, ἢ ὁ περὶ τῶν δυσευρέτων καὶ σκολιῶν δυνάμενος βουλεύσασθαι συνετῶς.</w:t>
      </w:r>
    </w:p>
    <w:p>
      <w:r>
        <w:rPr>
          <w:rFonts w:ascii="Courier New" w:hAnsi="Courier New"/>
          <w:color w:val="555555"/>
          <w:sz w:val="20"/>
        </w:rPr>
        <w:t>[4 . 62]</w:t>
      </w:r>
    </w:p>
    <w:p>
      <w:r>
        <w:rPr>
          <w:rFonts w:ascii="Gentium Plus" w:hAnsi="Gentium Plus"/>
          <w:sz w:val="24"/>
        </w:rPr>
        <w:t>** [ὑποείξομεν ἀλλήλοισι] φιλικῆς ἐνδόξων προσώπων ἀντιπαρα‐ χωρήσεως τὸ «ἄλλ’ ἤτοι μὲν ταῦθ’ ὑποείξομεν».</w:t>
      </w:r>
    </w:p>
    <w:p>
      <w:r>
        <w:rPr>
          <w:rFonts w:ascii="Courier New" w:hAnsi="Courier New"/>
          <w:color w:val="555555"/>
          <w:sz w:val="20"/>
        </w:rPr>
        <w:t>[4 . 63]</w:t>
      </w:r>
    </w:p>
    <w:p>
      <w:r>
        <w:rPr>
          <w:rFonts w:ascii="Gentium Plus" w:hAnsi="Gentium Plus"/>
          <w:sz w:val="24"/>
        </w:rPr>
        <w:t>[ἐπὶ δ’ ἕψονται θεοὶ ἄλλοι] ἐπακολουθήσουσι τῇ ἡμῶν γνώμῃ</w:t>
      </w:r>
    </w:p>
    <w:p>
      <w:r>
        <w:rPr>
          <w:rFonts w:ascii="Courier New" w:hAnsi="Courier New"/>
          <w:color w:val="555555"/>
          <w:sz w:val="20"/>
        </w:rPr>
        <w:t>[4 . 64]</w:t>
      </w:r>
    </w:p>
    <w:p>
      <w:r>
        <w:rPr>
          <w:rFonts w:ascii="Gentium Plus" w:hAnsi="Gentium Plus"/>
          <w:sz w:val="24"/>
        </w:rPr>
        <w:t>[ἐπιτεῖλαι] ἀντὶ τοῦ ἐπίτειλον, ὅ ἐστι πρόσταξον. διὸ περισπω‐ μένως δεῖ ἀναγινώσκειν· ἔστι γὰρ ἀπαρέμφατον ἀντὶ προστακτικοῦ. τὸ δὲ παροξυνόμενον ἐπιτείλαι εὐκτικοῦ ἐστι πρόσωπον τρίτον.</w:t>
      </w:r>
    </w:p>
    <w:p>
      <w:r>
        <w:rPr>
          <w:rFonts w:ascii="Courier New" w:hAnsi="Courier New"/>
          <w:color w:val="555555"/>
          <w:sz w:val="20"/>
        </w:rPr>
        <w:t>[4 . 91]</w:t>
      </w:r>
    </w:p>
    <w:p>
      <w:r>
        <w:rPr>
          <w:rFonts w:ascii="Gentium Plus" w:hAnsi="Gentium Plus"/>
          <w:sz w:val="24"/>
        </w:rPr>
        <w:t>ἀπ’ Αἰσήποιο] ἀπὸ τῶν τοῦ Αἰσώπου ῥευμάτων καὶ ῥείθρων· ὁ δὲ Αἴσωπος ποταμὸς τῆς ὑπὸ Ἴδῃ Λυκίας.</w:t>
      </w:r>
    </w:p>
    <w:p>
      <w:r>
        <w:rPr>
          <w:rFonts w:ascii="Courier New" w:hAnsi="Courier New"/>
          <w:color w:val="555555"/>
          <w:sz w:val="20"/>
        </w:rPr>
        <w:t>[4 . 93]</w:t>
      </w:r>
    </w:p>
    <w:p>
      <w:r>
        <w:rPr>
          <w:rFonts w:ascii="Gentium Plus" w:hAnsi="Gentium Plus"/>
          <w:sz w:val="24"/>
        </w:rPr>
        <w:t>ἦ ῥά νύ μοι] ἔστι δὲ ἐπίρρημα διαπορητικόν. πίθοιο] πεισθείης. διὰ τί δὲ ἡ Ἀθηνᾶ εἰς σύγχυσιν—ἐπε‐ λέξατο τοξότην.</w:t>
      </w:r>
    </w:p>
    <w:p>
      <w:r>
        <w:rPr>
          <w:rFonts w:ascii="Courier New" w:hAnsi="Courier New"/>
          <w:color w:val="555555"/>
          <w:sz w:val="20"/>
        </w:rPr>
        <w:t>[4 . 104]</w:t>
      </w:r>
    </w:p>
    <w:p>
      <w:r>
        <w:rPr>
          <w:rFonts w:ascii="Gentium Plus" w:hAnsi="Gentium Plus"/>
          <w:sz w:val="24"/>
        </w:rPr>
        <w:t>** ἐπὶ τοῦ πείθοντος ἄφρονα εἴς τι κακὸν οἰκεῖον εἰπεῖν τὸ «ὣς φάτο» καὶ 〈τὰ〉 ἑξῆς.</w:t>
      </w:r>
    </w:p>
    <w:p>
      <w:r>
        <w:rPr>
          <w:rFonts w:ascii="Courier New" w:hAnsi="Courier New"/>
          <w:color w:val="555555"/>
          <w:sz w:val="20"/>
        </w:rPr>
        <w:t>[4 . 105]</w:t>
      </w:r>
    </w:p>
    <w:p>
      <w:r>
        <w:rPr>
          <w:rFonts w:ascii="Gentium Plus" w:hAnsi="Gentium Plus"/>
          <w:sz w:val="24"/>
        </w:rPr>
        <w:t>ἰξάλου] ἤτοι τελείας, ἢ πηδητικῆς καὶ ὁρμητικῆς, παρὰ τὸ ἱκ‐ νεῖσθαι, ἢ ὡς ὁ Πορφύριος λέγει—μόρια.</w:t>
      </w:r>
    </w:p>
    <w:p>
      <w:r>
        <w:rPr>
          <w:rFonts w:ascii="Courier New" w:hAnsi="Courier New"/>
          <w:color w:val="555555"/>
          <w:sz w:val="20"/>
        </w:rPr>
        <w:t>[4 . 107]</w:t>
      </w:r>
    </w:p>
    <w:p>
      <w:r>
        <w:rPr>
          <w:rFonts w:ascii="Gentium Plus" w:hAnsi="Gentium Plus"/>
          <w:sz w:val="24"/>
        </w:rPr>
        <w:t>ἐν προδοκῇσιν] τόποις πρὸς ἐνέδραν ἐπιτηδείοις πρὸς τὸ σκο‐ πεῦσαι. ἀπὸ τοῦ δοκεῖν.</w:t>
      </w:r>
    </w:p>
    <w:p>
      <w:r>
        <w:rPr>
          <w:rFonts w:ascii="Courier New" w:hAnsi="Courier New"/>
          <w:color w:val="555555"/>
          <w:sz w:val="20"/>
        </w:rPr>
        <w:t>[4 . 109]</w:t>
      </w:r>
    </w:p>
    <w:p>
      <w:r>
        <w:rPr>
          <w:rFonts w:ascii="Gentium Plus" w:hAnsi="Gentium Plus"/>
          <w:sz w:val="24"/>
        </w:rPr>
        <w:t>[κέρα] κέρατα· ἀποκοπὴ τὸ πάθος.</w:t>
      </w:r>
    </w:p>
    <w:p>
      <w:r>
        <w:rPr>
          <w:rFonts w:ascii="Courier New" w:hAnsi="Courier New"/>
          <w:color w:val="555555"/>
          <w:sz w:val="20"/>
        </w:rPr>
        <w:t>[4 . 111]</w:t>
      </w:r>
    </w:p>
    <w:p>
      <w:r>
        <w:rPr>
          <w:rFonts w:ascii="Gentium Plus" w:hAnsi="Gentium Plus"/>
          <w:sz w:val="24"/>
        </w:rPr>
        <w:t>κορώνην] νῦν τὸ ἐπικαμπὲς—ἡ νευρά.</w:t>
      </w:r>
    </w:p>
    <w:p>
      <w:r>
        <w:rPr>
          <w:rFonts w:ascii="Courier New" w:hAnsi="Courier New"/>
          <w:color w:val="555555"/>
          <w:sz w:val="20"/>
        </w:rPr>
        <w:t>[4 . 112]</w:t>
      </w:r>
    </w:p>
    <w:p>
      <w:r>
        <w:rPr>
          <w:rFonts w:ascii="Gentium Plus" w:hAnsi="Gentium Plus"/>
          <w:sz w:val="24"/>
        </w:rPr>
        <w:t>[κατέθηκε] κατετίθει, κατέταττε, ἐνήρμοξε τὴν νευράν.</w:t>
      </w:r>
    </w:p>
    <w:p>
      <w:r>
        <w:rPr>
          <w:rFonts w:ascii="Courier New" w:hAnsi="Courier New"/>
          <w:color w:val="555555"/>
          <w:sz w:val="20"/>
        </w:rPr>
        <w:t>[4 . 113]</w:t>
      </w:r>
    </w:p>
    <w:p>
      <w:r>
        <w:rPr>
          <w:rFonts w:ascii="Gentium Plus" w:hAnsi="Gentium Plus"/>
          <w:sz w:val="24"/>
        </w:rPr>
        <w:t>ἀγκλίνας] πρὸς τῇ γῇ—τῶν Ἑλλήνων.</w:t>
      </w:r>
    </w:p>
    <w:p>
      <w:r>
        <w:rPr>
          <w:rFonts w:ascii="Courier New" w:hAnsi="Courier New"/>
          <w:color w:val="555555"/>
          <w:sz w:val="20"/>
        </w:rPr>
        <w:t>[4 . 125]</w:t>
      </w:r>
    </w:p>
    <w:p>
      <w:r>
        <w:rPr>
          <w:rFonts w:ascii="Gentium Plus" w:hAnsi="Gentium Plus"/>
          <w:sz w:val="24"/>
        </w:rPr>
        <w:t>[λίγξε] πεποιημένη φωνή.</w:t>
      </w:r>
    </w:p>
    <w:p>
      <w:r>
        <w:rPr>
          <w:rFonts w:ascii="Courier New" w:hAnsi="Courier New"/>
          <w:color w:val="555555"/>
          <w:sz w:val="20"/>
        </w:rPr>
        <w:t>[4 . 126]</w:t>
      </w:r>
    </w:p>
    <w:p>
      <w:r>
        <w:rPr>
          <w:rFonts w:ascii="Gentium Plus" w:hAnsi="Gentium Plus"/>
          <w:sz w:val="24"/>
        </w:rPr>
        <w:t>[μενεαίνων] προθυμούμενος. ὁ τρόπος μεταφορὰ ἀπὸ ἐμψύχων ἐπὶ ἀψύχων.</w:t>
      </w:r>
    </w:p>
    <w:p>
      <w:r>
        <w:rPr>
          <w:rFonts w:ascii="Courier New" w:hAnsi="Courier New"/>
          <w:color w:val="555555"/>
          <w:sz w:val="20"/>
        </w:rPr>
        <w:t>[4 . 127]</w:t>
      </w:r>
    </w:p>
    <w:p>
      <w:r>
        <w:rPr>
          <w:rFonts w:ascii="Gentium Plus" w:hAnsi="Gentium Plus"/>
          <w:sz w:val="24"/>
        </w:rPr>
        <w:t>οὐδὲ σέθεν, Μενέλαε] σοῦ δὲ, ὦ Μενέλαε, οἱ θεοὶ, οἱ μακα‐ ρισμοῦ ἄξιοι, οὐκ ἐπελάθοντο. καλεῖται δὲ ὁ τρόπος ἀποστροφή.</w:t>
      </w:r>
    </w:p>
    <w:p>
      <w:r>
        <w:rPr>
          <w:rFonts w:ascii="Courier New" w:hAnsi="Courier New"/>
          <w:color w:val="555555"/>
          <w:sz w:val="20"/>
        </w:rPr>
        <w:t>[4 . 128]</w:t>
      </w:r>
    </w:p>
    <w:p>
      <w:r>
        <w:rPr>
          <w:rFonts w:ascii="Gentium Plus" w:hAnsi="Gentium Plus"/>
          <w:sz w:val="24"/>
        </w:rPr>
        <w:t>ἀγελείη] ἡ Ἀθηνᾶ, ἡ ἄγουσα λείαν—λαφυραγωγός.</w:t>
      </w:r>
    </w:p>
    <w:p>
      <w:r>
        <w:rPr>
          <w:rFonts w:ascii="Courier New" w:hAnsi="Courier New"/>
          <w:color w:val="555555"/>
          <w:sz w:val="20"/>
        </w:rPr>
        <w:t>[4 . 129]</w:t>
      </w:r>
    </w:p>
    <w:p>
      <w:r>
        <w:rPr>
          <w:rFonts w:ascii="Gentium Plus" w:hAnsi="Gentium Plus"/>
          <w:sz w:val="24"/>
        </w:rPr>
        <w:t>πρόσθεν στᾶσα] προσταθεῖσα—ῥυσαμένη.</w:t>
      </w:r>
    </w:p>
    <w:p>
      <w:r>
        <w:rPr>
          <w:rFonts w:ascii="Courier New" w:hAnsi="Courier New"/>
          <w:color w:val="555555"/>
          <w:sz w:val="20"/>
        </w:rPr>
        <w:t>[4 . 131]</w:t>
      </w:r>
    </w:p>
    <w:p>
      <w:r>
        <w:rPr>
          <w:rFonts w:ascii="Gentium Plus" w:hAnsi="Gentium Plus"/>
          <w:sz w:val="24"/>
        </w:rPr>
        <w:t>ἡδέϊ λέξεται ὕπνῳ] ὁπόταν τῷ ἡδυτάτῳ ὕπνῳ κρατηθεὶς ἀπο‐ κοιμηθῇ.</w:t>
      </w:r>
    </w:p>
    <w:p>
      <w:r>
        <w:rPr>
          <w:rFonts w:ascii="Courier New" w:hAnsi="Courier New"/>
          <w:color w:val="555555"/>
          <w:sz w:val="20"/>
        </w:rPr>
        <w:t>[4 . 132]</w:t>
      </w:r>
    </w:p>
    <w:p>
      <w:r>
        <w:rPr>
          <w:rFonts w:ascii="Gentium Plus" w:hAnsi="Gentium Plus"/>
          <w:sz w:val="24"/>
        </w:rPr>
        <w:t>ζωστῆρος 〈ὀχῆεσ〉] οἱ συνέχοντες καὶ σφίγγοντες τὸν ζωστῆρα ἵμαντες.</w:t>
      </w:r>
    </w:p>
    <w:p>
      <w:r>
        <w:rPr>
          <w:rFonts w:ascii="Courier New" w:hAnsi="Courier New"/>
          <w:color w:val="555555"/>
          <w:sz w:val="20"/>
        </w:rPr>
        <w:t>[4 . 140]</w:t>
      </w:r>
    </w:p>
    <w:p>
      <w:r>
        <w:rPr>
          <w:rFonts w:ascii="Gentium Plus" w:hAnsi="Gentium Plus"/>
          <w:sz w:val="24"/>
        </w:rPr>
        <w:t>〈ἐξ〉 ὠτειλῆς] ἐκ τοῦ τραύματος. ἀπὸ τοῦ οὐτάσθαι δὲ γίνεται, ὅ ἔστι τετρῶσθαι. διαφέρει δὲ—τραύματος.</w:t>
      </w:r>
    </w:p>
    <w:p>
      <w:r>
        <w:rPr>
          <w:rFonts w:ascii="Courier New" w:hAnsi="Courier New"/>
          <w:color w:val="555555"/>
          <w:sz w:val="20"/>
        </w:rPr>
        <w:t>[4 . 142]</w:t>
      </w:r>
    </w:p>
    <w:p>
      <w:r>
        <w:rPr>
          <w:rFonts w:ascii="Gentium Plus" w:hAnsi="Gentium Plus"/>
          <w:sz w:val="24"/>
        </w:rPr>
        <w:t>Κάειρα] Καρίνη, ἀπὸ Καρίας—χρωμένων.</w:t>
      </w:r>
    </w:p>
    <w:p>
      <w:r>
        <w:rPr>
          <w:rFonts w:ascii="Courier New" w:hAnsi="Courier New"/>
          <w:color w:val="555555"/>
          <w:sz w:val="20"/>
        </w:rPr>
        <w:t>[4 . 144]</w:t>
      </w:r>
    </w:p>
    <w:p>
      <w:r>
        <w:rPr>
          <w:rFonts w:ascii="Gentium Plus" w:hAnsi="Gentium Plus"/>
          <w:sz w:val="24"/>
        </w:rPr>
        <w:t>[ἄγαλμα] καλλώπισμα πᾶν—τὸ ξόανον.</w:t>
      </w:r>
    </w:p>
    <w:p>
      <w:r>
        <w:rPr>
          <w:rFonts w:ascii="Courier New" w:hAnsi="Courier New"/>
          <w:color w:val="555555"/>
          <w:sz w:val="20"/>
        </w:rPr>
        <w:t>[4 . 155]</w:t>
      </w:r>
    </w:p>
    <w:p>
      <w:r>
        <w:rPr>
          <w:rFonts w:ascii="Gentium Plus" w:hAnsi="Gentium Plus"/>
          <w:sz w:val="24"/>
        </w:rPr>
        <w:t>ἠθοποιΐα.</w:t>
      </w:r>
    </w:p>
    <w:p>
      <w:r>
        <w:rPr>
          <w:rFonts w:ascii="Courier New" w:hAnsi="Courier New"/>
          <w:color w:val="555555"/>
          <w:sz w:val="20"/>
        </w:rPr>
        <w:t>[4 . 157]</w:t>
      </w:r>
    </w:p>
    <w:p>
      <w:r>
        <w:rPr>
          <w:rFonts w:ascii="Gentium Plus" w:hAnsi="Gentium Plus"/>
          <w:sz w:val="24"/>
        </w:rPr>
        <w:t>ὡς ἔβαλον Τρῶες] ἀντὶ τοῦ «ὃν τρόπον οἱ Τρῶες ἔτρωσάν σε καταφρονήσαντες τῶν ὅρκων».</w:t>
      </w:r>
    </w:p>
    <w:p>
      <w:r>
        <w:rPr>
          <w:rFonts w:ascii="Courier New" w:hAnsi="Courier New"/>
          <w:color w:val="555555"/>
          <w:sz w:val="20"/>
        </w:rPr>
        <w:t>[4 . 159]</w:t>
      </w:r>
    </w:p>
    <w:p>
      <w:r>
        <w:rPr>
          <w:rFonts w:ascii="Gentium Plus" w:hAnsi="Gentium Plus"/>
          <w:sz w:val="24"/>
        </w:rPr>
        <w:t>ἄκρητοι] ἀτέλεστοι—γινόμεναι.</w:t>
      </w:r>
    </w:p>
    <w:p>
      <w:r>
        <w:rPr>
          <w:rFonts w:ascii="Courier New" w:hAnsi="Courier New"/>
          <w:color w:val="555555"/>
          <w:sz w:val="20"/>
        </w:rPr>
        <w:t>[4 . 161]</w:t>
      </w:r>
    </w:p>
    <w:p>
      <w:r>
        <w:rPr>
          <w:rFonts w:ascii="Gentium Plus" w:hAnsi="Gentium Plus"/>
          <w:sz w:val="24"/>
        </w:rPr>
        <w:t>[ἀπέτισαν] ἀπέδωκαν. λείπει δὲ τὸ χόλῳ, ἵνα ᾖ σὺν μεγάλῳ χόλῳ.</w:t>
      </w:r>
    </w:p>
    <w:p>
      <w:r>
        <w:rPr>
          <w:rFonts w:ascii="Courier New" w:hAnsi="Courier New"/>
          <w:color w:val="555555"/>
          <w:sz w:val="20"/>
        </w:rPr>
        <w:t>[4 . 166]</w:t>
      </w:r>
    </w:p>
    <w:p>
      <w:r>
        <w:rPr>
          <w:rFonts w:ascii="Gentium Plus" w:hAnsi="Gentium Plus"/>
          <w:sz w:val="24"/>
        </w:rPr>
        <w:t>[ὑψίζυγος] ὁ ἐπὶ ὑψηλοῦ θρόνου καθιζόμενος, ὁ τὴν ἀνωτάτω ἔχων καθέδραν.</w:t>
      </w:r>
    </w:p>
    <w:p>
      <w:r>
        <w:rPr>
          <w:rFonts w:ascii="Courier New" w:hAnsi="Courier New"/>
          <w:color w:val="555555"/>
          <w:sz w:val="20"/>
        </w:rPr>
        <w:t>[4 . 172]</w:t>
      </w:r>
    </w:p>
    <w:p>
      <w:r>
        <w:rPr>
          <w:rFonts w:ascii="Gentium Plus" w:hAnsi="Gentium Plus"/>
          <w:sz w:val="24"/>
        </w:rPr>
        <w:t>[μνήσονται] μνείαν ποιήσονται, ὅ ἐστι «σοῦ τελευτήσαντος εὐθὺς οἱ Ἕλληνες θελήσουσιν ἀπελθεῖν ἐπὶ τὰς πατρίδας».</w:t>
      </w:r>
    </w:p>
    <w:p>
      <w:r>
        <w:rPr>
          <w:rFonts w:ascii="Courier New" w:hAnsi="Courier New"/>
          <w:color w:val="555555"/>
          <w:sz w:val="20"/>
        </w:rPr>
        <w:t>[4 . 178]</w:t>
      </w:r>
    </w:p>
    <w:p>
      <w:r>
        <w:rPr>
          <w:rFonts w:ascii="Gentium Plus" w:hAnsi="Gentium Plus"/>
          <w:sz w:val="24"/>
        </w:rPr>
        <w:t>** τὸ τοιοῦτον προσαρμόσαι ἂν παρῳδηθὲν παντὶ πολλὰ μὲν προθεμένῳ βλάψαι τινὰ, μηδὲν δὲ ἰσχύσαντι, τὸ «αἴθ’ οὕτως» καὶ 〈τὰ〉 ἑξῆς.</w:t>
      </w:r>
    </w:p>
    <w:p>
      <w:r>
        <w:rPr>
          <w:rFonts w:ascii="Courier New" w:hAnsi="Courier New"/>
          <w:color w:val="555555"/>
          <w:sz w:val="20"/>
        </w:rPr>
        <w:t>[4 . 181]</w:t>
      </w:r>
    </w:p>
    <w:p>
      <w:r>
        <w:rPr>
          <w:rFonts w:ascii="Gentium Plus" w:hAnsi="Gentium Plus"/>
          <w:sz w:val="24"/>
        </w:rPr>
        <w:t>κεινῇσιν νηυσὶ] σὺν κεναῖς ναυσί. κεναῖς δὲ εἶπεν, διότι Μενέ‐ λαος—ἐν αὐταῖς.</w:t>
      </w:r>
    </w:p>
    <w:p>
      <w:r>
        <w:rPr>
          <w:rFonts w:ascii="Courier New" w:hAnsi="Courier New"/>
          <w:color w:val="555555"/>
          <w:sz w:val="20"/>
        </w:rPr>
        <w:t>[4 . 182]</w:t>
      </w:r>
    </w:p>
    <w:p>
      <w:r>
        <w:rPr>
          <w:rFonts w:ascii="Gentium Plus" w:hAnsi="Gentium Plus"/>
          <w:sz w:val="24"/>
        </w:rPr>
        <w:t>τότε—χθών] τότε γῆς χάσματι δεχθείην· οὐ γὰρ ἐπιθετι‐ κῶς λέγει αὐτὴν εὐρεῖαν, 〈ἀλλὰ〉 τὴν εὐρὺ τῇ διαστάσει χάσμα ποι‐ οῦσαν.</w:t>
      </w:r>
    </w:p>
    <w:p>
      <w:r>
        <w:rPr>
          <w:rFonts w:ascii="Courier New" w:hAnsi="Courier New"/>
          <w:color w:val="555555"/>
          <w:sz w:val="20"/>
        </w:rPr>
        <w:t>[4 . 185]</w:t>
      </w:r>
    </w:p>
    <w:p>
      <w:r>
        <w:rPr>
          <w:rFonts w:ascii="Gentium Plus" w:hAnsi="Gentium Plus"/>
          <w:sz w:val="24"/>
        </w:rPr>
        <w:t>οὐκ ἐν καιρίῳ] οὐκ ἐν τῷ πρὸς ἀναίρεσιν 〈ἐπικαίρῳ〉 τόπῳ τοῦ σώματος, ὅ ἐστιν οὐκ ἐπικινδύνως.</w:t>
      </w:r>
    </w:p>
    <w:p>
      <w:r>
        <w:rPr>
          <w:rFonts w:ascii="Courier New" w:hAnsi="Courier New"/>
          <w:color w:val="555555"/>
          <w:sz w:val="20"/>
        </w:rPr>
        <w:t>[4 . 187]</w:t>
      </w:r>
    </w:p>
    <w:p>
      <w:r>
        <w:rPr>
          <w:rFonts w:ascii="Gentium Plus" w:hAnsi="Gentium Plus"/>
          <w:sz w:val="24"/>
        </w:rPr>
        <w:t>μίτρη] χαλκῆ λεπίς—πλείονος ἀσφαλείας.</w:t>
      </w:r>
    </w:p>
    <w:p>
      <w:r>
        <w:rPr>
          <w:rFonts w:ascii="Courier New" w:hAnsi="Courier New"/>
          <w:color w:val="555555"/>
          <w:sz w:val="20"/>
        </w:rPr>
        <w:t>[4 . 192]</w:t>
      </w:r>
    </w:p>
    <w:p>
      <w:r>
        <w:rPr>
          <w:rFonts w:ascii="Gentium Plus" w:hAnsi="Gentium Plus"/>
          <w:sz w:val="24"/>
        </w:rPr>
        <w:t>θεῖον] ἤτοι ἐκ θεῶν τὸ γένος ἔχοντα, ἢ θαυμαστόν. ἡ δὲ τῶν κηρύκων ἱστορία προείρηται ἐν τῇ Α.</w:t>
      </w:r>
    </w:p>
    <w:p>
      <w:r>
        <w:rPr>
          <w:rFonts w:ascii="Courier New" w:hAnsi="Courier New"/>
          <w:color w:val="555555"/>
          <w:sz w:val="20"/>
        </w:rPr>
        <w:t>[4 . 193]</w:t>
      </w:r>
    </w:p>
    <w:p>
      <w:r>
        <w:rPr>
          <w:rFonts w:ascii="Gentium Plus" w:hAnsi="Gentium Plus"/>
          <w:sz w:val="24"/>
        </w:rPr>
        <w:t>[Μαχάονα] Μαχάων, υἱὸς Ἀσκληπιοῦ—Ἡσίοδον Ξάνθης.</w:t>
      </w:r>
    </w:p>
    <w:p>
      <w:r>
        <w:rPr>
          <w:rFonts w:ascii="Courier New" w:hAnsi="Courier New"/>
          <w:color w:val="555555"/>
          <w:sz w:val="20"/>
        </w:rPr>
        <w:t>[4 . 218]</w:t>
      </w:r>
    </w:p>
    <w:p>
      <w:r>
        <w:rPr>
          <w:rFonts w:ascii="Gentium Plus" w:hAnsi="Gentium Plus"/>
          <w:sz w:val="24"/>
        </w:rPr>
        <w:t>ἤπια] τὸ ἑξῆς· ἐπέπασσεν αὐτῷ πρᾷα καὶ προσηνῆ φάρμακα παυστικὰ τῶν ὀδυνῶν.</w:t>
      </w:r>
    </w:p>
    <w:p>
      <w:r>
        <w:rPr>
          <w:rFonts w:ascii="Courier New" w:hAnsi="Courier New"/>
          <w:color w:val="555555"/>
          <w:sz w:val="20"/>
        </w:rPr>
        <w:t>[4 . 222]</w:t>
      </w:r>
    </w:p>
    <w:p>
      <w:r>
        <w:rPr>
          <w:rFonts w:ascii="Gentium Plus" w:hAnsi="Gentium Plus"/>
          <w:sz w:val="24"/>
        </w:rPr>
        <w:t>μνήσαντο δὲ χάρμης] μνήμην ἐποιοῦντο τοῦ πολέμου· χάρμη γὰρ ἡ μάχη—νικῶσιν.</w:t>
      </w:r>
    </w:p>
    <w:p>
      <w:r>
        <w:rPr>
          <w:rFonts w:ascii="Courier New" w:hAnsi="Courier New"/>
          <w:color w:val="555555"/>
          <w:sz w:val="20"/>
        </w:rPr>
        <w:t>[4 . 245]</w:t>
      </w:r>
    </w:p>
    <w:p>
      <w:r>
        <w:rPr>
          <w:rFonts w:ascii="Gentium Plus" w:hAnsi="Gentium Plus"/>
          <w:sz w:val="24"/>
        </w:rPr>
        <w:t>οὐδ’ ἄρα τί σφι] οὐδεμίαν ἔννοιαν ἀλκῆς σωτηρίας ποι‐ οῦνται.</w:t>
      </w:r>
    </w:p>
    <w:p>
      <w:r>
        <w:rPr>
          <w:rFonts w:ascii="Courier New" w:hAnsi="Courier New"/>
          <w:color w:val="555555"/>
          <w:sz w:val="20"/>
        </w:rPr>
        <w:t>[4 . 251]</w:t>
      </w:r>
    </w:p>
    <w:p>
      <w:r>
        <w:rPr>
          <w:rFonts w:ascii="Gentium Plus" w:hAnsi="Gentium Plus"/>
          <w:sz w:val="24"/>
        </w:rPr>
        <w:t>〈ἀνὰ〉 οὐλαμὸν] κατὰ συνέλευσιν καὶ ἄθροισιν τῶν ἀνδρῶν.</w:t>
      </w:r>
    </w:p>
    <w:p>
      <w:r>
        <w:rPr>
          <w:rFonts w:ascii="Courier New" w:hAnsi="Courier New"/>
          <w:color w:val="555555"/>
          <w:sz w:val="20"/>
        </w:rPr>
        <w:t>[4 . 257]</w:t>
      </w:r>
    </w:p>
    <w:p>
      <w:r>
        <w:rPr>
          <w:rFonts w:ascii="Gentium Plus" w:hAnsi="Gentium Plus"/>
          <w:sz w:val="24"/>
        </w:rPr>
        <w:t>περὶ μέν σε τίω] περισσῶς μέν σε τιμῶ, ὅ ἐστιν ὑπὲρ πάντας.</w:t>
      </w:r>
    </w:p>
    <w:p>
      <w:r>
        <w:rPr>
          <w:rFonts w:ascii="Courier New" w:hAnsi="Courier New"/>
          <w:color w:val="555555"/>
          <w:sz w:val="20"/>
        </w:rPr>
        <w:t>[4 . 275]</w:t>
      </w:r>
    </w:p>
    <w:p>
      <w:r>
        <w:rPr>
          <w:rFonts w:ascii="Gentium Plus" w:hAnsi="Gentium Plus"/>
          <w:sz w:val="24"/>
        </w:rPr>
        <w:t>ἀπὸ σκοπιῆς] ἀπὸ ὑψηλοῦ—καὶ ἰδεῖν.</w:t>
      </w:r>
    </w:p>
    <w:p>
      <w:r>
        <w:rPr>
          <w:rFonts w:ascii="Courier New" w:hAnsi="Courier New"/>
          <w:color w:val="555555"/>
          <w:sz w:val="20"/>
        </w:rPr>
        <w:t>[4 . 282]</w:t>
      </w:r>
    </w:p>
    <w:p>
      <w:r>
        <w:rPr>
          <w:rFonts w:ascii="Gentium Plus" w:hAnsi="Gentium Plus"/>
          <w:sz w:val="24"/>
        </w:rPr>
        <w:t>πεφρικυῖαι] τῇ ἀναστάσει—πεπυκνωμέναι.</w:t>
      </w:r>
    </w:p>
    <w:p>
      <w:r>
        <w:rPr>
          <w:rFonts w:ascii="Courier New" w:hAnsi="Courier New"/>
          <w:color w:val="555555"/>
          <w:sz w:val="20"/>
        </w:rPr>
        <w:t>[4 282bis]</w:t>
      </w:r>
    </w:p>
    <w:p>
      <w:r>
        <w:rPr>
          <w:rFonts w:ascii="Gentium Plus" w:hAnsi="Gentium Plus"/>
          <w:sz w:val="24"/>
        </w:rPr>
        <w:t>κυάνεαι] μέλαιναι, κυανῷ χρώματι παραπλήσιοι, ἢ πυκναί.</w:t>
      </w:r>
    </w:p>
    <w:p>
      <w:r>
        <w:rPr>
          <w:rFonts w:ascii="Courier New" w:hAnsi="Courier New"/>
          <w:color w:val="555555"/>
          <w:sz w:val="20"/>
        </w:rPr>
        <w:t>[4 . 286]</w:t>
      </w:r>
    </w:p>
    <w:p>
      <w:r>
        <w:rPr>
          <w:rFonts w:ascii="Gentium Plus" w:hAnsi="Gentium Plus"/>
          <w:sz w:val="24"/>
        </w:rPr>
        <w:t>ὀτρυνέμεν] παρορμᾶν. ὁ δὲ νοῦς· ἡμᾶς οὐ παρορμᾷ· οὐ γὰρ προσήκει.</w:t>
      </w:r>
    </w:p>
    <w:p>
      <w:r>
        <w:rPr>
          <w:rFonts w:ascii="Courier New" w:hAnsi="Courier New"/>
          <w:color w:val="555555"/>
          <w:sz w:val="20"/>
        </w:rPr>
        <w:t>[4 . 288]</w:t>
      </w:r>
    </w:p>
    <w:p>
      <w:r>
        <w:rPr>
          <w:rFonts w:ascii="Gentium Plus" w:hAnsi="Gentium Plus"/>
          <w:sz w:val="24"/>
        </w:rPr>
        <w:t>αἲ γὰρ Ζεῦ τε πάτερ] εἴθε γὰρ, ὦ Ζεῦ πάτερ. ἔστι δὲ ἐπίρ‐ ρημα εὐχῆς σημαντικόν.</w:t>
      </w:r>
    </w:p>
    <w:p>
      <w:r>
        <w:rPr>
          <w:rFonts w:ascii="Courier New" w:hAnsi="Courier New"/>
          <w:color w:val="555555"/>
          <w:sz w:val="20"/>
        </w:rPr>
        <w:t>[4 . 295]</w:t>
      </w:r>
    </w:p>
    <w:p>
      <w:r>
        <w:rPr>
          <w:rFonts w:ascii="Gentium Plus" w:hAnsi="Gentium Plus"/>
          <w:sz w:val="24"/>
        </w:rPr>
        <w:t>ἀμφὶ μέγαν Πελάγοντα] οὗτοι ταξίαρχοι ὑπῆρχον—</w:t>
      </w:r>
    </w:p>
    <w:p>
      <w:r>
        <w:rPr>
          <w:rFonts w:ascii="Courier New" w:hAnsi="Courier New"/>
          <w:color w:val="555555"/>
          <w:sz w:val="20"/>
        </w:rPr>
        <w:t>[4 . 299]</w:t>
      </w:r>
    </w:p>
    <w:p>
      <w:r>
        <w:rPr>
          <w:rFonts w:ascii="Gentium Plus" w:hAnsi="Gentium Plus"/>
          <w:sz w:val="24"/>
        </w:rPr>
        <w:t>κακοὺς δ’ ἐς μέσσον ἔλασσεν] μεταξὺ δύο ἀνδρείων ἕνα κα‐ κὸν ἔβαλε.</w:t>
      </w:r>
    </w:p>
    <w:p>
      <w:r>
        <w:rPr>
          <w:rFonts w:ascii="Courier New" w:hAnsi="Courier New"/>
          <w:color w:val="555555"/>
          <w:sz w:val="20"/>
        </w:rPr>
        <w:t>[4 . 306]</w:t>
      </w:r>
    </w:p>
    <w:p>
      <w:r>
        <w:rPr>
          <w:rFonts w:ascii="Gentium Plus" w:hAnsi="Gentium Plus"/>
          <w:sz w:val="24"/>
        </w:rPr>
        <w:t>[ἵκηται] τοῦτο τὸ ῥῆμα—ἀμυνάσθω τοὺς πολεμίους.</w:t>
      </w:r>
    </w:p>
    <w:p>
      <w:r>
        <w:rPr>
          <w:rFonts w:ascii="Courier New" w:hAnsi="Courier New"/>
          <w:color w:val="555555"/>
          <w:sz w:val="20"/>
        </w:rPr>
        <w:t>[4 . 307]</w:t>
      </w:r>
    </w:p>
    <w:p>
      <w:r>
        <w:rPr>
          <w:rFonts w:ascii="Gentium Plus" w:hAnsi="Gentium Plus"/>
          <w:sz w:val="24"/>
        </w:rPr>
        <w:t>ἐπεὶ πολὺ φέρτερον] κατὰ πολὺ κρεῖττον.</w:t>
      </w:r>
    </w:p>
    <w:p>
      <w:r>
        <w:rPr>
          <w:rFonts w:ascii="Courier New" w:hAnsi="Courier New"/>
          <w:color w:val="555555"/>
          <w:sz w:val="20"/>
        </w:rPr>
        <w:t>[4 . 310]</w:t>
      </w:r>
    </w:p>
    <w:p>
      <w:r>
        <w:rPr>
          <w:rFonts w:ascii="Gentium Plus" w:hAnsi="Gentium Plus"/>
          <w:sz w:val="24"/>
        </w:rPr>
        <w:t>πάλαι πολέμων εὖ εἰδώς] ἐκ πολλοῦ χρόνου ἀσκηθεὶς τὸ πολε‐ μεῖν, τουτέστι πολλάκις πολεμήσας καὶ τούτου πεῖραν ἱκανὴν ἔχων.</w:t>
      </w:r>
    </w:p>
    <w:p>
      <w:r>
        <w:rPr>
          <w:rFonts w:ascii="Courier New" w:hAnsi="Courier New"/>
          <w:color w:val="555555"/>
          <w:sz w:val="20"/>
        </w:rPr>
        <w:t>[4 . 321]</w:t>
      </w:r>
    </w:p>
    <w:p>
      <w:r>
        <w:rPr>
          <w:rFonts w:ascii="Gentium Plus" w:hAnsi="Gentium Plus"/>
          <w:sz w:val="24"/>
        </w:rPr>
        <w:t>ἔα] ἀντὶ τοῦ ἦν ἐγώ. ἔλαβεν δὲ 〈τὸν〉 ὑπερσυντελεστικὸν ἀντὶ τοῦ παρατατικοῦ.</w:t>
      </w:r>
    </w:p>
    <w:p>
      <w:r>
        <w:rPr>
          <w:rFonts w:ascii="Courier New" w:hAnsi="Courier New"/>
          <w:color w:val="555555"/>
          <w:sz w:val="20"/>
        </w:rPr>
        <w:t>[4 . 323]</w:t>
      </w:r>
    </w:p>
    <w:p>
      <w:r>
        <w:rPr>
          <w:rFonts w:ascii="Gentium Plus" w:hAnsi="Gentium Plus"/>
          <w:sz w:val="24"/>
        </w:rPr>
        <w:t>[τὸ γὰρ γέρας ἐστὶ γερόντων] αὕτη γάρ ἐστιν ἡ τῶν πρεσ‐ βυτῶν γνώμη καὶ τιμὴ τὸ καλῶς συμβουλεύειν.</w:t>
      </w:r>
    </w:p>
    <w:p>
      <w:r>
        <w:rPr>
          <w:rFonts w:ascii="Courier New" w:hAnsi="Courier New"/>
          <w:color w:val="555555"/>
          <w:sz w:val="20"/>
        </w:rPr>
        <w:t>[4 . 328]</w:t>
      </w:r>
    </w:p>
    <w:p>
      <w:r>
        <w:rPr>
          <w:rFonts w:ascii="Gentium Plus" w:hAnsi="Gentium Plus"/>
          <w:sz w:val="24"/>
        </w:rPr>
        <w:t>[μήστωρες ἀϋτῆς] δυνάμενοι—ἐπιστήμονες μάχης. οὐ γάρ πώ σφιν] οὐδέπω γὰρ ἤκουον τῆς κατὰ τὸν πόλεμον κραυγῆς τουτέστιν .....</w:t>
      </w:r>
    </w:p>
    <w:p>
      <w:r>
        <w:rPr>
          <w:rFonts w:ascii="Courier New" w:hAnsi="Courier New"/>
          <w:color w:val="555555"/>
          <w:sz w:val="20"/>
        </w:rPr>
        <w:t>[4 . 357]</w:t>
      </w:r>
    </w:p>
    <w:p>
      <w:r>
        <w:rPr>
          <w:rFonts w:ascii="Gentium Plus" w:hAnsi="Gentium Plus"/>
          <w:sz w:val="24"/>
        </w:rPr>
        <w:t>ὡς γνῶ χωομένοιο] ὡς ἐπέγνω αὐτὸν ὀργισθέντα. πάλιν δ’ ὅγε λάζετο μῦθον] ἀντὶ τοῦ «εἰς ἐναντίον ἔτρεψε τὸν λόγον»· ψόγον γὰρ εἰπὼν νῦν ἔπαινον λέγει.</w:t>
      </w:r>
    </w:p>
    <w:p>
      <w:r>
        <w:rPr>
          <w:rFonts w:ascii="Courier New" w:hAnsi="Courier New"/>
          <w:color w:val="555555"/>
          <w:sz w:val="20"/>
        </w:rPr>
        <w:t>[4 . 382]</w:t>
      </w:r>
    </w:p>
    <w:p>
      <w:r>
        <w:rPr>
          <w:rFonts w:ascii="Gentium Plus" w:hAnsi="Gentium Plus"/>
          <w:sz w:val="24"/>
        </w:rPr>
        <w:t>οἱ δ’ ἐπεὶ] ὁ Τυδεὺς καὶ οἱ λοιποί.</w:t>
      </w:r>
    </w:p>
    <w:p>
      <w:r>
        <w:rPr>
          <w:rFonts w:ascii="Courier New" w:hAnsi="Courier New"/>
          <w:color w:val="555555"/>
          <w:sz w:val="20"/>
        </w:rPr>
        <w:t>[4 . 384]</w:t>
      </w:r>
    </w:p>
    <w:p>
      <w:r>
        <w:rPr>
          <w:rFonts w:ascii="Gentium Plus" w:hAnsi="Gentium Plus"/>
          <w:sz w:val="24"/>
        </w:rPr>
        <w:t>ἀγγελίην ἐπὶ Τυδῆ] ἀντὶ τοῦ «τότε δὴ τὸν Τυδέα ἄγγελον, ὅ ἐστι πρεσβευτὴν, ἔπεμψαν οἱ Ἕλληνες».</w:t>
      </w:r>
    </w:p>
    <w:p>
      <w:r>
        <w:rPr>
          <w:rFonts w:ascii="Courier New" w:hAnsi="Courier New"/>
          <w:color w:val="555555"/>
          <w:sz w:val="20"/>
        </w:rPr>
        <w:t>[4 . 409]</w:t>
      </w:r>
    </w:p>
    <w:p>
      <w:r>
        <w:rPr>
          <w:rFonts w:ascii="Gentium Plus" w:hAnsi="Gentium Plus"/>
          <w:sz w:val="24"/>
        </w:rPr>
        <w:t>κεῖνοι δὲ] τὸ πάθος ἀφαίρεσις· «σφετέρῃσιν δὲ 〈ἀτασθαλίῃσιν〉,» ἰδίαις ἁμαρτίαις, ἀνοίαις, ἀπώλοντο.</w:t>
      </w:r>
    </w:p>
    <w:p>
      <w:r>
        <w:rPr>
          <w:rFonts w:ascii="Courier New" w:hAnsi="Courier New"/>
          <w:color w:val="555555"/>
          <w:sz w:val="20"/>
        </w:rPr>
        <w:t>[4 . 419]</w:t>
      </w:r>
    </w:p>
    <w:p>
      <w:r>
        <w:rPr>
          <w:rFonts w:ascii="Gentium Plus" w:hAnsi="Gentium Plus"/>
          <w:sz w:val="24"/>
        </w:rPr>
        <w:t>ἦ ῥα] ἔφη δὴ, καὶ ἔστι 〈τὸ ῥά〉 ἀντὶ τοῦ ἄρα. ἐὰν δὲ ἓν μέ‐</w:t>
      </w:r>
    </w:p>
    <w:p>
      <w:r>
        <w:rPr>
          <w:rFonts w:ascii="Courier New" w:hAnsi="Courier New"/>
          <w:color w:val="555555"/>
          <w:sz w:val="20"/>
        </w:rPr>
        <w:t>[4 . 425]</w:t>
      </w:r>
    </w:p>
    <w:p>
      <w:r>
        <w:rPr>
          <w:rFonts w:ascii="Gentium Plus" w:hAnsi="Gentium Plus"/>
          <w:sz w:val="24"/>
        </w:rPr>
        <w:t>βρέμει] ἠχεῖ—ἦχος.</w:t>
      </w:r>
    </w:p>
    <w:p>
      <w:r>
        <w:rPr>
          <w:rFonts w:ascii="Courier New" w:hAnsi="Courier New"/>
          <w:color w:val="555555"/>
          <w:sz w:val="20"/>
        </w:rPr>
        <w:t>[4 . 430]</w:t>
      </w:r>
    </w:p>
    <w:p>
      <w:r>
        <w:rPr>
          <w:rFonts w:ascii="Gentium Plus" w:hAnsi="Gentium Plus"/>
          <w:sz w:val="24"/>
        </w:rPr>
        <w:t>ἔχοντ’ ἐν στήθεσιν] κατέχοντες ἐν αὑτοῖς τὴν φωνήν. ἐκ τούτου παρίστησιν αὐτῶν τὸ ἥσυχον.</w:t>
      </w:r>
    </w:p>
    <w:p>
      <w:r>
        <w:rPr>
          <w:rFonts w:ascii="Courier New" w:hAnsi="Courier New"/>
          <w:color w:val="555555"/>
          <w:sz w:val="20"/>
        </w:rPr>
        <w:t>[4 . 438]</w:t>
      </w:r>
    </w:p>
    <w:p>
      <w:r>
        <w:rPr>
          <w:rFonts w:ascii="Gentium Plus" w:hAnsi="Gentium Plus"/>
          <w:sz w:val="24"/>
        </w:rPr>
        <w:t>πολύκλητοι] οἱ ἐκ πολλῶν τόπων συγκεκλημένοι, ὅ ἐστι συναχ‐ θέντες.</w:t>
      </w:r>
    </w:p>
    <w:p>
      <w:r>
        <w:rPr>
          <w:rFonts w:ascii="Courier New" w:hAnsi="Courier New"/>
          <w:color w:val="555555"/>
          <w:sz w:val="20"/>
        </w:rPr>
        <w:t>[4 . 439]</w:t>
      </w:r>
    </w:p>
    <w:p>
      <w:r>
        <w:rPr>
          <w:rFonts w:ascii="Gentium Plus" w:hAnsi="Gentium Plus"/>
          <w:sz w:val="24"/>
        </w:rPr>
        <w:t>ὦρσε] διήγειρε, παρώρμα εἰς τὸ πολεμεῖν. τὸ δὲ ἑξῆς οὕτως· ὦρσε δὲ τοὺς Τρῶας δηλονότι ὁ Ἄρης, τοὺς δὲ Ἕλληνας ἡ Ἀθηνᾶ.</w:t>
      </w:r>
    </w:p>
    <w:p>
      <w:r>
        <w:rPr>
          <w:rFonts w:ascii="Courier New" w:hAnsi="Courier New"/>
          <w:color w:val="555555"/>
          <w:sz w:val="20"/>
        </w:rPr>
        <w:t>[4 . 440]</w:t>
      </w:r>
    </w:p>
    <w:p>
      <w:r>
        <w:rPr>
          <w:rFonts w:ascii="Gentium Plus" w:hAnsi="Gentium Plus"/>
          <w:sz w:val="24"/>
        </w:rPr>
        <w:t>Δεῖμός τ’ ἠδὲ Φόβος] Ἄρεος 〈καὶ〉 Ἀφροδίτης— ἀλλ’ ἵπποι.</w:t>
      </w:r>
    </w:p>
    <w:p>
      <w:r>
        <w:rPr>
          <w:rFonts w:ascii="Courier New" w:hAnsi="Courier New"/>
          <w:color w:val="555555"/>
          <w:sz w:val="20"/>
        </w:rPr>
        <w:t>[4 . 450]</w:t>
      </w:r>
    </w:p>
    <w:p>
      <w:r>
        <w:rPr>
          <w:rFonts w:ascii="Gentium Plus" w:hAnsi="Gentium Plus"/>
          <w:sz w:val="24"/>
        </w:rPr>
        <w:t>πέλεν] ἐγένετο, τῶν τε φονευόντων καὶ τῶν φονευομένων.</w:t>
      </w:r>
    </w:p>
    <w:p>
      <w:r>
        <w:rPr>
          <w:rFonts w:ascii="Courier New" w:hAnsi="Courier New"/>
          <w:color w:val="555555"/>
          <w:sz w:val="20"/>
        </w:rPr>
        <w:t>[4 . 451]</w:t>
      </w:r>
    </w:p>
    <w:p>
      <w:r>
        <w:rPr>
          <w:rFonts w:ascii="Gentium Plus" w:hAnsi="Gentium Plus"/>
          <w:sz w:val="24"/>
        </w:rPr>
        <w:t>ῥέε] ἀντὶ τοῦ ἐρρεῖτο. ἔλαβε δὲ διάθεσιν ἐνεργητικήν.</w:t>
      </w:r>
    </w:p>
    <w:p>
      <w:r>
        <w:rPr>
          <w:rFonts w:ascii="Courier New" w:hAnsi="Courier New"/>
          <w:color w:val="555555"/>
          <w:sz w:val="20"/>
        </w:rPr>
        <w:t>[4 . 452]</w:t>
      </w:r>
    </w:p>
    <w:p>
      <w:r>
        <w:rPr>
          <w:rFonts w:ascii="Gentium Plus" w:hAnsi="Gentium Plus"/>
          <w:sz w:val="24"/>
        </w:rPr>
        <w:t>χείμαρροι] οἱ χειμῶνι ῥέοντες—ὄμβρων.</w:t>
      </w:r>
    </w:p>
    <w:p>
      <w:r>
        <w:rPr>
          <w:rFonts w:ascii="Courier New" w:hAnsi="Courier New"/>
          <w:color w:val="555555"/>
          <w:sz w:val="20"/>
        </w:rPr>
        <w:t>[4 . 453]</w:t>
      </w:r>
    </w:p>
    <w:p>
      <w:r>
        <w:rPr>
          <w:rFonts w:ascii="Gentium Plus" w:hAnsi="Gentium Plus"/>
          <w:sz w:val="24"/>
        </w:rPr>
        <w:t>ἐς μισγάγκειαν] εἰς κοῖλον τόπον ἔνθα—τόπων.</w:t>
      </w:r>
    </w:p>
    <w:p>
      <w:r>
        <w:rPr>
          <w:rFonts w:ascii="Courier New" w:hAnsi="Courier New"/>
          <w:color w:val="555555"/>
          <w:sz w:val="20"/>
        </w:rPr>
        <w:t>[4 . 456]</w:t>
      </w:r>
    </w:p>
    <w:p>
      <w:r>
        <w:rPr>
          <w:rFonts w:ascii="Gentium Plus" w:hAnsi="Gentium Plus"/>
          <w:sz w:val="24"/>
        </w:rPr>
        <w:t>[φόβος] ἢ πόνος.</w:t>
      </w:r>
    </w:p>
    <w:p>
      <w:r>
        <w:rPr>
          <w:rFonts w:ascii="Courier New" w:hAnsi="Courier New"/>
          <w:color w:val="555555"/>
          <w:sz w:val="20"/>
        </w:rPr>
        <w:t>[4 . 475]</w:t>
      </w:r>
    </w:p>
    <w:p>
      <w:r>
        <w:rPr>
          <w:rFonts w:ascii="Gentium Plus" w:hAnsi="Gentium Plus"/>
          <w:sz w:val="24"/>
        </w:rPr>
        <w:t>Ἴδηθεν] ἐκ τῆς Ἴδης. Ἴδη δὲ ὄρος ὑψηλότατον— πάντα καθορᾶν.</w:t>
      </w:r>
    </w:p>
    <w:p>
      <w:r>
        <w:rPr>
          <w:rFonts w:ascii="Courier New" w:hAnsi="Courier New"/>
          <w:color w:val="555555"/>
          <w:sz w:val="20"/>
        </w:rPr>
        <w:t>[4 . 482]</w:t>
      </w:r>
    </w:p>
    <w:p>
      <w:r>
        <w:rPr>
          <w:rFonts w:ascii="Gentium Plus" w:hAnsi="Gentium Plus"/>
          <w:sz w:val="24"/>
        </w:rPr>
        <w:t>[αἴγειρος] ὠνομάσθη δὲ ἀπὸ τῆς ἐγέρσεως αὐτῶν καὶ ἀναδό‐ σεως.</w:t>
      </w:r>
    </w:p>
    <w:p>
      <w:r>
        <w:rPr>
          <w:rFonts w:ascii="Courier New" w:hAnsi="Courier New"/>
          <w:color w:val="555555"/>
          <w:sz w:val="20"/>
        </w:rPr>
        <w:t>[4 . 483]</w:t>
      </w:r>
    </w:p>
    <w:p>
      <w:r>
        <w:rPr>
          <w:rFonts w:ascii="Gentium Plus" w:hAnsi="Gentium Plus"/>
          <w:sz w:val="24"/>
        </w:rPr>
        <w:t>εἱαμένῃ]</w:t>
      </w:r>
    </w:p>
    <w:p>
      <w:r>
        <w:rPr>
          <w:rFonts w:ascii="Courier New" w:hAnsi="Courier New"/>
          <w:color w:val="555555"/>
          <w:sz w:val="20"/>
        </w:rPr>
        <w:t>[4 . 485]</w:t>
      </w:r>
    </w:p>
    <w:p>
      <w:r>
        <w:rPr>
          <w:rFonts w:ascii="Gentium Plus" w:hAnsi="Gentium Plus"/>
          <w:sz w:val="24"/>
        </w:rPr>
        <w:t>αἴθωνι] λαμπρῷ, ὀξεῖ· ἐπὰν γὰρ ὁ σίδηρος ὀξυνθῇ, λαμπρότα‐ τος γίνεται.</w:t>
      </w:r>
    </w:p>
    <w:p>
      <w:r>
        <w:rPr>
          <w:rFonts w:ascii="Courier New" w:hAnsi="Courier New"/>
          <w:color w:val="555555"/>
          <w:sz w:val="20"/>
        </w:rPr>
        <w:t>[4 . 486]</w:t>
      </w:r>
    </w:p>
    <w:p>
      <w:r>
        <w:rPr>
          <w:rFonts w:ascii="Gentium Plus" w:hAnsi="Gentium Plus"/>
          <w:sz w:val="24"/>
        </w:rPr>
        <w:t>ἴτυν] ἀψίδα. λέγει δὲ τὴν περιφέρειαν τοῦ τροχοῦ. «δίφρῳ» δὲ ἅρματι Jusqu’ à τροχοῦ</w:t>
      </w:r>
    </w:p>
    <w:p>
      <w:r>
        <w:rPr>
          <w:rFonts w:ascii="Courier New" w:hAnsi="Courier New"/>
          <w:color w:val="555555"/>
          <w:sz w:val="20"/>
        </w:rPr>
        <w:t>[4 . 499]</w:t>
      </w:r>
    </w:p>
    <w:p>
      <w:r>
        <w:rPr>
          <w:rFonts w:ascii="Gentium Plus" w:hAnsi="Gentium Plus"/>
          <w:sz w:val="24"/>
        </w:rPr>
        <w:t>νόθον] τὸν οὐ γνήσιον υἱὸν, ἀλλ’ ἐκ παλλακίδος ὄντα.</w:t>
      </w:r>
    </w:p>
    <w:p>
      <w:r>
        <w:rPr>
          <w:rFonts w:ascii="Courier New" w:hAnsi="Courier New"/>
          <w:color w:val="555555"/>
          <w:sz w:val="20"/>
        </w:rPr>
        <w:t>[4 . 500]</w:t>
      </w:r>
    </w:p>
    <w:p>
      <w:r>
        <w:rPr>
          <w:rFonts w:ascii="Gentium Plus" w:hAnsi="Gentium Plus"/>
          <w:sz w:val="24"/>
        </w:rPr>
        <w:t>Ἀβυδόθεν] ὅστις αὐτῶν ἐκ τῆς Ἀβύδου παρεγεγόνει, πόλεως Ἑλλησπόντου.</w:t>
      </w:r>
    </w:p>
    <w:p>
      <w:r>
        <w:rPr>
          <w:rFonts w:ascii="Courier New" w:hAnsi="Courier New"/>
          <w:color w:val="555555"/>
          <w:sz w:val="20"/>
        </w:rPr>
        <w:t>[4 . 505]</w:t>
      </w:r>
    </w:p>
    <w:p>
      <w:r>
        <w:rPr>
          <w:rFonts w:ascii="Gentium Plus" w:hAnsi="Gentium Plus"/>
          <w:sz w:val="24"/>
        </w:rPr>
        <w:t>φαίδιμος] ἐπιφανής, λαμπρὸς ἐν ταῖς πράξεσιν.</w:t>
      </w:r>
    </w:p>
    <w:p>
      <w:r>
        <w:rPr>
          <w:rFonts w:ascii="Courier New" w:hAnsi="Courier New"/>
          <w:color w:val="555555"/>
          <w:sz w:val="20"/>
        </w:rPr>
        <w:t>[4 . 508]</w:t>
      </w:r>
    </w:p>
    <w:p>
      <w:r>
        <w:rPr>
          <w:rFonts w:ascii="Gentium Plus" w:hAnsi="Gentium Plus"/>
          <w:sz w:val="24"/>
        </w:rPr>
        <w:t>Περγάμου ἐκκατιδών] ἐκ τῆς ἀκροπόλεως—ἐν τοῖς κατακλυσμοῖς.</w:t>
      </w:r>
    </w:p>
    <w:p>
      <w:r>
        <w:rPr>
          <w:rFonts w:ascii="Courier New" w:hAnsi="Courier New"/>
          <w:color w:val="555555"/>
          <w:sz w:val="20"/>
        </w:rPr>
        <w:t>[4 . 510]</w:t>
      </w:r>
    </w:p>
    <w:p>
      <w:r>
        <w:rPr>
          <w:rFonts w:ascii="Gentium Plus" w:hAnsi="Gentium Plus"/>
          <w:sz w:val="24"/>
        </w:rPr>
        <w:t>λίθος χρὼς] τὸ σῶμα ἀναίσθητος. μεταφορά.</w:t>
      </w:r>
    </w:p>
    <w:p>
      <w:r>
        <w:rPr>
          <w:rFonts w:ascii="Courier New" w:hAnsi="Courier New"/>
          <w:color w:val="555555"/>
          <w:sz w:val="20"/>
        </w:rPr>
        <w:t>[4 . 513]</w:t>
      </w:r>
    </w:p>
    <w:p>
      <w:r>
        <w:rPr>
          <w:rFonts w:ascii="Gentium Plus" w:hAnsi="Gentium Plus"/>
          <w:sz w:val="24"/>
        </w:rPr>
        <w:t>πέσσει] καταδαπανᾷ—μεταφορά.</w:t>
      </w:r>
    </w:p>
    <w:p>
      <w:r>
        <w:rPr>
          <w:rFonts w:ascii="Courier New" w:hAnsi="Courier New"/>
          <w:color w:val="555555"/>
          <w:sz w:val="20"/>
        </w:rPr>
        <w:t>[4 . 524]</w:t>
      </w:r>
    </w:p>
    <w:p>
      <w:r>
        <w:rPr>
          <w:rFonts w:ascii="Gentium Plus" w:hAnsi="Gentium Plus"/>
          <w:sz w:val="24"/>
        </w:rPr>
        <w:t>[θυμὸν ἀποπνείων] περιφραστικῶς 〈ἀποθνήσκων〉.</w:t>
      </w:r>
    </w:p>
    <w:p>
      <w:r>
        <w:rPr>
          <w:rFonts w:ascii="Courier New" w:hAnsi="Courier New"/>
          <w:color w:val="555555"/>
          <w:sz w:val="20"/>
        </w:rPr>
        <w:t>[4 . 540]</w:t>
      </w:r>
    </w:p>
    <w:p>
      <w:r>
        <w:rPr>
          <w:rFonts w:ascii="Gentium Plus" w:hAnsi="Gentium Plus"/>
          <w:sz w:val="24"/>
        </w:rPr>
        <w:t>ἑρμηνεία· ἄλλως· «ἄβλητος καὶ ἀνούτατος», ὁ ἔτι μήτε ἀπὸ</w:t>
      </w:r>
    </w:p>
    <w:p>
      <w:r>
        <w:rPr>
          <w:rFonts w:ascii="Courier New" w:hAnsi="Courier New"/>
          <w:color w:val="555555"/>
          <w:sz w:val="20"/>
        </w:rPr>
        <w:t>[5 . 1]</w:t>
      </w:r>
    </w:p>
    <w:p>
      <w:r>
        <w:rPr>
          <w:rFonts w:ascii="Gentium Plus" w:hAnsi="Gentium Plus"/>
          <w:sz w:val="24"/>
        </w:rPr>
        <w:t>[ἔνθα] τότε, χρονικὸν ἐπίρρημα, ἄλλως δὲ ἐνταῦθα, τοπικόν.</w:t>
      </w:r>
    </w:p>
    <w:p>
      <w:r>
        <w:rPr>
          <w:rFonts w:ascii="Courier New" w:hAnsi="Courier New"/>
          <w:color w:val="555555"/>
          <w:sz w:val="20"/>
        </w:rPr>
        <w:t>[5 1bis]</w:t>
      </w:r>
    </w:p>
    <w:p>
      <w:r>
        <w:rPr>
          <w:rFonts w:ascii="Gentium Plus" w:hAnsi="Gentium Plus"/>
          <w:sz w:val="24"/>
        </w:rPr>
        <w:t>[Παλλὰς] εὐκίνητος, πολεμική. παρὰ τὸ πάλλεσθαι ἤγουν κι‐ νεῖσθαι.</w:t>
      </w:r>
    </w:p>
    <w:p>
      <w:r>
        <w:rPr>
          <w:rFonts w:ascii="Courier New" w:hAnsi="Courier New"/>
          <w:color w:val="555555"/>
          <w:sz w:val="20"/>
        </w:rPr>
        <w:t>[5 . 2]</w:t>
      </w:r>
    </w:p>
    <w:p>
      <w:r>
        <w:rPr>
          <w:rFonts w:ascii="Gentium Plus" w:hAnsi="Gentium Plus"/>
          <w:sz w:val="24"/>
        </w:rPr>
        <w:t>[μετὰ] ἡ «μετά» ἀντὶ τῆς ἐν. δῶκε μένος καὶ θάρσος] τὸ «μένος» ἐστὶ τοῦ σώματος— «θράσος» δὲ τοὐναντίον.</w:t>
      </w:r>
    </w:p>
    <w:p>
      <w:r>
        <w:rPr>
          <w:rFonts w:ascii="Courier New" w:hAnsi="Courier New"/>
          <w:color w:val="555555"/>
          <w:sz w:val="20"/>
        </w:rPr>
        <w:t>[5 . 4]</w:t>
      </w:r>
    </w:p>
    <w:p>
      <w:r>
        <w:rPr>
          <w:rFonts w:ascii="Gentium Plus" w:hAnsi="Gentium Plus"/>
          <w:sz w:val="24"/>
        </w:rPr>
        <w:t>ἀκάματον πῦρ] Ζωΐλος ὁ Ἐφέσιος—ὡς καὶ ἐν ἑτέροις· «ὣς οἱ μὲν μάρναντο δέμας πυρὸς αἰθομένοιο» (Il. XXVIII, 1), 〈ἵνα〉 ὡς πυρὸς φαντασίαν καὶ οὐκ εἰδικὸν πῦρ λέγῃ ὁ ποιητής, ὃ βέλτιον ἂν εἴη.</w:t>
      </w:r>
    </w:p>
    <w:p>
      <w:r>
        <w:rPr>
          <w:rFonts w:ascii="Courier New" w:hAnsi="Courier New"/>
          <w:color w:val="555555"/>
          <w:sz w:val="20"/>
        </w:rPr>
        <w:t>[5 . 5]</w:t>
      </w:r>
    </w:p>
    <w:p>
      <w:r>
        <w:rPr>
          <w:rFonts w:ascii="Gentium Plus" w:hAnsi="Gentium Plus"/>
          <w:sz w:val="24"/>
        </w:rPr>
        <w:t>μεταχρονισμός.</w:t>
      </w:r>
    </w:p>
    <w:p>
      <w:r>
        <w:rPr>
          <w:rFonts w:ascii="Courier New" w:hAnsi="Courier New"/>
          <w:color w:val="555555"/>
          <w:sz w:val="20"/>
        </w:rPr>
        <w:t>[5 5bis]</w:t>
      </w:r>
    </w:p>
    <w:p>
      <w:r>
        <w:rPr>
          <w:rFonts w:ascii="Gentium Plus" w:hAnsi="Gentium Plus"/>
          <w:sz w:val="24"/>
        </w:rPr>
        <w:t>ἀστέρ’ ὀπωρινῷ] τῷ κατὰ τὸν καιρὸν—καιρός. ἰστέον ὅτι δὲ διαφέρει—καὶ νότιος λέγεται.</w:t>
      </w:r>
    </w:p>
    <w:p>
      <w:r>
        <w:rPr>
          <w:rFonts w:ascii="Courier New" w:hAnsi="Courier New"/>
          <w:color w:val="555555"/>
          <w:sz w:val="20"/>
        </w:rPr>
        <w:t>[5 . 6]</w:t>
      </w:r>
    </w:p>
    <w:p>
      <w:r>
        <w:rPr>
          <w:rFonts w:ascii="Gentium Plus" w:hAnsi="Gentium Plus"/>
          <w:sz w:val="24"/>
        </w:rPr>
        <w:t>λελουμένος Ὠκεανοῖο] νεωστὶ ἀνατέλλων—περιρρέων τὴν γῆν κύκλῳ πάντων τῶν ποταμῶν πατὴρ 〈ὤν〉.</w:t>
      </w:r>
    </w:p>
    <w:p>
      <w:r>
        <w:rPr>
          <w:rFonts w:ascii="Courier New" w:hAnsi="Courier New"/>
          <w:color w:val="555555"/>
          <w:sz w:val="20"/>
        </w:rPr>
        <w:t>[5 . 7]</w:t>
      </w:r>
    </w:p>
    <w:p>
      <w:r>
        <w:rPr>
          <w:rFonts w:ascii="Gentium Plus" w:hAnsi="Gentium Plus"/>
          <w:sz w:val="24"/>
        </w:rPr>
        <w:t>σημείωσαι· τοῖόν οἱ πῦρ δαῖε] τοιοῦτον αὐτοῦ πῦρ ἀνῆπται. ἀπὸ δὲ τούτων, ὅ ἐστιν τῆς περικεφαλαίας—πυρώδεις. Gen II. ajoute: φησὶ γάρ· «ἀστέρ’ ὀπωρινῷ ἐναλίγκιον».</w:t>
      </w:r>
    </w:p>
    <w:p>
      <w:r>
        <w:rPr>
          <w:rFonts w:ascii="Courier New" w:hAnsi="Courier New"/>
          <w:color w:val="555555"/>
          <w:sz w:val="20"/>
        </w:rPr>
        <w:t>[5 . 22]</w:t>
      </w:r>
    </w:p>
    <w:p>
      <w:r>
        <w:rPr>
          <w:rFonts w:ascii="Gentium Plus" w:hAnsi="Gentium Plus"/>
          <w:sz w:val="24"/>
        </w:rPr>
        <w:t>οὐδὲ γὰρ οὐδέ κεν] οὐδὲ δὴ ἂν αὐτός. ἡ μία περισσὴ ἀπόφασις —τοῦ προσώπου.</w:t>
      </w:r>
    </w:p>
    <w:p>
      <w:r>
        <w:rPr>
          <w:rFonts w:ascii="Courier New" w:hAnsi="Courier New"/>
          <w:color w:val="555555"/>
          <w:sz w:val="20"/>
        </w:rPr>
        <w:t>[5 . 27]</w:t>
      </w:r>
    </w:p>
    <w:p>
      <w:r>
        <w:rPr>
          <w:rFonts w:ascii="Gentium Plus" w:hAnsi="Gentium Plus"/>
          <w:sz w:val="24"/>
        </w:rPr>
        <w:t>[υἷε Δάρητος] ἀντὶ τοῦ τῶν υἱῶν Δάρητος· ἐπιφέρει γὰρ «τὸν μὲν ἀλευάμενον».</w:t>
      </w:r>
    </w:p>
    <w:p>
      <w:r>
        <w:rPr>
          <w:rFonts w:ascii="Courier New" w:hAnsi="Courier New"/>
          <w:color w:val="555555"/>
          <w:sz w:val="20"/>
        </w:rPr>
        <w:t>[5 . 30]</w:t>
      </w:r>
    </w:p>
    <w:p>
      <w:r>
        <w:rPr>
          <w:rFonts w:ascii="Gentium Plus" w:hAnsi="Gentium Plus"/>
          <w:sz w:val="24"/>
        </w:rPr>
        <w:t>[θοῦρον] εὐκίνητον τῷ πολέμῳ.</w:t>
      </w:r>
    </w:p>
    <w:p>
      <w:r>
        <w:rPr>
          <w:rFonts w:ascii="Courier New" w:hAnsi="Courier New"/>
          <w:color w:val="555555"/>
          <w:sz w:val="20"/>
        </w:rPr>
        <w:t>[5 . 31]</w:t>
      </w:r>
    </w:p>
    <w:p>
      <w:r>
        <w:rPr>
          <w:rFonts w:ascii="Gentium Plus" w:hAnsi="Gentium Plus"/>
          <w:sz w:val="24"/>
        </w:rPr>
        <w:t>τειχεσιπλῆτα] τοῖς τείχεσι προσπελάζων, πορθητικέ. ἐὰν δὲ διὰ τοῦ β γράφεται, ὁ τὰ τείχη καταβάλλων.</w:t>
      </w:r>
    </w:p>
    <w:p>
      <w:r>
        <w:rPr>
          <w:rFonts w:ascii="Courier New" w:hAnsi="Courier New"/>
          <w:color w:val="555555"/>
          <w:sz w:val="20"/>
        </w:rPr>
        <w:t>[5 . 39]</w:t>
      </w:r>
    </w:p>
    <w:p>
      <w:r>
        <w:rPr>
          <w:rFonts w:ascii="Gentium Plus" w:hAnsi="Gentium Plus"/>
          <w:sz w:val="24"/>
        </w:rPr>
        <w:t>[Ἁλιζώνων] ἔθνους Θρᾳκῶν. ἔνιοι δὲ εἶπον—οἰκούν‐ των ἐθνῶν.</w:t>
      </w:r>
    </w:p>
    <w:p>
      <w:r>
        <w:rPr>
          <w:rFonts w:ascii="Courier New" w:hAnsi="Courier New"/>
          <w:color w:val="555555"/>
          <w:sz w:val="20"/>
        </w:rPr>
        <w:t>[5 . 75]</w:t>
      </w:r>
    </w:p>
    <w:p>
      <w:r>
        <w:rPr>
          <w:rFonts w:ascii="Gentium Plus" w:hAnsi="Gentium Plus"/>
          <w:sz w:val="24"/>
        </w:rPr>
        <w:t>[ψυχρὸν] ἄλλως· ἤτοι κυρίως διὰ τὸ ψυχρὸν καὶ ἄθερμον —τοῖς ὀδοῦσιν ἔλαβεν.</w:t>
      </w:r>
    </w:p>
    <w:p>
      <w:r>
        <w:rPr>
          <w:rFonts w:ascii="Courier New" w:hAnsi="Courier New"/>
          <w:color w:val="555555"/>
          <w:sz w:val="20"/>
        </w:rPr>
        <w:t>[5 . 90]</w:t>
      </w:r>
    </w:p>
    <w:p>
      <w:r>
        <w:rPr>
          <w:rFonts w:ascii="Gentium Plus" w:hAnsi="Gentium Plus"/>
          <w:sz w:val="24"/>
        </w:rPr>
        <w:t>ἀλωάων] χωρίων ἀμπελοφύτων ἢ δενδροφύτων. Gen II ajoute: σημαίνει δὲ καὶ—ἀρουρῶν.</w:t>
      </w:r>
    </w:p>
    <w:p>
      <w:r>
        <w:rPr>
          <w:rFonts w:ascii="Courier New" w:hAnsi="Courier New"/>
          <w:color w:val="555555"/>
          <w:sz w:val="20"/>
        </w:rPr>
        <w:t>[5 . 105]</w:t>
      </w:r>
    </w:p>
    <w:p>
      <w:r>
        <w:rPr>
          <w:rFonts w:ascii="Gentium Plus" w:hAnsi="Gentium Plus"/>
          <w:sz w:val="24"/>
        </w:rPr>
        <w:t>[Λυκίηθεν] Λυκίας χώρας ἧς ἐβασίλευε—Πάν‐ δαρος.</w:t>
      </w:r>
    </w:p>
    <w:p>
      <w:r>
        <w:rPr>
          <w:rFonts w:ascii="Courier New" w:hAnsi="Courier New"/>
          <w:color w:val="555555"/>
          <w:sz w:val="20"/>
        </w:rPr>
        <w:t>[5 . 126]</w:t>
      </w:r>
    </w:p>
    <w:p>
      <w:r>
        <w:rPr>
          <w:rFonts w:ascii="Gentium Plus" w:hAnsi="Gentium Plus"/>
          <w:sz w:val="24"/>
        </w:rPr>
        <w:t>σακέσπαλος] πολεμικός. ἀπὸ τοῦ πάλλειν τὸ σάκος καὶ κινεῖν. εἴρηται δὲ σάκος, ἐπειδὴ παρὰ τοῖς 〈Σάκαισ〉 πρώτοις εὑρέθη. Σάκαι δέ εἰσιν οἱ Θρᾷκες. σακέσπαλος ἱππότα Τυδεύς] Τυδεὺς ὁ Οἰωνέως ἐν τῷ Θηβαικῷ πο‐</w:t>
      </w:r>
    </w:p>
    <w:p>
      <w:r>
        <w:rPr>
          <w:rFonts w:ascii="Courier New" w:hAnsi="Courier New"/>
          <w:color w:val="555555"/>
          <w:sz w:val="20"/>
        </w:rPr>
        <w:t>[5]</w:t>
      </w:r>
    </w:p>
    <w:p>
      <w:r>
        <w:rPr>
          <w:rFonts w:ascii="Gentium Plus" w:hAnsi="Gentium Plus"/>
          <w:sz w:val="24"/>
        </w:rPr>
        <w:t>λέμῳ ὑπὸ Μελανίππου τοῦ Ἀστάκου ἐτρώθη. Ἀμφιάρεως δὲ κτείνας τὸν Μελάνιππον τὴν κεφαλὴν ἐκόμισε 〈Τυδεῖ〉 καὶ ἀνοίξας αὐτὴν ὁ</w:t>
      </w:r>
    </w:p>
    <w:p>
      <w:r>
        <w:rPr>
          <w:rFonts w:ascii="Courier New" w:hAnsi="Courier New"/>
          <w:color w:val="555555"/>
          <w:sz w:val="20"/>
        </w:rPr>
        <w:t>[10]</w:t>
      </w:r>
    </w:p>
    <w:p>
      <w:r>
        <w:rPr>
          <w:rFonts w:ascii="Gentium Plus" w:hAnsi="Gentium Plus"/>
          <w:sz w:val="24"/>
        </w:rPr>
        <w:t>ἱστορία παρὰ τοῖς κυκλικοῖς.</w:t>
      </w:r>
    </w:p>
    <w:p>
      <w:r>
        <w:rPr>
          <w:rFonts w:ascii="Courier New" w:hAnsi="Courier New"/>
          <w:color w:val="555555"/>
          <w:sz w:val="20"/>
        </w:rPr>
        <w:t>[5 . 129]</w:t>
      </w:r>
    </w:p>
    <w:p>
      <w:r>
        <w:rPr>
          <w:rFonts w:ascii="Gentium Plus" w:hAnsi="Gentium Plus"/>
          <w:sz w:val="24"/>
        </w:rPr>
        <w:t>[πειρώμενος] ἀπόπειραν ποιούμενος—μορφῇ.</w:t>
      </w:r>
    </w:p>
    <w:p>
      <w:r>
        <w:rPr>
          <w:rFonts w:ascii="Courier New" w:hAnsi="Courier New"/>
          <w:color w:val="555555"/>
          <w:sz w:val="20"/>
        </w:rPr>
        <w:t>[5 . 131]</w:t>
      </w:r>
    </w:p>
    <w:p>
      <w:r>
        <w:rPr>
          <w:rFonts w:ascii="Gentium Plus" w:hAnsi="Gentium Plus"/>
          <w:sz w:val="24"/>
        </w:rPr>
        <w:t>ἀτὰρ εἴ κε] ἐὰν δέ. μόνην δὲ—κῆρας ἀμύνει». καὶ ἄλλως ἠρέθισται ἀκούσασα ....</w:t>
      </w:r>
    </w:p>
    <w:p>
      <w:r>
        <w:rPr>
          <w:rFonts w:ascii="Courier New" w:hAnsi="Courier New"/>
          <w:color w:val="555555"/>
          <w:sz w:val="20"/>
        </w:rPr>
        <w:t>[5 . 132]</w:t>
      </w:r>
    </w:p>
    <w:p>
      <w:r>
        <w:rPr>
          <w:rFonts w:ascii="Gentium Plus" w:hAnsi="Gentium Plus"/>
          <w:sz w:val="24"/>
        </w:rPr>
        <w:t>τήν γ’ οὐτάμεν] διὰ τί κατὰ χειρὸς τιτρώσκεται Ἀφροδίτη; ὅτι χειρὶ λαβομένη παρῄνει τὴν Ἑλένην.</w:t>
      </w:r>
    </w:p>
    <w:p>
      <w:r>
        <w:rPr>
          <w:rFonts w:ascii="Courier New" w:hAnsi="Courier New"/>
          <w:color w:val="555555"/>
          <w:sz w:val="20"/>
        </w:rPr>
        <w:t>[5 . 138]</w:t>
      </w:r>
    </w:p>
    <w:p>
      <w:r>
        <w:rPr>
          <w:rFonts w:ascii="Gentium Plus" w:hAnsi="Gentium Plus"/>
          <w:sz w:val="24"/>
        </w:rPr>
        <w:t>χραύσῃ] ἀμύξει ἐπ’ ὀλίγον τὸν χρῶτα ἐπιξυσάσα.</w:t>
      </w:r>
    </w:p>
    <w:p>
      <w:r>
        <w:rPr>
          <w:rFonts w:ascii="Courier New" w:hAnsi="Courier New"/>
          <w:color w:val="555555"/>
          <w:sz w:val="20"/>
        </w:rPr>
        <w:t>[5 . 140]</w:t>
      </w:r>
    </w:p>
    <w:p>
      <w:r>
        <w:rPr>
          <w:rFonts w:ascii="Gentium Plus" w:hAnsi="Gentium Plus"/>
          <w:sz w:val="24"/>
        </w:rPr>
        <w:t>τὰ δ’ ἐρῆμα] τὰ βοσκήματα ἠρημωμένα τῆς τοῦ ποιμένος βοη‐ θείας φεύγει. τινὲς δὲ, ὅπερ ἐστὶ βέλτιον, ἐπὶ τοῦ ποιμένος τοῦτο νο‐ οῦσιν—οὐδετέρως λέγει τὰ πρόβατα.</w:t>
      </w:r>
    </w:p>
    <w:p>
      <w:r>
        <w:rPr>
          <w:rFonts w:ascii="Courier New" w:hAnsi="Courier New"/>
          <w:color w:val="555555"/>
          <w:sz w:val="20"/>
        </w:rPr>
        <w:t>[5 . 142]</w:t>
      </w:r>
    </w:p>
    <w:p>
      <w:r>
        <w:rPr>
          <w:rFonts w:ascii="Gentium Plus" w:hAnsi="Gentium Plus"/>
          <w:sz w:val="24"/>
        </w:rPr>
        <w:t>ἐξάλλεται] ἀντὶ τοῦ εἰσάλλεται εἰς τὴν βαθεῖαν ἔπαυλιν ἔνδον.</w:t>
      </w:r>
    </w:p>
    <w:p>
      <w:r>
        <w:rPr>
          <w:rFonts w:ascii="Courier New" w:hAnsi="Courier New"/>
          <w:color w:val="555555"/>
          <w:sz w:val="20"/>
        </w:rPr>
        <w:t>[5 . 149]</w:t>
      </w:r>
    </w:p>
    <w:p>
      <w:r>
        <w:rPr>
          <w:rFonts w:ascii="Gentium Plus" w:hAnsi="Gentium Plus"/>
          <w:sz w:val="24"/>
        </w:rPr>
        <w:t>[ὀνειροπόλοιο] ὀνειροκρίτης, περὶ ὀνείρων κρίσιν ἀναστρεφό‐ μενος.</w:t>
      </w:r>
    </w:p>
    <w:p>
      <w:r>
        <w:rPr>
          <w:rFonts w:ascii="Courier New" w:hAnsi="Courier New"/>
          <w:color w:val="555555"/>
          <w:sz w:val="20"/>
        </w:rPr>
        <w:t>[5 . 162]</w:t>
      </w:r>
    </w:p>
    <w:p>
      <w:r>
        <w:rPr>
          <w:rFonts w:ascii="Gentium Plus" w:hAnsi="Gentium Plus"/>
          <w:sz w:val="24"/>
        </w:rPr>
        <w:t>πόρτιος] δαμάλεως, μόσχου. προτάξας τὸ εἶδος τὸ γένος ἐπή‐ γαγεν.</w:t>
      </w:r>
    </w:p>
    <w:p>
      <w:r>
        <w:rPr>
          <w:rFonts w:ascii="Courier New" w:hAnsi="Courier New"/>
          <w:color w:val="555555"/>
          <w:sz w:val="20"/>
        </w:rPr>
        <w:t>[5 . 194]</w:t>
      </w:r>
    </w:p>
    <w:p>
      <w:r>
        <w:rPr>
          <w:rFonts w:ascii="Gentium Plus" w:hAnsi="Gentium Plus"/>
          <w:sz w:val="24"/>
        </w:rPr>
        <w:t>ἀμφὶ δὲ πέπλοι] «πέπλοι» δὲ λεπτὰ ὑφάσματα ἢ σινδόνες. ἔστι δὲ γυναικεῖον ἱμάτιον ὡς ἐκεῖ· «πέπλον μὲν κατέχευεν ἑανὸν πατρὸς ἐπ’ οὔδει» (Il. V, 734 et VIII, 385) καὶ «πέπλον δ’ ὅστις τοι χαριέστα‐ τος ἠδὲ μέγιστος». (Il. VI, 271.)</w:t>
      </w:r>
    </w:p>
    <w:p>
      <w:r>
        <w:rPr>
          <w:rFonts w:ascii="Courier New" w:hAnsi="Courier New"/>
          <w:color w:val="555555"/>
          <w:sz w:val="20"/>
        </w:rPr>
        <w:t>[5 . 196]</w:t>
      </w:r>
    </w:p>
    <w:p>
      <w:r>
        <w:rPr>
          <w:rFonts w:ascii="Gentium Plus" w:hAnsi="Gentium Plus"/>
          <w:sz w:val="24"/>
        </w:rPr>
        <w:t>κρῖ λευκὸν ἐρεπτόμενοι] κυρίως μὲν ἐσθίοντες ἐκ τῆς ἔρας, ὅ ἐστι τῆς γῆς, ἀναιρόμενοι, νῦν καταχρηστικῶς ἁπλῶς ἐσθίοντες.</w:t>
      </w:r>
    </w:p>
    <w:p>
      <w:r>
        <w:rPr>
          <w:rFonts w:ascii="Courier New" w:hAnsi="Courier New"/>
          <w:color w:val="555555"/>
          <w:sz w:val="20"/>
        </w:rPr>
        <w:t>[5 . 200]</w:t>
      </w:r>
    </w:p>
    <w:p>
      <w:r>
        <w:rPr>
          <w:rFonts w:ascii="Gentium Plus" w:hAnsi="Gentium Plus"/>
          <w:sz w:val="24"/>
        </w:rPr>
        <w:t>ἀρχεύειν Τρώεσσι] ἡγεῖσθαι τῶν Τρώων.</w:t>
      </w:r>
    </w:p>
    <w:p>
      <w:r>
        <w:rPr>
          <w:rFonts w:ascii="Courier New" w:hAnsi="Courier New"/>
          <w:color w:val="555555"/>
          <w:sz w:val="20"/>
        </w:rPr>
        <w:t>[5 . 209]</w:t>
      </w:r>
    </w:p>
    <w:p>
      <w:r>
        <w:rPr>
          <w:rFonts w:ascii="Gentium Plus" w:hAnsi="Gentium Plus"/>
          <w:sz w:val="24"/>
        </w:rPr>
        <w:t>[πασσάλου] πάσσαλος—ὅπερ δεῖ.</w:t>
      </w:r>
    </w:p>
    <w:p>
      <w:r>
        <w:rPr>
          <w:rFonts w:ascii="Courier New" w:hAnsi="Courier New"/>
          <w:color w:val="555555"/>
          <w:sz w:val="20"/>
        </w:rPr>
        <w:t>[5 . 219]</w:t>
      </w:r>
    </w:p>
    <w:p>
      <w:r>
        <w:rPr>
          <w:rFonts w:ascii="Gentium Plus" w:hAnsi="Gentium Plus"/>
          <w:sz w:val="24"/>
        </w:rPr>
        <w:t>[πρίν γ’ ἐπὶ νὼ τῷδ’ ἀνδρὶ] πρὶν ἡμᾶς κατὰ τοῦδε τοῦ ἀνδρός.</w:t>
      </w:r>
    </w:p>
    <w:p>
      <w:r>
        <w:rPr>
          <w:rFonts w:ascii="Courier New" w:hAnsi="Courier New"/>
          <w:color w:val="555555"/>
          <w:sz w:val="20"/>
        </w:rPr>
        <w:t>[5 . 225]</w:t>
      </w:r>
    </w:p>
    <w:p>
      <w:r>
        <w:rPr>
          <w:rFonts w:ascii="Gentium Plus" w:hAnsi="Gentium Plus"/>
          <w:sz w:val="24"/>
        </w:rPr>
        <w:t>ἐπὶ Τυδείδῃ Διομήδεϊ] ἐὰν ἡμῖν ὁ Ζεὺς δό〈ξαν〉 παράσχῃ ἐπὶ τῷ τοῦ Τυδέως παιδὶ Διομήδῃ.</w:t>
      </w:r>
    </w:p>
    <w:p>
      <w:r>
        <w:rPr>
          <w:rFonts w:ascii="Courier New" w:hAnsi="Courier New"/>
          <w:color w:val="555555"/>
          <w:sz w:val="20"/>
        </w:rPr>
        <w:t>[5 . 226]</w:t>
      </w:r>
    </w:p>
    <w:p>
      <w:r>
        <w:rPr>
          <w:rFonts w:ascii="Gentium Plus" w:hAnsi="Gentium Plus"/>
          <w:sz w:val="24"/>
        </w:rPr>
        <w:t>[σιγαλόεντα] λαμπρά, ποικίλα τῇ κατασκευῇ.</w:t>
      </w:r>
    </w:p>
    <w:p>
      <w:r>
        <w:rPr>
          <w:rFonts w:ascii="Courier New" w:hAnsi="Courier New"/>
          <w:color w:val="555555"/>
          <w:sz w:val="20"/>
        </w:rPr>
        <w:t>[5 . 229]</w:t>
      </w:r>
    </w:p>
    <w:p>
      <w:r>
        <w:rPr>
          <w:rFonts w:ascii="Gentium Plus" w:hAnsi="Gentium Plus"/>
          <w:sz w:val="24"/>
        </w:rPr>
        <w:t>πρὸς τοῦτον δὲ δὴ εἶπε τοῦ Λυκάονος ὁ λαμπρὸς υἱός.</w:t>
      </w:r>
    </w:p>
    <w:p>
      <w:r>
        <w:rPr>
          <w:rFonts w:ascii="Courier New" w:hAnsi="Courier New"/>
          <w:color w:val="555555"/>
          <w:sz w:val="20"/>
        </w:rPr>
        <w:t>[5 . 245]</w:t>
      </w:r>
    </w:p>
    <w:p>
      <w:r>
        <w:rPr>
          <w:rFonts w:ascii="Gentium Plus" w:hAnsi="Gentium Plus"/>
          <w:sz w:val="24"/>
        </w:rPr>
        <w:t>[ἶν’ ἀπέλεθρον] δύναμιν ἀμέτρητον. «ἶνα» δὲ εἶπεν ἀπὸ τῆς εὐ‐ θείας 〈ἴσ〉.</w:t>
      </w:r>
    </w:p>
    <w:p>
      <w:r>
        <w:rPr>
          <w:rFonts w:ascii="Courier New" w:hAnsi="Courier New"/>
          <w:color w:val="555555"/>
          <w:sz w:val="20"/>
        </w:rPr>
        <w:t>[5 . 272]</w:t>
      </w:r>
    </w:p>
    <w:p>
      <w:r>
        <w:rPr>
          <w:rFonts w:ascii="Gentium Plus" w:hAnsi="Gentium Plus"/>
          <w:sz w:val="24"/>
        </w:rPr>
        <w:t>μήστωρε φόβοιο] ἐπιστήμονας καὶ ἐμπείρους φυγῆς, ὅ ἐστι πολεμικούς, γενναίους, ἢ φυγῆς ἐμποιοῦντας τοῖς πολεμίοις.</w:t>
      </w:r>
    </w:p>
    <w:p>
      <w:r>
        <w:rPr>
          <w:rFonts w:ascii="Courier New" w:hAnsi="Courier New"/>
          <w:color w:val="555555"/>
          <w:sz w:val="20"/>
        </w:rPr>
        <w:t>[5 . 277]</w:t>
      </w:r>
    </w:p>
    <w:p>
      <w:r>
        <w:rPr>
          <w:rFonts w:ascii="Gentium Plus" w:hAnsi="Gentium Plus"/>
          <w:sz w:val="24"/>
        </w:rPr>
        <w:t>καρτερόθυμε, δαΐφρον] δυναμικώτατε, ἀνδρειότατε. ταῦτα δέ φησιν ἐν εἰρωνείᾳ.</w:t>
      </w:r>
    </w:p>
    <w:p>
      <w:r>
        <w:rPr>
          <w:rFonts w:ascii="Courier New" w:hAnsi="Courier New"/>
          <w:color w:val="555555"/>
          <w:sz w:val="20"/>
        </w:rPr>
        <w:t>[5 . 299]</w:t>
      </w:r>
    </w:p>
    <w:p>
      <w:r>
        <w:rPr>
          <w:rFonts w:ascii="Gentium Plus" w:hAnsi="Gentium Plus"/>
          <w:sz w:val="24"/>
        </w:rPr>
        <w:t>[ἀλκὶ] εἴρηται ἀπὸ ὀρθῆς τῆς ἄλξ.</w:t>
      </w:r>
    </w:p>
    <w:p>
      <w:r>
        <w:rPr>
          <w:rFonts w:ascii="Courier New" w:hAnsi="Courier New"/>
          <w:color w:val="555555"/>
          <w:sz w:val="20"/>
        </w:rPr>
        <w:t>[5 . 305]</w:t>
      </w:r>
    </w:p>
    <w:p>
      <w:r>
        <w:rPr>
          <w:rFonts w:ascii="Gentium Plus" w:hAnsi="Gentium Plus"/>
          <w:sz w:val="24"/>
        </w:rPr>
        <w:t>[ἰσχίον] εἰς ὃ ἔγκειται τὸ ἱερὸν ὀστέον.</w:t>
      </w:r>
    </w:p>
    <w:p>
      <w:r>
        <w:rPr>
          <w:rFonts w:ascii="Courier New" w:hAnsi="Courier New"/>
          <w:color w:val="555555"/>
          <w:sz w:val="20"/>
        </w:rPr>
        <w:t>[5 . 307]</w:t>
      </w:r>
    </w:p>
    <w:p>
      <w:r>
        <w:rPr>
          <w:rFonts w:ascii="Gentium Plus" w:hAnsi="Gentium Plus"/>
          <w:sz w:val="24"/>
        </w:rPr>
        <w:t>πρὸς δ’ ἄμφω ῥῆξε τένοντε] πρὸς δὲ καὶ ἀμφότερα ἀπέρρηξε τὰ κατατεινόμενα νεῦρα.</w:t>
      </w:r>
    </w:p>
    <w:p>
      <w:r>
        <w:rPr>
          <w:rFonts w:ascii="Courier New" w:hAnsi="Courier New"/>
          <w:color w:val="555555"/>
          <w:sz w:val="20"/>
        </w:rPr>
        <w:t>[5 . 314]</w:t>
      </w:r>
    </w:p>
    <w:p>
      <w:r>
        <w:rPr>
          <w:rFonts w:ascii="Gentium Plus" w:hAnsi="Gentium Plus"/>
          <w:sz w:val="24"/>
        </w:rPr>
        <w:t>ἀμφὶ δ’ ἑὸν φίλον υἱὸν] περιέθηκε δὲ τῷ αὑτῆς παιδὶ τοὺς λευκοὺς πήχεις, τουτέστι περιεπτύξατο καὶ ἠγκαλίσατο.</w:t>
      </w:r>
    </w:p>
    <w:p>
      <w:r>
        <w:rPr>
          <w:rFonts w:ascii="Courier New" w:hAnsi="Courier New"/>
          <w:color w:val="555555"/>
          <w:sz w:val="20"/>
        </w:rPr>
        <w:t>[5 . 330]</w:t>
      </w:r>
    </w:p>
    <w:p>
      <w:r>
        <w:rPr>
          <w:rFonts w:ascii="Gentium Plus" w:hAnsi="Gentium Plus"/>
          <w:sz w:val="24"/>
        </w:rPr>
        <w:t>[ὁ δὲ Κύπριν ἐπῴχετο] ἐπὶ τὴν Ἀφροδίτην ὥρμα· οὕτως γὰρ ἐβλήθη ἡ θεός.</w:t>
      </w:r>
    </w:p>
    <w:p>
      <w:r>
        <w:rPr>
          <w:rFonts w:ascii="Courier New" w:hAnsi="Courier New"/>
          <w:color w:val="555555"/>
          <w:sz w:val="20"/>
        </w:rPr>
        <w:t>[5 . 334]</w:t>
      </w:r>
    </w:p>
    <w:p>
      <w:r>
        <w:rPr>
          <w:rFonts w:ascii="Gentium Plus" w:hAnsi="Gentium Plus"/>
          <w:sz w:val="24"/>
        </w:rPr>
        <w:t>ὀπάζων] νῦν κατόπιν διώκων· ἡ γὰρ λέξις αὕτη πλείονα ση‐ μαίνει—καθ’ ὅμιλον ὀπάζω». [ὅμιλον] ὅμιλος, πλῆθος, θόρυβος, ἀπὸ τῆς παρακολουθούσης ἐν ὄχλῳ ὁμιλίας.</w:t>
      </w:r>
    </w:p>
    <w:p>
      <w:r>
        <w:rPr>
          <w:rFonts w:ascii="Courier New" w:hAnsi="Courier New"/>
          <w:color w:val="555555"/>
          <w:sz w:val="20"/>
        </w:rPr>
        <w:t>[5 . 339]</w:t>
      </w:r>
    </w:p>
    <w:p>
      <w:r>
        <w:rPr>
          <w:rFonts w:ascii="Gentium Plus" w:hAnsi="Gentium Plus"/>
          <w:sz w:val="24"/>
        </w:rPr>
        <w:t>ὑπὲρ θέναρος] ὑπὲρ τὸ κοῖλον τῆς χειρός. λέγει δὲ τὸ μεταξὺ τοῦ λιχανοῦ δακτύλου καὶ τοῦ μεγάλου σαρκῶδες καὶ κοῖλον τῆς χει‐ ρός.</w:t>
      </w:r>
    </w:p>
    <w:p>
      <w:r>
        <w:rPr>
          <w:rFonts w:ascii="Courier New" w:hAnsi="Courier New"/>
          <w:color w:val="555555"/>
          <w:sz w:val="20"/>
        </w:rPr>
        <w:t>[5 . 341]</w:t>
      </w:r>
    </w:p>
    <w:p>
      <w:r>
        <w:rPr>
          <w:rFonts w:ascii="Gentium Plus" w:hAnsi="Gentium Plus"/>
          <w:sz w:val="24"/>
        </w:rPr>
        <w:t>οὐ γὰρ σῖτον ἔδουσι] οὐ διὰ τὸ μὴ ἄρτον αὐτοὺς ἐσθίειν θεοὶ ὑπάρχουσιν, ἀλλὰ διὰ τὸ ἀθάνατοι εἶναι τῶν τοιούτων τροφῶν ἀπέ‐</w:t>
      </w:r>
    </w:p>
    <w:p>
      <w:r>
        <w:rPr>
          <w:rFonts w:ascii="Courier New" w:hAnsi="Courier New"/>
          <w:color w:val="555555"/>
          <w:sz w:val="20"/>
        </w:rPr>
        <w:t>[5 . 348]</w:t>
      </w:r>
    </w:p>
    <w:p>
      <w:r>
        <w:rPr>
          <w:rFonts w:ascii="Gentium Plus" w:hAnsi="Gentium Plus"/>
          <w:sz w:val="24"/>
        </w:rPr>
        <w:t>[δηϊοτῆτος] τῆς μάχης. παρὰ τὸ ἐν αὐτῇ πολλοὺς δῃοῦσθαι, ὅ ἐστι κόπτεσθαι.</w:t>
      </w:r>
    </w:p>
    <w:p>
      <w:r>
        <w:rPr>
          <w:rFonts w:ascii="Courier New" w:hAnsi="Courier New"/>
          <w:color w:val="555555"/>
          <w:sz w:val="20"/>
        </w:rPr>
        <w:t>[5 . 351]</w:t>
      </w:r>
    </w:p>
    <w:p>
      <w:r>
        <w:rPr>
          <w:rFonts w:ascii="Gentium Plus" w:hAnsi="Gentium Plus"/>
          <w:sz w:val="24"/>
        </w:rPr>
        <w:t>πύθηαι] ἀκούσῃς, γνῷς. ὁ δὲ λόγος· ἐὰν πάλιν ἔλθῃς εἰς πό‐ λεμον, τηνικαῦτά σε κακῶς διάθωμαι, ὡς καὶ ἄλλοθί που πόλεμον ἀκού‐ σασαν εὐλαβηθῆναι.</w:t>
      </w:r>
    </w:p>
    <w:p>
      <w:r>
        <w:rPr>
          <w:rFonts w:ascii="Courier New" w:hAnsi="Courier New"/>
          <w:color w:val="555555"/>
          <w:sz w:val="20"/>
        </w:rPr>
        <w:t>[5 . 354]</w:t>
      </w:r>
    </w:p>
    <w:p>
      <w:r>
        <w:rPr>
          <w:rFonts w:ascii="Gentium Plus" w:hAnsi="Gentium Plus"/>
          <w:sz w:val="24"/>
        </w:rPr>
        <w:t>μελαίνετο] μέλαν τὸ σῶμα αὐτῆς ἐτελειοῦτο, ὅ ἐστιν 〈ἐπελιδ‐ νοῦτο〉 τὸ καλὸν αὐτῆς σῶμα.</w:t>
      </w:r>
    </w:p>
    <w:p>
      <w:r>
        <w:rPr>
          <w:rFonts w:ascii="Courier New" w:hAnsi="Courier New"/>
          <w:color w:val="555555"/>
          <w:sz w:val="20"/>
        </w:rPr>
        <w:t>[5 . 356]</w:t>
      </w:r>
    </w:p>
    <w:p>
      <w:r>
        <w:rPr>
          <w:rFonts w:ascii="Gentium Plus" w:hAnsi="Gentium Plus"/>
          <w:sz w:val="24"/>
        </w:rPr>
        <w:t>[ἠέρι δὲ ἔγχος—ἵππω] ἀντὶ τοῦ· ὀμίχλῃ δὲ αὐτοῦ ἐκεκάλυπτο τὸ δόρυ 〈καὶ οἱ〉 ἵπποι, ὅ ἐστιν ἀόρατος ἦν.</w:t>
      </w:r>
    </w:p>
    <w:p>
      <w:r>
        <w:rPr>
          <w:rFonts w:ascii="Courier New" w:hAnsi="Courier New"/>
          <w:color w:val="555555"/>
          <w:sz w:val="20"/>
        </w:rPr>
        <w:t>[5 . 358]</w:t>
      </w:r>
    </w:p>
    <w:p>
      <w:r>
        <w:rPr>
          <w:rFonts w:ascii="Gentium Plus" w:hAnsi="Gentium Plus"/>
          <w:sz w:val="24"/>
        </w:rPr>
        <w:t>[χρυσάμπυκας] ἀπὸ μέρους, ἢ χρυσοκόμους.</w:t>
      </w:r>
    </w:p>
    <w:p>
      <w:r>
        <w:rPr>
          <w:rFonts w:ascii="Courier New" w:hAnsi="Courier New"/>
          <w:color w:val="555555"/>
          <w:sz w:val="20"/>
        </w:rPr>
        <w:t>[5 . 362]</w:t>
      </w:r>
    </w:p>
    <w:p>
      <w:r>
        <w:rPr>
          <w:rFonts w:ascii="Gentium Plus" w:hAnsi="Gentium Plus"/>
          <w:sz w:val="24"/>
        </w:rPr>
        <w:t>ὃς νῦν γε καὶ ἂν Διὶ πατρὶ μάχοιτο] ὃς οὐκ ἂν ἀπόσχοιτο οὐδὲ τῆς πρὸς τὸν Δία μάχης.</w:t>
      </w:r>
    </w:p>
    <w:p>
      <w:r>
        <w:rPr>
          <w:rFonts w:ascii="Courier New" w:hAnsi="Courier New"/>
          <w:color w:val="555555"/>
          <w:sz w:val="20"/>
        </w:rPr>
        <w:t>[5 . 373]</w:t>
      </w:r>
    </w:p>
    <w:p>
      <w:r>
        <w:rPr>
          <w:rFonts w:ascii="Gentium Plus" w:hAnsi="Gentium Plus"/>
          <w:sz w:val="24"/>
        </w:rPr>
        <w:t>[Οὐρανιώνων] τῶν ἐν οὐρανῷ οἰκούντων θεῶν, ἢ ἀπὸ τοῦ Οὐρα‐ νοῦ τὸ γένος ἐχόντων.</w:t>
      </w:r>
    </w:p>
    <w:p>
      <w:r>
        <w:rPr>
          <w:rFonts w:ascii="Courier New" w:hAnsi="Courier New"/>
          <w:color w:val="555555"/>
          <w:sz w:val="20"/>
        </w:rPr>
        <w:t>[5 . 380]</w:t>
      </w:r>
    </w:p>
    <w:p>
      <w:r>
        <w:rPr>
          <w:rFonts w:ascii="Gentium Plus" w:hAnsi="Gentium Plus"/>
          <w:sz w:val="24"/>
        </w:rPr>
        <w:t>[καὶ ἀθανάτοισι μάχονται] καὶ ὑπὲρ τὴν δόκησιν τῶν ἀν‐ θρώπων.</w:t>
      </w:r>
    </w:p>
    <w:p>
      <w:r>
        <w:rPr>
          <w:rFonts w:ascii="Courier New" w:hAnsi="Courier New"/>
          <w:color w:val="555555"/>
          <w:sz w:val="20"/>
        </w:rPr>
        <w:t>[5 . 387]</w:t>
      </w:r>
    </w:p>
    <w:p>
      <w:r>
        <w:rPr>
          <w:rFonts w:ascii="Gentium Plus" w:hAnsi="Gentium Plus"/>
          <w:sz w:val="24"/>
        </w:rPr>
        <w:t>[κεράμῳ] ἄλλως· χαλκῷ ἀγγείῳ, πίθῳ, ἢ δεσμωτηρίῳ.</w:t>
      </w:r>
    </w:p>
    <w:p>
      <w:r>
        <w:rPr>
          <w:rFonts w:ascii="Courier New" w:hAnsi="Courier New"/>
          <w:color w:val="555555"/>
          <w:sz w:val="20"/>
        </w:rPr>
        <w:t>[5 . 389]</w:t>
      </w:r>
    </w:p>
    <w:p>
      <w:r>
        <w:rPr>
          <w:rFonts w:ascii="Gentium Plus" w:hAnsi="Gentium Plus"/>
          <w:sz w:val="24"/>
        </w:rPr>
        <w:t>ἐὰν μὴ ἡ τοῦ Ἑρμοῦ μητρυιὰ Ἠερίβοια ἀπήγγειλε τῷ Ἑρμῇ ἵνα ἐκκλέψῃ τὸν Ἄρην τοῦ δεσμοῦ. Ἠερίβοια δὲ ἡ ἀέρια καὶ μεγάλα βοῶσα. Ἀντίμαχος δὲ—παραδίδωσιν.</w:t>
      </w:r>
    </w:p>
    <w:p>
      <w:r>
        <w:rPr>
          <w:rFonts w:ascii="Courier New" w:hAnsi="Courier New"/>
          <w:color w:val="555555"/>
          <w:sz w:val="20"/>
        </w:rPr>
        <w:t>[5 . 397]</w:t>
      </w:r>
    </w:p>
    <w:p>
      <w:r>
        <w:rPr>
          <w:rFonts w:ascii="Gentium Plus" w:hAnsi="Gentium Plus"/>
          <w:sz w:val="24"/>
        </w:rPr>
        <w:t>[ἐν Πύλῳ] ἐν τῇ πύλῃ, πρὸς τῇ πύλῃ· οὐ γὰρ ἐν τῇ Πύλῃ τῶν Πυλίων, ἀλλ’ ἐν τῇ πύλῃ τῇ τῶν νεκρῶν, κατὰ τὴν τοῦ Κερβέρου ἀνα‐ γωγήν.</w:t>
      </w:r>
    </w:p>
    <w:p>
      <w:r>
        <w:rPr>
          <w:rFonts w:ascii="Courier New" w:hAnsi="Courier New"/>
          <w:color w:val="555555"/>
          <w:sz w:val="20"/>
        </w:rPr>
        <w:t>[5 . 401]</w:t>
      </w:r>
    </w:p>
    <w:p>
      <w:r>
        <w:rPr>
          <w:rFonts w:ascii="Gentium Plus" w:hAnsi="Gentium Plus"/>
          <w:sz w:val="24"/>
        </w:rPr>
        <w:t>ὀδυνήφατα] τὰς ὀδύνας καταπαύοντα καὶ φθείροντα.</w:t>
      </w:r>
    </w:p>
    <w:p>
      <w:r>
        <w:rPr>
          <w:rFonts w:ascii="Courier New" w:hAnsi="Courier New"/>
          <w:color w:val="555555"/>
          <w:sz w:val="20"/>
        </w:rPr>
        <w:t>[5 . 403]</w:t>
      </w:r>
    </w:p>
    <w:p>
      <w:r>
        <w:rPr>
          <w:rFonts w:ascii="Gentium Plus" w:hAnsi="Gentium Plus"/>
          <w:sz w:val="24"/>
        </w:rPr>
        <w:t>ὀβριμοεργὸς] μεγάλοις ἔργοις ἐπιτιθέμενος, καὶ ἰσχυρὰ δια‐ πραττόμενος, ἰσχυροπράγμων, ἰσχυρὸς ἐν τῷ ἐργάζεσθαι, ἰσχυρὰ ἐρ‐ γαζόμενος. ἄλλως· αἴσυλα] ἁμαρτωλά, παράνομα. ὁ δὲ Ἀπίων ἐτυμολογῶν</w:t>
      </w:r>
    </w:p>
    <w:p>
      <w:r>
        <w:rPr>
          <w:rFonts w:ascii="Courier New" w:hAnsi="Courier New"/>
          <w:color w:val="555555"/>
          <w:sz w:val="20"/>
        </w:rPr>
        <w:t>[5]</w:t>
      </w:r>
    </w:p>
    <w:p>
      <w:r>
        <w:rPr>
          <w:rFonts w:ascii="Gentium Plus" w:hAnsi="Gentium Plus"/>
          <w:sz w:val="24"/>
        </w:rPr>
        <w:t>—ἑτέρου α δηλοῦντος 〈κειμένην〉 ....</w:t>
      </w:r>
    </w:p>
    <w:p>
      <w:r>
        <w:rPr>
          <w:rFonts w:ascii="Courier New" w:hAnsi="Courier New"/>
          <w:color w:val="555555"/>
          <w:sz w:val="20"/>
        </w:rPr>
        <w:t>[5 . 408]</w:t>
      </w:r>
    </w:p>
    <w:p>
      <w:r>
        <w:rPr>
          <w:rFonts w:ascii="Gentium Plus" w:hAnsi="Gentium Plus"/>
          <w:sz w:val="24"/>
        </w:rPr>
        <w:t>[παππάζουσιν] ἄλλως· πάππα φωνοῦσι, πατέρα καλοῦσιν.</w:t>
      </w:r>
    </w:p>
    <w:p>
      <w:r>
        <w:rPr>
          <w:rFonts w:ascii="Courier New" w:hAnsi="Courier New"/>
          <w:color w:val="555555"/>
          <w:sz w:val="20"/>
        </w:rPr>
        <w:t>[5 . 412]</w:t>
      </w:r>
    </w:p>
    <w:p>
      <w:r>
        <w:rPr>
          <w:rFonts w:ascii="Gentium Plus" w:hAnsi="Gentium Plus"/>
          <w:sz w:val="24"/>
        </w:rPr>
        <w:t>περίφρων] περισσόφρων, ἄγαν συνετή, περισσῶς φρονοῦσα.</w:t>
      </w:r>
    </w:p>
    <w:p>
      <w:r>
        <w:rPr>
          <w:rFonts w:ascii="Courier New" w:hAnsi="Courier New"/>
          <w:color w:val="555555"/>
          <w:sz w:val="20"/>
        </w:rPr>
        <w:t>[5 . 442]</w:t>
      </w:r>
    </w:p>
    <w:p>
      <w:r>
        <w:rPr>
          <w:rFonts w:ascii="Gentium Plus" w:hAnsi="Gentium Plus"/>
          <w:sz w:val="24"/>
        </w:rPr>
        <w:t>χαμαὶ ἐρχομένων] ἀντὶ τοῦ ἀποθνησκόντων, ἢ ἐπὶ τῆς γῆς βαδι‐ ζόντων, ἢ χαμαιριφῶν ἢ φθαρτῶν.</w:t>
      </w:r>
    </w:p>
    <w:p>
      <w:r>
        <w:rPr>
          <w:rFonts w:ascii="Courier New" w:hAnsi="Courier New"/>
          <w:color w:val="555555"/>
          <w:sz w:val="20"/>
        </w:rPr>
        <w:t>[5 . 446]</w:t>
      </w:r>
    </w:p>
    <w:p>
      <w:r>
        <w:rPr>
          <w:rFonts w:ascii="Gentium Plus" w:hAnsi="Gentium Plus"/>
          <w:sz w:val="24"/>
        </w:rPr>
        <w:t>Περγάμῳ] τῇ ἀκροπόλει τῶν Τρώων, τῆς Ἰλίου οὕτω καλου‐ μένης.</w:t>
      </w:r>
    </w:p>
    <w:p>
      <w:r>
        <w:rPr>
          <w:rFonts w:ascii="Courier New" w:hAnsi="Courier New"/>
          <w:color w:val="555555"/>
          <w:sz w:val="20"/>
        </w:rPr>
        <w:t>[5 . 448]</w:t>
      </w:r>
    </w:p>
    <w:p>
      <w:r>
        <w:rPr>
          <w:rFonts w:ascii="Gentium Plus" w:hAnsi="Gentium Plus"/>
          <w:sz w:val="24"/>
        </w:rPr>
        <w:t>[ἀδύτῳ] ἄδυτα γὰρ καλοῦνται οἱ τόποι τῶν ἱερῶν.</w:t>
      </w:r>
    </w:p>
    <w:p>
      <w:r>
        <w:rPr>
          <w:rFonts w:ascii="Courier New" w:hAnsi="Courier New"/>
          <w:color w:val="555555"/>
          <w:sz w:val="20"/>
        </w:rPr>
        <w:t>[5 . 474]</w:t>
      </w:r>
    </w:p>
    <w:p>
      <w:r>
        <w:rPr>
          <w:rFonts w:ascii="Gentium Plus" w:hAnsi="Gentium Plus"/>
          <w:sz w:val="24"/>
        </w:rPr>
        <w:t>[γαμβροῖσι] οἱ ἄνδρες τῶν θυγατέρων 〈τοῖσ〉 ἐκδεδωκόσιν. γαμβρὸς δὲ καλεῖται ὁ γήμας ὑπὸ τῶν οἰκείων τῆς γαμηθεί‐ σης.</w:t>
      </w:r>
    </w:p>
    <w:p>
      <w:r>
        <w:rPr>
          <w:rFonts w:ascii="Courier New" w:hAnsi="Courier New"/>
          <w:color w:val="555555"/>
          <w:sz w:val="20"/>
        </w:rPr>
        <w:t>[5 . 481]</w:t>
      </w:r>
    </w:p>
    <w:p>
      <w:r>
        <w:rPr>
          <w:rFonts w:ascii="Gentium Plus" w:hAnsi="Gentium Plus"/>
          <w:sz w:val="24"/>
        </w:rPr>
        <w:t>[κὰδ δὲ κτήματα πολλὰ] λείπει τὸ ἔλιπον.</w:t>
      </w:r>
    </w:p>
    <w:p>
      <w:r>
        <w:rPr>
          <w:rFonts w:ascii="Courier New" w:hAnsi="Courier New"/>
          <w:color w:val="555555"/>
          <w:sz w:val="20"/>
        </w:rPr>
        <w:t>[5 . 485]</w:t>
      </w:r>
    </w:p>
    <w:p>
      <w:r>
        <w:rPr>
          <w:rFonts w:ascii="Gentium Plus" w:hAnsi="Gentium Plus"/>
          <w:sz w:val="24"/>
        </w:rPr>
        <w:t>[τύνη] σύ Δωρικῶς, ἀπὸ τοῦ τύ ἐν παραγωγῇ—καὶ ἐμίνη.</w:t>
      </w:r>
    </w:p>
    <w:p>
      <w:r>
        <w:rPr>
          <w:rFonts w:ascii="Courier New" w:hAnsi="Courier New"/>
          <w:color w:val="555555"/>
          <w:sz w:val="20"/>
        </w:rPr>
        <w:t>[5 . 487]</w:t>
      </w:r>
    </w:p>
    <w:p>
      <w:r>
        <w:rPr>
          <w:rFonts w:ascii="Gentium Plus" w:hAnsi="Gentium Plus"/>
          <w:sz w:val="24"/>
        </w:rPr>
        <w:t>ἁψίσι] τοῖς ἅμμασι—δίκην δικτύου.</w:t>
      </w:r>
    </w:p>
    <w:p>
      <w:r>
        <w:rPr>
          <w:rFonts w:ascii="Courier New" w:hAnsi="Courier New"/>
          <w:color w:val="555555"/>
          <w:sz w:val="20"/>
        </w:rPr>
        <w:t>[5 . 488]</w:t>
      </w:r>
    </w:p>
    <w:p>
      <w:r>
        <w:rPr>
          <w:rFonts w:ascii="Gentium Plus" w:hAnsi="Gentium Plus"/>
          <w:sz w:val="24"/>
        </w:rPr>
        <w:t>ἕλωρ] ἕλκυσμα, ἕλυμα καὶ ἀναίρεμα. ἐσχημάτισται παρὰ τὸ ἑλεῖν.</w:t>
      </w:r>
    </w:p>
    <w:p>
      <w:r>
        <w:rPr>
          <w:rFonts w:ascii="Courier New" w:hAnsi="Courier New"/>
          <w:color w:val="555555"/>
          <w:sz w:val="20"/>
        </w:rPr>
        <w:t>[5 . 499]</w:t>
      </w:r>
    </w:p>
    <w:p>
      <w:r>
        <w:rPr>
          <w:rFonts w:ascii="Gentium Plus" w:hAnsi="Gentium Plus"/>
          <w:sz w:val="24"/>
        </w:rPr>
        <w:t>ἄχνας] τὰ λεπτὰ τῶν ἀχύρων ἢ τὰ ἄχυρα. ἄχνη δὲ καλεῖται καὶ ὁ ἐπιπολάζων τῷ κύματι ἀφρός. ἀλῳὰς] τοὺς τόπους φησὶν ὅπου ὁ πυρὸς πατεῖται. παρὰ τὸ ἀλοιῶ. διὸ σὺν τῷ ι γράφεται τὸ ἀλῳή. σημαίνει δὲ καὶ τὴν δενδροφόρον γῆν</w:t>
      </w:r>
    </w:p>
    <w:p>
      <w:r>
        <w:rPr>
          <w:rFonts w:ascii="Courier New" w:hAnsi="Courier New"/>
          <w:color w:val="555555"/>
          <w:sz w:val="20"/>
        </w:rPr>
        <w:t>[5 . 500]</w:t>
      </w:r>
    </w:p>
    <w:p>
      <w:r>
        <w:rPr>
          <w:rFonts w:ascii="Gentium Plus" w:hAnsi="Gentium Plus"/>
          <w:sz w:val="24"/>
        </w:rPr>
        <w:t>[λικμώντων] ἀπὸ τοῦ σίτου τὰ ἄχυρα διαιρούντων· λικμᾶν γάρ</w:t>
      </w:r>
    </w:p>
    <w:p>
      <w:r>
        <w:rPr>
          <w:rFonts w:ascii="Courier New" w:hAnsi="Courier New"/>
          <w:color w:val="555555"/>
          <w:sz w:val="20"/>
        </w:rPr>
        <w:t>[5 . 504]</w:t>
      </w:r>
    </w:p>
    <w:p>
      <w:r>
        <w:rPr>
          <w:rFonts w:ascii="Gentium Plus" w:hAnsi="Gentium Plus"/>
          <w:sz w:val="24"/>
        </w:rPr>
        <w:t>[ἐπέπληγον] πλήσσοντες σφοδρῶς καὶ ἐντόνως ἤγειρον καὶ ἀνέ‐ παλλον καὶ ἐκίνουν.</w:t>
      </w:r>
    </w:p>
    <w:p>
      <w:r>
        <w:rPr>
          <w:rFonts w:ascii="Courier New" w:hAnsi="Courier New"/>
          <w:color w:val="555555"/>
          <w:sz w:val="20"/>
        </w:rPr>
        <w:t>[5 . 509]</w:t>
      </w:r>
    </w:p>
    <w:p>
      <w:r>
        <w:rPr>
          <w:rFonts w:ascii="Gentium Plus" w:hAnsi="Gentium Plus"/>
          <w:sz w:val="24"/>
        </w:rPr>
        <w:t>χρυσαόρου] ἄλλως· χρυσοφασγάνου, χρυσοῦν ξίφος ἔχοντος. οἱ δὲ νεώτεροι—τὴν λέξιν.</w:t>
      </w:r>
    </w:p>
    <w:p>
      <w:r>
        <w:rPr>
          <w:rFonts w:ascii="Courier New" w:hAnsi="Courier New"/>
          <w:color w:val="555555"/>
          <w:sz w:val="20"/>
        </w:rPr>
        <w:t>[5 . 531]</w:t>
      </w:r>
    </w:p>
    <w:p>
      <w:r>
        <w:rPr>
          <w:rFonts w:ascii="Gentium Plus" w:hAnsi="Gentium Plus"/>
          <w:sz w:val="24"/>
        </w:rPr>
        <w:t>πέφανται] πεφονευμένοι εἰσὶν ἢ ἀναιροῦνται. σημαίνει δὲ καὶ τὸ γεγένηνται.</w:t>
      </w:r>
    </w:p>
    <w:p>
      <w:r>
        <w:rPr>
          <w:rFonts w:ascii="Courier New" w:hAnsi="Courier New"/>
          <w:color w:val="555555"/>
          <w:sz w:val="20"/>
        </w:rPr>
        <w:t>[5 . 534]</w:t>
      </w:r>
    </w:p>
    <w:p>
      <w:r>
        <w:rPr>
          <w:rFonts w:ascii="Gentium Plus" w:hAnsi="Gentium Plus"/>
          <w:sz w:val="24"/>
        </w:rPr>
        <w:t>[Αἰνείεω] «Αἰνείεω» Ἰωνικῶς, καὶ κατὰ συναλοιφὴν Αἰνείω Αἰ‐ νείου.</w:t>
      </w:r>
    </w:p>
    <w:p>
      <w:r>
        <w:rPr>
          <w:rFonts w:ascii="Courier New" w:hAnsi="Courier New"/>
          <w:color w:val="555555"/>
          <w:sz w:val="20"/>
        </w:rPr>
        <w:t>[5 . 538]</w:t>
      </w:r>
    </w:p>
    <w:p>
      <w:r>
        <w:rPr>
          <w:rFonts w:ascii="Gentium Plus" w:hAnsi="Gentium Plus"/>
          <w:sz w:val="24"/>
        </w:rPr>
        <w:t>[εἴσατο καὶ τῆς] γράφεται καὶ «χαλκός».</w:t>
      </w:r>
    </w:p>
    <w:p>
      <w:r>
        <w:rPr>
          <w:rFonts w:ascii="Courier New" w:hAnsi="Courier New"/>
          <w:color w:val="555555"/>
          <w:sz w:val="20"/>
        </w:rPr>
        <w:t>[5 . 539]</w:t>
      </w:r>
    </w:p>
    <w:p>
      <w:r>
        <w:rPr>
          <w:rFonts w:ascii="Gentium Plus" w:hAnsi="Gentium Plus"/>
          <w:sz w:val="24"/>
        </w:rPr>
        <w:t>νειαίρῃ] τῇ νεάτῃ. λέγει δὲ κατὰ τὸ ἔσχατον μέρος τῆς γασ‐ τρός.</w:t>
      </w:r>
    </w:p>
    <w:p>
      <w:r>
        <w:rPr>
          <w:rFonts w:ascii="Courier New" w:hAnsi="Courier New"/>
          <w:color w:val="555555"/>
          <w:sz w:val="20"/>
        </w:rPr>
        <w:t>[5 . 548]</w:t>
      </w:r>
    </w:p>
    <w:p>
      <w:r>
        <w:rPr>
          <w:rFonts w:ascii="Gentium Plus" w:hAnsi="Gentium Plus"/>
          <w:sz w:val="24"/>
        </w:rPr>
        <w:t>διδυμάονε] δίδυμοι. τὰ μὴ συμφυῆ δίδυμα λέγει ὁ ποιητὴς, ὡς Ἀρίσταρχός φησιν.</w:t>
      </w:r>
    </w:p>
    <w:p>
      <w:r>
        <w:rPr>
          <w:rFonts w:ascii="Courier New" w:hAnsi="Courier New"/>
          <w:color w:val="555555"/>
          <w:sz w:val="20"/>
        </w:rPr>
        <w:t>[5 . 551]</w:t>
      </w:r>
    </w:p>
    <w:p>
      <w:r>
        <w:rPr>
          <w:rFonts w:ascii="Gentium Plus" w:hAnsi="Gentium Plus"/>
          <w:sz w:val="24"/>
        </w:rPr>
        <w:t>εὔπωλον] καλοὺς ἵππους ἔχουσαν, εὔιππον, 〈ἢ〉 ἐν ᾗ ἔστι καλῶς ἀναστραφῆναι.</w:t>
      </w:r>
    </w:p>
    <w:p>
      <w:r>
        <w:rPr>
          <w:rFonts w:ascii="Courier New" w:hAnsi="Courier New"/>
          <w:color w:val="555555"/>
          <w:sz w:val="20"/>
        </w:rPr>
        <w:t>[5 . 556]</w:t>
      </w:r>
    </w:p>
    <w:p>
      <w:r>
        <w:rPr>
          <w:rFonts w:ascii="Gentium Plus" w:hAnsi="Gentium Plus"/>
          <w:sz w:val="24"/>
        </w:rPr>
        <w:t>ἴφια μῆλα] ἤτοι εὐτραφῆ, ἢ κατ’ εὐφημισμὸν ἀντὶ τοῦ ἀσθενῆ, ἢ ἰσχυροποιὰ τῶν ἐσθιόντων.</w:t>
      </w:r>
    </w:p>
    <w:p>
      <w:r>
        <w:rPr>
          <w:rFonts w:ascii="Courier New" w:hAnsi="Courier New"/>
          <w:color w:val="555555"/>
          <w:sz w:val="20"/>
        </w:rPr>
        <w:t>[5 . 567]</w:t>
      </w:r>
    </w:p>
    <w:p>
      <w:r>
        <w:rPr>
          <w:rFonts w:ascii="Gentium Plus" w:hAnsi="Gentium Plus"/>
          <w:sz w:val="24"/>
        </w:rPr>
        <w:t>ἀποσφήλειε πόνοιο] ἀποσφαλῆναι καὶ ἀποτυχεῖν ποιήσει τοῦ ἔρ‐ γου.</w:t>
      </w:r>
    </w:p>
    <w:p>
      <w:r>
        <w:rPr>
          <w:rFonts w:ascii="Courier New" w:hAnsi="Courier New"/>
          <w:color w:val="555555"/>
          <w:sz w:val="20"/>
        </w:rPr>
        <w:t>[5 . 574]</w:t>
      </w:r>
    </w:p>
    <w:p>
      <w:r>
        <w:rPr>
          <w:rFonts w:ascii="Gentium Plus" w:hAnsi="Gentium Plus"/>
          <w:sz w:val="24"/>
        </w:rPr>
        <w:t>δειλώ] δειλαίους, ταλαιπώρους. σημαίνει δὲ ὁ δειλός καὶ τὸν κακὸν καὶ τὸν ἄνανδρον.</w:t>
      </w:r>
    </w:p>
    <w:p>
      <w:r>
        <w:rPr>
          <w:rFonts w:ascii="Courier New" w:hAnsi="Courier New"/>
          <w:color w:val="555555"/>
          <w:sz w:val="20"/>
        </w:rPr>
        <w:t>[5 . 599]</w:t>
      </w:r>
    </w:p>
    <w:p>
      <w:r>
        <w:rPr>
          <w:rFonts w:ascii="Gentium Plus" w:hAnsi="Gentium Plus"/>
          <w:sz w:val="24"/>
        </w:rPr>
        <w:t>μορμύροντα] ὀνοματοποιητικὴ λέξις ἀπὸ τοῦ ψόφου 〈τοῦ ἐν〉 τοῖς ὕδασι γινομένου.</w:t>
      </w:r>
    </w:p>
    <w:p>
      <w:r>
        <w:rPr>
          <w:rFonts w:ascii="Courier New" w:hAnsi="Courier New"/>
          <w:color w:val="555555"/>
          <w:sz w:val="20"/>
        </w:rPr>
        <w:t>[5 . 612]</w:t>
      </w:r>
    </w:p>
    <w:p>
      <w:r>
        <w:rPr>
          <w:rFonts w:ascii="Gentium Plus" w:hAnsi="Gentium Plus"/>
          <w:sz w:val="24"/>
        </w:rPr>
        <w:t>Παισῷ] Παισὸς πόλις Τροίας, ἣν ἐν ἄλλοις Ἀπαισὸν μετὰ τοῦ α προσηγόρευσεν. (Il. II, 828.)</w:t>
      </w:r>
    </w:p>
    <w:p>
      <w:r>
        <w:rPr>
          <w:rFonts w:ascii="Courier New" w:hAnsi="Courier New"/>
          <w:color w:val="555555"/>
          <w:sz w:val="20"/>
        </w:rPr>
        <w:t>[5 . 613]</w:t>
      </w:r>
    </w:p>
    <w:p>
      <w:r>
        <w:rPr>
          <w:rFonts w:ascii="Gentium Plus" w:hAnsi="Gentium Plus"/>
          <w:sz w:val="24"/>
        </w:rPr>
        <w:t>ἄλλως· πολυλήϊος] πολλὰ λήϊα ἔχων—ἀπὸ λῃστείας.</w:t>
      </w:r>
    </w:p>
    <w:p>
      <w:r>
        <w:rPr>
          <w:rFonts w:ascii="Courier New" w:hAnsi="Courier New"/>
          <w:color w:val="555555"/>
          <w:sz w:val="20"/>
        </w:rPr>
        <w:t>[5 . 618]</w:t>
      </w:r>
    </w:p>
    <w:p>
      <w:r>
        <w:rPr>
          <w:rFonts w:ascii="Gentium Plus" w:hAnsi="Gentium Plus"/>
          <w:sz w:val="24"/>
        </w:rPr>
        <w:t>ἔχευαν] δαψιλῶς ἔπεμψαν, ἐπέχεαν ἀθρόως. ἡ μεταφορὰ ἀπὸ τῶν ὑγρῶν.</w:t>
      </w:r>
    </w:p>
    <w:p>
      <w:r>
        <w:rPr>
          <w:rFonts w:ascii="Courier New" w:hAnsi="Courier New"/>
          <w:color w:val="555555"/>
          <w:sz w:val="20"/>
        </w:rPr>
        <w:t>[5 . 620]</w:t>
      </w:r>
    </w:p>
    <w:p>
      <w:r>
        <w:rPr>
          <w:rFonts w:ascii="Gentium Plus" w:hAnsi="Gentium Plus"/>
          <w:sz w:val="24"/>
        </w:rPr>
        <w:t>λὰξ προσβὰς] λάξ τὸ στῆθος τοῦ ποδός. ὁμωνύμως δὲ ἡ ἀπὸ τούτου πληγὴ καλεῖται. ἐλάκτισε προσελθὼν 〈καὶ〉 ἀνεσπάσατο, ἀνείλ‐ κυσεν.</w:t>
      </w:r>
    </w:p>
    <w:p>
      <w:r>
        <w:rPr>
          <w:rFonts w:ascii="Courier New" w:hAnsi="Courier New"/>
          <w:color w:val="555555"/>
          <w:sz w:val="20"/>
        </w:rPr>
        <w:t>[5 . 626]</w:t>
      </w:r>
    </w:p>
    <w:p>
      <w:r>
        <w:rPr>
          <w:rFonts w:ascii="Gentium Plus" w:hAnsi="Gentium Plus"/>
          <w:sz w:val="24"/>
        </w:rPr>
        <w:t>[χασάμενος πελεμίχθη] ἄλλως· κατὰ ἀναστροφὴν εἴρηται ἀντὶ τοῦ πελεμιχθεὶς ἀνεχάσατο.</w:t>
      </w:r>
    </w:p>
    <w:p>
      <w:r>
        <w:rPr>
          <w:rFonts w:ascii="Courier New" w:hAnsi="Courier New"/>
          <w:color w:val="555555"/>
          <w:sz w:val="20"/>
        </w:rPr>
        <w:t>[5 . 629]</w:t>
      </w:r>
    </w:p>
    <w:p>
      <w:r>
        <w:rPr>
          <w:rFonts w:ascii="Gentium Plus" w:hAnsi="Gentium Plus"/>
          <w:sz w:val="24"/>
        </w:rPr>
        <w:t>[κραταιή] ἀπότιμος, ἰσχυρά. φασὶν Εὐρώπῃ τῇ Φοίνικος— —εἰς Κρήτην ἐκόμισεν.</w:t>
      </w:r>
    </w:p>
    <w:p>
      <w:r>
        <w:rPr>
          <w:rFonts w:ascii="Courier New" w:hAnsi="Courier New"/>
          <w:color w:val="555555"/>
          <w:sz w:val="20"/>
        </w:rPr>
        <w:t>[5 . 639]</w:t>
      </w:r>
    </w:p>
    <w:p>
      <w:r>
        <w:rPr>
          <w:rFonts w:ascii="Gentium Plus" w:hAnsi="Gentium Plus"/>
          <w:sz w:val="24"/>
        </w:rPr>
        <w:t>θρασυμέμνονα] τολμηρόν, θρασὺν—ἐν τῇ μάχῃ. θυμολέοντα] λεοντόψυχον, γενναῖον, ὡς λέοντος ἔχοντα ψυχήν.</w:t>
      </w:r>
    </w:p>
    <w:p>
      <w:r>
        <w:rPr>
          <w:rFonts w:ascii="Courier New" w:hAnsi="Courier New"/>
          <w:color w:val="555555"/>
          <w:sz w:val="20"/>
        </w:rPr>
        <w:t>[5 . 642]</w:t>
      </w:r>
    </w:p>
    <w:p>
      <w:r>
        <w:rPr>
          <w:rFonts w:ascii="Gentium Plus" w:hAnsi="Gentium Plus"/>
          <w:sz w:val="24"/>
        </w:rPr>
        <w:t>χήρωσε] ἐκένωσεν, ἐρήμους ἐ〈ποίησ〉εν.</w:t>
      </w:r>
    </w:p>
    <w:p>
      <w:r>
        <w:rPr>
          <w:rFonts w:ascii="Courier New" w:hAnsi="Courier New"/>
          <w:color w:val="555555"/>
          <w:sz w:val="20"/>
        </w:rPr>
        <w:t>[5 . 645]</w:t>
      </w:r>
    </w:p>
    <w:p>
      <w:r>
        <w:rPr>
          <w:rFonts w:ascii="Gentium Plus" w:hAnsi="Gentium Plus"/>
          <w:sz w:val="24"/>
        </w:rPr>
        <w:t>[οὐδ’ εἰ μάλα κάρτερός ἐσσι]. 〈εἰρωνικῶσ〉, ἢ τὸ «δέ» ἀντὶ τοῦ γάρ καὶ τὸ «εἰ» περισσόν.</w:t>
      </w:r>
    </w:p>
    <w:p>
      <w:r>
        <w:rPr>
          <w:rFonts w:ascii="Courier New" w:hAnsi="Courier New"/>
          <w:color w:val="555555"/>
          <w:sz w:val="20"/>
        </w:rPr>
        <w:t>[5 . 656]</w:t>
      </w:r>
    </w:p>
    <w:p>
      <w:r>
        <w:rPr>
          <w:rFonts w:ascii="Gentium Plus" w:hAnsi="Gentium Plus"/>
          <w:sz w:val="24"/>
        </w:rPr>
        <w:t>ἁμαρτῇ] βληθέντα ὁμοῦ. 〈λέγει δὲ τὴν〉 κατὰ τὸ αὐτὸ ἄφεσιν καὶ ἐπιτυχίαν.</w:t>
      </w:r>
    </w:p>
    <w:p>
      <w:r>
        <w:rPr>
          <w:rFonts w:ascii="Courier New" w:hAnsi="Courier New"/>
          <w:color w:val="555555"/>
          <w:sz w:val="20"/>
        </w:rPr>
        <w:t>[5 . 674]</w:t>
      </w:r>
    </w:p>
    <w:p>
      <w:r>
        <w:rPr>
          <w:rFonts w:ascii="Gentium Plus" w:hAnsi="Gentium Plus"/>
          <w:sz w:val="24"/>
        </w:rPr>
        <w:t>ἀναφώνημα.</w:t>
      </w:r>
    </w:p>
    <w:p>
      <w:r>
        <w:rPr>
          <w:rFonts w:ascii="Courier New" w:hAnsi="Courier New"/>
          <w:color w:val="555555"/>
          <w:sz w:val="20"/>
        </w:rPr>
        <w:t>[5 . 694]</w:t>
      </w:r>
    </w:p>
    <w:p>
      <w:r>
        <w:rPr>
          <w:rFonts w:ascii="Gentium Plus" w:hAnsi="Gentium Plus"/>
          <w:sz w:val="24"/>
        </w:rPr>
        <w:t>θύραζε] ἔξω. κυρίως μὲν—νῦν δὲ κεῖται ἀντὶ τοῦ ἔξω.</w:t>
      </w:r>
    </w:p>
    <w:p>
      <w:r>
        <w:rPr>
          <w:rFonts w:ascii="Courier New" w:hAnsi="Courier New"/>
          <w:color w:val="555555"/>
          <w:sz w:val="20"/>
        </w:rPr>
        <w:t>[5 . 700]</w:t>
      </w:r>
    </w:p>
    <w:p>
      <w:r>
        <w:rPr>
          <w:rFonts w:ascii="Gentium Plus" w:hAnsi="Gentium Plus"/>
          <w:sz w:val="24"/>
        </w:rPr>
        <w:t>[προτρέποντο] ἄλλως· προτροπάδην ἔφυγον, ὅ ἐστι στραφέν‐ τες, μὴ στρεφόμενοι οὖν· προτραπῆναι γάρ ἐστι τὸ μὴ στραφέντα φυγεῖν.</w:t>
      </w:r>
    </w:p>
    <w:p>
      <w:r>
        <w:rPr>
          <w:rFonts w:ascii="Courier New" w:hAnsi="Courier New"/>
          <w:color w:val="555555"/>
          <w:sz w:val="20"/>
        </w:rPr>
        <w:t>[5 . 724]</w:t>
      </w:r>
    </w:p>
    <w:p>
      <w:r>
        <w:rPr>
          <w:rFonts w:ascii="Gentium Plus" w:hAnsi="Gentium Plus"/>
          <w:sz w:val="24"/>
        </w:rPr>
        <w:t>ἴτυς] εἰς ἣν αἱ κνῆμαι 〈αἱ〉 ἀπὸ τῆς χοινικίδος ἐμπήγνυνται.</w:t>
      </w:r>
    </w:p>
    <w:p>
      <w:r>
        <w:rPr>
          <w:rFonts w:ascii="Courier New" w:hAnsi="Courier New"/>
          <w:color w:val="555555"/>
          <w:sz w:val="20"/>
        </w:rPr>
        <w:t>[5 . 725]</w:t>
      </w:r>
    </w:p>
    <w:p>
      <w:r>
        <w:rPr>
          <w:rFonts w:ascii="Gentium Plus" w:hAnsi="Gentium Plus"/>
          <w:sz w:val="24"/>
        </w:rPr>
        <w:t>[χάλκε’ ἐπίσσωτρα] σιδηροῖ ἢ χαλκοῖ κύκλοι τῶν τροχῶν.</w:t>
      </w:r>
    </w:p>
    <w:p>
      <w:r>
        <w:rPr>
          <w:rFonts w:ascii="Courier New" w:hAnsi="Courier New"/>
          <w:color w:val="555555"/>
          <w:sz w:val="20"/>
        </w:rPr>
        <w:t>[5 . 728]</w:t>
      </w:r>
    </w:p>
    <w:p>
      <w:r>
        <w:rPr>
          <w:rFonts w:ascii="Gentium Plus" w:hAnsi="Gentium Plus"/>
          <w:sz w:val="24"/>
        </w:rPr>
        <w:t>[ἄντυγες] τὰ ἐπὶ τοῦ δίφρου—ἐξάπτονται.</w:t>
      </w:r>
    </w:p>
    <w:p>
      <w:r>
        <w:rPr>
          <w:rFonts w:ascii="Courier New" w:hAnsi="Courier New"/>
          <w:color w:val="555555"/>
          <w:sz w:val="20"/>
        </w:rPr>
        <w:t>[5 . 729]</w:t>
      </w:r>
    </w:p>
    <w:p>
      <w:r>
        <w:rPr>
          <w:rFonts w:ascii="Gentium Plus" w:hAnsi="Gentium Plus"/>
          <w:sz w:val="24"/>
        </w:rPr>
        <w:t>ῥυμὸς] ὁ ζυγός, ἤτοι ὁ προσηρμοσμένος τῷ ζυγῷ κανὼν εἰς ὀξὺ λήγων, ὅ ἔστι μέσον ξύλον.</w:t>
      </w:r>
    </w:p>
    <w:p>
      <w:r>
        <w:rPr>
          <w:rFonts w:ascii="Courier New" w:hAnsi="Courier New"/>
          <w:color w:val="555555"/>
          <w:sz w:val="20"/>
        </w:rPr>
        <w:t>[5 . 730]</w:t>
      </w:r>
    </w:p>
    <w:p>
      <w:r>
        <w:rPr>
          <w:rFonts w:ascii="Gentium Plus" w:hAnsi="Gentium Plus"/>
          <w:sz w:val="24"/>
        </w:rPr>
        <w:t>[λέπαδνα] ἄλλως· οἱ μὲν μαχαλιστῆρας, οἱ δὲ ἀσφαλίσματα. ζυγὸν] τὸ ἐπίθετον ξύλον τοῖς τραχήλοις τῶν ἵππων.</w:t>
      </w:r>
    </w:p>
    <w:p>
      <w:r>
        <w:rPr>
          <w:rFonts w:ascii="Courier New" w:hAnsi="Courier New"/>
          <w:color w:val="555555"/>
          <w:sz w:val="20"/>
        </w:rPr>
        <w:t>[5 . 734]</w:t>
      </w:r>
    </w:p>
    <w:p>
      <w:r>
        <w:rPr>
          <w:rFonts w:ascii="Gentium Plus" w:hAnsi="Gentium Plus"/>
          <w:sz w:val="24"/>
        </w:rPr>
        <w:t>[πέπλον] ἄλλως· γυναικεῖον ἱμάτιον, τουτέστι χιτὼν, ὃν οὐκ ἐνεδύοντο, ἀλλ’ ἐπερονῶντο. κατέχευε] καταχθῆναι ἐποίησε λυσαμένη τὰς περόνας. διὰ τούτου δηλοῖ ὅτι οὐκ ἐνεδύοντο τὸν πέπλον, ἀλλ’ ἐπερονῶντο· ἀρθεισῶν γὰρ</w:t>
      </w:r>
    </w:p>
    <w:p>
      <w:r>
        <w:rPr>
          <w:rFonts w:ascii="Courier New" w:hAnsi="Courier New"/>
          <w:color w:val="555555"/>
          <w:sz w:val="20"/>
        </w:rPr>
        <w:t>[5]</w:t>
      </w:r>
    </w:p>
    <w:p>
      <w:r>
        <w:rPr>
          <w:rFonts w:ascii="Gentium Plus" w:hAnsi="Gentium Plus"/>
          <w:sz w:val="24"/>
        </w:rPr>
        <w:t>τῶν περονῶν καταρρέων φαίνεται ὁ πέπλος εἰς τὸ ἔδαφος.</w:t>
      </w:r>
    </w:p>
    <w:p>
      <w:r>
        <w:rPr>
          <w:rFonts w:ascii="Courier New" w:hAnsi="Courier New"/>
          <w:color w:val="555555"/>
          <w:sz w:val="20"/>
        </w:rPr>
        <w:t>[5 . 743]</w:t>
      </w:r>
    </w:p>
    <w:p>
      <w:r>
        <w:rPr>
          <w:rFonts w:ascii="Gentium Plus" w:hAnsi="Gentium Plus"/>
          <w:sz w:val="24"/>
        </w:rPr>
        <w:t>ἀμφίφαλον] φαλοὺς περὶ αὑτὴν ἔχουσαν. φαλοὶ δέ εἰσιν οἱ κατὰ τὸ μέτωπον τῆς περικεφαλαίας ἀσπιδίσκοι.</w:t>
      </w:r>
    </w:p>
    <w:p>
      <w:r>
        <w:rPr>
          <w:rFonts w:ascii="Courier New" w:hAnsi="Courier New"/>
          <w:color w:val="555555"/>
          <w:sz w:val="20"/>
        </w:rPr>
        <w:t>[5 . 744]</w:t>
      </w:r>
    </w:p>
    <w:p>
      <w:r>
        <w:rPr>
          <w:rFonts w:ascii="Gentium Plus" w:hAnsi="Gentium Plus"/>
          <w:sz w:val="24"/>
        </w:rPr>
        <w:t>ἑκατὸν πόλεων πρυ〈λέεσς’ ἀραρυῖαν〉] πολλῶν πόλεων πολ‐ λοῖς ὄχλοις ἐξαρκέσαι δυναμένην.</w:t>
      </w:r>
    </w:p>
    <w:p>
      <w:r>
        <w:rPr>
          <w:rFonts w:ascii="Courier New" w:hAnsi="Courier New"/>
          <w:color w:val="555555"/>
          <w:sz w:val="20"/>
        </w:rPr>
        <w:t>[5 . 774]</w:t>
      </w:r>
    </w:p>
    <w:p>
      <w:r>
        <w:rPr>
          <w:rFonts w:ascii="Gentium Plus" w:hAnsi="Gentium Plus"/>
          <w:sz w:val="24"/>
        </w:rPr>
        <w:t>* τὸ σχῆμα προεπίζευξις ἢ Ἀλκμανικόν.</w:t>
      </w:r>
    </w:p>
    <w:p>
      <w:r>
        <w:rPr>
          <w:rFonts w:ascii="Courier New" w:hAnsi="Courier New"/>
          <w:color w:val="555555"/>
          <w:sz w:val="20"/>
        </w:rPr>
        <w:t>[5 . 811]</w:t>
      </w:r>
    </w:p>
    <w:p>
      <w:r>
        <w:rPr>
          <w:rFonts w:ascii="Gentium Plus" w:hAnsi="Gentium Plus"/>
          <w:sz w:val="24"/>
        </w:rPr>
        <w:t>[δέδυκεν] γράφεται καὶ «λέλυκεν».</w:t>
      </w:r>
    </w:p>
    <w:p>
      <w:r>
        <w:rPr>
          <w:rFonts w:ascii="Courier New" w:hAnsi="Courier New"/>
          <w:color w:val="555555"/>
          <w:sz w:val="20"/>
        </w:rPr>
        <w:t>[5 . 816]</w:t>
      </w:r>
    </w:p>
    <w:p>
      <w:r>
        <w:rPr>
          <w:rFonts w:ascii="Gentium Plus" w:hAnsi="Gentium Plus"/>
          <w:sz w:val="24"/>
        </w:rPr>
        <w:t>* σχῆμα· θέσις καὶ ἄρσις.</w:t>
      </w:r>
    </w:p>
    <w:p>
      <w:r>
        <w:rPr>
          <w:rFonts w:ascii="Courier New" w:hAnsi="Courier New"/>
          <w:color w:val="555555"/>
          <w:sz w:val="20"/>
        </w:rPr>
        <w:t>[5 . 818]</w:t>
      </w:r>
    </w:p>
    <w:p>
      <w:r>
        <w:rPr>
          <w:rFonts w:ascii="Gentium Plus" w:hAnsi="Gentium Plus"/>
          <w:sz w:val="24"/>
        </w:rPr>
        <w:t>* [ἐφετμέων] παρὰ τοῖς λογογράφοις ἐφίεμαι τὸ ὀρέγομαι καὶ τὸ προστάσσω.</w:t>
      </w:r>
    </w:p>
    <w:p>
      <w:r>
        <w:rPr>
          <w:rFonts w:ascii="Courier New" w:hAnsi="Courier New"/>
          <w:color w:val="555555"/>
          <w:sz w:val="20"/>
        </w:rPr>
        <w:t>[5 . 824]</w:t>
      </w:r>
    </w:p>
    <w:p>
      <w:r>
        <w:rPr>
          <w:rFonts w:ascii="Gentium Plus" w:hAnsi="Gentium Plus"/>
          <w:sz w:val="24"/>
        </w:rPr>
        <w:t>μάχην ἀνακοιρανέοντα] αἱ προθέσεις—τηροῦσιν.</w:t>
      </w:r>
    </w:p>
    <w:p>
      <w:r>
        <w:rPr>
          <w:rFonts w:ascii="Courier New" w:hAnsi="Courier New"/>
          <w:color w:val="555555"/>
          <w:sz w:val="20"/>
        </w:rPr>
        <w:t>[5 . 845]</w:t>
      </w:r>
    </w:p>
    <w:p>
      <w:r>
        <w:rPr>
          <w:rFonts w:ascii="Gentium Plus" w:hAnsi="Gentium Plus"/>
          <w:sz w:val="24"/>
        </w:rPr>
        <w:t>** [δῦν’ Ἄϊδος κυνέην] παροιμία· ἐνδὺς τὴν κυνῆν τοῦ Ἅιδου· ἐπὶ τῶν κεκρυμμένων.</w:t>
      </w:r>
    </w:p>
    <w:p>
      <w:r>
        <w:rPr>
          <w:rFonts w:ascii="Courier New" w:hAnsi="Courier New"/>
          <w:color w:val="555555"/>
          <w:sz w:val="20"/>
        </w:rPr>
        <w:t>[5 . 857]</w:t>
      </w:r>
    </w:p>
    <w:p>
      <w:r>
        <w:rPr>
          <w:rFonts w:ascii="Gentium Plus" w:hAnsi="Gentium Plus"/>
          <w:sz w:val="24"/>
        </w:rPr>
        <w:t>κενεῶνα] κενεών ἐστι τόπος κενὸς ὀστέων, ἢ λαπάρα ἢ λαγών.</w:t>
      </w:r>
    </w:p>
    <w:p>
      <w:r>
        <w:rPr>
          <w:rFonts w:ascii="Courier New" w:hAnsi="Courier New"/>
          <w:color w:val="555555"/>
          <w:sz w:val="20"/>
        </w:rPr>
        <w:t>[5 . 865]</w:t>
      </w:r>
    </w:p>
    <w:p>
      <w:r>
        <w:rPr>
          <w:rFonts w:ascii="Gentium Plus" w:hAnsi="Gentium Plus"/>
          <w:sz w:val="24"/>
        </w:rPr>
        <w:t>δυσαέος] χαλεπῶς πνέοντος, δυσπνόου.</w:t>
      </w:r>
    </w:p>
    <w:p>
      <w:r>
        <w:rPr>
          <w:rFonts w:ascii="Courier New" w:hAnsi="Courier New"/>
          <w:color w:val="555555"/>
          <w:sz w:val="20"/>
        </w:rPr>
        <w:t>[5 . 867]</w:t>
      </w:r>
    </w:p>
    <w:p>
      <w:r>
        <w:rPr>
          <w:rFonts w:ascii="Gentium Plus" w:hAnsi="Gentium Plus"/>
          <w:sz w:val="24"/>
        </w:rPr>
        <w:t>φαίνεθ’ ὁμοῦ νεφέεσσιν ἰὼν] εἰς τὸ «νεφέεσσι» διαστολὴ— ἀνιὼν εἰς οὐρανὸν.</w:t>
      </w:r>
    </w:p>
    <w:p>
      <w:r>
        <w:rPr>
          <w:rFonts w:ascii="Courier New" w:hAnsi="Courier New"/>
          <w:color w:val="555555"/>
          <w:sz w:val="20"/>
        </w:rPr>
        <w:t>[5 . 875]</w:t>
      </w:r>
    </w:p>
    <w:p>
      <w:r>
        <w:rPr>
          <w:rFonts w:ascii="Gentium Plus" w:hAnsi="Gentium Plus"/>
          <w:sz w:val="24"/>
        </w:rPr>
        <w:t>[σοὶ πάντες μαχόμεσθα] οὐχὶ σοὶ, φησὶ, εἰς μαχὴν καθιστά‐ μεθα.</w:t>
      </w:r>
    </w:p>
    <w:p>
      <w:r>
        <w:rPr>
          <w:rFonts w:ascii="Courier New" w:hAnsi="Courier New"/>
          <w:color w:val="555555"/>
          <w:sz w:val="20"/>
        </w:rPr>
        <w:t>[5 . 882]</w:t>
      </w:r>
    </w:p>
    <w:p>
      <w:r>
        <w:rPr>
          <w:rFonts w:ascii="Gentium Plus" w:hAnsi="Gentium Plus"/>
          <w:sz w:val="24"/>
        </w:rPr>
        <w:t>μαργαίνειν] μαίνεσθαι. μάργος, ᾗ μή ἐστιν ἀρωγός.</w:t>
      </w:r>
    </w:p>
    <w:p>
      <w:r>
        <w:rPr>
          <w:rFonts w:ascii="Courier New" w:hAnsi="Courier New"/>
          <w:color w:val="555555"/>
          <w:sz w:val="20"/>
        </w:rPr>
        <w:t>[5 . 887]</w:t>
      </w:r>
    </w:p>
    <w:p>
      <w:r>
        <w:rPr>
          <w:rFonts w:ascii="Gentium Plus" w:hAnsi="Gentium Plus"/>
          <w:sz w:val="24"/>
        </w:rPr>
        <w:t>[ἤ κεν] ἢ ἦ καὶ ὄντως.</w:t>
      </w:r>
    </w:p>
    <w:p>
      <w:r>
        <w:rPr>
          <w:rFonts w:ascii="Courier New" w:hAnsi="Courier New"/>
          <w:color w:val="555555"/>
          <w:sz w:val="20"/>
        </w:rPr>
        <w:t>[5 . 889]</w:t>
      </w:r>
    </w:p>
    <w:p>
      <w:r>
        <w:rPr>
          <w:rFonts w:ascii="Gentium Plus" w:hAnsi="Gentium Plus"/>
          <w:sz w:val="24"/>
        </w:rPr>
        <w:t>[μινύριζε] θρήνει, ἤγουν ἀποδύρου, ἢ ἠρέμα θρήνει.</w:t>
      </w:r>
    </w:p>
    <w:p>
      <w:r>
        <w:rPr>
          <w:rFonts w:ascii="Courier New" w:hAnsi="Courier New"/>
          <w:color w:val="555555"/>
          <w:sz w:val="20"/>
        </w:rPr>
        <w:t>[5 . 892]</w:t>
      </w:r>
    </w:p>
    <w:p>
      <w:r>
        <w:rPr>
          <w:rFonts w:ascii="Gentium Plus" w:hAnsi="Gentium Plus"/>
          <w:sz w:val="24"/>
        </w:rPr>
        <w:t>ἀάσχετον] ἀνυπομόνητον, οὐχ οἷόν τε ἐπισχεθῆναι. οὐκ ἐπιεικτόν] οὐ καταπληκτόν, οὐχ ὑποχωρητόν, οὐκ εὐένδοτον.</w:t>
      </w:r>
    </w:p>
    <w:p>
      <w:r>
        <w:rPr>
          <w:rFonts w:ascii="Courier New" w:hAnsi="Courier New"/>
          <w:color w:val="555555"/>
          <w:sz w:val="20"/>
        </w:rPr>
        <w:t>[5 . 902]</w:t>
      </w:r>
    </w:p>
    <w:p>
      <w:r>
        <w:rPr>
          <w:rFonts w:ascii="Gentium Plus" w:hAnsi="Gentium Plus"/>
          <w:sz w:val="24"/>
        </w:rPr>
        <w:t>ὀπὸς] ὅ ἐστι φυτοῦ δάκρυον.</w:t>
      </w:r>
    </w:p>
    <w:p>
      <w:r>
        <w:rPr>
          <w:rFonts w:ascii="Courier New" w:hAnsi="Courier New"/>
          <w:color w:val="555555"/>
          <w:sz w:val="20"/>
        </w:rPr>
        <w:t>[5 . 904]</w:t>
      </w:r>
    </w:p>
    <w:p>
      <w:r>
        <w:rPr>
          <w:rFonts w:ascii="Gentium Plus" w:hAnsi="Gentium Plus"/>
          <w:sz w:val="24"/>
        </w:rPr>
        <w:t>[θοῦρον] ἄγριον καὶ αἰχμητήν. ἀμφότερα λέγει ὑφ’ ἕν. χαλε‐</w:t>
      </w:r>
    </w:p>
    <w:p>
      <w:r>
        <w:rPr>
          <w:rFonts w:ascii="Courier New" w:hAnsi="Courier New"/>
          <w:color w:val="555555"/>
          <w:sz w:val="20"/>
        </w:rPr>
        <w:t>[6 . 1]</w:t>
      </w:r>
    </w:p>
    <w:p>
      <w:r>
        <w:rPr>
          <w:rFonts w:ascii="Gentium Plus" w:hAnsi="Gentium Plus"/>
          <w:sz w:val="24"/>
        </w:rPr>
        <w:t>οἰώθη] ἐμονώθη—ἐγένετο.</w:t>
      </w:r>
    </w:p>
    <w:p>
      <w:r>
        <w:rPr>
          <w:rFonts w:ascii="Courier New" w:hAnsi="Courier New"/>
          <w:color w:val="555555"/>
          <w:sz w:val="20"/>
        </w:rPr>
        <w:t>[6 . 3]</w:t>
      </w:r>
    </w:p>
    <w:p>
      <w:r>
        <w:rPr>
          <w:rFonts w:ascii="Gentium Plus" w:hAnsi="Gentium Plus"/>
          <w:sz w:val="24"/>
        </w:rPr>
        <w:t>ἀλλήλων ἰθυνομένων] ἀντὶ τοῦ ἐπ’ ἀλλήλους ἰθυνόντων, τουτ‐ έστιν ἐπ’ εὐθείας βαλλόντων.</w:t>
      </w:r>
    </w:p>
    <w:p>
      <w:r>
        <w:rPr>
          <w:rFonts w:ascii="Courier New" w:hAnsi="Courier New"/>
          <w:color w:val="555555"/>
          <w:sz w:val="20"/>
        </w:rPr>
        <w:t>[6 . 5]</w:t>
      </w:r>
    </w:p>
    <w:p>
      <w:r>
        <w:rPr>
          <w:rFonts w:ascii="Gentium Plus" w:hAnsi="Gentium Plus"/>
          <w:sz w:val="24"/>
        </w:rPr>
        <w:t>σημείωσαι· ἕρκος Ἀχαιῶν] τρισὶ μεταφοραῖς—βοήθεια.</w:t>
      </w:r>
    </w:p>
    <w:p>
      <w:r>
        <w:rPr>
          <w:rFonts w:ascii="Courier New" w:hAnsi="Courier New"/>
          <w:color w:val="555555"/>
          <w:sz w:val="20"/>
        </w:rPr>
        <w:t>[6 . 12]</w:t>
      </w:r>
    </w:p>
    <w:p>
      <w:r>
        <w:rPr>
          <w:rFonts w:ascii="Gentium Plus" w:hAnsi="Gentium Plus"/>
          <w:sz w:val="24"/>
        </w:rPr>
        <w:t>[Ἄξυλον] οἰκεῖον τὸ ὄνομα φιλοξένῳ· Ἄξυλος γὰρ παρὰ τὸ ἄγειν. τινὲς δὲ τὸν ξύλα δαπανῶντα.</w:t>
      </w:r>
    </w:p>
    <w:p>
      <w:r>
        <w:rPr>
          <w:rFonts w:ascii="Courier New" w:hAnsi="Courier New"/>
          <w:color w:val="555555"/>
          <w:sz w:val="20"/>
        </w:rPr>
        <w:t>[6 . 15]</w:t>
      </w:r>
    </w:p>
    <w:p>
      <w:r>
        <w:rPr>
          <w:rFonts w:ascii="Gentium Plus" w:hAnsi="Gentium Plus"/>
          <w:sz w:val="24"/>
        </w:rPr>
        <w:t>** [ὁδῷ ἔπι οἰκία ναίων] παρὰ τῇ ὁδῷ τὰ οἰκήματα ἔχων.</w:t>
      </w:r>
    </w:p>
    <w:p>
      <w:r>
        <w:rPr>
          <w:rFonts w:ascii="Courier New" w:hAnsi="Courier New"/>
          <w:color w:val="555555"/>
          <w:sz w:val="20"/>
        </w:rPr>
        <w:t>[6 . 22]</w:t>
      </w:r>
    </w:p>
    <w:p>
      <w:r>
        <w:rPr>
          <w:rFonts w:ascii="Gentium Plus" w:hAnsi="Gentium Plus"/>
          <w:sz w:val="24"/>
        </w:rPr>
        <w:t>νύμφη] τοῦτο γενικόν ἐστιν ὄνομα. καλοῦνται δὲ αἱ Νύμφαι Ναΐ‐ δες ἐκ τῶν ναμάτων, καὶ ἄλλαι διαφόρως.</w:t>
      </w:r>
    </w:p>
    <w:p>
      <w:r>
        <w:rPr>
          <w:rFonts w:ascii="Courier New" w:hAnsi="Courier New"/>
          <w:color w:val="555555"/>
          <w:sz w:val="20"/>
        </w:rPr>
        <w:t>[6 . 24]</w:t>
      </w:r>
    </w:p>
    <w:p>
      <w:r>
        <w:rPr>
          <w:rFonts w:ascii="Gentium Plus" w:hAnsi="Gentium Plus"/>
          <w:sz w:val="24"/>
        </w:rPr>
        <w:t>σκότιον] 〈τὸν〉 ἐκ λαθραίας μίξεως, τὸν λάθρα γεγενημένον, οὐκ ἐκ τῆς κατὰ τὸν νόμον γαμηθείσης, τὸν ἐξ ἀδᾳδουχήτων γάμων.</w:t>
      </w:r>
    </w:p>
    <w:p>
      <w:r>
        <w:rPr>
          <w:rFonts w:ascii="Courier New" w:hAnsi="Courier New"/>
          <w:color w:val="555555"/>
          <w:sz w:val="20"/>
        </w:rPr>
        <w:t>[6 . 35]</w:t>
      </w:r>
    </w:p>
    <w:p>
      <w:r>
        <w:rPr>
          <w:rFonts w:ascii="Gentium Plus" w:hAnsi="Gentium Plus"/>
          <w:sz w:val="24"/>
        </w:rPr>
        <w:t>Ἀχιλλεὺς ὑπὸ τὸν Τρωϊκὸν πόλεμον—ἡ ἱστορία παρὰ Δημητρίῳ.</w:t>
      </w:r>
    </w:p>
    <w:p>
      <w:r>
        <w:rPr>
          <w:rFonts w:ascii="Courier New" w:hAnsi="Courier New"/>
          <w:color w:val="555555"/>
          <w:sz w:val="20"/>
        </w:rPr>
        <w:t>[6 . 39]</w:t>
      </w:r>
    </w:p>
    <w:p>
      <w:r>
        <w:rPr>
          <w:rFonts w:ascii="Gentium Plus" w:hAnsi="Gentium Plus"/>
          <w:sz w:val="24"/>
        </w:rPr>
        <w:t>ὄζῳ ἔνι βλαφθέντε] ὑπὸ τοῦ ὄζου ἐπισχεθέντες, ὑπὸ τοῦ κλάδου</w:t>
      </w:r>
    </w:p>
    <w:p>
      <w:r>
        <w:rPr>
          <w:rFonts w:ascii="Courier New" w:hAnsi="Courier New"/>
          <w:color w:val="555555"/>
          <w:sz w:val="20"/>
        </w:rPr>
        <w:t>[6 . 48]</w:t>
      </w:r>
    </w:p>
    <w:p>
      <w:r>
        <w:rPr>
          <w:rFonts w:ascii="Gentium Plus" w:hAnsi="Gentium Plus"/>
          <w:sz w:val="24"/>
        </w:rPr>
        <w:t>πολύκμητος] μετὰ πολλοῦ καμάτου γενόμενος ἢ πολὺν κάματον παρεχόμενος.</w:t>
      </w:r>
    </w:p>
    <w:p>
      <w:r>
        <w:rPr>
          <w:rFonts w:ascii="Courier New" w:hAnsi="Courier New"/>
          <w:color w:val="555555"/>
          <w:sz w:val="20"/>
        </w:rPr>
        <w:t>[6 . 64]</w:t>
      </w:r>
    </w:p>
    <w:p>
      <w:r>
        <w:rPr>
          <w:rFonts w:ascii="Gentium Plus" w:hAnsi="Gentium Plus"/>
          <w:sz w:val="24"/>
        </w:rPr>
        <w:t>ἀνετράπετο] ἀνετράπη εἰς τοὐπίσω, ἔπεσεν ὕπτιος.</w:t>
      </w:r>
    </w:p>
    <w:p>
      <w:r>
        <w:rPr>
          <w:rFonts w:ascii="Courier New" w:hAnsi="Courier New"/>
          <w:color w:val="555555"/>
          <w:sz w:val="20"/>
        </w:rPr>
        <w:t>[6 . 68]</w:t>
      </w:r>
    </w:p>
    <w:p>
      <w:r>
        <w:rPr>
          <w:rFonts w:ascii="Gentium Plus" w:hAnsi="Gentium Plus"/>
          <w:sz w:val="24"/>
        </w:rPr>
        <w:t>ἐπιβαλλόμενος] ἐπιθυμῶν—ἐπιθυμῶν.</w:t>
      </w:r>
    </w:p>
    <w:p>
      <w:r>
        <w:rPr>
          <w:rFonts w:ascii="Courier New" w:hAnsi="Courier New"/>
          <w:color w:val="555555"/>
          <w:sz w:val="20"/>
        </w:rPr>
        <w:t>[6 . 78]</w:t>
      </w:r>
    </w:p>
    <w:p>
      <w:r>
        <w:rPr>
          <w:rFonts w:ascii="Gentium Plus" w:hAnsi="Gentium Plus"/>
          <w:sz w:val="24"/>
        </w:rPr>
        <w:t>[ἐγκέκλιται] ἔγκειται ἐν τῇ ἡμετέρᾳ φροντίδι.</w:t>
      </w:r>
    </w:p>
    <w:p>
      <w:r>
        <w:rPr>
          <w:rFonts w:ascii="Courier New" w:hAnsi="Courier New"/>
          <w:color w:val="555555"/>
          <w:sz w:val="20"/>
        </w:rPr>
        <w:t>[6 . 79]</w:t>
      </w:r>
    </w:p>
    <w:p>
      <w:r>
        <w:rPr>
          <w:rFonts w:ascii="Gentium Plus" w:hAnsi="Gentium Plus"/>
          <w:sz w:val="24"/>
        </w:rPr>
        <w:t>[πᾶσαν ἐπ’ ἰθύν] κατὰ πάντα τὰ μέρη τῆς μάχης καὶ τῆς φρο‐ νήσεως ὑμεῖς διαφέρετε.</w:t>
      </w:r>
    </w:p>
    <w:p>
      <w:r>
        <w:rPr>
          <w:rFonts w:ascii="Courier New" w:hAnsi="Courier New"/>
          <w:color w:val="555555"/>
          <w:sz w:val="20"/>
        </w:rPr>
        <w:t>[6 . 92]</w:t>
      </w:r>
    </w:p>
    <w:p>
      <w:r>
        <w:rPr>
          <w:rFonts w:ascii="Gentium Plus" w:hAnsi="Gentium Plus"/>
          <w:sz w:val="24"/>
        </w:rPr>
        <w:t>ἐπὶ γούνασιν] ἀντὶ τοῦ παρὰ τοῖς γόνασι, παρὰ τοὺς πόδας· ὀρ‐ θὸν γὰρ τὸ Παλλάδιον.</w:t>
      </w:r>
    </w:p>
    <w:p>
      <w:r>
        <w:rPr>
          <w:rFonts w:ascii="Courier New" w:hAnsi="Courier New"/>
          <w:color w:val="555555"/>
          <w:sz w:val="20"/>
        </w:rPr>
        <w:t>[6 . 97]</w:t>
      </w:r>
    </w:p>
    <w:p>
      <w:r>
        <w:rPr>
          <w:rFonts w:ascii="Gentium Plus" w:hAnsi="Gentium Plus"/>
          <w:sz w:val="24"/>
        </w:rPr>
        <w:t>ἄγριον αἰχμητὴν] ἄγριον ἐν τῷ αἰχμάζειν. ὑφ’ ἓν ἀμφότερα. λέ‐ γει δὲ χαλεπὸν ἐν τῷ μάχεσθαι.</w:t>
      </w:r>
    </w:p>
    <w:p>
      <w:r>
        <w:rPr>
          <w:rFonts w:ascii="Courier New" w:hAnsi="Courier New"/>
          <w:color w:val="555555"/>
          <w:sz w:val="20"/>
        </w:rPr>
        <w:t>[6 . 125]</w:t>
      </w:r>
    </w:p>
    <w:p>
      <w:r>
        <w:rPr>
          <w:rFonts w:ascii="Gentium Plus" w:hAnsi="Gentium Plus"/>
          <w:sz w:val="24"/>
        </w:rPr>
        <w:t>προβέβηκας] προελήλυθας, ὑπερεμάχησας, ὑπερβέβηκας.</w:t>
      </w:r>
    </w:p>
    <w:p>
      <w:r>
        <w:rPr>
          <w:rFonts w:ascii="Courier New" w:hAnsi="Courier New"/>
          <w:color w:val="555555"/>
          <w:sz w:val="20"/>
        </w:rPr>
        <w:t>[6 . 130]</w:t>
      </w:r>
    </w:p>
    <w:p>
      <w:r>
        <w:rPr>
          <w:rFonts w:ascii="Gentium Plus" w:hAnsi="Gentium Plus"/>
          <w:sz w:val="24"/>
        </w:rPr>
        <w:t>οὐδὲ γὰρ οὐδὲ Δρύαντος] Διόνυσος ὁ Διὸς καὶ Σεμέλης— πεποιηκὼς Εὔμηλος.</w:t>
      </w:r>
    </w:p>
    <w:p>
      <w:r>
        <w:rPr>
          <w:rFonts w:ascii="Courier New" w:hAnsi="Courier New"/>
          <w:color w:val="555555"/>
          <w:sz w:val="20"/>
        </w:rPr>
        <w:t>[6 . 132]</w:t>
      </w:r>
    </w:p>
    <w:p>
      <w:r>
        <w:rPr>
          <w:rFonts w:ascii="Gentium Plus" w:hAnsi="Gentium Plus"/>
          <w:sz w:val="24"/>
        </w:rPr>
        <w:t>μαινομένοιο] μανιοποιοῦ διὰ τὴν μέθην, ὡς τὸ «χλωρὸν δέος» τὸ χλωροποιόν.</w:t>
      </w:r>
    </w:p>
    <w:p>
      <w:r>
        <w:rPr>
          <w:rFonts w:ascii="Courier New" w:hAnsi="Courier New"/>
          <w:color w:val="555555"/>
          <w:sz w:val="20"/>
        </w:rPr>
        <w:t>[6 . 133]</w:t>
      </w:r>
    </w:p>
    <w:p>
      <w:r>
        <w:rPr>
          <w:rFonts w:ascii="Gentium Plus" w:hAnsi="Gentium Plus"/>
          <w:sz w:val="24"/>
        </w:rPr>
        <w:t>σημείωσαι· Νυσήϊον] ἐν ἄλλοις—τὰ περὶ τὴν Λυ‐ κούργου δίωξιν ἐγένοντο.</w:t>
      </w:r>
    </w:p>
    <w:p>
      <w:r>
        <w:rPr>
          <w:rFonts w:ascii="Courier New" w:hAnsi="Courier New"/>
          <w:color w:val="555555"/>
          <w:sz w:val="20"/>
        </w:rPr>
        <w:t>[6 . 134]</w:t>
      </w:r>
    </w:p>
    <w:p>
      <w:r>
        <w:rPr>
          <w:rFonts w:ascii="Gentium Plus" w:hAnsi="Gentium Plus"/>
          <w:sz w:val="24"/>
        </w:rPr>
        <w:t>θύσθλα] οἱ μὲν τοὺς κλάδους, οἱ δὲ τοὺς θύρσους— τελετήν.</w:t>
      </w:r>
    </w:p>
    <w:p>
      <w:r>
        <w:rPr>
          <w:rFonts w:ascii="Courier New" w:hAnsi="Courier New"/>
          <w:color w:val="555555"/>
          <w:sz w:val="20"/>
        </w:rPr>
        <w:t>[6 . 150]</w:t>
      </w:r>
    </w:p>
    <w:p>
      <w:r>
        <w:rPr>
          <w:rFonts w:ascii="Gentium Plus" w:hAnsi="Gentium Plus"/>
          <w:sz w:val="24"/>
        </w:rPr>
        <w:t>ἔνθα δὲ Σίσυφος] Διὸς τὴν Ἀσωποῦ—παρὰ Φερε‐</w:t>
      </w:r>
    </w:p>
    <w:p>
      <w:r>
        <w:rPr>
          <w:rFonts w:ascii="Courier New" w:hAnsi="Courier New"/>
          <w:color w:val="555555"/>
          <w:sz w:val="20"/>
        </w:rPr>
        <w:t>[6 . 194]</w:t>
      </w:r>
    </w:p>
    <w:p>
      <w:r>
        <w:rPr>
          <w:rFonts w:ascii="Gentium Plus" w:hAnsi="Gentium Plus"/>
          <w:sz w:val="24"/>
        </w:rPr>
        <w:t>τέμενος] ἀποτετμημένη γῆ κατὰ τιμὴν.</w:t>
      </w:r>
    </w:p>
    <w:p>
      <w:r>
        <w:rPr>
          <w:rFonts w:ascii="Courier New" w:hAnsi="Courier New"/>
          <w:color w:val="555555"/>
          <w:sz w:val="20"/>
        </w:rPr>
        <w:t>[6 . 195]</w:t>
      </w:r>
    </w:p>
    <w:p>
      <w:r>
        <w:rPr>
          <w:rFonts w:ascii="Gentium Plus" w:hAnsi="Gentium Plus"/>
          <w:sz w:val="24"/>
        </w:rPr>
        <w:t>[φυταλιῆς] δενδροφόρου γῆς ἢ ἀμπελοφόρου.</w:t>
      </w:r>
    </w:p>
    <w:p>
      <w:r>
        <w:rPr>
          <w:rFonts w:ascii="Courier New" w:hAnsi="Courier New"/>
          <w:color w:val="555555"/>
          <w:sz w:val="20"/>
        </w:rPr>
        <w:t>[6 . 201]</w:t>
      </w:r>
    </w:p>
    <w:p>
      <w:r>
        <w:rPr>
          <w:rFonts w:ascii="Gentium Plus" w:hAnsi="Gentium Plus"/>
          <w:sz w:val="24"/>
        </w:rPr>
        <w:t>[τὸ Ἀλήϊον] ἄλλως· οὕτω πεδίον τῆς Λυκίας καλούμενον ἀπὸ τῆς τοῦ Βελλεροφόντου ἄλης, τουτέστι πλάνης.</w:t>
      </w:r>
    </w:p>
    <w:p>
      <w:r>
        <w:rPr>
          <w:rFonts w:ascii="Courier New" w:hAnsi="Courier New"/>
          <w:color w:val="555555"/>
          <w:sz w:val="20"/>
        </w:rPr>
        <w:t>[6 . 205]</w:t>
      </w:r>
    </w:p>
    <w:p>
      <w:r>
        <w:rPr>
          <w:rFonts w:ascii="Gentium Plus" w:hAnsi="Gentium Plus"/>
          <w:sz w:val="24"/>
        </w:rPr>
        <w:t>χρυσήνιος] χρυσᾶς ἡνίας ἔχουσα, ὡς ἐφ’ ἅρματος ὀχουμένη.</w:t>
      </w:r>
    </w:p>
    <w:p>
      <w:r>
        <w:rPr>
          <w:rFonts w:ascii="Courier New" w:hAnsi="Courier New"/>
          <w:color w:val="555555"/>
          <w:sz w:val="20"/>
        </w:rPr>
        <w:t>[6 . 233]</w:t>
      </w:r>
    </w:p>
    <w:p>
      <w:r>
        <w:rPr>
          <w:rFonts w:ascii="Gentium Plus" w:hAnsi="Gentium Plus"/>
          <w:sz w:val="24"/>
        </w:rPr>
        <w:t>[καὶ πιστώσαντο] καὶ συνθήκας ἐποίησαν.</w:t>
      </w:r>
    </w:p>
    <w:p>
      <w:r>
        <w:rPr>
          <w:rFonts w:ascii="Courier New" w:hAnsi="Courier New"/>
          <w:color w:val="555555"/>
          <w:sz w:val="20"/>
        </w:rPr>
        <w:t>[6 . 236]</w:t>
      </w:r>
    </w:p>
    <w:p>
      <w:r>
        <w:rPr>
          <w:rFonts w:ascii="Gentium Plus" w:hAnsi="Gentium Plus"/>
          <w:sz w:val="24"/>
        </w:rPr>
        <w:t>ἑκατόμβοια] ἑκατὸν—ἀλφεσίβοιαι.» ἐννεαβοίων] ἐννέα βοῶν—δεκαβοίων.</w:t>
      </w:r>
    </w:p>
    <w:p>
      <w:r>
        <w:rPr>
          <w:rFonts w:ascii="Courier New" w:hAnsi="Courier New"/>
          <w:color w:val="555555"/>
          <w:sz w:val="20"/>
        </w:rPr>
        <w:t>[6 . 243]</w:t>
      </w:r>
    </w:p>
    <w:p>
      <w:r>
        <w:rPr>
          <w:rFonts w:ascii="Gentium Plus" w:hAnsi="Gentium Plus"/>
          <w:sz w:val="24"/>
        </w:rPr>
        <w:t>[ξεστῇσι] εὖ ἐξεσμέναις, εὖ κατεσκευασμέναις. [αἰθούσῃσι] 〈στοαῖσ〉 καταλαμπομέναις ἢ αἰθούσαις, διὰ τὸ αἴθεσθαι —βολήν.</w:t>
      </w:r>
    </w:p>
    <w:p>
      <w:r>
        <w:rPr>
          <w:rFonts w:ascii="Courier New" w:hAnsi="Courier New"/>
          <w:color w:val="555555"/>
          <w:sz w:val="20"/>
        </w:rPr>
        <w:t>[6 . 245]</w:t>
      </w:r>
    </w:p>
    <w:p>
      <w:r>
        <w:rPr>
          <w:rFonts w:ascii="Gentium Plus" w:hAnsi="Gentium Plus"/>
          <w:sz w:val="24"/>
        </w:rPr>
        <w:t>[δεδμημένοι] ᾠκοδομημένοι. σημαίνει δὲ καὶ 〈τὸ〉 δεδαμασ‐ μένοι.</w:t>
      </w:r>
    </w:p>
    <w:p>
      <w:r>
        <w:rPr>
          <w:rFonts w:ascii="Courier New" w:hAnsi="Courier New"/>
          <w:color w:val="555555"/>
          <w:sz w:val="20"/>
        </w:rPr>
        <w:t>[6 . 246]</w:t>
      </w:r>
    </w:p>
    <w:p>
      <w:r>
        <w:rPr>
          <w:rFonts w:ascii="Gentium Plus" w:hAnsi="Gentium Plus"/>
          <w:sz w:val="24"/>
        </w:rPr>
        <w:t>μνηστῇσι] ταῖς μεμνηστευμέναις φησὶ, ταῖς ἐκ μνηστείας γε‐ γαμημέναις.</w:t>
      </w:r>
    </w:p>
    <w:p>
      <w:r>
        <w:rPr>
          <w:rFonts w:ascii="Courier New" w:hAnsi="Courier New"/>
          <w:color w:val="555555"/>
          <w:sz w:val="20"/>
        </w:rPr>
        <w:t>[6 . 247]</w:t>
      </w:r>
    </w:p>
    <w:p>
      <w:r>
        <w:rPr>
          <w:rFonts w:ascii="Gentium Plus" w:hAnsi="Gentium Plus"/>
          <w:sz w:val="24"/>
        </w:rPr>
        <w:t>ἔκφρασις.</w:t>
      </w:r>
    </w:p>
    <w:p>
      <w:r>
        <w:rPr>
          <w:rFonts w:ascii="Courier New" w:hAnsi="Courier New"/>
          <w:color w:val="555555"/>
          <w:sz w:val="20"/>
        </w:rPr>
        <w:t>[6 . 251]</w:t>
      </w:r>
    </w:p>
    <w:p>
      <w:r>
        <w:rPr>
          <w:rFonts w:ascii="Gentium Plus" w:hAnsi="Gentium Plus"/>
          <w:sz w:val="24"/>
        </w:rPr>
        <w:t>[ἠπιόδωρος] ἤπια καὶ πρᾷα, τουτέστι πραϋντικὰ, δωρουμένη κατὰ τὴν παιδοτροφίαν ἢ λαβοῦσα, ὡς πολύδωρος.</w:t>
      </w:r>
    </w:p>
    <w:p>
      <w:r>
        <w:rPr>
          <w:rFonts w:ascii="Courier New" w:hAnsi="Courier New"/>
          <w:color w:val="555555"/>
          <w:sz w:val="20"/>
        </w:rPr>
        <w:t>[6 . 252]</w:t>
      </w:r>
    </w:p>
    <w:p>
      <w:r>
        <w:rPr>
          <w:rFonts w:ascii="Gentium Plus" w:hAnsi="Gentium Plus"/>
          <w:sz w:val="24"/>
        </w:rPr>
        <w:t>[Λαοδίκην ἐσάγουσα] ἀντὶ τοῦ πρὸς Λαοδίκην πορευομένη· ἔτυχε γὰρ πρὸς αὐτὴν εἰσελθεῖν βουλομένη.</w:t>
      </w:r>
    </w:p>
    <w:p>
      <w:r>
        <w:rPr>
          <w:rFonts w:ascii="Courier New" w:hAnsi="Courier New"/>
          <w:color w:val="555555"/>
          <w:sz w:val="20"/>
        </w:rPr>
        <w:t>[6 . 265]</w:t>
      </w:r>
    </w:p>
    <w:p>
      <w:r>
        <w:rPr>
          <w:rFonts w:ascii="Gentium Plus" w:hAnsi="Gentium Plus"/>
          <w:sz w:val="24"/>
        </w:rPr>
        <w:t>** [μή μ’ ἀπογυιώσῃς] σημειωτέον ὅτι ὁ οἶνος ἄνευ τῆς τροφῆς βλαπτικός. ** [μή μ’ ἀπογυιώσῃς] ὁ γὰρ μετὰ τὸν πόνον οἶνος ὠφέλιμος, ὁ δὲ πρὸ τοῦ πόνου ἐπιβλαβής.</w:t>
      </w:r>
    </w:p>
    <w:p>
      <w:r>
        <w:rPr>
          <w:rFonts w:ascii="Courier New" w:hAnsi="Courier New"/>
          <w:color w:val="555555"/>
          <w:sz w:val="20"/>
        </w:rPr>
        <w:t>[6 260-265]</w:t>
      </w:r>
    </w:p>
    <w:p>
      <w:r>
        <w:rPr>
          <w:rFonts w:ascii="Gentium Plus" w:hAnsi="Gentium Plus"/>
          <w:sz w:val="24"/>
        </w:rPr>
        <w:t>ὅθεν καὶ ἐπιδέχεται πολλάκις—πολεμίζει καὶ</w:t>
      </w:r>
    </w:p>
    <w:p>
      <w:r>
        <w:rPr>
          <w:rFonts w:ascii="Courier New" w:hAnsi="Courier New"/>
          <w:color w:val="555555"/>
          <w:sz w:val="20"/>
        </w:rPr>
        <w:t>[5]</w:t>
      </w:r>
    </w:p>
    <w:p>
      <w:r>
        <w:rPr>
          <w:rFonts w:ascii="Gentium Plus" w:hAnsi="Gentium Plus"/>
          <w:sz w:val="24"/>
        </w:rPr>
        <w:t>πτοισι—εὐχετάασθαι· μή μ’ ἀπογυιώσῃς, μένεος— λάθωμαι» ἵνα ὡς μὴ καθαρὸς—ὥστε μὴ κεῖσθαι ἐναντία.</w:t>
      </w:r>
    </w:p>
    <w:p>
      <w:r>
        <w:rPr>
          <w:rFonts w:ascii="Courier New" w:hAnsi="Courier New"/>
          <w:color w:val="555555"/>
          <w:sz w:val="20"/>
        </w:rPr>
        <w:t>[6 . 268]</w:t>
      </w:r>
    </w:p>
    <w:p>
      <w:r>
        <w:rPr>
          <w:rFonts w:ascii="Gentium Plus" w:hAnsi="Gentium Plus"/>
          <w:sz w:val="24"/>
        </w:rPr>
        <w:t>λύθρῳ] τῷ μετὰ κονιορτοῦ αἵματι, ἢ ἱδρῶτί τινι μεθ’ αἵματος καὶ κονιορτοῦ</w:t>
      </w:r>
    </w:p>
    <w:p>
      <w:r>
        <w:rPr>
          <w:rFonts w:ascii="Courier New" w:hAnsi="Courier New"/>
          <w:color w:val="555555"/>
          <w:sz w:val="20"/>
        </w:rPr>
        <w:t>[6 . 282]</w:t>
      </w:r>
    </w:p>
    <w:p>
      <w:r>
        <w:rPr>
          <w:rFonts w:ascii="Gentium Plus" w:hAnsi="Gentium Plus"/>
          <w:sz w:val="24"/>
        </w:rPr>
        <w:t>γαῖα χάνοι] 〈διασταίη〉 ἡ γῆ—ἡ γῆ.</w:t>
      </w:r>
    </w:p>
    <w:p>
      <w:r>
        <w:rPr>
          <w:rFonts w:ascii="Courier New" w:hAnsi="Courier New"/>
          <w:color w:val="555555"/>
          <w:sz w:val="20"/>
        </w:rPr>
        <w:t>[6 . 285]</w:t>
      </w:r>
    </w:p>
    <w:p>
      <w:r>
        <w:rPr>
          <w:rFonts w:ascii="Gentium Plus" w:hAnsi="Gentium Plus"/>
          <w:sz w:val="24"/>
        </w:rPr>
        <w:t>ὀϊζύος] μόχθου καὶ κακοπαθείας· «εἰ θεασαίμην αὐτὸν νεκρὸν, ὑπολάβοιμι ἂν κατὰ φρένα—μισεῖται. ἄλλως· ἤτοι τὴν ἐμὴν φρένα—πάσης ταλαιπωρίας ἀτέρ‐ που.</w:t>
      </w:r>
    </w:p>
    <w:p>
      <w:r>
        <w:rPr>
          <w:rFonts w:ascii="Courier New" w:hAnsi="Courier New"/>
          <w:color w:val="555555"/>
          <w:sz w:val="20"/>
        </w:rPr>
        <w:t>[6 . 288]</w:t>
      </w:r>
    </w:p>
    <w:p>
      <w:r>
        <w:rPr>
          <w:rFonts w:ascii="Gentium Plus" w:hAnsi="Gentium Plus"/>
          <w:sz w:val="24"/>
        </w:rPr>
        <w:t>«ἡ δ’ εἰς οἶκον ἰοῦσα παρίστατο φωριαμοῖσιν». Gen. II: αὕτη 〈δ’ εἰς οἶκον〉 πορευθεῖσα παρέστη τοῖς κιβωτοῖς. ἐς θάλαμον 〈κατεβήσετο〉 κηώεντα] εἰς τὸν θάλαμον τὸν τεθυμια‐</w:t>
      </w:r>
    </w:p>
    <w:p>
      <w:r>
        <w:rPr>
          <w:rFonts w:ascii="Courier New" w:hAnsi="Courier New"/>
          <w:color w:val="555555"/>
          <w:sz w:val="20"/>
        </w:rPr>
        <w:t>[5]</w:t>
      </w:r>
    </w:p>
    <w:p>
      <w:r>
        <w:rPr>
          <w:rFonts w:ascii="Gentium Plus" w:hAnsi="Gentium Plus"/>
          <w:sz w:val="24"/>
        </w:rPr>
        <w:t>σμένον. εἴρηται δὲ—θυμιάματα.</w:t>
      </w:r>
    </w:p>
    <w:p>
      <w:r>
        <w:rPr>
          <w:rFonts w:ascii="Courier New" w:hAnsi="Courier New"/>
          <w:color w:val="555555"/>
          <w:sz w:val="20"/>
        </w:rPr>
        <w:t>[6 . 291]</w:t>
      </w:r>
    </w:p>
    <w:p>
      <w:r>
        <w:rPr>
          <w:rFonts w:ascii="Gentium Plus" w:hAnsi="Gentium Plus"/>
          <w:sz w:val="24"/>
        </w:rPr>
        <w:t>[ἤγαγε Σιδονίηθεν] παριὼν οὖν διὰ τῆς Σιδόνος κἀκεῖθεν γυ‐</w:t>
      </w:r>
    </w:p>
    <w:p>
      <w:r>
        <w:rPr>
          <w:rFonts w:ascii="Courier New" w:hAnsi="Courier New"/>
          <w:color w:val="555555"/>
          <w:sz w:val="20"/>
        </w:rPr>
        <w:t>[6 . 292]</w:t>
      </w:r>
    </w:p>
    <w:p>
      <w:r>
        <w:rPr>
          <w:rFonts w:ascii="Gentium Plus" w:hAnsi="Gentium Plus"/>
          <w:sz w:val="24"/>
        </w:rPr>
        <w:t>ἀνήγαγεν] τὸν εἰς τὴν Ἴλιον πλοῦν ἀνάπλουν καὶ ἀναγωγὴν εἴρηκεν ὁ ποιητής. εὐπατέρειαν] ἔνδοξον κατὰ πατέρα Διὸς γὰρ ἦν θυγάτηρ ἡ Ἑλένη.</w:t>
      </w:r>
    </w:p>
    <w:p>
      <w:r>
        <w:rPr>
          <w:rFonts w:ascii="Courier New" w:hAnsi="Courier New"/>
          <w:color w:val="555555"/>
          <w:sz w:val="20"/>
        </w:rPr>
        <w:t>[6 . 301]</w:t>
      </w:r>
    </w:p>
    <w:p>
      <w:r>
        <w:rPr>
          <w:rFonts w:ascii="Gentium Plus" w:hAnsi="Gentium Plus"/>
          <w:sz w:val="24"/>
        </w:rPr>
        <w:t>ὀλολυγῇ] μετὰ ὀλολυγμοῦ. φωνὴ δὲ αὕτη γυναικῶν εὐχομένων θεοῖς.</w:t>
      </w:r>
    </w:p>
    <w:p>
      <w:r>
        <w:rPr>
          <w:rFonts w:ascii="Courier New" w:hAnsi="Courier New"/>
          <w:color w:val="555555"/>
          <w:sz w:val="20"/>
        </w:rPr>
        <w:t>[6 . 305]</w:t>
      </w:r>
    </w:p>
    <w:p>
      <w:r>
        <w:rPr>
          <w:rFonts w:ascii="Gentium Plus" w:hAnsi="Gentium Plus"/>
          <w:sz w:val="24"/>
        </w:rPr>
        <w:t>[ἐρυσίπτολι] φυλάσσουσα τὴν πόλιν· εἴρυσθαι γάρ ἐστι τὸ φυ‐ λάττειν.</w:t>
      </w:r>
    </w:p>
    <w:p>
      <w:r>
        <w:rPr>
          <w:rFonts w:ascii="Courier New" w:hAnsi="Courier New"/>
          <w:color w:val="555555"/>
          <w:sz w:val="20"/>
        </w:rPr>
        <w:t>[6 . 320]</w:t>
      </w:r>
    </w:p>
    <w:p>
      <w:r>
        <w:rPr>
          <w:rFonts w:ascii="Gentium Plus" w:hAnsi="Gentium Plus"/>
          <w:sz w:val="24"/>
        </w:rPr>
        <w:t>[πόρκης] ἄλλως· ὁ κρίκος—δόρατος.</w:t>
      </w:r>
    </w:p>
    <w:p>
      <w:r>
        <w:rPr>
          <w:rFonts w:ascii="Courier New" w:hAnsi="Courier New"/>
          <w:color w:val="555555"/>
          <w:sz w:val="20"/>
        </w:rPr>
        <w:t>[6 . 326]</w:t>
      </w:r>
    </w:p>
    <w:p>
      <w:r>
        <w:rPr>
          <w:rFonts w:ascii="Gentium Plus" w:hAnsi="Gentium Plus"/>
          <w:sz w:val="24"/>
        </w:rPr>
        <w:t>[οὐ μὲν καλὰ χόλον] ἤτοι οὐ καλῶς νῦν—ἔχεις οὐδὲ ἐν καιρῷ ταύτην ποιῇ.</w:t>
      </w:r>
    </w:p>
    <w:p>
      <w:r>
        <w:rPr>
          <w:rFonts w:ascii="Courier New" w:hAnsi="Courier New"/>
          <w:color w:val="555555"/>
          <w:sz w:val="20"/>
        </w:rPr>
        <w:t>[6 . 331]</w:t>
      </w:r>
    </w:p>
    <w:p>
      <w:r>
        <w:rPr>
          <w:rFonts w:ascii="Gentium Plus" w:hAnsi="Gentium Plus"/>
          <w:sz w:val="24"/>
        </w:rPr>
        <w:t>θέρηται] θερμαίνῃ· νῦν δὲ ἀντὶ τοῦ καίηται.</w:t>
      </w:r>
    </w:p>
    <w:p>
      <w:r>
        <w:rPr>
          <w:rFonts w:ascii="Courier New" w:hAnsi="Courier New"/>
          <w:color w:val="555555"/>
          <w:sz w:val="20"/>
        </w:rPr>
        <w:t>[6 . 335]</w:t>
      </w:r>
    </w:p>
    <w:p>
      <w:r>
        <w:rPr>
          <w:rFonts w:ascii="Gentium Plus" w:hAnsi="Gentium Plus"/>
          <w:sz w:val="24"/>
        </w:rPr>
        <w:t>[νεμέσσει] μέμψει .... μεμφόμενος ἢ ἐγκαλῶν.</w:t>
      </w:r>
    </w:p>
    <w:p>
      <w:r>
        <w:rPr>
          <w:rFonts w:ascii="Courier New" w:hAnsi="Courier New"/>
          <w:color w:val="555555"/>
          <w:sz w:val="20"/>
        </w:rPr>
        <w:t>[6 . 339]</w:t>
      </w:r>
    </w:p>
    <w:p>
      <w:r>
        <w:rPr>
          <w:rFonts w:ascii="Gentium Plus" w:hAnsi="Gentium Plus"/>
          <w:sz w:val="24"/>
        </w:rPr>
        <w:t>ἐπαμείβεται] ἐξ ἀμοιβῆς παραγίνεται, ἐναλλὰξ πρὸς ἄλλον καὶ ἄλλον χωρεῖ.</w:t>
      </w:r>
    </w:p>
    <w:p>
      <w:r>
        <w:rPr>
          <w:rFonts w:ascii="Courier New" w:hAnsi="Courier New"/>
          <w:color w:val="555555"/>
          <w:sz w:val="20"/>
        </w:rPr>
        <w:t>[6 . 344]</w:t>
      </w:r>
    </w:p>
    <w:p>
      <w:r>
        <w:rPr>
          <w:rFonts w:ascii="Gentium Plus" w:hAnsi="Gentium Plus"/>
          <w:sz w:val="24"/>
        </w:rPr>
        <w:t>ὀκρυοέσσης] τραχείας—ταλαιπώρου.</w:t>
      </w:r>
    </w:p>
    <w:p>
      <w:r>
        <w:rPr>
          <w:rFonts w:ascii="Courier New" w:hAnsi="Courier New"/>
          <w:color w:val="555555"/>
          <w:sz w:val="20"/>
        </w:rPr>
        <w:t>[6 . 349]</w:t>
      </w:r>
    </w:p>
    <w:p>
      <w:r>
        <w:rPr>
          <w:rFonts w:ascii="Gentium Plus" w:hAnsi="Gentium Plus"/>
          <w:sz w:val="24"/>
        </w:rPr>
        <w:t>τεκμήραντο] ἐβουλεύσαντο ἢ ἐτελειώσαντο ἢ εἰς τέλος ἤγαγον.</w:t>
      </w:r>
    </w:p>
    <w:p>
      <w:r>
        <w:rPr>
          <w:rFonts w:ascii="Courier New" w:hAnsi="Courier New"/>
          <w:color w:val="555555"/>
          <w:sz w:val="20"/>
        </w:rPr>
        <w:t>[6 . 353]</w:t>
      </w:r>
    </w:p>
    <w:p>
      <w:r>
        <w:rPr>
          <w:rFonts w:ascii="Gentium Plus" w:hAnsi="Gentium Plus"/>
          <w:sz w:val="24"/>
        </w:rPr>
        <w:t>ἐπαυρήσεσθαι] ἐπιτυχεῖν ἢ ἀπολαῦσαι ἢ μεταλήψεσθαι.</w:t>
      </w:r>
    </w:p>
    <w:p>
      <w:r>
        <w:rPr>
          <w:rFonts w:ascii="Courier New" w:hAnsi="Courier New"/>
          <w:color w:val="555555"/>
          <w:sz w:val="20"/>
        </w:rPr>
        <w:t>[6 . 358]</w:t>
      </w:r>
    </w:p>
    <w:p>
      <w:r>
        <w:rPr>
          <w:rFonts w:ascii="Gentium Plus" w:hAnsi="Gentium Plus"/>
          <w:sz w:val="24"/>
        </w:rPr>
        <w:t>ἀοίδιμοι] μετ’ ᾠδῆς μνημονευόμενοι, διαβόητοι, οἷον ἀειδόμενοι καὶ θαυμαζόμενοι.</w:t>
      </w:r>
    </w:p>
    <w:p>
      <w:r>
        <w:rPr>
          <w:rFonts w:ascii="Courier New" w:hAnsi="Courier New"/>
          <w:color w:val="555555"/>
          <w:sz w:val="20"/>
        </w:rPr>
        <w:t>[6 . 366]</w:t>
      </w:r>
    </w:p>
    <w:p>
      <w:r>
        <w:rPr>
          <w:rFonts w:ascii="Gentium Plus" w:hAnsi="Gentium Plus"/>
          <w:sz w:val="24"/>
        </w:rPr>
        <w:t>οἰκῆας] νῦν ἀντὶ τοῦ οἰκείους, τοὺς κατὰ τὴν οἰκίαν.</w:t>
      </w:r>
    </w:p>
    <w:p>
      <w:r>
        <w:rPr>
          <w:rFonts w:ascii="Courier New" w:hAnsi="Courier New"/>
          <w:color w:val="555555"/>
          <w:sz w:val="20"/>
        </w:rPr>
        <w:t>[6 . 367]</w:t>
      </w:r>
    </w:p>
    <w:p>
      <w:r>
        <w:rPr>
          <w:rFonts w:ascii="Gentium Plus" w:hAnsi="Gentium Plus"/>
          <w:sz w:val="24"/>
        </w:rPr>
        <w:t>ὑπότροπος] ἐξ ὑποστροφῆς ἀνεληλυθώς. [γαλόων] ἀνδρὸς ἀδελφῶν, ὁμοίως δὲ 〈ἡ〉 γυναικὸς ἀδελφὴ γάλως λέγεται.</w:t>
      </w:r>
    </w:p>
    <w:p>
      <w:r>
        <w:rPr>
          <w:rFonts w:ascii="Courier New" w:hAnsi="Courier New"/>
          <w:color w:val="555555"/>
          <w:sz w:val="20"/>
        </w:rPr>
        <w:t>[6 . 378]</w:t>
      </w:r>
    </w:p>
    <w:p>
      <w:r>
        <w:rPr>
          <w:rFonts w:ascii="Gentium Plus" w:hAnsi="Gentium Plus"/>
          <w:sz w:val="24"/>
        </w:rPr>
        <w:t>[εἰνατέρων] ἄλλως· εἰνάτερες καλοῦνται αἱ τῶν ἀδελφῶν γυ‐</w:t>
      </w:r>
    </w:p>
    <w:p>
      <w:r>
        <w:rPr>
          <w:rFonts w:ascii="Courier New" w:hAnsi="Courier New"/>
          <w:color w:val="555555"/>
          <w:sz w:val="20"/>
        </w:rPr>
        <w:t>[6 . 391]</w:t>
      </w:r>
    </w:p>
    <w:p>
      <w:r>
        <w:rPr>
          <w:rFonts w:ascii="Gentium Plus" w:hAnsi="Gentium Plus"/>
          <w:sz w:val="24"/>
        </w:rPr>
        <w:t>ὁδὸν] βατῆρα, βαθμόν. σημαίνει δὲ καὶ τὴν στράταν.</w:t>
      </w:r>
    </w:p>
    <w:p>
      <w:r>
        <w:rPr>
          <w:rFonts w:ascii="Courier New" w:hAnsi="Courier New"/>
          <w:color w:val="555555"/>
          <w:sz w:val="20"/>
        </w:rPr>
        <w:t>[6 . 394]</w:t>
      </w:r>
    </w:p>
    <w:p>
      <w:r>
        <w:rPr>
          <w:rFonts w:ascii="Gentium Plus" w:hAnsi="Gentium Plus"/>
          <w:sz w:val="24"/>
        </w:rPr>
        <w:t>[πολύδωρος] ἄλλως· ἡ πολλὰ δῶρα λαβοῦσα παρὰ τοῦ μνη‐ στευσαμένου.</w:t>
      </w:r>
    </w:p>
    <w:p>
      <w:r>
        <w:rPr>
          <w:rFonts w:ascii="Courier New" w:hAnsi="Courier New"/>
          <w:color w:val="555555"/>
          <w:sz w:val="20"/>
        </w:rPr>
        <w:t>[6 . 396]</w:t>
      </w:r>
    </w:p>
    <w:p>
      <w:r>
        <w:rPr>
          <w:rFonts w:ascii="Gentium Plus" w:hAnsi="Gentium Plus"/>
          <w:sz w:val="24"/>
        </w:rPr>
        <w:t>ὑληέσσῃ] ὕλην—ὑληέσσῃ.</w:t>
      </w:r>
    </w:p>
    <w:p>
      <w:r>
        <w:rPr>
          <w:rFonts w:ascii="Courier New" w:hAnsi="Courier New"/>
          <w:color w:val="555555"/>
          <w:sz w:val="20"/>
        </w:rPr>
        <w:t>[6 . 397]</w:t>
      </w:r>
    </w:p>
    <w:p>
      <w:r>
        <w:rPr>
          <w:rFonts w:ascii="Gentium Plus" w:hAnsi="Gentium Plus"/>
          <w:sz w:val="24"/>
        </w:rPr>
        <w:t>Ὑποπλακίῃ] ὑπὸ Πλάκῳ, ὄρει τῆς Κιλικίας. Κιλίκεσσι] Κίλικας λέγει τοὺς τὰς Ὑποπλακίους Θήβας οἰκοῦντας.</w:t>
      </w:r>
    </w:p>
    <w:p>
      <w:r>
        <w:rPr>
          <w:rFonts w:ascii="Courier New" w:hAnsi="Courier New"/>
          <w:color w:val="555555"/>
          <w:sz w:val="20"/>
        </w:rPr>
        <w:t>[6 . 408]</w:t>
      </w:r>
    </w:p>
    <w:p>
      <w:r>
        <w:rPr>
          <w:rFonts w:ascii="Gentium Plus" w:hAnsi="Gentium Plus"/>
          <w:sz w:val="24"/>
        </w:rPr>
        <w:t>χήρη] ἔρημος. ἰδίως δὲ τάσσεται ἐπὶ τῆς τὸν ἄνδρα ἀποβε‐ βληκυίας, ἀνάνδρου.</w:t>
      </w:r>
    </w:p>
    <w:p>
      <w:r>
        <w:rPr>
          <w:rFonts w:ascii="Courier New" w:hAnsi="Courier New"/>
          <w:color w:val="555555"/>
          <w:sz w:val="20"/>
        </w:rPr>
        <w:t>[6 . 424]</w:t>
      </w:r>
    </w:p>
    <w:p>
      <w:r>
        <w:rPr>
          <w:rFonts w:ascii="Gentium Plus" w:hAnsi="Gentium Plus"/>
          <w:sz w:val="24"/>
        </w:rPr>
        <w:t>[εἰλιπόδεσσι] εἰλίποδας ἐπιθετικῶς λέγει τοὺς βοῦς, ὅτι ἑλίσ‐ σουσι τοὺς πόδας ἐν ταῖς πορείαις.</w:t>
      </w:r>
    </w:p>
    <w:p>
      <w:r>
        <w:rPr>
          <w:rFonts w:ascii="Courier New" w:hAnsi="Courier New"/>
          <w:color w:val="555555"/>
          <w:sz w:val="20"/>
        </w:rPr>
        <w:t>[6 . 434]</w:t>
      </w:r>
    </w:p>
    <w:p>
      <w:r>
        <w:rPr>
          <w:rFonts w:ascii="Gentium Plus" w:hAnsi="Gentium Plus"/>
          <w:sz w:val="24"/>
        </w:rPr>
        <w:t>ἐπίδρομον] ἐξ ἐπιδρομῆς, καθ’ ὃ ἔστιν ἐπιδραμεῖν τὴν ὁδὸν τὴν κατερχομένην ἀπὸ τοῦ τείχους καὶ ἀναβῆναι τὴν αὐτήν.</w:t>
      </w:r>
    </w:p>
    <w:p>
      <w:r>
        <w:rPr>
          <w:rFonts w:ascii="Courier New" w:hAnsi="Courier New"/>
          <w:color w:val="555555"/>
          <w:sz w:val="20"/>
        </w:rPr>
        <w:t>[6 . 442]</w:t>
      </w:r>
    </w:p>
    <w:p>
      <w:r>
        <w:rPr>
          <w:rFonts w:ascii="Gentium Plus" w:hAnsi="Gentium Plus"/>
          <w:sz w:val="24"/>
        </w:rPr>
        <w:t>[ἑλκεσιπέπλους] τὰς ἐφελκομένας τοὺς πέπλους διὰ περιουσίαν. ἑλκυθμοῖο] ἑλκυσμοῦ, ἀνδραποδισμοῦ, τουτέστιν αἰχμαλωσίας.</w:t>
      </w:r>
    </w:p>
    <w:p>
      <w:r>
        <w:rPr>
          <w:rFonts w:ascii="Courier New" w:hAnsi="Courier New"/>
          <w:color w:val="555555"/>
          <w:sz w:val="20"/>
        </w:rPr>
        <w:t>[6 . 491]</w:t>
      </w:r>
    </w:p>
    <w:p>
      <w:r>
        <w:rPr>
          <w:rFonts w:ascii="Gentium Plus" w:hAnsi="Gentium Plus"/>
          <w:sz w:val="24"/>
        </w:rPr>
        <w:t>ἠλακάτην] τὸ τῶν γυναικῶν—Ἄρτεμιν.</w:t>
      </w:r>
    </w:p>
    <w:p>
      <w:r>
        <w:rPr>
          <w:rFonts w:ascii="Courier New" w:hAnsi="Courier New"/>
          <w:color w:val="555555"/>
          <w:sz w:val="20"/>
        </w:rPr>
        <w:t>[6 . 506]</w:t>
      </w:r>
    </w:p>
    <w:p>
      <w:r>
        <w:rPr>
          <w:rFonts w:ascii="Gentium Plus" w:hAnsi="Gentium Plus"/>
          <w:sz w:val="24"/>
        </w:rPr>
        <w:t>ἀκοστήσας] ἄκος—ἴαμα. κυρίως δὲ πᾶσαι αἱ τρο‐ φαὶ ἀκοσταὶ καλοῦνται παρὰ 〈Θεσσαλοῖς, ὡς καὶ Νίκανδρος, παρὰ〉 τὸ ἵστασθαι 〈τὰ σώματα〉 τρεφόμενα, ἐν ἄλλῳ καιρῷ 〈παραλαβών〉. βέλτιον 〈δὲ〉 δυσχεράνας ἐπὶ τῇ τῆς φάτνης στάσει.</w:t>
      </w:r>
    </w:p>
    <w:p>
      <w:r>
        <w:rPr>
          <w:rFonts w:ascii="Courier New" w:hAnsi="Courier New"/>
          <w:color w:val="555555"/>
          <w:sz w:val="20"/>
        </w:rPr>
        <w:t>[6 . 507]</w:t>
      </w:r>
    </w:p>
    <w:p>
      <w:r>
        <w:rPr>
          <w:rFonts w:ascii="Gentium Plus" w:hAnsi="Gentium Plus"/>
          <w:sz w:val="24"/>
        </w:rPr>
        <w:t>[πεδίοιο] λείπει ἡ διά, ἵν’ ᾖ διὰ πεδίοιο. κροαίνων] ἐπικροτῶν τοῖς ποσὶν, ἢ ἐπιθυμῶν, ἢ χρεμετίζων.</w:t>
      </w:r>
    </w:p>
    <w:p>
      <w:r>
        <w:rPr>
          <w:rFonts w:ascii="Courier New" w:hAnsi="Courier New"/>
          <w:color w:val="555555"/>
          <w:sz w:val="20"/>
        </w:rPr>
        <w:t>[6 . 508]</w:t>
      </w:r>
    </w:p>
    <w:p>
      <w:r>
        <w:rPr>
          <w:rFonts w:ascii="Gentium Plus" w:hAnsi="Gentium Plus"/>
          <w:sz w:val="24"/>
        </w:rPr>
        <w:t>ἐϋρρεῖος ποταμοῖο] λείπει—ὕδωρ.</w:t>
      </w:r>
    </w:p>
    <w:p>
      <w:r>
        <w:rPr>
          <w:rFonts w:ascii="Courier New" w:hAnsi="Courier New"/>
          <w:color w:val="555555"/>
          <w:sz w:val="20"/>
        </w:rPr>
        <w:t>[6 . 512]</w:t>
      </w:r>
    </w:p>
    <w:p>
      <w:r>
        <w:rPr>
          <w:rFonts w:ascii="Gentium Plus" w:hAnsi="Gentium Plus"/>
          <w:sz w:val="24"/>
        </w:rPr>
        <w:t>Περγάμου ἄκρης] τῆς ἀκροπόλεως τῆς Ἰλίου, ἣ ἐκαλεῖτο Πέρ‐ γαμος.</w:t>
      </w:r>
    </w:p>
    <w:p>
      <w:r>
        <w:rPr>
          <w:rFonts w:ascii="Courier New" w:hAnsi="Courier New"/>
          <w:color w:val="555555"/>
          <w:sz w:val="20"/>
        </w:rPr>
        <w:t>[6 . 518]</w:t>
      </w:r>
    </w:p>
    <w:p>
      <w:r>
        <w:rPr>
          <w:rFonts w:ascii="Gentium Plus" w:hAnsi="Gentium Plus"/>
          <w:sz w:val="24"/>
        </w:rPr>
        <w:t>ἠθεῖε] προσφώνησις νεωτέρου ἀδελφοῦ φιλοφρονητικὴ κατὰ τιμὴν πρεσβυτέρου. ταῦτά τινες προσαγορευτικά. οὐδέποτε δὲ περί</w:t>
      </w:r>
    </w:p>
    <w:p>
      <w:r>
        <w:rPr>
          <w:rFonts w:ascii="Courier New" w:hAnsi="Courier New"/>
          <w:color w:val="555555"/>
          <w:sz w:val="20"/>
        </w:rPr>
        <w:t>[6 . 519]</w:t>
      </w:r>
    </w:p>
    <w:p>
      <w:r>
        <w:rPr>
          <w:rFonts w:ascii="Gentium Plus" w:hAnsi="Gentium Plus"/>
          <w:sz w:val="24"/>
        </w:rPr>
        <w:t>ἐναίσιμον] καθῆκον κεῖται δὲ ἀντὶ τοῦ ἐναισίμως, καθηκόντως.</w:t>
      </w:r>
    </w:p>
    <w:p>
      <w:r>
        <w:rPr>
          <w:rFonts w:ascii="Courier New" w:hAnsi="Courier New"/>
          <w:color w:val="555555"/>
          <w:sz w:val="20"/>
        </w:rPr>
        <w:t>[6 . 528]</w:t>
      </w:r>
    </w:p>
    <w:p>
      <w:r>
        <w:rPr>
          <w:rFonts w:ascii="Gentium Plus" w:hAnsi="Gentium Plus"/>
          <w:sz w:val="24"/>
        </w:rPr>
        <w:t>[κρητῆρα ... ἐλεύθερον] κρατῆρα ἐλεύθερον, ὃν εἰώθασι τῷ</w:t>
      </w:r>
    </w:p>
    <w:p>
      <w:r>
        <w:rPr>
          <w:rFonts w:ascii="Courier New" w:hAnsi="Courier New"/>
          <w:color w:val="555555"/>
          <w:sz w:val="20"/>
        </w:rPr>
        <w:t>[7 . 1]</w:t>
      </w:r>
    </w:p>
    <w:p>
      <w:r>
        <w:rPr>
          <w:rFonts w:ascii="Gentium Plus" w:hAnsi="Gentium Plus"/>
          <w:sz w:val="24"/>
        </w:rPr>
        <w:t>φαίδιμος] ὁ λαμπρός, ὁ φαιδρὸς τοῖς ὅπλοις, κατὰ τὴν τάξιν ἢ τῇ τῶν ὅπλων φαντασίᾳ.</w:t>
      </w:r>
    </w:p>
    <w:p>
      <w:r>
        <w:rPr>
          <w:rFonts w:ascii="Courier New" w:hAnsi="Courier New"/>
          <w:color w:val="555555"/>
          <w:sz w:val="20"/>
        </w:rPr>
        <w:t>[7 . 7]</w:t>
      </w:r>
    </w:p>
    <w:p>
      <w:r>
        <w:rPr>
          <w:rFonts w:ascii="Gentium Plus" w:hAnsi="Gentium Plus"/>
          <w:sz w:val="24"/>
        </w:rPr>
        <w:t>[τὼ] ἤγουν δυϊκῶς.</w:t>
      </w:r>
    </w:p>
    <w:p>
      <w:r>
        <w:rPr>
          <w:rFonts w:ascii="Courier New" w:hAnsi="Courier New"/>
          <w:color w:val="555555"/>
          <w:sz w:val="20"/>
        </w:rPr>
        <w:t>[7 . 9]</w:t>
      </w:r>
    </w:p>
    <w:p>
      <w:r>
        <w:rPr>
          <w:rFonts w:ascii="Gentium Plus" w:hAnsi="Gentium Plus"/>
          <w:sz w:val="24"/>
        </w:rPr>
        <w:t>κορυνήτης] Ἀρηΐθοος—παρὰ Φερεκύδει. 〈ὁ τῇ κορύνῃ μαχόμενοσ〉, τουτέστι ῥοπάλῳ. ἔστι δὲ ἐπίθετον Ἀρη‐ ϊθόου.</w:t>
      </w:r>
    </w:p>
    <w:p>
      <w:r>
        <w:rPr>
          <w:rFonts w:ascii="Courier New" w:hAnsi="Courier New"/>
          <w:color w:val="555555"/>
          <w:sz w:val="20"/>
        </w:rPr>
        <w:t>[7 . 12]</w:t>
      </w:r>
    </w:p>
    <w:p>
      <w:r>
        <w:rPr>
          <w:rFonts w:ascii="Gentium Plus" w:hAnsi="Gentium Plus"/>
          <w:sz w:val="24"/>
        </w:rPr>
        <w:t>[στεφάνης] ἔστι δὲ στεφάνη κόσμος γυναικεῖος—χει‐ μάρροος ὤσῃ.»</w:t>
      </w:r>
    </w:p>
    <w:p>
      <w:r>
        <w:rPr>
          <w:rFonts w:ascii="Courier New" w:hAnsi="Courier New"/>
          <w:color w:val="555555"/>
          <w:sz w:val="20"/>
        </w:rPr>
        <w:t>[7 . 17]</w:t>
      </w:r>
    </w:p>
    <w:p>
      <w:r>
        <w:rPr>
          <w:rFonts w:ascii="Gentium Plus" w:hAnsi="Gentium Plus"/>
          <w:sz w:val="24"/>
        </w:rPr>
        <w:t>[γλαυκῶπις Ἀθήνη] ἡ φρόνησις τῶν ἀρίστων Ἑλλήνων.</w:t>
      </w:r>
    </w:p>
    <w:p>
      <w:r>
        <w:rPr>
          <w:rFonts w:ascii="Courier New" w:hAnsi="Courier New"/>
          <w:color w:val="555555"/>
          <w:sz w:val="20"/>
        </w:rPr>
        <w:t>[7 . 26]</w:t>
      </w:r>
    </w:p>
    <w:p>
      <w:r>
        <w:rPr>
          <w:rFonts w:ascii="Gentium Plus" w:hAnsi="Gentium Plus"/>
          <w:sz w:val="24"/>
        </w:rPr>
        <w:t>[ἑτεραλκέα νίκην] ἄλλως· ἑτεραλκῆ. οὕτως ἡ νίκη λέγεται —παρέχουσαν.</w:t>
      </w:r>
    </w:p>
    <w:p>
      <w:r>
        <w:rPr>
          <w:rFonts w:ascii="Courier New" w:hAnsi="Courier New"/>
          <w:color w:val="555555"/>
          <w:sz w:val="20"/>
        </w:rPr>
        <w:t>[7 . 44]</w:t>
      </w:r>
    </w:p>
    <w:p>
      <w:r>
        <w:rPr>
          <w:rFonts w:ascii="Gentium Plus" w:hAnsi="Gentium Plus"/>
          <w:sz w:val="24"/>
        </w:rPr>
        <w:t>τῶν δ’ Ἕλενος] μυθεύεται τῶν ἐξ Ἑκάβης—μετα‐ λαβεῖν. ἱστορεῖ Ἀντικλείδης.</w:t>
      </w:r>
    </w:p>
    <w:p>
      <w:r>
        <w:rPr>
          <w:rFonts w:ascii="Courier New" w:hAnsi="Courier New"/>
          <w:color w:val="555555"/>
          <w:sz w:val="20"/>
        </w:rPr>
        <w:t>[7 . 56]</w:t>
      </w:r>
    </w:p>
    <w:p>
      <w:r>
        <w:rPr>
          <w:rFonts w:ascii="Gentium Plus" w:hAnsi="Gentium Plus"/>
          <w:sz w:val="24"/>
        </w:rPr>
        <w:t>μέσσου δουρὸς ἑλὼν] ἐκ μέσσου κρατῶν τὸ δόρυ. σημεῖον δὲ</w:t>
      </w:r>
    </w:p>
    <w:p>
      <w:r>
        <w:rPr>
          <w:rFonts w:ascii="Courier New" w:hAnsi="Courier New"/>
          <w:color w:val="555555"/>
          <w:sz w:val="20"/>
        </w:rPr>
        <w:t>[7 . 59]</w:t>
      </w:r>
    </w:p>
    <w:p>
      <w:r>
        <w:rPr>
          <w:rFonts w:ascii="Gentium Plus" w:hAnsi="Gentium Plus"/>
          <w:sz w:val="24"/>
        </w:rPr>
        <w:t>αἰγυπιοῖσιν] οἱ μὲν εἶδος—ἐδέξαντο.</w:t>
      </w:r>
    </w:p>
    <w:p>
      <w:r>
        <w:rPr>
          <w:rFonts w:ascii="Courier New" w:hAnsi="Courier New"/>
          <w:color w:val="555555"/>
          <w:sz w:val="20"/>
        </w:rPr>
        <w:t>[7 . 62]</w:t>
      </w:r>
    </w:p>
    <w:p>
      <w:r>
        <w:rPr>
          <w:rFonts w:ascii="Gentium Plus" w:hAnsi="Gentium Plus"/>
          <w:sz w:val="24"/>
        </w:rPr>
        <w:t>[πεφρικυῖαι] συνεσταλμέναι· φρὶξ γὰρ ἡ ἐπανάστασις τῶν κυ‐ μάτων. φρίσσει τις φόβῳ ἢ ψύχει ἢ ὀργῇ· ἀψύχους οὖν τὰς φάλαγγας φρίσσειν φησίν.</w:t>
      </w:r>
    </w:p>
    <w:p>
      <w:r>
        <w:rPr>
          <w:rFonts w:ascii="Courier New" w:hAnsi="Courier New"/>
          <w:color w:val="555555"/>
          <w:sz w:val="20"/>
        </w:rPr>
        <w:t>[7 . 63]</w:t>
      </w:r>
    </w:p>
    <w:p>
      <w:r>
        <w:rPr>
          <w:rFonts w:ascii="Gentium Plus" w:hAnsi="Gentium Plus"/>
          <w:sz w:val="24"/>
        </w:rPr>
        <w:t>ἐπιφρίξ] ἡ ἐξ ἐπιπολῆς κίνησις τοῦ ὕδατος, ὅ ἐστι τοῦ κύματος ἀρχομένου, ἢ τὸ ἐπιπολάζον—τῶν κυμάτων ἀκούειν.</w:t>
      </w:r>
    </w:p>
    <w:p>
      <w:r>
        <w:rPr>
          <w:rFonts w:ascii="Courier New" w:hAnsi="Courier New"/>
          <w:color w:val="555555"/>
          <w:sz w:val="20"/>
        </w:rPr>
        <w:t>[7 . 77]</w:t>
      </w:r>
    </w:p>
    <w:p>
      <w:r>
        <w:rPr>
          <w:rFonts w:ascii="Gentium Plus" w:hAnsi="Gentium Plus"/>
          <w:sz w:val="24"/>
        </w:rPr>
        <w:t>ταναήκεϊ] ἐπιμήκη καὶ τεταμένην ἔχοντι τὴν ἀκμὴν, τουτέστιν ἠκονημένην τὴν αἰχμήν.</w:t>
      </w:r>
    </w:p>
    <w:p>
      <w:r>
        <w:rPr>
          <w:rFonts w:ascii="Courier New" w:hAnsi="Courier New"/>
          <w:color w:val="555555"/>
          <w:sz w:val="20"/>
        </w:rPr>
        <w:t>[7 . 85]</w:t>
      </w:r>
    </w:p>
    <w:p>
      <w:r>
        <w:rPr>
          <w:rFonts w:ascii="Gentium Plus" w:hAnsi="Gentium Plus"/>
          <w:sz w:val="24"/>
        </w:rPr>
        <w:t>ταρχύσωσι] θάψωσι. τάρχεα δὲ—ἀπὸ τῆς ταραχῆς.</w:t>
      </w:r>
    </w:p>
    <w:p>
      <w:r>
        <w:rPr>
          <w:rFonts w:ascii="Courier New" w:hAnsi="Courier New"/>
          <w:color w:val="555555"/>
          <w:sz w:val="20"/>
        </w:rPr>
        <w:t>[7 . 86]</w:t>
      </w:r>
    </w:p>
    <w:p>
      <w:r>
        <w:rPr>
          <w:rFonts w:ascii="Gentium Plus" w:hAnsi="Gentium Plus"/>
          <w:sz w:val="24"/>
        </w:rPr>
        <w:t>[πλατεῖ Ἑλλησπόντῳ] κατ’ ἀντίφρασιν—πεπλατυ‐ σμένῳ.</w:t>
      </w:r>
    </w:p>
    <w:p>
      <w:r>
        <w:rPr>
          <w:rFonts w:ascii="Courier New" w:hAnsi="Courier New"/>
          <w:color w:val="555555"/>
          <w:sz w:val="20"/>
        </w:rPr>
        <w:t>[7 . 93]</w:t>
      </w:r>
    </w:p>
    <w:p>
      <w:r>
        <w:rPr>
          <w:rFonts w:ascii="Gentium Plus" w:hAnsi="Gentium Plus"/>
          <w:sz w:val="24"/>
        </w:rPr>
        <w:t>αἴδεσθεν μὲν] σημείωσαι· δειλῶν μὲν γάρ· δεῖσαν μὲν διὰ τὰς σπονδὰς—δεδιότες.</w:t>
      </w:r>
    </w:p>
    <w:p>
      <w:r>
        <w:rPr>
          <w:rFonts w:ascii="Courier New" w:hAnsi="Courier New"/>
          <w:color w:val="555555"/>
          <w:sz w:val="20"/>
        </w:rPr>
        <w:t>[7 . 96]</w:t>
      </w:r>
    </w:p>
    <w:p>
      <w:r>
        <w:rPr>
          <w:rFonts w:ascii="Gentium Plus" w:hAnsi="Gentium Plus"/>
          <w:sz w:val="24"/>
        </w:rPr>
        <w:t>ἀπειλητῆρες] καυχηταί, ἀπειλεῖν εἰδότες. τοὺς δὲ τοιούτους καὶ καυχηματίας λέγουσιν.</w:t>
      </w:r>
    </w:p>
    <w:p>
      <w:r>
        <w:rPr>
          <w:rFonts w:ascii="Courier New" w:hAnsi="Courier New"/>
          <w:color w:val="555555"/>
          <w:sz w:val="20"/>
        </w:rPr>
        <w:t>[7 . 97]</w:t>
      </w:r>
    </w:p>
    <w:p>
      <w:r>
        <w:rPr>
          <w:rFonts w:ascii="Gentium Plus" w:hAnsi="Gentium Plus"/>
          <w:sz w:val="24"/>
        </w:rPr>
        <w:t>[αἰνόθεν αἰνῶς] ἐκ δεινοῦ—δεινότερα.</w:t>
      </w:r>
    </w:p>
    <w:p>
      <w:r>
        <w:rPr>
          <w:rFonts w:ascii="Courier New" w:hAnsi="Courier New"/>
          <w:color w:val="555555"/>
          <w:sz w:val="20"/>
        </w:rPr>
        <w:t>[7 . 99]</w:t>
      </w:r>
    </w:p>
    <w:p>
      <w:r>
        <w:rPr>
          <w:rFonts w:ascii="Gentium Plus" w:hAnsi="Gentium Plus"/>
          <w:sz w:val="24"/>
        </w:rPr>
        <w:t>ὕδωρ καὶ γαῖα γένοισθε] ἀναλυθείητε εἰς ὕδωρ— τὰς ψυχὰς διαφθείρει.</w:t>
      </w:r>
    </w:p>
    <w:p>
      <w:r>
        <w:rPr>
          <w:rFonts w:ascii="Courier New" w:hAnsi="Courier New"/>
          <w:color w:val="555555"/>
          <w:sz w:val="20"/>
        </w:rPr>
        <w:t>[7 . 100]</w:t>
      </w:r>
    </w:p>
    <w:p>
      <w:r>
        <w:rPr>
          <w:rFonts w:ascii="Gentium Plus" w:hAnsi="Gentium Plus"/>
          <w:sz w:val="24"/>
        </w:rPr>
        <w:t>[ἀκήριοι] ἀκλεεῖς καὶ ἄδοξοι καὶ ἀνονόμαστοι.</w:t>
      </w:r>
    </w:p>
    <w:p>
      <w:r>
        <w:rPr>
          <w:rFonts w:ascii="Courier New" w:hAnsi="Courier New"/>
          <w:color w:val="555555"/>
          <w:sz w:val="20"/>
        </w:rPr>
        <w:t>[7 . 118]</w:t>
      </w:r>
    </w:p>
    <w:p>
      <w:r>
        <w:rPr>
          <w:rFonts w:ascii="Gentium Plus" w:hAnsi="Gentium Plus"/>
          <w:sz w:val="24"/>
        </w:rPr>
        <w:t>γόνυ κάμψειν] ἀναπαύσεσθαι ἢ συγκάμψειν—διώ‐ κεσθαι.</w:t>
      </w:r>
    </w:p>
    <w:p>
      <w:r>
        <w:rPr>
          <w:rFonts w:ascii="Courier New" w:hAnsi="Courier New"/>
          <w:color w:val="555555"/>
          <w:sz w:val="20"/>
        </w:rPr>
        <w:t>[7 . 156]</w:t>
      </w:r>
    </w:p>
    <w:p>
      <w:r>
        <w:rPr>
          <w:rFonts w:ascii="Gentium Plus" w:hAnsi="Gentium Plus"/>
          <w:sz w:val="24"/>
        </w:rPr>
        <w:t>[πολλὸς] εἰς πολλὰ μέρη ἐξηπλωμένος. [παρήορος] λέγει δὲ οὕτως—καὶ τὸν ἄφρονα.</w:t>
      </w:r>
    </w:p>
    <w:p>
      <w:r>
        <w:rPr>
          <w:rFonts w:ascii="Courier New" w:hAnsi="Courier New"/>
          <w:color w:val="555555"/>
          <w:sz w:val="20"/>
        </w:rPr>
        <w:t>[7 . 171]</w:t>
      </w:r>
    </w:p>
    <w:p>
      <w:r>
        <w:rPr>
          <w:rFonts w:ascii="Gentium Plus" w:hAnsi="Gentium Plus"/>
          <w:sz w:val="24"/>
        </w:rPr>
        <w:t>ἐπὶ τὸ τέλος τοῦ στίχου στικτέον· «τὸ διαμπερὲς ὅς κε λάχῃσιν.» ἵν’ ᾖ· «τοῦ κλήρου διὰ πάντων ἐλθόντος ὃς ἂν λάχῃ.» οἱ δὲ οὕτως διέστησαν· «〈διαμπερὲσ〉 ὅς κε λάχῃσιν· 〈οὗτος γὰρ δὴ ὀνήσει», ἵν’ ᾖ τὸ ἑξῆσ〉· «οὗτος γὰρ ὀνήσει διαμπερὲς 〈ὅς κε λάχῃσιν〉.» οὐ παραι‐</w:t>
      </w:r>
    </w:p>
    <w:p>
      <w:r>
        <w:rPr>
          <w:rFonts w:ascii="Courier New" w:hAnsi="Courier New"/>
          <w:color w:val="555555"/>
          <w:sz w:val="20"/>
        </w:rPr>
        <w:t>[5]</w:t>
      </w:r>
    </w:p>
    <w:p>
      <w:r>
        <w:rPr>
          <w:rFonts w:ascii="Gentium Plus" w:hAnsi="Gentium Plus"/>
          <w:sz w:val="24"/>
        </w:rPr>
        <w:t>τητέον 〈δὲ〉 διὰ τὸν ὑπερβιβασμὸν τοῦ αἰτιώδους συνδέσμου· Ὁμηρικὸν γάρ. Jusqu’ à ὀνήσει διαμπερὲς (l. 8)</w:t>
      </w:r>
    </w:p>
    <w:p>
      <w:r>
        <w:rPr>
          <w:rFonts w:ascii="Courier New" w:hAnsi="Courier New"/>
          <w:color w:val="555555"/>
          <w:sz w:val="20"/>
        </w:rPr>
        <w:t>[7 . 175]</w:t>
      </w:r>
    </w:p>
    <w:p>
      <w:r>
        <w:rPr>
          <w:rFonts w:ascii="Gentium Plus" w:hAnsi="Gentium Plus"/>
          <w:sz w:val="24"/>
        </w:rPr>
        <w:t>[ἐσημήναντο] ἐσημειώσαντο. ἐξ οὗ δηλοῖ ὅτι οὐ γράμματα ᾔδεισαν οἱ ἥρωες.</w:t>
      </w:r>
    </w:p>
    <w:p>
      <w:r>
        <w:rPr>
          <w:rFonts w:ascii="Courier New" w:hAnsi="Courier New"/>
          <w:color w:val="555555"/>
          <w:sz w:val="20"/>
        </w:rPr>
        <w:t>[7 . 206]</w:t>
      </w:r>
    </w:p>
    <w:p>
      <w:r>
        <w:rPr>
          <w:rFonts w:ascii="Gentium Plus" w:hAnsi="Gentium Plus"/>
          <w:sz w:val="24"/>
        </w:rPr>
        <w:t>[νώροπι] νῶροψ ἐτυμολογεῖται ἀπὸ τοῦ νη στερητικοῦ μορίου καὶ τοῦ ὁρῶ, τὸ βλέπω· ὁ στερίσκων δηλονότι τῆς ὁράσεως.</w:t>
      </w:r>
    </w:p>
    <w:p>
      <w:r>
        <w:rPr>
          <w:rFonts w:ascii="Courier New" w:hAnsi="Courier New"/>
          <w:color w:val="555555"/>
          <w:sz w:val="20"/>
        </w:rPr>
        <w:t>[7 . 216]</w:t>
      </w:r>
    </w:p>
    <w:p>
      <w:r>
        <w:rPr>
          <w:rFonts w:ascii="Gentium Plus" w:hAnsi="Gentium Plus"/>
          <w:sz w:val="24"/>
        </w:rPr>
        <w:t>[πάτασσεν] ἐπέβαλλεν. ἐπειδὴ ἐν παλμῷ καὶ κινήσει ἦν.</w:t>
      </w:r>
    </w:p>
    <w:p>
      <w:r>
        <w:rPr>
          <w:rFonts w:ascii="Courier New" w:hAnsi="Courier New"/>
          <w:color w:val="555555"/>
          <w:sz w:val="20"/>
        </w:rPr>
        <w:t>[7 . 217]</w:t>
      </w:r>
    </w:p>
    <w:p>
      <w:r>
        <w:rPr>
          <w:rFonts w:ascii="Gentium Plus" w:hAnsi="Gentium Plus"/>
          <w:sz w:val="24"/>
        </w:rPr>
        <w:t>ὑποτρέσαι] ὑποχωρῆσαι, ἐκφυγεῖν ἢ ὑποφυγεῖν διὰ δέος.</w:t>
      </w:r>
    </w:p>
    <w:p>
      <w:r>
        <w:rPr>
          <w:rFonts w:ascii="Courier New" w:hAnsi="Courier New"/>
          <w:color w:val="555555"/>
          <w:sz w:val="20"/>
        </w:rPr>
        <w:t>[7 . 223]</w:t>
      </w:r>
    </w:p>
    <w:p>
      <w:r>
        <w:rPr>
          <w:rFonts w:ascii="Gentium Plus" w:hAnsi="Gentium Plus"/>
          <w:sz w:val="24"/>
        </w:rPr>
        <w:t>ζατρεφέων] ἄγαν ἐπιμελῶς τεθραμμένων, ἄγαν εὐτραφῶν, μεγάλως τεθραμμένων.</w:t>
      </w:r>
    </w:p>
    <w:p>
      <w:r>
        <w:rPr>
          <w:rFonts w:ascii="Courier New" w:hAnsi="Courier New"/>
          <w:color w:val="555555"/>
          <w:sz w:val="20"/>
        </w:rPr>
        <w:t>[7 . 238]</w:t>
      </w:r>
    </w:p>
    <w:p>
      <w:r>
        <w:rPr>
          <w:rFonts w:ascii="Gentium Plus" w:hAnsi="Gentium Plus"/>
          <w:sz w:val="24"/>
        </w:rPr>
        <w:t>βῶν] βοῦν Δωρικῶς—τὸ ὅπλον. τό μοι] διό μοι ἢ ὅπερ μοι.</w:t>
      </w:r>
    </w:p>
    <w:p>
      <w:r>
        <w:rPr>
          <w:rFonts w:ascii="Courier New" w:hAnsi="Courier New"/>
          <w:color w:val="555555"/>
          <w:sz w:val="20"/>
        </w:rPr>
        <w:t>[7 . 239]</w:t>
      </w:r>
    </w:p>
    <w:p>
      <w:r>
        <w:rPr>
          <w:rFonts w:ascii="Gentium Plus" w:hAnsi="Gentium Plus"/>
          <w:sz w:val="24"/>
        </w:rPr>
        <w:t>ταλαύρινον πολεμίζειν] πληκτικῶς καὶ ὑπομονητικῶς πολεμεῖν καὶ μάχεσθαι. [ταλαύρινον] τὸ ὅπλον. μεταληπτικῶς εἰς τὸ συνώνυμον.</w:t>
      </w:r>
    </w:p>
    <w:p>
      <w:r>
        <w:rPr>
          <w:rFonts w:ascii="Courier New" w:hAnsi="Courier New"/>
          <w:color w:val="555555"/>
          <w:sz w:val="20"/>
        </w:rPr>
        <w:t>[7 . 241]</w:t>
      </w:r>
    </w:p>
    <w:p>
      <w:r>
        <w:rPr>
          <w:rFonts w:ascii="Gentium Plus" w:hAnsi="Gentium Plus"/>
          <w:sz w:val="24"/>
        </w:rPr>
        <w:t>μέλπεσθαι] κυρίως μὲν παίζειν—κατὰ τὴν μάχην.</w:t>
      </w:r>
    </w:p>
    <w:p>
      <w:r>
        <w:rPr>
          <w:rFonts w:ascii="Courier New" w:hAnsi="Courier New"/>
          <w:color w:val="555555"/>
          <w:sz w:val="20"/>
        </w:rPr>
        <w:t>[7 . 262]</w:t>
      </w:r>
    </w:p>
    <w:p>
      <w:r>
        <w:rPr>
          <w:rFonts w:ascii="Gentium Plus" w:hAnsi="Gentium Plus"/>
          <w:sz w:val="24"/>
        </w:rPr>
        <w:t>[τμήδην] τμητικῶς—τρῶσαι.</w:t>
      </w:r>
    </w:p>
    <w:p>
      <w:r>
        <w:rPr>
          <w:rFonts w:ascii="Courier New" w:hAnsi="Courier New"/>
          <w:color w:val="555555"/>
          <w:sz w:val="20"/>
        </w:rPr>
        <w:t>[7 . 267]</w:t>
      </w:r>
    </w:p>
    <w:p>
      <w:r>
        <w:rPr>
          <w:rFonts w:ascii="Gentium Plus" w:hAnsi="Gentium Plus"/>
          <w:sz w:val="24"/>
        </w:rPr>
        <w:t>[ἐπομφάλιον] τὸ ἐπικείμενον τῷ τῆς ἀσπίδος ὀμφαλῷ.</w:t>
      </w:r>
    </w:p>
    <w:p>
      <w:r>
        <w:rPr>
          <w:rFonts w:ascii="Courier New" w:hAnsi="Courier New"/>
          <w:color w:val="555555"/>
          <w:sz w:val="20"/>
        </w:rPr>
        <w:t>[7 . 298]</w:t>
      </w:r>
    </w:p>
    <w:p>
      <w:r>
        <w:rPr>
          <w:rFonts w:ascii="Gentium Plus" w:hAnsi="Gentium Plus"/>
          <w:sz w:val="24"/>
        </w:rPr>
        <w:t>θεῖον—ἄγωνα] εἰς τὸ τῶν θεῶν—ἄθροισμα.</w:t>
      </w:r>
    </w:p>
    <w:p>
      <w:r>
        <w:rPr>
          <w:rFonts w:ascii="Courier New" w:hAnsi="Courier New"/>
          <w:color w:val="555555"/>
          <w:sz w:val="20"/>
        </w:rPr>
        <w:t>[7 . 301]</w:t>
      </w:r>
    </w:p>
    <w:p>
      <w:r>
        <w:rPr>
          <w:rFonts w:ascii="Gentium Plus" w:hAnsi="Gentium Plus"/>
          <w:sz w:val="24"/>
        </w:rPr>
        <w:t>[θυμοβόροιο] τῆς τὴν ψυχὴν ἐσθιούσης.</w:t>
      </w:r>
    </w:p>
    <w:p>
      <w:r>
        <w:rPr>
          <w:rFonts w:ascii="Courier New" w:hAnsi="Courier New"/>
          <w:color w:val="555555"/>
          <w:sz w:val="20"/>
        </w:rPr>
        <w:t>[7 . 302]</w:t>
      </w:r>
    </w:p>
    <w:p>
      <w:r>
        <w:rPr>
          <w:rFonts w:ascii="Gentium Plus" w:hAnsi="Gentium Plus"/>
          <w:sz w:val="24"/>
        </w:rPr>
        <w:t>ἀρθμήσαντε] φιλιωθέντες δυϊκῶς· ἀρθμὸν γὰρ τὴν φιλίαν φησίν.</w:t>
      </w:r>
    </w:p>
    <w:p>
      <w:r>
        <w:rPr>
          <w:rFonts w:ascii="Courier New" w:hAnsi="Courier New"/>
          <w:color w:val="555555"/>
          <w:sz w:val="20"/>
        </w:rPr>
        <w:t>[7 . 316]</w:t>
      </w:r>
    </w:p>
    <w:p>
      <w:r>
        <w:rPr>
          <w:rFonts w:ascii="Gentium Plus" w:hAnsi="Gentium Plus"/>
          <w:sz w:val="24"/>
        </w:rPr>
        <w:t>διέχευαν] διεμέρισαν—μιστύλλειν λέγεται.</w:t>
      </w:r>
    </w:p>
    <w:p>
      <w:r>
        <w:rPr>
          <w:rFonts w:ascii="Courier New" w:hAnsi="Courier New"/>
          <w:color w:val="555555"/>
          <w:sz w:val="20"/>
        </w:rPr>
        <w:t>[7 316bis]</w:t>
      </w:r>
    </w:p>
    <w:p>
      <w:r>
        <w:rPr>
          <w:rFonts w:ascii="Gentium Plus" w:hAnsi="Gentium Plus"/>
          <w:sz w:val="24"/>
        </w:rPr>
        <w:t>ἤγουν ἐμέρισαν· μεταφορικῶς ἀπὸ τῶν ὑγρῶν.</w:t>
      </w:r>
    </w:p>
    <w:p>
      <w:r>
        <w:rPr>
          <w:rFonts w:ascii="Courier New" w:hAnsi="Courier New"/>
          <w:color w:val="555555"/>
          <w:sz w:val="20"/>
        </w:rPr>
        <w:t>[7 . 318]</w:t>
      </w:r>
    </w:p>
    <w:p>
      <w:r>
        <w:rPr>
          <w:rFonts w:ascii="Gentium Plus" w:hAnsi="Gentium Plus"/>
          <w:sz w:val="24"/>
        </w:rPr>
        <w:t>[μίστυλλόν τ’—ὀβελοῖσιν] ἢ οὕτως· «καὶ ἐπισ〈τημονι‐ κῶσ〉 κατακόψαντες 〈τοῖσ〉 ὀβελίσκοις 〈διέ〉πειραν καὶ ἐκέντησαν.»</w:t>
      </w:r>
    </w:p>
    <w:p>
      <w:r>
        <w:rPr>
          <w:rFonts w:ascii="Courier New" w:hAnsi="Courier New"/>
          <w:color w:val="555555"/>
          <w:sz w:val="20"/>
        </w:rPr>
        <w:t>[7 . 319]</w:t>
      </w:r>
    </w:p>
    <w:p>
      <w:r>
        <w:rPr>
          <w:rFonts w:ascii="Gentium Plus" w:hAnsi="Gentium Plus"/>
          <w:sz w:val="24"/>
        </w:rPr>
        <w:t>[ὤπτησάν τε—πάντα] ἢ οὕτως· «καὶ πάντα 〈μάλα〉 ἐμπείρως ὀπτήσαντες ἐξειλκύσαντο».</w:t>
      </w:r>
    </w:p>
    <w:p>
      <w:r>
        <w:rPr>
          <w:rFonts w:ascii="Courier New" w:hAnsi="Courier New"/>
          <w:color w:val="555555"/>
          <w:sz w:val="20"/>
        </w:rPr>
        <w:t>[7 . 321]</w:t>
      </w:r>
    </w:p>
    <w:p>
      <w:r>
        <w:rPr>
          <w:rFonts w:ascii="Gentium Plus" w:hAnsi="Gentium Plus"/>
          <w:sz w:val="24"/>
        </w:rPr>
        <w:t>διηνεκέεσσι] ἐπιμήκεσιν, ἢ ἐπὶ πολὺ διήκουσιν, ἢ ..... ὅ ἔστι συχνός.</w:t>
      </w:r>
    </w:p>
    <w:p>
      <w:r>
        <w:rPr>
          <w:rFonts w:ascii="Courier New" w:hAnsi="Courier New"/>
          <w:color w:val="555555"/>
          <w:sz w:val="20"/>
        </w:rPr>
        <w:t>[7 . 332]</w:t>
      </w:r>
    </w:p>
    <w:p>
      <w:r>
        <w:rPr>
          <w:rFonts w:ascii="Gentium Plus" w:hAnsi="Gentium Plus"/>
          <w:sz w:val="24"/>
        </w:rPr>
        <w:t>[κυκλήσομεν] κύκλοι οἱ τροχοί.</w:t>
      </w:r>
    </w:p>
    <w:p>
      <w:r>
        <w:rPr>
          <w:rFonts w:ascii="Courier New" w:hAnsi="Courier New"/>
          <w:color w:val="555555"/>
          <w:sz w:val="20"/>
        </w:rPr>
        <w:t>[7 . 346]</w:t>
      </w:r>
    </w:p>
    <w:p>
      <w:r>
        <w:rPr>
          <w:rFonts w:ascii="Gentium Plus" w:hAnsi="Gentium Plus"/>
          <w:sz w:val="24"/>
        </w:rPr>
        <w:t>τετρηχυῖα] τραχεῖα καὶ βορβορώδης ἢ τετραχυμμένη ὑπὸ τοῦ θορύβου.</w:t>
      </w:r>
    </w:p>
    <w:p>
      <w:r>
        <w:rPr>
          <w:rFonts w:ascii="Courier New" w:hAnsi="Courier New"/>
          <w:color w:val="555555"/>
          <w:sz w:val="20"/>
        </w:rPr>
        <w:t>[7 . 350]</w:t>
      </w:r>
    </w:p>
    <w:p>
      <w:r>
        <w:rPr>
          <w:rFonts w:ascii="Gentium Plus" w:hAnsi="Gentium Plus"/>
          <w:sz w:val="24"/>
        </w:rPr>
        <w:t>δεῦτ’ ἄγετε] τὸ αὐτὸ ἐκ παραλλήλου.</w:t>
      </w:r>
    </w:p>
    <w:p>
      <w:r>
        <w:rPr>
          <w:rFonts w:ascii="Courier New" w:hAnsi="Courier New"/>
          <w:color w:val="555555"/>
          <w:sz w:val="20"/>
        </w:rPr>
        <w:t>[7 . 353]</w:t>
      </w:r>
    </w:p>
    <w:p>
      <w:r>
        <w:rPr>
          <w:rFonts w:ascii="Gentium Plus" w:hAnsi="Gentium Plus"/>
          <w:sz w:val="24"/>
        </w:rPr>
        <w:t>ἵνα μὴ ῥέξομεν] ἀντὶ τοῦ ἐὰν μὴ ῥέξωμεν.</w:t>
      </w:r>
    </w:p>
    <w:p>
      <w:r>
        <w:rPr>
          <w:rFonts w:ascii="Courier New" w:hAnsi="Courier New"/>
          <w:color w:val="555555"/>
          <w:sz w:val="20"/>
        </w:rPr>
        <w:t>[7 . 376]</w:t>
      </w:r>
    </w:p>
    <w:p>
      <w:r>
        <w:rPr>
          <w:rFonts w:ascii="Gentium Plus" w:hAnsi="Gentium Plus"/>
          <w:sz w:val="24"/>
        </w:rPr>
        <w:t>δυσηχέος] κακοήχου—φωνάς.</w:t>
      </w:r>
    </w:p>
    <w:p>
      <w:r>
        <w:rPr>
          <w:rFonts w:ascii="Courier New" w:hAnsi="Courier New"/>
          <w:color w:val="555555"/>
          <w:sz w:val="20"/>
        </w:rPr>
        <w:t>[7 . 384]</w:t>
      </w:r>
    </w:p>
    <w:p>
      <w:r>
        <w:rPr>
          <w:rFonts w:ascii="Gentium Plus" w:hAnsi="Gentium Plus"/>
          <w:sz w:val="24"/>
        </w:rPr>
        <w:t>[ἠπύτα] ἄλλως· ἀντὶ τοῦ ἠπύτης. ὅ ἐστι φωνητικὸς καὶ κρακτι‐ κός, μεγαλόφωνος, ἔμφωνος.</w:t>
      </w:r>
    </w:p>
    <w:p>
      <w:r>
        <w:rPr>
          <w:rFonts w:ascii="Courier New" w:hAnsi="Courier New"/>
          <w:color w:val="555555"/>
          <w:sz w:val="20"/>
        </w:rPr>
        <w:t>[7 . 404]</w:t>
      </w:r>
    </w:p>
    <w:p>
      <w:r>
        <w:rPr>
          <w:rFonts w:ascii="Gentium Plus" w:hAnsi="Gentium Plus"/>
          <w:sz w:val="24"/>
        </w:rPr>
        <w:t>[γνωτὸν] φανερόν. ἔστι δὲ καὶ ὄνομα 〈ἀντὶ〉 ἀδελφοῦ.</w:t>
      </w:r>
    </w:p>
    <w:p>
      <w:r>
        <w:rPr>
          <w:rFonts w:ascii="Courier New" w:hAnsi="Courier New"/>
          <w:color w:val="555555"/>
          <w:sz w:val="20"/>
        </w:rPr>
        <w:t>[7 . 408]</w:t>
      </w:r>
    </w:p>
    <w:p>
      <w:r>
        <w:rPr>
          <w:rFonts w:ascii="Gentium Plus" w:hAnsi="Gentium Plus"/>
          <w:sz w:val="24"/>
        </w:rPr>
        <w:t>[κατακαιέμεν] ἀντὶ τοῦ κατακαιέμεναι, ὅ ἐστι κατακαίειν.</w:t>
      </w:r>
    </w:p>
    <w:p>
      <w:r>
        <w:rPr>
          <w:rFonts w:ascii="Courier New" w:hAnsi="Courier New"/>
          <w:color w:val="555555"/>
          <w:sz w:val="20"/>
        </w:rPr>
        <w:t>[7 . 409]</w:t>
      </w:r>
    </w:p>
    <w:p>
      <w:r>
        <w:rPr>
          <w:rFonts w:ascii="Gentium Plus" w:hAnsi="Gentium Plus"/>
          <w:sz w:val="24"/>
        </w:rPr>
        <w:t>φειδὼ] φροντὶς ὥστε μὴ ἁλωθῆναι. βέλτιον δὲ ἀκούειν τὸ περὶ τῆς ταφῆς φείσασθαι.</w:t>
      </w:r>
    </w:p>
    <w:p>
      <w:r>
        <w:rPr>
          <w:rFonts w:ascii="Courier New" w:hAnsi="Courier New"/>
          <w:color w:val="555555"/>
          <w:sz w:val="20"/>
        </w:rPr>
        <w:t>[7 . 410]</w:t>
      </w:r>
    </w:p>
    <w:p>
      <w:r>
        <w:rPr>
          <w:rFonts w:ascii="Gentium Plus" w:hAnsi="Gentium Plus"/>
          <w:sz w:val="24"/>
        </w:rPr>
        <w:t>πυρὸς μειλισσέμεν] διὰ πυρὸς μειλίσσειν. λέγειν δὲ κινδυνεύει</w:t>
      </w:r>
    </w:p>
    <w:p>
      <w:r>
        <w:rPr>
          <w:rFonts w:ascii="Courier New" w:hAnsi="Courier New"/>
          <w:color w:val="555555"/>
          <w:sz w:val="20"/>
        </w:rPr>
        <w:t>[7 . 411]</w:t>
      </w:r>
    </w:p>
    <w:p>
      <w:r>
        <w:rPr>
          <w:rFonts w:ascii="Gentium Plus" w:hAnsi="Gentium Plus"/>
          <w:sz w:val="24"/>
        </w:rPr>
        <w:t>ἐρίγδουπος] μεγάλους ψόφους ποιῶν διὰ τῶν βροντῶν, μεγαλό‐ ηχος διὰ τὰς βροντάς. πλεονάζει δὲ τὸ γ στοιχεῖον.</w:t>
      </w:r>
    </w:p>
    <w:p>
      <w:r>
        <w:rPr>
          <w:rFonts w:ascii="Courier New" w:hAnsi="Courier New"/>
          <w:color w:val="555555"/>
          <w:sz w:val="20"/>
        </w:rPr>
        <w:t>[7 . 418]</w:t>
      </w:r>
    </w:p>
    <w:p>
      <w:r>
        <w:rPr>
          <w:rFonts w:ascii="Gentium Plus" w:hAnsi="Gentium Plus"/>
          <w:sz w:val="24"/>
        </w:rPr>
        <w:t>μεθ’ ὕλην] ἐπὶ ξύλα. ὕλη δὲ ἡ σώρευσις τῶν ξύλων.</w:t>
      </w:r>
    </w:p>
    <w:p>
      <w:r>
        <w:rPr>
          <w:rFonts w:ascii="Courier New" w:hAnsi="Courier New"/>
          <w:color w:val="555555"/>
          <w:sz w:val="20"/>
        </w:rPr>
        <w:t>[7 . 422]</w:t>
      </w:r>
    </w:p>
    <w:p>
      <w:r>
        <w:rPr>
          <w:rFonts w:ascii="Gentium Plus" w:hAnsi="Gentium Plus"/>
          <w:sz w:val="24"/>
        </w:rPr>
        <w:t>[ἀκαλαρρείταο] ἡσύχως καὶ πρᾴως—λέγουσιν.</w:t>
      </w:r>
    </w:p>
    <w:p>
      <w:r>
        <w:rPr>
          <w:rFonts w:ascii="Courier New" w:hAnsi="Courier New"/>
          <w:color w:val="555555"/>
          <w:sz w:val="20"/>
        </w:rPr>
        <w:t>[7 . 425]</w:t>
      </w:r>
    </w:p>
    <w:p>
      <w:r>
        <w:rPr>
          <w:rFonts w:ascii="Gentium Plus" w:hAnsi="Gentium Plus"/>
          <w:sz w:val="24"/>
        </w:rPr>
        <w:t>βρότον] τὸ μετὰ ἱδρῶτος καὶ κόνεως αἷμα. ὀξυτόνως δὲ τὸν ἄν‐ θρωπον.</w:t>
      </w:r>
    </w:p>
    <w:p>
      <w:r>
        <w:rPr>
          <w:rFonts w:ascii="Courier New" w:hAnsi="Courier New"/>
          <w:color w:val="555555"/>
          <w:sz w:val="20"/>
        </w:rPr>
        <w:t>[7 . 447]</w:t>
      </w:r>
    </w:p>
    <w:p>
      <w:r>
        <w:rPr>
          <w:rFonts w:ascii="Gentium Plus" w:hAnsi="Gentium Plus"/>
          <w:sz w:val="24"/>
        </w:rPr>
        <w:t>ἐνίψει] κυρίως μὲν—λέξει.</w:t>
      </w:r>
    </w:p>
    <w:p>
      <w:r>
        <w:rPr>
          <w:rFonts w:ascii="Courier New" w:hAnsi="Courier New"/>
          <w:color w:val="555555"/>
          <w:sz w:val="20"/>
        </w:rPr>
        <w:t>[7 . 467]</w:t>
      </w:r>
    </w:p>
    <w:p>
      <w:r>
        <w:rPr>
          <w:rFonts w:ascii="Gentium Plus" w:hAnsi="Gentium Plus"/>
          <w:sz w:val="24"/>
        </w:rPr>
        <w:t>νῆες 〈δ’〉 ἐκ Λήμνοιο] Λήμνιοι—Ἀσκληπιάδῃ ἐν τοῖς τραγῳδουμένοις.</w:t>
      </w:r>
    </w:p>
    <w:p>
      <w:r>
        <w:rPr>
          <w:rFonts w:ascii="Courier New" w:hAnsi="Courier New"/>
          <w:color w:val="555555"/>
          <w:sz w:val="20"/>
        </w:rPr>
        <w:t>[7 . 471]</w:t>
      </w:r>
    </w:p>
    <w:p>
      <w:r>
        <w:rPr>
          <w:rFonts w:ascii="Gentium Plus" w:hAnsi="Gentium Plus"/>
          <w:sz w:val="24"/>
        </w:rPr>
        <w:t>[χίλια μέτρα] ἤτοι οἴνου χίλια κεράμια, ἢ χιλίους χοέας.</w:t>
      </w:r>
    </w:p>
    <w:p>
      <w:r>
        <w:rPr>
          <w:rFonts w:ascii="Courier New" w:hAnsi="Courier New"/>
          <w:color w:val="555555"/>
          <w:sz w:val="20"/>
        </w:rPr>
        <w:t>[7 . 474]</w:t>
      </w:r>
    </w:p>
    <w:p>
      <w:r>
        <w:rPr>
          <w:rFonts w:ascii="Gentium Plus" w:hAnsi="Gentium Plus"/>
          <w:sz w:val="24"/>
        </w:rPr>
        <w:t>[αὐτῇσι βόεσσιν] αὐταῖς ταῖς βουσίν.</w:t>
      </w:r>
    </w:p>
    <w:p>
      <w:r>
        <w:rPr>
          <w:rFonts w:ascii="Courier New" w:hAnsi="Courier New"/>
          <w:color w:val="555555"/>
          <w:sz w:val="20"/>
        </w:rPr>
        <w:t>[7 . 482]</w:t>
      </w:r>
    </w:p>
    <w:p>
      <w:r>
        <w:rPr>
          <w:rFonts w:ascii="Gentium Plus" w:hAnsi="Gentium Plus"/>
          <w:sz w:val="24"/>
        </w:rPr>
        <w:t>[ὕπνου δῶρον] περιφραστικῶς τὸν ὕπνον.</w:t>
      </w:r>
    </w:p>
    <w:p>
      <w:r>
        <w:rPr>
          <w:rFonts w:ascii="Courier New" w:hAnsi="Courier New"/>
          <w:color w:val="555555"/>
          <w:sz w:val="20"/>
        </w:rPr>
        <w:t>[8 . 1]</w:t>
      </w:r>
    </w:p>
    <w:p>
      <w:r>
        <w:rPr>
          <w:rFonts w:ascii="Gentium Plus" w:hAnsi="Gentium Plus"/>
          <w:sz w:val="24"/>
        </w:rPr>
        <w:t>Ἠὼς] ἡ ἡμέρα. σημαίνει δὲ πολλά—εἰλήλουθα». κροκόπεπλος] κροκωτὸν ἱμάτιον ἔχουσα, κροκοείμων καὶ διαυγής. ἀπὸ τῆς κατὰ τὴν ἀνατολὴν χροιᾶς τοῦ ἡλίου γενομένης ἐρυθρᾶς. τοῦτο δὲ εἶπεν ὡς ἐπὶ σωματοειδοῦς θεᾶς ποιούμενος τὸν λόγον.</w:t>
      </w:r>
    </w:p>
    <w:p>
      <w:r>
        <w:rPr>
          <w:rFonts w:ascii="Courier New" w:hAnsi="Courier New"/>
          <w:color w:val="555555"/>
          <w:sz w:val="20"/>
        </w:rPr>
        <w:t>[8 . 13]</w:t>
      </w:r>
    </w:p>
    <w:p>
      <w:r>
        <w:rPr>
          <w:rFonts w:ascii="Gentium Plus" w:hAnsi="Gentium Plus"/>
          <w:sz w:val="24"/>
        </w:rPr>
        <w:t>〈ἐσ〉 Τάρταρον] τὸ ὑπὸ τὴν γῆν ἐσκοτισμένον—τὸ ἀφώτιστον μέρος τῆς οἰκουμένης μέρος ἐδέξαντο.</w:t>
      </w:r>
    </w:p>
    <w:p>
      <w:r>
        <w:rPr>
          <w:rFonts w:ascii="Courier New" w:hAnsi="Courier New"/>
          <w:color w:val="555555"/>
          <w:sz w:val="20"/>
        </w:rPr>
        <w:t>[8 . 15]</w:t>
      </w:r>
    </w:p>
    <w:p>
      <w:r>
        <w:rPr>
          <w:rFonts w:ascii="Gentium Plus" w:hAnsi="Gentium Plus"/>
          <w:sz w:val="24"/>
        </w:rPr>
        <w:t>[χάλκεος οὐδός] χαλκῆ εἴσοδος, ἢ σκληρὰ καὶ ἰσχυρά.</w:t>
      </w:r>
    </w:p>
    <w:p>
      <w:r>
        <w:rPr>
          <w:rFonts w:ascii="Courier New" w:hAnsi="Courier New"/>
          <w:color w:val="555555"/>
          <w:sz w:val="20"/>
        </w:rPr>
        <w:t>[8 . 16]</w:t>
      </w:r>
    </w:p>
    <w:p>
      <w:r>
        <w:rPr>
          <w:rFonts w:ascii="Gentium Plus" w:hAnsi="Gentium Plus"/>
          <w:sz w:val="24"/>
        </w:rPr>
        <w:t>[τόσσον] ἔνερθ’ Ἀΐδαο, κατώτατα τοῦ Ἅιδου. τοσοῦτόν φησι τὸν Τάρταρον—λέγων εἶναι. ἄλλως· σημείωσαι ὡς τὰ οὐράνια τρία διαστήματα— σφαιροειδὴς ἡ γῆ.</w:t>
      </w:r>
    </w:p>
    <w:p>
      <w:r>
        <w:rPr>
          <w:rFonts w:ascii="Courier New" w:hAnsi="Courier New"/>
          <w:color w:val="555555"/>
          <w:sz w:val="20"/>
        </w:rPr>
        <w:t>[8 . 19]</w:t>
      </w:r>
    </w:p>
    <w:p>
      <w:r>
        <w:rPr>
          <w:rFonts w:ascii="Gentium Plus" w:hAnsi="Gentium Plus"/>
          <w:sz w:val="24"/>
        </w:rPr>
        <w:t>σειρὴν χρυσείην] ἅλυσιν. χρυσῆν δὲ προσέθηκε βουλόμενος —τὸν ἥλιον. σειρὴν 〈χρυσείην〉 ἐξ οὐρανόθεν κρεμάσαντες] καὶ τὰ ἑξῆς. κατὰ</w:t>
      </w:r>
    </w:p>
    <w:p>
      <w:r>
        <w:rPr>
          <w:rFonts w:ascii="Courier New" w:hAnsi="Courier New"/>
          <w:color w:val="555555"/>
          <w:sz w:val="20"/>
        </w:rPr>
        <w:t>[8 . 25]</w:t>
      </w:r>
    </w:p>
    <w:p>
      <w:r>
        <w:rPr>
          <w:rFonts w:ascii="Gentium Plus" w:hAnsi="Gentium Plus"/>
          <w:sz w:val="24"/>
        </w:rPr>
        <w:t>σειρὴν μέν κεν ἔπειτα] ἐνταῦθα οἱ μέν φασι—κρα‐ τεῖν. περὶ ῥίον] περὶ τὸ ἄκρον, ἢ ῥέον ἀπὸ τοῦ περιρρεῖσθαι τοῖς ὄμβροις.</w:t>
      </w:r>
    </w:p>
    <w:p>
      <w:r>
        <w:rPr>
          <w:rFonts w:ascii="Courier New" w:hAnsi="Courier New"/>
          <w:color w:val="555555"/>
          <w:sz w:val="20"/>
        </w:rPr>
        <w:t>[8 . 31]</w:t>
      </w:r>
    </w:p>
    <w:p>
      <w:r>
        <w:rPr>
          <w:rFonts w:ascii="Gentium Plus" w:hAnsi="Gentium Plus"/>
          <w:sz w:val="24"/>
        </w:rPr>
        <w:t>ὦ πάτερ ἡμέτερε] αἱ τοιαῦται προσφωνήσεις—παρα‐ δίδωσιν.</w:t>
      </w:r>
    </w:p>
    <w:p>
      <w:r>
        <w:rPr>
          <w:rFonts w:ascii="Courier New" w:hAnsi="Courier New"/>
          <w:color w:val="555555"/>
          <w:sz w:val="20"/>
        </w:rPr>
        <w:t>[8 . 45]</w:t>
      </w:r>
    </w:p>
    <w:p>
      <w:r>
        <w:rPr>
          <w:rFonts w:ascii="Gentium Plus" w:hAnsi="Gentium Plus"/>
          <w:sz w:val="24"/>
        </w:rPr>
        <w:t>** [οὐκ ἄκοντε] οὐκ ἄκοντες, ἀλλ’ ἑκόντες. ἢ ἀπόφασις ἀντὶ κατα‐ φάσεως.</w:t>
      </w:r>
    </w:p>
    <w:p>
      <w:r>
        <w:rPr>
          <w:rFonts w:ascii="Courier New" w:hAnsi="Courier New"/>
          <w:color w:val="555555"/>
          <w:sz w:val="20"/>
        </w:rPr>
        <w:t>[8 . 47]</w:t>
      </w:r>
    </w:p>
    <w:p>
      <w:r>
        <w:rPr>
          <w:rFonts w:ascii="Gentium Plus" w:hAnsi="Gentium Plus"/>
          <w:sz w:val="24"/>
        </w:rPr>
        <w:t>[μητέρα θηρῶν] ἥτις ἔχει πολλὰ θηρία, θηροτρόφος.</w:t>
      </w:r>
    </w:p>
    <w:p>
      <w:r>
        <w:rPr>
          <w:rFonts w:ascii="Courier New" w:hAnsi="Courier New"/>
          <w:color w:val="555555"/>
          <w:sz w:val="20"/>
        </w:rPr>
        <w:t>[8 . 48]</w:t>
      </w:r>
    </w:p>
    <w:p>
      <w:r>
        <w:rPr>
          <w:rFonts w:ascii="Gentium Plus" w:hAnsi="Gentium Plus"/>
          <w:sz w:val="24"/>
        </w:rPr>
        <w:t>Γάργαρον] τὸ ἀκρωτήριον τῆς Ἴδης—Φαλάκρη Gen III ajoute: ἢ πόλις ἐστὶν ὀνομασθεῖσα ἀπὸ Γαργάρου τοῦ Διός. [τέμενος] τόπος ἱερὸς, εἰς τιμὴν, ἀπὸ 〈τοῦ〉 τετιμημένος.</w:t>
      </w:r>
    </w:p>
    <w:p>
      <w:r>
        <w:rPr>
          <w:rFonts w:ascii="Courier New" w:hAnsi="Courier New"/>
          <w:color w:val="555555"/>
          <w:sz w:val="20"/>
        </w:rPr>
        <w:t>[8 . 57]</w:t>
      </w:r>
    </w:p>
    <w:p>
      <w:r>
        <w:rPr>
          <w:rFonts w:ascii="Gentium Plus" w:hAnsi="Gentium Plus"/>
          <w:sz w:val="24"/>
        </w:rPr>
        <w:t>[χρειοῖ ἀναγκαίῃ] διὰ χρείαν ἀνάγκην ἐπιφέρουσαν καὶ ἐπεί‐ γουσαν.</w:t>
      </w:r>
    </w:p>
    <w:p>
      <w:r>
        <w:rPr>
          <w:rFonts w:ascii="Courier New" w:hAnsi="Courier New"/>
          <w:color w:val="555555"/>
          <w:sz w:val="20"/>
        </w:rPr>
        <w:t>[8 . 66]</w:t>
      </w:r>
    </w:p>
    <w:p>
      <w:r>
        <w:rPr>
          <w:rFonts w:ascii="Gentium Plus" w:hAnsi="Gentium Plus"/>
          <w:sz w:val="24"/>
        </w:rPr>
        <w:t>[ἠὼς] νῦν τὸ ἑωθινὸν κατάστημα ἕως μεσημβρίας. [ἀέξετο ἱερὸν ἦμαρ] ὅ ἐστιν ἕως ὑψοῦτο ἥλιος ὁ τὴν ἡμέραν ποιῶν.</w:t>
      </w:r>
    </w:p>
    <w:p>
      <w:r>
        <w:rPr>
          <w:rFonts w:ascii="Courier New" w:hAnsi="Courier New"/>
          <w:color w:val="555555"/>
          <w:sz w:val="20"/>
        </w:rPr>
        <w:t>[8 . 67]</w:t>
      </w:r>
    </w:p>
    <w:p>
      <w:r>
        <w:rPr>
          <w:rFonts w:ascii="Gentium Plus" w:hAnsi="Gentium Plus"/>
          <w:sz w:val="24"/>
        </w:rPr>
        <w:t>[βέλεα] πᾶν τὸ ἀπὸ διαστήματος πεμπόμενον βέλος καλεῖται.</w:t>
      </w:r>
    </w:p>
    <w:p>
      <w:r>
        <w:rPr>
          <w:rFonts w:ascii="Courier New" w:hAnsi="Courier New"/>
          <w:color w:val="555555"/>
          <w:sz w:val="20"/>
        </w:rPr>
        <w:t>[8 . 69]</w:t>
      </w:r>
    </w:p>
    <w:p>
      <w:r>
        <w:rPr>
          <w:rFonts w:ascii="Gentium Plus" w:hAnsi="Gentium Plus"/>
          <w:sz w:val="24"/>
        </w:rPr>
        <w:t>[χρύσεια ... τάλαντα] λέγει τὴν τοῦ Διὸς διάνοιαν.</w:t>
      </w:r>
    </w:p>
    <w:p>
      <w:r>
        <w:rPr>
          <w:rFonts w:ascii="Courier New" w:hAnsi="Courier New"/>
          <w:color w:val="555555"/>
          <w:sz w:val="20"/>
        </w:rPr>
        <w:t>[8 . 83]</w:t>
      </w:r>
    </w:p>
    <w:p>
      <w:r>
        <w:rPr>
          <w:rFonts w:ascii="Gentium Plus" w:hAnsi="Gentium Plus"/>
          <w:sz w:val="24"/>
        </w:rPr>
        <w:t>[πρῶται τρίχες] πρώτας δὲ τρίχας λέγει τὸ καλούμενον προ‐ κόμιον.</w:t>
      </w:r>
    </w:p>
    <w:p>
      <w:r>
        <w:rPr>
          <w:rFonts w:ascii="Courier New" w:hAnsi="Courier New"/>
          <w:color w:val="555555"/>
          <w:sz w:val="20"/>
        </w:rPr>
        <w:t>[8 . 87]</w:t>
      </w:r>
    </w:p>
    <w:p>
      <w:r>
        <w:rPr>
          <w:rFonts w:ascii="Gentium Plus" w:hAnsi="Gentium Plus"/>
          <w:sz w:val="24"/>
        </w:rPr>
        <w:t>παρηορίας] τὰς τοῦ παρηόρου—ἵμαντας. [ἀπέταμνε] ἀπέκοπτε. δεινός ἐστιν—συντόμως τὸ πρᾶγμα ἐδήλωσεν.</w:t>
      </w:r>
    </w:p>
    <w:p>
      <w:r>
        <w:rPr>
          <w:rFonts w:ascii="Courier New" w:hAnsi="Courier New"/>
          <w:color w:val="555555"/>
          <w:sz w:val="20"/>
        </w:rPr>
        <w:t>[8 . 89]</w:t>
      </w:r>
    </w:p>
    <w:p>
      <w:r>
        <w:rPr>
          <w:rFonts w:ascii="Gentium Plus" w:hAnsi="Gentium Plus"/>
          <w:sz w:val="24"/>
        </w:rPr>
        <w:t>ἡνίοχον] τὸν ἐπιβάτην τοῦ δεσπότου.</w:t>
      </w:r>
    </w:p>
    <w:p>
      <w:r>
        <w:rPr>
          <w:rFonts w:ascii="Courier New" w:hAnsi="Courier New"/>
          <w:color w:val="555555"/>
          <w:sz w:val="20"/>
        </w:rPr>
        <w:t>[8 . 104]</w:t>
      </w:r>
    </w:p>
    <w:p>
      <w:r>
        <w:rPr>
          <w:rFonts w:ascii="Gentium Plus" w:hAnsi="Gentium Plus"/>
          <w:sz w:val="24"/>
        </w:rPr>
        <w:t>ἠπεδανὸς] ἀσθενὴς ἢ ἄτεχνος—δι’ ἰσχὺν ἑστώς. Gen II ajoute βεβαίως.</w:t>
      </w:r>
    </w:p>
    <w:p>
      <w:r>
        <w:rPr>
          <w:rFonts w:ascii="Courier New" w:hAnsi="Courier New"/>
          <w:color w:val="555555"/>
          <w:sz w:val="20"/>
        </w:rPr>
        <w:t>[8 . 114]</w:t>
      </w:r>
    </w:p>
    <w:p>
      <w:r>
        <w:rPr>
          <w:rFonts w:ascii="Gentium Plus" w:hAnsi="Gentium Plus"/>
          <w:sz w:val="24"/>
        </w:rPr>
        <w:t>[ἀγαπήνωρ] ὁ ἀγαπῶν τὴν ἠνορέην ἤγουν τὴν ἀνδρείαν.</w:t>
      </w:r>
    </w:p>
    <w:p>
      <w:r>
        <w:rPr>
          <w:rFonts w:ascii="Courier New" w:hAnsi="Courier New"/>
          <w:color w:val="555555"/>
          <w:sz w:val="20"/>
        </w:rPr>
        <w:t>[8 . 130]</w:t>
      </w:r>
    </w:p>
    <w:p>
      <w:r>
        <w:rPr>
          <w:rFonts w:ascii="Gentium Plus" w:hAnsi="Gentium Plus"/>
          <w:sz w:val="24"/>
        </w:rPr>
        <w:t>[ἀμήχανα] πρὸς ἃ οὐκ ἄν τις σχοίη μηχανὴν εὑρεῖν, ἐξ οὗ δεινὰ καὶ χαλεπά.</w:t>
      </w:r>
    </w:p>
    <w:p>
      <w:r>
        <w:rPr>
          <w:rFonts w:ascii="Courier New" w:hAnsi="Courier New"/>
          <w:color w:val="555555"/>
          <w:sz w:val="20"/>
        </w:rPr>
        <w:t>[8 . 131]</w:t>
      </w:r>
    </w:p>
    <w:p>
      <w:r>
        <w:rPr>
          <w:rFonts w:ascii="Gentium Plus" w:hAnsi="Gentium Plus"/>
          <w:sz w:val="24"/>
        </w:rPr>
        <w:t>σήκασθεν] ὡς εἰς σηκὸν κατεκλείσθησαν—τὰ ἀγάλματα.</w:t>
      </w:r>
    </w:p>
    <w:p>
      <w:r>
        <w:rPr>
          <w:rFonts w:ascii="Courier New" w:hAnsi="Courier New"/>
          <w:color w:val="555555"/>
          <w:sz w:val="20"/>
        </w:rPr>
        <w:t>[8 . 135]</w:t>
      </w:r>
    </w:p>
    <w:p>
      <w:r>
        <w:rPr>
          <w:rFonts w:ascii="Gentium Plus" w:hAnsi="Gentium Plus"/>
          <w:sz w:val="24"/>
        </w:rPr>
        <w:t>[θεείου] θείου. προσληπτέον—τόπῳ.</w:t>
      </w:r>
    </w:p>
    <w:p>
      <w:r>
        <w:rPr>
          <w:rFonts w:ascii="Courier New" w:hAnsi="Courier New"/>
          <w:color w:val="555555"/>
          <w:sz w:val="20"/>
        </w:rPr>
        <w:t>[8 . 150]</w:t>
      </w:r>
    </w:p>
    <w:p>
      <w:r>
        <w:rPr>
          <w:rFonts w:ascii="Gentium Plus" w:hAnsi="Gentium Plus"/>
          <w:sz w:val="24"/>
        </w:rPr>
        <w:t>ὥς ποτ’ ἀπειλήσει] καυχήσεται—ἐλεύσεσθαι.</w:t>
      </w:r>
    </w:p>
    <w:p>
      <w:r>
        <w:rPr>
          <w:rFonts w:ascii="Courier New" w:hAnsi="Courier New"/>
          <w:color w:val="555555"/>
          <w:sz w:val="20"/>
        </w:rPr>
        <w:t>[8 . 221]</w:t>
      </w:r>
    </w:p>
    <w:p>
      <w:r>
        <w:rPr>
          <w:rFonts w:ascii="Gentium Plus" w:hAnsi="Gentium Plus"/>
          <w:sz w:val="24"/>
        </w:rPr>
        <w:t>πορφύρεον μέγα] ἐπεὶ ἀδύνατον ἦν διὰ βοῆς αὐτοὺς καταστεῖ‐ λαι, ἕνεκα τοῦ ἑαυτὸν εὐχερῶς σημᾶναι μεταχειρίζεται τὸ πορφυροῦν φάρος.</w:t>
      </w:r>
    </w:p>
    <w:p>
      <w:r>
        <w:rPr>
          <w:rFonts w:ascii="Courier New" w:hAnsi="Courier New"/>
          <w:color w:val="555555"/>
          <w:sz w:val="20"/>
        </w:rPr>
        <w:t>[8 . 222]</w:t>
      </w:r>
    </w:p>
    <w:p>
      <w:r>
        <w:rPr>
          <w:rFonts w:ascii="Gentium Plus" w:hAnsi="Gentium Plus"/>
          <w:sz w:val="24"/>
        </w:rPr>
        <w:t>μεγακήτεϊ νηῒ] τῇ μέγα κῦτος ἐχούσῃ, πλατείᾳ.</w:t>
      </w:r>
    </w:p>
    <w:p>
      <w:r>
        <w:rPr>
          <w:rFonts w:ascii="Courier New" w:hAnsi="Courier New"/>
          <w:color w:val="555555"/>
          <w:sz w:val="20"/>
        </w:rPr>
        <w:t>[8 . 228]</w:t>
      </w:r>
    </w:p>
    <w:p>
      <w:r>
        <w:rPr>
          <w:rFonts w:ascii="Gentium Plus" w:hAnsi="Gentium Plus"/>
          <w:sz w:val="24"/>
        </w:rPr>
        <w:t>εἶδος ἀγητοὶ] τὸ ὁραθῆναι μόνον θαυμαστοὶ καὶ οὐκ ἐπὶ ἔργῳ.</w:t>
      </w:r>
    </w:p>
    <w:p>
      <w:r>
        <w:rPr>
          <w:rFonts w:ascii="Courier New" w:hAnsi="Courier New"/>
          <w:color w:val="555555"/>
          <w:sz w:val="20"/>
        </w:rPr>
        <w:t>[8 . 230]</w:t>
      </w:r>
    </w:p>
    <w:p>
      <w:r>
        <w:rPr>
          <w:rFonts w:ascii="Gentium Plus" w:hAnsi="Gentium Plus"/>
          <w:sz w:val="24"/>
        </w:rPr>
        <w:t>ἠγοράασθε] ἐλέγετε. ἅστινάς ποτε ἐν Λήμνῳ ἐλέγετε καυχώ‐ μενοι πίνοντες οἶνον πλεῖστον καὶ κάλλιστον. ἄλλως· ἃς ὁπότ’ ἐν Λήμνῳ κενεαυχέες] τὸ «ὁπότε» ἐστὶν Ἀττικῶς ὅτε καὶ ἀποτελεῖ ἀνταποδοτικὴν περίοδον.</w:t>
      </w:r>
    </w:p>
    <w:p>
      <w:r>
        <w:rPr>
          <w:rFonts w:ascii="Courier New" w:hAnsi="Courier New"/>
          <w:color w:val="555555"/>
          <w:sz w:val="20"/>
        </w:rPr>
        <w:t>[5]</w:t>
      </w:r>
    </w:p>
    <w:p>
      <w:r>
        <w:rPr>
          <w:rFonts w:ascii="Gentium Plus" w:hAnsi="Gentium Plus"/>
          <w:sz w:val="24"/>
        </w:rPr>
        <w:t>[ἃς ὁπότε] οὐκ ἔστιν ἀνταπόδοσις· ὁ γὰρ λόγος «ὅτε ἐν Λήμνῳ ἐκαυ‐ χᾶσθε». [ἐπιστεφέας] πλήρεις. ὁ τρόπος μεταφορά.</w:t>
      </w:r>
    </w:p>
    <w:p>
      <w:r>
        <w:rPr>
          <w:rFonts w:ascii="Courier New" w:hAnsi="Courier New"/>
          <w:color w:val="555555"/>
          <w:sz w:val="20"/>
        </w:rPr>
        <w:t>[8 . 236]</w:t>
      </w:r>
    </w:p>
    <w:p>
      <w:r>
        <w:rPr>
          <w:rFonts w:ascii="Gentium Plus" w:hAnsi="Gentium Plus"/>
          <w:sz w:val="24"/>
        </w:rPr>
        <w:t>ὑπερμενέων] ὑπὲρ τὸ δέον βιαίων, ὑπερεχόντων τῇ δυνάμει, ἀνδρείων.</w:t>
      </w:r>
    </w:p>
    <w:p>
      <w:r>
        <w:rPr>
          <w:rFonts w:ascii="Courier New" w:hAnsi="Courier New"/>
          <w:color w:val="555555"/>
          <w:sz w:val="20"/>
        </w:rPr>
        <w:t>[8 . 247]</w:t>
      </w:r>
    </w:p>
    <w:p>
      <w:r>
        <w:rPr>
          <w:rFonts w:ascii="Gentium Plus" w:hAnsi="Gentium Plus"/>
          <w:sz w:val="24"/>
        </w:rPr>
        <w:t>αἰετὸν] μέγιστον ἢ ἐντελῆ—δηλοῦν τὸ ἀληθές.</w:t>
      </w:r>
    </w:p>
    <w:p>
      <w:r>
        <w:rPr>
          <w:rFonts w:ascii="Courier New" w:hAnsi="Courier New"/>
          <w:color w:val="555555"/>
          <w:sz w:val="20"/>
        </w:rPr>
        <w:t>[8 . 249]</w:t>
      </w:r>
    </w:p>
    <w:p>
      <w:r>
        <w:rPr>
          <w:rFonts w:ascii="Gentium Plus" w:hAnsi="Gentium Plus"/>
          <w:sz w:val="24"/>
        </w:rPr>
        <w:t>πὰρ δὲ Διὸς βωμῷ]</w:t>
      </w:r>
    </w:p>
    <w:p>
      <w:r>
        <w:rPr>
          <w:rFonts w:ascii="Courier New" w:hAnsi="Courier New"/>
          <w:color w:val="555555"/>
          <w:sz w:val="20"/>
        </w:rPr>
        <w:t>[8 . 250]</w:t>
      </w:r>
    </w:p>
    <w:p>
      <w:r>
        <w:rPr>
          <w:rFonts w:ascii="Gentium Plus" w:hAnsi="Gentium Plus"/>
          <w:sz w:val="24"/>
        </w:rPr>
        <w:t>[πανομφαίῳ] 〈πανομφαῖος ὁ〉 πάσης φήμης καὶ κληδόνος αἴτιος· ὀμφὴ γὰρ ἡ θεία κληδών.</w:t>
      </w:r>
    </w:p>
    <w:p>
      <w:r>
        <w:rPr>
          <w:rFonts w:ascii="Courier New" w:hAnsi="Courier New"/>
          <w:color w:val="555555"/>
          <w:sz w:val="20"/>
        </w:rPr>
        <w:t>[8 . 260]</w:t>
      </w:r>
    </w:p>
    <w:p>
      <w:r>
        <w:rPr>
          <w:rFonts w:ascii="Gentium Plus" w:hAnsi="Gentium Plus"/>
          <w:sz w:val="24"/>
        </w:rPr>
        <w:t>ἀράβησεν] ἐψόφησεν. ὀνοματοποιΐα ὁ τρόπος.</w:t>
      </w:r>
    </w:p>
    <w:p>
      <w:r>
        <w:rPr>
          <w:rFonts w:ascii="Courier New" w:hAnsi="Courier New"/>
          <w:color w:val="555555"/>
          <w:sz w:val="20"/>
        </w:rPr>
        <w:t>[8 . 268]</w:t>
      </w:r>
    </w:p>
    <w:p>
      <w:r>
        <w:rPr>
          <w:rFonts w:ascii="Gentium Plus" w:hAnsi="Gentium Plus"/>
          <w:sz w:val="24"/>
        </w:rPr>
        <w:t>ὑπεξέφερεν] ἔξω αὐτὸ τοῦ Τεύκρου ἐποίει.</w:t>
      </w:r>
    </w:p>
    <w:p>
      <w:r>
        <w:rPr>
          <w:rFonts w:ascii="Courier New" w:hAnsi="Courier New"/>
          <w:color w:val="555555"/>
          <w:sz w:val="20"/>
        </w:rPr>
        <w:t>[8 . 282]</w:t>
      </w:r>
    </w:p>
    <w:p>
      <w:r>
        <w:rPr>
          <w:rFonts w:ascii="Gentium Plus" w:hAnsi="Gentium Plus"/>
          <w:sz w:val="24"/>
        </w:rPr>
        <w:t>φόως] φῶς, σωτηρία. σημαίνει δὲ κυρίως τὸ φῶς ....</w:t>
      </w:r>
    </w:p>
    <w:p>
      <w:r>
        <w:rPr>
          <w:rFonts w:ascii="Courier New" w:hAnsi="Courier New"/>
          <w:color w:val="555555"/>
          <w:sz w:val="20"/>
        </w:rPr>
        <w:t>[8 . 284]</w:t>
      </w:r>
    </w:p>
    <w:p>
      <w:r>
        <w:rPr>
          <w:rFonts w:ascii="Gentium Plus" w:hAnsi="Gentium Plus"/>
          <w:sz w:val="24"/>
        </w:rPr>
        <w:t>καί σε νόθον περ ἐόντα] ἐζήτηται δὲ πῶς ἐξ ἁπάντων— τοὺς γνησίους ὑπερέβαλεν. ἱστορία εἰς τὸ αὐτό· Ἡρακλῆς πορθήσας—ἐν τῷ δευτέρῳ τῶν γενῶν.</w:t>
      </w:r>
    </w:p>
    <w:p>
      <w:r>
        <w:rPr>
          <w:rFonts w:ascii="Courier New" w:hAnsi="Courier New"/>
          <w:color w:val="555555"/>
          <w:sz w:val="20"/>
        </w:rPr>
        <w:t>[8 . 289]</w:t>
      </w:r>
    </w:p>
    <w:p>
      <w:r>
        <w:rPr>
          <w:rFonts w:ascii="Gentium Plus" w:hAnsi="Gentium Plus"/>
          <w:sz w:val="24"/>
        </w:rPr>
        <w:t>πρεσβήϊον] πρεσβεῖον, ἀριστεῖον, τὸ ὑπὲρ τιμῆς διδόμενον δῶ‐ ρον.</w:t>
      </w:r>
    </w:p>
    <w:p>
      <w:r>
        <w:rPr>
          <w:rFonts w:ascii="Courier New" w:hAnsi="Courier New"/>
          <w:color w:val="555555"/>
          <w:sz w:val="20"/>
        </w:rPr>
        <w:t>[8 . 290]</w:t>
      </w:r>
    </w:p>
    <w:p>
      <w:r>
        <w:rPr>
          <w:rFonts w:ascii="Gentium Plus" w:hAnsi="Gentium Plus"/>
          <w:sz w:val="24"/>
        </w:rPr>
        <w:t>τρίποδα] λέβητα ἔχοντα αὐτοφυεῖς πόδας.</w:t>
      </w:r>
    </w:p>
    <w:p>
      <w:r>
        <w:rPr>
          <w:rFonts w:ascii="Courier New" w:hAnsi="Courier New"/>
          <w:color w:val="555555"/>
          <w:sz w:val="20"/>
        </w:rPr>
        <w:t>[8 . 291]</w:t>
      </w:r>
    </w:p>
    <w:p>
      <w:r>
        <w:rPr>
          <w:rFonts w:ascii="Gentium Plus" w:hAnsi="Gentium Plus"/>
          <w:sz w:val="24"/>
        </w:rPr>
        <w:t>[ἥ κέν τοι—εἰσαναβαίνοι] ἥτις τῆς αὐτῆς κοίτης κοινωνήσει.</w:t>
      </w:r>
    </w:p>
    <w:p>
      <w:r>
        <w:rPr>
          <w:rFonts w:ascii="Courier New" w:hAnsi="Courier New"/>
          <w:color w:val="555555"/>
          <w:sz w:val="20"/>
        </w:rPr>
        <w:t>[8 . 297]</w:t>
      </w:r>
    </w:p>
    <w:p>
      <w:r>
        <w:rPr>
          <w:rFonts w:ascii="Gentium Plus" w:hAnsi="Gentium Plus"/>
          <w:sz w:val="24"/>
        </w:rPr>
        <w:t>τανυγλώχινας] μακρὰς καὶ ὀξείας γωνιώσεις ἔχοντας, ὅ ἐστιν ἀκίδας.</w:t>
      </w:r>
    </w:p>
    <w:p>
      <w:r>
        <w:rPr>
          <w:rFonts w:ascii="Courier New" w:hAnsi="Courier New"/>
          <w:color w:val="555555"/>
          <w:sz w:val="20"/>
        </w:rPr>
        <w:t>[8 . 304]</w:t>
      </w:r>
    </w:p>
    <w:p>
      <w:r>
        <w:rPr>
          <w:rFonts w:ascii="Gentium Plus" w:hAnsi="Gentium Plus"/>
          <w:sz w:val="24"/>
        </w:rPr>
        <w:t>[ἐξ Αἰσύμηθεν] ἀπὸ Αἰσύμης πόλεως.</w:t>
      </w:r>
    </w:p>
    <w:p>
      <w:r>
        <w:rPr>
          <w:rFonts w:ascii="Courier New" w:hAnsi="Courier New"/>
          <w:color w:val="555555"/>
          <w:sz w:val="20"/>
        </w:rPr>
        <w:t>[8 . 306]</w:t>
      </w:r>
    </w:p>
    <w:p>
      <w:r>
        <w:rPr>
          <w:rFonts w:ascii="Gentium Plus" w:hAnsi="Gentium Plus"/>
          <w:sz w:val="24"/>
        </w:rPr>
        <w:t>μήκων δ’ ὣς] ὡς μήκων. ὁ τρόπος ἀναστροφή. κάρη βάλεν, ἥτ’ ἐνὶ κήπῳ] ἤτοι τὸ ἡ μετὰ 〈τοῦ〉 τέ περισσεύει, ἵνα ᾖ· «ὡς μήκων ἑτέρωσε ἀπέκλινε τὴν κεφαλήν ....»</w:t>
      </w:r>
    </w:p>
    <w:p>
      <w:r>
        <w:rPr>
          <w:rFonts w:ascii="Courier New" w:hAnsi="Courier New"/>
          <w:color w:val="555555"/>
          <w:sz w:val="20"/>
        </w:rPr>
        <w:t>[8 306bis]</w:t>
      </w:r>
    </w:p>
    <w:p>
      <w:r>
        <w:rPr>
          <w:rFonts w:ascii="Gentium Plus" w:hAnsi="Gentium Plus"/>
          <w:sz w:val="24"/>
        </w:rPr>
        <w:t>[ἥτε] σημειωτέον ὅτι θηλυκῶς εἶπε τὴν μήκωνα.</w:t>
      </w:r>
    </w:p>
    <w:p>
      <w:r>
        <w:rPr>
          <w:rFonts w:ascii="Courier New" w:hAnsi="Courier New"/>
          <w:color w:val="555555"/>
          <w:sz w:val="20"/>
        </w:rPr>
        <w:t>[8 . 307]</w:t>
      </w:r>
    </w:p>
    <w:p>
      <w:r>
        <w:rPr>
          <w:rFonts w:ascii="Gentium Plus" w:hAnsi="Gentium Plus"/>
          <w:sz w:val="24"/>
        </w:rPr>
        <w:t>βριθομένη] ἀντὶ τοῦ βρίθεται, ὅ ἐστι βαρεῖται, καὶ οὐχ ὥς τινες εἶπον βαρουμένη· κέχρηται γὰρ τῇ μετοχῇ ἀντὶ ῥήματος, καὶ ἔστι τὸ σχῆμα ἴδιον Αἰολέων.</w:t>
      </w:r>
    </w:p>
    <w:p>
      <w:r>
        <w:rPr>
          <w:rFonts w:ascii="Courier New" w:hAnsi="Courier New"/>
          <w:color w:val="555555"/>
          <w:sz w:val="20"/>
        </w:rPr>
        <w:t>[8 . 331]</w:t>
      </w:r>
    </w:p>
    <w:p>
      <w:r>
        <w:rPr>
          <w:rFonts w:ascii="Gentium Plus" w:hAnsi="Gentium Plus"/>
          <w:sz w:val="24"/>
        </w:rPr>
        <w:t>οὐκ ἀμέλησεν] ἐφρόντισεν. ὁ τρόπος ἀντίφρασις.</w:t>
      </w:r>
    </w:p>
    <w:p>
      <w:r>
        <w:rPr>
          <w:rFonts w:ascii="Courier New" w:hAnsi="Courier New"/>
          <w:color w:val="555555"/>
          <w:sz w:val="20"/>
        </w:rPr>
        <w:t>[8 . 337]</w:t>
      </w:r>
    </w:p>
    <w:p>
      <w:r>
        <w:rPr>
          <w:rFonts w:ascii="Gentium Plus" w:hAnsi="Gentium Plus"/>
          <w:sz w:val="24"/>
        </w:rPr>
        <w:t>βλεμεαίνων] σφοδρῶς ἐπιρρωνυόμενος—ἐνδεικνύ‐ μενος.</w:t>
      </w:r>
    </w:p>
    <w:p>
      <w:r>
        <w:rPr>
          <w:rFonts w:ascii="Courier New" w:hAnsi="Courier New"/>
          <w:color w:val="555555"/>
          <w:sz w:val="20"/>
        </w:rPr>
        <w:t>[8 . 338]</w:t>
      </w:r>
    </w:p>
    <w:p>
      <w:r>
        <w:rPr>
          <w:rFonts w:ascii="Gentium Plus" w:hAnsi="Gentium Plus"/>
          <w:sz w:val="24"/>
        </w:rPr>
        <w:t>συὸς ἀγρίου] σημειωτέον ὅτι—αἶγα.</w:t>
      </w:r>
    </w:p>
    <w:p>
      <w:r>
        <w:rPr>
          <w:rFonts w:ascii="Courier New" w:hAnsi="Courier New"/>
          <w:color w:val="555555"/>
          <w:sz w:val="20"/>
        </w:rPr>
        <w:t>[8 . 348]</w:t>
      </w:r>
    </w:p>
    <w:p>
      <w:r>
        <w:rPr>
          <w:rFonts w:ascii="Gentium Plus" w:hAnsi="Gentium Plus"/>
          <w:sz w:val="24"/>
        </w:rPr>
        <w:t>ἀμφιπεριστρώφα] πανταχοῦ περιεστρέφετο, ὅ ἐστιν ἐνεργικῶς περιέλαυνεν.</w:t>
      </w:r>
    </w:p>
    <w:p>
      <w:r>
        <w:rPr>
          <w:rFonts w:ascii="Courier New" w:hAnsi="Courier New"/>
          <w:color w:val="555555"/>
          <w:sz w:val="20"/>
        </w:rPr>
        <w:t>[8 . 349]</w:t>
      </w:r>
    </w:p>
    <w:p>
      <w:r>
        <w:rPr>
          <w:rFonts w:ascii="Gentium Plus" w:hAnsi="Gentium Plus"/>
          <w:sz w:val="24"/>
        </w:rPr>
        <w:t>Γοργοῦς ὄμματα] γοργότητος ἢ ἀντὶ τοῦ γοργά, ὅ ἐστι φοβερά. ἀπὸ εὐθείας τῆς Γοργώ ἡ γενικὴ Γοργοῦς.</w:t>
      </w:r>
    </w:p>
    <w:p>
      <w:r>
        <w:rPr>
          <w:rFonts w:ascii="Courier New" w:hAnsi="Courier New"/>
          <w:color w:val="555555"/>
          <w:sz w:val="20"/>
        </w:rPr>
        <w:t>[8 . 352]</w:t>
      </w:r>
    </w:p>
    <w:p>
      <w:r>
        <w:rPr>
          <w:rFonts w:ascii="Gentium Plus" w:hAnsi="Gentium Plus"/>
          <w:sz w:val="24"/>
        </w:rPr>
        <w:t>οὐκέτι νῶϊ] κοινῇ ἡμῖν· Δωριεῖς γάρ φασιν ἄμμες, Ἀττικοὶ δὲ νώ, Ἴωνες ἡμέας. ἔστι δὲ ἀντωνυμία δυϊκὴ ὀρθῆς καὶ αἰτιατικῆς πτώ‐ σεως. ἐὰν δὲ σὺν τῷ ν, ἡμῶν καὶ ἡμῖν. ἄλλως· οὐκέτι νῶϊ] οὐκέτι σώους θῶμεν τοὺς Ἕλληνας, ὧν διαπολο‐</w:t>
      </w:r>
    </w:p>
    <w:p>
      <w:r>
        <w:rPr>
          <w:rFonts w:ascii="Courier New" w:hAnsi="Courier New"/>
          <w:color w:val="555555"/>
          <w:sz w:val="20"/>
        </w:rPr>
        <w:t>[5]</w:t>
      </w:r>
    </w:p>
    <w:p>
      <w:r>
        <w:rPr>
          <w:rFonts w:ascii="Gentium Plus" w:hAnsi="Gentium Plus"/>
          <w:sz w:val="24"/>
        </w:rPr>
        <w:t>μένων φροντίδα ποιησόμεθα ἐξ ὑστέρου.</w:t>
      </w:r>
    </w:p>
    <w:p>
      <w:r>
        <w:rPr>
          <w:rFonts w:ascii="Courier New" w:hAnsi="Courier New"/>
          <w:color w:val="555555"/>
          <w:sz w:val="20"/>
        </w:rPr>
        <w:t>[8 . 363]</w:t>
      </w:r>
    </w:p>
    <w:p>
      <w:r>
        <w:rPr>
          <w:rFonts w:ascii="Gentium Plus" w:hAnsi="Gentium Plus"/>
          <w:sz w:val="24"/>
        </w:rPr>
        <w:t>Εὐρυσθῆος] Εὐρυσθέως τοῦ Ἀργείων βασιλέως, τοῦ ἐπιτάτ‐ τοντος Ἡρακλεῖ τοὺς ἄθλους.</w:t>
      </w:r>
    </w:p>
    <w:p>
      <w:r>
        <w:rPr>
          <w:rFonts w:ascii="Courier New" w:hAnsi="Courier New"/>
          <w:color w:val="555555"/>
          <w:sz w:val="20"/>
        </w:rPr>
        <w:t>[8 . 366]</w:t>
      </w:r>
    </w:p>
    <w:p>
      <w:r>
        <w:rPr>
          <w:rFonts w:ascii="Gentium Plus" w:hAnsi="Gentium Plus"/>
          <w:sz w:val="24"/>
        </w:rPr>
        <w:t>πευκαλίμῃσι] συνεταῖς, ἢ πικραῖς παρὰ τὴν πεύκην</w:t>
      </w:r>
    </w:p>
    <w:p>
      <w:r>
        <w:rPr>
          <w:rFonts w:ascii="Courier New" w:hAnsi="Courier New"/>
          <w:color w:val="555555"/>
          <w:sz w:val="20"/>
        </w:rPr>
        <w:t>[8 . 367]</w:t>
      </w:r>
    </w:p>
    <w:p>
      <w:r>
        <w:rPr>
          <w:rFonts w:ascii="Gentium Plus" w:hAnsi="Gentium Plus"/>
          <w:sz w:val="24"/>
        </w:rPr>
        <w:t>πυλάρταο] ἰσχυρῶς—ἐξ Ἅιδου.</w:t>
      </w:r>
    </w:p>
    <w:p>
      <w:r>
        <w:rPr>
          <w:rFonts w:ascii="Courier New" w:hAnsi="Courier New"/>
          <w:color w:val="555555"/>
          <w:sz w:val="20"/>
        </w:rPr>
        <w:t>[8 . 368]</w:t>
      </w:r>
    </w:p>
    <w:p>
      <w:r>
        <w:rPr>
          <w:rFonts w:ascii="Gentium Plus" w:hAnsi="Gentium Plus"/>
          <w:sz w:val="24"/>
        </w:rPr>
        <w:t>[ἐξ Ἐρέβευς] ἐκ τοῦ Ἐρέβους, ὅ ἐστι σκότους. ἔστι δὲ ὁ πρὸ τοῦ Ταρτάρου τόπος.</w:t>
      </w:r>
    </w:p>
    <w:p>
      <w:r>
        <w:rPr>
          <w:rFonts w:ascii="Courier New" w:hAnsi="Courier New"/>
          <w:color w:val="555555"/>
          <w:sz w:val="20"/>
        </w:rPr>
        <w:t>[8 368bis]</w:t>
      </w:r>
    </w:p>
    <w:p>
      <w:r>
        <w:rPr>
          <w:rFonts w:ascii="Gentium Plus" w:hAnsi="Gentium Plus"/>
          <w:sz w:val="24"/>
        </w:rPr>
        <w:t>ἐξ Ἐρέβευς ἄξοντα] τελεσθέντων τῶν Ἡρακλέους—κομίζειν.</w:t>
      </w:r>
    </w:p>
    <w:p>
      <w:r>
        <w:rPr>
          <w:rFonts w:ascii="Courier New" w:hAnsi="Courier New"/>
          <w:color w:val="555555"/>
          <w:sz w:val="20"/>
        </w:rPr>
        <w:t>[8 . 369]</w:t>
      </w:r>
    </w:p>
    <w:p>
      <w:r>
        <w:rPr>
          <w:rFonts w:ascii="Gentium Plus" w:hAnsi="Gentium Plus"/>
          <w:sz w:val="24"/>
        </w:rPr>
        <w:t>[Στυγὸς] Στὺξ μία τῶν Ὠκεανοῦ—ἐν Ἅιδου</w:t>
      </w:r>
    </w:p>
    <w:p>
      <w:r>
        <w:rPr>
          <w:rFonts w:ascii="Courier New" w:hAnsi="Courier New"/>
          <w:color w:val="555555"/>
          <w:sz w:val="20"/>
        </w:rPr>
        <w:t>[8 . 393]</w:t>
      </w:r>
    </w:p>
    <w:p>
      <w:r>
        <w:rPr>
          <w:rFonts w:ascii="Gentium Plus" w:hAnsi="Gentium Plus"/>
          <w:sz w:val="24"/>
        </w:rPr>
        <w:t>μύκον] ἢ 〈ἠνοί〉γησαν. ὀνοματοποιΐα ὁ 〈τρόποσ〉.</w:t>
      </w:r>
    </w:p>
    <w:p>
      <w:r>
        <w:rPr>
          <w:rFonts w:ascii="Courier New" w:hAnsi="Courier New"/>
          <w:color w:val="555555"/>
          <w:sz w:val="20"/>
        </w:rPr>
        <w:t>[8 . 405]</w:t>
      </w:r>
    </w:p>
    <w:p>
      <w:r>
        <w:rPr>
          <w:rFonts w:ascii="Gentium Plus" w:hAnsi="Gentium Plus"/>
          <w:sz w:val="24"/>
        </w:rPr>
        <w:t>[ἕλκε’ ἀπαλθήσεσθον] ἰαθήσεσθε. δυϊκῶς.</w:t>
      </w:r>
    </w:p>
    <w:p>
      <w:r>
        <w:rPr>
          <w:rFonts w:ascii="Courier New" w:hAnsi="Courier New"/>
          <w:color w:val="555555"/>
          <w:sz w:val="20"/>
        </w:rPr>
        <w:t>[8 . 409]</w:t>
      </w:r>
    </w:p>
    <w:p>
      <w:r>
        <w:rPr>
          <w:rFonts w:ascii="Gentium Plus" w:hAnsi="Gentium Plus"/>
          <w:sz w:val="24"/>
        </w:rPr>
        <w:t>ἀελλόπος] ταχύπους παρὰ τὰς ἀέλλας, ὅ ἐστιν ἀνέμους.</w:t>
      </w:r>
    </w:p>
    <w:p>
      <w:r>
        <w:rPr>
          <w:rFonts w:ascii="Courier New" w:hAnsi="Courier New"/>
          <w:color w:val="555555"/>
          <w:sz w:val="20"/>
        </w:rPr>
        <w:t>[8 . 410]</w:t>
      </w:r>
    </w:p>
    <w:p>
      <w:r>
        <w:rPr>
          <w:rFonts w:ascii="Gentium Plus" w:hAnsi="Gentium Plus"/>
          <w:sz w:val="24"/>
        </w:rPr>
        <w:t>πολυπτύχου] πολλὰ ἀποκλίματα ἔχοντος καὶ ἐξοχάς.</w:t>
      </w:r>
    </w:p>
    <w:p>
      <w:r>
        <w:rPr>
          <w:rFonts w:ascii="Courier New" w:hAnsi="Courier New"/>
          <w:color w:val="555555"/>
          <w:sz w:val="20"/>
        </w:rPr>
        <w:t>[8 . 432]</w:t>
      </w:r>
    </w:p>
    <w:p>
      <w:r>
        <w:rPr>
          <w:rFonts w:ascii="Gentium Plus" w:hAnsi="Gentium Plus"/>
          <w:sz w:val="24"/>
        </w:rPr>
        <w:t>μώνυχας ἵππους] μονώνυχας—χηλάς.</w:t>
      </w:r>
    </w:p>
    <w:p>
      <w:r>
        <w:rPr>
          <w:rFonts w:ascii="Courier New" w:hAnsi="Courier New"/>
          <w:color w:val="555555"/>
          <w:sz w:val="20"/>
        </w:rPr>
        <w:t>[8 . 434]</w:t>
      </w:r>
    </w:p>
    <w:p>
      <w:r>
        <w:rPr>
          <w:rFonts w:ascii="Gentium Plus" w:hAnsi="Gentium Plus"/>
          <w:sz w:val="24"/>
        </w:rPr>
        <w:t>κάπῃσι] φάτναις—ὅ ἐστιν ἐσθίειν.</w:t>
      </w:r>
    </w:p>
    <w:p>
      <w:r>
        <w:rPr>
          <w:rFonts w:ascii="Courier New" w:hAnsi="Courier New"/>
          <w:color w:val="555555"/>
          <w:sz w:val="20"/>
        </w:rPr>
        <w:t>[8 . 435]</w:t>
      </w:r>
    </w:p>
    <w:p>
      <w:r>
        <w:rPr>
          <w:rFonts w:ascii="Gentium Plus" w:hAnsi="Gentium Plus"/>
          <w:sz w:val="24"/>
        </w:rPr>
        <w:t>πρὸς ἐνώπια] πρὸς τοὺς ἐξ ἐναντίας—θυρῶν.</w:t>
      </w:r>
    </w:p>
    <w:p>
      <w:r>
        <w:rPr>
          <w:rFonts w:ascii="Courier New" w:hAnsi="Courier New"/>
          <w:color w:val="555555"/>
          <w:sz w:val="20"/>
        </w:rPr>
        <w:t>[8 . 450]</w:t>
      </w:r>
    </w:p>
    <w:p>
      <w:r>
        <w:rPr>
          <w:rFonts w:ascii="Gentium Plus" w:hAnsi="Gentium Plus"/>
          <w:sz w:val="24"/>
        </w:rPr>
        <w:t>πάντως οἷον ἐμὸν γένος] ἡ δὲ τοῦ πάντων—κατα‐ γωνισθῆναι.</w:t>
      </w:r>
    </w:p>
    <w:p>
      <w:r>
        <w:rPr>
          <w:rFonts w:ascii="Courier New" w:hAnsi="Courier New"/>
          <w:color w:val="555555"/>
          <w:sz w:val="20"/>
        </w:rPr>
        <w:t>[8 . 457]</w:t>
      </w:r>
    </w:p>
    <w:p>
      <w:r>
        <w:rPr>
          <w:rFonts w:ascii="Gentium Plus" w:hAnsi="Gentium Plus"/>
          <w:sz w:val="24"/>
        </w:rPr>
        <w:t>ἐπέμυξαν] μεμυκόσι τοῖς χείλεσιν ἐστέναξαν, ἐπεγόγγυσαν.</w:t>
      </w:r>
    </w:p>
    <w:p>
      <w:r>
        <w:rPr>
          <w:rFonts w:ascii="Courier New" w:hAnsi="Courier New"/>
          <w:color w:val="555555"/>
          <w:sz w:val="20"/>
        </w:rPr>
        <w:t>[8 . 463]</w:t>
      </w:r>
    </w:p>
    <w:p>
      <w:r>
        <w:rPr>
          <w:rFonts w:ascii="Gentium Plus" w:hAnsi="Gentium Plus"/>
          <w:sz w:val="24"/>
        </w:rPr>
        <w:t>οὐκ ἐπιεικτόν] οὐκ εὔεικτον, οὐκ εὐσυγχώρητον.</w:t>
      </w:r>
    </w:p>
    <w:p>
      <w:r>
        <w:rPr>
          <w:rFonts w:ascii="Courier New" w:hAnsi="Courier New"/>
          <w:color w:val="555555"/>
          <w:sz w:val="20"/>
        </w:rPr>
        <w:t>[8 . 470]</w:t>
      </w:r>
    </w:p>
    <w:p>
      <w:r>
        <w:rPr>
          <w:rFonts w:ascii="Gentium Plus" w:hAnsi="Gentium Plus"/>
          <w:sz w:val="24"/>
        </w:rPr>
        <w:t>ἠοῦς] ἕω, ὄρθρου, τῇ ἐπιούσῃ ἡμέρᾳ.</w:t>
      </w:r>
    </w:p>
    <w:p>
      <w:r>
        <w:rPr>
          <w:rFonts w:ascii="Courier New" w:hAnsi="Courier New"/>
          <w:color w:val="555555"/>
          <w:sz w:val="20"/>
        </w:rPr>
        <w:t>[8 . 476]</w:t>
      </w:r>
    </w:p>
    <w:p>
      <w:r>
        <w:rPr>
          <w:rFonts w:ascii="Gentium Plus" w:hAnsi="Gentium Plus"/>
          <w:sz w:val="24"/>
        </w:rPr>
        <w:t>στείνει ἐν αἰνοτάτῳ] στενώματι· στεῖνος γὰρ εἴωθε λέγειν τὴν στενὴν ὁδόν. λέγει δὲ 〈νῦν〉 τὴν ἀπὸ πολλοῦ πλήθους 〈γινομένην〉 στενοχωρίαν. «αἰνοτάτῳ» δὲ τῷ χαλεπῷ διὰ τὸν φόβον.</w:t>
      </w:r>
    </w:p>
    <w:p>
      <w:r>
        <w:rPr>
          <w:rFonts w:ascii="Courier New" w:hAnsi="Courier New"/>
          <w:color w:val="555555"/>
          <w:sz w:val="20"/>
        </w:rPr>
        <w:t>[8 . 479]</w:t>
      </w:r>
    </w:p>
    <w:p>
      <w:r>
        <w:rPr>
          <w:rFonts w:ascii="Gentium Plus" w:hAnsi="Gentium Plus"/>
          <w:sz w:val="24"/>
        </w:rPr>
        <w:t>ἵν’ Ἰαπετός τε Κρόνος τε] Διὸς μεταστήσαντος— Ὀφιώνιον προσαγορευθέν. Ἰαπετός] Οὐρανοῦ παῖς εἷς τῶν Τιτάνων.</w:t>
      </w:r>
    </w:p>
    <w:p>
      <w:r>
        <w:rPr>
          <w:rFonts w:ascii="Courier New" w:hAnsi="Courier New"/>
          <w:color w:val="555555"/>
          <w:sz w:val="20"/>
        </w:rPr>
        <w:t>[8 . 480]</w:t>
      </w:r>
    </w:p>
    <w:p>
      <w:r>
        <w:rPr>
          <w:rFonts w:ascii="Gentium Plus" w:hAnsi="Gentium Plus"/>
          <w:sz w:val="24"/>
        </w:rPr>
        <w:t>Ὑπερίονος] τοῦ ἡλίου—συνέχεται.</w:t>
      </w:r>
    </w:p>
    <w:p>
      <w:r>
        <w:rPr>
          <w:rFonts w:ascii="Courier New" w:hAnsi="Courier New"/>
          <w:color w:val="555555"/>
          <w:sz w:val="20"/>
        </w:rPr>
        <w:t>[8 . 488]</w:t>
      </w:r>
    </w:p>
    <w:p>
      <w:r>
        <w:rPr>
          <w:rFonts w:ascii="Gentium Plus" w:hAnsi="Gentium Plus"/>
          <w:sz w:val="24"/>
        </w:rPr>
        <w:t>ἀσπασίη] εὐκταία τρίλλιστος] πολυλιτάνευτος.</w:t>
      </w:r>
    </w:p>
    <w:p>
      <w:r>
        <w:rPr>
          <w:rFonts w:ascii="Courier New" w:hAnsi="Courier New"/>
          <w:color w:val="555555"/>
          <w:sz w:val="20"/>
        </w:rPr>
        <w:t>[8 . 491]</w:t>
      </w:r>
    </w:p>
    <w:p>
      <w:r>
        <w:rPr>
          <w:rFonts w:ascii="Gentium Plus" w:hAnsi="Gentium Plus"/>
          <w:sz w:val="24"/>
        </w:rPr>
        <w:t>ἐν καθαρῷ] ἔξωθεν δεῖ—νεκρῶν.</w:t>
      </w:r>
    </w:p>
    <w:p>
      <w:r>
        <w:rPr>
          <w:rFonts w:ascii="Courier New" w:hAnsi="Courier New"/>
          <w:color w:val="555555"/>
          <w:sz w:val="20"/>
        </w:rPr>
        <w:t>[8 . 508]</w:t>
      </w:r>
    </w:p>
    <w:p>
      <w:r>
        <w:rPr>
          <w:rFonts w:ascii="Gentium Plus" w:hAnsi="Gentium Plus"/>
          <w:sz w:val="24"/>
        </w:rPr>
        <w:t>ἠριγενείης] ἤτοι τὸν ὄρθρον γεννώσης, ἢ ὑπὸ τοῦ ὄρθρου γεν‐</w:t>
      </w:r>
    </w:p>
    <w:p>
      <w:r>
        <w:rPr>
          <w:rFonts w:ascii="Courier New" w:hAnsi="Courier New"/>
          <w:color w:val="555555"/>
          <w:sz w:val="20"/>
        </w:rPr>
        <w:t>[8 . 512]</w:t>
      </w:r>
    </w:p>
    <w:p>
      <w:r>
        <w:rPr>
          <w:rFonts w:ascii="Gentium Plus" w:hAnsi="Gentium Plus"/>
          <w:sz w:val="24"/>
        </w:rPr>
        <w:t>ἀσπουδεί] ἄνευ κακοπαθείας, χωρὶς πόνου.</w:t>
      </w:r>
    </w:p>
    <w:p>
      <w:r>
        <w:rPr>
          <w:rFonts w:ascii="Courier New" w:hAnsi="Courier New"/>
          <w:color w:val="555555"/>
          <w:sz w:val="20"/>
        </w:rPr>
        <w:t>[8 . 518]</w:t>
      </w:r>
    </w:p>
    <w:p>
      <w:r>
        <w:rPr>
          <w:rFonts w:ascii="Gentium Plus" w:hAnsi="Gentium Plus"/>
          <w:sz w:val="24"/>
        </w:rPr>
        <w:t>παῖδας πρωθήβας] πρῶτον ἡβῶντας, νέον ἀκμάζοντας. πολιοκροτάφους] πεπολιωμένους. ἀπὸ μέρους ἡ συνεκδοχή.</w:t>
      </w:r>
    </w:p>
    <w:p>
      <w:r>
        <w:rPr>
          <w:rFonts w:ascii="Courier New" w:hAnsi="Courier New"/>
          <w:color w:val="555555"/>
          <w:sz w:val="20"/>
        </w:rPr>
        <w:t>[8 . 519]</w:t>
      </w:r>
    </w:p>
    <w:p>
      <w:r>
        <w:rPr>
          <w:rFonts w:ascii="Gentium Plus" w:hAnsi="Gentium Plus"/>
          <w:sz w:val="24"/>
        </w:rPr>
        <w:t>θεοδμήτων] καθότι Ποσειδῶν καὶ Ἀπόλλων ᾠκοδόμησαν αὐ‐ τοὺς, ἤτοι ὑπὸ θεῶν ᾠκοδομημένων.</w:t>
      </w:r>
    </w:p>
    <w:p>
      <w:r>
        <w:rPr>
          <w:rFonts w:ascii="Courier New" w:hAnsi="Courier New"/>
          <w:color w:val="555555"/>
          <w:sz w:val="20"/>
        </w:rPr>
        <w:t>[8 . 520]</w:t>
      </w:r>
    </w:p>
    <w:p>
      <w:r>
        <w:rPr>
          <w:rFonts w:ascii="Gentium Plus" w:hAnsi="Gentium Plus"/>
          <w:sz w:val="24"/>
        </w:rPr>
        <w:t>θηλύτεραι] αἱ πρὸς τὰ ἀφροδίσια—πλησιάζουσιν.</w:t>
      </w:r>
    </w:p>
    <w:p>
      <w:r>
        <w:rPr>
          <w:rFonts w:ascii="Courier New" w:hAnsi="Courier New"/>
          <w:color w:val="555555"/>
          <w:sz w:val="20"/>
        </w:rPr>
        <w:t>[8 . 522]</w:t>
      </w:r>
    </w:p>
    <w:p>
      <w:r>
        <w:rPr>
          <w:rFonts w:ascii="Gentium Plus" w:hAnsi="Gentium Plus"/>
          <w:sz w:val="24"/>
        </w:rPr>
        <w:t>λόχος] ἐνέδρα, ὅθεν καὶ λοχαγοὶ οἱ ταξίαρχοι.</w:t>
      </w:r>
    </w:p>
    <w:p>
      <w:r>
        <w:rPr>
          <w:rFonts w:ascii="Courier New" w:hAnsi="Courier New"/>
          <w:color w:val="555555"/>
          <w:sz w:val="20"/>
        </w:rPr>
        <w:t>[8 . 527]</w:t>
      </w:r>
    </w:p>
    <w:p>
      <w:r>
        <w:rPr>
          <w:rFonts w:ascii="Gentium Plus" w:hAnsi="Gentium Plus"/>
          <w:sz w:val="24"/>
        </w:rPr>
        <w:t>Κηρεσσιφορήτους] τοὺς ὑπὸ εἱμαρμένης ἠγμένους, μοιρηφορή‐ τους, ἢ οὓς αἱ μοῖραι ἀποίσουσιν.</w:t>
      </w:r>
    </w:p>
    <w:p>
      <w:r>
        <w:rPr>
          <w:rFonts w:ascii="Courier New" w:hAnsi="Courier New"/>
          <w:color w:val="555555"/>
          <w:sz w:val="20"/>
        </w:rPr>
        <w:t>[8 . 530]</w:t>
      </w:r>
    </w:p>
    <w:p>
      <w:r>
        <w:rPr>
          <w:rFonts w:ascii="Gentium Plus" w:hAnsi="Gentium Plus"/>
          <w:sz w:val="24"/>
        </w:rPr>
        <w:t>ὑπ’ ἠοῖ] ὑπὸ τὴν ἕω, ὑπὸ τὸν ὄρθρον.</w:t>
      </w:r>
    </w:p>
    <w:p>
      <w:r>
        <w:rPr>
          <w:rFonts w:ascii="Courier New" w:hAnsi="Courier New"/>
          <w:color w:val="555555"/>
          <w:sz w:val="20"/>
        </w:rPr>
        <w:t>[8 . 545]</w:t>
      </w:r>
    </w:p>
    <w:p>
      <w:r>
        <w:rPr>
          <w:rFonts w:ascii="Gentium Plus" w:hAnsi="Gentium Plus"/>
          <w:sz w:val="24"/>
        </w:rPr>
        <w:t>ὁ τρόπος μετάλλαξις.</w:t>
      </w:r>
    </w:p>
    <w:p>
      <w:r>
        <w:rPr>
          <w:rFonts w:ascii="Courier New" w:hAnsi="Courier New"/>
          <w:color w:val="555555"/>
          <w:sz w:val="20"/>
        </w:rPr>
        <w:t>[8 . 554]</w:t>
      </w:r>
    </w:p>
    <w:p>
      <w:r>
        <w:rPr>
          <w:rFonts w:ascii="Gentium Plus" w:hAnsi="Gentium Plus"/>
          <w:sz w:val="24"/>
        </w:rPr>
        <w:t>εἵατο—πολλά] βαρυτόνως ἀναγνωστέον, ἵνα μὴ συνεμπέσῃ τὸ «πύρα» τῷ σημαίνοντι τὴν φλογοειδῆ.</w:t>
      </w:r>
    </w:p>
    <w:p>
      <w:r>
        <w:rPr>
          <w:rFonts w:ascii="Courier New" w:hAnsi="Courier New"/>
          <w:color w:val="555555"/>
          <w:sz w:val="20"/>
        </w:rPr>
        <w:t>[8 . 555]</w:t>
      </w:r>
    </w:p>
    <w:p>
      <w:r>
        <w:rPr>
          <w:rFonts w:ascii="Gentium Plus" w:hAnsi="Gentium Plus"/>
          <w:sz w:val="24"/>
        </w:rPr>
        <w:t>φαεινὴν ἀμφὶ σελήνην] τὴν φύσιν λαμπράν. τοῦτο δὲ καθό‐ λου τῆς σελήνης ἐπιθετικόν ἐστι, κἂν μὴ πανσέληνος ᾖ.</w:t>
      </w:r>
    </w:p>
    <w:p>
      <w:r>
        <w:rPr>
          <w:rFonts w:ascii="Courier New" w:hAnsi="Courier New"/>
          <w:color w:val="555555"/>
          <w:sz w:val="20"/>
        </w:rPr>
        <w:t>[8 . 557]</w:t>
      </w:r>
    </w:p>
    <w:p>
      <w:r>
        <w:rPr>
          <w:rFonts w:ascii="Gentium Plus" w:hAnsi="Gentium Plus"/>
          <w:sz w:val="24"/>
        </w:rPr>
        <w:t>πρώονες] οἱ προνενευκότες τῶν ὀρῶν τόποι καὶ προβεβλημένοι παρὰ τὸ .... ἐξέχειν.</w:t>
      </w:r>
    </w:p>
    <w:p>
      <w:r>
        <w:rPr>
          <w:rFonts w:ascii="Courier New" w:hAnsi="Courier New"/>
          <w:color w:val="555555"/>
          <w:sz w:val="20"/>
        </w:rPr>
        <w:t>[8 . 559]</w:t>
      </w:r>
    </w:p>
    <w:p>
      <w:r>
        <w:rPr>
          <w:rFonts w:ascii="Gentium Plus" w:hAnsi="Gentium Plus"/>
          <w:sz w:val="24"/>
        </w:rPr>
        <w:t>γέγηθε—ποιμὴν] «ποιμήν» εἶπεν—ὁ τρόπος.</w:t>
      </w:r>
    </w:p>
    <w:p>
      <w:r>
        <w:rPr>
          <w:rFonts w:ascii="Courier New" w:hAnsi="Courier New"/>
          <w:color w:val="555555"/>
          <w:sz w:val="20"/>
        </w:rPr>
        <w:t>[8 . 563]</w:t>
      </w:r>
    </w:p>
    <w:p>
      <w:r>
        <w:rPr>
          <w:rFonts w:ascii="Gentium Plus" w:hAnsi="Gentium Plus"/>
          <w:sz w:val="24"/>
        </w:rPr>
        <w:t>πὰρ δὲ ἑκάστῳ] τῷ «ἑκάστῳ» συναπτέον τὸ «σέλα», ἵν’ ᾖ· παρ’ ἑκάστῳ σέλαι καὶ φωτὶ τοῦ πυρὸς, τουτέστι παρὰ ἑκάστῃ— μυριάδες ἦσαν.</w:t>
      </w:r>
    </w:p>
    <w:p>
      <w:r>
        <w:rPr>
          <w:rFonts w:ascii="Courier New" w:hAnsi="Courier New"/>
          <w:color w:val="555555"/>
          <w:sz w:val="20"/>
        </w:rPr>
        <w:t>[8 . 564]</w:t>
      </w:r>
    </w:p>
    <w:p>
      <w:r>
        <w:rPr>
          <w:rFonts w:ascii="Gentium Plus" w:hAnsi="Gentium Plus"/>
          <w:sz w:val="24"/>
        </w:rPr>
        <w:t>κρῖ] κριθάς. ἀποκοπὴ ὁ τρόπος. ὀλύρας] εἶδος σπέρματος παραπλήσιον κριθῆς.</w:t>
      </w:r>
    </w:p>
    <w:p>
      <w:r>
        <w:rPr>
          <w:rFonts w:ascii="Courier New" w:hAnsi="Courier New"/>
          <w:color w:val="555555"/>
          <w:sz w:val="20"/>
        </w:rPr>
        <w:t>[8 . 565]</w:t>
      </w:r>
    </w:p>
    <w:p>
      <w:r>
        <w:rPr>
          <w:rFonts w:ascii="Gentium Plus" w:hAnsi="Gentium Plus"/>
          <w:sz w:val="24"/>
        </w:rPr>
        <w:t>ἐΰθρονον] καλὸν θρόνον ἔχουσαν βασιλικὸν, ἢ καλὸν ἅρμα,</w:t>
      </w:r>
    </w:p>
    <w:p>
      <w:r>
        <w:rPr>
          <w:rFonts w:ascii="Courier New" w:hAnsi="Courier New"/>
          <w:color w:val="555555"/>
          <w:sz w:val="20"/>
        </w:rPr>
        <w:t>[9 . 1]</w:t>
      </w:r>
    </w:p>
    <w:p>
      <w:r>
        <w:rPr>
          <w:rFonts w:ascii="Gentium Plus" w:hAnsi="Gentium Plus"/>
          <w:sz w:val="24"/>
        </w:rPr>
        <w:t>φυλακὰς ἔχον] ἐφύλασσον. καλῶς δὲ εἶπεν· οἱ μὲν γὰρ Τρῶες —ὑπὸ τοῦ δέους.</w:t>
      </w:r>
    </w:p>
    <w:p>
      <w:r>
        <w:rPr>
          <w:rFonts w:ascii="Courier New" w:hAnsi="Courier New"/>
          <w:color w:val="555555"/>
          <w:sz w:val="20"/>
        </w:rPr>
        <w:t>[9 . 2]</w:t>
      </w:r>
    </w:p>
    <w:p>
      <w:r>
        <w:rPr>
          <w:rFonts w:ascii="Gentium Plus" w:hAnsi="Gentium Plus"/>
          <w:sz w:val="24"/>
        </w:rPr>
        <w:t>θεσπεσίη ἔχε φύζα] ἰδίως μὲν διὰ Τρῶας, ἰδίως δὲ διὰ τὸν πε‐ σόντα κεραυνόν. «φύζα» δὲ ἀεὶ ἡ μετὰ δέους φυγὴ, νῦν δὲ ἔκπληξις. ἀπολογεῖται δὲ, ὅτι ἐκ θεῶν. κρυόεντος] κρυόεις δὲ ὁ φόβος—ἐδήλωσεν.</w:t>
      </w:r>
    </w:p>
    <w:p>
      <w:r>
        <w:rPr>
          <w:rFonts w:ascii="Courier New" w:hAnsi="Courier New"/>
          <w:color w:val="555555"/>
          <w:sz w:val="20"/>
        </w:rPr>
        <w:t>[5]</w:t>
      </w:r>
    </w:p>
    <w:p>
      <w:r>
        <w:rPr>
          <w:rFonts w:ascii="Gentium Plus" w:hAnsi="Gentium Plus"/>
          <w:sz w:val="24"/>
        </w:rPr>
        <w:t>[κρυόεντος] φοβεροῦ συμβαίνει—ὀδόντας. [ἑταίρη] συνεργός, φίλη. σημειωτέον δὲ ὅτι τὴν φυγὴν ὁ ποιητὴς τοῦ φόβου εἴρηκεν ἑταίραν.</w:t>
      </w:r>
    </w:p>
    <w:p>
      <w:r>
        <w:rPr>
          <w:rFonts w:ascii="Courier New" w:hAnsi="Courier New"/>
          <w:color w:val="555555"/>
          <w:sz w:val="20"/>
        </w:rPr>
        <w:t>[9 . 3]</w:t>
      </w:r>
    </w:p>
    <w:p>
      <w:r>
        <w:rPr>
          <w:rFonts w:ascii="Gentium Plus" w:hAnsi="Gentium Plus"/>
          <w:sz w:val="24"/>
        </w:rPr>
        <w:t>βεβολήατο] ἐπὶ μὲν σώματος βεβλήατο, ἐπὶ δὲ ψυχῆς «βεβολήατο». ἄλλως· τὴν ψυχὴν τετρωμένοι ἦσαν, ἐλυποῦντο.</w:t>
      </w:r>
    </w:p>
    <w:p>
      <w:r>
        <w:rPr>
          <w:rFonts w:ascii="Courier New" w:hAnsi="Courier New"/>
          <w:color w:val="555555"/>
          <w:sz w:val="20"/>
        </w:rPr>
        <w:t>[9 . 4]</w:t>
      </w:r>
    </w:p>
    <w:p>
      <w:r>
        <w:rPr>
          <w:rFonts w:ascii="Gentium Plus" w:hAnsi="Gentium Plus"/>
          <w:sz w:val="24"/>
        </w:rPr>
        <w:t>ὡς δ’ ἄνεμοι] καλῶς—φόβου.</w:t>
      </w:r>
    </w:p>
    <w:p>
      <w:r>
        <w:rPr>
          <w:rFonts w:ascii="Courier New" w:hAnsi="Courier New"/>
          <w:color w:val="555555"/>
          <w:sz w:val="20"/>
        </w:rPr>
        <w:t>[9 . 5]</w:t>
      </w:r>
    </w:p>
    <w:p>
      <w:r>
        <w:rPr>
          <w:rFonts w:ascii="Gentium Plus" w:hAnsi="Gentium Plus"/>
          <w:sz w:val="24"/>
        </w:rPr>
        <w:t>Βορέης καὶ Ζέφυρος τώ τε] πῶς ἀμφοτέρους—Θρῄκης</w:t>
      </w:r>
    </w:p>
    <w:p>
      <w:r>
        <w:rPr>
          <w:rFonts w:ascii="Courier New" w:hAnsi="Courier New"/>
          <w:color w:val="555555"/>
          <w:sz w:val="20"/>
        </w:rPr>
        <w:t>[9 . 7]</w:t>
      </w:r>
    </w:p>
    <w:p>
      <w:r>
        <w:rPr>
          <w:rFonts w:ascii="Gentium Plus" w:hAnsi="Gentium Plus"/>
          <w:sz w:val="24"/>
        </w:rPr>
        <w:t>κορθύεται] κορυφοῦται—κόρθυς γὰρ ἡ σωρός.</w:t>
      </w:r>
    </w:p>
    <w:p>
      <w:r>
        <w:rPr>
          <w:rFonts w:ascii="Courier New" w:hAnsi="Courier New"/>
          <w:color w:val="555555"/>
          <w:sz w:val="20"/>
        </w:rPr>
        <w:t>[9 . 11]</w:t>
      </w:r>
    </w:p>
    <w:p>
      <w:r>
        <w:rPr>
          <w:rFonts w:ascii="Gentium Plus" w:hAnsi="Gentium Plus"/>
          <w:sz w:val="24"/>
        </w:rPr>
        <w:t>[κλήδην] καλοῦντας, κηρύσσοντας.</w:t>
      </w:r>
    </w:p>
    <w:p>
      <w:r>
        <w:rPr>
          <w:rFonts w:ascii="Courier New" w:hAnsi="Courier New"/>
          <w:color w:val="555555"/>
          <w:sz w:val="20"/>
        </w:rPr>
        <w:t>[9 . 12]</w:t>
      </w:r>
    </w:p>
    <w:p>
      <w:r>
        <w:rPr>
          <w:rFonts w:ascii="Gentium Plus" w:hAnsi="Gentium Plus"/>
          <w:sz w:val="24"/>
        </w:rPr>
        <w:t>μηδὲ βοᾶν] μηδὲ βοῶντας· νυκτὸς γὰρ οὔσης—γέ‐ νηται.</w:t>
      </w:r>
    </w:p>
    <w:p>
      <w:r>
        <w:rPr>
          <w:rFonts w:ascii="Courier New" w:hAnsi="Courier New"/>
          <w:color w:val="555555"/>
          <w:sz w:val="20"/>
        </w:rPr>
        <w:t>[9 . 14]</w:t>
      </w:r>
    </w:p>
    <w:p>
      <w:r>
        <w:rPr>
          <w:rFonts w:ascii="Gentium Plus" w:hAnsi="Gentium Plus"/>
          <w:sz w:val="24"/>
        </w:rPr>
        <w:t>μελάνυδρος] πολύυδρος—τὸ βάθος.</w:t>
      </w:r>
    </w:p>
    <w:p>
      <w:r>
        <w:rPr>
          <w:rFonts w:ascii="Courier New" w:hAnsi="Courier New"/>
          <w:color w:val="555555"/>
          <w:sz w:val="20"/>
        </w:rPr>
        <w:t>[9 . 15]</w:t>
      </w:r>
    </w:p>
    <w:p>
      <w:r>
        <w:rPr>
          <w:rFonts w:ascii="Gentium Plus" w:hAnsi="Gentium Plus"/>
          <w:sz w:val="24"/>
        </w:rPr>
        <w:t>αἰγίλιπος] ὑψηλή, ἣν ἂν καὶ αἲξ ἀπολίποι διὰ τὸ ἄγαν— τῶν στεναγμῶν.</w:t>
      </w:r>
    </w:p>
    <w:p>
      <w:r>
        <w:rPr>
          <w:rFonts w:ascii="Courier New" w:hAnsi="Courier New"/>
          <w:color w:val="555555"/>
          <w:sz w:val="20"/>
        </w:rPr>
        <w:t>[9 . 30]</w:t>
      </w:r>
    </w:p>
    <w:p>
      <w:r>
        <w:rPr>
          <w:rFonts w:ascii="Gentium Plus" w:hAnsi="Gentium Plus"/>
          <w:sz w:val="24"/>
        </w:rPr>
        <w:t>τετιηότες] τετιμωρημένοι, λυπούμενοι.</w:t>
      </w:r>
    </w:p>
    <w:p>
      <w:r>
        <w:rPr>
          <w:rFonts w:ascii="Courier New" w:hAnsi="Courier New"/>
          <w:color w:val="555555"/>
          <w:sz w:val="20"/>
        </w:rPr>
        <w:t>[9 . 32]</w:t>
      </w:r>
    </w:p>
    <w:p>
      <w:r>
        <w:rPr>
          <w:rFonts w:ascii="Gentium Plus" w:hAnsi="Gentium Plus"/>
          <w:sz w:val="24"/>
        </w:rPr>
        <w:t>σοὶ πρῶτα μαχήσομαι] ἀντὶ τοῦ τῷ λόγῳ σου ἀντιστῶ.</w:t>
      </w:r>
    </w:p>
    <w:p>
      <w:r>
        <w:rPr>
          <w:rFonts w:ascii="Courier New" w:hAnsi="Courier New"/>
          <w:color w:val="555555"/>
          <w:sz w:val="20"/>
        </w:rPr>
        <w:t>[9 . 33]</w:t>
      </w:r>
    </w:p>
    <w:p>
      <w:r>
        <w:rPr>
          <w:rFonts w:ascii="Gentium Plus" w:hAnsi="Gentium Plus"/>
          <w:sz w:val="24"/>
        </w:rPr>
        <w:t>ᾗ θέμις] ὡς νόμος—ὥσπερ ἐν δημοκρατίᾳ.</w:t>
      </w:r>
    </w:p>
    <w:p>
      <w:r>
        <w:rPr>
          <w:rFonts w:ascii="Courier New" w:hAnsi="Courier New"/>
          <w:color w:val="555555"/>
          <w:sz w:val="20"/>
        </w:rPr>
        <w:t>[9 . 34]</w:t>
      </w:r>
    </w:p>
    <w:p>
      <w:r>
        <w:rPr>
          <w:rFonts w:ascii="Gentium Plus" w:hAnsi="Gentium Plus"/>
          <w:sz w:val="24"/>
        </w:rPr>
        <w:t>ἀλκὴν μέν μοι] σημειωτέον· 〈περὶ τῆς δυνάμεώς μου ὠνείδισάς με〉 ἐν τοῖς Ἕλλησιν ὡς ἀσθενέστατον—τί πτώσσεις; τί δ’ ὀπιπτεύεις πολέμοιο γεφύρας;» καὶ τὰ ἑξῆς.</w:t>
      </w:r>
    </w:p>
    <w:p>
      <w:r>
        <w:rPr>
          <w:rFonts w:ascii="Courier New" w:hAnsi="Courier New"/>
          <w:color w:val="555555"/>
          <w:sz w:val="20"/>
        </w:rPr>
        <w:t>[9 . 36]</w:t>
      </w:r>
    </w:p>
    <w:p>
      <w:r>
        <w:rPr>
          <w:rFonts w:ascii="Gentium Plus" w:hAnsi="Gentium Plus"/>
          <w:sz w:val="24"/>
        </w:rPr>
        <w:t>ἠδὲ γέροντες] γέροντας εἶπε διὰ τὸν Νέστορα, ἐπεὶ μικρῷ πρό‐ τερον αὐτὸν ἐσεσώκει ἐν τῷ πολέμῳ.</w:t>
      </w:r>
    </w:p>
    <w:p>
      <w:r>
        <w:rPr>
          <w:rFonts w:ascii="Courier New" w:hAnsi="Courier New"/>
          <w:color w:val="555555"/>
          <w:sz w:val="20"/>
        </w:rPr>
        <w:t>[9 . 37]</w:t>
      </w:r>
    </w:p>
    <w:p>
      <w:r>
        <w:rPr>
          <w:rFonts w:ascii="Gentium Plus" w:hAnsi="Gentium Plus"/>
          <w:sz w:val="24"/>
        </w:rPr>
        <w:t>διάνδιχ’ ἔδωκε] τοῖν δυοῖν ἕτερον ἔδωκεν.</w:t>
      </w:r>
    </w:p>
    <w:p>
      <w:r>
        <w:rPr>
          <w:rFonts w:ascii="Courier New" w:hAnsi="Courier New"/>
          <w:color w:val="555555"/>
          <w:sz w:val="20"/>
        </w:rPr>
        <w:t>[9 . 43]</w:t>
      </w:r>
    </w:p>
    <w:p>
      <w:r>
        <w:rPr>
          <w:rFonts w:ascii="Gentium Plus" w:hAnsi="Gentium Plus"/>
          <w:sz w:val="24"/>
        </w:rPr>
        <w:t>πάρ τοι ὁδός] πάρεστί σοι τὰ πρὸς τὴν ὁδὸν ἡτοιμασμένα, εἰ βούλει ἀπαλλάττεσθαι. νῆες—θαλάσσης] αἱ δὲ νῆές σου ἐγγὺς τῆς θαλάσσης εἰσί. διὰ δὲ τοῦ πλήθους τῶν νεῶν δειλίαν αὐτοῦ κατηγορεῖ.</w:t>
      </w:r>
    </w:p>
    <w:p>
      <w:r>
        <w:rPr>
          <w:rFonts w:ascii="Courier New" w:hAnsi="Courier New"/>
          <w:color w:val="555555"/>
          <w:sz w:val="20"/>
        </w:rPr>
        <w:t>[9 . 44]</w:t>
      </w:r>
    </w:p>
    <w:p>
      <w:r>
        <w:rPr>
          <w:rFonts w:ascii="Gentium Plus" w:hAnsi="Gentium Plus"/>
          <w:sz w:val="24"/>
        </w:rPr>
        <w:t>ἑστᾶς’ αἵ τοι] διὰ τοῦ πλήθους τῶν νεῶν δειλίαν αὐτοῦ κατη‐ γορεῖ καὶ διὰ τοῦ εἰπεῖν «ἄγχι θαλάσσης».</w:t>
      </w:r>
    </w:p>
    <w:p>
      <w:r>
        <w:rPr>
          <w:rFonts w:ascii="Courier New" w:hAnsi="Courier New"/>
          <w:color w:val="555555"/>
          <w:sz w:val="20"/>
        </w:rPr>
        <w:t>[9 . 47]</w:t>
      </w:r>
    </w:p>
    <w:p>
      <w:r>
        <w:rPr>
          <w:rFonts w:ascii="Gentium Plus" w:hAnsi="Gentium Plus"/>
          <w:sz w:val="24"/>
        </w:rPr>
        <w:t>φευγόντων] προσληπτέον—φευγέτωσαν, εἴ εἰσι τῶν φευγόντων.</w:t>
      </w:r>
    </w:p>
    <w:p>
      <w:r>
        <w:rPr>
          <w:rFonts w:ascii="Courier New" w:hAnsi="Courier New"/>
          <w:color w:val="555555"/>
          <w:sz w:val="20"/>
        </w:rPr>
        <w:t>[9 . 55]</w:t>
      </w:r>
    </w:p>
    <w:p>
      <w:r>
        <w:rPr>
          <w:rFonts w:ascii="Gentium Plus" w:hAnsi="Gentium Plus"/>
          <w:sz w:val="24"/>
        </w:rPr>
        <w:t>οὔτις τοι τὸν μῦθον] πῶς ὁ Νέστωρ—εἰσηγεῖται.</w:t>
      </w:r>
    </w:p>
    <w:p>
      <w:r>
        <w:rPr>
          <w:rFonts w:ascii="Courier New" w:hAnsi="Courier New"/>
          <w:color w:val="555555"/>
          <w:sz w:val="20"/>
        </w:rPr>
        <w:t>[9 . 57]</w:t>
      </w:r>
    </w:p>
    <w:p>
      <w:r>
        <w:rPr>
          <w:rFonts w:ascii="Gentium Plus" w:hAnsi="Gentium Plus"/>
          <w:sz w:val="24"/>
        </w:rPr>
        <w:t>ἐμὸς δέ κε πάϊς] ἐμὸς δ’ ἂν καὶ παῖς νομισθείης καὶ τῶν παίδων</w:t>
      </w:r>
    </w:p>
    <w:p>
      <w:r>
        <w:rPr>
          <w:rFonts w:ascii="Courier New" w:hAnsi="Courier New"/>
          <w:color w:val="555555"/>
          <w:sz w:val="20"/>
        </w:rPr>
        <w:t>[9 . 58]</w:t>
      </w:r>
    </w:p>
    <w:p>
      <w:r>
        <w:rPr>
          <w:rFonts w:ascii="Gentium Plus" w:hAnsi="Gentium Plus"/>
          <w:sz w:val="24"/>
        </w:rPr>
        <w:t>ἀτὰρ πεπνυμένα βάζεις] οὐ μὴν τέλος—ἅτινα αὐτὸς ἀναπληρώσει.</w:t>
      </w:r>
    </w:p>
    <w:p>
      <w:r>
        <w:rPr>
          <w:rFonts w:ascii="Courier New" w:hAnsi="Courier New"/>
          <w:color w:val="555555"/>
          <w:sz w:val="20"/>
        </w:rPr>
        <w:t>[9 . 63]</w:t>
      </w:r>
    </w:p>
    <w:p>
      <w:r>
        <w:rPr>
          <w:rFonts w:ascii="Gentium Plus" w:hAnsi="Gentium Plus"/>
          <w:sz w:val="24"/>
        </w:rPr>
        <w:t>ἀφρήτωρ] ὁ φρατρίαν καὶ συγγένειαν μὴ ἔχων. φρατρία δὲ κυρίως ἐστὶ τὸ τρίτον μέρος τῆς φυλῆς.</w:t>
      </w:r>
    </w:p>
    <w:p>
      <w:r>
        <w:rPr>
          <w:rFonts w:ascii="Courier New" w:hAnsi="Courier New"/>
          <w:color w:val="555555"/>
          <w:sz w:val="20"/>
        </w:rPr>
        <w:t>[9 . 64]</w:t>
      </w:r>
    </w:p>
    <w:p>
      <w:r>
        <w:rPr>
          <w:rFonts w:ascii="Gentium Plus" w:hAnsi="Gentium Plus"/>
          <w:sz w:val="24"/>
        </w:rPr>
        <w:t>[ἐπιδημίου] τοῦ μὴ πρὸς πολεμίους, ἀλλὰ πρὸς οἰκείους γινο‐ μένου.</w:t>
      </w:r>
    </w:p>
    <w:p>
      <w:r>
        <w:rPr>
          <w:rFonts w:ascii="Courier New" w:hAnsi="Courier New"/>
          <w:color w:val="555555"/>
          <w:sz w:val="20"/>
        </w:rPr>
        <w:t>[9 . 66]</w:t>
      </w:r>
    </w:p>
    <w:p>
      <w:r>
        <w:rPr>
          <w:rFonts w:ascii="Gentium Plus" w:hAnsi="Gentium Plus"/>
          <w:sz w:val="24"/>
        </w:rPr>
        <w:t>[φυλακτῆρες] ἀπὸ ὀρθῆς τοῦ φυλακτήρ.</w:t>
      </w:r>
    </w:p>
    <w:p>
      <w:r>
        <w:rPr>
          <w:rFonts w:ascii="Courier New" w:hAnsi="Courier New"/>
          <w:color w:val="555555"/>
          <w:sz w:val="20"/>
        </w:rPr>
        <w:t>[9 68-69]</w:t>
      </w:r>
    </w:p>
    <w:p>
      <w:r>
        <w:rPr>
          <w:rFonts w:ascii="Gentium Plus" w:hAnsi="Gentium Plus"/>
          <w:sz w:val="24"/>
        </w:rPr>
        <w:t>[ἀτὰρ πεπνυμένα—βασιλῆας] συνετῶς δὲ λέγεις παρὰ πάντας τοὺς βασιλεῖς τῶν Ἑλλήνων.</w:t>
      </w:r>
    </w:p>
    <w:p>
      <w:r>
        <w:rPr>
          <w:rFonts w:ascii="Courier New" w:hAnsi="Courier New"/>
          <w:color w:val="555555"/>
          <w:sz w:val="20"/>
        </w:rPr>
        <w:t>[9 . 70]</w:t>
      </w:r>
    </w:p>
    <w:p>
      <w:r>
        <w:rPr>
          <w:rFonts w:ascii="Gentium Plus" w:hAnsi="Gentium Plus"/>
          <w:sz w:val="24"/>
        </w:rPr>
        <w:t>[δαίνυ δαῖτα γέρουσιν] ἐφ’ ἑστίασιν καλὴν 〈ἄγε〉 τοὺς ἐντίμους.</w:t>
      </w:r>
    </w:p>
    <w:p>
      <w:r>
        <w:rPr>
          <w:rFonts w:ascii="Courier New" w:hAnsi="Courier New"/>
          <w:color w:val="555555"/>
          <w:sz w:val="20"/>
        </w:rPr>
        <w:t>[9 . 73]</w:t>
      </w:r>
    </w:p>
    <w:p>
      <w:r>
        <w:rPr>
          <w:rFonts w:ascii="Gentium Plus" w:hAnsi="Gentium Plus"/>
          <w:sz w:val="24"/>
        </w:rPr>
        <w:t>[πᾶσά τοί ἐσθ’ ὑποδεξίη] πάρεστί σοι ἀφθόνως ἡ πρὸς ὑποδο‐ χὴν δαψίλεια.</w:t>
      </w:r>
    </w:p>
    <w:p>
      <w:r>
        <w:rPr>
          <w:rFonts w:ascii="Courier New" w:hAnsi="Courier New"/>
          <w:color w:val="555555"/>
          <w:sz w:val="20"/>
        </w:rPr>
        <w:t>[9 . 75]</w:t>
      </w:r>
    </w:p>
    <w:p>
      <w:r>
        <w:rPr>
          <w:rFonts w:ascii="Gentium Plus" w:hAnsi="Gentium Plus"/>
          <w:sz w:val="24"/>
        </w:rPr>
        <w:t>[βουλὴν βουλεύσῃ] τὸ σχῆμα παρονομασία.</w:t>
      </w:r>
    </w:p>
    <w:p>
      <w:r>
        <w:rPr>
          <w:rFonts w:ascii="Courier New" w:hAnsi="Courier New"/>
          <w:color w:val="555555"/>
          <w:sz w:val="20"/>
        </w:rPr>
        <w:t>[9 . 81]</w:t>
      </w:r>
    </w:p>
    <w:p>
      <w:r>
        <w:rPr>
          <w:rFonts w:ascii="Gentium Plus" w:hAnsi="Gentium Plus"/>
          <w:sz w:val="24"/>
        </w:rPr>
        <w:t>Θρασυμήδεα] ὁ δὲ τρόπος ἐπέκτασις. τὸ ἔθος Ἰώνων.</w:t>
      </w:r>
    </w:p>
    <w:p>
      <w:r>
        <w:rPr>
          <w:rFonts w:ascii="Courier New" w:hAnsi="Courier New"/>
          <w:color w:val="555555"/>
          <w:sz w:val="20"/>
        </w:rPr>
        <w:t>[9 . 90]</w:t>
      </w:r>
    </w:p>
    <w:p>
      <w:r>
        <w:rPr>
          <w:rFonts w:ascii="Gentium Plus" w:hAnsi="Gentium Plus"/>
          <w:sz w:val="24"/>
        </w:rPr>
        <w:t>[μενοεικέα] τῷ μένει εἴκουσαν, αὐτάρκη.</w:t>
      </w:r>
    </w:p>
    <w:p>
      <w:r>
        <w:rPr>
          <w:rFonts w:ascii="Courier New" w:hAnsi="Courier New"/>
          <w:color w:val="555555"/>
          <w:sz w:val="20"/>
        </w:rPr>
        <w:t>[9 . 93]</w:t>
      </w:r>
    </w:p>
    <w:p>
      <w:r>
        <w:rPr>
          <w:rFonts w:ascii="Gentium Plus" w:hAnsi="Gentium Plus"/>
          <w:sz w:val="24"/>
        </w:rPr>
        <w:t>[ὑφαίνειν] κατασκευάζειν. μεταφορά.</w:t>
      </w:r>
    </w:p>
    <w:p>
      <w:r>
        <w:rPr>
          <w:rFonts w:ascii="Courier New" w:hAnsi="Courier New"/>
          <w:color w:val="555555"/>
          <w:sz w:val="20"/>
        </w:rPr>
        <w:t>[9 . 100]</w:t>
      </w:r>
    </w:p>
    <w:p>
      <w:r>
        <w:rPr>
          <w:rFonts w:ascii="Gentium Plus" w:hAnsi="Gentium Plus"/>
          <w:sz w:val="24"/>
        </w:rPr>
        <w:t>[περὶ μὲν φάσθαι] βουλεύεσθαι, ὑπὲρ πάντας λέγειν.</w:t>
      </w:r>
    </w:p>
    <w:p>
      <w:r>
        <w:rPr>
          <w:rFonts w:ascii="Courier New" w:hAnsi="Courier New"/>
          <w:color w:val="555555"/>
          <w:sz w:val="20"/>
        </w:rPr>
        <w:t>[9 . 101]</w:t>
      </w:r>
    </w:p>
    <w:p>
      <w:r>
        <w:rPr>
          <w:rFonts w:ascii="Gentium Plus" w:hAnsi="Gentium Plus"/>
          <w:sz w:val="24"/>
        </w:rPr>
        <w:t>κρηῆναι] ἐπιτελέσαι, ἐπιτρέψαι, ἢ πεισθῆναί σε 〈εἰσ〉 τέλος ἀγαγεῖν καὶ τὸ ὑπὸ τῶν ἄλλων καλῶς λεγόμενον.</w:t>
      </w:r>
    </w:p>
    <w:p>
      <w:r>
        <w:rPr>
          <w:rFonts w:ascii="Courier New" w:hAnsi="Courier New"/>
          <w:color w:val="555555"/>
          <w:sz w:val="20"/>
        </w:rPr>
        <w:t>[9 . 102]</w:t>
      </w:r>
    </w:p>
    <w:p>
      <w:r>
        <w:rPr>
          <w:rFonts w:ascii="Gentium Plus" w:hAnsi="Gentium Plus"/>
          <w:sz w:val="24"/>
        </w:rPr>
        <w:t>εἰπεῖν εἰς ἀγαθόν] ἢ ἀγαθὴν εἰσενέγκασθαι γνώμην. [σέο δ’ ἕξεται ὅττι κεν ἄρχῃ] ἤτοι τῶν λόγων κατόρθωμα σὸν ἔσται· εἰς σὲ γὰρ ἀνενεχθήσεται.</w:t>
      </w:r>
    </w:p>
    <w:p>
      <w:r>
        <w:rPr>
          <w:rFonts w:ascii="Courier New" w:hAnsi="Courier New"/>
          <w:color w:val="555555"/>
          <w:sz w:val="20"/>
        </w:rPr>
        <w:t>[9 . 106]</w:t>
      </w:r>
    </w:p>
    <w:p>
      <w:r>
        <w:rPr>
          <w:rFonts w:ascii="Gentium Plus" w:hAnsi="Gentium Plus"/>
          <w:sz w:val="24"/>
        </w:rPr>
        <w:t>Διογενεῦς] περισπωμένως ἀναγνῶμεν· συναίρεσιν γὰρ ἔπαθεν,</w:t>
      </w:r>
    </w:p>
    <w:p>
      <w:r>
        <w:rPr>
          <w:rFonts w:ascii="Courier New" w:hAnsi="Courier New"/>
          <w:color w:val="555555"/>
          <w:sz w:val="20"/>
        </w:rPr>
        <w:t>[9 . 109]</w:t>
      </w:r>
    </w:p>
    <w:p>
      <w:r>
        <w:rPr>
          <w:rFonts w:ascii="Gentium Plus" w:hAnsi="Gentium Plus"/>
          <w:sz w:val="24"/>
        </w:rPr>
        <w:t>ἀπεμυθεόμην] ἐκώλυον. γράφεται δὲ καὶ «ἐπεμυθεόμην», ἵν’ ἦ ἀπελογιζόμην.</w:t>
      </w:r>
    </w:p>
    <w:p>
      <w:r>
        <w:rPr>
          <w:rFonts w:ascii="Courier New" w:hAnsi="Courier New"/>
          <w:color w:val="555555"/>
          <w:sz w:val="20"/>
        </w:rPr>
        <w:t>[9 109-110]</w:t>
      </w:r>
    </w:p>
    <w:p>
      <w:r>
        <w:rPr>
          <w:rFonts w:ascii="Gentium Plus" w:hAnsi="Gentium Plus"/>
          <w:sz w:val="24"/>
        </w:rPr>
        <w:t>[μεγαλήτορι θυμῷ εἴξας] νικηθεὶς ὑπὸ τῆς ὀργῆς.</w:t>
      </w:r>
    </w:p>
    <w:p>
      <w:r>
        <w:rPr>
          <w:rFonts w:ascii="Courier New" w:hAnsi="Courier New"/>
          <w:color w:val="555555"/>
          <w:sz w:val="20"/>
        </w:rPr>
        <w:t>[9 . 115]</w:t>
      </w:r>
    </w:p>
    <w:p>
      <w:r>
        <w:rPr>
          <w:rFonts w:ascii="Gentium Plus" w:hAnsi="Gentium Plus"/>
          <w:sz w:val="24"/>
        </w:rPr>
        <w:t>οὐδὲν ψευσάμενος τὰς ἐμὰς ἄτας εἶπας.</w:t>
      </w:r>
    </w:p>
    <w:p>
      <w:r>
        <w:rPr>
          <w:rFonts w:ascii="Courier New" w:hAnsi="Courier New"/>
          <w:color w:val="555555"/>
          <w:sz w:val="20"/>
        </w:rPr>
        <w:t>[9 . 116]</w:t>
      </w:r>
    </w:p>
    <w:p>
      <w:r>
        <w:rPr>
          <w:rFonts w:ascii="Gentium Plus" w:hAnsi="Gentium Plus"/>
          <w:sz w:val="24"/>
        </w:rPr>
        <w:t>ἀντί νυ πολλῶν] ἀντάξιος πολλῶν ἐστιν ὁ ὑπὸ Διὸς φιλοτιμούμε‐ νος ἀνήρ.</w:t>
      </w:r>
    </w:p>
    <w:p>
      <w:r>
        <w:rPr>
          <w:rFonts w:ascii="Courier New" w:hAnsi="Courier New"/>
          <w:color w:val="555555"/>
          <w:sz w:val="20"/>
        </w:rPr>
        <w:t>[9 . 120]</w:t>
      </w:r>
    </w:p>
    <w:p>
      <w:r>
        <w:rPr>
          <w:rFonts w:ascii="Gentium Plus" w:hAnsi="Gentium Plus"/>
          <w:sz w:val="24"/>
        </w:rPr>
        <w:t>ἀρέσαι] ἀρέσασθαι, εἰς ἀρεσκείαν ἐλθεῖν, φιλοφροσύνην.</w:t>
      </w:r>
    </w:p>
    <w:p>
      <w:r>
        <w:rPr>
          <w:rFonts w:ascii="Courier New" w:hAnsi="Courier New"/>
          <w:color w:val="555555"/>
          <w:sz w:val="20"/>
        </w:rPr>
        <w:t>[9 . 122]</w:t>
      </w:r>
    </w:p>
    <w:p>
      <w:r>
        <w:rPr>
          <w:rFonts w:ascii="Gentium Plus" w:hAnsi="Gentium Plus"/>
          <w:sz w:val="24"/>
        </w:rPr>
        <w:t>τάλαντα] τὰ νῦν ἑξακισχίλια—ταῦτα δέ ἐστι χρυ‐ σίου τάλαντον. A la marge de la scolie la note: σημείωσαι περὶ τοῦ ταλάντου 〈ὅσ〉α σημαίνει.</w:t>
      </w:r>
    </w:p>
    <w:p>
      <w:r>
        <w:rPr>
          <w:rFonts w:ascii="Courier New" w:hAnsi="Courier New"/>
          <w:color w:val="555555"/>
          <w:sz w:val="20"/>
        </w:rPr>
        <w:t>[9 . 123]</w:t>
      </w:r>
    </w:p>
    <w:p>
      <w:r>
        <w:rPr>
          <w:rFonts w:ascii="Gentium Plus" w:hAnsi="Gentium Plus"/>
          <w:sz w:val="24"/>
        </w:rPr>
        <w:t>αἴθωνας] τοὺς πρὸς τὸ πῦρ ἐπιτηδείους καλουμένους ἐμπυρι‐ βήτας. παρὰ τὸ αἴθεσθαι.</w:t>
      </w:r>
    </w:p>
    <w:p>
      <w:r>
        <w:rPr>
          <w:rFonts w:ascii="Courier New" w:hAnsi="Courier New"/>
          <w:color w:val="555555"/>
          <w:sz w:val="20"/>
        </w:rPr>
        <w:t>[9 . 124]</w:t>
      </w:r>
    </w:p>
    <w:p>
      <w:r>
        <w:rPr>
          <w:rFonts w:ascii="Gentium Plus" w:hAnsi="Gentium Plus"/>
          <w:sz w:val="24"/>
        </w:rPr>
        <w:t>[ἀέθλια] ἔπαθλα θέματα.</w:t>
      </w:r>
    </w:p>
    <w:p>
      <w:r>
        <w:rPr>
          <w:rFonts w:ascii="Courier New" w:hAnsi="Courier New"/>
          <w:color w:val="555555"/>
          <w:sz w:val="20"/>
        </w:rPr>
        <w:t>[9 . 130]</w:t>
      </w:r>
    </w:p>
    <w:p>
      <w:r>
        <w:rPr>
          <w:rFonts w:ascii="Gentium Plus" w:hAnsi="Gentium Plus"/>
          <w:sz w:val="24"/>
        </w:rPr>
        <w:t>αἳ κάλλει ἐνίκων] παρὰ Λεσβίοις—Ἔρεσον, Μή‐ θυμναν, Πύρραν, Μυτιλήνην.</w:t>
      </w:r>
    </w:p>
    <w:p>
      <w:r>
        <w:rPr>
          <w:rFonts w:ascii="Courier New" w:hAnsi="Courier New"/>
          <w:color w:val="555555"/>
          <w:sz w:val="20"/>
        </w:rPr>
        <w:t>[9 . 131]</w:t>
      </w:r>
    </w:p>
    <w:p>
      <w:r>
        <w:rPr>
          <w:rFonts w:ascii="Gentium Plus" w:hAnsi="Gentium Plus"/>
          <w:sz w:val="24"/>
        </w:rPr>
        <w:t>[μετὰ δ’ ἔσσεται] ἐν αὐταῖς δὲ ἔσσεται καὶ ἡ Βρισηΐς.</w:t>
      </w:r>
    </w:p>
    <w:p>
      <w:r>
        <w:rPr>
          <w:rFonts w:ascii="Courier New" w:hAnsi="Courier New"/>
          <w:color w:val="555555"/>
          <w:sz w:val="20"/>
        </w:rPr>
        <w:t>[9 . 133]</w:t>
      </w:r>
    </w:p>
    <w:p>
      <w:r>
        <w:rPr>
          <w:rFonts w:ascii="Gentium Plus" w:hAnsi="Gentium Plus"/>
          <w:sz w:val="24"/>
        </w:rPr>
        <w:t>ὀμόσει, φησὶ, τὸ μηδέποτε συγκεκοιμῆσθαι, ὅ ἐστι μεμῖχθαι.</w:t>
      </w:r>
    </w:p>
    <w:p>
      <w:r>
        <w:rPr>
          <w:rFonts w:ascii="Courier New" w:hAnsi="Courier New"/>
          <w:color w:val="555555"/>
          <w:sz w:val="20"/>
        </w:rPr>
        <w:t>[9 . 145]</w:t>
      </w:r>
    </w:p>
    <w:p>
      <w:r>
        <w:rPr>
          <w:rFonts w:ascii="Gentium Plus" w:hAnsi="Gentium Plus"/>
          <w:sz w:val="24"/>
        </w:rPr>
        <w:t>Λαοδίκη—Εὐριπίδης.</w:t>
      </w:r>
    </w:p>
    <w:p>
      <w:r>
        <w:rPr>
          <w:rFonts w:ascii="Courier New" w:hAnsi="Courier New"/>
          <w:color w:val="555555"/>
          <w:sz w:val="20"/>
        </w:rPr>
        <w:t>[9 . 147]</w:t>
      </w:r>
    </w:p>
    <w:p>
      <w:r>
        <w:rPr>
          <w:rFonts w:ascii="Gentium Plus" w:hAnsi="Gentium Plus"/>
          <w:sz w:val="24"/>
        </w:rPr>
        <w:t>ἐπιμείλια] τὸ ἑξῆς· ἐπιδώσω μείλια. μείλια δέ εἰσιν οἷς μειλίσ‐ σονται—διατιθεμένην κατὰ τὴν ψυχήν.</w:t>
      </w:r>
    </w:p>
    <w:p>
      <w:r>
        <w:rPr>
          <w:rFonts w:ascii="Courier New" w:hAnsi="Courier New"/>
          <w:color w:val="555555"/>
          <w:sz w:val="20"/>
        </w:rPr>
        <w:t>[9 . 153]</w:t>
      </w:r>
    </w:p>
    <w:p>
      <w:r>
        <w:rPr>
          <w:rFonts w:ascii="Gentium Plus" w:hAnsi="Gentium Plus"/>
          <w:sz w:val="24"/>
        </w:rPr>
        <w:t>[νέαται] ἤτοι ἔσχαται, ἢ κατῳκισμέναι εἰσίν.</w:t>
      </w:r>
    </w:p>
    <w:p>
      <w:r>
        <w:rPr>
          <w:rFonts w:ascii="Courier New" w:hAnsi="Courier New"/>
          <w:color w:val="555555"/>
          <w:sz w:val="20"/>
        </w:rPr>
        <w:t>[9 . 154]</w:t>
      </w:r>
    </w:p>
    <w:p>
      <w:r>
        <w:rPr>
          <w:rFonts w:ascii="Gentium Plus" w:hAnsi="Gentium Plus"/>
          <w:sz w:val="24"/>
        </w:rPr>
        <w:t>[πολύρρηνες] πολυθρέμματοι, πλούσιοι· ῥῆνες γὰρ οἱ ἄρνες.</w:t>
      </w:r>
    </w:p>
    <w:p>
      <w:r>
        <w:rPr>
          <w:rFonts w:ascii="Courier New" w:hAnsi="Courier New"/>
          <w:color w:val="555555"/>
          <w:sz w:val="20"/>
        </w:rPr>
        <w:t>[9 . 156]</w:t>
      </w:r>
    </w:p>
    <w:p>
      <w:r>
        <w:rPr>
          <w:rFonts w:ascii="Gentium Plus" w:hAnsi="Gentium Plus"/>
          <w:sz w:val="24"/>
        </w:rPr>
        <w:t>λιπαρὰς—θέμιστας] ὅσα δεῖ βασιλέα—λαμπροὺς τελέ‐</w:t>
      </w:r>
    </w:p>
    <w:p>
      <w:r>
        <w:rPr>
          <w:rFonts w:ascii="Courier New" w:hAnsi="Courier New"/>
          <w:color w:val="555555"/>
          <w:sz w:val="20"/>
        </w:rPr>
        <w:t>[9 . 158]</w:t>
      </w:r>
    </w:p>
    <w:p>
      <w:r>
        <w:rPr>
          <w:rFonts w:ascii="Gentium Plus" w:hAnsi="Gentium Plus"/>
          <w:sz w:val="24"/>
        </w:rPr>
        <w:t>[δμηθήτω] δαμασθήτω, τουτέστι πρᾷος καὶ ἐπιεικὴς γενέσθω. [ἀδάμαστος] ὑποταγῆναι μὴ δυνάμενος.</w:t>
      </w:r>
    </w:p>
    <w:p>
      <w:r>
        <w:rPr>
          <w:rFonts w:ascii="Courier New" w:hAnsi="Courier New"/>
          <w:color w:val="555555"/>
          <w:sz w:val="20"/>
        </w:rPr>
        <w:t>[9 . 165]</w:t>
      </w:r>
    </w:p>
    <w:p>
      <w:r>
        <w:rPr>
          <w:rFonts w:ascii="Gentium Plus" w:hAnsi="Gentium Plus"/>
          <w:sz w:val="24"/>
        </w:rPr>
        <w:t>κλητοὺς] ἐξ ὀνόματος κεκλημένους, ἐπιλέκτους.</w:t>
      </w:r>
    </w:p>
    <w:p>
      <w:r>
        <w:rPr>
          <w:rFonts w:ascii="Courier New" w:hAnsi="Courier New"/>
          <w:color w:val="555555"/>
          <w:sz w:val="20"/>
        </w:rPr>
        <w:t>[9 . 168]</w:t>
      </w:r>
    </w:p>
    <w:p>
      <w:r>
        <w:rPr>
          <w:rFonts w:ascii="Gentium Plus" w:hAnsi="Gentium Plus"/>
          <w:sz w:val="24"/>
        </w:rPr>
        <w:t>[ἡγησάσθω] ἀπελθέτω. διὰ τὸ τροφέα αὐτὸν εἶναι Ἀχιλλέως.</w:t>
      </w:r>
    </w:p>
    <w:p>
      <w:r>
        <w:rPr>
          <w:rFonts w:ascii="Courier New" w:hAnsi="Courier New"/>
          <w:color w:val="555555"/>
          <w:sz w:val="20"/>
        </w:rPr>
        <w:t>[9 . 180]</w:t>
      </w:r>
    </w:p>
    <w:p>
      <w:r>
        <w:rPr>
          <w:rFonts w:ascii="Gentium Plus" w:hAnsi="Gentium Plus"/>
          <w:sz w:val="24"/>
        </w:rPr>
        <w:t>[δενδίλλων] περιβλέπων—ὀφθαλμούς.</w:t>
      </w:r>
    </w:p>
    <w:p>
      <w:r>
        <w:rPr>
          <w:rFonts w:ascii="Courier New" w:hAnsi="Courier New"/>
          <w:color w:val="555555"/>
          <w:sz w:val="20"/>
        </w:rPr>
        <w:t>[9 . 181]</w:t>
      </w:r>
    </w:p>
    <w:p>
      <w:r>
        <w:rPr>
          <w:rFonts w:ascii="Gentium Plus" w:hAnsi="Gentium Plus"/>
          <w:sz w:val="24"/>
        </w:rPr>
        <w:t>[πειρᾶν ὡς πεπίθοιεν] πειράζειν εἴ τι πείσειεν.</w:t>
      </w:r>
    </w:p>
    <w:p>
      <w:r>
        <w:rPr>
          <w:rFonts w:ascii="Courier New" w:hAnsi="Courier New"/>
          <w:color w:val="555555"/>
          <w:sz w:val="20"/>
        </w:rPr>
        <w:t>[9 . 182]</w:t>
      </w:r>
    </w:p>
    <w:p>
      <w:r>
        <w:rPr>
          <w:rFonts w:ascii="Gentium Plus" w:hAnsi="Gentium Plus"/>
          <w:sz w:val="24"/>
        </w:rPr>
        <w:t>τὼ δὲ βάτην παρὰ θῖνα] ζητοῦμεν εἰ καὶ Φοῖνιξ— πεντήκοντα.</w:t>
      </w:r>
    </w:p>
    <w:p>
      <w:r>
        <w:rPr>
          <w:rFonts w:ascii="Courier New" w:hAnsi="Courier New"/>
          <w:color w:val="555555"/>
          <w:sz w:val="20"/>
        </w:rPr>
        <w:t>[9 . 188]</w:t>
      </w:r>
    </w:p>
    <w:p>
      <w:r>
        <w:rPr>
          <w:rFonts w:ascii="Gentium Plus" w:hAnsi="Gentium Plus"/>
          <w:sz w:val="24"/>
        </w:rPr>
        <w:t>ἐξ ἐνάρων] πιθανῶς ἐκ λαφύρων ἔφη κεκτῆσθαι τὸν Ἀχιλλέα τὴν κιθάραν. εὑρόντα οὖν—ἀπρεπὲς ἦν.</w:t>
      </w:r>
    </w:p>
    <w:p>
      <w:r>
        <w:rPr>
          <w:rFonts w:ascii="Courier New" w:hAnsi="Courier New"/>
          <w:color w:val="555555"/>
          <w:sz w:val="20"/>
        </w:rPr>
        <w:t>[9 . 189]</w:t>
      </w:r>
    </w:p>
    <w:p>
      <w:r>
        <w:rPr>
          <w:rFonts w:ascii="Gentium Plus" w:hAnsi="Gentium Plus"/>
          <w:sz w:val="24"/>
        </w:rPr>
        <w:t>[κλέα] δόξας. παρὰ τὸ κλύεσθαι, ὅ ἐστιν ἀκούεσθαι.</w:t>
      </w:r>
    </w:p>
    <w:p>
      <w:r>
        <w:rPr>
          <w:rFonts w:ascii="Courier New" w:hAnsi="Courier New"/>
          <w:color w:val="555555"/>
          <w:sz w:val="20"/>
        </w:rPr>
        <w:t>[9 . 191]</w:t>
      </w:r>
    </w:p>
    <w:p>
      <w:r>
        <w:rPr>
          <w:rFonts w:ascii="Gentium Plus" w:hAnsi="Gentium Plus"/>
          <w:sz w:val="24"/>
        </w:rPr>
        <w:t>[Αἰακίδην] παππωνυμικῶς.</w:t>
      </w:r>
    </w:p>
    <w:p>
      <w:r>
        <w:rPr>
          <w:rFonts w:ascii="Courier New" w:hAnsi="Courier New"/>
          <w:color w:val="555555"/>
          <w:sz w:val="20"/>
        </w:rPr>
        <w:t>[9 . 194]</w:t>
      </w:r>
    </w:p>
    <w:p>
      <w:r>
        <w:rPr>
          <w:rFonts w:ascii="Gentium Plus" w:hAnsi="Gentium Plus"/>
          <w:sz w:val="24"/>
        </w:rPr>
        <w:t>αὐτῇ σὺν φόρμιγγι λιπὼν ἕδος] καθέδραν. στικτέον δὲ— τῇ κιθάρᾳ. σημείωσαι· τὸ ἡμιστίχιον δύναται—συνάπτειν.</w:t>
      </w:r>
    </w:p>
    <w:p>
      <w:r>
        <w:rPr>
          <w:rFonts w:ascii="Courier New" w:hAnsi="Courier New"/>
          <w:color w:val="555555"/>
          <w:sz w:val="20"/>
        </w:rPr>
        <w:t>[9 . 195]</w:t>
      </w:r>
    </w:p>
    <w:p>
      <w:r>
        <w:rPr>
          <w:rFonts w:ascii="Gentium Plus" w:hAnsi="Gentium Plus"/>
          <w:sz w:val="24"/>
        </w:rPr>
        <w:t>[ὣς δ’ αὔτως] παραπλησίως δὲ, ὁμοίως.</w:t>
      </w:r>
    </w:p>
    <w:p>
      <w:r>
        <w:rPr>
          <w:rFonts w:ascii="Courier New" w:hAnsi="Courier New"/>
          <w:color w:val="555555"/>
          <w:sz w:val="20"/>
        </w:rPr>
        <w:t>[9 . 197]</w:t>
      </w:r>
    </w:p>
    <w:p>
      <w:r>
        <w:rPr>
          <w:rFonts w:ascii="Gentium Plus" w:hAnsi="Gentium Plus"/>
          <w:sz w:val="24"/>
        </w:rPr>
        <w:t>[τι] μέλλον δεινόν.</w:t>
      </w:r>
    </w:p>
    <w:p>
      <w:r>
        <w:rPr>
          <w:rFonts w:ascii="Courier New" w:hAnsi="Courier New"/>
          <w:color w:val="555555"/>
          <w:sz w:val="20"/>
        </w:rPr>
        <w:t>[9 . 200]</w:t>
      </w:r>
    </w:p>
    <w:p>
      <w:r>
        <w:rPr>
          <w:rFonts w:ascii="Gentium Plus" w:hAnsi="Gentium Plus"/>
          <w:sz w:val="24"/>
        </w:rPr>
        <w:t>[κλισμοῖσι] καθέδραις ἀνακλίσεις ἐχούσαις. [τάπησι] μαλλωτοῖς ὑφάσμασιν.</w:t>
      </w:r>
    </w:p>
    <w:p>
      <w:r>
        <w:rPr>
          <w:rFonts w:ascii="Courier New" w:hAnsi="Courier New"/>
          <w:color w:val="555555"/>
          <w:sz w:val="20"/>
        </w:rPr>
        <w:t>[9 . 204]</w:t>
      </w:r>
    </w:p>
    <w:p>
      <w:r>
        <w:rPr>
          <w:rFonts w:ascii="Gentium Plus" w:hAnsi="Gentium Plus"/>
          <w:sz w:val="24"/>
        </w:rPr>
        <w:t>[μελάθρῳ] τῷ οἴκῳ. ἀπὸ τοῦ μελαίνεσθαι ὑπὸ τοῦ καπνοῦ.</w:t>
      </w:r>
    </w:p>
    <w:p>
      <w:r>
        <w:rPr>
          <w:rFonts w:ascii="Courier New" w:hAnsi="Courier New"/>
          <w:color w:val="555555"/>
          <w:sz w:val="20"/>
        </w:rPr>
        <w:t>[9 . 206]</w:t>
      </w:r>
    </w:p>
    <w:p>
      <w:r>
        <w:rPr>
          <w:rFonts w:ascii="Gentium Plus" w:hAnsi="Gentium Plus"/>
          <w:sz w:val="24"/>
        </w:rPr>
        <w:t>[ἐν πυρὸς αὐγῇ] περιφραστικῶς ἐν τῷ πυρί.</w:t>
      </w:r>
    </w:p>
    <w:p>
      <w:r>
        <w:rPr>
          <w:rFonts w:ascii="Courier New" w:hAnsi="Courier New"/>
          <w:color w:val="555555"/>
          <w:sz w:val="20"/>
        </w:rPr>
        <w:t>[9 . 207]</w:t>
      </w:r>
    </w:p>
    <w:p>
      <w:r>
        <w:rPr>
          <w:rFonts w:ascii="Gentium Plus" w:hAnsi="Gentium Plus"/>
          <w:sz w:val="24"/>
        </w:rPr>
        <w:t>νῶτον] ψόαν, νωτιαῖον κρέας.</w:t>
      </w:r>
    </w:p>
    <w:p>
      <w:r>
        <w:rPr>
          <w:rFonts w:ascii="Courier New" w:hAnsi="Courier New"/>
          <w:color w:val="555555"/>
          <w:sz w:val="20"/>
        </w:rPr>
        <w:t>[9 . 208]</w:t>
      </w:r>
    </w:p>
    <w:p>
      <w:r>
        <w:rPr>
          <w:rFonts w:ascii="Gentium Plus" w:hAnsi="Gentium Plus"/>
          <w:sz w:val="24"/>
        </w:rPr>
        <w:t>ῥάχιν] νῶτον, ψόαν, ἐπεὶ κατὰ τοῦτο τὸ μέρος ῥαχίζονται.</w:t>
      </w:r>
    </w:p>
    <w:p>
      <w:r>
        <w:rPr>
          <w:rFonts w:ascii="Courier New" w:hAnsi="Courier New"/>
          <w:color w:val="555555"/>
          <w:sz w:val="20"/>
        </w:rPr>
        <w:t>[9 . 214]</w:t>
      </w:r>
    </w:p>
    <w:p>
      <w:r>
        <w:rPr>
          <w:rFonts w:ascii="Gentium Plus" w:hAnsi="Gentium Plus"/>
          <w:sz w:val="24"/>
        </w:rPr>
        <w:t>κρατευτάων] τῶν βάσεων—κακῶς.</w:t>
      </w:r>
    </w:p>
    <w:p>
      <w:r>
        <w:rPr>
          <w:rFonts w:ascii="Courier New" w:hAnsi="Courier New"/>
          <w:color w:val="555555"/>
          <w:sz w:val="20"/>
        </w:rPr>
        <w:t>[9 . 215]</w:t>
      </w:r>
    </w:p>
    <w:p>
      <w:r>
        <w:rPr>
          <w:rFonts w:ascii="Gentium Plus" w:hAnsi="Gentium Plus"/>
          <w:sz w:val="24"/>
        </w:rPr>
        <w:t>[εἰν ἐλεοῖσιν ἔχευεν] ἀπὸ τῶν ὀβελίσκων εἵλκυσεν.</w:t>
      </w:r>
    </w:p>
    <w:p>
      <w:r>
        <w:rPr>
          <w:rFonts w:ascii="Courier New" w:hAnsi="Courier New"/>
          <w:color w:val="555555"/>
          <w:sz w:val="20"/>
        </w:rPr>
        <w:t>[9 . 223]</w:t>
      </w:r>
    </w:p>
    <w:p>
      <w:r>
        <w:rPr>
          <w:rFonts w:ascii="Gentium Plus" w:hAnsi="Gentium Plus"/>
          <w:sz w:val="24"/>
        </w:rPr>
        <w:t>[νεῦς’ Αἴας Φοίνικι] διενεύσατο—Ὀδυσσεύς.</w:t>
      </w:r>
    </w:p>
    <w:p>
      <w:r>
        <w:rPr>
          <w:rFonts w:ascii="Courier New" w:hAnsi="Courier New"/>
          <w:color w:val="555555"/>
          <w:sz w:val="20"/>
        </w:rPr>
        <w:t>[9 223bis]</w:t>
      </w:r>
    </w:p>
    <w:p>
      <w:r>
        <w:rPr>
          <w:rFonts w:ascii="Gentium Plus" w:hAnsi="Gentium Plus"/>
          <w:sz w:val="24"/>
        </w:rPr>
        <w:t>ζητεῖται δὲ διὰ τί—προδοθῆναι χάριτος.</w:t>
      </w:r>
    </w:p>
    <w:p>
      <w:r>
        <w:rPr>
          <w:rFonts w:ascii="Courier New" w:hAnsi="Courier New"/>
          <w:color w:val="555555"/>
          <w:sz w:val="20"/>
        </w:rPr>
        <w:t>[9 . 226]</w:t>
      </w:r>
    </w:p>
    <w:p>
      <w:r>
        <w:rPr>
          <w:rFonts w:ascii="Gentium Plus" w:hAnsi="Gentium Plus"/>
          <w:sz w:val="24"/>
        </w:rPr>
        <w:t>ἠμὲν ἐν κλισίῃ Ἀγαμέμνονος] διὰ τί—τραπέζης.</w:t>
      </w:r>
    </w:p>
    <w:p>
      <w:r>
        <w:rPr>
          <w:rFonts w:ascii="Courier New" w:hAnsi="Courier New"/>
          <w:color w:val="555555"/>
          <w:sz w:val="20"/>
        </w:rPr>
        <w:t>[9 . 230]</w:t>
      </w:r>
    </w:p>
    <w:p>
      <w:r>
        <w:rPr>
          <w:rFonts w:ascii="Gentium Plus" w:hAnsi="Gentium Plus"/>
          <w:sz w:val="24"/>
        </w:rPr>
        <w:t>ἀπὸ τοῦ τῶν νεῶν ἄρχεται κινδύνου· τοῦτο γὰρ καὶ τῷ Ἀχιλλεῖ δέος παρεῖχεν.</w:t>
      </w:r>
    </w:p>
    <w:p>
      <w:r>
        <w:rPr>
          <w:rFonts w:ascii="Courier New" w:hAnsi="Courier New"/>
          <w:color w:val="555555"/>
          <w:sz w:val="20"/>
        </w:rPr>
        <w:t>[9 . 231]</w:t>
      </w:r>
    </w:p>
    <w:p>
      <w:r>
        <w:rPr>
          <w:rFonts w:ascii="Gentium Plus" w:hAnsi="Gentium Plus"/>
          <w:sz w:val="24"/>
        </w:rPr>
        <w:t>δύσεαι] ἀναλάβῃς τὴν δύναμίν σου καὶ κατέλθῃς ἐν τῷ πο‐ λέμῳ βοηθήσων.</w:t>
      </w:r>
    </w:p>
    <w:p>
      <w:r>
        <w:rPr>
          <w:rFonts w:ascii="Courier New" w:hAnsi="Courier New"/>
          <w:color w:val="555555"/>
          <w:sz w:val="20"/>
        </w:rPr>
        <w:t>[9 . 237]</w:t>
      </w:r>
    </w:p>
    <w:p>
      <w:r>
        <w:rPr>
          <w:rFonts w:ascii="Gentium Plus" w:hAnsi="Gentium Plus"/>
          <w:sz w:val="24"/>
        </w:rPr>
        <w:t>[βλεμεαίνων] διὰ τοῦ βλέμματος—ἐπιδεικνύ‐ μενος.</w:t>
      </w:r>
    </w:p>
    <w:p>
      <w:r>
        <w:rPr>
          <w:rFonts w:ascii="Courier New" w:hAnsi="Courier New"/>
          <w:color w:val="555555"/>
          <w:sz w:val="20"/>
        </w:rPr>
        <w:t>[9 . 241]</w:t>
      </w:r>
    </w:p>
    <w:p>
      <w:r>
        <w:rPr>
          <w:rFonts w:ascii="Gentium Plus" w:hAnsi="Gentium Plus"/>
          <w:sz w:val="24"/>
        </w:rPr>
        <w:t>ἄκρα κόρυμβα] διὰ τί δὲ, φασὶ, πρῶτον—τοῦτο ποιεῖ</w:t>
      </w:r>
    </w:p>
    <w:p>
      <w:r>
        <w:rPr>
          <w:rFonts w:ascii="Courier New" w:hAnsi="Courier New"/>
          <w:color w:val="555555"/>
          <w:sz w:val="20"/>
        </w:rPr>
        <w:t>[9 . 247]</w:t>
      </w:r>
    </w:p>
    <w:p>
      <w:r>
        <w:rPr>
          <w:rFonts w:ascii="Gentium Plus" w:hAnsi="Gentium Plus"/>
          <w:sz w:val="24"/>
        </w:rPr>
        <w:t>[ἄνα] ἀποκοπὴ ὁ τρόπος.</w:t>
      </w:r>
    </w:p>
    <w:p>
      <w:r>
        <w:rPr>
          <w:rFonts w:ascii="Courier New" w:hAnsi="Courier New"/>
          <w:color w:val="555555"/>
          <w:sz w:val="20"/>
        </w:rPr>
        <w:t>[9 . 250]</w:t>
      </w:r>
    </w:p>
    <w:p>
      <w:r>
        <w:rPr>
          <w:rFonts w:ascii="Gentium Plus" w:hAnsi="Gentium Plus"/>
          <w:sz w:val="24"/>
        </w:rPr>
        <w:t>[ῥεχθέντος κακοῦ] ἀμήχανον δὲ λοιπὸν μετὰ τὸ πραχθῆναι τὸ κακὸν θεραπείαν εὑρεῖν αὐτοῦ.</w:t>
      </w:r>
    </w:p>
    <w:p>
      <w:r>
        <w:rPr>
          <w:rFonts w:ascii="Courier New" w:hAnsi="Courier New"/>
          <w:color w:val="555555"/>
          <w:sz w:val="20"/>
        </w:rPr>
        <w:t>[9 . 254]</w:t>
      </w:r>
    </w:p>
    <w:p>
      <w:r>
        <w:rPr>
          <w:rFonts w:ascii="Gentium Plus" w:hAnsi="Gentium Plus"/>
          <w:sz w:val="24"/>
        </w:rPr>
        <w:t>τέκνον ἐμόν] προσληπτέον τάδε λέγων.</w:t>
      </w:r>
    </w:p>
    <w:p>
      <w:r>
        <w:rPr>
          <w:rFonts w:ascii="Courier New" w:hAnsi="Courier New"/>
          <w:color w:val="555555"/>
          <w:sz w:val="20"/>
        </w:rPr>
        <w:t>[9 . 311]</w:t>
      </w:r>
    </w:p>
    <w:p>
      <w:r>
        <w:rPr>
          <w:rFonts w:ascii="Gentium Plus" w:hAnsi="Gentium Plus"/>
          <w:sz w:val="24"/>
        </w:rPr>
        <w:t>[τρύζητε] πολυλογῆτε. ἀπὸ τῆς τρυγῶνος ἡ μεταφορά.</w:t>
      </w:r>
    </w:p>
    <w:p>
      <w:r>
        <w:rPr>
          <w:rFonts w:ascii="Courier New" w:hAnsi="Courier New"/>
          <w:color w:val="555555"/>
          <w:sz w:val="20"/>
        </w:rPr>
        <w:t>[9 . 312]</w:t>
      </w:r>
    </w:p>
    <w:p>
      <w:r>
        <w:rPr>
          <w:rFonts w:ascii="Gentium Plus" w:hAnsi="Gentium Plus"/>
          <w:sz w:val="24"/>
        </w:rPr>
        <w:t>[Ἀΐδαο πύλῃσιν] τῷ θανάτῳ περιφραστικῶς.</w:t>
      </w:r>
    </w:p>
    <w:p>
      <w:r>
        <w:rPr>
          <w:rFonts w:ascii="Courier New" w:hAnsi="Courier New"/>
          <w:color w:val="555555"/>
          <w:sz w:val="20"/>
        </w:rPr>
        <w:t>[9 . 313]</w:t>
      </w:r>
    </w:p>
    <w:p>
      <w:r>
        <w:rPr>
          <w:rFonts w:ascii="Gentium Plus" w:hAnsi="Gentium Plus"/>
          <w:sz w:val="24"/>
        </w:rPr>
        <w:t>[κεύθῃ] νῦν δὲ ἐνθυμῆται.</w:t>
      </w:r>
    </w:p>
    <w:p>
      <w:r>
        <w:rPr>
          <w:rFonts w:ascii="Courier New" w:hAnsi="Courier New"/>
          <w:color w:val="555555"/>
          <w:sz w:val="20"/>
        </w:rPr>
        <w:t>[9 . 322]</w:t>
      </w:r>
    </w:p>
    <w:p>
      <w:r>
        <w:rPr>
          <w:rFonts w:ascii="Gentium Plus" w:hAnsi="Gentium Plus"/>
          <w:sz w:val="24"/>
        </w:rPr>
        <w:t>τῆς ἐμῆς ψυχῆς ἐν τοῖς κινδύνοις καταφρονῶν.</w:t>
      </w:r>
    </w:p>
    <w:p>
      <w:r>
        <w:rPr>
          <w:rFonts w:ascii="Courier New" w:hAnsi="Courier New"/>
          <w:color w:val="555555"/>
          <w:sz w:val="20"/>
        </w:rPr>
        <w:t>[9 . 325]</w:t>
      </w:r>
    </w:p>
    <w:p>
      <w:r>
        <w:rPr>
          <w:rFonts w:ascii="Gentium Plus" w:hAnsi="Gentium Plus"/>
          <w:sz w:val="24"/>
        </w:rPr>
        <w:t>[ἴαυον] διετέλουν πολλάκις.</w:t>
      </w:r>
    </w:p>
    <w:p>
      <w:r>
        <w:rPr>
          <w:rFonts w:ascii="Courier New" w:hAnsi="Courier New"/>
          <w:color w:val="555555"/>
          <w:sz w:val="20"/>
        </w:rPr>
        <w:t>[9 . 335]</w:t>
      </w:r>
    </w:p>
    <w:p>
      <w:r>
        <w:rPr>
          <w:rFonts w:ascii="Gentium Plus" w:hAnsi="Gentium Plus"/>
          <w:sz w:val="24"/>
        </w:rPr>
        <w:t>[ἔμπεδα] ἑδραῖα· πέδον γὰρ ἡ γῆ.</w:t>
      </w:r>
    </w:p>
    <w:p>
      <w:r>
        <w:rPr>
          <w:rFonts w:ascii="Courier New" w:hAnsi="Courier New"/>
          <w:color w:val="555555"/>
          <w:sz w:val="20"/>
        </w:rPr>
        <w:t>[9 . 340]</w:t>
      </w:r>
    </w:p>
    <w:p>
      <w:r>
        <w:rPr>
          <w:rFonts w:ascii="Gentium Plus" w:hAnsi="Gentium Plus"/>
          <w:sz w:val="24"/>
        </w:rPr>
        <w:t>ἦ μοῦνοι] δυσκόλου 〈τῆσ〉 ἐρωτήσεως οὔσης αὐτὸς ἐπιφέ‐ ρεται.</w:t>
      </w:r>
    </w:p>
    <w:p>
      <w:r>
        <w:rPr>
          <w:rFonts w:ascii="Courier New" w:hAnsi="Courier New"/>
          <w:color w:val="555555"/>
          <w:sz w:val="20"/>
        </w:rPr>
        <w:t>[9 . 342]</w:t>
      </w:r>
    </w:p>
    <w:p>
      <w:r>
        <w:rPr>
          <w:rFonts w:ascii="Gentium Plus" w:hAnsi="Gentium Plus"/>
          <w:sz w:val="24"/>
        </w:rPr>
        <w:t>[τὴν αὐτοῦ] προσυπακουστέον γαμετήν.</w:t>
      </w:r>
    </w:p>
    <w:p>
      <w:r>
        <w:rPr>
          <w:rFonts w:ascii="Courier New" w:hAnsi="Courier New"/>
          <w:color w:val="555555"/>
          <w:sz w:val="20"/>
        </w:rPr>
        <w:t>[9 . 343]</w:t>
      </w:r>
    </w:p>
    <w:p>
      <w:r>
        <w:rPr>
          <w:rFonts w:ascii="Gentium Plus" w:hAnsi="Gentium Plus"/>
          <w:sz w:val="24"/>
        </w:rPr>
        <w:t>[περ] τὸ περ ἐναντιωματικόν.</w:t>
      </w:r>
    </w:p>
    <w:p>
      <w:r>
        <w:rPr>
          <w:rFonts w:ascii="Courier New" w:hAnsi="Courier New"/>
          <w:color w:val="555555"/>
          <w:sz w:val="20"/>
        </w:rPr>
        <w:t>[9 . 349]</w:t>
      </w:r>
    </w:p>
    <w:p>
      <w:r>
        <w:rPr>
          <w:rFonts w:ascii="Gentium Plus" w:hAnsi="Gentium Plus"/>
          <w:sz w:val="24"/>
        </w:rPr>
        <w:t>[ἤλασε] κατὰ μῆκος ἔσκαψε τῷ τείχει.</w:t>
      </w:r>
    </w:p>
    <w:p>
      <w:r>
        <w:rPr>
          <w:rFonts w:ascii="Courier New" w:hAnsi="Courier New"/>
          <w:color w:val="555555"/>
          <w:sz w:val="20"/>
        </w:rPr>
        <w:t>[9 . 360]</w:t>
      </w:r>
    </w:p>
    <w:p>
      <w:r>
        <w:rPr>
          <w:rFonts w:ascii="Gentium Plus" w:hAnsi="Gentium Plus"/>
          <w:sz w:val="24"/>
        </w:rPr>
        <w:t>ἦρι] ὄρθρου πάνυ, ὅθεν καὶ ἠριγένεια. [Ἑλλήσποντον] ἀντὶ τοῦ δι’ Ἑλλησπόντου. Ἑλλήσποντος— —ἀδελφῆς.</w:t>
      </w:r>
    </w:p>
    <w:p>
      <w:r>
        <w:rPr>
          <w:rFonts w:ascii="Courier New" w:hAnsi="Courier New"/>
          <w:color w:val="555555"/>
          <w:sz w:val="20"/>
        </w:rPr>
        <w:t>[9 . 364]</w:t>
      </w:r>
    </w:p>
    <w:p>
      <w:r>
        <w:rPr>
          <w:rFonts w:ascii="Gentium Plus" w:hAnsi="Gentium Plus"/>
          <w:sz w:val="24"/>
        </w:rPr>
        <w:t>[ἔρρων] διὰ τὰ συμβάντα.</w:t>
      </w:r>
    </w:p>
    <w:p>
      <w:r>
        <w:rPr>
          <w:rFonts w:ascii="Courier New" w:hAnsi="Courier New"/>
          <w:color w:val="555555"/>
          <w:sz w:val="20"/>
        </w:rPr>
        <w:t>[9 . 368]</w:t>
      </w:r>
    </w:p>
    <w:p>
      <w:r>
        <w:rPr>
          <w:rFonts w:ascii="Gentium Plus" w:hAnsi="Gentium Plus"/>
          <w:sz w:val="24"/>
        </w:rPr>
        <w:t>[ἐφυβρίζων ἀφείλετο] ἀφείλετο μεθ’ ὕβρεως.</w:t>
      </w:r>
    </w:p>
    <w:p>
      <w:r>
        <w:rPr>
          <w:rFonts w:ascii="Courier New" w:hAnsi="Courier New"/>
          <w:color w:val="555555"/>
          <w:sz w:val="20"/>
        </w:rPr>
        <w:t>[9 . 378]</w:t>
      </w:r>
    </w:p>
    <w:p>
      <w:r>
        <w:rPr>
          <w:rFonts w:ascii="Gentium Plus" w:hAnsi="Gentium Plus"/>
          <w:sz w:val="24"/>
        </w:rPr>
        <w:t>ἐν καρὸς αἴσῃ] ἐν μοίρᾳ θανάτου· σημείωσαι ὡς θάνατον περι‐ φραστικῶς τινές 〈φασι λέγειν τὸν ποιητὴν〉 μετατρέποντα τὸ η εἰς α, ἵν’ ᾖ κατὰ κηρὸς, ἀκούοντες κατὰ θανάτου. ἢ ὡς ἔνιοι ἐν τάξει— ἀτιμότατοι.</w:t>
      </w:r>
    </w:p>
    <w:p>
      <w:r>
        <w:rPr>
          <w:rFonts w:ascii="Courier New" w:hAnsi="Courier New"/>
          <w:color w:val="555555"/>
          <w:sz w:val="20"/>
        </w:rPr>
        <w:t>[9 . 380]</w:t>
      </w:r>
    </w:p>
    <w:p>
      <w:r>
        <w:rPr>
          <w:rFonts w:ascii="Gentium Plus" w:hAnsi="Gentium Plus"/>
          <w:sz w:val="24"/>
        </w:rPr>
        <w:t>τὸ σχῆμα τραχύτης.</w:t>
      </w:r>
    </w:p>
    <w:p>
      <w:r>
        <w:rPr>
          <w:rFonts w:ascii="Courier New" w:hAnsi="Courier New"/>
          <w:color w:val="555555"/>
          <w:sz w:val="20"/>
        </w:rPr>
        <w:t>[9 . 381]</w:t>
      </w:r>
    </w:p>
    <w:p>
      <w:r>
        <w:rPr>
          <w:rFonts w:ascii="Gentium Plus" w:hAnsi="Gentium Plus"/>
          <w:sz w:val="24"/>
        </w:rPr>
        <w:t>[ποτινείσεται] ὅ ἐστιν ἀνάκειται.</w:t>
      </w:r>
    </w:p>
    <w:p>
      <w:r>
        <w:rPr>
          <w:rFonts w:ascii="Courier New" w:hAnsi="Courier New"/>
          <w:color w:val="555555"/>
          <w:sz w:val="20"/>
        </w:rPr>
        <w:t>[9 381bis]</w:t>
      </w:r>
    </w:p>
    <w:p>
      <w:r>
        <w:rPr>
          <w:rFonts w:ascii="Gentium Plus" w:hAnsi="Gentium Plus"/>
          <w:sz w:val="24"/>
        </w:rPr>
        <w:t>[Θήβας] τὰς νῦν καλουμένας Διόσπολιν.</w:t>
      </w:r>
    </w:p>
    <w:p>
      <w:r>
        <w:rPr>
          <w:rFonts w:ascii="Courier New" w:hAnsi="Courier New"/>
          <w:color w:val="555555"/>
          <w:sz w:val="20"/>
        </w:rPr>
        <w:t>[9 . 385]</w:t>
      </w:r>
    </w:p>
    <w:p>
      <w:r>
        <w:rPr>
          <w:rFonts w:ascii="Gentium Plus" w:hAnsi="Gentium Plus"/>
          <w:sz w:val="24"/>
        </w:rPr>
        <w:t>ἀντὶ τοῦ ἀναρίθμητα, ἢ πολλὰ τῷ πλήθει.</w:t>
      </w:r>
    </w:p>
    <w:p>
      <w:r>
        <w:rPr>
          <w:rFonts w:ascii="Courier New" w:hAnsi="Courier New"/>
          <w:color w:val="555555"/>
          <w:sz w:val="20"/>
        </w:rPr>
        <w:t>[9 . 390]</w:t>
      </w:r>
    </w:p>
    <w:p>
      <w:r>
        <w:rPr>
          <w:rFonts w:ascii="Gentium Plus" w:hAnsi="Gentium Plus"/>
          <w:sz w:val="24"/>
        </w:rPr>
        <w:t>[ἰσοφαρίζοι] καὶ «ἐρίζοι» τὸ αὐτό ἐστιν ἐκ παραλλήλου.</w:t>
      </w:r>
    </w:p>
    <w:p>
      <w:r>
        <w:rPr>
          <w:rFonts w:ascii="Courier New" w:hAnsi="Courier New"/>
          <w:color w:val="555555"/>
          <w:sz w:val="20"/>
        </w:rPr>
        <w:t>[9 . 395]</w:t>
      </w:r>
    </w:p>
    <w:p>
      <w:r>
        <w:rPr>
          <w:rFonts w:ascii="Gentium Plus" w:hAnsi="Gentium Plus"/>
          <w:sz w:val="24"/>
        </w:rPr>
        <w:t>ἀν’ Ἑλλάδα τε Φθίην τε] Ἀρίσταρχος—εὐρυχόροιο».</w:t>
      </w:r>
    </w:p>
    <w:p>
      <w:r>
        <w:rPr>
          <w:rFonts w:ascii="Courier New" w:hAnsi="Courier New"/>
          <w:color w:val="555555"/>
          <w:sz w:val="20"/>
        </w:rPr>
        <w:t>[9 . 398]</w:t>
      </w:r>
    </w:p>
    <w:p>
      <w:r>
        <w:rPr>
          <w:rFonts w:ascii="Gentium Plus" w:hAnsi="Gentium Plus"/>
          <w:sz w:val="24"/>
        </w:rPr>
        <w:t>[ἔνθα δέ μοι] περισσὸν τὸ «δέ». [ἀγήνωρ] νῦν ὁ ἄγαν ἀνδρεῖος, ὁτὲ δὲ ὁ αὐθάδης καὶ ὑπερ‐ ήφανος.</w:t>
      </w:r>
    </w:p>
    <w:p>
      <w:r>
        <w:rPr>
          <w:rFonts w:ascii="Courier New" w:hAnsi="Courier New"/>
          <w:color w:val="555555"/>
          <w:sz w:val="20"/>
        </w:rPr>
        <w:t>[9 . 399]</w:t>
      </w:r>
    </w:p>
    <w:p>
      <w:r>
        <w:rPr>
          <w:rFonts w:ascii="Gentium Plus" w:hAnsi="Gentium Plus"/>
          <w:sz w:val="24"/>
        </w:rPr>
        <w:t>[εἰκυῖαν ἄκοιτιν] ἐμοὶ πρέπουσαν γαμετήν.</w:t>
      </w:r>
    </w:p>
    <w:p>
      <w:r>
        <w:rPr>
          <w:rFonts w:ascii="Courier New" w:hAnsi="Courier New"/>
          <w:color w:val="555555"/>
          <w:sz w:val="20"/>
        </w:rPr>
        <w:t>[9 . 400]</w:t>
      </w:r>
    </w:p>
    <w:p>
      <w:r>
        <w:rPr>
          <w:rFonts w:ascii="Gentium Plus" w:hAnsi="Gentium Plus"/>
          <w:sz w:val="24"/>
        </w:rPr>
        <w:t>γέρων] εἴρηται ἢ παρὰ τὸ γέρας εἶναι, ἵν’ ᾖ παρώνυμον τὸ ὄνομα, ἢ παρὰ τὸ ἕτοιμος ἤδη εἰς τιμὴν ἢ εἰς γῆν, ὁρῶν ἐγγὺς τοῦ θα‐ νάτου.</w:t>
      </w:r>
    </w:p>
    <w:p>
      <w:r>
        <w:rPr>
          <w:rFonts w:ascii="Courier New" w:hAnsi="Courier New"/>
          <w:color w:val="555555"/>
          <w:sz w:val="20"/>
        </w:rPr>
        <w:t>[9 . 406]</w:t>
      </w:r>
    </w:p>
    <w:p>
      <w:r>
        <w:rPr>
          <w:rFonts w:ascii="Gentium Plus" w:hAnsi="Gentium Plus"/>
          <w:sz w:val="24"/>
        </w:rPr>
        <w:t>[ληϊστοὶ] ἀπὸ κοινοῦ τὸ «ληϊστοί».</w:t>
      </w:r>
    </w:p>
    <w:p>
      <w:r>
        <w:rPr>
          <w:rFonts w:ascii="Courier New" w:hAnsi="Courier New"/>
          <w:color w:val="555555"/>
          <w:sz w:val="20"/>
        </w:rPr>
        <w:t>[9 . 407]</w:t>
      </w:r>
    </w:p>
    <w:p>
      <w:r>
        <w:rPr>
          <w:rFonts w:ascii="Gentium Plus" w:hAnsi="Gentium Plus"/>
          <w:sz w:val="24"/>
        </w:rPr>
        <w:t>[ξανθὰ] πυρρά. λέγει δὲ ἀπὸ μέρους τοὺς ἵππους.</w:t>
      </w:r>
    </w:p>
    <w:p>
      <w:r>
        <w:rPr>
          <w:rFonts w:ascii="Courier New" w:hAnsi="Courier New"/>
          <w:color w:val="555555"/>
          <w:sz w:val="20"/>
        </w:rPr>
        <w:t>[9 . 410]</w:t>
      </w:r>
    </w:p>
    <w:p>
      <w:r>
        <w:rPr>
          <w:rFonts w:ascii="Gentium Plus" w:hAnsi="Gentium Plus"/>
          <w:sz w:val="24"/>
        </w:rPr>
        <w:t>[ἀργυρόπεζα] εὔπους, καλὴ ἀπὸ μέρους.</w:t>
      </w:r>
    </w:p>
    <w:p>
      <w:r>
        <w:rPr>
          <w:rFonts w:ascii="Courier New" w:hAnsi="Courier New"/>
          <w:color w:val="555555"/>
          <w:sz w:val="20"/>
        </w:rPr>
        <w:t>[9 . 411]</w:t>
      </w:r>
    </w:p>
    <w:p>
      <w:r>
        <w:rPr>
          <w:rFonts w:ascii="Gentium Plus" w:hAnsi="Gentium Plus"/>
          <w:sz w:val="24"/>
        </w:rPr>
        <w:t>[θανάτοιο τέλος δὲ] τοῦ θανάτου περιφραστικῶς.</w:t>
      </w:r>
    </w:p>
    <w:p>
      <w:r>
        <w:rPr>
          <w:rFonts w:ascii="Courier New" w:hAnsi="Courier New"/>
          <w:color w:val="555555"/>
          <w:sz w:val="20"/>
        </w:rPr>
        <w:t>[9 . 413]</w:t>
      </w:r>
    </w:p>
    <w:p>
      <w:r>
        <w:rPr>
          <w:rFonts w:ascii="Gentium Plus" w:hAnsi="Gentium Plus"/>
          <w:sz w:val="24"/>
        </w:rPr>
        <w:t>[κλέος ἄφθιτον] ἀθάνατος δόξα καὶ φήμη.</w:t>
      </w:r>
    </w:p>
    <w:p>
      <w:r>
        <w:rPr>
          <w:rFonts w:ascii="Courier New" w:hAnsi="Courier New"/>
          <w:color w:val="555555"/>
          <w:sz w:val="20"/>
        </w:rPr>
        <w:t>[9 . 425]</w:t>
      </w:r>
    </w:p>
    <w:p>
      <w:r>
        <w:rPr>
          <w:rFonts w:ascii="Gentium Plus" w:hAnsi="Gentium Plus"/>
          <w:sz w:val="24"/>
        </w:rPr>
        <w:t>ἑτοίμη] φανερά. λέγει δὲ τοῦτο—πεῖσαι.</w:t>
      </w:r>
    </w:p>
    <w:p>
      <w:r>
        <w:rPr>
          <w:rFonts w:ascii="Courier New" w:hAnsi="Courier New"/>
          <w:color w:val="555555"/>
          <w:sz w:val="20"/>
        </w:rPr>
        <w:t>[9 . 433]</w:t>
      </w:r>
    </w:p>
    <w:p>
      <w:r>
        <w:rPr>
          <w:rFonts w:ascii="Gentium Plus" w:hAnsi="Gentium Plus"/>
          <w:sz w:val="24"/>
        </w:rPr>
        <w:t>ἀναπρήσας] ἀναφυσήσας, ἢ ἀθρόον καταβαλών.</w:t>
      </w:r>
    </w:p>
    <w:p>
      <w:r>
        <w:rPr>
          <w:rFonts w:ascii="Courier New" w:hAnsi="Courier New"/>
          <w:color w:val="555555"/>
          <w:sz w:val="20"/>
        </w:rPr>
        <w:t>[9 . 443]</w:t>
      </w:r>
    </w:p>
    <w:p>
      <w:r>
        <w:rPr>
          <w:rFonts w:ascii="Gentium Plus" w:hAnsi="Gentium Plus"/>
          <w:sz w:val="24"/>
        </w:rPr>
        <w:t>ἀντὶ τοῦ διδάσκαλον ἐσόμενον λόγων ὧν δεῖ λέγειν καὶ ἔργων ὧν δεῖ πράσσειν.</w:t>
      </w:r>
    </w:p>
    <w:p>
      <w:r>
        <w:rPr>
          <w:rFonts w:ascii="Courier New" w:hAnsi="Courier New"/>
          <w:color w:val="555555"/>
          <w:sz w:val="20"/>
        </w:rPr>
        <w:t>[9 . 448]</w:t>
      </w:r>
    </w:p>
    <w:p>
      <w:r>
        <w:rPr>
          <w:rFonts w:ascii="Gentium Plus" w:hAnsi="Gentium Plus"/>
          <w:sz w:val="24"/>
        </w:rPr>
        <w:t>φεύγων—Ἀμύντορος] Φοῖνιξ—παραδί‐ δωσιν.</w:t>
      </w:r>
    </w:p>
    <w:p>
      <w:r>
        <w:rPr>
          <w:rFonts w:ascii="Courier New" w:hAnsi="Courier New"/>
          <w:color w:val="555555"/>
          <w:sz w:val="20"/>
        </w:rPr>
        <w:t>[9 . 454]</w:t>
      </w:r>
    </w:p>
    <w:p>
      <w:r>
        <w:rPr>
          <w:rFonts w:ascii="Gentium Plus" w:hAnsi="Gentium Plus"/>
          <w:sz w:val="24"/>
        </w:rPr>
        <w:t>Ἐρινῦς] καταχθόνιοι—ἀσεβημάτων.</w:t>
      </w:r>
    </w:p>
    <w:p>
      <w:r>
        <w:rPr>
          <w:rFonts w:ascii="Courier New" w:hAnsi="Courier New"/>
          <w:color w:val="555555"/>
          <w:sz w:val="20"/>
        </w:rPr>
        <w:t>[9 . 457]</w:t>
      </w:r>
    </w:p>
    <w:p>
      <w:r>
        <w:rPr>
          <w:rFonts w:ascii="Gentium Plus" w:hAnsi="Gentium Plus"/>
          <w:sz w:val="24"/>
        </w:rPr>
        <w:t>[Περσεφόνεια] Ἰωνικὴ διάλεκτος.</w:t>
      </w:r>
    </w:p>
    <w:p>
      <w:r>
        <w:rPr>
          <w:rFonts w:ascii="Courier New" w:hAnsi="Courier New"/>
          <w:color w:val="555555"/>
          <w:sz w:val="20"/>
        </w:rPr>
        <w:t>[9 . 464]</w:t>
      </w:r>
    </w:p>
    <w:p>
      <w:r>
        <w:rPr>
          <w:rFonts w:ascii="Gentium Plus" w:hAnsi="Gentium Plus"/>
          <w:sz w:val="24"/>
        </w:rPr>
        <w:t>[ἀμφὶς ἐόντες] περὶ ἐμὲ ὄντες, παρόντες.</w:t>
      </w:r>
    </w:p>
    <w:p>
      <w:r>
        <w:rPr>
          <w:rFonts w:ascii="Courier New" w:hAnsi="Courier New"/>
          <w:color w:val="555555"/>
          <w:sz w:val="20"/>
        </w:rPr>
        <w:t>[9 . 472]</w:t>
      </w:r>
    </w:p>
    <w:p>
      <w:r>
        <w:rPr>
          <w:rFonts w:ascii="Gentium Plus" w:hAnsi="Gentium Plus"/>
          <w:sz w:val="24"/>
        </w:rPr>
        <w:t>[εὐερκέος] ἀσφαλῆ περιβολὴν ἐχούσης.</w:t>
      </w:r>
    </w:p>
    <w:p>
      <w:r>
        <w:rPr>
          <w:rFonts w:ascii="Courier New" w:hAnsi="Courier New"/>
          <w:color w:val="555555"/>
          <w:sz w:val="20"/>
        </w:rPr>
        <w:t>[9 478-479]</w:t>
      </w:r>
    </w:p>
    <w:p>
      <w:r>
        <w:rPr>
          <w:rFonts w:ascii="Gentium Plus" w:hAnsi="Gentium Plus"/>
          <w:sz w:val="24"/>
        </w:rPr>
        <w:t>[Ἑλλάδος—Φθίην] Ἑλλὰς καὶ Φθία πόλεις τῆς Θετταλίας.</w:t>
      </w:r>
    </w:p>
    <w:p>
      <w:r>
        <w:rPr>
          <w:rFonts w:ascii="Courier New" w:hAnsi="Courier New"/>
          <w:color w:val="555555"/>
          <w:sz w:val="20"/>
        </w:rPr>
        <w:t>[9 . 485]</w:t>
      </w:r>
    </w:p>
    <w:p>
      <w:r>
        <w:rPr>
          <w:rFonts w:ascii="Gentium Plus" w:hAnsi="Gentium Plus"/>
          <w:sz w:val="24"/>
        </w:rPr>
        <w:t>[τοσοῦτον ἔθηκα] τηλικοῦτον ἐποίησα. ἔστι δὲ ποσότης ἀντὶ πηλικότητος.</w:t>
      </w:r>
    </w:p>
    <w:p>
      <w:r>
        <w:rPr>
          <w:rFonts w:ascii="Courier New" w:hAnsi="Courier New"/>
          <w:color w:val="555555"/>
          <w:sz w:val="20"/>
        </w:rPr>
        <w:t>[9 . 489]</w:t>
      </w:r>
    </w:p>
    <w:p>
      <w:r>
        <w:rPr>
          <w:rFonts w:ascii="Gentium Plus" w:hAnsi="Gentium Plus"/>
          <w:sz w:val="24"/>
        </w:rPr>
        <w:t>προταμὼν] ἤτοι ἀποκόψας, ἤτοι τὸ σκληρὸν τῆς τροφῆς προκα‐ τεργασάμενος.</w:t>
      </w:r>
    </w:p>
    <w:p>
      <w:r>
        <w:rPr>
          <w:rFonts w:ascii="Courier New" w:hAnsi="Courier New"/>
          <w:color w:val="555555"/>
          <w:sz w:val="20"/>
        </w:rPr>
        <w:t>[9 . 491]</w:t>
      </w:r>
    </w:p>
    <w:p>
      <w:r>
        <w:rPr>
          <w:rFonts w:ascii="Gentium Plus" w:hAnsi="Gentium Plus"/>
          <w:sz w:val="24"/>
        </w:rPr>
        <w:t>ἀποβλύζων] ἀπεμῶν. ὀνοματοποιΐα ὁ τρόπος.</w:t>
      </w:r>
    </w:p>
    <w:p>
      <w:r>
        <w:rPr>
          <w:rFonts w:ascii="Courier New" w:hAnsi="Courier New"/>
          <w:color w:val="555555"/>
          <w:sz w:val="20"/>
        </w:rPr>
        <w:t>[9 . 497]</w:t>
      </w:r>
    </w:p>
    <w:p>
      <w:r>
        <w:rPr>
          <w:rFonts w:ascii="Gentium Plus" w:hAnsi="Gentium Plus"/>
          <w:sz w:val="24"/>
        </w:rPr>
        <w:t>στρεπτοὶ] εὐμετάστρεπτοι—πείθεσθαι.</w:t>
      </w:r>
    </w:p>
    <w:p>
      <w:r>
        <w:rPr>
          <w:rFonts w:ascii="Courier New" w:hAnsi="Courier New"/>
          <w:color w:val="555555"/>
          <w:sz w:val="20"/>
        </w:rPr>
        <w:t>[9 . 502]</w:t>
      </w:r>
    </w:p>
    <w:p>
      <w:r>
        <w:rPr>
          <w:rFonts w:ascii="Gentium Plus" w:hAnsi="Gentium Plus"/>
          <w:sz w:val="24"/>
        </w:rPr>
        <w:t>Λιταί] θεαὶ οὕτως ἐπικαλούμεναι. καὶ γάρ τε Λιταί εἰσι Διὸς κοῦραι] ἀνειδωλοποιεῖ—φαί‐ νεσθαι. La note σημείωσαι περὶ λιτῶν en marge.</w:t>
      </w:r>
    </w:p>
    <w:p>
      <w:r>
        <w:rPr>
          <w:rFonts w:ascii="Courier New" w:hAnsi="Courier New"/>
          <w:color w:val="555555"/>
          <w:sz w:val="20"/>
        </w:rPr>
        <w:t>[9 . 503]</w:t>
      </w:r>
    </w:p>
    <w:p>
      <w:r>
        <w:rPr>
          <w:rFonts w:ascii="Gentium Plus" w:hAnsi="Gentium Plus"/>
          <w:sz w:val="24"/>
        </w:rPr>
        <w:t>ῥυσσαί τε] ῥυτίδας ἔχουσαι. ῥυτίδες δὲ καλοῦνται αἱ ἐπὶ τοῦ μετώπου τοῦ δέρματος συστροφαί. παραβλῶπες] παρηγμέναι ἢ διάστροφοι τοὺς ὀφθαλμοὺς, ἐπειδὴ οἱ ἱκετεύοντες ὑπὲρ—καὶ τὰς θέας ἔχοντες.</w:t>
      </w:r>
    </w:p>
    <w:p>
      <w:r>
        <w:rPr>
          <w:rFonts w:ascii="Courier New" w:hAnsi="Courier New"/>
          <w:color w:val="555555"/>
          <w:sz w:val="20"/>
        </w:rPr>
        <w:t>[9 . 507]</w:t>
      </w:r>
    </w:p>
    <w:p>
      <w:r>
        <w:rPr>
          <w:rFonts w:ascii="Gentium Plus" w:hAnsi="Gentium Plus"/>
          <w:sz w:val="24"/>
        </w:rPr>
        <w:t>[βλάπτους’ ἀνθρώπους] ἃ ἐκείνη βλάπτει.</w:t>
      </w:r>
    </w:p>
    <w:p>
      <w:r>
        <w:rPr>
          <w:rFonts w:ascii="Courier New" w:hAnsi="Courier New"/>
          <w:color w:val="555555"/>
          <w:sz w:val="20"/>
        </w:rPr>
        <w:t>[9 . 512]</w:t>
      </w:r>
    </w:p>
    <w:p>
      <w:r>
        <w:rPr>
          <w:rFonts w:ascii="Gentium Plus" w:hAnsi="Gentium Plus"/>
          <w:sz w:val="24"/>
        </w:rPr>
        <w:t>[ἵνα βλαφθεὶς ἀποτίσῃ] ἄλλως· δίκην ἀποδῷ, ὅ ἐστι τιμωρίαν.</w:t>
      </w:r>
    </w:p>
    <w:p>
      <w:r>
        <w:rPr>
          <w:rFonts w:ascii="Courier New" w:hAnsi="Courier New"/>
          <w:color w:val="555555"/>
          <w:sz w:val="20"/>
        </w:rPr>
        <w:t>[9 . 522]</w:t>
      </w:r>
    </w:p>
    <w:p>
      <w:r>
        <w:rPr>
          <w:rFonts w:ascii="Gentium Plus" w:hAnsi="Gentium Plus"/>
          <w:sz w:val="24"/>
        </w:rPr>
        <w:t>μῦθον ἐλέγξῃς] διὸ, φησὶ, μὴ ἀτιμάσῃς ἡμῶν τὸν ὑπὲρ τῆς ἀξι‐ ώσεως λόγον καὶ πρεσβείαν.</w:t>
      </w:r>
    </w:p>
    <w:p>
      <w:r>
        <w:rPr>
          <w:rFonts w:ascii="Courier New" w:hAnsi="Courier New"/>
          <w:color w:val="555555"/>
          <w:sz w:val="20"/>
        </w:rPr>
        <w:t>[9 . 523]</w:t>
      </w:r>
    </w:p>
    <w:p>
      <w:r>
        <w:rPr>
          <w:rFonts w:ascii="Gentium Plus" w:hAnsi="Gentium Plus"/>
          <w:sz w:val="24"/>
        </w:rPr>
        <w:t>[πόδας] ἤγουν τὴν ἐνθάδε ἄφιξιν.</w:t>
      </w:r>
    </w:p>
    <w:p>
      <w:r>
        <w:rPr>
          <w:rFonts w:ascii="Courier New" w:hAnsi="Courier New"/>
          <w:color w:val="555555"/>
          <w:sz w:val="20"/>
        </w:rPr>
        <w:t>[9 523bis]</w:t>
      </w:r>
    </w:p>
    <w:p>
      <w:r>
        <w:rPr>
          <w:rFonts w:ascii="Gentium Plus" w:hAnsi="Gentium Plus"/>
          <w:sz w:val="24"/>
        </w:rPr>
        <w:t>πρὶν—κεχολῶσθαι] πρότερον δὲ οὐ μεμπτὸς ὑπῆρ‐ χες ὀργιζόμενος.</w:t>
      </w:r>
    </w:p>
    <w:p>
      <w:r>
        <w:rPr>
          <w:rFonts w:ascii="Courier New" w:hAnsi="Courier New"/>
          <w:color w:val="555555"/>
          <w:sz w:val="20"/>
        </w:rPr>
        <w:t>[9 . 527]</w:t>
      </w:r>
    </w:p>
    <w:p>
      <w:r>
        <w:rPr>
          <w:rFonts w:ascii="Gentium Plus" w:hAnsi="Gentium Plus"/>
          <w:sz w:val="24"/>
        </w:rPr>
        <w:t>πάλαι] πρὸ πολλοῦ. ἐπίρρημα χρόνου δηλωτικόν.</w:t>
      </w:r>
    </w:p>
    <w:p>
      <w:r>
        <w:rPr>
          <w:rFonts w:ascii="Courier New" w:hAnsi="Courier New"/>
          <w:color w:val="555555"/>
          <w:sz w:val="20"/>
        </w:rPr>
        <w:t>[9 . 529]</w:t>
      </w:r>
    </w:p>
    <w:p>
      <w:r>
        <w:rPr>
          <w:rFonts w:ascii="Gentium Plus" w:hAnsi="Gentium Plus"/>
          <w:sz w:val="24"/>
        </w:rPr>
        <w:t>Αἰτωλοὶ] οἱ Καλυδώνιοι—Αἰτωλίας.</w:t>
      </w:r>
    </w:p>
    <w:p>
      <w:r>
        <w:rPr>
          <w:rFonts w:ascii="Courier New" w:hAnsi="Courier New"/>
          <w:color w:val="555555"/>
          <w:sz w:val="20"/>
        </w:rPr>
        <w:t>[9 . 534]</w:t>
      </w:r>
    </w:p>
    <w:p>
      <w:r>
        <w:rPr>
          <w:rFonts w:ascii="Gentium Plus" w:hAnsi="Gentium Plus"/>
          <w:sz w:val="24"/>
        </w:rPr>
        <w:t>θαλύσια] τὰς ὑπὲρ εὐθαλείας—τῇ Δήμητρι.</w:t>
      </w:r>
    </w:p>
    <w:p>
      <w:r>
        <w:rPr>
          <w:rFonts w:ascii="Courier New" w:hAnsi="Courier New"/>
          <w:color w:val="555555"/>
          <w:sz w:val="20"/>
        </w:rPr>
        <w:t>[9 . 538]</w:t>
      </w:r>
    </w:p>
    <w:p>
      <w:r>
        <w:rPr>
          <w:rFonts w:ascii="Gentium Plus" w:hAnsi="Gentium Plus"/>
          <w:sz w:val="24"/>
        </w:rPr>
        <w:t>[ἰοχέαιρα] βέλεσι χαίρουσα, τοξότις.</w:t>
      </w:r>
    </w:p>
    <w:p>
      <w:r>
        <w:rPr>
          <w:rFonts w:ascii="Courier New" w:hAnsi="Courier New"/>
          <w:color w:val="555555"/>
          <w:sz w:val="20"/>
        </w:rPr>
        <w:t>[9 . 539]</w:t>
      </w:r>
    </w:p>
    <w:p>
      <w:r>
        <w:rPr>
          <w:rFonts w:ascii="Gentium Plus" w:hAnsi="Gentium Plus"/>
          <w:sz w:val="24"/>
        </w:rPr>
        <w:t>χλούνην] κατὰ τὸ ἔτυμον χλοεύνην, τὸν ἐν τῇ χλόῃ εὐναζόμενον ἀφριστὴν, οἱ δὲ τὸν ἐντομίαν, ἄλλοι δὲ τὸν ἐπὶ Χλούνῃ, χωρίῳ οὕτω καλουμένῳ, ἐνδιατρίβοντα.</w:t>
      </w:r>
    </w:p>
    <w:p>
      <w:r>
        <w:rPr>
          <w:rFonts w:ascii="Courier New" w:hAnsi="Courier New"/>
          <w:color w:val="555555"/>
          <w:sz w:val="20"/>
        </w:rPr>
        <w:t>[9 . 548]</w:t>
      </w:r>
    </w:p>
    <w:p>
      <w:r>
        <w:rPr>
          <w:rFonts w:ascii="Gentium Plus" w:hAnsi="Gentium Plus"/>
          <w:sz w:val="24"/>
        </w:rPr>
        <w:t>ὡς καὶ τῆς κεφαλῆς—Μελέαγρος.</w:t>
      </w:r>
    </w:p>
    <w:p>
      <w:r>
        <w:rPr>
          <w:rFonts w:ascii="Courier New" w:hAnsi="Courier New"/>
          <w:color w:val="555555"/>
          <w:sz w:val="20"/>
        </w:rPr>
        <w:t>[9 . 554]</w:t>
      </w:r>
    </w:p>
    <w:p>
      <w:r>
        <w:rPr>
          <w:rFonts w:ascii="Gentium Plus" w:hAnsi="Gentium Plus"/>
          <w:sz w:val="24"/>
        </w:rPr>
        <w:t>[οἰδάνει] εἰς ὕψος αἴρεσθαι ποιεῖ, ἐμπίπρησιν.</w:t>
      </w:r>
    </w:p>
    <w:p>
      <w:r>
        <w:rPr>
          <w:rFonts w:ascii="Courier New" w:hAnsi="Courier New"/>
          <w:color w:val="555555"/>
          <w:sz w:val="20"/>
        </w:rPr>
        <w:t>[9 . 555]</w:t>
      </w:r>
    </w:p>
    <w:p>
      <w:r>
        <w:rPr>
          <w:rFonts w:ascii="Gentium Plus" w:hAnsi="Gentium Plus"/>
          <w:sz w:val="24"/>
        </w:rPr>
        <w:t>[Ἀλθαίῃ] Ἀλθαία ἡ μήτηρ τοῦ Μελεάγρου, ἡ δὲ Κλεοπάτρα Ἴδου καὶ Μαρπήσσης, τῆς Εὐήνου θυγατρὸς, Μελεάγρου δὲ γυνή.</w:t>
      </w:r>
    </w:p>
    <w:p>
      <w:r>
        <w:rPr>
          <w:rFonts w:ascii="Courier New" w:hAnsi="Courier New"/>
          <w:color w:val="555555"/>
          <w:sz w:val="20"/>
        </w:rPr>
        <w:t>[9 . 562]</w:t>
      </w:r>
    </w:p>
    <w:p>
      <w:r>
        <w:rPr>
          <w:rFonts w:ascii="Gentium Plus" w:hAnsi="Gentium Plus"/>
          <w:sz w:val="24"/>
        </w:rPr>
        <w:t>[ἐπώνυμον] ἀντὶ τοῦ φερώνυμον—αὐτὴν Ἀπόλλων.</w:t>
      </w:r>
    </w:p>
    <w:p>
      <w:r>
        <w:rPr>
          <w:rFonts w:ascii="Courier New" w:hAnsi="Courier New"/>
          <w:color w:val="555555"/>
          <w:sz w:val="20"/>
        </w:rPr>
        <w:t>[9 562bis]</w:t>
      </w:r>
    </w:p>
    <w:p>
      <w:r>
        <w:rPr>
          <w:rFonts w:ascii="Gentium Plus" w:hAnsi="Gentium Plus"/>
          <w:sz w:val="24"/>
        </w:rPr>
        <w:t>Ἀλκυόνην καλέεσκον] Κῆϋξ—αὐξανομένου. σημείωσαι· εἴρηται δὲ ἀλκυών παρὰ τὸ ἐν ἁλὶ κύειν. οἱ οὖν γονεῖς —ὁ Ἀπόλλων.</w:t>
      </w:r>
    </w:p>
    <w:p>
      <w:r>
        <w:rPr>
          <w:rFonts w:ascii="Courier New" w:hAnsi="Courier New"/>
          <w:color w:val="555555"/>
          <w:sz w:val="20"/>
        </w:rPr>
        <w:t>[9 . 567]</w:t>
      </w:r>
    </w:p>
    <w:p>
      <w:r>
        <w:rPr>
          <w:rFonts w:ascii="Gentium Plus" w:hAnsi="Gentium Plus"/>
          <w:sz w:val="24"/>
        </w:rPr>
        <w:t>[κασιγνήτοιο φόνοιο] διὰ τὸν φόνον—Πλήξιππος.</w:t>
      </w:r>
    </w:p>
    <w:p>
      <w:r>
        <w:rPr>
          <w:rFonts w:ascii="Courier New" w:hAnsi="Courier New"/>
          <w:color w:val="555555"/>
          <w:sz w:val="20"/>
        </w:rPr>
        <w:t>[9 . 568]</w:t>
      </w:r>
    </w:p>
    <w:p>
      <w:r>
        <w:rPr>
          <w:rFonts w:ascii="Gentium Plus" w:hAnsi="Gentium Plus"/>
          <w:sz w:val="24"/>
        </w:rPr>
        <w:t>χερσὶν ἀλοία] ταῖς χερσὶν—φησίν.</w:t>
      </w:r>
    </w:p>
    <w:p>
      <w:r>
        <w:rPr>
          <w:rFonts w:ascii="Courier New" w:hAnsi="Courier New"/>
          <w:color w:val="555555"/>
          <w:sz w:val="20"/>
        </w:rPr>
        <w:t>[9 . 571]</w:t>
      </w:r>
    </w:p>
    <w:p>
      <w:r>
        <w:rPr>
          <w:rFonts w:ascii="Gentium Plus" w:hAnsi="Gentium Plus"/>
          <w:sz w:val="24"/>
        </w:rPr>
        <w:t>[ἠεροφοῖτις Ἐρινὺς] εἴρηται δὲ Ἐριννύς ἤτοι παρὰ τὸ 〈ἐν τῇ〉 ἔρᾳ ναίειν—ἐκτελοῦσα.</w:t>
      </w:r>
    </w:p>
    <w:p>
      <w:r>
        <w:rPr>
          <w:rFonts w:ascii="Courier New" w:hAnsi="Courier New"/>
          <w:color w:val="555555"/>
          <w:sz w:val="20"/>
        </w:rPr>
        <w:t>[9 . 579]</w:t>
      </w:r>
    </w:p>
    <w:p>
      <w:r>
        <w:rPr>
          <w:rFonts w:ascii="Gentium Plus" w:hAnsi="Gentium Plus"/>
          <w:sz w:val="24"/>
        </w:rPr>
        <w:t>[πεντηκοντόγυον] πεντήκοντα γυῶν, ὅ ἐστι πλέθρων.</w:t>
      </w:r>
    </w:p>
    <w:p>
      <w:r>
        <w:rPr>
          <w:rFonts w:ascii="Courier New" w:hAnsi="Courier New"/>
          <w:color w:val="555555"/>
          <w:sz w:val="20"/>
        </w:rPr>
        <w:t>[9 . 580]</w:t>
      </w:r>
    </w:p>
    <w:p>
      <w:r>
        <w:rPr>
          <w:rFonts w:ascii="Gentium Plus" w:hAnsi="Gentium Plus"/>
          <w:sz w:val="24"/>
        </w:rPr>
        <w:t>ἄροσιν] τὴν ἄδενδρον χώραν, τὴν πρὸς τὸ σπείρεσθαι καὶ ἀροῦσθαι ἐπιτηδείαν. [ταμέσθαι] εἰς τιμὴν λαβεῖν.</w:t>
      </w:r>
    </w:p>
    <w:p>
      <w:r>
        <w:rPr>
          <w:rFonts w:ascii="Courier New" w:hAnsi="Courier New"/>
          <w:color w:val="555555"/>
          <w:sz w:val="20"/>
        </w:rPr>
        <w:t>[9 . 583]</w:t>
      </w:r>
    </w:p>
    <w:p>
      <w:r>
        <w:rPr>
          <w:rFonts w:ascii="Gentium Plus" w:hAnsi="Gentium Plus"/>
          <w:sz w:val="24"/>
        </w:rPr>
        <w:t>[κολλητὰς σανίδας] περιφραστικῶς—συνηρμόσθαι.</w:t>
      </w:r>
    </w:p>
    <w:p>
      <w:r>
        <w:rPr>
          <w:rFonts w:ascii="Courier New" w:hAnsi="Courier New"/>
          <w:color w:val="555555"/>
          <w:sz w:val="20"/>
        </w:rPr>
        <w:t>[9 . 590]</w:t>
      </w:r>
    </w:p>
    <w:p>
      <w:r>
        <w:rPr>
          <w:rFonts w:ascii="Gentium Plus" w:hAnsi="Gentium Plus"/>
          <w:sz w:val="24"/>
        </w:rPr>
        <w:t>ἠθοποιΐα.</w:t>
      </w:r>
    </w:p>
    <w:p>
      <w:r>
        <w:rPr>
          <w:rFonts w:ascii="Courier New" w:hAnsi="Courier New"/>
          <w:color w:val="555555"/>
          <w:sz w:val="20"/>
        </w:rPr>
        <w:t>[9 . 593]</w:t>
      </w:r>
    </w:p>
    <w:p>
      <w:r>
        <w:rPr>
          <w:rFonts w:ascii="Gentium Plus" w:hAnsi="Gentium Plus"/>
          <w:sz w:val="24"/>
        </w:rPr>
        <w:t>[ἀμαθύνει] κατὰ μικρὸν δαπανᾷ, ὅ ἐστιν ἄμαθον καὶ κόνιν ποιεῖ.</w:t>
      </w:r>
    </w:p>
    <w:p>
      <w:r>
        <w:rPr>
          <w:rFonts w:ascii="Courier New" w:hAnsi="Courier New"/>
          <w:color w:val="555555"/>
          <w:sz w:val="20"/>
        </w:rPr>
        <w:t>[9 . 595]</w:t>
      </w:r>
    </w:p>
    <w:p>
      <w:r>
        <w:rPr>
          <w:rFonts w:ascii="Gentium Plus" w:hAnsi="Gentium Plus"/>
          <w:sz w:val="24"/>
        </w:rPr>
        <w:t>κακὰ ἔργα] φησὶ τὰ πολέμια.</w:t>
      </w:r>
    </w:p>
    <w:p>
      <w:r>
        <w:rPr>
          <w:rFonts w:ascii="Courier New" w:hAnsi="Courier New"/>
          <w:color w:val="555555"/>
          <w:sz w:val="20"/>
        </w:rPr>
        <w:t>[9 . 607]</w:t>
      </w:r>
    </w:p>
    <w:p>
      <w:r>
        <w:rPr>
          <w:rFonts w:ascii="Gentium Plus" w:hAnsi="Gentium Plus"/>
          <w:sz w:val="24"/>
        </w:rPr>
        <w:t>ἄττα] καὶ ἔστι προσφώνησις νεωτέρου πρὸς πρεσβύτερον. τοῦτο δὲ ὑπερβιβάσαντες τέττα λέγουσιν, ὅ ἐστιν ἑταῖρε.</w:t>
      </w:r>
    </w:p>
    <w:p>
      <w:r>
        <w:rPr>
          <w:rFonts w:ascii="Courier New" w:hAnsi="Courier New"/>
          <w:color w:val="555555"/>
          <w:sz w:val="20"/>
        </w:rPr>
        <w:t>[9 . 614]</w:t>
      </w:r>
    </w:p>
    <w:p>
      <w:r>
        <w:rPr>
          <w:rFonts w:ascii="Gentium Plus" w:hAnsi="Gentium Plus"/>
          <w:sz w:val="24"/>
        </w:rPr>
        <w:t>[ἀπέχθηαι] ἤτοι ἐχθρὸς γενήσῃ.</w:t>
      </w:r>
    </w:p>
    <w:p>
      <w:r>
        <w:rPr>
          <w:rFonts w:ascii="Courier New" w:hAnsi="Courier New"/>
          <w:color w:val="555555"/>
          <w:sz w:val="20"/>
        </w:rPr>
        <w:t>[9 . 630]</w:t>
      </w:r>
    </w:p>
    <w:p>
      <w:r>
        <w:rPr>
          <w:rFonts w:ascii="Gentium Plus" w:hAnsi="Gentium Plus"/>
          <w:sz w:val="24"/>
        </w:rPr>
        <w:t>μετατρέπεται] ἐπιστροφὴν ποιεῖ, φροντίζει.</w:t>
      </w:r>
    </w:p>
    <w:p>
      <w:r>
        <w:rPr>
          <w:rFonts w:ascii="Courier New" w:hAnsi="Courier New"/>
          <w:color w:val="555555"/>
          <w:sz w:val="20"/>
        </w:rPr>
        <w:t>[9 . 633]</w:t>
      </w:r>
    </w:p>
    <w:p>
      <w:r>
        <w:rPr>
          <w:rFonts w:ascii="Gentium Plus" w:hAnsi="Gentium Plus"/>
          <w:sz w:val="24"/>
        </w:rPr>
        <w:t>ἀντίκτησιν ἔλαβέ τις ὑπὲρ ἀδελφικοῦ φόνου.</w:t>
      </w:r>
    </w:p>
    <w:p>
      <w:r>
        <w:rPr>
          <w:rFonts w:ascii="Courier New" w:hAnsi="Courier New"/>
          <w:color w:val="555555"/>
          <w:sz w:val="20"/>
        </w:rPr>
        <w:t>[9 . 638]</w:t>
      </w:r>
    </w:p>
    <w:p>
      <w:r>
        <w:rPr>
          <w:rFonts w:ascii="Gentium Plus" w:hAnsi="Gentium Plus"/>
          <w:sz w:val="24"/>
        </w:rPr>
        <w:t>[οἴης] ἢ ὁποίας εἰρωνικῶς, ἢ μιᾶς κόρης.</w:t>
      </w:r>
    </w:p>
    <w:p>
      <w:r>
        <w:rPr>
          <w:rFonts w:ascii="Courier New" w:hAnsi="Courier New"/>
          <w:color w:val="555555"/>
          <w:sz w:val="20"/>
        </w:rPr>
        <w:t>[9 . 640]</w:t>
      </w:r>
    </w:p>
    <w:p>
      <w:r>
        <w:rPr>
          <w:rFonts w:ascii="Gentium Plus" w:hAnsi="Gentium Plus"/>
          <w:sz w:val="24"/>
        </w:rPr>
        <w:t>[μέλαθρον] συνεκδοχικῶς.</w:t>
      </w:r>
    </w:p>
    <w:p>
      <w:r>
        <w:rPr>
          <w:rFonts w:ascii="Courier New" w:hAnsi="Courier New"/>
          <w:color w:val="555555"/>
          <w:sz w:val="20"/>
        </w:rPr>
        <w:t>[9 . 646]</w:t>
      </w:r>
    </w:p>
    <w:p>
      <w:r>
        <w:rPr>
          <w:rFonts w:ascii="Gentium Plus" w:hAnsi="Gentium Plus"/>
          <w:sz w:val="24"/>
        </w:rPr>
        <w:t>οἰδάνεται] πληροῦται—οἴδημα.</w:t>
      </w:r>
    </w:p>
    <w:p>
      <w:r>
        <w:rPr>
          <w:rFonts w:ascii="Courier New" w:hAnsi="Courier New"/>
          <w:color w:val="555555"/>
          <w:sz w:val="20"/>
        </w:rPr>
        <w:t>[9 . 647]</w:t>
      </w:r>
    </w:p>
    <w:p>
      <w:r>
        <w:rPr>
          <w:rFonts w:ascii="Gentium Plus" w:hAnsi="Gentium Plus"/>
          <w:sz w:val="24"/>
        </w:rPr>
        <w:t>ἀσύφηλον] ἀμαθῆ. οἱ δὲ ἀντὶ τοῦ ἀσυφήλως, ὅ ἐστιν ὑβρι‐ στικῶς.</w:t>
      </w:r>
    </w:p>
    <w:p>
      <w:r>
        <w:rPr>
          <w:rFonts w:ascii="Courier New" w:hAnsi="Courier New"/>
          <w:color w:val="555555"/>
          <w:sz w:val="20"/>
        </w:rPr>
        <w:t>[9 . 648]</w:t>
      </w:r>
    </w:p>
    <w:p>
      <w:r>
        <w:rPr>
          <w:rFonts w:ascii="Gentium Plus" w:hAnsi="Gentium Plus"/>
          <w:sz w:val="24"/>
        </w:rPr>
        <w:t>[ἀτίμητον] ἄτιμον. ἤτοι ἐν τιμήματι πολιτείας 〈οὐ〉 συναριθμού‐ μενον—πολιτείαις.</w:t>
      </w:r>
    </w:p>
    <w:p>
      <w:r>
        <w:rPr>
          <w:rFonts w:ascii="Courier New" w:hAnsi="Courier New"/>
          <w:color w:val="555555"/>
          <w:sz w:val="20"/>
        </w:rPr>
        <w:t>[9 . 649]</w:t>
      </w:r>
    </w:p>
    <w:p>
      <w:r>
        <w:rPr>
          <w:rFonts w:ascii="Gentium Plus" w:hAnsi="Gentium Plus"/>
          <w:sz w:val="24"/>
        </w:rPr>
        <w:t>ἀλλ’ ὑμεῖς ἔρχεσθε] διὰ τί τὸν Φοίνικα—τροφέα αὐτὸν κατέχει.</w:t>
      </w:r>
    </w:p>
    <w:p>
      <w:r>
        <w:rPr>
          <w:rFonts w:ascii="Courier New" w:hAnsi="Courier New"/>
          <w:color w:val="555555"/>
          <w:sz w:val="20"/>
        </w:rPr>
        <w:t>[9 . 661]</w:t>
      </w:r>
    </w:p>
    <w:p>
      <w:r>
        <w:rPr>
          <w:rFonts w:ascii="Gentium Plus" w:hAnsi="Gentium Plus"/>
          <w:sz w:val="24"/>
        </w:rPr>
        <w:t>κώεα] κώδια, ὅ ἐστι προβάτων δέρματα. καὶ εἴρηται ἀπὸ τοῦ κεῖν, ὅ ἐστι κοιμᾶσθαι. [ῥῆγος] ἤτοι ἱμάτιον. καὶ ῥηγεῖς οἱ βαφεῖς. [λίνοιό τε λεπτὸν ἄωτον] περιφραστικῶς λινοῦν περιβόλαιον.</w:t>
      </w:r>
    </w:p>
    <w:p>
      <w:r>
        <w:rPr>
          <w:rFonts w:ascii="Courier New" w:hAnsi="Courier New"/>
          <w:color w:val="555555"/>
          <w:sz w:val="20"/>
        </w:rPr>
        <w:t>[9 . 664]</w:t>
      </w:r>
    </w:p>
    <w:p>
      <w:r>
        <w:rPr>
          <w:rFonts w:ascii="Gentium Plus" w:hAnsi="Gentium Plus"/>
          <w:sz w:val="24"/>
        </w:rPr>
        <w:t>[Λεσβόθεν] Λέσβος πλησίον Ἀσίας.</w:t>
      </w:r>
    </w:p>
    <w:p>
      <w:r>
        <w:rPr>
          <w:rFonts w:ascii="Courier New" w:hAnsi="Courier New"/>
          <w:color w:val="555555"/>
          <w:sz w:val="20"/>
        </w:rPr>
        <w:t>[9 . 665]</w:t>
      </w:r>
    </w:p>
    <w:p>
      <w:r>
        <w:rPr>
          <w:rFonts w:ascii="Gentium Plus" w:hAnsi="Gentium Plus"/>
          <w:sz w:val="24"/>
        </w:rPr>
        <w:t>** [Διομήδη.] αἴνιγμα· ὃν οὐκ ἔκτανεν ὁ Διομήδης, τοῦτον ἔκτανεν 〈ὁ〉 Διομήδης.</w:t>
      </w:r>
    </w:p>
    <w:p>
      <w:r>
        <w:rPr>
          <w:rFonts w:ascii="Courier New" w:hAnsi="Courier New"/>
          <w:color w:val="555555"/>
          <w:sz w:val="20"/>
        </w:rPr>
        <w:t>[9 . 668]</w:t>
      </w:r>
    </w:p>
    <w:p>
      <w:r>
        <w:rPr>
          <w:rFonts w:ascii="Gentium Plus" w:hAnsi="Gentium Plus"/>
          <w:sz w:val="24"/>
        </w:rPr>
        <w:t>Ἐνυῆος πτολίεθρον] ὑπὸ Ἐνυέως βασιλευθέν. ἦν δὲ οὗτος υἱὸς Διονύσου.</w:t>
      </w:r>
    </w:p>
    <w:p>
      <w:r>
        <w:rPr>
          <w:rFonts w:ascii="Courier New" w:hAnsi="Courier New"/>
          <w:color w:val="555555"/>
          <w:sz w:val="20"/>
        </w:rPr>
        <w:t>[9 668bis]</w:t>
      </w:r>
    </w:p>
    <w:p>
      <w:r>
        <w:rPr>
          <w:rFonts w:ascii="Gentium Plus" w:hAnsi="Gentium Plus"/>
          <w:sz w:val="24"/>
        </w:rPr>
        <w:t>[Σκῦρον] Σκῦρος, νῆσος 〈καὶ〉 πόλις—Κιλικίας, μία 〈δὲ〉 τῶν Κυκλάδων, ἣν οὐ πορθήσας, ἀλλ’ εἰρηνικῶς καταλαβὼν ἐλαφυραγώγησεν.</w:t>
      </w:r>
    </w:p>
    <w:p>
      <w:r>
        <w:rPr>
          <w:rFonts w:ascii="Courier New" w:hAnsi="Courier New"/>
          <w:color w:val="555555"/>
          <w:sz w:val="20"/>
        </w:rPr>
        <w:t>[9 . 670]</w:t>
      </w:r>
    </w:p>
    <w:p>
      <w:r>
        <w:rPr>
          <w:rFonts w:ascii="Gentium Plus" w:hAnsi="Gentium Plus"/>
          <w:sz w:val="24"/>
        </w:rPr>
        <w:t>[κυπέλλοις] παρὰ τὴν κοιλότητα.</w:t>
      </w:r>
    </w:p>
    <w:p>
      <w:r>
        <w:rPr>
          <w:rFonts w:ascii="Courier New" w:hAnsi="Courier New"/>
          <w:color w:val="555555"/>
          <w:sz w:val="20"/>
        </w:rPr>
        <w:t>[9 . 678]</w:t>
      </w:r>
    </w:p>
    <w:p>
      <w:r>
        <w:rPr>
          <w:rFonts w:ascii="Gentium Plus" w:hAnsi="Gentium Plus"/>
          <w:sz w:val="24"/>
        </w:rPr>
        <w:t>[σβέσαι] καταπαῦσαι ἡ μεταφορὰ ἀπὸ τοῦ πυρός.</w:t>
      </w:r>
    </w:p>
    <w:p>
      <w:r>
        <w:rPr>
          <w:rFonts w:ascii="Courier New" w:hAnsi="Courier New"/>
          <w:color w:val="555555"/>
          <w:sz w:val="20"/>
        </w:rPr>
        <w:t>[9 . 679]</w:t>
      </w:r>
    </w:p>
    <w:p>
      <w:r>
        <w:rPr>
          <w:rFonts w:ascii="Gentium Plus" w:hAnsi="Gentium Plus"/>
          <w:sz w:val="24"/>
        </w:rPr>
        <w:t>[σὲ δ’ 〈ἀναίνεται ἠδὲ σὰ δῶρα〉] παραιτεῖται ἐκφαυλίζων. οὐ παραπρεσβεύει δὲ Ὀδυσσεὺς, ἀλλὰ πρὸς αὐτὸν εἶπε ταῦτα ἀναγ‐ γεῖλαι.</w:t>
      </w:r>
    </w:p>
    <w:p>
      <w:r>
        <w:rPr>
          <w:rFonts w:ascii="Courier New" w:hAnsi="Courier New"/>
          <w:color w:val="555555"/>
          <w:sz w:val="20"/>
        </w:rPr>
        <w:t>[9 . 685]</w:t>
      </w:r>
    </w:p>
    <w:p>
      <w:r>
        <w:rPr>
          <w:rFonts w:ascii="Gentium Plus" w:hAnsi="Gentium Plus"/>
          <w:sz w:val="24"/>
        </w:rPr>
        <w:t>δήετε] εὑρήσετε· ἐξ οὗ τινες καὶ τὴν Δήμητραν— εὑρήσεις.</w:t>
      </w:r>
    </w:p>
    <w:p>
      <w:r>
        <w:rPr>
          <w:rFonts w:ascii="Courier New" w:hAnsi="Courier New"/>
          <w:color w:val="555555"/>
          <w:sz w:val="20"/>
        </w:rPr>
        <w:t>[9 . 688]</w:t>
      </w:r>
    </w:p>
    <w:p>
      <w:r>
        <w:rPr>
          <w:rFonts w:ascii="Gentium Plus" w:hAnsi="Gentium Plus"/>
          <w:sz w:val="24"/>
        </w:rPr>
        <w:t>ζητεῖται διὰ τί—ἀλλ’ οὗτοι, 〈ὅτι καὶ αὐτοὶ ἐδό‐ κουν〉.</w:t>
      </w:r>
    </w:p>
    <w:p>
      <w:r>
        <w:rPr>
          <w:rFonts w:ascii="Courier New" w:hAnsi="Courier New"/>
          <w:color w:val="555555"/>
          <w:sz w:val="20"/>
        </w:rPr>
        <w:t>[9 . 689]</w:t>
      </w:r>
    </w:p>
    <w:p>
      <w:r>
        <w:rPr>
          <w:rFonts w:ascii="Gentium Plus" w:hAnsi="Gentium Plus"/>
          <w:sz w:val="24"/>
        </w:rPr>
        <w:t>[Αἴας] θέλων—σιωπᾶν.</w:t>
      </w:r>
    </w:p>
    <w:p>
      <w:r>
        <w:rPr>
          <w:rFonts w:ascii="Courier New" w:hAnsi="Courier New"/>
          <w:color w:val="555555"/>
          <w:sz w:val="20"/>
        </w:rPr>
        <w:t>[9 . 698]</w:t>
      </w:r>
    </w:p>
    <w:p>
      <w:r>
        <w:rPr>
          <w:rFonts w:ascii="Gentium Plus" w:hAnsi="Gentium Plus"/>
          <w:sz w:val="24"/>
        </w:rPr>
        <w:t>[μὴ ὄφελες] ἀντὶ τοῦ—εὑρίσκεται.</w:t>
      </w:r>
    </w:p>
    <w:p>
      <w:r>
        <w:rPr>
          <w:rFonts w:ascii="Courier New" w:hAnsi="Courier New"/>
          <w:color w:val="555555"/>
          <w:sz w:val="20"/>
        </w:rPr>
        <w:t>[9 . 699]</w:t>
      </w:r>
    </w:p>
    <w:p>
      <w:r>
        <w:rPr>
          <w:rFonts w:ascii="Gentium Plus" w:hAnsi="Gentium Plus"/>
          <w:sz w:val="24"/>
        </w:rPr>
        <w:t>ἀγήνωρ] ἄγαν αὐθάδης καὶ ὑπερόπτης, ὑβριστής, ἢ ὁ ἀγαπῶν τὴν ἠνορέην ἢ τὴν ἀνδρείαν.</w:t>
      </w:r>
    </w:p>
    <w:p>
      <w:r>
        <w:rPr>
          <w:rFonts w:ascii="Courier New" w:hAnsi="Courier New"/>
          <w:color w:val="555555"/>
          <w:sz w:val="20"/>
        </w:rPr>
        <w:t>[9 . 700]</w:t>
      </w:r>
    </w:p>
    <w:p>
      <w:r>
        <w:rPr>
          <w:rFonts w:ascii="Gentium Plus" w:hAnsi="Gentium Plus"/>
          <w:sz w:val="24"/>
        </w:rPr>
        <w:t>[μᾶλλον ἀγηνορίῃσιν ἐνῆκας] αὐθάδη νῦν ἐποίησας αὐτὸν πλέον καὶ ἐφυσίωσας.</w:t>
      </w:r>
    </w:p>
    <w:p>
      <w:r>
        <w:rPr>
          <w:rFonts w:ascii="Courier New" w:hAnsi="Courier New"/>
          <w:color w:val="555555"/>
          <w:sz w:val="20"/>
        </w:rPr>
        <w:t>[9 . 702]</w:t>
      </w:r>
    </w:p>
    <w:p>
      <w:r>
        <w:rPr>
          <w:rFonts w:ascii="Gentium Plus" w:hAnsi="Gentium Plus"/>
          <w:sz w:val="24"/>
        </w:rPr>
        <w:t>τότε δ’ αὖτε] εἰκὸς—προσθεῖναι αὐτά.</w:t>
      </w:r>
    </w:p>
    <w:p>
      <w:r>
        <w:rPr>
          <w:rFonts w:ascii="Courier New" w:hAnsi="Courier New"/>
          <w:color w:val="555555"/>
          <w:sz w:val="20"/>
        </w:rPr>
        <w:t>[9 . 705]</w:t>
      </w:r>
    </w:p>
    <w:p>
      <w:r>
        <w:rPr>
          <w:rFonts w:ascii="Gentium Plus" w:hAnsi="Gentium Plus"/>
          <w:sz w:val="24"/>
        </w:rPr>
        <w:t>[τεταρπόμενοι] εἰς τέρψιν ἐληλυθότες.</w:t>
      </w:r>
    </w:p>
    <w:p>
      <w:r>
        <w:rPr>
          <w:rFonts w:ascii="Courier New" w:hAnsi="Courier New"/>
          <w:color w:val="555555"/>
          <w:sz w:val="20"/>
        </w:rPr>
        <w:t>[10 . 7]</w:t>
      </w:r>
    </w:p>
    <w:p>
      <w:r>
        <w:rPr>
          <w:rFonts w:ascii="Gentium Plus" w:hAnsi="Gentium Plus"/>
          <w:sz w:val="24"/>
        </w:rPr>
        <w:t>** [ἐπάλυνεν] ὡς παιπάλη τὴν γῆν ἐλεύκανεν.</w:t>
      </w:r>
    </w:p>
    <w:p>
      <w:r>
        <w:rPr>
          <w:rFonts w:ascii="Courier New" w:hAnsi="Courier New"/>
          <w:color w:val="555555"/>
          <w:sz w:val="20"/>
        </w:rPr>
        <w:t>[10 . 12]</w:t>
      </w:r>
    </w:p>
    <w:p>
      <w:r>
        <w:rPr>
          <w:rFonts w:ascii="Gentium Plus" w:hAnsi="Gentium Plus"/>
          <w:sz w:val="24"/>
        </w:rPr>
        <w:t>** [θαύμαζε πυρὰ] πῶς, φησὶν, ὁ Ἀγαμέμνων— εὐχερῶς δύνηται πάντα θεωρεῖν.</w:t>
      </w:r>
    </w:p>
    <w:p>
      <w:r>
        <w:rPr>
          <w:rFonts w:ascii="Courier New" w:hAnsi="Courier New"/>
          <w:color w:val="555555"/>
          <w:sz w:val="20"/>
        </w:rPr>
        <w:t>[10 . 16]</w:t>
      </w:r>
    </w:p>
    <w:p>
      <w:r>
        <w:rPr>
          <w:rFonts w:ascii="Gentium Plus" w:hAnsi="Gentium Plus"/>
          <w:sz w:val="24"/>
        </w:rPr>
        <w:t>** κυδάλιμον κῆρ] ἐκ τῆς κυδαλίμου καὶ ἐνδόξου ψυχῆς.</w:t>
      </w:r>
    </w:p>
    <w:p>
      <w:r>
        <w:rPr>
          <w:rFonts w:ascii="Courier New" w:hAnsi="Courier New"/>
          <w:color w:val="555555"/>
          <w:sz w:val="20"/>
        </w:rPr>
        <w:t>[10 . 48]</w:t>
      </w:r>
    </w:p>
    <w:p>
      <w:r>
        <w:rPr>
          <w:rFonts w:ascii="Gentium Plus" w:hAnsi="Gentium Plus"/>
          <w:sz w:val="24"/>
        </w:rPr>
        <w:t>** [μέρμερα] μερίμνης ἄξια.</w:t>
      </w:r>
    </w:p>
    <w:p>
      <w:r>
        <w:rPr>
          <w:rFonts w:ascii="Courier New" w:hAnsi="Courier New"/>
          <w:color w:val="555555"/>
          <w:sz w:val="20"/>
        </w:rPr>
        <w:t>[10 . 53]</w:t>
      </w:r>
    </w:p>
    <w:p>
      <w:r>
        <w:rPr>
          <w:rFonts w:ascii="Gentium Plus" w:hAnsi="Gentium Plus"/>
          <w:sz w:val="24"/>
        </w:rPr>
        <w:t>** [ἄλλ’ ἴθι νῦν] πρεπόντως—κρίσιν ποιούμενος.</w:t>
      </w:r>
    </w:p>
    <w:p>
      <w:r>
        <w:rPr>
          <w:rFonts w:ascii="Courier New" w:hAnsi="Courier New"/>
          <w:color w:val="555555"/>
          <w:sz w:val="20"/>
        </w:rPr>
        <w:t>[10 . 55]</w:t>
      </w:r>
    </w:p>
    <w:p>
      <w:r>
        <w:rPr>
          <w:rFonts w:ascii="Gentium Plus" w:hAnsi="Gentium Plus"/>
          <w:sz w:val="24"/>
        </w:rPr>
        <w:t>[ὀτρυνέω] διὰ παρακλήσεως παρορμῶ.</w:t>
      </w:r>
    </w:p>
    <w:p>
      <w:r>
        <w:rPr>
          <w:rFonts w:ascii="Courier New" w:hAnsi="Courier New"/>
          <w:color w:val="555555"/>
          <w:sz w:val="20"/>
        </w:rPr>
        <w:t>[10 . 56]</w:t>
      </w:r>
    </w:p>
    <w:p>
      <w:r>
        <w:rPr>
          <w:rFonts w:ascii="Gentium Plus" w:hAnsi="Gentium Plus"/>
          <w:sz w:val="24"/>
        </w:rPr>
        <w:t>** ἱερὸν τέλος] ὅτι τοῖς καθεύδουσιν—ἴδιον.</w:t>
      </w:r>
    </w:p>
    <w:p>
      <w:r>
        <w:rPr>
          <w:rFonts w:ascii="Courier New" w:hAnsi="Courier New"/>
          <w:color w:val="555555"/>
          <w:sz w:val="20"/>
        </w:rPr>
        <w:t>[10 . 57]</w:t>
      </w:r>
    </w:p>
    <w:p>
      <w:r>
        <w:rPr>
          <w:rFonts w:ascii="Gentium Plus" w:hAnsi="Gentium Plus"/>
          <w:sz w:val="24"/>
        </w:rPr>
        <w:t>** [κείνῳ γάρ κε μάλιστα] διὰ δύο—πειθοῦς.</w:t>
      </w:r>
    </w:p>
    <w:p>
      <w:r>
        <w:rPr>
          <w:rFonts w:ascii="Courier New" w:hAnsi="Courier New"/>
          <w:color w:val="555555"/>
          <w:sz w:val="20"/>
        </w:rPr>
        <w:t>[10 . 61]</w:t>
      </w:r>
    </w:p>
    <w:p>
      <w:r>
        <w:rPr>
          <w:rFonts w:ascii="Gentium Plus" w:hAnsi="Gentium Plus"/>
          <w:sz w:val="24"/>
        </w:rPr>
        <w:t>** [πῶς γάρ] πιθανῶς—τὸ «πῶς».</w:t>
      </w:r>
    </w:p>
    <w:p>
      <w:r>
        <w:rPr>
          <w:rFonts w:ascii="Courier New" w:hAnsi="Courier New"/>
          <w:color w:val="555555"/>
          <w:sz w:val="20"/>
        </w:rPr>
        <w:t>[10 . 62]</w:t>
      </w:r>
    </w:p>
    <w:p>
      <w:r>
        <w:rPr>
          <w:rFonts w:ascii="Gentium Plus" w:hAnsi="Gentium Plus"/>
          <w:sz w:val="24"/>
        </w:rPr>
        <w:t>** [αὖθι] ἐν τοῖς φύλαξιν—ἐν φυλάκεσσιν»</w:t>
      </w:r>
    </w:p>
    <w:p>
      <w:r>
        <w:rPr>
          <w:rFonts w:ascii="Courier New" w:hAnsi="Courier New"/>
          <w:color w:val="555555"/>
          <w:sz w:val="20"/>
        </w:rPr>
        <w:t>[10 . 67]</w:t>
      </w:r>
    </w:p>
    <w:p>
      <w:r>
        <w:rPr>
          <w:rFonts w:ascii="Gentium Plus" w:hAnsi="Gentium Plus"/>
          <w:sz w:val="24"/>
        </w:rPr>
        <w:t>** [φθέγγεο] τεχνικῶς—πολεμίων. ** [ἐγρηγόρθαι] πρὸς τὸ διαμένειν—κυδαίνων.»</w:t>
      </w:r>
    </w:p>
    <w:p>
      <w:r>
        <w:rPr>
          <w:rFonts w:ascii="Courier New" w:hAnsi="Courier New"/>
          <w:color w:val="555555"/>
          <w:sz w:val="20"/>
        </w:rPr>
        <w:t>[10 . 69]</w:t>
      </w:r>
    </w:p>
    <w:p>
      <w:r>
        <w:rPr>
          <w:rFonts w:ascii="Gentium Plus" w:hAnsi="Gentium Plus"/>
          <w:sz w:val="24"/>
        </w:rPr>
        <w:t>[μεγαλίζεο θυμῷ] μηδὲ ἐπαίρου τῇ διανοίᾳ δι’ ὑπερηφανίαν.</w:t>
      </w:r>
    </w:p>
    <w:p>
      <w:r>
        <w:rPr>
          <w:rFonts w:ascii="Courier New" w:hAnsi="Courier New"/>
          <w:color w:val="555555"/>
          <w:sz w:val="20"/>
        </w:rPr>
        <w:t>[10 . 70]</w:t>
      </w:r>
    </w:p>
    <w:p>
      <w:r>
        <w:rPr>
          <w:rFonts w:ascii="Gentium Plus" w:hAnsi="Gentium Plus"/>
          <w:sz w:val="24"/>
        </w:rPr>
        <w:t>** [ἀλλὰ καὶ αὐτοί] πρὸς τὸ πρόθυμον—αὐτουργεῖν.</w:t>
      </w:r>
    </w:p>
    <w:p>
      <w:r>
        <w:rPr>
          <w:rFonts w:ascii="Courier New" w:hAnsi="Courier New"/>
          <w:color w:val="555555"/>
          <w:sz w:val="20"/>
        </w:rPr>
        <w:t>[10 . 72]</w:t>
      </w:r>
    </w:p>
    <w:p>
      <w:r>
        <w:rPr>
          <w:rFonts w:ascii="Gentium Plus" w:hAnsi="Gentium Plus"/>
          <w:sz w:val="24"/>
        </w:rPr>
        <w:t>** [εὖ ἐπιτείλας] ἐπεσημήνατο—στρατηγικῶς.</w:t>
      </w:r>
    </w:p>
    <w:p>
      <w:r>
        <w:rPr>
          <w:rFonts w:ascii="Courier New" w:hAnsi="Courier New"/>
          <w:color w:val="555555"/>
          <w:sz w:val="20"/>
        </w:rPr>
        <w:t>[10 . 75]</w:t>
      </w:r>
    </w:p>
    <w:p>
      <w:r>
        <w:rPr>
          <w:rFonts w:ascii="Gentium Plus" w:hAnsi="Gentium Plus"/>
          <w:sz w:val="24"/>
        </w:rPr>
        <w:t>** [εὐνῇ ἐνὶ μαλακῇ] οὐδὲ ταῦτα ἐᾷ—γέροντι. [ἔντεα] ὅπλα, παρὰ τὸ ἐντὸς αὐτῶν εἶναι τὸν φοροῦντα.</w:t>
      </w:r>
    </w:p>
    <w:p>
      <w:r>
        <w:rPr>
          <w:rFonts w:ascii="Courier New" w:hAnsi="Courier New"/>
          <w:color w:val="555555"/>
          <w:sz w:val="20"/>
        </w:rPr>
        <w:t>[10 . 79]</w:t>
      </w:r>
    </w:p>
    <w:p>
      <w:r>
        <w:rPr>
          <w:rFonts w:ascii="Gentium Plus" w:hAnsi="Gentium Plus"/>
          <w:sz w:val="24"/>
        </w:rPr>
        <w:t>[ἐπεὶ οὐ μὲν ἐπέτραπε γήραϊ λυγρῷ] ἐπεὶ ἡ πολλὴ αὐτοῦ προ‐ θυμία οὐδὲ τῷ γήρᾳ ἄνεσιν ἐδίδου, τουτέστιν οὐδὲ ὑπὸ τοῦ γήρως ἐνι‐ κᾶτο. ἀφαιρεῖ τὰς προφάσεις—προθυμία.</w:t>
      </w:r>
    </w:p>
    <w:p>
      <w:r>
        <w:rPr>
          <w:rFonts w:ascii="Courier New" w:hAnsi="Courier New"/>
          <w:color w:val="555555"/>
          <w:sz w:val="20"/>
        </w:rPr>
        <w:t>[5]</w:t>
      </w:r>
    </w:p>
    <w:p>
      <w:r>
        <w:rPr>
          <w:rFonts w:ascii="Gentium Plus" w:hAnsi="Gentium Plus"/>
          <w:sz w:val="24"/>
        </w:rPr>
        <w:t>[ἐπέτραπε] λείπει τὸ ἑαυτόν.</w:t>
      </w:r>
    </w:p>
    <w:p>
      <w:r>
        <w:rPr>
          <w:rFonts w:ascii="Courier New" w:hAnsi="Courier New"/>
          <w:color w:val="555555"/>
          <w:sz w:val="20"/>
        </w:rPr>
        <w:t>[10 . 80]</w:t>
      </w:r>
    </w:p>
    <w:p>
      <w:r>
        <w:rPr>
          <w:rFonts w:ascii="Gentium Plus" w:hAnsi="Gentium Plus"/>
          <w:sz w:val="24"/>
        </w:rPr>
        <w:t>** εἰς τὸ ἀγκῶνος ἡ διαστολή—ἐπαείρας.</w:t>
      </w:r>
    </w:p>
    <w:p>
      <w:r>
        <w:rPr>
          <w:rFonts w:ascii="Courier New" w:hAnsi="Courier New"/>
          <w:color w:val="555555"/>
          <w:sz w:val="20"/>
        </w:rPr>
        <w:t>[10 . 82]</w:t>
      </w:r>
    </w:p>
    <w:p>
      <w:r>
        <w:rPr>
          <w:rFonts w:ascii="Gentium Plus" w:hAnsi="Gentium Plus"/>
          <w:sz w:val="24"/>
        </w:rPr>
        <w:t>** [τίς δ’ οὗτος] τετάρακται μὲν—τοῦτο ποιεῖ.</w:t>
      </w:r>
    </w:p>
    <w:p>
      <w:r>
        <w:rPr>
          <w:rFonts w:ascii="Courier New" w:hAnsi="Courier New"/>
          <w:color w:val="555555"/>
          <w:sz w:val="20"/>
        </w:rPr>
        <w:t>[10 . 83]</w:t>
      </w:r>
    </w:p>
    <w:p>
      <w:r>
        <w:rPr>
          <w:rFonts w:ascii="Gentium Plus" w:hAnsi="Gentium Plus"/>
          <w:sz w:val="24"/>
        </w:rPr>
        <w:t>[ὅτε θ’ εὕδουσι βροτοὶ ἄλλοι] ἄλλοι εὕδουσιν, οὗτοι δὲ— ἀγρυπνοῦσιν.</w:t>
      </w:r>
    </w:p>
    <w:p>
      <w:r>
        <w:rPr>
          <w:rFonts w:ascii="Courier New" w:hAnsi="Courier New"/>
          <w:color w:val="555555"/>
          <w:sz w:val="20"/>
        </w:rPr>
        <w:t>[10 . 84]</w:t>
      </w:r>
    </w:p>
    <w:p>
      <w:r>
        <w:rPr>
          <w:rFonts w:ascii="Gentium Plus" w:hAnsi="Gentium Plus"/>
          <w:sz w:val="24"/>
        </w:rPr>
        <w:t>[οὐρήων] ἢ τῶν φυλασσόντων. ἐκ τοῦ ὁρῶ, τὸ φυλάσσω.</w:t>
      </w:r>
    </w:p>
    <w:p>
      <w:r>
        <w:rPr>
          <w:rFonts w:ascii="Courier New" w:hAnsi="Courier New"/>
          <w:color w:val="555555"/>
          <w:sz w:val="20"/>
        </w:rPr>
        <w:t>[10 . 85]</w:t>
      </w:r>
    </w:p>
    <w:p>
      <w:r>
        <w:rPr>
          <w:rFonts w:ascii="Gentium Plus" w:hAnsi="Gentium Plus"/>
          <w:sz w:val="24"/>
        </w:rPr>
        <w:t>** [φθέγγεο] ταρασσόμενος—ἔφοδον.</w:t>
      </w:r>
    </w:p>
    <w:p>
      <w:r>
        <w:rPr>
          <w:rFonts w:ascii="Courier New" w:hAnsi="Courier New"/>
          <w:color w:val="555555"/>
          <w:sz w:val="20"/>
        </w:rPr>
        <w:t>[10 . 87]</w:t>
      </w:r>
    </w:p>
    <w:p>
      <w:r>
        <w:rPr>
          <w:rFonts w:ascii="Gentium Plus" w:hAnsi="Gentium Plus"/>
          <w:sz w:val="24"/>
        </w:rPr>
        <w:t>[ὦ Νέστορ Νηληϊάδη] ὃ προσέταξε τῷ Μενελάῳ, τοῦτο πράσσει πατρόθεν ἐκ γενεῆς 〈αὐτὸν〉 ὀνομάζων. ὃ προσέταξε—καλῶν.</w:t>
      </w:r>
    </w:p>
    <w:p>
      <w:r>
        <w:rPr>
          <w:rFonts w:ascii="Courier New" w:hAnsi="Courier New"/>
          <w:color w:val="555555"/>
          <w:sz w:val="20"/>
        </w:rPr>
        <w:t>[10 . 88]</w:t>
      </w:r>
    </w:p>
    <w:p>
      <w:r>
        <w:rPr>
          <w:rFonts w:ascii="Gentium Plus" w:hAnsi="Gentium Plus"/>
          <w:sz w:val="24"/>
        </w:rPr>
        <w:t>** ἅμα τῇ ἐκφωνήσει—παρατιθείς.</w:t>
      </w:r>
    </w:p>
    <w:p>
      <w:r>
        <w:rPr>
          <w:rFonts w:ascii="Courier New" w:hAnsi="Courier New"/>
          <w:color w:val="555555"/>
          <w:sz w:val="20"/>
        </w:rPr>
        <w:t>[10 89-90]</w:t>
      </w:r>
    </w:p>
    <w:p>
      <w:r>
        <w:rPr>
          <w:rFonts w:ascii="Gentium Plus" w:hAnsi="Gentium Plus"/>
          <w:sz w:val="24"/>
        </w:rPr>
        <w:t>[εἰσόκ’ ἀϋτμὴ—ὀρώρῃ] ἕως οὗ ἡ πνοὴ, ὅ ἐστιν ἡ ζωή,</w:t>
      </w:r>
    </w:p>
    <w:p>
      <w:r>
        <w:rPr>
          <w:rFonts w:ascii="Courier New" w:hAnsi="Courier New"/>
          <w:color w:val="555555"/>
          <w:sz w:val="20"/>
        </w:rPr>
        <w:t>[10 . 91]</w:t>
      </w:r>
    </w:p>
    <w:p>
      <w:r>
        <w:rPr>
          <w:rFonts w:ascii="Gentium Plus" w:hAnsi="Gentium Plus"/>
          <w:sz w:val="24"/>
        </w:rPr>
        <w:t>[πλάζομαι] ἤγουν οὐδὲν—τοῖς πράγμασι τοῖς παρ‐ οῦσιν. ** [ὧδε] «ὧδε» μόνος—δηλοῖ.</w:t>
      </w:r>
    </w:p>
    <w:p>
      <w:r>
        <w:rPr>
          <w:rFonts w:ascii="Courier New" w:hAnsi="Courier New"/>
          <w:color w:val="555555"/>
          <w:sz w:val="20"/>
        </w:rPr>
        <w:t>[10 . 94]</w:t>
      </w:r>
    </w:p>
    <w:p>
      <w:r>
        <w:rPr>
          <w:rFonts w:ascii="Gentium Plus" w:hAnsi="Gentium Plus"/>
          <w:sz w:val="24"/>
        </w:rPr>
        <w:t>[ἀλαλύκτημαι] φαντασία τις—καρδίας.</w:t>
      </w:r>
    </w:p>
    <w:p>
      <w:r>
        <w:rPr>
          <w:rFonts w:ascii="Courier New" w:hAnsi="Courier New"/>
          <w:color w:val="555555"/>
          <w:sz w:val="20"/>
        </w:rPr>
        <w:t>[10 . 96]</w:t>
      </w:r>
    </w:p>
    <w:p>
      <w:r>
        <w:rPr>
          <w:rFonts w:ascii="Gentium Plus" w:hAnsi="Gentium Plus"/>
          <w:sz w:val="24"/>
        </w:rPr>
        <w:t>[εἴ τι δραίνεις] ἐπινοεῖς, δρᾶσαι δύνασαι.</w:t>
      </w:r>
    </w:p>
    <w:p>
      <w:r>
        <w:rPr>
          <w:rFonts w:ascii="Courier New" w:hAnsi="Courier New"/>
          <w:color w:val="555555"/>
          <w:sz w:val="20"/>
        </w:rPr>
        <w:t>[10 96bis]</w:t>
      </w:r>
    </w:p>
    <w:p>
      <w:r>
        <w:rPr>
          <w:rFonts w:ascii="Gentium Plus" w:hAnsi="Gentium Plus"/>
          <w:sz w:val="24"/>
        </w:rPr>
        <w:t>** [οὐδέ σέ γ’ ὕπνος ἱκάνει] ἵνα μὴ—γέροντι</w:t>
      </w:r>
    </w:p>
    <w:p>
      <w:r>
        <w:rPr>
          <w:rFonts w:ascii="Courier New" w:hAnsi="Courier New"/>
          <w:color w:val="555555"/>
          <w:sz w:val="20"/>
        </w:rPr>
        <w:t>[10 . 98]</w:t>
      </w:r>
    </w:p>
    <w:p>
      <w:r>
        <w:rPr>
          <w:rFonts w:ascii="Gentium Plus" w:hAnsi="Gentium Plus"/>
          <w:sz w:val="24"/>
        </w:rPr>
        <w:t>[ἀδηκότες] ὑπὸ τοῦ κόπου ἀναιδῶς διακείμενοι, ὀκνήσαντες.</w:t>
      </w:r>
    </w:p>
    <w:p>
      <w:r>
        <w:rPr>
          <w:rFonts w:ascii="Courier New" w:hAnsi="Courier New"/>
          <w:color w:val="555555"/>
          <w:sz w:val="20"/>
        </w:rPr>
        <w:t>[10 . 100]</w:t>
      </w:r>
    </w:p>
    <w:p>
      <w:r>
        <w:rPr>
          <w:rFonts w:ascii="Gentium Plus" w:hAnsi="Gentium Plus"/>
          <w:sz w:val="24"/>
        </w:rPr>
        <w:t>** περισσὸν τὸ τί—ἔλθωσιν.</w:t>
      </w:r>
    </w:p>
    <w:p>
      <w:r>
        <w:rPr>
          <w:rFonts w:ascii="Courier New" w:hAnsi="Courier New"/>
          <w:color w:val="555555"/>
          <w:sz w:val="20"/>
        </w:rPr>
        <w:t>[10 . 104]</w:t>
      </w:r>
    </w:p>
    <w:p>
      <w:r>
        <w:rPr>
          <w:rFonts w:ascii="Gentium Plus" w:hAnsi="Gentium Plus"/>
          <w:sz w:val="24"/>
        </w:rPr>
        <w:t>** [οὔ θην Ἕκτορι πάντα] αἱ γὰρ ἄκραι—γίνοιτο.</w:t>
      </w:r>
    </w:p>
    <w:p>
      <w:r>
        <w:rPr>
          <w:rFonts w:ascii="Courier New" w:hAnsi="Courier New"/>
          <w:color w:val="555555"/>
          <w:sz w:val="20"/>
        </w:rPr>
        <w:t>[10 . 105]</w:t>
      </w:r>
    </w:p>
    <w:p>
      <w:r>
        <w:rPr>
          <w:rFonts w:ascii="Gentium Plus" w:hAnsi="Gentium Plus"/>
          <w:sz w:val="24"/>
        </w:rPr>
        <w:t>[νυν] «σῶσόν νυν αὐτὸν μηδ’ ἔρα τῶν πλησίον» (Eurip. Hé‐ cube 996). τὸ νῦν ἐνταῦθα πληρωματικόν.</w:t>
      </w:r>
    </w:p>
    <w:p>
      <w:r>
        <w:rPr>
          <w:rFonts w:ascii="Courier New" w:hAnsi="Courier New"/>
          <w:color w:val="555555"/>
          <w:sz w:val="20"/>
        </w:rPr>
        <w:t>[10 . 108]</w:t>
      </w:r>
    </w:p>
    <w:p>
      <w:r>
        <w:rPr>
          <w:rFonts w:ascii="Gentium Plus" w:hAnsi="Gentium Plus"/>
          <w:sz w:val="24"/>
        </w:rPr>
        <w:t>[ποτὶ δὲ] ἤτοι σὺν τούτοις δέ. ** [ἐγείρομεν] καλῶς—ὀργῆς.</w:t>
      </w:r>
    </w:p>
    <w:p>
      <w:r>
        <w:rPr>
          <w:rFonts w:ascii="Courier New" w:hAnsi="Courier New"/>
          <w:color w:val="555555"/>
          <w:sz w:val="20"/>
        </w:rPr>
        <w:t>[10 . 110]</w:t>
      </w:r>
    </w:p>
    <w:p>
      <w:r>
        <w:rPr>
          <w:rFonts w:ascii="Gentium Plus" w:hAnsi="Gentium Plus"/>
          <w:sz w:val="24"/>
        </w:rPr>
        <w:t>[Αἴαντα ταχὺν] τὸν Ὀϊλέως—Αἴας.</w:t>
      </w:r>
    </w:p>
    <w:p>
      <w:r>
        <w:rPr>
          <w:rFonts w:ascii="Courier New" w:hAnsi="Courier New"/>
          <w:color w:val="555555"/>
          <w:sz w:val="20"/>
        </w:rPr>
        <w:t>[10 . 114]</w:t>
      </w:r>
    </w:p>
    <w:p>
      <w:r>
        <w:rPr>
          <w:rFonts w:ascii="Gentium Plus" w:hAnsi="Gentium Plus"/>
          <w:sz w:val="24"/>
        </w:rPr>
        <w:t>** [ἀλλὰ φίλον περ ἐόντα] χαρίεν—μέμφεται.</w:t>
      </w:r>
    </w:p>
    <w:p>
      <w:r>
        <w:rPr>
          <w:rFonts w:ascii="Courier New" w:hAnsi="Courier New"/>
          <w:color w:val="555555"/>
          <w:sz w:val="20"/>
        </w:rPr>
        <w:t>[10 . 120]</w:t>
      </w:r>
    </w:p>
    <w:p>
      <w:r>
        <w:rPr>
          <w:rFonts w:ascii="Gentium Plus" w:hAnsi="Gentium Plus"/>
          <w:sz w:val="24"/>
        </w:rPr>
        <w:t>** [ἄλλοτε μέν σε] οὐχ ὡς συκοφαντοῦντι—ἐκέρα‐ σεν. [ἄλλοτε] ἐν ἄλλῳ καιρῷ.</w:t>
      </w:r>
    </w:p>
    <w:p>
      <w:r>
        <w:rPr>
          <w:rFonts w:ascii="Courier New" w:hAnsi="Courier New"/>
          <w:color w:val="555555"/>
          <w:sz w:val="20"/>
        </w:rPr>
        <w:t>[10 . 122]</w:t>
      </w:r>
    </w:p>
    <w:p>
      <w:r>
        <w:rPr>
          <w:rFonts w:ascii="Gentium Plus" w:hAnsi="Gentium Plus"/>
          <w:sz w:val="24"/>
        </w:rPr>
        <w:t>** [οὔτ’ ὄκνῳ εἴκων] φιλαδέλφως—ἄνοια.</w:t>
      </w:r>
    </w:p>
    <w:p>
      <w:r>
        <w:rPr>
          <w:rFonts w:ascii="Courier New" w:hAnsi="Courier New"/>
          <w:color w:val="555555"/>
          <w:sz w:val="20"/>
        </w:rPr>
        <w:t>[10 122bis]</w:t>
      </w:r>
    </w:p>
    <w:p>
      <w:r>
        <w:rPr>
          <w:rFonts w:ascii="Gentium Plus" w:hAnsi="Gentium Plus"/>
          <w:sz w:val="24"/>
        </w:rPr>
        <w:t>[οὔτ’ ἀφραδίῃσι νόοιο] ὅ ἐστιν· οὔτε ἀσύνετός ἐστιν.</w:t>
      </w:r>
    </w:p>
    <w:p>
      <w:r>
        <w:rPr>
          <w:rFonts w:ascii="Courier New" w:hAnsi="Courier New"/>
          <w:color w:val="555555"/>
          <w:sz w:val="20"/>
        </w:rPr>
        <w:t>[10 . 133]</w:t>
      </w:r>
    </w:p>
    <w:p>
      <w:r>
        <w:rPr>
          <w:rFonts w:ascii="Gentium Plus" w:hAnsi="Gentium Plus"/>
          <w:sz w:val="24"/>
        </w:rPr>
        <w:t>[περονήσατο] πόρπῃ συνέλαβεν, ἐνεπορπώσατο.</w:t>
      </w:r>
    </w:p>
    <w:p>
      <w:r>
        <w:rPr>
          <w:rFonts w:ascii="Courier New" w:hAnsi="Courier New"/>
          <w:color w:val="555555"/>
          <w:sz w:val="20"/>
        </w:rPr>
        <w:t>[10 133bis]</w:t>
      </w:r>
    </w:p>
    <w:p>
      <w:r>
        <w:rPr>
          <w:rFonts w:ascii="Gentium Plus" w:hAnsi="Gentium Plus"/>
          <w:sz w:val="24"/>
        </w:rPr>
        <w:t>[φοινικόεσσαν] πυρρὰν τῷ χρώματι.</w:t>
      </w:r>
    </w:p>
    <w:p>
      <w:r>
        <w:rPr>
          <w:rFonts w:ascii="Courier New" w:hAnsi="Courier New"/>
          <w:color w:val="555555"/>
          <w:sz w:val="20"/>
        </w:rPr>
        <w:t>[10 . 134]</w:t>
      </w:r>
    </w:p>
    <w:p>
      <w:r>
        <w:rPr>
          <w:rFonts w:ascii="Gentium Plus" w:hAnsi="Gentium Plus"/>
          <w:sz w:val="24"/>
        </w:rPr>
        <w:t>[διπλῆν, ἐκταδίην] τὴν μεγάλην—ἐκτεταμένην.</w:t>
      </w:r>
    </w:p>
    <w:p>
      <w:r>
        <w:rPr>
          <w:rFonts w:ascii="Courier New" w:hAnsi="Courier New"/>
          <w:color w:val="555555"/>
          <w:sz w:val="20"/>
        </w:rPr>
        <w:t>[10 . 135]</w:t>
      </w:r>
    </w:p>
    <w:p>
      <w:r>
        <w:rPr>
          <w:rFonts w:ascii="Gentium Plus" w:hAnsi="Gentium Plus"/>
          <w:sz w:val="24"/>
        </w:rPr>
        <w:t>[ἄλκιμον] ἢ πρὸς τὸ ἀλέξασθαι πεποιημένον.</w:t>
      </w:r>
    </w:p>
    <w:p>
      <w:r>
        <w:rPr>
          <w:rFonts w:ascii="Courier New" w:hAnsi="Courier New"/>
          <w:color w:val="555555"/>
          <w:sz w:val="20"/>
        </w:rPr>
        <w:t>[10 . 137]</w:t>
      </w:r>
    </w:p>
    <w:p>
      <w:r>
        <w:rPr>
          <w:rFonts w:ascii="Gentium Plus" w:hAnsi="Gentium Plus"/>
          <w:sz w:val="24"/>
        </w:rPr>
        <w:t>[ἀτάλαντον] τὸ α κατ’ ἐπίτασιν.</w:t>
      </w:r>
    </w:p>
    <w:p>
      <w:r>
        <w:rPr>
          <w:rFonts w:ascii="Courier New" w:hAnsi="Courier New"/>
          <w:color w:val="555555"/>
          <w:sz w:val="20"/>
        </w:rPr>
        <w:t>[10 . 139]</w:t>
      </w:r>
    </w:p>
    <w:p>
      <w:r>
        <w:rPr>
          <w:rFonts w:ascii="Gentium Plus" w:hAnsi="Gentium Plus"/>
          <w:sz w:val="24"/>
        </w:rPr>
        <w:t>[περὶ φρένας ἤλυθ’ ἰωή] ᾔσθετο, οἱονεὶ ἤκουσε τῆς φωνῆς.</w:t>
      </w:r>
    </w:p>
    <w:p>
      <w:r>
        <w:rPr>
          <w:rFonts w:ascii="Courier New" w:hAnsi="Courier New"/>
          <w:color w:val="555555"/>
          <w:sz w:val="20"/>
        </w:rPr>
        <w:t>[10 . 153]</w:t>
      </w:r>
    </w:p>
    <w:p>
      <w:r>
        <w:rPr>
          <w:rFonts w:ascii="Gentium Plus" w:hAnsi="Gentium Plus"/>
          <w:sz w:val="24"/>
        </w:rPr>
        <w:t>[ἐλήλατο] ἐπεπήγει, ἵστατο εἰς τὴν γῆν.</w:t>
      </w:r>
    </w:p>
    <w:p>
      <w:r>
        <w:rPr>
          <w:rFonts w:ascii="Courier New" w:hAnsi="Courier New"/>
          <w:color w:val="555555"/>
          <w:sz w:val="20"/>
        </w:rPr>
        <w:t>[10 . 155]</w:t>
      </w:r>
    </w:p>
    <w:p>
      <w:r>
        <w:rPr>
          <w:rFonts w:ascii="Gentium Plus" w:hAnsi="Gentium Plus"/>
          <w:sz w:val="24"/>
        </w:rPr>
        <w:t>[ἀγραύλοιο] τοῦ ἐν ἀγρῷ αὐλιζομένου.</w:t>
      </w:r>
    </w:p>
    <w:p>
      <w:r>
        <w:rPr>
          <w:rFonts w:ascii="Courier New" w:hAnsi="Courier New"/>
          <w:color w:val="555555"/>
          <w:sz w:val="20"/>
        </w:rPr>
        <w:t>[10 . 158]</w:t>
      </w:r>
    </w:p>
    <w:p>
      <w:r>
        <w:rPr>
          <w:rFonts w:ascii="Gentium Plus" w:hAnsi="Gentium Plus"/>
          <w:sz w:val="24"/>
        </w:rPr>
        <w:t>[λὰξ] εὐτόνως τῷ μεγάλῳ δακτύλῳ—ἄντην».</w:t>
      </w:r>
    </w:p>
    <w:p>
      <w:r>
        <w:rPr>
          <w:rFonts w:ascii="Courier New" w:hAnsi="Courier New"/>
          <w:color w:val="555555"/>
          <w:sz w:val="20"/>
        </w:rPr>
        <w:t>[10 . 159]</w:t>
      </w:r>
    </w:p>
    <w:p>
      <w:r>
        <w:rPr>
          <w:rFonts w:ascii="Gentium Plus" w:hAnsi="Gentium Plus"/>
          <w:sz w:val="24"/>
        </w:rPr>
        <w:t>[ὕπνον ἀωτεῖς] ἀπανθίζεις τὸν ὕπνον, ἐκ δὲ τούτου καθεύδεις.</w:t>
      </w:r>
    </w:p>
    <w:p>
      <w:r>
        <w:rPr>
          <w:rFonts w:ascii="Courier New" w:hAnsi="Courier New"/>
          <w:color w:val="555555"/>
          <w:sz w:val="20"/>
        </w:rPr>
        <w:t>[10 . 160]</w:t>
      </w:r>
    </w:p>
    <w:p>
      <w:r>
        <w:rPr>
          <w:rFonts w:ascii="Gentium Plus" w:hAnsi="Gentium Plus"/>
          <w:sz w:val="24"/>
        </w:rPr>
        <w:t>ἐπὶ θρωσμῷ πεδίοιο] τόπος ἐστὶν ὑψηλὸς—τάσ‐ σοιντο.</w:t>
      </w:r>
    </w:p>
    <w:p>
      <w:r>
        <w:rPr>
          <w:rFonts w:ascii="Courier New" w:hAnsi="Courier New"/>
          <w:color w:val="555555"/>
          <w:sz w:val="20"/>
        </w:rPr>
        <w:t>[10 . 164]</w:t>
      </w:r>
    </w:p>
    <w:p>
      <w:r>
        <w:rPr>
          <w:rFonts w:ascii="Gentium Plus" w:hAnsi="Gentium Plus"/>
          <w:sz w:val="24"/>
        </w:rPr>
        <w:t>[σχέτλιος] δεινὸς ἢ σχετλιασμοῦ ἄξιος, 〈ἢ〉 καρτερικώτατος.</w:t>
      </w:r>
    </w:p>
    <w:p>
      <w:r>
        <w:rPr>
          <w:rFonts w:ascii="Courier New" w:hAnsi="Courier New"/>
          <w:color w:val="555555"/>
          <w:sz w:val="20"/>
        </w:rPr>
        <w:t>[10 . 167]</w:t>
      </w:r>
    </w:p>
    <w:p>
      <w:r>
        <w:rPr>
          <w:rFonts w:ascii="Gentium Plus" w:hAnsi="Gentium Plus"/>
          <w:sz w:val="24"/>
        </w:rPr>
        <w:t>[ἀμήχανος] πρὸς ὃν μηχανὴν οὐκ ἔστιν εὑρεῖν, ἢ κακοπίαστος, καὶ πρὸς πάντα ἕτοιμος.</w:t>
      </w:r>
    </w:p>
    <w:p>
      <w:r>
        <w:rPr>
          <w:rFonts w:ascii="Courier New" w:hAnsi="Courier New"/>
          <w:color w:val="555555"/>
          <w:sz w:val="20"/>
        </w:rPr>
        <w:t>[10 . 183]</w:t>
      </w:r>
    </w:p>
    <w:p>
      <w:r>
        <w:rPr>
          <w:rFonts w:ascii="Gentium Plus" w:hAnsi="Gentium Plus"/>
          <w:sz w:val="24"/>
        </w:rPr>
        <w:t>[δυσωρήσωσιν] δυσφυλακτήσωσιν, κακὴν φυλακὴν καὶ νύκτα διαγάγωσιν.</w:t>
      </w:r>
    </w:p>
    <w:p>
      <w:r>
        <w:rPr>
          <w:rFonts w:ascii="Courier New" w:hAnsi="Courier New"/>
          <w:color w:val="555555"/>
          <w:sz w:val="20"/>
        </w:rPr>
        <w:t>[10 . 184]</w:t>
      </w:r>
    </w:p>
    <w:p>
      <w:r>
        <w:rPr>
          <w:rFonts w:ascii="Gentium Plus" w:hAnsi="Gentium Plus"/>
          <w:sz w:val="24"/>
        </w:rPr>
        <w:t>[θηρὸς] ἢ λέοντος.</w:t>
      </w:r>
    </w:p>
    <w:p>
      <w:r>
        <w:rPr>
          <w:rFonts w:ascii="Courier New" w:hAnsi="Courier New"/>
          <w:color w:val="555555"/>
          <w:sz w:val="20"/>
        </w:rPr>
        <w:t>[10 . 197]</w:t>
      </w:r>
    </w:p>
    <w:p>
      <w:r>
        <w:rPr>
          <w:rFonts w:ascii="Gentium Plus" w:hAnsi="Gentium Plus"/>
          <w:sz w:val="24"/>
        </w:rPr>
        <w:t>[συμμητιάασθαι] κοινῇ γνώμῃ σκέψασθαι.</w:t>
      </w:r>
    </w:p>
    <w:p>
      <w:r>
        <w:rPr>
          <w:rFonts w:ascii="Courier New" w:hAnsi="Courier New"/>
          <w:color w:val="555555"/>
          <w:sz w:val="20"/>
        </w:rPr>
        <w:t>[10 . 198]</w:t>
      </w:r>
    </w:p>
    <w:p>
      <w:r>
        <w:rPr>
          <w:rFonts w:ascii="Gentium Plus" w:hAnsi="Gentium Plus"/>
          <w:sz w:val="24"/>
        </w:rPr>
        <w:t>[τάφρον .... ὀρυκτὴν] τὸ δυσδιάβατον τοῦ ὀρύγματος.</w:t>
      </w:r>
    </w:p>
    <w:p>
      <w:r>
        <w:rPr>
          <w:rFonts w:ascii="Courier New" w:hAnsi="Courier New"/>
          <w:color w:val="555555"/>
          <w:sz w:val="20"/>
        </w:rPr>
        <w:t>[10 . 204]</w:t>
      </w:r>
    </w:p>
    <w:p>
      <w:r>
        <w:rPr>
          <w:rFonts w:ascii="Gentium Plus" w:hAnsi="Gentium Plus"/>
          <w:sz w:val="24"/>
        </w:rPr>
        <w:t>ἑῷ αὐτοῦ] τῷ ἰδίῳ θυμῷ. Ὅμηρος δὲ—παραλαμ‐ βάνει.</w:t>
      </w:r>
    </w:p>
    <w:p>
      <w:r>
        <w:rPr>
          <w:rFonts w:ascii="Courier New" w:hAnsi="Courier New"/>
          <w:color w:val="555555"/>
          <w:sz w:val="20"/>
        </w:rPr>
        <w:t>[10 . 207]</w:t>
      </w:r>
    </w:p>
    <w:p>
      <w:r>
        <w:rPr>
          <w:rFonts w:ascii="Gentium Plus" w:hAnsi="Gentium Plus"/>
          <w:sz w:val="24"/>
        </w:rPr>
        <w:t>[ἤ τινά που—πύθοιτο] ἤγουν λάβοι τινὰ κατασκο‐ πὴν τῶν Τρώων. ἢ τινά που καὶ φήμην] εἰώθασιν—ἐπετείχισαν τὴν</w:t>
      </w:r>
    </w:p>
    <w:p>
      <w:r>
        <w:rPr>
          <w:rFonts w:ascii="Courier New" w:hAnsi="Courier New"/>
          <w:color w:val="555555"/>
          <w:sz w:val="20"/>
        </w:rPr>
        <w:t>[10 . 212]</w:t>
      </w:r>
    </w:p>
    <w:p>
      <w:r>
        <w:rPr>
          <w:rFonts w:ascii="Gentium Plus" w:hAnsi="Gentium Plus"/>
          <w:sz w:val="24"/>
        </w:rPr>
        <w:t>[ὑπουράνιον] ἕως εἰς 〈οὐρανὸν〉, οὐρανοῦ ἐξικνούμενον.</w:t>
      </w:r>
    </w:p>
    <w:p>
      <w:r>
        <w:rPr>
          <w:rFonts w:ascii="Courier New" w:hAnsi="Courier New"/>
          <w:color w:val="555555"/>
          <w:sz w:val="20"/>
        </w:rPr>
        <w:t>[10 . 216]</w:t>
      </w:r>
    </w:p>
    <w:p>
      <w:r>
        <w:rPr>
          <w:rFonts w:ascii="Gentium Plus" w:hAnsi="Gentium Plus"/>
          <w:sz w:val="24"/>
        </w:rPr>
        <w:t>[ὑπόρρηνον] ῥῆνες γὰρ οἱ ἄρνες.</w:t>
      </w:r>
    </w:p>
    <w:p>
      <w:r>
        <w:rPr>
          <w:rFonts w:ascii="Courier New" w:hAnsi="Courier New"/>
          <w:color w:val="555555"/>
          <w:sz w:val="20"/>
        </w:rPr>
        <w:t>[10 . 217]</w:t>
      </w:r>
    </w:p>
    <w:p>
      <w:r>
        <w:rPr>
          <w:rFonts w:ascii="Gentium Plus" w:hAnsi="Gentium Plus"/>
          <w:sz w:val="24"/>
        </w:rPr>
        <w:t>[εἰλαπίνῃσι] εἴρηται παρὰ τὸ ἔλασσον ἅζεσθαι τοὺς εὐωχοῦν‐ τας, ὅ ἐστι ταράσσεσθαι.</w:t>
      </w:r>
    </w:p>
    <w:p>
      <w:r>
        <w:rPr>
          <w:rFonts w:ascii="Courier New" w:hAnsi="Courier New"/>
          <w:color w:val="555555"/>
          <w:sz w:val="20"/>
        </w:rPr>
        <w:t>[10 . 224]</w:t>
      </w:r>
    </w:p>
    <w:p>
      <w:r>
        <w:rPr>
          <w:rFonts w:ascii="Gentium Plus" w:hAnsi="Gentium Plus"/>
          <w:sz w:val="24"/>
        </w:rPr>
        <w:t>[σύν τε δύ’ ἐρχομένων] συνερχομένων δύο ὁμοῦ καὶ κοινῶς ὁ ἕτερος πρὸ τοῦ ἑτέρου ἐπενόησέ τι κοινωφελὲς καὶ συμφέρον.</w:t>
      </w:r>
    </w:p>
    <w:p>
      <w:r>
        <w:rPr>
          <w:rFonts w:ascii="Courier New" w:hAnsi="Courier New"/>
          <w:color w:val="555555"/>
          <w:sz w:val="20"/>
        </w:rPr>
        <w:t>[10 . 235]</w:t>
      </w:r>
    </w:p>
    <w:p>
      <w:r>
        <w:rPr>
          <w:rFonts w:ascii="Gentium Plus" w:hAnsi="Gentium Plus"/>
          <w:sz w:val="24"/>
        </w:rPr>
        <w:t>[ἕταρόν γ’ αἱρήσεαι] συνεργὸν ἐπιλέξαι, ἀκόλουθον πρὸς τὸ συνεργεῖν προσλαβοῦ.</w:t>
      </w:r>
    </w:p>
    <w:p>
      <w:r>
        <w:rPr>
          <w:rFonts w:ascii="Courier New" w:hAnsi="Courier New"/>
          <w:color w:val="555555"/>
          <w:sz w:val="20"/>
        </w:rPr>
        <w:t>[10 . 242]</w:t>
      </w:r>
    </w:p>
    <w:p>
      <w:r>
        <w:rPr>
          <w:rFonts w:ascii="Gentium Plus" w:hAnsi="Gentium Plus"/>
          <w:sz w:val="24"/>
        </w:rPr>
        <w:t>εἰ θέλετε, ἐπιλέξασθέ με.</w:t>
      </w:r>
    </w:p>
    <w:p>
      <w:r>
        <w:rPr>
          <w:rFonts w:ascii="Courier New" w:hAnsi="Courier New"/>
          <w:color w:val="555555"/>
          <w:sz w:val="20"/>
        </w:rPr>
        <w:t>[10 . 246]</w:t>
      </w:r>
    </w:p>
    <w:p>
      <w:r>
        <w:rPr>
          <w:rFonts w:ascii="Gentium Plus" w:hAnsi="Gentium Plus"/>
          <w:sz w:val="24"/>
        </w:rPr>
        <w:t>[ἐκ πυρὸς αἰθομένοιο] ἀντὶ τοῦ αἴθοντος καὶ καίοντος, ὅ ἐστιν ἐκ τοῦ φανεροῦ.</w:t>
      </w:r>
    </w:p>
    <w:p>
      <w:r>
        <w:rPr>
          <w:rFonts w:ascii="Courier New" w:hAnsi="Courier New"/>
          <w:color w:val="555555"/>
          <w:sz w:val="20"/>
        </w:rPr>
        <w:t>[10 . 249]</w:t>
      </w:r>
    </w:p>
    <w:p>
      <w:r>
        <w:rPr>
          <w:rFonts w:ascii="Gentium Plus" w:hAnsi="Gentium Plus"/>
          <w:sz w:val="24"/>
        </w:rPr>
        <w:t>μήτ’ ἄρ με μάλ’ αἴνεε] δῆλός ἐστιν ὁ ποιητὴς—τοῦ ποιητοῦ ἢ τοῦτο. ζητεῖται δὲ πῶς—τύχῃ.</w:t>
      </w:r>
    </w:p>
    <w:p>
      <w:r>
        <w:rPr>
          <w:rFonts w:ascii="Courier New" w:hAnsi="Courier New"/>
          <w:color w:val="555555"/>
          <w:sz w:val="20"/>
        </w:rPr>
        <w:t>[10 . 282]</w:t>
      </w:r>
    </w:p>
    <w:p>
      <w:r>
        <w:rPr>
          <w:rFonts w:ascii="Gentium Plus" w:hAnsi="Gentium Plus"/>
          <w:sz w:val="24"/>
        </w:rPr>
        <w:t>ῥέξαντας μέγα ἔργον] μεγάλην—τὸ φονεῦσαι τὸν Ἕκτορα.</w:t>
      </w:r>
    </w:p>
    <w:p>
      <w:r>
        <w:rPr>
          <w:rFonts w:ascii="Courier New" w:hAnsi="Courier New"/>
          <w:color w:val="555555"/>
          <w:sz w:val="20"/>
        </w:rPr>
        <w:t>[10 . 287]</w:t>
      </w:r>
    </w:p>
    <w:p>
      <w:r>
        <w:rPr>
          <w:rFonts w:ascii="Gentium Plus" w:hAnsi="Gentium Plus"/>
          <w:sz w:val="24"/>
        </w:rPr>
        <w:t>[Ἀσωπῷ] ποταμὸς τῆς Βοιωτίας.</w:t>
      </w:r>
    </w:p>
    <w:p>
      <w:r>
        <w:rPr>
          <w:rFonts w:ascii="Courier New" w:hAnsi="Courier New"/>
          <w:color w:val="555555"/>
          <w:sz w:val="20"/>
        </w:rPr>
        <w:t>[10 . 298]</w:t>
      </w:r>
    </w:p>
    <w:p>
      <w:r>
        <w:rPr>
          <w:rFonts w:ascii="Gentium Plus" w:hAnsi="Gentium Plus"/>
          <w:sz w:val="24"/>
        </w:rPr>
        <w:t>ἂμ φόνον ἂν νέκυας] διὰ τοῦ φόνου καὶ τῶν νεκρῶν. [διά τ’ ἔντεα καὶ μέλαν αἷμα] διὰ τῶν ἐντέων καὶ μέλανος αἵμα‐ τος.</w:t>
      </w:r>
    </w:p>
    <w:p>
      <w:r>
        <w:rPr>
          <w:rFonts w:ascii="Courier New" w:hAnsi="Courier New"/>
          <w:color w:val="555555"/>
          <w:sz w:val="20"/>
        </w:rPr>
        <w:t>[10 . 305]</w:t>
      </w:r>
    </w:p>
    <w:p>
      <w:r>
        <w:rPr>
          <w:rFonts w:ascii="Gentium Plus" w:hAnsi="Gentium Plus"/>
          <w:sz w:val="24"/>
        </w:rPr>
        <w:t>ἐριαύχενας] μεγαλοτραχήλους· τὸ ἔρι γὰρ—λαβεῖν.</w:t>
      </w:r>
    </w:p>
    <w:p>
      <w:r>
        <w:rPr>
          <w:rFonts w:ascii="Courier New" w:hAnsi="Courier New"/>
          <w:color w:val="555555"/>
          <w:sz w:val="20"/>
        </w:rPr>
        <w:t>[10 . 307]</w:t>
      </w:r>
    </w:p>
    <w:p>
      <w:r>
        <w:rPr>
          <w:rFonts w:ascii="Gentium Plus" w:hAnsi="Gentium Plus"/>
          <w:sz w:val="24"/>
        </w:rPr>
        <w:t>ἐκ παραλλήλου.</w:t>
      </w:r>
    </w:p>
    <w:p>
      <w:r>
        <w:rPr>
          <w:rFonts w:ascii="Courier New" w:hAnsi="Courier New"/>
          <w:color w:val="555555"/>
          <w:sz w:val="20"/>
        </w:rPr>
        <w:t>[10 . 313]</w:t>
      </w:r>
    </w:p>
    <w:p>
      <w:r>
        <w:rPr>
          <w:rFonts w:ascii="Gentium Plus" w:hAnsi="Gentium Plus"/>
          <w:sz w:val="24"/>
        </w:rPr>
        <w:t>[ἀδηκότες] τεταλαιπωρηκότες ἢ ἀηδῶς διακείμενοι.</w:t>
      </w:r>
    </w:p>
    <w:p>
      <w:r>
        <w:rPr>
          <w:rFonts w:ascii="Courier New" w:hAnsi="Courier New"/>
          <w:color w:val="555555"/>
          <w:sz w:val="20"/>
        </w:rPr>
        <w:t>[10 . 314]</w:t>
      </w:r>
    </w:p>
    <w:p>
      <w:r>
        <w:rPr>
          <w:rFonts w:ascii="Gentium Plus" w:hAnsi="Gentium Plus"/>
          <w:sz w:val="24"/>
        </w:rPr>
        <w:t>ἦν δὲ—Δόλων] διὰ τί κήρυκος 〈καὶ〉 πλούσιον εἴρηκε</w:t>
      </w:r>
    </w:p>
    <w:p>
      <w:r>
        <w:rPr>
          <w:rFonts w:ascii="Courier New" w:hAnsi="Courier New"/>
          <w:color w:val="555555"/>
          <w:sz w:val="20"/>
        </w:rPr>
        <w:t>[10 . 317]</w:t>
      </w:r>
    </w:p>
    <w:p>
      <w:r>
        <w:rPr>
          <w:rFonts w:ascii="Gentium Plus" w:hAnsi="Gentium Plus"/>
          <w:sz w:val="24"/>
        </w:rPr>
        <w:t>ἀντὶ τοῦ μόνος ἦν ἄρρην.</w:t>
      </w:r>
    </w:p>
    <w:p>
      <w:r>
        <w:rPr>
          <w:rFonts w:ascii="Courier New" w:hAnsi="Courier New"/>
          <w:color w:val="555555"/>
          <w:sz w:val="20"/>
        </w:rPr>
        <w:t>[10 . 324]</w:t>
      </w:r>
    </w:p>
    <w:p>
      <w:r>
        <w:rPr>
          <w:rFonts w:ascii="Gentium Plus" w:hAnsi="Gentium Plus"/>
          <w:sz w:val="24"/>
        </w:rPr>
        <w:t>[οὐδ’ ἀπὸ δόξης] ὑπόληψις.</w:t>
      </w:r>
    </w:p>
    <w:p>
      <w:r>
        <w:rPr>
          <w:rFonts w:ascii="Courier New" w:hAnsi="Courier New"/>
          <w:color w:val="555555"/>
          <w:sz w:val="20"/>
        </w:rPr>
        <w:t>[10 . 326]</w:t>
      </w:r>
    </w:p>
    <w:p>
      <w:r>
        <w:rPr>
          <w:rFonts w:ascii="Gentium Plus" w:hAnsi="Gentium Plus"/>
          <w:sz w:val="24"/>
        </w:rPr>
        <w:t>** [Ἀγαμεμνονέην] συστολή.</w:t>
      </w:r>
    </w:p>
    <w:p>
      <w:r>
        <w:rPr>
          <w:rFonts w:ascii="Courier New" w:hAnsi="Courier New"/>
          <w:color w:val="555555"/>
          <w:sz w:val="20"/>
        </w:rPr>
        <w:t>[10 . 334]</w:t>
      </w:r>
    </w:p>
    <w:p>
      <w:r>
        <w:rPr>
          <w:rFonts w:ascii="Gentium Plus" w:hAnsi="Gentium Plus"/>
          <w:sz w:val="24"/>
        </w:rPr>
        <w:t>πολιοῖο λύκοιο] λευκοῦ λύκου διὰ τὴν—Νηλέα.</w:t>
      </w:r>
    </w:p>
    <w:p>
      <w:r>
        <w:rPr>
          <w:rFonts w:ascii="Courier New" w:hAnsi="Courier New"/>
          <w:color w:val="555555"/>
          <w:sz w:val="20"/>
        </w:rPr>
        <w:t>[10 . 335]</w:t>
      </w:r>
    </w:p>
    <w:p>
      <w:r>
        <w:rPr>
          <w:rFonts w:ascii="Gentium Plus" w:hAnsi="Gentium Plus"/>
          <w:sz w:val="24"/>
        </w:rPr>
        <w:t>κρατὶ δ’ ἐπ’ ἰκτιδέην] ἐξ ἰκτίδος δέρματος πεποιημένην. ἰκτὶς δὲ—εἶπον. σημείωσαι· ἐπὶ κτιδέην] ἀπὸ τοῦ κ—ἀρκεῖ γὰρ τὸ τίς.</w:t>
      </w:r>
    </w:p>
    <w:p>
      <w:r>
        <w:rPr>
          <w:rFonts w:ascii="Courier New" w:hAnsi="Courier New"/>
          <w:color w:val="555555"/>
          <w:sz w:val="20"/>
        </w:rPr>
        <w:t>[10 . 336]</w:t>
      </w:r>
    </w:p>
    <w:p>
      <w:r>
        <w:rPr>
          <w:rFonts w:ascii="Gentium Plus" w:hAnsi="Gentium Plus"/>
          <w:sz w:val="24"/>
        </w:rPr>
        <w:t>[οὐδ’ ἄρ’ ἔμελλεν] προανάληψις.</w:t>
      </w:r>
    </w:p>
    <w:p>
      <w:r>
        <w:rPr>
          <w:rFonts w:ascii="Courier New" w:hAnsi="Courier New"/>
          <w:color w:val="555555"/>
          <w:sz w:val="20"/>
        </w:rPr>
        <w:t>[10 . 339]</w:t>
      </w:r>
    </w:p>
    <w:p>
      <w:r>
        <w:rPr>
          <w:rFonts w:ascii="Gentium Plus" w:hAnsi="Gentium Plus"/>
          <w:sz w:val="24"/>
        </w:rPr>
        <w:t>[ἐφράσατο] εἶδεν· κατάχρησις ὁ τρόπος.</w:t>
      </w:r>
    </w:p>
    <w:p>
      <w:r>
        <w:rPr>
          <w:rFonts w:ascii="Courier New" w:hAnsi="Courier New"/>
          <w:color w:val="555555"/>
          <w:sz w:val="20"/>
        </w:rPr>
        <w:t>[10 . 345]</w:t>
      </w:r>
    </w:p>
    <w:p>
      <w:r>
        <w:rPr>
          <w:rFonts w:ascii="Gentium Plus" w:hAnsi="Gentium Plus"/>
          <w:sz w:val="24"/>
        </w:rPr>
        <w:t>[τυτθόν] μικρόν. κυρίως δὲ ἡ λέξις τίθεται ἐπὶ τῶν βρεφῶν, οἱονεὶ τιτθίον.</w:t>
      </w:r>
    </w:p>
    <w:p>
      <w:r>
        <w:rPr>
          <w:rFonts w:ascii="Courier New" w:hAnsi="Courier New"/>
          <w:color w:val="555555"/>
          <w:sz w:val="20"/>
        </w:rPr>
        <w:t>[10 . 346]</w:t>
      </w:r>
    </w:p>
    <w:p>
      <w:r>
        <w:rPr>
          <w:rFonts w:ascii="Gentium Plus" w:hAnsi="Gentium Plus"/>
          <w:sz w:val="24"/>
        </w:rPr>
        <w:t>[παραφθαίησι πόδεσσι] φθάσῃ τῇ ταχύτητι τῶν ποδῶν,</w:t>
      </w:r>
    </w:p>
    <w:p>
      <w:r>
        <w:rPr>
          <w:rFonts w:ascii="Courier New" w:hAnsi="Courier New"/>
          <w:color w:val="555555"/>
          <w:sz w:val="20"/>
        </w:rPr>
        <w:t>[10 . 351]</w:t>
      </w:r>
    </w:p>
    <w:p>
      <w:r>
        <w:rPr>
          <w:rFonts w:ascii="Gentium Plus" w:hAnsi="Gentium Plus"/>
          <w:sz w:val="24"/>
        </w:rPr>
        <w:t>ἐπὶ οὖρα] ὅρια. Ἀρίσταρχος—ἐδίωξαν.</w:t>
      </w:r>
    </w:p>
    <w:p>
      <w:r>
        <w:rPr>
          <w:rFonts w:ascii="Courier New" w:hAnsi="Courier New"/>
          <w:color w:val="555555"/>
          <w:sz w:val="20"/>
        </w:rPr>
        <w:t>[10 . 352]</w:t>
      </w:r>
    </w:p>
    <w:p>
      <w:r>
        <w:rPr>
          <w:rFonts w:ascii="Gentium Plus" w:hAnsi="Gentium Plus"/>
          <w:sz w:val="24"/>
        </w:rPr>
        <w:t>[προφερέστεραι] ταχύτεραι, ἤγουν ἐν τῷ ἀροτριᾶν.</w:t>
      </w:r>
    </w:p>
    <w:p>
      <w:r>
        <w:rPr>
          <w:rFonts w:ascii="Courier New" w:hAnsi="Courier New"/>
          <w:color w:val="555555"/>
          <w:sz w:val="20"/>
        </w:rPr>
        <w:t>[10 . 353]</w:t>
      </w:r>
    </w:p>
    <w:p>
      <w:r>
        <w:rPr>
          <w:rFonts w:ascii="Gentium Plus" w:hAnsi="Gentium Plus"/>
          <w:sz w:val="24"/>
        </w:rPr>
        <w:t>[νειοῖο] νειὸς δέ ἐστιν—γῆ. πηκτὸν ἄροτρον] τὸ τὸν γύην—πηκτόν.»</w:t>
      </w:r>
    </w:p>
    <w:p>
      <w:r>
        <w:rPr>
          <w:rFonts w:ascii="Courier New" w:hAnsi="Courier New"/>
          <w:color w:val="555555"/>
          <w:sz w:val="20"/>
        </w:rPr>
        <w:t>[10 . 356]</w:t>
      </w:r>
    </w:p>
    <w:p>
      <w:r>
        <w:rPr>
          <w:rFonts w:ascii="Gentium Plus" w:hAnsi="Gentium Plus"/>
          <w:sz w:val="24"/>
        </w:rPr>
        <w:t>[πάλιν Ἕκτορος ὀτρύναντος] εἰς ὀπίσω καλέσαντος.</w:t>
      </w:r>
    </w:p>
    <w:p>
      <w:r>
        <w:rPr>
          <w:rFonts w:ascii="Courier New" w:hAnsi="Courier New"/>
          <w:color w:val="555555"/>
          <w:sz w:val="20"/>
        </w:rPr>
        <w:t>[10 . 360]</w:t>
      </w:r>
    </w:p>
    <w:p>
      <w:r>
        <w:rPr>
          <w:rFonts w:ascii="Gentium Plus" w:hAnsi="Gentium Plus"/>
          <w:sz w:val="24"/>
        </w:rPr>
        <w:t>[καρχαρόδοντε] ἐπικαμπεῖς ὀδόντας ἔχοντες, ἢ ταχεῖς· κάρ‐ χαρον γὰρ τὸ ταχύ.</w:t>
      </w:r>
    </w:p>
    <w:p>
      <w:r>
        <w:rPr>
          <w:rFonts w:ascii="Courier New" w:hAnsi="Courier New"/>
          <w:color w:val="555555"/>
          <w:sz w:val="20"/>
        </w:rPr>
        <w:t>[10 . 361]</w:t>
      </w:r>
    </w:p>
    <w:p>
      <w:r>
        <w:rPr>
          <w:rFonts w:ascii="Gentium Plus" w:hAnsi="Gentium Plus"/>
          <w:sz w:val="24"/>
        </w:rPr>
        <w:t>[κεμάδα] νεογνὸν ἔλαφον, ἢ δορκάδα.</w:t>
      </w:r>
    </w:p>
    <w:p>
      <w:r>
        <w:rPr>
          <w:rFonts w:ascii="Courier New" w:hAnsi="Courier New"/>
          <w:color w:val="555555"/>
          <w:sz w:val="20"/>
        </w:rPr>
        <w:t>[10 . 364]</w:t>
      </w:r>
    </w:p>
    <w:p>
      <w:r>
        <w:rPr>
          <w:rFonts w:ascii="Gentium Plus" w:hAnsi="Gentium Plus"/>
          <w:sz w:val="24"/>
        </w:rPr>
        <w:t>[λαοῦ ἀποτμήξαντε διώκετον] τοῦ Τρωϊκοῦ ὄχλου χωρίσαντες</w:t>
      </w:r>
    </w:p>
    <w:p>
      <w:r>
        <w:rPr>
          <w:rFonts w:ascii="Courier New" w:hAnsi="Courier New"/>
          <w:color w:val="555555"/>
          <w:sz w:val="20"/>
        </w:rPr>
        <w:t>[10 . 379]</w:t>
      </w:r>
    </w:p>
    <w:p>
      <w:r>
        <w:rPr>
          <w:rFonts w:ascii="Gentium Plus" w:hAnsi="Gentium Plus"/>
          <w:sz w:val="24"/>
        </w:rPr>
        <w:t>[πολύκμητος] ἢ ὁ εἰς πολλὰ κατεσκευασμένος.</w:t>
      </w:r>
    </w:p>
    <w:p>
      <w:r>
        <w:rPr>
          <w:rFonts w:ascii="Courier New" w:hAnsi="Courier New"/>
          <w:color w:val="555555"/>
          <w:sz w:val="20"/>
        </w:rPr>
        <w:t>[10 . 394]</w:t>
      </w:r>
    </w:p>
    <w:p>
      <w:r>
        <w:rPr>
          <w:rFonts w:ascii="Gentium Plus" w:hAnsi="Gentium Plus"/>
          <w:sz w:val="24"/>
        </w:rPr>
        <w:t>[θοὴν] ὀξυτάτην, τὴν ταχέως ἐπιλαμβανομένην.</w:t>
      </w:r>
    </w:p>
    <w:p>
      <w:r>
        <w:rPr>
          <w:rFonts w:ascii="Courier New" w:hAnsi="Courier New"/>
          <w:color w:val="555555"/>
          <w:sz w:val="20"/>
        </w:rPr>
        <w:t>[10 . 402]</w:t>
      </w:r>
    </w:p>
    <w:p>
      <w:r>
        <w:rPr>
          <w:rFonts w:ascii="Gentium Plus" w:hAnsi="Gentium Plus"/>
          <w:sz w:val="24"/>
        </w:rPr>
        <w:t>[ἀλεγεινοὶ] ἀλγεῖν παρέχοντες, ἢ πρὸς τὸ κτήσασθαι ἀδύνατοι.</w:t>
      </w:r>
    </w:p>
    <w:p>
      <w:r>
        <w:rPr>
          <w:rFonts w:ascii="Courier New" w:hAnsi="Courier New"/>
          <w:color w:val="555555"/>
          <w:sz w:val="20"/>
        </w:rPr>
        <w:t>[10 . 415]</w:t>
      </w:r>
    </w:p>
    <w:p>
      <w:r>
        <w:rPr>
          <w:rFonts w:ascii="Gentium Plus" w:hAnsi="Gentium Plus"/>
          <w:sz w:val="24"/>
        </w:rPr>
        <w:t>[βουλὰς βουλεύει] τὸ σχῆμα παρονομασία. [Ἴλου] ὁ δὲ Ἶλος Τρωὸς παῖς, ἀφ’ οὗ Ἴλιος ἐκλήθη.</w:t>
      </w:r>
    </w:p>
    <w:p>
      <w:r>
        <w:rPr>
          <w:rFonts w:ascii="Courier New" w:hAnsi="Courier New"/>
          <w:color w:val="555555"/>
          <w:sz w:val="20"/>
        </w:rPr>
        <w:t>[10 . 418]</w:t>
      </w:r>
    </w:p>
    <w:p>
      <w:r>
        <w:rPr>
          <w:rFonts w:ascii="Gentium Plus" w:hAnsi="Gentium Plus"/>
          <w:sz w:val="24"/>
        </w:rPr>
        <w:t>ἐσχάραι] πυραί. δηλοῖ δὲ—λεγομένην.</w:t>
      </w:r>
    </w:p>
    <w:p>
      <w:r>
        <w:rPr>
          <w:rFonts w:ascii="Courier New" w:hAnsi="Courier New"/>
          <w:color w:val="555555"/>
          <w:sz w:val="20"/>
        </w:rPr>
        <w:t>[10 . 425]</w:t>
      </w:r>
    </w:p>
    <w:p>
      <w:r>
        <w:rPr>
          <w:rFonts w:ascii="Gentium Plus" w:hAnsi="Gentium Plus"/>
          <w:sz w:val="24"/>
        </w:rPr>
        <w:t>[δίειπε] ἀκριβῶς διασάφει.</w:t>
      </w:r>
    </w:p>
    <w:p>
      <w:r>
        <w:rPr>
          <w:rFonts w:ascii="Courier New" w:hAnsi="Courier New"/>
          <w:color w:val="555555"/>
          <w:sz w:val="20"/>
        </w:rPr>
        <w:t>[10 . 428]</w:t>
      </w:r>
    </w:p>
    <w:p>
      <w:r>
        <w:rPr>
          <w:rFonts w:ascii="Gentium Plus" w:hAnsi="Gentium Plus"/>
          <w:sz w:val="24"/>
        </w:rPr>
        <w:t>[πρὸς μὲν ἁλὸς Κᾶρες] ληπτέον τὸ ἔλαχον διατελεῖν. Παίονες] ἔθνος—Παννονίους.</w:t>
      </w:r>
    </w:p>
    <w:p>
      <w:r>
        <w:rPr>
          <w:rFonts w:ascii="Courier New" w:hAnsi="Courier New"/>
          <w:color w:val="555555"/>
          <w:sz w:val="20"/>
        </w:rPr>
        <w:t>[10 . 429]</w:t>
      </w:r>
    </w:p>
    <w:p>
      <w:r>
        <w:rPr>
          <w:rFonts w:ascii="Gentium Plus" w:hAnsi="Gentium Plus"/>
          <w:sz w:val="24"/>
        </w:rPr>
        <w:t>Λέλεγες] ἔθνος—οἰκοῦντας. Καύκωνες] ἔθνος—λεγομένους Καυνίους εἶπον. Πελασγοί] οἱ τὸν παράλιον—Τράλλεις.</w:t>
      </w:r>
    </w:p>
    <w:p>
      <w:r>
        <w:rPr>
          <w:rFonts w:ascii="Courier New" w:hAnsi="Courier New"/>
          <w:color w:val="555555"/>
          <w:sz w:val="20"/>
        </w:rPr>
        <w:t>[10 . 430]</w:t>
      </w:r>
    </w:p>
    <w:p>
      <w:r>
        <w:rPr>
          <w:rFonts w:ascii="Gentium Plus" w:hAnsi="Gentium Plus"/>
          <w:sz w:val="24"/>
        </w:rPr>
        <w:t>[πρὸς Θύμβρης] πρὸς τὸ Θυμβραῖον—ἐπιφανές. ἀγέρωχοι] σημείωσαι πόσα σημαίνει ἀγέρωχος· αὐθάδης, θρασύς, ἔστι δὲ ὅτε δηλοῖ ἡ λέξις καὶ τοὺς ἄγαν ἀνδρείους καὶ ἰταμοὺς, παρὰ τὸ ἄγαν αὐτοὺς ἐπὶ τοῦ γέρως ὀχεῖσθαι.</w:t>
      </w:r>
    </w:p>
    <w:p>
      <w:r>
        <w:rPr>
          <w:rFonts w:ascii="Courier New" w:hAnsi="Courier New"/>
          <w:color w:val="555555"/>
          <w:sz w:val="20"/>
        </w:rPr>
        <w:t>[10 . 435]</w:t>
      </w:r>
    </w:p>
    <w:p>
      <w:r>
        <w:rPr>
          <w:rFonts w:ascii="Gentium Plus" w:hAnsi="Gentium Plus"/>
          <w:sz w:val="24"/>
        </w:rPr>
        <w:t>ἐν δέ σφιν—βασιλεύς] Ῥῆσος μὲν γένει— ἔσται εἰς τὸ παντελές. ἐν δέ σφιν Ῥῆσος] ὅσοι ἐκ Μουσῶν τίκτονται—Πολυμ‐ νίας 〈Τριπτόλεμοσ〉.</w:t>
      </w:r>
    </w:p>
    <w:p>
      <w:r>
        <w:rPr>
          <w:rFonts w:ascii="Courier New" w:hAnsi="Courier New"/>
          <w:color w:val="555555"/>
          <w:sz w:val="20"/>
        </w:rPr>
        <w:t>[10 . 437]</w:t>
      </w:r>
    </w:p>
    <w:p>
      <w:r>
        <w:rPr>
          <w:rFonts w:ascii="Gentium Plus" w:hAnsi="Gentium Plus"/>
          <w:sz w:val="24"/>
        </w:rPr>
        <w:t>[λευκότεροι χιόνος] τὸ σχῆμα ὑπερβολή.</w:t>
      </w:r>
    </w:p>
    <w:p>
      <w:r>
        <w:rPr>
          <w:rFonts w:ascii="Courier New" w:hAnsi="Courier New"/>
          <w:color w:val="555555"/>
          <w:sz w:val="20"/>
        </w:rPr>
        <w:t>[10 437bis]</w:t>
      </w:r>
    </w:p>
    <w:p>
      <w:r>
        <w:rPr>
          <w:rFonts w:ascii="Gentium Plus" w:hAnsi="Gentium Plus"/>
          <w:sz w:val="24"/>
        </w:rPr>
        <w:t>λευκότεροι χιόνος] τοῦτο καλεῖται ὑπερβολή· ὁ γὰρ νοῦς· λευ‐ κότεροι μὲν χιόνος τῇ χροιᾷ, τῷ δὲ τάχει ἴσοι τοῖς ἀνέμοις. ἰστέον δὲ</w:t>
      </w:r>
    </w:p>
    <w:p>
      <w:r>
        <w:rPr>
          <w:rFonts w:ascii="Courier New" w:hAnsi="Courier New"/>
          <w:color w:val="555555"/>
          <w:sz w:val="20"/>
        </w:rPr>
        <w:t>[5]</w:t>
      </w:r>
    </w:p>
    <w:p>
      <w:r>
        <w:rPr>
          <w:rFonts w:ascii="Gentium Plus" w:hAnsi="Gentium Plus"/>
          <w:sz w:val="24"/>
        </w:rPr>
        <w:t>κατ’ αἰτιατικὴν δυνάμενος εἰπεῖν· «λευκοτέρους χιόνος θείειν δ’ ἀνέ‐ μοισιν ὁμοίους»· καὶ γὰρ ὣς ἐπέτρεπε τὸ μέτρον· μετεμόρφωσε τὸν λό‐ γον θαυμαστικῶς ἀναφωνήσας τὸν ἔπαινον αὐτῶν.</w:t>
      </w:r>
    </w:p>
    <w:p>
      <w:r>
        <w:rPr>
          <w:rFonts w:ascii="Courier New" w:hAnsi="Courier New"/>
          <w:color w:val="555555"/>
          <w:sz w:val="20"/>
        </w:rPr>
        <w:t>[10 . 439]</w:t>
      </w:r>
    </w:p>
    <w:p>
      <w:r>
        <w:rPr>
          <w:rFonts w:ascii="Gentium Plus" w:hAnsi="Gentium Plus"/>
          <w:sz w:val="24"/>
        </w:rPr>
        <w:t>[πελώρια] οὐ κατὰ τὸ μέγεθος—τεράστια.</w:t>
      </w:r>
    </w:p>
    <w:p>
      <w:r>
        <w:rPr>
          <w:rFonts w:ascii="Courier New" w:hAnsi="Courier New"/>
          <w:color w:val="555555"/>
          <w:sz w:val="20"/>
        </w:rPr>
        <w:t>[10 . 457]</w:t>
      </w:r>
    </w:p>
    <w:p>
      <w:r>
        <w:rPr>
          <w:rFonts w:ascii="Gentium Plus" w:hAnsi="Gentium Plus"/>
          <w:sz w:val="24"/>
        </w:rPr>
        <w:t>[φθεγγομένου] τὸ στόμα—πληγήν.</w:t>
      </w:r>
    </w:p>
    <w:p>
      <w:r>
        <w:rPr>
          <w:rFonts w:ascii="Courier New" w:hAnsi="Courier New"/>
          <w:color w:val="555555"/>
          <w:sz w:val="20"/>
        </w:rPr>
        <w:t>[10 . 459]</w:t>
      </w:r>
    </w:p>
    <w:p>
      <w:r>
        <w:rPr>
          <w:rFonts w:ascii="Gentium Plus" w:hAnsi="Gentium Plus"/>
          <w:sz w:val="24"/>
        </w:rPr>
        <w:t>[παλίντονα] εἰς τοὐπίσω ἑλκόμενα. [δόρυ] ὃ ἀνωτέρω (v. 335) «ἄκοντα» εἶπεν.</w:t>
      </w:r>
    </w:p>
    <w:p>
      <w:r>
        <w:rPr>
          <w:rFonts w:ascii="Courier New" w:hAnsi="Courier New"/>
          <w:color w:val="555555"/>
          <w:sz w:val="20"/>
        </w:rPr>
        <w:t>[10 . 463]</w:t>
      </w:r>
    </w:p>
    <w:p>
      <w:r>
        <w:rPr>
          <w:rFonts w:ascii="Gentium Plus" w:hAnsi="Gentium Plus"/>
          <w:sz w:val="24"/>
        </w:rPr>
        <w:t>[ἐπιβωσόμεθα] ἐπὶ βοήθειαν—ἐπιδωσόμεθα.</w:t>
      </w:r>
    </w:p>
    <w:p>
      <w:r>
        <w:rPr>
          <w:rFonts w:ascii="Courier New" w:hAnsi="Courier New"/>
          <w:color w:val="555555"/>
          <w:sz w:val="20"/>
        </w:rPr>
        <w:t>[10 . 466]</w:t>
      </w:r>
    </w:p>
    <w:p>
      <w:r>
        <w:rPr>
          <w:rFonts w:ascii="Gentium Plus" w:hAnsi="Gentium Plus"/>
          <w:sz w:val="24"/>
        </w:rPr>
        <w:t>[μυρίκην] μυρίκη θαμνῶδες φυτόν. [δέελον] εὔγνωστον, εὔδηλον.</w:t>
      </w:r>
    </w:p>
    <w:p>
      <w:r>
        <w:rPr>
          <w:rFonts w:ascii="Courier New" w:hAnsi="Courier New"/>
          <w:color w:val="555555"/>
          <w:sz w:val="20"/>
        </w:rPr>
        <w:t>[10 . 467]</w:t>
      </w:r>
    </w:p>
    <w:p>
      <w:r>
        <w:rPr>
          <w:rFonts w:ascii="Gentium Plus" w:hAnsi="Gentium Plus"/>
          <w:sz w:val="24"/>
        </w:rPr>
        <w:t>[δόνακας] ἀπὸ τοῦ δονεῖσθαι.</w:t>
      </w:r>
    </w:p>
    <w:p>
      <w:r>
        <w:rPr>
          <w:rFonts w:ascii="Courier New" w:hAnsi="Courier New"/>
          <w:color w:val="555555"/>
          <w:sz w:val="20"/>
        </w:rPr>
        <w:t>[10 . 475]</w:t>
      </w:r>
    </w:p>
    <w:p>
      <w:r>
        <w:rPr>
          <w:rFonts w:ascii="Gentium Plus" w:hAnsi="Gentium Plus"/>
          <w:sz w:val="24"/>
        </w:rPr>
        <w:t>[ἐξ ἐπιδιφριάδος] ἐκ τοῦ ἐσχάτου μέρους τοῦ ἁρματείου δί‐ φρου, τῆς περιφερείας, ὃ καὶ ἄντυξ καλεῖται.</w:t>
      </w:r>
    </w:p>
    <w:p>
      <w:r>
        <w:rPr>
          <w:rFonts w:ascii="Courier New" w:hAnsi="Courier New"/>
          <w:color w:val="555555"/>
          <w:sz w:val="20"/>
        </w:rPr>
        <w:t>[10 . 483]</w:t>
      </w:r>
    </w:p>
    <w:p>
      <w:r>
        <w:rPr>
          <w:rFonts w:ascii="Gentium Plus" w:hAnsi="Gentium Plus"/>
          <w:sz w:val="24"/>
        </w:rPr>
        <w:t>[ἐπιστροφάδην] ἐνεργῶς, εὐτόνως, ἢ ἄλλοτε εἰς ἄλλον ἐπιστρε‐ φόμενος σπουδαίως.</w:t>
      </w:r>
    </w:p>
    <w:p>
      <w:r>
        <w:rPr>
          <w:rFonts w:ascii="Courier New" w:hAnsi="Courier New"/>
          <w:color w:val="555555"/>
          <w:sz w:val="20"/>
        </w:rPr>
        <w:t>[10 . 496]</w:t>
      </w:r>
    </w:p>
    <w:p>
      <w:r>
        <w:rPr>
          <w:rFonts w:ascii="Gentium Plus" w:hAnsi="Gentium Plus"/>
          <w:sz w:val="24"/>
        </w:rPr>
        <w:t>[κακὸν γὰρ ὄναρ] ὁ Διομήδης ἐπέστη αὐτῷ ὅτι νυκτὸς καθεύ‐ δοντα αὐτὸν ἀνεῖλεν.</w:t>
      </w:r>
    </w:p>
    <w:p>
      <w:r>
        <w:rPr>
          <w:rFonts w:ascii="Courier New" w:hAnsi="Courier New"/>
          <w:color w:val="555555"/>
          <w:sz w:val="20"/>
        </w:rPr>
        <w:t>[10 . 497]</w:t>
      </w:r>
    </w:p>
    <w:p>
      <w:r>
        <w:rPr>
          <w:rFonts w:ascii="Gentium Plus" w:hAnsi="Gentium Plus"/>
          <w:sz w:val="24"/>
        </w:rPr>
        <w:t>[Οἰνείδαο πάϊς] ὁ Διομήδης Οἰνέως ἔγγονος· Τυδεὺς γὰρ Οἰνέ‐ ως ἦν υἱός.</w:t>
      </w:r>
    </w:p>
    <w:p>
      <w:r>
        <w:rPr>
          <w:rFonts w:ascii="Courier New" w:hAnsi="Courier New"/>
          <w:color w:val="555555"/>
          <w:sz w:val="20"/>
        </w:rPr>
        <w:t>[10 . 500]</w:t>
      </w:r>
    </w:p>
    <w:p>
      <w:r>
        <w:rPr>
          <w:rFonts w:ascii="Gentium Plus" w:hAnsi="Gentium Plus"/>
          <w:sz w:val="24"/>
        </w:rPr>
        <w:t>[φαεινὴν] τὴν φανερῶς κειμένην.</w:t>
      </w:r>
    </w:p>
    <w:p>
      <w:r>
        <w:rPr>
          <w:rFonts w:ascii="Courier New" w:hAnsi="Courier New"/>
          <w:color w:val="555555"/>
          <w:sz w:val="20"/>
        </w:rPr>
        <w:t>[10 . 502]</w:t>
      </w:r>
    </w:p>
    <w:p>
      <w:r>
        <w:rPr>
          <w:rFonts w:ascii="Gentium Plus" w:hAnsi="Gentium Plus"/>
          <w:sz w:val="24"/>
        </w:rPr>
        <w:t>[ῥοίζησε] ἀνάρθρως—λέγομεν.</w:t>
      </w:r>
    </w:p>
    <w:p>
      <w:r>
        <w:rPr>
          <w:rFonts w:ascii="Courier New" w:hAnsi="Courier New"/>
          <w:color w:val="555555"/>
          <w:sz w:val="20"/>
        </w:rPr>
        <w:t>[10 . 511]</w:t>
      </w:r>
    </w:p>
    <w:p>
      <w:r>
        <w:rPr>
          <w:rFonts w:ascii="Gentium Plus" w:hAnsi="Gentium Plus"/>
          <w:sz w:val="24"/>
        </w:rPr>
        <w:t>[ἄλλος] ὁ ἡμῖν ἐναντίος.</w:t>
      </w:r>
    </w:p>
    <w:p>
      <w:r>
        <w:rPr>
          <w:rFonts w:ascii="Courier New" w:hAnsi="Courier New"/>
          <w:color w:val="555555"/>
          <w:sz w:val="20"/>
        </w:rPr>
        <w:t>[10 . 514]</w:t>
      </w:r>
    </w:p>
    <w:p>
      <w:r>
        <w:rPr>
          <w:rFonts w:ascii="Gentium Plus" w:hAnsi="Gentium Plus"/>
          <w:sz w:val="24"/>
        </w:rPr>
        <w:t>[ἐπέτοντο] ἔτρεχον καθ’ ὑπερβολήν·</w:t>
      </w:r>
    </w:p>
    <w:p>
      <w:r>
        <w:rPr>
          <w:rFonts w:ascii="Courier New" w:hAnsi="Courier New"/>
          <w:color w:val="555555"/>
          <w:sz w:val="20"/>
        </w:rPr>
        <w:t>[10 . 515]</w:t>
      </w:r>
    </w:p>
    <w:p>
      <w:r>
        <w:rPr>
          <w:rFonts w:ascii="Gentium Plus" w:hAnsi="Gentium Plus"/>
          <w:sz w:val="24"/>
        </w:rPr>
        <w:t>[ἀλαοσκοπιὴν] ματαίαν σκοπιὰν, ὅ ἐστιν οὐκ ἔλαθεν αὐτόν.</w:t>
      </w:r>
    </w:p>
    <w:p>
      <w:r>
        <w:rPr>
          <w:rFonts w:ascii="Courier New" w:hAnsi="Courier New"/>
          <w:color w:val="555555"/>
          <w:sz w:val="20"/>
        </w:rPr>
        <w:t>[10 . 516]</w:t>
      </w:r>
    </w:p>
    <w:p>
      <w:r>
        <w:rPr>
          <w:rFonts w:ascii="Gentium Plus" w:hAnsi="Gentium Plus"/>
          <w:sz w:val="24"/>
        </w:rPr>
        <w:t>[ἕπουσαν] ἑπομένην, ἢ συνεργοῦσαν.</w:t>
      </w:r>
    </w:p>
    <w:p>
      <w:r>
        <w:rPr>
          <w:rFonts w:ascii="Courier New" w:hAnsi="Courier New"/>
          <w:color w:val="555555"/>
          <w:sz w:val="20"/>
        </w:rPr>
        <w:t>[10 . 524]</w:t>
      </w:r>
    </w:p>
    <w:p>
      <w:r>
        <w:rPr>
          <w:rFonts w:ascii="Gentium Plus" w:hAnsi="Gentium Plus"/>
          <w:sz w:val="24"/>
        </w:rPr>
        <w:t>[θυνόντων ἄμυδις] ἢ εἰς τὸν αὐτὸν τόπον τρεχόντων. [θηεῦντο] ἢ μετὰ θαύματος ἐθεώρουν.</w:t>
      </w:r>
    </w:p>
    <w:p>
      <w:r>
        <w:rPr>
          <w:rFonts w:ascii="Courier New" w:hAnsi="Courier New"/>
          <w:color w:val="555555"/>
          <w:sz w:val="20"/>
        </w:rPr>
        <w:t>[10 . 528]</w:t>
      </w:r>
    </w:p>
    <w:p>
      <w:r>
        <w:rPr>
          <w:rFonts w:ascii="Gentium Plus" w:hAnsi="Gentium Plus"/>
          <w:sz w:val="24"/>
        </w:rPr>
        <w:t>[ἔναρα] περιεκτικῶς τὰ τόξα καὶ τὸ δόρυ. κυρίως δὲ «ἔναρα» λέγονται ὅσα ἤραρε καὶ συνήρμοσται· θώραξ καὶ κυνέη καὶ κνημῖδες.</w:t>
      </w:r>
    </w:p>
    <w:p>
      <w:r>
        <w:rPr>
          <w:rFonts w:ascii="Courier New" w:hAnsi="Courier New"/>
          <w:color w:val="555555"/>
          <w:sz w:val="20"/>
        </w:rPr>
        <w:t>[10 . 532]</w:t>
      </w:r>
    </w:p>
    <w:p>
      <w:r>
        <w:rPr>
          <w:rFonts w:ascii="Gentium Plus" w:hAnsi="Gentium Plus"/>
          <w:sz w:val="24"/>
        </w:rPr>
        <w:t>κτύπον ἄϊε] πρῶτος τοῦ ψόφου τῶν ποδῶν τῶν ἵππων ᾔσθετο ἀγωνιῶν διὰ τὸ αὐτὸν εἰσηγητὴν γεγονέναι τῆς κατασκοπῆς. ὡς οὖν 〈γνώμην〉 δοὺς εἰς τὸ ἐκπεμφθῆναι τοὺς ἄνδρας, οὐ μόνον ἠγωνία περὶ αὐτῶν, ἀλλὰ καὶ τῇ ψυχῇ συνεπεδήμει αὐτοῖς.</w:t>
      </w:r>
    </w:p>
    <w:p>
      <w:r>
        <w:rPr>
          <w:rFonts w:ascii="Courier New" w:hAnsi="Courier New"/>
          <w:color w:val="555555"/>
          <w:sz w:val="20"/>
        </w:rPr>
        <w:t>[10 . 534]</w:t>
      </w:r>
    </w:p>
    <w:p>
      <w:r>
        <w:rPr>
          <w:rFonts w:ascii="Gentium Plus" w:hAnsi="Gentium Plus"/>
          <w:sz w:val="24"/>
        </w:rPr>
        <w:t>ἄν τε ψεύδεσθαι, φησὶν, ἐνῇ, ἄν τε ἀληθεύειν με, ὅμως ἀπαγ‐ γελῶ καὶ λέξω διὰ τὸ προθυμεῖσθαι.</w:t>
      </w:r>
    </w:p>
    <w:p>
      <w:r>
        <w:rPr>
          <w:rFonts w:ascii="Courier New" w:hAnsi="Courier New"/>
          <w:color w:val="555555"/>
          <w:sz w:val="20"/>
        </w:rPr>
        <w:t>[10 . 535]</w:t>
      </w:r>
    </w:p>
    <w:p>
      <w:r>
        <w:rPr>
          <w:rFonts w:ascii="Gentium Plus" w:hAnsi="Gentium Plus"/>
          <w:sz w:val="24"/>
        </w:rPr>
        <w:t>ἀντὶ τοῦ ἵππων ψόφου ἀκούω.</w:t>
      </w:r>
    </w:p>
    <w:p>
      <w:r>
        <w:rPr>
          <w:rFonts w:ascii="Courier New" w:hAnsi="Courier New"/>
          <w:color w:val="555555"/>
          <w:sz w:val="20"/>
        </w:rPr>
        <w:t>[10 . 561]</w:t>
      </w:r>
    </w:p>
    <w:p>
      <w:r>
        <w:rPr>
          <w:rFonts w:ascii="Gentium Plus" w:hAnsi="Gentium Plus"/>
          <w:sz w:val="24"/>
        </w:rPr>
        <w:t>πῶς δὲ, φησὶ, ιδʹ φονεύσας τρισκαιδέκατον λέγει Δόλωνα; ῥητέον οὖν ὅτι Ὅμηρος ἀεὶ τοὺς βασιλεῖς τῶν στρατιωτῶν χωρίζει κατ’ ἐξοχήν· ἔθει οὖν κεχώρισται κατ’ ἀριθμὸν ὁ Ῥῆσος, ὡς ἐπὶ τοῦ «Ζεὺς δ’ ἐπεὶ οὖν Τρῶάς τε καὶ Ἕκτορα». (Il. XIII. 1.)</w:t>
      </w:r>
    </w:p>
    <w:p>
      <w:r>
        <w:rPr>
          <w:rFonts w:ascii="Courier New" w:hAnsi="Courier New"/>
          <w:color w:val="555555"/>
          <w:sz w:val="20"/>
        </w:rPr>
        <w:t>[10 . 572]</w:t>
      </w:r>
    </w:p>
    <w:p>
      <w:r>
        <w:rPr>
          <w:rFonts w:ascii="Gentium Plus" w:hAnsi="Gentium Plus"/>
          <w:sz w:val="24"/>
        </w:rPr>
        <w:t>[ἱδρῶ] ἀποκοπή.</w:t>
      </w:r>
    </w:p>
    <w:p>
      <w:r>
        <w:rPr>
          <w:rFonts w:ascii="Courier New" w:hAnsi="Courier New"/>
          <w:color w:val="555555"/>
          <w:sz w:val="20"/>
        </w:rPr>
        <w:t>[10 . 574]</w:t>
      </w:r>
    </w:p>
    <w:p>
      <w:r>
        <w:rPr>
          <w:rFonts w:ascii="Gentium Plus" w:hAnsi="Gentium Plus"/>
          <w:sz w:val="24"/>
        </w:rPr>
        <w:t>περὶ θυσίας σαφῶς λέγει, περὶ ἧς ἐσιώπησεν.</w:t>
      </w:r>
    </w:p>
    <w:p>
      <w:r>
        <w:rPr>
          <w:rFonts w:ascii="Courier New" w:hAnsi="Courier New"/>
          <w:color w:val="555555"/>
          <w:sz w:val="20"/>
        </w:rPr>
        <w:t>[11 . 4]</w:t>
      </w:r>
    </w:p>
    <w:p>
      <w:r>
        <w:rPr>
          <w:rFonts w:ascii="Gentium Plus" w:hAnsi="Gentium Plus"/>
          <w:sz w:val="24"/>
        </w:rPr>
        <w:t>[πολέμοιο τέρας] οἱ μὲν περιφραστικῶς τὸν πόλεμον, οἱ δὲ ἀστρα‐ πὴν, οἱ δὲ τὸ ξίφος, οἱ δὲ τὸ δόρυ, οἱ δὲ Ἶριν.</w:t>
      </w:r>
    </w:p>
    <w:p>
      <w:r>
        <w:rPr>
          <w:rFonts w:ascii="Courier New" w:hAnsi="Courier New"/>
          <w:color w:val="555555"/>
          <w:sz w:val="20"/>
        </w:rPr>
        <w:t>[11 . 11]</w:t>
      </w:r>
    </w:p>
    <w:p>
      <w:r>
        <w:rPr>
          <w:rFonts w:ascii="Gentium Plus" w:hAnsi="Gentium Plus"/>
          <w:sz w:val="24"/>
        </w:rPr>
        <w:t>[ὄρθια] ὀρθῶς, ἀνατεταμένως, μεγάλως</w:t>
      </w:r>
    </w:p>
    <w:p>
      <w:r>
        <w:rPr>
          <w:rFonts w:ascii="Courier New" w:hAnsi="Courier New"/>
          <w:color w:val="555555"/>
          <w:sz w:val="20"/>
        </w:rPr>
        <w:t>[11 . 15]</w:t>
      </w:r>
    </w:p>
    <w:p>
      <w:r>
        <w:rPr>
          <w:rFonts w:ascii="Gentium Plus" w:hAnsi="Gentium Plus"/>
          <w:sz w:val="24"/>
        </w:rPr>
        <w:t>[ζώννυσθαι] συνεκδοχικῶς ἀπὸ μέρους.</w:t>
      </w:r>
    </w:p>
    <w:p>
      <w:r>
        <w:rPr>
          <w:rFonts w:ascii="Courier New" w:hAnsi="Courier New"/>
          <w:color w:val="555555"/>
          <w:sz w:val="20"/>
        </w:rPr>
        <w:t>[11 24-28]</w:t>
      </w:r>
    </w:p>
    <w:p>
      <w:r>
        <w:rPr>
          <w:rFonts w:ascii="Gentium Plus" w:hAnsi="Gentium Plus"/>
          <w:sz w:val="24"/>
        </w:rPr>
        <w:t>ἔκφρασις θώρακος.</w:t>
      </w:r>
    </w:p>
    <w:p>
      <w:r>
        <w:rPr>
          <w:rFonts w:ascii="Courier New" w:hAnsi="Courier New"/>
          <w:color w:val="555555"/>
          <w:sz w:val="20"/>
        </w:rPr>
        <w:t>[11 . 32]</w:t>
      </w:r>
    </w:p>
    <w:p>
      <w:r>
        <w:rPr>
          <w:rFonts w:ascii="Gentium Plus" w:hAnsi="Gentium Plus"/>
          <w:sz w:val="24"/>
        </w:rPr>
        <w:t>[ἀμφιβρότην] ἀμφοτέρωθεν τὸν ἄνθρωπον σκεπάζουσαν.</w:t>
      </w:r>
    </w:p>
    <w:p>
      <w:r>
        <w:rPr>
          <w:rFonts w:ascii="Courier New" w:hAnsi="Courier New"/>
          <w:color w:val="555555"/>
          <w:sz w:val="20"/>
        </w:rPr>
        <w:t>[11 32bis]</w:t>
      </w:r>
    </w:p>
    <w:p>
      <w:r>
        <w:rPr>
          <w:rFonts w:ascii="Gentium Plus" w:hAnsi="Gentium Plus"/>
          <w:sz w:val="24"/>
        </w:rPr>
        <w:t>θοῦριν] ἤτοι πολεμικὴν, ἢ εὐκίνητον καὶ κούφην τῷ φοροῦντι.</w:t>
      </w:r>
    </w:p>
    <w:p>
      <w:r>
        <w:rPr>
          <w:rFonts w:ascii="Courier New" w:hAnsi="Courier New"/>
          <w:color w:val="555555"/>
          <w:sz w:val="20"/>
        </w:rPr>
        <w:t>[11 . 40]</w:t>
      </w:r>
    </w:p>
    <w:p>
      <w:r>
        <w:rPr>
          <w:rFonts w:ascii="Gentium Plus" w:hAnsi="Gentium Plus"/>
          <w:sz w:val="24"/>
        </w:rPr>
        <w:t>ἀμφιστεφέες] ἐξ ἑνὸς στόματος τοῦ δράκοντος τρεῖς ἐπεφύκεσαν κεφαλαὶ ἀλλήλαις συμπεπλεγμέναι.</w:t>
      </w:r>
    </w:p>
    <w:p>
      <w:r>
        <w:rPr>
          <w:rFonts w:ascii="Courier New" w:hAnsi="Courier New"/>
          <w:color w:val="555555"/>
          <w:sz w:val="20"/>
        </w:rPr>
        <w:t>[11 . 51]</w:t>
      </w:r>
    </w:p>
    <w:p>
      <w:r>
        <w:rPr>
          <w:rFonts w:ascii="Gentium Plus" w:hAnsi="Gentium Plus"/>
          <w:sz w:val="24"/>
        </w:rPr>
        <w:t>[φθὰν δὲ μέγ’ ἱππήων—κοσμηθέντες] τινὲς ὑπερβατὸν —συντάττεται.</w:t>
      </w:r>
    </w:p>
    <w:p>
      <w:r>
        <w:rPr>
          <w:rFonts w:ascii="Courier New" w:hAnsi="Courier New"/>
          <w:color w:val="555555"/>
          <w:sz w:val="20"/>
        </w:rPr>
        <w:t>[11 . 52]</w:t>
      </w:r>
    </w:p>
    <w:p>
      <w:r>
        <w:rPr>
          <w:rFonts w:ascii="Gentium Plus" w:hAnsi="Gentium Plus"/>
          <w:sz w:val="24"/>
        </w:rPr>
        <w:t>[ὀλίγον μετεκίαθον] μετ’ αὐτοὺς ἦλθον, ἢ μετ’ ὀλίγον ἐκεῖ ἐπο‐ ρεύοντο.</w:t>
      </w:r>
    </w:p>
    <w:p>
      <w:r>
        <w:rPr>
          <w:rFonts w:ascii="Courier New" w:hAnsi="Courier New"/>
          <w:color w:val="555555"/>
          <w:sz w:val="20"/>
        </w:rPr>
        <w:t>[11 53-54]</w:t>
      </w:r>
    </w:p>
    <w:p>
      <w:r>
        <w:rPr>
          <w:rFonts w:ascii="Gentium Plus" w:hAnsi="Gentium Plus"/>
          <w:sz w:val="24"/>
        </w:rPr>
        <w:t>ἐζήτηται πῶς—ἔπεμπον.</w:t>
      </w:r>
    </w:p>
    <w:p>
      <w:r>
        <w:rPr>
          <w:rFonts w:ascii="Courier New" w:hAnsi="Courier New"/>
          <w:color w:val="555555"/>
          <w:sz w:val="20"/>
        </w:rPr>
        <w:t>[11 . 55]</w:t>
      </w:r>
    </w:p>
    <w:p>
      <w:r>
        <w:rPr>
          <w:rFonts w:ascii="Gentium Plus" w:hAnsi="Gentium Plus"/>
          <w:sz w:val="24"/>
        </w:rPr>
        <w:t>[κεφαλὰς] γράφεται «ψυχάς».</w:t>
      </w:r>
    </w:p>
    <w:p>
      <w:r>
        <w:rPr>
          <w:rFonts w:ascii="Courier New" w:hAnsi="Courier New"/>
          <w:color w:val="555555"/>
          <w:sz w:val="20"/>
        </w:rPr>
        <w:t>[11 . 63]</w:t>
      </w:r>
    </w:p>
    <w:p>
      <w:r>
        <w:rPr>
          <w:rFonts w:ascii="Gentium Plus" w:hAnsi="Gentium Plus"/>
          <w:sz w:val="24"/>
        </w:rPr>
        <w:t>[σκιόεντα] σκιὰν—τὸν ἀέρα.</w:t>
      </w:r>
    </w:p>
    <w:p>
      <w:r>
        <w:rPr>
          <w:rFonts w:ascii="Courier New" w:hAnsi="Courier New"/>
          <w:color w:val="555555"/>
          <w:sz w:val="20"/>
        </w:rPr>
        <w:t>[11 . 68]</w:t>
      </w:r>
    </w:p>
    <w:p>
      <w:r>
        <w:rPr>
          <w:rFonts w:ascii="Gentium Plus" w:hAnsi="Gentium Plus"/>
          <w:sz w:val="24"/>
        </w:rPr>
        <w:t>** ὄγμον] ἀπὸ τοῦ ἄγομαι, τὸ φέρομαι.</w:t>
      </w:r>
    </w:p>
    <w:p>
      <w:r>
        <w:rPr>
          <w:rFonts w:ascii="Courier New" w:hAnsi="Courier New"/>
          <w:color w:val="555555"/>
          <w:sz w:val="20"/>
        </w:rPr>
        <w:t>[11 . 72]</w:t>
      </w:r>
    </w:p>
    <w:p>
      <w:r>
        <w:rPr>
          <w:rFonts w:ascii="Gentium Plus" w:hAnsi="Gentium Plus"/>
          <w:sz w:val="24"/>
        </w:rPr>
        <w:t>[ἴσας δὲ ὑσμίνῃ] κατὰ μίαν εὐθεῖαν—ἡ μάχη.</w:t>
      </w:r>
    </w:p>
    <w:p>
      <w:r>
        <w:rPr>
          <w:rFonts w:ascii="Courier New" w:hAnsi="Courier New"/>
          <w:color w:val="555555"/>
          <w:sz w:val="20"/>
        </w:rPr>
        <w:t>[11 . 86]</w:t>
      </w:r>
    </w:p>
    <w:p>
      <w:r>
        <w:rPr>
          <w:rFonts w:ascii="Gentium Plus" w:hAnsi="Gentium Plus"/>
          <w:sz w:val="24"/>
        </w:rPr>
        <w:t>[δρυτόμος] δρῦν ἐκάλουν οἱ παλαιοὶ πᾶν δένδρον ἀπὸ τοῦ ἀρ‐ χαιοτάτου.</w:t>
      </w:r>
    </w:p>
    <w:p>
      <w:r>
        <w:rPr>
          <w:rFonts w:ascii="Courier New" w:hAnsi="Courier New"/>
          <w:color w:val="555555"/>
          <w:sz w:val="20"/>
        </w:rPr>
        <w:t>[11 . 100]</w:t>
      </w:r>
    </w:p>
    <w:p>
      <w:r>
        <w:rPr>
          <w:rFonts w:ascii="Gentium Plus" w:hAnsi="Gentium Plus"/>
          <w:sz w:val="24"/>
        </w:rPr>
        <w:t>[ἐπεὶ περίδυσε χιτῶνας] ἐπειδὴ, φησὶ—κατέλιπεν.</w:t>
      </w:r>
    </w:p>
    <w:p>
      <w:r>
        <w:rPr>
          <w:rFonts w:ascii="Courier New" w:hAnsi="Courier New"/>
          <w:color w:val="555555"/>
          <w:sz w:val="20"/>
        </w:rPr>
        <w:t>[11 . 104]</w:t>
      </w:r>
    </w:p>
    <w:p>
      <w:r>
        <w:rPr>
          <w:rFonts w:ascii="Gentium Plus" w:hAnsi="Gentium Plus"/>
          <w:sz w:val="24"/>
        </w:rPr>
        <w:t>[ὥ] δυϊκῶς.</w:t>
      </w:r>
    </w:p>
    <w:p>
      <w:r>
        <w:rPr>
          <w:rFonts w:ascii="Courier New" w:hAnsi="Courier New"/>
          <w:color w:val="555555"/>
          <w:sz w:val="20"/>
        </w:rPr>
        <w:t>[11 . 110]</w:t>
      </w:r>
    </w:p>
    <w:p>
      <w:r>
        <w:rPr>
          <w:rFonts w:ascii="Gentium Plus" w:hAnsi="Gentium Plus"/>
          <w:sz w:val="24"/>
        </w:rPr>
        <w:t>[τοῖϊν] δυϊκῶς.</w:t>
      </w:r>
    </w:p>
    <w:p>
      <w:r>
        <w:rPr>
          <w:rFonts w:ascii="Courier New" w:hAnsi="Courier New"/>
          <w:color w:val="555555"/>
          <w:sz w:val="20"/>
        </w:rPr>
        <w:t>[11 . 130]</w:t>
      </w:r>
    </w:p>
    <w:p>
      <w:r>
        <w:rPr>
          <w:rFonts w:ascii="Gentium Plus" w:hAnsi="Gentium Plus"/>
          <w:sz w:val="24"/>
        </w:rPr>
        <w:t>[γουναζέσθην] τῶν γονάτων ἥπτοντο ἱκετεύοντες.</w:t>
      </w:r>
    </w:p>
    <w:p>
      <w:r>
        <w:rPr>
          <w:rFonts w:ascii="Courier New" w:hAnsi="Courier New"/>
          <w:color w:val="555555"/>
          <w:sz w:val="20"/>
        </w:rPr>
        <w:t>[11 . 140]</w:t>
      </w:r>
    </w:p>
    <w:p>
      <w:r>
        <w:rPr>
          <w:rFonts w:ascii="Gentium Plus" w:hAnsi="Gentium Plus"/>
          <w:sz w:val="24"/>
        </w:rPr>
        <w:t>[ἀγγελίην] δύο δὲ σημαίνει ἀγγελία· 〈τὸ ἄγγελμα〉, ὡς ἐν τῷ —ἀντιθέῳ Ὀδυσῆι.»</w:t>
      </w:r>
    </w:p>
    <w:p>
      <w:r>
        <w:rPr>
          <w:rFonts w:ascii="Courier New" w:hAnsi="Courier New"/>
          <w:color w:val="555555"/>
          <w:sz w:val="20"/>
        </w:rPr>
        <w:t>[11 . 147]</w:t>
      </w:r>
    </w:p>
    <w:p>
      <w:r>
        <w:rPr>
          <w:rFonts w:ascii="Gentium Plus" w:hAnsi="Gentium Plus"/>
          <w:sz w:val="24"/>
        </w:rPr>
        <w:t>[ὅλμον δὲ ὣς] ὅλμου δὲ—κυλίεσθαι.</w:t>
      </w:r>
    </w:p>
    <w:p>
      <w:r>
        <w:rPr>
          <w:rFonts w:ascii="Courier New" w:hAnsi="Courier New"/>
          <w:color w:val="555555"/>
          <w:sz w:val="20"/>
        </w:rPr>
        <w:t>[11 . 150]</w:t>
      </w:r>
    </w:p>
    <w:p>
      <w:r>
        <w:rPr>
          <w:rFonts w:ascii="Gentium Plus" w:hAnsi="Gentium Plus"/>
          <w:sz w:val="24"/>
        </w:rPr>
        <w:t>[ὄλεκον] τὸ ο μικρὸν διὰ τὸ μέτρον.</w:t>
      </w:r>
    </w:p>
    <w:p>
      <w:r>
        <w:rPr>
          <w:rFonts w:ascii="Courier New" w:hAnsi="Courier New"/>
          <w:color w:val="555555"/>
          <w:sz w:val="20"/>
        </w:rPr>
        <w:t>[11 . 153]</w:t>
      </w:r>
    </w:p>
    <w:p>
      <w:r>
        <w:rPr>
          <w:rFonts w:ascii="Gentium Plus" w:hAnsi="Gentium Plus"/>
          <w:sz w:val="24"/>
        </w:rPr>
        <w:t>χαλκῷ δηϊόωντες] ἤτοι τοῖς ἐπισσώτροις—ἐτίτρω‐ σκον.</w:t>
      </w:r>
    </w:p>
    <w:p>
      <w:r>
        <w:rPr>
          <w:rFonts w:ascii="Courier New" w:hAnsi="Courier New"/>
          <w:color w:val="555555"/>
          <w:sz w:val="20"/>
        </w:rPr>
        <w:t>[11 . 156]</w:t>
      </w:r>
    </w:p>
    <w:p>
      <w:r>
        <w:rPr>
          <w:rFonts w:ascii="Gentium Plus" w:hAnsi="Gentium Plus"/>
          <w:sz w:val="24"/>
        </w:rPr>
        <w:t>[θάμνοι] οἱ σύμφυτοι τόποι—φυτά.</w:t>
      </w:r>
    </w:p>
    <w:p>
      <w:r>
        <w:rPr>
          <w:rFonts w:ascii="Courier New" w:hAnsi="Courier New"/>
          <w:color w:val="555555"/>
          <w:sz w:val="20"/>
        </w:rPr>
        <w:t>[11 . 157]</w:t>
      </w:r>
    </w:p>
    <w:p>
      <w:r>
        <w:rPr>
          <w:rFonts w:ascii="Gentium Plus" w:hAnsi="Gentium Plus"/>
          <w:sz w:val="24"/>
        </w:rPr>
        <w:t>[πρόρριζοι πίπτουσιν] μέχρι τῶν ῥιζῶν· τῶν γὰρ κάτω γῆς τὸ πῦρ οὐχ ἅπτεται. [πυρὸς ὁρμῇ] τῷ πυρὶ περιφραστικῶς.</w:t>
      </w:r>
    </w:p>
    <w:p>
      <w:r>
        <w:rPr>
          <w:rFonts w:ascii="Courier New" w:hAnsi="Courier New"/>
          <w:color w:val="555555"/>
          <w:sz w:val="20"/>
        </w:rPr>
        <w:t>[11 . 158]</w:t>
      </w:r>
    </w:p>
    <w:p>
      <w:r>
        <w:rPr>
          <w:rFonts w:ascii="Gentium Plus" w:hAnsi="Gentium Plus"/>
          <w:sz w:val="24"/>
        </w:rPr>
        <w:t>[κάρηνα] ἀπὸ μέρους ἄνθρωποι. οἱ δὲ ἀκρωτήρια.</w:t>
      </w:r>
    </w:p>
    <w:p>
      <w:r>
        <w:rPr>
          <w:rFonts w:ascii="Courier New" w:hAnsi="Courier New"/>
          <w:color w:val="555555"/>
          <w:sz w:val="20"/>
        </w:rPr>
        <w:t>[11 . 163]</w:t>
      </w:r>
    </w:p>
    <w:p>
      <w:r>
        <w:rPr>
          <w:rFonts w:ascii="Gentium Plus" w:hAnsi="Gentium Plus"/>
          <w:sz w:val="24"/>
        </w:rPr>
        <w:t>[κονίης] τοῦ ἐν τῷ πολέμῳ κονιορτοῦ.</w:t>
      </w:r>
    </w:p>
    <w:p>
      <w:r>
        <w:rPr>
          <w:rFonts w:ascii="Courier New" w:hAnsi="Courier New"/>
          <w:color w:val="555555"/>
          <w:sz w:val="20"/>
        </w:rPr>
        <w:t>[11 . 174]</w:t>
      </w:r>
    </w:p>
    <w:p>
      <w:r>
        <w:rPr>
          <w:rFonts w:ascii="Gentium Plus" w:hAnsi="Gentium Plus"/>
          <w:sz w:val="24"/>
        </w:rPr>
        <w:t>[αἰπὺς] ὑψηλός, ἐξ οὗ μέγας.</w:t>
      </w:r>
    </w:p>
    <w:p>
      <w:r>
        <w:rPr>
          <w:rFonts w:ascii="Courier New" w:hAnsi="Courier New"/>
          <w:color w:val="555555"/>
          <w:sz w:val="20"/>
        </w:rPr>
        <w:t>[11 . 195]</w:t>
      </w:r>
    </w:p>
    <w:p>
      <w:r>
        <w:rPr>
          <w:rFonts w:ascii="Gentium Plus" w:hAnsi="Gentium Plus"/>
          <w:sz w:val="24"/>
        </w:rPr>
        <w:t>ποδήνεμος] ἴση ἀνέμοις κατὰ τὸ τάχος.</w:t>
      </w:r>
    </w:p>
    <w:p>
      <w:r>
        <w:rPr>
          <w:rFonts w:ascii="Courier New" w:hAnsi="Courier New"/>
          <w:color w:val="555555"/>
          <w:sz w:val="20"/>
        </w:rPr>
        <w:t>[11 . 218]</w:t>
      </w:r>
    </w:p>
    <w:p>
      <w:r>
        <w:rPr>
          <w:rFonts w:ascii="Gentium Plus" w:hAnsi="Gentium Plus"/>
          <w:sz w:val="24"/>
        </w:rPr>
        <w:t>** ἐπιφώνημα πρὸς τὰς Μούσας.</w:t>
      </w:r>
    </w:p>
    <w:p>
      <w:r>
        <w:rPr>
          <w:rFonts w:ascii="Courier New" w:hAnsi="Courier New"/>
          <w:color w:val="555555"/>
          <w:sz w:val="20"/>
        </w:rPr>
        <w:t>[11 . 227]</w:t>
      </w:r>
    </w:p>
    <w:p>
      <w:r>
        <w:rPr>
          <w:rFonts w:ascii="Gentium Plus" w:hAnsi="Gentium Plus"/>
          <w:sz w:val="24"/>
        </w:rPr>
        <w:t>[γήμας δ’ ἐκ θαλάμοιο] ἀντὶ τοῦ γεγαμημένος νεωστί. [μετὰ κλέος ἵκετ’ Ἀχαιῶν] μετὰ τὴν ἀκοὴν—Τροίᾳ.</w:t>
      </w:r>
    </w:p>
    <w:p>
      <w:r>
        <w:rPr>
          <w:rFonts w:ascii="Courier New" w:hAnsi="Courier New"/>
          <w:color w:val="555555"/>
          <w:sz w:val="20"/>
        </w:rPr>
        <w:t>[11 . 229]</w:t>
      </w:r>
    </w:p>
    <w:p>
      <w:r>
        <w:rPr>
          <w:rFonts w:ascii="Gentium Plus" w:hAnsi="Gentium Plus"/>
          <w:sz w:val="24"/>
        </w:rPr>
        <w:t>[λίπε νῆας ἐΐσας] ἐθαλασσοκράτουν—Ἑλλησπόν‐</w:t>
      </w:r>
    </w:p>
    <w:p>
      <w:r>
        <w:rPr>
          <w:rFonts w:ascii="Courier New" w:hAnsi="Courier New"/>
          <w:color w:val="555555"/>
          <w:sz w:val="20"/>
        </w:rPr>
        <w:t>[11 . 233]</w:t>
      </w:r>
    </w:p>
    <w:p>
      <w:r>
        <w:rPr>
          <w:rFonts w:ascii="Gentium Plus" w:hAnsi="Gentium Plus"/>
          <w:sz w:val="24"/>
        </w:rPr>
        <w:t>[Ἀτρείδης μὲν ἥμαρτε] σημείωσαι· ἀπέτυχε—ἀφεὶς νικᾶται.</w:t>
      </w:r>
    </w:p>
    <w:p>
      <w:r>
        <w:rPr>
          <w:rFonts w:ascii="Courier New" w:hAnsi="Courier New"/>
          <w:color w:val="555555"/>
          <w:sz w:val="20"/>
        </w:rPr>
        <w:t>[11 . 243]</w:t>
      </w:r>
    </w:p>
    <w:p>
      <w:r>
        <w:rPr>
          <w:rFonts w:ascii="Gentium Plus" w:hAnsi="Gentium Plus"/>
          <w:sz w:val="24"/>
        </w:rPr>
        <w:t>[ἧς οὔτι χάριν ἴδε] παρ’ ἧς οὐδὲν—ἐγένετο.</w:t>
      </w:r>
    </w:p>
    <w:p>
      <w:r>
        <w:rPr>
          <w:rFonts w:ascii="Courier New" w:hAnsi="Courier New"/>
          <w:color w:val="555555"/>
          <w:sz w:val="20"/>
        </w:rPr>
        <w:t>[11 . 256]</w:t>
      </w:r>
    </w:p>
    <w:p>
      <w:r>
        <w:rPr>
          <w:rFonts w:ascii="Gentium Plus" w:hAnsi="Gentium Plus"/>
          <w:sz w:val="24"/>
        </w:rPr>
        <w:t>[ἀνεμοτρεφὲς] ἄλλως· 〈τὸ κοῦφον〉 καὶ εὐκίνητον— δένδρα στερεά.</w:t>
      </w:r>
    </w:p>
    <w:p>
      <w:r>
        <w:rPr>
          <w:rFonts w:ascii="Courier New" w:hAnsi="Courier New"/>
          <w:color w:val="555555"/>
          <w:sz w:val="20"/>
        </w:rPr>
        <w:t>[11 . 261]</w:t>
      </w:r>
    </w:p>
    <w:p>
      <w:r>
        <w:rPr>
          <w:rFonts w:ascii="Gentium Plus" w:hAnsi="Gentium Plus"/>
          <w:sz w:val="24"/>
        </w:rPr>
        <w:t>Ἰφιδάμαντι] ὡς ἐπιξήνῳ—τὰ κρέα.</w:t>
      </w:r>
    </w:p>
    <w:p>
      <w:r>
        <w:rPr>
          <w:rFonts w:ascii="Courier New" w:hAnsi="Courier New"/>
          <w:color w:val="555555"/>
          <w:sz w:val="20"/>
        </w:rPr>
        <w:t>[11 . 267]</w:t>
      </w:r>
    </w:p>
    <w:p>
      <w:r>
        <w:rPr>
          <w:rFonts w:ascii="Gentium Plus" w:hAnsi="Gentium Plus"/>
          <w:sz w:val="24"/>
        </w:rPr>
        <w:t>[ἐτέρσετο] ἐξηραίνετο—νοτίδος.</w:t>
      </w:r>
    </w:p>
    <w:p>
      <w:r>
        <w:rPr>
          <w:rFonts w:ascii="Courier New" w:hAnsi="Courier New"/>
          <w:color w:val="555555"/>
          <w:sz w:val="20"/>
        </w:rPr>
        <w:t>[11 . 269]</w:t>
      </w:r>
    </w:p>
    <w:p>
      <w:r>
        <w:rPr>
          <w:rFonts w:ascii="Gentium Plus" w:hAnsi="Gentium Plus"/>
          <w:sz w:val="24"/>
        </w:rPr>
        <w:t>[βέλος ὀξὺ] ἡ σφοδρὰ ὀδύνη, οἷον ἡ τιτρώσκουσα.</w:t>
      </w:r>
    </w:p>
    <w:p>
      <w:r>
        <w:rPr>
          <w:rFonts w:ascii="Courier New" w:hAnsi="Courier New"/>
          <w:color w:val="555555"/>
          <w:sz w:val="20"/>
        </w:rPr>
        <w:t>[11 . 270]</w:t>
      </w:r>
    </w:p>
    <w:p>
      <w:r>
        <w:rPr>
          <w:rFonts w:ascii="Gentium Plus" w:hAnsi="Gentium Plus"/>
          <w:sz w:val="24"/>
        </w:rPr>
        <w:t>[μογοστόκοι] αἱ τοὺς μόγους κουφίζουσαι τῶν τικτουσῶν. [Εἰλείθυιαι] θεαὶ τῶν τικτουσῶν ἔφοροι, Διὸς καὶ Ἥρας θυγατέρες.</w:t>
      </w:r>
    </w:p>
    <w:p>
      <w:r>
        <w:rPr>
          <w:rFonts w:ascii="Courier New" w:hAnsi="Courier New"/>
          <w:color w:val="555555"/>
          <w:sz w:val="20"/>
        </w:rPr>
        <w:t>[11 . 282]</w:t>
      </w:r>
    </w:p>
    <w:p>
      <w:r>
        <w:rPr>
          <w:rFonts w:ascii="Gentium Plus" w:hAnsi="Gentium Plus"/>
          <w:sz w:val="24"/>
        </w:rPr>
        <w:t>[ἄφρεον] ἄλλως· ἀφροῦ ἐπληροῦντο, ἵδρουν.</w:t>
      </w:r>
    </w:p>
    <w:p>
      <w:r>
        <w:rPr>
          <w:rFonts w:ascii="Courier New" w:hAnsi="Courier New"/>
          <w:color w:val="555555"/>
          <w:sz w:val="20"/>
        </w:rPr>
        <w:t>[11 . 293]</w:t>
      </w:r>
    </w:p>
    <w:p>
      <w:r>
        <w:rPr>
          <w:rFonts w:ascii="Gentium Plus" w:hAnsi="Gentium Plus"/>
          <w:sz w:val="24"/>
        </w:rPr>
        <w:t>ἀγροτέρῳ συῒ] ἀγρίῳ—σύαγρος.</w:t>
      </w:r>
    </w:p>
    <w:p>
      <w:r>
        <w:rPr>
          <w:rFonts w:ascii="Courier New" w:hAnsi="Courier New"/>
          <w:color w:val="555555"/>
          <w:sz w:val="20"/>
        </w:rPr>
        <w:t>[11 . 297]</w:t>
      </w:r>
    </w:p>
    <w:p>
      <w:r>
        <w:rPr>
          <w:rFonts w:ascii="Gentium Plus" w:hAnsi="Gentium Plus"/>
          <w:sz w:val="24"/>
        </w:rPr>
        <w:t>[ὑπεραέϊ] ἀπὸ ὕψους καὶ ὑπὲρ ἡμᾶς φερομένη. ** τῇ ὑπεράνωθεν πνεούσῃ.</w:t>
      </w:r>
    </w:p>
    <w:p>
      <w:r>
        <w:rPr>
          <w:rFonts w:ascii="Courier New" w:hAnsi="Courier New"/>
          <w:color w:val="555555"/>
          <w:sz w:val="20"/>
        </w:rPr>
        <w:t>[11 . 298]</w:t>
      </w:r>
    </w:p>
    <w:p>
      <w:r>
        <w:rPr>
          <w:rFonts w:ascii="Gentium Plus" w:hAnsi="Gentium Plus"/>
          <w:sz w:val="24"/>
        </w:rPr>
        <w:t>[ἰοειδέα] μέλανα διὰ τὸ βάθος.</w:t>
      </w:r>
    </w:p>
    <w:p>
      <w:r>
        <w:rPr>
          <w:rFonts w:ascii="Courier New" w:hAnsi="Courier New"/>
          <w:color w:val="555555"/>
          <w:sz w:val="20"/>
        </w:rPr>
        <w:t>[11 . 299]</w:t>
      </w:r>
    </w:p>
    <w:p>
      <w:r>
        <w:rPr>
          <w:rFonts w:ascii="Gentium Plus" w:hAnsi="Gentium Plus"/>
          <w:sz w:val="24"/>
        </w:rPr>
        <w:t>διαπόρησις τὸ σχῆμα.</w:t>
      </w:r>
    </w:p>
    <w:p>
      <w:r>
        <w:rPr>
          <w:rFonts w:ascii="Courier New" w:hAnsi="Courier New"/>
          <w:color w:val="555555"/>
          <w:sz w:val="20"/>
        </w:rPr>
        <w:t>[11 . 306]</w:t>
      </w:r>
    </w:p>
    <w:p>
      <w:r>
        <w:rPr>
          <w:rFonts w:ascii="Gentium Plus" w:hAnsi="Gentium Plus"/>
          <w:sz w:val="24"/>
        </w:rPr>
        <w:t>ἀργεστᾶο Νότοιο] τοῦ λευκοτάτου ἢ τοῦ ταχέος· ὁ γὰρ Ὅμη‐ ρος δ’ ἀνέμους μόνους οἶδεν. λαίλαπι] τῷ μετὰ ὄμβρου ἀνέμῳ.</w:t>
      </w:r>
    </w:p>
    <w:p>
      <w:r>
        <w:rPr>
          <w:rFonts w:ascii="Courier New" w:hAnsi="Courier New"/>
          <w:color w:val="555555"/>
          <w:sz w:val="20"/>
        </w:rPr>
        <w:t>[11 . 310]</w:t>
      </w:r>
    </w:p>
    <w:p>
      <w:r>
        <w:rPr>
          <w:rFonts w:ascii="Gentium Plus" w:hAnsi="Gentium Plus"/>
          <w:sz w:val="24"/>
        </w:rPr>
        <w:t>ἔργα γένοντο] ἀρχαϊκώτερον—ῥήματα.</w:t>
      </w:r>
    </w:p>
    <w:p>
      <w:r>
        <w:rPr>
          <w:rFonts w:ascii="Courier New" w:hAnsi="Courier New"/>
          <w:color w:val="555555"/>
          <w:sz w:val="20"/>
        </w:rPr>
        <w:t>[11 . 326]</w:t>
      </w:r>
    </w:p>
    <w:p>
      <w:r>
        <w:rPr>
          <w:rFonts w:ascii="Gentium Plus" w:hAnsi="Gentium Plus"/>
          <w:sz w:val="24"/>
        </w:rPr>
        <w:t>[παλινορμένω] ἐκ τῆς φυγῆς—ὁρμήσαντες.</w:t>
      </w:r>
    </w:p>
    <w:p>
      <w:r>
        <w:rPr>
          <w:rFonts w:ascii="Courier New" w:hAnsi="Courier New"/>
          <w:color w:val="555555"/>
          <w:sz w:val="20"/>
        </w:rPr>
        <w:t>[11 . 328]</w:t>
      </w:r>
    </w:p>
    <w:p>
      <w:r>
        <w:rPr>
          <w:rFonts w:ascii="Gentium Plus" w:hAnsi="Gentium Plus"/>
          <w:sz w:val="24"/>
        </w:rPr>
        <w:t>[ἀνέρε δήμου ἀρίστω] ἤγουν δημότας ἀρίστους.</w:t>
      </w:r>
    </w:p>
    <w:p>
      <w:r>
        <w:rPr>
          <w:rFonts w:ascii="Courier New" w:hAnsi="Courier New"/>
          <w:color w:val="555555"/>
          <w:sz w:val="20"/>
        </w:rPr>
        <w:t>[11 . 329]</w:t>
      </w:r>
    </w:p>
    <w:p>
      <w:r>
        <w:rPr>
          <w:rFonts w:ascii="Gentium Plus" w:hAnsi="Gentium Plus"/>
          <w:sz w:val="24"/>
        </w:rPr>
        <w:t>[Περκωσίου] ἀπὸ Περκώτης, πόλεως Ἑλλησπόντου.</w:t>
      </w:r>
    </w:p>
    <w:p>
      <w:r>
        <w:rPr>
          <w:rFonts w:ascii="Courier New" w:hAnsi="Courier New"/>
          <w:color w:val="555555"/>
          <w:sz w:val="20"/>
        </w:rPr>
        <w:t>[11 . 332]</w:t>
      </w:r>
    </w:p>
    <w:p>
      <w:r>
        <w:rPr>
          <w:rFonts w:ascii="Gentium Plus" w:hAnsi="Gentium Plus"/>
          <w:sz w:val="24"/>
        </w:rPr>
        <w:t>Κῆρες γὰρ ἄγον] ἰσχυροτέρα γὰρ ἡ Μοῖρα τῆς μαντικῆς.</w:t>
      </w:r>
    </w:p>
    <w:p>
      <w:r>
        <w:rPr>
          <w:rFonts w:ascii="Courier New" w:hAnsi="Courier New"/>
          <w:color w:val="555555"/>
          <w:sz w:val="20"/>
        </w:rPr>
        <w:t>[11 . 351]</w:t>
      </w:r>
    </w:p>
    <w:p>
      <w:r>
        <w:rPr>
          <w:rFonts w:ascii="Gentium Plus" w:hAnsi="Gentium Plus"/>
          <w:sz w:val="24"/>
        </w:rPr>
        <w:t>πλάγχθη] ὑπὸ τοῦ τῆς περικεφαλαίας—δόρυ.</w:t>
      </w:r>
    </w:p>
    <w:p>
      <w:r>
        <w:rPr>
          <w:rFonts w:ascii="Courier New" w:hAnsi="Courier New"/>
          <w:color w:val="555555"/>
          <w:sz w:val="20"/>
        </w:rPr>
        <w:t>[11 . 353]</w:t>
      </w:r>
    </w:p>
    <w:p>
      <w:r>
        <w:rPr>
          <w:rFonts w:ascii="Gentium Plus" w:hAnsi="Gentium Plus"/>
          <w:sz w:val="24"/>
        </w:rPr>
        <w:t>αὐλῶπις] τὸν ἐπ’ αὐτῇ λόφον—περόναι. [Φοῖβος Ἀπόλλων] διὰ τὸ λαμπρὸν τῶν ὅπλων τὸν ἥλιον λέγει.</w:t>
      </w:r>
    </w:p>
    <w:p>
      <w:r>
        <w:rPr>
          <w:rFonts w:ascii="Courier New" w:hAnsi="Courier New"/>
          <w:color w:val="555555"/>
          <w:sz w:val="20"/>
        </w:rPr>
        <w:t>[11 . 357]</w:t>
      </w:r>
    </w:p>
    <w:p>
      <w:r>
        <w:rPr>
          <w:rFonts w:ascii="Gentium Plus" w:hAnsi="Gentium Plus"/>
          <w:sz w:val="24"/>
        </w:rPr>
        <w:t>[μετὰ δούρατος ᾤχετ’ ἐρωήν] ὥστε ἀνελέσθαι αὐτὸ τὴν μάχην ἀπὸ τοῦ παρακολουθοῦντος.</w:t>
      </w:r>
    </w:p>
    <w:p>
      <w:r>
        <w:rPr>
          <w:rFonts w:ascii="Courier New" w:hAnsi="Courier New"/>
          <w:color w:val="555555"/>
          <w:sz w:val="20"/>
        </w:rPr>
        <w:t>[11 . 366]</w:t>
      </w:r>
    </w:p>
    <w:p>
      <w:r>
        <w:rPr>
          <w:rFonts w:ascii="Gentium Plus" w:hAnsi="Gentium Plus"/>
          <w:sz w:val="24"/>
        </w:rPr>
        <w:t>[ἐστι] ἢ «ἔλθοι».</w:t>
      </w:r>
    </w:p>
    <w:p>
      <w:r>
        <w:rPr>
          <w:rFonts w:ascii="Courier New" w:hAnsi="Courier New"/>
          <w:color w:val="555555"/>
          <w:sz w:val="20"/>
        </w:rPr>
        <w:t>[11 . 385]</w:t>
      </w:r>
    </w:p>
    <w:p>
      <w:r>
        <w:rPr>
          <w:rFonts w:ascii="Gentium Plus" w:hAnsi="Gentium Plus"/>
          <w:sz w:val="24"/>
        </w:rPr>
        <w:t>[τοξότα λωβητήρ] διὰ τόξων λωβώμενε καὶ βλάπτων, ἐξ οὗ δειλέ. ἄλλως· κέρᾳ ἀγλαὲ] καλλωπιζόμενε τῇ τοξικῇ ἢ τῇ τριχώσει· κέρας γὰρ οἱ παλαιοὶ καὶ τὴν τρίχωσιν ἐκάλουν.</w:t>
      </w:r>
    </w:p>
    <w:p>
      <w:r>
        <w:rPr>
          <w:rFonts w:ascii="Courier New" w:hAnsi="Courier New"/>
          <w:color w:val="555555"/>
          <w:sz w:val="20"/>
        </w:rPr>
        <w:t>[5]</w:t>
      </w:r>
    </w:p>
    <w:p>
      <w:r>
        <w:rPr>
          <w:rFonts w:ascii="Gentium Plus" w:hAnsi="Gentium Plus"/>
          <w:sz w:val="24"/>
        </w:rPr>
        <w:t>[παρθενοπῖπα] γυναικομανές, ἢ γυναικιζόμενε, ἐπὶ γυναιξὶ μαι‐ νόμενε.</w:t>
      </w:r>
    </w:p>
    <w:p>
      <w:r>
        <w:rPr>
          <w:rFonts w:ascii="Courier New" w:hAnsi="Courier New"/>
          <w:color w:val="555555"/>
          <w:sz w:val="20"/>
        </w:rPr>
        <w:t>[11 . 390]</w:t>
      </w:r>
    </w:p>
    <w:p>
      <w:r>
        <w:rPr>
          <w:rFonts w:ascii="Gentium Plus" w:hAnsi="Gentium Plus"/>
          <w:sz w:val="24"/>
        </w:rPr>
        <w:t>κωφὸν] ἀμβλὺ ὂν εἰς ἀλγηδόνα.</w:t>
      </w:r>
    </w:p>
    <w:p>
      <w:r>
        <w:rPr>
          <w:rFonts w:ascii="Courier New" w:hAnsi="Courier New"/>
          <w:color w:val="555555"/>
          <w:sz w:val="20"/>
        </w:rPr>
        <w:t>[11 . 395]</w:t>
      </w:r>
    </w:p>
    <w:p>
      <w:r>
        <w:rPr>
          <w:rFonts w:ascii="Gentium Plus" w:hAnsi="Gentium Plus"/>
          <w:sz w:val="24"/>
        </w:rPr>
        <w:t>περὶ πλέες] περὶ αὐτὸν πλείονες· ἄμεινον—εὔηθες.</w:t>
      </w:r>
    </w:p>
    <w:p>
      <w:r>
        <w:rPr>
          <w:rFonts w:ascii="Courier New" w:hAnsi="Courier New"/>
          <w:color w:val="555555"/>
          <w:sz w:val="20"/>
        </w:rPr>
        <w:t>[11 . 404]</w:t>
      </w:r>
    </w:p>
    <w:p>
      <w:r>
        <w:rPr>
          <w:rFonts w:ascii="Gentium Plus" w:hAnsi="Gentium Plus"/>
          <w:sz w:val="24"/>
        </w:rPr>
        <w:t>ἠθοποιΐα.</w:t>
      </w:r>
    </w:p>
    <w:p>
      <w:r>
        <w:rPr>
          <w:rFonts w:ascii="Courier New" w:hAnsi="Courier New"/>
          <w:color w:val="555555"/>
          <w:sz w:val="20"/>
        </w:rPr>
        <w:t>[11 . 413]</w:t>
      </w:r>
    </w:p>
    <w:p>
      <w:r>
        <w:rPr>
          <w:rFonts w:ascii="Gentium Plus" w:hAnsi="Gentium Plus"/>
          <w:sz w:val="24"/>
        </w:rPr>
        <w:t>[μετὰ σφίσι πῆμα τιθέντες] ἐπὶ τῷ ἰδίῳ κακῷ περιφράξαντες.</w:t>
      </w:r>
    </w:p>
    <w:p>
      <w:r>
        <w:rPr>
          <w:rFonts w:ascii="Courier New" w:hAnsi="Courier New"/>
          <w:color w:val="555555"/>
          <w:sz w:val="20"/>
        </w:rPr>
        <w:t>[11 . 427]</w:t>
      </w:r>
    </w:p>
    <w:p>
      <w:r>
        <w:rPr>
          <w:rFonts w:ascii="Gentium Plus" w:hAnsi="Gentium Plus"/>
          <w:sz w:val="24"/>
        </w:rPr>
        <w:t>ἐκ τριῶν μερῶν τοῦ λόγου ὅλος ὁ στίχος. Gen. II ajoute: εὐηγενέος δὲ εὐγενοῦς.</w:t>
      </w:r>
    </w:p>
    <w:p>
      <w:r>
        <w:rPr>
          <w:rFonts w:ascii="Courier New" w:hAnsi="Courier New"/>
          <w:color w:val="555555"/>
          <w:sz w:val="20"/>
        </w:rPr>
        <w:t>[11 . 430]</w:t>
      </w:r>
    </w:p>
    <w:p>
      <w:r>
        <w:rPr>
          <w:rFonts w:ascii="Gentium Plus" w:hAnsi="Gentium Plus"/>
          <w:sz w:val="24"/>
        </w:rPr>
        <w:t>[πολύαινε] ἢ μυθολόγε, φλύαρε. (au—dessus de la paraphrase πολλῶν ἐπαίνων ἄξιε.)</w:t>
      </w:r>
    </w:p>
    <w:p>
      <w:r>
        <w:rPr>
          <w:rFonts w:ascii="Courier New" w:hAnsi="Courier New"/>
          <w:color w:val="555555"/>
          <w:sz w:val="20"/>
        </w:rPr>
        <w:t>[11 . 437]</w:t>
      </w:r>
    </w:p>
    <w:p>
      <w:r>
        <w:rPr>
          <w:rFonts w:ascii="Gentium Plus" w:hAnsi="Gentium Plus"/>
          <w:sz w:val="24"/>
        </w:rPr>
        <w:t>[πάντα δ’ ἀπὸ πλευρῶν χρόα ἔργαθεν] ὅλην τὴν ἐπιφάνειαν αὐτοῦ τῶν πλευρῶν εἶρξεν καὶ ἐχώρισε τῶν βελῶν. ἢ ὅτι οὐκ ἐποίησεν εἰς βάθος καιρίαν αὐτὸν πληγῆναι.</w:t>
      </w:r>
    </w:p>
    <w:p>
      <w:r>
        <w:rPr>
          <w:rFonts w:ascii="Courier New" w:hAnsi="Courier New"/>
          <w:color w:val="555555"/>
          <w:sz w:val="20"/>
        </w:rPr>
        <w:t>[11 . 439]</w:t>
      </w:r>
    </w:p>
    <w:p>
      <w:r>
        <w:rPr>
          <w:rFonts w:ascii="Gentium Plus" w:hAnsi="Gentium Plus"/>
          <w:sz w:val="24"/>
        </w:rPr>
        <w:t>** [γνῶ δ’] ἀλλ’ ἔκρινεν ἑαυτόν.</w:t>
      </w:r>
    </w:p>
    <w:p>
      <w:r>
        <w:rPr>
          <w:rFonts w:ascii="Courier New" w:hAnsi="Courier New"/>
          <w:color w:val="555555"/>
          <w:sz w:val="20"/>
        </w:rPr>
        <w:t>[11 . 445]</w:t>
      </w:r>
    </w:p>
    <w:p>
      <w:r>
        <w:rPr>
          <w:rFonts w:ascii="Gentium Plus" w:hAnsi="Gentium Plus"/>
          <w:sz w:val="24"/>
        </w:rPr>
        <w:t>[κλυτοπώλῳ] τῷ ἰσχυροὺς—δύναται.</w:t>
      </w:r>
    </w:p>
    <w:p>
      <w:r>
        <w:rPr>
          <w:rFonts w:ascii="Courier New" w:hAnsi="Courier New"/>
          <w:color w:val="555555"/>
          <w:sz w:val="20"/>
        </w:rPr>
        <w:t>[11 . 456]</w:t>
      </w:r>
    </w:p>
    <w:p>
      <w:r>
        <w:rPr>
          <w:rFonts w:ascii="Gentium Plus" w:hAnsi="Gentium Plus"/>
          <w:sz w:val="24"/>
        </w:rPr>
        <w:t>τὸ ὑπὸ Σώκου ἀκοντισθὲν δόρυ ἐνέκειτο τῇ τοῦ Ὀδυσσέως πλευρᾷ.</w:t>
      </w:r>
    </w:p>
    <w:p>
      <w:r>
        <w:rPr>
          <w:rFonts w:ascii="Courier New" w:hAnsi="Courier New"/>
          <w:color w:val="555555"/>
          <w:sz w:val="20"/>
        </w:rPr>
        <w:t>[11 . 468]</w:t>
      </w:r>
    </w:p>
    <w:p>
      <w:r>
        <w:rPr>
          <w:rFonts w:ascii="Gentium Plus" w:hAnsi="Gentium Plus"/>
          <w:sz w:val="24"/>
        </w:rPr>
        <w:t>[ἀποτμήξαντες] ἀποχωρισθέντες τοῦ οἰκείου στρατοῦ.</w:t>
      </w:r>
    </w:p>
    <w:p>
      <w:r>
        <w:rPr>
          <w:rFonts w:ascii="Courier New" w:hAnsi="Courier New"/>
          <w:color w:val="555555"/>
          <w:sz w:val="20"/>
        </w:rPr>
        <w:t>[11 . 474]</w:t>
      </w:r>
    </w:p>
    <w:p>
      <w:r>
        <w:rPr>
          <w:rFonts w:ascii="Gentium Plus" w:hAnsi="Gentium Plus"/>
          <w:sz w:val="24"/>
        </w:rPr>
        <w:t>θῶες] πανθήρια—Τρῶες.</w:t>
      </w:r>
    </w:p>
    <w:p>
      <w:r>
        <w:rPr>
          <w:rFonts w:ascii="Courier New" w:hAnsi="Courier New"/>
          <w:color w:val="555555"/>
          <w:sz w:val="20"/>
        </w:rPr>
        <w:t>[11 . 476]</w:t>
      </w:r>
    </w:p>
    <w:p>
      <w:r>
        <w:rPr>
          <w:rFonts w:ascii="Gentium Plus" w:hAnsi="Gentium Plus"/>
          <w:sz w:val="24"/>
        </w:rPr>
        <w:t>[τὸν μέν τ’ ἤλυξε πόδεσσιν] ἐξέφυγε τὸν βαλόντα κυνηγέτην.</w:t>
      </w:r>
    </w:p>
    <w:p>
      <w:r>
        <w:rPr>
          <w:rFonts w:ascii="Courier New" w:hAnsi="Courier New"/>
          <w:color w:val="555555"/>
          <w:sz w:val="20"/>
        </w:rPr>
        <w:t>[11 . 480]</w:t>
      </w:r>
    </w:p>
    <w:p>
      <w:r>
        <w:rPr>
          <w:rFonts w:ascii="Gentium Plus" w:hAnsi="Gentium Plus"/>
          <w:sz w:val="24"/>
        </w:rPr>
        <w:t>νέμεϊ] τῷ συνδένδρῳ τόπῳ. [λῖν] τὸ πλῆρες λῖνα, ὅ ἐστι λέοντα Δωρικῶς.</w:t>
      </w:r>
    </w:p>
    <w:p>
      <w:r>
        <w:rPr>
          <w:rFonts w:ascii="Courier New" w:hAnsi="Courier New"/>
          <w:color w:val="555555"/>
          <w:sz w:val="20"/>
        </w:rPr>
        <w:t>[11 . 524]</w:t>
      </w:r>
    </w:p>
    <w:p>
      <w:r>
        <w:rPr>
          <w:rFonts w:ascii="Gentium Plus" w:hAnsi="Gentium Plus"/>
          <w:sz w:val="24"/>
        </w:rPr>
        <w:t>[πολέμοιο δυσηχέος] τοῦ κακὸν ἦχον ἀποτελοῦντος.</w:t>
      </w:r>
    </w:p>
    <w:p>
      <w:r>
        <w:rPr>
          <w:rFonts w:ascii="Courier New" w:hAnsi="Courier New"/>
          <w:color w:val="555555"/>
          <w:sz w:val="20"/>
        </w:rPr>
        <w:t>[11 . 529]</w:t>
      </w:r>
    </w:p>
    <w:p>
      <w:r>
        <w:rPr>
          <w:rFonts w:ascii="Gentium Plus" w:hAnsi="Gentium Plus"/>
          <w:sz w:val="24"/>
        </w:rPr>
        <w:t>[κακὴν ἔριδα προβαλόντες] φιλονείκως ἐρίσαντες.</w:t>
      </w:r>
    </w:p>
    <w:p>
      <w:r>
        <w:rPr>
          <w:rFonts w:ascii="Courier New" w:hAnsi="Courier New"/>
          <w:color w:val="555555"/>
          <w:sz w:val="20"/>
        </w:rPr>
        <w:t>[11 . 532]</w:t>
      </w:r>
    </w:p>
    <w:p>
      <w:r>
        <w:rPr>
          <w:rFonts w:ascii="Gentium Plus" w:hAnsi="Gentium Plus"/>
          <w:sz w:val="24"/>
        </w:rPr>
        <w:t>λιγυρῇ] λιγεῖς καὶ ὀξεῖς τοὺς ἵππους ποιούσῃ κατὰ τὸν δρόμον, ἤτοι ὀξὺν ἦχον ἀποτελούσῃ.</w:t>
      </w:r>
    </w:p>
    <w:p>
      <w:r>
        <w:rPr>
          <w:rFonts w:ascii="Courier New" w:hAnsi="Courier New"/>
          <w:color w:val="555555"/>
          <w:sz w:val="20"/>
        </w:rPr>
        <w:t>[11 . 534]</w:t>
      </w:r>
    </w:p>
    <w:p>
      <w:r>
        <w:rPr>
          <w:rFonts w:ascii="Gentium Plus" w:hAnsi="Gentium Plus"/>
          <w:sz w:val="24"/>
        </w:rPr>
        <w:t>[στείβοντες] πατοῦντες—λέγεται.</w:t>
      </w:r>
    </w:p>
    <w:p>
      <w:r>
        <w:rPr>
          <w:rFonts w:ascii="Courier New" w:hAnsi="Courier New"/>
          <w:color w:val="555555"/>
          <w:sz w:val="20"/>
        </w:rPr>
        <w:t>[11 . 539]</w:t>
      </w:r>
    </w:p>
    <w:p>
      <w:r>
        <w:rPr>
          <w:rFonts w:ascii="Gentium Plus" w:hAnsi="Gentium Plus"/>
          <w:sz w:val="24"/>
        </w:rPr>
        <w:t>[μίνυνθα δὲ χάζετο δουρός] ὀλίγον ὑπεχώρει, ἵνα εὐκόλως τῷ δόρατι χρῷτο.</w:t>
      </w:r>
    </w:p>
    <w:p>
      <w:r>
        <w:rPr>
          <w:rFonts w:ascii="Courier New" w:hAnsi="Courier New"/>
          <w:color w:val="555555"/>
          <w:sz w:val="20"/>
        </w:rPr>
        <w:t>[11 . 548]</w:t>
      </w:r>
    </w:p>
    <w:p>
      <w:r>
        <w:rPr>
          <w:rFonts w:ascii="Gentium Plus" w:hAnsi="Gentium Plus"/>
          <w:sz w:val="24"/>
        </w:rPr>
        <w:t>ὡς δ’ αἴθωνα λέοντα] διὰ τί ὁτὲ μὲν λέοντι παραβάλλει τὸν Αἴαντα, ὁτὲ δὲ ὄνῳ; ὅτι αἱ μὲν παραβολαὶ—δεδήλωκεν.</w:t>
      </w:r>
    </w:p>
    <w:p>
      <w:r>
        <w:rPr>
          <w:rFonts w:ascii="Courier New" w:hAnsi="Courier New"/>
          <w:color w:val="555555"/>
          <w:sz w:val="20"/>
        </w:rPr>
        <w:t>[11 . 554]</w:t>
      </w:r>
    </w:p>
    <w:p>
      <w:r>
        <w:rPr>
          <w:rFonts w:ascii="Gentium Plus" w:hAnsi="Gentium Plus"/>
          <w:sz w:val="24"/>
        </w:rPr>
        <w:t>[δεταὶ] λαμπάδες, δᾷδες, παρὰ τὸ δαίεσθαι, ὅ ἐστι καίεσθαι.</w:t>
      </w:r>
    </w:p>
    <w:p>
      <w:r>
        <w:rPr>
          <w:rFonts w:ascii="Courier New" w:hAnsi="Courier New"/>
          <w:color w:val="555555"/>
          <w:sz w:val="20"/>
        </w:rPr>
        <w:t>[11 . 558]</w:t>
      </w:r>
    </w:p>
    <w:p>
      <w:r>
        <w:rPr>
          <w:rFonts w:ascii="Gentium Plus" w:hAnsi="Gentium Plus"/>
          <w:sz w:val="24"/>
        </w:rPr>
        <w:t>[παῖδας] τὰ μικρὰ παιδία νῦν.</w:t>
      </w:r>
    </w:p>
    <w:p>
      <w:r>
        <w:rPr>
          <w:rFonts w:ascii="Courier New" w:hAnsi="Courier New"/>
          <w:color w:val="555555"/>
          <w:sz w:val="20"/>
        </w:rPr>
        <w:t>[11 . 559]</w:t>
      </w:r>
    </w:p>
    <w:p>
      <w:r>
        <w:rPr>
          <w:rFonts w:ascii="Gentium Plus" w:hAnsi="Gentium Plus"/>
          <w:sz w:val="24"/>
        </w:rPr>
        <w:t>[ῥόπαλα] ξύλα ἀπὸ τοῦ ῥαπίζειν ἢ τῇ ῥοπῇ ὅ ἐστι—τὸ γενναῖον.</w:t>
      </w:r>
    </w:p>
    <w:p>
      <w:r>
        <w:rPr>
          <w:rFonts w:ascii="Courier New" w:hAnsi="Courier New"/>
          <w:color w:val="555555"/>
          <w:sz w:val="20"/>
        </w:rPr>
        <w:t>[11 . 560]</w:t>
      </w:r>
    </w:p>
    <w:p>
      <w:r>
        <w:rPr>
          <w:rFonts w:ascii="Gentium Plus" w:hAnsi="Gentium Plus"/>
          <w:sz w:val="24"/>
        </w:rPr>
        <w:t>[κείρει] κόπτει τοῖς ὀδοῦσιν. μεταφορά.</w:t>
      </w:r>
    </w:p>
    <w:p>
      <w:r>
        <w:rPr>
          <w:rFonts w:ascii="Courier New" w:hAnsi="Courier New"/>
          <w:color w:val="555555"/>
          <w:sz w:val="20"/>
        </w:rPr>
        <w:t>[11 . 569]</w:t>
      </w:r>
    </w:p>
    <w:p>
      <w:r>
        <w:rPr>
          <w:rFonts w:ascii="Gentium Plus" w:hAnsi="Gentium Plus"/>
          <w:sz w:val="24"/>
        </w:rPr>
        <w:t>ὁ λόγος· πάνυ τοὺς Τρῶας ἐπὶ τὰς ναῦς ὁρμῶντας Αἴας ἀντι‐ τασσόμενος ἐκώλυεν.</w:t>
      </w:r>
    </w:p>
    <w:p>
      <w:r>
        <w:rPr>
          <w:rFonts w:ascii="Courier New" w:hAnsi="Courier New"/>
          <w:color w:val="555555"/>
          <w:sz w:val="20"/>
        </w:rPr>
        <w:t>[11 . 601]</w:t>
      </w:r>
    </w:p>
    <w:p>
      <w:r>
        <w:rPr>
          <w:rFonts w:ascii="Gentium Plus" w:hAnsi="Gentium Plus"/>
          <w:sz w:val="24"/>
        </w:rPr>
        <w:t>[ἰῶκά τε δακρυόεσσαν] ἰωκήν, καταδίωξιν, ὅ ἐστι τὴν φυγὴν, πολλῶν δακρύων αἰτίαν καὶ λυπῶν.</w:t>
      </w:r>
    </w:p>
    <w:p>
      <w:r>
        <w:rPr>
          <w:rFonts w:ascii="Courier New" w:hAnsi="Courier New"/>
          <w:color w:val="555555"/>
          <w:sz w:val="20"/>
        </w:rPr>
        <w:t>[11 . 611]</w:t>
      </w:r>
    </w:p>
    <w:p>
      <w:r>
        <w:rPr>
          <w:rFonts w:ascii="Gentium Plus" w:hAnsi="Gentium Plus"/>
          <w:sz w:val="24"/>
        </w:rPr>
        <w:t>ἄλλ’ ἴθι νῦν Πάτροκλε] διὰ τί τὸν Πάτροκλον—</w:t>
      </w:r>
    </w:p>
    <w:p>
      <w:r>
        <w:rPr>
          <w:rFonts w:ascii="Courier New" w:hAnsi="Courier New"/>
          <w:color w:val="555555"/>
          <w:sz w:val="20"/>
        </w:rPr>
        <w:t>[11 . 635]</w:t>
      </w:r>
    </w:p>
    <w:p>
      <w:r>
        <w:rPr>
          <w:rFonts w:ascii="Gentium Plus" w:hAnsi="Gentium Plus"/>
          <w:sz w:val="24"/>
        </w:rPr>
        <w:t>[νεμέθοντο] νεμομέναις, τούτεστι ζώσαις, ἐῴκεισαν αἱ πέλειαι.</w:t>
      </w:r>
    </w:p>
    <w:p>
      <w:r>
        <w:rPr>
          <w:rFonts w:ascii="Courier New" w:hAnsi="Courier New"/>
          <w:color w:val="555555"/>
          <w:sz w:val="20"/>
        </w:rPr>
        <w:t>[11 . 648]</w:t>
      </w:r>
    </w:p>
    <w:p>
      <w:r>
        <w:rPr>
          <w:rFonts w:ascii="Gentium Plus" w:hAnsi="Gentium Plus"/>
          <w:sz w:val="24"/>
        </w:rPr>
        <w:t>[οὐχ ἕδος ἐστὶ] οὐκ ἔστι καιρὸς—καθέδρα νῦν.</w:t>
      </w:r>
    </w:p>
    <w:p>
      <w:r>
        <w:rPr>
          <w:rFonts w:ascii="Courier New" w:hAnsi="Courier New"/>
          <w:color w:val="555555"/>
          <w:sz w:val="20"/>
        </w:rPr>
        <w:t>[11 . 674]</w:t>
      </w:r>
    </w:p>
    <w:p>
      <w:r>
        <w:rPr>
          <w:rFonts w:ascii="Gentium Plus" w:hAnsi="Gentium Plus"/>
          <w:sz w:val="24"/>
        </w:rPr>
        <w:t>ὅτ’ ἐγὼ κτάνον Ἰτυμονῆα] Νηλεὺς—ἡ ἱστορία παρὰ Φερεκύδῃ.</w:t>
      </w:r>
    </w:p>
    <w:p>
      <w:r>
        <w:rPr>
          <w:rFonts w:ascii="Courier New" w:hAnsi="Courier New"/>
          <w:color w:val="555555"/>
          <w:sz w:val="20"/>
        </w:rPr>
        <w:t>[11 . 686]</w:t>
      </w:r>
    </w:p>
    <w:p>
      <w:r>
        <w:rPr>
          <w:rFonts w:ascii="Gentium Plus" w:hAnsi="Gentium Plus"/>
          <w:sz w:val="24"/>
        </w:rPr>
        <w:t>Ἤλιδι δίῃ] θαυμαστῇ, ἱερᾷ—Πελοποννήσου.</w:t>
      </w:r>
    </w:p>
    <w:p>
      <w:r>
        <w:rPr>
          <w:rFonts w:ascii="Courier New" w:hAnsi="Courier New"/>
          <w:color w:val="555555"/>
          <w:sz w:val="20"/>
        </w:rPr>
        <w:t>[11 . 688]</w:t>
      </w:r>
    </w:p>
    <w:p>
      <w:r>
        <w:rPr>
          <w:rFonts w:ascii="Gentium Plus" w:hAnsi="Gentium Plus"/>
          <w:sz w:val="24"/>
        </w:rPr>
        <w:t>[Ἐπειοὶ] ἀπὸ Ἐπειοῦ βασιλέως—Ἀριστοτέλης ἐν τῷ πέπλῳ.</w:t>
      </w:r>
    </w:p>
    <w:p>
      <w:r>
        <w:rPr>
          <w:rFonts w:ascii="Courier New" w:hAnsi="Courier New"/>
          <w:color w:val="555555"/>
          <w:sz w:val="20"/>
        </w:rPr>
        <w:t>[11 . 690]</w:t>
      </w:r>
    </w:p>
    <w:p>
      <w:r>
        <w:rPr>
          <w:rFonts w:ascii="Gentium Plus" w:hAnsi="Gentium Plus"/>
          <w:sz w:val="24"/>
        </w:rPr>
        <w:t>βίη Ἡρακλείη] Ἡρακλῆς παρεγένετο εἰς Πύλον— ὡς καὶ ἐν τῇ Ε φησίν.</w:t>
      </w:r>
    </w:p>
    <w:p>
      <w:r>
        <w:rPr>
          <w:rFonts w:ascii="Courier New" w:hAnsi="Courier New"/>
          <w:color w:val="555555"/>
          <w:sz w:val="20"/>
        </w:rPr>
        <w:t>[11 . 693]</w:t>
      </w:r>
    </w:p>
    <w:p>
      <w:r>
        <w:rPr>
          <w:rFonts w:ascii="Gentium Plus" w:hAnsi="Gentium Plus"/>
          <w:sz w:val="24"/>
        </w:rPr>
        <w:t>οἶος λιπόμην] τὸν Νέστορα—ὥς τινές φασιν.</w:t>
      </w:r>
    </w:p>
    <w:p>
      <w:r>
        <w:rPr>
          <w:rFonts w:ascii="Courier New" w:hAnsi="Courier New"/>
          <w:color w:val="555555"/>
          <w:sz w:val="20"/>
        </w:rPr>
        <w:t>[11 . 705]</w:t>
      </w:r>
    </w:p>
    <w:p>
      <w:r>
        <w:rPr>
          <w:rFonts w:ascii="Gentium Plus" w:hAnsi="Gentium Plus"/>
          <w:sz w:val="24"/>
        </w:rPr>
        <w:t>ἀτεμβόμενος κίοι ἴσης] ὅπως μηδεὶς—ἴσον ἐχούσης.</w:t>
      </w:r>
    </w:p>
    <w:p>
      <w:r>
        <w:rPr>
          <w:rFonts w:ascii="Courier New" w:hAnsi="Courier New"/>
          <w:color w:val="555555"/>
          <w:sz w:val="20"/>
        </w:rPr>
        <w:t>[11 . 711]</w:t>
      </w:r>
    </w:p>
    <w:p>
      <w:r>
        <w:rPr>
          <w:rFonts w:ascii="Gentium Plus" w:hAnsi="Gentium Plus"/>
          <w:sz w:val="24"/>
        </w:rPr>
        <w:t>[Θρυόεσσα] ἢ Θρύος. ἐστὶ πόλις μεταξὺ Ἤλιδος καὶ Πύλου· ταύτην ἐν τῷ καταλόγῳ Θρύον εἶπεν.</w:t>
      </w:r>
    </w:p>
    <w:p>
      <w:r>
        <w:rPr>
          <w:rFonts w:ascii="Courier New" w:hAnsi="Courier New"/>
          <w:color w:val="555555"/>
          <w:sz w:val="20"/>
        </w:rPr>
        <w:t>[11 . 726]</w:t>
      </w:r>
    </w:p>
    <w:p>
      <w:r>
        <w:rPr>
          <w:rFonts w:ascii="Gentium Plus" w:hAnsi="Gentium Plus"/>
          <w:sz w:val="24"/>
        </w:rPr>
        <w:t>[Ἀλφειοῖο] ποταμὸς μεταξὺ Ἤλιδος καὶ Πύλου.</w:t>
      </w:r>
    </w:p>
    <w:p>
      <w:r>
        <w:rPr>
          <w:rFonts w:ascii="Courier New" w:hAnsi="Courier New"/>
          <w:color w:val="555555"/>
          <w:sz w:val="20"/>
        </w:rPr>
        <w:t>[11 . 739]</w:t>
      </w:r>
    </w:p>
    <w:p>
      <w:r>
        <w:rPr>
          <w:rFonts w:ascii="Gentium Plus" w:hAnsi="Gentium Plus"/>
          <w:sz w:val="24"/>
        </w:rPr>
        <w:t>[Μούλιον] ὄνομα κύριον.</w:t>
      </w:r>
    </w:p>
    <w:p>
      <w:r>
        <w:rPr>
          <w:rFonts w:ascii="Courier New" w:hAnsi="Courier New"/>
          <w:color w:val="555555"/>
          <w:sz w:val="20"/>
        </w:rPr>
        <w:t>[11 . 741]</w:t>
      </w:r>
    </w:p>
    <w:p>
      <w:r>
        <w:rPr>
          <w:rFonts w:ascii="Gentium Plus" w:hAnsi="Gentium Plus"/>
          <w:sz w:val="24"/>
        </w:rPr>
        <w:t>ἢ τόσα φάρμακα ᾔδη] Μηδεία ἐγένετο—παρὰ Κράτητι.</w:t>
      </w:r>
    </w:p>
    <w:p>
      <w:r>
        <w:rPr>
          <w:rFonts w:ascii="Courier New" w:hAnsi="Courier New"/>
          <w:color w:val="555555"/>
          <w:sz w:val="20"/>
        </w:rPr>
        <w:t>[11 . 749]</w:t>
      </w:r>
    </w:p>
    <w:p>
      <w:r>
        <w:rPr>
          <w:rFonts w:ascii="Gentium Plus" w:hAnsi="Gentium Plus"/>
          <w:sz w:val="24"/>
        </w:rPr>
        <w:t>[ὀδὰξ ἕλον οὖδας] τοῖς ὀδοῦσι τὴν γῆν ἔδακον θνήσκοντες.</w:t>
      </w:r>
    </w:p>
    <w:p>
      <w:r>
        <w:rPr>
          <w:rFonts w:ascii="Courier New" w:hAnsi="Courier New"/>
          <w:color w:val="555555"/>
          <w:sz w:val="20"/>
        </w:rPr>
        <w:t>[11 . 754]</w:t>
      </w:r>
    </w:p>
    <w:p>
      <w:r>
        <w:rPr>
          <w:rFonts w:ascii="Gentium Plus" w:hAnsi="Gentium Plus"/>
          <w:sz w:val="24"/>
        </w:rPr>
        <w:t>[δι’ ἀσπιδέος] ἤτοι ἐπιμήκους καὶ λαμπροῦ, ἢ πλατέος, ἢ περιφεροῦς, ἀπὸ μεταφορᾶς τῆς ἀσπίδος.</w:t>
      </w:r>
    </w:p>
    <w:p>
      <w:r>
        <w:rPr>
          <w:rFonts w:ascii="Courier New" w:hAnsi="Courier New"/>
          <w:color w:val="555555"/>
          <w:sz w:val="20"/>
        </w:rPr>
        <w:t>[11 . 760]</w:t>
      </w:r>
    </w:p>
    <w:p>
      <w:r>
        <w:rPr>
          <w:rFonts w:ascii="Gentium Plus" w:hAnsi="Gentium Plus"/>
          <w:sz w:val="24"/>
        </w:rPr>
        <w:t>[ὄφρ’ ἐπὶ Βουπρασίου] Βουπράσιον καὶ Ἀλείσιον πόλεις τῆς</w:t>
      </w:r>
    </w:p>
    <w:p>
      <w:r>
        <w:rPr>
          <w:rFonts w:ascii="Courier New" w:hAnsi="Courier New"/>
          <w:color w:val="555555"/>
          <w:sz w:val="20"/>
        </w:rPr>
        <w:t>[11 . 764]</w:t>
      </w:r>
    </w:p>
    <w:p>
      <w:r>
        <w:rPr>
          <w:rFonts w:ascii="Gentium Plus" w:hAnsi="Gentium Plus"/>
          <w:sz w:val="24"/>
        </w:rPr>
        <w:t>[μετακλαύσεσθαι] ὕστερον ἀπολομένων ὄχλων μεταμελήσεσθαι</w:t>
      </w:r>
    </w:p>
    <w:p>
      <w:r>
        <w:rPr>
          <w:rFonts w:ascii="Courier New" w:hAnsi="Courier New"/>
          <w:color w:val="555555"/>
          <w:sz w:val="20"/>
        </w:rPr>
        <w:t>[11 . 786]</w:t>
      </w:r>
    </w:p>
    <w:p>
      <w:r>
        <w:rPr>
          <w:rFonts w:ascii="Gentium Plus" w:hAnsi="Gentium Plus"/>
          <w:sz w:val="24"/>
        </w:rPr>
        <w:t>[γενεῇ μὲν ὑπέρτερος] τῷ τοῦ γένους ἀξιώματι κρείσσων, ἢ βέλτιστος.</w:t>
      </w:r>
    </w:p>
    <w:p>
      <w:r>
        <w:rPr>
          <w:rFonts w:ascii="Courier New" w:hAnsi="Courier New"/>
          <w:color w:val="555555"/>
          <w:sz w:val="20"/>
        </w:rPr>
        <w:t>[11 . 807]</w:t>
      </w:r>
    </w:p>
    <w:p>
      <w:r>
        <w:rPr>
          <w:rFonts w:ascii="Gentium Plus" w:hAnsi="Gentium Plus"/>
          <w:sz w:val="24"/>
        </w:rPr>
        <w:t>ἵνα σφ’ ἀγορή τε θέμις τε] 〈ὅπου αὐτοῖς τὰ δικαστήρια〉 ἐγί‐ νετο καὶ τὰ ὤνια ἐπιπράσκετο.</w:t>
      </w:r>
    </w:p>
    <w:p>
      <w:r>
        <w:rPr>
          <w:rFonts w:ascii="Courier New" w:hAnsi="Courier New"/>
          <w:color w:val="555555"/>
          <w:sz w:val="20"/>
        </w:rPr>
        <w:t>[11 . 808]</w:t>
      </w:r>
    </w:p>
    <w:p>
      <w:r>
        <w:rPr>
          <w:rFonts w:ascii="Gentium Plus" w:hAnsi="Gentium Plus"/>
          <w:sz w:val="24"/>
        </w:rPr>
        <w:t>[τῇ δὲ καί] ὅπου καὶ τῶν πλευσάντων—ἦσαν.</w:t>
      </w:r>
    </w:p>
    <w:p>
      <w:r>
        <w:rPr>
          <w:rFonts w:ascii="Courier New" w:hAnsi="Courier New"/>
          <w:color w:val="555555"/>
          <w:sz w:val="20"/>
        </w:rPr>
        <w:t>[11 . 832]</w:t>
      </w:r>
    </w:p>
    <w:p>
      <w:r>
        <w:rPr>
          <w:rFonts w:ascii="Gentium Plus" w:hAnsi="Gentium Plus"/>
          <w:sz w:val="24"/>
        </w:rPr>
        <w:t>δικαιότατος Κενταύρων] τὸ ὑπερθετικὸν—πίσσα.</w:t>
      </w:r>
    </w:p>
    <w:p>
      <w:r>
        <w:rPr>
          <w:rFonts w:ascii="Courier New" w:hAnsi="Courier New"/>
          <w:color w:val="555555"/>
          <w:sz w:val="20"/>
        </w:rPr>
        <w:t>[11 . 846]</w:t>
      </w:r>
    </w:p>
    <w:p>
      <w:r>
        <w:rPr>
          <w:rFonts w:ascii="Gentium Plus" w:hAnsi="Gentium Plus"/>
          <w:sz w:val="24"/>
        </w:rPr>
        <w:t>ἐζήτηται δὲ καὶ τοῦτο, ὁποία ἦν ὅλως ἡ ῥίζα ᾗ αὐτὸν κατέπασσε καὶ ..... βάλε πικρὴν] ἐπέπασσεν. πρὸς δὲ τοὺς ζητοῦντας πόθεν εἶχε τὴν ῥίζαν ὁ Πάτροκλος ἔστι λέγειν ὅτι κατὰ τὸ σιωπώμενον μεταπέμπεται</w:t>
      </w:r>
    </w:p>
    <w:p>
      <w:r>
        <w:rPr>
          <w:rFonts w:ascii="Courier New" w:hAnsi="Courier New"/>
          <w:color w:val="555555"/>
          <w:sz w:val="20"/>
        </w:rPr>
        <w:t>[5]</w:t>
      </w:r>
    </w:p>
    <w:p>
      <w:r>
        <w:rPr>
          <w:rFonts w:ascii="Gentium Plus" w:hAnsi="Gentium Plus"/>
          <w:sz w:val="24"/>
        </w:rPr>
        <w:t>αὐτήν· ἡ γὰρ ἀρχαία ἰατρικὴ βοτανικὴ ἦν. ἤτοι εἰκὸς αὐτὸν ὡς ἰατρὸν ἐπιφέρεσθαι πρὸς τὰς ἐπικαίρους χρείας. ἢ ὅτι ἐκ τοῦ πεδίου ἀνείλετο</w:t>
      </w:r>
    </w:p>
    <w:p>
      <w:r>
        <w:rPr>
          <w:rFonts w:ascii="Courier New" w:hAnsi="Courier New"/>
          <w:color w:val="555555"/>
          <w:sz w:val="20"/>
        </w:rPr>
        <w:t>[12 . 4]</w:t>
      </w:r>
    </w:p>
    <w:p>
      <w:r>
        <w:rPr>
          <w:rFonts w:ascii="Gentium Plus" w:hAnsi="Gentium Plus"/>
          <w:sz w:val="24"/>
        </w:rPr>
        <w:t>καὶ τεῖχος ὕπερθεν] πλάσας—εἶπεν.</w:t>
      </w:r>
    </w:p>
    <w:p>
      <w:r>
        <w:rPr>
          <w:rFonts w:ascii="Courier New" w:hAnsi="Courier New"/>
          <w:color w:val="555555"/>
          <w:sz w:val="20"/>
        </w:rPr>
        <w:t>[12 5-6]</w:t>
      </w:r>
    </w:p>
    <w:p>
      <w:r>
        <w:rPr>
          <w:rFonts w:ascii="Gentium Plus" w:hAnsi="Gentium Plus"/>
          <w:sz w:val="24"/>
        </w:rPr>
        <w:t>[ἀμφὶ δὲ τάφρον ἤλασαν] πέριξ δὲ τοῦ τείχους τὴν τάφρον ὤρυξαν.</w:t>
      </w:r>
    </w:p>
    <w:p>
      <w:r>
        <w:rPr>
          <w:rFonts w:ascii="Courier New" w:hAnsi="Courier New"/>
          <w:color w:val="555555"/>
          <w:sz w:val="20"/>
        </w:rPr>
        <w:t>[12 . 10]</w:t>
      </w:r>
    </w:p>
    <w:p>
      <w:r>
        <w:rPr>
          <w:rFonts w:ascii="Gentium Plus" w:hAnsi="Gentium Plus"/>
          <w:sz w:val="24"/>
        </w:rPr>
        <w:t>προαναφώνησις ταῦτα· λεληθότως γὰρ λέγει τὴν πόρθησιν τῆς Ἰλίου.</w:t>
      </w:r>
    </w:p>
    <w:p>
      <w:r>
        <w:rPr>
          <w:rFonts w:ascii="Courier New" w:hAnsi="Courier New"/>
          <w:color w:val="555555"/>
          <w:sz w:val="20"/>
        </w:rPr>
        <w:t>[12 . 18]</w:t>
      </w:r>
    </w:p>
    <w:p>
      <w:r>
        <w:rPr>
          <w:rFonts w:ascii="Gentium Plus" w:hAnsi="Gentium Plus"/>
          <w:sz w:val="24"/>
        </w:rPr>
        <w:t>[ποταμῶν μένος] περιφραστικῶς ποταμούς.</w:t>
      </w:r>
    </w:p>
    <w:p>
      <w:r>
        <w:rPr>
          <w:rFonts w:ascii="Courier New" w:hAnsi="Courier New"/>
          <w:color w:val="555555"/>
          <w:sz w:val="20"/>
        </w:rPr>
        <w:t>[12 . 22]</w:t>
      </w:r>
    </w:p>
    <w:p>
      <w:r>
        <w:rPr>
          <w:rFonts w:ascii="Gentium Plus" w:hAnsi="Gentium Plus"/>
          <w:sz w:val="24"/>
        </w:rPr>
        <w:t>[βοάγρια] τὰ τῶν βοῶν ἀγρεύματα, τουτέστι τὰς ἐκ βοῶν κα‐ τεσκευασμένας ἀσπίδας.</w:t>
      </w:r>
    </w:p>
    <w:p>
      <w:r>
        <w:rPr>
          <w:rFonts w:ascii="Courier New" w:hAnsi="Courier New"/>
          <w:color w:val="555555"/>
          <w:sz w:val="20"/>
        </w:rPr>
        <w:t>[12 . 23]</w:t>
      </w:r>
    </w:p>
    <w:p>
      <w:r>
        <w:rPr>
          <w:rFonts w:ascii="Gentium Plus" w:hAnsi="Gentium Plus"/>
          <w:sz w:val="24"/>
        </w:rPr>
        <w:t>[ἡμιθέων] ἄλλως· οἱ ἕνα θεὸν—ἄνθρωπον.</w:t>
      </w:r>
    </w:p>
    <w:p>
      <w:r>
        <w:rPr>
          <w:rFonts w:ascii="Courier New" w:hAnsi="Courier New"/>
          <w:color w:val="555555"/>
          <w:sz w:val="20"/>
        </w:rPr>
        <w:t>[12 . 25]</w:t>
      </w:r>
    </w:p>
    <w:p>
      <w:r>
        <w:rPr>
          <w:rFonts w:ascii="Gentium Plus" w:hAnsi="Gentium Plus"/>
          <w:sz w:val="24"/>
        </w:rPr>
        <w:t>ἐννῆμαρ] ἔνιοι δὲ—φανῆναι.</w:t>
      </w:r>
    </w:p>
    <w:p>
      <w:r>
        <w:rPr>
          <w:rFonts w:ascii="Courier New" w:hAnsi="Courier New"/>
          <w:color w:val="555555"/>
          <w:sz w:val="20"/>
        </w:rPr>
        <w:t>[12 . 28]</w:t>
      </w:r>
    </w:p>
    <w:p>
      <w:r>
        <w:rPr>
          <w:rFonts w:ascii="Gentium Plus" w:hAnsi="Gentium Plus"/>
          <w:sz w:val="24"/>
        </w:rPr>
        <w:t>[θεμείλια] Ἰὰς ἡ διάλεκτος.</w:t>
      </w:r>
    </w:p>
    <w:p>
      <w:r>
        <w:rPr>
          <w:rFonts w:ascii="Courier New" w:hAnsi="Courier New"/>
          <w:color w:val="555555"/>
          <w:sz w:val="20"/>
        </w:rPr>
        <w:t>[12 . 30]</w:t>
      </w:r>
    </w:p>
    <w:p>
      <w:r>
        <w:rPr>
          <w:rFonts w:ascii="Gentium Plus" w:hAnsi="Gentium Plus"/>
          <w:sz w:val="24"/>
        </w:rPr>
        <w:t>ἀγάρροον] ἄγαν ῥοώδη, ὅ ἐστι σφοδρὰ ῥεύματα ἔχοντα.</w:t>
      </w:r>
    </w:p>
    <w:p>
      <w:r>
        <w:rPr>
          <w:rFonts w:ascii="Courier New" w:hAnsi="Courier New"/>
          <w:color w:val="555555"/>
          <w:sz w:val="20"/>
        </w:rPr>
        <w:t>[12 . 37]</w:t>
      </w:r>
    </w:p>
    <w:p>
      <w:r>
        <w:rPr>
          <w:rFonts w:ascii="Gentium Plus" w:hAnsi="Gentium Plus"/>
          <w:sz w:val="24"/>
        </w:rPr>
        <w:t>Διὸς μάστιγι] τῇ Διὸς—κεκακωμένοι. «μάστιγι» δὲ 〈τῷ〉 κεραυνῷ. βαλλόμενα] ἤτοι τὰ ἐπὶ τοὺς πύργους ἀκοντιζόμενα ἢ τὰ ἐνῳκοδο‐ μημένα τοῖς πύργοις ξύλα ἤχει τοῖς δόρασι βαλλόμενα.</w:t>
      </w:r>
    </w:p>
    <w:p>
      <w:r>
        <w:rPr>
          <w:rFonts w:ascii="Courier New" w:hAnsi="Courier New"/>
          <w:color w:val="555555"/>
          <w:sz w:val="20"/>
        </w:rPr>
        <w:t>[12 . 51]</w:t>
      </w:r>
    </w:p>
    <w:p>
      <w:r>
        <w:rPr>
          <w:rFonts w:ascii="Gentium Plus" w:hAnsi="Gentium Plus"/>
          <w:sz w:val="24"/>
        </w:rPr>
        <w:t>χρεμέτιζον] ἰδιάζουσαν φωνὴν ἐπετέλουν.</w:t>
      </w:r>
    </w:p>
    <w:p>
      <w:r>
        <w:rPr>
          <w:rFonts w:ascii="Courier New" w:hAnsi="Courier New"/>
          <w:color w:val="555555"/>
          <w:sz w:val="20"/>
        </w:rPr>
        <w:t>[12 . 52]</w:t>
      </w:r>
    </w:p>
    <w:p>
      <w:r>
        <w:rPr>
          <w:rFonts w:ascii="Gentium Plus" w:hAnsi="Gentium Plus"/>
          <w:sz w:val="24"/>
        </w:rPr>
        <w:t>[ἀπὸ γὰρ δειδίσσετο τάφρος] ἢ φόβον ἦγεν.</w:t>
      </w:r>
    </w:p>
    <w:p>
      <w:r>
        <w:rPr>
          <w:rFonts w:ascii="Courier New" w:hAnsi="Courier New"/>
          <w:color w:val="555555"/>
          <w:sz w:val="20"/>
        </w:rPr>
        <w:t>[12 . 66]</w:t>
      </w:r>
    </w:p>
    <w:p>
      <w:r>
        <w:rPr>
          <w:rFonts w:ascii="Gentium Plus" w:hAnsi="Gentium Plus"/>
          <w:sz w:val="24"/>
        </w:rPr>
        <w:t>[τρώσεσθαι] ἢ ἡττήσεσθαι· τρῶμα γὰρ ἡ ἧττα.</w:t>
      </w:r>
    </w:p>
    <w:p>
      <w:r>
        <w:rPr>
          <w:rFonts w:ascii="Courier New" w:hAnsi="Courier New"/>
          <w:color w:val="555555"/>
          <w:sz w:val="20"/>
        </w:rPr>
        <w:t>[12 . 71]</w:t>
      </w:r>
    </w:p>
    <w:p>
      <w:r>
        <w:rPr>
          <w:rFonts w:ascii="Gentium Plus" w:hAnsi="Gentium Plus"/>
          <w:sz w:val="24"/>
        </w:rPr>
        <w:t>[παλίωξις] πάλιν δίωξις. οὕτως δὲ καλεῖται ἡ τῶν διωκόντων φυγή.</w:t>
      </w:r>
    </w:p>
    <w:p>
      <w:r>
        <w:rPr>
          <w:rFonts w:ascii="Courier New" w:hAnsi="Courier New"/>
          <w:color w:val="555555"/>
          <w:sz w:val="20"/>
        </w:rPr>
        <w:t>[12 . 93]</w:t>
      </w:r>
    </w:p>
    <w:p>
      <w:r>
        <w:rPr>
          <w:rFonts w:ascii="Gentium Plus" w:hAnsi="Gentium Plus"/>
          <w:sz w:val="24"/>
        </w:rPr>
        <w:t>τῶν δ’ ἑτέρων Πάρις ἦρχε] 〈Πάριν〉 κατὰ γαστρὸς ἔχουσα —πολέμου ἐπελθόντος.</w:t>
      </w:r>
    </w:p>
    <w:p>
      <w:r>
        <w:rPr>
          <w:rFonts w:ascii="Courier New" w:hAnsi="Courier New"/>
          <w:color w:val="555555"/>
          <w:sz w:val="20"/>
        </w:rPr>
        <w:t>[12 . 103]</w:t>
      </w:r>
    </w:p>
    <w:p>
      <w:r>
        <w:rPr>
          <w:rFonts w:ascii="Gentium Plus" w:hAnsi="Gentium Plus"/>
          <w:sz w:val="24"/>
        </w:rPr>
        <w:t>[διακριδὸν εἶναι ἄριστοι] ὡς διακεκρίσθαι—πᾶσιν.</w:t>
      </w:r>
    </w:p>
    <w:p>
      <w:r>
        <w:rPr>
          <w:rFonts w:ascii="Courier New" w:hAnsi="Courier New"/>
          <w:color w:val="555555"/>
          <w:sz w:val="20"/>
        </w:rPr>
        <w:t>[12 . 105]</w:t>
      </w:r>
    </w:p>
    <w:p>
      <w:r>
        <w:rPr>
          <w:rFonts w:ascii="Gentium Plus" w:hAnsi="Gentium Plus"/>
          <w:sz w:val="24"/>
        </w:rPr>
        <w:t>τυκτῇσι βόεσσι] λέγει δὲ ταῖς ἀσπίσιν—βοῦν ἀζα‐ λέην.»</w:t>
      </w:r>
    </w:p>
    <w:p>
      <w:r>
        <w:rPr>
          <w:rFonts w:ascii="Courier New" w:hAnsi="Courier New"/>
          <w:color w:val="555555"/>
          <w:sz w:val="20"/>
        </w:rPr>
        <w:t>[12 . 116]</w:t>
      </w:r>
    </w:p>
    <w:p>
      <w:r>
        <w:rPr>
          <w:rFonts w:ascii="Gentium Plus" w:hAnsi="Gentium Plus"/>
          <w:sz w:val="24"/>
        </w:rPr>
        <w:t>δυσώνυμος] ἢ κακὸν ὄνομα ἔχουσα τὸν θάνατον.</w:t>
      </w:r>
    </w:p>
    <w:p>
      <w:r>
        <w:rPr>
          <w:rFonts w:ascii="Courier New" w:hAnsi="Courier New"/>
          <w:color w:val="555555"/>
          <w:sz w:val="20"/>
        </w:rPr>
        <w:t>[12 . 117]</w:t>
      </w:r>
    </w:p>
    <w:p>
      <w:r>
        <w:rPr>
          <w:rFonts w:ascii="Gentium Plus" w:hAnsi="Gentium Plus"/>
          <w:sz w:val="24"/>
        </w:rPr>
        <w:t>Δευκαλίδαο] Δευκαλίωνος παῖς. γίνονται δὲ ἐκ Πύρρας καὶ Δευκαλίωνος, ὥς φησιν Ἀπολλόδωρος, παῖδες Ἕλλην μὲν πρῶτος, ὃν ἐκ Διὸς ἔνιοι γεγενῆσθαι λέγουσι, δεύτερος δὲ ὁ Ἀμφικτύων, ὁ μετὰ Κραναὸν βασιλεύσας τῆς Ἀττικῆς, θυγάτηρ δὲ Πρωτογένεια. (Apol‐</w:t>
      </w:r>
    </w:p>
    <w:p>
      <w:r>
        <w:rPr>
          <w:rFonts w:ascii="Courier New" w:hAnsi="Courier New"/>
          <w:color w:val="555555"/>
          <w:sz w:val="20"/>
        </w:rPr>
        <w:t>[5]</w:t>
      </w:r>
    </w:p>
    <w:p>
      <w:r>
        <w:rPr>
          <w:rFonts w:ascii="Gentium Plus" w:hAnsi="Gentium Plus"/>
          <w:sz w:val="24"/>
        </w:rPr>
        <w:t>lod. Bibl. I. 7. 3. 7.)</w:t>
      </w:r>
    </w:p>
    <w:p>
      <w:r>
        <w:rPr>
          <w:rFonts w:ascii="Courier New" w:hAnsi="Courier New"/>
          <w:color w:val="555555"/>
          <w:sz w:val="20"/>
        </w:rPr>
        <w:t>[12 . 132]</w:t>
      </w:r>
    </w:p>
    <w:p>
      <w:r>
        <w:rPr>
          <w:rFonts w:ascii="Gentium Plus" w:hAnsi="Gentium Plus"/>
          <w:sz w:val="24"/>
        </w:rPr>
        <w:t>** [ὑψικάρηνοι] ὑψηλὰς κεφαλὰς ἔχουσαι, τουτέστι κορυφάς.</w:t>
      </w:r>
    </w:p>
    <w:p>
      <w:r>
        <w:rPr>
          <w:rFonts w:ascii="Courier New" w:hAnsi="Courier New"/>
          <w:color w:val="555555"/>
          <w:sz w:val="20"/>
        </w:rPr>
        <w:t>[12 . 141]</w:t>
      </w:r>
    </w:p>
    <w:p>
      <w:r>
        <w:rPr>
          <w:rFonts w:ascii="Gentium Plus" w:hAnsi="Gentium Plus"/>
          <w:sz w:val="24"/>
        </w:rPr>
        <w:t>εἵως] πρὶν ἐλθεῖν τοὺς βαρβάρους.</w:t>
      </w:r>
    </w:p>
    <w:p>
      <w:r>
        <w:rPr>
          <w:rFonts w:ascii="Courier New" w:hAnsi="Courier New"/>
          <w:color w:val="555555"/>
          <w:sz w:val="20"/>
        </w:rPr>
        <w:t>[12 155-156]</w:t>
      </w:r>
    </w:p>
    <w:p>
      <w:r>
        <w:rPr>
          <w:rFonts w:ascii="Gentium Plus" w:hAnsi="Gentium Plus"/>
          <w:sz w:val="24"/>
        </w:rPr>
        <w:t>ἐκ παραλλήλου τὸ αὐτό.</w:t>
      </w:r>
    </w:p>
    <w:p>
      <w:r>
        <w:rPr>
          <w:rFonts w:ascii="Courier New" w:hAnsi="Courier New"/>
          <w:color w:val="555555"/>
          <w:sz w:val="20"/>
        </w:rPr>
        <w:t>[12 . 167]</w:t>
      </w:r>
    </w:p>
    <w:p>
      <w:r>
        <w:rPr>
          <w:rFonts w:ascii="Gentium Plus" w:hAnsi="Gentium Plus"/>
          <w:sz w:val="24"/>
        </w:rPr>
        <w:t>[μέσον αἰόλοι] ποικίλοι τὰ μέσα—εὐκινήτους.</w:t>
      </w:r>
    </w:p>
    <w:p>
      <w:r>
        <w:rPr>
          <w:rFonts w:ascii="Courier New" w:hAnsi="Courier New"/>
          <w:color w:val="555555"/>
          <w:sz w:val="20"/>
        </w:rPr>
        <w:t>[12 . 168]</w:t>
      </w:r>
    </w:p>
    <w:p>
      <w:r>
        <w:rPr>
          <w:rFonts w:ascii="Gentium Plus" w:hAnsi="Gentium Plus"/>
          <w:sz w:val="24"/>
        </w:rPr>
        <w:t>[παιπαλοέσσῃ] τῇ πολλὰς ἐκτομὰς ἐχούσῃ, τῇ τραχείᾳ</w:t>
      </w:r>
    </w:p>
    <w:p>
      <w:r>
        <w:rPr>
          <w:rFonts w:ascii="Courier New" w:hAnsi="Courier New"/>
          <w:color w:val="555555"/>
          <w:sz w:val="20"/>
        </w:rPr>
        <w:t>[12 . 181]</w:t>
      </w:r>
    </w:p>
    <w:p>
      <w:r>
        <w:rPr>
          <w:rFonts w:ascii="Gentium Plus" w:hAnsi="Gentium Plus"/>
          <w:sz w:val="24"/>
        </w:rPr>
        <w:t>Λαπίθαι] ἥρωες Ἀχαιοὶ, οἱ ἀπὸ Λαπίθου τοῦ Ἀπόλλωνος καὶ Στίλβης νύμφης τὸ γένος ἔχοντες.</w:t>
      </w:r>
    </w:p>
    <w:p>
      <w:r>
        <w:rPr>
          <w:rFonts w:ascii="Courier New" w:hAnsi="Courier New"/>
          <w:color w:val="555555"/>
          <w:sz w:val="20"/>
        </w:rPr>
        <w:t>[12 . 201]</w:t>
      </w:r>
    </w:p>
    <w:p>
      <w:r>
        <w:rPr>
          <w:rFonts w:ascii="Gentium Plus" w:hAnsi="Gentium Plus"/>
          <w:sz w:val="24"/>
        </w:rPr>
        <w:t>[ὑψιπέτης] τῷ δὲ τόνῳ—πεπτωκώς. ἐπ’ ἀριστερὰ λαὸν ἐέργων] ὑποχωρῆσαι—Θέτιδι. ἐέργων] ἀφορίζων, ὥστε φαίνεσθαι μέσον αὐτῶν.</w:t>
      </w:r>
    </w:p>
    <w:p>
      <w:r>
        <w:rPr>
          <w:rFonts w:ascii="Courier New" w:hAnsi="Courier New"/>
          <w:color w:val="555555"/>
          <w:sz w:val="20"/>
        </w:rPr>
        <w:t>[12 . 208]</w:t>
      </w:r>
    </w:p>
    <w:p>
      <w:r>
        <w:rPr>
          <w:rFonts w:ascii="Gentium Plus" w:hAnsi="Gentium Plus"/>
          <w:sz w:val="24"/>
        </w:rPr>
        <w:t>[αἰόλον ὄφιν] πέπονθεν ἐπὶ τέλους—μειουρός.</w:t>
      </w:r>
    </w:p>
    <w:p>
      <w:r>
        <w:rPr>
          <w:rFonts w:ascii="Courier New" w:hAnsi="Courier New"/>
          <w:color w:val="555555"/>
          <w:sz w:val="20"/>
        </w:rPr>
        <w:t>[5]</w:t>
      </w:r>
    </w:p>
    <w:p>
      <w:r>
        <w:rPr>
          <w:rFonts w:ascii="Gentium Plus" w:hAnsi="Gentium Plus"/>
          <w:sz w:val="24"/>
        </w:rPr>
        <w:t>[ὃς] ἢ οὗ.</w:t>
      </w:r>
    </w:p>
    <w:p>
      <w:r>
        <w:rPr>
          <w:rFonts w:ascii="Courier New" w:hAnsi="Courier New"/>
          <w:color w:val="555555"/>
          <w:sz w:val="20"/>
        </w:rPr>
        <w:t>[12 . 229]</w:t>
      </w:r>
    </w:p>
    <w:p>
      <w:r>
        <w:rPr>
          <w:rFonts w:ascii="Gentium Plus" w:hAnsi="Gentium Plus"/>
          <w:sz w:val="24"/>
        </w:rPr>
        <w:t>[εἰδείη τεράων] ἐπιστήμων εἴη παρατηρήσεως σημείων.</w:t>
      </w:r>
    </w:p>
    <w:p>
      <w:r>
        <w:rPr>
          <w:rFonts w:ascii="Courier New" w:hAnsi="Courier New"/>
          <w:color w:val="555555"/>
          <w:sz w:val="20"/>
        </w:rPr>
        <w:t>[12 . 231]</w:t>
      </w:r>
    </w:p>
    <w:p>
      <w:r>
        <w:rPr>
          <w:rFonts w:ascii="Gentium Plus" w:hAnsi="Gentium Plus"/>
          <w:sz w:val="24"/>
        </w:rPr>
        <w:t>Πουλυδάμα] Ἡρακλέους—γεννηθῆναι.</w:t>
      </w:r>
    </w:p>
    <w:p>
      <w:r>
        <w:rPr>
          <w:rFonts w:ascii="Courier New" w:hAnsi="Courier New"/>
          <w:color w:val="555555"/>
          <w:sz w:val="20"/>
        </w:rPr>
        <w:t>[12 . 239]</w:t>
      </w:r>
    </w:p>
    <w:p>
      <w:r>
        <w:rPr>
          <w:rFonts w:ascii="Gentium Plus" w:hAnsi="Gentium Plus"/>
          <w:sz w:val="24"/>
        </w:rPr>
        <w:t>[εἴτ’ ἐπὶ δεξιά] δεξιὰ τὰ ἀνατολικὰ καλεῖ, ἀριστερὰ δὲ τὰ δυ‐ τικά. [ἐπὶ δεξιὰ] ἢ πρὸς τὸν ἥλιον, εἰς τὴν ἀνατολήν.</w:t>
      </w:r>
    </w:p>
    <w:p>
      <w:r>
        <w:rPr>
          <w:rFonts w:ascii="Courier New" w:hAnsi="Courier New"/>
          <w:color w:val="555555"/>
          <w:sz w:val="20"/>
        </w:rPr>
        <w:t>[12 . 243]</w:t>
      </w:r>
    </w:p>
    <w:p>
      <w:r>
        <w:rPr>
          <w:rFonts w:ascii="Gentium Plus" w:hAnsi="Gentium Plus"/>
          <w:sz w:val="24"/>
        </w:rPr>
        <w:t>γνώμη ἀποφαντική.</w:t>
      </w:r>
    </w:p>
    <w:p>
      <w:r>
        <w:rPr>
          <w:rFonts w:ascii="Courier New" w:hAnsi="Courier New"/>
          <w:color w:val="555555"/>
          <w:sz w:val="20"/>
        </w:rPr>
        <w:t>[12 . 247]</w:t>
      </w:r>
    </w:p>
    <w:p>
      <w:r>
        <w:rPr>
          <w:rFonts w:ascii="Gentium Plus" w:hAnsi="Gentium Plus"/>
          <w:sz w:val="24"/>
        </w:rPr>
        <w:t>[μενεδήϊος] μένων τοὺς πολεμίους ἐν τῇ μάχῃ, πολεμικός.</w:t>
      </w:r>
    </w:p>
    <w:p>
      <w:r>
        <w:rPr>
          <w:rFonts w:ascii="Courier New" w:hAnsi="Courier New"/>
          <w:color w:val="555555"/>
          <w:sz w:val="20"/>
        </w:rPr>
        <w:t>[12 . 258]</w:t>
      </w:r>
    </w:p>
    <w:p>
      <w:r>
        <w:rPr>
          <w:rFonts w:ascii="Gentium Plus" w:hAnsi="Gentium Plus"/>
          <w:sz w:val="24"/>
        </w:rPr>
        <w:t>[ἐπάλξεις] τοὺς προμαχῶνας τῶν τειχῶν.</w:t>
      </w:r>
    </w:p>
    <w:p>
      <w:r>
        <w:rPr>
          <w:rFonts w:ascii="Courier New" w:hAnsi="Courier New"/>
          <w:color w:val="555555"/>
          <w:sz w:val="20"/>
        </w:rPr>
        <w:t>[12 . 259]</w:t>
      </w:r>
    </w:p>
    <w:p>
      <w:r>
        <w:rPr>
          <w:rFonts w:ascii="Gentium Plus" w:hAnsi="Gentium Plus"/>
          <w:sz w:val="24"/>
        </w:rPr>
        <w:t>[στήλας] ὀρθοὺς λίθους—προκαταβεβλῆσθαι.</w:t>
      </w:r>
    </w:p>
    <w:p>
      <w:r>
        <w:rPr>
          <w:rFonts w:ascii="Courier New" w:hAnsi="Courier New"/>
          <w:color w:val="555555"/>
          <w:sz w:val="20"/>
        </w:rPr>
        <w:t>[12 . 277]</w:t>
      </w:r>
    </w:p>
    <w:p>
      <w:r>
        <w:rPr>
          <w:rFonts w:ascii="Gentium Plus" w:hAnsi="Gentium Plus"/>
          <w:sz w:val="24"/>
        </w:rPr>
        <w:t>προβοῶν τε] ἔμπροσθε—παρακολουθοῦντος.</w:t>
      </w:r>
    </w:p>
    <w:p>
      <w:r>
        <w:rPr>
          <w:rFonts w:ascii="Courier New" w:hAnsi="Courier New"/>
          <w:color w:val="555555"/>
          <w:sz w:val="20"/>
        </w:rPr>
        <w:t>[12 . 280]</w:t>
      </w:r>
    </w:p>
    <w:p>
      <w:r>
        <w:rPr>
          <w:rFonts w:ascii="Gentium Plus" w:hAnsi="Gentium Plus"/>
          <w:sz w:val="24"/>
        </w:rPr>
        <w:t>[τὰ κῆλα] τὰ αὑτοῦ σημεῖα, ἢ βέλη ἃ ἐπιπέμπει κατὰ χόλον. βέλος δὲ νῦν εἴρηκε τὸν χειμῶνα.</w:t>
      </w:r>
    </w:p>
    <w:p>
      <w:r>
        <w:rPr>
          <w:rFonts w:ascii="Courier New" w:hAnsi="Courier New"/>
          <w:color w:val="555555"/>
          <w:sz w:val="20"/>
        </w:rPr>
        <w:t>[12 . 287]</w:t>
      </w:r>
    </w:p>
    <w:p>
      <w:r>
        <w:rPr>
          <w:rFonts w:ascii="Gentium Plus" w:hAnsi="Gentium Plus"/>
          <w:sz w:val="24"/>
        </w:rPr>
        <w:t>[θαμειαί] πυκναὶ λίθοι. θηλυκῶς δὲ εἶπεν.</w:t>
      </w:r>
    </w:p>
    <w:p>
      <w:r>
        <w:rPr>
          <w:rFonts w:ascii="Courier New" w:hAnsi="Courier New"/>
          <w:color w:val="555555"/>
          <w:sz w:val="20"/>
        </w:rPr>
        <w:t>[12 . 292]</w:t>
      </w:r>
    </w:p>
    <w:p>
      <w:r>
        <w:rPr>
          <w:rFonts w:ascii="Gentium Plus" w:hAnsi="Gentium Plus"/>
          <w:sz w:val="24"/>
        </w:rPr>
        <w:t>εἰ μὴ ἄρ’ υἱὸν Σαρπηδόνα] Εὐρώπην—Ῥαδάμαν‐ θυν. ἱστορεῖ Ἡσίοδος καὶ Βακχυλίδης.</w:t>
      </w:r>
    </w:p>
    <w:p>
      <w:r>
        <w:rPr>
          <w:rFonts w:ascii="Courier New" w:hAnsi="Courier New"/>
          <w:color w:val="555555"/>
          <w:sz w:val="20"/>
        </w:rPr>
        <w:t>[12 . 293]</w:t>
      </w:r>
    </w:p>
    <w:p>
      <w:r>
        <w:rPr>
          <w:rFonts w:ascii="Gentium Plus" w:hAnsi="Gentium Plus"/>
          <w:sz w:val="24"/>
        </w:rPr>
        <w:t>[ἕλιξιν] μέλασιν—πορείᾳ.</w:t>
      </w:r>
    </w:p>
    <w:p>
      <w:r>
        <w:rPr>
          <w:rFonts w:ascii="Courier New" w:hAnsi="Courier New"/>
          <w:color w:val="555555"/>
          <w:sz w:val="20"/>
        </w:rPr>
        <w:t>[12 . 296]</w:t>
      </w:r>
    </w:p>
    <w:p>
      <w:r>
        <w:rPr>
          <w:rFonts w:ascii="Gentium Plus" w:hAnsi="Gentium Plus"/>
          <w:sz w:val="24"/>
        </w:rPr>
        <w:t>ἐπεὶ τῶν πτυχῶν—αὐτὰς χρυσαῖς ῥάβδοις.</w:t>
      </w:r>
    </w:p>
    <w:p>
      <w:r>
        <w:rPr>
          <w:rFonts w:ascii="Courier New" w:hAnsi="Courier New"/>
          <w:color w:val="555555"/>
          <w:sz w:val="20"/>
        </w:rPr>
        <w:t>[12 . 303]</w:t>
      </w:r>
    </w:p>
    <w:p>
      <w:r>
        <w:rPr>
          <w:rFonts w:ascii="Gentium Plus" w:hAnsi="Gentium Plus"/>
          <w:sz w:val="24"/>
        </w:rPr>
        <w:t>δούρασι] δόρασιν. ἀπὸ ὀνομαστικῆς δὲ τοῦ δόρυ ἡ γενικὴ</w:t>
      </w:r>
    </w:p>
    <w:p>
      <w:r>
        <w:rPr>
          <w:rFonts w:ascii="Courier New" w:hAnsi="Courier New"/>
          <w:color w:val="555555"/>
          <w:sz w:val="20"/>
        </w:rPr>
        <w:t>[12 . 316]</w:t>
      </w:r>
    </w:p>
    <w:p>
      <w:r>
        <w:rPr>
          <w:rFonts w:ascii="Gentium Plus" w:hAnsi="Gentium Plus"/>
          <w:sz w:val="24"/>
        </w:rPr>
        <w:t>[καυστείρης] ἐμπύρου, θερμῆς, διὰ τὸ θερμὸν τῶν ἀγωνιζο‐ μένων.</w:t>
      </w:r>
    </w:p>
    <w:p>
      <w:r>
        <w:rPr>
          <w:rFonts w:ascii="Courier New" w:hAnsi="Courier New"/>
          <w:color w:val="555555"/>
          <w:sz w:val="20"/>
        </w:rPr>
        <w:t>[12 . 337]</w:t>
      </w:r>
    </w:p>
    <w:p>
      <w:r>
        <w:rPr>
          <w:rFonts w:ascii="Gentium Plus" w:hAnsi="Gentium Plus"/>
          <w:sz w:val="24"/>
        </w:rPr>
        <w:t>[οὔ πώς οἱ ἔην] οὐδέπω ἦν αὐτῷ δυνατόν.</w:t>
      </w:r>
    </w:p>
    <w:p>
      <w:r>
        <w:rPr>
          <w:rFonts w:ascii="Courier New" w:hAnsi="Courier New"/>
          <w:color w:val="555555"/>
          <w:sz w:val="20"/>
        </w:rPr>
        <w:t>[12 . 384]</w:t>
      </w:r>
    </w:p>
    <w:p>
      <w:r>
        <w:rPr>
          <w:rFonts w:ascii="Gentium Plus" w:hAnsi="Gentium Plus"/>
          <w:sz w:val="24"/>
        </w:rPr>
        <w:t>[σὺν δ’ ὀστέ’ ἄραξε] συνέτριψε δὲ τὰ ὀστᾶ αὐτοῦ, τὸ σῶμα συνεκδοχικῶς.</w:t>
      </w:r>
    </w:p>
    <w:p>
      <w:r>
        <w:rPr>
          <w:rFonts w:ascii="Courier New" w:hAnsi="Courier New"/>
          <w:color w:val="555555"/>
          <w:sz w:val="20"/>
        </w:rPr>
        <w:t>[12 . 385]</w:t>
      </w:r>
    </w:p>
    <w:p>
      <w:r>
        <w:rPr>
          <w:rFonts w:ascii="Gentium Plus" w:hAnsi="Gentium Plus"/>
          <w:sz w:val="24"/>
        </w:rPr>
        <w:t>ἀρνευτῆρι] κυβιστῇ ἢ δύτῃ, παρὰ τοὺς ἄρνας· καὶ οὗτοι γὰρ ἐπὶ κεφαλὴν ἑαυτοὺς ῥίπτουσιν ἢ κυβιστῶσιν, ὥσπερ τὸν ἀέρα κυρίτ‐ τοντες. τινὲς δὲ τῷ δελφῖνι· οἱ γὰρ ἄρσενες ἐπὶ κεφαλὴν ἵενται, ὅταν ἡ γαλήνη γένηται.</w:t>
      </w:r>
    </w:p>
    <w:p>
      <w:r>
        <w:rPr>
          <w:rFonts w:ascii="Courier New" w:hAnsi="Courier New"/>
          <w:color w:val="555555"/>
          <w:sz w:val="20"/>
        </w:rPr>
        <w:t>[12 . 400]</w:t>
      </w:r>
    </w:p>
    <w:p>
      <w:r>
        <w:rPr>
          <w:rFonts w:ascii="Gentium Plus" w:hAnsi="Gentium Plus"/>
          <w:sz w:val="24"/>
        </w:rPr>
        <w:t>[ὁμαρτήσαντε] ὁμοῦ τε καὶ ὑπὸ τὸν αὐτὸν καιρὸν ἀφέντες τὰ δόρατα, ἐπιτυχόντες.</w:t>
      </w:r>
    </w:p>
    <w:p>
      <w:r>
        <w:rPr>
          <w:rFonts w:ascii="Courier New" w:hAnsi="Courier New"/>
          <w:color w:val="555555"/>
          <w:sz w:val="20"/>
        </w:rPr>
        <w:t>[12 . 415]</w:t>
      </w:r>
    </w:p>
    <w:p>
      <w:r>
        <w:rPr>
          <w:rFonts w:ascii="Gentium Plus" w:hAnsi="Gentium Plus"/>
          <w:sz w:val="24"/>
        </w:rPr>
        <w:t>[ἐκαρτύναντο] ἰσχυροποίησαν, γενναίως συνετάξαντο.</w:t>
      </w:r>
    </w:p>
    <w:p>
      <w:r>
        <w:rPr>
          <w:rFonts w:ascii="Courier New" w:hAnsi="Courier New"/>
          <w:color w:val="555555"/>
          <w:sz w:val="20"/>
        </w:rPr>
        <w:t>[12 . 422]</w:t>
      </w:r>
    </w:p>
    <w:p>
      <w:r>
        <w:rPr>
          <w:rFonts w:ascii="Gentium Plus" w:hAnsi="Gentium Plus"/>
          <w:sz w:val="24"/>
        </w:rPr>
        <w:t>ἐπιξύνῳ] ἐπικοίνῳ καὶ ὁμόρῳ χωρίῳ.</w:t>
      </w:r>
    </w:p>
    <w:p>
      <w:r>
        <w:rPr>
          <w:rFonts w:ascii="Courier New" w:hAnsi="Courier New"/>
          <w:color w:val="555555"/>
          <w:sz w:val="20"/>
        </w:rPr>
        <w:t>[12 . 426]</w:t>
      </w:r>
    </w:p>
    <w:p>
      <w:r>
        <w:rPr>
          <w:rFonts w:ascii="Gentium Plus" w:hAnsi="Gentium Plus"/>
          <w:sz w:val="24"/>
        </w:rPr>
        <w:t>λαισήϊα] μικρὰ ἀσπιδίσκια. οἱ δὲ ὅπλου εἶδος ἐπτερωμένου καὶ κούφου.</w:t>
      </w:r>
    </w:p>
    <w:p>
      <w:r>
        <w:rPr>
          <w:rFonts w:ascii="Courier New" w:hAnsi="Courier New"/>
          <w:color w:val="555555"/>
          <w:sz w:val="20"/>
        </w:rPr>
        <w:t>[12 . 433]</w:t>
      </w:r>
    </w:p>
    <w:p>
      <w:r>
        <w:rPr>
          <w:rFonts w:ascii="Gentium Plus" w:hAnsi="Gentium Plus"/>
          <w:sz w:val="24"/>
        </w:rPr>
        <w:t>[χερνῆτις] ἡ ἀπὸ τῶν ἔργων—ἐργαζομένη.</w:t>
      </w:r>
    </w:p>
    <w:p>
      <w:r>
        <w:rPr>
          <w:rFonts w:ascii="Courier New" w:hAnsi="Courier New"/>
          <w:color w:val="555555"/>
          <w:sz w:val="20"/>
        </w:rPr>
        <w:t>[12 . 436]</w:t>
      </w:r>
    </w:p>
    <w:p>
      <w:r>
        <w:rPr>
          <w:rFonts w:ascii="Gentium Plus" w:hAnsi="Gentium Plus"/>
          <w:sz w:val="24"/>
        </w:rPr>
        <w:t>[ἶσα μάχη τέτατο] ἰσόρροπος καὶ ὁμοία ἦν ἡ μάχη αὐτοῖς</w:t>
      </w:r>
    </w:p>
    <w:p>
      <w:r>
        <w:rPr>
          <w:rFonts w:ascii="Courier New" w:hAnsi="Courier New"/>
          <w:color w:val="555555"/>
          <w:sz w:val="20"/>
        </w:rPr>
        <w:t>[12 . 444]</w:t>
      </w:r>
    </w:p>
    <w:p>
      <w:r>
        <w:rPr>
          <w:rFonts w:ascii="Gentium Plus" w:hAnsi="Gentium Plus"/>
          <w:sz w:val="24"/>
        </w:rPr>
        <w:t>[κροσσάων] ὑποτρόχων—ἐπιτηδείων.</w:t>
      </w:r>
    </w:p>
    <w:p>
      <w:r>
        <w:rPr>
          <w:rFonts w:ascii="Courier New" w:hAnsi="Courier New"/>
          <w:color w:val="555555"/>
          <w:sz w:val="20"/>
        </w:rPr>
        <w:t>[12 . 456]</w:t>
      </w:r>
    </w:p>
    <w:p>
      <w:r>
        <w:rPr>
          <w:rFonts w:ascii="Gentium Plus" w:hAnsi="Gentium Plus"/>
          <w:sz w:val="24"/>
        </w:rPr>
        <w:t>[ἐπημοιβοὶ] ἐπ’ ἀμοιβαῖς, ἀλλήλοις ἐπικείμενοι, εἷς ἐφ’ ἕνα.</w:t>
      </w:r>
    </w:p>
    <w:p>
      <w:r>
        <w:rPr>
          <w:rFonts w:ascii="Courier New" w:hAnsi="Courier New"/>
          <w:color w:val="555555"/>
          <w:sz w:val="20"/>
        </w:rPr>
        <w:t>[12 . 457]</w:t>
      </w:r>
    </w:p>
    <w:p>
      <w:r>
        <w:rPr>
          <w:rFonts w:ascii="Gentium Plus" w:hAnsi="Gentium Plus"/>
          <w:sz w:val="24"/>
        </w:rPr>
        <w:t>[ἐρεισάμενος] μετὰ πολλῆς δυνάμεως ἐπερεισθείς.</w:t>
      </w:r>
    </w:p>
    <w:p>
      <w:r>
        <w:rPr>
          <w:rFonts w:ascii="Courier New" w:hAnsi="Courier New"/>
          <w:color w:val="555555"/>
          <w:sz w:val="20"/>
        </w:rPr>
        <w:t>[12 . 458]</w:t>
      </w:r>
    </w:p>
    <w:p>
      <w:r>
        <w:rPr>
          <w:rFonts w:ascii="Gentium Plus" w:hAnsi="Gentium Plus"/>
          <w:sz w:val="24"/>
        </w:rPr>
        <w:t>[ἀφαυρότερον] ἀσθενές. ἔστι δὲ ὑπερθετικὸν ἀντὶ ἀπολύτου.</w:t>
      </w:r>
    </w:p>
    <w:p>
      <w:r>
        <w:rPr>
          <w:rFonts w:ascii="Courier New" w:hAnsi="Courier New"/>
          <w:color w:val="555555"/>
          <w:sz w:val="20"/>
        </w:rPr>
        <w:t>[12 . 463]</w:t>
      </w:r>
    </w:p>
    <w:p>
      <w:r>
        <w:rPr>
          <w:rFonts w:ascii="Gentium Plus" w:hAnsi="Gentium Plus"/>
          <w:sz w:val="24"/>
        </w:rPr>
        <w:t>νυκτὶ θοῇ] ἤτοι—ἡμῶν. ** [ὑπώπια] τὴν πρόσοψιν. ἀπὸ μέρος τὸ ὅλον.</w:t>
      </w:r>
    </w:p>
    <w:p>
      <w:r>
        <w:rPr>
          <w:rFonts w:ascii="Courier New" w:hAnsi="Courier New"/>
          <w:color w:val="555555"/>
          <w:sz w:val="20"/>
        </w:rPr>
        <w:t>[12 . 470]</w:t>
      </w:r>
    </w:p>
    <w:p>
      <w:r>
        <w:rPr>
          <w:rFonts w:ascii="Gentium Plus" w:hAnsi="Gentium Plus"/>
          <w:sz w:val="24"/>
        </w:rPr>
        <w:t>ἐσέχυντο] εἰσῆλθον. τροπικῶς ἀπὸ τῶν ὑδάτων.</w:t>
      </w:r>
    </w:p>
    <w:p>
      <w:r>
        <w:rPr>
          <w:rFonts w:ascii="Courier New" w:hAnsi="Courier New"/>
          <w:color w:val="555555"/>
          <w:sz w:val="20"/>
        </w:rPr>
        <w:t>[13 . 3]</w:t>
      </w:r>
    </w:p>
    <w:p>
      <w:r>
        <w:rPr>
          <w:rFonts w:ascii="Gentium Plus" w:hAnsi="Gentium Plus"/>
          <w:sz w:val="24"/>
        </w:rPr>
        <w:t>[φαεινώ] παρεχόμενοι τὸ φῶς ἢ στιλπνοί.</w:t>
      </w:r>
    </w:p>
    <w:p>
      <w:r>
        <w:rPr>
          <w:rFonts w:ascii="Courier New" w:hAnsi="Courier New"/>
          <w:color w:val="555555"/>
          <w:sz w:val="20"/>
        </w:rPr>
        <w:t>[13 . 4]</w:t>
      </w:r>
    </w:p>
    <w:p>
      <w:r>
        <w:rPr>
          <w:rFonts w:ascii="Gentium Plus" w:hAnsi="Gentium Plus"/>
          <w:sz w:val="24"/>
        </w:rPr>
        <w:t>[πόνον] τὴν κατὰ τὸν πόλεμον ταλαιπωρίαν.</w:t>
      </w:r>
    </w:p>
    <w:p>
      <w:r>
        <w:rPr>
          <w:rFonts w:ascii="Courier New" w:hAnsi="Courier New"/>
          <w:color w:val="555555"/>
          <w:sz w:val="20"/>
        </w:rPr>
        <w:t>[13 . 5]</w:t>
      </w:r>
    </w:p>
    <w:p>
      <w:r>
        <w:rPr>
          <w:rFonts w:ascii="Gentium Plus" w:hAnsi="Gentium Plus"/>
          <w:sz w:val="24"/>
        </w:rPr>
        <w:t>[ἀγχεμάχων] ἐκ τοῦ συστάδην ἢ ἐκ τοῦ πλησίον μαχομένων.</w:t>
      </w:r>
    </w:p>
    <w:p>
      <w:r>
        <w:rPr>
          <w:rFonts w:ascii="Courier New" w:hAnsi="Courier New"/>
          <w:color w:val="555555"/>
          <w:sz w:val="20"/>
        </w:rPr>
        <w:t>[13 . 6]</w:t>
      </w:r>
    </w:p>
    <w:p>
      <w:r>
        <w:rPr>
          <w:rFonts w:ascii="Gentium Plus" w:hAnsi="Gentium Plus"/>
          <w:sz w:val="24"/>
        </w:rPr>
        <w:t>[γλακτοφάγων] ἀρκούμενοι γάλακτι καὶ λιτῇ διαίτῃ.</w:t>
      </w:r>
    </w:p>
    <w:p>
      <w:r>
        <w:rPr>
          <w:rFonts w:ascii="Courier New" w:hAnsi="Courier New"/>
          <w:color w:val="555555"/>
          <w:sz w:val="20"/>
        </w:rPr>
        <w:t>[13 6bis]</w:t>
      </w:r>
    </w:p>
    <w:p>
      <w:r>
        <w:rPr>
          <w:rFonts w:ascii="Gentium Plus" w:hAnsi="Gentium Plus"/>
          <w:sz w:val="24"/>
        </w:rPr>
        <w:t>* [Ἀβίων] βιοῖς μὴ χρωμένων, ὅ ἐστι τόξοις. ἢ τὸ α κατ’ ἐπίτασιν, ἵν’ ἦ πολυβίων καὶ πολυετῶν, ἢ τὸν ἡμέρον—μὴ βιαζομέ‐ νων. ἔστι καὶ ἔθνος Ἄβιοι, οἱ ἁμαξόβιοι καὶ εὐδαίμονες ..... Σκυθίᾳ ὀνομαζόμενοι. Gen II. ajoute</w:t>
      </w:r>
    </w:p>
    <w:p>
      <w:r>
        <w:rPr>
          <w:rFonts w:ascii="Courier New" w:hAnsi="Courier New"/>
          <w:color w:val="555555"/>
          <w:sz w:val="20"/>
        </w:rPr>
        <w:t>[5]</w:t>
      </w:r>
    </w:p>
    <w:p>
      <w:r>
        <w:rPr>
          <w:rFonts w:ascii="Gentium Plus" w:hAnsi="Gentium Plus"/>
          <w:sz w:val="24"/>
        </w:rPr>
        <w:t>ἢ νομάδες au—dessus de εὐδαίμονες.</w:t>
      </w:r>
    </w:p>
    <w:p>
      <w:r>
        <w:rPr>
          <w:rFonts w:ascii="Courier New" w:hAnsi="Courier New"/>
          <w:color w:val="555555"/>
          <w:sz w:val="20"/>
        </w:rPr>
        <w:t>[13 . 10]</w:t>
      </w:r>
    </w:p>
    <w:p>
      <w:r>
        <w:rPr>
          <w:rFonts w:ascii="Gentium Plus" w:hAnsi="Gentium Plus"/>
          <w:sz w:val="24"/>
        </w:rPr>
        <w:t>[οὐδ’ ἀλαοσκοπιὴν εἶχε] ματαίαν τὴν κατασκοπὴν, ὅ ἐστιν ἐπι‐ μελῶς ἐσκόπει· ἀλαὸς γὰρ—τυφλός.</w:t>
      </w:r>
    </w:p>
    <w:p>
      <w:r>
        <w:rPr>
          <w:rFonts w:ascii="Courier New" w:hAnsi="Courier New"/>
          <w:color w:val="555555"/>
          <w:sz w:val="20"/>
        </w:rPr>
        <w:t>[13 . 20]</w:t>
      </w:r>
    </w:p>
    <w:p>
      <w:r>
        <w:rPr>
          <w:rFonts w:ascii="Gentium Plus" w:hAnsi="Gentium Plus"/>
          <w:sz w:val="24"/>
        </w:rPr>
        <w:t>ἐζήτηται διὰ τί—κινδυνεύσῃ.</w:t>
      </w:r>
    </w:p>
    <w:p>
      <w:r>
        <w:rPr>
          <w:rFonts w:ascii="Courier New" w:hAnsi="Courier New"/>
          <w:color w:val="555555"/>
          <w:sz w:val="20"/>
        </w:rPr>
        <w:t>[13 . 24]</w:t>
      </w:r>
    </w:p>
    <w:p>
      <w:r>
        <w:rPr>
          <w:rFonts w:ascii="Gentium Plus" w:hAnsi="Gentium Plus"/>
          <w:sz w:val="24"/>
        </w:rPr>
        <w:t>[χρυσέῃσιν] χρυσῷ κεκοσμημέναις ἢ καλαῖς. ἔθειραι δὲ εἴρην‐ ται παρὰ τὸ—εἴρεσθαι, ὅ ἐστι συμπλέκεσθαι.</w:t>
      </w:r>
    </w:p>
    <w:p>
      <w:r>
        <w:rPr>
          <w:rFonts w:ascii="Courier New" w:hAnsi="Courier New"/>
          <w:color w:val="555555"/>
          <w:sz w:val="20"/>
        </w:rPr>
        <w:t>[13 . 28]</w:t>
      </w:r>
    </w:p>
    <w:p>
      <w:r>
        <w:rPr>
          <w:rFonts w:ascii="Gentium Plus" w:hAnsi="Gentium Plus"/>
          <w:sz w:val="24"/>
        </w:rPr>
        <w:t>[κευθμῶν] ἐκ τῶν ἀδύτων ἢ φωλεῶν.</w:t>
      </w:r>
    </w:p>
    <w:p>
      <w:r>
        <w:rPr>
          <w:rFonts w:ascii="Courier New" w:hAnsi="Courier New"/>
          <w:color w:val="555555"/>
          <w:sz w:val="20"/>
        </w:rPr>
        <w:t>[13 . 31]</w:t>
      </w:r>
    </w:p>
    <w:p>
      <w:r>
        <w:rPr>
          <w:rFonts w:ascii="Gentium Plus" w:hAnsi="Gentium Plus"/>
          <w:sz w:val="24"/>
        </w:rPr>
        <w:t>[ἐΰσκαρθμοι] εὐσκάριστοι—ὁ πούς.</w:t>
      </w:r>
    </w:p>
    <w:p>
      <w:r>
        <w:rPr>
          <w:rFonts w:ascii="Courier New" w:hAnsi="Courier New"/>
          <w:color w:val="555555"/>
          <w:sz w:val="20"/>
        </w:rPr>
        <w:t>[13 . 41]</w:t>
      </w:r>
    </w:p>
    <w:p>
      <w:r>
        <w:rPr>
          <w:rFonts w:ascii="Gentium Plus" w:hAnsi="Gentium Plus"/>
          <w:sz w:val="24"/>
        </w:rPr>
        <w:t>αὐΐαχοι] ἀντὶ τοῦ ἀνιάχοι· τοῦ γὰρ ν ἐξαιρεθέντος ὑπεισῆλθε</w:t>
      </w:r>
    </w:p>
    <w:p>
      <w:r>
        <w:rPr>
          <w:rFonts w:ascii="Courier New" w:hAnsi="Courier New"/>
          <w:color w:val="555555"/>
          <w:sz w:val="20"/>
        </w:rPr>
        <w:t>[5]</w:t>
      </w:r>
    </w:p>
    <w:p>
      <w:r>
        <w:rPr>
          <w:rFonts w:ascii="Gentium Plus" w:hAnsi="Gentium Plus"/>
          <w:sz w:val="24"/>
        </w:rPr>
        <w:t>〈γὰρ〉—παρίστησιν.</w:t>
      </w:r>
    </w:p>
    <w:p>
      <w:r>
        <w:rPr>
          <w:rFonts w:ascii="Courier New" w:hAnsi="Courier New"/>
          <w:color w:val="555555"/>
          <w:sz w:val="20"/>
        </w:rPr>
        <w:t>[13 . 59]</w:t>
      </w:r>
    </w:p>
    <w:p>
      <w:r>
        <w:rPr>
          <w:rFonts w:ascii="Gentium Plus" w:hAnsi="Gentium Plus"/>
          <w:sz w:val="24"/>
        </w:rPr>
        <w:t>* [σκηπανίῳ] παρὰ τὸ σκηρίπτεσθαι, ὅ ἐστιν ἐπερείδεσθαι.</w:t>
      </w:r>
    </w:p>
    <w:p>
      <w:r>
        <w:rPr>
          <w:rFonts w:ascii="Courier New" w:hAnsi="Courier New"/>
          <w:color w:val="555555"/>
          <w:sz w:val="20"/>
        </w:rPr>
        <w:t>[13 . 88]</w:t>
      </w:r>
    </w:p>
    <w:p>
      <w:r>
        <w:rPr>
          <w:rFonts w:ascii="Gentium Plus" w:hAnsi="Gentium Plus"/>
          <w:sz w:val="24"/>
        </w:rPr>
        <w:t>* [ὑπ’ ὀφρύσι δάκρυα λεῖβον] ἔσταζον, ἐδάκρυον· οἱ γὰρ ὀφ‐ θαλμοὶ—ἔκλαιον.</w:t>
      </w:r>
    </w:p>
    <w:p>
      <w:r>
        <w:rPr>
          <w:rFonts w:ascii="Courier New" w:hAnsi="Courier New"/>
          <w:color w:val="555555"/>
          <w:sz w:val="20"/>
        </w:rPr>
        <w:t>[13 . 90]</w:t>
      </w:r>
    </w:p>
    <w:p>
      <w:r>
        <w:rPr>
          <w:rFonts w:ascii="Gentium Plus" w:hAnsi="Gentium Plus"/>
          <w:sz w:val="24"/>
        </w:rPr>
        <w:t>[μετεισάμενος] πρὸς αὐτοὺς—μεταβληθείς.</w:t>
      </w:r>
    </w:p>
    <w:p>
      <w:r>
        <w:rPr>
          <w:rFonts w:ascii="Courier New" w:hAnsi="Courier New"/>
          <w:color w:val="555555"/>
          <w:sz w:val="20"/>
        </w:rPr>
        <w:t>[13 . 98]</w:t>
      </w:r>
    </w:p>
    <w:p>
      <w:r>
        <w:rPr>
          <w:rFonts w:ascii="Gentium Plus" w:hAnsi="Gentium Plus"/>
          <w:sz w:val="24"/>
        </w:rPr>
        <w:t>[νῦν δὴ εἴδεται ἦμαρ] νῦν ἀνεφάνη—ἀναιρεθή‐ σεσθε.</w:t>
      </w:r>
    </w:p>
    <w:p>
      <w:r>
        <w:rPr>
          <w:rFonts w:ascii="Courier New" w:hAnsi="Courier New"/>
          <w:color w:val="555555"/>
          <w:sz w:val="20"/>
        </w:rPr>
        <w:t>[13 . 103]</w:t>
      </w:r>
    </w:p>
    <w:p>
      <w:r>
        <w:rPr>
          <w:rFonts w:ascii="Gentium Plus" w:hAnsi="Gentium Plus"/>
          <w:sz w:val="24"/>
        </w:rPr>
        <w:t>[ἤϊα] βρώματα, οὐ τὰ ἐν οἴκῳ—ἐν ὁδῷ.</w:t>
      </w:r>
    </w:p>
    <w:p>
      <w:r>
        <w:rPr>
          <w:rFonts w:ascii="Courier New" w:hAnsi="Courier New"/>
          <w:color w:val="555555"/>
          <w:sz w:val="20"/>
        </w:rPr>
        <w:t>[13 . 115]</w:t>
      </w:r>
    </w:p>
    <w:p>
      <w:r>
        <w:rPr>
          <w:rFonts w:ascii="Gentium Plus" w:hAnsi="Gentium Plus"/>
          <w:sz w:val="24"/>
        </w:rPr>
        <w:t>[ἀλλ’ ἀκεώμεθα θᾶσσον] ἀλλὰ θεραπεύσωμεν διὰ τάχους τὸ γεγονὸς ἁμάρτημα.</w:t>
      </w:r>
    </w:p>
    <w:p>
      <w:r>
        <w:rPr>
          <w:rFonts w:ascii="Courier New" w:hAnsi="Courier New"/>
          <w:color w:val="555555"/>
          <w:sz w:val="20"/>
        </w:rPr>
        <w:t>[13 115bis]</w:t>
      </w:r>
    </w:p>
    <w:p>
      <w:r>
        <w:rPr>
          <w:rFonts w:ascii="Gentium Plus" w:hAnsi="Gentium Plus"/>
          <w:sz w:val="24"/>
        </w:rPr>
        <w:t>* [ἀκεσταί] εὐθεράπευτοι εὐΐατοι. ὁ δὲ λόγος· αἱ δὲ 〈τῶν〉 ἀγα‐ θῶν—θεραπευτικαί.</w:t>
      </w:r>
    </w:p>
    <w:p>
      <w:r>
        <w:rPr>
          <w:rFonts w:ascii="Courier New" w:hAnsi="Courier New"/>
          <w:color w:val="555555"/>
          <w:sz w:val="20"/>
        </w:rPr>
        <w:t>[13 . 128]</w:t>
      </w:r>
    </w:p>
    <w:p>
      <w:r>
        <w:rPr>
          <w:rFonts w:ascii="Gentium Plus" w:hAnsi="Gentium Plus"/>
          <w:sz w:val="24"/>
        </w:rPr>
        <w:t>* [λαοσσόος] ἢ τοὺς λαοὺς ἢ—σώζουσα.</w:t>
      </w:r>
    </w:p>
    <w:p>
      <w:r>
        <w:rPr>
          <w:rFonts w:ascii="Courier New" w:hAnsi="Courier New"/>
          <w:color w:val="555555"/>
          <w:sz w:val="20"/>
        </w:rPr>
        <w:t>[13 . 130]</w:t>
      </w:r>
    </w:p>
    <w:p>
      <w:r>
        <w:rPr>
          <w:rFonts w:ascii="Gentium Plus" w:hAnsi="Gentium Plus"/>
          <w:sz w:val="24"/>
        </w:rPr>
        <w:t>[προθελύμνῳ] Ἀνδρόμαχος—θηλυμανεῖν.</w:t>
      </w:r>
    </w:p>
    <w:p>
      <w:r>
        <w:rPr>
          <w:rFonts w:ascii="Courier New" w:hAnsi="Courier New"/>
          <w:color w:val="555555"/>
          <w:sz w:val="20"/>
        </w:rPr>
        <w:t>[13 . 134]</w:t>
      </w:r>
    </w:p>
    <w:p>
      <w:r>
        <w:rPr>
          <w:rFonts w:ascii="Gentium Plus" w:hAnsi="Gentium Plus"/>
          <w:sz w:val="24"/>
        </w:rPr>
        <w:t>* [ἐπτύσσοντο] εἰς τὸ αὐτὸ συνήγετο καὶ ἐκάμπτετο κραδαινόμενα.</w:t>
      </w:r>
    </w:p>
    <w:p>
      <w:r>
        <w:rPr>
          <w:rFonts w:ascii="Courier New" w:hAnsi="Courier New"/>
          <w:color w:val="555555"/>
          <w:sz w:val="20"/>
        </w:rPr>
        <w:t>[13 . 136]</w:t>
      </w:r>
    </w:p>
    <w:p>
      <w:r>
        <w:rPr>
          <w:rFonts w:ascii="Gentium Plus" w:hAnsi="Gentium Plus"/>
          <w:sz w:val="24"/>
        </w:rPr>
        <w:t>* [προὔτυψαν] προενέβαλλον, προσέκρουσαν.</w:t>
      </w:r>
    </w:p>
    <w:p>
      <w:r>
        <w:rPr>
          <w:rFonts w:ascii="Courier New" w:hAnsi="Courier New"/>
          <w:color w:val="555555"/>
          <w:sz w:val="20"/>
        </w:rPr>
        <w:t>[13 . 137]</w:t>
      </w:r>
    </w:p>
    <w:p>
      <w:r>
        <w:rPr>
          <w:rFonts w:ascii="Gentium Plus" w:hAnsi="Gentium Plus"/>
          <w:sz w:val="24"/>
        </w:rPr>
        <w:t>* [ὀλοοίτροχος] λίθος περιφερὴς καὶ στρογγύλος— ὀλοὸς, τουτέστι ὀλέθριος, ἐπεὶ καταφερόμενος—βλάπτει. Cf ADT.</w:t>
      </w:r>
    </w:p>
    <w:p>
      <w:r>
        <w:rPr>
          <w:rFonts w:ascii="Courier New" w:hAnsi="Courier New"/>
          <w:color w:val="555555"/>
          <w:sz w:val="20"/>
        </w:rPr>
        <w:t>[13 . 138]</w:t>
      </w:r>
    </w:p>
    <w:p>
      <w:r>
        <w:rPr>
          <w:rFonts w:ascii="Gentium Plus" w:hAnsi="Gentium Plus"/>
          <w:sz w:val="24"/>
        </w:rPr>
        <w:t>* [κατὰ στεφάνης] περικεφαλαίας—πέτρας.</w:t>
      </w:r>
    </w:p>
    <w:p>
      <w:r>
        <w:rPr>
          <w:rFonts w:ascii="Courier New" w:hAnsi="Courier New"/>
          <w:color w:val="555555"/>
          <w:sz w:val="20"/>
        </w:rPr>
        <w:t>[13 . 139]</w:t>
      </w:r>
    </w:p>
    <w:p>
      <w:r>
        <w:rPr>
          <w:rFonts w:ascii="Gentium Plus" w:hAnsi="Gentium Plus"/>
          <w:sz w:val="24"/>
        </w:rPr>
        <w:t>* [ἀσχέτῳ] γράφεται «ἀσπέτῳ», πολλῷ.</w:t>
      </w:r>
    </w:p>
    <w:p>
      <w:r>
        <w:rPr>
          <w:rFonts w:ascii="Courier New" w:hAnsi="Courier New"/>
          <w:color w:val="555555"/>
          <w:sz w:val="20"/>
        </w:rPr>
        <w:t>[13 139bis]</w:t>
      </w:r>
    </w:p>
    <w:p>
      <w:r>
        <w:rPr>
          <w:rFonts w:ascii="Gentium Plus" w:hAnsi="Gentium Plus"/>
          <w:sz w:val="24"/>
        </w:rPr>
        <w:t>[ἔχματα πέτρης] ἐρείσματα ὑποκείμενα αὐτῇ.</w:t>
      </w:r>
    </w:p>
    <w:p>
      <w:r>
        <w:rPr>
          <w:rFonts w:ascii="Courier New" w:hAnsi="Courier New"/>
          <w:color w:val="555555"/>
          <w:sz w:val="20"/>
        </w:rPr>
        <w:t>[13 . 140]</w:t>
      </w:r>
    </w:p>
    <w:p>
      <w:r>
        <w:rPr>
          <w:rFonts w:ascii="Gentium Plus" w:hAnsi="Gentium Plus"/>
          <w:sz w:val="24"/>
        </w:rPr>
        <w:t>* [ὕψι τ’ ἀναθρώσκων πέτεται] ἐφ’ ὕψους ἀναβαλλόμενος καὶ ἀναπηδῶν ταχέως φέρεται.</w:t>
      </w:r>
    </w:p>
    <w:p>
      <w:r>
        <w:rPr>
          <w:rFonts w:ascii="Courier New" w:hAnsi="Courier New"/>
          <w:color w:val="555555"/>
          <w:sz w:val="20"/>
        </w:rPr>
        <w:t>[13 . 142]</w:t>
      </w:r>
    </w:p>
    <w:p>
      <w:r>
        <w:rPr>
          <w:rFonts w:ascii="Gentium Plus" w:hAnsi="Gentium Plus"/>
          <w:sz w:val="24"/>
        </w:rPr>
        <w:t>[ἐσσύμενός περ] καίπερ ὁρμῇ πολλῇ χρώμενος.</w:t>
      </w:r>
    </w:p>
    <w:p>
      <w:r>
        <w:rPr>
          <w:rFonts w:ascii="Courier New" w:hAnsi="Courier New"/>
          <w:color w:val="555555"/>
          <w:sz w:val="20"/>
        </w:rPr>
        <w:t>[13 . 143]</w:t>
      </w:r>
    </w:p>
    <w:p>
      <w:r>
        <w:rPr>
          <w:rFonts w:ascii="Gentium Plus" w:hAnsi="Gentium Plus"/>
          <w:sz w:val="24"/>
        </w:rPr>
        <w:t>[ἀπείλει] ἠπείλει, ὑπισχνεῖτο, ὁτὲ δὲ τὸ καυχᾶται καὶ ἐπι‐ πλήσσει δηλοῖ.</w:t>
      </w:r>
    </w:p>
    <w:p>
      <w:r>
        <w:rPr>
          <w:rFonts w:ascii="Courier New" w:hAnsi="Courier New"/>
          <w:color w:val="555555"/>
          <w:sz w:val="20"/>
        </w:rPr>
        <w:t>[13 . 145]</w:t>
      </w:r>
    </w:p>
    <w:p>
      <w:r>
        <w:rPr>
          <w:rFonts w:ascii="Gentium Plus" w:hAnsi="Gentium Plus"/>
          <w:sz w:val="24"/>
        </w:rPr>
        <w:t>[πυκινῇς—φάλαγξι] ταῖς πυκναῖς ἐνέτυχεν τάξεσιν.</w:t>
      </w:r>
    </w:p>
    <w:p>
      <w:r>
        <w:rPr>
          <w:rFonts w:ascii="Courier New" w:hAnsi="Courier New"/>
          <w:color w:val="555555"/>
          <w:sz w:val="20"/>
        </w:rPr>
        <w:t>[13 . 147]</w:t>
      </w:r>
    </w:p>
    <w:p>
      <w:r>
        <w:rPr>
          <w:rFonts w:ascii="Gentium Plus" w:hAnsi="Gentium Plus"/>
          <w:sz w:val="24"/>
        </w:rPr>
        <w:t>* [ἀμφιγύοισιν] ἑκατέρωθεν ἠκονημένοις καὶ βλάπτειν δυναμέ‐ νοις.</w:t>
      </w:r>
    </w:p>
    <w:p>
      <w:r>
        <w:rPr>
          <w:rFonts w:ascii="Courier New" w:hAnsi="Courier New"/>
          <w:color w:val="555555"/>
          <w:sz w:val="20"/>
        </w:rPr>
        <w:t>[13 . 150]</w:t>
      </w:r>
    </w:p>
    <w:p>
      <w:r>
        <w:rPr>
          <w:rFonts w:ascii="Gentium Plus" w:hAnsi="Gentium Plus"/>
          <w:sz w:val="24"/>
        </w:rPr>
        <w:t>[Δάρδανοι] 〈οἱ ἐν Δαρδανίᾳ〉 πόλει τῆς Τροίας οἰκοῦντες.</w:t>
      </w:r>
    </w:p>
    <w:p>
      <w:r>
        <w:rPr>
          <w:rFonts w:ascii="Courier New" w:hAnsi="Courier New"/>
          <w:color w:val="555555"/>
          <w:sz w:val="20"/>
        </w:rPr>
        <w:t>[13 . 152]</w:t>
      </w:r>
    </w:p>
    <w:p>
      <w:r>
        <w:rPr>
          <w:rFonts w:ascii="Gentium Plus" w:hAnsi="Gentium Plus"/>
          <w:sz w:val="24"/>
        </w:rPr>
        <w:t>[πυργηδὸν] δίκην καὶ ἐν τάξει πύργου.</w:t>
      </w:r>
    </w:p>
    <w:p>
      <w:r>
        <w:rPr>
          <w:rFonts w:ascii="Courier New" w:hAnsi="Courier New"/>
          <w:color w:val="555555"/>
          <w:sz w:val="20"/>
        </w:rPr>
        <w:t>[13 . 158]</w:t>
      </w:r>
    </w:p>
    <w:p>
      <w:r>
        <w:rPr>
          <w:rFonts w:ascii="Gentium Plus" w:hAnsi="Gentium Plus"/>
          <w:sz w:val="24"/>
        </w:rPr>
        <w:t>ὑπ’ ἀσπίδια προποδίζων] ὑπὸ τῇ ἀσπίδι ἠρέμα 〈καὶ〉 εὐρύθμως —ἀσπίδα οὐδὲ ὅπλα, ἐπεὶ ἂν αὐτὴν ἐκράτει.</w:t>
      </w:r>
    </w:p>
    <w:p>
      <w:r>
        <w:rPr>
          <w:rFonts w:ascii="Courier New" w:hAnsi="Courier New"/>
          <w:color w:val="555555"/>
          <w:sz w:val="20"/>
        </w:rPr>
        <w:t>[13 158bis]</w:t>
      </w:r>
    </w:p>
    <w:p>
      <w:r>
        <w:rPr>
          <w:rFonts w:ascii="Gentium Plus" w:hAnsi="Gentium Plus"/>
          <w:sz w:val="24"/>
        </w:rPr>
        <w:t>* [ὑπασπίδια προποδίζων] μετέωρα καὶ ὑψηλὰ καὶ ἐπ’ ἄκρων τῶν ποδῶν—οἱονεὶ ἀκροβηματίζων.</w:t>
      </w:r>
    </w:p>
    <w:p>
      <w:r>
        <w:rPr>
          <w:rFonts w:ascii="Courier New" w:hAnsi="Courier New"/>
          <w:color w:val="555555"/>
          <w:sz w:val="20"/>
        </w:rPr>
        <w:t>[13 . 162]</w:t>
      </w:r>
    </w:p>
    <w:p>
      <w:r>
        <w:rPr>
          <w:rFonts w:ascii="Gentium Plus" w:hAnsi="Gentium Plus"/>
          <w:sz w:val="24"/>
        </w:rPr>
        <w:t>* [καυλῷ] τῷ ἄκρῳ τοῦ δόρατος, τῷ ἐμβαλλομένῳ εἰς τὴν ἐπι‐ δορατίδα.</w:t>
      </w:r>
    </w:p>
    <w:p>
      <w:r>
        <w:rPr>
          <w:rFonts w:ascii="Courier New" w:hAnsi="Courier New"/>
          <w:color w:val="555555"/>
          <w:sz w:val="20"/>
        </w:rPr>
        <w:t>[13 . 165]</w:t>
      </w:r>
    </w:p>
    <w:p>
      <w:r>
        <w:rPr>
          <w:rFonts w:ascii="Gentium Plus" w:hAnsi="Gentium Plus"/>
          <w:sz w:val="24"/>
        </w:rPr>
        <w:t>ἐλυπήθη—δόρυ.</w:t>
      </w:r>
    </w:p>
    <w:p>
      <w:r>
        <w:rPr>
          <w:rFonts w:ascii="Courier New" w:hAnsi="Courier New"/>
          <w:color w:val="555555"/>
          <w:sz w:val="20"/>
        </w:rPr>
        <w:t>[13 . 168]</w:t>
      </w:r>
    </w:p>
    <w:p>
      <w:r>
        <w:rPr>
          <w:rFonts w:ascii="Gentium Plus" w:hAnsi="Gentium Plus"/>
          <w:sz w:val="24"/>
        </w:rPr>
        <w:t>[οἰσόμενος] διαφέρει τὸ οἴσων καὶ τὸ οἰσόμενος· οἴσω μὲν γὰρ ἑτέρῳ· «οἶσε θέειον, γρηΰ, κακῶν ἄκος» (Od. XXII, 481) «οἴσετε δ’ ἄρνα λευκόν» (Il. III, 103), οἰσόμενος δὲ ἑαυτῷ.</w:t>
      </w:r>
    </w:p>
    <w:p>
      <w:r>
        <w:rPr>
          <w:rFonts w:ascii="Courier New" w:hAnsi="Courier New"/>
          <w:color w:val="555555"/>
          <w:sz w:val="20"/>
        </w:rPr>
        <w:t>[13 . 178]</w:t>
      </w:r>
    </w:p>
    <w:p>
      <w:r>
        <w:rPr>
          <w:rFonts w:ascii="Gentium Plus" w:hAnsi="Gentium Plus"/>
          <w:sz w:val="24"/>
        </w:rPr>
        <w:t>[μελίη] εἶδος δένδρου.</w:t>
      </w:r>
    </w:p>
    <w:p>
      <w:r>
        <w:rPr>
          <w:rFonts w:ascii="Courier New" w:hAnsi="Courier New"/>
          <w:color w:val="555555"/>
          <w:sz w:val="20"/>
        </w:rPr>
        <w:t>[13 . 180]</w:t>
      </w:r>
    </w:p>
    <w:p>
      <w:r>
        <w:rPr>
          <w:rFonts w:ascii="Gentium Plus" w:hAnsi="Gentium Plus"/>
          <w:sz w:val="24"/>
        </w:rPr>
        <w:t>[τέρενα] τρυφερὰ—εἰρηκέναι.</w:t>
      </w:r>
    </w:p>
    <w:p>
      <w:r>
        <w:rPr>
          <w:rFonts w:ascii="Courier New" w:hAnsi="Courier New"/>
          <w:color w:val="555555"/>
          <w:sz w:val="20"/>
        </w:rPr>
        <w:t>[13 . 198]</w:t>
      </w:r>
    </w:p>
    <w:p>
      <w:r>
        <w:rPr>
          <w:rFonts w:ascii="Gentium Plus" w:hAnsi="Gentium Plus"/>
          <w:sz w:val="24"/>
        </w:rPr>
        <w:t>[καρχαροδόντων] ἐπικαμπεῖς ὀδόντας ἐχόντων.</w:t>
      </w:r>
    </w:p>
    <w:p>
      <w:r>
        <w:rPr>
          <w:rFonts w:ascii="Courier New" w:hAnsi="Courier New"/>
          <w:color w:val="555555"/>
          <w:sz w:val="20"/>
        </w:rPr>
        <w:t>[13 . 199]</w:t>
      </w:r>
    </w:p>
    <w:p>
      <w:r>
        <w:rPr>
          <w:rFonts w:ascii="Gentium Plus" w:hAnsi="Gentium Plus"/>
          <w:sz w:val="24"/>
        </w:rPr>
        <w:t>[ῥωπήϊα] ἱμαντώδη φυτὰ δένδρων.</w:t>
      </w:r>
    </w:p>
    <w:p>
      <w:r>
        <w:rPr>
          <w:rFonts w:ascii="Courier New" w:hAnsi="Courier New"/>
          <w:color w:val="555555"/>
          <w:sz w:val="20"/>
        </w:rPr>
        <w:t>[13 . 204]</w:t>
      </w:r>
    </w:p>
    <w:p>
      <w:r>
        <w:rPr>
          <w:rFonts w:ascii="Gentium Plus" w:hAnsi="Gentium Plus"/>
          <w:sz w:val="24"/>
        </w:rPr>
        <w:t>[σφαιρηδὸν ἑλιξάμενος] δίκην σφαίρας ἐπιστραφεὶς.</w:t>
      </w:r>
    </w:p>
    <w:p>
      <w:r>
        <w:rPr>
          <w:rFonts w:ascii="Courier New" w:hAnsi="Courier New"/>
          <w:color w:val="555555"/>
          <w:sz w:val="20"/>
        </w:rPr>
        <w:t>[13 . 217]</w:t>
      </w:r>
    </w:p>
    <w:p>
      <w:r>
        <w:rPr>
          <w:rFonts w:ascii="Gentium Plus" w:hAnsi="Gentium Plus"/>
          <w:sz w:val="24"/>
        </w:rPr>
        <w:t>[Πλευρῶνι—Καλυδῶνι] ἀντὶ τοῦ Πλευρῶνος καὶ Καλυδῶνος. εἰσὶ δὲ πόλεις Αἰτωλίας.</w:t>
      </w:r>
    </w:p>
    <w:p>
      <w:r>
        <w:rPr>
          <w:rFonts w:ascii="Courier New" w:hAnsi="Courier New"/>
          <w:color w:val="555555"/>
          <w:sz w:val="20"/>
        </w:rPr>
        <w:t>[13 . 219]</w:t>
      </w:r>
    </w:p>
    <w:p>
      <w:r>
        <w:rPr>
          <w:rFonts w:ascii="Gentium Plus" w:hAnsi="Gentium Plus"/>
          <w:sz w:val="24"/>
        </w:rPr>
        <w:t>ἐλλείπει τὸ εἰσίν. ἔπειτα ἀπὸ ἄλλης διανοίας· «οἴχονται, τὰς</w:t>
      </w:r>
    </w:p>
    <w:p>
      <w:r>
        <w:rPr>
          <w:rFonts w:ascii="Courier New" w:hAnsi="Courier New"/>
          <w:color w:val="555555"/>
          <w:sz w:val="20"/>
        </w:rPr>
        <w:t>[13 . 223]</w:t>
      </w:r>
    </w:p>
    <w:p>
      <w:r>
        <w:rPr>
          <w:rFonts w:ascii="Gentium Plus" w:hAnsi="Gentium Plus"/>
          <w:sz w:val="24"/>
        </w:rPr>
        <w:t>[ἐπιστάμεθα] ἐμπείρως ἔχομεν, δυνάμεθα.</w:t>
      </w:r>
    </w:p>
    <w:p>
      <w:r>
        <w:rPr>
          <w:rFonts w:ascii="Courier New" w:hAnsi="Courier New"/>
          <w:color w:val="555555"/>
          <w:sz w:val="20"/>
        </w:rPr>
        <w:t>[13 . 228]</w:t>
      </w:r>
    </w:p>
    <w:p>
      <w:r>
        <w:rPr>
          <w:rFonts w:ascii="Gentium Plus" w:hAnsi="Gentium Plus"/>
          <w:sz w:val="24"/>
        </w:rPr>
        <w:t>* [μενεδήϊος] ὑπομονητικὸς ἐν τῇ μάχῃ.</w:t>
      </w:r>
    </w:p>
    <w:p>
      <w:r>
        <w:rPr>
          <w:rFonts w:ascii="Courier New" w:hAnsi="Courier New"/>
          <w:color w:val="555555"/>
          <w:sz w:val="20"/>
        </w:rPr>
        <w:t>[13 . 233]</w:t>
      </w:r>
    </w:p>
    <w:p>
      <w:r>
        <w:rPr>
          <w:rFonts w:ascii="Gentium Plus" w:hAnsi="Gentium Plus"/>
          <w:sz w:val="24"/>
        </w:rPr>
        <w:t>* [μέλπηθρα] ἐμπαίγματα, παίγνια· εἰώθασι γὰρ οἱ κύνες κορεσθέντες ἐμπαίζειν τοῖς λειψάνοις, λέων δὲ τὸ πᾶν ἐσθίει καὶ Κύ‐ κλωψ· «ἤσθιε δ’ ὥστε λέων». (Od. IX, 291.)</w:t>
      </w:r>
    </w:p>
    <w:p>
      <w:r>
        <w:rPr>
          <w:rFonts w:ascii="Courier New" w:hAnsi="Courier New"/>
          <w:color w:val="555555"/>
          <w:sz w:val="20"/>
        </w:rPr>
        <w:t>[13 . 237]</w:t>
      </w:r>
    </w:p>
    <w:p>
      <w:r>
        <w:rPr>
          <w:rFonts w:ascii="Gentium Plus" w:hAnsi="Gentium Plus"/>
          <w:sz w:val="24"/>
        </w:rPr>
        <w:t>* [συμφερτή] συμφόρητος. τὸ δὲ ὅλον καὶ ἡ τῶν δειλῶν— γεννᾷ. [συμφερτή] οὐδεμίαν πρόφασιν λείπει τοῖς ἀνδρείοις· εἴγε καὶ δειλοὶ ἀλλήλοισι συνελθόντες ἐνάρετα δρῶσι, καὶ μάλα γε λυγρῶν ἀνδρῶν</w:t>
      </w:r>
    </w:p>
    <w:p>
      <w:r>
        <w:rPr>
          <w:rFonts w:ascii="Courier New" w:hAnsi="Courier New"/>
          <w:color w:val="555555"/>
          <w:sz w:val="20"/>
        </w:rPr>
        <w:t>[5]</w:t>
      </w:r>
    </w:p>
    <w:p>
      <w:r>
        <w:rPr>
          <w:rFonts w:ascii="Gentium Plus" w:hAnsi="Gentium Plus"/>
          <w:sz w:val="24"/>
        </w:rPr>
        <w:t>συμφερτὴ γίνεται ἀρετὴ, πόσῳ μᾶλλον ὄντες ἀγαθοὶ ἡμεῖς δυνάμεθα μάχεσθαι;</w:t>
      </w:r>
    </w:p>
    <w:p>
      <w:r>
        <w:rPr>
          <w:rFonts w:ascii="Courier New" w:hAnsi="Courier New"/>
          <w:color w:val="555555"/>
          <w:sz w:val="20"/>
        </w:rPr>
        <w:t>[13 . 238]</w:t>
      </w:r>
    </w:p>
    <w:p>
      <w:r>
        <w:rPr>
          <w:rFonts w:ascii="Gentium Plus" w:hAnsi="Gentium Plus"/>
          <w:sz w:val="24"/>
        </w:rPr>
        <w:t>[νῶϊ δὲ] ... ἐπιστάμεθα γὰρ τὸ δυνάμεθα.</w:t>
      </w:r>
    </w:p>
    <w:p>
      <w:r>
        <w:rPr>
          <w:rFonts w:ascii="Courier New" w:hAnsi="Courier New"/>
          <w:color w:val="555555"/>
          <w:sz w:val="20"/>
        </w:rPr>
        <w:t>[13 . 247]</w:t>
      </w:r>
    </w:p>
    <w:p>
      <w:r>
        <w:rPr>
          <w:rFonts w:ascii="Gentium Plus" w:hAnsi="Gentium Plus"/>
          <w:sz w:val="24"/>
        </w:rPr>
        <w:t>[μετὰ .... ᾔει] ἀπῄει γὰρ δόρυ κομίσων.</w:t>
      </w:r>
    </w:p>
    <w:p>
      <w:r>
        <w:rPr>
          <w:rFonts w:ascii="Courier New" w:hAnsi="Courier New"/>
          <w:color w:val="555555"/>
          <w:sz w:val="20"/>
        </w:rPr>
        <w:t>[13 . 251]</w:t>
      </w:r>
    </w:p>
    <w:p>
      <w:r>
        <w:rPr>
          <w:rFonts w:ascii="Gentium Plus" w:hAnsi="Gentium Plus"/>
          <w:sz w:val="24"/>
        </w:rPr>
        <w:t>[ἦέ τε βέβληαι] ἦ τέτρωσαι μέρος τοῦ σώματος.</w:t>
      </w:r>
    </w:p>
    <w:p>
      <w:r>
        <w:rPr>
          <w:rFonts w:ascii="Courier New" w:hAnsi="Courier New"/>
          <w:color w:val="555555"/>
          <w:sz w:val="20"/>
        </w:rPr>
        <w:t>[13 . 252]</w:t>
      </w:r>
    </w:p>
    <w:p>
      <w:r>
        <w:rPr>
          <w:rFonts w:ascii="Gentium Plus" w:hAnsi="Gentium Plus"/>
          <w:sz w:val="24"/>
        </w:rPr>
        <w:t>[ἠέ τευ ἀγγελίης] ἢ περί τινος ἀγγελίας πρὸς ἐμὲ παραγέγονας.</w:t>
      </w:r>
    </w:p>
    <w:p>
      <w:r>
        <w:rPr>
          <w:rFonts w:ascii="Courier New" w:hAnsi="Courier New"/>
          <w:color w:val="555555"/>
          <w:sz w:val="20"/>
        </w:rPr>
        <w:t>[13 . 268]</w:t>
      </w:r>
    </w:p>
    <w:p>
      <w:r>
        <w:rPr>
          <w:rFonts w:ascii="Gentium Plus" w:hAnsi="Gentium Plus"/>
          <w:sz w:val="24"/>
        </w:rPr>
        <w:t>[ἀλλ’ οὐ σχεδόν ἐστιν ἑλέσθαι] ἀλλ’ οὐκέτι μοι ἐγγὺς ὥστε λαβεῖν.</w:t>
      </w:r>
    </w:p>
    <w:p>
      <w:r>
        <w:rPr>
          <w:rFonts w:ascii="Courier New" w:hAnsi="Courier New"/>
          <w:color w:val="555555"/>
          <w:sz w:val="20"/>
        </w:rPr>
        <w:t>[13 . 274]</w:t>
      </w:r>
    </w:p>
    <w:p>
      <w:r>
        <w:rPr>
          <w:rFonts w:ascii="Gentium Plus" w:hAnsi="Gentium Plus"/>
          <w:sz w:val="24"/>
        </w:rPr>
        <w:t>[τί σε χρὴ ταῦτα λέγεσθαι;] οἷον οὐ χρή σε περὶ τούτων λέ‐ γειν τι.</w:t>
      </w:r>
    </w:p>
    <w:p>
      <w:r>
        <w:rPr>
          <w:rFonts w:ascii="Courier New" w:hAnsi="Courier New"/>
          <w:color w:val="555555"/>
          <w:sz w:val="20"/>
        </w:rPr>
        <w:t>[13 . 279]</w:t>
      </w:r>
    </w:p>
    <w:p>
      <w:r>
        <w:rPr>
          <w:rFonts w:ascii="Gentium Plus" w:hAnsi="Gentium Plus"/>
          <w:sz w:val="24"/>
        </w:rPr>
        <w:t>* [ἄλλυδις ἄλλῃ] ἀπὸ ἄλλου εἰς ἄλλο κατάστημα.</w:t>
      </w:r>
    </w:p>
    <w:p>
      <w:r>
        <w:rPr>
          <w:rFonts w:ascii="Courier New" w:hAnsi="Courier New"/>
          <w:color w:val="555555"/>
          <w:sz w:val="20"/>
        </w:rPr>
        <w:t>[13 . 281]</w:t>
      </w:r>
    </w:p>
    <w:p>
      <w:r>
        <w:rPr>
          <w:rFonts w:ascii="Gentium Plus" w:hAnsi="Gentium Plus"/>
          <w:sz w:val="24"/>
        </w:rPr>
        <w:t>[μετοκλάζει] μετακαθίζει—μετακαθίζων.</w:t>
      </w:r>
    </w:p>
    <w:p>
      <w:r>
        <w:rPr>
          <w:rFonts w:ascii="Courier New" w:hAnsi="Courier New"/>
          <w:color w:val="555555"/>
          <w:sz w:val="20"/>
        </w:rPr>
        <w:t>[13 . 282]</w:t>
      </w:r>
    </w:p>
    <w:p>
      <w:r>
        <w:rPr>
          <w:rFonts w:ascii="Gentium Plus" w:hAnsi="Gentium Plus"/>
          <w:sz w:val="24"/>
        </w:rPr>
        <w:t>* [πατάσσει] κτυπεῖ ἢ—παλμῷ ἀπὸ τοῦ πολλοῦ φόβου.</w:t>
      </w:r>
    </w:p>
    <w:p>
      <w:r>
        <w:rPr>
          <w:rFonts w:ascii="Courier New" w:hAnsi="Courier New"/>
          <w:color w:val="555555"/>
          <w:sz w:val="20"/>
        </w:rPr>
        <w:t>[13 . 286]</w:t>
      </w:r>
    </w:p>
    <w:p>
      <w:r>
        <w:rPr>
          <w:rFonts w:ascii="Gentium Plus" w:hAnsi="Gentium Plus"/>
          <w:sz w:val="24"/>
        </w:rPr>
        <w:t>εὔχεται ὁ γενναῖος ἀνὴρ τὴν ταχίστην συμβαλεῖν τοῖς πολε‐ μίοις.</w:t>
      </w:r>
    </w:p>
    <w:p>
      <w:r>
        <w:rPr>
          <w:rFonts w:ascii="Courier New" w:hAnsi="Courier New"/>
          <w:color w:val="555555"/>
          <w:sz w:val="20"/>
        </w:rPr>
        <w:t>[13 . 287]</w:t>
      </w:r>
    </w:p>
    <w:p>
      <w:r>
        <w:rPr>
          <w:rFonts w:ascii="Gentium Plus" w:hAnsi="Gentium Plus"/>
          <w:sz w:val="24"/>
        </w:rPr>
        <w:t>οὐδ’ ἂν ἐνταῦθά τις καταμέμψαιτό σου τὴν δύναμιν καὶ τὴν</w:t>
      </w:r>
    </w:p>
    <w:p>
      <w:r>
        <w:rPr>
          <w:rFonts w:ascii="Courier New" w:hAnsi="Courier New"/>
          <w:color w:val="555555"/>
          <w:sz w:val="20"/>
        </w:rPr>
        <w:t>[13 . 288]</w:t>
      </w:r>
    </w:p>
    <w:p>
      <w:r>
        <w:rPr>
          <w:rFonts w:ascii="Gentium Plus" w:hAnsi="Gentium Plus"/>
          <w:sz w:val="24"/>
        </w:rPr>
        <w:t>* [τυπείης] ἐκ χειρὸς τρωθείης.</w:t>
      </w:r>
    </w:p>
    <w:p>
      <w:r>
        <w:rPr>
          <w:rFonts w:ascii="Courier New" w:hAnsi="Courier New"/>
          <w:color w:val="555555"/>
          <w:sz w:val="20"/>
        </w:rPr>
        <w:t>[13 . 291]</w:t>
      </w:r>
    </w:p>
    <w:p>
      <w:r>
        <w:rPr>
          <w:rFonts w:ascii="Gentium Plus" w:hAnsi="Gentium Plus"/>
          <w:sz w:val="24"/>
        </w:rPr>
        <w:t>* [μετὰ προμάχων ὀαριστύν] ἐπὶ τὴν ὁμιλίαν καὶ τὴν συνα‐ ναστροφήν.</w:t>
      </w:r>
    </w:p>
    <w:p>
      <w:r>
        <w:rPr>
          <w:rFonts w:ascii="Courier New" w:hAnsi="Courier New"/>
          <w:color w:val="555555"/>
          <w:sz w:val="20"/>
        </w:rPr>
        <w:t>[13 . 297]</w:t>
      </w:r>
    </w:p>
    <w:p>
      <w:r>
        <w:rPr>
          <w:rFonts w:ascii="Gentium Plus" w:hAnsi="Gentium Plus"/>
          <w:sz w:val="24"/>
        </w:rPr>
        <w:t>[μέγα πτολέμοιο μεμηλώς] τοῦ πολέμου ἐπιμέλειαν καὶ φροντί‐ δα ποιούμενος.</w:t>
      </w:r>
    </w:p>
    <w:p>
      <w:r>
        <w:rPr>
          <w:rFonts w:ascii="Courier New" w:hAnsi="Courier New"/>
          <w:color w:val="555555"/>
          <w:sz w:val="20"/>
        </w:rPr>
        <w:t>[13 . 300]</w:t>
      </w:r>
    </w:p>
    <w:p>
      <w:r>
        <w:rPr>
          <w:rFonts w:ascii="Gentium Plus" w:hAnsi="Gentium Plus"/>
          <w:sz w:val="24"/>
        </w:rPr>
        <w:t>[ταλάφρονα] ὑπομονητικὸν φρόνημα ἔχοντα, ἀνδρεῖον.</w:t>
      </w:r>
    </w:p>
    <w:p>
      <w:r>
        <w:rPr>
          <w:rFonts w:ascii="Courier New" w:hAnsi="Courier New"/>
          <w:color w:val="555555"/>
          <w:sz w:val="20"/>
        </w:rPr>
        <w:t>[13 . 302]</w:t>
      </w:r>
    </w:p>
    <w:p>
      <w:r>
        <w:rPr>
          <w:rFonts w:ascii="Gentium Plus" w:hAnsi="Gentium Plus"/>
          <w:sz w:val="24"/>
        </w:rPr>
        <w:t>μετὰ Φλεγύας] Φλεγύαι Γόρτυναν—τοῦ Ἀπόλλω‐ νος, ὡς ἱστορεῖ Φερεκύδης.</w:t>
      </w:r>
    </w:p>
    <w:p>
      <w:r>
        <w:rPr>
          <w:rFonts w:ascii="Courier New" w:hAnsi="Courier New"/>
          <w:color w:val="555555"/>
          <w:sz w:val="20"/>
        </w:rPr>
        <w:t>[13 . 315]</w:t>
      </w:r>
    </w:p>
    <w:p>
      <w:r>
        <w:rPr>
          <w:rFonts w:ascii="Gentium Plus" w:hAnsi="Gentium Plus"/>
          <w:sz w:val="24"/>
        </w:rPr>
        <w:t>* [ἄδην ἐλόωσιν] εἰς κόρον ἐλῶσιν, ὅ ἐστι πολέμου κορεσθῆναι ποιήσωσιν.</w:t>
      </w:r>
    </w:p>
    <w:p>
      <w:r>
        <w:rPr>
          <w:rFonts w:ascii="Courier New" w:hAnsi="Courier New"/>
          <w:color w:val="555555"/>
          <w:sz w:val="20"/>
        </w:rPr>
        <w:t>[13 . 322]</w:t>
      </w:r>
    </w:p>
    <w:p>
      <w:r>
        <w:rPr>
          <w:rFonts w:ascii="Gentium Plus" w:hAnsi="Gentium Plus"/>
          <w:sz w:val="24"/>
        </w:rPr>
        <w:t>[ἔδοι] ἄλλως· τὸν σίτον—γίνεται.</w:t>
      </w:r>
    </w:p>
    <w:p>
      <w:r>
        <w:rPr>
          <w:rFonts w:ascii="Courier New" w:hAnsi="Courier New"/>
          <w:color w:val="555555"/>
          <w:sz w:val="20"/>
        </w:rPr>
        <w:t>[13 . 334]</w:t>
      </w:r>
    </w:p>
    <w:p>
      <w:r>
        <w:rPr>
          <w:rFonts w:ascii="Gentium Plus" w:hAnsi="Gentium Plus"/>
          <w:sz w:val="24"/>
        </w:rPr>
        <w:t>[λιγέων] τῶν κατὰ τὸν ἦχον ὀξέων.</w:t>
      </w:r>
    </w:p>
    <w:p>
      <w:r>
        <w:rPr>
          <w:rFonts w:ascii="Courier New" w:hAnsi="Courier New"/>
          <w:color w:val="555555"/>
          <w:sz w:val="20"/>
        </w:rPr>
        <w:t>[13 . 339]</w:t>
      </w:r>
    </w:p>
    <w:p>
      <w:r>
        <w:rPr>
          <w:rFonts w:ascii="Gentium Plus" w:hAnsi="Gentium Plus"/>
          <w:sz w:val="24"/>
        </w:rPr>
        <w:t>* [ἔφριξεν] ἐπυκνώθη ἡ μάχη τῇ τῶν δοράτων ἀνατάσει· φρίσσειν γὰρ τὸ ὀρθοῦσθαι.</w:t>
      </w:r>
    </w:p>
    <w:p>
      <w:r>
        <w:rPr>
          <w:rFonts w:ascii="Courier New" w:hAnsi="Courier New"/>
          <w:color w:val="555555"/>
          <w:sz w:val="20"/>
        </w:rPr>
        <w:t>[13 . 340]</w:t>
      </w:r>
    </w:p>
    <w:p>
      <w:r>
        <w:rPr>
          <w:rFonts w:ascii="Gentium Plus" w:hAnsi="Gentium Plus"/>
          <w:sz w:val="24"/>
        </w:rPr>
        <w:t>[ταμεσίχροας] παρὰ τὸ ταμῶ ῥῆμα, οὗ ὁ μέλλων ταμέσω. * [ταμεσίχροας] τμητικὰς χρωτός. * [ἄμερδεν] ἐστέρισκε καὶ ἠμαύρου.</w:t>
      </w:r>
    </w:p>
    <w:p>
      <w:r>
        <w:rPr>
          <w:rFonts w:ascii="Courier New" w:hAnsi="Courier New"/>
          <w:color w:val="555555"/>
          <w:sz w:val="20"/>
        </w:rPr>
        <w:t>[13 . 354]</w:t>
      </w:r>
    </w:p>
    <w:p>
      <w:r>
        <w:rPr>
          <w:rFonts w:ascii="Gentium Plus" w:hAnsi="Gentium Plus"/>
          <w:sz w:val="24"/>
        </w:rPr>
        <w:t>ἐκ τοῦ αὐτοῦ πατρὸς γένεσις ἡ πατρίς.</w:t>
      </w:r>
    </w:p>
    <w:p>
      <w:r>
        <w:rPr>
          <w:rFonts w:ascii="Courier New" w:hAnsi="Courier New"/>
          <w:color w:val="555555"/>
          <w:sz w:val="20"/>
        </w:rPr>
        <w:t>[13 354bis]</w:t>
      </w:r>
    </w:p>
    <w:p>
      <w:r>
        <w:rPr>
          <w:rFonts w:ascii="Gentium Plus" w:hAnsi="Gentium Plus"/>
          <w:sz w:val="24"/>
        </w:rPr>
        <w:t>[ἤδ’ ἴα] ἵνα ᾖ καὶ μόνη.</w:t>
      </w:r>
    </w:p>
    <w:p>
      <w:r>
        <w:rPr>
          <w:rFonts w:ascii="Courier New" w:hAnsi="Courier New"/>
          <w:color w:val="555555"/>
          <w:sz w:val="20"/>
        </w:rPr>
        <w:t>[13 . 359]</w:t>
      </w:r>
    </w:p>
    <w:p>
      <w:r>
        <w:rPr>
          <w:rFonts w:ascii="Gentium Plus" w:hAnsi="Gentium Plus"/>
          <w:sz w:val="24"/>
        </w:rPr>
        <w:t>* [ἐπαλλάξαντες] ἐπιπλέξαντες τὰς χεῖρας, οἱονεὶ δήσαντες.</w:t>
      </w:r>
    </w:p>
    <w:p>
      <w:r>
        <w:rPr>
          <w:rFonts w:ascii="Courier New" w:hAnsi="Courier New"/>
          <w:color w:val="555555"/>
          <w:sz w:val="20"/>
        </w:rPr>
        <w:t>[13 . 360]</w:t>
      </w:r>
    </w:p>
    <w:p>
      <w:r>
        <w:rPr>
          <w:rFonts w:ascii="Gentium Plus" w:hAnsi="Gentium Plus"/>
          <w:sz w:val="24"/>
        </w:rPr>
        <w:t>[ἄλυτον] ἀντὶ τοῦ δύσλυτον.</w:t>
      </w:r>
    </w:p>
    <w:p>
      <w:r>
        <w:rPr>
          <w:rFonts w:ascii="Courier New" w:hAnsi="Courier New"/>
          <w:color w:val="555555"/>
          <w:sz w:val="20"/>
        </w:rPr>
        <w:t>[13 . 361]</w:t>
      </w:r>
    </w:p>
    <w:p>
      <w:r>
        <w:rPr>
          <w:rFonts w:ascii="Gentium Plus" w:hAnsi="Gentium Plus"/>
          <w:sz w:val="24"/>
        </w:rPr>
        <w:t>* [μεσαιπόλιος] ὁ ῥαντοπόλιος. * [μεσαιπόλιος] ὁ λεγόμενος—ὡς μεσῆλιξ.</w:t>
      </w:r>
    </w:p>
    <w:p>
      <w:r>
        <w:rPr>
          <w:rFonts w:ascii="Courier New" w:hAnsi="Courier New"/>
          <w:color w:val="555555"/>
          <w:sz w:val="20"/>
        </w:rPr>
        <w:t>[13 . 363]</w:t>
      </w:r>
    </w:p>
    <w:p>
      <w:r>
        <w:rPr>
          <w:rFonts w:ascii="Gentium Plus" w:hAnsi="Gentium Plus"/>
          <w:sz w:val="24"/>
        </w:rPr>
        <w:t>* [ἔνδον ἐόντα] τὸ μὲν λεξικὸν ἐνδεδημηκότα, ἐμοὶ δὲ δοκεῖ ἔνδον ὄντα τοῦ δεσμοῦ τοῦ παρὰ τοῦ Διὸς γεγονότος καὶ Ποσειδῶνος.</w:t>
      </w:r>
    </w:p>
    <w:p>
      <w:r>
        <w:rPr>
          <w:rFonts w:ascii="Courier New" w:hAnsi="Courier New"/>
          <w:color w:val="555555"/>
          <w:sz w:val="20"/>
        </w:rPr>
        <w:t>[13 . 364]</w:t>
      </w:r>
    </w:p>
    <w:p>
      <w:r>
        <w:rPr>
          <w:rFonts w:ascii="Gentium Plus" w:hAnsi="Gentium Plus"/>
          <w:sz w:val="24"/>
        </w:rPr>
        <w:t>[μετὰ κλέος εἰσεληλούθει] ἐπὶ τὴν τῶν θεῶν δόξαν παρεγε‐</w:t>
      </w:r>
    </w:p>
    <w:p>
      <w:r>
        <w:rPr>
          <w:rFonts w:ascii="Courier New" w:hAnsi="Courier New"/>
          <w:color w:val="555555"/>
          <w:sz w:val="20"/>
        </w:rPr>
        <w:t>[13 . 366]</w:t>
      </w:r>
    </w:p>
    <w:p>
      <w:r>
        <w:rPr>
          <w:rFonts w:ascii="Gentium Plus" w:hAnsi="Gentium Plus"/>
          <w:sz w:val="24"/>
        </w:rPr>
        <w:t>[ἀνάεδνον] ἄνευ 〈τῶν〉 πρὸ γάμου διδομένων δώρων.</w:t>
      </w:r>
    </w:p>
    <w:p>
      <w:r>
        <w:rPr>
          <w:rFonts w:ascii="Courier New" w:hAnsi="Courier New"/>
          <w:color w:val="555555"/>
          <w:sz w:val="20"/>
        </w:rPr>
        <w:t>[13 . 388]</w:t>
      </w:r>
    </w:p>
    <w:p>
      <w:r>
        <w:rPr>
          <w:rFonts w:ascii="Gentium Plus" w:hAnsi="Gentium Plus"/>
          <w:sz w:val="24"/>
        </w:rPr>
        <w:t>[λαιμὸν ὑπ’ ἀνθερεῶνα] κατὰ τὸν λαιμὸν ὑποκάτω τοῦ γενείου. [διὰ πρὸ δὲ χαλκὸν ἔλασσεν] διήλασε δὲ τὸν σίδηρον διόλου, του‐ τέστι διεπέρασεν.</w:t>
      </w:r>
    </w:p>
    <w:p>
      <w:r>
        <w:rPr>
          <w:rFonts w:ascii="Courier New" w:hAnsi="Courier New"/>
          <w:color w:val="555555"/>
          <w:sz w:val="20"/>
        </w:rPr>
        <w:t>[13 . 389]</w:t>
      </w:r>
    </w:p>
    <w:p>
      <w:r>
        <w:rPr>
          <w:rFonts w:ascii="Gentium Plus" w:hAnsi="Gentium Plus"/>
          <w:sz w:val="24"/>
        </w:rPr>
        <w:t>[ἀχερωΐς] παρὰ τὸ ἐκ τοῦ Ἀχέροντος ποταμοῦ κομισθῆναι —αὐτὴν ἐπὶ τῇ τοῦ Κερβέρου νίκῃ.</w:t>
      </w:r>
    </w:p>
    <w:p>
      <w:r>
        <w:rPr>
          <w:rFonts w:ascii="Courier New" w:hAnsi="Courier New"/>
          <w:color w:val="555555"/>
          <w:sz w:val="20"/>
        </w:rPr>
        <w:t>[13 . 390]</w:t>
      </w:r>
    </w:p>
    <w:p>
      <w:r>
        <w:rPr>
          <w:rFonts w:ascii="Gentium Plus" w:hAnsi="Gentium Plus"/>
          <w:sz w:val="24"/>
        </w:rPr>
        <w:t>[βλωθρή] μακρά—βαίνειν, ἢ εὐαυξής.</w:t>
      </w:r>
    </w:p>
    <w:p>
      <w:r>
        <w:rPr>
          <w:rFonts w:ascii="Courier New" w:hAnsi="Courier New"/>
          <w:color w:val="555555"/>
          <w:sz w:val="20"/>
        </w:rPr>
        <w:t>[13 . 393]</w:t>
      </w:r>
    </w:p>
    <w:p>
      <w:r>
        <w:rPr>
          <w:rFonts w:ascii="Gentium Plus" w:hAnsi="Gentium Plus"/>
          <w:sz w:val="24"/>
        </w:rPr>
        <w:t>[βεβρυχὼς] σπώμενος—τοὺς ὀδόντας τρίζειν. * [βεβρυχὼς] βρυχώμενος καὶ συντρίβων τοὺς ὀδόντας.</w:t>
      </w:r>
    </w:p>
    <w:p>
      <w:r>
        <w:rPr>
          <w:rFonts w:ascii="Courier New" w:hAnsi="Courier New"/>
          <w:color w:val="555555"/>
          <w:sz w:val="20"/>
        </w:rPr>
        <w:t>[13 . 395]</w:t>
      </w:r>
    </w:p>
    <w:p>
      <w:r>
        <w:rPr>
          <w:rFonts w:ascii="Gentium Plus" w:hAnsi="Gentium Plus"/>
          <w:sz w:val="24"/>
        </w:rPr>
        <w:t>* [ἀλύξας] ἔκφρων ἐγένετο καὶ ἔκνους ὁ ἡνίοχος.</w:t>
      </w:r>
    </w:p>
    <w:p>
      <w:r>
        <w:rPr>
          <w:rFonts w:ascii="Courier New" w:hAnsi="Courier New"/>
          <w:color w:val="555555"/>
          <w:sz w:val="20"/>
        </w:rPr>
        <w:t>[13 . 399]</w:t>
      </w:r>
    </w:p>
    <w:p>
      <w:r>
        <w:rPr>
          <w:rFonts w:ascii="Gentium Plus" w:hAnsi="Gentium Plus"/>
          <w:sz w:val="24"/>
        </w:rPr>
        <w:t>ψυχορραγῶν ἀπὸ εὐκατασκευάστου ἐξέπεσεν ἅρματος.</w:t>
      </w:r>
    </w:p>
    <w:p>
      <w:r>
        <w:rPr>
          <w:rFonts w:ascii="Courier New" w:hAnsi="Courier New"/>
          <w:color w:val="555555"/>
          <w:sz w:val="20"/>
        </w:rPr>
        <w:t>[13 . 404]</w:t>
      </w:r>
    </w:p>
    <w:p>
      <w:r>
        <w:rPr>
          <w:rFonts w:ascii="Gentium Plus" w:hAnsi="Gentium Plus"/>
          <w:sz w:val="24"/>
        </w:rPr>
        <w:t>οὗτος ἐξ ἐναντίας ἐξέκλινε τὸ σιδηροῦν δόρυ.</w:t>
      </w:r>
    </w:p>
    <w:p>
      <w:r>
        <w:rPr>
          <w:rFonts w:ascii="Courier New" w:hAnsi="Courier New"/>
          <w:color w:val="555555"/>
          <w:sz w:val="20"/>
        </w:rPr>
        <w:t>[13 . 407]</w:t>
      </w:r>
    </w:p>
    <w:p>
      <w:r>
        <w:rPr>
          <w:rFonts w:ascii="Gentium Plus" w:hAnsi="Gentium Plus"/>
          <w:sz w:val="24"/>
        </w:rPr>
        <w:t>* [δινωτήν] εὖ περιδεδινημένην, κυκλοτερῆ, στρεπτήν.</w:t>
      </w:r>
    </w:p>
    <w:p>
      <w:r>
        <w:rPr>
          <w:rFonts w:ascii="Courier New" w:hAnsi="Courier New"/>
          <w:color w:val="555555"/>
          <w:sz w:val="20"/>
        </w:rPr>
        <w:t>[13 . 409]</w:t>
      </w:r>
    </w:p>
    <w:p>
      <w:r>
        <w:rPr>
          <w:rFonts w:ascii="Gentium Plus" w:hAnsi="Gentium Plus"/>
          <w:sz w:val="24"/>
        </w:rPr>
        <w:t>[καρφαλέον] ὅθεν καὶ κάρφος, τὸ ξηρὸν καὶ λεῖον ξύλον. [ἐπιθρέξαντος] ἐπιψαύσαντος ἢ ἐπελθόντος.</w:t>
      </w:r>
    </w:p>
    <w:p>
      <w:r>
        <w:rPr>
          <w:rFonts w:ascii="Courier New" w:hAnsi="Courier New"/>
          <w:color w:val="555555"/>
          <w:sz w:val="20"/>
        </w:rPr>
        <w:t>[13 . 412]</w:t>
      </w:r>
    </w:p>
    <w:p>
      <w:r>
        <w:rPr>
          <w:rFonts w:ascii="Gentium Plus" w:hAnsi="Gentium Plus"/>
          <w:sz w:val="24"/>
        </w:rPr>
        <w:t>[ὑπὸ πραπίδων] καθ’ ὃ μέρος αἱ φρένες εἰσίν.</w:t>
      </w:r>
    </w:p>
    <w:p>
      <w:r>
        <w:rPr>
          <w:rFonts w:ascii="Courier New" w:hAnsi="Courier New"/>
          <w:color w:val="555555"/>
          <w:sz w:val="20"/>
        </w:rPr>
        <w:t>[13 . 415]</w:t>
      </w:r>
    </w:p>
    <w:p>
      <w:r>
        <w:rPr>
          <w:rFonts w:ascii="Gentium Plus" w:hAnsi="Gentium Plus"/>
          <w:sz w:val="24"/>
        </w:rPr>
        <w:t>* [πυλάρταο κρατεροῖο] τοῦ τὰς πύλας ἰσχυρῶς ἐφαρμόζοντος.</w:t>
      </w:r>
    </w:p>
    <w:p>
      <w:r>
        <w:rPr>
          <w:rFonts w:ascii="Courier New" w:hAnsi="Courier New"/>
          <w:color w:val="555555"/>
          <w:sz w:val="20"/>
        </w:rPr>
        <w:t>[13 . 431]</w:t>
      </w:r>
    </w:p>
    <w:p>
      <w:r>
        <w:rPr>
          <w:rFonts w:ascii="Gentium Plus" w:hAnsi="Gentium Plus"/>
          <w:sz w:val="24"/>
        </w:rPr>
        <w:t>πάντων γὰρ ὁμηλίκων τῷ κάλλει διέφερεν.</w:t>
      </w:r>
    </w:p>
    <w:p>
      <w:r>
        <w:rPr>
          <w:rFonts w:ascii="Courier New" w:hAnsi="Courier New"/>
          <w:color w:val="555555"/>
          <w:sz w:val="20"/>
        </w:rPr>
        <w:t>[13 . 435]</w:t>
      </w:r>
    </w:p>
    <w:p>
      <w:r>
        <w:rPr>
          <w:rFonts w:ascii="Gentium Plus" w:hAnsi="Gentium Plus"/>
          <w:sz w:val="24"/>
        </w:rPr>
        <w:t>* [θέλξας] μετά τινος ἀπάτης βλάψας, ἀπατήσας, ἀμαυρώσας.</w:t>
      </w:r>
    </w:p>
    <w:p>
      <w:r>
        <w:rPr>
          <w:rFonts w:ascii="Courier New" w:hAnsi="Courier New"/>
          <w:color w:val="555555"/>
          <w:sz w:val="20"/>
        </w:rPr>
        <w:t>[13 . 441]</w:t>
      </w:r>
    </w:p>
    <w:p>
      <w:r>
        <w:rPr>
          <w:rFonts w:ascii="Gentium Plus" w:hAnsi="Gentium Plus"/>
          <w:sz w:val="24"/>
        </w:rPr>
        <w:t>* [ἐρεικόμενος] σχιζόμενος, διακοπτόμενος τὸ ὄπιθεν μέρος.</w:t>
      </w:r>
    </w:p>
    <w:p>
      <w:r>
        <w:rPr>
          <w:rFonts w:ascii="Courier New" w:hAnsi="Courier New"/>
          <w:color w:val="555555"/>
          <w:sz w:val="20"/>
        </w:rPr>
        <w:t>[13 . 442]</w:t>
      </w:r>
    </w:p>
    <w:p>
      <w:r>
        <w:rPr>
          <w:rFonts w:ascii="Gentium Plus" w:hAnsi="Gentium Plus"/>
          <w:sz w:val="24"/>
        </w:rPr>
        <w:t>[δούπησεν] ἐψόφησεν, ἀπέθανεν, ἐκ τοῦ παρακολουθοῦντος.</w:t>
      </w:r>
    </w:p>
    <w:p>
      <w:r>
        <w:rPr>
          <w:rFonts w:ascii="Courier New" w:hAnsi="Courier New"/>
          <w:color w:val="555555"/>
          <w:sz w:val="20"/>
        </w:rPr>
        <w:t>[13 . 443]</w:t>
      </w:r>
    </w:p>
    <w:p>
      <w:r>
        <w:rPr>
          <w:rFonts w:ascii="Gentium Plus" w:hAnsi="Gentium Plus"/>
          <w:sz w:val="24"/>
        </w:rPr>
        <w:t>* [οὐρίαχον] τὸν σαυρωτῆρα—φασιν.</w:t>
      </w:r>
    </w:p>
    <w:p>
      <w:r>
        <w:rPr>
          <w:rFonts w:ascii="Courier New" w:hAnsi="Courier New"/>
          <w:color w:val="555555"/>
          <w:sz w:val="20"/>
        </w:rPr>
        <w:t>[13 . 446]</w:t>
      </w:r>
    </w:p>
    <w:p>
      <w:r>
        <w:rPr>
          <w:rFonts w:ascii="Gentium Plus" w:hAnsi="Gentium Plus"/>
          <w:sz w:val="24"/>
        </w:rPr>
        <w:t>* [ἐΐσκομεν] δοκοῦμέν σοι ἀξίως καὶ δεόντως αὐχεῖν.</w:t>
      </w:r>
    </w:p>
    <w:p>
      <w:r>
        <w:rPr>
          <w:rFonts w:ascii="Courier New" w:hAnsi="Courier New"/>
          <w:color w:val="555555"/>
          <w:sz w:val="20"/>
        </w:rPr>
        <w:t>[13 . 450]</w:t>
      </w:r>
    </w:p>
    <w:p>
      <w:r>
        <w:rPr>
          <w:rFonts w:ascii="Gentium Plus" w:hAnsi="Gentium Plus"/>
          <w:sz w:val="24"/>
        </w:rPr>
        <w:t>[ἐπίουρον] ἐπίσκοπον καὶ φύλακα. τῷ τόνῳ ἀναγνωστέον προπα‐ ροξυτόνως ὡς ἐπίκουρον.</w:t>
      </w:r>
    </w:p>
    <w:p>
      <w:r>
        <w:rPr>
          <w:rFonts w:ascii="Courier New" w:hAnsi="Courier New"/>
          <w:color w:val="555555"/>
          <w:sz w:val="20"/>
        </w:rPr>
        <w:t>[13 . 456]</w:t>
      </w:r>
    </w:p>
    <w:p>
      <w:r>
        <w:rPr>
          <w:rFonts w:ascii="Gentium Plus" w:hAnsi="Gentium Plus"/>
          <w:sz w:val="24"/>
        </w:rPr>
        <w:t>[ἑταρίσσαιτο] ἑταῖρον καὶ συνεργὸν λάβοι.</w:t>
      </w:r>
    </w:p>
    <w:p>
      <w:r>
        <w:rPr>
          <w:rFonts w:ascii="Courier New" w:hAnsi="Courier New"/>
          <w:color w:val="555555"/>
          <w:sz w:val="20"/>
        </w:rPr>
        <w:t>[13 . 464]</w:t>
      </w:r>
    </w:p>
    <w:p>
      <w:r>
        <w:rPr>
          <w:rFonts w:ascii="Gentium Plus" w:hAnsi="Gentium Plus"/>
          <w:sz w:val="24"/>
        </w:rPr>
        <w:t>[κῆδος] συγγένεια, ὁτὲ δὲ λύπη.</w:t>
      </w:r>
    </w:p>
    <w:p>
      <w:r>
        <w:rPr>
          <w:rFonts w:ascii="Courier New" w:hAnsi="Courier New"/>
          <w:color w:val="555555"/>
          <w:sz w:val="20"/>
        </w:rPr>
        <w:t>[13 . 473]</w:t>
      </w:r>
    </w:p>
    <w:p>
      <w:r>
        <w:rPr>
          <w:rFonts w:ascii="Gentium Plus" w:hAnsi="Gentium Plus"/>
          <w:sz w:val="24"/>
        </w:rPr>
        <w:t>* [οἰοπόλῳ] ἐν ᾧ αἱ ὀΐες, ἢ ἐν ᾧ οἶός τις καὶ μόνος πωλεῖται, ἐξ οὗ δηλονότι τῷ ἐρήμῳ. φρίσσει] ἤγουν ἵστησιν. νῶτον] χαίτην.</w:t>
      </w:r>
    </w:p>
    <w:p>
      <w:r>
        <w:rPr>
          <w:rFonts w:ascii="Courier New" w:hAnsi="Courier New"/>
          <w:color w:val="555555"/>
          <w:sz w:val="20"/>
        </w:rPr>
        <w:t>[13 . 477]</w:t>
      </w:r>
    </w:p>
    <w:p>
      <w:r>
        <w:rPr>
          <w:rFonts w:ascii="Gentium Plus" w:hAnsi="Gentium Plus"/>
          <w:sz w:val="24"/>
        </w:rPr>
        <w:t>βοῇ θοὸν] ἐν μάχῃ ἀνδρεῖον· βοὴν γὰρ καὶ τὴν μάχην ἐκάλουν ἀπὸ τοῦ παρεπομένου.</w:t>
      </w:r>
    </w:p>
    <w:p>
      <w:r>
        <w:rPr>
          <w:rFonts w:ascii="Courier New" w:hAnsi="Courier New"/>
          <w:color w:val="555555"/>
          <w:sz w:val="20"/>
        </w:rPr>
        <w:t>[13 . 484]</w:t>
      </w:r>
    </w:p>
    <w:p>
      <w:r>
        <w:rPr>
          <w:rFonts w:ascii="Gentium Plus" w:hAnsi="Gentium Plus"/>
          <w:sz w:val="24"/>
        </w:rPr>
        <w:t>* [ἥβης ἄνθος] τὸ ἀκρότατον τῆς ἀκμῆς.</w:t>
      </w:r>
    </w:p>
    <w:p>
      <w:r>
        <w:rPr>
          <w:rFonts w:ascii="Courier New" w:hAnsi="Courier New"/>
          <w:color w:val="555555"/>
          <w:sz w:val="20"/>
        </w:rPr>
        <w:t>[13 . 485]</w:t>
      </w:r>
    </w:p>
    <w:p>
      <w:r>
        <w:rPr>
          <w:rFonts w:ascii="Gentium Plus" w:hAnsi="Gentium Plus"/>
          <w:sz w:val="24"/>
        </w:rPr>
        <w:t>[ὁμηλικίη] ἀντὶ τοῦ ὁμήλικες.</w:t>
      </w:r>
    </w:p>
    <w:p>
      <w:r>
        <w:rPr>
          <w:rFonts w:ascii="Courier New" w:hAnsi="Courier New"/>
          <w:color w:val="555555"/>
          <w:sz w:val="20"/>
        </w:rPr>
        <w:t>[13 . 487]</w:t>
      </w:r>
    </w:p>
    <w:p>
      <w:r>
        <w:rPr>
          <w:rFonts w:ascii="Gentium Plus" w:hAnsi="Gentium Plus"/>
          <w:sz w:val="24"/>
        </w:rPr>
        <w:t>[ἕνα φρεσὶ θυμὸν ἔχοντες] ἓν καὶ τὸ αὐτὸ φρονοῦντες.</w:t>
      </w:r>
    </w:p>
    <w:p>
      <w:r>
        <w:rPr>
          <w:rFonts w:ascii="Courier New" w:hAnsi="Courier New"/>
          <w:color w:val="555555"/>
          <w:sz w:val="20"/>
        </w:rPr>
        <w:t>[13 . 493]</w:t>
      </w:r>
    </w:p>
    <w:p>
      <w:r>
        <w:rPr>
          <w:rFonts w:ascii="Gentium Plus" w:hAnsi="Gentium Plus"/>
          <w:sz w:val="24"/>
        </w:rPr>
        <w:t>[ἐκ βοτάνης] ἀντὶ τοῦ μετὰ τὴν βοτάνην καὶ νομήν.</w:t>
      </w:r>
    </w:p>
    <w:p>
      <w:r>
        <w:rPr>
          <w:rFonts w:ascii="Courier New" w:hAnsi="Courier New"/>
          <w:color w:val="555555"/>
          <w:sz w:val="20"/>
        </w:rPr>
        <w:t>[13 . 508]</w:t>
      </w:r>
    </w:p>
    <w:p>
      <w:r>
        <w:rPr>
          <w:rFonts w:ascii="Gentium Plus" w:hAnsi="Gentium Plus"/>
          <w:sz w:val="24"/>
        </w:rPr>
        <w:t>* [ἤφυσε] διήντλησε δὲ καὶ διέκοψε τὰ ἔντερα αὐτοῦ τὸ δόρυ.</w:t>
      </w:r>
    </w:p>
    <w:p>
      <w:r>
        <w:rPr>
          <w:rFonts w:ascii="Courier New" w:hAnsi="Courier New"/>
          <w:color w:val="555555"/>
          <w:sz w:val="20"/>
        </w:rPr>
        <w:t>[13 . 515]</w:t>
      </w:r>
    </w:p>
    <w:p>
      <w:r>
        <w:rPr>
          <w:rFonts w:ascii="Gentium Plus" w:hAnsi="Gentium Plus"/>
          <w:sz w:val="24"/>
        </w:rPr>
        <w:t>[τρέσσαι] μετὰ δέους φυγεῖν.</w:t>
      </w:r>
    </w:p>
    <w:p>
      <w:r>
        <w:rPr>
          <w:rFonts w:ascii="Courier New" w:hAnsi="Courier New"/>
          <w:color w:val="555555"/>
          <w:sz w:val="20"/>
        </w:rPr>
        <w:t>[13 . 517]</w:t>
      </w:r>
    </w:p>
    <w:p>
      <w:r>
        <w:rPr>
          <w:rFonts w:ascii="Gentium Plus" w:hAnsi="Gentium Plus"/>
          <w:sz w:val="24"/>
        </w:rPr>
        <w:t>* [δὴ γὰρ—αἰεί] ἐπιμόνως γὰρ αὐτῷ ὠργίζετο.</w:t>
      </w:r>
    </w:p>
    <w:p>
      <w:r>
        <w:rPr>
          <w:rFonts w:ascii="Courier New" w:hAnsi="Courier New"/>
          <w:color w:val="555555"/>
          <w:sz w:val="20"/>
        </w:rPr>
        <w:t>[13 . 521]</w:t>
      </w:r>
    </w:p>
    <w:p>
      <w:r>
        <w:rPr>
          <w:rFonts w:ascii="Gentium Plus" w:hAnsi="Gentium Plus"/>
          <w:sz w:val="24"/>
        </w:rPr>
        <w:t>[βριήπυος] μέγα καὶ βαρὺ βοῶν. παρὰ τὸ ἠπύειν, ὅ ἐστι φωνεῖν.</w:t>
      </w:r>
    </w:p>
    <w:p>
      <w:r>
        <w:rPr>
          <w:rFonts w:ascii="Courier New" w:hAnsi="Courier New"/>
          <w:color w:val="555555"/>
          <w:sz w:val="20"/>
        </w:rPr>
        <w:t>[13 . 532]</w:t>
      </w:r>
    </w:p>
    <w:p>
      <w:r>
        <w:rPr>
          <w:rFonts w:ascii="Gentium Plus" w:hAnsi="Gentium Plus"/>
          <w:sz w:val="24"/>
        </w:rPr>
        <w:t>[πρυμνοῖο] τοῦ ἐσχάτου, ἔχοντος ἀπὸ τῆς ἐκφύσεως τὴν ἀρχὴν ἐπὶ τὸν νῶτον.</w:t>
      </w:r>
    </w:p>
    <w:p>
      <w:r>
        <w:rPr>
          <w:rFonts w:ascii="Courier New" w:hAnsi="Courier New"/>
          <w:color w:val="555555"/>
          <w:sz w:val="20"/>
        </w:rPr>
        <w:t>[13 . 534]</w:t>
      </w:r>
    </w:p>
    <w:p>
      <w:r>
        <w:rPr>
          <w:rFonts w:ascii="Gentium Plus" w:hAnsi="Gentium Plus"/>
          <w:sz w:val="24"/>
        </w:rPr>
        <w:t>* [περὶ μέσσω χεῖρε τιτήνας] περὶ τὰ μέσα αὐτοῦ τὰς δύο χεῖρας διατείνας καὶ συλλαβὼν.</w:t>
      </w:r>
    </w:p>
    <w:p>
      <w:r>
        <w:rPr>
          <w:rFonts w:ascii="Courier New" w:hAnsi="Courier New"/>
          <w:color w:val="555555"/>
          <w:sz w:val="20"/>
        </w:rPr>
        <w:t>[13 . 543]</w:t>
      </w:r>
    </w:p>
    <w:p>
      <w:r>
        <w:rPr>
          <w:rFonts w:ascii="Gentium Plus" w:hAnsi="Gentium Plus"/>
          <w:sz w:val="24"/>
        </w:rPr>
        <w:t>* [ἐπὶ δ’ ἀσπὶς ἐάφθη] ἐπικατήφθη δὲ αὐτῷ ἡ ἀσπὶς, τουτέστι ἐπικατηνέχθη. παρὰ τὸ ἕπεσθαι.</w:t>
      </w:r>
    </w:p>
    <w:p>
      <w:r>
        <w:rPr>
          <w:rFonts w:ascii="Courier New" w:hAnsi="Courier New"/>
          <w:color w:val="555555"/>
          <w:sz w:val="20"/>
        </w:rPr>
        <w:t>[13 . 546]</w:t>
      </w:r>
    </w:p>
    <w:p>
      <w:r>
        <w:rPr>
          <w:rFonts w:ascii="Gentium Plus" w:hAnsi="Gentium Plus"/>
          <w:sz w:val="24"/>
        </w:rPr>
        <w:t>[ἀπὸ—ἔκερσεν] ὅλην τὴν νωτιαίαν φλέβα ἔτεμεν.</w:t>
      </w:r>
    </w:p>
    <w:p>
      <w:r>
        <w:rPr>
          <w:rFonts w:ascii="Courier New" w:hAnsi="Courier New"/>
          <w:color w:val="555555"/>
          <w:sz w:val="20"/>
        </w:rPr>
        <w:t>[13 . 563]</w:t>
      </w:r>
    </w:p>
    <w:p>
      <w:r>
        <w:rPr>
          <w:rFonts w:ascii="Gentium Plus" w:hAnsi="Gentium Plus"/>
          <w:sz w:val="24"/>
        </w:rPr>
        <w:t>* [μεγήρας] φθονήσας τοῦ βίου, ὅ ἐστι τῆς ζωῆς.</w:t>
      </w:r>
    </w:p>
    <w:p>
      <w:r>
        <w:rPr>
          <w:rFonts w:ascii="Courier New" w:hAnsi="Courier New"/>
          <w:color w:val="555555"/>
          <w:sz w:val="20"/>
        </w:rPr>
        <w:t>[13 . 569]</w:t>
      </w:r>
    </w:p>
    <w:p>
      <w:r>
        <w:rPr>
          <w:rFonts w:ascii="Gentium Plus" w:hAnsi="Gentium Plus"/>
          <w:sz w:val="24"/>
        </w:rPr>
        <w:t>* [ἔνθα μάλιστα—ἀλεγεινός] ὅπου ἀλγεινοτάτη καὶ δεινοτάτη γίνεται ἡ τρῶσις. ὅπου μάλιστα ἡ τρώσις γίνεται ἀλγεινή.</w:t>
      </w:r>
    </w:p>
    <w:p>
      <w:r>
        <w:rPr>
          <w:rFonts w:ascii="Courier New" w:hAnsi="Courier New"/>
          <w:color w:val="555555"/>
          <w:sz w:val="20"/>
        </w:rPr>
        <w:t>[13 . 570]</w:t>
      </w:r>
    </w:p>
    <w:p>
      <w:r>
        <w:rPr>
          <w:rFonts w:ascii="Gentium Plus" w:hAnsi="Gentium Plus"/>
          <w:sz w:val="24"/>
        </w:rPr>
        <w:t>* [σχόμενος περὶ δουρὶ] κατασχεθεὶς καὶ περιπαρεὶς τῷ δό‐ ρατι.</w:t>
      </w:r>
    </w:p>
    <w:p>
      <w:r>
        <w:rPr>
          <w:rFonts w:ascii="Courier New" w:hAnsi="Courier New"/>
          <w:color w:val="555555"/>
          <w:sz w:val="20"/>
        </w:rPr>
        <w:t>[13 . 572]</w:t>
      </w:r>
    </w:p>
    <w:p>
      <w:r>
        <w:rPr>
          <w:rFonts w:ascii="Gentium Plus" w:hAnsi="Gentium Plus"/>
          <w:sz w:val="24"/>
        </w:rPr>
        <w:t>[ἰλλάσιν] τοῖς ἐξ ἱμάντων πεπλεγμένοις δεσμοῖς.</w:t>
      </w:r>
    </w:p>
    <w:p>
      <w:r>
        <w:rPr>
          <w:rFonts w:ascii="Courier New" w:hAnsi="Courier New"/>
          <w:color w:val="555555"/>
          <w:sz w:val="20"/>
        </w:rPr>
        <w:t>[13 . 588]</w:t>
      </w:r>
    </w:p>
    <w:p>
      <w:r>
        <w:rPr>
          <w:rFonts w:ascii="Gentium Plus" w:hAnsi="Gentium Plus"/>
          <w:sz w:val="24"/>
        </w:rPr>
        <w:t>[πτυόφιν] πτύον—παραγωγή.</w:t>
      </w:r>
    </w:p>
    <w:p>
      <w:r>
        <w:rPr>
          <w:rFonts w:ascii="Courier New" w:hAnsi="Courier New"/>
          <w:color w:val="555555"/>
          <w:sz w:val="20"/>
        </w:rPr>
        <w:t>[13 . 590]</w:t>
      </w:r>
    </w:p>
    <w:p>
      <w:r>
        <w:rPr>
          <w:rFonts w:ascii="Gentium Plus" w:hAnsi="Gentium Plus"/>
          <w:sz w:val="24"/>
        </w:rPr>
        <w:t>[πνοιῇ ὑπὸ λιγυρῇ] ὀξέως πνεούσῃ αὔρᾳ.</w:t>
      </w:r>
    </w:p>
    <w:p>
      <w:r>
        <w:rPr>
          <w:rFonts w:ascii="Courier New" w:hAnsi="Courier New"/>
          <w:color w:val="555555"/>
          <w:sz w:val="20"/>
        </w:rPr>
        <w:t>[13 . 599]</w:t>
      </w:r>
    </w:p>
    <w:p>
      <w:r>
        <w:rPr>
          <w:rFonts w:ascii="Gentium Plus" w:hAnsi="Gentium Plus"/>
          <w:sz w:val="24"/>
        </w:rPr>
        <w:t>[ἐϋστρόφῳ οἰὸς ἀώτῳ] τουτέστιν ἐρεᾷ σφενδόνῃ· «οἰὸς» γὰρ «ἀώτῳ», προβάτου ἄνθει, ὅ ἐστιν ἐρίῳ.</w:t>
      </w:r>
    </w:p>
    <w:p>
      <w:r>
        <w:rPr>
          <w:rFonts w:ascii="Courier New" w:hAnsi="Courier New"/>
          <w:color w:val="555555"/>
          <w:sz w:val="20"/>
        </w:rPr>
        <w:t>[13 . 612]</w:t>
      </w:r>
    </w:p>
    <w:p>
      <w:r>
        <w:rPr>
          <w:rFonts w:ascii="Gentium Plus" w:hAnsi="Gentium Plus"/>
          <w:sz w:val="24"/>
        </w:rPr>
        <w:t>* [πελέκκῳ] τῷ τοῦ πελέκεός φησιν στειλειῷ, παρὰ τὸ πελεκᾶ‐ σθαι. περὶ οὖν τῷ ἐλαΐνῳ στειλειῷ.</w:t>
      </w:r>
    </w:p>
    <w:p>
      <w:r>
        <w:rPr>
          <w:rFonts w:ascii="Courier New" w:hAnsi="Courier New"/>
          <w:color w:val="555555"/>
          <w:sz w:val="20"/>
        </w:rPr>
        <w:t>[13 . 613]</w:t>
      </w:r>
    </w:p>
    <w:p>
      <w:r>
        <w:rPr>
          <w:rFonts w:ascii="Gentium Plus" w:hAnsi="Gentium Plus"/>
          <w:sz w:val="24"/>
        </w:rPr>
        <w:t>[ἅμα δ’ ἀλλήλων ἐφίκοντο] ὑπὸ δὲ τὸ αὐτὸ ἔτυχον ἀλλήλοις.</w:t>
      </w:r>
    </w:p>
    <w:p>
      <w:r>
        <w:rPr>
          <w:rFonts w:ascii="Courier New" w:hAnsi="Courier New"/>
          <w:color w:val="555555"/>
          <w:sz w:val="20"/>
        </w:rPr>
        <w:t>[13 . 616]</w:t>
      </w:r>
    </w:p>
    <w:p>
      <w:r>
        <w:rPr>
          <w:rFonts w:ascii="Gentium Plus" w:hAnsi="Gentium Plus"/>
          <w:sz w:val="24"/>
        </w:rPr>
        <w:t>[τὼ δέ οἱ ὄσσε] τὸ δὲ ὑγρὸν—αἵματος.</w:t>
      </w:r>
    </w:p>
    <w:p>
      <w:r>
        <w:rPr>
          <w:rFonts w:ascii="Courier New" w:hAnsi="Courier New"/>
          <w:color w:val="555555"/>
          <w:sz w:val="20"/>
        </w:rPr>
        <w:t>[13 . 622]</w:t>
      </w:r>
    </w:p>
    <w:p>
      <w:r>
        <w:rPr>
          <w:rFonts w:ascii="Gentium Plus" w:hAnsi="Gentium Plus"/>
          <w:sz w:val="24"/>
        </w:rPr>
        <w:t>[οὐκ ἐπιδευεῖς] οὐκ ἐνδεεῖς, ἀλλὰ πλήρεις ἐστέ.</w:t>
      </w:r>
    </w:p>
    <w:p>
      <w:r>
        <w:rPr>
          <w:rFonts w:ascii="Courier New" w:hAnsi="Courier New"/>
          <w:color w:val="555555"/>
          <w:sz w:val="20"/>
        </w:rPr>
        <w:t>[13 . 627]</w:t>
      </w:r>
    </w:p>
    <w:p>
      <w:r>
        <w:rPr>
          <w:rFonts w:ascii="Gentium Plus" w:hAnsi="Gentium Plus"/>
          <w:sz w:val="24"/>
        </w:rPr>
        <w:t>* [φιλέεσθε παρ’ αὐτῇ] φιλοφροσύνης καὶ ξενίας ἐτύχετε.</w:t>
      </w:r>
    </w:p>
    <w:p>
      <w:r>
        <w:rPr>
          <w:rFonts w:ascii="Courier New" w:hAnsi="Courier New"/>
          <w:color w:val="555555"/>
          <w:sz w:val="20"/>
        </w:rPr>
        <w:t>[13 . 630]</w:t>
      </w:r>
    </w:p>
    <w:p>
      <w:r>
        <w:rPr>
          <w:rFonts w:ascii="Gentium Plus" w:hAnsi="Gentium Plus"/>
          <w:sz w:val="24"/>
        </w:rPr>
        <w:t>* [ἀλλά ποθι σχήσεσθε] ἀλλ’ ἐφέξεσθε δήπου, ἢ ἀλλά ποθι πόρρωθεν κρατηθήσεσθε. ἔστι δὲ σύνδεσμος πληρωματικός.</w:t>
      </w:r>
    </w:p>
    <w:p>
      <w:r>
        <w:rPr>
          <w:rFonts w:ascii="Courier New" w:hAnsi="Courier New"/>
          <w:color w:val="555555"/>
          <w:sz w:val="20"/>
        </w:rPr>
        <w:t>[13 . 631]</w:t>
      </w:r>
    </w:p>
    <w:p>
      <w:r>
        <w:rPr>
          <w:rFonts w:ascii="Gentium Plus" w:hAnsi="Gentium Plus"/>
          <w:sz w:val="24"/>
        </w:rPr>
        <w:t>* [περὶ φρένας ἔμμεναι ἄλλων] φρονήματι διαφέρειν τῶν ἄλλων.</w:t>
      </w:r>
    </w:p>
    <w:p>
      <w:r>
        <w:rPr>
          <w:rFonts w:ascii="Courier New" w:hAnsi="Courier New"/>
          <w:color w:val="555555"/>
          <w:sz w:val="20"/>
        </w:rPr>
        <w:t>[13 . 632]</w:t>
      </w:r>
    </w:p>
    <w:p>
      <w:r>
        <w:rPr>
          <w:rFonts w:ascii="Gentium Plus" w:hAnsi="Gentium Plus"/>
          <w:sz w:val="24"/>
        </w:rPr>
        <w:t>[σέο—πέλονται] ἐκ σοῦ δὲ πάντα ταῦτα γίνονται.</w:t>
      </w:r>
    </w:p>
    <w:p>
      <w:r>
        <w:rPr>
          <w:rFonts w:ascii="Courier New" w:hAnsi="Courier New"/>
          <w:color w:val="555555"/>
          <w:sz w:val="20"/>
        </w:rPr>
        <w:t>[13 . 638]</w:t>
      </w:r>
    </w:p>
    <w:p>
      <w:r>
        <w:rPr>
          <w:rFonts w:ascii="Gentium Plus" w:hAnsi="Gentium Plus"/>
          <w:sz w:val="24"/>
        </w:rPr>
        <w:t>[ἐξ ἔρον εἷναι] προέσθαι τὴν ἐπιθυμίαν, κορεσθῆναι.</w:t>
      </w:r>
    </w:p>
    <w:p>
      <w:r>
        <w:rPr>
          <w:rFonts w:ascii="Courier New" w:hAnsi="Courier New"/>
          <w:color w:val="555555"/>
          <w:sz w:val="20"/>
        </w:rPr>
        <w:t>[13 . 669]</w:t>
      </w:r>
    </w:p>
    <w:p>
      <w:r>
        <w:rPr>
          <w:rFonts w:ascii="Gentium Plus" w:hAnsi="Gentium Plus"/>
          <w:sz w:val="24"/>
        </w:rPr>
        <w:t>[θῳήν] τὴν—ἐπιζήμιον.</w:t>
      </w:r>
    </w:p>
    <w:p>
      <w:r>
        <w:rPr>
          <w:rFonts w:ascii="Courier New" w:hAnsi="Courier New"/>
          <w:color w:val="555555"/>
          <w:sz w:val="20"/>
        </w:rPr>
        <w:t>[13 . 678]</w:t>
      </w:r>
    </w:p>
    <w:p>
      <w:r>
        <w:rPr>
          <w:rFonts w:ascii="Gentium Plus" w:hAnsi="Gentium Plus"/>
          <w:sz w:val="24"/>
        </w:rPr>
        <w:t>* [πρὸς—ἄμυνεν] προσεβοήθησε δὲ αὐτὸς τῇ δυνάμει αὐτοῦ.</w:t>
      </w:r>
    </w:p>
    <w:p>
      <w:r>
        <w:rPr>
          <w:rFonts w:ascii="Courier New" w:hAnsi="Courier New"/>
          <w:color w:val="555555"/>
          <w:sz w:val="20"/>
        </w:rPr>
        <w:t>[13 . 685]</w:t>
      </w:r>
    </w:p>
    <w:p>
      <w:r>
        <w:rPr>
          <w:rFonts w:ascii="Gentium Plus" w:hAnsi="Gentium Plus"/>
          <w:sz w:val="24"/>
        </w:rPr>
        <w:t>[Ἰάονες] Ἴωνες. λέγει δὲ τοὺς Ἀθηναίους—Ἕλλη‐</w:t>
      </w:r>
    </w:p>
    <w:p>
      <w:r>
        <w:rPr>
          <w:rFonts w:ascii="Courier New" w:hAnsi="Courier New"/>
          <w:color w:val="555555"/>
          <w:sz w:val="20"/>
        </w:rPr>
        <w:t>[13 . 686]</w:t>
      </w:r>
    </w:p>
    <w:p>
      <w:r>
        <w:rPr>
          <w:rFonts w:ascii="Gentium Plus" w:hAnsi="Gentium Plus"/>
          <w:sz w:val="24"/>
        </w:rPr>
        <w:t>[Φθῖοι] οἱ τὴν ὑπὸ Πρωτεσιλάῳ Φθίαν, πόλιν Θεσσαλίαν, οἰκοῦν‐ τες. οἱ δὲ τὴν ὑπὸ Ἀχιλλεῖ Φθιῶται καλοῦνται. [φαιδιμόεντες] ἐπιφανεῖς καὶ λαμπροὶ ταῖς πράξεσιν.</w:t>
      </w:r>
    </w:p>
    <w:p>
      <w:r>
        <w:rPr>
          <w:rFonts w:ascii="Courier New" w:hAnsi="Courier New"/>
          <w:color w:val="555555"/>
          <w:sz w:val="20"/>
        </w:rPr>
        <w:t>[13 . 697]</w:t>
      </w:r>
    </w:p>
    <w:p>
      <w:r>
        <w:rPr>
          <w:rFonts w:ascii="Gentium Plus" w:hAnsi="Gentium Plus"/>
          <w:sz w:val="24"/>
        </w:rPr>
        <w:t>[ἣν ἔχ’ Ὀϊλεύς] ἣν ἐγεγαμήκει ὁ Ὀϊλεύς.</w:t>
      </w:r>
    </w:p>
    <w:p>
      <w:r>
        <w:rPr>
          <w:rFonts w:ascii="Courier New" w:hAnsi="Courier New"/>
          <w:color w:val="555555"/>
          <w:sz w:val="20"/>
        </w:rPr>
        <w:t>[13 . 703]</w:t>
      </w:r>
    </w:p>
    <w:p>
      <w:r>
        <w:rPr>
          <w:rFonts w:ascii="Gentium Plus" w:hAnsi="Gentium Plus"/>
          <w:sz w:val="24"/>
        </w:rPr>
        <w:t>[οἴνοπε] ἤτοι μέλανες ἢ ξανθοί.</w:t>
      </w:r>
    </w:p>
    <w:p>
      <w:r>
        <w:rPr>
          <w:rFonts w:ascii="Courier New" w:hAnsi="Courier New"/>
          <w:color w:val="555555"/>
          <w:sz w:val="20"/>
        </w:rPr>
        <w:t>[13 . 705]</w:t>
      </w:r>
    </w:p>
    <w:p>
      <w:r>
        <w:rPr>
          <w:rFonts w:ascii="Gentium Plus" w:hAnsi="Gentium Plus"/>
          <w:sz w:val="24"/>
        </w:rPr>
        <w:t>[πρυμνοῖσιν κεράεσσι] τοῖς ἐσχάτοις μέρεσι τῶν κεράτων.</w:t>
      </w:r>
    </w:p>
    <w:p>
      <w:r>
        <w:rPr>
          <w:rFonts w:ascii="Courier New" w:hAnsi="Courier New"/>
          <w:color w:val="555555"/>
          <w:sz w:val="20"/>
        </w:rPr>
        <w:t>[13 . 713]</w:t>
      </w:r>
    </w:p>
    <w:p>
      <w:r>
        <w:rPr>
          <w:rFonts w:ascii="Gentium Plus" w:hAnsi="Gentium Plus"/>
          <w:sz w:val="24"/>
        </w:rPr>
        <w:t>οὐ γὰρ ὑπέμενον τὴν συστάδην μάχην.</w:t>
      </w:r>
    </w:p>
    <w:p>
      <w:r>
        <w:rPr>
          <w:rFonts w:ascii="Courier New" w:hAnsi="Courier New"/>
          <w:color w:val="555555"/>
          <w:sz w:val="20"/>
        </w:rPr>
        <w:t>[13 . 726]</w:t>
      </w:r>
    </w:p>
    <w:p>
      <w:r>
        <w:rPr>
          <w:rFonts w:ascii="Gentium Plus" w:hAnsi="Gentium Plus"/>
          <w:sz w:val="24"/>
        </w:rPr>
        <w:t>[παραρητοῖσι] παραινετικοῖς, παραμυθητικοῖς.</w:t>
      </w:r>
    </w:p>
    <w:p>
      <w:r>
        <w:rPr>
          <w:rFonts w:ascii="Courier New" w:hAnsi="Courier New"/>
          <w:color w:val="555555"/>
          <w:sz w:val="20"/>
        </w:rPr>
        <w:t>[13 . 729]</w:t>
      </w:r>
    </w:p>
    <w:p>
      <w:r>
        <w:rPr>
          <w:rFonts w:ascii="Gentium Plus" w:hAnsi="Gentium Plus"/>
          <w:sz w:val="24"/>
        </w:rPr>
        <w:t>ἅμα] νῦν ἐπίρρημα χρόνου δηλωτικόν.</w:t>
      </w:r>
    </w:p>
    <w:p>
      <w:r>
        <w:rPr>
          <w:rFonts w:ascii="Courier New" w:hAnsi="Courier New"/>
          <w:color w:val="555555"/>
          <w:sz w:val="20"/>
        </w:rPr>
        <w:t>[13 . 734]</w:t>
      </w:r>
    </w:p>
    <w:p>
      <w:r>
        <w:rPr>
          <w:rFonts w:ascii="Gentium Plus" w:hAnsi="Gentium Plus"/>
          <w:sz w:val="24"/>
        </w:rPr>
        <w:t>* [μάλιστα—ἀνέγνω] ἐξαιρέτως καὶ αὐτὸς ἀνέγνω τὸ τῆς συνέσεως ἀγαθόν.</w:t>
      </w:r>
    </w:p>
    <w:p>
      <w:r>
        <w:rPr>
          <w:rFonts w:ascii="Courier New" w:hAnsi="Courier New"/>
          <w:color w:val="555555"/>
          <w:sz w:val="20"/>
        </w:rPr>
        <w:t>[13 . 736]</w:t>
      </w:r>
    </w:p>
    <w:p>
      <w:r>
        <w:rPr>
          <w:rFonts w:ascii="Gentium Plus" w:hAnsi="Gentium Plus"/>
          <w:sz w:val="24"/>
        </w:rPr>
        <w:t>πανταχόθεν γάρ σε περιεκυκλώσαντο οἱ πολέμιοι ἐμπείρως.</w:t>
      </w:r>
    </w:p>
    <w:p>
      <w:r>
        <w:rPr>
          <w:rFonts w:ascii="Courier New" w:hAnsi="Courier New"/>
          <w:color w:val="555555"/>
          <w:sz w:val="20"/>
        </w:rPr>
        <w:t>[13 . 745]</w:t>
      </w:r>
    </w:p>
    <w:p>
      <w:r>
        <w:rPr>
          <w:rFonts w:ascii="Gentium Plus" w:hAnsi="Gentium Plus"/>
          <w:sz w:val="24"/>
        </w:rPr>
        <w:t>μὴ τὸ χθιζὸν ἀποτίσωνται] μήπως—παραπλήσια.</w:t>
      </w:r>
    </w:p>
    <w:p>
      <w:r>
        <w:rPr>
          <w:rFonts w:ascii="Courier New" w:hAnsi="Courier New"/>
          <w:color w:val="555555"/>
          <w:sz w:val="20"/>
        </w:rPr>
        <w:t>[13 . 761]</w:t>
      </w:r>
    </w:p>
    <w:p>
      <w:r>
        <w:rPr>
          <w:rFonts w:ascii="Gentium Plus" w:hAnsi="Gentium Plus"/>
          <w:sz w:val="24"/>
        </w:rPr>
        <w:t>[τοὺς δ’ εὗρ’ οὐκέτι πάμπαν] συλληπτικῶς πέφρακεν ἀντὶ τοῦ· τούτους μὲν οὐκ ἀπήμονας τοὺς τετρωμένους, τοὺς δὲ οὐκ ἀνολέθρους τοὺς ἀνῃρημένους.</w:t>
      </w:r>
    </w:p>
    <w:p>
      <w:r>
        <w:rPr>
          <w:rFonts w:ascii="Courier New" w:hAnsi="Courier New"/>
          <w:color w:val="555555"/>
          <w:sz w:val="20"/>
        </w:rPr>
        <w:t>[13 . 764]</w:t>
      </w:r>
    </w:p>
    <w:p>
      <w:r>
        <w:rPr>
          <w:rFonts w:ascii="Gentium Plus" w:hAnsi="Gentium Plus"/>
          <w:sz w:val="24"/>
        </w:rPr>
        <w:t>[βεβλημένοι οὐτάμενοί τε] ἄλλως· ἀντὶ τοῦ οἱ μὲν ἀπὸ μήκους —τοιούτῳ.</w:t>
      </w:r>
    </w:p>
    <w:p>
      <w:r>
        <w:rPr>
          <w:rFonts w:ascii="Courier New" w:hAnsi="Courier New"/>
          <w:color w:val="555555"/>
          <w:sz w:val="20"/>
        </w:rPr>
        <w:t>[13 . 773]</w:t>
      </w:r>
    </w:p>
    <w:p>
      <w:r>
        <w:rPr>
          <w:rFonts w:ascii="Gentium Plus" w:hAnsi="Gentium Plus"/>
          <w:sz w:val="24"/>
        </w:rPr>
        <w:t>[νῦν—ὄλεθρος] νῦν οὐδὲν ἐλλείπει σοι πρὸς ἀπώλειαν.</w:t>
      </w:r>
    </w:p>
    <w:p>
      <w:r>
        <w:rPr>
          <w:rFonts w:ascii="Courier New" w:hAnsi="Courier New"/>
          <w:color w:val="555555"/>
          <w:sz w:val="20"/>
        </w:rPr>
        <w:t>[13 . 793]</w:t>
      </w:r>
    </w:p>
    <w:p>
      <w:r>
        <w:rPr>
          <w:rFonts w:ascii="Gentium Plus" w:hAnsi="Gentium Plus"/>
          <w:sz w:val="24"/>
        </w:rPr>
        <w:t>* [ἦλθον ἀμοιβοί] ἤτοι 〈οἱ〉 ἐξ ἀμοιβῆς—ἔφοδος</w:t>
      </w:r>
    </w:p>
    <w:p>
      <w:r>
        <w:rPr>
          <w:rFonts w:ascii="Courier New" w:hAnsi="Courier New"/>
          <w:color w:val="555555"/>
          <w:sz w:val="20"/>
        </w:rPr>
        <w:t>[13 . 798]</w:t>
      </w:r>
    </w:p>
    <w:p>
      <w:r>
        <w:rPr>
          <w:rFonts w:ascii="Gentium Plus" w:hAnsi="Gentium Plus"/>
          <w:sz w:val="24"/>
        </w:rPr>
        <w:t>* [φαληριόωντα] λευκανθίζοντα, τουτέστι λευκαινόμενα ὑπὸ ἀφροῦ.</w:t>
      </w:r>
    </w:p>
    <w:p>
      <w:r>
        <w:rPr>
          <w:rFonts w:ascii="Courier New" w:hAnsi="Courier New"/>
          <w:color w:val="555555"/>
          <w:sz w:val="20"/>
        </w:rPr>
        <w:t>[13 . 805]</w:t>
      </w:r>
    </w:p>
    <w:p>
      <w:r>
        <w:rPr>
          <w:rFonts w:ascii="Gentium Plus" w:hAnsi="Gentium Plus"/>
          <w:sz w:val="24"/>
        </w:rPr>
        <w:t>[σείετο] ἀντὶ τοῦ σφοδρῶς ἐνεργοῦντος.</w:t>
      </w:r>
    </w:p>
    <w:p>
      <w:r>
        <w:rPr>
          <w:rFonts w:ascii="Courier New" w:hAnsi="Courier New"/>
          <w:color w:val="555555"/>
          <w:sz w:val="20"/>
        </w:rPr>
        <w:t>[13 . 819]</w:t>
      </w:r>
    </w:p>
    <w:p>
      <w:r>
        <w:rPr>
          <w:rFonts w:ascii="Gentium Plus" w:hAnsi="Gentium Plus"/>
          <w:sz w:val="24"/>
        </w:rPr>
        <w:t>[ἰρήκων] ἱεράκων. ἔστι δὲ εἶδος ἀετοῦ.</w:t>
      </w:r>
    </w:p>
    <w:p>
      <w:r>
        <w:rPr>
          <w:rFonts w:ascii="Courier New" w:hAnsi="Courier New"/>
          <w:color w:val="555555"/>
          <w:sz w:val="20"/>
        </w:rPr>
        <w:t>[13 . 824]</w:t>
      </w:r>
    </w:p>
    <w:p>
      <w:r>
        <w:rPr>
          <w:rFonts w:ascii="Gentium Plus" w:hAnsi="Gentium Plus"/>
          <w:sz w:val="24"/>
        </w:rPr>
        <w:t>* [ἁμαρτοεπὲς] ἁμαρτάνων τοῦ σκοποῦ τῶν λόγων.</w:t>
      </w:r>
    </w:p>
    <w:p>
      <w:r>
        <w:rPr>
          <w:rFonts w:ascii="Courier New" w:hAnsi="Courier New"/>
          <w:color w:val="555555"/>
          <w:sz w:val="20"/>
        </w:rPr>
        <w:t>[13 824bis]</w:t>
      </w:r>
    </w:p>
    <w:p>
      <w:r>
        <w:rPr>
          <w:rFonts w:ascii="Gentium Plus" w:hAnsi="Gentium Plus"/>
          <w:sz w:val="24"/>
        </w:rPr>
        <w:t>* [βουγάϊε] μεγάλως ἐπὶ σεαυτῷ ἀγλαϊζόμενος καὶ γαυριῶν, ἢ</w:t>
      </w:r>
    </w:p>
    <w:p>
      <w:r>
        <w:rPr>
          <w:rFonts w:ascii="Courier New" w:hAnsi="Courier New"/>
          <w:color w:val="555555"/>
          <w:sz w:val="20"/>
        </w:rPr>
        <w:t>[14 . 1]</w:t>
      </w:r>
    </w:p>
    <w:p>
      <w:r>
        <w:rPr>
          <w:rFonts w:ascii="Gentium Plus" w:hAnsi="Gentium Plus"/>
          <w:sz w:val="24"/>
        </w:rPr>
        <w:t>[ἔμπης] ὅμως. σημαίνει δὲ καὶ ὅλως</w:t>
      </w:r>
    </w:p>
    <w:p>
      <w:r>
        <w:rPr>
          <w:rFonts w:ascii="Courier New" w:hAnsi="Courier New"/>
          <w:color w:val="555555"/>
          <w:sz w:val="20"/>
        </w:rPr>
        <w:t>[14 . 3]</w:t>
      </w:r>
    </w:p>
    <w:p>
      <w:r>
        <w:rPr>
          <w:rFonts w:ascii="Gentium Plus" w:hAnsi="Gentium Plus"/>
          <w:sz w:val="24"/>
        </w:rPr>
        <w:t>[ὅπως ἔσται] ἀντὶ τοῦ ὅπως γενήσεται. τὸ «ἔσται» διαφέρει τοῦ γενήσεται· τὸ μὲν—παῖς».</w:t>
      </w:r>
    </w:p>
    <w:p>
      <w:r>
        <w:rPr>
          <w:rFonts w:ascii="Courier New" w:hAnsi="Courier New"/>
          <w:color w:val="555555"/>
          <w:sz w:val="20"/>
        </w:rPr>
        <w:t>[14 . 7]</w:t>
      </w:r>
    </w:p>
    <w:p>
      <w:r>
        <w:rPr>
          <w:rFonts w:ascii="Gentium Plus" w:hAnsi="Gentium Plus"/>
          <w:sz w:val="24"/>
        </w:rPr>
        <w:t>* [βρότον] τὸν μολυσμὸν τοῦ ἀνθρωπίνου αἵματος.</w:t>
      </w:r>
    </w:p>
    <w:p>
      <w:r>
        <w:rPr>
          <w:rFonts w:ascii="Courier New" w:hAnsi="Courier New"/>
          <w:color w:val="555555"/>
          <w:sz w:val="20"/>
        </w:rPr>
        <w:t>[14 . 8]</w:t>
      </w:r>
    </w:p>
    <w:p>
      <w:r>
        <w:rPr>
          <w:rFonts w:ascii="Gentium Plus" w:hAnsi="Gentium Plus"/>
          <w:sz w:val="24"/>
        </w:rPr>
        <w:t>* [εἴσομαι] πορεύσομαι 〈ἢ〉 γνώσομαι ἢ φανήσομαι. [εἰς περιωπήν] εἰς ὑψηλὸν τόπον, ἐξ οὗ περιοπτεῦσαι 〈ἔστιν〉 καὶ περι‐ βλέψαι.</w:t>
      </w:r>
    </w:p>
    <w:p>
      <w:r>
        <w:rPr>
          <w:rFonts w:ascii="Courier New" w:hAnsi="Courier New"/>
          <w:color w:val="555555"/>
          <w:sz w:val="20"/>
        </w:rPr>
        <w:t>[14 . 15]</w:t>
      </w:r>
    </w:p>
    <w:p>
      <w:r>
        <w:rPr>
          <w:rFonts w:ascii="Gentium Plus" w:hAnsi="Gentium Plus"/>
          <w:sz w:val="24"/>
        </w:rPr>
        <w:t>[ἐρέριπτο] κατεβέβλητο, κατήριπτο. ἔστι δὲ ῥῆμα— ἐρέριπτο.</w:t>
      </w:r>
    </w:p>
    <w:p>
      <w:r>
        <w:rPr>
          <w:rFonts w:ascii="Courier New" w:hAnsi="Courier New"/>
          <w:color w:val="555555"/>
          <w:sz w:val="20"/>
        </w:rPr>
        <w:t>[14 . 16]</w:t>
      </w:r>
    </w:p>
    <w:p>
      <w:r>
        <w:rPr>
          <w:rFonts w:ascii="Gentium Plus" w:hAnsi="Gentium Plus"/>
          <w:sz w:val="24"/>
        </w:rPr>
        <w:t>* [πορφύρῃ] μελαίνηται καὶ ταράσσηται. [κωφῷ] τῷ δίχα ἀνέμου ἐπαιρομένῳ, τῷ ἀψόφῳ καὶ μηδένα ἦχον ἀποτελοῦντι. * [κωφῷ] μηδέπω γὰρ ἀνέμου εὐκρινοῦς ὄντος 〈τὸ〉 κῦμα ἠρεμεῖ.</w:t>
      </w:r>
    </w:p>
    <w:p>
      <w:r>
        <w:rPr>
          <w:rFonts w:ascii="Courier New" w:hAnsi="Courier New"/>
          <w:color w:val="555555"/>
          <w:sz w:val="20"/>
        </w:rPr>
        <w:t>[14 . 17]</w:t>
      </w:r>
    </w:p>
    <w:p>
      <w:r>
        <w:rPr>
          <w:rFonts w:ascii="Gentium Plus" w:hAnsi="Gentium Plus"/>
          <w:sz w:val="24"/>
        </w:rPr>
        <w:t>[ὀσσόμενον] ἤτοι προσδεχόμενον ἢ προσημαῖνον.</w:t>
      </w:r>
    </w:p>
    <w:p>
      <w:r>
        <w:rPr>
          <w:rFonts w:ascii="Courier New" w:hAnsi="Courier New"/>
          <w:color w:val="555555"/>
          <w:sz w:val="20"/>
        </w:rPr>
        <w:t>[14 . 18]</w:t>
      </w:r>
    </w:p>
    <w:p>
      <w:r>
        <w:rPr>
          <w:rFonts w:ascii="Gentium Plus" w:hAnsi="Gentium Plus"/>
          <w:sz w:val="24"/>
        </w:rPr>
        <w:t>[αὔτως] νῦν ἀπράκτως. * [προκυλίνδεται] προσωτέρω κυλίνδεται.</w:t>
      </w:r>
    </w:p>
    <w:p>
      <w:r>
        <w:rPr>
          <w:rFonts w:ascii="Courier New" w:hAnsi="Courier New"/>
          <w:color w:val="555555"/>
          <w:sz w:val="20"/>
        </w:rPr>
        <w:t>[14 . 19]</w:t>
      </w:r>
    </w:p>
    <w:p>
      <w:r>
        <w:rPr>
          <w:rFonts w:ascii="Gentium Plus" w:hAnsi="Gentium Plus"/>
          <w:sz w:val="24"/>
        </w:rPr>
        <w:t>[κεκριμένον] ἀφωρισμένον, ἢ στερεὸν καὶ σφοδρόν. [ἐκ Διὸς] ἀντὶ τοῦ ἐκ τῶν νεφελῶν.</w:t>
      </w:r>
    </w:p>
    <w:p>
      <w:r>
        <w:rPr>
          <w:rFonts w:ascii="Courier New" w:hAnsi="Courier New"/>
          <w:color w:val="555555"/>
          <w:sz w:val="20"/>
        </w:rPr>
        <w:t>[14 . 20]</w:t>
      </w:r>
    </w:p>
    <w:p>
      <w:r>
        <w:rPr>
          <w:rFonts w:ascii="Gentium Plus" w:hAnsi="Gentium Plus"/>
          <w:sz w:val="24"/>
        </w:rPr>
        <w:t>* [δαϊζόμενος κατὰ θυμόν] διχῆ μεριζόμενος—δια‐ σκοπούμενος.</w:t>
      </w:r>
    </w:p>
    <w:p>
      <w:r>
        <w:rPr>
          <w:rFonts w:ascii="Courier New" w:hAnsi="Courier New"/>
          <w:color w:val="555555"/>
          <w:sz w:val="20"/>
        </w:rPr>
        <w:t>[14 . 25]</w:t>
      </w:r>
    </w:p>
    <w:p>
      <w:r>
        <w:rPr>
          <w:rFonts w:ascii="Gentium Plus" w:hAnsi="Gentium Plus"/>
          <w:sz w:val="24"/>
        </w:rPr>
        <w:t>[ἀτειρὴς] ἄτρωτος, οὐ τειρόμενος ὑπὸ Ἄρεος.</w:t>
      </w:r>
    </w:p>
    <w:p>
      <w:r>
        <w:rPr>
          <w:rFonts w:ascii="Courier New" w:hAnsi="Courier New"/>
          <w:color w:val="555555"/>
          <w:sz w:val="20"/>
        </w:rPr>
        <w:t>[14 . 34]</w:t>
      </w:r>
    </w:p>
    <w:p>
      <w:r>
        <w:rPr>
          <w:rFonts w:ascii="Gentium Plus" w:hAnsi="Gentium Plus"/>
          <w:sz w:val="24"/>
        </w:rPr>
        <w:t>[στείνοντο] ἐστενοχωροῦντο διὰ τὸ πλῆθος.</w:t>
      </w:r>
    </w:p>
    <w:p>
      <w:r>
        <w:rPr>
          <w:rFonts w:ascii="Courier New" w:hAnsi="Courier New"/>
          <w:color w:val="555555"/>
          <w:sz w:val="20"/>
        </w:rPr>
        <w:t>[14 . 35]</w:t>
      </w:r>
    </w:p>
    <w:p>
      <w:r>
        <w:rPr>
          <w:rFonts w:ascii="Gentium Plus" w:hAnsi="Gentium Plus"/>
          <w:sz w:val="24"/>
        </w:rPr>
        <w:t>[τῶ ῥα πρόκροσσας ἔρυσαν] διὸ δή. ἄλλην—ἀλλή‐ λαις.</w:t>
      </w:r>
    </w:p>
    <w:p>
      <w:r>
        <w:rPr>
          <w:rFonts w:ascii="Courier New" w:hAnsi="Courier New"/>
          <w:color w:val="555555"/>
          <w:sz w:val="20"/>
        </w:rPr>
        <w:t>[14 . 36]</w:t>
      </w:r>
    </w:p>
    <w:p>
      <w:r>
        <w:rPr>
          <w:rFonts w:ascii="Gentium Plus" w:hAnsi="Gentium Plus"/>
          <w:sz w:val="24"/>
        </w:rPr>
        <w:t>[ἠϊόνος στόμα] τὴν ἀρχὴν καὶ τὴν εἰσβολὴν τοῦ αἰγιαλοῦ.</w:t>
      </w:r>
    </w:p>
    <w:p>
      <w:r>
        <w:rPr>
          <w:rFonts w:ascii="Courier New" w:hAnsi="Courier New"/>
          <w:color w:val="555555"/>
          <w:sz w:val="20"/>
        </w:rPr>
        <w:t>[14 36bis]</w:t>
      </w:r>
    </w:p>
    <w:p>
      <w:r>
        <w:rPr>
          <w:rFonts w:ascii="Gentium Plus" w:hAnsi="Gentium Plus"/>
          <w:sz w:val="24"/>
        </w:rPr>
        <w:t>* [συνεέργαθον] συνέκλειον καὶ συνεδέσμουν.</w:t>
      </w:r>
    </w:p>
    <w:p>
      <w:r>
        <w:rPr>
          <w:rFonts w:ascii="Courier New" w:hAnsi="Courier New"/>
          <w:color w:val="555555"/>
          <w:sz w:val="20"/>
        </w:rPr>
        <w:t>[14 . 37]</w:t>
      </w:r>
    </w:p>
    <w:p>
      <w:r>
        <w:rPr>
          <w:rFonts w:ascii="Gentium Plus" w:hAnsi="Gentium Plus"/>
          <w:sz w:val="24"/>
        </w:rPr>
        <w:t>* [ὀψείοντες] ὀπτικῶς ἔχοντες, θέλοντες ἰδεῖν.</w:t>
      </w:r>
    </w:p>
    <w:p>
      <w:r>
        <w:rPr>
          <w:rFonts w:ascii="Courier New" w:hAnsi="Courier New"/>
          <w:color w:val="555555"/>
          <w:sz w:val="20"/>
        </w:rPr>
        <w:t>[14 . 50]</w:t>
      </w:r>
    </w:p>
    <w:p>
      <w:r>
        <w:rPr>
          <w:rFonts w:ascii="Gentium Plus" w:hAnsi="Gentium Plus"/>
          <w:sz w:val="24"/>
        </w:rPr>
        <w:t>[βάλλονται ἐμοὶ χόλον] ἀντὶ τοῦ ὀργίζονταί μοι.</w:t>
      </w:r>
    </w:p>
    <w:p>
      <w:r>
        <w:rPr>
          <w:rFonts w:ascii="Courier New" w:hAnsi="Courier New"/>
          <w:color w:val="555555"/>
          <w:sz w:val="20"/>
        </w:rPr>
        <w:t>[14 . 75]</w:t>
      </w:r>
    </w:p>
    <w:p>
      <w:r>
        <w:rPr>
          <w:rFonts w:ascii="Gentium Plus" w:hAnsi="Gentium Plus"/>
          <w:sz w:val="24"/>
        </w:rPr>
        <w:t>* [νῆες ὅσαι πρῶται] ἐν τῇ ἀρχῇ αἱ ἄκραι.</w:t>
      </w:r>
    </w:p>
    <w:p>
      <w:r>
        <w:rPr>
          <w:rFonts w:ascii="Courier New" w:hAnsi="Courier New"/>
          <w:color w:val="555555"/>
          <w:sz w:val="20"/>
        </w:rPr>
        <w:t>[14 . 78]</w:t>
      </w:r>
    </w:p>
    <w:p>
      <w:r>
        <w:rPr>
          <w:rFonts w:ascii="Gentium Plus" w:hAnsi="Gentium Plus"/>
          <w:sz w:val="24"/>
        </w:rPr>
        <w:t>[νὺξ ἀβρότη] ἀμβροσία—ἡ νύξ.</w:t>
      </w:r>
    </w:p>
    <w:p>
      <w:r>
        <w:rPr>
          <w:rFonts w:ascii="Courier New" w:hAnsi="Courier New"/>
          <w:color w:val="555555"/>
          <w:sz w:val="20"/>
        </w:rPr>
        <w:t>[14 . 84]</w:t>
      </w:r>
    </w:p>
    <w:p>
      <w:r>
        <w:rPr>
          <w:rFonts w:ascii="Gentium Plus" w:hAnsi="Gentium Plus"/>
          <w:sz w:val="24"/>
        </w:rPr>
        <w:t>* [οὐλόμενε] ὀλεθριώτατε ἢ ὀλέθρου—παρασκευα‐ στικέ. [ἀεικελίου] εὐκαταφρονήτου, εὐτελοῦς, κακοῦ.</w:t>
      </w:r>
    </w:p>
    <w:p>
      <w:r>
        <w:rPr>
          <w:rFonts w:ascii="Courier New" w:hAnsi="Courier New"/>
          <w:color w:val="555555"/>
          <w:sz w:val="20"/>
        </w:rPr>
        <w:t>[14 . 85]</w:t>
      </w:r>
    </w:p>
    <w:p>
      <w:r>
        <w:rPr>
          <w:rFonts w:ascii="Gentium Plus" w:hAnsi="Gentium Plus"/>
          <w:sz w:val="24"/>
        </w:rPr>
        <w:t>* [σημαίνειν] νῦν ἄρχειν.</w:t>
      </w:r>
    </w:p>
    <w:p>
      <w:r>
        <w:rPr>
          <w:rFonts w:ascii="Courier New" w:hAnsi="Courier New"/>
          <w:color w:val="555555"/>
          <w:sz w:val="20"/>
        </w:rPr>
        <w:t>[14 . 91]</w:t>
      </w:r>
    </w:p>
    <w:p>
      <w:r>
        <w:rPr>
          <w:rFonts w:ascii="Gentium Plus" w:hAnsi="Gentium Plus"/>
          <w:sz w:val="24"/>
        </w:rPr>
        <w:t>[ὃν οὔ κεν—ἄγοιτο] ὃν οὐκ ἂν εἴποι συνετὸς καὶ σώ‐ φρων ἀνήρ.</w:t>
      </w:r>
    </w:p>
    <w:p>
      <w:r>
        <w:rPr>
          <w:rFonts w:ascii="Courier New" w:hAnsi="Courier New"/>
          <w:color w:val="555555"/>
          <w:sz w:val="20"/>
        </w:rPr>
        <w:t>[14 . 99]</w:t>
      </w:r>
    </w:p>
    <w:p>
      <w:r>
        <w:rPr>
          <w:rFonts w:ascii="Gentium Plus" w:hAnsi="Gentium Plus"/>
          <w:sz w:val="24"/>
        </w:rPr>
        <w:t>* [ἐπιρρέπῃ] καταρρέπῃ, ἐπήρτηται. ἡ μεταφορὰ— σωμάτων.</w:t>
      </w:r>
    </w:p>
    <w:p>
      <w:r>
        <w:rPr>
          <w:rFonts w:ascii="Courier New" w:hAnsi="Courier New"/>
          <w:color w:val="555555"/>
          <w:sz w:val="20"/>
        </w:rPr>
        <w:t>[14 . 101]</w:t>
      </w:r>
    </w:p>
    <w:p>
      <w:r>
        <w:rPr>
          <w:rFonts w:ascii="Gentium Plus" w:hAnsi="Gentium Plus"/>
          <w:sz w:val="24"/>
        </w:rPr>
        <w:t>* [ἀπο〈πα〉πτανέουσιν] εἰς τὰς ναῦς ἀποβλέψουσιν ἢ ἀλλαχόσε, ὅ ἐστι φεύξονται, ὑποχωρήσουσιν, ἀμελήσουσιν.</w:t>
      </w:r>
    </w:p>
    <w:p>
      <w:r>
        <w:rPr>
          <w:rFonts w:ascii="Courier New" w:hAnsi="Courier New"/>
          <w:color w:val="555555"/>
          <w:sz w:val="20"/>
        </w:rPr>
        <w:t>[14 . 104]</w:t>
      </w:r>
    </w:p>
    <w:p>
      <w:r>
        <w:rPr>
          <w:rFonts w:ascii="Gentium Plus" w:hAnsi="Gentium Plus"/>
          <w:sz w:val="24"/>
        </w:rPr>
        <w:t>* [καθίκεο—ἐνιπῇ] καθήψω, ἐλύπησας, ἐπιτιμήσει, ἐπιπλήξει.</w:t>
      </w:r>
    </w:p>
    <w:p>
      <w:r>
        <w:rPr>
          <w:rFonts w:ascii="Courier New" w:hAnsi="Courier New"/>
          <w:color w:val="555555"/>
          <w:sz w:val="20"/>
        </w:rPr>
        <w:t>[14 . 110]</w:t>
      </w:r>
    </w:p>
    <w:p>
      <w:r>
        <w:rPr>
          <w:rFonts w:ascii="Gentium Plus" w:hAnsi="Gentium Plus"/>
          <w:sz w:val="24"/>
        </w:rPr>
        <w:t>[ἀνὴρ] ἤγουν ὁ συμβουλεύσων.</w:t>
      </w:r>
    </w:p>
    <w:p>
      <w:r>
        <w:rPr>
          <w:rFonts w:ascii="Courier New" w:hAnsi="Courier New"/>
          <w:color w:val="555555"/>
          <w:sz w:val="20"/>
        </w:rPr>
        <w:t>[14 . 111]</w:t>
      </w:r>
    </w:p>
    <w:p>
      <w:r>
        <w:rPr>
          <w:rFonts w:ascii="Gentium Plus" w:hAnsi="Gentium Plus"/>
          <w:sz w:val="24"/>
        </w:rPr>
        <w:t>[κότῳ ἀγάσησθε] μετ’ ὀργῆς, φθόνου, μέμψησθε.</w:t>
      </w:r>
    </w:p>
    <w:p>
      <w:r>
        <w:rPr>
          <w:rFonts w:ascii="Courier New" w:hAnsi="Courier New"/>
          <w:color w:val="555555"/>
          <w:sz w:val="20"/>
        </w:rPr>
        <w:t>[14 . 114]</w:t>
      </w:r>
    </w:p>
    <w:p>
      <w:r>
        <w:rPr>
          <w:rFonts w:ascii="Gentium Plus" w:hAnsi="Gentium Plus"/>
          <w:sz w:val="24"/>
        </w:rPr>
        <w:t>* [ὃν Θήβῃσι—κάλυψεν] ὃς ἐν Θήβαις ἐτελεύτησεν, ἐν Θηβαικῷ πολέμῳ. [χυτὴ ... γαῖα] ἐπιχεομένη τοῖς τεθνεῶσι γῆ.</w:t>
      </w:r>
    </w:p>
    <w:p>
      <w:r>
        <w:rPr>
          <w:rFonts w:ascii="Courier New" w:hAnsi="Courier New"/>
          <w:color w:val="555555"/>
          <w:sz w:val="20"/>
        </w:rPr>
        <w:t>[14 . 120]</w:t>
      </w:r>
    </w:p>
    <w:p>
      <w:r>
        <w:rPr>
          <w:rFonts w:ascii="Gentium Plus" w:hAnsi="Gentium Plus"/>
          <w:sz w:val="24"/>
        </w:rPr>
        <w:t>* [πλαγχθείς] ἀποπλανηθεὶς—φυγήν.</w:t>
      </w:r>
    </w:p>
    <w:p>
      <w:r>
        <w:rPr>
          <w:rFonts w:ascii="Courier New" w:hAnsi="Courier New"/>
          <w:color w:val="555555"/>
          <w:sz w:val="20"/>
        </w:rPr>
        <w:t>[14 . 121]</w:t>
      </w:r>
    </w:p>
    <w:p>
      <w:r>
        <w:rPr>
          <w:rFonts w:ascii="Gentium Plus" w:hAnsi="Gentium Plus"/>
          <w:sz w:val="24"/>
        </w:rPr>
        <w:t>* [ἔγημε θυγατρῶν] προσληπτέον τὸ μίαν, τὴν Δηϊπύλην. Gen III. ajoute καὶ τὸ ἀπό.</w:t>
      </w:r>
    </w:p>
    <w:p>
      <w:r>
        <w:rPr>
          <w:rFonts w:ascii="Courier New" w:hAnsi="Courier New"/>
          <w:color w:val="555555"/>
          <w:sz w:val="20"/>
        </w:rPr>
        <w:t>[14 . 123]</w:t>
      </w:r>
    </w:p>
    <w:p>
      <w:r>
        <w:rPr>
          <w:rFonts w:ascii="Gentium Plus" w:hAnsi="Gentium Plus"/>
          <w:sz w:val="24"/>
        </w:rPr>
        <w:t>* [ὄρχατοι] αἱ ἐπὶ στίχον φυτεῖαι, κῆποι.</w:t>
      </w:r>
    </w:p>
    <w:p>
      <w:r>
        <w:rPr>
          <w:rFonts w:ascii="Courier New" w:hAnsi="Courier New"/>
          <w:color w:val="555555"/>
          <w:sz w:val="20"/>
        </w:rPr>
        <w:t>[14 . 124]</w:t>
      </w:r>
    </w:p>
    <w:p>
      <w:r>
        <w:rPr>
          <w:rFonts w:ascii="Gentium Plus" w:hAnsi="Gentium Plus"/>
          <w:sz w:val="24"/>
        </w:rPr>
        <w:t>* [κέκαστο] ἐκεκόσμητο, ἐνίκα.</w:t>
      </w:r>
    </w:p>
    <w:p>
      <w:r>
        <w:rPr>
          <w:rFonts w:ascii="Courier New" w:hAnsi="Courier New"/>
          <w:color w:val="555555"/>
          <w:sz w:val="20"/>
        </w:rPr>
        <w:t>[14 . 125]</w:t>
      </w:r>
    </w:p>
    <w:p>
      <w:r>
        <w:rPr>
          <w:rFonts w:ascii="Gentium Plus" w:hAnsi="Gentium Plus"/>
          <w:sz w:val="24"/>
        </w:rPr>
        <w:t>* [μέλλετ’ ἀκουέμεν] ταῦτα εἰκὸς ὑμᾶς ἀκηκοέναι.</w:t>
      </w:r>
    </w:p>
    <w:p>
      <w:r>
        <w:rPr>
          <w:rFonts w:ascii="Courier New" w:hAnsi="Courier New"/>
          <w:color w:val="555555"/>
          <w:sz w:val="20"/>
        </w:rPr>
        <w:t>[14 . 130]</w:t>
      </w:r>
    </w:p>
    <w:p>
      <w:r>
        <w:rPr>
          <w:rFonts w:ascii="Gentium Plus" w:hAnsi="Gentium Plus"/>
          <w:sz w:val="24"/>
        </w:rPr>
        <w:t>* [μή πού τις—ἄρηται] μήτις τραυματίας ὑπάρχων τραῦμα ἕτερον λάβῃ.</w:t>
      </w:r>
    </w:p>
    <w:p>
      <w:r>
        <w:rPr>
          <w:rFonts w:ascii="Courier New" w:hAnsi="Courier New"/>
          <w:color w:val="555555"/>
          <w:sz w:val="20"/>
        </w:rPr>
        <w:t>[14 . 131]</w:t>
      </w:r>
    </w:p>
    <w:p>
      <w:r>
        <w:rPr>
          <w:rFonts w:ascii="Gentium Plus" w:hAnsi="Gentium Plus"/>
          <w:sz w:val="24"/>
        </w:rPr>
        <w:t>* [ἐνήσομεν] παρορμήσομεν, ἐμβαλοῦμεν τοῖς πολεμίοις.</w:t>
      </w:r>
    </w:p>
    <w:p>
      <w:r>
        <w:rPr>
          <w:rFonts w:ascii="Courier New" w:hAnsi="Courier New"/>
          <w:color w:val="555555"/>
          <w:sz w:val="20"/>
        </w:rPr>
        <w:t>[14 . 132]</w:t>
      </w:r>
    </w:p>
    <w:p>
      <w:r>
        <w:rPr>
          <w:rFonts w:ascii="Gentium Plus" w:hAnsi="Gentium Plus"/>
          <w:sz w:val="24"/>
        </w:rPr>
        <w:t>* [θυμῷ ἦρα φέροντες] χαριζόμενοι τῇ ψυχῇ τὴν ἀργίαν.</w:t>
      </w:r>
    </w:p>
    <w:p>
      <w:r>
        <w:rPr>
          <w:rFonts w:ascii="Courier New" w:hAnsi="Courier New"/>
          <w:color w:val="555555"/>
          <w:sz w:val="20"/>
        </w:rPr>
        <w:t>[14 . 135]</w:t>
      </w:r>
    </w:p>
    <w:p>
      <w:r>
        <w:rPr>
          <w:rFonts w:ascii="Gentium Plus" w:hAnsi="Gentium Plus"/>
          <w:sz w:val="24"/>
        </w:rPr>
        <w:t>[ἀλαοσκοπιὴν] μάταιον καὶ τυφλὸν τὸ σκοπεῖν· ἀλαὸς γὰρ ὁ τυφλός.</w:t>
      </w:r>
    </w:p>
    <w:p>
      <w:r>
        <w:rPr>
          <w:rFonts w:ascii="Courier New" w:hAnsi="Courier New"/>
          <w:color w:val="555555"/>
          <w:sz w:val="20"/>
        </w:rPr>
        <w:t>[14 . 136]</w:t>
      </w:r>
    </w:p>
    <w:p>
      <w:r>
        <w:rPr>
          <w:rFonts w:ascii="Gentium Plus" w:hAnsi="Gentium Plus"/>
          <w:sz w:val="24"/>
        </w:rPr>
        <w:t>[μετὰ] ἀντὶ τοῦ πρός.</w:t>
      </w:r>
    </w:p>
    <w:p>
      <w:r>
        <w:rPr>
          <w:rFonts w:ascii="Courier New" w:hAnsi="Courier New"/>
          <w:color w:val="555555"/>
          <w:sz w:val="20"/>
        </w:rPr>
        <w:t>[14 . 140]</w:t>
      </w:r>
    </w:p>
    <w:p>
      <w:r>
        <w:rPr>
          <w:rFonts w:ascii="Gentium Plus" w:hAnsi="Gentium Plus"/>
          <w:sz w:val="24"/>
        </w:rPr>
        <w:t>[φύζαν] τὴν μετὰ δέους φυγήν.</w:t>
      </w:r>
    </w:p>
    <w:p>
      <w:r>
        <w:rPr>
          <w:rFonts w:ascii="Courier New" w:hAnsi="Courier New"/>
          <w:color w:val="555555"/>
          <w:sz w:val="20"/>
        </w:rPr>
        <w:t>[14 . 164]</w:t>
      </w:r>
    </w:p>
    <w:p>
      <w:r>
        <w:rPr>
          <w:rFonts w:ascii="Gentium Plus" w:hAnsi="Gentium Plus"/>
          <w:sz w:val="24"/>
        </w:rPr>
        <w:t>[ᾗ χροιῇ] τῷ ἰδίῳ αὐτῆς χρωτί.</w:t>
      </w:r>
    </w:p>
    <w:p>
      <w:r>
        <w:rPr>
          <w:rFonts w:ascii="Courier New" w:hAnsi="Courier New"/>
          <w:color w:val="555555"/>
          <w:sz w:val="20"/>
        </w:rPr>
        <w:t>[14 . 170]</w:t>
      </w:r>
    </w:p>
    <w:p>
      <w:r>
        <w:rPr>
          <w:rFonts w:ascii="Gentium Plus" w:hAnsi="Gentium Plus"/>
          <w:sz w:val="24"/>
        </w:rPr>
        <w:t>* [ἀμβροσίῃ] θείῳ ἀλείμματι, μύρῳ. οἱ δὲ θείῳ λουτρῷ.</w:t>
      </w:r>
    </w:p>
    <w:p>
      <w:r>
        <w:rPr>
          <w:rFonts w:ascii="Courier New" w:hAnsi="Courier New"/>
          <w:color w:val="555555"/>
          <w:sz w:val="20"/>
        </w:rPr>
        <w:t>[14 . 173]</w:t>
      </w:r>
    </w:p>
    <w:p>
      <w:r>
        <w:rPr>
          <w:rFonts w:ascii="Gentium Plus" w:hAnsi="Gentium Plus"/>
          <w:sz w:val="24"/>
        </w:rPr>
        <w:t>* [χαλκοβατὲς] χαλκῷ—οὐδόν.</w:t>
      </w:r>
    </w:p>
    <w:p>
      <w:r>
        <w:rPr>
          <w:rFonts w:ascii="Courier New" w:hAnsi="Courier New"/>
          <w:color w:val="555555"/>
          <w:sz w:val="20"/>
        </w:rPr>
        <w:t>[14 . 178]</w:t>
      </w:r>
    </w:p>
    <w:p>
      <w:r>
        <w:rPr>
          <w:rFonts w:ascii="Gentium Plus" w:hAnsi="Gentium Plus"/>
          <w:sz w:val="24"/>
        </w:rPr>
        <w:t>* [ἕσατο] περιεβάλλετο· ἐνεπορποῦντο γὰρ ταῖς περιβολαῖς.</w:t>
      </w:r>
    </w:p>
    <w:p>
      <w:r>
        <w:rPr>
          <w:rFonts w:ascii="Courier New" w:hAnsi="Courier New"/>
          <w:color w:val="555555"/>
          <w:sz w:val="20"/>
        </w:rPr>
        <w:t>[14 . 179]</w:t>
      </w:r>
    </w:p>
    <w:p>
      <w:r>
        <w:rPr>
          <w:rFonts w:ascii="Gentium Plus" w:hAnsi="Gentium Plus"/>
          <w:sz w:val="24"/>
        </w:rPr>
        <w:t>* [ἔξυς’ ἀσκήσασα] νῦν ἀντὶ τοῦ κατεσκεύασεν. * λεπτὸν εἰργάσατο μετ’ ἐπιμελείας κατασκεύασασα.</w:t>
      </w:r>
    </w:p>
    <w:p>
      <w:r>
        <w:rPr>
          <w:rFonts w:ascii="Courier New" w:hAnsi="Courier New"/>
          <w:color w:val="555555"/>
          <w:sz w:val="20"/>
        </w:rPr>
        <w:t>[14 . 180]</w:t>
      </w:r>
    </w:p>
    <w:p>
      <w:r>
        <w:rPr>
          <w:rFonts w:ascii="Gentium Plus" w:hAnsi="Gentium Plus"/>
          <w:sz w:val="24"/>
        </w:rPr>
        <w:t>* [ἐνετῇσι] περόναις. παρὰ τὸ ἐνίεσθαι τοῖς ἱματίοις, ὅ ἐστιν ἐμπορποῦσθαι.</w:t>
      </w:r>
    </w:p>
    <w:p>
      <w:r>
        <w:rPr>
          <w:rFonts w:ascii="Courier New" w:hAnsi="Courier New"/>
          <w:color w:val="555555"/>
          <w:sz w:val="20"/>
        </w:rPr>
        <w:t>[14 . 182]</w:t>
      </w:r>
    </w:p>
    <w:p>
      <w:r>
        <w:rPr>
          <w:rFonts w:ascii="Gentium Plus" w:hAnsi="Gentium Plus"/>
          <w:sz w:val="24"/>
        </w:rPr>
        <w:t>* [ἕρματα] νῦν ἐνώτια.</w:t>
      </w:r>
    </w:p>
    <w:p>
      <w:r>
        <w:rPr>
          <w:rFonts w:ascii="Courier New" w:hAnsi="Courier New"/>
          <w:color w:val="555555"/>
          <w:sz w:val="20"/>
        </w:rPr>
        <w:t>[14 . 184]</w:t>
      </w:r>
    </w:p>
    <w:p>
      <w:r>
        <w:rPr>
          <w:rFonts w:ascii="Gentium Plus" w:hAnsi="Gentium Plus"/>
          <w:sz w:val="24"/>
        </w:rPr>
        <w:t>* [κρηδέμνῳ] κεφαλοδεσμίῳ. νῦν δὲ καλύπτρῳ.</w:t>
      </w:r>
    </w:p>
    <w:p>
      <w:r>
        <w:rPr>
          <w:rFonts w:ascii="Courier New" w:hAnsi="Courier New"/>
          <w:color w:val="555555"/>
          <w:sz w:val="20"/>
        </w:rPr>
        <w:t>[14 . 194]</w:t>
      </w:r>
    </w:p>
    <w:p>
      <w:r>
        <w:rPr>
          <w:rFonts w:ascii="Gentium Plus" w:hAnsi="Gentium Plus"/>
          <w:sz w:val="24"/>
        </w:rPr>
        <w:t>[πρέσβα] ἐντιμοτάτη. συγκοπὴ τοῦ πρέσβειρα.</w:t>
      </w:r>
    </w:p>
    <w:p>
      <w:r>
        <w:rPr>
          <w:rFonts w:ascii="Courier New" w:hAnsi="Courier New"/>
          <w:color w:val="555555"/>
          <w:sz w:val="20"/>
        </w:rPr>
        <w:t>[14 . 202]</w:t>
      </w:r>
    </w:p>
    <w:p>
      <w:r>
        <w:rPr>
          <w:rFonts w:ascii="Gentium Plus" w:hAnsi="Gentium Plus"/>
          <w:sz w:val="24"/>
        </w:rPr>
        <w:t>* [ἀτίταλλον] μετ’ ἐπιμελείας ἀνῆγον, ἐπαιδοτρόφουν.</w:t>
      </w:r>
    </w:p>
    <w:p>
      <w:r>
        <w:rPr>
          <w:rFonts w:ascii="Courier New" w:hAnsi="Courier New"/>
          <w:color w:val="555555"/>
          <w:sz w:val="20"/>
        </w:rPr>
        <w:t>[14 . 203]</w:t>
      </w:r>
    </w:p>
    <w:p>
      <w:r>
        <w:rPr>
          <w:rFonts w:ascii="Gentium Plus" w:hAnsi="Gentium Plus"/>
          <w:sz w:val="24"/>
        </w:rPr>
        <w:t>* [εὐρύοπα] μεγαλόφθαλμος. παρὰ τὸ ἐποπτεύειν πάντα.</w:t>
      </w:r>
    </w:p>
    <w:p>
      <w:r>
        <w:rPr>
          <w:rFonts w:ascii="Courier New" w:hAnsi="Courier New"/>
          <w:color w:val="555555"/>
          <w:sz w:val="20"/>
        </w:rPr>
        <w:t>[14 . 205]</w:t>
      </w:r>
    </w:p>
    <w:p>
      <w:r>
        <w:rPr>
          <w:rFonts w:ascii="Gentium Plus" w:hAnsi="Gentium Plus"/>
          <w:sz w:val="24"/>
        </w:rPr>
        <w:t>* [καί σφ’ ἄκριτα νείκεα λύσω] καὶ τὰς πολλὰς αὐτῶν καὶ ἀδιαλύτους φιλονεικίας διαλύσω.</w:t>
      </w:r>
    </w:p>
    <w:p>
      <w:r>
        <w:rPr>
          <w:rFonts w:ascii="Courier New" w:hAnsi="Courier New"/>
          <w:color w:val="555555"/>
          <w:sz w:val="20"/>
        </w:rPr>
        <w:t>[14 . 208]</w:t>
      </w:r>
    </w:p>
    <w:p>
      <w:r>
        <w:rPr>
          <w:rFonts w:ascii="Gentium Plus" w:hAnsi="Gentium Plus"/>
          <w:sz w:val="24"/>
        </w:rPr>
        <w:t>* [κείνω] ἐκείνους δυϊκῶς.</w:t>
      </w:r>
    </w:p>
    <w:p>
      <w:r>
        <w:rPr>
          <w:rFonts w:ascii="Courier New" w:hAnsi="Courier New"/>
          <w:color w:val="555555"/>
          <w:sz w:val="20"/>
        </w:rPr>
        <w:t>[14 . 209]</w:t>
      </w:r>
    </w:p>
    <w:p>
      <w:r>
        <w:rPr>
          <w:rFonts w:ascii="Gentium Plus" w:hAnsi="Gentium Plus"/>
          <w:sz w:val="24"/>
        </w:rPr>
        <w:t>* [ὁμωθῆναι] ὁμοιωθῆναι, εἰς ὁμόνοιαν ἐλθεῖν.</w:t>
      </w:r>
    </w:p>
    <w:p>
      <w:r>
        <w:rPr>
          <w:rFonts w:ascii="Courier New" w:hAnsi="Courier New"/>
          <w:color w:val="555555"/>
          <w:sz w:val="20"/>
        </w:rPr>
        <w:t>[14 . 212]</w:t>
      </w:r>
    </w:p>
    <w:p>
      <w:r>
        <w:rPr>
          <w:rFonts w:ascii="Gentium Plus" w:hAnsi="Gentium Plus"/>
          <w:sz w:val="24"/>
        </w:rPr>
        <w:t>* οὔτε πρέπον οὔτε δυνατὸν ἀρνήσασθαι περὶ ὧν ἀξιοῖς.</w:t>
      </w:r>
    </w:p>
    <w:p>
      <w:r>
        <w:rPr>
          <w:rFonts w:ascii="Courier New" w:hAnsi="Courier New"/>
          <w:color w:val="555555"/>
          <w:sz w:val="20"/>
        </w:rPr>
        <w:t>[14 . 214]</w:t>
      </w:r>
    </w:p>
    <w:p>
      <w:r>
        <w:rPr>
          <w:rFonts w:ascii="Gentium Plus" w:hAnsi="Gentium Plus"/>
          <w:sz w:val="24"/>
        </w:rPr>
        <w:t>[κεστὸν ἱμάντα] ζωστῆρα, οὕτω καλούμενον—ῥα‐ φαῖς.</w:t>
      </w:r>
    </w:p>
    <w:p>
      <w:r>
        <w:rPr>
          <w:rFonts w:ascii="Courier New" w:hAnsi="Courier New"/>
          <w:color w:val="555555"/>
          <w:sz w:val="20"/>
        </w:rPr>
        <w:t>[14 . 215]</w:t>
      </w:r>
    </w:p>
    <w:p>
      <w:r>
        <w:rPr>
          <w:rFonts w:ascii="Gentium Plus" w:hAnsi="Gentium Plus"/>
          <w:sz w:val="24"/>
        </w:rPr>
        <w:t>[θελκτήρια] 〈τὰ〉 θέλγοντα, ἀπατῶντα τοὺς ἀνθρώπους.</w:t>
      </w:r>
    </w:p>
    <w:p>
      <w:r>
        <w:rPr>
          <w:rFonts w:ascii="Courier New" w:hAnsi="Courier New"/>
          <w:color w:val="555555"/>
          <w:sz w:val="20"/>
        </w:rPr>
        <w:t>[14 . 216]</w:t>
      </w:r>
    </w:p>
    <w:p>
      <w:r>
        <w:rPr>
          <w:rFonts w:ascii="Gentium Plus" w:hAnsi="Gentium Plus"/>
          <w:sz w:val="24"/>
        </w:rPr>
        <w:t>[ἔνι] ἔνεστι τὸ πλῆρες.</w:t>
      </w:r>
    </w:p>
    <w:p>
      <w:r>
        <w:rPr>
          <w:rFonts w:ascii="Courier New" w:hAnsi="Courier New"/>
          <w:color w:val="555555"/>
          <w:sz w:val="20"/>
        </w:rPr>
        <w:t>[14 . 217]</w:t>
      </w:r>
    </w:p>
    <w:p>
      <w:r>
        <w:rPr>
          <w:rFonts w:ascii="Gentium Plus" w:hAnsi="Gentium Plus"/>
          <w:sz w:val="24"/>
        </w:rPr>
        <w:t>[πύκα] νῦν φρονίμως.</w:t>
      </w:r>
    </w:p>
    <w:p>
      <w:r>
        <w:rPr>
          <w:rFonts w:ascii="Courier New" w:hAnsi="Courier New"/>
          <w:color w:val="555555"/>
          <w:sz w:val="20"/>
        </w:rPr>
        <w:t>[14 . 228]</w:t>
      </w:r>
    </w:p>
    <w:p>
      <w:r>
        <w:rPr>
          <w:rFonts w:ascii="Gentium Plus" w:hAnsi="Gentium Plus"/>
          <w:sz w:val="24"/>
        </w:rPr>
        <w:t>[οὐδὲ χθόνα μάρπτε ποδοῖϊν] οὐδὲ τοῖς πόσιν αὑτῆς ἐπέβαινε τῆς γῆς.</w:t>
      </w:r>
    </w:p>
    <w:p>
      <w:r>
        <w:rPr>
          <w:rFonts w:ascii="Courier New" w:hAnsi="Courier New"/>
          <w:color w:val="555555"/>
          <w:sz w:val="20"/>
        </w:rPr>
        <w:t>[14 . 229]</w:t>
      </w:r>
    </w:p>
    <w:p>
      <w:r>
        <w:rPr>
          <w:rFonts w:ascii="Gentium Plus" w:hAnsi="Gentium Plus"/>
          <w:sz w:val="24"/>
        </w:rPr>
        <w:t>[ἐπὶ πόντον ἐβήσετο] ἀντὶ τοῦ θάλασσαν ἐπέβη.</w:t>
      </w:r>
    </w:p>
    <w:p>
      <w:r>
        <w:rPr>
          <w:rFonts w:ascii="Courier New" w:hAnsi="Courier New"/>
          <w:color w:val="555555"/>
          <w:sz w:val="20"/>
        </w:rPr>
        <w:t>[14 . 230]</w:t>
      </w:r>
    </w:p>
    <w:p>
      <w:r>
        <w:rPr>
          <w:rFonts w:ascii="Gentium Plus" w:hAnsi="Gentium Plus"/>
          <w:sz w:val="24"/>
        </w:rPr>
        <w:t>[πόλιν] ἀντὶ τοῦ νῆσον.</w:t>
      </w:r>
    </w:p>
    <w:p>
      <w:r>
        <w:rPr>
          <w:rFonts w:ascii="Courier New" w:hAnsi="Courier New"/>
          <w:color w:val="555555"/>
          <w:sz w:val="20"/>
        </w:rPr>
        <w:t>[14 . 235]</w:t>
      </w:r>
    </w:p>
    <w:p>
      <w:r>
        <w:rPr>
          <w:rFonts w:ascii="Gentium Plus" w:hAnsi="Gentium Plus"/>
          <w:sz w:val="24"/>
        </w:rPr>
        <w:t>[ἰδέω χάριν] γνώσομαι καὶ προσομολογήσω σοι χάριν.</w:t>
      </w:r>
    </w:p>
    <w:p>
      <w:r>
        <w:rPr>
          <w:rFonts w:ascii="Courier New" w:hAnsi="Courier New"/>
          <w:color w:val="555555"/>
          <w:sz w:val="20"/>
        </w:rPr>
        <w:t>[14 . 240]</w:t>
      </w:r>
    </w:p>
    <w:p>
      <w:r>
        <w:rPr>
          <w:rFonts w:ascii="Gentium Plus" w:hAnsi="Gentium Plus"/>
          <w:sz w:val="24"/>
        </w:rPr>
        <w:t>[ἥσει] ἢ «οἷσι», τοῖς ἑαυτοῦ.</w:t>
      </w:r>
    </w:p>
    <w:p>
      <w:r>
        <w:rPr>
          <w:rFonts w:ascii="Courier New" w:hAnsi="Courier New"/>
          <w:color w:val="555555"/>
          <w:sz w:val="20"/>
        </w:rPr>
        <w:t>[14 . 258]</w:t>
      </w:r>
    </w:p>
    <w:p>
      <w:r>
        <w:rPr>
          <w:rFonts w:ascii="Gentium Plus" w:hAnsi="Gentium Plus"/>
          <w:sz w:val="24"/>
        </w:rPr>
        <w:t>* [καί 〈κε〉 μ’ ἄϊστον] καὶ 〈ἄν〉 με ἀνιστόρητον, ἀφανῆ.</w:t>
      </w:r>
    </w:p>
    <w:p>
      <w:r>
        <w:rPr>
          <w:rFonts w:ascii="Courier New" w:hAnsi="Courier New"/>
          <w:color w:val="555555"/>
          <w:sz w:val="20"/>
        </w:rPr>
        <w:t>[14 . 261]</w:t>
      </w:r>
    </w:p>
    <w:p>
      <w:r>
        <w:rPr>
          <w:rFonts w:ascii="Gentium Plus" w:hAnsi="Gentium Plus"/>
          <w:sz w:val="24"/>
        </w:rPr>
        <w:t>* [θοῇ] ἢ ὅτι διὰ τὴν νύκτα—ἢ θείᾳ. * [ἀποθύμια ἔρδοι] ἀηδῆ καὶ οὐκ ἀρεστὰ πράξαι.</w:t>
      </w:r>
    </w:p>
    <w:p>
      <w:r>
        <w:rPr>
          <w:rFonts w:ascii="Courier New" w:hAnsi="Courier New"/>
          <w:color w:val="555555"/>
          <w:sz w:val="20"/>
        </w:rPr>
        <w:t>[14 . 271]</w:t>
      </w:r>
    </w:p>
    <w:p>
      <w:r>
        <w:rPr>
          <w:rFonts w:ascii="Gentium Plus" w:hAnsi="Gentium Plus"/>
          <w:sz w:val="24"/>
        </w:rPr>
        <w:t>* [ἄ〈α〉ατον] ἀβλαβὲς ἢ πολυβλαβές.</w:t>
      </w:r>
    </w:p>
    <w:p>
      <w:r>
        <w:rPr>
          <w:rFonts w:ascii="Courier New" w:hAnsi="Courier New"/>
          <w:color w:val="555555"/>
          <w:sz w:val="20"/>
        </w:rPr>
        <w:t>[14 . 282]</w:t>
      </w:r>
    </w:p>
    <w:p>
      <w:r>
        <w:rPr>
          <w:rFonts w:ascii="Gentium Plus" w:hAnsi="Gentium Plus"/>
          <w:sz w:val="24"/>
        </w:rPr>
        <w:t>* [ἠέρα] ὀμίχλην ἢ σκότος.</w:t>
      </w:r>
    </w:p>
    <w:p>
      <w:r>
        <w:rPr>
          <w:rFonts w:ascii="Courier New" w:hAnsi="Courier New"/>
          <w:color w:val="555555"/>
          <w:sz w:val="20"/>
        </w:rPr>
        <w:t>[14 . 284]</w:t>
      </w:r>
    </w:p>
    <w:p>
      <w:r>
        <w:rPr>
          <w:rFonts w:ascii="Gentium Plus" w:hAnsi="Gentium Plus"/>
          <w:sz w:val="24"/>
        </w:rPr>
        <w:t>Λεκτόν] ἀκρωτήριον—Φαλάκρη.</w:t>
      </w:r>
    </w:p>
    <w:p>
      <w:r>
        <w:rPr>
          <w:rFonts w:ascii="Courier New" w:hAnsi="Courier New"/>
          <w:color w:val="555555"/>
          <w:sz w:val="20"/>
        </w:rPr>
        <w:t>[14 . 287]</w:t>
      </w:r>
    </w:p>
    <w:p>
      <w:r>
        <w:rPr>
          <w:rFonts w:ascii="Gentium Plus" w:hAnsi="Gentium Plus"/>
          <w:sz w:val="24"/>
        </w:rPr>
        <w:t>[τότε] διὰ τοῦ «τότε» ἀνῄρηκε τὸ ψεῦδος ὥστε μὴ ζητεῖν.</w:t>
      </w:r>
    </w:p>
    <w:p>
      <w:r>
        <w:rPr>
          <w:rFonts w:ascii="Courier New" w:hAnsi="Courier New"/>
          <w:color w:val="555555"/>
          <w:sz w:val="20"/>
        </w:rPr>
        <w:t>[14 . 294]</w:t>
      </w:r>
    </w:p>
    <w:p>
      <w:r>
        <w:rPr>
          <w:rFonts w:ascii="Gentium Plus" w:hAnsi="Gentium Plus"/>
          <w:sz w:val="24"/>
        </w:rPr>
        <w:t>[ὡς] νῦν εὐθέως ἢ τότε.</w:t>
      </w:r>
    </w:p>
    <w:p>
      <w:r>
        <w:rPr>
          <w:rFonts w:ascii="Courier New" w:hAnsi="Courier New"/>
          <w:color w:val="555555"/>
          <w:sz w:val="20"/>
        </w:rPr>
        <w:t>[14 . 319]</w:t>
      </w:r>
    </w:p>
    <w:p>
      <w:r>
        <w:rPr>
          <w:rFonts w:ascii="Gentium Plus" w:hAnsi="Gentium Plus"/>
          <w:sz w:val="24"/>
        </w:rPr>
        <w:t>[καλλισφύρου] καλοὺς πόδας ἐχούσης, ἀπὸ μέρους καλῆς.</w:t>
      </w:r>
    </w:p>
    <w:p>
      <w:r>
        <w:rPr>
          <w:rFonts w:ascii="Courier New" w:hAnsi="Courier New"/>
          <w:color w:val="555555"/>
          <w:sz w:val="20"/>
        </w:rPr>
        <w:t>[14 . 321]</w:t>
      </w:r>
    </w:p>
    <w:p>
      <w:r>
        <w:rPr>
          <w:rFonts w:ascii="Gentium Plus" w:hAnsi="Gentium Plus"/>
          <w:sz w:val="24"/>
        </w:rPr>
        <w:t>[τηλεκλειτοῖο] μέχρι πόρρω καὶ πολλοῦ ἐνδόξου, ἢ πάνυ ἐν‐ δόξου.</w:t>
      </w:r>
    </w:p>
    <w:p>
      <w:r>
        <w:rPr>
          <w:rFonts w:ascii="Courier New" w:hAnsi="Courier New"/>
          <w:color w:val="555555"/>
          <w:sz w:val="20"/>
        </w:rPr>
        <w:t>[14 . 333]</w:t>
      </w:r>
    </w:p>
    <w:p>
      <w:r>
        <w:rPr>
          <w:rFonts w:ascii="Gentium Plus" w:hAnsi="Gentium Plus"/>
          <w:sz w:val="24"/>
        </w:rPr>
        <w:t>[πῶς κ’ ἔοι] πῶς ἂν γένοιτο; τί ἂν εἴη;</w:t>
      </w:r>
    </w:p>
    <w:p>
      <w:r>
        <w:rPr>
          <w:rFonts w:ascii="Courier New" w:hAnsi="Courier New"/>
          <w:color w:val="555555"/>
          <w:sz w:val="20"/>
        </w:rPr>
        <w:t>[14 . 334]</w:t>
      </w:r>
    </w:p>
    <w:p>
      <w:r>
        <w:rPr>
          <w:rFonts w:ascii="Gentium Plus" w:hAnsi="Gentium Plus"/>
          <w:sz w:val="24"/>
        </w:rPr>
        <w:t>[ἀθρήσειε] ἴδοι. τὸ αὐτὸ δὲ δηλοῖ καὶ τὸ διαδράκοι.</w:t>
      </w:r>
    </w:p>
    <w:p>
      <w:r>
        <w:rPr>
          <w:rFonts w:ascii="Courier New" w:hAnsi="Courier New"/>
          <w:color w:val="555555"/>
          <w:sz w:val="20"/>
        </w:rPr>
        <w:t>[14 . 335]</w:t>
      </w:r>
    </w:p>
    <w:p>
      <w:r>
        <w:rPr>
          <w:rFonts w:ascii="Gentium Plus" w:hAnsi="Gentium Plus"/>
          <w:sz w:val="24"/>
        </w:rPr>
        <w:t>* [πεφράδοι] φράσειε, δηλώσειε, εἴποι.</w:t>
      </w:r>
    </w:p>
    <w:p>
      <w:r>
        <w:rPr>
          <w:rFonts w:ascii="Courier New" w:hAnsi="Courier New"/>
          <w:color w:val="555555"/>
          <w:sz w:val="20"/>
        </w:rPr>
        <w:t>[14 . 349]</w:t>
      </w:r>
    </w:p>
    <w:p>
      <w:r>
        <w:rPr>
          <w:rFonts w:ascii="Gentium Plus" w:hAnsi="Gentium Plus"/>
          <w:sz w:val="24"/>
        </w:rPr>
        <w:t>[ὃς ἀπὸ χθονὸς ὑψός’ ἔεργε] ὃς αὐτοὺς οὐκ εἴα ἐπὶ γῆς— αὐτούς.</w:t>
      </w:r>
    </w:p>
    <w:p>
      <w:r>
        <w:rPr>
          <w:rFonts w:ascii="Courier New" w:hAnsi="Courier New"/>
          <w:color w:val="555555"/>
          <w:sz w:val="20"/>
        </w:rPr>
        <w:t>[14 . 364]</w:t>
      </w:r>
    </w:p>
    <w:p>
      <w:r>
        <w:rPr>
          <w:rFonts w:ascii="Gentium Plus" w:hAnsi="Gentium Plus"/>
          <w:sz w:val="24"/>
        </w:rPr>
        <w:t>* [μεθίεμεν] μεθίετε, παραχωρεῖτε τῷ Ἕκτορι 〈τὴν〉 νίκην. ταῦτα δὲ καὶ τὰ ἑξῆς κατ’ ἐρώτησιν ἀναγνωστέον.</w:t>
      </w:r>
    </w:p>
    <w:p>
      <w:r>
        <w:rPr>
          <w:rFonts w:ascii="Courier New" w:hAnsi="Courier New"/>
          <w:color w:val="555555"/>
          <w:sz w:val="20"/>
        </w:rPr>
        <w:t>[14 . 372]</w:t>
      </w:r>
    </w:p>
    <w:p>
      <w:r>
        <w:rPr>
          <w:rFonts w:ascii="Gentium Plus" w:hAnsi="Gentium Plus"/>
          <w:sz w:val="24"/>
        </w:rPr>
        <w:t>* [παναίθῃσιν] πάνυ στιλπναῖς, λαμπραῖς.</w:t>
      </w:r>
    </w:p>
    <w:p>
      <w:r>
        <w:rPr>
          <w:rFonts w:ascii="Courier New" w:hAnsi="Courier New"/>
          <w:color w:val="555555"/>
          <w:sz w:val="20"/>
        </w:rPr>
        <w:t>[14 . 381]</w:t>
      </w:r>
    </w:p>
    <w:p>
      <w:r>
        <w:rPr>
          <w:rFonts w:ascii="Gentium Plus" w:hAnsi="Gentium Plus"/>
          <w:sz w:val="24"/>
        </w:rPr>
        <w:t>* [ἄμειβον] νῦν ἤλλασσον.</w:t>
      </w:r>
    </w:p>
    <w:p>
      <w:r>
        <w:rPr>
          <w:rFonts w:ascii="Courier New" w:hAnsi="Courier New"/>
          <w:color w:val="555555"/>
          <w:sz w:val="20"/>
        </w:rPr>
        <w:t>[14 . 386]</w:t>
      </w:r>
    </w:p>
    <w:p>
      <w:r>
        <w:rPr>
          <w:rFonts w:ascii="Gentium Plus" w:hAnsi="Gentium Plus"/>
          <w:sz w:val="24"/>
        </w:rPr>
        <w:t>[τῷ δ’ οὐ θέμις ἐστὶ μιγῆναι] τούτῳ δὲ ἀδύνατον ἐναντιωθῆναι.</w:t>
      </w:r>
    </w:p>
    <w:p>
      <w:r>
        <w:rPr>
          <w:rFonts w:ascii="Courier New" w:hAnsi="Courier New"/>
          <w:color w:val="555555"/>
          <w:sz w:val="20"/>
        </w:rPr>
        <w:t>[14 . 387]</w:t>
      </w:r>
    </w:p>
    <w:p>
      <w:r>
        <w:rPr>
          <w:rFonts w:ascii="Gentium Plus" w:hAnsi="Gentium Plus"/>
          <w:sz w:val="24"/>
        </w:rPr>
        <w:t>[δέος ἰσχάνει ἄνδρας] πεποίηται γὰρ εἰς φόβον, οὐκ εἰς φόνον.</w:t>
      </w:r>
    </w:p>
    <w:p>
      <w:r>
        <w:rPr>
          <w:rFonts w:ascii="Courier New" w:hAnsi="Courier New"/>
          <w:color w:val="555555"/>
          <w:sz w:val="20"/>
        </w:rPr>
        <w:t>[14 . 394]</w:t>
      </w:r>
    </w:p>
    <w:p>
      <w:r>
        <w:rPr>
          <w:rFonts w:ascii="Gentium Plus" w:hAnsi="Gentium Plus"/>
          <w:sz w:val="24"/>
        </w:rPr>
        <w:t>[ποτὶ χερσὸν] προσρηγνύμενον τῇ γῇ.</w:t>
      </w:r>
    </w:p>
    <w:p>
      <w:r>
        <w:rPr>
          <w:rFonts w:ascii="Courier New" w:hAnsi="Courier New"/>
          <w:color w:val="555555"/>
          <w:sz w:val="20"/>
        </w:rPr>
        <w:t>[14 . 402]</w:t>
      </w:r>
    </w:p>
    <w:p>
      <w:r>
        <w:rPr>
          <w:rFonts w:ascii="Gentium Plus" w:hAnsi="Gentium Plus"/>
          <w:sz w:val="24"/>
        </w:rPr>
        <w:t>[Αἴαντος—ἀκόντισε] ἀντὶ τοῦ κατὰ τοῦ Αἴαντος ἔβαλεν.</w:t>
      </w:r>
    </w:p>
    <w:p>
      <w:r>
        <w:rPr>
          <w:rFonts w:ascii="Courier New" w:hAnsi="Courier New"/>
          <w:color w:val="555555"/>
          <w:sz w:val="20"/>
        </w:rPr>
        <w:t>[14 . 406]</w:t>
      </w:r>
    </w:p>
    <w:p>
      <w:r>
        <w:rPr>
          <w:rFonts w:ascii="Gentium Plus" w:hAnsi="Gentium Plus"/>
          <w:sz w:val="24"/>
        </w:rPr>
        <w:t>[τώ οἱ ῥυσάσθην τέρενα χρόα] οἵτινες τελαμῶνες ἐφύλαξαν αὐτοῦ τὸ σῶμα. [χώσατο] νῦν ἐλυπήθη.</w:t>
      </w:r>
    </w:p>
    <w:p>
      <w:r>
        <w:rPr>
          <w:rFonts w:ascii="Courier New" w:hAnsi="Courier New"/>
          <w:color w:val="555555"/>
          <w:sz w:val="20"/>
        </w:rPr>
        <w:t>[14 . 415]</w:t>
      </w:r>
    </w:p>
    <w:p>
      <w:r>
        <w:rPr>
          <w:rFonts w:ascii="Gentium Plus" w:hAnsi="Gentium Plus"/>
          <w:sz w:val="24"/>
        </w:rPr>
        <w:t>[θεείου] θείου. προσληπτέον δὲ κεραυνοῦ. [ὀδμὴ] πνοή. ποιότης.</w:t>
      </w:r>
    </w:p>
    <w:p>
      <w:r>
        <w:rPr>
          <w:rFonts w:ascii="Courier New" w:hAnsi="Courier New"/>
          <w:color w:val="555555"/>
          <w:sz w:val="20"/>
        </w:rPr>
        <w:t>[14 . 416]</w:t>
      </w:r>
    </w:p>
    <w:p>
      <w:r>
        <w:rPr>
          <w:rFonts w:ascii="Gentium Plus" w:hAnsi="Gentium Plus"/>
          <w:sz w:val="24"/>
        </w:rPr>
        <w:t>[τὸν δ’ οὔπερ ἔχει θράσος] πάντες δὲ αὐτὸ καταπλήσσονται οἱ ἰδόντες.</w:t>
      </w:r>
    </w:p>
    <w:p>
      <w:r>
        <w:rPr>
          <w:rFonts w:ascii="Courier New" w:hAnsi="Courier New"/>
          <w:color w:val="555555"/>
          <w:sz w:val="20"/>
        </w:rPr>
        <w:t>[14 . 419]</w:t>
      </w:r>
    </w:p>
    <w:p>
      <w:r>
        <w:rPr>
          <w:rFonts w:ascii="Gentium Plus" w:hAnsi="Gentium Plus"/>
          <w:sz w:val="24"/>
        </w:rPr>
        <w:t>* [ἐάφθη] ἐπικατήφθη, ἐπικατηνέχθη.</w:t>
      </w:r>
    </w:p>
    <w:p>
      <w:r>
        <w:rPr>
          <w:rFonts w:ascii="Courier New" w:hAnsi="Courier New"/>
          <w:color w:val="555555"/>
          <w:sz w:val="20"/>
        </w:rPr>
        <w:t>[14 . 427]</w:t>
      </w:r>
    </w:p>
    <w:p>
      <w:r>
        <w:rPr>
          <w:rFonts w:ascii="Gentium Plus" w:hAnsi="Gentium Plus"/>
          <w:sz w:val="24"/>
        </w:rPr>
        <w:t>* [οὔτις εὗ ἀκήδεσεν] οὐδεὶς αὐτοῦ ἠμέλησεν, ἠφροντίστησεν.</w:t>
      </w:r>
    </w:p>
    <w:p>
      <w:r>
        <w:rPr>
          <w:rFonts w:ascii="Courier New" w:hAnsi="Courier New"/>
          <w:color w:val="555555"/>
          <w:sz w:val="20"/>
        </w:rPr>
        <w:t>[14 . 433]</w:t>
      </w:r>
    </w:p>
    <w:p>
      <w:r>
        <w:rPr>
          <w:rFonts w:ascii="Gentium Plus" w:hAnsi="Gentium Plus"/>
          <w:sz w:val="24"/>
        </w:rPr>
        <w:t>[πόρον ἵξον] παρεγένοντο εἰς τὸ διαβατὸν καὶ πορεύσιμον μέρος</w:t>
      </w:r>
    </w:p>
    <w:p>
      <w:r>
        <w:rPr>
          <w:rFonts w:ascii="Courier New" w:hAnsi="Courier New"/>
          <w:color w:val="555555"/>
          <w:sz w:val="20"/>
        </w:rPr>
        <w:t>[14 . 434]</w:t>
      </w:r>
    </w:p>
    <w:p>
      <w:r>
        <w:rPr>
          <w:rFonts w:ascii="Gentium Plus" w:hAnsi="Gentium Plus"/>
          <w:sz w:val="24"/>
        </w:rPr>
        <w:t>[Ξάνθου δινήεντος] ἰδίως τὸν μὲν σωματικὸν—νά‐ ουσιν».</w:t>
      </w:r>
    </w:p>
    <w:p>
      <w:r>
        <w:rPr>
          <w:rFonts w:ascii="Courier New" w:hAnsi="Courier New"/>
          <w:color w:val="555555"/>
          <w:sz w:val="20"/>
        </w:rPr>
        <w:t>[14 . 436]</w:t>
      </w:r>
    </w:p>
    <w:p>
      <w:r>
        <w:rPr>
          <w:rFonts w:ascii="Gentium Plus" w:hAnsi="Gentium Plus"/>
          <w:sz w:val="24"/>
        </w:rPr>
        <w:t>* [ἀμπνύνθη] ἀνεσωφρόνισε λειποθυμήσας.</w:t>
      </w:r>
    </w:p>
    <w:p>
      <w:r>
        <w:rPr>
          <w:rFonts w:ascii="Courier New" w:hAnsi="Courier New"/>
          <w:color w:val="555555"/>
          <w:sz w:val="20"/>
        </w:rPr>
        <w:t>[14 . 439]</w:t>
      </w:r>
    </w:p>
    <w:p>
      <w:r>
        <w:rPr>
          <w:rFonts w:ascii="Gentium Plus" w:hAnsi="Gentium Plus"/>
          <w:sz w:val="24"/>
        </w:rPr>
        <w:t>[βέλος] ἢ ἀπὸ τῆς βολῆς—τόπος.</w:t>
      </w:r>
    </w:p>
    <w:p>
      <w:r>
        <w:rPr>
          <w:rFonts w:ascii="Courier New" w:hAnsi="Courier New"/>
          <w:color w:val="555555"/>
          <w:sz w:val="20"/>
        </w:rPr>
        <w:t>[14 . 457]</w:t>
      </w:r>
    </w:p>
    <w:p>
      <w:r>
        <w:rPr>
          <w:rFonts w:ascii="Gentium Plus" w:hAnsi="Gentium Plus"/>
          <w:sz w:val="24"/>
        </w:rPr>
        <w:t>* [σκηπτόμενον] σκηριπτόμενον, ἐπερειδόμενον.</w:t>
      </w:r>
    </w:p>
    <w:p>
      <w:r>
        <w:rPr>
          <w:rFonts w:ascii="Courier New" w:hAnsi="Courier New"/>
          <w:color w:val="555555"/>
          <w:sz w:val="20"/>
        </w:rPr>
        <w:t>[14 . 463]</w:t>
      </w:r>
    </w:p>
    <w:p>
      <w:r>
        <w:rPr>
          <w:rFonts w:ascii="Gentium Plus" w:hAnsi="Gentium Plus"/>
          <w:sz w:val="24"/>
        </w:rPr>
        <w:t>* [λικριφὶς ἀΐξας] εἰς πλάγια ἀΐξας, ὅ ἐστι ἐγκλίνας.</w:t>
      </w:r>
    </w:p>
    <w:p>
      <w:r>
        <w:rPr>
          <w:rFonts w:ascii="Courier New" w:hAnsi="Courier New"/>
          <w:color w:val="555555"/>
          <w:sz w:val="20"/>
        </w:rPr>
        <w:t>[14 . 466]</w:t>
      </w:r>
    </w:p>
    <w:p>
      <w:r>
        <w:rPr>
          <w:rFonts w:ascii="Gentium Plus" w:hAnsi="Gentium Plus"/>
          <w:sz w:val="24"/>
        </w:rPr>
        <w:t>[ἀπὸ δ’ ἄμφω κέρσε τένοντε] καὶ ἀπέτεμεν ἀμφότερα τὰ κατα‐ τείνοντα αὐτοῦ νεῦρα.</w:t>
      </w:r>
    </w:p>
    <w:p>
      <w:r>
        <w:rPr>
          <w:rFonts w:ascii="Courier New" w:hAnsi="Courier New"/>
          <w:color w:val="555555"/>
          <w:sz w:val="20"/>
        </w:rPr>
        <w:t>[14 . 470]</w:t>
      </w:r>
    </w:p>
    <w:p>
      <w:r>
        <w:rPr>
          <w:rFonts w:ascii="Gentium Plus" w:hAnsi="Gentium Plus"/>
          <w:sz w:val="24"/>
        </w:rPr>
        <w:t>* [φράζεο] νῦν ὅρα.</w:t>
      </w:r>
    </w:p>
    <w:p>
      <w:r>
        <w:rPr>
          <w:rFonts w:ascii="Courier New" w:hAnsi="Courier New"/>
          <w:color w:val="555555"/>
          <w:sz w:val="20"/>
        </w:rPr>
        <w:t>[14 . 471]</w:t>
      </w:r>
    </w:p>
    <w:p>
      <w:r>
        <w:rPr>
          <w:rFonts w:ascii="Gentium Plus" w:hAnsi="Gentium Plus"/>
          <w:sz w:val="24"/>
        </w:rPr>
        <w:t>[Προθοήνορος ἀντὶ] ὁ τρόπος ἀναστροφή.</w:t>
      </w:r>
    </w:p>
    <w:p>
      <w:r>
        <w:rPr>
          <w:rFonts w:ascii="Courier New" w:hAnsi="Courier New"/>
          <w:color w:val="555555"/>
          <w:sz w:val="20"/>
        </w:rPr>
        <w:t>[14 . 472]</w:t>
      </w:r>
    </w:p>
    <w:p>
      <w:r>
        <w:rPr>
          <w:rFonts w:ascii="Gentium Plus" w:hAnsi="Gentium Plus"/>
          <w:sz w:val="24"/>
        </w:rPr>
        <w:t>[κακῶν ἔξ] ἀντὶ τοῦ ἐκ κακῶν.</w:t>
      </w:r>
    </w:p>
    <w:p>
      <w:r>
        <w:rPr>
          <w:rFonts w:ascii="Courier New" w:hAnsi="Courier New"/>
          <w:color w:val="555555"/>
          <w:sz w:val="20"/>
        </w:rPr>
        <w:t>[14 . 479]</w:t>
      </w:r>
    </w:p>
    <w:p>
      <w:r>
        <w:rPr>
          <w:rFonts w:ascii="Gentium Plus" w:hAnsi="Gentium Plus"/>
          <w:sz w:val="24"/>
        </w:rPr>
        <w:t>* [ἰόμωροι] οἱ περὶ τοὺς ἰοὺς, ὅ ἐστι τὰ βέλη, κακοπαθοῦντες, πολεμικοί.</w:t>
      </w:r>
    </w:p>
    <w:p>
      <w:r>
        <w:rPr>
          <w:rFonts w:ascii="Courier New" w:hAnsi="Courier New"/>
          <w:color w:val="555555"/>
          <w:sz w:val="20"/>
        </w:rPr>
        <w:t>[14 . 485]</w:t>
      </w:r>
    </w:p>
    <w:p>
      <w:r>
        <w:rPr>
          <w:rFonts w:ascii="Gentium Plus" w:hAnsi="Gentium Plus"/>
          <w:sz w:val="24"/>
        </w:rPr>
        <w:t>* [ἄρεως ἀλκτῆρα] τοῦ πολέμου ἀλεξητῆρα, βοηθόν, ἢ ὥς τινες φόνου τιμωρόν.</w:t>
      </w:r>
    </w:p>
    <w:p>
      <w:r>
        <w:rPr>
          <w:rFonts w:ascii="Courier New" w:hAnsi="Courier New"/>
          <w:color w:val="555555"/>
          <w:sz w:val="20"/>
        </w:rPr>
        <w:t>[14 . 493]</w:t>
      </w:r>
    </w:p>
    <w:p>
      <w:r>
        <w:rPr>
          <w:rFonts w:ascii="Gentium Plus" w:hAnsi="Gentium Plus"/>
          <w:sz w:val="24"/>
        </w:rPr>
        <w:t>* [θέμεθλα] ῥίζαι, βάσεις, ἐφ’ ὧν ἥδρασται ὁ ὀφθαλμός.</w:t>
      </w:r>
    </w:p>
    <w:p>
      <w:r>
        <w:rPr>
          <w:rFonts w:ascii="Courier New" w:hAnsi="Courier New"/>
          <w:color w:val="555555"/>
          <w:sz w:val="20"/>
        </w:rPr>
        <w:t>[14 . 494]</w:t>
      </w:r>
    </w:p>
    <w:p>
      <w:r>
        <w:rPr>
          <w:rFonts w:ascii="Gentium Plus" w:hAnsi="Gentium Plus"/>
          <w:sz w:val="24"/>
        </w:rPr>
        <w:t>* [διαπρὸ] διαμπάξ, δι’ ὅλου.</w:t>
      </w:r>
    </w:p>
    <w:p>
      <w:r>
        <w:rPr>
          <w:rFonts w:ascii="Courier New" w:hAnsi="Courier New"/>
          <w:color w:val="555555"/>
          <w:sz w:val="20"/>
        </w:rPr>
        <w:t>[14 . 497]</w:t>
      </w:r>
    </w:p>
    <w:p>
      <w:r>
        <w:rPr>
          <w:rFonts w:ascii="Gentium Plus" w:hAnsi="Gentium Plus"/>
          <w:sz w:val="24"/>
        </w:rPr>
        <w:t>* [ἔλασσεν] νῦν ἀπέτεμεν, ἀπέκοψεν.</w:t>
      </w:r>
    </w:p>
    <w:p>
      <w:r>
        <w:rPr>
          <w:rFonts w:ascii="Courier New" w:hAnsi="Courier New"/>
          <w:color w:val="555555"/>
          <w:sz w:val="20"/>
        </w:rPr>
        <w:t>[14 . 499]</w:t>
      </w:r>
    </w:p>
    <w:p>
      <w:r>
        <w:rPr>
          <w:rFonts w:ascii="Gentium Plus" w:hAnsi="Gentium Plus"/>
          <w:sz w:val="24"/>
        </w:rPr>
        <w:t>* [ὅδ’ ἔφη κώδειαν ἀνασχών] λείπει τὸ ὡς, ἵν’ ᾖ ὡς κώδειαν ἀνασχών.</w:t>
      </w:r>
    </w:p>
    <w:p>
      <w:r>
        <w:rPr>
          <w:rFonts w:ascii="Courier New" w:hAnsi="Courier New"/>
          <w:color w:val="555555"/>
          <w:sz w:val="20"/>
        </w:rPr>
        <w:t>[14 . 504]</w:t>
      </w:r>
    </w:p>
    <w:p>
      <w:r>
        <w:rPr>
          <w:rFonts w:ascii="Gentium Plus" w:hAnsi="Gentium Plus"/>
          <w:sz w:val="24"/>
        </w:rPr>
        <w:t>* [γανύσσεται] ἡσθῇ χαρῇ, γηθήσῃ.</w:t>
      </w:r>
    </w:p>
    <w:p>
      <w:r>
        <w:rPr>
          <w:rFonts w:ascii="Courier New" w:hAnsi="Courier New"/>
          <w:color w:val="555555"/>
          <w:sz w:val="20"/>
        </w:rPr>
        <w:t>[14 . 509]</w:t>
      </w:r>
    </w:p>
    <w:p>
      <w:r>
        <w:rPr>
          <w:rFonts w:ascii="Gentium Plus" w:hAnsi="Gentium Plus"/>
          <w:sz w:val="24"/>
        </w:rPr>
        <w:t>* [ἀνδράγρια] ἀνδρῶν ἀγρεύματα, σκῦλα.</w:t>
      </w:r>
    </w:p>
    <w:p>
      <w:r>
        <w:rPr>
          <w:rFonts w:ascii="Courier New" w:hAnsi="Courier New"/>
          <w:color w:val="555555"/>
          <w:sz w:val="20"/>
        </w:rPr>
        <w:t>[15 . 1]</w:t>
      </w:r>
    </w:p>
    <w:p>
      <w:r>
        <w:rPr>
          <w:rFonts w:ascii="Gentium Plus" w:hAnsi="Gentium Plus"/>
          <w:sz w:val="24"/>
        </w:rPr>
        <w:t>τὸ ἑξῆς· «διέβησαν—ὑπερβατὸν ὁ τρόπος.</w:t>
      </w:r>
    </w:p>
    <w:p>
      <w:r>
        <w:rPr>
          <w:rFonts w:ascii="Courier New" w:hAnsi="Courier New"/>
          <w:color w:val="555555"/>
          <w:sz w:val="20"/>
        </w:rPr>
        <w:t>[15 . 4]</w:t>
      </w:r>
    </w:p>
    <w:p>
      <w:r>
        <w:rPr>
          <w:rFonts w:ascii="Gentium Plus" w:hAnsi="Gentium Plus"/>
          <w:sz w:val="24"/>
        </w:rPr>
        <w:t>[Ζεὺς] τὸ παχυμερὲς κατάστημα τοῦ ἀέρος.</w:t>
      </w:r>
    </w:p>
    <w:p>
      <w:r>
        <w:rPr>
          <w:rFonts w:ascii="Courier New" w:hAnsi="Courier New"/>
          <w:color w:val="555555"/>
          <w:sz w:val="20"/>
        </w:rPr>
        <w:t>[15 . 10]</w:t>
      </w:r>
    </w:p>
    <w:p>
      <w:r>
        <w:rPr>
          <w:rFonts w:ascii="Gentium Plus" w:hAnsi="Gentium Plus"/>
          <w:sz w:val="24"/>
        </w:rPr>
        <w:t>ἄσθματι] ὑπὸ ἄσθματος συνείχετο, ὅ ἐστιν ὑπὸ πολλοῦ πνεύ‐ ματος καὶ ἀναπνοῆς.</w:t>
      </w:r>
    </w:p>
    <w:p>
      <w:r>
        <w:rPr>
          <w:rFonts w:ascii="Courier New" w:hAnsi="Courier New"/>
          <w:color w:val="555555"/>
          <w:sz w:val="20"/>
        </w:rPr>
        <w:t>[15 10bis]</w:t>
      </w:r>
    </w:p>
    <w:p>
      <w:r>
        <w:rPr>
          <w:rFonts w:ascii="Gentium Plus" w:hAnsi="Gentium Plus"/>
          <w:sz w:val="24"/>
        </w:rPr>
        <w:t>* [κῆρ’ ἀπινύσσων] ἐξεστηκὼς τῆς ψυχῆς, οὐ〈κέτι〉 σύνε〈τοσ〉 ...</w:t>
      </w:r>
    </w:p>
    <w:p>
      <w:r>
        <w:rPr>
          <w:rFonts w:ascii="Courier New" w:hAnsi="Courier New"/>
          <w:color w:val="555555"/>
          <w:sz w:val="20"/>
        </w:rPr>
        <w:t>[15 . 14]</w:t>
      </w:r>
    </w:p>
    <w:p>
      <w:r>
        <w:rPr>
          <w:rFonts w:ascii="Gentium Plus" w:hAnsi="Gentium Plus"/>
          <w:sz w:val="24"/>
        </w:rPr>
        <w:t>[ἀμήχανε] πανοῦργος, πρὸς ὃν οὐδὲν δύναταί τις μηχανήσασθαι καὶ ἐπινοῆσαι.</w:t>
      </w:r>
    </w:p>
    <w:p>
      <w:r>
        <w:rPr>
          <w:rFonts w:ascii="Courier New" w:hAnsi="Courier New"/>
          <w:color w:val="555555"/>
          <w:sz w:val="20"/>
        </w:rPr>
        <w:t>[15 14-15]</w:t>
      </w:r>
    </w:p>
    <w:p>
      <w:r>
        <w:rPr>
          <w:rFonts w:ascii="Gentium Plus" w:hAnsi="Gentium Plus"/>
          <w:sz w:val="24"/>
        </w:rPr>
        <w:t>ὄντως δὴ ὁ ἐπὶ κακῷ σοι 〈τε〉τεχνασμένος δόλος, ὦ Ἥρα, τῆς μάχης ἔοικε τὸν Ἕκτορα πεπαυκέναι.</w:t>
      </w:r>
    </w:p>
    <w:p>
      <w:r>
        <w:rPr>
          <w:rFonts w:ascii="Courier New" w:hAnsi="Courier New"/>
          <w:color w:val="555555"/>
          <w:sz w:val="20"/>
        </w:rPr>
        <w:t>[15 . 16]</w:t>
      </w:r>
    </w:p>
    <w:p>
      <w:r>
        <w:rPr>
          <w:rFonts w:ascii="Gentium Plus" w:hAnsi="Gentium Plus"/>
          <w:sz w:val="24"/>
        </w:rPr>
        <w:t>[κακορραφίης] κακοβουλίας, κακοσυνθεσίας.</w:t>
      </w:r>
    </w:p>
    <w:p>
      <w:r>
        <w:rPr>
          <w:rFonts w:ascii="Courier New" w:hAnsi="Courier New"/>
          <w:color w:val="555555"/>
          <w:sz w:val="20"/>
        </w:rPr>
        <w:t>[15 . 19]</w:t>
      </w:r>
    </w:p>
    <w:p>
      <w:r>
        <w:rPr>
          <w:rFonts w:ascii="Gentium Plus" w:hAnsi="Gentium Plus"/>
          <w:sz w:val="24"/>
        </w:rPr>
        <w:t>* [ἴηλα] περιέβαλον, ἐδέσμευσα. ἀπὸ τοῦ εἰλῶ.</w:t>
      </w:r>
    </w:p>
    <w:p>
      <w:r>
        <w:rPr>
          <w:rFonts w:ascii="Courier New" w:hAnsi="Courier New"/>
          <w:color w:val="555555"/>
          <w:sz w:val="20"/>
        </w:rPr>
        <w:t>[15 . 22]</w:t>
      </w:r>
    </w:p>
    <w:p>
      <w:r>
        <w:rPr>
          <w:rFonts w:ascii="Gentium Plus" w:hAnsi="Gentium Plus"/>
          <w:sz w:val="24"/>
        </w:rPr>
        <w:t>[παρασταδόν. ὃν δὲ λάβοιμι] ὃν δὲ λάβοιμί σοι παρεστῶτα, ἀντὶ τοῦ· ὃν δὲ ἔλαβον παριστάμενόν σοι. δῆλον ὅτι λέγει τὸν Ἥφαιστον.</w:t>
      </w:r>
    </w:p>
    <w:p>
      <w:r>
        <w:rPr>
          <w:rFonts w:ascii="Courier New" w:hAnsi="Courier New"/>
          <w:color w:val="555555"/>
          <w:sz w:val="20"/>
        </w:rPr>
        <w:t>[15 . 23]</w:t>
      </w:r>
    </w:p>
    <w:p>
      <w:r>
        <w:rPr>
          <w:rFonts w:ascii="Gentium Plus" w:hAnsi="Gentium Plus"/>
          <w:sz w:val="24"/>
        </w:rPr>
        <w:t>[ῥίπτασκον] ἔρριπτον. παραγωγὴ ὁ τρόπος.</w:t>
      </w:r>
    </w:p>
    <w:p>
      <w:r>
        <w:rPr>
          <w:rFonts w:ascii="Courier New" w:hAnsi="Courier New"/>
          <w:color w:val="555555"/>
          <w:sz w:val="20"/>
        </w:rPr>
        <w:t>[15 . 24]</w:t>
      </w:r>
    </w:p>
    <w:p>
      <w:r>
        <w:rPr>
          <w:rFonts w:ascii="Gentium Plus" w:hAnsi="Gentium Plus"/>
          <w:sz w:val="24"/>
        </w:rPr>
        <w:t>* [ὀλιγηπελέων] ὀλιγοδρανέων, ὀλίγον ἰσχύων, ἐξησθενηκώς.</w:t>
      </w:r>
    </w:p>
    <w:p>
      <w:r>
        <w:rPr>
          <w:rFonts w:ascii="Courier New" w:hAnsi="Courier New"/>
          <w:color w:val="555555"/>
          <w:sz w:val="20"/>
        </w:rPr>
        <w:t>[15 . 46]</w:t>
      </w:r>
    </w:p>
    <w:p>
      <w:r>
        <w:rPr>
          <w:rFonts w:ascii="Gentium Plus" w:hAnsi="Gentium Plus"/>
          <w:sz w:val="24"/>
        </w:rPr>
        <w:t>[τῇ ἴμεν] ταύτην ἔρχεσθαι, ἢ προαίρεσιν καὶ γνώμην ὁμοίαν</w:t>
      </w:r>
    </w:p>
    <w:p>
      <w:r>
        <w:rPr>
          <w:rFonts w:ascii="Courier New" w:hAnsi="Courier New"/>
          <w:color w:val="555555"/>
          <w:sz w:val="20"/>
        </w:rPr>
        <w:t>[15 . 50]</w:t>
      </w:r>
    </w:p>
    <w:p>
      <w:r>
        <w:rPr>
          <w:rFonts w:ascii="Gentium Plus" w:hAnsi="Gentium Plus"/>
          <w:sz w:val="24"/>
        </w:rPr>
        <w:t>[ἶσον ἐμοὶ φρονέουσα] ὁμοία καὶ τὰ αὐτὰ ἐμοὶ φρονοῦσα.</w:t>
      </w:r>
    </w:p>
    <w:p>
      <w:r>
        <w:rPr>
          <w:rFonts w:ascii="Courier New" w:hAnsi="Courier New"/>
          <w:color w:val="555555"/>
          <w:sz w:val="20"/>
        </w:rPr>
        <w:t>[15 . 52]</w:t>
      </w:r>
    </w:p>
    <w:p>
      <w:r>
        <w:rPr>
          <w:rFonts w:ascii="Gentium Plus" w:hAnsi="Gentium Plus"/>
          <w:sz w:val="24"/>
        </w:rPr>
        <w:t>[μετὰ σὸν καὶ ἐμὸν κῆρ] ἐπὶ τὸ σοὶ καὶ ἐμοὶ ἀρέσκον.</w:t>
      </w:r>
    </w:p>
    <w:p>
      <w:r>
        <w:rPr>
          <w:rFonts w:ascii="Courier New" w:hAnsi="Courier New"/>
          <w:color w:val="555555"/>
          <w:sz w:val="20"/>
        </w:rPr>
        <w:t>[15 . 53]</w:t>
      </w:r>
    </w:p>
    <w:p>
      <w:r>
        <w:rPr>
          <w:rFonts w:ascii="Gentium Plus" w:hAnsi="Gentium Plus"/>
          <w:sz w:val="24"/>
        </w:rPr>
        <w:t>[ἀλλ’ εἰ δή ῥ’ ἐτεόν—ἀγορεύεις] ἀλλ’ ἐὰν δὴ, φησὶν, ἀληθῆ λέγεις.</w:t>
      </w:r>
    </w:p>
    <w:p>
      <w:r>
        <w:rPr>
          <w:rFonts w:ascii="Courier New" w:hAnsi="Courier New"/>
          <w:color w:val="555555"/>
          <w:sz w:val="20"/>
        </w:rPr>
        <w:t>[15 . 69]</w:t>
      </w:r>
    </w:p>
    <w:p>
      <w:r>
        <w:rPr>
          <w:rFonts w:ascii="Gentium Plus" w:hAnsi="Gentium Plus"/>
          <w:sz w:val="24"/>
        </w:rPr>
        <w:t>παλίωξιν] τὴν ἐξ ὑποστροφῆς τῶν φευγόντων δίωξιν, ὅταν οἱ πρό‐ τερον—θαρρήσαντες.</w:t>
      </w:r>
    </w:p>
    <w:p>
      <w:r>
        <w:rPr>
          <w:rFonts w:ascii="Courier New" w:hAnsi="Courier New"/>
          <w:color w:val="555555"/>
          <w:sz w:val="20"/>
        </w:rPr>
        <w:t>[15 . 71]</w:t>
      </w:r>
    </w:p>
    <w:p>
      <w:r>
        <w:rPr>
          <w:rFonts w:ascii="Gentium Plus" w:hAnsi="Gentium Plus"/>
          <w:sz w:val="24"/>
        </w:rPr>
        <w:t>σημείωσαι τοῦτο ὅτι—οὗτος.</w:t>
      </w:r>
    </w:p>
    <w:p>
      <w:r>
        <w:rPr>
          <w:rFonts w:ascii="Courier New" w:hAnsi="Courier New"/>
          <w:color w:val="555555"/>
          <w:sz w:val="20"/>
        </w:rPr>
        <w:t>[15 . 82]</w:t>
      </w:r>
    </w:p>
    <w:p>
      <w:r>
        <w:rPr>
          <w:rFonts w:ascii="Gentium Plus" w:hAnsi="Gentium Plus"/>
          <w:sz w:val="24"/>
        </w:rPr>
        <w:t>[εἴη] ἢ «εἴην».</w:t>
      </w:r>
    </w:p>
    <w:p>
      <w:r>
        <w:rPr>
          <w:rFonts w:ascii="Courier New" w:hAnsi="Courier New"/>
          <w:color w:val="555555"/>
          <w:sz w:val="20"/>
        </w:rPr>
        <w:t>[15 . 87]</w:t>
      </w:r>
    </w:p>
    <w:p>
      <w:r>
        <w:rPr>
          <w:rFonts w:ascii="Gentium Plus" w:hAnsi="Gentium Plus"/>
          <w:sz w:val="24"/>
        </w:rPr>
        <w:t>[Θέμιστι] Θέμις μία τῶν Τιτάνων.</w:t>
      </w:r>
    </w:p>
    <w:p>
      <w:r>
        <w:rPr>
          <w:rFonts w:ascii="Courier New" w:hAnsi="Courier New"/>
          <w:color w:val="555555"/>
          <w:sz w:val="20"/>
        </w:rPr>
        <w:t>[15 . 97]</w:t>
      </w:r>
    </w:p>
    <w:p>
      <w:r>
        <w:rPr>
          <w:rFonts w:ascii="Gentium Plus" w:hAnsi="Gentium Plus"/>
          <w:sz w:val="24"/>
        </w:rPr>
        <w:t>* [πιφαύσκεται] ἐμφανίζει, λέγει, μηχανᾶται.</w:t>
      </w:r>
    </w:p>
    <w:p>
      <w:r>
        <w:rPr>
          <w:rFonts w:ascii="Courier New" w:hAnsi="Courier New"/>
          <w:color w:val="555555"/>
          <w:sz w:val="20"/>
        </w:rPr>
        <w:t>[15 . 99]</w:t>
      </w:r>
    </w:p>
    <w:p>
      <w:r>
        <w:rPr>
          <w:rFonts w:ascii="Gentium Plus" w:hAnsi="Gentium Plus"/>
          <w:sz w:val="24"/>
        </w:rPr>
        <w:t>[εὔφρων] ἐν εὐφροσύνῃ καὶ θυμηδίᾳ ὑπάρχων.</w:t>
      </w:r>
    </w:p>
    <w:p>
      <w:r>
        <w:rPr>
          <w:rFonts w:ascii="Courier New" w:hAnsi="Courier New"/>
          <w:color w:val="555555"/>
          <w:sz w:val="20"/>
        </w:rPr>
        <w:t>[15 . 106]</w:t>
      </w:r>
    </w:p>
    <w:p>
      <w:r>
        <w:rPr>
          <w:rFonts w:ascii="Gentium Plus" w:hAnsi="Gentium Plus"/>
          <w:sz w:val="24"/>
        </w:rPr>
        <w:t>* [ἀφήμενος] ἀποτέρω καὶ πόρρω καθιζόμενος.</w:t>
      </w:r>
    </w:p>
    <w:p>
      <w:r>
        <w:rPr>
          <w:rFonts w:ascii="Courier New" w:hAnsi="Courier New"/>
          <w:color w:val="555555"/>
          <w:sz w:val="20"/>
        </w:rPr>
        <w:t>[15 . 109]</w:t>
      </w:r>
    </w:p>
    <w:p>
      <w:r>
        <w:rPr>
          <w:rFonts w:ascii="Gentium Plus" w:hAnsi="Gentium Plus"/>
          <w:sz w:val="24"/>
        </w:rPr>
        <w:t>* [τῷ ἔχετε] διὸ ἀνέχεσθε καὶ ὑπομένετε.</w:t>
      </w:r>
    </w:p>
    <w:p>
      <w:r>
        <w:rPr>
          <w:rFonts w:ascii="Courier New" w:hAnsi="Courier New"/>
          <w:color w:val="555555"/>
          <w:sz w:val="20"/>
        </w:rPr>
        <w:t>[15 . 113]</w:t>
      </w:r>
    </w:p>
    <w:p>
      <w:r>
        <w:rPr>
          <w:rFonts w:ascii="Gentium Plus" w:hAnsi="Gentium Plus"/>
          <w:sz w:val="24"/>
        </w:rPr>
        <w:t>* [θαλερὼ πεπλήγετο] θάλλουσιν, ἰσχυροῖς δυϊκῶς ἔπληξεν.</w:t>
      </w:r>
    </w:p>
    <w:p>
      <w:r>
        <w:rPr>
          <w:rFonts w:ascii="Courier New" w:hAnsi="Courier New"/>
          <w:color w:val="555555"/>
          <w:sz w:val="20"/>
        </w:rPr>
        <w:t>[15 . 123]</w:t>
      </w:r>
    </w:p>
    <w:p>
      <w:r>
        <w:rPr>
          <w:rFonts w:ascii="Gentium Plus" w:hAnsi="Gentium Plus"/>
          <w:sz w:val="24"/>
        </w:rPr>
        <w:t>[πᾶσι περιδδείσασα θεοῖσιν] περὶ πάντων εὐλαβηθεῖσα θεῶν.</w:t>
      </w:r>
    </w:p>
    <w:p>
      <w:r>
        <w:rPr>
          <w:rFonts w:ascii="Courier New" w:hAnsi="Courier New"/>
          <w:color w:val="555555"/>
          <w:sz w:val="20"/>
        </w:rPr>
        <w:t>[15 . 128]</w:t>
      </w:r>
    </w:p>
    <w:p>
      <w:r>
        <w:rPr>
          <w:rFonts w:ascii="Gentium Plus" w:hAnsi="Gentium Plus"/>
          <w:sz w:val="24"/>
        </w:rPr>
        <w:t>* [ἠλέ] ἀνόητε καὶ μάταιε τὰς φρένας.</w:t>
      </w:r>
    </w:p>
    <w:p>
      <w:r>
        <w:rPr>
          <w:rFonts w:ascii="Courier New" w:hAnsi="Courier New"/>
          <w:color w:val="555555"/>
          <w:sz w:val="20"/>
        </w:rPr>
        <w:t>[15 128-129]</w:t>
      </w:r>
    </w:p>
    <w:p>
      <w:r>
        <w:rPr>
          <w:rFonts w:ascii="Gentium Plus" w:hAnsi="Gentium Plus"/>
          <w:sz w:val="24"/>
        </w:rPr>
        <w:t>* [ἦ νύ τοι αὔτως οὔατ’ ἀκούειν ἐστί] ἦ ματαίως πάρεστί σοι τὰ ὦτα πρὸς τὸ ἀκούειν.</w:t>
      </w:r>
    </w:p>
    <w:p>
      <w:r>
        <w:rPr>
          <w:rFonts w:ascii="Courier New" w:hAnsi="Courier New"/>
          <w:color w:val="555555"/>
          <w:sz w:val="20"/>
        </w:rPr>
        <w:t>[15 . 129]</w:t>
      </w:r>
    </w:p>
    <w:p>
      <w:r>
        <w:rPr>
          <w:rFonts w:ascii="Gentium Plus" w:hAnsi="Gentium Plus"/>
          <w:sz w:val="24"/>
        </w:rPr>
        <w:t>τὰ ὦτα πρὸς τὸ ἀκούειν εἰσὶν, ὁ νοῦς δὲ ἀπώλετο καὶ ἡ ἐντροπὴ, ἢ τὸ αἰδεσθῆναι.</w:t>
      </w:r>
    </w:p>
    <w:p>
      <w:r>
        <w:rPr>
          <w:rFonts w:ascii="Courier New" w:hAnsi="Courier New"/>
          <w:color w:val="555555"/>
          <w:sz w:val="20"/>
        </w:rPr>
        <w:t>[15 . 137]</w:t>
      </w:r>
    </w:p>
    <w:p>
      <w:r>
        <w:rPr>
          <w:rFonts w:ascii="Gentium Plus" w:hAnsi="Gentium Plus"/>
          <w:sz w:val="24"/>
        </w:rPr>
        <w:t>* συλλήψεται ἐπὶ τιμωρίᾳ ἐφεξῆς τούς τε αἰτίους καὶ τοὺς ἀναι‐ τίους.</w:t>
      </w:r>
    </w:p>
    <w:p>
      <w:r>
        <w:rPr>
          <w:rFonts w:ascii="Courier New" w:hAnsi="Courier New"/>
          <w:color w:val="555555"/>
          <w:sz w:val="20"/>
        </w:rPr>
        <w:t>[15 . 152]</w:t>
      </w:r>
    </w:p>
    <w:p>
      <w:r>
        <w:rPr>
          <w:rFonts w:ascii="Gentium Plus" w:hAnsi="Gentium Plus"/>
          <w:sz w:val="24"/>
        </w:rPr>
        <w:t>[Γαργάρῳ] ἀκρωτήριον τῆς Ἴδης.</w:t>
      </w:r>
    </w:p>
    <w:p>
      <w:r>
        <w:rPr>
          <w:rFonts w:ascii="Courier New" w:hAnsi="Courier New"/>
          <w:color w:val="555555"/>
          <w:sz w:val="20"/>
        </w:rPr>
        <w:t>[15 . 153]</w:t>
      </w:r>
    </w:p>
    <w:p>
      <w:r>
        <w:rPr>
          <w:rFonts w:ascii="Gentium Plus" w:hAnsi="Gentium Plus"/>
          <w:sz w:val="24"/>
        </w:rPr>
        <w:t>* [θυόεν] τὸ τεθυμιαμένον—τοῦ μύρου τῆς Ἥρας.</w:t>
      </w:r>
    </w:p>
    <w:p>
      <w:r>
        <w:rPr>
          <w:rFonts w:ascii="Courier New" w:hAnsi="Courier New"/>
          <w:color w:val="555555"/>
          <w:sz w:val="20"/>
        </w:rPr>
        <w:t>[15 . 159]</w:t>
      </w:r>
    </w:p>
    <w:p>
      <w:r>
        <w:rPr>
          <w:rFonts w:ascii="Gentium Plus" w:hAnsi="Gentium Plus"/>
          <w:sz w:val="24"/>
        </w:rPr>
        <w:t>[ἀγγεῖλαι] ἀντὶ τοῦ ἀνάγγειλον.</w:t>
      </w:r>
    </w:p>
    <w:p>
      <w:r>
        <w:rPr>
          <w:rFonts w:ascii="Courier New" w:hAnsi="Courier New"/>
          <w:color w:val="555555"/>
          <w:sz w:val="20"/>
        </w:rPr>
        <w:t>[15 . 162]</w:t>
      </w:r>
    </w:p>
    <w:p>
      <w:r>
        <w:rPr>
          <w:rFonts w:ascii="Gentium Plus" w:hAnsi="Gentium Plus"/>
          <w:sz w:val="24"/>
        </w:rPr>
        <w:t>[ἀλλ’ ἀλογήσει] ἀλλὰ καταφρονήσει, λόγον οὐ ποιήσεται.</w:t>
      </w:r>
    </w:p>
    <w:p>
      <w:r>
        <w:rPr>
          <w:rFonts w:ascii="Courier New" w:hAnsi="Courier New"/>
          <w:color w:val="555555"/>
          <w:sz w:val="20"/>
        </w:rPr>
        <w:t>[15 . 170]</w:t>
      </w:r>
    </w:p>
    <w:p>
      <w:r>
        <w:rPr>
          <w:rFonts w:ascii="Gentium Plus" w:hAnsi="Gentium Plus"/>
          <w:sz w:val="24"/>
        </w:rPr>
        <w:t>[νιφὰς] ψακὰς ἢ χιών.</w:t>
      </w:r>
    </w:p>
    <w:p>
      <w:r>
        <w:rPr>
          <w:rFonts w:ascii="Courier New" w:hAnsi="Courier New"/>
          <w:color w:val="555555"/>
          <w:sz w:val="20"/>
        </w:rPr>
        <w:t>[15 . 188]</w:t>
      </w:r>
    </w:p>
    <w:p>
      <w:r>
        <w:rPr>
          <w:rFonts w:ascii="Gentium Plus" w:hAnsi="Gentium Plus"/>
          <w:sz w:val="24"/>
        </w:rPr>
        <w:t>[ἐνέροισιν] τοῖς ὑπὸ γῆν νεκροῖς· ἔρα γὰρ ἡ γῆ.</w:t>
      </w:r>
    </w:p>
    <w:p>
      <w:r>
        <w:rPr>
          <w:rFonts w:ascii="Courier New" w:hAnsi="Courier New"/>
          <w:color w:val="555555"/>
          <w:sz w:val="20"/>
        </w:rPr>
        <w:t>[15 . 190]</w:t>
      </w:r>
    </w:p>
    <w:p>
      <w:r>
        <w:rPr>
          <w:rFonts w:ascii="Gentium Plus" w:hAnsi="Gentium Plus"/>
          <w:sz w:val="24"/>
        </w:rPr>
        <w:t>[πολιὴν] λευκὴν διὰ τὸν ἀφρὸν, ἢ ἁπλῶς λευκήν.</w:t>
      </w:r>
    </w:p>
    <w:p>
      <w:r>
        <w:rPr>
          <w:rFonts w:ascii="Courier New" w:hAnsi="Courier New"/>
          <w:color w:val="555555"/>
          <w:sz w:val="20"/>
        </w:rPr>
        <w:t>[15 . 191]</w:t>
      </w:r>
    </w:p>
    <w:p>
      <w:r>
        <w:rPr>
          <w:rFonts w:ascii="Gentium Plus" w:hAnsi="Gentium Plus"/>
          <w:sz w:val="24"/>
        </w:rPr>
        <w:t>[παλλομένων] κλήρῳ μεριζομένων· πάλος γὰρ ὁ κλῆρος. [ζόφον] σκότον. λέγει δὲ τὸν κατώτατον τόπον.</w:t>
      </w:r>
    </w:p>
    <w:p>
      <w:r>
        <w:rPr>
          <w:rFonts w:ascii="Courier New" w:hAnsi="Courier New"/>
          <w:color w:val="555555"/>
          <w:sz w:val="20"/>
        </w:rPr>
        <w:t>[15 . 199]</w:t>
      </w:r>
    </w:p>
    <w:p>
      <w:r>
        <w:rPr>
          <w:rFonts w:ascii="Gentium Plus" w:hAnsi="Gentium Plus"/>
          <w:sz w:val="24"/>
        </w:rPr>
        <w:t>οἵτινες αὐτοῦ προστάσσοντος ἀναγκαίως πεισθήσονται.</w:t>
      </w:r>
    </w:p>
    <w:p>
      <w:r>
        <w:rPr>
          <w:rFonts w:ascii="Courier New" w:hAnsi="Courier New"/>
          <w:color w:val="555555"/>
          <w:sz w:val="20"/>
        </w:rPr>
        <w:t>[15 . 203]</w:t>
      </w:r>
    </w:p>
    <w:p>
      <w:r>
        <w:rPr>
          <w:rFonts w:ascii="Gentium Plus" w:hAnsi="Gentium Plus"/>
          <w:sz w:val="24"/>
        </w:rPr>
        <w:t>[στρεπταὶ] εὐμετάτρεπτοι, εὔπιστοι εἰς τὸ ἀγαπῆσαι.</w:t>
      </w:r>
    </w:p>
    <w:p>
      <w:r>
        <w:rPr>
          <w:rFonts w:ascii="Courier New" w:hAnsi="Courier New"/>
          <w:color w:val="555555"/>
          <w:sz w:val="20"/>
        </w:rPr>
        <w:t>[15 . 204]</w:t>
      </w:r>
    </w:p>
    <w:p>
      <w:r>
        <w:rPr>
          <w:rFonts w:ascii="Gentium Plus" w:hAnsi="Gentium Plus"/>
          <w:sz w:val="24"/>
        </w:rPr>
        <w:t>* [Ἐριννύες ἕπονται] αἱ ἀπὸ τῶν Ἐριννύων ἐκδικήσεις τοῖς με‐ ταγενεστέροις ἕπονται.</w:t>
      </w:r>
    </w:p>
    <w:p>
      <w:r>
        <w:rPr>
          <w:rFonts w:ascii="Courier New" w:hAnsi="Courier New"/>
          <w:color w:val="555555"/>
          <w:sz w:val="20"/>
        </w:rPr>
        <w:t>[15 . 209]</w:t>
      </w:r>
    </w:p>
    <w:p>
      <w:r>
        <w:rPr>
          <w:rFonts w:ascii="Gentium Plus" w:hAnsi="Gentium Plus"/>
          <w:sz w:val="24"/>
        </w:rPr>
        <w:t>ἰσόμορον] τῆς ἴσης μερίδος μεθέξοντα, ἰσόμοιρον.</w:t>
      </w:r>
    </w:p>
    <w:p>
      <w:r>
        <w:rPr>
          <w:rFonts w:ascii="Courier New" w:hAnsi="Courier New"/>
          <w:color w:val="555555"/>
          <w:sz w:val="20"/>
        </w:rPr>
        <w:t>[15 . 211]</w:t>
      </w:r>
    </w:p>
    <w:p>
      <w:r>
        <w:rPr>
          <w:rFonts w:ascii="Gentium Plus" w:hAnsi="Gentium Plus"/>
          <w:sz w:val="24"/>
        </w:rPr>
        <w:t>[νεμεσσηθεὶς] αἰδεσθείς, ὅ ἐστι μεμπτὸν ἡγησάμενος.</w:t>
      </w:r>
    </w:p>
    <w:p>
      <w:r>
        <w:rPr>
          <w:rFonts w:ascii="Courier New" w:hAnsi="Courier New"/>
          <w:color w:val="555555"/>
          <w:sz w:val="20"/>
        </w:rPr>
        <w:t>[15 . 221]</w:t>
      </w:r>
    </w:p>
    <w:p>
      <w:r>
        <w:rPr>
          <w:rFonts w:ascii="Gentium Plus" w:hAnsi="Gentium Plus"/>
          <w:sz w:val="24"/>
        </w:rPr>
        <w:t>[χαλκοκορυστὴν] χαλκῷ καθωπλισμένον, τουτέστι πολεμικόν.</w:t>
      </w:r>
    </w:p>
    <w:p>
      <w:r>
        <w:rPr>
          <w:rFonts w:ascii="Courier New" w:hAnsi="Courier New"/>
          <w:color w:val="555555"/>
          <w:sz w:val="20"/>
        </w:rPr>
        <w:t>[15 . 224]</w:t>
      </w:r>
    </w:p>
    <w:p>
      <w:r>
        <w:rPr>
          <w:rFonts w:ascii="Gentium Plus" w:hAnsi="Gentium Plus"/>
          <w:sz w:val="24"/>
        </w:rPr>
        <w:t>μάλα γάρ κε] πάνυ γὰρ ἀπόπειραν τῆς ἡμετέρας δυνάμεως ἔλαβον καὶ οἱ περὶ Κρόνον Τιτᾶνες ἐν τῷ Ταρτάρῳ ὄντες.</w:t>
      </w:r>
    </w:p>
    <w:p>
      <w:r>
        <w:rPr>
          <w:rFonts w:ascii="Courier New" w:hAnsi="Courier New"/>
          <w:color w:val="555555"/>
          <w:sz w:val="20"/>
        </w:rPr>
        <w:t>[15 . 240]</w:t>
      </w:r>
    </w:p>
    <w:p>
      <w:r>
        <w:rPr>
          <w:rFonts w:ascii="Gentium Plus" w:hAnsi="Gentium Plus"/>
          <w:sz w:val="24"/>
        </w:rPr>
        <w:t>ἐσαγείρετο] νῦν ἠθροίζετο. [ἐσαγείρετο θυμόν] συνῆγε τὴν ψυχήν.</w:t>
      </w:r>
    </w:p>
    <w:p>
      <w:r>
        <w:rPr>
          <w:rFonts w:ascii="Courier New" w:hAnsi="Courier New"/>
          <w:color w:val="555555"/>
          <w:sz w:val="20"/>
        </w:rPr>
        <w:t>[15 . 241]</w:t>
      </w:r>
    </w:p>
    <w:p>
      <w:r>
        <w:rPr>
          <w:rFonts w:ascii="Gentium Plus" w:hAnsi="Gentium Plus"/>
          <w:sz w:val="24"/>
        </w:rPr>
        <w:t>[ἀμφὶ ἓ γινώσκων] ἄλλως· τοὺς περὶ αὑτὸν γινώσκων, ὅ ἐστιν ἐπιστάμενος τῇ διανοίᾳ.</w:t>
      </w:r>
    </w:p>
    <w:p>
      <w:r>
        <w:rPr>
          <w:rFonts w:ascii="Courier New" w:hAnsi="Courier New"/>
          <w:color w:val="555555"/>
          <w:sz w:val="20"/>
        </w:rPr>
        <w:t>[15 . 273]</w:t>
      </w:r>
    </w:p>
    <w:p>
      <w:r>
        <w:rPr>
          <w:rFonts w:ascii="Gentium Plus" w:hAnsi="Gentium Plus"/>
          <w:sz w:val="24"/>
        </w:rPr>
        <w:t>[ἠλίβατος] ἢ εἰς ἣν ὁ ἥλιος μόνον ἐπιβαίνει.</w:t>
      </w:r>
    </w:p>
    <w:p>
      <w:r>
        <w:rPr>
          <w:rFonts w:ascii="Courier New" w:hAnsi="Courier New"/>
          <w:color w:val="555555"/>
          <w:sz w:val="20"/>
        </w:rPr>
        <w:t>[15 . 280]</w:t>
      </w:r>
    </w:p>
    <w:p>
      <w:r>
        <w:rPr>
          <w:rFonts w:ascii="Gentium Plus" w:hAnsi="Gentium Plus"/>
          <w:sz w:val="24"/>
        </w:rPr>
        <w:t>* [πᾶσι δὲ παραὶ ποσὶ κάππεσε θυμός] τὰς ψυχὰς— εἶχον.</w:t>
      </w:r>
    </w:p>
    <w:p>
      <w:r>
        <w:rPr>
          <w:rFonts w:ascii="Courier New" w:hAnsi="Courier New"/>
          <w:color w:val="555555"/>
          <w:sz w:val="20"/>
        </w:rPr>
        <w:t>[15 . 305]</w:t>
      </w:r>
    </w:p>
    <w:p>
      <w:r>
        <w:rPr>
          <w:rFonts w:ascii="Gentium Plus" w:hAnsi="Gentium Plus"/>
          <w:sz w:val="24"/>
        </w:rPr>
        <w:t>[πληθὺς] ἐν σχήματι πέφρασται ἀντὶ τοῦ οἱ πολλοί.</w:t>
      </w:r>
    </w:p>
    <w:p>
      <w:r>
        <w:rPr>
          <w:rFonts w:ascii="Courier New" w:hAnsi="Courier New"/>
          <w:color w:val="555555"/>
          <w:sz w:val="20"/>
        </w:rPr>
        <w:t>[15 . 309]</w:t>
      </w:r>
    </w:p>
    <w:p>
      <w:r>
        <w:rPr>
          <w:rFonts w:ascii="Gentium Plus" w:hAnsi="Gentium Plus"/>
          <w:sz w:val="24"/>
        </w:rPr>
        <w:t>[ἀμφιδάσειαν] πανταχόθεν—ὄνομα.</w:t>
      </w:r>
    </w:p>
    <w:p>
      <w:r>
        <w:rPr>
          <w:rFonts w:ascii="Courier New" w:hAnsi="Courier New"/>
          <w:color w:val="555555"/>
          <w:sz w:val="20"/>
        </w:rPr>
        <w:t>[15 . 316]</w:t>
      </w:r>
    </w:p>
    <w:p>
      <w:r>
        <w:rPr>
          <w:rFonts w:ascii="Gentium Plus" w:hAnsi="Gentium Plus"/>
          <w:sz w:val="24"/>
        </w:rPr>
        <w:t>[λιλαιόμενα] ἐφιέμενα, ἐπιθυμοῦντα. ἐν τῇ διὰ μέσου γῇ ἐπή‐</w:t>
      </w:r>
    </w:p>
    <w:p>
      <w:r>
        <w:rPr>
          <w:rFonts w:ascii="Courier New" w:hAnsi="Courier New"/>
          <w:color w:val="555555"/>
          <w:sz w:val="20"/>
        </w:rPr>
        <w:t>[15 . 324]</w:t>
      </w:r>
    </w:p>
    <w:p>
      <w:r>
        <w:rPr>
          <w:rFonts w:ascii="Gentium Plus" w:hAnsi="Gentium Plus"/>
          <w:sz w:val="24"/>
        </w:rPr>
        <w:t>[θῆρε] λέοντε κατ’ ἐξοχήν.</w:t>
      </w:r>
    </w:p>
    <w:p>
      <w:r>
        <w:rPr>
          <w:rFonts w:ascii="Courier New" w:hAnsi="Courier New"/>
          <w:color w:val="555555"/>
          <w:sz w:val="20"/>
        </w:rPr>
        <w:t>[15 . 325]</w:t>
      </w:r>
    </w:p>
    <w:p>
      <w:r>
        <w:rPr>
          <w:rFonts w:ascii="Gentium Plus" w:hAnsi="Gentium Plus"/>
          <w:sz w:val="24"/>
        </w:rPr>
        <w:t>[σημάντορος] ἄρχοντος. νῦν δὲ φύλακος, νομέως.</w:t>
      </w:r>
    </w:p>
    <w:p>
      <w:r>
        <w:rPr>
          <w:rFonts w:ascii="Courier New" w:hAnsi="Courier New"/>
          <w:color w:val="555555"/>
          <w:sz w:val="20"/>
        </w:rPr>
        <w:t>[15 . 326]</w:t>
      </w:r>
    </w:p>
    <w:p>
      <w:r>
        <w:rPr>
          <w:rFonts w:ascii="Gentium Plus" w:hAnsi="Gentium Plus"/>
          <w:sz w:val="24"/>
        </w:rPr>
        <w:t>ἐφόβηθεν Ἀχαιοί] οὕτω καὶ οἱ Ἀχαιοὶ εἰς φυγὴν ἐτράπησαν ὑπὸ τοῦ φόβου ὡς ἀσθενεῖς.</w:t>
      </w:r>
    </w:p>
    <w:p>
      <w:r>
        <w:rPr>
          <w:rFonts w:ascii="Courier New" w:hAnsi="Courier New"/>
          <w:color w:val="555555"/>
          <w:sz w:val="20"/>
        </w:rPr>
        <w:t>[15 . 328]</w:t>
      </w:r>
    </w:p>
    <w:p>
      <w:r>
        <w:rPr>
          <w:rFonts w:ascii="Gentium Plus" w:hAnsi="Gentium Plus"/>
          <w:sz w:val="24"/>
        </w:rPr>
        <w:t>[κεδασθείσης ὑσμίνης] διαλυθείσης, σκορπισθείσης, ἀλλαχοῦ ἄλλου τραπέντος.</w:t>
      </w:r>
    </w:p>
    <w:p>
      <w:r>
        <w:rPr>
          <w:rFonts w:ascii="Courier New" w:hAnsi="Courier New"/>
          <w:color w:val="555555"/>
          <w:sz w:val="20"/>
        </w:rPr>
        <w:t>[15 . 333]</w:t>
      </w:r>
    </w:p>
    <w:p>
      <w:r>
        <w:rPr>
          <w:rFonts w:ascii="Gentium Plus" w:hAnsi="Gentium Plus"/>
          <w:sz w:val="24"/>
        </w:rPr>
        <w:t>[νόθος υἱὸς] ὁ μὴ ἐκ νομίμης γυναικός.</w:t>
      </w:r>
    </w:p>
    <w:p>
      <w:r>
        <w:rPr>
          <w:rFonts w:ascii="Courier New" w:hAnsi="Courier New"/>
          <w:color w:val="555555"/>
          <w:sz w:val="20"/>
        </w:rPr>
        <w:t>[15 . 335]</w:t>
      </w:r>
    </w:p>
    <w:p>
      <w:r>
        <w:rPr>
          <w:rFonts w:ascii="Gentium Plus" w:hAnsi="Gentium Plus"/>
          <w:sz w:val="24"/>
        </w:rPr>
        <w:t>[ἐν Φυλάκῃ] 〈Φυλάκη〉 πόλις Θεσσαλίας.</w:t>
      </w:r>
    </w:p>
    <w:p>
      <w:r>
        <w:rPr>
          <w:rFonts w:ascii="Courier New" w:hAnsi="Courier New"/>
          <w:color w:val="555555"/>
          <w:sz w:val="20"/>
        </w:rPr>
        <w:t>[15 . 339]</w:t>
      </w:r>
    </w:p>
    <w:p>
      <w:r>
        <w:rPr>
          <w:rFonts w:ascii="Gentium Plus" w:hAnsi="Gentium Plus"/>
          <w:sz w:val="24"/>
        </w:rPr>
        <w:t>[Μηκιστῆ] ἀντὶ τοῦ Μηκιστέα.</w:t>
      </w:r>
    </w:p>
    <w:p>
      <w:r>
        <w:rPr>
          <w:rFonts w:ascii="Courier New" w:hAnsi="Courier New"/>
          <w:color w:val="555555"/>
          <w:sz w:val="20"/>
        </w:rPr>
        <w:t>[15 . 340]</w:t>
      </w:r>
    </w:p>
    <w:p>
      <w:r>
        <w:rPr>
          <w:rFonts w:ascii="Gentium Plus" w:hAnsi="Gentium Plus"/>
          <w:sz w:val="24"/>
        </w:rPr>
        <w:t>* [πρώτῃ ἐν ὑσμίνῃ] ἐν τῇ πρώτῃ τάξει, ἐν τοῖς πρωταγωνισ‐ ταῖς.</w:t>
      </w:r>
    </w:p>
    <w:p>
      <w:r>
        <w:rPr>
          <w:rFonts w:ascii="Courier New" w:hAnsi="Courier New"/>
          <w:color w:val="555555"/>
          <w:sz w:val="20"/>
        </w:rPr>
        <w:t>[15 . 341]</w:t>
      </w:r>
    </w:p>
    <w:p>
      <w:r>
        <w:rPr>
          <w:rFonts w:ascii="Gentium Plus" w:hAnsi="Gentium Plus"/>
          <w:sz w:val="24"/>
        </w:rPr>
        <w:t>Πάρις] εἴρηται ὅτι Ἑκάβη—ἡ ἱστορία παρὰ Εὐφο‐ ρίωνι.</w:t>
      </w:r>
    </w:p>
    <w:p>
      <w:r>
        <w:rPr>
          <w:rFonts w:ascii="Courier New" w:hAnsi="Courier New"/>
          <w:color w:val="555555"/>
          <w:sz w:val="20"/>
        </w:rPr>
        <w:t>[15 . 343]</w:t>
      </w:r>
    </w:p>
    <w:p>
      <w:r>
        <w:rPr>
          <w:rFonts w:ascii="Gentium Plus" w:hAnsi="Gentium Plus"/>
          <w:sz w:val="24"/>
        </w:rPr>
        <w:t>[ὄφρ’ οἳ τοὺς ἐνάριζον ἀπ’ ἔντεα] ἕως οὗ αὐτοὶ— ὅπλα.</w:t>
      </w:r>
    </w:p>
    <w:p>
      <w:r>
        <w:rPr>
          <w:rFonts w:ascii="Courier New" w:hAnsi="Courier New"/>
          <w:color w:val="555555"/>
          <w:sz w:val="20"/>
        </w:rPr>
        <w:t>[15 . 350]</w:t>
      </w:r>
    </w:p>
    <w:p>
      <w:r>
        <w:rPr>
          <w:rFonts w:ascii="Gentium Plus" w:hAnsi="Gentium Plus"/>
          <w:sz w:val="24"/>
        </w:rPr>
        <w:t>[πυρὸς λελάχωσι] τῆς διὰ πυρὸς ταφῆς λαχεῖν ποιήσουσιν.</w:t>
      </w:r>
    </w:p>
    <w:p>
      <w:r>
        <w:rPr>
          <w:rFonts w:ascii="Courier New" w:hAnsi="Courier New"/>
          <w:color w:val="555555"/>
          <w:sz w:val="20"/>
        </w:rPr>
        <w:t>[15 . 352]</w:t>
      </w:r>
    </w:p>
    <w:p>
      <w:r>
        <w:rPr>
          <w:rFonts w:ascii="Gentium Plus" w:hAnsi="Gentium Plus"/>
          <w:sz w:val="24"/>
        </w:rPr>
        <w:t>[κατωμαδὸν] κατὰ τῶν ὤμων τῶν ἵππων.</w:t>
      </w:r>
    </w:p>
    <w:p>
      <w:r>
        <w:rPr>
          <w:rFonts w:ascii="Courier New" w:hAnsi="Courier New"/>
          <w:color w:val="555555"/>
          <w:sz w:val="20"/>
        </w:rPr>
        <w:t>[15 . 354]</w:t>
      </w:r>
    </w:p>
    <w:p>
      <w:r>
        <w:rPr>
          <w:rFonts w:ascii="Gentium Plus" w:hAnsi="Gentium Plus"/>
          <w:sz w:val="24"/>
        </w:rPr>
        <w:t>[ἐρυσάρματας] τοὺς ἕλκοντας τὰ ἅρματα, τοὺς ἱπποζυγίους.</w:t>
      </w:r>
    </w:p>
    <w:p>
      <w:r>
        <w:rPr>
          <w:rFonts w:ascii="Courier New" w:hAnsi="Courier New"/>
          <w:color w:val="555555"/>
          <w:sz w:val="20"/>
        </w:rPr>
        <w:t>[15 . 356]</w:t>
      </w:r>
    </w:p>
    <w:p>
      <w:r>
        <w:rPr>
          <w:rFonts w:ascii="Gentium Plus" w:hAnsi="Gentium Plus"/>
          <w:sz w:val="24"/>
        </w:rPr>
        <w:t>ὄχθας] κυρίως μὲν τὰ τῶν ποταμῶν χείλη, νῦν δὲ τὰ 〈τῆσ〉 τάφρου.</w:t>
      </w:r>
    </w:p>
    <w:p>
      <w:r>
        <w:rPr>
          <w:rFonts w:ascii="Courier New" w:hAnsi="Courier New"/>
          <w:color w:val="555555"/>
          <w:sz w:val="20"/>
        </w:rPr>
        <w:t>[15 . 359]</w:t>
      </w:r>
    </w:p>
    <w:p>
      <w:r>
        <w:rPr>
          <w:rFonts w:ascii="Gentium Plus" w:hAnsi="Gentium Plus"/>
          <w:sz w:val="24"/>
        </w:rPr>
        <w:t>[ἧσι] ἀφῇ, βάδην ἀκοντίσῃ.</w:t>
      </w:r>
    </w:p>
    <w:p>
      <w:r>
        <w:rPr>
          <w:rFonts w:ascii="Courier New" w:hAnsi="Courier New"/>
          <w:color w:val="555555"/>
          <w:sz w:val="20"/>
        </w:rPr>
        <w:t>[15 . 365]</w:t>
      </w:r>
    </w:p>
    <w:p>
      <w:r>
        <w:rPr>
          <w:rFonts w:ascii="Gentium Plus" w:hAnsi="Gentium Plus"/>
          <w:sz w:val="24"/>
        </w:rPr>
        <w:t>* [ἤϊε] τοξικέ, παρὰ τὴν ἄφεσιν τῶν βελῶν. ἔστι δὲ ἐπίθετον Ἀπόλλωνος. [πολὺν κάματον καὶ ὀϊζύν] τὰς μετὰ καμάτου καὶ ταλαιπωρίας αὐτοῖς γεγονυίας 〈ὄχθασ〉.</w:t>
      </w:r>
    </w:p>
    <w:p>
      <w:r>
        <w:rPr>
          <w:rFonts w:ascii="Courier New" w:hAnsi="Courier New"/>
          <w:color w:val="555555"/>
          <w:sz w:val="20"/>
        </w:rPr>
        <w:t>[15 . 378]</w:t>
      </w:r>
    </w:p>
    <w:p>
      <w:r>
        <w:rPr>
          <w:rFonts w:ascii="Gentium Plus" w:hAnsi="Gentium Plus"/>
          <w:sz w:val="24"/>
        </w:rPr>
        <w:t>[ἀράων ἀΐων] νῦν τῶν εὐχῶν ἀκούων.</w:t>
      </w:r>
    </w:p>
    <w:p>
      <w:r>
        <w:rPr>
          <w:rFonts w:ascii="Courier New" w:hAnsi="Courier New"/>
          <w:color w:val="555555"/>
          <w:sz w:val="20"/>
        </w:rPr>
        <w:t>[15 . 381]</w:t>
      </w:r>
    </w:p>
    <w:p>
      <w:r>
        <w:rPr>
          <w:rFonts w:ascii="Gentium Plus" w:hAnsi="Gentium Plus"/>
          <w:sz w:val="24"/>
        </w:rPr>
        <w:t>[εὐρυπόροιο] εὐρυχώροιο ἐν τῷ πορεύεσθαι.</w:t>
      </w:r>
    </w:p>
    <w:p>
      <w:r>
        <w:rPr>
          <w:rFonts w:ascii="Courier New" w:hAnsi="Courier New"/>
          <w:color w:val="555555"/>
          <w:sz w:val="20"/>
        </w:rPr>
        <w:t>[15 . 382]</w:t>
      </w:r>
    </w:p>
    <w:p>
      <w:r>
        <w:rPr>
          <w:rFonts w:ascii="Gentium Plus" w:hAnsi="Gentium Plus"/>
          <w:sz w:val="24"/>
        </w:rPr>
        <w:t>[νηὸς ὑπὲρ τοίχων] ὑπὲρ τοὺς τοίχους τῆς νεώς.</w:t>
      </w:r>
    </w:p>
    <w:p>
      <w:r>
        <w:rPr>
          <w:rFonts w:ascii="Courier New" w:hAnsi="Courier New"/>
          <w:color w:val="555555"/>
          <w:sz w:val="20"/>
        </w:rPr>
        <w:t>[15 . 389]</w:t>
      </w:r>
    </w:p>
    <w:p>
      <w:r>
        <w:rPr>
          <w:rFonts w:ascii="Gentium Plus" w:hAnsi="Gentium Plus"/>
          <w:sz w:val="24"/>
        </w:rPr>
        <w:t>[ναύμαχα] μακρὰ δόρατα πρὸς ναυμαχίαν ἐπιτήδεια. * [κολλήεντα] ἐκ πολλῶν—σύνθετα καὶ κεκολλημένα. * [κατὰ στόμα εἱμένα χαλκῷ] κατὰ τὸ ἄκρον 〈σε〉σιδηρωμένα. [κατὰ στόμα] νῦν κατὰ τὴν ἀρχὴν μεταφορικῶς.</w:t>
      </w:r>
    </w:p>
    <w:p>
      <w:r>
        <w:rPr>
          <w:rFonts w:ascii="Courier New" w:hAnsi="Courier New"/>
          <w:color w:val="555555"/>
          <w:sz w:val="20"/>
        </w:rPr>
        <w:t>[15 . 392]</w:t>
      </w:r>
    </w:p>
    <w:p>
      <w:r>
        <w:rPr>
          <w:rFonts w:ascii="Gentium Plus" w:hAnsi="Gentium Plus"/>
          <w:sz w:val="24"/>
        </w:rPr>
        <w:t>[ἀγαπήνορος] ἤτοι ἀγαπῶντος τοὺς ἄνδρας ἢ ἀνδρείου.</w:t>
      </w:r>
    </w:p>
    <w:p>
      <w:r>
        <w:rPr>
          <w:rFonts w:ascii="Courier New" w:hAnsi="Courier New"/>
          <w:color w:val="555555"/>
          <w:sz w:val="20"/>
        </w:rPr>
        <w:t>[15 . 400]</w:t>
      </w:r>
    </w:p>
    <w:p>
      <w:r>
        <w:rPr>
          <w:rFonts w:ascii="Gentium Plus" w:hAnsi="Gentium Plus"/>
          <w:sz w:val="24"/>
        </w:rPr>
        <w:t>* [δὴ γὰρ μέγα νεῖκος] μάλα γὰρ μεγάλη μάχη.</w:t>
      </w:r>
    </w:p>
    <w:p>
      <w:r>
        <w:rPr>
          <w:rFonts w:ascii="Courier New" w:hAnsi="Courier New"/>
          <w:color w:val="555555"/>
          <w:sz w:val="20"/>
        </w:rPr>
        <w:t>[15 . 410]</w:t>
      </w:r>
    </w:p>
    <w:p>
      <w:r>
        <w:rPr>
          <w:rFonts w:ascii="Gentium Plus" w:hAnsi="Gentium Plus"/>
          <w:sz w:val="24"/>
        </w:rPr>
        <w:t>* [δόρυ νήϊον] τὸ εἰς ναυπηγίαν ξύλον.</w:t>
      </w:r>
    </w:p>
    <w:p>
      <w:r>
        <w:rPr>
          <w:rFonts w:ascii="Courier New" w:hAnsi="Courier New"/>
          <w:color w:val="555555"/>
          <w:sz w:val="20"/>
        </w:rPr>
        <w:t>[15 . 412]</w:t>
      </w:r>
    </w:p>
    <w:p>
      <w:r>
        <w:rPr>
          <w:rFonts w:ascii="Gentium Plus" w:hAnsi="Gentium Plus"/>
          <w:sz w:val="24"/>
        </w:rPr>
        <w:t>[εὖ εἰδῇ σοφίης] ἔμπειρος 〈ᾖ〉 τεκτονικῆς.</w:t>
      </w:r>
    </w:p>
    <w:p>
      <w:r>
        <w:rPr>
          <w:rFonts w:ascii="Courier New" w:hAnsi="Courier New"/>
          <w:color w:val="555555"/>
          <w:sz w:val="20"/>
        </w:rPr>
        <w:t>[15 . 414]</w:t>
      </w:r>
    </w:p>
    <w:p>
      <w:r>
        <w:rPr>
          <w:rFonts w:ascii="Gentium Plus" w:hAnsi="Gentium Plus"/>
          <w:sz w:val="24"/>
        </w:rPr>
        <w:t>* ἄλλοι δὲ κατὰ ἄλλο μέρος τῶν νεῶν ἐμάχοντο.</w:t>
      </w:r>
    </w:p>
    <w:p>
      <w:r>
        <w:rPr>
          <w:rFonts w:ascii="Courier New" w:hAnsi="Courier New"/>
          <w:color w:val="555555"/>
          <w:sz w:val="20"/>
        </w:rPr>
        <w:t>[15 . 419]</w:t>
      </w:r>
    </w:p>
    <w:p>
      <w:r>
        <w:rPr>
          <w:rFonts w:ascii="Gentium Plus" w:hAnsi="Gentium Plus"/>
          <w:sz w:val="24"/>
        </w:rPr>
        <w:t>[ἔνθα υἷα Κλυτίοιο] τότε τὸν υἱὸν τοῦ Κλυτίου. Κλύτιος ἀδελ‐ φὸς Πριάμου. [Καλήτορα] Καλήτωρ ἀνεψιὸς—ὁμώνυμος.</w:t>
      </w:r>
    </w:p>
    <w:p>
      <w:r>
        <w:rPr>
          <w:rFonts w:ascii="Courier New" w:hAnsi="Courier New"/>
          <w:color w:val="555555"/>
          <w:sz w:val="20"/>
        </w:rPr>
        <w:t>[15 . 426]</w:t>
      </w:r>
    </w:p>
    <w:p>
      <w:r>
        <w:rPr>
          <w:rFonts w:ascii="Gentium Plus" w:hAnsi="Gentium Plus"/>
          <w:sz w:val="24"/>
        </w:rPr>
        <w:t>* [στείνεϊ] στενοχωρίαν—πεπυκνωμένη.</w:t>
      </w:r>
    </w:p>
    <w:p>
      <w:r>
        <w:rPr>
          <w:rFonts w:ascii="Courier New" w:hAnsi="Courier New"/>
          <w:color w:val="555555"/>
          <w:sz w:val="20"/>
        </w:rPr>
        <w:t>[15 . 427]</w:t>
      </w:r>
    </w:p>
    <w:p>
      <w:r>
        <w:rPr>
          <w:rFonts w:ascii="Gentium Plus" w:hAnsi="Gentium Plus"/>
          <w:sz w:val="24"/>
        </w:rPr>
        <w:t>* [σαώσατε] ἀνακομίσατε τῆς μάχης, σώσατε.</w:t>
      </w:r>
    </w:p>
    <w:p>
      <w:r>
        <w:rPr>
          <w:rFonts w:ascii="Courier New" w:hAnsi="Courier New"/>
          <w:color w:val="555555"/>
          <w:sz w:val="20"/>
        </w:rPr>
        <w:t>[15 . 428]</w:t>
      </w:r>
    </w:p>
    <w:p>
      <w:r>
        <w:rPr>
          <w:rFonts w:ascii="Gentium Plus" w:hAnsi="Gentium Plus"/>
          <w:sz w:val="24"/>
        </w:rPr>
        <w:t>* [ἐν ἀγῶνι] 〈ἐν τῷ〉 ἀθροίσματι τῶν νεῶν, ἐν ναυσταθμῷ.</w:t>
      </w:r>
    </w:p>
    <w:p>
      <w:r>
        <w:rPr>
          <w:rFonts w:ascii="Courier New" w:hAnsi="Courier New"/>
          <w:color w:val="555555"/>
          <w:sz w:val="20"/>
        </w:rPr>
        <w:t>[15 . 438]</w:t>
      </w:r>
    </w:p>
    <w:p>
      <w:r>
        <w:rPr>
          <w:rFonts w:ascii="Gentium Plus" w:hAnsi="Gentium Plus"/>
          <w:sz w:val="24"/>
        </w:rPr>
        <w:t>* [Κυθηρόθεν ἔνδον ἐόντα] ἀντὶ τοῦ ἀπὸ Κυθήρων ἑλκόμενον. ἀντὶ τοῦ ἀπὸ Κυθήρων ἐνδεδημηκότα.</w:t>
      </w:r>
    </w:p>
    <w:p>
      <w:r>
        <w:rPr>
          <w:rFonts w:ascii="Courier New" w:hAnsi="Courier New"/>
          <w:color w:val="555555"/>
          <w:sz w:val="20"/>
        </w:rPr>
        <w:t>[15 . 444]</w:t>
      </w:r>
    </w:p>
    <w:p>
      <w:r>
        <w:rPr>
          <w:rFonts w:ascii="Gentium Plus" w:hAnsi="Gentium Plus"/>
          <w:sz w:val="24"/>
        </w:rPr>
        <w:t>[ἰοδόκον] ἰοὺς δεχομένην, ὅ ἐστι βέλη.</w:t>
      </w:r>
    </w:p>
    <w:p>
      <w:r>
        <w:rPr>
          <w:rFonts w:ascii="Courier New" w:hAnsi="Courier New"/>
          <w:color w:val="555555"/>
          <w:sz w:val="20"/>
        </w:rPr>
        <w:t>[15 449-451]</w:t>
      </w:r>
    </w:p>
    <w:p>
      <w:r>
        <w:rPr>
          <w:rFonts w:ascii="Gentium Plus" w:hAnsi="Gentium Plus"/>
          <w:sz w:val="24"/>
        </w:rPr>
        <w:t>ἀποστρεφόντων γὰρ τὰ ἅρματα—αὐχένος.</w:t>
      </w:r>
    </w:p>
    <w:p>
      <w:r>
        <w:rPr>
          <w:rFonts w:ascii="Courier New" w:hAnsi="Courier New"/>
          <w:color w:val="555555"/>
          <w:sz w:val="20"/>
        </w:rPr>
        <w:t>[15 . 451]</w:t>
      </w:r>
    </w:p>
    <w:p>
      <w:r>
        <w:rPr>
          <w:rFonts w:ascii="Gentium Plus" w:hAnsi="Gentium Plus"/>
          <w:sz w:val="24"/>
        </w:rPr>
        <w:t>[πολύστονος] ὀδυνηρός, πολλῶν αἴτιος στεναγμῶν.</w:t>
      </w:r>
    </w:p>
    <w:p>
      <w:r>
        <w:rPr>
          <w:rFonts w:ascii="Courier New" w:hAnsi="Courier New"/>
          <w:color w:val="555555"/>
          <w:sz w:val="20"/>
        </w:rPr>
        <w:t>[15 . 463]</w:t>
      </w:r>
    </w:p>
    <w:p>
      <w:r>
        <w:rPr>
          <w:rFonts w:ascii="Gentium Plus" w:hAnsi="Gentium Plus"/>
          <w:sz w:val="24"/>
        </w:rPr>
        <w:t>[ἀμύμονι τόξῳ] ἤτοι κατὰ μετουσίαν—ὑγιεῖ.</w:t>
      </w:r>
    </w:p>
    <w:p>
      <w:r>
        <w:rPr>
          <w:rFonts w:ascii="Courier New" w:hAnsi="Courier New"/>
          <w:color w:val="555555"/>
          <w:sz w:val="20"/>
        </w:rPr>
        <w:t>[15 . 464]</w:t>
      </w:r>
    </w:p>
    <w:p>
      <w:r>
        <w:rPr>
          <w:rFonts w:ascii="Gentium Plus" w:hAnsi="Gentium Plus"/>
          <w:sz w:val="24"/>
        </w:rPr>
        <w:t>ἄλλῃ] ἀλλαχόσε καὶ οὐκ ἐπὶ τοῦ Ἕκτορος.</w:t>
      </w:r>
    </w:p>
    <w:p>
      <w:r>
        <w:rPr>
          <w:rFonts w:ascii="Courier New" w:hAnsi="Courier New"/>
          <w:color w:val="555555"/>
          <w:sz w:val="20"/>
        </w:rPr>
        <w:t>[15 . 467]</w:t>
      </w:r>
    </w:p>
    <w:p>
      <w:r>
        <w:rPr>
          <w:rFonts w:ascii="Gentium Plus" w:hAnsi="Gentium Plus"/>
          <w:sz w:val="24"/>
        </w:rPr>
        <w:t>* [ἐπὶ μήδεα κείρει] τὰ βουλεύματα ἐμποδίζει.</w:t>
      </w:r>
    </w:p>
    <w:p>
      <w:r>
        <w:rPr>
          <w:rFonts w:ascii="Courier New" w:hAnsi="Courier New"/>
          <w:color w:val="555555"/>
          <w:sz w:val="20"/>
        </w:rPr>
        <w:t>[15 . 470]</w:t>
      </w:r>
    </w:p>
    <w:p>
      <w:r>
        <w:rPr>
          <w:rFonts w:ascii="Gentium Plus" w:hAnsi="Gentium Plus"/>
          <w:sz w:val="24"/>
        </w:rPr>
        <w:t>* [πρώϊον] ἕωθεν, ὄρθρου, ἢ πρόσφατον</w:t>
      </w:r>
    </w:p>
    <w:p>
      <w:r>
        <w:rPr>
          <w:rFonts w:ascii="Courier New" w:hAnsi="Courier New"/>
          <w:color w:val="555555"/>
          <w:sz w:val="20"/>
        </w:rPr>
        <w:t>[15 . 476]</w:t>
      </w:r>
    </w:p>
    <w:p>
      <w:r>
        <w:rPr>
          <w:rFonts w:ascii="Gentium Plus" w:hAnsi="Gentium Plus"/>
          <w:sz w:val="24"/>
        </w:rPr>
        <w:t>* [ἀσπουδεὶ] χωρὶς σπουδῆς ἢ κακοπαθείας.</w:t>
      </w:r>
    </w:p>
    <w:p>
      <w:r>
        <w:rPr>
          <w:rFonts w:ascii="Courier New" w:hAnsi="Courier New"/>
          <w:color w:val="555555"/>
          <w:sz w:val="20"/>
        </w:rPr>
        <w:t>[15 . 479]</w:t>
      </w:r>
    </w:p>
    <w:p>
      <w:r>
        <w:rPr>
          <w:rFonts w:ascii="Gentium Plus" w:hAnsi="Gentium Plus"/>
          <w:sz w:val="24"/>
        </w:rPr>
        <w:t>* τετραθέλυμνον] τετράπτυχον—ἐπαλλήλους.</w:t>
      </w:r>
    </w:p>
    <w:p>
      <w:r>
        <w:rPr>
          <w:rFonts w:ascii="Courier New" w:hAnsi="Courier New"/>
          <w:color w:val="555555"/>
          <w:sz w:val="20"/>
        </w:rPr>
        <w:t>[15 . 484]</w:t>
      </w:r>
    </w:p>
    <w:p>
      <w:r>
        <w:rPr>
          <w:rFonts w:ascii="Gentium Plus" w:hAnsi="Gentium Plus"/>
          <w:sz w:val="24"/>
        </w:rPr>
        <w:t>[βέλεμνα] βέλη ὑποκοριστικῶς.</w:t>
      </w:r>
    </w:p>
    <w:p>
      <w:r>
        <w:rPr>
          <w:rFonts w:ascii="Courier New" w:hAnsi="Courier New"/>
          <w:color w:val="555555"/>
          <w:sz w:val="20"/>
        </w:rPr>
        <w:t>[15 . 491]</w:t>
      </w:r>
    </w:p>
    <w:p>
      <w:r>
        <w:rPr>
          <w:rFonts w:ascii="Gentium Plus" w:hAnsi="Gentium Plus"/>
          <w:sz w:val="24"/>
        </w:rPr>
        <w:t>* [ὑπέρτερον] ὑπέρτατον, ὑπερέχον, μέγα.</w:t>
      </w:r>
    </w:p>
    <w:p>
      <w:r>
        <w:rPr>
          <w:rFonts w:ascii="Courier New" w:hAnsi="Courier New"/>
          <w:color w:val="555555"/>
          <w:sz w:val="20"/>
        </w:rPr>
        <w:t>[15 . 495]</w:t>
      </w:r>
    </w:p>
    <w:p>
      <w:r>
        <w:rPr>
          <w:rFonts w:ascii="Gentium Plus" w:hAnsi="Gentium Plus"/>
          <w:sz w:val="24"/>
        </w:rPr>
        <w:t>* [βλήμενος] ἐκ βολῆς τρωθείς. * [τυπεὶς] ἐκ χειρὸς, ἐκ τοῦ σύνεγγυς.</w:t>
      </w:r>
    </w:p>
    <w:p>
      <w:r>
        <w:rPr>
          <w:rFonts w:ascii="Courier New" w:hAnsi="Courier New"/>
          <w:color w:val="555555"/>
          <w:sz w:val="20"/>
        </w:rPr>
        <w:t>[15 . 510]</w:t>
      </w:r>
    </w:p>
    <w:p>
      <w:r>
        <w:rPr>
          <w:rFonts w:ascii="Gentium Plus" w:hAnsi="Gentium Plus"/>
          <w:sz w:val="24"/>
        </w:rPr>
        <w:t>* [αὐτοσχεδίῃ] ἐκ τοῦ σύνεγγυς καὶ πλησίον μάχῃ.</w:t>
      </w:r>
    </w:p>
    <w:p>
      <w:r>
        <w:rPr>
          <w:rFonts w:ascii="Courier New" w:hAnsi="Courier New"/>
          <w:color w:val="555555"/>
          <w:sz w:val="20"/>
        </w:rPr>
        <w:t>[15 . 511]</w:t>
      </w:r>
    </w:p>
    <w:p>
      <w:r>
        <w:rPr>
          <w:rFonts w:ascii="Gentium Plus" w:hAnsi="Gentium Plus"/>
          <w:sz w:val="24"/>
        </w:rPr>
        <w:t>* [ἕνα χρόνον] ἐν μιᾷ ῥοπῇ.</w:t>
      </w:r>
    </w:p>
    <w:p>
      <w:r>
        <w:rPr>
          <w:rFonts w:ascii="Courier New" w:hAnsi="Courier New"/>
          <w:color w:val="555555"/>
          <w:sz w:val="20"/>
        </w:rPr>
        <w:t>[15 . 512]</w:t>
      </w:r>
    </w:p>
    <w:p>
      <w:r>
        <w:rPr>
          <w:rFonts w:ascii="Gentium Plus" w:hAnsi="Gentium Plus"/>
          <w:sz w:val="24"/>
        </w:rPr>
        <w:t>* [στρεύγεσθαι] οἷον στραγγίζεσθαι, κατ’ ὀλίγον κινεῖσθαι καὶ ἐκλείπειν, ἢ ταλαιπωρεῖσθαι καὶ κακοπαθεῖν.</w:t>
      </w:r>
    </w:p>
    <w:p>
      <w:r>
        <w:rPr>
          <w:rFonts w:ascii="Courier New" w:hAnsi="Courier New"/>
          <w:color w:val="555555"/>
          <w:sz w:val="20"/>
        </w:rPr>
        <w:t>[15 . 520]</w:t>
      </w:r>
    </w:p>
    <w:p>
      <w:r>
        <w:rPr>
          <w:rFonts w:ascii="Gentium Plus" w:hAnsi="Gentium Plus"/>
          <w:sz w:val="24"/>
        </w:rPr>
        <w:t>* [ὃ δ’ ὕπαιθα λιάσθη] εἰς πλάγιον ἐξέκλινεν, εἰς τοὔμπροσθεν.</w:t>
      </w:r>
    </w:p>
    <w:p>
      <w:r>
        <w:rPr>
          <w:rFonts w:ascii="Courier New" w:hAnsi="Courier New"/>
          <w:color w:val="555555"/>
          <w:sz w:val="20"/>
        </w:rPr>
        <w:t>[15 . 525]</w:t>
      </w:r>
    </w:p>
    <w:p>
      <w:r>
        <w:rPr>
          <w:rFonts w:ascii="Gentium Plus" w:hAnsi="Gentium Plus"/>
          <w:sz w:val="24"/>
        </w:rPr>
        <w:t>[Δόλοψ] ὄνομα κύριον.</w:t>
      </w:r>
    </w:p>
    <w:p>
      <w:r>
        <w:rPr>
          <w:rFonts w:ascii="Courier New" w:hAnsi="Courier New"/>
          <w:color w:val="555555"/>
          <w:sz w:val="20"/>
        </w:rPr>
        <w:t>[15 . 529]</w:t>
      </w:r>
    </w:p>
    <w:p>
      <w:r>
        <w:rPr>
          <w:rFonts w:ascii="Gentium Plus" w:hAnsi="Gentium Plus"/>
          <w:sz w:val="24"/>
        </w:rPr>
        <w:t>* [ἤρκεσε] ἐβοήθησεν, ἀπέστρεψεν, ἐφύλαξεν.</w:t>
      </w:r>
    </w:p>
    <w:p>
      <w:r>
        <w:rPr>
          <w:rFonts w:ascii="Courier New" w:hAnsi="Courier New"/>
          <w:color w:val="555555"/>
          <w:sz w:val="20"/>
        </w:rPr>
        <w:t>[15 . 530]</w:t>
      </w:r>
    </w:p>
    <w:p>
      <w:r>
        <w:rPr>
          <w:rFonts w:ascii="Gentium Plus" w:hAnsi="Gentium Plus"/>
          <w:sz w:val="24"/>
        </w:rPr>
        <w:t>* [γυάλοισιν ἀρηρότα] ἐν ταῖς συναφαῖς τῶν κοιλωμάτων ἐπι‐ μελῶς ἡρμοσμένον.</w:t>
      </w:r>
    </w:p>
    <w:p>
      <w:r>
        <w:rPr>
          <w:rFonts w:ascii="Courier New" w:hAnsi="Courier New"/>
          <w:color w:val="555555"/>
          <w:sz w:val="20"/>
        </w:rPr>
        <w:t>[15 . 531]</w:t>
      </w:r>
    </w:p>
    <w:p>
      <w:r>
        <w:rPr>
          <w:rFonts w:ascii="Gentium Plus" w:hAnsi="Gentium Plus"/>
          <w:sz w:val="24"/>
        </w:rPr>
        <w:t>ἐξ Ἐφύρης] τῆς ἐν Ἤλιδι—Οἰνόη.</w:t>
      </w:r>
    </w:p>
    <w:p>
      <w:r>
        <w:rPr>
          <w:rFonts w:ascii="Courier New" w:hAnsi="Courier New"/>
          <w:color w:val="555555"/>
          <w:sz w:val="20"/>
        </w:rPr>
        <w:t>[15 . 533]</w:t>
      </w:r>
    </w:p>
    <w:p>
      <w:r>
        <w:rPr>
          <w:rFonts w:ascii="Gentium Plus" w:hAnsi="Gentium Plus"/>
          <w:sz w:val="24"/>
        </w:rPr>
        <w:t>* [ἀλεωρήν] φυλακήν, ἀσφάλειαν, ἄδειαν.</w:t>
      </w:r>
    </w:p>
    <w:p>
      <w:r>
        <w:rPr>
          <w:rFonts w:ascii="Courier New" w:hAnsi="Courier New"/>
          <w:color w:val="555555"/>
          <w:sz w:val="20"/>
        </w:rPr>
        <w:t>[15 . 536]</w:t>
      </w:r>
    </w:p>
    <w:p>
      <w:r>
        <w:rPr>
          <w:rFonts w:ascii="Gentium Plus" w:hAnsi="Gentium Plus"/>
          <w:sz w:val="24"/>
        </w:rPr>
        <w:t>* [κύμβαχον] τὸ κατάκρον τῆς περικεφαλαίας, ᾧ ἐμβάλλεται ὁ λόφος, ὁ λόφος δὲ τὸ ἐπανάστημα.</w:t>
      </w:r>
    </w:p>
    <w:p>
      <w:r>
        <w:rPr>
          <w:rFonts w:ascii="Courier New" w:hAnsi="Courier New"/>
          <w:color w:val="555555"/>
          <w:sz w:val="20"/>
        </w:rPr>
        <w:t>[15 . 538]</w:t>
      </w:r>
    </w:p>
    <w:p>
      <w:r>
        <w:rPr>
          <w:rFonts w:ascii="Gentium Plus" w:hAnsi="Gentium Plus"/>
          <w:sz w:val="24"/>
        </w:rPr>
        <w:t>* [νέον φοίνικι φαεινός] νεωστὶ φοινικῷ χρώματι— αἵματι.</w:t>
      </w:r>
    </w:p>
    <w:p>
      <w:r>
        <w:rPr>
          <w:rFonts w:ascii="Courier New" w:hAnsi="Courier New"/>
          <w:color w:val="555555"/>
          <w:sz w:val="20"/>
        </w:rPr>
        <w:t>[15 . 544]</w:t>
      </w:r>
    </w:p>
    <w:p>
      <w:r>
        <w:rPr>
          <w:rFonts w:ascii="Gentium Plus" w:hAnsi="Gentium Plus"/>
          <w:sz w:val="24"/>
        </w:rPr>
        <w:t>* [ἐεισάσθην] νῦν ἐπῆλθον, ὥρμησαν.</w:t>
      </w:r>
    </w:p>
    <w:p>
      <w:r>
        <w:rPr>
          <w:rFonts w:ascii="Courier New" w:hAnsi="Courier New"/>
          <w:color w:val="555555"/>
          <w:sz w:val="20"/>
        </w:rPr>
        <w:t>[15 . 548]</w:t>
      </w:r>
    </w:p>
    <w:p>
      <w:r>
        <w:rPr>
          <w:rFonts w:ascii="Gentium Plus" w:hAnsi="Gentium Plus"/>
          <w:sz w:val="24"/>
        </w:rPr>
        <w:t>* [Περκώτῃ] πόλις—Θρᾴκης.</w:t>
      </w:r>
    </w:p>
    <w:p>
      <w:r>
        <w:rPr>
          <w:rFonts w:ascii="Courier New" w:hAnsi="Courier New"/>
          <w:color w:val="555555"/>
          <w:sz w:val="20"/>
        </w:rPr>
        <w:t>[15 . 554]</w:t>
      </w:r>
    </w:p>
    <w:p>
      <w:r>
        <w:rPr>
          <w:rFonts w:ascii="Gentium Plus" w:hAnsi="Gentium Plus"/>
          <w:sz w:val="24"/>
        </w:rPr>
        <w:t>* [ἐντρέπεται] ἐπιστρέφεται, οἷον ἐντροπὴν ἐπὶ τὸ βέλτιον λαμ‐ βάνει.</w:t>
      </w:r>
    </w:p>
    <w:p>
      <w:r>
        <w:rPr>
          <w:rFonts w:ascii="Courier New" w:hAnsi="Courier New"/>
          <w:color w:val="555555"/>
          <w:sz w:val="20"/>
        </w:rPr>
        <w:t>[15 . 556]</w:t>
      </w:r>
    </w:p>
    <w:p>
      <w:r>
        <w:rPr>
          <w:rFonts w:ascii="Gentium Plus" w:hAnsi="Gentium Plus"/>
          <w:sz w:val="24"/>
        </w:rPr>
        <w:t>* [ἀποσταδὸν] ἀφεστῶτες πόρρω, ἐκ διαστήματος.</w:t>
      </w:r>
    </w:p>
    <w:p>
      <w:r>
        <w:rPr>
          <w:rFonts w:ascii="Courier New" w:hAnsi="Courier New"/>
          <w:color w:val="555555"/>
          <w:sz w:val="20"/>
        </w:rPr>
        <w:t>[15 . 557]</w:t>
      </w:r>
    </w:p>
    <w:p>
      <w:r>
        <w:rPr>
          <w:rFonts w:ascii="Gentium Plus" w:hAnsi="Gentium Plus"/>
          <w:sz w:val="24"/>
        </w:rPr>
        <w:t>* [κατ’ ἄκρης] κατὰ κεφαλῆς, ἀπὸ τῆς ἀκροπόλεως.</w:t>
      </w:r>
    </w:p>
    <w:p>
      <w:r>
        <w:rPr>
          <w:rFonts w:ascii="Courier New" w:hAnsi="Courier New"/>
          <w:color w:val="555555"/>
          <w:sz w:val="20"/>
        </w:rPr>
        <w:t>[15 . 567]</w:t>
      </w:r>
    </w:p>
    <w:p>
      <w:r>
        <w:rPr>
          <w:rFonts w:ascii="Gentium Plus" w:hAnsi="Gentium Plus"/>
          <w:sz w:val="24"/>
        </w:rPr>
        <w:t>* [ἕρκεϊ χαλκείῳ] τῷ κύκλῳ τῶν ἀσπίδων, ταῖς ἀσπίσιν.</w:t>
      </w:r>
    </w:p>
    <w:p>
      <w:r>
        <w:rPr>
          <w:rFonts w:ascii="Courier New" w:hAnsi="Courier New"/>
          <w:color w:val="555555"/>
          <w:sz w:val="20"/>
        </w:rPr>
        <w:t>[15 . 594]</w:t>
      </w:r>
    </w:p>
    <w:p>
      <w:r>
        <w:rPr>
          <w:rFonts w:ascii="Gentium Plus" w:hAnsi="Gentium Plus"/>
          <w:sz w:val="24"/>
        </w:rPr>
        <w:t>* [θέλγε] ἐγοήτευσεν, ἠπάτησε καὶ—δύναμιν.</w:t>
      </w:r>
    </w:p>
    <w:p>
      <w:r>
        <w:rPr>
          <w:rFonts w:ascii="Courier New" w:hAnsi="Courier New"/>
          <w:color w:val="555555"/>
          <w:sz w:val="20"/>
        </w:rPr>
        <w:t>[15 . 606]</w:t>
      </w:r>
    </w:p>
    <w:p>
      <w:r>
        <w:rPr>
          <w:rFonts w:ascii="Gentium Plus" w:hAnsi="Gentium Plus"/>
          <w:sz w:val="24"/>
        </w:rPr>
        <w:t>* [τάρφεσιν ὕλης] οὐκ ἐπιθετικῶς ὡς ὀξέσιν, ἀλλ’ ὡς βέλεσιν.</w:t>
      </w:r>
    </w:p>
    <w:p>
      <w:r>
        <w:rPr>
          <w:rFonts w:ascii="Courier New" w:hAnsi="Courier New"/>
          <w:color w:val="555555"/>
          <w:sz w:val="20"/>
        </w:rPr>
        <w:t>[15 . 618]</w:t>
      </w:r>
    </w:p>
    <w:p>
      <w:r>
        <w:rPr>
          <w:rFonts w:ascii="Gentium Plus" w:hAnsi="Gentium Plus"/>
          <w:sz w:val="24"/>
        </w:rPr>
        <w:t>* [πυργηδόν] πυκνῶς καὶ ἀσφαλῶς—πύργων.</w:t>
      </w:r>
    </w:p>
    <w:p>
      <w:r>
        <w:rPr>
          <w:rFonts w:ascii="Courier New" w:hAnsi="Courier New"/>
          <w:color w:val="555555"/>
          <w:sz w:val="20"/>
        </w:rPr>
        <w:t>[15 . 621]</w:t>
      </w:r>
    </w:p>
    <w:p>
      <w:r>
        <w:rPr>
          <w:rFonts w:ascii="Gentium Plus" w:hAnsi="Gentium Plus"/>
          <w:sz w:val="24"/>
        </w:rPr>
        <w:t>* [τροφόεντα] εὐτραφῆ, μεγάλα καὶ ηὐξημένα. [προσερεύγεται] μετὰ ἤχου φέρεται, πρόεισι. κυρίως ἐπὶ ὕδατος τί‐ θεται ἡ λέξις.</w:t>
      </w:r>
    </w:p>
    <w:p>
      <w:r>
        <w:rPr>
          <w:rFonts w:ascii="Courier New" w:hAnsi="Courier New"/>
          <w:color w:val="555555"/>
          <w:sz w:val="20"/>
        </w:rPr>
        <w:t>[15 . 623]</w:t>
      </w:r>
    </w:p>
    <w:p>
      <w:r>
        <w:rPr>
          <w:rFonts w:ascii="Gentium Plus" w:hAnsi="Gentium Plus"/>
          <w:sz w:val="24"/>
        </w:rPr>
        <w:t>* [λαμπόμενος πυρὶ] ὑπὸ τῶν ὅπλων περιλαμπόμενος.</w:t>
      </w:r>
    </w:p>
    <w:p>
      <w:r>
        <w:rPr>
          <w:rFonts w:ascii="Courier New" w:hAnsi="Courier New"/>
          <w:color w:val="555555"/>
          <w:sz w:val="20"/>
        </w:rPr>
        <w:t>[15 . 625]</w:t>
      </w:r>
    </w:p>
    <w:p>
      <w:r>
        <w:rPr>
          <w:rFonts w:ascii="Gentium Plus" w:hAnsi="Gentium Plus"/>
          <w:sz w:val="24"/>
        </w:rPr>
        <w:t>* [λάβρον] ἀθρόον, συνεχές, πολύ.</w:t>
      </w:r>
    </w:p>
    <w:p>
      <w:r>
        <w:rPr>
          <w:rFonts w:ascii="Courier New" w:hAnsi="Courier New"/>
          <w:color w:val="555555"/>
          <w:sz w:val="20"/>
        </w:rPr>
        <w:t>[15 625-626]</w:t>
      </w:r>
    </w:p>
    <w:p>
      <w:r>
        <w:rPr>
          <w:rFonts w:ascii="Gentium Plus" w:hAnsi="Gentium Plus"/>
          <w:sz w:val="24"/>
        </w:rPr>
        <w:t>* [ἡ δέ τε πᾶσα ἄχνῃ ὑπεκρύφθη] ἄχνη δὲ τὸ ἀφρῶδες καὶ χορτῶδες ἀπόβλημα. * ἡ ναῦς δηλονότι ὑπὸ τῆς ἄχνης ἐσκεπάσθη.</w:t>
      </w:r>
    </w:p>
    <w:p>
      <w:r>
        <w:rPr>
          <w:rFonts w:ascii="Courier New" w:hAnsi="Courier New"/>
          <w:color w:val="555555"/>
          <w:sz w:val="20"/>
        </w:rPr>
        <w:t>[15 . 626]</w:t>
      </w:r>
    </w:p>
    <w:p>
      <w:r>
        <w:rPr>
          <w:rFonts w:ascii="Gentium Plus" w:hAnsi="Gentium Plus"/>
          <w:sz w:val="24"/>
        </w:rPr>
        <w:t>* [δεινὸς ἀήτη] ὡς «κλυτὸς Ἀμφιτρίτη». οὐ δεῖ γράφειν «ἀήτης.» * [ἀνέμοιο δεινὸς ἀήτη] χαλεπὸν ἀνέμου πνεῦμα.</w:t>
      </w:r>
    </w:p>
    <w:p>
      <w:r>
        <w:rPr>
          <w:rFonts w:ascii="Courier New" w:hAnsi="Courier New"/>
          <w:color w:val="555555"/>
          <w:sz w:val="20"/>
        </w:rPr>
        <w:t>[15 . 628]</w:t>
      </w:r>
    </w:p>
    <w:p>
      <w:r>
        <w:rPr>
          <w:rFonts w:ascii="Gentium Plus" w:hAnsi="Gentium Plus"/>
          <w:sz w:val="24"/>
        </w:rPr>
        <w:t>[τυτθὸν γὰρ] βραχὺ γάρ ἐστι—θνήσκουσιν, ἐγγὺς ὄντες τοῦ θανάτου.</w:t>
      </w:r>
    </w:p>
    <w:p>
      <w:r>
        <w:rPr>
          <w:rFonts w:ascii="Courier New" w:hAnsi="Courier New"/>
          <w:color w:val="555555"/>
          <w:sz w:val="20"/>
        </w:rPr>
        <w:t>[15 . 630]</w:t>
      </w:r>
    </w:p>
    <w:p>
      <w:r>
        <w:rPr>
          <w:rFonts w:ascii="Gentium Plus" w:hAnsi="Gentium Plus"/>
          <w:sz w:val="24"/>
        </w:rPr>
        <w:t>* [ὀλοόφρων] ὀλέθρια καὶ δεινὰ φρονῶν.</w:t>
      </w:r>
    </w:p>
    <w:p>
      <w:r>
        <w:rPr>
          <w:rFonts w:ascii="Courier New" w:hAnsi="Courier New"/>
          <w:color w:val="555555"/>
          <w:sz w:val="20"/>
        </w:rPr>
        <w:t>[15 . 631]</w:t>
      </w:r>
    </w:p>
    <w:p>
      <w:r>
        <w:rPr>
          <w:rFonts w:ascii="Gentium Plus" w:hAnsi="Gentium Plus"/>
          <w:sz w:val="24"/>
        </w:rPr>
        <w:t>* [ἐν εἰαμενῇ] ἐν καθύγρῳ καὶ ἀλσώδει χωρίῳ. ἕλεος] ἕλους, ὅ ἐστι συμφύτου καὶ ὑγροῦ τόπου.</w:t>
      </w:r>
    </w:p>
    <w:p>
      <w:r>
        <w:rPr>
          <w:rFonts w:ascii="Courier New" w:hAnsi="Courier New"/>
          <w:color w:val="555555"/>
          <w:sz w:val="20"/>
        </w:rPr>
        <w:t>[15 . 633]</w:t>
      </w:r>
    </w:p>
    <w:p>
      <w:r>
        <w:rPr>
          <w:rFonts w:ascii="Gentium Plus" w:hAnsi="Gentium Plus"/>
          <w:sz w:val="24"/>
        </w:rPr>
        <w:t>* [χειρὶ] ἢ «θηρί». * [ἕλικος] περὶ ἀνῃρημένης—τεθραμμένης.</w:t>
      </w:r>
    </w:p>
    <w:p>
      <w:r>
        <w:rPr>
          <w:rFonts w:ascii="Courier New" w:hAnsi="Courier New"/>
          <w:color w:val="555555"/>
          <w:sz w:val="20"/>
        </w:rPr>
        <w:t>[15 . 645]</w:t>
      </w:r>
    </w:p>
    <w:p>
      <w:r>
        <w:rPr>
          <w:rFonts w:ascii="Gentium Plus" w:hAnsi="Gentium Plus"/>
          <w:sz w:val="24"/>
        </w:rPr>
        <w:t>* [ἆλτο] ἐνήλατο καὶ ἐνεπλάκη. [ἐν ἀσπίδος ἄντυγι πάλτο] τῷ ἔξωθεν τῆς ἀσπίδος κύκλῳ ἐνεπάλθη, 〈ἢ〉 ἐκλείσθη.</w:t>
      </w:r>
    </w:p>
    <w:p>
      <w:r>
        <w:rPr>
          <w:rFonts w:ascii="Courier New" w:hAnsi="Courier New"/>
          <w:color w:val="555555"/>
          <w:sz w:val="20"/>
        </w:rPr>
        <w:t>[15 . 646]</w:t>
      </w:r>
    </w:p>
    <w:p>
      <w:r>
        <w:rPr>
          <w:rFonts w:ascii="Gentium Plus" w:hAnsi="Gentium Plus"/>
          <w:sz w:val="24"/>
        </w:rPr>
        <w:t>* [ποδηνεκέα] μέχρι τῶν ποδῶν διϊκνουμένην, μεγάλην.</w:t>
      </w:r>
    </w:p>
    <w:p>
      <w:r>
        <w:rPr>
          <w:rFonts w:ascii="Courier New" w:hAnsi="Courier New"/>
          <w:color w:val="555555"/>
          <w:sz w:val="20"/>
        </w:rPr>
        <w:t>[15 . 653]</w:t>
      </w:r>
    </w:p>
    <w:p>
      <w:r>
        <w:rPr>
          <w:rFonts w:ascii="Gentium Plus" w:hAnsi="Gentium Plus"/>
          <w:sz w:val="24"/>
        </w:rPr>
        <w:t>* [εἰσωποὶ δ’ ἐγένοντο νεῶν] ἐν ὄψει—ἐγένοντο. [περὶ δ’ ἔσχεθον ἄκραι] περιέσχον, περιεκάλυψαν αἱ πρῷραι.</w:t>
      </w:r>
    </w:p>
    <w:p>
      <w:r>
        <w:rPr>
          <w:rFonts w:ascii="Courier New" w:hAnsi="Courier New"/>
          <w:color w:val="555555"/>
          <w:sz w:val="20"/>
        </w:rPr>
        <w:t>[15 . 656]</w:t>
      </w:r>
    </w:p>
    <w:p>
      <w:r>
        <w:rPr>
          <w:rFonts w:ascii="Gentium Plus" w:hAnsi="Gentium Plus"/>
          <w:sz w:val="24"/>
        </w:rPr>
        <w:t>[τῶν προτέρων] τῶν πρώτων καὶ ἄκρων.</w:t>
      </w:r>
    </w:p>
    <w:p>
      <w:r>
        <w:rPr>
          <w:rFonts w:ascii="Courier New" w:hAnsi="Courier New"/>
          <w:color w:val="555555"/>
          <w:sz w:val="20"/>
        </w:rPr>
        <w:t>[15 . 659]</w:t>
      </w:r>
    </w:p>
    <w:p>
      <w:r>
        <w:rPr>
          <w:rFonts w:ascii="Gentium Plus" w:hAnsi="Gentium Plus"/>
          <w:sz w:val="24"/>
        </w:rPr>
        <w:t>[οὖρος] νῦν φύλαξ.</w:t>
      </w:r>
    </w:p>
    <w:p>
      <w:r>
        <w:rPr>
          <w:rFonts w:ascii="Courier New" w:hAnsi="Courier New"/>
          <w:color w:val="555555"/>
          <w:sz w:val="20"/>
        </w:rPr>
        <w:t>[15 . 670]</w:t>
      </w:r>
    </w:p>
    <w:p>
      <w:r>
        <w:rPr>
          <w:rFonts w:ascii="Gentium Plus" w:hAnsi="Gentium Plus"/>
          <w:sz w:val="24"/>
        </w:rPr>
        <w:t>* [ὁμοιΐου] τοῦ ὁμοίως πᾶσιν ἐπιόντος, χαλεποῦ.</w:t>
      </w:r>
    </w:p>
    <w:p>
      <w:r>
        <w:rPr>
          <w:rFonts w:ascii="Courier New" w:hAnsi="Courier New"/>
          <w:color w:val="555555"/>
          <w:sz w:val="20"/>
        </w:rPr>
        <w:t>[15 . 676]</w:t>
      </w:r>
    </w:p>
    <w:p>
      <w:r>
        <w:rPr>
          <w:rFonts w:ascii="Gentium Plus" w:hAnsi="Gentium Plus"/>
          <w:sz w:val="24"/>
        </w:rPr>
        <w:t>* [ἴκρια] καταστρώματα, σανιδώματα.</w:t>
      </w:r>
    </w:p>
    <w:p>
      <w:r>
        <w:rPr>
          <w:rFonts w:ascii="Courier New" w:hAnsi="Courier New"/>
          <w:color w:val="555555"/>
          <w:sz w:val="20"/>
        </w:rPr>
        <w:t>[15 . 678]</w:t>
      </w:r>
    </w:p>
    <w:p>
      <w:r>
        <w:rPr>
          <w:rFonts w:ascii="Gentium Plus" w:hAnsi="Gentium Plus"/>
          <w:sz w:val="24"/>
        </w:rPr>
        <w:t>* [κολλητὸν] ἐκ πολλῶν συγκεκολλημένον, ἵνα γένηται μακρόν· οἷον σύνθετον καὶ κεκολλημένον. * [βλήτροισι] τοῖς κατὰ τὴν ἁρμονίαν γόμφοις, τοῖς ἐπιούροις.</w:t>
      </w:r>
    </w:p>
    <w:p>
      <w:r>
        <w:rPr>
          <w:rFonts w:ascii="Courier New" w:hAnsi="Courier New"/>
          <w:color w:val="555555"/>
          <w:sz w:val="20"/>
        </w:rPr>
        <w:t>[15 . 682]</w:t>
      </w:r>
    </w:p>
    <w:p>
      <w:r>
        <w:rPr>
          <w:rFonts w:ascii="Gentium Plus" w:hAnsi="Gentium Plus"/>
          <w:sz w:val="24"/>
        </w:rPr>
        <w:t>[λαοφόρον] λεωφόρον, δι’ ἧς ὁ λεὼς ἔρχεται, ὅ ἐστιν ὄχλος.</w:t>
      </w:r>
    </w:p>
    <w:p>
      <w:r>
        <w:rPr>
          <w:rFonts w:ascii="Courier New" w:hAnsi="Courier New"/>
          <w:color w:val="555555"/>
          <w:sz w:val="20"/>
        </w:rPr>
        <w:t>[15 . 684]</w:t>
      </w:r>
    </w:p>
    <w:p>
      <w:r>
        <w:rPr>
          <w:rFonts w:ascii="Gentium Plus" w:hAnsi="Gentium Plus"/>
          <w:sz w:val="24"/>
        </w:rPr>
        <w:t>* [ἄλλοτ’ ἐπ’ ἄλλον] οἷον ἄλλοτε ἐπ’ ἄλλον μεθιζάνει.</w:t>
      </w:r>
    </w:p>
    <w:p>
      <w:r>
        <w:rPr>
          <w:rFonts w:ascii="Courier New" w:hAnsi="Courier New"/>
          <w:color w:val="555555"/>
          <w:sz w:val="20"/>
        </w:rPr>
        <w:t>[15 . 693]</w:t>
      </w:r>
    </w:p>
    <w:p>
      <w:r>
        <w:rPr>
          <w:rFonts w:ascii="Gentium Plus" w:hAnsi="Gentium Plus"/>
          <w:sz w:val="24"/>
        </w:rPr>
        <w:t>* [κυανοπρώροιο] κυανῷ τὴν πρώραν κεχρισμένης.</w:t>
      </w:r>
    </w:p>
    <w:p>
      <w:r>
        <w:rPr>
          <w:rFonts w:ascii="Courier New" w:hAnsi="Courier New"/>
          <w:color w:val="555555"/>
          <w:sz w:val="20"/>
        </w:rPr>
        <w:t>[15 . 713]</w:t>
      </w:r>
    </w:p>
    <w:p>
      <w:r>
        <w:rPr>
          <w:rFonts w:ascii="Gentium Plus" w:hAnsi="Gentium Plus"/>
          <w:sz w:val="24"/>
        </w:rPr>
        <w:t>* [μελάνδετα] σιδηρόδετα, ἢ μέλανας τὰς λαβὰς ἔχοντα· ἔστι γὰρ ἡ λαβὴ δεσμός τις τοῦ ξίφους.</w:t>
      </w:r>
    </w:p>
    <w:p>
      <w:r>
        <w:rPr>
          <w:rFonts w:ascii="Courier New" w:hAnsi="Courier New"/>
          <w:color w:val="555555"/>
          <w:sz w:val="20"/>
        </w:rPr>
        <w:t>[15 . 738]</w:t>
      </w:r>
    </w:p>
    <w:p>
      <w:r>
        <w:rPr>
          <w:rFonts w:ascii="Gentium Plus" w:hAnsi="Gentium Plus"/>
          <w:sz w:val="24"/>
        </w:rPr>
        <w:t>* [ᾗ κ’ ἀμυναίμεσθα] δι’ ἧς ἀμυνόμεθα τοὺς πολεμίους. * [ἑτεραλκέα δῆμον] τὸν δυνάμενον ὄχλον ἐν μέρει πρὸς τὰ κατε‐ πείγοντα βοηθεῖν τοῖς κατεπτοημένοις.</w:t>
      </w:r>
    </w:p>
    <w:p>
      <w:r>
        <w:rPr>
          <w:rFonts w:ascii="Courier New" w:hAnsi="Courier New"/>
          <w:color w:val="555555"/>
          <w:sz w:val="20"/>
        </w:rPr>
        <w:t>[15 . 740]</w:t>
      </w:r>
    </w:p>
    <w:p>
      <w:r>
        <w:rPr>
          <w:rFonts w:ascii="Gentium Plus" w:hAnsi="Gentium Plus"/>
          <w:sz w:val="24"/>
        </w:rPr>
        <w:t>[πόντῳ κεκλιμένοι] περικεκλιμένοι τῇ θαλάττῃ, περισχόμενοι.</w:t>
      </w:r>
    </w:p>
    <w:p>
      <w:r>
        <w:rPr>
          <w:rFonts w:ascii="Courier New" w:hAnsi="Courier New"/>
          <w:color w:val="555555"/>
          <w:sz w:val="20"/>
        </w:rPr>
        <w:t>[15 . 741]</w:t>
      </w:r>
    </w:p>
    <w:p>
      <w:r>
        <w:rPr>
          <w:rFonts w:ascii="Gentium Plus" w:hAnsi="Gentium Plus"/>
          <w:sz w:val="24"/>
        </w:rPr>
        <w:t>* διὸ καὶ ἐν ταῖς χερσὶν ἡμῶν καὶ ἐν τῷ μάχεσθαι ἡ σωτηρία· οὐ γὰρ ἐν τῷ μειλιχίους ἡμᾶς καὶ πρᾴους εἶναι τοῖς πολεμίοις.</w:t>
      </w:r>
    </w:p>
    <w:p>
      <w:r>
        <w:rPr>
          <w:rFonts w:ascii="Courier New" w:hAnsi="Courier New"/>
          <w:color w:val="555555"/>
          <w:sz w:val="20"/>
        </w:rPr>
        <w:t>[15 . 742]</w:t>
      </w:r>
    </w:p>
    <w:p>
      <w:r>
        <w:rPr>
          <w:rFonts w:ascii="Gentium Plus" w:hAnsi="Gentium Plus"/>
          <w:sz w:val="24"/>
        </w:rPr>
        <w:t>* [μαιμώων] μανιωδῶς καὶ ἀκατασχέτως ἐπεδίωκεν, ἐπήρχετο.</w:t>
      </w:r>
    </w:p>
    <w:p>
      <w:r>
        <w:rPr>
          <w:rFonts w:ascii="Courier New" w:hAnsi="Courier New"/>
          <w:color w:val="555555"/>
          <w:sz w:val="20"/>
        </w:rPr>
        <w:t>[15 . 744]</w:t>
      </w:r>
    </w:p>
    <w:p>
      <w:r>
        <w:rPr>
          <w:rFonts w:ascii="Gentium Plus" w:hAnsi="Gentium Plus"/>
          <w:sz w:val="24"/>
        </w:rPr>
        <w:t>* [χάριν Ἕκτορος ὀτρύναντος] ἐς χάριν τοῦ Ἕκτορος παρορ‐</w:t>
      </w:r>
    </w:p>
    <w:p>
      <w:r>
        <w:rPr>
          <w:rFonts w:ascii="Courier New" w:hAnsi="Courier New"/>
          <w:color w:val="555555"/>
          <w:sz w:val="20"/>
        </w:rPr>
        <w:t>[16 . 4]</w:t>
      </w:r>
    </w:p>
    <w:p>
      <w:r>
        <w:rPr>
          <w:rFonts w:ascii="Gentium Plus" w:hAnsi="Gentium Plus"/>
          <w:sz w:val="24"/>
        </w:rPr>
        <w:t>αἰγίλιπος] ὑψηλῆς, ἣν καὶ αἲξ ἀπολείπει διὰ τὸ περισσὸν ὕψος. μάλιστα γὰρ ἡ αἲξ ἐν τοῖς κρημνοῖς βόσκεται.</w:t>
      </w:r>
    </w:p>
    <w:p>
      <w:r>
        <w:rPr>
          <w:rFonts w:ascii="Courier New" w:hAnsi="Courier New"/>
          <w:color w:val="555555"/>
          <w:sz w:val="20"/>
        </w:rPr>
        <w:t>[16 . 9]</w:t>
      </w:r>
    </w:p>
    <w:p>
      <w:r>
        <w:rPr>
          <w:rFonts w:ascii="Gentium Plus" w:hAnsi="Gentium Plus"/>
          <w:sz w:val="24"/>
        </w:rPr>
        <w:t>* πέπλος—χιτών. *[ἐσσυμένην κατερύκει] σπουδάζουσαν αὐτὴν κατέχει.</w:t>
      </w:r>
    </w:p>
    <w:p>
      <w:r>
        <w:rPr>
          <w:rFonts w:ascii="Courier New" w:hAnsi="Courier New"/>
          <w:color w:val="555555"/>
          <w:sz w:val="20"/>
        </w:rPr>
        <w:t>[16 . 11]</w:t>
      </w:r>
    </w:p>
    <w:p>
      <w:r>
        <w:rPr>
          <w:rFonts w:ascii="Gentium Plus" w:hAnsi="Gentium Plus"/>
          <w:sz w:val="24"/>
        </w:rPr>
        <w:t>* [τέρεν] νῦν ὑγρόν.</w:t>
      </w:r>
    </w:p>
    <w:p>
      <w:r>
        <w:rPr>
          <w:rFonts w:ascii="Courier New" w:hAnsi="Courier New"/>
          <w:color w:val="555555"/>
          <w:sz w:val="20"/>
        </w:rPr>
        <w:t>[16 . 16]</w:t>
      </w:r>
    </w:p>
    <w:p>
      <w:r>
        <w:rPr>
          <w:rFonts w:ascii="Gentium Plus" w:hAnsi="Gentium Plus"/>
          <w:sz w:val="24"/>
        </w:rPr>
        <w:t>* ἀμφοτέρων πάνυ ἂν λυπηθείημεν ἀποθανόντων.</w:t>
      </w:r>
    </w:p>
    <w:p>
      <w:r>
        <w:rPr>
          <w:rFonts w:ascii="Courier New" w:hAnsi="Courier New"/>
          <w:color w:val="555555"/>
          <w:sz w:val="20"/>
        </w:rPr>
        <w:t>[16 . 24]</w:t>
      </w:r>
    </w:p>
    <w:p>
      <w:r>
        <w:rPr>
          <w:rFonts w:ascii="Gentium Plus" w:hAnsi="Gentium Plus"/>
          <w:sz w:val="24"/>
        </w:rPr>
        <w:t>[κέαται] κεῖνται, ὅ ἐστιν ἀργοί εἰσιν.</w:t>
      </w:r>
    </w:p>
    <w:p>
      <w:r>
        <w:rPr>
          <w:rFonts w:ascii="Courier New" w:hAnsi="Courier New"/>
          <w:color w:val="555555"/>
          <w:sz w:val="20"/>
        </w:rPr>
        <w:t>[16 . 25]</w:t>
      </w:r>
    </w:p>
    <w:p>
      <w:r>
        <w:rPr>
          <w:rFonts w:ascii="Gentium Plus" w:hAnsi="Gentium Plus"/>
          <w:sz w:val="24"/>
        </w:rPr>
        <w:t>[βέβληται] ἀντὶ τοῦ ἐκ βολῆς τέτρωται.</w:t>
      </w:r>
    </w:p>
    <w:p>
      <w:r>
        <w:rPr>
          <w:rFonts w:ascii="Courier New" w:hAnsi="Courier New"/>
          <w:color w:val="555555"/>
          <w:sz w:val="20"/>
        </w:rPr>
        <w:t>[16 . 29]</w:t>
      </w:r>
    </w:p>
    <w:p>
      <w:r>
        <w:rPr>
          <w:rFonts w:ascii="Gentium Plus" w:hAnsi="Gentium Plus"/>
          <w:sz w:val="24"/>
        </w:rPr>
        <w:t>[ἀμήχανος] ἀπροσμηχάνητος, ἀκαμπής, πρὸς ὃν οὐδέν ἐστι μηχανήσασθαι.</w:t>
      </w:r>
    </w:p>
    <w:p>
      <w:r>
        <w:rPr>
          <w:rFonts w:ascii="Courier New" w:hAnsi="Courier New"/>
          <w:color w:val="555555"/>
          <w:sz w:val="20"/>
        </w:rPr>
        <w:t>[16 . 31]</w:t>
      </w:r>
    </w:p>
    <w:p>
      <w:r>
        <w:rPr>
          <w:rFonts w:ascii="Gentium Plus" w:hAnsi="Gentium Plus"/>
          <w:sz w:val="24"/>
        </w:rPr>
        <w:t>* [αἰναρέτη] ἐπὶ κακῷ κεκτημένος τὴν ἀρετήν. * [τί σευ .... ὀνήσεται] ἐκ σοῦ ὄνησιν ἕξει, ὠφεληθήσεται. [ὀψίγονος] μεταγενέστερος, ὁ μετὰ πολὺν χρόνον ἐσόμενος.</w:t>
      </w:r>
    </w:p>
    <w:p>
      <w:r>
        <w:rPr>
          <w:rFonts w:ascii="Courier New" w:hAnsi="Courier New"/>
          <w:color w:val="555555"/>
          <w:sz w:val="20"/>
        </w:rPr>
        <w:t>[16 . 34]</w:t>
      </w:r>
    </w:p>
    <w:p>
      <w:r>
        <w:rPr>
          <w:rFonts w:ascii="Gentium Plus" w:hAnsi="Gentium Plus"/>
          <w:sz w:val="24"/>
        </w:rPr>
        <w:t>[γλαυκή] ἡ γλαυκοειδής. τοῦτο δέ φησι διὰ τὸ τῆς θαλάσσης ἐπικίνδυνον καὶ ἀνηλεὲς καὶ τῶν πετρῶν τὸ σκληρόν.</w:t>
      </w:r>
    </w:p>
    <w:p>
      <w:r>
        <w:rPr>
          <w:rFonts w:ascii="Courier New" w:hAnsi="Courier New"/>
          <w:color w:val="555555"/>
          <w:sz w:val="20"/>
        </w:rPr>
        <w:t>[16 . 35]</w:t>
      </w:r>
    </w:p>
    <w:p>
      <w:r>
        <w:rPr>
          <w:rFonts w:ascii="Gentium Plus" w:hAnsi="Gentium Plus"/>
          <w:sz w:val="24"/>
        </w:rPr>
        <w:t>[νόος] ἀντὶ τοῦ ἡ ψυχή.</w:t>
      </w:r>
    </w:p>
    <w:p>
      <w:r>
        <w:rPr>
          <w:rFonts w:ascii="Courier New" w:hAnsi="Courier New"/>
          <w:color w:val="555555"/>
          <w:sz w:val="20"/>
        </w:rPr>
        <w:t>[16 . 43]</w:t>
      </w:r>
    </w:p>
    <w:p>
      <w:r>
        <w:rPr>
          <w:rFonts w:ascii="Gentium Plus" w:hAnsi="Gentium Plus"/>
          <w:sz w:val="24"/>
        </w:rPr>
        <w:t>ὀλίγη] προσληπτέον τὸ ἐστιν ἀντὶ τοῦ· ὀλίγον καιρὸν ἀναπαύ‐ σεως τοῦ πολέμου ἴδωσιν οἱ κεκμηκότες.</w:t>
      </w:r>
    </w:p>
    <w:p>
      <w:r>
        <w:rPr>
          <w:rFonts w:ascii="Courier New" w:hAnsi="Courier New"/>
          <w:color w:val="555555"/>
          <w:sz w:val="20"/>
        </w:rPr>
        <w:t>[16 . 54]</w:t>
      </w:r>
    </w:p>
    <w:p>
      <w:r>
        <w:rPr>
          <w:rFonts w:ascii="Gentium Plus" w:hAnsi="Gentium Plus"/>
          <w:sz w:val="24"/>
        </w:rPr>
        <w:t>ὅ τε κράτεϊ] ὁπόταν τῷ κρατεῖν προέχῃ, ὅ ἐστιν ἀξίᾳ τινὶ μείζονι.</w:t>
      </w:r>
    </w:p>
    <w:p>
      <w:r>
        <w:rPr>
          <w:rFonts w:ascii="Courier New" w:hAnsi="Courier New"/>
          <w:color w:val="555555"/>
          <w:sz w:val="20"/>
        </w:rPr>
        <w:t>[16 . 55]</w:t>
      </w:r>
    </w:p>
    <w:p>
      <w:r>
        <w:rPr>
          <w:rFonts w:ascii="Gentium Plus" w:hAnsi="Gentium Plus"/>
          <w:sz w:val="24"/>
        </w:rPr>
        <w:t>* [τό μοί ἐστιν] διό μοι, ἢ τοῦτό μοι.</w:t>
      </w:r>
    </w:p>
    <w:p>
      <w:r>
        <w:rPr>
          <w:rFonts w:ascii="Courier New" w:hAnsi="Courier New"/>
          <w:color w:val="555555"/>
          <w:sz w:val="20"/>
        </w:rPr>
        <w:t>[16 . 59]</w:t>
      </w:r>
    </w:p>
    <w:p>
      <w:r>
        <w:rPr>
          <w:rFonts w:ascii="Gentium Plus" w:hAnsi="Gentium Plus"/>
          <w:sz w:val="24"/>
        </w:rPr>
        <w:t>* [μετανάστην] μέτοικοι δὲ λέγονται οἱ καταλιπόντες τὴν ἰδίαν</w:t>
      </w:r>
    </w:p>
    <w:p>
      <w:r>
        <w:rPr>
          <w:rFonts w:ascii="Courier New" w:hAnsi="Courier New"/>
          <w:color w:val="555555"/>
          <w:sz w:val="20"/>
        </w:rPr>
        <w:t>[16 . 62]</w:t>
      </w:r>
    </w:p>
    <w:p>
      <w:r>
        <w:rPr>
          <w:rFonts w:ascii="Gentium Plus" w:hAnsi="Gentium Plus"/>
          <w:sz w:val="24"/>
        </w:rPr>
        <w:t>* [μηνιθμόν] μῆνιν—ὁ τρόπος.</w:t>
      </w:r>
    </w:p>
    <w:p>
      <w:r>
        <w:rPr>
          <w:rFonts w:ascii="Courier New" w:hAnsi="Courier New"/>
          <w:color w:val="555555"/>
          <w:sz w:val="20"/>
        </w:rPr>
        <w:t>[16 . 64]</w:t>
      </w:r>
    </w:p>
    <w:p>
      <w:r>
        <w:rPr>
          <w:rFonts w:ascii="Gentium Plus" w:hAnsi="Gentium Plus"/>
          <w:sz w:val="24"/>
        </w:rPr>
        <w:t>[τύνη] σύ Δωρικῶς.</w:t>
      </w:r>
    </w:p>
    <w:p>
      <w:r>
        <w:rPr>
          <w:rFonts w:ascii="Courier New" w:hAnsi="Courier New"/>
          <w:color w:val="555555"/>
          <w:sz w:val="20"/>
        </w:rPr>
        <w:t>[16 . 69]</w:t>
      </w:r>
    </w:p>
    <w:p>
      <w:r>
        <w:rPr>
          <w:rFonts w:ascii="Gentium Plus" w:hAnsi="Gentium Plus"/>
          <w:sz w:val="24"/>
        </w:rPr>
        <w:t>* [Τρώων πόλις] πόλις οὖν οἱ πολῖται· ἀπὸ τοῦ περιέχοντος τὸ περιεχόμενον.</w:t>
      </w:r>
    </w:p>
    <w:p>
      <w:r>
        <w:rPr>
          <w:rFonts w:ascii="Courier New" w:hAnsi="Courier New"/>
          <w:color w:val="555555"/>
          <w:sz w:val="20"/>
        </w:rPr>
        <w:t>[16 . 70]</w:t>
      </w:r>
    </w:p>
    <w:p>
      <w:r>
        <w:rPr>
          <w:rFonts w:ascii="Gentium Plus" w:hAnsi="Gentium Plus"/>
          <w:sz w:val="24"/>
        </w:rPr>
        <w:t>[θάρσυνος] ἀντὶ τοῦ τεθαρρηκυῖα· προσηγορία ἀντὶ μετοχῆς.</w:t>
      </w:r>
    </w:p>
    <w:p>
      <w:r>
        <w:rPr>
          <w:rFonts w:ascii="Courier New" w:hAnsi="Courier New"/>
          <w:color w:val="555555"/>
          <w:sz w:val="20"/>
        </w:rPr>
        <w:t>[16 . 71]</w:t>
      </w:r>
    </w:p>
    <w:p>
      <w:r>
        <w:rPr>
          <w:rFonts w:ascii="Gentium Plus" w:hAnsi="Gentium Plus"/>
          <w:sz w:val="24"/>
        </w:rPr>
        <w:t>[ἐναύλους] τοὺς διὰ στενοῦ—διώρυχας. διὰ δὲ τούτου προκατασκευάζει ὁ ποιητὴς τὴν παρὰ τῷ ποταμῷ μάχην, τὴν ἐν τῇ Φ.</w:t>
      </w:r>
    </w:p>
    <w:p>
      <w:r>
        <w:rPr>
          <w:rFonts w:ascii="Courier New" w:hAnsi="Courier New"/>
          <w:color w:val="555555"/>
          <w:sz w:val="20"/>
        </w:rPr>
        <w:t>[16 74-75]</w:t>
      </w:r>
    </w:p>
    <w:p>
      <w:r>
        <w:rPr>
          <w:rFonts w:ascii="Gentium Plus" w:hAnsi="Gentium Plus"/>
          <w:sz w:val="24"/>
        </w:rPr>
        <w:t>οὐκέτι γὰρ ἀριστεύει κατὰ τὸν πόλεμον ὁ Διομήδης πρὸς τὸ ἀποστρέψαι κακὰ τῶν Ἑλλήνων.</w:t>
      </w:r>
    </w:p>
    <w:p>
      <w:r>
        <w:rPr>
          <w:rFonts w:ascii="Courier New" w:hAnsi="Courier New"/>
          <w:color w:val="555555"/>
          <w:sz w:val="20"/>
        </w:rPr>
        <w:t>[16 . 75]</w:t>
      </w:r>
    </w:p>
    <w:p>
      <w:r>
        <w:rPr>
          <w:rFonts w:ascii="Gentium Plus" w:hAnsi="Gentium Plus"/>
          <w:sz w:val="24"/>
        </w:rPr>
        <w:t>[μαίνεται] δαιμονίως ἐνεργεῖ, ἐνθουσιᾷ.</w:t>
      </w:r>
    </w:p>
    <w:p>
      <w:r>
        <w:rPr>
          <w:rFonts w:ascii="Courier New" w:hAnsi="Courier New"/>
          <w:color w:val="555555"/>
          <w:sz w:val="20"/>
        </w:rPr>
        <w:t>[16 . 76]</w:t>
      </w:r>
    </w:p>
    <w:p>
      <w:r>
        <w:rPr>
          <w:rFonts w:ascii="Gentium Plus" w:hAnsi="Gentium Plus"/>
          <w:sz w:val="24"/>
        </w:rPr>
        <w:t>διὰ τί Ἀχιλλεὺς ἐπὶ καθαιρέσει—Πηλείωνα».</w:t>
      </w:r>
    </w:p>
    <w:p>
      <w:r>
        <w:rPr>
          <w:rFonts w:ascii="Courier New" w:hAnsi="Courier New"/>
          <w:color w:val="555555"/>
          <w:sz w:val="20"/>
        </w:rPr>
        <w:t>[16 . 86]</w:t>
      </w:r>
    </w:p>
    <w:p>
      <w:r>
        <w:rPr>
          <w:rFonts w:ascii="Gentium Plus" w:hAnsi="Gentium Plus"/>
          <w:sz w:val="24"/>
        </w:rPr>
        <w:t>* ἂψ ἀπονάσσωσι] ἀποκαταστήσουσιν, ἀποδώσουσιν. Gen III ajoute: ἀποστρέψουσι.</w:t>
      </w:r>
    </w:p>
    <w:p>
      <w:r>
        <w:rPr>
          <w:rFonts w:ascii="Courier New" w:hAnsi="Courier New"/>
          <w:color w:val="555555"/>
          <w:sz w:val="20"/>
        </w:rPr>
        <w:t>[16 . 87]</w:t>
      </w:r>
    </w:p>
    <w:p>
      <w:r>
        <w:rPr>
          <w:rFonts w:ascii="Gentium Plus" w:hAnsi="Gentium Plus"/>
          <w:sz w:val="24"/>
        </w:rPr>
        <w:t>[ἰέναι] ἀντὶ τοῦ ἴθι καὶ παραγίνου.</w:t>
      </w:r>
    </w:p>
    <w:p>
      <w:r>
        <w:rPr>
          <w:rFonts w:ascii="Courier New" w:hAnsi="Courier New"/>
          <w:color w:val="555555"/>
          <w:sz w:val="20"/>
        </w:rPr>
        <w:t>[16 . 91]</w:t>
      </w:r>
    </w:p>
    <w:p>
      <w:r>
        <w:rPr>
          <w:rFonts w:ascii="Gentium Plus" w:hAnsi="Gentium Plus"/>
          <w:sz w:val="24"/>
        </w:rPr>
        <w:t>[ἐπαγαλλόμενος] τερπόμενος τῷ νικᾶν.</w:t>
      </w:r>
    </w:p>
    <w:p>
      <w:r>
        <w:rPr>
          <w:rFonts w:ascii="Courier New" w:hAnsi="Courier New"/>
          <w:color w:val="555555"/>
          <w:sz w:val="20"/>
        </w:rPr>
        <w:t>[16 . 92]</w:t>
      </w:r>
    </w:p>
    <w:p>
      <w:r>
        <w:rPr>
          <w:rFonts w:ascii="Gentium Plus" w:hAnsi="Gentium Plus"/>
          <w:sz w:val="24"/>
        </w:rPr>
        <w:t>[ἐναιρόμενος] ἐναίρων, ὅ ἐστι φονεύων.</w:t>
      </w:r>
    </w:p>
    <w:p>
      <w:r>
        <w:rPr>
          <w:rFonts w:ascii="Courier New" w:hAnsi="Courier New"/>
          <w:color w:val="555555"/>
          <w:sz w:val="20"/>
        </w:rPr>
        <w:t>[16 . 94]</w:t>
      </w:r>
    </w:p>
    <w:p>
      <w:r>
        <w:rPr>
          <w:rFonts w:ascii="Gentium Plus" w:hAnsi="Gentium Plus"/>
          <w:sz w:val="24"/>
        </w:rPr>
        <w:t>[ἐμβήῃ] κατέλθῃ, ἐμποδίσῃ, ἐμποδὼν στῇ.</w:t>
      </w:r>
    </w:p>
    <w:p>
      <w:r>
        <w:rPr>
          <w:rFonts w:ascii="Courier New" w:hAnsi="Courier New"/>
          <w:color w:val="555555"/>
          <w:sz w:val="20"/>
        </w:rPr>
        <w:t>[16 95-96]</w:t>
      </w:r>
    </w:p>
    <w:p>
      <w:r>
        <w:rPr>
          <w:rFonts w:ascii="Gentium Plus" w:hAnsi="Gentium Plus"/>
          <w:sz w:val="24"/>
        </w:rPr>
        <w:t>[ἐπὴν φάος ἐν νήεσσι θήῃς] ἐπειδὰν σώσῃς τὰς ναῦς.</w:t>
      </w:r>
    </w:p>
    <w:p>
      <w:r>
        <w:rPr>
          <w:rFonts w:ascii="Courier New" w:hAnsi="Courier New"/>
          <w:color w:val="555555"/>
          <w:sz w:val="20"/>
        </w:rPr>
        <w:t>[16 110-111]</w:t>
      </w:r>
    </w:p>
    <w:p>
      <w:r>
        <w:rPr>
          <w:rFonts w:ascii="Gentium Plus" w:hAnsi="Gentium Plus"/>
          <w:sz w:val="24"/>
        </w:rPr>
        <w:t>οὐδένα καιρὸν εἶχεν ἀναπαύσεως, πανταχόθεν δὲ αὐτὸν περιεστοίχησε τὰ κακά.</w:t>
      </w:r>
    </w:p>
    <w:p>
      <w:r>
        <w:rPr>
          <w:rFonts w:ascii="Courier New" w:hAnsi="Courier New"/>
          <w:color w:val="555555"/>
          <w:sz w:val="20"/>
        </w:rPr>
        <w:t>[16 . 115]</w:t>
      </w:r>
    </w:p>
    <w:p>
      <w:r>
        <w:rPr>
          <w:rFonts w:ascii="Gentium Plus" w:hAnsi="Gentium Plus"/>
          <w:sz w:val="24"/>
        </w:rPr>
        <w:t>καυλὸν] τὸ ἄκρον τοῦ δόρατος, τὸ εἰς τὴν ἐπιδορατίδα ἐμβαλλό‐ μενον.</w:t>
      </w:r>
    </w:p>
    <w:p>
      <w:r>
        <w:rPr>
          <w:rFonts w:ascii="Courier New" w:hAnsi="Courier New"/>
          <w:color w:val="555555"/>
          <w:sz w:val="20"/>
        </w:rPr>
        <w:t>[16 . 123]</w:t>
      </w:r>
    </w:p>
    <w:p>
      <w:r>
        <w:rPr>
          <w:rFonts w:ascii="Gentium Plus" w:hAnsi="Gentium Plus"/>
          <w:sz w:val="24"/>
        </w:rPr>
        <w:t>[ἀσβέστη] ἡ ταχέως κατασβεννυμένη.</w:t>
      </w:r>
    </w:p>
    <w:p>
      <w:r>
        <w:rPr>
          <w:rFonts w:ascii="Courier New" w:hAnsi="Courier New"/>
          <w:color w:val="555555"/>
          <w:sz w:val="20"/>
        </w:rPr>
        <w:t>[16 . 125]</w:t>
      </w:r>
    </w:p>
    <w:p>
      <w:r>
        <w:rPr>
          <w:rFonts w:ascii="Gentium Plus" w:hAnsi="Gentium Plus"/>
          <w:sz w:val="24"/>
        </w:rPr>
        <w:t>[μηρὼ] μηρούς, δυϊκῶς.</w:t>
      </w:r>
    </w:p>
    <w:p>
      <w:r>
        <w:rPr>
          <w:rFonts w:ascii="Courier New" w:hAnsi="Courier New"/>
          <w:color w:val="555555"/>
          <w:sz w:val="20"/>
        </w:rPr>
        <w:t>[16 . 126]</w:t>
      </w:r>
    </w:p>
    <w:p>
      <w:r>
        <w:rPr>
          <w:rFonts w:ascii="Gentium Plus" w:hAnsi="Gentium Plus"/>
          <w:sz w:val="24"/>
        </w:rPr>
        <w:t>[ἱπποκέλευθε] ἐφ’ ἵππων ποιούμενε τὴν κέλευθον, οἷον ταχύτατε ἱππικέ, ἢ οἷον παραπλησίαν ἵπποις ὁρμὴν ἔχων.</w:t>
      </w:r>
    </w:p>
    <w:p>
      <w:r>
        <w:rPr>
          <w:rFonts w:ascii="Courier New" w:hAnsi="Courier New"/>
          <w:color w:val="555555"/>
          <w:sz w:val="20"/>
        </w:rPr>
        <w:t>[16 . 128]</w:t>
      </w:r>
    </w:p>
    <w:p>
      <w:r>
        <w:rPr>
          <w:rFonts w:ascii="Gentium Plus" w:hAnsi="Gentium Plus"/>
          <w:sz w:val="24"/>
        </w:rPr>
        <w:t>[καὶ οὐκέτι φυκτὰ πέλωνται] οὐδὲ φυγεῖν δυνήσονται, σωτηρία</w:t>
      </w:r>
    </w:p>
    <w:p>
      <w:r>
        <w:rPr>
          <w:rFonts w:ascii="Courier New" w:hAnsi="Courier New"/>
          <w:color w:val="555555"/>
          <w:sz w:val="20"/>
        </w:rPr>
        <w:t>[16 . 134]</w:t>
      </w:r>
    </w:p>
    <w:p>
      <w:r>
        <w:rPr>
          <w:rFonts w:ascii="Gentium Plus" w:hAnsi="Gentium Plus"/>
          <w:sz w:val="24"/>
        </w:rPr>
        <w:t>[ποικίλον ἀστερόεντα] ἤτοι ἀστέρας—λαμπρόν.</w:t>
      </w:r>
    </w:p>
    <w:p>
      <w:r>
        <w:rPr>
          <w:rFonts w:ascii="Courier New" w:hAnsi="Courier New"/>
          <w:color w:val="555555"/>
          <w:sz w:val="20"/>
        </w:rPr>
        <w:t>[16 . 143]</w:t>
      </w:r>
    </w:p>
    <w:p>
      <w:r>
        <w:rPr>
          <w:rFonts w:ascii="Gentium Plus" w:hAnsi="Gentium Plus"/>
          <w:sz w:val="24"/>
        </w:rPr>
        <w:t>[Πηλιάδα] τὴν ἐκ Πηλίου—τμηθεῖσαν. Gen II ajoute μελία δὲ εἶδος δένδρου.</w:t>
      </w:r>
    </w:p>
    <w:p>
      <w:r>
        <w:rPr>
          <w:rFonts w:ascii="Courier New" w:hAnsi="Courier New"/>
          <w:color w:val="555555"/>
          <w:sz w:val="20"/>
        </w:rPr>
        <w:t>[16 . 152]</w:t>
      </w:r>
    </w:p>
    <w:p>
      <w:r>
        <w:rPr>
          <w:rFonts w:ascii="Gentium Plus" w:hAnsi="Gentium Plus"/>
          <w:sz w:val="24"/>
        </w:rPr>
        <w:t>[παρηορίῃσιν] ταῖς ἔξω τοῦ ζυγοῦ ἡνίαις. [Πήδασον] ὄνομα κύριον ἵππου.</w:t>
      </w:r>
    </w:p>
    <w:p>
      <w:r>
        <w:rPr>
          <w:rFonts w:ascii="Courier New" w:hAnsi="Courier New"/>
          <w:color w:val="555555"/>
          <w:sz w:val="20"/>
        </w:rPr>
        <w:t>[16 . 153]</w:t>
      </w:r>
    </w:p>
    <w:p>
      <w:r>
        <w:rPr>
          <w:rFonts w:ascii="Gentium Plus" w:hAnsi="Gentium Plus"/>
          <w:sz w:val="24"/>
        </w:rPr>
        <w:t>[Ἠετίωνος πόλιν] Θήβας—λέγει.</w:t>
      </w:r>
    </w:p>
    <w:p>
      <w:r>
        <w:rPr>
          <w:rFonts w:ascii="Courier New" w:hAnsi="Courier New"/>
          <w:color w:val="555555"/>
          <w:sz w:val="20"/>
        </w:rPr>
        <w:t>[16 . 159]</w:t>
      </w:r>
    </w:p>
    <w:p>
      <w:r>
        <w:rPr>
          <w:rFonts w:ascii="Gentium Plus" w:hAnsi="Gentium Plus"/>
          <w:sz w:val="24"/>
        </w:rPr>
        <w:t>παρήϊον] παρειά, σιαγόνες.</w:t>
      </w:r>
    </w:p>
    <w:p>
      <w:r>
        <w:rPr>
          <w:rFonts w:ascii="Courier New" w:hAnsi="Courier New"/>
          <w:color w:val="555555"/>
          <w:sz w:val="20"/>
        </w:rPr>
        <w:t>[16 159bis]</w:t>
      </w:r>
    </w:p>
    <w:p>
      <w:r>
        <w:rPr>
          <w:rFonts w:ascii="Gentium Plus" w:hAnsi="Gentium Plus"/>
          <w:sz w:val="24"/>
        </w:rPr>
        <w:t>[αἵματι φοινόν] πεφοινιγμένον ὑπὸ αἵματος, οἷον πυρρόν.</w:t>
      </w:r>
    </w:p>
    <w:p>
      <w:r>
        <w:rPr>
          <w:rFonts w:ascii="Courier New" w:hAnsi="Courier New"/>
          <w:color w:val="555555"/>
          <w:sz w:val="20"/>
        </w:rPr>
        <w:t>[16 . 161]</w:t>
      </w:r>
    </w:p>
    <w:p>
      <w:r>
        <w:rPr>
          <w:rFonts w:ascii="Gentium Plus" w:hAnsi="Gentium Plus"/>
          <w:sz w:val="24"/>
        </w:rPr>
        <w:t>[λάψοντες] πίνοντες, ἀναρροφοῦντες. [ἀραρῇσιν] ἢ «ἀραιῇσιν», ἤγουν λεπταῖς.</w:t>
      </w:r>
    </w:p>
    <w:p>
      <w:r>
        <w:rPr>
          <w:rFonts w:ascii="Courier New" w:hAnsi="Courier New"/>
          <w:color w:val="555555"/>
          <w:sz w:val="20"/>
        </w:rPr>
        <w:t>[16 . 162]</w:t>
      </w:r>
    </w:p>
    <w:p>
      <w:r>
        <w:rPr>
          <w:rFonts w:ascii="Gentium Plus" w:hAnsi="Gentium Plus"/>
          <w:sz w:val="24"/>
        </w:rPr>
        <w:t>[ἄκρον] ἀπὸ ἄκρου τοῦ στόματος ἐρευγόμενοι. [φόνον αἵματος] τὴν ποιότητα τοῦ αἵματος.</w:t>
      </w:r>
    </w:p>
    <w:p>
      <w:r>
        <w:rPr>
          <w:rFonts w:ascii="Courier New" w:hAnsi="Courier New"/>
          <w:color w:val="555555"/>
          <w:sz w:val="20"/>
        </w:rPr>
        <w:t>[16 . 177]</w:t>
      </w:r>
    </w:p>
    <w:p>
      <w:r>
        <w:rPr>
          <w:rFonts w:ascii="Gentium Plus" w:hAnsi="Gentium Plus"/>
          <w:sz w:val="24"/>
        </w:rPr>
        <w:t>[αὐτὰρ ἐπίκλησιν Βώρῳ] κατ’ ἐπίκλησιν δὲ καὶ φήμην Βώρου.</w:t>
      </w:r>
    </w:p>
    <w:p>
      <w:r>
        <w:rPr>
          <w:rFonts w:ascii="Courier New" w:hAnsi="Courier New"/>
          <w:color w:val="555555"/>
          <w:sz w:val="20"/>
        </w:rPr>
        <w:t>[16 . 178]</w:t>
      </w:r>
    </w:p>
    <w:p>
      <w:r>
        <w:rPr>
          <w:rFonts w:ascii="Gentium Plus" w:hAnsi="Gentium Plus"/>
          <w:sz w:val="24"/>
        </w:rPr>
        <w:t>[ὄπυιε] κατὰ νόμον—ἐγεγαμήκει.</w:t>
      </w:r>
    </w:p>
    <w:p>
      <w:r>
        <w:rPr>
          <w:rFonts w:ascii="Courier New" w:hAnsi="Courier New"/>
          <w:color w:val="555555"/>
          <w:sz w:val="20"/>
        </w:rPr>
        <w:t>[16 . 181]</w:t>
      </w:r>
    </w:p>
    <w:p>
      <w:r>
        <w:rPr>
          <w:rFonts w:ascii="Gentium Plus" w:hAnsi="Gentium Plus"/>
          <w:sz w:val="24"/>
        </w:rPr>
        <w:t>[Ἀργεϊφόντης] ὁ Ἑρμῆς—θεός.</w:t>
      </w:r>
    </w:p>
    <w:p>
      <w:r>
        <w:rPr>
          <w:rFonts w:ascii="Courier New" w:hAnsi="Courier New"/>
          <w:color w:val="555555"/>
          <w:sz w:val="20"/>
        </w:rPr>
        <w:t>[16 . 183]</w:t>
      </w:r>
    </w:p>
    <w:p>
      <w:r>
        <w:rPr>
          <w:rFonts w:ascii="Gentium Plus" w:hAnsi="Gentium Plus"/>
          <w:sz w:val="24"/>
        </w:rPr>
        <w:t>[χρυσηλακάτου] καλλιτόξου—τανύσαντες.</w:t>
      </w:r>
    </w:p>
    <w:p>
      <w:r>
        <w:rPr>
          <w:rFonts w:ascii="Courier New" w:hAnsi="Courier New"/>
          <w:color w:val="555555"/>
          <w:sz w:val="20"/>
        </w:rPr>
        <w:t>[16 . 189]</w:t>
      </w:r>
    </w:p>
    <w:p>
      <w:r>
        <w:rPr>
          <w:rFonts w:ascii="Gentium Plus" w:hAnsi="Gentium Plus"/>
          <w:sz w:val="24"/>
        </w:rPr>
        <w:t>[Ἐχεκλῆος] Ἐχεκλῆς Ἄκτορος παῖς.</w:t>
      </w:r>
    </w:p>
    <w:p>
      <w:r>
        <w:rPr>
          <w:rFonts w:ascii="Courier New" w:hAnsi="Courier New"/>
          <w:color w:val="555555"/>
          <w:sz w:val="20"/>
        </w:rPr>
        <w:t>[16 . 192]</w:t>
      </w:r>
    </w:p>
    <w:p>
      <w:r>
        <w:rPr>
          <w:rFonts w:ascii="Gentium Plus" w:hAnsi="Gentium Plus"/>
          <w:sz w:val="24"/>
        </w:rPr>
        <w:t>[ἀμφαγαπαζόμενος] φιλοφρονούμενος, ἀγαπῶν.</w:t>
      </w:r>
    </w:p>
    <w:p>
      <w:r>
        <w:rPr>
          <w:rFonts w:ascii="Courier New" w:hAnsi="Courier New"/>
          <w:color w:val="555555"/>
          <w:sz w:val="20"/>
        </w:rPr>
        <w:t>[16 . 202]</w:t>
      </w:r>
    </w:p>
    <w:p>
      <w:r>
        <w:rPr>
          <w:rFonts w:ascii="Gentium Plus" w:hAnsi="Gentium Plus"/>
          <w:sz w:val="24"/>
        </w:rPr>
        <w:t>[πάνθ’ ὑπὸ μηνιθμὸν] ὑπὸ πάντα τὸν τῆς ὀργῆς χρόνον.</w:t>
      </w:r>
    </w:p>
    <w:p>
      <w:r>
        <w:rPr>
          <w:rFonts w:ascii="Courier New" w:hAnsi="Courier New"/>
          <w:color w:val="555555"/>
          <w:sz w:val="20"/>
        </w:rPr>
        <w:t>[16 . 203]</w:t>
      </w:r>
    </w:p>
    <w:p>
      <w:r>
        <w:rPr>
          <w:rFonts w:ascii="Gentium Plus" w:hAnsi="Gentium Plus"/>
          <w:sz w:val="24"/>
        </w:rPr>
        <w:t>χόλῳ] ἀντὶ τοῦ χολῇ.</w:t>
      </w:r>
    </w:p>
    <w:p>
      <w:r>
        <w:rPr>
          <w:rFonts w:ascii="Courier New" w:hAnsi="Courier New"/>
          <w:color w:val="555555"/>
          <w:sz w:val="20"/>
        </w:rPr>
        <w:t>[16 . 208]</w:t>
      </w:r>
    </w:p>
    <w:p>
      <w:r>
        <w:rPr>
          <w:rFonts w:ascii="Gentium Plus" w:hAnsi="Gentium Plus"/>
          <w:sz w:val="24"/>
        </w:rPr>
        <w:t>[φυλόπιδος] τῆς κατὰ πλήθη μάχης.</w:t>
      </w:r>
    </w:p>
    <w:p>
      <w:r>
        <w:rPr>
          <w:rFonts w:ascii="Courier New" w:hAnsi="Courier New"/>
          <w:color w:val="555555"/>
          <w:sz w:val="20"/>
        </w:rPr>
        <w:t>[16 . 211]</w:t>
      </w:r>
    </w:p>
    <w:p>
      <w:r>
        <w:rPr>
          <w:rFonts w:ascii="Gentium Plus" w:hAnsi="Gentium Plus"/>
          <w:sz w:val="24"/>
        </w:rPr>
        <w:t>[ἄρθεν] ἡρμόσθησαν, ἐπυκνώθησαν ἐξιόντες.</w:t>
      </w:r>
    </w:p>
    <w:p>
      <w:r>
        <w:rPr>
          <w:rFonts w:ascii="Courier New" w:hAnsi="Courier New"/>
          <w:color w:val="555555"/>
          <w:sz w:val="20"/>
        </w:rPr>
        <w:t>[16 . 216]</w:t>
      </w:r>
    </w:p>
    <w:p>
      <w:r>
        <w:rPr>
          <w:rFonts w:ascii="Gentium Plus" w:hAnsi="Gentium Plus"/>
          <w:sz w:val="24"/>
        </w:rPr>
        <w:t>[ἱππόκομοι] ἱππείαις θριξὶ τὸν λόφον κομῶσαι.</w:t>
      </w:r>
    </w:p>
    <w:p>
      <w:r>
        <w:rPr>
          <w:rFonts w:ascii="Courier New" w:hAnsi="Courier New"/>
          <w:color w:val="555555"/>
          <w:sz w:val="20"/>
        </w:rPr>
        <w:t>[16 . 224]</w:t>
      </w:r>
    </w:p>
    <w:p>
      <w:r>
        <w:rPr>
          <w:rFonts w:ascii="Gentium Plus" w:hAnsi="Gentium Plus"/>
          <w:sz w:val="24"/>
        </w:rPr>
        <w:t>[ἀνεμοσκεπέων] τῶν σκέπην τινὰ ποιούντων διὰ τὸν ἄνεμον.</w:t>
      </w:r>
    </w:p>
    <w:p>
      <w:r>
        <w:rPr>
          <w:rFonts w:ascii="Courier New" w:hAnsi="Courier New"/>
          <w:color w:val="555555"/>
          <w:sz w:val="20"/>
        </w:rPr>
        <w:t>[16 . 233]</w:t>
      </w:r>
    </w:p>
    <w:p>
      <w:r>
        <w:rPr>
          <w:rFonts w:ascii="Gentium Plus" w:hAnsi="Gentium Plus"/>
          <w:sz w:val="24"/>
        </w:rPr>
        <w:t>[Δωδωναῖε] ἐν χωρίῳ—τιμώμενε.</w:t>
      </w:r>
    </w:p>
    <w:p>
      <w:r>
        <w:rPr>
          <w:rFonts w:ascii="Courier New" w:hAnsi="Courier New"/>
          <w:color w:val="555555"/>
          <w:sz w:val="20"/>
        </w:rPr>
        <w:t>[16 216bis]</w:t>
      </w:r>
    </w:p>
    <w:p>
      <w:r>
        <w:rPr>
          <w:rFonts w:ascii="Gentium Plus" w:hAnsi="Gentium Plus"/>
          <w:sz w:val="24"/>
        </w:rPr>
        <w:t>[φάλοισι] τοῖς τῆς περικεφαλαίας ἥλοις, οἵτινες ἀσπιδισκίοις</w:t>
      </w:r>
    </w:p>
    <w:p>
      <w:r>
        <w:rPr>
          <w:rFonts w:ascii="Courier New" w:hAnsi="Courier New"/>
          <w:color w:val="555555"/>
          <w:sz w:val="20"/>
        </w:rPr>
        <w:t>[16 224bis]</w:t>
      </w:r>
    </w:p>
    <w:p>
      <w:r>
        <w:rPr>
          <w:rFonts w:ascii="Gentium Plus" w:hAnsi="Gentium Plus"/>
          <w:sz w:val="24"/>
        </w:rPr>
        <w:t>[οὔλων] ἄλλως· τῶν δασέων καὶ ἐχόντων οὐλότητα.</w:t>
      </w:r>
    </w:p>
    <w:p>
      <w:r>
        <w:rPr>
          <w:rFonts w:ascii="Courier New" w:hAnsi="Courier New"/>
          <w:color w:val="555555"/>
          <w:sz w:val="20"/>
        </w:rPr>
        <w:t>[16 . 235]</w:t>
      </w:r>
    </w:p>
    <w:p>
      <w:r>
        <w:rPr>
          <w:rFonts w:ascii="Gentium Plus" w:hAnsi="Gentium Plus"/>
          <w:sz w:val="24"/>
        </w:rPr>
        <w:t>[ἀνιπτόποδες χαμαιεῦναι] ἤτοι—θρησκεύειν. χαμαι‐ εῦναι δὲ οἱ ἐπὶ τοῦ ἐδάφους κοιμώμενοι.</w:t>
      </w:r>
    </w:p>
    <w:p>
      <w:r>
        <w:rPr>
          <w:rFonts w:ascii="Courier New" w:hAnsi="Courier New"/>
          <w:color w:val="555555"/>
          <w:sz w:val="20"/>
        </w:rPr>
        <w:t>[16 . 239]</w:t>
      </w:r>
    </w:p>
    <w:p>
      <w:r>
        <w:rPr>
          <w:rFonts w:ascii="Gentium Plus" w:hAnsi="Gentium Plus"/>
          <w:sz w:val="24"/>
        </w:rPr>
        <w:t>[νηῶν ἐν ἀγῶνι] ἐν τῷ ἀθροίσματι τῶν νεῶν, ἐν τῷ ναυστάθμῳ.</w:t>
      </w:r>
    </w:p>
    <w:p>
      <w:r>
        <w:rPr>
          <w:rFonts w:ascii="Courier New" w:hAnsi="Courier New"/>
          <w:color w:val="555555"/>
          <w:sz w:val="20"/>
        </w:rPr>
        <w:t>[16 . 245]</w:t>
      </w:r>
    </w:p>
    <w:p>
      <w:r>
        <w:rPr>
          <w:rFonts w:ascii="Gentium Plus" w:hAnsi="Gentium Plus"/>
          <w:sz w:val="24"/>
        </w:rPr>
        <w:t>[μῶλον] τὴν μάχην, ἀπὸ τοῦ παρεπομένου.</w:t>
      </w:r>
    </w:p>
    <w:p>
      <w:r>
        <w:rPr>
          <w:rFonts w:ascii="Courier New" w:hAnsi="Courier New"/>
          <w:color w:val="555555"/>
          <w:sz w:val="20"/>
        </w:rPr>
        <w:t>[16 . 259]</w:t>
      </w:r>
    </w:p>
    <w:p>
      <w:r>
        <w:rPr>
          <w:rFonts w:ascii="Gentium Plus" w:hAnsi="Gentium Plus"/>
          <w:sz w:val="24"/>
        </w:rPr>
        <w:t>[σφήκεσσιν ἐοικότες] σφηξὶν—πληκτικόν.</w:t>
      </w:r>
    </w:p>
    <w:p>
      <w:r>
        <w:rPr>
          <w:rFonts w:ascii="Courier New" w:hAnsi="Courier New"/>
          <w:color w:val="555555"/>
          <w:sz w:val="20"/>
        </w:rPr>
        <w:t>[16 . 260]</w:t>
      </w:r>
    </w:p>
    <w:p>
      <w:r>
        <w:rPr>
          <w:rFonts w:ascii="Gentium Plus" w:hAnsi="Gentium Plus"/>
          <w:sz w:val="24"/>
        </w:rPr>
        <w:t>[εἰνοδίοις] τοῖς ἐν τῇ ὁδῷ οἰκοῦσιν, ὅ ἐστι φωλεοῖς.</w:t>
      </w:r>
    </w:p>
    <w:p>
      <w:r>
        <w:rPr>
          <w:rFonts w:ascii="Courier New" w:hAnsi="Courier New"/>
          <w:color w:val="555555"/>
          <w:sz w:val="20"/>
        </w:rPr>
        <w:t>[16 260bis]</w:t>
      </w:r>
    </w:p>
    <w:p>
      <w:r>
        <w:rPr>
          <w:rFonts w:ascii="Gentium Plus" w:hAnsi="Gentium Plus"/>
          <w:sz w:val="24"/>
        </w:rPr>
        <w:t>ἔθοντες] συνεχῶς ἐξ ἔθους παραγινόμενοι καὶ βλάπτοντες.</w:t>
      </w:r>
    </w:p>
    <w:p>
      <w:r>
        <w:rPr>
          <w:rFonts w:ascii="Courier New" w:hAnsi="Courier New"/>
          <w:color w:val="555555"/>
          <w:sz w:val="20"/>
        </w:rPr>
        <w:t>[16 . 262]</w:t>
      </w:r>
    </w:p>
    <w:p>
      <w:r>
        <w:rPr>
          <w:rFonts w:ascii="Gentium Plus" w:hAnsi="Gentium Plus"/>
          <w:sz w:val="24"/>
        </w:rPr>
        <w:t>[παρά τίς τε κιὼν] τὸ ἑξῆς· παριών τις.</w:t>
      </w:r>
    </w:p>
    <w:p>
      <w:r>
        <w:rPr>
          <w:rFonts w:ascii="Courier New" w:hAnsi="Courier New"/>
          <w:color w:val="555555"/>
          <w:sz w:val="20"/>
        </w:rPr>
        <w:t>[16 . 287]</w:t>
      </w:r>
    </w:p>
    <w:p>
      <w:r>
        <w:rPr>
          <w:rFonts w:ascii="Gentium Plus" w:hAnsi="Gentium Plus"/>
          <w:sz w:val="24"/>
        </w:rPr>
        <w:t>[Πυραίχμην] πεποίηται—νηΐ.</w:t>
      </w:r>
    </w:p>
    <w:p>
      <w:r>
        <w:rPr>
          <w:rFonts w:ascii="Courier New" w:hAnsi="Courier New"/>
          <w:color w:val="555555"/>
          <w:sz w:val="20"/>
        </w:rPr>
        <w:t>[16 . 288]</w:t>
      </w:r>
    </w:p>
    <w:p>
      <w:r>
        <w:rPr>
          <w:rFonts w:ascii="Gentium Plus" w:hAnsi="Gentium Plus"/>
          <w:sz w:val="24"/>
        </w:rPr>
        <w:t>[Ἀμυδῶνος] πόλις, Παιονίας.</w:t>
      </w:r>
    </w:p>
    <w:p>
      <w:r>
        <w:rPr>
          <w:rFonts w:ascii="Courier New" w:hAnsi="Courier New"/>
          <w:color w:val="555555"/>
          <w:sz w:val="20"/>
        </w:rPr>
        <w:t>[16 . 291]</w:t>
      </w:r>
    </w:p>
    <w:p>
      <w:r>
        <w:rPr>
          <w:rFonts w:ascii="Gentium Plus" w:hAnsi="Gentium Plus"/>
          <w:sz w:val="24"/>
        </w:rPr>
        <w:t>[Παίονες] ἔθνος ὅμορον Θρᾳκῶν.</w:t>
      </w:r>
    </w:p>
    <w:p>
      <w:r>
        <w:rPr>
          <w:rFonts w:ascii="Courier New" w:hAnsi="Courier New"/>
          <w:color w:val="555555"/>
          <w:sz w:val="20"/>
        </w:rPr>
        <w:t>[16 . 299]</w:t>
      </w:r>
    </w:p>
    <w:p>
      <w:r>
        <w:rPr>
          <w:rFonts w:ascii="Gentium Plus" w:hAnsi="Gentium Plus"/>
          <w:sz w:val="24"/>
        </w:rPr>
        <w:t>[πρώονες] αἱ προνενευκυῖαι τῶν ὀρῶν ἐξοχαί.</w:t>
      </w:r>
    </w:p>
    <w:p>
      <w:r>
        <w:rPr>
          <w:rFonts w:ascii="Courier New" w:hAnsi="Courier New"/>
          <w:color w:val="555555"/>
          <w:sz w:val="20"/>
        </w:rPr>
        <w:t>[16 . 300]</w:t>
      </w:r>
    </w:p>
    <w:p>
      <w:r>
        <w:rPr>
          <w:rFonts w:ascii="Gentium Plus" w:hAnsi="Gentium Plus"/>
          <w:sz w:val="24"/>
        </w:rPr>
        <w:t>[νάπαι] οἱ ὀρεινοὶ καὶ ἀναπεπταμένοι τόποι, οἱ σύμφυτοι [ὑπερράγη] διαφανὴς ἐγένετο. [ἄσπετος] πολὺς καὶ ἀσύνοπτος.</w:t>
      </w:r>
    </w:p>
    <w:p>
      <w:r>
        <w:rPr>
          <w:rFonts w:ascii="Courier New" w:hAnsi="Courier New"/>
          <w:color w:val="555555"/>
          <w:sz w:val="20"/>
        </w:rPr>
        <w:t>[16 . 302]</w:t>
      </w:r>
    </w:p>
    <w:p>
      <w:r>
        <w:rPr>
          <w:rFonts w:ascii="Gentium Plus" w:hAnsi="Gentium Plus"/>
          <w:sz w:val="24"/>
        </w:rPr>
        <w:t>[ἐρωή] νῦν ὁρμή—δηλοῖ.</w:t>
      </w:r>
    </w:p>
    <w:p>
      <w:r>
        <w:rPr>
          <w:rFonts w:ascii="Courier New" w:hAnsi="Courier New"/>
          <w:color w:val="555555"/>
          <w:sz w:val="20"/>
        </w:rPr>
        <w:t>[16 . 304]</w:t>
      </w:r>
    </w:p>
    <w:p>
      <w:r>
        <w:rPr>
          <w:rFonts w:ascii="Gentium Plus" w:hAnsi="Gentium Plus"/>
          <w:sz w:val="24"/>
        </w:rPr>
        <w:t>[προτροπάδην] ἠπειγμένως—τὰ νῶτα.</w:t>
      </w:r>
    </w:p>
    <w:p>
      <w:r>
        <w:rPr>
          <w:rFonts w:ascii="Courier New" w:hAnsi="Courier New"/>
          <w:color w:val="555555"/>
          <w:sz w:val="20"/>
        </w:rPr>
        <w:t>[16 . 308]</w:t>
      </w:r>
    </w:p>
    <w:p>
      <w:r>
        <w:rPr>
          <w:rFonts w:ascii="Gentium Plus" w:hAnsi="Gentium Plus"/>
          <w:sz w:val="24"/>
        </w:rPr>
        <w:t>[στρεφθέντος] ἐς φυγὴν κλίναντος.</w:t>
      </w:r>
    </w:p>
    <w:p>
      <w:r>
        <w:rPr>
          <w:rFonts w:ascii="Courier New" w:hAnsi="Courier New"/>
          <w:color w:val="555555"/>
          <w:sz w:val="20"/>
        </w:rPr>
        <w:t>[16 . 314]</w:t>
      </w:r>
    </w:p>
    <w:p>
      <w:r>
        <w:rPr>
          <w:rFonts w:ascii="Gentium Plus" w:hAnsi="Gentium Plus"/>
          <w:sz w:val="24"/>
        </w:rPr>
        <w:t>[ὀρεξάμενος] νῦν ἐφικόμενος καὶ πλήξας ἐκ χειρός. [πρυμνὸν σκέλος] τὸ ἔσχατον μέρος τοῦ σκέλους.</w:t>
      </w:r>
    </w:p>
    <w:p>
      <w:r>
        <w:rPr>
          <w:rFonts w:ascii="Courier New" w:hAnsi="Courier New"/>
          <w:color w:val="555555"/>
          <w:sz w:val="20"/>
        </w:rPr>
        <w:t>[16 . 315]</w:t>
      </w:r>
    </w:p>
    <w:p>
      <w:r>
        <w:rPr>
          <w:rFonts w:ascii="Gentium Plus" w:hAnsi="Gentium Plus"/>
          <w:sz w:val="24"/>
        </w:rPr>
        <w:t>[μυὼν] γαστροκνημία—σαρκῶν.</w:t>
      </w:r>
    </w:p>
    <w:p>
      <w:r>
        <w:rPr>
          <w:rFonts w:ascii="Courier New" w:hAnsi="Courier New"/>
          <w:color w:val="555555"/>
          <w:sz w:val="20"/>
        </w:rPr>
        <w:t>[16 . 322]</w:t>
      </w:r>
    </w:p>
    <w:p>
      <w:r>
        <w:rPr>
          <w:rFonts w:ascii="Gentium Plus" w:hAnsi="Gentium Plus"/>
          <w:sz w:val="24"/>
        </w:rPr>
        <w:t>[ὀρεξάμενος] ἐπὶ τὸ πατάξαι ὁρμήσας.</w:t>
      </w:r>
    </w:p>
    <w:p>
      <w:r>
        <w:rPr>
          <w:rFonts w:ascii="Courier New" w:hAnsi="Courier New"/>
          <w:color w:val="555555"/>
          <w:sz w:val="20"/>
        </w:rPr>
        <w:t>[16 . 323]</w:t>
      </w:r>
    </w:p>
    <w:p>
      <w:r>
        <w:rPr>
          <w:rFonts w:ascii="Gentium Plus" w:hAnsi="Gentium Plus"/>
          <w:sz w:val="24"/>
        </w:rPr>
        <w:t>[πρυμνὸν δὲ βραχίονα] τὸ ἀκρότατον τοῦ βραχίονος.</w:t>
      </w:r>
    </w:p>
    <w:p>
      <w:r>
        <w:rPr>
          <w:rFonts w:ascii="Courier New" w:hAnsi="Courier New"/>
          <w:color w:val="555555"/>
          <w:sz w:val="20"/>
        </w:rPr>
        <w:t>[16 . 337]</w:t>
      </w:r>
    </w:p>
    <w:p>
      <w:r>
        <w:rPr>
          <w:rFonts w:ascii="Gentium Plus" w:hAnsi="Gentium Plus"/>
          <w:sz w:val="24"/>
        </w:rPr>
        <w:t>[ξιφέεσσι συνέδραμον] ἐκ τοῦ σύνεγγυς ἐμαχέσθησαν.</w:t>
      </w:r>
    </w:p>
    <w:p>
      <w:r>
        <w:rPr>
          <w:rFonts w:ascii="Courier New" w:hAnsi="Courier New"/>
          <w:color w:val="555555"/>
          <w:sz w:val="20"/>
        </w:rPr>
        <w:t>[16 . 350]</w:t>
      </w:r>
    </w:p>
    <w:p>
      <w:r>
        <w:rPr>
          <w:rFonts w:ascii="Gentium Plus" w:hAnsi="Gentium Plus"/>
          <w:sz w:val="24"/>
        </w:rPr>
        <w:t>* [πρῆσε χανών] ἐξεφύσησε, μετὰ πνεύματος ἐξέδωκεν.</w:t>
      </w:r>
    </w:p>
    <w:p>
      <w:r>
        <w:rPr>
          <w:rFonts w:ascii="Courier New" w:hAnsi="Courier New"/>
          <w:color w:val="555555"/>
          <w:sz w:val="20"/>
        </w:rPr>
        <w:t>[16 . 352]</w:t>
      </w:r>
    </w:p>
    <w:p>
      <w:r>
        <w:rPr>
          <w:rFonts w:ascii="Gentium Plus" w:hAnsi="Gentium Plus"/>
          <w:sz w:val="24"/>
        </w:rPr>
        <w:t>* [ἐπέχραον] μετὰ βίας ἐπῆλθον, ἐφώρμησαν, παρὰ τὸ χρῶ τὸ ἐπαφῶ, ἐξ οὗ τὸ κιχρῶ.</w:t>
      </w:r>
    </w:p>
    <w:p>
      <w:r>
        <w:rPr>
          <w:rFonts w:ascii="Courier New" w:hAnsi="Courier New"/>
          <w:color w:val="555555"/>
          <w:sz w:val="20"/>
        </w:rPr>
        <w:t>[16 . 353]</w:t>
      </w:r>
    </w:p>
    <w:p>
      <w:r>
        <w:rPr>
          <w:rFonts w:ascii="Gentium Plus" w:hAnsi="Gentium Plus"/>
          <w:sz w:val="24"/>
        </w:rPr>
        <w:t>* [ὑπ’ ἐκ μήλων αἱρεύμενοι] ὑφαιρούμενοι τὰ λιπαρὰ τῶν βοσκημάτων.</w:t>
      </w:r>
    </w:p>
    <w:p>
      <w:r>
        <w:rPr>
          <w:rFonts w:ascii="Courier New" w:hAnsi="Courier New"/>
          <w:color w:val="555555"/>
          <w:sz w:val="20"/>
        </w:rPr>
        <w:t>[16 . 357]</w:t>
      </w:r>
    </w:p>
    <w:p>
      <w:r>
        <w:rPr>
          <w:rFonts w:ascii="Gentium Plus" w:hAnsi="Gentium Plus"/>
          <w:sz w:val="24"/>
        </w:rPr>
        <w:t>[δυσκελάδου] ἀποτελοῦντος κακὸν ἦχον.</w:t>
      </w:r>
    </w:p>
    <w:p>
      <w:r>
        <w:rPr>
          <w:rFonts w:ascii="Courier New" w:hAnsi="Courier New"/>
          <w:color w:val="555555"/>
          <w:sz w:val="20"/>
        </w:rPr>
        <w:t>[16 . 365]</w:t>
      </w:r>
    </w:p>
    <w:p>
      <w:r>
        <w:rPr>
          <w:rFonts w:ascii="Gentium Plus" w:hAnsi="Gentium Plus"/>
          <w:sz w:val="24"/>
        </w:rPr>
        <w:t>αἰθέρος ἐκ δίης] ὅταν πνεύματος ἦχον καὶ νέφος παραστήσῃ. αἰθέρος ἐκ δίης] ὅτε, φησὶν, ὁ Ζεὺς μετὰ τὴν αἰθρίαν κατάστασιν ἐκβολὴν ἀνέμου διεγείρει.</w:t>
      </w:r>
    </w:p>
    <w:p>
      <w:r>
        <w:rPr>
          <w:rFonts w:ascii="Courier New" w:hAnsi="Courier New"/>
          <w:color w:val="555555"/>
          <w:sz w:val="20"/>
        </w:rPr>
        <w:t>[16 . 371]</w:t>
      </w:r>
    </w:p>
    <w:p>
      <w:r>
        <w:rPr>
          <w:rFonts w:ascii="Gentium Plus" w:hAnsi="Gentium Plus"/>
          <w:sz w:val="24"/>
        </w:rPr>
        <w:t>[λίπον ἅρματ’ ἀνάκτων] ἔλιπον τὰ ἅρματα τῶν δεσποτῶν.</w:t>
      </w:r>
    </w:p>
    <w:p>
      <w:r>
        <w:rPr>
          <w:rFonts w:ascii="Courier New" w:hAnsi="Courier New"/>
          <w:color w:val="555555"/>
          <w:sz w:val="20"/>
        </w:rPr>
        <w:t>[16 . 372]</w:t>
      </w:r>
    </w:p>
    <w:p>
      <w:r>
        <w:rPr>
          <w:rFonts w:ascii="Gentium Plus" w:hAnsi="Gentium Plus"/>
          <w:sz w:val="24"/>
        </w:rPr>
        <w:t>[σφεδανὸν] ἐπεικτικὸν καὶ ἐπεστραμμένον, ἢ σύντονον, ἢ σπευσ‐ τικῶς.</w:t>
      </w:r>
    </w:p>
    <w:p>
      <w:r>
        <w:rPr>
          <w:rFonts w:ascii="Courier New" w:hAnsi="Courier New"/>
          <w:color w:val="555555"/>
          <w:sz w:val="20"/>
        </w:rPr>
        <w:t>[16 . 374]</w:t>
      </w:r>
    </w:p>
    <w:p>
      <w:r>
        <w:rPr>
          <w:rFonts w:ascii="Gentium Plus" w:hAnsi="Gentium Plus"/>
          <w:sz w:val="24"/>
        </w:rPr>
        <w:t>[ἀέλλη] νῦν κόνις.</w:t>
      </w:r>
    </w:p>
    <w:p>
      <w:r>
        <w:rPr>
          <w:rFonts w:ascii="Courier New" w:hAnsi="Courier New"/>
          <w:color w:val="555555"/>
          <w:sz w:val="20"/>
        </w:rPr>
        <w:t>[16 . 387]</w:t>
      </w:r>
    </w:p>
    <w:p>
      <w:r>
        <w:rPr>
          <w:rFonts w:ascii="Gentium Plus" w:hAnsi="Gentium Plus"/>
          <w:sz w:val="24"/>
        </w:rPr>
        <w:t>σκολιὰς] ἀδίκους, ἀπὸ τοῦ εὐθέος καὶ ὀρθοῦ παρατετραμμένας ἐπὶ τὸ ἄδικον, ὅ ἐστι στρεβλάς.</w:t>
      </w:r>
    </w:p>
    <w:p>
      <w:r>
        <w:rPr>
          <w:rFonts w:ascii="Courier New" w:hAnsi="Courier New"/>
          <w:color w:val="555555"/>
          <w:sz w:val="20"/>
        </w:rPr>
        <w:t>[16 . 388]</w:t>
      </w:r>
    </w:p>
    <w:p>
      <w:r>
        <w:rPr>
          <w:rFonts w:ascii="Gentium Plus" w:hAnsi="Gentium Plus"/>
          <w:sz w:val="24"/>
        </w:rPr>
        <w:t>[δίκην] νῦν τὸ δίκαιον. [θεῶν ὄπιν] τὴν τῶν θεῶν ἐπιστροφὴν καὶ φροντίδα.</w:t>
      </w:r>
    </w:p>
    <w:p>
      <w:r>
        <w:rPr>
          <w:rFonts w:ascii="Courier New" w:hAnsi="Courier New"/>
          <w:color w:val="555555"/>
          <w:sz w:val="20"/>
        </w:rPr>
        <w:t>[16 . 390]</w:t>
      </w:r>
    </w:p>
    <w:p>
      <w:r>
        <w:rPr>
          <w:rFonts w:ascii="Gentium Plus" w:hAnsi="Gentium Plus"/>
          <w:sz w:val="24"/>
        </w:rPr>
        <w:t>* [κλιτῦς] φάραγγας ἢ ὀρῶν ἀποκλίσεις. * [χαράδραι] οἱ ὑπὸ τῶν χειμάρρων ἐκρησσόμενοι αὐλῶνες. παρὰ τὸ χαράσσειν καὶ τραχύνειν τὴν γῆν.</w:t>
      </w:r>
    </w:p>
    <w:p>
      <w:r>
        <w:rPr>
          <w:rFonts w:ascii="Courier New" w:hAnsi="Courier New"/>
          <w:color w:val="555555"/>
          <w:sz w:val="20"/>
        </w:rPr>
        <w:t>[16 . 392]</w:t>
      </w:r>
    </w:p>
    <w:p>
      <w:r>
        <w:rPr>
          <w:rFonts w:ascii="Gentium Plus" w:hAnsi="Gentium Plus"/>
          <w:sz w:val="24"/>
        </w:rPr>
        <w:t>* [ἐπὶ κὰρ] ἐπὶ κεφαλὴν φερόμενοι.</w:t>
      </w:r>
    </w:p>
    <w:p>
      <w:r>
        <w:rPr>
          <w:rFonts w:ascii="Courier New" w:hAnsi="Courier New"/>
          <w:color w:val="555555"/>
          <w:sz w:val="20"/>
        </w:rPr>
        <w:t>[16 . 395]</w:t>
      </w:r>
    </w:p>
    <w:p>
      <w:r>
        <w:rPr>
          <w:rFonts w:ascii="Gentium Plus" w:hAnsi="Gentium Plus"/>
          <w:sz w:val="24"/>
        </w:rPr>
        <w:t>* [ἂψ—παλιμπετὲς] εἰς τοὐμπίσω πεπτωκότας.</w:t>
      </w:r>
    </w:p>
    <w:p>
      <w:r>
        <w:rPr>
          <w:rFonts w:ascii="Courier New" w:hAnsi="Courier New"/>
          <w:color w:val="555555"/>
          <w:sz w:val="20"/>
        </w:rPr>
        <w:t>[16 . 403]</w:t>
      </w:r>
    </w:p>
    <w:p>
      <w:r>
        <w:rPr>
          <w:rFonts w:ascii="Gentium Plus" w:hAnsi="Gentium Plus"/>
          <w:sz w:val="24"/>
        </w:rPr>
        <w:t>* [ἁλεὶς] συσταλείς. [ἐκ γὰρ πλήγη] ἀντὶ τοῦ ἐξεπλάγη 〈γάρ〉.</w:t>
      </w:r>
    </w:p>
    <w:p>
      <w:r>
        <w:rPr>
          <w:rFonts w:ascii="Courier New" w:hAnsi="Courier New"/>
          <w:color w:val="555555"/>
          <w:sz w:val="20"/>
        </w:rPr>
        <w:t>[16 . 407]</w:t>
      </w:r>
    </w:p>
    <w:p>
      <w:r>
        <w:rPr>
          <w:rFonts w:ascii="Gentium Plus" w:hAnsi="Gentium Plus"/>
          <w:sz w:val="24"/>
        </w:rPr>
        <w:t>[ἱερὸν ἰχθὺν] ἤτοι μέγαν.</w:t>
      </w:r>
    </w:p>
    <w:p>
      <w:r>
        <w:rPr>
          <w:rFonts w:ascii="Courier New" w:hAnsi="Courier New"/>
          <w:color w:val="555555"/>
          <w:sz w:val="20"/>
        </w:rPr>
        <w:t>[16 . 408]</w:t>
      </w:r>
    </w:p>
    <w:p>
      <w:r>
        <w:rPr>
          <w:rFonts w:ascii="Gentium Plus" w:hAnsi="Gentium Plus"/>
          <w:sz w:val="24"/>
        </w:rPr>
        <w:t>[λίνῳ] ὁρμιᾷ ἢ τῷ ἀγκίστρῳ. [χαλκῷ] λέγει δὲ τῷ ἀγκίστρῳ.</w:t>
      </w:r>
    </w:p>
    <w:p>
      <w:r>
        <w:rPr>
          <w:rFonts w:ascii="Courier New" w:hAnsi="Courier New"/>
          <w:color w:val="555555"/>
          <w:sz w:val="20"/>
        </w:rPr>
        <w:t>[16 . 414]</w:t>
      </w:r>
    </w:p>
    <w:p>
      <w:r>
        <w:rPr>
          <w:rFonts w:ascii="Gentium Plus" w:hAnsi="Gentium Plus"/>
          <w:sz w:val="24"/>
        </w:rPr>
        <w:t>[θυμοραϊστής] ὁ τὴν ψυχὴν διαφθείρων καὶ ἀπολλύων.</w:t>
      </w:r>
    </w:p>
    <w:p>
      <w:r>
        <w:rPr>
          <w:rFonts w:ascii="Courier New" w:hAnsi="Courier New"/>
          <w:color w:val="555555"/>
          <w:sz w:val="20"/>
        </w:rPr>
        <w:t>[16 . 419]</w:t>
      </w:r>
    </w:p>
    <w:p>
      <w:r>
        <w:rPr>
          <w:rFonts w:ascii="Gentium Plus" w:hAnsi="Gentium Plus"/>
          <w:sz w:val="24"/>
        </w:rPr>
        <w:t>[ἀμιτροχίτωνας] ἀζώστους—χρωμένους.</w:t>
      </w:r>
    </w:p>
    <w:p>
      <w:r>
        <w:rPr>
          <w:rFonts w:ascii="Courier New" w:hAnsi="Courier New"/>
          <w:color w:val="555555"/>
          <w:sz w:val="20"/>
        </w:rPr>
        <w:t>[16 . 437]</w:t>
      </w:r>
    </w:p>
    <w:p>
      <w:r>
        <w:rPr>
          <w:rFonts w:ascii="Gentium Plus" w:hAnsi="Gentium Plus"/>
          <w:sz w:val="24"/>
        </w:rPr>
        <w:t>[ἐν πίονι δήμῳ] ἐν πολλῷ καὶ εὐδαίμονι ὄχλῳ.</w:t>
      </w:r>
    </w:p>
    <w:p>
      <w:r>
        <w:rPr>
          <w:rFonts w:ascii="Courier New" w:hAnsi="Courier New"/>
          <w:color w:val="555555"/>
          <w:sz w:val="20"/>
        </w:rPr>
        <w:t>[16 . 449]</w:t>
      </w:r>
    </w:p>
    <w:p>
      <w:r>
        <w:rPr>
          <w:rFonts w:ascii="Gentium Plus" w:hAnsi="Gentium Plus"/>
          <w:sz w:val="24"/>
        </w:rPr>
        <w:t>[κότον αἰνὸν] νῦν φιλονεικίαν αἰνήν.</w:t>
      </w:r>
    </w:p>
    <w:p>
      <w:r>
        <w:rPr>
          <w:rFonts w:ascii="Courier New" w:hAnsi="Courier New"/>
          <w:color w:val="555555"/>
          <w:sz w:val="20"/>
        </w:rPr>
        <w:t>[16 . 469]</w:t>
      </w:r>
    </w:p>
    <w:p>
      <w:r>
        <w:rPr>
          <w:rFonts w:ascii="Gentium Plus" w:hAnsi="Gentium Plus"/>
          <w:sz w:val="24"/>
        </w:rPr>
        <w:t>[μακών] τανυσθεὶς 〈ἢ〉 φθεγξάμενος βαρύ.</w:t>
      </w:r>
    </w:p>
    <w:p>
      <w:r>
        <w:rPr>
          <w:rFonts w:ascii="Courier New" w:hAnsi="Courier New"/>
          <w:color w:val="555555"/>
          <w:sz w:val="20"/>
        </w:rPr>
        <w:t>[16 . 470]</w:t>
      </w:r>
    </w:p>
    <w:p>
      <w:r>
        <w:rPr>
          <w:rFonts w:ascii="Gentium Plus" w:hAnsi="Gentium Plus"/>
          <w:sz w:val="24"/>
        </w:rPr>
        <w:t>* [κρίκε] ἐψόφησεν, ἤχησεν, ποιὸν ἦχον ἀπετέλεσεν.</w:t>
      </w:r>
    </w:p>
    <w:p>
      <w:r>
        <w:rPr>
          <w:rFonts w:ascii="Courier New" w:hAnsi="Courier New"/>
          <w:color w:val="555555"/>
          <w:sz w:val="20"/>
        </w:rPr>
        <w:t>[16 . 471]</w:t>
      </w:r>
    </w:p>
    <w:p>
      <w:r>
        <w:rPr>
          <w:rFonts w:ascii="Gentium Plus" w:hAnsi="Gentium Plus"/>
          <w:sz w:val="24"/>
        </w:rPr>
        <w:t>[παρήορος] ὁ ἔξω τοῦ ζυγοῦ ἵππος, παράσειρος καλούμενος</w:t>
      </w:r>
    </w:p>
    <w:p>
      <w:r>
        <w:rPr>
          <w:rFonts w:ascii="Courier New" w:hAnsi="Courier New"/>
          <w:color w:val="555555"/>
          <w:sz w:val="20"/>
        </w:rPr>
        <w:t>[16 . 473]</w:t>
      </w:r>
    </w:p>
    <w:p>
      <w:r>
        <w:rPr>
          <w:rFonts w:ascii="Gentium Plus" w:hAnsi="Gentium Plus"/>
          <w:sz w:val="24"/>
        </w:rPr>
        <w:t>[τανύηκες] ἐκτεταμένην εἰς μῆκος ἔχων τὴν ἀκμήν.</w:t>
      </w:r>
    </w:p>
    <w:p>
      <w:r>
        <w:rPr>
          <w:rFonts w:ascii="Courier New" w:hAnsi="Courier New"/>
          <w:color w:val="555555"/>
          <w:sz w:val="20"/>
        </w:rPr>
        <w:t>[16 . 474]</w:t>
      </w:r>
    </w:p>
    <w:p>
      <w:r>
        <w:rPr>
          <w:rFonts w:ascii="Gentium Plus" w:hAnsi="Gentium Plus"/>
          <w:sz w:val="24"/>
        </w:rPr>
        <w:t>* [ἐμάτησε] ἐματαιοπράγησεν, ἠμέλησεν.</w:t>
      </w:r>
    </w:p>
    <w:p>
      <w:r>
        <w:rPr>
          <w:rFonts w:ascii="Courier New" w:hAnsi="Courier New"/>
          <w:color w:val="555555"/>
          <w:sz w:val="20"/>
        </w:rPr>
        <w:t>[16 . 475]</w:t>
      </w:r>
    </w:p>
    <w:p>
      <w:r>
        <w:rPr>
          <w:rFonts w:ascii="Gentium Plus" w:hAnsi="Gentium Plus"/>
          <w:sz w:val="24"/>
        </w:rPr>
        <w:t>[ἰθυνθήτην] ἐπ’ εὐθείας ἔστησαν τεταμένως. [ῥυτῆρσι] ἡνίαις—ἐστιν ἑλκύειν.</w:t>
      </w:r>
    </w:p>
    <w:p>
      <w:r>
        <w:rPr>
          <w:rFonts w:ascii="Courier New" w:hAnsi="Courier New"/>
          <w:color w:val="555555"/>
          <w:sz w:val="20"/>
        </w:rPr>
        <w:t>[16 . 481]</w:t>
      </w:r>
    </w:p>
    <w:p>
      <w:r>
        <w:rPr>
          <w:rFonts w:ascii="Gentium Plus" w:hAnsi="Gentium Plus"/>
          <w:sz w:val="24"/>
        </w:rPr>
        <w:t>* [ἀμφ’ ἀδινὸν κῆρ] περὶ τὴν συνετὴν ψυχήν.</w:t>
      </w:r>
    </w:p>
    <w:p>
      <w:r>
        <w:rPr>
          <w:rFonts w:ascii="Courier New" w:hAnsi="Courier New"/>
          <w:color w:val="555555"/>
          <w:sz w:val="20"/>
        </w:rPr>
        <w:t>[16 481bis]</w:t>
      </w:r>
    </w:p>
    <w:p>
      <w:r>
        <w:rPr>
          <w:rFonts w:ascii="Gentium Plus" w:hAnsi="Gentium Plus"/>
          <w:sz w:val="24"/>
        </w:rPr>
        <w:t>φρένες ἔρχαται] ἀεὶ ὁ ποιητὴς φρένας καλεῖ τὸ διάφραγμα. ἔνθ’ ἄρα τε φρένες ἔρχαται ἀμφ’ ἀδινὸν κῆρ] ἔνθα αἱ φρένες εἰσί. παρὰ τὸ φύσει λαμπρὸν καὶ ἡδὺ μέρος τῆς ψυχῆς.</w:t>
      </w:r>
    </w:p>
    <w:p>
      <w:r>
        <w:rPr>
          <w:rFonts w:ascii="Courier New" w:hAnsi="Courier New"/>
          <w:color w:val="555555"/>
          <w:sz w:val="20"/>
        </w:rPr>
        <w:t>[16 . 482]</w:t>
      </w:r>
    </w:p>
    <w:p>
      <w:r>
        <w:rPr>
          <w:rFonts w:ascii="Gentium Plus" w:hAnsi="Gentium Plus"/>
          <w:sz w:val="24"/>
        </w:rPr>
        <w:t>* [ἀχερωΐς] ἤγουν δένδρον ὃ καλεῖται λεύκη. ἔνιοι δὲ φηγοῦ εἶδος εἶπον αὐτήν.</w:t>
      </w:r>
    </w:p>
    <w:p>
      <w:r>
        <w:rPr>
          <w:rFonts w:ascii="Courier New" w:hAnsi="Courier New"/>
          <w:color w:val="555555"/>
          <w:sz w:val="20"/>
        </w:rPr>
        <w:t>[16 . 486]</w:t>
      </w:r>
    </w:p>
    <w:p>
      <w:r>
        <w:rPr>
          <w:rFonts w:ascii="Gentium Plus" w:hAnsi="Gentium Plus"/>
          <w:sz w:val="24"/>
        </w:rPr>
        <w:t>[βεβρυχώς] βρυχώμενος—συναρμόζων αὐτούς.</w:t>
      </w:r>
    </w:p>
    <w:p>
      <w:r>
        <w:rPr>
          <w:rFonts w:ascii="Courier New" w:hAnsi="Courier New"/>
          <w:color w:val="555555"/>
          <w:sz w:val="20"/>
        </w:rPr>
        <w:t>[16 . 491]</w:t>
      </w:r>
    </w:p>
    <w:p>
      <w:r>
        <w:rPr>
          <w:rFonts w:ascii="Gentium Plus" w:hAnsi="Gentium Plus"/>
          <w:sz w:val="24"/>
        </w:rPr>
        <w:t>[μενέαινε] νῦν ἐλιποψύχει, ἀλλαχοῦ δέ φησι «νήπιοι οἳ Ζηνὶ μενεαίνομεν» (Il XV, 104), ἀντὶ τοῦ ὀργιζόμεθα, καὶ «μενέαινε κῦδος ἀρέσθαι» (Il. XXI, 543), ἀντὶ τοῦ προεθυμεῖτο.</w:t>
      </w:r>
    </w:p>
    <w:p>
      <w:r>
        <w:rPr>
          <w:rFonts w:ascii="Courier New" w:hAnsi="Courier New"/>
          <w:color w:val="555555"/>
          <w:sz w:val="20"/>
        </w:rPr>
        <w:t>[16 . 499]</w:t>
      </w:r>
    </w:p>
    <w:p>
      <w:r>
        <w:rPr>
          <w:rFonts w:ascii="Gentium Plus" w:hAnsi="Gentium Plus"/>
          <w:sz w:val="24"/>
        </w:rPr>
        <w:t>[ἤματα πάντα] δι’ ὅλου τοῦ αἰῶνος.</w:t>
      </w:r>
    </w:p>
    <w:p>
      <w:r>
        <w:rPr>
          <w:rFonts w:ascii="Courier New" w:hAnsi="Courier New"/>
          <w:color w:val="555555"/>
          <w:sz w:val="20"/>
        </w:rPr>
        <w:t>[16 . 501]</w:t>
      </w:r>
    </w:p>
    <w:p>
      <w:r>
        <w:rPr>
          <w:rFonts w:ascii="Gentium Plus" w:hAnsi="Gentium Plus"/>
          <w:sz w:val="24"/>
        </w:rPr>
        <w:t>[ἔχεο κρατερῶς] ἀντέχου τῆς μάχης καὶ προΐστασο κρα‐ τερῶς.</w:t>
      </w:r>
    </w:p>
    <w:p>
      <w:r>
        <w:rPr>
          <w:rFonts w:ascii="Courier New" w:hAnsi="Courier New"/>
          <w:color w:val="555555"/>
          <w:sz w:val="20"/>
        </w:rPr>
        <w:t>[16 . 504]</w:t>
      </w:r>
    </w:p>
    <w:p>
      <w:r>
        <w:rPr>
          <w:rFonts w:ascii="Gentium Plus" w:hAnsi="Gentium Plus"/>
          <w:sz w:val="24"/>
        </w:rPr>
        <w:t>[προτὶ δὲ φρένες αὐτῷ ἕποντο] προσείχοντο δὲ αὐτῷ αἱ φρένες.</w:t>
      </w:r>
    </w:p>
    <w:p>
      <w:r>
        <w:rPr>
          <w:rFonts w:ascii="Courier New" w:hAnsi="Courier New"/>
          <w:color w:val="555555"/>
          <w:sz w:val="20"/>
        </w:rPr>
        <w:t>[16 504bis]</w:t>
      </w:r>
    </w:p>
    <w:p>
      <w:r>
        <w:rPr>
          <w:rFonts w:ascii="Gentium Plus" w:hAnsi="Gentium Plus"/>
          <w:sz w:val="24"/>
        </w:rPr>
        <w:t>τούτου δὲ ὑπὸ τὸ αὐτὸ τήν τε ψυχὴν καὶ τὴν τοῦ δόρατος</w:t>
      </w:r>
    </w:p>
    <w:p>
      <w:r>
        <w:rPr>
          <w:rFonts w:ascii="Courier New" w:hAnsi="Courier New"/>
          <w:color w:val="555555"/>
          <w:sz w:val="20"/>
        </w:rPr>
        <w:t>[16 . 545]</w:t>
      </w:r>
    </w:p>
    <w:p>
      <w:r>
        <w:rPr>
          <w:rFonts w:ascii="Gentium Plus" w:hAnsi="Gentium Plus"/>
          <w:sz w:val="24"/>
        </w:rPr>
        <w:t>[ἀεικίσσωσι δὲ νεκρὸν] ὑβρίσωσι δὲ καὶ τὸν νεκρόν.</w:t>
      </w:r>
    </w:p>
    <w:p>
      <w:r>
        <w:rPr>
          <w:rFonts w:ascii="Courier New" w:hAnsi="Courier New"/>
          <w:color w:val="555555"/>
          <w:sz w:val="20"/>
        </w:rPr>
        <w:t>[16 . 549]</w:t>
      </w:r>
    </w:p>
    <w:p>
      <w:r>
        <w:rPr>
          <w:rFonts w:ascii="Gentium Plus" w:hAnsi="Gentium Plus"/>
          <w:sz w:val="24"/>
        </w:rPr>
        <w:t>[ἄσχετον] ἀκατάσχετον, ἄφοβον, οὐ μέτριον.</w:t>
      </w:r>
    </w:p>
    <w:p>
      <w:r>
        <w:rPr>
          <w:rFonts w:ascii="Courier New" w:hAnsi="Courier New"/>
          <w:color w:val="555555"/>
          <w:sz w:val="20"/>
        </w:rPr>
        <w:t>[16 . 554]</w:t>
      </w:r>
    </w:p>
    <w:p>
      <w:r>
        <w:rPr>
          <w:rFonts w:ascii="Gentium Plus" w:hAnsi="Gentium Plus"/>
          <w:sz w:val="24"/>
        </w:rPr>
        <w:t>λάσιον κῆρ] συνετὴ ψυχή· περίφρασις ὁ τρόπος</w:t>
      </w:r>
    </w:p>
    <w:p>
      <w:r>
        <w:rPr>
          <w:rFonts w:ascii="Courier New" w:hAnsi="Courier New"/>
          <w:color w:val="555555"/>
          <w:sz w:val="20"/>
        </w:rPr>
        <w:t>[16 . 572]</w:t>
      </w:r>
    </w:p>
    <w:p>
      <w:r>
        <w:rPr>
          <w:rFonts w:ascii="Gentium Plus" w:hAnsi="Gentium Plus"/>
          <w:sz w:val="24"/>
        </w:rPr>
        <w:t>[Βουδείῳ] πόλις Θεσσαλίας.</w:t>
      </w:r>
    </w:p>
    <w:p>
      <w:r>
        <w:rPr>
          <w:rFonts w:ascii="Courier New" w:hAnsi="Courier New"/>
          <w:color w:val="555555"/>
          <w:sz w:val="20"/>
        </w:rPr>
        <w:t>[16 . 574]</w:t>
      </w:r>
    </w:p>
    <w:p>
      <w:r>
        <w:rPr>
          <w:rFonts w:ascii="Gentium Plus" w:hAnsi="Gentium Plus"/>
          <w:sz w:val="24"/>
        </w:rPr>
        <w:t>[ἐς Πηλῆα ἱκέτευσε] ἀντὶ τοῦ πρὸς Πηλέα ἱκέτης ἦλθεν.</w:t>
      </w:r>
    </w:p>
    <w:p>
      <w:r>
        <w:rPr>
          <w:rFonts w:ascii="Courier New" w:hAnsi="Courier New"/>
          <w:color w:val="555555"/>
          <w:sz w:val="20"/>
        </w:rPr>
        <w:t>[16 . 589]</w:t>
      </w:r>
    </w:p>
    <w:p>
      <w:r>
        <w:rPr>
          <w:rFonts w:ascii="Gentium Plus" w:hAnsi="Gentium Plus"/>
          <w:sz w:val="24"/>
        </w:rPr>
        <w:t>αἰγανέης] εἶδος ἀκοντίου πρὸς αἰγῶν ἄγραν ἐπιτηδείου.</w:t>
      </w:r>
    </w:p>
    <w:p>
      <w:r>
        <w:rPr>
          <w:rFonts w:ascii="Courier New" w:hAnsi="Courier New"/>
          <w:color w:val="555555"/>
          <w:sz w:val="20"/>
        </w:rPr>
        <w:t>[16 . 595]</w:t>
      </w:r>
    </w:p>
    <w:p>
      <w:r>
        <w:rPr>
          <w:rFonts w:ascii="Gentium Plus" w:hAnsi="Gentium Plus"/>
          <w:sz w:val="24"/>
        </w:rPr>
        <w:t>[Ἑλλάδι] Ἑλλὰς πόλις Θεσσαλίας.</w:t>
      </w:r>
    </w:p>
    <w:p>
      <w:r>
        <w:rPr>
          <w:rFonts w:ascii="Courier New" w:hAnsi="Courier New"/>
          <w:color w:val="555555"/>
          <w:sz w:val="20"/>
        </w:rPr>
        <w:t>[16 . 609]</w:t>
      </w:r>
    </w:p>
    <w:p>
      <w:r>
        <w:rPr>
          <w:rFonts w:ascii="Gentium Plus" w:hAnsi="Gentium Plus"/>
          <w:sz w:val="24"/>
        </w:rPr>
        <w:t>[ὑπ’ ἀσπίδια προβιβῶντι] ὑπὸ τὴν ἀσπίδα βαίνοντι.</w:t>
      </w:r>
    </w:p>
    <w:p>
      <w:r>
        <w:rPr>
          <w:rFonts w:ascii="Courier New" w:hAnsi="Courier New"/>
          <w:color w:val="555555"/>
          <w:sz w:val="20"/>
        </w:rPr>
        <w:t>[16 . 612]</w:t>
      </w:r>
    </w:p>
    <w:p>
      <w:r>
        <w:rPr>
          <w:rFonts w:ascii="Gentium Plus" w:hAnsi="Gentium Plus"/>
          <w:sz w:val="24"/>
        </w:rPr>
        <w:t>οὐρίαχος] τὸ ὄπισθεν—καλεῖται.</w:t>
      </w:r>
    </w:p>
    <w:p>
      <w:r>
        <w:rPr>
          <w:rFonts w:ascii="Courier New" w:hAnsi="Courier New"/>
          <w:color w:val="555555"/>
          <w:sz w:val="20"/>
        </w:rPr>
        <w:t>[16 . 613]</w:t>
      </w:r>
    </w:p>
    <w:p>
      <w:r>
        <w:rPr>
          <w:rFonts w:ascii="Gentium Plus" w:hAnsi="Gentium Plus"/>
          <w:sz w:val="24"/>
        </w:rPr>
        <w:t>[Ἄρης] νῦν ὁ σίδηρος.</w:t>
      </w:r>
    </w:p>
    <w:p>
      <w:r>
        <w:rPr>
          <w:rFonts w:ascii="Courier New" w:hAnsi="Courier New"/>
          <w:color w:val="555555"/>
          <w:sz w:val="20"/>
        </w:rPr>
        <w:t>[16 . 617]</w:t>
      </w:r>
    </w:p>
    <w:p>
      <w:r>
        <w:rPr>
          <w:rFonts w:ascii="Gentium Plus" w:hAnsi="Gentium Plus"/>
          <w:sz w:val="24"/>
        </w:rPr>
        <w:t>ὀρχηστήν] εὐκίνητον—ἁρμόδιος.</w:t>
      </w:r>
    </w:p>
    <w:p>
      <w:r>
        <w:rPr>
          <w:rFonts w:ascii="Courier New" w:hAnsi="Courier New"/>
          <w:color w:val="555555"/>
          <w:sz w:val="20"/>
        </w:rPr>
        <w:t>[16 . 621]</w:t>
      </w:r>
    </w:p>
    <w:p>
      <w:r>
        <w:rPr>
          <w:rFonts w:ascii="Gentium Plus" w:hAnsi="Gentium Plus"/>
          <w:sz w:val="24"/>
        </w:rPr>
        <w:t>* [σχέσαι] σχεῖν τὴν δύναμιν, προθυμίαν.</w:t>
      </w:r>
    </w:p>
    <w:p>
      <w:r>
        <w:rPr>
          <w:rFonts w:ascii="Courier New" w:hAnsi="Courier New"/>
          <w:color w:val="555555"/>
          <w:sz w:val="20"/>
        </w:rPr>
        <w:t>[16 . 635]</w:t>
      </w:r>
    </w:p>
    <w:p>
      <w:r>
        <w:rPr>
          <w:rFonts w:ascii="Gentium Plus" w:hAnsi="Gentium Plus"/>
          <w:sz w:val="24"/>
        </w:rPr>
        <w:t>[εὐρυοδείης] μεγαλαμφόδου, πλατείας.</w:t>
      </w:r>
    </w:p>
    <w:p>
      <w:r>
        <w:rPr>
          <w:rFonts w:ascii="Courier New" w:hAnsi="Courier New"/>
          <w:color w:val="555555"/>
          <w:sz w:val="20"/>
        </w:rPr>
        <w:t>[16 . 638]</w:t>
      </w:r>
    </w:p>
    <w:p>
      <w:r>
        <w:rPr>
          <w:rFonts w:ascii="Gentium Plus" w:hAnsi="Gentium Plus"/>
          <w:sz w:val="24"/>
        </w:rPr>
        <w:t>[φράδμων] διορατικὸς καὶ ὀξὺς καὶ ἔμπειρος. ὁ δὲ λόγος— —γνώριμος, φησὶ, καὶ συνήθης—πεφύρθαι.</w:t>
      </w:r>
    </w:p>
    <w:p>
      <w:r>
        <w:rPr>
          <w:rFonts w:ascii="Courier New" w:hAnsi="Courier New"/>
          <w:color w:val="555555"/>
          <w:sz w:val="20"/>
        </w:rPr>
        <w:t>[16 . 642]</w:t>
      </w:r>
    </w:p>
    <w:p>
      <w:r>
        <w:rPr>
          <w:rFonts w:ascii="Gentium Plus" w:hAnsi="Gentium Plus"/>
          <w:sz w:val="24"/>
        </w:rPr>
        <w:t>[σταθμῷ] τῇ τῶν βοσκημάτων στάσει καὶ ἐπαύλει. [ἐνιβρομέουσι] ποιὸν ἦχον ἀποτελοῦσιν. [περιγλαγέας] γαλακτὶ πεπληρωμένας. * [πέλλας] ποιμαντικὰς σκαφίδας, τὰς ὑποδεχομένας τὸ γάλα.</w:t>
      </w:r>
    </w:p>
    <w:p>
      <w:r>
        <w:rPr>
          <w:rFonts w:ascii="Courier New" w:hAnsi="Courier New"/>
          <w:color w:val="555555"/>
          <w:sz w:val="20"/>
        </w:rPr>
        <w:t>[16 . 658]</w:t>
      </w:r>
    </w:p>
    <w:p>
      <w:r>
        <w:rPr>
          <w:rFonts w:ascii="Gentium Plus" w:hAnsi="Gentium Plus"/>
          <w:sz w:val="24"/>
        </w:rPr>
        <w:t>[Διὸς ἱρὰ τάλαντα] τὰ τοῦ Διὸς τάλαντα, ὅ ἐστι ζυγά.</w:t>
      </w:r>
    </w:p>
    <w:p>
      <w:r>
        <w:rPr>
          <w:rFonts w:ascii="Courier New" w:hAnsi="Courier New"/>
          <w:color w:val="555555"/>
          <w:sz w:val="20"/>
        </w:rPr>
        <w:t>[16 . 671]</w:t>
      </w:r>
    </w:p>
    <w:p>
      <w:r>
        <w:rPr>
          <w:rFonts w:ascii="Gentium Plus" w:hAnsi="Gentium Plus"/>
          <w:sz w:val="24"/>
        </w:rPr>
        <w:t>[πομποῖσιν] τοῖς παραπέμπουσιν αὐτὸν καὶ παρακομίζουσιν.</w:t>
      </w:r>
    </w:p>
    <w:p>
      <w:r>
        <w:rPr>
          <w:rFonts w:ascii="Courier New" w:hAnsi="Courier New"/>
          <w:color w:val="555555"/>
          <w:sz w:val="20"/>
        </w:rPr>
        <w:t>[16 . 685]</w:t>
      </w:r>
    </w:p>
    <w:p>
      <w:r>
        <w:rPr>
          <w:rFonts w:ascii="Gentium Plus" w:hAnsi="Gentium Plus"/>
          <w:sz w:val="24"/>
        </w:rPr>
        <w:t>[μετεκίαθε] ἀντὶ τοῦ μετήρχετο,</w:t>
      </w:r>
    </w:p>
    <w:p>
      <w:r>
        <w:rPr>
          <w:rFonts w:ascii="Courier New" w:hAnsi="Courier New"/>
          <w:color w:val="555555"/>
          <w:sz w:val="20"/>
        </w:rPr>
        <w:t>[16 . 702]</w:t>
      </w:r>
    </w:p>
    <w:p>
      <w:r>
        <w:rPr>
          <w:rFonts w:ascii="Gentium Plus" w:hAnsi="Gentium Plus"/>
          <w:sz w:val="24"/>
        </w:rPr>
        <w:t>* [ἀγκῶνος] νῦν τῆς τοῦ τείχεος ἐξοχῆς.</w:t>
      </w:r>
    </w:p>
    <w:p>
      <w:r>
        <w:rPr>
          <w:rFonts w:ascii="Courier New" w:hAnsi="Courier New"/>
          <w:color w:val="555555"/>
          <w:sz w:val="20"/>
        </w:rPr>
        <w:t>[16 . 717]</w:t>
      </w:r>
    </w:p>
    <w:p>
      <w:r>
        <w:rPr>
          <w:rFonts w:ascii="Gentium Plus" w:hAnsi="Gentium Plus"/>
          <w:sz w:val="24"/>
        </w:rPr>
        <w:t>* [μήτρως] μητρὸς ἀδελφός οἱ δὲ νεώτεροι ἐπὶ τοῦ πρὸς μη‐ τρὸς πάππου τάττουσιν.</w:t>
      </w:r>
    </w:p>
    <w:p>
      <w:r>
        <w:rPr>
          <w:rFonts w:ascii="Courier New" w:hAnsi="Courier New"/>
          <w:color w:val="555555"/>
          <w:sz w:val="20"/>
        </w:rPr>
        <w:t>[16 . 723]</w:t>
      </w:r>
    </w:p>
    <w:p>
      <w:r>
        <w:rPr>
          <w:rFonts w:ascii="Gentium Plus" w:hAnsi="Gentium Plus"/>
          <w:sz w:val="24"/>
        </w:rPr>
        <w:t>* [ἔφεπε] ὅρμα διώκων αὐτούς.</w:t>
      </w:r>
    </w:p>
    <w:p>
      <w:r>
        <w:rPr>
          <w:rFonts w:ascii="Courier New" w:hAnsi="Courier New"/>
          <w:color w:val="555555"/>
          <w:sz w:val="20"/>
        </w:rPr>
        <w:t>[16 . 736]</w:t>
      </w:r>
    </w:p>
    <w:p>
      <w:r>
        <w:rPr>
          <w:rFonts w:ascii="Gentium Plus" w:hAnsi="Gentium Plus"/>
          <w:sz w:val="24"/>
        </w:rPr>
        <w:t>* [ἄζετο] ἀπείχετο τοῦ ἀνδρός. [δὴν] ἐπὶ πολὺν χρόνον</w:t>
      </w:r>
    </w:p>
    <w:p>
      <w:r>
        <w:rPr>
          <w:rFonts w:ascii="Courier New" w:hAnsi="Courier New"/>
          <w:color w:val="555555"/>
          <w:sz w:val="20"/>
        </w:rPr>
        <w:t>[16 . 737]</w:t>
      </w:r>
    </w:p>
    <w:p>
      <w:r>
        <w:rPr>
          <w:rFonts w:ascii="Gentium Plus" w:hAnsi="Gentium Plus"/>
          <w:sz w:val="24"/>
        </w:rPr>
        <w:t>[βέλος] ἢ βόλος. νῦν φησι τὸν λίθον.</w:t>
      </w:r>
    </w:p>
    <w:p>
      <w:r>
        <w:rPr>
          <w:rFonts w:ascii="Courier New" w:hAnsi="Courier New"/>
          <w:color w:val="555555"/>
          <w:sz w:val="20"/>
        </w:rPr>
        <w:t>[16 . 742]</w:t>
      </w:r>
    </w:p>
    <w:p>
      <w:r>
        <w:rPr>
          <w:rFonts w:ascii="Gentium Plus" w:hAnsi="Gentium Plus"/>
          <w:sz w:val="24"/>
        </w:rPr>
        <w:t>[ἀρνευτῆρι] ἀπὸ μεταφορᾶς—ἐπισείουσιν.</w:t>
      </w:r>
    </w:p>
    <w:p>
      <w:r>
        <w:rPr>
          <w:rFonts w:ascii="Courier New" w:hAnsi="Courier New"/>
          <w:color w:val="555555"/>
          <w:sz w:val="20"/>
        </w:rPr>
        <w:t>[16 . 747]</w:t>
      </w:r>
    </w:p>
    <w:p>
      <w:r>
        <w:rPr>
          <w:rFonts w:ascii="Gentium Plus" w:hAnsi="Gentium Plus"/>
          <w:sz w:val="24"/>
        </w:rPr>
        <w:t>[τήθεα] εἶδος ὀστρέων.</w:t>
      </w:r>
    </w:p>
    <w:p>
      <w:r>
        <w:rPr>
          <w:rFonts w:ascii="Courier New" w:hAnsi="Courier New"/>
          <w:color w:val="555555"/>
          <w:sz w:val="20"/>
        </w:rPr>
        <w:t>[16 . 748]</w:t>
      </w:r>
    </w:p>
    <w:p>
      <w:r>
        <w:rPr>
          <w:rFonts w:ascii="Gentium Plus" w:hAnsi="Gentium Plus"/>
          <w:sz w:val="24"/>
        </w:rPr>
        <w:t>* [δυσάμπελος] ἢ, ὡς Ἡσίοδός φησι, δυσχείμερος.</w:t>
      </w:r>
    </w:p>
    <w:p>
      <w:r>
        <w:rPr>
          <w:rFonts w:ascii="Courier New" w:hAnsi="Courier New"/>
          <w:color w:val="555555"/>
          <w:sz w:val="20"/>
        </w:rPr>
        <w:t>[16 . 751]</w:t>
      </w:r>
    </w:p>
    <w:p>
      <w:r>
        <w:rPr>
          <w:rFonts w:ascii="Gentium Plus" w:hAnsi="Gentium Plus"/>
          <w:sz w:val="24"/>
        </w:rPr>
        <w:t>[ἐπὶ Κεβριόνῃ ἥρωϊ βεβήκει] ἀντὶ τοῦ ἤλαυνεν ἐπὶ τῷ Κεβριόνῃ.</w:t>
      </w:r>
    </w:p>
    <w:p>
      <w:r>
        <w:rPr>
          <w:rFonts w:ascii="Courier New" w:hAnsi="Courier New"/>
          <w:color w:val="555555"/>
          <w:sz w:val="20"/>
        </w:rPr>
        <w:t>[16 . 752]</w:t>
      </w:r>
    </w:p>
    <w:p>
      <w:r>
        <w:rPr>
          <w:rFonts w:ascii="Gentium Plus" w:hAnsi="Gentium Plus"/>
          <w:sz w:val="24"/>
        </w:rPr>
        <w:t>* [σταθμοὺς] σταθμόν. νῦν τὴν ἔπαυλιν.</w:t>
      </w:r>
    </w:p>
    <w:p>
      <w:r>
        <w:rPr>
          <w:rFonts w:ascii="Courier New" w:hAnsi="Courier New"/>
          <w:color w:val="555555"/>
          <w:sz w:val="20"/>
        </w:rPr>
        <w:t>[16 . 779]</w:t>
      </w:r>
    </w:p>
    <w:p>
      <w:r>
        <w:rPr>
          <w:rFonts w:ascii="Gentium Plus" w:hAnsi="Gentium Plus"/>
          <w:sz w:val="24"/>
        </w:rPr>
        <w:t>[βουλυτὸν δὲ] ἐπὶ τὴν ἑσπέραν, δείλης, καθ’ ὃν καιρὸν οἱ βόες ἀπολύονται τῶν ἔργων.</w:t>
      </w:r>
    </w:p>
    <w:p>
      <w:r>
        <w:rPr>
          <w:rFonts w:ascii="Courier New" w:hAnsi="Courier New"/>
          <w:color w:val="555555"/>
          <w:sz w:val="20"/>
        </w:rPr>
        <w:t>[16 . 792]</w:t>
      </w:r>
    </w:p>
    <w:p>
      <w:r>
        <w:rPr>
          <w:rFonts w:ascii="Gentium Plus" w:hAnsi="Gentium Plus"/>
          <w:sz w:val="24"/>
        </w:rPr>
        <w:t>[στρεφεδίνηθεν δέ οἱ ὄσσε] περιεστράφησαν αὐτοῦ οἱ ὀφθαλ‐ μοὶ, οἱονεὶ ἐσκοτώθησαν.</w:t>
      </w:r>
    </w:p>
    <w:p>
      <w:r>
        <w:rPr>
          <w:rFonts w:ascii="Courier New" w:hAnsi="Courier New"/>
          <w:color w:val="555555"/>
          <w:sz w:val="20"/>
        </w:rPr>
        <w:t>[16 . 795]</w:t>
      </w:r>
    </w:p>
    <w:p>
      <w:r>
        <w:rPr>
          <w:rFonts w:ascii="Gentium Plus" w:hAnsi="Gentium Plus"/>
          <w:sz w:val="24"/>
        </w:rPr>
        <w:t>[τρυφάλεια] τὸ τῆς περικεφαλαίας ἀνάστημα καὶ αὐτὴ ἡ περικεφαλαία.</w:t>
      </w:r>
    </w:p>
    <w:p>
      <w:r>
        <w:rPr>
          <w:rFonts w:ascii="Courier New" w:hAnsi="Courier New"/>
          <w:color w:val="555555"/>
          <w:sz w:val="20"/>
        </w:rPr>
        <w:t>[16 . 803]</w:t>
      </w:r>
    </w:p>
    <w:p>
      <w:r>
        <w:rPr>
          <w:rFonts w:ascii="Gentium Plus" w:hAnsi="Gentium Plus"/>
          <w:sz w:val="24"/>
        </w:rPr>
        <w:t>τερμιόεσσα] ποδήρης—μεγάλη.</w:t>
      </w:r>
    </w:p>
    <w:p>
      <w:r>
        <w:rPr>
          <w:rFonts w:ascii="Courier New" w:hAnsi="Courier New"/>
          <w:color w:val="555555"/>
          <w:sz w:val="20"/>
        </w:rPr>
        <w:t>[16 . 810]</w:t>
      </w:r>
    </w:p>
    <w:p>
      <w:r>
        <w:rPr>
          <w:rFonts w:ascii="Gentium Plus" w:hAnsi="Gentium Plus"/>
          <w:sz w:val="24"/>
        </w:rPr>
        <w:t>[βῆσεν] ἀπέβαλεν, ἀπέβησε τῶν ἵππων, ἤ «βῆσαν», ἀπέβησαν.</w:t>
      </w:r>
    </w:p>
    <w:p>
      <w:r>
        <w:rPr>
          <w:rFonts w:ascii="Courier New" w:hAnsi="Courier New"/>
          <w:color w:val="555555"/>
          <w:sz w:val="20"/>
        </w:rPr>
        <w:t>[16 . 811]</w:t>
      </w:r>
    </w:p>
    <w:p>
      <w:r>
        <w:rPr>
          <w:rFonts w:ascii="Gentium Plus" w:hAnsi="Gentium Plus"/>
          <w:sz w:val="24"/>
        </w:rPr>
        <w:t>σὺν ὄχεσφι] ἀντὶ τοῦ ἁρματομαχεῖν ἐπιστάμενοι, ἐν πολέμῳ γυμναζόμενοι.</w:t>
      </w:r>
    </w:p>
    <w:p>
      <w:r>
        <w:rPr>
          <w:rFonts w:ascii="Courier New" w:hAnsi="Courier New"/>
          <w:color w:val="555555"/>
          <w:sz w:val="20"/>
        </w:rPr>
        <w:t>[16 . 820]</w:t>
      </w:r>
    </w:p>
    <w:p>
      <w:r>
        <w:rPr>
          <w:rFonts w:ascii="Gentium Plus" w:hAnsi="Gentium Plus"/>
          <w:sz w:val="24"/>
        </w:rPr>
        <w:t>[ἀγχίμολον] σύνεγγυς. σημαίνει δὲ καὶ τὸ μετ’ ὀλίγον.</w:t>
      </w:r>
    </w:p>
    <w:p>
      <w:r>
        <w:rPr>
          <w:rFonts w:ascii="Courier New" w:hAnsi="Courier New"/>
          <w:color w:val="555555"/>
          <w:sz w:val="20"/>
        </w:rPr>
        <w:t>[16 . 833]</w:t>
      </w:r>
    </w:p>
    <w:p>
      <w:r>
        <w:rPr>
          <w:rFonts w:ascii="Gentium Plus" w:hAnsi="Gentium Plus"/>
          <w:sz w:val="24"/>
        </w:rPr>
        <w:t>[Ἕκτορος ὠκέες ἵπποι] τούτων δὲ προπολεμοῦσιν οἱ τοῦ Ἕκτο‐ ρος ἵπποι, τουτέστιν αὐτὸς—ὀχούμενος.</w:t>
      </w:r>
    </w:p>
    <w:p>
      <w:r>
        <w:rPr>
          <w:rFonts w:ascii="Courier New" w:hAnsi="Courier New"/>
          <w:color w:val="555555"/>
          <w:sz w:val="20"/>
        </w:rPr>
        <w:t>[16 . 836]</w:t>
      </w:r>
    </w:p>
    <w:p>
      <w:r>
        <w:rPr>
          <w:rFonts w:ascii="Gentium Plus" w:hAnsi="Gentium Plus"/>
          <w:sz w:val="24"/>
        </w:rPr>
        <w:t>[ἦμαρ ἀναγκαῖον] ἀνάγκης ἡμέραν φησὶ, τοῦ θανάτου.</w:t>
      </w:r>
    </w:p>
    <w:p>
      <w:r>
        <w:rPr>
          <w:rFonts w:ascii="Courier New" w:hAnsi="Courier New"/>
          <w:color w:val="555555"/>
          <w:sz w:val="20"/>
        </w:rPr>
        <w:t>[16 . 850]</w:t>
      </w:r>
    </w:p>
    <w:p>
      <w:r>
        <w:rPr>
          <w:rFonts w:ascii="Gentium Plus" w:hAnsi="Gentium Plus"/>
          <w:sz w:val="24"/>
        </w:rPr>
        <w:t>ἐζήτηται πῶς τέσσαρας—ἐξεναρίζεις»; ἔστι λέ‐ γειν—ἵν’ ᾗ πολλοστός.</w:t>
      </w:r>
    </w:p>
    <w:p>
      <w:r>
        <w:rPr>
          <w:rFonts w:ascii="Courier New" w:hAnsi="Courier New"/>
          <w:color w:val="555555"/>
          <w:sz w:val="20"/>
        </w:rPr>
        <w:t>[16 850bis]</w:t>
      </w:r>
    </w:p>
    <w:p>
      <w:r>
        <w:rPr>
          <w:rFonts w:ascii="Gentium Plus" w:hAnsi="Gentium Plus"/>
          <w:sz w:val="24"/>
        </w:rPr>
        <w:t>[τρίτος ἐξεναρίζεις] ἀντὶ τοῦ μετὰ πολλοὺς σκυλεύεις.</w:t>
      </w:r>
    </w:p>
    <w:p>
      <w:r>
        <w:rPr>
          <w:rFonts w:ascii="Courier New" w:hAnsi="Courier New"/>
          <w:color w:val="555555"/>
          <w:sz w:val="20"/>
        </w:rPr>
        <w:t>[16 . 856]</w:t>
      </w:r>
    </w:p>
    <w:p>
      <w:r>
        <w:rPr>
          <w:rFonts w:ascii="Gentium Plus" w:hAnsi="Gentium Plus"/>
          <w:sz w:val="24"/>
        </w:rPr>
        <w:t>[ἐκ ῥεθέων] ἐκ τῶν μελῶν, ἐκ τοῦ σώματος.</w:t>
      </w:r>
    </w:p>
    <w:p>
      <w:r>
        <w:rPr>
          <w:rFonts w:ascii="Courier New" w:hAnsi="Courier New"/>
          <w:color w:val="555555"/>
          <w:sz w:val="20"/>
        </w:rPr>
        <w:t>[17 . 2]</w:t>
      </w:r>
    </w:p>
    <w:p>
      <w:r>
        <w:rPr>
          <w:rFonts w:ascii="Gentium Plus" w:hAnsi="Gentium Plus"/>
          <w:sz w:val="24"/>
        </w:rPr>
        <w:t>[Τρώεσσι δαμεὶς] ἀντὶ τοῦ ὑπὸ Τρώων δαμασθείς.</w:t>
      </w:r>
    </w:p>
    <w:p>
      <w:r>
        <w:rPr>
          <w:rFonts w:ascii="Courier New" w:hAnsi="Courier New"/>
          <w:color w:val="555555"/>
          <w:sz w:val="20"/>
        </w:rPr>
        <w:t>[17 . 4]</w:t>
      </w:r>
    </w:p>
    <w:p>
      <w:r>
        <w:rPr>
          <w:rFonts w:ascii="Gentium Plus" w:hAnsi="Gentium Plus"/>
          <w:sz w:val="24"/>
        </w:rPr>
        <w:t>[ἀμφὶ δ’ ἄρ’ αὐτῷ βαῖνε] περιέβαινε δὲ καὶ ὑπερεμάχει αὐτοῦ. [πόρτακι] νεογνῷ βοΐ, οἱονεὶ πόρις, παρὰ τὸ νεωστὶ πορεύεσθαι καὶ βαίνειν.</w:t>
      </w:r>
    </w:p>
    <w:p>
      <w:r>
        <w:rPr>
          <w:rFonts w:ascii="Courier New" w:hAnsi="Courier New"/>
          <w:color w:val="555555"/>
          <w:sz w:val="20"/>
        </w:rPr>
        <w:t>[17 . 5]</w:t>
      </w:r>
    </w:p>
    <w:p>
      <w:r>
        <w:rPr>
          <w:rFonts w:ascii="Gentium Plus" w:hAnsi="Gentium Plus"/>
          <w:sz w:val="24"/>
        </w:rPr>
        <w:t>[πρωτοτόκος] πρώτως τετοκυῖα. τῷ οὖν τόνῳ παροξυτόνως, ἵν’ ᾖ ἐνεργητικόν. προπαροξυτόνως δὲ δηλοῖ ἡ λέξις τὴν πρώτως τεχθεῖσαν.</w:t>
      </w:r>
    </w:p>
    <w:p>
      <w:r>
        <w:rPr>
          <w:rFonts w:ascii="Courier New" w:hAnsi="Courier New"/>
          <w:color w:val="555555"/>
          <w:sz w:val="20"/>
        </w:rPr>
        <w:t>[17 . 9]</w:t>
      </w:r>
    </w:p>
    <w:p>
      <w:r>
        <w:rPr>
          <w:rFonts w:ascii="Gentium Plus" w:hAnsi="Gentium Plus"/>
          <w:sz w:val="24"/>
        </w:rPr>
        <w:t>[ἐϋμμελίης] ἤτοι ὁ καλὰ μέλη ἔχων καὶ εὔμορφος, ἢ ὁ εὖ τῇ μελίᾳ χρώμενος, τουτέστι πολεμικὸς καὶ ἀνδρεῖος</w:t>
      </w:r>
    </w:p>
    <w:p>
      <w:r>
        <w:rPr>
          <w:rFonts w:ascii="Courier New" w:hAnsi="Courier New"/>
          <w:color w:val="555555"/>
          <w:sz w:val="20"/>
        </w:rPr>
        <w:t>[17 . 13]</w:t>
      </w:r>
    </w:p>
    <w:p>
      <w:r>
        <w:rPr>
          <w:rFonts w:ascii="Gentium Plus" w:hAnsi="Gentium Plus"/>
          <w:sz w:val="24"/>
        </w:rPr>
        <w:t>ἔα δ’ ἔναρα βροτόεντα] ἔκειντο—Ἀπόλλωνος.</w:t>
      </w:r>
    </w:p>
    <w:p>
      <w:r>
        <w:rPr>
          <w:rFonts w:ascii="Courier New" w:hAnsi="Courier New"/>
          <w:color w:val="555555"/>
          <w:sz w:val="20"/>
        </w:rPr>
        <w:t>[17 . 17]</w:t>
      </w:r>
    </w:p>
    <w:p>
      <w:r>
        <w:rPr>
          <w:rFonts w:ascii="Gentium Plus" w:hAnsi="Gentium Plus"/>
          <w:sz w:val="24"/>
        </w:rPr>
        <w:t>[μελιηδέα θυμὸν ἕλωμαι] ἀφέλωμαί σου τὴν προσφιλεστάτην ψυχήν.</w:t>
      </w:r>
    </w:p>
    <w:p>
      <w:r>
        <w:rPr>
          <w:rFonts w:ascii="Courier New" w:hAnsi="Courier New"/>
          <w:color w:val="555555"/>
          <w:sz w:val="20"/>
        </w:rPr>
        <w:t>[17 . 20]</w:t>
      </w:r>
    </w:p>
    <w:p>
      <w:r>
        <w:rPr>
          <w:rFonts w:ascii="Gentium Plus" w:hAnsi="Gentium Plus"/>
          <w:sz w:val="24"/>
        </w:rPr>
        <w:t>[πορδάλιος] πόρδαλις ὁ ἄρσην, ἡ δὲ θήλεια πάρδαλις· ὁ μὲν ἀπὸ τοῦ προσάλλεσθαι, ἡ δὲ ἀπὸ τοῦ παραβάλλεσθαι.</w:t>
      </w:r>
    </w:p>
    <w:p>
      <w:r>
        <w:rPr>
          <w:rFonts w:ascii="Courier New" w:hAnsi="Courier New"/>
          <w:color w:val="555555"/>
          <w:sz w:val="20"/>
        </w:rPr>
        <w:t>[17 . 22]</w:t>
      </w:r>
    </w:p>
    <w:p>
      <w:r>
        <w:rPr>
          <w:rFonts w:ascii="Gentium Plus" w:hAnsi="Gentium Plus"/>
          <w:sz w:val="24"/>
        </w:rPr>
        <w:t>* [βλεμεαίνει] τῇ αὑτοῦ δυνάμει γαυριᾷ καὶ ἐπαίρεται καὶ μαργαίνει καὶ ἐνθουσιᾷ.</w:t>
      </w:r>
    </w:p>
    <w:p>
      <w:r>
        <w:rPr>
          <w:rFonts w:ascii="Courier New" w:hAnsi="Courier New"/>
          <w:color w:val="555555"/>
          <w:sz w:val="20"/>
        </w:rPr>
        <w:t>[17 . 23]</w:t>
      </w:r>
    </w:p>
    <w:p>
      <w:r>
        <w:rPr>
          <w:rFonts w:ascii="Gentium Plus" w:hAnsi="Gentium Plus"/>
          <w:sz w:val="24"/>
        </w:rPr>
        <w:t>ὁπόσον οἱ τοῦ Πάνθου υἱοὶ τῷ δόρατι κάλλιστοι φοροῦσιν.</w:t>
      </w:r>
    </w:p>
    <w:p>
      <w:r>
        <w:rPr>
          <w:rFonts w:ascii="Courier New" w:hAnsi="Courier New"/>
          <w:color w:val="555555"/>
          <w:sz w:val="20"/>
        </w:rPr>
        <w:t>[17 . 25]</w:t>
      </w:r>
    </w:p>
    <w:p>
      <w:r>
        <w:rPr>
          <w:rFonts w:ascii="Gentium Plus" w:hAnsi="Gentium Plus"/>
          <w:sz w:val="24"/>
        </w:rPr>
        <w:t>[ἧς ἥβης ἀπόνητο] τῆς ἰδίας ἀκμῆς, ὅ ἐστι νεότητος, ἀπέλαυσεν. * [ὤνατο] ἐξεφαύλισεν, ὠνείδισεν, ἐμέμψατο.</w:t>
      </w:r>
    </w:p>
    <w:p>
      <w:r>
        <w:rPr>
          <w:rFonts w:ascii="Courier New" w:hAnsi="Courier New"/>
          <w:color w:val="555555"/>
          <w:sz w:val="20"/>
        </w:rPr>
        <w:t>[17 . 26]</w:t>
      </w:r>
    </w:p>
    <w:p>
      <w:r>
        <w:rPr>
          <w:rFonts w:ascii="Gentium Plus" w:hAnsi="Gentium Plus"/>
          <w:sz w:val="24"/>
        </w:rPr>
        <w:t>[ἔφατο] νῦν ἐλογίσατο, ὁτὲ δὲ εἶπεν.</w:t>
      </w:r>
    </w:p>
    <w:p>
      <w:r>
        <w:rPr>
          <w:rFonts w:ascii="Courier New" w:hAnsi="Courier New"/>
          <w:color w:val="555555"/>
          <w:sz w:val="20"/>
        </w:rPr>
        <w:t>[17 . 32]</w:t>
      </w:r>
    </w:p>
    <w:p>
      <w:r>
        <w:rPr>
          <w:rFonts w:ascii="Gentium Plus" w:hAnsi="Gentium Plus"/>
          <w:sz w:val="24"/>
        </w:rPr>
        <w:t>[ῥεχθὲν δέ τε νήπιος ἔγνω] τοῦτο—γινώσκει.</w:t>
      </w:r>
    </w:p>
    <w:p>
      <w:r>
        <w:rPr>
          <w:rFonts w:ascii="Courier New" w:hAnsi="Courier New"/>
          <w:color w:val="555555"/>
          <w:sz w:val="20"/>
        </w:rPr>
        <w:t>[17 . 34]</w:t>
      </w:r>
    </w:p>
    <w:p>
      <w:r>
        <w:rPr>
          <w:rFonts w:ascii="Gentium Plus" w:hAnsi="Gentium Plus"/>
          <w:sz w:val="24"/>
        </w:rPr>
        <w:t>[ἦ μάλα τίσεις] ἀντὶ τοῦ—ἀδελφοῦ.</w:t>
      </w:r>
    </w:p>
    <w:p>
      <w:r>
        <w:rPr>
          <w:rFonts w:ascii="Courier New" w:hAnsi="Courier New"/>
          <w:color w:val="555555"/>
          <w:sz w:val="20"/>
        </w:rPr>
        <w:t>[17 . 36]</w:t>
      </w:r>
    </w:p>
    <w:p>
      <w:r>
        <w:rPr>
          <w:rFonts w:ascii="Gentium Plus" w:hAnsi="Gentium Plus"/>
          <w:sz w:val="24"/>
        </w:rPr>
        <w:t>[χήρωσας] χήραν καὶ ἔρημον ἐποίησας. [θαλάμοιο νέοιο] νεωστὶ κατεσκευασμένου, προσφάτου.</w:t>
      </w:r>
    </w:p>
    <w:p>
      <w:r>
        <w:rPr>
          <w:rFonts w:ascii="Courier New" w:hAnsi="Courier New"/>
          <w:color w:val="555555"/>
          <w:sz w:val="20"/>
        </w:rPr>
        <w:t>[17 . 37]</w:t>
      </w:r>
    </w:p>
    <w:p>
      <w:r>
        <w:rPr>
          <w:rFonts w:ascii="Gentium Plus" w:hAnsi="Gentium Plus"/>
          <w:sz w:val="24"/>
        </w:rPr>
        <w:t>[ἀρητὸν] ἤτοι βλαβερόν, παρὰ τὴν ἀρὰν, ὅ ἐστι βλάβην, ἢ ἀπευκτόν. ἐλλείπει δὲ τὸ γάμον.</w:t>
      </w:r>
    </w:p>
    <w:p>
      <w:r>
        <w:rPr>
          <w:rFonts w:ascii="Courier New" w:hAnsi="Courier New"/>
          <w:color w:val="555555"/>
          <w:sz w:val="20"/>
        </w:rPr>
        <w:t>[17 . 38]</w:t>
      </w:r>
    </w:p>
    <w:p>
      <w:r>
        <w:rPr>
          <w:rFonts w:ascii="Gentium Plus" w:hAnsi="Gentium Plus"/>
          <w:sz w:val="24"/>
        </w:rPr>
        <w:t>[κατάπαυμα γενοίμην] καταπαύσαιμι—αὐτοῖς.</w:t>
      </w:r>
    </w:p>
    <w:p>
      <w:r>
        <w:rPr>
          <w:rFonts w:ascii="Courier New" w:hAnsi="Courier New"/>
          <w:color w:val="555555"/>
          <w:sz w:val="20"/>
        </w:rPr>
        <w:t>[17 . 40]</w:t>
      </w:r>
    </w:p>
    <w:p>
      <w:r>
        <w:rPr>
          <w:rFonts w:ascii="Gentium Plus" w:hAnsi="Gentium Plus"/>
          <w:sz w:val="24"/>
        </w:rPr>
        <w:t>* [Φρόντιδι] τῇ γυναικὶ τοῦ Πάνθου.</w:t>
      </w:r>
    </w:p>
    <w:p>
      <w:r>
        <w:rPr>
          <w:rFonts w:ascii="Courier New" w:hAnsi="Courier New"/>
          <w:color w:val="555555"/>
          <w:sz w:val="20"/>
        </w:rPr>
        <w:t>[17 40bis]</w:t>
      </w:r>
    </w:p>
    <w:p>
      <w:r>
        <w:rPr>
          <w:rFonts w:ascii="Gentium Plus" w:hAnsi="Gentium Plus"/>
          <w:sz w:val="24"/>
        </w:rPr>
        <w:t>[Φροντίδι] τὴν γὰρ παρατέλευτον συλλαβὴν δεῖ ὀξυτονεῖν, ἵν’ ᾖ θηλυκὸν, ἐπεὶ προπαροξυτόνως ἐστὶν ὁ Φρόντις ἀρσενικός.</w:t>
      </w:r>
    </w:p>
    <w:p>
      <w:r>
        <w:rPr>
          <w:rFonts w:ascii="Courier New" w:hAnsi="Courier New"/>
          <w:color w:val="555555"/>
          <w:sz w:val="20"/>
        </w:rPr>
        <w:t>[17 . 41]</w:t>
      </w:r>
    </w:p>
    <w:p>
      <w:r>
        <w:rPr>
          <w:rFonts w:ascii="Gentium Plus" w:hAnsi="Gentium Plus"/>
          <w:sz w:val="24"/>
        </w:rPr>
        <w:t>ἀλλ’ οὐδαμῶς 〈μὴ〉 ἐπὶ πολὺν χρόνον ἄπειροι γενώμεθα τῆς ἀλλήλων δυνάμεως καὶ μάχης.</w:t>
      </w:r>
    </w:p>
    <w:p>
      <w:r>
        <w:rPr>
          <w:rFonts w:ascii="Courier New" w:hAnsi="Courier New"/>
          <w:color w:val="555555"/>
          <w:sz w:val="20"/>
        </w:rPr>
        <w:t>[17 . 42]</w:t>
      </w:r>
    </w:p>
    <w:p>
      <w:r>
        <w:rPr>
          <w:rFonts w:ascii="Gentium Plus" w:hAnsi="Gentium Plus"/>
          <w:sz w:val="24"/>
        </w:rPr>
        <w:t>[ἀδήριτος] χωρὶς μάχης, ἀφιλόνεικος.</w:t>
      </w:r>
    </w:p>
    <w:p>
      <w:r>
        <w:rPr>
          <w:rFonts w:ascii="Courier New" w:hAnsi="Courier New"/>
          <w:color w:val="555555"/>
          <w:sz w:val="20"/>
        </w:rPr>
        <w:t>[17 . 47]</w:t>
      </w:r>
    </w:p>
    <w:p>
      <w:r>
        <w:rPr>
          <w:rFonts w:ascii="Gentium Plus" w:hAnsi="Gentium Plus"/>
          <w:sz w:val="24"/>
        </w:rPr>
        <w:t>[κατὰ στομάχοιο θέμεθλα] κατὰ τὴν ἀρχὴν καὶ θέσιν τοῦ στομάχου, ὅ ἐστι τὸν βρόγχον.</w:t>
      </w:r>
    </w:p>
    <w:p>
      <w:r>
        <w:rPr>
          <w:rFonts w:ascii="Courier New" w:hAnsi="Courier New"/>
          <w:color w:val="555555"/>
          <w:sz w:val="20"/>
        </w:rPr>
        <w:t>[17 . 51]</w:t>
      </w:r>
    </w:p>
    <w:p>
      <w:r>
        <w:rPr>
          <w:rFonts w:ascii="Gentium Plus" w:hAnsi="Gentium Plus"/>
          <w:sz w:val="24"/>
        </w:rPr>
        <w:t>[δεύοντο] νῦν ἐβρέχοντο.</w:t>
      </w:r>
    </w:p>
    <w:p>
      <w:r>
        <w:rPr>
          <w:rFonts w:ascii="Courier New" w:hAnsi="Courier New"/>
          <w:color w:val="555555"/>
          <w:sz w:val="20"/>
        </w:rPr>
        <w:t>[17 51bis]</w:t>
      </w:r>
    </w:p>
    <w:p>
      <w:r>
        <w:rPr>
          <w:rFonts w:ascii="Gentium Plus" w:hAnsi="Gentium Plus"/>
          <w:sz w:val="24"/>
        </w:rPr>
        <w:t>χαρίτεσσιν ὁμοῖαι] ἀντὶ τοῦ—στεφανίτιδας</w:t>
      </w:r>
    </w:p>
    <w:p>
      <w:r>
        <w:rPr>
          <w:rFonts w:ascii="Courier New" w:hAnsi="Courier New"/>
          <w:color w:val="555555"/>
          <w:sz w:val="20"/>
        </w:rPr>
        <w:t>[17 . 52]</w:t>
      </w:r>
    </w:p>
    <w:p>
      <w:r>
        <w:rPr>
          <w:rFonts w:ascii="Gentium Plus" w:hAnsi="Gentium Plus"/>
          <w:sz w:val="24"/>
        </w:rPr>
        <w:t>ἐσφήκωντο] ἐσφιγμένοι ἦσαν, ἐδέδεντο. ὅθεν καὶ σφήκωμα εἴρηται. ἢ ὅτι πεπλεγμένοι ἦσαν.</w:t>
      </w:r>
    </w:p>
    <w:p>
      <w:r>
        <w:rPr>
          <w:rFonts w:ascii="Courier New" w:hAnsi="Courier New"/>
          <w:color w:val="555555"/>
          <w:sz w:val="20"/>
        </w:rPr>
        <w:t>[17 . 53]</w:t>
      </w:r>
    </w:p>
    <w:p>
      <w:r>
        <w:rPr>
          <w:rFonts w:ascii="Gentium Plus" w:hAnsi="Gentium Plus"/>
          <w:sz w:val="24"/>
        </w:rPr>
        <w:t>οἷον δὲ—ἐλαίης] Ποσειδῶν—Ἀθηνᾶς. ἡ ἱστορία παρὰ Καλλιμάχῳ.</w:t>
      </w:r>
    </w:p>
    <w:p>
      <w:r>
        <w:rPr>
          <w:rFonts w:ascii="Courier New" w:hAnsi="Courier New"/>
          <w:color w:val="555555"/>
          <w:sz w:val="20"/>
        </w:rPr>
        <w:t>[17 . 54]</w:t>
      </w:r>
    </w:p>
    <w:p>
      <w:r>
        <w:rPr>
          <w:rFonts w:ascii="Gentium Plus" w:hAnsi="Gentium Plus"/>
          <w:sz w:val="24"/>
        </w:rPr>
        <w:t>* [οἰοπόλῳ] ἢ τῷ ἐρήμῳ—ἀναστρέφεσθαι δύνανται, ὅ ἐστι βόσκεσθαι. [ἀναβέβρυχεν] τὸ δὲ «ἀναβέβρυχεν» δηλοῖ τὸ ἀναβρύειν—</w:t>
      </w:r>
    </w:p>
    <w:p>
      <w:r>
        <w:rPr>
          <w:rFonts w:ascii="Courier New" w:hAnsi="Courier New"/>
          <w:color w:val="555555"/>
          <w:sz w:val="20"/>
        </w:rPr>
        <w:t>[17 . 64]</w:t>
      </w:r>
    </w:p>
    <w:p>
      <w:r>
        <w:rPr>
          <w:rFonts w:ascii="Gentium Plus" w:hAnsi="Gentium Plus"/>
          <w:sz w:val="24"/>
        </w:rPr>
        <w:t>λαφύσσει] λάπτει—ἐσθίει.</w:t>
      </w:r>
    </w:p>
    <w:p>
      <w:r>
        <w:rPr>
          <w:rFonts w:ascii="Courier New" w:hAnsi="Courier New"/>
          <w:color w:val="555555"/>
          <w:sz w:val="20"/>
        </w:rPr>
        <w:t>[17 . 66]</w:t>
      </w:r>
    </w:p>
    <w:p>
      <w:r>
        <w:rPr>
          <w:rFonts w:ascii="Gentium Plus" w:hAnsi="Gentium Plus"/>
          <w:sz w:val="24"/>
        </w:rPr>
        <w:t>ἰύζουσιν] ἀγροικικῇ φωνῇ προσφέρονται, προσφωνοῦσιν. πεποίη‐ ται δὲ ἡ λέξις παρὰ τὸ ἰού ἐπίρρημα.</w:t>
      </w:r>
    </w:p>
    <w:p>
      <w:r>
        <w:rPr>
          <w:rFonts w:ascii="Courier New" w:hAnsi="Courier New"/>
          <w:color w:val="555555"/>
          <w:sz w:val="20"/>
        </w:rPr>
        <w:t>[17 . 73]</w:t>
      </w:r>
    </w:p>
    <w:p>
      <w:r>
        <w:rPr>
          <w:rFonts w:ascii="Gentium Plus" w:hAnsi="Gentium Plus"/>
          <w:sz w:val="24"/>
        </w:rPr>
        <w:t>[Κικόνων] ἔθνος Θρᾳκῶν.</w:t>
      </w:r>
    </w:p>
    <w:p>
      <w:r>
        <w:rPr>
          <w:rFonts w:ascii="Courier New" w:hAnsi="Courier New"/>
          <w:color w:val="555555"/>
          <w:sz w:val="20"/>
        </w:rPr>
        <w:t>[17 . 83]</w:t>
      </w:r>
    </w:p>
    <w:p>
      <w:r>
        <w:rPr>
          <w:rFonts w:ascii="Gentium Plus" w:hAnsi="Gentium Plus"/>
          <w:sz w:val="24"/>
        </w:rPr>
        <w:t>[μελαίνας] νῦν συνετάς.</w:t>
      </w:r>
    </w:p>
    <w:p>
      <w:r>
        <w:rPr>
          <w:rFonts w:ascii="Courier New" w:hAnsi="Courier New"/>
          <w:color w:val="555555"/>
          <w:sz w:val="20"/>
        </w:rPr>
        <w:t>[17 . 86]</w:t>
      </w:r>
    </w:p>
    <w:p>
      <w:r>
        <w:rPr>
          <w:rFonts w:ascii="Gentium Plus" w:hAnsi="Gentium Plus"/>
          <w:sz w:val="24"/>
        </w:rPr>
        <w:t>[ὠτειλὴν] τὸ ἐκ βολῆς τραῦμα.</w:t>
      </w:r>
    </w:p>
    <w:p>
      <w:r>
        <w:rPr>
          <w:rFonts w:ascii="Courier New" w:hAnsi="Courier New"/>
          <w:color w:val="555555"/>
          <w:sz w:val="20"/>
        </w:rPr>
        <w:t>[17 . 88]</w:t>
      </w:r>
    </w:p>
    <w:p>
      <w:r>
        <w:rPr>
          <w:rFonts w:ascii="Gentium Plus" w:hAnsi="Gentium Plus"/>
          <w:sz w:val="24"/>
        </w:rPr>
        <w:t>[Ἡφαίστοιο] νῦν πυρός.</w:t>
      </w:r>
    </w:p>
    <w:p>
      <w:r>
        <w:rPr>
          <w:rFonts w:ascii="Courier New" w:hAnsi="Courier New"/>
          <w:color w:val="555555"/>
          <w:sz w:val="20"/>
        </w:rPr>
        <w:t>[17 . 92]</w:t>
      </w:r>
    </w:p>
    <w:p>
      <w:r>
        <w:rPr>
          <w:rFonts w:ascii="Gentium Plus" w:hAnsi="Gentium Plus"/>
          <w:sz w:val="24"/>
        </w:rPr>
        <w:t>[ὃς κεῖται—τιμῆς] ἀντὶ τοῦ ὃς ἐμὲ τιμήσας κεῖται, ἢ ὃς κεῖται ἕνεκα τοῦ ἐμὲ τιμωρῆσαι τοὺς Τρῶας.</w:t>
      </w:r>
    </w:p>
    <w:p>
      <w:r>
        <w:rPr>
          <w:rFonts w:ascii="Courier New" w:hAnsi="Courier New"/>
          <w:color w:val="555555"/>
          <w:sz w:val="20"/>
        </w:rPr>
        <w:t>[17 . 98]</w:t>
      </w:r>
    </w:p>
    <w:p>
      <w:r>
        <w:rPr>
          <w:rFonts w:ascii="Gentium Plus" w:hAnsi="Gentium Plus"/>
          <w:sz w:val="24"/>
        </w:rPr>
        <w:t>* ὅταν, φησὶ, ἐθέλῃ τις ἀνθρώπῳ—πῆμα κυλίσθη.</w:t>
      </w:r>
    </w:p>
    <w:p>
      <w:r>
        <w:rPr>
          <w:rFonts w:ascii="Courier New" w:hAnsi="Courier New"/>
          <w:color w:val="555555"/>
          <w:sz w:val="20"/>
        </w:rPr>
        <w:t>[17 . 99]</w:t>
      </w:r>
    </w:p>
    <w:p>
      <w:r>
        <w:rPr>
          <w:rFonts w:ascii="Gentium Plus" w:hAnsi="Gentium Plus"/>
          <w:sz w:val="24"/>
        </w:rPr>
        <w:t>κυλίσθη] ἐπηνέχθη, ἐπῆλθε κακόν τι ἐκ θεοῦ αὐτῷ.</w:t>
      </w:r>
    </w:p>
    <w:p>
      <w:r>
        <w:rPr>
          <w:rFonts w:ascii="Courier New" w:hAnsi="Courier New"/>
          <w:color w:val="555555"/>
          <w:sz w:val="20"/>
        </w:rPr>
        <w:t>[17 . 101]</w:t>
      </w:r>
    </w:p>
    <w:p>
      <w:r>
        <w:rPr>
          <w:rFonts w:ascii="Gentium Plus" w:hAnsi="Gentium Plus"/>
          <w:sz w:val="24"/>
        </w:rPr>
        <w:t>[χωρήσαντα] ὑποχωρήσαντα. [ἐκ θεόφιν] νῦν ἐκ θεοῦ προρρήσεως.</w:t>
      </w:r>
    </w:p>
    <w:p>
      <w:r>
        <w:rPr>
          <w:rFonts w:ascii="Courier New" w:hAnsi="Courier New"/>
          <w:color w:val="555555"/>
          <w:sz w:val="20"/>
        </w:rPr>
        <w:t>[17 . 109]</w:t>
      </w:r>
    </w:p>
    <w:p>
      <w:r>
        <w:rPr>
          <w:rFonts w:ascii="Gentium Plus" w:hAnsi="Gentium Plus"/>
          <w:sz w:val="24"/>
        </w:rPr>
        <w:t>[λὶς] λέων Αἰολικῶς. [ἠϋγένειος] ὁ καλὸν γένειον ἔχων ἢ μέγα στόμα.</w:t>
      </w:r>
    </w:p>
    <w:p>
      <w:r>
        <w:rPr>
          <w:rFonts w:ascii="Courier New" w:hAnsi="Courier New"/>
          <w:color w:val="555555"/>
          <w:sz w:val="20"/>
        </w:rPr>
        <w:t>[17 . 110]</w:t>
      </w:r>
    </w:p>
    <w:p>
      <w:r>
        <w:rPr>
          <w:rFonts w:ascii="Gentium Plus" w:hAnsi="Gentium Plus"/>
          <w:sz w:val="24"/>
        </w:rPr>
        <w:t>[σταθμοῖο] τῆς ἐπαύλεως, τῆς αὐλείου θύρας.</w:t>
      </w:r>
    </w:p>
    <w:p>
      <w:r>
        <w:rPr>
          <w:rFonts w:ascii="Courier New" w:hAnsi="Courier New"/>
          <w:color w:val="555555"/>
          <w:sz w:val="20"/>
        </w:rPr>
        <w:t>[17 . 112]</w:t>
      </w:r>
    </w:p>
    <w:p>
      <w:r>
        <w:rPr>
          <w:rFonts w:ascii="Gentium Plus" w:hAnsi="Gentium Plus"/>
          <w:sz w:val="24"/>
        </w:rPr>
        <w:t>* [παχνοῦται] συστέλλεται, ὑπὸ λύπης πήγνυται ἢ δάκνεται. ἡ μεταφορὰ ἀπὸ τῆς πάχνης.</w:t>
      </w:r>
    </w:p>
    <w:p>
      <w:r>
        <w:rPr>
          <w:rFonts w:ascii="Courier New" w:hAnsi="Courier New"/>
          <w:color w:val="555555"/>
          <w:sz w:val="20"/>
        </w:rPr>
        <w:t>[17 . 134]</w:t>
      </w:r>
    </w:p>
    <w:p>
      <w:r>
        <w:rPr>
          <w:rFonts w:ascii="Gentium Plus" w:hAnsi="Gentium Plus"/>
          <w:sz w:val="24"/>
        </w:rPr>
        <w:t>νήπι’ ἄγοντι] ἐπιφερομένῳ τοὺς σκύμνους. σημειωτέον δὲ ὅτι —σκυμναγαγοῦσιν.</w:t>
      </w:r>
    </w:p>
    <w:p>
      <w:r>
        <w:rPr>
          <w:rFonts w:ascii="Courier New" w:hAnsi="Courier New"/>
          <w:color w:val="555555"/>
          <w:sz w:val="20"/>
        </w:rPr>
        <w:t>[17 . 135]</w:t>
      </w:r>
    </w:p>
    <w:p>
      <w:r>
        <w:rPr>
          <w:rFonts w:ascii="Gentium Plus" w:hAnsi="Gentium Plus"/>
          <w:sz w:val="24"/>
        </w:rPr>
        <w:t>[ἐπακτῆρες] κυνηγοί, ἀπὸ τοῦ ἐπάγεσθαι τοὺς κύνας.</w:t>
      </w:r>
    </w:p>
    <w:p>
      <w:r>
        <w:rPr>
          <w:rFonts w:ascii="Courier New" w:hAnsi="Courier New"/>
          <w:color w:val="555555"/>
          <w:sz w:val="20"/>
        </w:rPr>
        <w:t>[17 . 136]</w:t>
      </w:r>
    </w:p>
    <w:p>
      <w:r>
        <w:rPr>
          <w:rFonts w:ascii="Gentium Plus" w:hAnsi="Gentium Plus"/>
          <w:sz w:val="24"/>
        </w:rPr>
        <w:t>ἐπισκύνιον] τὸ ἐπάνω—τοῖς ὀργιζομένοις.</w:t>
      </w:r>
    </w:p>
    <w:p>
      <w:r>
        <w:rPr>
          <w:rFonts w:ascii="Courier New" w:hAnsi="Courier New"/>
          <w:color w:val="555555"/>
          <w:sz w:val="20"/>
        </w:rPr>
        <w:t>[17 136bis]</w:t>
      </w:r>
    </w:p>
    <w:p>
      <w:r>
        <w:rPr>
          <w:rFonts w:ascii="Gentium Plus" w:hAnsi="Gentium Plus"/>
          <w:sz w:val="24"/>
        </w:rPr>
        <w:t>[κάτω ἕλκεται] κάτω ἕλκει, κατασπᾷ. παθητικὸν ἀντὶ ἐνεργη‐ τικοῦ.</w:t>
      </w:r>
    </w:p>
    <w:p>
      <w:r>
        <w:rPr>
          <w:rFonts w:ascii="Courier New" w:hAnsi="Courier New"/>
          <w:color w:val="555555"/>
          <w:sz w:val="20"/>
        </w:rPr>
        <w:t>[17 . 139]</w:t>
      </w:r>
    </w:p>
    <w:p>
      <w:r>
        <w:rPr>
          <w:rFonts w:ascii="Gentium Plus" w:hAnsi="Gentium Plus"/>
          <w:sz w:val="24"/>
        </w:rPr>
        <w:t>[ἀέξων] αὔξων, μεγάλως λυπούμενος.</w:t>
      </w:r>
    </w:p>
    <w:p>
      <w:r>
        <w:rPr>
          <w:rFonts w:ascii="Courier New" w:hAnsi="Courier New"/>
          <w:color w:val="555555"/>
          <w:sz w:val="20"/>
        </w:rPr>
        <w:t>[17 . 145]</w:t>
      </w:r>
    </w:p>
    <w:p>
      <w:r>
        <w:rPr>
          <w:rFonts w:ascii="Gentium Plus" w:hAnsi="Gentium Plus"/>
          <w:sz w:val="24"/>
        </w:rPr>
        <w:t>[ἐγγεγάασιν] ἐκγεγένη〈ν〉ται, ὅ ἐστιν εἰσίν, ἐνεργοῦσιν.</w:t>
      </w:r>
    </w:p>
    <w:p>
      <w:r>
        <w:rPr>
          <w:rFonts w:ascii="Courier New" w:hAnsi="Courier New"/>
          <w:color w:val="555555"/>
          <w:sz w:val="20"/>
        </w:rPr>
        <w:t>[17 . 151]</w:t>
      </w:r>
    </w:p>
    <w:p>
      <w:r>
        <w:rPr>
          <w:rFonts w:ascii="Gentium Plus" w:hAnsi="Gentium Plus"/>
          <w:sz w:val="24"/>
        </w:rPr>
        <w:t>[κύρμα] ἐπίτευγμα, ἐπικύρημα ἐν τῷ πολέμῳ.</w:t>
      </w:r>
    </w:p>
    <w:p>
      <w:r>
        <w:rPr>
          <w:rFonts w:ascii="Courier New" w:hAnsi="Courier New"/>
          <w:color w:val="555555"/>
          <w:sz w:val="20"/>
        </w:rPr>
        <w:t>[17 . 155]</w:t>
      </w:r>
    </w:p>
    <w:p>
      <w:r>
        <w:rPr>
          <w:rFonts w:ascii="Gentium Plus" w:hAnsi="Gentium Plus"/>
          <w:sz w:val="24"/>
        </w:rPr>
        <w:t>[πεφήσεται] νῦν προφανὴς γενήσεται, ὁτὲ δὲ τὸ φονευθήσεται.</w:t>
      </w:r>
    </w:p>
    <w:p>
      <w:r>
        <w:rPr>
          <w:rFonts w:ascii="Courier New" w:hAnsi="Courier New"/>
          <w:color w:val="555555"/>
          <w:sz w:val="20"/>
        </w:rPr>
        <w:t>[17 . 164]</w:t>
      </w:r>
    </w:p>
    <w:p>
      <w:r>
        <w:rPr>
          <w:rFonts w:ascii="Gentium Plus" w:hAnsi="Gentium Plus"/>
          <w:sz w:val="24"/>
        </w:rPr>
        <w:t>[πέφαται] νῦν ἀνῄρηται.</w:t>
      </w:r>
    </w:p>
    <w:p>
      <w:r>
        <w:rPr>
          <w:rFonts w:ascii="Courier New" w:hAnsi="Courier New"/>
          <w:color w:val="555555"/>
          <w:sz w:val="20"/>
        </w:rPr>
        <w:t>[17 . 165]</w:t>
      </w:r>
    </w:p>
    <w:p>
      <w:r>
        <w:rPr>
          <w:rFonts w:ascii="Gentium Plus" w:hAnsi="Gentium Plus"/>
          <w:sz w:val="24"/>
        </w:rPr>
        <w:t>[ἀγχέμαχοι] γενναῖοι—μάχεσθαι.</w:t>
      </w:r>
    </w:p>
    <w:p>
      <w:r>
        <w:rPr>
          <w:rFonts w:ascii="Courier New" w:hAnsi="Courier New"/>
          <w:color w:val="555555"/>
          <w:sz w:val="20"/>
        </w:rPr>
        <w:t>[17 . 167]</w:t>
      </w:r>
    </w:p>
    <w:p>
      <w:r>
        <w:rPr>
          <w:rFonts w:ascii="Gentium Plus" w:hAnsi="Gentium Plus"/>
          <w:sz w:val="24"/>
        </w:rPr>
        <w:t>[κατ’ ὄσσε ἰδών] κατιδὼν τοῖς ὀφθαλμοῖς.</w:t>
      </w:r>
    </w:p>
    <w:p>
      <w:r>
        <w:rPr>
          <w:rFonts w:ascii="Courier New" w:hAnsi="Courier New"/>
          <w:color w:val="555555"/>
          <w:sz w:val="20"/>
        </w:rPr>
        <w:t>[17 . 171]</w:t>
      </w:r>
    </w:p>
    <w:p>
      <w:r>
        <w:rPr>
          <w:rFonts w:ascii="Gentium Plus" w:hAnsi="Gentium Plus"/>
          <w:sz w:val="24"/>
        </w:rPr>
        <w:t>[περὶ φρένας ἔμμεναι ἄλλων] φρονήσει διαφέρειν τῶν λοιπῶν.</w:t>
      </w:r>
    </w:p>
    <w:p>
      <w:r>
        <w:rPr>
          <w:rFonts w:ascii="Courier New" w:hAnsi="Courier New"/>
          <w:color w:val="555555"/>
          <w:sz w:val="20"/>
        </w:rPr>
        <w:t>[17 . 189]</w:t>
      </w:r>
    </w:p>
    <w:p>
      <w:r>
        <w:rPr>
          <w:rFonts w:ascii="Gentium Plus" w:hAnsi="Gentium Plus"/>
          <w:sz w:val="24"/>
        </w:rPr>
        <w:t>[δηΐου ἐκ πολέμου] ἐκ τοῦ διακοπτικοῦ πολέμου.</w:t>
      </w:r>
    </w:p>
    <w:p>
      <w:r>
        <w:rPr>
          <w:rFonts w:ascii="Courier New" w:hAnsi="Courier New"/>
          <w:color w:val="555555"/>
          <w:sz w:val="20"/>
        </w:rPr>
        <w:t>[17 . 191]</w:t>
      </w:r>
    </w:p>
    <w:p>
      <w:r>
        <w:rPr>
          <w:rFonts w:ascii="Gentium Plus" w:hAnsi="Gentium Plus"/>
          <w:sz w:val="24"/>
        </w:rPr>
        <w:t>οἵτινες πρὸς τὸν πόλεμον ἔφερον τὰ περίδοξα ὅπλα τοῦ Ἀχιλλέως.</w:t>
      </w:r>
    </w:p>
    <w:p>
      <w:r>
        <w:rPr>
          <w:rFonts w:ascii="Courier New" w:hAnsi="Courier New"/>
          <w:color w:val="555555"/>
          <w:sz w:val="20"/>
        </w:rPr>
        <w:t>[17 . 200]</w:t>
      </w:r>
    </w:p>
    <w:p>
      <w:r>
        <w:rPr>
          <w:rFonts w:ascii="Gentium Plus" w:hAnsi="Gentium Plus"/>
          <w:sz w:val="24"/>
        </w:rPr>
        <w:t>[προτὶ ὃν—θυμόν] πρὸς τὴν ἑαυτοῦ ψυχὴν ἔφη.</w:t>
      </w:r>
    </w:p>
    <w:p>
      <w:r>
        <w:rPr>
          <w:rFonts w:ascii="Courier New" w:hAnsi="Courier New"/>
          <w:color w:val="555555"/>
          <w:sz w:val="20"/>
        </w:rPr>
        <w:t>[17 . 205]</w:t>
      </w:r>
    </w:p>
    <w:p>
      <w:r>
        <w:rPr>
          <w:rFonts w:ascii="Gentium Plus" w:hAnsi="Gentium Plus"/>
          <w:sz w:val="24"/>
        </w:rPr>
        <w:t>[οὐ κατὰ κόσμον] οὐ κατὰ τὸ προσῆκον, ἐφ’ ὕβρει.</w:t>
      </w:r>
    </w:p>
    <w:p>
      <w:r>
        <w:rPr>
          <w:rFonts w:ascii="Courier New" w:hAnsi="Courier New"/>
          <w:color w:val="555555"/>
          <w:sz w:val="20"/>
        </w:rPr>
        <w:t>[17 . 207]</w:t>
      </w:r>
    </w:p>
    <w:p>
      <w:r>
        <w:rPr>
          <w:rFonts w:ascii="Gentium Plus" w:hAnsi="Gentium Plus"/>
          <w:sz w:val="24"/>
        </w:rPr>
        <w:t>* [ποινὴν] τιμωρίαν· οἱ δὲ ἀμοιβήν, χάριν.</w:t>
      </w:r>
    </w:p>
    <w:p>
      <w:r>
        <w:rPr>
          <w:rFonts w:ascii="Courier New" w:hAnsi="Courier New"/>
          <w:color w:val="555555"/>
          <w:sz w:val="20"/>
        </w:rPr>
        <w:t>[17 . 210]</w:t>
      </w:r>
    </w:p>
    <w:p>
      <w:r>
        <w:rPr>
          <w:rFonts w:ascii="Gentium Plus" w:hAnsi="Gentium Plus"/>
          <w:sz w:val="24"/>
        </w:rPr>
        <w:t>* [δῦ δέ μιν Ἄρης] ἐπιθυμία καὶ ὁρμὴ πολεμικὴ ἐπῆλθεν αὐτῷ.</w:t>
      </w:r>
    </w:p>
    <w:p>
      <w:r>
        <w:rPr>
          <w:rFonts w:ascii="Courier New" w:hAnsi="Courier New"/>
          <w:color w:val="555555"/>
          <w:sz w:val="20"/>
        </w:rPr>
        <w:t>[17 . 213]</w:t>
      </w:r>
    </w:p>
    <w:p>
      <w:r>
        <w:rPr>
          <w:rFonts w:ascii="Gentium Plus" w:hAnsi="Gentium Plus"/>
          <w:sz w:val="24"/>
        </w:rPr>
        <w:t>[ἰνδάλλετο] ὡμοιοῦτο, τῷ Ἀχιλλεῖ δηλονότι.</w:t>
      </w:r>
    </w:p>
    <w:p>
      <w:r>
        <w:rPr>
          <w:rFonts w:ascii="Courier New" w:hAnsi="Courier New"/>
          <w:color w:val="555555"/>
          <w:sz w:val="20"/>
        </w:rPr>
        <w:t>[17 . 225]</w:t>
      </w:r>
    </w:p>
    <w:p>
      <w:r>
        <w:rPr>
          <w:rFonts w:ascii="Gentium Plus" w:hAnsi="Gentium Plus"/>
          <w:sz w:val="24"/>
        </w:rPr>
        <w:t>[κατατρύχω] καταδαπανῶ, ἀνιῶ, εἰς ταλαιπωρίαν ἄγω. ἐδωδῇ] τροφῇ. ὁ δὲ λόγος· καταπονῶ τοὺς Τρῶας ἀναγκάζων παρέχειν τοῖς συμμάχοις δωρεὰς καὶ εὐωχίας.</w:t>
      </w:r>
    </w:p>
    <w:p>
      <w:r>
        <w:rPr>
          <w:rFonts w:ascii="Courier New" w:hAnsi="Courier New"/>
          <w:color w:val="555555"/>
          <w:sz w:val="20"/>
        </w:rPr>
        <w:t>[17 . 228]</w:t>
      </w:r>
    </w:p>
    <w:p>
      <w:r>
        <w:rPr>
          <w:rFonts w:ascii="Gentium Plus" w:hAnsi="Gentium Plus"/>
          <w:sz w:val="24"/>
        </w:rPr>
        <w:t>* [ὀαριστύς] αὕτη γὰρ ἡ τοῦ πολέμου ὁμιλία, ὅ ἐστιν· οὕτως δεῖ ἀναστρέφεσθαι ἐν τῷ πολέμῳ—πολεμούντων.</w:t>
      </w:r>
    </w:p>
    <w:p>
      <w:r>
        <w:rPr>
          <w:rFonts w:ascii="Courier New" w:hAnsi="Courier New"/>
          <w:color w:val="555555"/>
          <w:sz w:val="20"/>
        </w:rPr>
        <w:t>[17 . 236]</w:t>
      </w:r>
    </w:p>
    <w:p>
      <w:r>
        <w:rPr>
          <w:rFonts w:ascii="Gentium Plus" w:hAnsi="Gentium Plus"/>
          <w:sz w:val="24"/>
        </w:rPr>
        <w:t>[ἦ τε πόλεσσιν—ἀπηύρα] ἀντὶ τοῦ· πολλῶν ἐπ’ αὐτῷ τὴν ψυχὴν ἀφείλετο.</w:t>
      </w:r>
    </w:p>
    <w:p>
      <w:r>
        <w:rPr>
          <w:rFonts w:ascii="Courier New" w:hAnsi="Courier New"/>
          <w:color w:val="555555"/>
          <w:sz w:val="20"/>
        </w:rPr>
        <w:t>[17 242-243]</w:t>
      </w:r>
    </w:p>
    <w:p>
      <w:r>
        <w:rPr>
          <w:rFonts w:ascii="Gentium Plus" w:hAnsi="Gentium Plus"/>
          <w:sz w:val="24"/>
        </w:rPr>
        <w:t>[ὅσσον ἐμῇ—καὶ σῇ] ὅσσον περὶ ἐμαυτοῦ καὶ σοῦ φοβοῦμαι μή τι πάθωμεν.</w:t>
      </w:r>
    </w:p>
    <w:p>
      <w:r>
        <w:rPr>
          <w:rFonts w:ascii="Courier New" w:hAnsi="Courier New"/>
          <w:color w:val="555555"/>
          <w:sz w:val="20"/>
        </w:rPr>
        <w:t>[17 . 243]</w:t>
      </w:r>
    </w:p>
    <w:p>
      <w:r>
        <w:rPr>
          <w:rFonts w:ascii="Gentium Plus" w:hAnsi="Gentium Plus"/>
          <w:sz w:val="24"/>
        </w:rPr>
        <w:t>* [ἐπεὶ πολέμοιο νέφος] ἐπεὶ πανταχόθεν ἐσκότισεν ὁ Ἕκτωρ ὥσπερ νέφος.</w:t>
      </w:r>
    </w:p>
    <w:p>
      <w:r>
        <w:rPr>
          <w:rFonts w:ascii="Courier New" w:hAnsi="Courier New"/>
          <w:color w:val="555555"/>
          <w:sz w:val="20"/>
        </w:rPr>
        <w:t>[17 . 250]</w:t>
      </w:r>
    </w:p>
    <w:p>
      <w:r>
        <w:rPr>
          <w:rFonts w:ascii="Gentium Plus" w:hAnsi="Gentium Plus"/>
          <w:sz w:val="24"/>
        </w:rPr>
        <w:t>[δήμια πίνουσιν] τὰ δημόσια, τὰ παρὰ τοῦ δήμου ἐξαιρέτως διδόμενα τοῖς βασιλεῦσι, καταναλίσκουσι καὶ σημαίνουσιν ἕκαστος.</w:t>
      </w:r>
    </w:p>
    <w:p>
      <w:r>
        <w:rPr>
          <w:rFonts w:ascii="Courier New" w:hAnsi="Courier New"/>
          <w:color w:val="555555"/>
          <w:sz w:val="20"/>
        </w:rPr>
        <w:t>[17 . 254]</w:t>
      </w:r>
    </w:p>
    <w:p>
      <w:r>
        <w:rPr>
          <w:rFonts w:ascii="Gentium Plus" w:hAnsi="Gentium Plus"/>
          <w:sz w:val="24"/>
        </w:rPr>
        <w:t>[ἀλλά τις αὐτὸς ἴτω] ἀλλὰ ὑπὸ τῆς ἰδίας γνώμης παραγε‐</w:t>
      </w:r>
    </w:p>
    <w:p>
      <w:r>
        <w:rPr>
          <w:rFonts w:ascii="Courier New" w:hAnsi="Courier New"/>
          <w:color w:val="555555"/>
          <w:sz w:val="20"/>
        </w:rPr>
        <w:t>[17 . 255]</w:t>
      </w:r>
    </w:p>
    <w:p>
      <w:r>
        <w:rPr>
          <w:rFonts w:ascii="Gentium Plus" w:hAnsi="Gentium Plus"/>
          <w:sz w:val="24"/>
        </w:rPr>
        <w:t>[μέλπηθρα] ἑλκύσματα, παίγνια· οἱ γὰρ κύνες, ὁπόταν χορτασ‐ θῶσι τοῖς λειψάνοις, παίζουσι. μολπὴ δὲ νῦν ἡ παιδιά.</w:t>
      </w:r>
    </w:p>
    <w:p>
      <w:r>
        <w:rPr>
          <w:rFonts w:ascii="Courier New" w:hAnsi="Courier New"/>
          <w:color w:val="555555"/>
          <w:sz w:val="20"/>
        </w:rPr>
        <w:t>[17 . 263]</w:t>
      </w:r>
    </w:p>
    <w:p>
      <w:r>
        <w:rPr>
          <w:rFonts w:ascii="Gentium Plus" w:hAnsi="Gentium Plus"/>
          <w:sz w:val="24"/>
        </w:rPr>
        <w:t>[προχοῇσι] ταῖς εἰς θάλασσαν προχύσεσι τῶν ποταμῶν.</w:t>
      </w:r>
    </w:p>
    <w:p>
      <w:r>
        <w:rPr>
          <w:rFonts w:ascii="Courier New" w:hAnsi="Courier New"/>
          <w:color w:val="555555"/>
          <w:sz w:val="20"/>
        </w:rPr>
        <w:t>[17 263bis]</w:t>
      </w:r>
    </w:p>
    <w:p>
      <w:r>
        <w:rPr>
          <w:rFonts w:ascii="Gentium Plus" w:hAnsi="Gentium Plus"/>
          <w:sz w:val="24"/>
        </w:rPr>
        <w:t>διιπετέος ποταμοῖο] κατάρρου, προαλοῦς, ἤτοι ὑπὸ Διὸς πληρου‐ μένου οἷον χειμάρρου, ἢ διαφανοῦς καὶ οἱονεὶ διαπεπετασμένου.</w:t>
      </w:r>
    </w:p>
    <w:p>
      <w:r>
        <w:rPr>
          <w:rFonts w:ascii="Courier New" w:hAnsi="Courier New"/>
          <w:color w:val="555555"/>
          <w:sz w:val="20"/>
        </w:rPr>
        <w:t>[17 . 264]</w:t>
      </w:r>
    </w:p>
    <w:p>
      <w:r>
        <w:rPr>
          <w:rFonts w:ascii="Gentium Plus" w:hAnsi="Gentium Plus"/>
          <w:sz w:val="24"/>
        </w:rPr>
        <w:t>[βέβρυχε] ποιὸν ἦχον ἀπετέλεσεν. ὀνοματοποιΐα ὁ τρόπος.</w:t>
      </w:r>
    </w:p>
    <w:p>
      <w:r>
        <w:rPr>
          <w:rFonts w:ascii="Courier New" w:hAnsi="Courier New"/>
          <w:color w:val="555555"/>
          <w:sz w:val="20"/>
        </w:rPr>
        <w:t>[17 . 265]</w:t>
      </w:r>
    </w:p>
    <w:p>
      <w:r>
        <w:rPr>
          <w:rFonts w:ascii="Gentium Plus" w:hAnsi="Gentium Plus"/>
          <w:sz w:val="24"/>
        </w:rPr>
        <w:t>[ἐρευγομένης ἁλὸς ἔξω] ἐκβρασσομένης τῆς θαλάσσης εἰς τὸ ἔξω μέρος.</w:t>
      </w:r>
    </w:p>
    <w:p>
      <w:r>
        <w:rPr>
          <w:rFonts w:ascii="Courier New" w:hAnsi="Courier New"/>
          <w:color w:val="555555"/>
          <w:sz w:val="20"/>
        </w:rPr>
        <w:t>[17 . 283]</w:t>
      </w:r>
    </w:p>
    <w:p>
      <w:r>
        <w:rPr>
          <w:rFonts w:ascii="Gentium Plus" w:hAnsi="Gentium Plus"/>
          <w:sz w:val="24"/>
        </w:rPr>
        <w:t>διὰ βήσσας] ἀντὶ τοῦ διὰ βησσῶν, ὅ ἐστι βασίμων τόπων.</w:t>
      </w:r>
    </w:p>
    <w:p>
      <w:r>
        <w:rPr>
          <w:rFonts w:ascii="Courier New" w:hAnsi="Courier New"/>
          <w:color w:val="555555"/>
          <w:sz w:val="20"/>
        </w:rPr>
        <w:t>[17 . 295]</w:t>
      </w:r>
    </w:p>
    <w:p>
      <w:r>
        <w:rPr>
          <w:rFonts w:ascii="Gentium Plus" w:hAnsi="Gentium Plus"/>
          <w:sz w:val="24"/>
        </w:rPr>
        <w:t>[ἱπποδάσεια] ἡ ἐξ ἱππείων τριχῶν ἔχουσα τὸν λόφον. [ἤρικε] διεσχίσθη· ὅθεν καὶ ἐρείκη καὶ τὰ ἐρίγματα, παρὰ τὸ καταψοφεῖν.</w:t>
      </w:r>
    </w:p>
    <w:p>
      <w:r>
        <w:rPr>
          <w:rFonts w:ascii="Courier New" w:hAnsi="Courier New"/>
          <w:color w:val="555555"/>
          <w:sz w:val="20"/>
        </w:rPr>
        <w:t>[17 . 297]</w:t>
      </w:r>
    </w:p>
    <w:p>
      <w:r>
        <w:rPr>
          <w:rFonts w:ascii="Gentium Plus" w:hAnsi="Gentium Plus"/>
          <w:sz w:val="24"/>
        </w:rPr>
        <w:t>[ἐγκέφαλος δὲ] ὁ δὲ ἐγκέφαλος—τὸ ἐπίμηκες τοῦ δόρατος</w:t>
      </w:r>
    </w:p>
    <w:p>
      <w:r>
        <w:rPr>
          <w:rFonts w:ascii="Courier New" w:hAnsi="Courier New"/>
          <w:color w:val="555555"/>
          <w:sz w:val="20"/>
        </w:rPr>
        <w:t>[17 . 301]</w:t>
      </w:r>
    </w:p>
    <w:p>
      <w:r>
        <w:rPr>
          <w:rFonts w:ascii="Gentium Plus" w:hAnsi="Gentium Plus"/>
          <w:sz w:val="24"/>
        </w:rPr>
        <w:t>[Λαρίσσης] πόλις Τρωϊκή.</w:t>
      </w:r>
    </w:p>
    <w:p>
      <w:r>
        <w:rPr>
          <w:rFonts w:ascii="Courier New" w:hAnsi="Courier New"/>
          <w:color w:val="555555"/>
          <w:sz w:val="20"/>
        </w:rPr>
        <w:t>[17 . 307]</w:t>
      </w:r>
    </w:p>
    <w:p>
      <w:r>
        <w:rPr>
          <w:rFonts w:ascii="Gentium Plus" w:hAnsi="Gentium Plus"/>
          <w:sz w:val="24"/>
        </w:rPr>
        <w:t>* [Πανοπῆϊ] πόλις Φωκίδος Πανοπεύς.</w:t>
      </w:r>
    </w:p>
    <w:p>
      <w:r>
        <w:rPr>
          <w:rFonts w:ascii="Courier New" w:hAnsi="Courier New"/>
          <w:color w:val="555555"/>
          <w:sz w:val="20"/>
        </w:rPr>
        <w:t>[17 . 324]</w:t>
      </w:r>
    </w:p>
    <w:p>
      <w:r>
        <w:rPr>
          <w:rFonts w:ascii="Gentium Plus" w:hAnsi="Gentium Plus"/>
          <w:sz w:val="24"/>
        </w:rPr>
        <w:t>[Ἠπυτίδῃ] Ἠπύτου παιδί, ἢ φωνητικόν.</w:t>
      </w:r>
    </w:p>
    <w:p>
      <w:r>
        <w:rPr>
          <w:rFonts w:ascii="Courier New" w:hAnsi="Courier New"/>
          <w:color w:val="555555"/>
          <w:sz w:val="20"/>
        </w:rPr>
        <w:t>[17 . 329]</w:t>
      </w:r>
    </w:p>
    <w:p>
      <w:r>
        <w:rPr>
          <w:rFonts w:ascii="Gentium Plus" w:hAnsi="Gentium Plus"/>
          <w:sz w:val="24"/>
        </w:rPr>
        <w:t>[κάρτεϊ—πεποιθότας] καὶ τῷ κράτει ἡμῶν καὶ τῇ δυνάμει θαρροῦντας.</w:t>
      </w:r>
    </w:p>
    <w:p>
      <w:r>
        <w:rPr>
          <w:rFonts w:ascii="Courier New" w:hAnsi="Courier New"/>
          <w:color w:val="555555"/>
          <w:sz w:val="20"/>
        </w:rPr>
        <w:t>[17 . 330]</w:t>
      </w:r>
    </w:p>
    <w:p>
      <w:r>
        <w:rPr>
          <w:rFonts w:ascii="Gentium Plus" w:hAnsi="Gentium Plus"/>
          <w:sz w:val="24"/>
        </w:rPr>
        <w:t>[ὑπερδέα] ὑπερδέοντα, ὅ ἐστι γενναῖον καὶ ὑπεράγοντα τοὺς ἀντιτεταγμένους ἔχοντας πλειόνως.</w:t>
      </w:r>
    </w:p>
    <w:p>
      <w:r>
        <w:rPr>
          <w:rFonts w:ascii="Courier New" w:hAnsi="Courier New"/>
          <w:color w:val="555555"/>
          <w:sz w:val="20"/>
        </w:rPr>
        <w:t>[17 . 354]</w:t>
      </w:r>
    </w:p>
    <w:p>
      <w:r>
        <w:rPr>
          <w:rFonts w:ascii="Gentium Plus" w:hAnsi="Gentium Plus"/>
          <w:sz w:val="24"/>
        </w:rPr>
        <w:t>[ἔρχατο] περιπεφραγμένοι ἦσαν.</w:t>
      </w:r>
    </w:p>
    <w:p>
      <w:r>
        <w:rPr>
          <w:rFonts w:ascii="Courier New" w:hAnsi="Courier New"/>
          <w:color w:val="555555"/>
          <w:sz w:val="20"/>
        </w:rPr>
        <w:t>[17 . 355]</w:t>
      </w:r>
    </w:p>
    <w:p>
      <w:r>
        <w:rPr>
          <w:rFonts w:ascii="Gentium Plus" w:hAnsi="Gentium Plus"/>
          <w:sz w:val="24"/>
        </w:rPr>
        <w:t>* [πρὸ δὲ δούρατ’ ἔχοντο] προείχοντο δὲ αὐτοῦ τὰ δόρατα.</w:t>
      </w:r>
    </w:p>
    <w:p>
      <w:r>
        <w:rPr>
          <w:rFonts w:ascii="Courier New" w:hAnsi="Courier New"/>
          <w:color w:val="555555"/>
          <w:sz w:val="20"/>
        </w:rPr>
        <w:t>[17 . 359]</w:t>
      </w:r>
    </w:p>
    <w:p>
      <w:r>
        <w:rPr>
          <w:rFonts w:ascii="Gentium Plus" w:hAnsi="Gentium Plus"/>
          <w:sz w:val="24"/>
        </w:rPr>
        <w:t>* [ἀμφ’ αὐτῷ βεβάμεν] περιβεβηκέναι καὶ ὑπερασπίζειν.</w:t>
      </w:r>
    </w:p>
    <w:p>
      <w:r>
        <w:rPr>
          <w:rFonts w:ascii="Courier New" w:hAnsi="Courier New"/>
          <w:color w:val="555555"/>
          <w:sz w:val="20"/>
        </w:rPr>
        <w:t>[17 . 361]</w:t>
      </w:r>
    </w:p>
    <w:p>
      <w:r>
        <w:rPr>
          <w:rFonts w:ascii="Gentium Plus" w:hAnsi="Gentium Plus"/>
          <w:sz w:val="24"/>
        </w:rPr>
        <w:t>* [ἀγχιστῖνοι] ἐπάλληλοι, πυκνοί</w:t>
      </w:r>
    </w:p>
    <w:p>
      <w:r>
        <w:rPr>
          <w:rFonts w:ascii="Courier New" w:hAnsi="Courier New"/>
          <w:color w:val="555555"/>
          <w:sz w:val="20"/>
        </w:rPr>
        <w:t>[17 . 362]</w:t>
      </w:r>
    </w:p>
    <w:p>
      <w:r>
        <w:rPr>
          <w:rFonts w:ascii="Gentium Plus" w:hAnsi="Gentium Plus"/>
          <w:sz w:val="24"/>
        </w:rPr>
        <w:t>[ὑπερμενέων] ὑπερεχόντων τῇ δυνάμει, ἀνδρείων.</w:t>
      </w:r>
    </w:p>
    <w:p>
      <w:r>
        <w:rPr>
          <w:rFonts w:ascii="Courier New" w:hAnsi="Courier New"/>
          <w:color w:val="555555"/>
          <w:sz w:val="20"/>
        </w:rPr>
        <w:t>[17 . 363]</w:t>
      </w:r>
    </w:p>
    <w:p>
      <w:r>
        <w:rPr>
          <w:rFonts w:ascii="Gentium Plus" w:hAnsi="Gentium Plus"/>
          <w:sz w:val="24"/>
        </w:rPr>
        <w:t>* [ἀναιμωτί] χωρὶς αἵματος καὶ φόνου.</w:t>
      </w:r>
    </w:p>
    <w:p>
      <w:r>
        <w:rPr>
          <w:rFonts w:ascii="Courier New" w:hAnsi="Courier New"/>
          <w:color w:val="555555"/>
          <w:sz w:val="20"/>
        </w:rPr>
        <w:t>[17 . 366]</w:t>
      </w:r>
    </w:p>
    <w:p>
      <w:r>
        <w:rPr>
          <w:rFonts w:ascii="Gentium Plus" w:hAnsi="Gentium Plus"/>
          <w:sz w:val="24"/>
        </w:rPr>
        <w:t>* [δέμας πυρός] τρόπον καιομένου πυρός, θερμοί.</w:t>
      </w:r>
    </w:p>
    <w:p>
      <w:r>
        <w:rPr>
          <w:rFonts w:ascii="Courier New" w:hAnsi="Courier New"/>
          <w:color w:val="555555"/>
          <w:sz w:val="20"/>
        </w:rPr>
        <w:t>[17 . 371]</w:t>
      </w:r>
    </w:p>
    <w:p>
      <w:r>
        <w:rPr>
          <w:rFonts w:ascii="Gentium Plus" w:hAnsi="Gentium Plus"/>
          <w:sz w:val="24"/>
        </w:rPr>
        <w:t>[εὔκηλοι] ἥσυχοι, εὐδιάδοχοι· ἐπιφέρει γὰρ—ἀνα‐ παύσεως.</w:t>
      </w:r>
    </w:p>
    <w:p>
      <w:r>
        <w:rPr>
          <w:rFonts w:ascii="Courier New" w:hAnsi="Courier New"/>
          <w:color w:val="555555"/>
          <w:sz w:val="20"/>
        </w:rPr>
        <w:t>[17 . 373]</w:t>
      </w:r>
    </w:p>
    <w:p>
      <w:r>
        <w:rPr>
          <w:rFonts w:ascii="Gentium Plus" w:hAnsi="Gentium Plus"/>
          <w:sz w:val="24"/>
        </w:rPr>
        <w:t>[γαίης οὐδ’ ὀρέων] οὔτε ἀπὸ γῆς οὔτε ἀπὸ ὀρῶν.</w:t>
      </w:r>
    </w:p>
    <w:p>
      <w:r>
        <w:rPr>
          <w:rFonts w:ascii="Courier New" w:hAnsi="Courier New"/>
          <w:color w:val="555555"/>
          <w:sz w:val="20"/>
        </w:rPr>
        <w:t>[17 . 381]</w:t>
      </w:r>
    </w:p>
    <w:p>
      <w:r>
        <w:rPr>
          <w:rFonts w:ascii="Gentium Plus" w:hAnsi="Gentium Plus"/>
          <w:sz w:val="24"/>
        </w:rPr>
        <w:t>[ἐπιοσσομένω] κατὰ διάνοιαν σκοπούμενοι, ὑπεροπτεύοντες.</w:t>
      </w:r>
    </w:p>
    <w:p>
      <w:r>
        <w:rPr>
          <w:rFonts w:ascii="Courier New" w:hAnsi="Courier New"/>
          <w:color w:val="555555"/>
          <w:sz w:val="20"/>
        </w:rPr>
        <w:t>[17 391-392]</w:t>
      </w:r>
    </w:p>
    <w:p>
      <w:r>
        <w:rPr>
          <w:rFonts w:ascii="Gentium Plus" w:hAnsi="Gentium Plus"/>
          <w:sz w:val="24"/>
        </w:rPr>
        <w:t>[τανύουσι κυκλόσε] ἀντὶ τοῦ τείνουσι κύκλῳ, ὡς πρὸς τὸ σχῆμα τῶν ἑλκόντων.</w:t>
      </w:r>
    </w:p>
    <w:p>
      <w:r>
        <w:rPr>
          <w:rFonts w:ascii="Courier New" w:hAnsi="Courier New"/>
          <w:color w:val="555555"/>
          <w:sz w:val="20"/>
        </w:rPr>
        <w:t>[17 . 392]</w:t>
      </w:r>
    </w:p>
    <w:p>
      <w:r>
        <w:rPr>
          <w:rFonts w:ascii="Gentium Plus" w:hAnsi="Gentium Plus"/>
          <w:sz w:val="24"/>
        </w:rPr>
        <w:t>[ἄφαρ .... ἀλοιφὴ] ταχέως ἡ ὑγρασία διέρχεται τοῦ στέατος οὖσα ἐλαιώδης.</w:t>
      </w:r>
    </w:p>
    <w:p>
      <w:r>
        <w:rPr>
          <w:rFonts w:ascii="Courier New" w:hAnsi="Courier New"/>
          <w:color w:val="555555"/>
          <w:sz w:val="20"/>
        </w:rPr>
        <w:t>[17 . 397]</w:t>
      </w:r>
    </w:p>
    <w:p>
      <w:r>
        <w:rPr>
          <w:rFonts w:ascii="Gentium Plus" w:hAnsi="Gentium Plus"/>
          <w:sz w:val="24"/>
        </w:rPr>
        <w:t>[μῶλος] ἡ ἐκ καταμονῆς μάχη, ὁ μολυσμός.</w:t>
      </w:r>
    </w:p>
    <w:p>
      <w:r>
        <w:rPr>
          <w:rFonts w:ascii="Courier New" w:hAnsi="Courier New"/>
          <w:color w:val="555555"/>
          <w:sz w:val="20"/>
        </w:rPr>
        <w:t>[17 . 398]</w:t>
      </w:r>
    </w:p>
    <w:p>
      <w:r>
        <w:rPr>
          <w:rFonts w:ascii="Gentium Plus" w:hAnsi="Gentium Plus"/>
          <w:sz w:val="24"/>
        </w:rPr>
        <w:t>[λαοσσόος] ἡ τῶν λαῶν τὸ πλῆθος διοικῶν καὶ σώζων, ὁτὲ δὲ εἰς φυγὴν τρέπων.</w:t>
      </w:r>
    </w:p>
    <w:p>
      <w:r>
        <w:rPr>
          <w:rFonts w:ascii="Courier New" w:hAnsi="Courier New"/>
          <w:color w:val="555555"/>
          <w:sz w:val="20"/>
        </w:rPr>
        <w:t>[17 416-417]</w:t>
      </w:r>
    </w:p>
    <w:p>
      <w:r>
        <w:rPr>
          <w:rFonts w:ascii="Gentium Plus" w:hAnsi="Gentium Plus"/>
          <w:sz w:val="24"/>
        </w:rPr>
        <w:t>[ἀλλ’ αὐτοῦ—χάνοι] ἀλλ’ ἐν αὐτῷ τῷ τόπῳ πάντες γῆς χάσματι δεχθεῖεν.</w:t>
      </w:r>
    </w:p>
    <w:p>
      <w:r>
        <w:rPr>
          <w:rFonts w:ascii="Courier New" w:hAnsi="Courier New"/>
          <w:color w:val="555555"/>
          <w:sz w:val="20"/>
        </w:rPr>
        <w:t>[17 . 422]</w:t>
      </w:r>
    </w:p>
    <w:p>
      <w:r>
        <w:rPr>
          <w:rFonts w:ascii="Gentium Plus" w:hAnsi="Gentium Plus"/>
          <w:sz w:val="24"/>
        </w:rPr>
        <w:t>[ἐρωείτω] ἀμελείτω, ὑποχωρείτω.</w:t>
      </w:r>
    </w:p>
    <w:p>
      <w:r>
        <w:rPr>
          <w:rFonts w:ascii="Courier New" w:hAnsi="Courier New"/>
          <w:color w:val="555555"/>
          <w:sz w:val="20"/>
        </w:rPr>
        <w:t>[17 . 423]</w:t>
      </w:r>
    </w:p>
    <w:p>
      <w:r>
        <w:rPr>
          <w:rFonts w:ascii="Gentium Plus" w:hAnsi="Gentium Plus"/>
          <w:sz w:val="24"/>
        </w:rPr>
        <w:t>** [ἑκάστου] γράφεται «ἑταίρου.»</w:t>
      </w:r>
    </w:p>
    <w:p>
      <w:r>
        <w:rPr>
          <w:rFonts w:ascii="Courier New" w:hAnsi="Courier New"/>
          <w:color w:val="555555"/>
          <w:sz w:val="20"/>
        </w:rPr>
        <w:t>[17 . 424]</w:t>
      </w:r>
    </w:p>
    <w:p>
      <w:r>
        <w:rPr>
          <w:rFonts w:ascii="Gentium Plus" w:hAnsi="Gentium Plus"/>
          <w:sz w:val="24"/>
        </w:rPr>
        <w:t>[σιδήρειος δ’ ὀρυμαγδὸς] ἤτοι στερεὸς ἢ ὁ ἀπὸ ὅπλων τοῦ σιδήρου ψόφος.</w:t>
      </w:r>
    </w:p>
    <w:p>
      <w:r>
        <w:rPr>
          <w:rFonts w:ascii="Courier New" w:hAnsi="Courier New"/>
          <w:color w:val="555555"/>
          <w:sz w:val="20"/>
        </w:rPr>
        <w:t>[17 . 427]</w:t>
      </w:r>
    </w:p>
    <w:p>
      <w:r>
        <w:rPr>
          <w:rFonts w:ascii="Gentium Plus" w:hAnsi="Gentium Plus"/>
          <w:sz w:val="24"/>
        </w:rPr>
        <w:t>[ἡνιόχοιο] ἡνίοχος γὰρ ἦν Πάτροκλος Ἀχιλλέως, Πατρόκλου δὲ Αὐτομέδων, Αὐτομέδοντος δὲ Ἀλκιμέδων.</w:t>
      </w:r>
    </w:p>
    <w:p>
      <w:r>
        <w:rPr>
          <w:rFonts w:ascii="Courier New" w:hAnsi="Courier New"/>
          <w:color w:val="555555"/>
          <w:sz w:val="20"/>
        </w:rPr>
        <w:t>[17 . 430]</w:t>
      </w:r>
    </w:p>
    <w:p>
      <w:r>
        <w:rPr>
          <w:rFonts w:ascii="Gentium Plus" w:hAnsi="Gentium Plus"/>
          <w:sz w:val="24"/>
        </w:rPr>
        <w:t>[θείνων] τύπτων. ὅθεν καὶ θίς ὁ αἰγιαλὸς, παρ’ ὅσον τύπτεται ὑπὸ τῶν κυμάτων.</w:t>
      </w:r>
    </w:p>
    <w:p>
      <w:r>
        <w:rPr>
          <w:rFonts w:ascii="Courier New" w:hAnsi="Courier New"/>
          <w:color w:val="555555"/>
          <w:sz w:val="20"/>
        </w:rPr>
        <w:t>[17 . 440]</w:t>
      </w:r>
    </w:p>
    <w:p>
      <w:r>
        <w:rPr>
          <w:rFonts w:ascii="Gentium Plus" w:hAnsi="Gentium Plus"/>
          <w:sz w:val="24"/>
        </w:rPr>
        <w:t>** [ἀμφοτέροισι] γράφεται «ἀμφοτέρωθεν.»</w:t>
      </w:r>
    </w:p>
    <w:p>
      <w:r>
        <w:rPr>
          <w:rFonts w:ascii="Courier New" w:hAnsi="Courier New"/>
          <w:color w:val="555555"/>
          <w:sz w:val="20"/>
        </w:rPr>
        <w:t>[17 . 460]</w:t>
      </w:r>
    </w:p>
    <w:p>
      <w:r>
        <w:rPr>
          <w:rFonts w:ascii="Gentium Plus" w:hAnsi="Gentium Plus"/>
          <w:sz w:val="24"/>
        </w:rPr>
        <w:t>[ἵπποις ἀΐσσων] σὺν τοῖς ἵπποις ὁρμῶν.</w:t>
      </w:r>
    </w:p>
    <w:p>
      <w:r>
        <w:rPr>
          <w:rFonts w:ascii="Courier New" w:hAnsi="Courier New"/>
          <w:color w:val="555555"/>
          <w:sz w:val="20"/>
        </w:rPr>
        <w:t>[17 . 464]</w:t>
      </w:r>
    </w:p>
    <w:p>
      <w:r>
        <w:rPr>
          <w:rFonts w:ascii="Gentium Plus" w:hAnsi="Gentium Plus"/>
          <w:sz w:val="24"/>
        </w:rPr>
        <w:t>[ἱερῷ ἐνὶ δίφρῳ] ἤτοι μεγάλω, ἢ ἱεροὺς ἐλαύνοντι ἵππους.</w:t>
      </w:r>
    </w:p>
    <w:p>
      <w:r>
        <w:rPr>
          <w:rFonts w:ascii="Courier New" w:hAnsi="Courier New"/>
          <w:color w:val="555555"/>
          <w:sz w:val="20"/>
        </w:rPr>
        <w:t>[17 . 469]</w:t>
      </w:r>
    </w:p>
    <w:p>
      <w:r>
        <w:rPr>
          <w:rFonts w:ascii="Gentium Plus" w:hAnsi="Gentium Plus"/>
          <w:sz w:val="24"/>
        </w:rPr>
        <w:t>* [νηκερδέα] ἀκερδῆ, ἀνωφελῆ, βλαβεράν.</w:t>
      </w:r>
    </w:p>
    <w:p>
      <w:r>
        <w:rPr>
          <w:rFonts w:ascii="Courier New" w:hAnsi="Courier New"/>
          <w:color w:val="555555"/>
          <w:sz w:val="20"/>
        </w:rPr>
        <w:t>[17 . 476]</w:t>
      </w:r>
    </w:p>
    <w:p>
      <w:r>
        <w:rPr>
          <w:rFonts w:ascii="Gentium Plus" w:hAnsi="Gentium Plus"/>
          <w:sz w:val="24"/>
        </w:rPr>
        <w:t>[ἀθανάτων] 〈ἢ〉 «ὠκυπόδων.»</w:t>
      </w:r>
    </w:p>
    <w:p>
      <w:r>
        <w:rPr>
          <w:rFonts w:ascii="Courier New" w:hAnsi="Courier New"/>
          <w:color w:val="555555"/>
          <w:sz w:val="20"/>
        </w:rPr>
        <w:t>[17 . 477]</w:t>
      </w:r>
    </w:p>
    <w:p>
      <w:r>
        <w:rPr>
          <w:rFonts w:ascii="Gentium Plus" w:hAnsi="Gentium Plus"/>
          <w:sz w:val="24"/>
        </w:rPr>
        <w:t>** [μήστωρ] γράφεται «μῆτιν».</w:t>
      </w:r>
    </w:p>
    <w:p>
      <w:r>
        <w:rPr>
          <w:rFonts w:ascii="Courier New" w:hAnsi="Courier New"/>
          <w:color w:val="555555"/>
          <w:sz w:val="20"/>
        </w:rPr>
        <w:t>[17 . 502]</w:t>
      </w:r>
    </w:p>
    <w:p>
      <w:r>
        <w:rPr>
          <w:rFonts w:ascii="Gentium Plus" w:hAnsi="Gentium Plus"/>
          <w:sz w:val="24"/>
        </w:rPr>
        <w:t>[ἐμπνείοντε] καταπνέοντες, ὅ ἐστι καταφυσῶντες αὐτὸ τὸ μετάφρενον, ὅ ἐστιν ἐγγὺς ὄντες τοῦ νώτου.</w:t>
      </w:r>
    </w:p>
    <w:p>
      <w:r>
        <w:rPr>
          <w:rFonts w:ascii="Courier New" w:hAnsi="Courier New"/>
          <w:color w:val="555555"/>
          <w:sz w:val="20"/>
        </w:rPr>
        <w:t>[17 . 509]</w:t>
      </w:r>
    </w:p>
    <w:p>
      <w:r>
        <w:rPr>
          <w:rFonts w:ascii="Gentium Plus" w:hAnsi="Gentium Plus"/>
          <w:sz w:val="24"/>
        </w:rPr>
        <w:t>[ἐπετράπεθ’ ὅσσοι] ἐν ἐπιτροπῇ ἐστὶ. * ἀντὶ τοῦ ἐπιτέτραπται Gen III ajoute ἤγουν ἐπιτετραμμένον ἐστίν.</w:t>
      </w:r>
    </w:p>
    <w:p>
      <w:r>
        <w:rPr>
          <w:rFonts w:ascii="Courier New" w:hAnsi="Courier New"/>
          <w:color w:val="555555"/>
          <w:sz w:val="20"/>
        </w:rPr>
        <w:t>[17 . 514]</w:t>
      </w:r>
    </w:p>
    <w:p>
      <w:r>
        <w:rPr>
          <w:rFonts w:ascii="Gentium Plus" w:hAnsi="Gentium Plus"/>
          <w:sz w:val="24"/>
        </w:rPr>
        <w:t>[ἐν γούνασι κεῖται] οἱονεὶ παράκειται ἢ ἐν ἐξουσίᾳ τῶν θεῶν ἐστιν.</w:t>
      </w:r>
    </w:p>
    <w:p>
      <w:r>
        <w:rPr>
          <w:rFonts w:ascii="Courier New" w:hAnsi="Courier New"/>
          <w:color w:val="555555"/>
          <w:sz w:val="20"/>
        </w:rPr>
        <w:t>[17 . 524]</w:t>
      </w:r>
    </w:p>
    <w:p>
      <w:r>
        <w:rPr>
          <w:rFonts w:ascii="Gentium Plus" w:hAnsi="Gentium Plus"/>
          <w:sz w:val="24"/>
        </w:rPr>
        <w:t>[νηδυίοισι] τοῖς ἐντοσθίοις, τοῖς ἐντέροις, ὅ ἐστι σπλάγχνοις· νηδὺς γὰρ ἡ κοιλία.</w:t>
      </w:r>
    </w:p>
    <w:p>
      <w:r>
        <w:rPr>
          <w:rFonts w:ascii="Courier New" w:hAnsi="Courier New"/>
          <w:color w:val="555555"/>
          <w:sz w:val="20"/>
        </w:rPr>
        <w:t>[17 . 528]</w:t>
      </w:r>
    </w:p>
    <w:p>
      <w:r>
        <w:rPr>
          <w:rFonts w:ascii="Gentium Plus" w:hAnsi="Gentium Plus"/>
          <w:sz w:val="24"/>
        </w:rPr>
        <w:t>οὐρίαχος] ἄκρον μέρος τοῦ δόρατος, τὸ ὄπισθεν.</w:t>
      </w:r>
    </w:p>
    <w:p>
      <w:r>
        <w:rPr>
          <w:rFonts w:ascii="Courier New" w:hAnsi="Courier New"/>
          <w:color w:val="555555"/>
          <w:sz w:val="20"/>
        </w:rPr>
        <w:t>[17 . 546]</w:t>
      </w:r>
    </w:p>
    <w:p>
      <w:r>
        <w:rPr>
          <w:rFonts w:ascii="Gentium Plus" w:hAnsi="Gentium Plus"/>
          <w:sz w:val="24"/>
        </w:rPr>
        <w:t>[δὴ γὰρ νόος ἐτράπετ’ αὐτοῦ] εἰς τοῦτο γὰρ ἐτράπη αὐτοῦ ἡ γνώμη.</w:t>
      </w:r>
    </w:p>
    <w:p>
      <w:r>
        <w:rPr>
          <w:rFonts w:ascii="Courier New" w:hAnsi="Courier New"/>
          <w:color w:val="555555"/>
          <w:sz w:val="20"/>
        </w:rPr>
        <w:t>[17 . 561]</w:t>
      </w:r>
    </w:p>
    <w:p>
      <w:r>
        <w:rPr>
          <w:rFonts w:ascii="Gentium Plus" w:hAnsi="Gentium Plus"/>
          <w:sz w:val="24"/>
        </w:rPr>
        <w:t>[Φοῖνιξ] νῦν ὄνομα κύριον τοῦ Ἀχιλλέως τροφοῦ. [ἄττα] τροφεῦ—προσφώνησις. [παλαιγενές] πάλαι γεγονώς. νῦν δὲ πρεσβύτατος.</w:t>
      </w:r>
    </w:p>
    <w:p>
      <w:r>
        <w:rPr>
          <w:rFonts w:ascii="Courier New" w:hAnsi="Courier New"/>
          <w:color w:val="555555"/>
          <w:sz w:val="20"/>
        </w:rPr>
        <w:t>[17 . 564]</w:t>
      </w:r>
    </w:p>
    <w:p>
      <w:r>
        <w:rPr>
          <w:rFonts w:ascii="Gentium Plus" w:hAnsi="Gentium Plus"/>
          <w:sz w:val="24"/>
        </w:rPr>
        <w:t>[ἐσεμάσσατο θυμόν] καθῆκε καὶ ἐλύπησε τὴν ψυχὴν καὶ ἐνα‐ πεμάξατο.</w:t>
      </w:r>
    </w:p>
    <w:p>
      <w:r>
        <w:rPr>
          <w:rFonts w:ascii="Courier New" w:hAnsi="Courier New"/>
          <w:color w:val="555555"/>
          <w:sz w:val="20"/>
        </w:rPr>
        <w:t>[17 . 570]</w:t>
      </w:r>
    </w:p>
    <w:p>
      <w:r>
        <w:rPr>
          <w:rFonts w:ascii="Gentium Plus" w:hAnsi="Gentium Plus"/>
          <w:sz w:val="24"/>
        </w:rPr>
        <w:t>[μυίης θάρσος] τὸ ἐπίμονον τοῦ ἥρωος λέγει· οὗτος γὰρ ἀπο‐ τρεπόμενος εἰς ἄλλον τόπον ἔτρεχεν εἰς τὸν αὐτόν.</w:t>
      </w:r>
    </w:p>
    <w:p>
      <w:r>
        <w:rPr>
          <w:rFonts w:ascii="Courier New" w:hAnsi="Courier New"/>
          <w:color w:val="555555"/>
          <w:sz w:val="20"/>
        </w:rPr>
        <w:t>[17 . 575]</w:t>
      </w:r>
    </w:p>
    <w:p>
      <w:r>
        <w:rPr>
          <w:rFonts w:ascii="Gentium Plus" w:hAnsi="Gentium Plus"/>
          <w:sz w:val="24"/>
        </w:rPr>
        <w:t>[ἦν δέ τις] ἢ «ἔσκε δ’ ἐνὶ».</w:t>
      </w:r>
    </w:p>
    <w:p>
      <w:r>
        <w:rPr>
          <w:rFonts w:ascii="Courier New" w:hAnsi="Courier New"/>
          <w:color w:val="555555"/>
          <w:sz w:val="20"/>
        </w:rPr>
        <w:t>[17 . 579]</w:t>
      </w:r>
    </w:p>
    <w:p>
      <w:r>
        <w:rPr>
          <w:rFonts w:ascii="Gentium Plus" w:hAnsi="Gentium Plus"/>
          <w:sz w:val="24"/>
        </w:rPr>
        <w:t>[διὰ πρὸ δὲ χαλκὸν ἔλασσεν] διήλασε τὸ δόρυ ὥστε διελθεῖν εἰς τοὔμπροσθεν.</w:t>
      </w:r>
    </w:p>
    <w:p>
      <w:r>
        <w:rPr>
          <w:rFonts w:ascii="Courier New" w:hAnsi="Courier New"/>
          <w:color w:val="555555"/>
          <w:sz w:val="20"/>
        </w:rPr>
        <w:t>[17 . 584]</w:t>
      </w:r>
    </w:p>
    <w:p>
      <w:r>
        <w:rPr>
          <w:rFonts w:ascii="Gentium Plus" w:hAnsi="Gentium Plus"/>
          <w:sz w:val="24"/>
        </w:rPr>
        <w:t>[Ἀβυδόθι] Ἄβυδος δὲ πόλις Τροίας 〈ἐφ’〉 Ἑλλησπόντῳ.</w:t>
      </w:r>
    </w:p>
    <w:p>
      <w:r>
        <w:rPr>
          <w:rFonts w:ascii="Courier New" w:hAnsi="Courier New"/>
          <w:color w:val="555555"/>
          <w:sz w:val="20"/>
        </w:rPr>
        <w:t>[17 . 587]</w:t>
      </w:r>
    </w:p>
    <w:p>
      <w:r>
        <w:rPr>
          <w:rFonts w:ascii="Gentium Plus" w:hAnsi="Gentium Plus"/>
          <w:sz w:val="24"/>
        </w:rPr>
        <w:t>ὃς τὸ πάρος περ] πρέποντας πολεμίῳ—ἀνδρεῖον.</w:t>
      </w:r>
    </w:p>
    <w:p>
      <w:r>
        <w:rPr>
          <w:rFonts w:ascii="Courier New" w:hAnsi="Courier New"/>
          <w:color w:val="555555"/>
          <w:sz w:val="20"/>
        </w:rPr>
        <w:t>[17 . 591]</w:t>
      </w:r>
    </w:p>
    <w:p>
      <w:r>
        <w:rPr>
          <w:rFonts w:ascii="Gentium Plus" w:hAnsi="Gentium Plus"/>
          <w:sz w:val="24"/>
        </w:rPr>
        <w:t>[ἄχεος νεφέλη] νέφος, πύκνωμα τῆς λύπης, περιφραστικῶς</w:t>
      </w:r>
    </w:p>
    <w:p>
      <w:r>
        <w:rPr>
          <w:rFonts w:ascii="Courier New" w:hAnsi="Courier New"/>
          <w:color w:val="555555"/>
          <w:sz w:val="20"/>
        </w:rPr>
        <w:t>[17 . 597]</w:t>
      </w:r>
    </w:p>
    <w:p>
      <w:r>
        <w:rPr>
          <w:rFonts w:ascii="Gentium Plus" w:hAnsi="Gentium Plus"/>
          <w:sz w:val="24"/>
        </w:rPr>
        <w:t>[φόβοιο] φόβος δὲ ἡ συνδίωξις.</w:t>
      </w:r>
    </w:p>
    <w:p>
      <w:r>
        <w:rPr>
          <w:rFonts w:ascii="Courier New" w:hAnsi="Courier New"/>
          <w:color w:val="555555"/>
          <w:sz w:val="20"/>
        </w:rPr>
        <w:t>[17 . 607]</w:t>
      </w:r>
    </w:p>
    <w:p>
      <w:r>
        <w:rPr>
          <w:rFonts w:ascii="Gentium Plus" w:hAnsi="Gentium Plus"/>
          <w:sz w:val="24"/>
        </w:rPr>
        <w:t>[ἐν καυλῷ] τὸ ἄκρον τοῦ δόρατος—ἐπιδορατίδι.</w:t>
      </w:r>
    </w:p>
    <w:p>
      <w:r>
        <w:rPr>
          <w:rFonts w:ascii="Courier New" w:hAnsi="Courier New"/>
          <w:color w:val="555555"/>
          <w:sz w:val="20"/>
        </w:rPr>
        <w:t>[17 . 611]</w:t>
      </w:r>
    </w:p>
    <w:p>
      <w:r>
        <w:rPr>
          <w:rFonts w:ascii="Gentium Plus" w:hAnsi="Gentium Plus"/>
          <w:sz w:val="24"/>
        </w:rPr>
        <w:t>[Κοίρανον] νῦν ὄνομα κύριον. [Λύκτου] Λύκτος πόλις τῆς Κρήτης.</w:t>
      </w:r>
    </w:p>
    <w:p>
      <w:r>
        <w:rPr>
          <w:rFonts w:ascii="Courier New" w:hAnsi="Courier New"/>
          <w:color w:val="555555"/>
          <w:sz w:val="20"/>
        </w:rPr>
        <w:t>[17 . 612]</w:t>
      </w:r>
    </w:p>
    <w:p>
      <w:r>
        <w:rPr>
          <w:rFonts w:ascii="Gentium Plus" w:hAnsi="Gentium Plus"/>
          <w:sz w:val="24"/>
        </w:rPr>
        <w:t>[πεζὸς] ὁ Μηριόνης δηλονότι πεζὸς παρεγένετο.</w:t>
      </w:r>
    </w:p>
    <w:p>
      <w:r>
        <w:rPr>
          <w:rFonts w:ascii="Courier New" w:hAnsi="Courier New"/>
          <w:color w:val="555555"/>
          <w:sz w:val="20"/>
        </w:rPr>
        <w:t>[17 . 622]</w:t>
      </w:r>
    </w:p>
    <w:p>
      <w:r>
        <w:rPr>
          <w:rFonts w:ascii="Gentium Plus" w:hAnsi="Gentium Plus"/>
          <w:sz w:val="24"/>
        </w:rPr>
        <w:t>[μάστιε] μάστιζε. λέγει δὲ τὸν λέοντα ἐν τῇ οὐρᾷ ἐκ φύσεως ἔχειν λεπτόν τι κεντρῶδες, ὑφ’ οὗ νυττόμενος καὶ πονῶν πλέον ἀγριοῦται.</w:t>
      </w:r>
    </w:p>
    <w:p>
      <w:r>
        <w:rPr>
          <w:rFonts w:ascii="Courier New" w:hAnsi="Courier New"/>
          <w:color w:val="555555"/>
          <w:sz w:val="20"/>
        </w:rPr>
        <w:t>[17 . 640]</w:t>
      </w:r>
    </w:p>
    <w:p>
      <w:r>
        <w:rPr>
          <w:rFonts w:ascii="Gentium Plus" w:hAnsi="Gentium Plus"/>
          <w:sz w:val="24"/>
        </w:rPr>
        <w:t>[εἴη] ἀντὶ τοῦ ἔστω.</w:t>
      </w:r>
    </w:p>
    <w:p>
      <w:r>
        <w:rPr>
          <w:rFonts w:ascii="Courier New" w:hAnsi="Courier New"/>
          <w:color w:val="555555"/>
          <w:sz w:val="20"/>
        </w:rPr>
        <w:t>[17 . 646]</w:t>
      </w:r>
    </w:p>
    <w:p>
      <w:r>
        <w:rPr>
          <w:rFonts w:ascii="Gentium Plus" w:hAnsi="Gentium Plus"/>
          <w:sz w:val="24"/>
        </w:rPr>
        <w:t>[αἴθρην] ἀνέφελον καὶ εὔδιον ἀέρα.</w:t>
      </w:r>
    </w:p>
    <w:p>
      <w:r>
        <w:rPr>
          <w:rFonts w:ascii="Courier New" w:hAnsi="Courier New"/>
          <w:color w:val="555555"/>
          <w:sz w:val="20"/>
        </w:rPr>
        <w:t>[17 . 647]</w:t>
      </w:r>
    </w:p>
    <w:p>
      <w:r>
        <w:rPr>
          <w:rFonts w:ascii="Gentium Plus" w:hAnsi="Gentium Plus"/>
          <w:sz w:val="24"/>
        </w:rPr>
        <w:t>[φάει] φωτί. τὸ δὲ αὐτὸ δηλοῖ τὸ σέλας.</w:t>
      </w:r>
    </w:p>
    <w:p>
      <w:r>
        <w:rPr>
          <w:rFonts w:ascii="Courier New" w:hAnsi="Courier New"/>
          <w:color w:val="555555"/>
          <w:sz w:val="20"/>
        </w:rPr>
        <w:t>[17 . 659]</w:t>
      </w:r>
    </w:p>
    <w:p>
      <w:r>
        <w:rPr>
          <w:rFonts w:ascii="Gentium Plus" w:hAnsi="Gentium Plus"/>
          <w:sz w:val="24"/>
        </w:rPr>
        <w:t>[ἐκ πῖαρ ἑλέσθαι] ἐξαρπάσαι τὴν λιπαρωτάτην τῶν βοῶν.</w:t>
      </w:r>
    </w:p>
    <w:p>
      <w:r>
        <w:rPr>
          <w:rFonts w:ascii="Courier New" w:hAnsi="Courier New"/>
          <w:color w:val="555555"/>
          <w:sz w:val="20"/>
        </w:rPr>
        <w:t>[17 . 667]</w:t>
      </w:r>
    </w:p>
    <w:p>
      <w:r>
        <w:rPr>
          <w:rFonts w:ascii="Gentium Plus" w:hAnsi="Gentium Plus"/>
          <w:sz w:val="24"/>
        </w:rPr>
        <w:t>[πρὸ φόβοιο] ἀντὶ τοῦ ὑπὸ φόβου, ἢ πρὸ τοῦ ἀναγκασθῆναι φεύγειν.</w:t>
      </w:r>
    </w:p>
    <w:p>
      <w:r>
        <w:rPr>
          <w:rFonts w:ascii="Courier New" w:hAnsi="Courier New"/>
          <w:color w:val="555555"/>
          <w:sz w:val="20"/>
        </w:rPr>
        <w:t>[17 . 674]</w:t>
      </w:r>
    </w:p>
    <w:p>
      <w:r>
        <w:rPr>
          <w:rFonts w:ascii="Gentium Plus" w:hAnsi="Gentium Plus"/>
          <w:sz w:val="24"/>
        </w:rPr>
        <w:t>[αἰετὸς] ὄρνις διορατικὸς καὶ ὀξὺς ἐν τῷ ὁρᾶν καὶ ἵπτασθαι. φησὶ γὰρ ὁ Ἀριστοτέλης ὡς ἵστησι τοὺς νεοσσοὺς πρὸς τὸν ἥλιον ἀναγκάζων βλέπειν, καὶ ὁ δυνηθεὶς ὁρᾶν τοῦ αἰετοῦ ἐστιν υἱός.</w:t>
      </w:r>
    </w:p>
    <w:p>
      <w:r>
        <w:rPr>
          <w:rFonts w:ascii="Courier New" w:hAnsi="Courier New"/>
          <w:color w:val="555555"/>
          <w:sz w:val="20"/>
        </w:rPr>
        <w:t>[17 . 676]</w:t>
      </w:r>
    </w:p>
    <w:p>
      <w:r>
        <w:rPr>
          <w:rFonts w:ascii="Gentium Plus" w:hAnsi="Gentium Plus"/>
          <w:sz w:val="24"/>
        </w:rPr>
        <w:t>[πτὼξ] ὁ λαγωός, ἀπὸ τοῦ πτώσσειν.</w:t>
      </w:r>
    </w:p>
    <w:p>
      <w:r>
        <w:rPr>
          <w:rFonts w:ascii="Courier New" w:hAnsi="Courier New"/>
          <w:color w:val="555555"/>
          <w:sz w:val="20"/>
        </w:rPr>
        <w:t>[17 . 680]</w:t>
      </w:r>
    </w:p>
    <w:p>
      <w:r>
        <w:rPr>
          <w:rFonts w:ascii="Gentium Plus" w:hAnsi="Gentium Plus"/>
          <w:sz w:val="24"/>
        </w:rPr>
        <w:t>[δινείσθην] ἐδινοῦντο, ὅ ἐστι περιεστρέφοντο.</w:t>
      </w:r>
    </w:p>
    <w:p>
      <w:r>
        <w:rPr>
          <w:rFonts w:ascii="Courier New" w:hAnsi="Courier New"/>
          <w:color w:val="555555"/>
          <w:sz w:val="20"/>
        </w:rPr>
        <w:t>[17 . 694]</w:t>
      </w:r>
    </w:p>
    <w:p>
      <w:r>
        <w:rPr>
          <w:rFonts w:ascii="Gentium Plus" w:hAnsi="Gentium Plus"/>
          <w:sz w:val="24"/>
        </w:rPr>
        <w:t>κατέστυγε] κατεστύγνασεν, ἐν στυγνότητι καὶ κατηφείᾳ ἐγένετο.</w:t>
      </w:r>
    </w:p>
    <w:p>
      <w:r>
        <w:rPr>
          <w:rFonts w:ascii="Courier New" w:hAnsi="Courier New"/>
          <w:color w:val="555555"/>
          <w:sz w:val="20"/>
        </w:rPr>
        <w:t>[17 . 705]</w:t>
      </w:r>
    </w:p>
    <w:p>
      <w:r>
        <w:rPr>
          <w:rFonts w:ascii="Gentium Plus" w:hAnsi="Gentium Plus"/>
          <w:sz w:val="24"/>
        </w:rPr>
        <w:t>* ἀνῆκεν] ἤτοι ἀνέπεισεν, ἐνέβαλεν ἀφηγεῖσθαι.</w:t>
      </w:r>
    </w:p>
    <w:p>
      <w:r>
        <w:rPr>
          <w:rFonts w:ascii="Courier New" w:hAnsi="Courier New"/>
          <w:color w:val="555555"/>
          <w:sz w:val="20"/>
        </w:rPr>
        <w:t>[17 . 733]</w:t>
      </w:r>
    </w:p>
    <w:p>
      <w:r>
        <w:rPr>
          <w:rFonts w:ascii="Gentium Plus" w:hAnsi="Gentium Plus"/>
          <w:sz w:val="24"/>
        </w:rPr>
        <w:t>[ἐτρέπετο χρὼς] ἠλλάσσετο ἡ ἰδέα τοῦ προσώπου.</w:t>
      </w:r>
    </w:p>
    <w:p>
      <w:r>
        <w:rPr>
          <w:rFonts w:ascii="Courier New" w:hAnsi="Courier New"/>
          <w:color w:val="555555"/>
          <w:sz w:val="20"/>
        </w:rPr>
        <w:t>[17 . 742]</w:t>
      </w:r>
    </w:p>
    <w:p>
      <w:r>
        <w:rPr>
          <w:rFonts w:ascii="Gentium Plus" w:hAnsi="Gentium Plus"/>
          <w:sz w:val="24"/>
        </w:rPr>
        <w:t>κρατερὸν μένος ἀμφιβαλόντες] ἀντιθέντες καὶ ἀντερείσαντες ἀλλήλοις τὰς ἑαυτῶν δυνάμεις, ὅ ἐστι συνάψαντες καὶ ἰσώσαντες.</w:t>
      </w:r>
    </w:p>
    <w:p>
      <w:r>
        <w:rPr>
          <w:rFonts w:ascii="Courier New" w:hAnsi="Courier New"/>
          <w:color w:val="555555"/>
          <w:sz w:val="20"/>
        </w:rPr>
        <w:t>[17 . 747]</w:t>
      </w:r>
    </w:p>
    <w:p>
      <w:r>
        <w:rPr>
          <w:rFonts w:ascii="Gentium Plus" w:hAnsi="Gentium Plus"/>
          <w:sz w:val="24"/>
        </w:rPr>
        <w:t>[ἰσχανέτην] ἐπεῖχον τὴν ὁρμὴν, ἐκώλυον.</w:t>
      </w:r>
    </w:p>
    <w:p>
      <w:r>
        <w:rPr>
          <w:rFonts w:ascii="Courier New" w:hAnsi="Courier New"/>
          <w:color w:val="555555"/>
          <w:sz w:val="20"/>
        </w:rPr>
        <w:t>[17 747-748]</w:t>
      </w:r>
    </w:p>
    <w:p>
      <w:r>
        <w:rPr>
          <w:rFonts w:ascii="Gentium Plus" w:hAnsi="Gentium Plus"/>
          <w:sz w:val="24"/>
        </w:rPr>
        <w:t>[πρὼν ... ὑλήεις] ὑλώδης τόπος, ἐξοχὴ ὄρους.</w:t>
      </w:r>
    </w:p>
    <w:p>
      <w:r>
        <w:rPr>
          <w:rFonts w:ascii="Courier New" w:hAnsi="Courier New"/>
          <w:color w:val="555555"/>
          <w:sz w:val="20"/>
        </w:rPr>
        <w:t>[17 . 748]</w:t>
      </w:r>
    </w:p>
    <w:p>
      <w:r>
        <w:rPr>
          <w:rFonts w:ascii="Gentium Plus" w:hAnsi="Gentium Plus"/>
          <w:sz w:val="24"/>
        </w:rPr>
        <w:t>[πεδίοιο διαπρύσιον τετυχηκώς] παρ’ ὅλον τὸ πεδίον διατεταμέ‐ νως διήκων.</w:t>
      </w:r>
    </w:p>
    <w:p>
      <w:r>
        <w:rPr>
          <w:rFonts w:ascii="Courier New" w:hAnsi="Courier New"/>
          <w:color w:val="555555"/>
          <w:sz w:val="20"/>
        </w:rPr>
        <w:t>[17 . 751]</w:t>
      </w:r>
    </w:p>
    <w:p>
      <w:r>
        <w:rPr>
          <w:rFonts w:ascii="Gentium Plus" w:hAnsi="Gentium Plus"/>
          <w:sz w:val="24"/>
        </w:rPr>
        <w:t>[πλάζων] πλανῶν. νῦν δὲ ἀνακόπτων καὶ ἀνακρούων.</w:t>
      </w:r>
    </w:p>
    <w:p>
      <w:r>
        <w:rPr>
          <w:rFonts w:ascii="Courier New" w:hAnsi="Courier New"/>
          <w:color w:val="555555"/>
          <w:sz w:val="20"/>
        </w:rPr>
        <w:t>[17 . 755]</w:t>
      </w:r>
    </w:p>
    <w:p>
      <w:r>
        <w:rPr>
          <w:rFonts w:ascii="Gentium Plus" w:hAnsi="Gentium Plus"/>
          <w:sz w:val="24"/>
        </w:rPr>
        <w:t>[ψαρῶν .... κολοιῶν] ψᾶρες καὶ κολοιοὶ εἶδος ὀρνέων. ἄλλως· συναγελαστικὸν δὲ ὁ κολοιὸς καὶ φιλάλληλον, ὡς ἡ παροιμία· «αἰεὶ κολοιὸς παρὰ κολοιὸν ἱζάνει.» φασὶ δὲ οὕτω φιλαλλήλους εἶναι, ὡς εἴ τις ἔλαιον ἀπόθηται, ἀφορῶντες εἰς τὴν σκιὰν καὶ κατιόντες</w:t>
      </w:r>
    </w:p>
    <w:p>
      <w:r>
        <w:rPr>
          <w:rFonts w:ascii="Courier New" w:hAnsi="Courier New"/>
          <w:color w:val="555555"/>
          <w:sz w:val="20"/>
        </w:rPr>
        <w:t>[5]</w:t>
      </w:r>
    </w:p>
    <w:p>
      <w:r>
        <w:rPr>
          <w:rFonts w:ascii="Gentium Plus" w:hAnsi="Gentium Plus"/>
          <w:sz w:val="24"/>
        </w:rPr>
        <w:t>δῆθεν πρὸς τοὺς ἑταίρους ἐλαιοῦσθαι. [νέφος] νῦν τὸ πολὺ πλῆθος τῶν ὀρνέων.</w:t>
      </w:r>
    </w:p>
    <w:p>
      <w:r>
        <w:rPr>
          <w:rFonts w:ascii="Courier New" w:hAnsi="Courier New"/>
          <w:color w:val="555555"/>
          <w:sz w:val="20"/>
        </w:rPr>
        <w:t>[17 . 757]</w:t>
      </w:r>
    </w:p>
    <w:p>
      <w:r>
        <w:rPr>
          <w:rFonts w:ascii="Gentium Plus" w:hAnsi="Gentium Plus"/>
          <w:sz w:val="24"/>
        </w:rPr>
        <w:t>[κίρκον] εἶδος ἀετοῦ, ὁ λεγόμενος ἱέραξ· ὁ γὰρ ἀετὸς τὰ μεγάλα φονεύει.</w:t>
      </w:r>
    </w:p>
    <w:p>
      <w:r>
        <w:rPr>
          <w:rFonts w:ascii="Courier New" w:hAnsi="Courier New"/>
          <w:color w:val="555555"/>
          <w:sz w:val="20"/>
        </w:rPr>
        <w:t>[18 . 1]</w:t>
      </w:r>
    </w:p>
    <w:p>
      <w:r>
        <w:rPr>
          <w:rFonts w:ascii="Gentium Plus" w:hAnsi="Gentium Plus"/>
          <w:sz w:val="24"/>
        </w:rPr>
        <w:t>οὕτως μὲν δὴ οὗτοι ἐμάχοντο δίκην θερμοῦ πυρός.</w:t>
      </w:r>
    </w:p>
    <w:p>
      <w:r>
        <w:rPr>
          <w:rFonts w:ascii="Courier New" w:hAnsi="Courier New"/>
          <w:color w:val="555555"/>
          <w:sz w:val="20"/>
        </w:rPr>
        <w:t>[18 . 3]</w:t>
      </w:r>
    </w:p>
    <w:p>
      <w:r>
        <w:rPr>
          <w:rFonts w:ascii="Gentium Plus" w:hAnsi="Gentium Plus"/>
          <w:sz w:val="24"/>
        </w:rPr>
        <w:t>νεῶν ὀρθοκραιράων] ὀρθὰς κεραίας ἐχουσῶν—ὀθόνη.</w:t>
      </w:r>
    </w:p>
    <w:p>
      <w:r>
        <w:rPr>
          <w:rFonts w:ascii="Courier New" w:hAnsi="Courier New"/>
          <w:color w:val="555555"/>
          <w:sz w:val="20"/>
        </w:rPr>
        <w:t>[18 . 9]</w:t>
      </w:r>
    </w:p>
    <w:p>
      <w:r>
        <w:rPr>
          <w:rFonts w:ascii="Gentium Plus" w:hAnsi="Gentium Plus"/>
          <w:sz w:val="24"/>
        </w:rPr>
        <w:t>ἐζήτηται δὲ πῶς—τῇ ὁδῷ.</w:t>
      </w:r>
    </w:p>
    <w:p>
      <w:r>
        <w:rPr>
          <w:rFonts w:ascii="Courier New" w:hAnsi="Courier New"/>
          <w:color w:val="555555"/>
          <w:sz w:val="20"/>
        </w:rPr>
        <w:t>[18 . 10]</w:t>
      </w:r>
    </w:p>
    <w:p>
      <w:r>
        <w:rPr>
          <w:rFonts w:ascii="Gentium Plus" w:hAnsi="Gentium Plus"/>
          <w:sz w:val="24"/>
        </w:rPr>
        <w:t>Μυρμιδόνων τὸν ἄριστον] Ἄκτωρ γένει μὲν ἦν Λοκρὸς, γήμας δὲ—Αἰγίνῃ.</w:t>
      </w:r>
    </w:p>
    <w:p>
      <w:r>
        <w:rPr>
          <w:rFonts w:ascii="Courier New" w:hAnsi="Courier New"/>
          <w:color w:val="555555"/>
          <w:sz w:val="20"/>
        </w:rPr>
        <w:t>[18 . 12]</w:t>
      </w:r>
    </w:p>
    <w:p>
      <w:r>
        <w:rPr>
          <w:rFonts w:ascii="Gentium Plus" w:hAnsi="Gentium Plus"/>
          <w:sz w:val="24"/>
        </w:rPr>
        <w:t>ἧ μάλα δὴ τέθνηκεν] ἀκριβῶς—ἔγημε.</w:t>
      </w:r>
    </w:p>
    <w:p>
      <w:r>
        <w:rPr>
          <w:rFonts w:ascii="Courier New" w:hAnsi="Courier New"/>
          <w:color w:val="555555"/>
          <w:sz w:val="20"/>
        </w:rPr>
        <w:t>[18 . 13]</w:t>
      </w:r>
    </w:p>
    <w:p>
      <w:r>
        <w:rPr>
          <w:rFonts w:ascii="Gentium Plus" w:hAnsi="Gentium Plus"/>
          <w:sz w:val="24"/>
        </w:rPr>
        <w:t>σχέτλιος] ἀντὶ τοῦ σχετλιασμοῦ—ἑαυτὸν δέ.</w:t>
      </w:r>
    </w:p>
    <w:p>
      <w:r>
        <w:rPr>
          <w:rFonts w:ascii="Courier New" w:hAnsi="Courier New"/>
          <w:color w:val="555555"/>
          <w:sz w:val="20"/>
        </w:rPr>
        <w:t>[18 . 20]</w:t>
      </w:r>
    </w:p>
    <w:p>
      <w:r>
        <w:rPr>
          <w:rFonts w:ascii="Gentium Plus" w:hAnsi="Gentium Plus"/>
          <w:sz w:val="24"/>
        </w:rPr>
        <w:t>[κεῖται] ἀντὶ τοῦ ἀνῄρηται, τέθνηκεν.</w:t>
      </w:r>
    </w:p>
    <w:p>
      <w:r>
        <w:rPr>
          <w:rFonts w:ascii="Courier New" w:hAnsi="Courier New"/>
          <w:color w:val="555555"/>
          <w:sz w:val="20"/>
        </w:rPr>
        <w:t>[18 . 22]</w:t>
      </w:r>
    </w:p>
    <w:p>
      <w:r>
        <w:rPr>
          <w:rFonts w:ascii="Gentium Plus" w:hAnsi="Gentium Plus"/>
          <w:sz w:val="24"/>
        </w:rPr>
        <w:t>[ἄχεος νεφέλη] πλῆθος λύπης, ὅ ἐστι πολλὴ λύπη.</w:t>
      </w:r>
    </w:p>
    <w:p>
      <w:r>
        <w:rPr>
          <w:rFonts w:ascii="Courier New" w:hAnsi="Courier New"/>
          <w:color w:val="555555"/>
          <w:sz w:val="20"/>
        </w:rPr>
        <w:t>[18 . 23]</w:t>
      </w:r>
    </w:p>
    <w:p>
      <w:r>
        <w:rPr>
          <w:rFonts w:ascii="Gentium Plus" w:hAnsi="Gentium Plus"/>
          <w:sz w:val="24"/>
        </w:rPr>
        <w:t>[κόνιν] τὴν σποδόν. παρὰ τὸ κεκαῦσθαι.</w:t>
      </w:r>
    </w:p>
    <w:p>
      <w:r>
        <w:rPr>
          <w:rFonts w:ascii="Courier New" w:hAnsi="Courier New"/>
          <w:color w:val="555555"/>
          <w:sz w:val="20"/>
        </w:rPr>
        <w:t>[18 . 28]</w:t>
      </w:r>
    </w:p>
    <w:p>
      <w:r>
        <w:rPr>
          <w:rFonts w:ascii="Gentium Plus" w:hAnsi="Gentium Plus"/>
          <w:sz w:val="24"/>
        </w:rPr>
        <w:t>[ληΐσατο] ἐκ λαφύρων ἐκτήσατο.</w:t>
      </w:r>
    </w:p>
    <w:p>
      <w:r>
        <w:rPr>
          <w:rFonts w:ascii="Courier New" w:hAnsi="Courier New"/>
          <w:color w:val="555555"/>
          <w:sz w:val="20"/>
        </w:rPr>
        <w:t>[18 . 42]</w:t>
      </w:r>
    </w:p>
    <w:p>
      <w:r>
        <w:rPr>
          <w:rFonts w:ascii="Gentium Plus" w:hAnsi="Gentium Plus"/>
          <w:sz w:val="24"/>
        </w:rPr>
        <w:t>Ἴαιρα] ἡ ψιλή.</w:t>
      </w:r>
    </w:p>
    <w:p>
      <w:r>
        <w:rPr>
          <w:rFonts w:ascii="Courier New" w:hAnsi="Courier New"/>
          <w:color w:val="555555"/>
          <w:sz w:val="20"/>
        </w:rPr>
        <w:t>[18 . 53]</w:t>
      </w:r>
    </w:p>
    <w:p>
      <w:r>
        <w:rPr>
          <w:rFonts w:ascii="Gentium Plus" w:hAnsi="Gentium Plus"/>
          <w:sz w:val="24"/>
        </w:rPr>
        <w:t>[εἴδετε] ἀντὶ τοῦ ἴδητε ἢ γνῷτε.</w:t>
      </w:r>
    </w:p>
    <w:p>
      <w:r>
        <w:rPr>
          <w:rFonts w:ascii="Courier New" w:hAnsi="Courier New"/>
          <w:color w:val="555555"/>
          <w:sz w:val="20"/>
        </w:rPr>
        <w:t>[18 . 54]</w:t>
      </w:r>
    </w:p>
    <w:p>
      <w:r>
        <w:rPr>
          <w:rFonts w:ascii="Gentium Plus" w:hAnsi="Gentium Plus"/>
          <w:sz w:val="24"/>
        </w:rPr>
        <w:t>[δυσαριστοτόκεια.] ἐπὶ κακῷ—εὔτεκνος.</w:t>
      </w:r>
    </w:p>
    <w:p>
      <w:r>
        <w:rPr>
          <w:rFonts w:ascii="Courier New" w:hAnsi="Courier New"/>
          <w:color w:val="555555"/>
          <w:sz w:val="20"/>
        </w:rPr>
        <w:t>[18 . 57]</w:t>
      </w:r>
    </w:p>
    <w:p>
      <w:r>
        <w:rPr>
          <w:rFonts w:ascii="Gentium Plus" w:hAnsi="Gentium Plus"/>
          <w:sz w:val="24"/>
        </w:rPr>
        <w:t>[γουνῷ ἀλωῆς] ἐν τῷ γονίμῳ τόπῳ τῆς γῆς.</w:t>
      </w:r>
    </w:p>
    <w:p>
      <w:r>
        <w:rPr>
          <w:rFonts w:ascii="Courier New" w:hAnsi="Courier New"/>
          <w:color w:val="555555"/>
          <w:sz w:val="20"/>
        </w:rPr>
        <w:t>[18 66-67]</w:t>
      </w:r>
    </w:p>
    <w:p>
      <w:r>
        <w:rPr>
          <w:rFonts w:ascii="Gentium Plus" w:hAnsi="Gentium Plus"/>
          <w:sz w:val="24"/>
        </w:rPr>
        <w:t>[περὶ δὲ—ῥήγνυτο] περιερρήγνυτο δὲ αὐταῖς τὰ τῆς θαλάσσης κύματα.</w:t>
      </w:r>
    </w:p>
    <w:p>
      <w:r>
        <w:rPr>
          <w:rFonts w:ascii="Courier New" w:hAnsi="Courier New"/>
          <w:color w:val="555555"/>
          <w:sz w:val="20"/>
        </w:rPr>
        <w:t>[18 . 77]</w:t>
      </w:r>
    </w:p>
    <w:p>
      <w:r>
        <w:rPr>
          <w:rFonts w:ascii="Gentium Plus" w:hAnsi="Gentium Plus"/>
          <w:sz w:val="24"/>
        </w:rPr>
        <w:t>[ἀεκήλια] χαλεπά, ἢ τὰ μὴ ἡσυχίας ἄξια, ταραχώδη.</w:t>
      </w:r>
    </w:p>
    <w:p>
      <w:r>
        <w:rPr>
          <w:rFonts w:ascii="Courier New" w:hAnsi="Courier New"/>
          <w:color w:val="555555"/>
          <w:sz w:val="20"/>
        </w:rPr>
        <w:t>[18 . 93]</w:t>
      </w:r>
    </w:p>
    <w:p>
      <w:r>
        <w:rPr>
          <w:rFonts w:ascii="Gentium Plus" w:hAnsi="Gentium Plus"/>
          <w:sz w:val="24"/>
        </w:rPr>
        <w:t>τιμωρίαν δὲ παράσχῃ ἀξίαν ὑπὲρ τῆς Πατρόκλου ἀναιρέσεως.</w:t>
      </w:r>
    </w:p>
    <w:p>
      <w:r>
        <w:rPr>
          <w:rFonts w:ascii="Courier New" w:hAnsi="Courier New"/>
          <w:color w:val="555555"/>
          <w:sz w:val="20"/>
        </w:rPr>
        <w:t>[18 . 100]</w:t>
      </w:r>
    </w:p>
    <w:p>
      <w:r>
        <w:rPr>
          <w:rFonts w:ascii="Gentium Plus" w:hAnsi="Gentium Plus"/>
          <w:sz w:val="24"/>
        </w:rPr>
        <w:t>ἀρῆς ἀλκτῆρα] βλάβης καὶ κακώσεως ἀποτρεπτικὸν— τὸ ἔδησέ φησιν.</w:t>
      </w:r>
    </w:p>
    <w:p>
      <w:r>
        <w:rPr>
          <w:rFonts w:ascii="Courier New" w:hAnsi="Courier New"/>
          <w:color w:val="555555"/>
          <w:sz w:val="20"/>
        </w:rPr>
        <w:t>[18 . 108]</w:t>
      </w:r>
    </w:p>
    <w:p>
      <w:r>
        <w:rPr>
          <w:rFonts w:ascii="Gentium Plus" w:hAnsi="Gentium Plus"/>
          <w:sz w:val="24"/>
        </w:rPr>
        <w:t>[ἐφέηκε πολύφρονα] παρώξυνε, παρώρμησε τὸν πάνυ σώφρονα καὶ συνετόν.</w:t>
      </w:r>
    </w:p>
    <w:p>
      <w:r>
        <w:rPr>
          <w:rFonts w:ascii="Courier New" w:hAnsi="Courier New"/>
          <w:color w:val="555555"/>
          <w:sz w:val="20"/>
        </w:rPr>
        <w:t>[18 . 128]</w:t>
      </w:r>
    </w:p>
    <w:p>
      <w:r>
        <w:rPr>
          <w:rFonts w:ascii="Gentium Plus" w:hAnsi="Gentium Plus"/>
          <w:sz w:val="24"/>
        </w:rPr>
        <w:t>** [ταῦτά γε] γράφεται «τοῦτό γε».</w:t>
      </w:r>
    </w:p>
    <w:p>
      <w:r>
        <w:rPr>
          <w:rFonts w:ascii="Courier New" w:hAnsi="Courier New"/>
          <w:color w:val="555555"/>
          <w:sz w:val="20"/>
        </w:rPr>
        <w:t>[18 . 136]</w:t>
      </w:r>
    </w:p>
    <w:p>
      <w:r>
        <w:rPr>
          <w:rFonts w:ascii="Gentium Plus" w:hAnsi="Gentium Plus"/>
          <w:sz w:val="24"/>
        </w:rPr>
        <w:t>[ἠῶθεν] ἕωθεν, ὄρθρου, πρὸ τοῦ τὸν ἥλιον ἀνατεῖλαι.</w:t>
      </w:r>
    </w:p>
    <w:p>
      <w:r>
        <w:rPr>
          <w:rFonts w:ascii="Courier New" w:hAnsi="Courier New"/>
          <w:color w:val="555555"/>
          <w:sz w:val="20"/>
        </w:rPr>
        <w:t>[18 . 161]</w:t>
      </w:r>
    </w:p>
    <w:p>
      <w:r>
        <w:rPr>
          <w:rFonts w:ascii="Gentium Plus" w:hAnsi="Gentium Plus"/>
          <w:sz w:val="24"/>
        </w:rPr>
        <w:t>[αἴθωνα] διάπυρον, θερμόν. «ἀπὸ σώματος» δὲ ἀπό τινος ζῴου—λέοντα.</w:t>
      </w:r>
    </w:p>
    <w:p>
      <w:r>
        <w:rPr>
          <w:rFonts w:ascii="Courier New" w:hAnsi="Courier New"/>
          <w:color w:val="555555"/>
          <w:sz w:val="20"/>
        </w:rPr>
        <w:t>[18 . 168]</w:t>
      </w:r>
    </w:p>
    <w:p>
      <w:r>
        <w:rPr>
          <w:rFonts w:ascii="Gentium Plus" w:hAnsi="Gentium Plus"/>
          <w:sz w:val="24"/>
        </w:rPr>
        <w:t>[κρύβδα—θεῶν] λαθραίως οὐρανοῦ καὶ τῶν ἄλλων στοιχείων.</w:t>
      </w:r>
    </w:p>
    <w:p>
      <w:r>
        <w:rPr>
          <w:rFonts w:ascii="Courier New" w:hAnsi="Courier New"/>
          <w:color w:val="555555"/>
          <w:sz w:val="20"/>
        </w:rPr>
        <w:t>[18 . 178]</w:t>
      </w:r>
    </w:p>
    <w:p>
      <w:r>
        <w:rPr>
          <w:rFonts w:ascii="Gentium Plus" w:hAnsi="Gentium Plus"/>
          <w:sz w:val="24"/>
        </w:rPr>
        <w:t>* [μηκέτι κεῖσο] μηδὲ ἀργῶς διατέλει. * [σέβας] 〈τὸ〉 αἰδοῦς καὶ σεβασμοῦ ἄξιον</w:t>
      </w:r>
    </w:p>
    <w:p>
      <w:r>
        <w:rPr>
          <w:rFonts w:ascii="Courier New" w:hAnsi="Courier New"/>
          <w:color w:val="555555"/>
          <w:sz w:val="20"/>
        </w:rPr>
        <w:t>[18 . 184]</w:t>
      </w:r>
    </w:p>
    <w:p>
      <w:r>
        <w:rPr>
          <w:rFonts w:ascii="Gentium Plus" w:hAnsi="Gentium Plus"/>
          <w:sz w:val="24"/>
        </w:rPr>
        <w:t>* τῆς προσωποποιΐας.</w:t>
      </w:r>
    </w:p>
    <w:p>
      <w:r>
        <w:rPr>
          <w:rFonts w:ascii="Courier New" w:hAnsi="Courier New"/>
          <w:color w:val="555555"/>
          <w:sz w:val="20"/>
        </w:rPr>
        <w:t>[18 . 191]</w:t>
      </w:r>
    </w:p>
    <w:p>
      <w:r>
        <w:rPr>
          <w:rFonts w:ascii="Gentium Plus" w:hAnsi="Gentium Plus"/>
          <w:sz w:val="24"/>
        </w:rPr>
        <w:t>[Ἡφαίστοιο πάρα] παρ’ Ἡφαίστου. ὁ τρόπος ἀναστροφή.</w:t>
      </w:r>
    </w:p>
    <w:p>
      <w:r>
        <w:rPr>
          <w:rFonts w:ascii="Courier New" w:hAnsi="Courier New"/>
          <w:color w:val="555555"/>
          <w:sz w:val="20"/>
        </w:rPr>
        <w:t>[18 . 192]</w:t>
      </w:r>
    </w:p>
    <w:p>
      <w:r>
        <w:rPr>
          <w:rFonts w:ascii="Gentium Plus" w:hAnsi="Gentium Plus"/>
          <w:sz w:val="24"/>
        </w:rPr>
        <w:t>ἄλλου δὲ οὐδενὸς οἶδα ἁρμόζουσάν μοι πανοπλίαν. διὰ τί δέ φασί, τὴν Πατρόκλου πανοπλίαν οὐκ ἀναλαμβάνει ὁ Ἀχιλλεὺς, ἐπειδὴ καὶ Πατρόκλῳ τὰ αὑτοῦ ἥρμοσε; τινὲς δέ φασιν ὅτι καταγέλαστον—τοῖς τεθαρρηκόσι, οἱ δὲ ὅτι τὴν Πατρό‐</w:t>
      </w:r>
    </w:p>
    <w:p>
      <w:r>
        <w:rPr>
          <w:rFonts w:ascii="Courier New" w:hAnsi="Courier New"/>
          <w:color w:val="555555"/>
          <w:sz w:val="20"/>
        </w:rPr>
        <w:t>[5]</w:t>
      </w:r>
    </w:p>
    <w:p>
      <w:r>
        <w:rPr>
          <w:rFonts w:ascii="Gentium Plus" w:hAnsi="Gentium Plus"/>
          <w:sz w:val="24"/>
        </w:rPr>
        <w:t>κλου Αὐτομέδων εἶχεν, ἵνα διαπαντὸς Ἀχιλλέως ἡνίοχος νομίζηται.</w:t>
      </w:r>
    </w:p>
    <w:p>
      <w:r>
        <w:rPr>
          <w:rFonts w:ascii="Courier New" w:hAnsi="Courier New"/>
          <w:color w:val="555555"/>
          <w:sz w:val="20"/>
        </w:rPr>
        <w:t>[18 . 205]</w:t>
      </w:r>
    </w:p>
    <w:p>
      <w:r>
        <w:rPr>
          <w:rFonts w:ascii="Gentium Plus" w:hAnsi="Gentium Plus"/>
          <w:sz w:val="24"/>
        </w:rPr>
        <w:t>* [ἀμφὶ—ἔστεφε] τὴν δὲ κεφαλὴν αὐτοῦ νέφει ἐκά‐ λυψεν</w:t>
      </w:r>
    </w:p>
    <w:p>
      <w:r>
        <w:rPr>
          <w:rFonts w:ascii="Courier New" w:hAnsi="Courier New"/>
          <w:color w:val="555555"/>
          <w:sz w:val="20"/>
        </w:rPr>
        <w:t>[18 . 207]</w:t>
      </w:r>
    </w:p>
    <w:p>
      <w:r>
        <w:rPr>
          <w:rFonts w:ascii="Gentium Plus" w:hAnsi="Gentium Plus"/>
          <w:sz w:val="24"/>
        </w:rPr>
        <w:t>ὡς δ’ ὅτε καπνὸς] ἔθος ἦν τοῖς ἀρχαίοις—ἡ σάλ‐ πιγξ</w:t>
      </w:r>
    </w:p>
    <w:p>
      <w:r>
        <w:rPr>
          <w:rFonts w:ascii="Courier New" w:hAnsi="Courier New"/>
          <w:color w:val="555555"/>
          <w:sz w:val="20"/>
        </w:rPr>
        <w:t>[18 . 211]</w:t>
      </w:r>
    </w:p>
    <w:p>
      <w:r>
        <w:rPr>
          <w:rFonts w:ascii="Gentium Plus" w:hAnsi="Gentium Plus"/>
          <w:sz w:val="24"/>
        </w:rPr>
        <w:t>[πυρσοὶ] πυρσὸς τὸ ἐκ φρυγανώδους ὕλης ἀναπτόμενον πῦρ.</w:t>
      </w:r>
    </w:p>
    <w:p>
      <w:r>
        <w:rPr>
          <w:rFonts w:ascii="Courier New" w:hAnsi="Courier New"/>
          <w:color w:val="555555"/>
          <w:sz w:val="20"/>
        </w:rPr>
        <w:t>[18 . 216]</w:t>
      </w:r>
    </w:p>
    <w:p>
      <w:r>
        <w:rPr>
          <w:rFonts w:ascii="Gentium Plus" w:hAnsi="Gentium Plus"/>
          <w:sz w:val="24"/>
        </w:rPr>
        <w:t>[ὠπίζετ’ ἐφετμὴν] ἔστρεφε τὴν φροντίδα, 〈ἢ〉 ἐποιεῖτο προσταγήν.</w:t>
      </w:r>
    </w:p>
    <w:p>
      <w:r>
        <w:rPr>
          <w:rFonts w:ascii="Courier New" w:hAnsi="Courier New"/>
          <w:color w:val="555555"/>
          <w:sz w:val="20"/>
        </w:rPr>
        <w:t>[18 . 219]</w:t>
      </w:r>
    </w:p>
    <w:p>
      <w:r>
        <w:rPr>
          <w:rFonts w:ascii="Gentium Plus" w:hAnsi="Gentium Plus"/>
          <w:sz w:val="24"/>
        </w:rPr>
        <w:t>ἀπὸ τῶν ἰδίων—ἐσάλπιζον.</w:t>
      </w:r>
    </w:p>
    <w:p>
      <w:r>
        <w:rPr>
          <w:rFonts w:ascii="Courier New" w:hAnsi="Courier New"/>
          <w:color w:val="555555"/>
          <w:sz w:val="20"/>
        </w:rPr>
        <w:t>[18 . 224]</w:t>
      </w:r>
    </w:p>
    <w:p>
      <w:r>
        <w:rPr>
          <w:rFonts w:ascii="Gentium Plus" w:hAnsi="Gentium Plus"/>
          <w:sz w:val="24"/>
        </w:rPr>
        <w:t>[ἂψ ὄχεα τρόπεον] εἰς τοὐπίσω περιέστρεφον τὰ ἅρματα. [ὄσσοντο] προεώρων κατὰ διάνοιαν, προέβλεπον.</w:t>
      </w:r>
    </w:p>
    <w:p>
      <w:r>
        <w:rPr>
          <w:rFonts w:ascii="Courier New" w:hAnsi="Courier New"/>
          <w:color w:val="555555"/>
          <w:sz w:val="20"/>
        </w:rPr>
        <w:t>[18 . 236]</w:t>
      </w:r>
    </w:p>
    <w:p>
      <w:r>
        <w:rPr>
          <w:rFonts w:ascii="Gentium Plus" w:hAnsi="Gentium Plus"/>
          <w:sz w:val="24"/>
        </w:rPr>
        <w:t>[ἐν φέρτρῳ] ἐν κλινιδίῳ, ἐν ᾧ κατατίθενται οἱ νεκροί.</w:t>
      </w:r>
    </w:p>
    <w:p>
      <w:r>
        <w:rPr>
          <w:rFonts w:ascii="Courier New" w:hAnsi="Courier New"/>
          <w:color w:val="555555"/>
          <w:sz w:val="20"/>
        </w:rPr>
        <w:t>[18 . 245]</w:t>
      </w:r>
    </w:p>
    <w:p>
      <w:r>
        <w:rPr>
          <w:rFonts w:ascii="Gentium Plus" w:hAnsi="Gentium Plus"/>
          <w:sz w:val="24"/>
        </w:rPr>
        <w:t>πρὸς τί, φασὶν, ἐκκλησίαν ἀθροίζει; τινὲς μὲν οὖν— δημηγορεῖν τὸν Ἕκτορα.</w:t>
      </w:r>
    </w:p>
    <w:p>
      <w:r>
        <w:rPr>
          <w:rFonts w:ascii="Courier New" w:hAnsi="Courier New"/>
          <w:color w:val="555555"/>
          <w:sz w:val="20"/>
        </w:rPr>
        <w:t>[18 . 250]</w:t>
      </w:r>
    </w:p>
    <w:p>
      <w:r>
        <w:rPr>
          <w:rFonts w:ascii="Gentium Plus" w:hAnsi="Gentium Plus"/>
          <w:sz w:val="24"/>
        </w:rPr>
        <w:t>[πρόσσω καὶ ὀπίσσω] εἰς τὸ παρῳχηκὸς καὶ εἰς τὸ μέλλον.</w:t>
      </w:r>
    </w:p>
    <w:p>
      <w:r>
        <w:rPr>
          <w:rFonts w:ascii="Courier New" w:hAnsi="Courier New"/>
          <w:color w:val="555555"/>
          <w:sz w:val="20"/>
        </w:rPr>
        <w:t>[18 . 258]</w:t>
      </w:r>
    </w:p>
    <w:p>
      <w:r>
        <w:rPr>
          <w:rFonts w:ascii="Gentium Plus" w:hAnsi="Gentium Plus"/>
          <w:sz w:val="24"/>
        </w:rPr>
        <w:t>[ῥηΐτεροι πολεμίζειν] εὐκολώτεροι, εὐκαταγωνιστότεροι. [πολεμίζειν] ἀντὶ τοῦ πολεμίζεσθαι.</w:t>
      </w:r>
    </w:p>
    <w:p>
      <w:r>
        <w:rPr>
          <w:rFonts w:ascii="Courier New" w:hAnsi="Courier New"/>
          <w:color w:val="555555"/>
          <w:sz w:val="20"/>
        </w:rPr>
        <w:t>[18 . 264]</w:t>
      </w:r>
    </w:p>
    <w:p>
      <w:r>
        <w:rPr>
          <w:rFonts w:ascii="Gentium Plus" w:hAnsi="Gentium Plus"/>
          <w:sz w:val="24"/>
        </w:rPr>
        <w:t>[μένος Ἄρηος δατέονται] ἀντὶ τοῦ 〈πολεμοῦσι,〉 μάχονται. περίφρασις ὁ τρόπος.</w:t>
      </w:r>
    </w:p>
    <w:p>
      <w:r>
        <w:rPr>
          <w:rFonts w:ascii="Courier New" w:hAnsi="Courier New"/>
          <w:color w:val="555555"/>
          <w:sz w:val="20"/>
        </w:rPr>
        <w:t>[5]</w:t>
      </w:r>
    </w:p>
    <w:p>
      <w:r>
        <w:rPr>
          <w:rFonts w:ascii="Gentium Plus" w:hAnsi="Gentium Plus"/>
          <w:sz w:val="24"/>
        </w:rPr>
        <w:t>ὁτὲ δὲ ἐδίωκον.</w:t>
      </w:r>
    </w:p>
    <w:p>
      <w:r>
        <w:rPr>
          <w:rFonts w:ascii="Courier New" w:hAnsi="Courier New"/>
          <w:color w:val="555555"/>
          <w:sz w:val="20"/>
        </w:rPr>
        <w:t>[18 269-270]</w:t>
      </w:r>
    </w:p>
    <w:p>
      <w:r>
        <w:rPr>
          <w:rFonts w:ascii="Gentium Plus" w:hAnsi="Gentium Plus"/>
          <w:sz w:val="24"/>
        </w:rPr>
        <w:t>* [εὖ νύ τις αὐτὸν γνώσεται] κακόν τι παθὼν ὑπ’ αὐτοῦ.</w:t>
      </w:r>
    </w:p>
    <w:p>
      <w:r>
        <w:rPr>
          <w:rFonts w:ascii="Courier New" w:hAnsi="Courier New"/>
          <w:color w:val="555555"/>
          <w:sz w:val="20"/>
        </w:rPr>
        <w:t>[18 . 272]</w:t>
      </w:r>
    </w:p>
    <w:p>
      <w:r>
        <w:rPr>
          <w:rFonts w:ascii="Gentium Plus" w:hAnsi="Gentium Plus"/>
          <w:sz w:val="24"/>
        </w:rPr>
        <w:t>* [αἲ γὰρ—γένοιτο] ὤφελον γὰρ ἀπὸ τῆς ἀκοῆς τῆς ἐμῆς γενέσθαι, οἷον μηδέποτε ταῦτα λεγόμενα ἀκούεσθαι. [ἀπ’ οὔατος] τινὲς δὲ ἀπούατον—τουτέστι δειλός.</w:t>
      </w:r>
    </w:p>
    <w:p>
      <w:r>
        <w:rPr>
          <w:rFonts w:ascii="Courier New" w:hAnsi="Courier New"/>
          <w:color w:val="555555"/>
          <w:sz w:val="20"/>
        </w:rPr>
        <w:t>[18 . 274]</w:t>
      </w:r>
    </w:p>
    <w:p>
      <w:r>
        <w:rPr>
          <w:rFonts w:ascii="Gentium Plus" w:hAnsi="Gentium Plus"/>
          <w:sz w:val="24"/>
        </w:rPr>
        <w:t>* [νύκτα—ἕξομεν] τὴν μὲν νύκτα μενοῦμεν ἐπ’ ἐκκλησίας, βουλευόμενοι δηλαδὴ, ἢ τῆς βουλῆς ἐπικρατήσομεν, ὅ ἐστιν ἐν συναθροίσει μενοῦμεν.</w:t>
      </w:r>
    </w:p>
    <w:p>
      <w:r>
        <w:rPr>
          <w:rFonts w:ascii="Courier New" w:hAnsi="Courier New"/>
          <w:color w:val="555555"/>
          <w:sz w:val="20"/>
        </w:rPr>
        <w:t>[18 . 281]</w:t>
      </w:r>
    </w:p>
    <w:p>
      <w:r>
        <w:rPr>
          <w:rFonts w:ascii="Gentium Plus" w:hAnsi="Gentium Plus"/>
          <w:sz w:val="24"/>
        </w:rPr>
        <w:t>* [ἠλασκάζων] περιτρέχων μάτην τὸ τεῖχος καὶ περιπλανώμε‐ νος.</w:t>
      </w:r>
    </w:p>
    <w:p>
      <w:r>
        <w:rPr>
          <w:rFonts w:ascii="Courier New" w:hAnsi="Courier New"/>
          <w:color w:val="555555"/>
          <w:sz w:val="20"/>
        </w:rPr>
        <w:t>[18 . 291]</w:t>
      </w:r>
    </w:p>
    <w:p>
      <w:r>
        <w:rPr>
          <w:rFonts w:ascii="Gentium Plus" w:hAnsi="Gentium Plus"/>
          <w:sz w:val="24"/>
        </w:rPr>
        <w:t>[Μῃονίην] Λυδίαν· οὕτω γὰρ πρότερον ἐκαλεῖτο</w:t>
      </w:r>
    </w:p>
    <w:p>
      <w:r>
        <w:rPr>
          <w:rFonts w:ascii="Courier New" w:hAnsi="Courier New"/>
          <w:color w:val="555555"/>
          <w:sz w:val="20"/>
        </w:rPr>
        <w:t>[18 . 300]</w:t>
      </w:r>
    </w:p>
    <w:p>
      <w:r>
        <w:rPr>
          <w:rFonts w:ascii="Gentium Plus" w:hAnsi="Gentium Plus"/>
          <w:sz w:val="24"/>
        </w:rPr>
        <w:t>Τρώων δ’ ὃς κτεάτεσσιν] τῶν Τρώων—δαπανηθῆναι.</w:t>
      </w:r>
    </w:p>
    <w:p>
      <w:r>
        <w:rPr>
          <w:rFonts w:ascii="Courier New" w:hAnsi="Courier New"/>
          <w:color w:val="555555"/>
          <w:sz w:val="20"/>
        </w:rPr>
        <w:t>[18 . 301]</w:t>
      </w:r>
    </w:p>
    <w:p>
      <w:r>
        <w:rPr>
          <w:rFonts w:ascii="Gentium Plus" w:hAnsi="Gentium Plus"/>
          <w:sz w:val="24"/>
        </w:rPr>
        <w:t>* [καταδημοβορῆσαι] δημόσια αὐτὰ ἀναλῶσαι, ὑπὲρ τοῦ κοινοῦ.</w:t>
      </w:r>
    </w:p>
    <w:p>
      <w:r>
        <w:rPr>
          <w:rFonts w:ascii="Courier New" w:hAnsi="Courier New"/>
          <w:color w:val="555555"/>
          <w:sz w:val="20"/>
        </w:rPr>
        <w:t>[18 301bis]</w:t>
      </w:r>
    </w:p>
    <w:p>
      <w:r>
        <w:rPr>
          <w:rFonts w:ascii="Gentium Plus" w:hAnsi="Gentium Plus"/>
          <w:sz w:val="24"/>
        </w:rPr>
        <w:t>[δότω καταδημοβορῆσαι] καταναλῶσαι δότω αὐτὰ τῷ πλήθει.</w:t>
      </w:r>
    </w:p>
    <w:p>
      <w:r>
        <w:rPr>
          <w:rFonts w:ascii="Courier New" w:hAnsi="Courier New"/>
          <w:color w:val="555555"/>
          <w:sz w:val="20"/>
        </w:rPr>
        <w:t>[18 . 302]</w:t>
      </w:r>
    </w:p>
    <w:p>
      <w:r>
        <w:rPr>
          <w:rFonts w:ascii="Gentium Plus" w:hAnsi="Gentium Plus"/>
          <w:sz w:val="24"/>
        </w:rPr>
        <w:t>* [τῶν τινα—ἐπαυρέμεν] λείπει τὸ του, ἵν’ ᾖ· «τούτων τινὰ βέλτερον ἐπαυρέμεν», ὅ ἐστιν ἀπόνασθαι, ἀπο‐ λαῦσαι.</w:t>
      </w:r>
    </w:p>
    <w:p>
      <w:r>
        <w:rPr>
          <w:rFonts w:ascii="Courier New" w:hAnsi="Courier New"/>
          <w:color w:val="555555"/>
          <w:sz w:val="20"/>
        </w:rPr>
        <w:t>[18 . 306]</w:t>
      </w:r>
    </w:p>
    <w:p>
      <w:r>
        <w:rPr>
          <w:rFonts w:ascii="Gentium Plus" w:hAnsi="Gentium Plus"/>
          <w:sz w:val="24"/>
        </w:rPr>
        <w:t>* [ἄλγιον—ἔσσεται] ἐπὶ βλάβῃ τῇ ἑαυτοῦ ποιήσει.</w:t>
      </w:r>
    </w:p>
    <w:p>
      <w:r>
        <w:rPr>
          <w:rFonts w:ascii="Courier New" w:hAnsi="Courier New"/>
          <w:color w:val="555555"/>
          <w:sz w:val="20"/>
        </w:rPr>
        <w:t>[18 . 309]</w:t>
      </w:r>
    </w:p>
    <w:p>
      <w:r>
        <w:rPr>
          <w:rFonts w:ascii="Gentium Plus" w:hAnsi="Gentium Plus"/>
          <w:sz w:val="24"/>
        </w:rPr>
        <w:t>* [καὶ τὸν ἐλπίζοντα—ἀναιρεθῆναι.</w:t>
      </w:r>
    </w:p>
    <w:p>
      <w:r>
        <w:rPr>
          <w:rFonts w:ascii="Courier New" w:hAnsi="Courier New"/>
          <w:color w:val="555555"/>
          <w:sz w:val="20"/>
        </w:rPr>
        <w:t>[18 . 316]</w:t>
      </w:r>
    </w:p>
    <w:p>
      <w:r>
        <w:rPr>
          <w:rFonts w:ascii="Gentium Plus" w:hAnsi="Gentium Plus"/>
          <w:sz w:val="24"/>
        </w:rPr>
        <w:t>* [ἀδινοῦ] φοβεροῦ, γοεροῦ, θρηνώδους.</w:t>
      </w:r>
    </w:p>
    <w:p>
      <w:r>
        <w:rPr>
          <w:rFonts w:ascii="Courier New" w:hAnsi="Courier New"/>
          <w:color w:val="555555"/>
          <w:sz w:val="20"/>
        </w:rPr>
        <w:t>[18 . 317]</w:t>
      </w:r>
    </w:p>
    <w:p>
      <w:r>
        <w:rPr>
          <w:rFonts w:ascii="Gentium Plus" w:hAnsi="Gentium Plus"/>
          <w:sz w:val="24"/>
        </w:rPr>
        <w:t>ἀμφίβολον—πρότερον.</w:t>
      </w:r>
    </w:p>
    <w:p>
      <w:r>
        <w:rPr>
          <w:rFonts w:ascii="Courier New" w:hAnsi="Courier New"/>
          <w:color w:val="555555"/>
          <w:sz w:val="20"/>
        </w:rPr>
        <w:t>[18 . 319]</w:t>
      </w:r>
    </w:p>
    <w:p>
      <w:r>
        <w:rPr>
          <w:rFonts w:ascii="Gentium Plus" w:hAnsi="Gentium Plus"/>
          <w:sz w:val="24"/>
        </w:rPr>
        <w:t>ὑπὸ σκύμνους] ὀξυτονουμένης μὲν τῆς πρώτης συλλαβῆς τὰ τοῦ λέοντος δηλοῖ ἔγγονα, βαρυνομένης δὲ τὰ τῶν ἄλλων ζῴων.</w:t>
      </w:r>
    </w:p>
    <w:p>
      <w:r>
        <w:rPr>
          <w:rFonts w:ascii="Courier New" w:hAnsi="Courier New"/>
          <w:color w:val="555555"/>
          <w:sz w:val="20"/>
        </w:rPr>
        <w:t>[18 . 321]</w:t>
      </w:r>
    </w:p>
    <w:p>
      <w:r>
        <w:rPr>
          <w:rFonts w:ascii="Gentium Plus" w:hAnsi="Gentium Plus"/>
          <w:sz w:val="24"/>
        </w:rPr>
        <w:t>[ἄγκεα] τοὺς συνδένδρους τόπους τῶν ὀρῶν.</w:t>
      </w:r>
    </w:p>
    <w:p>
      <w:r>
        <w:rPr>
          <w:rFonts w:ascii="Courier New" w:hAnsi="Courier New"/>
          <w:color w:val="555555"/>
          <w:sz w:val="20"/>
        </w:rPr>
        <w:t>[18 . 326]</w:t>
      </w:r>
    </w:p>
    <w:p>
      <w:r>
        <w:rPr>
          <w:rFonts w:ascii="Gentium Plus" w:hAnsi="Gentium Plus"/>
          <w:sz w:val="24"/>
        </w:rPr>
        <w:t>[Ὀπόεντα] Ὀποῦντα. πόλις Λοκρίδος.</w:t>
      </w:r>
    </w:p>
    <w:p>
      <w:r>
        <w:rPr>
          <w:rFonts w:ascii="Courier New" w:hAnsi="Courier New"/>
          <w:color w:val="555555"/>
          <w:sz w:val="20"/>
        </w:rPr>
        <w:t>[18 . 341]</w:t>
      </w:r>
    </w:p>
    <w:p>
      <w:r>
        <w:rPr>
          <w:rFonts w:ascii="Gentium Plus" w:hAnsi="Gentium Plus"/>
          <w:sz w:val="24"/>
        </w:rPr>
        <w:t>[καμόμεσθα] μετὰ κακοπαθείας ἐκτησάμεθα καὶ πόνου.</w:t>
      </w:r>
    </w:p>
    <w:p>
      <w:r>
        <w:rPr>
          <w:rFonts w:ascii="Courier New" w:hAnsi="Courier New"/>
          <w:color w:val="555555"/>
          <w:sz w:val="20"/>
        </w:rPr>
        <w:t>[18 . 344]</w:t>
      </w:r>
    </w:p>
    <w:p>
      <w:r>
        <w:rPr>
          <w:rFonts w:ascii="Gentium Plus" w:hAnsi="Gentium Plus"/>
          <w:sz w:val="24"/>
        </w:rPr>
        <w:t>[ἀμφὶ—τρίποδα] ἐν τῷ πυρὶ θερμᾶναι τὸ ὕδωρ.</w:t>
      </w:r>
    </w:p>
    <w:p>
      <w:r>
        <w:rPr>
          <w:rFonts w:ascii="Courier New" w:hAnsi="Courier New"/>
          <w:color w:val="555555"/>
          <w:sz w:val="20"/>
        </w:rPr>
        <w:t>[18 . 346]</w:t>
      </w:r>
    </w:p>
    <w:p>
      <w:r>
        <w:rPr>
          <w:rFonts w:ascii="Gentium Plus" w:hAnsi="Gentium Plus"/>
          <w:sz w:val="24"/>
        </w:rPr>
        <w:t>[λοετροχόον] ἐξ οὗ τὰ λουτρὰ καὶ καθάρσια γίνονται.</w:t>
      </w:r>
    </w:p>
    <w:p>
      <w:r>
        <w:rPr>
          <w:rFonts w:ascii="Courier New" w:hAnsi="Courier New"/>
          <w:color w:val="555555"/>
          <w:sz w:val="20"/>
        </w:rPr>
        <w:t>[18 . 351]</w:t>
      </w:r>
    </w:p>
    <w:p>
      <w:r>
        <w:rPr>
          <w:rFonts w:ascii="Gentium Plus" w:hAnsi="Gentium Plus"/>
          <w:sz w:val="24"/>
        </w:rPr>
        <w:t>[ἐννεώροιο] ἐνναετοῦς, παλαιοῦ· ὧρος γὰρ ὁ χρόνος.</w:t>
      </w:r>
    </w:p>
    <w:p>
      <w:r>
        <w:rPr>
          <w:rFonts w:ascii="Courier New" w:hAnsi="Courier New"/>
          <w:color w:val="555555"/>
          <w:sz w:val="20"/>
        </w:rPr>
        <w:t>[18 . 352]</w:t>
      </w:r>
    </w:p>
    <w:p>
      <w:r>
        <w:rPr>
          <w:rFonts w:ascii="Gentium Plus" w:hAnsi="Gentium Plus"/>
          <w:sz w:val="24"/>
        </w:rPr>
        <w:t>* [ἐανῷ λιτί] λεπτῷ πέπλῳ, λιτῷ, ἀποικίλῳ ὑφάσματι. Gen II ajoute: παρὰ τὸ ἕννυσθαι</w:t>
      </w:r>
    </w:p>
    <w:p>
      <w:r>
        <w:rPr>
          <w:rFonts w:ascii="Courier New" w:hAnsi="Courier New"/>
          <w:color w:val="555555"/>
          <w:sz w:val="20"/>
        </w:rPr>
        <w:t>[18 . 357]</w:t>
      </w:r>
    </w:p>
    <w:p>
      <w:r>
        <w:rPr>
          <w:rFonts w:ascii="Gentium Plus" w:hAnsi="Gentium Plus"/>
          <w:sz w:val="24"/>
        </w:rPr>
        <w:t>[ἔπρηξας] ἐξετέλεσας—τὸν Ἀχιλλέα.</w:t>
      </w:r>
    </w:p>
    <w:p>
      <w:r>
        <w:rPr>
          <w:rFonts w:ascii="Courier New" w:hAnsi="Courier New"/>
          <w:color w:val="555555"/>
          <w:sz w:val="20"/>
        </w:rPr>
        <w:t>[18 . 362]</w:t>
      </w:r>
    </w:p>
    <w:p>
      <w:r>
        <w:rPr>
          <w:rFonts w:ascii="Gentium Plus" w:hAnsi="Gentium Plus"/>
          <w:sz w:val="24"/>
        </w:rPr>
        <w:t>βροτός] προσληπτέον τὸ κακόν, ἵν’ ᾖ· καὶ μὴν ἄνθρωπος ἀνθρώπῳ κακὸν κατασκευάζει.</w:t>
      </w:r>
    </w:p>
    <w:p>
      <w:r>
        <w:rPr>
          <w:rFonts w:ascii="Courier New" w:hAnsi="Courier New"/>
          <w:color w:val="555555"/>
          <w:sz w:val="20"/>
        </w:rPr>
        <w:t>[18 . 373]</w:t>
      </w:r>
    </w:p>
    <w:p>
      <w:r>
        <w:rPr>
          <w:rFonts w:ascii="Gentium Plus" w:hAnsi="Gentium Plus"/>
          <w:sz w:val="24"/>
        </w:rPr>
        <w:t>[ἐείκοσι πάντας] περισσὸν τὸ «πάντας», εἴκοσι δέ.</w:t>
      </w:r>
    </w:p>
    <w:p>
      <w:r>
        <w:rPr>
          <w:rFonts w:ascii="Courier New" w:hAnsi="Courier New"/>
          <w:color w:val="555555"/>
          <w:sz w:val="20"/>
        </w:rPr>
        <w:t>[18 . 375]</w:t>
      </w:r>
    </w:p>
    <w:p>
      <w:r>
        <w:rPr>
          <w:rFonts w:ascii="Gentium Plus" w:hAnsi="Gentium Plus"/>
          <w:sz w:val="24"/>
        </w:rPr>
        <w:t>ἑκάστῳ δὲ πυθμένι χρυσοῦς κύκλους ἐπέβαλλεν.</w:t>
      </w:r>
    </w:p>
    <w:p>
      <w:r>
        <w:rPr>
          <w:rFonts w:ascii="Courier New" w:hAnsi="Courier New"/>
          <w:color w:val="555555"/>
          <w:sz w:val="20"/>
        </w:rPr>
        <w:t>[18 . 376]</w:t>
      </w:r>
    </w:p>
    <w:p>
      <w:r>
        <w:rPr>
          <w:rFonts w:ascii="Gentium Plus" w:hAnsi="Gentium Plus"/>
          <w:sz w:val="24"/>
        </w:rPr>
        <w:t>[θεῖον δυσαίατ’ ἀγῶνα] εἰς τὰ τῶν θεῶν τεμένη καὶ ἀθροίσ‐ ματα.</w:t>
      </w:r>
    </w:p>
    <w:p>
      <w:r>
        <w:rPr>
          <w:rFonts w:ascii="Courier New" w:hAnsi="Courier New"/>
          <w:color w:val="555555"/>
          <w:sz w:val="20"/>
        </w:rPr>
        <w:t>[18 . 378]</w:t>
      </w:r>
    </w:p>
    <w:p>
      <w:r>
        <w:rPr>
          <w:rFonts w:ascii="Gentium Plus" w:hAnsi="Gentium Plus"/>
          <w:sz w:val="24"/>
        </w:rPr>
        <w:t>[ἔχον τέλος] τὸ μὲν λοιπὸν παντελῶς ἔσχον, ὅ ἐστιν ἐπετε‐ τελείωντο.</w:t>
      </w:r>
    </w:p>
    <w:p>
      <w:r>
        <w:rPr>
          <w:rFonts w:ascii="Courier New" w:hAnsi="Courier New"/>
          <w:color w:val="555555"/>
          <w:sz w:val="20"/>
        </w:rPr>
        <w:t>[18 . 379]</w:t>
      </w:r>
    </w:p>
    <w:p>
      <w:r>
        <w:rPr>
          <w:rFonts w:ascii="Gentium Plus" w:hAnsi="Gentium Plus"/>
          <w:sz w:val="24"/>
        </w:rPr>
        <w:t>[δεσμούς] ἥλους—τρίποδος.</w:t>
      </w:r>
    </w:p>
    <w:p>
      <w:r>
        <w:rPr>
          <w:rFonts w:ascii="Courier New" w:hAnsi="Courier New"/>
          <w:color w:val="555555"/>
          <w:sz w:val="20"/>
        </w:rPr>
        <w:t>[18 . 382]</w:t>
      </w:r>
    </w:p>
    <w:p>
      <w:r>
        <w:rPr>
          <w:rFonts w:ascii="Gentium Plus" w:hAnsi="Gentium Plus"/>
          <w:sz w:val="24"/>
        </w:rPr>
        <w:t>[λιπαροκρήδεμνος] ἤτοι λαμπρὰ ἔχουσα—ἐλαίου.</w:t>
      </w:r>
    </w:p>
    <w:p>
      <w:r>
        <w:rPr>
          <w:rFonts w:ascii="Courier New" w:hAnsi="Courier New"/>
          <w:color w:val="555555"/>
          <w:sz w:val="20"/>
        </w:rPr>
        <w:t>[18 . 385]</w:t>
      </w:r>
    </w:p>
    <w:p>
      <w:r>
        <w:rPr>
          <w:rFonts w:ascii="Gentium Plus" w:hAnsi="Gentium Plus"/>
          <w:sz w:val="24"/>
        </w:rPr>
        <w:t>[τανύπεπλε] τεταμένον ἔχουσα τὸν πέπλον, κοσμία.</w:t>
      </w:r>
    </w:p>
    <w:p>
      <w:r>
        <w:rPr>
          <w:rFonts w:ascii="Courier New" w:hAnsi="Courier New"/>
          <w:color w:val="555555"/>
          <w:sz w:val="20"/>
        </w:rPr>
        <w:t>[18 . 386]</w:t>
      </w:r>
    </w:p>
    <w:p>
      <w:r>
        <w:rPr>
          <w:rFonts w:ascii="Gentium Plus" w:hAnsi="Gentium Plus"/>
          <w:sz w:val="24"/>
        </w:rPr>
        <w:t>[οὔτι θαμίζεις] πυκνῶς οὐ παρεγένου.</w:t>
      </w:r>
    </w:p>
    <w:p>
      <w:r>
        <w:rPr>
          <w:rFonts w:ascii="Courier New" w:hAnsi="Courier New"/>
          <w:color w:val="555555"/>
          <w:sz w:val="20"/>
        </w:rPr>
        <w:t>[18 . 392]</w:t>
      </w:r>
    </w:p>
    <w:p>
      <w:r>
        <w:rPr>
          <w:rFonts w:ascii="Gentium Plus" w:hAnsi="Gentium Plus"/>
          <w:sz w:val="24"/>
        </w:rPr>
        <w:t>[ὧδε] οὕτως ὡς ἔχεις.</w:t>
      </w:r>
    </w:p>
    <w:p>
      <w:r>
        <w:rPr>
          <w:rFonts w:ascii="Courier New" w:hAnsi="Courier New"/>
          <w:color w:val="555555"/>
          <w:sz w:val="20"/>
        </w:rPr>
        <w:t>[18 . 394]</w:t>
      </w:r>
    </w:p>
    <w:p>
      <w:r>
        <w:rPr>
          <w:rFonts w:ascii="Gentium Plus" w:hAnsi="Gentium Plus"/>
          <w:sz w:val="24"/>
        </w:rPr>
        <w:t>[δεινή] νῦν ἡ θαυμαστή.</w:t>
      </w:r>
    </w:p>
    <w:p>
      <w:r>
        <w:rPr>
          <w:rFonts w:ascii="Courier New" w:hAnsi="Courier New"/>
          <w:color w:val="555555"/>
          <w:sz w:val="20"/>
        </w:rPr>
        <w:t>[18 . 397]</w:t>
      </w:r>
    </w:p>
    <w:p>
      <w:r>
        <w:rPr>
          <w:rFonts w:ascii="Gentium Plus" w:hAnsi="Gentium Plus"/>
          <w:sz w:val="24"/>
        </w:rPr>
        <w:t>** [τότ’ ἂν] γράφεται «τότ’ ἂρ».</w:t>
      </w:r>
    </w:p>
    <w:p>
      <w:r>
        <w:rPr>
          <w:rFonts w:ascii="Courier New" w:hAnsi="Courier New"/>
          <w:color w:val="555555"/>
          <w:sz w:val="20"/>
        </w:rPr>
        <w:t>[18 . 399]</w:t>
      </w:r>
    </w:p>
    <w:p>
      <w:r>
        <w:rPr>
          <w:rFonts w:ascii="Gentium Plus" w:hAnsi="Gentium Plus"/>
          <w:sz w:val="24"/>
        </w:rPr>
        <w:t>ἀψορρόου] εἰς τοὐπίσω ῥέοντος, ὑποχωροῦντος, ἢ τοῦ ταχέως ῥέοντος, καθὸ πέριξ ἔχει τὴν γῆν.</w:t>
      </w:r>
    </w:p>
    <w:p>
      <w:r>
        <w:rPr>
          <w:rFonts w:ascii="Courier New" w:hAnsi="Courier New"/>
          <w:color w:val="555555"/>
          <w:sz w:val="20"/>
        </w:rPr>
        <w:t>[18 . 400]</w:t>
      </w:r>
    </w:p>
    <w:p>
      <w:r>
        <w:rPr>
          <w:rFonts w:ascii="Gentium Plus" w:hAnsi="Gentium Plus"/>
          <w:sz w:val="24"/>
        </w:rPr>
        <w:t>[τῇσι παρ’ εἰνάετες] παρ’ αἷς. ἀναστροφὴ ὁ τρόπος.</w:t>
      </w:r>
    </w:p>
    <w:p>
      <w:r>
        <w:rPr>
          <w:rFonts w:ascii="Courier New" w:hAnsi="Courier New"/>
          <w:color w:val="555555"/>
          <w:sz w:val="20"/>
        </w:rPr>
        <w:t>[18 . 401]</w:t>
      </w:r>
    </w:p>
    <w:p>
      <w:r>
        <w:rPr>
          <w:rFonts w:ascii="Gentium Plus" w:hAnsi="Gentium Plus"/>
          <w:sz w:val="24"/>
        </w:rPr>
        <w:t>[πόρπας] πόρπαι αἷς αἱ χλανίδες καταβάλλονται, περόναι ἢ φίβλαι. γναμπτάς θ’ ἕλικας] ἐπικαμπεῖς. λέγει δὲ—καλούμενα. D. Gen III ajoute ἢ ἐνώτια.</w:t>
      </w:r>
    </w:p>
    <w:p>
      <w:r>
        <w:rPr>
          <w:rFonts w:ascii="Courier New" w:hAnsi="Courier New"/>
          <w:color w:val="555555"/>
          <w:sz w:val="20"/>
        </w:rPr>
        <w:t>[5]</w:t>
      </w:r>
    </w:p>
    <w:p>
      <w:r>
        <w:rPr>
          <w:rFonts w:ascii="Gentium Plus" w:hAnsi="Gentium Plus"/>
          <w:sz w:val="24"/>
        </w:rPr>
        <w:t>κάλυκας] σωληνίσκους—αἱ περόναι.</w:t>
      </w:r>
    </w:p>
    <w:p>
      <w:r>
        <w:rPr>
          <w:rFonts w:ascii="Courier New" w:hAnsi="Courier New"/>
          <w:color w:val="555555"/>
          <w:sz w:val="20"/>
        </w:rPr>
        <w:t>[18 . 403]</w:t>
      </w:r>
    </w:p>
    <w:p>
      <w:r>
        <w:rPr>
          <w:rFonts w:ascii="Gentium Plus" w:hAnsi="Gentium Plus"/>
          <w:sz w:val="24"/>
        </w:rPr>
        <w:t>[μορμύρων] φοβερῶς—ἀναζέων.</w:t>
      </w:r>
    </w:p>
    <w:p>
      <w:r>
        <w:rPr>
          <w:rFonts w:ascii="Courier New" w:hAnsi="Courier New"/>
          <w:color w:val="555555"/>
          <w:sz w:val="20"/>
        </w:rPr>
        <w:t>[18 . 405]</w:t>
      </w:r>
    </w:p>
    <w:p>
      <w:r>
        <w:rPr>
          <w:rFonts w:ascii="Gentium Plus" w:hAnsi="Gentium Plus"/>
          <w:sz w:val="24"/>
        </w:rPr>
        <w:t>** [ἴσαν] γράφεται 〈«ἔσαν», τουτέστιν〉 ἦσαν, ἀντὶ τοῦ ὑπ‐ ῆρχον.</w:t>
      </w:r>
    </w:p>
    <w:p>
      <w:r>
        <w:rPr>
          <w:rFonts w:ascii="Courier New" w:hAnsi="Courier New"/>
          <w:color w:val="555555"/>
          <w:sz w:val="20"/>
        </w:rPr>
        <w:t>[18 . 410]</w:t>
      </w:r>
    </w:p>
    <w:p>
      <w:r>
        <w:rPr>
          <w:rFonts w:ascii="Gentium Plus" w:hAnsi="Gentium Plus"/>
          <w:sz w:val="24"/>
        </w:rPr>
        <w:t>ἀκμοθέτοιο] τόπῳ—κορμῷ. πέλωρ αἴητον] πέλωρ μέγιστον. «αἴητον» δὲ τὸ μέγα. ἢ πελώριος —μεγέθους.</w:t>
      </w:r>
    </w:p>
    <w:p>
      <w:r>
        <w:rPr>
          <w:rFonts w:ascii="Courier New" w:hAnsi="Courier New"/>
          <w:color w:val="555555"/>
          <w:sz w:val="20"/>
        </w:rPr>
        <w:t>[18 . 411]</w:t>
      </w:r>
    </w:p>
    <w:p>
      <w:r>
        <w:rPr>
          <w:rFonts w:ascii="Gentium Plus" w:hAnsi="Gentium Plus"/>
          <w:sz w:val="24"/>
        </w:rPr>
        <w:t>[ὑπὸ δὲ—ἀραιαί] αἱ δὲ ἀσθενεῖς καὶ λεπταὶ αὐτοῦ κνῆμαι ὑπεκινοῦντο μετὰ κακοπαθείας.</w:t>
      </w:r>
    </w:p>
    <w:p>
      <w:r>
        <w:rPr>
          <w:rFonts w:ascii="Courier New" w:hAnsi="Courier New"/>
          <w:color w:val="555555"/>
          <w:sz w:val="20"/>
        </w:rPr>
        <w:t>[18 . 412]</w:t>
      </w:r>
    </w:p>
    <w:p>
      <w:r>
        <w:rPr>
          <w:rFonts w:ascii="Gentium Plus" w:hAnsi="Gentium Plus"/>
          <w:sz w:val="24"/>
        </w:rPr>
        <w:t>[ὅπλα] νῦν τὰ χαλκευτικὰ ἐργαλεῖα.</w:t>
      </w:r>
    </w:p>
    <w:p>
      <w:r>
        <w:rPr>
          <w:rFonts w:ascii="Courier New" w:hAnsi="Courier New"/>
          <w:color w:val="555555"/>
          <w:sz w:val="20"/>
        </w:rPr>
        <w:t>[18 . 413]</w:t>
      </w:r>
    </w:p>
    <w:p>
      <w:r>
        <w:rPr>
          <w:rFonts w:ascii="Gentium Plus" w:hAnsi="Gentium Plus"/>
          <w:sz w:val="24"/>
        </w:rPr>
        <w:t>[τοῖς ἐπονεῖτο] οἷς εἰργάζετο καὶ ἐνήργει.</w:t>
      </w:r>
    </w:p>
    <w:p>
      <w:r>
        <w:rPr>
          <w:rFonts w:ascii="Courier New" w:hAnsi="Courier New"/>
          <w:color w:val="555555"/>
          <w:sz w:val="20"/>
        </w:rPr>
        <w:t>[18 . 417]</w:t>
      </w:r>
    </w:p>
    <w:p>
      <w:r>
        <w:rPr>
          <w:rFonts w:ascii="Gentium Plus" w:hAnsi="Gentium Plus"/>
          <w:sz w:val="24"/>
        </w:rPr>
        <w:t>ὑπὸ δ’—ἄνακτι] συνεξώρμων αὐτῷ καὶ αἱ θερα‐ παινίδες.</w:t>
      </w:r>
    </w:p>
    <w:p>
      <w:r>
        <w:rPr>
          <w:rFonts w:ascii="Courier New" w:hAnsi="Courier New"/>
          <w:color w:val="555555"/>
          <w:sz w:val="20"/>
        </w:rPr>
        <w:t>[18 . 420]</w:t>
      </w:r>
    </w:p>
    <w:p>
      <w:r>
        <w:rPr>
          <w:rFonts w:ascii="Gentium Plus" w:hAnsi="Gentium Plus"/>
          <w:sz w:val="24"/>
        </w:rPr>
        <w:t>[ἀθανάτων—ἴσασιν] παρὰ δὲ τῶν θεῶν τὰ ἔργα εἰσὶ δεδιδαγμέναι.</w:t>
      </w:r>
    </w:p>
    <w:p>
      <w:r>
        <w:rPr>
          <w:rFonts w:ascii="Courier New" w:hAnsi="Courier New"/>
          <w:color w:val="555555"/>
          <w:sz w:val="20"/>
        </w:rPr>
        <w:t>[18 . 421]</w:t>
      </w:r>
    </w:p>
    <w:p>
      <w:r>
        <w:rPr>
          <w:rFonts w:ascii="Gentium Plus" w:hAnsi="Gentium Plus"/>
          <w:sz w:val="24"/>
        </w:rPr>
        <w:t>[ἔρρων] κυρίως μὲν μετὰ κακοπαθείας 〈πορευόμενοσ〉, νῦν δὲ μόλις διὰ τὴν χωλότητα.</w:t>
      </w:r>
    </w:p>
    <w:p>
      <w:r>
        <w:rPr>
          <w:rFonts w:ascii="Courier New" w:hAnsi="Courier New"/>
          <w:color w:val="555555"/>
          <w:sz w:val="20"/>
        </w:rPr>
        <w:t>[18 . 435]</w:t>
      </w:r>
    </w:p>
    <w:p>
      <w:r>
        <w:rPr>
          <w:rFonts w:ascii="Gentium Plus" w:hAnsi="Gentium Plus"/>
          <w:sz w:val="24"/>
        </w:rPr>
        <w:t>ἄλλα δέ μοι νῦν] ἀπὸ κοινοῦ προσληπτέον τὸ «ἔδωκε κακά».</w:t>
      </w:r>
    </w:p>
    <w:p>
      <w:r>
        <w:rPr>
          <w:rFonts w:ascii="Courier New" w:hAnsi="Courier New"/>
          <w:color w:val="555555"/>
          <w:sz w:val="20"/>
        </w:rPr>
        <w:t>[18 . 444]</w:t>
      </w:r>
    </w:p>
    <w:p>
      <w:r>
        <w:rPr>
          <w:rFonts w:ascii="Gentium Plus" w:hAnsi="Gentium Plus"/>
          <w:sz w:val="24"/>
        </w:rPr>
        <w:t>[ἐξέλον] ἢ «ἔξελον».</w:t>
      </w:r>
    </w:p>
    <w:p>
      <w:r>
        <w:rPr>
          <w:rFonts w:ascii="Courier New" w:hAnsi="Courier New"/>
          <w:color w:val="555555"/>
          <w:sz w:val="20"/>
        </w:rPr>
        <w:t>[18 . 460]</w:t>
      </w:r>
    </w:p>
    <w:p>
      <w:r>
        <w:rPr>
          <w:rFonts w:ascii="Gentium Plus" w:hAnsi="Gentium Plus"/>
          <w:sz w:val="24"/>
        </w:rPr>
        <w:t>[ὃ γὰρ ἦν οἱ] ὃς γὰρ ἦν αὐτῷ.</w:t>
      </w:r>
    </w:p>
    <w:p>
      <w:r>
        <w:rPr>
          <w:rFonts w:ascii="Courier New" w:hAnsi="Courier New"/>
          <w:color w:val="555555"/>
          <w:sz w:val="20"/>
        </w:rPr>
        <w:t>[18 . 470]</w:t>
      </w:r>
    </w:p>
    <w:p>
      <w:r>
        <w:rPr>
          <w:rFonts w:ascii="Gentium Plus" w:hAnsi="Gentium Plus"/>
          <w:sz w:val="24"/>
        </w:rPr>
        <w:t>[χοάνοισιν] χώνοις, οἷς χωνεύεται τὰ μέταλλα.</w:t>
      </w:r>
    </w:p>
    <w:p>
      <w:r>
        <w:rPr>
          <w:rFonts w:ascii="Courier New" w:hAnsi="Courier New"/>
          <w:color w:val="555555"/>
          <w:sz w:val="20"/>
        </w:rPr>
        <w:t>[18 . 477]</w:t>
      </w:r>
    </w:p>
    <w:p>
      <w:r>
        <w:rPr>
          <w:rFonts w:ascii="Gentium Plus" w:hAnsi="Gentium Plus"/>
          <w:sz w:val="24"/>
        </w:rPr>
        <w:t>[ῥαιστῆρα] σφῦραν—ῥαίζειν.</w:t>
      </w:r>
    </w:p>
    <w:p>
      <w:r>
        <w:rPr>
          <w:rFonts w:ascii="Courier New" w:hAnsi="Courier New"/>
          <w:color w:val="555555"/>
          <w:sz w:val="20"/>
        </w:rPr>
        <w:t>[18 . 479]</w:t>
      </w:r>
    </w:p>
    <w:p>
      <w:r>
        <w:rPr>
          <w:rFonts w:ascii="Gentium Plus" w:hAnsi="Gentium Plus"/>
          <w:sz w:val="24"/>
        </w:rPr>
        <w:t>πάντοσε δαιδάλλων] εἰς πᾶν—αὐτό. [ἄντυγα] τὸν ἔξωθεν τῆς ἀσπίδος κύκλον.</w:t>
      </w:r>
    </w:p>
    <w:p>
      <w:r>
        <w:rPr>
          <w:rFonts w:ascii="Courier New" w:hAnsi="Courier New"/>
          <w:color w:val="555555"/>
          <w:sz w:val="20"/>
        </w:rPr>
        <w:t>[18 . 480]</w:t>
      </w:r>
    </w:p>
    <w:p>
      <w:r>
        <w:rPr>
          <w:rFonts w:ascii="Gentium Plus" w:hAnsi="Gentium Plus"/>
          <w:sz w:val="24"/>
        </w:rPr>
        <w:t>τρίπλακα] τριπλῆν, τρίπτυχον· πτύχες γὰρ τὰ ἐλάσματα τῆς ἀσπίδος.</w:t>
      </w:r>
    </w:p>
    <w:p>
      <w:r>
        <w:rPr>
          <w:rFonts w:ascii="Courier New" w:hAnsi="Courier New"/>
          <w:color w:val="555555"/>
          <w:sz w:val="20"/>
        </w:rPr>
        <w:t>[18 . 481]</w:t>
      </w:r>
    </w:p>
    <w:p>
      <w:r>
        <w:rPr>
          <w:rFonts w:ascii="Gentium Plus" w:hAnsi="Gentium Plus"/>
          <w:sz w:val="24"/>
        </w:rPr>
        <w:t>** [ἐν] γράφεται «ἐπ’».</w:t>
      </w:r>
    </w:p>
    <w:p>
      <w:r>
        <w:rPr>
          <w:rFonts w:ascii="Courier New" w:hAnsi="Courier New"/>
          <w:color w:val="555555"/>
          <w:sz w:val="20"/>
        </w:rPr>
        <w:t>[18 . 483]</w:t>
      </w:r>
    </w:p>
    <w:p>
      <w:r>
        <w:rPr>
          <w:rFonts w:ascii="Gentium Plus" w:hAnsi="Gentium Plus"/>
          <w:sz w:val="24"/>
        </w:rPr>
        <w:t>[ἐν μὲν—οὐρανὸν] ἐγκατεσκεύασε μὲν τῇ ἀσπίδι οὐρανὸν καὶ γῆν.</w:t>
      </w:r>
    </w:p>
    <w:p>
      <w:r>
        <w:rPr>
          <w:rFonts w:ascii="Courier New" w:hAnsi="Courier New"/>
          <w:color w:val="555555"/>
          <w:sz w:val="20"/>
        </w:rPr>
        <w:t>[18 . 484]</w:t>
      </w:r>
    </w:p>
    <w:p>
      <w:r>
        <w:rPr>
          <w:rFonts w:ascii="Gentium Plus" w:hAnsi="Gentium Plus"/>
          <w:sz w:val="24"/>
        </w:rPr>
        <w:t>σελήνην τε πλήθουσαν] τὴν οἷον—νέον.</w:t>
      </w:r>
    </w:p>
    <w:p>
      <w:r>
        <w:rPr>
          <w:rFonts w:ascii="Courier New" w:hAnsi="Courier New"/>
          <w:color w:val="555555"/>
          <w:sz w:val="20"/>
        </w:rPr>
        <w:t>[18 . 485]</w:t>
      </w:r>
    </w:p>
    <w:p>
      <w:r>
        <w:rPr>
          <w:rFonts w:ascii="Gentium Plus" w:hAnsi="Gentium Plus"/>
          <w:sz w:val="24"/>
        </w:rPr>
        <w:t>τείρεα] τὰ ἄστρα, παρὰ τὸ τερατώδη καὶ σημειώδη ταῦτα εἶναι. [τά τ’ οὐρανὸς ἐστεφάνωται] οἷς κεκόσμηται ὁ οὐρανός.</w:t>
      </w:r>
    </w:p>
    <w:p>
      <w:r>
        <w:rPr>
          <w:rFonts w:ascii="Courier New" w:hAnsi="Courier New"/>
          <w:color w:val="555555"/>
          <w:sz w:val="20"/>
        </w:rPr>
        <w:t>[18 . 486]</w:t>
      </w:r>
    </w:p>
    <w:p>
      <w:r>
        <w:rPr>
          <w:rFonts w:ascii="Gentium Plus" w:hAnsi="Gentium Plus"/>
          <w:sz w:val="24"/>
        </w:rPr>
        <w:t>* [Πληϊάδας] ἑπτὰ ἀστέρες οὗτοι 〈οἱ〉 κείμενοι ἐπὶ τῇ οὐρᾷ τοῦ ταύρου. * Ὑάδας] οἱ ἐπὶ τῶν κεράτων—ὁμοιότητα, ἢ ὅτι ὑετῶν 〈καὶ ὄμβρων αἴτιοι καθίστανται〉.</w:t>
      </w:r>
    </w:p>
    <w:p>
      <w:r>
        <w:rPr>
          <w:rFonts w:ascii="Courier New" w:hAnsi="Courier New"/>
          <w:color w:val="555555"/>
          <w:sz w:val="20"/>
        </w:rPr>
        <w:t>[5]</w:t>
      </w:r>
    </w:p>
    <w:p>
      <w:r>
        <w:rPr>
          <w:rFonts w:ascii="Gentium Plus" w:hAnsi="Gentium Plus"/>
          <w:sz w:val="24"/>
        </w:rPr>
        <w:t>* τό τε σθένος Ὠρίωνος] ὁ Ὠρίων ἄστρον μέγιστον ἐν τῷ οὐρανῷ, Διὸς—παῖς.</w:t>
      </w:r>
    </w:p>
    <w:p>
      <w:r>
        <w:rPr>
          <w:rFonts w:ascii="Courier New" w:hAnsi="Courier New"/>
          <w:color w:val="555555"/>
          <w:sz w:val="20"/>
        </w:rPr>
        <w:t>[18 . 487]</w:t>
      </w:r>
    </w:p>
    <w:p>
      <w:r>
        <w:rPr>
          <w:rFonts w:ascii="Gentium Plus" w:hAnsi="Gentium Plus"/>
          <w:sz w:val="24"/>
        </w:rPr>
        <w:t>* ἄρκτόν θ’—καλέουσιν] δύο ἄρκτοι δείκνυνται —κλίματι· ἡ μεγάλη, ἡ λεγομένη ἅμαξα, διὰ τὸ εἰς ἀμάξης τύπον γεγενῆσθαι καὶ ἡ ἐγγὺς—ἀνακεκλασμένην.</w:t>
      </w:r>
    </w:p>
    <w:p>
      <w:r>
        <w:rPr>
          <w:rFonts w:ascii="Courier New" w:hAnsi="Courier New"/>
          <w:color w:val="555555"/>
          <w:sz w:val="20"/>
        </w:rPr>
        <w:t>[18 . 488]</w:t>
      </w:r>
    </w:p>
    <w:p>
      <w:r>
        <w:rPr>
          <w:rFonts w:ascii="Gentium Plus" w:hAnsi="Gentium Plus"/>
          <w:sz w:val="24"/>
        </w:rPr>
        <w:t>* ἥτ’ αὐτοῦ στρέφεται] ἥτις περὶ τὸν ἀρκτικὸν καὶ μὴ φαινόμε‐ νον κύκλον στρέφεται—εἰς αὐτόν.</w:t>
      </w:r>
    </w:p>
    <w:p>
      <w:r>
        <w:rPr>
          <w:rFonts w:ascii="Courier New" w:hAnsi="Courier New"/>
          <w:color w:val="555555"/>
          <w:sz w:val="20"/>
        </w:rPr>
        <w:t>[18 . 489]</w:t>
      </w:r>
    </w:p>
    <w:p>
      <w:r>
        <w:rPr>
          <w:rFonts w:ascii="Gentium Plus" w:hAnsi="Gentium Plus"/>
          <w:sz w:val="24"/>
        </w:rPr>
        <w:t>* ἀντὶ τοῦ—οὖσαν ἐν 〈τῷ〉 ἀειφανεῖ.</w:t>
      </w:r>
    </w:p>
    <w:p>
      <w:r>
        <w:rPr>
          <w:rFonts w:ascii="Courier New" w:hAnsi="Courier New"/>
          <w:color w:val="555555"/>
          <w:sz w:val="20"/>
        </w:rPr>
        <w:t>[18 . 490]</w:t>
      </w:r>
    </w:p>
    <w:p>
      <w:r>
        <w:rPr>
          <w:rFonts w:ascii="Gentium Plus" w:hAnsi="Gentium Plus"/>
          <w:sz w:val="24"/>
        </w:rPr>
        <w:t>διὰ ποίαν δὲ αἰτίαν—ἐνδέδεται χθών».</w:t>
      </w:r>
    </w:p>
    <w:p>
      <w:r>
        <w:rPr>
          <w:rFonts w:ascii="Courier New" w:hAnsi="Courier New"/>
          <w:color w:val="555555"/>
          <w:sz w:val="20"/>
        </w:rPr>
        <w:t>[18 . 492]</w:t>
      </w:r>
    </w:p>
    <w:p>
      <w:r>
        <w:rPr>
          <w:rFonts w:ascii="Gentium Plus" w:hAnsi="Gentium Plus"/>
          <w:sz w:val="24"/>
        </w:rPr>
        <w:t>[δαΐδων ὕπο] ἀντὶ τοῦ μετὰ λαμπάδων.</w:t>
      </w:r>
    </w:p>
    <w:p>
      <w:r>
        <w:rPr>
          <w:rFonts w:ascii="Courier New" w:hAnsi="Courier New"/>
          <w:color w:val="555555"/>
          <w:sz w:val="20"/>
        </w:rPr>
        <w:t>[18 . 493]</w:t>
      </w:r>
    </w:p>
    <w:p>
      <w:r>
        <w:rPr>
          <w:rFonts w:ascii="Gentium Plus" w:hAnsi="Gentium Plus"/>
          <w:sz w:val="24"/>
        </w:rPr>
        <w:t>[πολὺς—ὀρώρει] ἐξῆπτο—ὃν ἐκάλουν ὑμέναιον.</w:t>
      </w:r>
    </w:p>
    <w:p>
      <w:r>
        <w:rPr>
          <w:rFonts w:ascii="Courier New" w:hAnsi="Courier New"/>
          <w:color w:val="555555"/>
          <w:sz w:val="20"/>
        </w:rPr>
        <w:t>[18 497-498]</w:t>
      </w:r>
    </w:p>
    <w:p>
      <w:r>
        <w:rPr>
          <w:rFonts w:ascii="Gentium Plus" w:hAnsi="Gentium Plus"/>
          <w:sz w:val="24"/>
        </w:rPr>
        <w:t>[ἔνθα δὲ—ὀρώρει] δικαστήριον εἰσάγει —πεφονευμένου ἐπ〈ιτίμια〉, ὁ δὲ ἐγκαλῶν— ποινή.</w:t>
      </w:r>
    </w:p>
    <w:p>
      <w:r>
        <w:rPr>
          <w:rFonts w:ascii="Courier New" w:hAnsi="Courier New"/>
          <w:color w:val="555555"/>
          <w:sz w:val="20"/>
        </w:rPr>
        <w:t>[18 . 500]</w:t>
      </w:r>
    </w:p>
    <w:p>
      <w:r>
        <w:rPr>
          <w:rFonts w:ascii="Gentium Plus" w:hAnsi="Gentium Plus"/>
          <w:sz w:val="24"/>
        </w:rPr>
        <w:t>[δήμῳ πιφαύσκων] τῷ κοινῷ παντὶ δεικνὺς καὶ ἐμφανίζων.</w:t>
      </w:r>
    </w:p>
    <w:p>
      <w:r>
        <w:rPr>
          <w:rFonts w:ascii="Courier New" w:hAnsi="Courier New"/>
          <w:color w:val="555555"/>
          <w:sz w:val="20"/>
        </w:rPr>
        <w:t>[18 . 501]</w:t>
      </w:r>
    </w:p>
    <w:p>
      <w:r>
        <w:rPr>
          <w:rFonts w:ascii="Gentium Plus" w:hAnsi="Gentium Plus"/>
          <w:sz w:val="24"/>
        </w:rPr>
        <w:t>ἀμφότεροι δὲ ἐβουλεύοντο ἐπὶ μαρτυρίᾳ δικάσασθαι, τουτέστι παρέχοντες μάρτυρας, ὁ μὲν τοῦ δεδωκέναι, ὁ δὲ τοῦ μὴ εἰληφέναι τὰ ὑποφόνια.</w:t>
      </w:r>
    </w:p>
    <w:p>
      <w:r>
        <w:rPr>
          <w:rFonts w:ascii="Courier New" w:hAnsi="Courier New"/>
          <w:color w:val="555555"/>
          <w:sz w:val="20"/>
        </w:rPr>
        <w:t>[18 501bis]</w:t>
      </w:r>
    </w:p>
    <w:p>
      <w:r>
        <w:rPr>
          <w:rFonts w:ascii="Gentium Plus" w:hAnsi="Gentium Plus"/>
          <w:sz w:val="24"/>
        </w:rPr>
        <w:t>* [ἴστορι] μάρτυρι ἢ κριτῇ. * [ἱέσθην ἐπὶ ἴστορι πεῖραρ ἑλέσθαι] προεθυμοῦντο, ἔσπευδον, πέρας τὴν δίκην λαβεῖν.</w:t>
      </w:r>
    </w:p>
    <w:p>
      <w:r>
        <w:rPr>
          <w:rFonts w:ascii="Courier New" w:hAnsi="Courier New"/>
          <w:color w:val="555555"/>
          <w:sz w:val="20"/>
        </w:rPr>
        <w:t>[18 . 504]</w:t>
      </w:r>
    </w:p>
    <w:p>
      <w:r>
        <w:rPr>
          <w:rFonts w:ascii="Gentium Plus" w:hAnsi="Gentium Plus"/>
          <w:sz w:val="24"/>
        </w:rPr>
        <w:t>[ἱερῷ ἐνὶ κύκλῳ] τῷ μεγίστῳ δικαστηρίῳ. πᾶν τὸ δίκαιον ἀποδιδόντες ἑκάστῳ ἐν ἀφιερωμένῳ 〈τόπῳ κάθηνται οἱ〉 γέροντες.</w:t>
      </w:r>
    </w:p>
    <w:p>
      <w:r>
        <w:rPr>
          <w:rFonts w:ascii="Courier New" w:hAnsi="Courier New"/>
          <w:color w:val="555555"/>
          <w:sz w:val="20"/>
        </w:rPr>
        <w:t>[18 . 505]</w:t>
      </w:r>
    </w:p>
    <w:p>
      <w:r>
        <w:rPr>
          <w:rFonts w:ascii="Gentium Plus" w:hAnsi="Gentium Plus"/>
          <w:sz w:val="24"/>
        </w:rPr>
        <w:t>[ἠεροφώνων] μεγαλοφώνων, ἢ τῶν τὸν ἀέρα πληττόντων τῇ φωνῇ.</w:t>
      </w:r>
    </w:p>
    <w:p>
      <w:r>
        <w:rPr>
          <w:rFonts w:ascii="Courier New" w:hAnsi="Courier New"/>
          <w:color w:val="555555"/>
          <w:sz w:val="20"/>
        </w:rPr>
        <w:t>[18 . 506]</w:t>
      </w:r>
    </w:p>
    <w:p>
      <w:r>
        <w:rPr>
          <w:rFonts w:ascii="Gentium Plus" w:hAnsi="Gentium Plus"/>
          <w:sz w:val="24"/>
        </w:rPr>
        <w:t>* ἐναλλὰξ δὲ ἀκούοντες ἐδίκαζον, κατὰ ἐναλλαγὴν ἀπέφαινον τὴν ἑαυτοῦ γνώμην ἕκαστος. [ἤϊσσον] ἀντὶ τοῦ σὺν τοῖς σκήπτροις ἐπὶ τὸ δημηγορεῖν ὥρμων. ἔνιοι δὲ 〈ἀντὶ τοῦ〉 ἔσειον, κατεσίγαζον, ἢ ὅτι ἀεὶ συνδιετίθε〈ν〉το τοῖς</w:t>
      </w:r>
    </w:p>
    <w:p>
      <w:r>
        <w:rPr>
          <w:rFonts w:ascii="Courier New" w:hAnsi="Courier New"/>
          <w:color w:val="555555"/>
          <w:sz w:val="20"/>
        </w:rPr>
        <w:t>[5]</w:t>
      </w:r>
    </w:p>
    <w:p>
      <w:r>
        <w:rPr>
          <w:rFonts w:ascii="Gentium Plus" w:hAnsi="Gentium Plus"/>
          <w:sz w:val="24"/>
        </w:rPr>
        <w:t>λόγοις.</w:t>
      </w:r>
    </w:p>
    <w:p>
      <w:r>
        <w:rPr>
          <w:rFonts w:ascii="Courier New" w:hAnsi="Courier New"/>
          <w:color w:val="555555"/>
          <w:sz w:val="20"/>
        </w:rPr>
        <w:t>[18 . 509]</w:t>
      </w:r>
    </w:p>
    <w:p>
      <w:r>
        <w:rPr>
          <w:rFonts w:ascii="Gentium Plus" w:hAnsi="Gentium Plus"/>
          <w:sz w:val="24"/>
        </w:rPr>
        <w:t>ἀμφὶ—λαῶν] ἓν στράτευμα—πολιορκία γὰρ ἦν.</w:t>
      </w:r>
    </w:p>
    <w:p>
      <w:r>
        <w:rPr>
          <w:rFonts w:ascii="Courier New" w:hAnsi="Courier New"/>
          <w:color w:val="555555"/>
          <w:sz w:val="20"/>
        </w:rPr>
        <w:t>[18 . 510]</w:t>
      </w:r>
    </w:p>
    <w:p>
      <w:r>
        <w:rPr>
          <w:rFonts w:ascii="Gentium Plus" w:hAnsi="Gentium Plus"/>
          <w:sz w:val="24"/>
        </w:rPr>
        <w:t>δίχα—βουλή] σημειοῦνται ὅτι ἐπιστρατεύσαντες πόλει—κτημάτων.</w:t>
      </w:r>
    </w:p>
    <w:p>
      <w:r>
        <w:rPr>
          <w:rFonts w:ascii="Courier New" w:hAnsi="Courier New"/>
          <w:color w:val="555555"/>
          <w:sz w:val="20"/>
        </w:rPr>
        <w:t>[18 . 514]</w:t>
      </w:r>
    </w:p>
    <w:p>
      <w:r>
        <w:rPr>
          <w:rFonts w:ascii="Gentium Plus" w:hAnsi="Gentium Plus"/>
          <w:sz w:val="24"/>
        </w:rPr>
        <w:t>τεῖχος—ἄλοχοί τε] τὸ «ἐφεσταότες» 〈καὶ〉 τὸ «ἀνέρες» στικτέον.</w:t>
      </w:r>
    </w:p>
    <w:p>
      <w:r>
        <w:rPr>
          <w:rFonts w:ascii="Courier New" w:hAnsi="Courier New"/>
          <w:color w:val="555555"/>
          <w:sz w:val="20"/>
        </w:rPr>
        <w:t>[18 . 531]</w:t>
      </w:r>
    </w:p>
    <w:p>
      <w:r>
        <w:rPr>
          <w:rFonts w:ascii="Gentium Plus" w:hAnsi="Gentium Plus"/>
          <w:sz w:val="24"/>
        </w:rPr>
        <w:t>* [εἰράων] εἴρην ὄνομα ἡλικίας, παρὰ τὸ εἴρειν καὶ λέγειν, ὁ ἤδη λέγων καὶ δημηγορῶν· καὶ γὰρ τὰς ἐκκλησίας εἴρας προση‐ γόρευον. Ὅμηρος· «εἰράων προπάροιθε καθήμενοι».</w:t>
      </w:r>
    </w:p>
    <w:p>
      <w:r>
        <w:rPr>
          <w:rFonts w:ascii="Courier New" w:hAnsi="Courier New"/>
          <w:color w:val="555555"/>
          <w:sz w:val="20"/>
        </w:rPr>
        <w:t>[18 531bis]</w:t>
      </w:r>
    </w:p>
    <w:p>
      <w:r>
        <w:rPr>
          <w:rFonts w:ascii="Gentium Plus" w:hAnsi="Gentium Plus"/>
          <w:sz w:val="24"/>
        </w:rPr>
        <w:t>[εἰράων προπάροιθε] πρὸ τῶν ἀγορῶν, ὅ ἐστιν ἐκκλησιῶν, ἀπὸ τοῦ εἴρειν ἐν αὐταῖς καὶ λέγειν, ὅθεν καὶ Ἶρις.</w:t>
      </w:r>
    </w:p>
    <w:p>
      <w:r>
        <w:rPr>
          <w:rFonts w:ascii="Courier New" w:hAnsi="Courier New"/>
          <w:color w:val="555555"/>
          <w:sz w:val="20"/>
        </w:rPr>
        <w:t>[18 . 538]</w:t>
      </w:r>
    </w:p>
    <w:p>
      <w:r>
        <w:rPr>
          <w:rFonts w:ascii="Gentium Plus" w:hAnsi="Gentium Plus"/>
          <w:sz w:val="24"/>
        </w:rPr>
        <w:t>* [δαφοινεὸν.] φοινικοῦ χρώματος πεποιημένον, ἢ αἵματι διά‐ βροχον, πεφοινιγμένον.</w:t>
      </w:r>
    </w:p>
    <w:p>
      <w:r>
        <w:rPr>
          <w:rFonts w:ascii="Courier New" w:hAnsi="Courier New"/>
          <w:color w:val="555555"/>
          <w:sz w:val="20"/>
        </w:rPr>
        <w:t>[18 . 541]</w:t>
      </w:r>
    </w:p>
    <w:p>
      <w:r>
        <w:rPr>
          <w:rFonts w:ascii="Gentium Plus" w:hAnsi="Gentium Plus"/>
          <w:sz w:val="24"/>
        </w:rPr>
        <w:t>[νειόν] νεωστὶ ἠροτριασμένην ἁπαλὴν καὶ—τοιαύτη.</w:t>
      </w:r>
    </w:p>
    <w:p>
      <w:r>
        <w:rPr>
          <w:rFonts w:ascii="Courier New" w:hAnsi="Courier New"/>
          <w:color w:val="555555"/>
          <w:sz w:val="20"/>
        </w:rPr>
        <w:t>[18 . 542]</w:t>
      </w:r>
    </w:p>
    <w:p>
      <w:r>
        <w:rPr>
          <w:rFonts w:ascii="Gentium Plus" w:hAnsi="Gentium Plus"/>
          <w:sz w:val="24"/>
        </w:rPr>
        <w:t>* [τρίπολον] πολλάκις ἠροτριασμένην.</w:t>
      </w:r>
    </w:p>
    <w:p>
      <w:r>
        <w:rPr>
          <w:rFonts w:ascii="Courier New" w:hAnsi="Courier New"/>
          <w:color w:val="555555"/>
          <w:sz w:val="20"/>
        </w:rPr>
        <w:t>[18 . 544]</w:t>
      </w:r>
    </w:p>
    <w:p>
      <w:r>
        <w:rPr>
          <w:rFonts w:ascii="Gentium Plus" w:hAnsi="Gentium Plus"/>
          <w:sz w:val="24"/>
        </w:rPr>
        <w:t>* οἱ δὲ ἀροῦντες γεωργοὶ, ὁπότε τὸν δίαυλον τῶν αὐλάκων συντελέσαντες πάλιν ἐπὶ τὸ τέλος τῆς ἀρούρας ἀφίκοιντο, μεταστρέ‐ ψαντες τὰ ἄροτρα καὶ τὰ ζεύγη τῶν βοῶν. [τρίπολον] τρὶς ἐστραμμένην καὶ ἠροτριασμένην.</w:t>
      </w:r>
    </w:p>
    <w:p>
      <w:r>
        <w:rPr>
          <w:rFonts w:ascii="Courier New" w:hAnsi="Courier New"/>
          <w:color w:val="555555"/>
          <w:sz w:val="20"/>
        </w:rPr>
        <w:t>[18 . 546]</w:t>
      </w:r>
    </w:p>
    <w:p>
      <w:r>
        <w:rPr>
          <w:rFonts w:ascii="Gentium Plus" w:hAnsi="Gentium Plus"/>
          <w:sz w:val="24"/>
        </w:rPr>
        <w:t>* [ὄγμους] τὰς ἐπιστίχους τάξεις τῶν ἀσταχύων ἄλλοτε, νῦν δὲ τὰς αὔλακάς φησι, ἡ δὲ αὖλαξ φαντασίαν τοῖς ὁρῶσι παρεῖχε κατόπιν τοῦ ἀρότρου ὅτι μελαίνεται.</w:t>
      </w:r>
    </w:p>
    <w:p>
      <w:r>
        <w:rPr>
          <w:rFonts w:ascii="Courier New" w:hAnsi="Courier New"/>
          <w:color w:val="555555"/>
          <w:sz w:val="20"/>
        </w:rPr>
        <w:t>[18 . 550]</w:t>
      </w:r>
    </w:p>
    <w:p>
      <w:r>
        <w:rPr>
          <w:rFonts w:ascii="Gentium Plus" w:hAnsi="Gentium Plus"/>
          <w:sz w:val="24"/>
        </w:rPr>
        <w:t>[τέμενος] χωρίον εἰς τιμὴν ἀποτετμημένον τινί.</w:t>
      </w:r>
    </w:p>
    <w:p>
      <w:r>
        <w:rPr>
          <w:rFonts w:ascii="Courier New" w:hAnsi="Courier New"/>
          <w:color w:val="555555"/>
          <w:sz w:val="20"/>
        </w:rPr>
        <w:t>[18 550bis]</w:t>
      </w:r>
    </w:p>
    <w:p>
      <w:r>
        <w:rPr>
          <w:rFonts w:ascii="Gentium Plus" w:hAnsi="Gentium Plus"/>
          <w:sz w:val="24"/>
        </w:rPr>
        <w:t>* [ἔριθοι] ἄλλως· ἔριθος 〈σημαίνει〉 τὸν ἐργάτην καὶ τὴν γυναῖκα τὴν ἐργαζομένην τὰ ἔρια. καὶ ἐπὶ μὲν τοῦ ἐργάτου ἐκ τοῦ ἔρα, ὅ ἐστιν ἡ γῆ, κατὰ μετάθεσιν τοῦ α εἰς ι, ἐπὶ δὲ τῆς γυναικὸς ἐκ τοῦ ἔριον γέγονεν ἔριθος.</w:t>
      </w:r>
    </w:p>
    <w:p>
      <w:r>
        <w:rPr>
          <w:rFonts w:ascii="Courier New" w:hAnsi="Courier New"/>
          <w:color w:val="555555"/>
          <w:sz w:val="20"/>
        </w:rPr>
        <w:t>[5]</w:t>
      </w:r>
    </w:p>
    <w:p>
      <w:r>
        <w:rPr>
          <w:rFonts w:ascii="Gentium Plus" w:hAnsi="Gentium Plus"/>
          <w:sz w:val="24"/>
        </w:rPr>
        <w:t>[ἔριθοι] κυρίως μὲν 〈οἱ〉 ἐριουργοί, καταχρηστικῶς δὲ καὶ οἱ μισθοῦ ἐργαζόμενοι.</w:t>
      </w:r>
    </w:p>
    <w:p>
      <w:r>
        <w:rPr>
          <w:rFonts w:ascii="Courier New" w:hAnsi="Courier New"/>
          <w:color w:val="555555"/>
          <w:sz w:val="20"/>
        </w:rPr>
        <w:t>[18 . 552]</w:t>
      </w:r>
    </w:p>
    <w:p>
      <w:r>
        <w:rPr>
          <w:rFonts w:ascii="Gentium Plus" w:hAnsi="Gentium Plus"/>
          <w:sz w:val="24"/>
        </w:rPr>
        <w:t>* [δράγματα] εἴρηται παρὰ τὸ δράξασθαι, τὸ σημαῖνον τὸ λαβεῖν. σημαίνει δὲ τοὺς ἀστάχυας ὅσους δύναται ὁ θεριστὴς τῆς ἀρούρας περιλαβεῖν.</w:t>
      </w:r>
    </w:p>
    <w:p>
      <w:r>
        <w:rPr>
          <w:rFonts w:ascii="Courier New" w:hAnsi="Courier New"/>
          <w:color w:val="555555"/>
          <w:sz w:val="20"/>
        </w:rPr>
        <w:t>[18 . 553]</w:t>
      </w:r>
    </w:p>
    <w:p>
      <w:r>
        <w:rPr>
          <w:rFonts w:ascii="Gentium Plus" w:hAnsi="Gentium Plus"/>
          <w:sz w:val="24"/>
        </w:rPr>
        <w:t>* [ἐλλεδανοῖσι] σχοινία οὕτως φησὶν ἐν οἷς δεσμοῦσι τὰς ἀμάλας, ἀμάλα δὲ ἡ ἐκ πολλῶν δραγμάτων ἀναγωγή. [ἀμαλλοδοτῆρες] οἱ τὰς ἀμάλλας ποιοῦντες. ἄμαλλαι δὲ 〈αἱ〉 ἀστα‐ χύων 〈δεσμαί〉.</w:t>
      </w:r>
    </w:p>
    <w:p>
      <w:r>
        <w:rPr>
          <w:rFonts w:ascii="Courier New" w:hAnsi="Courier New"/>
          <w:color w:val="555555"/>
          <w:sz w:val="20"/>
        </w:rPr>
        <w:t>[18 . 556]</w:t>
      </w:r>
    </w:p>
    <w:p>
      <w:r>
        <w:rPr>
          <w:rFonts w:ascii="Gentium Plus" w:hAnsi="Gentium Plus"/>
          <w:sz w:val="24"/>
        </w:rPr>
        <w:t>[βασιλεὺς] νῦν ὁ τοῦ χωρίου δεσπότης.</w:t>
      </w:r>
    </w:p>
    <w:p>
      <w:r>
        <w:rPr>
          <w:rFonts w:ascii="Courier New" w:hAnsi="Courier New"/>
          <w:color w:val="555555"/>
          <w:sz w:val="20"/>
        </w:rPr>
        <w:t>[18 . 561]</w:t>
      </w:r>
    </w:p>
    <w:p>
      <w:r>
        <w:rPr>
          <w:rFonts w:ascii="Gentium Plus" w:hAnsi="Gentium Plus"/>
          <w:sz w:val="24"/>
        </w:rPr>
        <w:t>* [ἀλωὴν] ἐνταῦθα ἀμπελοφόρον χώραν.</w:t>
      </w:r>
    </w:p>
    <w:p>
      <w:r>
        <w:rPr>
          <w:rFonts w:ascii="Courier New" w:hAnsi="Courier New"/>
          <w:color w:val="555555"/>
          <w:sz w:val="20"/>
        </w:rPr>
        <w:t>[18 . 563]</w:t>
      </w:r>
    </w:p>
    <w:p>
      <w:r>
        <w:rPr>
          <w:rFonts w:ascii="Gentium Plus" w:hAnsi="Gentium Plus"/>
          <w:sz w:val="24"/>
        </w:rPr>
        <w:t>πᾶσα ἐκεχαράκωτο ἡ ἄμπελος. «κάμαξιν» οὖν στύλοις— ταῖς ἀμπέλοις.</w:t>
      </w:r>
    </w:p>
    <w:p>
      <w:r>
        <w:rPr>
          <w:rFonts w:ascii="Courier New" w:hAnsi="Courier New"/>
          <w:color w:val="555555"/>
          <w:sz w:val="20"/>
        </w:rPr>
        <w:t>[18 563bis]</w:t>
      </w:r>
    </w:p>
    <w:p>
      <w:r>
        <w:rPr>
          <w:rFonts w:ascii="Gentium Plus" w:hAnsi="Gentium Plus"/>
          <w:sz w:val="24"/>
        </w:rPr>
        <w:t>* [κάμαξι] τοῖς χαρακώμασι τῆς ἀμπέλου λέγει νῦν.</w:t>
      </w:r>
    </w:p>
    <w:p>
      <w:r>
        <w:rPr>
          <w:rFonts w:ascii="Courier New" w:hAnsi="Courier New"/>
          <w:color w:val="555555"/>
          <w:sz w:val="20"/>
        </w:rPr>
        <w:t>[18 . 564]</w:t>
      </w:r>
    </w:p>
    <w:p>
      <w:r>
        <w:rPr>
          <w:rFonts w:ascii="Gentium Plus" w:hAnsi="Gentium Plus"/>
          <w:sz w:val="24"/>
        </w:rPr>
        <w:t>[περὶ—ἔλασσε] ἐποίησεν εἰς μῆκος.</w:t>
      </w:r>
    </w:p>
    <w:p>
      <w:r>
        <w:rPr>
          <w:rFonts w:ascii="Courier New" w:hAnsi="Courier New"/>
          <w:color w:val="555555"/>
          <w:sz w:val="20"/>
        </w:rPr>
        <w:t>[18 564bis]</w:t>
      </w:r>
    </w:p>
    <w:p>
      <w:r>
        <w:rPr>
          <w:rFonts w:ascii="Gentium Plus" w:hAnsi="Gentium Plus"/>
          <w:sz w:val="24"/>
        </w:rPr>
        <w:t>* [ἀμφὶ δὲ κυανέην κάπετον ... ἔλασσε] τάφρον περιέβαλεν τῷ ἀμπέλῳ ἐκ μέλανος χαλκοῦ.</w:t>
      </w:r>
    </w:p>
    <w:p>
      <w:r>
        <w:rPr>
          <w:rFonts w:ascii="Courier New" w:hAnsi="Courier New"/>
          <w:color w:val="555555"/>
          <w:sz w:val="20"/>
        </w:rPr>
        <w:t>[18 564-565]</w:t>
      </w:r>
    </w:p>
    <w:p>
      <w:r>
        <w:rPr>
          <w:rFonts w:ascii="Gentium Plus" w:hAnsi="Gentium Plus"/>
          <w:sz w:val="24"/>
        </w:rPr>
        <w:t>[περὶ δ’ ἕρκος—κασσιτέρου] τειχίον ἔξω περιέ‐ βαλεν ἐκ κασσιτέρου.</w:t>
      </w:r>
    </w:p>
    <w:p>
      <w:r>
        <w:rPr>
          <w:rFonts w:ascii="Courier New" w:hAnsi="Courier New"/>
          <w:color w:val="555555"/>
          <w:sz w:val="20"/>
        </w:rPr>
        <w:t>[18 . 566]</w:t>
      </w:r>
    </w:p>
    <w:p>
      <w:r>
        <w:rPr>
          <w:rFonts w:ascii="Gentium Plus" w:hAnsi="Gentium Plus"/>
          <w:sz w:val="24"/>
        </w:rPr>
        <w:t>* [φορῆες] οἱ τὸν καρπὸν τῶν σταφυλῶν παραφέροντες</w:t>
      </w:r>
    </w:p>
    <w:p>
      <w:r>
        <w:rPr>
          <w:rFonts w:ascii="Courier New" w:hAnsi="Courier New"/>
          <w:color w:val="555555"/>
          <w:sz w:val="20"/>
        </w:rPr>
        <w:t>[18 . 567]</w:t>
      </w:r>
    </w:p>
    <w:p>
      <w:r>
        <w:rPr>
          <w:rFonts w:ascii="Gentium Plus" w:hAnsi="Gentium Plus"/>
          <w:sz w:val="24"/>
        </w:rPr>
        <w:t>* [ἀταλὰ] τρυφερὰ—καὶ οὐ φρονέουσαι.</w:t>
      </w:r>
    </w:p>
    <w:p>
      <w:r>
        <w:rPr>
          <w:rFonts w:ascii="Courier New" w:hAnsi="Courier New"/>
          <w:color w:val="555555"/>
          <w:sz w:val="20"/>
        </w:rPr>
        <w:t>[18 . 570]</w:t>
      </w:r>
    </w:p>
    <w:p>
      <w:r>
        <w:rPr>
          <w:rFonts w:ascii="Gentium Plus" w:hAnsi="Gentium Plus"/>
          <w:sz w:val="24"/>
        </w:rPr>
        <w:t>** [αἶνον] γράφεται «λίνον».</w:t>
      </w:r>
    </w:p>
    <w:p>
      <w:r>
        <w:rPr>
          <w:rFonts w:ascii="Courier New" w:hAnsi="Courier New"/>
          <w:color w:val="555555"/>
          <w:sz w:val="20"/>
        </w:rPr>
        <w:t>[18 . 571]</w:t>
      </w:r>
    </w:p>
    <w:p>
      <w:r>
        <w:rPr>
          <w:rFonts w:ascii="Gentium Plus" w:hAnsi="Gentium Plus"/>
          <w:sz w:val="24"/>
        </w:rPr>
        <w:t>[ῥήσσοντες] ἀντὶ τοῦ κροτοῦντες—τὸ ἔδαφος.</w:t>
      </w:r>
    </w:p>
    <w:p>
      <w:r>
        <w:rPr>
          <w:rFonts w:ascii="Courier New" w:hAnsi="Courier New"/>
          <w:color w:val="555555"/>
          <w:sz w:val="20"/>
        </w:rPr>
        <w:t>[18 . 572]</w:t>
      </w:r>
    </w:p>
    <w:p>
      <w:r>
        <w:rPr>
          <w:rFonts w:ascii="Gentium Plus" w:hAnsi="Gentium Plus"/>
          <w:sz w:val="24"/>
        </w:rPr>
        <w:t>[μολπῇ] προσληπτέον σύν. ἰωγμῷ] ὅ ἐστι διώξει.</w:t>
      </w:r>
    </w:p>
    <w:p>
      <w:r>
        <w:rPr>
          <w:rFonts w:ascii="Courier New" w:hAnsi="Courier New"/>
          <w:color w:val="555555"/>
          <w:sz w:val="20"/>
        </w:rPr>
        <w:t>[18 . 575]</w:t>
      </w:r>
    </w:p>
    <w:p>
      <w:r>
        <w:rPr>
          <w:rFonts w:ascii="Gentium Plus" w:hAnsi="Gentium Plus"/>
          <w:sz w:val="24"/>
        </w:rPr>
        <w:t>* [ἀπὸ κόπρου—νομὸν δὲ] ἐκ τῆς ἐπαύλεως ὥρμων καὶ ἐξῄεσαν εἰς τὴν νομήν.</w:t>
      </w:r>
    </w:p>
    <w:p>
      <w:r>
        <w:rPr>
          <w:rFonts w:ascii="Courier New" w:hAnsi="Courier New"/>
          <w:color w:val="555555"/>
          <w:sz w:val="20"/>
        </w:rPr>
        <w:t>[18 . 576]</w:t>
      </w:r>
    </w:p>
    <w:p>
      <w:r>
        <w:rPr>
          <w:rFonts w:ascii="Gentium Plus" w:hAnsi="Gentium Plus"/>
          <w:sz w:val="24"/>
        </w:rPr>
        <w:t>* ῥοδανὸν] διὰ τοὺς ἐν αὐτῷ πεφυκότας καλάμους εὐδιάσειστον, εὐκίνητον. Ῥοδανὸν] ποταμὸς πλησίον τοῦ Ὠκεανοῦ. δονακῆα] δόνακας ἔχοντα καὶ καλάμους.</w:t>
      </w:r>
    </w:p>
    <w:p>
      <w:r>
        <w:rPr>
          <w:rFonts w:ascii="Courier New" w:hAnsi="Courier New"/>
          <w:color w:val="555555"/>
          <w:sz w:val="20"/>
        </w:rPr>
        <w:t>[18 . 580]</w:t>
      </w:r>
    </w:p>
    <w:p>
      <w:r>
        <w:rPr>
          <w:rFonts w:ascii="Gentium Plus" w:hAnsi="Gentium Plus"/>
          <w:sz w:val="24"/>
        </w:rPr>
        <w:t>* [ἐρύγμηλον] μέγα μυκώμενον ἢ ἀνερευγόμενον τὴν τροφήν.</w:t>
      </w:r>
    </w:p>
    <w:p>
      <w:r>
        <w:rPr>
          <w:rFonts w:ascii="Courier New" w:hAnsi="Courier New"/>
          <w:color w:val="555555"/>
          <w:sz w:val="20"/>
        </w:rPr>
        <w:t>[18 . 584]</w:t>
      </w:r>
    </w:p>
    <w:p>
      <w:r>
        <w:rPr>
          <w:rFonts w:ascii="Gentium Plus" w:hAnsi="Gentium Plus"/>
          <w:sz w:val="24"/>
        </w:rPr>
        <w:t>* [ἐνδίεσαν] ἐπέσιξαν τοῖς λέουσι παρορμῶντες αὐτούς. ἐπι‐ σίζω δέ ἐστι τὸ ἀγριαίνω καὶ παροξύνω τῷ σιγμῷ τῆς φωνῆς.</w:t>
      </w:r>
    </w:p>
    <w:p>
      <w:r>
        <w:rPr>
          <w:rFonts w:ascii="Courier New" w:hAnsi="Courier New"/>
          <w:color w:val="555555"/>
          <w:sz w:val="20"/>
        </w:rPr>
        <w:t>[18 . 588]</w:t>
      </w:r>
    </w:p>
    <w:p>
      <w:r>
        <w:rPr>
          <w:rFonts w:ascii="Gentium Plus" w:hAnsi="Gentium Plus"/>
          <w:sz w:val="24"/>
        </w:rPr>
        <w:t>* [βήσσῃ] βῆσσα ὁ βασιμώτατος καὶ ὑψηλὸς τόπος.</w:t>
      </w:r>
    </w:p>
    <w:p>
      <w:r>
        <w:rPr>
          <w:rFonts w:ascii="Courier New" w:hAnsi="Courier New"/>
          <w:color w:val="555555"/>
          <w:sz w:val="20"/>
        </w:rPr>
        <w:t>[18 . 589]</w:t>
      </w:r>
    </w:p>
    <w:p>
      <w:r>
        <w:rPr>
          <w:rFonts w:ascii="Gentium Plus" w:hAnsi="Gentium Plus"/>
          <w:sz w:val="24"/>
        </w:rPr>
        <w:t>* [κλισίας] νῦν τὰς τῶν ποιμένων καταγωγάς.</w:t>
      </w:r>
    </w:p>
    <w:p>
      <w:r>
        <w:rPr>
          <w:rFonts w:ascii="Courier New" w:hAnsi="Courier New"/>
          <w:color w:val="555555"/>
          <w:sz w:val="20"/>
        </w:rPr>
        <w:t>[18 . 590]</w:t>
      </w:r>
    </w:p>
    <w:p>
      <w:r>
        <w:rPr>
          <w:rFonts w:ascii="Gentium Plus" w:hAnsi="Gentium Plus"/>
          <w:sz w:val="24"/>
        </w:rPr>
        <w:t>ἐν δὲ χορὸν ποίκιλλε] ἐγκατεσκεύασε δὲ ἐπιμελῶς ὁ Ἥφαιστος —τῆς Κρήτης. * [ποίκιλλε] ποικίλῃ τορνεύσει ἐποίει.</w:t>
      </w:r>
    </w:p>
    <w:p>
      <w:r>
        <w:rPr>
          <w:rFonts w:ascii="Courier New" w:hAnsi="Courier New"/>
          <w:color w:val="555555"/>
          <w:sz w:val="20"/>
        </w:rPr>
        <w:t>[18 . 593]</w:t>
      </w:r>
    </w:p>
    <w:p>
      <w:r>
        <w:rPr>
          <w:rFonts w:ascii="Gentium Plus" w:hAnsi="Gentium Plus"/>
          <w:sz w:val="24"/>
        </w:rPr>
        <w:t>καλλιπλοκάμῳ Ἀριάδνῃ] ..... οἱ Ἀθηναίοι— ἐποίησαν.</w:t>
      </w:r>
    </w:p>
    <w:p>
      <w:r>
        <w:rPr>
          <w:rFonts w:ascii="Courier New" w:hAnsi="Courier New"/>
          <w:color w:val="555555"/>
          <w:sz w:val="20"/>
        </w:rPr>
        <w:t>[18 593bis]</w:t>
      </w:r>
    </w:p>
    <w:p>
      <w:r>
        <w:rPr>
          <w:rFonts w:ascii="Gentium Plus" w:hAnsi="Gentium Plus"/>
          <w:sz w:val="24"/>
        </w:rPr>
        <w:t>ἀλφεσίβοιαι] ἔντιμοι—ἄλλων.</w:t>
      </w:r>
    </w:p>
    <w:p>
      <w:r>
        <w:rPr>
          <w:rFonts w:ascii="Courier New" w:hAnsi="Courier New"/>
          <w:color w:val="555555"/>
          <w:sz w:val="20"/>
        </w:rPr>
        <w:t>[18 . 594]</w:t>
      </w:r>
    </w:p>
    <w:p>
      <w:r>
        <w:rPr>
          <w:rFonts w:ascii="Gentium Plus" w:hAnsi="Gentium Plus"/>
          <w:sz w:val="24"/>
        </w:rPr>
        <w:t>[ἔχοντες] ὀρθῶς καὶ τοῦτο—πέφρακεν.</w:t>
      </w:r>
    </w:p>
    <w:p>
      <w:r>
        <w:rPr>
          <w:rFonts w:ascii="Courier New" w:hAnsi="Courier New"/>
          <w:color w:val="555555"/>
          <w:sz w:val="20"/>
        </w:rPr>
        <w:t>[18 . 596]</w:t>
      </w:r>
    </w:p>
    <w:p>
      <w:r>
        <w:rPr>
          <w:rFonts w:ascii="Gentium Plus" w:hAnsi="Gentium Plus"/>
          <w:sz w:val="24"/>
        </w:rPr>
        <w:t>[ἐϋννήτους] εὖ νενησμένους, λεπτούς.</w:t>
      </w:r>
    </w:p>
    <w:p>
      <w:r>
        <w:rPr>
          <w:rFonts w:ascii="Courier New" w:hAnsi="Courier New"/>
          <w:color w:val="555555"/>
          <w:sz w:val="20"/>
        </w:rPr>
        <w:t>[18 . 597]</w:t>
      </w:r>
    </w:p>
    <w:p>
      <w:r>
        <w:rPr>
          <w:rFonts w:ascii="Gentium Plus" w:hAnsi="Gentium Plus"/>
          <w:sz w:val="24"/>
        </w:rPr>
        <w:t>* [στεφάνας] κόσμους—κειμένους.</w:t>
      </w:r>
    </w:p>
    <w:p>
      <w:r>
        <w:rPr>
          <w:rFonts w:ascii="Courier New" w:hAnsi="Courier New"/>
          <w:color w:val="555555"/>
          <w:sz w:val="20"/>
        </w:rPr>
        <w:t>[18 . 599]</w:t>
      </w:r>
    </w:p>
    <w:p>
      <w:r>
        <w:rPr>
          <w:rFonts w:ascii="Gentium Plus" w:hAnsi="Gentium Plus"/>
          <w:sz w:val="24"/>
        </w:rPr>
        <w:t>[θρέξασκον] ἐν κύκλῳ ἔτρεχον.</w:t>
      </w:r>
    </w:p>
    <w:p>
      <w:r>
        <w:rPr>
          <w:rFonts w:ascii="Courier New" w:hAnsi="Courier New"/>
          <w:color w:val="555555"/>
          <w:sz w:val="20"/>
        </w:rPr>
        <w:t>[18 . 600]</w:t>
      </w:r>
    </w:p>
    <w:p>
      <w:r>
        <w:rPr>
          <w:rFonts w:ascii="Gentium Plus" w:hAnsi="Gentium Plus"/>
          <w:sz w:val="24"/>
        </w:rPr>
        <w:t>διὰ τῆς τοῦ τροχοῦ—ὑφιστᾷ.</w:t>
      </w:r>
    </w:p>
    <w:p>
      <w:r>
        <w:rPr>
          <w:rFonts w:ascii="Courier New" w:hAnsi="Courier New"/>
          <w:color w:val="555555"/>
          <w:sz w:val="20"/>
        </w:rPr>
        <w:t>[18 . 608]</w:t>
      </w:r>
    </w:p>
    <w:p>
      <w:r>
        <w:rPr>
          <w:rFonts w:ascii="Gentium Plus" w:hAnsi="Gentium Plus"/>
          <w:sz w:val="24"/>
        </w:rPr>
        <w:t>[ἄντυγα πὰρ πυμάτην σάκεος] παρὰ τὸ ἔσχατον μέρος τῆς ἀσπίδος πέριξ. [πύκα ποιητοῖο] ἐπιμελῶς καὶ συνεχῶς κατεσκευασμένου.</w:t>
      </w:r>
    </w:p>
    <w:p>
      <w:r>
        <w:rPr>
          <w:rFonts w:ascii="Courier New" w:hAnsi="Courier New"/>
          <w:color w:val="555555"/>
          <w:sz w:val="20"/>
        </w:rPr>
        <w:t>[18 . 613]</w:t>
      </w:r>
    </w:p>
    <w:p>
      <w:r>
        <w:rPr>
          <w:rFonts w:ascii="Gentium Plus" w:hAnsi="Gentium Plus"/>
          <w:sz w:val="24"/>
        </w:rPr>
        <w:t>[ἐανοῦ] λαμπροῦ, ποικίλου, εὐχύτου, ἁπαλοῦ.</w:t>
      </w:r>
    </w:p>
    <w:p>
      <w:r>
        <w:rPr>
          <w:rFonts w:ascii="Courier New" w:hAnsi="Courier New"/>
          <w:color w:val="555555"/>
          <w:sz w:val="20"/>
        </w:rPr>
        <w:t>[19 . 13]</w:t>
      </w:r>
    </w:p>
    <w:p>
      <w:r>
        <w:rPr>
          <w:rFonts w:ascii="Gentium Plus" w:hAnsi="Gentium Plus"/>
          <w:sz w:val="24"/>
        </w:rPr>
        <w:t>[ἀνέβραχε] ποιὸν ἦχον ἀπετέλεσεν.</w:t>
      </w:r>
    </w:p>
    <w:p>
      <w:r>
        <w:rPr>
          <w:rFonts w:ascii="Courier New" w:hAnsi="Courier New"/>
          <w:color w:val="555555"/>
          <w:sz w:val="20"/>
        </w:rPr>
        <w:t>[19 21-22]</w:t>
      </w:r>
    </w:p>
    <w:p>
      <w:r>
        <w:rPr>
          <w:rFonts w:ascii="Gentium Plus" w:hAnsi="Gentium Plus"/>
          <w:sz w:val="24"/>
        </w:rPr>
        <w:t>οἷ’—ἀθανάτων] ὁποῖα θεοῦ ἔργα εἶναι, τουτέστιν οἷα πρέπει θεὸν παρασχεῖν.</w:t>
      </w:r>
    </w:p>
    <w:p>
      <w:r>
        <w:rPr>
          <w:rFonts w:ascii="Courier New" w:hAnsi="Courier New"/>
          <w:color w:val="555555"/>
          <w:sz w:val="20"/>
        </w:rPr>
        <w:t>[19 . 26]</w:t>
      </w:r>
    </w:p>
    <w:p>
      <w:r>
        <w:rPr>
          <w:rFonts w:ascii="Gentium Plus" w:hAnsi="Gentium Plus"/>
          <w:sz w:val="24"/>
        </w:rPr>
        <w:t>σκώληκας ἐγγενήσωσιν—εἴλησιν.</w:t>
      </w:r>
    </w:p>
    <w:p>
      <w:r>
        <w:rPr>
          <w:rFonts w:ascii="Courier New" w:hAnsi="Courier New"/>
          <w:color w:val="555555"/>
          <w:sz w:val="20"/>
        </w:rPr>
        <w:t>[19 . 27]</w:t>
      </w:r>
    </w:p>
    <w:p>
      <w:r>
        <w:rPr>
          <w:rFonts w:ascii="Gentium Plus" w:hAnsi="Gentium Plus"/>
          <w:sz w:val="24"/>
        </w:rPr>
        <w:t>ἐκ δ’ αἰὼν 〈πέφαται〉] ἤτοι ἀνῄρηται ὁ βίος, ὅ ἐστι— ὁ νωτιαῖος μυελός. * τοῦ αἰῶνος αὐτοῦ ἀνῃρημένου, ὅ ἐστι τοῦ βίου ἀπολωλότος, ἀναγκαίως εἰς σκώληκας μετῆλθε τὸ σῶμα σαπησόμενον.</w:t>
      </w:r>
    </w:p>
    <w:p>
      <w:r>
        <w:rPr>
          <w:rFonts w:ascii="Courier New" w:hAnsi="Courier New"/>
          <w:color w:val="555555"/>
          <w:sz w:val="20"/>
        </w:rPr>
        <w:t>[19 . 31]</w:t>
      </w:r>
    </w:p>
    <w:p>
      <w:r>
        <w:rPr>
          <w:rFonts w:ascii="Gentium Plus" w:hAnsi="Gentium Plus"/>
          <w:sz w:val="24"/>
        </w:rPr>
        <w:t>[ἀρηϊφάτους] ἐν πολέμοις πεφονευμένους, ἢ σιδήρῳ· καὶ γὰρ ὁ σίδηρος Ἄρης.</w:t>
      </w:r>
    </w:p>
    <w:p>
      <w:r>
        <w:rPr>
          <w:rFonts w:ascii="Courier New" w:hAnsi="Courier New"/>
          <w:color w:val="555555"/>
          <w:sz w:val="20"/>
        </w:rPr>
        <w:t>[19 . 32]</w:t>
      </w:r>
    </w:p>
    <w:p>
      <w:r>
        <w:rPr>
          <w:rFonts w:ascii="Gentium Plus" w:hAnsi="Gentium Plus"/>
          <w:sz w:val="24"/>
        </w:rPr>
        <w:t>[τελεσφόρον] τὸν πάντα τελειοῦντα—φέροντα.</w:t>
      </w:r>
    </w:p>
    <w:p>
      <w:r>
        <w:rPr>
          <w:rFonts w:ascii="Courier New" w:hAnsi="Courier New"/>
          <w:color w:val="555555"/>
          <w:sz w:val="20"/>
        </w:rPr>
        <w:t>[19 . 44]</w:t>
      </w:r>
    </w:p>
    <w:p>
      <w:r>
        <w:rPr>
          <w:rFonts w:ascii="Gentium Plus" w:hAnsi="Gentium Plus"/>
          <w:sz w:val="24"/>
        </w:rPr>
        <w:t>[ταμίαι] οἱ φύλακες τῶν πρὸς τροφὴν, οἱ κελλάριοι.</w:t>
      </w:r>
    </w:p>
    <w:p>
      <w:r>
        <w:rPr>
          <w:rFonts w:ascii="Courier New" w:hAnsi="Courier New"/>
          <w:color w:val="555555"/>
          <w:sz w:val="20"/>
        </w:rPr>
        <w:t>[19 . 45]</w:t>
      </w:r>
    </w:p>
    <w:p>
      <w:r>
        <w:rPr>
          <w:rFonts w:ascii="Gentium Plus" w:hAnsi="Gentium Plus"/>
          <w:sz w:val="24"/>
        </w:rPr>
        <w:t>εἰς ἀγορὴν ἴσαν] εἰς τὴν ἐκκλησίαν συνηθροίζοντο.</w:t>
      </w:r>
    </w:p>
    <w:p>
      <w:r>
        <w:rPr>
          <w:rFonts w:ascii="Courier New" w:hAnsi="Courier New"/>
          <w:color w:val="555555"/>
          <w:sz w:val="20"/>
        </w:rPr>
        <w:t>[19 . 60]</w:t>
      </w:r>
    </w:p>
    <w:p>
      <w:r>
        <w:rPr>
          <w:rFonts w:ascii="Gentium Plus" w:hAnsi="Gentium Plus"/>
          <w:sz w:val="24"/>
        </w:rPr>
        <w:t>[Λυρνησσὸν] πόλις τῆς Ὑποπλακίης Θήβης τῆς Κιλικίας.</w:t>
      </w:r>
    </w:p>
    <w:p>
      <w:r>
        <w:rPr>
          <w:rFonts w:ascii="Courier New" w:hAnsi="Courier New"/>
          <w:color w:val="555555"/>
          <w:sz w:val="20"/>
        </w:rPr>
        <w:t>[19 . 61]</w:t>
      </w:r>
    </w:p>
    <w:p>
      <w:r>
        <w:rPr>
          <w:rFonts w:ascii="Gentium Plus" w:hAnsi="Gentium Plus"/>
          <w:sz w:val="24"/>
        </w:rPr>
        <w:t>[τῶ κ’ οὐ τόσσοι] οὕτως ἂν οὐ τοσοῦτοι. [ὀδὰξ—οὖδας] ἔδακον τὴν γῆν ἀναιρεθέντες.</w:t>
      </w:r>
    </w:p>
    <w:p>
      <w:r>
        <w:rPr>
          <w:rFonts w:ascii="Courier New" w:hAnsi="Courier New"/>
          <w:color w:val="555555"/>
          <w:sz w:val="20"/>
        </w:rPr>
        <w:t>[19 . 68]</w:t>
      </w:r>
    </w:p>
    <w:p>
      <w:r>
        <w:rPr>
          <w:rFonts w:ascii="Gentium Plus" w:hAnsi="Gentium Plus"/>
          <w:sz w:val="24"/>
        </w:rPr>
        <w:t>* [ἀσκελέως] ἄγαν σκληρῶς, ἀμεταστρέπτως. * [μενεαινέμεν] θυμοῦσθαι.</w:t>
      </w:r>
    </w:p>
    <w:p>
      <w:r>
        <w:rPr>
          <w:rFonts w:ascii="Courier New" w:hAnsi="Courier New"/>
          <w:color w:val="555555"/>
          <w:sz w:val="20"/>
        </w:rPr>
        <w:t>[19 . 72]</w:t>
      </w:r>
    </w:p>
    <w:p>
      <w:r>
        <w:rPr>
          <w:rFonts w:ascii="Gentium Plus" w:hAnsi="Gentium Plus"/>
          <w:sz w:val="24"/>
        </w:rPr>
        <w:t>* [γόνυ κάμψειν] καθέζεσθαι καὶ ἀναπαύεσθαι.</w:t>
      </w:r>
    </w:p>
    <w:p>
      <w:r>
        <w:rPr>
          <w:rFonts w:ascii="Courier New" w:hAnsi="Courier New"/>
          <w:color w:val="555555"/>
          <w:sz w:val="20"/>
        </w:rPr>
        <w:t>[19 79-80]</w:t>
      </w:r>
    </w:p>
    <w:p>
      <w:r>
        <w:rPr>
          <w:rFonts w:ascii="Gentium Plus" w:hAnsi="Gentium Plus"/>
          <w:sz w:val="24"/>
        </w:rPr>
        <w:t>ἑσταότος μὲν—ὑββαλεῖν] εἰδὼς ὁ Ἀγαμέμνων</w:t>
      </w:r>
    </w:p>
    <w:p>
      <w:r>
        <w:rPr>
          <w:rFonts w:ascii="Courier New" w:hAnsi="Courier New"/>
          <w:color w:val="555555"/>
          <w:sz w:val="20"/>
        </w:rPr>
        <w:t>[19 . 80]</w:t>
      </w:r>
    </w:p>
    <w:p>
      <w:r>
        <w:rPr>
          <w:rFonts w:ascii="Gentium Plus" w:hAnsi="Gentium Plus"/>
          <w:sz w:val="24"/>
        </w:rPr>
        <w:t>ἔστι γὰρ χαλεπώτατον, κἂν ἐπιστήμων ᾖ ὁ ῥήτωρ, ὑποκρουό‐ μενον λέγειν.</w:t>
      </w:r>
    </w:p>
    <w:p>
      <w:r>
        <w:rPr>
          <w:rFonts w:ascii="Courier New" w:hAnsi="Courier New"/>
          <w:color w:val="555555"/>
          <w:sz w:val="20"/>
        </w:rPr>
        <w:t>[19 . 83]</w:t>
      </w:r>
    </w:p>
    <w:p>
      <w:r>
        <w:rPr>
          <w:rFonts w:ascii="Gentium Plus" w:hAnsi="Gentium Plus"/>
          <w:sz w:val="24"/>
        </w:rPr>
        <w:t>Πηλεΐδῃ μὲν ἐγὼν ἐνδείξομαι] οἷον τὴν ἀπότασιν— ἀπολογήσομαι. ἐζήτηται δὲ διὰ ποίαν αἰτίαν—ἀναμείναντες.</w:t>
      </w:r>
    </w:p>
    <w:p>
      <w:r>
        <w:rPr>
          <w:rFonts w:ascii="Courier New" w:hAnsi="Courier New"/>
          <w:color w:val="555555"/>
          <w:sz w:val="20"/>
        </w:rPr>
        <w:t>[19 . 84]</w:t>
      </w:r>
    </w:p>
    <w:p>
      <w:r>
        <w:rPr>
          <w:rFonts w:ascii="Gentium Plus" w:hAnsi="Gentium Plus"/>
          <w:sz w:val="24"/>
        </w:rPr>
        <w:t>* [σύνθεσθε] οἱ δὲ ἄλλοι ἀκούσαντες εἴπατε τοῖς μὴ ἀκούσασιν.</w:t>
      </w:r>
    </w:p>
    <w:p>
      <w:r>
        <w:rPr>
          <w:rFonts w:ascii="Courier New" w:hAnsi="Courier New"/>
          <w:color w:val="555555"/>
          <w:sz w:val="20"/>
        </w:rPr>
        <w:t>[19 . 87]</w:t>
      </w:r>
    </w:p>
    <w:p>
      <w:r>
        <w:rPr>
          <w:rFonts w:ascii="Gentium Plus" w:hAnsi="Gentium Plus"/>
          <w:sz w:val="24"/>
        </w:rPr>
        <w:t>* [ἠεροφοῖτις] ἡ διὰ τοῦ σκότους φοιτῶσα καὶ ἐπερχομένη τιμωρὸς τοῖς ἀδικήμασιν. ἔστι δὲ—ἔργα.</w:t>
      </w:r>
    </w:p>
    <w:p>
      <w:r>
        <w:rPr>
          <w:rFonts w:ascii="Courier New" w:hAnsi="Courier New"/>
          <w:color w:val="555555"/>
          <w:sz w:val="20"/>
        </w:rPr>
        <w:t>[19 . 90]</w:t>
      </w:r>
    </w:p>
    <w:p>
      <w:r>
        <w:rPr>
          <w:rFonts w:ascii="Gentium Plus" w:hAnsi="Gentium Plus"/>
          <w:sz w:val="24"/>
        </w:rPr>
        <w:t>* [θεὸς διὰ πάντα τελευτᾷ] θεὸς γὰρ ἐν πᾶσι τοῖς πραττομένοις τέλος ἐπάγει.</w:t>
      </w:r>
    </w:p>
    <w:p>
      <w:r>
        <w:rPr>
          <w:rFonts w:ascii="Courier New" w:hAnsi="Courier New"/>
          <w:color w:val="555555"/>
          <w:sz w:val="20"/>
        </w:rPr>
        <w:t>[19 . 91]</w:t>
      </w:r>
    </w:p>
    <w:p>
      <w:r>
        <w:rPr>
          <w:rFonts w:ascii="Gentium Plus" w:hAnsi="Gentium Plus"/>
          <w:sz w:val="24"/>
        </w:rPr>
        <w:t>* [πρέσβα] πρεσβυτέραν καὶ ἐντιμοτέραν Διὸς θυγατέρα τὴν Ἄτην ὑπέθετο, ὅτι Διὸς γνώμῃ γίνεται καὶ τὰ ἀγαθὰ καὶ τὰ κακά. ἢ κατ’ εὐφημίαν εἴρηκε· καὶ γὰρ Ἀθηναῖοι τὰς Ἐρινύας Εὐμενίδας καλοῦσιν.</w:t>
      </w:r>
    </w:p>
    <w:p>
      <w:r>
        <w:rPr>
          <w:rFonts w:ascii="Courier New" w:hAnsi="Courier New"/>
          <w:color w:val="555555"/>
          <w:sz w:val="20"/>
        </w:rPr>
        <w:t>[19 . 92]</w:t>
      </w:r>
    </w:p>
    <w:p>
      <w:r>
        <w:rPr>
          <w:rFonts w:ascii="Gentium Plus" w:hAnsi="Gentium Plus"/>
          <w:sz w:val="24"/>
        </w:rPr>
        <w:t>* [τῇ μέν θ’ ἁπαλοὶ πόδες] διότι ἀναισθήτως ἡμῖν ἔπεισι τὰ κακὰ, διὰ τοῦτο ἁπαλοὺς πόδας φησὶ τῆς Ἄτης.</w:t>
      </w:r>
    </w:p>
    <w:p>
      <w:r>
        <w:rPr>
          <w:rFonts w:ascii="Courier New" w:hAnsi="Courier New"/>
          <w:color w:val="555555"/>
          <w:sz w:val="20"/>
        </w:rPr>
        <w:t>[19 . 93]</w:t>
      </w:r>
    </w:p>
    <w:p>
      <w:r>
        <w:rPr>
          <w:rFonts w:ascii="Gentium Plus" w:hAnsi="Gentium Plus"/>
          <w:sz w:val="24"/>
        </w:rPr>
        <w:t>* [πίλναται] προσπελάζει. ἐπὶ τὰς κεφαλὰς τῶν ἀνθρώπων τὴν Ἄτην φησὶ βαδίζειν.</w:t>
      </w:r>
    </w:p>
    <w:p>
      <w:r>
        <w:rPr>
          <w:rFonts w:ascii="Courier New" w:hAnsi="Courier New"/>
          <w:color w:val="555555"/>
          <w:sz w:val="20"/>
        </w:rPr>
        <w:t>[19 . 94]</w:t>
      </w:r>
    </w:p>
    <w:p>
      <w:r>
        <w:rPr>
          <w:rFonts w:ascii="Gentium Plus" w:hAnsi="Gentium Plus"/>
          <w:sz w:val="24"/>
        </w:rPr>
        <w:t>[ἕτερόν γ’ ἐπέδησε] ἕτερον ἀνθ’ ἑτέρου κατέσχεν ἡ Ἄτη. νῦν δὲ ἔβλαψεν. ἄλλως ἕνα γοῦν τινα ἔβλαψεν, ὅτι μὴ πολλούς.</w:t>
      </w:r>
    </w:p>
    <w:p>
      <w:r>
        <w:rPr>
          <w:rFonts w:ascii="Courier New" w:hAnsi="Courier New"/>
          <w:color w:val="555555"/>
          <w:sz w:val="20"/>
        </w:rPr>
        <w:t>[19 . 99]</w:t>
      </w:r>
    </w:p>
    <w:p>
      <w:r>
        <w:rPr>
          <w:rFonts w:ascii="Gentium Plus" w:hAnsi="Gentium Plus"/>
          <w:sz w:val="24"/>
        </w:rPr>
        <w:t>[ἐϋστεφάνῳ] κατατετειχισμένῃ—τετειχίσθαι.</w:t>
      </w:r>
    </w:p>
    <w:p>
      <w:r>
        <w:rPr>
          <w:rFonts w:ascii="Courier New" w:hAnsi="Courier New"/>
          <w:color w:val="555555"/>
          <w:sz w:val="20"/>
        </w:rPr>
        <w:t>[19 . 103]</w:t>
      </w:r>
    </w:p>
    <w:p>
      <w:r>
        <w:rPr>
          <w:rFonts w:ascii="Gentium Plus" w:hAnsi="Gentium Plus"/>
          <w:sz w:val="24"/>
        </w:rPr>
        <w:t>μογοστόκος] ἡ περὶ τὰς τίκτουσας κοπιῶσα, ἢ ἡ τοὺς μόγους ἐπικουφίζουσα τῶν τικτουσῶν.</w:t>
      </w:r>
    </w:p>
    <w:p>
      <w:r>
        <w:rPr>
          <w:rFonts w:ascii="Courier New" w:hAnsi="Courier New"/>
          <w:color w:val="555555"/>
          <w:sz w:val="20"/>
        </w:rPr>
        <w:t>[19 . 105]</w:t>
      </w:r>
    </w:p>
    <w:p>
      <w:r>
        <w:rPr>
          <w:rFonts w:ascii="Gentium Plus" w:hAnsi="Gentium Plus"/>
          <w:sz w:val="24"/>
        </w:rPr>
        <w:t>* [αἵματος] σπέρματος, γένους.</w:t>
      </w:r>
    </w:p>
    <w:p>
      <w:r>
        <w:rPr>
          <w:rFonts w:ascii="Courier New" w:hAnsi="Courier New"/>
          <w:color w:val="555555"/>
          <w:sz w:val="20"/>
        </w:rPr>
        <w:t>[19 . 110]</w:t>
      </w:r>
    </w:p>
    <w:p>
      <w:r>
        <w:rPr>
          <w:rFonts w:ascii="Gentium Plus" w:hAnsi="Gentium Plus"/>
          <w:sz w:val="24"/>
        </w:rPr>
        <w:t>[πέσῃ μετὰ ποσσὶ γυναικὸς] γεννηθῇ, ἀπὸ τοῦ παρακο‐</w:t>
      </w:r>
    </w:p>
    <w:p>
      <w:r>
        <w:rPr>
          <w:rFonts w:ascii="Courier New" w:hAnsi="Courier New"/>
          <w:color w:val="555555"/>
          <w:sz w:val="20"/>
        </w:rPr>
        <w:t>[19 . 113]</w:t>
      </w:r>
    </w:p>
    <w:p>
      <w:r>
        <w:rPr>
          <w:rFonts w:ascii="Gentium Plus" w:hAnsi="Gentium Plus"/>
          <w:sz w:val="24"/>
        </w:rPr>
        <w:t>[μέγαν ὅρκον] Στυγὸς ὕδωρ. τὴν Στύγα, τῶν Ὠκεανοῦ παίδων οὖσαν καὶ αὐτὴν μίαν ἀδελφὴν, τιμιωτάτην μετὰ τὴν τῶν Οὐρανίων θεῶν μάχην 〈καὶ〉 τῶν λεγομένων Τιτάνων εἶναι συν‐ έβη διὰ τήνδε τὴν αἰτίαν· οἱ περὶ Κρόνον Οὐρανοῦ παῖδες ἀρχαῖοι</w:t>
      </w:r>
    </w:p>
    <w:p>
      <w:r>
        <w:rPr>
          <w:rFonts w:ascii="Courier New" w:hAnsi="Courier New"/>
          <w:color w:val="555555"/>
          <w:sz w:val="20"/>
        </w:rPr>
        <w:t>[5]</w:t>
      </w:r>
    </w:p>
    <w:p>
      <w:r>
        <w:rPr>
          <w:rFonts w:ascii="Gentium Plus" w:hAnsi="Gentium Plus"/>
          <w:sz w:val="24"/>
        </w:rPr>
        <w:t>Τιτᾶνες τοῖς ἀμφὶ τὸν Δία νεωτέροις θεοῖς πόλεμον ἤραντο καὶ τοῦτο πράττειν δι’ ἐπιβουλῆς ἔγνωσαν. 〈οἱ δὲ τῆς Στυγὸς παῖδες ἐλθόντες σὺν τῇ μητρὶ εἰς τὸν Ὄλυμπον〉 δηλοῦσι τοῦτο Διὶ καὶ ἀξιοῦσιν αὐτοῖς συγκροτεῖσθαι τῷ τούτου τοῦ πολέμου καιρῷ, 〈ὥστε Δία〉 τιμῆσαι τὴν Στύγα καὶ τὸ τῆς Στυγὸς ὕδωρ ὅρκον θεῶν ποιῆσαι. ἡ ἱστορία παρ’</w:t>
      </w:r>
    </w:p>
    <w:p>
      <w:r>
        <w:rPr>
          <w:rFonts w:ascii="Courier New" w:hAnsi="Courier New"/>
          <w:color w:val="555555"/>
          <w:sz w:val="20"/>
        </w:rPr>
        <w:t>[10]</w:t>
      </w:r>
    </w:p>
    <w:p>
      <w:r>
        <w:rPr>
          <w:rFonts w:ascii="Gentium Plus" w:hAnsi="Gentium Plus"/>
          <w:sz w:val="24"/>
        </w:rPr>
        <w:t>Ἡσιόδῳ ἐν Θεογονίᾳ.</w:t>
      </w:r>
    </w:p>
    <w:p>
      <w:r>
        <w:rPr>
          <w:rFonts w:ascii="Courier New" w:hAnsi="Courier New"/>
          <w:color w:val="555555"/>
          <w:sz w:val="20"/>
        </w:rPr>
        <w:t>[19 . 116]</w:t>
      </w:r>
    </w:p>
    <w:p>
      <w:r>
        <w:rPr>
          <w:rFonts w:ascii="Gentium Plus" w:hAnsi="Gentium Plus"/>
          <w:sz w:val="24"/>
        </w:rPr>
        <w:t>ἰφθίμην ἄλοχον] τὴν Θεσσάλου—Λευκίππη.</w:t>
      </w:r>
    </w:p>
    <w:p>
      <w:r>
        <w:rPr>
          <w:rFonts w:ascii="Courier New" w:hAnsi="Courier New"/>
          <w:color w:val="555555"/>
          <w:sz w:val="20"/>
        </w:rPr>
        <w:t>[19 . 117]</w:t>
      </w:r>
    </w:p>
    <w:p>
      <w:r>
        <w:rPr>
          <w:rFonts w:ascii="Gentium Plus" w:hAnsi="Gentium Plus"/>
          <w:sz w:val="24"/>
        </w:rPr>
        <w:t>εἱστήκει μείς] μὴν Αἰολικῶς—κατ’ ἀναλογίαν.</w:t>
      </w:r>
    </w:p>
    <w:p>
      <w:r>
        <w:rPr>
          <w:rFonts w:ascii="Courier New" w:hAnsi="Courier New"/>
          <w:color w:val="555555"/>
          <w:sz w:val="20"/>
        </w:rPr>
        <w:t>[19 . 118]</w:t>
      </w:r>
    </w:p>
    <w:p>
      <w:r>
        <w:rPr>
          <w:rFonts w:ascii="Gentium Plus" w:hAnsi="Gentium Plus"/>
          <w:sz w:val="24"/>
        </w:rPr>
        <w:t>* [ἠλιτόμηνον] τὸν διημαρτηκότα τοῦ καθήκοντος μηνὸς εἰς τὸ τεχθῆναι· ἁλιτεῖν γὰρ τὸ ἁμαρτεῖν καὶ ἀποτυχεῖν. ἄλλως· διημαρτηκότα τοῦ τελείου ἀριθμοῦ τῶν ἐννέα μηνῶν· ἑπταμηναῖος γὰρ ὁ Εὐρυσθεὺς ἦν.</w:t>
      </w:r>
    </w:p>
    <w:p>
      <w:r>
        <w:rPr>
          <w:rFonts w:ascii="Courier New" w:hAnsi="Courier New"/>
          <w:color w:val="555555"/>
          <w:sz w:val="20"/>
        </w:rPr>
        <w:t>[19 . 119]</w:t>
      </w:r>
    </w:p>
    <w:p>
      <w:r>
        <w:rPr>
          <w:rFonts w:ascii="Gentium Plus" w:hAnsi="Gentium Plus"/>
          <w:sz w:val="24"/>
        </w:rPr>
        <w:t>Ἀλκμήνης δ’ ἀνέπαυσε] Ζεὺς μιγεὶς—μετέλαβεν.</w:t>
      </w:r>
    </w:p>
    <w:p>
      <w:r>
        <w:rPr>
          <w:rFonts w:ascii="Courier New" w:hAnsi="Courier New"/>
          <w:color w:val="555555"/>
          <w:sz w:val="20"/>
        </w:rPr>
        <w:t>[19 . 121]</w:t>
      </w:r>
    </w:p>
    <w:p>
      <w:r>
        <w:rPr>
          <w:rFonts w:ascii="Gentium Plus" w:hAnsi="Gentium Plus"/>
          <w:sz w:val="24"/>
        </w:rPr>
        <w:t>[ἀργικέραυνε] λαμπρὸν ἔχων κεραυνόν, ἢ ταχύν.</w:t>
      </w:r>
    </w:p>
    <w:p>
      <w:r>
        <w:rPr>
          <w:rFonts w:ascii="Courier New" w:hAnsi="Courier New"/>
          <w:color w:val="555555"/>
          <w:sz w:val="20"/>
        </w:rPr>
        <w:t>[19 . 123]</w:t>
      </w:r>
    </w:p>
    <w:p>
      <w:r>
        <w:rPr>
          <w:rFonts w:ascii="Gentium Plus" w:hAnsi="Gentium Plus"/>
          <w:sz w:val="24"/>
        </w:rPr>
        <w:t>[Σθενέλοιο πάϊς Περσηϊάδαο] ὁ Εὐρυσθεύς· ἦν γὰρ Περσέως ἔγγονος, ὅθεν Περσηϊάδην αὐτόν φησι.</w:t>
      </w:r>
    </w:p>
    <w:p>
      <w:r>
        <w:rPr>
          <w:rFonts w:ascii="Courier New" w:hAnsi="Courier New"/>
          <w:color w:val="555555"/>
          <w:sz w:val="20"/>
        </w:rPr>
        <w:t>[19 . 124]</w:t>
      </w:r>
    </w:p>
    <w:p>
      <w:r>
        <w:rPr>
          <w:rFonts w:ascii="Gentium Plus" w:hAnsi="Gentium Plus"/>
          <w:sz w:val="24"/>
        </w:rPr>
        <w:t>[οὔ οἱ ἀεικὲς] οὐ δεινὸν καὶ ἀεικὲς καὶ ἀπεοικός, οὐ χαλεπὸν</w:t>
      </w:r>
    </w:p>
    <w:p>
      <w:r>
        <w:rPr>
          <w:rFonts w:ascii="Courier New" w:hAnsi="Courier New"/>
          <w:color w:val="555555"/>
          <w:sz w:val="20"/>
        </w:rPr>
        <w:t>[19 . 126]</w:t>
      </w:r>
    </w:p>
    <w:p>
      <w:r>
        <w:rPr>
          <w:rFonts w:ascii="Gentium Plus" w:hAnsi="Gentium Plus"/>
          <w:sz w:val="24"/>
        </w:rPr>
        <w:t>ἀφείλετο δὲ ἐκ τῆς αὑτοῦ βαθυπλοκάμου κεφαλῆς τὴν Ἄτην. οἱ δὲ ἐκ τῆς ἠλειμμένους πλοκάμους ἐχούσης.</w:t>
      </w:r>
    </w:p>
    <w:p>
      <w:r>
        <w:rPr>
          <w:rFonts w:ascii="Courier New" w:hAnsi="Courier New"/>
          <w:color w:val="555555"/>
          <w:sz w:val="20"/>
        </w:rPr>
        <w:t>[19 . 132]</w:t>
      </w:r>
    </w:p>
    <w:p>
      <w:r>
        <w:rPr>
          <w:rFonts w:ascii="Gentium Plus" w:hAnsi="Gentium Plus"/>
          <w:sz w:val="24"/>
        </w:rPr>
        <w:t>[τὴν αἰεὶ στενάχεσκε] δι’ ἣν ἄτην ἀεὶ ἔστενεν.</w:t>
      </w:r>
    </w:p>
    <w:p>
      <w:r>
        <w:rPr>
          <w:rFonts w:ascii="Courier New" w:hAnsi="Courier New"/>
          <w:color w:val="555555"/>
          <w:sz w:val="20"/>
        </w:rPr>
        <w:t>[19 . 147]</w:t>
      </w:r>
    </w:p>
    <w:p>
      <w:r>
        <w:rPr>
          <w:rFonts w:ascii="Gentium Plus" w:hAnsi="Gentium Plus"/>
          <w:sz w:val="24"/>
        </w:rPr>
        <w:t>τὰ μὲν δῶρα εἴτε θέλεις παρασχεῖν εἴτε καὶ παρ’ ἑαυτῷ ἔχειν ἐν σοί ἐστιν.</w:t>
      </w:r>
    </w:p>
    <w:p>
      <w:r>
        <w:rPr>
          <w:rFonts w:ascii="Courier New" w:hAnsi="Courier New"/>
          <w:color w:val="555555"/>
          <w:sz w:val="20"/>
        </w:rPr>
        <w:t>[19 . 149]</w:t>
      </w:r>
    </w:p>
    <w:p>
      <w:r>
        <w:rPr>
          <w:rFonts w:ascii="Gentium Plus" w:hAnsi="Gentium Plus"/>
          <w:sz w:val="24"/>
        </w:rPr>
        <w:t>[κλοτοπεύειν] ἤτοι ὑποκλέπτειν αὐτοὺς τῆς μάχης ἐν τοῖς λόγοις ἢ ἐν ἔργῳ τινὶ ἐπιθυμεῖν.</w:t>
      </w:r>
    </w:p>
    <w:p>
      <w:r>
        <w:rPr>
          <w:rFonts w:ascii="Courier New" w:hAnsi="Courier New"/>
          <w:color w:val="555555"/>
          <w:sz w:val="20"/>
        </w:rPr>
        <w:t>[19 . 150]</w:t>
      </w:r>
    </w:p>
    <w:p>
      <w:r>
        <w:rPr>
          <w:rFonts w:ascii="Gentium Plus" w:hAnsi="Gentium Plus"/>
          <w:sz w:val="24"/>
        </w:rPr>
        <w:t>ἔτι—ἄρεκτον] ἀτελείωτον, ἄπρακτον. ἤτοι δὲ περὶ τῆς Πατρόκλου ταφῆς λέγεται ἢ τῆς τοῦ Ἕκτορος ἀναιρέσεως.</w:t>
      </w:r>
    </w:p>
    <w:p>
      <w:r>
        <w:rPr>
          <w:rFonts w:ascii="Courier New" w:hAnsi="Courier New"/>
          <w:color w:val="555555"/>
          <w:sz w:val="20"/>
        </w:rPr>
        <w:t>[19 . 158]</w:t>
      </w:r>
    </w:p>
    <w:p>
      <w:r>
        <w:rPr>
          <w:rFonts w:ascii="Gentium Plus" w:hAnsi="Gentium Plus"/>
          <w:sz w:val="24"/>
        </w:rPr>
        <w:t>[πρῶτον] νῦν καθάπαξ. [εὖτ’ ἂν ... ὁμιλήσωσι φάλαγγες] εἰς ταὐτὸ συνέλθωσιν αἱ τῶν στρατιωτῶν τάξεις πολεμῆσαι</w:t>
      </w:r>
    </w:p>
    <w:p>
      <w:r>
        <w:rPr>
          <w:rFonts w:ascii="Courier New" w:hAnsi="Courier New"/>
          <w:color w:val="555555"/>
          <w:sz w:val="20"/>
        </w:rPr>
        <w:t>[19 . 161]</w:t>
      </w:r>
    </w:p>
    <w:p>
      <w:r>
        <w:rPr>
          <w:rFonts w:ascii="Gentium Plus" w:hAnsi="Gentium Plus"/>
          <w:sz w:val="24"/>
        </w:rPr>
        <w:t>[τὸ γὰρ μένος ἐστὶ καὶ ἀλκή] τοῦτο γὰρ τῆς θρεπτικῆς δυνά‐ μεώς ἐστι παρασκευαστικόν.</w:t>
      </w:r>
    </w:p>
    <w:p>
      <w:r>
        <w:rPr>
          <w:rFonts w:ascii="Courier New" w:hAnsi="Courier New"/>
          <w:color w:val="555555"/>
          <w:sz w:val="20"/>
        </w:rPr>
        <w:t>[19 . 172]</w:t>
      </w:r>
    </w:p>
    <w:p>
      <w:r>
        <w:rPr>
          <w:rFonts w:ascii="Gentium Plus" w:hAnsi="Gentium Plus"/>
          <w:sz w:val="24"/>
        </w:rPr>
        <w:t>[ὅπλεσθαι] παρασκευάσασθαι εἰς τὸν πόλεμον.</w:t>
      </w:r>
    </w:p>
    <w:p>
      <w:r>
        <w:rPr>
          <w:rFonts w:ascii="Courier New" w:hAnsi="Courier New"/>
          <w:color w:val="555555"/>
          <w:sz w:val="20"/>
        </w:rPr>
        <w:t>[19 . 179]</w:t>
      </w:r>
    </w:p>
    <w:p>
      <w:r>
        <w:rPr>
          <w:rFonts w:ascii="Gentium Plus" w:hAnsi="Gentium Plus"/>
          <w:sz w:val="24"/>
        </w:rPr>
        <w:t>[ἀρεσάσθω] διαρέσκειαν θεραπευσάτω, φιλοφρονησάσθω.</w:t>
      </w:r>
    </w:p>
    <w:p>
      <w:r>
        <w:rPr>
          <w:rFonts w:ascii="Courier New" w:hAnsi="Courier New"/>
          <w:color w:val="555555"/>
          <w:sz w:val="20"/>
        </w:rPr>
        <w:t>[19 . 180]</w:t>
      </w:r>
    </w:p>
    <w:p>
      <w:r>
        <w:rPr>
          <w:rFonts w:ascii="Gentium Plus" w:hAnsi="Gentium Plus"/>
          <w:sz w:val="24"/>
        </w:rPr>
        <w:t>[πιείρῃ] λιπαρᾷ, δαψιλεῖ, πολυτελεῖ. ἔστι δὲ μεταφορά.</w:t>
      </w:r>
    </w:p>
    <w:p>
      <w:r>
        <w:rPr>
          <w:rFonts w:ascii="Courier New" w:hAnsi="Courier New"/>
          <w:color w:val="555555"/>
          <w:sz w:val="20"/>
        </w:rPr>
        <w:t>[19 180bis]</w:t>
      </w:r>
    </w:p>
    <w:p>
      <w:r>
        <w:rPr>
          <w:rFonts w:ascii="Gentium Plus" w:hAnsi="Gentium Plus"/>
          <w:sz w:val="24"/>
        </w:rPr>
        <w:t>ἵνα μηδὲν ἐλλείπῃ τῶν ὀφειλόντων πρὸς σὲ δικαίως πραχθῆναι.</w:t>
      </w:r>
    </w:p>
    <w:p>
      <w:r>
        <w:rPr>
          <w:rFonts w:ascii="Courier New" w:hAnsi="Courier New"/>
          <w:color w:val="555555"/>
          <w:sz w:val="20"/>
        </w:rPr>
        <w:t>[19 . 183]</w:t>
      </w:r>
    </w:p>
    <w:p>
      <w:r>
        <w:rPr>
          <w:rFonts w:ascii="Gentium Plus" w:hAnsi="Gentium Plus"/>
          <w:sz w:val="24"/>
        </w:rPr>
        <w:t>οὐ μὲν—ἐπαρέσσασθαι] ἢ οὐ μεμπτὸν γὰρ ὑπάρχει βασιλέα φιλιοῦσθαι. [ὅτε τις χαλεπήνῃ] κακῶς βλάψῃ, ὅ ἐστιν εἰς ὀργὴν ἔλθῃ.</w:t>
      </w:r>
    </w:p>
    <w:p>
      <w:r>
        <w:rPr>
          <w:rFonts w:ascii="Courier New" w:hAnsi="Courier New"/>
          <w:color w:val="555555"/>
          <w:sz w:val="20"/>
        </w:rPr>
        <w:t>[19 . 200]</w:t>
      </w:r>
    </w:p>
    <w:p>
      <w:r>
        <w:rPr>
          <w:rFonts w:ascii="Gentium Plus" w:hAnsi="Gentium Plus"/>
          <w:sz w:val="24"/>
        </w:rPr>
        <w:t>ἄλλοτέ ποτε ταῦτα δρᾶν ὀφείλετε παυσαμένου τοῦ πολέμου καὶ μὴ τοσαύτης ὀργῆς κατεχούσης μου τὴν ψυχήν.</w:t>
      </w:r>
    </w:p>
    <w:p>
      <w:r>
        <w:rPr>
          <w:rFonts w:ascii="Courier New" w:hAnsi="Courier New"/>
          <w:color w:val="555555"/>
          <w:sz w:val="20"/>
        </w:rPr>
        <w:t>[19 . 208]</w:t>
      </w:r>
    </w:p>
    <w:p>
      <w:r>
        <w:rPr>
          <w:rFonts w:ascii="Gentium Plus" w:hAnsi="Gentium Plus"/>
          <w:sz w:val="24"/>
        </w:rPr>
        <w:t>ἐπειδὰν τὴν ὑπὲρ τῶν ἀποθανόντων ὕβριν καὶ βλάβην ἐκδική‐</w:t>
      </w:r>
    </w:p>
    <w:p>
      <w:r>
        <w:rPr>
          <w:rFonts w:ascii="Courier New" w:hAnsi="Courier New"/>
          <w:color w:val="555555"/>
          <w:sz w:val="20"/>
        </w:rPr>
        <w:t>[19 . 212]</w:t>
      </w:r>
    </w:p>
    <w:p>
      <w:r>
        <w:rPr>
          <w:rFonts w:ascii="Gentium Plus" w:hAnsi="Gentium Plus"/>
          <w:sz w:val="24"/>
        </w:rPr>
        <w:t>[κεῖται ἀνὰ πρόθυρον] κεῖται—εἰς τοὺς οἴκους.</w:t>
      </w:r>
    </w:p>
    <w:p>
      <w:r>
        <w:rPr>
          <w:rFonts w:ascii="Courier New" w:hAnsi="Courier New"/>
          <w:color w:val="555555"/>
          <w:sz w:val="20"/>
        </w:rPr>
        <w:t>[19 . 213]</w:t>
      </w:r>
    </w:p>
    <w:p>
      <w:r>
        <w:rPr>
          <w:rFonts w:ascii="Gentium Plus" w:hAnsi="Gentium Plus"/>
          <w:sz w:val="24"/>
        </w:rPr>
        <w:t>[τό μοι] διό μοι.</w:t>
      </w:r>
    </w:p>
    <w:p>
      <w:r>
        <w:rPr>
          <w:rFonts w:ascii="Courier New" w:hAnsi="Courier New"/>
          <w:color w:val="555555"/>
          <w:sz w:val="20"/>
        </w:rPr>
        <w:t>[19 . 219]</w:t>
      </w:r>
    </w:p>
    <w:p>
      <w:r>
        <w:rPr>
          <w:rFonts w:ascii="Gentium Plus" w:hAnsi="Gentium Plus"/>
          <w:sz w:val="24"/>
        </w:rPr>
        <w:t>[ἐπεὶ πρότερος γενόμην] ἐπειδὴ πρεσβύτερος ὑπάρχω.</w:t>
      </w:r>
    </w:p>
    <w:p>
      <w:r>
        <w:rPr>
          <w:rFonts w:ascii="Courier New" w:hAnsi="Courier New"/>
          <w:color w:val="555555"/>
          <w:sz w:val="20"/>
        </w:rPr>
        <w:t>[19 . 221]</w:t>
      </w:r>
    </w:p>
    <w:p>
      <w:r>
        <w:rPr>
          <w:rFonts w:ascii="Gentium Plus" w:hAnsi="Gentium Plus"/>
          <w:sz w:val="24"/>
        </w:rPr>
        <w:t>ταχέως γὰρ κόρος λαμβάνει τοὺς ἀνθρώπους ἐν τῇ μάχῃ· ὀλίγοι γάρ εἰσιν οἱ ἀπολειπόμενοι ζῶντες, πολλοὶ δὲ οἱ φονευόμενοι.</w:t>
      </w:r>
    </w:p>
    <w:p>
      <w:r>
        <w:rPr>
          <w:rFonts w:ascii="Courier New" w:hAnsi="Courier New"/>
          <w:color w:val="555555"/>
          <w:sz w:val="20"/>
        </w:rPr>
        <w:t>[19 . 222]</w:t>
      </w:r>
    </w:p>
    <w:p>
      <w:r>
        <w:rPr>
          <w:rFonts w:ascii="Gentium Plus" w:hAnsi="Gentium Plus"/>
          <w:sz w:val="24"/>
        </w:rPr>
        <w:t>[καλάμην] καλάμην δὲ κυρίως τὸ ξυλῶδες τῶν ἀσταχύων. ἢ τοὺς στάχυς περιφραστικῶς. ἀλληγορικῶς οὖν «καλάμην» νῦν κέκληκε τὰ σώματα τῶν ἀνῃρημένων, ἄμητον δὲ τὸν τοῦ θέρους καιρὸν, θέλων δηλῶσαι ὅτι τροπῆς ἐκ Διὸς γενομένης πολλοὶ πίπτουσι κατὰ τὸν</w:t>
      </w:r>
    </w:p>
    <w:p>
      <w:r>
        <w:rPr>
          <w:rFonts w:ascii="Courier New" w:hAnsi="Courier New"/>
          <w:color w:val="555555"/>
          <w:sz w:val="20"/>
        </w:rPr>
        <w:t>[5]</w:t>
      </w:r>
    </w:p>
    <w:p>
      <w:r>
        <w:rPr>
          <w:rFonts w:ascii="Gentium Plus" w:hAnsi="Gentium Plus"/>
          <w:sz w:val="24"/>
        </w:rPr>
        <w:t>πόλεμον.</w:t>
      </w:r>
    </w:p>
    <w:p>
      <w:r>
        <w:rPr>
          <w:rFonts w:ascii="Courier New" w:hAnsi="Courier New"/>
          <w:color w:val="555555"/>
          <w:sz w:val="20"/>
        </w:rPr>
        <w:t>[19 . 223]</w:t>
      </w:r>
    </w:p>
    <w:p>
      <w:r>
        <w:rPr>
          <w:rFonts w:ascii="Gentium Plus" w:hAnsi="Gentium Plus"/>
          <w:sz w:val="24"/>
        </w:rPr>
        <w:t>ἄμητος] προπαροξυτόνως μὲν ὁ ἀμώμενος καὶ θεριζόμενος καρπὸς σίτου, ἀμητὸς δὲ ὀξυτόνως ὁ καιρὸς τοῦ θέρους. [ἐπὴν κλίνῃσι τάλαντα] ὁπόταν τροπὴν ἐργάσηται ὁ Ζεύς.</w:t>
      </w:r>
    </w:p>
    <w:p>
      <w:r>
        <w:rPr>
          <w:rFonts w:ascii="Courier New" w:hAnsi="Courier New"/>
          <w:color w:val="555555"/>
          <w:sz w:val="20"/>
        </w:rPr>
        <w:t>[19 . 238]</w:t>
      </w:r>
    </w:p>
    <w:p>
      <w:r>
        <w:rPr>
          <w:rFonts w:ascii="Gentium Plus" w:hAnsi="Gentium Plus"/>
          <w:sz w:val="24"/>
        </w:rPr>
        <w:t>[ὀπάσσατο] ἐφώνησεν, προσεταιρίσατο, ἀκόλουθον ἔλαβεν.</w:t>
      </w:r>
    </w:p>
    <w:p>
      <w:r>
        <w:rPr>
          <w:rFonts w:ascii="Courier New" w:hAnsi="Courier New"/>
          <w:color w:val="555555"/>
          <w:sz w:val="20"/>
        </w:rPr>
        <w:t>[19 . 247]</w:t>
      </w:r>
    </w:p>
    <w:p>
      <w:r>
        <w:rPr>
          <w:rFonts w:ascii="Gentium Plus" w:hAnsi="Gentium Plus"/>
          <w:sz w:val="24"/>
        </w:rPr>
        <w:t>στήσας] ἀριθμήσας—εἴρηνται.</w:t>
      </w:r>
    </w:p>
    <w:p>
      <w:r>
        <w:rPr>
          <w:rFonts w:ascii="Courier New" w:hAnsi="Courier New"/>
          <w:color w:val="555555"/>
          <w:sz w:val="20"/>
        </w:rPr>
        <w:t>[19 . 261]</w:t>
      </w:r>
    </w:p>
    <w:p>
      <w:r>
        <w:rPr>
          <w:rFonts w:ascii="Gentium Plus" w:hAnsi="Gentium Plus"/>
          <w:sz w:val="24"/>
        </w:rPr>
        <w:t>[μὴ μὲν] ἢ «πῆ μὲν», ἀντὶ τοῦ ποῦ;</w:t>
      </w:r>
    </w:p>
    <w:p>
      <w:r>
        <w:rPr>
          <w:rFonts w:ascii="Courier New" w:hAnsi="Courier New"/>
          <w:color w:val="555555"/>
          <w:sz w:val="20"/>
        </w:rPr>
        <w:t>[19 . 262]</w:t>
      </w:r>
    </w:p>
    <w:p>
      <w:r>
        <w:rPr>
          <w:rFonts w:ascii="Gentium Plus" w:hAnsi="Gentium Plus"/>
          <w:sz w:val="24"/>
        </w:rPr>
        <w:t>ὡς οὔτε τῆς συνουσίας χρῄζων ἀφειλόμην.</w:t>
      </w:r>
    </w:p>
    <w:p>
      <w:r>
        <w:rPr>
          <w:rFonts w:ascii="Courier New" w:hAnsi="Courier New"/>
          <w:color w:val="555555"/>
          <w:sz w:val="20"/>
        </w:rPr>
        <w:t>[19 . 263]</w:t>
      </w:r>
    </w:p>
    <w:p>
      <w:r>
        <w:rPr>
          <w:rFonts w:ascii="Gentium Plus" w:hAnsi="Gentium Plus"/>
          <w:sz w:val="24"/>
        </w:rPr>
        <w:t>* [ἀπροτίμαστος] ἀνύβριστος, ἀνεπίψαυστος, ἄχραντος, ἄθικτος συνουσίας καὶ μίξεως ἀνδρῶν.</w:t>
      </w:r>
    </w:p>
    <w:p>
      <w:r>
        <w:rPr>
          <w:rFonts w:ascii="Courier New" w:hAnsi="Courier New"/>
          <w:color w:val="555555"/>
          <w:sz w:val="20"/>
        </w:rPr>
        <w:t>[19 . 265]</w:t>
      </w:r>
    </w:p>
    <w:p>
      <w:r>
        <w:rPr>
          <w:rFonts w:ascii="Gentium Plus" w:hAnsi="Gentium Plus"/>
          <w:sz w:val="24"/>
        </w:rPr>
        <w:t>[ὅ τι σφ’ ἀλίτηται ὀμόσσας] ὅστις ἁμάρτῃ ἐπιορκήσας.</w:t>
      </w:r>
    </w:p>
    <w:p>
      <w:r>
        <w:rPr>
          <w:rFonts w:ascii="Courier New" w:hAnsi="Courier New"/>
          <w:color w:val="555555"/>
          <w:sz w:val="20"/>
        </w:rPr>
        <w:t>[19 . 268]</w:t>
      </w:r>
    </w:p>
    <w:p>
      <w:r>
        <w:rPr>
          <w:rFonts w:ascii="Gentium Plus" w:hAnsi="Gentium Plus"/>
          <w:sz w:val="24"/>
        </w:rPr>
        <w:t>τὸν μὲν Ταλθύβιος—ῥῖψ’ ἐπιδινήσας] ἐπιστραφεὶς, φησὶν, ἔρριψεν εἰς θάλασσαν τὸν κάπρον. σημειωτέον ὅτι—ἢ ἔκαιον, ὡς ἐν τῇ Γ φησίν.</w:t>
      </w:r>
    </w:p>
    <w:p>
      <w:r>
        <w:rPr>
          <w:rFonts w:ascii="Courier New" w:hAnsi="Courier New"/>
          <w:color w:val="555555"/>
          <w:sz w:val="20"/>
        </w:rPr>
        <w:t>[19 . 273]</w:t>
      </w:r>
    </w:p>
    <w:p>
      <w:r>
        <w:rPr>
          <w:rFonts w:ascii="Gentium Plus" w:hAnsi="Gentium Plus"/>
          <w:sz w:val="24"/>
        </w:rPr>
        <w:t>[ἀμήχανος ἀλλά ποθι Ζεὺς] ὥστε τὸν Δία ἀμήχανον δηλοῦσθαι, ὅ ἐστι κακομήχανον.</w:t>
      </w:r>
    </w:p>
    <w:p>
      <w:r>
        <w:rPr>
          <w:rFonts w:ascii="Courier New" w:hAnsi="Courier New"/>
          <w:color w:val="555555"/>
          <w:sz w:val="20"/>
        </w:rPr>
        <w:t>[19 . 284]</w:t>
      </w:r>
    </w:p>
    <w:p>
      <w:r>
        <w:rPr>
          <w:rFonts w:ascii="Gentium Plus" w:hAnsi="Gentium Plus"/>
          <w:sz w:val="24"/>
        </w:rPr>
        <w:t>[χυμένη] περιπλακεῖσα τῷ Πατρόκλῳ δηλονότι.</w:t>
      </w:r>
    </w:p>
    <w:p>
      <w:r>
        <w:rPr>
          <w:rFonts w:ascii="Courier New" w:hAnsi="Courier New"/>
          <w:color w:val="555555"/>
          <w:sz w:val="20"/>
        </w:rPr>
        <w:t>[19 . 290]</w:t>
      </w:r>
    </w:p>
    <w:p>
      <w:r>
        <w:rPr>
          <w:rFonts w:ascii="Gentium Plus" w:hAnsi="Gentium Plus"/>
          <w:sz w:val="24"/>
        </w:rPr>
        <w:t>* [ὥς μοι—αἰεί] ὡς ἐν ἀδιαλείπτοις γινόμεθα τοῖς δεινοῖς.</w:t>
      </w:r>
    </w:p>
    <w:p>
      <w:r>
        <w:rPr>
          <w:rFonts w:ascii="Courier New" w:hAnsi="Courier New"/>
          <w:color w:val="555555"/>
          <w:sz w:val="20"/>
        </w:rPr>
        <w:t>[19 . 294]</w:t>
      </w:r>
    </w:p>
    <w:p>
      <w:r>
        <w:rPr>
          <w:rFonts w:ascii="Gentium Plus" w:hAnsi="Gentium Plus"/>
          <w:sz w:val="24"/>
        </w:rPr>
        <w:t>* κηδείους] εὐνουστάτους καὶ μᾶλλον διαφέροντας τῇ συγγε‐ νείᾳ, φροντίδος ἀξίους.</w:t>
      </w:r>
    </w:p>
    <w:p>
      <w:r>
        <w:rPr>
          <w:rFonts w:ascii="Courier New" w:hAnsi="Courier New"/>
          <w:color w:val="555555"/>
          <w:sz w:val="20"/>
        </w:rPr>
        <w:t>[19 . 300]</w:t>
      </w:r>
    </w:p>
    <w:p>
      <w:r>
        <w:rPr>
          <w:rFonts w:ascii="Gentium Plus" w:hAnsi="Gentium Plus"/>
          <w:sz w:val="24"/>
        </w:rPr>
        <w:t>[ἄτομον] ἢ «ἄμοτον», ἀπληρώτως.</w:t>
      </w:r>
    </w:p>
    <w:p>
      <w:r>
        <w:rPr>
          <w:rFonts w:ascii="Courier New" w:hAnsi="Courier New"/>
          <w:color w:val="555555"/>
          <w:sz w:val="20"/>
        </w:rPr>
        <w:t>[19 . 302]</w:t>
      </w:r>
    </w:p>
    <w:p>
      <w:r>
        <w:rPr>
          <w:rFonts w:ascii="Gentium Plus" w:hAnsi="Gentium Plus"/>
          <w:sz w:val="24"/>
        </w:rPr>
        <w:t>αἱ δὲ λοιπαὶ γυναῖκες σὺν τῇ Βρισηΐδι δῆθεν ὡς ἐπὶ προφάσει Πατρόκλου ἔκλαιον, τῇ δὲ ἀληθείᾳ ἑκάστη αὐτῶν ἐθρήνει τὴν ἑαυτῆς συμφοράν.</w:t>
      </w:r>
    </w:p>
    <w:p>
      <w:r>
        <w:rPr>
          <w:rFonts w:ascii="Courier New" w:hAnsi="Courier New"/>
          <w:color w:val="555555"/>
          <w:sz w:val="20"/>
        </w:rPr>
        <w:t>[19 . 311]</w:t>
      </w:r>
    </w:p>
    <w:p>
      <w:r>
        <w:rPr>
          <w:rFonts w:ascii="Gentium Plus" w:hAnsi="Gentium Plus"/>
          <w:sz w:val="24"/>
        </w:rPr>
        <w:t>[τέρποντες] ἀντὶ τοῦ τέρπειν βουλόμενοι, παρηγοροῦντες.</w:t>
      </w:r>
    </w:p>
    <w:p>
      <w:r>
        <w:rPr>
          <w:rFonts w:ascii="Courier New" w:hAnsi="Courier New"/>
          <w:color w:val="555555"/>
          <w:sz w:val="20"/>
        </w:rPr>
        <w:t>[19 . 314]</w:t>
      </w:r>
    </w:p>
    <w:p>
      <w:r>
        <w:rPr>
          <w:rFonts w:ascii="Gentium Plus" w:hAnsi="Gentium Plus"/>
          <w:sz w:val="24"/>
        </w:rPr>
        <w:t>* [ἀδινῶς ἀνενείκατο] ἀθρόως, οἰκτρῶς καὶ ἐλεεινῶς ἀνέκρα‐ ξεν, οἷον ἀνεστέναξεν καὶ πολὺ ἤγαγε πνεῦμα.</w:t>
      </w:r>
    </w:p>
    <w:p>
      <w:r>
        <w:rPr>
          <w:rFonts w:ascii="Courier New" w:hAnsi="Courier New"/>
          <w:color w:val="555555"/>
          <w:sz w:val="20"/>
        </w:rPr>
        <w:t>[19 . 317]</w:t>
      </w:r>
    </w:p>
    <w:p>
      <w:r>
        <w:rPr>
          <w:rFonts w:ascii="Gentium Plus" w:hAnsi="Gentium Plus"/>
          <w:sz w:val="24"/>
        </w:rPr>
        <w:t>αἶψα καὶ ὀτραλέως] ἐνεργῶς καὶ σπουδαίως. 〈δὶσ〉 τὸ αὐτὸ εἶπεν ἐπιτάσεως χάριν.</w:t>
      </w:r>
    </w:p>
    <w:p>
      <w:r>
        <w:rPr>
          <w:rFonts w:ascii="Courier New" w:hAnsi="Courier New"/>
          <w:color w:val="555555"/>
          <w:sz w:val="20"/>
        </w:rPr>
        <w:t>[19 . 321]</w:t>
      </w:r>
    </w:p>
    <w:p>
      <w:r>
        <w:rPr>
          <w:rFonts w:ascii="Gentium Plus" w:hAnsi="Gentium Plus"/>
          <w:sz w:val="24"/>
        </w:rPr>
        <w:t>[κακώτερον] χεῖρον. ἢ κατώτερον.</w:t>
      </w:r>
    </w:p>
    <w:p>
      <w:r>
        <w:rPr>
          <w:rFonts w:ascii="Courier New" w:hAnsi="Courier New"/>
          <w:color w:val="555555"/>
          <w:sz w:val="20"/>
        </w:rPr>
        <w:t>[19 . 323]</w:t>
      </w:r>
    </w:p>
    <w:p>
      <w:r>
        <w:rPr>
          <w:rFonts w:ascii="Gentium Plus" w:hAnsi="Gentium Plus"/>
          <w:sz w:val="24"/>
        </w:rPr>
        <w:t>[εἴβει] 〈λείβει〉 λέγει. δὲ κυρίως μὲν σπένδει, ἄρτι δὲ προχεῖ, στάζει.</w:t>
      </w:r>
    </w:p>
    <w:p>
      <w:r>
        <w:rPr>
          <w:rFonts w:ascii="Courier New" w:hAnsi="Courier New"/>
          <w:color w:val="555555"/>
          <w:sz w:val="20"/>
        </w:rPr>
        <w:t>[19 . 326]</w:t>
      </w:r>
    </w:p>
    <w:p>
      <w:r>
        <w:rPr>
          <w:rFonts w:ascii="Gentium Plus" w:hAnsi="Gentium Plus"/>
          <w:sz w:val="24"/>
        </w:rPr>
        <w:t>[Σκύρῳ] μία τῶν Κυκλάδων νήσων. Ἀλεξάνδρου Ἑλένην—παρὰ τοῖς κυκλικοῖς.</w:t>
      </w:r>
    </w:p>
    <w:p>
      <w:r>
        <w:rPr>
          <w:rFonts w:ascii="Courier New" w:hAnsi="Courier New"/>
          <w:color w:val="555555"/>
          <w:sz w:val="20"/>
        </w:rPr>
        <w:t>[19 . 350]</w:t>
      </w:r>
    </w:p>
    <w:p>
      <w:r>
        <w:rPr>
          <w:rFonts w:ascii="Gentium Plus" w:hAnsi="Gentium Plus"/>
          <w:sz w:val="24"/>
        </w:rPr>
        <w:t>ἅρπῃ] εἶδος ὀρνέου, ὅ τινες ἰκτῖνον—δρέπανον.</w:t>
      </w:r>
    </w:p>
    <w:p>
      <w:r>
        <w:rPr>
          <w:rFonts w:ascii="Courier New" w:hAnsi="Courier New"/>
          <w:color w:val="555555"/>
          <w:sz w:val="20"/>
        </w:rPr>
        <w:t>[19 . 354]</w:t>
      </w:r>
    </w:p>
    <w:p>
      <w:r>
        <w:rPr>
          <w:rFonts w:ascii="Gentium Plus" w:hAnsi="Gentium Plus"/>
          <w:sz w:val="24"/>
        </w:rPr>
        <w:t>[ἀτερπὴς] ἀηδής, χαλεπός, διὰ τὸ συνεκτικὸν εἶναι παντὸς τοῦ σώματος.</w:t>
      </w:r>
    </w:p>
    <w:p>
      <w:r>
        <w:rPr>
          <w:rFonts w:ascii="Courier New" w:hAnsi="Courier New"/>
          <w:color w:val="555555"/>
          <w:sz w:val="20"/>
        </w:rPr>
        <w:t>[19 . 358]</w:t>
      </w:r>
    </w:p>
    <w:p>
      <w:r>
        <w:rPr>
          <w:rFonts w:ascii="Gentium Plus" w:hAnsi="Gentium Plus"/>
          <w:sz w:val="24"/>
        </w:rPr>
        <w:t>[αἰθρηγενέος] τοῦ αἴθρας ποιοῦντος.</w:t>
      </w:r>
    </w:p>
    <w:p>
      <w:r>
        <w:rPr>
          <w:rFonts w:ascii="Courier New" w:hAnsi="Courier New"/>
          <w:color w:val="555555"/>
          <w:sz w:val="20"/>
        </w:rPr>
        <w:t>[19 . 361]</w:t>
      </w:r>
    </w:p>
    <w:p>
      <w:r>
        <w:rPr>
          <w:rFonts w:ascii="Gentium Plus" w:hAnsi="Gentium Plus"/>
          <w:sz w:val="24"/>
        </w:rPr>
        <w:t>* [κραταιγύαλοι] ἰσχυρὰ κοιλώματα ἔχοντες· γύαλα 〈γὰρ〉 τὰ κοιλώματα.</w:t>
      </w:r>
    </w:p>
    <w:p>
      <w:r>
        <w:rPr>
          <w:rFonts w:ascii="Courier New" w:hAnsi="Courier New"/>
          <w:color w:val="555555"/>
          <w:sz w:val="20"/>
        </w:rPr>
        <w:t>[19 . 362]</w:t>
      </w:r>
    </w:p>
    <w:p>
      <w:r>
        <w:rPr>
          <w:rFonts w:ascii="Gentium Plus" w:hAnsi="Gentium Plus"/>
          <w:sz w:val="24"/>
        </w:rPr>
        <w:t>γέλασσε] ἐγανώθη, φαιδροτέρα τῇ λαμπηδόνι ἐγένετο τῶν ὅπλων.</w:t>
      </w:r>
    </w:p>
    <w:p>
      <w:r>
        <w:rPr>
          <w:rFonts w:ascii="Courier New" w:hAnsi="Courier New"/>
          <w:color w:val="555555"/>
          <w:sz w:val="20"/>
        </w:rPr>
        <w:t>[19 . 377]</w:t>
      </w:r>
    </w:p>
    <w:p>
      <w:r>
        <w:rPr>
          <w:rFonts w:ascii="Gentium Plus" w:hAnsi="Gentium Plus"/>
          <w:sz w:val="24"/>
        </w:rPr>
        <w:t>[οἰοπόλῳ] ἐν ᾧ 〈οἱ〉 ὄϊες πωλοῦνται καὶ ἀναστρέφονται.</w:t>
      </w:r>
    </w:p>
    <w:p>
      <w:r>
        <w:rPr>
          <w:rFonts w:ascii="Courier New" w:hAnsi="Courier New"/>
          <w:color w:val="555555"/>
          <w:sz w:val="20"/>
        </w:rPr>
        <w:t>[19 . 385]</w:t>
      </w:r>
    </w:p>
    <w:p>
      <w:r>
        <w:rPr>
          <w:rFonts w:ascii="Gentium Plus" w:hAnsi="Gentium Plus"/>
          <w:sz w:val="24"/>
        </w:rPr>
        <w:t>* εἰ αὑτῷ ἐφαρμόζοι τὰ ὅπλα καὶ μήτι ἐμποδίζοι, ἀλλ’ εὐκόλως ἐν αὐτοῖς κινοῖτο. ἀκωλύτως χρῷτο, ὥστε μὴ ἐμποδίζεσθαι.</w:t>
      </w:r>
    </w:p>
    <w:p>
      <w:r>
        <w:rPr>
          <w:rFonts w:ascii="Courier New" w:hAnsi="Courier New"/>
          <w:color w:val="555555"/>
          <w:sz w:val="20"/>
        </w:rPr>
        <w:t>[19 . 386]</w:t>
      </w:r>
    </w:p>
    <w:p>
      <w:r>
        <w:rPr>
          <w:rFonts w:ascii="Gentium Plus" w:hAnsi="Gentium Plus"/>
          <w:sz w:val="24"/>
        </w:rPr>
        <w:t>* [εὖτε πτερὰ] τῷ δ’ Ἀχιλλεῖ κοῦφα ἦν τὰ ὅπλα οἱονεὶ πτερὰ * [ἄειρε δὲ] κουφότερον δὲ αὐτὸν ταῦτα ἐποίει.</w:t>
      </w:r>
    </w:p>
    <w:p>
      <w:r>
        <w:rPr>
          <w:rFonts w:ascii="Courier New" w:hAnsi="Courier New"/>
          <w:color w:val="555555"/>
          <w:sz w:val="20"/>
        </w:rPr>
        <w:t>[19 . 390]</w:t>
      </w:r>
    </w:p>
    <w:p>
      <w:r>
        <w:rPr>
          <w:rFonts w:ascii="Gentium Plus" w:hAnsi="Gentium Plus"/>
          <w:sz w:val="24"/>
        </w:rPr>
        <w:t>[Πηλιάδα μελίην] τὴν ἐκ Πηλίου ὄρους Θεσσαλίας τμηθεῖσαν. λέγει δὲ τὸ δόρυ. μελία δὲ εἶδος δένδρου ἐπιτηδείου πρὸς κατασκευὴν δοράτων.</w:t>
      </w:r>
    </w:p>
    <w:p>
      <w:r>
        <w:rPr>
          <w:rFonts w:ascii="Courier New" w:hAnsi="Courier New"/>
          <w:color w:val="555555"/>
          <w:sz w:val="20"/>
        </w:rPr>
        <w:t>[19 . 392]</w:t>
      </w:r>
    </w:p>
    <w:p>
      <w:r>
        <w:rPr>
          <w:rFonts w:ascii="Gentium Plus" w:hAnsi="Gentium Plus"/>
          <w:sz w:val="24"/>
        </w:rPr>
        <w:t>[Ἄλκιμος] Ἀλκιμέδων ὑποκοριστικῶς.</w:t>
      </w:r>
    </w:p>
    <w:p>
      <w:r>
        <w:rPr>
          <w:rFonts w:ascii="Courier New" w:hAnsi="Courier New"/>
          <w:color w:val="555555"/>
          <w:sz w:val="20"/>
        </w:rPr>
        <w:t>[19 . 393]</w:t>
      </w:r>
    </w:p>
    <w:p>
      <w:r>
        <w:rPr>
          <w:rFonts w:ascii="Gentium Plus" w:hAnsi="Gentium Plus"/>
          <w:sz w:val="24"/>
        </w:rPr>
        <w:t>* [λέπαδνα] οἱ μασχαλιστῆρες, οἱ ὑποτραχήλιοι ἵμαντες.</w:t>
      </w:r>
    </w:p>
    <w:p>
      <w:r>
        <w:rPr>
          <w:rFonts w:ascii="Courier New" w:hAnsi="Courier New"/>
          <w:color w:val="555555"/>
          <w:sz w:val="20"/>
        </w:rPr>
        <w:t>[19 . 398]</w:t>
      </w:r>
    </w:p>
    <w:p>
      <w:r>
        <w:rPr>
          <w:rFonts w:ascii="Gentium Plus" w:hAnsi="Gentium Plus"/>
          <w:sz w:val="24"/>
        </w:rPr>
        <w:t>* [ἠλέκτωρ Ὑπερίων] ἐπίθετα ταῦτα τοῦ θεοῦ. ἠλέκτωρ ὁ λαμπρός, παρὰ τὴν τοῦ ἠλέκτρου ὁμοιότητα, ἢ ὁ ἀκοίμητος, οἱονεὶ ὁ ἄλεκτρος.</w:t>
      </w:r>
    </w:p>
    <w:p>
      <w:r>
        <w:rPr>
          <w:rFonts w:ascii="Courier New" w:hAnsi="Courier New"/>
          <w:color w:val="555555"/>
          <w:sz w:val="20"/>
        </w:rPr>
        <w:t>[19 . 402]</w:t>
      </w:r>
    </w:p>
    <w:p>
      <w:r>
        <w:rPr>
          <w:rFonts w:ascii="Gentium Plus" w:hAnsi="Gentium Plus"/>
          <w:sz w:val="24"/>
        </w:rPr>
        <w:t>* [ἐπεί χ’ ἑῶμεν] ἐπὰν ἐμβάλωμεν εἰς τὸν πόλεμον, ἐπὰν προέλ‐ θωμεν.</w:t>
      </w:r>
    </w:p>
    <w:p>
      <w:r>
        <w:rPr>
          <w:rFonts w:ascii="Courier New" w:hAnsi="Courier New"/>
          <w:color w:val="555555"/>
          <w:sz w:val="20"/>
        </w:rPr>
        <w:t>[19 402bis]</w:t>
      </w:r>
    </w:p>
    <w:p>
      <w:r>
        <w:rPr>
          <w:rFonts w:ascii="Gentium Plus" w:hAnsi="Gentium Plus"/>
          <w:sz w:val="24"/>
        </w:rPr>
        <w:t>τινὲς «χέομεν» ἀντὶ τοῦ ὑποχωρήσομεν. [αἰόλος] ἀντὶ τοῦ ταχύς.</w:t>
      </w:r>
    </w:p>
    <w:p>
      <w:r>
        <w:rPr>
          <w:rFonts w:ascii="Courier New" w:hAnsi="Courier New"/>
          <w:color w:val="555555"/>
          <w:sz w:val="20"/>
        </w:rPr>
        <w:t>[19 . 405]</w:t>
      </w:r>
    </w:p>
    <w:p>
      <w:r>
        <w:rPr>
          <w:rFonts w:ascii="Gentium Plus" w:hAnsi="Gentium Plus"/>
          <w:sz w:val="24"/>
        </w:rPr>
        <w:t>[ἤμυσε] εἰς τὴν γῆν ἔκλινεν τὴν κεφαλὴν αὑτοῦ— διαλέγεσθαι.</w:t>
      </w:r>
    </w:p>
    <w:p>
      <w:r>
        <w:rPr>
          <w:rFonts w:ascii="Courier New" w:hAnsi="Courier New"/>
          <w:color w:val="555555"/>
          <w:sz w:val="20"/>
        </w:rPr>
        <w:t>[19 . 417]</w:t>
      </w:r>
    </w:p>
    <w:p>
      <w:r>
        <w:rPr>
          <w:rFonts w:ascii="Gentium Plus" w:hAnsi="Gentium Plus"/>
          <w:sz w:val="24"/>
        </w:rPr>
        <w:t>[θεῷ καὶ ἀνέρι] ὑπὸ θεοῦ Ἀπόλλωνος καὶ ἀνδρὸς Ἀλεξάνδρου.</w:t>
      </w:r>
    </w:p>
    <w:p>
      <w:r>
        <w:rPr>
          <w:rFonts w:ascii="Courier New" w:hAnsi="Courier New"/>
          <w:color w:val="555555"/>
          <w:sz w:val="20"/>
        </w:rPr>
        <w:t>[19 . 418]</w:t>
      </w:r>
    </w:p>
    <w:p>
      <w:r>
        <w:rPr>
          <w:rFonts w:ascii="Gentium Plus" w:hAnsi="Gentium Plus"/>
          <w:sz w:val="24"/>
        </w:rPr>
        <w:t>οὕτως εἰπόντος—γίνεσθαι.</w:t>
      </w:r>
    </w:p>
    <w:p>
      <w:r>
        <w:rPr>
          <w:rFonts w:ascii="Courier New" w:hAnsi="Courier New"/>
          <w:color w:val="555555"/>
          <w:sz w:val="20"/>
        </w:rPr>
        <w:t>[19 . 423]</w:t>
      </w:r>
    </w:p>
    <w:p>
      <w:r>
        <w:rPr>
          <w:rFonts w:ascii="Gentium Plus" w:hAnsi="Gentium Plus"/>
          <w:sz w:val="24"/>
        </w:rPr>
        <w:t>[ἅδην] ἢ «ἄδην», ἀντὶ τοῦ δαψιλῶς, ἱκανῶς.</w:t>
      </w:r>
    </w:p>
    <w:p>
      <w:r>
        <w:rPr>
          <w:rFonts w:ascii="Courier New" w:hAnsi="Courier New"/>
          <w:color w:val="555555"/>
          <w:sz w:val="20"/>
        </w:rPr>
        <w:t>[20 . 3]</w:t>
      </w:r>
    </w:p>
    <w:p>
      <w:r>
        <w:rPr>
          <w:rFonts w:ascii="Gentium Plus" w:hAnsi="Gentium Plus"/>
          <w:sz w:val="24"/>
        </w:rPr>
        <w:t>θρωσμῷ] ὑψηλῷ τόπῳ, ὅθεν καὶ καταθορεῖν καὶ πηδῆσαι 〈ἔσ‐ τιν〉. ἔστι δὲ οὗτος ἐν Ἰλίῳ.</w:t>
      </w:r>
    </w:p>
    <w:p>
      <w:r>
        <w:rPr>
          <w:rFonts w:ascii="Courier New" w:hAnsi="Courier New"/>
          <w:color w:val="555555"/>
          <w:sz w:val="20"/>
        </w:rPr>
        <w:t>[20 . 4]</w:t>
      </w:r>
    </w:p>
    <w:p>
      <w:r>
        <w:rPr>
          <w:rFonts w:ascii="Gentium Plus" w:hAnsi="Gentium Plus"/>
          <w:sz w:val="24"/>
        </w:rPr>
        <w:t>Θέμιστα] ἀντὶ τοῦ Θέμιν, Δικαιοσύνην, ἥτις ἐστὶ μία τῶν Τιτα‐ νίδων.</w:t>
      </w:r>
    </w:p>
    <w:p>
      <w:r>
        <w:rPr>
          <w:rFonts w:ascii="Courier New" w:hAnsi="Courier New"/>
          <w:color w:val="555555"/>
          <w:sz w:val="20"/>
        </w:rPr>
        <w:t>[20 . 7]</w:t>
      </w:r>
    </w:p>
    <w:p>
      <w:r>
        <w:rPr>
          <w:rFonts w:ascii="Gentium Plus" w:hAnsi="Gentium Plus"/>
          <w:sz w:val="24"/>
        </w:rPr>
        <w:t>τὸν δὲ Ὠκεανὸν οὐ παρέβαλεν—ὑπάρχων. διὰ ποίαν δὲ αἰτίαν μόνος ὁ Ὠκεανὸς ποταμὸς οὐ πάρεστι τῇ ἐκκλη‐ σίᾳ τῶν θεῶν; ῥητέον δὲ ἐπεὶ συνεκτικὸν ἔχει τὸ τοῦ κόσμου ῥεῦμα· φησὶ γάρ· «Ὠκεανὸς, ᾧ πᾶσα περίρρυτος ἐνδέδεται χθών».</w:t>
      </w:r>
    </w:p>
    <w:p>
      <w:r>
        <w:rPr>
          <w:rFonts w:ascii="Courier New" w:hAnsi="Courier New"/>
          <w:color w:val="555555"/>
          <w:sz w:val="20"/>
        </w:rPr>
        <w:t>[20 . 30]</w:t>
      </w:r>
    </w:p>
    <w:p>
      <w:r>
        <w:rPr>
          <w:rFonts w:ascii="Gentium Plus" w:hAnsi="Gentium Plus"/>
          <w:sz w:val="24"/>
        </w:rPr>
        <w:t>[ὑπὲρ μόρον] παρὰ τὸ εἱμαρμένον, παρὰ τὸ δέον.</w:t>
      </w:r>
    </w:p>
    <w:p>
      <w:r>
        <w:rPr>
          <w:rFonts w:ascii="Courier New" w:hAnsi="Courier New"/>
          <w:color w:val="555555"/>
          <w:sz w:val="20"/>
        </w:rPr>
        <w:t>[20 . 34]</w:t>
      </w:r>
    </w:p>
    <w:p>
      <w:r>
        <w:rPr>
          <w:rFonts w:ascii="Gentium Plus" w:hAnsi="Gentium Plus"/>
          <w:sz w:val="24"/>
        </w:rPr>
        <w:t>[ἐριούνης] μεγάλην ὄνησιν παρέχων, μεγαλωφελής.</w:t>
      </w:r>
    </w:p>
    <w:p>
      <w:r>
        <w:rPr>
          <w:rFonts w:ascii="Courier New" w:hAnsi="Courier New"/>
          <w:color w:val="555555"/>
          <w:sz w:val="20"/>
        </w:rPr>
        <w:t>[20 . 39]</w:t>
      </w:r>
    </w:p>
    <w:p>
      <w:r>
        <w:rPr>
          <w:rFonts w:ascii="Gentium Plus" w:hAnsi="Gentium Plus"/>
          <w:sz w:val="24"/>
        </w:rPr>
        <w:t>* ἀκερσεκόμης] μὴ κειρόμενος—Ἀπόλλων.</w:t>
      </w:r>
    </w:p>
    <w:p>
      <w:r>
        <w:rPr>
          <w:rFonts w:ascii="Courier New" w:hAnsi="Courier New"/>
          <w:color w:val="555555"/>
          <w:sz w:val="20"/>
        </w:rPr>
        <w:t>[20 . 48]</w:t>
      </w:r>
    </w:p>
    <w:p>
      <w:r>
        <w:rPr>
          <w:rFonts w:ascii="Gentium Plus" w:hAnsi="Gentium Plus"/>
          <w:sz w:val="24"/>
        </w:rPr>
        <w:t>αὖεν] ἐφώνει, ἐβόα· ἐὰν δὲ δασύνηται, ἐξέκαιεν,</w:t>
      </w:r>
    </w:p>
    <w:p>
      <w:r>
        <w:rPr>
          <w:rFonts w:ascii="Courier New" w:hAnsi="Courier New"/>
          <w:color w:val="555555"/>
          <w:sz w:val="20"/>
        </w:rPr>
        <w:t>[20 . 50]</w:t>
      </w:r>
    </w:p>
    <w:p>
      <w:r>
        <w:rPr>
          <w:rFonts w:ascii="Gentium Plus" w:hAnsi="Gentium Plus"/>
          <w:sz w:val="24"/>
        </w:rPr>
        <w:t>[ἐπ’ ἀκτάων] ἐπὶ τῶν αἰγιαλῶν—προβεβλημένων.</w:t>
      </w:r>
    </w:p>
    <w:p>
      <w:r>
        <w:rPr>
          <w:rFonts w:ascii="Courier New" w:hAnsi="Courier New"/>
          <w:color w:val="555555"/>
          <w:sz w:val="20"/>
        </w:rPr>
        <w:t>[20 . 53]</w:t>
      </w:r>
    </w:p>
    <w:p>
      <w:r>
        <w:rPr>
          <w:rFonts w:ascii="Gentium Plus" w:hAnsi="Gentium Plus"/>
          <w:sz w:val="24"/>
        </w:rPr>
        <w:t>[θεῶν ἐπὶ Καλλικολώνῃ] τόπος ἐστὶν ὑψηλὸς ἐν τῇ Τροίᾳ κάλλει</w:t>
      </w:r>
    </w:p>
    <w:p>
      <w:r>
        <w:rPr>
          <w:rFonts w:ascii="Courier New" w:hAnsi="Courier New"/>
          <w:color w:val="555555"/>
          <w:sz w:val="20"/>
        </w:rPr>
        <w:t>[20 . 58]</w:t>
      </w:r>
    </w:p>
    <w:p>
      <w:r>
        <w:rPr>
          <w:rFonts w:ascii="Gentium Plus" w:hAnsi="Gentium Plus"/>
          <w:sz w:val="24"/>
        </w:rPr>
        <w:t>ἀπειρεσίην] ἄπειρον, μεγάλην, ἢ πέρας μὴ—εἶναι.</w:t>
      </w:r>
    </w:p>
    <w:p>
      <w:r>
        <w:rPr>
          <w:rFonts w:ascii="Courier New" w:hAnsi="Courier New"/>
          <w:color w:val="555555"/>
          <w:sz w:val="20"/>
        </w:rPr>
        <w:t>[20 . 59]</w:t>
      </w:r>
    </w:p>
    <w:p>
      <w:r>
        <w:rPr>
          <w:rFonts w:ascii="Gentium Plus" w:hAnsi="Gentium Plus"/>
          <w:sz w:val="24"/>
        </w:rPr>
        <w:t>[πόδες] τὰ καταλήγοντα τῶν ὀρῶν μεταφορικῶς. Gen. ajoute: αἱ ὑπώρειαι.</w:t>
      </w:r>
    </w:p>
    <w:p>
      <w:r>
        <w:rPr>
          <w:rFonts w:ascii="Courier New" w:hAnsi="Courier New"/>
          <w:color w:val="555555"/>
          <w:sz w:val="20"/>
        </w:rPr>
        <w:t>[20 . 67]</w:t>
      </w:r>
    </w:p>
    <w:p>
      <w:r>
        <w:rPr>
          <w:rFonts w:ascii="Gentium Plus" w:hAnsi="Gentium Plus"/>
          <w:sz w:val="24"/>
        </w:rPr>
        <w:t>ἤτοι μὲν—ἄνακτος] καὶ τὰ ἑξῆς· ἡ τῶν θεῶν μάχη —τοῦ ὕδατος.</w:t>
      </w:r>
    </w:p>
    <w:p>
      <w:r>
        <w:rPr>
          <w:rFonts w:ascii="Courier New" w:hAnsi="Courier New"/>
          <w:color w:val="555555"/>
          <w:sz w:val="20"/>
        </w:rPr>
        <w:t>[20 . 69]</w:t>
      </w:r>
    </w:p>
    <w:p>
      <w:r>
        <w:rPr>
          <w:rFonts w:ascii="Gentium Plus" w:hAnsi="Gentium Plus"/>
          <w:sz w:val="24"/>
        </w:rPr>
        <w:t>ἄντα δ’ Ἐνυαλίοιο] ἐξ ἐναντίας—δαίμονος.</w:t>
      </w:r>
    </w:p>
    <w:p>
      <w:r>
        <w:rPr>
          <w:rFonts w:ascii="Courier New" w:hAnsi="Courier New"/>
          <w:color w:val="555555"/>
          <w:sz w:val="20"/>
        </w:rPr>
        <w:t>[20 . 70]</w:t>
      </w:r>
    </w:p>
    <w:p>
      <w:r>
        <w:rPr>
          <w:rFonts w:ascii="Gentium Plus" w:hAnsi="Gentium Plus"/>
          <w:sz w:val="24"/>
        </w:rPr>
        <w:t>χρυσηλάκατος] ἐργατικὴ—κυνηγοί.</w:t>
      </w:r>
    </w:p>
    <w:p>
      <w:r>
        <w:rPr>
          <w:rFonts w:ascii="Courier New" w:hAnsi="Courier New"/>
          <w:color w:val="555555"/>
          <w:sz w:val="20"/>
        </w:rPr>
        <w:t>[20 . 72]</w:t>
      </w:r>
    </w:p>
    <w:p>
      <w:r>
        <w:rPr>
          <w:rFonts w:ascii="Gentium Plus" w:hAnsi="Gentium Plus"/>
          <w:sz w:val="24"/>
        </w:rPr>
        <w:t>σῶκος] ἤτοι—θεός.</w:t>
      </w:r>
    </w:p>
    <w:p>
      <w:r>
        <w:rPr>
          <w:rFonts w:ascii="Courier New" w:hAnsi="Courier New"/>
          <w:color w:val="555555"/>
          <w:sz w:val="20"/>
        </w:rPr>
        <w:t>[20 . 74]</w:t>
      </w:r>
    </w:p>
    <w:p>
      <w:r>
        <w:rPr>
          <w:rFonts w:ascii="Gentium Plus" w:hAnsi="Gentium Plus"/>
          <w:sz w:val="24"/>
        </w:rPr>
        <w:t>ὃν Ξάνθον καλέουσι] τῶν διωνύμων—ἀνθρώπους. διὰ τί δὲ κατὰ τὸν—ἀλλήλοις; Ποσειδῶν μὲν —τοῦ ὑγροῦ.</w:t>
      </w:r>
    </w:p>
    <w:p>
      <w:r>
        <w:rPr>
          <w:rFonts w:ascii="Courier New" w:hAnsi="Courier New"/>
          <w:color w:val="555555"/>
          <w:sz w:val="20"/>
        </w:rPr>
        <w:t>[20 . 83]</w:t>
      </w:r>
    </w:p>
    <w:p>
      <w:r>
        <w:rPr>
          <w:rFonts w:ascii="Gentium Plus" w:hAnsi="Gentium Plus"/>
          <w:sz w:val="24"/>
        </w:rPr>
        <w:t>[ἀπειλαί] νῦν καυχήσεις.</w:t>
      </w:r>
    </w:p>
    <w:p>
      <w:r>
        <w:rPr>
          <w:rFonts w:ascii="Courier New" w:hAnsi="Courier New"/>
          <w:color w:val="555555"/>
          <w:sz w:val="20"/>
        </w:rPr>
        <w:t>[20 . 84]</w:t>
      </w:r>
    </w:p>
    <w:p>
      <w:r>
        <w:rPr>
          <w:rFonts w:ascii="Gentium Plus" w:hAnsi="Gentium Plus"/>
          <w:sz w:val="24"/>
        </w:rPr>
        <w:t>[οἰνοποτάζων] τῶν δημοσίων—εὐωχούμενος.</w:t>
      </w:r>
    </w:p>
    <w:p>
      <w:r>
        <w:rPr>
          <w:rFonts w:ascii="Courier New" w:hAnsi="Courier New"/>
          <w:color w:val="555555"/>
          <w:sz w:val="20"/>
        </w:rPr>
        <w:t>[20 . 92]</w:t>
      </w:r>
    </w:p>
    <w:p>
      <w:r>
        <w:rPr>
          <w:rFonts w:ascii="Gentium Plus" w:hAnsi="Gentium Plus"/>
          <w:sz w:val="24"/>
        </w:rPr>
        <w:t>[Πήδασον] ποταμὸς Ἑλλησπόντου καὶ πόλις.</w:t>
      </w:r>
    </w:p>
    <w:p>
      <w:r>
        <w:rPr>
          <w:rFonts w:ascii="Courier New" w:hAnsi="Courier New"/>
          <w:color w:val="555555"/>
          <w:sz w:val="20"/>
        </w:rPr>
        <w:t>[20 . 96]</w:t>
      </w:r>
    </w:p>
    <w:p>
      <w:r>
        <w:rPr>
          <w:rFonts w:ascii="Gentium Plus" w:hAnsi="Gentium Plus"/>
          <w:sz w:val="24"/>
        </w:rPr>
        <w:t>[Λέλεγας] τοὺς ἐν Ἑλλησπόντῳ—κατοικοῦντας.</w:t>
      </w:r>
    </w:p>
    <w:p>
      <w:r>
        <w:rPr>
          <w:rFonts w:ascii="Courier New" w:hAnsi="Courier New"/>
          <w:color w:val="555555"/>
          <w:sz w:val="20"/>
        </w:rPr>
        <w:t>[20 . 101]</w:t>
      </w:r>
    </w:p>
    <w:p>
      <w:r>
        <w:rPr>
          <w:rFonts w:ascii="Gentium Plus" w:hAnsi="Gentium Plus"/>
          <w:sz w:val="24"/>
        </w:rPr>
        <w:t>ἶσον—τέλος] ἶσον ποιήσειε τὸ τέλος τοῦ πολέμου μη‐ δετέρῳ βοηθῶν.</w:t>
      </w:r>
    </w:p>
    <w:p>
      <w:r>
        <w:rPr>
          <w:rFonts w:ascii="Courier New" w:hAnsi="Courier New"/>
          <w:color w:val="555555"/>
          <w:sz w:val="20"/>
        </w:rPr>
        <w:t>[20 . 109]</w:t>
      </w:r>
    </w:p>
    <w:p>
      <w:r>
        <w:rPr>
          <w:rFonts w:ascii="Gentium Plus" w:hAnsi="Gentium Plus"/>
          <w:sz w:val="24"/>
        </w:rPr>
        <w:t>[ἀρειῇ] ἀπειλῇ, οἱ δὲ βλαβῇ. ἀπὸ τοῦ Ἄρεος.</w:t>
      </w:r>
    </w:p>
    <w:p>
      <w:r>
        <w:rPr>
          <w:rFonts w:ascii="Courier New" w:hAnsi="Courier New"/>
          <w:color w:val="555555"/>
          <w:sz w:val="20"/>
        </w:rPr>
        <w:t>[20 . 114]</w:t>
      </w:r>
    </w:p>
    <w:p>
      <w:r>
        <w:rPr>
          <w:rFonts w:ascii="Gentium Plus" w:hAnsi="Gentium Plus"/>
          <w:sz w:val="24"/>
        </w:rPr>
        <w:t>[ἣ δ’ ἄμυδις—θεοὺς] ἔστη δὲ θεοὺς ὁμοῦ συγκα‐ λέσασα.</w:t>
      </w:r>
    </w:p>
    <w:p>
      <w:r>
        <w:rPr>
          <w:rFonts w:ascii="Courier New" w:hAnsi="Courier New"/>
          <w:color w:val="555555"/>
          <w:sz w:val="20"/>
        </w:rPr>
        <w:t>[20 . 123]</w:t>
      </w:r>
    </w:p>
    <w:p>
      <w:r>
        <w:rPr>
          <w:rFonts w:ascii="Gentium Plus" w:hAnsi="Gentium Plus"/>
          <w:sz w:val="24"/>
        </w:rPr>
        <w:t>[οἳ τὸ πάρος περ] νῦν οἳ ἐξ ἀρχῆς.</w:t>
      </w:r>
    </w:p>
    <w:p>
      <w:r>
        <w:rPr>
          <w:rFonts w:ascii="Courier New" w:hAnsi="Courier New"/>
          <w:color w:val="555555"/>
          <w:sz w:val="20"/>
        </w:rPr>
        <w:t>[20 . 129]</w:t>
      </w:r>
    </w:p>
    <w:p>
      <w:r>
        <w:rPr>
          <w:rFonts w:ascii="Gentium Plus" w:hAnsi="Gentium Plus"/>
          <w:sz w:val="24"/>
        </w:rPr>
        <w:t>εἰ δ’ Ἀχιλλεὺς οὐκ ἀκούσεται ἐκ τῆς θείας φωνῆς, τουτέστιν ἡμῶν αὐτῶν.</w:t>
      </w:r>
    </w:p>
    <w:p>
      <w:r>
        <w:rPr>
          <w:rFonts w:ascii="Courier New" w:hAnsi="Courier New"/>
          <w:color w:val="555555"/>
          <w:sz w:val="20"/>
        </w:rPr>
        <w:t>[20 . 131]</w:t>
      </w:r>
    </w:p>
    <w:p>
      <w:r>
        <w:rPr>
          <w:rFonts w:ascii="Gentium Plus" w:hAnsi="Gentium Plus"/>
          <w:sz w:val="24"/>
        </w:rPr>
        <w:t>[χαλεποὶ δὲ—ἐναργεῖς] χαλεποὶ δὲ καὶ δεινοὶ οἱ</w:t>
      </w:r>
    </w:p>
    <w:p>
      <w:r>
        <w:rPr>
          <w:rFonts w:ascii="Courier New" w:hAnsi="Courier New"/>
          <w:color w:val="555555"/>
          <w:sz w:val="20"/>
        </w:rPr>
        <w:t>[20 . 140]</w:t>
      </w:r>
    </w:p>
    <w:p>
      <w:r>
        <w:rPr>
          <w:rFonts w:ascii="Gentium Plus" w:hAnsi="Gentium Plus"/>
          <w:sz w:val="24"/>
        </w:rPr>
        <w:t>ὀρεῖται] ἵν’ ᾖ διεγερθῇ, κινηθῇ. εὐθέως οὖν, φησὶ, καὶ ἡμῖν αὐτοῖς φιλονεικία γενήσεται.</w:t>
      </w:r>
    </w:p>
    <w:p>
      <w:r>
        <w:rPr>
          <w:rFonts w:ascii="Courier New" w:hAnsi="Courier New"/>
          <w:color w:val="555555"/>
          <w:sz w:val="20"/>
        </w:rPr>
        <w:t>[20 . 145]</w:t>
      </w:r>
    </w:p>
    <w:p>
      <w:r>
        <w:rPr>
          <w:rFonts w:ascii="Gentium Plus" w:hAnsi="Gentium Plus"/>
          <w:sz w:val="24"/>
        </w:rPr>
        <w:t>ἄλλως· Ποσειδῶν—ἱστορεῖ Ἑλλάνικος.</w:t>
      </w:r>
    </w:p>
    <w:p>
      <w:r>
        <w:rPr>
          <w:rFonts w:ascii="Courier New" w:hAnsi="Courier New"/>
          <w:color w:val="555555"/>
          <w:sz w:val="20"/>
        </w:rPr>
        <w:t>[20 . 150]</w:t>
      </w:r>
    </w:p>
    <w:p>
      <w:r>
        <w:rPr>
          <w:rFonts w:ascii="Gentium Plus" w:hAnsi="Gentium Plus"/>
          <w:sz w:val="24"/>
        </w:rPr>
        <w:t>[ἄρρηκτον] ἀντὶ τοῦ ἄπρακτον.</w:t>
      </w:r>
    </w:p>
    <w:p>
      <w:r>
        <w:rPr>
          <w:rFonts w:ascii="Courier New" w:hAnsi="Courier New"/>
          <w:color w:val="555555"/>
          <w:sz w:val="20"/>
        </w:rPr>
        <w:t>[20 . 151]</w:t>
      </w:r>
    </w:p>
    <w:p>
      <w:r>
        <w:rPr>
          <w:rFonts w:ascii="Gentium Plus" w:hAnsi="Gentium Plus"/>
          <w:sz w:val="24"/>
        </w:rPr>
        <w:t>[ὀφρύσι] ἐξοχαῖς μεταφορικῶς.</w:t>
      </w:r>
    </w:p>
    <w:p>
      <w:r>
        <w:rPr>
          <w:rFonts w:ascii="Courier New" w:hAnsi="Courier New"/>
          <w:color w:val="555555"/>
          <w:sz w:val="20"/>
        </w:rPr>
        <w:t>[20 . 152]</w:t>
      </w:r>
    </w:p>
    <w:p>
      <w:r>
        <w:rPr>
          <w:rFonts w:ascii="Gentium Plus" w:hAnsi="Gentium Plus"/>
          <w:sz w:val="24"/>
        </w:rPr>
        <w:t>[ἤϊε] Ἄπολλον τοξικέ, ἀπὸ τοῦ ἱέναι.</w:t>
      </w:r>
    </w:p>
    <w:p>
      <w:r>
        <w:rPr>
          <w:rFonts w:ascii="Courier New" w:hAnsi="Courier New"/>
          <w:color w:val="555555"/>
          <w:sz w:val="20"/>
        </w:rPr>
        <w:t>[20 . 154]</w:t>
      </w:r>
    </w:p>
    <w:p>
      <w:r>
        <w:rPr>
          <w:rFonts w:ascii="Gentium Plus" w:hAnsi="Gentium Plus"/>
          <w:sz w:val="24"/>
        </w:rPr>
        <w:t>[δυσηλεγέος] δεινοῦ, χαλεποῦ, δυσκόλου.</w:t>
      </w:r>
    </w:p>
    <w:p>
      <w:r>
        <w:rPr>
          <w:rFonts w:ascii="Courier New" w:hAnsi="Courier New"/>
          <w:color w:val="555555"/>
          <w:sz w:val="20"/>
        </w:rPr>
        <w:t>[20 . 157]</w:t>
      </w:r>
    </w:p>
    <w:p>
      <w:r>
        <w:rPr>
          <w:rFonts w:ascii="Gentium Plus" w:hAnsi="Gentium Plus"/>
          <w:sz w:val="24"/>
        </w:rPr>
        <w:t>[κάρκαιρε] ἐκινεῖτο, ἤχει. ὀνοματοποιΐα ὁ τρόπος.</w:t>
      </w:r>
    </w:p>
    <w:p>
      <w:r>
        <w:rPr>
          <w:rFonts w:ascii="Courier New" w:hAnsi="Courier New"/>
          <w:color w:val="555555"/>
          <w:sz w:val="20"/>
        </w:rPr>
        <w:t>[20 . 166]</w:t>
      </w:r>
    </w:p>
    <w:p>
      <w:r>
        <w:rPr>
          <w:rFonts w:ascii="Gentium Plus" w:hAnsi="Gentium Plus"/>
          <w:sz w:val="24"/>
        </w:rPr>
        <w:t>[ἐγρόμενοι πᾶς δῆμος] ἐν σχήματι πέφρακεν ἀντὶ τοῦ οἱ δημόται.</w:t>
      </w:r>
    </w:p>
    <w:p>
      <w:r>
        <w:rPr>
          <w:rFonts w:ascii="Courier New" w:hAnsi="Courier New"/>
          <w:color w:val="555555"/>
          <w:sz w:val="20"/>
        </w:rPr>
        <w:t>[20 . 169]</w:t>
      </w:r>
    </w:p>
    <w:p>
      <w:r>
        <w:rPr>
          <w:rFonts w:ascii="Gentium Plus" w:hAnsi="Gentium Plus"/>
          <w:sz w:val="24"/>
        </w:rPr>
        <w:t>[στένει] στενάζει ἢ στενοχωρεῖται.</w:t>
      </w:r>
    </w:p>
    <w:p>
      <w:r>
        <w:rPr>
          <w:rFonts w:ascii="Courier New" w:hAnsi="Courier New"/>
          <w:color w:val="555555"/>
          <w:sz w:val="20"/>
        </w:rPr>
        <w:t>[20 . 171]</w:t>
      </w:r>
    </w:p>
    <w:p>
      <w:r>
        <w:rPr>
          <w:rFonts w:ascii="Gentium Plus" w:hAnsi="Gentium Plus"/>
          <w:sz w:val="24"/>
        </w:rPr>
        <w:t>[ἕε δ’ αὐτὸν—μαχέσασθαι] ἀντὶ τοῦ αὐτὸς δὲ ἑαυ‐ τὸν ἀγριοῦσθαι ποιεῖ.</w:t>
      </w:r>
    </w:p>
    <w:p>
      <w:r>
        <w:rPr>
          <w:rFonts w:ascii="Courier New" w:hAnsi="Courier New"/>
          <w:color w:val="555555"/>
          <w:sz w:val="20"/>
        </w:rPr>
        <w:t>[20 . 172]</w:t>
      </w:r>
    </w:p>
    <w:p>
      <w:r>
        <w:rPr>
          <w:rFonts w:ascii="Gentium Plus" w:hAnsi="Gentium Plus"/>
          <w:sz w:val="24"/>
        </w:rPr>
        <w:t>[γλαυκιόων] πυρῶδες καὶ φοβερὸν βλέπων, ἀφ’ οὗ ἀγριούμε‐ νος.</w:t>
      </w:r>
    </w:p>
    <w:p>
      <w:r>
        <w:rPr>
          <w:rFonts w:ascii="Courier New" w:hAnsi="Courier New"/>
          <w:color w:val="555555"/>
          <w:sz w:val="20"/>
        </w:rPr>
        <w:t>[20 . 183]</w:t>
      </w:r>
    </w:p>
    <w:p>
      <w:r>
        <w:rPr>
          <w:rFonts w:ascii="Gentium Plus" w:hAnsi="Gentium Plus"/>
          <w:sz w:val="24"/>
        </w:rPr>
        <w:t>[οὐδ’ ἀεσίφρων] οὐδὲ κοῦφος καὶ μάταιος τὸ φρόνημα.</w:t>
      </w:r>
    </w:p>
    <w:p>
      <w:r>
        <w:rPr>
          <w:rFonts w:ascii="Courier New" w:hAnsi="Courier New"/>
          <w:color w:val="555555"/>
          <w:sz w:val="20"/>
        </w:rPr>
        <w:t>[20 195-196]</w:t>
      </w:r>
    </w:p>
    <w:p>
      <w:r>
        <w:rPr>
          <w:rFonts w:ascii="Gentium Plus" w:hAnsi="Gentium Plus"/>
          <w:sz w:val="24"/>
        </w:rPr>
        <w:t>[ὡς ἐνὶ θυμῷ βάλλεαι] ὡς κατὰ διάνοιαν ἐννοεῖ.</w:t>
      </w:r>
    </w:p>
    <w:p>
      <w:r>
        <w:rPr>
          <w:rFonts w:ascii="Courier New" w:hAnsi="Courier New"/>
          <w:color w:val="555555"/>
          <w:sz w:val="20"/>
        </w:rPr>
        <w:t>[20 . 200]</w:t>
      </w:r>
    </w:p>
    <w:p>
      <w:r>
        <w:rPr>
          <w:rFonts w:ascii="Gentium Plus" w:hAnsi="Gentium Plus"/>
          <w:sz w:val="24"/>
        </w:rPr>
        <w:t>[νηπύτιον] νηπιόφρονα, ἀνόητον, παῖδα.</w:t>
      </w:r>
    </w:p>
    <w:p>
      <w:r>
        <w:rPr>
          <w:rFonts w:ascii="Courier New" w:hAnsi="Courier New"/>
          <w:color w:val="555555"/>
          <w:sz w:val="20"/>
        </w:rPr>
        <w:t>[20 . 204]</w:t>
      </w:r>
    </w:p>
    <w:p>
      <w:r>
        <w:rPr>
          <w:rFonts w:ascii="Gentium Plus" w:hAnsi="Gentium Plus"/>
          <w:sz w:val="24"/>
        </w:rPr>
        <w:t>[πρόκλυτα] τὰ ὑπὸ τῶν προτέρων πεφημισμένα, παλαιά.</w:t>
      </w:r>
    </w:p>
    <w:p>
      <w:r>
        <w:rPr>
          <w:rFonts w:ascii="Courier New" w:hAnsi="Courier New"/>
          <w:color w:val="555555"/>
          <w:sz w:val="20"/>
        </w:rPr>
        <w:t>[20 . 207]</w:t>
      </w:r>
    </w:p>
    <w:p>
      <w:r>
        <w:rPr>
          <w:rFonts w:ascii="Gentium Plus" w:hAnsi="Gentium Plus"/>
          <w:sz w:val="24"/>
        </w:rPr>
        <w:t>[ἁλοσύδνης] ἐναλίας—κατοικούσης.</w:t>
      </w:r>
    </w:p>
    <w:p>
      <w:r>
        <w:rPr>
          <w:rFonts w:ascii="Courier New" w:hAnsi="Courier New"/>
          <w:color w:val="555555"/>
          <w:sz w:val="20"/>
        </w:rPr>
        <w:t>[20 . 216]</w:t>
      </w:r>
    </w:p>
    <w:p>
      <w:r>
        <w:rPr>
          <w:rFonts w:ascii="Gentium Plus" w:hAnsi="Gentium Plus"/>
          <w:sz w:val="24"/>
        </w:rPr>
        <w:t>[Δαρδανίην] πόλιν Τροίας.</w:t>
      </w:r>
    </w:p>
    <w:p>
      <w:r>
        <w:rPr>
          <w:rFonts w:ascii="Courier New" w:hAnsi="Courier New"/>
          <w:color w:val="555555"/>
          <w:sz w:val="20"/>
        </w:rPr>
        <w:t>[20 . 223]</w:t>
      </w:r>
    </w:p>
    <w:p>
      <w:r>
        <w:rPr>
          <w:rFonts w:ascii="Gentium Plus" w:hAnsi="Gentium Plus"/>
          <w:sz w:val="24"/>
        </w:rPr>
        <w:t>[τάων] λείπει ἡ ἐκ—ἐκ τούτων. Gen. ajoute: οὐ γὰρ πασῶν ἠράσθη.</w:t>
      </w:r>
    </w:p>
    <w:p>
      <w:r>
        <w:rPr>
          <w:rFonts w:ascii="Courier New" w:hAnsi="Courier New"/>
          <w:color w:val="555555"/>
          <w:sz w:val="20"/>
        </w:rPr>
        <w:t>[20 . 227]</w:t>
      </w:r>
    </w:p>
    <w:p>
      <w:r>
        <w:rPr>
          <w:rFonts w:ascii="Gentium Plus" w:hAnsi="Gentium Plus"/>
          <w:sz w:val="24"/>
        </w:rPr>
        <w:t>ἄκρον ἐπ’ ἀνθερικῶν] νῦν τῶν—λαχανῶδες.</w:t>
      </w:r>
    </w:p>
    <w:p>
      <w:r>
        <w:rPr>
          <w:rFonts w:ascii="Courier New" w:hAnsi="Courier New"/>
          <w:color w:val="555555"/>
          <w:sz w:val="20"/>
        </w:rPr>
        <w:t>[20 . 247]</w:t>
      </w:r>
    </w:p>
    <w:p>
      <w:r>
        <w:rPr>
          <w:rFonts w:ascii="Gentium Plus" w:hAnsi="Gentium Plus"/>
          <w:sz w:val="24"/>
        </w:rPr>
        <w:t>[νηῦς ἑκατόζυγος] ὑπὸ ἑκατὸν—καθέδραι.</w:t>
      </w:r>
    </w:p>
    <w:p>
      <w:r>
        <w:rPr>
          <w:rFonts w:ascii="Courier New" w:hAnsi="Courier New"/>
          <w:color w:val="555555"/>
          <w:sz w:val="20"/>
        </w:rPr>
        <w:t>[20 . 248]</w:t>
      </w:r>
    </w:p>
    <w:p>
      <w:r>
        <w:rPr>
          <w:rFonts w:ascii="Gentium Plus" w:hAnsi="Gentium Plus"/>
          <w:sz w:val="24"/>
        </w:rPr>
        <w:t>[στρεπτὴ] εὐκίνητος, μεταβολὰς πολλὰς ἔχουσα.</w:t>
      </w:r>
    </w:p>
    <w:p>
      <w:r>
        <w:rPr>
          <w:rFonts w:ascii="Courier New" w:hAnsi="Courier New"/>
          <w:color w:val="555555"/>
          <w:sz w:val="20"/>
        </w:rPr>
        <w:t>[20 . 255]</w:t>
      </w:r>
    </w:p>
    <w:p>
      <w:r>
        <w:rPr>
          <w:rFonts w:ascii="Gentium Plus" w:hAnsi="Gentium Plus"/>
          <w:sz w:val="24"/>
        </w:rPr>
        <w:t>[πόλλ’ ἐτεά τε καὶ οὐκί] πολλὰ μὲν ἀληθῆ καὶ ψευδῆ.</w:t>
      </w:r>
    </w:p>
    <w:p>
      <w:r>
        <w:rPr>
          <w:rFonts w:ascii="Courier New" w:hAnsi="Courier New"/>
          <w:color w:val="555555"/>
          <w:sz w:val="20"/>
        </w:rPr>
        <w:t>[20 . 258]</w:t>
      </w:r>
    </w:p>
    <w:p>
      <w:r>
        <w:rPr>
          <w:rFonts w:ascii="Gentium Plus" w:hAnsi="Gentium Plus"/>
          <w:sz w:val="24"/>
        </w:rPr>
        <w:t>[γευσόμεθα] ἀντὶ τοῦ—μεταφορικῶς.</w:t>
      </w:r>
    </w:p>
    <w:p>
      <w:r>
        <w:rPr>
          <w:rFonts w:ascii="Courier New" w:hAnsi="Courier New"/>
          <w:color w:val="555555"/>
          <w:sz w:val="20"/>
        </w:rPr>
        <w:t>[20 . 260]</w:t>
      </w:r>
    </w:p>
    <w:p>
      <w:r>
        <w:rPr>
          <w:rFonts w:ascii="Gentium Plus" w:hAnsi="Gentium Plus"/>
          <w:sz w:val="24"/>
        </w:rPr>
        <w:t>μύκε] ἐψόφησε, ἤχησεν· ἡ μεταφορὰ ἀπὸ τῆς φωνῆς τῶν βοῶν.</w:t>
      </w:r>
    </w:p>
    <w:p>
      <w:r>
        <w:rPr>
          <w:rFonts w:ascii="Courier New" w:hAnsi="Courier New"/>
          <w:color w:val="555555"/>
          <w:sz w:val="20"/>
        </w:rPr>
        <w:t>[20 269-275]</w:t>
      </w:r>
    </w:p>
    <w:p>
      <w:r>
        <w:rPr>
          <w:rFonts w:ascii="Gentium Plus" w:hAnsi="Gentium Plus"/>
          <w:sz w:val="24"/>
        </w:rPr>
        <w:t>«ἀλλὰ δύω μὲν ἔλασσε» ἕως τοῦ «τῇ ῥ’ ἔσχετο χάλ‐ κεον»] ἀτρώτων—συνιζήσεως γενομένης.</w:t>
      </w:r>
    </w:p>
    <w:p>
      <w:r>
        <w:rPr>
          <w:rFonts w:ascii="Courier New" w:hAnsi="Courier New"/>
          <w:color w:val="555555"/>
          <w:sz w:val="20"/>
        </w:rPr>
        <w:t>[20 . 270]</w:t>
      </w:r>
    </w:p>
    <w:p>
      <w:r>
        <w:rPr>
          <w:rFonts w:ascii="Gentium Plus" w:hAnsi="Gentium Plus"/>
          <w:sz w:val="24"/>
        </w:rPr>
        <w:t>[Κυλλοποδίων] χωλός. λέγει δὲ τὸν Ἥφαιστον.</w:t>
      </w:r>
    </w:p>
    <w:p>
      <w:r>
        <w:rPr>
          <w:rFonts w:ascii="Courier New" w:hAnsi="Courier New"/>
          <w:color w:val="555555"/>
          <w:sz w:val="20"/>
        </w:rPr>
        <w:t>[20 . 275]</w:t>
      </w:r>
    </w:p>
    <w:p>
      <w:r>
        <w:rPr>
          <w:rFonts w:ascii="Gentium Plus" w:hAnsi="Gentium Plus"/>
          <w:sz w:val="24"/>
        </w:rPr>
        <w:t>κατὰ τὸν ἔξωθεν κύκλον τῆς ἀσπίδος, καθ’ ὃ μέρος τῇ ἀσπίδι λεπτότατος περιέκειτο χαλκός.</w:t>
      </w:r>
    </w:p>
    <w:p>
      <w:r>
        <w:rPr>
          <w:rFonts w:ascii="Courier New" w:hAnsi="Courier New"/>
          <w:color w:val="555555"/>
          <w:sz w:val="20"/>
        </w:rPr>
        <w:t>[20 . 307]</w:t>
      </w:r>
    </w:p>
    <w:p>
      <w:r>
        <w:rPr>
          <w:rFonts w:ascii="Gentium Plus" w:hAnsi="Gentium Plus"/>
          <w:sz w:val="24"/>
        </w:rPr>
        <w:t>νῦν δὲ—ἀνάξει] Ἀφροδίτη χρησμοῦ— ἱστορεῖ Ἀκουσίλαος.</w:t>
      </w:r>
    </w:p>
    <w:p>
      <w:r>
        <w:rPr>
          <w:rFonts w:ascii="Courier New" w:hAnsi="Courier New"/>
          <w:color w:val="555555"/>
          <w:sz w:val="20"/>
        </w:rPr>
        <w:t>[20 . 329]</w:t>
      </w:r>
    </w:p>
    <w:p>
      <w:r>
        <w:rPr>
          <w:rFonts w:ascii="Gentium Plus" w:hAnsi="Gentium Plus"/>
          <w:sz w:val="24"/>
        </w:rPr>
        <w:t>Καύκωνες] οἱ μὲν Τρωϊκὸν ἔθνος—πόλις Λυκίας καὶ Καρίας.</w:t>
      </w:r>
    </w:p>
    <w:p>
      <w:r>
        <w:rPr>
          <w:rFonts w:ascii="Courier New" w:hAnsi="Courier New"/>
          <w:color w:val="555555"/>
          <w:sz w:val="20"/>
        </w:rPr>
        <w:t>[20 . 332]</w:t>
      </w:r>
    </w:p>
    <w:p>
      <w:r>
        <w:rPr>
          <w:rFonts w:ascii="Gentium Plus" w:hAnsi="Gentium Plus"/>
          <w:sz w:val="24"/>
        </w:rPr>
        <w:t>[ἀτέοντα] ἐνάντη ὄντα, ὅ ἐστι βλαπτόμενον καὶ ἀφροντιστοῦντα αὑτοῦ.</w:t>
      </w:r>
    </w:p>
    <w:p>
      <w:r>
        <w:rPr>
          <w:rFonts w:ascii="Courier New" w:hAnsi="Courier New"/>
          <w:color w:val="555555"/>
          <w:sz w:val="20"/>
        </w:rPr>
        <w:t>[20 . 357]</w:t>
      </w:r>
    </w:p>
    <w:p>
      <w:r>
        <w:rPr>
          <w:rFonts w:ascii="Gentium Plus" w:hAnsi="Gentium Plus"/>
          <w:sz w:val="24"/>
        </w:rPr>
        <w:t>τοσσούσδ’ ἀνθρώπους] ὁ Ἀσκαλωνίτης προπερισπᾷ κατὰ δεῖξιν, ὡς τὸ «〈τοσ〉σῆσδ’ ὑσμίνης». (359) ὁ Ἀρίσταρχος κατὰ παρολ‐ κὴν ἐδέξατο τὸν δέ.</w:t>
      </w:r>
    </w:p>
    <w:p>
      <w:r>
        <w:rPr>
          <w:rFonts w:ascii="Courier New" w:hAnsi="Courier New"/>
          <w:color w:val="555555"/>
          <w:sz w:val="20"/>
        </w:rPr>
        <w:t>[20 . 359]</w:t>
      </w:r>
    </w:p>
    <w:p>
      <w:r>
        <w:rPr>
          <w:rFonts w:ascii="Gentium Plus" w:hAnsi="Gentium Plus"/>
          <w:sz w:val="24"/>
        </w:rPr>
        <w:t>* [στόμα] τὴν σύστασιν.</w:t>
      </w:r>
    </w:p>
    <w:p>
      <w:r>
        <w:rPr>
          <w:rFonts w:ascii="Courier New" w:hAnsi="Courier New"/>
          <w:color w:val="555555"/>
          <w:sz w:val="20"/>
        </w:rPr>
        <w:t>[20 . 362]</w:t>
      </w:r>
    </w:p>
    <w:p>
      <w:r>
        <w:rPr>
          <w:rFonts w:ascii="Gentium Plus" w:hAnsi="Gentium Plus"/>
          <w:sz w:val="24"/>
        </w:rPr>
        <w:t>[στιχὸς εἶμι] διὰ τῆς τάξεως ἐλεύσομαι.</w:t>
      </w:r>
    </w:p>
    <w:p>
      <w:r>
        <w:rPr>
          <w:rFonts w:ascii="Courier New" w:hAnsi="Courier New"/>
          <w:color w:val="555555"/>
          <w:sz w:val="20"/>
        </w:rPr>
        <w:t>[20 . 365]</w:t>
      </w:r>
    </w:p>
    <w:p>
      <w:r>
        <w:rPr>
          <w:rFonts w:ascii="Gentium Plus" w:hAnsi="Gentium Plus"/>
          <w:sz w:val="24"/>
        </w:rPr>
        <w:t>[φάτο δ’ ἴμεναι ἄντ’ Ἀχιλῆος] ἔλεγε δὲ ἄντικρυς ἐλεύσεσθαι τοῦ Ἀχιλλέως.</w:t>
      </w:r>
    </w:p>
    <w:p>
      <w:r>
        <w:rPr>
          <w:rFonts w:ascii="Courier New" w:hAnsi="Courier New"/>
          <w:color w:val="555555"/>
          <w:sz w:val="20"/>
        </w:rPr>
        <w:t>[20 . 370]</w:t>
      </w:r>
    </w:p>
    <w:p>
      <w:r>
        <w:rPr>
          <w:rFonts w:ascii="Gentium Plus" w:hAnsi="Gentium Plus"/>
          <w:sz w:val="24"/>
        </w:rPr>
        <w:t>* [κολούσει] ἀκέφαλον, ἀτελὲς ποιήσει, τουτέστιν ἀποτεύξεται πρὸ τοῦ ποιῆσαι.</w:t>
      </w:r>
    </w:p>
    <w:p>
      <w:r>
        <w:rPr>
          <w:rFonts w:ascii="Courier New" w:hAnsi="Courier New"/>
          <w:color w:val="555555"/>
          <w:sz w:val="20"/>
        </w:rPr>
        <w:t>[20 . 385]</w:t>
      </w:r>
    </w:p>
    <w:p>
      <w:r>
        <w:rPr>
          <w:rFonts w:ascii="Gentium Plus" w:hAnsi="Gentium Plus"/>
          <w:sz w:val="24"/>
        </w:rPr>
        <w:t>* [Ὕδης] εἰ μὲν διὰ τοῦ δ, πόλις Λυδίας, ἡ 〈νῦν καλουμένη〉 Σάρδις, εἰ δὲ διὰ τοῦ λ, Ὕλη πόλις Βοιωτίας.</w:t>
      </w:r>
    </w:p>
    <w:p>
      <w:r>
        <w:rPr>
          <w:rFonts w:ascii="Courier New" w:hAnsi="Courier New"/>
          <w:color w:val="555555"/>
          <w:sz w:val="20"/>
        </w:rPr>
        <w:t>[20 390-391]</w:t>
      </w:r>
    </w:p>
    <w:p>
      <w:r>
        <w:rPr>
          <w:rFonts w:ascii="Gentium Plus" w:hAnsi="Gentium Plus"/>
          <w:sz w:val="24"/>
        </w:rPr>
        <w:t>* λίμνῃ Γυγαίῃ] οὕτως λίμνη καλουμένη Γυγαίη ἐν Λυδίᾳ, ἢ ἀπό τινος ἐγχωρίου Γύγου καλουμένου ἥρωος, ἢ ἀπὸ Γύγου τοῦ Κανδαύλου, ὃν πρῶτόν φασι βασιλεῦσαι Λυδῶν.</w:t>
      </w:r>
    </w:p>
    <w:p>
      <w:r>
        <w:rPr>
          <w:rFonts w:ascii="Courier New" w:hAnsi="Courier New"/>
          <w:color w:val="555555"/>
          <w:sz w:val="20"/>
        </w:rPr>
        <w:t>[20 . 392]</w:t>
      </w:r>
    </w:p>
    <w:p>
      <w:r>
        <w:rPr>
          <w:rFonts w:ascii="Gentium Plus" w:hAnsi="Gentium Plus"/>
          <w:sz w:val="24"/>
        </w:rPr>
        <w:t>Ὕλλος καὶ Ἕρμος ποταμοὶ Λυδίας.</w:t>
      </w:r>
    </w:p>
    <w:p>
      <w:r>
        <w:rPr>
          <w:rFonts w:ascii="Courier New" w:hAnsi="Courier New"/>
          <w:color w:val="555555"/>
          <w:sz w:val="20"/>
        </w:rPr>
        <w:t>[20 . 404]</w:t>
      </w:r>
    </w:p>
    <w:p>
      <w:r>
        <w:rPr>
          <w:rFonts w:ascii="Gentium Plus" w:hAnsi="Gentium Plus"/>
          <w:sz w:val="24"/>
        </w:rPr>
        <w:t>[ἤρυγεν] ἐμυκήσατο, ἀνερύγγανεν, πνεῦμα σφοδρὸν ἀφῆκεν.</w:t>
      </w:r>
    </w:p>
    <w:p>
      <w:r>
        <w:rPr>
          <w:rFonts w:ascii="Courier New" w:hAnsi="Courier New"/>
          <w:color w:val="555555"/>
          <w:sz w:val="20"/>
        </w:rPr>
        <w:t>[20 . 414]</w:t>
      </w:r>
    </w:p>
    <w:p>
      <w:r>
        <w:rPr>
          <w:rFonts w:ascii="Gentium Plus" w:hAnsi="Gentium Plus"/>
          <w:sz w:val="24"/>
        </w:rPr>
        <w:t>[ζωστῆρος ὀχῆες] οἱ συνέχοντες τὸν ζωστῆρα ἵμαντες.</w:t>
      </w:r>
    </w:p>
    <w:p>
      <w:r>
        <w:rPr>
          <w:rFonts w:ascii="Courier New" w:hAnsi="Courier New"/>
          <w:color w:val="555555"/>
          <w:sz w:val="20"/>
        </w:rPr>
        <w:t>[20 . 418]</w:t>
      </w:r>
    </w:p>
    <w:p>
      <w:r>
        <w:rPr>
          <w:rFonts w:ascii="Gentium Plus" w:hAnsi="Gentium Plus"/>
          <w:sz w:val="24"/>
        </w:rPr>
        <w:t>[προτὶ οἷ δὲ λάβ’ ἔντερα] προσελάβετο τὰ ἑαυτοῦ ἔντερα.</w:t>
      </w:r>
    </w:p>
    <w:p>
      <w:r>
        <w:rPr>
          <w:rFonts w:ascii="Courier New" w:hAnsi="Courier New"/>
          <w:color w:val="555555"/>
          <w:sz w:val="20"/>
        </w:rPr>
        <w:t>[20 . 420]</w:t>
      </w:r>
    </w:p>
    <w:p>
      <w:r>
        <w:rPr>
          <w:rFonts w:ascii="Gentium Plus" w:hAnsi="Gentium Plus"/>
          <w:sz w:val="24"/>
        </w:rPr>
        <w:t>[λιαζόμενον ποτὶ γαίῃ] πρὸς τῇ γῇ κεκλιμένον, ὅ ἐστι κείμενον.</w:t>
      </w:r>
    </w:p>
    <w:p>
      <w:r>
        <w:rPr>
          <w:rFonts w:ascii="Courier New" w:hAnsi="Courier New"/>
          <w:color w:val="555555"/>
          <w:sz w:val="20"/>
        </w:rPr>
        <w:t>[20 . 427]</w:t>
      </w:r>
    </w:p>
    <w:p>
      <w:r>
        <w:rPr>
          <w:rFonts w:ascii="Gentium Plus" w:hAnsi="Gentium Plus"/>
          <w:sz w:val="24"/>
        </w:rPr>
        <w:t>[ἀνὰ πτολέμοιο γεφύρας] τὰ μεταξὺ τῶν πολεμούντων διαστή‐ ματα.</w:t>
      </w:r>
    </w:p>
    <w:p>
      <w:r>
        <w:rPr>
          <w:rFonts w:ascii="Courier New" w:hAnsi="Courier New"/>
          <w:color w:val="555555"/>
          <w:sz w:val="20"/>
        </w:rPr>
        <w:t>[20 . 433]</w:t>
      </w:r>
    </w:p>
    <w:p>
      <w:r>
        <w:rPr>
          <w:rFonts w:ascii="Gentium Plus" w:hAnsi="Gentium Plus"/>
          <w:sz w:val="24"/>
        </w:rPr>
        <w:t>[αἴσυλα] τὰ παρὰ τὸ καθῆκον γινόμενα, ἄδικα.</w:t>
      </w:r>
    </w:p>
    <w:p>
      <w:r>
        <w:rPr>
          <w:rFonts w:ascii="Courier New" w:hAnsi="Courier New"/>
          <w:color w:val="555555"/>
          <w:sz w:val="20"/>
        </w:rPr>
        <w:t>[20 . 437]</w:t>
      </w:r>
    </w:p>
    <w:p>
      <w:r>
        <w:rPr>
          <w:rFonts w:ascii="Gentium Plus" w:hAnsi="Gentium Plus"/>
          <w:sz w:val="24"/>
        </w:rPr>
        <w:t>[ὀξὺ πάροιθεν] ὀξὺ κατὰ τὸ ἔμπροσθεν μέρος, κατὰ τὴν ἀκμήν.</w:t>
      </w:r>
    </w:p>
    <w:p>
      <w:r>
        <w:rPr>
          <w:rFonts w:ascii="Courier New" w:hAnsi="Courier New"/>
          <w:color w:val="555555"/>
          <w:sz w:val="20"/>
        </w:rPr>
        <w:t>[20 . 439]</w:t>
      </w:r>
    </w:p>
    <w:p>
      <w:r>
        <w:rPr>
          <w:rFonts w:ascii="Gentium Plus" w:hAnsi="Gentium Plus"/>
          <w:sz w:val="24"/>
        </w:rPr>
        <w:t>[πάλιν] ἐπὶ τὸ ἕτερον—ἐναντίον.</w:t>
      </w:r>
    </w:p>
    <w:p>
      <w:r>
        <w:rPr>
          <w:rFonts w:ascii="Courier New" w:hAnsi="Courier New"/>
          <w:color w:val="555555"/>
          <w:sz w:val="20"/>
        </w:rPr>
        <w:t>[20 . 440]</w:t>
      </w:r>
    </w:p>
    <w:p>
      <w:r>
        <w:rPr>
          <w:rFonts w:ascii="Gentium Plus" w:hAnsi="Gentium Plus"/>
          <w:sz w:val="24"/>
        </w:rPr>
        <w:t>* [ἦκα μάλα ψύξασα] πάνυ ἠρέμα καὶ πρᾴως καταπνεύσασα καὶ ὑπεκλύσασα—ποιήσασα.</w:t>
      </w:r>
    </w:p>
    <w:p>
      <w:r>
        <w:rPr>
          <w:rFonts w:ascii="Courier New" w:hAnsi="Courier New"/>
          <w:color w:val="555555"/>
          <w:sz w:val="20"/>
        </w:rPr>
        <w:t>[20 . 448]</w:t>
      </w:r>
    </w:p>
    <w:p>
      <w:r>
        <w:rPr>
          <w:rFonts w:ascii="Gentium Plus" w:hAnsi="Gentium Plus"/>
          <w:sz w:val="24"/>
        </w:rPr>
        <w:t>[δεινὰ δὲ] 〈τό «δέ»〉 περισσόν.</w:t>
      </w:r>
    </w:p>
    <w:p>
      <w:r>
        <w:rPr>
          <w:rFonts w:ascii="Courier New" w:hAnsi="Courier New"/>
          <w:color w:val="555555"/>
          <w:sz w:val="20"/>
        </w:rPr>
        <w:t>[20 . 451]</w:t>
      </w:r>
    </w:p>
    <w:p>
      <w:r>
        <w:rPr>
          <w:rFonts w:ascii="Gentium Plus" w:hAnsi="Gentium Plus"/>
          <w:sz w:val="24"/>
        </w:rPr>
        <w:t>[ἐς δοῦπον ἀκόντων] ἐπὶ τὴν ἄφεσιν τῶν δοράτων, ἐπὶ τὴν μάχην.</w:t>
      </w:r>
    </w:p>
    <w:p>
      <w:r>
        <w:rPr>
          <w:rFonts w:ascii="Courier New" w:hAnsi="Courier New"/>
          <w:color w:val="555555"/>
          <w:sz w:val="20"/>
        </w:rPr>
        <w:t>[20 . 464]</w:t>
      </w:r>
    </w:p>
    <w:p>
      <w:r>
        <w:rPr>
          <w:rFonts w:ascii="Gentium Plus" w:hAnsi="Gentium Plus"/>
          <w:sz w:val="24"/>
        </w:rPr>
        <w:t>[εἴ πως εὗ πεφίδοιτο] ὅπως αὐτοῦ φείσαιτο.</w:t>
      </w:r>
    </w:p>
    <w:p>
      <w:r>
        <w:rPr>
          <w:rFonts w:ascii="Courier New" w:hAnsi="Courier New"/>
          <w:color w:val="555555"/>
          <w:sz w:val="20"/>
        </w:rPr>
        <w:t>[20 . 467]</w:t>
      </w:r>
    </w:p>
    <w:p>
      <w:r>
        <w:rPr>
          <w:rFonts w:ascii="Gentium Plus" w:hAnsi="Gentium Plus"/>
          <w:sz w:val="24"/>
        </w:rPr>
        <w:t>[γλυκύθυμος] ἀνειμένος καὶ προσηνὴς τῇ ψυχῇ.</w:t>
      </w:r>
    </w:p>
    <w:p>
      <w:r>
        <w:rPr>
          <w:rFonts w:ascii="Courier New" w:hAnsi="Courier New"/>
          <w:color w:val="555555"/>
          <w:sz w:val="20"/>
        </w:rPr>
        <w:t>[20 . 481]</w:t>
      </w:r>
    </w:p>
    <w:p>
      <w:r>
        <w:rPr>
          <w:rFonts w:ascii="Gentium Plus" w:hAnsi="Gentium Plus"/>
          <w:sz w:val="24"/>
        </w:rPr>
        <w:t>[πρόσθ’ ὁρόων θάνατον] ἔχων πρὸ ὀφθαλμῶν τὸν θάνατον.</w:t>
      </w:r>
    </w:p>
    <w:p>
      <w:r>
        <w:rPr>
          <w:rFonts w:ascii="Courier New" w:hAnsi="Courier New"/>
          <w:color w:val="555555"/>
          <w:sz w:val="20"/>
        </w:rPr>
        <w:t>[20 . 483]</w:t>
      </w:r>
    </w:p>
    <w:p>
      <w:r>
        <w:rPr>
          <w:rFonts w:ascii="Gentium Plus" w:hAnsi="Gentium Plus"/>
          <w:sz w:val="24"/>
        </w:rPr>
        <w:t>[σφονδυλίων] οἵ εἰσι κδʹ ἐν τῇ ῥάχει.</w:t>
      </w:r>
    </w:p>
    <w:p>
      <w:r>
        <w:rPr>
          <w:rFonts w:ascii="Courier New" w:hAnsi="Courier New"/>
          <w:color w:val="555555"/>
          <w:sz w:val="20"/>
        </w:rPr>
        <w:t>[20 . 490]</w:t>
      </w:r>
    </w:p>
    <w:p>
      <w:r>
        <w:rPr>
          <w:rFonts w:ascii="Gentium Plus" w:hAnsi="Gentium Plus"/>
          <w:sz w:val="24"/>
        </w:rPr>
        <w:t>[ἀναμαιμάει] ἀναφέρεται ἢ ἐνθουσιᾷ. [θεσπιδαὲς] ὑπὸ θεῶν ἀναπτόμενον, θεῖον.</w:t>
      </w:r>
    </w:p>
    <w:p>
      <w:r>
        <w:rPr>
          <w:rFonts w:ascii="Courier New" w:hAnsi="Courier New"/>
          <w:color w:val="555555"/>
          <w:sz w:val="20"/>
        </w:rPr>
        <w:t>[20 . 495]</w:t>
      </w:r>
    </w:p>
    <w:p>
      <w:r>
        <w:rPr>
          <w:rFonts w:ascii="Gentium Plus" w:hAnsi="Gentium Plus"/>
          <w:sz w:val="24"/>
        </w:rPr>
        <w:t>[κτεινομένους ἐφέπων] ἔδει εἰπεῖν· ἔφεπε κτείνων.</w:t>
      </w:r>
    </w:p>
    <w:p>
      <w:r>
        <w:rPr>
          <w:rFonts w:ascii="Courier New" w:hAnsi="Courier New"/>
          <w:color w:val="555555"/>
          <w:sz w:val="20"/>
        </w:rPr>
        <w:t>[20 . 499]</w:t>
      </w:r>
    </w:p>
    <w:p>
      <w:r>
        <w:rPr>
          <w:rFonts w:ascii="Gentium Plus" w:hAnsi="Gentium Plus"/>
          <w:sz w:val="24"/>
        </w:rPr>
        <w:t>[στεῖβον .... νέκυας] ἐπάτουν τοὺς νεκρούς.</w:t>
      </w:r>
    </w:p>
    <w:p>
      <w:r>
        <w:rPr>
          <w:rFonts w:ascii="Courier New" w:hAnsi="Courier New"/>
          <w:color w:val="555555"/>
          <w:sz w:val="20"/>
        </w:rPr>
        <w:t>[21 . 1]</w:t>
      </w:r>
    </w:p>
    <w:p>
      <w:r>
        <w:rPr>
          <w:rFonts w:ascii="Gentium Plus" w:hAnsi="Gentium Plus"/>
          <w:sz w:val="24"/>
        </w:rPr>
        <w:t>πόρον] ἤτοι τὸν ποταμὸν—ξανθὰς κόμας ἔσχον. [ἐϋρρεῖος ποταμοῖο] τοῦ καλὰ ῥεύματα ἔχοντος ποταμοῦ.</w:t>
      </w:r>
    </w:p>
    <w:p>
      <w:r>
        <w:rPr>
          <w:rFonts w:ascii="Courier New" w:hAnsi="Courier New"/>
          <w:color w:val="555555"/>
          <w:sz w:val="20"/>
        </w:rPr>
        <w:t>[21 . 2]</w:t>
      </w:r>
    </w:p>
    <w:p>
      <w:r>
        <w:rPr>
          <w:rFonts w:ascii="Gentium Plus" w:hAnsi="Gentium Plus"/>
          <w:sz w:val="24"/>
        </w:rPr>
        <w:t>[ὃν ἀθάνατος τέκετο Ζεύς] τὸν σωματοειδῆ θεὸν, ὃς τοῦ ῥείθρου προέστηκεν· τὸ γὰρ ποτάμιον ὕδωρ ἐξ Ὠκεανοῦ φασιν εἶναι «ἐξ οὗπερ πάντες ποταμοί». (XXI 196).</w:t>
      </w:r>
    </w:p>
    <w:p>
      <w:r>
        <w:rPr>
          <w:rFonts w:ascii="Courier New" w:hAnsi="Courier New"/>
          <w:color w:val="555555"/>
          <w:sz w:val="20"/>
        </w:rPr>
        <w:t>[21 . 8]</w:t>
      </w:r>
    </w:p>
    <w:p>
      <w:r>
        <w:rPr>
          <w:rFonts w:ascii="Gentium Plus" w:hAnsi="Gentium Plus"/>
          <w:sz w:val="24"/>
        </w:rPr>
        <w:t>[ἀργυροδίνην] λαμπρὰς δίνας ἔχοντα, ὅ ἐστι συστροφάς.</w:t>
      </w:r>
    </w:p>
    <w:p>
      <w:r>
        <w:rPr>
          <w:rFonts w:ascii="Courier New" w:hAnsi="Courier New"/>
          <w:color w:val="555555"/>
          <w:sz w:val="20"/>
        </w:rPr>
        <w:t>[21 . 9]</w:t>
      </w:r>
    </w:p>
    <w:p>
      <w:r>
        <w:rPr>
          <w:rFonts w:ascii="Gentium Plus" w:hAnsi="Gentium Plus"/>
          <w:sz w:val="24"/>
        </w:rPr>
        <w:t>[αἰπὰ] νῦν βαθέα.</w:t>
      </w:r>
    </w:p>
    <w:p>
      <w:r>
        <w:rPr>
          <w:rFonts w:ascii="Courier New" w:hAnsi="Courier New"/>
          <w:color w:val="555555"/>
          <w:sz w:val="20"/>
        </w:rPr>
        <w:t>[21 . 12]</w:t>
      </w:r>
    </w:p>
    <w:p>
      <w:r>
        <w:rPr>
          <w:rFonts w:ascii="Gentium Plus" w:hAnsi="Gentium Plus"/>
          <w:sz w:val="24"/>
        </w:rPr>
        <w:t>[ἠερέθονται] ἤτοι ἐρεθίζονται, ἢ εἰς ἀέρα αἴρονται καὶ ἀποκρύ‐ πτονται.</w:t>
      </w:r>
    </w:p>
    <w:p>
      <w:r>
        <w:rPr>
          <w:rFonts w:ascii="Courier New" w:hAnsi="Courier New"/>
          <w:color w:val="555555"/>
          <w:sz w:val="20"/>
        </w:rPr>
        <w:t>[21 . 18]</w:t>
      </w:r>
    </w:p>
    <w:p>
      <w:r>
        <w:rPr>
          <w:rFonts w:ascii="Gentium Plus" w:hAnsi="Gentium Plus"/>
          <w:sz w:val="24"/>
        </w:rPr>
        <w:t>[κεκλιμένον μυρίκῃσιν] ὑπὸ μυρικῶν περιεχόμενον, κεκαλυμμέ‐ νον.</w:t>
      </w:r>
    </w:p>
    <w:p>
      <w:r>
        <w:rPr>
          <w:rFonts w:ascii="Courier New" w:hAnsi="Courier New"/>
          <w:color w:val="555555"/>
          <w:sz w:val="20"/>
        </w:rPr>
        <w:t>[21 . 23]</w:t>
      </w:r>
    </w:p>
    <w:p>
      <w:r>
        <w:rPr>
          <w:rFonts w:ascii="Gentium Plus" w:hAnsi="Gentium Plus"/>
          <w:sz w:val="24"/>
        </w:rPr>
        <w:t>μυχοὺς] φωλεούς—ἀποκρύφους.</w:t>
      </w:r>
    </w:p>
    <w:p>
      <w:r>
        <w:rPr>
          <w:rFonts w:ascii="Courier New" w:hAnsi="Courier New"/>
          <w:color w:val="555555"/>
          <w:sz w:val="20"/>
        </w:rPr>
        <w:t>[21 . 31]</w:t>
      </w:r>
    </w:p>
    <w:p>
      <w:r>
        <w:rPr>
          <w:rFonts w:ascii="Gentium Plus" w:hAnsi="Gentium Plus"/>
          <w:sz w:val="24"/>
        </w:rPr>
        <w:t>[στρεπτοῖσι] ἤτοι εὐκλώστοις.</w:t>
      </w:r>
    </w:p>
    <w:p>
      <w:r>
        <w:rPr>
          <w:rFonts w:ascii="Courier New" w:hAnsi="Courier New"/>
          <w:color w:val="555555"/>
          <w:sz w:val="20"/>
        </w:rPr>
        <w:t>[21 . 43]</w:t>
      </w:r>
    </w:p>
    <w:p>
      <w:r>
        <w:rPr>
          <w:rFonts w:ascii="Gentium Plus" w:hAnsi="Gentium Plus"/>
          <w:sz w:val="24"/>
        </w:rPr>
        <w:t>[Ἀρίσβην] πόλις Θρᾴκης ὑφ’ Ἑλλήσποντον.</w:t>
      </w:r>
    </w:p>
    <w:p>
      <w:r>
        <w:rPr>
          <w:rFonts w:ascii="Courier New" w:hAnsi="Courier New"/>
          <w:color w:val="555555"/>
          <w:sz w:val="20"/>
        </w:rPr>
        <w:t>[21 . 57]</w:t>
      </w:r>
    </w:p>
    <w:p>
      <w:r>
        <w:rPr>
          <w:rFonts w:ascii="Gentium Plus" w:hAnsi="Gentium Plus"/>
          <w:sz w:val="24"/>
        </w:rPr>
        <w:t>[νηλεὲς ἦμαρ] ἀνηλεῆ ἡμέραν. λέγει δὲ τὸν θάνατον.</w:t>
      </w:r>
    </w:p>
    <w:p>
      <w:r>
        <w:rPr>
          <w:rFonts w:ascii="Courier New" w:hAnsi="Courier New"/>
          <w:color w:val="555555"/>
          <w:sz w:val="20"/>
        </w:rPr>
        <w:t>[21 . 75]</w:t>
      </w:r>
    </w:p>
    <w:p>
      <w:r>
        <w:rPr>
          <w:rFonts w:ascii="Gentium Plus" w:hAnsi="Gentium Plus"/>
          <w:sz w:val="24"/>
        </w:rPr>
        <w:t>[ἀντί τοί εἰμ’ ἱκέταο] ἀντὶ τοῦ ἱκέτης σού εἰμι.</w:t>
      </w:r>
    </w:p>
    <w:p>
      <w:r>
        <w:rPr>
          <w:rFonts w:ascii="Courier New" w:hAnsi="Courier New"/>
          <w:color w:val="555555"/>
          <w:sz w:val="20"/>
        </w:rPr>
        <w:t>[21 . 76]</w:t>
      </w:r>
    </w:p>
    <w:p>
      <w:r>
        <w:rPr>
          <w:rFonts w:ascii="Gentium Plus" w:hAnsi="Gentium Plus"/>
          <w:sz w:val="24"/>
        </w:rPr>
        <w:t>[Δημήτερος ἀκτὴν] τὸν ἄρτον περιφραστικῶς.</w:t>
      </w:r>
    </w:p>
    <w:p>
      <w:r>
        <w:rPr>
          <w:rFonts w:ascii="Courier New" w:hAnsi="Courier New"/>
          <w:color w:val="555555"/>
          <w:sz w:val="20"/>
        </w:rPr>
        <w:t>[21 . 79]</w:t>
      </w:r>
    </w:p>
    <w:p>
      <w:r>
        <w:rPr>
          <w:rFonts w:ascii="Gentium Plus" w:hAnsi="Gentium Plus"/>
          <w:sz w:val="24"/>
        </w:rPr>
        <w:t>ἑκατόμβοιον] τιμὴν ἑκατὸν βοῶν ἀξίαν. οἱ παλαιοὶ— σιωπῆσαι.</w:t>
      </w:r>
    </w:p>
    <w:p>
      <w:r>
        <w:rPr>
          <w:rFonts w:ascii="Courier New" w:hAnsi="Courier New"/>
          <w:color w:val="555555"/>
          <w:sz w:val="20"/>
        </w:rPr>
        <w:t>[21 . 86]</w:t>
      </w:r>
    </w:p>
    <w:p>
      <w:r>
        <w:rPr>
          <w:rFonts w:ascii="Gentium Plus" w:hAnsi="Gentium Plus"/>
          <w:sz w:val="24"/>
        </w:rPr>
        <w:t>[Λελέγεσσι] ἀρχαῖον ἔθνος Φρυγῶν.</w:t>
      </w:r>
    </w:p>
    <w:p>
      <w:r>
        <w:rPr>
          <w:rFonts w:ascii="Courier New" w:hAnsi="Courier New"/>
          <w:color w:val="555555"/>
          <w:sz w:val="20"/>
        </w:rPr>
        <w:t>[21 . 87]</w:t>
      </w:r>
    </w:p>
    <w:p>
      <w:r>
        <w:rPr>
          <w:rFonts w:ascii="Gentium Plus" w:hAnsi="Gentium Plus"/>
          <w:sz w:val="24"/>
        </w:rPr>
        <w:t>[Σατνιόεντα] ποταμὸς Τρωΐας.</w:t>
      </w:r>
    </w:p>
    <w:p>
      <w:r>
        <w:rPr>
          <w:rFonts w:ascii="Courier New" w:hAnsi="Courier New"/>
          <w:color w:val="555555"/>
          <w:sz w:val="20"/>
        </w:rPr>
        <w:t>[21 . 89]</w:t>
      </w:r>
    </w:p>
    <w:p>
      <w:r>
        <w:rPr>
          <w:rFonts w:ascii="Gentium Plus" w:hAnsi="Gentium Plus"/>
          <w:sz w:val="24"/>
        </w:rPr>
        <w:t>[δειροτομήσεις] τοὺς τραχήλους κόψεις· δειρὴ γὰρ ὁ τράχηλος.</w:t>
      </w:r>
    </w:p>
    <w:p>
      <w:r>
        <w:rPr>
          <w:rFonts w:ascii="Courier New" w:hAnsi="Courier New"/>
          <w:color w:val="555555"/>
          <w:sz w:val="20"/>
        </w:rPr>
        <w:t>[21 . 95]</w:t>
      </w:r>
    </w:p>
    <w:p>
      <w:r>
        <w:rPr>
          <w:rFonts w:ascii="Gentium Plus" w:hAnsi="Gentium Plus"/>
          <w:sz w:val="24"/>
        </w:rPr>
        <w:t>[ὁμογάστριος] 〈ὁμογάστριοι〉 οἱ ἐκ τῆς αὐτῆς γαστρὸς ἀδελφοί.</w:t>
      </w:r>
    </w:p>
    <w:p>
      <w:r>
        <w:rPr>
          <w:rFonts w:ascii="Courier New" w:hAnsi="Courier New"/>
          <w:color w:val="555555"/>
          <w:sz w:val="20"/>
        </w:rPr>
        <w:t>[21 . 99]</w:t>
      </w:r>
    </w:p>
    <w:p>
      <w:r>
        <w:rPr>
          <w:rFonts w:ascii="Gentium Plus" w:hAnsi="Gentium Plus"/>
          <w:sz w:val="24"/>
        </w:rPr>
        <w:t>[μή μοι ἄποινα πιφαύσκεο] περὶ λύτρων μηδόλως μοι διαλέγου.</w:t>
      </w:r>
    </w:p>
    <w:p>
      <w:r>
        <w:rPr>
          <w:rFonts w:ascii="Courier New" w:hAnsi="Courier New"/>
          <w:color w:val="555555"/>
          <w:sz w:val="20"/>
        </w:rPr>
        <w:t>[21 . 110]</w:t>
      </w:r>
    </w:p>
    <w:p>
      <w:r>
        <w:rPr>
          <w:rFonts w:ascii="Gentium Plus" w:hAnsi="Gentium Plus"/>
          <w:sz w:val="24"/>
        </w:rPr>
        <w:t>τὸ ἑξῆς· ἀλλὰ καὶ ἐπ’ ἐμοὶ ἐπελεύσεται.</w:t>
      </w:r>
    </w:p>
    <w:p>
      <w:r>
        <w:rPr>
          <w:rFonts w:ascii="Courier New" w:hAnsi="Courier New"/>
          <w:color w:val="555555"/>
          <w:sz w:val="20"/>
        </w:rPr>
        <w:t>[21 . 112]</w:t>
      </w:r>
    </w:p>
    <w:p>
      <w:r>
        <w:rPr>
          <w:rFonts w:ascii="Gentium Plus" w:hAnsi="Gentium Plus"/>
          <w:sz w:val="24"/>
        </w:rPr>
        <w:t>[Ἄρῃ ἐκ θυμὸν ἕληται] σιδήρῳ τὴν ψυχὴν ἀφέληται.</w:t>
      </w:r>
    </w:p>
    <w:p>
      <w:r>
        <w:rPr>
          <w:rFonts w:ascii="Courier New" w:hAnsi="Courier New"/>
          <w:color w:val="555555"/>
          <w:sz w:val="20"/>
        </w:rPr>
        <w:t>[21 . 126]</w:t>
      </w:r>
    </w:p>
    <w:p>
      <w:r>
        <w:rPr>
          <w:rFonts w:ascii="Gentium Plus" w:hAnsi="Gentium Plus"/>
          <w:sz w:val="24"/>
        </w:rPr>
        <w:t>θρώσκων τις] ἐφαλλόμενος—κίνησις.</w:t>
      </w:r>
    </w:p>
    <w:p>
      <w:r>
        <w:rPr>
          <w:rFonts w:ascii="Courier New" w:hAnsi="Courier New"/>
          <w:color w:val="555555"/>
          <w:sz w:val="20"/>
        </w:rPr>
        <w:t>[21 . 127]</w:t>
      </w:r>
    </w:p>
    <w:p>
      <w:r>
        <w:rPr>
          <w:rFonts w:ascii="Gentium Plus" w:hAnsi="Gentium Plus"/>
          <w:sz w:val="24"/>
        </w:rPr>
        <w:t>ἰχθὺς ὅς κε φάγῃσι] οὐ δεῖ—ἐπιπλεῖ. [ἀργέτα δημὸν] τὸν λευκὸν ἐπίπλουν, τὸ λίπος.</w:t>
      </w:r>
    </w:p>
    <w:p>
      <w:r>
        <w:rPr>
          <w:rFonts w:ascii="Courier New" w:hAnsi="Courier New"/>
          <w:color w:val="555555"/>
          <w:sz w:val="20"/>
        </w:rPr>
        <w:t>[21 . 146]</w:t>
      </w:r>
    </w:p>
    <w:p>
      <w:r>
        <w:rPr>
          <w:rFonts w:ascii="Gentium Plus" w:hAnsi="Gentium Plus"/>
          <w:sz w:val="24"/>
        </w:rPr>
        <w:t>[δαῒ κταμενάων] τῶν ἐν πολέμῳ ἀναιρουμένων.</w:t>
      </w:r>
    </w:p>
    <w:p>
      <w:r>
        <w:rPr>
          <w:rFonts w:ascii="Courier New" w:hAnsi="Courier New"/>
          <w:color w:val="555555"/>
          <w:sz w:val="20"/>
        </w:rPr>
        <w:t>[21 . 157]</w:t>
      </w:r>
    </w:p>
    <w:p>
      <w:r>
        <w:rPr>
          <w:rFonts w:ascii="Gentium Plus" w:hAnsi="Gentium Plus"/>
          <w:sz w:val="24"/>
        </w:rPr>
        <w:t>[Ἀξίου] Ἄξιος ποταμὸς Παιωνίας. ἡ δὲ Παιωνία τῆς Θρᾴκης.</w:t>
      </w:r>
    </w:p>
    <w:p>
      <w:r>
        <w:rPr>
          <w:rFonts w:ascii="Courier New" w:hAnsi="Courier New"/>
          <w:color w:val="555555"/>
          <w:sz w:val="20"/>
        </w:rPr>
        <w:t>[21 . 161]</w:t>
      </w:r>
    </w:p>
    <w:p>
      <w:r>
        <w:rPr>
          <w:rFonts w:ascii="Gentium Plus" w:hAnsi="Gentium Plus"/>
          <w:sz w:val="24"/>
        </w:rPr>
        <w:t>[ἀπειλήσας] νῦν αὐχήσας ἢ ὀργισθείς.</w:t>
      </w:r>
    </w:p>
    <w:p>
      <w:r>
        <w:rPr>
          <w:rFonts w:ascii="Courier New" w:hAnsi="Courier New"/>
          <w:color w:val="555555"/>
          <w:sz w:val="20"/>
        </w:rPr>
        <w:t>[21 . 162]</w:t>
      </w:r>
    </w:p>
    <w:p>
      <w:r>
        <w:rPr>
          <w:rFonts w:ascii="Gentium Plus" w:hAnsi="Gentium Plus"/>
          <w:sz w:val="24"/>
        </w:rPr>
        <w:t>ὃ δ’ ὁμαρτῆ δούρασιν ἀμφὶς] ὁ δὲ ἀμφότερα τὰ δόρατα ὁμοῦ ἀφῆκεν.</w:t>
      </w:r>
    </w:p>
    <w:p>
      <w:r>
        <w:rPr>
          <w:rFonts w:ascii="Courier New" w:hAnsi="Courier New"/>
          <w:color w:val="555555"/>
          <w:sz w:val="20"/>
        </w:rPr>
        <w:t>[21 . 163]</w:t>
      </w:r>
    </w:p>
    <w:p>
      <w:r>
        <w:rPr>
          <w:rFonts w:ascii="Gentium Plus" w:hAnsi="Gentium Plus"/>
          <w:sz w:val="24"/>
        </w:rPr>
        <w:t>[ἀμφιδέξιος] ἀμφοτέραις ταῖς χερσὶ δεξιαῖς χρώμενος.</w:t>
      </w:r>
    </w:p>
    <w:p>
      <w:r>
        <w:rPr>
          <w:rFonts w:ascii="Courier New" w:hAnsi="Courier New"/>
          <w:color w:val="555555"/>
          <w:sz w:val="20"/>
        </w:rPr>
        <w:t>[21 . 166]</w:t>
      </w:r>
    </w:p>
    <w:p>
      <w:r>
        <w:rPr>
          <w:rFonts w:ascii="Gentium Plus" w:hAnsi="Gentium Plus"/>
          <w:sz w:val="24"/>
        </w:rPr>
        <w:t>[ἐπιγράβδην] ἄχρι τοῦ ἐπιξέσαι μόνον τὸ δέρμα.</w:t>
      </w:r>
    </w:p>
    <w:p>
      <w:r>
        <w:rPr>
          <w:rFonts w:ascii="Courier New" w:hAnsi="Courier New"/>
          <w:color w:val="555555"/>
          <w:sz w:val="20"/>
        </w:rPr>
        <w:t>[21 . 172]</w:t>
      </w:r>
    </w:p>
    <w:p>
      <w:r>
        <w:rPr>
          <w:rFonts w:ascii="Gentium Plus" w:hAnsi="Gentium Plus"/>
          <w:sz w:val="24"/>
        </w:rPr>
        <w:t>[μεσσοπαγὲς] μέχρι τοῦ ἡμίσεος καταπεπηγότος τῇ γῇ. ἐὰν δὲ «με〈σ〉σοσαὲς», ἐκ μέσου σειόμενον.</w:t>
      </w:r>
    </w:p>
    <w:p>
      <w:r>
        <w:rPr>
          <w:rFonts w:ascii="Courier New" w:hAnsi="Courier New"/>
          <w:color w:val="555555"/>
          <w:sz w:val="20"/>
        </w:rPr>
        <w:t>[21 . 195]</w:t>
      </w:r>
    </w:p>
    <w:p>
      <w:r>
        <w:rPr>
          <w:rFonts w:ascii="Gentium Plus" w:hAnsi="Gentium Plus"/>
          <w:sz w:val="24"/>
        </w:rPr>
        <w:t>[Ἀχελώϊος] Ἀχελῷος ποταμὸς μεταξὺ Αἰτωλίας καὶ Ἀκαρνα‐ νίας. κοινῶς δὲ πᾶν ὕδωρ Ἀχελῷος καλεῖται.</w:t>
      </w:r>
    </w:p>
    <w:p>
      <w:r>
        <w:rPr>
          <w:rFonts w:ascii="Courier New" w:hAnsi="Courier New"/>
          <w:color w:val="555555"/>
          <w:sz w:val="20"/>
        </w:rPr>
        <w:t>[21 . 204]</w:t>
      </w:r>
    </w:p>
    <w:p>
      <w:r>
        <w:rPr>
          <w:rFonts w:ascii="Gentium Plus" w:hAnsi="Gentium Plus"/>
          <w:sz w:val="24"/>
        </w:rPr>
        <w:t>δημὸν ἐρεπτόμενοι ἐπινεφρίδιον] δεῖ συνάπτειν «δημὸν ἐρεπτό‐ μενοι»· ἐπὶ τῶν νεφρῶν γὰρ ἐπίκειται ἡ πιμελή. τὸ δὲ «ἐρεπτόμενοι» καὶ «κείροντες» διλογεῖται.</w:t>
      </w:r>
    </w:p>
    <w:p>
      <w:r>
        <w:rPr>
          <w:rFonts w:ascii="Courier New" w:hAnsi="Courier New"/>
          <w:color w:val="555555"/>
          <w:sz w:val="20"/>
        </w:rPr>
        <w:t>[21 204bis]</w:t>
      </w:r>
    </w:p>
    <w:p>
      <w:r>
        <w:rPr>
          <w:rFonts w:ascii="Gentium Plus" w:hAnsi="Gentium Plus"/>
          <w:sz w:val="24"/>
        </w:rPr>
        <w:t>[ἐπινεφρίδιον] τὸ περὶ τοὺς νεφροὺς λίπος.</w:t>
      </w:r>
    </w:p>
    <w:p>
      <w:r>
        <w:rPr>
          <w:rFonts w:ascii="Courier New" w:hAnsi="Courier New"/>
          <w:color w:val="555555"/>
          <w:sz w:val="20"/>
        </w:rPr>
        <w:t>[21 . 232]</w:t>
      </w:r>
    </w:p>
    <w:p>
      <w:r>
        <w:rPr>
          <w:rFonts w:ascii="Gentium Plus" w:hAnsi="Gentium Plus"/>
          <w:sz w:val="24"/>
        </w:rPr>
        <w:t>[δείελος] ἡ ὀψινὴ κατάστασις τοῦ ἡλίου παρὰ Ἀττικοῖς δείλη λεγομένη.</w:t>
      </w:r>
    </w:p>
    <w:p>
      <w:r>
        <w:rPr>
          <w:rFonts w:ascii="Courier New" w:hAnsi="Courier New"/>
          <w:color w:val="555555"/>
          <w:sz w:val="20"/>
        </w:rPr>
        <w:t>[21 . 234]</w:t>
      </w:r>
    </w:p>
    <w:p>
      <w:r>
        <w:rPr>
          <w:rFonts w:ascii="Gentium Plus" w:hAnsi="Gentium Plus"/>
          <w:sz w:val="24"/>
        </w:rPr>
        <w:t>θύων] πληθύων, ἐνθουσιωδῶς ὁρμῶν.</w:t>
      </w:r>
    </w:p>
    <w:p>
      <w:r>
        <w:rPr>
          <w:rFonts w:ascii="Courier New" w:hAnsi="Courier New"/>
          <w:color w:val="555555"/>
          <w:sz w:val="20"/>
        </w:rPr>
        <w:t>[21 . 237]</w:t>
      </w:r>
    </w:p>
    <w:p>
      <w:r>
        <w:rPr>
          <w:rFonts w:ascii="Gentium Plus" w:hAnsi="Gentium Plus"/>
          <w:sz w:val="24"/>
        </w:rPr>
        <w:t>[ἠΰτε ταῦρος] ἐντεῦθεν κινηθέντες—τοὺς ποταμούς.</w:t>
      </w:r>
    </w:p>
    <w:p>
      <w:r>
        <w:rPr>
          <w:rFonts w:ascii="Courier New" w:hAnsi="Courier New"/>
          <w:color w:val="555555"/>
          <w:sz w:val="20"/>
        </w:rPr>
        <w:t>[21 241-242]</w:t>
      </w:r>
    </w:p>
    <w:p>
      <w:r>
        <w:rPr>
          <w:rFonts w:ascii="Gentium Plus" w:hAnsi="Gentium Plus"/>
          <w:sz w:val="24"/>
        </w:rPr>
        <w:t>[οὐδὲ πόδεσσιν εἶχε στηρίξασθαι] οὐδὲ ἠδύνατο στῆναι τοῖς πόσιν.</w:t>
      </w:r>
    </w:p>
    <w:p>
      <w:r>
        <w:rPr>
          <w:rFonts w:ascii="Courier New" w:hAnsi="Courier New"/>
          <w:color w:val="555555"/>
          <w:sz w:val="20"/>
        </w:rPr>
        <w:t>[21 . 249]</w:t>
      </w:r>
    </w:p>
    <w:p>
      <w:r>
        <w:rPr>
          <w:rFonts w:ascii="Gentium Plus" w:hAnsi="Gentium Plus"/>
          <w:sz w:val="24"/>
        </w:rPr>
        <w:t>[ἀκροκελαινιόων] τὸ ἄνω μέρος—ποταμοί.</w:t>
      </w:r>
    </w:p>
    <w:p>
      <w:r>
        <w:rPr>
          <w:rFonts w:ascii="Courier New" w:hAnsi="Courier New"/>
          <w:color w:val="555555"/>
          <w:sz w:val="20"/>
        </w:rPr>
        <w:t>[21 . 255]</w:t>
      </w:r>
    </w:p>
    <w:p>
      <w:r>
        <w:rPr>
          <w:rFonts w:ascii="Gentium Plus" w:hAnsi="Gentium Plus"/>
          <w:sz w:val="24"/>
        </w:rPr>
        <w:t>[ὕπαιθα] ἐκ πλαγίου ἢ ἔμπροσθεν.</w:t>
      </w:r>
    </w:p>
    <w:p>
      <w:r>
        <w:rPr>
          <w:rFonts w:ascii="Courier New" w:hAnsi="Courier New"/>
          <w:color w:val="555555"/>
          <w:sz w:val="20"/>
        </w:rPr>
        <w:t>[21 . 257]</w:t>
      </w:r>
    </w:p>
    <w:p>
      <w:r>
        <w:rPr>
          <w:rFonts w:ascii="Gentium Plus" w:hAnsi="Gentium Plus"/>
          <w:sz w:val="24"/>
        </w:rPr>
        <w:t>[ὀχετηγὸς] ὑδραγωγός, ὁ τὸν τοῦ ὕδατος ὀχετὸν καθαίρων.</w:t>
      </w:r>
    </w:p>
    <w:p>
      <w:r>
        <w:rPr>
          <w:rFonts w:ascii="Courier New" w:hAnsi="Courier New"/>
          <w:color w:val="555555"/>
          <w:sz w:val="20"/>
        </w:rPr>
        <w:t>[21 . 259]</w:t>
      </w:r>
    </w:p>
    <w:p>
      <w:r>
        <w:rPr>
          <w:rFonts w:ascii="Gentium Plus" w:hAnsi="Gentium Plus"/>
          <w:sz w:val="24"/>
        </w:rPr>
        <w:t>[μάκελλαν] μακέλλην. ἔστι δὲ εἶδος ἐργαλείου.</w:t>
      </w:r>
    </w:p>
    <w:p>
      <w:r>
        <w:rPr>
          <w:rFonts w:ascii="Courier New" w:hAnsi="Courier New"/>
          <w:color w:val="555555"/>
          <w:sz w:val="20"/>
        </w:rPr>
        <w:t>[21 . 261]</w:t>
      </w:r>
    </w:p>
    <w:p>
      <w:r>
        <w:rPr>
          <w:rFonts w:ascii="Gentium Plus" w:hAnsi="Gentium Plus"/>
          <w:sz w:val="24"/>
        </w:rPr>
        <w:t>[κελαρύζει] ποιὸν ἦχον ἀποτελεῖ.</w:t>
      </w:r>
    </w:p>
    <w:p>
      <w:r>
        <w:rPr>
          <w:rFonts w:ascii="Courier New" w:hAnsi="Courier New"/>
          <w:color w:val="555555"/>
          <w:sz w:val="20"/>
        </w:rPr>
        <w:t>[21 . 262]</w:t>
      </w:r>
    </w:p>
    <w:p>
      <w:r>
        <w:rPr>
          <w:rFonts w:ascii="Gentium Plus" w:hAnsi="Gentium Plus"/>
          <w:sz w:val="24"/>
        </w:rPr>
        <w:t>[προαλεῖ] ἄλλως· προαλεῖ ψιλωτέον. παρὰ τὸ ἁλίζεσθαι, τὸ συναθροίζεσθαι, ὥστε σημαίνεσθαι τὸ κατωφερές.</w:t>
      </w:r>
    </w:p>
    <w:p>
      <w:r>
        <w:rPr>
          <w:rFonts w:ascii="Courier New" w:hAnsi="Courier New"/>
          <w:color w:val="555555"/>
          <w:sz w:val="20"/>
        </w:rPr>
        <w:t>[21 . 268]</w:t>
      </w:r>
    </w:p>
    <w:p>
      <w:r>
        <w:rPr>
          <w:rFonts w:ascii="Gentium Plus" w:hAnsi="Gentium Plus"/>
          <w:sz w:val="24"/>
        </w:rPr>
        <w:t>[διιπετέος] τοῦ ἐκ τῶν ὄμβρων τοῦ Διὸς γεγονότος.</w:t>
      </w:r>
    </w:p>
    <w:p>
      <w:r>
        <w:rPr>
          <w:rFonts w:ascii="Courier New" w:hAnsi="Courier New"/>
          <w:color w:val="555555"/>
          <w:sz w:val="20"/>
        </w:rPr>
        <w:t>[21 . 269]</w:t>
      </w:r>
    </w:p>
    <w:p>
      <w:r>
        <w:rPr>
          <w:rFonts w:ascii="Gentium Plus" w:hAnsi="Gentium Plus"/>
          <w:sz w:val="24"/>
        </w:rPr>
        <w:t>[πλάζε] ἀπέκρουσεν, ἐπλάνα ἢ προσέλαβεν.</w:t>
      </w:r>
    </w:p>
    <w:p>
      <w:r>
        <w:rPr>
          <w:rFonts w:ascii="Courier New" w:hAnsi="Courier New"/>
          <w:color w:val="555555"/>
          <w:sz w:val="20"/>
        </w:rPr>
        <w:t>[21 . 271]</w:t>
      </w:r>
    </w:p>
    <w:p>
      <w:r>
        <w:rPr>
          <w:rFonts w:ascii="Gentium Plus" w:hAnsi="Gentium Plus"/>
          <w:sz w:val="24"/>
        </w:rPr>
        <w:t>[ὑπέρεπτε] ὄπιθεν ὑπεδύετο, ὑπέσυρεν.</w:t>
      </w:r>
    </w:p>
    <w:p>
      <w:r>
        <w:rPr>
          <w:rFonts w:ascii="Courier New" w:hAnsi="Courier New"/>
          <w:color w:val="555555"/>
          <w:sz w:val="20"/>
        </w:rPr>
        <w:t>[21 . 274]</w:t>
      </w:r>
    </w:p>
    <w:p>
      <w:r>
        <w:rPr>
          <w:rFonts w:ascii="Gentium Plus" w:hAnsi="Gentium Plus"/>
          <w:sz w:val="24"/>
        </w:rPr>
        <w:t>[ἔπειτα δὲ καί τι πάθοιμι] μετὰ τοῦτο τί πάθω; μετὰ τὸν τοῦ ποταμοῦ κίνδυνον τί ἄλλο δεῖ με παθεῖν;</w:t>
      </w:r>
    </w:p>
    <w:p>
      <w:r>
        <w:rPr>
          <w:rFonts w:ascii="Courier New" w:hAnsi="Courier New"/>
          <w:color w:val="555555"/>
          <w:sz w:val="20"/>
        </w:rPr>
        <w:t>[21 . 283]</w:t>
      </w:r>
    </w:p>
    <w:p>
      <w:r>
        <w:rPr>
          <w:rFonts w:ascii="Gentium Plus" w:hAnsi="Gentium Plus"/>
          <w:sz w:val="24"/>
        </w:rPr>
        <w:t>[ἔναυλος] χείμαρρος, ποταμὸς διὰ στενοῦ ῥέων.</w:t>
      </w:r>
    </w:p>
    <w:p>
      <w:r>
        <w:rPr>
          <w:rFonts w:ascii="Courier New" w:hAnsi="Courier New"/>
          <w:color w:val="555555"/>
          <w:sz w:val="20"/>
        </w:rPr>
        <w:t>[21 . 286]</w:t>
      </w:r>
    </w:p>
    <w:p>
      <w:r>
        <w:rPr>
          <w:rFonts w:ascii="Gentium Plus" w:hAnsi="Gentium Plus"/>
          <w:sz w:val="24"/>
        </w:rPr>
        <w:t>[ἐπιστώσαντο] πίστιν τῆς σωτηρίας ἔδωκαν.</w:t>
      </w:r>
    </w:p>
    <w:p>
      <w:r>
        <w:rPr>
          <w:rFonts w:ascii="Courier New" w:hAnsi="Courier New"/>
          <w:color w:val="555555"/>
          <w:sz w:val="20"/>
        </w:rPr>
        <w:t>[21 . 288]</w:t>
      </w:r>
    </w:p>
    <w:p>
      <w:r>
        <w:rPr>
          <w:rFonts w:ascii="Gentium Plus" w:hAnsi="Gentium Plus"/>
          <w:sz w:val="24"/>
        </w:rPr>
        <w:t>[τρέε] φοβοῦ. τὸ αὐτὸ δὲ δηλοῖ καὶ τὸ «τάρβει».</w:t>
      </w:r>
    </w:p>
    <w:p>
      <w:r>
        <w:rPr>
          <w:rFonts w:ascii="Courier New" w:hAnsi="Courier New"/>
          <w:color w:val="555555"/>
          <w:sz w:val="20"/>
        </w:rPr>
        <w:t>[21 . 289]</w:t>
      </w:r>
    </w:p>
    <w:p>
      <w:r>
        <w:rPr>
          <w:rFonts w:ascii="Gentium Plus" w:hAnsi="Gentium Plus"/>
          <w:sz w:val="24"/>
        </w:rPr>
        <w:t>[ἐπιταρρόθω] ἐπιταρρόθους δυϊκῶς.</w:t>
      </w:r>
    </w:p>
    <w:p>
      <w:r>
        <w:rPr>
          <w:rFonts w:ascii="Courier New" w:hAnsi="Courier New"/>
          <w:color w:val="555555"/>
          <w:sz w:val="20"/>
        </w:rPr>
        <w:t>[21 . 292]</w:t>
      </w:r>
    </w:p>
    <w:p>
      <w:r>
        <w:rPr>
          <w:rFonts w:ascii="Gentium Plus" w:hAnsi="Gentium Plus"/>
          <w:sz w:val="24"/>
        </w:rPr>
        <w:t>[λωφήσει] λήξει, παύσεται. μετενήνεκται δὲ ἡ λέξις ἀπὸ τῶν τὰ φορτικὰ κατατιθεμένων.</w:t>
      </w:r>
    </w:p>
    <w:p>
      <w:r>
        <w:rPr>
          <w:rFonts w:ascii="Courier New" w:hAnsi="Courier New"/>
          <w:color w:val="555555"/>
          <w:sz w:val="20"/>
        </w:rPr>
        <w:t>[21 . 296]</w:t>
      </w:r>
    </w:p>
    <w:p>
      <w:r>
        <w:rPr>
          <w:rFonts w:ascii="Gentium Plus" w:hAnsi="Gentium Plus"/>
          <w:sz w:val="24"/>
        </w:rPr>
        <w:t>[Ἕκτορι] ἀντὶ τοῦ Ἕκτορος.</w:t>
      </w:r>
    </w:p>
    <w:p>
      <w:r>
        <w:rPr>
          <w:rFonts w:ascii="Courier New" w:hAnsi="Courier New"/>
          <w:color w:val="555555"/>
          <w:sz w:val="20"/>
        </w:rPr>
        <w:t>[21 . 303]</w:t>
      </w:r>
    </w:p>
    <w:p>
      <w:r>
        <w:rPr>
          <w:rFonts w:ascii="Gentium Plus" w:hAnsi="Gentium Plus"/>
          <w:sz w:val="24"/>
        </w:rPr>
        <w:t>[πρὸς ῥόον—ἀν’ ἰθύν] ἐπ’ εὐθείας καὶ κατὰ τὴν ὁρμὴν τοῦ ποταμοῦ. ἄντικρυς τοῦ ῥείθρου.</w:t>
      </w:r>
    </w:p>
    <w:p>
      <w:r>
        <w:rPr>
          <w:rFonts w:ascii="Courier New" w:hAnsi="Courier New"/>
          <w:color w:val="555555"/>
          <w:sz w:val="20"/>
        </w:rPr>
        <w:t>[21 . 312]</w:t>
      </w:r>
    </w:p>
    <w:p>
      <w:r>
        <w:rPr>
          <w:rFonts w:ascii="Gentium Plus" w:hAnsi="Gentium Plus"/>
          <w:sz w:val="24"/>
        </w:rPr>
        <w:t>ἐναύλους] τὰς τῶν ποταμῶν διώρυγας ἢ τοὺς διὰ στενοῦ ῥέοντας</w:t>
      </w:r>
    </w:p>
    <w:p>
      <w:r>
        <w:rPr>
          <w:rFonts w:ascii="Courier New" w:hAnsi="Courier New"/>
          <w:color w:val="555555"/>
          <w:sz w:val="20"/>
        </w:rPr>
        <w:t>[21 . 318]</w:t>
      </w:r>
    </w:p>
    <w:p>
      <w:r>
        <w:rPr>
          <w:rFonts w:ascii="Gentium Plus" w:hAnsi="Gentium Plus"/>
          <w:sz w:val="24"/>
        </w:rPr>
        <w:t>ὑπ’ ἰλύος] ὑπὸ τῆς ἰλύος τοῦ ποταμοῦ, ὅ ἐστι τοῦ πλήθους τοῦ πηλοῦ.</w:t>
      </w:r>
    </w:p>
    <w:p>
      <w:r>
        <w:rPr>
          <w:rFonts w:ascii="Courier New" w:hAnsi="Courier New"/>
          <w:color w:val="555555"/>
          <w:sz w:val="20"/>
        </w:rPr>
        <w:t>[21 . 319]</w:t>
      </w:r>
    </w:p>
    <w:p>
      <w:r>
        <w:rPr>
          <w:rFonts w:ascii="Gentium Plus" w:hAnsi="Gentium Plus"/>
          <w:sz w:val="24"/>
        </w:rPr>
        <w:t>[εἰλύσω] ἰλύϊ περιχώσω, καλύψω.</w:t>
      </w:r>
    </w:p>
    <w:p>
      <w:r>
        <w:rPr>
          <w:rFonts w:ascii="Courier New" w:hAnsi="Courier New"/>
          <w:color w:val="555555"/>
          <w:sz w:val="20"/>
        </w:rPr>
        <w:t>[21 319bis]</w:t>
      </w:r>
    </w:p>
    <w:p>
      <w:r>
        <w:rPr>
          <w:rFonts w:ascii="Gentium Plus" w:hAnsi="Gentium Plus"/>
          <w:sz w:val="24"/>
        </w:rPr>
        <w:t>χεράδος] τῆς ὑπὸ ποταμῶν ἀθροιζομένης ψάμμου καὶ ξύλων συγκομιδῆς. Ἀρίσταρχος δέ φησι—χεράδος οὖν λιθάδος.</w:t>
      </w:r>
    </w:p>
    <w:p>
      <w:r>
        <w:rPr>
          <w:rFonts w:ascii="Courier New" w:hAnsi="Courier New"/>
          <w:color w:val="555555"/>
          <w:sz w:val="20"/>
        </w:rPr>
        <w:t>[21 . 321]</w:t>
      </w:r>
    </w:p>
    <w:p>
      <w:r>
        <w:rPr>
          <w:rFonts w:ascii="Gentium Plus" w:hAnsi="Gentium Plus"/>
          <w:sz w:val="24"/>
        </w:rPr>
        <w:t>[ἄσιν] ἰλύν, ὅ ἐστι γῆν ψαμμώδη, ὅθεν ἀσιογεῖαι αἱ αἱμασιαί.</w:t>
      </w:r>
    </w:p>
    <w:p>
      <w:r>
        <w:rPr>
          <w:rFonts w:ascii="Courier New" w:hAnsi="Courier New"/>
          <w:color w:val="555555"/>
          <w:sz w:val="20"/>
        </w:rPr>
        <w:t>[21 . 323]</w:t>
      </w:r>
    </w:p>
    <w:p>
      <w:r>
        <w:rPr>
          <w:rFonts w:ascii="Gentium Plus" w:hAnsi="Gentium Plus"/>
          <w:sz w:val="24"/>
        </w:rPr>
        <w:t>τυμβοχοῆς ὅτε] χωστοῦ τάφου. τύμβος γὰρ ὁ τάφος. τὸ πλῆρες τυμβοχοῆσαι· οὕτως Ἀρίσταρχος καὶ Ἀσκαλωνίτης καὶ οἱ πλείους· ἄμεινον γὰρ ἐν τῷ ῥήματι τὸ πρᾶγμα λαμβάνειν ἢ 〈ἐν〉 τῷ ὀνόματι.</w:t>
      </w:r>
    </w:p>
    <w:p>
      <w:r>
        <w:rPr>
          <w:rFonts w:ascii="Courier New" w:hAnsi="Courier New"/>
          <w:color w:val="555555"/>
          <w:sz w:val="20"/>
        </w:rPr>
        <w:t>[21 . 331]</w:t>
      </w:r>
    </w:p>
    <w:p>
      <w:r>
        <w:rPr>
          <w:rFonts w:ascii="Gentium Plus" w:hAnsi="Gentium Plus"/>
          <w:sz w:val="24"/>
        </w:rPr>
        <w:t>[κυλλοποδίον] χωλέ. λέγει δὲ τὸν Ἥφαιστον.</w:t>
      </w:r>
    </w:p>
    <w:p>
      <w:r>
        <w:rPr>
          <w:rFonts w:ascii="Courier New" w:hAnsi="Courier New"/>
          <w:color w:val="555555"/>
          <w:sz w:val="20"/>
        </w:rPr>
        <w:t>[21 331-332]</w:t>
      </w:r>
    </w:p>
    <w:p>
      <w:r>
        <w:rPr>
          <w:rFonts w:ascii="Gentium Plus" w:hAnsi="Gentium Plus"/>
          <w:sz w:val="24"/>
        </w:rPr>
        <w:t>[ἄντα σέθεν—ἠΐσκομεν εἶναι] καὶ σοῦ γὰρ ἄξιον ἀνταγωνιστὴν ἡγούμεθα 〈τὸν Ξάνθον〉.</w:t>
      </w:r>
    </w:p>
    <w:p>
      <w:r>
        <w:rPr>
          <w:rFonts w:ascii="Courier New" w:hAnsi="Courier New"/>
          <w:color w:val="555555"/>
          <w:sz w:val="20"/>
        </w:rPr>
        <w:t>[21 . 333]</w:t>
      </w:r>
    </w:p>
    <w:p>
      <w:r>
        <w:rPr>
          <w:rFonts w:ascii="Gentium Plus" w:hAnsi="Gentium Plus"/>
          <w:sz w:val="24"/>
        </w:rPr>
        <w:t>[πιφαύσκεο δὲ φλόγα πολλὴν] ἐνδείκνυσο δὲ καὶ διέγειρε πολλὴν φλόγα, ἔμφαινε, γνώριζε τὴν τοῦ πυρὸς δύναμιν.</w:t>
      </w:r>
    </w:p>
    <w:p>
      <w:r>
        <w:rPr>
          <w:rFonts w:ascii="Courier New" w:hAnsi="Courier New"/>
          <w:color w:val="555555"/>
          <w:sz w:val="20"/>
        </w:rPr>
        <w:t>[21 . 341]</w:t>
      </w:r>
    </w:p>
    <w:p>
      <w:r>
        <w:rPr>
          <w:rFonts w:ascii="Gentium Plus" w:hAnsi="Gentium Plus"/>
          <w:sz w:val="24"/>
        </w:rPr>
        <w:t>[ἀκάματον] ἀκατάπαυστον—ὕλην.</w:t>
      </w:r>
    </w:p>
    <w:p>
      <w:r>
        <w:rPr>
          <w:rFonts w:ascii="Courier New" w:hAnsi="Courier New"/>
          <w:color w:val="555555"/>
          <w:sz w:val="20"/>
        </w:rPr>
        <w:t>[21 . 351]</w:t>
      </w:r>
    </w:p>
    <w:p>
      <w:r>
        <w:rPr>
          <w:rFonts w:ascii="Gentium Plus" w:hAnsi="Gentium Plus"/>
          <w:sz w:val="24"/>
        </w:rPr>
        <w:t>θρύον] εἶδος—λεγόμενος θρῦς. τὸ δὲ «κύπειρον» ἔνιοί φασι κήβριον.</w:t>
      </w:r>
    </w:p>
    <w:p>
      <w:r>
        <w:rPr>
          <w:rFonts w:ascii="Courier New" w:hAnsi="Courier New"/>
          <w:color w:val="555555"/>
          <w:sz w:val="20"/>
        </w:rPr>
        <w:t>[21 . 364]</w:t>
      </w:r>
    </w:p>
    <w:p>
      <w:r>
        <w:rPr>
          <w:rFonts w:ascii="Gentium Plus" w:hAnsi="Gentium Plus"/>
          <w:sz w:val="24"/>
        </w:rPr>
        <w:t>[κάγκανα] κατάξηρα, παρὰ τὸ κῆαι.</w:t>
      </w:r>
    </w:p>
    <w:p>
      <w:r>
        <w:rPr>
          <w:rFonts w:ascii="Courier New" w:hAnsi="Courier New"/>
          <w:color w:val="555555"/>
          <w:sz w:val="20"/>
        </w:rPr>
        <w:t>[21 . 366]</w:t>
      </w:r>
    </w:p>
    <w:p>
      <w:r>
        <w:rPr>
          <w:rFonts w:ascii="Gentium Plus" w:hAnsi="Gentium Plus"/>
          <w:sz w:val="24"/>
        </w:rPr>
        <w:t>[οὐδ’ ἔθελε] νῦν οὐκ ἠδύνατο.</w:t>
      </w:r>
    </w:p>
    <w:p>
      <w:r>
        <w:rPr>
          <w:rFonts w:ascii="Courier New" w:hAnsi="Courier New"/>
          <w:color w:val="555555"/>
          <w:sz w:val="20"/>
        </w:rPr>
        <w:t>[21 . 369]</w:t>
      </w:r>
    </w:p>
    <w:p>
      <w:r>
        <w:rPr>
          <w:rFonts w:ascii="Gentium Plus" w:hAnsi="Gentium Plus"/>
          <w:sz w:val="24"/>
        </w:rPr>
        <w:t>[ἔχραε] ἐπεὶ ἐξ ἀρχῆς ἐπηνέχθη σφοδρός.</w:t>
      </w:r>
    </w:p>
    <w:p>
      <w:r>
        <w:rPr>
          <w:rFonts w:ascii="Courier New" w:hAnsi="Courier New"/>
          <w:color w:val="555555"/>
          <w:sz w:val="20"/>
        </w:rPr>
        <w:t>[21 . 388]</w:t>
      </w:r>
    </w:p>
    <w:p>
      <w:r>
        <w:rPr>
          <w:rFonts w:ascii="Gentium Plus" w:hAnsi="Gentium Plus"/>
          <w:sz w:val="24"/>
        </w:rPr>
        <w:t>[ἀμφὶ δὲ σάλπιζεν] περιήχησε δὲ ἡ σάλπιγξ. ἐξ οὗ προείρηται ὅτι 〈ἀπὸ〉 τῶν ἰδίων χρόνων ὠνόμακε τὴν σάλπιγγα ὁ ποιητής.</w:t>
      </w:r>
    </w:p>
    <w:p>
      <w:r>
        <w:rPr>
          <w:rFonts w:ascii="Courier New" w:hAnsi="Courier New"/>
          <w:color w:val="555555"/>
          <w:sz w:val="20"/>
        </w:rPr>
        <w:t>[21 . 392]</w:t>
      </w:r>
    </w:p>
    <w:p>
      <w:r>
        <w:rPr>
          <w:rFonts w:ascii="Gentium Plus" w:hAnsi="Gentium Plus"/>
          <w:sz w:val="24"/>
        </w:rPr>
        <w:t>[ῥινότορος] ὁ τιτρώσκων—ἀνθρώπων δέρμα</w:t>
      </w:r>
    </w:p>
    <w:p>
      <w:r>
        <w:rPr>
          <w:rFonts w:ascii="Courier New" w:hAnsi="Courier New"/>
          <w:color w:val="555555"/>
          <w:sz w:val="20"/>
        </w:rPr>
        <w:t>[21 . 394]</w:t>
      </w:r>
    </w:p>
    <w:p>
      <w:r>
        <w:rPr>
          <w:rFonts w:ascii="Gentium Plus" w:hAnsi="Gentium Plus"/>
          <w:sz w:val="24"/>
        </w:rPr>
        <w:t>[κυνάμυια] ἀναιδὴς ὡς μυῖα· ἐκ δύο ἀναιδῶν τελείων τοῦ τε</w:t>
      </w:r>
    </w:p>
    <w:p>
      <w:r>
        <w:rPr>
          <w:rFonts w:ascii="Courier New" w:hAnsi="Courier New"/>
          <w:color w:val="555555"/>
          <w:sz w:val="20"/>
        </w:rPr>
        <w:t>[21 . 397]</w:t>
      </w:r>
    </w:p>
    <w:p>
      <w:r>
        <w:rPr>
          <w:rFonts w:ascii="Gentium Plus" w:hAnsi="Gentium Plus"/>
          <w:sz w:val="24"/>
        </w:rPr>
        <w:t>[πανόψιον] ἐν τῇ πάντων ὄψει ὁρώμενον, ἢ πάντας ὁρῶν, οἱονεὶ πανόρατον.</w:t>
      </w:r>
    </w:p>
    <w:p>
      <w:r>
        <w:rPr>
          <w:rFonts w:ascii="Courier New" w:hAnsi="Courier New"/>
          <w:color w:val="555555"/>
          <w:sz w:val="20"/>
        </w:rPr>
        <w:t>[21 . 412]</w:t>
      </w:r>
    </w:p>
    <w:p>
      <w:r>
        <w:rPr>
          <w:rFonts w:ascii="Gentium Plus" w:hAnsi="Gentium Plus"/>
          <w:sz w:val="24"/>
        </w:rPr>
        <w:t>οὕτως ἂν αἱ τῆς μητρὸς Ἐριννύες μετέλθοιεν.</w:t>
      </w:r>
    </w:p>
    <w:p>
      <w:r>
        <w:rPr>
          <w:rFonts w:ascii="Courier New" w:hAnsi="Courier New"/>
          <w:color w:val="555555"/>
          <w:sz w:val="20"/>
        </w:rPr>
        <w:t>[21 . 419]</w:t>
      </w:r>
    </w:p>
    <w:p>
      <w:r>
        <w:rPr>
          <w:rFonts w:ascii="Gentium Plus" w:hAnsi="Gentium Plus"/>
          <w:sz w:val="24"/>
        </w:rPr>
        <w:t>φεῦ πάπαι τοῦ αἰγιδούχου Διὸς τέκνον ἀκαταπόνητε.</w:t>
      </w:r>
    </w:p>
    <w:p>
      <w:r>
        <w:rPr>
          <w:rFonts w:ascii="Courier New" w:hAnsi="Courier New"/>
          <w:color w:val="555555"/>
          <w:sz w:val="20"/>
        </w:rPr>
        <w:t>[21 . 421]</w:t>
      </w:r>
    </w:p>
    <w:p>
      <w:r>
        <w:rPr>
          <w:rFonts w:ascii="Gentium Plus" w:hAnsi="Gentium Plus"/>
          <w:sz w:val="24"/>
        </w:rPr>
        <w:t>πάλιν δὴ ἡ ἀναιδὴς αὕτη 〈ἄγει〉 τὸν ἀνθρωπόλεθρον Ἄρην.</w:t>
      </w:r>
    </w:p>
    <w:p>
      <w:r>
        <w:rPr>
          <w:rFonts w:ascii="Courier New" w:hAnsi="Courier New"/>
          <w:color w:val="555555"/>
          <w:sz w:val="20"/>
        </w:rPr>
        <w:t>[21 . 422]</w:t>
      </w:r>
    </w:p>
    <w:p>
      <w:r>
        <w:rPr>
          <w:rFonts w:ascii="Gentium Plus" w:hAnsi="Gentium Plus"/>
          <w:sz w:val="24"/>
        </w:rPr>
        <w:t>ἐκ τοῦ διακοπτικοῦ πολέμου κατὰ τὴν ταραχήν· ἀλλὰ παραγε‐ νοῦ τιμωρὸς εἰς αὐτόν.</w:t>
      </w:r>
    </w:p>
    <w:p>
      <w:r>
        <w:rPr>
          <w:rFonts w:ascii="Courier New" w:hAnsi="Courier New"/>
          <w:color w:val="555555"/>
          <w:sz w:val="20"/>
        </w:rPr>
        <w:t>[21 . 423]</w:t>
      </w:r>
    </w:p>
    <w:p>
      <w:r>
        <w:rPr>
          <w:rFonts w:ascii="Gentium Plus" w:hAnsi="Gentium Plus"/>
          <w:sz w:val="24"/>
        </w:rPr>
        <w:t>οὕτως εἶπεν, ἡ δὲ Ἀθηνᾶ ἐφώρμησεν, ἔχαιρε 〈δὲ〉 τῇ ψυχῇ.</w:t>
      </w:r>
    </w:p>
    <w:p>
      <w:r>
        <w:rPr>
          <w:rFonts w:ascii="Courier New" w:hAnsi="Courier New"/>
          <w:color w:val="555555"/>
          <w:sz w:val="20"/>
        </w:rPr>
        <w:t>[21 . 425]</w:t>
      </w:r>
    </w:p>
    <w:p>
      <w:r>
        <w:rPr>
          <w:rFonts w:ascii="Gentium Plus" w:hAnsi="Gentium Plus"/>
          <w:sz w:val="24"/>
        </w:rPr>
        <w:t>ἔτρωσε· ταύτης δὲ αὐτόθι παρελύθησαν τὰ 〈γούνατα〉 καὶ ἡ προσφιλὴς ψυχή.</w:t>
      </w:r>
    </w:p>
    <w:p>
      <w:r>
        <w:rPr>
          <w:rFonts w:ascii="Courier New" w:hAnsi="Courier New"/>
          <w:color w:val="555555"/>
          <w:sz w:val="20"/>
        </w:rPr>
        <w:t>[21 . 426]</w:t>
      </w:r>
    </w:p>
    <w:p>
      <w:r>
        <w:rPr>
          <w:rFonts w:ascii="Gentium Plus" w:hAnsi="Gentium Plus"/>
          <w:sz w:val="24"/>
        </w:rPr>
        <w:t>οὗτοι 〈μὲν〉 δὴ ἀμφότεροι ἔκειντο πρὸς τῇ πολλοὺς τρεφούσῃ γῇ.</w:t>
      </w:r>
    </w:p>
    <w:p>
      <w:r>
        <w:rPr>
          <w:rFonts w:ascii="Courier New" w:hAnsi="Courier New"/>
          <w:color w:val="555555"/>
          <w:sz w:val="20"/>
        </w:rPr>
        <w:t>[21 444-445]</w:t>
      </w:r>
    </w:p>
    <w:p>
      <w:r>
        <w:rPr>
          <w:rFonts w:ascii="Gentium Plus" w:hAnsi="Gentium Plus"/>
          <w:sz w:val="24"/>
        </w:rPr>
        <w:t>θητεύσαμεν—ῥητῷ] ἐπὶ ὡμολογημένῳ— πᾶσα δὲ χάρις, κἂν ᾖ τελευταία, δύναται μεῖζον ἔγκλημα λῦσαι. (Thuc. I, 42).</w:t>
      </w:r>
    </w:p>
    <w:p>
      <w:r>
        <w:rPr>
          <w:rFonts w:ascii="Courier New" w:hAnsi="Courier New"/>
          <w:color w:val="555555"/>
          <w:sz w:val="20"/>
        </w:rPr>
        <w:t>[21 . 448]</w:t>
      </w:r>
    </w:p>
    <w:p>
      <w:r>
        <w:rPr>
          <w:rFonts w:ascii="Gentium Plus" w:hAnsi="Gentium Plus"/>
          <w:sz w:val="24"/>
        </w:rPr>
        <w:t>σὺ δ’ εἰλίποδας—βουκολέεσκες] ἔνεμες, ἔβοσκες. «ἕλικας» δὲ τοὺς βοῦς—ἐπικαμπῆ. φασὶ τὸν Ἀπόλλωνα—Ἀπολλόδωρος.</w:t>
      </w:r>
    </w:p>
    <w:p>
      <w:r>
        <w:rPr>
          <w:rFonts w:ascii="Courier New" w:hAnsi="Courier New"/>
          <w:color w:val="555555"/>
          <w:sz w:val="20"/>
        </w:rPr>
        <w:t>[21 . 449]</w:t>
      </w:r>
    </w:p>
    <w:p>
      <w:r>
        <w:rPr>
          <w:rFonts w:ascii="Gentium Plus" w:hAnsi="Gentium Plus"/>
          <w:sz w:val="24"/>
        </w:rPr>
        <w:t>[πολυπτύχου] πολλὰς ἐξοχὰς καὶ ἀποκλίσεις ἐχούσης.</w:t>
      </w:r>
    </w:p>
    <w:p>
      <w:r>
        <w:rPr>
          <w:rFonts w:ascii="Courier New" w:hAnsi="Courier New"/>
          <w:color w:val="555555"/>
          <w:sz w:val="20"/>
        </w:rPr>
        <w:t>[21 . 450]</w:t>
      </w:r>
    </w:p>
    <w:p>
      <w:r>
        <w:rPr>
          <w:rFonts w:ascii="Gentium Plus" w:hAnsi="Gentium Plus"/>
          <w:sz w:val="24"/>
        </w:rPr>
        <w:t>[πολυγηθέες] πολλὴν χαρὰν τοῖς ἀνθρώποις τῇ αὑτῶν ἐπελεύ‐ σει ἐμποιοῦσαι.</w:t>
      </w:r>
    </w:p>
    <w:p>
      <w:r>
        <w:rPr>
          <w:rFonts w:ascii="Courier New" w:hAnsi="Courier New"/>
          <w:color w:val="555555"/>
          <w:sz w:val="20"/>
        </w:rPr>
        <w:t>[21 . 458]</w:t>
      </w:r>
    </w:p>
    <w:p>
      <w:r>
        <w:rPr>
          <w:rFonts w:ascii="Gentium Plus" w:hAnsi="Gentium Plus"/>
          <w:sz w:val="24"/>
        </w:rPr>
        <w:t>[τοῦ δὴ—χάριν] διὰ οὖν τὰς τοιαύτας αἰτίας τούτοις</w:t>
      </w:r>
    </w:p>
    <w:p>
      <w:r>
        <w:rPr>
          <w:rFonts w:ascii="Courier New" w:hAnsi="Courier New"/>
          <w:color w:val="555555"/>
          <w:sz w:val="20"/>
        </w:rPr>
        <w:t>[21 . 464]</w:t>
      </w:r>
    </w:p>
    <w:p>
      <w:r>
        <w:rPr>
          <w:rFonts w:ascii="Gentium Plus" w:hAnsi="Gentium Plus"/>
          <w:sz w:val="24"/>
        </w:rPr>
        <w:t>οἳ φύλλοισιν ἐοικότες] ἀντὶ τοῦ φύλλοις ὅμοιοι, διὰ τὸ καὶ αὐτὰ ἀπορρέοντα ἀφανίζεσθαι.</w:t>
      </w:r>
    </w:p>
    <w:p>
      <w:r>
        <w:rPr>
          <w:rFonts w:ascii="Courier New" w:hAnsi="Courier New"/>
          <w:color w:val="555555"/>
          <w:sz w:val="20"/>
        </w:rPr>
        <w:t>[21 . 465]</w:t>
      </w:r>
    </w:p>
    <w:p>
      <w:r>
        <w:rPr>
          <w:rFonts w:ascii="Gentium Plus" w:hAnsi="Gentium Plus"/>
          <w:sz w:val="24"/>
        </w:rPr>
        <w:t>[ζαφλεγέες] μεγάλως ἔνθερμοι, ἐνεργεῖς, δραστήριοι, ἢ λαμ‐ προὶ καὶ αὐξανόμενοι.</w:t>
      </w:r>
    </w:p>
    <w:p>
      <w:r>
        <w:rPr>
          <w:rFonts w:ascii="Courier New" w:hAnsi="Courier New"/>
          <w:color w:val="555555"/>
          <w:sz w:val="20"/>
        </w:rPr>
        <w:t>[21 . 469]</w:t>
      </w:r>
    </w:p>
    <w:p>
      <w:r>
        <w:rPr>
          <w:rFonts w:ascii="Gentium Plus" w:hAnsi="Gentium Plus"/>
          <w:sz w:val="24"/>
        </w:rPr>
        <w:t>εἰς χεῖρας ἐλθεῖν τοῦ πατρὸς ἀδελφοῦ.</w:t>
      </w:r>
    </w:p>
    <w:p>
      <w:r>
        <w:rPr>
          <w:rFonts w:ascii="Courier New" w:hAnsi="Courier New"/>
          <w:color w:val="555555"/>
          <w:sz w:val="20"/>
        </w:rPr>
        <w:t>[21 . 471]</w:t>
      </w:r>
    </w:p>
    <w:p>
      <w:r>
        <w:rPr>
          <w:rFonts w:ascii="Gentium Plus" w:hAnsi="Gentium Plus"/>
          <w:sz w:val="24"/>
        </w:rPr>
        <w:t>[ἀγροτέρη] κυνηγέτις, δραστική. λέγει δὲ τὴν Ἄρτεμιν.</w:t>
      </w:r>
    </w:p>
    <w:p>
      <w:r>
        <w:rPr>
          <w:rFonts w:ascii="Courier New" w:hAnsi="Courier New"/>
          <w:color w:val="555555"/>
          <w:sz w:val="20"/>
        </w:rPr>
        <w:t>[21 . 489]</w:t>
      </w:r>
    </w:p>
    <w:p>
      <w:r>
        <w:rPr>
          <w:rFonts w:ascii="Gentium Plus" w:hAnsi="Gentium Plus"/>
          <w:sz w:val="24"/>
        </w:rPr>
        <w:t>[ἀμφοτέρας—ἔμαρπτε] ἀμφοτέρας τὰς χεῖρας συν‐ έλαβε τῶν καρπῶν.</w:t>
      </w:r>
    </w:p>
    <w:p>
      <w:r>
        <w:rPr>
          <w:rFonts w:ascii="Courier New" w:hAnsi="Courier New"/>
          <w:color w:val="555555"/>
          <w:sz w:val="20"/>
        </w:rPr>
        <w:t>[21 . 494]</w:t>
      </w:r>
    </w:p>
    <w:p>
      <w:r>
        <w:rPr>
          <w:rFonts w:ascii="Gentium Plus" w:hAnsi="Gentium Plus"/>
          <w:sz w:val="24"/>
        </w:rPr>
        <w:t>[ἴρηκος] ἱέρακος. προσληπτέον 〈δὲ〉 τὸ διωκομένη.</w:t>
      </w:r>
    </w:p>
    <w:p>
      <w:r>
        <w:rPr>
          <w:rFonts w:ascii="Courier New" w:hAnsi="Courier New"/>
          <w:color w:val="555555"/>
          <w:sz w:val="20"/>
        </w:rPr>
        <w:t>[21 . 511]</w:t>
      </w:r>
    </w:p>
    <w:p>
      <w:r>
        <w:rPr>
          <w:rFonts w:ascii="Gentium Plus" w:hAnsi="Gentium Plus"/>
          <w:sz w:val="24"/>
        </w:rPr>
        <w:t>[ἐϋστέφανος] καλὴν στεφάνην ἔχουσα. στεφάνη δὲ εἶδός ἐστι κόσμου γυναικείου. ἔστι δὲ καὶ περικεφάλαιον.</w:t>
      </w:r>
    </w:p>
    <w:p>
      <w:r>
        <w:rPr>
          <w:rFonts w:ascii="Courier New" w:hAnsi="Courier New"/>
          <w:color w:val="555555"/>
          <w:sz w:val="20"/>
        </w:rPr>
        <w:t>[21 . 537]</w:t>
      </w:r>
    </w:p>
    <w:p>
      <w:r>
        <w:rPr>
          <w:rFonts w:ascii="Gentium Plus" w:hAnsi="Gentium Plus"/>
          <w:sz w:val="24"/>
        </w:rPr>
        <w:t>* [ἐπὰψ θέμεναι] πάλιν ἐπικλῖναι καὶ ἐπιθεῖναι.</w:t>
      </w:r>
    </w:p>
    <w:p>
      <w:r>
        <w:rPr>
          <w:rFonts w:ascii="Courier New" w:hAnsi="Courier New"/>
          <w:color w:val="555555"/>
          <w:sz w:val="20"/>
        </w:rPr>
        <w:t>[21 . 541]</w:t>
      </w:r>
    </w:p>
    <w:p>
      <w:r>
        <w:rPr>
          <w:rFonts w:ascii="Gentium Plus" w:hAnsi="Gentium Plus"/>
          <w:sz w:val="24"/>
        </w:rPr>
        <w:t>[καρχαλέοι] ξηροὶ ὑπὸ δίψης.</w:t>
      </w:r>
    </w:p>
    <w:p>
      <w:r>
        <w:rPr>
          <w:rFonts w:ascii="Courier New" w:hAnsi="Courier New"/>
          <w:color w:val="555555"/>
          <w:sz w:val="20"/>
        </w:rPr>
        <w:t>[21 . 549]</w:t>
      </w:r>
    </w:p>
    <w:p>
      <w:r>
        <w:rPr>
          <w:rFonts w:ascii="Gentium Plus" w:hAnsi="Gentium Plus"/>
          <w:sz w:val="24"/>
        </w:rPr>
        <w:t>[κεκλιμένος] ἀντὶ τοῦ περιεχόμενος ὑπὸ φηγοῦ καὶ περικεκλι‐ μένος αὐτῇ.</w:t>
      </w:r>
    </w:p>
    <w:p>
      <w:r>
        <w:rPr>
          <w:rFonts w:ascii="Courier New" w:hAnsi="Courier New"/>
          <w:color w:val="555555"/>
          <w:sz w:val="20"/>
        </w:rPr>
        <w:t>[21 556-557]</w:t>
      </w:r>
    </w:p>
    <w:p>
      <w:r>
        <w:rPr>
          <w:rFonts w:ascii="Gentium Plus" w:hAnsi="Gentium Plus"/>
          <w:sz w:val="24"/>
        </w:rPr>
        <w:t>[ὑποκλονέεσθαι—Ἀχιλῆϊ] ὑπὸ Ἀχιλλέως συγ‐ χωρήσω ταράττεσθαι.</w:t>
      </w:r>
    </w:p>
    <w:p>
      <w:r>
        <w:rPr>
          <w:rFonts w:ascii="Courier New" w:hAnsi="Courier New"/>
          <w:color w:val="555555"/>
          <w:sz w:val="20"/>
        </w:rPr>
        <w:t>[21 . 558]</w:t>
      </w:r>
    </w:p>
    <w:p>
      <w:r>
        <w:rPr>
          <w:rFonts w:ascii="Gentium Plus" w:hAnsi="Gentium Plus"/>
          <w:sz w:val="24"/>
        </w:rPr>
        <w:t>[πεδίον Ἰλήϊον] τόπος ἐν ᾧ ὁ Ἰλίου τάφος.</w:t>
      </w:r>
    </w:p>
    <w:p>
      <w:r>
        <w:rPr>
          <w:rFonts w:ascii="Courier New" w:hAnsi="Courier New"/>
          <w:color w:val="555555"/>
          <w:sz w:val="20"/>
        </w:rPr>
        <w:t>[21 . 559]</w:t>
      </w:r>
    </w:p>
    <w:p>
      <w:r>
        <w:rPr>
          <w:rFonts w:ascii="Gentium Plus" w:hAnsi="Gentium Plus"/>
          <w:sz w:val="24"/>
        </w:rPr>
        <w:t>[ῥωπήϊα] ἱμαντώδη φυτὰ, ἀφ’ οὗ τὰ δένδρα τῆς ὕλης.</w:t>
      </w:r>
    </w:p>
    <w:p>
      <w:r>
        <w:rPr>
          <w:rFonts w:ascii="Courier New" w:hAnsi="Courier New"/>
          <w:color w:val="555555"/>
          <w:sz w:val="20"/>
        </w:rPr>
        <w:t>[21 . 564]</w:t>
      </w:r>
    </w:p>
    <w:p>
      <w:r>
        <w:rPr>
          <w:rFonts w:ascii="Gentium Plus" w:hAnsi="Gentium Plus"/>
          <w:sz w:val="24"/>
        </w:rPr>
        <w:t>[εἰ δέ—πόλιος] ἐὰν δὲ αὐτῷ ἔμπροσθε τῆς πόλεως.</w:t>
      </w:r>
    </w:p>
    <w:p>
      <w:r>
        <w:rPr>
          <w:rFonts w:ascii="Courier New" w:hAnsi="Courier New"/>
          <w:color w:val="555555"/>
          <w:sz w:val="20"/>
        </w:rPr>
        <w:t>[22 . 1]</w:t>
      </w:r>
    </w:p>
    <w:p>
      <w:r>
        <w:rPr>
          <w:rFonts w:ascii="Gentium Plus" w:hAnsi="Gentium Plus"/>
          <w:sz w:val="24"/>
        </w:rPr>
        <w:t>[κατὰ ἄστυ πεφυζότες] κατὰ τὴν πόλιν δεδειλιακότες, ἐκπεπληγ‐ μένοι, ἢ μετὰ δέους πεφευγότες</w:t>
      </w:r>
    </w:p>
    <w:p>
      <w:r>
        <w:rPr>
          <w:rFonts w:ascii="Courier New" w:hAnsi="Courier New"/>
          <w:color w:val="555555"/>
          <w:sz w:val="20"/>
        </w:rPr>
        <w:t>[22 . 2]</w:t>
      </w:r>
    </w:p>
    <w:p>
      <w:r>
        <w:rPr>
          <w:rFonts w:ascii="Gentium Plus" w:hAnsi="Gentium Plus"/>
          <w:sz w:val="24"/>
        </w:rPr>
        <w:t>[ἱδρῶ ἀπεψύχοντο] πρὸς ἄνεμον ἐξηραίνοντο, ἀνεκτῶντο 〈ἑαυτούς.〉</w:t>
      </w:r>
    </w:p>
    <w:p>
      <w:r>
        <w:rPr>
          <w:rFonts w:ascii="Courier New" w:hAnsi="Courier New"/>
          <w:color w:val="555555"/>
          <w:sz w:val="20"/>
        </w:rPr>
        <w:t>[22 . 3]</w:t>
      </w:r>
    </w:p>
    <w:p>
      <w:r>
        <w:rPr>
          <w:rFonts w:ascii="Gentium Plus" w:hAnsi="Gentium Plus"/>
          <w:sz w:val="24"/>
        </w:rPr>
        <w:t>[κεκλιμένοι] προκεκλιμένοι, ὅ ἐστι—προμαχῶνες.</w:t>
      </w:r>
    </w:p>
    <w:p>
      <w:r>
        <w:rPr>
          <w:rFonts w:ascii="Courier New" w:hAnsi="Courier New"/>
          <w:color w:val="555555"/>
          <w:sz w:val="20"/>
        </w:rPr>
        <w:t>[22 . 4]</w:t>
      </w:r>
    </w:p>
    <w:p>
      <w:r>
        <w:rPr>
          <w:rFonts w:ascii="Gentium Plus" w:hAnsi="Gentium Plus"/>
          <w:sz w:val="24"/>
        </w:rPr>
        <w:t>[ἴσαν—κλίναντες] παρεγένοντο τοὺς ὤμους ταῖς ἀσπί‐ σι καλύψαντες.</w:t>
      </w:r>
    </w:p>
    <w:p>
      <w:r>
        <w:rPr>
          <w:rFonts w:ascii="Courier New" w:hAnsi="Courier New"/>
          <w:color w:val="555555"/>
          <w:sz w:val="20"/>
        </w:rPr>
        <w:t>[22 . 11]</w:t>
      </w:r>
    </w:p>
    <w:p>
      <w:r>
        <w:rPr>
          <w:rFonts w:ascii="Gentium Plus" w:hAnsi="Gentium Plus"/>
          <w:sz w:val="24"/>
        </w:rPr>
        <w:t>[πόνος] 〈ὁ〉 ἀγών, τὸ ἔργον.</w:t>
      </w:r>
    </w:p>
    <w:p>
      <w:r>
        <w:rPr>
          <w:rFonts w:ascii="Courier New" w:hAnsi="Courier New"/>
          <w:color w:val="555555"/>
          <w:sz w:val="20"/>
        </w:rPr>
        <w:t>[22 . 12]</w:t>
      </w:r>
    </w:p>
    <w:p>
      <w:r>
        <w:rPr>
          <w:rFonts w:ascii="Gentium Plus" w:hAnsi="Gentium Plus"/>
          <w:sz w:val="24"/>
        </w:rPr>
        <w:t>οἵτινες εἰς τὴν πόλιν συνεστράφησαν, ἔφυγον· 〈σὺ δὲ〉 ἐνταῦ‐ θα ἐχωρίσθης, ὡρμήσας ἢ ἐπλανήθης.</w:t>
      </w:r>
    </w:p>
    <w:p>
      <w:r>
        <w:rPr>
          <w:rFonts w:ascii="Courier New" w:hAnsi="Courier New"/>
          <w:color w:val="555555"/>
          <w:sz w:val="20"/>
        </w:rPr>
        <w:t>[22 . 20]</w:t>
      </w:r>
    </w:p>
    <w:p>
      <w:r>
        <w:rPr>
          <w:rFonts w:ascii="Gentium Plus" w:hAnsi="Gentium Plus"/>
          <w:sz w:val="24"/>
        </w:rPr>
        <w:t>[ᾗ ς’ ἂν τισαίμην] καθὰ 〈ἄν〉 σε ἐτιμωρησάμην.</w:t>
      </w:r>
    </w:p>
    <w:p>
      <w:r>
        <w:rPr>
          <w:rFonts w:ascii="Courier New" w:hAnsi="Courier New"/>
          <w:color w:val="555555"/>
          <w:sz w:val="20"/>
        </w:rPr>
        <w:t>[22 . 27]</w:t>
      </w:r>
    </w:p>
    <w:p>
      <w:r>
        <w:rPr>
          <w:rFonts w:ascii="Gentium Plus" w:hAnsi="Gentium Plus"/>
          <w:sz w:val="24"/>
        </w:rPr>
        <w:t>εἶσιν] ἀνατέλλει, ἄνεισι, τὴν ἑῴαν ἀνατολὴν δηλονότι.</w:t>
      </w:r>
    </w:p>
    <w:p>
      <w:r>
        <w:rPr>
          <w:rFonts w:ascii="Courier New" w:hAnsi="Courier New"/>
          <w:color w:val="555555"/>
          <w:sz w:val="20"/>
        </w:rPr>
        <w:t>[22 . 29]</w:t>
      </w:r>
    </w:p>
    <w:p>
      <w:r>
        <w:rPr>
          <w:rFonts w:ascii="Gentium Plus" w:hAnsi="Gentium Plus"/>
          <w:sz w:val="24"/>
        </w:rPr>
        <w:t>ὅν τε κύν’ Ὠρίωνος] τὸν ἀστρῷον—ὀνομασίαν ἔσχεν. ἱστορεῖ Ἐρατοσθένης.</w:t>
      </w:r>
    </w:p>
    <w:p>
      <w:r>
        <w:rPr>
          <w:rFonts w:ascii="Courier New" w:hAnsi="Courier New"/>
          <w:color w:val="555555"/>
          <w:sz w:val="20"/>
        </w:rPr>
        <w:t>[22 . 31]</w:t>
      </w:r>
    </w:p>
    <w:p>
      <w:r>
        <w:rPr>
          <w:rFonts w:ascii="Gentium Plus" w:hAnsi="Gentium Plus"/>
          <w:sz w:val="24"/>
        </w:rPr>
        <w:t>[πυρετὸν] ἤτοι κυρίως, ὡς ἡμεῖς λέγομεν, 〈ἢ〉 τὴν τοῦ ἀέρος</w:t>
      </w:r>
    </w:p>
    <w:p>
      <w:r>
        <w:rPr>
          <w:rFonts w:ascii="Courier New" w:hAnsi="Courier New"/>
          <w:color w:val="555555"/>
          <w:sz w:val="20"/>
        </w:rPr>
        <w:t>[22 . 40]</w:t>
      </w:r>
    </w:p>
    <w:p>
      <w:r>
        <w:rPr>
          <w:rFonts w:ascii="Gentium Plus" w:hAnsi="Gentium Plus"/>
          <w:sz w:val="24"/>
        </w:rPr>
        <w:t>[Πηλείωνι δαμεὶς] ὑπὸ Ἀχιλλέως ἀναιρεθείς.</w:t>
      </w:r>
    </w:p>
    <w:p>
      <w:r>
        <w:rPr>
          <w:rFonts w:ascii="Courier New" w:hAnsi="Courier New"/>
          <w:color w:val="555555"/>
          <w:sz w:val="20"/>
        </w:rPr>
        <w:t>[22 . 43]</w:t>
      </w:r>
    </w:p>
    <w:p>
      <w:r>
        <w:rPr>
          <w:rFonts w:ascii="Gentium Plus" w:hAnsi="Gentium Plus"/>
          <w:sz w:val="24"/>
        </w:rPr>
        <w:t>[ἦ κέ μοι—ἔλθοι] οὕτως ἂν ἀπέλθοι μοι τὰ κακὰ τῶν φρενῶν.</w:t>
      </w:r>
    </w:p>
    <w:p>
      <w:r>
        <w:rPr>
          <w:rFonts w:ascii="Courier New" w:hAnsi="Courier New"/>
          <w:color w:val="555555"/>
          <w:sz w:val="20"/>
        </w:rPr>
        <w:t>[22 . 47]</w:t>
      </w:r>
    </w:p>
    <w:p>
      <w:r>
        <w:rPr>
          <w:rFonts w:ascii="Gentium Plus" w:hAnsi="Gentium Plus"/>
          <w:sz w:val="24"/>
        </w:rPr>
        <w:t>[ἀλέντων] συστραφέντων, συγκλεισθέντων, φυγόντων.</w:t>
      </w:r>
    </w:p>
    <w:p>
      <w:r>
        <w:rPr>
          <w:rFonts w:ascii="Courier New" w:hAnsi="Courier New"/>
          <w:color w:val="555555"/>
          <w:sz w:val="20"/>
        </w:rPr>
        <w:t>[22 . 55]</w:t>
      </w:r>
    </w:p>
    <w:p>
      <w:r>
        <w:rPr>
          <w:rFonts w:ascii="Gentium Plus" w:hAnsi="Gentium Plus"/>
          <w:sz w:val="24"/>
        </w:rPr>
        <w:t>[θάνῃς Ἀχιλῆϊ δαμασθείς] ἀποθάνῃς ὑπὸ Ἀχιλλέως ἀναιρεθείς.</w:t>
      </w:r>
    </w:p>
    <w:p>
      <w:r>
        <w:rPr>
          <w:rFonts w:ascii="Courier New" w:hAnsi="Courier New"/>
          <w:color w:val="555555"/>
          <w:sz w:val="20"/>
        </w:rPr>
        <w:t>[22 . 59]</w:t>
      </w:r>
    </w:p>
    <w:p>
      <w:r>
        <w:rPr>
          <w:rFonts w:ascii="Gentium Plus" w:hAnsi="Gentium Plus"/>
          <w:sz w:val="24"/>
        </w:rPr>
        <w:t>[ἔτι φρονέοντα] ἔτι σωφρονῶν πρὶν ἐπιστῆναι— κύριος.</w:t>
      </w:r>
    </w:p>
    <w:p>
      <w:r>
        <w:rPr>
          <w:rFonts w:ascii="Courier New" w:hAnsi="Courier New"/>
          <w:color w:val="555555"/>
          <w:sz w:val="20"/>
        </w:rPr>
        <w:t>[22 59bis]</w:t>
      </w:r>
    </w:p>
    <w:p>
      <w:r>
        <w:rPr>
          <w:rFonts w:ascii="Gentium Plus" w:hAnsi="Gentium Plus"/>
          <w:sz w:val="24"/>
        </w:rPr>
        <w:t>ἔχει τὰ ὀκτὼ μέρη τοῦ λόγου.</w:t>
      </w:r>
    </w:p>
    <w:p>
      <w:r>
        <w:rPr>
          <w:rFonts w:ascii="Courier New" w:hAnsi="Courier New"/>
          <w:color w:val="555555"/>
          <w:sz w:val="20"/>
        </w:rPr>
        <w:t>[22 . 60]</w:t>
      </w:r>
    </w:p>
    <w:p>
      <w:r>
        <w:rPr>
          <w:rFonts w:ascii="Gentium Plus" w:hAnsi="Gentium Plus"/>
          <w:sz w:val="24"/>
        </w:rPr>
        <w:t>[ἐπὶ γήραος οὐδῷ] ἐπὶ τῇ τοῦ γήρως ἐξόδῳ</w:t>
      </w:r>
    </w:p>
    <w:p>
      <w:r>
        <w:rPr>
          <w:rFonts w:ascii="Courier New" w:hAnsi="Courier New"/>
          <w:color w:val="555555"/>
          <w:sz w:val="20"/>
        </w:rPr>
        <w:t>[22 . 62]</w:t>
      </w:r>
    </w:p>
    <w:p>
      <w:r>
        <w:rPr>
          <w:rFonts w:ascii="Gentium Plus" w:hAnsi="Gentium Plus"/>
          <w:sz w:val="24"/>
        </w:rPr>
        <w:t>[ἑλκηθείσας] ἀντὶ τοῦ αἰχμαλωτισθείσας.</w:t>
      </w:r>
    </w:p>
    <w:p>
      <w:r>
        <w:rPr>
          <w:rFonts w:ascii="Courier New" w:hAnsi="Courier New"/>
          <w:color w:val="555555"/>
          <w:sz w:val="20"/>
        </w:rPr>
        <w:t>[22 . 66]</w:t>
      </w:r>
    </w:p>
    <w:p>
      <w:r>
        <w:rPr>
          <w:rFonts w:ascii="Gentium Plus" w:hAnsi="Gentium Plus"/>
          <w:sz w:val="24"/>
        </w:rPr>
        <w:t>[πρώτῃσι θύρῃσιν] ταῖς πρώταις θύραις, ταῖς προαυλίοις.</w:t>
      </w:r>
    </w:p>
    <w:p>
      <w:r>
        <w:rPr>
          <w:rFonts w:ascii="Courier New" w:hAnsi="Courier New"/>
          <w:color w:val="555555"/>
          <w:sz w:val="20"/>
        </w:rPr>
        <w:t>[22 . 74]</w:t>
      </w:r>
    </w:p>
    <w:p>
      <w:r>
        <w:rPr>
          <w:rFonts w:ascii="Gentium Plus" w:hAnsi="Gentium Plus"/>
          <w:sz w:val="24"/>
        </w:rPr>
        <w:t>[πολιόν] ἤτοι πεπολιωμένον, ἢ ἔντιμον.</w:t>
      </w:r>
    </w:p>
    <w:p>
      <w:r>
        <w:rPr>
          <w:rFonts w:ascii="Courier New" w:hAnsi="Courier New"/>
          <w:color w:val="555555"/>
          <w:sz w:val="20"/>
        </w:rPr>
        <w:t>[22 . 75]</w:t>
      </w:r>
    </w:p>
    <w:p>
      <w:r>
        <w:rPr>
          <w:rFonts w:ascii="Gentium Plus" w:hAnsi="Gentium Plus"/>
          <w:sz w:val="24"/>
        </w:rPr>
        <w:t>[αἰδῶ] ἢ 〈τὸ〉 αἰδοῦς ἄξιον τοῦ σώματος.</w:t>
      </w:r>
    </w:p>
    <w:p>
      <w:r>
        <w:rPr>
          <w:rFonts w:ascii="Courier New" w:hAnsi="Courier New"/>
          <w:color w:val="555555"/>
          <w:sz w:val="20"/>
        </w:rPr>
        <w:t>[22 . 80]</w:t>
      </w:r>
    </w:p>
    <w:p>
      <w:r>
        <w:rPr>
          <w:rFonts w:ascii="Gentium Plus" w:hAnsi="Gentium Plus"/>
          <w:sz w:val="24"/>
        </w:rPr>
        <w:t>[κόλπον ἀνιεμένη] γυμνοῦσα τὸν κόλπον. λέγει δὲ τὸ κατὰ τὸ στῆθος μέρος.</w:t>
      </w:r>
    </w:p>
    <w:p>
      <w:r>
        <w:rPr>
          <w:rFonts w:ascii="Courier New" w:hAnsi="Courier New"/>
          <w:color w:val="555555"/>
          <w:sz w:val="20"/>
        </w:rPr>
        <w:t>[22 . 83]</w:t>
      </w:r>
    </w:p>
    <w:p>
      <w:r>
        <w:rPr>
          <w:rFonts w:ascii="Gentium Plus" w:hAnsi="Gentium Plus"/>
          <w:sz w:val="24"/>
        </w:rPr>
        <w:t>[λαθικηδέα] τὸν λήθην—πάντων.</w:t>
      </w:r>
    </w:p>
    <w:p>
      <w:r>
        <w:rPr>
          <w:rFonts w:ascii="Courier New" w:hAnsi="Courier New"/>
          <w:color w:val="555555"/>
          <w:sz w:val="20"/>
        </w:rPr>
        <w:t>[22 . 87]</w:t>
      </w:r>
    </w:p>
    <w:p>
      <w:r>
        <w:rPr>
          <w:rFonts w:ascii="Gentium Plus" w:hAnsi="Gentium Plus"/>
          <w:sz w:val="24"/>
        </w:rPr>
        <w:t>θάλος] βλάστημα, φυτόν, πᾶν τὸ νέον. ἀπὸ τοῦ θάλλειν τῇ αὐ‐ ξήσει.</w:t>
      </w:r>
    </w:p>
    <w:p>
      <w:r>
        <w:rPr>
          <w:rFonts w:ascii="Courier New" w:hAnsi="Courier New"/>
          <w:color w:val="555555"/>
          <w:sz w:val="20"/>
        </w:rPr>
        <w:t>[22 . 88]</w:t>
      </w:r>
    </w:p>
    <w:p>
      <w:r>
        <w:rPr>
          <w:rFonts w:ascii="Gentium Plus" w:hAnsi="Gentium Plus"/>
          <w:sz w:val="24"/>
        </w:rPr>
        <w:t>[πολύδωρος] πολλὰ δωρουμένη ἀγαθὰ ἢ μετὰ πολλῶν δώρων καὶ ἕδνων γεγαμημένη.</w:t>
      </w:r>
    </w:p>
    <w:p>
      <w:r>
        <w:rPr>
          <w:rFonts w:ascii="Courier New" w:hAnsi="Courier New"/>
          <w:color w:val="555555"/>
          <w:sz w:val="20"/>
        </w:rPr>
        <w:t>[22 . 93]</w:t>
      </w:r>
    </w:p>
    <w:p>
      <w:r>
        <w:rPr>
          <w:rFonts w:ascii="Gentium Plus" w:hAnsi="Gentium Plus"/>
          <w:sz w:val="24"/>
        </w:rPr>
        <w:t>χειῇ] σχισμῇ. λέγει δὲ τῇ τοῦ δράκοντος καταδύσει. [ὀρέστερος] ἐν ὄρει διατρίβων, ὄρειος, ἐξ οὗ ἄγριος.</w:t>
      </w:r>
    </w:p>
    <w:p>
      <w:r>
        <w:rPr>
          <w:rFonts w:ascii="Courier New" w:hAnsi="Courier New"/>
          <w:color w:val="555555"/>
          <w:sz w:val="20"/>
        </w:rPr>
        <w:t>[22 . 94]</w:t>
      </w:r>
    </w:p>
    <w:p>
      <w:r>
        <w:rPr>
          <w:rFonts w:ascii="Gentium Plus" w:hAnsi="Gentium Plus"/>
          <w:sz w:val="24"/>
        </w:rPr>
        <w:t>[βεβρωκὼς κακὰ φάρμακα] φαγὼν τὰ κακωτικὰ καὶ ἰοῦ ποιη‐ τικὰ φάρμακα. λέγει δὲ μύρμηκας καὶ κανθαρίδας.</w:t>
      </w:r>
    </w:p>
    <w:p>
      <w:r>
        <w:rPr>
          <w:rFonts w:ascii="Courier New" w:hAnsi="Courier New"/>
          <w:color w:val="555555"/>
          <w:sz w:val="20"/>
        </w:rPr>
        <w:t>[22 . 105]</w:t>
      </w:r>
    </w:p>
    <w:p>
      <w:r>
        <w:rPr>
          <w:rFonts w:ascii="Gentium Plus" w:hAnsi="Gentium Plus"/>
          <w:sz w:val="24"/>
        </w:rPr>
        <w:t>[ἑλκεσιπέπλους] ἐπισυρούσας ἐν τῇ πορείᾳ τοὺς πέπλους, τουτ‐</w:t>
      </w:r>
    </w:p>
    <w:p>
      <w:r>
        <w:rPr>
          <w:rFonts w:ascii="Courier New" w:hAnsi="Courier New"/>
          <w:color w:val="555555"/>
          <w:sz w:val="20"/>
        </w:rPr>
        <w:t>[22 . 106]</w:t>
      </w:r>
    </w:p>
    <w:p>
      <w:r>
        <w:rPr>
          <w:rFonts w:ascii="Gentium Plus" w:hAnsi="Gentium Plus"/>
          <w:sz w:val="24"/>
        </w:rPr>
        <w:t>[εἴπῃσι .... ἐμεῖο] περὶ ἐμοῦ εἴπῃ.</w:t>
      </w:r>
    </w:p>
    <w:p>
      <w:r>
        <w:rPr>
          <w:rFonts w:ascii="Courier New" w:hAnsi="Courier New"/>
          <w:color w:val="555555"/>
          <w:sz w:val="20"/>
        </w:rPr>
        <w:t>[22 . 110]</w:t>
      </w:r>
    </w:p>
    <w:p>
      <w:r>
        <w:rPr>
          <w:rFonts w:ascii="Gentium Plus" w:hAnsi="Gentium Plus"/>
          <w:sz w:val="24"/>
        </w:rPr>
        <w:t>[αὐτῷ] ἢ «αὐτόν».</w:t>
      </w:r>
    </w:p>
    <w:p>
      <w:r>
        <w:rPr>
          <w:rFonts w:ascii="Courier New" w:hAnsi="Courier New"/>
          <w:color w:val="555555"/>
          <w:sz w:val="20"/>
        </w:rPr>
        <w:t>[22 . 113]</w:t>
      </w:r>
    </w:p>
    <w:p>
      <w:r>
        <w:rPr>
          <w:rFonts w:ascii="Gentium Plus" w:hAnsi="Gentium Plus"/>
          <w:sz w:val="24"/>
        </w:rPr>
        <w:t>[αὐτὸς ἰὼν] μόνος ἀφικόμενος, χωρὶς τῶν ὅπλων.</w:t>
      </w:r>
    </w:p>
    <w:p>
      <w:r>
        <w:rPr>
          <w:rFonts w:ascii="Courier New" w:hAnsi="Courier New"/>
          <w:color w:val="555555"/>
          <w:sz w:val="20"/>
        </w:rPr>
        <w:t>[22 . 117]</w:t>
      </w:r>
    </w:p>
    <w:p>
      <w:r>
        <w:rPr>
          <w:rFonts w:ascii="Gentium Plus" w:hAnsi="Gentium Plus"/>
          <w:sz w:val="24"/>
        </w:rPr>
        <w:t>[ἅμα δ’ ἀμφὶς] χωρὶς δὲ τούτων. ὁ 〈«δέ»〉 πε〈ρισσόσ〉.</w:t>
      </w:r>
    </w:p>
    <w:p>
      <w:r>
        <w:rPr>
          <w:rFonts w:ascii="Courier New" w:hAnsi="Courier New"/>
          <w:color w:val="555555"/>
          <w:sz w:val="20"/>
        </w:rPr>
        <w:t>[22 . 119]</w:t>
      </w:r>
    </w:p>
    <w:p>
      <w:r>
        <w:rPr>
          <w:rFonts w:ascii="Gentium Plus" w:hAnsi="Gentium Plus"/>
          <w:sz w:val="24"/>
        </w:rPr>
        <w:t>γερούσιον ὅρκον] τὸν ἐπὶ τῶν—ὀμόσαι.</w:t>
      </w:r>
    </w:p>
    <w:p>
      <w:r>
        <w:rPr>
          <w:rFonts w:ascii="Courier New" w:hAnsi="Courier New"/>
          <w:color w:val="555555"/>
          <w:sz w:val="20"/>
        </w:rPr>
        <w:t>[22 . 124]</w:t>
      </w:r>
    </w:p>
    <w:p>
      <w:r>
        <w:rPr>
          <w:rFonts w:ascii="Gentium Plus" w:hAnsi="Gentium Plus"/>
          <w:sz w:val="24"/>
        </w:rPr>
        <w:t>[αἰδέσεται] λέγει δὲ δέξεται, προσδέξεται ὡς ἱκέτην· οἱ γὰρ ἱκέται αἰδοῖοι.</w:t>
      </w:r>
    </w:p>
    <w:p>
      <w:r>
        <w:rPr>
          <w:rFonts w:ascii="Courier New" w:hAnsi="Courier New"/>
          <w:color w:val="555555"/>
          <w:sz w:val="20"/>
        </w:rPr>
        <w:t>[22 . 126]</w:t>
      </w:r>
    </w:p>
    <w:p>
      <w:r>
        <w:rPr>
          <w:rFonts w:ascii="Gentium Plus" w:hAnsi="Gentium Plus"/>
          <w:sz w:val="24"/>
        </w:rPr>
        <w:t>οὐ μέν πως—πέτρης] οὐκ ἔστι—παρὰ Διδύμῳ.</w:t>
      </w:r>
    </w:p>
    <w:p>
      <w:r>
        <w:rPr>
          <w:rFonts w:ascii="Courier New" w:hAnsi="Courier New"/>
          <w:color w:val="555555"/>
          <w:sz w:val="20"/>
        </w:rPr>
        <w:t>[22 . 132]</w:t>
      </w:r>
    </w:p>
    <w:p>
      <w:r>
        <w:rPr>
          <w:rFonts w:ascii="Gentium Plus" w:hAnsi="Gentium Plus"/>
          <w:sz w:val="24"/>
        </w:rPr>
        <w:t>κορυθάϊκι] πολεμικῷ, κινοῦντι τὴν περικεφαλαίαν καταπλήξεως ἕνεκα καὶ φόβου τῶν ἐναντίων.</w:t>
      </w:r>
    </w:p>
    <w:p>
      <w:r>
        <w:rPr>
          <w:rFonts w:ascii="Courier New" w:hAnsi="Courier New"/>
          <w:color w:val="555555"/>
          <w:sz w:val="20"/>
        </w:rPr>
        <w:t>[22 . 136]</w:t>
      </w:r>
    </w:p>
    <w:p>
      <w:r>
        <w:rPr>
          <w:rFonts w:ascii="Gentium Plus" w:hAnsi="Gentium Plus"/>
          <w:sz w:val="24"/>
        </w:rPr>
        <w:t>** [Ἕκτορα] ἢ «Ἕκτωρ».</w:t>
      </w:r>
    </w:p>
    <w:p>
      <w:r>
        <w:rPr>
          <w:rFonts w:ascii="Courier New" w:hAnsi="Courier New"/>
          <w:color w:val="555555"/>
          <w:sz w:val="20"/>
        </w:rPr>
        <w:t>[22 . 141]</w:t>
      </w:r>
    </w:p>
    <w:p>
      <w:r>
        <w:rPr>
          <w:rFonts w:ascii="Gentium Plus" w:hAnsi="Gentium Plus"/>
          <w:sz w:val="24"/>
        </w:rPr>
        <w:t>[λεληκὼς] κεκραγώς. νῦν δὲ—ἀποτελῶν</w:t>
      </w:r>
    </w:p>
    <w:p>
      <w:r>
        <w:rPr>
          <w:rFonts w:ascii="Courier New" w:hAnsi="Courier New"/>
          <w:color w:val="555555"/>
          <w:sz w:val="20"/>
        </w:rPr>
        <w:t>[22 . 145]</w:t>
      </w:r>
    </w:p>
    <w:p>
      <w:r>
        <w:rPr>
          <w:rFonts w:ascii="Gentium Plus" w:hAnsi="Gentium Plus"/>
          <w:sz w:val="24"/>
        </w:rPr>
        <w:t>[ἠνεμόεντα] καταπνεόμενα—κοίλων.</w:t>
      </w:r>
    </w:p>
    <w:p>
      <w:r>
        <w:rPr>
          <w:rFonts w:ascii="Courier New" w:hAnsi="Courier New"/>
          <w:color w:val="555555"/>
          <w:sz w:val="20"/>
        </w:rPr>
        <w:t>[22 . 147]</w:t>
      </w:r>
    </w:p>
    <w:p>
      <w:r>
        <w:rPr>
          <w:rFonts w:ascii="Gentium Plus" w:hAnsi="Gentium Plus"/>
          <w:sz w:val="24"/>
        </w:rPr>
        <w:t>[κρουνὼ] κυρίως μὲν—πλύνουσιν.</w:t>
      </w:r>
    </w:p>
    <w:p>
      <w:r>
        <w:rPr>
          <w:rFonts w:ascii="Courier New" w:hAnsi="Courier New"/>
          <w:color w:val="555555"/>
          <w:sz w:val="20"/>
        </w:rPr>
        <w:t>[22 . 153]</w:t>
      </w:r>
    </w:p>
    <w:p>
      <w:r>
        <w:rPr>
          <w:rFonts w:ascii="Gentium Plus" w:hAnsi="Gentium Plus"/>
          <w:sz w:val="24"/>
        </w:rPr>
        <w:t>[πλυνοὶ] πύελοι, ἐν αἷς πλύνουσιν.</w:t>
      </w:r>
    </w:p>
    <w:p>
      <w:r>
        <w:rPr>
          <w:rFonts w:ascii="Courier New" w:hAnsi="Courier New"/>
          <w:color w:val="555555"/>
          <w:sz w:val="20"/>
        </w:rPr>
        <w:t>[22 . 160]</w:t>
      </w:r>
    </w:p>
    <w:p>
      <w:r>
        <w:rPr>
          <w:rFonts w:ascii="Gentium Plus" w:hAnsi="Gentium Plus"/>
          <w:sz w:val="24"/>
        </w:rPr>
        <w:t>[ἀρνύσθην] 〈δι〉’ ἀγῶνος ἐσπούδαζον λαβεῖν.</w:t>
      </w:r>
    </w:p>
    <w:p>
      <w:r>
        <w:rPr>
          <w:rFonts w:ascii="Courier New" w:hAnsi="Courier New"/>
          <w:color w:val="555555"/>
          <w:sz w:val="20"/>
        </w:rPr>
        <w:t>[22 . 190]</w:t>
      </w:r>
    </w:p>
    <w:p>
      <w:r>
        <w:rPr>
          <w:rFonts w:ascii="Gentium Plus" w:hAnsi="Gentium Plus"/>
          <w:sz w:val="24"/>
        </w:rPr>
        <w:t>[ὄρσας ἐξ εὐνῆς] ἐκ τῆς κοίτης ἐγείρας, ὁρμήσας.</w:t>
      </w:r>
    </w:p>
    <w:p>
      <w:r>
        <w:rPr>
          <w:rFonts w:ascii="Courier New" w:hAnsi="Courier New"/>
          <w:color w:val="555555"/>
          <w:sz w:val="20"/>
        </w:rPr>
        <w:t>[22 . 191]</w:t>
      </w:r>
    </w:p>
    <w:p>
      <w:r>
        <w:rPr>
          <w:rFonts w:ascii="Gentium Plus" w:hAnsi="Gentium Plus"/>
          <w:sz w:val="24"/>
        </w:rPr>
        <w:t>θάμνοι] οὕτω καλοῦνται οἱ σύμφυτοι καὶ ὑλώδεις τόποι. παρὰ τὸ θαμινόν.</w:t>
      </w:r>
    </w:p>
    <w:p>
      <w:r>
        <w:rPr>
          <w:rFonts w:ascii="Courier New" w:hAnsi="Courier New"/>
          <w:color w:val="555555"/>
          <w:sz w:val="20"/>
        </w:rPr>
        <w:t>[22 . 194]</w:t>
      </w:r>
    </w:p>
    <w:p>
      <w:r>
        <w:rPr>
          <w:rFonts w:ascii="Gentium Plus" w:hAnsi="Gentium Plus"/>
          <w:sz w:val="24"/>
        </w:rPr>
        <w:t>ἐπὶ τὰς Δαρδάνου πύλας ὁρμήσαι.</w:t>
      </w:r>
    </w:p>
    <w:p>
      <w:r>
        <w:rPr>
          <w:rFonts w:ascii="Courier New" w:hAnsi="Courier New"/>
          <w:color w:val="555555"/>
          <w:sz w:val="20"/>
        </w:rPr>
        <w:t>[22 . 201]</w:t>
      </w:r>
    </w:p>
    <w:p>
      <w:r>
        <w:rPr>
          <w:rFonts w:ascii="Gentium Plus" w:hAnsi="Gentium Plus"/>
          <w:sz w:val="24"/>
        </w:rPr>
        <w:t>ὥς ῥα τὸν—ἀλύξαι] πῶς τάχιστος ὢν—</w:t>
      </w:r>
    </w:p>
    <w:p>
      <w:r>
        <w:rPr>
          <w:rFonts w:ascii="Courier New" w:hAnsi="Courier New"/>
          <w:color w:val="555555"/>
          <w:sz w:val="20"/>
        </w:rPr>
        <w:t>[22 . 219]</w:t>
      </w:r>
    </w:p>
    <w:p>
      <w:r>
        <w:rPr>
          <w:rFonts w:ascii="Gentium Plus" w:hAnsi="Gentium Plus"/>
          <w:sz w:val="24"/>
        </w:rPr>
        <w:t>ἀδύνατον, φησὶν, ἐστὶν αὐτῷ διαφυγεῖν ἡμᾶς.</w:t>
      </w:r>
    </w:p>
    <w:p>
      <w:r>
        <w:rPr>
          <w:rFonts w:ascii="Courier New" w:hAnsi="Courier New"/>
          <w:color w:val="555555"/>
          <w:sz w:val="20"/>
        </w:rPr>
        <w:t>[22 . 221]</w:t>
      </w:r>
    </w:p>
    <w:p>
      <w:r>
        <w:rPr>
          <w:rFonts w:ascii="Gentium Plus" w:hAnsi="Gentium Plus"/>
          <w:sz w:val="24"/>
        </w:rPr>
        <w:t>πρὸ τῶν ποδῶν τοῦ Διὸς κυλινδούμενος, ὅ ἐστιν ἱκετεύων.</w:t>
      </w:r>
    </w:p>
    <w:p>
      <w:r>
        <w:rPr>
          <w:rFonts w:ascii="Courier New" w:hAnsi="Courier New"/>
          <w:color w:val="555555"/>
          <w:sz w:val="20"/>
        </w:rPr>
        <w:t>[22 . 235]</w:t>
      </w:r>
    </w:p>
    <w:p>
      <w:r>
        <w:rPr>
          <w:rFonts w:ascii="Gentium Plus" w:hAnsi="Gentium Plus"/>
          <w:sz w:val="24"/>
        </w:rPr>
        <w:t>[τιμήσασθαι] λείπει τὸ σέ 〈ἵν’ ᾖ· νῦν δὲ καὶ μᾶλλόν σε〉 τι‐ μήσω</w:t>
      </w:r>
    </w:p>
    <w:p>
      <w:r>
        <w:rPr>
          <w:rFonts w:ascii="Courier New" w:hAnsi="Courier New"/>
          <w:color w:val="555555"/>
          <w:sz w:val="20"/>
        </w:rPr>
        <w:t>[22 . 247]</w:t>
      </w:r>
    </w:p>
    <w:p>
      <w:r>
        <w:rPr>
          <w:rFonts w:ascii="Gentium Plus" w:hAnsi="Gentium Plus"/>
          <w:sz w:val="24"/>
        </w:rPr>
        <w:t>[κερδοσύνῃ] ἐντρεχείᾳ, πονηρίᾳ, ἀπάτῃ.</w:t>
      </w:r>
    </w:p>
    <w:p>
      <w:r>
        <w:rPr>
          <w:rFonts w:ascii="Courier New" w:hAnsi="Courier New"/>
          <w:color w:val="555555"/>
          <w:sz w:val="20"/>
        </w:rPr>
        <w:t>[22 . 254]</w:t>
      </w:r>
    </w:p>
    <w:p>
      <w:r>
        <w:rPr>
          <w:rFonts w:ascii="Gentium Plus" w:hAnsi="Gentium Plus"/>
          <w:sz w:val="24"/>
        </w:rPr>
        <w:t>[ἐπιδώμεθα] ὀμόσωμεν, ἐπόπτας καὶ μάρτυρας τῶν λεγομένων ποιησώμεθα.</w:t>
      </w:r>
    </w:p>
    <w:p>
      <w:r>
        <w:rPr>
          <w:rFonts w:ascii="Courier New" w:hAnsi="Courier New"/>
          <w:color w:val="555555"/>
          <w:sz w:val="20"/>
        </w:rPr>
        <w:t>[22 . 257]</w:t>
      </w:r>
    </w:p>
    <w:p>
      <w:r>
        <w:rPr>
          <w:rFonts w:ascii="Gentium Plus" w:hAnsi="Gentium Plus"/>
          <w:sz w:val="24"/>
        </w:rPr>
        <w:t>[καμμονίην] τὴν ἐκ καταμονῆς νίκην, ὅ ἐστι τὴν ἐκ μονομεροῦς.</w:t>
      </w:r>
    </w:p>
    <w:p>
      <w:r>
        <w:rPr>
          <w:rFonts w:ascii="Courier New" w:hAnsi="Courier New"/>
          <w:color w:val="555555"/>
          <w:sz w:val="20"/>
        </w:rPr>
        <w:t>[22 . 261]</w:t>
      </w:r>
    </w:p>
    <w:p>
      <w:r>
        <w:rPr>
          <w:rFonts w:ascii="Gentium Plus" w:hAnsi="Gentium Plus"/>
          <w:sz w:val="24"/>
        </w:rPr>
        <w:t>ἄλαστε] ἢ ἀλάθητε, δεινὰ καὶ ἀνεπίληστα εἰργασμένε.</w:t>
      </w:r>
    </w:p>
    <w:p>
      <w:r>
        <w:rPr>
          <w:rFonts w:ascii="Courier New" w:hAnsi="Courier New"/>
          <w:color w:val="555555"/>
          <w:sz w:val="20"/>
        </w:rPr>
        <w:t>[22 . 281]</w:t>
      </w:r>
    </w:p>
    <w:p>
      <w:r>
        <w:rPr>
          <w:rFonts w:ascii="Gentium Plus" w:hAnsi="Gentium Plus"/>
          <w:sz w:val="24"/>
        </w:rPr>
        <w:t>ἀρτιεπὴς] ἀπηρτισμένος καὶ ἱκανὸς εἰπεῖν, ἢ ἄρτι ἐσκευασμένος, δεινός. [ἐπίκλοπος] παραλογιστικός, ἀπατῶν, διὰ λόγων κλέπτειν τὴν ἀλή‐ θειαν εἰδώς.</w:t>
      </w:r>
    </w:p>
    <w:p>
      <w:r>
        <w:rPr>
          <w:rFonts w:ascii="Courier New" w:hAnsi="Courier New"/>
          <w:color w:val="555555"/>
          <w:sz w:val="20"/>
        </w:rPr>
        <w:t>[22 . 293]</w:t>
      </w:r>
    </w:p>
    <w:p>
      <w:r>
        <w:rPr>
          <w:rFonts w:ascii="Gentium Plus" w:hAnsi="Gentium Plus"/>
          <w:sz w:val="24"/>
        </w:rPr>
        <w:t>[οὐδ’ ἄλλ’ ἔχε] ὁ «δέ» ἀντὶ τοῦ γάρ· οὐ γὰρ εἶχεν ἄλλο.</w:t>
      </w:r>
    </w:p>
    <w:p>
      <w:r>
        <w:rPr>
          <w:rFonts w:ascii="Courier New" w:hAnsi="Courier New"/>
          <w:color w:val="555555"/>
          <w:sz w:val="20"/>
        </w:rPr>
        <w:t>[22 . 310]</w:t>
      </w:r>
    </w:p>
    <w:p>
      <w:r>
        <w:rPr>
          <w:rFonts w:ascii="Gentium Plus" w:hAnsi="Gentium Plus"/>
          <w:sz w:val="24"/>
        </w:rPr>
        <w:t>[πτῶκα] παρὰ τὸ πτήσσειν—ζῷον.</w:t>
      </w:r>
    </w:p>
    <w:p>
      <w:r>
        <w:rPr>
          <w:rFonts w:ascii="Courier New" w:hAnsi="Courier New"/>
          <w:color w:val="555555"/>
          <w:sz w:val="20"/>
        </w:rPr>
        <w:t>[22 . 322]</w:t>
      </w:r>
    </w:p>
    <w:p>
      <w:r>
        <w:rPr>
          <w:rFonts w:ascii="Gentium Plus" w:hAnsi="Gentium Plus"/>
          <w:sz w:val="24"/>
        </w:rPr>
        <w:t>τοῦ δὲ Ἕκτορος, φησὶν, τὸ μὲν λοιπὸν σῶμα ὑπὸ τῶν ὅπλων κατεκεκάλυπτο.</w:t>
      </w:r>
    </w:p>
    <w:p>
      <w:r>
        <w:rPr>
          <w:rFonts w:ascii="Courier New" w:hAnsi="Courier New"/>
          <w:color w:val="555555"/>
          <w:sz w:val="20"/>
        </w:rPr>
        <w:t>[22 . 323]</w:t>
      </w:r>
    </w:p>
    <w:p>
      <w:r>
        <w:rPr>
          <w:rFonts w:ascii="Gentium Plus" w:hAnsi="Gentium Plus"/>
          <w:sz w:val="24"/>
        </w:rPr>
        <w:t>[Πατρόκλοιο βίην] περιφραστικῶς τὸν Πάτροκλον.</w:t>
      </w:r>
    </w:p>
    <w:p>
      <w:r>
        <w:rPr>
          <w:rFonts w:ascii="Courier New" w:hAnsi="Courier New"/>
          <w:color w:val="555555"/>
          <w:sz w:val="20"/>
        </w:rPr>
        <w:t>[22 . 324]</w:t>
      </w:r>
    </w:p>
    <w:p>
      <w:r>
        <w:rPr>
          <w:rFonts w:ascii="Gentium Plus" w:hAnsi="Gentium Plus"/>
          <w:sz w:val="24"/>
        </w:rPr>
        <w:t>[ᾖ κληῖδες—ἔχουσι] καθ’ ὃ μέρος αἱ κατακλεῖς συνάπτουσιν διείργουσαι τὸν αὐχένα ἀπὸ τῶν ὤμων.</w:t>
      </w:r>
    </w:p>
    <w:p>
      <w:r>
        <w:rPr>
          <w:rFonts w:ascii="Courier New" w:hAnsi="Courier New"/>
          <w:color w:val="555555"/>
          <w:sz w:val="20"/>
        </w:rPr>
        <w:t>[22 . 325]</w:t>
      </w:r>
    </w:p>
    <w:p>
      <w:r>
        <w:rPr>
          <w:rFonts w:ascii="Gentium Plus" w:hAnsi="Gentium Plus"/>
          <w:sz w:val="24"/>
        </w:rPr>
        <w:t>ὅπου τρώσεως γενομένης ταχεῖα γίνεται τῆς ψυχῆς ἀπώλεια. [ψυχῆς ὄλεθρος] καίτοι ἀθάνατον—τὸν βρόγχον.</w:t>
      </w:r>
    </w:p>
    <w:p>
      <w:r>
        <w:rPr>
          <w:rFonts w:ascii="Courier New" w:hAnsi="Courier New"/>
          <w:color w:val="555555"/>
          <w:sz w:val="20"/>
        </w:rPr>
        <w:t>[22 . 345]</w:t>
      </w:r>
    </w:p>
    <w:p>
      <w:r>
        <w:rPr>
          <w:rFonts w:ascii="Gentium Plus" w:hAnsi="Gentium Plus"/>
          <w:sz w:val="24"/>
        </w:rPr>
        <w:t>μή με πρὸς τῶν γονάτων καὶ γονέων λιτάνευε.</w:t>
      </w:r>
    </w:p>
    <w:p>
      <w:r>
        <w:rPr>
          <w:rFonts w:ascii="Courier New" w:hAnsi="Courier New"/>
          <w:color w:val="555555"/>
          <w:sz w:val="20"/>
        </w:rPr>
        <w:t>[22 . 349]</w:t>
      </w:r>
    </w:p>
    <w:p>
      <w:r>
        <w:rPr>
          <w:rFonts w:ascii="Gentium Plus" w:hAnsi="Gentium Plus"/>
          <w:sz w:val="24"/>
        </w:rPr>
        <w:t>εἰκοσινήριτα] εἰκοσαπλασίονα, εἰκοσάκις ἐξισοῦσθαι .... τῆς τοῦ σώματος σωτηρίας· τὸ γὰρ ἐρίζειν ἐξισοῦσθαί ἐστιν.</w:t>
      </w:r>
    </w:p>
    <w:p>
      <w:r>
        <w:rPr>
          <w:rFonts w:ascii="Courier New" w:hAnsi="Courier New"/>
          <w:color w:val="555555"/>
          <w:sz w:val="20"/>
        </w:rPr>
        <w:t>[22 . 351]</w:t>
      </w:r>
    </w:p>
    <w:p>
      <w:r>
        <w:rPr>
          <w:rFonts w:ascii="Gentium Plus" w:hAnsi="Gentium Plus"/>
          <w:sz w:val="24"/>
        </w:rPr>
        <w:t>οὐδ’ εἴ κεν—ἀνώγοι] οὐδ’ εἰ χρυσῷ σταθμήσασθαι θελήσει τὸ σῶμα ὁ Πρίαμος· ἐρύσασθαι γὰρ νῦν τὸ ζυγοστατῆσαι.</w:t>
      </w:r>
    </w:p>
    <w:p>
      <w:r>
        <w:rPr>
          <w:rFonts w:ascii="Courier New" w:hAnsi="Courier New"/>
          <w:color w:val="555555"/>
          <w:sz w:val="20"/>
        </w:rPr>
        <w:t>[22 . 356]</w:t>
      </w:r>
    </w:p>
    <w:p>
      <w:r>
        <w:rPr>
          <w:rFonts w:ascii="Gentium Plus" w:hAnsi="Gentium Plus"/>
          <w:sz w:val="24"/>
        </w:rPr>
        <w:t>προτιόσσομαι] καλῶς γινώσκων καὶ προορῶν ταῦτά σοι λέγω, μάτην δέ· οὐ γάρ σε πείθω.</w:t>
      </w:r>
    </w:p>
    <w:p>
      <w:r>
        <w:rPr>
          <w:rFonts w:ascii="Courier New" w:hAnsi="Courier New"/>
          <w:color w:val="555555"/>
          <w:sz w:val="20"/>
        </w:rPr>
        <w:t>[22 . 358]</w:t>
      </w:r>
    </w:p>
    <w:p>
      <w:r>
        <w:rPr>
          <w:rFonts w:ascii="Gentium Plus" w:hAnsi="Gentium Plus"/>
          <w:sz w:val="24"/>
        </w:rPr>
        <w:t>[μή τοί τι—γένωμαι] μήπως τῆς ἐκ θεῶν βλάβης αἴτιός σοι καταστῶ.</w:t>
      </w:r>
    </w:p>
    <w:p>
      <w:r>
        <w:rPr>
          <w:rFonts w:ascii="Courier New" w:hAnsi="Courier New"/>
          <w:color w:val="555555"/>
          <w:sz w:val="20"/>
        </w:rPr>
        <w:t>[22 . 371]</w:t>
      </w:r>
    </w:p>
    <w:p>
      <w:r>
        <w:rPr>
          <w:rFonts w:ascii="Gentium Plus" w:hAnsi="Gentium Plus"/>
          <w:sz w:val="24"/>
        </w:rPr>
        <w:t>οὐδαμῶς γάρ τις χωρὶς τοῦ ἐπιτιτρώσκειν τὸν Ἕκτορα παρέστη.</w:t>
      </w:r>
    </w:p>
    <w:p>
      <w:r>
        <w:rPr>
          <w:rFonts w:ascii="Courier New" w:hAnsi="Courier New"/>
          <w:color w:val="555555"/>
          <w:sz w:val="20"/>
        </w:rPr>
        <w:t>[22 . 379]</w:t>
      </w:r>
    </w:p>
    <w:p>
      <w:r>
        <w:rPr>
          <w:rFonts w:ascii="Gentium Plus" w:hAnsi="Gentium Plus"/>
          <w:sz w:val="24"/>
        </w:rPr>
        <w:t>ἐπειδὴ τόνδ’ ἄνδρα] σημειωτέον ὅτι καὶ—κασί‐ γνητε». [δαμάσασθαι ἔδωκαν] δαμασθῆναι ἢ ἀναιρεθῆναι παρέσχον.</w:t>
      </w:r>
    </w:p>
    <w:p>
      <w:r>
        <w:rPr>
          <w:rFonts w:ascii="Courier New" w:hAnsi="Courier New"/>
          <w:color w:val="555555"/>
          <w:sz w:val="20"/>
        </w:rPr>
        <w:t>[22 . 383]</w:t>
      </w:r>
    </w:p>
    <w:p>
      <w:r>
        <w:rPr>
          <w:rFonts w:ascii="Gentium Plus" w:hAnsi="Gentium Plus"/>
          <w:sz w:val="24"/>
        </w:rPr>
        <w:t>[πεσόντος] νῦν ἀποθανόντος.</w:t>
      </w:r>
    </w:p>
    <w:p>
      <w:r>
        <w:rPr>
          <w:rFonts w:ascii="Courier New" w:hAnsi="Courier New"/>
          <w:color w:val="555555"/>
          <w:sz w:val="20"/>
        </w:rPr>
        <w:t>[22 . 395]</w:t>
      </w:r>
    </w:p>
    <w:p>
      <w:r>
        <w:rPr>
          <w:rFonts w:ascii="Gentium Plus" w:hAnsi="Gentium Plus"/>
          <w:sz w:val="24"/>
        </w:rPr>
        <w:t>[Ἕκτορα δῖον] ἀντὶ τοῦ κατὰ τοῦ Ἕκτορος τοῦ δίου καὶ ἐν‐ δόξου.</w:t>
      </w:r>
    </w:p>
    <w:p>
      <w:r>
        <w:rPr>
          <w:rFonts w:ascii="Courier New" w:hAnsi="Courier New"/>
          <w:color w:val="555555"/>
          <w:sz w:val="20"/>
        </w:rPr>
        <w:t>[22 . 397]</w:t>
      </w:r>
    </w:p>
    <w:p>
      <w:r>
        <w:rPr>
          <w:rFonts w:ascii="Gentium Plus" w:hAnsi="Gentium Plus"/>
          <w:sz w:val="24"/>
        </w:rPr>
        <w:t>ἐς σφυρὸν ἐκ πτέρνης] τὰ ἀπὸ σφυροῦ ἕως πτερνῶν.</w:t>
      </w:r>
    </w:p>
    <w:p>
      <w:r>
        <w:rPr>
          <w:rFonts w:ascii="Courier New" w:hAnsi="Courier New"/>
          <w:color w:val="555555"/>
          <w:sz w:val="20"/>
        </w:rPr>
        <w:t>[22 . 411]</w:t>
      </w:r>
    </w:p>
    <w:p>
      <w:r>
        <w:rPr>
          <w:rFonts w:ascii="Gentium Plus" w:hAnsi="Gentium Plus"/>
          <w:sz w:val="24"/>
        </w:rPr>
        <w:t>ὀφρυόεσσα] εἰς ὕψος—τρόπος. σμύχοιτο] καταφλέγοιτο. ὁ δὲ λόγος· τοιοῦτος, φησὶ, θρῆνος, διεγή‐ γερτο ὡς τῆς Ἰλίου πάσης ὑπὸ πυρὸς καταφλεγομένης.</w:t>
      </w:r>
    </w:p>
    <w:p>
      <w:r>
        <w:rPr>
          <w:rFonts w:ascii="Courier New" w:hAnsi="Courier New"/>
          <w:color w:val="555555"/>
          <w:sz w:val="20"/>
        </w:rPr>
        <w:t>[22 . 425]</w:t>
      </w:r>
    </w:p>
    <w:p>
      <w:r>
        <w:rPr>
          <w:rFonts w:ascii="Gentium Plus" w:hAnsi="Gentium Plus"/>
          <w:sz w:val="24"/>
        </w:rPr>
        <w:t>οὗ με λύπη κατάξει εἰς [Ἅιδου.</w:t>
      </w:r>
    </w:p>
    <w:p>
      <w:r>
        <w:rPr>
          <w:rFonts w:ascii="Courier New" w:hAnsi="Courier New"/>
          <w:color w:val="555555"/>
          <w:sz w:val="20"/>
        </w:rPr>
        <w:t>[22 . 441]</w:t>
      </w:r>
    </w:p>
    <w:p>
      <w:r>
        <w:rPr>
          <w:rFonts w:ascii="Gentium Plus" w:hAnsi="Gentium Plus"/>
          <w:sz w:val="24"/>
        </w:rPr>
        <w:t>[ἔπασσε] ἐποίκιλλε. ἐξ οὗ καὶ παστός.</w:t>
      </w:r>
    </w:p>
    <w:p>
      <w:r>
        <w:rPr>
          <w:rFonts w:ascii="Courier New" w:hAnsi="Courier New"/>
          <w:color w:val="555555"/>
          <w:sz w:val="20"/>
        </w:rPr>
        <w:t>[22 . 447]</w:t>
      </w:r>
    </w:p>
    <w:p>
      <w:r>
        <w:rPr>
          <w:rFonts w:ascii="Gentium Plus" w:hAnsi="Gentium Plus"/>
          <w:sz w:val="24"/>
        </w:rPr>
        <w:t>κωκυτοῦ δ’ ἤκουσεν] ἀντὶ τοῦ—αὐτὴν ἠνάγκαζεν.</w:t>
      </w:r>
    </w:p>
    <w:p>
      <w:r>
        <w:rPr>
          <w:rFonts w:ascii="Courier New" w:hAnsi="Courier New"/>
          <w:color w:val="555555"/>
          <w:sz w:val="20"/>
        </w:rPr>
        <w:t>[22 . 448]</w:t>
      </w:r>
    </w:p>
    <w:p>
      <w:r>
        <w:rPr>
          <w:rFonts w:ascii="Gentium Plus" w:hAnsi="Gentium Plus"/>
          <w:sz w:val="24"/>
        </w:rPr>
        <w:t>[ἐλελίχθη] κλονοειδῶς ἐσείσθη ὑπὸ τρόμου.</w:t>
      </w:r>
    </w:p>
    <w:p>
      <w:r>
        <w:rPr>
          <w:rFonts w:ascii="Courier New" w:hAnsi="Courier New"/>
          <w:color w:val="555555"/>
          <w:sz w:val="20"/>
        </w:rPr>
        <w:t>[22 . 454]</w:t>
      </w:r>
    </w:p>
    <w:p>
      <w:r>
        <w:rPr>
          <w:rFonts w:ascii="Gentium Plus" w:hAnsi="Gentium Plus"/>
          <w:sz w:val="24"/>
        </w:rPr>
        <w:t>[αἲ γὰρ—ἔπος] εἴθε γὰρ μὴ ἤκουσά ποτε τοῦ λόγου τούτου.</w:t>
      </w:r>
    </w:p>
    <w:p>
      <w:r>
        <w:rPr>
          <w:rFonts w:ascii="Courier New" w:hAnsi="Courier New"/>
          <w:color w:val="555555"/>
          <w:sz w:val="20"/>
        </w:rPr>
        <w:t>[22 . 457]</w:t>
      </w:r>
    </w:p>
    <w:p>
      <w:r>
        <w:rPr>
          <w:rFonts w:ascii="Gentium Plus" w:hAnsi="Gentium Plus"/>
          <w:sz w:val="24"/>
        </w:rPr>
        <w:t>[ἀγηνορίης] νῦν ἀνδρείας.</w:t>
      </w:r>
    </w:p>
    <w:p>
      <w:r>
        <w:rPr>
          <w:rFonts w:ascii="Courier New" w:hAnsi="Courier New"/>
          <w:color w:val="555555"/>
          <w:sz w:val="20"/>
        </w:rPr>
        <w:t>[22 . 467]</w:t>
      </w:r>
    </w:p>
    <w:p>
      <w:r>
        <w:rPr>
          <w:rFonts w:ascii="Gentium Plus" w:hAnsi="Gentium Plus"/>
          <w:sz w:val="24"/>
        </w:rPr>
        <w:t>ἀπὸ δὲ ψυχὴν ἐκάπυσσεν] ἀνέπνευσε δὲ τὴν ψυχήν· κάπος γὰρ καλεῖται τὸ πνεῦμα κατὰ διάλεκτον, ἐξ οὗ καὶ κῆπος.</w:t>
      </w:r>
    </w:p>
    <w:p>
      <w:r>
        <w:rPr>
          <w:rFonts w:ascii="Courier New" w:hAnsi="Courier New"/>
          <w:color w:val="555555"/>
          <w:sz w:val="20"/>
        </w:rPr>
        <w:t>[22 . 469]</w:t>
      </w:r>
    </w:p>
    <w:p>
      <w:r>
        <w:rPr>
          <w:rFonts w:ascii="Gentium Plus" w:hAnsi="Gentium Plus"/>
          <w:sz w:val="24"/>
        </w:rPr>
        <w:t>ἄμπυκα] κόσμον τινὰ περὶ τὴν κεφαλὴν, ἀνέχοντα τὰς τρίχας τῆς κεφαλῆς.</w:t>
      </w:r>
    </w:p>
    <w:p>
      <w:r>
        <w:rPr>
          <w:rFonts w:ascii="Courier New" w:hAnsi="Courier New"/>
          <w:color w:val="555555"/>
          <w:sz w:val="20"/>
        </w:rPr>
        <w:t>[22 . 472]</w:t>
      </w:r>
    </w:p>
    <w:p>
      <w:r>
        <w:rPr>
          <w:rFonts w:ascii="Gentium Plus" w:hAnsi="Gentium Plus"/>
          <w:sz w:val="24"/>
        </w:rPr>
        <w:t>[ἕδνα] τὰ ὑπὸ τῶν νυμφίων διδόμενα δῶρα ταῖς γαμου‐ μέναις.</w:t>
      </w:r>
    </w:p>
    <w:p>
      <w:r>
        <w:rPr>
          <w:rFonts w:ascii="Courier New" w:hAnsi="Courier New"/>
          <w:color w:val="555555"/>
          <w:sz w:val="20"/>
        </w:rPr>
        <w:t>[22 . 476]</w:t>
      </w:r>
    </w:p>
    <w:p>
      <w:r>
        <w:rPr>
          <w:rFonts w:ascii="Gentium Plus" w:hAnsi="Gentium Plus"/>
          <w:sz w:val="24"/>
        </w:rPr>
        <w:t>[ἀμβλήδην γοόωσα] ἀναφέρουσα ἀθρόως τὸ πνεῦμα.</w:t>
      </w:r>
    </w:p>
    <w:p>
      <w:r>
        <w:rPr>
          <w:rFonts w:ascii="Courier New" w:hAnsi="Courier New"/>
          <w:color w:val="555555"/>
          <w:sz w:val="20"/>
        </w:rPr>
        <w:t>[22 . 490]</w:t>
      </w:r>
    </w:p>
    <w:p>
      <w:r>
        <w:rPr>
          <w:rFonts w:ascii="Gentium Plus" w:hAnsi="Gentium Plus"/>
          <w:sz w:val="24"/>
        </w:rPr>
        <w:t>[παναφήλικα] πάντων 〈τῶν〉 ἡλικιωτῶν ἐστερημένον, τουτέστιν ἐλαυνόμενον τῆς ἀπ’ αὐτῶν διατριβῆς.</w:t>
      </w:r>
    </w:p>
    <w:p>
      <w:r>
        <w:rPr>
          <w:rFonts w:ascii="Courier New" w:hAnsi="Courier New"/>
          <w:color w:val="555555"/>
          <w:sz w:val="20"/>
        </w:rPr>
        <w:t>[22 . 494]</w:t>
      </w:r>
    </w:p>
    <w:p>
      <w:r>
        <w:rPr>
          <w:rFonts w:ascii="Gentium Plus" w:hAnsi="Gentium Plus"/>
          <w:sz w:val="24"/>
        </w:rPr>
        <w:t>[ἐπέσχε] τῷ στόματι προσήνεγκεν.</w:t>
      </w:r>
    </w:p>
    <w:p>
      <w:r>
        <w:rPr>
          <w:rFonts w:ascii="Courier New" w:hAnsi="Courier New"/>
          <w:color w:val="555555"/>
          <w:sz w:val="20"/>
        </w:rPr>
        <w:t>[22 . 495]</w:t>
      </w:r>
    </w:p>
    <w:p>
      <w:r>
        <w:rPr>
          <w:rFonts w:ascii="Gentium Plus" w:hAnsi="Gentium Plus"/>
          <w:sz w:val="24"/>
        </w:rPr>
        <w:t>[ὑπερῴην] τὸν λεγόμενον οὐρανίσκον.</w:t>
      </w:r>
    </w:p>
    <w:p>
      <w:r>
        <w:rPr>
          <w:rFonts w:ascii="Courier New" w:hAnsi="Courier New"/>
          <w:color w:val="555555"/>
          <w:sz w:val="20"/>
        </w:rPr>
        <w:t>[22 . 496]</w:t>
      </w:r>
    </w:p>
    <w:p>
      <w:r>
        <w:rPr>
          <w:rFonts w:ascii="Gentium Plus" w:hAnsi="Gentium Plus"/>
          <w:sz w:val="24"/>
        </w:rPr>
        <w:t>ἀμφιθαλὴς] κατὰ ἀμφοτέρους τοὺς γονεῖς θάλλων, ὅ ἐστιν ἔχων τοὺς γονεῖς ἀμφοτέρους.</w:t>
      </w:r>
    </w:p>
    <w:p>
      <w:r>
        <w:rPr>
          <w:rFonts w:ascii="Courier New" w:hAnsi="Courier New"/>
          <w:color w:val="555555"/>
          <w:sz w:val="20"/>
        </w:rPr>
        <w:t>[22 . 501]</w:t>
      </w:r>
    </w:p>
    <w:p>
      <w:r>
        <w:rPr>
          <w:rFonts w:ascii="Gentium Plus" w:hAnsi="Gentium Plus"/>
          <w:sz w:val="24"/>
        </w:rPr>
        <w:t>[μυελὸν .... ἔδεσκε] τὸ νοστιμώτατον τῆς τροφῆς ἤσθιεν.</w:t>
      </w:r>
    </w:p>
    <w:p>
      <w:r>
        <w:rPr>
          <w:rFonts w:ascii="Courier New" w:hAnsi="Courier New"/>
          <w:color w:val="555555"/>
          <w:sz w:val="20"/>
        </w:rPr>
        <w:t>[22 . 504]</w:t>
      </w:r>
    </w:p>
    <w:p>
      <w:r>
        <w:rPr>
          <w:rFonts w:ascii="Gentium Plus" w:hAnsi="Gentium Plus"/>
          <w:sz w:val="24"/>
        </w:rPr>
        <w:t>[θαλέων ἐμπλησάμενος κῆρ] πάντων τῶν πρὸς τὸ θάλλειν ἐμπλησθείς.</w:t>
      </w:r>
    </w:p>
    <w:p>
      <w:r>
        <w:rPr>
          <w:rFonts w:ascii="Courier New" w:hAnsi="Courier New"/>
          <w:color w:val="555555"/>
          <w:sz w:val="20"/>
        </w:rPr>
        <w:t>[22 . 505]</w:t>
      </w:r>
    </w:p>
    <w:p>
      <w:r>
        <w:rPr>
          <w:rFonts w:ascii="Gentium Plus" w:hAnsi="Gentium Plus"/>
          <w:sz w:val="24"/>
        </w:rPr>
        <w:t>[ἁμαρτών] χωρισθεὶς, ὅ ἐστι τοῦ πατρὸς ἀστοχήσας.</w:t>
      </w:r>
    </w:p>
    <w:p>
      <w:r>
        <w:rPr>
          <w:rFonts w:ascii="Courier New" w:hAnsi="Courier New"/>
          <w:color w:val="555555"/>
          <w:sz w:val="20"/>
        </w:rPr>
        <w:t>[22 . 509]</w:t>
      </w:r>
    </w:p>
    <w:p>
      <w:r>
        <w:rPr>
          <w:rFonts w:ascii="Gentium Plus" w:hAnsi="Gentium Plus"/>
          <w:sz w:val="24"/>
        </w:rPr>
        <w:t>εὐλαὶ] σκώληκες—εὐναί.</w:t>
      </w:r>
    </w:p>
    <w:p>
      <w:r>
        <w:rPr>
          <w:rFonts w:ascii="Courier New" w:hAnsi="Courier New"/>
          <w:color w:val="555555"/>
          <w:sz w:val="20"/>
        </w:rPr>
        <w:t>[22 . 514]</w:t>
      </w:r>
    </w:p>
    <w:p>
      <w:r>
        <w:rPr>
          <w:rFonts w:ascii="Gentium Plus" w:hAnsi="Gentium Plus"/>
          <w:sz w:val="24"/>
        </w:rPr>
        <w:t>[πρὸς Τρώων καὶ Τρωϊάδων] ὁμοίως—δόξαν.</w:t>
      </w:r>
    </w:p>
    <w:p>
      <w:r>
        <w:rPr>
          <w:rFonts w:ascii="Courier New" w:hAnsi="Courier New"/>
          <w:color w:val="555555"/>
          <w:sz w:val="20"/>
        </w:rPr>
        <w:t>[23 . 2]</w:t>
      </w:r>
    </w:p>
    <w:p>
      <w:r>
        <w:rPr>
          <w:rFonts w:ascii="Gentium Plus" w:hAnsi="Gentium Plus"/>
          <w:sz w:val="24"/>
        </w:rPr>
        <w:t>ἐπειδὴ νῆάς τε] ἀκέφαλον—ὁ στίχος. Ἑλλήσποντον καλεῖ τὴν πέριξ Ἰλίου θάλασσαν.</w:t>
      </w:r>
    </w:p>
    <w:p>
      <w:r>
        <w:rPr>
          <w:rFonts w:ascii="Courier New" w:hAnsi="Courier New"/>
          <w:color w:val="555555"/>
          <w:sz w:val="20"/>
        </w:rPr>
        <w:t>[23 . 8]</w:t>
      </w:r>
    </w:p>
    <w:p>
      <w:r>
        <w:rPr>
          <w:rFonts w:ascii="Gentium Plus" w:hAnsi="Gentium Plus"/>
          <w:sz w:val="24"/>
        </w:rPr>
        <w:t>[αὐτοῖς ἵπποισι] κατὰ Ἀττικὸν ἔθος πέφρακε χωρὶς τοῦ σύν.</w:t>
      </w:r>
    </w:p>
    <w:p>
      <w:r>
        <w:rPr>
          <w:rFonts w:ascii="Courier New" w:hAnsi="Courier New"/>
          <w:color w:val="555555"/>
          <w:sz w:val="20"/>
        </w:rPr>
        <w:t>[23 . 25]</w:t>
      </w:r>
    </w:p>
    <w:p>
      <w:r>
        <w:rPr>
          <w:rFonts w:ascii="Gentium Plus" w:hAnsi="Gentium Plus"/>
          <w:sz w:val="24"/>
        </w:rPr>
        <w:t>[πὰρ λεχέεσσι] παρὰ τῷ φέρτρῳ ἤγουν τῇ κλίνῃ.</w:t>
      </w:r>
    </w:p>
    <w:p>
      <w:r>
        <w:rPr>
          <w:rFonts w:ascii="Courier New" w:hAnsi="Courier New"/>
          <w:color w:val="555555"/>
          <w:sz w:val="20"/>
        </w:rPr>
        <w:t>[23 . 29]</w:t>
      </w:r>
    </w:p>
    <w:p>
      <w:r>
        <w:rPr>
          <w:rFonts w:ascii="Gentium Plus" w:hAnsi="Gentium Plus"/>
          <w:sz w:val="24"/>
        </w:rPr>
        <w:t>[τάφον—δαίνυ] τὸ περίδειπνον, τὸ ἐπὶ— παρασκευαζόμενον.</w:t>
      </w:r>
    </w:p>
    <w:p>
      <w:r>
        <w:rPr>
          <w:rFonts w:ascii="Courier New" w:hAnsi="Courier New"/>
          <w:color w:val="555555"/>
          <w:sz w:val="20"/>
        </w:rPr>
        <w:t>[23 . 30]</w:t>
      </w:r>
    </w:p>
    <w:p>
      <w:r>
        <w:rPr>
          <w:rFonts w:ascii="Gentium Plus" w:hAnsi="Gentium Plus"/>
          <w:sz w:val="24"/>
        </w:rPr>
        <w:t>[ἀργοὶ] λευκοί· οὐδὲν γὰρ διέφερε τοῖς παλαιοῖς· ἢ ἀτελεῖς, ἢ ἄζυγοι, ἢ λιπαροί. ὀρέχθεον] ἀπετείνοντο ἀναιρούμενοι, ἢ ἐφθέγγοντο καὶ ὥσπερ ἐπέ‐ στενον· μεμίμηται γὰρ τὸ ἰδίωμα τῆς φωνῆς ὃ προίενται οἱ βόες. οἱ δὲ</w:t>
      </w:r>
    </w:p>
    <w:p>
      <w:r>
        <w:rPr>
          <w:rFonts w:ascii="Courier New" w:hAnsi="Courier New"/>
          <w:color w:val="555555"/>
          <w:sz w:val="20"/>
        </w:rPr>
        <w:t>[5]</w:t>
      </w:r>
    </w:p>
    <w:p>
      <w:r>
        <w:rPr>
          <w:rFonts w:ascii="Gentium Plus" w:hAnsi="Gentium Plus"/>
          <w:sz w:val="24"/>
        </w:rPr>
        <w:t>διεκόπτοντο—κυάμους.</w:t>
      </w:r>
    </w:p>
    <w:p>
      <w:r>
        <w:rPr>
          <w:rFonts w:ascii="Courier New" w:hAnsi="Courier New"/>
          <w:color w:val="555555"/>
          <w:sz w:val="20"/>
        </w:rPr>
        <w:t>[23 . 31]</w:t>
      </w:r>
    </w:p>
    <w:p>
      <w:r>
        <w:rPr>
          <w:rFonts w:ascii="Gentium Plus" w:hAnsi="Gentium Plus"/>
          <w:sz w:val="24"/>
        </w:rPr>
        <w:t>[μηκάδες] μηκητικαί—φωνῆς.</w:t>
      </w:r>
    </w:p>
    <w:p>
      <w:r>
        <w:rPr>
          <w:rFonts w:ascii="Courier New" w:hAnsi="Courier New"/>
          <w:color w:val="555555"/>
          <w:sz w:val="20"/>
        </w:rPr>
        <w:t>[23 . 32]</w:t>
      </w:r>
    </w:p>
    <w:p>
      <w:r>
        <w:rPr>
          <w:rFonts w:ascii="Gentium Plus" w:hAnsi="Gentium Plus"/>
          <w:sz w:val="24"/>
        </w:rPr>
        <w:t>[θαλέθοντες] θάλλοντες, λιπαροί.</w:t>
      </w:r>
    </w:p>
    <w:p>
      <w:r>
        <w:rPr>
          <w:rFonts w:ascii="Courier New" w:hAnsi="Courier New"/>
          <w:color w:val="555555"/>
          <w:sz w:val="20"/>
        </w:rPr>
        <w:t>[23 . 33]</w:t>
      </w:r>
    </w:p>
    <w:p>
      <w:r>
        <w:rPr>
          <w:rFonts w:ascii="Gentium Plus" w:hAnsi="Gentium Plus"/>
          <w:sz w:val="24"/>
        </w:rPr>
        <w:t>ἐξετείνοντο φλογιζόμενοι τῷ πυρί.</w:t>
      </w:r>
    </w:p>
    <w:p>
      <w:r>
        <w:rPr>
          <w:rFonts w:ascii="Courier New" w:hAnsi="Courier New"/>
          <w:color w:val="555555"/>
          <w:sz w:val="20"/>
        </w:rPr>
        <w:t>[23 . 34]</w:t>
      </w:r>
    </w:p>
    <w:p>
      <w:r>
        <w:rPr>
          <w:rFonts w:ascii="Gentium Plus" w:hAnsi="Gentium Plus"/>
          <w:sz w:val="24"/>
        </w:rPr>
        <w:t>κοτυλήρρυτον] τοσοῦτον—λέγεσθαι.</w:t>
      </w:r>
    </w:p>
    <w:p>
      <w:r>
        <w:rPr>
          <w:rFonts w:ascii="Courier New" w:hAnsi="Courier New"/>
          <w:color w:val="555555"/>
          <w:sz w:val="20"/>
        </w:rPr>
        <w:t>[23 . 37]</w:t>
      </w:r>
    </w:p>
    <w:p>
      <w:r>
        <w:rPr>
          <w:rFonts w:ascii="Gentium Plus" w:hAnsi="Gentium Plus"/>
          <w:sz w:val="24"/>
        </w:rPr>
        <w:t>[σπουδῇ παρπεπιθόντες] μόλις καὶ μετὰ πολλῆς κακοπαθείας πείσαντες.</w:t>
      </w:r>
    </w:p>
    <w:p>
      <w:r>
        <w:rPr>
          <w:rFonts w:ascii="Courier New" w:hAnsi="Courier New"/>
          <w:color w:val="555555"/>
          <w:sz w:val="20"/>
        </w:rPr>
        <w:t>[23 . 40]</w:t>
      </w:r>
    </w:p>
    <w:p>
      <w:r>
        <w:rPr>
          <w:rFonts w:ascii="Gentium Plus" w:hAnsi="Gentium Plus"/>
          <w:sz w:val="24"/>
        </w:rPr>
        <w:t>[τρίποδα] 〈λέβητα〉 βάσιν ἔχοντα τριῶν ποδῶν.</w:t>
      </w:r>
    </w:p>
    <w:p>
      <w:r>
        <w:rPr>
          <w:rFonts w:ascii="Courier New" w:hAnsi="Courier New"/>
          <w:color w:val="555555"/>
          <w:sz w:val="20"/>
        </w:rPr>
        <w:t>[23 . 43]</w:t>
      </w:r>
    </w:p>
    <w:p>
      <w:r>
        <w:rPr>
          <w:rFonts w:ascii="Gentium Plus" w:hAnsi="Gentium Plus"/>
          <w:sz w:val="24"/>
        </w:rPr>
        <w:t>[ὕπατος] ἤτοι ὁ μέγιστος, ὁ ὑπέρτατος.</w:t>
      </w:r>
    </w:p>
    <w:p>
      <w:r>
        <w:rPr>
          <w:rFonts w:ascii="Courier New" w:hAnsi="Courier New"/>
          <w:color w:val="555555"/>
          <w:sz w:val="20"/>
        </w:rPr>
        <w:t>[23 46-47]</w:t>
      </w:r>
    </w:p>
    <w:p>
      <w:r>
        <w:rPr>
          <w:rFonts w:ascii="Gentium Plus" w:hAnsi="Gentium Plus"/>
          <w:sz w:val="24"/>
        </w:rPr>
        <w:t>[οὔ μ’ ἔτι—ἄχος] οὐκ ἄν μοι ἄλλο τοιοῦτον συμ‐ βήσεται κακόν.</w:t>
      </w:r>
    </w:p>
    <w:p>
      <w:r>
        <w:rPr>
          <w:rFonts w:ascii="Courier New" w:hAnsi="Courier New"/>
          <w:color w:val="555555"/>
          <w:sz w:val="20"/>
        </w:rPr>
        <w:t>[23 . 48]</w:t>
      </w:r>
    </w:p>
    <w:p>
      <w:r>
        <w:rPr>
          <w:rFonts w:ascii="Gentium Plus" w:hAnsi="Gentium Plus"/>
          <w:sz w:val="24"/>
        </w:rPr>
        <w:t>[στυγερῇ] μισητῇ, ὁτὲ δὲ ἐπιφόβῳ.</w:t>
      </w:r>
    </w:p>
    <w:p>
      <w:r>
        <w:rPr>
          <w:rFonts w:ascii="Courier New" w:hAnsi="Courier New"/>
          <w:color w:val="555555"/>
          <w:sz w:val="20"/>
        </w:rPr>
        <w:t>[23 . 51]</w:t>
      </w:r>
    </w:p>
    <w:p>
      <w:r>
        <w:rPr>
          <w:rFonts w:ascii="Gentium Plus" w:hAnsi="Gentium Plus"/>
          <w:sz w:val="24"/>
        </w:rPr>
        <w:t>[ζόφον] σκότον, ὃν—λέγομεν ἠερόεντα] ἀερώδη, σκοτεινόν, ἢ πλατύν.</w:t>
      </w:r>
    </w:p>
    <w:p>
      <w:r>
        <w:rPr>
          <w:rFonts w:ascii="Courier New" w:hAnsi="Courier New"/>
          <w:color w:val="555555"/>
          <w:sz w:val="20"/>
        </w:rPr>
        <w:t>[23 . 53]</w:t>
      </w:r>
    </w:p>
    <w:p>
      <w:r>
        <w:rPr>
          <w:rFonts w:ascii="Gentium Plus" w:hAnsi="Gentium Plus"/>
          <w:sz w:val="24"/>
        </w:rPr>
        <w:t>[ἀπ’ ὀφθαλμῶν] ἄποθεν τῶν ἡμετέρων· τοῦτο γὰρ προσυπα‐ κουστέον.</w:t>
      </w:r>
    </w:p>
    <w:p>
      <w:r>
        <w:rPr>
          <w:rFonts w:ascii="Courier New" w:hAnsi="Courier New"/>
          <w:color w:val="555555"/>
          <w:sz w:val="20"/>
        </w:rPr>
        <w:t>[23 . 61]</w:t>
      </w:r>
    </w:p>
    <w:p>
      <w:r>
        <w:rPr>
          <w:rFonts w:ascii="Gentium Plus" w:hAnsi="Gentium Plus"/>
          <w:sz w:val="24"/>
        </w:rPr>
        <w:t>[ὅθι—κλύζεσκον] ὅπου ἐπικλύζουσα ἡ θάλασσα κακὸν ἐποίει τὸν αἰγιαλόν.</w:t>
      </w:r>
    </w:p>
    <w:p>
      <w:r>
        <w:rPr>
          <w:rFonts w:ascii="Courier New" w:hAnsi="Courier New"/>
          <w:color w:val="555555"/>
          <w:sz w:val="20"/>
        </w:rPr>
        <w:t>[23 . 64]</w:t>
      </w:r>
    </w:p>
    <w:p>
      <w:r>
        <w:rPr>
          <w:rFonts w:ascii="Gentium Plus" w:hAnsi="Gentium Plus"/>
          <w:sz w:val="24"/>
        </w:rPr>
        <w:t>[Ἕκτορ’ ἐπαΐσσων] ἐπὶ Ἕκτορι.</w:t>
      </w:r>
    </w:p>
    <w:p>
      <w:r>
        <w:rPr>
          <w:rFonts w:ascii="Courier New" w:hAnsi="Courier New"/>
          <w:color w:val="555555"/>
          <w:sz w:val="20"/>
        </w:rPr>
        <w:t>[23 . 75]</w:t>
      </w:r>
    </w:p>
    <w:p>
      <w:r>
        <w:rPr>
          <w:rFonts w:ascii="Gentium Plus" w:hAnsi="Gentium Plus"/>
          <w:sz w:val="24"/>
        </w:rPr>
        <w:t>[ὀλοφύρομαι] οἰκτίζομαι, θρηνῶ. ἐλλείπει δὲ τὸ ἵνα.</w:t>
      </w:r>
    </w:p>
    <w:p>
      <w:r>
        <w:rPr>
          <w:rFonts w:ascii="Courier New" w:hAnsi="Courier New"/>
          <w:color w:val="555555"/>
          <w:sz w:val="20"/>
        </w:rPr>
        <w:t>[23 . 76]</w:t>
      </w:r>
    </w:p>
    <w:p>
      <w:r>
        <w:rPr>
          <w:rFonts w:ascii="Gentium Plus" w:hAnsi="Gentium Plus"/>
          <w:sz w:val="24"/>
        </w:rPr>
        <w:t>[λελάχητε] λαχεῖν ἢ τυχεῖν ποιῆτε.</w:t>
      </w:r>
    </w:p>
    <w:p>
      <w:r>
        <w:rPr>
          <w:rFonts w:ascii="Courier New" w:hAnsi="Courier New"/>
          <w:color w:val="555555"/>
          <w:sz w:val="20"/>
        </w:rPr>
        <w:t>[23 . 85]</w:t>
      </w:r>
    </w:p>
    <w:p>
      <w:r>
        <w:rPr>
          <w:rFonts w:ascii="Gentium Plus" w:hAnsi="Gentium Plus"/>
          <w:sz w:val="24"/>
        </w:rPr>
        <w:t>[Ὀπόεντος] Ὀποῦντος. ἡ δὲ Ὀποῦς πόλις τῆς Λοκρίδος.</w:t>
      </w:r>
    </w:p>
    <w:p>
      <w:r>
        <w:rPr>
          <w:rFonts w:ascii="Courier New" w:hAnsi="Courier New"/>
          <w:color w:val="555555"/>
          <w:sz w:val="20"/>
        </w:rPr>
        <w:t>[23 . 86]</w:t>
      </w:r>
    </w:p>
    <w:p>
      <w:r>
        <w:rPr>
          <w:rFonts w:ascii="Gentium Plus" w:hAnsi="Gentium Plus"/>
          <w:sz w:val="24"/>
        </w:rPr>
        <w:t>[ὑμέτερον δὲ] προσληπτέον οἶκον. [ἀνδροκτασίης ἀλεγεινῆς] διὰ τὴν χαλεπὴν ἀνδροφονίαν.</w:t>
      </w:r>
    </w:p>
    <w:p>
      <w:r>
        <w:rPr>
          <w:rFonts w:ascii="Courier New" w:hAnsi="Courier New"/>
          <w:color w:val="555555"/>
          <w:sz w:val="20"/>
        </w:rPr>
        <w:t>[23 . 87]</w:t>
      </w:r>
    </w:p>
    <w:p>
      <w:r>
        <w:rPr>
          <w:rFonts w:ascii="Gentium Plus" w:hAnsi="Gentium Plus"/>
          <w:sz w:val="24"/>
        </w:rPr>
        <w:t>Κλεισώνυμος ὁ ὑπὸ Πατρόκλου ἀναιρεθείς. ἡ δὲ ἱστορία εἴρηται ἐν τῇ</w:t>
      </w:r>
    </w:p>
    <w:p>
      <w:r>
        <w:rPr>
          <w:rFonts w:ascii="Courier New" w:hAnsi="Courier New"/>
          <w:color w:val="555555"/>
          <w:sz w:val="20"/>
        </w:rPr>
        <w:t>[23 . 92]</w:t>
      </w:r>
    </w:p>
    <w:p>
      <w:r>
        <w:rPr>
          <w:rFonts w:ascii="Gentium Plus" w:hAnsi="Gentium Plus"/>
          <w:sz w:val="24"/>
        </w:rPr>
        <w:t>[ἀμφιφορεύς] νῦν σορός. λέγεται δὲ οὕτω καὶ τὸ μέγα κεράμιον.</w:t>
      </w:r>
    </w:p>
    <w:p>
      <w:r>
        <w:rPr>
          <w:rFonts w:ascii="Courier New" w:hAnsi="Courier New"/>
          <w:color w:val="555555"/>
          <w:sz w:val="20"/>
        </w:rPr>
        <w:t>[23 . 98]</w:t>
      </w:r>
    </w:p>
    <w:p>
      <w:r>
        <w:rPr>
          <w:rFonts w:ascii="Gentium Plus" w:hAnsi="Gentium Plus"/>
          <w:sz w:val="24"/>
        </w:rPr>
        <w:t>[τεταρπώμεσθα γόοιο] οὐδὲ γὰρ ὁ θρῆνος ἀτερπής ἐστι, παρα‐ μυθεῖται δὲ τοὺς ἀνθρωπιμαίους.</w:t>
      </w:r>
    </w:p>
    <w:p>
      <w:r>
        <w:rPr>
          <w:rFonts w:ascii="Courier New" w:hAnsi="Courier New"/>
          <w:color w:val="555555"/>
          <w:sz w:val="20"/>
        </w:rPr>
        <w:t>[23 . 101]</w:t>
      </w:r>
    </w:p>
    <w:p>
      <w:r>
        <w:rPr>
          <w:rFonts w:ascii="Gentium Plus" w:hAnsi="Gentium Plus"/>
          <w:sz w:val="24"/>
        </w:rPr>
        <w:t>τετριγυῖα] τρίζουσα, ποιὸν ἦχον ἀποτελοῦσα.</w:t>
      </w:r>
    </w:p>
    <w:p>
      <w:r>
        <w:rPr>
          <w:rFonts w:ascii="Courier New" w:hAnsi="Courier New"/>
          <w:color w:val="555555"/>
          <w:sz w:val="20"/>
        </w:rPr>
        <w:t>[23 . 107]</w:t>
      </w:r>
    </w:p>
    <w:p>
      <w:r>
        <w:rPr>
          <w:rFonts w:ascii="Gentium Plus" w:hAnsi="Gentium Plus"/>
          <w:sz w:val="24"/>
        </w:rPr>
        <w:t>[θέσκελον] ἀντὶ τοῦ θεσκέλως, ὅ ἐστι θείως καὶ θαυμαστῶς.</w:t>
      </w:r>
    </w:p>
    <w:p>
      <w:r>
        <w:rPr>
          <w:rFonts w:ascii="Courier New" w:hAnsi="Courier New"/>
          <w:color w:val="555555"/>
          <w:sz w:val="20"/>
        </w:rPr>
        <w:t>[23 . 116]</w:t>
      </w:r>
    </w:p>
    <w:p>
      <w:r>
        <w:rPr>
          <w:rFonts w:ascii="Gentium Plus" w:hAnsi="Gentium Plus"/>
          <w:sz w:val="24"/>
        </w:rPr>
        <w:t>[ἄναντα] προσάντη, ἀνωφερῆ. [κάταντα] κατωφερῆ.</w:t>
      </w:r>
    </w:p>
    <w:p>
      <w:r>
        <w:rPr>
          <w:rFonts w:ascii="Courier New" w:hAnsi="Courier New"/>
          <w:color w:val="555555"/>
          <w:sz w:val="20"/>
        </w:rPr>
        <w:t>[23 . 117]</w:t>
      </w:r>
    </w:p>
    <w:p>
      <w:r>
        <w:rPr>
          <w:rFonts w:ascii="Gentium Plus" w:hAnsi="Gentium Plus"/>
          <w:sz w:val="24"/>
        </w:rPr>
        <w:t>[κνημοὺς] ἢ «κρημνούς». νῦν τὰς προβάσεις τῶν ὀρῶν.</w:t>
      </w:r>
    </w:p>
    <w:p>
      <w:r>
        <w:rPr>
          <w:rFonts w:ascii="Courier New" w:hAnsi="Courier New"/>
          <w:color w:val="555555"/>
          <w:sz w:val="20"/>
        </w:rPr>
        <w:t>[23 . 122]</w:t>
      </w:r>
    </w:p>
    <w:p>
      <w:r>
        <w:rPr>
          <w:rFonts w:ascii="Gentium Plus" w:hAnsi="Gentium Plus"/>
          <w:sz w:val="24"/>
        </w:rPr>
        <w:t>[διὰ ῥωπήϊα] διὰ τῶν δασέων καὶ θαμνωδῶν τόπων.</w:t>
      </w:r>
    </w:p>
    <w:p>
      <w:r>
        <w:rPr>
          <w:rFonts w:ascii="Courier New" w:hAnsi="Courier New"/>
          <w:color w:val="555555"/>
          <w:sz w:val="20"/>
        </w:rPr>
        <w:t>[23 . 127]</w:t>
      </w:r>
    </w:p>
    <w:p>
      <w:r>
        <w:rPr>
          <w:rFonts w:ascii="Gentium Plus" w:hAnsi="Gentium Plus"/>
          <w:sz w:val="24"/>
        </w:rPr>
        <w:t>[παρακάμβαλον] ἢ «παρακάββαλον», ἤτοι παρέδραμον</w:t>
      </w:r>
    </w:p>
    <w:p>
      <w:r>
        <w:rPr>
          <w:rFonts w:ascii="Courier New" w:hAnsi="Courier New"/>
          <w:color w:val="555555"/>
          <w:sz w:val="20"/>
        </w:rPr>
        <w:t>[23 . 133]</w:t>
      </w:r>
    </w:p>
    <w:p>
      <w:r>
        <w:rPr>
          <w:rFonts w:ascii="Gentium Plus" w:hAnsi="Gentium Plus"/>
          <w:sz w:val="24"/>
        </w:rPr>
        <w:t>[νέφος] νῦν τὸ πλῆθος.</w:t>
      </w:r>
    </w:p>
    <w:p>
      <w:r>
        <w:rPr>
          <w:rFonts w:ascii="Courier New" w:hAnsi="Courier New"/>
          <w:color w:val="555555"/>
          <w:sz w:val="20"/>
        </w:rPr>
        <w:t>[23 . 135]</w:t>
      </w:r>
    </w:p>
    <w:p>
      <w:r>
        <w:rPr>
          <w:rFonts w:ascii="Gentium Plus" w:hAnsi="Gentium Plus"/>
          <w:sz w:val="24"/>
        </w:rPr>
        <w:t>[καταείνυον] ἄλλως· κατεκάλυπτον, ἐσκέπαζον—πα‐ ρειῶν.</w:t>
      </w:r>
    </w:p>
    <w:p>
      <w:r>
        <w:rPr>
          <w:rFonts w:ascii="Courier New" w:hAnsi="Courier New"/>
          <w:color w:val="555555"/>
          <w:sz w:val="20"/>
        </w:rPr>
        <w:t>[23 . 143]</w:t>
      </w:r>
    </w:p>
    <w:p>
      <w:r>
        <w:rPr>
          <w:rFonts w:ascii="Gentium Plus" w:hAnsi="Gentium Plus"/>
          <w:sz w:val="24"/>
        </w:rPr>
        <w:t>[οἴνοπα] νῦν βαθύν.</w:t>
      </w:r>
    </w:p>
    <w:p>
      <w:r>
        <w:rPr>
          <w:rFonts w:ascii="Courier New" w:hAnsi="Courier New"/>
          <w:color w:val="555555"/>
          <w:sz w:val="20"/>
        </w:rPr>
        <w:t>[23 . 144]</w:t>
      </w:r>
    </w:p>
    <w:p>
      <w:r>
        <w:rPr>
          <w:rFonts w:ascii="Gentium Plus" w:hAnsi="Gentium Plus"/>
          <w:sz w:val="24"/>
        </w:rPr>
        <w:t>ἄλλως· σοί γε—Πηλεύς] ἔθος ἦν—Θετ‐ ταλίας.</w:t>
      </w:r>
    </w:p>
    <w:p>
      <w:r>
        <w:rPr>
          <w:rFonts w:ascii="Courier New" w:hAnsi="Courier New"/>
          <w:color w:val="555555"/>
          <w:sz w:val="20"/>
        </w:rPr>
        <w:t>[23 . 147]</w:t>
      </w:r>
    </w:p>
    <w:p>
      <w:r>
        <w:rPr>
          <w:rFonts w:ascii="Gentium Plus" w:hAnsi="Gentium Plus"/>
          <w:sz w:val="24"/>
        </w:rPr>
        <w:t>ἔνορχα] ὄρχεις ἔχοντα· τοιαῦτα γὰρ ἔθυον τοῖς ποταμοῖς.</w:t>
      </w:r>
    </w:p>
    <w:p>
      <w:r>
        <w:rPr>
          <w:rFonts w:ascii="Courier New" w:hAnsi="Courier New"/>
          <w:color w:val="555555"/>
          <w:sz w:val="20"/>
        </w:rPr>
        <w:t>[23 . 160]</w:t>
      </w:r>
    </w:p>
    <w:p>
      <w:r>
        <w:rPr>
          <w:rFonts w:ascii="Gentium Plus" w:hAnsi="Gentium Plus"/>
          <w:sz w:val="24"/>
        </w:rPr>
        <w:t>[κήδεος] φροντίδος ἄξιος, κηδεύσιμος· κηδεμόνες γὰρ οἷς μάλι‐ στα προσήκει τὸ φροντίζειν. [παρὰ δ’—μενόντων] παραμενέτωσαν δὲ ἡμῖν οἱ ἡγεμό‐ νες.</w:t>
      </w:r>
    </w:p>
    <w:p>
      <w:r>
        <w:rPr>
          <w:rFonts w:ascii="Courier New" w:hAnsi="Courier New"/>
          <w:color w:val="555555"/>
          <w:sz w:val="20"/>
        </w:rPr>
        <w:t>[23 . 164]</w:t>
      </w:r>
    </w:p>
    <w:p>
      <w:r>
        <w:rPr>
          <w:rFonts w:ascii="Gentium Plus" w:hAnsi="Gentium Plus"/>
          <w:sz w:val="24"/>
        </w:rPr>
        <w:t>[ἑκατόμπεδον] τετράγωνον, ὥστε ἑκάστην πλευρὰν ἑκατὸν ποδῶν μέτρον ἔχειν. [ἔνθα καὶ ἔνθα] τῇ δὲ—καὶ πλάτος.</w:t>
      </w:r>
    </w:p>
    <w:p>
      <w:r>
        <w:rPr>
          <w:rFonts w:ascii="Courier New" w:hAnsi="Courier New"/>
          <w:color w:val="555555"/>
          <w:sz w:val="20"/>
        </w:rPr>
        <w:t>[23 . 165]</w:t>
      </w:r>
    </w:p>
    <w:p>
      <w:r>
        <w:rPr>
          <w:rFonts w:ascii="Gentium Plus" w:hAnsi="Gentium Plus"/>
          <w:sz w:val="24"/>
        </w:rPr>
        <w:t>[ἐν δὲ πυρῇ ὑπάτῃ] νῦν ἐν μέσῳ καὶ ἐξέχοντι μέρει τῆς πυρᾶς.</w:t>
      </w:r>
    </w:p>
    <w:p>
      <w:r>
        <w:rPr>
          <w:rFonts w:ascii="Courier New" w:hAnsi="Courier New"/>
          <w:color w:val="555555"/>
          <w:sz w:val="20"/>
        </w:rPr>
        <w:t>[23 . 169]</w:t>
      </w:r>
    </w:p>
    <w:p>
      <w:r>
        <w:rPr>
          <w:rFonts w:ascii="Gentium Plus" w:hAnsi="Gentium Plus"/>
          <w:sz w:val="24"/>
        </w:rPr>
        <w:t>[περὶ δὲ—νήει] ἐσώρευε δὲ τὰ σώματα τῶν ἀνῃρη‐ μένων ἀνδρῶν.</w:t>
      </w:r>
    </w:p>
    <w:p>
      <w:r>
        <w:rPr>
          <w:rFonts w:ascii="Courier New" w:hAnsi="Courier New"/>
          <w:color w:val="555555"/>
          <w:sz w:val="20"/>
        </w:rPr>
        <w:t>[23 . 171]</w:t>
      </w:r>
    </w:p>
    <w:p>
      <w:r>
        <w:rPr>
          <w:rFonts w:ascii="Gentium Plus" w:hAnsi="Gentium Plus"/>
          <w:sz w:val="24"/>
        </w:rPr>
        <w:t>[ἐριαύχενας] μακροτραχήλους, μεγάλους ἀπὸ μέρους.</w:t>
      </w:r>
    </w:p>
    <w:p>
      <w:r>
        <w:rPr>
          <w:rFonts w:ascii="Courier New" w:hAnsi="Courier New"/>
          <w:color w:val="555555"/>
          <w:sz w:val="20"/>
        </w:rPr>
        <w:t>[23 . 177]</w:t>
      </w:r>
    </w:p>
    <w:p>
      <w:r>
        <w:rPr>
          <w:rFonts w:ascii="Gentium Plus" w:hAnsi="Gentium Plus"/>
          <w:sz w:val="24"/>
        </w:rPr>
        <w:t>[πυρὸς μένος] περιφραστικῶς τὸ πῦρ. [νέμοιτο] ὅπως ἐσθίοι, τουτέστι κατα〈καίοι〉 πά〈ντασ〉.</w:t>
      </w:r>
    </w:p>
    <w:p>
      <w:r>
        <w:rPr>
          <w:rFonts w:ascii="Courier New" w:hAnsi="Courier New"/>
          <w:color w:val="555555"/>
          <w:sz w:val="20"/>
        </w:rPr>
        <w:t>[23 . 179]</w:t>
      </w:r>
    </w:p>
    <w:p>
      <w:r>
        <w:rPr>
          <w:rFonts w:ascii="Gentium Plus" w:hAnsi="Gentium Plus"/>
          <w:sz w:val="24"/>
        </w:rPr>
        <w:t>[χαῖρε] τέρπου, ὅ ἐστιν ἥδου.</w:t>
      </w:r>
    </w:p>
    <w:p>
      <w:r>
        <w:rPr>
          <w:rFonts w:ascii="Courier New" w:hAnsi="Courier New"/>
          <w:color w:val="555555"/>
          <w:sz w:val="20"/>
        </w:rPr>
        <w:t>[23 . 190]</w:t>
      </w:r>
    </w:p>
    <w:p>
      <w:r>
        <w:rPr>
          <w:rFonts w:ascii="Gentium Plus" w:hAnsi="Gentium Plus"/>
          <w:sz w:val="24"/>
        </w:rPr>
        <w:t>[μένος ἠελίοιο] περιφραστικῶς ὁ ἥλιος.</w:t>
      </w:r>
    </w:p>
    <w:p>
      <w:r>
        <w:rPr>
          <w:rFonts w:ascii="Courier New" w:hAnsi="Courier New"/>
          <w:color w:val="555555"/>
          <w:sz w:val="20"/>
        </w:rPr>
        <w:t>[23 . 191]</w:t>
      </w:r>
    </w:p>
    <w:p>
      <w:r>
        <w:rPr>
          <w:rFonts w:ascii="Gentium Plus" w:hAnsi="Gentium Plus"/>
          <w:sz w:val="24"/>
        </w:rPr>
        <w:t>σκήλῃ] σκηλώσῃ, ξηράνῃ. ὅθεν καὶ σκελετός, ὁ ξηρός. [χρόα] τὸν περὶ νεύροις χρῶτα.</w:t>
      </w:r>
    </w:p>
    <w:p>
      <w:r>
        <w:rPr>
          <w:rFonts w:ascii="Courier New" w:hAnsi="Courier New"/>
          <w:color w:val="555555"/>
          <w:sz w:val="20"/>
        </w:rPr>
        <w:t>[23 . 202]</w:t>
      </w:r>
    </w:p>
    <w:p>
      <w:r>
        <w:rPr>
          <w:rFonts w:ascii="Gentium Plus" w:hAnsi="Gentium Plus"/>
          <w:sz w:val="24"/>
        </w:rPr>
        <w:t>[βηλῷ] τῇ φλοιᾷ, ἀπὸ τοῦ βαίνεσθαι.</w:t>
      </w:r>
    </w:p>
    <w:p>
      <w:r>
        <w:rPr>
          <w:rFonts w:ascii="Courier New" w:hAnsi="Courier New"/>
          <w:color w:val="555555"/>
          <w:sz w:val="20"/>
        </w:rPr>
        <w:t>[23 . 207]</w:t>
      </w:r>
    </w:p>
    <w:p>
      <w:r>
        <w:rPr>
          <w:rFonts w:ascii="Gentium Plus" w:hAnsi="Gentium Plus"/>
          <w:sz w:val="24"/>
        </w:rPr>
        <w:t>[μεταδαίσομαι ἱρῶν] μεταλαβῶ, εὐωχηθῶ, θυσιῶν, ἱερῶν.</w:t>
      </w:r>
    </w:p>
    <w:p>
      <w:r>
        <w:rPr>
          <w:rFonts w:ascii="Courier New" w:hAnsi="Courier New"/>
          <w:color w:val="555555"/>
          <w:sz w:val="20"/>
        </w:rPr>
        <w:t>[23 . 225]</w:t>
      </w:r>
    </w:p>
    <w:p>
      <w:r>
        <w:rPr>
          <w:rFonts w:ascii="Gentium Plus" w:hAnsi="Gentium Plus"/>
          <w:sz w:val="24"/>
        </w:rPr>
        <w:t>[ἑρπύζων] κεκυφὼς καὶ ἠρέμα παραγενόμενος.</w:t>
      </w:r>
    </w:p>
    <w:p>
      <w:r>
        <w:rPr>
          <w:rFonts w:ascii="Courier New" w:hAnsi="Courier New"/>
          <w:color w:val="555555"/>
          <w:sz w:val="20"/>
        </w:rPr>
        <w:t>[23 . 226]</w:t>
      </w:r>
    </w:p>
    <w:p>
      <w:r>
        <w:rPr>
          <w:rFonts w:ascii="Gentium Plus" w:hAnsi="Gentium Plus"/>
          <w:sz w:val="24"/>
        </w:rPr>
        <w:t>[ἑωσφόρος] ὁ κατὰ τὴν ἡμέραν—Ἀφροδίτης.</w:t>
      </w:r>
    </w:p>
    <w:p>
      <w:r>
        <w:rPr>
          <w:rFonts w:ascii="Courier New" w:hAnsi="Courier New"/>
          <w:color w:val="555555"/>
          <w:sz w:val="20"/>
        </w:rPr>
        <w:t>[23 . 244]</w:t>
      </w:r>
    </w:p>
    <w:p>
      <w:r>
        <w:rPr>
          <w:rFonts w:ascii="Gentium Plus" w:hAnsi="Gentium Plus"/>
          <w:sz w:val="24"/>
        </w:rPr>
        <w:t>[κλεύθωμαι] εἰς Ἅιδου τὴν κέλευθον, ὅ ἐστι τὴν ὁδὸν, ποιήσω‐ μαι. συγκέκοπται δὲ ἐκ τοῦ κελεύθομαι, καὶ σημαίνει τὸ πορεύομαι.</w:t>
      </w:r>
    </w:p>
    <w:p>
      <w:r>
        <w:rPr>
          <w:rFonts w:ascii="Courier New" w:hAnsi="Courier New"/>
          <w:color w:val="555555"/>
          <w:sz w:val="20"/>
        </w:rPr>
        <w:t>[23 . 245]</w:t>
      </w:r>
    </w:p>
    <w:p>
      <w:r>
        <w:rPr>
          <w:rFonts w:ascii="Gentium Plus" w:hAnsi="Gentium Plus"/>
          <w:sz w:val="24"/>
        </w:rPr>
        <w:t>[πονέεσθαι] ἐνεργεῖν, πονεῖν.</w:t>
      </w:r>
    </w:p>
    <w:p>
      <w:r>
        <w:rPr>
          <w:rFonts w:ascii="Courier New" w:hAnsi="Courier New"/>
          <w:color w:val="555555"/>
          <w:sz w:val="20"/>
        </w:rPr>
        <w:t>[23 . 246]</w:t>
      </w:r>
    </w:p>
    <w:p>
      <w:r>
        <w:rPr>
          <w:rFonts w:ascii="Gentium Plus" w:hAnsi="Gentium Plus"/>
          <w:sz w:val="24"/>
        </w:rPr>
        <w:t>[ἐπιεικέα] ἐπιεικῆ ἐπιμελῆ ἢ μέτριον.</w:t>
      </w:r>
    </w:p>
    <w:p>
      <w:r>
        <w:rPr>
          <w:rFonts w:ascii="Courier New" w:hAnsi="Courier New"/>
          <w:color w:val="555555"/>
          <w:sz w:val="20"/>
        </w:rPr>
        <w:t>[23 . 257]</w:t>
      </w:r>
    </w:p>
    <w:p>
      <w:r>
        <w:rPr>
          <w:rFonts w:ascii="Gentium Plus" w:hAnsi="Gentium Plus"/>
          <w:sz w:val="24"/>
        </w:rPr>
        <w:t>[χυτὴν] χωστήν. οὐ πᾶσα δὲ, ἀλλὰ τὴν ἰδίως τοῖς νεκροῖς ἐπιχεομένην.</w:t>
      </w:r>
    </w:p>
    <w:p>
      <w:r>
        <w:rPr>
          <w:rFonts w:ascii="Courier New" w:hAnsi="Courier New"/>
          <w:color w:val="555555"/>
          <w:sz w:val="20"/>
        </w:rPr>
        <w:t>[23 . 258]</w:t>
      </w:r>
    </w:p>
    <w:p>
      <w:r>
        <w:rPr>
          <w:rFonts w:ascii="Gentium Plus" w:hAnsi="Gentium Plus"/>
          <w:sz w:val="24"/>
        </w:rPr>
        <w:t>[ἵζανεν εὐρὺν ἀγῶνα] μέγιστον προετίθει ἀγῶνα.</w:t>
      </w:r>
    </w:p>
    <w:p>
      <w:r>
        <w:rPr>
          <w:rFonts w:ascii="Courier New" w:hAnsi="Courier New"/>
          <w:color w:val="555555"/>
          <w:sz w:val="20"/>
        </w:rPr>
        <w:t>[23 . 260]</w:t>
      </w:r>
    </w:p>
    <w:p>
      <w:r>
        <w:rPr>
          <w:rFonts w:ascii="Gentium Plus" w:hAnsi="Gentium Plus"/>
          <w:sz w:val="24"/>
        </w:rPr>
        <w:t>[βοῶν τ’ ἴφθιμα κάρηνα] περιφραστικῶς βοῦς.</w:t>
      </w:r>
    </w:p>
    <w:p>
      <w:r>
        <w:rPr>
          <w:rFonts w:ascii="Courier New" w:hAnsi="Courier New"/>
          <w:color w:val="555555"/>
          <w:sz w:val="20"/>
        </w:rPr>
        <w:t>[23 . 261]</w:t>
      </w:r>
    </w:p>
    <w:p>
      <w:r>
        <w:rPr>
          <w:rFonts w:ascii="Gentium Plus" w:hAnsi="Gentium Plus"/>
          <w:sz w:val="24"/>
        </w:rPr>
        <w:t>[ἐϋζώνους] καλὰς ἀπὸ μέρους.</w:t>
      </w:r>
    </w:p>
    <w:p>
      <w:r>
        <w:rPr>
          <w:rFonts w:ascii="Courier New" w:hAnsi="Courier New"/>
          <w:color w:val="555555"/>
          <w:sz w:val="20"/>
        </w:rPr>
        <w:t>[23 . 264]</w:t>
      </w:r>
    </w:p>
    <w:p>
      <w:r>
        <w:rPr>
          <w:rFonts w:ascii="Gentium Plus" w:hAnsi="Gentium Plus"/>
          <w:sz w:val="24"/>
        </w:rPr>
        <w:t>[δυωκαιεικοσίμετρον] δύο καὶ εἴκοσι μέτρα χωροῦντα.</w:t>
      </w:r>
    </w:p>
    <w:p>
      <w:r>
        <w:rPr>
          <w:rFonts w:ascii="Courier New" w:hAnsi="Courier New"/>
          <w:color w:val="555555"/>
          <w:sz w:val="20"/>
        </w:rPr>
        <w:t>[23 . 266]</w:t>
      </w:r>
    </w:p>
    <w:p>
      <w:r>
        <w:rPr>
          <w:rFonts w:ascii="Gentium Plus" w:hAnsi="Gentium Plus"/>
          <w:sz w:val="24"/>
        </w:rPr>
        <w:t>βρέφος] ὃ ἡμεῖς ἔμβρυον λέγομεν, τὸ ἐν τῇ γαστρὶ ὄν. [κυέουσαν] ἔγκυον καὶ κατὰ γαστρὸς ἔχουσαν.</w:t>
      </w:r>
    </w:p>
    <w:p>
      <w:r>
        <w:rPr>
          <w:rFonts w:ascii="Courier New" w:hAnsi="Courier New"/>
          <w:color w:val="555555"/>
          <w:sz w:val="20"/>
        </w:rPr>
        <w:t>[23 . 267]</w:t>
      </w:r>
    </w:p>
    <w:p>
      <w:r>
        <w:rPr>
          <w:rFonts w:ascii="Gentium Plus" w:hAnsi="Gentium Plus"/>
          <w:sz w:val="24"/>
        </w:rPr>
        <w:t>ἄπυρον] κενὸν, οὐκ εἰς πῦρ χρήσιμον, ἀλλ’ ἀναθεματικόν.</w:t>
      </w:r>
    </w:p>
    <w:p>
      <w:r>
        <w:rPr>
          <w:rFonts w:ascii="Courier New" w:hAnsi="Courier New"/>
          <w:color w:val="555555"/>
          <w:sz w:val="20"/>
        </w:rPr>
        <w:t>[23 . 270]</w:t>
      </w:r>
    </w:p>
    <w:p>
      <w:r>
        <w:rPr>
          <w:rFonts w:ascii="Gentium Plus" w:hAnsi="Gentium Plus"/>
          <w:sz w:val="24"/>
        </w:rPr>
        <w:t>[ἀμφίθετον φιάλην] διπλῆν ἔχουσαν—θέσιν.</w:t>
      </w:r>
    </w:p>
    <w:p>
      <w:r>
        <w:rPr>
          <w:rFonts w:ascii="Courier New" w:hAnsi="Courier New"/>
          <w:color w:val="555555"/>
          <w:sz w:val="20"/>
        </w:rPr>
        <w:t>[23 . 273]</w:t>
      </w:r>
    </w:p>
    <w:p>
      <w:r>
        <w:rPr>
          <w:rFonts w:ascii="Gentium Plus" w:hAnsi="Gentium Plus"/>
          <w:sz w:val="24"/>
        </w:rPr>
        <w:t>τάδ’ ἄεθλα δεδεγμένα] ἀντὶ τοῦ περιμένοντα τοὺς ἄλλους ἱππεῖς. [ἀγῶνι] νῦν τόπῳ.</w:t>
      </w:r>
    </w:p>
    <w:p>
      <w:r>
        <w:rPr>
          <w:rFonts w:ascii="Courier New" w:hAnsi="Courier New"/>
          <w:color w:val="555555"/>
          <w:sz w:val="20"/>
        </w:rPr>
        <w:t>[23 . 276]</w:t>
      </w:r>
    </w:p>
    <w:p>
      <w:r>
        <w:rPr>
          <w:rFonts w:ascii="Gentium Plus" w:hAnsi="Gentium Plus"/>
          <w:sz w:val="24"/>
        </w:rPr>
        <w:t>[ἀρετῇ] ἀρετὴ, ἡ ἐν παντὶ πράγματι ὑπεροχή.</w:t>
      </w:r>
    </w:p>
    <w:p>
      <w:r>
        <w:rPr>
          <w:rFonts w:ascii="Courier New" w:hAnsi="Courier New"/>
          <w:color w:val="555555"/>
          <w:sz w:val="20"/>
        </w:rPr>
        <w:t>[23 . 284]</w:t>
      </w:r>
    </w:p>
    <w:p>
      <w:r>
        <w:rPr>
          <w:rFonts w:ascii="Gentium Plus" w:hAnsi="Gentium Plus"/>
          <w:sz w:val="24"/>
        </w:rPr>
        <w:t>[ἐρηρέδαται] ἐρηρεισμέναι εἰσι, τῇ γῇ προσπελάζονται.</w:t>
      </w:r>
    </w:p>
    <w:p>
      <w:r>
        <w:rPr>
          <w:rFonts w:ascii="Courier New" w:hAnsi="Courier New"/>
          <w:color w:val="555555"/>
          <w:sz w:val="20"/>
        </w:rPr>
        <w:t>[23 . 287]</w:t>
      </w:r>
    </w:p>
    <w:p>
      <w:r>
        <w:rPr>
          <w:rFonts w:ascii="Gentium Plus" w:hAnsi="Gentium Plus"/>
          <w:sz w:val="24"/>
        </w:rPr>
        <w:t>[ταχέες] ἀντὶ τοῦ ταχέως.</w:t>
      </w:r>
    </w:p>
    <w:p>
      <w:r>
        <w:rPr>
          <w:rFonts w:ascii="Courier New" w:hAnsi="Courier New"/>
          <w:color w:val="555555"/>
          <w:sz w:val="20"/>
        </w:rPr>
        <w:t>[23 . 295]</w:t>
      </w:r>
    </w:p>
    <w:p>
      <w:r>
        <w:rPr>
          <w:rFonts w:ascii="Gentium Plus" w:hAnsi="Gentium Plus"/>
          <w:sz w:val="24"/>
        </w:rPr>
        <w:t>Αἴθην] ὄνομα ἵππου πεποιημένον—τρέχειν.</w:t>
      </w:r>
    </w:p>
    <w:p>
      <w:r>
        <w:rPr>
          <w:rFonts w:ascii="Courier New" w:hAnsi="Courier New"/>
          <w:color w:val="555555"/>
          <w:sz w:val="20"/>
        </w:rPr>
        <w:t>[23 . 300]</w:t>
      </w:r>
    </w:p>
    <w:p>
      <w:r>
        <w:rPr>
          <w:rFonts w:ascii="Gentium Plus" w:hAnsi="Gentium Plus"/>
          <w:sz w:val="24"/>
        </w:rPr>
        <w:t>ἰσχανόωσαν] ἐξεχομένην, ἐκτεινομένην ἢ ἐπιθυμοῦσαν. ἢ ἄνευ τοῦ ς.</w:t>
      </w:r>
    </w:p>
    <w:p>
      <w:r>
        <w:rPr>
          <w:rFonts w:ascii="Courier New" w:hAnsi="Courier New"/>
          <w:color w:val="555555"/>
          <w:sz w:val="20"/>
        </w:rPr>
        <w:t>[23 . 322]</w:t>
      </w:r>
    </w:p>
    <w:p>
      <w:r>
        <w:rPr>
          <w:rFonts w:ascii="Gentium Plus" w:hAnsi="Gentium Plus"/>
          <w:sz w:val="24"/>
        </w:rPr>
        <w:t>[ἐλαύνων] λείπει τὸ συνετῶς ἢ πανούργως.</w:t>
      </w:r>
    </w:p>
    <w:p>
      <w:r>
        <w:rPr>
          <w:rFonts w:ascii="Courier New" w:hAnsi="Courier New"/>
          <w:color w:val="555555"/>
          <w:sz w:val="20"/>
        </w:rPr>
        <w:t>[23 . 325]</w:t>
      </w:r>
    </w:p>
    <w:p>
      <w:r>
        <w:rPr>
          <w:rFonts w:ascii="Gentium Plus" w:hAnsi="Gentium Plus"/>
          <w:sz w:val="24"/>
        </w:rPr>
        <w:t>[προὔχοντα] προέχοντα, προάγοντα, ὑψηλόν.</w:t>
      </w:r>
    </w:p>
    <w:p>
      <w:r>
        <w:rPr>
          <w:rFonts w:ascii="Courier New" w:hAnsi="Courier New"/>
          <w:color w:val="555555"/>
          <w:sz w:val="20"/>
        </w:rPr>
        <w:t>[23 . 327]</w:t>
      </w:r>
    </w:p>
    <w:p>
      <w:r>
        <w:rPr>
          <w:rFonts w:ascii="Gentium Plus" w:hAnsi="Gentium Plus"/>
          <w:sz w:val="24"/>
        </w:rPr>
        <w:t>ὄργυια] ἡ τῶν δύο χειρῶν σταυροειδῶς εἰς πλάτος ἔκτασις.</w:t>
      </w:r>
    </w:p>
    <w:p>
      <w:r>
        <w:rPr>
          <w:rFonts w:ascii="Courier New" w:hAnsi="Courier New"/>
          <w:color w:val="555555"/>
          <w:sz w:val="20"/>
        </w:rPr>
        <w:t>[23 . 330]</w:t>
      </w:r>
    </w:p>
    <w:p>
      <w:r>
        <w:rPr>
          <w:rFonts w:ascii="Gentium Plus" w:hAnsi="Gentium Plus"/>
          <w:sz w:val="24"/>
        </w:rPr>
        <w:t>[ἐν ξυνοχῇσιν ὁδοῦ] ἐν ταῖς ξυμβολαῖς, καθ’ ὃ μάλιστα ἐστέ‐ νωται ἡ ὁδός. [ξυνοχῇσιν] ἢ «ξυλοχῇσιν.»</w:t>
      </w:r>
    </w:p>
    <w:p>
      <w:r>
        <w:rPr>
          <w:rFonts w:ascii="Courier New" w:hAnsi="Courier New"/>
          <w:color w:val="555555"/>
          <w:sz w:val="20"/>
        </w:rPr>
        <w:t>[23 . 337]</w:t>
      </w:r>
    </w:p>
    <w:p>
      <w:r>
        <w:rPr>
          <w:rFonts w:ascii="Gentium Plus" w:hAnsi="Gentium Plus"/>
          <w:sz w:val="24"/>
        </w:rPr>
        <w:t>[κένσαι ὁμοκλήσας] τῷ κέντρῳ καὶ τῇ φωνῇ ἐπίπληξον. [εἶξαι] ἀντὶ τοῦ ἐπιδοῦναι, χαλάσαι.</w:t>
      </w:r>
    </w:p>
    <w:p>
      <w:r>
        <w:rPr>
          <w:rFonts w:ascii="Courier New" w:hAnsi="Courier New"/>
          <w:color w:val="555555"/>
          <w:sz w:val="20"/>
        </w:rPr>
        <w:t>[23 . 340]</w:t>
      </w:r>
    </w:p>
    <w:p>
      <w:r>
        <w:rPr>
          <w:rFonts w:ascii="Gentium Plus" w:hAnsi="Gentium Plus"/>
          <w:sz w:val="24"/>
        </w:rPr>
        <w:t>[κύκλου ποιητοῖο] τροχοῦ. διὰ τοῦτο καὶ «ποιητοῖο». [ἐπαυρεῖν] νῦν ψαῦσαι.</w:t>
      </w:r>
    </w:p>
    <w:p>
      <w:r>
        <w:rPr>
          <w:rFonts w:ascii="Courier New" w:hAnsi="Courier New"/>
          <w:color w:val="555555"/>
          <w:sz w:val="20"/>
        </w:rPr>
        <w:t>[23 . 341]</w:t>
      </w:r>
    </w:p>
    <w:p>
      <w:r>
        <w:rPr>
          <w:rFonts w:ascii="Gentium Plus" w:hAnsi="Gentium Plus"/>
          <w:sz w:val="24"/>
        </w:rPr>
        <w:t>[κατά .... ἄξῃς] κατάξῃς, κλάσῃς.</w:t>
      </w:r>
    </w:p>
    <w:p>
      <w:r>
        <w:rPr>
          <w:rFonts w:ascii="Courier New" w:hAnsi="Courier New"/>
          <w:color w:val="555555"/>
          <w:sz w:val="20"/>
        </w:rPr>
        <w:t>[23 . 343]</w:t>
      </w:r>
    </w:p>
    <w:p>
      <w:r>
        <w:rPr>
          <w:rFonts w:ascii="Gentium Plus" w:hAnsi="Gentium Plus"/>
          <w:sz w:val="24"/>
        </w:rPr>
        <w:t>[πεφυλαγμένος εἶναι] ἀντὶ τοῦ πεφύλαξο.</w:t>
      </w:r>
    </w:p>
    <w:p>
      <w:r>
        <w:rPr>
          <w:rFonts w:ascii="Courier New" w:hAnsi="Courier New"/>
          <w:color w:val="555555"/>
          <w:sz w:val="20"/>
        </w:rPr>
        <w:t>[23 . 346]</w:t>
      </w:r>
    </w:p>
    <w:p>
      <w:r>
        <w:rPr>
          <w:rFonts w:ascii="Gentium Plus" w:hAnsi="Gentium Plus"/>
          <w:sz w:val="24"/>
        </w:rPr>
        <w:t>οὐδ’ εἴ κεν—πῶλον ἐλαύνοι] Ποσειδῶν— κυκλικοῖς.</w:t>
      </w:r>
    </w:p>
    <w:p>
      <w:r>
        <w:rPr>
          <w:rFonts w:ascii="Courier New" w:hAnsi="Courier New"/>
          <w:color w:val="555555"/>
          <w:sz w:val="20"/>
        </w:rPr>
        <w:t>[23 . 367]</w:t>
      </w:r>
    </w:p>
    <w:p>
      <w:r>
        <w:rPr>
          <w:rFonts w:ascii="Gentium Plus" w:hAnsi="Gentium Plus"/>
          <w:sz w:val="24"/>
        </w:rPr>
        <w:t>[μετὰ πνοίῃς ἀνέμοιο] ἀντὶ τοῦ ἀνέμων δίκην.</w:t>
      </w:r>
    </w:p>
    <w:p>
      <w:r>
        <w:rPr>
          <w:rFonts w:ascii="Courier New" w:hAnsi="Courier New"/>
          <w:color w:val="555555"/>
          <w:sz w:val="20"/>
        </w:rPr>
        <w:t>[23 . 374]</w:t>
      </w:r>
    </w:p>
    <w:p>
      <w:r>
        <w:rPr>
          <w:rFonts w:ascii="Gentium Plus" w:hAnsi="Gentium Plus"/>
          <w:sz w:val="24"/>
        </w:rPr>
        <w:t>[ἀρετή] ἡ ἐνὶ παντὶ πράγματι ὑπεροχή.</w:t>
      </w:r>
    </w:p>
    <w:p>
      <w:r>
        <w:rPr>
          <w:rFonts w:ascii="Courier New" w:hAnsi="Courier New"/>
          <w:color w:val="555555"/>
          <w:sz w:val="20"/>
        </w:rPr>
        <w:t>[23 . 375]</w:t>
      </w:r>
    </w:p>
    <w:p>
      <w:r>
        <w:rPr>
          <w:rFonts w:ascii="Gentium Plus" w:hAnsi="Gentium Plus"/>
          <w:sz w:val="24"/>
        </w:rPr>
        <w:t>τάθη δρόμος] σύντονος—ἵπποι.</w:t>
      </w:r>
    </w:p>
    <w:p>
      <w:r>
        <w:rPr>
          <w:rFonts w:ascii="Courier New" w:hAnsi="Courier New"/>
          <w:color w:val="555555"/>
          <w:sz w:val="20"/>
        </w:rPr>
        <w:t>[23 . 382]</w:t>
      </w:r>
    </w:p>
    <w:p>
      <w:r>
        <w:rPr>
          <w:rFonts w:ascii="Gentium Plus" w:hAnsi="Gentium Plus"/>
          <w:sz w:val="24"/>
        </w:rPr>
        <w:t>[ἀμφήριστον] τὸ ἀμφοτέρωθεν ἐξισούμενον, ἢ ἀμφισβητήσιμον.</w:t>
      </w:r>
    </w:p>
    <w:p>
      <w:r>
        <w:rPr>
          <w:rFonts w:ascii="Courier New" w:hAnsi="Courier New"/>
          <w:color w:val="555555"/>
          <w:sz w:val="20"/>
        </w:rPr>
        <w:t>[23 . 383]</w:t>
      </w:r>
    </w:p>
    <w:p>
      <w:r>
        <w:rPr>
          <w:rFonts w:ascii="Gentium Plus" w:hAnsi="Gentium Plus"/>
          <w:sz w:val="24"/>
        </w:rPr>
        <w:t>Φοῖβος Ἀπόλλων] δεόντως—Εὐμήλου πατρί.</w:t>
      </w:r>
    </w:p>
    <w:p>
      <w:r>
        <w:rPr>
          <w:rFonts w:ascii="Courier New" w:hAnsi="Courier New"/>
          <w:color w:val="555555"/>
          <w:sz w:val="20"/>
        </w:rPr>
        <w:t>[23 . 393]</w:t>
      </w:r>
    </w:p>
    <w:p>
      <w:r>
        <w:rPr>
          <w:rFonts w:ascii="Gentium Plus" w:hAnsi="Gentium Plus"/>
          <w:sz w:val="24"/>
        </w:rPr>
        <w:t>[ἀμφὶς ὁδοῦ] χωρὶς καὶ ἔξωθεν τῆς ὁδοῦ. [ῥυμὸς] τὸ διῆκον ἀπὸ τοῦ ἅρματος ἕως τοῦ ζυγοῦ ξύλον.</w:t>
      </w:r>
    </w:p>
    <w:p>
      <w:r>
        <w:rPr>
          <w:rFonts w:ascii="Courier New" w:hAnsi="Courier New"/>
          <w:color w:val="555555"/>
          <w:sz w:val="20"/>
        </w:rPr>
        <w:t>[23 393bis]</w:t>
      </w:r>
    </w:p>
    <w:p>
      <w:r>
        <w:rPr>
          <w:rFonts w:ascii="Gentium Plus" w:hAnsi="Gentium Plus"/>
          <w:sz w:val="24"/>
        </w:rPr>
        <w:t>ἐλύσθη] συνετρίβη ἢ ἐξετάθη, οἱ δὲ παρεκυλίσθη, συνανε‐</w:t>
      </w:r>
    </w:p>
    <w:p>
      <w:r>
        <w:rPr>
          <w:rFonts w:ascii="Courier New" w:hAnsi="Courier New"/>
          <w:color w:val="555555"/>
          <w:sz w:val="20"/>
        </w:rPr>
        <w:t>[23 . 411]</w:t>
      </w:r>
    </w:p>
    <w:p>
      <w:r>
        <w:rPr>
          <w:rFonts w:ascii="Gentium Plus" w:hAnsi="Gentium Plus"/>
          <w:sz w:val="24"/>
        </w:rPr>
        <w:t>οὐκέτι ὑμῶν οὕτως ἐπιμελήσεται ὁ Νέστωρ.</w:t>
      </w:r>
    </w:p>
    <w:p>
      <w:r>
        <w:rPr>
          <w:rFonts w:ascii="Courier New" w:hAnsi="Courier New"/>
          <w:color w:val="555555"/>
          <w:sz w:val="20"/>
        </w:rPr>
        <w:t>[23 . 420]</w:t>
      </w:r>
    </w:p>
    <w:p>
      <w:r>
        <w:rPr>
          <w:rFonts w:ascii="Gentium Plus" w:hAnsi="Gentium Plus"/>
          <w:sz w:val="24"/>
        </w:rPr>
        <w:t>[ἁλὲν] συνεστράφη, ὅ ἐστι συνεχύθη.</w:t>
      </w:r>
    </w:p>
    <w:p>
      <w:r>
        <w:rPr>
          <w:rFonts w:ascii="Courier New" w:hAnsi="Courier New"/>
          <w:color w:val="555555"/>
          <w:sz w:val="20"/>
        </w:rPr>
        <w:t>[23 . 422]</w:t>
      </w:r>
    </w:p>
    <w:p>
      <w:r>
        <w:rPr>
          <w:rFonts w:ascii="Gentium Plus" w:hAnsi="Gentium Plus"/>
          <w:sz w:val="24"/>
        </w:rPr>
        <w:t>[ἁματροχιὰς] τὰς τῶν τροχῶν συγκρούσεις, τὰς ἀπὸ τῶν ἄλλων ἁρμάτων.</w:t>
      </w:r>
    </w:p>
    <w:p>
      <w:r>
        <w:rPr>
          <w:rFonts w:ascii="Courier New" w:hAnsi="Courier New"/>
          <w:color w:val="555555"/>
          <w:sz w:val="20"/>
        </w:rPr>
        <w:t>[23 . 431]</w:t>
      </w:r>
    </w:p>
    <w:p>
      <w:r>
        <w:rPr>
          <w:rFonts w:ascii="Gentium Plus" w:hAnsi="Gentium Plus"/>
          <w:sz w:val="24"/>
        </w:rPr>
        <w:t>[δίσκου οὖρα] δίσκου ὁρμή, ὅ ἐστιν ἄφεσις.</w:t>
      </w:r>
    </w:p>
    <w:p>
      <w:r>
        <w:rPr>
          <w:rFonts w:ascii="Courier New" w:hAnsi="Courier New"/>
          <w:color w:val="555555"/>
          <w:sz w:val="20"/>
        </w:rPr>
        <w:t>[23 . 432]</w:t>
      </w:r>
    </w:p>
    <w:p>
      <w:r>
        <w:rPr>
          <w:rFonts w:ascii="Gentium Plus" w:hAnsi="Gentium Plus"/>
          <w:sz w:val="24"/>
        </w:rPr>
        <w:t>[ἥβης] νῦν ἀκμῆς.</w:t>
      </w:r>
    </w:p>
    <w:p>
      <w:r>
        <w:rPr>
          <w:rFonts w:ascii="Courier New" w:hAnsi="Courier New"/>
          <w:color w:val="555555"/>
          <w:sz w:val="20"/>
        </w:rPr>
        <w:t>[23 . 435]</w:t>
      </w:r>
    </w:p>
    <w:p>
      <w:r>
        <w:rPr>
          <w:rFonts w:ascii="Gentium Plus" w:hAnsi="Gentium Plus"/>
          <w:sz w:val="24"/>
        </w:rPr>
        <w:t>[συγκύρσειαν] ἀντὶ τοῦ συγκρούσειαν, ὅμοιον δὲ αὐτῷ καὶ τοῖς συντυχοῦσιν.</w:t>
      </w:r>
    </w:p>
    <w:p>
      <w:r>
        <w:rPr>
          <w:rFonts w:ascii="Courier New" w:hAnsi="Courier New"/>
          <w:color w:val="555555"/>
          <w:sz w:val="20"/>
        </w:rPr>
        <w:t>[23 . 454]</w:t>
      </w:r>
    </w:p>
    <w:p>
      <w:r>
        <w:rPr>
          <w:rFonts w:ascii="Gentium Plus" w:hAnsi="Gentium Plus"/>
          <w:sz w:val="24"/>
        </w:rPr>
        <w:t>[φοῖνιξ] φοινικὸς τὸ χρῶμα, ὅ ἐστι πυρρὸς.</w:t>
      </w:r>
    </w:p>
    <w:p>
      <w:r>
        <w:rPr>
          <w:rFonts w:ascii="Courier New" w:hAnsi="Courier New"/>
          <w:color w:val="555555"/>
          <w:sz w:val="20"/>
        </w:rPr>
        <w:t>[23 . 462]</w:t>
      </w:r>
    </w:p>
    <w:p>
      <w:r>
        <w:rPr>
          <w:rFonts w:ascii="Gentium Plus" w:hAnsi="Gentium Plus"/>
          <w:sz w:val="24"/>
        </w:rPr>
        <w:t>[περὶ τέρμα βαλούσας] περιελθούσας τὸν καμπτῆρα</w:t>
      </w:r>
    </w:p>
    <w:p>
      <w:r>
        <w:rPr>
          <w:rFonts w:ascii="Courier New" w:hAnsi="Courier New"/>
          <w:color w:val="555555"/>
          <w:sz w:val="20"/>
        </w:rPr>
        <w:t>[23 . 466]</w:t>
      </w:r>
    </w:p>
    <w:p>
      <w:r>
        <w:rPr>
          <w:rFonts w:ascii="Gentium Plus" w:hAnsi="Gentium Plus"/>
          <w:sz w:val="24"/>
        </w:rPr>
        <w:t>[ἑλίξας] συστρ〈έψασ〉 περὶ τὴν κ〈αμπὴν〉 τοὺς ἵππους.</w:t>
      </w:r>
    </w:p>
    <w:p>
      <w:r>
        <w:rPr>
          <w:rFonts w:ascii="Courier New" w:hAnsi="Courier New"/>
          <w:color w:val="555555"/>
          <w:sz w:val="20"/>
        </w:rPr>
        <w:t>[23 . 485]</w:t>
      </w:r>
    </w:p>
    <w:p>
      <w:r>
        <w:rPr>
          <w:rFonts w:ascii="Gentium Plus" w:hAnsi="Gentium Plus"/>
          <w:sz w:val="24"/>
        </w:rPr>
        <w:t>[τρίποδος περιδώμεθον] περὶ τρίποδος συνθήκας ποιησώμεθα.</w:t>
      </w:r>
    </w:p>
    <w:p>
      <w:r>
        <w:rPr>
          <w:rFonts w:ascii="Courier New" w:hAnsi="Courier New"/>
          <w:color w:val="555555"/>
          <w:sz w:val="20"/>
        </w:rPr>
        <w:t>[23 . 486]</w:t>
      </w:r>
    </w:p>
    <w:p>
      <w:r>
        <w:rPr>
          <w:rFonts w:ascii="Gentium Plus" w:hAnsi="Gentium Plus"/>
          <w:sz w:val="24"/>
        </w:rPr>
        <w:t>[ἵστορα] ἐπιστήμονα καὶ μάρτυρα τῆς συνθήκης.</w:t>
      </w:r>
    </w:p>
    <w:p>
      <w:r>
        <w:rPr>
          <w:rFonts w:ascii="Courier New" w:hAnsi="Courier New"/>
          <w:color w:val="555555"/>
          <w:sz w:val="20"/>
        </w:rPr>
        <w:t>[23 . 487]</w:t>
      </w:r>
    </w:p>
    <w:p>
      <w:r>
        <w:rPr>
          <w:rFonts w:ascii="Gentium Plus" w:hAnsi="Gentium Plus"/>
          <w:sz w:val="24"/>
        </w:rPr>
        <w:t>[ἀπὸ τίνων] ἢ «ἀποτίνων», ἀπολύων.</w:t>
      </w:r>
    </w:p>
    <w:p>
      <w:r>
        <w:rPr>
          <w:rFonts w:ascii="Courier New" w:hAnsi="Courier New"/>
          <w:color w:val="555555"/>
          <w:sz w:val="20"/>
        </w:rPr>
        <w:t>[23 504-506]</w:t>
      </w:r>
    </w:p>
    <w:p>
      <w:r>
        <w:rPr>
          <w:rFonts w:ascii="Gentium Plus" w:hAnsi="Gentium Plus"/>
          <w:sz w:val="24"/>
        </w:rPr>
        <w:t>[οὐδέ τι πολλὴ—κονίῃ] οὐδὲ βαθεῖα ἐγένετο ἡ τῶν τροχῶν ἐγχάραξις ἐπὶ τῆς γῆς.</w:t>
      </w:r>
    </w:p>
    <w:p>
      <w:r>
        <w:rPr>
          <w:rFonts w:ascii="Courier New" w:hAnsi="Courier New"/>
          <w:color w:val="555555"/>
          <w:sz w:val="20"/>
        </w:rPr>
        <w:t>[23 . 508]</w:t>
      </w:r>
    </w:p>
    <w:p>
      <w:r>
        <w:rPr>
          <w:rFonts w:ascii="Gentium Plus" w:hAnsi="Gentium Plus"/>
          <w:sz w:val="24"/>
        </w:rPr>
        <w:t>[λόφων] νῦν αὐχένα, τράχηλον.</w:t>
      </w:r>
    </w:p>
    <w:p>
      <w:r>
        <w:rPr>
          <w:rFonts w:ascii="Courier New" w:hAnsi="Courier New"/>
          <w:color w:val="555555"/>
          <w:sz w:val="20"/>
        </w:rPr>
        <w:t>[23 . 510]</w:t>
      </w:r>
    </w:p>
    <w:p>
      <w:r>
        <w:rPr>
          <w:rFonts w:ascii="Gentium Plus" w:hAnsi="Gentium Plus"/>
          <w:sz w:val="24"/>
        </w:rPr>
        <w:t>[μάτησεν] ἀργὸς καὶ ἄπρακτος ἔμεινεν.</w:t>
      </w:r>
    </w:p>
    <w:p>
      <w:r>
        <w:rPr>
          <w:rFonts w:ascii="Courier New" w:hAnsi="Courier New"/>
          <w:color w:val="555555"/>
          <w:sz w:val="20"/>
        </w:rPr>
        <w:t>[23 . 517]</w:t>
      </w:r>
    </w:p>
    <w:p>
      <w:r>
        <w:rPr>
          <w:rFonts w:ascii="Gentium Plus" w:hAnsi="Gentium Plus"/>
          <w:sz w:val="24"/>
        </w:rPr>
        <w:t>[τροχοῦ] νῦν τοῦ ἁρματίου.</w:t>
      </w:r>
    </w:p>
    <w:p>
      <w:r>
        <w:rPr>
          <w:rFonts w:ascii="Courier New" w:hAnsi="Courier New"/>
          <w:color w:val="555555"/>
          <w:sz w:val="20"/>
        </w:rPr>
        <w:t>[23 . 526]</w:t>
      </w:r>
    </w:p>
    <w:p>
      <w:r>
        <w:rPr>
          <w:rFonts w:ascii="Gentium Plus" w:hAnsi="Gentium Plus"/>
          <w:sz w:val="24"/>
        </w:rPr>
        <w:t>[προτέρω] ἐξωτέρω, ἐμπροτέρω. ἔστι δὲ νῦν ἐπίρρημα χρόνου δηλωτικόν.</w:t>
      </w:r>
    </w:p>
    <w:p>
      <w:r>
        <w:rPr>
          <w:rFonts w:ascii="Courier New" w:hAnsi="Courier New"/>
          <w:color w:val="555555"/>
          <w:sz w:val="20"/>
        </w:rPr>
        <w:t>[23 . 562]</w:t>
      </w:r>
    </w:p>
    <w:p>
      <w:r>
        <w:rPr>
          <w:rFonts w:ascii="Gentium Plus" w:hAnsi="Gentium Plus"/>
          <w:sz w:val="24"/>
        </w:rPr>
        <w:t>[ἀμφιδεδίνηται] περικέχυται κύκλῳ ὁ κασσίτερος.</w:t>
      </w:r>
    </w:p>
    <w:p>
      <w:r>
        <w:rPr>
          <w:rFonts w:ascii="Courier New" w:hAnsi="Courier New"/>
          <w:color w:val="555555"/>
          <w:sz w:val="20"/>
        </w:rPr>
        <w:t>[23 567-568]</w:t>
      </w:r>
    </w:p>
    <w:p>
      <w:r>
        <w:rPr>
          <w:rFonts w:ascii="Gentium Plus" w:hAnsi="Gentium Plus"/>
          <w:sz w:val="24"/>
        </w:rPr>
        <w:t>[ἐν δ’ ἄρα κῆρυξ—ἔθηκε] παρὰ τοῖς ἀρχαίοις οἱ δημηγοροῦντες σκῆπτρα ἐκράτουν.</w:t>
      </w:r>
    </w:p>
    <w:p>
      <w:r>
        <w:rPr>
          <w:rFonts w:ascii="Courier New" w:hAnsi="Courier New"/>
          <w:color w:val="555555"/>
          <w:sz w:val="20"/>
        </w:rPr>
        <w:t>[23 . 574]</w:t>
      </w:r>
    </w:p>
    <w:p>
      <w:r>
        <w:rPr>
          <w:rFonts w:ascii="Gentium Plus" w:hAnsi="Gentium Plus"/>
          <w:sz w:val="24"/>
        </w:rPr>
        <w:t>[ἐς μέσον—δικάσατε] οἱονεὶ—ἴσως</w:t>
      </w:r>
    </w:p>
    <w:p>
      <w:r>
        <w:rPr>
          <w:rFonts w:ascii="Courier New" w:hAnsi="Courier New"/>
          <w:color w:val="555555"/>
          <w:sz w:val="20"/>
        </w:rPr>
        <w:t>[23 . 580]</w:t>
      </w:r>
    </w:p>
    <w:p>
      <w:r>
        <w:rPr>
          <w:rFonts w:ascii="Gentium Plus" w:hAnsi="Gentium Plus"/>
          <w:sz w:val="24"/>
        </w:rPr>
        <w:t>[ἰθεῖα γὰρ ἔσται] ἀντὶ τοῦ ὀρθῶς δικασθήσεται.</w:t>
      </w:r>
    </w:p>
    <w:p>
      <w:r>
        <w:rPr>
          <w:rFonts w:ascii="Courier New" w:hAnsi="Courier New"/>
          <w:color w:val="555555"/>
          <w:sz w:val="20"/>
        </w:rPr>
        <w:t>[23 . 584]</w:t>
      </w:r>
    </w:p>
    <w:p>
      <w:r>
        <w:rPr>
          <w:rFonts w:ascii="Gentium Plus" w:hAnsi="Gentium Plus"/>
          <w:sz w:val="24"/>
        </w:rPr>
        <w:t>[γαιήοχον] 〈γαιήοχοσ〉 ὁ τοῖς ὀχήμασι—ὁ θεός.</w:t>
      </w:r>
    </w:p>
    <w:p>
      <w:r>
        <w:rPr>
          <w:rFonts w:ascii="Courier New" w:hAnsi="Courier New"/>
          <w:color w:val="555555"/>
          <w:sz w:val="20"/>
        </w:rPr>
        <w:t>[23 . 593]</w:t>
      </w:r>
    </w:p>
    <w:p>
      <w:r>
        <w:rPr>
          <w:rFonts w:ascii="Gentium Plus" w:hAnsi="Gentium Plus"/>
          <w:sz w:val="24"/>
        </w:rPr>
        <w:t>[μεῖζον ἀπαιτήσειας] ἐκ περισσοῦ αἰτήσειας.</w:t>
      </w:r>
    </w:p>
    <w:p>
      <w:r>
        <w:rPr>
          <w:rFonts w:ascii="Courier New" w:hAnsi="Courier New"/>
          <w:color w:val="555555"/>
          <w:sz w:val="20"/>
        </w:rPr>
        <w:t>[23 . 595]</w:t>
      </w:r>
    </w:p>
    <w:p>
      <w:r>
        <w:rPr>
          <w:rFonts w:ascii="Gentium Plus" w:hAnsi="Gentium Plus"/>
          <w:sz w:val="24"/>
        </w:rPr>
        <w:t>[ἐκ θυμοῦ πεσέειν] ἀποπεσεῖν τῆς ψυχῆς, ὅ ἐστι μισηθῆναι.</w:t>
      </w:r>
    </w:p>
    <w:p>
      <w:r>
        <w:rPr>
          <w:rFonts w:ascii="Courier New" w:hAnsi="Courier New"/>
          <w:color w:val="555555"/>
          <w:sz w:val="20"/>
        </w:rPr>
        <w:t>[23 . 599]</w:t>
      </w:r>
    </w:p>
    <w:p>
      <w:r>
        <w:rPr>
          <w:rFonts w:ascii="Gentium Plus" w:hAnsi="Gentium Plus"/>
          <w:sz w:val="24"/>
        </w:rPr>
        <w:t>[φρίσσουσιν] πεπύκνωνται διανεστηκότες 〈ἐν〉 ταῖς χώραις οἱ στάχυες.</w:t>
      </w:r>
    </w:p>
    <w:p>
      <w:r>
        <w:rPr>
          <w:rFonts w:ascii="Courier New" w:hAnsi="Courier New"/>
          <w:color w:val="555555"/>
          <w:sz w:val="20"/>
        </w:rPr>
        <w:t>[23 . 603]</w:t>
      </w:r>
    </w:p>
    <w:p>
      <w:r>
        <w:rPr>
          <w:rFonts w:ascii="Gentium Plus" w:hAnsi="Gentium Plus"/>
          <w:sz w:val="24"/>
        </w:rPr>
        <w:t>[ἀεσίφρων] κοῦφος ταῖς φρεσίν, ἄνους, οὐ κεχαλασμένος τὸν λογισμόν, παράφρων.</w:t>
      </w:r>
    </w:p>
    <w:p>
      <w:r>
        <w:rPr>
          <w:rFonts w:ascii="Courier New" w:hAnsi="Courier New"/>
          <w:color w:val="555555"/>
          <w:sz w:val="20"/>
        </w:rPr>
        <w:t>[23 . 622]</w:t>
      </w:r>
    </w:p>
    <w:p>
      <w:r>
        <w:rPr>
          <w:rFonts w:ascii="Gentium Plus" w:hAnsi="Gentium Plus"/>
          <w:sz w:val="24"/>
        </w:rPr>
        <w:t>[οὐδέ τ’ ἀκοντιστὺν ἐσδύσεαι] οὐδὲ εἰς ἀκοντίου ἀγῶνα κατε‐ λεύσῃ.</w:t>
      </w:r>
    </w:p>
    <w:p>
      <w:r>
        <w:rPr>
          <w:rFonts w:ascii="Courier New" w:hAnsi="Courier New"/>
          <w:color w:val="555555"/>
          <w:sz w:val="20"/>
        </w:rPr>
        <w:t>[23 . 639]</w:t>
      </w:r>
    </w:p>
    <w:p>
      <w:r>
        <w:rPr>
          <w:rFonts w:ascii="Gentium Plus" w:hAnsi="Gentium Plus"/>
          <w:sz w:val="24"/>
        </w:rPr>
        <w:t>[πλήθει πρόσθε βαλόντες] ἤτοι τῶν χειρῶν—ἱστο‐ ροῦνται. πλήθει πρόσθε βαλόντες] ἀντὶ τοῦ τῷ πλήθει τῶν θεατῶν συνερ‐ γησάντων νικήσαντες.</w:t>
      </w:r>
    </w:p>
    <w:p>
      <w:r>
        <w:rPr>
          <w:rFonts w:ascii="Courier New" w:hAnsi="Courier New"/>
          <w:color w:val="555555"/>
          <w:sz w:val="20"/>
        </w:rPr>
        <w:t>[23 639bis]</w:t>
      </w:r>
    </w:p>
    <w:p>
      <w:r>
        <w:rPr>
          <w:rFonts w:ascii="Gentium Plus" w:hAnsi="Gentium Plus"/>
          <w:sz w:val="24"/>
        </w:rPr>
        <w:t>[ἀγασσάμενοι περὶ νίκης] φθονήσαντές μου τῇ νίκῃ.</w:t>
      </w:r>
    </w:p>
    <w:p>
      <w:r>
        <w:rPr>
          <w:rFonts w:ascii="Courier New" w:hAnsi="Courier New"/>
          <w:color w:val="555555"/>
          <w:sz w:val="20"/>
        </w:rPr>
        <w:t>[23 . 640]</w:t>
      </w:r>
    </w:p>
    <w:p>
      <w:r>
        <w:rPr>
          <w:rFonts w:ascii="Gentium Plus" w:hAnsi="Gentium Plus"/>
          <w:sz w:val="24"/>
        </w:rPr>
        <w:t>[παρ’ αὐτόφι λείπετ’ ἄεθλα] παρ’ αὐτοῖς τοῖς ἵπποις κεῖται τὰ ἆθλα.</w:t>
      </w:r>
    </w:p>
    <w:p>
      <w:r>
        <w:rPr>
          <w:rFonts w:ascii="Courier New" w:hAnsi="Courier New"/>
          <w:color w:val="555555"/>
          <w:sz w:val="20"/>
        </w:rPr>
        <w:t>[23 . 649]</w:t>
      </w:r>
    </w:p>
    <w:p>
      <w:r>
        <w:rPr>
          <w:rFonts w:ascii="Gentium Plus" w:hAnsi="Gentium Plus"/>
          <w:sz w:val="24"/>
        </w:rPr>
        <w:t>[τιμῆς] τῆς συνηθείας νῦν.</w:t>
      </w:r>
    </w:p>
    <w:p>
      <w:r>
        <w:rPr>
          <w:rFonts w:ascii="Courier New" w:hAnsi="Courier New"/>
          <w:color w:val="555555"/>
          <w:sz w:val="20"/>
        </w:rPr>
        <w:t>[23 . 652]</w:t>
      </w:r>
    </w:p>
    <w:p>
      <w:r>
        <w:rPr>
          <w:rFonts w:ascii="Gentium Plus" w:hAnsi="Gentium Plus"/>
          <w:sz w:val="24"/>
        </w:rPr>
        <w:t>[αἶνον] τὸν δι’ ἐπαίνου λόγον.</w:t>
      </w:r>
    </w:p>
    <w:p>
      <w:r>
        <w:rPr>
          <w:rFonts w:ascii="Courier New" w:hAnsi="Courier New"/>
          <w:color w:val="555555"/>
          <w:sz w:val="20"/>
        </w:rPr>
        <w:t>[23 . 661]</w:t>
      </w:r>
    </w:p>
    <w:p>
      <w:r>
        <w:rPr>
          <w:rFonts w:ascii="Gentium Plus" w:hAnsi="Gentium Plus"/>
          <w:sz w:val="24"/>
        </w:rPr>
        <w:t>[καμμονίην] τὴν ἐκ καταμονῆς νίκην.</w:t>
      </w:r>
    </w:p>
    <w:p>
      <w:r>
        <w:rPr>
          <w:rFonts w:ascii="Courier New" w:hAnsi="Courier New"/>
          <w:color w:val="555555"/>
          <w:sz w:val="20"/>
        </w:rPr>
        <w:t>[23 . 674]</w:t>
      </w:r>
    </w:p>
    <w:p>
      <w:r>
        <w:rPr>
          <w:rFonts w:ascii="Gentium Plus" w:hAnsi="Gentium Plus"/>
          <w:sz w:val="24"/>
        </w:rPr>
        <w:t>[κηδεμόνες] οἱ προσήκοντες κατὰ τὸ γένος.</w:t>
      </w:r>
    </w:p>
    <w:p>
      <w:r>
        <w:rPr>
          <w:rFonts w:ascii="Courier New" w:hAnsi="Courier New"/>
          <w:color w:val="555555"/>
          <w:sz w:val="20"/>
        </w:rPr>
        <w:t>[23 . 683]</w:t>
      </w:r>
    </w:p>
    <w:p>
      <w:r>
        <w:rPr>
          <w:rFonts w:ascii="Gentium Plus" w:hAnsi="Gentium Plus"/>
          <w:sz w:val="24"/>
        </w:rPr>
        <w:t>ζῶμα δέ οἱ] νῦν περίζωμα. πρῶτον ἔθος ἦν τοῖς παλαιοῖς</w:t>
      </w:r>
    </w:p>
    <w:p>
      <w:r>
        <w:rPr>
          <w:rFonts w:ascii="Courier New" w:hAnsi="Courier New"/>
          <w:color w:val="555555"/>
          <w:sz w:val="20"/>
        </w:rPr>
        <w:t>[23 . 688]</w:t>
      </w:r>
    </w:p>
    <w:p>
      <w:r>
        <w:rPr>
          <w:rFonts w:ascii="Gentium Plus" w:hAnsi="Gentium Plus"/>
          <w:sz w:val="24"/>
        </w:rPr>
        <w:t>χρόμαδος] ποιὸν ἦχος τοῦ χρωτὸς τῶν σιαγόνων.</w:t>
      </w:r>
    </w:p>
    <w:p>
      <w:r>
        <w:rPr>
          <w:rFonts w:ascii="Courier New" w:hAnsi="Courier New"/>
          <w:color w:val="555555"/>
          <w:sz w:val="20"/>
        </w:rPr>
        <w:t>[23 . 692]</w:t>
      </w:r>
    </w:p>
    <w:p>
      <w:r>
        <w:rPr>
          <w:rFonts w:ascii="Gentium Plus" w:hAnsi="Gentium Plus"/>
          <w:sz w:val="24"/>
        </w:rPr>
        <w:t>[φρικὸς] φρίξ ἡ ἐπιπόλαιος τοῦ κύματος κίνησις, ἡ λεπτο‐ κυμία.</w:t>
      </w:r>
    </w:p>
    <w:p>
      <w:r>
        <w:rPr>
          <w:rFonts w:ascii="Courier New" w:hAnsi="Courier New"/>
          <w:color w:val="555555"/>
          <w:sz w:val="20"/>
        </w:rPr>
        <w:t>[23 . 693]</w:t>
      </w:r>
    </w:p>
    <w:p>
      <w:r>
        <w:rPr>
          <w:rFonts w:ascii="Gentium Plus" w:hAnsi="Gentium Plus"/>
          <w:sz w:val="24"/>
        </w:rPr>
        <w:t>[φυκιόεντι] φυκία ἔχοντι—καλουμένη.</w:t>
      </w:r>
    </w:p>
    <w:p>
      <w:r>
        <w:rPr>
          <w:rFonts w:ascii="Courier New" w:hAnsi="Courier New"/>
          <w:color w:val="555555"/>
          <w:sz w:val="20"/>
        </w:rPr>
        <w:t>[23 . 698]</w:t>
      </w:r>
    </w:p>
    <w:p>
      <w:r>
        <w:rPr>
          <w:rFonts w:ascii="Gentium Plus" w:hAnsi="Gentium Plus"/>
          <w:sz w:val="24"/>
        </w:rPr>
        <w:t>[ἀλλοφρονέοντα] οὐκ ἐν αὑτῷ ὄντα, ἀλλ’ ἐξιστάμενον τῇ διανοίᾳ.</w:t>
      </w:r>
    </w:p>
    <w:p>
      <w:r>
        <w:rPr>
          <w:rFonts w:ascii="Courier New" w:hAnsi="Courier New"/>
          <w:color w:val="555555"/>
          <w:sz w:val="20"/>
        </w:rPr>
        <w:t>[23 698bis]</w:t>
      </w:r>
    </w:p>
    <w:p>
      <w:r>
        <w:rPr>
          <w:rFonts w:ascii="Gentium Plus" w:hAnsi="Gentium Plus"/>
          <w:sz w:val="24"/>
        </w:rPr>
        <w:t>ἐξιστάμενον τῶν φρενῶν μεθ’ ἑαυτῶν ἐκάθισαν φέροντες.</w:t>
      </w:r>
    </w:p>
    <w:p>
      <w:r>
        <w:rPr>
          <w:rFonts w:ascii="Courier New" w:hAnsi="Courier New"/>
          <w:color w:val="555555"/>
          <w:sz w:val="20"/>
        </w:rPr>
        <w:t>[23 . 703]</w:t>
      </w:r>
    </w:p>
    <w:p>
      <w:r>
        <w:rPr>
          <w:rFonts w:ascii="Gentium Plus" w:hAnsi="Gentium Plus"/>
          <w:sz w:val="24"/>
        </w:rPr>
        <w:t>[δυωδεκάβοιον] δώδεκα βοῶν ἄξιον, τεσσαράβοιον δὲ δ’ βοῶν.</w:t>
      </w:r>
    </w:p>
    <w:p>
      <w:r>
        <w:rPr>
          <w:rFonts w:ascii="Courier New" w:hAnsi="Courier New"/>
          <w:color w:val="555555"/>
          <w:sz w:val="20"/>
        </w:rPr>
        <w:t>[23 . 712]</w:t>
      </w:r>
    </w:p>
    <w:p>
      <w:r>
        <w:rPr>
          <w:rFonts w:ascii="Gentium Plus" w:hAnsi="Gentium Plus"/>
          <w:sz w:val="24"/>
        </w:rPr>
        <w:t>[ἀμείβοντες] δοκοὶ μεγάλαι—καλοῦνται.</w:t>
      </w:r>
    </w:p>
    <w:p>
      <w:r>
        <w:rPr>
          <w:rFonts w:ascii="Courier New" w:hAnsi="Courier New"/>
          <w:color w:val="555555"/>
          <w:sz w:val="20"/>
        </w:rPr>
        <w:t>[23 . 742]</w:t>
      </w:r>
    </w:p>
    <w:p>
      <w:r>
        <w:rPr>
          <w:rFonts w:ascii="Gentium Plus" w:hAnsi="Gentium Plus"/>
          <w:sz w:val="24"/>
        </w:rPr>
        <w:t>[κάλλει] ἢ κάλλει, ἤτοι τῇ τέχνῃ.</w:t>
      </w:r>
    </w:p>
    <w:p>
      <w:r>
        <w:rPr>
          <w:rFonts w:ascii="Courier New" w:hAnsi="Courier New"/>
          <w:color w:val="555555"/>
          <w:sz w:val="20"/>
        </w:rPr>
        <w:t>[23 743-744]</w:t>
      </w:r>
    </w:p>
    <w:p>
      <w:r>
        <w:rPr>
          <w:rFonts w:ascii="Gentium Plus" w:hAnsi="Gentium Plus"/>
          <w:sz w:val="24"/>
        </w:rPr>
        <w:t>[Σιδόνες .... Φοίνικες] Σιδὼν γὰρ πόλις Φοινίκης.</w:t>
      </w:r>
    </w:p>
    <w:p>
      <w:r>
        <w:rPr>
          <w:rFonts w:ascii="Courier New" w:hAnsi="Courier New"/>
          <w:color w:val="555555"/>
          <w:sz w:val="20"/>
        </w:rPr>
        <w:t>[23 . 744]</w:t>
      </w:r>
    </w:p>
    <w:p>
      <w:r>
        <w:rPr>
          <w:rFonts w:ascii="Gentium Plus" w:hAnsi="Gentium Plus"/>
          <w:sz w:val="24"/>
        </w:rPr>
        <w:t>[ἠεροειδέα πόντον] μέγαν, ἢ ἀναπεπτάμενον, ἐν ᾧ ἀὴρ μόνος ὁρᾶται.</w:t>
      </w:r>
    </w:p>
    <w:p>
      <w:r>
        <w:rPr>
          <w:rFonts w:ascii="Courier New" w:hAnsi="Courier New"/>
          <w:color w:val="555555"/>
          <w:sz w:val="20"/>
        </w:rPr>
        <w:t>[23 . 745]</w:t>
      </w:r>
    </w:p>
    <w:p>
      <w:r>
        <w:rPr>
          <w:rFonts w:ascii="Gentium Plus" w:hAnsi="Gentium Plus"/>
          <w:sz w:val="24"/>
        </w:rPr>
        <w:t>[Θόαντι] τῷ βασιλεῖ τῆς Λήμνου.</w:t>
      </w:r>
    </w:p>
    <w:p>
      <w:r>
        <w:rPr>
          <w:rFonts w:ascii="Courier New" w:hAnsi="Courier New"/>
          <w:color w:val="555555"/>
          <w:sz w:val="20"/>
        </w:rPr>
        <w:t>[23 . 751]</w:t>
      </w:r>
    </w:p>
    <w:p>
      <w:r>
        <w:rPr>
          <w:rFonts w:ascii="Gentium Plus" w:hAnsi="Gentium Plus"/>
          <w:sz w:val="24"/>
        </w:rPr>
        <w:t>[λοισθήϊα] τὰ τῷ ἐσχάτῳ διδόμενα, ἥττονα</w:t>
      </w:r>
    </w:p>
    <w:p>
      <w:r>
        <w:rPr>
          <w:rFonts w:ascii="Courier New" w:hAnsi="Courier New"/>
          <w:color w:val="555555"/>
          <w:sz w:val="20"/>
        </w:rPr>
        <w:t>[23 . 757]</w:t>
      </w:r>
    </w:p>
    <w:p>
      <w:r>
        <w:rPr>
          <w:rFonts w:ascii="Gentium Plus" w:hAnsi="Gentium Plus"/>
          <w:sz w:val="24"/>
        </w:rPr>
        <w:t>[μεταστοιχί] ἐπὶ στοῖχον, ἐπὶ τάξιν.</w:t>
      </w:r>
    </w:p>
    <w:p>
      <w:r>
        <w:rPr>
          <w:rFonts w:ascii="Courier New" w:hAnsi="Courier New"/>
          <w:color w:val="555555"/>
          <w:sz w:val="20"/>
        </w:rPr>
        <w:t>[23 . 758]</w:t>
      </w:r>
    </w:p>
    <w:p>
      <w:r>
        <w:rPr>
          <w:rFonts w:ascii="Gentium Plus" w:hAnsi="Gentium Plus"/>
          <w:sz w:val="24"/>
        </w:rPr>
        <w:t>[τοῖσι—δρόμος] μετὰ προθυμίας ἦν αὐτοῖς ὁ δρόμος.</w:t>
      </w:r>
    </w:p>
    <w:p>
      <w:r>
        <w:rPr>
          <w:rFonts w:ascii="Courier New" w:hAnsi="Courier New"/>
          <w:color w:val="555555"/>
          <w:sz w:val="20"/>
        </w:rPr>
        <w:t>[23 . 761]</w:t>
      </w:r>
    </w:p>
    <w:p>
      <w:r>
        <w:rPr>
          <w:rFonts w:ascii="Gentium Plus" w:hAnsi="Gentium Plus"/>
          <w:sz w:val="24"/>
        </w:rPr>
        <w:t>κανὼν] ὁ κάλαμος—ἱστουργικός.</w:t>
      </w:r>
    </w:p>
    <w:p>
      <w:r>
        <w:rPr>
          <w:rFonts w:ascii="Courier New" w:hAnsi="Courier New"/>
          <w:color w:val="555555"/>
          <w:sz w:val="20"/>
        </w:rPr>
        <w:t>[23 . 775]</w:t>
      </w:r>
    </w:p>
    <w:p>
      <w:r>
        <w:rPr>
          <w:rFonts w:ascii="Gentium Plus" w:hAnsi="Gentium Plus"/>
          <w:sz w:val="24"/>
        </w:rPr>
        <w:t>[ἐριμύκων] μυκηθμὸς γὰρ ἡ τῶν βοῶν φωνή.</w:t>
      </w:r>
    </w:p>
    <w:p>
      <w:r>
        <w:rPr>
          <w:rFonts w:ascii="Courier New" w:hAnsi="Courier New"/>
          <w:color w:val="555555"/>
          <w:sz w:val="20"/>
        </w:rPr>
        <w:t>[23 . 791]</w:t>
      </w:r>
    </w:p>
    <w:p>
      <w:r>
        <w:rPr>
          <w:rFonts w:ascii="Gentium Plus" w:hAnsi="Gentium Plus"/>
          <w:sz w:val="24"/>
        </w:rPr>
        <w:t>οὕτω λέγουσιν—ὥρας καὶ παρ’ ἡλικίαν γεγηρακότας.</w:t>
      </w:r>
    </w:p>
    <w:p>
      <w:r>
        <w:rPr>
          <w:rFonts w:ascii="Courier New" w:hAnsi="Courier New"/>
          <w:color w:val="555555"/>
          <w:sz w:val="20"/>
        </w:rPr>
        <w:t>[23 . 795]</w:t>
      </w:r>
    </w:p>
    <w:p>
      <w:r>
        <w:rPr>
          <w:rFonts w:ascii="Gentium Plus" w:hAnsi="Gentium Plus"/>
          <w:sz w:val="24"/>
        </w:rPr>
        <w:t>[αἶνος] νῦν λόγος.</w:t>
      </w:r>
    </w:p>
    <w:p>
      <w:r>
        <w:rPr>
          <w:rFonts w:ascii="Courier New" w:hAnsi="Courier New"/>
          <w:color w:val="555555"/>
          <w:sz w:val="20"/>
        </w:rPr>
        <w:t>[23 . 805]</w:t>
      </w:r>
    </w:p>
    <w:p>
      <w:r>
        <w:rPr>
          <w:rFonts w:ascii="Gentium Plus" w:hAnsi="Gentium Plus"/>
          <w:sz w:val="24"/>
        </w:rPr>
        <w:t>[ὀρεξάμενος χρόα] ἐφαψάμενος τοῦ χρωτός.</w:t>
      </w:r>
    </w:p>
    <w:p>
      <w:r>
        <w:rPr>
          <w:rFonts w:ascii="Courier New" w:hAnsi="Courier New"/>
          <w:color w:val="555555"/>
          <w:sz w:val="20"/>
        </w:rPr>
        <w:t>[23 . 806]</w:t>
      </w:r>
    </w:p>
    <w:p>
      <w:r>
        <w:rPr>
          <w:rFonts w:ascii="Gentium Plus" w:hAnsi="Gentium Plus"/>
          <w:sz w:val="24"/>
        </w:rPr>
        <w:t>ἐνδίνων] τῶν—αὐτὰ 〈τῷ〉 θώρακι καὶ τοῖς λοιποῖς ὅπλοις. οἱ δὲ ἀποδιδόντες ἐντέρων—μονομαχοῦσιν.</w:t>
      </w:r>
    </w:p>
    <w:p>
      <w:r>
        <w:rPr>
          <w:rFonts w:ascii="Courier New" w:hAnsi="Courier New"/>
          <w:color w:val="555555"/>
          <w:sz w:val="20"/>
        </w:rPr>
        <w:t>[23 . 821]</w:t>
      </w:r>
    </w:p>
    <w:p>
      <w:r>
        <w:rPr>
          <w:rFonts w:ascii="Gentium Plus" w:hAnsi="Gentium Plus"/>
          <w:sz w:val="24"/>
        </w:rPr>
        <w:t>αἰὲν—φαεινοῦ] ἱστόρηται—τῇ λεοντῇ.</w:t>
      </w:r>
    </w:p>
    <w:p>
      <w:r>
        <w:rPr>
          <w:rFonts w:ascii="Courier New" w:hAnsi="Courier New"/>
          <w:color w:val="555555"/>
          <w:sz w:val="20"/>
        </w:rPr>
        <w:t>[23 . 826]</w:t>
      </w:r>
    </w:p>
    <w:p>
      <w:r>
        <w:rPr>
          <w:rFonts w:ascii="Gentium Plus" w:hAnsi="Gentium Plus"/>
          <w:sz w:val="24"/>
        </w:rPr>
        <w:t>[σόλον] τί διαφέρει σόλος καὶ δίσκος; ὅτι ὁ μὲν σόλος στρογγύλος καὶ σφαιροειδής ἐστιν, ὁ δὲ δίσκος πλατύς ἐστι καὶ κοιλότερος. αὐτοχόωνον] ἐκ χεομένης—τερπνήν.</w:t>
      </w:r>
    </w:p>
    <w:p>
      <w:r>
        <w:rPr>
          <w:rFonts w:ascii="Courier New" w:hAnsi="Courier New"/>
          <w:color w:val="555555"/>
          <w:sz w:val="20"/>
        </w:rPr>
        <w:t>[23 . 832]</w:t>
      </w:r>
    </w:p>
    <w:p>
      <w:r>
        <w:rPr>
          <w:rFonts w:ascii="Gentium Plus" w:hAnsi="Gentium Plus"/>
          <w:sz w:val="24"/>
        </w:rPr>
        <w:t>[πίονες] νῦν εὐδαίμονες.</w:t>
      </w:r>
    </w:p>
    <w:p>
      <w:r>
        <w:rPr>
          <w:rFonts w:ascii="Courier New" w:hAnsi="Courier New"/>
          <w:color w:val="555555"/>
          <w:sz w:val="20"/>
        </w:rPr>
        <w:t>[23 . 834]</w:t>
      </w:r>
    </w:p>
    <w:p>
      <w:r>
        <w:rPr>
          <w:rFonts w:ascii="Gentium Plus" w:hAnsi="Gentium Plus"/>
          <w:sz w:val="24"/>
        </w:rPr>
        <w:t>[χρεώμενος] χρώμενος ἢ χρῄζων.</w:t>
      </w:r>
    </w:p>
    <w:p>
      <w:r>
        <w:rPr>
          <w:rFonts w:ascii="Courier New" w:hAnsi="Courier New"/>
          <w:color w:val="555555"/>
          <w:sz w:val="20"/>
        </w:rPr>
        <w:t>[23 . 845]</w:t>
      </w:r>
    </w:p>
    <w:p>
      <w:r>
        <w:rPr>
          <w:rFonts w:ascii="Gentium Plus" w:hAnsi="Gentium Plus"/>
          <w:sz w:val="24"/>
        </w:rPr>
        <w:t>[καλαύροπα] τὴν βουκολικὴν—ἔχον, ὅ ἐστι βάρος.</w:t>
      </w:r>
    </w:p>
    <w:p>
      <w:r>
        <w:rPr>
          <w:rFonts w:ascii="Courier New" w:hAnsi="Courier New"/>
          <w:color w:val="555555"/>
          <w:sz w:val="20"/>
        </w:rPr>
        <w:t>[23 . 846]</w:t>
      </w:r>
    </w:p>
    <w:p>
      <w:r>
        <w:rPr>
          <w:rFonts w:ascii="Gentium Plus" w:hAnsi="Gentium Plus"/>
          <w:sz w:val="24"/>
        </w:rPr>
        <w:t>[διὰ βοῦς] διὰ ἀγελαίων βοῶν.</w:t>
      </w:r>
    </w:p>
    <w:p>
      <w:r>
        <w:rPr>
          <w:rFonts w:ascii="Courier New" w:hAnsi="Courier New"/>
          <w:color w:val="555555"/>
          <w:sz w:val="20"/>
        </w:rPr>
        <w:t>[23 . 850]</w:t>
      </w:r>
    </w:p>
    <w:p>
      <w:r>
        <w:rPr>
          <w:rFonts w:ascii="Gentium Plus" w:hAnsi="Gentium Plus"/>
          <w:sz w:val="24"/>
        </w:rPr>
        <w:t>ἰόεντα] ἤτοι τὸν ἰὸν γεννῶντα ἢ μέλανα· ἄμεινον τὸν πρὸς ἰῶν κατασκευὴν ἐπιτήδειον, ὅ ἐστι βελῶν.</w:t>
      </w:r>
    </w:p>
    <w:p>
      <w:r>
        <w:rPr>
          <w:rFonts w:ascii="Courier New" w:hAnsi="Courier New"/>
          <w:color w:val="555555"/>
          <w:sz w:val="20"/>
        </w:rPr>
        <w:t>[23 . 851]</w:t>
      </w:r>
    </w:p>
    <w:p>
      <w:r>
        <w:rPr>
          <w:rFonts w:ascii="Gentium Plus" w:hAnsi="Gentium Plus"/>
          <w:sz w:val="24"/>
        </w:rPr>
        <w:t>πελέκεας] ἀξίνας διστόμους—ὁ στειλειός.</w:t>
      </w:r>
    </w:p>
    <w:p>
      <w:r>
        <w:rPr>
          <w:rFonts w:ascii="Courier New" w:hAnsi="Courier New"/>
          <w:color w:val="555555"/>
          <w:sz w:val="20"/>
        </w:rPr>
        <w:t>[23 . 856]</w:t>
      </w:r>
    </w:p>
    <w:p>
      <w:r>
        <w:rPr>
          <w:rFonts w:ascii="Gentium Plus" w:hAnsi="Gentium Plus"/>
          <w:sz w:val="24"/>
        </w:rPr>
        <w:t>[πάντας ἀειράμενος πελέκεας] τοὺς ὅλους πελέκεας ἐπάρας.</w:t>
      </w:r>
    </w:p>
    <w:p>
      <w:r>
        <w:rPr>
          <w:rFonts w:ascii="Courier New" w:hAnsi="Courier New"/>
          <w:color w:val="555555"/>
          <w:sz w:val="20"/>
        </w:rPr>
        <w:t>[23 . 857]</w:t>
      </w:r>
    </w:p>
    <w:p>
      <w:r>
        <w:rPr>
          <w:rFonts w:ascii="Gentium Plus" w:hAnsi="Gentium Plus"/>
          <w:sz w:val="24"/>
        </w:rPr>
        <w:t>μηρίνθοιο τύχῃ] καὶ μὴν—μενούσης.</w:t>
      </w:r>
    </w:p>
    <w:p>
      <w:r>
        <w:rPr>
          <w:rFonts w:ascii="Courier New" w:hAnsi="Courier New"/>
          <w:color w:val="555555"/>
          <w:sz w:val="20"/>
        </w:rPr>
        <w:t>[23 . 870]</w:t>
      </w:r>
    </w:p>
    <w:p>
      <w:r>
        <w:rPr>
          <w:rFonts w:ascii="Gentium Plus" w:hAnsi="Gentium Plus"/>
          <w:sz w:val="24"/>
        </w:rPr>
        <w:t>ἐξείρυσε χειρὸς] δηλονότι τοῦ Ἰδομενέως· τῷ γὰρ αὐτῷ τόξῳ ἐχρῶντο.</w:t>
      </w:r>
    </w:p>
    <w:p>
      <w:r>
        <w:rPr>
          <w:rFonts w:ascii="Courier New" w:hAnsi="Courier New"/>
          <w:color w:val="555555"/>
          <w:sz w:val="20"/>
        </w:rPr>
        <w:t>[23 . 879]</w:t>
      </w:r>
    </w:p>
    <w:p>
      <w:r>
        <w:rPr>
          <w:rFonts w:ascii="Gentium Plus" w:hAnsi="Gentium Plus"/>
          <w:sz w:val="24"/>
        </w:rPr>
        <w:t>[σὺν δὲ πτερὰ πυκνὰ λίασθεν] συνεκρότησε δὲ τὰ πτερά.</w:t>
      </w:r>
    </w:p>
    <w:p>
      <w:r>
        <w:rPr>
          <w:rFonts w:ascii="Courier New" w:hAnsi="Courier New"/>
          <w:color w:val="555555"/>
          <w:sz w:val="20"/>
        </w:rPr>
        <w:t>[23 . 885]</w:t>
      </w:r>
    </w:p>
    <w:p>
      <w:r>
        <w:rPr>
          <w:rFonts w:ascii="Gentium Plus" w:hAnsi="Gentium Plus"/>
          <w:sz w:val="24"/>
        </w:rPr>
        <w:t>ἀνθεμόεντα] ἤτοι οὐκ εἰς πῦρ χρήσιμον, ἀλλ’ ἀναθεματικὸν ἢ ἀνθεμώδη.</w:t>
      </w:r>
    </w:p>
    <w:p>
      <w:r>
        <w:rPr>
          <w:rFonts w:ascii="Courier New" w:hAnsi="Courier New"/>
          <w:color w:val="555555"/>
          <w:sz w:val="20"/>
        </w:rPr>
        <w:t>[23 . 891]</w:t>
      </w:r>
    </w:p>
    <w:p>
      <w:r>
        <w:rPr>
          <w:rFonts w:ascii="Gentium Plus" w:hAnsi="Gentium Plus"/>
          <w:sz w:val="24"/>
        </w:rPr>
        <w:t>[ἥμασιν] ἀκοντίοις. ἀπὸ τοῦ ἱέναι.</w:t>
      </w:r>
    </w:p>
    <w:p>
      <w:r>
        <w:rPr>
          <w:rFonts w:ascii="Courier New" w:hAnsi="Courier New"/>
          <w:color w:val="555555"/>
          <w:sz w:val="20"/>
        </w:rPr>
        <w:t>[24 . 1]</w:t>
      </w:r>
    </w:p>
    <w:p>
      <w:r>
        <w:rPr>
          <w:rFonts w:ascii="Gentium Plus" w:hAnsi="Gentium Plus"/>
          <w:sz w:val="24"/>
        </w:rPr>
        <w:t>ἀγών] νῦν τὸ ἀθρόισμα τῶν θεατῶν.</w:t>
      </w:r>
    </w:p>
    <w:p>
      <w:r>
        <w:rPr>
          <w:rFonts w:ascii="Courier New" w:hAnsi="Courier New"/>
          <w:color w:val="555555"/>
          <w:sz w:val="20"/>
        </w:rPr>
        <w:t>[24 2-3]</w:t>
      </w:r>
    </w:p>
    <w:p>
      <w:r>
        <w:rPr>
          <w:rFonts w:ascii="Gentium Plus" w:hAnsi="Gentium Plus"/>
          <w:sz w:val="24"/>
        </w:rPr>
        <w:t>[δόρποιο μέδοντο ὕπνου τε] ἐπεμελοῦντο τροφῆς καὶ ὕπνου.</w:t>
      </w:r>
    </w:p>
    <w:p>
      <w:r>
        <w:rPr>
          <w:rFonts w:ascii="Courier New" w:hAnsi="Courier New"/>
          <w:color w:val="555555"/>
          <w:sz w:val="20"/>
        </w:rPr>
        <w:t>[24 . 12]</w:t>
      </w:r>
    </w:p>
    <w:p>
      <w:r>
        <w:rPr>
          <w:rFonts w:ascii="Gentium Plus" w:hAnsi="Gentium Plus"/>
          <w:sz w:val="24"/>
        </w:rPr>
        <w:t>ἀλύων] καταστένων, ἀλώμενος καὶ λύσιν μὴ εὑρίσκων τῶν κακῶν.</w:t>
      </w:r>
    </w:p>
    <w:p>
      <w:r>
        <w:rPr>
          <w:rFonts w:ascii="Courier New" w:hAnsi="Courier New"/>
          <w:color w:val="555555"/>
          <w:sz w:val="20"/>
        </w:rPr>
        <w:t>[24 . 24]</w:t>
      </w:r>
    </w:p>
    <w:p>
      <w:r>
        <w:rPr>
          <w:rFonts w:ascii="Gentium Plus" w:hAnsi="Gentium Plus"/>
          <w:sz w:val="24"/>
        </w:rPr>
        <w:t>ἐΰσκοπον] τὸν τὰ πάντα σκοπούμενον καὶ εὑρίσκων. κλέψαι—Ἀργεϊφόντην] Ζεὺς ἐρασθεὶς—Ἐρα‐ τοσθένει.</w:t>
      </w:r>
    </w:p>
    <w:p>
      <w:r>
        <w:rPr>
          <w:rFonts w:ascii="Courier New" w:hAnsi="Courier New"/>
          <w:color w:val="555555"/>
          <w:sz w:val="20"/>
        </w:rPr>
        <w:t>[24 . 29]</w:t>
      </w:r>
    </w:p>
    <w:p>
      <w:r>
        <w:rPr>
          <w:rFonts w:ascii="Gentium Plus" w:hAnsi="Gentium Plus"/>
          <w:sz w:val="24"/>
        </w:rPr>
        <w:t>[νείκεσσε] νῦν ἔκρινεν.</w:t>
      </w:r>
    </w:p>
    <w:p>
      <w:r>
        <w:rPr>
          <w:rFonts w:ascii="Courier New" w:hAnsi="Courier New"/>
          <w:color w:val="555555"/>
          <w:sz w:val="20"/>
        </w:rPr>
        <w:t>[24 . 30]</w:t>
      </w:r>
    </w:p>
    <w:p>
      <w:r>
        <w:rPr>
          <w:rFonts w:ascii="Gentium Plus" w:hAnsi="Gentium Plus"/>
          <w:sz w:val="24"/>
        </w:rPr>
        <w:t>[μαχλοσύνην] τὴν πρὸς συνουσίαν κατωφέρειαν.</w:t>
      </w:r>
    </w:p>
    <w:p>
      <w:r>
        <w:rPr>
          <w:rFonts w:ascii="Courier New" w:hAnsi="Courier New"/>
          <w:color w:val="555555"/>
          <w:sz w:val="20"/>
        </w:rPr>
        <w:t>[24 . 46]</w:t>
      </w:r>
    </w:p>
    <w:p>
      <w:r>
        <w:rPr>
          <w:rFonts w:ascii="Gentium Plus" w:hAnsi="Gentium Plus"/>
          <w:sz w:val="24"/>
        </w:rPr>
        <w:t>[ὀλέσσαι] ἀντὶ τοῦ ὀλωλέναι, ἀόριστος ἀντὶ παρακειμένου.</w:t>
      </w:r>
    </w:p>
    <w:p>
      <w:r>
        <w:rPr>
          <w:rFonts w:ascii="Courier New" w:hAnsi="Courier New"/>
          <w:color w:val="555555"/>
          <w:sz w:val="20"/>
        </w:rPr>
        <w:t>[24 . 54]</w:t>
      </w:r>
    </w:p>
    <w:p>
      <w:r>
        <w:rPr>
          <w:rFonts w:ascii="Gentium Plus" w:hAnsi="Gentium Plus"/>
          <w:sz w:val="24"/>
        </w:rPr>
        <w:t>[κωφὴν—ἀεικίζει] ἀντὶ τοῦ ἀναίσθητον ὑβρίζει.</w:t>
      </w:r>
    </w:p>
    <w:p>
      <w:r>
        <w:rPr>
          <w:rFonts w:ascii="Courier New" w:hAnsi="Courier New"/>
          <w:color w:val="555555"/>
          <w:sz w:val="20"/>
        </w:rPr>
        <w:t>[24 . 68]</w:t>
      </w:r>
    </w:p>
    <w:p>
      <w:r>
        <w:rPr>
          <w:rFonts w:ascii="Gentium Plus" w:hAnsi="Gentium Plus"/>
          <w:sz w:val="24"/>
        </w:rPr>
        <w:t>[ἐπεὶ—δώρων] ἐπεὶ οὐχ ἁμαρτάνων ἐγιγνώσκετο παρὰ τοῖς θεοῖς.</w:t>
      </w:r>
    </w:p>
    <w:p>
      <w:r>
        <w:rPr>
          <w:rFonts w:ascii="Courier New" w:hAnsi="Courier New"/>
          <w:color w:val="555555"/>
          <w:sz w:val="20"/>
        </w:rPr>
        <w:t>[24 . 75]</w:t>
      </w:r>
    </w:p>
    <w:p>
      <w:r>
        <w:rPr>
          <w:rFonts w:ascii="Gentium Plus" w:hAnsi="Gentium Plus"/>
          <w:sz w:val="24"/>
        </w:rPr>
        <w:t>[πυκινὸν ἔπος] ὅτι συμφέρει αὐτῷ, ἵνα μὴ κλαίῃ.</w:t>
      </w:r>
    </w:p>
    <w:p>
      <w:r>
        <w:rPr>
          <w:rFonts w:ascii="Courier New" w:hAnsi="Courier New"/>
          <w:color w:val="555555"/>
          <w:sz w:val="20"/>
        </w:rPr>
        <w:t>[24 . 78]</w:t>
      </w:r>
    </w:p>
    <w:p>
      <w:r>
        <w:rPr>
          <w:rFonts w:ascii="Gentium Plus" w:hAnsi="Gentium Plus"/>
          <w:sz w:val="24"/>
        </w:rPr>
        <w:t>[Σάμου] νῆσος Θρᾴκης ἐφ’ Ἑλλησπόντῳ,</w:t>
      </w:r>
    </w:p>
    <w:p>
      <w:r>
        <w:rPr>
          <w:rFonts w:ascii="Courier New" w:hAnsi="Courier New"/>
          <w:color w:val="555555"/>
          <w:sz w:val="20"/>
        </w:rPr>
        <w:t>[24 . 96]</w:t>
      </w:r>
    </w:p>
    <w:p>
      <w:r>
        <w:rPr>
          <w:rFonts w:ascii="Gentium Plus" w:hAnsi="Gentium Plus"/>
          <w:sz w:val="24"/>
        </w:rPr>
        <w:t>[λιάζετο] ἢ «λάζετο».</w:t>
      </w:r>
    </w:p>
    <w:p>
      <w:r>
        <w:rPr>
          <w:rFonts w:ascii="Courier New" w:hAnsi="Courier New"/>
          <w:color w:val="555555"/>
          <w:sz w:val="20"/>
        </w:rPr>
        <w:t>[24 . 119]</w:t>
      </w:r>
    </w:p>
    <w:p>
      <w:r>
        <w:rPr>
          <w:rFonts w:ascii="Gentium Plus" w:hAnsi="Gentium Plus"/>
          <w:sz w:val="24"/>
        </w:rPr>
        <w:t>ἰήνῃ] διαχέει, ὅ ἐστι χαρῆναι ποιήσει τοῦ Ἀχιλλέως τὴν ψυχὴν εὐφροσύνῃ.</w:t>
      </w:r>
    </w:p>
    <w:p>
      <w:r>
        <w:rPr>
          <w:rFonts w:ascii="Courier New" w:hAnsi="Courier New"/>
          <w:color w:val="555555"/>
          <w:sz w:val="20"/>
        </w:rPr>
        <w:t>[24 . 124]</w:t>
      </w:r>
    </w:p>
    <w:p>
      <w:r>
        <w:rPr>
          <w:rFonts w:ascii="Gentium Plus" w:hAnsi="Gentium Plus"/>
          <w:sz w:val="24"/>
        </w:rPr>
        <w:t>καὶ ἐντύνοντο τράπεζαν] παρεσκευάζοντο, εὐτρέπιζον. ἄριστον δὲ λέγει νῦν τὸ πρωϊνὸν, ὃ ἡμεῖς λέγομεν τὸ ἀκράτισμα, ὥσπερ αὖ πάλιν τὸ παρ’ ἡμῖν ἄριστον ὁ ποιητής φησι δεῖπνον, μεθ’ ὃ δεῖ πονεῖν, τὸ δὲ δεῖπνον δόρπον.</w:t>
      </w:r>
    </w:p>
    <w:p>
      <w:r>
        <w:rPr>
          <w:rFonts w:ascii="Courier New" w:hAnsi="Courier New"/>
          <w:color w:val="555555"/>
          <w:sz w:val="20"/>
        </w:rPr>
        <w:t>[24 . 125]</w:t>
      </w:r>
    </w:p>
    <w:p>
      <w:r>
        <w:rPr>
          <w:rFonts w:ascii="Gentium Plus" w:hAnsi="Gentium Plus"/>
          <w:sz w:val="24"/>
        </w:rPr>
        <w:t>λάσιος] δασύς, τετριχωμένος. σημαίνει δὲ καὶ τὸ συνετὸς.</w:t>
      </w:r>
    </w:p>
    <w:p>
      <w:r>
        <w:rPr>
          <w:rFonts w:ascii="Courier New" w:hAnsi="Courier New"/>
          <w:color w:val="555555"/>
          <w:sz w:val="20"/>
        </w:rPr>
        <w:t>[24 . 137]</w:t>
      </w:r>
    </w:p>
    <w:p>
      <w:r>
        <w:rPr>
          <w:rFonts w:ascii="Gentium Plus" w:hAnsi="Gentium Plus"/>
          <w:sz w:val="24"/>
        </w:rPr>
        <w:t>[νεκροῖο] ὑπὲρ νεκροῦ.</w:t>
      </w:r>
    </w:p>
    <w:p>
      <w:r>
        <w:rPr>
          <w:rFonts w:ascii="Courier New" w:hAnsi="Courier New"/>
          <w:color w:val="555555"/>
          <w:sz w:val="20"/>
        </w:rPr>
        <w:t>[24 . 139]</w:t>
      </w:r>
    </w:p>
    <w:p>
      <w:r>
        <w:rPr>
          <w:rFonts w:ascii="Gentium Plus" w:hAnsi="Gentium Plus"/>
          <w:sz w:val="24"/>
        </w:rPr>
        <w:t>τῇ δ’ εἴη· ὃς ἄποινα] παρεστώς ἐστιν ἐνθάδε· ἡκέτω ὁ κομί‐ ζων τὰ λύτρα.</w:t>
      </w:r>
    </w:p>
    <w:p>
      <w:r>
        <w:rPr>
          <w:rFonts w:ascii="Courier New" w:hAnsi="Courier New"/>
          <w:color w:val="555555"/>
          <w:sz w:val="20"/>
        </w:rPr>
        <w:t>[24 . 141]</w:t>
      </w:r>
    </w:p>
    <w:p>
      <w:r>
        <w:rPr>
          <w:rFonts w:ascii="Gentium Plus" w:hAnsi="Gentium Plus"/>
          <w:sz w:val="24"/>
        </w:rPr>
        <w:t>ἐν νηῶν ἀγύρει] ὅμοιον τῷ νεῶν ἐν ἀγῶνι, ὅ ἐστιν ἀθροίσματι.</w:t>
      </w:r>
    </w:p>
    <w:p>
      <w:r>
        <w:rPr>
          <w:rFonts w:ascii="Courier New" w:hAnsi="Courier New"/>
          <w:color w:val="555555"/>
          <w:sz w:val="20"/>
        </w:rPr>
        <w:t>[24 . 157]</w:t>
      </w:r>
    </w:p>
    <w:p>
      <w:r>
        <w:rPr>
          <w:rFonts w:ascii="Gentium Plus" w:hAnsi="Gentium Plus"/>
          <w:sz w:val="24"/>
        </w:rPr>
        <w:t>ἄσκοπος] ἄστοχος τῇ γνώμῃ καὶ ἀπρόοπτος τοῦ μέλλοντος, ἐξ οὗ ἀνόητος.</w:t>
      </w:r>
    </w:p>
    <w:p>
      <w:r>
        <w:rPr>
          <w:rFonts w:ascii="Courier New" w:hAnsi="Courier New"/>
          <w:color w:val="555555"/>
          <w:sz w:val="20"/>
        </w:rPr>
        <w:t>[24 . 158]</w:t>
      </w:r>
    </w:p>
    <w:p>
      <w:r>
        <w:rPr>
          <w:rFonts w:ascii="Gentium Plus" w:hAnsi="Gentium Plus"/>
          <w:sz w:val="24"/>
        </w:rPr>
        <w:t>[πεφιδήσεται] φείσεται. ἔστι δὲ μετ’ ὀλίγον μέλλων.</w:t>
      </w:r>
    </w:p>
    <w:p>
      <w:r>
        <w:rPr>
          <w:rFonts w:ascii="Courier New" w:hAnsi="Courier New"/>
          <w:color w:val="555555"/>
          <w:sz w:val="20"/>
        </w:rPr>
        <w:t>[24 . 163]</w:t>
      </w:r>
    </w:p>
    <w:p>
      <w:r>
        <w:rPr>
          <w:rFonts w:ascii="Gentium Plus" w:hAnsi="Gentium Plus"/>
          <w:sz w:val="24"/>
        </w:rPr>
        <w:t>[ἐντυπὰς ἐν χλαίνῃ] οὕτω—φαίνεσθαι.</w:t>
      </w:r>
    </w:p>
    <w:p>
      <w:r>
        <w:rPr>
          <w:rFonts w:ascii="Courier New" w:hAnsi="Courier New"/>
          <w:color w:val="555555"/>
          <w:sz w:val="20"/>
        </w:rPr>
        <w:t>[24 . 164]</w:t>
      </w:r>
    </w:p>
    <w:p>
      <w:r>
        <w:rPr>
          <w:rFonts w:ascii="Gentium Plus" w:hAnsi="Gentium Plus"/>
          <w:sz w:val="24"/>
        </w:rPr>
        <w:t>[κόπρος] κοινῶς μὲν τὰ κόπρια, νῦν δὲ ἡ κόνις.</w:t>
      </w:r>
    </w:p>
    <w:p>
      <w:r>
        <w:rPr>
          <w:rFonts w:ascii="Courier New" w:hAnsi="Courier New"/>
          <w:color w:val="555555"/>
          <w:sz w:val="20"/>
        </w:rPr>
        <w:t>[24 . 166]</w:t>
      </w:r>
    </w:p>
    <w:p>
      <w:r>
        <w:rPr>
          <w:rFonts w:ascii="Gentium Plus" w:hAnsi="Gentium Plus"/>
          <w:sz w:val="24"/>
        </w:rPr>
        <w:t>[νυοὶ] αἱ τῶν υἱῶν γυναῖκες, αἱ νύμφαι.</w:t>
      </w:r>
    </w:p>
    <w:p>
      <w:r>
        <w:rPr>
          <w:rFonts w:ascii="Courier New" w:hAnsi="Courier New"/>
          <w:color w:val="555555"/>
          <w:sz w:val="20"/>
        </w:rPr>
        <w:t>[24 . 185]</w:t>
      </w:r>
    </w:p>
    <w:p>
      <w:r>
        <w:rPr>
          <w:rFonts w:ascii="Gentium Plus" w:hAnsi="Gentium Plus"/>
          <w:sz w:val="24"/>
        </w:rPr>
        <w:t>[ἐρύξει] ἐφέξει, λύσει.</w:t>
      </w:r>
    </w:p>
    <w:p>
      <w:r>
        <w:rPr>
          <w:rFonts w:ascii="Courier New" w:hAnsi="Courier New"/>
          <w:color w:val="555555"/>
          <w:sz w:val="20"/>
        </w:rPr>
        <w:t>[24 . 189]</w:t>
      </w:r>
    </w:p>
    <w:p>
      <w:r>
        <w:rPr>
          <w:rFonts w:ascii="Gentium Plus" w:hAnsi="Gentium Plus"/>
          <w:sz w:val="24"/>
        </w:rPr>
        <w:t>[ἡμιονείην] πρὸς ἡμιόνων ζεῦξιν ἐπιτηδείαν.</w:t>
      </w:r>
    </w:p>
    <w:p>
      <w:r>
        <w:rPr>
          <w:rFonts w:ascii="Courier New" w:hAnsi="Courier New"/>
          <w:color w:val="555555"/>
          <w:sz w:val="20"/>
        </w:rPr>
        <w:t>[24 . 190]</w:t>
      </w:r>
    </w:p>
    <w:p>
      <w:r>
        <w:rPr>
          <w:rFonts w:ascii="Gentium Plus" w:hAnsi="Gentium Plus"/>
          <w:sz w:val="24"/>
        </w:rPr>
        <w:t>πείρινθα] τὸ ἐπικείμενον τῇ ἁμάξῃ πλινθίον, ἐφ’ οὗ φέρουσι —καλοῦσιν.</w:t>
      </w:r>
    </w:p>
    <w:p>
      <w:r>
        <w:rPr>
          <w:rFonts w:ascii="Courier New" w:hAnsi="Courier New"/>
          <w:color w:val="555555"/>
          <w:sz w:val="20"/>
        </w:rPr>
        <w:t>[24 . 192]</w:t>
      </w:r>
    </w:p>
    <w:p>
      <w:r>
        <w:rPr>
          <w:rFonts w:ascii="Gentium Plus" w:hAnsi="Gentium Plus"/>
          <w:sz w:val="24"/>
        </w:rPr>
        <w:t>[κέδρινον, ὑψόροφον] ἐκ κεδρίνων ξύλων ἔχοντα τὴν ὀροφὴν ὑψηλήν.</w:t>
      </w:r>
    </w:p>
    <w:p>
      <w:r>
        <w:rPr>
          <w:rFonts w:ascii="Courier New" w:hAnsi="Courier New"/>
          <w:color w:val="555555"/>
          <w:sz w:val="20"/>
        </w:rPr>
        <w:t>[24 192bis]</w:t>
      </w:r>
    </w:p>
    <w:p>
      <w:r>
        <w:rPr>
          <w:rFonts w:ascii="Gentium Plus" w:hAnsi="Gentium Plus"/>
          <w:sz w:val="24"/>
        </w:rPr>
        <w:t>γλήνεα πολλὰ κεχάνδει] πολλῆς θεᾶς ἄξια, κόσμια, ἢ χρήματα κατὰ Ἠλείους. οἱ δὲ ἀξιοθέατα. γλήνη δὲ παρὰ τὸ γλαμυρὸν— ὅθεν. «Ἀρχέδημος ὁ γλήμων» (Aristoph. Gren. 588.) —ἐν</w:t>
      </w:r>
    </w:p>
    <w:p>
      <w:r>
        <w:rPr>
          <w:rFonts w:ascii="Courier New" w:hAnsi="Courier New"/>
          <w:color w:val="555555"/>
          <w:sz w:val="20"/>
        </w:rPr>
        <w:t>[24 . 205]</w:t>
      </w:r>
    </w:p>
    <w:p>
      <w:r>
        <w:rPr>
          <w:rFonts w:ascii="Gentium Plus" w:hAnsi="Gentium Plus"/>
          <w:sz w:val="24"/>
        </w:rPr>
        <w:t>[σιδήρειον ..... ἦτορ] ἰσχυρὰ ψυχὴ, ἐξ οὗ ἀπηνὴς καὶ σκληρά.</w:t>
      </w:r>
    </w:p>
    <w:p>
      <w:r>
        <w:rPr>
          <w:rFonts w:ascii="Courier New" w:hAnsi="Courier New"/>
          <w:color w:val="555555"/>
          <w:sz w:val="20"/>
        </w:rPr>
        <w:t>[24 . 207]</w:t>
      </w:r>
    </w:p>
    <w:p>
      <w:r>
        <w:rPr>
          <w:rFonts w:ascii="Gentium Plus" w:hAnsi="Gentium Plus"/>
          <w:sz w:val="24"/>
        </w:rPr>
        <w:t>ὠμηστής] ὠμὸς τὸν τρόπον οἷα τὰ ὠμοφάγα θηρία.</w:t>
      </w:r>
    </w:p>
    <w:p>
      <w:r>
        <w:rPr>
          <w:rFonts w:ascii="Courier New" w:hAnsi="Courier New"/>
          <w:color w:val="555555"/>
          <w:sz w:val="20"/>
        </w:rPr>
        <w:t>[24 . 213]</w:t>
      </w:r>
    </w:p>
    <w:p>
      <w:r>
        <w:rPr>
          <w:rFonts w:ascii="Gentium Plus" w:hAnsi="Gentium Plus"/>
          <w:sz w:val="24"/>
        </w:rPr>
        <w:t>ἄντιτα] ἀ〈ντι〉τιμώρητα, ἐν μέρει τινὶ τιμωρίαν λαμβάνοντα.</w:t>
      </w:r>
    </w:p>
    <w:p>
      <w:r>
        <w:rPr>
          <w:rFonts w:ascii="Courier New" w:hAnsi="Courier New"/>
          <w:color w:val="555555"/>
          <w:sz w:val="20"/>
        </w:rPr>
        <w:t>[24 . 221]</w:t>
      </w:r>
    </w:p>
    <w:p>
      <w:r>
        <w:rPr>
          <w:rFonts w:ascii="Gentium Plus" w:hAnsi="Gentium Plus"/>
          <w:sz w:val="24"/>
        </w:rPr>
        <w:t>θυοσκόοι] οἱ τὰς θυσίας ἐπιτελοῦντες καὶ δι’ αὐτῶν μαντευόμε‐ νοι ἢ οἱ λιβανομάντεις.</w:t>
      </w:r>
    </w:p>
    <w:p>
      <w:r>
        <w:rPr>
          <w:rFonts w:ascii="Courier New" w:hAnsi="Courier New"/>
          <w:color w:val="555555"/>
          <w:sz w:val="20"/>
        </w:rPr>
        <w:t>[24 . 227]</w:t>
      </w:r>
    </w:p>
    <w:p>
      <w:r>
        <w:rPr>
          <w:rFonts w:ascii="Gentium Plus" w:hAnsi="Gentium Plus"/>
          <w:sz w:val="24"/>
        </w:rPr>
        <w:t>γόου ἐξ ἔρον εἵην] κλαίων κορεσθείην, ἢ τὴν ἐπιθυμίαν πλη‐ ρώσαιμι.</w:t>
      </w:r>
    </w:p>
    <w:p>
      <w:r>
        <w:rPr>
          <w:rFonts w:ascii="Courier New" w:hAnsi="Courier New"/>
          <w:color w:val="555555"/>
          <w:sz w:val="20"/>
        </w:rPr>
        <w:t>[24 . 235]</w:t>
      </w:r>
    </w:p>
    <w:p>
      <w:r>
        <w:rPr>
          <w:rFonts w:ascii="Gentium Plus" w:hAnsi="Gentium Plus"/>
          <w:sz w:val="24"/>
        </w:rPr>
        <w:t>[ἐξεσίην] κατὰ δημοσίαν ἔξοδον, πρεσβείαν.</w:t>
      </w:r>
    </w:p>
    <w:p>
      <w:r>
        <w:rPr>
          <w:rFonts w:ascii="Courier New" w:hAnsi="Courier New"/>
          <w:color w:val="555555"/>
          <w:sz w:val="20"/>
        </w:rPr>
        <w:t>[24 . 241]</w:t>
      </w:r>
    </w:p>
    <w:p>
      <w:r>
        <w:rPr>
          <w:rFonts w:ascii="Gentium Plus" w:hAnsi="Gentium Plus"/>
          <w:sz w:val="24"/>
        </w:rPr>
        <w:t>ἢ ὄνεσθε] ἢ ἐφήδεσθέ μοι καὶ ἐπὶ ταῖς συμφοραῖς εὐφραίνεσθε, ἀπὸ τοῦ ὄνασθαι, ἢ ἐκφαυλίζεσθε καὶ μικρὸν ἡγεῖσθε. ἄλλως· ὄνασθε] ὄνησίν τινα καὶ ὠφέλειαν ἔχετε.</w:t>
      </w:r>
    </w:p>
    <w:p>
      <w:r>
        <w:rPr>
          <w:rFonts w:ascii="Courier New" w:hAnsi="Courier New"/>
          <w:color w:val="555555"/>
          <w:sz w:val="20"/>
        </w:rPr>
        <w:t>[24 . 250]</w:t>
      </w:r>
    </w:p>
    <w:p>
      <w:r>
        <w:rPr>
          <w:rFonts w:ascii="Gentium Plus" w:hAnsi="Gentium Plus"/>
          <w:sz w:val="24"/>
        </w:rPr>
        <w:t>[Πολίτην] νῦν ὄνομα κύριον.</w:t>
      </w:r>
    </w:p>
    <w:p>
      <w:r>
        <w:rPr>
          <w:rFonts w:ascii="Courier New" w:hAnsi="Courier New"/>
          <w:color w:val="555555"/>
          <w:sz w:val="20"/>
        </w:rPr>
        <w:t>[24 . 251]</w:t>
      </w:r>
    </w:p>
    <w:p>
      <w:r>
        <w:rPr>
          <w:rFonts w:ascii="Gentium Plus" w:hAnsi="Gentium Plus"/>
          <w:sz w:val="24"/>
        </w:rPr>
        <w:t>Δηΐφοβον] Ἀλεξάνδρου—Λυκόφρονι.</w:t>
      </w:r>
    </w:p>
    <w:p>
      <w:r>
        <w:rPr>
          <w:rFonts w:ascii="Courier New" w:hAnsi="Courier New"/>
          <w:color w:val="555555"/>
          <w:sz w:val="20"/>
        </w:rPr>
        <w:t>[24 . 257]</w:t>
      </w:r>
    </w:p>
    <w:p>
      <w:r>
        <w:rPr>
          <w:rFonts w:ascii="Gentium Plus" w:hAnsi="Gentium Plus"/>
          <w:sz w:val="24"/>
        </w:rPr>
        <w:t>[ἱππιοχάρμην] ἤτοι ἄφ’ ἵππων μαχόμενον, ἢ ἵπποις χαίροντα.</w:t>
      </w:r>
    </w:p>
    <w:p>
      <w:r>
        <w:rPr>
          <w:rFonts w:ascii="Courier New" w:hAnsi="Courier New"/>
          <w:color w:val="555555"/>
          <w:sz w:val="20"/>
        </w:rPr>
        <w:t>[24 . 269]</w:t>
      </w:r>
    </w:p>
    <w:p>
      <w:r>
        <w:rPr>
          <w:rFonts w:ascii="Gentium Plus" w:hAnsi="Gentium Plus"/>
          <w:sz w:val="24"/>
        </w:rPr>
        <w:t>οἰήκεσσι] τοῖς κρίκοις δι’ ὧν διείρονται αἱ ἡνίαι.</w:t>
      </w:r>
    </w:p>
    <w:p>
      <w:r>
        <w:rPr>
          <w:rFonts w:ascii="Courier New" w:hAnsi="Courier New"/>
          <w:color w:val="555555"/>
          <w:sz w:val="20"/>
        </w:rPr>
        <w:t>[24 269bis]</w:t>
      </w:r>
    </w:p>
    <w:p>
      <w:r>
        <w:rPr>
          <w:rFonts w:ascii="Gentium Plus" w:hAnsi="Gentium Plus"/>
          <w:sz w:val="24"/>
        </w:rPr>
        <w:t>[ὀμφαλόεν] νῦν κεκοσμημένον.</w:t>
      </w:r>
    </w:p>
    <w:p>
      <w:r>
        <w:rPr>
          <w:rFonts w:ascii="Courier New" w:hAnsi="Courier New"/>
          <w:color w:val="555555"/>
          <w:sz w:val="20"/>
        </w:rPr>
        <w:t>[24 . 270]</w:t>
      </w:r>
    </w:p>
    <w:p>
      <w:r>
        <w:rPr>
          <w:rFonts w:ascii="Gentium Plus" w:hAnsi="Gentium Plus"/>
          <w:sz w:val="24"/>
        </w:rPr>
        <w:t>ζυγόδεσμον] ἵμαντα ᾧ προσδεῖται ὁ ζυγὸς τῷ ῥυμῷ.</w:t>
      </w:r>
    </w:p>
    <w:p>
      <w:r>
        <w:rPr>
          <w:rFonts w:ascii="Courier New" w:hAnsi="Courier New"/>
          <w:color w:val="555555"/>
          <w:sz w:val="20"/>
        </w:rPr>
        <w:t>[24 . 272]</w:t>
      </w:r>
    </w:p>
    <w:p>
      <w:r>
        <w:rPr>
          <w:rFonts w:ascii="Gentium Plus" w:hAnsi="Gentium Plus"/>
          <w:sz w:val="24"/>
        </w:rPr>
        <w:t>ἕστορι βάλλον] τῷ ἐνιεμένῳ πασσάλῳ κατὰ τοῦ ῥυμοῦ τοῦ ζυγοῦ· τινὲς δὲ γράφουσιν «ἕκτορι».</w:t>
      </w:r>
    </w:p>
    <w:p>
      <w:r>
        <w:rPr>
          <w:rFonts w:ascii="Courier New" w:hAnsi="Courier New"/>
          <w:color w:val="555555"/>
          <w:sz w:val="20"/>
        </w:rPr>
        <w:t>[24 . 273]</w:t>
      </w:r>
    </w:p>
    <w:p>
      <w:r>
        <w:rPr>
          <w:rFonts w:ascii="Gentium Plus" w:hAnsi="Gentium Plus"/>
          <w:sz w:val="24"/>
        </w:rPr>
        <w:t>[ἐπ’ ὀμφαλὸν] ἐπὶ τὸ μέσον τοῦ ζυγοῦ.</w:t>
      </w:r>
    </w:p>
    <w:p>
      <w:r>
        <w:rPr>
          <w:rFonts w:ascii="Courier New" w:hAnsi="Courier New"/>
          <w:color w:val="555555"/>
          <w:sz w:val="20"/>
        </w:rPr>
        <w:t>[24 . 274]</w:t>
      </w:r>
    </w:p>
    <w:p>
      <w:r>
        <w:rPr>
          <w:rFonts w:ascii="Gentium Plus" w:hAnsi="Gentium Plus"/>
          <w:sz w:val="24"/>
        </w:rPr>
        <w:t>[γλωχῖνα] τὴν γωνίαν. λέγει δὲ τὸ τέλος τοῦ ἵμαντος.</w:t>
      </w:r>
    </w:p>
    <w:p>
      <w:r>
        <w:rPr>
          <w:rFonts w:ascii="Courier New" w:hAnsi="Courier New"/>
          <w:color w:val="555555"/>
          <w:sz w:val="20"/>
        </w:rPr>
        <w:t>[24 . 277]</w:t>
      </w:r>
    </w:p>
    <w:p>
      <w:r>
        <w:rPr>
          <w:rFonts w:ascii="Gentium Plus" w:hAnsi="Gentium Plus"/>
          <w:sz w:val="24"/>
        </w:rPr>
        <w:t>τοὺς ὑποζυγίους καὶ μὴ ψιλῶς νωτοφόρους—φησίν.</w:t>
      </w:r>
    </w:p>
    <w:p>
      <w:r>
        <w:rPr>
          <w:rFonts w:ascii="Courier New" w:hAnsi="Courier New"/>
          <w:color w:val="555555"/>
          <w:sz w:val="20"/>
        </w:rPr>
        <w:t>[24 . 278]</w:t>
      </w:r>
    </w:p>
    <w:p>
      <w:r>
        <w:rPr>
          <w:rFonts w:ascii="Gentium Plus" w:hAnsi="Gentium Plus"/>
          <w:sz w:val="24"/>
        </w:rPr>
        <w:t>[Μυσοὶ] ἔθνος βάρβαρον.</w:t>
      </w:r>
    </w:p>
    <w:p>
      <w:r>
        <w:rPr>
          <w:rFonts w:ascii="Courier New" w:hAnsi="Courier New"/>
          <w:color w:val="555555"/>
          <w:sz w:val="20"/>
        </w:rPr>
        <w:t>[24 . 279]</w:t>
      </w:r>
    </w:p>
    <w:p>
      <w:r>
        <w:rPr>
          <w:rFonts w:ascii="Gentium Plus" w:hAnsi="Gentium Plus"/>
          <w:sz w:val="24"/>
        </w:rPr>
        <w:t>[ὕπαγον ζυγὸν] ὑπὸ τὸν ζυγὸν ἦγον</w:t>
      </w:r>
    </w:p>
    <w:p>
      <w:r>
        <w:rPr>
          <w:rFonts w:ascii="Courier New" w:hAnsi="Courier New"/>
          <w:color w:val="555555"/>
          <w:sz w:val="20"/>
        </w:rPr>
        <w:t>[24 . 283]</w:t>
      </w:r>
    </w:p>
    <w:p>
      <w:r>
        <w:rPr>
          <w:rFonts w:ascii="Gentium Plus" w:hAnsi="Gentium Plus"/>
          <w:sz w:val="24"/>
        </w:rPr>
        <w:t>[ἀγχίμολον] νῦν μετ’ ὀλίγον, πλησίον.</w:t>
      </w:r>
    </w:p>
    <w:p>
      <w:r>
        <w:rPr>
          <w:rFonts w:ascii="Courier New" w:hAnsi="Courier New"/>
          <w:color w:val="555555"/>
          <w:sz w:val="20"/>
        </w:rPr>
        <w:t>[24 . 293]</w:t>
      </w:r>
    </w:p>
    <w:p>
      <w:r>
        <w:rPr>
          <w:rFonts w:ascii="Gentium Plus" w:hAnsi="Gentium Plus"/>
          <w:sz w:val="24"/>
        </w:rPr>
        <w:t>[καὶ εὗ κράτος ἐστὶ μέγιστον] ὅστις ἰσχυρότατός ἐστι τῶν λοιπῶν ὀρνίθων.</w:t>
      </w:r>
    </w:p>
    <w:p>
      <w:r>
        <w:rPr>
          <w:rFonts w:ascii="Courier New" w:hAnsi="Courier New"/>
          <w:color w:val="555555"/>
          <w:sz w:val="20"/>
        </w:rPr>
        <w:t>[24 . 296]</w:t>
      </w:r>
    </w:p>
    <w:p>
      <w:r>
        <w:rPr>
          <w:rFonts w:ascii="Gentium Plus" w:hAnsi="Gentium Plus"/>
          <w:sz w:val="24"/>
        </w:rPr>
        <w:t>[ἐὸν] ἀγαθὸν ἢ ἴδιον.</w:t>
      </w:r>
    </w:p>
    <w:p>
      <w:r>
        <w:rPr>
          <w:rFonts w:ascii="Courier New" w:hAnsi="Courier New"/>
          <w:color w:val="555555"/>
          <w:sz w:val="20"/>
        </w:rPr>
        <w:t>[24 . 304]</w:t>
      </w:r>
    </w:p>
    <w:p>
      <w:r>
        <w:rPr>
          <w:rFonts w:ascii="Gentium Plus" w:hAnsi="Gentium Plus"/>
          <w:sz w:val="24"/>
        </w:rPr>
        <w:t>χέρνιβον] νῦν ἀγγεῖον, τὸ ὑποδεχόμενον τὸ ταῖς χερσὶν ἐπιβαλ‐ λόμενον ὕδωρ, ὃ καὶ λέβητά φησιν. [πρόχοον] τὸν παρ’ ἡμῖν καλούμενον ξέστην.</w:t>
      </w:r>
    </w:p>
    <w:p>
      <w:r>
        <w:rPr>
          <w:rFonts w:ascii="Courier New" w:hAnsi="Courier New"/>
          <w:color w:val="555555"/>
          <w:sz w:val="20"/>
        </w:rPr>
        <w:t>[24 . 309]</w:t>
      </w:r>
    </w:p>
    <w:p>
      <w:r>
        <w:rPr>
          <w:rFonts w:ascii="Gentium Plus" w:hAnsi="Gentium Plus"/>
          <w:sz w:val="24"/>
        </w:rPr>
        <w:t>λείπει τὸ δῶμα.</w:t>
      </w:r>
    </w:p>
    <w:p>
      <w:r>
        <w:rPr>
          <w:rFonts w:ascii="Courier New" w:hAnsi="Courier New"/>
          <w:color w:val="555555"/>
          <w:sz w:val="20"/>
        </w:rPr>
        <w:t>[24 . 318]</w:t>
      </w:r>
    </w:p>
    <w:p>
      <w:r>
        <w:rPr>
          <w:rFonts w:ascii="Gentium Plus" w:hAnsi="Gentium Plus"/>
          <w:sz w:val="24"/>
        </w:rPr>
        <w:t>[ἐῢ κληῖσι] εὖ ταῖς κλεισὶν ἡρμοσμένος, ἀσφαλής. δύναται καὶ ὑφ’ ἓν, ἵν’ ᾖ εὔκλεις.</w:t>
      </w:r>
    </w:p>
    <w:p>
      <w:r>
        <w:rPr>
          <w:rFonts w:ascii="Courier New" w:hAnsi="Courier New"/>
          <w:color w:val="555555"/>
          <w:sz w:val="20"/>
        </w:rPr>
        <w:t>[24 . 347]</w:t>
      </w:r>
    </w:p>
    <w:p>
      <w:r>
        <w:rPr>
          <w:rFonts w:ascii="Gentium Plus" w:hAnsi="Gentium Plus"/>
          <w:sz w:val="24"/>
        </w:rPr>
        <w:t>αἰσυμνητῆρι] βασιλικῷ νέῳ. οἱ δὲ ἀντὶ τοῦ ἐντίμῳ, τηροῦντι τὰ αἴσια, ὅ ἐστι τὰ δίκαια.</w:t>
      </w:r>
    </w:p>
    <w:p>
      <w:r>
        <w:rPr>
          <w:rFonts w:ascii="Courier New" w:hAnsi="Courier New"/>
          <w:color w:val="555555"/>
          <w:sz w:val="20"/>
        </w:rPr>
        <w:t>[24 . 358]</w:t>
      </w:r>
    </w:p>
    <w:p>
      <w:r>
        <w:rPr>
          <w:rFonts w:ascii="Gentium Plus" w:hAnsi="Gentium Plus"/>
          <w:sz w:val="24"/>
        </w:rPr>
        <w:t>[σὺν δὲ γέροντι νόος χύτο] τὸ ἑξῆς· συνεχύθη αὐτοῦ ὁ νοῦς.</w:t>
      </w:r>
    </w:p>
    <w:p>
      <w:r>
        <w:rPr>
          <w:rFonts w:ascii="Courier New" w:hAnsi="Courier New"/>
          <w:color w:val="555555"/>
          <w:sz w:val="20"/>
        </w:rPr>
        <w:t>[24 . 367]</w:t>
      </w:r>
    </w:p>
    <w:p>
      <w:r>
        <w:rPr>
          <w:rFonts w:ascii="Gentium Plus" w:hAnsi="Gentium Plus"/>
          <w:sz w:val="24"/>
        </w:rPr>
        <w:t>[ὀνείατα] νῦν κτήματα, ἐν ἄλλοις δὲ βρώματα.</w:t>
      </w:r>
    </w:p>
    <w:p>
      <w:r>
        <w:rPr>
          <w:rFonts w:ascii="Courier New" w:hAnsi="Courier New"/>
          <w:color w:val="555555"/>
          <w:sz w:val="20"/>
        </w:rPr>
        <w:t>[24 . 390]</w:t>
      </w:r>
    </w:p>
    <w:p>
      <w:r>
        <w:rPr>
          <w:rFonts w:ascii="Gentium Plus" w:hAnsi="Gentium Plus"/>
          <w:sz w:val="24"/>
        </w:rPr>
        <w:t>[πειρᾷ ἐμεῖο γεραιέ] πειράζεις με, ὦ γέρον.</w:t>
      </w:r>
    </w:p>
    <w:p>
      <w:r>
        <w:rPr>
          <w:rFonts w:ascii="Courier New" w:hAnsi="Courier New"/>
          <w:color w:val="555555"/>
          <w:sz w:val="20"/>
        </w:rPr>
        <w:t>[24 . 391]</w:t>
      </w:r>
    </w:p>
    <w:p>
      <w:r>
        <w:rPr>
          <w:rFonts w:ascii="Gentium Plus" w:hAnsi="Gentium Plus"/>
          <w:sz w:val="24"/>
        </w:rPr>
        <w:t>[κυδιανείρῃ] ἐν ᾗ δοξάζονται οἱ ἄνδρες.</w:t>
      </w:r>
    </w:p>
    <w:p>
      <w:r>
        <w:rPr>
          <w:rFonts w:ascii="Courier New" w:hAnsi="Courier New"/>
          <w:color w:val="555555"/>
          <w:sz w:val="20"/>
        </w:rPr>
        <w:t>[24 . 396]</w:t>
      </w:r>
    </w:p>
    <w:p>
      <w:r>
        <w:rPr>
          <w:rFonts w:ascii="Gentium Plus" w:hAnsi="Gentium Plus"/>
          <w:sz w:val="24"/>
        </w:rPr>
        <w:t>μία δ’—εὐεργὴς] ἑταῖρον—ἐπιβαίνου‐ σιν.</w:t>
      </w:r>
    </w:p>
    <w:p>
      <w:r>
        <w:rPr>
          <w:rFonts w:ascii="Courier New" w:hAnsi="Courier New"/>
          <w:color w:val="555555"/>
          <w:sz w:val="20"/>
        </w:rPr>
        <w:t>[24 . 400]</w:t>
      </w:r>
    </w:p>
    <w:p>
      <w:r>
        <w:rPr>
          <w:rFonts w:ascii="Gentium Plus" w:hAnsi="Gentium Plus"/>
          <w:sz w:val="24"/>
        </w:rPr>
        <w:t>[παλλόμενος] κληρούμενος· πάλοι γὰρ οἱ κλῆροι.</w:t>
      </w:r>
    </w:p>
    <w:p>
      <w:r>
        <w:rPr>
          <w:rFonts w:ascii="Courier New" w:hAnsi="Courier New"/>
          <w:color w:val="555555"/>
          <w:sz w:val="20"/>
        </w:rPr>
        <w:t>[24 . 413]</w:t>
      </w:r>
    </w:p>
    <w:p>
      <w:r>
        <w:rPr>
          <w:rFonts w:ascii="Gentium Plus" w:hAnsi="Gentium Plus"/>
          <w:sz w:val="24"/>
        </w:rPr>
        <w:t>οὕτως] ἢ αὕτως, ματαίως, ἀνεπιμελήτως ἐν τῇ σκηνῇ.</w:t>
      </w:r>
    </w:p>
    <w:p>
      <w:r>
        <w:rPr>
          <w:rFonts w:ascii="Courier New" w:hAnsi="Courier New"/>
          <w:color w:val="555555"/>
          <w:sz w:val="20"/>
        </w:rPr>
        <w:t>[24 . 415]</w:t>
      </w:r>
    </w:p>
    <w:p>
      <w:r>
        <w:rPr>
          <w:rFonts w:ascii="Gentium Plus" w:hAnsi="Gentium Plus"/>
          <w:sz w:val="24"/>
        </w:rPr>
        <w:t>[ἀρηϊφάτους] τοὺς ἐν πολέμῳ ἀνῃρημένους, ἢ ὑπὸ ξίφους· Ἄρης γὰρ ὁ σίδηρος.</w:t>
      </w:r>
    </w:p>
    <w:p>
      <w:r>
        <w:rPr>
          <w:rFonts w:ascii="Courier New" w:hAnsi="Courier New"/>
          <w:color w:val="555555"/>
          <w:sz w:val="20"/>
        </w:rPr>
        <w:t>[24 . 417]</w:t>
      </w:r>
    </w:p>
    <w:p>
      <w:r>
        <w:rPr>
          <w:rFonts w:ascii="Gentium Plus" w:hAnsi="Gentium Plus"/>
          <w:sz w:val="24"/>
        </w:rPr>
        <w:t>ἀκηδέστως] ἀφροντίστως, οὐ κηδεμονικῶς ἀλλ’ ὑβριστικῶς.</w:t>
      </w:r>
    </w:p>
    <w:p>
      <w:r>
        <w:rPr>
          <w:rFonts w:ascii="Courier New" w:hAnsi="Courier New"/>
          <w:color w:val="555555"/>
          <w:sz w:val="20"/>
        </w:rPr>
        <w:t>[24 . 426]</w:t>
      </w:r>
    </w:p>
    <w:p>
      <w:r>
        <w:rPr>
          <w:rFonts w:ascii="Gentium Plus" w:hAnsi="Gentium Plus"/>
          <w:sz w:val="24"/>
        </w:rPr>
        <w:t>[εἴποτ’ ἔην γε] ἕως περιῆν.</w:t>
      </w:r>
    </w:p>
    <w:p>
      <w:r>
        <w:rPr>
          <w:rFonts w:ascii="Courier New" w:hAnsi="Courier New"/>
          <w:color w:val="555555"/>
          <w:sz w:val="20"/>
        </w:rPr>
        <w:t>[24 . 430]</w:t>
      </w:r>
    </w:p>
    <w:p>
      <w:r>
        <w:rPr>
          <w:rFonts w:ascii="Gentium Plus" w:hAnsi="Gentium Plus"/>
          <w:sz w:val="24"/>
        </w:rPr>
        <w:t>σύν γε θεοῖσιν] οἱ δὲ θεοὶ μὴ ἀντιπράττοιεν, ἀλλὰ βοηθοῖεν.</w:t>
      </w:r>
    </w:p>
    <w:p>
      <w:r>
        <w:rPr>
          <w:rFonts w:ascii="Courier New" w:hAnsi="Courier New"/>
          <w:color w:val="555555"/>
          <w:sz w:val="20"/>
        </w:rPr>
        <w:t>[24 . 453]</w:t>
      </w:r>
    </w:p>
    <w:p>
      <w:r>
        <w:rPr>
          <w:rFonts w:ascii="Gentium Plus" w:hAnsi="Gentium Plus"/>
          <w:sz w:val="24"/>
        </w:rPr>
        <w:t>θύρην δ’ ἔχε] αὐτὸ τὸ σῶμα, φησὶν, ὃ ἐπεῖχεν. [θύρην] θύραν μονόθυρον χρὴ νοεῖν.</w:t>
      </w:r>
    </w:p>
    <w:p>
      <w:r>
        <w:rPr>
          <w:rFonts w:ascii="Courier New" w:hAnsi="Courier New"/>
          <w:color w:val="555555"/>
          <w:sz w:val="20"/>
        </w:rPr>
        <w:t>[24 453bis]</w:t>
      </w:r>
    </w:p>
    <w:p>
      <w:r>
        <w:rPr>
          <w:rFonts w:ascii="Gentium Plus" w:hAnsi="Gentium Plus"/>
          <w:sz w:val="24"/>
        </w:rPr>
        <w:t>[ἐπιβλὴς] ὁ τῇ θύρᾳ ἐπι〈βαλλόμενοσ〉 μοχλός.</w:t>
      </w:r>
    </w:p>
    <w:p>
      <w:r>
        <w:rPr>
          <w:rFonts w:ascii="Courier New" w:hAnsi="Courier New"/>
          <w:color w:val="555555"/>
          <w:sz w:val="20"/>
        </w:rPr>
        <w:t>[24 462-463]</w:t>
      </w:r>
    </w:p>
    <w:p>
      <w:r>
        <w:rPr>
          <w:rFonts w:ascii="Gentium Plus" w:hAnsi="Gentium Plus"/>
          <w:sz w:val="24"/>
        </w:rPr>
        <w:t>[οὐδ’ Ἀχιλῆος ὀφθαλμοὺς] οὐδ’ εἰς ὄψιν Ἀχιλλέως.</w:t>
      </w:r>
    </w:p>
    <w:p>
      <w:r>
        <w:rPr>
          <w:rFonts w:ascii="Courier New" w:hAnsi="Courier New"/>
          <w:color w:val="555555"/>
          <w:sz w:val="20"/>
        </w:rPr>
        <w:t>[24 . 480]</w:t>
      </w:r>
    </w:p>
    <w:p>
      <w:r>
        <w:rPr>
          <w:rFonts w:ascii="Gentium Plus" w:hAnsi="Gentium Plus"/>
          <w:sz w:val="24"/>
        </w:rPr>
        <w:t>ὡς δ’ ὅταν ἄνδρα] ἔθος ἦν τοῖς παλαιοῖς τὸν ἀκούσιον φόνον ἐργασάμενον φεύγειν ἐκ τῆς πατρίδος καὶ παραγίνεσθαι εἴς τινος ἀνδρὸς πλουσίου καὶ καθίζειν ἐπὶ τῆς ἑστίας συγκεκαλυμμένον καθαρ‐ σίου δεόμενον.</w:t>
      </w:r>
    </w:p>
    <w:p>
      <w:r>
        <w:rPr>
          <w:rFonts w:ascii="Courier New" w:hAnsi="Courier New"/>
          <w:color w:val="555555"/>
          <w:sz w:val="20"/>
        </w:rPr>
        <w:t>[24 . 489]</w:t>
      </w:r>
    </w:p>
    <w:p>
      <w:r>
        <w:rPr>
          <w:rFonts w:ascii="Gentium Plus" w:hAnsi="Gentium Plus"/>
          <w:sz w:val="24"/>
        </w:rPr>
        <w:t>[ἀρὴν] νῦν βλάβην.</w:t>
      </w:r>
    </w:p>
    <w:p>
      <w:r>
        <w:rPr>
          <w:rFonts w:ascii="Courier New" w:hAnsi="Courier New"/>
          <w:color w:val="555555"/>
          <w:sz w:val="20"/>
        </w:rPr>
        <w:t>[24 . 503]</w:t>
      </w:r>
    </w:p>
    <w:p>
      <w:r>
        <w:rPr>
          <w:rFonts w:ascii="Gentium Plus" w:hAnsi="Gentium Plus"/>
          <w:sz w:val="24"/>
        </w:rPr>
        <w:t>[αἰδεῖο] ἀντὶ τοῦ αἰδοῦ.</w:t>
      </w:r>
    </w:p>
    <w:p>
      <w:r>
        <w:rPr>
          <w:rFonts w:ascii="Courier New" w:hAnsi="Courier New"/>
          <w:color w:val="555555"/>
          <w:sz w:val="20"/>
        </w:rPr>
        <w:t>[24 . 506]</w:t>
      </w:r>
    </w:p>
    <w:p>
      <w:r>
        <w:rPr>
          <w:rFonts w:ascii="Gentium Plus" w:hAnsi="Gentium Plus"/>
          <w:sz w:val="24"/>
        </w:rPr>
        <w:t>τοῦ φονέως μου τῶν παίδων τὰς χεῖρας προσάγειν τῷ στόματι, φιλεῖν.</w:t>
      </w:r>
    </w:p>
    <w:p>
      <w:r>
        <w:rPr>
          <w:rFonts w:ascii="Courier New" w:hAnsi="Courier New"/>
          <w:color w:val="555555"/>
          <w:sz w:val="20"/>
        </w:rPr>
        <w:t>[24 . 507]</w:t>
      </w:r>
    </w:p>
    <w:p>
      <w:r>
        <w:rPr>
          <w:rFonts w:ascii="Gentium Plus" w:hAnsi="Gentium Plus"/>
          <w:sz w:val="24"/>
        </w:rPr>
        <w:t>[τῷ δ’ ἄρα—γόοιο] ἐπιθυμίαν θρήνου ἐνέβαλεν.</w:t>
      </w:r>
    </w:p>
    <w:p>
      <w:r>
        <w:rPr>
          <w:rFonts w:ascii="Courier New" w:hAnsi="Courier New"/>
          <w:color w:val="555555"/>
          <w:sz w:val="20"/>
        </w:rPr>
        <w:t>[24 . 525]</w:t>
      </w:r>
    </w:p>
    <w:p>
      <w:r>
        <w:rPr>
          <w:rFonts w:ascii="Gentium Plus" w:hAnsi="Gentium Plus"/>
          <w:sz w:val="24"/>
        </w:rPr>
        <w:t>ἐπεκλώσαντο] εἱμαρμένον—Ἄτροπος.</w:t>
      </w:r>
    </w:p>
    <w:p>
      <w:r>
        <w:rPr>
          <w:rFonts w:ascii="Courier New" w:hAnsi="Courier New"/>
          <w:color w:val="555555"/>
          <w:sz w:val="20"/>
        </w:rPr>
        <w:t>[24 . 527]</w:t>
      </w:r>
    </w:p>
    <w:p>
      <w:r>
        <w:rPr>
          <w:rFonts w:ascii="Gentium Plus" w:hAnsi="Gentium Plus"/>
          <w:sz w:val="24"/>
        </w:rPr>
        <w:t>δοιοὶ γάρ τε πίθοι] εἰς παραμυθίαν—προσώπῳ.</w:t>
      </w:r>
    </w:p>
    <w:p>
      <w:r>
        <w:rPr>
          <w:rFonts w:ascii="Courier New" w:hAnsi="Courier New"/>
          <w:color w:val="555555"/>
          <w:sz w:val="20"/>
        </w:rPr>
        <w:t>[24 . 530]</w:t>
      </w:r>
    </w:p>
    <w:p>
      <w:r>
        <w:rPr>
          <w:rFonts w:ascii="Gentium Plus" w:hAnsi="Gentium Plus"/>
          <w:sz w:val="24"/>
        </w:rPr>
        <w:t>ἀντὶ τοῦ· ὁτὲ μὲν ἐν κακοῖς γίνεται, ὁτὲ δὲ ἐν ἀγαθοῖς ἐντυγχάνει.</w:t>
      </w:r>
    </w:p>
    <w:p>
      <w:r>
        <w:rPr>
          <w:rFonts w:ascii="Courier New" w:hAnsi="Courier New"/>
          <w:color w:val="555555"/>
          <w:sz w:val="20"/>
        </w:rPr>
        <w:t>[24 . 692]</w:t>
      </w:r>
    </w:p>
    <w:p>
      <w:r>
        <w:rPr>
          <w:rFonts w:ascii="Gentium Plus" w:hAnsi="Gentium Plus"/>
          <w:sz w:val="24"/>
        </w:rPr>
        <w:t>πόρον] τὴν διάβασιν τοῦ ποταμοῦ, ὅθεν ἐστὶ πορευτός.</w:t>
      </w:r>
    </w:p>
    <w:p>
      <w:r>
        <w:rPr>
          <w:rFonts w:ascii="Courier New" w:hAnsi="Courier New"/>
          <w:color w:val="555555"/>
          <w:sz w:val="20"/>
        </w:rPr>
        <w:t>[24 . 701]</w:t>
      </w:r>
    </w:p>
    <w:p>
      <w:r>
        <w:rPr>
          <w:rFonts w:ascii="Gentium Plus" w:hAnsi="Gentium Plus"/>
          <w:sz w:val="24"/>
        </w:rPr>
        <w:t>ἀστυβοώτην] ἐπιθετικῶς—βοᾶν.</w:t>
      </w:r>
    </w:p>
    <w:p>
      <w:r>
        <w:rPr>
          <w:rFonts w:ascii="Courier New" w:hAnsi="Courier New"/>
          <w:color w:val="555555"/>
          <w:sz w:val="20"/>
        </w:rPr>
        <w:t>[24 . 720]</w:t>
      </w:r>
    </w:p>
    <w:p>
      <w:r>
        <w:rPr>
          <w:rFonts w:ascii="Gentium Plus" w:hAnsi="Gentium Plus"/>
          <w:sz w:val="24"/>
        </w:rPr>
        <w:t>[ἀοιδούς] νῦν—Ἐπιμήδης</w:t>
      </w:r>
    </w:p>
    <w:p>
      <w:r>
        <w:rPr>
          <w:rFonts w:ascii="Courier New" w:hAnsi="Courier New"/>
          <w:color w:val="555555"/>
          <w:sz w:val="20"/>
        </w:rPr>
        <w:t>[24 . 721]</w:t>
      </w:r>
    </w:p>
    <w:p>
      <w:r>
        <w:rPr>
          <w:rFonts w:ascii="Gentium Plus" w:hAnsi="Gentium Plus"/>
          <w:sz w:val="24"/>
        </w:rPr>
        <w:t>ἠθοποιΐα.</w:t>
      </w:r>
    </w:p>
    <w:p>
      <w:r>
        <w:rPr>
          <w:rFonts w:ascii="Courier New" w:hAnsi="Courier New"/>
          <w:color w:val="555555"/>
          <w:sz w:val="20"/>
        </w:rPr>
        <w:t>[24 . 725]</w:t>
      </w:r>
    </w:p>
    <w:p>
      <w:r>
        <w:rPr>
          <w:rFonts w:ascii="Gentium Plus" w:hAnsi="Gentium Plus"/>
          <w:sz w:val="24"/>
        </w:rPr>
        <w:t>[ἀπ’ αἰῶνος] ἀπὸ τοῦ βίου, ἀπὸ τοῦ χρόνου, τῆς τῶν ἀνθρώπων ζωῆς.</w:t>
      </w:r>
    </w:p>
    <w:p>
      <w:r>
        <w:rPr>
          <w:rFonts w:ascii="Courier New" w:hAnsi="Courier New"/>
          <w:color w:val="555555"/>
          <w:sz w:val="20"/>
        </w:rPr>
        <w:t>[24 . 730]</w:t>
      </w:r>
    </w:p>
    <w:p>
      <w:r>
        <w:rPr>
          <w:rFonts w:ascii="Gentium Plus" w:hAnsi="Gentium Plus"/>
          <w:sz w:val="24"/>
        </w:rPr>
        <w:t>ῥύσκευ] συνεῖχες, ἔσωζες, ἐρύου.</w:t>
      </w:r>
    </w:p>
    <w:p>
      <w:r>
        <w:rPr>
          <w:rFonts w:ascii="Courier New" w:hAnsi="Courier New"/>
          <w:color w:val="555555"/>
          <w:sz w:val="20"/>
        </w:rPr>
        <w:t>[24 . 731]</w:t>
      </w:r>
    </w:p>
    <w:p>
      <w:r>
        <w:rPr>
          <w:rFonts w:ascii="Gentium Plus" w:hAnsi="Gentium Plus"/>
          <w:sz w:val="24"/>
        </w:rPr>
        <w:t>[ὀχήσονται] ἐπιβήσονται, βασταχθήσονται ἢ πορευθήσονται.</w:t>
      </w:r>
    </w:p>
    <w:p>
      <w:r>
        <w:rPr>
          <w:rFonts w:ascii="Courier New" w:hAnsi="Courier New"/>
          <w:color w:val="555555"/>
          <w:sz w:val="20"/>
        </w:rPr>
        <w:t>[24 . 735]</w:t>
      </w:r>
    </w:p>
    <w:p>
      <w:r>
        <w:rPr>
          <w:rFonts w:ascii="Gentium Plus" w:hAnsi="Gentium Plus"/>
          <w:sz w:val="24"/>
        </w:rPr>
        <w:t>ἐντεῦθεν κινηθέντες—ἐσάγουσιν Ἀστυάνακτα</w:t>
      </w:r>
    </w:p>
    <w:p>
      <w:r>
        <w:rPr>
          <w:rFonts w:ascii="Courier New" w:hAnsi="Courier New"/>
          <w:color w:val="555555"/>
          <w:sz w:val="20"/>
        </w:rPr>
        <w:t>[24 . 758]</w:t>
      </w:r>
    </w:p>
    <w:p>
      <w:r>
        <w:rPr>
          <w:rFonts w:ascii="Gentium Plus" w:hAnsi="Gentium Plus"/>
          <w:sz w:val="24"/>
        </w:rPr>
        <w:t>[ἀμιχθαλόεσσαν] ἀπρόσμικτον—ἀπέδοσαν.</w:t>
      </w:r>
    </w:p>
    <w:p>
      <w:r>
        <w:rPr>
          <w:rFonts w:ascii="Courier New" w:hAnsi="Courier New"/>
          <w:color w:val="555555"/>
          <w:sz w:val="20"/>
        </w:rPr>
        <w:t>[24 . 759]</w:t>
      </w:r>
    </w:p>
    <w:p>
      <w:r>
        <w:rPr>
          <w:rFonts w:ascii="Gentium Plus" w:hAnsi="Gentium Plus"/>
          <w:sz w:val="24"/>
        </w:rPr>
        <w:t>[ἀγανοῖσι] πραέσιν· ἀνώδυνοι γὰρ οἱ ὀξεῖς θάνατοι. [κατέπεφνεν] ἀντὶ τοῦ ὅντινα συνέβη αἰφνιδίῳ καὶ ὀξεῖ θανάτῳ</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