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Περὶ Οὖρων</w:t>
      </w:r>
      <w:r>
        <w:br/>
      </w:r>
      <w:r>
        <w:rPr>
          <w:i/>
          <w:color w:val="666666"/>
          <w:sz w:val="40"/>
        </w:rPr>
        <w:t>On Urine</w:t>
      </w:r>
    </w:p>
    <w:p>
      <w:pPr>
        <w:jc w:val="center"/>
      </w:pPr>
      <w:r>
        <w:rPr>
          <w:rFonts w:ascii="Times New Roman" w:hAnsi="Times New Roman"/>
          <w:color w:val="1E3A70"/>
          <w:sz w:val="32"/>
        </w:rPr>
        <w:t>Ἰωάννης Ζαχαρίου Ἀκτουάριος</w:t>
      </w:r>
      <w:r>
        <w:br/>
      </w:r>
      <w:r>
        <w:rPr>
          <w:i/>
          <w:color w:val="666666"/>
          <w:sz w:val="28"/>
        </w:rPr>
        <w:t>by John Actuarius Byzantine Physician</w:t>
      </w:r>
    </w:p>
    <w:p/>
    <w:p>
      <w:pPr>
        <w:jc w:val="center"/>
      </w:pPr>
      <w:r>
        <w:rPr>
          <w:rFonts w:ascii="Gentium Plus" w:hAnsi="Gentium Plus"/>
          <w:b/>
          <w:sz w:val="24"/>
        </w:rPr>
        <w:t>ΤΟ ΠΕΡΙ ΟΥΡΩΝ ΤΟΥ ΣΟΦΩΤΑΤΟΥ ΑΚΤΟΥΑΡΙΟΥ.</w:t>
      </w:r>
    </w:p>
    <w:p>
      <w:pPr>
        <w:jc w:val="center"/>
      </w:pPr>
      <w:r>
        <w:rPr>
          <w:rFonts w:ascii="Gentium Plus" w:hAnsi="Gentium Plus"/>
          <w:b/>
          <w:sz w:val="24"/>
        </w:rPr>
        <w:t>ΛΟΓΟΣ Α.</w:t>
      </w:r>
    </w:p>
    <w:p>
      <w:r>
        <w:rPr>
          <w:rFonts w:ascii="Courier New" w:hAnsi="Courier New"/>
          <w:color w:val="555555"/>
          <w:sz w:val="20"/>
        </w:rPr>
        <w:t>[t2]</w:t>
      </w:r>
    </w:p>
    <w:p>
      <w:r>
        <w:rPr>
          <w:rFonts w:ascii="Gentium Plus" w:hAnsi="Gentium Plus"/>
          <w:sz w:val="24"/>
        </w:rPr>
        <w:t>ΠΕΡΙ ΔΙΑΦΟΡΑΣ ΟΥΡΩΝ.</w:t>
      </w:r>
    </w:p>
    <w:p>
      <w:pPr>
        <w:jc w:val="center"/>
      </w:pPr>
      <w:r>
        <w:rPr>
          <w:rFonts w:ascii="Gentium Plus" w:hAnsi="Gentium Plus"/>
          <w:b/>
          <w:sz w:val="24"/>
        </w:rPr>
        <w:t>Προοίμιον.</w:t>
      </w:r>
    </w:p>
    <w:p>
      <w:r>
        <w:rPr>
          <w:rFonts w:ascii="Courier New" w:hAnsi="Courier New"/>
          <w:color w:val="555555"/>
          <w:sz w:val="20"/>
        </w:rPr>
        <w:t>[1]</w:t>
      </w:r>
    </w:p>
    <w:p>
      <w:r>
        <w:rPr>
          <w:rFonts w:ascii="Gentium Plus" w:hAnsi="Gentium Plus"/>
          <w:sz w:val="24"/>
        </w:rPr>
        <w:t>Πάλαι μὲν ἴσως φιλοτιμίας ἔργον τιθέμενος περὶ ἐκείνους μᾶλλον ἀναστρέφεσθαι τῶν λόγων, οἳ τὴν χάριν τῇ ἀναγνώσει συγκαταπαύουσι, διενοούμην τι πράττειν προθυμίας ἄξιον· ἐπεὶ δ’ ἐμαυτὸν τοῖς ἄλλοις παιδευόμε‐</w:t>
      </w:r>
    </w:p>
    <w:p>
      <w:r>
        <w:rPr>
          <w:rFonts w:ascii="Courier New" w:hAnsi="Courier New"/>
          <w:color w:val="555555"/>
          <w:sz w:val="20"/>
        </w:rPr>
        <w:t>[5]</w:t>
      </w:r>
    </w:p>
    <w:p>
      <w:r>
        <w:rPr>
          <w:rFonts w:ascii="Gentium Plus" w:hAnsi="Gentium Plus"/>
          <w:sz w:val="24"/>
        </w:rPr>
        <w:t>νον ἔγνων ἐπὶ κενῷ σπουδάζοντα, ἀφεκτέον τε εἶναι τοιαύ‐ της λόγων σπουδῆς ἐνόμισα δεῖν, κἀκεῖνα μᾶλλον εἴ τις δύναμις γράφειν σπουδάζειν, ὅσα ἂν καὶ τίσιν ἄλλοις λυ‐ σιτελήσειεν.</w:t>
      </w:r>
    </w:p>
    <w:p>
      <w:r>
        <w:rPr>
          <w:rFonts w:ascii="Courier New" w:hAnsi="Courier New"/>
          <w:color w:val="555555"/>
          <w:sz w:val="20"/>
        </w:rPr>
        <w:t>[1 proem 2]</w:t>
      </w:r>
    </w:p>
    <w:p>
      <w:r>
        <w:rPr>
          <w:rFonts w:ascii="Gentium Plus" w:hAnsi="Gentium Plus"/>
          <w:sz w:val="24"/>
        </w:rPr>
        <w:t>Τῷ μὲν γὰρ οὕτω σπουδάζοντι γράφειν ἐπὶ κεναῖς ὑποθέσεσι, δεῖ πάντως δὴ καὶ τοῦ ἐκ τῶν λόγων ἀφθόνου κάλλους, ἵν’ ὅπως ἐκεῖνο πείθῃ τοὺς ἐντυγχά‐ νοντας καὶ ταῖς μὴ χρειώδεσι τῶν ὑποθέσεων ἐπινεύειν,</w:t>
      </w:r>
    </w:p>
    <w:p>
      <w:r>
        <w:rPr>
          <w:rFonts w:ascii="Courier New" w:hAnsi="Courier New"/>
          <w:color w:val="555555"/>
          <w:sz w:val="20"/>
        </w:rPr>
        <w:t>[5]</w:t>
      </w:r>
    </w:p>
    <w:p>
      <w:r>
        <w:rPr>
          <w:rFonts w:ascii="Gentium Plus" w:hAnsi="Gentium Plus"/>
          <w:sz w:val="24"/>
        </w:rPr>
        <w:t>ἡμεῖς δὲ τοσούτου δέομεν ὥστε αὐτὰ δὴ τὰ τοῦ λόγου δείξει τὰ πράγματα· ἂν δέ τις ἐπιχειροίη λόγων ἀρίσταις ὑποθέσεσι, ἄν τι καὶ τοῦ ἐκ τῶν λόγων κάλλους διαμαρ‐ τὼν ᾖ, πείθειν ὅμως οἶμαι τούτων τοὺς πλείους πειθο‐ μένους τὸ τῆς ἐπαγγελίας τοῦ λόγου χρειῶδες πάνυ, καὶ</w:t>
      </w:r>
    </w:p>
    <w:p>
      <w:r>
        <w:rPr>
          <w:rFonts w:ascii="Courier New" w:hAnsi="Courier New"/>
          <w:color w:val="555555"/>
          <w:sz w:val="20"/>
        </w:rPr>
        <w:t>[10]</w:t>
      </w:r>
    </w:p>
    <w:p>
      <w:r>
        <w:rPr>
          <w:rFonts w:ascii="Gentium Plus" w:hAnsi="Gentium Plus"/>
          <w:sz w:val="24"/>
        </w:rPr>
        <w:t>τοῦ ἐκ τῶν λόγων ἀκαλοῦς ἀνέχεσθαι συμφορήματος.</w:t>
      </w:r>
    </w:p>
    <w:p>
      <w:r>
        <w:rPr>
          <w:rFonts w:ascii="Courier New" w:hAnsi="Courier New"/>
          <w:color w:val="555555"/>
          <w:sz w:val="20"/>
        </w:rPr>
        <w:t>[1 proem 3]</w:t>
      </w:r>
    </w:p>
    <w:p>
      <w:r>
        <w:rPr>
          <w:rFonts w:ascii="Gentium Plus" w:hAnsi="Gentium Plus"/>
          <w:sz w:val="24"/>
        </w:rPr>
        <w:t>Καὶ δὴ πρὸς τὸ τοιοῦτον ἀπιδὼν τοῦ σκόπου, καὶ λόγων ἀλο‐ γήσας σπουδαζομένου κάλλους, ἀποσχόμενος μέντοι, καὶ τῆς κατ’ ἐμὲ δυνάμεως ἁπλοϊκώτερον ὡς οἷόν τε συνεθέ‐</w:t>
      </w:r>
    </w:p>
    <w:p>
      <w:r>
        <w:rPr>
          <w:rFonts w:ascii="Courier New" w:hAnsi="Courier New"/>
          <w:color w:val="555555"/>
          <w:sz w:val="20"/>
        </w:rPr>
        <w:t>[5]</w:t>
      </w:r>
    </w:p>
    <w:p>
      <w:r>
        <w:rPr>
          <w:rFonts w:ascii="Gentium Plus" w:hAnsi="Gentium Plus"/>
          <w:sz w:val="24"/>
        </w:rPr>
        <w:t>μην τὸν λόγον, καὶ τοῖς ἀσφαλεστέροις ἴσως συνοίσοντα.</w:t>
      </w:r>
    </w:p>
    <w:p>
      <w:r>
        <w:rPr>
          <w:rFonts w:ascii="Courier New" w:hAnsi="Courier New"/>
          <w:color w:val="555555"/>
          <w:sz w:val="20"/>
        </w:rPr>
        <w:t>[1 proem 4]</w:t>
      </w:r>
    </w:p>
    <w:p>
      <w:r>
        <w:rPr>
          <w:rFonts w:ascii="Gentium Plus" w:hAnsi="Gentium Plus"/>
          <w:sz w:val="24"/>
        </w:rPr>
        <w:t>Πολυσχιδοῦς τοίνυν ὡς ἴσμεν τῆς περὶ λόγους ὑποθέ‐ σεως οὔσης, καὶ ἄλλων ἄλλα λεγόντων τε καὶ πειθόντων,</w:t>
      </w:r>
    </w:p>
    <w:p>
      <w:r>
        <w:rPr>
          <w:rFonts w:ascii="Courier New" w:hAnsi="Courier New"/>
          <w:color w:val="555555"/>
          <w:sz w:val="20"/>
        </w:rPr>
        <w:t>[1 proem 5]</w:t>
      </w:r>
    </w:p>
    <w:p>
      <w:r>
        <w:rPr>
          <w:rFonts w:ascii="Gentium Plus" w:hAnsi="Gentium Plus"/>
          <w:sz w:val="24"/>
        </w:rPr>
        <w:t>Εἰ γὰρ ἐκεῖνα μήτε περὶ σώματος μήτε περὶ ψυχῆς διατιθέμενα πολλοῦ γε τίθεται ἕκαστος, καὶ τὰ μέγιστα συνεισενεγκεῖν τῷ βίῳ τὸν γεγραφότα δοκεῖ, πολλῷ μᾶλλον ἂν προθείη τε καὶ</w:t>
      </w:r>
    </w:p>
    <w:p>
      <w:r>
        <w:rPr>
          <w:rFonts w:ascii="Courier New" w:hAnsi="Courier New"/>
          <w:color w:val="555555"/>
          <w:sz w:val="20"/>
        </w:rPr>
        <w:t>[5]</w:t>
      </w:r>
    </w:p>
    <w:p>
      <w:r>
        <w:rPr>
          <w:rFonts w:ascii="Gentium Plus" w:hAnsi="Gentium Plus"/>
          <w:sz w:val="24"/>
        </w:rPr>
        <w:t>ἀσπάσαιτο τὴν περὶ τῶν ἀνθρώπων θεωρίαν σωμάτων, ὡς ἐκείνων μᾶλλον ταύτην αὐτῷ προσήκουσαν.</w:t>
      </w:r>
    </w:p>
    <w:p>
      <w:r>
        <w:rPr>
          <w:rFonts w:ascii="Courier New" w:hAnsi="Courier New"/>
          <w:color w:val="555555"/>
          <w:sz w:val="20"/>
        </w:rPr>
        <w:t>[1 proem 6]</w:t>
      </w:r>
    </w:p>
    <w:p>
      <w:r>
        <w:rPr>
          <w:rFonts w:ascii="Gentium Plus" w:hAnsi="Gentium Plus"/>
          <w:sz w:val="24"/>
        </w:rPr>
        <w:t>Ὅτε τοίνυν τοῦθ’ οὕτως ἔχει, μάλιστ’ ἂν ἡδέως καὶ αὐτὸς περὶ τὰ τοιαῦτα τῷ λόγῳ ἐνδιατρίψαιμι, ἤ τι συνεισενεγκεῖν ἐθελήσαιμι τῶν μέχρις ἀκοῆς τὴν ἡδονὴν παρεσχηκότων</w:t>
      </w:r>
    </w:p>
    <w:p>
      <w:r>
        <w:rPr>
          <w:rFonts w:ascii="Courier New" w:hAnsi="Courier New"/>
          <w:color w:val="555555"/>
          <w:sz w:val="20"/>
        </w:rPr>
        <w:t>[5]</w:t>
      </w:r>
    </w:p>
    <w:p>
      <w:r>
        <w:rPr>
          <w:rFonts w:ascii="Gentium Plus" w:hAnsi="Gentium Plus"/>
          <w:sz w:val="24"/>
        </w:rPr>
        <w:t>λόγων.</w:t>
      </w:r>
    </w:p>
    <w:p>
      <w:r>
        <w:rPr>
          <w:rFonts w:ascii="Courier New" w:hAnsi="Courier New"/>
          <w:color w:val="555555"/>
          <w:sz w:val="20"/>
        </w:rPr>
        <w:t>[1 proem 7]</w:t>
      </w:r>
    </w:p>
    <w:p>
      <w:r>
        <w:rPr>
          <w:rFonts w:ascii="Gentium Plus" w:hAnsi="Gentium Plus"/>
          <w:sz w:val="24"/>
        </w:rPr>
        <w:t>Ποικίλης οὖν τινος οὔσης τῆς περὶ τὰ ἀνθρώ‐ πινα σώματα θεωρίας, —ἡ μὲν γὰρ περὶ στοιχείων, ἡ δὲ περὶ ἐμβρύων διαπλάσεως, καὶ περὶ ἀνατομῆς ἑτέρα, καὶ ἄλλης ἄλλη μᾶλλον πραγματείας καθέστηκεν, —αὐτὸς</w:t>
      </w:r>
    </w:p>
    <w:p>
      <w:r>
        <w:rPr>
          <w:rFonts w:ascii="Courier New" w:hAnsi="Courier New"/>
          <w:color w:val="555555"/>
          <w:sz w:val="20"/>
        </w:rPr>
        <w:t>[5]</w:t>
      </w:r>
    </w:p>
    <w:p>
      <w:r>
        <w:rPr>
          <w:rFonts w:ascii="Gentium Plus" w:hAnsi="Gentium Plus"/>
          <w:sz w:val="24"/>
        </w:rPr>
        <w:t>τῆς περὶ τὰ σώματα τεθεωρουμένης ἡψάμην πραγματείας, καὶ ταύτης, ἐπεὶ πολυσχιδής τις καὶ αὕτη εἶναι δοκεῖ, ὅσον ἐς διάγνωσιν καθέστηκε χρήσιμον.</w:t>
      </w:r>
    </w:p>
    <w:p>
      <w:pPr>
        <w:jc w:val="center"/>
      </w:pPr>
      <w:r>
        <w:rPr>
          <w:rFonts w:ascii="Gentium Plus" w:hAnsi="Gentium Plus"/>
          <w:b/>
          <w:sz w:val="24"/>
        </w:rPr>
        <w:t>Κεφ. αʹ. Ὅτι χρήσιμος ἡ ἐκ τῶν οὔρων ἐπίσκεψις.</w:t>
      </w:r>
    </w:p>
    <w:p>
      <w:r>
        <w:rPr>
          <w:rFonts w:ascii="Courier New" w:hAnsi="Courier New"/>
          <w:color w:val="555555"/>
          <w:sz w:val="20"/>
        </w:rPr>
        <w:t>[1 . 1 . 1]</w:t>
      </w:r>
    </w:p>
    <w:p>
      <w:r>
        <w:rPr>
          <w:rFonts w:ascii="Gentium Plus" w:hAnsi="Gentium Plus"/>
          <w:sz w:val="24"/>
        </w:rPr>
        <w:t>Πολλῶν οὖν ὄντων, δι’ ὧν ἄν τις τὰ κατέχοντα τῶν νοσημάτων διαγνοίη, οὐχ ἧττον ἂν, οἶμαι, ἕλοιτο τὴν περὶ οὔρων πραγματείαν τὰ μέγιστα λυσιτελοῦσαν ἐς τὴν τῶν κατεχόντων παθῶν διάγνωσιν.</w:t>
      </w:r>
    </w:p>
    <w:p>
      <w:r>
        <w:rPr>
          <w:rFonts w:ascii="Courier New" w:hAnsi="Courier New"/>
          <w:color w:val="555555"/>
          <w:sz w:val="20"/>
        </w:rPr>
        <w:t>[1 . 1 . 2]</w:t>
      </w:r>
    </w:p>
    <w:p>
      <w:r>
        <w:rPr>
          <w:rFonts w:ascii="Gentium Plus" w:hAnsi="Gentium Plus"/>
          <w:sz w:val="24"/>
        </w:rPr>
        <w:t>Ταῦτά τοι καὶ αὐ‐ τὸς τῷ περὶ οὔρων ἐπικεχείρηκα πραγματείᾳ, εἴς τε τὸ ἀνεξέταστον αὐτῆς ἀπιδὼν τῶν πολλῶν, καὶ εἰς ἃ δὴ προ‐ βάλλεται ἀγαθά, καὶ τοίνυν τετραχῆ τὸν ἐπὶ ταύτῃ πάντα</w:t>
      </w:r>
    </w:p>
    <w:p>
      <w:r>
        <w:rPr>
          <w:rFonts w:ascii="Courier New" w:hAnsi="Courier New"/>
          <w:color w:val="555555"/>
          <w:sz w:val="20"/>
        </w:rPr>
        <w:t>[5]</w:t>
      </w:r>
    </w:p>
    <w:p>
      <w:r>
        <w:rPr>
          <w:rFonts w:ascii="Gentium Plus" w:hAnsi="Gentium Plus"/>
          <w:sz w:val="24"/>
        </w:rPr>
        <w:t>λόγον διατεμών, εἴς τε διαφορὰν δηλονότι καὶ διάγνωσιν καὶ πρὸς τούτοις αἰτίαν τε καὶ πρόγνωσιν, τῆς περὶ οὔρων πρώτως ἅπτομαι, θεοῦ διδόντος, διαφορᾶς.</w:t>
      </w:r>
    </w:p>
    <w:p>
      <w:pPr>
        <w:jc w:val="center"/>
      </w:pPr>
      <w:r>
        <w:rPr>
          <w:rFonts w:ascii="Gentium Plus" w:hAnsi="Gentium Plus"/>
          <w:b/>
          <w:sz w:val="24"/>
        </w:rPr>
        <w:t>Κεφ. βʹ. Ὅτι οὐδεὶς τῶν παλαιῶν ἐντελῶς τῶν ἡμῖν γνωρίμων ταύτης τῆς πραγματείας ἥψατο.</w:t>
      </w:r>
    </w:p>
    <w:p>
      <w:r>
        <w:rPr>
          <w:rFonts w:ascii="Courier New" w:hAnsi="Courier New"/>
          <w:color w:val="555555"/>
          <w:sz w:val="20"/>
        </w:rPr>
        <w:t>[1 . 2 . 1]</w:t>
      </w:r>
    </w:p>
    <w:p>
      <w:r>
        <w:rPr>
          <w:rFonts w:ascii="Gentium Plus" w:hAnsi="Gentium Plus"/>
          <w:sz w:val="24"/>
        </w:rPr>
        <w:t>Ἐπεὶ γὰρ τοῖς πρὸ ἡμῶν περὶ τὰ τοιαῦτα σοφοῖς βραχύ τι περὶ τοῦδ’ οὐκ οἶδα ὅπως ἐμέλησεν—ὁ μὲν γὰρ σοφώτατος Ἱπποκράτης ὀλίγα τινὰ περὶ τούτων εἰρηκὼς σποράδην, ἀτελῆ τὴν θεωρίαν παρῆκε, Γαληνῷ δὲ τῷ</w:t>
      </w:r>
    </w:p>
    <w:p>
      <w:r>
        <w:rPr>
          <w:rFonts w:ascii="Courier New" w:hAnsi="Courier New"/>
          <w:color w:val="555555"/>
          <w:sz w:val="20"/>
        </w:rPr>
        <w:t>[5]</w:t>
      </w:r>
    </w:p>
    <w:p>
      <w:r>
        <w:rPr>
          <w:rFonts w:ascii="Gentium Plus" w:hAnsi="Gentium Plus"/>
          <w:sz w:val="24"/>
        </w:rPr>
        <w:t>δεινῷ περὶ τὰ τοιαῦτα βραχύ τι καὶ αὐτῷ μελῆσαν, ὅσον</w:t>
      </w:r>
    </w:p>
    <w:p>
      <w:r>
        <w:rPr>
          <w:rFonts w:ascii="Courier New" w:hAnsi="Courier New"/>
          <w:color w:val="555555"/>
          <w:sz w:val="20"/>
        </w:rPr>
        <w:t>[1 . 2 . 2]</w:t>
      </w:r>
    </w:p>
    <w:p>
      <w:r>
        <w:rPr>
          <w:rFonts w:ascii="Gentium Plus" w:hAnsi="Gentium Plus"/>
          <w:sz w:val="24"/>
        </w:rPr>
        <w:t>Μάγνῳ δὲ καὶ Ἀλεξάνδρῳ καὶ πρὸς τούτοις ἔτι Θεοφίλῳ καί τισιν ἑτέροις περὶ τὰ τοιαῦτα ἐσπουδακόσι, πλέον τι τῶν ἄλλων εἰπεῖν δόξασι, καὶ αὐτοῖς ὁ λόγος ἀτελὴς διέμεινεν, ὥσπερ ἀπ’ ἐμπειρίας μᾶλλον ἀρχόμενος</w:t>
      </w:r>
    </w:p>
    <w:p>
      <w:r>
        <w:rPr>
          <w:rFonts w:ascii="Courier New" w:hAnsi="Courier New"/>
          <w:color w:val="555555"/>
          <w:sz w:val="20"/>
        </w:rPr>
        <w:t>[5]</w:t>
      </w:r>
    </w:p>
    <w:p>
      <w:r>
        <w:rPr>
          <w:rFonts w:ascii="Gentium Plus" w:hAnsi="Gentium Plus"/>
          <w:sz w:val="24"/>
        </w:rPr>
        <w:t>καὶ μήτε διαφορὰς μήτε αἴτια, μήτε ἄλλ’ ἄττα τὰ τῇ ἀρτιότητι δοκοῦντα προσήκειν ὑποθεμένοις.</w:t>
      </w:r>
    </w:p>
    <w:p>
      <w:r>
        <w:rPr>
          <w:rFonts w:ascii="Courier New" w:hAnsi="Courier New"/>
          <w:color w:val="555555"/>
          <w:sz w:val="20"/>
        </w:rPr>
        <w:t>[1 . 2 . 3]</w:t>
      </w:r>
    </w:p>
    <w:p>
      <w:r>
        <w:rPr>
          <w:rFonts w:ascii="Gentium Plus" w:hAnsi="Gentium Plus"/>
          <w:sz w:val="24"/>
        </w:rPr>
        <w:t>Ἔνθεν τοι ταῖς μὲν ἄλλαις ὁρῶν τὴν τέχνην σεμνυνομένην πραγ‐ ματείαις, οὐκ ὀλίγα τοῦ θ’ Ἱπποκράτους καὶ Γαληνοῦ καὶ τῶν μετ’ αὐτοὺς ἐξευρηκότων ἀνδρῶν, τὴν δὲ περὶ</w:t>
      </w:r>
    </w:p>
    <w:p>
      <w:r>
        <w:rPr>
          <w:rFonts w:ascii="Courier New" w:hAnsi="Courier New"/>
          <w:color w:val="555555"/>
          <w:sz w:val="20"/>
        </w:rPr>
        <w:t>[5]</w:t>
      </w:r>
    </w:p>
    <w:p>
      <w:r>
        <w:rPr>
          <w:rFonts w:ascii="Gentium Plus" w:hAnsi="Gentium Plus"/>
          <w:sz w:val="24"/>
        </w:rPr>
        <w:t>οὔρων οἷον ὑποσκάζουσαν καί τινος εἰς τοῦτο συνάρσεως δεομένην, αὐτὸς τὸ ἔργον ἀνειλόμην, ὡς οἷόν τε ἦν, καὶ θεῷ θαρρήσας, τῷ παρόχῳ τῶν λόγων, ἐπικεχείρηκα.</w:t>
      </w:r>
    </w:p>
    <w:p>
      <w:r>
        <w:rPr>
          <w:rFonts w:ascii="Courier New" w:hAnsi="Courier New"/>
          <w:color w:val="555555"/>
          <w:sz w:val="20"/>
        </w:rPr>
        <w:t>[1 . 2 . 4]</w:t>
      </w:r>
    </w:p>
    <w:p>
      <w:r>
        <w:rPr>
          <w:rFonts w:ascii="Gentium Plus" w:hAnsi="Gentium Plus"/>
          <w:sz w:val="24"/>
        </w:rPr>
        <w:t>Κἂν μὲν οὖν κατ’ ἀξίαν τῆς προθυμίας τε καὶ τέχνης προβαίη τοὐγχείρημα, θεῷ χάρις τῷ χορηγῷ τῆς γνώσεως· εἰ δὲ πολλῷ τῆς σπουδῆς κατόπιν, οὐκ ἄν τις [ἐμοὶ] δι‐ καίως μῶμον προσάψειε μὴ πάνυ κεκρατηκότι προθυμίας</w:t>
      </w:r>
    </w:p>
    <w:p>
      <w:r>
        <w:rPr>
          <w:rFonts w:ascii="Courier New" w:hAnsi="Courier New"/>
          <w:color w:val="555555"/>
          <w:sz w:val="20"/>
        </w:rPr>
        <w:t>[5]</w:t>
      </w:r>
    </w:p>
    <w:p>
      <w:r>
        <w:rPr>
          <w:rFonts w:ascii="Gentium Plus" w:hAnsi="Gentium Plus"/>
          <w:sz w:val="24"/>
        </w:rPr>
        <w:t>ἡλίκης, κἂν γάρ τι καὶ διαπεσεῖν τοῦ δέοντος γένηται, ἀνθρωπίνον μὲν τὸ πάθος, συγγνοίη δ’ ἄν τις εὖ κρίνειν εἰδώς, ἀντιπαραθεὶς ταῖς μὴ καλῶς ῥηθεῖσι τὰ δέοντα.</w:t>
      </w:r>
    </w:p>
    <w:p>
      <w:r>
        <w:rPr>
          <w:rFonts w:ascii="Courier New" w:hAnsi="Courier New"/>
          <w:color w:val="555555"/>
          <w:sz w:val="20"/>
        </w:rPr>
        <w:t>[1 . 2 . 5]</w:t>
      </w:r>
    </w:p>
    <w:p>
      <w:r>
        <w:rPr>
          <w:rFonts w:ascii="Gentium Plus" w:hAnsi="Gentium Plus"/>
          <w:sz w:val="24"/>
        </w:rPr>
        <w:t>Τὸ μὲν γὰρ ἕκαστον τῶν ὁτιοῦν εἰδότων, ὅση δύναμις, εἰσενεγκεῖν τι τῶν κοινῶν λυσιτελείας τινὸς ἕνεκεν, ἐπαι‐ νετῆς ἂν ὁμολογήσειέ τις προθυμίας· τὸ δὲ ῥᾳδίως οὕτω διαβάλλειν ἐθέλειν τὰς τῶν αἱρουμένων τὰ κρείττω προ‐</w:t>
      </w:r>
    </w:p>
    <w:p>
      <w:r>
        <w:rPr>
          <w:rFonts w:ascii="Courier New" w:hAnsi="Courier New"/>
          <w:color w:val="555555"/>
          <w:sz w:val="20"/>
        </w:rPr>
        <w:t>[5]</w:t>
      </w:r>
    </w:p>
    <w:p>
      <w:r>
        <w:rPr>
          <w:rFonts w:ascii="Gentium Plus" w:hAnsi="Gentium Plus"/>
          <w:sz w:val="24"/>
        </w:rPr>
        <w:t>θυμίας, φαύλων μᾶλλον ἀνδρῶν καὶ τἀγαθὰ φθονούντων φήσειεν ἄν.</w:t>
      </w:r>
    </w:p>
    <w:p>
      <w:r>
        <w:rPr>
          <w:rFonts w:ascii="Courier New" w:hAnsi="Courier New"/>
          <w:color w:val="555555"/>
          <w:sz w:val="20"/>
        </w:rPr>
        <w:t>[1 . 2 . 6]</w:t>
      </w:r>
    </w:p>
    <w:p>
      <w:r>
        <w:rPr>
          <w:rFonts w:ascii="Gentium Plus" w:hAnsi="Gentium Plus"/>
          <w:sz w:val="24"/>
        </w:rPr>
        <w:t>Καὶ τὸ μὲν εἶξαι ταῖς τῶν συνήθων ἀξιώσεσιν (εἰσὶ γὰρ οἳ πρὸς τοῦτό με προθυμίας ἤλασαν), εἶχεν ἂν ἴσως ἀρκοῦσαν ἀπολογίαν τῷ λόγῳ.</w:t>
      </w:r>
    </w:p>
    <w:p>
      <w:r>
        <w:rPr>
          <w:rFonts w:ascii="Courier New" w:hAnsi="Courier New"/>
          <w:color w:val="555555"/>
          <w:sz w:val="20"/>
        </w:rPr>
        <w:t>[1 . 2 . 7]</w:t>
      </w:r>
    </w:p>
    <w:p>
      <w:r>
        <w:rPr>
          <w:rFonts w:ascii="Gentium Plus" w:hAnsi="Gentium Plus"/>
          <w:sz w:val="24"/>
        </w:rPr>
        <w:t>Ἐπεὶ δὲ καὶ ἡ τέχνη κατὰ τοῦτο ἐνδέουσά πως, ὡς ἴσμεν, ὦπται, ἀντὶ τῆς τῶν πολλῶν ἐπιτιμήσεως τοῦ λόγου ἀλογῆσαι γένηται, καὶ τῆς περὶ οὔρων ἄψασθαι καλλίστης πραγμα‐</w:t>
      </w:r>
    </w:p>
    <w:p>
      <w:r>
        <w:rPr>
          <w:rFonts w:ascii="Courier New" w:hAnsi="Courier New"/>
          <w:color w:val="555555"/>
          <w:sz w:val="20"/>
        </w:rPr>
        <w:t>[5]</w:t>
      </w:r>
    </w:p>
    <w:p>
      <w:r>
        <w:rPr>
          <w:rFonts w:ascii="Gentium Plus" w:hAnsi="Gentium Plus"/>
          <w:sz w:val="24"/>
        </w:rPr>
        <w:t>τείας, τῶν ἀλογωτάτων ἂν δόξειεν, οὕτω δὴ καὶ ποιῶμεν</w:t>
      </w:r>
    </w:p>
    <w:p>
      <w:pPr>
        <w:jc w:val="center"/>
      </w:pPr>
      <w:r>
        <w:rPr>
          <w:rFonts w:ascii="Gentium Plus" w:hAnsi="Gentium Plus"/>
          <w:b/>
          <w:sz w:val="24"/>
        </w:rPr>
        <w:t>Κεφ. γʹ. Ὅτι τρεῖς αἱ συστατικαὶ καὶ πρῶται ἀρχαὶ τοῦ σώματος.</w:t>
      </w:r>
    </w:p>
    <w:p>
      <w:r>
        <w:rPr>
          <w:rFonts w:ascii="Courier New" w:hAnsi="Courier New"/>
          <w:color w:val="555555"/>
          <w:sz w:val="20"/>
        </w:rPr>
        <w:t>[1 . 3 . 1]</w:t>
      </w:r>
    </w:p>
    <w:p>
      <w:r>
        <w:rPr>
          <w:rFonts w:ascii="Gentium Plus" w:hAnsi="Gentium Plus"/>
          <w:sz w:val="24"/>
        </w:rPr>
        <w:t>Τριῶν οὖν ὄντων τῶν μάλιστα τὴν ἀνθρωπίνην συνεστώντων ζωήν, καρδίας, ἥπατος καὶ ἐγκεφάλου, καὶ τῆς μὲν καρδίας ἀρχικῆς μᾶλλον οὔσης τούτων καὶ θη‐ σαυροῦ τῆς ἐμφύτου θερμότητος καὶ αὐτοῦ δὴ τοῦ ζωτι‐</w:t>
      </w:r>
    </w:p>
    <w:p>
      <w:r>
        <w:rPr>
          <w:rFonts w:ascii="Courier New" w:hAnsi="Courier New"/>
          <w:color w:val="555555"/>
          <w:sz w:val="20"/>
        </w:rPr>
        <w:t>[5]</w:t>
      </w:r>
    </w:p>
    <w:p>
      <w:r>
        <w:rPr>
          <w:rFonts w:ascii="Gentium Plus" w:hAnsi="Gentium Plus"/>
          <w:sz w:val="24"/>
        </w:rPr>
        <w:t>κοῦ τόνου, καθ’ ἃς ἂν τύχῃ ταῦτα ὄντα διαθέσεις, ὑπο‐ σημαινούσης διὰ τῆς τῶν ἀρτηρίων ἀεικινησίας, οὐχ ἧττον μέντοι καὶ τἄλλα τῶν ἀξιολόγων παθῶν τῶν ἐπὶ διαφόροις τοῦ σώματος μέρεσιν γενομένων, ἅτε κοινωνοῦσιν ὡς ἀρ‐ χηγοῦ τῆς καρδίας.</w:t>
      </w:r>
    </w:p>
    <w:p>
      <w:r>
        <w:rPr>
          <w:rFonts w:ascii="Courier New" w:hAnsi="Courier New"/>
          <w:color w:val="555555"/>
          <w:sz w:val="20"/>
        </w:rPr>
        <w:t>[1 . 3 . 2]</w:t>
      </w:r>
    </w:p>
    <w:p>
      <w:r>
        <w:rPr>
          <w:rFonts w:ascii="Gentium Plus" w:hAnsi="Gentium Plus"/>
          <w:sz w:val="24"/>
        </w:rPr>
        <w:t>Τοῦ δ’ ἥπατος δευτέρου μὲν ἀξιώ‐ ματι πεφυκότος, ἐπικεκοινωνηκότος μέντοι καὶ αὐτοῦ τοῦ ἀπὸ τῆς καρδίας ἐμφύτου θερμοῦ, μᾶλλον τῶν ἄλλων μορίων διὰ τῆς κοίλης οὕτω καλουμένης φλεβός· ἀρχῆς δὲ</w:t>
      </w:r>
    </w:p>
    <w:p>
      <w:r>
        <w:rPr>
          <w:rFonts w:ascii="Courier New" w:hAnsi="Courier New"/>
          <w:color w:val="555555"/>
          <w:sz w:val="20"/>
        </w:rPr>
        <w:t>[5]</w:t>
      </w:r>
    </w:p>
    <w:p>
      <w:r>
        <w:rPr>
          <w:rFonts w:ascii="Gentium Plus" w:hAnsi="Gentium Plus"/>
          <w:sz w:val="24"/>
        </w:rPr>
        <w:t>τῶν φλεβῶν τυγχάνοντος καὶ τὴν αἱματοποιητικὴν ἐμπε‐ πιστευμένου δύναμιν παρὰ τοῦ δημιουργοῦ τῆς φύσεως.</w:t>
      </w:r>
    </w:p>
    <w:p>
      <w:r>
        <w:rPr>
          <w:rFonts w:ascii="Courier New" w:hAnsi="Courier New"/>
          <w:color w:val="555555"/>
          <w:sz w:val="20"/>
        </w:rPr>
        <w:t>[1 . 3 . 3]</w:t>
      </w:r>
    </w:p>
    <w:p>
      <w:r>
        <w:rPr>
          <w:rFonts w:ascii="Gentium Plus" w:hAnsi="Gentium Plus"/>
          <w:sz w:val="24"/>
        </w:rPr>
        <w:t>Ἐπὶ τούτοις δὲ τρίτου τοῦ ἐγκεφάλου, τήν τε κίνησιν καὶ αἴσθησιν καὶ ἡγεμονικὴν ἐνέργειαν ἐπιχορηγοῦντος τῷ σώματι, ἐπικοινωνούντων μέντοι τῶν τριῶν καὶ τοῖς ἀλλή‐ λων συμπασχόντων πάθεσιν, ἅτε μιᾶς οὔσης ἐν πᾶσι τῆς</w:t>
      </w:r>
    </w:p>
    <w:p>
      <w:r>
        <w:rPr>
          <w:rFonts w:ascii="Courier New" w:hAnsi="Courier New"/>
          <w:color w:val="555555"/>
          <w:sz w:val="20"/>
        </w:rPr>
        <w:t>[5]</w:t>
      </w:r>
    </w:p>
    <w:p>
      <w:r>
        <w:rPr>
          <w:rFonts w:ascii="Gentium Plus" w:hAnsi="Gentium Plus"/>
          <w:sz w:val="24"/>
        </w:rPr>
        <w:t>συρροίας τε καὶ συμπνοίας.</w:t>
      </w:r>
    </w:p>
    <w:p>
      <w:r>
        <w:rPr>
          <w:rFonts w:ascii="Courier New" w:hAnsi="Courier New"/>
          <w:color w:val="555555"/>
          <w:sz w:val="20"/>
        </w:rPr>
        <w:t>[1 . 3 . 4]</w:t>
      </w:r>
    </w:p>
    <w:p>
      <w:r>
        <w:rPr>
          <w:rFonts w:ascii="Gentium Plus" w:hAnsi="Gentium Plus"/>
          <w:sz w:val="24"/>
        </w:rPr>
        <w:t>Ἡμεῖς περὶ τῆς ἐν ἥπατι μᾶλλον ἐρεῖν προυθέμεθα δυνάμεως, εἴ γε τὸ μὲν ἧπαρ τὴν αἱματοποιητικὴν κεκλήρωται δύναμιν ὑπὸ τῆς φύσεως, τὸ δ’ οὖρον αἵματος περιήθημα πέφυκεν.</w:t>
      </w:r>
    </w:p>
    <w:p>
      <w:r>
        <w:rPr>
          <w:rFonts w:ascii="Courier New" w:hAnsi="Courier New"/>
          <w:color w:val="555555"/>
          <w:sz w:val="20"/>
        </w:rPr>
        <w:t>[1 . 3 . 5]</w:t>
      </w:r>
    </w:p>
    <w:p>
      <w:r>
        <w:rPr>
          <w:rFonts w:ascii="Gentium Plus" w:hAnsi="Gentium Plus"/>
          <w:sz w:val="24"/>
        </w:rPr>
        <w:t>Ἀλλ’ ἵνα ὁ λόγος σαφέστερος ᾖ, δίκαιον ἂν εἴη πρῶτον φάναι περὶ τῆς τοῦ αἵματος κατασκευῆς, εἶθ’ οὕτως καὶ περὶ οὔρου, καθ’ εἱρμόν τινα τοῦ λόγου προβαίνοντος.</w:t>
      </w:r>
    </w:p>
    <w:p>
      <w:pPr>
        <w:jc w:val="center"/>
      </w:pPr>
      <w:r>
        <w:rPr>
          <w:rFonts w:ascii="Gentium Plus" w:hAnsi="Gentium Plus"/>
          <w:b/>
          <w:sz w:val="24"/>
        </w:rPr>
        <w:t>Κεφ. δʹ. Περὶ τῆς τοῦ αἵματος καὶ τῆς τῶν λοιπῶν χυμῶν κατασκευῆς, ἐν ᾧ καὶ περὶ οὔρων γενέσεως.</w:t>
      </w:r>
    </w:p>
    <w:p>
      <w:r>
        <w:rPr>
          <w:rFonts w:ascii="Courier New" w:hAnsi="Courier New"/>
          <w:color w:val="555555"/>
          <w:sz w:val="20"/>
        </w:rPr>
        <w:t>[1 . 4 . 1]</w:t>
      </w:r>
    </w:p>
    <w:p>
      <w:r>
        <w:rPr>
          <w:rFonts w:ascii="Gentium Plus" w:hAnsi="Gentium Plus"/>
          <w:sz w:val="24"/>
        </w:rPr>
        <w:t>Καὶ δὴ τῆς τροφῆς ἐν γαστρὶ ἀλλοιωθείσης τε καὶ πεφθείσης, ἐπειδήπερ αἱ μεσαραϊκαὶ καλούμεναι φλέβες τὴν ἀρχὴν ἀφ’ ἥπατος λαβοῦσαι διὰ τῆς στελεχιαίας οὕτω καλουμένης φλεβὸς αὐτήν τε τὴν γαστέρα καὶ τὰ μετ’ αὐ‐</w:t>
      </w:r>
    </w:p>
    <w:p>
      <w:r>
        <w:rPr>
          <w:rFonts w:ascii="Courier New" w:hAnsi="Courier New"/>
          <w:color w:val="555555"/>
          <w:sz w:val="20"/>
        </w:rPr>
        <w:t>[5]</w:t>
      </w:r>
    </w:p>
    <w:p>
      <w:r>
        <w:rPr>
          <w:rFonts w:ascii="Gentium Plus" w:hAnsi="Gentium Plus"/>
          <w:sz w:val="24"/>
        </w:rPr>
        <w:t>τὴν ἐκμυζῶσιν ἔντερα, καὶ οἷον βδάλλουσι, τὸ καθαρώτε‐ ρον ὡς δι’ ἠθμοῦ τῆς χυλοποιηθείσης τροφῆς ἐπισπώμεναι, διαπορθμεύουσαι δὲ ταύτην ἐπὶ τὰ κοῖλα τοῦ ἥπατος τῇ</w:t>
      </w:r>
    </w:p>
    <w:p>
      <w:r>
        <w:rPr>
          <w:rFonts w:ascii="Courier New" w:hAnsi="Courier New"/>
          <w:color w:val="555555"/>
          <w:sz w:val="20"/>
        </w:rPr>
        <w:t>[1 . 4 . 2]</w:t>
      </w:r>
    </w:p>
    <w:p>
      <w:r>
        <w:rPr>
          <w:rFonts w:ascii="Gentium Plus" w:hAnsi="Gentium Plus"/>
          <w:sz w:val="24"/>
        </w:rPr>
        <w:t>Ὅσον μὲν οὖν λεπτόν τε καὶ δριμύτερον πέφυκεν, ἐκεῖ που παρὰ τὰ κυρτὰ τοῦ ἥπατος ἡ χοληδόχος κύστις ἐνιδρυσμένη ἀνιμᾶταί τε καὶ ἐφέλκεται, βραχέως πάνυ καὶ τούτου κατά</w:t>
      </w:r>
    </w:p>
    <w:p>
      <w:r>
        <w:rPr>
          <w:rFonts w:ascii="Courier New" w:hAnsi="Courier New"/>
          <w:color w:val="555555"/>
          <w:sz w:val="20"/>
        </w:rPr>
        <w:t>[5]</w:t>
      </w:r>
    </w:p>
    <w:p>
      <w:r>
        <w:rPr>
          <w:rFonts w:ascii="Gentium Plus" w:hAnsi="Gentium Plus"/>
          <w:sz w:val="24"/>
        </w:rPr>
        <w:t>τινα, ὡς οἶμαι, χρείαν, διαπεφευγότος τὴν ἀκριβῆ διάκρι‐ σιν.</w:t>
      </w:r>
    </w:p>
    <w:p>
      <w:r>
        <w:rPr>
          <w:rFonts w:ascii="Courier New" w:hAnsi="Courier New"/>
          <w:color w:val="555555"/>
          <w:sz w:val="20"/>
        </w:rPr>
        <w:t>[1 . 4 . 3]</w:t>
      </w:r>
    </w:p>
    <w:p>
      <w:r>
        <w:rPr>
          <w:rFonts w:ascii="Gentium Plus" w:hAnsi="Gentium Plus"/>
          <w:sz w:val="24"/>
        </w:rPr>
        <w:t>Εἴ τι δὲ τοῦ γεώδους τε καὶ μελαγχολικοῦ τελοίη χυμοῦ ἐν αἵματι, τοῦθ’ ὁ σπλὴν ἀντιπαρακείμενος ἐπι‐ σπᾶται, φυσικαῖς τισιν ὁλκαῖς ἑκάστου τὸ ἴδιον ἐπισπωμέ‐ νου.</w:t>
      </w:r>
    </w:p>
    <w:p>
      <w:r>
        <w:rPr>
          <w:rFonts w:ascii="Courier New" w:hAnsi="Courier New"/>
          <w:color w:val="555555"/>
          <w:sz w:val="20"/>
        </w:rPr>
        <w:t>[1 . 4 . 4]</w:t>
      </w:r>
    </w:p>
    <w:p>
      <w:r>
        <w:rPr>
          <w:rFonts w:ascii="Gentium Plus" w:hAnsi="Gentium Plus"/>
          <w:sz w:val="24"/>
        </w:rPr>
        <w:t>Τρίτος ἐπὶ τούτους ὁ ὀρρώδης χυμὸς ἐπιλείπεται· ἀλλ’ οὐκ αὐτοῦ που καὶ οὗτος ὁ χυμὸς ἀποκενοῦται, ἀλλ’ εἰς μεῖζόν τι καὶ χρειωδέστερον ἀπεταμιεύθη τῇ φύσει.</w:t>
      </w:r>
    </w:p>
    <w:p>
      <w:r>
        <w:rPr>
          <w:rFonts w:ascii="Courier New" w:hAnsi="Courier New"/>
          <w:color w:val="555555"/>
          <w:sz w:val="20"/>
        </w:rPr>
        <w:t>[1 . 4 . 5]</w:t>
      </w:r>
    </w:p>
    <w:p>
      <w:r>
        <w:rPr>
          <w:rFonts w:ascii="Gentium Plus" w:hAnsi="Gentium Plus"/>
          <w:sz w:val="24"/>
        </w:rPr>
        <w:t>Ἐπεὶ γὰρ ὅτε λόγος καὶ ἡ αἴσθησις τὸ αἷμα οἶδε πα‐ χύτερον καὶ μή ῥᾳδίως τῶν φλεβίων διαπεραιούμενον, ὁ δ’ ὀρρώδης οὗτος χυμὸς λεπτός τε καὶ εὐδίοδος πέφυκε, τὸ ἀδιάκριτον ἐπὶ τούτῳ ἡ φύσις ἔτι φυλάξασα, καὶ διὰ τῶν</w:t>
      </w:r>
    </w:p>
    <w:p>
      <w:r>
        <w:rPr>
          <w:rFonts w:ascii="Courier New" w:hAnsi="Courier New"/>
          <w:color w:val="555555"/>
          <w:sz w:val="20"/>
        </w:rPr>
        <w:t>[5]</w:t>
      </w:r>
    </w:p>
    <w:p>
      <w:r>
        <w:rPr>
          <w:rFonts w:ascii="Gentium Plus" w:hAnsi="Gentium Plus"/>
          <w:sz w:val="24"/>
        </w:rPr>
        <w:t>κοίλων τοῦ ἥπατος ἐπὶ τὰ κυρτὰ μεταβίβασα, καὶ τῇ κοιλῇ φλεβὶ συνάψασα ἐφηγουμένῳ τῷ ὀρρώδει χυμῷ, κἀκεῖθεν ἔτι συνημμένους μικρόν τι παραλλάξασα τοὺς χυμοὺς ἐπὶ τῷ λαβδοειδεῖ τῆς κοιλῆς φλεβὸς τὸ μὲν ὀρρῶδες τοῖς νε‐ φροῖς καθέλκειν τε καὶ διακρίνειν δίδωσιν· ὅσον δ’ αἵματος</w:t>
      </w:r>
    </w:p>
    <w:p>
      <w:r>
        <w:rPr>
          <w:rFonts w:ascii="Courier New" w:hAnsi="Courier New"/>
          <w:color w:val="555555"/>
          <w:sz w:val="20"/>
        </w:rPr>
        <w:t>[10]</w:t>
      </w:r>
    </w:p>
    <w:p>
      <w:r>
        <w:rPr>
          <w:rFonts w:ascii="Gentium Plus" w:hAnsi="Gentium Plus"/>
          <w:sz w:val="24"/>
        </w:rPr>
        <w:t>πέφυκε διά τε τῆς λαβδοειδοῦς καὶ τῆς εὐθὺ χωρούσης τῆς καρδίας ταῖς ἐφεξής φλεψὶ κατακερματιζόμενον διανέμει.</w:t>
      </w:r>
    </w:p>
    <w:p>
      <w:r>
        <w:rPr>
          <w:rFonts w:ascii="Courier New" w:hAnsi="Courier New"/>
          <w:color w:val="555555"/>
          <w:sz w:val="20"/>
        </w:rPr>
        <w:t>[1 . 4 . 6]</w:t>
      </w:r>
    </w:p>
    <w:p>
      <w:r>
        <w:rPr>
          <w:rFonts w:ascii="Gentium Plus" w:hAnsi="Gentium Plus"/>
          <w:sz w:val="24"/>
        </w:rPr>
        <w:t>Ὃ δὴ (sc. αἷμα) κἀπὶ τὰ βαθύτερα χωροῦν ἐντεῦθεν τοῦ σώματος εἰς σαρκὸς ἀλλοίωσιν κατεπείγεται, μηκέτι τὴν προτέραν διατηροῦν ἐρυθρότητα, ἀλλ’ εἰς ὑφειμένην μετα‐ πίπτον λευκότητα ὑπὸ τῆς τετάρτης οὕτω πέψεως καλου‐</w:t>
      </w:r>
    </w:p>
    <w:p>
      <w:r>
        <w:rPr>
          <w:rFonts w:ascii="Courier New" w:hAnsi="Courier New"/>
          <w:color w:val="555555"/>
          <w:sz w:val="20"/>
        </w:rPr>
        <w:t>[5]</w:t>
      </w:r>
    </w:p>
    <w:p>
      <w:r>
        <w:rPr>
          <w:rFonts w:ascii="Gentium Plus" w:hAnsi="Gentium Plus"/>
          <w:sz w:val="24"/>
        </w:rPr>
        <w:t>μένης.</w:t>
      </w:r>
    </w:p>
    <w:p>
      <w:r>
        <w:rPr>
          <w:rFonts w:ascii="Courier New" w:hAnsi="Courier New"/>
          <w:color w:val="555555"/>
          <w:sz w:val="20"/>
        </w:rPr>
        <w:t>[1 . 4 . 7]</w:t>
      </w:r>
    </w:p>
    <w:p>
      <w:r>
        <w:rPr>
          <w:rFonts w:ascii="Gentium Plus" w:hAnsi="Gentium Plus"/>
          <w:sz w:val="24"/>
        </w:rPr>
        <w:t>Ἐπεὶ δ’ ἡ μὲν τοιαύτη τετάρτη πέψις ἐς ὑφει‐ μένην πάνυ ἐρυθρότητα τὴν τοῦ αἵματος χροιὰν μετατί‐ θησι καὶ οἵα ἡ τῆς σαρκός, ἐν ταύτῃ γὰρ τὸ τέλος τῆς τροφῆς, καὶ τῷ λοιπῷ τῶν ὁμοιομερῶν καθέστηκε κατα‐</w:t>
      </w:r>
    </w:p>
    <w:p>
      <w:r>
        <w:rPr>
          <w:rFonts w:ascii="Courier New" w:hAnsi="Courier New"/>
          <w:color w:val="555555"/>
          <w:sz w:val="20"/>
        </w:rPr>
        <w:t>[5]</w:t>
      </w:r>
    </w:p>
    <w:p>
      <w:r>
        <w:rPr>
          <w:rFonts w:ascii="Gentium Plus" w:hAnsi="Gentium Plus"/>
          <w:sz w:val="24"/>
        </w:rPr>
        <w:t>λόγῳ, ὅσον μὲν ἁρμόζον καὶ ἀκραιφνὲς ἐκεῖ που προσφυὲν δροσοειδῶς ἐξομοιοῦται ἀρρήτοις οἰκονομίαις φύσεως.</w:t>
      </w:r>
    </w:p>
    <w:p>
      <w:r>
        <w:rPr>
          <w:rFonts w:ascii="Courier New" w:hAnsi="Courier New"/>
          <w:color w:val="555555"/>
          <w:sz w:val="20"/>
        </w:rPr>
        <w:t>[1 . 4 . 8]</w:t>
      </w:r>
    </w:p>
    <w:p>
      <w:r>
        <w:rPr>
          <w:rFonts w:ascii="Gentium Plus" w:hAnsi="Gentium Plus"/>
          <w:sz w:val="24"/>
        </w:rPr>
        <w:t>Ἐπεὶ δὲ καὶ περιττὸν εἰκὸς ἐκεῖθεν ἠθροῖσθαι τῇ ἀκρι‐ βείᾳ δηλονότι τῆς τοιαύτης πέψεως, τοῦτο λεπτότερόν τε καὶ ἀερωδέστερον πεφυκός, διὰ τῆς ἀδήλου οὕτω διαφορη‐ θὲν διαπνοῆς, ᾤχετο λαβὸν τὴν αἴσθησιν.</w:t>
      </w:r>
    </w:p>
    <w:p>
      <w:r>
        <w:rPr>
          <w:rFonts w:ascii="Courier New" w:hAnsi="Courier New"/>
          <w:color w:val="555555"/>
          <w:sz w:val="20"/>
        </w:rPr>
        <w:t>[1 . 4 . 9]</w:t>
      </w:r>
    </w:p>
    <w:p>
      <w:r>
        <w:rPr>
          <w:rFonts w:ascii="Gentium Plus" w:hAnsi="Gentium Plus"/>
          <w:sz w:val="24"/>
        </w:rPr>
        <w:t>Ἀλλ’ ἐπειδή</w:t>
      </w:r>
    </w:p>
    <w:p>
      <w:pPr>
        <w:jc w:val="center"/>
      </w:pPr>
      <w:r>
        <w:rPr>
          <w:rFonts w:ascii="Gentium Plus" w:hAnsi="Gentium Plus"/>
          <w:b/>
          <w:sz w:val="24"/>
        </w:rPr>
        <w:t>Κεφ. ε. Περὶ τῶν ἐφ’ ἑκάστης τῶν πέψεων ἐκκρινομένων περιττωμάτων.</w:t>
      </w:r>
    </w:p>
    <w:p>
      <w:r>
        <w:rPr>
          <w:rFonts w:ascii="Courier New" w:hAnsi="Courier New"/>
          <w:color w:val="555555"/>
          <w:sz w:val="20"/>
        </w:rPr>
        <w:t>[1 . 5 . 1]</w:t>
      </w:r>
    </w:p>
    <w:p>
      <w:r>
        <w:rPr>
          <w:rFonts w:ascii="Gentium Plus" w:hAnsi="Gentium Plus"/>
          <w:sz w:val="24"/>
        </w:rPr>
        <w:t>Τεττάρων οὐσῶν ὡς οἶμαι τῶν γενικῶν πέψεων ἐν διαφόροις τόποις γεγενημένων, ἡ μὲν δὴ πρώτη κατὰ γα‐ στέρα πάντως ἐνεργεῖται, ἡ δὲ δευτέρα κατά τε τὴν στε‐ λεχιαίαν φλέβα καὶ τὰ κοῖλα τοῦ ἥπατος, ὥσπερ ἡ τρίτη</w:t>
      </w:r>
    </w:p>
    <w:p>
      <w:r>
        <w:rPr>
          <w:rFonts w:ascii="Courier New" w:hAnsi="Courier New"/>
          <w:color w:val="555555"/>
          <w:sz w:val="20"/>
        </w:rPr>
        <w:t>[5]</w:t>
      </w:r>
    </w:p>
    <w:p>
      <w:r>
        <w:rPr>
          <w:rFonts w:ascii="Gentium Plus" w:hAnsi="Gentium Plus"/>
          <w:sz w:val="24"/>
        </w:rPr>
        <w:t>κατά τε τὰ κυρτὰ τοῦ ἥπατος καὶ τὸ ἐφεξῆς φλεβῶδες γένος, καί μετ’ αὐτὴν ὑστάτη κατὰ τὰ περαιτέρω τοῦ σώ‐ ματος, ὅτε δὴ καὶ πρόσθεσίς τις καὶ πρόσφυσις καὶ ἐξο‐ μοίωσις γίνεται.</w:t>
      </w:r>
    </w:p>
    <w:p>
      <w:r>
        <w:rPr>
          <w:rFonts w:ascii="Courier New" w:hAnsi="Courier New"/>
          <w:color w:val="555555"/>
          <w:sz w:val="20"/>
        </w:rPr>
        <w:t>[1 . 5 . 2]</w:t>
      </w:r>
    </w:p>
    <w:p>
      <w:r>
        <w:rPr>
          <w:rFonts w:ascii="Gentium Plus" w:hAnsi="Gentium Plus"/>
          <w:sz w:val="24"/>
        </w:rPr>
        <w:t>Τούτων τῆς μὲν προτέρας τὰ πε‐ ριττά, ὅσα τε ἐμεῖται καὶ διὰ γαστρὸς χωρεῖ, τῆς δ’ αὖ δευτέρας οἱ ἑτεροειδεῖς χυμοί, ἐκείνης δὲ τὰ τοῖς οὔροις παρυφιστάμενα, ὑστάτης δὲ καὶ τετάρτης τά τε διὰ ἀδή‐</w:t>
      </w:r>
    </w:p>
    <w:p>
      <w:r>
        <w:rPr>
          <w:rFonts w:ascii="Courier New" w:hAnsi="Courier New"/>
          <w:color w:val="555555"/>
          <w:sz w:val="20"/>
        </w:rPr>
        <w:t>[5]</w:t>
      </w:r>
    </w:p>
    <w:p>
      <w:r>
        <w:rPr>
          <w:rFonts w:ascii="Gentium Plus" w:hAnsi="Gentium Plus"/>
          <w:sz w:val="24"/>
        </w:rPr>
        <w:t>λου διαπνοῆς χωροῦντα, λεπτὰ τυγχάνοντα, καὶ τὰ ἐξαν‐ θοῦντα περὶ τὴν ἐπιφάνειαν παχύτερα γεγονότα.</w:t>
      </w:r>
    </w:p>
    <w:p>
      <w:r>
        <w:rPr>
          <w:rFonts w:ascii="Courier New" w:hAnsi="Courier New"/>
          <w:color w:val="555555"/>
          <w:sz w:val="20"/>
        </w:rPr>
        <w:t>[1 . 5 . 3]</w:t>
      </w:r>
    </w:p>
    <w:p>
      <w:r>
        <w:rPr>
          <w:rFonts w:ascii="Gentium Plus" w:hAnsi="Gentium Plus"/>
          <w:sz w:val="24"/>
        </w:rPr>
        <w:t>Κἂν μὲν οὖν αἱ πέψεις αὗται πᾶσαι καλῶς τὸ σφῶν αὐτῶν ἔργον διασκευάσωσι, τά τε οὖρα τὴν ἁρμόζουσαν χροιάν τε καὶ σύστασιν ὑποφαίνουσι καὶ τὰ παρυφιστάμενα τὸν</w:t>
      </w:r>
    </w:p>
    <w:p>
      <w:r>
        <w:rPr>
          <w:rFonts w:ascii="Courier New" w:hAnsi="Courier New"/>
          <w:color w:val="555555"/>
          <w:sz w:val="20"/>
        </w:rPr>
        <w:t>[5]</w:t>
      </w:r>
    </w:p>
    <w:p>
      <w:r>
        <w:rPr>
          <w:rFonts w:ascii="Gentium Plus" w:hAnsi="Gentium Plus"/>
          <w:sz w:val="24"/>
        </w:rPr>
        <w:t>οἰκεῖον ἔχοντα τόπον, λεῖα καὶ ὁμαλὰ ἐπιδείκνυνται.</w:t>
      </w:r>
    </w:p>
    <w:p>
      <w:r>
        <w:rPr>
          <w:rFonts w:ascii="Courier New" w:hAnsi="Courier New"/>
          <w:color w:val="555555"/>
          <w:sz w:val="20"/>
        </w:rPr>
        <w:t>[1 . 5 . 4]</w:t>
      </w:r>
    </w:p>
    <w:p>
      <w:r>
        <w:rPr>
          <w:rFonts w:ascii="Gentium Plus" w:hAnsi="Gentium Plus"/>
          <w:sz w:val="24"/>
        </w:rPr>
        <w:t>Οὖρον γάρ φησιν Ἱπποκράτης ἄριστον τὸ λευκὴν καὶ λείην καὶ ὁμαλὴν τὴν ὑπόστασιν ἔχον· ἄλλοι δέ τινες πρὸς ἀπαρτισμὸν τὸν ὅρον προάγοντες, οὖρον ἔφασαν ἄριστον τῷ κατὰ πάντα εὐκράτῳ ἀνθρώπῳ, τὸ τῷ πλήθει μὲν</w:t>
      </w:r>
    </w:p>
    <w:p>
      <w:r>
        <w:rPr>
          <w:rFonts w:ascii="Courier New" w:hAnsi="Courier New"/>
          <w:color w:val="555555"/>
          <w:sz w:val="20"/>
        </w:rPr>
        <w:t>[5]</w:t>
      </w:r>
    </w:p>
    <w:p>
      <w:r>
        <w:rPr>
          <w:rFonts w:ascii="Gentium Plus" w:hAnsi="Gentium Plus"/>
          <w:sz w:val="24"/>
        </w:rPr>
        <w:t>ἀναλόγως ἔχον τῷ πινομένῳ, χροιὰν δὲ ὑπόπυρρον ἢ ὑπό‐ ξανθον, ὑπόστασιν δὲ λευκὴν καὶ λείαν καὶ ὁμαλήν.</w:t>
      </w:r>
    </w:p>
    <w:p>
      <w:r>
        <w:rPr>
          <w:rFonts w:ascii="Courier New" w:hAnsi="Courier New"/>
          <w:color w:val="555555"/>
          <w:sz w:val="20"/>
        </w:rPr>
        <w:t>[1 . 5 . 5]</w:t>
      </w:r>
    </w:p>
    <w:p>
      <w:r>
        <w:rPr>
          <w:rFonts w:ascii="Gentium Plus" w:hAnsi="Gentium Plus"/>
          <w:sz w:val="24"/>
        </w:rPr>
        <w:t>Καθ’ ἃς γὰρ ἂν πέψεις τύχῃ διαμαρτὸν τὸ αἷμα τοῦ δέοντος, καὶ τὸ οὖρον σαφῶς συμμεταβάλλεται, καὶ ἐφ’ αἷς τισιν αἰτίαις δίδωσιν ἐξευρίσκειν.</w:t>
      </w:r>
    </w:p>
    <w:p>
      <w:r>
        <w:rPr>
          <w:rFonts w:ascii="Courier New" w:hAnsi="Courier New"/>
          <w:color w:val="555555"/>
          <w:sz w:val="20"/>
        </w:rPr>
        <w:t>[1 . 5 . 6]</w:t>
      </w:r>
    </w:p>
    <w:p>
      <w:r>
        <w:rPr>
          <w:rFonts w:ascii="Gentium Plus" w:hAnsi="Gentium Plus"/>
          <w:sz w:val="24"/>
        </w:rPr>
        <w:t>Ἐπεὶ γὰρ τοῦ διὰ παντὸς χωροῦντος χυμοῦ τοῦ σώματος τὰ περιττὰ συνεκκρινόμενα φαίνεται ταῖς ἀμίσιν, εἰκότως ἂν ἀποδεί‐ ξαιεν ταῦτα τὰ περὶ τὰς πέψεις πλημμελήματα γεγονότα.</w:t>
      </w:r>
    </w:p>
    <w:p>
      <w:r>
        <w:rPr>
          <w:rFonts w:ascii="Courier New" w:hAnsi="Courier New"/>
          <w:color w:val="555555"/>
          <w:sz w:val="20"/>
        </w:rPr>
        <w:t>[1 . 5 . 7]</w:t>
      </w:r>
    </w:p>
    <w:p>
      <w:r>
        <w:rPr>
          <w:rFonts w:ascii="Gentium Plus" w:hAnsi="Gentium Plus"/>
          <w:sz w:val="24"/>
        </w:rPr>
        <w:t>Ὣσπερ γὰρ ἐπὶ τῶν ἀποστημάτων, ἂν μὲν λευκὸν καὶ λεῖον καὶ βραχύ τι ἢ οὐδὲν ὄζον ὑπορρέῃ τὸ πύον καὶ μηδέ τινα ἑτεροειδῆ ἐμφερόμενα ἔχη, ἀγαθὴν τοῦ ἕλκους ὑποδείκνυσι γεγονέναι τὴν πέψιν· εἴ τι δέ που τούτων</w:t>
      </w:r>
    </w:p>
    <w:p>
      <w:r>
        <w:rPr>
          <w:rFonts w:ascii="Courier New" w:hAnsi="Courier New"/>
          <w:color w:val="555555"/>
          <w:sz w:val="20"/>
        </w:rPr>
        <w:t>[5]</w:t>
      </w:r>
    </w:p>
    <w:p>
      <w:r>
        <w:rPr>
          <w:rFonts w:ascii="Gentium Plus" w:hAnsi="Gentium Plus"/>
          <w:sz w:val="24"/>
        </w:rPr>
        <w:t>λέλειπται, διημαρτῆσθαι καὶ τὴν πέψιν δηλοῖ, ὥστε ἐντεῦ‐ θεν διδόναι οἴεσθαι, ἤτοι κακοηθευθῆναι τὸ ἕλκος, ἢ χρο‐</w:t>
      </w:r>
    </w:p>
    <w:p>
      <w:r>
        <w:rPr>
          <w:rFonts w:ascii="Courier New" w:hAnsi="Courier New"/>
          <w:color w:val="555555"/>
          <w:sz w:val="20"/>
        </w:rPr>
        <w:t>[1 . 5 . 8]</w:t>
      </w:r>
    </w:p>
    <w:p>
      <w:r>
        <w:rPr>
          <w:rFonts w:ascii="Gentium Plus" w:hAnsi="Gentium Plus"/>
          <w:sz w:val="24"/>
        </w:rPr>
        <w:t>Τά τε γὰρ ποσὰ τῶν οὔρων μὴ φυλάττοντα τήν ἀναλογίαν, αἵ τε συστάσεις ἐκπεφευγυῖαι τὸ σύμμετρον, τὰ δὲ χρώματα τῆς βαφῆς ἐπίτασίν τε καὶ ὕφεσιν προσλαβόντα, τὰ δὲ παρυφιστά‐</w:t>
      </w:r>
    </w:p>
    <w:p>
      <w:r>
        <w:rPr>
          <w:rFonts w:ascii="Courier New" w:hAnsi="Courier New"/>
          <w:color w:val="555555"/>
          <w:sz w:val="20"/>
        </w:rPr>
        <w:t>[5]</w:t>
      </w:r>
    </w:p>
    <w:p>
      <w:r>
        <w:rPr>
          <w:rFonts w:ascii="Gentium Plus" w:hAnsi="Gentium Plus"/>
          <w:sz w:val="24"/>
        </w:rPr>
        <w:t>μενα μήτε χρῶμα μήτε σύστασιν μήτε μὴν τόπον μήτε λειότητα τηροῦντα καὶ ὁμαλότητα, εἰκότως ἂν σημάνειεν ἐκφυγόντα τὸ κατὰ φύσιν τε καὶ σύμμετρον ὁποιανδήτινα βλάβην ἐπιγεγονέναι τῷ σώματι· τάς τε χὰρ ἐπιταθείσας δυσκρασίας ὁμοιομερῶν τε καὶ ἀπεψίας καὶ τὰ λοιπὰ τῶν</w:t>
      </w:r>
    </w:p>
    <w:p>
      <w:r>
        <w:rPr>
          <w:rFonts w:ascii="Courier New" w:hAnsi="Courier New"/>
          <w:color w:val="555555"/>
          <w:sz w:val="20"/>
        </w:rPr>
        <w:t>[10]</w:t>
      </w:r>
    </w:p>
    <w:p>
      <w:r>
        <w:rPr>
          <w:rFonts w:ascii="Gentium Plus" w:hAnsi="Gentium Plus"/>
          <w:sz w:val="24"/>
        </w:rPr>
        <w:t>κατὰ μέρος ἀξιολόγων παθῶν αὐτὰ δὴ τὰ οὖρα σημα‐ νοῦσι ταῖς ἐξευρημέναις μεθόδοις κεχρημένῳ.</w:t>
      </w:r>
    </w:p>
    <w:p>
      <w:pPr>
        <w:jc w:val="center"/>
      </w:pPr>
      <w:r>
        <w:rPr>
          <w:rFonts w:ascii="Gentium Plus" w:hAnsi="Gentium Plus"/>
          <w:b/>
          <w:sz w:val="24"/>
        </w:rPr>
        <w:t>Κεφ. ϛʹ. Πρὸς τοὺς ἀνόητον οἰομένους τὴν ἐκ τῶν οὔρων ἐπίσπεψιν.</w:t>
      </w:r>
    </w:p>
    <w:p>
      <w:r>
        <w:rPr>
          <w:rFonts w:ascii="Courier New" w:hAnsi="Courier New"/>
          <w:color w:val="555555"/>
          <w:sz w:val="20"/>
        </w:rPr>
        <w:t>[1 . 6 . 1]</w:t>
      </w:r>
    </w:p>
    <w:p>
      <w:r>
        <w:rPr>
          <w:rFonts w:ascii="Gentium Plus" w:hAnsi="Gentium Plus"/>
          <w:sz w:val="24"/>
        </w:rPr>
        <w:t>Ἐπεὶ δέ τινες ὡς ἀνόητον τὴν περὶ οὔρων ἀπο‐ στρέφονται πραγματείαν καὶ μηδ’ ὁτιοῦν εἰς διάγνωσιν ἢ πρόγνωσιν λυσιτελεῖν διατείνονται ὑῶν καὶ ἵππων καὶ κυνῶν καὶ ζῴων ἄλλων οὔροις τοὺς ἀπειροτέρους ἐξαπα‐</w:t>
      </w:r>
    </w:p>
    <w:p>
      <w:r>
        <w:rPr>
          <w:rFonts w:ascii="Courier New" w:hAnsi="Courier New"/>
          <w:color w:val="555555"/>
          <w:sz w:val="20"/>
        </w:rPr>
        <w:t>[5]</w:t>
      </w:r>
    </w:p>
    <w:p>
      <w:r>
        <w:rPr>
          <w:rFonts w:ascii="Gentium Plus" w:hAnsi="Gentium Plus"/>
          <w:sz w:val="24"/>
        </w:rPr>
        <w:t>τῶντες, βραχέα ἄττα πρὸς τούτους εἰρηκότες τῶν καθεξῆς ἐχώμεθα λόγων.</w:t>
      </w:r>
    </w:p>
    <w:p>
      <w:r>
        <w:rPr>
          <w:rFonts w:ascii="Courier New" w:hAnsi="Courier New"/>
          <w:color w:val="555555"/>
          <w:sz w:val="20"/>
        </w:rPr>
        <w:t>[1 . 6 . 2]</w:t>
      </w:r>
    </w:p>
    <w:p>
      <w:r>
        <w:rPr>
          <w:rFonts w:ascii="Gentium Plus" w:hAnsi="Gentium Plus"/>
          <w:sz w:val="24"/>
        </w:rPr>
        <w:t>Ἐπειδὴ περιήθημα αἵματος τὸ οὖρον εἶναι λέλεκται τοῖς περὶ τὰ τοιαῦτα σοφοῖς, ἔναιμα δὲ καὶ τὰ ῥηθέντα τῶν ζῴων πέφυκε, τί καινὸν ἂν εἴη, εἰ κα‐ ταλληλίαν τινὰ τὰ οὖρα τούτων πρὸς τὰ τῶν ἀνθρώπων</w:t>
      </w:r>
    </w:p>
    <w:p>
      <w:r>
        <w:rPr>
          <w:rFonts w:ascii="Courier New" w:hAnsi="Courier New"/>
          <w:color w:val="555555"/>
          <w:sz w:val="20"/>
        </w:rPr>
        <w:t>[5]</w:t>
      </w:r>
    </w:p>
    <w:p>
      <w:r>
        <w:rPr>
          <w:rFonts w:ascii="Gentium Plus" w:hAnsi="Gentium Plus"/>
          <w:sz w:val="24"/>
        </w:rPr>
        <w:t>κέκτηται;</w:t>
      </w:r>
    </w:p>
    <w:p>
      <w:r>
        <w:rPr>
          <w:rFonts w:ascii="Courier New" w:hAnsi="Courier New"/>
          <w:color w:val="555555"/>
          <w:sz w:val="20"/>
        </w:rPr>
        <w:t>[1 . 6 . 3]</w:t>
      </w:r>
    </w:p>
    <w:p>
      <w:r>
        <w:rPr>
          <w:rFonts w:ascii="Gentium Plus" w:hAnsi="Gentium Plus"/>
          <w:sz w:val="24"/>
        </w:rPr>
        <w:t>Τοσοῦτο μέντοι διενηνοχότα ταῦτα ἀλλήλων ἔσται, καθ’ ὅσον οὐχ ἡ αὐτή τις πέψις ἐν πᾶσι πέφυκε, εἴ γε μήθ’ αἱ τροφαί, μήτε τὰ γυμνάσια, μήθ’ αἱ ἔμφυτοι δυνάμεις τε καὶ κράσεις τοῖς πᾶσιν αἱ αὐταὶ καθεστήκασι.</w:t>
      </w:r>
    </w:p>
    <w:p>
      <w:r>
        <w:rPr>
          <w:rFonts w:ascii="Courier New" w:hAnsi="Courier New"/>
          <w:color w:val="555555"/>
          <w:sz w:val="20"/>
        </w:rPr>
        <w:t>[1 . 6 . 4]</w:t>
      </w:r>
    </w:p>
    <w:p>
      <w:r>
        <w:rPr>
          <w:rFonts w:ascii="Gentium Plus" w:hAnsi="Gentium Plus"/>
          <w:sz w:val="24"/>
        </w:rPr>
        <w:t>Καὶ τί δεῖ λέγειν ἐπὶ τῶν διαφόρων τῷ εἴδει, ὅπου γε καὶ τῶν αὐτῶν τῷ εἴδει διάφορα ὑγιαινόντων τὰ οὖρα δείκνυται διά τε τὰς διαφορὰς τῶν τροφῶν τε καὶ τῶν κράσεων καὶ ἡλικιῶν, ἐθῶν τε καὶ τόπων, καὶ ὅτι ἄν ἀλ‐</w:t>
      </w:r>
    </w:p>
    <w:p>
      <w:r>
        <w:rPr>
          <w:rFonts w:ascii="Courier New" w:hAnsi="Courier New"/>
          <w:color w:val="555555"/>
          <w:sz w:val="20"/>
        </w:rPr>
        <w:t>[5]</w:t>
      </w:r>
    </w:p>
    <w:p>
      <w:r>
        <w:rPr>
          <w:rFonts w:ascii="Gentium Plus" w:hAnsi="Gentium Plus"/>
          <w:sz w:val="24"/>
        </w:rPr>
        <w:t>λοιοῦν εἰώθει ἕτερον· ἐνίοτε γὰρ ἅπερ ὑγιαίνουσιν ἄλλοις ἐπιφαίνεται, ταῦτα νοσοῦσιν ἑτέροις ἐπιδείκνυται.</w:t>
      </w:r>
    </w:p>
    <w:p>
      <w:r>
        <w:rPr>
          <w:rFonts w:ascii="Courier New" w:hAnsi="Courier New"/>
          <w:color w:val="555555"/>
          <w:sz w:val="20"/>
        </w:rPr>
        <w:t>[1 . 6 . 5]</w:t>
      </w:r>
    </w:p>
    <w:p>
      <w:r>
        <w:rPr>
          <w:rFonts w:ascii="Gentium Plus" w:hAnsi="Gentium Plus"/>
          <w:sz w:val="24"/>
        </w:rPr>
        <w:t>Τά τε γὰρ τῶν γερόντων οὖρα, τοῖς νέοις ἐπιφαινόμενα, μὴ καλῶς ἔχειν παραδηλοῦσι· τά τε τῶν νέων τοῖς γέρουσι παρατετράφθαι φαίνουσι τὴν ὑγείαν· ἐπί τε τῶν νοσούν‐</w:t>
      </w:r>
    </w:p>
    <w:p>
      <w:r>
        <w:rPr>
          <w:rFonts w:ascii="Courier New" w:hAnsi="Courier New"/>
          <w:color w:val="555555"/>
          <w:sz w:val="20"/>
        </w:rPr>
        <w:t>[5]</w:t>
      </w:r>
    </w:p>
    <w:p>
      <w:r>
        <w:rPr>
          <w:rFonts w:ascii="Gentium Plus" w:hAnsi="Gentium Plus"/>
          <w:sz w:val="24"/>
        </w:rPr>
        <w:t>των πολλὰς ἂν ἴδῃς οὔρων διαφορὰς κατὰ τὰς τῶν νοση‐ μάτων συμπιπτούσας ποιότητας, ὥστε δὴ καὶ συμπεσεῖν ἐνίοτε, ἀλόγων ζῴων οὔροις ἐοικέναι τὰ τῶν μὴ καλῶς ἐχόντων ἀνθρώπων, καθαπερεὶ καί φησιν ὁ σοφὸς Ἱππο‐ κράτης περὶ τῶν ἀνατεταραγμένων οὔρων, ὡς ἐοικότων</w:t>
      </w:r>
    </w:p>
    <w:p>
      <w:r>
        <w:rPr>
          <w:rFonts w:ascii="Courier New" w:hAnsi="Courier New"/>
          <w:color w:val="555555"/>
          <w:sz w:val="20"/>
        </w:rPr>
        <w:t>[10]</w:t>
      </w:r>
    </w:p>
    <w:p>
      <w:r>
        <w:rPr>
          <w:rFonts w:ascii="Gentium Plus" w:hAnsi="Gentium Plus"/>
          <w:sz w:val="24"/>
        </w:rPr>
        <w:t>τοῖς τῶν ὑποζυγίων.</w:t>
      </w:r>
    </w:p>
    <w:p>
      <w:r>
        <w:rPr>
          <w:rFonts w:ascii="Courier New" w:hAnsi="Courier New"/>
          <w:color w:val="555555"/>
          <w:sz w:val="20"/>
        </w:rPr>
        <w:t>[1 . 6 . 6]</w:t>
      </w:r>
    </w:p>
    <w:p>
      <w:r>
        <w:rPr>
          <w:rFonts w:ascii="Gentium Plus" w:hAnsi="Gentium Plus"/>
          <w:sz w:val="24"/>
        </w:rPr>
        <w:t>Ἐγὼ δὲ δὴ καὶ βεβούλευμαι περὶ τῶν ἐπὶ συνήθεσι ζῴοις τεθεωρημένων διορίσασθαι οὔρων, ἵν’ ὅπως μὴ ὑπὸ τῶν τὰ τοιαῦτα ῥᾳδιουργούντων ἐξαπα‐ τώμεθα.</w:t>
      </w:r>
    </w:p>
    <w:p>
      <w:r>
        <w:rPr>
          <w:rFonts w:ascii="Courier New" w:hAnsi="Courier New"/>
          <w:color w:val="555555"/>
          <w:sz w:val="20"/>
        </w:rPr>
        <w:t>[1 . 6 . 7]</w:t>
      </w:r>
    </w:p>
    <w:p>
      <w:r>
        <w:rPr>
          <w:rFonts w:ascii="Gentium Plus" w:hAnsi="Gentium Plus"/>
          <w:sz w:val="24"/>
        </w:rPr>
        <w:t>Ἀλλὰ ἐπειδὴ τὸ μὲν ἀντιπαίζειν οὕτω πρὸς τοὺς κατὰ τῆς φύσεως μωραίνοντας ἀνθρώπους ἄκαιρον ἐνομίσθη πάμπαν, σχολὴ δ’ ἂν εἴη, εἴ τις πειρῶτο τὴν τέχνην δοκιμάζειν ἐντεῦθεν, καὶ ταῦτά γε συνιείς, ὡς</w:t>
      </w:r>
    </w:p>
    <w:p>
      <w:r>
        <w:rPr>
          <w:rFonts w:ascii="Courier New" w:hAnsi="Courier New"/>
          <w:color w:val="555555"/>
          <w:sz w:val="20"/>
        </w:rPr>
        <w:t>[5]</w:t>
      </w:r>
    </w:p>
    <w:p>
      <w:r>
        <w:rPr>
          <w:rFonts w:ascii="Gentium Plus" w:hAnsi="Gentium Plus"/>
          <w:sz w:val="24"/>
        </w:rPr>
        <w:t>ἐνδέχεται συμπεσεῖν τῷ εἴδει τὰ τῶν ἀλόγων ζῴων τοῖς ἀνθρωπίνοις οὔροις ἐφ’ οἵαις δή τισι διαθέσεσι, τὸ μὲν οὖν οὕτως ἀκαιρολογεῖν πάνυ πάρεργον ἡγησάμενος, ἀρ‐ κοῦντα δὲ προδιασημηνάμενος τοῖς πειρωμένοις παίζειν ἐν οὐ παικτοῖς, τὸν περὶ τούτων ἀφῆκα λόγον· ἑξῆς δ’ ἂν</w:t>
      </w:r>
    </w:p>
    <w:p>
      <w:r>
        <w:rPr>
          <w:rFonts w:ascii="Courier New" w:hAnsi="Courier New"/>
          <w:color w:val="555555"/>
          <w:sz w:val="20"/>
        </w:rPr>
        <w:t>[10]</w:t>
      </w:r>
    </w:p>
    <w:p>
      <w:r>
        <w:rPr>
          <w:rFonts w:ascii="Gentium Plus" w:hAnsi="Gentium Plus"/>
          <w:sz w:val="24"/>
        </w:rPr>
        <w:t>εἴη δέον ἐπιέναι τῷ λόγῳ.</w:t>
      </w:r>
    </w:p>
    <w:p>
      <w:pPr>
        <w:jc w:val="center"/>
      </w:pPr>
      <w:r>
        <w:rPr>
          <w:rFonts w:ascii="Gentium Plus" w:hAnsi="Gentium Plus"/>
          <w:b/>
          <w:sz w:val="24"/>
        </w:rPr>
        <w:t>Κεφ. ζʹ. Ὅτι οὐδὲν αὐταρκὲς τῶν σημειωτικῶν ἐς τὴν καθόλου τῶν παθῶν ἐπίσκεψιν.</w:t>
      </w:r>
    </w:p>
    <w:p>
      <w:r>
        <w:rPr>
          <w:rFonts w:ascii="Courier New" w:hAnsi="Courier New"/>
          <w:color w:val="555555"/>
          <w:sz w:val="20"/>
        </w:rPr>
        <w:t>[1 . 7 . 1]</w:t>
      </w:r>
    </w:p>
    <w:p>
      <w:r>
        <w:rPr>
          <w:rFonts w:ascii="Gentium Plus" w:hAnsi="Gentium Plus"/>
          <w:sz w:val="24"/>
        </w:rPr>
        <w:t>Τῷ τοίνυν ἀκριβῶς διαγιγνώσκειν τε καὶ προγι‐ γνώσκειν αἱρουμένῳ τῶν παθῶν τὰ συμβαίνοντα, οὐ μό‐ νον οὔρων ἐπισκέπτεσθαι προσήκει διαφοράς, ὅπου γε καὶ αὐτῶν μόνων ἀρκούντων εἰς τὴν τῶν λυπούντων παθῶν</w:t>
      </w:r>
    </w:p>
    <w:p>
      <w:r>
        <w:rPr>
          <w:rFonts w:ascii="Courier New" w:hAnsi="Courier New"/>
          <w:color w:val="555555"/>
          <w:sz w:val="20"/>
        </w:rPr>
        <w:t>[5]</w:t>
      </w:r>
    </w:p>
    <w:p>
      <w:r>
        <w:rPr>
          <w:rFonts w:ascii="Gentium Plus" w:hAnsi="Gentium Plus"/>
          <w:sz w:val="24"/>
        </w:rPr>
        <w:t>ἐπίσκεψιν, ἀλλὰ καὶ σφυγμῶν αὐτῶν ἅπτεσθαι καὶ διαχω‐ ρήματα καθορᾶν καὶ κίνησιν ἀναπνοῆς, ἔτι δὲ θέσιν προσ‐ ώπου, καὶ τοῦ παντὸς κατάκλισιν σώματος, καὶ αὐτῆς δὴ τῆς γλώττης προσφοράς, ἵνα τὸ οἰκεῖον ἀμέσως ἐπιχορη‐ γοῦντος ἑκάστου, καὶ μὴ ταῖς ἀλλήλων συμπαθείαις ἐπι‐</w:t>
      </w:r>
    </w:p>
    <w:p>
      <w:r>
        <w:rPr>
          <w:rFonts w:ascii="Courier New" w:hAnsi="Courier New"/>
          <w:color w:val="555555"/>
          <w:sz w:val="20"/>
        </w:rPr>
        <w:t>[10]</w:t>
      </w:r>
    </w:p>
    <w:p>
      <w:r>
        <w:rPr>
          <w:rFonts w:ascii="Gentium Plus" w:hAnsi="Gentium Plus"/>
          <w:sz w:val="24"/>
        </w:rPr>
        <w:t>κρινομένων, ἀσφαλὴς ἀποδοθείη ἥ τε πρόγνωσις καὶ ἡ διάγνωσις.</w:t>
      </w:r>
    </w:p>
    <w:p>
      <w:r>
        <w:rPr>
          <w:rFonts w:ascii="Courier New" w:hAnsi="Courier New"/>
          <w:color w:val="555555"/>
          <w:sz w:val="20"/>
        </w:rPr>
        <w:t>[1 . 7 . 2]</w:t>
      </w:r>
    </w:p>
    <w:p>
      <w:r>
        <w:rPr>
          <w:rFonts w:ascii="Gentium Plus" w:hAnsi="Gentium Plus"/>
          <w:sz w:val="24"/>
        </w:rPr>
        <w:t>Οἱ μὲν γὰρ σφυγμοὶ πρώτως τὸ ποσὸν τῆς τε θερμότητος καὶ ψυχρότητος σημανοῦσι· τὰ δ’ οὖρα τό τε ποσὸν καὶ τὴν ποιότητα τῶν χυμῶν, τά τε διαχωρή‐ ματα τῆς γαστρὸς τὰς πέψεις καὶ ἀπεψίας, αἱ δὲ δὴ προ‐</w:t>
      </w:r>
    </w:p>
    <w:p>
      <w:r>
        <w:rPr>
          <w:rFonts w:ascii="Courier New" w:hAnsi="Courier New"/>
          <w:color w:val="555555"/>
          <w:sz w:val="20"/>
        </w:rPr>
        <w:t>[5]</w:t>
      </w:r>
    </w:p>
    <w:p>
      <w:r>
        <w:rPr>
          <w:rFonts w:ascii="Gentium Plus" w:hAnsi="Gentium Plus"/>
          <w:sz w:val="24"/>
        </w:rPr>
        <w:t>φοραὶ τοῦ λόγου τὴν ἡγεμονικὴν ἐνέργειαν, αἱ δὲ ποιαὶ κατακλίσεις τοῦ σώματος καὶ τοῦ παντὸς προσώπου δια‐</w:t>
      </w:r>
    </w:p>
    <w:p>
      <w:r>
        <w:rPr>
          <w:rFonts w:ascii="Courier New" w:hAnsi="Courier New"/>
          <w:color w:val="555555"/>
          <w:sz w:val="20"/>
        </w:rPr>
        <w:t>[1 . 7 . 3]</w:t>
      </w:r>
    </w:p>
    <w:p>
      <w:r>
        <w:rPr>
          <w:rFonts w:ascii="Gentium Plus" w:hAnsi="Gentium Plus"/>
          <w:sz w:val="24"/>
        </w:rPr>
        <w:t>Οὔτε οἱ σφυγμοὶ γὰρ πάντ’ ἀκριβῶς παραγυμνῶσι τὰ πάθη, οὔ θ’ αἱ ἐπιχωρήσεις τῆς γαστρός, οὔτε τὰ οὖρα οὔτε τὰ ἄλλα, ἃ δὴ πρὸς διάγνωσιν τῶν κατεχόντων παθῶν ἐξεύρηνται· ἀλλὰ ἄλλα μᾶλλον ἑτέρων</w:t>
      </w:r>
    </w:p>
    <w:p>
      <w:r>
        <w:rPr>
          <w:rFonts w:ascii="Courier New" w:hAnsi="Courier New"/>
          <w:color w:val="555555"/>
          <w:sz w:val="20"/>
        </w:rPr>
        <w:t>[5]</w:t>
      </w:r>
    </w:p>
    <w:p>
      <w:r>
        <w:rPr>
          <w:rFonts w:ascii="Gentium Plus" w:hAnsi="Gentium Plus"/>
          <w:sz w:val="24"/>
        </w:rPr>
        <w:t>ἑτοιμότερα πρὸς τὴν τῶν παθῶν διάγνωσιν γίνεται.</w:t>
      </w:r>
    </w:p>
    <w:p>
      <w:r>
        <w:rPr>
          <w:rFonts w:ascii="Courier New" w:hAnsi="Courier New"/>
          <w:color w:val="555555"/>
          <w:sz w:val="20"/>
        </w:rPr>
        <w:t>[1 . 7 . 4]</w:t>
      </w:r>
    </w:p>
    <w:p>
      <w:r>
        <w:rPr>
          <w:rFonts w:ascii="Gentium Plus" w:hAnsi="Gentium Plus"/>
          <w:sz w:val="24"/>
        </w:rPr>
        <w:t>Τῷ γε μὴν λόγῳ τῆς κοινωνίας καὶ τῇ διὰ πάντων ἀφίξει τῶν χυμῶν καὶ τοῦ πνεύματος, οὐ διαλανθάνει ῥᾳδίως τῶν παθῶν τὰ γινόμενα, καὶ τοσούτῳ ἐς καθολικὴν τῶν πα‐</w:t>
      </w:r>
    </w:p>
    <w:p>
      <w:r>
        <w:rPr>
          <w:rFonts w:ascii="Courier New" w:hAnsi="Courier New"/>
          <w:color w:val="555555"/>
          <w:sz w:val="20"/>
        </w:rPr>
        <w:t>[5]</w:t>
      </w:r>
    </w:p>
    <w:p>
      <w:r>
        <w:rPr>
          <w:rFonts w:ascii="Gentium Plus" w:hAnsi="Gentium Plus"/>
          <w:sz w:val="24"/>
        </w:rPr>
        <w:t>θῶν ἐπίσκεψιν ἡ τῶν οὔρων θεωρία εὕρηται μετὰ τοὺς σφυγμούς, ὅσῳ καὶ μετὰ τὸ πνεῦμα διὰ πάντων ἡ τῶν χυμῶν οὐσία διαπεφοίτηκε.</w:t>
      </w:r>
    </w:p>
    <w:p>
      <w:r>
        <w:rPr>
          <w:rFonts w:ascii="Courier New" w:hAnsi="Courier New"/>
          <w:color w:val="555555"/>
          <w:sz w:val="20"/>
        </w:rPr>
        <w:t>[1 . 7 . 5]</w:t>
      </w:r>
    </w:p>
    <w:p>
      <w:r>
        <w:rPr>
          <w:rFonts w:ascii="Gentium Plus" w:hAnsi="Gentium Plus"/>
          <w:sz w:val="24"/>
        </w:rPr>
        <w:t>Τοσοῦτο δὲ ἀσφαλέστερόν τε καὶ πρόχειρον ἡ ἐν τοῖς οὔροις μέθοδος τῆς ἐπὶ τοὺς σφυγμοὺς καθέστηκεν, ὅσον ὑπ’ ὄψιν μὲν αὕτη τὸ πᾶν ἐκτίθησιν, ὑπὸ ἁφὴν δὲ ἐκείνη προστίθησι.</w:t>
      </w:r>
    </w:p>
    <w:p>
      <w:r>
        <w:rPr>
          <w:rFonts w:ascii="Courier New" w:hAnsi="Courier New"/>
          <w:color w:val="555555"/>
          <w:sz w:val="20"/>
        </w:rPr>
        <w:t>[1 . 7 . 6]</w:t>
      </w:r>
    </w:p>
    <w:p>
      <w:r>
        <w:rPr>
          <w:rFonts w:ascii="Gentium Plus" w:hAnsi="Gentium Plus"/>
          <w:sz w:val="24"/>
        </w:rPr>
        <w:t>Τὸ μὲν οὖν ὄψει κρίνειν καὶ τὸ μὴ πάμπαν ἀκριβῆ τὴν γνῶσιν, ῥᾴδιον ἴσως, ὥστε καὶ διαγνωσθείη ἂν προχείρως τούτῳ τὰ λεγόμενα. τὸ δ’ ἁφῇ σφυγμῶν τὰ πάθη διαγινώσκειν</w:t>
      </w:r>
    </w:p>
    <w:p>
      <w:r>
        <w:rPr>
          <w:rFonts w:ascii="Courier New" w:hAnsi="Courier New"/>
          <w:color w:val="555555"/>
          <w:sz w:val="20"/>
        </w:rPr>
        <w:t>[5]</w:t>
      </w:r>
    </w:p>
    <w:p>
      <w:r>
        <w:rPr>
          <w:rFonts w:ascii="Gentium Plus" w:hAnsi="Gentium Plus"/>
          <w:sz w:val="24"/>
        </w:rPr>
        <w:t>ἐθέλειν νοῦ τε δεῖ καθαροῦ καὶ εὐαισθήσεως χειρὸς καὶ προσοχῆς ἴσως ἐσχάτης, ἵν’ ἀκριβῶς μετροίη τὰ τῶν κινή‐ σεων διαστήματα καὶ τοὺς τῶν ἡσυχειῶν χρόνους, καὶ τὰς τῶν παρεμπιπτόντων πυκνότητας καὶ ἄλλ’ ὅσα ἡ περὶ αὐτῶν διέξεισι πραγματεία, ἀκριβῆ μὲν ὄντα καταλη‐</w:t>
      </w:r>
    </w:p>
    <w:p>
      <w:r>
        <w:rPr>
          <w:rFonts w:ascii="Courier New" w:hAnsi="Courier New"/>
          <w:color w:val="555555"/>
          <w:sz w:val="20"/>
        </w:rPr>
        <w:t>[10]</w:t>
      </w:r>
    </w:p>
    <w:p>
      <w:r>
        <w:rPr>
          <w:rFonts w:ascii="Gentium Plus" w:hAnsi="Gentium Plus"/>
          <w:sz w:val="24"/>
        </w:rPr>
        <w:t>φθέντα εἰς τὴν τῶν κατεχόντων παθῶν διάγνωσιν, δυσχερῆ δ’ ὅμως πρὸς κατάληψιν πεφυκότα.</w:t>
      </w:r>
    </w:p>
    <w:p>
      <w:r>
        <w:rPr>
          <w:rFonts w:ascii="Courier New" w:hAnsi="Courier New"/>
          <w:color w:val="555555"/>
          <w:sz w:val="20"/>
        </w:rPr>
        <w:t>[1 . 7 . 7]</w:t>
      </w:r>
    </w:p>
    <w:p>
      <w:r>
        <w:rPr>
          <w:rFonts w:ascii="Gentium Plus" w:hAnsi="Gentium Plus"/>
          <w:sz w:val="24"/>
        </w:rPr>
        <w:t>Καὶ τὸν μὲν ἀμ‐ φότερα εἰδότα βραχύ τι ἂν οἶμαι διαδράσῃ ἔς τε πρόγνω‐ σιν καὶ διάγνωσιν, θατέρου δὲ τῷ λειπομένῳ πολλὴ ἂν ἕποιτο ἡ διαμαρτεία, οὐχ ἧττον ἐς διάγνωσιν τῆς περὶ</w:t>
      </w:r>
    </w:p>
    <w:p>
      <w:r>
        <w:rPr>
          <w:rFonts w:ascii="Courier New" w:hAnsi="Courier New"/>
          <w:color w:val="555555"/>
          <w:sz w:val="20"/>
        </w:rPr>
        <w:t>[5]</w:t>
      </w:r>
    </w:p>
    <w:p>
      <w:r>
        <w:rPr>
          <w:rFonts w:ascii="Gentium Plus" w:hAnsi="Gentium Plus"/>
          <w:sz w:val="24"/>
        </w:rPr>
        <w:t>τῶν οὔρων θεωρίας τῆς περὶ τῶν σφυγμῶν συντελούσης.</w:t>
      </w:r>
    </w:p>
    <w:p>
      <w:r>
        <w:rPr>
          <w:rFonts w:ascii="Courier New" w:hAnsi="Courier New"/>
          <w:color w:val="555555"/>
          <w:sz w:val="20"/>
        </w:rPr>
        <w:t>[1 . 7 . 8]</w:t>
      </w:r>
    </w:p>
    <w:p>
      <w:r>
        <w:rPr>
          <w:rFonts w:ascii="Gentium Plus" w:hAnsi="Gentium Plus"/>
          <w:sz w:val="24"/>
        </w:rPr>
        <w:t>Ἀλλὰ ταῦτα μὲν ὧδε κείσθω. νῦν δὲ ἐπεὶ περὶ οὔρων διαφορᾶς εἰπεῖν προυθέμεθα, περὶ διαφορᾶς χρωμάτων πρώτως εἰπόντες καὶ περὶ τῶν λοιπῶν εἶθ’ οὕτως γενῶν ἐροῦμεν, ὅσα δῆτα τοῖς οὔροις ἐμφαίνεται.</w:t>
      </w:r>
    </w:p>
    <w:p>
      <w:pPr>
        <w:jc w:val="center"/>
      </w:pPr>
      <w:r>
        <w:rPr>
          <w:rFonts w:ascii="Gentium Plus" w:hAnsi="Gentium Plus"/>
          <w:b/>
          <w:sz w:val="24"/>
        </w:rPr>
        <w:t>Κεφ. ηʹ. Περὶ διαφορᾶς τῶν κατὰ τὸ χῦμα χρωμάτων.</w:t>
      </w:r>
    </w:p>
    <w:p>
      <w:r>
        <w:rPr>
          <w:rFonts w:ascii="Courier New" w:hAnsi="Courier New"/>
          <w:color w:val="555555"/>
          <w:sz w:val="20"/>
        </w:rPr>
        <w:t>[1 . 8 . 1]</w:t>
      </w:r>
    </w:p>
    <w:p>
      <w:r>
        <w:rPr>
          <w:rFonts w:ascii="Gentium Plus" w:hAnsi="Gentium Plus"/>
          <w:sz w:val="24"/>
        </w:rPr>
        <w:t>Ὁπόσα τοίνυν εἴδη χρωμάτων τοῖς οὔροις ἐμφαί‐ νεται, καθ’ ἕκαστον μὲν οὐ ῥᾴδιόν ἐστι φάναι, ταῖς πολ‐</w:t>
      </w:r>
    </w:p>
    <w:p>
      <w:r>
        <w:rPr>
          <w:rFonts w:ascii="Courier New" w:hAnsi="Courier New"/>
          <w:color w:val="555555"/>
          <w:sz w:val="20"/>
        </w:rPr>
        <w:t>[1 . 8 . 2]</w:t>
      </w:r>
    </w:p>
    <w:p>
      <w:r>
        <w:rPr>
          <w:rFonts w:ascii="Gentium Plus" w:hAnsi="Gentium Plus"/>
          <w:sz w:val="24"/>
        </w:rPr>
        <w:t>Ἔνεστί γε μὴν τῶν καιριωτέρων διορισθέντων τῷ λόγῳ, ἐκ τούτων ὡς ἀπό τινων ὡρισμένων σημείων καὶ τῶν λοιπῶν καταστοχά‐ ζεσθαι χρωμάτων, μὴ διορισθέντων τῷ λόγῳ, ὀνομάτων</w:t>
      </w:r>
    </w:p>
    <w:p>
      <w:r>
        <w:rPr>
          <w:rFonts w:ascii="Courier New" w:hAnsi="Courier New"/>
          <w:color w:val="555555"/>
          <w:sz w:val="20"/>
        </w:rPr>
        <w:t>[5]</w:t>
      </w:r>
    </w:p>
    <w:p>
      <w:r>
        <w:rPr>
          <w:rFonts w:ascii="Gentium Plus" w:hAnsi="Gentium Plus"/>
          <w:sz w:val="24"/>
        </w:rPr>
        <w:t>οἰκείων ἀπορίᾳ.</w:t>
      </w:r>
    </w:p>
    <w:p>
      <w:r>
        <w:rPr>
          <w:rFonts w:ascii="Courier New" w:hAnsi="Courier New"/>
          <w:color w:val="555555"/>
          <w:sz w:val="20"/>
        </w:rPr>
        <w:t>[1 . 8 . 3]</w:t>
      </w:r>
    </w:p>
    <w:p>
      <w:r>
        <w:rPr>
          <w:rFonts w:ascii="Gentium Plus" w:hAnsi="Gentium Plus"/>
          <w:sz w:val="24"/>
        </w:rPr>
        <w:t>Τῶν οὔρων τοίνυν τὰ μὲν λευκά, τὰ δ’ ὠχρά, τὰ δὲ πυρρά, τὰ δὲ ξανθά, ἕτερα δὲ ἐρυθρά, τὰ δ’ οἰνωπὰ κυανά τε ἐπὶ τούτοις καὶ χλωρὰ καὶ μέλαινα φαίνεται, οὐκ ἐν τούτοις τῶν πάντων ἀπαρτιζομένων χρω‐</w:t>
      </w:r>
    </w:p>
    <w:p>
      <w:r>
        <w:rPr>
          <w:rFonts w:ascii="Courier New" w:hAnsi="Courier New"/>
          <w:color w:val="555555"/>
          <w:sz w:val="20"/>
        </w:rPr>
        <w:t>[5]</w:t>
      </w:r>
    </w:p>
    <w:p>
      <w:r>
        <w:rPr>
          <w:rFonts w:ascii="Gentium Plus" w:hAnsi="Gentium Plus"/>
          <w:sz w:val="24"/>
        </w:rPr>
        <w:t>μάτων, ἀλλ’ ἐκ τούτων καὶ ἐμμέσων τε καὶ παραμέσων ὡς πλειόνων ἐντεῦθεν ἐπισυνηγμένων χρωμάτων.</w:t>
      </w:r>
    </w:p>
    <w:p>
      <w:r>
        <w:rPr>
          <w:rFonts w:ascii="Courier New" w:hAnsi="Courier New"/>
          <w:color w:val="555555"/>
          <w:sz w:val="20"/>
        </w:rPr>
        <w:t>[1 . 8 . 4]</w:t>
      </w:r>
    </w:p>
    <w:p>
      <w:r>
        <w:rPr>
          <w:rFonts w:ascii="Gentium Plus" w:hAnsi="Gentium Plus"/>
          <w:sz w:val="24"/>
        </w:rPr>
        <w:t>Τῶν οὖν λευκῶν οὔρων τὰ μὲν κρυσταλλοειδῆ, τὰ δὲ χιονοειδῆ, τὰ δὲ ὡς ἀκραιφνὲς ὕδωρ πέφυκε, καὶ ταῦτα μὲν ἐσχάτης ἂν εἴη λευκότητος.</w:t>
      </w:r>
    </w:p>
    <w:p>
      <w:r>
        <w:rPr>
          <w:rFonts w:ascii="Courier New" w:hAnsi="Courier New"/>
          <w:color w:val="555555"/>
          <w:sz w:val="20"/>
        </w:rPr>
        <w:t>[1 . 8 . 5]</w:t>
      </w:r>
    </w:p>
    <w:p>
      <w:r>
        <w:rPr>
          <w:rFonts w:ascii="Gentium Plus" w:hAnsi="Gentium Plus"/>
          <w:sz w:val="24"/>
        </w:rPr>
        <w:t>Ἐπεὶ δὲ τάς τε ἐπιτάσεις καὶ τὰς ὑφέσεις ἐπιδέχεται τὰ γενικὰ τῶν χρωμάτων, τὰ δὲ δὴ ῥηθέντα ἐπιτεταμένης ἂν εἴη λευκότητος, ἐπὶ τούτοις προσθῶμεν τῷ λόγῳ καὶ ὅσα δῆτα ὑφειμένης λευκότητος</w:t>
      </w:r>
    </w:p>
    <w:p>
      <w:r>
        <w:rPr>
          <w:rFonts w:ascii="Courier New" w:hAnsi="Courier New"/>
          <w:color w:val="555555"/>
          <w:sz w:val="20"/>
        </w:rPr>
        <w:t>[5]</w:t>
      </w:r>
    </w:p>
    <w:p>
      <w:r>
        <w:rPr>
          <w:rFonts w:ascii="Gentium Plus" w:hAnsi="Gentium Plus"/>
          <w:sz w:val="24"/>
        </w:rPr>
        <w:t>πέφυκεν.</w:t>
      </w:r>
    </w:p>
    <w:p>
      <w:r>
        <w:rPr>
          <w:rFonts w:ascii="Courier New" w:hAnsi="Courier New"/>
          <w:color w:val="555555"/>
          <w:sz w:val="20"/>
        </w:rPr>
        <w:t>[1 . 8 . 6]</w:t>
      </w:r>
    </w:p>
    <w:p>
      <w:r>
        <w:rPr>
          <w:rFonts w:ascii="Gentium Plus" w:hAnsi="Gentium Plus"/>
          <w:sz w:val="24"/>
        </w:rPr>
        <w:t>Ἐπειδὰν τοίνυν τῆς ἄκρας λευκότητος ὑφίη‐ ται ἡ χροία, τὸ γαλακτῶδες οὕτω καλούμενον ἀπὸ τοῦ ἐοικέναι γάλακτι παρασκευάζει κρεῖττον μὲν ὂν τοῦ τε ὑδατώδους και κρυσταλλοειδοῦς, τοῦ δ’ αὖ γλαυκοῦ τόσον</w:t>
      </w:r>
    </w:p>
    <w:p>
      <w:r>
        <w:rPr>
          <w:rFonts w:ascii="Courier New" w:hAnsi="Courier New"/>
          <w:color w:val="555555"/>
          <w:sz w:val="20"/>
        </w:rPr>
        <w:t>[5]</w:t>
      </w:r>
    </w:p>
    <w:p>
      <w:r>
        <w:rPr>
          <w:rFonts w:ascii="Gentium Plus" w:hAnsi="Gentium Plus"/>
          <w:sz w:val="24"/>
        </w:rPr>
        <w:t>λειπόμενον.</w:t>
      </w:r>
    </w:p>
    <w:p>
      <w:r>
        <w:rPr>
          <w:rFonts w:ascii="Courier New" w:hAnsi="Courier New"/>
          <w:color w:val="555555"/>
          <w:sz w:val="20"/>
        </w:rPr>
        <w:t>[1 . 8 . 7]</w:t>
      </w:r>
    </w:p>
    <w:p>
      <w:r>
        <w:rPr>
          <w:rFonts w:ascii="Gentium Plus" w:hAnsi="Gentium Plus"/>
          <w:sz w:val="24"/>
        </w:rPr>
        <w:t>Αὐτὸ γὰρ ἴσως μετὰ τὸ γαλακτῶδες, ὄσον τὸ χαρωπὸν ἐκπέφευγε τοῦ γλαυκοῦ τὴν λευκότητα, καὶ γλαυκὸν μὲν πέφυκεν οἷον τὸ διαυγές ἐστι κέρας, χα‐ ροπὸν δέ, ὃ καμήλων ὑπολεύκοις ἐρίοις ἔοικεν, εἶτ’ οὖν</w:t>
      </w:r>
    </w:p>
    <w:p>
      <w:r>
        <w:rPr>
          <w:rFonts w:ascii="Courier New" w:hAnsi="Courier New"/>
          <w:color w:val="555555"/>
          <w:sz w:val="20"/>
        </w:rPr>
        <w:t>[5]</w:t>
      </w:r>
    </w:p>
    <w:p>
      <w:r>
        <w:rPr>
          <w:rFonts w:ascii="Gentium Plus" w:hAnsi="Gentium Plus"/>
          <w:sz w:val="24"/>
        </w:rPr>
        <w:t>ὀνυχίτῃ οὕτω πως καλουμένῳ λίθῳ.</w:t>
      </w:r>
    </w:p>
    <w:p>
      <w:r>
        <w:rPr>
          <w:rFonts w:ascii="Courier New" w:hAnsi="Courier New"/>
          <w:color w:val="555555"/>
          <w:sz w:val="20"/>
        </w:rPr>
        <w:t>[1 . 8 . 8]</w:t>
      </w:r>
    </w:p>
    <w:p>
      <w:r>
        <w:rPr>
          <w:rFonts w:ascii="Gentium Plus" w:hAnsi="Gentium Plus"/>
          <w:sz w:val="24"/>
        </w:rPr>
        <w:t>Ἀλλ’ ἐπειδάν τινα βαφὴν τὰ οὖρα δέξηται τὸ πολὺ τῆς ἀπεψίας ἐκπε‐ φευγότα, ὕπωχρα μὲν τὰ πρῶτα γίνεται, προϊόντα δὲ καὶ ὠχρά, ἀλλὰ τὰ μὲν μετρίως ζεσάσης χυμένης χυλῷ ἐῴκει,</w:t>
      </w:r>
    </w:p>
    <w:p>
      <w:r>
        <w:rPr>
          <w:rFonts w:ascii="Courier New" w:hAnsi="Courier New"/>
          <w:color w:val="555555"/>
          <w:sz w:val="20"/>
        </w:rPr>
        <w:t>[5]</w:t>
      </w:r>
    </w:p>
    <w:p>
      <w:r>
        <w:rPr>
          <w:rFonts w:ascii="Gentium Plus" w:hAnsi="Gentium Plus"/>
          <w:sz w:val="24"/>
        </w:rPr>
        <w:t>ἐκεῖνα δ’ αὖ καὶ πάνυ ζεσάσης, εἰ δέ γε βούλοιο καὶ οἷον τὸ ἀπὸ τῆς ῥοιᾶς τοῦ φλοιοῦ τε καὶ περικάρπου ζέσαντος ἐκείνως ὑγρὸν νόμισον.</w:t>
      </w:r>
    </w:p>
    <w:p>
      <w:r>
        <w:rPr>
          <w:rFonts w:ascii="Courier New" w:hAnsi="Courier New"/>
          <w:color w:val="555555"/>
          <w:sz w:val="20"/>
        </w:rPr>
        <w:t>[1 . 8 . 9]</w:t>
      </w:r>
    </w:p>
    <w:p>
      <w:r>
        <w:rPr>
          <w:rFonts w:ascii="Gentium Plus" w:hAnsi="Gentium Plus"/>
          <w:sz w:val="24"/>
        </w:rPr>
        <w:t>Οὐ διοίσομαι γὰρ τῶν τε χυ‐ λῶν πολλῷ ἐοικότων καὶ τοῦ τῆς ὠχρότητος ὀνόματος, μὴ διαπεφευγότος τῇ συνηθείᾳ τοὺς πλείστους.</w:t>
      </w:r>
    </w:p>
    <w:p>
      <w:r>
        <w:rPr>
          <w:rFonts w:ascii="Courier New" w:hAnsi="Courier New"/>
          <w:color w:val="555555"/>
          <w:sz w:val="20"/>
        </w:rPr>
        <w:t>[1 . 8 . 10]</w:t>
      </w:r>
    </w:p>
    <w:p>
      <w:r>
        <w:rPr>
          <w:rFonts w:ascii="Gentium Plus" w:hAnsi="Gentium Plus"/>
          <w:sz w:val="24"/>
        </w:rPr>
        <w:t>Εἴ γε μὴν καὶ τῆς οὕτω πως καλουμένης ὠχρᾶς μέτριον προσ‐ εμβάλῃς χυμῷ ὀρρώδει, ὕπωχρα ποιήσεις τά χρώματα· πλέον δὲ προσεμβαλὼν τῆς ὠχρᾶς, καὶ ὠχρὰ τὰ χρώ‐</w:t>
      </w:r>
    </w:p>
    <w:p>
      <w:r>
        <w:rPr>
          <w:rFonts w:ascii="Courier New" w:hAnsi="Courier New"/>
          <w:color w:val="555555"/>
          <w:sz w:val="20"/>
        </w:rPr>
        <w:t>[5]</w:t>
      </w:r>
    </w:p>
    <w:p>
      <w:r>
        <w:rPr>
          <w:rFonts w:ascii="Gentium Plus" w:hAnsi="Gentium Plus"/>
          <w:sz w:val="24"/>
        </w:rPr>
        <w:t>ματα καταστήσεις ἀφ’ ἑτέρων θάτερα προσονομασθέντα.</w:t>
      </w:r>
    </w:p>
    <w:p>
      <w:r>
        <w:rPr>
          <w:rFonts w:ascii="Courier New" w:hAnsi="Courier New"/>
          <w:color w:val="555555"/>
          <w:sz w:val="20"/>
        </w:rPr>
        <w:t>[1 . 8 . 11]</w:t>
      </w:r>
    </w:p>
    <w:p>
      <w:r>
        <w:rPr>
          <w:rFonts w:ascii="Gentium Plus" w:hAnsi="Gentium Plus"/>
          <w:sz w:val="24"/>
        </w:rPr>
        <w:t>Ἐπειδὰν μέντοι πλείονι ἐπιχρώσῃ βαφῇ τὴν ὠχρό‐ τητα, τῆς πέψεως προχωρούσης, τὰ ὑπόπυρρα τῶν οὔρων, ἃ δὴ καὶ σύμμετρα ὁ λόγος οἶδε, κατασκευάζονται, μὴ πάμπαν ἀκιβδήλῳ προσεοικότα χρυσῷ.</w:t>
      </w:r>
    </w:p>
    <w:p>
      <w:r>
        <w:rPr>
          <w:rFonts w:ascii="Courier New" w:hAnsi="Courier New"/>
          <w:color w:val="555555"/>
          <w:sz w:val="20"/>
        </w:rPr>
        <w:t>[1 . 8 . 12]</w:t>
      </w:r>
    </w:p>
    <w:p>
      <w:r>
        <w:rPr>
          <w:rFonts w:ascii="Gentium Plus" w:hAnsi="Gentium Plus"/>
          <w:sz w:val="24"/>
        </w:rPr>
        <w:t>Τὸ δ’ ἐπὶ τούτοις οὖρον πυρρὸν καλούμενον μᾶλλον εὐροίζῳ καὶ καθαρῷ χρυσίῳ ἐῴκει.</w:t>
      </w:r>
    </w:p>
    <w:p>
      <w:r>
        <w:rPr>
          <w:rFonts w:ascii="Courier New" w:hAnsi="Courier New"/>
          <w:color w:val="555555"/>
          <w:sz w:val="20"/>
        </w:rPr>
        <w:t>[1 . 8 . 13]</w:t>
      </w:r>
    </w:p>
    <w:p>
      <w:r>
        <w:rPr>
          <w:rFonts w:ascii="Gentium Plus" w:hAnsi="Gentium Plus"/>
          <w:sz w:val="24"/>
        </w:rPr>
        <w:t>Μάθοις δ’ ἂν ἴσως τοῦτο τοῖς τῶν πλουσίων παρακόψας ταμείοις, εἰ μὴ παρά σοι χρυ‐ σὸς καθαρὸς καθέστηκεν.</w:t>
      </w:r>
    </w:p>
    <w:p>
      <w:r>
        <w:rPr>
          <w:rFonts w:ascii="Courier New" w:hAnsi="Courier New"/>
          <w:color w:val="555555"/>
          <w:sz w:val="20"/>
        </w:rPr>
        <w:t>[1 . 8 . 14]</w:t>
      </w:r>
    </w:p>
    <w:p>
      <w:r>
        <w:rPr>
          <w:rFonts w:ascii="Gentium Plus" w:hAnsi="Gentium Plus"/>
          <w:sz w:val="24"/>
        </w:rPr>
        <w:t>Ὑπόξανθον μετὰ ταῦτα κνίκῳ τὴν χροιὰν ἐοικός. Καὶ ἴσασιν οἱ πολλοὶ τὸ τοῦ φυτοῦ κνίκου ἄνθος, οἶμαι, ὅπερ ὡς ὑποπεπτωκός ἐστι τῇ χροιᾷ τοῦ ἄνθους τοῦ κρόκου, ὥστε ἐκεῖθεν δεῖ συλλο‐</w:t>
      </w:r>
    </w:p>
    <w:p>
      <w:r>
        <w:rPr>
          <w:rFonts w:ascii="Courier New" w:hAnsi="Courier New"/>
          <w:color w:val="555555"/>
          <w:sz w:val="20"/>
        </w:rPr>
        <w:t>[5]</w:t>
      </w:r>
    </w:p>
    <w:p>
      <w:r>
        <w:rPr>
          <w:rFonts w:ascii="Gentium Plus" w:hAnsi="Gentium Plus"/>
          <w:sz w:val="24"/>
        </w:rPr>
        <w:t>γίζεσθαι περὶ ὑποξάνθου χρώματος.</w:t>
      </w:r>
    </w:p>
    <w:p>
      <w:r>
        <w:rPr>
          <w:rFonts w:ascii="Courier New" w:hAnsi="Courier New"/>
          <w:color w:val="555555"/>
          <w:sz w:val="20"/>
        </w:rPr>
        <w:t>[1 . 8 . 15]</w:t>
      </w:r>
    </w:p>
    <w:p>
      <w:r>
        <w:rPr>
          <w:rFonts w:ascii="Gentium Plus" w:hAnsi="Gentium Plus"/>
          <w:sz w:val="24"/>
        </w:rPr>
        <w:t>Τό γε μὴν ἀκριβῶς ξανθὸν κατὰ μηδέν τι διενηνοχὸς φαίνεται τοῦ Κωρυκείου κρόκου, τοῦ ἐπ’ ἄλλοις τόποις τούτου διενεγκό‐ τος τῇ τοῦ χρώματος ἀκριβείᾳ.</w:t>
      </w:r>
    </w:p>
    <w:p>
      <w:r>
        <w:rPr>
          <w:rFonts w:ascii="Courier New" w:hAnsi="Courier New"/>
          <w:color w:val="555555"/>
          <w:sz w:val="20"/>
        </w:rPr>
        <w:t>[1 . 8 . 16]</w:t>
      </w:r>
    </w:p>
    <w:p>
      <w:r>
        <w:rPr>
          <w:rFonts w:ascii="Gentium Plus" w:hAnsi="Gentium Plus"/>
          <w:sz w:val="24"/>
        </w:rPr>
        <w:t>Ἀλλ’ ἵνα μή τι πά‐ θῃς ἀνθρώπινον πολὺ διενεγκόντα τοῦτον οἰηθεὶς τῷ χρώματι τῶν λοιπῶν τῷ ξένῳ τοῦ ὀνόματος, ἐγώ σοι τὸν ἀπὸ τοῦ Ἄθω παραθήσω κομιζόμενον καὶ τῷ ἐκείνου</w:t>
      </w:r>
    </w:p>
    <w:p>
      <w:r>
        <w:rPr>
          <w:rFonts w:ascii="Courier New" w:hAnsi="Courier New"/>
          <w:color w:val="555555"/>
          <w:sz w:val="20"/>
        </w:rPr>
        <w:t>[5]</w:t>
      </w:r>
    </w:p>
    <w:p>
      <w:r>
        <w:rPr>
          <w:rFonts w:ascii="Gentium Plus" w:hAnsi="Gentium Plus"/>
          <w:sz w:val="24"/>
        </w:rPr>
        <w:t>στοίχει χρώματι, πλὴν οὐχὶ τοῖς φαινομένοις ἔν τε κνίκῳ καὶ κρόκῳ δεῖ σε προσέχειν χρώμασιν, ἐπεὶ πολλῷ ἂν δια‐ μάρτῃς τοῦ δέοντος ὑπερυθρὰ γὰρ καὶ ἐρυθρὰ ἤδη τὰ ἐκείνων χρώματα πέφυκεν, ἀλλὰ τοῖς ἐξ ἐκείνων ὑγρῷ λυο‐ μένων χρώμασι.</w:t>
      </w:r>
    </w:p>
    <w:p>
      <w:r>
        <w:rPr>
          <w:rFonts w:ascii="Courier New" w:hAnsi="Courier New"/>
          <w:color w:val="555555"/>
          <w:sz w:val="20"/>
        </w:rPr>
        <w:t>[1 . 8 . 17]</w:t>
      </w:r>
    </w:p>
    <w:p>
      <w:r>
        <w:rPr>
          <w:rFonts w:ascii="Gentium Plus" w:hAnsi="Gentium Plus"/>
          <w:sz w:val="24"/>
        </w:rPr>
        <w:t>Μετὰ ταῦτα τὸ ὑπέρυθρον καὶ ἐρυ‐ θρὸν τοῦ χρώματος πέφυκεν, οἷς δῆτα ἀρκέσει μὲν ἐς παράστασιν καὶ τὰ φαινόμενα, καθάπερ εἴρηται, χρώματα τοῦ τε κνίκου καὶ κρόκου. μάθοις δ’ ἂν τῇ τε Ἀρμενίῳ</w:t>
      </w:r>
    </w:p>
    <w:p>
      <w:r>
        <w:rPr>
          <w:rFonts w:ascii="Courier New" w:hAnsi="Courier New"/>
          <w:color w:val="555555"/>
          <w:sz w:val="20"/>
        </w:rPr>
        <w:t>[5]</w:t>
      </w:r>
    </w:p>
    <w:p>
      <w:r>
        <w:rPr>
          <w:rFonts w:ascii="Gentium Plus" w:hAnsi="Gentium Plus"/>
          <w:sz w:val="24"/>
        </w:rPr>
        <w:t>βώλῳ καὶ τῇ Λημνίᾳ σφραγίτιδι τὰ ὑπέρυθρα προβάλλων.</w:t>
      </w:r>
    </w:p>
    <w:p>
      <w:r>
        <w:rPr>
          <w:rFonts w:ascii="Courier New" w:hAnsi="Courier New"/>
          <w:color w:val="555555"/>
          <w:sz w:val="20"/>
        </w:rPr>
        <w:t>[1 . 8 . 18]</w:t>
      </w:r>
    </w:p>
    <w:p>
      <w:r>
        <w:rPr>
          <w:rFonts w:ascii="Gentium Plus" w:hAnsi="Gentium Plus"/>
          <w:sz w:val="24"/>
        </w:rPr>
        <w:t>Τὰ δ’ ἐρυθρὰ καὶ φοινικᾶ τοῦ χρώματος τῶν ὀπωρῶν ταῖς ἐρυθρὰ προβαλλομέναις χρώματα κεράσοις δηλονότι καὶ μήλοις καί τισι παραπλησίοις, ὧν τῇ τελειότητι τῆς ἐπιφανείας καὶ τῇ πέψει καὶ τὰ χρώματα διενεγκεῖν δο‐</w:t>
      </w:r>
    </w:p>
    <w:p>
      <w:r>
        <w:rPr>
          <w:rFonts w:ascii="Courier New" w:hAnsi="Courier New"/>
          <w:color w:val="555555"/>
          <w:sz w:val="20"/>
        </w:rPr>
        <w:t>[5]</w:t>
      </w:r>
    </w:p>
    <w:p>
      <w:r>
        <w:rPr>
          <w:rFonts w:ascii="Gentium Plus" w:hAnsi="Gentium Plus"/>
          <w:sz w:val="24"/>
        </w:rPr>
        <w:t>κοῦσι.</w:t>
      </w:r>
    </w:p>
    <w:p>
      <w:r>
        <w:rPr>
          <w:rFonts w:ascii="Courier New" w:hAnsi="Courier New"/>
          <w:color w:val="555555"/>
          <w:sz w:val="20"/>
        </w:rPr>
        <w:t>[1 . 8 . 19]</w:t>
      </w:r>
    </w:p>
    <w:p>
      <w:r>
        <w:rPr>
          <w:rFonts w:ascii="Gentium Plus" w:hAnsi="Gentium Plus"/>
          <w:sz w:val="24"/>
        </w:rPr>
        <w:t>Τὸ οἰνωπὸν ἐπὶ τούτοις ἀπό τε τῶν μελαντέ‐ ρων οἴνων τοὔνομα ἐσχηκὸς καὶ οἷον πεφυκὸς τὸ χρῶμα τοῦ ἥπατος, ὥστ’ ἐντεῦθεν δεῖ τὸν συνετὸν λογιζόμενον πολλάκις μὲν ἧπαρ ἑωρακότα ζῴου ἀλόγου εἰ μὴ ἀνθρώ‐</w:t>
      </w:r>
    </w:p>
    <w:p>
      <w:r>
        <w:rPr>
          <w:rFonts w:ascii="Courier New" w:hAnsi="Courier New"/>
          <w:color w:val="555555"/>
          <w:sz w:val="20"/>
        </w:rPr>
        <w:t>[5]</w:t>
      </w:r>
    </w:p>
    <w:p>
      <w:r>
        <w:rPr>
          <w:rFonts w:ascii="Gentium Plus" w:hAnsi="Gentium Plus"/>
          <w:sz w:val="24"/>
        </w:rPr>
        <w:t>που, πολλάκις δ’ ἐπιπίοντα τοιοῦτον οἶνον, εἴτ’ οὖν ἑωρα‐</w:t>
      </w:r>
    </w:p>
    <w:p>
      <w:r>
        <w:rPr>
          <w:rFonts w:ascii="Courier New" w:hAnsi="Courier New"/>
          <w:color w:val="555555"/>
          <w:sz w:val="20"/>
        </w:rPr>
        <w:t>[1 . 8 . 20]</w:t>
      </w:r>
    </w:p>
    <w:p>
      <w:r>
        <w:rPr>
          <w:rFonts w:ascii="Gentium Plus" w:hAnsi="Gentium Plus"/>
          <w:sz w:val="24"/>
        </w:rPr>
        <w:t>Μέμνημαι γὰρ καὶ ἔγωγε τοιοῦτον ἐν ἀγορᾷ πολλάκις ἑωρακὼς ἀπ’ ἐμπόρων κομιζόμενον οἶνον, ὃς ἐπὶ τοσούτῳ κέχρωται τῷ οἰνωπῷ τοῦ χρώματος, ὥστε τοῖς μὲν ἀγγεί‐ οις, οἷς κεκόμιστο, τοῦ οἰκείου μετεδίδου χρώματος· βρα‐</w:t>
      </w:r>
    </w:p>
    <w:p>
      <w:r>
        <w:rPr>
          <w:rFonts w:ascii="Courier New" w:hAnsi="Courier New"/>
          <w:color w:val="555555"/>
          <w:sz w:val="20"/>
        </w:rPr>
        <w:t>[5]</w:t>
      </w:r>
    </w:p>
    <w:p>
      <w:r>
        <w:rPr>
          <w:rFonts w:ascii="Gentium Plus" w:hAnsi="Gentium Plus"/>
          <w:sz w:val="24"/>
        </w:rPr>
        <w:t>χὺς δὲ ὕδατι πολλῷ μιγνύμενος ἔτι ἐρυθρὸς τῷ χρώματι διεφαίνετο.</w:t>
      </w:r>
    </w:p>
    <w:p>
      <w:r>
        <w:rPr>
          <w:rFonts w:ascii="Courier New" w:hAnsi="Courier New"/>
          <w:color w:val="555555"/>
          <w:sz w:val="20"/>
        </w:rPr>
        <w:t>[1 . 8 . 21]</w:t>
      </w:r>
    </w:p>
    <w:p>
      <w:r>
        <w:rPr>
          <w:rFonts w:ascii="Gentium Plus" w:hAnsi="Gentium Plus"/>
          <w:sz w:val="24"/>
        </w:rPr>
        <w:t>Τό γε μὴν κυανοῦν τοῦ χρώματος ἐξ ἐπιταθέντος μὲν οἰνωποῦ γέγονεν ἴσως, μάλιστα δ’ ἐῴκει σειραίῳ, ὃ δὴ καὶ ἕψημα ὁ λόγος οἶδε.</w:t>
      </w:r>
    </w:p>
    <w:p>
      <w:r>
        <w:rPr>
          <w:rFonts w:ascii="Courier New" w:hAnsi="Courier New"/>
          <w:color w:val="555555"/>
          <w:sz w:val="20"/>
        </w:rPr>
        <w:t>[1 . 8 . 22]</w:t>
      </w:r>
    </w:p>
    <w:p>
      <w:r>
        <w:rPr>
          <w:rFonts w:ascii="Gentium Plus" w:hAnsi="Gentium Plus"/>
          <w:sz w:val="24"/>
        </w:rPr>
        <w:t>Τοῦτο δὲ πέφυκε τοιοῦτον, ἐπειδή τινες ἀμφιγνοήσαιεν ἂν ἔτι τοῦτο, τὸ ἀπὸ γλεύκους ἐς ἀποτρίτωσιν ἑψημένου γινόμενον. προσεπιθείης δὲ τῇ σαφηνείᾳ τοῦ χρώματος καὶ τὸ τοῦ</w:t>
      </w:r>
    </w:p>
    <w:p>
      <w:r>
        <w:rPr>
          <w:rFonts w:ascii="Courier New" w:hAnsi="Courier New"/>
          <w:color w:val="555555"/>
          <w:sz w:val="20"/>
        </w:rPr>
        <w:t>[5]</w:t>
      </w:r>
    </w:p>
    <w:p>
      <w:r>
        <w:rPr>
          <w:rFonts w:ascii="Gentium Plus" w:hAnsi="Gentium Plus"/>
          <w:sz w:val="24"/>
        </w:rPr>
        <w:t>κάρπου τῆς κεράσου, ὃ δὴ μάλιστα πρὸς τὸ μελάντερον ἐπινένευκεν.</w:t>
      </w:r>
    </w:p>
    <w:p>
      <w:r>
        <w:rPr>
          <w:rFonts w:ascii="Courier New" w:hAnsi="Courier New"/>
          <w:color w:val="555555"/>
          <w:sz w:val="20"/>
        </w:rPr>
        <w:t>[1 . 8 . 23]</w:t>
      </w:r>
    </w:p>
    <w:p>
      <w:r>
        <w:rPr>
          <w:rFonts w:ascii="Gentium Plus" w:hAnsi="Gentium Plus"/>
          <w:sz w:val="24"/>
        </w:rPr>
        <w:t>Ἐπεὶ δὲ καὶ τὸν περὶ κυανοῦ χρώματος ἱκανῶς ἔχεις λόγον, καὶ περὶ τῶν λοιπῶν νῦν μάνθανε· τὸ τοίνυν φαιὸν ἐπίδηλον οἶμαι γεγονέναι τοῖς πᾶσιν ἐξ ἀκράτου λευκοῦ καὶ μέλανος συγκραθέν.</w:t>
      </w:r>
    </w:p>
    <w:p>
      <w:r>
        <w:rPr>
          <w:rFonts w:ascii="Courier New" w:hAnsi="Courier New"/>
          <w:color w:val="555555"/>
          <w:sz w:val="20"/>
        </w:rPr>
        <w:t>[1 . 8 . 24]</w:t>
      </w:r>
    </w:p>
    <w:p>
      <w:r>
        <w:rPr>
          <w:rFonts w:ascii="Gentium Plus" w:hAnsi="Gentium Plus"/>
          <w:sz w:val="24"/>
        </w:rPr>
        <w:t>Εἰ δὲ καὶ τῇ αἰσθήσει τοῦτο μαθεῖν ἐθέλεις, ψιμμίθιον ἢ λευκὴν πάνυ τίτανον ἤ τι παραπλησίων μελανί τε καὶ πίσσῃ καὶ ἀσφάλτῳ καί τισιν ἀκράτοις μέλασιν ἑνώσας χρώμασιν ἰσο‐</w:t>
      </w:r>
    </w:p>
    <w:p>
      <w:r>
        <w:rPr>
          <w:rFonts w:ascii="Courier New" w:hAnsi="Courier New"/>
          <w:color w:val="555555"/>
          <w:sz w:val="20"/>
        </w:rPr>
        <w:t>[5]</w:t>
      </w:r>
    </w:p>
    <w:p>
      <w:r>
        <w:rPr>
          <w:rFonts w:ascii="Gentium Plus" w:hAnsi="Gentium Plus"/>
          <w:sz w:val="24"/>
        </w:rPr>
        <w:t>στάθμοις, τὸ φαιὸν ἂν ὧδε γνοίης χρῶμα γινόμενον.</w:t>
      </w:r>
    </w:p>
    <w:p>
      <w:r>
        <w:rPr>
          <w:rFonts w:ascii="Courier New" w:hAnsi="Courier New"/>
          <w:color w:val="555555"/>
          <w:sz w:val="20"/>
        </w:rPr>
        <w:t>[1 . 8 . 25]</w:t>
      </w:r>
    </w:p>
    <w:p>
      <w:r>
        <w:rPr>
          <w:rFonts w:ascii="Gentium Plus" w:hAnsi="Gentium Plus"/>
          <w:sz w:val="24"/>
        </w:rPr>
        <w:t>Ἀλλὰ δὴ περὶ χλωρῶν ὧδ’ εἰρηκότες πρῶτον καὶ ἐλαίω‐ δῶν, περὶ πελιδνῶν εἶθ’ οὕτως καὶ μελανῶν ἐροῦμεν.</w:t>
      </w:r>
    </w:p>
    <w:p>
      <w:r>
        <w:rPr>
          <w:rFonts w:ascii="Courier New" w:hAnsi="Courier New"/>
          <w:color w:val="555555"/>
          <w:sz w:val="20"/>
        </w:rPr>
        <w:t>[1 . 8 . 26]</w:t>
      </w:r>
    </w:p>
    <w:p>
      <w:r>
        <w:rPr>
          <w:rFonts w:ascii="Gentium Plus" w:hAnsi="Gentium Plus"/>
          <w:sz w:val="24"/>
        </w:rPr>
        <w:t>Τῶν τοίνυν χλωρῶν χρωμάτων τὰ μὲν κραμβίζοντά εἰσι, τὰ δ’ αὖ χλοάζοντα, ἰώδη τε καὶ σμαραγδίζοντα, ὥστ’ ἐξ ὧν παρωνομάσθησαν, ταῦτα δὴ καὶ μανθάνειν τοῖς ἐκείνων χρώμασι, ταῦτα δὴ παραβάλλοντα.</w:t>
      </w:r>
    </w:p>
    <w:p>
      <w:r>
        <w:rPr>
          <w:rFonts w:ascii="Courier New" w:hAnsi="Courier New"/>
          <w:color w:val="555555"/>
          <w:sz w:val="20"/>
        </w:rPr>
        <w:t>[1 . 8 . 27]</w:t>
      </w:r>
    </w:p>
    <w:p>
      <w:r>
        <w:rPr>
          <w:rFonts w:ascii="Gentium Plus" w:hAnsi="Gentium Plus"/>
          <w:sz w:val="24"/>
        </w:rPr>
        <w:t>Ἀλλὰ δὴ καὶ τῶν ἐλαιωδῶν οὕτω κοινῷ τῷ γένει καλουμένων οὔρων τὰ μὲν ἐλαιοφανῆ, τὰ δὲ ἐλαιόχροα, τὰ δ’ ἐλαιώδη ὁμωνύ‐ μως τῷ κοινῷ λέγεται γένει.</w:t>
      </w:r>
    </w:p>
    <w:p>
      <w:r>
        <w:rPr>
          <w:rFonts w:ascii="Courier New" w:hAnsi="Courier New"/>
          <w:color w:val="555555"/>
          <w:sz w:val="20"/>
        </w:rPr>
        <w:t>[1 . 8 . 28]</w:t>
      </w:r>
    </w:p>
    <w:p>
      <w:r>
        <w:rPr>
          <w:rFonts w:ascii="Gentium Plus" w:hAnsi="Gentium Plus"/>
          <w:sz w:val="24"/>
        </w:rPr>
        <w:t>Τούτων δὲ τῶν τριῶν τοῦ μὲν πρώτου ἔτι ἀμφισβητεῖται τὸ χρῶμα, εἴθ’ ὑδα‐ τῶδες ἢ ἐλαιῶδες εἴη τῇ τοῦ χρωννῦντος τοῦτο λεπτότητι· τοῦ δὲ δευτέρου ἤδη ἐπίδηλον ὡς ἤδη τὴν χροιὰν ἐπιτεί‐</w:t>
      </w:r>
    </w:p>
    <w:p>
      <w:r>
        <w:rPr>
          <w:rFonts w:ascii="Courier New" w:hAnsi="Courier New"/>
          <w:color w:val="555555"/>
          <w:sz w:val="20"/>
        </w:rPr>
        <w:t>[5]</w:t>
      </w:r>
    </w:p>
    <w:p>
      <w:r>
        <w:rPr>
          <w:rFonts w:ascii="Gentium Plus" w:hAnsi="Gentium Plus"/>
          <w:sz w:val="24"/>
        </w:rPr>
        <w:t>ναντος· ὃ δ’ ἐλαιῶδες ὁ λόγος ὥρισε, τῇ τοῦ ἐλαίου μάλι‐ στα προσέοικε χροιᾷ, πλὴν οὐχὶ τῶν παχέων τούτων καὶ τῷ χρώματι ἐπιτεταμένων, ἀλλὰ τῶν μάλιστα λεπτῶν. ἐκεῖνα γὰρ τοῖς ὑπὸ τὸ χλωρὸν ἁρμόζει μᾶλλον εἴδεσιν.</w:t>
      </w:r>
    </w:p>
    <w:p>
      <w:r>
        <w:rPr>
          <w:rFonts w:ascii="Courier New" w:hAnsi="Courier New"/>
          <w:color w:val="555555"/>
          <w:sz w:val="20"/>
        </w:rPr>
        <w:t>[1 . 8 . 29]</w:t>
      </w:r>
    </w:p>
    <w:p>
      <w:r>
        <w:rPr>
          <w:rFonts w:ascii="Gentium Plus" w:hAnsi="Gentium Plus"/>
          <w:sz w:val="24"/>
        </w:rPr>
        <w:t>Ἐπεὶ δ’ ἱκανῶς καὶ τὸν περὶ χλωρῶν καὶ ἐλαιωδῶν οὔρων ἐν διαφοραῖς ἐξεθέμεθα λόγον, ἑξῆς ἐπὶ τῶν πε‐ λιδνῶν τῷ λόγῳ ἴωμεν καὶ μελάνων φαινομένων οὔρων.</w:t>
      </w:r>
    </w:p>
    <w:p>
      <w:r>
        <w:rPr>
          <w:rFonts w:ascii="Courier New" w:hAnsi="Courier New"/>
          <w:color w:val="555555"/>
          <w:sz w:val="20"/>
        </w:rPr>
        <w:t>[1 . 8 . 30]</w:t>
      </w:r>
    </w:p>
    <w:p>
      <w:r>
        <w:rPr>
          <w:rFonts w:ascii="Gentium Plus" w:hAnsi="Gentium Plus"/>
          <w:sz w:val="24"/>
        </w:rPr>
        <w:t>Τὸ τοίνυν πελιδνὸν τοῦ χρώματος μολιβδόχρουν μὲν ἂν εἴπῃ τις σαφηνίζων τὸν λόγον, ὥστε ἐκεῖθεν δεῖ καὶ περὶ τούτων στοχάζεσθαι.</w:t>
      </w:r>
    </w:p>
    <w:p>
      <w:r>
        <w:rPr>
          <w:rFonts w:ascii="Courier New" w:hAnsi="Courier New"/>
          <w:color w:val="555555"/>
          <w:sz w:val="20"/>
        </w:rPr>
        <w:t>[1 . 8 . 31]</w:t>
      </w:r>
    </w:p>
    <w:p>
      <w:r>
        <w:rPr>
          <w:rFonts w:ascii="Gentium Plus" w:hAnsi="Gentium Plus"/>
          <w:sz w:val="24"/>
        </w:rPr>
        <w:t>Τοσούτῳ δὲ προσνένευκε τῷ μέλανι χρώματι, ὅσον, οἶμαι, λέλειπται τοῦ φαιοῦ, ὥστε καὶ εἰ διπλασίῳ λόγον ἕξει, τὰ μέλανα πρὸς τὰ λευκὰ χρώματα, τῇ συνθήκῃ, ἂν πελιδνὰ ἐντεῦθεν ὀφθείῃ χρω‐</w:t>
      </w:r>
    </w:p>
    <w:p>
      <w:r>
        <w:rPr>
          <w:rFonts w:ascii="Courier New" w:hAnsi="Courier New"/>
          <w:color w:val="555555"/>
          <w:sz w:val="20"/>
        </w:rPr>
        <w:t>[5]</w:t>
      </w:r>
    </w:p>
    <w:p>
      <w:r>
        <w:rPr>
          <w:rFonts w:ascii="Gentium Plus" w:hAnsi="Gentium Plus"/>
          <w:sz w:val="24"/>
        </w:rPr>
        <w:t>ματα, καὶ πελιδνὰ τοιαῦτ’ ἂν εἴη.</w:t>
      </w:r>
    </w:p>
    <w:p>
      <w:r>
        <w:rPr>
          <w:rFonts w:ascii="Courier New" w:hAnsi="Courier New"/>
          <w:color w:val="555555"/>
          <w:sz w:val="20"/>
        </w:rPr>
        <w:t>[1 . 8 . 32]</w:t>
      </w:r>
    </w:p>
    <w:p>
      <w:r>
        <w:rPr>
          <w:rFonts w:ascii="Gentium Plus" w:hAnsi="Gentium Plus"/>
          <w:sz w:val="24"/>
        </w:rPr>
        <w:t>Μέλανα δὲ οὐδεὶς ἂν ἀγνοήσῃ χρώματα πᾶσιν ἔκδηλα γεγονότα. προσήκει τοίνυν ἐντεῦθεν τῷ περὶ τὰ τοιαῦτα σπουδαίῳ ἐπινοῆσαι μὲν τὰ ῥηθέντα χρώματα καὶ τοῖς πλαξὶν ἐγγράψαι τῆς</w:t>
      </w:r>
    </w:p>
    <w:p>
      <w:r>
        <w:rPr>
          <w:rFonts w:ascii="Courier New" w:hAnsi="Courier New"/>
          <w:color w:val="555555"/>
          <w:sz w:val="20"/>
        </w:rPr>
        <w:t>[5]</w:t>
      </w:r>
    </w:p>
    <w:p>
      <w:r>
        <w:rPr>
          <w:rFonts w:ascii="Gentium Plus" w:hAnsi="Gentium Plus"/>
          <w:sz w:val="24"/>
        </w:rPr>
        <w:t>διανοίας, οὐκ ὀλίγων ἐπ’ αὐτοῖς ῥηθησομένων διαγνώσεων τε καὶ προγνώσεων.</w:t>
      </w:r>
    </w:p>
    <w:p>
      <w:r>
        <w:rPr>
          <w:rFonts w:ascii="Courier New" w:hAnsi="Courier New"/>
          <w:color w:val="555555"/>
          <w:sz w:val="20"/>
        </w:rPr>
        <w:t>[1 . 8 . 33]</w:t>
      </w:r>
    </w:p>
    <w:p>
      <w:r>
        <w:rPr>
          <w:rFonts w:ascii="Gentium Plus" w:hAnsi="Gentium Plus"/>
          <w:sz w:val="24"/>
        </w:rPr>
        <w:t>Προσεπινοῆσαι δὲ τῷ λόγῳ δεῖ καὶ ἃ τῶν χρωμάτων μὴ διώρισται τῷ ἐξαπορῆσαι οἰκείων ὀνομάτων, ἤτοι ἐξυδαρωθέντα ἢ ἐπιταθέντα ἀπὸ τῶν ὁρισθέντων τούτων χρωμάτων, ὥστε ἂν εἴ τις ἀκριβῶς</w:t>
      </w:r>
    </w:p>
    <w:p>
      <w:r>
        <w:rPr>
          <w:rFonts w:ascii="Courier New" w:hAnsi="Courier New"/>
          <w:color w:val="555555"/>
          <w:sz w:val="20"/>
        </w:rPr>
        <w:t>[5]</w:t>
      </w:r>
    </w:p>
    <w:p>
      <w:r>
        <w:rPr>
          <w:rFonts w:ascii="Gentium Plus" w:hAnsi="Gentium Plus"/>
          <w:sz w:val="24"/>
        </w:rPr>
        <w:t>ταῦτα γνοίη, ῥᾳδίως καὶ τὰ διαπεπτωκότα τῶν ὡρισμένων τούτων χρωμάτων δι’ οἱονδήτινα καταγνοίη λόγον.</w:t>
      </w:r>
    </w:p>
    <w:p>
      <w:r>
        <w:rPr>
          <w:rFonts w:ascii="Courier New" w:hAnsi="Courier New"/>
          <w:color w:val="555555"/>
          <w:sz w:val="20"/>
        </w:rPr>
        <w:t>[1 . 8 . 34]</w:t>
      </w:r>
    </w:p>
    <w:p>
      <w:r>
        <w:rPr>
          <w:rFonts w:ascii="Gentium Plus" w:hAnsi="Gentium Plus"/>
          <w:sz w:val="24"/>
        </w:rPr>
        <w:t>Οὐκ‐ οῦν οὐκ ἐπὶ πλέον προσανέχειν τῷ περὶ διαφορᾶς χρω‐ μάτων προσήκει λόγῳ, ἱκανῶς ἐνταῦθα πρὸς συνετοὺς τῶν πάντων διωρισμένων.</w:t>
      </w:r>
    </w:p>
    <w:p>
      <w:r>
        <w:rPr>
          <w:rFonts w:ascii="Courier New" w:hAnsi="Courier New"/>
          <w:color w:val="555555"/>
          <w:sz w:val="20"/>
        </w:rPr>
        <w:t>[1 . 8 . 35]</w:t>
      </w:r>
    </w:p>
    <w:p>
      <w:r>
        <w:rPr>
          <w:rFonts w:ascii="Gentium Plus" w:hAnsi="Gentium Plus"/>
          <w:sz w:val="24"/>
        </w:rPr>
        <w:t>Τοῖς γὰρ δή τοι μέρος παιδιᾶς τὰ τῇ τέχνῃ τιθεμένοις σπουδαῖα, οὐδ’ ἂν πάντα τις συνελών, πολλάκις φαίη τὰ ἐνδεχόμενα συνίστασθαι χρώματα, πρὸς ἀποχρῶσαν τούτοις διδασκαλίαν ἀρκέσειε.</w:t>
      </w:r>
    </w:p>
    <w:p>
      <w:r>
        <w:rPr>
          <w:rFonts w:ascii="Courier New" w:hAnsi="Courier New"/>
          <w:color w:val="555555"/>
          <w:sz w:val="20"/>
        </w:rPr>
        <w:t>[5]</w:t>
      </w:r>
    </w:p>
    <w:p>
      <w:r>
        <w:rPr>
          <w:rFonts w:ascii="Gentium Plus" w:hAnsi="Gentium Plus"/>
          <w:sz w:val="24"/>
        </w:rPr>
        <w:t>καὶ ὁ μὲν περὶ διαφορᾶς χρωμάτων οὔρων λόγος ᾧδέ πη κείσθω. ἐνταῦθα δὲ προσήκει φάναι καὶ περὶ διαφορᾶς τῶν ἐπὶ τῷ χύματι συνισταμένων συστάσεων.</w:t>
      </w:r>
    </w:p>
    <w:p>
      <w:pPr>
        <w:jc w:val="center"/>
      </w:pPr>
      <w:r>
        <w:rPr>
          <w:rFonts w:ascii="Gentium Plus" w:hAnsi="Gentium Plus"/>
          <w:b/>
          <w:sz w:val="24"/>
        </w:rPr>
        <w:t>Κεφ. θʹ. Περὶ διαφορᾶς τῶν κατὰ τὸ χύμα συστάσεων.</w:t>
      </w:r>
    </w:p>
    <w:p>
      <w:r>
        <w:rPr>
          <w:rFonts w:ascii="Courier New" w:hAnsi="Courier New"/>
          <w:color w:val="555555"/>
          <w:sz w:val="20"/>
        </w:rPr>
        <w:t>[1 . 9 . 1]</w:t>
      </w:r>
    </w:p>
    <w:p>
      <w:r>
        <w:rPr>
          <w:rFonts w:ascii="Gentium Plus" w:hAnsi="Gentium Plus"/>
          <w:sz w:val="24"/>
        </w:rPr>
        <w:t>Τὰ τοίνυν οὖρα ταῖς ἀμίσι διουρηθέντα πάντα μὲν μικροῦ δεῖν λεπτὰ φαίνεται θερμὰ ἔτι ὄντα τὸ γάρ τοι φυσικὸν θερμόν, ἐπικρατοῦν ἔτι, οὐκ ἐᾷ τὸ χῦμα συνιέναι τε καὶ παχυνθῆναι δι’ οἱανδήτινα ἡγησαμένην</w:t>
      </w:r>
    </w:p>
    <w:p>
      <w:r>
        <w:rPr>
          <w:rFonts w:ascii="Courier New" w:hAnsi="Courier New"/>
          <w:color w:val="555555"/>
          <w:sz w:val="20"/>
        </w:rPr>
        <w:t>[5]</w:t>
      </w:r>
    </w:p>
    <w:p>
      <w:r>
        <w:rPr>
          <w:rFonts w:ascii="Gentium Plus" w:hAnsi="Gentium Plus"/>
          <w:sz w:val="24"/>
        </w:rPr>
        <w:t>πρόφασιν.</w:t>
      </w:r>
    </w:p>
    <w:p>
      <w:r>
        <w:rPr>
          <w:rFonts w:ascii="Courier New" w:hAnsi="Courier New"/>
          <w:color w:val="555555"/>
          <w:sz w:val="20"/>
        </w:rPr>
        <w:t>[1 . 9 . 2]</w:t>
      </w:r>
    </w:p>
    <w:p>
      <w:r>
        <w:rPr>
          <w:rFonts w:ascii="Gentium Plus" w:hAnsi="Gentium Plus"/>
          <w:sz w:val="24"/>
        </w:rPr>
        <w:t>Τοῦ θερμοῦ δ’ ἤδη διασκεδασθέντος, ἔνια μὲν αὐτῶν παχύνεται τάχιστα, ἔνια δὲ βραδέως, ὥσπέρ</w:t>
      </w:r>
    </w:p>
    <w:p>
      <w:r>
        <w:rPr>
          <w:rFonts w:ascii="Courier New" w:hAnsi="Courier New"/>
          <w:color w:val="555555"/>
          <w:sz w:val="20"/>
        </w:rPr>
        <w:t>[1 . 9 . 3]</w:t>
      </w:r>
    </w:p>
    <w:p>
      <w:r>
        <w:rPr>
          <w:rFonts w:ascii="Gentium Plus" w:hAnsi="Gentium Plus"/>
          <w:sz w:val="24"/>
        </w:rPr>
        <w:t>Τῶν δὲ παχυνθέντων ἔνια μὲν καθίστανται, ἔνια δ’ αὖ, οἷα ἀπ’ ἀρχῆς παχέα γέγονεν, ἀδιάκριτα μένει.</w:t>
      </w:r>
    </w:p>
    <w:p>
      <w:r>
        <w:rPr>
          <w:rFonts w:ascii="Courier New" w:hAnsi="Courier New"/>
          <w:color w:val="555555"/>
          <w:sz w:val="20"/>
        </w:rPr>
        <w:t>[1 . 9 . 4]</w:t>
      </w:r>
    </w:p>
    <w:p>
      <w:r>
        <w:rPr>
          <w:rFonts w:ascii="Gentium Plus" w:hAnsi="Gentium Plus"/>
          <w:sz w:val="24"/>
        </w:rPr>
        <w:t>Ἀλλὰ τῶν μὲν τοιούτων παχέων τὰ μὲν μετρίως πάνυ πεπάχυνται, θολερὰ οἷον τυγχάνοντα, τὰ δ’ ἔτι πλέον, τὰ δ’ ἔτι πλεῖστον, καὶ δεῖ καὶ τὴν ἐπὶ τούτοις συνιέναι δια‐ φοράν.</w:t>
      </w:r>
    </w:p>
    <w:p>
      <w:r>
        <w:rPr>
          <w:rFonts w:ascii="Courier New" w:hAnsi="Courier New"/>
          <w:color w:val="555555"/>
          <w:sz w:val="20"/>
        </w:rPr>
        <w:t>[1 . 9 . 5]</w:t>
      </w:r>
    </w:p>
    <w:p>
      <w:r>
        <w:rPr>
          <w:rFonts w:ascii="Gentium Plus" w:hAnsi="Gentium Plus"/>
          <w:sz w:val="24"/>
        </w:rPr>
        <w:t>Τῶν δὲ δὴ καθισταμένων τὰ μὲν τὸ παχύτε‐ ρον ἐπὶ τὸν πυθμένα ἐπισυναγαγόντα καὶ ταῦτα ἔτι πα‐ χέα μένει, ἢ τεθολωμένα ἢ καὶ σύμμετρα καὶ λεπτὰ γίνεται, τοῦ παντὸς ἐπὶ τὸν πυθμένα πάχους χωροῦντος,</w:t>
      </w:r>
    </w:p>
    <w:p>
      <w:r>
        <w:rPr>
          <w:rFonts w:ascii="Courier New" w:hAnsi="Courier New"/>
          <w:color w:val="555555"/>
          <w:sz w:val="20"/>
        </w:rPr>
        <w:t>[5]</w:t>
      </w:r>
    </w:p>
    <w:p>
      <w:r>
        <w:rPr>
          <w:rFonts w:ascii="Gentium Plus" w:hAnsi="Gentium Plus"/>
          <w:sz w:val="24"/>
        </w:rPr>
        <w:t>ὥστε δεῖ τὰς ἐπὶ τούτοις διαφορὰς ἀκριβῶς ἐκμανθάνειν, οὐκ ὀλίγα συνοισούσας τοῖς περὶ διαγνώσεώς τε καὶ προ‐ γνώσεως λόγοις.</w:t>
      </w:r>
    </w:p>
    <w:p>
      <w:r>
        <w:rPr>
          <w:rFonts w:ascii="Courier New" w:hAnsi="Courier New"/>
          <w:color w:val="555555"/>
          <w:sz w:val="20"/>
        </w:rPr>
        <w:t>[1 . 9 . 6]</w:t>
      </w:r>
    </w:p>
    <w:p>
      <w:r>
        <w:rPr>
          <w:rFonts w:ascii="Gentium Plus" w:hAnsi="Gentium Plus"/>
          <w:sz w:val="24"/>
        </w:rPr>
        <w:t>Ὡσαύτως δὲ δεῖ κἀπὶ τῶν λεπτῶν ἐκμανθάνειν, ὡς οὐ πάντα τῇ αὐτῇ λεπτότητι συνίσταν‐ ται, ἀλλὰ τὰ μὲν καὶ πάνυ λεπτότατα πέφυκεν, οὐδέν τι τοῦ διειδεστάτου διενεγκότα ὕδατος, τὰ δὲ τοιαύτης δια‐</w:t>
      </w:r>
    </w:p>
    <w:p>
      <w:r>
        <w:rPr>
          <w:rFonts w:ascii="Courier New" w:hAnsi="Courier New"/>
          <w:color w:val="555555"/>
          <w:sz w:val="20"/>
        </w:rPr>
        <w:t>[5]</w:t>
      </w:r>
    </w:p>
    <w:p>
      <w:r>
        <w:rPr>
          <w:rFonts w:ascii="Gentium Plus" w:hAnsi="Gentium Plus"/>
          <w:sz w:val="24"/>
        </w:rPr>
        <w:t>πέπτωκε συστάσεως, ἔτι καὶ αὐτὰ λεπτὰ τυγχάνοντα, ἕτερα δὲ προσενένευκε τῷ τῇ συστάσει συμμέτρῳ οὔρῳ.</w:t>
      </w:r>
    </w:p>
    <w:p>
      <w:r>
        <w:rPr>
          <w:rFonts w:ascii="Courier New" w:hAnsi="Courier New"/>
          <w:color w:val="555555"/>
          <w:sz w:val="20"/>
        </w:rPr>
        <w:t>[1 . 9 . 7]</w:t>
      </w:r>
    </w:p>
    <w:p>
      <w:r>
        <w:rPr>
          <w:rFonts w:ascii="Gentium Plus" w:hAnsi="Gentium Plus"/>
          <w:sz w:val="24"/>
        </w:rPr>
        <w:t>Ἀλλ’ ὁ μὲν περὶ διαφορᾶς συστάσεως οὔρων λόγος ἱκανὸς ἂν ἐντεῦθεν νομισθείη λελέχθαι.</w:t>
      </w:r>
    </w:p>
    <w:p>
      <w:pPr>
        <w:jc w:val="center"/>
      </w:pPr>
      <w:r>
        <w:rPr>
          <w:rFonts w:ascii="Gentium Plus" w:hAnsi="Gentium Plus"/>
          <w:b/>
          <w:sz w:val="24"/>
        </w:rPr>
        <w:t>Κεφ. ιʹ. Πρὸς τοὺς τῷ θύραθεν μόνῳ καταστήματι τὴν τοῦ πάχους τῶν οὔρων αἰτίαν προσάπτοντας.</w:t>
      </w:r>
    </w:p>
    <w:p>
      <w:r>
        <w:rPr>
          <w:rFonts w:ascii="Courier New" w:hAnsi="Courier New"/>
          <w:color w:val="555555"/>
          <w:sz w:val="20"/>
        </w:rPr>
        <w:t>[1 . 10 . 1]</w:t>
      </w:r>
    </w:p>
    <w:p>
      <w:r>
        <w:rPr>
          <w:rFonts w:ascii="Gentium Plus" w:hAnsi="Gentium Plus"/>
          <w:sz w:val="24"/>
        </w:rPr>
        <w:t>Ἐπεὶ δέ τινες τῶν ἀπαιδεύτων περὶ τὰς τῶν οὔ‐ ρων κρίσεις τὰ παχέα τῶν οὔρων οὐκ ἰδιότητί τινι διαθέ‐ σεων τῶν αὐτοῖς ἁρμοζουσῶν συμβαίνειν οἴονται, ἀλλὰ τῷ θύραθεν ψυχρῷ καταστήματι καὶ μάλιστα ὁπότ’ ἐνο‐</w:t>
      </w:r>
    </w:p>
    <w:p>
      <w:r>
        <w:rPr>
          <w:rFonts w:ascii="Courier New" w:hAnsi="Courier New"/>
          <w:color w:val="555555"/>
          <w:sz w:val="20"/>
        </w:rPr>
        <w:t>[5]</w:t>
      </w:r>
    </w:p>
    <w:p>
      <w:r>
        <w:rPr>
          <w:rFonts w:ascii="Gentium Plus" w:hAnsi="Gentium Plus"/>
          <w:sz w:val="24"/>
        </w:rPr>
        <w:t>ρῷεν λεπτὰ μὲν διουρηθέντα, μετ’ οὐ πολὺ δὲ παχυνό‐ μενα, καὶ πρὰς αὐτοὺς τὸν λόγον τρεπτέον καὶ τήν σφων ἀπάτην ἀποδεικτέον.</w:t>
      </w:r>
    </w:p>
    <w:p>
      <w:r>
        <w:rPr>
          <w:rFonts w:ascii="Courier New" w:hAnsi="Courier New"/>
          <w:color w:val="555555"/>
          <w:sz w:val="20"/>
        </w:rPr>
        <w:t>[1 . 10 . 2]</w:t>
      </w:r>
    </w:p>
    <w:p>
      <w:r>
        <w:rPr>
          <w:rFonts w:ascii="Gentium Plus" w:hAnsi="Gentium Plus"/>
          <w:sz w:val="24"/>
        </w:rPr>
        <w:t>Οἵδε γὰρ τῇ τοῦ θερμοῦ ἀπο‐ χωρήσει οἴονται τὸ θύραθεν ἐπικρατοῦν ψυχρὸν ταῦτα παχύνειν. τοῦτο δὲ τοσοῦτον λείπεται εἰς ἀλήθειαν, ὥστε καὶ ἀπὸ τῶν ὁσημέραι φαινομένων ἔστι μαθεῖν αὐτῶν</w:t>
      </w:r>
    </w:p>
    <w:p>
      <w:r>
        <w:rPr>
          <w:rFonts w:ascii="Courier New" w:hAnsi="Courier New"/>
          <w:color w:val="555555"/>
          <w:sz w:val="20"/>
        </w:rPr>
        <w:t>[5]</w:t>
      </w:r>
    </w:p>
    <w:p>
      <w:r>
        <w:rPr>
          <w:rFonts w:ascii="Gentium Plus" w:hAnsi="Gentium Plus"/>
          <w:sz w:val="24"/>
        </w:rPr>
        <w:t>τὴν ἄγνοιαν, ἀεὶ μὲν δηλονότι τῶν οὔρων τῷ θύραθεν προσομιλούντων ψυχρῷ ἀέρι, μὴ πάντοτε δὲ παχυνομέ‐ νων.</w:t>
      </w:r>
    </w:p>
    <w:p>
      <w:r>
        <w:rPr>
          <w:rFonts w:ascii="Courier New" w:hAnsi="Courier New"/>
          <w:color w:val="555555"/>
          <w:sz w:val="20"/>
        </w:rPr>
        <w:t>[1 . 10 . 3]</w:t>
      </w:r>
    </w:p>
    <w:p>
      <w:r>
        <w:rPr>
          <w:rFonts w:ascii="Gentium Plus" w:hAnsi="Gentium Plus"/>
          <w:sz w:val="24"/>
        </w:rPr>
        <w:t>Ἔπειτα εἰκὸς μὲν ἐνίοτε τὰ οὖρα παχυνθῆναι, ὁπόταν δηλαδὴ τὸ μὲν περιέχον ᾖ πάνυ κρυμνῶδες, τὰ δ’</w:t>
      </w:r>
    </w:p>
    <w:p>
      <w:r>
        <w:rPr>
          <w:rFonts w:ascii="Courier New" w:hAnsi="Courier New"/>
          <w:color w:val="555555"/>
          <w:sz w:val="20"/>
        </w:rPr>
        <w:t>[1 . 10 . 4]</w:t>
      </w:r>
    </w:p>
    <w:p>
      <w:r>
        <w:rPr>
          <w:rFonts w:ascii="Gentium Plus" w:hAnsi="Gentium Plus"/>
          <w:sz w:val="24"/>
        </w:rPr>
        <w:t>Ἔπειτα εἰ διὰ τὸ προστυ‐ χὸν κρύος παχυνθείη, διὰ θαλπωρὴν τοῦ περιέχοντος λεπτυνθείη ἄν.</w:t>
      </w:r>
    </w:p>
    <w:p>
      <w:r>
        <w:rPr>
          <w:rFonts w:ascii="Courier New" w:hAnsi="Courier New"/>
          <w:color w:val="555555"/>
          <w:sz w:val="20"/>
        </w:rPr>
        <w:t>[1 . 10 . 5]</w:t>
      </w:r>
    </w:p>
    <w:p>
      <w:r>
        <w:rPr>
          <w:rFonts w:ascii="Gentium Plus" w:hAnsi="Gentium Plus"/>
          <w:sz w:val="24"/>
        </w:rPr>
        <w:t>Ἀλλὰ μὴν ἔστιν ἰδεῖν κἀν χειμῶνι οὖρα λεπτότατα, κἂν μὴ τῷ θύραθεν ἐκνικώμεθα ψύχει, κἀν τῷ θέρει παχύτατα μηδὲν ἐνταῦθα τοῦ θερμοῦ δια‐ λύοντος.</w:t>
      </w:r>
    </w:p>
    <w:p>
      <w:r>
        <w:rPr>
          <w:rFonts w:ascii="Courier New" w:hAnsi="Courier New"/>
          <w:color w:val="555555"/>
          <w:sz w:val="20"/>
        </w:rPr>
        <w:t>[1 . 10 . 6]</w:t>
      </w:r>
    </w:p>
    <w:p>
      <w:r>
        <w:rPr>
          <w:rFonts w:ascii="Gentium Plus" w:hAnsi="Gentium Plus"/>
          <w:sz w:val="24"/>
        </w:rPr>
        <w:t>Εἶτα τί ποτ’ ἄρ’ ἂν καὶ φαῖεν οἱ σεμνοὶ τῶν οὔρων ἐπόπται, ὁπόταν νῦν μὲν οὖρον λεπτὸν θεά‐ σωνται, τὴν δὲ ἐπιοῦσαν παχυνθέν, τοῦ αὐτοῦ δὴ κἀν ἀμφοτέροις καταστήματος γεγονότος;</w:t>
      </w:r>
    </w:p>
    <w:p>
      <w:r>
        <w:rPr>
          <w:rFonts w:ascii="Courier New" w:hAnsi="Courier New"/>
          <w:color w:val="555555"/>
          <w:sz w:val="20"/>
        </w:rPr>
        <w:t>[1 . 10 . 7]</w:t>
      </w:r>
    </w:p>
    <w:p>
      <w:r>
        <w:rPr>
          <w:rFonts w:ascii="Gentium Plus" w:hAnsi="Gentium Plus"/>
          <w:sz w:val="24"/>
        </w:rPr>
        <w:t>Πῶς δ’ ἂν καὶ προγνοῖεν, ὅτι ποτὲ βούλεται ἡ μεταβολή, κἀπὶ ποίοις αἰτίοις γέγονεν; ἐμοὶ δοκεῖ πολλ’ ἂν σφαλεῖεν τἀληθοῦς ἀποπεπτωκότες.</w:t>
      </w:r>
    </w:p>
    <w:p>
      <w:r>
        <w:rPr>
          <w:rFonts w:ascii="Courier New" w:hAnsi="Courier New"/>
          <w:color w:val="555555"/>
          <w:sz w:val="20"/>
        </w:rPr>
        <w:t>[1 . 10 . 8]</w:t>
      </w:r>
    </w:p>
    <w:p>
      <w:r>
        <w:rPr>
          <w:rFonts w:ascii="Gentium Plus" w:hAnsi="Gentium Plus"/>
          <w:sz w:val="24"/>
        </w:rPr>
        <w:t>Τίσι δ’ ἂν σημείοις ἐν τοῖς οὔροις πλῆθος χυμῶν ἢ πάχος ἢ πέψεως ἀρχὴν γνοῖεν, μηδὲν ἔχοντες ἐπὶ παχέσιν οὔροις κρίνειν τὸ σύνολον; ἔπειτα τὸν σφῶν αὐτῶν λόγον συνιστᾶν πειρώμενοι θερμοῖς τισιν</w:t>
      </w:r>
    </w:p>
    <w:p>
      <w:r>
        <w:rPr>
          <w:rFonts w:ascii="Courier New" w:hAnsi="Courier New"/>
          <w:color w:val="555555"/>
          <w:sz w:val="20"/>
        </w:rPr>
        <w:t>[5]</w:t>
      </w:r>
    </w:p>
    <w:p>
      <w:r>
        <w:rPr>
          <w:rFonts w:ascii="Gentium Plus" w:hAnsi="Gentium Plus"/>
          <w:sz w:val="24"/>
        </w:rPr>
        <w:t>ὕδασι τὴν ἀμίδα καθιᾶσι καὶ πως ὁμιλήσασαν πρὸς βραχὺ δεικνύουσι λεπτυνθεῖσαν, μὴ συνιέναι ἔχοντες, ὡς οὐχ ἧττον τοῦ φυσικοῦ τὸ τεχνικὸν θερμὸν τὰ οὖρα δια‐ λύειν πέφυκεν, εἴ τί που πάχος σχοῖεν, ἀλλὰ οὐδὲν τοῦτο πρὸς ἀποχρῶσαν αὐτοῖς ἀπολογίαν πέφυκεν, ἔτι δυοῖν</w:t>
      </w:r>
    </w:p>
    <w:p>
      <w:r>
        <w:rPr>
          <w:rFonts w:ascii="Courier New" w:hAnsi="Courier New"/>
          <w:color w:val="555555"/>
          <w:sz w:val="20"/>
        </w:rPr>
        <w:t>[10]</w:t>
      </w:r>
    </w:p>
    <w:p>
      <w:r>
        <w:rPr>
          <w:rFonts w:ascii="Gentium Plus" w:hAnsi="Gentium Plus"/>
          <w:sz w:val="24"/>
        </w:rPr>
        <w:t>ἀμίδοιν τῷ αὐτῷ προσομιλουσοῖν ἀέρι καὶ τῆς μὲν παχυ‐ νομένης, τῆς δ’ ἑτέρας, ὡς εἶχεν, ἐπιφαινομένης.</w:t>
      </w:r>
    </w:p>
    <w:p>
      <w:r>
        <w:rPr>
          <w:rFonts w:ascii="Courier New" w:hAnsi="Courier New"/>
          <w:color w:val="555555"/>
          <w:sz w:val="20"/>
        </w:rPr>
        <w:t>[1 . 10 . 9]</w:t>
      </w:r>
    </w:p>
    <w:p>
      <w:r>
        <w:rPr>
          <w:rFonts w:ascii="Gentium Plus" w:hAnsi="Gentium Plus"/>
          <w:sz w:val="24"/>
        </w:rPr>
        <w:t>Ἔτι τίνα ἄν τις αἰτίαν ἀποδοίη, εἰ μὴ ἣν νῦν ἡμεῖς ἐροῦμεν ἐν οἰκείοις τόποις.</w:t>
      </w:r>
    </w:p>
    <w:p>
      <w:r>
        <w:rPr>
          <w:rFonts w:ascii="Courier New" w:hAnsi="Courier New"/>
          <w:color w:val="555555"/>
          <w:sz w:val="20"/>
        </w:rPr>
        <w:t>[1 . 10 . 10]</w:t>
      </w:r>
    </w:p>
    <w:p>
      <w:r>
        <w:rPr>
          <w:rFonts w:ascii="Gentium Plus" w:hAnsi="Gentium Plus"/>
          <w:sz w:val="24"/>
        </w:rPr>
        <w:t>Εἰ γάρ τοι τὴν τοῦ περιέχοντος ψυχρότητα αἰτιάσονται, δέδοικα μὴ ἀλῶσιν ἀπατηθέντες, τῆς ἑτέρας ἀμίδος λεπτῆς μενούσης· ἀλλ’ αὐτοῖς μὲν ἀρκούσης ἴσως τῆς ἀπαιδευσίας εἰς ἔλεγχος ἱκανὴν ἂν</w:t>
      </w:r>
    </w:p>
    <w:p>
      <w:r>
        <w:rPr>
          <w:rFonts w:ascii="Courier New" w:hAnsi="Courier New"/>
          <w:color w:val="555555"/>
          <w:sz w:val="20"/>
        </w:rPr>
        <w:t>[5]</w:t>
      </w:r>
    </w:p>
    <w:p>
      <w:r>
        <w:rPr>
          <w:rFonts w:ascii="Gentium Plus" w:hAnsi="Gentium Plus"/>
          <w:sz w:val="24"/>
        </w:rPr>
        <w:t>δόξῃ καὶ τὸ ῥηθέν· ἡμεῖς δὲ τῶν ἑξῆς ἐχόμενοι λέγωμεν.</w:t>
      </w:r>
    </w:p>
    <w:p>
      <w:r>
        <w:rPr>
          <w:rFonts w:ascii="Courier New" w:hAnsi="Courier New"/>
          <w:color w:val="555555"/>
          <w:sz w:val="20"/>
        </w:rPr>
        <w:t>[1 . 10 . 11]</w:t>
      </w:r>
    </w:p>
    <w:p>
      <w:r>
        <w:rPr>
          <w:rFonts w:ascii="Gentium Plus" w:hAnsi="Gentium Plus"/>
          <w:sz w:val="24"/>
        </w:rPr>
        <w:t>Ἐπειδὴ τοίνυν δέδεικται τὰ μὲν τῶν οὔρων διατελεῖν παχέα, τὰ δ’ αὖ λεπτά, ἐκεῖνα δὲ σύμμετρα, ἐπιδιείλομεν δὲ καὶ ταῦτα ὡς ἐνεδέχετο, νῦν ἂν προσῆκον εἴη περὶ δια‐ φορᾶς τῶν ἐν τοῖς οὔροις παρυφισταμένων φάναι.</w:t>
      </w:r>
    </w:p>
    <w:p>
      <w:pPr>
        <w:jc w:val="center"/>
      </w:pPr>
      <w:r>
        <w:rPr>
          <w:rFonts w:ascii="Gentium Plus" w:hAnsi="Gentium Plus"/>
          <w:b/>
          <w:sz w:val="24"/>
        </w:rPr>
        <w:t>Κεφ. ιαʹ. Περὶ διαφορᾶς χρωμάτων τῶν παρυφισταμένων.</w:t>
      </w:r>
    </w:p>
    <w:p>
      <w:r>
        <w:rPr>
          <w:rFonts w:ascii="Courier New" w:hAnsi="Courier New"/>
          <w:color w:val="555555"/>
          <w:sz w:val="20"/>
        </w:rPr>
        <w:t>[1 . 11 . 1]</w:t>
      </w:r>
    </w:p>
    <w:p>
      <w:r>
        <w:rPr>
          <w:rFonts w:ascii="Gentium Plus" w:hAnsi="Gentium Plus"/>
          <w:sz w:val="24"/>
        </w:rPr>
        <w:t>Τῶν τοίνυν κατὰ φύσιν παρυφισταμένων, λευκῶν μὲν ὄντων καὶ ὁμαλῶν καὶ προσέτι τῇ συστάσει συμμέ‐</w:t>
      </w:r>
    </w:p>
    <w:p>
      <w:r>
        <w:rPr>
          <w:rFonts w:ascii="Courier New" w:hAnsi="Courier New"/>
          <w:color w:val="555555"/>
          <w:sz w:val="20"/>
        </w:rPr>
        <w:t>[1 . 11 . 2]</w:t>
      </w:r>
    </w:p>
    <w:p>
      <w:r>
        <w:rPr>
          <w:rFonts w:ascii="Gentium Plus" w:hAnsi="Gentium Plus"/>
          <w:sz w:val="24"/>
        </w:rPr>
        <w:t>Ἐπειδὰν δ’ εἴθ’ ὑπερβάλλοι ταῦτα, εἴτε ἐλλείποι τῶν κατὰ φύσιν τούτων γνωρισμά‐ των, καὶ τὴν ὑγείαν παρατετράφθαι δηλοῖ.</w:t>
      </w:r>
    </w:p>
    <w:p>
      <w:r>
        <w:rPr>
          <w:rFonts w:ascii="Courier New" w:hAnsi="Courier New"/>
          <w:color w:val="555555"/>
          <w:sz w:val="20"/>
        </w:rPr>
        <w:t>[1 . 11 . 3]</w:t>
      </w:r>
    </w:p>
    <w:p>
      <w:r>
        <w:rPr>
          <w:rFonts w:ascii="Gentium Plus" w:hAnsi="Gentium Plus"/>
          <w:sz w:val="24"/>
        </w:rPr>
        <w:t>Ῥητέον τοίνυν ὧδε περὶ τῶν ἐνδεχομένων τούτοις φαίνεσθαι χρω‐ μάτων, εἶθ’ οὕτως καὶ τῶν ἑξῆς κατὰ τὸν αὐτοῖς ἀνή‐ κοντα λόγον.</w:t>
      </w:r>
    </w:p>
    <w:p>
      <w:r>
        <w:rPr>
          <w:rFonts w:ascii="Courier New" w:hAnsi="Courier New"/>
          <w:color w:val="555555"/>
          <w:sz w:val="20"/>
        </w:rPr>
        <w:t>[1 . 11 . 4]</w:t>
      </w:r>
    </w:p>
    <w:p>
      <w:r>
        <w:rPr>
          <w:rFonts w:ascii="Gentium Plus" w:hAnsi="Gentium Plus"/>
          <w:sz w:val="24"/>
        </w:rPr>
        <w:t>Τῶν τοίνυν παρυφισταμένων τὰ χρώ‐ ματα τὰ μὲν σύμμετρα καὶ κατὰ φύσιν ὑπόλευκα, τὰ δὲ ἐκπίπτοντα τοῦ τοιούτου συμμέτρου παρυφισταμένου, ὧν τὰ μὲν ἐπιτέταται τῇ λευκότητι, τὰ δ’ ἤδη ὕπωχρα καὶ</w:t>
      </w:r>
    </w:p>
    <w:p>
      <w:r>
        <w:rPr>
          <w:rFonts w:ascii="Courier New" w:hAnsi="Courier New"/>
          <w:color w:val="555555"/>
          <w:sz w:val="20"/>
        </w:rPr>
        <w:t>[5]</w:t>
      </w:r>
    </w:p>
    <w:p>
      <w:r>
        <w:rPr>
          <w:rFonts w:ascii="Gentium Plus" w:hAnsi="Gentium Plus"/>
          <w:sz w:val="24"/>
        </w:rPr>
        <w:t>ὠχρὰ φαίνεται· τὰ δὲ καὶ προχωροῦντα ἔτι χρώννυται, χολώδη τε φαινόμενα καὶ ὀροβοειδῆ, ὑπέρυθρά τε καὶ ἐρυθρὰ καὶ πρὸς τούτοις δίαιμά τε καὶ ὀρφνώδη φαιά τε δὴ καὶ μέλανα.</w:t>
      </w:r>
    </w:p>
    <w:p>
      <w:r>
        <w:rPr>
          <w:rFonts w:ascii="Courier New" w:hAnsi="Courier New"/>
          <w:color w:val="555555"/>
          <w:sz w:val="20"/>
        </w:rPr>
        <w:t>[1 . 11 . 5]</w:t>
      </w:r>
    </w:p>
    <w:p>
      <w:r>
        <w:rPr>
          <w:rFonts w:ascii="Gentium Plus" w:hAnsi="Gentium Plus"/>
          <w:sz w:val="24"/>
        </w:rPr>
        <w:t>Ταῦτα καὶ τὰ τοιαῦτα τῶν παρυφι‐ σταμένων πέφυκε χρώματα κἀκ τούτων δεῖ σκοπεῖν καὶ περὶ τῶν μὴ ῥηθέντων, ἐμπεριεχομένων μέντοι, καθὼς ἐν τοῖς περὶ διαφορᾶς χρωμάτων προλαβόντες ἤδη ἔφημεν</w:t>
      </w:r>
    </w:p>
    <w:p>
      <w:r>
        <w:rPr>
          <w:rFonts w:ascii="Courier New" w:hAnsi="Courier New"/>
          <w:color w:val="555555"/>
          <w:sz w:val="20"/>
        </w:rPr>
        <w:t>[5]</w:t>
      </w:r>
    </w:p>
    <w:p>
      <w:r>
        <w:rPr>
          <w:rFonts w:ascii="Gentium Plus" w:hAnsi="Gentium Plus"/>
          <w:sz w:val="24"/>
        </w:rPr>
        <w:t>τοῦ χύματος, ἀλλ’ ὁ μὲν περὶ διαφορᾶς χρωμάτων τῶν παρυφισταμένων, ὡς ἐν βραχεῖ φάναι, λόγος δὴ τοιοῦτός ἐστι· νῦν δὲ περὶ συστάσεως ἐροῦμεν.</w:t>
      </w:r>
    </w:p>
    <w:p>
      <w:pPr>
        <w:jc w:val="center"/>
      </w:pPr>
      <w:r>
        <w:rPr>
          <w:rFonts w:ascii="Gentium Plus" w:hAnsi="Gentium Plus"/>
          <w:b/>
          <w:sz w:val="24"/>
        </w:rPr>
        <w:t>Κεφ. ιβʹ. Περὶ διαφορᾶς συστάσεων τῶν παρυφισταμένων.</w:t>
      </w:r>
    </w:p>
    <w:p>
      <w:r>
        <w:rPr>
          <w:rFonts w:ascii="Courier New" w:hAnsi="Courier New"/>
          <w:color w:val="555555"/>
          <w:sz w:val="20"/>
        </w:rPr>
        <w:t>[1 . 12 . 1]</w:t>
      </w:r>
    </w:p>
    <w:p>
      <w:r>
        <w:rPr>
          <w:rFonts w:ascii="Gentium Plus" w:hAnsi="Gentium Plus"/>
          <w:sz w:val="24"/>
        </w:rPr>
        <w:t>Τὸ τοίνυν σύμμετρον τῆς τοῦ παρυφισταμένου συστάσεως ὁποῖον μέν ἐστιν ἡ πείρα δείκνυσιν· ἵνα δὲ καὶ τῷ λόγῳ εἴη διωρισμένον, οὕτως πώς φαμεν περὶ συστάσεως συμμέτρου τοῦ παρυφισταμένου.</w:t>
      </w:r>
    </w:p>
    <w:p>
      <w:r>
        <w:rPr>
          <w:rFonts w:ascii="Courier New" w:hAnsi="Courier New"/>
          <w:color w:val="555555"/>
          <w:sz w:val="20"/>
        </w:rPr>
        <w:t>[1 . 12 . 2]</w:t>
      </w:r>
    </w:p>
    <w:p>
      <w:r>
        <w:rPr>
          <w:rFonts w:ascii="Gentium Plus" w:hAnsi="Gentium Plus"/>
          <w:sz w:val="24"/>
        </w:rPr>
        <w:t>Τὸ σύμ‐ μετρον τῇ συστάσει παρυφιστάμενον παχύτερον μὲν πάν‐ τως πέφυκε τοῦ χύματος.</w:t>
      </w:r>
    </w:p>
    <w:p>
      <w:r>
        <w:rPr>
          <w:rFonts w:ascii="Courier New" w:hAnsi="Courier New"/>
          <w:color w:val="555555"/>
          <w:sz w:val="20"/>
        </w:rPr>
        <w:t>[1 . 12 . 3]</w:t>
      </w:r>
    </w:p>
    <w:p>
      <w:r>
        <w:rPr>
          <w:rFonts w:ascii="Gentium Plus" w:hAnsi="Gentium Plus"/>
          <w:sz w:val="24"/>
        </w:rPr>
        <w:t>Διὰ γὰρ τοῦτο καὶ ἐπίδηλον τῇ ὄψει ῥᾳδίως πέφυκε, μὴ ὡσαύτως αὐτὸ τῷ χύματι τῆς ὄψεως διαπεραιουμένης, ἀλλὰ πρώταις μὲν ἐπιβολαῖς αὐ‐ τοῦ ἀναπαυομένης τῇ περιοράσει δὲ καὶ τοῦτο διαπεραι‐</w:t>
      </w:r>
    </w:p>
    <w:p>
      <w:r>
        <w:rPr>
          <w:rFonts w:ascii="Courier New" w:hAnsi="Courier New"/>
          <w:color w:val="555555"/>
          <w:sz w:val="20"/>
        </w:rPr>
        <w:t>[5]</w:t>
      </w:r>
    </w:p>
    <w:p>
      <w:r>
        <w:rPr>
          <w:rFonts w:ascii="Gentium Plus" w:hAnsi="Gentium Plus"/>
          <w:sz w:val="24"/>
        </w:rPr>
        <w:t>ουμένης.</w:t>
      </w:r>
    </w:p>
    <w:p>
      <w:r>
        <w:rPr>
          <w:rFonts w:ascii="Courier New" w:hAnsi="Courier New"/>
          <w:color w:val="555555"/>
          <w:sz w:val="20"/>
        </w:rPr>
        <w:t>[1 . 12 . 4]</w:t>
      </w:r>
    </w:p>
    <w:p>
      <w:r>
        <w:rPr>
          <w:rFonts w:ascii="Gentium Plus" w:hAnsi="Gentium Plus"/>
          <w:sz w:val="24"/>
        </w:rPr>
        <w:t>Ἐπεὶ τοίνυν τὸν περὶ συμμέτρον συστά‐ σεως τοῦ χύματος ἀκήκοας λόγον, ἔξεστί σοι ὥσπερ ἀπὸ ἀσφαλοῦς ἠργένῳ σημείου τά τε λεπτὰ καὶ τὰ παχέα ἔχειν τῶν παρυφισταμένων εἰδέναι, πλὴν ἀλλὰ καὶ ἡμῶν ῥηθείη</w:t>
      </w:r>
    </w:p>
    <w:p>
      <w:r>
        <w:rPr>
          <w:rFonts w:ascii="Courier New" w:hAnsi="Courier New"/>
          <w:color w:val="555555"/>
          <w:sz w:val="20"/>
        </w:rPr>
        <w:t>[5]</w:t>
      </w:r>
    </w:p>
    <w:p>
      <w:r>
        <w:rPr>
          <w:rFonts w:ascii="Gentium Plus" w:hAnsi="Gentium Plus"/>
          <w:sz w:val="24"/>
        </w:rPr>
        <w:t>ἂν ὧδε τὰ δέοντα.</w:t>
      </w:r>
    </w:p>
    <w:p>
      <w:r>
        <w:rPr>
          <w:rFonts w:ascii="Courier New" w:hAnsi="Courier New"/>
          <w:color w:val="555555"/>
          <w:sz w:val="20"/>
        </w:rPr>
        <w:t>[1 . 12 . 5]</w:t>
      </w:r>
    </w:p>
    <w:p>
      <w:r>
        <w:rPr>
          <w:rFonts w:ascii="Gentium Plus" w:hAnsi="Gentium Plus"/>
          <w:sz w:val="24"/>
        </w:rPr>
        <w:t>Τῶν τοίνυν λεπτῶν παρυφισταμέ‐ νων, ὅσα μᾶλλον συγκοινωνεῖ τοῦ χρώματος τῷ χύματι,</w:t>
      </w:r>
    </w:p>
    <w:p>
      <w:r>
        <w:rPr>
          <w:rFonts w:ascii="Courier New" w:hAnsi="Courier New"/>
          <w:color w:val="555555"/>
          <w:sz w:val="20"/>
        </w:rPr>
        <w:t>[5]</w:t>
      </w:r>
    </w:p>
    <w:p>
      <w:r>
        <w:rPr>
          <w:rFonts w:ascii="Gentium Plus" w:hAnsi="Gentium Plus"/>
          <w:sz w:val="24"/>
        </w:rPr>
        <w:t>τῷ λόγῳ.</w:t>
      </w:r>
    </w:p>
    <w:p>
      <w:r>
        <w:rPr>
          <w:rFonts w:ascii="Courier New" w:hAnsi="Courier New"/>
          <w:color w:val="555555"/>
          <w:sz w:val="20"/>
        </w:rPr>
        <w:t>[1 . 12 . 6]</w:t>
      </w:r>
    </w:p>
    <w:p>
      <w:r>
        <w:rPr>
          <w:rFonts w:ascii="Gentium Plus" w:hAnsi="Gentium Plus"/>
          <w:sz w:val="24"/>
        </w:rPr>
        <w:t>Τούτων δὲ τὰ μὲν βραχύ τι διαπέπτωκε τοῦ συμμέτρου, τὰ δ’ ἐπὶ πλέον, ἃ δὴ καὶ οὐ ῥᾳδίως ἄν τις ὁρῴῃ, τὰ δὲ ἐπὶ πλεῖστον, ἃ μόλις ἂν ἀκτῖνα τοῦ ἡλίου διὰ τῆς ἀμίδος διαβιβάσας ἴδοι.</w:t>
      </w:r>
    </w:p>
    <w:p>
      <w:r>
        <w:rPr>
          <w:rFonts w:ascii="Courier New" w:hAnsi="Courier New"/>
          <w:color w:val="555555"/>
          <w:sz w:val="20"/>
        </w:rPr>
        <w:t>[1 . 12 . 7]</w:t>
      </w:r>
    </w:p>
    <w:p>
      <w:r>
        <w:rPr>
          <w:rFonts w:ascii="Gentium Plus" w:hAnsi="Gentium Plus"/>
          <w:sz w:val="24"/>
        </w:rPr>
        <w:t>Τῶν δὲ ἐπὶ πάχος ἀπὸ τοῦ συμμέτρου χωρούντων παρυφισταμένων τὰ μὲν μετρίως φαίνεται παχύτερα, ὥστε μὴ ῥᾳδίως ἤδη ταῦτα τὴν ὄψιν διαπερᾶν, τὰ δ’ ἐπιπλέον, ὣστε τὴν μὲν</w:t>
      </w:r>
    </w:p>
    <w:p>
      <w:r>
        <w:rPr>
          <w:rFonts w:ascii="Courier New" w:hAnsi="Courier New"/>
          <w:color w:val="555555"/>
          <w:sz w:val="20"/>
        </w:rPr>
        <w:t>[5]</w:t>
      </w:r>
    </w:p>
    <w:p>
      <w:r>
        <w:rPr>
          <w:rFonts w:ascii="Gentium Plus" w:hAnsi="Gentium Plus"/>
          <w:sz w:val="24"/>
        </w:rPr>
        <w:t>ὄψιν αὐτοῖς ἀναπαύεσθαι, τῷ δὲ λόγῳ καὶ πλέον τι τούτου πάχος οἴεσθαι· τὰ δ’ αὖ ἐπὶ πλεῖστον, οὐχ ἧττον τῆς ὄψεως ἐπαναπαυομένου τοῦ λόγου. οὐ γάρ τοι οἷόν τε πλέον ἐκείνου πάχος ἐν τοῖς παρυφισταμένοις οἰηθῆναι τῷ λόγῳ, ἤδη κατὰ σύστασιν τῷ πύῳ ἐοικόσιν.</w:t>
      </w:r>
    </w:p>
    <w:p>
      <w:r>
        <w:rPr>
          <w:rFonts w:ascii="Courier New" w:hAnsi="Courier New"/>
          <w:color w:val="555555"/>
          <w:sz w:val="20"/>
        </w:rPr>
        <w:t>[1 . 12 . 8]</w:t>
      </w:r>
    </w:p>
    <w:p>
      <w:r>
        <w:rPr>
          <w:rFonts w:ascii="Gentium Plus" w:hAnsi="Gentium Plus"/>
          <w:sz w:val="24"/>
        </w:rPr>
        <w:t>Ἰστέον μέντοι καὶ τούτῳ τῷ λόγῳ, ὡς περὶ παντοίων νῦν φαμεν προϋφισταμένων, κἄν τε τῆς τρίτης εἴη ταῦτα δηλονότι πέψεως περιττώματα, κἄν τε χυμῶν ὠμῶν κόμματα, κἄν</w:t>
      </w:r>
    </w:p>
    <w:p>
      <w:r>
        <w:rPr>
          <w:rFonts w:ascii="Courier New" w:hAnsi="Courier New"/>
          <w:color w:val="555555"/>
          <w:sz w:val="20"/>
        </w:rPr>
        <w:t>[5]</w:t>
      </w:r>
    </w:p>
    <w:p>
      <w:r>
        <w:rPr>
          <w:rFonts w:ascii="Gentium Plus" w:hAnsi="Gentium Plus"/>
          <w:sz w:val="24"/>
        </w:rPr>
        <w:t>τε πύα τε καὶ τῶν ἐντὸς ἀγγείων τεμάχια.</w:t>
      </w:r>
    </w:p>
    <w:p>
      <w:r>
        <w:rPr>
          <w:rFonts w:ascii="Courier New" w:hAnsi="Courier New"/>
          <w:color w:val="555555"/>
          <w:sz w:val="20"/>
        </w:rPr>
        <w:t>[1 . 12 . 9]</w:t>
      </w:r>
    </w:p>
    <w:p>
      <w:r>
        <w:rPr>
          <w:rFonts w:ascii="Gentium Plus" w:hAnsi="Gentium Plus"/>
          <w:sz w:val="24"/>
        </w:rPr>
        <w:t>Τὰς γάρ τοι διαγνώσεις αὐτῶν ἐν οἰκείοις λόγοις, τοῦ θεοῦ διδόν‐ τος, ἀποδώσομεν. νῦν δὲ τῶν ἑξῆς ἐχόμενοι καθ’ εἱρμὸν λέγωμεν.</w:t>
      </w:r>
    </w:p>
    <w:p>
      <w:r>
        <w:rPr>
          <w:rFonts w:ascii="Courier New" w:hAnsi="Courier New"/>
          <w:color w:val="555555"/>
          <w:sz w:val="20"/>
        </w:rPr>
        <w:t>[1 . 12 . 10]</w:t>
      </w:r>
    </w:p>
    <w:p>
      <w:r>
        <w:rPr>
          <w:rFonts w:ascii="Gentium Plus" w:hAnsi="Gentium Plus"/>
          <w:sz w:val="24"/>
        </w:rPr>
        <w:t>Τοῦ τοίνυν διαστήματος τοῦ χύματος τριχῇ διῃ‐ ρημένου, εἴς τε πυθμένα δηλονότι τῆς ἀμίδος καὶ ἐπιφά‐ νειαν καὶ τὸ τῶν ἀμφοτέρων τούτων περάτων μέσον, τὰ μὲν πρὸς τὸν πυθμένα τῆς ἀμίδος χωροῦντα παρυφιστά‐</w:t>
      </w:r>
    </w:p>
    <w:p>
      <w:r>
        <w:rPr>
          <w:rFonts w:ascii="Courier New" w:hAnsi="Courier New"/>
          <w:color w:val="555555"/>
          <w:sz w:val="20"/>
        </w:rPr>
        <w:t>[5]</w:t>
      </w:r>
    </w:p>
    <w:p>
      <w:r>
        <w:rPr>
          <w:rFonts w:ascii="Gentium Plus" w:hAnsi="Gentium Plus"/>
          <w:sz w:val="24"/>
        </w:rPr>
        <w:t>μενα ὑποστάσεις ἔφασαν οἱ περὶ τὰ τοιαῦτα σοφοί, ἀπὸ τοῦ ὑφίστασθαι δηλονότι, τῆς ὑπὸ προθέσεως δεδηλωκυίας τὴν κάτω σχέσιν, ὅσα δὲ χωρεῖ πρὸς τὸ τοῦ παντὸς διαστήματος μέσον, ἐναιωρήματα, ἀπὸ τῆς αἰώρας, οἶμαι, τῶν ἀμφοτέρων, ὡς ἴσμεν, ἀφεστηκυίας</w:t>
      </w:r>
    </w:p>
    <w:p>
      <w:r>
        <w:rPr>
          <w:rFonts w:ascii="Courier New" w:hAnsi="Courier New"/>
          <w:color w:val="555555"/>
          <w:sz w:val="20"/>
        </w:rPr>
        <w:t>[10]</w:t>
      </w:r>
    </w:p>
    <w:p>
      <w:r>
        <w:rPr>
          <w:rFonts w:ascii="Gentium Plus" w:hAnsi="Gentium Plus"/>
          <w:sz w:val="24"/>
        </w:rPr>
        <w:t>περάτων, ὅσα δ’ αὖ πρὸς αὐτὴν χωρεῖ τὴν ἐπιφάνειαν, νεφέλας καὶ ἀπογείους οὔσας, ἀνάλογον τῇ γῇ τιθέντες τὸν τῆς ἀμίδος πυθμένα, ἐπεὶ καὶ πρὸς αὐτὸν χωρεῖ τὰ βαρύτερα τὸν πυθμένα, κοινῷ δὲ ταῦτα ἅπαντα καὶ γε‐ νικῷ ὀνόματι παρυφιστάμενα λέγεται ἀπὸ τοῦ ὁπουδή‐</w:t>
      </w:r>
    </w:p>
    <w:p>
      <w:r>
        <w:rPr>
          <w:rFonts w:ascii="Courier New" w:hAnsi="Courier New"/>
          <w:color w:val="555555"/>
          <w:sz w:val="20"/>
        </w:rPr>
        <w:t>[15]</w:t>
      </w:r>
    </w:p>
    <w:p>
      <w:r>
        <w:rPr>
          <w:rFonts w:ascii="Gentium Plus" w:hAnsi="Gentium Plus"/>
          <w:sz w:val="24"/>
        </w:rPr>
        <w:t>ποτε τοῦ χύματος παρυφίστασθαι, καὶ οὕτω μὲν περὶ τοῦτό που τοῦ παρυφισταμένου λόγου διεῖλον πάλαι ἰα‐</w:t>
      </w:r>
    </w:p>
    <w:p>
      <w:pPr>
        <w:jc w:val="center"/>
      </w:pPr>
      <w:r>
        <w:rPr>
          <w:rFonts w:ascii="Gentium Plus" w:hAnsi="Gentium Plus"/>
          <w:b/>
          <w:sz w:val="24"/>
        </w:rPr>
        <w:t>Κεφ. ιγʹ. Περὶ διαφορᾶς τόπων τῶν παρυφισταμένων.</w:t>
      </w:r>
    </w:p>
    <w:p>
      <w:r>
        <w:rPr>
          <w:rFonts w:ascii="Courier New" w:hAnsi="Courier New"/>
          <w:color w:val="555555"/>
          <w:sz w:val="20"/>
        </w:rPr>
        <w:t>[1 . 13 . 1]</w:t>
      </w:r>
    </w:p>
    <w:p>
      <w:r>
        <w:rPr>
          <w:rFonts w:ascii="Gentium Plus" w:hAnsi="Gentium Plus"/>
          <w:sz w:val="24"/>
        </w:rPr>
        <w:t>Τῶν τοίνυν ὑποστάσεων—χρηστέον γὰρ ὧδε τοῖς τεθεῖσιν ὀνόμασιν—αἱ μέν τὸν ἄμεμπτον κατειληφυῖαι τόπον οὔτε πάντῃ ἅπτονται τοῦ τῆς ἀμίδος πυθμένος, οὔτ’ αὖ ἀφίστανται· αἰ δέ γε τὸν οἰκεῖόν τε καὶ ἄμεμ‐</w:t>
      </w:r>
    </w:p>
    <w:p>
      <w:r>
        <w:rPr>
          <w:rFonts w:ascii="Courier New" w:hAnsi="Courier New"/>
          <w:color w:val="555555"/>
          <w:sz w:val="20"/>
        </w:rPr>
        <w:t>[5]</w:t>
      </w:r>
    </w:p>
    <w:p>
      <w:r>
        <w:rPr>
          <w:rFonts w:ascii="Gentium Plus" w:hAnsi="Gentium Plus"/>
          <w:sz w:val="24"/>
        </w:rPr>
        <w:t>πτον ἐκλελοιπυῖαι τόπον καὶ αὗται ἑπιδιαιροῦνται τῷ λόγῳ.</w:t>
      </w:r>
    </w:p>
    <w:p>
      <w:r>
        <w:rPr>
          <w:rFonts w:ascii="Courier New" w:hAnsi="Courier New"/>
          <w:color w:val="555555"/>
          <w:sz w:val="20"/>
        </w:rPr>
        <w:t>[1 . 13 . 2]</w:t>
      </w:r>
    </w:p>
    <w:p>
      <w:r>
        <w:rPr>
          <w:rFonts w:ascii="Gentium Plus" w:hAnsi="Gentium Plus"/>
          <w:sz w:val="24"/>
        </w:rPr>
        <w:t>Αἱ μὲν γάρ αὐτῶν προσέχονται πρὸς τὸν πυθμένα πάντῃ, αἱ δ’ αὖ βραχύ τι τοῦ πυθμένος καὶ πλέον τοῦ προσήκοντος αὐτοῖς ἀφίστανται, φεύγειν ὥσπερ πειρώμε‐ ναι τὸν ὡρισθέντα τόπον ταῖς ὑποστάσεσι.</w:t>
      </w:r>
    </w:p>
    <w:p>
      <w:r>
        <w:rPr>
          <w:rFonts w:ascii="Courier New" w:hAnsi="Courier New"/>
          <w:color w:val="555555"/>
          <w:sz w:val="20"/>
        </w:rPr>
        <w:t>[1 . 13 . 3]</w:t>
      </w:r>
    </w:p>
    <w:p>
      <w:r>
        <w:rPr>
          <w:rFonts w:ascii="Gentium Plus" w:hAnsi="Gentium Plus"/>
          <w:sz w:val="24"/>
        </w:rPr>
        <w:t>Τῶν δὲ ἐναιωρημάτων ὅσα μὲν τὸν ἀκριβῶς μέσον τοῦ παντὸς ἀπείληφε διαστήματος τόπον, τὸν ἀκριβῆ τῶν ἐναιωρημά‐ των εἴληφε λόγον· ὅσα δ’ εἴθ’ ὑποβέβηκεν ἢ ὑπερῆρται,</w:t>
      </w:r>
    </w:p>
    <w:p>
      <w:r>
        <w:rPr>
          <w:rFonts w:ascii="Courier New" w:hAnsi="Courier New"/>
          <w:color w:val="555555"/>
          <w:sz w:val="20"/>
        </w:rPr>
        <w:t>[5]</w:t>
      </w:r>
    </w:p>
    <w:p>
      <w:r>
        <w:rPr>
          <w:rFonts w:ascii="Gentium Plus" w:hAnsi="Gentium Plus"/>
          <w:sz w:val="24"/>
        </w:rPr>
        <w:t>ἐναιωρήματα μὲν ἂν καὶ ταῦτα κληθείη τῇ τῶν ὀνομά‐ των καταχρήσει, ἐπεὶ καὶ τῶν περάτων ἀμφοτέρων ἀφ‐ έστηκεν.</w:t>
      </w:r>
    </w:p>
    <w:p>
      <w:r>
        <w:rPr>
          <w:rFonts w:ascii="Courier New" w:hAnsi="Courier New"/>
          <w:color w:val="555555"/>
          <w:sz w:val="20"/>
        </w:rPr>
        <w:t>[1 . 13 . 4]</w:t>
      </w:r>
    </w:p>
    <w:p>
      <w:r>
        <w:rPr>
          <w:rFonts w:ascii="Gentium Plus" w:hAnsi="Gentium Plus"/>
          <w:sz w:val="24"/>
        </w:rPr>
        <w:t>Οὐκ ὀλίγα δὲ καὶ ταῦτα εἴωθε λυσιτελεῖν τῇ περὶ οὔρων πραγματείᾳ οὕτω διοριζόμενα, ὥστε τρεῖς δεῖ καὶ τοὺς ἐπὶ τῶν ἐναιωρημάτων οἴεσθαι τόπους.</w:t>
      </w:r>
    </w:p>
    <w:p>
      <w:r>
        <w:rPr>
          <w:rFonts w:ascii="Courier New" w:hAnsi="Courier New"/>
          <w:color w:val="555555"/>
          <w:sz w:val="20"/>
        </w:rPr>
        <w:t>[1 . 13 . 5]</w:t>
      </w:r>
    </w:p>
    <w:p>
      <w:r>
        <w:rPr>
          <w:rFonts w:ascii="Gentium Plus" w:hAnsi="Gentium Plus"/>
          <w:sz w:val="24"/>
        </w:rPr>
        <w:t>Τῶν δὲ νεφελῶν αἱ μὲν βραχύ τι δέουσι τῆς ἐπιφανείας, αἱ δ’ αὖ ἤδη πρὸς αὐτῇ τῇ ἐπιφανείᾳ νήχονται.</w:t>
      </w:r>
    </w:p>
    <w:p>
      <w:r>
        <w:rPr>
          <w:rFonts w:ascii="Courier New" w:hAnsi="Courier New"/>
          <w:color w:val="555555"/>
          <w:sz w:val="20"/>
        </w:rPr>
        <w:t>[1 . 13 . 6]</w:t>
      </w:r>
    </w:p>
    <w:p>
      <w:r>
        <w:rPr>
          <w:rFonts w:ascii="Gentium Plus" w:hAnsi="Gentium Plus"/>
          <w:sz w:val="24"/>
        </w:rPr>
        <w:t>Ἐπεὶ δὲ καὶ τρίτου ταύταις τόπου ἐδέησεν, ἐπεὶ μὴ ἐνεδέχετο καὶ περαιτέρω χωρεῖν ἐπιλείποντος τοῦ χύματος—ἀνάγκης ὥσπερ ἡγησαμένης ἀντιστραφεῖσαι αὐτῷ δὴ τῷ πυθμένι</w:t>
      </w:r>
    </w:p>
    <w:p>
      <w:r>
        <w:rPr>
          <w:rFonts w:ascii="Courier New" w:hAnsi="Courier New"/>
          <w:color w:val="555555"/>
          <w:sz w:val="20"/>
        </w:rPr>
        <w:t>[5]</w:t>
      </w:r>
    </w:p>
    <w:p>
      <w:r>
        <w:rPr>
          <w:rFonts w:ascii="Gentium Plus" w:hAnsi="Gentium Plus"/>
          <w:sz w:val="24"/>
        </w:rPr>
        <w:t>προσεπεφύκεσαν κατὰ κράτος, οἱονεὶ πειρώμεναι καὶ τὸν μεταξὺ αὐτῶν καὶ τῆς ἐπιφανείας τοῦ τῆς ἀμίδος πυθμένος τόπον ἐξαφανίσαι, οὕτως ἀκριβῶς περάσασαι τοῦ χύματος τὸ διάστημα προίσχονται τῇ ἀμίδι, ὥσπερ τοὺς πολύποδας ἐν ταῖς πέτραις ἀκριβῶς φασιν ἔχεσθαι.</w:t>
      </w:r>
    </w:p>
    <w:p>
      <w:r>
        <w:rPr>
          <w:rFonts w:ascii="Courier New" w:hAnsi="Courier New"/>
          <w:color w:val="555555"/>
          <w:sz w:val="20"/>
        </w:rPr>
        <w:t>[1 . 13 . 7]</w:t>
      </w:r>
    </w:p>
    <w:p>
      <w:r>
        <w:rPr>
          <w:rFonts w:ascii="Gentium Plus" w:hAnsi="Gentium Plus"/>
          <w:sz w:val="24"/>
        </w:rPr>
        <w:t>Ἐπεὶ τοίνυν δέδεικται, τρεῖς μὲν τοὺς γενικωτέρους τόπους τῶν παρυφισταμένων τυγχάνειν, εἰς τρεῖς δὲ ἕκα‐ στον ἐπιδιείλομεν τόπους, ὡς ἐντὸς τῶν δέκα λειπομένους τυγχάνειν πάντας, τούτους δεῖ μανθάνειν ἀκριβῶς τὰ</w:t>
      </w:r>
    </w:p>
    <w:p>
      <w:r>
        <w:rPr>
          <w:rFonts w:ascii="Courier New" w:hAnsi="Courier New"/>
          <w:color w:val="555555"/>
          <w:sz w:val="20"/>
        </w:rPr>
        <w:t>[5]</w:t>
      </w:r>
    </w:p>
    <w:p>
      <w:r>
        <w:rPr>
          <w:rFonts w:ascii="Gentium Plus" w:hAnsi="Gentium Plus"/>
          <w:sz w:val="24"/>
        </w:rPr>
        <w:t>μάλιστα συνοίσοντας.</w:t>
      </w:r>
    </w:p>
    <w:p>
      <w:r>
        <w:rPr>
          <w:rFonts w:ascii="Courier New" w:hAnsi="Courier New"/>
          <w:color w:val="555555"/>
          <w:sz w:val="20"/>
        </w:rPr>
        <w:t>[1 . 13 . 8]</w:t>
      </w:r>
    </w:p>
    <w:p>
      <w:r>
        <w:rPr>
          <w:rFonts w:ascii="Gentium Plus" w:hAnsi="Gentium Plus"/>
          <w:sz w:val="24"/>
        </w:rPr>
        <w:t>Ἵνα δ’ ἀκριβῶς εἰδῇς τὸν λόγον τοῦτον, ἐπὶ παραδείγματος ὡδὶ παραθήσω.</w:t>
      </w:r>
    </w:p>
    <w:p>
      <w:r>
        <w:rPr>
          <w:rFonts w:ascii="Courier New" w:hAnsi="Courier New"/>
          <w:color w:val="555555"/>
          <w:sz w:val="20"/>
        </w:rPr>
        <w:t>[1 . 13 . 9]</w:t>
      </w:r>
    </w:p>
    <w:p>
      <w:r>
        <w:rPr>
          <w:rFonts w:ascii="Gentium Plus" w:hAnsi="Gentium Plus"/>
          <w:sz w:val="24"/>
        </w:rPr>
        <w:t>Νόησόν μοι διάστημα ὡσεὶ ἕνδεκα δακτύλων ἢ πήχεων ἢ παλαι‐ στῶν ἢ ὅτι καὶ βούλει καὶ τέσσαρας μὲν λόγισαι ἐπὶ τῷ ἐνδεχομένῳ τόπῳ ταῖς ὑποστάσεσιν, ἕνα δὲ ἐπὶ τῷ πέ‐</w:t>
      </w:r>
    </w:p>
    <w:p>
      <w:r>
        <w:rPr>
          <w:rFonts w:ascii="Courier New" w:hAnsi="Courier New"/>
          <w:color w:val="555555"/>
          <w:sz w:val="20"/>
        </w:rPr>
        <w:t>[5]</w:t>
      </w:r>
    </w:p>
    <w:p>
      <w:r>
        <w:rPr>
          <w:rFonts w:ascii="Gentium Plus" w:hAnsi="Gentium Plus"/>
          <w:sz w:val="24"/>
        </w:rPr>
        <w:t>ρατι μὲν τῶν ὑποστάσεων, ἀρχῇ δὲ τῶν ἐναιωρημάτων, ὥσπερ καὶ ἕτερον μὲν ἐπὶ τῷ πέρατι τῶν ἐναιωρημάτων, ἀρχῇ δὲ τῶν νεφελῶν· τρεῖς δ’ αὖ ἐπὶ τῷ τόπῳ τῶν ἐν‐ αιωρημάτων· δύο δ’ αὖ ἐπὶ τῶν νεφελῶν καὶ ὁ μὲν τῶν συμμέτρων νεφελῶν τόπος ὁ ὕστατός τε καὶ ἑνδέκατος</w:t>
      </w:r>
    </w:p>
    <w:p>
      <w:r>
        <w:rPr>
          <w:rFonts w:ascii="Courier New" w:hAnsi="Courier New"/>
          <w:color w:val="555555"/>
          <w:sz w:val="20"/>
        </w:rPr>
        <w:t>[10]</w:t>
      </w:r>
    </w:p>
    <w:p>
      <w:r>
        <w:rPr>
          <w:rFonts w:ascii="Gentium Plus" w:hAnsi="Gentium Plus"/>
          <w:sz w:val="24"/>
        </w:rPr>
        <w:t>ἔστω δάκτυλος.</w:t>
      </w:r>
    </w:p>
    <w:p>
      <w:r>
        <w:rPr>
          <w:rFonts w:ascii="Courier New" w:hAnsi="Courier New"/>
          <w:color w:val="555555"/>
          <w:sz w:val="20"/>
        </w:rPr>
        <w:t>[1 . 13 . 10]</w:t>
      </w:r>
    </w:p>
    <w:p>
      <w:r>
        <w:rPr>
          <w:rFonts w:ascii="Gentium Plus" w:hAnsi="Gentium Plus"/>
          <w:sz w:val="24"/>
        </w:rPr>
        <w:t>Ὁ δὲ ὑφειμένος οἷον καὶ ὑποπεπτω‐ κὼς ὁ δέκατος, ὁ δ’ ἐπὶ πλέον ὑπερῃρμένος, ὁ ἀντιστρα‐ φεὶς ἐπὶ πυθμένα πρῶτος· τῶν δὲ ὑποστάσεων καὶ ἀκρι‐ βῶς οἰκεῖον ἐχουσῶν τόπον ὁ τρίτος ἔστω δάκτυλος, ἐπαι‐</w:t>
      </w:r>
    </w:p>
    <w:p>
      <w:r>
        <w:rPr>
          <w:rFonts w:ascii="Courier New" w:hAnsi="Courier New"/>
          <w:color w:val="555555"/>
          <w:sz w:val="20"/>
        </w:rPr>
        <w:t>[5]</w:t>
      </w:r>
    </w:p>
    <w:p>
      <w:r>
        <w:rPr>
          <w:rFonts w:ascii="Gentium Plus" w:hAnsi="Gentium Plus"/>
          <w:sz w:val="24"/>
        </w:rPr>
        <w:t>ρομένων δ’ αὖ ὁ τέταρτος, ὥσπερ ὑφιζανουσῶν ὁ δεύτερος.</w:t>
      </w:r>
    </w:p>
    <w:p>
      <w:r>
        <w:rPr>
          <w:rFonts w:ascii="Courier New" w:hAnsi="Courier New"/>
          <w:color w:val="555555"/>
          <w:sz w:val="20"/>
        </w:rPr>
        <w:t>[1 . 13 . 11]</w:t>
      </w:r>
    </w:p>
    <w:p>
      <w:r>
        <w:rPr>
          <w:rFonts w:ascii="Gentium Plus" w:hAnsi="Gentium Plus"/>
          <w:sz w:val="24"/>
        </w:rPr>
        <w:t>Κἀπὶ τῶν ἐναιωρημάτων αὖθις ὁ μὲν πάντῃ μέσος ἔστω ὁ ἔβδομος, ὥσπερ τῶν μὲν ἐπαιρομένων πλέον ὁ ὄγδοος, τῶν δὲ ὑποβαινόντων μᾶλλον ὁ ἕκτος.</w:t>
      </w:r>
    </w:p>
    <w:p>
      <w:r>
        <w:rPr>
          <w:rFonts w:ascii="Courier New" w:hAnsi="Courier New"/>
          <w:color w:val="555555"/>
          <w:sz w:val="20"/>
        </w:rPr>
        <w:t>[1 . 13 . 12]</w:t>
      </w:r>
    </w:p>
    <w:p>
      <w:r>
        <w:rPr>
          <w:rFonts w:ascii="Gentium Plus" w:hAnsi="Gentium Plus"/>
          <w:sz w:val="24"/>
        </w:rPr>
        <w:t>Πέμ‐ πτος γε μὴν καὶ ἔννατος οὐ κατεδέξαντο τὰ παρυφιστά‐ μενα, ὁρισμοὶ μᾶλλον ἢ τόποι γεγονότες τῶν παρυφιστα‐ μένων τοῖς οὔροις.</w:t>
      </w:r>
    </w:p>
    <w:p>
      <w:r>
        <w:rPr>
          <w:rFonts w:ascii="Courier New" w:hAnsi="Courier New"/>
          <w:color w:val="555555"/>
          <w:sz w:val="20"/>
        </w:rPr>
        <w:t>[1 . 13 . 13]</w:t>
      </w:r>
    </w:p>
    <w:p>
      <w:r>
        <w:rPr>
          <w:rFonts w:ascii="Gentium Plus" w:hAnsi="Gentium Plus"/>
          <w:sz w:val="24"/>
        </w:rPr>
        <w:t>Ἀλλ’ ὁ μὲν περὶ τοῦ τόπου τῶν παρυφισταμένων λόγος ἱκανῶς ῥηθεὶς ὧδέ πη κείσθω· τάχα δ’ ἄν τις αὐτὸν καὶ ἀπὸ τοῦ διαγράμματος γνοίη·</w:t>
      </w:r>
    </w:p>
    <w:p>
      <w:pPr>
        <w:jc w:val="center"/>
      </w:pPr>
      <w:r>
        <w:rPr>
          <w:rFonts w:ascii="Gentium Plus" w:hAnsi="Gentium Plus"/>
          <w:b/>
          <w:sz w:val="24"/>
        </w:rPr>
        <w:t>Κεφ. ιδʹ. Περὶ λειότητος καὶ τῶν ἀντικειμένων τῶν παρυφισταμένων.</w:t>
      </w:r>
    </w:p>
    <w:p>
      <w:r>
        <w:rPr>
          <w:rFonts w:ascii="Courier New" w:hAnsi="Courier New"/>
          <w:color w:val="555555"/>
          <w:sz w:val="20"/>
        </w:rPr>
        <w:t>[1 . 14 . 1]</w:t>
      </w:r>
    </w:p>
    <w:p>
      <w:r>
        <w:rPr>
          <w:rFonts w:ascii="Gentium Plus" w:hAnsi="Gentium Plus"/>
          <w:sz w:val="24"/>
        </w:rPr>
        <w:t>Τῶν τοίνυν κατὰ φύσιν παρυφισταμένων πρὸς τοῖς ἄλλοις καὶ λείων εἶναι ὁριζομένων πρῶτον μὲν ῥη‐ τέον ὁποῖα εἴη τὰ λεῖα, εἶθ’ οὕτως καὶ τὰ τούτοις ἀντί‐ θετα.</w:t>
      </w:r>
    </w:p>
    <w:p>
      <w:r>
        <w:rPr>
          <w:rFonts w:ascii="Courier New" w:hAnsi="Courier New"/>
          <w:color w:val="555555"/>
          <w:sz w:val="20"/>
        </w:rPr>
        <w:t>[1 . 14 . 2]</w:t>
      </w:r>
    </w:p>
    <w:p>
      <w:r>
        <w:rPr>
          <w:rFonts w:ascii="Gentium Plus" w:hAnsi="Gentium Plus"/>
          <w:sz w:val="24"/>
        </w:rPr>
        <w:t>Λεῖα τοίνυν εἴη παρυφιστάμενα ὅσα συνεχῆ πρὸς ἑαυτὰ τυγχάνει καὶ ὡς ἓν οἷον συνεχὲς ἐπισυνηγμένα σῶμα, μήτε πρὸς ἑαυτὸ πάντῃ συνεπτυγμένον καὶ οἷον συνεσφηνωμένον, μήτε πως διαλελυμένον.</w:t>
      </w:r>
    </w:p>
    <w:p>
      <w:r>
        <w:rPr>
          <w:rFonts w:ascii="Courier New" w:hAnsi="Courier New"/>
          <w:color w:val="555555"/>
          <w:sz w:val="20"/>
        </w:rPr>
        <w:t>[1 . 14 . 3]</w:t>
      </w:r>
    </w:p>
    <w:p>
      <w:r>
        <w:rPr>
          <w:rFonts w:ascii="Gentium Plus" w:hAnsi="Gentium Plus"/>
          <w:sz w:val="24"/>
        </w:rPr>
        <w:t>Καὶ τοι‐ οῦτο μὲν ἂν εἴη τὸ κατὰ φύσιν τε καὶ λεῖον παρυφιστά‐ μενον. τῶν δὲ παρὰ τοῦτο τὰ μὲν ἐπέτεινε τὴν συνέ‐ χειαν, ὡς ἤδη ταῦτα γλίσχρα τυγχάνειν, τὰ δὲ ταύτην</w:t>
      </w:r>
    </w:p>
    <w:p>
      <w:r>
        <w:rPr>
          <w:rFonts w:ascii="Courier New" w:hAnsi="Courier New"/>
          <w:color w:val="555555"/>
          <w:sz w:val="20"/>
        </w:rPr>
        <w:t>[5]</w:t>
      </w:r>
    </w:p>
    <w:p>
      <w:r>
        <w:rPr>
          <w:rFonts w:ascii="Gentium Plus" w:hAnsi="Gentium Plus"/>
          <w:sz w:val="24"/>
        </w:rPr>
        <w:t>διέλυσεν, ὡς ἤδη ταύτην εἶναι τραχεῖαν.</w:t>
      </w:r>
    </w:p>
    <w:p>
      <w:r>
        <w:rPr>
          <w:rFonts w:ascii="Courier New" w:hAnsi="Courier New"/>
          <w:color w:val="555555"/>
          <w:sz w:val="20"/>
        </w:rPr>
        <w:t>[1 . 14 . 4]</w:t>
      </w:r>
    </w:p>
    <w:p>
      <w:r>
        <w:rPr>
          <w:rFonts w:ascii="Gentium Plus" w:hAnsi="Gentium Plus"/>
          <w:sz w:val="24"/>
        </w:rPr>
        <w:t>Καὶ τῶν μὲν γλίσχρων παρυφισταμένων τὰ μὲν μετρίως τοῦτο πέπον‐ θεν, ὥστε διακινηθείσης τῆς ἀμίδος καὶ ταῦτά πως δια‐ λύεσθαι, τὰ δ’ αὖ ἐπιπλέον, ὥστε καὶ σφόδρα κινουμένης</w:t>
      </w:r>
    </w:p>
    <w:p>
      <w:r>
        <w:rPr>
          <w:rFonts w:ascii="Courier New" w:hAnsi="Courier New"/>
          <w:color w:val="555555"/>
          <w:sz w:val="20"/>
        </w:rPr>
        <w:t>[5]</w:t>
      </w:r>
    </w:p>
    <w:p>
      <w:r>
        <w:rPr>
          <w:rFonts w:ascii="Gentium Plus" w:hAnsi="Gentium Plus"/>
          <w:sz w:val="24"/>
        </w:rPr>
        <w:t>τῆς ἀμίδος καὶ πάνυ μετρίως ταῦτα διαλύεσθαι.</w:t>
      </w:r>
    </w:p>
    <w:p>
      <w:r>
        <w:rPr>
          <w:rFonts w:ascii="Courier New" w:hAnsi="Courier New"/>
          <w:color w:val="555555"/>
          <w:sz w:val="20"/>
        </w:rPr>
        <w:t>[1 . 14 . 5]</w:t>
      </w:r>
    </w:p>
    <w:p>
      <w:r>
        <w:rPr>
          <w:rFonts w:ascii="Gentium Plus" w:hAnsi="Gentium Plus"/>
          <w:sz w:val="24"/>
        </w:rPr>
        <w:t>Τὰ</w:t>
      </w:r>
    </w:p>
    <w:p>
      <w:r>
        <w:rPr>
          <w:rFonts w:ascii="Courier New" w:hAnsi="Courier New"/>
          <w:color w:val="555555"/>
          <w:sz w:val="20"/>
        </w:rPr>
        <w:t>[5]</w:t>
      </w:r>
    </w:p>
    <w:p>
      <w:r>
        <w:rPr>
          <w:rFonts w:ascii="Gentium Plus" w:hAnsi="Gentium Plus"/>
          <w:sz w:val="24"/>
        </w:rPr>
        <w:t>τῆς ὄψεως ἀντιλαμβανομένης, τὰ δ’ αὖ ἐπιπλέον, ὡς ἤδη τὸ πλέον ἐπιλαμβάνειν τοῦ βάθους καὶ πλάτους τοῦ χύ‐ ματος, τὰ δ’ ἕτερα ἐπὶ πλεῖστον, ὡς ἤδη τὸ πᾶν αὐτὸ τοῦ πλάτους τε καὶ βάθους καὶ τὸ τοῦ μήκους πλέον ἐπι‐ λαμβάνειν, οἷον κατακερματιζόμενον.</w:t>
      </w:r>
    </w:p>
    <w:p>
      <w:r>
        <w:rPr>
          <w:rFonts w:ascii="Courier New" w:hAnsi="Courier New"/>
          <w:color w:val="555555"/>
          <w:sz w:val="20"/>
        </w:rPr>
        <w:t>[1 . 14 . 6]</w:t>
      </w:r>
    </w:p>
    <w:p>
      <w:r>
        <w:rPr>
          <w:rFonts w:ascii="Gentium Plus" w:hAnsi="Gentium Plus"/>
          <w:sz w:val="24"/>
        </w:rPr>
        <w:t>Καὶ τοιοῦτος μὲν ἂν εἴη ὅ τε τοῦ λείου τε καὶ χλίσχρου καὶ τραχέος λόγος· καὶ δεῖ μανθάνειν τὸν σπουδαῖον ἐντεῦθεν, οὐκ ὀλίγα τοῦ ἐπὶ τούτοις λόγου τοῖς μετὰ ταῦτα συνοίσον‐</w:t>
      </w:r>
    </w:p>
    <w:p>
      <w:r>
        <w:rPr>
          <w:rFonts w:ascii="Courier New" w:hAnsi="Courier New"/>
          <w:color w:val="555555"/>
          <w:sz w:val="20"/>
        </w:rPr>
        <w:t>[5]</w:t>
      </w:r>
    </w:p>
    <w:p>
      <w:r>
        <w:rPr>
          <w:rFonts w:ascii="Gentium Plus" w:hAnsi="Gentium Plus"/>
          <w:sz w:val="24"/>
        </w:rPr>
        <w:t>τος.</w:t>
      </w:r>
    </w:p>
    <w:p>
      <w:r>
        <w:rPr>
          <w:rFonts w:ascii="Courier New" w:hAnsi="Courier New"/>
          <w:color w:val="555555"/>
          <w:sz w:val="20"/>
        </w:rPr>
        <w:t>[1 . 14 . 7]</w:t>
      </w:r>
    </w:p>
    <w:p>
      <w:r>
        <w:rPr>
          <w:rFonts w:ascii="Gentium Plus" w:hAnsi="Gentium Plus"/>
          <w:sz w:val="24"/>
        </w:rPr>
        <w:t>Ἐνταῦθα δὲ ῥητέον περί τε τῶν ὀροβοειδῶν καὶ πιτυροειδῶν, πεταλωδῶν τε καὶ κριμνωδῶν ὑποστάσεων.</w:t>
      </w:r>
    </w:p>
    <w:p>
      <w:r>
        <w:rPr>
          <w:rFonts w:ascii="Courier New" w:hAnsi="Courier New"/>
          <w:color w:val="555555"/>
          <w:sz w:val="20"/>
        </w:rPr>
        <w:t>[1 . 14 . 8]</w:t>
      </w:r>
    </w:p>
    <w:p>
      <w:r>
        <w:rPr>
          <w:rFonts w:ascii="Gentium Plus" w:hAnsi="Gentium Plus"/>
          <w:sz w:val="24"/>
        </w:rPr>
        <w:t>Ὑποστάσεις γὰρ ταύτας θέμις καλεῖν ἀεὶ τὸν τῆς ἀμί‐ δος ἐπιζητούσας πυθμένα, τὰ γὰρ εἰδῶν τοιούτων μετέ‐ χοντα ἐπινηχόμενα παρυφιστάμενα οὐκ ἀπὸ τῆς αὐτῆς ταύταις αἰτίας πέφυκεν, ὥστε οὐδὲ τὰ αὐτὰ ἂν σημάνειεν</w:t>
      </w:r>
    </w:p>
    <w:p>
      <w:r>
        <w:rPr>
          <w:rFonts w:ascii="Courier New" w:hAnsi="Courier New"/>
          <w:color w:val="555555"/>
          <w:sz w:val="20"/>
        </w:rPr>
        <w:t>[5]</w:t>
      </w:r>
    </w:p>
    <w:p>
      <w:r>
        <w:rPr>
          <w:rFonts w:ascii="Gentium Plus" w:hAnsi="Gentium Plus"/>
          <w:sz w:val="24"/>
        </w:rPr>
        <w:t>πάθη.</w:t>
      </w:r>
    </w:p>
    <w:p>
      <w:r>
        <w:rPr>
          <w:rFonts w:ascii="Courier New" w:hAnsi="Courier New"/>
          <w:color w:val="555555"/>
          <w:sz w:val="20"/>
        </w:rPr>
        <w:t>[1 . 14 . 9]</w:t>
      </w:r>
    </w:p>
    <w:p>
      <w:r>
        <w:rPr>
          <w:rFonts w:ascii="Gentium Plus" w:hAnsi="Gentium Plus"/>
          <w:sz w:val="24"/>
        </w:rPr>
        <w:t>Ἀλλὰ δὴ πρώτως περὶ τούτων εἰπόντες καὶ τῶν ἐοικότων ταύταις εἶθ’ οὔτως ἐροῦμεν.</w:t>
      </w:r>
    </w:p>
    <w:p>
      <w:pPr>
        <w:jc w:val="center"/>
      </w:pPr>
      <w:r>
        <w:rPr>
          <w:rFonts w:ascii="Gentium Plus" w:hAnsi="Gentium Plus"/>
          <w:b/>
          <w:sz w:val="24"/>
        </w:rPr>
        <w:t>Κεφ. ιεʹ. Περὶ ὀροβοειδῶν καὶ πιτυροειδῶν, πεταλωδῶν τε καὶ κριμνωδῶν ὑποστάσεων.</w:t>
      </w:r>
    </w:p>
    <w:p>
      <w:r>
        <w:rPr>
          <w:rFonts w:ascii="Courier New" w:hAnsi="Courier New"/>
          <w:color w:val="555555"/>
          <w:sz w:val="20"/>
        </w:rPr>
        <w:t>[1 . 15 . 1]</w:t>
      </w:r>
    </w:p>
    <w:p>
      <w:r>
        <w:rPr>
          <w:rFonts w:ascii="Gentium Plus" w:hAnsi="Gentium Plus"/>
          <w:sz w:val="24"/>
        </w:rPr>
        <w:t>Αἱ τοίνυν ὀροβοειδεῖς τῶν ὑποστάσεων καὶ ἀπ’ αὐτοῦ μὲν τοῦ ὀνόματος δῆλαι, προσεπισαφηνίσωμεν δὲ καὶ ἡμεῖς τὸν λόγον.</w:t>
      </w:r>
    </w:p>
    <w:p>
      <w:r>
        <w:rPr>
          <w:rFonts w:ascii="Courier New" w:hAnsi="Courier New"/>
          <w:color w:val="555555"/>
          <w:sz w:val="20"/>
        </w:rPr>
        <w:t>[1 . 15 . 2]</w:t>
      </w:r>
    </w:p>
    <w:p>
      <w:r>
        <w:rPr>
          <w:rFonts w:ascii="Gentium Plus" w:hAnsi="Gentium Plus"/>
          <w:sz w:val="24"/>
        </w:rPr>
        <w:t>Τὸν ὄροβον οἶδε πᾶς τις τῶν χεδροπῶν ὀσπρίων τυγχάνοντα, πολλαχοῦ δὲ γεωργόμενον τῆς γῆς, ἐρυθρὸς δ’ οἷον τῷ εἴδει τυγχάνοντα.</w:t>
      </w:r>
    </w:p>
    <w:p>
      <w:r>
        <w:rPr>
          <w:rFonts w:ascii="Courier New" w:hAnsi="Courier New"/>
          <w:color w:val="555555"/>
          <w:sz w:val="20"/>
        </w:rPr>
        <w:t>[1 . 15 . 3]</w:t>
      </w:r>
    </w:p>
    <w:p>
      <w:r>
        <w:rPr>
          <w:rFonts w:ascii="Gentium Plus" w:hAnsi="Gentium Plus"/>
          <w:sz w:val="24"/>
        </w:rPr>
        <w:t>Ὁπό‐ ταν οὖν τούτοις παραπλήσια τὰ παρυφιστάμενα ἴδῃς τότε δὴ τότε μαθήσῃ καὶ τὰς ὀροβοειδεῖς τῇ ὄψει ὑποστάσεις. νῦν γὰρ τῷ λόγῳ μόνῳ σοι ταύτας διαζωγραφῶ.</w:t>
      </w:r>
    </w:p>
    <w:p>
      <w:r>
        <w:rPr>
          <w:rFonts w:ascii="Courier New" w:hAnsi="Courier New"/>
          <w:color w:val="555555"/>
          <w:sz w:val="20"/>
        </w:rPr>
        <w:t>[1 . 15 . 4]</w:t>
      </w:r>
    </w:p>
    <w:p>
      <w:r>
        <w:rPr>
          <w:rFonts w:ascii="Gentium Plus" w:hAnsi="Gentium Plus"/>
          <w:sz w:val="24"/>
        </w:rPr>
        <w:t>Οὐχ ἧττον δὲ καὶ αὗται κατὰ ἐκείνους θρομβώδεις εἰσίν, ὥστε καὶ ἀπὸ τούτου συνιέναι ἔχεις ἀσφαλέστερον τὸν περὶ τούτων λόγον.</w:t>
      </w:r>
    </w:p>
    <w:p>
      <w:r>
        <w:rPr>
          <w:rFonts w:ascii="Courier New" w:hAnsi="Courier New"/>
          <w:color w:val="555555"/>
          <w:sz w:val="20"/>
        </w:rPr>
        <w:t>[1 . 15 . 5]</w:t>
      </w:r>
    </w:p>
    <w:p>
      <w:r>
        <w:rPr>
          <w:rFonts w:ascii="Gentium Plus" w:hAnsi="Gentium Plus"/>
          <w:sz w:val="24"/>
        </w:rPr>
        <w:t>Πιτυροειδεῖς δ’ εἰσὶν ὑποστάσεις, αἳ δὴ πιτύροις ἐοίκασι, σίτου ἀκριβῶς ἀληλεσμένου. αὗται δὲ καὶ μῆκος διωρισμένον ἔχουσι καὶ ὡς πίτυρα ἄντικρυς φαί‐ νονται, ὥστε μανθάνειν ἐκεῖθεν ἀπὸ σφῶν προσήκει, οὕτω</w:t>
      </w:r>
    </w:p>
    <w:p>
      <w:r>
        <w:rPr>
          <w:rFonts w:ascii="Courier New" w:hAnsi="Courier New"/>
          <w:color w:val="555555"/>
          <w:sz w:val="20"/>
        </w:rPr>
        <w:t>[5]</w:t>
      </w:r>
    </w:p>
    <w:p>
      <w:r>
        <w:rPr>
          <w:rFonts w:ascii="Gentium Plus" w:hAnsi="Gentium Plus"/>
          <w:sz w:val="24"/>
        </w:rPr>
        <w:t>τούτων κατωνομασμένων εἰδῶν, ὥστε μηδ’ ἐπὶ πλέον τὸν</w:t>
      </w:r>
    </w:p>
    <w:p>
      <w:r>
        <w:rPr>
          <w:rFonts w:ascii="Courier New" w:hAnsi="Courier New"/>
          <w:color w:val="555555"/>
          <w:sz w:val="20"/>
        </w:rPr>
        <w:t>[1 . 15 . 6]</w:t>
      </w:r>
    </w:p>
    <w:p>
      <w:r>
        <w:rPr>
          <w:rFonts w:ascii="Gentium Plus" w:hAnsi="Gentium Plus"/>
          <w:sz w:val="24"/>
        </w:rPr>
        <w:t>Πεταλώδεις δ’ οἶδεν ὑποστάσεις ὁ λόγος, αἳ δὴ πετάλοις ἐῴκεσαν, οὐ μέντοι κατὰ μῆκος. τοῦτο γὰρ πάνυ τῷ λόγῳ φαίνεται ἀπεοικός, ἀλλὰ κατ’ εἶδος.</w:t>
      </w:r>
    </w:p>
    <w:p>
      <w:r>
        <w:rPr>
          <w:rFonts w:ascii="Courier New" w:hAnsi="Courier New"/>
          <w:color w:val="555555"/>
          <w:sz w:val="20"/>
        </w:rPr>
        <w:t>[1 . 15 . 7]</w:t>
      </w:r>
    </w:p>
    <w:p>
      <w:r>
        <w:rPr>
          <w:rFonts w:ascii="Gentium Plus" w:hAnsi="Gentium Plus"/>
          <w:sz w:val="24"/>
        </w:rPr>
        <w:t>Πέταλα δ’ ἴσμεν ὠνο‐ μασμένα ὅσα μῆκος μὲν καὶ πλάτος ἔχει, οὐ μέντοι πρὸς τούτοις βάθος ἐπίδηλον.</w:t>
      </w:r>
    </w:p>
    <w:p>
      <w:r>
        <w:rPr>
          <w:rFonts w:ascii="Courier New" w:hAnsi="Courier New"/>
          <w:color w:val="555555"/>
          <w:sz w:val="20"/>
        </w:rPr>
        <w:t>[1 . 15 . 8]</w:t>
      </w:r>
    </w:p>
    <w:p>
      <w:r>
        <w:rPr>
          <w:rFonts w:ascii="Gentium Plus" w:hAnsi="Gentium Plus"/>
          <w:sz w:val="24"/>
        </w:rPr>
        <w:t>Τοιαῦτα δὲ καὶ οὕτω κεκλη‐ μένα καὶ τὰ ἐκ ταλασιουργίας ταῖς γυναιξὶν ἐξευρημένα ἐστί.</w:t>
      </w:r>
    </w:p>
    <w:p>
      <w:r>
        <w:rPr>
          <w:rFonts w:ascii="Courier New" w:hAnsi="Courier New"/>
          <w:color w:val="555555"/>
          <w:sz w:val="20"/>
        </w:rPr>
        <w:t>[1 . 15 . 9]</w:t>
      </w:r>
    </w:p>
    <w:p>
      <w:r>
        <w:rPr>
          <w:rFonts w:ascii="Gentium Plus" w:hAnsi="Gentium Plus"/>
          <w:sz w:val="24"/>
        </w:rPr>
        <w:t>Ἀλλὰ δὴ καὶ ὁ πεταλίτης λίθος οὕτω καλούμε‐ νος εἰς τοιαῦτα εἴδη κατατεμνόμενος φαίνεται, ὥστε ἐξ αὐτῶν δεῖ καὶ περὶ τούτων στοχάζεσθαι.</w:t>
      </w:r>
    </w:p>
    <w:p>
      <w:r>
        <w:rPr>
          <w:rFonts w:ascii="Courier New" w:hAnsi="Courier New"/>
          <w:color w:val="555555"/>
          <w:sz w:val="20"/>
        </w:rPr>
        <w:t>[1 . 15 . 10]</w:t>
      </w:r>
    </w:p>
    <w:p>
      <w:r>
        <w:rPr>
          <w:rFonts w:ascii="Gentium Plus" w:hAnsi="Gentium Plus"/>
          <w:sz w:val="24"/>
        </w:rPr>
        <w:t>Λείπεται δ’ ἤδη φάναι καὶ περὶ τῶν κριμνωδῶν ὑποστάσεων, ἀπ’ αὐ‐ τῶν δὴ τῶν κριμνῶν καλουμένων. κρίμνα δὲ πάντως ἴσμεν λελεγμένα, ὅσα μὴ καλῶς ἀληλεσμένων σίτων ἢ</w:t>
      </w:r>
    </w:p>
    <w:p>
      <w:r>
        <w:rPr>
          <w:rFonts w:ascii="Courier New" w:hAnsi="Courier New"/>
          <w:color w:val="555555"/>
          <w:sz w:val="20"/>
        </w:rPr>
        <w:t>[5]</w:t>
      </w:r>
    </w:p>
    <w:p>
      <w:r>
        <w:rPr>
          <w:rFonts w:ascii="Gentium Plus" w:hAnsi="Gentium Plus"/>
          <w:sz w:val="24"/>
        </w:rPr>
        <w:t>κριθῶν ἐπιφαίνεται πιτυρώδη· τὰ γὰρ τῶν πιτύρων ἁδρό‐ τερα κρίμνα λέγεται, οὐ κατὰ τὰ πίτυρα, ἀλλ’ ἤδη τριχῆ διαστατὰ τυγχάνοντα, καὶ κριμνώδεις μὲν διὰ ταῦτα κα‐ λοῦνται ὑποστάσεις.</w:t>
      </w:r>
    </w:p>
    <w:p>
      <w:r>
        <w:rPr>
          <w:rFonts w:ascii="Courier New" w:hAnsi="Courier New"/>
          <w:color w:val="555555"/>
          <w:sz w:val="20"/>
        </w:rPr>
        <w:t>[1 . 15 . 11]</w:t>
      </w:r>
    </w:p>
    <w:p>
      <w:r>
        <w:rPr>
          <w:rFonts w:ascii="Gentium Plus" w:hAnsi="Gentium Plus"/>
          <w:sz w:val="24"/>
        </w:rPr>
        <w:t>Λείπεται δ’ ἤδη φάναι καὶ περὶ τῶν συμπεπλεγμένων τε καὶ ἑτεροειδῶν παρυφισταμένων.</w:t>
      </w:r>
    </w:p>
    <w:p>
      <w:pPr>
        <w:jc w:val="center"/>
      </w:pPr>
      <w:r>
        <w:rPr>
          <w:rFonts w:ascii="Gentium Plus" w:hAnsi="Gentium Plus"/>
          <w:b/>
          <w:sz w:val="24"/>
        </w:rPr>
        <w:t>Κεφ. ιϛʹ. Περὶ διαφορᾶς τῶν συμπεπλεγμένων καὶ παρυφισταμένων οὔρων.</w:t>
      </w:r>
    </w:p>
    <w:p>
      <w:r>
        <w:rPr>
          <w:rFonts w:ascii="Courier New" w:hAnsi="Courier New"/>
          <w:color w:val="555555"/>
          <w:sz w:val="20"/>
        </w:rPr>
        <w:t>[1 . 16 . 1]</w:t>
      </w:r>
    </w:p>
    <w:p>
      <w:r>
        <w:rPr>
          <w:rFonts w:ascii="Gentium Plus" w:hAnsi="Gentium Plus"/>
          <w:sz w:val="24"/>
        </w:rPr>
        <w:t>Ἀνομοιομερῆ μὲν ἄν τις καὶ ταῦτα δήπουθεν φαίη· ἐνίοτε γὰρ καὶ ταῦτα ποικίλα φαίνεται καί ποτε μὲν οἷα τὰ κρίμνα συνεμφέρεταί τινα τοῖς παρυφισταμέ‐ νοις, ποτὲ δὲ καὶ οἷα τὰ πίτυρα, ὥσπερ καὶ οἷαι αἱ πετα‐</w:t>
      </w:r>
    </w:p>
    <w:p>
      <w:r>
        <w:rPr>
          <w:rFonts w:ascii="Courier New" w:hAnsi="Courier New"/>
          <w:color w:val="555555"/>
          <w:sz w:val="20"/>
        </w:rPr>
        <w:t>[5]</w:t>
      </w:r>
    </w:p>
    <w:p>
      <w:r>
        <w:rPr>
          <w:rFonts w:ascii="Gentium Plus" w:hAnsi="Gentium Plus"/>
          <w:sz w:val="24"/>
        </w:rPr>
        <w:t>λωδεῖς τε καὶ ὀροβοειδεῖς, ἔστι δ’ ὅτε οἷον τρίχες συνεπι‐ φέρεταί τινα τοῖς παρυφισταμένοις παλαιστιαῖα ἢ μείω τε καὶ μείζω, ἐνίοτέ γε μὴν καὶ οἷον ψήγματα ὑπέρυθρα βραχύτατα, καὶ ταῦτα πάντα ἢ μείω φαίνεται ἢ πλείω.</w:t>
      </w:r>
    </w:p>
    <w:p>
      <w:r>
        <w:rPr>
          <w:rFonts w:ascii="Courier New" w:hAnsi="Courier New"/>
          <w:color w:val="555555"/>
          <w:sz w:val="20"/>
        </w:rPr>
        <w:t>[1 . 16 . 2]</w:t>
      </w:r>
    </w:p>
    <w:p>
      <w:r>
        <w:rPr>
          <w:rFonts w:ascii="Gentium Plus" w:hAnsi="Gentium Plus"/>
          <w:sz w:val="24"/>
        </w:rPr>
        <w:t>Ὅτι δὲ τούτων ἕκαστον βούλεται, ἐν τοῖς ἰδίοις τόποις ἐροῦμεν, ὥσπερ καὶ τὰς αἰτίας ἀποδώσομεν ἐν τοῖς περὶ αἰτίας οὔρων λόγοις. νῦν δὲ εἴπωμεν περὶ τῶν ἐπινηχομέ‐ νων τῷ χύματι.</w:t>
      </w:r>
    </w:p>
    <w:p>
      <w:pPr>
        <w:jc w:val="center"/>
      </w:pPr>
      <w:r>
        <w:rPr>
          <w:rFonts w:ascii="Gentium Plus" w:hAnsi="Gentium Plus"/>
          <w:b/>
          <w:sz w:val="24"/>
        </w:rPr>
        <w:t>Κεφ. ιζʹ. Περὶ τῶν ἐπινηχομένων τῷ χύματι.</w:t>
      </w:r>
    </w:p>
    <w:p>
      <w:r>
        <w:rPr>
          <w:rFonts w:ascii="Courier New" w:hAnsi="Courier New"/>
          <w:color w:val="555555"/>
          <w:sz w:val="20"/>
        </w:rPr>
        <w:t>[1 . 17 . 1]</w:t>
      </w:r>
    </w:p>
    <w:p>
      <w:r>
        <w:rPr>
          <w:rFonts w:ascii="Gentium Plus" w:hAnsi="Gentium Plus"/>
          <w:sz w:val="24"/>
        </w:rPr>
        <w:t>Ἐπινήχονται τοίνυν τῇ τῶν οὔρων ἐπιφανείᾳ πομ‐</w:t>
      </w:r>
    </w:p>
    <w:p>
      <w:r>
        <w:rPr>
          <w:rFonts w:ascii="Courier New" w:hAnsi="Courier New"/>
          <w:color w:val="555555"/>
          <w:sz w:val="20"/>
        </w:rPr>
        <w:t>[1 . 17 . 2]</w:t>
      </w:r>
    </w:p>
    <w:p>
      <w:r>
        <w:rPr>
          <w:rFonts w:ascii="Gentium Plus" w:hAnsi="Gentium Plus"/>
          <w:sz w:val="24"/>
        </w:rPr>
        <w:t>Ἀλλὰ πρῶτον εἰπόντες περὶ τῶν ἐπινηχομένων συν‐ τηγμάτων, εἶθ’ οὕτως λέξομεν καὶ περὶ τῶν ἐπιφαινομέ‐ νων πομφολύγων.</w:t>
      </w:r>
    </w:p>
    <w:p>
      <w:r>
        <w:rPr>
          <w:rFonts w:ascii="Courier New" w:hAnsi="Courier New"/>
          <w:color w:val="555555"/>
          <w:sz w:val="20"/>
        </w:rPr>
        <w:t>[1 . 17 . 3]</w:t>
      </w:r>
    </w:p>
    <w:p>
      <w:r>
        <w:rPr>
          <w:rFonts w:ascii="Gentium Plus" w:hAnsi="Gentium Plus"/>
          <w:sz w:val="24"/>
        </w:rPr>
        <w:t>Ἐπιφαίνεται τοῖς οὔροις τοίνυν ἐπινηχόμενα ὅτε μὲν οἷον ἀράχνια, οἷα μάλιστα τὰ συν‐ εχῆ καὶ ταῖς ὀθόναις ἐοικότα, καὶ οὐχ ὁποῖα τὰ μὴ πάντη συνεχῆ, κύκλων μὲν μειζόνων ἐπὶ μείους ἐμπεριφερομέ‐</w:t>
      </w:r>
    </w:p>
    <w:p>
      <w:r>
        <w:rPr>
          <w:rFonts w:ascii="Courier New" w:hAnsi="Courier New"/>
          <w:color w:val="555555"/>
          <w:sz w:val="20"/>
        </w:rPr>
        <w:t>[5]</w:t>
      </w:r>
    </w:p>
    <w:p>
      <w:r>
        <w:rPr>
          <w:rFonts w:ascii="Gentium Plus" w:hAnsi="Gentium Plus"/>
          <w:sz w:val="24"/>
        </w:rPr>
        <w:t>νων, γραμμῶν δὲ τούτους ὀρθῶν τε καὶ λοξῶν τεμνου‐ σῶν ἀπὸ τοῦ κέντρου μὲν ἠργμένων, ἔτι τὰ πέρατα δ’ ἀφι‐ κομένων.</w:t>
      </w:r>
    </w:p>
    <w:p>
      <w:r>
        <w:rPr>
          <w:rFonts w:ascii="Courier New" w:hAnsi="Courier New"/>
          <w:color w:val="555555"/>
          <w:sz w:val="20"/>
        </w:rPr>
        <w:t>[1 . 17 . 4]</w:t>
      </w:r>
    </w:p>
    <w:p>
      <w:r>
        <w:rPr>
          <w:rFonts w:ascii="Gentium Plus" w:hAnsi="Gentium Plus"/>
          <w:sz w:val="24"/>
        </w:rPr>
        <w:t>Ἔστι δ’ ὅτε φέρεται καὶ οἷον στίγματα ἐλαίου μείω τε καὶ πλείω καὶ λεπτότερα καὶ παχύτερα, ὥσπερ κἀπὶ τοῖς λιπώδεσι ζωμοῖς ψυχθεῖσιν ἐπινήχεται τὸ καλού‐ μενον ὑπὸ πολλῶν γραῦς.</w:t>
      </w:r>
    </w:p>
    <w:p>
      <w:r>
        <w:rPr>
          <w:rFonts w:ascii="Courier New" w:hAnsi="Courier New"/>
          <w:color w:val="555555"/>
          <w:sz w:val="20"/>
        </w:rPr>
        <w:t>[1 . 17 . 5]</w:t>
      </w:r>
    </w:p>
    <w:p>
      <w:r>
        <w:rPr>
          <w:rFonts w:ascii="Gentium Plus" w:hAnsi="Gentium Plus"/>
          <w:sz w:val="24"/>
        </w:rPr>
        <w:t>Ἀλλὰ ταῦτα μὲν ἐπίδη‐ λον ἔσται τῷ ἑτεροχρόνῳ τοῦ εἴδους, ὥστε οὐ δεῖ περὶ τούτου πλείω λέγειν· ἐμφέρεται μέντοι ἐνίοτε καὶ μάλιστα περὶ τὴν στεφάνην οἷόν τινα τριχία μείω μὲν πάνυ τῶν</w:t>
      </w:r>
    </w:p>
    <w:p>
      <w:r>
        <w:rPr>
          <w:rFonts w:ascii="Courier New" w:hAnsi="Courier New"/>
          <w:color w:val="555555"/>
          <w:sz w:val="20"/>
        </w:rPr>
        <w:t>[5]</w:t>
      </w:r>
    </w:p>
    <w:p>
      <w:r>
        <w:rPr>
          <w:rFonts w:ascii="Gentium Plus" w:hAnsi="Gentium Plus"/>
          <w:sz w:val="24"/>
        </w:rPr>
        <w:t>ἤδη ῥηθέντων, ἁδρότερα δ’ αὖ, καὶ δεῖ ταῦτα προειδέναι τὸν σπουδαῖον, τάχα γὰρ ἂν καὶ περὶ αὐτῶν λέξομεν μετ’ οὐ πολὺ ἐν ἰδίοις λόγοις, τοῦ πράγματος ἀπαιτήσαντος. νῦν δὲ τὸν περὶ διαφορᾶς πομφολύγων ἐπιθῶμεν λόγον, καθάπερ φθάσαντες ἐπιθέμεθα.</w:t>
      </w:r>
    </w:p>
    <w:p>
      <w:pPr>
        <w:jc w:val="center"/>
      </w:pPr>
      <w:r>
        <w:rPr>
          <w:rFonts w:ascii="Gentium Plus" w:hAnsi="Gentium Plus"/>
          <w:b/>
          <w:sz w:val="24"/>
        </w:rPr>
        <w:t>Κεφ. ιηʹ. Περὶ διαφορᾶς πομφολύγων.</w:t>
      </w:r>
    </w:p>
    <w:p>
      <w:r>
        <w:rPr>
          <w:rFonts w:ascii="Courier New" w:hAnsi="Courier New"/>
          <w:color w:val="555555"/>
          <w:sz w:val="20"/>
        </w:rPr>
        <w:t>[1 . 18 . 1]</w:t>
      </w:r>
    </w:p>
    <w:p>
      <w:r>
        <w:rPr>
          <w:rFonts w:ascii="Gentium Plus" w:hAnsi="Gentium Plus"/>
          <w:sz w:val="24"/>
        </w:rPr>
        <w:t>Τῶν τοίνυν πομφολύγων, τῶν μὲν πάνυ μειζόνων πεφυκυιῶν, τῶν δ’ αὖ λίαν μικρῶν, συμμέτρων δὲ τῶν ἄλλων, αἱ μὲν διὰ πάσης τῆς ἐπιφανείας ἴασι τοῦ οὔρου, αἱ δ’ αὖ διὰ μόνης τῆς στεφάνης, ἢ καὶ διὰ πάσης τῆς</w:t>
      </w:r>
    </w:p>
    <w:p>
      <w:r>
        <w:rPr>
          <w:rFonts w:ascii="Courier New" w:hAnsi="Courier New"/>
          <w:color w:val="555555"/>
          <w:sz w:val="20"/>
        </w:rPr>
        <w:t>[5]</w:t>
      </w:r>
    </w:p>
    <w:p>
      <w:r>
        <w:rPr>
          <w:rFonts w:ascii="Gentium Plus" w:hAnsi="Gentium Plus"/>
          <w:sz w:val="24"/>
        </w:rPr>
        <w:t>στεφάνης ἢ διὰ μέρους οἱουδήτινος αὐτῆς, ἢ διά τινων αὐτῆς μερῶν ἐνεσπαρμένων, ἢ διὰ τῆς στεφάνης καὶ τοῦ μέσου τῆς ἐπιφανείας, ἢ διὰ μέσης μόνης τῆς ἐπιφανείας, ἤ πως ἀνωμάλως ἑτέρως καὶ συμπεπλεγμένως διά τε τῆς ἐπιφανείας καὶ τῆς στεφάνης, αἱ δὲ διὰ τῆς στεφάνης</w:t>
      </w:r>
    </w:p>
    <w:p>
      <w:r>
        <w:rPr>
          <w:rFonts w:ascii="Courier New" w:hAnsi="Courier New"/>
          <w:color w:val="555555"/>
          <w:sz w:val="20"/>
        </w:rPr>
        <w:t>[10]</w:t>
      </w:r>
    </w:p>
    <w:p>
      <w:r>
        <w:rPr>
          <w:rFonts w:ascii="Gentium Plus" w:hAnsi="Gentium Plus"/>
          <w:sz w:val="24"/>
        </w:rPr>
        <w:t>ἰοῦσαι [μονόστιχοι] ἢ δίστιχοι ἢ τρίστιχοι ἢ πολύστιχοι πεφύκασι καὶ ἢ πᾶσαι μικροῦ δεῖν ἰσομεγέθεις ἢ μείους αἱ πρὸς τὸ μέσον μᾶλλον χωροῦσαι, ὡσαύτως δὲ καὶ κατὰ τὸ τῆς ἀμίδος ὕψωμα ἢ μονόστιχοι ἢ δίστιχοι ἢ τρίστιχοι ἢ πολύστιχοι.</w:t>
      </w:r>
    </w:p>
    <w:p>
      <w:r>
        <w:rPr>
          <w:rFonts w:ascii="Courier New" w:hAnsi="Courier New"/>
          <w:color w:val="555555"/>
          <w:sz w:val="20"/>
        </w:rPr>
        <w:t>[1 . 18 . 2]</w:t>
      </w:r>
    </w:p>
    <w:p>
      <w:r>
        <w:rPr>
          <w:rFonts w:ascii="Gentium Plus" w:hAnsi="Gentium Plus"/>
          <w:sz w:val="24"/>
        </w:rPr>
        <w:t>Ἐπεὶ δὲ δύο τινὰ λέληθεν ἡμᾶς μὴ</w:t>
      </w:r>
    </w:p>
    <w:p>
      <w:r>
        <w:rPr>
          <w:rFonts w:ascii="Courier New" w:hAnsi="Courier New"/>
          <w:color w:val="555555"/>
          <w:sz w:val="20"/>
        </w:rPr>
        <w:t>[1 . 18 . 3]</w:t>
      </w:r>
    </w:p>
    <w:p>
      <w:r>
        <w:rPr>
          <w:rFonts w:ascii="Gentium Plus" w:hAnsi="Gentium Plus"/>
          <w:sz w:val="24"/>
        </w:rPr>
        <w:t>Ἓν μὲν οὖν ἐστι τῶν παραδραμόντων ἡμᾶς τὸ περὶ τῶν πομφολύγων. τάχα γὰρ ἂν δόξειέ τισιν περὶ τῶν ἅμα τῷ διουρηθῆναι τὰ οὖρα ἐπινηχομένων λέγειν, ἀλλ’ οὐκ ἔστιν οἰηθῆναι τοῦτο θέ‐</w:t>
      </w:r>
    </w:p>
    <w:p>
      <w:r>
        <w:rPr>
          <w:rFonts w:ascii="Courier New" w:hAnsi="Courier New"/>
          <w:color w:val="555555"/>
          <w:sz w:val="20"/>
        </w:rPr>
        <w:t>[5]</w:t>
      </w:r>
    </w:p>
    <w:p>
      <w:r>
        <w:rPr>
          <w:rFonts w:ascii="Gentium Plus" w:hAnsi="Gentium Plus"/>
          <w:sz w:val="24"/>
        </w:rPr>
        <w:t>μις, ἀλλὰ περὶ τῶν ἀπομεινασῶν μετὰ τὴν τοῦ παντὸς ἀποψυχθέντος οὔρου κατάστασιν.</w:t>
      </w:r>
    </w:p>
    <w:p>
      <w:r>
        <w:rPr>
          <w:rFonts w:ascii="Courier New" w:hAnsi="Courier New"/>
          <w:color w:val="555555"/>
          <w:sz w:val="20"/>
        </w:rPr>
        <w:t>[1 . 18 . 4]</w:t>
      </w:r>
    </w:p>
    <w:p>
      <w:r>
        <w:rPr>
          <w:rFonts w:ascii="Gentium Plus" w:hAnsi="Gentium Plus"/>
          <w:sz w:val="24"/>
        </w:rPr>
        <w:t>Ἐκεῖνα τε γὰρ ἀπα‐ θεῖς δοκοῦσιν ὑπὸ τοῦ περιέχοντος τυγχάνειν καὶ τὸ μὴ παθεῖν δηλοῦσιν ὑπὸ μείζονος ἐπιγεγενῆσθαι τῆς αἰτίας· αἱ γὰρ δὴ μετ’ οὐ πολὺ συνδιαλυόμεναι τῆς ἐκκρίσεως,</w:t>
      </w:r>
    </w:p>
    <w:p>
      <w:r>
        <w:rPr>
          <w:rFonts w:ascii="Courier New" w:hAnsi="Courier New"/>
          <w:color w:val="555555"/>
          <w:sz w:val="20"/>
        </w:rPr>
        <w:t>[5]</w:t>
      </w:r>
    </w:p>
    <w:p>
      <w:r>
        <w:rPr>
          <w:rFonts w:ascii="Gentium Plus" w:hAnsi="Gentium Plus"/>
          <w:sz w:val="24"/>
        </w:rPr>
        <w:t>ἀφαυροτέρας ἔχουσαι τὰς αἰτίας, καὶ ῥᾳδίως λέλυνται, ὥστε περὶ τῶν ἐπιμεινασῶν ἐπὶ πολὺ δεῖ σκέπτεσθαι πομφολύγων, καὶ τὰς ἐπὶ ταύταις δεῖ μανθάνειν αἰτίας τε καὶ διαγνώσεις.</w:t>
      </w:r>
    </w:p>
    <w:p>
      <w:r>
        <w:rPr>
          <w:rFonts w:ascii="Courier New" w:hAnsi="Courier New"/>
          <w:color w:val="555555"/>
          <w:sz w:val="20"/>
        </w:rPr>
        <w:t>[1 . 18 . 5]</w:t>
      </w:r>
    </w:p>
    <w:p>
      <w:r>
        <w:rPr>
          <w:rFonts w:ascii="Gentium Plus" w:hAnsi="Gentium Plus"/>
          <w:sz w:val="24"/>
        </w:rPr>
        <w:t>Τό γε μὴν ἕτερον τῶν λειφθέντων πέφυκεν ὁ περὶ στεφάνης λόγος· τάχα γὰρ ἂν ἐκπλήξῃ τοὺς πολλοὺς ἀκηκοότας ἐπιφαινομένην τινὰ τοῖς οὔροις στεφάνην καὶ μὴ καταλαμβανομένην τῇ τοῦ σκοποῦ ἀγνοίᾳ.</w:t>
      </w:r>
    </w:p>
    <w:p>
      <w:r>
        <w:rPr>
          <w:rFonts w:ascii="Courier New" w:hAnsi="Courier New"/>
          <w:color w:val="555555"/>
          <w:sz w:val="20"/>
        </w:rPr>
        <w:t>[1 . 18 . 6]</w:t>
      </w:r>
    </w:p>
    <w:p>
      <w:r>
        <w:rPr>
          <w:rFonts w:ascii="Gentium Plus" w:hAnsi="Gentium Plus"/>
          <w:sz w:val="24"/>
        </w:rPr>
        <w:t>Στεφάνην τοίνυν ἡμεῖς φαμεν τὴν κατὰ τὸν κύκλον τῆς ἐπιφανείας τοῦ χύματος περιθέουσαν ἐσκιαγραφημέ‐ νην γραμμήν, εἴ γε δήπουθεν καὶ αἱ ἀμίδες, οὖσαι στρογ‐ γύλαι κατὰ κύκλον περιγράφουσι καὶ τὰς τῶν οὔρων ἐπι‐</w:t>
      </w:r>
    </w:p>
    <w:p>
      <w:r>
        <w:rPr>
          <w:rFonts w:ascii="Courier New" w:hAnsi="Courier New"/>
          <w:color w:val="555555"/>
          <w:sz w:val="20"/>
        </w:rPr>
        <w:t>[5]</w:t>
      </w:r>
    </w:p>
    <w:p>
      <w:r>
        <w:rPr>
          <w:rFonts w:ascii="Gentium Plus" w:hAnsi="Gentium Plus"/>
          <w:sz w:val="24"/>
        </w:rPr>
        <w:t>φανείας.</w:t>
      </w:r>
    </w:p>
    <w:p>
      <w:r>
        <w:rPr>
          <w:rFonts w:ascii="Courier New" w:hAnsi="Courier New"/>
          <w:color w:val="555555"/>
          <w:sz w:val="20"/>
        </w:rPr>
        <w:t>[1 . 18 . 7]</w:t>
      </w:r>
    </w:p>
    <w:p>
      <w:r>
        <w:rPr>
          <w:rFonts w:ascii="Gentium Plus" w:hAnsi="Gentium Plus"/>
          <w:sz w:val="24"/>
        </w:rPr>
        <w:t>Ἀλλ’ αὗται μὲν ἐπὶ τὰ πέρατα τῶν ἐπιφα‐ νειῶν διαγραφόμεναι, κυκλοτέρων μὲν οὐσῶν καὶ τῶν ἀμίδων, εἰκότως ἂν ῥηθεῖεν στεφάναι τῇ τοῦ σχήματος οἰκειότητι.</w:t>
      </w:r>
    </w:p>
    <w:p>
      <w:r>
        <w:rPr>
          <w:rFonts w:ascii="Courier New" w:hAnsi="Courier New"/>
          <w:color w:val="555555"/>
          <w:sz w:val="20"/>
        </w:rPr>
        <w:t>[1 . 18 . 8]</w:t>
      </w:r>
    </w:p>
    <w:p>
      <w:r>
        <w:rPr>
          <w:rFonts w:ascii="Gentium Plus" w:hAnsi="Gentium Plus"/>
          <w:sz w:val="24"/>
        </w:rPr>
        <w:t>Τετραγώνων δὲ καὶ πολυγωνίων τῶν ἀμί‐ δων κατὰ τύχην αἱ μὲν διατρέχουσαι τὰ πέρατα πομφό‐ λυγες οὐκ ἂν δικαίως ἐπὶ στεφάνης περιθέειν λεχθεῖεν ἂν τῇ τοῦ σχήματος ἀφαιρέσει. τὰ αὐτά γε μὴν ἐκείναις κατὰ</w:t>
      </w:r>
    </w:p>
    <w:p>
      <w:r>
        <w:rPr>
          <w:rFonts w:ascii="Courier New" w:hAnsi="Courier New"/>
          <w:color w:val="555555"/>
          <w:sz w:val="20"/>
        </w:rPr>
        <w:t>[5]</w:t>
      </w:r>
    </w:p>
    <w:p>
      <w:r>
        <w:rPr>
          <w:rFonts w:ascii="Gentium Plus" w:hAnsi="Gentium Plus"/>
          <w:sz w:val="24"/>
        </w:rPr>
        <w:t>λόγον διαγνώσεως τε καὶ αἰτίας φαῖεν ἂν δήπουθεν.</w:t>
      </w:r>
    </w:p>
    <w:p>
      <w:r>
        <w:rPr>
          <w:rFonts w:ascii="Courier New" w:hAnsi="Courier New"/>
          <w:color w:val="555555"/>
          <w:sz w:val="20"/>
        </w:rPr>
        <w:t>[1 . 18 . 9]</w:t>
      </w:r>
    </w:p>
    <w:p>
      <w:r>
        <w:rPr>
          <w:rFonts w:ascii="Gentium Plus" w:hAnsi="Gentium Plus"/>
          <w:sz w:val="24"/>
        </w:rPr>
        <w:t>Ἀλλ’ ὁ μὲν περὶ διαφορᾶς πομφολύγων λόγος τοιοῦτος ἂν εἴη, ὥστε καὶ αὐτὸν ἀσκεῖν προσήκειν, οὐχὶ τὰ μέτρια συνοίσοντα τοῖς ἑξῆς λόγοις. νῦν δὲ ἐπιθῶμεν τῷ λόγῳ τὰ λείποντα.</w:t>
      </w:r>
    </w:p>
    <w:p>
      <w:pPr>
        <w:jc w:val="center"/>
      </w:pPr>
      <w:r>
        <w:rPr>
          <w:rFonts w:ascii="Gentium Plus" w:hAnsi="Gentium Plus"/>
          <w:b/>
          <w:sz w:val="24"/>
        </w:rPr>
        <w:t>Κεφ. ιθʹ. Περὶ διαφορᾶς ἑτεροχρόων τοῦ χύματος στεφανῶν.</w:t>
      </w:r>
    </w:p>
    <w:p>
      <w:r>
        <w:rPr>
          <w:rFonts w:ascii="Courier New" w:hAnsi="Courier New"/>
          <w:color w:val="555555"/>
          <w:sz w:val="20"/>
        </w:rPr>
        <w:t>[1 . 19 . 1]</w:t>
      </w:r>
    </w:p>
    <w:p>
      <w:r>
        <w:rPr>
          <w:rFonts w:ascii="Gentium Plus" w:hAnsi="Gentium Plus"/>
          <w:sz w:val="24"/>
        </w:rPr>
        <w:t>Στεφάναι τοίνυν ἑτέραι πολλῷ τῶν ῥηθεισῶν ὑπαρ‐ χουσαι προσφορώτεραι τὴν ἐπιφανείαν περϊιᾶσιν τῆς ἀμί‐</w:t>
      </w:r>
    </w:p>
    <w:p>
      <w:r>
        <w:rPr>
          <w:rFonts w:ascii="Courier New" w:hAnsi="Courier New"/>
          <w:color w:val="555555"/>
          <w:sz w:val="20"/>
        </w:rPr>
        <w:t>[1 . 19 . 2]</w:t>
      </w:r>
    </w:p>
    <w:p>
      <w:r>
        <w:rPr>
          <w:rFonts w:ascii="Gentium Plus" w:hAnsi="Gentium Plus"/>
          <w:sz w:val="24"/>
        </w:rPr>
        <w:t>Τῶν γὰρ χυμάτων οἱῳδήτινι κεχρωμένων χρώματι, αὗται περιθέου‐ σιν ἑτέρου πεφυκυῖαι χρώματος ἤτοι λευκοῦ ἢ πυρροῦ ἢ χολώδους καὶ χλωροῦ καὶ μέλανος καὶ οἱουδήτινος ἑτέρου.</w:t>
      </w:r>
    </w:p>
    <w:p>
      <w:r>
        <w:rPr>
          <w:rFonts w:ascii="Courier New" w:hAnsi="Courier New"/>
          <w:color w:val="555555"/>
          <w:sz w:val="20"/>
        </w:rPr>
        <w:t>[1 . 19 . 3]</w:t>
      </w:r>
    </w:p>
    <w:p>
      <w:r>
        <w:rPr>
          <w:rFonts w:ascii="Gentium Plus" w:hAnsi="Gentium Plus"/>
          <w:sz w:val="24"/>
        </w:rPr>
        <w:t>Καὶ μέντοι ταῦτα ἀκριβῶς ἐνατενίζουσι ῥᾳδίως φαίνε‐ ται, ἀλλ’ οὐχὶ μᾶλλον οἷον παραβλέπουσι, οἷον ἐπὶ τῶν ἀμυδροτέρων κομητῶν συμβαίνειν εἴωθεν.</w:t>
      </w:r>
    </w:p>
    <w:p>
      <w:r>
        <w:rPr>
          <w:rFonts w:ascii="Courier New" w:hAnsi="Courier New"/>
          <w:color w:val="555555"/>
          <w:sz w:val="20"/>
        </w:rPr>
        <w:t>[1 . 19 . 4]</w:t>
      </w:r>
    </w:p>
    <w:p>
      <w:r>
        <w:rPr>
          <w:rFonts w:ascii="Gentium Plus" w:hAnsi="Gentium Plus"/>
          <w:sz w:val="24"/>
        </w:rPr>
        <w:t>Ῥᾷον γὰρ αὐτῶν ἡ κόμη παραβλέπουσιν ἢ ἀτενίζουσιν φαίνεται ἀμαυρουμένων, ὥσπερ τῆς ὄψεως ἐνστηριζομένης ἢ μᾶλ‐ λον ταύτης ἐφελκομένης τῷ πλείονι τοῦ χρώματος καὶ</w:t>
      </w:r>
    </w:p>
    <w:p>
      <w:r>
        <w:rPr>
          <w:rFonts w:ascii="Courier New" w:hAnsi="Courier New"/>
          <w:color w:val="555555"/>
          <w:sz w:val="20"/>
        </w:rPr>
        <w:t>[5]</w:t>
      </w:r>
    </w:p>
    <w:p>
      <w:r>
        <w:rPr>
          <w:rFonts w:ascii="Gentium Plus" w:hAnsi="Gentium Plus"/>
          <w:sz w:val="24"/>
        </w:rPr>
        <w:t>τοῦ φωτός. καὶ ταῦτα μὲν ἐπὶ τῷ περὶ τῆς στεφάνης εἴρηται λόγῳ συνοίσοντα τόποις ἰδίοις· νῦν δὲ τῶν ἑξῆς ἐχόμενοι λέγωμεν.</w:t>
      </w:r>
    </w:p>
    <w:p>
      <w:r>
        <w:rPr>
          <w:rFonts w:ascii="Courier New" w:hAnsi="Courier New"/>
          <w:color w:val="555555"/>
          <w:sz w:val="20"/>
        </w:rPr>
        <w:t>[1 . 19 . 5]</w:t>
      </w:r>
    </w:p>
    <w:p>
      <w:r>
        <w:rPr>
          <w:rFonts w:ascii="Gentium Plus" w:hAnsi="Gentium Plus"/>
          <w:sz w:val="24"/>
        </w:rPr>
        <w:t>Ἐδόκει μοι τοίνυν καὶ τὰς ἐνδεχο‐ μένας συμπλοκὰς συνίστασθαι χρωμάτων τε καὶ συστάσεων καὶ παρυφισταμένων προσεπιθεῖναι τῷ λόγῳ.</w:t>
      </w:r>
    </w:p>
    <w:p>
      <w:r>
        <w:rPr>
          <w:rFonts w:ascii="Courier New" w:hAnsi="Courier New"/>
          <w:color w:val="555555"/>
          <w:sz w:val="20"/>
        </w:rPr>
        <w:t>[1 . 19 . 6]</w:t>
      </w:r>
    </w:p>
    <w:p>
      <w:r>
        <w:rPr>
          <w:rFonts w:ascii="Gentium Plus" w:hAnsi="Gentium Plus"/>
          <w:sz w:val="24"/>
        </w:rPr>
        <w:t>Ἐπειδὴ δὲ πρὸς τῷ πολυσχιδεῖ καὶ δυσδιεξίτητον ἐδόκει εἶναι τὸ πρᾶγμα καὶ ἐπεκτεινόμενον ἐπ’ οὐδενὶ δέοντι τὸ μὲν οὕτω γράφοντά με συμπλέκειν μὴ πάνυ δέον ὂν παρῆκα.</w:t>
      </w:r>
    </w:p>
    <w:p>
      <w:r>
        <w:rPr>
          <w:rFonts w:ascii="Courier New" w:hAnsi="Courier New"/>
          <w:color w:val="555555"/>
          <w:sz w:val="20"/>
        </w:rPr>
        <w:t>[1 . 19 . 7]</w:t>
      </w:r>
    </w:p>
    <w:p>
      <w:r>
        <w:rPr>
          <w:rFonts w:ascii="Gentium Plus" w:hAnsi="Gentium Plus"/>
          <w:sz w:val="24"/>
        </w:rPr>
        <w:t>Ἐπὶ γὰρ τῷ μὲν παρόντι λόγῳ τὰς διαφορὰς ἐκτίθημι τῶν οὔρων, οἱ δὲ μετὰ τούτους ἕξουσι τάς τε διαγνώσεις καὶ αἰτίας ἅμα καὶ προγνώσεις· ῥᾳδίως ἂν ἔχοι ὁ περὶ ταῦτα ἐσπουδακὼς προσεπιπλέκειν μὲν τοῖς χρώμασι συ‐</w:t>
      </w:r>
    </w:p>
    <w:p>
      <w:r>
        <w:rPr>
          <w:rFonts w:ascii="Courier New" w:hAnsi="Courier New"/>
          <w:color w:val="555555"/>
          <w:sz w:val="20"/>
        </w:rPr>
        <w:t>[5]</w:t>
      </w:r>
    </w:p>
    <w:p>
      <w:r>
        <w:rPr>
          <w:rFonts w:ascii="Gentium Plus" w:hAnsi="Gentium Plus"/>
          <w:sz w:val="24"/>
        </w:rPr>
        <w:t>στάσεις, χρώμασι δὲ καὶ συστάσεσι παρυφιστάμενα διά‐ φορα κατά τε χρῶμα καὶ σύστασιν καὶ τόπον καὶ λειότητα καὶ ὁμαλότητα καὶ κατὰ τὰς τούτοις ἀντικειμένας διαφο‐ ράς· ῥᾳδίως δὲ καὶ διακρίνειν ἕξει ὁποῖα μὲν ἐνδέχεται τῶν συμπλακέντων συνίστασθαι, ὁποῖα δ’ αὖ μή, ὥστε καὶ</w:t>
      </w:r>
    </w:p>
    <w:p>
      <w:r>
        <w:rPr>
          <w:rFonts w:ascii="Courier New" w:hAnsi="Courier New"/>
          <w:color w:val="555555"/>
          <w:sz w:val="20"/>
        </w:rPr>
        <w:t>[10]</w:t>
      </w:r>
    </w:p>
    <w:p>
      <w:r>
        <w:rPr>
          <w:rFonts w:ascii="Gentium Plus" w:hAnsi="Gentium Plus"/>
          <w:sz w:val="24"/>
        </w:rPr>
        <w:t>συμβουλεύσαιμ’ ἂν αὐτὸς τῷ περὶ ταῦτα σπουδαίῳ περὶ τὰ τοιαῦτα ἐνδιατρίψαι οὐ μετρίαν πρόφασιν ἐς ἀσφαλῆ κατάληψιν ἐπιχορηγήσοντα.</w:t>
      </w:r>
    </w:p>
    <w:p>
      <w:r>
        <w:rPr>
          <w:rFonts w:ascii="Courier New" w:hAnsi="Courier New"/>
          <w:color w:val="555555"/>
          <w:sz w:val="20"/>
        </w:rPr>
        <w:t>[1 . 19 . 8]</w:t>
      </w:r>
    </w:p>
    <w:p>
      <w:r>
        <w:rPr>
          <w:rFonts w:ascii="Gentium Plus" w:hAnsi="Gentium Plus"/>
          <w:sz w:val="24"/>
        </w:rPr>
        <w:t>Εἰ γάρ τις προμεμαθη‐ κὼς εἰδείη, ἐπὶ ποίαις μὲν αἰτίαις ἕκαστον τῶν τε χρωμά‐ των, τῶν τε χυμάτων καὶ παρυφισταμένων καὶ ἑκάστη τῶν ἐπὶ τούτοις συστάσεων καὶ τἄλλα τῶν κατὰ μέρος,</w:t>
      </w:r>
    </w:p>
    <w:p>
      <w:r>
        <w:rPr>
          <w:rFonts w:ascii="Courier New" w:hAnsi="Courier New"/>
          <w:color w:val="555555"/>
          <w:sz w:val="20"/>
        </w:rPr>
        <w:t>[5]</w:t>
      </w:r>
    </w:p>
    <w:p>
      <w:r>
        <w:rPr>
          <w:rFonts w:ascii="Gentium Plus" w:hAnsi="Gentium Plus"/>
          <w:sz w:val="24"/>
        </w:rPr>
        <w:t>γνοίη δέ καὶ ὅτι ἕκαστον βούλεται, ῥᾳδίως μέντ’ ἂν συμ‐ πλέξῃ ταῦτα, προχείρως δὲ συμπλέξας καὶ τὰς ἐπ’ αὐτοῖς αἰτίας τε καὶ διαγνώσεις ἐπιθήσει τοῖς συμπλακεῖσιν.</w:t>
      </w:r>
    </w:p>
    <w:p>
      <w:r>
        <w:rPr>
          <w:rFonts w:ascii="Courier New" w:hAnsi="Courier New"/>
          <w:color w:val="555555"/>
          <w:sz w:val="20"/>
        </w:rPr>
        <w:t>[1 . 19 . 9]</w:t>
      </w:r>
    </w:p>
    <w:p>
      <w:r>
        <w:rPr>
          <w:rFonts w:ascii="Gentium Plus" w:hAnsi="Gentium Plus"/>
          <w:sz w:val="24"/>
        </w:rPr>
        <w:t>Ἀλλ’ ὁ μὲν περὶ τούτων λόγος τὰ νῦν ἀφείσθω, ἑξῆς δὲ ἐπὶ τούτοις προσήκει σκέπτεσθαι καὶ ἀνωμαλίας τῶν ἐμφερομένων τοῖς οὔροις χρωμάτων δηλονότι καὶ συστά‐ σεων καὶ προσέτι τῶν παρυφισταμένων καὶ τὰς ἐπὶ ταύ‐</w:t>
      </w:r>
    </w:p>
    <w:p>
      <w:r>
        <w:rPr>
          <w:rFonts w:ascii="Courier New" w:hAnsi="Courier New"/>
          <w:color w:val="555555"/>
          <w:sz w:val="20"/>
        </w:rPr>
        <w:t>[5]</w:t>
      </w:r>
    </w:p>
    <w:p>
      <w:r>
        <w:rPr>
          <w:rFonts w:ascii="Gentium Plus" w:hAnsi="Gentium Plus"/>
          <w:sz w:val="24"/>
        </w:rPr>
        <w:t>ταις αὖθις διαφορὰς τῶν χρωμάτων.</w:t>
      </w:r>
    </w:p>
    <w:p>
      <w:pPr>
        <w:jc w:val="center"/>
      </w:pPr>
      <w:r>
        <w:rPr>
          <w:rFonts w:ascii="Gentium Plus" w:hAnsi="Gentium Plus"/>
          <w:b/>
          <w:sz w:val="24"/>
        </w:rPr>
        <w:t>Κεφ. κʹ. Περὶ ἀνωμαλίας χρωμάτων καὶ συστάσεων.</w:t>
      </w:r>
    </w:p>
    <w:p>
      <w:r>
        <w:rPr>
          <w:rFonts w:ascii="Courier New" w:hAnsi="Courier New"/>
          <w:color w:val="555555"/>
          <w:sz w:val="20"/>
        </w:rPr>
        <w:t>[1 . 20 . 1]</w:t>
      </w:r>
    </w:p>
    <w:p>
      <w:r>
        <w:rPr>
          <w:rFonts w:ascii="Gentium Plus" w:hAnsi="Gentium Plus"/>
          <w:sz w:val="24"/>
        </w:rPr>
        <w:t>Τὰ γὰρ δὴ τῶν οὔρων χρώματα ἢ ἐπὶ τοῦ αὐτοῦ ἀεὶ μένει ἢ μεταβάλλεται καὶ μεταβαλλόμενα ἤτοι ἐπὶ τὰ χείρω τῶν χρωμάτων φέρεται ἢ ἐπὶ τὰ κρείττω.</w:t>
      </w:r>
    </w:p>
    <w:p>
      <w:r>
        <w:rPr>
          <w:rFonts w:ascii="Courier New" w:hAnsi="Courier New"/>
          <w:color w:val="555555"/>
          <w:sz w:val="20"/>
        </w:rPr>
        <w:t>[1 . 20 . 2]</w:t>
      </w:r>
    </w:p>
    <w:p>
      <w:r>
        <w:rPr>
          <w:rFonts w:ascii="Gentium Plus" w:hAnsi="Gentium Plus"/>
          <w:sz w:val="24"/>
        </w:rPr>
        <w:t>Καὶ προϊόντα ἢ ἐπὶ τὰ ἔσχατα τῶν χρωμάτων πρόεισιν ἢ μέ‐ νει πη σταθέντα τῆς ἐπὶ τὰ πρόσω ῥοπῆς, βραχύ τι ἴσως προϊέντα.</w:t>
      </w:r>
    </w:p>
    <w:p>
      <w:r>
        <w:rPr>
          <w:rFonts w:ascii="Courier New" w:hAnsi="Courier New"/>
          <w:color w:val="555555"/>
          <w:sz w:val="20"/>
        </w:rPr>
        <w:t>[1 . 20 . 3]</w:t>
      </w:r>
    </w:p>
    <w:p>
      <w:r>
        <w:rPr>
          <w:rFonts w:ascii="Gentium Plus" w:hAnsi="Gentium Plus"/>
          <w:sz w:val="24"/>
        </w:rPr>
        <w:t>Ἐπεὶ δ’ εἰκὸς ταῖς μείζοσι τῶν ἀλλοιώσεων τῶν χρωμάτων συμμεταβάλλεσθαι καὶ τὰ παρυφιστάμενα, συνο‐ ρᾶν δεῖ καὶ τὰς ἐν τούτοις λυομένας ἀνωμαλίας, τάς τε κατὰ τὰ χρώματα καὶ τὰς συστάσεις γενομένας καὶ προσέτι τὰς</w:t>
      </w:r>
    </w:p>
    <w:p>
      <w:r>
        <w:rPr>
          <w:rFonts w:ascii="Courier New" w:hAnsi="Courier New"/>
          <w:color w:val="555555"/>
          <w:sz w:val="20"/>
        </w:rPr>
        <w:t>[5]</w:t>
      </w:r>
    </w:p>
    <w:p>
      <w:r>
        <w:rPr>
          <w:rFonts w:ascii="Gentium Plus" w:hAnsi="Gentium Plus"/>
          <w:sz w:val="24"/>
        </w:rPr>
        <w:t>λειότητας καὶ τὰ τοπικὰ διαστήματα.</w:t>
      </w:r>
    </w:p>
    <w:p>
      <w:r>
        <w:rPr>
          <w:rFonts w:ascii="Courier New" w:hAnsi="Courier New"/>
          <w:color w:val="555555"/>
          <w:sz w:val="20"/>
        </w:rPr>
        <w:t>[1 . 20 . 4]</w:t>
      </w:r>
    </w:p>
    <w:p>
      <w:r>
        <w:rPr>
          <w:rFonts w:ascii="Gentium Plus" w:hAnsi="Gentium Plus"/>
          <w:sz w:val="24"/>
        </w:rPr>
        <w:t>Ἔπειτα καί, εἰ διὰ πλείονος ἢ μείονος ταῦτα μεταβάλλεται τοῦ χρόνου, προσήκει σκέπτεσθαι, οὐχὶ τὰ μέτρια λυσιτελούσης καὶ τῆς ἐπὶ τὰς μεταβολὰς τῶν χρόνων παρατηρήσεως.</w:t>
      </w:r>
    </w:p>
    <w:p>
      <w:r>
        <w:rPr>
          <w:rFonts w:ascii="Courier New" w:hAnsi="Courier New"/>
          <w:color w:val="555555"/>
          <w:sz w:val="20"/>
        </w:rPr>
        <w:t>[1 . 20 . 5]</w:t>
      </w:r>
    </w:p>
    <w:p>
      <w:r>
        <w:rPr>
          <w:rFonts w:ascii="Gentium Plus" w:hAnsi="Gentium Plus"/>
          <w:sz w:val="24"/>
        </w:rPr>
        <w:t>Ἐπεὶ δ’ εἰώθησαν ἐνίοτε συναλλοιοῦσθαι καὶ αἱ συστάσεις— οὐ γὰρ ἀεὶ δὴ τοῦτο πάσχουσι, μείζονος ἢ κατὰ τὰ χρώ‐ ματα δεόμεναι κινήσεως, —καὶ τὰς αὐτῶν χρεὼν ἂν εἴη</w:t>
      </w:r>
    </w:p>
    <w:p>
      <w:r>
        <w:rPr>
          <w:rFonts w:ascii="Courier New" w:hAnsi="Courier New"/>
          <w:color w:val="555555"/>
          <w:sz w:val="20"/>
        </w:rPr>
        <w:t>[5]</w:t>
      </w:r>
    </w:p>
    <w:p>
      <w:r>
        <w:rPr>
          <w:rFonts w:ascii="Gentium Plus" w:hAnsi="Gentium Plus"/>
          <w:sz w:val="24"/>
        </w:rPr>
        <w:t>ἐκμανθάνειν μεταβολὰς καὶ τοὺς ἐπ’ αὐταῖς ὡσαύτως χρό‐ νους ἐξετάζειν, καὶ εἴτε πρωϊαίτερον ἢ ὀψιαίτερον ἐπιγί‐ νονται πολυπραγμονεῖν, οὐχ ἥκιστα καὶ τούτων ἔς τε πρόγνωσιν λυσιτελούντων καὶ διάγνωσιν.</w:t>
      </w:r>
    </w:p>
    <w:p>
      <w:r>
        <w:rPr>
          <w:rFonts w:ascii="Courier New" w:hAnsi="Courier New"/>
          <w:color w:val="555555"/>
          <w:sz w:val="20"/>
        </w:rPr>
        <w:t>[1 . 20 . 6]</w:t>
      </w:r>
    </w:p>
    <w:p>
      <w:r>
        <w:rPr>
          <w:rFonts w:ascii="Gentium Plus" w:hAnsi="Gentium Plus"/>
          <w:sz w:val="24"/>
        </w:rPr>
        <w:t>Κἀκεῖνο δὲ θέμις εἰδέναι, ὡς αἱ μὲν τῶν ἀνωμαλιῶν πεφύκασι τε‐ ταγμέναι, αἱ δ’ αὖ ἄτακτοι, καὶ δεῖ καὶ ταύτας εἰδέναι τε καὶ σκέπτεσθαι.</w:t>
      </w:r>
    </w:p>
    <w:p>
      <w:r>
        <w:rPr>
          <w:rFonts w:ascii="Courier New" w:hAnsi="Courier New"/>
          <w:color w:val="555555"/>
          <w:sz w:val="20"/>
        </w:rPr>
        <w:t>[1 . 20 . 7]</w:t>
      </w:r>
    </w:p>
    <w:p>
      <w:r>
        <w:rPr>
          <w:rFonts w:ascii="Gentium Plus" w:hAnsi="Gentium Plus"/>
          <w:sz w:val="24"/>
        </w:rPr>
        <w:t>Πολλὰ γὰρ ἂν ἴσως εἰδείης καὶ ἐκ τούτων ἔς τε διάγνωσιν λυσιτελοῦντα καὶ πρόγνωσιν, καί ποτε ἴσως ὄψει τεταγμένας ἀνωμαλίας χείρους τῶν ἀτάκτων ἀνωμαλιῶν, αἳ δὴ καὶ ῥηθήσονται ὲν τοῖς αὐ‐</w:t>
      </w:r>
    </w:p>
    <w:p>
      <w:r>
        <w:rPr>
          <w:rFonts w:ascii="Courier New" w:hAnsi="Courier New"/>
          <w:color w:val="555555"/>
          <w:sz w:val="20"/>
        </w:rPr>
        <w:t>[5]</w:t>
      </w:r>
    </w:p>
    <w:p>
      <w:r>
        <w:rPr>
          <w:rFonts w:ascii="Gentium Plus" w:hAnsi="Gentium Plus"/>
          <w:sz w:val="24"/>
        </w:rPr>
        <w:t>ταῖς προσήκουσι τόποις.</w:t>
      </w:r>
    </w:p>
    <w:p>
      <w:r>
        <w:rPr>
          <w:rFonts w:ascii="Courier New" w:hAnsi="Courier New"/>
          <w:color w:val="555555"/>
          <w:sz w:val="20"/>
        </w:rPr>
        <w:t>[1 . 20 . 8]</w:t>
      </w:r>
    </w:p>
    <w:p>
      <w:r>
        <w:rPr>
          <w:rFonts w:ascii="Gentium Plus" w:hAnsi="Gentium Plus"/>
          <w:sz w:val="24"/>
        </w:rPr>
        <w:t>Τὸ γὰρ νῦν ἔχον περὶ δια‐ φορᾶς μόνον οὔρων εἰπεῖν προὐθέμεθα· ἵνα μέντοι σα‐ φέστερον τὸν λόγον διασκεδάσωμεν, ὧδέ πως ἔτι παρα‐</w:t>
      </w:r>
    </w:p>
    <w:p>
      <w:pPr>
        <w:jc w:val="center"/>
      </w:pPr>
      <w:r>
        <w:rPr>
          <w:rFonts w:ascii="Gentium Plus" w:hAnsi="Gentium Plus"/>
          <w:b/>
          <w:sz w:val="24"/>
        </w:rPr>
        <w:t>Κεφ. καʹ. Περὶ ἀνωμαλίας τῶν παρυφισταμένων.</w:t>
      </w:r>
    </w:p>
    <w:p>
      <w:r>
        <w:rPr>
          <w:rFonts w:ascii="Courier New" w:hAnsi="Courier New"/>
          <w:color w:val="555555"/>
          <w:sz w:val="20"/>
        </w:rPr>
        <w:t>[1 . 21 . 1]</w:t>
      </w:r>
    </w:p>
    <w:p>
      <w:r>
        <w:rPr>
          <w:rFonts w:ascii="Gentium Plus" w:hAnsi="Gentium Plus"/>
          <w:sz w:val="24"/>
        </w:rPr>
        <w:t>Αἱ τῶν χρωμάτων ἀνωμαλίαι γίνονται, ὁπόταν ἀφ’ ἑτέρου χρώματος εἰς ἕτερον γένηται ἡ μεταβολή.</w:t>
      </w:r>
    </w:p>
    <w:p>
      <w:r>
        <w:rPr>
          <w:rFonts w:ascii="Courier New" w:hAnsi="Courier New"/>
          <w:color w:val="555555"/>
          <w:sz w:val="20"/>
        </w:rPr>
        <w:t>[1 . 21 . 2]</w:t>
      </w:r>
    </w:p>
    <w:p>
      <w:r>
        <w:rPr>
          <w:rFonts w:ascii="Gentium Plus" w:hAnsi="Gentium Plus"/>
          <w:sz w:val="24"/>
        </w:rPr>
        <w:t>Εἰ γάρ τοι νῦν μὲν τὸ οὖρον εἴη λευκόν, ἔπειτα δὲ πυρρόν, τὴν δ’ ἐπιοῦσαν ἕτερον, ἢ τοὐναντίον, νῦν μἐν ὑπέρυθρον, τὴν δ’ ἐπιοῦσαν ὑπόπυρρον ἢ πυρρόν, ἐσαῦθις δὲ ὠχρὸν</w:t>
      </w:r>
    </w:p>
    <w:p>
      <w:r>
        <w:rPr>
          <w:rFonts w:ascii="Courier New" w:hAnsi="Courier New"/>
          <w:color w:val="555555"/>
          <w:sz w:val="20"/>
        </w:rPr>
        <w:t>[5]</w:t>
      </w:r>
    </w:p>
    <w:p>
      <w:r>
        <w:rPr>
          <w:rFonts w:ascii="Gentium Plus" w:hAnsi="Gentium Plus"/>
          <w:sz w:val="24"/>
        </w:rPr>
        <w:t>ἢ λευκόν, καὶ δὴ καὶ οὕτως νῦν μὲν ὑπέρυθρον, ἐσαῦθις δὲ χλωρὸν ἢ κυανοῦν ἢ μέλαν, ἢ κἀκείνως νῦν μὲν ὑπέ‐ ρυθρον, εἶθ’ οὕτως πυρρὸν καὶ χαροπόν, ἐπὶ τούτοις ἢ γαλακτῶδες ἤ πως ἑτέρως ἔχον ὡς ἂν καὶ συμπλέξαις (ἐν‐ δέχεται γὰρ ποτὲ μὲν οὕτως, ποτὲ δ’ ἐκείνως, ἐκνενικη‐</w:t>
      </w:r>
    </w:p>
    <w:p>
      <w:r>
        <w:rPr>
          <w:rFonts w:ascii="Courier New" w:hAnsi="Courier New"/>
          <w:color w:val="555555"/>
          <w:sz w:val="20"/>
        </w:rPr>
        <w:t>[10]</w:t>
      </w:r>
    </w:p>
    <w:p>
      <w:r>
        <w:rPr>
          <w:rFonts w:ascii="Gentium Plus" w:hAnsi="Gentium Plus"/>
          <w:sz w:val="24"/>
        </w:rPr>
        <w:t>μένης καὶ νικώσης τῆς ζωτικῆς δυνάμεως, φαίνεσθαι) αἱ γάρ τοι διαφοραὶ τῶν πέψεων, κἄν τε φαύλως κἄν τ’ ἀγα‐ θῶς ἐνεργῶνται, ἐπὶ ταῖς τῶν οὔρων φαίνονται μεταβο‐ λαῖς—πολλὰς δ’ ἂν ἴδοις κἀπὶ ταῖς συστάσεσι τὰς ἀνω‐ μαλίας, τὸν νοῦν προσέχων τοῖς γινομένοις ἑκάστοτε.</w:t>
      </w:r>
    </w:p>
    <w:p>
      <w:r>
        <w:rPr>
          <w:rFonts w:ascii="Courier New" w:hAnsi="Courier New"/>
          <w:color w:val="555555"/>
          <w:sz w:val="20"/>
        </w:rPr>
        <w:t>[1 . 21 . 3]</w:t>
      </w:r>
    </w:p>
    <w:p>
      <w:r>
        <w:rPr>
          <w:rFonts w:ascii="Gentium Plus" w:hAnsi="Gentium Plus"/>
          <w:sz w:val="24"/>
        </w:rPr>
        <w:t>Ποτὲ μὲν γὰρ δι’ ὅλου παχέα γίνεται τὰ οὖρα, μηδ’ ἡντιναοῦν διάκρισιν ἔχοντα, ποτὲ δ’ αὖ ὑφιζάνει τούτοις κάτω πρὸς τὸν τῆς ἀμίδος πυθμένα τὸ παχύτερον, ἔτι τοῦ λοιποῦ παχέος τυγχάνοντος· ἐνίοτε δ’ αὖθις τὸ πᾶν</w:t>
      </w:r>
    </w:p>
    <w:p>
      <w:r>
        <w:rPr>
          <w:rFonts w:ascii="Courier New" w:hAnsi="Courier New"/>
          <w:color w:val="555555"/>
          <w:sz w:val="20"/>
        </w:rPr>
        <w:t>[5]</w:t>
      </w:r>
    </w:p>
    <w:p>
      <w:r>
        <w:rPr>
          <w:rFonts w:ascii="Gentium Plus" w:hAnsi="Gentium Plus"/>
          <w:sz w:val="24"/>
        </w:rPr>
        <w:t>τοῦ πάχους πρὸς τὸν πυθμένα χωρεῖ· ἔστι δ’ ὅτε παλιν‐ δρομοῦν τὸ πάχος ἀναθολοῖ τὸ χῦμα μᾶλλον ἢ ἧττον.</w:t>
      </w:r>
    </w:p>
    <w:p>
      <w:r>
        <w:rPr>
          <w:rFonts w:ascii="Courier New" w:hAnsi="Courier New"/>
          <w:color w:val="555555"/>
          <w:sz w:val="20"/>
        </w:rPr>
        <w:t>[1 . 21 . 4]</w:t>
      </w:r>
    </w:p>
    <w:p>
      <w:r>
        <w:rPr>
          <w:rFonts w:ascii="Gentium Plus" w:hAnsi="Gentium Plus"/>
          <w:sz w:val="24"/>
        </w:rPr>
        <w:t>Τὰ δ’ αὐτὰ κἀπὶ τῶν λοιπῶν γίνεται ποτὲ μὲν πάνυ λεπτυνομένων, ποτὲ δ’ αὖ ὀλίγως, ἤ τοι μετὰ φαύλου ἢ ἀμείνονος χρώματος· αἱ τοιαῦται δὴ συνιᾶσι συστάσεις, ὥστε κἂν ταύτας ἐπιλέξαις τοῖς χρώμασι, πλείους, οἶμαι,</w:t>
      </w:r>
    </w:p>
    <w:p>
      <w:r>
        <w:rPr>
          <w:rFonts w:ascii="Courier New" w:hAnsi="Courier New"/>
          <w:color w:val="555555"/>
          <w:sz w:val="20"/>
        </w:rPr>
        <w:t>[5]</w:t>
      </w:r>
    </w:p>
    <w:p>
      <w:r>
        <w:rPr>
          <w:rFonts w:ascii="Gentium Plus" w:hAnsi="Gentium Plus"/>
          <w:sz w:val="24"/>
        </w:rPr>
        <w:t>καὶ τὰς ἐξ αὐτῶν ἀνωμαλίας ποιήσαις.</w:t>
      </w:r>
    </w:p>
    <w:p>
      <w:r>
        <w:rPr>
          <w:rFonts w:ascii="Courier New" w:hAnsi="Courier New"/>
          <w:color w:val="555555"/>
          <w:sz w:val="20"/>
        </w:rPr>
        <w:t>[1 . 21 . 5]</w:t>
      </w:r>
    </w:p>
    <w:p>
      <w:r>
        <w:rPr>
          <w:rFonts w:ascii="Gentium Plus" w:hAnsi="Gentium Plus"/>
          <w:sz w:val="24"/>
        </w:rPr>
        <w:t>Αὗταί γε μὴν πᾶσαι ἀνωμαλίαι ἢ τεταγμένως γίνονται ἢ ἀτάκτως· εἰ γὰρ μέχρι μὲν τοσούτου χρόνου ἡ τοιαδὶ σύστασις μετὰ τοῦ τοιούτου χρώματος ἐπικρατείῃ, μετὰ τοῦτον δὲ τὸν χρό‐</w:t>
      </w:r>
    </w:p>
    <w:p>
      <w:r>
        <w:rPr>
          <w:rFonts w:ascii="Courier New" w:hAnsi="Courier New"/>
          <w:color w:val="555555"/>
          <w:sz w:val="20"/>
        </w:rPr>
        <w:t>[5]</w:t>
      </w:r>
    </w:p>
    <w:p>
      <w:r>
        <w:rPr>
          <w:rFonts w:ascii="Gentium Plus" w:hAnsi="Gentium Plus"/>
          <w:sz w:val="24"/>
        </w:rPr>
        <w:t>νον εἴθ’ ἡ σύστασις, εἴτε τὰ χρώματα, εἴτ’ ἀμφότερα ἀλ‐ λοιοῦται ἐπὶ ῥητῷ χρόνῳ, εἶθ’ αὖθις τὰ πρῶτα γίνεται, καὶ τοῦτο εἴη κατὰ πολλὰς περιόδους, τεταγμένη τις ἂν εἴη ἀνωμαλία· τοὐναντίον δὲ ἄτακτος, ὁπόταν, ὅπως ἔτυχεν, ἡ μεταβολὴ τῶν τε χρωμάτων γίνεται καὶ τῶν</w:t>
      </w:r>
    </w:p>
    <w:p>
      <w:r>
        <w:rPr>
          <w:rFonts w:ascii="Courier New" w:hAnsi="Courier New"/>
          <w:color w:val="555555"/>
          <w:sz w:val="20"/>
        </w:rPr>
        <w:t>[10]</w:t>
      </w:r>
    </w:p>
    <w:p>
      <w:r>
        <w:rPr>
          <w:rFonts w:ascii="Gentium Plus" w:hAnsi="Gentium Plus"/>
          <w:sz w:val="24"/>
        </w:rPr>
        <w:t>συστάσεων ἐπ’ ἀτάκτοις δηλονότι περιόδοις τε καὶ χρόνοις.</w:t>
      </w:r>
    </w:p>
    <w:p>
      <w:r>
        <w:rPr>
          <w:rFonts w:ascii="Courier New" w:hAnsi="Courier New"/>
          <w:color w:val="555555"/>
          <w:sz w:val="20"/>
        </w:rPr>
        <w:t>[1 . 21 . 6]</w:t>
      </w:r>
    </w:p>
    <w:p>
      <w:r>
        <w:rPr>
          <w:rFonts w:ascii="Gentium Plus" w:hAnsi="Gentium Plus"/>
          <w:sz w:val="24"/>
        </w:rPr>
        <w:t>Ἵνα δὲ σαφέστερον προαγάγωμεν τὸν λόγον, ὧδ’ ἐπὶ παραδείγματι τούτῳ χρησόμεθα· εἰ τοίνυν δυοῖν μὲν ἐφε‐ ξῆς ἡμεραῖν τὰ αὐτὰ δὴ οὖρα φαίνεται, τῇ τρίτῃ δ’ αὖ ἑτεροῖα, καὶ αὖθις τῇ τετάρτῃ μὲν καὶ πέμπτῃ ὁποῖα καὶ</w:t>
      </w:r>
    </w:p>
    <w:p>
      <w:r>
        <w:rPr>
          <w:rFonts w:ascii="Courier New" w:hAnsi="Courier New"/>
          <w:color w:val="555555"/>
          <w:sz w:val="20"/>
        </w:rPr>
        <w:t>[5]</w:t>
      </w:r>
    </w:p>
    <w:p>
      <w:r>
        <w:rPr>
          <w:rFonts w:ascii="Gentium Plus" w:hAnsi="Gentium Plus"/>
          <w:sz w:val="24"/>
        </w:rPr>
        <w:t>τῇ πρώτῃ καὶ δευτέρᾳ, τῇ δὲ ἑκτῇ ὁμοῖα τραπέντα γίνε‐ ται τοῖς ἐπὶ τῇ τρίτῃ, καὶ τοῦτο ἐπὶ πολλαῖς ἑξῆς ἡμερῶν γίνεται περιόδοις, τεταγμένη τις ἂν ὧδε ῥηθείη ἀνωμα‐ λία.</w:t>
      </w:r>
    </w:p>
    <w:p>
      <w:r>
        <w:rPr>
          <w:rFonts w:ascii="Courier New" w:hAnsi="Courier New"/>
          <w:color w:val="555555"/>
          <w:sz w:val="20"/>
        </w:rPr>
        <w:t>[1 . 21 . 7]</w:t>
      </w:r>
    </w:p>
    <w:p>
      <w:r>
        <w:rPr>
          <w:rFonts w:ascii="Gentium Plus" w:hAnsi="Gentium Plus"/>
          <w:sz w:val="24"/>
        </w:rPr>
        <w:t>Εἰ δὲ τυχὸν ἐφεξῆς μὲν δυοῖν ἡμέραιν τὰ αὐτὰ δὴ εἴη οὖρα, τῇ τρίτῃ δὲ μεταβάλλεται, ἀλλοῖα δ’ αὖ γίνε‐ ται τῇ τετάρτῃ, ἑτεροῖα δὲ τῇ πέμπτῃ, καὶ μὴ κατά τινας περιόδους τὰ αὐτὰ δὴ γίνονται, ἀλλ’ ὡς ἔτυχε καὶ</w:t>
      </w:r>
    </w:p>
    <w:p>
      <w:r>
        <w:rPr>
          <w:rFonts w:ascii="Courier New" w:hAnsi="Courier New"/>
          <w:color w:val="555555"/>
          <w:sz w:val="20"/>
        </w:rPr>
        <w:t>[5]</w:t>
      </w:r>
    </w:p>
    <w:p>
      <w:r>
        <w:rPr>
          <w:rFonts w:ascii="Gentium Plus" w:hAnsi="Gentium Plus"/>
          <w:sz w:val="24"/>
        </w:rPr>
        <w:t>ἀτάκτως, ἀνώμαλος ἂν ὡδὶ ῥηθείη ἡ ἀταξία.</w:t>
      </w:r>
    </w:p>
    <w:p>
      <w:r>
        <w:rPr>
          <w:rFonts w:ascii="Courier New" w:hAnsi="Courier New"/>
          <w:color w:val="555555"/>
          <w:sz w:val="20"/>
        </w:rPr>
        <w:t>[1 . 21 . 8]</w:t>
      </w:r>
    </w:p>
    <w:p>
      <w:r>
        <w:rPr>
          <w:rFonts w:ascii="Gentium Plus" w:hAnsi="Gentium Plus"/>
          <w:sz w:val="24"/>
        </w:rPr>
        <w:t>Μαθεῖν γε μὴν ἔξεστιν ἐπὶ τούτοις τὰς αἰτίας τε καὶ διαγνώσεις καὶ προγνώσεις, ὁπόταν τὸν περὶ τούτων λόγον ποιώ‐ μεθα· αἱ δ’ αὐταὶ ἂν συμβαῖεν ἀταξίαι τε καὶ ἀνωμαλίαι</w:t>
      </w:r>
    </w:p>
    <w:p>
      <w:r>
        <w:rPr>
          <w:rFonts w:ascii="Courier New" w:hAnsi="Courier New"/>
          <w:color w:val="555555"/>
          <w:sz w:val="20"/>
        </w:rPr>
        <w:t>[5]</w:t>
      </w:r>
    </w:p>
    <w:p>
      <w:r>
        <w:rPr>
          <w:rFonts w:ascii="Gentium Plus" w:hAnsi="Gentium Plus"/>
          <w:sz w:val="24"/>
        </w:rPr>
        <w:t>κἀπὶ τῶν παρυφισταμένων, ποτὲ μὲν χωρούντων πρὸς τὸν πυθμένα, ἐνίοτε δ’ αὖ αἰωρουμένων καὶ αὖθις μέχρι αὐ‐ τῆς ἐξικνουμένων ἐπιφανείας, καὶ ποτὲ μὲν λείων μενόν‐ των, αὖθις δὲ σκεδαννυμένων, καὶ νῦν μὲν λευκῶν, αὖθις δὲ εἰς ἕτερα μεταπιπτόντων χρώματα, καὶ ποτὲ μὲν ἐς</w:t>
      </w:r>
    </w:p>
    <w:p>
      <w:r>
        <w:rPr>
          <w:rFonts w:ascii="Courier New" w:hAnsi="Courier New"/>
          <w:color w:val="555555"/>
          <w:sz w:val="20"/>
        </w:rPr>
        <w:t>[10]</w:t>
      </w:r>
    </w:p>
    <w:p>
      <w:r>
        <w:rPr>
          <w:rFonts w:ascii="Gentium Plus" w:hAnsi="Gentium Plus"/>
          <w:sz w:val="24"/>
        </w:rPr>
        <w:t>λεπτότητα μεταβεβλημένων ἐκ παχύτητος, ποτὲ δ’ αὖ ἐκ λεπτότητος εἰς παχύτητα, καὶ ποτὲ μὲν ἄνωθεν κάτω τὰ παρυφιστάμενα χωροῦσι οὔροις, ποτὲ δ’ αὖ ἄνω κάτωθεν μετὰ διαφόρων δηλονότι τῶν τε χρωμάτων καὶ συστάσεων.</w:t>
      </w:r>
    </w:p>
    <w:p>
      <w:r>
        <w:rPr>
          <w:rFonts w:ascii="Courier New" w:hAnsi="Courier New"/>
          <w:color w:val="555555"/>
          <w:sz w:val="20"/>
        </w:rPr>
        <w:t>[1 . 21 . 9]</w:t>
      </w:r>
    </w:p>
    <w:p>
      <w:r>
        <w:rPr>
          <w:rFonts w:ascii="Gentium Plus" w:hAnsi="Gentium Plus"/>
          <w:sz w:val="24"/>
        </w:rPr>
        <w:t>Καὶ πολλὰς ἂν μάθοις κἀπὶ τούτων τἀς ἀνωμαλίας ἐζητακὼς τὸν λόγον. ἡμῖν γὰρ ἀπόχρη τὰ ῥηθέντα, ὑφαι‐ ρουμένης τῆς σπουδῆς τὴν πλείω τῶν λόγων παράτασιν.</w:t>
      </w:r>
    </w:p>
    <w:p>
      <w:r>
        <w:rPr>
          <w:rFonts w:ascii="Courier New" w:hAnsi="Courier New"/>
          <w:color w:val="555555"/>
          <w:sz w:val="20"/>
        </w:rPr>
        <w:t>[1 . 21 . 10]</w:t>
      </w:r>
    </w:p>
    <w:p>
      <w:r>
        <w:rPr>
          <w:rFonts w:ascii="Gentium Plus" w:hAnsi="Gentium Plus"/>
          <w:sz w:val="24"/>
        </w:rPr>
        <w:t>Ἐπεὶ τοίνυν οὐδ’ ἡμῖν καθέστηκε ῥᾴδιον, τὰ καθ’ ἕκαστα τῶν οὔρων συντιθέναι τῷ τε μακροὺς ἀποτιννύειν [φεύγειν] ἐθέλειν λόγους, καὶ τῷ ἐξεῖναι τῷ περί τὰ τοι‐ αῦτα ὀφθησομένῳ σπουδαίῳ ἐκ τῶν ῥηθέντων καὶ τὰ λεί‐</w:t>
      </w:r>
    </w:p>
    <w:p>
      <w:r>
        <w:rPr>
          <w:rFonts w:ascii="Courier New" w:hAnsi="Courier New"/>
          <w:color w:val="555555"/>
          <w:sz w:val="20"/>
        </w:rPr>
        <w:t>[5]</w:t>
      </w:r>
    </w:p>
    <w:p>
      <w:r>
        <w:rPr>
          <w:rFonts w:ascii="Gentium Plus" w:hAnsi="Gentium Plus"/>
          <w:sz w:val="24"/>
        </w:rPr>
        <w:t>ποντα συλλογίσασθαι.</w:t>
      </w:r>
    </w:p>
    <w:p>
      <w:r>
        <w:rPr>
          <w:rFonts w:ascii="Courier New" w:hAnsi="Courier New"/>
          <w:color w:val="555555"/>
          <w:sz w:val="20"/>
        </w:rPr>
        <w:t>[1 . 21 . 11]</w:t>
      </w:r>
    </w:p>
    <w:p>
      <w:r>
        <w:rPr>
          <w:rFonts w:ascii="Gentium Plus" w:hAnsi="Gentium Plus"/>
          <w:sz w:val="24"/>
        </w:rPr>
        <w:t>Ὅ τε λόγος ἀρκοῦν δοκεῖ μῆ‐ κος ἔχειν τοῖς βραχυλογεῖν σπουδάζουσιν, ὥστε ἐνταῦθα μὲν τοῦτον καταπαυστέον ἀρκοῦν ἀπειληφότα μέτρον.</w:t>
      </w:r>
    </w:p>
    <w:p>
      <w:r>
        <w:rPr>
          <w:rFonts w:ascii="Courier New" w:hAnsi="Courier New"/>
          <w:color w:val="555555"/>
          <w:sz w:val="20"/>
        </w:rPr>
        <w:t>[1 . 21 . 12]</w:t>
      </w:r>
    </w:p>
    <w:p>
      <w:r>
        <w:rPr>
          <w:rFonts w:ascii="Gentium Plus" w:hAnsi="Gentium Plus"/>
          <w:sz w:val="24"/>
        </w:rPr>
        <w:t>Ἐπὶ δὲ τὸν περὶ διαγνώσεως οὔρων λόγον μετὰ τοῦτον με‐</w:t>
      </w:r>
    </w:p>
    <w:p>
      <w:pPr>
        <w:jc w:val="center"/>
      </w:pPr>
      <w:r>
        <w:rPr>
          <w:rFonts w:ascii="Gentium Plus" w:hAnsi="Gentium Plus"/>
          <w:b/>
          <w:sz w:val="24"/>
        </w:rPr>
        <w:t>Κεφ. κβʹ. Περὶ τάξεως καὶ ἀταξίας ἑκάστου τούτων.</w:t>
      </w:r>
    </w:p>
    <w:p>
      <w:r>
        <w:rPr>
          <w:rFonts w:ascii="Courier New" w:hAnsi="Courier New"/>
          <w:color w:val="555555"/>
          <w:sz w:val="20"/>
        </w:rPr>
        <w:t>[1 . 22 . 1]</w:t>
      </w:r>
    </w:p>
    <w:p>
      <w:r>
        <w:rPr>
          <w:rFonts w:ascii="Gentium Plus" w:hAnsi="Gentium Plus"/>
          <w:sz w:val="24"/>
        </w:rPr>
        <w:t>Χρεὼν γὰρ τῷ τὰ τῆς τέχνης ὄργια μυουμένῳ πρῶτον μὲν διαφορὰς οὔρων συνιέναι ἔχειν, ἵνα ἀκριβῶς εἴη μεμαθηκώς, ὁποῖά τε καὶ πόσα τοῖς οὔροις ἐπιφαίνε‐ ται χρώματα καὶ μεθ’ οἵων ἐνδέχεται συστάσεων συνανα‐</w:t>
      </w:r>
    </w:p>
    <w:p>
      <w:r>
        <w:rPr>
          <w:rFonts w:ascii="Courier New" w:hAnsi="Courier New"/>
          <w:color w:val="555555"/>
          <w:sz w:val="20"/>
        </w:rPr>
        <w:t>[5]</w:t>
      </w:r>
    </w:p>
    <w:p>
      <w:r>
        <w:rPr>
          <w:rFonts w:ascii="Gentium Plus" w:hAnsi="Gentium Plus"/>
          <w:sz w:val="24"/>
        </w:rPr>
        <w:t>φανῆναι· εἶθ’ οὕτως δὲ καὶ τὰς διαγνώσεις ἐκμανθάνειν ἐπὶ προεγνωσμέναις διαφοραῖς τῶν οὔρων· τοῖς γὰρ οὕ‐ τως διδαχθεῖσι ῥᾳδίως ἂν διαγνωσθείη ὁποῖά τε θεραπευ‐ τέα, καὶ ὁποῖα ἀπαγορευτέα.</w:t>
      </w:r>
    </w:p>
    <w:p>
      <w:r>
        <w:rPr>
          <w:rFonts w:ascii="Courier New" w:hAnsi="Courier New"/>
          <w:color w:val="555555"/>
          <w:sz w:val="20"/>
        </w:rPr>
        <w:t>[1 . 22 . 2]</w:t>
      </w:r>
    </w:p>
    <w:p>
      <w:r>
        <w:rPr>
          <w:rFonts w:ascii="Gentium Plus" w:hAnsi="Gentium Plus"/>
          <w:sz w:val="24"/>
        </w:rPr>
        <w:t>Ἐπὶ τούτῳ δ’ ἔσται καὶ ὁ περὶ αἰτίας οὔρων λόγος διασημαίνων, ἐφ’ ὁποίαις δή τισιν αἰτίαις οἷα δήτινα τῶν οὔρων γίνεσθαι. ἴσως γὰρ ἂν καὶ εἰς πολλὰ λυσιτελήσει ὁ περὶ αἰτίας οὔρων λόγος.</w:t>
      </w:r>
    </w:p>
    <w:p>
      <w:r>
        <w:rPr>
          <w:rFonts w:ascii="Courier New" w:hAnsi="Courier New"/>
          <w:color w:val="555555"/>
          <w:sz w:val="20"/>
        </w:rPr>
        <w:t>[1 . 22 . 3]</w:t>
      </w:r>
    </w:p>
    <w:p>
      <w:r>
        <w:rPr>
          <w:rFonts w:ascii="Gentium Plus" w:hAnsi="Gentium Plus"/>
          <w:sz w:val="24"/>
        </w:rPr>
        <w:t>Ἔσται γε μὴν ἐπὶ τούτῳ τὸ περὶ τῆς ἐκ τῶν οὔρων προγνώσεως βιβλίον, διανοιγούσης ὥσπερ τῆς διαγνώσεως τὰς προγνώσεις.</w:t>
      </w:r>
    </w:p>
    <w:p>
      <w:r>
        <w:rPr>
          <w:rFonts w:ascii="Courier New" w:hAnsi="Courier New"/>
          <w:color w:val="555555"/>
          <w:sz w:val="20"/>
        </w:rPr>
        <w:t>[1 . 22 . 4]</w:t>
      </w:r>
    </w:p>
    <w:p>
      <w:r>
        <w:rPr>
          <w:rFonts w:ascii="Gentium Plus" w:hAnsi="Gentium Plus"/>
          <w:sz w:val="24"/>
        </w:rPr>
        <w:t>Τῷ γὰρ ἀκριβῶς διαγινώσκοντι καὶ τὸ ἀσφαλῶς ἐγγίνεται προγινώσκειν, καὶ τούτων μὲν ἕκα‐ στον, Θεοῦ διδόντος, λελέξεται ἐν ἰδίοις λόγοις, ἡμεῖς δὲ ἐντεῦθεν πέρας ἐπιθέντες τῷ λόγῳ ὥσπερ ἀφ’ ἑτέρας ἀρ‐</w:t>
      </w:r>
    </w:p>
    <w:p>
      <w:r>
        <w:rPr>
          <w:rFonts w:ascii="Courier New" w:hAnsi="Courier New"/>
          <w:color w:val="555555"/>
          <w:sz w:val="20"/>
        </w:rPr>
        <w:t>[5]</w:t>
      </w:r>
    </w:p>
    <w:p>
      <w:r>
        <w:rPr>
          <w:rFonts w:ascii="Gentium Plus" w:hAnsi="Gentium Plus"/>
          <w:sz w:val="24"/>
        </w:rPr>
        <w:t>χῆς τῶν μετὰ τοῦτον λόγων ἁψώμεθα.</w:t>
      </w:r>
    </w:p>
    <w:p>
      <w:pPr>
        <w:jc w:val="center"/>
      </w:pPr>
      <w:r>
        <w:rPr>
          <w:rFonts w:ascii="Gentium Plus" w:hAnsi="Gentium Plus"/>
          <w:b/>
          <w:sz w:val="24"/>
        </w:rPr>
        <w:t>ΙΩΑΝΝΟΥ ΤΟΥ ΑΚΤΟΥΑΡΙΟΥ</w:t>
      </w:r>
    </w:p>
    <w:p>
      <w:pPr>
        <w:jc w:val="center"/>
      </w:pPr>
      <w:r>
        <w:rPr>
          <w:rFonts w:ascii="Gentium Plus" w:hAnsi="Gentium Plus"/>
          <w:b/>
          <w:sz w:val="24"/>
        </w:rPr>
        <w:t>ΛΟΓΟΣ Β.</w:t>
      </w:r>
    </w:p>
    <w:p>
      <w:pPr>
        <w:jc w:val="center"/>
      </w:pPr>
      <w:r>
        <w:rPr>
          <w:rFonts w:ascii="Gentium Plus" w:hAnsi="Gentium Plus"/>
          <w:b/>
          <w:sz w:val="24"/>
        </w:rPr>
        <w:t>ΠΕΡΙ ΔΙΑΓΝΩΣΕΩΣ ΟΥΡΩΝ ΛΟΓΟΣ ΠΡΩΤΟΣ.</w:t>
      </w:r>
    </w:p>
    <w:p>
      <w:pPr>
        <w:jc w:val="center"/>
      </w:pPr>
      <w:r>
        <w:rPr>
          <w:rFonts w:ascii="Gentium Plus" w:hAnsi="Gentium Plus"/>
          <w:b/>
          <w:sz w:val="24"/>
        </w:rPr>
        <w:t>Προοίμιον.</w:t>
      </w:r>
    </w:p>
    <w:p>
      <w:r>
        <w:rPr>
          <w:rFonts w:ascii="Courier New" w:hAnsi="Courier New"/>
          <w:color w:val="555555"/>
          <w:sz w:val="20"/>
        </w:rPr>
        <w:t>[1]</w:t>
      </w:r>
    </w:p>
    <w:p>
      <w:r>
        <w:rPr>
          <w:rFonts w:ascii="Gentium Plus" w:hAnsi="Gentium Plus"/>
          <w:sz w:val="24"/>
        </w:rPr>
        <w:t>Ἐπειδὴ τὸ μανθάνειν ἐθέλειν τὰς ἐκ τῆς τῶν οὔ‐ ρων σημειώσεως τῶν ὁποιωνδήτινων τοῦ σώματος διαθέ‐ σεων διαγνώσεις ἐκ τοῦ πρῶτον εἰδέναι τὰς τῶν οὔρων διαφορὰς ἐγγίνεται, ἔφθημεν δὲ ἡμεῖς ἀνωτέρω περὶ δια‐</w:t>
      </w:r>
    </w:p>
    <w:p>
      <w:r>
        <w:rPr>
          <w:rFonts w:ascii="Courier New" w:hAnsi="Courier New"/>
          <w:color w:val="555555"/>
          <w:sz w:val="20"/>
        </w:rPr>
        <w:t>[5]</w:t>
      </w:r>
    </w:p>
    <w:p>
      <w:r>
        <w:rPr>
          <w:rFonts w:ascii="Gentium Plus" w:hAnsi="Gentium Plus"/>
          <w:sz w:val="24"/>
        </w:rPr>
        <w:t>φορᾶς οὔρων λόγον ἐκθέμενοι, καὶ πᾶν αὐτῷ περάναντες τῆς μεθόδου, λείποιτ’ ἂν ἴσως ἤδη φάναι περὶ διαγνώ‐ σεως οὔρων, ὃ δὴ καὶ λυσιτελέστατον τῇ τέχνῃ κατέστη‐ κεν.</w:t>
      </w:r>
    </w:p>
    <w:p>
      <w:r>
        <w:rPr>
          <w:rFonts w:ascii="Courier New" w:hAnsi="Courier New"/>
          <w:color w:val="555555"/>
          <w:sz w:val="20"/>
        </w:rPr>
        <w:t>[2 proem 2]</w:t>
      </w:r>
    </w:p>
    <w:p>
      <w:r>
        <w:rPr>
          <w:rFonts w:ascii="Gentium Plus" w:hAnsi="Gentium Plus"/>
          <w:sz w:val="24"/>
        </w:rPr>
        <w:t>Εἰ γὰρ μὴ ῥᾳδίως ἔχοι νοῦν ἔχων ἰατρὸς διαιτᾶν [ἢ] φαρμακεύειν, ἄλλο τι θεραπευτικὸν προσάγειν τοῖς καθοτιοῦν κάμνουσι σώμασιν, εἰ μὴ αὐτίκα διαγνοίη, ὁποῖον δή τι τὸ κατέχον πάθος εἴη τυγχάνον, πάνυ ἂν</w:t>
      </w:r>
    </w:p>
    <w:p>
      <w:r>
        <w:rPr>
          <w:rFonts w:ascii="Courier New" w:hAnsi="Courier New"/>
          <w:color w:val="555555"/>
          <w:sz w:val="20"/>
        </w:rPr>
        <w:t>[5]</w:t>
      </w:r>
    </w:p>
    <w:p>
      <w:r>
        <w:rPr>
          <w:rFonts w:ascii="Gentium Plus" w:hAnsi="Gentium Plus"/>
          <w:sz w:val="24"/>
        </w:rPr>
        <w:t>οἶμαι λυσιτελήσειν τούτῳ τὰς ὁποιασδήτινας μεθόδους τῶν διαγνώσεων ἐξευρημένας τῇ τέχνῃ.</w:t>
      </w:r>
    </w:p>
    <w:p>
      <w:r>
        <w:rPr>
          <w:rFonts w:ascii="Courier New" w:hAnsi="Courier New"/>
          <w:color w:val="555555"/>
          <w:sz w:val="20"/>
        </w:rPr>
        <w:t>[2 proem 3]</w:t>
      </w:r>
    </w:p>
    <w:p>
      <w:r>
        <w:rPr>
          <w:rFonts w:ascii="Gentium Plus" w:hAnsi="Gentium Plus"/>
          <w:sz w:val="24"/>
        </w:rPr>
        <w:t>Ἄλλαι μὲν οὖν μέθοδοι τῶν διαγνώσεων ἄλλοις μᾶλλον ἀρκοῦσι πά‐ θεσι, κοινὴ δ’ ὥσπερ καὶ διὰ πάντων μικροῦ δεῖν διαπε‐ φοίτηκεν ἡ ἐκ τῶν οὔρων διάγνωσις.</w:t>
      </w:r>
    </w:p>
    <w:p>
      <w:r>
        <w:rPr>
          <w:rFonts w:ascii="Courier New" w:hAnsi="Courier New"/>
          <w:color w:val="555555"/>
          <w:sz w:val="20"/>
        </w:rPr>
        <w:t>[2 proem 4]</w:t>
      </w:r>
    </w:p>
    <w:p>
      <w:r>
        <w:rPr>
          <w:rFonts w:ascii="Gentium Plus" w:hAnsi="Gentium Plus"/>
          <w:sz w:val="24"/>
        </w:rPr>
        <w:t>Ἐπικαίρως μὲν γὰρ ἂν φαίη, ὅσα περί τε κατὰ τὰς πρώτας φλέβας πέψεις ἐπισυμβέβηκε καὶ ἀπεψίας καὶ ὅσα περὶ τὴν τρι‐ την πέψιν, καὶ προσέτι ὅσα περί τε τοὺς νεφροὺς καὶ</w:t>
      </w:r>
    </w:p>
    <w:p>
      <w:r>
        <w:rPr>
          <w:rFonts w:ascii="Courier New" w:hAnsi="Courier New"/>
          <w:color w:val="555555"/>
          <w:sz w:val="20"/>
        </w:rPr>
        <w:t>[5]</w:t>
      </w:r>
    </w:p>
    <w:p>
      <w:r>
        <w:rPr>
          <w:rFonts w:ascii="Gentium Plus" w:hAnsi="Gentium Plus"/>
          <w:sz w:val="24"/>
        </w:rPr>
        <w:t>κύστιν καὶ τὰ οὐρητικὰ ἀγγεῖα, ἐπὶ τούτοις δ’ αὖ ἐρεῖ αὐξήσεις τε χυμῶν καὶ μειώσεις, ἐμφράξεις τε καιρίων πόρων καὶ ὅσα ἐπὶ τούτοις γίνεται, περὶ ὧν ἂν εἴη φάναι τοῦ λόγου προϊόντος.</w:t>
      </w:r>
    </w:p>
    <w:p>
      <w:r>
        <w:rPr>
          <w:rFonts w:ascii="Courier New" w:hAnsi="Courier New"/>
          <w:color w:val="555555"/>
          <w:sz w:val="20"/>
        </w:rPr>
        <w:t>[2 proem 5]</w:t>
      </w:r>
    </w:p>
    <w:p>
      <w:r>
        <w:rPr>
          <w:rFonts w:ascii="Gentium Plus" w:hAnsi="Gentium Plus"/>
          <w:sz w:val="24"/>
        </w:rPr>
        <w:t>Ἀλλὰ δὴ πρῶτον μὲν ὡδὶ ζη‐ τέον περὶ ἀμίδος τε καὶ τόπου καὶ χρόνου καθ’ ὃν προσ‐ ήκει τὰς τῶν οὔρων ἐπισκέψεις ποιεῖσθαι· εἶθ’ οὕτως τῶν οἰκειοτέρων ἔχεσθαι λόγων.</w:t>
      </w:r>
    </w:p>
    <w:p>
      <w:pPr>
        <w:jc w:val="center"/>
      </w:pPr>
      <w:r>
        <w:rPr>
          <w:rFonts w:ascii="Gentium Plus" w:hAnsi="Gentium Plus"/>
          <w:b/>
          <w:sz w:val="24"/>
        </w:rPr>
        <w:t>Κεφ. αʹ. Περὶ διαφορᾶς, ἐν ᾧ καὶ περὶ τῆς μάλιστα ἐπιτηδείου.</w:t>
      </w:r>
    </w:p>
    <w:p>
      <w:r>
        <w:rPr>
          <w:rFonts w:ascii="Courier New" w:hAnsi="Courier New"/>
          <w:color w:val="555555"/>
          <w:sz w:val="20"/>
        </w:rPr>
        <w:t>[2 . 1 . 1]</w:t>
      </w:r>
    </w:p>
    <w:p>
      <w:r>
        <w:rPr>
          <w:rFonts w:ascii="Gentium Plus" w:hAnsi="Gentium Plus"/>
          <w:sz w:val="24"/>
        </w:rPr>
        <w:t>Αἱ τοίνυν ἀμίδες ἔστωσαν ἐκ λευκῆς μὲν πάνυ καὶ λεπτῆς ὑέλου κατεσκευασμέναι, ἵνα ἀκριβῶς τὰ χρώ‐ ματα διαφαίνηται.</w:t>
      </w:r>
    </w:p>
    <w:p>
      <w:r>
        <w:rPr>
          <w:rFonts w:ascii="Courier New" w:hAnsi="Courier New"/>
          <w:color w:val="555555"/>
          <w:sz w:val="20"/>
        </w:rPr>
        <w:t>[2 . 1 . 2]</w:t>
      </w:r>
    </w:p>
    <w:p>
      <w:r>
        <w:rPr>
          <w:rFonts w:ascii="Gentium Plus" w:hAnsi="Gentium Plus"/>
          <w:sz w:val="24"/>
        </w:rPr>
        <w:t>Ἐνίαι γὰρ ὑποχλωρίζουσαι, κἀν‐ τεῦθεν μὴ ἀκριβῶς διαφανεῖς τυγχάνουσαι—τῷ γὰρ λευκῷ τοῦ χρώματος ἡ διαφάνεια ἕπεται—ἀφαιροῦνταί τι τοῦ χρώματος ἴσως καὶ τῆς συστάσεως.</w:t>
      </w:r>
    </w:p>
    <w:p>
      <w:r>
        <w:rPr>
          <w:rFonts w:ascii="Courier New" w:hAnsi="Courier New"/>
          <w:color w:val="555555"/>
          <w:sz w:val="20"/>
        </w:rPr>
        <w:t>[2 . 1 . 3]</w:t>
      </w:r>
    </w:p>
    <w:p>
      <w:r>
        <w:rPr>
          <w:rFonts w:ascii="Gentium Plus" w:hAnsi="Gentium Plus"/>
          <w:sz w:val="24"/>
        </w:rPr>
        <w:t>Ἀλλ’ οὐδ’ ἀκριβῶς ὁρᾶται ταύταις τὰ παρυφιστάμενα, ὥστ’ ἐκεῖνα μᾶλλον προτρέπειν ἔχειν δεῖν.</w:t>
      </w:r>
    </w:p>
    <w:p>
      <w:r>
        <w:rPr>
          <w:rFonts w:ascii="Courier New" w:hAnsi="Courier New"/>
          <w:color w:val="555555"/>
          <w:sz w:val="20"/>
        </w:rPr>
        <w:t>[2 . 1 . 4]</w:t>
      </w:r>
    </w:p>
    <w:p>
      <w:r>
        <w:rPr>
          <w:rFonts w:ascii="Gentium Plus" w:hAnsi="Gentium Plus"/>
          <w:sz w:val="24"/>
        </w:rPr>
        <w:t>Τὰ δὲ σχήματα αὐτῶν ὄντα διάφορα τάχ’ ἄν τι καὶ λυμάνειεν τῆς ἐπ’ αὐτοῖς διαγνώσεως.</w:t>
      </w:r>
    </w:p>
    <w:p>
      <w:r>
        <w:rPr>
          <w:rFonts w:ascii="Courier New" w:hAnsi="Courier New"/>
          <w:color w:val="555555"/>
          <w:sz w:val="20"/>
        </w:rPr>
        <w:t>[2 . 1 . 5]</w:t>
      </w:r>
    </w:p>
    <w:p>
      <w:r>
        <w:rPr>
          <w:rFonts w:ascii="Gentium Plus" w:hAnsi="Gentium Plus"/>
          <w:sz w:val="24"/>
        </w:rPr>
        <w:t>Ἐπί τε γὰρ ταῖς πάνυ εὐρείαις, καὶ μά‐ λιστα εἰ τύχῃ πάνυ μέτριον ὂν τὸ οὖρον καὶ διαδοθὲν ἐπὶ τὸ πλάτος μόνον, βραχύ τι ἐφαψάμενον τοῦ κατὰ μῆκος διαστήματος, οὐκ ἔσται γνῶναι τὰ παρυφιστάμενα,</w:t>
      </w:r>
    </w:p>
    <w:p>
      <w:r>
        <w:rPr>
          <w:rFonts w:ascii="Courier New" w:hAnsi="Courier New"/>
          <w:color w:val="555555"/>
          <w:sz w:val="20"/>
        </w:rPr>
        <w:t>[5]</w:t>
      </w:r>
    </w:p>
    <w:p>
      <w:r>
        <w:rPr>
          <w:rFonts w:ascii="Gentium Plus" w:hAnsi="Gentium Plus"/>
          <w:sz w:val="24"/>
        </w:rPr>
        <w:t>ὁποῖον τόπον εἴληχε τοῦ κατὰ βάθος διαστήματος, τοῦ οὔρου βραχέος πεφυκότος.</w:t>
      </w:r>
    </w:p>
    <w:p>
      <w:r>
        <w:rPr>
          <w:rFonts w:ascii="Courier New" w:hAnsi="Courier New"/>
          <w:color w:val="555555"/>
          <w:sz w:val="20"/>
        </w:rPr>
        <w:t>[2 . 1 . 6]</w:t>
      </w:r>
    </w:p>
    <w:p>
      <w:r>
        <w:rPr>
          <w:rFonts w:ascii="Gentium Plus" w:hAnsi="Gentium Plus"/>
          <w:sz w:val="24"/>
        </w:rPr>
        <w:t>Ταῖς τε ἀνωμάλοις ἀμίδε‐ σιν οἷα δὴ καὶ νῦν κατασκευάζονται ἐπιμήκεσι πάνυ οὔ‐</w:t>
      </w:r>
    </w:p>
    <w:p>
      <w:r>
        <w:rPr>
          <w:rFonts w:ascii="Courier New" w:hAnsi="Courier New"/>
          <w:color w:val="555555"/>
          <w:sz w:val="20"/>
        </w:rPr>
        <w:t>[5]</w:t>
      </w:r>
    </w:p>
    <w:p>
      <w:r>
        <w:rPr>
          <w:rFonts w:ascii="Gentium Plus" w:hAnsi="Gentium Plus"/>
          <w:sz w:val="24"/>
        </w:rPr>
        <w:t>αὐτὸν δ’ ἐχούσαις τὸν πυθμένα ἐξέχοντα μέν, πάνυ δ’ ἐπισυνηγμένου, εἰς μὲν τὸ διακινῆσαι, εἴ που δέοι, τὰ οὖρα, καὶ πλείω δὲ εἴπερ εἴη ὅλα δέξασθαι—πολύχωρα γὰρ τὰ ἀγγεῖα—χρήσιμοι ἂν ἴσως εἶεν.</w:t>
      </w:r>
    </w:p>
    <w:p>
      <w:r>
        <w:rPr>
          <w:rFonts w:ascii="Courier New" w:hAnsi="Courier New"/>
          <w:color w:val="555555"/>
          <w:sz w:val="20"/>
        </w:rPr>
        <w:t>[2 . 1 . 7]</w:t>
      </w:r>
    </w:p>
    <w:p>
      <w:r>
        <w:rPr>
          <w:rFonts w:ascii="Gentium Plus" w:hAnsi="Gentium Plus"/>
          <w:sz w:val="24"/>
        </w:rPr>
        <w:t>Εἰς δ’ ἐπι‐ τηδειότητα ἐπιτηρήσεως οὔρων ἧττον ἂν λυσιτελεῖν τῶν λοιπῶν τῶν ἀμίδων, αἳ δὴ κατὰ τὸ σχῆμα τοῖς ὑελίνοις τούτοις ἐκπώμασιν ἐοίκασιν, οἷς δῆτα χρώμεθα οἱ πίνον‐</w:t>
      </w:r>
    </w:p>
    <w:p>
      <w:r>
        <w:rPr>
          <w:rFonts w:ascii="Courier New" w:hAnsi="Courier New"/>
          <w:color w:val="555555"/>
          <w:sz w:val="20"/>
        </w:rPr>
        <w:t>[5]</w:t>
      </w:r>
    </w:p>
    <w:p>
      <w:r>
        <w:rPr>
          <w:rFonts w:ascii="Gentium Plus" w:hAnsi="Gentium Plus"/>
          <w:sz w:val="24"/>
        </w:rPr>
        <w:t>τες, ὥστε, εἰ δέοι καὶ τὰ μάλιστα λυσιτελοῦντα σχήματα τῶν ἀμίδων μανθάνειν, τὰ τοιαῦτα μᾶλλον ἂν δόξειε λυ‐ σιτελέστατα.</w:t>
      </w:r>
    </w:p>
    <w:p>
      <w:r>
        <w:rPr>
          <w:rFonts w:ascii="Courier New" w:hAnsi="Courier New"/>
          <w:color w:val="555555"/>
          <w:sz w:val="20"/>
        </w:rPr>
        <w:t>[2 . 1 . 8]</w:t>
      </w:r>
    </w:p>
    <w:p>
      <w:r>
        <w:rPr>
          <w:rFonts w:ascii="Gentium Plus" w:hAnsi="Gentium Plus"/>
          <w:sz w:val="24"/>
        </w:rPr>
        <w:t>Δεῖ γε μὴν τὰς ἀμίδας ταύτας μήτε ζώ‐ ναις περιδεῖν ἐξ ὑέλου ὡς ἐπιπροσθούσαις, ὥστε τοὺς πυθ‐ μένας αὐτῶν ἐπὶ πολὺ κεκτῆσθαι εἰσέχοντας, ἀλλ’ ὡς οἷόν τε ἁπλοῦς καὶ λείους.</w:t>
      </w:r>
    </w:p>
    <w:p>
      <w:r>
        <w:rPr>
          <w:rFonts w:ascii="Courier New" w:hAnsi="Courier New"/>
          <w:color w:val="555555"/>
          <w:sz w:val="20"/>
        </w:rPr>
        <w:t>[2 . 1 . 9]</w:t>
      </w:r>
    </w:p>
    <w:p>
      <w:r>
        <w:rPr>
          <w:rFonts w:ascii="Gentium Plus" w:hAnsi="Gentium Plus"/>
          <w:sz w:val="24"/>
        </w:rPr>
        <w:t>Ἄν τι δὲ καὶ βραχὺ μείζους εἶεν τῶν συνήθων τούτων ἐκπωμάτων, ἵνα καὶ τὰ ποσὰ τῶν οὔρων ὁλοκλήρως δέχωνται, ἀποδεκτέα ἂν εἴη.</w:t>
      </w:r>
    </w:p>
    <w:p>
      <w:r>
        <w:rPr>
          <w:rFonts w:ascii="Courier New" w:hAnsi="Courier New"/>
          <w:color w:val="555555"/>
          <w:sz w:val="20"/>
        </w:rPr>
        <w:t>[2 . 1 . 10]</w:t>
      </w:r>
    </w:p>
    <w:p>
      <w:r>
        <w:rPr>
          <w:rFonts w:ascii="Gentium Plus" w:hAnsi="Gentium Plus"/>
          <w:sz w:val="24"/>
        </w:rPr>
        <w:t>Ἀλλ’ ὁ μὲν περὶ σχήματος τῆς ἀμίδος λόγος τοιοῦτος· περὶ δὲ τῆς τῶν οὔρων ἐπισκέψεως οὕτω πως λέγωμεν.</w:t>
      </w:r>
    </w:p>
    <w:p>
      <w:pPr>
        <w:jc w:val="center"/>
      </w:pPr>
      <w:r>
        <w:rPr>
          <w:rFonts w:ascii="Gentium Plus" w:hAnsi="Gentium Plus"/>
          <w:b/>
          <w:sz w:val="24"/>
        </w:rPr>
        <w:t>Κεφ. βʹ. Περὶ ἁρμόζοντος τόπου, ἐν ᾧ δεῖ τὰς τῶν οὔρων ἐπισκέψεις ποιεῖσθαι.</w:t>
      </w:r>
    </w:p>
    <w:p>
      <w:r>
        <w:rPr>
          <w:rFonts w:ascii="Courier New" w:hAnsi="Courier New"/>
          <w:color w:val="555555"/>
          <w:sz w:val="20"/>
        </w:rPr>
        <w:t>[2 . 2 . 1]</w:t>
      </w:r>
    </w:p>
    <w:p>
      <w:r>
        <w:rPr>
          <w:rFonts w:ascii="Gentium Plus" w:hAnsi="Gentium Plus"/>
          <w:sz w:val="24"/>
        </w:rPr>
        <w:t>Ἐπειδὴ οἵ τε σκιαυγεῖς πάνυ τῶν τόπων ἀφαι‐ ροῦνταί τι τοῦ χρώματος πρὸς τὸ ζοφῶδες τοῦτο μετατι‐ θέμενοι, οἵ τε πάνυ διαυγεῖς καὶ ἡλιώδεις τῇ πολλῇ δια‐ φανείᾳ πραΰτερα πολλῷ τὰ χρώματα ποιοῦσι φαίνεσθαι,</w:t>
      </w:r>
    </w:p>
    <w:p>
      <w:r>
        <w:rPr>
          <w:rFonts w:ascii="Courier New" w:hAnsi="Courier New"/>
          <w:color w:val="555555"/>
          <w:sz w:val="20"/>
        </w:rPr>
        <w:t>[5]</w:t>
      </w:r>
    </w:p>
    <w:p>
      <w:r>
        <w:rPr>
          <w:rFonts w:ascii="Gentium Plus" w:hAnsi="Gentium Plus"/>
          <w:sz w:val="24"/>
        </w:rPr>
        <w:t>δεῖ πάντως δὴ καὶ τοῦτο παρατηρεῖσθαι καὶ τὰς ἐξ ἀμ‐ φοτέρων τῶν τόπων ἐπιπροσθήσεις ἐπὶ τὰς ἀριβεῖς τῶν οὔρων ἐπισκέψεις, ἀφαιρουμένης τῆς ὀντότητος τῶν χρω‐ μάτων, πειρᾶσθαι φεύγειν καὶ τὸν μέσον τούτων τόπον ἐπιζητεῖν, ὡς μηδέν τι τῶν χρωμάτων ἀδικοῦντα.</w:t>
      </w:r>
    </w:p>
    <w:p>
      <w:r>
        <w:rPr>
          <w:rFonts w:ascii="Courier New" w:hAnsi="Courier New"/>
          <w:color w:val="555555"/>
          <w:sz w:val="20"/>
        </w:rPr>
        <w:t>[2 . 2 . 2]</w:t>
      </w:r>
    </w:p>
    <w:p>
      <w:r>
        <w:rPr>
          <w:rFonts w:ascii="Gentium Plus" w:hAnsi="Gentium Plus"/>
          <w:sz w:val="24"/>
        </w:rPr>
        <w:t>Κἂν μὲν οὖν διαφαίνηται σαφῶς τὰ παρυφιστάμενα, ἀρκεῖσθαι δεῖ· εἰ δέ πη πάνυ εἴη ἀμυδρὰ καὶ οὐκέτι δῆλα, τότε δὴ τότε καὶ πρὸς τὸν ἥλιον αὐτὸν προάγειν τὰ οὖρα, ὡς</w:t>
      </w:r>
    </w:p>
    <w:p>
      <w:r>
        <w:rPr>
          <w:rFonts w:ascii="Courier New" w:hAnsi="Courier New"/>
          <w:color w:val="555555"/>
          <w:sz w:val="20"/>
        </w:rPr>
        <w:t>[5]</w:t>
      </w:r>
    </w:p>
    <w:p>
      <w:r>
        <w:rPr>
          <w:rFonts w:ascii="Gentium Plus" w:hAnsi="Gentium Plus"/>
          <w:sz w:val="24"/>
        </w:rPr>
        <w:t>διαφανῆ καὶ τὰ λανθάνοντα ἐν ὑπαύγῳ τόπῳ· ἐκεῖνο δὲ τῶν προσφυεστάτων ἂν δόξειεν, εἰ τῷ λόγῳ προσδιο‐</w:t>
      </w:r>
    </w:p>
    <w:p>
      <w:pPr>
        <w:jc w:val="center"/>
      </w:pPr>
      <w:r>
        <w:rPr>
          <w:rFonts w:ascii="Gentium Plus" w:hAnsi="Gentium Plus"/>
          <w:b/>
          <w:sz w:val="24"/>
        </w:rPr>
        <w:t>Κεφ. γʹ. Περὶ χρόνου, καθ’ ὃν οἰκειότερον τὰ οὖρα ἐπισκέπτεσθαι.</w:t>
      </w:r>
    </w:p>
    <w:p>
      <w:r>
        <w:rPr>
          <w:rFonts w:ascii="Courier New" w:hAnsi="Courier New"/>
          <w:color w:val="555555"/>
          <w:sz w:val="20"/>
        </w:rPr>
        <w:t>[2 . 3 . 1]</w:t>
      </w:r>
    </w:p>
    <w:p>
      <w:r>
        <w:rPr>
          <w:rFonts w:ascii="Gentium Plus" w:hAnsi="Gentium Plus"/>
          <w:sz w:val="24"/>
        </w:rPr>
        <w:t>Τὰ τοίνυν οὖρα ταῖς ἀμίσι διουρηθέντα, ἔτι μὲν ὑπόθερμα τῇ ἁφῇ τυγχάνοντα, τὰ χρώματα μόνον ἀκρι‐ βῶς διδόασιν ἐνορᾶν, παρυφιστάμενα δὲ καὶ συστάσεις καὶ πρὸς τούτοις αἱ πομφόλυγες οὔπω ἀκριβῶς ἐπίδηλα πέ‐</w:t>
      </w:r>
    </w:p>
    <w:p>
      <w:r>
        <w:rPr>
          <w:rFonts w:ascii="Courier New" w:hAnsi="Courier New"/>
          <w:color w:val="555555"/>
          <w:sz w:val="20"/>
        </w:rPr>
        <w:t>[5]</w:t>
      </w:r>
    </w:p>
    <w:p>
      <w:r>
        <w:rPr>
          <w:rFonts w:ascii="Gentium Plus" w:hAnsi="Gentium Plus"/>
          <w:sz w:val="24"/>
        </w:rPr>
        <w:t>φυκε.</w:t>
      </w:r>
    </w:p>
    <w:p>
      <w:r>
        <w:rPr>
          <w:rFonts w:ascii="Courier New" w:hAnsi="Courier New"/>
          <w:color w:val="555555"/>
          <w:sz w:val="20"/>
        </w:rPr>
        <w:t>[2 . 3 . 2]</w:t>
      </w:r>
    </w:p>
    <w:p>
      <w:r>
        <w:rPr>
          <w:rFonts w:ascii="Gentium Plus" w:hAnsi="Gentium Plus"/>
          <w:sz w:val="24"/>
        </w:rPr>
        <w:t>Τῶν γὰρ πομφολύγων αἱ μὲν τῷ διαπνεομένῳ συνδιαρρέουσι θερμῷ, αἱ δ’ αὖ συμπαραμένουσιν ἀποψυχ‐ θέντι τῷ οὔρῳ ἤτοι πᾶσαι, ἢ ἔνιαι.</w:t>
      </w:r>
    </w:p>
    <w:p>
      <w:r>
        <w:rPr>
          <w:rFonts w:ascii="Courier New" w:hAnsi="Courier New"/>
          <w:color w:val="555555"/>
          <w:sz w:val="20"/>
        </w:rPr>
        <w:t>[2 . 3 . 3]</w:t>
      </w:r>
    </w:p>
    <w:p>
      <w:r>
        <w:rPr>
          <w:rFonts w:ascii="Gentium Plus" w:hAnsi="Gentium Plus"/>
          <w:sz w:val="24"/>
        </w:rPr>
        <w:t>Τὰ δὲ παρυφι‐ στάμενα τὴν ἀρχὴν οὐ ῥᾳδίως φαίνεται, ἐπειδὰν δ’ ἤδη τὰ οὖρα ψύχηται, καὶ αὐτὰ δὴ συνεπιφαίνεται, καί πως τὴν ἀρχὴν ἐπινέφελα πεφυκότα, τῆς ὥρας ἐπιμετρουμέ‐</w:t>
      </w:r>
    </w:p>
    <w:p>
      <w:r>
        <w:rPr>
          <w:rFonts w:ascii="Courier New" w:hAnsi="Courier New"/>
          <w:color w:val="555555"/>
          <w:sz w:val="20"/>
        </w:rPr>
        <w:t>[5]</w:t>
      </w:r>
    </w:p>
    <w:p>
      <w:r>
        <w:rPr>
          <w:rFonts w:ascii="Gentium Plus" w:hAnsi="Gentium Plus"/>
          <w:sz w:val="24"/>
        </w:rPr>
        <w:t>νης, ἤτοι αὐτόθι ἔτι μένει, ἢ περὶ τὸ μέσον προϊόντα γένηται τῆς ἀμίδος, ὥσπερ δῆτ’ ἄλλοτε πρὸς αὐτὸν γοῦν τὸν πυθμένα χωρεῖ.</w:t>
      </w:r>
    </w:p>
    <w:p>
      <w:r>
        <w:rPr>
          <w:rFonts w:ascii="Courier New" w:hAnsi="Courier New"/>
          <w:color w:val="555555"/>
          <w:sz w:val="20"/>
        </w:rPr>
        <w:t>[2 . 3 . 4]</w:t>
      </w:r>
    </w:p>
    <w:p>
      <w:r>
        <w:rPr>
          <w:rFonts w:ascii="Gentium Plus" w:hAnsi="Gentium Plus"/>
          <w:sz w:val="24"/>
        </w:rPr>
        <w:t>Αἱ δὲ δὴ συστάσεις, ὅσαι μὲν ὑπὸ τὴν σύμμετρον πεφύκασιν, αὐτοῖς τοῖς χρώμασι συν‐ αναφαίνονται· ὅσαι δὲ ὑπὸ τὴν παχείαν μετὰ τὴν κατά‐ στασιν τῶν παρυφισταμένων δείκνυνται, ἔτι δὲ σχολαίτε‐</w:t>
      </w:r>
    </w:p>
    <w:p>
      <w:r>
        <w:rPr>
          <w:rFonts w:ascii="Courier New" w:hAnsi="Courier New"/>
          <w:color w:val="555555"/>
          <w:sz w:val="20"/>
        </w:rPr>
        <w:t>[5]</w:t>
      </w:r>
    </w:p>
    <w:p>
      <w:r>
        <w:rPr>
          <w:rFonts w:ascii="Gentium Plus" w:hAnsi="Gentium Plus"/>
          <w:sz w:val="24"/>
        </w:rPr>
        <w:t>ρον, ὅσαι τούτων αὖθις καθίστανται· ταῦτά τοι μὴ πρωϊ‐ αίτερον τοῦ διεψύχθαι ἀκριβῶς τὰ οὖρα προσήκει σκέπτεσθαι, ἢ μὴν πολλοῦ γε διαπέσοις ἂν τῆς ἀκριβοῦς, ὡς εἴρηται, διαγνώσεως, ἀλλ’ οὐδὲ διακινηθῆναι δεῖ ταῦτα σφοδρότερον πρὶν ἤ σε ἐπισκέψασθαι, ἵνα μὴ πολλὰ τῶν</w:t>
      </w:r>
    </w:p>
    <w:p>
      <w:r>
        <w:rPr>
          <w:rFonts w:ascii="Courier New" w:hAnsi="Courier New"/>
          <w:color w:val="555555"/>
          <w:sz w:val="20"/>
        </w:rPr>
        <w:t>[10]</w:t>
      </w:r>
    </w:p>
    <w:p>
      <w:r>
        <w:rPr>
          <w:rFonts w:ascii="Gentium Plus" w:hAnsi="Gentium Plus"/>
          <w:sz w:val="24"/>
        </w:rPr>
        <w:t>ὄντων μετατεθείη· αἵ τε γὰρ πομφόλυγες διαρρήγνυνταί τε καὶ μετατίθενται καὶ τὰ παρυφιστάμενα κλονούμενα τῇ βίᾳ φεύγει τοὺς σφῶν αὐτῶν τόπους, ὥσπερ καὶ, κατα‐ στάντων ἤδη τῶν παχέων, αὖθις τῇ συγκινήσει συγχεῖται οἷον ἡ γεγονυῖα κατάστασις.</w:t>
      </w:r>
    </w:p>
    <w:p>
      <w:r>
        <w:rPr>
          <w:rFonts w:ascii="Courier New" w:hAnsi="Courier New"/>
          <w:color w:val="555555"/>
          <w:sz w:val="20"/>
        </w:rPr>
        <w:t>[2 . 3 . 5]</w:t>
      </w:r>
    </w:p>
    <w:p>
      <w:r>
        <w:rPr>
          <w:rFonts w:ascii="Gentium Plus" w:hAnsi="Gentium Plus"/>
          <w:sz w:val="24"/>
        </w:rPr>
        <w:t>Καὶ τοιαῦτα μὲν δεῖ περὶ τοῦ χρόνου, καθ’ ὃν χρεὼν τὰς ἀκριβεῖς τῶν οὔρων ἐπι‐ σκέψεις ποιεῖσθαι, συνιέναι τὸν ἀκριβῆ τῆς τέχνης συνί‐ στορα. καὶ ταῦτα μὲν ῥηθέντα τάχ’ ἂν εἰκότως δόξαιεν</w:t>
      </w:r>
    </w:p>
    <w:p>
      <w:r>
        <w:rPr>
          <w:rFonts w:ascii="Courier New" w:hAnsi="Courier New"/>
          <w:color w:val="555555"/>
          <w:sz w:val="20"/>
        </w:rPr>
        <w:t>[5]</w:t>
      </w:r>
    </w:p>
    <w:p>
      <w:r>
        <w:rPr>
          <w:rFonts w:ascii="Gentium Plus" w:hAnsi="Gentium Plus"/>
          <w:sz w:val="24"/>
        </w:rPr>
        <w:t>λελέχθαι.</w:t>
      </w:r>
    </w:p>
    <w:p>
      <w:r>
        <w:rPr>
          <w:rFonts w:ascii="Courier New" w:hAnsi="Courier New"/>
          <w:color w:val="555555"/>
          <w:sz w:val="20"/>
        </w:rPr>
        <w:t>[2 . 3 . 6]</w:t>
      </w:r>
    </w:p>
    <w:p>
      <w:r>
        <w:rPr>
          <w:rFonts w:ascii="Gentium Plus" w:hAnsi="Gentium Plus"/>
          <w:sz w:val="24"/>
        </w:rPr>
        <w:t>Νυνὶ δ’ ἂν πάνυ δέον τελοίη, εἰ κατὰ μέ‐ θοδον ἐντεῦθέν ποθεν ἀρξαίμεθα τῶν περὶ διαγνώσεως οὔρων λόγον.</w:t>
      </w:r>
    </w:p>
    <w:p>
      <w:r>
        <w:rPr>
          <w:rFonts w:ascii="Courier New" w:hAnsi="Courier New"/>
          <w:color w:val="555555"/>
          <w:sz w:val="20"/>
        </w:rPr>
        <w:t>[2 . 3 . 7]</w:t>
      </w:r>
    </w:p>
    <w:p>
      <w:r>
        <w:rPr>
          <w:rFonts w:ascii="Gentium Plus" w:hAnsi="Gentium Plus"/>
          <w:sz w:val="24"/>
        </w:rPr>
        <w:t>Ἐπεὶ δ’ ὥσπερ ἀπό τινος στάθμης ἢ</w:t>
      </w:r>
    </w:p>
    <w:p>
      <w:r>
        <w:rPr>
          <w:rFonts w:ascii="Courier New" w:hAnsi="Courier New"/>
          <w:color w:val="555555"/>
          <w:sz w:val="20"/>
        </w:rPr>
        <w:t>[5]</w:t>
      </w:r>
    </w:p>
    <w:p>
      <w:r>
        <w:rPr>
          <w:rFonts w:ascii="Gentium Plus" w:hAnsi="Gentium Plus"/>
          <w:sz w:val="24"/>
        </w:rPr>
        <w:t>μέτρως, εἶθ’ οὕτως καὶ περὶ τῶν ἀπεοικότων τῷ συμμέ‐ τρῳ, καθ’ οἷον δήτινα λόγον.</w:t>
      </w:r>
    </w:p>
    <w:p>
      <w:r>
        <w:rPr>
          <w:rFonts w:ascii="Courier New" w:hAnsi="Courier New"/>
          <w:color w:val="555555"/>
          <w:sz w:val="20"/>
        </w:rPr>
        <w:t>[2 . 3 . 8]</w:t>
      </w:r>
    </w:p>
    <w:p>
      <w:r>
        <w:rPr>
          <w:rFonts w:ascii="Gentium Plus" w:hAnsi="Gentium Plus"/>
          <w:sz w:val="24"/>
        </w:rPr>
        <w:t>Ἀλλ’ ἐπειδήπερ οὔτε τοῖς πᾶσιν αἱ αὐταὶ τυγχάνουσι κράσεις καὶ ἡλικίαι, οὔτε ταὐτὰ γυμνάσια καὶ τροφαί, οὔτε μὴν ὧραι καὶ χῶραι αἱ αὐταί, καὶ τἆλλα, ὅσα ἀλλοιοῦν τὸ σῶμα πεφύκασιν, ἀπο‐</w:t>
      </w:r>
    </w:p>
    <w:p>
      <w:r>
        <w:rPr>
          <w:rFonts w:ascii="Courier New" w:hAnsi="Courier New"/>
          <w:color w:val="555555"/>
          <w:sz w:val="20"/>
        </w:rPr>
        <w:t>[5]</w:t>
      </w:r>
    </w:p>
    <w:p>
      <w:r>
        <w:rPr>
          <w:rFonts w:ascii="Gentium Plus" w:hAnsi="Gentium Plus"/>
          <w:sz w:val="24"/>
        </w:rPr>
        <w:t>χρῶσαν οἶμαι λαβεῖν τὸν λόγον τῆς μεθόδου συνθήκην, εἰ καὶ περὶ τούτων φαίην καθ’ ἕκαστον, καὶ ταῦτα μέντ’ ἂν ῥηθείη μετ’ οὐ πολύ, τοῦ πράγματος ἀπαιτήσαντος.</w:t>
      </w:r>
    </w:p>
    <w:p>
      <w:r>
        <w:rPr>
          <w:rFonts w:ascii="Courier New" w:hAnsi="Courier New"/>
          <w:color w:val="555555"/>
          <w:sz w:val="20"/>
        </w:rPr>
        <w:t>[2 . 3 . 9]</w:t>
      </w:r>
    </w:p>
    <w:p>
      <w:r>
        <w:rPr>
          <w:rFonts w:ascii="Gentium Plus" w:hAnsi="Gentium Plus"/>
          <w:sz w:val="24"/>
        </w:rPr>
        <w:t>Νυνὶ δ’ ἂν εἴη προσῆκον, τὸν ἐν πᾶσι κατασκευάσαι σύμμετρον ἄνθρωπον, εἶθ’ οὕτως ἐπιθεῖναι τοῦτο τὸ κατὰ φύσιν οὖρον.</w:t>
      </w:r>
    </w:p>
    <w:p>
      <w:r>
        <w:rPr>
          <w:rFonts w:ascii="Courier New" w:hAnsi="Courier New"/>
          <w:color w:val="555555"/>
          <w:sz w:val="20"/>
        </w:rPr>
        <w:t>[2 . 3 . 10]</w:t>
      </w:r>
    </w:p>
    <w:p>
      <w:r>
        <w:rPr>
          <w:rFonts w:ascii="Gentium Plus" w:hAnsi="Gentium Plus"/>
          <w:sz w:val="24"/>
        </w:rPr>
        <w:t>Τῷ γὰρ εἰδότι, ὁποῖον εἴη τὸ κατὰ φύσιν οὖρον τῷ κατὰ πάντα συμμέτρῳ ἀνθρώπῳ, ὥσπερ ἀπ’ ἐκείνου ἠργμένῳ, ἔσται καὶ τὰς ἐκεῖθεν συνιέναι τρο‐ πάς, ὥστε καὶ τὰς ἐπὶ τούτοις ῥᾳδίως ἀποφαίνεσθαι δια‐</w:t>
      </w:r>
    </w:p>
    <w:p>
      <w:r>
        <w:rPr>
          <w:rFonts w:ascii="Courier New" w:hAnsi="Courier New"/>
          <w:color w:val="555555"/>
          <w:sz w:val="20"/>
        </w:rPr>
        <w:t>[5]</w:t>
      </w:r>
    </w:p>
    <w:p>
      <w:r>
        <w:rPr>
          <w:rFonts w:ascii="Gentium Plus" w:hAnsi="Gentium Plus"/>
          <w:sz w:val="24"/>
        </w:rPr>
        <w:t>γνώσεις, καθὼς ἂν ὁ λόγος προβαίνων ἐξείπῃ σαφέστατα.</w:t>
      </w:r>
    </w:p>
    <w:p>
      <w:r>
        <w:rPr>
          <w:rFonts w:ascii="Courier New" w:hAnsi="Courier New"/>
          <w:color w:val="555555"/>
          <w:sz w:val="20"/>
        </w:rPr>
        <w:t>[2 . 3 . 11]</w:t>
      </w:r>
    </w:p>
    <w:p>
      <w:r>
        <w:rPr>
          <w:rFonts w:ascii="Gentium Plus" w:hAnsi="Gentium Plus"/>
          <w:sz w:val="24"/>
        </w:rPr>
        <w:t>Κανὼν μὲν γὰρ καὶ στάθμη τά τε κάμπυλα καὶ λοξὰ καὶ διεστραμμένα τῶν ξύλων παριστῶσιν ἁρμοσθέντες, οὖρον δὲ ἐν πᾶσι σύμμετρον τὰς ἀπὸ τούτου κατὰ τὸ μᾶλλόν τε καὶ ἧττον ἐκτροπὰς ὑποφαίνει.</w:t>
      </w:r>
    </w:p>
    <w:p>
      <w:pPr>
        <w:jc w:val="center"/>
      </w:pPr>
      <w:r>
        <w:rPr>
          <w:rFonts w:ascii="Gentium Plus" w:hAnsi="Gentium Plus"/>
          <w:b/>
          <w:sz w:val="24"/>
        </w:rPr>
        <w:t>Κεφ. δʹ. Περὶ διαγνώσεως τοῦ κατὰ πάντα συμμέτρου οὔρου.</w:t>
      </w:r>
    </w:p>
    <w:p>
      <w:r>
        <w:rPr>
          <w:rFonts w:ascii="Courier New" w:hAnsi="Courier New"/>
          <w:color w:val="555555"/>
          <w:sz w:val="20"/>
        </w:rPr>
        <w:t>[2 . 4 . 1]</w:t>
      </w:r>
    </w:p>
    <w:p>
      <w:r>
        <w:rPr>
          <w:rFonts w:ascii="Gentium Plus" w:hAnsi="Gentium Plus"/>
          <w:sz w:val="24"/>
        </w:rPr>
        <w:t>Ἔστω δὴ τοίνυν ἀνὴρ ἀκριβῶς ὑγιαίνων, ἀκμάζων τῇ ἡλικίᾳ, τῇ πάσῃ κράσει τοῦ σώματος σύμμετρος, χρώμε‐ νός τε τροφαῖς εὐχύμοις τε καὶ συμμέτροις καὶ γυμνα‐ σίοις μήτε ἐνδέουσι μήτε ὑπερβάλλουσιν, ἐν χώρᾳ τε καὶ</w:t>
      </w:r>
    </w:p>
    <w:p>
      <w:r>
        <w:rPr>
          <w:rFonts w:ascii="Courier New" w:hAnsi="Courier New"/>
          <w:color w:val="555555"/>
          <w:sz w:val="20"/>
        </w:rPr>
        <w:t>[5]</w:t>
      </w:r>
    </w:p>
    <w:p>
      <w:r>
        <w:rPr>
          <w:rFonts w:ascii="Gentium Plus" w:hAnsi="Gentium Plus"/>
          <w:sz w:val="24"/>
        </w:rPr>
        <w:t>ὥρᾳ συμμέτρῳ, καὶ ἁπλῶς φάναι τοῖς πᾶσιν ἔστω συμ‐ μετρία ἡ ἄμεσός τε καὶ ἄτμητος.</w:t>
      </w:r>
    </w:p>
    <w:p>
      <w:r>
        <w:rPr>
          <w:rFonts w:ascii="Courier New" w:hAnsi="Courier New"/>
          <w:color w:val="555555"/>
          <w:sz w:val="20"/>
        </w:rPr>
        <w:t>[2 . 4 . 2]</w:t>
      </w:r>
    </w:p>
    <w:p>
      <w:r>
        <w:rPr>
          <w:rFonts w:ascii="Gentium Plus" w:hAnsi="Gentium Plus"/>
          <w:sz w:val="24"/>
        </w:rPr>
        <w:t>Τῷ τοιούτῳ οὐροῖτ’ ἂν οὖρον τῇ μὲν χροιᾷ ὑπόπυρρον ἢ ὑπόξανθον, τῇ δὲ συστάσει σύμμετρον καὶ ἀναλογίαν ἔχον τῇ τοῦ πινομέ‐ νου ποσότητι, οὔτε πομφολύγων ἐπινηχομένων, οὔθ’ οἵων</w:t>
      </w:r>
    </w:p>
    <w:p>
      <w:r>
        <w:rPr>
          <w:rFonts w:ascii="Courier New" w:hAnsi="Courier New"/>
          <w:color w:val="555555"/>
          <w:sz w:val="20"/>
        </w:rPr>
        <w:t>[5]</w:t>
      </w:r>
    </w:p>
    <w:p>
      <w:r>
        <w:rPr>
          <w:rFonts w:ascii="Gentium Plus" w:hAnsi="Gentium Plus"/>
          <w:sz w:val="24"/>
        </w:rPr>
        <w:t>δήτινων ἑτέρων.</w:t>
      </w:r>
    </w:p>
    <w:p>
      <w:r>
        <w:rPr>
          <w:rFonts w:ascii="Courier New" w:hAnsi="Courier New"/>
          <w:color w:val="555555"/>
          <w:sz w:val="20"/>
        </w:rPr>
        <w:t>[2 . 4 . 3]</w:t>
      </w:r>
    </w:p>
    <w:p>
      <w:r>
        <w:rPr>
          <w:rFonts w:ascii="Gentium Plus" w:hAnsi="Gentium Plus"/>
          <w:sz w:val="24"/>
        </w:rPr>
        <w:t>Ὑφιζανέτω δὲ τῇ ἀμίδι, ἀλλὰ μὴ προσισχέσθω ὑπόστασις λευκὴ καὶ λεία καὶ ὁμαλή, πάντῃ ἑαυτῇ ὁμοία, μή τινων συμπεπλεγμένων ταύταις ἐμφε‐ ρομένων θριξὶ καὶ ψήγμασιν ἐοικότων καί τισι παραπλη‐</w:t>
      </w:r>
    </w:p>
    <w:p>
      <w:r>
        <w:rPr>
          <w:rFonts w:ascii="Courier New" w:hAnsi="Courier New"/>
          <w:color w:val="555555"/>
          <w:sz w:val="20"/>
        </w:rPr>
        <w:t>[5]</w:t>
      </w:r>
    </w:p>
    <w:p>
      <w:r>
        <w:rPr>
          <w:rFonts w:ascii="Gentium Plus" w:hAnsi="Gentium Plus"/>
          <w:sz w:val="24"/>
        </w:rPr>
        <w:t>σίοις εἴδεσι.</w:t>
      </w:r>
    </w:p>
    <w:p>
      <w:r>
        <w:rPr>
          <w:rFonts w:ascii="Courier New" w:hAnsi="Courier New"/>
          <w:color w:val="555555"/>
          <w:sz w:val="20"/>
        </w:rPr>
        <w:t>[2 . 4 . 4]</w:t>
      </w:r>
    </w:p>
    <w:p>
      <w:r>
        <w:rPr>
          <w:rFonts w:ascii="Gentium Plus" w:hAnsi="Gentium Plus"/>
          <w:sz w:val="24"/>
        </w:rPr>
        <w:t>Τὸ τοιοῦτον οὖρον ἄριστόν τε καὶ κατὰ πάντα σύμμετρόν τε καὶ ὑγιές· καθ’ ὅτι δ’ ἂν τούτων ἐνδέῃ, λείποιτ’ ἂν πάντῃ καὶ τῆς ἀκραιφνοῦς ὑγείας.</w:t>
      </w:r>
    </w:p>
    <w:p>
      <w:r>
        <w:rPr>
          <w:rFonts w:ascii="Courier New" w:hAnsi="Courier New"/>
          <w:color w:val="555555"/>
          <w:sz w:val="20"/>
        </w:rPr>
        <w:t>[2 . 4 . 5]</w:t>
      </w:r>
    </w:p>
    <w:p>
      <w:r>
        <w:rPr>
          <w:rFonts w:ascii="Gentium Plus" w:hAnsi="Gentium Plus"/>
          <w:sz w:val="24"/>
        </w:rPr>
        <w:t>Καὶ ὑγείας μὲν πολὺ πάντως ὡς ἴσμεν πλάτος καί τινα εἰκότα τῶν ἀπαγορευθέντων ἐπὶ τῷ τῶν οὔρων κα‐ νόνι ἐπὶ τοῖς τῶν ἁπλῶς ὑγιαινόντων οὔροις φαίνοιτ’ ἄν.</w:t>
      </w:r>
    </w:p>
    <w:p>
      <w:r>
        <w:rPr>
          <w:rFonts w:ascii="Courier New" w:hAnsi="Courier New"/>
          <w:color w:val="555555"/>
          <w:sz w:val="20"/>
        </w:rPr>
        <w:t>[2 . 4 . 6]</w:t>
      </w:r>
    </w:p>
    <w:p>
      <w:r>
        <w:rPr>
          <w:rFonts w:ascii="Gentium Plus" w:hAnsi="Gentium Plus"/>
          <w:sz w:val="24"/>
        </w:rPr>
        <w:t>Ἀλλ’ ὁ λόγος νῦν οὐ περὶ τῆς κατὰ πλάτος ἐπινοου‐ μένης ὑγείας διέξεισιν, ἀλλὰ τῆς οἷον ἀμέμπτου πάντῃ καὶ ἀκραιφνοῦς. αὐτῆς γὰρ οἷον διαζωγραφηθείσης τῷ λόγῳ, ὁπόσον τις τῆς ἀρίστης ταύτης ὑγείας λείπεται,</w:t>
      </w:r>
    </w:p>
    <w:p>
      <w:r>
        <w:rPr>
          <w:rFonts w:ascii="Courier New" w:hAnsi="Courier New"/>
          <w:color w:val="555555"/>
          <w:sz w:val="20"/>
        </w:rPr>
        <w:t>[5]</w:t>
      </w:r>
    </w:p>
    <w:p>
      <w:r>
        <w:rPr>
          <w:rFonts w:ascii="Gentium Plus" w:hAnsi="Gentium Plus"/>
          <w:sz w:val="24"/>
        </w:rPr>
        <w:t>γνοίης ἂν ἀσφαλέστατα.</w:t>
      </w:r>
    </w:p>
    <w:p>
      <w:r>
        <w:rPr>
          <w:rFonts w:ascii="Courier New" w:hAnsi="Courier New"/>
          <w:color w:val="555555"/>
          <w:sz w:val="20"/>
        </w:rPr>
        <w:t>[2 . 4 . 7]</w:t>
      </w:r>
    </w:p>
    <w:p>
      <w:r>
        <w:rPr>
          <w:rFonts w:ascii="Gentium Plus" w:hAnsi="Gentium Plus"/>
          <w:sz w:val="24"/>
        </w:rPr>
        <w:t>Ἐπεὶ οὖν δέδεικται, ὁποῖον οὖρον ἐν τοῖς εὐκράτοις καὶ κατὰ πάντα συμμέτρως ἔχουσι, προσῆκον ἂν εἴη ὥσπερ ἀπό τινος ἀσφαλοῦς σημείου ἡμᾶς ἠργμένους τοῦ ἐν πᾶσι δηλονότι συμμέτρου ἀφίστασθαι</w:t>
      </w:r>
    </w:p>
    <w:p>
      <w:r>
        <w:rPr>
          <w:rFonts w:ascii="Courier New" w:hAnsi="Courier New"/>
          <w:color w:val="555555"/>
          <w:sz w:val="20"/>
        </w:rPr>
        <w:t>[5]</w:t>
      </w:r>
    </w:p>
    <w:p>
      <w:r>
        <w:rPr>
          <w:rFonts w:ascii="Gentium Plus" w:hAnsi="Gentium Plus"/>
          <w:sz w:val="24"/>
        </w:rPr>
        <w:t>κατὰ βραχύ, ἵν’ ὅπως ταῖς ἀποστάσεσι τὰ μέτρα τῶν νο‐ σημάτων ἔχοιεν κρίνειν τε καὶ διαγινώσκειν δεόντως, ὅσοις ἂν ἄρα τοῦτ’ ἔργον γένηται.</w:t>
      </w:r>
    </w:p>
    <w:p>
      <w:pPr>
        <w:jc w:val="center"/>
      </w:pPr>
      <w:r>
        <w:rPr>
          <w:rFonts w:ascii="Gentium Plus" w:hAnsi="Gentium Plus"/>
          <w:b/>
          <w:sz w:val="24"/>
        </w:rPr>
        <w:t>Κεφ. εʹ. Περὶ διαγνώσεως τῶν κατὰ γένη καὶ ἡλικίας οὔρων.</w:t>
      </w:r>
    </w:p>
    <w:p>
      <w:r>
        <w:rPr>
          <w:rFonts w:ascii="Courier New" w:hAnsi="Courier New"/>
          <w:color w:val="555555"/>
          <w:sz w:val="20"/>
        </w:rPr>
        <w:t>[2 . 5 . 1]</w:t>
      </w:r>
    </w:p>
    <w:p>
      <w:r>
        <w:rPr>
          <w:rFonts w:ascii="Gentium Plus" w:hAnsi="Gentium Plus"/>
          <w:sz w:val="24"/>
        </w:rPr>
        <w:t>Καὶ δὴ περί τε τῶν κατὰ τὰς ἡλικίας καὶ γένη καὶ φυσικάς τινας δυσκρασίας καὶ γυμνασία καὶ προσέτι ὥρας τε καὶ χώρας καὶ διαίτας εἰπόντες, εἶθ’ οὕτως καὶ περὶ τῶν ἑκάστῳ συμβαινόντων τῶν γενικῶν νοσημάτων</w:t>
      </w:r>
    </w:p>
    <w:p>
      <w:r>
        <w:rPr>
          <w:rFonts w:ascii="Courier New" w:hAnsi="Courier New"/>
          <w:color w:val="555555"/>
          <w:sz w:val="20"/>
        </w:rPr>
        <w:t>[5]</w:t>
      </w:r>
    </w:p>
    <w:p>
      <w:r>
        <w:rPr>
          <w:rFonts w:ascii="Gentium Plus" w:hAnsi="Gentium Plus"/>
          <w:sz w:val="24"/>
        </w:rPr>
        <w:t>ἐροῦμεν προσδιορισάμενοι τούτων ὅσα τά τε χρώματα καί αἱ συστάσεις καὶ τὰ παρυφιστάμενα καὶ τὰ ἐν τούτοις τεθεωρημένα βούλεται.</w:t>
      </w:r>
    </w:p>
    <w:p>
      <w:r>
        <w:rPr>
          <w:rFonts w:ascii="Courier New" w:hAnsi="Courier New"/>
          <w:color w:val="555555"/>
          <w:sz w:val="20"/>
        </w:rPr>
        <w:t>[2 . 5 . 2]</w:t>
      </w:r>
    </w:p>
    <w:p>
      <w:r>
        <w:rPr>
          <w:rFonts w:ascii="Gentium Plus" w:hAnsi="Gentium Plus"/>
          <w:sz w:val="24"/>
        </w:rPr>
        <w:t>Ἀνδρῶν οὖν εὐκράτως ἐχόν‐ των καὶ ἀκμαζόντων οὖρα ὑπόπυρρά τε καὶ ὑπόξανθα ἤδη καὶ συμμέτρως ἔχοντα καθ’ ὑπόστασίν τε καὶ σύστα‐ σιν, γερόντων δ’ ἤδη λεπτὰ καὶ λευκὰ καὶ βραχυτέρας</w:t>
      </w:r>
    </w:p>
    <w:p>
      <w:r>
        <w:rPr>
          <w:rFonts w:ascii="Courier New" w:hAnsi="Courier New"/>
          <w:color w:val="555555"/>
          <w:sz w:val="20"/>
        </w:rPr>
        <w:t>[5]</w:t>
      </w:r>
    </w:p>
    <w:p>
      <w:r>
        <w:rPr>
          <w:rFonts w:ascii="Gentium Plus" w:hAnsi="Gentium Plus"/>
          <w:sz w:val="24"/>
        </w:rPr>
        <w:t>ἔχοντα ὑποστάσεις καὶ πρὸς τὸ ὠμὸν ἰούσας. μικρῶν παί‐ δων ὀλίγον μὲν τῶν ὑποπύρρων τε καὶ ὑποξάνθων δέουσι, τῇ δὲ συστάσει μικροῦ δεῖν καὶ τῶν ἀκμαζόντων ὑπερ‐ βάλλουσιν, ἀθρόας τε τὰς ὑποστάσεις ἔχουσι.</w:t>
      </w:r>
    </w:p>
    <w:p>
      <w:r>
        <w:rPr>
          <w:rFonts w:ascii="Courier New" w:hAnsi="Courier New"/>
          <w:color w:val="555555"/>
          <w:sz w:val="20"/>
        </w:rPr>
        <w:t>[2 . 5 . 3]</w:t>
      </w:r>
    </w:p>
    <w:p>
      <w:r>
        <w:rPr>
          <w:rFonts w:ascii="Gentium Plus" w:hAnsi="Gentium Plus"/>
          <w:sz w:val="24"/>
        </w:rPr>
        <w:t>Καὶ ὅτῳ μὲν ταῖς ἡλικίαις οἱ παῖδες προβαίνουσι, τὰ μὲν χρώματα ἐπιτείνεται τῶν οὔρων, τῶν δὲ ὑποστάσεων ὑφαιρεῖται τὸ πλῆθος. εἰς ἀκμὴν δὲ ἰόντων τά τε χρώ‐</w:t>
      </w:r>
    </w:p>
    <w:p>
      <w:r>
        <w:rPr>
          <w:rFonts w:ascii="Courier New" w:hAnsi="Courier New"/>
          <w:color w:val="555555"/>
          <w:sz w:val="20"/>
        </w:rPr>
        <w:t>[5]</w:t>
      </w:r>
    </w:p>
    <w:p>
      <w:r>
        <w:rPr>
          <w:rFonts w:ascii="Gentium Plus" w:hAnsi="Gentium Plus"/>
          <w:sz w:val="24"/>
        </w:rPr>
        <w:t>ματα προβαίνειν τοῦ ὑποπύρρου πλέον παύονται, αἱ θ’ ὑποστάσεις ἐν τῷ συμμέτρῳ ποσῷ γίνονται.</w:t>
      </w:r>
    </w:p>
    <w:p>
      <w:r>
        <w:rPr>
          <w:rFonts w:ascii="Courier New" w:hAnsi="Courier New"/>
          <w:color w:val="555555"/>
          <w:sz w:val="20"/>
        </w:rPr>
        <w:t>[2 . 5 . 4]</w:t>
      </w:r>
    </w:p>
    <w:p>
      <w:r>
        <w:rPr>
          <w:rFonts w:ascii="Gentium Plus" w:hAnsi="Gentium Plus"/>
          <w:sz w:val="24"/>
        </w:rPr>
        <w:t>Καθ’ ὅσον δ’ ἂν παρακμάζωσιν αἱ ἡλικίαι, καὶ ταῦτα τοῦ τοιούτου χρώματος ἀφίστανται πρὸς τὸ λευκότερον προϊόντα καὶ αἱ ὑποστάσεις μείους τε καὶ ἀμαυρότεραι γίνονται καὶ</w:t>
      </w:r>
    </w:p>
    <w:p>
      <w:r>
        <w:rPr>
          <w:rFonts w:ascii="Courier New" w:hAnsi="Courier New"/>
          <w:color w:val="555555"/>
          <w:sz w:val="20"/>
        </w:rPr>
        <w:t>[5]</w:t>
      </w:r>
    </w:p>
    <w:p>
      <w:r>
        <w:rPr>
          <w:rFonts w:ascii="Gentium Plus" w:hAnsi="Gentium Plus"/>
          <w:sz w:val="24"/>
        </w:rPr>
        <w:t>ἡλικιῶν μὲν τοιαῦτα οὖρα συνελόντα φαίνεται φάναι.</w:t>
      </w:r>
    </w:p>
    <w:p>
      <w:r>
        <w:rPr>
          <w:rFonts w:ascii="Courier New" w:hAnsi="Courier New"/>
          <w:color w:val="555555"/>
          <w:sz w:val="20"/>
        </w:rPr>
        <w:t>[2 . 5 . 5]</w:t>
      </w:r>
    </w:p>
    <w:p>
      <w:r>
        <w:rPr>
          <w:rFonts w:ascii="Gentium Plus" w:hAnsi="Gentium Plus"/>
          <w:sz w:val="24"/>
        </w:rPr>
        <w:t>Γυναικῶν δὲ ἀκμαζουσῶν τε καὶ εὐκράτως ἐχουσῶν οὖρα ἐνδέοντα πολλῷ φαίνεται τοῦθ’ ὑποπύρρου καὶ ὑπο‐ ξάνθου πρὸς τὸ λευκὸν ἰόντα· ὑπόλεπτοί τε τούτοις αἱ συστάσεις, ἀθροωτέρας γε μὴν ἔχοντα φαίνεται τὰς ὑπο‐</w:t>
      </w:r>
    </w:p>
    <w:p>
      <w:r>
        <w:rPr>
          <w:rFonts w:ascii="Courier New" w:hAnsi="Courier New"/>
          <w:color w:val="555555"/>
          <w:sz w:val="20"/>
        </w:rPr>
        <w:t>[5]</w:t>
      </w:r>
    </w:p>
    <w:p>
      <w:r>
        <w:rPr>
          <w:rFonts w:ascii="Gentium Plus" w:hAnsi="Gentium Plus"/>
          <w:sz w:val="24"/>
        </w:rPr>
        <w:t>στάσεις τῶν ἀνδρῶν.</w:t>
      </w:r>
    </w:p>
    <w:p>
      <w:r>
        <w:rPr>
          <w:rFonts w:ascii="Courier New" w:hAnsi="Courier New"/>
          <w:color w:val="555555"/>
          <w:sz w:val="20"/>
        </w:rPr>
        <w:t>[2 . 5 . 6]</w:t>
      </w:r>
    </w:p>
    <w:p>
      <w:r>
        <w:rPr>
          <w:rFonts w:ascii="Gentium Plus" w:hAnsi="Gentium Plus"/>
          <w:sz w:val="24"/>
        </w:rPr>
        <w:t>Τάς γε μὴν διαφορὰς αὐτῶν ἐπὶ ταῖς τῶν ἡλικιῶν διαφοραῖς μαθεῖν ἐστιν ἀσφαλῶς ἐκ τῶν προσεχῶς ῥηθέντων.</w:t>
      </w:r>
    </w:p>
    <w:p>
      <w:r>
        <w:rPr>
          <w:rFonts w:ascii="Courier New" w:hAnsi="Courier New"/>
          <w:color w:val="555555"/>
          <w:sz w:val="20"/>
        </w:rPr>
        <w:t>[2 . 5 . 7]</w:t>
      </w:r>
    </w:p>
    <w:p>
      <w:r>
        <w:rPr>
          <w:rFonts w:ascii="Gentium Plus" w:hAnsi="Gentium Plus"/>
          <w:sz w:val="24"/>
        </w:rPr>
        <w:t>Ἐπὶ τούτοις θέμις εἰπεῖν, οἷα διὰ τὰς φυσικάς τε καὶ κατὰ πάθος ἐπισυμβέβηκε δυσκρασίας.</w:t>
      </w:r>
    </w:p>
    <w:p>
      <w:r>
        <w:rPr>
          <w:rFonts w:ascii="Courier New" w:hAnsi="Courier New"/>
          <w:color w:val="555555"/>
          <w:sz w:val="20"/>
        </w:rPr>
        <w:t>[2 . 5 . 8]</w:t>
      </w:r>
    </w:p>
    <w:p>
      <w:r>
        <w:rPr>
          <w:rFonts w:ascii="Gentium Plus" w:hAnsi="Gentium Plus"/>
          <w:sz w:val="24"/>
        </w:rPr>
        <w:t>Καὶ δὴ δυοῖν μὲν οὔσαιν ταῖν παθητικαῖν ποιητήταιν, δυοῖν δ’ αὖ ταῖν δραστικαῖν τε καὶ ποιητικαῖν, ὑργότης μὲν καὶ ξηρότης, παθητικαὶ τελοῦσαι, πλεονάσασαι βραχύ τι ἂν ἀλλοιώσαιεν μόναι, θερμότης δὲ καὶ ψυχρότης τὰ μά‐</w:t>
      </w:r>
    </w:p>
    <w:p>
      <w:r>
        <w:rPr>
          <w:rFonts w:ascii="Courier New" w:hAnsi="Courier New"/>
          <w:color w:val="555555"/>
          <w:sz w:val="20"/>
        </w:rPr>
        <w:t>[5]</w:t>
      </w:r>
    </w:p>
    <w:p>
      <w:r>
        <w:rPr>
          <w:rFonts w:ascii="Gentium Plus" w:hAnsi="Gentium Plus"/>
          <w:sz w:val="24"/>
        </w:rPr>
        <w:t>λιστα, καὶ ὑγρότης μὲν πλεονάσασα ἀμβλύνειεν ἂν τὴν κατὰ φύσιν χροιὰν τοῦ οὔρου, ἐπιτείνειε δὲ τὸ πλῆθος, τραχύνοιτο δ’ ἂν καὶ ἡ ἐπιφάνεια τούτου.</w:t>
      </w:r>
    </w:p>
    <w:p>
      <w:r>
        <w:rPr>
          <w:rFonts w:ascii="Courier New" w:hAnsi="Courier New"/>
          <w:color w:val="555555"/>
          <w:sz w:val="20"/>
        </w:rPr>
        <w:t>[2 . 5 . 9]</w:t>
      </w:r>
    </w:p>
    <w:p>
      <w:r>
        <w:rPr>
          <w:rFonts w:ascii="Gentium Plus" w:hAnsi="Gentium Plus"/>
          <w:sz w:val="24"/>
        </w:rPr>
        <w:t>Αἱ δ’ ὑπο‐ στάσεις πλείους τε καὶ ἐνωμότεραι φανεῖεν ἄν. ξηρότης δὲ τοῦ τε κατὰ τὸ χύμα καὶ παρυφισταμένου ὑφαιρεῖται πο‐ σοῦ καὶ διαφάνειάν τινα ὧδε πλείω καὶ στιλπνότητα κέκτη‐</w:t>
      </w:r>
    </w:p>
    <w:p>
      <w:r>
        <w:rPr>
          <w:rFonts w:ascii="Courier New" w:hAnsi="Courier New"/>
          <w:color w:val="555555"/>
          <w:sz w:val="20"/>
        </w:rPr>
        <w:t>[5]</w:t>
      </w:r>
    </w:p>
    <w:p>
      <w:r>
        <w:rPr>
          <w:rFonts w:ascii="Gentium Plus" w:hAnsi="Gentium Plus"/>
          <w:sz w:val="24"/>
        </w:rPr>
        <w:t>ται τὰ χρώματα σύμμετρα πεφυκότα αἵ τε ὑποστάσεις τούτοις τἆλλα σύμμετροι καί πως παχύτεραι τῇ συστάσει.</w:t>
      </w:r>
    </w:p>
    <w:p>
      <w:r>
        <w:rPr>
          <w:rFonts w:ascii="Courier New" w:hAnsi="Courier New"/>
          <w:color w:val="555555"/>
          <w:sz w:val="20"/>
        </w:rPr>
        <w:t>[2 . 5 . 10]</w:t>
      </w:r>
    </w:p>
    <w:p>
      <w:r>
        <w:rPr>
          <w:rFonts w:ascii="Gentium Plus" w:hAnsi="Gentium Plus"/>
          <w:sz w:val="24"/>
        </w:rPr>
        <w:t>Καὶ θερμότης μὲν οὖ βραχύ τι μὲν ἐκστᾶσα τοῦ δέοντος ὑπόπυρρά τε καὶ ὑπόξανθα ἔτι ἀποδίδωσι ταῦτα, ἐπιταθεῖσα δ’ ἤδη πυρρά τε καὶ ξανθά, ταῖς δέ συστάσε‐ σιν ὑπερεκπίπτουσιν οἷον καὶ τὸ σύμμετρον, καί τις δ’</w:t>
      </w:r>
    </w:p>
    <w:p>
      <w:r>
        <w:rPr>
          <w:rFonts w:ascii="Courier New" w:hAnsi="Courier New"/>
          <w:color w:val="555555"/>
          <w:sz w:val="20"/>
        </w:rPr>
        <w:t>[5]</w:t>
      </w:r>
    </w:p>
    <w:p>
      <w:r>
        <w:rPr>
          <w:rFonts w:ascii="Gentium Plus" w:hAnsi="Gentium Plus"/>
          <w:sz w:val="24"/>
        </w:rPr>
        <w:t>αὐτοῖς ἐπιλάμπει στιλβηδὼν μετρία, ταῖς δ’ ὑποστάσεσι συμμέτρως ἔχοντα φαίνεται τῷ λόγῳ τοῦ ποσοῦ, ἀφαι‐ ροῦνται δ’ ἔτι καὶ τῆς συνήθους λεπτότητος.</w:t>
      </w:r>
    </w:p>
    <w:p>
      <w:r>
        <w:rPr>
          <w:rFonts w:ascii="Courier New" w:hAnsi="Courier New"/>
          <w:color w:val="555555"/>
          <w:sz w:val="20"/>
        </w:rPr>
        <w:t>[2 . 5 . 11]</w:t>
      </w:r>
    </w:p>
    <w:p>
      <w:r>
        <w:rPr>
          <w:rFonts w:ascii="Gentium Plus" w:hAnsi="Gentium Plus"/>
          <w:sz w:val="24"/>
        </w:rPr>
        <w:t>Ψυ‐ χρότης δ’ αὖ πρός τε τὰ λευκὰ τῶν χρωμάτων ποιεῖ χω‐ ρεῖν τὰ οὖρα καὶ τῆς συμμέτρου λείπεσθαι συστάσεως, προϊούσης δὲ τῆς ψύξεως ἤτοι ἔτι λεπτύνεται ἢ τοὐναν‐</w:t>
      </w:r>
    </w:p>
    <w:p>
      <w:r>
        <w:rPr>
          <w:rFonts w:ascii="Courier New" w:hAnsi="Courier New"/>
          <w:color w:val="555555"/>
          <w:sz w:val="20"/>
        </w:rPr>
        <w:t>[5]</w:t>
      </w:r>
    </w:p>
    <w:p>
      <w:r>
        <w:rPr>
          <w:rFonts w:ascii="Gentium Plus" w:hAnsi="Gentium Plus"/>
          <w:sz w:val="24"/>
        </w:rPr>
        <w:t>τίον πάσχει παχυνόμενά τε καὶ ἀναθολούμενα, τούτοις ἢ πάνυ ἀμυδραί τε καὶ βραχεῖαι αἱ ὑποστάσεις ἢ πλείους μέν, ἀνωμάλῳ μέντοι ἔνεισι καὶ ἔνωμοι.</w:t>
      </w:r>
    </w:p>
    <w:p>
      <w:r>
        <w:rPr>
          <w:rFonts w:ascii="Courier New" w:hAnsi="Courier New"/>
          <w:color w:val="555555"/>
          <w:sz w:val="20"/>
        </w:rPr>
        <w:t>[2 . 5 . 12]</w:t>
      </w:r>
    </w:p>
    <w:p>
      <w:r>
        <w:rPr>
          <w:rFonts w:ascii="Gentium Plus" w:hAnsi="Gentium Plus"/>
          <w:sz w:val="24"/>
        </w:rPr>
        <w:t>Καὶ οὔρων μὲν ἰδέαι τοιαῦταί τινες κατὰ τὰς ἁπλὰς πεφύκασι δυσκρα‐ σίας· σὺ δ’ ἂν ἴσως τῷ λόγῳ ποδηγούμενος ἐντεῦθεν ἐπι‐ νοήσαις ῥᾳδίως καὶ τὰ ἐκ τῶν συνδυαζομένων δυσκρασιῶν</w:t>
      </w:r>
    </w:p>
    <w:p>
      <w:r>
        <w:rPr>
          <w:rFonts w:ascii="Courier New" w:hAnsi="Courier New"/>
          <w:color w:val="555555"/>
          <w:sz w:val="20"/>
        </w:rPr>
        <w:t>[5]</w:t>
      </w:r>
    </w:p>
    <w:p>
      <w:r>
        <w:rPr>
          <w:rFonts w:ascii="Gentium Plus" w:hAnsi="Gentium Plus"/>
          <w:sz w:val="24"/>
        </w:rPr>
        <w:t>γενόμενά τε καὶ φαινόμενα οὖρα.</w:t>
      </w:r>
    </w:p>
    <w:p>
      <w:r>
        <w:rPr>
          <w:rFonts w:ascii="Courier New" w:hAnsi="Courier New"/>
          <w:color w:val="555555"/>
          <w:sz w:val="20"/>
        </w:rPr>
        <w:t>[2 . 5 . 13]</w:t>
      </w:r>
    </w:p>
    <w:p>
      <w:r>
        <w:rPr>
          <w:rFonts w:ascii="Gentium Plus" w:hAnsi="Gentium Plus"/>
          <w:sz w:val="24"/>
        </w:rPr>
        <w:t>Ὁποῖα δὲ τοῖς τε πολλὰ καὶ ὑπὲρ τὴν δύναμιν γυμναζομένοις γυμνάσια ἐπιφαίνεται, καὶ οἷα δ’ αὖ τοῖς νωθρὸν καὶ ἥσυχον μετ‐ ιοῦσι βίον νῦν ἂν εἴη λέξαι καιρός.</w:t>
      </w:r>
    </w:p>
    <w:p>
      <w:pPr>
        <w:jc w:val="center"/>
      </w:pPr>
      <w:r>
        <w:rPr>
          <w:rFonts w:ascii="Gentium Plus" w:hAnsi="Gentium Plus"/>
          <w:b/>
          <w:sz w:val="24"/>
        </w:rPr>
        <w:t>Κεφ. ϛʹ. Διάγνωσις τῶν κατὰ τὰ γυμνάσια καὶ ἀνέσεις οὔρων.</w:t>
      </w:r>
    </w:p>
    <w:p>
      <w:r>
        <w:rPr>
          <w:rFonts w:ascii="Courier New" w:hAnsi="Courier New"/>
          <w:color w:val="555555"/>
          <w:sz w:val="20"/>
        </w:rPr>
        <w:t>[2 . 6 . 1]</w:t>
      </w:r>
    </w:p>
    <w:p>
      <w:r>
        <w:rPr>
          <w:rFonts w:ascii="Gentium Plus" w:hAnsi="Gentium Plus"/>
          <w:sz w:val="24"/>
        </w:rPr>
        <w:t>Καὶ δὴ τοῖς μὲν πλέον κεκμηκόσιν ἢ δεῖ γυμνα‐ ζομένοις τά τε οὖρα ὑπόξανθα καὶ πρὸς τὸ ξανθὸν αὐτὸ χωροῦντα φαίνεται χρῶμα, αἱ θ’ ὑποστάσεις πάνυ τι τού‐ τοις βραχεῖαι καὶ λεπταί· ἀλλοιοῖντο δ’ ἂν ἴσως καὶ κατὰ</w:t>
      </w:r>
    </w:p>
    <w:p>
      <w:r>
        <w:rPr>
          <w:rFonts w:ascii="Courier New" w:hAnsi="Courier New"/>
          <w:color w:val="555555"/>
          <w:sz w:val="20"/>
        </w:rPr>
        <w:t>[5]</w:t>
      </w:r>
    </w:p>
    <w:p>
      <w:r>
        <w:rPr>
          <w:rFonts w:ascii="Gentium Plus" w:hAnsi="Gentium Plus"/>
          <w:sz w:val="24"/>
        </w:rPr>
        <w:t>τὴν χροιὰν αὗται.</w:t>
      </w:r>
    </w:p>
    <w:p>
      <w:r>
        <w:rPr>
          <w:rFonts w:ascii="Courier New" w:hAnsi="Courier New"/>
          <w:color w:val="555555"/>
          <w:sz w:val="20"/>
        </w:rPr>
        <w:t>[2 . 6 . 2]</w:t>
      </w:r>
    </w:p>
    <w:p>
      <w:r>
        <w:rPr>
          <w:rFonts w:ascii="Gentium Plus" w:hAnsi="Gentium Plus"/>
          <w:sz w:val="24"/>
        </w:rPr>
        <w:t>Ἐνίοτε γε μὴν καί τινα συντήγ‐ ματα ἐπινήχεται τούτοις, πάνυ τἀνθρώπου κεκμηκότος, εἴ που καί τι ἕτερον εἴη συνεργὸν αἴτιον, ἀλλὰ τοιοῦτο μὲν ὀφθέν, τάχ’ ἂν καὶ ἀρχή τις εἴη νοσήματος.</w:t>
      </w:r>
    </w:p>
    <w:p>
      <w:r>
        <w:rPr>
          <w:rFonts w:ascii="Courier New" w:hAnsi="Courier New"/>
          <w:color w:val="555555"/>
          <w:sz w:val="20"/>
        </w:rPr>
        <w:t>[2 . 6 . 3]</w:t>
      </w:r>
    </w:p>
    <w:p>
      <w:r>
        <w:rPr>
          <w:rFonts w:ascii="Gentium Plus" w:hAnsi="Gentium Plus"/>
          <w:sz w:val="24"/>
        </w:rPr>
        <w:t>Ἡμῖν δὲ οὐκέτι πρόσθεσις περὶ τοιούτων οὔρων φάναι· τοῖς γε μὴν ἀργὸν καὶ ἥσυχον βίον ἔχουσι τά τε οὖρα πρὸς τὸ λευκὸν χωροίη ἄν, αἱ θ’ ὑποστάσεις πλείους ἂν ὀφθεῖεν</w:t>
      </w:r>
    </w:p>
    <w:p>
      <w:r>
        <w:rPr>
          <w:rFonts w:ascii="Courier New" w:hAnsi="Courier New"/>
          <w:color w:val="555555"/>
          <w:sz w:val="20"/>
        </w:rPr>
        <w:t>[5]</w:t>
      </w:r>
    </w:p>
    <w:p>
      <w:r>
        <w:rPr>
          <w:rFonts w:ascii="Gentium Plus" w:hAnsi="Gentium Plus"/>
          <w:sz w:val="24"/>
        </w:rPr>
        <w:t>καὶ παχύτεραι καὶ τραχύτεραι.</w:t>
      </w:r>
    </w:p>
    <w:p>
      <w:r>
        <w:rPr>
          <w:rFonts w:ascii="Courier New" w:hAnsi="Courier New"/>
          <w:color w:val="555555"/>
          <w:sz w:val="20"/>
        </w:rPr>
        <w:t>[2 . 6 . 4]</w:t>
      </w:r>
    </w:p>
    <w:p>
      <w:r>
        <w:rPr>
          <w:rFonts w:ascii="Gentium Plus" w:hAnsi="Gentium Plus"/>
          <w:sz w:val="24"/>
        </w:rPr>
        <w:t>Ταῦτα μὲν ἀρκούντως ὧδ’ ἂν ἴσως ἔχοι· περὶ δὲ τῶν κατὰ τὰς ὥρας τε καὶ χω‐ ρὰς μεταβολὰς ἐπιφαινομένων τοῖς ἀνθρώποις οὔρων, ὡδὶ ἂν εἴη φάναι προσῆκον.</w:t>
      </w:r>
    </w:p>
    <w:p>
      <w:pPr>
        <w:jc w:val="center"/>
      </w:pPr>
      <w:r>
        <w:rPr>
          <w:rFonts w:ascii="Gentium Plus" w:hAnsi="Gentium Plus"/>
          <w:b/>
          <w:sz w:val="24"/>
        </w:rPr>
        <w:t>Κεφ. ζʹ. Διάγνωσις τῶν κατὰ τὰς ὥρας καὶ χώρας οὔρων.</w:t>
      </w:r>
    </w:p>
    <w:p>
      <w:r>
        <w:rPr>
          <w:rFonts w:ascii="Courier New" w:hAnsi="Courier New"/>
          <w:color w:val="555555"/>
          <w:sz w:val="20"/>
        </w:rPr>
        <w:t>[2 . 7 . 1]</w:t>
      </w:r>
    </w:p>
    <w:p>
      <w:r>
        <w:rPr>
          <w:rFonts w:ascii="Gentium Plus" w:hAnsi="Gentium Plus"/>
          <w:sz w:val="24"/>
        </w:rPr>
        <w:t>Ἔαρος τοίνυν ὁπόσον ἂν ὁ καιρὸς προΐῃ ἐπὶ τὸ θερμότερον, τά τε χρώματα τῶν οὔρων τῶν ὑπώχρων καὶ ὠχρῶν ἀφιστάμενα πρὸς τὸ ὑπόπυρρον χωρεῖ καὶ ὑπόξαν‐ θον· καὶ τῆς ἀμετρίας φευγούσης τῶν συστάσεων ἀποκα‐</w:t>
      </w:r>
    </w:p>
    <w:p>
      <w:r>
        <w:rPr>
          <w:rFonts w:ascii="Courier New" w:hAnsi="Courier New"/>
          <w:color w:val="555555"/>
          <w:sz w:val="20"/>
        </w:rPr>
        <w:t>[5]</w:t>
      </w:r>
    </w:p>
    <w:p>
      <w:r>
        <w:rPr>
          <w:rFonts w:ascii="Gentium Plus" w:hAnsi="Gentium Plus"/>
          <w:sz w:val="24"/>
        </w:rPr>
        <w:t>θίστανται πρὸς ὃ κατὰ φύσιν ᾖ σύμμετρον· αἵθ’ ὑποστά‐ σεις τούτοις ἀπὸ τοῦ παχεῖαι εἶναι λεπτύνεσθαί τε ἄρχον‐ ται καὶ πρὸς τὸ σύμμετρον χωροῦσι· τά γε μὴν ποσά τῶν χυμάτων καὶ πλείω τῶν ἐξ ἀναλογίας τυγχάνουσιν.</w:t>
      </w:r>
    </w:p>
    <w:p>
      <w:r>
        <w:rPr>
          <w:rFonts w:ascii="Courier New" w:hAnsi="Courier New"/>
          <w:color w:val="555555"/>
          <w:sz w:val="20"/>
        </w:rPr>
        <w:t>[2 . 7 . 2]</w:t>
      </w:r>
    </w:p>
    <w:p>
      <w:r>
        <w:rPr>
          <w:rFonts w:ascii="Gentium Plus" w:hAnsi="Gentium Plus"/>
          <w:sz w:val="24"/>
        </w:rPr>
        <w:t>Ἀλλ’ ἐπειδὰν θέρος μὲν ἤδη ἄρχηται, παρῴχηκε δὲ τὸ ψυχρότερον, ὑπόπυρρα καὶ ὑπόξανθα τὰ οὖρα φαίνεται</w:t>
      </w:r>
    </w:p>
    <w:p>
      <w:r>
        <w:rPr>
          <w:rFonts w:ascii="Courier New" w:hAnsi="Courier New"/>
          <w:color w:val="555555"/>
          <w:sz w:val="20"/>
        </w:rPr>
        <w:t>[5]</w:t>
      </w:r>
    </w:p>
    <w:p>
      <w:r>
        <w:rPr>
          <w:rFonts w:ascii="Gentium Plus" w:hAnsi="Gentium Plus"/>
          <w:sz w:val="24"/>
        </w:rPr>
        <w:t>ἔτι λευκαὶ καὶ λεῖαι καὶ ὁμαλαὶ τυγχάνουσαι.</w:t>
      </w:r>
    </w:p>
    <w:p>
      <w:r>
        <w:rPr>
          <w:rFonts w:ascii="Courier New" w:hAnsi="Courier New"/>
          <w:color w:val="555555"/>
          <w:sz w:val="20"/>
        </w:rPr>
        <w:t>[2 . 7 . 3]</w:t>
      </w:r>
    </w:p>
    <w:p>
      <w:r>
        <w:rPr>
          <w:rFonts w:ascii="Gentium Plus" w:hAnsi="Gentium Plus"/>
          <w:sz w:val="24"/>
        </w:rPr>
        <w:t>Προϊόν‐ τος δ’ ἔτι τοῦ θέρους καὶ πρὸς τὸ ἀκμαῖον ἤδη χωρήσαν‐ τος, μείω μὲν τῷ ἐξ ἀναλογίας χρόνῳ τὰ ποσὰ φαίνεται, αἱ δὲ ὑποστάσεις τούτοις ἂν ἤδη μὲν ἀφαιροῦνται καὶ τὴν</w:t>
      </w:r>
    </w:p>
    <w:p>
      <w:r>
        <w:rPr>
          <w:rFonts w:ascii="Courier New" w:hAnsi="Courier New"/>
          <w:color w:val="555555"/>
          <w:sz w:val="20"/>
        </w:rPr>
        <w:t>[5]</w:t>
      </w:r>
    </w:p>
    <w:p>
      <w:r>
        <w:rPr>
          <w:rFonts w:ascii="Gentium Plus" w:hAnsi="Gentium Plus"/>
          <w:sz w:val="24"/>
        </w:rPr>
        <w:t>κατὰ φύσιν λευκότητα πρὸς τὸ ὕπωχρον οἷον χωροῦσαι μείους τε πολλῷ καὶ λεπτότεραι φαίνονται· λεπτότης δὲ μετά τινος ἐπιλάμπει τοῖς οὔροις στιλπνότητος, ἤδη καὶ αὐτὴ πρὸς τὸ ξανθόν τε ῥέπουσα καὶ πυρρὸν.</w:t>
      </w:r>
    </w:p>
    <w:p>
      <w:r>
        <w:rPr>
          <w:rFonts w:ascii="Courier New" w:hAnsi="Courier New"/>
          <w:color w:val="555555"/>
          <w:sz w:val="20"/>
        </w:rPr>
        <w:t>[2 . 7 . 4]</w:t>
      </w:r>
    </w:p>
    <w:p>
      <w:r>
        <w:rPr>
          <w:rFonts w:ascii="Gentium Plus" w:hAnsi="Gentium Plus"/>
          <w:sz w:val="24"/>
        </w:rPr>
        <w:t>Ὁπό‐ ταν μέντοι τὸ φθινόπωρον ἥκῃ, τὰ μὲν χρώματα ἤδη αὖθις ἀντιστρέφεται πρὸς τὸ σύμμετρον, ἡ δὲ στιλπνότης ἔτι καὶ πρὸς τούτοις ἡ λεπτότης μένει, αἵ θ’ ὑποστάσεις</w:t>
      </w:r>
    </w:p>
    <w:p>
      <w:r>
        <w:rPr>
          <w:rFonts w:ascii="Courier New" w:hAnsi="Courier New"/>
          <w:color w:val="555555"/>
          <w:sz w:val="20"/>
        </w:rPr>
        <w:t>[5]</w:t>
      </w:r>
    </w:p>
    <w:p>
      <w:r>
        <w:rPr>
          <w:rFonts w:ascii="Gentium Plus" w:hAnsi="Gentium Plus"/>
          <w:sz w:val="24"/>
        </w:rPr>
        <w:t>ἀμαυραὶ μὲν ἔτι καὶ βραχεῖαι, λευκαὶ δὲ καὶ λεῖαι καὶ ὁμαλαί.</w:t>
      </w:r>
    </w:p>
    <w:p>
      <w:r>
        <w:rPr>
          <w:rFonts w:ascii="Courier New" w:hAnsi="Courier New"/>
          <w:color w:val="555555"/>
          <w:sz w:val="20"/>
        </w:rPr>
        <w:t>[2 . 7 . 5]</w:t>
      </w:r>
    </w:p>
    <w:p>
      <w:r>
        <w:rPr>
          <w:rFonts w:ascii="Gentium Plus" w:hAnsi="Gentium Plus"/>
          <w:sz w:val="24"/>
        </w:rPr>
        <w:t>Προϊόντος δὲ τοῦ φθινοπώρου πρὸς τὸ κατὰ πάντα σύμμετρον χωρεῖ τὰ οὖρα.</w:t>
      </w:r>
    </w:p>
    <w:p>
      <w:r>
        <w:rPr>
          <w:rFonts w:ascii="Courier New" w:hAnsi="Courier New"/>
          <w:color w:val="555555"/>
          <w:sz w:val="20"/>
        </w:rPr>
        <w:t>[2 . 7 . 6]</w:t>
      </w:r>
    </w:p>
    <w:p>
      <w:r>
        <w:rPr>
          <w:rFonts w:ascii="Gentium Plus" w:hAnsi="Gentium Plus"/>
          <w:sz w:val="24"/>
        </w:rPr>
        <w:t>Περὶ δὲ χειμερινὰς τροπὰς ἤδη τοῦ ἡλίου γεγονότος, κατὰ μὲν τὸ ποσὸν ἀνα‐ λογώτερον ἴσως ἀποδίδοται τὰ οὖρα· τὰ δέ γε χρώματα τούτοις ἰόντα φαίνεται πρὸς τὸ λευκὸν τοῦ χρώματος, αἵ</w:t>
      </w:r>
    </w:p>
    <w:p>
      <w:r>
        <w:rPr>
          <w:rFonts w:ascii="Courier New" w:hAnsi="Courier New"/>
          <w:color w:val="555555"/>
          <w:sz w:val="20"/>
        </w:rPr>
        <w:t>[5]</w:t>
      </w:r>
    </w:p>
    <w:p>
      <w:r>
        <w:rPr>
          <w:rFonts w:ascii="Gentium Plus" w:hAnsi="Gentium Plus"/>
          <w:sz w:val="24"/>
        </w:rPr>
        <w:t>θ’ ὑποστάσεις πλείους τε καὶ ἔτι σύμμετροι κατὰ τὰ ἄλλα.</w:t>
      </w:r>
    </w:p>
    <w:p>
      <w:r>
        <w:rPr>
          <w:rFonts w:ascii="Courier New" w:hAnsi="Courier New"/>
          <w:color w:val="555555"/>
          <w:sz w:val="20"/>
        </w:rPr>
        <w:t>[2 . 7 . 7]</w:t>
      </w:r>
    </w:p>
    <w:p>
      <w:r>
        <w:rPr>
          <w:rFonts w:ascii="Gentium Plus" w:hAnsi="Gentium Plus"/>
          <w:sz w:val="24"/>
        </w:rPr>
        <w:t>Προήκοντος δὲ τοῦ χειμῶνος αἱ μὲν συστάσεις ἀνώμα‐ λοι φαίνονται καὶ λευκὰ τὰ χρώματα ἤδη, τὰ δὲ ποσὰ τοῦ χύματος καὶ πλείω τῶν ἐξ ἀναλογίας, παρυφιστάμενα τού‐ τοις πλείω ἅμα καὶ ἔνωμα.</w:t>
      </w:r>
    </w:p>
    <w:p>
      <w:r>
        <w:rPr>
          <w:rFonts w:ascii="Courier New" w:hAnsi="Courier New"/>
          <w:color w:val="555555"/>
          <w:sz w:val="20"/>
        </w:rPr>
        <w:t>[2 . 7 . 8]</w:t>
      </w:r>
    </w:p>
    <w:p>
      <w:r>
        <w:rPr>
          <w:rFonts w:ascii="Gentium Plus" w:hAnsi="Gentium Plus"/>
          <w:sz w:val="24"/>
        </w:rPr>
        <w:t>Ἐπειδὰν δ’ ἤδη ἰσημερία ἐαρινὴ ᾖ, ἀνίεταί γε ταῦτα καὶ χωρεῖν ἐπείγεται πρὸς τὸ σύμμετρον.</w:t>
      </w:r>
    </w:p>
    <w:p>
      <w:r>
        <w:rPr>
          <w:rFonts w:ascii="Courier New" w:hAnsi="Courier New"/>
          <w:color w:val="555555"/>
          <w:sz w:val="20"/>
        </w:rPr>
        <w:t>[2 . 7 . 9]</w:t>
      </w:r>
    </w:p>
    <w:p>
      <w:r>
        <w:rPr>
          <w:rFonts w:ascii="Gentium Plus" w:hAnsi="Gentium Plus"/>
          <w:sz w:val="24"/>
        </w:rPr>
        <w:t>Καὶ περὶ μὲν τῶν κατὰ τὰς ὥρας ἐπιφαι‐ νομένων οὔρων μαθεῖν ἔστιν ἐντεῦθεν· τὰ δὲ κατὰ τὰς χώρας ἀναλόγως ἔχει ταῖς ὥραις καὶ δεῖ τὸν συνετὸν πα‐ ραβάλλοντα ἐκ τῶν κατὰ τὰς ὥρας ῥηθέντων στοχάζεσθαι</w:t>
      </w:r>
    </w:p>
    <w:p>
      <w:r>
        <w:rPr>
          <w:rFonts w:ascii="Courier New" w:hAnsi="Courier New"/>
          <w:color w:val="555555"/>
          <w:sz w:val="20"/>
        </w:rPr>
        <w:t>[5]</w:t>
      </w:r>
    </w:p>
    <w:p>
      <w:r>
        <w:rPr>
          <w:rFonts w:ascii="Gentium Plus" w:hAnsi="Gentium Plus"/>
          <w:sz w:val="24"/>
        </w:rPr>
        <w:t>καὶ τὰ ἐπὶ τοῖς διαφόροις τῶν τόπων ταῖς ὥραις ἀναλο‐ γοῦντα.</w:t>
      </w:r>
    </w:p>
    <w:p>
      <w:r>
        <w:rPr>
          <w:rFonts w:ascii="Courier New" w:hAnsi="Courier New"/>
          <w:color w:val="555555"/>
          <w:sz w:val="20"/>
        </w:rPr>
        <w:t>[2 . 7 . 10]</w:t>
      </w:r>
    </w:p>
    <w:p>
      <w:r>
        <w:rPr>
          <w:rFonts w:ascii="Gentium Plus" w:hAnsi="Gentium Plus"/>
          <w:sz w:val="24"/>
        </w:rPr>
        <w:t>Τροφαὶ δὲ καὶ δίαιται θερμότεραι ἢ ψυχρό‐ τεραι καὶ ξηρότεραι ἢ ὑγρότεραι τοιαῦτα ἂν οὖρα τῷ χρόνῳ ποιήσαιεν, οἷα καὶ αἱ ῥηθεῖσαι δυσκρασίαι, εὐ‐ πέπτων δὲ καὶ εὐχύμων τροφῶν προσφοραί, τοιαῦτ’ ἂν</w:t>
      </w:r>
    </w:p>
    <w:p>
      <w:r>
        <w:rPr>
          <w:rFonts w:ascii="Courier New" w:hAnsi="Courier New"/>
          <w:color w:val="555555"/>
          <w:sz w:val="20"/>
        </w:rPr>
        <w:t>[5]</w:t>
      </w:r>
    </w:p>
    <w:p>
      <w:r>
        <w:rPr>
          <w:rFonts w:ascii="Gentium Plus" w:hAnsi="Gentium Plus"/>
          <w:sz w:val="24"/>
        </w:rPr>
        <w:t>οὖρα ποιήσειεν οἷα καὶ ἐν εὐκράτοις τῇ κράσει γίνεται.</w:t>
      </w:r>
    </w:p>
    <w:p>
      <w:r>
        <w:rPr>
          <w:rFonts w:ascii="Courier New" w:hAnsi="Courier New"/>
          <w:color w:val="555555"/>
          <w:sz w:val="20"/>
        </w:rPr>
        <w:t>[2 . 7 . 11]</w:t>
      </w:r>
    </w:p>
    <w:p>
      <w:r>
        <w:rPr>
          <w:rFonts w:ascii="Gentium Plus" w:hAnsi="Gentium Plus"/>
          <w:sz w:val="24"/>
        </w:rPr>
        <w:t>Δυσπέπτων δὲ καὶ κακοχύμων ἀνώμαλα παντοίως καὶ μείω μὲν καὶ διάφορα ταῖς συστάσεσι τὰ ἐπὶ τοῖς κακοχύ‐ μοις σιτίοις.</w:t>
      </w:r>
    </w:p>
    <w:p>
      <w:r>
        <w:rPr>
          <w:rFonts w:ascii="Courier New" w:hAnsi="Courier New"/>
          <w:color w:val="555555"/>
          <w:sz w:val="20"/>
        </w:rPr>
        <w:t>[2 . 7 . 12]</w:t>
      </w:r>
    </w:p>
    <w:p>
      <w:r>
        <w:rPr>
          <w:rFonts w:ascii="Gentium Plus" w:hAnsi="Gentium Plus"/>
          <w:sz w:val="24"/>
        </w:rPr>
        <w:t>Καὶ περὶ μὲν τῶν κατὰ τὰς ἡλικίας τε καὶ γένη δυσκρασίας τε καὶ χώρας καὶ ὥρας καὶ διαίτας φαινομένων οὔρων ἱκανῶς ἂν ἔχῃς κἀκ τούτων διαγι‐ νώσκειν.</w:t>
      </w:r>
    </w:p>
    <w:p>
      <w:pPr>
        <w:jc w:val="center"/>
      </w:pPr>
      <w:r>
        <w:rPr>
          <w:rFonts w:ascii="Gentium Plus" w:hAnsi="Gentium Plus"/>
          <w:b/>
          <w:sz w:val="24"/>
        </w:rPr>
        <w:t>Κεφ. ηʹ. Διάγνωσις τῶν κατὰ τοὺς ὕπνους καὶ ἀγρυπνίας οὔρων.</w:t>
      </w:r>
    </w:p>
    <w:p>
      <w:r>
        <w:rPr>
          <w:rFonts w:ascii="Courier New" w:hAnsi="Courier New"/>
          <w:color w:val="555555"/>
          <w:sz w:val="20"/>
        </w:rPr>
        <w:t>[2 . 8 . 1]</w:t>
      </w:r>
    </w:p>
    <w:p>
      <w:r>
        <w:rPr>
          <w:rFonts w:ascii="Gentium Plus" w:hAnsi="Gentium Plus"/>
          <w:sz w:val="24"/>
        </w:rPr>
        <w:t>Ὑπνηλῶν γε μὴν οὖρα κατὰ πάθος καὶ μὴ κατὰ φύσιν τῷ μὲν χρώματι πρὸς τὸ λευκὸν ἀπέστραπται, τῇ δὲ συστάσει εἴς τε τὸ ὑπόλεπτον καὶ παχύ. τὰ δὲ παρ‐ υφιστάμενα τούτοις πλείω τε καὶ ἔνωμα.</w:t>
      </w:r>
    </w:p>
    <w:p>
      <w:r>
        <w:rPr>
          <w:rFonts w:ascii="Courier New" w:hAnsi="Courier New"/>
          <w:color w:val="555555"/>
          <w:sz w:val="20"/>
        </w:rPr>
        <w:t>[2 . 8 . 2]</w:t>
      </w:r>
    </w:p>
    <w:p>
      <w:r>
        <w:rPr>
          <w:rFonts w:ascii="Gentium Plus" w:hAnsi="Gentium Plus"/>
          <w:sz w:val="24"/>
        </w:rPr>
        <w:t>Τῶν δὲ φύ‐ σει ὑπνηλῶν ἧττον μὲν λευκά, ἤδη γὰρ ὠχρὰ τῇ συστάσει χωρεῖ πρὸς τὸ σύμμετρον, παρυφιστάμενα δὲ τούτοις πλείω τε καὶ ἀκριβῶς πεπεμμένα.</w:t>
      </w:r>
    </w:p>
    <w:p>
      <w:r>
        <w:rPr>
          <w:rFonts w:ascii="Courier New" w:hAnsi="Courier New"/>
          <w:color w:val="555555"/>
          <w:sz w:val="20"/>
        </w:rPr>
        <w:t>[2 . 8 . 3]</w:t>
      </w:r>
    </w:p>
    <w:p>
      <w:r>
        <w:rPr>
          <w:rFonts w:ascii="Gentium Plus" w:hAnsi="Gentium Plus"/>
          <w:sz w:val="24"/>
        </w:rPr>
        <w:t>Ἀγρυπνούντων δὲ οὖρα, φύσει μὲν τοῦτο ἐχόντων, βραχύ τι ἂν καὶ ἀσαφὲς διαλλάξαιεν· πεπονθότων δὲ ὑφ’ οἵας δήτινος αἰτίας τοῦτο, ταῖς μὲν ἀρχαῖς βραχύ τι ἂν διαλλάξαιεν τῇ τε συστάσει</w:t>
      </w:r>
    </w:p>
    <w:p>
      <w:r>
        <w:rPr>
          <w:rFonts w:ascii="Courier New" w:hAnsi="Courier New"/>
          <w:color w:val="555555"/>
          <w:sz w:val="20"/>
        </w:rPr>
        <w:t>[5]</w:t>
      </w:r>
    </w:p>
    <w:p>
      <w:r>
        <w:rPr>
          <w:rFonts w:ascii="Gentium Plus" w:hAnsi="Gentium Plus"/>
          <w:sz w:val="24"/>
        </w:rPr>
        <w:t>καὶ τοῖς χρώμασι καὶ τοῖς παρυφισταμένοις.</w:t>
      </w:r>
    </w:p>
    <w:p>
      <w:r>
        <w:rPr>
          <w:rFonts w:ascii="Courier New" w:hAnsi="Courier New"/>
          <w:color w:val="555555"/>
          <w:sz w:val="20"/>
        </w:rPr>
        <w:t>[2 . 8 . 4]</w:t>
      </w:r>
    </w:p>
    <w:p>
      <w:r>
        <w:rPr>
          <w:rFonts w:ascii="Gentium Plus" w:hAnsi="Gentium Plus"/>
          <w:sz w:val="24"/>
        </w:rPr>
        <w:t>Προϊόν‐ τος δὲ τοῦ χρόνου διασκεδασθείη τε καὶ ἔτι ἐκλείψει, τὰ παρυφιστάμενα λεπτύνοιτο δ’ αὖ κατὰ βραχὺ τὰ χύματα προχωροῦντα πρὸς τὸ λεπτότερον.</w:t>
      </w:r>
    </w:p>
    <w:p>
      <w:r>
        <w:rPr>
          <w:rFonts w:ascii="Courier New" w:hAnsi="Courier New"/>
          <w:color w:val="555555"/>
          <w:sz w:val="20"/>
        </w:rPr>
        <w:t>[2 . 8 . 5]</w:t>
      </w:r>
    </w:p>
    <w:p>
      <w:r>
        <w:rPr>
          <w:rFonts w:ascii="Gentium Plus" w:hAnsi="Gentium Plus"/>
          <w:sz w:val="24"/>
        </w:rPr>
        <w:t>Τὰ δὲ χρώματα ἢ πρὸς τὸ λευκὸν καὶ ὑδατῶδες τούτοις χωρήσει, ἢ πρὸς τὸ πυρρόν τε καὶ ξανθίζον, ἐλαιῶδές τε καὶ μέλαν κατὰ τὴν τῆς αἰτίας οἰκειότητα.</w:t>
      </w:r>
    </w:p>
    <w:p>
      <w:r>
        <w:rPr>
          <w:rFonts w:ascii="Courier New" w:hAnsi="Courier New"/>
          <w:color w:val="555555"/>
          <w:sz w:val="20"/>
        </w:rPr>
        <w:t>[2 . 8 . 6]</w:t>
      </w:r>
    </w:p>
    <w:p>
      <w:r>
        <w:rPr>
          <w:rFonts w:ascii="Gentium Plus" w:hAnsi="Gentium Plus"/>
          <w:sz w:val="24"/>
        </w:rPr>
        <w:t>Καὶ πλείω μὲν ἐδηδοκότων καὶ ἀπεπτησάντων λεπτά τε καὶ λευκὰ καί ποτε ἀνυπόστατα, χρονισάντων δὲ ταῖς ἀπεψίαις ἀνώμαλα ταῖς τε συστάσεσι καὶ τοῖς παρυφισταμένοις.</w:t>
      </w:r>
    </w:p>
    <w:p>
      <w:pPr>
        <w:jc w:val="center"/>
      </w:pPr>
      <w:r>
        <w:rPr>
          <w:rFonts w:ascii="Gentium Plus" w:hAnsi="Gentium Plus"/>
          <w:b/>
          <w:sz w:val="24"/>
        </w:rPr>
        <w:t>Κεφ. θʹ. Διάγνωσις τῶν κατὰ τὰς ἀδδηφαγίας καὶ λιμοὺς οὔρων.</w:t>
      </w:r>
    </w:p>
    <w:p>
      <w:r>
        <w:rPr>
          <w:rFonts w:ascii="Courier New" w:hAnsi="Courier New"/>
          <w:color w:val="555555"/>
          <w:sz w:val="20"/>
        </w:rPr>
        <w:t>[2 . 9 . 1]</w:t>
      </w:r>
    </w:p>
    <w:p>
      <w:r>
        <w:rPr>
          <w:rFonts w:ascii="Gentium Plus" w:hAnsi="Gentium Plus"/>
          <w:sz w:val="24"/>
        </w:rPr>
        <w:t>Ἀσιτησάντων δὲ οὖρα πυρρὰ ἤδη καὶ ξανθὰ καὶ λεπτὰ φαίνεται κωὶ τὰς ὑποστάσεις ἔχοντα βραχυτέρας· λιμῷ δὲ πιεζομένων λευκὰ καὶ λεπτὰ καὶ ἀνυπόστατα μετά τινος στιλπνότητος· ἀλλ’ ὁ μὲν περὶ τούτων λόγος ὧδε</w:t>
      </w:r>
    </w:p>
    <w:p>
      <w:r>
        <w:rPr>
          <w:rFonts w:ascii="Courier New" w:hAnsi="Courier New"/>
          <w:color w:val="555555"/>
          <w:sz w:val="20"/>
        </w:rPr>
        <w:t>[5]</w:t>
      </w:r>
    </w:p>
    <w:p>
      <w:r>
        <w:rPr>
          <w:rFonts w:ascii="Gentium Plus" w:hAnsi="Gentium Plus"/>
          <w:sz w:val="24"/>
        </w:rPr>
        <w:t>κείσθω.</w:t>
      </w:r>
    </w:p>
    <w:p>
      <w:r>
        <w:rPr>
          <w:rFonts w:ascii="Courier New" w:hAnsi="Courier New"/>
          <w:color w:val="555555"/>
          <w:sz w:val="20"/>
        </w:rPr>
        <w:t>[2 . 9 . 2]</w:t>
      </w:r>
    </w:p>
    <w:p>
      <w:r>
        <w:rPr>
          <w:rFonts w:ascii="Gentium Plus" w:hAnsi="Gentium Plus"/>
          <w:sz w:val="24"/>
        </w:rPr>
        <w:t>Ἑξῆς δ’ ἂν εἴη θέμις φάναι περί τε τοῦ πο‐ σοῦ τοῦ χύματος καὶ τοῦ χρώματος καθ’ ἕκαστα, ἔτι δὲ συστάσεως καὶ παρυφισταμένου καὶ τῶν ἐπινηχομένων τῇ ἐπιφανείᾳ, ἵν’ ἑκάστου ῥηθέντος καὶ τίσι μάλιστα τῶν</w:t>
      </w:r>
    </w:p>
    <w:p>
      <w:r>
        <w:rPr>
          <w:rFonts w:ascii="Courier New" w:hAnsi="Courier New"/>
          <w:color w:val="555555"/>
          <w:sz w:val="20"/>
        </w:rPr>
        <w:t>[5]</w:t>
      </w:r>
    </w:p>
    <w:p>
      <w:r>
        <w:rPr>
          <w:rFonts w:ascii="Gentium Plus" w:hAnsi="Gentium Plus"/>
          <w:sz w:val="24"/>
        </w:rPr>
        <w:t>διαθέσεων αὐτῶν ἕκαστον ἕπεται, τὸ διαγινώσκειν ἀσφαλῶς ἐγγίνηται τοῖς περὶ τὰ τοιαῦτα σπουδαίοις.</w:t>
      </w:r>
    </w:p>
    <w:p>
      <w:r>
        <w:rPr>
          <w:rFonts w:ascii="Courier New" w:hAnsi="Courier New"/>
          <w:color w:val="555555"/>
          <w:sz w:val="20"/>
        </w:rPr>
        <w:t>[2 . 9 . 3]</w:t>
      </w:r>
    </w:p>
    <w:p>
      <w:r>
        <w:rPr>
          <w:rFonts w:ascii="Gentium Plus" w:hAnsi="Gentium Plus"/>
          <w:sz w:val="24"/>
        </w:rPr>
        <w:t>Καὶ πρῶτα μὲν ὧδε ῥητέον περὶ πλήθους καὶ ὀλιγότητος τοῦ χύμα‐ τος, εἶθ’ οὕτως καὶ περὶ τῶν ἐν τούτοις συμβαινουσῶν ἀλλοιώσεων.</w:t>
      </w:r>
    </w:p>
    <w:p>
      <w:r>
        <w:rPr>
          <w:rFonts w:ascii="Courier New" w:hAnsi="Courier New"/>
          <w:color w:val="555555"/>
          <w:sz w:val="20"/>
        </w:rPr>
        <w:t>[2 . 9 . 4]</w:t>
      </w:r>
    </w:p>
    <w:p>
      <w:r>
        <w:rPr>
          <w:rFonts w:ascii="Gentium Plus" w:hAnsi="Gentium Plus"/>
          <w:sz w:val="24"/>
        </w:rPr>
        <w:t>Ἐπειδὴ γὰρ τοῖς μὲν ἀκριβῶς ὑγιαίνουσιν ἀναλογίαν τινὰ πρὸς τὰ πινόμενα σώζει τὰ διουρούμενα, ἀλλοίωσιν δέ τινα γεγονέναι τῶν ἐντὸς σημαίνει ἢ μείζω ἢ ἐλάττω, κἄν θ’ ὑπερβάλλοιεν πολλῷ τὴν ἀναλογίαν, κἄν</w:t>
      </w:r>
    </w:p>
    <w:p>
      <w:r>
        <w:rPr>
          <w:rFonts w:ascii="Courier New" w:hAnsi="Courier New"/>
          <w:color w:val="555555"/>
          <w:sz w:val="20"/>
        </w:rPr>
        <w:t>[5]</w:t>
      </w:r>
    </w:p>
    <w:p>
      <w:r>
        <w:rPr>
          <w:rFonts w:ascii="Gentium Plus" w:hAnsi="Gentium Plus"/>
          <w:sz w:val="24"/>
        </w:rPr>
        <w:t>τε πολλῷ ταύτης ἐνδέοιεν, χρεὼν ἂν εἴη περὶ τοῦ κατὰ τὴν ποσότητα τοῦ χύματος φάναι γένους.</w:t>
      </w:r>
    </w:p>
    <w:p>
      <w:pPr>
        <w:jc w:val="center"/>
      </w:pPr>
      <w:r>
        <w:rPr>
          <w:rFonts w:ascii="Gentium Plus" w:hAnsi="Gentium Plus"/>
          <w:b/>
          <w:sz w:val="24"/>
        </w:rPr>
        <w:t>Κεφ. ιʹ. Διάγνωσις τῶν κατὰ τὴν ὀλιγότητα καὶ πλῆθος τοῦ χύματος.</w:t>
      </w:r>
    </w:p>
    <w:p>
      <w:r>
        <w:rPr>
          <w:rFonts w:ascii="Courier New" w:hAnsi="Courier New"/>
          <w:color w:val="555555"/>
          <w:sz w:val="20"/>
        </w:rPr>
        <w:t>[2 . 10 . 1]</w:t>
      </w:r>
    </w:p>
    <w:p>
      <w:r>
        <w:rPr>
          <w:rFonts w:ascii="Gentium Plus" w:hAnsi="Gentium Plus"/>
          <w:sz w:val="24"/>
        </w:rPr>
        <w:t>Καὶ δὴ πλείω ὀφθέντα οὖρα τοῖς μὲν ὑγιαίνουσι πλείω προσενέγκασθαι πόσιν δηλοῖ καὶ μάλιστα ἢν ἐξίτη‐ λος ὁ οἶνος ᾖ καὶ τὰ χρώματα πρὸς τὸ λευκότερον ὧδε μεθίσταται, καὶ αἱ συστάσεις πρὸς τὸ λεπτότερον, τὰ δὲ</w:t>
      </w:r>
    </w:p>
    <w:p>
      <w:r>
        <w:rPr>
          <w:rFonts w:ascii="Courier New" w:hAnsi="Courier New"/>
          <w:color w:val="555555"/>
          <w:sz w:val="20"/>
        </w:rPr>
        <w:t>[5]</w:t>
      </w:r>
    </w:p>
    <w:p>
      <w:r>
        <w:rPr>
          <w:rFonts w:ascii="Gentium Plus" w:hAnsi="Gentium Plus"/>
          <w:sz w:val="24"/>
        </w:rPr>
        <w:t>παρυφιστάμενα λεπτά τε καὶ ἀνώμαλα, καὶ οὐ λεῖα.</w:t>
      </w:r>
    </w:p>
    <w:p>
      <w:r>
        <w:rPr>
          <w:rFonts w:ascii="Courier New" w:hAnsi="Courier New"/>
          <w:color w:val="555555"/>
          <w:sz w:val="20"/>
        </w:rPr>
        <w:t>[2 . 10 . 2]</w:t>
      </w:r>
    </w:p>
    <w:p>
      <w:r>
        <w:rPr>
          <w:rFonts w:ascii="Gentium Plus" w:hAnsi="Gentium Plus"/>
          <w:sz w:val="24"/>
        </w:rPr>
        <w:t>Ἀλλὰ δὴ καὶ ἐγκειμένων ὠμοτέρων χυμῶν καὶ πεφθέν‐ των, ἐπιρρωσθείσης πως τῆς φύσεως πλείω τε καὶ ὑπό‐ λεπτα ἐκκρίνεται οὖρα, ἧττον μὴν τῶν ῥηθέντων λευκὰ καὶ ἀμείνω δὲ τούτοις τὰ παρυφιστάμενα.</w:t>
      </w:r>
    </w:p>
    <w:p>
      <w:r>
        <w:rPr>
          <w:rFonts w:ascii="Courier New" w:hAnsi="Courier New"/>
          <w:color w:val="555555"/>
          <w:sz w:val="20"/>
        </w:rPr>
        <w:t>[2 . 10 . 3]</w:t>
      </w:r>
    </w:p>
    <w:p>
      <w:r>
        <w:rPr>
          <w:rFonts w:ascii="Gentium Plus" w:hAnsi="Gentium Plus"/>
          <w:sz w:val="24"/>
        </w:rPr>
        <w:t>Πλείω γε μέντοι φαίνοιτ’ ἂν τὰ οὖρα κἀπὶ τῶν μείω διαχωρούντων διά τινα τῆς κοιλίας φυσικὴν διάθεσιν· ταῦτα δὲ τοῖς μὲν χρώμασι σύμμετρα, πλείω δὲ καὶ παχυτέραν τὴν ὑπόστα‐</w:t>
      </w:r>
    </w:p>
    <w:p>
      <w:r>
        <w:rPr>
          <w:rFonts w:ascii="Courier New" w:hAnsi="Courier New"/>
          <w:color w:val="555555"/>
          <w:sz w:val="20"/>
        </w:rPr>
        <w:t>[5]</w:t>
      </w:r>
    </w:p>
    <w:p>
      <w:r>
        <w:rPr>
          <w:rFonts w:ascii="Gentium Plus" w:hAnsi="Gentium Plus"/>
          <w:sz w:val="24"/>
        </w:rPr>
        <w:t>σιν κέκτηνται, χωρήσει δ’ ἂν καὶ διὰ φάρμακα διουρητικὰ τὰ οὖρα πλείω, ἃ τὸ μὲν κατὰ φύσιν χρῶμα μᾶλλον τοῦ προτέρου τηρήσει, τὴν δὲ ὑπόστασιν λεπτοτέραν ἀποφα‐ νεῖται, στιλβηδὼν δέ τις ἐπιλάμψει τῷ χύματι.</w:t>
      </w:r>
    </w:p>
    <w:p>
      <w:r>
        <w:rPr>
          <w:rFonts w:ascii="Courier New" w:hAnsi="Courier New"/>
          <w:color w:val="555555"/>
          <w:sz w:val="20"/>
        </w:rPr>
        <w:t>[2 . 10 . 4]</w:t>
      </w:r>
    </w:p>
    <w:p>
      <w:r>
        <w:rPr>
          <w:rFonts w:ascii="Gentium Plus" w:hAnsi="Gentium Plus"/>
          <w:sz w:val="24"/>
        </w:rPr>
        <w:t>Καὶ ταῦτα μὲν ὡς ἐπὶ τῶν μετρίως ὑγιαινόντων εἴρηται· ἐπὶ δὲ τῶν νοσησάντων οὕτως ἔχει.</w:t>
      </w:r>
    </w:p>
    <w:p>
      <w:r>
        <w:rPr>
          <w:rFonts w:ascii="Courier New" w:hAnsi="Courier New"/>
          <w:color w:val="555555"/>
          <w:sz w:val="20"/>
        </w:rPr>
        <w:t>[2 . 10 . 5]</w:t>
      </w:r>
    </w:p>
    <w:p>
      <w:r>
        <w:rPr>
          <w:rFonts w:ascii="Gentium Plus" w:hAnsi="Gentium Plus"/>
          <w:sz w:val="24"/>
        </w:rPr>
        <w:t>Πλείω οὖρα πρόεισιν ἐπὶ τοῦ διψακοῦ μὲν ἀπὸ τοῦ συμβαίνοντος πάθους ὀνο‐ μαζομένου· διαβήτου δὲ καὶ διαρροίας οὔρου εἰς ἀμίδα ἀπὸ τῆς παχύτητος κενώσεως λευκὰ πέφυκε καὶ λεπτὰ καὶ</w:t>
      </w:r>
    </w:p>
    <w:p>
      <w:r>
        <w:rPr>
          <w:rFonts w:ascii="Courier New" w:hAnsi="Courier New"/>
          <w:color w:val="555555"/>
          <w:sz w:val="20"/>
        </w:rPr>
        <w:t>[5]</w:t>
      </w:r>
    </w:p>
    <w:p>
      <w:r>
        <w:rPr>
          <w:rFonts w:ascii="Gentium Plus" w:hAnsi="Gentium Plus"/>
          <w:sz w:val="24"/>
        </w:rPr>
        <w:t>ἀνυπόστατα.</w:t>
      </w:r>
    </w:p>
    <w:p>
      <w:r>
        <w:rPr>
          <w:rFonts w:ascii="Courier New" w:hAnsi="Courier New"/>
          <w:color w:val="555555"/>
          <w:sz w:val="20"/>
        </w:rPr>
        <w:t>[2 . 10 . 6]</w:t>
      </w:r>
    </w:p>
    <w:p>
      <w:r>
        <w:rPr>
          <w:rFonts w:ascii="Gentium Plus" w:hAnsi="Gentium Plus"/>
          <w:sz w:val="24"/>
        </w:rPr>
        <w:t>Κἀκεῖνο δὲ εἰδέναι χρεὼν ὡς ἐνίοτε ἐπὶ ταῖς κρίσεσι τῶν νοσημάτων οὔρων πλῆθος ἐκκρίνεται λευκοτέρων τε καὶ λεπτοτέρων καὶ μετρίας ἐχόντων τὰς ὑποστάσεις, μάλιστα παχυτέρων τε καὶ θρομβοειδῶν οὔ‐</w:t>
      </w:r>
    </w:p>
    <w:p>
      <w:r>
        <w:rPr>
          <w:rFonts w:ascii="Courier New" w:hAnsi="Courier New"/>
          <w:color w:val="555555"/>
          <w:sz w:val="20"/>
        </w:rPr>
        <w:t>[5]</w:t>
      </w:r>
    </w:p>
    <w:p>
      <w:r>
        <w:rPr>
          <w:rFonts w:ascii="Gentium Plus" w:hAnsi="Gentium Plus"/>
          <w:sz w:val="24"/>
        </w:rPr>
        <w:t>ρων ἡγησαμένων.</w:t>
      </w:r>
    </w:p>
    <w:p>
      <w:r>
        <w:rPr>
          <w:rFonts w:ascii="Courier New" w:hAnsi="Courier New"/>
          <w:color w:val="555555"/>
          <w:sz w:val="20"/>
        </w:rPr>
        <w:t>[2 . 10 . 7]</w:t>
      </w:r>
    </w:p>
    <w:p>
      <w:r>
        <w:rPr>
          <w:rFonts w:ascii="Gentium Plus" w:hAnsi="Gentium Plus"/>
          <w:sz w:val="24"/>
        </w:rPr>
        <w:t>Τοῖς δὲ ἁλοῦσιν ὕδρωπος πάθει</w:t>
      </w:r>
    </w:p>
    <w:p>
      <w:r>
        <w:rPr>
          <w:rFonts w:ascii="Courier New" w:hAnsi="Courier New"/>
          <w:color w:val="555555"/>
          <w:sz w:val="20"/>
        </w:rPr>
        <w:t>[2 . 10 . 8]</w:t>
      </w:r>
    </w:p>
    <w:p>
      <w:r>
        <w:rPr>
          <w:rFonts w:ascii="Gentium Plus" w:hAnsi="Gentium Plus"/>
          <w:sz w:val="24"/>
        </w:rPr>
        <w:t>Τά γε μὴν πυρρὰ καὶ ὑπέρυθρα ἤ τισι παραπλησίοις χρώμασι καταβαφέντα καὶ πλείω ἰόντα μέμφεσθαι δεῖ καὶ μᾶλλον εἰ μὴ σὺν ἀγα‐ θοῖς παρυφισταμένοις πρόεισιν· ἂν δέ γε οἰνωπὰ καὶ</w:t>
      </w:r>
    </w:p>
    <w:p>
      <w:r>
        <w:rPr>
          <w:rFonts w:ascii="Courier New" w:hAnsi="Courier New"/>
          <w:color w:val="555555"/>
          <w:sz w:val="20"/>
        </w:rPr>
        <w:t>[5]</w:t>
      </w:r>
    </w:p>
    <w:p>
      <w:r>
        <w:rPr>
          <w:rFonts w:ascii="Gentium Plus" w:hAnsi="Gentium Plus"/>
          <w:sz w:val="24"/>
        </w:rPr>
        <w:t>κυανὰ κατὰ τὰ χρώματα εἴη καὶ πλείω προΐοι καὶ μάλιστα μὴ πέψεώς τινος προηγησαμένην, ἔτι χείρω καὶ νέκρωσίν τινα καὶ σύντηξιν ὑποφαίνει τῆς καθόλου διαρτίας τοῦ σώματος.</w:t>
      </w:r>
    </w:p>
    <w:p>
      <w:r>
        <w:rPr>
          <w:rFonts w:ascii="Courier New" w:hAnsi="Courier New"/>
          <w:color w:val="555555"/>
          <w:sz w:val="20"/>
        </w:rPr>
        <w:t>[2 . 10 . 9]</w:t>
      </w:r>
    </w:p>
    <w:p>
      <w:r>
        <w:rPr>
          <w:rFonts w:ascii="Gentium Plus" w:hAnsi="Gentium Plus"/>
          <w:sz w:val="24"/>
        </w:rPr>
        <w:t>Καὶ περὶ μὲν τῶν ὑπερβαλλόντων τῷ πλή‐ θει οὔρων τοσαῦτά ἐστιν εἰπεῖν· ἐλάττω δὲ τῶν κατ’ ἀνα‐ λογίαν συμμέτρων ἰόντα διὰ τἀναντία τούτων γενήσεται.</w:t>
      </w:r>
    </w:p>
    <w:p>
      <w:r>
        <w:rPr>
          <w:rFonts w:ascii="Courier New" w:hAnsi="Courier New"/>
          <w:color w:val="555555"/>
          <w:sz w:val="20"/>
        </w:rPr>
        <w:t>[2 . 10 . 10]</w:t>
      </w:r>
    </w:p>
    <w:p>
      <w:r>
        <w:rPr>
          <w:rFonts w:ascii="Gentium Plus" w:hAnsi="Gentium Plus"/>
          <w:sz w:val="24"/>
        </w:rPr>
        <w:t>Ἥ τε γὰρ ξηροτέρα δίαιτα ὀλίγα ἂν τὰ οὖρα ποιή‐ σαιεν καὶ ὑπόξανθα καὶ ἐλάττους ἔχοντα τὰς ὑποστάσεις καί πως τῶν συμμέτρων παχυτέρας· τά τε ἐμπλαστικὰ καὶ ἐμφρακτικὰ τῶν προσαρμάτων τε καὶ φαρμάκων ὀλίγα</w:t>
      </w:r>
    </w:p>
    <w:p>
      <w:r>
        <w:rPr>
          <w:rFonts w:ascii="Courier New" w:hAnsi="Courier New"/>
          <w:color w:val="555555"/>
          <w:sz w:val="20"/>
        </w:rPr>
        <w:t>[5]</w:t>
      </w:r>
    </w:p>
    <w:p>
      <w:r>
        <w:rPr>
          <w:rFonts w:ascii="Gentium Plus" w:hAnsi="Gentium Plus"/>
          <w:sz w:val="24"/>
        </w:rPr>
        <w:t>μὲν καὶ ταῦτα παρασκευάσει χωρῆσαι τὰ οὖρα, λεπτὰς δὲ καὶ ὀλίγας τὰς ὑποστάσεις.</w:t>
      </w:r>
    </w:p>
    <w:p>
      <w:r>
        <w:rPr>
          <w:rFonts w:ascii="Courier New" w:hAnsi="Courier New"/>
          <w:color w:val="555555"/>
          <w:sz w:val="20"/>
        </w:rPr>
        <w:t>[2 . 10 . 11]</w:t>
      </w:r>
    </w:p>
    <w:p>
      <w:r>
        <w:rPr>
          <w:rFonts w:ascii="Gentium Plus" w:hAnsi="Gentium Plus"/>
          <w:sz w:val="24"/>
        </w:rPr>
        <w:t>Ἃ δὲ διὰ πλείονα τοῦ συμμέτρου κένωσιν τῆς γαστρός, ἥττω τῆς ἀναλογίας φαί‐ νεται, πρὸς τὸ λευκότερον μὲν ἂν χωροίη, πάνυ δὲ ἀσα‐ φεῖς ἕξει τὰς ὑποστάσεις καὶ λεπτὰς καὶ οὐ λείας.</w:t>
      </w:r>
    </w:p>
    <w:p>
      <w:r>
        <w:rPr>
          <w:rFonts w:ascii="Courier New" w:hAnsi="Courier New"/>
          <w:color w:val="555555"/>
          <w:sz w:val="20"/>
        </w:rPr>
        <w:t>[2 . 10 . 12]</w:t>
      </w:r>
    </w:p>
    <w:p>
      <w:r>
        <w:rPr>
          <w:rFonts w:ascii="Gentium Plus" w:hAnsi="Gentium Plus"/>
          <w:sz w:val="24"/>
        </w:rPr>
        <w:t>Ἃ μέν τοι εἴη διὰ πάχος ἢ πλῆθος χυμῶν ἀπέπτων ὀλίγα, λευκὰ μὲν ἂν ὀφθείη καὶ λεπτὰ καὶ ἀνυπόστατα, ἔστι δ’ ὅτε καὶ παχέα, ὠμοτέρας ἔχοντα τὰς ὑποστάσεις καὶ οὐ</w:t>
      </w:r>
    </w:p>
    <w:p>
      <w:r>
        <w:rPr>
          <w:rFonts w:ascii="Courier New" w:hAnsi="Courier New"/>
          <w:color w:val="555555"/>
          <w:sz w:val="20"/>
        </w:rPr>
        <w:t>[5]</w:t>
      </w:r>
    </w:p>
    <w:p>
      <w:r>
        <w:rPr>
          <w:rFonts w:ascii="Gentium Plus" w:hAnsi="Gentium Plus"/>
          <w:sz w:val="24"/>
        </w:rPr>
        <w:t>λείας.</w:t>
      </w:r>
    </w:p>
    <w:p>
      <w:r>
        <w:rPr>
          <w:rFonts w:ascii="Courier New" w:hAnsi="Courier New"/>
          <w:color w:val="555555"/>
          <w:sz w:val="20"/>
        </w:rPr>
        <w:t>[2 . 10 . 13]</w:t>
      </w:r>
    </w:p>
    <w:p>
      <w:r>
        <w:rPr>
          <w:rFonts w:ascii="Gentium Plus" w:hAnsi="Gentium Plus"/>
          <w:sz w:val="24"/>
        </w:rPr>
        <w:t>Ὀλίγα δ’ ἂν ὑποχωρήσει καὶ διὰ τὴν τοῦ πυ‐ ρετοῦ σφοδρότητα καὶ τὰ χρώματα δ’ αὐτὰ σημανεῖ σοι τὴν τοῦ τοιούτου πυρετοῦ ποσότητα.</w:t>
      </w:r>
    </w:p>
    <w:p>
      <w:r>
        <w:rPr>
          <w:rFonts w:ascii="Courier New" w:hAnsi="Courier New"/>
          <w:color w:val="555555"/>
          <w:sz w:val="20"/>
        </w:rPr>
        <w:t>[2 . 10 . 14]</w:t>
      </w:r>
    </w:p>
    <w:p>
      <w:r>
        <w:rPr>
          <w:rFonts w:ascii="Gentium Plus" w:hAnsi="Gentium Plus"/>
          <w:sz w:val="24"/>
        </w:rPr>
        <w:t>Ἃ δ’ ὀλίγα ἰόντα φαίνεται διά τινα τῶν οὐρητικῶν ἀγγείων διάθεσιν, αἵ τε τοπικαὶ ὀδύναι φαῖεν ἂν καὶ τὰ ἐν τοῖς οὔροις παρ‐ υφιστάμενα, περὶ ὧν ἂν εἴποιμεν τοῦ λόγου προϊόντος·</w:t>
      </w:r>
    </w:p>
    <w:p>
      <w:r>
        <w:rPr>
          <w:rFonts w:ascii="Courier New" w:hAnsi="Courier New"/>
          <w:color w:val="555555"/>
          <w:sz w:val="20"/>
        </w:rPr>
        <w:t>[5]</w:t>
      </w:r>
    </w:p>
    <w:p>
      <w:r>
        <w:rPr>
          <w:rFonts w:ascii="Gentium Plus" w:hAnsi="Gentium Plus"/>
          <w:sz w:val="24"/>
        </w:rPr>
        <w:t>νῦν δὲ περὶ ἑκάστου χρώματος τὰ ἐνδεχόμενα λέξομεν.</w:t>
      </w:r>
    </w:p>
    <w:p>
      <w:r>
        <w:rPr>
          <w:rFonts w:ascii="Courier New" w:hAnsi="Courier New"/>
          <w:color w:val="555555"/>
          <w:sz w:val="20"/>
        </w:rPr>
        <w:t>[2 . 10 . 15]</w:t>
      </w:r>
    </w:p>
    <w:p>
      <w:r>
        <w:rPr>
          <w:rFonts w:ascii="Gentium Plus" w:hAnsi="Gentium Plus"/>
          <w:sz w:val="24"/>
        </w:rPr>
        <w:t>Τῆς τοίνυν περὶ τὰ χρώματα διαγνώσεως πολυσχεδοῦς τινος οὔσης, ἅτε μὴ πάντων τῶν φαινομένων χρωμάτων ὀνόμασί τισι διωρισμένων, ἀλλὰ τῶν μὲν γενικωτέρων διωρισμένων, τῶν δὲ μέσων τε καὶ παραμέσων καὶ ἁπλῶς</w:t>
      </w:r>
    </w:p>
    <w:p>
      <w:r>
        <w:rPr>
          <w:rFonts w:ascii="Courier New" w:hAnsi="Courier New"/>
          <w:color w:val="555555"/>
          <w:sz w:val="20"/>
        </w:rPr>
        <w:t>[5]</w:t>
      </w:r>
    </w:p>
    <w:p>
      <w:r>
        <w:rPr>
          <w:rFonts w:ascii="Gentium Plus" w:hAnsi="Gentium Plus"/>
          <w:sz w:val="24"/>
        </w:rPr>
        <w:t>τῶν κατὰ εἶδος ὁποιωνδήτινων ἀμοιρησάντων ὀνομάτων οἰκείων, ἔργον μὲν ἂν εἴη καθ’ ἕκαστον ἐξαγγέλλειν καινῷ δυσπερίληπτον.</w:t>
      </w:r>
    </w:p>
    <w:p>
      <w:r>
        <w:rPr>
          <w:rFonts w:ascii="Courier New" w:hAnsi="Courier New"/>
          <w:color w:val="555555"/>
          <w:sz w:val="20"/>
        </w:rPr>
        <w:t>[2 . 10 . 16]</w:t>
      </w:r>
    </w:p>
    <w:p>
      <w:r>
        <w:rPr>
          <w:rFonts w:ascii="Gentium Plus" w:hAnsi="Gentium Plus"/>
          <w:sz w:val="24"/>
        </w:rPr>
        <w:t>Τῷ δέ γε νοῦ μὲν τετυχηκότι ὀξέως,</w:t>
      </w:r>
    </w:p>
    <w:p>
      <w:pPr>
        <w:jc w:val="center"/>
      </w:pPr>
      <w:r>
        <w:rPr>
          <w:rFonts w:ascii="Gentium Plus" w:hAnsi="Gentium Plus"/>
          <w:b/>
          <w:sz w:val="24"/>
        </w:rPr>
        <w:t>Κεφ. ιαʹ. Περὶ διαγνώσεως τῶν λευκῶν οὔρων.</w:t>
      </w:r>
    </w:p>
    <w:p>
      <w:r>
        <w:rPr>
          <w:rFonts w:ascii="Courier New" w:hAnsi="Courier New"/>
          <w:color w:val="555555"/>
          <w:sz w:val="20"/>
        </w:rPr>
        <w:t>[2 . 11 . 1]</w:t>
      </w:r>
    </w:p>
    <w:p>
      <w:r>
        <w:rPr>
          <w:rFonts w:ascii="Gentium Plus" w:hAnsi="Gentium Plus"/>
          <w:sz w:val="24"/>
        </w:rPr>
        <w:t>Καὶ δὴ τὰ λευκὰ τῶν χρωμάτων—ἀρκτέον γὰρ ἐκ τοῦ λευκοῦ—ἐπειδήπερ τῶν ἁπλῶν τοῦτο πέφυκεν, αὐτὸ μὲν τοῦτο δείκνυσιν ὡς οὐ καταδέξαντά τινα κατα‐ βαφὴν παρ’ οἱουδήτινος χρίσματος.</w:t>
      </w:r>
    </w:p>
    <w:p>
      <w:r>
        <w:rPr>
          <w:rFonts w:ascii="Courier New" w:hAnsi="Courier New"/>
          <w:color w:val="555555"/>
          <w:sz w:val="20"/>
        </w:rPr>
        <w:t>[2 . 11 . 2]</w:t>
      </w:r>
    </w:p>
    <w:p>
      <w:r>
        <w:rPr>
          <w:rFonts w:ascii="Gentium Plus" w:hAnsi="Gentium Plus"/>
          <w:sz w:val="24"/>
        </w:rPr>
        <w:t>Τέτμηνται μέντοι εἰς πλείονα εἴδη τὴν κατὰ τὸ μᾶλλόν τε καὶ ἧττον δια‐ φορὰν εἰσδεξάμενα.</w:t>
      </w:r>
    </w:p>
    <w:p>
      <w:r>
        <w:rPr>
          <w:rFonts w:ascii="Courier New" w:hAnsi="Courier New"/>
          <w:color w:val="555555"/>
          <w:sz w:val="20"/>
        </w:rPr>
        <w:t>[2 . 11 . 3]</w:t>
      </w:r>
    </w:p>
    <w:p>
      <w:r>
        <w:rPr>
          <w:rFonts w:ascii="Gentium Plus" w:hAnsi="Gentium Plus"/>
          <w:sz w:val="24"/>
        </w:rPr>
        <w:t>Ἀλλὰ ὁποῖα μὲν καὶ πόσα ἐν τοῖς περὶ διαφορᾶς οὔρων λόγοις σαφέστερον εἴρηται, ὥστ’ οὐδὲ μηκύνειν αὖθις δεῖ τὸν περὶ τούτων λόγον ἱκανῶς ἐκεῖ ῥηθέντα. ἐπιθῶμεν δ’ ἤδη τῷ λόγῳ, ὅσα ταῦτα δια‐</w:t>
      </w:r>
    </w:p>
    <w:p>
      <w:r>
        <w:rPr>
          <w:rFonts w:ascii="Courier New" w:hAnsi="Courier New"/>
          <w:color w:val="555555"/>
          <w:sz w:val="20"/>
        </w:rPr>
        <w:t>[5]</w:t>
      </w:r>
    </w:p>
    <w:p>
      <w:r>
        <w:rPr>
          <w:rFonts w:ascii="Gentium Plus" w:hAnsi="Gentium Plus"/>
          <w:sz w:val="24"/>
        </w:rPr>
        <w:t>φαινόμενα σημαίνει.</w:t>
      </w:r>
    </w:p>
    <w:p>
      <w:r>
        <w:rPr>
          <w:rFonts w:ascii="Courier New" w:hAnsi="Courier New"/>
          <w:color w:val="555555"/>
          <w:sz w:val="20"/>
        </w:rPr>
        <w:t>[2 . 11 . 4]</w:t>
      </w:r>
    </w:p>
    <w:p>
      <w:r>
        <w:rPr>
          <w:rFonts w:ascii="Gentium Plus" w:hAnsi="Gentium Plus"/>
          <w:sz w:val="24"/>
        </w:rPr>
        <w:t>Ἐπεὶ τοίνυν δέδεικται, ὁποῖον οὖρον σύμμετρον ἐν πᾶσι κατά τε χρῶμα, σύστασιν καὶ προσέτι παρυφιστάμενον, ὥσπερ ἀπό τινος ἀκριβοῦς ση‐ μείου, τὸν ἀγχίνουν χρεὼν σκοποῦντα ταῖς ἀποστάσεσι</w:t>
      </w:r>
    </w:p>
    <w:p>
      <w:r>
        <w:rPr>
          <w:rFonts w:ascii="Courier New" w:hAnsi="Courier New"/>
          <w:color w:val="555555"/>
          <w:sz w:val="20"/>
        </w:rPr>
        <w:t>[5]</w:t>
      </w:r>
    </w:p>
    <w:p>
      <w:r>
        <w:rPr>
          <w:rFonts w:ascii="Gentium Plus" w:hAnsi="Gentium Plus"/>
          <w:sz w:val="24"/>
        </w:rPr>
        <w:t>τούτων καταμετρεῖν τὰ νοσήματα.</w:t>
      </w:r>
    </w:p>
    <w:p>
      <w:r>
        <w:rPr>
          <w:rFonts w:ascii="Courier New" w:hAnsi="Courier New"/>
          <w:color w:val="555555"/>
          <w:sz w:val="20"/>
        </w:rPr>
        <w:t>[2 . 11 . 5]</w:t>
      </w:r>
    </w:p>
    <w:p>
      <w:r>
        <w:rPr>
          <w:rFonts w:ascii="Gentium Plus" w:hAnsi="Gentium Plus"/>
          <w:sz w:val="24"/>
        </w:rPr>
        <w:t>Καὶ πέψεσι μὲν οὖν ἀκριβέσι τῶν ἐν τῷ σώματι χυμῶν τὸ καθῆκον λάμ‐ πει χρῶμα τοῖς χύμασιν. ἀπεψίαις δ’ αὖ ὠχρότης τε καὶ λευκότης καὶ ὅσα τούτοις παράμεσα χρώματα, πλὴν ἀλλὰ</w:t>
      </w:r>
    </w:p>
    <w:p>
      <w:r>
        <w:rPr>
          <w:rFonts w:ascii="Courier New" w:hAnsi="Courier New"/>
          <w:color w:val="555555"/>
          <w:sz w:val="20"/>
        </w:rPr>
        <w:t>[5]</w:t>
      </w:r>
    </w:p>
    <w:p>
      <w:r>
        <w:rPr>
          <w:rFonts w:ascii="Gentium Plus" w:hAnsi="Gentium Plus"/>
          <w:sz w:val="24"/>
        </w:rPr>
        <w:t>διορισάμενοι τῷ λόγῳ τὰς λευκότητας ἐπιθήσομεν ἑκάστῃ τὰ δέοντα.</w:t>
      </w:r>
    </w:p>
    <w:p>
      <w:r>
        <w:rPr>
          <w:rFonts w:ascii="Courier New" w:hAnsi="Courier New"/>
          <w:color w:val="555555"/>
          <w:sz w:val="20"/>
        </w:rPr>
        <w:t>[2 . 11 . 6]</w:t>
      </w:r>
    </w:p>
    <w:p>
      <w:r>
        <w:rPr>
          <w:rFonts w:ascii="Gentium Plus" w:hAnsi="Gentium Plus"/>
          <w:sz w:val="24"/>
        </w:rPr>
        <w:t>Τὰ τοίνυν λευκὰ τῶν οὔρων τοῖς ὑγιαί‐ νουσιν ἅπαξ μὲν ὀφθέντα πολυποσίαν οἴνου σημαίνει καὶ μάλιστα εἰ εἴη ὁ οἶνος ἐξίτηλος, ἐπιμαρτυρήσει δὲ καὶ τὸ πλῆθος τὴν διάγνωσιν.</w:t>
      </w:r>
    </w:p>
    <w:p>
      <w:r>
        <w:rPr>
          <w:rFonts w:ascii="Courier New" w:hAnsi="Courier New"/>
          <w:color w:val="555555"/>
          <w:sz w:val="20"/>
        </w:rPr>
        <w:t>[2 . 11 . 7]</w:t>
      </w:r>
    </w:p>
    <w:p>
      <w:r>
        <w:rPr>
          <w:rFonts w:ascii="Gentium Plus" w:hAnsi="Gentium Plus"/>
          <w:sz w:val="24"/>
        </w:rPr>
        <w:t>Σύμμετρα δὲ εἰ τῷ ποσῷ τυγχάνει καὶ ὑπόστασιν ἀναλογοῦσαν ἔχει, ψυχράν τινα δυσκρασίαν σημανεῖ τοῦ ἥπατος· εἰ δ’ ἀμυδρά τις εἴη πάνυ καὶ ἀσαφὴς ὑπόστασις, αὐτὰ δὲ πάνυ λευκά, ἢ τὸ</w:t>
      </w:r>
    </w:p>
    <w:p>
      <w:r>
        <w:rPr>
          <w:rFonts w:ascii="Courier New" w:hAnsi="Courier New"/>
          <w:color w:val="555555"/>
          <w:sz w:val="20"/>
        </w:rPr>
        <w:t>[5]</w:t>
      </w:r>
    </w:p>
    <w:p>
      <w:r>
        <w:rPr>
          <w:rFonts w:ascii="Gentium Plus" w:hAnsi="Gentium Plus"/>
          <w:sz w:val="24"/>
        </w:rPr>
        <w:t>κατὰ φύσιν ἢ τὸ ἐκ νόσου γῆρας ἀποφανεῖεν ἄν, λευκὰ δ’ ὡσαύτως καὶ ἐπὶ τῶν ὑδροπιώντων προΐεται, ἀνωμάλως μέντοι καὶ ὠμὰς τὰς ὑποστάσεις ἔχοντα φαίνεται.</w:t>
      </w:r>
    </w:p>
    <w:p>
      <w:r>
        <w:rPr>
          <w:rFonts w:ascii="Courier New" w:hAnsi="Courier New"/>
          <w:color w:val="555555"/>
          <w:sz w:val="20"/>
        </w:rPr>
        <w:t>[2 . 11 . 8]</w:t>
      </w:r>
    </w:p>
    <w:p>
      <w:r>
        <w:rPr>
          <w:rFonts w:ascii="Gentium Plus" w:hAnsi="Gentium Plus"/>
          <w:sz w:val="24"/>
        </w:rPr>
        <w:t>Οὐχ ἧττόν γε μὴν κἀπὶ τῶν ἔμφραξίν τινα πεπονθότων τῶν ἐντὸς σπλάγχνων καὶ νεφρῶν, προαχθείη ἂν οὖρα λεπτά τε καὶ λευκά, ἃ δ’ ἐπὶ πυρέσσουσιν ὀξέως λευκὰ προΐεται,</w:t>
      </w:r>
    </w:p>
    <w:p>
      <w:r>
        <w:rPr>
          <w:rFonts w:ascii="Courier New" w:hAnsi="Courier New"/>
          <w:color w:val="555555"/>
          <w:sz w:val="20"/>
        </w:rPr>
        <w:t>[5]</w:t>
      </w:r>
    </w:p>
    <w:p>
      <w:r>
        <w:rPr>
          <w:rFonts w:ascii="Gentium Plus" w:hAnsi="Gentium Plus"/>
          <w:sz w:val="24"/>
        </w:rPr>
        <w:t>τοῦ χρωννῦντος τοιαῦτα φαίνεται μεταστάντος χυμοῦ.</w:t>
      </w:r>
    </w:p>
    <w:p>
      <w:r>
        <w:rPr>
          <w:rFonts w:ascii="Courier New" w:hAnsi="Courier New"/>
          <w:color w:val="555555"/>
          <w:sz w:val="20"/>
        </w:rPr>
        <w:t>[2 . 11 . 9]</w:t>
      </w:r>
    </w:p>
    <w:p>
      <w:r>
        <w:rPr>
          <w:rFonts w:ascii="Gentium Plus" w:hAnsi="Gentium Plus"/>
          <w:sz w:val="24"/>
        </w:rPr>
        <w:t>Σύμμετρα δὲ ταῦτα ἢ καὶ πλείω πρόεισι τοῦ προσή‐ κοντος, ὁτὲ μὲν διασκεδασμένον καὶ λεπτὸν παρυφιστάμε‐ νον ἔχοντα, ὁτὲ δ’ αὖ γονοειδὲς, καὶ φεῦγον τὸν τῆς ἀμί‐ δος αὐτῆς πυθμένα, ἐνίοτε δὲ καὶ ἐπιλέλοιπε πάντα τού‐</w:t>
      </w:r>
    </w:p>
    <w:p>
      <w:r>
        <w:rPr>
          <w:rFonts w:ascii="Courier New" w:hAnsi="Courier New"/>
          <w:color w:val="555555"/>
          <w:sz w:val="20"/>
        </w:rPr>
        <w:t>[5]</w:t>
      </w:r>
    </w:p>
    <w:p>
      <w:r>
        <w:rPr>
          <w:rFonts w:ascii="Gentium Plus" w:hAnsi="Gentium Plus"/>
          <w:sz w:val="24"/>
        </w:rPr>
        <w:t>του τὰ παρυφιστάμενα, οὐχ ἥκιστα δ’ αὖ καὶ τὴν ἐπὶ γαστέρα ῥοπὴν λαβὼν ὁ χρωννὺς χυμὸς σφοδροτέραν, ταῦτα δὴ λευκὰ τῇ ἀπουσίᾳ παρασκευάσει γεγονέναι.</w:t>
      </w:r>
    </w:p>
    <w:p>
      <w:r>
        <w:rPr>
          <w:rFonts w:ascii="Courier New" w:hAnsi="Courier New"/>
          <w:color w:val="555555"/>
          <w:sz w:val="20"/>
        </w:rPr>
        <w:t>[2 . 11 . 10]</w:t>
      </w:r>
    </w:p>
    <w:p>
      <w:r>
        <w:rPr>
          <w:rFonts w:ascii="Gentium Plus" w:hAnsi="Gentium Plus"/>
          <w:sz w:val="24"/>
        </w:rPr>
        <w:t>Καὶ τοῦτο μαθεῖν ἐστιν ἀπὸ τῶν διαχωρημάτων, ὥσπερ καὶ τοὐναντίον ἐνίοτε συμβαίνειν εἴωθε, κατακε‐ χρωσμένων μὲν τῶν οὔρων φαινομένων, ἐκ λεύκων δὲ τῶν διαχωρημάτων.</w:t>
      </w:r>
    </w:p>
    <w:p>
      <w:r>
        <w:rPr>
          <w:rFonts w:ascii="Courier New" w:hAnsi="Courier New"/>
          <w:color w:val="555555"/>
          <w:sz w:val="20"/>
        </w:rPr>
        <w:t>[2 . 11 . 11]</w:t>
      </w:r>
    </w:p>
    <w:p>
      <w:r>
        <w:rPr>
          <w:rFonts w:ascii="Gentium Plus" w:hAnsi="Gentium Plus"/>
          <w:sz w:val="24"/>
        </w:rPr>
        <w:t>Πολλάκις γὰρ εἰώθεσαν οἱ χυμοὶ τοιαύτης ἀφορμῆς τινος δραξάμενοι ῥοπὰς λαμβάνειν, καὶ εἰ συνελεῖν προσήκει τὸν πάντα λόγον, οὕτω πως ἐστὶ φάναι· τὰ λευκὰ τῶν οὔρων ἤτοι διὰ πάχος τε καὶ πλῆ‐</w:t>
      </w:r>
    </w:p>
    <w:p>
      <w:r>
        <w:rPr>
          <w:rFonts w:ascii="Courier New" w:hAnsi="Courier New"/>
          <w:color w:val="555555"/>
          <w:sz w:val="20"/>
        </w:rPr>
        <w:t>[5]</w:t>
      </w:r>
    </w:p>
    <w:p>
      <w:r>
        <w:rPr>
          <w:rFonts w:ascii="Gentium Plus" w:hAnsi="Gentium Plus"/>
          <w:sz w:val="24"/>
        </w:rPr>
        <w:t>θος χυμῶν ὠμῶν γίνεται, ἢ δι’ ἔμφραξίν τινα τῶν πόρων, ἢ διὰ πολυποσίαν ἢ διὰ ἀπεψίαν καὶ προσέτι τοῦ χρων‐ νῦντος ἀποχώρησιν χυμοῦ, καὶ κατὰ φυσικὴν καί κατὰ πάθος ἐπὶ τούτοις ψυχρότητα καὶ ταῦτα μὲν πάνυ τε λευκὰ καὶ μετὰ λεπτῆς συνέρχεται τῆς συστάσεως, τὰ δέ</w:t>
      </w:r>
    </w:p>
    <w:p>
      <w:r>
        <w:rPr>
          <w:rFonts w:ascii="Courier New" w:hAnsi="Courier New"/>
          <w:color w:val="555555"/>
          <w:sz w:val="20"/>
        </w:rPr>
        <w:t>[10]</w:t>
      </w:r>
    </w:p>
    <w:p>
      <w:r>
        <w:rPr>
          <w:rFonts w:ascii="Gentium Plus" w:hAnsi="Gentium Plus"/>
          <w:sz w:val="24"/>
        </w:rPr>
        <w:t>γε μετὰ πάχους ἰόντα λευκὸν ἧττον μὲν ἐκείνων, πολὺν δ’ ἐμφαίνει τὸν ὠμὸν χυμὸν ἀκμάζειν τοῖς σώμασιν.</w:t>
      </w:r>
    </w:p>
    <w:p>
      <w:r>
        <w:rPr>
          <w:rFonts w:ascii="Courier New" w:hAnsi="Courier New"/>
          <w:color w:val="555555"/>
          <w:sz w:val="20"/>
        </w:rPr>
        <w:t>[2 . 11 . 12]</w:t>
      </w:r>
    </w:p>
    <w:p>
      <w:r>
        <w:rPr>
          <w:rFonts w:ascii="Gentium Plus" w:hAnsi="Gentium Plus"/>
          <w:sz w:val="24"/>
        </w:rPr>
        <w:t>Καὶ τὰ μὲν λευκὰ τῶν χρωμάτων τοιαῦτα μὲν σημή‐ νειεν, καθόσον δ’ ἐπιτέταται καὶ χείρω νομιζόμενα ᾖ τῷ τῆς ὑγείας λόγῳ.</w:t>
      </w:r>
    </w:p>
    <w:p>
      <w:pPr>
        <w:jc w:val="center"/>
      </w:pPr>
      <w:r>
        <w:rPr>
          <w:rFonts w:ascii="Gentium Plus" w:hAnsi="Gentium Plus"/>
          <w:b/>
          <w:sz w:val="24"/>
        </w:rPr>
        <w:t>Κεφ. ιβʹ. Περὶ διαγνώσεως τῶν ὑπώχρων καὶ ὠχρῶν οὔρων.</w:t>
      </w:r>
    </w:p>
    <w:p>
      <w:r>
        <w:rPr>
          <w:rFonts w:ascii="Courier New" w:hAnsi="Courier New"/>
          <w:color w:val="555555"/>
          <w:sz w:val="20"/>
        </w:rPr>
        <w:t>[2 . 12 . 1]</w:t>
      </w:r>
    </w:p>
    <w:p>
      <w:r>
        <w:rPr>
          <w:rFonts w:ascii="Gentium Plus" w:hAnsi="Gentium Plus"/>
          <w:sz w:val="24"/>
        </w:rPr>
        <w:t>Τὰ δ’ ὕπωχρά τε καὶ ὠχρὰ ἐπιφαινόμενα ἧττον μὲν τῶν ῥηθέντων τὴν ἀπεψίαν δείκνυσιν, ἐπιχειροῦσαν οἷον τὴν φύσιν φαίνοντα ταῖς πέψεσιν.</w:t>
      </w:r>
    </w:p>
    <w:p>
      <w:r>
        <w:rPr>
          <w:rFonts w:ascii="Courier New" w:hAnsi="Courier New"/>
          <w:color w:val="555555"/>
          <w:sz w:val="20"/>
        </w:rPr>
        <w:t>[2 . 12 . 2]</w:t>
      </w:r>
    </w:p>
    <w:p>
      <w:r>
        <w:rPr>
          <w:rFonts w:ascii="Gentium Plus" w:hAnsi="Gentium Plus"/>
          <w:sz w:val="24"/>
        </w:rPr>
        <w:t>Ἄπεπτά γε μὴν καὶ ταῦτα φαίνεται παραβαλλόμενα τοῖς συμμέτροις καὶ τοσούτῳ λείπεται τῶν ὑγειῶν, ὅσῳ πεπλεονέκτηκε τῶν λευκῶν· τὰ μὲν γὰρ λευκὰ πρὸς τῷ λείπεσθαι συμμέτρου</w:t>
      </w:r>
    </w:p>
    <w:p>
      <w:r>
        <w:rPr>
          <w:rFonts w:ascii="Courier New" w:hAnsi="Courier New"/>
          <w:color w:val="555555"/>
          <w:sz w:val="20"/>
        </w:rPr>
        <w:t>[5]</w:t>
      </w:r>
    </w:p>
    <w:p>
      <w:r>
        <w:rPr>
          <w:rFonts w:ascii="Gentium Plus" w:hAnsi="Gentium Plus"/>
          <w:sz w:val="24"/>
        </w:rPr>
        <w:t>συστάσεως καὶ χρώματος ἀμοιρεῖ προσήκοντος.</w:t>
      </w:r>
    </w:p>
    <w:p>
      <w:r>
        <w:rPr>
          <w:rFonts w:ascii="Courier New" w:hAnsi="Courier New"/>
          <w:color w:val="555555"/>
          <w:sz w:val="20"/>
        </w:rPr>
        <w:t>[2 . 12 . 3]</w:t>
      </w:r>
    </w:p>
    <w:p>
      <w:r>
        <w:rPr>
          <w:rFonts w:ascii="Gentium Plus" w:hAnsi="Gentium Plus"/>
          <w:sz w:val="24"/>
        </w:rPr>
        <w:t>Τὰ δ’ αὖ βραχύ τι καὶ τοῦ χρώματος καὶ τῆς συστάσεως λείπε‐ ται, ὥστε ταῦτα μὲν ἐκ λευκῶν φαινόμενα τὴν πέψιν ἀναζωπυροῦσθαι σημαίνει· ἀπὸ δὲ συμμέτρου μᾶλλον</w:t>
      </w:r>
    </w:p>
    <w:p>
      <w:r>
        <w:rPr>
          <w:rFonts w:ascii="Courier New" w:hAnsi="Courier New"/>
          <w:color w:val="555555"/>
          <w:sz w:val="20"/>
        </w:rPr>
        <w:t>[5]</w:t>
      </w:r>
    </w:p>
    <w:p>
      <w:r>
        <w:rPr>
          <w:rFonts w:ascii="Gentium Plus" w:hAnsi="Gentium Plus"/>
          <w:sz w:val="24"/>
        </w:rPr>
        <w:t>πρὸς τὸ μεῖον χωρεῖν τὴν ἔμφυτον θερμότητα.</w:t>
      </w:r>
    </w:p>
    <w:p>
      <w:r>
        <w:rPr>
          <w:rFonts w:ascii="Courier New" w:hAnsi="Courier New"/>
          <w:color w:val="555555"/>
          <w:sz w:val="20"/>
        </w:rPr>
        <w:t>[2 . 12 . 4]</w:t>
      </w:r>
    </w:p>
    <w:p>
      <w:r>
        <w:rPr>
          <w:rFonts w:ascii="Gentium Plus" w:hAnsi="Gentium Plus"/>
          <w:sz w:val="24"/>
        </w:rPr>
        <w:t>Καὶ</w:t>
      </w:r>
    </w:p>
    <w:p>
      <w:r>
        <w:rPr>
          <w:rFonts w:ascii="Courier New" w:hAnsi="Courier New"/>
          <w:color w:val="555555"/>
          <w:sz w:val="20"/>
        </w:rPr>
        <w:t>[2 . 12 . 5]</w:t>
      </w:r>
    </w:p>
    <w:p>
      <w:r>
        <w:rPr>
          <w:rFonts w:ascii="Gentium Plus" w:hAnsi="Gentium Plus"/>
          <w:sz w:val="24"/>
        </w:rPr>
        <w:t>Καὶ τὰ μὲν ὠχρὰ τῶν οὔρων οὕτω πως ἐνδεῖ τοῦ κατὰ φύσιν χρώματος καὶ [συστά‐ σεως] συμμέτρου· καταβαφέντα γε μὴν πλέον καὶ σύστα‐ σιν εἰληφότα σύμμετρον τὰ ὑπόπυρρα ποιεῖ καὶ ὑπόξανθα</w:t>
      </w:r>
    </w:p>
    <w:p>
      <w:r>
        <w:rPr>
          <w:rFonts w:ascii="Courier New" w:hAnsi="Courier New"/>
          <w:color w:val="555555"/>
          <w:sz w:val="20"/>
        </w:rPr>
        <w:t>[5]</w:t>
      </w:r>
    </w:p>
    <w:p>
      <w:r>
        <w:rPr>
          <w:rFonts w:ascii="Gentium Plus" w:hAnsi="Gentium Plus"/>
          <w:sz w:val="24"/>
        </w:rPr>
        <w:t>τελείας μὲν ὄντα πέψεως χρώματα, ἀσφάλειαν δ’ ὑγιεινὴν ὑπαγορεύοντα τελεῖν παντὶ τῷ σώματι.</w:t>
      </w:r>
    </w:p>
    <w:p>
      <w:r>
        <w:rPr>
          <w:rFonts w:ascii="Courier New" w:hAnsi="Courier New"/>
          <w:color w:val="555555"/>
          <w:sz w:val="20"/>
        </w:rPr>
        <w:t>[2 . 12 . 6]</w:t>
      </w:r>
    </w:p>
    <w:p>
      <w:r>
        <w:rPr>
          <w:rFonts w:ascii="Gentium Plus" w:hAnsi="Gentium Plus"/>
          <w:sz w:val="24"/>
        </w:rPr>
        <w:t>Οὐδὲν δ’ ἂν διενέγκῃ ἴσως εἰ δι’ εἰκότα λόγον καὶ ἀμφότερα συνιέναι πέφυκε τοῖς συμμέτροις καὶ κατὰ φύσιν οὔροις.</w:t>
      </w:r>
    </w:p>
    <w:p>
      <w:r>
        <w:rPr>
          <w:rFonts w:ascii="Courier New" w:hAnsi="Courier New"/>
          <w:color w:val="555555"/>
          <w:sz w:val="20"/>
        </w:rPr>
        <w:t>[2 . 12 . 7]</w:t>
      </w:r>
    </w:p>
    <w:p>
      <w:r>
        <w:rPr>
          <w:rFonts w:ascii="Gentium Plus" w:hAnsi="Gentium Plus"/>
          <w:sz w:val="24"/>
        </w:rPr>
        <w:t>Καὶ ἡ αἰτία πρόδηλος, οἶμαι. τοῖς μὲν γὰρ αἱματηροτέροις μᾶλλον κατὰ φύσιν τὰ ὑπόπυρρα πέφυκε. τοῖς δ’ αὖ ξαν‐ θοχόλοις κατὰ φύσιν τὰ ὑπόξανθα, ὥσπερ αὖ τοῖς τε με‐</w:t>
      </w:r>
    </w:p>
    <w:p>
      <w:r>
        <w:rPr>
          <w:rFonts w:ascii="Courier New" w:hAnsi="Courier New"/>
          <w:color w:val="555555"/>
          <w:sz w:val="20"/>
        </w:rPr>
        <w:t>[5]</w:t>
      </w:r>
    </w:p>
    <w:p>
      <w:r>
        <w:rPr>
          <w:rFonts w:ascii="Gentium Plus" w:hAnsi="Gentium Plus"/>
          <w:sz w:val="24"/>
        </w:rPr>
        <w:t>λαγχολικοῖς καὶ φλεγματώδεσι δόξαιεν ἂν πρὸς τὸ λευκὸν ῥέπειν τὰ σύμμετρα.</w:t>
      </w:r>
    </w:p>
    <w:p>
      <w:r>
        <w:rPr>
          <w:rFonts w:ascii="Courier New" w:hAnsi="Courier New"/>
          <w:color w:val="555555"/>
          <w:sz w:val="20"/>
        </w:rPr>
        <w:t>[2 . 12 . 8]</w:t>
      </w:r>
    </w:p>
    <w:p>
      <w:r>
        <w:rPr>
          <w:rFonts w:ascii="Gentium Plus" w:hAnsi="Gentium Plus"/>
          <w:sz w:val="24"/>
        </w:rPr>
        <w:t>Καὶ περὶ μὲν τῶν συμμέτρων χρωμάτων οὔ μοι καιρὸς νῦν ἐπεξιέναι εἰρηκότι πρότερον ἐν τῷ περὶ τῶν οὔρων κανόνι οὐ μόνον περὶ συμμέτρου καὶ κατὰ φύσιν χρώματος, ἀλλὰ καὶ συστάσεως καὶ παρ‐</w:t>
      </w:r>
    </w:p>
    <w:p>
      <w:r>
        <w:rPr>
          <w:rFonts w:ascii="Courier New" w:hAnsi="Courier New"/>
          <w:color w:val="555555"/>
          <w:sz w:val="20"/>
        </w:rPr>
        <w:t>[5]</w:t>
      </w:r>
    </w:p>
    <w:p>
      <w:r>
        <w:rPr>
          <w:rFonts w:ascii="Gentium Plus" w:hAnsi="Gentium Plus"/>
          <w:sz w:val="24"/>
        </w:rPr>
        <w:t>υφισταμένου συμμέτρων, ὥστ’ ἄρα λείπεται περὶ τῶν μετὰ τοῦτον φάναι χρωμάτων ἤδη μὲν ἀφισταμένων τοῦ συμμέτρου ὁποιανδήτινα δὲ διάθεσιν ὑπαγορευόντων.</w:t>
      </w:r>
    </w:p>
    <w:p>
      <w:pPr>
        <w:jc w:val="center"/>
      </w:pPr>
      <w:r>
        <w:rPr>
          <w:rFonts w:ascii="Gentium Plus" w:hAnsi="Gentium Plus"/>
          <w:b/>
          <w:sz w:val="24"/>
        </w:rPr>
        <w:t>Κεφ. ιγʹ. Περὶ διαγνώσεως πυρρῶν τε καὶ ξανθῶν οὔρων.</w:t>
      </w:r>
    </w:p>
    <w:p>
      <w:r>
        <w:rPr>
          <w:rFonts w:ascii="Courier New" w:hAnsi="Courier New"/>
          <w:color w:val="555555"/>
          <w:sz w:val="20"/>
        </w:rPr>
        <w:t>[2 . 13 . 1]</w:t>
      </w:r>
    </w:p>
    <w:p>
      <w:r>
        <w:rPr>
          <w:rFonts w:ascii="Gentium Plus" w:hAnsi="Gentium Plus"/>
          <w:sz w:val="24"/>
        </w:rPr>
        <w:t>Πυρρὰ τοίνυν καὶ ξανθὰ δ’ ἐπὶ τοῖς ῥηθεῖσι φαί‐ νεται οὔροις ἐπίτασίν τινα τῆς παρὰ φύσιν θερμότητος ὑποφαίνοντα, ὑπόλεπτά γε μὴν ἢ καὶ τοῦ συμμέτρου παχύτερα, καὶ ἀνυπόστατα ἢ βραχύ τι πάνυ καὶ ἀσαφὲς</w:t>
      </w:r>
    </w:p>
    <w:p>
      <w:r>
        <w:rPr>
          <w:rFonts w:ascii="Courier New" w:hAnsi="Courier New"/>
          <w:color w:val="555555"/>
          <w:sz w:val="20"/>
        </w:rPr>
        <w:t>[5]</w:t>
      </w:r>
    </w:p>
    <w:p>
      <w:r>
        <w:rPr>
          <w:rFonts w:ascii="Gentium Plus" w:hAnsi="Gentium Plus"/>
          <w:sz w:val="24"/>
        </w:rPr>
        <w:t>τὸ παρυφιστάμενον ταῦτ’ ἔχοντα φαίνεται.</w:t>
      </w:r>
    </w:p>
    <w:p>
      <w:r>
        <w:rPr>
          <w:rFonts w:ascii="Courier New" w:hAnsi="Courier New"/>
          <w:color w:val="555555"/>
          <w:sz w:val="20"/>
        </w:rPr>
        <w:t>[2 . 13 . 2]</w:t>
      </w:r>
    </w:p>
    <w:p>
      <w:r>
        <w:rPr>
          <w:rFonts w:ascii="Gentium Plus" w:hAnsi="Gentium Plus"/>
          <w:sz w:val="24"/>
        </w:rPr>
        <w:t>Καὶ τὰ μὲν πυρρὰ ἐπίτασιν μᾶλλον δι’ ὕλης ποσότητα σημαίνει θερμοτάτης ἢ ταύτης δηλονότι τῆς θερμότητος ἐπίτασιν δι’ ὕλης ἔνδειαν· μᾶλλον δ’ αὖ διὰ τουναντίον γίνεται τὰ</w:t>
      </w:r>
    </w:p>
    <w:p>
      <w:r>
        <w:rPr>
          <w:rFonts w:ascii="Courier New" w:hAnsi="Courier New"/>
          <w:color w:val="555555"/>
          <w:sz w:val="20"/>
        </w:rPr>
        <w:t>[5]</w:t>
      </w:r>
    </w:p>
    <w:p>
      <w:r>
        <w:rPr>
          <w:rFonts w:ascii="Gentium Plus" w:hAnsi="Gentium Plus"/>
          <w:sz w:val="24"/>
        </w:rPr>
        <w:t>ξανθά.</w:t>
      </w:r>
    </w:p>
    <w:p>
      <w:r>
        <w:rPr>
          <w:rFonts w:ascii="Courier New" w:hAnsi="Courier New"/>
          <w:color w:val="555555"/>
          <w:sz w:val="20"/>
        </w:rPr>
        <w:t>[2 . 13 . 3]</w:t>
      </w:r>
    </w:p>
    <w:p>
      <w:r>
        <w:rPr>
          <w:rFonts w:ascii="Gentium Plus" w:hAnsi="Gentium Plus"/>
          <w:sz w:val="24"/>
        </w:rPr>
        <w:t>Τὰ μὲν γὰρ πυρρὰ διὰ πλείω προσφορὰν τρο‐ φῶν τε καὶ φαρμάκων δριμέων καὶ ζέσιν αἵματος ἐκ θυ‐ μοῦ καὶ δυσκρασίαν τινὰ ἔτι τὸ θερμότερον τῶν σπλαγχ‐ νῶν ἐπισυμβαίη ἂν καὶ διὰ παραπλησίαν τινὰ ἑτέραν διά‐</w:t>
      </w:r>
    </w:p>
    <w:p>
      <w:r>
        <w:rPr>
          <w:rFonts w:ascii="Courier New" w:hAnsi="Courier New"/>
          <w:color w:val="555555"/>
          <w:sz w:val="20"/>
        </w:rPr>
        <w:t>[5]</w:t>
      </w:r>
    </w:p>
    <w:p>
      <w:r>
        <w:rPr>
          <w:rFonts w:ascii="Gentium Plus" w:hAnsi="Gentium Plus"/>
          <w:sz w:val="24"/>
        </w:rPr>
        <w:t>θεσιν, ἑκεῖνα δ’ αὖ διὰ λύπην καὶ φροντίδα καὶ ἀγρυπνίαν</w:t>
      </w:r>
    </w:p>
    <w:p>
      <w:pPr>
        <w:jc w:val="center"/>
      </w:pPr>
      <w:r>
        <w:rPr>
          <w:rFonts w:ascii="Gentium Plus" w:hAnsi="Gentium Plus"/>
          <w:b/>
          <w:sz w:val="24"/>
        </w:rPr>
        <w:t>Κεφ. ιδʹ. Περὶ διαγνώσεως ὑπερύθρων καὶ ἐρυθρῶν οὔρων.</w:t>
      </w:r>
    </w:p>
    <w:p>
      <w:r>
        <w:rPr>
          <w:rFonts w:ascii="Courier New" w:hAnsi="Courier New"/>
          <w:color w:val="555555"/>
          <w:sz w:val="20"/>
        </w:rPr>
        <w:t>[2 . 14 . 1]</w:t>
      </w:r>
    </w:p>
    <w:p>
      <w:r>
        <w:rPr>
          <w:rFonts w:ascii="Gentium Plus" w:hAnsi="Gentium Plus"/>
          <w:sz w:val="24"/>
        </w:rPr>
        <w:t>Ὑπέρυθρον ἐπὶ τούτοις οὖρον φαίνεται παχὺ μὲν ὡς ἐπὶ τὸ πλεῖστον, ἔστι δ’ ὅτε καὶ λεπτὸν φαινόμενον· ἀλλὰ τὸ μὲν ἐρυθρᾶς μᾶλλον καταβαφὴν ὑπαγορεύει χο‐ λῆς καὶ οἶδεν ὅ τε λόγος καὶ ἡ πείρα τοιοῦτον εἶδος χο‐</w:t>
      </w:r>
    </w:p>
    <w:p>
      <w:r>
        <w:rPr>
          <w:rFonts w:ascii="Courier New" w:hAnsi="Courier New"/>
          <w:color w:val="555555"/>
          <w:sz w:val="20"/>
        </w:rPr>
        <w:t>[5]</w:t>
      </w:r>
    </w:p>
    <w:p>
      <w:r>
        <w:rPr>
          <w:rFonts w:ascii="Gentium Plus" w:hAnsi="Gentium Plus"/>
          <w:sz w:val="24"/>
        </w:rPr>
        <w:t>λῆς, καὶ ῥηθείη ἂν ἴσως ἐν οἰκείῳ τόπῳ.</w:t>
      </w:r>
    </w:p>
    <w:p>
      <w:r>
        <w:rPr>
          <w:rFonts w:ascii="Courier New" w:hAnsi="Courier New"/>
          <w:color w:val="555555"/>
          <w:sz w:val="20"/>
        </w:rPr>
        <w:t>[2 . 14 . 2]</w:t>
      </w:r>
    </w:p>
    <w:p>
      <w:r>
        <w:rPr>
          <w:rFonts w:ascii="Gentium Plus" w:hAnsi="Gentium Plus"/>
          <w:sz w:val="24"/>
        </w:rPr>
        <w:t>Τὸ δ’ αὖ ὀρρώδους πλεονασμὸν αἵματος καὶ τὸ μὲν μᾶλλον σφο‐ δροτέροις συναναφαίνεται πυρετοῖς, τὸ δ’ αὖ διὰ τὴν τοῦ χυμοῦ συγγένειαν ἐπ’ ἀσθενεστέροις, εἰ μή πού τις προσα‐</w:t>
      </w:r>
    </w:p>
    <w:p>
      <w:r>
        <w:rPr>
          <w:rFonts w:ascii="Courier New" w:hAnsi="Courier New"/>
          <w:color w:val="555555"/>
          <w:sz w:val="20"/>
        </w:rPr>
        <w:t>[5]</w:t>
      </w:r>
    </w:p>
    <w:p>
      <w:r>
        <w:rPr>
          <w:rFonts w:ascii="Gentium Plus" w:hAnsi="Gentium Plus"/>
          <w:sz w:val="24"/>
        </w:rPr>
        <w:t>ποδοθεῖσα αἰτία κἀπὶ τούτου σφοδρότερον ἀνάψῃ τὸν πυ‐ ρετόν.</w:t>
      </w:r>
    </w:p>
    <w:p>
      <w:r>
        <w:rPr>
          <w:rFonts w:ascii="Courier New" w:hAnsi="Courier New"/>
          <w:color w:val="555555"/>
          <w:sz w:val="20"/>
        </w:rPr>
        <w:t>[2 . 14 . 3]</w:t>
      </w:r>
    </w:p>
    <w:p>
      <w:r>
        <w:rPr>
          <w:rFonts w:ascii="Gentium Plus" w:hAnsi="Gentium Plus"/>
          <w:sz w:val="24"/>
        </w:rPr>
        <w:t>Ὃ δ’ ἐρυθρὸν ὁ λόγος μεμάθηκεν ὑπὸ τῶν αὐτῶν μὲν οἶδε τῷ ὑπερύθρῳ χυμῶν συνίστασθαι· τοσούτῳ δ’ αὐτοὺς ἐπιταθέντας ἐδέξατο, ὅσῳ καὶ τὸ χρῶμα γέγονεν ἐπιδηλότερον.</w:t>
      </w:r>
    </w:p>
    <w:p>
      <w:r>
        <w:rPr>
          <w:rFonts w:ascii="Courier New" w:hAnsi="Courier New"/>
          <w:color w:val="555555"/>
          <w:sz w:val="20"/>
        </w:rPr>
        <w:t>[2 . 14 . 4]</w:t>
      </w:r>
    </w:p>
    <w:p>
      <w:r>
        <w:rPr>
          <w:rFonts w:ascii="Gentium Plus" w:hAnsi="Gentium Plus"/>
          <w:sz w:val="24"/>
        </w:rPr>
        <w:t>Κἀκείνου δὲ μεμῆσθαι χρεών, ὡς φλε‐ βός τοτε ῥαγείσης περὶ τὰ οὐρητικὰ ἀγγεῖα ἢ καὶ προσω‐ τέρω καὶ τοῦ αἵματος τοῖς οὔροις ἀνακραθέντος, τοιοῦτο δὴ τὸ χρῶμα φαίνεται, προσεπιγνωσθείη δὲ τῇ τε τοπικῇ</w:t>
      </w:r>
    </w:p>
    <w:p>
      <w:r>
        <w:rPr>
          <w:rFonts w:ascii="Courier New" w:hAnsi="Courier New"/>
          <w:color w:val="555555"/>
          <w:sz w:val="20"/>
        </w:rPr>
        <w:t>[5]</w:t>
      </w:r>
    </w:p>
    <w:p>
      <w:r>
        <w:rPr>
          <w:rFonts w:ascii="Gentium Plus" w:hAnsi="Gentium Plus"/>
          <w:sz w:val="24"/>
        </w:rPr>
        <w:t>ὀδύνῃ καὶ τῇ προηγησαμένῃ αἰτίᾳ, πυοποιηθείη δ’ ἂν οὕτω προϊόντος τοῦ χρόνου τὸ τραῦμα καὶ τῷ οὔρῳ συν‐ διαδοθέντος τοῦ πύου ἡ διάγνωσις ἀκριβωθείη τ’ ἂν καὶ μαρτυρηθείη, ὥσπερ αὖ κἀπὶ τῶν διϋλιζόντων τὸν ὀρρὸν ἀγγείων δι’ οἵαν δήτινα αἰτίαν ὑπὲρ τὸ δέον πεπονθότων</w:t>
      </w:r>
    </w:p>
    <w:p>
      <w:r>
        <w:rPr>
          <w:rFonts w:ascii="Courier New" w:hAnsi="Courier New"/>
          <w:color w:val="555555"/>
          <w:sz w:val="20"/>
        </w:rPr>
        <w:t>[10]</w:t>
      </w:r>
    </w:p>
    <w:p>
      <w:r>
        <w:rPr>
          <w:rFonts w:ascii="Gentium Plus" w:hAnsi="Gentium Plus"/>
          <w:sz w:val="24"/>
        </w:rPr>
        <w:t>ἀραίωσιν, ἀλλ’ οὐ ῥαγέντων, συνδιακρίνεται καὶ αἷμα μι‐ γὲν τοῖς οὔροις.</w:t>
      </w:r>
    </w:p>
    <w:p>
      <w:r>
        <w:rPr>
          <w:rFonts w:ascii="Courier New" w:hAnsi="Courier New"/>
          <w:color w:val="555555"/>
          <w:sz w:val="20"/>
        </w:rPr>
        <w:t>[2 . 14 . 5]</w:t>
      </w:r>
    </w:p>
    <w:p>
      <w:r>
        <w:rPr>
          <w:rFonts w:ascii="Gentium Plus" w:hAnsi="Gentium Plus"/>
          <w:sz w:val="24"/>
        </w:rPr>
        <w:t>Ἀλλ’ ὧδε καί τις τῶν νεφρῶν κατα‐ γνωσθείη χαυνότης, τῶν δὲ οὔρων ἕποιτ’ ἂν πλείων ἔκ‐ κρισις καὶ πλείων ἀτονία γένοιτ’ ἂν τῷ ἀνθρώπῳ, καὶ μᾶλλον, εἰ μὴ τὰ ἐπὶ φλεβὸς ῥαγείσης φαίνοιτο σημεῖα,</w:t>
      </w:r>
    </w:p>
    <w:p>
      <w:r>
        <w:rPr>
          <w:rFonts w:ascii="Courier New" w:hAnsi="Courier New"/>
          <w:color w:val="555555"/>
          <w:sz w:val="20"/>
        </w:rPr>
        <w:t>[5]</w:t>
      </w:r>
    </w:p>
    <w:p>
      <w:r>
        <w:rPr>
          <w:rFonts w:ascii="Gentium Plus" w:hAnsi="Gentium Plus"/>
          <w:sz w:val="24"/>
        </w:rPr>
        <w:t>καὶ τὸ μὲν ὑπερυθρον καὶ ἔρυθρον τοῦ χρώματος μέτριόν τι τὸ κακὸν ὑπαγορεύει, κἂν ὑφ’ ὁποίου εἴη γεγονότα χυ‐ μοῦ, εἴπερ ὁ μὲν οἰκεῖος μᾶλλον πέφυκε τἀνθρώπῳ.</w:t>
      </w:r>
    </w:p>
    <w:p>
      <w:r>
        <w:rPr>
          <w:rFonts w:ascii="Courier New" w:hAnsi="Courier New"/>
          <w:color w:val="555555"/>
          <w:sz w:val="20"/>
        </w:rPr>
        <w:t>[2 . 14 . 6]</w:t>
      </w:r>
    </w:p>
    <w:p>
      <w:r>
        <w:rPr>
          <w:rFonts w:ascii="Gentium Plus" w:hAnsi="Gentium Plus"/>
          <w:sz w:val="24"/>
        </w:rPr>
        <w:t>Ὁ δ’ αὖ οὐ πάνυ πονηρὸς καθέστηκεν ἀπὸ τῆς τῶν χρωμά‐</w:t>
      </w:r>
    </w:p>
    <w:p>
      <w:pPr>
        <w:jc w:val="center"/>
      </w:pPr>
      <w:r>
        <w:rPr>
          <w:rFonts w:ascii="Gentium Plus" w:hAnsi="Gentium Plus"/>
          <w:b/>
          <w:sz w:val="24"/>
        </w:rPr>
        <w:t>Κεφ. ιεʹ. Περὶ διαγνώσεως οἰνωπῶν οὔρων.</w:t>
      </w:r>
    </w:p>
    <w:p>
      <w:r>
        <w:rPr>
          <w:rFonts w:ascii="Courier New" w:hAnsi="Courier New"/>
          <w:color w:val="555555"/>
          <w:sz w:val="20"/>
        </w:rPr>
        <w:t>[2 . 15 . 1]</w:t>
      </w:r>
    </w:p>
    <w:p>
      <w:r>
        <w:rPr>
          <w:rFonts w:ascii="Gentium Plus" w:hAnsi="Gentium Plus"/>
          <w:sz w:val="24"/>
        </w:rPr>
        <w:t>Τοσούτῳ γε μὴν ἐπὶ τὸ χεῖρον τὸ οἰνωπὸν τοῦ χρώματος πρόεισιν, ὅσῳ λείπεται τοῦ ἐρυθροῦ τὸ ὑπέρυ‐ θρον· ἤδη γὰρ ὀπτᾶσθαι τοῦτο σημαίνει τὸν ἀγαθὸν χυ‐ μὸν καὶ μεθίστασθαι ἤτοι πρὸς ξανθὴν ἢ μέλαιναν χο‐</w:t>
      </w:r>
    </w:p>
    <w:p>
      <w:r>
        <w:rPr>
          <w:rFonts w:ascii="Courier New" w:hAnsi="Courier New"/>
          <w:color w:val="555555"/>
          <w:sz w:val="20"/>
        </w:rPr>
        <w:t>[5]</w:t>
      </w:r>
    </w:p>
    <w:p>
      <w:r>
        <w:rPr>
          <w:rFonts w:ascii="Gentium Plus" w:hAnsi="Gentium Plus"/>
          <w:sz w:val="24"/>
        </w:rPr>
        <w:t>λήν, αἳ δὴ καὶ χείρω τῶν ὑπαρχόντων πάθη τελέουσι.</w:t>
      </w:r>
    </w:p>
    <w:p>
      <w:r>
        <w:rPr>
          <w:rFonts w:ascii="Courier New" w:hAnsi="Courier New"/>
          <w:color w:val="555555"/>
          <w:sz w:val="20"/>
        </w:rPr>
        <w:t>[2 . 15 . 2]</w:t>
      </w:r>
    </w:p>
    <w:p>
      <w:r>
        <w:rPr>
          <w:rFonts w:ascii="Gentium Plus" w:hAnsi="Gentium Plus"/>
          <w:sz w:val="24"/>
        </w:rPr>
        <w:t>Κἂν μὲν οὖν ἐμφαίνοιτό τι τῶν ἀγαθῶν ὑποστάσεων, μέτριον ἂν οὕτω εἴη τὸ δεινὸν καί τις ἐλπὶς τὴν φύσιν τέως ἐπικρατήσειν.</w:t>
      </w:r>
    </w:p>
    <w:p>
      <w:r>
        <w:rPr>
          <w:rFonts w:ascii="Courier New" w:hAnsi="Courier New"/>
          <w:color w:val="555555"/>
          <w:sz w:val="20"/>
        </w:rPr>
        <w:t>[2 . 15 . 3]</w:t>
      </w:r>
    </w:p>
    <w:p>
      <w:r>
        <w:rPr>
          <w:rFonts w:ascii="Gentium Plus" w:hAnsi="Gentium Plus"/>
          <w:sz w:val="24"/>
        </w:rPr>
        <w:t>Εἰ δ’ ἤτοι δεινὰ τελεῖ τὰ παρυφι‐ στάμενα ἢ τὴν ἀρχὴν μηδοτιοῦν παρυφίσταται, σκιαυγῆ δ’ οἷον εἴη τὰ χρώματα, φαῦλα πάντως καὶ πολλῆς τῆς ῥώμης ἐπιδεόμενα πρὸς ἀνάκτησιν.</w:t>
      </w:r>
    </w:p>
    <w:p>
      <w:r>
        <w:rPr>
          <w:rFonts w:ascii="Courier New" w:hAnsi="Courier New"/>
          <w:color w:val="555555"/>
          <w:sz w:val="20"/>
        </w:rPr>
        <w:t>[2 . 15 . 4]</w:t>
      </w:r>
    </w:p>
    <w:p>
      <w:r>
        <w:rPr>
          <w:rFonts w:ascii="Gentium Plus" w:hAnsi="Gentium Plus"/>
          <w:sz w:val="24"/>
        </w:rPr>
        <w:t>Τό γε μὴν ἐπὶ τῶν ὑγιαινόντων ἐξουρούμενον ἐνίοτε οἰνωπὸν πολλὰ δρα‐ μόντων ἢ μακρὰν ἰόντων ἐπιφαίνεται πορίαν, καί τινα δ’ ἂν αὐτῷ τῶν ἀγαθῶν συνδράμοι σημείων.</w:t>
      </w:r>
    </w:p>
    <w:p>
      <w:pPr>
        <w:jc w:val="center"/>
      </w:pPr>
      <w:r>
        <w:rPr>
          <w:rFonts w:ascii="Gentium Plus" w:hAnsi="Gentium Plus"/>
          <w:b/>
          <w:sz w:val="24"/>
        </w:rPr>
        <w:t>Κεφ. ιϛʹ. Περὶ διαφορᾶς κυανῶν οὔρων.</w:t>
      </w:r>
    </w:p>
    <w:p>
      <w:r>
        <w:rPr>
          <w:rFonts w:ascii="Courier New" w:hAnsi="Courier New"/>
          <w:color w:val="555555"/>
          <w:sz w:val="20"/>
        </w:rPr>
        <w:t>[2 . 16 . 1]</w:t>
      </w:r>
    </w:p>
    <w:p>
      <w:r>
        <w:rPr>
          <w:rFonts w:ascii="Gentium Plus" w:hAnsi="Gentium Plus"/>
          <w:sz w:val="24"/>
        </w:rPr>
        <w:t>Κυανοῦ δ’ ὁποῖον μὲν τῷ εἴδει καθέστηκε, φθά‐ σαντες εἰρήκαμεν ἐν τοῖς περὶ διαφορᾶς οὔρων· ὅ, τι δὲ βούλεται νῦν ἂν εἴη προσῆκον φάναι.</w:t>
      </w:r>
    </w:p>
    <w:p>
      <w:r>
        <w:rPr>
          <w:rFonts w:ascii="Courier New" w:hAnsi="Courier New"/>
          <w:color w:val="555555"/>
          <w:sz w:val="20"/>
        </w:rPr>
        <w:t>[2 . 16 . 2]</w:t>
      </w:r>
    </w:p>
    <w:p>
      <w:r>
        <w:rPr>
          <w:rFonts w:ascii="Gentium Plus" w:hAnsi="Gentium Plus"/>
          <w:sz w:val="24"/>
        </w:rPr>
        <w:t>Τὸ τοίνυν τοι‐ οῦτον οὖρόν φαμεν πολλῷ μὲν ὑποφαίνει λείπεσθαι τοῦ συμμέτρου, πολλῆς δ’ ἔτι δεῖσθαι τῆς ῥώμης ἐς ἀγαθὴν τὴν μεταβολήν.</w:t>
      </w:r>
    </w:p>
    <w:p>
      <w:r>
        <w:rPr>
          <w:rFonts w:ascii="Courier New" w:hAnsi="Courier New"/>
          <w:color w:val="555555"/>
          <w:sz w:val="20"/>
        </w:rPr>
        <w:t>[2 . 16 . 3]</w:t>
      </w:r>
    </w:p>
    <w:p>
      <w:r>
        <w:rPr>
          <w:rFonts w:ascii="Gentium Plus" w:hAnsi="Gentium Plus"/>
          <w:sz w:val="24"/>
        </w:rPr>
        <w:t>Καὶ ὥσπερ δῆτα τὸ οἰνωπὸν τοῦ χρώ‐ ματος ὑπηγόρευε τὸν αἱματικὸν ὀπτᾶσθαι χυμόν, οὕτω νῦν τὸ τοιοῦτον, τὸν χολώδη χυμὸν συγκάεσθαι, ὥστ’ εἰκότως ἂν καὶ ἴκτερον προδιασημανεῖται γενέσθαι τὸ τοι‐</w:t>
      </w:r>
    </w:p>
    <w:p>
      <w:r>
        <w:rPr>
          <w:rFonts w:ascii="Courier New" w:hAnsi="Courier New"/>
          <w:color w:val="555555"/>
          <w:sz w:val="20"/>
        </w:rPr>
        <w:t>[5]</w:t>
      </w:r>
    </w:p>
    <w:p>
      <w:r>
        <w:rPr>
          <w:rFonts w:ascii="Gentium Plus" w:hAnsi="Gentium Plus"/>
          <w:sz w:val="24"/>
        </w:rPr>
        <w:t>οῦτον ἐπιμεῖναν οὖρον.</w:t>
      </w:r>
    </w:p>
    <w:p>
      <w:r>
        <w:rPr>
          <w:rFonts w:ascii="Courier New" w:hAnsi="Courier New"/>
          <w:color w:val="555555"/>
          <w:sz w:val="20"/>
        </w:rPr>
        <w:t>[2 . 16 . 4]</w:t>
      </w:r>
    </w:p>
    <w:p>
      <w:r>
        <w:rPr>
          <w:rFonts w:ascii="Gentium Plus" w:hAnsi="Gentium Plus"/>
          <w:sz w:val="24"/>
        </w:rPr>
        <w:t>Ὅτι δ’ ἂν ἐπιγένηται τῷ ἰκτέρῳ εἴτε τοῦ ζῆν αὐτοῦ διαμάρτοι, τοῦ πάθους ἐπικρα‐ τήσαντος, εἴτε καὶ νίκη τῆς φύσεως προανακρουσθεῖσα δηλονότι ἐπὶ σημείοις πέψεως, ἐκ τοῦ προγνωστικοῦ μα‐</w:t>
      </w:r>
    </w:p>
    <w:p>
      <w:r>
        <w:rPr>
          <w:rFonts w:ascii="Courier New" w:hAnsi="Courier New"/>
          <w:color w:val="555555"/>
          <w:sz w:val="20"/>
        </w:rPr>
        <w:t>[5]</w:t>
      </w:r>
    </w:p>
    <w:p>
      <w:r>
        <w:rPr>
          <w:rFonts w:ascii="Gentium Plus" w:hAnsi="Gentium Plus"/>
          <w:sz w:val="24"/>
        </w:rPr>
        <w:t>θεῖν ἀκριβέστερον, ὃ δὴ μετὰ τὸ περὶ αἰτίας οὔρων γρά‐ ψομεν, τοῦ θεοῦ δίδοντος.</w:t>
      </w:r>
    </w:p>
    <w:p>
      <w:pPr>
        <w:jc w:val="center"/>
      </w:pPr>
      <w:r>
        <w:rPr>
          <w:rFonts w:ascii="Gentium Plus" w:hAnsi="Gentium Plus"/>
          <w:b/>
          <w:sz w:val="24"/>
        </w:rPr>
        <w:t>Κεφ. ιζʹ. Περὶ διαγνώσεως χλωρῶν οὔρων.</w:t>
      </w:r>
    </w:p>
    <w:p>
      <w:r>
        <w:rPr>
          <w:rFonts w:ascii="Courier New" w:hAnsi="Courier New"/>
          <w:color w:val="555555"/>
          <w:sz w:val="20"/>
        </w:rPr>
        <w:t>[2 . 17 . 1]</w:t>
      </w:r>
    </w:p>
    <w:p>
      <w:r>
        <w:rPr>
          <w:rFonts w:ascii="Gentium Plus" w:hAnsi="Gentium Plus"/>
          <w:sz w:val="24"/>
        </w:rPr>
        <w:t>Τὸ δὲ χλωρὸν τοῦ χρώματος δεινὸν μὲν γεγονὸς πολλοῦ δὲ χρόνου δεόμενον ἐς ἀγαθὴν τὴν μεταβολὴν καὶ</w:t>
      </w:r>
    </w:p>
    <w:p>
      <w:r>
        <w:rPr>
          <w:rFonts w:ascii="Courier New" w:hAnsi="Courier New"/>
          <w:color w:val="555555"/>
          <w:sz w:val="20"/>
        </w:rPr>
        <w:t>[2 . 17 . 2]</w:t>
      </w:r>
    </w:p>
    <w:p>
      <w:r>
        <w:rPr>
          <w:rFonts w:ascii="Gentium Plus" w:hAnsi="Gentium Plus"/>
          <w:sz w:val="24"/>
        </w:rPr>
        <w:t>Παρακρουστικὸν γὰρ τὸ τοιοῦτον καὶ μᾶλλον εἰ ἀνατεταραγμένων εἴη, ὅτι καὶ πόρρω που τοῦ ὑγιεινοῦ καθέστηκε χρώματος· ἐπὶ τοσοῦτον γὰρ ἐμφαίνει τὴν χολώδη τῶν λοιπῶν ἐπικρα‐</w:t>
      </w:r>
    </w:p>
    <w:p>
      <w:r>
        <w:rPr>
          <w:rFonts w:ascii="Courier New" w:hAnsi="Courier New"/>
          <w:color w:val="555555"/>
          <w:sz w:val="20"/>
        </w:rPr>
        <w:t>[5]</w:t>
      </w:r>
    </w:p>
    <w:p>
      <w:r>
        <w:rPr>
          <w:rFonts w:ascii="Gentium Plus" w:hAnsi="Gentium Plus"/>
          <w:sz w:val="24"/>
        </w:rPr>
        <w:t>τεῖσθαι χυμῶν, καθόσον τὸ χρῶμα τῶν λοιπῶν χρωμάτων ἐς φαυλότητα διήλλαξεν.</w:t>
      </w:r>
    </w:p>
    <w:p>
      <w:r>
        <w:rPr>
          <w:rFonts w:ascii="Courier New" w:hAnsi="Courier New"/>
          <w:color w:val="555555"/>
          <w:sz w:val="20"/>
        </w:rPr>
        <w:t>[2 . 17 . 3]</w:t>
      </w:r>
    </w:p>
    <w:p>
      <w:r>
        <w:rPr>
          <w:rFonts w:ascii="Gentium Plus" w:hAnsi="Gentium Plus"/>
          <w:sz w:val="24"/>
        </w:rPr>
        <w:t>Ἂν δὲ καὶ πλέον ὀπτηθῆναι τὸν τοιοῦτον γένηται χυμόν, τὸ μέλαν μὲν ἐπιγενήσεται χρῶμα· ὅ, τι δ’ ἂν κἀκεῖνο βούλοιτο μετ’ οὐ πολὺ ῥηθείη, ἐν οἷς ἂν εἴποιμεν περὶ τοῦ μέλανος χρώματος· νῦν δὲ</w:t>
      </w:r>
    </w:p>
    <w:p>
      <w:r>
        <w:rPr>
          <w:rFonts w:ascii="Courier New" w:hAnsi="Courier New"/>
          <w:color w:val="555555"/>
          <w:sz w:val="20"/>
        </w:rPr>
        <w:t>[5]</w:t>
      </w:r>
    </w:p>
    <w:p>
      <w:r>
        <w:rPr>
          <w:rFonts w:ascii="Gentium Plus" w:hAnsi="Gentium Plus"/>
          <w:sz w:val="24"/>
        </w:rPr>
        <w:t>τῶν λοιπῶν χρωμάτων ἁπτόμεθα.</w:t>
      </w:r>
    </w:p>
    <w:p>
      <w:pPr>
        <w:jc w:val="center"/>
      </w:pPr>
      <w:r>
        <w:rPr>
          <w:rFonts w:ascii="Gentium Plus" w:hAnsi="Gentium Plus"/>
          <w:b/>
          <w:sz w:val="24"/>
        </w:rPr>
        <w:t>Κεφ. ιηʹ. Περὶ διαγνώσεως ἐλαιωδῶν οὔρων.</w:t>
      </w:r>
    </w:p>
    <w:p>
      <w:r>
        <w:rPr>
          <w:rFonts w:ascii="Courier New" w:hAnsi="Courier New"/>
          <w:color w:val="555555"/>
          <w:sz w:val="20"/>
        </w:rPr>
        <w:t>[2 . 18 . 1]</w:t>
      </w:r>
    </w:p>
    <w:p>
      <w:r>
        <w:rPr>
          <w:rFonts w:ascii="Gentium Plus" w:hAnsi="Gentium Plus"/>
          <w:sz w:val="24"/>
        </w:rPr>
        <w:t>Ἐπειδή τις ὁμοιότης τοῖς χρώμασι τοῖς ἐλαιώδεσι καὶ τῷ χλωρῷ πέφυκεν, ἐνταῦθ’ ἂν εἴη θέμις καὶ περὶ τῶν ἐλαιωδῶν οὔρων φάναι.</w:t>
      </w:r>
    </w:p>
    <w:p>
      <w:r>
        <w:rPr>
          <w:rFonts w:ascii="Courier New" w:hAnsi="Courier New"/>
          <w:color w:val="555555"/>
          <w:sz w:val="20"/>
        </w:rPr>
        <w:t>[2 . 18 . 2]</w:t>
      </w:r>
    </w:p>
    <w:p>
      <w:r>
        <w:rPr>
          <w:rFonts w:ascii="Gentium Plus" w:hAnsi="Gentium Plus"/>
          <w:sz w:val="24"/>
        </w:rPr>
        <w:t>Τὰ τοίνυν ἐλαιώδη τῶν οὔρων εἰς τρία μὲν ὑποδιαιροῦνται εἴδη, ἕκαστον δ’ ἂν τοῦ οἰκείου τετύχηκεν ὀνόματος.</w:t>
      </w:r>
    </w:p>
    <w:p>
      <w:r>
        <w:rPr>
          <w:rFonts w:ascii="Courier New" w:hAnsi="Courier New"/>
          <w:color w:val="555555"/>
          <w:sz w:val="20"/>
        </w:rPr>
        <w:t>[2 . 18 . 3]</w:t>
      </w:r>
    </w:p>
    <w:p>
      <w:r>
        <w:rPr>
          <w:rFonts w:ascii="Gentium Plus" w:hAnsi="Gentium Plus"/>
          <w:sz w:val="24"/>
        </w:rPr>
        <w:t>Τὰ μὲν γὰρ ἐλαιο‐ φανῆ, τὰ δὲ ἐλαιόχροα κέκληται, τὰ δ’ ἐπὶ τούτοις ὡσαύ‐ τως τῇ διαφορᾷ ἐλαιώδη.</w:t>
      </w:r>
    </w:p>
    <w:p>
      <w:r>
        <w:rPr>
          <w:rFonts w:ascii="Courier New" w:hAnsi="Courier New"/>
          <w:color w:val="555555"/>
          <w:sz w:val="20"/>
        </w:rPr>
        <w:t>[2 . 18 . 4]</w:t>
      </w:r>
    </w:p>
    <w:p>
      <w:r>
        <w:rPr>
          <w:rFonts w:ascii="Gentium Plus" w:hAnsi="Gentium Plus"/>
          <w:sz w:val="24"/>
        </w:rPr>
        <w:t>Καὶ ὁποῖα μὲν ἕκαστον τού‐ των τῷ φαινομένῳ εἴδει ἡ περὶ διαφορᾶς εἴληχε πραγμα‐ τεία τὰς δὲ διαγνώσεις νῦν χρεὼν ἐπιθεῖναι.</w:t>
      </w:r>
    </w:p>
    <w:p>
      <w:r>
        <w:rPr>
          <w:rFonts w:ascii="Courier New" w:hAnsi="Courier New"/>
          <w:color w:val="555555"/>
          <w:sz w:val="20"/>
        </w:rPr>
        <w:t>[2 . 18 . 5]</w:t>
      </w:r>
    </w:p>
    <w:p>
      <w:r>
        <w:rPr>
          <w:rFonts w:ascii="Gentium Plus" w:hAnsi="Gentium Plus"/>
          <w:sz w:val="24"/>
        </w:rPr>
        <w:t>Ὅτι μὲν οὖν παρὰ φύσιν ταῦτα θερμότητος σύμβολα, καὶ αὐτὰ ἂν ἐπιμαρτυρήσῃ τὰ χρώματα.</w:t>
      </w:r>
    </w:p>
    <w:p>
      <w:r>
        <w:rPr>
          <w:rFonts w:ascii="Courier New" w:hAnsi="Courier New"/>
          <w:color w:val="555555"/>
          <w:sz w:val="20"/>
        </w:rPr>
        <w:t>[2 . 18 . 6]</w:t>
      </w:r>
    </w:p>
    <w:p>
      <w:r>
        <w:rPr>
          <w:rFonts w:ascii="Gentium Plus" w:hAnsi="Gentium Plus"/>
          <w:sz w:val="24"/>
        </w:rPr>
        <w:t>Αἱ δέ ἐπιτάσεις τῶν πονηρῶν τούτων χρωμάτων τὰς διαφοράς σοι σημανοῦσι τῆς παρὰ φύσιν θερμότητος καὶ δὴ ἐντεῦθεν διακριτέον τῷ λόγῳ τὰ εἴδη καὶ τὰς διαγνώσεις ἀποδοτέον τοῖς θέ‐</w:t>
      </w:r>
    </w:p>
    <w:p>
      <w:r>
        <w:rPr>
          <w:rFonts w:ascii="Courier New" w:hAnsi="Courier New"/>
          <w:color w:val="555555"/>
          <w:sz w:val="20"/>
        </w:rPr>
        <w:t>[5]</w:t>
      </w:r>
    </w:p>
    <w:p>
      <w:r>
        <w:rPr>
          <w:rFonts w:ascii="Gentium Plus" w:hAnsi="Gentium Plus"/>
          <w:sz w:val="24"/>
        </w:rPr>
        <w:t>λουσι.</w:t>
      </w:r>
    </w:p>
    <w:p>
      <w:r>
        <w:rPr>
          <w:rFonts w:ascii="Courier New" w:hAnsi="Courier New"/>
          <w:color w:val="555555"/>
          <w:sz w:val="20"/>
        </w:rPr>
        <w:t>[2 . 18 . 7]</w:t>
      </w:r>
    </w:p>
    <w:p>
      <w:r>
        <w:rPr>
          <w:rFonts w:ascii="Gentium Plus" w:hAnsi="Gentium Plus"/>
          <w:sz w:val="24"/>
        </w:rPr>
        <w:t>Τῆς τοίνυν πιμελῆς τηκομένης ὑπὸ τυφούσης ταύτην δηλονότι τῆς νόθου θερμότητος καὶ ἀρχῆς καὶ ἐπιδόσεως καὶ προσέτι ἀκμῆς ἐπιγεγενημένης τῷ πάθει τὰ τοιαδὶ τῶν οὔρων ἐπιφαίνεται· καὶ ἀρχῆς μὲν τὰ ἐλαιό‐</w:t>
      </w:r>
    </w:p>
    <w:p>
      <w:r>
        <w:rPr>
          <w:rFonts w:ascii="Courier New" w:hAnsi="Courier New"/>
          <w:color w:val="555555"/>
          <w:sz w:val="20"/>
        </w:rPr>
        <w:t>[5]</w:t>
      </w:r>
    </w:p>
    <w:p>
      <w:r>
        <w:rPr>
          <w:rFonts w:ascii="Gentium Plus" w:hAnsi="Gentium Plus"/>
          <w:sz w:val="24"/>
        </w:rPr>
        <w:t>χροα.</w:t>
      </w:r>
    </w:p>
    <w:p>
      <w:r>
        <w:rPr>
          <w:rFonts w:ascii="Courier New" w:hAnsi="Courier New"/>
          <w:color w:val="555555"/>
          <w:sz w:val="20"/>
        </w:rPr>
        <w:t>[2 . 18 . 8]</w:t>
      </w:r>
    </w:p>
    <w:p>
      <w:r>
        <w:rPr>
          <w:rFonts w:ascii="Gentium Plus" w:hAnsi="Gentium Plus"/>
          <w:sz w:val="24"/>
        </w:rPr>
        <w:t>Οὔπω γὰρ ἀκριβῶς ὧδ’ ἐχρώσθη τὰ οὖρα βρα‐ χείας ἔτι πιμελῆς τακείσης· τὰ δ’ ἐλαιοφανῆ ἐπιδόσεων ἤδη τῆς συντήξεως μείζω χῶραν ἐχούσης.</w:t>
      </w:r>
    </w:p>
    <w:p>
      <w:r>
        <w:rPr>
          <w:rFonts w:ascii="Courier New" w:hAnsi="Courier New"/>
          <w:color w:val="555555"/>
          <w:sz w:val="20"/>
        </w:rPr>
        <w:t>[2 . 18 . 9]</w:t>
      </w:r>
    </w:p>
    <w:p>
      <w:r>
        <w:rPr>
          <w:rFonts w:ascii="Gentium Plus" w:hAnsi="Gentium Plus"/>
          <w:sz w:val="24"/>
        </w:rPr>
        <w:t>Ἀλλ’ ἐπει‐ δὰν ἐς τἀκριβὲς ἡ πιμελὴ συντακῇ, ἐς ἐλαιώδη μὲν χροίαν τὰ οὖρα μεθίστησιν· ἀκμάζων δ’ ὧδέ πη τὸ πάθος ὑπο‐ σημαίνει, τὸ ἐπὶ τῆ διόλου δηλαδὴ τῆς πιμελῆς συντήξει.</w:t>
      </w:r>
    </w:p>
    <w:p>
      <w:r>
        <w:rPr>
          <w:rFonts w:ascii="Courier New" w:hAnsi="Courier New"/>
          <w:color w:val="555555"/>
          <w:sz w:val="20"/>
        </w:rPr>
        <w:t>[2 . 18 . 10]</w:t>
      </w:r>
    </w:p>
    <w:p>
      <w:r>
        <w:rPr>
          <w:rFonts w:ascii="Gentium Plus" w:hAnsi="Gentium Plus"/>
          <w:sz w:val="24"/>
        </w:rPr>
        <w:t>Ἐκεῖνο γε μὴν οὐκ ἐπιλελῆσθαι χρεών, ὡς τὰ ῥη‐ θέντα τῶν οὔρων ἐνίοτε μὲν τῆς καθ’ ὅλον τὸ σῶμα πέ‐ φυκε πιμελῆς σύμβολον τηκομένης, ἔστι δ’ ὅτε τῶν νε‐ φρῶν αὐτῶν μόνων.</w:t>
      </w:r>
    </w:p>
    <w:p>
      <w:r>
        <w:rPr>
          <w:rFonts w:ascii="Courier New" w:hAnsi="Courier New"/>
          <w:color w:val="555555"/>
          <w:sz w:val="20"/>
        </w:rPr>
        <w:t>[2 . 18 . 11]</w:t>
      </w:r>
    </w:p>
    <w:p>
      <w:r>
        <w:rPr>
          <w:rFonts w:ascii="Gentium Plus" w:hAnsi="Gentium Plus"/>
          <w:sz w:val="24"/>
        </w:rPr>
        <w:t>Καὶ δὴ τῷ λόγῳ τούτῳ προσ‐ διοριστέον καὶ τὴν ἐπ’ αὐτῷ διάγνωσιν ὡς οἷόν τε ἀποδοτέον, ἵνα μή τις πλανῷτο τοῖς ἀλλήλων πάθεσι ἀπατώμενος.</w:t>
      </w:r>
    </w:p>
    <w:p>
      <w:r>
        <w:rPr>
          <w:rFonts w:ascii="Courier New" w:hAnsi="Courier New"/>
          <w:color w:val="555555"/>
          <w:sz w:val="20"/>
        </w:rPr>
        <w:t>[2 . 18 . 12]</w:t>
      </w:r>
    </w:p>
    <w:p>
      <w:r>
        <w:rPr>
          <w:rFonts w:ascii="Gentium Plus" w:hAnsi="Gentium Plus"/>
          <w:sz w:val="24"/>
        </w:rPr>
        <w:t>Εἰ μὲν οὖν κατὰ βραχὺ τὸ χρῶμα τοῦτο προβαίνει ὡς διὰ πολλοῦ τοῦ χρόνου τὰ ἐλαιώδη ταῦτα καθίστασθαι χρώματα, τοῦ κατὰ παντὸς τοῦτο τοῦ σώματος καθέστηκε πυρετοῦ σημεῖον· εἰ δ’ ἀθρόως καὶ διὰ βραχέος ταῦτ’ ἀπο‐</w:t>
      </w:r>
    </w:p>
    <w:p>
      <w:r>
        <w:rPr>
          <w:rFonts w:ascii="Courier New" w:hAnsi="Courier New"/>
          <w:color w:val="555555"/>
          <w:sz w:val="20"/>
        </w:rPr>
        <w:t>[5]</w:t>
      </w:r>
    </w:p>
    <w:p>
      <w:r>
        <w:rPr>
          <w:rFonts w:ascii="Gentium Plus" w:hAnsi="Gentium Plus"/>
          <w:sz w:val="24"/>
        </w:rPr>
        <w:t>κατασταίη τοῦ χρόνου, τῶν νεφρῶν ὑπαγορεύει τὸ πάθος, προσεπιμαρτυρήσει δὲ ταῦτα καὶ ἡ προσοῦσα θέρμη πλείων, ἐκείνως μὲν περὶ νεφροὺς ἐγειρομένη μόνους, ὧδε δ’ αὖ ἐφ’ ὅλῳ σμηχομένῳ τῷ σώματι.</w:t>
      </w:r>
    </w:p>
    <w:p>
      <w:r>
        <w:rPr>
          <w:rFonts w:ascii="Courier New" w:hAnsi="Courier New"/>
          <w:color w:val="555555"/>
          <w:sz w:val="20"/>
        </w:rPr>
        <w:t>[2 . 18 . 13]</w:t>
      </w:r>
    </w:p>
    <w:p>
      <w:r>
        <w:rPr>
          <w:rFonts w:ascii="Gentium Plus" w:hAnsi="Gentium Plus"/>
          <w:sz w:val="24"/>
        </w:rPr>
        <w:t>Καὶ τὰ μὲν ἐλαιώδη τῶν οὔρων ὧδέ πή τις ἂν διαγνοίη ταῖς ῥηθείσαις μεθόδοις ἑπόμενος. ἑξῆς δ’ ἂν εἴη προσῆκον φάναι καὶ περὶ τῶν λειπομένων χρωμάτων.</w:t>
      </w:r>
    </w:p>
    <w:p>
      <w:pPr>
        <w:jc w:val="center"/>
      </w:pPr>
      <w:r>
        <w:rPr>
          <w:rFonts w:ascii="Gentium Plus" w:hAnsi="Gentium Plus"/>
          <w:b/>
          <w:sz w:val="24"/>
        </w:rPr>
        <w:t>Κεφ. ιθʹ. Περὶ διαγνώσεως φαιῶν καὶ πελιδνῶν καὶ μελάνων οὕρων.</w:t>
      </w:r>
    </w:p>
    <w:p>
      <w:r>
        <w:rPr>
          <w:rFonts w:ascii="Courier New" w:hAnsi="Courier New"/>
          <w:color w:val="555555"/>
          <w:sz w:val="20"/>
        </w:rPr>
        <w:t>[2 . 19 . 1]</w:t>
      </w:r>
    </w:p>
    <w:p>
      <w:r>
        <w:rPr>
          <w:rFonts w:ascii="Gentium Plus" w:hAnsi="Gentium Plus"/>
          <w:sz w:val="24"/>
        </w:rPr>
        <w:t>Φαιὰ τοίνυν καὶ πελιδνὰ καὶ μέλανα τῷ αὐτῷ μὲν κέχρωσται χρώματι, τῇ δ’ ἐπιτάσει καὶ ὑφέσει τοῦ χρων‐ νῦντος χυμοῦ διαφόρων τῶν τε εἰδῶν καὶ τῶν ὀνομάτων τετύχηκεν, ὥστε καὶ διάφορα τὰ πάθη διὰ τοῦτο σημαί‐</w:t>
      </w:r>
    </w:p>
    <w:p>
      <w:r>
        <w:rPr>
          <w:rFonts w:ascii="Courier New" w:hAnsi="Courier New"/>
          <w:color w:val="555555"/>
          <w:sz w:val="20"/>
        </w:rPr>
        <w:t>[5]</w:t>
      </w:r>
    </w:p>
    <w:p>
      <w:r>
        <w:rPr>
          <w:rFonts w:ascii="Gentium Plus" w:hAnsi="Gentium Plus"/>
          <w:sz w:val="24"/>
        </w:rPr>
        <w:t>νουσιν.</w:t>
      </w:r>
    </w:p>
    <w:p>
      <w:r>
        <w:rPr>
          <w:rFonts w:ascii="Courier New" w:hAnsi="Courier New"/>
          <w:color w:val="555555"/>
          <w:sz w:val="20"/>
        </w:rPr>
        <w:t>[2 . 19 . 2]</w:t>
      </w:r>
    </w:p>
    <w:p>
      <w:r>
        <w:rPr>
          <w:rFonts w:ascii="Gentium Plus" w:hAnsi="Gentium Plus"/>
          <w:sz w:val="24"/>
        </w:rPr>
        <w:t>Καὶ τὰ μὲν φαιὰ τοσοῦτον λείπεται τῶν πε‐ λιδνῶν ἐς κακότητα, ὅσον τούτων τὰ μέλανα πεπλεονέκ‐ τηκε. τὰ μέλανα δ’ οὐκ εἴασεν αὐτῶν χείρω χρώματα, αὐτοῖς δὴ τοῖς χρώμασι τὴν Ἅδου πύλην παρασημαίνοντα.</w:t>
      </w:r>
    </w:p>
    <w:p>
      <w:r>
        <w:rPr>
          <w:rFonts w:ascii="Courier New" w:hAnsi="Courier New"/>
          <w:color w:val="555555"/>
          <w:sz w:val="20"/>
        </w:rPr>
        <w:t>[2 . 19 . 3]</w:t>
      </w:r>
    </w:p>
    <w:p>
      <w:r>
        <w:rPr>
          <w:rFonts w:ascii="Gentium Plus" w:hAnsi="Gentium Plus"/>
          <w:sz w:val="24"/>
        </w:rPr>
        <w:t>Πλὴν ἄλλ’ ἐστι καὶ τούτοις προσιτὰ μέλανα χρώματα τὸ καινότατον, περὶ ὧν ἂν εἴη λέξαι μετ’ οὐ πολύ.</w:t>
      </w:r>
    </w:p>
    <w:p>
      <w:r>
        <w:rPr>
          <w:rFonts w:ascii="Courier New" w:hAnsi="Courier New"/>
          <w:color w:val="555555"/>
          <w:sz w:val="20"/>
        </w:rPr>
        <w:t>[2 . 19 . 4]</w:t>
      </w:r>
    </w:p>
    <w:p>
      <w:r>
        <w:rPr>
          <w:rFonts w:ascii="Gentium Plus" w:hAnsi="Gentium Plus"/>
          <w:sz w:val="24"/>
        </w:rPr>
        <w:t>Καὶ γοῦν τὰ μὲν οὖν φαιὰ τῶν χρωμάτων ἤτοι καταβαφὴν μετρίαν τοῦ μελαγχολικοῦ χυμοῦ δεξάμενα τοιαῦτα φαίνεται, ἢ ψύξιν ἐπιτεταμένην ἢ νέκρωσίν τινα ἐνίοτε παριστᾷ.</w:t>
      </w:r>
    </w:p>
    <w:p>
      <w:r>
        <w:rPr>
          <w:rFonts w:ascii="Courier New" w:hAnsi="Courier New"/>
          <w:color w:val="555555"/>
          <w:sz w:val="20"/>
        </w:rPr>
        <w:t>[2 . 19 . 5]</w:t>
      </w:r>
    </w:p>
    <w:p>
      <w:r>
        <w:rPr>
          <w:rFonts w:ascii="Gentium Plus" w:hAnsi="Gentium Plus"/>
          <w:sz w:val="24"/>
        </w:rPr>
        <w:t>Τὰ δ’ αὖ πελιδνὰ καὶ ταῦτα μὲν ἔστιν ὅτε, προσεπιμαρτυρεῖ δ’ ἐνίοτε καὶ πληγὰς καὶ μάστιγας ἐπιτεθείσας τἀνθρώπῳ. καὶ ὑπόλεπτα μὲν ἂν εἴη μᾶλλον τῶν φαιῶν, τὰ δ’ ἐπι‐</w:t>
      </w:r>
    </w:p>
    <w:p>
      <w:r>
        <w:rPr>
          <w:rFonts w:ascii="Courier New" w:hAnsi="Courier New"/>
          <w:color w:val="555555"/>
          <w:sz w:val="20"/>
        </w:rPr>
        <w:t>[5]</w:t>
      </w:r>
    </w:p>
    <w:p>
      <w:r>
        <w:rPr>
          <w:rFonts w:ascii="Gentium Plus" w:hAnsi="Gentium Plus"/>
          <w:sz w:val="24"/>
        </w:rPr>
        <w:t>πλοκὴν γινόμενα τοῦ μελαγχολικοῦ χυμοῦ πρὸς τὸ παχὺ δὲ ῥέποντα, τὰ διὰ ψυχρότητα πολλὴν φαινόμενα φαιά.</w:t>
      </w:r>
    </w:p>
    <w:p>
      <w:r>
        <w:rPr>
          <w:rFonts w:ascii="Courier New" w:hAnsi="Courier New"/>
          <w:color w:val="555555"/>
          <w:sz w:val="20"/>
        </w:rPr>
        <w:t>[2 . 19 . 6]</w:t>
      </w:r>
    </w:p>
    <w:p>
      <w:r>
        <w:rPr>
          <w:rFonts w:ascii="Gentium Plus" w:hAnsi="Gentium Plus"/>
          <w:sz w:val="24"/>
        </w:rPr>
        <w:t>Ὅσα γε μὴν διὰ νενεκρωμένην δύναμιν, ἤδη οὐκ ἔσχε πη πρότερον σημεῖα πέψεως, καὶ ἀπὸ φαύλων ἐπὶ χείρω φέρεται χρώματα.</w:t>
      </w:r>
    </w:p>
    <w:p>
      <w:r>
        <w:rPr>
          <w:rFonts w:ascii="Courier New" w:hAnsi="Courier New"/>
          <w:color w:val="555555"/>
          <w:sz w:val="20"/>
        </w:rPr>
        <w:t>[2 . 19 . 7]</w:t>
      </w:r>
    </w:p>
    <w:p>
      <w:r>
        <w:rPr>
          <w:rFonts w:ascii="Gentium Plus" w:hAnsi="Gentium Plus"/>
          <w:sz w:val="24"/>
        </w:rPr>
        <w:t>Τοῖς δ’ αὐτοῖς δ’ ἂν διαγνοίη καὶ τῶν πελιδνῶν τὰ παραπλήσια σημαίνοντα· ὅσα γε μὴν διὰ πληγὰς καὶ μάστιγας φαίνεται, τά τε στίγματα καὶ αἱ πληγαὶ δηλώσουσί σοι τοῦ σώματος. τάχα δ’ ἂν καὶ ἕτερα</w:t>
      </w:r>
    </w:p>
    <w:p>
      <w:r>
        <w:rPr>
          <w:rFonts w:ascii="Courier New" w:hAnsi="Courier New"/>
          <w:color w:val="555555"/>
          <w:sz w:val="20"/>
        </w:rPr>
        <w:t>[5]</w:t>
      </w:r>
    </w:p>
    <w:p>
      <w:r>
        <w:rPr>
          <w:rFonts w:ascii="Gentium Plus" w:hAnsi="Gentium Plus"/>
          <w:sz w:val="24"/>
        </w:rPr>
        <w:t>προσεξεύρῃς σύμβολα.</w:t>
      </w:r>
    </w:p>
    <w:p>
      <w:r>
        <w:rPr>
          <w:rFonts w:ascii="Courier New" w:hAnsi="Courier New"/>
          <w:color w:val="555555"/>
          <w:sz w:val="20"/>
        </w:rPr>
        <w:t>[2 . 19 . 8]</w:t>
      </w:r>
    </w:p>
    <w:p>
      <w:r>
        <w:rPr>
          <w:rFonts w:ascii="Gentium Plus" w:hAnsi="Gentium Plus"/>
          <w:sz w:val="24"/>
        </w:rPr>
        <w:t>Τά γε μὴν ἄκρατα μέλανα ἔστι μὲν ὄτε ἐπὶ τὸ ἔσχατον ἐπιταθείσης θερμότητος σημεῖα πέφυκεν, ὁπόταν δηλονότι τούτων χλωρὰ ἡγήσωνται ἤ τινα παραπλήσια. ἔστι δ’ ὅτε ἄκραν διασημαίνει ψυχρό‐</w:t>
      </w:r>
    </w:p>
    <w:p>
      <w:r>
        <w:rPr>
          <w:rFonts w:ascii="Courier New" w:hAnsi="Courier New"/>
          <w:color w:val="555555"/>
          <w:sz w:val="20"/>
        </w:rPr>
        <w:t>[5]</w:t>
      </w:r>
    </w:p>
    <w:p>
      <w:r>
        <w:rPr>
          <w:rFonts w:ascii="Gentium Plus" w:hAnsi="Gentium Plus"/>
          <w:sz w:val="24"/>
        </w:rPr>
        <w:t>τητα.</w:t>
      </w:r>
    </w:p>
    <w:p>
      <w:r>
        <w:rPr>
          <w:rFonts w:ascii="Courier New" w:hAnsi="Courier New"/>
          <w:color w:val="555555"/>
          <w:sz w:val="20"/>
        </w:rPr>
        <w:t>[2 . 19 . 9]</w:t>
      </w:r>
    </w:p>
    <w:p>
      <w:r>
        <w:rPr>
          <w:rFonts w:ascii="Gentium Plus" w:hAnsi="Gentium Plus"/>
          <w:sz w:val="24"/>
        </w:rPr>
        <w:t>Καὶ διαγνοίη ἂν οὕτω ταῦτα ἔχοντα τῷ τε πε‐ λιδνὰ ἡγήσασθαι καὶ φαιὰ τούτων.</w:t>
      </w:r>
    </w:p>
    <w:p>
      <w:r>
        <w:rPr>
          <w:rFonts w:ascii="Courier New" w:hAnsi="Courier New"/>
          <w:color w:val="555555"/>
          <w:sz w:val="20"/>
        </w:rPr>
        <w:t>[2 . 19 . 10]</w:t>
      </w:r>
    </w:p>
    <w:p>
      <w:r>
        <w:rPr>
          <w:rFonts w:ascii="Gentium Plus" w:hAnsi="Gentium Plus"/>
          <w:sz w:val="24"/>
        </w:rPr>
        <w:t>Ὅτι δὲ ἐς ἔσχα‐ τον ἀφικομένη οἵα δήτις ποιότης διαλύειν εἴωθε τὸ ὑπο‐ κείμενον τὴν ἀμετρίαν μὴ στέγον, εἴπερ ἐκ συμμέτρου ταῦτα πάντα συνέστηκεν· ἄλλων τε μαθεῖν ἔστι καὶ</w:t>
      </w:r>
    </w:p>
    <w:p>
      <w:r>
        <w:rPr>
          <w:rFonts w:ascii="Courier New" w:hAnsi="Courier New"/>
          <w:color w:val="555555"/>
          <w:sz w:val="20"/>
        </w:rPr>
        <w:t>[5]</w:t>
      </w:r>
    </w:p>
    <w:p>
      <w:r>
        <w:rPr>
          <w:rFonts w:ascii="Gentium Plus" w:hAnsi="Gentium Plus"/>
          <w:sz w:val="24"/>
        </w:rPr>
        <w:t>τῆς ἐνεργείας αὐτῆς τῶν ὁσημέραι γινομένων φθορῶν.</w:t>
      </w:r>
    </w:p>
    <w:p>
      <w:r>
        <w:rPr>
          <w:rFonts w:ascii="Courier New" w:hAnsi="Courier New"/>
          <w:color w:val="555555"/>
          <w:sz w:val="20"/>
        </w:rPr>
        <w:t>[2 . 19 . 11]</w:t>
      </w:r>
    </w:p>
    <w:p>
      <w:r>
        <w:rPr>
          <w:rFonts w:ascii="Gentium Plus" w:hAnsi="Gentium Plus"/>
          <w:sz w:val="24"/>
        </w:rPr>
        <w:t>Πλὴν ἵνα μὴ πάμπαν ὦμεν δεδειχότες φαῦλα τὰ τῶν οὔρων μέλανα χρώματα, καὶ τούτῳ προσδιοριστέον τῷ λόγῳ.</w:t>
      </w:r>
    </w:p>
    <w:p>
      <w:r>
        <w:rPr>
          <w:rFonts w:ascii="Courier New" w:hAnsi="Courier New"/>
          <w:color w:val="555555"/>
          <w:sz w:val="20"/>
        </w:rPr>
        <w:t>[2 . 19 . 12]</w:t>
      </w:r>
    </w:p>
    <w:p>
      <w:r>
        <w:rPr>
          <w:rFonts w:ascii="Gentium Plus" w:hAnsi="Gentium Plus"/>
          <w:sz w:val="24"/>
        </w:rPr>
        <w:t>Ἔστι γὰρ ἰδεῖν σωτήρια οὖρα μέλανα, παθῶν δηλονότι προηγησαμένων τἀνθρώπῳ ἀπὸ μέλανος καὶ σύ‐ στασιν εἰληφότων χυμῶν. τά τε γὰρ τῶν μελαγχολικῶν εἴδη, καὶ προσέτι ὁ τεταρταῖος διαλείπων πυρετός, μελά‐</w:t>
      </w:r>
    </w:p>
    <w:p>
      <w:r>
        <w:rPr>
          <w:rFonts w:ascii="Courier New" w:hAnsi="Courier New"/>
          <w:color w:val="555555"/>
          <w:sz w:val="20"/>
        </w:rPr>
        <w:t>[5]</w:t>
      </w:r>
    </w:p>
    <w:p>
      <w:r>
        <w:rPr>
          <w:rFonts w:ascii="Gentium Plus" w:hAnsi="Gentium Plus"/>
          <w:sz w:val="24"/>
        </w:rPr>
        <w:t>νων οὔρων ἐπιφανέντων διαλύεται τάχιστα.</w:t>
      </w:r>
    </w:p>
    <w:p>
      <w:r>
        <w:rPr>
          <w:rFonts w:ascii="Courier New" w:hAnsi="Courier New"/>
          <w:color w:val="555555"/>
          <w:sz w:val="20"/>
        </w:rPr>
        <w:t>[2 . 19 . 13]</w:t>
      </w:r>
    </w:p>
    <w:p>
      <w:r>
        <w:rPr>
          <w:rFonts w:ascii="Gentium Plus" w:hAnsi="Gentium Plus"/>
          <w:sz w:val="24"/>
        </w:rPr>
        <w:t>Οὐ και‐ νὸν δ’ ἂν εἴη καὶ εἰ μελαγχολικῷ καὶ ὑποσπλήνῳ ἀνθρώπῳ φαρμάκου ἐπιδοθέντος ῥυπτικοῦ τε ἅμα καὶ διουρητικοῦ μεθ’ ὑγροῦ ἁρμόζοντος τοιοῦτον οὖρον ἀποδοθείη καὶ</w:t>
      </w:r>
    </w:p>
    <w:p>
      <w:r>
        <w:rPr>
          <w:rFonts w:ascii="Courier New" w:hAnsi="Courier New"/>
          <w:color w:val="555555"/>
          <w:sz w:val="20"/>
        </w:rPr>
        <w:t>[5]</w:t>
      </w:r>
    </w:p>
    <w:p>
      <w:r>
        <w:rPr>
          <w:rFonts w:ascii="Gentium Plus" w:hAnsi="Gentium Plus"/>
          <w:sz w:val="24"/>
        </w:rPr>
        <w:t>μάλιστα εἴ τις ἑτέρα τούτοις προσαποδοθείη αἰτία.</w:t>
      </w:r>
    </w:p>
    <w:p>
      <w:r>
        <w:rPr>
          <w:rFonts w:ascii="Courier New" w:hAnsi="Courier New"/>
          <w:color w:val="555555"/>
          <w:sz w:val="20"/>
        </w:rPr>
        <w:t>[2 . 19 . 14]</w:t>
      </w:r>
    </w:p>
    <w:p>
      <w:r>
        <w:rPr>
          <w:rFonts w:ascii="Gentium Plus" w:hAnsi="Gentium Plus"/>
          <w:sz w:val="24"/>
        </w:rPr>
        <w:t>Καὶ γάρ ποτε καὶ αὐτὸς τοιοῦτόν τι ἐφ’ ἡμετέρου ἑωρακὼς θε‐ ράποντος οὐκ ἂν νῦν ὀκνήσαιμι διηγήσασθαι. τάχα γὰρ ἄν τι καὶ τοῦτο λυσιτελήσει τῷ λόγῳ καὶ ἄλλως χαριὲν ὂν</w:t>
      </w:r>
    </w:p>
    <w:p>
      <w:r>
        <w:rPr>
          <w:rFonts w:ascii="Courier New" w:hAnsi="Courier New"/>
          <w:color w:val="555555"/>
          <w:sz w:val="20"/>
        </w:rPr>
        <w:t>[5]</w:t>
      </w:r>
    </w:p>
    <w:p>
      <w:r>
        <w:rPr>
          <w:rFonts w:ascii="Gentium Plus" w:hAnsi="Gentium Plus"/>
          <w:sz w:val="24"/>
        </w:rPr>
        <w:t>λεγόμενον.</w:t>
      </w:r>
    </w:p>
    <w:p>
      <w:r>
        <w:rPr>
          <w:rFonts w:ascii="Courier New" w:hAnsi="Courier New"/>
          <w:color w:val="555555"/>
          <w:sz w:val="20"/>
        </w:rPr>
        <w:t>[2 . 19 . 15]</w:t>
      </w:r>
    </w:p>
    <w:p>
      <w:r>
        <w:rPr>
          <w:rFonts w:ascii="Gentium Plus" w:hAnsi="Gentium Plus"/>
          <w:sz w:val="24"/>
        </w:rPr>
        <w:t>Ἐπί τινα θεραπείας τινὸς δεόμενον ἀφι‐ κόμην, ἕπετο δὲ καὶ ὁ θεραπὼν ἐκεῖνα νομιζόμενος τῶν φαρμάκων, ἃ δὴ λυσιτελήσειν αὐτὸς ᾠήθην τἀνθρώπῳ.</w:t>
      </w:r>
    </w:p>
    <w:p>
      <w:r>
        <w:rPr>
          <w:rFonts w:ascii="Courier New" w:hAnsi="Courier New"/>
          <w:color w:val="555555"/>
          <w:sz w:val="20"/>
        </w:rPr>
        <w:t>[2 . 19 . 16]</w:t>
      </w:r>
    </w:p>
    <w:p>
      <w:r>
        <w:rPr>
          <w:rFonts w:ascii="Gentium Plus" w:hAnsi="Gentium Plus"/>
          <w:sz w:val="24"/>
        </w:rPr>
        <w:t>Καὶ τοίνυν μετὰ χεῖρας αὐτὸ λαβὼν τὸ φάρμακον— τρόχισκος δὲ ἦν ὁ πικρὸς οἶμαι—προσεπέμιξα τούτῳ καὶ ὀξυμέλιτος ὅσον ἀρκεῖν ἐνόμισα, προσενέχεον δὲ καὶ ὕδατος ζέοντος, ἵνα ὑγρότερόν τε ἅμα καὶ ἐυκατάποτον</w:t>
      </w:r>
    </w:p>
    <w:p>
      <w:r>
        <w:rPr>
          <w:rFonts w:ascii="Courier New" w:hAnsi="Courier New"/>
          <w:color w:val="555555"/>
          <w:sz w:val="20"/>
        </w:rPr>
        <w:t>[5]</w:t>
      </w:r>
    </w:p>
    <w:p>
      <w:r>
        <w:rPr>
          <w:rFonts w:ascii="Gentium Plus" w:hAnsi="Gentium Plus"/>
          <w:sz w:val="24"/>
        </w:rPr>
        <w:t>εἴη τὸ φάρμακον καὶ τῷ θεραπευομένῳ πιεῖν παρέσχον.</w:t>
      </w:r>
    </w:p>
    <w:p>
      <w:r>
        <w:rPr>
          <w:rFonts w:ascii="Courier New" w:hAnsi="Courier New"/>
          <w:color w:val="555555"/>
          <w:sz w:val="20"/>
        </w:rPr>
        <w:t>[2 . 19 . 17]</w:t>
      </w:r>
    </w:p>
    <w:p>
      <w:r>
        <w:rPr>
          <w:rFonts w:ascii="Gentium Plus" w:hAnsi="Gentium Plus"/>
          <w:sz w:val="24"/>
        </w:rPr>
        <w:t>Ὁ δὲ λαβὼν τὴν κύλικα καὶ τοῖς χείλεσι προσερείσας, ἐπεί τινος ᾔσθετο τοῦ φαρμάκου ἀηδείας πικροῦ μὲν αὐτοῦ καὶ δηλονότι τυγχάνοντος, ἀλλὰ δὴ καὶ τοῦ ἀνθρώπου τἆλλα μὲν ἀγερώχου καὶ ἐμβριθοῦς, πάνυ δὲ περὶ τὰς</w:t>
      </w:r>
    </w:p>
    <w:p>
      <w:r>
        <w:rPr>
          <w:rFonts w:ascii="Courier New" w:hAnsi="Courier New"/>
          <w:color w:val="555555"/>
          <w:sz w:val="20"/>
        </w:rPr>
        <w:t>[5]</w:t>
      </w:r>
    </w:p>
    <w:p>
      <w:r>
        <w:rPr>
          <w:rFonts w:ascii="Gentium Plus" w:hAnsi="Gentium Plus"/>
          <w:sz w:val="24"/>
        </w:rPr>
        <w:t>προσφορὰς τῶν φαρμάκων ἀγεννοῦς καὶ οὐκ εὐαγώγου, προσπαῖξαι μέν τι καὶ αὐτὸς βουλόμενος, ἐλέγξαι δὲ καὶ τὸ εὐεμὲς ἐκείνου τοῦ σοβάρου ὑπὸ χαυνότητος ψυχῆς γι‐ νόμενον.</w:t>
      </w:r>
    </w:p>
    <w:p>
      <w:r>
        <w:rPr>
          <w:rFonts w:ascii="Courier New" w:hAnsi="Courier New"/>
          <w:color w:val="555555"/>
          <w:sz w:val="20"/>
        </w:rPr>
        <w:t>[2 . 19 . 18]</w:t>
      </w:r>
    </w:p>
    <w:p>
      <w:r>
        <w:rPr>
          <w:rFonts w:ascii="Gentium Plus" w:hAnsi="Gentium Plus"/>
          <w:sz w:val="24"/>
        </w:rPr>
        <w:t>Ἐπισυλλογισάμενος δὲ μηδέν τι ὑποστῆναι δεινὸν τὸν ἄνθρωπον, εἰ μὴ καὶ προσεπωφεληθῆναι, πιεῖν ἐνέδωκα τῷ θεράποντι, φήσας οὐ τὰ μέτρια λυσιτελεῖν τῷ σώματι.</w:t>
      </w:r>
    </w:p>
    <w:p>
      <w:r>
        <w:rPr>
          <w:rFonts w:ascii="Courier New" w:hAnsi="Courier New"/>
          <w:color w:val="555555"/>
          <w:sz w:val="20"/>
        </w:rPr>
        <w:t>[2 . 19 . 19]</w:t>
      </w:r>
    </w:p>
    <w:p>
      <w:r>
        <w:rPr>
          <w:rFonts w:ascii="Gentium Plus" w:hAnsi="Gentium Plus"/>
          <w:sz w:val="24"/>
        </w:rPr>
        <w:t>Ὁ δὲ τὴν κύλικα λαβὼν ἀνὰ χεῖρας προσήγ‐ γισε τοῖς χείλεσι καὶ τὸ δέπας κενὸν ἐδείκνυεν, ἀσμένως πάνυ πεπωκὼς τὸ φάρμακον.</w:t>
      </w:r>
    </w:p>
    <w:p>
      <w:r>
        <w:rPr>
          <w:rFonts w:ascii="Courier New" w:hAnsi="Courier New"/>
          <w:color w:val="555555"/>
          <w:sz w:val="20"/>
        </w:rPr>
        <w:t>[2 . 19 . 20]</w:t>
      </w:r>
    </w:p>
    <w:p>
      <w:r>
        <w:rPr>
          <w:rFonts w:ascii="Gentium Plus" w:hAnsi="Gentium Plus"/>
          <w:sz w:val="24"/>
        </w:rPr>
        <w:t>Κἀκεῖθεν ἐξιόντες ἐγὼ μὲν ᾠχόμην ὅπη ἐδεόμην, τὸν δὲ θεράποντα πέμψας εἴς τινα τῶν φίλων διά τινα τότε καλοῦσαν χρείαν καὶ συν‐ τονώτερον ἀφικέσθαι φήσας.</w:t>
      </w:r>
    </w:p>
    <w:p>
      <w:r>
        <w:rPr>
          <w:rFonts w:ascii="Courier New" w:hAnsi="Courier New"/>
          <w:color w:val="555555"/>
          <w:sz w:val="20"/>
        </w:rPr>
        <w:t>[2 . 19 . 21]</w:t>
      </w:r>
    </w:p>
    <w:p>
      <w:r>
        <w:rPr>
          <w:rFonts w:ascii="Gentium Plus" w:hAnsi="Gentium Plus"/>
          <w:sz w:val="24"/>
        </w:rPr>
        <w:t>Ἦν γὰρ ὡσεὶ τριάκοντά που οἶμαι διάστημα σταδίων, —πειθήνιόν τε ἔσχον καὶ ταχέως παλινδρομήσαντα.</w:t>
      </w:r>
    </w:p>
    <w:p>
      <w:r>
        <w:rPr>
          <w:rFonts w:ascii="Courier New" w:hAnsi="Courier New"/>
          <w:color w:val="555555"/>
          <w:sz w:val="20"/>
        </w:rPr>
        <w:t>[2 . 19 . 22]</w:t>
      </w:r>
    </w:p>
    <w:p>
      <w:r>
        <w:rPr>
          <w:rFonts w:ascii="Gentium Plus" w:hAnsi="Gentium Plus"/>
          <w:sz w:val="24"/>
        </w:rPr>
        <w:t>Ἐπεὶ δὲ εἰς οὖρον αὐτὸν ἠρέθισεν ἰέναι, μέλαν δέ οἱ ἐπεφάνη, ἐμοί τε ἤγγειλε τὸ δει‐ νὸν καὶ τὴν αἰτίαν ἀγνοῶν οὐ μετρίως ἤσχαλεν.</w:t>
      </w:r>
    </w:p>
    <w:p>
      <w:r>
        <w:rPr>
          <w:rFonts w:ascii="Courier New" w:hAnsi="Courier New"/>
          <w:color w:val="555555"/>
          <w:sz w:val="20"/>
        </w:rPr>
        <w:t>[2 . 19 . 23]</w:t>
      </w:r>
    </w:p>
    <w:p>
      <w:r>
        <w:rPr>
          <w:rFonts w:ascii="Gentium Plus" w:hAnsi="Gentium Plus"/>
          <w:sz w:val="24"/>
        </w:rPr>
        <w:t>Ἐπ’ ἀμίδα τοίνυν φήσας αὐτὸν τὴν ἐπιοῦσαν δεῖξαι, οὕτω τε ἐποίει καὶ ἐλιπάρει το ἀποβησόμενον μαθεῖν δεδιώς, μή πη λάθῃ θανὼν αἰφνίδιον.</w:t>
      </w:r>
    </w:p>
    <w:p>
      <w:r>
        <w:rPr>
          <w:rFonts w:ascii="Courier New" w:hAnsi="Courier New"/>
          <w:color w:val="555555"/>
          <w:sz w:val="20"/>
        </w:rPr>
        <w:t>[2 . 19 . 24]</w:t>
      </w:r>
    </w:p>
    <w:p>
      <w:r>
        <w:rPr>
          <w:rFonts w:ascii="Gentium Plus" w:hAnsi="Gentium Plus"/>
          <w:sz w:val="24"/>
        </w:rPr>
        <w:t>Κἀγὼ μὲν ἐθαύμαζον πρῶτον ἐπιλαθόμενος τοῦ δοθέντος φαρμάκου οἱ ἔναγχος, μήτε τεταρταῖον αὐτῷ σκοπῶν ἐμφύντα μήτε μελαγχολίαν, μόνον δὲ τὴν κρᾶσιν ὁρῶν εἰς οἷον εὔκρατον ῥέπουσαν</w:t>
      </w:r>
    </w:p>
    <w:p>
      <w:r>
        <w:rPr>
          <w:rFonts w:ascii="Courier New" w:hAnsi="Courier New"/>
          <w:color w:val="555555"/>
          <w:sz w:val="20"/>
        </w:rPr>
        <w:t>[5]</w:t>
      </w:r>
    </w:p>
    <w:p>
      <w:r>
        <w:rPr>
          <w:rFonts w:ascii="Gentium Plus" w:hAnsi="Gentium Plus"/>
          <w:sz w:val="24"/>
        </w:rPr>
        <w:t>χυμὸν μέλανα.</w:t>
      </w:r>
    </w:p>
    <w:p>
      <w:r>
        <w:rPr>
          <w:rFonts w:ascii="Courier New" w:hAnsi="Courier New"/>
          <w:color w:val="555555"/>
          <w:sz w:val="20"/>
        </w:rPr>
        <w:t>[2 . 19 . 25]</w:t>
      </w:r>
    </w:p>
    <w:p>
      <w:r>
        <w:rPr>
          <w:rFonts w:ascii="Gentium Plus" w:hAnsi="Gentium Plus"/>
          <w:sz w:val="24"/>
        </w:rPr>
        <w:t>Αὐτῇ δὲ μόνῃ οὐκ ἐπίστευον τὸ γε‐ γονός, μή κέ τινος ἑτέρας προσαποδοθείσης αἰτίας.</w:t>
      </w:r>
    </w:p>
    <w:p>
      <w:r>
        <w:rPr>
          <w:rFonts w:ascii="Courier New" w:hAnsi="Courier New"/>
          <w:color w:val="555555"/>
          <w:sz w:val="20"/>
        </w:rPr>
        <w:t>[2 . 19 . 26]</w:t>
      </w:r>
    </w:p>
    <w:p>
      <w:r>
        <w:rPr>
          <w:rFonts w:ascii="Gentium Plus" w:hAnsi="Gentium Plus"/>
          <w:sz w:val="24"/>
        </w:rPr>
        <w:t>Ἐπειδήπερ δὲ ἀπεμνήσθην τοῦ φαρμάκου, ἐδάην τε καὶ ἐγέλασα καὶ τὸν παῖδα θαρρεῖν ἐκέλευσα, ὡς μηδενὸς αὐτῷ προσδοκωμένου δεινοῦ.</w:t>
      </w:r>
    </w:p>
    <w:p>
      <w:r>
        <w:rPr>
          <w:rFonts w:ascii="Courier New" w:hAnsi="Courier New"/>
          <w:color w:val="555555"/>
          <w:sz w:val="20"/>
        </w:rPr>
        <w:t>[2 . 19 . 27]</w:t>
      </w:r>
    </w:p>
    <w:p>
      <w:r>
        <w:rPr>
          <w:rFonts w:ascii="Gentium Plus" w:hAnsi="Gentium Plus"/>
          <w:sz w:val="24"/>
        </w:rPr>
        <w:t>Οὐκ ἀκριβῶς δέ οἱ τὰ οὖρα κέχρωστο τῷ μέλανι, ὅτι μὴ πλεονάκις οἶμαι τῷ φαρμάκῳ ἐχρήσατο, ἀλλὰ τὴν ἐπιοῦσαν φαιὸν φανέν, τὴν μετὰ αὐτὴν ἐνήλλακται πρὸς τὸ κατὰ φύσιν χωρῆσαν.</w:t>
      </w:r>
    </w:p>
    <w:p>
      <w:r>
        <w:rPr>
          <w:rFonts w:ascii="Courier New" w:hAnsi="Courier New"/>
          <w:color w:val="555555"/>
          <w:sz w:val="20"/>
        </w:rPr>
        <w:t>[2 . 19 . 28]</w:t>
      </w:r>
    </w:p>
    <w:p>
      <w:r>
        <w:rPr>
          <w:rFonts w:ascii="Gentium Plus" w:hAnsi="Gentium Plus"/>
          <w:sz w:val="24"/>
        </w:rPr>
        <w:t>Τάχα δ’ ἂν τὴν ἀρχὴν οὐκ ἐχρώσθη τὰ οὖρα, εἰ μὴ καὶ ὁ κόπος τὰ μέγιστα συνεβάλλετο, διαδοθέντος μὲν</w:t>
      </w:r>
    </w:p>
    <w:p>
      <w:r>
        <w:rPr>
          <w:rFonts w:ascii="Courier New" w:hAnsi="Courier New"/>
          <w:color w:val="555555"/>
          <w:sz w:val="20"/>
        </w:rPr>
        <w:t>[2 . 19 . 29]</w:t>
      </w:r>
    </w:p>
    <w:p>
      <w:r>
        <w:rPr>
          <w:rFonts w:ascii="Gentium Plus" w:hAnsi="Gentium Plus"/>
          <w:sz w:val="24"/>
        </w:rPr>
        <w:t>Ταῦτά τοι δεῖ τού‐ των ἑκάστου μεμνημένον καὶ τὰ ἐπισυμβαίνοντα σκοπεῖν εἴτ’ ἐκ φαρμάκων εἴη δηλαδὴ τοιοῦτον χυμὸν κενούντων εἴτ’ ἐκ τροφῶν καὶ πωμάτων παραπλησίως χρωσθέντων</w:t>
      </w:r>
    </w:p>
    <w:p>
      <w:r>
        <w:rPr>
          <w:rFonts w:ascii="Courier New" w:hAnsi="Courier New"/>
          <w:color w:val="555555"/>
          <w:sz w:val="20"/>
        </w:rPr>
        <w:t>[5]</w:t>
      </w:r>
    </w:p>
    <w:p>
      <w:r>
        <w:rPr>
          <w:rFonts w:ascii="Gentium Plus" w:hAnsi="Gentium Plus"/>
          <w:sz w:val="24"/>
        </w:rPr>
        <w:t>χρώματι.</w:t>
      </w:r>
    </w:p>
    <w:p>
      <w:r>
        <w:rPr>
          <w:rFonts w:ascii="Courier New" w:hAnsi="Courier New"/>
          <w:color w:val="555555"/>
          <w:sz w:val="20"/>
        </w:rPr>
        <w:t>[2 . 19 . 30]</w:t>
      </w:r>
    </w:p>
    <w:p>
      <w:r>
        <w:rPr>
          <w:rFonts w:ascii="Gentium Plus" w:hAnsi="Gentium Plus"/>
          <w:sz w:val="24"/>
        </w:rPr>
        <w:t>Καὶ ταῦτα μὲν ἐφ’ ὑγιαινόντων συμβαῖεν ἂν ἀνθρώπων, καὶ μέτριον ἢ οὐδὲν δεινὸν ὀφθέντα ση‐ μανεῖται, ἐπὶ δὲ νοσούντων χρονίως μὲν καὶ μάλιστα εἰ ἀπὸ μελαγχολικῶν ἡγησαμένων χυμῶν σωτήριά τε καὶ τὰς</w:t>
      </w:r>
    </w:p>
    <w:p>
      <w:r>
        <w:rPr>
          <w:rFonts w:ascii="Courier New" w:hAnsi="Courier New"/>
          <w:color w:val="555555"/>
          <w:sz w:val="20"/>
        </w:rPr>
        <w:t>[5]</w:t>
      </w:r>
    </w:p>
    <w:p>
      <w:r>
        <w:rPr>
          <w:rFonts w:ascii="Gentium Plus" w:hAnsi="Gentium Plus"/>
          <w:sz w:val="24"/>
        </w:rPr>
        <w:t>νόσους λύοντα πέφυκεν· ἐπὶ δὲ τῶν ὀξέων πυρεσσόντων ἀεί τι φαῦλα καὶ θάνατον τὸ πλέον ἀγγέλλοντα.</w:t>
      </w:r>
    </w:p>
    <w:p>
      <w:r>
        <w:rPr>
          <w:rFonts w:ascii="Courier New" w:hAnsi="Courier New"/>
          <w:color w:val="555555"/>
          <w:sz w:val="20"/>
        </w:rPr>
        <w:t>[2 . 19 . 31]</w:t>
      </w:r>
    </w:p>
    <w:p>
      <w:r>
        <w:rPr>
          <w:rFonts w:ascii="Gentium Plus" w:hAnsi="Gentium Plus"/>
          <w:sz w:val="24"/>
        </w:rPr>
        <w:t>Ἐπεὶ τοίνυν δέδεικται, ὁποῖον μὲν ἄριστον οὖρον ἐν πᾶσι, ποῖα δὲ τίσι μάλιστα ἕπεται, ἐπὶ τούτοις δ’ αὖ ὅτι τῶν χρωμά‐ των ἕκαστον βούλεται, λείποιτ’ ἂν ἤδη· περὶ συστάσεως</w:t>
      </w:r>
    </w:p>
    <w:p>
      <w:r>
        <w:rPr>
          <w:rFonts w:ascii="Courier New" w:hAnsi="Courier New"/>
          <w:color w:val="555555"/>
          <w:sz w:val="20"/>
        </w:rPr>
        <w:t>[5]</w:t>
      </w:r>
    </w:p>
    <w:p>
      <w:r>
        <w:rPr>
          <w:rFonts w:ascii="Gentium Plus" w:hAnsi="Gentium Plus"/>
          <w:sz w:val="24"/>
        </w:rPr>
        <w:t>λέξαι οὔρων καὶ παρυφισταμένων, τὰς ἐφ’ ἑκάστῳ διαγνώ‐ σεως ἐπιτεθεικότι τῷ λόγῳ, ὅτι τούτων ἕκαστον διασα‐ φοῦντι βούλεται.</w:t>
      </w:r>
    </w:p>
    <w:p>
      <w:r>
        <w:rPr>
          <w:rFonts w:ascii="Courier New" w:hAnsi="Courier New"/>
          <w:color w:val="555555"/>
          <w:sz w:val="20"/>
        </w:rPr>
        <w:t>[2 . 19 . 32]</w:t>
      </w:r>
    </w:p>
    <w:p>
      <w:r>
        <w:rPr>
          <w:rFonts w:ascii="Gentium Plus" w:hAnsi="Gentium Plus"/>
          <w:sz w:val="24"/>
        </w:rPr>
        <w:t>Ἀλλ’ ἐπειδήπερ ἀρκοῦν ἴσως μέτρον ἐπιθήκαμεν τῷ λόγῳ καὶ οὐ χρεὼν μηκύνειν τοῦτον, ἵνα μὴ καὶ ἴλιγγον ἐπιθῶμεν τοῖς τοῦτον διεξιοῦσι, τοῦ‐ τον μὲν ὧδέ πη καταπαύσωμεν ἱκανῶς ἐν πᾶσι τοῖς ῥη‐</w:t>
      </w:r>
    </w:p>
    <w:p>
      <w:r>
        <w:rPr>
          <w:rFonts w:ascii="Courier New" w:hAnsi="Courier New"/>
          <w:color w:val="555555"/>
          <w:sz w:val="20"/>
        </w:rPr>
        <w:t>[5]</w:t>
      </w:r>
    </w:p>
    <w:p>
      <w:r>
        <w:rPr>
          <w:rFonts w:ascii="Gentium Plus" w:hAnsi="Gentium Plus"/>
          <w:sz w:val="24"/>
        </w:rPr>
        <w:t>θεῖσι τὰς ἐξευρημένας ἀπειληφότα διαγνώσεις.</w:t>
      </w:r>
    </w:p>
    <w:p>
      <w:r>
        <w:rPr>
          <w:rFonts w:ascii="Courier New" w:hAnsi="Courier New"/>
          <w:color w:val="555555"/>
          <w:sz w:val="20"/>
        </w:rPr>
        <w:t>[2 . 19 . 33]</w:t>
      </w:r>
    </w:p>
    <w:p>
      <w:r>
        <w:rPr>
          <w:rFonts w:ascii="Gentium Plus" w:hAnsi="Gentium Plus"/>
          <w:sz w:val="24"/>
        </w:rPr>
        <w:t>Ἐπὶ δὲ τὸν ἑξῆς μετίωμεν λόγον, οὕτω τοῦ πράγματος ἐκκα‐ λουμένου ἡμᾶς· θεοῖς δ’ ἂν εἴη δῶρον ἀσφαλῶς περαίνειν τὸ σπουδαζόμενον.</w:t>
      </w:r>
    </w:p>
    <w:p>
      <w:r>
        <w:rPr>
          <w:rFonts w:ascii="Courier New" w:hAnsi="Courier New"/>
          <w:color w:val="555555"/>
          <w:sz w:val="20"/>
        </w:rPr>
        <w:t>[2 . 19 . 34]</w:t>
      </w:r>
    </w:p>
    <w:p>
      <w:r>
        <w:rPr>
          <w:rFonts w:ascii="Gentium Plus" w:hAnsi="Gentium Plus"/>
          <w:sz w:val="24"/>
        </w:rPr>
        <w:t>Ἡμῖν τε γὰρ τὸ ἀνέγκλητον ἕποιτ’ ἂν μὴ διαπεπτωκόσι τοῦ δέοντος καὶ τοῖς μα‐ θεῖν ἐθέλουσι τὸ ἀπλανὲς παρομαρτήσει περὶ τὰς δια‐ γνώσεις τῶν καθολικῶν τούτων ἀφορμῶν δραξαμένοις.</w:t>
      </w:r>
    </w:p>
    <w:p>
      <w:r>
        <w:rPr>
          <w:rFonts w:ascii="Courier New" w:hAnsi="Courier New"/>
          <w:color w:val="555555"/>
          <w:sz w:val="20"/>
        </w:rPr>
        <w:t>[2 . 19 . 35]</w:t>
      </w:r>
    </w:p>
    <w:p>
      <w:r>
        <w:rPr>
          <w:rFonts w:ascii="Gentium Plus" w:hAnsi="Gentium Plus"/>
          <w:sz w:val="24"/>
        </w:rPr>
        <w:t>Οὐκ οἶδα δ’ ὅ, τι ἂν εἴη βέλτιον τῆς ἀληθοῦς διαγνώ‐ σεως ἐπὶ κακῶς οὕτω διατεθέντος σώματος, ἣν πάντα</w:t>
      </w:r>
    </w:p>
    <w:p>
      <w:pPr>
        <w:jc w:val="center"/>
      </w:pPr>
      <w:r>
        <w:rPr>
          <w:rFonts w:ascii="Gentium Plus" w:hAnsi="Gentium Plus"/>
          <w:b/>
          <w:sz w:val="24"/>
        </w:rPr>
        <w:t>ΠΕΡΙ ΔΙΑΓΝΩΣΕΩΣ ΟΥΡΩΝ</w:t>
      </w:r>
    </w:p>
    <w:p>
      <w:r>
        <w:rPr>
          <w:rFonts w:ascii="Courier New" w:hAnsi="Courier New"/>
          <w:color w:val="555555"/>
          <w:sz w:val="20"/>
        </w:rPr>
        <w:t>[t2]</w:t>
      </w:r>
    </w:p>
    <w:p>
      <w:r>
        <w:rPr>
          <w:rFonts w:ascii="Gentium Plus" w:hAnsi="Gentium Plus"/>
          <w:sz w:val="24"/>
        </w:rPr>
        <w:t>ΛΟΓΟΣ Ο ΔΕΥΤΕΡΟΣ.</w:t>
      </w:r>
    </w:p>
    <w:p>
      <w:pPr>
        <w:jc w:val="center"/>
      </w:pPr>
      <w:r>
        <w:rPr>
          <w:rFonts w:ascii="Gentium Plus" w:hAnsi="Gentium Plus"/>
          <w:b/>
          <w:sz w:val="24"/>
        </w:rPr>
        <w:t>Προοίμιον.</w:t>
      </w:r>
    </w:p>
    <w:p>
      <w:r>
        <w:rPr>
          <w:rFonts w:ascii="Courier New" w:hAnsi="Courier New"/>
          <w:color w:val="555555"/>
          <w:sz w:val="20"/>
        </w:rPr>
        <w:t>[1]</w:t>
      </w:r>
    </w:p>
    <w:p>
      <w:r>
        <w:rPr>
          <w:rFonts w:ascii="Gentium Plus" w:hAnsi="Gentium Plus"/>
          <w:sz w:val="24"/>
        </w:rPr>
        <w:t>Τὸ διαγινώσκειν τῶν παθῶν τὰ κατέχοντα πεφυκὸς ἀρίστης μεθόδου καὶ μάλιστα λυσιτελούσης τῇ τέχνῃ πά‐ λαι μὲν ἐσπούδασται τοῖς περὶ τὰ τοιαῦτα σπουδαίοις ἐν διαφόροις τόποις ἐξευρημένα, τῆς δὲ ἐκ τῶν οὔρων ἐπὶ</w:t>
      </w:r>
    </w:p>
    <w:p>
      <w:r>
        <w:rPr>
          <w:rFonts w:ascii="Courier New" w:hAnsi="Courier New"/>
          <w:color w:val="555555"/>
          <w:sz w:val="20"/>
        </w:rPr>
        <w:t>[5]</w:t>
      </w:r>
    </w:p>
    <w:p>
      <w:r>
        <w:rPr>
          <w:rFonts w:ascii="Gentium Plus" w:hAnsi="Gentium Plus"/>
          <w:sz w:val="24"/>
        </w:rPr>
        <w:t>τούτῳ πραγματείας οὐ πολλῷ τῶν ἄλλων δεούσης, οὐκ οἶδα ὅπως οὕτως ἀμεληθείσης ἢθη μὲν ἡμεῖς ταύτης ἡψάμεθα, μήπω δὲ τὸ πᾶν τῆς διαγνώσεως πρώτῳ λόγῳ περάναντες ἤδη καὶ δευτέρου ἐδεήθημεν λόγου, ἵνα εὐ‐ κρινὲς τὸ πᾶν τῆς περὶ διαγνώσεως μεθόδου ἀποδοθείη</w:t>
      </w:r>
    </w:p>
    <w:p>
      <w:r>
        <w:rPr>
          <w:rFonts w:ascii="Courier New" w:hAnsi="Courier New"/>
          <w:color w:val="555555"/>
          <w:sz w:val="20"/>
        </w:rPr>
        <w:t>[10]</w:t>
      </w:r>
    </w:p>
    <w:p>
      <w:r>
        <w:rPr>
          <w:rFonts w:ascii="Gentium Plus" w:hAnsi="Gentium Plus"/>
          <w:sz w:val="24"/>
        </w:rPr>
        <w:t>τῷ λόγῳ.</w:t>
      </w:r>
    </w:p>
    <w:p>
      <w:r>
        <w:rPr>
          <w:rFonts w:ascii="Courier New" w:hAnsi="Courier New"/>
          <w:color w:val="555555"/>
          <w:sz w:val="20"/>
        </w:rPr>
        <w:t>[3 proem 2]</w:t>
      </w:r>
    </w:p>
    <w:p>
      <w:r>
        <w:rPr>
          <w:rFonts w:ascii="Gentium Plus" w:hAnsi="Gentium Plus"/>
          <w:sz w:val="24"/>
        </w:rPr>
        <w:t>Ἄν τε μὴν μηκύνειν γένηται τοὺς περὶ ταύτης λόγους, ἀπεοικὸς ἂν τοῖς ἐγκαλεῖν προχείροις δό‐ ζειε καὶ μάλιστα ἂν τἀναγκαῖά τε καὶ ἀποχρῶντα οἱ λόγοι ὑπαγορεύοιεν.</w:t>
      </w:r>
    </w:p>
    <w:p>
      <w:r>
        <w:rPr>
          <w:rFonts w:ascii="Courier New" w:hAnsi="Courier New"/>
          <w:color w:val="555555"/>
          <w:sz w:val="20"/>
        </w:rPr>
        <w:t>[3 proem 3]</w:t>
      </w:r>
    </w:p>
    <w:p>
      <w:r>
        <w:rPr>
          <w:rFonts w:ascii="Gentium Plus" w:hAnsi="Gentium Plus"/>
          <w:sz w:val="24"/>
        </w:rPr>
        <w:t>Οἵ τε γὰρ μανθάνοντες ῥᾳδίως ἂν ἐν‐ τεῦθεν γνοῖεν παντὸς ἐξηπλωμένου ἐς τὴν τοιαύτην μέ‐ θοδον ἀρκοῦντος λόγου, οἵ τε θεραπεύειν ἐπιχειροῦντες ἐντεῦθεν διδασκόμενοι ῥᾳδίως μὲν ἂν κατατολμῷεν, ὡς</w:t>
      </w:r>
    </w:p>
    <w:p>
      <w:r>
        <w:rPr>
          <w:rFonts w:ascii="Courier New" w:hAnsi="Courier New"/>
          <w:color w:val="555555"/>
          <w:sz w:val="20"/>
        </w:rPr>
        <w:t>[5]</w:t>
      </w:r>
    </w:p>
    <w:p>
      <w:r>
        <w:rPr>
          <w:rFonts w:ascii="Gentium Plus" w:hAnsi="Gentium Plus"/>
          <w:sz w:val="24"/>
        </w:rPr>
        <w:t>ἂν διαγνοῖεν ὡς ἐπικρατηθησομένων, προχείρως δ’ ἂν ἁπα‐ γορεύσαιεν, ὧν μὴ προσῆκον ἅπτεσθαι νικηθείσης ὑπὲρ τῆς φυσικῆς δυνάμεως.</w:t>
      </w:r>
    </w:p>
    <w:p>
      <w:r>
        <w:rPr>
          <w:rFonts w:ascii="Courier New" w:hAnsi="Courier New"/>
          <w:color w:val="555555"/>
          <w:sz w:val="20"/>
        </w:rPr>
        <w:t>[3 proem 4]</w:t>
      </w:r>
    </w:p>
    <w:p>
      <w:r>
        <w:rPr>
          <w:rFonts w:ascii="Gentium Plus" w:hAnsi="Gentium Plus"/>
          <w:sz w:val="24"/>
        </w:rPr>
        <w:t>Τὸ μὲν οὖν καθ’ ἑκάστην ἐξαγγέλλειν, ὁποῖον δή τι ἡ διάγνωσις τῇ τέχνῃ πέφυκε, τοῖς ἀπαιδεύτοις τὰ τοιαῦτα ἔργον ἂν ἴσως δόξειεν ἅπαξ καταγνωσθεῖσιν ἀπαιδευσίας, τοῖς δὲ περὶ τὰ τοιαῦτα</w:t>
      </w:r>
    </w:p>
    <w:p>
      <w:r>
        <w:rPr>
          <w:rFonts w:ascii="Courier New" w:hAnsi="Courier New"/>
          <w:color w:val="555555"/>
          <w:sz w:val="20"/>
        </w:rPr>
        <w:t>[5]</w:t>
      </w:r>
    </w:p>
    <w:p>
      <w:r>
        <w:rPr>
          <w:rFonts w:ascii="Gentium Plus" w:hAnsi="Gentium Plus"/>
          <w:sz w:val="24"/>
        </w:rPr>
        <w:t>σπουδαίοις ἀναμνήσεώς τινος οὐκ ἀχρήστου.</w:t>
      </w:r>
    </w:p>
    <w:p>
      <w:r>
        <w:rPr>
          <w:rFonts w:ascii="Courier New" w:hAnsi="Courier New"/>
          <w:color w:val="555555"/>
          <w:sz w:val="20"/>
        </w:rPr>
        <w:t>[3 proem 5]</w:t>
      </w:r>
    </w:p>
    <w:p>
      <w:r>
        <w:rPr>
          <w:rFonts w:ascii="Gentium Plus" w:hAnsi="Gentium Plus"/>
          <w:sz w:val="24"/>
        </w:rPr>
        <w:t>Ταῦτά τοι παλιλλογεῖν μὲν ἔργον οἰηθείς, μὴ ἀναμνῆσαι δ’ αὖ ἀλυσιτελές, ὁποῖόν τι ἡ διάγνωσις, καὶ αὖθις ἔφην, ῥυπὴν οὐχ ἧττον ποριζόμενος τοῖς λόγοις ἢ τῇ τῶν σπουδαίων</w:t>
      </w:r>
    </w:p>
    <w:p>
      <w:r>
        <w:rPr>
          <w:rFonts w:ascii="Courier New" w:hAnsi="Courier New"/>
          <w:color w:val="555555"/>
          <w:sz w:val="20"/>
        </w:rPr>
        <w:t>[5]</w:t>
      </w:r>
    </w:p>
    <w:p>
      <w:r>
        <w:rPr>
          <w:rFonts w:ascii="Gentium Plus" w:hAnsi="Gentium Plus"/>
          <w:sz w:val="24"/>
        </w:rPr>
        <w:t>ἡλίκῃ προθυμίᾳ.</w:t>
      </w:r>
    </w:p>
    <w:p>
      <w:r>
        <w:rPr>
          <w:rFonts w:ascii="Courier New" w:hAnsi="Courier New"/>
          <w:color w:val="555555"/>
          <w:sz w:val="20"/>
        </w:rPr>
        <w:t>[3 proem 6]</w:t>
      </w:r>
    </w:p>
    <w:p>
      <w:r>
        <w:rPr>
          <w:rFonts w:ascii="Gentium Plus" w:hAnsi="Gentium Plus"/>
          <w:sz w:val="24"/>
        </w:rPr>
        <w:t>Ἀλλὰ ταῦτα μὲν ὧδε κείσθω, μὴ πάνυ χρεὼν ὂν τὸν περὶ τούτου μηκύνων λόγον. ἡμεῖς δ’ ἐπεὶ φθάσαντες ἔφημεν περὶ τοῦ κατὰ φύσιν ἐν πᾶσιν οὔρου ἐν τῷ πρὸ τούτου λόγῳ, ἔτι γε μὴν περὶ ποσότη‐</w:t>
      </w:r>
    </w:p>
    <w:p>
      <w:r>
        <w:rPr>
          <w:rFonts w:ascii="Courier New" w:hAnsi="Courier New"/>
          <w:color w:val="555555"/>
          <w:sz w:val="20"/>
        </w:rPr>
        <w:t>[5]</w:t>
      </w:r>
    </w:p>
    <w:p>
      <w:r>
        <w:rPr>
          <w:rFonts w:ascii="Gentium Plus" w:hAnsi="Gentium Plus"/>
          <w:sz w:val="24"/>
        </w:rPr>
        <w:t>τος χύματος καὶ προσέτι χρωμάτων, λείποιτ’ ἂν ἴσως ἐν‐ ταῦθα φάναι περί τε τῶν ἐν τῷ χύματι φαινομένων συ‐ στάσεων καὶ περὶ τῶν ἐν τοῖς οὔροις ὑφισταμένων καὶ προσέτι τῶν ἐν τοῖς παρυφισταμένοις διαφόρως τεθεωρη‐ μένων, ἔτι τε πομφολύγων, καὶ ἀλλοίων τινῶν τῇ ἐπιφα‐</w:t>
      </w:r>
    </w:p>
    <w:p>
      <w:r>
        <w:rPr>
          <w:rFonts w:ascii="Courier New" w:hAnsi="Courier New"/>
          <w:color w:val="555555"/>
          <w:sz w:val="20"/>
        </w:rPr>
        <w:t>[10]</w:t>
      </w:r>
    </w:p>
    <w:p>
      <w:r>
        <w:rPr>
          <w:rFonts w:ascii="Gentium Plus" w:hAnsi="Gentium Plus"/>
          <w:sz w:val="24"/>
        </w:rPr>
        <w:t>νείᾳ νηχομένων καὶ πρὸς τούτοις εἴ τι ἕτερον ἐζήτηται περὶ τὰ οὖρα.</w:t>
      </w:r>
    </w:p>
    <w:p>
      <w:pPr>
        <w:jc w:val="center"/>
      </w:pPr>
      <w:r>
        <w:rPr>
          <w:rFonts w:ascii="Gentium Plus" w:hAnsi="Gentium Plus"/>
          <w:b/>
          <w:sz w:val="24"/>
        </w:rPr>
        <w:t>Κεφ. αʹ. Περὶ τῆς ἐκ τῶν κατὰ τὰ οὖρα συστάσεων διαγνώσεως.</w:t>
      </w:r>
    </w:p>
    <w:p>
      <w:r>
        <w:rPr>
          <w:rFonts w:ascii="Courier New" w:hAnsi="Courier New"/>
          <w:color w:val="555555"/>
          <w:sz w:val="20"/>
        </w:rPr>
        <w:t>[3 . 1 . 1]</w:t>
      </w:r>
    </w:p>
    <w:p>
      <w:r>
        <w:rPr>
          <w:rFonts w:ascii="Gentium Plus" w:hAnsi="Gentium Plus"/>
          <w:sz w:val="24"/>
        </w:rPr>
        <w:t>Πέψεως τοίνυν τῷ φλεβώδει γένει ἡγησαμένης προσηκόντως, σύμμετρος ἂν ὀφθείη ἡ σύστασις· καθ’ ὅσον δ’ ἂν αὕτη τοῦ δεόντος ἐλλείπῃ καὶ ἡ σύστασις δια‐ πεπτωκυῖα ἂν ὀφθείη τοῦ συμμέτρου.</w:t>
      </w:r>
    </w:p>
    <w:p>
      <w:r>
        <w:rPr>
          <w:rFonts w:ascii="Courier New" w:hAnsi="Courier New"/>
          <w:color w:val="555555"/>
          <w:sz w:val="20"/>
        </w:rPr>
        <w:t>[3 . 1 . 2]</w:t>
      </w:r>
    </w:p>
    <w:p>
      <w:r>
        <w:rPr>
          <w:rFonts w:ascii="Gentium Plus" w:hAnsi="Gentium Plus"/>
          <w:sz w:val="24"/>
        </w:rPr>
        <w:t>Ἀπεψίας γὰρ ἡγησαμένης τῷ φλεβώδει γένει αἱ διάφοροι συστάσεις γί‐ νονται.</w:t>
      </w:r>
    </w:p>
    <w:p>
      <w:r>
        <w:rPr>
          <w:rFonts w:ascii="Courier New" w:hAnsi="Courier New"/>
          <w:color w:val="555555"/>
          <w:sz w:val="20"/>
        </w:rPr>
        <w:t>[3 . 1 . 3]</w:t>
      </w:r>
    </w:p>
    <w:p>
      <w:r>
        <w:rPr>
          <w:rFonts w:ascii="Gentium Plus" w:hAnsi="Gentium Plus"/>
          <w:sz w:val="24"/>
        </w:rPr>
        <w:t>Ἐπεὶ δὲ ἡ τυχοῦσα ἀπεψία ἢ δι’ ἀτονίαν γί‐ νεται τῆς ἐμφύτου δυνάμεως, ὑφ’ οἱασδήτινος δυσκρασίας πεπονθυίας, ἢ διά τινα χυμῶν ἐπικράτειαν ἀμβλύνουσαν τὴν φυσικὴν θερμότητα, αἱ μὲν διὰ τὴν πρώτην ἀπεψίαν</w:t>
      </w:r>
    </w:p>
    <w:p>
      <w:r>
        <w:rPr>
          <w:rFonts w:ascii="Courier New" w:hAnsi="Courier New"/>
          <w:color w:val="555555"/>
          <w:sz w:val="20"/>
        </w:rPr>
        <w:t>[5]</w:t>
      </w:r>
    </w:p>
    <w:p>
      <w:r>
        <w:rPr>
          <w:rFonts w:ascii="Gentium Plus" w:hAnsi="Gentium Plus"/>
          <w:sz w:val="24"/>
        </w:rPr>
        <w:t>ἐπιδεικνόμεναι συστάσεις λεπταί που πάνυ πεφύκασι, πολ‐ λὰς δ’ ἂν ἴδῃς ἴσως ἀκριβούμενος τὸν λόγον διαφορὰς κατὰ τὸ μέτρον δηλονότι τῆς ἀποτυχίας τῆς πέψεως.</w:t>
      </w:r>
    </w:p>
    <w:p>
      <w:r>
        <w:rPr>
          <w:rFonts w:ascii="Courier New" w:hAnsi="Courier New"/>
          <w:color w:val="555555"/>
          <w:sz w:val="20"/>
        </w:rPr>
        <w:t>[3 . 1 . 4]</w:t>
      </w:r>
    </w:p>
    <w:p>
      <w:r>
        <w:rPr>
          <w:rFonts w:ascii="Gentium Plus" w:hAnsi="Gentium Plus"/>
          <w:sz w:val="24"/>
        </w:rPr>
        <w:t>Αἱ δ’ αὖ διὰ χυμῶν τινων ἐπικράτειαν γινόμεναι συστάσεις λεπταί που πάνυ πεφύκασι, πολλὰς δ’ ἂν ἴδῃς ἴσως ἀκρι‐ βούμενος τὸν λόγον διαφορὰς κατὰ τὸ μέτρον δηλονότι</w:t>
      </w:r>
    </w:p>
    <w:p>
      <w:r>
        <w:rPr>
          <w:rFonts w:ascii="Courier New" w:hAnsi="Courier New"/>
          <w:color w:val="555555"/>
          <w:sz w:val="20"/>
        </w:rPr>
        <w:t>[5]</w:t>
      </w:r>
    </w:p>
    <w:p>
      <w:r>
        <w:rPr>
          <w:rFonts w:ascii="Gentium Plus" w:hAnsi="Gentium Plus"/>
          <w:sz w:val="24"/>
        </w:rPr>
        <w:t>τῆς ἀποτυχίας τῆς πέψεως.</w:t>
      </w:r>
    </w:p>
    <w:p>
      <w:r>
        <w:rPr>
          <w:rFonts w:ascii="Courier New" w:hAnsi="Courier New"/>
          <w:color w:val="555555"/>
          <w:sz w:val="20"/>
        </w:rPr>
        <w:t>[3 . 1 . 5]</w:t>
      </w:r>
    </w:p>
    <w:p>
      <w:r>
        <w:rPr>
          <w:rFonts w:ascii="Gentium Plus" w:hAnsi="Gentium Plus"/>
          <w:sz w:val="24"/>
        </w:rPr>
        <w:t>Αἱ δ’ αὖ διὰ χυμῶν τινων ἐπικράτειαν γινόμεναι συστάσεις παχύτεραί πως ἀναλόγως φαίνονται ταῖς ἐπιγινομέναις τῆς πέψεως διαμαρτίαις.</w:t>
      </w:r>
    </w:p>
    <w:p>
      <w:r>
        <w:rPr>
          <w:rFonts w:ascii="Courier New" w:hAnsi="Courier New"/>
          <w:color w:val="555555"/>
          <w:sz w:val="20"/>
        </w:rPr>
        <w:t>[3 . 1 . 6]</w:t>
      </w:r>
    </w:p>
    <w:p>
      <w:r>
        <w:rPr>
          <w:rFonts w:ascii="Gentium Plus" w:hAnsi="Gentium Plus"/>
          <w:sz w:val="24"/>
        </w:rPr>
        <w:t>Τὰ δ’ αὐτὰ ποιήσαιεν ἂν αἵ τε ἐμφράξεις τε καὶ ἐπὶ πλέον τῶν πόρων ἀποφράξεις. ἐκεῖ μὲν γὰρ οἷον στενοχω‐ ρουμένης τῆς ὕλης ἀμπέσχεται τὰ παχύτερα, ὥστ’ ἐντεῦ‐ θεν φαίνεσθαι λεπτὰ τὰ διουρούμενα.</w:t>
      </w:r>
    </w:p>
    <w:p>
      <w:r>
        <w:rPr>
          <w:rFonts w:ascii="Courier New" w:hAnsi="Courier New"/>
          <w:color w:val="555555"/>
          <w:sz w:val="20"/>
        </w:rPr>
        <w:t>[3 . 1 . 7]</w:t>
      </w:r>
    </w:p>
    <w:p>
      <w:r>
        <w:rPr>
          <w:rFonts w:ascii="Gentium Plus" w:hAnsi="Gentium Plus"/>
          <w:sz w:val="24"/>
        </w:rPr>
        <w:t>Ἐνταῦθα δ’ αὖ παχύτερα φαίνεται, ἀπωθουμένης ὥσπερ τῆς φύσεως τῇ τῶν ἀγγείων εὐρύτητι καὶ τὰ καλῶς φθάσαντα μὴ πε‐ πέφθαι.</w:t>
      </w:r>
    </w:p>
    <w:p>
      <w:r>
        <w:rPr>
          <w:rFonts w:ascii="Courier New" w:hAnsi="Courier New"/>
          <w:color w:val="555555"/>
          <w:sz w:val="20"/>
        </w:rPr>
        <w:t>[3 . 1 . 8]</w:t>
      </w:r>
    </w:p>
    <w:p>
      <w:r>
        <w:rPr>
          <w:rFonts w:ascii="Gentium Plus" w:hAnsi="Gentium Plus"/>
          <w:sz w:val="24"/>
        </w:rPr>
        <w:t>Οὐ περιττὸν δ’ ἂν ἴσως δόξειε, καὶ εἰ ταῦτα προδιορισθείη τῷ λόγῳ· τὰ γὰρ δι’ ἔνδειαν τροφῆς λεπτὰ τυγχάνοντα ὑπόξανθα τῷ χρώματι φαίνονται καὶ βραχύ τι ἢ οὐδὲν παρυφισταμένων ἔχοντα, ὥσπερ τὰ δι’ ἄμε‐</w:t>
      </w:r>
    </w:p>
    <w:p>
      <w:r>
        <w:rPr>
          <w:rFonts w:ascii="Courier New" w:hAnsi="Courier New"/>
          <w:color w:val="555555"/>
          <w:sz w:val="20"/>
        </w:rPr>
        <w:t>[5]</w:t>
      </w:r>
    </w:p>
    <w:p>
      <w:r>
        <w:rPr>
          <w:rFonts w:ascii="Gentium Plus" w:hAnsi="Gentium Plus"/>
          <w:sz w:val="24"/>
        </w:rPr>
        <w:t>τρον χρονίσασαν κένωσιν εἴτε γαστρὸς εἴθ’ αἵματος ἢ καὶ οὔρου ὥσπερ ἐπὶ διαβήτου, λευκὰ μέν ἐστιν ἰδεῖν καὶ λεπτὰ δὲ τῷ χρώματι, μικροῦ δὲ καὶ ἀνυπόστατα. τὰ πα‐ ραπλήσια γὰρ ἐπί τε τῷ ἐκ νόσου γήρᾳ καλουμένῳ καὶ τῷ κατὰ φύσιν συμβαίνοντι.</w:t>
      </w:r>
    </w:p>
    <w:p>
      <w:r>
        <w:rPr>
          <w:rFonts w:ascii="Courier New" w:hAnsi="Courier New"/>
          <w:color w:val="555555"/>
          <w:sz w:val="20"/>
        </w:rPr>
        <w:t>[3 . 1 . 9]</w:t>
      </w:r>
    </w:p>
    <w:p>
      <w:r>
        <w:rPr>
          <w:rFonts w:ascii="Gentium Plus" w:hAnsi="Gentium Plus"/>
          <w:sz w:val="24"/>
        </w:rPr>
        <w:t>Τά γε μὴν εἰληφότα τῶν οὔρων πάχος ἤτοι τὸν πλεονάζοντα χυμὸν ὑποδείκνυσιν, ἤ τινα τῆς ἐπιφανείας ἐκ ψυχρότητος πύκνωσιν ἢ πέψεως ἀρχήν, ὡς ἐπ’ ἐνίων εἴωθε συμβαίνειν νοσημάτων, ὁπόταν</w:t>
      </w:r>
    </w:p>
    <w:p>
      <w:r>
        <w:rPr>
          <w:rFonts w:ascii="Courier New" w:hAnsi="Courier New"/>
          <w:color w:val="555555"/>
          <w:sz w:val="20"/>
        </w:rPr>
        <w:t>[5]</w:t>
      </w:r>
    </w:p>
    <w:p>
      <w:r>
        <w:rPr>
          <w:rFonts w:ascii="Gentium Plus" w:hAnsi="Gentium Plus"/>
          <w:sz w:val="24"/>
        </w:rPr>
        <w:t>δηλονότι λεπτὰ τούτων οὖρα ἡγήσωνται.</w:t>
      </w:r>
    </w:p>
    <w:p>
      <w:r>
        <w:rPr>
          <w:rFonts w:ascii="Courier New" w:hAnsi="Courier New"/>
          <w:color w:val="555555"/>
          <w:sz w:val="20"/>
        </w:rPr>
        <w:t>[3 . 1 . 10]</w:t>
      </w:r>
    </w:p>
    <w:p>
      <w:r>
        <w:rPr>
          <w:rFonts w:ascii="Gentium Plus" w:hAnsi="Gentium Plus"/>
          <w:sz w:val="24"/>
        </w:rPr>
        <w:t>Ἀλλὰ τὰ μὲν τῷ χρώματι διορίζεται, τὰ δὲ τῇ ῥαδίᾳ μεταβολῇ, τὰ δὲ τῇ τῶν παρυφισταμένων παχύτητι.</w:t>
      </w:r>
    </w:p>
    <w:p>
      <w:r>
        <w:rPr>
          <w:rFonts w:ascii="Courier New" w:hAnsi="Courier New"/>
          <w:color w:val="555555"/>
          <w:sz w:val="20"/>
        </w:rPr>
        <w:t>[3 . 1 . 11]</w:t>
      </w:r>
    </w:p>
    <w:p>
      <w:r>
        <w:rPr>
          <w:rFonts w:ascii="Gentium Plus" w:hAnsi="Gentium Plus"/>
          <w:sz w:val="24"/>
        </w:rPr>
        <w:t>Ἐνδέχεται δὲ καὶ δυοῖν ἢ τριῶν ἢ καὶ πλειόνων συμπλακέντων αἰτίων καὶ τὰ οὖρα δεῖξαι τὴν φύσιν συμπεπλεγμένα. ἀλλὰ ἡμῖν ὁ λόγος νῦν οὐ περὶ συνδυαζομένων φάναι πρόκειται,</w:t>
      </w:r>
    </w:p>
    <w:p>
      <w:r>
        <w:rPr>
          <w:rFonts w:ascii="Courier New" w:hAnsi="Courier New"/>
          <w:color w:val="555555"/>
          <w:sz w:val="20"/>
        </w:rPr>
        <w:t>[5]</w:t>
      </w:r>
    </w:p>
    <w:p>
      <w:r>
        <w:rPr>
          <w:rFonts w:ascii="Gentium Plus" w:hAnsi="Gentium Plus"/>
          <w:sz w:val="24"/>
        </w:rPr>
        <w:t>ἀλλὰ περὶ ἁπλῶν.</w:t>
      </w:r>
    </w:p>
    <w:p>
      <w:r>
        <w:rPr>
          <w:rFonts w:ascii="Courier New" w:hAnsi="Courier New"/>
          <w:color w:val="555555"/>
          <w:sz w:val="20"/>
        </w:rPr>
        <w:t>[3 . 1 . 12]</w:t>
      </w:r>
    </w:p>
    <w:p>
      <w:r>
        <w:rPr>
          <w:rFonts w:ascii="Gentium Plus" w:hAnsi="Gentium Plus"/>
          <w:sz w:val="24"/>
        </w:rPr>
        <w:t>Ἐκεῖνο μὲν γὰρ εἰς πολύ τε ἂν τὸν λόγον παρατείνοι καὶ δυσδιεξίτητον ἴσως δόξειε· τὸ δὲ οὐχ ἧττον πρόχειρον ἢ ῥᾴδιον καὶ τοῖς σπουδαίοις οὐκ ὀλίγας τὰς ἀφορμὰς παρέχον εὖ ἔχειν κρίνειν καὶ τὰ συμ‐</w:t>
      </w:r>
    </w:p>
    <w:p>
      <w:r>
        <w:rPr>
          <w:rFonts w:ascii="Courier New" w:hAnsi="Courier New"/>
          <w:color w:val="555555"/>
          <w:sz w:val="20"/>
        </w:rPr>
        <w:t>[5]</w:t>
      </w:r>
    </w:p>
    <w:p>
      <w:r>
        <w:rPr>
          <w:rFonts w:ascii="Gentium Plus" w:hAnsi="Gentium Plus"/>
          <w:sz w:val="24"/>
        </w:rPr>
        <w:t>πεπλεγμένως φαινόμενα τῶν οὔρων.</w:t>
      </w:r>
    </w:p>
    <w:p>
      <w:r>
        <w:rPr>
          <w:rFonts w:ascii="Courier New" w:hAnsi="Courier New"/>
          <w:color w:val="555555"/>
          <w:sz w:val="20"/>
        </w:rPr>
        <w:t>[3 . 1 . 13]</w:t>
      </w:r>
    </w:p>
    <w:p>
      <w:r>
        <w:rPr>
          <w:rFonts w:ascii="Gentium Plus" w:hAnsi="Gentium Plus"/>
          <w:sz w:val="24"/>
        </w:rPr>
        <w:t>Ἀλλ’ ὁ μὲν περὶ διαγνώσεως συστάσεως οὔρων λόγος ἱκανῶς ἂν ὧδε διαγνωσθείη ἡμῶν τε τὰ καιριώτερα εἰρηκότων καὶ τῶν συνετῶν εὖ πεφυκότων καὶ ἀπὸ τούτων κρίνειν τὰ λεί‐</w:t>
      </w:r>
    </w:p>
    <w:p>
      <w:r>
        <w:rPr>
          <w:rFonts w:ascii="Courier New" w:hAnsi="Courier New"/>
          <w:color w:val="555555"/>
          <w:sz w:val="20"/>
        </w:rPr>
        <w:t>[5]</w:t>
      </w:r>
    </w:p>
    <w:p>
      <w:r>
        <w:rPr>
          <w:rFonts w:ascii="Gentium Plus" w:hAnsi="Gentium Plus"/>
          <w:sz w:val="24"/>
        </w:rPr>
        <w:t>ποντα, εἴ τι καὶ λέλειπται.</w:t>
      </w:r>
    </w:p>
    <w:p>
      <w:r>
        <w:rPr>
          <w:rFonts w:ascii="Courier New" w:hAnsi="Courier New"/>
          <w:color w:val="555555"/>
          <w:sz w:val="20"/>
        </w:rPr>
        <w:t>[3 . 1 . 14]</w:t>
      </w:r>
    </w:p>
    <w:p>
      <w:r>
        <w:rPr>
          <w:rFonts w:ascii="Gentium Plus" w:hAnsi="Gentium Plus"/>
          <w:sz w:val="24"/>
        </w:rPr>
        <w:t>Τὸ γὰρ ἐπιμηκύνειν τὸν λόγον ὡς εὐδιάβλητον ὑφορώμενος ἐκπεφευγέναι δεῖν ἔκρινα· νυνὶ δὲ περὶ τῶν παρυφισταμένων προσῆκόν ἐστι σκέψασθαι.</w:t>
      </w:r>
    </w:p>
    <w:p>
      <w:r>
        <w:rPr>
          <w:rFonts w:ascii="Courier New" w:hAnsi="Courier New"/>
          <w:color w:val="555555"/>
          <w:sz w:val="20"/>
        </w:rPr>
        <w:t>[3 . 1 . 15]</w:t>
      </w:r>
    </w:p>
    <w:p>
      <w:r>
        <w:rPr>
          <w:rFonts w:ascii="Gentium Plus" w:hAnsi="Gentium Plus"/>
          <w:sz w:val="24"/>
        </w:rPr>
        <w:t>Καὶ πρῶτον μὲν περὶ τοῦ κατὰ ποσὸν ἐνηλλαγμένου ῥητέον, εἶθ’ οὕτως καὶ περὶ χρώματός τε καὶ συστάσεως, ἔτι τε λειότητος καὶ ὁμαλότητος καὶ εἴ τι ἕτερον συναναφαίνεται τούτοις.</w:t>
      </w:r>
    </w:p>
    <w:p>
      <w:pPr>
        <w:jc w:val="center"/>
      </w:pPr>
      <w:r>
        <w:rPr>
          <w:rFonts w:ascii="Gentium Plus" w:hAnsi="Gentium Plus"/>
          <w:b/>
          <w:sz w:val="24"/>
        </w:rPr>
        <w:t>Κεφ. βʹ. Περὶ τῆς ἐκ τῶν κατὰ ποσότητα τῶν παρυφισταμένων διαγνώσεως.</w:t>
      </w:r>
    </w:p>
    <w:p>
      <w:r>
        <w:rPr>
          <w:rFonts w:ascii="Courier New" w:hAnsi="Courier New"/>
          <w:color w:val="555555"/>
          <w:sz w:val="20"/>
        </w:rPr>
        <w:t>[3 . 2 . 1]</w:t>
      </w:r>
    </w:p>
    <w:p>
      <w:r>
        <w:rPr>
          <w:rFonts w:ascii="Gentium Plus" w:hAnsi="Gentium Plus"/>
          <w:sz w:val="24"/>
        </w:rPr>
        <w:t>Τὰ τοίνυν τοῖς οὔροις παρυφιστάμενα σύμμετρα ἢ πλείω τῷ ποσῷ τελοίη ἢ ἐλάττω, ἢ πάντη σύμμετρα. καὶ συμμέτρων μὲν ὄντων, εἰ σύμμετρα μὲν εἴη τῷ ποσῷ, οὐδὲν καινόν, πλειόνων δ’ ἢ ἐλαττόνων εἰκότως ἂν καί τις</w:t>
      </w:r>
    </w:p>
    <w:p>
      <w:r>
        <w:rPr>
          <w:rFonts w:ascii="Courier New" w:hAnsi="Courier New"/>
          <w:color w:val="555555"/>
          <w:sz w:val="20"/>
        </w:rPr>
        <w:t>[5]</w:t>
      </w:r>
    </w:p>
    <w:p>
      <w:r>
        <w:rPr>
          <w:rFonts w:ascii="Gentium Plus" w:hAnsi="Gentium Plus"/>
          <w:sz w:val="24"/>
        </w:rPr>
        <w:t>ἐπ’ αὐτῶν ῥηθείη διάγνωσις, καὶ πλειόνων μὲν ὄντων τῷ</w:t>
      </w:r>
    </w:p>
    <w:p>
      <w:r>
        <w:rPr>
          <w:rFonts w:ascii="Courier New" w:hAnsi="Courier New"/>
          <w:color w:val="555555"/>
          <w:sz w:val="20"/>
        </w:rPr>
        <w:t>[10]</w:t>
      </w:r>
    </w:p>
    <w:p>
      <w:r>
        <w:rPr>
          <w:rFonts w:ascii="Gentium Plus" w:hAnsi="Gentium Plus"/>
          <w:sz w:val="24"/>
        </w:rPr>
        <w:t>αίνειν εἴωθε τὸν ἄνθρωπον.</w:t>
      </w:r>
    </w:p>
    <w:p>
      <w:r>
        <w:rPr>
          <w:rFonts w:ascii="Courier New" w:hAnsi="Courier New"/>
          <w:color w:val="555555"/>
          <w:sz w:val="20"/>
        </w:rPr>
        <w:t>[3 . 2 . 2]</w:t>
      </w:r>
    </w:p>
    <w:p>
      <w:r>
        <w:rPr>
          <w:rFonts w:ascii="Gentium Plus" w:hAnsi="Gentium Plus"/>
          <w:sz w:val="24"/>
        </w:rPr>
        <w:t>Ἐστι δ’ ὅτε καὶ μετρία τις τῆς καθόλου διαπνοῆς ἐπίσχεσις καὶ οὐκ εὐδίοδος τῶν λοιπῶν φυσικῶν ἐκκρίσεων τρόπος· τοσαῦτα δὴ προβάλλε‐ ται τὰ παρυφιστάμενα· διὰ τἀναντία δ’ αὖ τουτων ἐλάττω</w:t>
      </w:r>
    </w:p>
    <w:p>
      <w:r>
        <w:rPr>
          <w:rFonts w:ascii="Courier New" w:hAnsi="Courier New"/>
          <w:color w:val="555555"/>
          <w:sz w:val="20"/>
        </w:rPr>
        <w:t>[5]</w:t>
      </w:r>
    </w:p>
    <w:p>
      <w:r>
        <w:rPr>
          <w:rFonts w:ascii="Gentium Plus" w:hAnsi="Gentium Plus"/>
          <w:sz w:val="24"/>
        </w:rPr>
        <w:t>ἂν ἐπισυμβαίη τὰ παρυφιστάμενα, ὥσπερ καὶ διὰ τὰ σύμ‐ μετρα καὶ τὰ παρυφιστάμενα σύμμετρα.</w:t>
      </w:r>
    </w:p>
    <w:p>
      <w:r>
        <w:rPr>
          <w:rFonts w:ascii="Courier New" w:hAnsi="Courier New"/>
          <w:color w:val="555555"/>
          <w:sz w:val="20"/>
        </w:rPr>
        <w:t>[3 . 2 . 3]</w:t>
      </w:r>
    </w:p>
    <w:p>
      <w:r>
        <w:rPr>
          <w:rFonts w:ascii="Gentium Plus" w:hAnsi="Gentium Plus"/>
          <w:sz w:val="24"/>
        </w:rPr>
        <w:t>Λεπτὰ δὲ ὄντα τῇ συστάσει τὰ παρυφιστάμενα, κἄν τε πλείω ᾖ κἄν τε ἐλάττω, κἄν τε καὶ σύμμετρα τῷ ποσῷ δηλονότι, οὕτω μαθεῖν ἐστιν, ὡς ἐνίοτε μὲν ὠμοῦ χυμοῦ λεπτυνθέντος</w:t>
      </w:r>
    </w:p>
    <w:p>
      <w:r>
        <w:rPr>
          <w:rFonts w:ascii="Courier New" w:hAnsi="Courier New"/>
          <w:color w:val="555555"/>
          <w:sz w:val="20"/>
        </w:rPr>
        <w:t>[5]</w:t>
      </w:r>
    </w:p>
    <w:p>
      <w:r>
        <w:rPr>
          <w:rFonts w:ascii="Gentium Plus" w:hAnsi="Gentium Plus"/>
          <w:sz w:val="24"/>
        </w:rPr>
        <w:t>πάνυ πέφυκε σύμβολον· γνοίης δ’ ἂν ἐντεῦθεν.</w:t>
      </w:r>
    </w:p>
    <w:p>
      <w:r>
        <w:rPr>
          <w:rFonts w:ascii="Courier New" w:hAnsi="Courier New"/>
          <w:color w:val="555555"/>
          <w:sz w:val="20"/>
        </w:rPr>
        <w:t>[3 . 2 . 4]</w:t>
      </w:r>
    </w:p>
    <w:p>
      <w:r>
        <w:rPr>
          <w:rFonts w:ascii="Gentium Plus" w:hAnsi="Gentium Plus"/>
          <w:sz w:val="24"/>
        </w:rPr>
        <w:t>Εἰ γὰρ μετρίως διακινοίης τὴν ἀμίδα, αὐτά τε μετεωρίζεται καὶ ἡ λειότης ἀπέοικεν. ἐνίοτε δ’ αὖ ἀσθενῶς ἔχουσαν ὑπὸ ψύξεως τὴν τρίτην πέψιν μὴ ῥᾳδίως ἔχειν ἐς τὴν σύμμε‐</w:t>
      </w:r>
    </w:p>
    <w:p>
      <w:r>
        <w:rPr>
          <w:rFonts w:ascii="Courier New" w:hAnsi="Courier New"/>
          <w:color w:val="555555"/>
          <w:sz w:val="20"/>
        </w:rPr>
        <w:t>[5]</w:t>
      </w:r>
    </w:p>
    <w:p>
      <w:r>
        <w:rPr>
          <w:rFonts w:ascii="Gentium Plus" w:hAnsi="Gentium Plus"/>
          <w:sz w:val="24"/>
        </w:rPr>
        <w:t>τρον σύστασιν ἀγαγέσθαι τὰ παρυφιστάμενα, πολλῷ δὲ πρότερον, ὧν ταῦτα πέφυκε περιττώματα.</w:t>
      </w:r>
    </w:p>
    <w:p>
      <w:r>
        <w:rPr>
          <w:rFonts w:ascii="Courier New" w:hAnsi="Courier New"/>
          <w:color w:val="555555"/>
          <w:sz w:val="20"/>
        </w:rPr>
        <w:t>[3 . 2 . 5]</w:t>
      </w:r>
    </w:p>
    <w:p>
      <w:r>
        <w:rPr>
          <w:rFonts w:ascii="Gentium Plus" w:hAnsi="Gentium Plus"/>
          <w:sz w:val="24"/>
        </w:rPr>
        <w:t>Διενήνοχε δὲ ταῦτα τῶν προτέρων τῷ μὴ παχέως καθίστασθαι πρὸς τὸ σύμμετρον, χρόνου τε ἢ ῥώμης δεόμενα. ἥ γε μὴν ἐν αὐτοῖς διάφορος ποσότης τὰ μέτρια τῶν κατεργαζομένων</w:t>
      </w:r>
    </w:p>
    <w:p>
      <w:r>
        <w:rPr>
          <w:rFonts w:ascii="Courier New" w:hAnsi="Courier New"/>
          <w:color w:val="555555"/>
          <w:sz w:val="20"/>
        </w:rPr>
        <w:t>[5]</w:t>
      </w:r>
    </w:p>
    <w:p>
      <w:r>
        <w:rPr>
          <w:rFonts w:ascii="Gentium Plus" w:hAnsi="Gentium Plus"/>
          <w:sz w:val="24"/>
        </w:rPr>
        <w:t>χυμῶν παρίστησι.</w:t>
      </w:r>
    </w:p>
    <w:p>
      <w:pPr>
        <w:jc w:val="center"/>
      </w:pPr>
      <w:r>
        <w:rPr>
          <w:rFonts w:ascii="Gentium Plus" w:hAnsi="Gentium Plus"/>
          <w:b/>
          <w:sz w:val="24"/>
        </w:rPr>
        <w:t>Κεφ. γʹ. Περὶ τῆς ἐκ τῶν κατὰ τὴν σύστασιν τῶν παρυφισταμένων διαγνώσεως.</w:t>
      </w:r>
    </w:p>
    <w:p>
      <w:r>
        <w:rPr>
          <w:rFonts w:ascii="Courier New" w:hAnsi="Courier New"/>
          <w:color w:val="555555"/>
          <w:sz w:val="20"/>
        </w:rPr>
        <w:t>[3 . 3 . 1]</w:t>
      </w:r>
    </w:p>
    <w:p>
      <w:r>
        <w:rPr>
          <w:rFonts w:ascii="Gentium Plus" w:hAnsi="Gentium Plus"/>
          <w:sz w:val="24"/>
        </w:rPr>
        <w:t>Παχέος δὲ ὄντος τοῦ παρυφισταμένου, ἢν μὴ ὄζῃ τι, καὶ ἀκριβῶς λεῖον ᾖ, πῦον μὲν οὐκέτι ἂν εἴη, ὠμοχυ‐ μίας δέ τινος περὶ τὰς φλέβας ἀπόκομμα, ὥστε καὶ κατὰ τὴν ἀναλογίαν τοῦ τε ποσοῦ καὶ τοῦ πάχους ἐπιμαρτυρή‐</w:t>
      </w:r>
    </w:p>
    <w:p>
      <w:r>
        <w:rPr>
          <w:rFonts w:ascii="Courier New" w:hAnsi="Courier New"/>
          <w:color w:val="555555"/>
          <w:sz w:val="20"/>
        </w:rPr>
        <w:t>[5]</w:t>
      </w:r>
    </w:p>
    <w:p>
      <w:r>
        <w:rPr>
          <w:rFonts w:ascii="Gentium Plus" w:hAnsi="Gentium Plus"/>
          <w:sz w:val="24"/>
        </w:rPr>
        <w:t>σειε καὶ τὸν ἀκμάζοντα χυμόν.</w:t>
      </w:r>
    </w:p>
    <w:p>
      <w:r>
        <w:rPr>
          <w:rFonts w:ascii="Courier New" w:hAnsi="Courier New"/>
          <w:color w:val="555555"/>
          <w:sz w:val="20"/>
        </w:rPr>
        <w:t>[3 . 3 . 2]</w:t>
      </w:r>
    </w:p>
    <w:p>
      <w:r>
        <w:rPr>
          <w:rFonts w:ascii="Gentium Plus" w:hAnsi="Gentium Plus"/>
          <w:sz w:val="24"/>
        </w:rPr>
        <w:t>Ἔστι γε μὴν ὄτε καὶ κριτικῶς ἐνταῦθα τῆς φύσεως ἀποκρινούσης τὸ περὶ τὰς φλέβας περίττωμα καὶ ἀθρόως οὕτω κενουμένης τῆς ὕλης, σφόδρα ὑπερβάλλοντα τὸ σύμμετρον φαίνεται τὰ παρυφι‐</w:t>
      </w:r>
    </w:p>
    <w:p>
      <w:r>
        <w:rPr>
          <w:rFonts w:ascii="Courier New" w:hAnsi="Courier New"/>
          <w:color w:val="555555"/>
          <w:sz w:val="20"/>
        </w:rPr>
        <w:t>[5]</w:t>
      </w:r>
    </w:p>
    <w:p>
      <w:r>
        <w:rPr>
          <w:rFonts w:ascii="Gentium Plus" w:hAnsi="Gentium Plus"/>
          <w:sz w:val="24"/>
        </w:rPr>
        <w:t>στάμενα, ὥστε καὶ δέος ἐπάγουσιν οὐκ ὀλίγον τοῖς ἀγνοή‐ σασι τὴν αἰτίαν.</w:t>
      </w:r>
    </w:p>
    <w:p>
      <w:r>
        <w:rPr>
          <w:rFonts w:ascii="Courier New" w:hAnsi="Courier New"/>
          <w:color w:val="555555"/>
          <w:sz w:val="20"/>
        </w:rPr>
        <w:t>[3 . 3 . 3]</w:t>
      </w:r>
    </w:p>
    <w:p>
      <w:r>
        <w:rPr>
          <w:rFonts w:ascii="Gentium Plus" w:hAnsi="Gentium Plus"/>
          <w:sz w:val="24"/>
        </w:rPr>
        <w:t>Προσδιορισθείη δὲ καὶ ταῦτα τῷ μὴ φαῦλα εἶναι, τότε μὴ κεκτῆσθαι χαλεπὰ τὰ χρώματα καὶ</w:t>
      </w:r>
    </w:p>
    <w:p>
      <w:r>
        <w:rPr>
          <w:rFonts w:ascii="Courier New" w:hAnsi="Courier New"/>
          <w:color w:val="555555"/>
          <w:sz w:val="20"/>
        </w:rPr>
        <w:t>[3 . 3 . 4]</w:t>
      </w:r>
    </w:p>
    <w:p>
      <w:r>
        <w:rPr>
          <w:rFonts w:ascii="Gentium Plus" w:hAnsi="Gentium Plus"/>
          <w:sz w:val="24"/>
        </w:rPr>
        <w:t>Τὰ γὰρ ἐν ταῖς ἀρχαῖς καὶ ἀναβάσεσι φαινόμενα τοι‐ αῦτα τῶν πυρετῶν ὑφορᾶσθαι ὡς πονηρὰ προσήκει καὶ μάλιστα εἰ μετὰ φαύλων ἐπιφαίνεται τῶν χρωμάτων.</w:t>
      </w:r>
    </w:p>
    <w:p>
      <w:r>
        <w:rPr>
          <w:rFonts w:ascii="Courier New" w:hAnsi="Courier New"/>
          <w:color w:val="555555"/>
          <w:sz w:val="20"/>
        </w:rPr>
        <w:t>[3 . 3 . 5]</w:t>
      </w:r>
    </w:p>
    <w:p>
      <w:r>
        <w:rPr>
          <w:rFonts w:ascii="Gentium Plus" w:hAnsi="Gentium Plus"/>
          <w:sz w:val="24"/>
        </w:rPr>
        <w:t>Ἀλλὰ τοῦτο μὲν τῷ προγνωστικῷ ταμιευέσθω. ἐκεῖ γὰρ ἴσως εἴποιμεν ἄν, θεοῦ διδόντος, περὶ τούτων.</w:t>
      </w:r>
    </w:p>
    <w:p>
      <w:r>
        <w:rPr>
          <w:rFonts w:ascii="Courier New" w:hAnsi="Courier New"/>
          <w:color w:val="555555"/>
          <w:sz w:val="20"/>
        </w:rPr>
        <w:t>[3 . 3 . 6]</w:t>
      </w:r>
    </w:p>
    <w:p>
      <w:r>
        <w:rPr>
          <w:rFonts w:ascii="Gentium Plus" w:hAnsi="Gentium Plus"/>
          <w:sz w:val="24"/>
        </w:rPr>
        <w:t>Προσ‐ ἀποδοτέον δὲ κἀκεῖνο τῷ λόγῳ, ὃ δὴ τοῦ μὲν αὐτοῦ γέ‐ νους τῆς ὠμοχυμίας πέφυκε. διενήνοχε δὲ τῶν ῥηθέντων τῷ γλίσχρον εἶναι καὶ μιξῶδες, ἐξεταζόμενον οὐκ ὀλίγας</w:t>
      </w:r>
    </w:p>
    <w:p>
      <w:r>
        <w:rPr>
          <w:rFonts w:ascii="Courier New" w:hAnsi="Courier New"/>
          <w:color w:val="555555"/>
          <w:sz w:val="20"/>
        </w:rPr>
        <w:t>[5]</w:t>
      </w:r>
    </w:p>
    <w:p>
      <w:r>
        <w:rPr>
          <w:rFonts w:ascii="Gentium Plus" w:hAnsi="Gentium Plus"/>
          <w:sz w:val="24"/>
        </w:rPr>
        <w:t>ἔσθ’ ὅτ’ ὀδύνας ἐμποιεῖ ἀνθρώπῳ στηριχθέν που περὶ τὰ οὐρητικὰ ἀγγεῖα.</w:t>
      </w:r>
    </w:p>
    <w:p>
      <w:r>
        <w:rPr>
          <w:rFonts w:ascii="Courier New" w:hAnsi="Courier New"/>
          <w:color w:val="555555"/>
          <w:sz w:val="20"/>
        </w:rPr>
        <w:t>[3 . 3 . 7]</w:t>
      </w:r>
    </w:p>
    <w:p>
      <w:r>
        <w:rPr>
          <w:rFonts w:ascii="Gentium Plus" w:hAnsi="Gentium Plus"/>
          <w:sz w:val="24"/>
        </w:rPr>
        <w:t>Εἰκάσαις ἂν ἰδὼν πύῳ· διενήνοχεν ἐκείνου μέντοι τῷ τε μὴ ὄζειν καὶ πάνυ τυγχάνειν γλί‐ σχρον.</w:t>
      </w:r>
    </w:p>
    <w:p>
      <w:r>
        <w:rPr>
          <w:rFonts w:ascii="Courier New" w:hAnsi="Courier New"/>
          <w:color w:val="555555"/>
          <w:sz w:val="20"/>
        </w:rPr>
        <w:t>[3 . 3 . 8]</w:t>
      </w:r>
    </w:p>
    <w:p>
      <w:r>
        <w:rPr>
          <w:rFonts w:ascii="Gentium Plus" w:hAnsi="Gentium Plus"/>
          <w:sz w:val="24"/>
        </w:rPr>
        <w:t>Τό γάρ τοι πῦον καὶ αὐτό τινα γλισχρότητα κεκτημένον τῆς ἐπὶ τῷ ῥηθέντι ἤδη ὠμῷ χυμῷ λείπεται, διαγινώσκεται δ’ ἔτι τὸ πῦον τῷ τε προηγήσασθαί πη ὀδύ‐ νην καὶ αἷμα ἴσως διουρηθῆναι, ἀλλὰ δὴ καὶ τῷ ἐπ’ ἀν‐</w:t>
      </w:r>
    </w:p>
    <w:p>
      <w:r>
        <w:rPr>
          <w:rFonts w:ascii="Courier New" w:hAnsi="Courier New"/>
          <w:color w:val="555555"/>
          <w:sz w:val="20"/>
        </w:rPr>
        <w:t>[5]</w:t>
      </w:r>
    </w:p>
    <w:p>
      <w:r>
        <w:rPr>
          <w:rFonts w:ascii="Gentium Plus" w:hAnsi="Gentium Plus"/>
          <w:sz w:val="24"/>
        </w:rPr>
        <w:t>θράκων ἐντιθεμένων βαρέως ὄζειν.</w:t>
      </w:r>
    </w:p>
    <w:p>
      <w:r>
        <w:rPr>
          <w:rFonts w:ascii="Courier New" w:hAnsi="Courier New"/>
          <w:color w:val="555555"/>
          <w:sz w:val="20"/>
        </w:rPr>
        <w:t>[3 . 3 . 9]</w:t>
      </w:r>
    </w:p>
    <w:p>
      <w:r>
        <w:rPr>
          <w:rFonts w:ascii="Gentium Plus" w:hAnsi="Gentium Plus"/>
          <w:sz w:val="24"/>
        </w:rPr>
        <w:t>Καὶ ἃ μέν ἐστι διαγνῶναι ἔκ τε τῶν πλειόνων τε καὶ ἐλαττόνων τοῦ συμ‐ μέτρου παρυφισταμένων, κἄν τε πάχος ἔχοιεν δηλαδή, κἄν τε λεπτότητα, κἄν τε καί τινα συμμετρίαν τηροῖεν, ἐντεῦ‐</w:t>
      </w:r>
    </w:p>
    <w:p>
      <w:r>
        <w:rPr>
          <w:rFonts w:ascii="Courier New" w:hAnsi="Courier New"/>
          <w:color w:val="555555"/>
          <w:sz w:val="20"/>
        </w:rPr>
        <w:t>[5]</w:t>
      </w:r>
    </w:p>
    <w:p>
      <w:r>
        <w:rPr>
          <w:rFonts w:ascii="Gentium Plus" w:hAnsi="Gentium Plus"/>
          <w:sz w:val="24"/>
        </w:rPr>
        <w:t>θέν ἐστι μαθεῖν τὸν συνετὸν λογισάμενον· ἐπὶ δὲ τούτοις ῥητέον περὶ τῶν ἐνδεχομένων συναναφανῆναι τοῖς παρ‐ υφισταμένοις χρωμάτων.</w:t>
      </w:r>
    </w:p>
    <w:p>
      <w:pPr>
        <w:jc w:val="center"/>
      </w:pPr>
      <w:r>
        <w:rPr>
          <w:rFonts w:ascii="Gentium Plus" w:hAnsi="Gentium Plus"/>
          <w:b/>
          <w:sz w:val="24"/>
        </w:rPr>
        <w:t>Κεφ. δʹ. Περὶ τῆς ἐκ τῶν λευκῶν παρυφισταμένων διαγνώσεως.</w:t>
      </w:r>
    </w:p>
    <w:p>
      <w:r>
        <w:rPr>
          <w:rFonts w:ascii="Courier New" w:hAnsi="Courier New"/>
          <w:color w:val="555555"/>
          <w:sz w:val="20"/>
        </w:rPr>
        <w:t>[3 . 4 . 1]</w:t>
      </w:r>
    </w:p>
    <w:p>
      <w:r>
        <w:rPr>
          <w:rFonts w:ascii="Gentium Plus" w:hAnsi="Gentium Plus"/>
          <w:sz w:val="24"/>
        </w:rPr>
        <w:t>Τὰ μὲν οὖν εὖ πεφυκότα τῶν παρυφισταμένων οὔτ’ ἐπιτεταμένως λευκά τις ἂν φαίη, οὔτ’ αὖ ὕπωχρα· ἑκατέρων γὰρ διαπέπτωκε τὴν τούτων εἰληφότα μεσότητα.</w:t>
      </w:r>
    </w:p>
    <w:p>
      <w:r>
        <w:rPr>
          <w:rFonts w:ascii="Courier New" w:hAnsi="Courier New"/>
          <w:color w:val="555555"/>
          <w:sz w:val="20"/>
        </w:rPr>
        <w:t>[3 . 4 . 2]</w:t>
      </w:r>
    </w:p>
    <w:p>
      <w:r>
        <w:rPr>
          <w:rFonts w:ascii="Gentium Plus" w:hAnsi="Gentium Plus"/>
          <w:sz w:val="24"/>
        </w:rPr>
        <w:t>Ὁπόταν τοίνυν τὸ παρυφιστάμενον εἴη λευκὸν ἀκρι‐ βῶς ἢ χυμοῦ τινός ἐστι φλεγματώδους τεμμάχιον, ἢ πῦον ἀκριβῶς πεφθέν, ἀπό τινος τῶν ἐντὸς μορίων πεπονθότος συνεκκριθέν, καὶ διαγνοίης ἂν ταῦτα, οἷς ἔφην διακρί‐</w:t>
      </w:r>
    </w:p>
    <w:p>
      <w:r>
        <w:rPr>
          <w:rFonts w:ascii="Courier New" w:hAnsi="Courier New"/>
          <w:color w:val="555555"/>
          <w:sz w:val="20"/>
        </w:rPr>
        <w:t>[5]</w:t>
      </w:r>
    </w:p>
    <w:p>
      <w:r>
        <w:rPr>
          <w:rFonts w:ascii="Gentium Plus" w:hAnsi="Gentium Plus"/>
          <w:sz w:val="24"/>
        </w:rPr>
        <w:t>νεσθαι τά τε πῦα καί τοὺς χυμούς.</w:t>
      </w:r>
    </w:p>
    <w:p>
      <w:r>
        <w:rPr>
          <w:rFonts w:ascii="Courier New" w:hAnsi="Courier New"/>
          <w:color w:val="555555"/>
          <w:sz w:val="20"/>
        </w:rPr>
        <w:t>[3 . 4 . 3]</w:t>
      </w:r>
    </w:p>
    <w:p>
      <w:r>
        <w:rPr>
          <w:rFonts w:ascii="Gentium Plus" w:hAnsi="Gentium Plus"/>
          <w:sz w:val="24"/>
        </w:rPr>
        <w:t>Τὸ γὰρ ταυτολο‐ γεῖν ὡς περιττὸν οἰόμενος διαπέφευγα, οὐχ ἧττον δια‐ βάλλων ὡς ἄτοπον τοῦ τὰ δέοντα εἰρῆσθαι παραλελεῖφθαι ἐθέλοντι· τοῦτο γὰρ οὐκ ἄν τις ὡσαύτως μέμψαιτο, τοῖς</w:t>
      </w:r>
    </w:p>
    <w:p>
      <w:r>
        <w:rPr>
          <w:rFonts w:ascii="Courier New" w:hAnsi="Courier New"/>
          <w:color w:val="555555"/>
          <w:sz w:val="20"/>
        </w:rPr>
        <w:t>[5]</w:t>
      </w:r>
    </w:p>
    <w:p>
      <w:r>
        <w:rPr>
          <w:rFonts w:ascii="Gentium Plus" w:hAnsi="Gentium Plus"/>
          <w:sz w:val="24"/>
        </w:rPr>
        <w:t>πολλάκις ἐπ’ οὐδενὶ προσήκοντι γραφομένοις.</w:t>
      </w:r>
    </w:p>
    <w:p>
      <w:pPr>
        <w:jc w:val="center"/>
      </w:pPr>
      <w:r>
        <w:rPr>
          <w:rFonts w:ascii="Gentium Plus" w:hAnsi="Gentium Plus"/>
          <w:b/>
          <w:sz w:val="24"/>
        </w:rPr>
        <w:t>Κεφ. εʹ. Περὶ τῆς ἐκ τῶν ὑπώχρων καὶ ὠχρῶν παρυφισταμένων διαγνώσεως.</w:t>
      </w:r>
    </w:p>
    <w:p>
      <w:r>
        <w:rPr>
          <w:rFonts w:ascii="Courier New" w:hAnsi="Courier New"/>
          <w:color w:val="555555"/>
          <w:sz w:val="20"/>
        </w:rPr>
        <w:t>[3 . 5 . 1]</w:t>
      </w:r>
    </w:p>
    <w:p>
      <w:r>
        <w:rPr>
          <w:rFonts w:ascii="Gentium Plus" w:hAnsi="Gentium Plus"/>
          <w:sz w:val="24"/>
        </w:rPr>
        <w:t>Ἐπειδὴ τούτοις τά τε ὕπωχρα καὶ ὠχρὰ τῶν παρ‐ υφισταμένων οὐκ ἀγαθὰ μέν, ὡς ἐκπεπτωκότα τοῦ κατὰ φύσιν χρώματος, ὑπενέγκοι δ’ ἄν τις ταῦθ’ ὡς μέτρια ὑπὸ μετρίας δηλονότι χολῆς χρωννύμενα περὶ τὰ βάθη κατα‐</w:t>
      </w:r>
    </w:p>
    <w:p>
      <w:r>
        <w:rPr>
          <w:rFonts w:ascii="Courier New" w:hAnsi="Courier New"/>
          <w:color w:val="555555"/>
          <w:sz w:val="20"/>
        </w:rPr>
        <w:t>[5]</w:t>
      </w:r>
    </w:p>
    <w:p>
      <w:r>
        <w:rPr>
          <w:rFonts w:ascii="Gentium Plus" w:hAnsi="Gentium Plus"/>
          <w:sz w:val="24"/>
        </w:rPr>
        <w:t>δυομένης τοῦ σώματος.</w:t>
      </w:r>
    </w:p>
    <w:p>
      <w:r>
        <w:rPr>
          <w:rFonts w:ascii="Courier New" w:hAnsi="Courier New"/>
          <w:color w:val="555555"/>
          <w:sz w:val="20"/>
        </w:rPr>
        <w:t>[3 . 5 . 2]</w:t>
      </w:r>
    </w:p>
    <w:p>
      <w:r>
        <w:rPr>
          <w:rFonts w:ascii="Gentium Plus" w:hAnsi="Gentium Plus"/>
          <w:sz w:val="24"/>
        </w:rPr>
        <w:t>Τὰ δὲ χολώδη τῶν παρυφι‐ σταμένων ἤδη καὶ φαῦλα πέφυκεν ἐπιταθεῖσαν τὴν ξαν‐ θὴν χολὴν ἐπὶ τῇ τρίτῃ πέψει σημήναντα, ὥσπερ ἔτι χείρω τὰ ὀρφνώδη τῶν παρυφισταμένων φαίνεται, ἐπικρα‐</w:t>
      </w:r>
    </w:p>
    <w:p>
      <w:r>
        <w:rPr>
          <w:rFonts w:ascii="Courier New" w:hAnsi="Courier New"/>
          <w:color w:val="555555"/>
          <w:sz w:val="20"/>
        </w:rPr>
        <w:t>[5]</w:t>
      </w:r>
    </w:p>
    <w:p>
      <w:r>
        <w:rPr>
          <w:rFonts w:ascii="Gentium Plus" w:hAnsi="Gentium Plus"/>
          <w:sz w:val="24"/>
        </w:rPr>
        <w:t>τουμένης ἤδη τῆς ἀπωστικῆς τῶν πονηρῶν δυνάμεως.</w:t>
      </w:r>
    </w:p>
    <w:p>
      <w:r>
        <w:rPr>
          <w:rFonts w:ascii="Courier New" w:hAnsi="Courier New"/>
          <w:color w:val="555555"/>
          <w:sz w:val="20"/>
        </w:rPr>
        <w:t>[3 . 5 . 3]</w:t>
      </w:r>
    </w:p>
    <w:p>
      <w:r>
        <w:rPr>
          <w:rFonts w:ascii="Gentium Plus" w:hAnsi="Gentium Plus"/>
          <w:sz w:val="24"/>
        </w:rPr>
        <w:t>Εἰ μὴ γὰρ ἀκράτως ἡ δύναμις ὡς οἶμαι εἶχεν, οὐκ ἂν τοιαῦτα χρώματα χυμῶν ἀλλόκοτα κατεδέξατο πολιορκου‐ μένη ὥσπερ ὑπ’ ἐφθαρμένης ὕλης.</w:t>
      </w:r>
    </w:p>
    <w:p>
      <w:pPr>
        <w:jc w:val="center"/>
      </w:pPr>
      <w:r>
        <w:rPr>
          <w:rFonts w:ascii="Gentium Plus" w:hAnsi="Gentium Plus"/>
          <w:b/>
          <w:sz w:val="24"/>
        </w:rPr>
        <w:t>Κεφ. ϛʹ. Περὶ τῆς ἐκ τῶν φαιῶν, πελιδνῶν καὶ μελάνων παρυφισταμένων διαγνώσεως.</w:t>
      </w:r>
    </w:p>
    <w:p>
      <w:r>
        <w:rPr>
          <w:rFonts w:ascii="Courier New" w:hAnsi="Courier New"/>
          <w:color w:val="555555"/>
          <w:sz w:val="20"/>
        </w:rPr>
        <w:t>[3 . 6 . 1]</w:t>
      </w:r>
    </w:p>
    <w:p>
      <w:r>
        <w:rPr>
          <w:rFonts w:ascii="Gentium Plus" w:hAnsi="Gentium Plus"/>
          <w:sz w:val="24"/>
        </w:rPr>
        <w:t>Χείρω γε μὴν τούτων εἴη ὅσα τε φαιὰ και πελιδνὰ καὶ μέλανα. τοσοῦτο δὲ κεκρατηκέναι φαίνονται τῆς φύ‐ σεως, ὅσῳ καὶ χείρω πέφυκε.</w:t>
      </w:r>
    </w:p>
    <w:p>
      <w:r>
        <w:rPr>
          <w:rFonts w:ascii="Courier New" w:hAnsi="Courier New"/>
          <w:color w:val="555555"/>
          <w:sz w:val="20"/>
        </w:rPr>
        <w:t>[3 . 6 . 2]</w:t>
      </w:r>
    </w:p>
    <w:p>
      <w:r>
        <w:rPr>
          <w:rFonts w:ascii="Gentium Plus" w:hAnsi="Gentium Plus"/>
          <w:sz w:val="24"/>
        </w:rPr>
        <w:t>Καί τις ἂν εἰκάζων πράγμασι τὰ παρυφιστάμενα, πόλιν μὲν ἂν θείη τὴν διὰ παντὸς ἰοῦσαν φυσικὴν τοῦ σώματος οἰκονομίαν, πολιτι‐ κὸν δὲ στρατὸν τὰς τῆς δυνάμεως ἐνεργείας, νόμους δέ</w:t>
      </w:r>
    </w:p>
    <w:p>
      <w:r>
        <w:rPr>
          <w:rFonts w:ascii="Courier New" w:hAnsi="Courier New"/>
          <w:color w:val="555555"/>
          <w:sz w:val="20"/>
        </w:rPr>
        <w:t>[5]</w:t>
      </w:r>
    </w:p>
    <w:p>
      <w:r>
        <w:rPr>
          <w:rFonts w:ascii="Gentium Plus" w:hAnsi="Gentium Plus"/>
          <w:sz w:val="24"/>
        </w:rPr>
        <w:t>τινας καὶ κατάστασιν τὰς γινομένας κατὰ λόγον πέψεις.</w:t>
      </w:r>
    </w:p>
    <w:p>
      <w:r>
        <w:rPr>
          <w:rFonts w:ascii="Courier New" w:hAnsi="Courier New"/>
          <w:color w:val="555555"/>
          <w:sz w:val="20"/>
        </w:rPr>
        <w:t>[3 . 6 . 3]</w:t>
      </w:r>
    </w:p>
    <w:p>
      <w:r>
        <w:rPr>
          <w:rFonts w:ascii="Gentium Plus" w:hAnsi="Gentium Plus"/>
          <w:sz w:val="24"/>
        </w:rPr>
        <w:t>Ἐπεὶ δὲ καὶ τῆς πόλεως τὸ μὲν εἰς πρόθυρα καὶ τὸν ἐκτὸς περίβολον διορίσθη, τὸ δ’ εἰς αὐτὸν ἐτάχθη τὸν πε‐ ρίβολον καὶ τὰς ἐπάλξεις, τὸ τρίτον δὲ καὶ ἔσχατον ὡς εἰς αὐτὴν τὴν ἀκρόπολιν, ἐπὶ τῇ εἰκόνι δεῖ τὴν φύσιν πα‐</w:t>
      </w:r>
    </w:p>
    <w:p>
      <w:r>
        <w:rPr>
          <w:rFonts w:ascii="Courier New" w:hAnsi="Courier New"/>
          <w:color w:val="555555"/>
          <w:sz w:val="20"/>
        </w:rPr>
        <w:t>[5]</w:t>
      </w:r>
    </w:p>
    <w:p>
      <w:r>
        <w:rPr>
          <w:rFonts w:ascii="Gentium Plus" w:hAnsi="Gentium Plus"/>
          <w:sz w:val="24"/>
        </w:rPr>
        <w:t>ραβάλλοντας τὰ κατ’ αὐτὴν γινόμενα μανθάνειν.</w:t>
      </w:r>
    </w:p>
    <w:p>
      <w:r>
        <w:rPr>
          <w:rFonts w:ascii="Courier New" w:hAnsi="Courier New"/>
          <w:color w:val="555555"/>
          <w:sz w:val="20"/>
        </w:rPr>
        <w:t>[3 . 6 . 4]</w:t>
      </w:r>
    </w:p>
    <w:p>
      <w:r>
        <w:rPr>
          <w:rFonts w:ascii="Gentium Plus" w:hAnsi="Gentium Plus"/>
          <w:sz w:val="24"/>
        </w:rPr>
        <w:t>Τὰς μὲν οὖν μετρίας ἀπεψίας φαίη ἄν τις παρανομίαν, ὧν δὴ μετρίων οὐσῶν, βραχύ τι ἂν τὸ κοινὸν λυμαίνοιτο, προκοψασῶν δὲ καὶ στάσις ἂν ἐπενεχθείη· ἂν δὲ καὶ ἔτι</w:t>
      </w:r>
    </w:p>
    <w:p>
      <w:r>
        <w:rPr>
          <w:rFonts w:ascii="Courier New" w:hAnsi="Courier New"/>
          <w:color w:val="555555"/>
          <w:sz w:val="20"/>
        </w:rPr>
        <w:t>[5]</w:t>
      </w:r>
    </w:p>
    <w:p>
      <w:r>
        <w:rPr>
          <w:rFonts w:ascii="Gentium Plus" w:hAnsi="Gentium Plus"/>
          <w:sz w:val="24"/>
        </w:rPr>
        <w:t>μᾶλλον εἰς παντελῆ καθαίρεσιν ἡ πόλις κατασταίη ἄν, οὕτω ταῖς ἐσχάταις τε καὶ χρονιζούσαις ἀπεψίαις ἔσθ’ ὅτε κίνδυνος τῷ χρόνῳ ἕπεται τοῖς κάμνουσιν, ὅσα δὲ δι’ ἀτο‐ νίαν τῷ φυλασσόντων, ὑπ’ ἐχθρῶν τῇ πόλει γίνεται, οἱ</w:t>
      </w:r>
    </w:p>
    <w:p>
      <w:r>
        <w:rPr>
          <w:rFonts w:ascii="Courier New" w:hAnsi="Courier New"/>
          <w:color w:val="555555"/>
          <w:sz w:val="20"/>
        </w:rPr>
        <w:t>[10]</w:t>
      </w:r>
    </w:p>
    <w:p>
      <w:r>
        <w:rPr>
          <w:rFonts w:ascii="Gentium Plus" w:hAnsi="Gentium Plus"/>
          <w:sz w:val="24"/>
        </w:rPr>
        <w:t>τὰ βάθη ἤδη χωρήσαντες.</w:t>
      </w:r>
    </w:p>
    <w:p>
      <w:r>
        <w:rPr>
          <w:rFonts w:ascii="Courier New" w:hAnsi="Courier New"/>
          <w:color w:val="555555"/>
          <w:sz w:val="20"/>
        </w:rPr>
        <w:t>[3 . 6 . 5]</w:t>
      </w:r>
    </w:p>
    <w:p>
      <w:r>
        <w:rPr>
          <w:rFonts w:ascii="Gentium Plus" w:hAnsi="Gentium Plus"/>
          <w:sz w:val="24"/>
        </w:rPr>
        <w:t>Ὁπόταν γὰρ ἤδη κατακρα‐ τῶντο καὶ αὐτῆς τῆς ἀκροπόλεως κατισχύωσι, τί ἄν τις οἰκειότερον κατασκαφῆς νομίσῃ τῇ πόλει, πάσης ἤδη ἀπο‐ ρούσης δυνάμεως.</w:t>
      </w:r>
    </w:p>
    <w:p>
      <w:r>
        <w:rPr>
          <w:rFonts w:ascii="Courier New" w:hAnsi="Courier New"/>
          <w:color w:val="555555"/>
          <w:sz w:val="20"/>
        </w:rPr>
        <w:t>[3 . 6 . 6]</w:t>
      </w:r>
    </w:p>
    <w:p>
      <w:r>
        <w:rPr>
          <w:rFonts w:ascii="Gentium Plus" w:hAnsi="Gentium Plus"/>
          <w:sz w:val="24"/>
        </w:rPr>
        <w:t>Ταῦτ’ ἄρα καὶ θείη ἄν τις τῶν παρυφισταμένων τὰ μέλανα σημεῖα εἶναι τῶν πολεμίων ἐπικειμένων τοῖς τείχεσι καὶ τοσούτῳ ἐπὶ τὰ τῆς πόλεως ἰσχυρότερα, ὅσῳ καὶ τὰ παρυφιστάμενα πρὸς τὸν πυθ‐</w:t>
      </w:r>
    </w:p>
    <w:p>
      <w:r>
        <w:rPr>
          <w:rFonts w:ascii="Courier New" w:hAnsi="Courier New"/>
          <w:color w:val="555555"/>
          <w:sz w:val="20"/>
        </w:rPr>
        <w:t>[5]</w:t>
      </w:r>
    </w:p>
    <w:p>
      <w:r>
        <w:rPr>
          <w:rFonts w:ascii="Gentium Plus" w:hAnsi="Gentium Plus"/>
          <w:sz w:val="24"/>
        </w:rPr>
        <w:t>μένα χωρεῖ.</w:t>
      </w:r>
    </w:p>
    <w:p>
      <w:r>
        <w:rPr>
          <w:rFonts w:ascii="Courier New" w:hAnsi="Courier New"/>
          <w:color w:val="555555"/>
          <w:sz w:val="20"/>
        </w:rPr>
        <w:t>[3 . 6 . 7]</w:t>
      </w:r>
    </w:p>
    <w:p>
      <w:r>
        <w:rPr>
          <w:rFonts w:ascii="Gentium Plus" w:hAnsi="Gentium Plus"/>
          <w:sz w:val="24"/>
        </w:rPr>
        <w:t>Οὕτως ἂν κἀκ τῆς σχεδιασθείσης σοι εἰκόνος λογίσαιο τὰ κατὰ φύσιν ἡμῖν συμβαίνοντα. ἀλλὰ ἐπαναληπτέον τὸν λόγον καὶ περὶ τῶν λειπομένων ὧδε ῥητέον χρωμάτων.</w:t>
      </w:r>
    </w:p>
    <w:p>
      <w:pPr>
        <w:jc w:val="center"/>
      </w:pPr>
      <w:r>
        <w:rPr>
          <w:rFonts w:ascii="Gentium Plus" w:hAnsi="Gentium Plus"/>
          <w:b/>
          <w:sz w:val="24"/>
        </w:rPr>
        <w:t>Κεφ. ζʹ. Περὶ τῆς τῶν ὑπερύθρων καὶ ἐρυθρῶν παρυφισταμένων διαγνώσεως.</w:t>
      </w:r>
    </w:p>
    <w:p>
      <w:r>
        <w:rPr>
          <w:rFonts w:ascii="Courier New" w:hAnsi="Courier New"/>
          <w:color w:val="555555"/>
          <w:sz w:val="20"/>
        </w:rPr>
        <w:t>[3 . 7 . 1]</w:t>
      </w:r>
    </w:p>
    <w:p>
      <w:r>
        <w:rPr>
          <w:rFonts w:ascii="Gentium Plus" w:hAnsi="Gentium Plus"/>
          <w:sz w:val="24"/>
        </w:rPr>
        <w:t>Τὰ τοίνυν ὑπέρυθρα καὶ ἐρυθρὰ τῶν παρυφιστα‐ μένων ἀπεψίαν μέν τινα δεικνύουσι τῆς τρίτης πέψεως δι’ ἀγαθῆς ὑπερβολὴν ὕλης· μέτρια δὲ καὶ ἴσως ἀκίνδυνα.</w:t>
      </w:r>
    </w:p>
    <w:p>
      <w:r>
        <w:rPr>
          <w:rFonts w:ascii="Courier New" w:hAnsi="Courier New"/>
          <w:color w:val="555555"/>
          <w:sz w:val="20"/>
        </w:rPr>
        <w:t>[3 . 7 . 2]</w:t>
      </w:r>
    </w:p>
    <w:p>
      <w:r>
        <w:rPr>
          <w:rFonts w:ascii="Gentium Plus" w:hAnsi="Gentium Plus"/>
          <w:sz w:val="24"/>
        </w:rPr>
        <w:t>Τἆλλα μὲν γὰρ τῶν ῥηθέντων παρυφισταμένων οὐχ ἧττον ἀπέκνασε τῇ ποσότητι ἢ τῇ ποιότητι· ταῦτα δὲ τῇ ποσότητι μόνῃ τὴν δύναμιν αὐτὴν εἴωθεν ἀδικεῖν, ὧν δῆτα ὑφαιρουμένων ῥαδίως πρὸς ἑαυτὴν ἡ δύναμις ἐπαν‐</w:t>
      </w:r>
    </w:p>
    <w:p>
      <w:r>
        <w:rPr>
          <w:rFonts w:ascii="Courier New" w:hAnsi="Courier New"/>
          <w:color w:val="555555"/>
          <w:sz w:val="20"/>
        </w:rPr>
        <w:t>[5]</w:t>
      </w:r>
    </w:p>
    <w:p>
      <w:r>
        <w:rPr>
          <w:rFonts w:ascii="Gentium Plus" w:hAnsi="Gentium Plus"/>
          <w:sz w:val="24"/>
        </w:rPr>
        <w:t>έρχεται.</w:t>
      </w:r>
    </w:p>
    <w:p>
      <w:pPr>
        <w:jc w:val="center"/>
      </w:pPr>
      <w:r>
        <w:rPr>
          <w:rFonts w:ascii="Gentium Plus" w:hAnsi="Gentium Plus"/>
          <w:b/>
          <w:sz w:val="24"/>
        </w:rPr>
        <w:t>Κεφ. ηʹ. Περὶ τῆς ἐκ τῶν ὑφαίμων παρυφισταμένων διαγνώσεως.</w:t>
      </w:r>
    </w:p>
    <w:p>
      <w:r>
        <w:rPr>
          <w:rFonts w:ascii="Courier New" w:hAnsi="Courier New"/>
          <w:color w:val="555555"/>
          <w:sz w:val="20"/>
        </w:rPr>
        <w:t>[3 . 8 . 1]</w:t>
      </w:r>
    </w:p>
    <w:p>
      <w:r>
        <w:rPr>
          <w:rFonts w:ascii="Gentium Plus" w:hAnsi="Gentium Plus"/>
          <w:sz w:val="24"/>
        </w:rPr>
        <w:t>Ἐπὶ δὲ τούτοις αἱ ὕφαιμοι τῶν ὑποστάσεων φαί‐ νονται, αἳ χείρους μὲν τῶν ἐρυθρῶν πεφύκασι πάντως, ἀμείνους δὲ τῶν πελιδνῶν καὶ μελάνων.</w:t>
      </w:r>
    </w:p>
    <w:p>
      <w:r>
        <w:rPr>
          <w:rFonts w:ascii="Courier New" w:hAnsi="Courier New"/>
          <w:color w:val="555555"/>
          <w:sz w:val="20"/>
        </w:rPr>
        <w:t>[3 . 8 . 2]</w:t>
      </w:r>
    </w:p>
    <w:p>
      <w:r>
        <w:rPr>
          <w:rFonts w:ascii="Gentium Plus" w:hAnsi="Gentium Plus"/>
          <w:sz w:val="24"/>
        </w:rPr>
        <w:t>Καὶ γὰρ μηδὲ κατειργάσθαι ὅλως τὸν αἱματικὸν χυμὸν σημαίνουσιν, ἀλλ’ εἰ μὲν δια πλῆθος, ἀτονούσης τῆς δυνάμεως, τοῦτο γίνεται, ἀνεκτὸν ἂν ἴσως δόξῃ καὶ φέροι ἂν τοῦθ’ ὁ ἄν‐</w:t>
      </w:r>
    </w:p>
    <w:p>
      <w:r>
        <w:rPr>
          <w:rFonts w:ascii="Courier New" w:hAnsi="Courier New"/>
          <w:color w:val="555555"/>
          <w:sz w:val="20"/>
        </w:rPr>
        <w:t>[5]</w:t>
      </w:r>
    </w:p>
    <w:p>
      <w:r>
        <w:rPr>
          <w:rFonts w:ascii="Gentium Plus" w:hAnsi="Gentium Plus"/>
          <w:sz w:val="24"/>
        </w:rPr>
        <w:t>θρωπος, χρόνου μέντοι δεηθεὶς ἐς ὑγίανσιν οὐκ ὀλί‐ γου· εἰ δὲ δι’ αὐτῆς τῆς φυσικῆς δυνάμεως ἀτονίαν καθ’ αὑτὴν συμβάσαν, τοῦτο τῶν ἐσχάτων κακῶν ἀπαγορεύειν μὲν κατηγοροῦν τὴν δύναμιν τὰ ἑαυτῆς ἐργάζεσθαι, ἀπο‐ λύειν δὲ τοὺς μάλιστα λυσιτελεῖν χυμοὺς τῷ ζῴῳ εἰωθό‐</w:t>
      </w:r>
    </w:p>
    <w:p>
      <w:r>
        <w:rPr>
          <w:rFonts w:ascii="Courier New" w:hAnsi="Courier New"/>
          <w:color w:val="555555"/>
          <w:sz w:val="20"/>
        </w:rPr>
        <w:t>[10]</w:t>
      </w:r>
    </w:p>
    <w:p>
      <w:r>
        <w:rPr>
          <w:rFonts w:ascii="Gentium Plus" w:hAnsi="Gentium Plus"/>
          <w:sz w:val="24"/>
        </w:rPr>
        <w:t>τας.</w:t>
      </w:r>
    </w:p>
    <w:p>
      <w:r>
        <w:rPr>
          <w:rFonts w:ascii="Courier New" w:hAnsi="Courier New"/>
          <w:color w:val="555555"/>
          <w:sz w:val="20"/>
        </w:rPr>
        <w:t>[3 . 8 . 3]</w:t>
      </w:r>
    </w:p>
    <w:p>
      <w:r>
        <w:rPr>
          <w:rFonts w:ascii="Gentium Plus" w:hAnsi="Gentium Plus"/>
          <w:sz w:val="24"/>
        </w:rPr>
        <w:t>Ἀλλὰ ταῦτα μὲν διαγνοίης ἂν πρός τε τὰς προη‐</w:t>
      </w:r>
    </w:p>
    <w:p>
      <w:r>
        <w:rPr>
          <w:rFonts w:ascii="Courier New" w:hAnsi="Courier New"/>
          <w:color w:val="555555"/>
          <w:sz w:val="20"/>
        </w:rPr>
        <w:t>[3 . 8 . 4]</w:t>
      </w:r>
    </w:p>
    <w:p>
      <w:r>
        <w:rPr>
          <w:rFonts w:ascii="Gentium Plus" w:hAnsi="Gentium Plus"/>
          <w:sz w:val="24"/>
        </w:rPr>
        <w:t>Οὐχ ἧττον γὰρ τῶν ἄλλων καὶ ταῦτα εἰώθεσαν λυσιτελεῖν ταῖς διαγνώ‐ σεσιν, ὥστε καὶ ταῦτα πειρᾶσθαι θέμις ἐκμελετᾶν τὸ ἔργον τὸ διαγνώσκειν ἀσφαλῶς ποιούμενον.</w:t>
      </w:r>
    </w:p>
    <w:p>
      <w:pPr>
        <w:jc w:val="center"/>
      </w:pPr>
      <w:r>
        <w:rPr>
          <w:rFonts w:ascii="Gentium Plus" w:hAnsi="Gentium Plus"/>
          <w:b/>
          <w:sz w:val="24"/>
        </w:rPr>
        <w:t>Κεφ. θʹ. Περὶ τῆς ἐκ τῶν ὀροβοειδῶν, πιτυροειδῶν, πεταλωδῶν τε καὶ κριμνωδῶν ὑποστάσεων διαγνώσεως.</w:t>
      </w:r>
    </w:p>
    <w:p>
      <w:r>
        <w:rPr>
          <w:rFonts w:ascii="Courier New" w:hAnsi="Courier New"/>
          <w:color w:val="555555"/>
          <w:sz w:val="20"/>
        </w:rPr>
        <w:t>[3 . 9 . 1]</w:t>
      </w:r>
    </w:p>
    <w:p>
      <w:r>
        <w:rPr>
          <w:rFonts w:ascii="Gentium Plus" w:hAnsi="Gentium Plus"/>
          <w:sz w:val="24"/>
        </w:rPr>
        <w:t>Νυνὶ δ’ ἂν εἴη προσῆκον φάναι περί τε ὀροβοει‐ δῶν καὶ πιτυρώδων ὑποστάσεων, καὶ προσέτι πεταλω‐ δῶν καὶ κριμνωδῶν, ὅτι τούτων ἑκάστη διασημαίνεται.</w:t>
      </w:r>
    </w:p>
    <w:p>
      <w:r>
        <w:rPr>
          <w:rFonts w:ascii="Courier New" w:hAnsi="Courier New"/>
          <w:color w:val="555555"/>
          <w:sz w:val="20"/>
        </w:rPr>
        <w:t>[3 . 9 . 2]</w:t>
      </w:r>
    </w:p>
    <w:p>
      <w:r>
        <w:rPr>
          <w:rFonts w:ascii="Gentium Plus" w:hAnsi="Gentium Plus"/>
          <w:sz w:val="24"/>
        </w:rPr>
        <w:t>Ὁποῖαι τοίνυν τῷ εἴδει πεφύκασιν, ἐκ τοῖς περὶ διαφο‐ ρᾶς οὔρων ἔφθημεν εἰρηκότες· νῦν δ’ ἐπιθήσομεν τὰς διαγνώσεις οὕτω πως προαγαγόντος ἡμᾶς τοῦ λόγου.</w:t>
      </w:r>
    </w:p>
    <w:p>
      <w:r>
        <w:rPr>
          <w:rFonts w:ascii="Courier New" w:hAnsi="Courier New"/>
          <w:color w:val="555555"/>
          <w:sz w:val="20"/>
        </w:rPr>
        <w:t>[3 . 9 . 3]</w:t>
      </w:r>
    </w:p>
    <w:p>
      <w:r>
        <w:rPr>
          <w:rFonts w:ascii="Gentium Plus" w:hAnsi="Gentium Plus"/>
          <w:sz w:val="24"/>
        </w:rPr>
        <w:t>Αἱ τοίνυν ὀροβοειδεῖς τῶν ὑποστάσεων τοῖς οὔροις ἐπιφαίνον‐ ται, ὁπόταν ἤδη τῆς πιμελῆς τακείσης καὶ ἡ σὰρξ αὐτὸ δὴ τοῦτο πάσχειν ἄρξαιτο.</w:t>
      </w:r>
    </w:p>
    <w:p>
      <w:r>
        <w:rPr>
          <w:rFonts w:ascii="Courier New" w:hAnsi="Courier New"/>
          <w:color w:val="555555"/>
          <w:sz w:val="20"/>
        </w:rPr>
        <w:t>[3 . 9 . 4]</w:t>
      </w:r>
    </w:p>
    <w:p>
      <w:r>
        <w:rPr>
          <w:rFonts w:ascii="Gentium Plus" w:hAnsi="Gentium Plus"/>
          <w:sz w:val="24"/>
        </w:rPr>
        <w:t>Οὐ δεῖ δὲ λανθάνειν ὡς ἐνίοτε καὶ τῶν νεφρῶν μόνων τὸ πάθος αἱ ὀροβοειδεῖς τῶν ὑποστάσεων τοῖς οὔροις ἐπιφαίνονται, ὁπόταν ἤδη τῆς πιμελῆς τακείσης καὶ ἡ σὰρξ αὐτὸ δὴ τοῦτο πάσχειν</w:t>
      </w:r>
    </w:p>
    <w:p>
      <w:r>
        <w:rPr>
          <w:rFonts w:ascii="Courier New" w:hAnsi="Courier New"/>
          <w:color w:val="555555"/>
          <w:sz w:val="20"/>
        </w:rPr>
        <w:t>[5]</w:t>
      </w:r>
    </w:p>
    <w:p>
      <w:r>
        <w:rPr>
          <w:rFonts w:ascii="Gentium Plus" w:hAnsi="Gentium Plus"/>
          <w:sz w:val="24"/>
        </w:rPr>
        <w:t>ἄρξαιτο.</w:t>
      </w:r>
    </w:p>
    <w:p>
      <w:r>
        <w:rPr>
          <w:rFonts w:ascii="Courier New" w:hAnsi="Courier New"/>
          <w:color w:val="555555"/>
          <w:sz w:val="20"/>
        </w:rPr>
        <w:t>[3 . 9 . 5]</w:t>
      </w:r>
    </w:p>
    <w:p>
      <w:r>
        <w:rPr>
          <w:rFonts w:ascii="Gentium Plus" w:hAnsi="Gentium Plus"/>
          <w:sz w:val="24"/>
        </w:rPr>
        <w:t>Οὐ δεῖ δὲ λανθάνειν ὡς ἐνίοτε καὶ τῶν νε‐ φρῶν μόνων τὸ πάθος αἱ ὀροβοειδεῖς τῶν ὑποστάσεων διαφαίνουσι πλὴν ἀλλ’ ἔστιν ὧδέ πη διορίσασθαι τῷ λόγῳ, ἵνα μή τις ἀπάτη τοῖς ἀπειροτέροις ἐγγίνηται.</w:t>
      </w:r>
    </w:p>
    <w:p>
      <w:r>
        <w:rPr>
          <w:rFonts w:ascii="Courier New" w:hAnsi="Courier New"/>
          <w:color w:val="555555"/>
          <w:sz w:val="20"/>
        </w:rPr>
        <w:t>[3 . 9 . 6]</w:t>
      </w:r>
    </w:p>
    <w:p>
      <w:r>
        <w:rPr>
          <w:rFonts w:ascii="Gentium Plus" w:hAnsi="Gentium Plus"/>
          <w:sz w:val="24"/>
        </w:rPr>
        <w:t>Ἐπὶ μὲν οὖν τοῦ διόλου πυρέσσουσι καὶ τοῦ παντὸς δηλοῦσι σώματος σύντηξιν, ἐπὶ δὲ τοῖς μὴ πυρέσσουσι τῶν νε‐ φρῶν μόνον τελεῖν τὸ πάθημα.</w:t>
      </w:r>
    </w:p>
    <w:p>
      <w:r>
        <w:rPr>
          <w:rFonts w:ascii="Courier New" w:hAnsi="Courier New"/>
          <w:color w:val="555555"/>
          <w:sz w:val="20"/>
        </w:rPr>
        <w:t>[3 . 9 . 7]</w:t>
      </w:r>
    </w:p>
    <w:p>
      <w:r>
        <w:rPr>
          <w:rFonts w:ascii="Gentium Plus" w:hAnsi="Gentium Plus"/>
          <w:sz w:val="24"/>
        </w:rPr>
        <w:t>Προσδιορισθήσεται δὲ ταῦτα μὴ ταῖς πέψεσιν· αἱ μὲν γὰρ ἀπεψίαι τοῦ παντὸς σώματος τὴν τηκεδόνα σημαίνουσιν· αἱ συναναφαινόμε‐ ναι δὲ πέψεις τῶν νεφρῶν μόνων.</w:t>
      </w:r>
    </w:p>
    <w:p>
      <w:r>
        <w:rPr>
          <w:rFonts w:ascii="Courier New" w:hAnsi="Courier New"/>
          <w:color w:val="555555"/>
          <w:sz w:val="20"/>
        </w:rPr>
        <w:t>[3 . 9 . 8]</w:t>
      </w:r>
    </w:p>
    <w:p>
      <w:r>
        <w:rPr>
          <w:rFonts w:ascii="Gentium Plus" w:hAnsi="Gentium Plus"/>
          <w:sz w:val="24"/>
        </w:rPr>
        <w:t>Λοιπαὶ δὲ φαῦλαι ὑποστάσεις αἱ πιτυρώδεις οὕτω καλούμεναι, χείρους μὲν τῶν ῥηθεισῶν, ἐλλείπουσαι δὲ ἐς φαυλότητα τῶν πεταλω‐ δῶν· φαίνοιντο δ’ ἂν τοιαῦται, ὁπόταν ἐν τῷ βάθει τῶν</w:t>
      </w:r>
    </w:p>
    <w:p>
      <w:r>
        <w:rPr>
          <w:rFonts w:ascii="Courier New" w:hAnsi="Courier New"/>
          <w:color w:val="555555"/>
          <w:sz w:val="20"/>
        </w:rPr>
        <w:t>[5]</w:t>
      </w:r>
    </w:p>
    <w:p>
      <w:r>
        <w:rPr>
          <w:rFonts w:ascii="Gentium Plus" w:hAnsi="Gentium Plus"/>
          <w:sz w:val="24"/>
        </w:rPr>
        <w:t>ἀγγείων ὁ πυρετὸς κατασκήψῃ.</w:t>
      </w:r>
    </w:p>
    <w:p>
      <w:r>
        <w:rPr>
          <w:rFonts w:ascii="Courier New" w:hAnsi="Courier New"/>
          <w:color w:val="555555"/>
          <w:sz w:val="20"/>
        </w:rPr>
        <w:t>[3 . 9 . 9]</w:t>
      </w:r>
    </w:p>
    <w:p>
      <w:r>
        <w:rPr>
          <w:rFonts w:ascii="Gentium Plus" w:hAnsi="Gentium Plus"/>
          <w:sz w:val="24"/>
        </w:rPr>
        <w:t>Δεῖ γε μὴν καὶ τούτου μεμνῆσθαι, ὡς ἔστιν ὅτε καὶ μόνης τῆς κύστεως πασχού‐ σης σύμβολον γίνεται· διορισθήσεται δὲ καὶ αὕτη πέψεσί</w:t>
      </w:r>
    </w:p>
    <w:p>
      <w:r>
        <w:rPr>
          <w:rFonts w:ascii="Courier New" w:hAnsi="Courier New"/>
          <w:color w:val="555555"/>
          <w:sz w:val="20"/>
        </w:rPr>
        <w:t>[5]</w:t>
      </w:r>
    </w:p>
    <w:p>
      <w:r>
        <w:rPr>
          <w:rFonts w:ascii="Gentium Plus" w:hAnsi="Gentium Plus"/>
          <w:sz w:val="24"/>
        </w:rPr>
        <w:t>κἀπὶ τῶν ὀροβοειδῶν φθάσαντες ἐξεθέμεθα.</w:t>
      </w:r>
    </w:p>
    <w:p>
      <w:r>
        <w:rPr>
          <w:rFonts w:ascii="Courier New" w:hAnsi="Courier New"/>
          <w:color w:val="555555"/>
          <w:sz w:val="20"/>
        </w:rPr>
        <w:t>[3 . 9 . 10]</w:t>
      </w:r>
    </w:p>
    <w:p>
      <w:r>
        <w:rPr>
          <w:rFonts w:ascii="Gentium Plus" w:hAnsi="Gentium Plus"/>
          <w:sz w:val="24"/>
        </w:rPr>
        <w:t>Τάς γε μὴν τῶν ὑποστάσεων πεταλώδεις μαθεῖν ἔστι γινομένας, ὁπόταν καὶ στερεῶν αὐτῶν ὁ πυρετὸς προοίκων ἅψηται· ἃ δ’ ἐπὶ τῶν πεταλωδῶν ὑποστάσεων εἴρηται, ταῦτα μα‐</w:t>
      </w:r>
    </w:p>
    <w:p>
      <w:r>
        <w:rPr>
          <w:rFonts w:ascii="Courier New" w:hAnsi="Courier New"/>
          <w:color w:val="555555"/>
          <w:sz w:val="20"/>
        </w:rPr>
        <w:t>[5]</w:t>
      </w:r>
    </w:p>
    <w:p>
      <w:r>
        <w:rPr>
          <w:rFonts w:ascii="Gentium Plus" w:hAnsi="Gentium Plus"/>
          <w:sz w:val="24"/>
        </w:rPr>
        <w:t>θεῖν ἐστι καὶ ὧδε.</w:t>
      </w:r>
    </w:p>
    <w:p>
      <w:r>
        <w:rPr>
          <w:rFonts w:ascii="Courier New" w:hAnsi="Courier New"/>
          <w:color w:val="555555"/>
          <w:sz w:val="20"/>
        </w:rPr>
        <w:t>[3 . 9 . 11]</w:t>
      </w:r>
    </w:p>
    <w:p>
      <w:r>
        <w:rPr>
          <w:rFonts w:ascii="Gentium Plus" w:hAnsi="Gentium Plus"/>
          <w:sz w:val="24"/>
        </w:rPr>
        <w:t>Ἢ γάρ τοι τοῦ παντὸς τὸ πά‐ θημα νομίζεται σώματος, εἴπερ οἵ τε πυρετοὶ καὶ αἱ ἀπεψίαι ἔνεισιν, ἢ μόνης αὐτῆς τῆς κύστεως, ὁπόταν δη‐ λαδὴ ἀπυρεξία μὲν τὸν ἄνθρωπον ἔχῃ.</w:t>
      </w:r>
    </w:p>
    <w:p>
      <w:r>
        <w:rPr>
          <w:rFonts w:ascii="Courier New" w:hAnsi="Courier New"/>
          <w:color w:val="555555"/>
          <w:sz w:val="20"/>
        </w:rPr>
        <w:t>[3 . 9 . 12]</w:t>
      </w:r>
    </w:p>
    <w:p>
      <w:r>
        <w:rPr>
          <w:rFonts w:ascii="Gentium Plus" w:hAnsi="Gentium Plus"/>
          <w:sz w:val="24"/>
        </w:rPr>
        <w:t>Πέψις δ’ ἐν τοῖς οὔροις δείκνυται· ἐπὶ δὲ ταῖς τρισὶ ταύταις φαύλαις ὑποστάσεσι ταῖς ῥηθείσαις χειρίστη καὶ ταύταις ὑπερβάλ‐ λουσα φαίνεται ἡ κριμνώδης, τοσοῦτον διενέγκασα τούτων</w:t>
      </w:r>
    </w:p>
    <w:p>
      <w:r>
        <w:rPr>
          <w:rFonts w:ascii="Courier New" w:hAnsi="Courier New"/>
          <w:color w:val="555555"/>
          <w:sz w:val="20"/>
        </w:rPr>
        <w:t>[5]</w:t>
      </w:r>
    </w:p>
    <w:p>
      <w:r>
        <w:rPr>
          <w:rFonts w:ascii="Gentium Plus" w:hAnsi="Gentium Plus"/>
          <w:sz w:val="24"/>
        </w:rPr>
        <w:t>τῇ φαυλότητι, ὁπόσον αὕτη τῇ νεκρώσει προσώκειλεν.</w:t>
      </w:r>
    </w:p>
    <w:p>
      <w:r>
        <w:rPr>
          <w:rFonts w:ascii="Courier New" w:hAnsi="Courier New"/>
          <w:color w:val="555555"/>
          <w:sz w:val="20"/>
        </w:rPr>
        <w:t>[3 . 9 . 13]</w:t>
      </w:r>
    </w:p>
    <w:p>
      <w:r>
        <w:rPr>
          <w:rFonts w:ascii="Gentium Plus" w:hAnsi="Gentium Plus"/>
          <w:sz w:val="24"/>
        </w:rPr>
        <w:t>Ἐπὶ γὰρ τῶν τριχῇ διαστατῶν σωμάτων ὁ πυρετὸς τομὴν πεφθακὼς τὰς κριμνώδεις ταύτας ὑποστάσεις τετέ‐ λεκεν.</w:t>
      </w:r>
    </w:p>
    <w:p>
      <w:r>
        <w:rPr>
          <w:rFonts w:ascii="Courier New" w:hAnsi="Courier New"/>
          <w:color w:val="555555"/>
          <w:sz w:val="20"/>
        </w:rPr>
        <w:t>[3 . 9 . 14]</w:t>
      </w:r>
    </w:p>
    <w:p>
      <w:r>
        <w:rPr>
          <w:rFonts w:ascii="Gentium Plus" w:hAnsi="Gentium Plus"/>
          <w:sz w:val="24"/>
        </w:rPr>
        <w:t>Ἀλλ’ οὖν ἐστι κἀνταῦθα διορίσασθαι τὰς κριμνώδεις τῶν ὑποστάσεων τοῦ κατοπτηθέντος αἵματος.</w:t>
      </w:r>
    </w:p>
    <w:p>
      <w:r>
        <w:rPr>
          <w:rFonts w:ascii="Courier New" w:hAnsi="Courier New"/>
          <w:color w:val="555555"/>
          <w:sz w:val="20"/>
        </w:rPr>
        <w:t>[3 . 9 . 15]</w:t>
      </w:r>
    </w:p>
    <w:p>
      <w:r>
        <w:rPr>
          <w:rFonts w:ascii="Gentium Plus" w:hAnsi="Gentium Plus"/>
          <w:sz w:val="24"/>
        </w:rPr>
        <w:t>Εἰ μὲν δὴ λευκὰ τὰ παρυφιστάμενα εἴη, τῶν κριμνω‐ δῶν ὑποστάσεων τοῦτο σημεῖον· ἐρυθρὰ δὲ τοῦ κατοπτη‐ θέντος αἵματος σύμβολον καὶ δεῖ τὸν συνετὸν καὶ περὶ τὰ τοιαῦτα ἐπτοημένον ἀκριβῶς καταστοχάζεσθαι τῶν ῥη‐</w:t>
      </w:r>
    </w:p>
    <w:p>
      <w:r>
        <w:rPr>
          <w:rFonts w:ascii="Courier New" w:hAnsi="Courier New"/>
          <w:color w:val="555555"/>
          <w:sz w:val="20"/>
        </w:rPr>
        <w:t>[5]</w:t>
      </w:r>
    </w:p>
    <w:p>
      <w:r>
        <w:rPr>
          <w:rFonts w:ascii="Gentium Plus" w:hAnsi="Gentium Plus"/>
          <w:sz w:val="24"/>
        </w:rPr>
        <w:t>θέντων, καὶ οὕτω λέγειν τε καὶ πράττειν ὅ, τι προσῆκον, καὶ δὶς καὶ τρὶς καὶ πολλάκις, εἰ δίδωσιν ὁ καιρός, προ‐ διασκεψάμενον, εἰ μή πω ἡ πρώτη τοῦτο ἐπιδοίη ἔφοδος, προσεπινοοῦντα δηλονότι τὸ ἀδιάπτωτον.</w:t>
      </w:r>
    </w:p>
    <w:p>
      <w:r>
        <w:rPr>
          <w:rFonts w:ascii="Courier New" w:hAnsi="Courier New"/>
          <w:color w:val="555555"/>
          <w:sz w:val="20"/>
        </w:rPr>
        <w:t>[3 . 9 . 16]</w:t>
      </w:r>
    </w:p>
    <w:p>
      <w:r>
        <w:rPr>
          <w:rFonts w:ascii="Gentium Plus" w:hAnsi="Gentium Plus"/>
          <w:sz w:val="24"/>
        </w:rPr>
        <w:t>Τῷ μὲν γὰρ τἀληθοῦς διαπεπτωκότι, πρώταις ἐφόδοις κρῖναί τε καὶ πρᾶξαι σπουδάσαντι, γελὼς ἂν παρομαρτήσῃ· τάχα δ’ ἂν νοσεῖν καὶ ἄγνοιαν καταψηφισθείη.</w:t>
      </w:r>
    </w:p>
    <w:p>
      <w:r>
        <w:rPr>
          <w:rFonts w:ascii="Courier New" w:hAnsi="Courier New"/>
          <w:color w:val="555555"/>
          <w:sz w:val="20"/>
        </w:rPr>
        <w:t>[3 . 9 . 17]</w:t>
      </w:r>
    </w:p>
    <w:p>
      <w:r>
        <w:rPr>
          <w:rFonts w:ascii="Gentium Plus" w:hAnsi="Gentium Plus"/>
          <w:sz w:val="24"/>
        </w:rPr>
        <w:t>Τῷ δὲ προσ‐ επεσκεμένῳ καὶ ἀκριβῶς συνεωρακότι τό τε τἀληθῆ λέγειν ἕποιτ’ ἂν καὶ τὸ πείθεσθαι τοὺς κάμνοντας αὐτῷ γενή‐ σεται.</w:t>
      </w:r>
    </w:p>
    <w:p>
      <w:r>
        <w:rPr>
          <w:rFonts w:ascii="Courier New" w:hAnsi="Courier New"/>
          <w:color w:val="555555"/>
          <w:sz w:val="20"/>
        </w:rPr>
        <w:t>[3 . 9 . 18]</w:t>
      </w:r>
    </w:p>
    <w:p>
      <w:r>
        <w:rPr>
          <w:rFonts w:ascii="Gentium Plus" w:hAnsi="Gentium Plus"/>
          <w:sz w:val="24"/>
        </w:rPr>
        <w:t>Ἀλλὰ ταῦτα μέν, εἰ καὶ ἐκ παρόδου, ἀπο‐ χρώντως οἶμαι λέλεκται. οὐ δεῖ δὲ λανθάνειν ἡμᾶς, ὡς ἐνίοτε χυμοί τινες πρὸς τὸν τῆς ἀμίδος καθιζάνοντες πυθμένα καὶ ἤδη λεπτυνθέντες τε καὶ διαστάντες ὑπὸ</w:t>
      </w:r>
    </w:p>
    <w:p>
      <w:r>
        <w:rPr>
          <w:rFonts w:ascii="Courier New" w:hAnsi="Courier New"/>
          <w:color w:val="555555"/>
          <w:sz w:val="20"/>
        </w:rPr>
        <w:t>[5]</w:t>
      </w:r>
    </w:p>
    <w:p>
      <w:r>
        <w:rPr>
          <w:rFonts w:ascii="Gentium Plus" w:hAnsi="Gentium Plus"/>
          <w:sz w:val="24"/>
        </w:rPr>
        <w:t>παχέος πνεύματος, κατοπτηθέντες δὲ καὶ συστάντες φαν‐ τασίαν τινὰ δεικνύουσι τῶν ῥηθεισῶν ὑποστάσεων, ἀλλὰ ταῦτα ῥᾳδίως ἂν διαγνοίης τῷ τε προηγήσασθαι πλεῖον</w:t>
      </w:r>
    </w:p>
    <w:p>
      <w:r>
        <w:rPr>
          <w:rFonts w:ascii="Courier New" w:hAnsi="Courier New"/>
          <w:color w:val="555555"/>
          <w:sz w:val="20"/>
        </w:rPr>
        <w:t>[3 . 9 . 19]</w:t>
      </w:r>
    </w:p>
    <w:p>
      <w:r>
        <w:rPr>
          <w:rFonts w:ascii="Gentium Plus" w:hAnsi="Gentium Plus"/>
          <w:sz w:val="24"/>
        </w:rPr>
        <w:t>Αἱ δὲ ῥη‐ θεῖσαι φαῦλαι τῶν ὑποστάσεων ἀεὶ μὲν πλῆθος καὶ πάχος ἐπικτῶνται, τὸ πλέον δὲ τὸν τῆς ἀμίδος τηροῦσι πυθμένα κατὰ μηδὲν διαλάττουσαι.</w:t>
      </w:r>
    </w:p>
    <w:p>
      <w:r>
        <w:rPr>
          <w:rFonts w:ascii="Courier New" w:hAnsi="Courier New"/>
          <w:color w:val="555555"/>
          <w:sz w:val="20"/>
        </w:rPr>
        <w:t>[3 . 9 . 20]</w:t>
      </w:r>
    </w:p>
    <w:p>
      <w:r>
        <w:rPr>
          <w:rFonts w:ascii="Gentium Plus" w:hAnsi="Gentium Plus"/>
          <w:sz w:val="24"/>
        </w:rPr>
        <w:t>Ἀλλὰ περὶ μὲν τῶν ῥη‐ θεισῶν ἀρκούντως ἂν ἔχῃ ὧδε· ἑπόμενον δὲ φάναι καὶ περὶ τῆς ἀνακεκραμένης ἀγαθῆς ὑποστάσεως φαύλοις τισὶ καὶ ἀπέπτοις κόμμασι χυμῶν οἵων δήτινων.</w:t>
      </w:r>
    </w:p>
    <w:p>
      <w:pPr>
        <w:jc w:val="center"/>
      </w:pPr>
      <w:r>
        <w:rPr>
          <w:rFonts w:ascii="Gentium Plus" w:hAnsi="Gentium Plus"/>
          <w:b/>
          <w:sz w:val="24"/>
        </w:rPr>
        <w:t>Κεφ. ιʹ. Περὶ τῆς ἐκ τῶν συμμεμιγμένων παρυφισταμένων διαγνώσεως.</w:t>
      </w:r>
    </w:p>
    <w:p>
      <w:r>
        <w:rPr>
          <w:rFonts w:ascii="Courier New" w:hAnsi="Courier New"/>
          <w:color w:val="555555"/>
          <w:sz w:val="20"/>
        </w:rPr>
        <w:t>[3 . 10 . 1]</w:t>
      </w:r>
    </w:p>
    <w:p>
      <w:r>
        <w:rPr>
          <w:rFonts w:ascii="Gentium Plus" w:hAnsi="Gentium Plus"/>
          <w:sz w:val="24"/>
        </w:rPr>
        <w:t>Καὶ γάρ τοι ἔσθ’ ὅτε ψήγματά τινα συνεπιθεω‐ ροῦνται τοῖς παρυφισταμένοις ἤτοι πρὸς τὸ πυρρὸν ἀπε‐ στραμμένα ἢ πρὸς τὸ λευκὸν ἤ τι παραπλήσια.</w:t>
      </w:r>
    </w:p>
    <w:p>
      <w:r>
        <w:rPr>
          <w:rFonts w:ascii="Courier New" w:hAnsi="Courier New"/>
          <w:color w:val="555555"/>
          <w:sz w:val="20"/>
        </w:rPr>
        <w:t>[3 . 10 . 2]</w:t>
      </w:r>
    </w:p>
    <w:p>
      <w:r>
        <w:rPr>
          <w:rFonts w:ascii="Gentium Plus" w:hAnsi="Gentium Plus"/>
          <w:sz w:val="24"/>
        </w:rPr>
        <w:t>Ἀλλὰ ταῦτα πλείω μὲν ὄντα ἡμίπεπτον μὲν τὴν ὕλην δείκνυ‐ σιν, ἐκεῖνον δὲ τὸν χυμὸν ἐν τῷ βάθει πλεονάζειν τε καὶ συγκάεσθαι, οὗ ψήγματα τοῖς παρυφισταμένοις συννηχό‐</w:t>
      </w:r>
    </w:p>
    <w:p>
      <w:r>
        <w:rPr>
          <w:rFonts w:ascii="Courier New" w:hAnsi="Courier New"/>
          <w:color w:val="555555"/>
          <w:sz w:val="20"/>
        </w:rPr>
        <w:t>[5]</w:t>
      </w:r>
    </w:p>
    <w:p>
      <w:r>
        <w:rPr>
          <w:rFonts w:ascii="Gentium Plus" w:hAnsi="Gentium Plus"/>
          <w:sz w:val="24"/>
        </w:rPr>
        <w:t>μενα, ἐλάττω δέ, μετριωτέραν μὲν τὴν τοιαύτην κακοχυ‐ μίαν δείκνυσι, πονηρὰν δέ τινα δίαιταν ἐπιγεννῆσαι ταῦτα.</w:t>
      </w:r>
    </w:p>
    <w:p>
      <w:r>
        <w:rPr>
          <w:rFonts w:ascii="Courier New" w:hAnsi="Courier New"/>
          <w:color w:val="555555"/>
          <w:sz w:val="20"/>
        </w:rPr>
        <w:t>[3 . 10 . 3]</w:t>
      </w:r>
    </w:p>
    <w:p>
      <w:r>
        <w:rPr>
          <w:rFonts w:ascii="Gentium Plus" w:hAnsi="Gentium Plus"/>
          <w:sz w:val="24"/>
        </w:rPr>
        <w:t>Ἀντέστραπται δ’ αὖ ὧδε τὸ πρᾶγμα ἐπὶ τῷ τοῦ μεγέ‐ θους λόγῳ· ὅσῳ μὲν γὰρ ᾖ μείζω τὰ τεμμάχια καὶ τὴν ἐντὸς τῶν φλεβῶν σύγκαυσιν ἐλάττω δηλοῖ, ὅσῳ δὲ ἐλάττω, καὶ τὴν θερμότητα μείζονα.</w:t>
      </w:r>
    </w:p>
    <w:p>
      <w:r>
        <w:rPr>
          <w:rFonts w:ascii="Courier New" w:hAnsi="Courier New"/>
          <w:color w:val="555555"/>
          <w:sz w:val="20"/>
        </w:rPr>
        <w:t>[3 . 10 . 4]</w:t>
      </w:r>
    </w:p>
    <w:p>
      <w:r>
        <w:rPr>
          <w:rFonts w:ascii="Gentium Plus" w:hAnsi="Gentium Plus"/>
          <w:sz w:val="24"/>
        </w:rPr>
        <w:t>Καθ’ ἣν ἂν ἡμεῖς αἰτίαν τοῦ λόγου προϊόντος ἀποδῶμεν· τὸ γὰρ νῦν ἔχον περὶ διαγνώσεως μόνον εἰπεῖν προὐθέμεθα· ἐνίοτέ γε μὴν καὶ οἷον τρίχες ὑπόλευκοι, παλαιστιαῖοι καὶ μείους τε καὶ μεί‐</w:t>
      </w:r>
    </w:p>
    <w:p>
      <w:r>
        <w:rPr>
          <w:rFonts w:ascii="Courier New" w:hAnsi="Courier New"/>
          <w:color w:val="555555"/>
          <w:sz w:val="20"/>
        </w:rPr>
        <w:t>[5]</w:t>
      </w:r>
    </w:p>
    <w:p>
      <w:r>
        <w:rPr>
          <w:rFonts w:ascii="Gentium Plus" w:hAnsi="Gentium Plus"/>
          <w:sz w:val="24"/>
        </w:rPr>
        <w:t>ζους συναναφαίνονται τοῖς παρυφισταμένοις, αἳ δή τι πά‐ θος ὀφθεῖσαι τῶν νεφρῶν ὑπαγορεύουσι.</w:t>
      </w:r>
    </w:p>
    <w:p>
      <w:r>
        <w:rPr>
          <w:rFonts w:ascii="Courier New" w:hAnsi="Courier New"/>
          <w:color w:val="555555"/>
          <w:sz w:val="20"/>
        </w:rPr>
        <w:t>[3 . 10 . 5]</w:t>
      </w:r>
    </w:p>
    <w:p>
      <w:r>
        <w:rPr>
          <w:rFonts w:ascii="Gentium Plus" w:hAnsi="Gentium Plus"/>
          <w:sz w:val="24"/>
        </w:rPr>
        <w:t>Τῶν οὖν συναναφαινομένων τοῖς παρυφισταμένοις ἑτερωειδῶν σω‐ μάτων πλειόνων ὄντων καὶ διασκεδασθέντων ὑφ’ οἵας δή‐ τινος αἰτίας ἐς τὸ κύτος τοῦ χύματος, ὀδύναι λαμβάνουσι</w:t>
      </w:r>
    </w:p>
    <w:p>
      <w:r>
        <w:rPr>
          <w:rFonts w:ascii="Courier New" w:hAnsi="Courier New"/>
          <w:color w:val="555555"/>
          <w:sz w:val="20"/>
        </w:rPr>
        <w:t>[5]</w:t>
      </w:r>
    </w:p>
    <w:p>
      <w:r>
        <w:rPr>
          <w:rFonts w:ascii="Gentium Plus" w:hAnsi="Gentium Plus"/>
          <w:sz w:val="24"/>
        </w:rPr>
        <w:t>τὸν ἄνθρωπον ἐνεσπαρμέναι τῷ σώματι, ὥσπερ δῆτα καὶ ἡμεῖς που τεθεάμεθα ἐπί τινος γυναικὸς ἑλκώδη κόπον αὐτόματον νοσούσης, ἐφ’ ἑτέρας δὲ χρονίως τὰς ἁρμονίας ἀλγούσης.</w:t>
      </w:r>
    </w:p>
    <w:p>
      <w:r>
        <w:rPr>
          <w:rFonts w:ascii="Courier New" w:hAnsi="Courier New"/>
          <w:color w:val="555555"/>
          <w:sz w:val="20"/>
        </w:rPr>
        <w:t>[3 . 10 . 6]</w:t>
      </w:r>
    </w:p>
    <w:p>
      <w:r>
        <w:rPr>
          <w:rFonts w:ascii="Gentium Plus" w:hAnsi="Gentium Plus"/>
          <w:sz w:val="24"/>
        </w:rPr>
        <w:t>Ἀλλὰ τῆς μὲν προτέρας τὰ οὖρα πλείω τε καὶ παχύτερα τὰ συμφερόμενα τοῖς παρυφισταμένοις εἶχε, καὶ μικροῦ δεῖν πιτύροις ἔοικε παντὶ πλανώμενα τῷ χύ‐ ματι ἤδη καὶ αὐτῷ πυρρῷ τυγχάνοντι.</w:t>
      </w:r>
    </w:p>
    <w:p>
      <w:r>
        <w:rPr>
          <w:rFonts w:ascii="Courier New" w:hAnsi="Courier New"/>
          <w:color w:val="555555"/>
          <w:sz w:val="20"/>
        </w:rPr>
        <w:t>[3 . 10 . 7]</w:t>
      </w:r>
    </w:p>
    <w:p>
      <w:r>
        <w:rPr>
          <w:rFonts w:ascii="Gentium Plus" w:hAnsi="Gentium Plus"/>
          <w:sz w:val="24"/>
        </w:rPr>
        <w:t>Τῆς δὲ λεπτῆς</w:t>
      </w:r>
    </w:p>
    <w:p>
      <w:r>
        <w:rPr>
          <w:rFonts w:ascii="Courier New" w:hAnsi="Courier New"/>
          <w:color w:val="555555"/>
          <w:sz w:val="20"/>
        </w:rPr>
        <w:t>[5]</w:t>
      </w:r>
    </w:p>
    <w:p>
      <w:r>
        <w:rPr>
          <w:rFonts w:ascii="Gentium Plus" w:hAnsi="Gentium Plus"/>
          <w:sz w:val="24"/>
        </w:rPr>
        <w:t>χύματι.</w:t>
      </w:r>
    </w:p>
    <w:p>
      <w:r>
        <w:rPr>
          <w:rFonts w:ascii="Courier New" w:hAnsi="Courier New"/>
          <w:color w:val="555555"/>
          <w:sz w:val="20"/>
        </w:rPr>
        <w:t>[3 . 10 . 8]</w:t>
      </w:r>
    </w:p>
    <w:p>
      <w:r>
        <w:rPr>
          <w:rFonts w:ascii="Gentium Plus" w:hAnsi="Gentium Plus"/>
          <w:sz w:val="24"/>
        </w:rPr>
        <w:t>Ἀλλ’ ἡ μὲν τὸν αὐτόματον τόπον νοσοῦσα ὑφ’ ἡμῶν διαιτηθεῖσα τοῦ πάθους ἀπήλλακται· ἡ δ’ ἑτέρα φάρμακον μέντοι ὑφ’ ἡμῶν πεπωκέναι πέπειστο λυσιτε‐ λῆσον τῷ πάθει.</w:t>
      </w:r>
    </w:p>
    <w:p>
      <w:r>
        <w:rPr>
          <w:rFonts w:ascii="Courier New" w:hAnsi="Courier New"/>
          <w:color w:val="555555"/>
          <w:sz w:val="20"/>
        </w:rPr>
        <w:t>[3 . 10 . 9]</w:t>
      </w:r>
    </w:p>
    <w:p>
      <w:r>
        <w:rPr>
          <w:rFonts w:ascii="Gentium Plus" w:hAnsi="Gentium Plus"/>
          <w:sz w:val="24"/>
        </w:rPr>
        <w:t>Ἐπεὶ δ’ οὐκ οἶδα ὅπως ἀνεβάλλετο περισχεθεῖσα δέει. οὔπω γάρ τοι ἔτυχε καὶ ὄνομα πυθο‐ μένη φαρμάκου, μή τοιγε ἐπεπώκει.</w:t>
      </w:r>
    </w:p>
    <w:p>
      <w:r>
        <w:rPr>
          <w:rFonts w:ascii="Courier New" w:hAnsi="Courier New"/>
          <w:color w:val="555555"/>
          <w:sz w:val="20"/>
        </w:rPr>
        <w:t>[3 . 10 . 10]</w:t>
      </w:r>
    </w:p>
    <w:p>
      <w:r>
        <w:rPr>
          <w:rFonts w:ascii="Gentium Plus" w:hAnsi="Gentium Plus"/>
          <w:sz w:val="24"/>
        </w:rPr>
        <w:t>Ἦν γὰρ ἡ γυνὴ καὶ τἆλλα ἀγροικῶς ἐσταλμένη· ἐγὼ μὲν ταύτην παρεὶς ᾠχόμην, ὅ, τι δὲ οἱ γέγονεν ἀγνοῶ, καὶ ταῦτα λέλεκται οὐχ ἵν’ ἐμπρέπων ᾖ ὁ λόγος ταῖς ἱστορίαις, ἀλλ’ ἵν’ ὑμεῖς</w:t>
      </w:r>
    </w:p>
    <w:p>
      <w:r>
        <w:rPr>
          <w:rFonts w:ascii="Courier New" w:hAnsi="Courier New"/>
          <w:color w:val="555555"/>
          <w:sz w:val="20"/>
        </w:rPr>
        <w:t>[5]</w:t>
      </w:r>
    </w:p>
    <w:p>
      <w:r>
        <w:rPr>
          <w:rFonts w:ascii="Gentium Plus" w:hAnsi="Gentium Plus"/>
          <w:sz w:val="24"/>
        </w:rPr>
        <w:t>εἰδῆτε, ὁπόσον εἴωθε λυσιτελεῖν ἐπίσκεψις ἀκριβὴς τῶν οὔρων.</w:t>
      </w:r>
    </w:p>
    <w:p>
      <w:r>
        <w:rPr>
          <w:rFonts w:ascii="Courier New" w:hAnsi="Courier New"/>
          <w:color w:val="555555"/>
          <w:sz w:val="20"/>
        </w:rPr>
        <w:t>[3 . 10 . 11]</w:t>
      </w:r>
    </w:p>
    <w:p>
      <w:r>
        <w:rPr>
          <w:rFonts w:ascii="Gentium Plus" w:hAnsi="Gentium Plus"/>
          <w:sz w:val="24"/>
        </w:rPr>
        <w:t>Ταῦτά τοι βουλευσαίμην ἂν καὶ ὑμῖν ἡδέως, ὅσοι τῇ περὶ οὔρων ἐντροφαῖς πραγματείᾳ καὶ πρὸ ταύτης τῇ εἰδήσει τῶν ὁσημέραι γινομένων ἐπ’ ἀνθρώποις κάμνουσι καὶ ταῦτα προσεπισκοπεῖν, οὐκ ὀλίγα συνεισενεγκεῖν δυνά‐</w:t>
      </w:r>
    </w:p>
    <w:p>
      <w:r>
        <w:rPr>
          <w:rFonts w:ascii="Courier New" w:hAnsi="Courier New"/>
          <w:color w:val="555555"/>
          <w:sz w:val="20"/>
        </w:rPr>
        <w:t>[5]</w:t>
      </w:r>
    </w:p>
    <w:p>
      <w:r>
        <w:rPr>
          <w:rFonts w:ascii="Gentium Plus" w:hAnsi="Gentium Plus"/>
          <w:sz w:val="24"/>
        </w:rPr>
        <w:t>μενα τῇ τέχνῃ· ἐφ’ αἷς γε μὴν αἰτίαις ταῦτα γίνεται, ἐροῦμεν τοῦ θεοῦ παρεσχηκότος, ἐν οἷς ἂν λόγοις περὶ αἰτίας οὔρων γράψομεν.</w:t>
      </w:r>
    </w:p>
    <w:p>
      <w:r>
        <w:rPr>
          <w:rFonts w:ascii="Courier New" w:hAnsi="Courier New"/>
          <w:color w:val="555555"/>
          <w:sz w:val="20"/>
        </w:rPr>
        <w:t>[3 . 10 . 12]</w:t>
      </w:r>
    </w:p>
    <w:p>
      <w:r>
        <w:rPr>
          <w:rFonts w:ascii="Gentium Plus" w:hAnsi="Gentium Plus"/>
          <w:sz w:val="24"/>
        </w:rPr>
        <w:t>Καὶ ταῦτα μὲν περὶ τῶν συμπεπλεγμένως φαινομένων παρυφισταμένων, περὶ δὲ λειότητος ὧδέ πη φάναι θέμις.</w:t>
      </w:r>
    </w:p>
    <w:p>
      <w:pPr>
        <w:jc w:val="center"/>
      </w:pPr>
      <w:r>
        <w:rPr>
          <w:rFonts w:ascii="Gentium Plus" w:hAnsi="Gentium Plus"/>
          <w:b/>
          <w:sz w:val="24"/>
        </w:rPr>
        <w:t>Κεφ. ιαʹ. Περὶ τῆς ἐκ τῶν κατὰ λειότητα τῶν ἀντικειμένων παρυφισταμένων διαγνώσεως.</w:t>
      </w:r>
    </w:p>
    <w:p>
      <w:r>
        <w:rPr>
          <w:rFonts w:ascii="Courier New" w:hAnsi="Courier New"/>
          <w:color w:val="555555"/>
          <w:sz w:val="20"/>
        </w:rPr>
        <w:t>[3 . 11 . 1]</w:t>
      </w:r>
    </w:p>
    <w:p>
      <w:r>
        <w:rPr>
          <w:rFonts w:ascii="Gentium Plus" w:hAnsi="Gentium Plus"/>
          <w:sz w:val="24"/>
        </w:rPr>
        <w:t>Λείων τοίνυν καὶ συνεχῶν μενόντων πάνυ τῶν παρυφισταμένων οὐδέν τι νεώτερον ἐπιγεγενῆσθαι δηλοῖ τἀνθρώπῳ.</w:t>
      </w:r>
    </w:p>
    <w:p>
      <w:r>
        <w:rPr>
          <w:rFonts w:ascii="Courier New" w:hAnsi="Courier New"/>
          <w:color w:val="555555"/>
          <w:sz w:val="20"/>
        </w:rPr>
        <w:t>[3 . 11 . 2]</w:t>
      </w:r>
    </w:p>
    <w:p>
      <w:r>
        <w:rPr>
          <w:rFonts w:ascii="Gentium Plus" w:hAnsi="Gentium Plus"/>
          <w:sz w:val="24"/>
        </w:rPr>
        <w:t>Τραχυνθέντων δὲ καὶ οἷον διασκεδασθέν‐ των, οὐκ ὀλίγη τις ταραχὴ τεκμαίρεται τῷ βάθει γεγε‐ νῆσθαι τοῦ σώματος ὑπό τινος νόθου καὶ βιαίου πνεύ‐ ματος, ὃ δὴ διακινῆσαν οὕτω τὴν ὕλην διελίκμησε κατὰ</w:t>
      </w:r>
    </w:p>
    <w:p>
      <w:r>
        <w:rPr>
          <w:rFonts w:ascii="Courier New" w:hAnsi="Courier New"/>
          <w:color w:val="555555"/>
          <w:sz w:val="20"/>
        </w:rPr>
        <w:t>[5]</w:t>
      </w:r>
    </w:p>
    <w:p>
      <w:r>
        <w:rPr>
          <w:rFonts w:ascii="Gentium Plus" w:hAnsi="Gentium Plus"/>
          <w:sz w:val="24"/>
        </w:rPr>
        <w:t>τὴν τοῦ πνεύματος δηλονότι σφοδρότητα, ὡς ἐντεῦθεν συμβαίνειν καὶ ὅπερ ἤδη εἴρηται.</w:t>
      </w:r>
    </w:p>
    <w:p>
      <w:r>
        <w:rPr>
          <w:rFonts w:ascii="Courier New" w:hAnsi="Courier New"/>
          <w:color w:val="555555"/>
          <w:sz w:val="20"/>
        </w:rPr>
        <w:t>[3 . 11 . 3]</w:t>
      </w:r>
    </w:p>
    <w:p>
      <w:r>
        <w:rPr>
          <w:rFonts w:ascii="Gentium Plus" w:hAnsi="Gentium Plus"/>
          <w:sz w:val="24"/>
        </w:rPr>
        <w:t>Ἄν τι τύχῃ πάνυ ὠμὸν συμπεπλεγμένον τοῖς παρυφισταμένοις πρὸς τὰ πέ‐ ρατα τοῦ σώματος εὐθούμενον τῇ βίᾳ τοῦ πνεύματος, τῇ τῆς παχυμεροῦς ὅλης στενοχωρίᾳ οὐκ ὀλίγην αἴσθησιν</w:t>
      </w:r>
    </w:p>
    <w:p>
      <w:r>
        <w:rPr>
          <w:rFonts w:ascii="Courier New" w:hAnsi="Courier New"/>
          <w:color w:val="555555"/>
          <w:sz w:val="20"/>
        </w:rPr>
        <w:t>[5]</w:t>
      </w:r>
    </w:p>
    <w:p>
      <w:r>
        <w:rPr>
          <w:rFonts w:ascii="Gentium Plus" w:hAnsi="Gentium Plus"/>
          <w:sz w:val="24"/>
        </w:rPr>
        <w:t>ἀλγηδόνος γενέσθαι καὶ καθ’ ὅσον μὲν τὰ ἀνομοιομερῆ</w:t>
      </w:r>
    </w:p>
    <w:p>
      <w:r>
        <w:rPr>
          <w:rFonts w:ascii="Courier New" w:hAnsi="Courier New"/>
          <w:color w:val="555555"/>
          <w:sz w:val="20"/>
        </w:rPr>
        <w:t>[3 . 11 . 4]</w:t>
      </w:r>
    </w:p>
    <w:p>
      <w:r>
        <w:rPr>
          <w:rFonts w:ascii="Gentium Plus" w:hAnsi="Gentium Plus"/>
          <w:sz w:val="24"/>
        </w:rPr>
        <w:t>Καθ’ ὅσον δ’ αὖ ἐπὶ πλέον διανενέμηται τῷ κύτει τοῦ χύματος, καὶ τὴν ἐπὶ πλείω μέρη τοῦ σώματος ἀλγεινὴν γνοίης ἂν αἴσθησιν. μάθοις δ’ ἂν ἴσως καὶ τὰς αἰτίας ἀκριβέστερον ἐν τοῖς περὶ αἰτίας</w:t>
      </w:r>
    </w:p>
    <w:p>
      <w:r>
        <w:rPr>
          <w:rFonts w:ascii="Courier New" w:hAnsi="Courier New"/>
          <w:color w:val="555555"/>
          <w:sz w:val="20"/>
        </w:rPr>
        <w:t>[5]</w:t>
      </w:r>
    </w:p>
    <w:p>
      <w:r>
        <w:rPr>
          <w:rFonts w:ascii="Gentium Plus" w:hAnsi="Gentium Plus"/>
          <w:sz w:val="24"/>
        </w:rPr>
        <w:t>οὔρων λόγοις.</w:t>
      </w:r>
    </w:p>
    <w:p>
      <w:r>
        <w:rPr>
          <w:rFonts w:ascii="Courier New" w:hAnsi="Courier New"/>
          <w:color w:val="555555"/>
          <w:sz w:val="20"/>
        </w:rPr>
        <w:t>[3 . 11 . 5]</w:t>
      </w:r>
    </w:p>
    <w:p>
      <w:r>
        <w:rPr>
          <w:rFonts w:ascii="Gentium Plus" w:hAnsi="Gentium Plus"/>
          <w:sz w:val="24"/>
        </w:rPr>
        <w:t>Καὶ τὰ μὲν οὕτω τραχυνόμενα τῶν παρυφισταμένων, οὕτω τυγχάνοντα διάφορα, καὶ τὰς ἐπ’ αὐτοῖς διαφόρους ἂν διαγνώσεις σχοίη, ὥσπερ καὶ τὰ συν‐ ιζάνοντα καὶ συμπιλούμενα πρὸς ἑαυτὰ τῶν παρυφιστα‐</w:t>
      </w:r>
    </w:p>
    <w:p>
      <w:r>
        <w:rPr>
          <w:rFonts w:ascii="Courier New" w:hAnsi="Courier New"/>
          <w:color w:val="555555"/>
          <w:sz w:val="20"/>
        </w:rPr>
        <w:t>[5]</w:t>
      </w:r>
    </w:p>
    <w:p>
      <w:r>
        <w:rPr>
          <w:rFonts w:ascii="Gentium Plus" w:hAnsi="Gentium Plus"/>
          <w:sz w:val="24"/>
        </w:rPr>
        <w:t>μένων παχυμέρειάν τινα τῆς ὕλης ἐπισημαίνει δυσμετά‐ βλητον, τῇ τῆς γλισχρότητος ἐπιπαρτυρουμένην ποιότητι, ὥστε καί, καθ’ ὅσον ἂν τόπον ταῦτα χρονίσωσι τοῦ χύ‐ ματος, καὶ τὴν ἐπ’ ἐκείνῳ τοῦ σώματος διάθεσιν χρονίσαι φάσκουσι, καὶ μᾶλλον εἰ πολλῷ γλίσχρα ταῦτα τυγχάνοιεν</w:t>
      </w:r>
    </w:p>
    <w:p>
      <w:r>
        <w:rPr>
          <w:rFonts w:ascii="Courier New" w:hAnsi="Courier New"/>
          <w:color w:val="555555"/>
          <w:sz w:val="20"/>
        </w:rPr>
        <w:t>[10]</w:t>
      </w:r>
    </w:p>
    <w:p>
      <w:r>
        <w:rPr>
          <w:rFonts w:ascii="Gentium Plus" w:hAnsi="Gentium Plus"/>
          <w:sz w:val="24"/>
        </w:rPr>
        <w:t>ἐξ αὐτῆς τῆς ὕλης ἔχοντα τὸ δυσμετάβλητον.</w:t>
      </w:r>
    </w:p>
    <w:p>
      <w:r>
        <w:rPr>
          <w:rFonts w:ascii="Courier New" w:hAnsi="Courier New"/>
          <w:color w:val="555555"/>
          <w:sz w:val="20"/>
        </w:rPr>
        <w:t>[3 . 11 . 6]</w:t>
      </w:r>
    </w:p>
    <w:p>
      <w:r>
        <w:rPr>
          <w:rFonts w:ascii="Gentium Plus" w:hAnsi="Gentium Plus"/>
          <w:sz w:val="24"/>
        </w:rPr>
        <w:t>Ἀλλ’ ὁ μὲν περὶ λειότητος καὶ τῶν ἀντικειμένων ταύτῃ λόγος καὶ ὧδε ἂν διαγνωσθείη τῷ συνετῷ· νυνὶ δὲ λέξωμεν καὶ περὶ τῶν τοῦ παρυφισταμένου τόπων διοριζόμενοι καὶ ὅσα</w:t>
      </w:r>
    </w:p>
    <w:p>
      <w:r>
        <w:rPr>
          <w:rFonts w:ascii="Courier New" w:hAnsi="Courier New"/>
          <w:color w:val="555555"/>
          <w:sz w:val="20"/>
        </w:rPr>
        <w:t>[5]</w:t>
      </w:r>
    </w:p>
    <w:p>
      <w:r>
        <w:rPr>
          <w:rFonts w:ascii="Gentium Plus" w:hAnsi="Gentium Plus"/>
          <w:sz w:val="24"/>
        </w:rPr>
        <w:t>ἀπὸ τούτων ἔξεστιν εἰδέναι τῷ τὴν περὶ οὔρων θεωρίαν μυουμένῳ.</w:t>
      </w:r>
    </w:p>
    <w:p>
      <w:pPr>
        <w:jc w:val="center"/>
      </w:pPr>
      <w:r>
        <w:rPr>
          <w:rFonts w:ascii="Gentium Plus" w:hAnsi="Gentium Plus"/>
          <w:b/>
          <w:sz w:val="24"/>
        </w:rPr>
        <w:t>Κεφ. ιβʹ. Περὶ τῆς ἐκ τῶν κατὰ τόπον παρυφισταμένων διαγνώσεως.</w:t>
      </w:r>
    </w:p>
    <w:p>
      <w:r>
        <w:rPr>
          <w:rFonts w:ascii="Courier New" w:hAnsi="Courier New"/>
          <w:color w:val="555555"/>
          <w:sz w:val="20"/>
        </w:rPr>
        <w:t>[3 . 12 . 1]</w:t>
      </w:r>
    </w:p>
    <w:p>
      <w:r>
        <w:rPr>
          <w:rFonts w:ascii="Gentium Plus" w:hAnsi="Gentium Plus"/>
          <w:sz w:val="24"/>
        </w:rPr>
        <w:t>Ὅτι μὲν οὖν τῶν παρυφισταμένων τὰ πρὸς τὸν πυθμένα χωροῦντα ὑποστάσεις λέγεται, τὰ δὲ ἐπαιρόμενα πρὸς τὸ τῆς ἀμίδος μέσον ἐναιωρήματα, νεφέλαι δ’ αὖ ὅσαι πρὸς αὐτὴν ἱκνεῖται τὴν περιφάνειαν, ἐν τοῖς περὶ</w:t>
      </w:r>
    </w:p>
    <w:p>
      <w:r>
        <w:rPr>
          <w:rFonts w:ascii="Courier New" w:hAnsi="Courier New"/>
          <w:color w:val="555555"/>
          <w:sz w:val="20"/>
        </w:rPr>
        <w:t>[5]</w:t>
      </w:r>
    </w:p>
    <w:p>
      <w:r>
        <w:rPr>
          <w:rFonts w:ascii="Gentium Plus" w:hAnsi="Gentium Plus"/>
          <w:sz w:val="24"/>
        </w:rPr>
        <w:t>διαφορᾶς οὔρων εἴρηται ἀκριβέστερον, ὥστ’ οὐ δεῖ τὸν ἐπ’ ἐκείνοις λόγον καὶ ὧδε μηκύνειν. ὅσα δ’ ἐφ’ ἑκάστῳ λέγε‐ ται τῶν τύπων, νῦν πως ἰθῦναι θέμις.</w:t>
      </w:r>
    </w:p>
    <w:p>
      <w:r>
        <w:rPr>
          <w:rFonts w:ascii="Courier New" w:hAnsi="Courier New"/>
          <w:color w:val="555555"/>
          <w:sz w:val="20"/>
        </w:rPr>
        <w:t>[3 . 12 . 2]</w:t>
      </w:r>
    </w:p>
    <w:p>
      <w:r>
        <w:rPr>
          <w:rFonts w:ascii="Gentium Plus" w:hAnsi="Gentium Plus"/>
          <w:sz w:val="24"/>
        </w:rPr>
        <w:t>Αἱ τοίνυν πρὸς τὸν πυθμένα ἱζάνουσαι ὑποστάσεις, ἀγαθαὶ μὲν οὖσαι καὶ σύμμετροι, οὐδέν τι καινὸν σημαίνουσιν, ὠμαὶ δ’ αὖ οὖσαι καὶ διάφοροι τῷ μὲν εἴδει φράζουσι τὴν πο‐</w:t>
      </w:r>
    </w:p>
    <w:p>
      <w:r>
        <w:rPr>
          <w:rFonts w:ascii="Courier New" w:hAnsi="Courier New"/>
          <w:color w:val="555555"/>
          <w:sz w:val="20"/>
        </w:rPr>
        <w:t>[5]</w:t>
      </w:r>
    </w:p>
    <w:p>
      <w:r>
        <w:rPr>
          <w:rFonts w:ascii="Gentium Plus" w:hAnsi="Gentium Plus"/>
          <w:sz w:val="24"/>
        </w:rPr>
        <w:t>νηρίαν, τῷ δὲ τόπῳ φαίνουσι πολλὴν ῥᾳθυμίαν τῆς φύ‐ σεως μὴ διανισταμένης πρὸς τὴν τῶν λυπούντων ἀνα‐ τροπήν, ὥστε καὶ χρόνου ὧδε δεῖ σκοπεῖν καὶ ῥώμης.</w:t>
      </w:r>
    </w:p>
    <w:p>
      <w:r>
        <w:rPr>
          <w:rFonts w:ascii="Courier New" w:hAnsi="Courier New"/>
          <w:color w:val="555555"/>
          <w:sz w:val="20"/>
        </w:rPr>
        <w:t>[3 . 12 . 3]</w:t>
      </w:r>
    </w:p>
    <w:p>
      <w:r>
        <w:rPr>
          <w:rFonts w:ascii="Gentium Plus" w:hAnsi="Gentium Plus"/>
          <w:sz w:val="24"/>
        </w:rPr>
        <w:t>Σκοπεῖν γε μὴν χρεὼν εἰ μὴ προσίσχοιντο τῷ πυθμένι προσπεφυκυῖαι· ἄλλως δὲ λεπταὶ τυγχάνουσιν, αὗται γάρ</w:t>
      </w:r>
    </w:p>
    <w:p>
      <w:r>
        <w:rPr>
          <w:rFonts w:ascii="Courier New" w:hAnsi="Courier New"/>
          <w:color w:val="555555"/>
          <w:sz w:val="20"/>
        </w:rPr>
        <w:t>[5]</w:t>
      </w:r>
    </w:p>
    <w:p>
      <w:r>
        <w:rPr>
          <w:rFonts w:ascii="Gentium Plus" w:hAnsi="Gentium Plus"/>
          <w:sz w:val="24"/>
        </w:rPr>
        <w:t>δ’ ἄρα αἱ τοιαῦται τῇ κεφαλῇ τὴν βλάβην σημαίνουσι, λόγον ἔχουσαι νεφελῶν.</w:t>
      </w:r>
    </w:p>
    <w:p>
      <w:r>
        <w:rPr>
          <w:rFonts w:ascii="Courier New" w:hAnsi="Courier New"/>
          <w:color w:val="555555"/>
          <w:sz w:val="20"/>
        </w:rPr>
        <w:t>[3 . 12 . 4]</w:t>
      </w:r>
    </w:p>
    <w:p>
      <w:r>
        <w:rPr>
          <w:rFonts w:ascii="Gentium Plus" w:hAnsi="Gentium Plus"/>
          <w:sz w:val="24"/>
        </w:rPr>
        <w:t>Αἱ δὲ μετεωρισθεῖσαι φαῦλαι μὲν οὖσαι μετριώτεραι τῶν ὑφιζανουσῶν πεφύκασι τῇ τόπου διαφορᾷ, τἆλλα δὲ ἀγαθαὶ τυγχάνουσαι κατὰ τὸν τόπον μόνον τοῦ τελείως ἀγαθαὶ τελεῖν λείπονται, ὑπὸ</w:t>
      </w:r>
    </w:p>
    <w:p>
      <w:r>
        <w:rPr>
          <w:rFonts w:ascii="Courier New" w:hAnsi="Courier New"/>
          <w:color w:val="555555"/>
          <w:sz w:val="20"/>
        </w:rPr>
        <w:t>[5]</w:t>
      </w:r>
    </w:p>
    <w:p>
      <w:r>
        <w:rPr>
          <w:rFonts w:ascii="Gentium Plus" w:hAnsi="Gentium Plus"/>
          <w:sz w:val="24"/>
        </w:rPr>
        <w:t>νόθου πνεύματος κουφιζόμεναι.</w:t>
      </w:r>
    </w:p>
    <w:p>
      <w:r>
        <w:rPr>
          <w:rFonts w:ascii="Courier New" w:hAnsi="Courier New"/>
          <w:color w:val="555555"/>
          <w:sz w:val="20"/>
        </w:rPr>
        <w:t>[3 . 12 . 5]</w:t>
      </w:r>
    </w:p>
    <w:p>
      <w:r>
        <w:rPr>
          <w:rFonts w:ascii="Gentium Plus" w:hAnsi="Gentium Plus"/>
          <w:sz w:val="24"/>
        </w:rPr>
        <w:t>Τῶν δ’ ἐπινεφελου‐ μένων αἱ μὲν ἀγαθαὶ πάντη διὰ τοῦτο καταπίπτουσιν οὐ μέτριον ὂν πρὸς ἀπόστασιν τοῦ κατὰ φύσιν τόπου, ὥστε δεῖ καὶ πλείονος προσδεῖν ὡδὶ τοῦ χρόνου· αἱ δ’ αὖ φαῦ‐</w:t>
      </w:r>
    </w:p>
    <w:p>
      <w:r>
        <w:rPr>
          <w:rFonts w:ascii="Courier New" w:hAnsi="Courier New"/>
          <w:color w:val="555555"/>
          <w:sz w:val="20"/>
        </w:rPr>
        <w:t>[5]</w:t>
      </w:r>
    </w:p>
    <w:p>
      <w:r>
        <w:rPr>
          <w:rFonts w:ascii="Gentium Plus" w:hAnsi="Gentium Plus"/>
          <w:sz w:val="24"/>
        </w:rPr>
        <w:t>λαι τοσούτῳ μετριώτεραι δοκοῦσι τῶν λοιπῶν, ὅσῳ καὶ τοῦ τόπου τοῦ κατὰ φύσιν ταῖς κατὰ φύσιν ὑπεχώρησαν ὑποστάσεσι.</w:t>
      </w:r>
    </w:p>
    <w:p>
      <w:r>
        <w:rPr>
          <w:rFonts w:ascii="Courier New" w:hAnsi="Courier New"/>
          <w:color w:val="555555"/>
          <w:sz w:val="20"/>
        </w:rPr>
        <w:t>[3 . 12 . 6]</w:t>
      </w:r>
    </w:p>
    <w:p>
      <w:r>
        <w:rPr>
          <w:rFonts w:ascii="Gentium Plus" w:hAnsi="Gentium Plus"/>
          <w:sz w:val="24"/>
        </w:rPr>
        <w:t>Κοινῷ γὰρ ὧδε δεῖ λόγῳ περὶ τούτων συνιέναι, ὡς τἀγαθὰ τῶν παρυφισταμένων ἀπὸ μὲν τῶν ἄνωθεν πρὸς τὰ κάτω χωροῦντα δεῖ προσίεσθαι. τοὐναν‐ τίον δ’ αὖ, ἀποτρέπεσθαι· τὰ δὲ φαῦλα κρεῖττον ἀφί‐</w:t>
      </w:r>
    </w:p>
    <w:p>
      <w:r>
        <w:rPr>
          <w:rFonts w:ascii="Courier New" w:hAnsi="Courier New"/>
          <w:color w:val="555555"/>
          <w:sz w:val="20"/>
        </w:rPr>
        <w:t>[5]</w:t>
      </w:r>
    </w:p>
    <w:p>
      <w:r>
        <w:rPr>
          <w:rFonts w:ascii="Gentium Plus" w:hAnsi="Gentium Plus"/>
          <w:sz w:val="24"/>
        </w:rPr>
        <w:t>στασθαι τοῦ πυθμένος ἢ πρὸς αὐτὸν χωρεῖν.</w:t>
      </w:r>
    </w:p>
    <w:p>
      <w:r>
        <w:rPr>
          <w:rFonts w:ascii="Courier New" w:hAnsi="Courier New"/>
          <w:color w:val="555555"/>
          <w:sz w:val="20"/>
        </w:rPr>
        <w:t>[3 . 12 . 7]</w:t>
      </w:r>
    </w:p>
    <w:p>
      <w:r>
        <w:rPr>
          <w:rFonts w:ascii="Gentium Plus" w:hAnsi="Gentium Plus"/>
          <w:sz w:val="24"/>
        </w:rPr>
        <w:t>Καὶ τὸ μὲν κατὰ διαφέροντας τόπους τοῦ χύματος παρεμφερόμε‐ νον παρυφιστάμενον ὧδ’ ἂν, οἶμαι, διαγνωσθείη· σκέπτε‐ σθαί γε μὴν ἀκριβῶς προσήκει τῶν παρυφισταμένων τὰς</w:t>
      </w:r>
    </w:p>
    <w:p>
      <w:r>
        <w:rPr>
          <w:rFonts w:ascii="Courier New" w:hAnsi="Courier New"/>
          <w:color w:val="555555"/>
          <w:sz w:val="20"/>
        </w:rPr>
        <w:t>[5]</w:t>
      </w:r>
    </w:p>
    <w:p>
      <w:r>
        <w:rPr>
          <w:rFonts w:ascii="Gentium Plus" w:hAnsi="Gentium Plus"/>
          <w:sz w:val="24"/>
        </w:rPr>
        <w:t>διαφοράς.</w:t>
      </w:r>
    </w:p>
    <w:p>
      <w:r>
        <w:rPr>
          <w:rFonts w:ascii="Courier New" w:hAnsi="Courier New"/>
          <w:color w:val="555555"/>
          <w:sz w:val="20"/>
        </w:rPr>
        <w:t>[3 . 12 . 8]</w:t>
      </w:r>
    </w:p>
    <w:p>
      <w:r>
        <w:rPr>
          <w:rFonts w:ascii="Gentium Plus" w:hAnsi="Gentium Plus"/>
          <w:sz w:val="24"/>
        </w:rPr>
        <w:t>Τῶν μὲν γὰρ κατὰ φύσιν ἐπὶ τὴν ἐπιφά‐ νειαν φερομένων, ἐπὶ πολλῷ τῷ πνεύματι ὠθουμένων, οὐκ ὀλίγην ἄν τις καὶ περὶ κεφαλὴν χειρίστην διαγνοίη διάθεσιν, ὥσπερ αὖ ἐπὶ τῶν ἐναιωρουμένων περὶ τὰ ἀνά‐</w:t>
      </w:r>
    </w:p>
    <w:p>
      <w:r>
        <w:rPr>
          <w:rFonts w:ascii="Courier New" w:hAnsi="Courier New"/>
          <w:color w:val="555555"/>
          <w:sz w:val="20"/>
        </w:rPr>
        <w:t>[5]</w:t>
      </w:r>
    </w:p>
    <w:p>
      <w:r>
        <w:rPr>
          <w:rFonts w:ascii="Gentium Plus" w:hAnsi="Gentium Plus"/>
          <w:sz w:val="24"/>
        </w:rPr>
        <w:t>λογα τοῦ σώματος μέρη τοῦ παντὸς ἐν οὔροις διαστήμα‐ τος ἀναλογοῦντος τῷ τοῦ σώματος διαστήματι.</w:t>
      </w:r>
    </w:p>
    <w:p>
      <w:r>
        <w:rPr>
          <w:rFonts w:ascii="Courier New" w:hAnsi="Courier New"/>
          <w:color w:val="555555"/>
          <w:sz w:val="20"/>
        </w:rPr>
        <w:t>[3 . 12 . 9]</w:t>
      </w:r>
    </w:p>
    <w:p>
      <w:r>
        <w:rPr>
          <w:rFonts w:ascii="Gentium Plus" w:hAnsi="Gentium Plus"/>
          <w:sz w:val="24"/>
        </w:rPr>
        <w:t>Τῶν δὲ νόθων ἅμα καὶ παρὰ φύσιν παρυφισταμένων χείρω δὴ καὶ τὰ συμβαίνοντα πρὸς τὸν πυθμένα χωρούντων, ὥστ’ ἀκριβῶς προσήκει τὰς διαφορὰς μανθάνειν.</w:t>
      </w:r>
    </w:p>
    <w:p>
      <w:r>
        <w:rPr>
          <w:rFonts w:ascii="Courier New" w:hAnsi="Courier New"/>
          <w:color w:val="555555"/>
          <w:sz w:val="20"/>
        </w:rPr>
        <w:t>[3 . 12 . 10]</w:t>
      </w:r>
    </w:p>
    <w:p>
      <w:r>
        <w:rPr>
          <w:rFonts w:ascii="Gentium Plus" w:hAnsi="Gentium Plus"/>
          <w:sz w:val="24"/>
        </w:rPr>
        <w:t>Ἐνίοτε γὰρ ἤδη χυμοὶ πεττόμενοι καὶ πρὸς τὴν ἐπιφάνειαν αὐ‐ τὴν χωροῦντες ἔμφασιν μὲν προὐξένησαν τοῖς ἀπειροτέ‐ ροις ἀγαθῶν παρυφισταμένων.</w:t>
      </w:r>
    </w:p>
    <w:p>
      <w:r>
        <w:rPr>
          <w:rFonts w:ascii="Courier New" w:hAnsi="Courier New"/>
          <w:color w:val="555555"/>
          <w:sz w:val="20"/>
        </w:rPr>
        <w:t>[3 . 12 . 11]</w:t>
      </w:r>
    </w:p>
    <w:p>
      <w:r>
        <w:rPr>
          <w:rFonts w:ascii="Gentium Plus" w:hAnsi="Gentium Plus"/>
          <w:sz w:val="24"/>
        </w:rPr>
        <w:t>Οἱ δ’ ἐπιθέντες τὰς ἐπὶ τοῖς πεπεμμένοις παρυφισταμένοις προρρήσεις πολλῷ διήμαρτον τοῦ σκόπου, ἀλλὰ τοῦτο μὲν τοῦ προγνωστικοῦ μᾶλλον ἴδιον, ὥστε δεῖ τὸν λόγον ἐκεῖσε ταμιεύεσθαι.</w:t>
      </w:r>
    </w:p>
    <w:p>
      <w:r>
        <w:rPr>
          <w:rFonts w:ascii="Courier New" w:hAnsi="Courier New"/>
          <w:color w:val="555555"/>
          <w:sz w:val="20"/>
        </w:rPr>
        <w:t>[5]</w:t>
      </w:r>
    </w:p>
    <w:p>
      <w:r>
        <w:rPr>
          <w:rFonts w:ascii="Gentium Plus" w:hAnsi="Gentium Plus"/>
          <w:sz w:val="24"/>
        </w:rPr>
        <w:t>ἡμεῖς δ’ ὥσπερ ἀφ’ ἑτέρας ἀρχῆς ἀρξάμενοι λέγωμεν.</w:t>
      </w:r>
    </w:p>
    <w:p>
      <w:pPr>
        <w:jc w:val="center"/>
      </w:pPr>
      <w:r>
        <w:rPr>
          <w:rFonts w:ascii="Gentium Plus" w:hAnsi="Gentium Plus"/>
          <w:b/>
          <w:sz w:val="24"/>
        </w:rPr>
        <w:t>Κεφ. ιγʹ. Περὶ τῆς ἐκ τῶν κατὰ τὰ οὖρα πομφολύγων διαγνώσεως.</w:t>
      </w:r>
    </w:p>
    <w:p>
      <w:r>
        <w:rPr>
          <w:rFonts w:ascii="Courier New" w:hAnsi="Courier New"/>
          <w:color w:val="555555"/>
          <w:sz w:val="20"/>
        </w:rPr>
        <w:t>[3 . 13 . 1]</w:t>
      </w:r>
    </w:p>
    <w:p>
      <w:r>
        <w:rPr>
          <w:rFonts w:ascii="Gentium Plus" w:hAnsi="Gentium Plus"/>
          <w:sz w:val="24"/>
        </w:rPr>
        <w:t>Ἐπειδήπερ ἐν τοῖς οὔροις τεθεώρηνται οὐκ ὀλιγά‐ κις ἐπινηχόμεναι πομφόλυγες διάφοροι τῷ σχήματι καὶ τῷ μεγέθει καὶ τῇ ποσότητι, καθὼς περὶ διαφορᾶς οὔρων ἐξεθέμεθα, περὶ τούτων νῦν ἀκριβέστερον ἀποδοτέον καὶ</w:t>
      </w:r>
    </w:p>
    <w:p>
      <w:r>
        <w:rPr>
          <w:rFonts w:ascii="Courier New" w:hAnsi="Courier New"/>
          <w:color w:val="555555"/>
          <w:sz w:val="20"/>
        </w:rPr>
        <w:t>[5]</w:t>
      </w:r>
    </w:p>
    <w:p>
      <w:r>
        <w:rPr>
          <w:rFonts w:ascii="Gentium Plus" w:hAnsi="Gentium Plus"/>
          <w:sz w:val="24"/>
        </w:rPr>
        <w:t>τὰς ἐπ’ αὐτοῖς νομιζομένας διαγνώσεις, ἵν’ ὥσπερ κατ’ ἀριθμὸν τοῦ λόγου προβαίνοντος συνθήκη τις ἀποδοθείη εὔηχος.</w:t>
      </w:r>
    </w:p>
    <w:p>
      <w:r>
        <w:rPr>
          <w:rFonts w:ascii="Courier New" w:hAnsi="Courier New"/>
          <w:color w:val="555555"/>
          <w:sz w:val="20"/>
        </w:rPr>
        <w:t>[3 . 13 . 2]</w:t>
      </w:r>
    </w:p>
    <w:p>
      <w:r>
        <w:rPr>
          <w:rFonts w:ascii="Gentium Plus" w:hAnsi="Gentium Plus"/>
          <w:sz w:val="24"/>
        </w:rPr>
        <w:t>Ἐπεὶ δὲ καὶ μετὰ διαφόρων αὗται χρωμάτων εἰώθασι συνιέναι, μετά τε γὰρ ὑπολεύκων καὶ ὠχρῶν πυρ‐ ρῶν τε καὶ ὑπερύθρων ἴσως συναναφαίνεσθαι πεφύκασιν· οὔτε γὰρ τοῖς ἄγαν λευκοῖς συνδιαθεῖεν ἄν, οὔτε τοῖς τῶν</w:t>
      </w:r>
    </w:p>
    <w:p>
      <w:r>
        <w:rPr>
          <w:rFonts w:ascii="Courier New" w:hAnsi="Courier New"/>
          <w:color w:val="555555"/>
          <w:sz w:val="20"/>
        </w:rPr>
        <w:t>[5]</w:t>
      </w:r>
    </w:p>
    <w:p>
      <w:r>
        <w:rPr>
          <w:rFonts w:ascii="Gentium Plus" w:hAnsi="Gentium Plus"/>
          <w:sz w:val="24"/>
        </w:rPr>
        <w:t>ὑπερύθρων ἐπέκεινα χρώμασιν, ἅτε δηλονότι ταῖς ὑπερ‐ βολαῖς τῶν ἐπικρατουσῶν ποιοτήτων μὴ δυναμένων τοι‐ ούτων ἀποτίκτεσθαι πνευμάτων.</w:t>
      </w:r>
    </w:p>
    <w:p>
      <w:r>
        <w:rPr>
          <w:rFonts w:ascii="Courier New" w:hAnsi="Courier New"/>
          <w:color w:val="555555"/>
          <w:sz w:val="20"/>
        </w:rPr>
        <w:t>[3 . 13 . 3]</w:t>
      </w:r>
    </w:p>
    <w:p>
      <w:r>
        <w:rPr>
          <w:rFonts w:ascii="Gentium Plus" w:hAnsi="Gentium Plus"/>
          <w:sz w:val="24"/>
        </w:rPr>
        <w:t>Πνεύματος γὰρ αὗ‐ ται νόθου σύμβολα, καθὼς ἐν τοῖς περὶ αἰτίας οὔρων γράψομεν.</w:t>
      </w:r>
    </w:p>
    <w:p>
      <w:r>
        <w:rPr>
          <w:rFonts w:ascii="Courier New" w:hAnsi="Courier New"/>
          <w:color w:val="555555"/>
          <w:sz w:val="20"/>
        </w:rPr>
        <w:t>[3 . 13 . 4]</w:t>
      </w:r>
    </w:p>
    <w:p>
      <w:r>
        <w:rPr>
          <w:rFonts w:ascii="Gentium Plus" w:hAnsi="Gentium Plus"/>
          <w:sz w:val="24"/>
        </w:rPr>
        <w:t>Δεῖ που δὴ καὶ ταῦτα μανθάνειν οὐκ ὀλίγα ταῖς ἐπὶ ταῖς πομφόλυξι συντείνοντα διαγνώσεσιν.</w:t>
      </w:r>
    </w:p>
    <w:p>
      <w:r>
        <w:rPr>
          <w:rFonts w:ascii="Courier New" w:hAnsi="Courier New"/>
          <w:color w:val="555555"/>
          <w:sz w:val="20"/>
        </w:rPr>
        <w:t>[3 . 13 . 5]</w:t>
      </w:r>
    </w:p>
    <w:p>
      <w:r>
        <w:rPr>
          <w:rFonts w:ascii="Gentium Plus" w:hAnsi="Gentium Plus"/>
          <w:sz w:val="24"/>
        </w:rPr>
        <w:t>Αἱ μὲν οὖν περὶ στεφάνην μόνην ὁλοκλήρως περιδεδραμη‐ κυῖαι πομφόλυγες, ἄν που τύχῃ καὶ τὸ τοῦ χύματος κα‐ τακεχρῶσθαι χρῶμα, μείζω σημανοῦσί σοι τὴν διάθεσιν,</w:t>
      </w:r>
    </w:p>
    <w:p>
      <w:r>
        <w:rPr>
          <w:rFonts w:ascii="Courier New" w:hAnsi="Courier New"/>
          <w:color w:val="555555"/>
          <w:sz w:val="20"/>
        </w:rPr>
        <w:t>[5]</w:t>
      </w:r>
    </w:p>
    <w:p>
      <w:r>
        <w:rPr>
          <w:rFonts w:ascii="Gentium Plus" w:hAnsi="Gentium Plus"/>
          <w:sz w:val="24"/>
        </w:rPr>
        <w:t>κεφαλῆς οὐ μέτριον ἄλγος ὑπαγορεύουσαι.</w:t>
      </w:r>
    </w:p>
    <w:p>
      <w:r>
        <w:rPr>
          <w:rFonts w:ascii="Courier New" w:hAnsi="Courier New"/>
          <w:color w:val="555555"/>
          <w:sz w:val="20"/>
        </w:rPr>
        <w:t>[3 . 13 . 6]</w:t>
      </w:r>
    </w:p>
    <w:p>
      <w:r>
        <w:rPr>
          <w:rFonts w:ascii="Gentium Plus" w:hAnsi="Gentium Plus"/>
          <w:sz w:val="24"/>
        </w:rPr>
        <w:t>Αἱ δὲ διεσπαρμένως περιϊοῦσαι τὴν στεφάνην, ὑπ’ ἀσθενεστέρας μὲν αἰτίας γεγένηνται, τὰ παραπλήσια δὲ σημαίνουσι, καὶ τοσούτῳ μείζους φέρουσιν αὗται τῇ κεφαλῇ τὰς ἀλγηδό‐</w:t>
      </w:r>
    </w:p>
    <w:p>
      <w:r>
        <w:rPr>
          <w:rFonts w:ascii="Courier New" w:hAnsi="Courier New"/>
          <w:color w:val="555555"/>
          <w:sz w:val="20"/>
        </w:rPr>
        <w:t>[5]</w:t>
      </w:r>
    </w:p>
    <w:p>
      <w:r>
        <w:rPr>
          <w:rFonts w:ascii="Gentium Plus" w:hAnsi="Gentium Plus"/>
          <w:sz w:val="24"/>
        </w:rPr>
        <w:t>νας, ὅσῳ καὶ μετὰ πυρρωδεστέρων ἐπιφαίνονται τῶν χρω‐ μάτων πολλὴν τὴν τοῦ λυποῦντος πνεύματος δριμύτητα καταγγέλλουσαι.</w:t>
      </w:r>
    </w:p>
    <w:p>
      <w:r>
        <w:rPr>
          <w:rFonts w:ascii="Courier New" w:hAnsi="Courier New"/>
          <w:color w:val="555555"/>
          <w:sz w:val="20"/>
        </w:rPr>
        <w:t>[3 . 13 . 7]</w:t>
      </w:r>
    </w:p>
    <w:p>
      <w:r>
        <w:rPr>
          <w:rFonts w:ascii="Gentium Plus" w:hAnsi="Gentium Plus"/>
          <w:sz w:val="24"/>
        </w:rPr>
        <w:t>Αἱ δὲ μετὰ λευκῶν χρωμάτων καὶ τῶν ἐγγὺς λευκῶν πομφόλυγες συνιστάμεναι περὶ τὴν στεφάνην βραχύ τι ἢ οὐδὲν σημαίνουσιν ὀδυνῶδες τῇ κε‐ φαλῇ, καὶ μᾶλλον, ὅσῳ λευκὰ τυγχάνουσι τὰ χρώματα.</w:t>
      </w:r>
    </w:p>
    <w:p>
      <w:r>
        <w:rPr>
          <w:rFonts w:ascii="Courier New" w:hAnsi="Courier New"/>
          <w:color w:val="555555"/>
          <w:sz w:val="20"/>
        </w:rPr>
        <w:t>[3 . 13 . 8]</w:t>
      </w:r>
    </w:p>
    <w:p>
      <w:r>
        <w:rPr>
          <w:rFonts w:ascii="Gentium Plus" w:hAnsi="Gentium Plus"/>
          <w:sz w:val="24"/>
        </w:rPr>
        <w:t>Κἂν μὲν οὖν λευκὰ τὰ οὖρα τότε εἴη, καὶ οὐ πεπεμ‐ μένα πάντη τὰ παρυφιστάμενα κέκτηται, τὴν τοῦ φυσικοῦ θερμοῦ ἂν ἴσως γνοίης ἀρρωστίαν τούτων πρόξενον· εἰ δὲ παχέα πάντη, τοῦ κατ’ ἐκεῖνα χυμοῦ τὰ πνεύματα</w:t>
      </w:r>
    </w:p>
    <w:p>
      <w:r>
        <w:rPr>
          <w:rFonts w:ascii="Courier New" w:hAnsi="Courier New"/>
          <w:color w:val="555555"/>
          <w:sz w:val="20"/>
        </w:rPr>
        <w:t>[5]</w:t>
      </w:r>
    </w:p>
    <w:p>
      <w:r>
        <w:rPr>
          <w:rFonts w:ascii="Gentium Plus" w:hAnsi="Gentium Plus"/>
          <w:sz w:val="24"/>
        </w:rPr>
        <w:t>ἔγγονα.</w:t>
      </w:r>
    </w:p>
    <w:p>
      <w:r>
        <w:rPr>
          <w:rFonts w:ascii="Courier New" w:hAnsi="Courier New"/>
          <w:color w:val="555555"/>
          <w:sz w:val="20"/>
        </w:rPr>
        <w:t>[3 . 13 . 9]</w:t>
      </w:r>
    </w:p>
    <w:p>
      <w:r>
        <w:rPr>
          <w:rFonts w:ascii="Gentium Plus" w:hAnsi="Gentium Plus"/>
          <w:sz w:val="24"/>
        </w:rPr>
        <w:t>Ἐπί γε μὴν τῶν λεπτῶν τε καὶ ἀνυποστάτων ἔμφραξις ἂν μᾶλλον τῶν νεφρῶν διαγνωσθείη, καὶ περὶ</w:t>
      </w:r>
    </w:p>
    <w:p>
      <w:r>
        <w:rPr>
          <w:rFonts w:ascii="Courier New" w:hAnsi="Courier New"/>
          <w:color w:val="555555"/>
          <w:sz w:val="20"/>
        </w:rPr>
        <w:t>[3 . 13 . 10]</w:t>
      </w:r>
    </w:p>
    <w:p>
      <w:r>
        <w:rPr>
          <w:rFonts w:ascii="Gentium Plus" w:hAnsi="Gentium Plus"/>
          <w:sz w:val="24"/>
        </w:rPr>
        <w:t>Ἐπεὶ δ’ ἐνίοτε πρὸ τῆς στεφάνης καὶ περὶ τὸ μέσον τῆς ἐπιφανείας συνηγμέναι τινὲς συνίστανται πομφόλυγες, καὶ ταύτας οὕτω διαγινώσκειν προσήκει.</w:t>
      </w:r>
    </w:p>
    <w:p>
      <w:r>
        <w:rPr>
          <w:rFonts w:ascii="Courier New" w:hAnsi="Courier New"/>
          <w:color w:val="555555"/>
          <w:sz w:val="20"/>
        </w:rPr>
        <w:t>[3 . 13 . 11]</w:t>
      </w:r>
    </w:p>
    <w:p>
      <w:r>
        <w:rPr>
          <w:rFonts w:ascii="Gentium Plus" w:hAnsi="Gentium Plus"/>
          <w:sz w:val="24"/>
        </w:rPr>
        <w:t>Ἐπείπερ αἱ περιοῦσαι τὴν στεφάνην ἀλ‐ γεινήν τινα διάθεσιν τῇ κεφαλῇ ὑπεσήμαινον, νῦν κἀπὶ τὸ μέσον αὐτὸ χωρήσασαι ἄνεσίν τινα τῶν ἀλγεινῶν ση‐ μανοῦσιν, ὥσπερ παλινδρομησάσης τῆς τὰς ἀλγηδόνας</w:t>
      </w:r>
    </w:p>
    <w:p>
      <w:r>
        <w:rPr>
          <w:rFonts w:ascii="Courier New" w:hAnsi="Courier New"/>
          <w:color w:val="555555"/>
          <w:sz w:val="20"/>
        </w:rPr>
        <w:t>[5]</w:t>
      </w:r>
    </w:p>
    <w:p>
      <w:r>
        <w:rPr>
          <w:rFonts w:ascii="Gentium Plus" w:hAnsi="Gentium Plus"/>
          <w:sz w:val="24"/>
        </w:rPr>
        <w:t>προξενούσης προφάσεως.</w:t>
      </w:r>
    </w:p>
    <w:p>
      <w:r>
        <w:rPr>
          <w:rFonts w:ascii="Courier New" w:hAnsi="Courier New"/>
          <w:color w:val="555555"/>
          <w:sz w:val="20"/>
        </w:rPr>
        <w:t>[3 . 13 . 12]</w:t>
      </w:r>
    </w:p>
    <w:p>
      <w:r>
        <w:rPr>
          <w:rFonts w:ascii="Gentium Plus" w:hAnsi="Gentium Plus"/>
          <w:sz w:val="24"/>
        </w:rPr>
        <w:t>Αἱ δ’ ἐπὶ ταύταις ἕτεραι πομφόλυγες ἀνωμάλως διακεχυμέναι τῇ τοῦ οὔρου ἐπιφα‐ νείᾳ, τοιοῦτο μὲν οὐδέν τι σημανοῦσι, πολλὴν δ’ ἂν ἴσως καταγνοῖεν ἀρρωστίαν τῆς φύσεως, καὶ μᾶλλον ὅσῳ πλείους</w:t>
      </w:r>
    </w:p>
    <w:p>
      <w:r>
        <w:rPr>
          <w:rFonts w:ascii="Courier New" w:hAnsi="Courier New"/>
          <w:color w:val="555555"/>
          <w:sz w:val="20"/>
        </w:rPr>
        <w:t>[5]</w:t>
      </w:r>
    </w:p>
    <w:p>
      <w:r>
        <w:rPr>
          <w:rFonts w:ascii="Gentium Plus" w:hAnsi="Gentium Plus"/>
          <w:sz w:val="24"/>
        </w:rPr>
        <w:t>εἶεν, ἐμφράξεις τε καὶ χυμῶν ὠμῶν πλῆθος, καὶ ὅσα ἂν ἕτερα εἰκότως φαίης, καὶ ὁ περὶ προγνώσεως σοι ἀποδώσει λόγος.</w:t>
      </w:r>
    </w:p>
    <w:p>
      <w:r>
        <w:rPr>
          <w:rFonts w:ascii="Courier New" w:hAnsi="Courier New"/>
          <w:color w:val="555555"/>
          <w:sz w:val="20"/>
        </w:rPr>
        <w:t>[3 . 13 . 13]</w:t>
      </w:r>
    </w:p>
    <w:p>
      <w:r>
        <w:rPr>
          <w:rFonts w:ascii="Gentium Plus" w:hAnsi="Gentium Plus"/>
          <w:sz w:val="24"/>
        </w:rPr>
        <w:t>Ἐφ’ αἷς γε μὴν αἰτίαις αὗται συνίστανται, καὶ διὰ τί μὴ μετὰ πάντων τῶν χρωμάτων, ἐν τοῖς περὶ αἰτίας οὔρων ἀποδώσομεν λόγοις.</w:t>
      </w:r>
    </w:p>
    <w:p>
      <w:r>
        <w:rPr>
          <w:rFonts w:ascii="Courier New" w:hAnsi="Courier New"/>
          <w:color w:val="555555"/>
          <w:sz w:val="20"/>
        </w:rPr>
        <w:t>[3 . 13 . 14]</w:t>
      </w:r>
    </w:p>
    <w:p>
      <w:r>
        <w:rPr>
          <w:rFonts w:ascii="Gentium Plus" w:hAnsi="Gentium Plus"/>
          <w:sz w:val="24"/>
        </w:rPr>
        <w:t>Προσεπιθεῖναι δὲ τοῦτο μόνον δεῖ τῷ λόγῳ, ὅτι πολλάκις ἤρκεσαν ἂν τἀγα‐ θοῦ σημείου πέψεως ἐπιφανεῖσαι πομφόλυγες μὴ πρότε‐ ρον ὀφθεῖσαι, ἐπιχειρούσης ἤδη δηλονότι πέττειν τῆς φύ‐</w:t>
      </w:r>
    </w:p>
    <w:p>
      <w:r>
        <w:rPr>
          <w:rFonts w:ascii="Courier New" w:hAnsi="Courier New"/>
          <w:color w:val="555555"/>
          <w:sz w:val="20"/>
        </w:rPr>
        <w:t>[5]</w:t>
      </w:r>
    </w:p>
    <w:p>
      <w:r>
        <w:rPr>
          <w:rFonts w:ascii="Gentium Plus" w:hAnsi="Gentium Plus"/>
          <w:sz w:val="24"/>
        </w:rPr>
        <w:t>σεως.</w:t>
      </w:r>
    </w:p>
    <w:p>
      <w:r>
        <w:rPr>
          <w:rFonts w:ascii="Courier New" w:hAnsi="Courier New"/>
          <w:color w:val="555555"/>
          <w:sz w:val="20"/>
        </w:rPr>
        <w:t>[3 . 13 . 15]</w:t>
      </w:r>
    </w:p>
    <w:p>
      <w:r>
        <w:rPr>
          <w:rFonts w:ascii="Gentium Plus" w:hAnsi="Gentium Plus"/>
          <w:sz w:val="24"/>
        </w:rPr>
        <w:t>Τοῖς γε μὴν γονορρυέσι πυκνότεραι μὲν τοῖς οὔροις ἐπιφαίνονται πομφόλυγες περὶ τὴν στεφάνην. ἐνί‐ οτε δὲ καί τινα συνεπιφέρεται ταύταις πάνυ βραχύτατα σωμάτια, θριξὶ τὸ πάχος ἐοικότα, οὐ μέντοι ἐπιμήκη,</w:t>
      </w:r>
    </w:p>
    <w:p>
      <w:r>
        <w:rPr>
          <w:rFonts w:ascii="Courier New" w:hAnsi="Courier New"/>
          <w:color w:val="555555"/>
          <w:sz w:val="20"/>
        </w:rPr>
        <w:t>[5]</w:t>
      </w:r>
    </w:p>
    <w:p>
      <w:r>
        <w:rPr>
          <w:rFonts w:ascii="Gentium Plus" w:hAnsi="Gentium Plus"/>
          <w:sz w:val="24"/>
        </w:rPr>
        <w:t>ἀλλ’ ὅσην ἄν τις τὴν ἐπὶ ταῖς ῥηθείσαις οἰηθείη πομφό‐ λυξι διάμετρον, καὶ βραχύ τι μείους τε καὶ μείζους εἴτε τῆς γονῆς αὐτῆς ὡς ἄν τις φαίη κόμματα καὶ τῶν νε‐ φρῶν συντήγματα.</w:t>
      </w:r>
    </w:p>
    <w:p>
      <w:r>
        <w:rPr>
          <w:rFonts w:ascii="Courier New" w:hAnsi="Courier New"/>
          <w:color w:val="555555"/>
          <w:sz w:val="20"/>
        </w:rPr>
        <w:t>[3 . 13 . 16]</w:t>
      </w:r>
    </w:p>
    <w:p>
      <w:r>
        <w:rPr>
          <w:rFonts w:ascii="Gentium Plus" w:hAnsi="Gentium Plus"/>
          <w:sz w:val="24"/>
        </w:rPr>
        <w:t>Ἀλλ’ ὁ μὲν ἐπὶ ταύταις λόγος ἱκανῶς ῥηθεὶς ὧδέ πη καὶ παυέσθω· ἐπεὶ δὲ τῶν περὶ στε‐ φάνην λόγων ἐμνήσθημεν, καὶ ταῦθ’ ὥς πως ἐξευρημένα τῷ λόγῳ προσαποδοτέον.</w:t>
      </w:r>
    </w:p>
    <w:p>
      <w:pPr>
        <w:jc w:val="center"/>
      </w:pPr>
      <w:r>
        <w:rPr>
          <w:rFonts w:ascii="Gentium Plus" w:hAnsi="Gentium Plus"/>
          <w:b/>
          <w:sz w:val="24"/>
        </w:rPr>
        <w:t>Κεφ. ιδʹ. Περὶ τῆς ἐκ τῶν ἑτεροχρόων στεφανῶν διαγνώσεως.</w:t>
      </w:r>
    </w:p>
    <w:p>
      <w:r>
        <w:rPr>
          <w:rFonts w:ascii="Courier New" w:hAnsi="Courier New"/>
          <w:color w:val="555555"/>
          <w:sz w:val="20"/>
        </w:rPr>
        <w:t>[3 . 14 . 1]</w:t>
      </w:r>
    </w:p>
    <w:p>
      <w:r>
        <w:rPr>
          <w:rFonts w:ascii="Gentium Plus" w:hAnsi="Gentium Plus"/>
          <w:sz w:val="24"/>
        </w:rPr>
        <w:t>Ἐπεὶ γάρ ποτε καὶ διαπίπτοντες τὰ χρώματα περὶ τὴν στεφάνην διαφαίνεται τῆς ἀμίδος τοῦ παντὸς ἐν χύ‐ ματι χρώματος, ὅσα μὲν μεθίσταται πρὸς τὰ προη‐ νέστερα τῶν χρωμάτων, κἂν τὰ λοιπὰ τῶν ἀγαθῶν οὐκ</w:t>
      </w:r>
    </w:p>
    <w:p>
      <w:r>
        <w:rPr>
          <w:rFonts w:ascii="Courier New" w:hAnsi="Courier New"/>
          <w:color w:val="555555"/>
          <w:sz w:val="20"/>
        </w:rPr>
        <w:t>[5]</w:t>
      </w:r>
    </w:p>
    <w:p>
      <w:r>
        <w:rPr>
          <w:rFonts w:ascii="Gentium Plus" w:hAnsi="Gentium Plus"/>
          <w:sz w:val="24"/>
        </w:rPr>
        <w:t>εἴη, τούτοις ἀγαπᾶν ὡς ἀγαθοῖς σημείοις· ὅσα δ’ αὖ εἰς χείρω τῶν τοῦ χύματος, ἀποστρέφεσθαι καὶ μᾶλλον εἰ πρὸς τὰ πολλῷ χωροίη χεῖρω χρώματα.</w:t>
      </w:r>
    </w:p>
    <w:p>
      <w:r>
        <w:rPr>
          <w:rFonts w:ascii="Courier New" w:hAnsi="Courier New"/>
          <w:color w:val="555555"/>
          <w:sz w:val="20"/>
        </w:rPr>
        <w:t>[3 . 14 . 2]</w:t>
      </w:r>
    </w:p>
    <w:p>
      <w:r>
        <w:rPr>
          <w:rFonts w:ascii="Gentium Plus" w:hAnsi="Gentium Plus"/>
          <w:sz w:val="24"/>
        </w:rPr>
        <w:t>Ἐπὶ πυρρῶν γὰρ ἤδη καὶ ἐρυθρῶν καὶ οἰνωπῶν καί τινων παραπλη‐ σίων οὔρων λευκῆς διαδραμούσης στεφάνης ἤ τινος παρα‐ πλησίας, ἀγαθὰ τοῖς οὔροις σημαίνει, ὥσπερ ἠργμένης</w:t>
      </w:r>
    </w:p>
    <w:p>
      <w:r>
        <w:rPr>
          <w:rFonts w:ascii="Courier New" w:hAnsi="Courier New"/>
          <w:color w:val="555555"/>
          <w:sz w:val="20"/>
        </w:rPr>
        <w:t>[5]</w:t>
      </w:r>
    </w:p>
    <w:p>
      <w:r>
        <w:rPr>
          <w:rFonts w:ascii="Gentium Plus" w:hAnsi="Gentium Plus"/>
          <w:sz w:val="24"/>
        </w:rPr>
        <w:t>ἤδη κρατεῖν τῆς φύσεως. χλωρῆς δ’ αὖ καὶ κυανῆς καὶ χείρονος διαδραμούσης τἀναντία τούτων δεῖ τεκμαίρεσθαι, κρατεῖν τῶν φαύλων πειρωμένων χυμῶν.</w:t>
      </w:r>
    </w:p>
    <w:p>
      <w:r>
        <w:rPr>
          <w:rFonts w:ascii="Courier New" w:hAnsi="Courier New"/>
          <w:color w:val="555555"/>
          <w:sz w:val="20"/>
        </w:rPr>
        <w:t>[3 . 14 . 3]</w:t>
      </w:r>
    </w:p>
    <w:p>
      <w:r>
        <w:rPr>
          <w:rFonts w:ascii="Gentium Plus" w:hAnsi="Gentium Plus"/>
          <w:sz w:val="24"/>
        </w:rPr>
        <w:t>Οὕτως ἔσται κἀκ τῶν περὶ τὴν στεφάνην ἐμφαντικῶς οἷον ἐνδεικνυμέ‐ νων χρωμάτων διαγινώσκειν τὰ τοῖς ἰατροῖς προσήκοντα καὶ τοῖς κάμνουσιν, ἵν’ οἱ μὲν ὀρθῶς θεραπευόμενοι τε‐</w:t>
      </w:r>
    </w:p>
    <w:p>
      <w:r>
        <w:rPr>
          <w:rFonts w:ascii="Courier New" w:hAnsi="Courier New"/>
          <w:color w:val="555555"/>
          <w:sz w:val="20"/>
        </w:rPr>
        <w:t>[5]</w:t>
      </w:r>
    </w:p>
    <w:p>
      <w:r>
        <w:rPr>
          <w:rFonts w:ascii="Gentium Plus" w:hAnsi="Gentium Plus"/>
          <w:sz w:val="24"/>
        </w:rPr>
        <w:t>λοῖεν, τοῖς δὲ τὸ ἀσφαλῶς διαγινώσκειν γίνηται.</w:t>
      </w:r>
    </w:p>
    <w:p>
      <w:pPr>
        <w:jc w:val="center"/>
      </w:pPr>
      <w:r>
        <w:rPr>
          <w:rFonts w:ascii="Gentium Plus" w:hAnsi="Gentium Plus"/>
          <w:b/>
          <w:sz w:val="24"/>
        </w:rPr>
        <w:t>Κεφ. ιεʹ. Περὶ τῆς ἐκ τῶν ἐπινηχομένων τῷ χύματι διαγνώσεως.</w:t>
      </w:r>
    </w:p>
    <w:p>
      <w:r>
        <w:rPr>
          <w:rFonts w:ascii="Courier New" w:hAnsi="Courier New"/>
          <w:color w:val="555555"/>
          <w:sz w:val="20"/>
        </w:rPr>
        <w:t>[3 . 15 . 1]</w:t>
      </w:r>
    </w:p>
    <w:p>
      <w:r>
        <w:rPr>
          <w:rFonts w:ascii="Gentium Plus" w:hAnsi="Gentium Plus"/>
          <w:sz w:val="24"/>
        </w:rPr>
        <w:t>Ἐπεὶ δὲ καί τινα ἑτεροειδοῦς αἰτίας ἐπινήχεται τοῖς οὔροις ἀραχνίαις τε καὶ στίγμασιν ὡς ἐξ ἐλαιῶν ἐοι‐ κότα, καὶ ταῦτα εἰδέναι θέμις σύμβολά τινος συντήξεως τυγχάνοντα, ἤτοι τῶν νεφρῶν αὐτῶν μόνων, ἢ καὶ τοῦ</w:t>
      </w:r>
    </w:p>
    <w:p>
      <w:r>
        <w:rPr>
          <w:rFonts w:ascii="Courier New" w:hAnsi="Courier New"/>
          <w:color w:val="555555"/>
          <w:sz w:val="20"/>
        </w:rPr>
        <w:t>[5]</w:t>
      </w:r>
    </w:p>
    <w:p>
      <w:r>
        <w:rPr>
          <w:rFonts w:ascii="Gentium Plus" w:hAnsi="Gentium Plus"/>
          <w:sz w:val="24"/>
        </w:rPr>
        <w:t>παντὸς αὐτοῦ σώματος, ἀλλὰ πρὸς ὀλίγον μὲν ὀφθέντα, ἀναλύσαντα δ’ αὖθις οὐδέν τι δεινὸν σημαίνουσι, ἐπίμο‐ νόν τινα δ’ εἰληφότα ὡς ἀρχὴν σημαίνοντα συντήξεως ταῦτ’ ἀποστρέφεσθαι προσήκει.</w:t>
      </w:r>
    </w:p>
    <w:p>
      <w:pPr>
        <w:jc w:val="center"/>
      </w:pPr>
      <w:r>
        <w:rPr>
          <w:rFonts w:ascii="Gentium Plus" w:hAnsi="Gentium Plus"/>
          <w:b/>
          <w:sz w:val="24"/>
        </w:rPr>
        <w:t>Κεφ. ιϛʹ. Περὶ τῆς ἐκ τῶν κατὰ τὴν ὀσμὴν διαγνώσεως.</w:t>
      </w:r>
    </w:p>
    <w:p>
      <w:r>
        <w:rPr>
          <w:rFonts w:ascii="Courier New" w:hAnsi="Courier New"/>
          <w:color w:val="555555"/>
          <w:sz w:val="20"/>
        </w:rPr>
        <w:t>[3 . 16 . 1]</w:t>
      </w:r>
    </w:p>
    <w:p>
      <w:r>
        <w:rPr>
          <w:rFonts w:ascii="Gentium Plus" w:hAnsi="Gentium Plus"/>
          <w:sz w:val="24"/>
        </w:rPr>
        <w:t>Ἐπεὶ δὲ κἀκ τῆς δυσώδους ἀποφορᾶς τῶν οὔρων τῶν ἐντός τινα σῆψιν μερῶν ἤτοι μείζω ἢ μείω τεκμαι‐ ρόμεθα καὶ ταῦτα ὧδε χρὴ διαγινώσκειν.</w:t>
      </w:r>
    </w:p>
    <w:p>
      <w:r>
        <w:rPr>
          <w:rFonts w:ascii="Courier New" w:hAnsi="Courier New"/>
          <w:color w:val="555555"/>
          <w:sz w:val="20"/>
        </w:rPr>
        <w:t>[3 . 16 . 2]</w:t>
      </w:r>
    </w:p>
    <w:p>
      <w:r>
        <w:rPr>
          <w:rFonts w:ascii="Gentium Plus" w:hAnsi="Gentium Plus"/>
          <w:sz w:val="24"/>
        </w:rPr>
        <w:t>Εἰ μὲν καὶ πῦόν τι τοῖς οὔροις διαφαίνηται, πρόδηλον τὸ αἴτιον· εἰ δὲ τοῦτο οὐκ εἴη, μέτρια δ’ ἄττα πέψεως εἴη σύμβολα, τάχ’ ἄν τινος μορίου νέκρωσιν διασημαίνοιτο, ὥσπερ αὖ</w:t>
      </w:r>
    </w:p>
    <w:p>
      <w:r>
        <w:rPr>
          <w:rFonts w:ascii="Courier New" w:hAnsi="Courier New"/>
          <w:color w:val="555555"/>
          <w:sz w:val="20"/>
        </w:rPr>
        <w:t>[5]</w:t>
      </w:r>
    </w:p>
    <w:p>
      <w:r>
        <w:rPr>
          <w:rFonts w:ascii="Gentium Plus" w:hAnsi="Gentium Plus"/>
          <w:sz w:val="24"/>
        </w:rPr>
        <w:t>φαύλων τῶν ἐπὶ τοῖς οὔροις ὄντων σημείων, ἡ διὰ παν‐ τὸς τοῦ σώματος συνάγεται περιοῦσα νέκρωσις καὶ δεῖ κἀκ τῆς ὀσμῆς οὕτω λογίζεσθαι.</w:t>
      </w:r>
    </w:p>
    <w:p>
      <w:r>
        <w:rPr>
          <w:rFonts w:ascii="Courier New" w:hAnsi="Courier New"/>
          <w:color w:val="555555"/>
          <w:sz w:val="20"/>
        </w:rPr>
        <w:t>[3 . 16 . 3]</w:t>
      </w:r>
    </w:p>
    <w:p>
      <w:r>
        <w:rPr>
          <w:rFonts w:ascii="Gentium Plus" w:hAnsi="Gentium Plus"/>
          <w:sz w:val="24"/>
        </w:rPr>
        <w:t>Ἐπεὶ τοίνυν περὶ πάν‐ των τῶν τοῖς οὔροις γενικῶς παρυφισταμένων εἴρηται, καὶ αἱ ἐπ’ αὐτοῖς ὡς οἷόν τε ἐξετέθησαν διαγνώσεις, νῦν ἂν</w:t>
      </w:r>
    </w:p>
    <w:p>
      <w:r>
        <w:rPr>
          <w:rFonts w:ascii="Courier New" w:hAnsi="Courier New"/>
          <w:color w:val="555555"/>
          <w:sz w:val="20"/>
        </w:rPr>
        <w:t>[5]</w:t>
      </w:r>
    </w:p>
    <w:p>
      <w:r>
        <w:rPr>
          <w:rFonts w:ascii="Gentium Plus" w:hAnsi="Gentium Plus"/>
          <w:sz w:val="24"/>
        </w:rPr>
        <w:t>λόγῳ διαγνώσεις τὰ μάλιστα προσήκουσας τῇ περὶ οὔρων πραγματείᾳ.</w:t>
      </w:r>
    </w:p>
    <w:p>
      <w:pPr>
        <w:jc w:val="center"/>
      </w:pPr>
      <w:r>
        <w:rPr>
          <w:rFonts w:ascii="Gentium Plus" w:hAnsi="Gentium Plus"/>
          <w:b/>
          <w:sz w:val="24"/>
        </w:rPr>
        <w:t>Κεφ. ιζʹ. Περὶ τῆς ἐκ τῶν ἀνυποστάτων οὔρων διαγνώσεως.</w:t>
      </w:r>
    </w:p>
    <w:p>
      <w:r>
        <w:rPr>
          <w:rFonts w:ascii="Courier New" w:hAnsi="Courier New"/>
          <w:color w:val="555555"/>
          <w:sz w:val="20"/>
        </w:rPr>
        <w:t>[3 . 17 . 1]</w:t>
      </w:r>
    </w:p>
    <w:p>
      <w:r>
        <w:rPr>
          <w:rFonts w:ascii="Gentium Plus" w:hAnsi="Gentium Plus"/>
          <w:sz w:val="24"/>
        </w:rPr>
        <w:t>Τῶν τοίνυν ἀνυποστάτων οὔρων τὰ μὲν καὶ πάνυ πέφυκε λεπτά, τὰ δ’ αὖ σφόδρα, ἔνια δ’ ὑπερπηδήσαντα τὸ σύμμετρον τῶν μὲν συμμέτρων φαίνεται πυκνότερα· οὐ μέντοι γε παχέα ταῦτα ῥηθείη μεταξὺ τυγχάνοντα τῶν</w:t>
      </w:r>
    </w:p>
    <w:p>
      <w:r>
        <w:rPr>
          <w:rFonts w:ascii="Courier New" w:hAnsi="Courier New"/>
          <w:color w:val="555555"/>
          <w:sz w:val="20"/>
        </w:rPr>
        <w:t>[5]</w:t>
      </w:r>
    </w:p>
    <w:p>
      <w:r>
        <w:rPr>
          <w:rFonts w:ascii="Gentium Plus" w:hAnsi="Gentium Plus"/>
          <w:sz w:val="24"/>
        </w:rPr>
        <w:t>τε συμμέτρων καὶ τῶν μετρίως παχέων.</w:t>
      </w:r>
    </w:p>
    <w:p>
      <w:r>
        <w:rPr>
          <w:rFonts w:ascii="Courier New" w:hAnsi="Courier New"/>
          <w:color w:val="555555"/>
          <w:sz w:val="20"/>
        </w:rPr>
        <w:t>[3 . 17 . 2]</w:t>
      </w:r>
    </w:p>
    <w:p>
      <w:r>
        <w:rPr>
          <w:rFonts w:ascii="Gentium Plus" w:hAnsi="Gentium Plus"/>
          <w:sz w:val="24"/>
        </w:rPr>
        <w:t>Ἐπεὶ δὲ καὶ οὐ τοῖς αὐτοῖς τὰ πάντα κέχρωσται χρώματι, (τὰ μὲν γὰρ πάνυ λευκὰ καθέστηκε, τὰ δ’ αὖ μέτρια, ὠχρὰ δ’ αὖ ἕτερα καὶ ξανθὰ καὶ οἱαδήτινα ἕτερα· οὐ γὰρ δεῖ τὰ πάντα νῦν</w:t>
      </w:r>
    </w:p>
    <w:p>
      <w:r>
        <w:rPr>
          <w:rFonts w:ascii="Courier New" w:hAnsi="Courier New"/>
          <w:color w:val="555555"/>
          <w:sz w:val="20"/>
        </w:rPr>
        <w:t>[5]</w:t>
      </w:r>
    </w:p>
    <w:p>
      <w:r>
        <w:rPr>
          <w:rFonts w:ascii="Gentium Plus" w:hAnsi="Gentium Plus"/>
          <w:sz w:val="24"/>
        </w:rPr>
        <w:t>καταστρωννύειν τοῖς γράμμασι πολλάκις εἰρηκότα), ὥστε δεῖ ποθεν ἐντεῦθεν λέγειν ἀρξάμενον.</w:t>
      </w:r>
    </w:p>
    <w:p>
      <w:r>
        <w:rPr>
          <w:rFonts w:ascii="Courier New" w:hAnsi="Courier New"/>
          <w:color w:val="555555"/>
          <w:sz w:val="20"/>
        </w:rPr>
        <w:t>[3 . 17 . 3]</w:t>
      </w:r>
    </w:p>
    <w:p>
      <w:r>
        <w:rPr>
          <w:rFonts w:ascii="Gentium Plus" w:hAnsi="Gentium Plus"/>
          <w:sz w:val="24"/>
        </w:rPr>
        <w:t>Τῶν τοίνυν λεπτοτάτων οὔρων λευκῶν πάνυ καὶ ἀνυποστάτων τελούν‐ των ἤτοι ἀξιόλογός τις ἔμφραξις ἐπινοεῖται τῶν ἀγγείων ἤ τις ἐξαισία ψύξις τε καὶ ἀπεψία, μετριαζόντων δὲ καὶ</w:t>
      </w:r>
    </w:p>
    <w:p>
      <w:r>
        <w:rPr>
          <w:rFonts w:ascii="Courier New" w:hAnsi="Courier New"/>
          <w:color w:val="555555"/>
          <w:sz w:val="20"/>
        </w:rPr>
        <w:t>[5]</w:t>
      </w:r>
    </w:p>
    <w:p>
      <w:r>
        <w:rPr>
          <w:rFonts w:ascii="Gentium Plus" w:hAnsi="Gentium Plus"/>
          <w:sz w:val="24"/>
        </w:rPr>
        <w:t>ταῦτα συμμετριάζεται.</w:t>
      </w:r>
    </w:p>
    <w:p>
      <w:r>
        <w:rPr>
          <w:rFonts w:ascii="Courier New" w:hAnsi="Courier New"/>
          <w:color w:val="555555"/>
          <w:sz w:val="20"/>
        </w:rPr>
        <w:t>[3 . 17 . 4]</w:t>
      </w:r>
    </w:p>
    <w:p>
      <w:r>
        <w:rPr>
          <w:rFonts w:ascii="Gentium Plus" w:hAnsi="Gentium Plus"/>
          <w:sz w:val="24"/>
        </w:rPr>
        <w:t>Τά γε μὴν ὠχρὰ καὶ ὕπωχρα ἥττους μὲν καὶ τὰς ἐμφράξεις σημανεῖται, οὐχ ἥττους δὲ καὶ τὰς ἀπεψίας· μὴ γὰρ ἡγησαμένης πέψεως τάχ’ ἂν οὐδὲ παρυφιστάμενον ἕψοιτο περίττωμα τελοῦν τῆς γινο‐</w:t>
      </w:r>
    </w:p>
    <w:p>
      <w:r>
        <w:rPr>
          <w:rFonts w:ascii="Courier New" w:hAnsi="Courier New"/>
          <w:color w:val="555555"/>
          <w:sz w:val="20"/>
        </w:rPr>
        <w:t>[5]</w:t>
      </w:r>
    </w:p>
    <w:p>
      <w:r>
        <w:rPr>
          <w:rFonts w:ascii="Gentium Plus" w:hAnsi="Gentium Plus"/>
          <w:sz w:val="24"/>
        </w:rPr>
        <w:t>μένης πέψεως.</w:t>
      </w:r>
    </w:p>
    <w:p>
      <w:r>
        <w:rPr>
          <w:rFonts w:ascii="Courier New" w:hAnsi="Courier New"/>
          <w:color w:val="555555"/>
          <w:sz w:val="20"/>
        </w:rPr>
        <w:t>[3 . 17 . 5]</w:t>
      </w:r>
    </w:p>
    <w:p>
      <w:r>
        <w:rPr>
          <w:rFonts w:ascii="Gentium Plus" w:hAnsi="Gentium Plus"/>
          <w:sz w:val="24"/>
        </w:rPr>
        <w:t>Τὰ δὲ πυρρά τε καὶ ξανθὰ ἥσσους μὲν φαῖεν τὰς ἐμφράξεις· ἀπεψίαι δὲ ἐμποιητικὰ τυγχά‐ νουσιν ὥσπερ ἀπομαχομένης τῇ φυσικῇ τῆς νόθου θερ‐ μότητος· ταῦτα δ’ ἂν ἴσως ἀνυπόστατα ὀφθεῖεν καὶ δι’</w:t>
      </w:r>
    </w:p>
    <w:p>
      <w:r>
        <w:rPr>
          <w:rFonts w:ascii="Courier New" w:hAnsi="Courier New"/>
          <w:color w:val="555555"/>
          <w:sz w:val="20"/>
        </w:rPr>
        <w:t>[5]</w:t>
      </w:r>
    </w:p>
    <w:p>
      <w:r>
        <w:rPr>
          <w:rFonts w:ascii="Gentium Plus" w:hAnsi="Gentium Plus"/>
          <w:sz w:val="24"/>
        </w:rPr>
        <w:t>ἀμετρίαν μὲν κόπου τε γυμνασίων, οὐχ ἥκιστα δὲ καὶ δι’ ὕλης ἔνδειαν.</w:t>
      </w:r>
    </w:p>
    <w:p>
      <w:r>
        <w:rPr>
          <w:rFonts w:ascii="Courier New" w:hAnsi="Courier New"/>
          <w:color w:val="555555"/>
          <w:sz w:val="20"/>
        </w:rPr>
        <w:t>[3 . 17 . 6]</w:t>
      </w:r>
    </w:p>
    <w:p>
      <w:r>
        <w:rPr>
          <w:rFonts w:ascii="Gentium Plus" w:hAnsi="Gentium Plus"/>
          <w:sz w:val="24"/>
        </w:rPr>
        <w:t>Ἃ δὲ τῶν οὔρων τοῖς ἐπέκεινα τῶν ῥη‐ θέντων χρώμασι κέχρωσται, ἐρυθρὰ καὶ κυανὰ καὶ οἷα δήτινα τυγχάνοντα, τοῖς μὲν χρώμασιν ἐπιμαρτυρήσει τὴν τῶν ἐπικρατούντων χυμῶν ποιότητά τε καὶ ἰδιότητα καὶ</w:t>
      </w:r>
    </w:p>
    <w:p>
      <w:r>
        <w:rPr>
          <w:rFonts w:ascii="Courier New" w:hAnsi="Courier New"/>
          <w:color w:val="555555"/>
          <w:sz w:val="20"/>
        </w:rPr>
        <w:t>[5]</w:t>
      </w:r>
    </w:p>
    <w:p>
      <w:r>
        <w:rPr>
          <w:rFonts w:ascii="Gentium Plus" w:hAnsi="Gentium Plus"/>
          <w:sz w:val="24"/>
        </w:rPr>
        <w:t>λέλεκται περὶ χρωμάτων ἰδιότητος ἐν τῷ πρὸ τούτου λόγῳ.</w:t>
      </w:r>
    </w:p>
    <w:p>
      <w:r>
        <w:rPr>
          <w:rFonts w:ascii="Courier New" w:hAnsi="Courier New"/>
          <w:color w:val="555555"/>
          <w:sz w:val="20"/>
        </w:rPr>
        <w:t>[3 . 17 . 7]</w:t>
      </w:r>
    </w:p>
    <w:p>
      <w:r>
        <w:rPr>
          <w:rFonts w:ascii="Gentium Plus" w:hAnsi="Gentium Plus"/>
          <w:sz w:val="24"/>
        </w:rPr>
        <w:t>Τῷ δέ γε τελεῖν ταῦτα ἀνυπόστατα ἐμφράξεις μὲν οὐκ ἂν δηλοῖεν ἐπιδήλως, μάλιστά γε μὴν οὐχὶ βραχεῖάν τινα τελεῖν τὴν σηπεδόνα τε καὶ ἀπεψίαν τῷ φλεβώδει γένει, καί ποτε φλεγμονή τις ἀξιόλογος μορίων τῶν καιριοτέρων</w:t>
      </w:r>
    </w:p>
    <w:p>
      <w:r>
        <w:rPr>
          <w:rFonts w:ascii="Courier New" w:hAnsi="Courier New"/>
          <w:color w:val="555555"/>
          <w:sz w:val="20"/>
        </w:rPr>
        <w:t>[5]</w:t>
      </w:r>
    </w:p>
    <w:p>
      <w:r>
        <w:rPr>
          <w:rFonts w:ascii="Gentium Plus" w:hAnsi="Gentium Plus"/>
          <w:sz w:val="24"/>
        </w:rPr>
        <w:t>τοιαῦτα οὖρα ἤνεγκεν οὐκ ἀπεικότως ἐκεῖσε δήπουθεν</w:t>
      </w:r>
    </w:p>
    <w:p>
      <w:r>
        <w:rPr>
          <w:rFonts w:ascii="Courier New" w:hAnsi="Courier New"/>
          <w:color w:val="555555"/>
          <w:sz w:val="20"/>
        </w:rPr>
        <w:t>[3 . 17 . 8]</w:t>
      </w:r>
    </w:p>
    <w:p>
      <w:r>
        <w:rPr>
          <w:rFonts w:ascii="Gentium Plus" w:hAnsi="Gentium Plus"/>
          <w:sz w:val="24"/>
        </w:rPr>
        <w:t>Ἀλλὰ τοῦτο μὲν τοῦ περὶ αἰτίας οὔρων λόγου, ὥστ’ ἐκεῖσε μᾶλλον θέμις εἰπεῖν φυ‐ λάττειν. τὰ νῦν δὲ τῶν ἑξῆς ἐχόμενοι λέγωμεν.</w:t>
      </w:r>
    </w:p>
    <w:p>
      <w:r>
        <w:rPr>
          <w:rFonts w:ascii="Courier New" w:hAnsi="Courier New"/>
          <w:color w:val="555555"/>
          <w:sz w:val="20"/>
        </w:rPr>
        <w:t>[3 . 17 . 9]</w:t>
      </w:r>
    </w:p>
    <w:p>
      <w:r>
        <w:rPr>
          <w:rFonts w:ascii="Gentium Plus" w:hAnsi="Gentium Plus"/>
          <w:sz w:val="24"/>
        </w:rPr>
        <w:t>Καὶ δὴ τὰ ἀνυπόστατα τῶν οὔρων ἀεὶ μὲν ὡς ἴσμεν φαῦλα πέ‐ φυκε πολλῷ λειπόμενα τοῦ κατὰ φύσιν· τοσοῦτον δ’ ἀλλή‐ λων διαφέρουσιν ἐς κακίαν, ὁπόσον ἂν καὶ τὰ χρώματα</w:t>
      </w:r>
    </w:p>
    <w:p>
      <w:r>
        <w:rPr>
          <w:rFonts w:ascii="Courier New" w:hAnsi="Courier New"/>
          <w:color w:val="555555"/>
          <w:sz w:val="20"/>
        </w:rPr>
        <w:t>[5]</w:t>
      </w:r>
    </w:p>
    <w:p>
      <w:r>
        <w:rPr>
          <w:rFonts w:ascii="Gentium Plus" w:hAnsi="Gentium Plus"/>
          <w:sz w:val="24"/>
        </w:rPr>
        <w:t>διενέγκωσιν.</w:t>
      </w:r>
    </w:p>
    <w:p>
      <w:r>
        <w:rPr>
          <w:rFonts w:ascii="Courier New" w:hAnsi="Courier New"/>
          <w:color w:val="555555"/>
          <w:sz w:val="20"/>
        </w:rPr>
        <w:t>[3 . 17 . 10]</w:t>
      </w:r>
    </w:p>
    <w:p>
      <w:r>
        <w:rPr>
          <w:rFonts w:ascii="Gentium Plus" w:hAnsi="Gentium Plus"/>
          <w:sz w:val="24"/>
        </w:rPr>
        <w:t>Ἂν μέντοι τὰ μὲν χρώματα καὶ αἱ συ‐ στάσεις βραχύ τι λείπονται τοῦ συμμέτρου, ἀφανῆ δ’ εἶεν αὐτοῖς τὰ παρυφιστάμενα μέμφεσθαι χρεὼν καὶ ταῦτα νωθρότητά τινα κατηγοροῦντα τῆς φύσεως· προσίεσθαι δ’</w:t>
      </w:r>
    </w:p>
    <w:p>
      <w:r>
        <w:rPr>
          <w:rFonts w:ascii="Courier New" w:hAnsi="Courier New"/>
          <w:color w:val="555555"/>
          <w:sz w:val="20"/>
        </w:rPr>
        <w:t>[5]</w:t>
      </w:r>
    </w:p>
    <w:p>
      <w:r>
        <w:rPr>
          <w:rFonts w:ascii="Gentium Plus" w:hAnsi="Gentium Plus"/>
          <w:sz w:val="24"/>
        </w:rPr>
        <w:t>ὡς μετ’ ὀλίγον ὑπόστασιν ἐπιδειξόμενα.</w:t>
      </w:r>
    </w:p>
    <w:p>
      <w:r>
        <w:rPr>
          <w:rFonts w:ascii="Courier New" w:hAnsi="Courier New"/>
          <w:color w:val="555555"/>
          <w:sz w:val="20"/>
        </w:rPr>
        <w:t>[3 . 17 . 11]</w:t>
      </w:r>
    </w:p>
    <w:p>
      <w:r>
        <w:rPr>
          <w:rFonts w:ascii="Gentium Plus" w:hAnsi="Gentium Plus"/>
          <w:sz w:val="24"/>
        </w:rPr>
        <w:t>Τῆς γὰρ δυ‐ νάμεως βραχύ τι τῶν σφετέρων ἔργων διαπεπτωκυίας καὶ ἡ ἀνάκτησις ῥᾳδία ἕψεται, φαίνοιντο δ’ ἂν ἀνυπόστατα καὶ δι’ ἀλγηδόνας τε καὶ ἀϋπνίας ἐπιταθείσας πάνυ· ἀξιό‐</w:t>
      </w:r>
    </w:p>
    <w:p>
      <w:r>
        <w:rPr>
          <w:rFonts w:ascii="Courier New" w:hAnsi="Courier New"/>
          <w:color w:val="555555"/>
          <w:sz w:val="20"/>
        </w:rPr>
        <w:t>[5]</w:t>
      </w:r>
    </w:p>
    <w:p>
      <w:r>
        <w:rPr>
          <w:rFonts w:ascii="Gentium Plus" w:hAnsi="Gentium Plus"/>
          <w:sz w:val="24"/>
        </w:rPr>
        <w:t>χρεος γὰρ τούτων ἑκατέρα, τὴν δύναμιν ἐπὶ τοσούτῳ κα‐ ταλῦσαι, ὥστ’ ἀφελέσθαι καὶ τῶν οὔρων τὰ παρυφιστά‐ μενα.</w:t>
      </w:r>
    </w:p>
    <w:p>
      <w:r>
        <w:rPr>
          <w:rFonts w:ascii="Courier New" w:hAnsi="Courier New"/>
          <w:color w:val="555555"/>
          <w:sz w:val="20"/>
        </w:rPr>
        <w:t>[3 . 17 . 12]</w:t>
      </w:r>
    </w:p>
    <w:p>
      <w:r>
        <w:rPr>
          <w:rFonts w:ascii="Gentium Plus" w:hAnsi="Gentium Plus"/>
          <w:sz w:val="24"/>
        </w:rPr>
        <w:t>Ἑκάτερον γὰρ ὡς εἴρηται γεγονὸς ἀξιόλογον δι’ ἑαυτὸ ὑφ’ οἵας δήτινος αἰτίας καταλῦσαι μὲν τὴν δύ‐ ναμιν χρονίσαν δύναται, τὰ πέψεως δ’ αὖ ὑφελέσθαι σύμ‐ βολα· θατέρου γὰρ ἐνίοτε συμβαίνειν τελεῖν σύμπτωμα,</w:t>
      </w:r>
    </w:p>
    <w:p>
      <w:r>
        <w:rPr>
          <w:rFonts w:ascii="Courier New" w:hAnsi="Courier New"/>
          <w:color w:val="555555"/>
          <w:sz w:val="20"/>
        </w:rPr>
        <w:t>[5]</w:t>
      </w:r>
    </w:p>
    <w:p>
      <w:r>
        <w:rPr>
          <w:rFonts w:ascii="Gentium Plus" w:hAnsi="Gentium Plus"/>
          <w:sz w:val="24"/>
        </w:rPr>
        <w:t>ἀλλ’ οὐ μὲν οὖν τοῦ συμπτώματος τὸ αἴτιον τῆς ἀπο‐ λήψεως τοῦ παρυφισταμένου, ἀλλὰ τοῦ διὰ τὸ σύμπτωμα γέγονεν.</w:t>
      </w:r>
    </w:p>
    <w:p>
      <w:r>
        <w:rPr>
          <w:rFonts w:ascii="Courier New" w:hAnsi="Courier New"/>
          <w:color w:val="555555"/>
          <w:sz w:val="20"/>
        </w:rPr>
        <w:t>[3 . 17 . 13]</w:t>
      </w:r>
    </w:p>
    <w:p>
      <w:r>
        <w:rPr>
          <w:rFonts w:ascii="Gentium Plus" w:hAnsi="Gentium Plus"/>
          <w:sz w:val="24"/>
        </w:rPr>
        <w:t>Κἀκεῖνο γοῦν δεῖ προσεξευρίσκειν τῷ λόγῳ· ἐφ’ αἷς γε μὴν καὶ ταῦτα αἰτίαις γίνεται, ὁ περὶ αἰτίας οὔρων ἐπαποδώσει λόγος, ὥστ’ οὐ δεῖ λανθάνειν τὰς δια‐ γνώσεις τῶν ἀνυποστάτων οὔρων, ἀποδιδομένων καὶ τῶν</w:t>
      </w:r>
    </w:p>
    <w:p>
      <w:r>
        <w:rPr>
          <w:rFonts w:ascii="Courier New" w:hAnsi="Courier New"/>
          <w:color w:val="555555"/>
          <w:sz w:val="20"/>
        </w:rPr>
        <w:t>[5]</w:t>
      </w:r>
    </w:p>
    <w:p>
      <w:r>
        <w:rPr>
          <w:rFonts w:ascii="Gentium Plus" w:hAnsi="Gentium Plus"/>
          <w:sz w:val="24"/>
        </w:rPr>
        <w:t>αὐτῶν.</w:t>
      </w:r>
    </w:p>
    <w:p>
      <w:r>
        <w:rPr>
          <w:rFonts w:ascii="Courier New" w:hAnsi="Courier New"/>
          <w:color w:val="555555"/>
          <w:sz w:val="20"/>
        </w:rPr>
        <w:t>[3 . 17 . 14]</w:t>
      </w:r>
    </w:p>
    <w:p>
      <w:r>
        <w:rPr>
          <w:rFonts w:ascii="Gentium Plus" w:hAnsi="Gentium Plus"/>
          <w:sz w:val="24"/>
        </w:rPr>
        <w:t>Καί τινος δὲ δεῖ ῥοπῆς οἰκείας τῷ διαγι‐ νώσκοντι ἔς τ’ ἀγχίνοιαν καὶ στοχασμὸν ἀδιάπτωτον.</w:t>
      </w:r>
    </w:p>
    <w:p>
      <w:r>
        <w:rPr>
          <w:rFonts w:ascii="Courier New" w:hAnsi="Courier New"/>
          <w:color w:val="555555"/>
          <w:sz w:val="20"/>
        </w:rPr>
        <w:t>[3 . 17 . 15]</w:t>
      </w:r>
    </w:p>
    <w:p>
      <w:r>
        <w:rPr>
          <w:rFonts w:ascii="Gentium Plus" w:hAnsi="Gentium Plus"/>
          <w:sz w:val="24"/>
        </w:rPr>
        <w:t>Ἐπεὶ γὰρ οὐχὶ ποσοῖς τισιν ὡρισμένοις αἵ τε συστά‐ σεις καὶ τὰ χρώματα καὶ προσέτι τὰ παρυφιστάμενα καὶ ὅσα περὶ αὐτὰ συμβέβηκεν, ἐνδέχεται διορίσασθαι. τῆς γὰρ ἀεὶ ῥεούσης καὶ κικουμένης ὕλης οὐδεὶς ἂν θείη</w:t>
      </w:r>
    </w:p>
    <w:p>
      <w:r>
        <w:rPr>
          <w:rFonts w:ascii="Courier New" w:hAnsi="Courier New"/>
          <w:color w:val="555555"/>
          <w:sz w:val="20"/>
        </w:rPr>
        <w:t>[5]</w:t>
      </w:r>
    </w:p>
    <w:p>
      <w:r>
        <w:rPr>
          <w:rFonts w:ascii="Gentium Plus" w:hAnsi="Gentium Plus"/>
          <w:sz w:val="24"/>
        </w:rPr>
        <w:t>ἑστῶτα μέτρα καὶ ἀδιάπτωτα.</w:t>
      </w:r>
    </w:p>
    <w:p>
      <w:r>
        <w:rPr>
          <w:rFonts w:ascii="Courier New" w:hAnsi="Courier New"/>
          <w:color w:val="555555"/>
          <w:sz w:val="20"/>
        </w:rPr>
        <w:t>[3 . 17 . 16]</w:t>
      </w:r>
    </w:p>
    <w:p>
      <w:r>
        <w:rPr>
          <w:rFonts w:ascii="Gentium Plus" w:hAnsi="Gentium Plus"/>
          <w:sz w:val="24"/>
        </w:rPr>
        <w:t>Τοῦτο γάρ τῶν ὑπὸ τὴν αἴσθησιν ὡσαύτως ἐχουσῶν οὐσιῶν πέφυκεν, ἀλλὰ διορισμοῖς τισι καὶ συμβόλοις οἷον ὑποτετύπωται τὰ τῆς φύσεως ἐν κινουμένοις σώμασιν ἔργα.</w:t>
      </w:r>
    </w:p>
    <w:p>
      <w:r>
        <w:rPr>
          <w:rFonts w:ascii="Courier New" w:hAnsi="Courier New"/>
          <w:color w:val="555555"/>
          <w:sz w:val="20"/>
        </w:rPr>
        <w:t>[3 . 17 . 17]</w:t>
      </w:r>
    </w:p>
    <w:p>
      <w:r>
        <w:rPr>
          <w:rFonts w:ascii="Gentium Plus" w:hAnsi="Gentium Plus"/>
          <w:sz w:val="24"/>
        </w:rPr>
        <w:t>Δεῖ τινος δὴ</w:t>
      </w:r>
    </w:p>
    <w:p>
      <w:r>
        <w:rPr>
          <w:rFonts w:ascii="Courier New" w:hAnsi="Courier New"/>
          <w:color w:val="555555"/>
          <w:sz w:val="20"/>
        </w:rPr>
        <w:t>[3 . 17 . 18]</w:t>
      </w:r>
    </w:p>
    <w:p>
      <w:r>
        <w:rPr>
          <w:rFonts w:ascii="Gentium Plus" w:hAnsi="Gentium Plus"/>
          <w:sz w:val="24"/>
        </w:rPr>
        <w:t>Νοῦ δ’ ἂν εἴη πάντως ἀκραιφνοῦς ἔργον τοῦτο, ἐξευρεῖν τε ὅσον εἰκὸς μέτρα μεταβολῶν ἐπὶ τῶν μὴ ἀεὶ ὡσαύτως ἐχόντων καὶ διαφορὰς αὐτοῖς ἐπι‐ θεῖναι τοὺς λόγους τούτων προδιευκρινήσας.</w:t>
      </w:r>
    </w:p>
    <w:p>
      <w:r>
        <w:rPr>
          <w:rFonts w:ascii="Courier New" w:hAnsi="Courier New"/>
          <w:color w:val="555555"/>
          <w:sz w:val="20"/>
        </w:rPr>
        <w:t>[3 . 17 . 19]</w:t>
      </w:r>
    </w:p>
    <w:p>
      <w:r>
        <w:rPr>
          <w:rFonts w:ascii="Gentium Plus" w:hAnsi="Gentium Plus"/>
          <w:sz w:val="24"/>
        </w:rPr>
        <w:t>Ὥστ’ ἄν τις ἔτυχέ τινος τοιαύτης ἀστειότητος, τῆς φύσεως ῥᾳ‐ δίως μὲν κἀκ τούτων ἕξει διαγινώσκειν, προχείρως δ’ αὖ καὶ τὰ τῷ λόγῳ λείποντα προσεξευρίσκειν, ἃ τοῖς καθολι‐</w:t>
      </w:r>
    </w:p>
    <w:p>
      <w:r>
        <w:rPr>
          <w:rFonts w:ascii="Courier New" w:hAnsi="Courier New"/>
          <w:color w:val="555555"/>
          <w:sz w:val="20"/>
        </w:rPr>
        <w:t>[5]</w:t>
      </w:r>
    </w:p>
    <w:p>
      <w:r>
        <w:rPr>
          <w:rFonts w:ascii="Gentium Plus" w:hAnsi="Gentium Plus"/>
          <w:sz w:val="24"/>
        </w:rPr>
        <w:t>κοῖς ὡς οἶμαι προσδιορισμοῖς ἐμπεριείληπται, ταῖς δὲ κατὰ μέρος ἀπολέλειπται γραφαῖς.</w:t>
      </w:r>
    </w:p>
    <w:p>
      <w:r>
        <w:rPr>
          <w:rFonts w:ascii="Courier New" w:hAnsi="Courier New"/>
          <w:color w:val="555555"/>
          <w:sz w:val="20"/>
        </w:rPr>
        <w:t>[3 . 17 . 20]</w:t>
      </w:r>
    </w:p>
    <w:p>
      <w:r>
        <w:rPr>
          <w:rFonts w:ascii="Gentium Plus" w:hAnsi="Gentium Plus"/>
          <w:sz w:val="24"/>
        </w:rPr>
        <w:t>Ἀλλὰ ταῦτα, κἂν μὴ πρὸς τὸν προκείμενον ἐπὶ ταῖς διαγνώσεσι σκοπὸν συν‐ τείνῃ, ἀλλ’ οὖν οὐδ’ ἀπῳδὰ τῷ λόγῳ πάντη πέφυκεν.</w:t>
      </w:r>
    </w:p>
    <w:p>
      <w:r>
        <w:rPr>
          <w:rFonts w:ascii="Courier New" w:hAnsi="Courier New"/>
          <w:color w:val="555555"/>
          <w:sz w:val="20"/>
        </w:rPr>
        <w:t>[3 . 17 . 21]</w:t>
      </w:r>
    </w:p>
    <w:p>
      <w:r>
        <w:rPr>
          <w:rFonts w:ascii="Gentium Plus" w:hAnsi="Gentium Plus"/>
          <w:sz w:val="24"/>
        </w:rPr>
        <w:t>Ἡμεῖς δ’ ἐπιθέντες τὸν λόγον καὶ περὶ τῶν ἐνδεχο‐ μένων οὔρων τοῖς ὁποίοις δήτισι τῶν νοσημάτων (τοῦτο γὰρ ἤδη μόνον ἐς ἀπαρτισμὸν τῶν περὶ διαγνώσεως λό‐ γων λείπεται), τέλος ἐπιθήσομεν τοῖς περὶ διαγνώσεως</w:t>
      </w:r>
    </w:p>
    <w:p>
      <w:r>
        <w:rPr>
          <w:rFonts w:ascii="Courier New" w:hAnsi="Courier New"/>
          <w:color w:val="555555"/>
          <w:sz w:val="20"/>
        </w:rPr>
        <w:t>[5]</w:t>
      </w:r>
    </w:p>
    <w:p>
      <w:r>
        <w:rPr>
          <w:rFonts w:ascii="Gentium Plus" w:hAnsi="Gentium Plus"/>
          <w:sz w:val="24"/>
        </w:rPr>
        <w:t>οὔρων λόγοις.</w:t>
      </w:r>
    </w:p>
    <w:p>
      <w:r>
        <w:rPr>
          <w:rFonts w:ascii="Courier New" w:hAnsi="Courier New"/>
          <w:color w:val="555555"/>
          <w:sz w:val="20"/>
        </w:rPr>
        <w:t>[3 . 17 . 22]</w:t>
      </w:r>
    </w:p>
    <w:p>
      <w:r>
        <w:rPr>
          <w:rFonts w:ascii="Gentium Plus" w:hAnsi="Gentium Plus"/>
          <w:sz w:val="24"/>
        </w:rPr>
        <w:t>Καὶ ἄλλως τὸ μακροὺς ὡς εὐδιάβλητον ἀπομηκύνειν φεύγοντες λόγους, οὐ μείων δ’ ἂν εἴη πρό‐ φασις καὶ τὰ ῥηθησόμενα τῶν οὔρων τοῖς συμπεπλεγμέ‐ νως ἐξεταζομένοις οὔροις.</w:t>
      </w:r>
    </w:p>
    <w:p>
      <w:r>
        <w:rPr>
          <w:rFonts w:ascii="Courier New" w:hAnsi="Courier New"/>
          <w:color w:val="555555"/>
          <w:sz w:val="20"/>
        </w:rPr>
        <w:t>[3 . 17 . 23]</w:t>
      </w:r>
    </w:p>
    <w:p>
      <w:r>
        <w:rPr>
          <w:rFonts w:ascii="Gentium Plus" w:hAnsi="Gentium Plus"/>
          <w:sz w:val="24"/>
        </w:rPr>
        <w:t>Τάχα γὰρ εἰ μὴ ἐν πᾶσιν ἀλλ’ οὖν τοῖς πλείοσι μεθόδοις ταῦτ’ ἂν δοίη τοῖς σπου‐ δάζουσι διαγνώσεων.</w:t>
      </w:r>
    </w:p>
    <w:p>
      <w:pPr>
        <w:jc w:val="center"/>
      </w:pPr>
      <w:r>
        <w:rPr>
          <w:rFonts w:ascii="Gentium Plus" w:hAnsi="Gentium Plus"/>
          <w:b/>
          <w:sz w:val="24"/>
        </w:rPr>
        <w:t>Κεφ. ιηʹ. Ὅτι ἀδύνατον τὰ κατὰ μέρη διαλαβεῖν εἰς ἀπειρίαν οἶον διαπίπτοντα.</w:t>
      </w:r>
    </w:p>
    <w:p>
      <w:r>
        <w:rPr>
          <w:rFonts w:ascii="Courier New" w:hAnsi="Courier New"/>
          <w:color w:val="555555"/>
          <w:sz w:val="20"/>
        </w:rPr>
        <w:t>[3 . 18 . 1]</w:t>
      </w:r>
    </w:p>
    <w:p>
      <w:r>
        <w:rPr>
          <w:rFonts w:ascii="Gentium Plus" w:hAnsi="Gentium Plus"/>
          <w:sz w:val="24"/>
        </w:rPr>
        <w:t>Εἰδέναι μέντοι πρὸ τούτων χρεών, ὡς ἡμεῖς περὶ ἁπλῶν χρωμάτων τὸν λόγον ποιούμενοι—ἐπὶ τούτοις γὰρ μόνοις ὀνομάτων ἀπορήσομεν οἰκείων τε καὶ γνωρίμων—, ἀποδείξαντες, τίσι μάλιστα τῶν χρωμάτων τίνες συνανα‐</w:t>
      </w:r>
    </w:p>
    <w:p>
      <w:r>
        <w:rPr>
          <w:rFonts w:ascii="Courier New" w:hAnsi="Courier New"/>
          <w:color w:val="555555"/>
          <w:sz w:val="20"/>
        </w:rPr>
        <w:t>[5]</w:t>
      </w:r>
    </w:p>
    <w:p>
      <w:r>
        <w:rPr>
          <w:rFonts w:ascii="Gentium Plus" w:hAnsi="Gentium Plus"/>
          <w:sz w:val="24"/>
        </w:rPr>
        <w:t>φαίνονται χυμοί, περὶ τῶν συμπεπλεγμένων οἷον ἐν τοῖς χρώμασιν ἐπιφαινομένων χυμῶν, οὔθ’ ἡμῖν ῥᾳδίον κατα‐ λέξαι γέγονεν οἰκείων ἀπορήσασιν ὀνομάτων, ὑμῖν τε τοῖς περὶ ταῦτα σπουδαίοις οὐκ εὔληπτον ἂν ἔδοξεν, ἤτοι χρώ‐ μασί τινων εἰδῶν παραβαλλόντων ταῦτα ἢ καί τισι διο‐</w:t>
      </w:r>
    </w:p>
    <w:p>
      <w:r>
        <w:rPr>
          <w:rFonts w:ascii="Courier New" w:hAnsi="Courier New"/>
          <w:color w:val="555555"/>
          <w:sz w:val="20"/>
        </w:rPr>
        <w:t>[10]</w:t>
      </w:r>
    </w:p>
    <w:p>
      <w:r>
        <w:rPr>
          <w:rFonts w:ascii="Gentium Plus" w:hAnsi="Gentium Plus"/>
          <w:sz w:val="24"/>
        </w:rPr>
        <w:t>ρισμοῖς ὑπογραφόντων οὐκ ἀκριβέσι, καὶ ἄλλως ἀπείρου τε καὶ δυσχεροῦς τῇ γνώσει τοῖς ἐν διαφόροις τῶν χυμῶν ποσοῖς μίξεως τυγχανούσης.</w:t>
      </w:r>
    </w:p>
    <w:p>
      <w:r>
        <w:rPr>
          <w:rFonts w:ascii="Courier New" w:hAnsi="Courier New"/>
          <w:color w:val="555555"/>
          <w:sz w:val="20"/>
        </w:rPr>
        <w:t>[3 . 18 . 2]</w:t>
      </w:r>
    </w:p>
    <w:p>
      <w:r>
        <w:rPr>
          <w:rFonts w:ascii="Gentium Plus" w:hAnsi="Gentium Plus"/>
          <w:sz w:val="24"/>
        </w:rPr>
        <w:t>Ἐπεὶ τοίνυν δέδεικται τὰ γενικώτερα τῶν χρωμάτων καὶ οἶδε πᾶς τις νοῦν ἔχων ταῦτα διορισμοῖς τισι καὶ ὁμοίοτησί τινων γνωρίμων πα‐ ραβληθέντα, προσῆκον ἂν εἴη τῷ συνετῷ καὶ τῶν ἐκ δια‐</w:t>
      </w:r>
    </w:p>
    <w:p>
      <w:r>
        <w:rPr>
          <w:rFonts w:ascii="Courier New" w:hAnsi="Courier New"/>
          <w:color w:val="555555"/>
          <w:sz w:val="20"/>
        </w:rPr>
        <w:t>[5]</w:t>
      </w:r>
    </w:p>
    <w:p>
      <w:r>
        <w:rPr>
          <w:rFonts w:ascii="Gentium Plus" w:hAnsi="Gentium Plus"/>
          <w:sz w:val="24"/>
        </w:rPr>
        <w:t>φόρων χυμῶν συνιόντων καταστοχάζεσθαι χρωμάτων καὶ τὰς ἐπὶ τούτοις ποίας μίξεις ὡς οἷόν τε ἐξετάξειν.</w:t>
      </w:r>
    </w:p>
    <w:p>
      <w:r>
        <w:rPr>
          <w:rFonts w:ascii="Courier New" w:hAnsi="Courier New"/>
          <w:color w:val="555555"/>
          <w:sz w:val="20"/>
        </w:rPr>
        <w:t>[3 . 18 . 3]</w:t>
      </w:r>
    </w:p>
    <w:p>
      <w:r>
        <w:rPr>
          <w:rFonts w:ascii="Gentium Plus" w:hAnsi="Gentium Plus"/>
          <w:sz w:val="24"/>
        </w:rPr>
        <w:t>Οὐ‐ δεὶς γὰρ ἂν χρόνος ἀρκέσῃ οἶμαι ἐς ἀκριβῆ κατάληψίν τε καὶ ὑπογραφὴν ἐπὶ τὴν ὁσημέραι συμπλικῶν τοῖς οὔροις φαινομένων.</w:t>
      </w:r>
    </w:p>
    <w:p>
      <w:r>
        <w:rPr>
          <w:rFonts w:ascii="Courier New" w:hAnsi="Courier New"/>
          <w:color w:val="555555"/>
          <w:sz w:val="20"/>
        </w:rPr>
        <w:t>[3 . 18 . 4]</w:t>
      </w:r>
    </w:p>
    <w:p>
      <w:r>
        <w:rPr>
          <w:rFonts w:ascii="Gentium Plus" w:hAnsi="Gentium Plus"/>
          <w:sz w:val="24"/>
        </w:rPr>
        <w:t>Εἰ γάρ τις τὰ χρώματα ῥηθέντα καὶ τὰς ἐπὶ τούτοις ἐπιτάσεις τε καὶ ὑφέσεις καὶ τὰ ἐκ τῆς πρὸς ἀλλήλας τῶν μίξεων ἀποτελούμενα ἴσως τε καὶ ἀνίσως λόγους τε καὶ ἀναλογίας καὶ ὅπως ἄλλως ἔτυχε, καὶ τὰς</w:t>
      </w:r>
    </w:p>
    <w:p>
      <w:r>
        <w:rPr>
          <w:rFonts w:ascii="Courier New" w:hAnsi="Courier New"/>
          <w:color w:val="555555"/>
          <w:sz w:val="20"/>
        </w:rPr>
        <w:t>[5]</w:t>
      </w:r>
    </w:p>
    <w:p>
      <w:r>
        <w:rPr>
          <w:rFonts w:ascii="Gentium Plus" w:hAnsi="Gentium Plus"/>
          <w:sz w:val="24"/>
        </w:rPr>
        <w:t>ἐπὶ τούτοις μικροῦ δεῖν ἀπείροις οὖσι, μεθ’ ἑκάστης τῶν ἐνδεχομένων ἑνώσει συστάσεων καὶ τὰ ἐν ἀμφοτέροις συν‐ αγόμενα τοῖς ἐνδεχομένοις φαίνεσθαι ἐπισυνάψει παρ‐ υφισταμένοις καθ’ ἕκαστα, πολυσχιδῆ ἂν οἶμαι καὶ μικροῦ δεῖ καὶ ἄπειρα ποιήσειεν.</w:t>
      </w:r>
    </w:p>
    <w:p>
      <w:r>
        <w:rPr>
          <w:rFonts w:ascii="Courier New" w:hAnsi="Courier New"/>
          <w:color w:val="555555"/>
          <w:sz w:val="20"/>
        </w:rPr>
        <w:t>[3 . 18 . 5]</w:t>
      </w:r>
    </w:p>
    <w:p>
      <w:r>
        <w:rPr>
          <w:rFonts w:ascii="Gentium Plus" w:hAnsi="Gentium Plus"/>
          <w:sz w:val="24"/>
        </w:rPr>
        <w:t>Ἐῶ δὲ λέγειν εἴ τις πειρῶτο λέγειν τὰ συμπλεκόμενα ἐπὶ ταῖς διαφοραῖς ἡλικιῶν καὶ κράσεων καὶ γενῶν κατὰ ἓν καὶ κατὰ δύο καὶ τρία καὶ ἄλλως πως ἐθῶν τε καὶ τροφῶν καὶ γυμνασίων, ὡρῶν καὶ</w:t>
      </w:r>
    </w:p>
    <w:p>
      <w:r>
        <w:rPr>
          <w:rFonts w:ascii="Courier New" w:hAnsi="Courier New"/>
          <w:color w:val="555555"/>
          <w:sz w:val="20"/>
        </w:rPr>
        <w:t>[5]</w:t>
      </w:r>
    </w:p>
    <w:p>
      <w:r>
        <w:rPr>
          <w:rFonts w:ascii="Gentium Plus" w:hAnsi="Gentium Plus"/>
          <w:sz w:val="24"/>
        </w:rPr>
        <w:t>χωρῶν καὶ ὕπνων καὶ ἀγρυπνιῶν καὶ οἵων δήτινων ἀρρω‐ στημάτων.</w:t>
      </w:r>
    </w:p>
    <w:p>
      <w:r>
        <w:rPr>
          <w:rFonts w:ascii="Courier New" w:hAnsi="Courier New"/>
          <w:color w:val="555555"/>
          <w:sz w:val="20"/>
        </w:rPr>
        <w:t>[3 . 18 . 6]</w:t>
      </w:r>
    </w:p>
    <w:p>
      <w:r>
        <w:rPr>
          <w:rFonts w:ascii="Gentium Plus" w:hAnsi="Gentium Plus"/>
          <w:sz w:val="24"/>
        </w:rPr>
        <w:t>Τάχα γὰρ ἂν καὶ νοῦς ἰλιγγιάσειεν ἑκάστῳ τούτων τὰ κατὰ μέρος ὑφ’ ἓν ἐπιμιγνύς· οὔτε γὰρ οἶμαι χρόνου πρὸς ἀπαρτισμὸν τοῦ βεβουλευμένου εὐπορήσει καὶ τὰ χρείω ἀπορήσας χρόνου διαφεύξεται, ὥστε μένειν ἔτι ἄπο‐</w:t>
      </w:r>
    </w:p>
    <w:p>
      <w:r>
        <w:rPr>
          <w:rFonts w:ascii="Courier New" w:hAnsi="Courier New"/>
          <w:color w:val="555555"/>
          <w:sz w:val="20"/>
        </w:rPr>
        <w:t>[5]</w:t>
      </w:r>
    </w:p>
    <w:p>
      <w:r>
        <w:rPr>
          <w:rFonts w:ascii="Gentium Plus" w:hAnsi="Gentium Plus"/>
          <w:sz w:val="24"/>
        </w:rPr>
        <w:t>ρον τὸ ἄπορον.</w:t>
      </w:r>
    </w:p>
    <w:p>
      <w:r>
        <w:rPr>
          <w:rFonts w:ascii="Courier New" w:hAnsi="Courier New"/>
          <w:color w:val="555555"/>
          <w:sz w:val="20"/>
        </w:rPr>
        <w:t>[3 . 18 . 7]</w:t>
      </w:r>
    </w:p>
    <w:p>
      <w:r>
        <w:rPr>
          <w:rFonts w:ascii="Gentium Plus" w:hAnsi="Gentium Plus"/>
          <w:sz w:val="24"/>
        </w:rPr>
        <w:t>Ἀλλὰ τί πρὸς ταῦτα γέγονεν ἡ πρόσληψις τῆς διανοίας ἐμμεθόδως πως τὰ κατὰ τὴν θεωρίαν προσ‐ διασκεψαμένη καὶ καθολικαῖς τισι προλήψεσι τὰ κατ’ αὐτὴν συναγαγοῦσα ἠκριβωμένην μέθοδον ἐν πᾶσιν ἔθεντο τῇ</w:t>
      </w:r>
    </w:p>
    <w:p>
      <w:r>
        <w:rPr>
          <w:rFonts w:ascii="Courier New" w:hAnsi="Courier New"/>
          <w:color w:val="555555"/>
          <w:sz w:val="20"/>
        </w:rPr>
        <w:t>[5]</w:t>
      </w:r>
    </w:p>
    <w:p>
      <w:r>
        <w:rPr>
          <w:rFonts w:ascii="Gentium Plus" w:hAnsi="Gentium Plus"/>
          <w:sz w:val="24"/>
        </w:rPr>
        <w:t>τέχνῃ, ὅθεν καὶ τὰς ἐπ’ αὐτοῖς διαφοράς τε καὶ διαγνώ‐ σεις καὶ προσέτι αἰτίας καὶ προγνώσεις ἀκριβῶς ἐξέθετο, ὥστ’ ἐντεῦθεν καὶ τῶν μὴ εἰς προῦπτον καταστοχάζεσθαι ῥηθέντων.</w:t>
      </w:r>
    </w:p>
    <w:p>
      <w:r>
        <w:rPr>
          <w:rFonts w:ascii="Courier New" w:hAnsi="Courier New"/>
          <w:color w:val="555555"/>
          <w:sz w:val="20"/>
        </w:rPr>
        <w:t>[3 . 18 . 8]</w:t>
      </w:r>
    </w:p>
    <w:p>
      <w:r>
        <w:rPr>
          <w:rFonts w:ascii="Gentium Plus" w:hAnsi="Gentium Plus"/>
          <w:sz w:val="24"/>
        </w:rPr>
        <w:t>Σκεπτέον τοίνυν ἐνταῦθα καὶ περὶ τῶν λειπομένων τῷ λόγῳ, ἵν’ ὅπως πέρας εἰληφότες τοῦ προ‐ κειμένου σκοποῦ καὶ τοῦ περὶ αἰτίας οὔρων θεοῦ διδόν‐</w:t>
      </w:r>
    </w:p>
    <w:p>
      <w:pPr>
        <w:jc w:val="center"/>
      </w:pPr>
      <w:r>
        <w:rPr>
          <w:rFonts w:ascii="Gentium Plus" w:hAnsi="Gentium Plus"/>
          <w:b/>
          <w:sz w:val="24"/>
        </w:rPr>
        <w:t>Κεφ. ιθʹ. Ὅτι οὐ ῥᾳδίως ἐντεῦθεν οἱ ἐφήμεροι διαγινώσκονται πυρετοί.</w:t>
      </w:r>
    </w:p>
    <w:p>
      <w:r>
        <w:rPr>
          <w:rFonts w:ascii="Courier New" w:hAnsi="Courier New"/>
          <w:color w:val="555555"/>
          <w:sz w:val="20"/>
        </w:rPr>
        <w:t>[3 . 19 . 1]</w:t>
      </w:r>
    </w:p>
    <w:p>
      <w:r>
        <w:rPr>
          <w:rFonts w:ascii="Gentium Plus" w:hAnsi="Gentium Plus"/>
          <w:sz w:val="24"/>
        </w:rPr>
        <w:t>Τῶν οὖν ἐφημέρων πυρετῶν ὅσοι ἐκ θυμοῦ καὶ λύπης, κόπου τε καὶ ἀγρυπνίας καὶ φροντίδος καὶ ἐγκαύ‐ σεως καὶ ψύξεως, ἐπ’ ἀσιτίᾳ τε καὶ ἀπεψίᾳ γινομένων καὶ τῶν λοιπῶν κατὰ εἶδος ἐξευρημένων ὀλίγην ἄν τινα δια‐</w:t>
      </w:r>
    </w:p>
    <w:p>
      <w:r>
        <w:rPr>
          <w:rFonts w:ascii="Courier New" w:hAnsi="Courier New"/>
          <w:color w:val="555555"/>
          <w:sz w:val="20"/>
        </w:rPr>
        <w:t>[5]</w:t>
      </w:r>
    </w:p>
    <w:p>
      <w:r>
        <w:rPr>
          <w:rFonts w:ascii="Gentium Plus" w:hAnsi="Gentium Plus"/>
          <w:sz w:val="24"/>
        </w:rPr>
        <w:t>φορὰν ἐν οὔροις ἴδῃ τις, μή τινος ἑτέρου πάθους παρα‐ πεσόντος ἢ σήψεώς τινος χυμῶν συμπεσούσης ἐντεῦθεν.</w:t>
      </w:r>
    </w:p>
    <w:p>
      <w:r>
        <w:rPr>
          <w:rFonts w:ascii="Courier New" w:hAnsi="Courier New"/>
          <w:color w:val="555555"/>
          <w:sz w:val="20"/>
        </w:rPr>
        <w:t>[3 . 19 . 2]</w:t>
      </w:r>
    </w:p>
    <w:p>
      <w:r>
        <w:rPr>
          <w:rFonts w:ascii="Gentium Plus" w:hAnsi="Gentium Plus"/>
          <w:sz w:val="24"/>
        </w:rPr>
        <w:t>Ἐπεὶ γὰρ ἀλλοιωθέντος μόνου πνεύματος τὰ τοιαῦτα τῶν ἐφημέρων εἴδη γίνεται πυρετῶν, τὰ δ’ οὖρα δέδεικται τὰ περὶ τοὺς ἐν φλεψὶ χυμοὺς τελοῦντας συμβαίνοντα μαρτυρεῖν μᾶλλον, εἰκότως οὐκ ἂν ἀξιολόγως ἐπὶ τούτων</w:t>
      </w:r>
    </w:p>
    <w:p>
      <w:r>
        <w:rPr>
          <w:rFonts w:ascii="Courier New" w:hAnsi="Courier New"/>
          <w:color w:val="555555"/>
          <w:sz w:val="20"/>
        </w:rPr>
        <w:t>[5]</w:t>
      </w:r>
    </w:p>
    <w:p>
      <w:r>
        <w:rPr>
          <w:rFonts w:ascii="Gentium Plus" w:hAnsi="Gentium Plus"/>
          <w:sz w:val="24"/>
        </w:rPr>
        <w:t>ἀλλοιωθείη τὰ οὖρα, εἰ μή που κατὰ τὸ χρῶμα· τοῦτο γὰρ εὐπαθέστερον καὶ τοῦτο δ’ οὐκ ἐπὶ πολύ.</w:t>
      </w:r>
    </w:p>
    <w:p>
      <w:r>
        <w:rPr>
          <w:rFonts w:ascii="Courier New" w:hAnsi="Courier New"/>
          <w:color w:val="555555"/>
          <w:sz w:val="20"/>
        </w:rPr>
        <w:t>[3 . 19 . 3]</w:t>
      </w:r>
    </w:p>
    <w:p>
      <w:r>
        <w:rPr>
          <w:rFonts w:ascii="Gentium Plus" w:hAnsi="Gentium Plus"/>
          <w:sz w:val="24"/>
        </w:rPr>
        <w:t>Πρὶν ἢ γὰρ αἰσθέσθαι τε καὶ ἠλλοιῶσθαι τοὺς ἐν φλεψὶ χυμοὺς ὑφ’ οἱωνδήτινων ἐφημέρων πυρετῶν, ἐκεῖνοι μὲν ἔφθασαν λυθέντες καὶ μᾶλλον εἰ προσηκούσης τύχοιεν διαίτης·</w:t>
      </w:r>
    </w:p>
    <w:p>
      <w:r>
        <w:rPr>
          <w:rFonts w:ascii="Courier New" w:hAnsi="Courier New"/>
          <w:color w:val="555555"/>
          <w:sz w:val="20"/>
        </w:rPr>
        <w:t>[5]</w:t>
      </w:r>
    </w:p>
    <w:p>
      <w:r>
        <w:rPr>
          <w:rFonts w:ascii="Gentium Plus" w:hAnsi="Gentium Plus"/>
          <w:sz w:val="24"/>
        </w:rPr>
        <w:t>ἐκεῖνα δὲ βραχύ τι ὅσον ἀλλοιωθέντα κατὰ τὰ χρώματα, τήν τε σύστασιν μικροῦ δεῖν παρεφυλάξαντο σύμμετρον καὶ τὰ παρυφιστάμενα τὴν καθήκουσαν ἀναλογίαν προ‐ τείνοντα.</w:t>
      </w:r>
    </w:p>
    <w:p>
      <w:r>
        <w:rPr>
          <w:rFonts w:ascii="Courier New" w:hAnsi="Courier New"/>
          <w:color w:val="555555"/>
          <w:sz w:val="20"/>
        </w:rPr>
        <w:t>[3 . 19 . 4]</w:t>
      </w:r>
    </w:p>
    <w:p>
      <w:r>
        <w:rPr>
          <w:rFonts w:ascii="Gentium Plus" w:hAnsi="Gentium Plus"/>
          <w:sz w:val="24"/>
        </w:rPr>
        <w:t>Καὶ ἐφημέρων μὲν πυρετῶν οὕτως οἴομαι· τῶν δ’ ἀπὸ σήψεως ἀναφθέντων μαθεῖν ἐστιν ὧδε τοῦ λόγου διεξιόντος.</w:t>
      </w:r>
    </w:p>
    <w:p>
      <w:r>
        <w:rPr>
          <w:rFonts w:ascii="Courier New" w:hAnsi="Courier New"/>
          <w:color w:val="555555"/>
          <w:sz w:val="20"/>
        </w:rPr>
        <w:t>[3 . 19 . 5]</w:t>
      </w:r>
    </w:p>
    <w:p>
      <w:r>
        <w:rPr>
          <w:rFonts w:ascii="Gentium Plus" w:hAnsi="Gentium Plus"/>
          <w:sz w:val="24"/>
        </w:rPr>
        <w:t>Ἀλλ’ ἐπειδήπερ οἱ μὲν αὐτῶν εἰσι διαλείποντες, οἱ δὲ συνεχεῖς, περὶ τῶν διαλειπόντων πρώ‐ τως εἰπόντες καὶ περὶ τῶν συνεχῶν εἶθ’ οὕτως ἐροῦμεν.</w:t>
      </w:r>
    </w:p>
    <w:p>
      <w:pPr>
        <w:jc w:val="center"/>
      </w:pPr>
      <w:r>
        <w:rPr>
          <w:rFonts w:ascii="Gentium Plus" w:hAnsi="Gentium Plus"/>
          <w:b/>
          <w:sz w:val="24"/>
        </w:rPr>
        <w:t>Κεφ. κʹ. Διάγνωσις τριταίου ἀκριβοῦς καὶ νόθου πυρετοῦ.</w:t>
      </w:r>
    </w:p>
    <w:p>
      <w:r>
        <w:rPr>
          <w:rFonts w:ascii="Courier New" w:hAnsi="Courier New"/>
          <w:color w:val="555555"/>
          <w:sz w:val="20"/>
        </w:rPr>
        <w:t>[3 . 20 . 1]</w:t>
      </w:r>
    </w:p>
    <w:p>
      <w:r>
        <w:rPr>
          <w:rFonts w:ascii="Gentium Plus" w:hAnsi="Gentium Plus"/>
          <w:sz w:val="24"/>
        </w:rPr>
        <w:t>Τριταίου τοίνυν ἀκριβοῦς ἐπιγεγονότος, οὖρα ἂν φανείη ἤδη πυρρά τι καὶ ξανθὰ τὴν σύστασιν καὶ τοῦ συμμέτρου παχυτέραν εἰληφότα· καὶ ταῖς μὲν ἀρχαῖς οὐ‐ δέν τι τούτοις παρυφίσταται σημεῖον πέψεως, τοῦ χρόνου</w:t>
      </w:r>
    </w:p>
    <w:p>
      <w:r>
        <w:rPr>
          <w:rFonts w:ascii="Courier New" w:hAnsi="Courier New"/>
          <w:color w:val="555555"/>
          <w:sz w:val="20"/>
        </w:rPr>
        <w:t>[5]</w:t>
      </w:r>
    </w:p>
    <w:p>
      <w:r>
        <w:rPr>
          <w:rFonts w:ascii="Gentium Plus" w:hAnsi="Gentium Plus"/>
          <w:sz w:val="24"/>
        </w:rPr>
        <w:t>δὲ προϊόντος καὶ πέψεως ἐπιφαίνεται σύμβολα καὶ τἆλλα πρὸς τὸ σύμμετρον αὐτὸ χωρεῖ κατὰ λόγον.</w:t>
      </w:r>
    </w:p>
    <w:p>
      <w:r>
        <w:rPr>
          <w:rFonts w:ascii="Courier New" w:hAnsi="Courier New"/>
          <w:color w:val="555555"/>
          <w:sz w:val="20"/>
        </w:rPr>
        <w:t>[3 . 20 . 2]</w:t>
      </w:r>
    </w:p>
    <w:p>
      <w:r>
        <w:rPr>
          <w:rFonts w:ascii="Gentium Plus" w:hAnsi="Gentium Plus"/>
          <w:sz w:val="24"/>
        </w:rPr>
        <w:t>Ὅ γε μὴν νόθος τριταῖος τό τε χρῶμα πολλῷ διηλλαγμένον ἐν τοῖς οὔροις δείκνυσιν ἐπὶ τὸ χολωδέστερον καὶ τὴν σύστασιν εἴληχε καὶ τἀκριβοῦς παχυτέραν.</w:t>
      </w:r>
    </w:p>
    <w:p>
      <w:r>
        <w:rPr>
          <w:rFonts w:ascii="Courier New" w:hAnsi="Courier New"/>
          <w:color w:val="555555"/>
          <w:sz w:val="20"/>
        </w:rPr>
        <w:t>[3 . 20 . 3]</w:t>
      </w:r>
    </w:p>
    <w:p>
      <w:r>
        <w:rPr>
          <w:rFonts w:ascii="Gentium Plus" w:hAnsi="Gentium Plus"/>
          <w:sz w:val="24"/>
        </w:rPr>
        <w:t>Καὶ πλείω δὲ τού‐</w:t>
      </w:r>
    </w:p>
    <w:p>
      <w:pPr>
        <w:jc w:val="center"/>
      </w:pPr>
      <w:r>
        <w:rPr>
          <w:rFonts w:ascii="Gentium Plus" w:hAnsi="Gentium Plus"/>
          <w:b/>
          <w:sz w:val="24"/>
        </w:rPr>
        <w:t>Κεφ. καʹ. Διάγνωσις ἀκριβοῦς τεταρταίου καὶ νόθου πυρετοῦ.</w:t>
      </w:r>
    </w:p>
    <w:p>
      <w:r>
        <w:rPr>
          <w:rFonts w:ascii="Courier New" w:hAnsi="Courier New"/>
          <w:color w:val="555555"/>
          <w:sz w:val="20"/>
        </w:rPr>
        <w:t>[3 . 21 . 1]</w:t>
      </w:r>
    </w:p>
    <w:p>
      <w:r>
        <w:rPr>
          <w:rFonts w:ascii="Gentium Plus" w:hAnsi="Gentium Plus"/>
          <w:sz w:val="24"/>
        </w:rPr>
        <w:t>Τεταρταίου δὲ ἀπὸ σπληνὸς εἰληφότος τὴν σύστα‐ σιν δυσπραγήσαντος λεπτὰ μὲν καὶ λευκὰ καὶ ἀνυπόστατα ἐν ταῖς ἀρχαῖς ἐμφαίνεται, τοῦ χρόνου δὲ προήκοντος ταῖς μὲν ἀνέτοις μᾶλλον τῶν ἡμερῶν καὶ ἀθρόας ἐπιφαίνεται</w:t>
      </w:r>
    </w:p>
    <w:p>
      <w:r>
        <w:rPr>
          <w:rFonts w:ascii="Courier New" w:hAnsi="Courier New"/>
          <w:color w:val="555555"/>
          <w:sz w:val="20"/>
        </w:rPr>
        <w:t>[5]</w:t>
      </w:r>
    </w:p>
    <w:p>
      <w:r>
        <w:rPr>
          <w:rFonts w:ascii="Gentium Plus" w:hAnsi="Gentium Plus"/>
          <w:sz w:val="24"/>
        </w:rPr>
        <w:t>τὰς ὑποστάσεις ἔχοντα, καὶ αὐτὰ δὲ τεθόλωται ἐνίοτε, τῇ δὲ τῶν παροξυσμῶν ἐχούσῃ ἔτι λεπτὰ καὶ λευκά, καί πως ἀμυδρὰν ὑπόστασιν ὑποφαίνοντα, εἴ γε πέψιν ἤδη λαμ‐ βάνει τὸ νόσημα.</w:t>
      </w:r>
    </w:p>
    <w:p>
      <w:r>
        <w:rPr>
          <w:rFonts w:ascii="Courier New" w:hAnsi="Courier New"/>
          <w:color w:val="555555"/>
          <w:sz w:val="20"/>
        </w:rPr>
        <w:t>[3 . 21 . 2]</w:t>
      </w:r>
    </w:p>
    <w:p>
      <w:r>
        <w:rPr>
          <w:rFonts w:ascii="Gentium Plus" w:hAnsi="Gentium Plus"/>
          <w:sz w:val="24"/>
        </w:rPr>
        <w:t>Ἐπειδὰν δ’ ἤδη καθαρῶς εἰς πέψιν τὰ τοῦ πάθους χωρήσῃ, τά τε οὖρα καθαρώτερα φαίνεται πρὸς τὸ κατὰ πάντα σύμμετρον χωροῦντα, καὶ τὰ πολλὰ τῶν συμπτωμάτων παραλύεται τῆς καθ’ αὑτὰ δυνάμεως.</w:t>
      </w:r>
    </w:p>
    <w:p>
      <w:r>
        <w:rPr>
          <w:rFonts w:ascii="Courier New" w:hAnsi="Courier New"/>
          <w:color w:val="555555"/>
          <w:sz w:val="20"/>
        </w:rPr>
        <w:t>[3 . 21 . 3]</w:t>
      </w:r>
    </w:p>
    <w:p>
      <w:r>
        <w:rPr>
          <w:rFonts w:ascii="Gentium Plus" w:hAnsi="Gentium Plus"/>
          <w:sz w:val="24"/>
        </w:rPr>
        <w:t>Ἔστι γε μὴν ὅτε καὶ μέλανος ἐπιρρυέντος χυμοῦ τοῖς οὔροις, ἀνεῖται λήξαντα τὰ δεινά.</w:t>
      </w:r>
    </w:p>
    <w:p>
      <w:r>
        <w:rPr>
          <w:rFonts w:ascii="Courier New" w:hAnsi="Courier New"/>
          <w:color w:val="555555"/>
          <w:sz w:val="20"/>
        </w:rPr>
        <w:t>[3 . 21 . 4]</w:t>
      </w:r>
    </w:p>
    <w:p>
      <w:r>
        <w:rPr>
          <w:rFonts w:ascii="Gentium Plus" w:hAnsi="Gentium Plus"/>
          <w:sz w:val="24"/>
        </w:rPr>
        <w:t>Τοῦ δ’ ἥπατος φλεγμαίνοντος καί πως ἄλλως θερμῶς διατεθέντος ἐπὶ γεγονότι τεταρταίῳ, ἐξέρυθρα ἂν καὶ σανδαραχώδη οὖρα φανείη, παχύτερα μὲν τοῦ συμμέτρου τυγχάνοντα, με‐</w:t>
      </w:r>
    </w:p>
    <w:p>
      <w:r>
        <w:rPr>
          <w:rFonts w:ascii="Courier New" w:hAnsi="Courier New"/>
          <w:color w:val="555555"/>
          <w:sz w:val="20"/>
        </w:rPr>
        <w:t>[5]</w:t>
      </w:r>
    </w:p>
    <w:p>
      <w:r>
        <w:rPr>
          <w:rFonts w:ascii="Gentium Plus" w:hAnsi="Gentium Plus"/>
          <w:sz w:val="24"/>
        </w:rPr>
        <w:t>τρίας δὲ καὶ ἀνωμάλους τὰς ὑποστάσεις ἔχοντα.</w:t>
      </w:r>
    </w:p>
    <w:p>
      <w:r>
        <w:rPr>
          <w:rFonts w:ascii="Courier New" w:hAnsi="Courier New"/>
          <w:color w:val="555555"/>
          <w:sz w:val="20"/>
        </w:rPr>
        <w:t>[3 . 21 . 5]</w:t>
      </w:r>
    </w:p>
    <w:p>
      <w:r>
        <w:rPr>
          <w:rFonts w:ascii="Gentium Plus" w:hAnsi="Gentium Plus"/>
          <w:sz w:val="24"/>
        </w:rPr>
        <w:t>Ἔσθ’ ὅτε δὴ καὶ διὰ ὅλου ταῦτα φαίνεται παχέα καὶ ἐρυθρὰ κατὰ τὴν τῶν χυμῶν ἐπιπλοκήν τε ἅμα καὶ ἐπικράτειαν. καὶ τεταρταίων μὲν τοιαῦτ’ ἂν εἴη οὖρα.</w:t>
      </w:r>
    </w:p>
    <w:p>
      <w:pPr>
        <w:jc w:val="center"/>
      </w:pPr>
      <w:r>
        <w:rPr>
          <w:rFonts w:ascii="Gentium Plus" w:hAnsi="Gentium Plus"/>
          <w:b/>
          <w:sz w:val="24"/>
        </w:rPr>
        <w:t>Κεφ. κβʹ. Διάγνωσις ἀμφημερινῶν πυρετῶν.</w:t>
      </w:r>
    </w:p>
    <w:p>
      <w:r>
        <w:rPr>
          <w:rFonts w:ascii="Courier New" w:hAnsi="Courier New"/>
          <w:color w:val="555555"/>
          <w:sz w:val="20"/>
        </w:rPr>
        <w:t>[3 . 22 . 1]</w:t>
      </w:r>
    </w:p>
    <w:p>
      <w:r>
        <w:rPr>
          <w:rFonts w:ascii="Gentium Plus" w:hAnsi="Gentium Plus"/>
          <w:sz w:val="24"/>
        </w:rPr>
        <w:t>Τοῦ δέ γε ἀμφημερινοῦ κρατοῦντος λεπτά τε καὶ λευκὰ καὶ οἷον ὑδατώδη καὶ ἀνυπόστατα ταῖς ἀρχαῖς ὥσπερ κἀπὶ τῶν τεταρταίων εἴρηται.</w:t>
      </w:r>
    </w:p>
    <w:p>
      <w:r>
        <w:rPr>
          <w:rFonts w:ascii="Courier New" w:hAnsi="Courier New"/>
          <w:color w:val="555555"/>
          <w:sz w:val="20"/>
        </w:rPr>
        <w:t>[3 . 22 . 2]</w:t>
      </w:r>
    </w:p>
    <w:p>
      <w:r>
        <w:rPr>
          <w:rFonts w:ascii="Gentium Plus" w:hAnsi="Gentium Plus"/>
          <w:sz w:val="24"/>
        </w:rPr>
        <w:t>Προβαίνοντα δὲ παχύ‐ νεται καί ὑποστάσεις ἀθρόας δείκνυσι καὶ παχείας, ἔγγονά τινα τελούσας τῆς τῶν χυμῶν ὠμότητος, ἔτι δὶ προβαί‐ νοντος τοῦ χρόνου, καὶ πέψεώς τινος ἀμυδρὰ σημεῖα φαί‐</w:t>
      </w:r>
    </w:p>
    <w:p>
      <w:r>
        <w:rPr>
          <w:rFonts w:ascii="Courier New" w:hAnsi="Courier New"/>
          <w:color w:val="555555"/>
          <w:sz w:val="20"/>
        </w:rPr>
        <w:t>[5]</w:t>
      </w:r>
    </w:p>
    <w:p>
      <w:r>
        <w:rPr>
          <w:rFonts w:ascii="Gentium Plus" w:hAnsi="Gentium Plus"/>
          <w:sz w:val="24"/>
        </w:rPr>
        <w:t>νεται, ὁπότε δὴ τὸ πάθος εἴη κεχωρηκὸς πρὸς τὸ μηδέν.</w:t>
      </w:r>
    </w:p>
    <w:p>
      <w:r>
        <w:rPr>
          <w:rFonts w:ascii="Courier New" w:hAnsi="Courier New"/>
          <w:color w:val="555555"/>
          <w:sz w:val="20"/>
        </w:rPr>
        <w:t>[3 . 22 . 3]</w:t>
      </w:r>
    </w:p>
    <w:p>
      <w:r>
        <w:rPr>
          <w:rFonts w:ascii="Gentium Plus" w:hAnsi="Gentium Plus"/>
          <w:sz w:val="24"/>
        </w:rPr>
        <w:t>Τῶν γὰρ τοιούτων πυρετῶν διαλειπόντων τότε τεκμαι‐ ρόμεθα τὴν λύσιν ἔσεσθαι ἐξ ὑπογυίου, ὁπόταν δηλονότι πέψεώς τινος ὀφθῇ σημεῖα.</w:t>
      </w:r>
    </w:p>
    <w:p>
      <w:r>
        <w:rPr>
          <w:rFonts w:ascii="Courier New" w:hAnsi="Courier New"/>
          <w:color w:val="555555"/>
          <w:sz w:val="20"/>
        </w:rPr>
        <w:t>[3 . 22 . 4]</w:t>
      </w:r>
    </w:p>
    <w:p>
      <w:r>
        <w:rPr>
          <w:rFonts w:ascii="Gentium Plus" w:hAnsi="Gentium Plus"/>
          <w:sz w:val="24"/>
        </w:rPr>
        <w:t>Πεπλεονέκτηκε δὲ τούτων</w:t>
      </w:r>
    </w:p>
    <w:p>
      <w:r>
        <w:rPr>
          <w:rFonts w:ascii="Courier New" w:hAnsi="Courier New"/>
          <w:color w:val="555555"/>
          <w:sz w:val="20"/>
        </w:rPr>
        <w:t>[5]</w:t>
      </w:r>
    </w:p>
    <w:p>
      <w:r>
        <w:rPr>
          <w:rFonts w:ascii="Gentium Plus" w:hAnsi="Gentium Plus"/>
          <w:sz w:val="24"/>
        </w:rPr>
        <w:t>πέψις προίσχῃ, καὶ τὴν λύσιν ὅσον οὔπω παραγεγενῆσθαι σημαίνει.</w:t>
      </w:r>
    </w:p>
    <w:p>
      <w:r>
        <w:rPr>
          <w:rFonts w:ascii="Courier New" w:hAnsi="Courier New"/>
          <w:color w:val="555555"/>
          <w:sz w:val="20"/>
        </w:rPr>
        <w:t>[3 . 22 . 5]</w:t>
      </w:r>
    </w:p>
    <w:p>
      <w:r>
        <w:rPr>
          <w:rFonts w:ascii="Gentium Plus" w:hAnsi="Gentium Plus"/>
          <w:sz w:val="24"/>
        </w:rPr>
        <w:t>Συνεχῶν δὲ ἐπὶ σήψει πυρετῶν πρώτως μὲν ἂν τὰ χρώματα ἀλλοιωθείη πρός τε τὸ πυῤῥὸν καὶ ἐρυ‐ θρὸν καὶ οἰνωπὸν καὶ κυανοῦν καὶ τὰ παραπλήσια χω‐ ροῦντα κατὰ τὴν τῶν χυμῶν ποιότητά τε καὶ ποσότητα</w:t>
      </w:r>
    </w:p>
    <w:p>
      <w:r>
        <w:rPr>
          <w:rFonts w:ascii="Courier New" w:hAnsi="Courier New"/>
          <w:color w:val="555555"/>
          <w:sz w:val="20"/>
        </w:rPr>
        <w:t>[5]</w:t>
      </w:r>
    </w:p>
    <w:p>
      <w:r>
        <w:rPr>
          <w:rFonts w:ascii="Gentium Plus" w:hAnsi="Gentium Plus"/>
          <w:sz w:val="24"/>
        </w:rPr>
        <w:t>καὶ αἱ συστάσεις τούτοις ἀνώμαλοι καὶ μᾶλλον πρὸς τὸ παχύτερον ῥέπουσαι· ἐνίοτε μὴν ἐπὶ τὸ λεπτότατον.</w:t>
      </w:r>
    </w:p>
    <w:p>
      <w:r>
        <w:rPr>
          <w:rFonts w:ascii="Courier New" w:hAnsi="Courier New"/>
          <w:color w:val="555555"/>
          <w:sz w:val="20"/>
        </w:rPr>
        <w:t>[3 . 22 . 6]</w:t>
      </w:r>
    </w:p>
    <w:p>
      <w:r>
        <w:rPr>
          <w:rFonts w:ascii="Gentium Plus" w:hAnsi="Gentium Plus"/>
          <w:sz w:val="24"/>
        </w:rPr>
        <w:t>Ὅτι δὴ καὶ τὰ χρώματα ἤτοι λευκὰ ἤ ἑτεροῖα τυγχάνει, παρυφιστάμενα δὲ ταῖς ἀρχαῖς οὐκ ἂν ὀφθείη πεπεμ‐ μένα, ἀλλ’ ἀνώμαλά τε καὶ διάφορας προχωρούσης δὲ τῆς νόσου, εἴ γε ῥᾴω τὰ πάντα γίνεται, καὶ πέψεως ἤδη φαί‐</w:t>
      </w:r>
    </w:p>
    <w:p>
      <w:r>
        <w:rPr>
          <w:rFonts w:ascii="Courier New" w:hAnsi="Courier New"/>
          <w:color w:val="555555"/>
          <w:sz w:val="20"/>
        </w:rPr>
        <w:t>[5]</w:t>
      </w:r>
    </w:p>
    <w:p>
      <w:r>
        <w:rPr>
          <w:rFonts w:ascii="Gentium Plus" w:hAnsi="Gentium Plus"/>
          <w:sz w:val="24"/>
        </w:rPr>
        <w:t>νεται σύμβολα.</w:t>
      </w:r>
    </w:p>
    <w:p>
      <w:pPr>
        <w:jc w:val="center"/>
      </w:pPr>
      <w:r>
        <w:rPr>
          <w:rFonts w:ascii="Gentium Plus" w:hAnsi="Gentium Plus"/>
          <w:b/>
          <w:sz w:val="24"/>
        </w:rPr>
        <w:t>Κεφ. κγʹ. Διάγνωσις οὔρων τῶν ἐπὶ σήψει πυρετῶν.</w:t>
      </w:r>
    </w:p>
    <w:p>
      <w:r>
        <w:rPr>
          <w:rFonts w:ascii="Courier New" w:hAnsi="Courier New"/>
          <w:color w:val="555555"/>
          <w:sz w:val="20"/>
        </w:rPr>
        <w:t>[3 . 23 . 1]</w:t>
      </w:r>
    </w:p>
    <w:p>
      <w:r>
        <w:rPr>
          <w:rFonts w:ascii="Gentium Plus" w:hAnsi="Gentium Plus"/>
          <w:sz w:val="24"/>
        </w:rPr>
        <w:t>Οὐ δεῖ δὲ καὶ τοῦτο λανθάνειν, ὡς ἐνίοτε μετὰ τὰς ἀκμὰς ἀθρόα τε καὶ παχέα ὑφιζάνει παρυφιστάμενα τὴν ὁρμὴν ἐκεῖσε λαβούσης τῆς ἐπὶ τῷ φλεβώδει γένει τῶν χυμῶν σήψεως.</w:t>
      </w:r>
    </w:p>
    <w:p>
      <w:r>
        <w:rPr>
          <w:rFonts w:ascii="Courier New" w:hAnsi="Courier New"/>
          <w:color w:val="555555"/>
          <w:sz w:val="20"/>
        </w:rPr>
        <w:t>[3 . 23 . 2]</w:t>
      </w:r>
    </w:p>
    <w:p>
      <w:r>
        <w:rPr>
          <w:rFonts w:ascii="Gentium Plus" w:hAnsi="Gentium Plus"/>
          <w:sz w:val="24"/>
        </w:rPr>
        <w:t>Καὶ τούτου μὲν ἀποδέχεσθαι δεῖ ἔγγιον ὑγείαν σημαίνοντα, ἀποστρέφεσθαι δὲ τὰ τοιαῦτα κατὰ τὰς ἀρχὰς ἐπιφαινομένας· δεῖ γὰρ ἐνταῦθα χρόνου τε καὶ ῥώμης εἰς πέψιν δυνάμεως.</w:t>
      </w:r>
    </w:p>
    <w:p>
      <w:r>
        <w:rPr>
          <w:rFonts w:ascii="Courier New" w:hAnsi="Courier New"/>
          <w:color w:val="555555"/>
          <w:sz w:val="20"/>
        </w:rPr>
        <w:t>[3 . 23 . 3]</w:t>
      </w:r>
    </w:p>
    <w:p>
      <w:r>
        <w:rPr>
          <w:rFonts w:ascii="Gentium Plus" w:hAnsi="Gentium Plus"/>
          <w:sz w:val="24"/>
        </w:rPr>
        <w:t>Χείρονα δ’ ἂν εἴη τούτων τἁ οὖρα, εἰ μὴ γε προχωρούσης τῆς νόσου καὶ παρυφιστάμενα φαίνεται μήτε καὶ φαινόμενα τῶν ἀμεί‐ νων ᾖ.</w:t>
      </w:r>
    </w:p>
    <w:p>
      <w:r>
        <w:rPr>
          <w:rFonts w:ascii="Courier New" w:hAnsi="Courier New"/>
          <w:color w:val="555555"/>
          <w:sz w:val="20"/>
        </w:rPr>
        <w:t>[3 . 23 . 4]</w:t>
      </w:r>
    </w:p>
    <w:p>
      <w:r>
        <w:rPr>
          <w:rFonts w:ascii="Gentium Plus" w:hAnsi="Gentium Plus"/>
          <w:sz w:val="24"/>
        </w:rPr>
        <w:t>Τάχα γὰρ ὧδ’ ἐπιδοθείσης τῆς νόσου καὶ τῶν δεινῶν ἐν οὔροις φαινομένων σημείων, προαφέλῃ θάνα‐ τος τῆς παρακμῆς τὸν κάμνοντα, ἀλλὰ τοῦτο τοῦ προ‐ γνωστικοῦ μέρους ὂν ἐκεῖσε δὴ καὶ ταμιευέσθω.</w:t>
      </w:r>
    </w:p>
    <w:p>
      <w:r>
        <w:rPr>
          <w:rFonts w:ascii="Courier New" w:hAnsi="Courier New"/>
          <w:color w:val="555555"/>
          <w:sz w:val="20"/>
        </w:rPr>
        <w:t>[3 . 23 . 5]</w:t>
      </w:r>
    </w:p>
    <w:p>
      <w:r>
        <w:rPr>
          <w:rFonts w:ascii="Gentium Plus" w:hAnsi="Gentium Plus"/>
          <w:sz w:val="24"/>
        </w:rPr>
        <w:t>Λοιπὸν οὖν ἂν εἴη φάναι καὶ περὶ τῶν ἐφ’ ἑτέροις τρόποις ἀλ‐ λοιουμένων οὔρων.</w:t>
      </w:r>
    </w:p>
    <w:p>
      <w:pPr>
        <w:jc w:val="center"/>
      </w:pPr>
      <w:r>
        <w:rPr>
          <w:rFonts w:ascii="Gentium Plus" w:hAnsi="Gentium Plus"/>
          <w:b/>
          <w:sz w:val="24"/>
        </w:rPr>
        <w:t>Κεφ. κδʹ. Διάγνωσις οὔρων τῶν ἐπί τισι τῶν καιρίων πεπονθότων μορίων.</w:t>
      </w:r>
    </w:p>
    <w:p>
      <w:r>
        <w:rPr>
          <w:rFonts w:ascii="Courier New" w:hAnsi="Courier New"/>
          <w:color w:val="555555"/>
          <w:sz w:val="20"/>
        </w:rPr>
        <w:t>[3 . 24 . 1]</w:t>
      </w:r>
    </w:p>
    <w:p>
      <w:r>
        <w:rPr>
          <w:rFonts w:ascii="Gentium Plus" w:hAnsi="Gentium Plus"/>
          <w:sz w:val="24"/>
        </w:rPr>
        <w:t>Φλεγμονῆς τοίνυν καὶ ἐρυσιπέλατος καί τινος ἑτέ‐ ρας παραπλησίας διαθέσεως ἐπὶ τὸ θερμότερον ῥεπούσης</w:t>
      </w:r>
    </w:p>
    <w:p>
      <w:r>
        <w:rPr>
          <w:rFonts w:ascii="Courier New" w:hAnsi="Courier New"/>
          <w:color w:val="555555"/>
          <w:sz w:val="20"/>
        </w:rPr>
        <w:t>[3 . 24 . 2]</w:t>
      </w:r>
    </w:p>
    <w:p>
      <w:r>
        <w:rPr>
          <w:rFonts w:ascii="Gentium Plus" w:hAnsi="Gentium Plus"/>
          <w:sz w:val="24"/>
        </w:rPr>
        <w:t>Τοσούτῳ γε μὴν πρὸς ἄλληλα διαφόρως ἕξει, ὅσῳ καὶ τὰ μόρια ἀλλήλων εἰς τε καιριότητα καὶ ἐγγύτητα τοῦ πρώτου θερμοῦ διενήνοχε.</w:t>
      </w:r>
    </w:p>
    <w:p>
      <w:r>
        <w:rPr>
          <w:rFonts w:ascii="Courier New" w:hAnsi="Courier New"/>
          <w:color w:val="555555"/>
          <w:sz w:val="20"/>
        </w:rPr>
        <w:t>[3 . 24 . 3]</w:t>
      </w:r>
    </w:p>
    <w:p>
      <w:r>
        <w:rPr>
          <w:rFonts w:ascii="Gentium Plus" w:hAnsi="Gentium Plus"/>
          <w:sz w:val="24"/>
        </w:rPr>
        <w:t>Καὶ ἥπατος μὲν καὶ πνεύμονος τοιαύτην τινὰ καυ‐ σώδη διάθεσιν ὑφ’ οἱουδήτινος ἐσχηκότων χυμοῦ, ἐξερυ‐ θρα ἂν καὶ αἱματώδη οὖρα καὶ οἰνωπὰ ὀφθείη κατὰ τὸ ποσὸν καὶ τὴν ποιότητα τῆς θερμότητος.</w:t>
      </w:r>
    </w:p>
    <w:p>
      <w:r>
        <w:rPr>
          <w:rFonts w:ascii="Courier New" w:hAnsi="Courier New"/>
          <w:color w:val="555555"/>
          <w:sz w:val="20"/>
        </w:rPr>
        <w:t>[3 . 24 . 4]</w:t>
      </w:r>
    </w:p>
    <w:p>
      <w:r>
        <w:rPr>
          <w:rFonts w:ascii="Gentium Plus" w:hAnsi="Gentium Plus"/>
          <w:sz w:val="24"/>
        </w:rPr>
        <w:t>Ἐλάττω τούτων δὲ ὅσα δρᾷ τε τὸν ἐγκέφαλον καὶ τὸν ὑπεζωκότα ὑμένα καὶ τὴν κοιλίαν, τοὺς τοιαῦτα πάσχοντας ἀλλοιοῦ‐ ται οὖρα· ἐπὶ σπληνὸς μέντοι φαῦλα μὲν τὰ χρώματα</w:t>
      </w:r>
    </w:p>
    <w:p>
      <w:r>
        <w:rPr>
          <w:rFonts w:ascii="Courier New" w:hAnsi="Courier New"/>
          <w:color w:val="555555"/>
          <w:sz w:val="20"/>
        </w:rPr>
        <w:t>[5]</w:t>
      </w:r>
    </w:p>
    <w:p>
      <w:r>
        <w:rPr>
          <w:rFonts w:ascii="Gentium Plus" w:hAnsi="Gentium Plus"/>
          <w:sz w:val="24"/>
        </w:rPr>
        <w:t>διὰ τὴν τοῦ πλεονάζοντος ἐκεῖσε χυμοῦ σκαιότητα.</w:t>
      </w:r>
    </w:p>
    <w:p>
      <w:r>
        <w:rPr>
          <w:rFonts w:ascii="Courier New" w:hAnsi="Courier New"/>
          <w:color w:val="555555"/>
          <w:sz w:val="20"/>
        </w:rPr>
        <w:t>[3 . 24 . 5]</w:t>
      </w:r>
    </w:p>
    <w:p>
      <w:r>
        <w:rPr>
          <w:rFonts w:ascii="Gentium Plus" w:hAnsi="Gentium Plus"/>
          <w:sz w:val="24"/>
        </w:rPr>
        <w:t>Εἴ γε τὴν ὁρμὴν ἐν οὔροις τῆς ἐκκρίσεως λάβῃ, μείω δὲ ὁ πυρετὸς τῶν ἐν τοῖς ῥηθεῖσι μορίοις, μήτρα δὲ καὶ νε‐ φρὸς καὶ κύστις, κῶλόν τε καὶ ἀρχός, ἀλλοιώσει μὲν καὶ</w:t>
      </w:r>
    </w:p>
    <w:p>
      <w:r>
        <w:rPr>
          <w:rFonts w:ascii="Courier New" w:hAnsi="Courier New"/>
          <w:color w:val="555555"/>
          <w:sz w:val="20"/>
        </w:rPr>
        <w:t>[5]</w:t>
      </w:r>
    </w:p>
    <w:p>
      <w:r>
        <w:rPr>
          <w:rFonts w:ascii="Gentium Plus" w:hAnsi="Gentium Plus"/>
          <w:sz w:val="24"/>
        </w:rPr>
        <w:t>ταῦτα πεπονθότα τὰ οὖρα, ἔλαττον μέντοι ἐγκεφάλου καὶ ὑπεζωκότος τοῦ αὐτοῖς ἑαλωκότων πάθεσι.</w:t>
      </w:r>
    </w:p>
    <w:p>
      <w:r>
        <w:rPr>
          <w:rFonts w:ascii="Courier New" w:hAnsi="Courier New"/>
          <w:color w:val="555555"/>
          <w:sz w:val="20"/>
        </w:rPr>
        <w:t>[3 . 24 . 6]</w:t>
      </w:r>
    </w:p>
    <w:p>
      <w:r>
        <w:rPr>
          <w:rFonts w:ascii="Gentium Plus" w:hAnsi="Gentium Plus"/>
          <w:sz w:val="24"/>
        </w:rPr>
        <w:t>Τά γε μὴν ἐπὶ πᾶσι τούτοις παρυφιστάμενα ἐπισημανεῖται μὲν καὶ τὰς τῆς φύσεως ἐπικρατείας καὶ ἀρρωστίας, ἐπιδηλοτέρους δὲ καὶ τοὺς πεπονθότας ἀποδείξει τόπους, ὧν τὰ μὲν</w:t>
      </w:r>
    </w:p>
    <w:p>
      <w:r>
        <w:rPr>
          <w:rFonts w:ascii="Courier New" w:hAnsi="Courier New"/>
          <w:color w:val="555555"/>
          <w:sz w:val="20"/>
        </w:rPr>
        <w:t>[5]</w:t>
      </w:r>
    </w:p>
    <w:p>
      <w:r>
        <w:rPr>
          <w:rFonts w:ascii="Gentium Plus" w:hAnsi="Gentium Plus"/>
          <w:sz w:val="24"/>
        </w:rPr>
        <w:t>εἴρηται, τὰ δὲ καὶ λεχθήσεται.</w:t>
      </w:r>
    </w:p>
    <w:p>
      <w:r>
        <w:rPr>
          <w:rFonts w:ascii="Courier New" w:hAnsi="Courier New"/>
          <w:color w:val="555555"/>
          <w:sz w:val="20"/>
        </w:rPr>
        <w:t>[3 . 24 . 7]</w:t>
      </w:r>
    </w:p>
    <w:p>
      <w:r>
        <w:rPr>
          <w:rFonts w:ascii="Gentium Plus" w:hAnsi="Gentium Plus"/>
          <w:sz w:val="24"/>
        </w:rPr>
        <w:t>Τῶν δὲ ἐκτὸς καὶ πόρ‐ ρωθεν κώλων τοιαῦτα νοσησάντων, μετρίως μὲν τὰ οὖρα καὶ οὐ πάνυ σαφῶς ἀλλοιωθείη.</w:t>
      </w:r>
    </w:p>
    <w:p>
      <w:r>
        <w:rPr>
          <w:rFonts w:ascii="Courier New" w:hAnsi="Courier New"/>
          <w:color w:val="555555"/>
          <w:sz w:val="20"/>
        </w:rPr>
        <w:t>[3 . 24 . 8]</w:t>
      </w:r>
    </w:p>
    <w:p>
      <w:r>
        <w:rPr>
          <w:rFonts w:ascii="Gentium Plus" w:hAnsi="Gentium Plus"/>
          <w:sz w:val="24"/>
        </w:rPr>
        <w:t>Πέψεως δὲ μᾶλλον σημεῖα δείξει, μὴ προσαναφθέντος ἀπ’ ἐκείνων δηλονότι σηπεδονώδους τινὸς πυρετοῦ, οὗ δὴ τὰ σύμβολα πρὸ βραχέος τῷ λόγῳ τούτῳ παραδεδώκαμεν.</w:t>
      </w:r>
    </w:p>
    <w:p>
      <w:r>
        <w:rPr>
          <w:rFonts w:ascii="Courier New" w:hAnsi="Courier New"/>
          <w:color w:val="555555"/>
          <w:sz w:val="20"/>
        </w:rPr>
        <w:t>[3 . 24 . 9]</w:t>
      </w:r>
    </w:p>
    <w:p>
      <w:r>
        <w:rPr>
          <w:rFonts w:ascii="Gentium Plus" w:hAnsi="Gentium Plus"/>
          <w:sz w:val="24"/>
        </w:rPr>
        <w:t>Ὅσα δ’ αὖ τὴν ἀρχὴν τοῦ πάθους ἀπό τινος ἐπιρρυέντος εἴληφε ψυ‐ χροῦ χυμοῦ, εἴτ’ ἐγκέφαλος εἴη, εἴθ’ ἥπαρ ἤ πνεύμων, εἴθ’ ὑπεζωκὸς ὑμήν, ἤ γαστὴρ ἤ τι ἕτερον μόριον τού‐</w:t>
      </w:r>
    </w:p>
    <w:p>
      <w:r>
        <w:rPr>
          <w:rFonts w:ascii="Courier New" w:hAnsi="Courier New"/>
          <w:color w:val="555555"/>
          <w:sz w:val="20"/>
        </w:rPr>
        <w:t>[5]</w:t>
      </w:r>
    </w:p>
    <w:p>
      <w:r>
        <w:rPr>
          <w:rFonts w:ascii="Gentium Plus" w:hAnsi="Gentium Plus"/>
          <w:sz w:val="24"/>
        </w:rPr>
        <w:t>των, τὰ μὲν πόρρω τοῦ θερμοῦ μᾶλλον ἂν ἀλλοιωθείη καὶ ψυχρότητος καὶ ὠμοχυμίας ὑποδείξειεν οὖρα.</w:t>
      </w:r>
    </w:p>
    <w:p>
      <w:r>
        <w:rPr>
          <w:rFonts w:ascii="Courier New" w:hAnsi="Courier New"/>
          <w:color w:val="555555"/>
          <w:sz w:val="20"/>
        </w:rPr>
        <w:t>[3 . 24 . 10]</w:t>
      </w:r>
    </w:p>
    <w:p>
      <w:r>
        <w:rPr>
          <w:rFonts w:ascii="Gentium Plus" w:hAnsi="Gentium Plus"/>
          <w:sz w:val="24"/>
        </w:rPr>
        <w:t>Ἧτ‐ τον δ’ αὖ ὅσα πεπλεονέκτηκεν ἐκείνων τὴν φυσικὴν θερ‐ μότητα διά τε τῶν ἀγγείων τὰ ἀξιόλογα, καὶ διὰ τὴν τῆς καρδίας ἐγγύτητα· ἢ γὰρ τὴν ἀρχὴν οὐ καταδέχεται ἢ πα‐</w:t>
      </w:r>
    </w:p>
    <w:p>
      <w:r>
        <w:rPr>
          <w:rFonts w:ascii="Courier New" w:hAnsi="Courier New"/>
          <w:color w:val="555555"/>
          <w:sz w:val="20"/>
        </w:rPr>
        <w:t>[5]</w:t>
      </w:r>
    </w:p>
    <w:p>
      <w:r>
        <w:rPr>
          <w:rFonts w:ascii="Gentium Plus" w:hAnsi="Gentium Plus"/>
          <w:sz w:val="24"/>
        </w:rPr>
        <w:t>ραδεξάμενα μετρίαν ὑποφαίνει τὴν μεταβολὴν τοῖς οὔροις γεγενημένην.</w:t>
      </w:r>
    </w:p>
    <w:p>
      <w:r>
        <w:rPr>
          <w:rFonts w:ascii="Courier New" w:hAnsi="Courier New"/>
          <w:color w:val="555555"/>
          <w:sz w:val="20"/>
        </w:rPr>
        <w:t>[3 . 24 . 11]</w:t>
      </w:r>
    </w:p>
    <w:p>
      <w:r>
        <w:rPr>
          <w:rFonts w:ascii="Gentium Plus" w:hAnsi="Gentium Plus"/>
          <w:sz w:val="24"/>
        </w:rPr>
        <w:t>Φαυλότερα μέντοι οὖρα κινηθέντα δεί‐ κνυσι τῶν πόρρω που τοῦ θερμοῦ πεφυκότων, εἴτε τόπῳ</w:t>
      </w:r>
    </w:p>
    <w:p>
      <w:r>
        <w:rPr>
          <w:rFonts w:ascii="Courier New" w:hAnsi="Courier New"/>
          <w:color w:val="555555"/>
          <w:sz w:val="20"/>
        </w:rPr>
        <w:t>[3 . 24 . 12]</w:t>
      </w:r>
    </w:p>
    <w:p>
      <w:r>
        <w:rPr>
          <w:rFonts w:ascii="Gentium Plus" w:hAnsi="Gentium Plus"/>
          <w:sz w:val="24"/>
        </w:rPr>
        <w:t>Ἐπεὶ δὲ τὰ τῶν ἁπλῶν κράσεων ἐπιταθεισῶν μεμά‐ θηκας οὔρων εἴδη, οἶσθα δὲ καὶ τὰ τῶν πλεοναζόντων ἐξευρίσκειν χυμῶν ἐν οὔροις εἴδη, ῥᾳδίως ἂν καὶ τὰ ἐπὶ τοῖς κατέχουσι νοσήμασι ἐξεύροις οὖρα, ὥστ’ ἀκριβῶς καὶ</w:t>
      </w:r>
    </w:p>
    <w:p>
      <w:r>
        <w:rPr>
          <w:rFonts w:ascii="Courier New" w:hAnsi="Courier New"/>
          <w:color w:val="555555"/>
          <w:sz w:val="20"/>
        </w:rPr>
        <w:t>[5]</w:t>
      </w:r>
    </w:p>
    <w:p>
      <w:r>
        <w:rPr>
          <w:rFonts w:ascii="Gentium Plus" w:hAnsi="Gentium Plus"/>
          <w:sz w:val="24"/>
        </w:rPr>
        <w:t>τὰ ἐπὶ τούτοις ἐπιθεῖναι διαγνώσεις.</w:t>
      </w:r>
    </w:p>
    <w:p>
      <w:r>
        <w:rPr>
          <w:rFonts w:ascii="Courier New" w:hAnsi="Courier New"/>
          <w:color w:val="555555"/>
          <w:sz w:val="20"/>
        </w:rPr>
        <w:t>[3 . 24 . 13]</w:t>
      </w:r>
    </w:p>
    <w:p>
      <w:r>
        <w:rPr>
          <w:rFonts w:ascii="Gentium Plus" w:hAnsi="Gentium Plus"/>
          <w:sz w:val="24"/>
        </w:rPr>
        <w:t>Οὐ γὰρ ἐξὸν ἡμῖν καθ’ ἕκαστον ἐξαγγέλλειν, ὅσα δῆτα τοῖς κατὰ μέρος ἐπιφαίνεται νοσήμασι, τὸ μὲν τὸ πλάτος τοῦ λόγου φεύ‐ γουσι, τὸ δ’ αὖ ἀρκούσας ἀποδεδωκόσι πρὸς διάγνωσιν</w:t>
      </w:r>
    </w:p>
    <w:p>
      <w:r>
        <w:rPr>
          <w:rFonts w:ascii="Courier New" w:hAnsi="Courier New"/>
          <w:color w:val="555555"/>
          <w:sz w:val="20"/>
        </w:rPr>
        <w:t>[5]</w:t>
      </w:r>
    </w:p>
    <w:p>
      <w:r>
        <w:rPr>
          <w:rFonts w:ascii="Gentium Plus" w:hAnsi="Gentium Plus"/>
          <w:sz w:val="24"/>
        </w:rPr>
        <w:t>μεθόδους, ὥστε καὶ ῥᾷον ἂν δόξειεν τὸ πολὺ τοῦ λόγου συνελόντι τις σπουδαίῳ καὶ προανεγνωκότι περὶ τῆς τῶν νοσημάτων διαφορᾶς τε καὶ αἰτίας βιβλία τὸ διαγνώσκειν ἕκαστα τῶν φαινομένων οὔρων.</w:t>
      </w:r>
    </w:p>
    <w:p>
      <w:r>
        <w:rPr>
          <w:rFonts w:ascii="Courier New" w:hAnsi="Courier New"/>
          <w:color w:val="555555"/>
          <w:sz w:val="20"/>
        </w:rPr>
        <w:t>[3 . 24 . 14]</w:t>
      </w:r>
    </w:p>
    <w:p>
      <w:r>
        <w:rPr>
          <w:rFonts w:ascii="Gentium Plus" w:hAnsi="Gentium Plus"/>
          <w:sz w:val="24"/>
        </w:rPr>
        <w:t>Εἰ γάρ τις ταῦτα ἀκριβῶς εἰδείη καὶ ἐφ’ ὁποίοις μάθοι χυμοῖς συνίσταται τῶν ἀξιολόγων νοσημάτων ἕκαστον, ἐν ἕξει δὲ καὶ τῶν ῥηθεισῶν ἐνταῦθα μεθόδων γένηται, ῥᾷστα ἂν λογισάμε‐</w:t>
      </w:r>
    </w:p>
    <w:p>
      <w:r>
        <w:rPr>
          <w:rFonts w:ascii="Courier New" w:hAnsi="Courier New"/>
          <w:color w:val="555555"/>
          <w:sz w:val="20"/>
        </w:rPr>
        <w:t>[5]</w:t>
      </w:r>
    </w:p>
    <w:p>
      <w:r>
        <w:rPr>
          <w:rFonts w:ascii="Gentium Plus" w:hAnsi="Gentium Plus"/>
          <w:sz w:val="24"/>
        </w:rPr>
        <w:t>νος ἐξεύροι, οἷά τισιν οὖρα νοσήμασιν ἐπιφαίνεται μά‐ λιστα.</w:t>
      </w:r>
    </w:p>
    <w:p>
      <w:r>
        <w:rPr>
          <w:rFonts w:ascii="Courier New" w:hAnsi="Courier New"/>
          <w:color w:val="555555"/>
          <w:sz w:val="20"/>
        </w:rPr>
        <w:t>[3 . 24 . 15]</w:t>
      </w:r>
    </w:p>
    <w:p>
      <w:r>
        <w:rPr>
          <w:rFonts w:ascii="Gentium Plus" w:hAnsi="Gentium Plus"/>
          <w:sz w:val="24"/>
        </w:rPr>
        <w:t>Τὰ μὲν γὰρ ἐκ προχείρου ἴσως μάθοι, ὅσα δῆτα περὶ τὸ φλεβῶδες γένος συνίσταται· ὅσα δ’ ἐπέκεινα τούτων, δυσχερὲς μὲν ἴσως, οὐ μέντοι καὶ τούτων τὰ σπουδαιότερα διαδιδράσκουσι τὸν ἀκριβεῖς τὰς ἐπισκέψεις</w:t>
      </w:r>
    </w:p>
    <w:p>
      <w:r>
        <w:rPr>
          <w:rFonts w:ascii="Courier New" w:hAnsi="Courier New"/>
          <w:color w:val="555555"/>
          <w:sz w:val="20"/>
        </w:rPr>
        <w:t>[5]</w:t>
      </w:r>
    </w:p>
    <w:p>
      <w:r>
        <w:rPr>
          <w:rFonts w:ascii="Gentium Plus" w:hAnsi="Gentium Plus"/>
          <w:sz w:val="24"/>
        </w:rPr>
        <w:t>ποιούμενον.</w:t>
      </w:r>
    </w:p>
    <w:p>
      <w:r>
        <w:rPr>
          <w:rFonts w:ascii="Courier New" w:hAnsi="Courier New"/>
          <w:color w:val="555555"/>
          <w:sz w:val="20"/>
        </w:rPr>
        <w:t>[3 . 24 . 16]</w:t>
      </w:r>
    </w:p>
    <w:p>
      <w:r>
        <w:rPr>
          <w:rFonts w:ascii="Gentium Plus" w:hAnsi="Gentium Plus"/>
          <w:sz w:val="24"/>
        </w:rPr>
        <w:t>Ὅσω καὶ γὰρ ἢ πνεύματος ἀλλοιωθέν‐ τος μόνου γίνεται, ἢ τοῦ νευρώδους πεπονθότος γένους, ῥᾳδίως ἀπὸ τῆς τῶν οὔρων οὐκ ἂν γνοίης ἐπισκέψεως, εἰ μή πως ἐπιδοθέντος τοῦ τυχόντος πάθους τὸ φλεβῶδες</w:t>
      </w:r>
    </w:p>
    <w:p>
      <w:r>
        <w:rPr>
          <w:rFonts w:ascii="Courier New" w:hAnsi="Courier New"/>
          <w:color w:val="555555"/>
          <w:sz w:val="20"/>
        </w:rPr>
        <w:t>[5]</w:t>
      </w:r>
    </w:p>
    <w:p>
      <w:r>
        <w:rPr>
          <w:rFonts w:ascii="Gentium Plus" w:hAnsi="Gentium Plus"/>
          <w:sz w:val="24"/>
        </w:rPr>
        <w:t>αἴσθησιν λάβῃ γένος· ἐντεῦθεν γὰρ τοῖς οὔροις ἐπίδηλα τὰ πάθη γίνεται.</w:t>
      </w:r>
    </w:p>
    <w:p>
      <w:pPr>
        <w:jc w:val="center"/>
      </w:pPr>
      <w:r>
        <w:rPr>
          <w:rFonts w:ascii="Gentium Plus" w:hAnsi="Gentium Plus"/>
          <w:b/>
          <w:sz w:val="24"/>
        </w:rPr>
        <w:t>Κεφ. κεʹ. Ὅτι δεῖ τὸν ἀκριβῶς ἐπισκέπτεσθαι βουλόμενον καὶ τὴν περὶ σφυγμῶν πραγματείαν ἀκριβῶς ἐπίστασθαι.</w:t>
      </w:r>
    </w:p>
    <w:p>
      <w:r>
        <w:rPr>
          <w:rFonts w:ascii="Courier New" w:hAnsi="Courier New"/>
          <w:color w:val="555555"/>
          <w:sz w:val="20"/>
        </w:rPr>
        <w:t>[3 . 25 . 1]</w:t>
      </w:r>
    </w:p>
    <w:p>
      <w:r>
        <w:rPr>
          <w:rFonts w:ascii="Gentium Plus" w:hAnsi="Gentium Plus"/>
          <w:sz w:val="24"/>
        </w:rPr>
        <w:t>Ἀσφαλέστερον δ’ ἂν ἴσως περὶ τούτων γνοίη ὁ τὰς τῶν σφυγμῶν κινήσεις ἐξησκηκὼς κρίνειν. αἱ γάρ τοι ἀρ‐ τηρίαι νευρώδους μὲν κεκοινωνήκασιν, ὡς ἴσμεν, χιτῶνος· πνεῦμα δ’ ἐν αὐταῖς ἔμπλεον ἔχουσιν, ὥστε πρώτως ἂν</w:t>
      </w:r>
    </w:p>
    <w:p>
      <w:r>
        <w:rPr>
          <w:rFonts w:ascii="Courier New" w:hAnsi="Courier New"/>
          <w:color w:val="555555"/>
          <w:sz w:val="20"/>
        </w:rPr>
        <w:t>[5]</w:t>
      </w:r>
    </w:p>
    <w:p>
      <w:r>
        <w:rPr>
          <w:rFonts w:ascii="Gentium Plus" w:hAnsi="Gentium Plus"/>
          <w:sz w:val="24"/>
        </w:rPr>
        <w:t>αὗται γνῶσιν παράσχοιεν τοῖς εἰδόσι σφυγμῶν ἅπτεσθαι γεγονυῖάν τινα περὶ τὸ πνεῦμα καὶ τὸ τῶν νεύρων ἀλ‐ λοίωσιν.</w:t>
      </w:r>
    </w:p>
    <w:p>
      <w:r>
        <w:rPr>
          <w:rFonts w:ascii="Courier New" w:hAnsi="Courier New"/>
          <w:color w:val="555555"/>
          <w:sz w:val="20"/>
        </w:rPr>
        <w:t>[3 . 25 . 2]</w:t>
      </w:r>
    </w:p>
    <w:p>
      <w:r>
        <w:rPr>
          <w:rFonts w:ascii="Gentium Plus" w:hAnsi="Gentium Plus"/>
          <w:sz w:val="24"/>
        </w:rPr>
        <w:t>Αὐτῶν μέντοι κρεῖττον δηλώσουσι τὰ οὖρα, ὅσα περί τε χυμοὺς καὶ τὰς πέψεις καὶ ὅσα ἐπὶ τού‐ τοις συμβέβηκε, καὶ εἰ τἀληθὲς δέον εἰπεῖν, καὶ ἀμφο‐ τέρων δεῖ τῶν μαθημάτων τῷ διαγινώσκειν ὀρθῶς</w:t>
      </w:r>
    </w:p>
    <w:p>
      <w:r>
        <w:rPr>
          <w:rFonts w:ascii="Courier New" w:hAnsi="Courier New"/>
          <w:color w:val="555555"/>
          <w:sz w:val="20"/>
        </w:rPr>
        <w:t>[5]</w:t>
      </w:r>
    </w:p>
    <w:p>
      <w:r>
        <w:rPr>
          <w:rFonts w:ascii="Gentium Plus" w:hAnsi="Gentium Plus"/>
          <w:sz w:val="24"/>
        </w:rPr>
        <w:t>σπουδάζοντι.</w:t>
      </w:r>
    </w:p>
    <w:p>
      <w:r>
        <w:rPr>
          <w:rFonts w:ascii="Courier New" w:hAnsi="Courier New"/>
          <w:color w:val="555555"/>
          <w:sz w:val="20"/>
        </w:rPr>
        <w:t>[3 . 25 . 3]</w:t>
      </w:r>
    </w:p>
    <w:p>
      <w:r>
        <w:rPr>
          <w:rFonts w:ascii="Gentium Plus" w:hAnsi="Gentium Plus"/>
          <w:sz w:val="24"/>
        </w:rPr>
        <w:t>Ὥσπερ γὰρ τῷ διερρωγότα οἶκον ἀνα‐ καινίσαι σπεύδοντι καὶ ἀμφοτέρων δεῖ χειρῶν, δυοῖν γὰρ θατέρας λειπομένης οὐκ ἀσφαλές ἐστι διευθετεῖν τὰ δέοντα, οὕτω τῷ τὴν τέχνην μετιόντι καὶ ἀμφοτέρων δεῖ</w:t>
      </w:r>
    </w:p>
    <w:p>
      <w:r>
        <w:rPr>
          <w:rFonts w:ascii="Courier New" w:hAnsi="Courier New"/>
          <w:color w:val="555555"/>
          <w:sz w:val="20"/>
        </w:rPr>
        <w:t>[5]</w:t>
      </w:r>
    </w:p>
    <w:p>
      <w:r>
        <w:rPr>
          <w:rFonts w:ascii="Gentium Plus" w:hAnsi="Gentium Plus"/>
          <w:sz w:val="24"/>
        </w:rPr>
        <w:t>τῶν πραγματειῶν.</w:t>
      </w:r>
    </w:p>
    <w:p>
      <w:r>
        <w:rPr>
          <w:rFonts w:ascii="Courier New" w:hAnsi="Courier New"/>
          <w:color w:val="555555"/>
          <w:sz w:val="20"/>
        </w:rPr>
        <w:t>[3 . 25 . 4]</w:t>
      </w:r>
    </w:p>
    <w:p>
      <w:r>
        <w:rPr>
          <w:rFonts w:ascii="Gentium Plus" w:hAnsi="Gentium Plus"/>
          <w:sz w:val="24"/>
        </w:rPr>
        <w:t>Ἀλλ’ ὁ μὲν περὶ διαγνώσεως οὔ‐ ρων λόγος ἀγαθὸς μὲν τοῖς ἀσκοῦσιν οὕτω φανείς, ὠφέλι‐ μος τοῖς κάμνουσι σώμασιν, ὁπόσον ἂν ἀληθείας ἅπτηται καὶ σπουδαστέος ἂν τοῖς γε νοῦν ἔχουσιν εἰκότως κρίνοιτο,</w:t>
      </w:r>
    </w:p>
    <w:p>
      <w:r>
        <w:rPr>
          <w:rFonts w:ascii="Courier New" w:hAnsi="Courier New"/>
          <w:color w:val="555555"/>
          <w:sz w:val="20"/>
        </w:rPr>
        <w:t>[5]</w:t>
      </w:r>
    </w:p>
    <w:p>
      <w:r>
        <w:rPr>
          <w:rFonts w:ascii="Gentium Plus" w:hAnsi="Gentium Plus"/>
          <w:sz w:val="24"/>
        </w:rPr>
        <w:t>ἡμῖν δὲ σύμμετρον ἀποδεδωκόσι τῷ λόγῳ μέτρον, δίκαιον ἂν εἴη καταπαύειν ὧδέ πη τὸν λόγον, ἵνα μὴ καὶ πολυ‐ λογεῖν ἐγκληθῶμεν.</w:t>
      </w:r>
    </w:p>
    <w:p>
      <w:r>
        <w:rPr>
          <w:rFonts w:ascii="Courier New" w:hAnsi="Courier New"/>
          <w:color w:val="555555"/>
          <w:sz w:val="20"/>
        </w:rPr>
        <w:t>[3 . 25 . 5]</w:t>
      </w:r>
    </w:p>
    <w:p>
      <w:r>
        <w:rPr>
          <w:rFonts w:ascii="Gentium Plus" w:hAnsi="Gentium Plus"/>
          <w:sz w:val="24"/>
        </w:rPr>
        <w:t>Ἃ δ’ ἄν τις ἐγκαλῶν τῷ λόγῳ νομίσει λείπειν τοῦτο νῦν ἡμῶν πυθόμενος παυέσθω, ἐπειδήπερ τὰ μὲν ὡς ἐκ τῶν ῥηθέντων ἐπίδηλα νο‐ μισθέντα λέλειπται, τὰ δ’ αὖ γε καὶ λεχθήσεται ἐν τοῖς</w:t>
      </w:r>
    </w:p>
    <w:p>
      <w:r>
        <w:rPr>
          <w:rFonts w:ascii="Courier New" w:hAnsi="Courier New"/>
          <w:color w:val="555555"/>
          <w:sz w:val="20"/>
        </w:rPr>
        <w:t>[5]</w:t>
      </w:r>
    </w:p>
    <w:p>
      <w:r>
        <w:rPr>
          <w:rFonts w:ascii="Gentium Plus" w:hAnsi="Gentium Plus"/>
          <w:sz w:val="24"/>
        </w:rPr>
        <w:t>περὶ προγνώσεως λόγοις, ἐκεῖσε μᾶλλον ἐφαρμόζειν δόξαντα.</w:t>
      </w:r>
    </w:p>
    <w:p>
      <w:r>
        <w:rPr>
          <w:rFonts w:ascii="Courier New" w:hAnsi="Courier New"/>
          <w:color w:val="555555"/>
          <w:sz w:val="20"/>
        </w:rPr>
        <w:t>[3 . 25 . 6]</w:t>
      </w:r>
    </w:p>
    <w:p>
      <w:r>
        <w:rPr>
          <w:rFonts w:ascii="Gentium Plus" w:hAnsi="Gentium Plus"/>
          <w:sz w:val="24"/>
        </w:rPr>
        <w:t>Κεκοινωνήκασι γὰρ ἀλλήλων πολὺ τῶν ἄλλων ταῦτα τῆς πραγματείας τὰ μέρη, ὤστε οὐ δεῖ θαυμάζειν, εἴ τι καὶ λελεῖφθαι δοκεῖ, μᾶλλον ἐκεῖσε δόξαν ἡμῖν ἁρμόσειν.</w:t>
      </w:r>
    </w:p>
    <w:p>
      <w:r>
        <w:rPr>
          <w:rFonts w:ascii="Courier New" w:hAnsi="Courier New"/>
          <w:color w:val="555555"/>
          <w:sz w:val="20"/>
        </w:rPr>
        <w:t>[3 . 25 . 7]</w:t>
      </w:r>
    </w:p>
    <w:p>
      <w:r>
        <w:rPr>
          <w:rFonts w:ascii="Gentium Plus" w:hAnsi="Gentium Plus"/>
          <w:sz w:val="24"/>
        </w:rPr>
        <w:t>Ἔπειτα κἄν τι καὶ λελεῖφθαι τῷ λόγῳ δόξειε, συγγνοίη δ’ ἄν τις πάθος ἐγκαλῶν ἀνθρώπινον καὶ πολλοῖς τῶν ὁσημέραι μετιόντων λόγους συμβαῖνον.</w:t>
      </w:r>
    </w:p>
    <w:p>
      <w:r>
        <w:rPr>
          <w:rFonts w:ascii="Courier New" w:hAnsi="Courier New"/>
          <w:color w:val="555555"/>
          <w:sz w:val="20"/>
        </w:rPr>
        <w:t>[3 . 25 . 8]</w:t>
      </w:r>
    </w:p>
    <w:p>
      <w:r>
        <w:rPr>
          <w:rFonts w:ascii="Gentium Plus" w:hAnsi="Gentium Plus"/>
          <w:sz w:val="24"/>
        </w:rPr>
        <w:t>Καὶ ταῦτα μὲν οὕτω· δίκαιον δ’ ἂν εἶναι τῷ λόγῳ δόξῃ καὶ τὰς τῶν ῥηθέντων αἰτίας τοῖς μετὰ τούτους ἐπιθεῖναι λόγοις, βραχύ τι μὲν λυσιτελούσας ἴσως τῇ τέχνῃ, ἀσφαλῇ δ’ ὅμως πα‐</w:t>
      </w:r>
    </w:p>
    <w:p>
      <w:r>
        <w:rPr>
          <w:rFonts w:ascii="Courier New" w:hAnsi="Courier New"/>
          <w:color w:val="555555"/>
          <w:sz w:val="20"/>
        </w:rPr>
        <w:t>[5]</w:t>
      </w:r>
    </w:p>
    <w:p>
      <w:r>
        <w:rPr>
          <w:rFonts w:ascii="Gentium Plus" w:hAnsi="Gentium Plus"/>
          <w:sz w:val="24"/>
        </w:rPr>
        <w:t>ρασκευαζούσας τὴν ἐπὶ τῶν λεχθεισῶν μέθοδον διαγνώ‐ σεων. ἀποδοθεισῶν γάρ τοι τῶν αἰτιῶν, πιστώσαιτ’ ἄν τις μᾶλλον τὰ λελεγμένα.</w:t>
      </w:r>
    </w:p>
    <w:p>
      <w:r>
        <w:rPr>
          <w:rFonts w:ascii="Courier New" w:hAnsi="Courier New"/>
          <w:color w:val="555555"/>
          <w:sz w:val="20"/>
        </w:rPr>
        <w:t>[3 . 25 . 9]</w:t>
      </w:r>
    </w:p>
    <w:p>
      <w:r>
        <w:rPr>
          <w:rFonts w:ascii="Gentium Plus" w:hAnsi="Gentium Plus"/>
          <w:sz w:val="24"/>
        </w:rPr>
        <w:t>Καὶ ὁ μὲν περὶ τῆς διαγνώ‐ σεως οὔρων λόγος ἀφείσθω ἤδη ῥηθεὶς ἀρκούντως· ἐφεξῆς δ’ ἀρχέσθω ὁ περὶ αἰτίας, οὕτω τῆς ἀκολουθίας ἀπαιτού‐ σης τῆς ἐπὶ πάσης συνθήκης. ὁ θεὸς δὲ δοίη κἀκεῖνα</w:t>
      </w:r>
    </w:p>
    <w:p>
      <w:r>
        <w:rPr>
          <w:rFonts w:ascii="Courier New" w:hAnsi="Courier New"/>
          <w:color w:val="555555"/>
          <w:sz w:val="20"/>
        </w:rPr>
        <w:t>[5]</w:t>
      </w:r>
    </w:p>
    <w:p>
      <w:r>
        <w:rPr>
          <w:rFonts w:ascii="Gentium Plus" w:hAnsi="Gentium Plus"/>
          <w:sz w:val="24"/>
        </w:rPr>
        <w:t>συμπερᾶναι λόγοις ἀληθείας πιστούμενα.</w:t>
      </w:r>
    </w:p>
    <w:p>
      <w:pPr>
        <w:jc w:val="center"/>
      </w:pPr>
      <w:r>
        <w:rPr>
          <w:rFonts w:ascii="Gentium Plus" w:hAnsi="Gentium Plus"/>
          <w:b/>
          <w:sz w:val="24"/>
        </w:rPr>
        <w:t>ΠΕΡΙ ΑΙΤΙΑΣ ΟΥΡΩΝ.</w:t>
      </w:r>
    </w:p>
    <w:p>
      <w:r>
        <w:rPr>
          <w:rFonts w:ascii="Courier New" w:hAnsi="Courier New"/>
          <w:color w:val="555555"/>
          <w:sz w:val="20"/>
        </w:rPr>
        <w:t>[t2]</w:t>
      </w:r>
    </w:p>
    <w:p>
      <w:r>
        <w:rPr>
          <w:rFonts w:ascii="Gentium Plus" w:hAnsi="Gentium Plus"/>
          <w:sz w:val="24"/>
        </w:rPr>
        <w:t>ΤΟ Αʹ.</w:t>
      </w:r>
    </w:p>
    <w:p>
      <w:r>
        <w:rPr>
          <w:rFonts w:ascii="Courier New" w:hAnsi="Courier New"/>
          <w:color w:val="555555"/>
          <w:sz w:val="20"/>
        </w:rPr>
        <w:t>[4 proem 1]</w:t>
      </w:r>
    </w:p>
    <w:p>
      <w:r>
        <w:rPr>
          <w:rFonts w:ascii="Gentium Plus" w:hAnsi="Gentium Plus"/>
          <w:sz w:val="24"/>
        </w:rPr>
        <w:t>Προοίμιον.</w:t>
      </w:r>
    </w:p>
    <w:p>
      <w:r>
        <w:rPr>
          <w:rFonts w:ascii="Courier New" w:hAnsi="Courier New"/>
          <w:color w:val="555555"/>
          <w:sz w:val="20"/>
        </w:rPr>
        <w:t>[1]</w:t>
      </w:r>
    </w:p>
    <w:p>
      <w:r>
        <w:rPr>
          <w:rFonts w:ascii="Gentium Plus" w:hAnsi="Gentium Plus"/>
          <w:sz w:val="24"/>
        </w:rPr>
        <w:t>Ἐπειδήπερ τῷ περί τινος αἱρουμένῳ γράφειν ζητή‐ ματος, οὔτ’ ἀναγκαῖα μόνον θέμις καταστρωννύειν τοῖς γράμμασιν, ἀλλὰ καὶ ὅσα χρήσιμα τῷ προκειμένῳ σκοπῷ πέφυκεν, οὕτω γὰρ διὰ πάντων ἰὼν ὁ λόγος τέλειος νο‐</w:t>
      </w:r>
    </w:p>
    <w:p>
      <w:r>
        <w:rPr>
          <w:rFonts w:ascii="Courier New" w:hAnsi="Courier New"/>
          <w:color w:val="555555"/>
          <w:sz w:val="20"/>
        </w:rPr>
        <w:t>[5]</w:t>
      </w:r>
    </w:p>
    <w:p>
      <w:r>
        <w:rPr>
          <w:rFonts w:ascii="Gentium Plus" w:hAnsi="Gentium Plus"/>
          <w:sz w:val="24"/>
        </w:rPr>
        <w:t>μισθείη καὶ ὁ περὶ αἰτίας οὔρων δεόντως νῦν ἀποδοθείη τῇ πραγματείᾳ.</w:t>
      </w:r>
    </w:p>
    <w:p>
      <w:r>
        <w:rPr>
          <w:rFonts w:ascii="Courier New" w:hAnsi="Courier New"/>
          <w:color w:val="555555"/>
          <w:sz w:val="20"/>
        </w:rPr>
        <w:t>[4 proem 2]</w:t>
      </w:r>
    </w:p>
    <w:p>
      <w:r>
        <w:rPr>
          <w:rFonts w:ascii="Gentium Plus" w:hAnsi="Gentium Plus"/>
          <w:sz w:val="24"/>
        </w:rPr>
        <w:t>Τοῖς μὲν γὰρ πείρᾳ τὸ πλέον ἐγ‐ γυμνασθεῖσι τῇ τέχνῃ καὶ λόγων ἀλογήσασιν οἱωνδήτινων μόνος ἂν ὁ περὶ διαγνώσεως ἀρκέσῃ λόγος· τοῖς δὲ φιλο‐ σοφίᾳ τὴν τέχνην καλύνουσι καὶ προεῖσι πάντα ἢ μηδέν</w:t>
      </w:r>
    </w:p>
    <w:p>
      <w:r>
        <w:rPr>
          <w:rFonts w:ascii="Courier New" w:hAnsi="Courier New"/>
          <w:color w:val="555555"/>
          <w:sz w:val="20"/>
        </w:rPr>
        <w:t>[5]</w:t>
      </w:r>
    </w:p>
    <w:p>
      <w:r>
        <w:rPr>
          <w:rFonts w:ascii="Gentium Plus" w:hAnsi="Gentium Plus"/>
          <w:sz w:val="24"/>
        </w:rPr>
        <w:t>τι ἀναίτιον βούλεσθαι εἰδέναι, ἀναγκαίως ἂν καὶ ὁ περὶ αἰτίας οὔρων λόγος ἀποδοθείη· ὁ μὲν γὰρ ἀκριβῶς εἰδὼς ἐξετάζειν τὰς τῶν γινομένων αἰτίας, ῥᾳδίως ἂν καὶ τὰ διαγνωσθέντα δέξαιτο καὶ τὰ λείποντα προσθείη ἂν βου‐ ληθείς. ὁ δ’ ἀγνοήσας τοὺς περὶ αἰτίας λόγους οὐδ’ ἐπι‐</w:t>
      </w:r>
    </w:p>
    <w:p>
      <w:r>
        <w:rPr>
          <w:rFonts w:ascii="Courier New" w:hAnsi="Courier New"/>
          <w:color w:val="555555"/>
          <w:sz w:val="20"/>
        </w:rPr>
        <w:t>[10]</w:t>
      </w:r>
    </w:p>
    <w:p>
      <w:r>
        <w:rPr>
          <w:rFonts w:ascii="Gentium Plus" w:hAnsi="Gentium Plus"/>
          <w:sz w:val="24"/>
        </w:rPr>
        <w:t>στημόνως ἕξει τὰς διαγνώσεις τούτων, ὥστε δίκαιον ἂν εἴη καὶ τοὺς περὶ αἰτίας οὔρων λόγους ἐπιθεῖναι τῇ πρα‐ γματείᾳ, ἵνα διὰ πάντων καλῶς καὶ τελείως ἥκων ὁ λόγος πᾶσιν ἀρκῶν ὀφθείη τοῖς περὶ τὰ τοιαῦτα ἐσπουδακόσιν.</w:t>
      </w:r>
    </w:p>
    <w:p>
      <w:r>
        <w:rPr>
          <w:rFonts w:ascii="Courier New" w:hAnsi="Courier New"/>
          <w:color w:val="555555"/>
          <w:sz w:val="20"/>
        </w:rPr>
        <w:t>[4 proem 4]</w:t>
      </w:r>
    </w:p>
    <w:p>
      <w:r>
        <w:rPr>
          <w:rFonts w:ascii="Gentium Plus" w:hAnsi="Gentium Plus"/>
          <w:sz w:val="24"/>
        </w:rPr>
        <w:t>Ἐπεὶ τοίνυν περὶ αἰτίας οὔρων οἱωνδήτινων φαινομέ‐ νων εἰπεῖν προυθούμεθα, χρεὼν ἂν εἴη προεπιθεῖναι τῷ λόγῳ τοὺς περὶ αἰτίας πέψεως ὥπερ ἐπαναλαβοῦσι τὸν λόγον.</w:t>
      </w:r>
    </w:p>
    <w:p>
      <w:pPr>
        <w:jc w:val="center"/>
      </w:pPr>
      <w:r>
        <w:rPr>
          <w:rFonts w:ascii="Gentium Plus" w:hAnsi="Gentium Plus"/>
          <w:b/>
          <w:sz w:val="24"/>
        </w:rPr>
        <w:t>Κεφ. αʹ. Περὶ αἰτίας τῆς τῶν ζῴων διαμονῆς.</w:t>
      </w:r>
    </w:p>
    <w:p>
      <w:r>
        <w:rPr>
          <w:rFonts w:ascii="Courier New" w:hAnsi="Courier New"/>
          <w:color w:val="555555"/>
          <w:sz w:val="20"/>
        </w:rPr>
        <w:t>[4 . 1 . 1]</w:t>
      </w:r>
    </w:p>
    <w:p>
      <w:r>
        <w:rPr>
          <w:rFonts w:ascii="Gentium Plus" w:hAnsi="Gentium Plus"/>
          <w:sz w:val="24"/>
        </w:rPr>
        <w:t>Τῆς τοίνυν αὐτῆς φύσεως ἀεὶ μὲν τὸ παράμονον ταῖς τῶν εἰδῶν διαδοχαῖς τηρούσης ταῖς ἐξ ἀλλήλων δηλον‐ ότι γεννήσεσι, τοῖς δὲ καθ’ ἕκαστον δεῆσαν αὖθις διαμο‐ νῶν, ἵνα μὴ τῷ γεγενῆσθαι ἅμα διαφθείροιτο, τὴν ἐπὶ</w:t>
      </w:r>
    </w:p>
    <w:p>
      <w:r>
        <w:rPr>
          <w:rFonts w:ascii="Courier New" w:hAnsi="Courier New"/>
          <w:color w:val="555555"/>
          <w:sz w:val="20"/>
        </w:rPr>
        <w:t>[5]</w:t>
      </w:r>
    </w:p>
    <w:p>
      <w:r>
        <w:rPr>
          <w:rFonts w:ascii="Gentium Plus" w:hAnsi="Gentium Plus"/>
          <w:sz w:val="24"/>
        </w:rPr>
        <w:t>ταῖς τροφαῖς ἐξεῦρε μέθοδον.</w:t>
      </w:r>
    </w:p>
    <w:p>
      <w:r>
        <w:rPr>
          <w:rFonts w:ascii="Courier New" w:hAnsi="Courier New"/>
          <w:color w:val="555555"/>
          <w:sz w:val="20"/>
        </w:rPr>
        <w:t>[4 . 1 . 2]</w:t>
      </w:r>
    </w:p>
    <w:p>
      <w:r>
        <w:rPr>
          <w:rFonts w:ascii="Gentium Plus" w:hAnsi="Gentium Plus"/>
          <w:sz w:val="24"/>
        </w:rPr>
        <w:t>Καὶ ταύτῃ τοῦ καθ’ ἕκαστον συνεστήσατο τὴν ζωήν, προεποικοδομήσασα τρο‐</w:t>
      </w:r>
    </w:p>
    <w:p>
      <w:r>
        <w:rPr>
          <w:rFonts w:ascii="Courier New" w:hAnsi="Courier New"/>
          <w:color w:val="555555"/>
          <w:sz w:val="20"/>
        </w:rPr>
        <w:t>[4 . 1 . 3]</w:t>
      </w:r>
    </w:p>
    <w:p>
      <w:r>
        <w:rPr>
          <w:rFonts w:ascii="Gentium Plus" w:hAnsi="Gentium Plus"/>
          <w:sz w:val="24"/>
        </w:rPr>
        <w:t>Ὑγρῶν οὖν καὶ ξηρῶν καὶ πνευμά‐ των ὄντων τῶν τὴν σύστασιν αὐτὴν τοῦ σώματος διειλη‐ φότων καὶ διὰ τούτων τῆς ζωῆς ἐνεργουμένης, ὁ μὲν περὶ τροφῆς ἐκ πνεύματος λόγος ἄλλοις μᾶλλον ἂν πραγμα‐</w:t>
      </w:r>
    </w:p>
    <w:p>
      <w:r>
        <w:rPr>
          <w:rFonts w:ascii="Courier New" w:hAnsi="Courier New"/>
          <w:color w:val="555555"/>
          <w:sz w:val="20"/>
        </w:rPr>
        <w:t>[5]</w:t>
      </w:r>
    </w:p>
    <w:p>
      <w:r>
        <w:rPr>
          <w:rFonts w:ascii="Gentium Plus" w:hAnsi="Gentium Plus"/>
          <w:sz w:val="24"/>
        </w:rPr>
        <w:t>τείαις ἀρκέσαι, ὁ δέ γε περὶ ξηρᾶς καὶ ὑγρᾶς τροφῆς δί‐ καιος ὢν λελέχθαι ἤδη που καὶ καταρχεσθω λυσιτελήσων οὐ τὰ μέτρια τῇ περὶ οὔρων πραγματείᾳ.</w:t>
      </w:r>
    </w:p>
    <w:p>
      <w:r>
        <w:rPr>
          <w:rFonts w:ascii="Courier New" w:hAnsi="Courier New"/>
          <w:color w:val="555555"/>
          <w:sz w:val="20"/>
        </w:rPr>
        <w:t>[4 . 1 . 4]</w:t>
      </w:r>
    </w:p>
    <w:p>
      <w:r>
        <w:rPr>
          <w:rFonts w:ascii="Gentium Plus" w:hAnsi="Gentium Plus"/>
          <w:sz w:val="24"/>
        </w:rPr>
        <w:t>Τῆς τοίνυν τροφῆς πρῶτον διαμασηθείσης καὶ προπαρασκευασθείσης εἰς πέψιν ἕτοιμον, αὐτήν τε καὶ τὰ πινόμενα ἡ γαστὴρ εἰληφυῖα καὶ περιπτυξαμένη τῷ ἐμφύτῳ ἀλλοιοῖ θερμῷ,</w:t>
      </w:r>
    </w:p>
    <w:p>
      <w:r>
        <w:rPr>
          <w:rFonts w:ascii="Courier New" w:hAnsi="Courier New"/>
          <w:color w:val="555555"/>
          <w:sz w:val="20"/>
        </w:rPr>
        <w:t>[5]</w:t>
      </w:r>
    </w:p>
    <w:p>
      <w:r>
        <w:rPr>
          <w:rFonts w:ascii="Gentium Plus" w:hAnsi="Gentium Plus"/>
          <w:sz w:val="24"/>
        </w:rPr>
        <w:t>μηδενός τινος ἐμποδὼν τυγχάνοντος.</w:t>
      </w:r>
    </w:p>
    <w:p>
      <w:r>
        <w:rPr>
          <w:rFonts w:ascii="Courier New" w:hAnsi="Courier New"/>
          <w:color w:val="555555"/>
          <w:sz w:val="20"/>
        </w:rPr>
        <w:t>[4 . 1 . 5]</w:t>
      </w:r>
    </w:p>
    <w:p>
      <w:r>
        <w:rPr>
          <w:rFonts w:ascii="Gentium Plus" w:hAnsi="Gentium Plus"/>
          <w:sz w:val="24"/>
        </w:rPr>
        <w:t>Ἐπειδὰν δὲ ταύ‐ την χυλοποιήσῃ, ὅσον μὲν λεπτότερον καὶ ἀκραιφνέστερον ταύτης, διὰ τῶν καθηκουσῶν ἀφ’ ἥπατος φλεβῶν ἐκμυζᾶ‐ ται οἷον καὶ ἀνιμᾶται πρὸς κρείττω τινὰ ταύτης μεταβο‐</w:t>
      </w:r>
    </w:p>
    <w:p>
      <w:r>
        <w:rPr>
          <w:rFonts w:ascii="Courier New" w:hAnsi="Courier New"/>
          <w:color w:val="555555"/>
          <w:sz w:val="20"/>
        </w:rPr>
        <w:t>[5]</w:t>
      </w:r>
    </w:p>
    <w:p>
      <w:r>
        <w:rPr>
          <w:rFonts w:ascii="Gentium Plus" w:hAnsi="Gentium Plus"/>
          <w:sz w:val="24"/>
        </w:rPr>
        <w:t>λήν.</w:t>
      </w:r>
    </w:p>
    <w:p>
      <w:r>
        <w:rPr>
          <w:rFonts w:ascii="Courier New" w:hAnsi="Courier New"/>
          <w:color w:val="555555"/>
          <w:sz w:val="20"/>
        </w:rPr>
        <w:t>[4 . 1 . 6]</w:t>
      </w:r>
    </w:p>
    <w:p>
      <w:r>
        <w:rPr>
          <w:rFonts w:ascii="Gentium Plus" w:hAnsi="Gentium Plus"/>
          <w:sz w:val="24"/>
        </w:rPr>
        <w:t>Πρώτην μὲν γὰρ ἀληθῶς ἀλλοίωσιν ἡ τροφὴ περὶ τὴν γαστέρα δεξαμένη τὴν ἐν φλεψὶ καὶ ἥπατι ἐπὶ ταύτην δευτέραν λαμβάνει κρείττω μὲν τῆς προτέρας, μείω δὲ τῆς μετ’ αὐτὴν τρίτης πέψεως.</w:t>
      </w:r>
    </w:p>
    <w:p>
      <w:r>
        <w:rPr>
          <w:rFonts w:ascii="Courier New" w:hAnsi="Courier New"/>
          <w:color w:val="555555"/>
          <w:sz w:val="20"/>
        </w:rPr>
        <w:t>[4 . 1 . 7]</w:t>
      </w:r>
    </w:p>
    <w:p>
      <w:r>
        <w:rPr>
          <w:rFonts w:ascii="Gentium Plus" w:hAnsi="Gentium Plus"/>
          <w:sz w:val="24"/>
        </w:rPr>
        <w:t>Ἀλλ’ ἐπειδὰν ἀρκούντως, ὡς εἴρηται, ἡ περὶ τὴν γαστέρα τροφὴ πεφθῇ, καὶ τὸ μὲν ἀρχεῖον ταύτης δι’ ἐντέρων ἀποκριθῇ, τὸ δ’ ὡς χρήσιμον ἀναδοθῇ, τοῦτο ἡ ἐν ἥπατι καὶ φλεψὶ</w:t>
      </w:r>
    </w:p>
    <w:p>
      <w:r>
        <w:rPr>
          <w:rFonts w:ascii="Courier New" w:hAnsi="Courier New"/>
          <w:color w:val="555555"/>
          <w:sz w:val="20"/>
        </w:rPr>
        <w:t>[5]</w:t>
      </w:r>
    </w:p>
    <w:p>
      <w:r>
        <w:rPr>
          <w:rFonts w:ascii="Gentium Plus" w:hAnsi="Gentium Plus"/>
          <w:sz w:val="24"/>
        </w:rPr>
        <w:t>δεξαμένη δύναμις καὶ αὐτὴ καθ’ αὑτὴν ὑγιῶς ἔχουσα ἀλ‐ λοιοῖ τε καὶ εἰς ἐρυθρότητα μεταβάλλει αἵματος, κἀκεῖσέ που περὶ τὰ κοῖλα γεγονυίας τῆς τοῦ αἵματος διακρίσεως.</w:t>
      </w:r>
    </w:p>
    <w:p>
      <w:r>
        <w:rPr>
          <w:rFonts w:ascii="Courier New" w:hAnsi="Courier New"/>
          <w:color w:val="555555"/>
          <w:sz w:val="20"/>
        </w:rPr>
        <w:t>[4 . 1 . 8]</w:t>
      </w:r>
    </w:p>
    <w:p>
      <w:r>
        <w:rPr>
          <w:rFonts w:ascii="Gentium Plus" w:hAnsi="Gentium Plus"/>
          <w:sz w:val="24"/>
        </w:rPr>
        <w:t>Οὐ γὰρ ἐᾶται ἔτι πορρωτέρω βαίνειν τοῦθ’ ὡς ἔτυχεν, ἵνα μὴ οὐκ ἀκραιφνοῦς ἀποδοθείσης τῷ σώματι τροφῆς καὶ ἡ σὰρξ φαύλη κατασκευασθείη, ἐκεῖ που παρὰ τὰ κυρτὰ παραθεμένη τοῦ ἥπατος τὴν χοληδόχον κύστιν, τὸ</w:t>
      </w:r>
    </w:p>
    <w:p>
      <w:r>
        <w:rPr>
          <w:rFonts w:ascii="Courier New" w:hAnsi="Courier New"/>
          <w:color w:val="555555"/>
          <w:sz w:val="20"/>
        </w:rPr>
        <w:t>[5]</w:t>
      </w:r>
    </w:p>
    <w:p>
      <w:r>
        <w:rPr>
          <w:rFonts w:ascii="Gentium Plus" w:hAnsi="Gentium Plus"/>
          <w:sz w:val="24"/>
        </w:rPr>
        <w:t>μὲν λεπτότερόν τε καὶ δριμότερον τοῦ αἵματος ἐκεῖ που διὰ τοῦ καθήκοντος πόρου μεταχωρεῖν ποιεῖ· ὁπόσον δὲ γεῶδές τε καὶ παχύτερον ὁ σπλὴν πρὸς ἑαυτὸν ἐφέλκεται·</w:t>
      </w:r>
    </w:p>
    <w:p>
      <w:r>
        <w:rPr>
          <w:rFonts w:ascii="Courier New" w:hAnsi="Courier New"/>
          <w:color w:val="555555"/>
          <w:sz w:val="20"/>
        </w:rPr>
        <w:t>[4 . 1 . 9]</w:t>
      </w:r>
    </w:p>
    <w:p>
      <w:r>
        <w:rPr>
          <w:rFonts w:ascii="Gentium Plus" w:hAnsi="Gentium Plus"/>
          <w:sz w:val="24"/>
        </w:rPr>
        <w:t>Καὶ δὴ τοῦ μὲν ξανθηχόλου τε καὶ γεώδους οὕτω διακριθέντος χυμοῦ, λειπομένου δὲ τοῦ ὀρρώδους, ἐκεῖ μὲν αὐτὸς οὐκέτι εἰάθη διακριθῆναι, οὕτω δόξαν, καὶ τοι τῶν νεφρῶν παρακειμένων.</w:t>
      </w:r>
    </w:p>
    <w:p>
      <w:r>
        <w:rPr>
          <w:rFonts w:ascii="Courier New" w:hAnsi="Courier New"/>
          <w:color w:val="555555"/>
          <w:sz w:val="20"/>
        </w:rPr>
        <w:t>[4 . 1 . 10]</w:t>
      </w:r>
    </w:p>
    <w:p>
      <w:r>
        <w:rPr>
          <w:rFonts w:ascii="Gentium Plus" w:hAnsi="Gentium Plus"/>
          <w:sz w:val="24"/>
        </w:rPr>
        <w:t>Διὰ δὲ τῆς στελεχιαίας φλεβὸς καὶ τῶν κοίλων διαβιβασθέντος τοῦ ἥπατος καὶ</w:t>
      </w:r>
    </w:p>
    <w:p>
      <w:r>
        <w:rPr>
          <w:rFonts w:ascii="Courier New" w:hAnsi="Courier New"/>
          <w:color w:val="555555"/>
          <w:sz w:val="20"/>
        </w:rPr>
        <w:t>[4 . 1 . 11]</w:t>
      </w:r>
    </w:p>
    <w:p>
      <w:r>
        <w:rPr>
          <w:rFonts w:ascii="Gentium Plus" w:hAnsi="Gentium Plus"/>
          <w:sz w:val="24"/>
        </w:rPr>
        <w:t>Στε‐ νοχωρία γὰρ τῶν πόρων πέφυκε μεταξὺ τῶν τε κοίλων καὶ κυρτῶν τοῦ ἥπατος διὰ τοῦ ἀποσχιζομένου κατὰ τὸ λαβδοειδὲς σχῆμα καλούμενον τῆς κοίλης φλεβὸς περὶ τοὺς</w:t>
      </w:r>
    </w:p>
    <w:p>
      <w:r>
        <w:rPr>
          <w:rFonts w:ascii="Courier New" w:hAnsi="Courier New"/>
          <w:color w:val="555555"/>
          <w:sz w:val="20"/>
        </w:rPr>
        <w:t>[5]</w:t>
      </w:r>
    </w:p>
    <w:p>
      <w:r>
        <w:rPr>
          <w:rFonts w:ascii="Gentium Plus" w:hAnsi="Gentium Plus"/>
          <w:sz w:val="24"/>
        </w:rPr>
        <w:t>νεφροὺς διακρινόμενον χωρεῖ τὸ ὀρρῶδες οὖρον μόνον ἐκεῖθεν φερόμενον.</w:t>
      </w:r>
    </w:p>
    <w:p>
      <w:r>
        <w:rPr>
          <w:rFonts w:ascii="Courier New" w:hAnsi="Courier New"/>
          <w:color w:val="555555"/>
          <w:sz w:val="20"/>
        </w:rPr>
        <w:t>[4 . 1 . 12]</w:t>
      </w:r>
    </w:p>
    <w:p>
      <w:r>
        <w:rPr>
          <w:rFonts w:ascii="Gentium Plus" w:hAnsi="Gentium Plus"/>
          <w:sz w:val="24"/>
        </w:rPr>
        <w:t>Ὅσον δὲ τοῦ αἵματος πέφυκεν, ἐπ’ αὐτὴν ἤδη χωρῆσαν τὴν καρδίαν καὶ κρείττω τῆς προϋπαρχούσης δεξάμενον ἀλλοίωσιν ἐπὶ τὰ τοῦ σώματος ἐκεῖθεν διὰ τῶν φλεβῶν κατακερματίζεται μέρη, ἄρδον</w:t>
      </w:r>
    </w:p>
    <w:p>
      <w:r>
        <w:rPr>
          <w:rFonts w:ascii="Courier New" w:hAnsi="Courier New"/>
          <w:color w:val="555555"/>
          <w:sz w:val="20"/>
        </w:rPr>
        <w:t>[5]</w:t>
      </w:r>
    </w:p>
    <w:p>
      <w:r>
        <w:rPr>
          <w:rFonts w:ascii="Gentium Plus" w:hAnsi="Gentium Plus"/>
          <w:sz w:val="24"/>
        </w:rPr>
        <w:t>οἷον τὸν αὐχμὸν τοῦ σώματος.</w:t>
      </w:r>
    </w:p>
    <w:p>
      <w:r>
        <w:rPr>
          <w:rFonts w:ascii="Courier New" w:hAnsi="Courier New"/>
          <w:color w:val="555555"/>
          <w:sz w:val="20"/>
        </w:rPr>
        <w:t>[4 . 1 . 13]</w:t>
      </w:r>
    </w:p>
    <w:p>
      <w:r>
        <w:rPr>
          <w:rFonts w:ascii="Gentium Plus" w:hAnsi="Gentium Plus"/>
          <w:sz w:val="24"/>
        </w:rPr>
        <w:t>Καὶ γοῦν πρώτης μὲν πέψεως τῆς περὶ τὴν γαστέρα δηλονότι περιττώματά τε ἐμούμενα καὶ διαχωρούμενα δείκνυται· τῆς δ’ ἐν τοῖς κοίλοις τοῦ ἥπατος αἵ τε χολαὶ καὶ τὰ οὖρα.</w:t>
      </w:r>
    </w:p>
    <w:p>
      <w:r>
        <w:rPr>
          <w:rFonts w:ascii="Courier New" w:hAnsi="Courier New"/>
          <w:color w:val="555555"/>
          <w:sz w:val="20"/>
        </w:rPr>
        <w:t>[4 . 1 . 14]</w:t>
      </w:r>
    </w:p>
    <w:p>
      <w:r>
        <w:rPr>
          <w:rFonts w:ascii="Gentium Plus" w:hAnsi="Gentium Plus"/>
          <w:sz w:val="24"/>
        </w:rPr>
        <w:t>Λεί‐ ποιτο δ’ ἂν οὖν καὶ περὶ τῆς τρίτης ἤδη πέψεως φάναι ἐπὶ τῷ φλεβώδει μέρει ἐνεργουμένης· οὕτω γὰρ ἀποδοθέντος τοῦ λόγου ἀρκοῦσαν ἂν οἶμαι προπαρασκευὴν ἕξειν πρὸς</w:t>
      </w:r>
    </w:p>
    <w:p>
      <w:r>
        <w:rPr>
          <w:rFonts w:ascii="Courier New" w:hAnsi="Courier New"/>
          <w:color w:val="555555"/>
          <w:sz w:val="20"/>
        </w:rPr>
        <w:t>[5]</w:t>
      </w:r>
    </w:p>
    <w:p>
      <w:r>
        <w:rPr>
          <w:rFonts w:ascii="Gentium Plus" w:hAnsi="Gentium Plus"/>
          <w:sz w:val="24"/>
        </w:rPr>
        <w:t>τὰ ῥηθησόμενα ἐπὶ ταῖς τῶν φαινομένων αἰτίαις οὔρων.</w:t>
      </w:r>
    </w:p>
    <w:p>
      <w:pPr>
        <w:jc w:val="center"/>
      </w:pPr>
      <w:r>
        <w:rPr>
          <w:rFonts w:ascii="Gentium Plus" w:hAnsi="Gentium Plus"/>
          <w:b/>
          <w:sz w:val="24"/>
        </w:rPr>
        <w:t>Κεφ. βʹ. Περὶ αἰτίας τῆς τῶν παρυφισταμένων γενέσεως.</w:t>
      </w:r>
    </w:p>
    <w:p>
      <w:r>
        <w:rPr>
          <w:rFonts w:ascii="Courier New" w:hAnsi="Courier New"/>
          <w:color w:val="555555"/>
          <w:sz w:val="20"/>
        </w:rPr>
        <w:t>[4 . 2 . 1]</w:t>
      </w:r>
    </w:p>
    <w:p>
      <w:r>
        <w:rPr>
          <w:rFonts w:ascii="Gentium Plus" w:hAnsi="Gentium Plus"/>
          <w:sz w:val="24"/>
        </w:rPr>
        <w:t>Τῆς τοίνυν τελεωτέρας τε καὶ τρίτης πέψεως γινο‐ μένης κατὰ τὸν αὐτῆς προσήκοντα λόγον καὶ τὰ ἐπ’ αὐτῇ ἐν τοῖς οὔροις φαίνεται παρυφιστάμενα περιττώματα, ὧν‐ περ δὴ τὰ λεπτότερα οἷοί θ’ ἱδρῶτες καὶ τὰ διαπνεόμενα</w:t>
      </w:r>
    </w:p>
    <w:p>
      <w:r>
        <w:rPr>
          <w:rFonts w:ascii="Courier New" w:hAnsi="Courier New"/>
          <w:color w:val="555555"/>
          <w:sz w:val="20"/>
        </w:rPr>
        <w:t>[5]</w:t>
      </w:r>
    </w:p>
    <w:p>
      <w:r>
        <w:rPr>
          <w:rFonts w:ascii="Gentium Plus" w:hAnsi="Gentium Plus"/>
          <w:sz w:val="24"/>
        </w:rPr>
        <w:t>πεφύκασιν ἀδήλως, καὶ καθόσον ἂν διαμαρτία κἀπὶ τῇ τοιαύτῃ τρίτῃ πέψει γίνηται, καὶ τὰ παρυφισταμένα δεί‐ ξουσιν.</w:t>
      </w:r>
    </w:p>
    <w:p>
      <w:r>
        <w:rPr>
          <w:rFonts w:ascii="Courier New" w:hAnsi="Courier New"/>
          <w:color w:val="555555"/>
          <w:sz w:val="20"/>
        </w:rPr>
        <w:t>[4 . 2 . 2]</w:t>
      </w:r>
    </w:p>
    <w:p>
      <w:r>
        <w:rPr>
          <w:rFonts w:ascii="Gentium Plus" w:hAnsi="Gentium Plus"/>
          <w:sz w:val="24"/>
        </w:rPr>
        <w:t>Ὁ γοῦν ταῦτα εἰδώς, ἐφ’ αἷς αἰτίαις μετα‐ βάλλεται, καὶ τὰς διαγνώσεις ἀσφαλέστατα τῷ λόγῳ ἂν ἀποδοίη, ἀλλ’ ὁ μὲν περὶ διαγνώσεως λόγος ἤδη που λέ‐ λεκται.</w:t>
      </w:r>
    </w:p>
    <w:p>
      <w:r>
        <w:rPr>
          <w:rFonts w:ascii="Courier New" w:hAnsi="Courier New"/>
          <w:color w:val="555555"/>
          <w:sz w:val="20"/>
        </w:rPr>
        <w:t>[4 . 2 . 3]</w:t>
      </w:r>
    </w:p>
    <w:p>
      <w:r>
        <w:rPr>
          <w:rFonts w:ascii="Gentium Plus" w:hAnsi="Gentium Plus"/>
          <w:sz w:val="24"/>
        </w:rPr>
        <w:t>Ῥηθείη δ’ ἂν νῦν εἰκότως ὁ περὶ τῆς αἰτίας οὕτω προαγάγοντος τοῦ παντὸς λόγου.</w:t>
      </w:r>
    </w:p>
    <w:p>
      <w:r>
        <w:rPr>
          <w:rFonts w:ascii="Courier New" w:hAnsi="Courier New"/>
          <w:color w:val="555555"/>
          <w:sz w:val="20"/>
        </w:rPr>
        <w:t>[4 . 2 . 4]</w:t>
      </w:r>
    </w:p>
    <w:p>
      <w:r>
        <w:rPr>
          <w:rFonts w:ascii="Gentium Plus" w:hAnsi="Gentium Plus"/>
          <w:sz w:val="24"/>
        </w:rPr>
        <w:t>Προδιασκεψά‐ μενοι γοῦν τὰς αἰτίας τῶν παρυφισταμένων οὕτω τῶν λοιπῶν ἁψόμεθα καθ’ εἱρμὸν προβαίνοντες τὸν προση‐ κόντα, οἷον οὖν τι συμβαίνειν εἴωθεν ἐν τοῖς ἀψοστήμασι</w:t>
      </w:r>
    </w:p>
    <w:p>
      <w:r>
        <w:rPr>
          <w:rFonts w:ascii="Courier New" w:hAnsi="Courier New"/>
          <w:color w:val="555555"/>
          <w:sz w:val="20"/>
        </w:rPr>
        <w:t>[5]</w:t>
      </w:r>
    </w:p>
    <w:p>
      <w:r>
        <w:rPr>
          <w:rFonts w:ascii="Gentium Plus" w:hAnsi="Gentium Plus"/>
          <w:sz w:val="24"/>
        </w:rPr>
        <w:t>καὶ οἱοισδήτισιν ἕλκεσιν· ἂν μὲν ἐπικρατοῦσα ᾖ ἡ φυ‐ σικὴ καὶ πεπτικὴ δύναμις, βραχύ τι ἢ οὐδὲν τὰ πῦα ὄζει καὶ λευκὰ καὶ λεῖα καὶ ὁμοιομερῆ πάντα τυγχάνει· κρατη‐</w:t>
      </w:r>
    </w:p>
    <w:p>
      <w:r>
        <w:rPr>
          <w:rFonts w:ascii="Courier New" w:hAnsi="Courier New"/>
          <w:color w:val="555555"/>
          <w:sz w:val="20"/>
        </w:rPr>
        <w:t>[10]</w:t>
      </w:r>
    </w:p>
    <w:p>
      <w:r>
        <w:rPr>
          <w:rFonts w:ascii="Gentium Plus" w:hAnsi="Gentium Plus"/>
          <w:sz w:val="24"/>
        </w:rPr>
        <w:t>τε βαρέως καὶ πάντη τῶν ὑγειῶν αὐτῶν ἀπέοικε.</w:t>
      </w:r>
    </w:p>
    <w:p>
      <w:r>
        <w:rPr>
          <w:rFonts w:ascii="Courier New" w:hAnsi="Courier New"/>
          <w:color w:val="555555"/>
          <w:sz w:val="20"/>
        </w:rPr>
        <w:t>[4 . 2 . 5]</w:t>
      </w:r>
    </w:p>
    <w:p>
      <w:r>
        <w:rPr>
          <w:rFonts w:ascii="Gentium Plus" w:hAnsi="Gentium Plus"/>
          <w:sz w:val="24"/>
        </w:rPr>
        <w:t>Τοιοῦ‐ τόν τι κἀπὶ τῶν παρυφισταμένων ἐστὶ συνορᾷν· τὸ γὰρ μὴ φθάσαν ἐν φλεψὶν ἀλλοιωθῆναι εἰς αἷμα, εἰς ἀνάλογον μὲν τῷ πύῳ εἶδος μεταβάλλεται, ἐπικρατούσης τῆς πεπτι‐</w:t>
      </w:r>
    </w:p>
    <w:p>
      <w:r>
        <w:rPr>
          <w:rFonts w:ascii="Courier New" w:hAnsi="Courier New"/>
          <w:color w:val="555555"/>
          <w:sz w:val="20"/>
        </w:rPr>
        <w:t>[5]</w:t>
      </w:r>
    </w:p>
    <w:p>
      <w:r>
        <w:rPr>
          <w:rFonts w:ascii="Gentium Plus" w:hAnsi="Gentium Plus"/>
          <w:sz w:val="24"/>
        </w:rPr>
        <w:t>κῆς δυνάμεως.</w:t>
      </w:r>
    </w:p>
    <w:p>
      <w:r>
        <w:rPr>
          <w:rFonts w:ascii="Courier New" w:hAnsi="Courier New"/>
          <w:color w:val="555555"/>
          <w:sz w:val="20"/>
        </w:rPr>
        <w:t>[4 . 2 . 6]</w:t>
      </w:r>
    </w:p>
    <w:p>
      <w:r>
        <w:rPr>
          <w:rFonts w:ascii="Gentium Plus" w:hAnsi="Gentium Plus"/>
          <w:sz w:val="24"/>
        </w:rPr>
        <w:t>Καθόσον δ’ ἆν αὕτη μὴ κρατοῦσα δια‐ μαρτάνῃ, καὶ ταῦτα πρὸς τὰ χείρῳ μεταβάλλεται εἴδη.</w:t>
      </w:r>
    </w:p>
    <w:p>
      <w:r>
        <w:rPr>
          <w:rFonts w:ascii="Courier New" w:hAnsi="Courier New"/>
          <w:color w:val="555555"/>
          <w:sz w:val="20"/>
        </w:rPr>
        <w:t>[4 . 2 . 7]</w:t>
      </w:r>
    </w:p>
    <w:p>
      <w:r>
        <w:rPr>
          <w:rFonts w:ascii="Gentium Plus" w:hAnsi="Gentium Plus"/>
          <w:sz w:val="24"/>
        </w:rPr>
        <w:t>Καὶ ταῦτα μὲν ὡς εἴρηται γέγονεν· ἑξῆς δ’ ἀναληπτέον τὸν λόγον.</w:t>
      </w:r>
    </w:p>
    <w:p>
      <w:pPr>
        <w:jc w:val="center"/>
      </w:pPr>
      <w:r>
        <w:rPr>
          <w:rFonts w:ascii="Gentium Plus" w:hAnsi="Gentium Plus"/>
          <w:b/>
          <w:sz w:val="24"/>
        </w:rPr>
        <w:t>Κεφ. γʹ. Περὶ αἰτίας τῶν γενομένων ἀπεψιῶν.</w:t>
      </w:r>
    </w:p>
    <w:p>
      <w:r>
        <w:rPr>
          <w:rFonts w:ascii="Courier New" w:hAnsi="Courier New"/>
          <w:color w:val="555555"/>
          <w:sz w:val="20"/>
        </w:rPr>
        <w:t>[4 . 3 . 1]</w:t>
      </w:r>
    </w:p>
    <w:p>
      <w:r>
        <w:rPr>
          <w:rFonts w:ascii="Gentium Plus" w:hAnsi="Gentium Plus"/>
          <w:sz w:val="24"/>
        </w:rPr>
        <w:t>Αἱ τοίνυν ἀπεψίαι αἱ κατὰ γαστέρα γένοιντ’ ἂν μὲν καὶ διά τινα δυσκρασίαν αὐτῇ συμβᾶσαν, γένοιντο δ’ ἂν καὶ διά τι συμβᾶν ὀργανικὸν πάθος, ὥσπερ καὶ διὰ πάχος ἢ πλῆθος ἢ γλισχρότητα ἤ τινα ποιότητα ἀλλόκο‐</w:t>
      </w:r>
    </w:p>
    <w:p>
      <w:r>
        <w:rPr>
          <w:rFonts w:ascii="Courier New" w:hAnsi="Courier New"/>
          <w:color w:val="555555"/>
          <w:sz w:val="20"/>
        </w:rPr>
        <w:t>[5]</w:t>
      </w:r>
    </w:p>
    <w:p>
      <w:r>
        <w:rPr>
          <w:rFonts w:ascii="Gentium Plus" w:hAnsi="Gentium Plus"/>
          <w:sz w:val="24"/>
        </w:rPr>
        <w:t>τον τῶν χυμῶν ἢ καὶ διά τινα τῆς τροφῆς ἰδιότητα.</w:t>
      </w:r>
    </w:p>
    <w:p>
      <w:r>
        <w:rPr>
          <w:rFonts w:ascii="Courier New" w:hAnsi="Courier New"/>
          <w:color w:val="555555"/>
          <w:sz w:val="20"/>
        </w:rPr>
        <w:t>[4 . 3 . 2]</w:t>
      </w:r>
    </w:p>
    <w:p>
      <w:r>
        <w:rPr>
          <w:rFonts w:ascii="Gentium Plus" w:hAnsi="Gentium Plus"/>
          <w:sz w:val="24"/>
        </w:rPr>
        <w:t>Αἱ δὲ δὴ καθ’ ἧπαρ καὶ διὰ ταῦτα μέν, ἀλλὰ καὶ διὰ τὴν τῆς πεπτικῆς καὶ αἱματοποιητικῆς δυνάμεως ἀρρω‐ στίαν.</w:t>
      </w:r>
    </w:p>
    <w:p>
      <w:r>
        <w:rPr>
          <w:rFonts w:ascii="Courier New" w:hAnsi="Courier New"/>
          <w:color w:val="555555"/>
          <w:sz w:val="20"/>
        </w:rPr>
        <w:t>[4 . 3 . 3]</w:t>
      </w:r>
    </w:p>
    <w:p>
      <w:r>
        <w:rPr>
          <w:rFonts w:ascii="Gentium Plus" w:hAnsi="Gentium Plus"/>
          <w:sz w:val="24"/>
        </w:rPr>
        <w:t>Διὰ δὲ τὰς αὐτὰς ἂν καὶ παραπλησίας αἰτίας καὶ ἡ τῆς τρίτης πέψεως διαμαρτηθείη ἂν ἐνέργεια.</w:t>
      </w:r>
    </w:p>
    <w:p>
      <w:r>
        <w:rPr>
          <w:rFonts w:ascii="Courier New" w:hAnsi="Courier New"/>
          <w:color w:val="555555"/>
          <w:sz w:val="20"/>
        </w:rPr>
        <w:t>[4 . 3 . 4]</w:t>
      </w:r>
    </w:p>
    <w:p>
      <w:r>
        <w:rPr>
          <w:rFonts w:ascii="Gentium Plus" w:hAnsi="Gentium Plus"/>
          <w:sz w:val="24"/>
        </w:rPr>
        <w:t>Καὶ δι’ ἃς μὲν ἂν τῶν πέψεων ἑκάστη ἀποτύχοι αἰτίας τοῦ προσήκοντος ἔργου, συνελόντα με φάναι αὗταί εἰσιν.</w:t>
      </w:r>
    </w:p>
    <w:p>
      <w:r>
        <w:rPr>
          <w:rFonts w:ascii="Courier New" w:hAnsi="Courier New"/>
          <w:color w:val="555555"/>
          <w:sz w:val="20"/>
        </w:rPr>
        <w:t>[4 . 3 . 5]</w:t>
      </w:r>
    </w:p>
    <w:p>
      <w:r>
        <w:rPr>
          <w:rFonts w:ascii="Gentium Plus" w:hAnsi="Gentium Plus"/>
          <w:sz w:val="24"/>
        </w:rPr>
        <w:t>Ἐκεῖνο δὲ θέμις εἰδέναι, ὡς κἄνθ’ ὑπερβάλοιεν τὸ σύμμετρον τὰ χρώματα κἄν τε λείποιντο τούτου, ἄπεπτ’ ἂν εἶεν εἰκότως, τῷ γενικῷ τῆς ἀπεψίας ὀνόματι καὶ οὕτω λέγειν προσήκει.</w:t>
      </w:r>
    </w:p>
    <w:p>
      <w:r>
        <w:rPr>
          <w:rFonts w:ascii="Courier New" w:hAnsi="Courier New"/>
          <w:color w:val="555555"/>
          <w:sz w:val="20"/>
        </w:rPr>
        <w:t>[4 . 3 . 6]</w:t>
      </w:r>
    </w:p>
    <w:p>
      <w:r>
        <w:rPr>
          <w:rFonts w:ascii="Gentium Plus" w:hAnsi="Gentium Plus"/>
          <w:sz w:val="24"/>
        </w:rPr>
        <w:t>Πῶς δ’ ἂν ἑκάτερα ῥηθεῖεν ἄπεπτα, οὐ τοῦ νῦν ἐστι λόγου, εἴτ’ ἀμαυρουμένης ὑφ’ οἱασδήτι‐ νος ψυχρότητος τῆς ἐμφύτου θερμότητος εἴτε πλεονεκτου‐ μένης ὑφ’ ὁποιασοῦν νόθου θερμότητος.</w:t>
      </w:r>
    </w:p>
    <w:p>
      <w:r>
        <w:rPr>
          <w:rFonts w:ascii="Courier New" w:hAnsi="Courier New"/>
          <w:color w:val="555555"/>
          <w:sz w:val="20"/>
        </w:rPr>
        <w:t>[4 . 3 . 7]</w:t>
      </w:r>
    </w:p>
    <w:p>
      <w:r>
        <w:rPr>
          <w:rFonts w:ascii="Gentium Plus" w:hAnsi="Gentium Plus"/>
          <w:sz w:val="24"/>
        </w:rPr>
        <w:t>Τῶν τε γὰρ φυσημάτων καὶ τῆς ὑδαλέας ἕξεως, ἀρθρίτιδός τε καὶ τῶν παραπλησίων ὑπ’ ἀπεψίας τῶν γινομένων διὰ οἷανδήτινα ψυχρότητα καὶ τῶν ἰκτερικῶν παθῶν ἑρπήτων τε καὶ τρι‐</w:t>
      </w:r>
    </w:p>
    <w:p>
      <w:r>
        <w:rPr>
          <w:rFonts w:ascii="Courier New" w:hAnsi="Courier New"/>
          <w:color w:val="555555"/>
          <w:sz w:val="20"/>
        </w:rPr>
        <w:t>[5]</w:t>
      </w:r>
    </w:p>
    <w:p>
      <w:r>
        <w:rPr>
          <w:rFonts w:ascii="Gentium Plus" w:hAnsi="Gentium Plus"/>
          <w:sz w:val="24"/>
        </w:rPr>
        <w:t>ταίων καὶ τῶν παραπλησίων ὑπ’ ἀπεψίας ὕλης διὰ οἱασ‐ δήτινος ἐπικρατησάσης νόθου θερμότητος τῆς ἐμφύτου τε καὶ προσηνοῦς θερμότητος.</w:t>
      </w:r>
    </w:p>
    <w:p>
      <w:r>
        <w:rPr>
          <w:rFonts w:ascii="Courier New" w:hAnsi="Courier New"/>
          <w:color w:val="555555"/>
          <w:sz w:val="20"/>
        </w:rPr>
        <w:t>[4 . 3 . 8]</w:t>
      </w:r>
    </w:p>
    <w:p>
      <w:r>
        <w:rPr>
          <w:rFonts w:ascii="Gentium Plus" w:hAnsi="Gentium Plus"/>
          <w:sz w:val="24"/>
        </w:rPr>
        <w:t>Δικαίως ἂν πάντα τὰ ἐπὶ τούτοις οὖρα τὸ σύμμετρον ἀποφυγόντα τῶν οὔρων κληθείη ἄπεπτα.</w:t>
      </w:r>
    </w:p>
    <w:p>
      <w:r>
        <w:rPr>
          <w:rFonts w:ascii="Courier New" w:hAnsi="Courier New"/>
          <w:color w:val="555555"/>
          <w:sz w:val="20"/>
        </w:rPr>
        <w:t>[4 . 3 . 9]</w:t>
      </w:r>
    </w:p>
    <w:p>
      <w:r>
        <w:rPr>
          <w:rFonts w:ascii="Gentium Plus" w:hAnsi="Gentium Plus"/>
          <w:sz w:val="24"/>
        </w:rPr>
        <w:t>Ἐπεὶ γὰρ ἐπέκεινα τοῦ συμμέτρου καὶ κατὰ φύσιν οὔρου οὐκ ἔστιν εὑρεῖν ἄμεινον, πάντως, ὅς’ ἂν ἐκλείπῃ τε καὶ ὑπερβάλλῃ, ῥηθείη ἂν ἄπεπτα.</w:t>
      </w:r>
    </w:p>
    <w:p>
      <w:r>
        <w:rPr>
          <w:rFonts w:ascii="Courier New" w:hAnsi="Courier New"/>
          <w:color w:val="555555"/>
          <w:sz w:val="20"/>
        </w:rPr>
        <w:t>[4 . 3 . 10]</w:t>
      </w:r>
    </w:p>
    <w:p>
      <w:r>
        <w:rPr>
          <w:rFonts w:ascii="Gentium Plus" w:hAnsi="Gentium Plus"/>
          <w:sz w:val="24"/>
        </w:rPr>
        <w:t>Σὺ δὲ καὶ ἄλλο εἴ τι βούλει πρόσθες ὄνομα τὸν λόγον διορίζον· οὐ γὰρ ἐγὼ διοίσομαι ἐπὶ σφῶν τινων ὀνομάτων, μόνον μὴ διαμάρτανε τοῦ σκοποῦ τῷ λόγῳ.</w:t>
      </w:r>
    </w:p>
    <w:p>
      <w:r>
        <w:rPr>
          <w:rFonts w:ascii="Courier New" w:hAnsi="Courier New"/>
          <w:color w:val="555555"/>
          <w:sz w:val="20"/>
        </w:rPr>
        <w:t>[4 . 3 . 11]</w:t>
      </w:r>
    </w:p>
    <w:p>
      <w:r>
        <w:rPr>
          <w:rFonts w:ascii="Gentium Plus" w:hAnsi="Gentium Plus"/>
          <w:sz w:val="24"/>
        </w:rPr>
        <w:t>Καὶ ὁ μὲν περὶ ἀπεψίας λόγος ὑφ’ οἱασδήτινος αἰτίας γίνεται, ἱκανῶς ἂν κἀκ τῶν ῥηθέντων γνωσθείη, τῆς κατὰ φύσιν πέψεως δηλονότι ὑπὸ συμμέτρου τε καὶ κατὰ φύσιν θερ‐</w:t>
      </w:r>
    </w:p>
    <w:p>
      <w:r>
        <w:rPr>
          <w:rFonts w:ascii="Courier New" w:hAnsi="Courier New"/>
          <w:color w:val="555555"/>
          <w:sz w:val="20"/>
        </w:rPr>
        <w:t>[5]</w:t>
      </w:r>
    </w:p>
    <w:p>
      <w:r>
        <w:rPr>
          <w:rFonts w:ascii="Gentium Plus" w:hAnsi="Gentium Plus"/>
          <w:sz w:val="24"/>
        </w:rPr>
        <w:t>μότητός τε καὶ ὑγρότητος γεγονυίας.</w:t>
      </w:r>
    </w:p>
    <w:p>
      <w:r>
        <w:rPr>
          <w:rFonts w:ascii="Courier New" w:hAnsi="Courier New"/>
          <w:color w:val="555555"/>
          <w:sz w:val="20"/>
        </w:rPr>
        <w:t>[4 . 3 . 12]</w:t>
      </w:r>
    </w:p>
    <w:p>
      <w:r>
        <w:rPr>
          <w:rFonts w:ascii="Gentium Plus" w:hAnsi="Gentium Plus"/>
          <w:sz w:val="24"/>
        </w:rPr>
        <w:t>Νυνὶ δὲ πρώ‐ τως ῥητέον περὶ ποσότητος τοῦ χύματος, δι’ ἃς αἰτίας πλέον τοῦ προσήκοντος φαίνεται· εἶθ’ οὕτως καὶ περὶ τῶν ἑξῆς, καθὼς κἀν τοῖς περὶ διαφορᾶς τε καὶ διαγνώσεως</w:t>
      </w:r>
    </w:p>
    <w:p>
      <w:r>
        <w:rPr>
          <w:rFonts w:ascii="Courier New" w:hAnsi="Courier New"/>
          <w:color w:val="555555"/>
          <w:sz w:val="20"/>
        </w:rPr>
        <w:t>[5]</w:t>
      </w:r>
    </w:p>
    <w:p>
      <w:r>
        <w:rPr>
          <w:rFonts w:ascii="Gentium Plus" w:hAnsi="Gentium Plus"/>
          <w:sz w:val="24"/>
        </w:rPr>
        <w:t>οὔρων λόγοις ἐξεθέμεθα.</w:t>
      </w:r>
    </w:p>
    <w:p>
      <w:pPr>
        <w:jc w:val="center"/>
      </w:pPr>
      <w:r>
        <w:rPr>
          <w:rFonts w:ascii="Gentium Plus" w:hAnsi="Gentium Plus"/>
          <w:b/>
          <w:sz w:val="24"/>
        </w:rPr>
        <w:t>Κεφ. δʹ. Περὶ τῆς κατὰ τὸ ποσὸν τοῦ χύματος αἰτίας.</w:t>
      </w:r>
    </w:p>
    <w:p>
      <w:r>
        <w:rPr>
          <w:rFonts w:ascii="Courier New" w:hAnsi="Courier New"/>
          <w:color w:val="555555"/>
          <w:sz w:val="20"/>
        </w:rPr>
        <w:t>[4 . 4 . 1]</w:t>
      </w:r>
    </w:p>
    <w:p>
      <w:r>
        <w:rPr>
          <w:rFonts w:ascii="Gentium Plus" w:hAnsi="Gentium Plus"/>
          <w:sz w:val="24"/>
        </w:rPr>
        <w:t>Τὰ οὖρα τοίνυν πρόεισιν πλείονα, ὁπόταν πλείονι τροφῇ καὶ μάλιστα ὑγροτέρᾳ καὶ πολυποσίᾳ οἴνου καὶ μᾶλ‐ λον εἰ ὑδαρὴς ὁ οἶνος τυγχάνει, ὧν ἂν ὁ ἄνθρωπος χρή‐ σηται.</w:t>
      </w:r>
    </w:p>
    <w:p>
      <w:r>
        <w:rPr>
          <w:rFonts w:ascii="Courier New" w:hAnsi="Courier New"/>
          <w:color w:val="555555"/>
          <w:sz w:val="20"/>
        </w:rPr>
        <w:t>[4 . 4 . 2]</w:t>
      </w:r>
    </w:p>
    <w:p>
      <w:r>
        <w:rPr>
          <w:rFonts w:ascii="Gentium Plus" w:hAnsi="Gentium Plus"/>
          <w:sz w:val="24"/>
        </w:rPr>
        <w:t>Ἐπεὶ οὖν ἐν ἄλλοις δέδεικται ὡς αἱ ὑγρότεραι καὶ εὔχυμοι τροφαὶ μάλιστά τε ἀναδίδονται καὶ διαρρέου‐ σιν αὖθις, τῶν μὴ τοιούτων ὁ δὲ οἶνος πλέον τῶν ἄλ‐ λων ἀναδίδοται καὶ ῥᾳδίως διαφορεῖται, εἰκότως ἂν διὰ</w:t>
      </w:r>
    </w:p>
    <w:p>
      <w:r>
        <w:rPr>
          <w:rFonts w:ascii="Courier New" w:hAnsi="Courier New"/>
          <w:color w:val="555555"/>
          <w:sz w:val="20"/>
        </w:rPr>
        <w:t>[5]</w:t>
      </w:r>
    </w:p>
    <w:p>
      <w:r>
        <w:rPr>
          <w:rFonts w:ascii="Gentium Plus" w:hAnsi="Gentium Plus"/>
          <w:sz w:val="24"/>
        </w:rPr>
        <w:t>ταῦτα πλείω ποθεὶς καὶ διουρηθείη ἄν, οὕτως εἰς τοῦτό πως ἐπιτηδείως ἔχοντος τοῦ ὑδαροῦς τῶν οἴνων· μὴ τῶν παχέων ὡσαύτως τούτῳ δηλονότι διουρουμένων, τάς γε μὴν καὶ ἐπὶ τούτοις αἰτίας οὐ μοι νῦν καιρὸς ἐπιπλέκειν τῷ λόγῳ, ἄλλων τε εἰπόντων περὶ τούτου ὡς οἶμαι ἀπο‐</w:t>
      </w:r>
    </w:p>
    <w:p>
      <w:r>
        <w:rPr>
          <w:rFonts w:ascii="Courier New" w:hAnsi="Courier New"/>
          <w:color w:val="555555"/>
          <w:sz w:val="20"/>
        </w:rPr>
        <w:t>[10]</w:t>
      </w:r>
    </w:p>
    <w:p>
      <w:r>
        <w:rPr>
          <w:rFonts w:ascii="Gentium Plus" w:hAnsi="Gentium Plus"/>
          <w:sz w:val="24"/>
        </w:rPr>
        <w:t>χρώντως, καὶ μηδὲ τῆς νῦν τοῦτο ἀπαιτούσης πραγμα‐ τείας.</w:t>
      </w:r>
    </w:p>
    <w:p>
      <w:r>
        <w:rPr>
          <w:rFonts w:ascii="Courier New" w:hAnsi="Courier New"/>
          <w:color w:val="555555"/>
          <w:sz w:val="20"/>
        </w:rPr>
        <w:t>[4 . 4 . 3]</w:t>
      </w:r>
    </w:p>
    <w:p>
      <w:r>
        <w:rPr>
          <w:rFonts w:ascii="Gentium Plus" w:hAnsi="Gentium Plus"/>
          <w:sz w:val="24"/>
        </w:rPr>
        <w:t>Εἰκότως ἄρα τε καὶ πλείω καὶ λεπτότερα καὶ προσέτι ἀχρούστερα φανείη τὰ οὖρα.</w:t>
      </w:r>
    </w:p>
    <w:p>
      <w:r>
        <w:rPr>
          <w:rFonts w:ascii="Courier New" w:hAnsi="Courier New"/>
          <w:color w:val="555555"/>
          <w:sz w:val="20"/>
        </w:rPr>
        <w:t>[4 . 4 . 4]</w:t>
      </w:r>
    </w:p>
    <w:p>
      <w:r>
        <w:rPr>
          <w:rFonts w:ascii="Gentium Plus" w:hAnsi="Gentium Plus"/>
          <w:sz w:val="24"/>
        </w:rPr>
        <w:t>Τὸ μὲν γὰρ πο‐ σὸν τούτοις διὰ τὸν τοῦ ποσοῦ μᾶλλον ἀποδίδοται λόγον· ἡ δὲ λευκότης τε καὶ λεπτότης διὰ τὴν τῆς πέψεως ἀτο‐ νίαν μὴ ἐξικνουμένης πλείονος τοῦ προσήκοντος ἐπικρα‐</w:t>
      </w:r>
    </w:p>
    <w:p>
      <w:r>
        <w:rPr>
          <w:rFonts w:ascii="Courier New" w:hAnsi="Courier New"/>
          <w:color w:val="555555"/>
          <w:sz w:val="20"/>
        </w:rPr>
        <w:t>[5]</w:t>
      </w:r>
    </w:p>
    <w:p>
      <w:r>
        <w:rPr>
          <w:rFonts w:ascii="Gentium Plus" w:hAnsi="Gentium Plus"/>
          <w:sz w:val="24"/>
        </w:rPr>
        <w:t>τῆσαι ποσοῦ.</w:t>
      </w:r>
    </w:p>
    <w:p>
      <w:r>
        <w:rPr>
          <w:rFonts w:ascii="Courier New" w:hAnsi="Courier New"/>
          <w:color w:val="555555"/>
          <w:sz w:val="20"/>
        </w:rPr>
        <w:t>[4 . 4 . 5]</w:t>
      </w:r>
    </w:p>
    <w:p>
      <w:r>
        <w:rPr>
          <w:rFonts w:ascii="Gentium Plus" w:hAnsi="Gentium Plus"/>
          <w:sz w:val="24"/>
        </w:rPr>
        <w:t>Εἰ γὰρ ἐπεκράτει, τάχ’ ἂν ἐπέθηκεν αὐτοῖς καὶ χρῶμα σύμμετρον καὶ σύστασιν καί τινα προσαπεδόθη δέοντα παρυφιστάμενα, πλείω δὲ μᾶλλον τοῦ πινομένου</w:t>
      </w:r>
    </w:p>
    <w:p>
      <w:r>
        <w:rPr>
          <w:rFonts w:ascii="Courier New" w:hAnsi="Courier New"/>
          <w:color w:val="555555"/>
          <w:sz w:val="20"/>
        </w:rPr>
        <w:t>[4 . 4 . 6]</w:t>
      </w:r>
    </w:p>
    <w:p>
      <w:r>
        <w:rPr>
          <w:rFonts w:ascii="Gentium Plus" w:hAnsi="Gentium Plus"/>
          <w:sz w:val="24"/>
        </w:rPr>
        <w:t>Διὰ τοιάνδέ τινα τὴν αἰτίαν γένοιτ’ ἂν, ἐπειδήπερ ταῖς πέψεσι καὶ θρέψις ἕπεται καὶ ἀνάδοσις πρὸ ταύτης, εἰκὸς δὲ καὶ περιττὸν ὑγρὸν ἀποδίδοσθαι τῆ πεττομένης ὕλης, δεόντως ἂν ἐπὶ τῶν ἤδη χυμῶν ὠμῶν πεφθέντων καὶ</w:t>
      </w:r>
    </w:p>
    <w:p>
      <w:r>
        <w:rPr>
          <w:rFonts w:ascii="Courier New" w:hAnsi="Courier New"/>
          <w:color w:val="555555"/>
          <w:sz w:val="20"/>
        </w:rPr>
        <w:t>[5]</w:t>
      </w:r>
    </w:p>
    <w:p>
      <w:r>
        <w:rPr>
          <w:rFonts w:ascii="Gentium Plus" w:hAnsi="Gentium Plus"/>
          <w:sz w:val="24"/>
        </w:rPr>
        <w:t>οὖρα φανείη.</w:t>
      </w:r>
    </w:p>
    <w:p>
      <w:r>
        <w:rPr>
          <w:rFonts w:ascii="Courier New" w:hAnsi="Courier New"/>
          <w:color w:val="555555"/>
          <w:sz w:val="20"/>
        </w:rPr>
        <w:t>[4 . 4 . 7]</w:t>
      </w:r>
    </w:p>
    <w:p>
      <w:r>
        <w:rPr>
          <w:rFonts w:ascii="Gentium Plus" w:hAnsi="Gentium Plus"/>
          <w:sz w:val="24"/>
        </w:rPr>
        <w:t>Καὶ τῷ μὲν οὖν ὑγραίνειν τε καὶ τρέ‐ φειν αὐτοὺς τὰ σώματα πεττομένους οὐ χρεία τις τοῦ θύραθεν ἐπιγίνεται πόματος, εἰ μή τις βραχεία τῆς συ‐ νηθείας μᾶλλον καὶ ταύτῃ βιασαμένης.</w:t>
      </w:r>
    </w:p>
    <w:p>
      <w:r>
        <w:rPr>
          <w:rFonts w:ascii="Courier New" w:hAnsi="Courier New"/>
          <w:color w:val="555555"/>
          <w:sz w:val="20"/>
        </w:rPr>
        <w:t>[4 . 4 . 8]</w:t>
      </w:r>
    </w:p>
    <w:p>
      <w:r>
        <w:rPr>
          <w:rFonts w:ascii="Gentium Plus" w:hAnsi="Gentium Plus"/>
          <w:sz w:val="24"/>
        </w:rPr>
        <w:t>Τῷ δὲ θεῖσθαι τὰ περιττώματα τῆς ἐκκρίσεως οἱ νεφροὶ καὶ τὰ διουρη‐ τικὰ ἀγγεῖα τοῦτ’ ὑπηρετοῦσι.</w:t>
      </w:r>
    </w:p>
    <w:p>
      <w:r>
        <w:rPr>
          <w:rFonts w:ascii="Courier New" w:hAnsi="Courier New"/>
          <w:color w:val="555555"/>
          <w:sz w:val="20"/>
        </w:rPr>
        <w:t>[4 . 4 . 9]</w:t>
      </w:r>
    </w:p>
    <w:p>
      <w:r>
        <w:rPr>
          <w:rFonts w:ascii="Gentium Plus" w:hAnsi="Gentium Plus"/>
          <w:sz w:val="24"/>
        </w:rPr>
        <w:t>Μαθεῖν δ’ ἔστι τοῦτο κἀπὶ τῶν ὁσημέραι γινομένων ἐπ’ ἀνθρώποις κάμνουσί τε καὶ μικρὸν ὑγιαίνουσι σώμασι.</w:t>
      </w:r>
    </w:p>
    <w:p>
      <w:r>
        <w:rPr>
          <w:rFonts w:ascii="Courier New" w:hAnsi="Courier New"/>
          <w:color w:val="555555"/>
          <w:sz w:val="20"/>
        </w:rPr>
        <w:t>[4 . 4 . 10]</w:t>
      </w:r>
    </w:p>
    <w:p>
      <w:r>
        <w:rPr>
          <w:rFonts w:ascii="Gentium Plus" w:hAnsi="Gentium Plus"/>
          <w:sz w:val="24"/>
        </w:rPr>
        <w:t>Διενήνοχε δὲ τούτων τὰ ἐπὶ τῷ λόγῳ κρίσεως τὰ ἐπὶ τῶν πυρεσσόντων ἐκκρι‐ νόμενα πλείω οὖρα, τῷ μὴ μόνον δι’ ὠμότητα χυμῶν πεφθεῖσαν ἐκεῖθεν τὰ περιττὰ ἐκκρίνεσθαι, ἀλλὰ καὶ τὴν</w:t>
      </w:r>
    </w:p>
    <w:p>
      <w:r>
        <w:rPr>
          <w:rFonts w:ascii="Courier New" w:hAnsi="Courier New"/>
          <w:color w:val="555555"/>
          <w:sz w:val="20"/>
        </w:rPr>
        <w:t>[5]</w:t>
      </w:r>
    </w:p>
    <w:p>
      <w:r>
        <w:rPr>
          <w:rFonts w:ascii="Gentium Plus" w:hAnsi="Gentium Plus"/>
          <w:sz w:val="24"/>
        </w:rPr>
        <w:t>πᾶσαν τῶν οἱωνδήτινων νοσερῶν διαφθορὰν χυμῶν ἐκεῖ‐ θεν ἀποκρίνεσθαι, διουρητικὰ δὲ φάρμακα πλείω χωρεῖν παρασκευάζει τὰ οὖρα τῇ τε φυσικῇ λεπτομερείᾳ καὶ τῇ θερμότητι· μικροῦ γὰρ πάντα τὰ τοιαῦτα διουρητικὰ κα‐ θέστηκε.</w:t>
      </w:r>
    </w:p>
    <w:p>
      <w:r>
        <w:rPr>
          <w:rFonts w:ascii="Courier New" w:hAnsi="Courier New"/>
          <w:color w:val="555555"/>
          <w:sz w:val="20"/>
        </w:rPr>
        <w:t>[4 . 4 . 11]</w:t>
      </w:r>
    </w:p>
    <w:p>
      <w:r>
        <w:rPr>
          <w:rFonts w:ascii="Gentium Plus" w:hAnsi="Gentium Plus"/>
          <w:sz w:val="24"/>
        </w:rPr>
        <w:t>Καὶ τῆ μὲν οὖν θερμότητι ῥᾳδίως ἀναδί‐ δοται ταῦτα· τῇ δὲ λεπτομερείᾳ τὰ προσόντα τῆς ὠμο‐ χυμίας τέμνοντά τε καὶ διαιροῦντα δι’ οὔρου μᾶλλον οἰκειότητα τῇ τῶν φαρμάκων χωρεῖν παρασκευάζουσιν.</w:t>
      </w:r>
    </w:p>
    <w:p>
      <w:r>
        <w:rPr>
          <w:rFonts w:ascii="Courier New" w:hAnsi="Courier New"/>
          <w:color w:val="555555"/>
          <w:sz w:val="20"/>
        </w:rPr>
        <w:t>[4 . 4 . 12]</w:t>
      </w:r>
    </w:p>
    <w:p>
      <w:r>
        <w:rPr>
          <w:rFonts w:ascii="Gentium Plus" w:hAnsi="Gentium Plus"/>
          <w:sz w:val="24"/>
        </w:rPr>
        <w:t>Ἐπὶ δὲ τοῦ διαβήτου καλουμένου πάθους δυσκρασία τις ἐπιτεταμένης θερμότητος περὶ τοὺς νεφροὺς αἰτία πέ‐ φυκεν· αὕτη γὰρ νεφροὺς οὕτω διαθεῖσα ἐπισπαστικοὺς εἰργάσατο τῆς τοῦ οὔρου οὐσίας· οἱ δ’ ἀφ’ ἥπατος καὶ τοῦ</w:t>
      </w:r>
    </w:p>
    <w:p>
      <w:r>
        <w:rPr>
          <w:rFonts w:ascii="Courier New" w:hAnsi="Courier New"/>
          <w:color w:val="555555"/>
          <w:sz w:val="20"/>
        </w:rPr>
        <w:t>[5]</w:t>
      </w:r>
    </w:p>
    <w:p>
      <w:r>
        <w:rPr>
          <w:rFonts w:ascii="Gentium Plus" w:hAnsi="Gentium Plus"/>
          <w:sz w:val="24"/>
        </w:rPr>
        <w:t>φλεβώδους γένους τῇ ἀνθελκῇ ταχέως ἐπισύρονται.</w:t>
      </w:r>
    </w:p>
    <w:p>
      <w:r>
        <w:rPr>
          <w:rFonts w:ascii="Courier New" w:hAnsi="Courier New"/>
          <w:color w:val="555555"/>
          <w:sz w:val="20"/>
        </w:rPr>
        <w:t>[4 . 4 . 13]</w:t>
      </w:r>
    </w:p>
    <w:p>
      <w:r>
        <w:rPr>
          <w:rFonts w:ascii="Gentium Plus" w:hAnsi="Gentium Plus"/>
          <w:sz w:val="24"/>
        </w:rPr>
        <w:t>Ἐπεὶ δ’ ἐντεῦθεν ἔνδειαν συμβαίνει γίνεσθαι καὶ φυσικῆς ὑγρό‐ τητος συνεπιφερομένης τῇ τοσαύτῃ τῶν ὑγρῶν ῥύμῃ, οὐκ ἀγεννὴς μὲν ἐπιγίνεται τῷ ἀνθρώπῳ δίψα· οὐ μείω δὲ</w:t>
      </w:r>
    </w:p>
    <w:p>
      <w:r>
        <w:rPr>
          <w:rFonts w:ascii="Courier New" w:hAnsi="Courier New"/>
          <w:color w:val="555555"/>
          <w:sz w:val="20"/>
        </w:rPr>
        <w:t>[5]</w:t>
      </w:r>
    </w:p>
    <w:p>
      <w:r>
        <w:rPr>
          <w:rFonts w:ascii="Gentium Plus" w:hAnsi="Gentium Plus"/>
          <w:sz w:val="24"/>
        </w:rPr>
        <w:t>τῆς δίψης πόματα καὶ οὔρων ἐπὶ τούτων ἐκκρίσις ἀνάλο‐ γος, αὐτῶν δὴ τῶν νεφρῶν πρὸς αὑτοὺς ἐφελκομένων τὰς ὑγρότητας.</w:t>
      </w:r>
    </w:p>
    <w:p>
      <w:r>
        <w:rPr>
          <w:rFonts w:ascii="Courier New" w:hAnsi="Courier New"/>
          <w:color w:val="555555"/>
          <w:sz w:val="20"/>
        </w:rPr>
        <w:t>[4 . 4 . 14]</w:t>
      </w:r>
    </w:p>
    <w:p>
      <w:r>
        <w:rPr>
          <w:rFonts w:ascii="Gentium Plus" w:hAnsi="Gentium Plus"/>
          <w:sz w:val="24"/>
        </w:rPr>
        <w:t>Διὰ ταῦτα γοῦν πολλὰ μὲν τὰ οὐρούμενα πέφυκεν, οὐ μείω δ’ αὖ τούτων τὰ πινόμενα· ὅπη δ’ οὐκ ἔστι μέλησις τις και εὐκρασία, οὐδ’ ἂν ἴσως πέψις ἕποιτο·</w:t>
      </w:r>
    </w:p>
    <w:p>
      <w:r>
        <w:rPr>
          <w:rFonts w:ascii="Courier New" w:hAnsi="Courier New"/>
          <w:color w:val="555555"/>
          <w:sz w:val="20"/>
        </w:rPr>
        <w:t>[5]</w:t>
      </w:r>
    </w:p>
    <w:p>
      <w:r>
        <w:rPr>
          <w:rFonts w:ascii="Gentium Plus" w:hAnsi="Gentium Plus"/>
          <w:sz w:val="24"/>
        </w:rPr>
        <w:t>δὴ τοῦτο παρασκευάζει πλείω τὰ οὖρα φέρεσθαι.</w:t>
      </w:r>
    </w:p>
    <w:p>
      <w:r>
        <w:rPr>
          <w:rFonts w:ascii="Courier New" w:hAnsi="Courier New"/>
          <w:color w:val="555555"/>
          <w:sz w:val="20"/>
        </w:rPr>
        <w:t>[4 . 4 . 15]</w:t>
      </w:r>
    </w:p>
    <w:p>
      <w:r>
        <w:rPr>
          <w:rFonts w:ascii="Gentium Plus" w:hAnsi="Gentium Plus"/>
          <w:sz w:val="24"/>
        </w:rPr>
        <w:t>Τὰ γάρ τοι περιττώματα δέον ὂν κρίνεσθαι καὶ τῆς γαστρὸς μὴ τὰ πλείω κενούσης διὰ τὸ κατὰ φύσιν αὐτῷ συμ‐ βᾶν πάθος, ἐκεῖσε μᾶλλον τὴν ορμὴν λαβόντα φέρεται.</w:t>
      </w:r>
    </w:p>
    <w:p>
      <w:r>
        <w:rPr>
          <w:rFonts w:ascii="Courier New" w:hAnsi="Courier New"/>
          <w:color w:val="555555"/>
          <w:sz w:val="20"/>
        </w:rPr>
        <w:t>[4 . 4 . 16]</w:t>
      </w:r>
    </w:p>
    <w:p>
      <w:r>
        <w:rPr>
          <w:rFonts w:ascii="Gentium Plus" w:hAnsi="Gentium Plus"/>
          <w:sz w:val="24"/>
        </w:rPr>
        <w:t>Ἐπεὶ τούτοις κἀκεῖνο δεῖ προσεπιθεῖναι τῷ λόγῳ, ὃ μᾶλλον τῇ τηκεδόνι μὲν τῆς πάσης ἕξεως, τῇ δὲ νεκρώσει τῆς καθεκτικῆς ἐγγίνεται δυνάμεως.</w:t>
      </w:r>
    </w:p>
    <w:p>
      <w:r>
        <w:rPr>
          <w:rFonts w:ascii="Courier New" w:hAnsi="Courier New"/>
          <w:color w:val="555555"/>
          <w:sz w:val="20"/>
        </w:rPr>
        <w:t>[4 . 4 . 17]</w:t>
      </w:r>
    </w:p>
    <w:p>
      <w:r>
        <w:rPr>
          <w:rFonts w:ascii="Gentium Plus" w:hAnsi="Gentium Plus"/>
          <w:sz w:val="24"/>
        </w:rPr>
        <w:t>Ἐπειδὰν γὰρ ἀπαγορευούσης τῆς φύσεως διὰ χειρίστην τινὰ διάθεσιν οἱουδήτινος νοσήματος ἡ καθεκτικὴ τῶν χυμῶν δύναμις ὥσπερ παρεθεῖσα τούτους ἀπολύσῃ, αὐτοὶ μὲν τὴν ἔξοδον</w:t>
      </w:r>
    </w:p>
    <w:p>
      <w:r>
        <w:rPr>
          <w:rFonts w:ascii="Courier New" w:hAnsi="Courier New"/>
          <w:color w:val="555555"/>
          <w:sz w:val="20"/>
        </w:rPr>
        <w:t>[5]</w:t>
      </w:r>
    </w:p>
    <w:p>
      <w:r>
        <w:rPr>
          <w:rFonts w:ascii="Gentium Plus" w:hAnsi="Gentium Plus"/>
          <w:sz w:val="24"/>
        </w:rPr>
        <w:t>ἐπισπεύδοντες ἀποκρίνονται, ὅπῃ δ’ ἂν τὴν ὁρμὴν οἵδε λάβοιεν, οὐκ ἔστιν ἰδεῖν ὡσαύτως.</w:t>
      </w:r>
    </w:p>
    <w:p>
      <w:r>
        <w:rPr>
          <w:rFonts w:ascii="Courier New" w:hAnsi="Courier New"/>
          <w:color w:val="555555"/>
          <w:sz w:val="20"/>
        </w:rPr>
        <w:t>[4 . 4 . 18]</w:t>
      </w:r>
    </w:p>
    <w:p>
      <w:r>
        <w:rPr>
          <w:rFonts w:ascii="Gentium Plus" w:hAnsi="Gentium Plus"/>
          <w:sz w:val="24"/>
        </w:rPr>
        <w:t>Ὁτὲ μὲν γὰρ δι’ ἱδρώτων χωρήσαντες πεπληθυσμένων ὤφθησαν, ὁτὲ δ’ αὖ διὰ γαστρός, ἔστι δ’ ὅτε καὶ δι’ οὔρων ὧν νῦν τὸν λόγον ἡμεῖς προὐθέμεθα.</w:t>
      </w:r>
    </w:p>
    <w:p>
      <w:r>
        <w:rPr>
          <w:rFonts w:ascii="Courier New" w:hAnsi="Courier New"/>
          <w:color w:val="555555"/>
          <w:sz w:val="20"/>
        </w:rPr>
        <w:t>[4 . 4 . 19]</w:t>
      </w:r>
    </w:p>
    <w:p>
      <w:r>
        <w:rPr>
          <w:rFonts w:ascii="Gentium Plus" w:hAnsi="Gentium Plus"/>
          <w:sz w:val="24"/>
        </w:rPr>
        <w:t>Ἀλλ’ οἱ μὲν περὶ πεπληθυσμέ‐ νων ὁπωσδήποτε ἰόντων οὔρων λόγοι ὧδε κείσθωσαν, ἀρ‐ κούντως σφίσι καὶ τῆς αἰτίας ἀποδοθείσης· ἑξῆς δ’ ἂν εἴη φάναι καὶ περὶ τῶν ἐλαττόνων φερομένων οὔρων, δι’ ἅστι‐</w:t>
      </w:r>
    </w:p>
    <w:p>
      <w:r>
        <w:rPr>
          <w:rFonts w:ascii="Courier New" w:hAnsi="Courier New"/>
          <w:color w:val="555555"/>
          <w:sz w:val="20"/>
        </w:rPr>
        <w:t>[5]</w:t>
      </w:r>
    </w:p>
    <w:p>
      <w:r>
        <w:rPr>
          <w:rFonts w:ascii="Gentium Plus" w:hAnsi="Gentium Plus"/>
          <w:sz w:val="24"/>
        </w:rPr>
        <w:t>νας αἰτίας μείω φέρεται.</w:t>
      </w:r>
    </w:p>
    <w:p>
      <w:r>
        <w:rPr>
          <w:rFonts w:ascii="Courier New" w:hAnsi="Courier New"/>
          <w:color w:val="555555"/>
          <w:sz w:val="20"/>
        </w:rPr>
        <w:t>[4 . 4 . 20]</w:t>
      </w:r>
    </w:p>
    <w:p>
      <w:r>
        <w:rPr>
          <w:rFonts w:ascii="Gentium Plus" w:hAnsi="Gentium Plus"/>
          <w:sz w:val="24"/>
        </w:rPr>
        <w:t>Εἴρηται μὲν οὖν ἐν τοῖς περὶ διαγνώσεως οὔρων λόγοις, δι’ ὅσους τρόπους ἐλάττω φαίνεται· ῥηθείη δ’ ἂν καί τινος νῦν ἀναμνήσεως ἕνεκεν, ἵν’ ὅπως καὶ τὰς ἐπὶ τούτοις αἰτίας προσαποδοίημεν τῷ</w:t>
      </w:r>
    </w:p>
    <w:p>
      <w:r>
        <w:rPr>
          <w:rFonts w:ascii="Courier New" w:hAnsi="Courier New"/>
          <w:color w:val="555555"/>
          <w:sz w:val="20"/>
        </w:rPr>
        <w:t>[5]</w:t>
      </w:r>
    </w:p>
    <w:p>
      <w:r>
        <w:rPr>
          <w:rFonts w:ascii="Gentium Plus" w:hAnsi="Gentium Plus"/>
          <w:sz w:val="24"/>
        </w:rPr>
        <w:t>λόγῳ.</w:t>
      </w:r>
    </w:p>
    <w:p>
      <w:r>
        <w:rPr>
          <w:rFonts w:ascii="Courier New" w:hAnsi="Courier New"/>
          <w:color w:val="555555"/>
          <w:sz w:val="20"/>
        </w:rPr>
        <w:t>[4 . 4 . 21]</w:t>
      </w:r>
    </w:p>
    <w:p>
      <w:r>
        <w:rPr>
          <w:rFonts w:ascii="Gentium Plus" w:hAnsi="Gentium Plus"/>
          <w:sz w:val="24"/>
        </w:rPr>
        <w:t>Ἐλάττω τοίνυν φέρεται διὰ ξηρότητα τροφῆς καὶ ὀλιγοποσίαν, γυμνάσιά τε πλείω καὶ ὅσα ξηραίνειν εἴωθε τὰ σώματα.</w:t>
      </w:r>
    </w:p>
    <w:p>
      <w:r>
        <w:rPr>
          <w:rFonts w:ascii="Courier New" w:hAnsi="Courier New"/>
          <w:color w:val="555555"/>
          <w:sz w:val="20"/>
        </w:rPr>
        <w:t>[4 . 4 . 22]</w:t>
      </w:r>
    </w:p>
    <w:p>
      <w:r>
        <w:rPr>
          <w:rFonts w:ascii="Gentium Plus" w:hAnsi="Gentium Plus"/>
          <w:sz w:val="24"/>
        </w:rPr>
        <w:t>Ἐπεὶ τοίνυν ἴσμεν ὡς ταῖς μὲν ξηροτέραις τροφαῖς ἡ διὰ γαστρὸς μᾶλλον ἁρμόζει ἔκκρι‐ σις, τότε δὲ καὶ τὸ θερμὸν αὐτὸ τῆς ὑγρότητος τοῦ σώ‐ ματος κατισχύον ἀναλοῖ ξηραῖνον, εἰκότως ἐπὶ τούτοις καὶ</w:t>
      </w:r>
    </w:p>
    <w:p>
      <w:r>
        <w:rPr>
          <w:rFonts w:ascii="Courier New" w:hAnsi="Courier New"/>
          <w:color w:val="555555"/>
          <w:sz w:val="20"/>
        </w:rPr>
        <w:t>[5]</w:t>
      </w:r>
    </w:p>
    <w:p>
      <w:r>
        <w:rPr>
          <w:rFonts w:ascii="Gentium Plus" w:hAnsi="Gentium Plus"/>
          <w:sz w:val="24"/>
        </w:rPr>
        <w:t>τὰ οὖρα ὀφθείη μείω, μὴ ἐξαρκοῦντος τοῦ ὑγροῦ πρὸς παντελῆ τοῦ σώματος ἀρδείαν, τῶν ἰσχναινόντων ὥσπερ ἀφαιρουμένων αὐτοῦ τὴν ποσότητα.</w:t>
      </w:r>
    </w:p>
    <w:p>
      <w:r>
        <w:rPr>
          <w:rFonts w:ascii="Courier New" w:hAnsi="Courier New"/>
          <w:color w:val="555555"/>
          <w:sz w:val="20"/>
        </w:rPr>
        <w:t>[4 . 4 . 23]</w:t>
      </w:r>
    </w:p>
    <w:p>
      <w:r>
        <w:rPr>
          <w:rFonts w:ascii="Gentium Plus" w:hAnsi="Gentium Plus"/>
          <w:sz w:val="24"/>
        </w:rPr>
        <w:t>Ἐλάττω δ’ ἂν ὀφθείη καὶ διὰ φάρμακά τε καὶ τροφὰς ἐμπλαστικὰς τοὺς πόρους ἀποκλείσαντα.</w:t>
      </w:r>
    </w:p>
    <w:p>
      <w:r>
        <w:rPr>
          <w:rFonts w:ascii="Courier New" w:hAnsi="Courier New"/>
          <w:color w:val="555555"/>
          <w:sz w:val="20"/>
        </w:rPr>
        <w:t>[4 . 4 . 24]</w:t>
      </w:r>
    </w:p>
    <w:p>
      <w:r>
        <w:rPr>
          <w:rFonts w:ascii="Gentium Plus" w:hAnsi="Gentium Plus"/>
          <w:sz w:val="24"/>
        </w:rPr>
        <w:t>Ἐνταῦθα γὰρ οὔτε ἀνάδοσις ῥᾳδία γένοιτο ἂν οὔτε γεγονυῖα τἀναδοθέντα ῥᾳδίως δια‐ κριθείη, ὥστε συμβαίνειν ὧδε μὴ δι’ ἔνδειαν, ἀλλὰ δι’ οἷον ἔμφραξιν τὰ οὖρα μείω φέρεσθαι.</w:t>
      </w:r>
    </w:p>
    <w:p>
      <w:r>
        <w:rPr>
          <w:rFonts w:ascii="Courier New" w:hAnsi="Courier New"/>
          <w:color w:val="555555"/>
          <w:sz w:val="20"/>
        </w:rPr>
        <w:t>[4 . 4 . 25]</w:t>
      </w:r>
    </w:p>
    <w:p>
      <w:r>
        <w:rPr>
          <w:rFonts w:ascii="Gentium Plus" w:hAnsi="Gentium Plus"/>
          <w:sz w:val="24"/>
        </w:rPr>
        <w:t>Τὰ παρα‐</w:t>
      </w:r>
    </w:p>
    <w:p>
      <w:r>
        <w:rPr>
          <w:rFonts w:ascii="Courier New" w:hAnsi="Courier New"/>
          <w:color w:val="555555"/>
          <w:sz w:val="20"/>
        </w:rPr>
        <w:t>[5]</w:t>
      </w:r>
    </w:p>
    <w:p>
      <w:r>
        <w:rPr>
          <w:rFonts w:ascii="Gentium Plus" w:hAnsi="Gentium Plus"/>
          <w:sz w:val="24"/>
        </w:rPr>
        <w:t>ἐντὸς μὲν συμβαίνειν τόσην πλήθειν ὑγρότητα, μείω δ’ ἐκτὸς προχεῖσθαι τοῦ δέοντος.</w:t>
      </w:r>
    </w:p>
    <w:p>
      <w:r>
        <w:rPr>
          <w:rFonts w:ascii="Courier New" w:hAnsi="Courier New"/>
          <w:color w:val="555555"/>
          <w:sz w:val="20"/>
        </w:rPr>
        <w:t>[4 . 4 . 26]</w:t>
      </w:r>
    </w:p>
    <w:p>
      <w:r>
        <w:rPr>
          <w:rFonts w:ascii="Gentium Plus" w:hAnsi="Gentium Plus"/>
          <w:sz w:val="24"/>
        </w:rPr>
        <w:t>Ἃ δὲ διὰ γαστρὸς πλείω κένωσιν ἐλάττω φαίνεται, προδήλους ἐπιδείκνυσι τὰς αἰτίας, μήτε δεούσης ὧδ’ ἀναδόσεως γινομένης καὶ τοῦ πλείονος περιττοῦ τὴν ὁρμὴν ἐκεῖσε εἰληφότος.</w:t>
      </w:r>
    </w:p>
    <w:p>
      <w:r>
        <w:rPr>
          <w:rFonts w:ascii="Courier New" w:hAnsi="Courier New"/>
          <w:color w:val="555555"/>
          <w:sz w:val="20"/>
        </w:rPr>
        <w:t>[4 . 4 . 27]</w:t>
      </w:r>
    </w:p>
    <w:p>
      <w:r>
        <w:rPr>
          <w:rFonts w:ascii="Gentium Plus" w:hAnsi="Gentium Plus"/>
          <w:sz w:val="24"/>
        </w:rPr>
        <w:t>Χρεία μὲν γὰρ τῇ φύσει τὸ πᾶν ἀποκενοῦσθαι τῶν περιττωμά‐ των διὰ τῶν συνήθων πόρων· ἄν τι δὲ τύχῃ πλεονεκτή‐ σας ἅτερος ἑτέρου πόρος, ἐπὶ θατέρῳ τοὔλαττον φέρεται,</w:t>
      </w:r>
    </w:p>
    <w:p>
      <w:r>
        <w:rPr>
          <w:rFonts w:ascii="Courier New" w:hAnsi="Courier New"/>
          <w:color w:val="555555"/>
          <w:sz w:val="20"/>
        </w:rPr>
        <w:t>[5]</w:t>
      </w:r>
    </w:p>
    <w:p>
      <w:r>
        <w:rPr>
          <w:rFonts w:ascii="Gentium Plus" w:hAnsi="Gentium Plus"/>
          <w:sz w:val="24"/>
        </w:rPr>
        <w:t>ἐπὶ δὲ τούτοις καὶ διὰ σφοδρότητα φυρετοῦ ἐλάττω φέρε‐ ται τὰ οὖρα, καίτοι πλείω τοῦ συνήθους τοῦ κάμνοντος πίνοντος.</w:t>
      </w:r>
    </w:p>
    <w:p>
      <w:r>
        <w:rPr>
          <w:rFonts w:ascii="Courier New" w:hAnsi="Courier New"/>
          <w:color w:val="555555"/>
          <w:sz w:val="20"/>
        </w:rPr>
        <w:t>[4 . 4 . 28]</w:t>
      </w:r>
    </w:p>
    <w:p>
      <w:r>
        <w:rPr>
          <w:rFonts w:ascii="Gentium Plus" w:hAnsi="Gentium Plus"/>
          <w:sz w:val="24"/>
        </w:rPr>
        <w:t>Καὶ οὐδὲν ἀπεικὸς εἰς σφοδρότητα διε‐ νέγκας ὁ πυρετὸς ἅπασαν ἐμφερομένην ἀποδαπανᾷ τοῦ σώματος ὑγρότητα περιττήν, ὅπου γε καὶ πιμελῆς ἐσθ’ ὄτε καὶ τῶν στερεῶν αὐτῶν χρονίσας ἅπτεται.</w:t>
      </w:r>
    </w:p>
    <w:p>
      <w:r>
        <w:rPr>
          <w:rFonts w:ascii="Courier New" w:hAnsi="Courier New"/>
          <w:color w:val="555555"/>
          <w:sz w:val="20"/>
        </w:rPr>
        <w:t>[4 . 4 . 29]</w:t>
      </w:r>
    </w:p>
    <w:p>
      <w:r>
        <w:rPr>
          <w:rFonts w:ascii="Gentium Plus" w:hAnsi="Gentium Plus"/>
          <w:sz w:val="24"/>
        </w:rPr>
        <w:t>Ἃ δ’ ἤτοι τῶν νεφρῶν μόνων ἢ τῶν λοιπῶν οὐρητικῶν ἀγγείων πε‐ πονθότων μείω φαίνεται ἢ καὶ τῆς τοῦ σύμπαντος ἀπο‐ κριτικῆς δυνάμεως ἠτονηκυίας, πρόδηλον μὴν τὴν αἰτίαν</w:t>
      </w:r>
    </w:p>
    <w:p>
      <w:r>
        <w:rPr>
          <w:rFonts w:ascii="Courier New" w:hAnsi="Courier New"/>
          <w:color w:val="555555"/>
          <w:sz w:val="20"/>
        </w:rPr>
        <w:t>[5]</w:t>
      </w:r>
    </w:p>
    <w:p>
      <w:r>
        <w:rPr>
          <w:rFonts w:ascii="Gentium Plus" w:hAnsi="Gentium Plus"/>
          <w:sz w:val="24"/>
        </w:rPr>
        <w:t>ἔχει, ὡς ἤτοι διά τινα δυσκρασίαν ἢ πάθος ὀργανικὸν γί‐ νεται.</w:t>
      </w:r>
    </w:p>
    <w:p>
      <w:r>
        <w:rPr>
          <w:rFonts w:ascii="Courier New" w:hAnsi="Courier New"/>
          <w:color w:val="555555"/>
          <w:sz w:val="20"/>
        </w:rPr>
        <w:t>[4 . 4 . 30]</w:t>
      </w:r>
    </w:p>
    <w:p>
      <w:r>
        <w:rPr>
          <w:rFonts w:ascii="Gentium Plus" w:hAnsi="Gentium Plus"/>
          <w:sz w:val="24"/>
        </w:rPr>
        <w:t>Ὁ δὲ τὸ περὶ αἰτίας νοσημάτων βιβλίον ἀνεγνωκὼς γνοίη ἂν ἐκεῖθεν μαθὼν ἀσφαλέστερον.</w:t>
      </w:r>
    </w:p>
    <w:p>
      <w:r>
        <w:rPr>
          <w:rFonts w:ascii="Courier New" w:hAnsi="Courier New"/>
          <w:color w:val="555555"/>
          <w:sz w:val="20"/>
        </w:rPr>
        <w:t>[4 . 4 . 31]</w:t>
      </w:r>
    </w:p>
    <w:p>
      <w:r>
        <w:rPr>
          <w:rFonts w:ascii="Gentium Plus" w:hAnsi="Gentium Plus"/>
          <w:sz w:val="24"/>
        </w:rPr>
        <w:t>Καὶ ὁ μὲν περὶ ποσότητος οὔρων λόγος ἀρκούσας εἰληφὼς αἰτίας ὧδέ πη καὶ παυέσθω, λειπόμενον δ’ ἂν εἴη καὶ τὰς ἐπὶ τοῖς χρώμασιν αἰτίας ἐπιθεῖναι καὶ μετὰ ταύτας τὰς</w:t>
      </w:r>
    </w:p>
    <w:p>
      <w:r>
        <w:rPr>
          <w:rFonts w:ascii="Courier New" w:hAnsi="Courier New"/>
          <w:color w:val="555555"/>
          <w:sz w:val="20"/>
        </w:rPr>
        <w:t>[5]</w:t>
      </w:r>
    </w:p>
    <w:p>
      <w:r>
        <w:rPr>
          <w:rFonts w:ascii="Gentium Plus" w:hAnsi="Gentium Plus"/>
          <w:sz w:val="24"/>
        </w:rPr>
        <w:t>ἐπὶ ταῖς συστάσεσιν, εἶθ’ οὕτως καὶ τὰς ἐπὶ τοῖς παρυφι‐ σταμένοις, ἵνα διὰ πάντων ἀποδοθέντος τοῦ λόγου καὶ τῶν ἐπὶ τούτοις ἀναπτυχθεισῶν αἰτίων ῥᾳδίως μὲν ἕκα‐ στος πιστεύῃ ταῖς ῥηθείσαις διαγνώσεσι, προχείρως δ’ ἔχῃ λέγειν τε καὶ πράττειν τὰ ἐπὶ τούτοις δέοντα.</w:t>
      </w:r>
    </w:p>
    <w:p>
      <w:r>
        <w:rPr>
          <w:rFonts w:ascii="Courier New" w:hAnsi="Courier New"/>
          <w:color w:val="555555"/>
          <w:sz w:val="20"/>
        </w:rPr>
        <w:t>[4 . 4 . 32]</w:t>
      </w:r>
    </w:p>
    <w:p>
      <w:r>
        <w:rPr>
          <w:rFonts w:ascii="Gentium Plus" w:hAnsi="Gentium Plus"/>
          <w:sz w:val="24"/>
        </w:rPr>
        <w:t>Ὁ γὰρ οἶμαι τοὺς λόγους ἀγνοήσας τῶν γινομένων οὔτ’ ἂν ῥᾳ‐ δίως πιστεύσῃ ταῖς διαγνώσεσιν οὔτε πιστεύσας ἀντίσχῃ κατασεισθεὶς ὑφ’ ἑτέρων λόγων.</w:t>
      </w:r>
    </w:p>
    <w:p>
      <w:r>
        <w:rPr>
          <w:rFonts w:ascii="Courier New" w:hAnsi="Courier New"/>
          <w:color w:val="555555"/>
          <w:sz w:val="20"/>
        </w:rPr>
        <w:t>[4 . 4 . 33]</w:t>
      </w:r>
    </w:p>
    <w:p>
      <w:r>
        <w:rPr>
          <w:rFonts w:ascii="Gentium Plus" w:hAnsi="Gentium Plus"/>
          <w:sz w:val="24"/>
        </w:rPr>
        <w:t>Ταῦτά τοι αἱ μὲν αἰτίαι οὕτω γνήσιαι φανεῖσαι τῇ περὶ οὔρων πραγματείᾳ ἤδη καὶ λέγονται.</w:t>
      </w:r>
    </w:p>
    <w:p>
      <w:r>
        <w:rPr>
          <w:rFonts w:ascii="Courier New" w:hAnsi="Courier New"/>
          <w:color w:val="555555"/>
          <w:sz w:val="20"/>
        </w:rPr>
        <w:t>[4 . 4 . 34]</w:t>
      </w:r>
    </w:p>
    <w:p>
      <w:r>
        <w:rPr>
          <w:rFonts w:ascii="Gentium Plus" w:hAnsi="Gentium Plus"/>
          <w:sz w:val="24"/>
        </w:rPr>
        <w:t>Ὧιδ’ οὖν προσῆκον τοῦ περὶ αἰτίας λόγου χρωμάτων ἅπτεσθαι. καὶ δὴ περὶ λευκῶν πρῶτον</w:t>
      </w:r>
    </w:p>
    <w:p>
      <w:r>
        <w:rPr>
          <w:rFonts w:ascii="Courier New" w:hAnsi="Courier New"/>
          <w:color w:val="555555"/>
          <w:sz w:val="20"/>
        </w:rPr>
        <w:t>[5]</w:t>
      </w:r>
    </w:p>
    <w:p>
      <w:r>
        <w:rPr>
          <w:rFonts w:ascii="Gentium Plus" w:hAnsi="Gentium Plus"/>
          <w:sz w:val="24"/>
        </w:rPr>
        <w:t>χρωμάτων προάξομεν τὸν λόγον τὴν ἐπ’ ἐκείνοις τάξιν κἀνταῦθα φυλάττοντες.</w:t>
      </w:r>
    </w:p>
    <w:p>
      <w:r>
        <w:rPr>
          <w:rFonts w:ascii="Courier New" w:hAnsi="Courier New"/>
          <w:color w:val="555555"/>
          <w:sz w:val="20"/>
        </w:rPr>
        <w:t>[4 . 4 . 35]</w:t>
      </w:r>
    </w:p>
    <w:p>
      <w:r>
        <w:rPr>
          <w:rFonts w:ascii="Gentium Plus" w:hAnsi="Gentium Plus"/>
          <w:sz w:val="24"/>
        </w:rPr>
        <w:t>Καὶ γοῦν, καθάπερ ὁ λόγος πρῴην ἔδοξε, τῆς ἀκριβοῦς τε καὶ συμμέτρου ἐν τοῖς σι‐ μοῖς τοῦ ἥπατος γεγονυίας πέψεώς τε καὶ διακρίσεως καὶ τοῦ μὲν γεώδους ὁλοκλήρως διαδοθέντος χυμοῦ τῷ</w:t>
      </w:r>
    </w:p>
    <w:p>
      <w:r>
        <w:rPr>
          <w:rFonts w:ascii="Courier New" w:hAnsi="Courier New"/>
          <w:color w:val="555555"/>
          <w:sz w:val="20"/>
        </w:rPr>
        <w:t>[5]</w:t>
      </w:r>
    </w:p>
    <w:p>
      <w:r>
        <w:rPr>
          <w:rFonts w:ascii="Gentium Plus" w:hAnsi="Gentium Plus"/>
          <w:sz w:val="24"/>
        </w:rPr>
        <w:t>σπληνί, ὡς μὴ ῥᾳδίαν τούτου τὴν ἀνάδοσιν ἔχοντος, τοῦ δ’ ὀρρώδους συμπαρομαρτοῦντος τῷ αἵματι, δι’ ἣν ἔφη‐ μεν χρείαν, τοῦ πικροχόλου τὸ μὲν πλέον καὶ μικροῦ δεῖν ἅπαν ἐκεῖ που περὶ τὴν χοληδόχον κύστιν ἀθροιζόμενον φαίνεται.</w:t>
      </w:r>
    </w:p>
    <w:p>
      <w:r>
        <w:rPr>
          <w:rFonts w:ascii="Courier New" w:hAnsi="Courier New"/>
          <w:color w:val="555555"/>
          <w:sz w:val="20"/>
        </w:rPr>
        <w:t>[4 . 4 . 36]</w:t>
      </w:r>
    </w:p>
    <w:p>
      <w:r>
        <w:rPr>
          <w:rFonts w:ascii="Gentium Plus" w:hAnsi="Gentium Plus"/>
          <w:sz w:val="24"/>
        </w:rPr>
        <w:t>Συνάνεισι δέ τι μέρος τούτου καὶ τῷ αἵ‐ ματι τῷ τε λεπτομερὲς τελεῖν καὶ εὐανάδοτον, τῷ τε λυ‐ σιτελεῖν τῷ ὀρρῷ τῇ τοῦ αἴματος διόδῳ.</w:t>
      </w:r>
    </w:p>
    <w:p>
      <w:r>
        <w:rPr>
          <w:rFonts w:ascii="Courier New" w:hAnsi="Courier New"/>
          <w:color w:val="555555"/>
          <w:sz w:val="20"/>
        </w:rPr>
        <w:t>[4 . 4 . 37]</w:t>
      </w:r>
    </w:p>
    <w:p>
      <w:r>
        <w:rPr>
          <w:rFonts w:ascii="Gentium Plus" w:hAnsi="Gentium Plus"/>
          <w:sz w:val="24"/>
        </w:rPr>
        <w:t>Τῇ γὰρ δακνώδει ποιότητι τὴν ἀποκριτικὴν ἐρεθίζον δύναμιν συν‐ έξεισι μὲν τῷ οὔρῳ ἤδη φανὲν ἀχρεῖον τῇ τρίτῃ πέψει, χρῶμα δὲ χαρίζεται μιγὲν τῷ χύματι, οἷονπερ ὁ λόγος καὶ</w:t>
      </w:r>
    </w:p>
    <w:p>
      <w:r>
        <w:rPr>
          <w:rFonts w:ascii="Courier New" w:hAnsi="Courier New"/>
          <w:color w:val="555555"/>
          <w:sz w:val="20"/>
        </w:rPr>
        <w:t>[5]</w:t>
      </w:r>
    </w:p>
    <w:p>
      <w:r>
        <w:rPr>
          <w:rFonts w:ascii="Gentium Plus" w:hAnsi="Gentium Plus"/>
          <w:sz w:val="24"/>
        </w:rPr>
        <w:t>ἡ αἴσθησις οἶδε τὸ σύμμετρον.</w:t>
      </w:r>
    </w:p>
    <w:p>
      <w:r>
        <w:rPr>
          <w:rFonts w:ascii="Courier New" w:hAnsi="Courier New"/>
          <w:color w:val="555555"/>
          <w:sz w:val="20"/>
        </w:rPr>
        <w:t>[4 . 4 . 38]</w:t>
      </w:r>
    </w:p>
    <w:p>
      <w:r>
        <w:rPr>
          <w:rFonts w:ascii="Gentium Plus" w:hAnsi="Gentium Plus"/>
          <w:sz w:val="24"/>
        </w:rPr>
        <w:t>Τοσούτῳ μέντοι κε‐ κοινώνηκεν αἵματος ἐμφάσεως τῶν οὔρων τὰ χρώματα, ὅσαπερ καὶ τὸ λαμπρὸν ὑπογελᾷ τοῖς χύμασιν ἀκτινοβο‐ λοῦν, τοῦ γάρ τοι αἵματος τοῦτ’ εἶναι τοῖς εὖ εἰδόσι κρί‐</w:t>
      </w:r>
    </w:p>
    <w:p>
      <w:r>
        <w:rPr>
          <w:rFonts w:ascii="Courier New" w:hAnsi="Courier New"/>
          <w:color w:val="555555"/>
          <w:sz w:val="20"/>
        </w:rPr>
        <w:t>[5]</w:t>
      </w:r>
    </w:p>
    <w:p>
      <w:r>
        <w:rPr>
          <w:rFonts w:ascii="Gentium Plus" w:hAnsi="Gentium Plus"/>
          <w:sz w:val="24"/>
        </w:rPr>
        <w:t>νειν πιστεύεται, ἀλλ’ ὁ μὲν περὶ συμμέτρου λόγος τοιοῦ‐ τος.</w:t>
      </w:r>
    </w:p>
    <w:p>
      <w:r>
        <w:rPr>
          <w:rFonts w:ascii="Courier New" w:hAnsi="Courier New"/>
          <w:color w:val="555555"/>
          <w:sz w:val="20"/>
        </w:rPr>
        <w:t>[4 . 4 . 39]</w:t>
      </w:r>
    </w:p>
    <w:p>
      <w:r>
        <w:rPr>
          <w:rFonts w:ascii="Gentium Plus" w:hAnsi="Gentium Plus"/>
          <w:sz w:val="24"/>
        </w:rPr>
        <w:t>Ἐπεὶ δ’ εἰκος πλεονάζειν τε καὶ ἐλλείπειν τὸν τοιοῦτον ξανθήχολον χυμόν, ἐξυδαροῦσθαί τε καὶ κατα‐ χρώννυσθαι δι’ οἵασδήτινας αἰτίας δεόντως κατὰ τὰς ἐπ’ αὐτοῖς γινομένας διαφορᾶς, διάφορά τινα καὶ τῶν οὔρων</w:t>
      </w:r>
    </w:p>
    <w:p>
      <w:r>
        <w:rPr>
          <w:rFonts w:ascii="Courier New" w:hAnsi="Courier New"/>
          <w:color w:val="555555"/>
          <w:sz w:val="20"/>
        </w:rPr>
        <w:t>[5]</w:t>
      </w:r>
    </w:p>
    <w:p>
      <w:r>
        <w:rPr>
          <w:rFonts w:ascii="Gentium Plus" w:hAnsi="Gentium Plus"/>
          <w:sz w:val="24"/>
        </w:rPr>
        <w:t>χρώματα φανείη.</w:t>
      </w:r>
    </w:p>
    <w:p>
      <w:r>
        <w:rPr>
          <w:rFonts w:ascii="Courier New" w:hAnsi="Courier New"/>
          <w:color w:val="555555"/>
          <w:sz w:val="20"/>
        </w:rPr>
        <w:t>[4 . 4 . 40]</w:t>
      </w:r>
    </w:p>
    <w:p>
      <w:r>
        <w:rPr>
          <w:rFonts w:ascii="Gentium Plus" w:hAnsi="Gentium Plus"/>
          <w:sz w:val="24"/>
        </w:rPr>
        <w:t>Ἐπεὶ τοίνυν τῶν λευκῶν χρωμάτων καὶ μάλιστ’ ὅσα κρυσταλλοειδῆ τε καὶ ὑδατώδη, ἤτοι παν‐ τελῆ τις ἂν ἀπεψίαν διὰ ψυχρότητα καταγνοίη τῆς φύ‐ σεως, ἢ ἔμφραξιν μεγίστην τῶν τὰ οὖρα μάλιστα διακρι‐</w:t>
      </w:r>
    </w:p>
    <w:p>
      <w:r>
        <w:rPr>
          <w:rFonts w:ascii="Courier New" w:hAnsi="Courier New"/>
          <w:color w:val="555555"/>
          <w:sz w:val="20"/>
        </w:rPr>
        <w:t>[5]</w:t>
      </w:r>
    </w:p>
    <w:p>
      <w:r>
        <w:rPr>
          <w:rFonts w:ascii="Gentium Plus" w:hAnsi="Gentium Plus"/>
          <w:sz w:val="24"/>
        </w:rPr>
        <w:t>νόντων πόρων, ἢ καὶ τῆς χολῆς αὐτῆς τῆς χρωννυούσης ἐπ’ ἄλλα μέρη τοῦ σώματος μετοχεύτεσιν.</w:t>
      </w:r>
    </w:p>
    <w:p>
      <w:r>
        <w:rPr>
          <w:rFonts w:ascii="Courier New" w:hAnsi="Courier New"/>
          <w:color w:val="555555"/>
          <w:sz w:val="20"/>
        </w:rPr>
        <w:t>[4 . 4 . 41]</w:t>
      </w:r>
    </w:p>
    <w:p>
      <w:r>
        <w:rPr>
          <w:rFonts w:ascii="Gentium Plus" w:hAnsi="Gentium Plus"/>
          <w:sz w:val="24"/>
        </w:rPr>
        <w:t>Ὅσα δ’ ὑφειμένην δείκνυσι τὴν λευκότητα καὶ μᾶλλον ἤδη πρὸς τὰ γλαυκὰ καὶ χαρωπὰ τῶν χρωμάτων χωρεῖ, διὰ μὲν με‐ τάστασιν οὐκ ἂν ῥᾳδίως γένηται τοῦ πικροχόλου χυμοῦ,</w:t>
      </w:r>
    </w:p>
    <w:p>
      <w:r>
        <w:rPr>
          <w:rFonts w:ascii="Courier New" w:hAnsi="Courier New"/>
          <w:color w:val="555555"/>
          <w:sz w:val="20"/>
        </w:rPr>
        <w:t>[5]</w:t>
      </w:r>
    </w:p>
    <w:p>
      <w:r>
        <w:rPr>
          <w:rFonts w:ascii="Gentium Plus" w:hAnsi="Gentium Plus"/>
          <w:sz w:val="24"/>
        </w:rPr>
        <w:t>δι’ ἀτονίαν δέ γε τῆς τ’ ἀλλοιούσης καὶ πεττούσης τοὺς</w:t>
      </w:r>
    </w:p>
    <w:p>
      <w:pPr>
        <w:jc w:val="center"/>
      </w:pPr>
      <w:r>
        <w:rPr>
          <w:rFonts w:ascii="Gentium Plus" w:hAnsi="Gentium Plus"/>
          <w:b/>
          <w:sz w:val="24"/>
        </w:rPr>
        <w:t>Κεφ. εʹ. Πρὸς ὑφ’ αἵματος φάσκοντας τὰ οὖρα πάντοτε χρώννυσθαι.</w:t>
      </w:r>
    </w:p>
    <w:p>
      <w:r>
        <w:rPr>
          <w:rFonts w:ascii="Courier New" w:hAnsi="Courier New"/>
          <w:color w:val="555555"/>
          <w:sz w:val="20"/>
        </w:rPr>
        <w:t>[4 . 5 . 1]</w:t>
      </w:r>
    </w:p>
    <w:p>
      <w:r>
        <w:rPr>
          <w:rFonts w:ascii="Gentium Plus" w:hAnsi="Gentium Plus"/>
          <w:sz w:val="24"/>
        </w:rPr>
        <w:t>Ἐπεὶ δέ τινες ὑφ’ αἵματος τὰ οὖρα κεχρῶσθαι οἴονται πρὸς αὐτοὺς βραχύ τι λέξομεν τῆν σφῶν ἀπάτην ἀνακαθάραντες.</w:t>
      </w:r>
    </w:p>
    <w:p>
      <w:r>
        <w:rPr>
          <w:rFonts w:ascii="Courier New" w:hAnsi="Courier New"/>
          <w:color w:val="555555"/>
          <w:sz w:val="20"/>
        </w:rPr>
        <w:t>[4 . 5 . 2]</w:t>
      </w:r>
    </w:p>
    <w:p>
      <w:r>
        <w:rPr>
          <w:rFonts w:ascii="Gentium Plus" w:hAnsi="Gentium Plus"/>
          <w:sz w:val="24"/>
        </w:rPr>
        <w:t>Τὴν φύσιν ἴσμεν μηδέποτε, ὑγιῶς ἐχόν‐ των τῶν σωμάτων καὶ μάλιστα ἐν συμμετρίᾳ χυμῶν τυγ‐ χανόντων, ἐᾷν τινα τῶν τρέφειν εἰωθότων χυμῶν ἐκκρί‐ νεσθαι ἀεὶ τροφῆς τοιαύτης δέουσαν.</w:t>
      </w:r>
    </w:p>
    <w:p>
      <w:r>
        <w:rPr>
          <w:rFonts w:ascii="Courier New" w:hAnsi="Courier New"/>
          <w:color w:val="555555"/>
          <w:sz w:val="20"/>
        </w:rPr>
        <w:t>[4 . 5 . 3]</w:t>
      </w:r>
    </w:p>
    <w:p>
      <w:r>
        <w:rPr>
          <w:rFonts w:ascii="Gentium Plus" w:hAnsi="Gentium Plus"/>
          <w:sz w:val="24"/>
        </w:rPr>
        <w:t>Ἄλογον πάντη καὶ γὰρ ἐδόκει, εἰ τόσα πρὸς τροφὴν μηχανωμένην τοῦ ζῴου καὶ ἀεὶ τοῦ πλήρους λειπομένην ἀλόγως οὕτως οὐκ ὀλίγον αἷμα τοῖς οὔροις συνεξεκρίνετο.</w:t>
      </w:r>
    </w:p>
    <w:p>
      <w:r>
        <w:rPr>
          <w:rFonts w:ascii="Courier New" w:hAnsi="Courier New"/>
          <w:color w:val="555555"/>
          <w:sz w:val="20"/>
        </w:rPr>
        <w:t>[4 . 5 . 4]</w:t>
      </w:r>
    </w:p>
    <w:p>
      <w:r>
        <w:rPr>
          <w:rFonts w:ascii="Gentium Plus" w:hAnsi="Gentium Plus"/>
          <w:sz w:val="24"/>
        </w:rPr>
        <w:t>Ἔπειτα τοῦ αἵ‐ ματος ἐρυθροῦ τῷ χρώματι τυγχάνοντος, ὑπολευκοῦ δὲ τοῦ ὀρροῦ, ἔδει οἷον ὑπέρυθρον τὸ κατὰ φύσιν οὖρον τυγχά‐ νειν.</w:t>
      </w:r>
    </w:p>
    <w:p>
      <w:r>
        <w:rPr>
          <w:rFonts w:ascii="Courier New" w:hAnsi="Courier New"/>
          <w:color w:val="555555"/>
          <w:sz w:val="20"/>
        </w:rPr>
        <w:t>[4 . 5 . 5]</w:t>
      </w:r>
    </w:p>
    <w:p>
      <w:r>
        <w:rPr>
          <w:rFonts w:ascii="Gentium Plus" w:hAnsi="Gentium Plus"/>
          <w:sz w:val="24"/>
        </w:rPr>
        <w:t>Τοῦτο δὲ τοσοῦτο λέλειπται τοῦ ὑγειοῦς, ὅσῳ καὶ τοῦ ἐρυθροῦ παρέσχε χρώματος ἔμφασιν.</w:t>
      </w:r>
    </w:p>
    <w:p>
      <w:r>
        <w:rPr>
          <w:rFonts w:ascii="Courier New" w:hAnsi="Courier New"/>
          <w:color w:val="555555"/>
          <w:sz w:val="20"/>
        </w:rPr>
        <w:t>[4 . 5 . 6]</w:t>
      </w:r>
    </w:p>
    <w:p>
      <w:r>
        <w:rPr>
          <w:rFonts w:ascii="Gentium Plus" w:hAnsi="Gentium Plus"/>
          <w:sz w:val="24"/>
        </w:rPr>
        <w:t>Τί δ’ ἂν ἐκώλυεν ἀεὶ τοῦ αἵματος πλήθοντος μὴ πάντοτε τὰ οὖρα τοιαῦτα φαίνεσθαι, οἷα ὁ λόγος οἶδε σύμμετρα; ἔπειτα δὲ προσῆκε τοῖς ξανθὴν ἀπογεννῶσι χολὴν τῷ σώματι πλείω</w:t>
      </w:r>
    </w:p>
    <w:p>
      <w:r>
        <w:rPr>
          <w:rFonts w:ascii="Courier New" w:hAnsi="Courier New"/>
          <w:color w:val="555555"/>
          <w:sz w:val="20"/>
        </w:rPr>
        <w:t>[5]</w:t>
      </w:r>
    </w:p>
    <w:p>
      <w:r>
        <w:rPr>
          <w:rFonts w:ascii="Gentium Plus" w:hAnsi="Gentium Plus"/>
          <w:sz w:val="24"/>
        </w:rPr>
        <w:t>τοιαῦτα οὖρα ἐργάζεσθαι, οἷα τοῖς ἐκείνων δοξάσουσιν ὑφ’ αἵματος μᾶλλον ἔδει ηὐξημένου χρώννυσθαι.</w:t>
      </w:r>
    </w:p>
    <w:p>
      <w:r>
        <w:rPr>
          <w:rFonts w:ascii="Courier New" w:hAnsi="Courier New"/>
          <w:color w:val="555555"/>
          <w:sz w:val="20"/>
        </w:rPr>
        <w:t>[4 . 5 . 7]</w:t>
      </w:r>
    </w:p>
    <w:p>
      <w:r>
        <w:rPr>
          <w:rFonts w:ascii="Gentium Plus" w:hAnsi="Gentium Plus"/>
          <w:sz w:val="24"/>
        </w:rPr>
        <w:t>Τοῦτο δ’ ἒς τοὐναντίον ἔστραπται ᾗπερ ἐκείνοις ἔπεισι δοξάζειν καὶ πολλὰς ἂν ἴσως ἐμεσαιέν τε καὶ διαχωρήσαιεν χολὰς οἱ τοιαῦτα οὐροῦντες οὖρα καὶ ἐμεθεισῶν ἀποκατασταίη αὐτὰ</w:t>
      </w:r>
    </w:p>
    <w:p>
      <w:r>
        <w:rPr>
          <w:rFonts w:ascii="Courier New" w:hAnsi="Courier New"/>
          <w:color w:val="555555"/>
          <w:sz w:val="20"/>
        </w:rPr>
        <w:t>[5]</w:t>
      </w:r>
    </w:p>
    <w:p>
      <w:r>
        <w:rPr>
          <w:rFonts w:ascii="Gentium Plus" w:hAnsi="Gentium Plus"/>
          <w:sz w:val="24"/>
        </w:rPr>
        <w:t>συμμέτρα (καὶ πολλά τις ἂν ἐξεύροι ἕτερα τὸν νοῦν γυμνάζων πείθοντα) τὰ σύμμετρα τῶν οὔρων καὶ τὰ προσεχῆ ὑπὸ ξανθῆς χολῆς, ἀλλ’ οὐχ ὑφ’ αἵματος χρών‐ νυσθαι. Εἰ δέ τινα καὶ ὑφ’ αἵματος καὶ μελαγχολικοῦ χυ‐ μοῦ χρώννυται, ὁ μετ’ ὀλίγον δείξει λόγος.</w:t>
      </w:r>
    </w:p>
    <w:p>
      <w:pPr>
        <w:jc w:val="center"/>
      </w:pPr>
      <w:r>
        <w:rPr>
          <w:rFonts w:ascii="Gentium Plus" w:hAnsi="Gentium Plus"/>
          <w:b/>
          <w:sz w:val="24"/>
        </w:rPr>
        <w:t>Κεφ. ϛʹ. Περὶ αἰτίας ὑπώχρων καὶ ὠχρῶν παρυφισταμένων.</w:t>
      </w:r>
    </w:p>
    <w:p>
      <w:r>
        <w:rPr>
          <w:rFonts w:ascii="Courier New" w:hAnsi="Courier New"/>
          <w:color w:val="555555"/>
          <w:sz w:val="20"/>
        </w:rPr>
        <w:t>[4 . 6 . 1]</w:t>
      </w:r>
    </w:p>
    <w:p>
      <w:r>
        <w:rPr>
          <w:rFonts w:ascii="Gentium Plus" w:hAnsi="Gentium Plus"/>
          <w:sz w:val="24"/>
        </w:rPr>
        <w:t>Ἐπεὶ δὲ οἶσθα ὅστις χυμὸς τὰ οὖρα μάλιστα χρωννύων πέφυκε, μεμάθηκας δὲ καί, δι’ ἃς οὐκ ἐπιτίθησι τοῖς οὔροις χρώματα, λευκὰ δὴ ταῦτα παρεὶς ῥᾳδίως ἂν ἐντεῦθεν καὶ τὰς ἐπὶ τοῖς λοιποῖς χρωματουργίαις γνοίης,</w:t>
      </w:r>
    </w:p>
    <w:p>
      <w:r>
        <w:rPr>
          <w:rFonts w:ascii="Courier New" w:hAnsi="Courier New"/>
          <w:color w:val="555555"/>
          <w:sz w:val="20"/>
        </w:rPr>
        <w:t>[5]</w:t>
      </w:r>
    </w:p>
    <w:p>
      <w:r>
        <w:rPr>
          <w:rFonts w:ascii="Gentium Plus" w:hAnsi="Gentium Plus"/>
          <w:sz w:val="24"/>
        </w:rPr>
        <w:t>τὴν τῶν χρωμάτων μέθοδον κατειληφώς.</w:t>
      </w:r>
    </w:p>
    <w:p>
      <w:r>
        <w:rPr>
          <w:rFonts w:ascii="Courier New" w:hAnsi="Courier New"/>
          <w:color w:val="555555"/>
          <w:sz w:val="20"/>
        </w:rPr>
        <w:t>[4 . 6 . 2]</w:t>
      </w:r>
    </w:p>
    <w:p>
      <w:r>
        <w:rPr>
          <w:rFonts w:ascii="Gentium Plus" w:hAnsi="Gentium Plus"/>
          <w:sz w:val="24"/>
        </w:rPr>
        <w:t>Πλὴν ἀλλ’ ἐπειδήπερ ἀμφιγνοεῖς τὸν λόγον, τὸ δὲ σαφὲς ἐν πᾶσι καὶ ἀνεπτυγμένον ἀσφαλέστερον εἰς διδασκαλίαν καθέστηκεν,</w:t>
      </w:r>
    </w:p>
    <w:p>
      <w:r>
        <w:rPr>
          <w:rFonts w:ascii="Courier New" w:hAnsi="Courier New"/>
          <w:color w:val="555555"/>
          <w:sz w:val="20"/>
        </w:rPr>
        <w:t>[5]</w:t>
      </w:r>
    </w:p>
    <w:p>
      <w:r>
        <w:rPr>
          <w:rFonts w:ascii="Gentium Plus" w:hAnsi="Gentium Plus"/>
          <w:sz w:val="24"/>
        </w:rPr>
        <w:t>τροφάσεων, ἕκαστον τῶν πρῴην ἐν ἄλλοις ἀποδειχθέντων χρωμάτων ἀποδεικνύντες, δι’ ἅς τινας αἰτίας οὕτω πως κέχρωσται.</w:t>
      </w:r>
    </w:p>
    <w:p>
      <w:r>
        <w:rPr>
          <w:rFonts w:ascii="Courier New" w:hAnsi="Courier New"/>
          <w:color w:val="555555"/>
          <w:sz w:val="20"/>
        </w:rPr>
        <w:t>[4 . 6 . 3]</w:t>
      </w:r>
    </w:p>
    <w:p>
      <w:r>
        <w:rPr>
          <w:rFonts w:ascii="Gentium Plus" w:hAnsi="Gentium Plus"/>
          <w:sz w:val="24"/>
        </w:rPr>
        <w:t>Πολλὰ γὰρ ἂν ἴσως, μὴ μαθών, ἀγνοήσαις. μετὰ τοίνυν τὰ λευκὰ τῶν χρωμάτων τά τε ὕπωχρα καὶ ὠχρὰ γινόμενα φαίνεται, τῆς ἀλλοιωτικῆς καὶ πεπτικῆς ἤδη τόνον λαβούσης δυνάμεως.</w:t>
      </w:r>
    </w:p>
    <w:p>
      <w:r>
        <w:rPr>
          <w:rFonts w:ascii="Courier New" w:hAnsi="Courier New"/>
          <w:color w:val="555555"/>
          <w:sz w:val="20"/>
        </w:rPr>
        <w:t>[4 . 6 . 4]</w:t>
      </w:r>
    </w:p>
    <w:p>
      <w:r>
        <w:rPr>
          <w:rFonts w:ascii="Gentium Plus" w:hAnsi="Gentium Plus"/>
          <w:sz w:val="24"/>
        </w:rPr>
        <w:t>Ἐπεὶ τοίνυν, ὡς πολ‐ λάκις εἴρηται, τοῦ χολώδους ἠτυχηκότος πέψεως προση‐ κούσης τὰ οὖρα φαίνεται λευκά, ἀρχὴ δὲ χρωμάτων τὰ ὕπωχρα καὶ ὠχρά, εἰκότως ἄν τις οἰηθείη πέψεως ἀρχὴν</w:t>
      </w:r>
    </w:p>
    <w:p>
      <w:r>
        <w:rPr>
          <w:rFonts w:ascii="Courier New" w:hAnsi="Courier New"/>
          <w:color w:val="555555"/>
          <w:sz w:val="20"/>
        </w:rPr>
        <w:t>[5]</w:t>
      </w:r>
    </w:p>
    <w:p>
      <w:r>
        <w:rPr>
          <w:rFonts w:ascii="Gentium Plus" w:hAnsi="Gentium Plus"/>
          <w:sz w:val="24"/>
        </w:rPr>
        <w:t>λαμβάνειν τὴν ἀναδιδομένην τροφὴν καὶ ἤδη ζωπυροῦσθαι φαίνεσθαι τὴν ἔμφυτον θερμότητα καί πως μετρίως πρα‐ τεῖν τῆς ὕλης, εἰ καὶ μὴ ὁλοκλήρως, ἀλλ’ οὖν μέσως πως ἐπιχειρεῖν τὴν φύσιν πέψεως.</w:t>
      </w:r>
    </w:p>
    <w:p>
      <w:r>
        <w:rPr>
          <w:rFonts w:ascii="Courier New" w:hAnsi="Courier New"/>
          <w:color w:val="555555"/>
          <w:sz w:val="20"/>
        </w:rPr>
        <w:t>[4 . 6 . 5]</w:t>
      </w:r>
    </w:p>
    <w:p>
      <w:r>
        <w:rPr>
          <w:rFonts w:ascii="Gentium Plus" w:hAnsi="Gentium Plus"/>
          <w:sz w:val="24"/>
        </w:rPr>
        <w:t>Ὁπόταν γὰρ ὁ ξανθή‐ χολος χυμὸς ἀρκούντως κατασκευασθείη τῇ φύσει, αὐτὸς μὲν οἵου πέφυκε χρώματος ἀπ’ αὐτοῦ δὴ μαρτυρεῖ τοῦ ὀνόματος, ἐπίτασιν δέ τινα εἰληφὼς ἐρυθρός τε καὶ ἰώδης</w:t>
      </w:r>
    </w:p>
    <w:p>
      <w:r>
        <w:rPr>
          <w:rFonts w:ascii="Courier New" w:hAnsi="Courier New"/>
          <w:color w:val="555555"/>
          <w:sz w:val="20"/>
        </w:rPr>
        <w:t>[5]</w:t>
      </w:r>
    </w:p>
    <w:p>
      <w:r>
        <w:rPr>
          <w:rFonts w:ascii="Gentium Plus" w:hAnsi="Gentium Plus"/>
          <w:sz w:val="24"/>
        </w:rPr>
        <w:t>καὶ ἰσατώδης, κραμβίζων τε καὶ ὑπομέλας ἤδη πρὸς τὴν μέλαιναν χολὴν μεθιστάμενος φαίνεται, ὥσπερ αὖθις ἀφι‐ στάμενος τοῦ κατὰ φύσιν χρώματος ὑπόξανθός τε καὶ ὑπόπυρρος, ὠχρός τε καὶ ὕπωχρος καὶ ἔτι τούτου φαυλό‐ τερος.</w:t>
      </w:r>
    </w:p>
    <w:p>
      <w:r>
        <w:rPr>
          <w:rFonts w:ascii="Courier New" w:hAnsi="Courier New"/>
          <w:color w:val="555555"/>
          <w:sz w:val="20"/>
        </w:rPr>
        <w:t>[4 . 6 . 6]</w:t>
      </w:r>
    </w:p>
    <w:p>
      <w:r>
        <w:rPr>
          <w:rFonts w:ascii="Gentium Plus" w:hAnsi="Gentium Plus"/>
          <w:sz w:val="24"/>
        </w:rPr>
        <w:t>Ἐπεὶ δὲ ταῦτ’ οὔτως ἔχει, συναγαγεῖν ὡδὶ τὸν λόγον προσήκει.</w:t>
      </w:r>
    </w:p>
    <w:p>
      <w:r>
        <w:rPr>
          <w:rFonts w:ascii="Courier New" w:hAnsi="Courier New"/>
          <w:color w:val="555555"/>
          <w:sz w:val="20"/>
        </w:rPr>
        <w:t>[4 . 6 . 7]</w:t>
      </w:r>
    </w:p>
    <w:p>
      <w:r>
        <w:rPr>
          <w:rFonts w:ascii="Gentium Plus" w:hAnsi="Gentium Plus"/>
          <w:sz w:val="24"/>
        </w:rPr>
        <w:t>Ὁπόταν σύμμετρος καὶ ὡς προσήκει πέψις γένηται, ξανθή τε καὶ πυρρὰ τελεῖται ἡ χολή· τὰ δ’ οὖρα ὑπόξανθά τε καὶ ὑπόπυρρα, τοῦ χρώματος ὧδε ἀμαυρωθέντος τῆς χολῆς τῇ τοῦ ὀρρώδους χυμοῦ ἐπι‐</w:t>
      </w:r>
    </w:p>
    <w:p>
      <w:r>
        <w:rPr>
          <w:rFonts w:ascii="Courier New" w:hAnsi="Courier New"/>
          <w:color w:val="555555"/>
          <w:sz w:val="20"/>
        </w:rPr>
        <w:t>[5]</w:t>
      </w:r>
    </w:p>
    <w:p>
      <w:r>
        <w:rPr>
          <w:rFonts w:ascii="Gentium Plus" w:hAnsi="Gentium Plus"/>
          <w:sz w:val="24"/>
        </w:rPr>
        <w:t>μιξίᾳ, λευκοῦ που καὶ αὐτοῦ τυγχάνοντος, ὥστ’ ἂν ῥηθείη τὰ τοιαῦτα τῶν συμμέτρων οὔρων χρώματα, ξανθοῦ τε καὶ λευκοῦ μῖξις χρώματος, οὐκ ἂν σφαλείης, οἶμαι, τοῦ δεόντος.</w:t>
      </w:r>
    </w:p>
    <w:p>
      <w:r>
        <w:rPr>
          <w:rFonts w:ascii="Courier New" w:hAnsi="Courier New"/>
          <w:color w:val="555555"/>
          <w:sz w:val="20"/>
        </w:rPr>
        <w:t>[4 . 6 . 8]</w:t>
      </w:r>
    </w:p>
    <w:p>
      <w:r>
        <w:rPr>
          <w:rFonts w:ascii="Gentium Plus" w:hAnsi="Gentium Plus"/>
          <w:sz w:val="24"/>
        </w:rPr>
        <w:t>Τὰ τοίνυν ὕπωχρα καὶ ὠχρά—ῥητέον γὰρ ὧδε καὶ περὶ τούτων—φαυλοτέραν ἴσως ἐπιμαρτυρήσει τὴν ἀπὸ τῆς χολῆς βαφὴν διαμαρτηθείσης δηλονότι τῇ πέψει.</w:t>
      </w:r>
    </w:p>
    <w:p>
      <w:r>
        <w:rPr>
          <w:rFonts w:ascii="Courier New" w:hAnsi="Courier New"/>
          <w:color w:val="555555"/>
          <w:sz w:val="20"/>
        </w:rPr>
        <w:t>[4 . 6 . 9]</w:t>
      </w:r>
    </w:p>
    <w:p>
      <w:r>
        <w:rPr>
          <w:rFonts w:ascii="Gentium Plus" w:hAnsi="Gentium Plus"/>
          <w:sz w:val="24"/>
        </w:rPr>
        <w:t>Καί πως στοχαζόμενόν τινα βραχύ τι τἀλη‐ θοῦς διαπεσεῖν οἶμαι. εἰ δὲ ταῖς αὐταῖς ἀναλογίαις κἀπὶ τῶν λοιπῶν χρωμάτων χρήσαιτο καὶ τὰ μὴ ὠχρὰ τῶν οὔ‐ ρων ἐν τοῖς οὔροις φαινόμενα ἐπιμιξίαν ἄν τις εἴποι εἶναι</w:t>
      </w:r>
    </w:p>
    <w:p>
      <w:r>
        <w:rPr>
          <w:rFonts w:ascii="Courier New" w:hAnsi="Courier New"/>
          <w:color w:val="555555"/>
          <w:sz w:val="20"/>
        </w:rPr>
        <w:t>[5]</w:t>
      </w:r>
    </w:p>
    <w:p>
      <w:r>
        <w:rPr>
          <w:rFonts w:ascii="Gentium Plus" w:hAnsi="Gentium Plus"/>
          <w:sz w:val="24"/>
        </w:rPr>
        <w:t>ὑποξάνθου τε καὶ λευκοῦ χρώματος τοῦ ἐξ ὀρροῦ, ὥσπερ</w:t>
      </w:r>
    </w:p>
    <w:p>
      <w:r>
        <w:rPr>
          <w:rFonts w:ascii="Courier New" w:hAnsi="Courier New"/>
          <w:color w:val="555555"/>
          <w:sz w:val="20"/>
        </w:rPr>
        <w:t>[4 . 6 . 10]</w:t>
      </w:r>
    </w:p>
    <w:p>
      <w:r>
        <w:rPr>
          <w:rFonts w:ascii="Gentium Plus" w:hAnsi="Gentium Plus"/>
          <w:sz w:val="24"/>
        </w:rPr>
        <w:t>Ἀλλ’ ὁ μὲν περὶ ὠχρότητος οὔρων λόγος τοιοῦτος ἂν ἀποδοθείη· νυνὶ δὲ καὶ περὶ τῶν λοιπῶν χρωμάτων εἴπωμεν, δι’ ἃς ἕκαστον τούτων ἀποδίδοται αἰτίας καὶ τὰ μὲν σύμμετρα τῶν οὔ‐</w:t>
      </w:r>
    </w:p>
    <w:p>
      <w:r>
        <w:rPr>
          <w:rFonts w:ascii="Courier New" w:hAnsi="Courier New"/>
          <w:color w:val="555555"/>
          <w:sz w:val="20"/>
        </w:rPr>
        <w:t>[5]</w:t>
      </w:r>
    </w:p>
    <w:p>
      <w:r>
        <w:rPr>
          <w:rFonts w:ascii="Gentium Plus" w:hAnsi="Gentium Plus"/>
          <w:sz w:val="24"/>
        </w:rPr>
        <w:t>ρων ἤδη που εἴρηται, δι’ οὕστινας λόγους ὑποπυρρά τε καὶ ὑπόξανθα ἀποδίδοται. ἑξῆς δὲ λέγωμεν περὶ τῶν πυρ‐ ρῶν καὶ τῶν ξανθῶν φαινομένων οὔρων.</w:t>
      </w:r>
    </w:p>
    <w:p>
      <w:pPr>
        <w:jc w:val="center"/>
      </w:pPr>
      <w:r>
        <w:rPr>
          <w:rFonts w:ascii="Gentium Plus" w:hAnsi="Gentium Plus"/>
          <w:b/>
          <w:sz w:val="24"/>
        </w:rPr>
        <w:t>Κεφ. ζʹ. Περὶ αἰτίας πυρρῶν καὶ ξανθῶν οὔρων.</w:t>
      </w:r>
    </w:p>
    <w:p>
      <w:r>
        <w:rPr>
          <w:rFonts w:ascii="Courier New" w:hAnsi="Courier New"/>
          <w:color w:val="555555"/>
          <w:sz w:val="20"/>
        </w:rPr>
        <w:t>[4 . 7 . 1]</w:t>
      </w:r>
    </w:p>
    <w:p>
      <w:r>
        <w:rPr>
          <w:rFonts w:ascii="Gentium Plus" w:hAnsi="Gentium Plus"/>
          <w:sz w:val="24"/>
        </w:rPr>
        <w:t>Τὰ τοίνυν τοιαῦτα ἐν τοῖς οὔροις χρώματα αὐτὸν δὴ τὸν χολώδη χυμὸν ἢ τῇ ποσότητι ἢ τῇ ποιότητι ἐπι‐ τετᾶσθαι δίδοσιν οἴεσθαι πρός τε τὸ εὐχρούστερον κεχω‐ ρηκότα καὶ δριμύτερον.</w:t>
      </w:r>
    </w:p>
    <w:p>
      <w:r>
        <w:rPr>
          <w:rFonts w:ascii="Courier New" w:hAnsi="Courier New"/>
          <w:color w:val="555555"/>
          <w:sz w:val="20"/>
        </w:rPr>
        <w:t>[4 . 7 . 2]</w:t>
      </w:r>
    </w:p>
    <w:p>
      <w:r>
        <w:rPr>
          <w:rFonts w:ascii="Gentium Plus" w:hAnsi="Gentium Plus"/>
          <w:sz w:val="24"/>
        </w:rPr>
        <w:t>Ὁπόταν γὰρ ὑπὲρ τὸ ξανθόν τε καὶ πυρρὸν ἡ τῆς χολῆς χροία προΐη, τὰ δηλωθέντα τῶν οὔρων φαίνεται τῇ ἀναλόγῳ μίξει χροιῶν τῶν δια‐ φόρων.</w:t>
      </w:r>
    </w:p>
    <w:p>
      <w:pPr>
        <w:jc w:val="center"/>
      </w:pPr>
      <w:r>
        <w:rPr>
          <w:rFonts w:ascii="Gentium Plus" w:hAnsi="Gentium Plus"/>
          <w:b/>
          <w:sz w:val="24"/>
        </w:rPr>
        <w:t>Κεφ. ηʹ. Περὶ αἰτίας ὑπερύθρων καὶ ἐρυθρῶν οὔρων.</w:t>
      </w:r>
    </w:p>
    <w:p>
      <w:r>
        <w:rPr>
          <w:rFonts w:ascii="Courier New" w:hAnsi="Courier New"/>
          <w:color w:val="555555"/>
          <w:sz w:val="20"/>
        </w:rPr>
        <w:t>[4 . 8 . 1]</w:t>
      </w:r>
    </w:p>
    <w:p>
      <w:r>
        <w:rPr>
          <w:rFonts w:ascii="Gentium Plus" w:hAnsi="Gentium Plus"/>
          <w:sz w:val="24"/>
        </w:rPr>
        <w:t>Τά γε μὴν ὑπέρυθρα καὶ ἐρυθρὰ τῶν οὔρων ἤτοι δι’ ἐπιμιξίαν ἐρυθρᾶς χολῆς γίνεται ἢ δι’ ἴχωρα αἵματος, ἐκεῖ που τὴν ὁρμὴν ἀπειληφότα τῆς ἐκκρίσεως.</w:t>
      </w:r>
    </w:p>
    <w:p>
      <w:r>
        <w:rPr>
          <w:rFonts w:ascii="Courier New" w:hAnsi="Courier New"/>
          <w:color w:val="555555"/>
          <w:sz w:val="20"/>
        </w:rPr>
        <w:t>[4 . 8 . 2]</w:t>
      </w:r>
    </w:p>
    <w:p>
      <w:r>
        <w:rPr>
          <w:rFonts w:ascii="Gentium Plus" w:hAnsi="Gentium Plus"/>
          <w:sz w:val="24"/>
        </w:rPr>
        <w:t>Ὅτι δὲ καὶ ἐρυθρὰ χολὴ ἐνίοτε διαφαίνεται, ἔστι μὲν καὶ ἰατρῶν αὐτῶν πυθέσθαι.</w:t>
      </w:r>
    </w:p>
    <w:p>
      <w:r>
        <w:rPr>
          <w:rFonts w:ascii="Courier New" w:hAnsi="Courier New"/>
          <w:color w:val="555555"/>
          <w:sz w:val="20"/>
        </w:rPr>
        <w:t>[4 . 8 . 3]</w:t>
      </w:r>
    </w:p>
    <w:p>
      <w:r>
        <w:rPr>
          <w:rFonts w:ascii="Gentium Plus" w:hAnsi="Gentium Plus"/>
          <w:sz w:val="24"/>
        </w:rPr>
        <w:t>Ἐγώ τε πολλάκις εἶδον χολὴν τοι‐ αύτην, ὡσπερ δὴ κἀπί τινος πρὸ βραχέος χρόνου πυρέσ‐ σοντος, ὥσπερ ἡ γαστὴρ ὑπέρυθρα διεχώρησεν, καὶ οὖρα δὲ τὰ παραπλήσια διαφαίνετο.</w:t>
      </w:r>
    </w:p>
    <w:p>
      <w:r>
        <w:rPr>
          <w:rFonts w:ascii="Courier New" w:hAnsi="Courier New"/>
          <w:color w:val="555555"/>
          <w:sz w:val="20"/>
        </w:rPr>
        <w:t>[4 . 8 . 4]</w:t>
      </w:r>
    </w:p>
    <w:p>
      <w:r>
        <w:rPr>
          <w:rFonts w:ascii="Gentium Plus" w:hAnsi="Gentium Plus"/>
          <w:sz w:val="24"/>
        </w:rPr>
        <w:t>Καὶ οὐ δεῖ τὸν ἐπὶ τούτου λόγον ἁπλῶς μηκύνειν ἤδη γνώριμον πεφυκότα· ἐκεῖνα δὲ μᾶλλον εἰπεῖν προσήκει, ὅσα δι’ αἵματος ἰχωρώ‐ δους ἐπιγεγονυῖαν αὔξησιν τοιαῦτα φαίνεται.</w:t>
      </w:r>
    </w:p>
    <w:p>
      <w:r>
        <w:rPr>
          <w:rFonts w:ascii="Courier New" w:hAnsi="Courier New"/>
          <w:color w:val="555555"/>
          <w:sz w:val="20"/>
        </w:rPr>
        <w:t>[4 . 8 . 5]</w:t>
      </w:r>
    </w:p>
    <w:p>
      <w:r>
        <w:rPr>
          <w:rFonts w:ascii="Gentium Plus" w:hAnsi="Gentium Plus"/>
          <w:sz w:val="24"/>
        </w:rPr>
        <w:t>Ἐπὰν οὖν πλεονάσαν τὸ αἷμα μὴ ῥᾳδίως ὑπὸ τοῦ φυσικοῦ τού‐ του διαπνῆται πνεύματος, στενοχωρουμένων οἷον τῶν ἀγ‐ γείων τῷ πλήθει, ἰχώρ τις ἐπιγίνεται τῷ αἵματι, οἷόν τι</w:t>
      </w:r>
    </w:p>
    <w:p>
      <w:r>
        <w:rPr>
          <w:rFonts w:ascii="Courier New" w:hAnsi="Courier New"/>
          <w:color w:val="555555"/>
          <w:sz w:val="20"/>
        </w:rPr>
        <w:t>[5]</w:t>
      </w:r>
    </w:p>
    <w:p>
      <w:r>
        <w:rPr>
          <w:rFonts w:ascii="Gentium Plus" w:hAnsi="Gentium Plus"/>
          <w:sz w:val="24"/>
        </w:rPr>
        <w:t>κἀπὶ τῶν ἀδιαπνευστούντων ὑγρότητός τινος ἐπικεκοινω‐ νηκότων γίνεται σωμάτων πρὸς σῆψιν ἤδη κεχωρηκότων.</w:t>
      </w:r>
    </w:p>
    <w:p>
      <w:r>
        <w:rPr>
          <w:rFonts w:ascii="Courier New" w:hAnsi="Courier New"/>
          <w:color w:val="555555"/>
          <w:sz w:val="20"/>
        </w:rPr>
        <w:t>[4 . 8 . 6]</w:t>
      </w:r>
    </w:p>
    <w:p>
      <w:r>
        <w:rPr>
          <w:rFonts w:ascii="Gentium Plus" w:hAnsi="Gentium Plus"/>
          <w:sz w:val="24"/>
        </w:rPr>
        <w:t>Ὁ γάρ τοι εὐρὼς μὲν παρὰ τοῖς γραμματικοῖς καλού‐ μενος, ὀμίχλη δὲ παρὰ τοῖς κοινολογοῦσι τοιαῦτα παρα‐</w:t>
      </w:r>
    </w:p>
    <w:p>
      <w:r>
        <w:rPr>
          <w:rFonts w:ascii="Courier New" w:hAnsi="Courier New"/>
          <w:color w:val="555555"/>
          <w:sz w:val="20"/>
        </w:rPr>
        <w:t>[4 . 8 . 7]</w:t>
      </w:r>
    </w:p>
    <w:p>
      <w:r>
        <w:rPr>
          <w:rFonts w:ascii="Gentium Plus" w:hAnsi="Gentium Plus"/>
          <w:sz w:val="24"/>
        </w:rPr>
        <w:t>Καὶ τοίνυν ἀπὸ τῶν ὑπερύθρων οὔρων ἰχὼρ μέν τις αἵματι ἐπιγεγενῆσθαι διαφαίνεται, οἷόν τι καὶ τοῖς ὁσημέραι φαι‐ νομένοις ὑγροτέροις σώμασιν ἡ ὀμίχλη, διαδίδοσθαι δ’</w:t>
      </w:r>
    </w:p>
    <w:p>
      <w:r>
        <w:rPr>
          <w:rFonts w:ascii="Courier New" w:hAnsi="Courier New"/>
          <w:color w:val="555555"/>
          <w:sz w:val="20"/>
        </w:rPr>
        <w:t>[5]</w:t>
      </w:r>
    </w:p>
    <w:p>
      <w:r>
        <w:rPr>
          <w:rFonts w:ascii="Gentium Plus" w:hAnsi="Gentium Plus"/>
          <w:sz w:val="24"/>
        </w:rPr>
        <w:t>ἐπὶ τὴν ἔκκρισιν τῇ ἀποκριτικῇ δυνάμει τοῦτον ἀπωθού‐ μενον.</w:t>
      </w:r>
    </w:p>
    <w:p>
      <w:r>
        <w:rPr>
          <w:rFonts w:ascii="Courier New" w:hAnsi="Courier New"/>
          <w:color w:val="555555"/>
          <w:sz w:val="20"/>
        </w:rPr>
        <w:t>[4 . 8 . 8]</w:t>
      </w:r>
    </w:p>
    <w:p>
      <w:r>
        <w:rPr>
          <w:rFonts w:ascii="Gentium Plus" w:hAnsi="Gentium Plus"/>
          <w:sz w:val="24"/>
        </w:rPr>
        <w:t>Ἐπεὶ γὰρ ἐρυθροῦ χρώματος καθέστηκεν ὁ ἰχώρ, αἷμα γὰρ οἷον οὗτος διαφθαρέν, πάντως ἂν ἑνωθεὶς τῷ ὀρρώδει χυμῷ τότε αὐτοῦ χρῶμα ἀλλοιώσει μεταβαλὼν πρὸς τὸ σφέτερον, ἐλλείψει τε τῆς ἐντελοῦς ἐρυθρό‐</w:t>
      </w:r>
    </w:p>
    <w:p>
      <w:r>
        <w:rPr>
          <w:rFonts w:ascii="Courier New" w:hAnsi="Courier New"/>
          <w:color w:val="555555"/>
          <w:sz w:val="20"/>
        </w:rPr>
        <w:t>[5]</w:t>
      </w:r>
    </w:p>
    <w:p>
      <w:r>
        <w:rPr>
          <w:rFonts w:ascii="Gentium Plus" w:hAnsi="Gentium Plus"/>
          <w:sz w:val="24"/>
        </w:rPr>
        <w:t>τητος τῷ ἐξυδαρωθῆναι οἷον ταύτην τῇ τοῦ ὀρρώδους κράσει χυμοῦ.</w:t>
      </w:r>
    </w:p>
    <w:p>
      <w:r>
        <w:rPr>
          <w:rFonts w:ascii="Courier New" w:hAnsi="Courier New"/>
          <w:color w:val="555555"/>
          <w:sz w:val="20"/>
        </w:rPr>
        <w:t>[4 . 8 . 9]</w:t>
      </w:r>
    </w:p>
    <w:p>
      <w:r>
        <w:rPr>
          <w:rFonts w:ascii="Gentium Plus" w:hAnsi="Gentium Plus"/>
          <w:sz w:val="24"/>
        </w:rPr>
        <w:t>Οὐ δεῖ δὲ λανθάνειν ὡς κἄν τι τοῦ χολώδους εἴη χυμοῦ χρωματίζον τὸ οὖρον καὶ τοῦτ’ ἀμαυ‐ ροῦται τῇ τοῦ ὑπερβάλλοντος ἔν τε ποσῷ καὶ χρώματι κράσει.</w:t>
      </w:r>
    </w:p>
    <w:p>
      <w:r>
        <w:rPr>
          <w:rFonts w:ascii="Courier New" w:hAnsi="Courier New"/>
          <w:color w:val="555555"/>
          <w:sz w:val="20"/>
        </w:rPr>
        <w:t>[4 . 8 . 10]</w:t>
      </w:r>
    </w:p>
    <w:p>
      <w:r>
        <w:rPr>
          <w:rFonts w:ascii="Gentium Plus" w:hAnsi="Gentium Plus"/>
          <w:sz w:val="24"/>
        </w:rPr>
        <w:t>Καὶ ὑπέρυθρα μὲν διὰ ταύτας ἂν ἀποδοθείη τὰς αἰτίας· ἐρυθρὰ δ’ αὖ ἤτοι διὰ ὑπερβάλλον πλῆθος χολῆς ἐρυθρᾶς ἢ δι’ ἰχῶρα πλείονα τοῦ αἵματος ἐν τοῖς οὔροις τὴν ὁρμὴν εἰληφότα πᾶσαν.</w:t>
      </w:r>
    </w:p>
    <w:p>
      <w:r>
        <w:rPr>
          <w:rFonts w:ascii="Courier New" w:hAnsi="Courier New"/>
          <w:color w:val="555555"/>
          <w:sz w:val="20"/>
        </w:rPr>
        <w:t>[4 . 8 . 11]</w:t>
      </w:r>
    </w:p>
    <w:p>
      <w:r>
        <w:rPr>
          <w:rFonts w:ascii="Gentium Plus" w:hAnsi="Gentium Plus"/>
          <w:sz w:val="24"/>
        </w:rPr>
        <w:t>Τῷ γάρ τοι πλή‐ θει ταῦτα ἐπικρατήσαντα βραχύ τι διαφαίνεσθαι ἐῶσι τὴν τοῦ ὀρρώδους ἐπιμιξίαν χρώματος.</w:t>
      </w:r>
    </w:p>
    <w:p>
      <w:r>
        <w:rPr>
          <w:rFonts w:ascii="Courier New" w:hAnsi="Courier New"/>
          <w:color w:val="555555"/>
          <w:sz w:val="20"/>
        </w:rPr>
        <w:t>[4 . 8 . 12]</w:t>
      </w:r>
    </w:p>
    <w:p>
      <w:r>
        <w:rPr>
          <w:rFonts w:ascii="Gentium Plus" w:hAnsi="Gentium Plus"/>
          <w:sz w:val="24"/>
        </w:rPr>
        <w:t>Ὁπόταν μέντοι ἀκριβῶς ἐρυθρὰ εἴη καὶ φοινικὰ τὰ οὖρα, αἵματός ποθεν ἐπιρρυέντος ἐπιδείκνυται τοιαῦτα, ἤτοι φλεβός τινος ῥα‐ γείσης τῶν περὶ τὰ οὐρητικὰ ἀγγεῖα ἢ τῶν διυλιζόντων</w:t>
      </w:r>
    </w:p>
    <w:p>
      <w:r>
        <w:rPr>
          <w:rFonts w:ascii="Courier New" w:hAnsi="Courier New"/>
          <w:color w:val="555555"/>
          <w:sz w:val="20"/>
        </w:rPr>
        <w:t>[5]</w:t>
      </w:r>
    </w:p>
    <w:p>
      <w:r>
        <w:rPr>
          <w:rFonts w:ascii="Gentium Plus" w:hAnsi="Gentium Plus"/>
          <w:sz w:val="24"/>
        </w:rPr>
        <w:t>περὶ τοὺς νεφροὺς τὰ οὖρα ἀγγείων, χαύνωσίς τις καὶ ὑπὲρ τὸ δέον ἀραίωσις, ὥστε συμβαίνειν ἐκεῖθεν καὶ τῆς τοῦ αἵματος οὐσίας οὐκ ὀλίγον σὺν τοῖς οὔροις φέρεσθαι καὶ χρωννύειν οὔτω τὰ οὖρα.</w:t>
      </w:r>
    </w:p>
    <w:p>
      <w:r>
        <w:rPr>
          <w:rFonts w:ascii="Courier New" w:hAnsi="Courier New"/>
          <w:color w:val="555555"/>
          <w:sz w:val="20"/>
        </w:rPr>
        <w:t>[4 . 8 . 13]</w:t>
      </w:r>
    </w:p>
    <w:p>
      <w:r>
        <w:rPr>
          <w:rFonts w:ascii="Gentium Plus" w:hAnsi="Gentium Plus"/>
          <w:sz w:val="24"/>
        </w:rPr>
        <w:t>Ἀλλ’ ὁ μὲν περὶ αἵμα‐ τος, ἄλλως μὲν ἐπίδηλος ὤν, περιττὸς δὲ νῦν εἰρῆσθαι— περὶ γὰρ οὔρων ἡμεῖς, ἀλλ’ οὐ περὶ ἐνουρουμένων αἱμά‐ των εἰπεῖν προὐθέμεθα—τανῦν ἀφείσθω.</w:t>
      </w:r>
    </w:p>
    <w:p>
      <w:pPr>
        <w:jc w:val="center"/>
      </w:pPr>
      <w:r>
        <w:rPr>
          <w:rFonts w:ascii="Gentium Plus" w:hAnsi="Gentium Plus"/>
          <w:b/>
          <w:sz w:val="24"/>
        </w:rPr>
        <w:t>Κεφ. θʹ. Περὶ αἰτίας οὔρων οἰνωπῶν.</w:t>
      </w:r>
    </w:p>
    <w:p>
      <w:r>
        <w:rPr>
          <w:rFonts w:ascii="Courier New" w:hAnsi="Courier New"/>
          <w:color w:val="555555"/>
          <w:sz w:val="20"/>
        </w:rPr>
        <w:t>[4 . 9 . 1]</w:t>
      </w:r>
    </w:p>
    <w:p>
      <w:r>
        <w:rPr>
          <w:rFonts w:ascii="Gentium Plus" w:hAnsi="Gentium Plus"/>
          <w:sz w:val="24"/>
        </w:rPr>
        <w:t>Ἑξῆς δὲ ῥητέον περί τε τοῦ οἰνωποῦ καλουμένου χρώματος, καὶ ὅσα μετὰ τοῦτο πέφυκεν.</w:t>
      </w:r>
    </w:p>
    <w:p>
      <w:r>
        <w:rPr>
          <w:rFonts w:ascii="Courier New" w:hAnsi="Courier New"/>
          <w:color w:val="555555"/>
          <w:sz w:val="20"/>
        </w:rPr>
        <w:t>[4 . 9 . 2]</w:t>
      </w:r>
    </w:p>
    <w:p>
      <w:r>
        <w:rPr>
          <w:rFonts w:ascii="Gentium Plus" w:hAnsi="Gentium Plus"/>
          <w:sz w:val="24"/>
        </w:rPr>
        <w:t>Ὁποῖον μὲν οὖν πέφυκεν τὸ οἰνωπὸν καλούμενον χρῶμα, ἐν τοῖς περὶ διαφορᾶς οὔρων ἔφθημεν εἰρηκότες, ὅτι δὲ σημαίνεται, ἐν τοῖς περὶ διαγνώσεως εἴρηται. νῦν δ’ ἐπιθῶμεν τῷ λόγῳ</w:t>
      </w:r>
    </w:p>
    <w:p>
      <w:r>
        <w:rPr>
          <w:rFonts w:ascii="Courier New" w:hAnsi="Courier New"/>
          <w:color w:val="555555"/>
          <w:sz w:val="20"/>
        </w:rPr>
        <w:t>[5]</w:t>
      </w:r>
    </w:p>
    <w:p>
      <w:r>
        <w:rPr>
          <w:rFonts w:ascii="Gentium Plus" w:hAnsi="Gentium Plus"/>
          <w:sz w:val="24"/>
        </w:rPr>
        <w:t>καὶ τὰς αἰτίας, ἐφ’ αἷς τοῦτο γίνεται.</w:t>
      </w:r>
    </w:p>
    <w:p>
      <w:r>
        <w:rPr>
          <w:rFonts w:ascii="Courier New" w:hAnsi="Courier New"/>
          <w:color w:val="555555"/>
          <w:sz w:val="20"/>
        </w:rPr>
        <w:t>[4 . 9 . 3]</w:t>
      </w:r>
    </w:p>
    <w:p>
      <w:r>
        <w:rPr>
          <w:rFonts w:ascii="Gentium Plus" w:hAnsi="Gentium Plus"/>
          <w:sz w:val="24"/>
        </w:rPr>
        <w:t>Ἐπὶ μὲν οὖν τῶν πολλὰ δραμόντων καὶ κεκοπιακότων συμβαίη ἂν δι’ ὑπερόπτησιν τοῦ αἵματος.</w:t>
      </w:r>
    </w:p>
    <w:p>
      <w:r>
        <w:rPr>
          <w:rFonts w:ascii="Courier New" w:hAnsi="Courier New"/>
          <w:color w:val="555555"/>
          <w:sz w:val="20"/>
        </w:rPr>
        <w:t>[4 . 9 . 4]</w:t>
      </w:r>
    </w:p>
    <w:p>
      <w:r>
        <w:rPr>
          <w:rFonts w:ascii="Gentium Plus" w:hAnsi="Gentium Plus"/>
          <w:sz w:val="24"/>
        </w:rPr>
        <w:t>Ἐπειδὰν γὰρ ἡ συνεχὴς καὶ σύντονος κίνησις τὸ αἷμα διαθερμάνῃ, καὶ τοῦ προσ‐ ήκοντος πλέον ἐξέκαυσέ τε καὶ διϊδρωθῆναι ἐν τοῖς διου‐ ρητικοῖς ἀγγείοις ἐποίησε καὶ τῇ ἑνώσει ἀμφοτέρων τὸ</w:t>
      </w:r>
    </w:p>
    <w:p>
      <w:r>
        <w:rPr>
          <w:rFonts w:ascii="Courier New" w:hAnsi="Courier New"/>
          <w:color w:val="555555"/>
          <w:sz w:val="20"/>
        </w:rPr>
        <w:t>[5]</w:t>
      </w:r>
    </w:p>
    <w:p>
      <w:r>
        <w:rPr>
          <w:rFonts w:ascii="Gentium Plus" w:hAnsi="Gentium Plus"/>
          <w:sz w:val="24"/>
        </w:rPr>
        <w:t>οἰνωπὸν τοῦ χρώματος γέγονεν καὶ οὐδὲν ἂν δόξῃ παρά‐ δοξον, ὅπου γε καὶ θρόμβοι αἵματος διαδίδονται εἰς τὴν ἐπιφάνειαν διϊδρούμενοι, κόπου τε καὶ ἡλιοκαΐας ἐνίοτε τὸν ἄνθρωπον ἐπισχόντων.</w:t>
      </w:r>
    </w:p>
    <w:p>
      <w:r>
        <w:rPr>
          <w:rFonts w:ascii="Courier New" w:hAnsi="Courier New"/>
          <w:color w:val="555555"/>
          <w:sz w:val="20"/>
        </w:rPr>
        <w:t>[4 . 9 . 5]</w:t>
      </w:r>
    </w:p>
    <w:p>
      <w:r>
        <w:rPr>
          <w:rFonts w:ascii="Gentium Plus" w:hAnsi="Gentium Plus"/>
          <w:sz w:val="24"/>
        </w:rPr>
        <w:t>Ἐγώ γε μὴν ἐπί τινος μείρακος τοιοῦτόν τι μέμνημαι ἰδὼν. ἀφικόμεθά ποτε περὶ Κυνὸς ἐπιτολὴν ἐντὸς τῆς πόλεως ἐπί τινα πανήγυ‐ ριν προσκυνήσοντες μὲν τὸν ἐκεῖσε ἅγιον διαφερόντως</w:t>
      </w:r>
    </w:p>
    <w:p>
      <w:r>
        <w:rPr>
          <w:rFonts w:ascii="Courier New" w:hAnsi="Courier New"/>
          <w:color w:val="555555"/>
          <w:sz w:val="20"/>
        </w:rPr>
        <w:t>[5]</w:t>
      </w:r>
    </w:p>
    <w:p>
      <w:r>
        <w:rPr>
          <w:rFonts w:ascii="Gentium Plus" w:hAnsi="Gentium Plus"/>
          <w:sz w:val="24"/>
        </w:rPr>
        <w:t>τιμώμενον, ἐνδιατρίψοντες δὲ καὶ τοῖς ἐκεῖσε χάριτός τινος γέμουσι.</w:t>
      </w:r>
    </w:p>
    <w:p>
      <w:r>
        <w:rPr>
          <w:rFonts w:ascii="Courier New" w:hAnsi="Courier New"/>
          <w:color w:val="555555"/>
          <w:sz w:val="20"/>
        </w:rPr>
        <w:t>[4 . 9 . 6]</w:t>
      </w:r>
    </w:p>
    <w:p>
      <w:r>
        <w:rPr>
          <w:rFonts w:ascii="Gentium Plus" w:hAnsi="Gentium Plus"/>
          <w:sz w:val="24"/>
        </w:rPr>
        <w:t>Καὶ οὔπω μὲν τὸ τρίτον τῆς ἡμέρας παρώ‐ χηκε καὶ ἡμεῖς ἐκεῖσε παρεγενόμεθα καὶ τὰς εὐχὰς ἀπο‐ δόντες καὶ μικρόν τι προσδιατρίψαντες, ἐπεὶ καὶ μεσημ‐ βρία ἦν, ἤδη νόστου τε ἐμνήσθημεν καὶ τῷ ἡλίῳ συγ‐</w:t>
      </w:r>
    </w:p>
    <w:p>
      <w:r>
        <w:rPr>
          <w:rFonts w:ascii="Courier New" w:hAnsi="Courier New"/>
          <w:color w:val="555555"/>
          <w:sz w:val="20"/>
        </w:rPr>
        <w:t>[5]</w:t>
      </w:r>
    </w:p>
    <w:p>
      <w:r>
        <w:rPr>
          <w:rFonts w:ascii="Gentium Plus" w:hAnsi="Gentium Plus"/>
          <w:sz w:val="24"/>
        </w:rPr>
        <w:t>καόμενοι δείλης ὀψίας περὶ τὰς οἰκείας ἀφίγμεθα, μέγι‐ στον τὸν δι’ ἐκείνης τῆς ἡμέρας ἡγησάμενοι κόπον.</w:t>
      </w:r>
    </w:p>
    <w:p>
      <w:r>
        <w:rPr>
          <w:rFonts w:ascii="Courier New" w:hAnsi="Courier New"/>
          <w:color w:val="555555"/>
          <w:sz w:val="20"/>
        </w:rPr>
        <w:t>[4 . 9 . 7]</w:t>
      </w:r>
    </w:p>
    <w:p>
      <w:r>
        <w:rPr>
          <w:rFonts w:ascii="Gentium Plus" w:hAnsi="Gentium Plus"/>
          <w:sz w:val="24"/>
        </w:rPr>
        <w:t>Τό τε γὰρ μὴ ἔθος ἔχειν ἡμᾶς ἔτι προσταλαιπωρεῖν ὁδῷ καὶ καύμασι τό, τε ἁπαλωτέρων τυχεῖν σωμάτων οὐ μετρίως ἡμῶν ὁ καύσων καθίκετο.</w:t>
      </w:r>
    </w:p>
    <w:p>
      <w:r>
        <w:rPr>
          <w:rFonts w:ascii="Courier New" w:hAnsi="Courier New"/>
          <w:color w:val="555555"/>
          <w:sz w:val="20"/>
        </w:rPr>
        <w:t>[4 . 9 . 8]</w:t>
      </w:r>
    </w:p>
    <w:p>
      <w:r>
        <w:rPr>
          <w:rFonts w:ascii="Gentium Plus" w:hAnsi="Gentium Plus"/>
          <w:sz w:val="24"/>
        </w:rPr>
        <w:t>Ἀλλ’ ἐγὼ μὲν τότε δὴ τότε τῆς ἐπ’ ἐκείνης βλάβης ἀπηλλαττόμην· ὁ δ’ ἕτερος τῶν σὺν ἡμῖν ἀφιγμένων, μαλακώτερός τε ὢν καὶ εὐπαθέστε‐ ρος, ἐλεύθερος μὲν καὶ αὐτός, ὡς ἐδόκει, ἐτύγχανε τῆς</w:t>
      </w:r>
    </w:p>
    <w:p>
      <w:r>
        <w:rPr>
          <w:rFonts w:ascii="Courier New" w:hAnsi="Courier New"/>
          <w:color w:val="555555"/>
          <w:sz w:val="20"/>
        </w:rPr>
        <w:t>[5]</w:t>
      </w:r>
    </w:p>
    <w:p>
      <w:r>
        <w:rPr>
          <w:rFonts w:ascii="Gentium Plus" w:hAnsi="Gentium Plus"/>
          <w:sz w:val="24"/>
        </w:rPr>
        <w:t>ἀφ’ ὁδοῦ βλάβης.</w:t>
      </w:r>
    </w:p>
    <w:p>
      <w:r>
        <w:rPr>
          <w:rFonts w:ascii="Courier New" w:hAnsi="Courier New"/>
          <w:color w:val="555555"/>
          <w:sz w:val="20"/>
        </w:rPr>
        <w:t>[4 . 9 . 9]</w:t>
      </w:r>
    </w:p>
    <w:p>
      <w:r>
        <w:rPr>
          <w:rFonts w:ascii="Gentium Plus" w:hAnsi="Gentium Plus"/>
          <w:sz w:val="24"/>
        </w:rPr>
        <w:t>[ἡ δὲ ἐπιοῦσα ἔδειξεν αὐτὸν μεταλα‐ χόντα τινὸς ἐκ τῆς ὁδοῦ βλάβης].</w:t>
      </w:r>
    </w:p>
    <w:p>
      <w:r>
        <w:rPr>
          <w:rFonts w:ascii="Courier New" w:hAnsi="Courier New"/>
          <w:color w:val="555555"/>
          <w:sz w:val="20"/>
        </w:rPr>
        <w:t>[4 . 9 . 10]</w:t>
      </w:r>
    </w:p>
    <w:p>
      <w:r>
        <w:rPr>
          <w:rFonts w:ascii="Gentium Plus" w:hAnsi="Gentium Plus"/>
          <w:sz w:val="24"/>
        </w:rPr>
        <w:t>Ἐπεὶ γὰρ αὐτὸν ἡ γαστὴρ ἔνυξεν, ἐξῄει μὲν εἰς λάσανον, ὑπόμελαν δέ οἱ ἡ γαστὴρ ὑπεχώρησε.</w:t>
      </w:r>
    </w:p>
    <w:p>
      <w:r>
        <w:rPr>
          <w:rFonts w:ascii="Courier New" w:hAnsi="Courier New"/>
          <w:color w:val="555555"/>
          <w:sz w:val="20"/>
        </w:rPr>
        <w:t>[4 . 9 . 11]</w:t>
      </w:r>
    </w:p>
    <w:p>
      <w:r>
        <w:rPr>
          <w:rFonts w:ascii="Gentium Plus" w:hAnsi="Gentium Plus"/>
          <w:sz w:val="24"/>
        </w:rPr>
        <w:t>Τοῦτ’ ἰδὼν ἐκεῖνος ἀπεπάγη καὶ ἐμοὶ τὸ πάθος ἐξήγγειλε καὶ ἐπυνθάνετο, ὅτι ἂν ἡ τοιαύτη βούλοιτο τοῦ διαχωρήματος μεταβολή.</w:t>
      </w:r>
    </w:p>
    <w:p>
      <w:r>
        <w:rPr>
          <w:rFonts w:ascii="Courier New" w:hAnsi="Courier New"/>
          <w:color w:val="555555"/>
          <w:sz w:val="20"/>
        </w:rPr>
        <w:t>[4 . 9 . 12]</w:t>
      </w:r>
    </w:p>
    <w:p>
      <w:r>
        <w:rPr>
          <w:rFonts w:ascii="Gentium Plus" w:hAnsi="Gentium Plus"/>
          <w:sz w:val="24"/>
        </w:rPr>
        <w:t>Εἰδὼς οὖν ἐκεῖνον εἰθισμένον μὲν συνεχῶς τέμνειν φλέβα, πολ‐ λοῦ δὲ τοῦ χρόνου παραρρυέντος μὴ χρησάμενον τῷ ἔθει, καὶ ἄλλως δὲ θερμὸν καὶ εὐπαθῆ γινώσκων τὸν ἀνθρω‐</w:t>
      </w:r>
    </w:p>
    <w:p>
      <w:r>
        <w:rPr>
          <w:rFonts w:ascii="Courier New" w:hAnsi="Courier New"/>
          <w:color w:val="555555"/>
          <w:sz w:val="20"/>
        </w:rPr>
        <w:t>[5]</w:t>
      </w:r>
    </w:p>
    <w:p>
      <w:r>
        <w:rPr>
          <w:rFonts w:ascii="Gentium Plus" w:hAnsi="Gentium Plus"/>
          <w:sz w:val="24"/>
        </w:rPr>
        <w:t>πον, προσεπιτιθεὶς δὲ καὶ τὸν χθιζὸν περίπατον ἔγνων δὴ τότε ἀκριβῶς διϊδρωθέντος αἵματος κατὰ τὴν ἐντὸς</w:t>
      </w:r>
    </w:p>
    <w:p>
      <w:r>
        <w:rPr>
          <w:rFonts w:ascii="Courier New" w:hAnsi="Courier New"/>
          <w:color w:val="555555"/>
          <w:sz w:val="20"/>
        </w:rPr>
        <w:t>[10]</w:t>
      </w:r>
    </w:p>
    <w:p>
      <w:r>
        <w:rPr>
          <w:rFonts w:ascii="Gentium Plus" w:hAnsi="Gentium Plus"/>
          <w:sz w:val="24"/>
        </w:rPr>
        <w:t>διαχωρήματος.</w:t>
      </w:r>
    </w:p>
    <w:p>
      <w:r>
        <w:rPr>
          <w:rFonts w:ascii="Courier New" w:hAnsi="Courier New"/>
          <w:color w:val="555555"/>
          <w:sz w:val="20"/>
        </w:rPr>
        <w:t>[4 . 9 . 13]</w:t>
      </w:r>
    </w:p>
    <w:p>
      <w:r>
        <w:rPr>
          <w:rFonts w:ascii="Gentium Plus" w:hAnsi="Gentium Plus"/>
          <w:sz w:val="24"/>
        </w:rPr>
        <w:t>Ἐνταῦθεν οὖν καὶ τὸ περὶ τῶν οἰνω‐ πῶν συλλογισάμενος οὔρων ταῖς αὐταῖς καὶ ταῦθ’ ὑπέ‐ βαλλον αἰτίαις γίνεσθαι καὶ δεῖ τῶ λόγῳ πιστεύειν τὸν σπουδαῖον.</w:t>
      </w:r>
    </w:p>
    <w:p>
      <w:r>
        <w:rPr>
          <w:rFonts w:ascii="Courier New" w:hAnsi="Courier New"/>
          <w:color w:val="555555"/>
          <w:sz w:val="20"/>
        </w:rPr>
        <w:t>[4 . 9 . 14]</w:t>
      </w:r>
    </w:p>
    <w:p>
      <w:r>
        <w:rPr>
          <w:rFonts w:ascii="Gentium Plus" w:hAnsi="Gentium Plus"/>
          <w:sz w:val="24"/>
        </w:rPr>
        <w:t>Καὶ ταῦτα μὲν ὑφ’ ὑγιῶν καὶ λέγεται καὶ φαίνεται· ἐπὶ δὲ τῶν πυρετοῖς ἑαλωκότων οὐ μετρίοις τὸν μὲν ἰχῶρα πλεονάζειν ὑποδείκνυσι τοῦ αἴματος, σή‐ πεσθαι δ’ αὐτὸν ἤδη καὶ συγκάεσθαι καὶ πρὸς χολῆς ξαν‐</w:t>
      </w:r>
    </w:p>
    <w:p>
      <w:r>
        <w:rPr>
          <w:rFonts w:ascii="Courier New" w:hAnsi="Courier New"/>
          <w:color w:val="555555"/>
          <w:sz w:val="20"/>
        </w:rPr>
        <w:t>[5]</w:t>
      </w:r>
    </w:p>
    <w:p>
      <w:r>
        <w:rPr>
          <w:rFonts w:ascii="Gentium Plus" w:hAnsi="Gentium Plus"/>
          <w:sz w:val="24"/>
        </w:rPr>
        <w:t>θῆς εἶδος ταύτῃ μεθίστασθαι.</w:t>
      </w:r>
    </w:p>
    <w:p>
      <w:r>
        <w:rPr>
          <w:rFonts w:ascii="Courier New" w:hAnsi="Courier New"/>
          <w:color w:val="555555"/>
          <w:sz w:val="20"/>
        </w:rPr>
        <w:t>[4 . 9 . 15]</w:t>
      </w:r>
    </w:p>
    <w:p>
      <w:r>
        <w:rPr>
          <w:rFonts w:ascii="Gentium Plus" w:hAnsi="Gentium Plus"/>
          <w:sz w:val="24"/>
        </w:rPr>
        <w:t>Ταῦτα τοι καὶ ἀμφο‐ τέρων μὲν τῶν χυμῶν τὰς ἀκριβεῖς τῶν χρωμάτων ἐκπέ‐ φευγεν ἰδέας μηδὲν ἔτι τελοῦν ἴδιον· τὸ δ’ οἰνωπὸν οὕτω καλούμενον κατεσκεύασε χρῶμα μεταβεβλημένου αἵματος</w:t>
      </w:r>
    </w:p>
    <w:p>
      <w:r>
        <w:rPr>
          <w:rFonts w:ascii="Courier New" w:hAnsi="Courier New"/>
          <w:color w:val="555555"/>
          <w:sz w:val="20"/>
        </w:rPr>
        <w:t>[5]</w:t>
      </w:r>
    </w:p>
    <w:p>
      <w:r>
        <w:rPr>
          <w:rFonts w:ascii="Gentium Plus" w:hAnsi="Gentium Plus"/>
          <w:sz w:val="24"/>
        </w:rPr>
        <w:t>εἰς χολήν. καὶ ὁ μὲν περὶ οἰνωποῦ χρώματος λόγος οὕτω πως ἀποδίδοται.</w:t>
      </w:r>
    </w:p>
    <w:p>
      <w:pPr>
        <w:jc w:val="center"/>
      </w:pPr>
      <w:r>
        <w:rPr>
          <w:rFonts w:ascii="Gentium Plus" w:hAnsi="Gentium Plus"/>
          <w:b/>
          <w:sz w:val="24"/>
        </w:rPr>
        <w:t>Κεφ. ιʹ. Περὶ αἰτίας οὔρων κυανῶν.</w:t>
      </w:r>
    </w:p>
    <w:p>
      <w:r>
        <w:rPr>
          <w:rFonts w:ascii="Courier New" w:hAnsi="Courier New"/>
          <w:color w:val="555555"/>
          <w:sz w:val="20"/>
        </w:rPr>
        <w:t>[4 . 10 . 1]</w:t>
      </w:r>
    </w:p>
    <w:p>
      <w:r>
        <w:rPr>
          <w:rFonts w:ascii="Gentium Plus" w:hAnsi="Gentium Plus"/>
          <w:sz w:val="24"/>
        </w:rPr>
        <w:t>Τό δὲ κυανοῦν ἔτι πορρωτέρω τοῦ συμμέτρου πε‐ φυκὸς χρώματος καὶ μείζονος τετύχηκεν ἀλλοιώσεως.</w:t>
      </w:r>
    </w:p>
    <w:p>
      <w:r>
        <w:rPr>
          <w:rFonts w:ascii="Courier New" w:hAnsi="Courier New"/>
          <w:color w:val="555555"/>
          <w:sz w:val="20"/>
        </w:rPr>
        <w:t>[4 . 10 . 2]</w:t>
      </w:r>
    </w:p>
    <w:p>
      <w:r>
        <w:rPr>
          <w:rFonts w:ascii="Gentium Plus" w:hAnsi="Gentium Plus"/>
          <w:sz w:val="24"/>
        </w:rPr>
        <w:t>Τῆς γάρ τοι ξανθῆς χολῆς συμμέτρου γεγονυίας, σύμ‐ μετρ’ ἂν καὶ τὰ οὖρα προβαίη.</w:t>
      </w:r>
    </w:p>
    <w:p>
      <w:r>
        <w:rPr>
          <w:rFonts w:ascii="Courier New" w:hAnsi="Courier New"/>
          <w:color w:val="555555"/>
          <w:sz w:val="20"/>
        </w:rPr>
        <w:t>[4 . 10 . 3]</w:t>
      </w:r>
    </w:p>
    <w:p>
      <w:r>
        <w:rPr>
          <w:rFonts w:ascii="Gentium Plus" w:hAnsi="Gentium Plus"/>
          <w:sz w:val="24"/>
        </w:rPr>
        <w:t>Καθ’ ὅσον δ’ ἂν αὔτη ἀλλοῖα τοῦ προσήκοντος ἐκστᾶσα γένηται καὶ τὰ οὖρα δείκνυσι μεταβαλλόμενα καὶ δὴ τῆς τοιαύτης ἐξοπτωμένης χολῆς καὶ ἰώδους οἷον γεγενημένης καὶ βραχείας τινὸς τῆς</w:t>
      </w:r>
    </w:p>
    <w:p>
      <w:r>
        <w:rPr>
          <w:rFonts w:ascii="Courier New" w:hAnsi="Courier New"/>
          <w:color w:val="555555"/>
          <w:sz w:val="20"/>
        </w:rPr>
        <w:t>[5]</w:t>
      </w:r>
    </w:p>
    <w:p>
      <w:r>
        <w:rPr>
          <w:rFonts w:ascii="Gentium Plus" w:hAnsi="Gentium Plus"/>
          <w:sz w:val="24"/>
        </w:rPr>
        <w:t>ῥοπῆς δεομένης ἐς τὴν τοῦ μελαγχολικοῦ χυμοῦ ἰδέαν καὶ διαδραμούσης τὸ φλεβῶδες γένος, τὰ κυανὰ τοῦ χρώ‐ ματος ἀποδίδοται.</w:t>
      </w:r>
    </w:p>
    <w:p>
      <w:pPr>
        <w:jc w:val="center"/>
      </w:pPr>
      <w:r>
        <w:rPr>
          <w:rFonts w:ascii="Gentium Plus" w:hAnsi="Gentium Plus"/>
          <w:b/>
          <w:sz w:val="24"/>
        </w:rPr>
        <w:t>Κεφ. ιαʹ. Περὶ αἰτίας οὔρων χλωρῶν.</w:t>
      </w:r>
    </w:p>
    <w:p>
      <w:r>
        <w:rPr>
          <w:rFonts w:ascii="Courier New" w:hAnsi="Courier New"/>
          <w:color w:val="555555"/>
          <w:sz w:val="20"/>
        </w:rPr>
        <w:t>[4 . 11 . 1]</w:t>
      </w:r>
    </w:p>
    <w:p>
      <w:r>
        <w:rPr>
          <w:rFonts w:ascii="Gentium Plus" w:hAnsi="Gentium Plus"/>
          <w:sz w:val="24"/>
        </w:rPr>
        <w:t>Τῶν δὲ χλωρῶν οὕτω καλουμένων χρωμάτων ὅσα μὲν διὰ τηκεδόνα γίνεται τῆς πιμελῆς διαφανέστερά τε καὶ πρὸς τὸ ἐλαιῶδες χρῶμα διασκεδάζεται.</w:t>
      </w:r>
    </w:p>
    <w:p>
      <w:r>
        <w:rPr>
          <w:rFonts w:ascii="Courier New" w:hAnsi="Courier New"/>
          <w:color w:val="555555"/>
          <w:sz w:val="20"/>
        </w:rPr>
        <w:t>[4 . 11 . 2]</w:t>
      </w:r>
    </w:p>
    <w:p>
      <w:r>
        <w:rPr>
          <w:rFonts w:ascii="Gentium Plus" w:hAnsi="Gentium Plus"/>
          <w:sz w:val="24"/>
        </w:rPr>
        <w:t>Γίνεται δὲ τοι‐ αῦτα δι’ ἐπιμιξίαν τοῦ ἀπὸ πιμελῆς συντήγματος ἐλαιώ‐ δους ἤδη γεγονότος διὰ τὸ τοῦ πυρετοῦ παριόν.</w:t>
      </w:r>
    </w:p>
    <w:p>
      <w:r>
        <w:rPr>
          <w:rFonts w:ascii="Courier New" w:hAnsi="Courier New"/>
          <w:color w:val="555555"/>
          <w:sz w:val="20"/>
        </w:rPr>
        <w:t>[4 . 11 . 3]</w:t>
      </w:r>
    </w:p>
    <w:p>
      <w:r>
        <w:rPr>
          <w:rFonts w:ascii="Gentium Plus" w:hAnsi="Gentium Plus"/>
          <w:sz w:val="24"/>
        </w:rPr>
        <w:t>Ὅσα δ’ αὖ πρὸς τὸ μελάντερον ἐπιρρέπει σκιαυγῆ μὲν καὶ χλω‐ ρίζοντα, πλῆθος δ’ ὑποφαίνει καὶ πάχος τῆς ἰώδους τε καὶ ἰσατώδους οὕτω καλουμένης χολῆς.</w:t>
      </w:r>
    </w:p>
    <w:p>
      <w:r>
        <w:rPr>
          <w:rFonts w:ascii="Courier New" w:hAnsi="Courier New"/>
          <w:color w:val="555555"/>
          <w:sz w:val="20"/>
        </w:rPr>
        <w:t>[4 . 11 . 4]</w:t>
      </w:r>
    </w:p>
    <w:p>
      <w:r>
        <w:rPr>
          <w:rFonts w:ascii="Gentium Plus" w:hAnsi="Gentium Plus"/>
          <w:sz w:val="24"/>
        </w:rPr>
        <w:t>Πάνυ μὲν γὰρ αὗ‐ ται χλωραί, βραχείας δέ τινος τῆς μεταβολῆς δεόμεναι, πρός γε τὸ μελαγχολικὸν εἶδος· ἐντεῦθεν γάρ τοι μέλανα γίνεται τῶν χρωμάτων.</w:t>
      </w:r>
    </w:p>
    <w:p>
      <w:r>
        <w:rPr>
          <w:rFonts w:ascii="Courier New" w:hAnsi="Courier New"/>
          <w:color w:val="555555"/>
          <w:sz w:val="20"/>
        </w:rPr>
        <w:t>[4 . 11 . 5]</w:t>
      </w:r>
    </w:p>
    <w:p>
      <w:r>
        <w:rPr>
          <w:rFonts w:ascii="Gentium Plus" w:hAnsi="Gentium Plus"/>
          <w:sz w:val="24"/>
        </w:rPr>
        <w:t>Καὶ χλωρὸν μὲν ὡς εἴρηται δι’ ἐπικρατείας αἰσχίστης γίνεται χολῆς κατά τε τὸ ποσὸν καὶ τὸ ποιὸν ἐπαυξηθείσης· ἤδη δὲ καὶ πρὸς ἕτερον ἐπει‐ γομένης εἶδος χολῆς.</w:t>
      </w:r>
    </w:p>
    <w:p>
      <w:pPr>
        <w:jc w:val="center"/>
      </w:pPr>
      <w:r>
        <w:rPr>
          <w:rFonts w:ascii="Gentium Plus" w:hAnsi="Gentium Plus"/>
          <w:b/>
          <w:sz w:val="24"/>
        </w:rPr>
        <w:t>Κεφ. ιβʹ. Περὶ φαιῶν καὶ πελιδνῶν καὶ μελάνων οὔρων.</w:t>
      </w:r>
    </w:p>
    <w:p>
      <w:r>
        <w:rPr>
          <w:rFonts w:ascii="Courier New" w:hAnsi="Courier New"/>
          <w:color w:val="555555"/>
          <w:sz w:val="20"/>
        </w:rPr>
        <w:t>[4 . 12 . 1]</w:t>
      </w:r>
    </w:p>
    <w:p>
      <w:r>
        <w:rPr>
          <w:rFonts w:ascii="Gentium Plus" w:hAnsi="Gentium Plus"/>
          <w:sz w:val="24"/>
        </w:rPr>
        <w:t>Τὰ δὲ φαιὰ καὶ πελιδνὰ καὶ μέλανα διά τε ψύξιν καὶ χυμὸν γινόμενα μέλανα τῇ μὲν διαφορᾷ τῇ πρὸς ἄλ‐ ληλα, καὶ τὴν ποσότητά τε καὶ τὴν ποιότητα δείκνυσι τῶν τὰ τοιαῦτα χρωννύντων χυμῶν.</w:t>
      </w:r>
    </w:p>
    <w:p>
      <w:r>
        <w:rPr>
          <w:rFonts w:ascii="Courier New" w:hAnsi="Courier New"/>
          <w:color w:val="555555"/>
          <w:sz w:val="20"/>
        </w:rPr>
        <w:t>[4 . 12 . 2]</w:t>
      </w:r>
    </w:p>
    <w:p>
      <w:r>
        <w:rPr>
          <w:rFonts w:ascii="Gentium Plus" w:hAnsi="Gentium Plus"/>
          <w:sz w:val="24"/>
        </w:rPr>
        <w:t>Τὴν ἑνότητα δὲ τῷ ὁμοειδεῖ—ἑνός τε γὰρ εἴδους κεκοινωνήκασι χρώμα‐ τος, καὶ οὐκ ὀλίγην ἔσχον τὴν πρὸς ἄλληλα διαφορὰν τῇ ἐπιτάσει τε καὶ ὑφέσει τοῦ χρώματος.</w:t>
      </w:r>
    </w:p>
    <w:p>
      <w:r>
        <w:rPr>
          <w:rFonts w:ascii="Courier New" w:hAnsi="Courier New"/>
          <w:color w:val="555555"/>
          <w:sz w:val="20"/>
        </w:rPr>
        <w:t>[4 . 12 . 3]</w:t>
      </w:r>
    </w:p>
    <w:p>
      <w:r>
        <w:rPr>
          <w:rFonts w:ascii="Gentium Plus" w:hAnsi="Gentium Plus"/>
          <w:sz w:val="24"/>
        </w:rPr>
        <w:t>Πλὴν οὖδ’ ἀεὶ ταῖς αὐταῖς τὰ πάντα γίνεται αἰτίαις, ἀλλὰ καὶ ἑτέρως.</w:t>
      </w:r>
    </w:p>
    <w:p>
      <w:r>
        <w:rPr>
          <w:rFonts w:ascii="Courier New" w:hAnsi="Courier New"/>
          <w:color w:val="555555"/>
          <w:sz w:val="20"/>
        </w:rPr>
        <w:t>[4 . 12 . 4]</w:t>
      </w:r>
    </w:p>
    <w:p>
      <w:r>
        <w:rPr>
          <w:rFonts w:ascii="Gentium Plus" w:hAnsi="Gentium Plus"/>
          <w:sz w:val="24"/>
        </w:rPr>
        <w:t>Τὰ μὲν γὰρ φαιὰ διὰ θερμότητα οὐκ ἂν οἶμαι τοι‐ αῦτα γένοιτ’ ἂν ὥσπερ οὐδὲ τὰ πελιδνά, ἀλλ’ ὁτὲ μὲν διὰ ψυχρότητα, ὁτὲ δ’ αὖ διὰ χυμόν τινα μέλανα.</w:t>
      </w:r>
    </w:p>
    <w:p>
      <w:r>
        <w:rPr>
          <w:rFonts w:ascii="Courier New" w:hAnsi="Courier New"/>
          <w:color w:val="555555"/>
          <w:sz w:val="20"/>
        </w:rPr>
        <w:t>[4 . 12 . 5]</w:t>
      </w:r>
    </w:p>
    <w:p>
      <w:r>
        <w:rPr>
          <w:rFonts w:ascii="Gentium Plus" w:hAnsi="Gentium Plus"/>
          <w:sz w:val="24"/>
        </w:rPr>
        <w:t>Τὰ δέ γε πελιδνὰ καὶ τῶν φαιῶν πεπλεονέκτηκε, τῷ καὶ διὰ πλη‐ γὰς ἐνίοτε καὶ μάστιγας ἐπιτεθείσας τἀνθρώπῳ τοιαῦτα γίνεσθαι, τὰ μέλανα δὲ τῶν χρωμάτων καὶ διὰ ψυχρό‐</w:t>
      </w:r>
    </w:p>
    <w:p>
      <w:r>
        <w:rPr>
          <w:rFonts w:ascii="Courier New" w:hAnsi="Courier New"/>
          <w:color w:val="555555"/>
          <w:sz w:val="20"/>
        </w:rPr>
        <w:t>[5]</w:t>
      </w:r>
    </w:p>
    <w:p>
      <w:r>
        <w:rPr>
          <w:rFonts w:ascii="Gentium Plus" w:hAnsi="Gentium Plus"/>
          <w:sz w:val="24"/>
        </w:rPr>
        <w:t>τητα ἐπιταθεῖσαν πάνυ καὶ διὰ ὑπερβολὴν θερμότητος ἐπιρροήν τε χυμοῦ τοῦ μέλανος καὶ νέκρωσιν ἐσχάτην.</w:t>
      </w:r>
    </w:p>
    <w:p>
      <w:r>
        <w:rPr>
          <w:rFonts w:ascii="Courier New" w:hAnsi="Courier New"/>
          <w:color w:val="555555"/>
          <w:sz w:val="20"/>
        </w:rPr>
        <w:t>[4 . 12 . 6]</w:t>
      </w:r>
    </w:p>
    <w:p>
      <w:r>
        <w:rPr>
          <w:rFonts w:ascii="Gentium Plus" w:hAnsi="Gentium Plus"/>
          <w:sz w:val="24"/>
        </w:rPr>
        <w:t>Καὶ ταῦτα μὲν κἀν τοῖς περὶ διαγνώσεως, ὡς οἶμαι εἴρηται, νῦν δ’ ἐπιθήσομεν καὶ τὰς αὐτοῖς νομιζομένας εὐαρμόζειν αἰτίας.</w:t>
      </w:r>
    </w:p>
    <w:p>
      <w:r>
        <w:rPr>
          <w:rFonts w:ascii="Courier New" w:hAnsi="Courier New"/>
          <w:color w:val="555555"/>
          <w:sz w:val="20"/>
        </w:rPr>
        <w:t>[4 . 12 . 7]</w:t>
      </w:r>
    </w:p>
    <w:p>
      <w:r>
        <w:rPr>
          <w:rFonts w:ascii="Gentium Plus" w:hAnsi="Gentium Plus"/>
          <w:sz w:val="24"/>
        </w:rPr>
        <w:t>Τὰ μὲν οὖν πελιδνὰ διὰ πληγὰς γινόμενα πολλὴν κατηγορεῖ τοῦ αἵματος τὴν νέκρωσιν γε‐ γονέναι.</w:t>
      </w:r>
    </w:p>
    <w:p>
      <w:r>
        <w:rPr>
          <w:rFonts w:ascii="Courier New" w:hAnsi="Courier New"/>
          <w:color w:val="555555"/>
          <w:sz w:val="20"/>
        </w:rPr>
        <w:t>[4 . 12 . 8]</w:t>
      </w:r>
    </w:p>
    <w:p>
      <w:r>
        <w:rPr>
          <w:rFonts w:ascii="Gentium Plus" w:hAnsi="Gentium Plus"/>
          <w:sz w:val="24"/>
        </w:rPr>
        <w:t>Τῶν γὰρ πληγῶν διασπασασῶν καὶ νεκρωσα‐ σῶν τὸ αἷμα, εἰς ὑπόμελαν δὲ εἴωθε νεκρούμενον τὸ αἷμα μεταχωρεῖν, ὀψέ ποτε τῇ ἀποκριτικῇ δυνάμει τοῦτο διὰ γαστρὸς ὠθούμενον καὶ τῶν οὔρων τοιαῦτα καὶ τὰ οὖρα</w:t>
      </w:r>
    </w:p>
    <w:p>
      <w:r>
        <w:rPr>
          <w:rFonts w:ascii="Courier New" w:hAnsi="Courier New"/>
          <w:color w:val="555555"/>
          <w:sz w:val="20"/>
        </w:rPr>
        <w:t>[5]</w:t>
      </w:r>
    </w:p>
    <w:p>
      <w:r>
        <w:rPr>
          <w:rFonts w:ascii="Gentium Plus" w:hAnsi="Gentium Plus"/>
          <w:sz w:val="24"/>
        </w:rPr>
        <w:t>δείκνυσι καὶ τὰ διαχωρούμενα.</w:t>
      </w:r>
    </w:p>
    <w:p>
      <w:r>
        <w:rPr>
          <w:rFonts w:ascii="Courier New" w:hAnsi="Courier New"/>
          <w:color w:val="555555"/>
          <w:sz w:val="20"/>
        </w:rPr>
        <w:t>[4 . 12 . 9]</w:t>
      </w:r>
    </w:p>
    <w:p>
      <w:r>
        <w:rPr>
          <w:rFonts w:ascii="Gentium Plus" w:hAnsi="Gentium Plus"/>
          <w:sz w:val="24"/>
        </w:rPr>
        <w:t>Ἐνίοτε δὲ ἐφ’ ἑνὶ τῶν πόρων τὴν ὁρμὴν λαβών, τὸν ἕτερον ἀφῆκε καὶ δεῖ τούτῳ τῷ λόγῳ σημειοῦσθαι.</w:t>
      </w:r>
    </w:p>
    <w:p>
      <w:r>
        <w:rPr>
          <w:rFonts w:ascii="Courier New" w:hAnsi="Courier New"/>
          <w:color w:val="555555"/>
          <w:sz w:val="20"/>
        </w:rPr>
        <w:t>[4 . 12 . 10]</w:t>
      </w:r>
    </w:p>
    <w:p>
      <w:r>
        <w:rPr>
          <w:rFonts w:ascii="Gentium Plus" w:hAnsi="Gentium Plus"/>
          <w:sz w:val="24"/>
        </w:rPr>
        <w:t>Ἃ γὰρ οὐκ ἔσχε δεῖξαι τὰ οὖρα, ἡ γαστὴρ διαχωροῦσα ἔδειξε ὥσπερ καὶ τοὔμπαλιν,</w:t>
      </w:r>
    </w:p>
    <w:p>
      <w:r>
        <w:rPr>
          <w:rFonts w:ascii="Courier New" w:hAnsi="Courier New"/>
          <w:color w:val="555555"/>
          <w:sz w:val="20"/>
        </w:rPr>
        <w:t>[4 . 12 . 11]</w:t>
      </w:r>
    </w:p>
    <w:p>
      <w:r>
        <w:rPr>
          <w:rFonts w:ascii="Gentium Plus" w:hAnsi="Gentium Plus"/>
          <w:sz w:val="24"/>
        </w:rPr>
        <w:t>Καί ποτε αὐτὸς λευκά τε καὶ λεπτὰ τεθεαμένος οὖρα, χολώδη πάνυ εἶδον διαχωρήσαντα ὥσπερ καὶ λευκὰ διαχω‐ ρούσης ἄλλοτε γαστρός, οὐκ ὀλίγην εἶναι τὴν χολὴν τῷ σώματι τὰ οὖρα ὑπεδείκνυον.</w:t>
      </w:r>
    </w:p>
    <w:p>
      <w:r>
        <w:rPr>
          <w:rFonts w:ascii="Courier New" w:hAnsi="Courier New"/>
          <w:color w:val="555555"/>
          <w:sz w:val="20"/>
        </w:rPr>
        <w:t>[4 . 12 . 12]</w:t>
      </w:r>
    </w:p>
    <w:p>
      <w:r>
        <w:rPr>
          <w:rFonts w:ascii="Gentium Plus" w:hAnsi="Gentium Plus"/>
          <w:sz w:val="24"/>
        </w:rPr>
        <w:t>Ἀλλὰ τοῦτο μὲν τοῦ διαγνωστικοῦ μᾶλλον μέρος ὄν, ἐν ἐκείνῳ δὴ καὶ λελέχθω. ἡμεῖς δὲ τῶν ἑξῆς ἐχόμενοι λέγωμεν.</w:t>
      </w:r>
    </w:p>
    <w:p>
      <w:r>
        <w:rPr>
          <w:rFonts w:ascii="Courier New" w:hAnsi="Courier New"/>
          <w:color w:val="555555"/>
          <w:sz w:val="20"/>
        </w:rPr>
        <w:t>[4 . 12 . 13]</w:t>
      </w:r>
    </w:p>
    <w:p>
      <w:r>
        <w:rPr>
          <w:rFonts w:ascii="Gentium Plus" w:hAnsi="Gentium Plus"/>
          <w:sz w:val="24"/>
        </w:rPr>
        <w:t>Τὰ τοίνυν φαιὰ καὶ πελιδνὰ καὶ μέλανα κατηγοροῦσι μὲν αὐτῶν καὶ τὴν χολὴν ὡς χρώσασαν τὴν μέλαιναν, προσεπιμαρτυροῦσι δὲ καὶ ψῦξιν καθάπερ καὶ θερμότητα.</w:t>
      </w:r>
    </w:p>
    <w:p>
      <w:r>
        <w:rPr>
          <w:rFonts w:ascii="Courier New" w:hAnsi="Courier New"/>
          <w:color w:val="555555"/>
          <w:sz w:val="20"/>
        </w:rPr>
        <w:t>[4 . 12 . 14]</w:t>
      </w:r>
    </w:p>
    <w:p>
      <w:r>
        <w:rPr>
          <w:rFonts w:ascii="Gentium Plus" w:hAnsi="Gentium Plus"/>
          <w:sz w:val="24"/>
        </w:rPr>
        <w:t>Ἐπὶ μελάνων οὔρων μέντοι, ὅτι δὲ φύξις εἴωθε μελαίνειν τοὺς χυμοὺς καθάπερ καὶ θερμότης ἄμετρος, μαθεῖν ἐστιν ὧδε.</w:t>
      </w:r>
    </w:p>
    <w:p>
      <w:r>
        <w:rPr>
          <w:rFonts w:ascii="Courier New" w:hAnsi="Courier New"/>
          <w:color w:val="555555"/>
          <w:sz w:val="20"/>
        </w:rPr>
        <w:t>[4 . 12 . 15]</w:t>
      </w:r>
    </w:p>
    <w:p>
      <w:r>
        <w:rPr>
          <w:rFonts w:ascii="Gentium Plus" w:hAnsi="Gentium Plus"/>
          <w:sz w:val="24"/>
        </w:rPr>
        <w:t>Ψῦξις μὲν γὰρ τῷ συνάγειν τε καὶ πυκνοῦν, καθάπερ κἀπὶ τῶν νεφρῶν ἐστιν ἰδεῖν ὁσημέραι.</w:t>
      </w:r>
    </w:p>
    <w:p>
      <w:r>
        <w:rPr>
          <w:rFonts w:ascii="Courier New" w:hAnsi="Courier New"/>
          <w:color w:val="555555"/>
          <w:sz w:val="20"/>
        </w:rPr>
        <w:t>[4 . 12 . 16]</w:t>
      </w:r>
    </w:p>
    <w:p>
      <w:r>
        <w:rPr>
          <w:rFonts w:ascii="Gentium Plus" w:hAnsi="Gentium Plus"/>
          <w:sz w:val="24"/>
        </w:rPr>
        <w:t>Καθόσον γὰρ ἂν ταῦτα πύκνωσιν προσλαμβάνηται, καὶ μέλανα μᾶλλον διαφαίνεται τοῦ διαφανοῦς ἀποχωροῦντος, οἷον τῇ πυκνώ‐ σει, οὐχ ἧττόν γε μὴν καὶ διὰ νέκρωσιν ἐκ ψύξεως εἰώ‐</w:t>
      </w:r>
    </w:p>
    <w:p>
      <w:r>
        <w:rPr>
          <w:rFonts w:ascii="Courier New" w:hAnsi="Courier New"/>
          <w:color w:val="555555"/>
          <w:sz w:val="20"/>
        </w:rPr>
        <w:t>[5]</w:t>
      </w:r>
    </w:p>
    <w:p>
      <w:r>
        <w:rPr>
          <w:rFonts w:ascii="Gentium Plus" w:hAnsi="Gentium Plus"/>
          <w:sz w:val="24"/>
        </w:rPr>
        <w:t>θασι μελαίνεσθαι τὰ οὖρα· οἰκεῖον γάρ τοι τοῦτο πέφυκε τὸ χρῶμα τῶν νενεκρωμένων ἤδη σωμάτων.</w:t>
      </w:r>
    </w:p>
    <w:p>
      <w:r>
        <w:rPr>
          <w:rFonts w:ascii="Courier New" w:hAnsi="Courier New"/>
          <w:color w:val="555555"/>
          <w:sz w:val="20"/>
        </w:rPr>
        <w:t>[4 . 12 . 17]</w:t>
      </w:r>
    </w:p>
    <w:p>
      <w:r>
        <w:rPr>
          <w:rFonts w:ascii="Gentium Plus" w:hAnsi="Gentium Plus"/>
          <w:sz w:val="24"/>
        </w:rPr>
        <w:t>Ἐπεὶ γὰρ ἀντικεῖσθαι λέγεται ζῳὴ θανάτῳ, πάντως ἂν ἀντιτεθείη τὰ τοῖς ζῶσι τοῖς νεκρωθεῖσιν ἴδια καὶ κατά τε εἴδη καὶ ποιότητα καὶ χρώματα.</w:t>
      </w:r>
    </w:p>
    <w:p>
      <w:r>
        <w:rPr>
          <w:rFonts w:ascii="Courier New" w:hAnsi="Courier New"/>
          <w:color w:val="555555"/>
          <w:sz w:val="20"/>
        </w:rPr>
        <w:t>[4 . 12 . 18]</w:t>
      </w:r>
    </w:p>
    <w:p>
      <w:r>
        <w:rPr>
          <w:rFonts w:ascii="Gentium Plus" w:hAnsi="Gentium Plus"/>
          <w:sz w:val="24"/>
        </w:rPr>
        <w:t>Καὶ τοίνυν εἰ ὑπόλευκά τε καὶ ὑπόπυρρα τοῖς ὑγιέσιν ἀποδίδοται, τίνα ἂν ἀποδοθείη οἰκειότερα τοῖς ἤδη νεκρουμένοις, εἰ μὴ τὰ μέλανα τὸ πάντων αἴσχιστον ὡς κληρωσάμενα χρῶμα.</w:t>
      </w:r>
    </w:p>
    <w:p>
      <w:r>
        <w:rPr>
          <w:rFonts w:ascii="Courier New" w:hAnsi="Courier New"/>
          <w:color w:val="555555"/>
          <w:sz w:val="20"/>
        </w:rPr>
        <w:t>[4 . 12 . 19]</w:t>
      </w:r>
    </w:p>
    <w:p>
      <w:r>
        <w:rPr>
          <w:rFonts w:ascii="Gentium Plus" w:hAnsi="Gentium Plus"/>
          <w:sz w:val="24"/>
        </w:rPr>
        <w:t>Θερμότης γε μὴν εἴωθε μελαίνειν τὰ οὖρα τῷ οἷον ἐξοπτᾶν τε καὶ συγκάειν τὴν ἐν φλεψὶν ὕλην, ὥσπερ δῆτα κἀπὶ τῶν ἐσβεσμένων ἀνθράκων φαίνεται.</w:t>
      </w:r>
    </w:p>
    <w:p>
      <w:r>
        <w:rPr>
          <w:rFonts w:ascii="Courier New" w:hAnsi="Courier New"/>
          <w:color w:val="555555"/>
          <w:sz w:val="20"/>
        </w:rPr>
        <w:t>[4 . 12 . 20]</w:t>
      </w:r>
    </w:p>
    <w:p>
      <w:r>
        <w:rPr>
          <w:rFonts w:ascii="Gentium Plus" w:hAnsi="Gentium Plus"/>
          <w:sz w:val="24"/>
        </w:rPr>
        <w:t>Καὶ γὰρ καὶ ταῦτα τῇ τοῦ πυρὸς ὑπερβολῇ διεμελάνθη τῇ παρὰ σφίσιν οὔσῃ ὑγρότητι ταύτην.</w:t>
      </w:r>
    </w:p>
    <w:p>
      <w:r>
        <w:rPr>
          <w:rFonts w:ascii="Courier New" w:hAnsi="Courier New"/>
          <w:color w:val="555555"/>
          <w:sz w:val="20"/>
        </w:rPr>
        <w:t>[4 . 12 . 21]</w:t>
      </w:r>
    </w:p>
    <w:p>
      <w:r>
        <w:rPr>
          <w:rFonts w:ascii="Gentium Plus" w:hAnsi="Gentium Plus"/>
          <w:sz w:val="24"/>
        </w:rPr>
        <w:t>Παραδεξάμενα ἴδῃς δ’ ἂν ὁσημέραι τοὺς μὲν πελιδνούς τε καὶ μέλανας ἀκροτέρους γεγονότας διὰ τὴν τῆς τοιαύτης ψύξεως ἐπικράτειαν, τοὺς δ’ ἄνθρα‐ κας οὕτω καλουμένους ἕλκη πονηρά, ῥέποντας ἤδη πρὸς</w:t>
      </w:r>
    </w:p>
    <w:p>
      <w:r>
        <w:rPr>
          <w:rFonts w:ascii="Courier New" w:hAnsi="Courier New"/>
          <w:color w:val="555555"/>
          <w:sz w:val="20"/>
        </w:rPr>
        <w:t>[5]</w:t>
      </w:r>
    </w:p>
    <w:p>
      <w:r>
        <w:rPr>
          <w:rFonts w:ascii="Gentium Plus" w:hAnsi="Gentium Plus"/>
          <w:sz w:val="24"/>
        </w:rPr>
        <w:t>τὸ τοῦ χρώματος μελάντερον τῇ τῆς θερμότητος ἀμετρίᾳ.</w:t>
      </w:r>
    </w:p>
    <w:p>
      <w:r>
        <w:rPr>
          <w:rFonts w:ascii="Courier New" w:hAnsi="Courier New"/>
          <w:color w:val="555555"/>
          <w:sz w:val="20"/>
        </w:rPr>
        <w:t>[4 . 12 . 22]</w:t>
      </w:r>
    </w:p>
    <w:p>
      <w:r>
        <w:rPr>
          <w:rFonts w:ascii="Gentium Plus" w:hAnsi="Gentium Plus"/>
          <w:sz w:val="24"/>
        </w:rPr>
        <w:t>Ἐγώ γε μὴν καί τι τοιοῦτον μέμνημαι ἰδὼν περὶ τὸ ἰατρεῖον θαμίζων.</w:t>
      </w:r>
    </w:p>
    <w:p>
      <w:r>
        <w:rPr>
          <w:rFonts w:ascii="Courier New" w:hAnsi="Courier New"/>
          <w:color w:val="555555"/>
          <w:sz w:val="20"/>
        </w:rPr>
        <w:t>[4 . 12 . 23]</w:t>
      </w:r>
    </w:p>
    <w:p>
      <w:r>
        <w:rPr>
          <w:rFonts w:ascii="Gentium Plus" w:hAnsi="Gentium Plus"/>
          <w:sz w:val="24"/>
        </w:rPr>
        <w:t>Ἧκέ τις ἀμίδα κομίζων, ἐν ᾗ φαιόν τε καὶ ὑπόλεπτον οὖρον ἐδείκνυτο. ὅ γε μὴν τοῦτ’</w:t>
      </w:r>
    </w:p>
    <w:p>
      <w:r>
        <w:rPr>
          <w:rFonts w:ascii="Courier New" w:hAnsi="Courier New"/>
          <w:color w:val="555555"/>
          <w:sz w:val="20"/>
        </w:rPr>
        <w:t>[5]</w:t>
      </w:r>
    </w:p>
    <w:p>
      <w:r>
        <w:rPr>
          <w:rFonts w:ascii="Gentium Plus" w:hAnsi="Gentium Plus"/>
          <w:sz w:val="24"/>
        </w:rPr>
        <w:t>νων· ἔφασκε δὲ πρότερον μετρίως πως ἀλγήσας τοὺς νε‐ φροὺς φλέβα τε τεμεῖν καὶ ἱκανῶς ῥυῆναι τοῦ αἵματος.</w:t>
      </w:r>
    </w:p>
    <w:p>
      <w:r>
        <w:rPr>
          <w:rFonts w:ascii="Courier New" w:hAnsi="Courier New"/>
          <w:color w:val="555555"/>
          <w:sz w:val="20"/>
        </w:rPr>
        <w:t>[4 . 12 . 24]</w:t>
      </w:r>
    </w:p>
    <w:p>
      <w:r>
        <w:rPr>
          <w:rFonts w:ascii="Gentium Plus" w:hAnsi="Gentium Plus"/>
          <w:sz w:val="24"/>
        </w:rPr>
        <w:t>Ἐκεῖθεν δὲ αἱ ὀδύναι ἐπὶ τὸ σφοδρότερον προϊοῦσαι πονηρῶς οὕτω διέθεσαν τὸν ἄνθρωπον.</w:t>
      </w:r>
    </w:p>
    <w:p>
      <w:r>
        <w:rPr>
          <w:rFonts w:ascii="Courier New" w:hAnsi="Courier New"/>
          <w:color w:val="555555"/>
          <w:sz w:val="20"/>
        </w:rPr>
        <w:t>[4 . 12 . 25]</w:t>
      </w:r>
    </w:p>
    <w:p>
      <w:r>
        <w:rPr>
          <w:rFonts w:ascii="Gentium Plus" w:hAnsi="Gentium Plus"/>
          <w:sz w:val="24"/>
        </w:rPr>
        <w:t>Ἦν δ’ ἄρα τῷ τότε χειμέριος μὲν ἡ ὥρα, τύχῃ δέ τινι καὶ πλέον τοῦ προσήκοντος ἐσφοδρύνετο.</w:t>
      </w:r>
    </w:p>
    <w:p>
      <w:r>
        <w:rPr>
          <w:rFonts w:ascii="Courier New" w:hAnsi="Courier New"/>
          <w:color w:val="555555"/>
          <w:sz w:val="20"/>
        </w:rPr>
        <w:t>[4 . 12 . 26]</w:t>
      </w:r>
    </w:p>
    <w:p>
      <w:r>
        <w:rPr>
          <w:rFonts w:ascii="Gentium Plus" w:hAnsi="Gentium Plus"/>
          <w:sz w:val="24"/>
        </w:rPr>
        <w:t>Ἐγὼ μὲν οὖν ταῦτα ἰδών τε καὶ πυθόμενος οὗ μετρίαν τινὰ τὴν ψύξιν εἶναι κατα‐ στοχασάμενος τοῖς θερμοτέροις ἔφασκον δεῖν χρήσασθαι.</w:t>
      </w:r>
    </w:p>
    <w:p>
      <w:r>
        <w:rPr>
          <w:rFonts w:ascii="Courier New" w:hAnsi="Courier New"/>
          <w:color w:val="555555"/>
          <w:sz w:val="20"/>
        </w:rPr>
        <w:t>[4 . 12 . 27]</w:t>
      </w:r>
    </w:p>
    <w:p>
      <w:r>
        <w:rPr>
          <w:rFonts w:ascii="Gentium Plus" w:hAnsi="Gentium Plus"/>
          <w:sz w:val="24"/>
        </w:rPr>
        <w:t>Ὑμῖν δὲ θέμις τὰ τοιαῦτα σκέπτεσθαι καὶ μανθά‐ νειν ἔχειν, ὡς ὑπερβολὴ ψυχρότητος τοιαῦτα πολλάκις οὖρα δείκνυσιν.</w:t>
      </w:r>
    </w:p>
    <w:p>
      <w:r>
        <w:rPr>
          <w:rFonts w:ascii="Courier New" w:hAnsi="Courier New"/>
          <w:color w:val="555555"/>
          <w:sz w:val="20"/>
        </w:rPr>
        <w:t>[4 . 12 . 28]</w:t>
      </w:r>
    </w:p>
    <w:p>
      <w:r>
        <w:rPr>
          <w:rFonts w:ascii="Gentium Plus" w:hAnsi="Gentium Plus"/>
          <w:sz w:val="24"/>
        </w:rPr>
        <w:t>Ἀλλ’ ὁ μὲν περὶ αἰτίας χρωμάτων λόγος ἀρκούντως οἶμαι ῥηθεὶς ὧδέ πη καὶ παυέσθω, καὶ ἄλλων ἐν τοῖς περὶ αἰτίας οὔρων τεθεωρημένων ζητημά‐ των καὶ ἐφ’ ἑαυτὰ τὸν λόγον ἐπισπωμένων.</w:t>
      </w:r>
    </w:p>
    <w:p>
      <w:r>
        <w:rPr>
          <w:rFonts w:ascii="Courier New" w:hAnsi="Courier New"/>
          <w:color w:val="555555"/>
          <w:sz w:val="20"/>
        </w:rPr>
        <w:t>[4 . 12 . 29]</w:t>
      </w:r>
    </w:p>
    <w:p>
      <w:r>
        <w:rPr>
          <w:rFonts w:ascii="Gentium Plus" w:hAnsi="Gentium Plus"/>
          <w:sz w:val="24"/>
        </w:rPr>
        <w:t>Τῶν μὲν οὖν καθ’ ἕκαστα γινομένων ἀποδιδόναι τὰς αἰτίας μακροῦ τε οἶμαι δεήσει λόγου καὶ οὐ πάνυ ὡς οἶμαι ἀκριβωμένου ἀποιήσει τῶν κατὰ μέρος μή πώ τινι διωρισμένων μέτρῳ</w:t>
      </w:r>
    </w:p>
    <w:p>
      <w:r>
        <w:rPr>
          <w:rFonts w:ascii="Courier New" w:hAnsi="Courier New"/>
          <w:color w:val="555555"/>
          <w:sz w:val="20"/>
        </w:rPr>
        <w:t>[5]</w:t>
      </w:r>
    </w:p>
    <w:p>
      <w:r>
        <w:rPr>
          <w:rFonts w:ascii="Gentium Plus" w:hAnsi="Gentium Plus"/>
          <w:sz w:val="24"/>
        </w:rPr>
        <w:t>καὶ ἀριθμῷ.</w:t>
      </w:r>
    </w:p>
    <w:p>
      <w:r>
        <w:rPr>
          <w:rFonts w:ascii="Courier New" w:hAnsi="Courier New"/>
          <w:color w:val="555555"/>
          <w:sz w:val="20"/>
        </w:rPr>
        <w:t>[4 . 12 . 30]</w:t>
      </w:r>
    </w:p>
    <w:p>
      <w:r>
        <w:rPr>
          <w:rFonts w:ascii="Gentium Plus" w:hAnsi="Gentium Plus"/>
          <w:sz w:val="24"/>
        </w:rPr>
        <w:t>Ἔπειτα δὲ καθολικοῖς τισι διορισμοῖς ὡς οἷόν τε ἦν τὰ γενικώτερα διορισαμένοις καὶ τὰς ἐπ’ αὐτὰς ἀποδιδοῦσιν αἰτίας τὰ κατὰ μέρος αὖθις ἐξετάζειν τῷ λόγῳ περιττὸν ἂν ἴσως δόξειεν, κἀκείνων ὥσπερ ἐν</w:t>
      </w:r>
    </w:p>
    <w:p>
      <w:r>
        <w:rPr>
          <w:rFonts w:ascii="Courier New" w:hAnsi="Courier New"/>
          <w:color w:val="555555"/>
          <w:sz w:val="20"/>
        </w:rPr>
        <w:t>[5]</w:t>
      </w:r>
    </w:p>
    <w:p>
      <w:r>
        <w:rPr>
          <w:rFonts w:ascii="Gentium Plus" w:hAnsi="Gentium Plus"/>
          <w:sz w:val="24"/>
        </w:rPr>
        <w:t>τοῖς καθολικοῖς ἐμπεριειλημένων διορισμοῖς.</w:t>
      </w:r>
    </w:p>
    <w:p>
      <w:r>
        <w:rPr>
          <w:rFonts w:ascii="Courier New" w:hAnsi="Courier New"/>
          <w:color w:val="555555"/>
          <w:sz w:val="20"/>
        </w:rPr>
        <w:t>[4 . 12 . 31]</w:t>
      </w:r>
    </w:p>
    <w:p>
      <w:r>
        <w:rPr>
          <w:rFonts w:ascii="Gentium Plus" w:hAnsi="Gentium Plus"/>
          <w:sz w:val="24"/>
        </w:rPr>
        <w:t>Ἐπὶ τούτοις δὲ προσήκει τοῦ περὶ συστάσεως ἁψομένῳ λόγου καὶ τὰς ἐφ’ αὐτοῖς νομιζομένας ἀποδιδόναι αἰτίας.</w:t>
      </w:r>
    </w:p>
    <w:p>
      <w:pPr>
        <w:jc w:val="center"/>
      </w:pPr>
      <w:r>
        <w:rPr>
          <w:rFonts w:ascii="Gentium Plus" w:hAnsi="Gentium Plus"/>
          <w:b/>
          <w:sz w:val="24"/>
        </w:rPr>
        <w:t>Κεφ. ιγʹ. Περὶ αἰτίας τῶν τατὰ τὰ οὖρα συστάσεων.</w:t>
      </w:r>
    </w:p>
    <w:p>
      <w:r>
        <w:rPr>
          <w:rFonts w:ascii="Courier New" w:hAnsi="Courier New"/>
          <w:color w:val="555555"/>
          <w:sz w:val="20"/>
        </w:rPr>
        <w:t>[4 . 13 . 1]</w:t>
      </w:r>
    </w:p>
    <w:p>
      <w:r>
        <w:rPr>
          <w:rFonts w:ascii="Gentium Plus" w:hAnsi="Gentium Plus"/>
          <w:sz w:val="24"/>
        </w:rPr>
        <w:t>Δυοῖν τοίνυν οὔσαιν ταῖν δραστικαῖν τε καὶ ποιη‐ τικαῖν ποιοτήταιν, δυοῖν δ’ αὖ ταῖν παθητικαῖν, ἐφ’ ἑκά‐ στῃ τούτων ἤτοι ἐπικρατούσῃ ἢ ἐπικρατουμένῃ πᾶσα πέψις καὶ ἀπεψία γίνεται, ἐφ’ αἷς δηλονότι καὶ τῶν συστάσεων</w:t>
      </w:r>
    </w:p>
    <w:p>
      <w:r>
        <w:rPr>
          <w:rFonts w:ascii="Courier New" w:hAnsi="Courier New"/>
          <w:color w:val="555555"/>
          <w:sz w:val="20"/>
        </w:rPr>
        <w:t>[5]</w:t>
      </w:r>
    </w:p>
    <w:p>
      <w:r>
        <w:rPr>
          <w:rFonts w:ascii="Gentium Plus" w:hAnsi="Gentium Plus"/>
          <w:sz w:val="24"/>
        </w:rPr>
        <w:t>τὰ εἴδη συνίστανται.</w:t>
      </w:r>
    </w:p>
    <w:p>
      <w:r>
        <w:rPr>
          <w:rFonts w:ascii="Courier New" w:hAnsi="Courier New"/>
          <w:color w:val="555555"/>
          <w:sz w:val="20"/>
        </w:rPr>
        <w:t>[4 . 13 . 2]</w:t>
      </w:r>
    </w:p>
    <w:p>
      <w:r>
        <w:rPr>
          <w:rFonts w:ascii="Gentium Plus" w:hAnsi="Gentium Plus"/>
          <w:sz w:val="24"/>
        </w:rPr>
        <w:t>Πέψις γάρ τοι κατὰ τὸν εἰπόντα φιλόσοφον τελείωσις ὑπὸ τοῦ φυσικοῦ καὶ οἰκείου θερμοῦ ἐκ τῶν ἀντικειμένων παθητικῶν· ταῦτα δ’ ἔστιν ἡ οἰκεία ἐν ἑκάστῳ ὕλη.</w:t>
      </w:r>
    </w:p>
    <w:p>
      <w:r>
        <w:rPr>
          <w:rFonts w:ascii="Courier New" w:hAnsi="Courier New"/>
          <w:color w:val="555555"/>
          <w:sz w:val="20"/>
        </w:rPr>
        <w:t>[4 . 13 . 3]</w:t>
      </w:r>
    </w:p>
    <w:p>
      <w:r>
        <w:rPr>
          <w:rFonts w:ascii="Gentium Plus" w:hAnsi="Gentium Plus"/>
          <w:sz w:val="24"/>
        </w:rPr>
        <w:t>Ὅταν γὰρ πεφθῇ, τέλειον γέγονε καὶ ἡ ἀρχὴ τῆς τελειώσεως ὑπὸ θερμότητος οἰκείας συμβαίη,</w:t>
      </w:r>
    </w:p>
    <w:p>
      <w:r>
        <w:rPr>
          <w:rFonts w:ascii="Courier New" w:hAnsi="Courier New"/>
          <w:color w:val="555555"/>
          <w:sz w:val="20"/>
        </w:rPr>
        <w:t>[5]</w:t>
      </w:r>
    </w:p>
    <w:p>
      <w:r>
        <w:rPr>
          <w:rFonts w:ascii="Gentium Plus" w:hAnsi="Gentium Plus"/>
          <w:sz w:val="24"/>
        </w:rPr>
        <w:t>γαγέσθαι.</w:t>
      </w:r>
    </w:p>
    <w:p>
      <w:r>
        <w:rPr>
          <w:rFonts w:ascii="Courier New" w:hAnsi="Courier New"/>
          <w:color w:val="555555"/>
          <w:sz w:val="20"/>
        </w:rPr>
        <w:t>[4 . 13 . 4]</w:t>
      </w:r>
    </w:p>
    <w:p>
      <w:r>
        <w:rPr>
          <w:rFonts w:ascii="Gentium Plus" w:hAnsi="Gentium Plus"/>
          <w:sz w:val="24"/>
        </w:rPr>
        <w:t>Ἀπεψία δ’ ἂν συμβαίη διὰ τἀναντία τού‐ των τῷ μὴ δηλονότι τὴν ὕλην ἐπικρατεῖσθαι τῇ φυσικῇ θερμότητι ἤτοι διὰ τὴν αὐτῆς ἢ μοχθηρίαν ἢ ὑπερβολὴν ἢ καὶ τῆς ἐμφύτου ἀτονίαν θερμότητος δι’ οἱανδήτινα ἐπι‐</w:t>
      </w:r>
    </w:p>
    <w:p>
      <w:r>
        <w:rPr>
          <w:rFonts w:ascii="Courier New" w:hAnsi="Courier New"/>
          <w:color w:val="555555"/>
          <w:sz w:val="20"/>
        </w:rPr>
        <w:t>[5]</w:t>
      </w:r>
    </w:p>
    <w:p>
      <w:r>
        <w:rPr>
          <w:rFonts w:ascii="Gentium Plus" w:hAnsi="Gentium Plus"/>
          <w:sz w:val="24"/>
        </w:rPr>
        <w:t>κρατήσασαν δυσκρασίαν.</w:t>
      </w:r>
    </w:p>
    <w:p>
      <w:r>
        <w:rPr>
          <w:rFonts w:ascii="Courier New" w:hAnsi="Courier New"/>
          <w:color w:val="555555"/>
          <w:sz w:val="20"/>
        </w:rPr>
        <w:t>[4 . 13 . 5]</w:t>
      </w:r>
    </w:p>
    <w:p>
      <w:r>
        <w:rPr>
          <w:rFonts w:ascii="Gentium Plus" w:hAnsi="Gentium Plus"/>
          <w:sz w:val="24"/>
        </w:rPr>
        <w:t>Ἐπεὶ τοίνυν, εἰ συνελόντα με δεῖ φάναι, πέψις ἐστὶν ὑπὸ θερμότητος οἰκείας τῆς ὁποιασοῦν ὕλης εἰς οἰκεῖον τῷ πέττοντι ταύτην εἶδος ὡρισμένον μεταβολή, δῆλον ἂν εἴη ὡς ἡ ἐν συμμέτρῳ τῇ</w:t>
      </w:r>
    </w:p>
    <w:p>
      <w:r>
        <w:rPr>
          <w:rFonts w:ascii="Courier New" w:hAnsi="Courier New"/>
          <w:color w:val="555555"/>
          <w:sz w:val="20"/>
        </w:rPr>
        <w:t>[5]</w:t>
      </w:r>
    </w:p>
    <w:p>
      <w:r>
        <w:rPr>
          <w:rFonts w:ascii="Gentium Plus" w:hAnsi="Gentium Plus"/>
          <w:sz w:val="24"/>
        </w:rPr>
        <w:t>συστάσει τῆς ὕλης μεταβολὴ δι’ ἐπικρατείαν ἂν συμβαίη τῆς ἐμφύτου θερμότητος.</w:t>
      </w:r>
    </w:p>
    <w:p>
      <w:r>
        <w:rPr>
          <w:rFonts w:ascii="Courier New" w:hAnsi="Courier New"/>
          <w:color w:val="555555"/>
          <w:sz w:val="20"/>
        </w:rPr>
        <w:t>[4 . 13 . 6]</w:t>
      </w:r>
    </w:p>
    <w:p>
      <w:r>
        <w:rPr>
          <w:rFonts w:ascii="Gentium Plus" w:hAnsi="Gentium Plus"/>
          <w:sz w:val="24"/>
        </w:rPr>
        <w:t>Ὁπόταν γάρ, τῆς ὕλης οὔ‐ σης συμμέτρου, ἡ φυσικὴ ταύτης ἐπικρατήσῃ θερμότητος, ἥ τε πέψις κατὰ τὸν ἑαυτῆς ἀποδίδοται λόγον καὶ αἱ τῶν περιττωμάτων ἐκκρίσεις τὴν ἀναλόγως ἀπαιτουμένην ἀπο‐</w:t>
      </w:r>
    </w:p>
    <w:p>
      <w:r>
        <w:rPr>
          <w:rFonts w:ascii="Courier New" w:hAnsi="Courier New"/>
          <w:color w:val="555555"/>
          <w:sz w:val="20"/>
        </w:rPr>
        <w:t>[5]</w:t>
      </w:r>
    </w:p>
    <w:p>
      <w:r>
        <w:rPr>
          <w:rFonts w:ascii="Gentium Plus" w:hAnsi="Gentium Plus"/>
          <w:sz w:val="24"/>
        </w:rPr>
        <w:t>λαμβάνουσι σύστασιν.</w:t>
      </w:r>
    </w:p>
    <w:p>
      <w:r>
        <w:rPr>
          <w:rFonts w:ascii="Courier New" w:hAnsi="Courier New"/>
          <w:color w:val="555555"/>
          <w:sz w:val="20"/>
        </w:rPr>
        <w:t>[4 . 13 . 7]</w:t>
      </w:r>
    </w:p>
    <w:p>
      <w:r>
        <w:rPr>
          <w:rFonts w:ascii="Gentium Plus" w:hAnsi="Gentium Plus"/>
          <w:sz w:val="24"/>
        </w:rPr>
        <w:t>Καὶ τοίνυν σύστασις οὔρου συμμέτρου ἐπιφαινομένη καὶ τὴν πέψιν ἀρκούντως ἐπι‐ γεγονέναι δηλοῖ. καθ’ ὅσον δ’ αὖ αὐτὴ τοῦ συμμέτρου λείποιτο καὶ τὰς πέψεις διημαρτῆσθαι τοῦ τελείας εἶναι</w:t>
      </w:r>
    </w:p>
    <w:p>
      <w:r>
        <w:rPr>
          <w:rFonts w:ascii="Courier New" w:hAnsi="Courier New"/>
          <w:color w:val="555555"/>
          <w:sz w:val="20"/>
        </w:rPr>
        <w:t>[5]</w:t>
      </w:r>
    </w:p>
    <w:p>
      <w:r>
        <w:rPr>
          <w:rFonts w:ascii="Gentium Plus" w:hAnsi="Gentium Plus"/>
          <w:sz w:val="24"/>
        </w:rPr>
        <w:t>δηλοῖ καθ’ οἱονδήτινα διαπεσούσας τρόπον.</w:t>
      </w:r>
    </w:p>
    <w:p>
      <w:r>
        <w:rPr>
          <w:rFonts w:ascii="Courier New" w:hAnsi="Courier New"/>
          <w:color w:val="555555"/>
          <w:sz w:val="20"/>
        </w:rPr>
        <w:t>[4 . 13 . 8]</w:t>
      </w:r>
    </w:p>
    <w:p>
      <w:r>
        <w:rPr>
          <w:rFonts w:ascii="Gentium Plus" w:hAnsi="Gentium Plus"/>
          <w:sz w:val="24"/>
        </w:rPr>
        <w:t>Ἐπεὶ δὲ τά τε λεπτὰ καὶ παχέα τῶν οὔρων καὶ ὅσα δηλονότι τὴν σύμμετρον ἐκπεφευγότα σύστασιν φαίνεται, οἱανδήτινα μὲν ἑτέραν εἴληφε σύστασιν, ἀπεψίαν δὲ κατηγορεῖ τῆς</w:t>
      </w:r>
    </w:p>
    <w:p>
      <w:r>
        <w:rPr>
          <w:rFonts w:ascii="Courier New" w:hAnsi="Courier New"/>
          <w:color w:val="555555"/>
          <w:sz w:val="20"/>
        </w:rPr>
        <w:t>[5]</w:t>
      </w:r>
    </w:p>
    <w:p>
      <w:r>
        <w:rPr>
          <w:rFonts w:ascii="Gentium Plus" w:hAnsi="Gentium Plus"/>
          <w:sz w:val="24"/>
        </w:rPr>
        <w:t>φύσεως, χρεὼν ἂν εἴη κατὰ τὴν ὁμολογίαν ἀποδεδωκέναι καὶ τὰς ἐπὶ τούτοις νομιζομένας αἰτίας.</w:t>
      </w:r>
    </w:p>
    <w:p>
      <w:r>
        <w:rPr>
          <w:rFonts w:ascii="Courier New" w:hAnsi="Courier New"/>
          <w:color w:val="555555"/>
          <w:sz w:val="20"/>
        </w:rPr>
        <w:t>[4 . 13 . 9]</w:t>
      </w:r>
    </w:p>
    <w:p>
      <w:r>
        <w:rPr>
          <w:rFonts w:ascii="Gentium Plus" w:hAnsi="Gentium Plus"/>
          <w:sz w:val="24"/>
        </w:rPr>
        <w:t>Ὅτι μὲν οὖν οἰκεῖα θερμότης ἐπικρατοῦσα τῶν εἰσαγομένων τροφῶν τὲ καὶ πομάτων, ἔτι τε τῶν ἐντὸς χυμῶν τὰς κατὰ λόγον πέψεις ἐργάζεσθαι πέφυκε, ἄν τι δὲ τύχῃ διαμαρτοῦσα</w:t>
      </w:r>
    </w:p>
    <w:p>
      <w:r>
        <w:rPr>
          <w:rFonts w:ascii="Courier New" w:hAnsi="Courier New"/>
          <w:color w:val="555555"/>
          <w:sz w:val="20"/>
        </w:rPr>
        <w:t>[5]</w:t>
      </w:r>
    </w:p>
    <w:p>
      <w:r>
        <w:rPr>
          <w:rFonts w:ascii="Gentium Plus" w:hAnsi="Gentium Plus"/>
          <w:sz w:val="24"/>
        </w:rPr>
        <w:t>καθ’ οἱονδήτινα λόγον ἀπεψία τις ἐπὶ τούτων γίνεται, ἤδη που λέλεκται.</w:t>
      </w:r>
    </w:p>
    <w:p>
      <w:r>
        <w:rPr>
          <w:rFonts w:ascii="Courier New" w:hAnsi="Courier New"/>
          <w:color w:val="555555"/>
          <w:sz w:val="20"/>
        </w:rPr>
        <w:t>[4 . 13 . 10]</w:t>
      </w:r>
    </w:p>
    <w:p>
      <w:r>
        <w:rPr>
          <w:rFonts w:ascii="Gentium Plus" w:hAnsi="Gentium Plus"/>
          <w:sz w:val="24"/>
        </w:rPr>
        <w:t>Καὶ τὰ μὲν λεπτὰ τῶν οὔρων ἐπιφαινόμενα, διαπεπτωκυῖαν τὴν ἔμφυτον ὑποφαίνει τοῦ προσήκοντος θερμότητα, ἤτοι δὲ τῷ κεκρατῆσθαι ὑπό τι‐ νος ἀξιολόγου ψυχρότητος ἢ τῷ τὴν νόθον καὶ φθαρτικὴν</w:t>
      </w:r>
    </w:p>
    <w:p>
      <w:r>
        <w:rPr>
          <w:rFonts w:ascii="Courier New" w:hAnsi="Courier New"/>
          <w:color w:val="555555"/>
          <w:sz w:val="20"/>
        </w:rPr>
        <w:t>[5]</w:t>
      </w:r>
    </w:p>
    <w:p>
      <w:r>
        <w:rPr>
          <w:rFonts w:ascii="Gentium Plus" w:hAnsi="Gentium Plus"/>
          <w:sz w:val="24"/>
        </w:rPr>
        <w:t>θερμότητα ὑφ’ οἱασδήτινος ἀναφθεῖσαν προφάσεως ἐπι‐ κρατεῖν, τὴν ἔμφυτον ταύτην καὶ φυσικὴν ἀμαυροῦσθαί τε καὶ τῆς οἰκείας ἐνεργείας ἀπείργεσθαι.</w:t>
      </w:r>
    </w:p>
    <w:p>
      <w:r>
        <w:rPr>
          <w:rFonts w:ascii="Courier New" w:hAnsi="Courier New"/>
          <w:color w:val="555555"/>
          <w:sz w:val="20"/>
        </w:rPr>
        <w:t>[4 . 13 . 11]</w:t>
      </w:r>
    </w:p>
    <w:p>
      <w:r>
        <w:rPr>
          <w:rFonts w:ascii="Gentium Plus" w:hAnsi="Gentium Plus"/>
          <w:sz w:val="24"/>
        </w:rPr>
        <w:t>Ὅτι δὲ τοῦθ’ οὕτως ἔχει, μαθεῖν ἐστι κἀπὶ τῶν ἑψημένων ἐδε‐ σμάτων.</w:t>
      </w:r>
    </w:p>
    <w:p>
      <w:r>
        <w:rPr>
          <w:rFonts w:ascii="Courier New" w:hAnsi="Courier New"/>
          <w:color w:val="555555"/>
          <w:sz w:val="20"/>
        </w:rPr>
        <w:t>[4 . 13 . 12]</w:t>
      </w:r>
    </w:p>
    <w:p>
      <w:r>
        <w:rPr>
          <w:rFonts w:ascii="Gentium Plus" w:hAnsi="Gentium Plus"/>
          <w:sz w:val="24"/>
        </w:rPr>
        <w:t>Ἧττον γὰρ ἑψῆται, ἃ ἂν τύχῃ ἐν ἡλίῳ βάλ‐ λόντι σφοδρότερον ἑψόμενα ὑπὸ πυρὸς ἢ ἅπερ ὑπὸ σκιερῷ καὶ ἀνηλίῳ τόπῳ, ὥσπερ οὖν καὶ ἃ ἂν τύχῃ ὑπὸ κρυμώ‐ δει πάνυ τῷ καταστήματι ἑψόμενα ἧττον ἑψεῖται τῶν ὑπὸ</w:t>
      </w:r>
    </w:p>
    <w:p>
      <w:r>
        <w:rPr>
          <w:rFonts w:ascii="Courier New" w:hAnsi="Courier New"/>
          <w:color w:val="555555"/>
          <w:sz w:val="20"/>
        </w:rPr>
        <w:t>[5]</w:t>
      </w:r>
    </w:p>
    <w:p>
      <w:r>
        <w:rPr>
          <w:rFonts w:ascii="Gentium Plus" w:hAnsi="Gentium Plus"/>
          <w:sz w:val="24"/>
        </w:rPr>
        <w:t>θαλπωρῇ τοῦ περιέχοντος καταστάσει.</w:t>
      </w:r>
    </w:p>
    <w:p>
      <w:r>
        <w:rPr>
          <w:rFonts w:ascii="Courier New" w:hAnsi="Courier New"/>
          <w:color w:val="555555"/>
          <w:sz w:val="20"/>
        </w:rPr>
        <w:t>[4 . 13 . 13]</w:t>
      </w:r>
    </w:p>
    <w:p>
      <w:r>
        <w:rPr>
          <w:rFonts w:ascii="Gentium Plus" w:hAnsi="Gentium Plus"/>
          <w:sz w:val="24"/>
        </w:rPr>
        <w:t>Ἐκεῖ μὲν γὰρ ἡ τοῦ ἡλίου τὴν τοῦ πυρὸς ἐφελκομένη θερμότητα, ὧδε δ’ αὖ ἡ τοῦ σφοδροῦ ψύχους δύναμις τῇ τοῦ πυρὸς θερ‐ μότητι πολεμοῦσα ἧττον τὰ ἐν αὐτοῖς ἑψόμενα παρασκευά‐</w:t>
      </w:r>
    </w:p>
    <w:p>
      <w:r>
        <w:rPr>
          <w:rFonts w:ascii="Courier New" w:hAnsi="Courier New"/>
          <w:color w:val="555555"/>
          <w:sz w:val="20"/>
        </w:rPr>
        <w:t>[5]</w:t>
      </w:r>
    </w:p>
    <w:p>
      <w:r>
        <w:rPr>
          <w:rFonts w:ascii="Gentium Plus" w:hAnsi="Gentium Plus"/>
          <w:sz w:val="24"/>
        </w:rPr>
        <w:t>ζουσιν ἑψεῖσθαι τῶν ἐν μὴ τοιούτοις τόποις ἐχομένων, ἅτε μηδενός τινος ἐμποδὼν τυγχάνοντος, ὥστε καὶ συμ‐ βαίη ἂν ἐντεῦθεν ἄνεφθα τελεῖν τὰ ὄψα ἔτι τὰ ἐν ὑπαί‐ θρῳ οὕτω καύσωνι καὶ κρυμῷ ἑψόμενα, καθ’ ὅν ἂν χρό‐ νον ἑψηθῇ τῶν τὰ ὑπὸ σκιώδει τε καὶ θερμοτέρῳ οἴκῳ.</w:t>
      </w:r>
    </w:p>
    <w:p>
      <w:r>
        <w:rPr>
          <w:rFonts w:ascii="Courier New" w:hAnsi="Courier New"/>
          <w:color w:val="555555"/>
          <w:sz w:val="20"/>
        </w:rPr>
        <w:t>[4 . 13 . 14]</w:t>
      </w:r>
    </w:p>
    <w:p>
      <w:r>
        <w:rPr>
          <w:rFonts w:ascii="Gentium Plus" w:hAnsi="Gentium Plus"/>
          <w:sz w:val="24"/>
        </w:rPr>
        <w:t>Μάθοις δ’ ἂν τοῦτο κἀπὶ τῶν λύχνων. ἐπειδὰν γὰρ μείζονι μείω λύχνον προσπελάσαις, ἀπομαρανθήσεται ἢ καὶ σβεσθήσεται ὁ ἐλάττων τῇ τοῦ μείζονος ἐπικρατείᾳ.</w:t>
      </w:r>
    </w:p>
    <w:p>
      <w:r>
        <w:rPr>
          <w:rFonts w:ascii="Courier New" w:hAnsi="Courier New"/>
          <w:color w:val="555555"/>
          <w:sz w:val="20"/>
        </w:rPr>
        <w:t>[4 . 13 . 15]</w:t>
      </w:r>
    </w:p>
    <w:p>
      <w:r>
        <w:rPr>
          <w:rFonts w:ascii="Gentium Plus" w:hAnsi="Gentium Plus"/>
          <w:sz w:val="24"/>
        </w:rPr>
        <w:t>Καὶ ὧδε μὲν τῇ ποσότητι μόνῃ τὰ φῶτα διαλλάξαντα τοῦτο πέπονθεν, ἐκεῖ δὲ καὶ τῇ διαφορᾷ τῆς ἐπ’ αὐτῷ τῷ γένει ποιότητος, ὥστε τὸ ἐξ ἀμφοτέρων δεῖ συναγόμενον συνελόντα τὸν συνετὸν ἀντεξετάζειν τοῖς ἐπὶ ταῖς διαμαρ‐</w:t>
      </w:r>
    </w:p>
    <w:p>
      <w:r>
        <w:rPr>
          <w:rFonts w:ascii="Courier New" w:hAnsi="Courier New"/>
          <w:color w:val="555555"/>
          <w:sz w:val="20"/>
        </w:rPr>
        <w:t>[5]</w:t>
      </w:r>
    </w:p>
    <w:p>
      <w:r>
        <w:rPr>
          <w:rFonts w:ascii="Gentium Plus" w:hAnsi="Gentium Plus"/>
          <w:sz w:val="24"/>
        </w:rPr>
        <w:t>τίαις γινομένοις πέψεως.</w:t>
      </w:r>
    </w:p>
    <w:p>
      <w:r>
        <w:rPr>
          <w:rFonts w:ascii="Courier New" w:hAnsi="Courier New"/>
          <w:color w:val="555555"/>
          <w:sz w:val="20"/>
        </w:rPr>
        <w:t>[4 . 13 . 16]</w:t>
      </w:r>
    </w:p>
    <w:p>
      <w:r>
        <w:rPr>
          <w:rFonts w:ascii="Gentium Plus" w:hAnsi="Gentium Plus"/>
          <w:sz w:val="24"/>
        </w:rPr>
        <w:t>Καὶ δὴ καθόσον ἡ πεπτική τε καὶ ἀλλοιωτικὴ δύναμις ὑπό τινος τῶν ῥηθεισῶν πάθῃ δραστικῶν ποιοτήτων, καὶ αἱ συστάσεις φύγοῖεν ἂν τὴν σύμμετρον ἐπὶ τὸ λεπτότερον σύστασιν.</w:t>
      </w:r>
    </w:p>
    <w:p>
      <w:r>
        <w:rPr>
          <w:rFonts w:ascii="Courier New" w:hAnsi="Courier New"/>
          <w:color w:val="555555"/>
          <w:sz w:val="20"/>
        </w:rPr>
        <w:t>[4 . 13 . 17]</w:t>
      </w:r>
    </w:p>
    <w:p>
      <w:r>
        <w:rPr>
          <w:rFonts w:ascii="Gentium Plus" w:hAnsi="Gentium Plus"/>
          <w:sz w:val="24"/>
        </w:rPr>
        <w:t>Καὶ ταῦτα μὲν ἐπὶ ψυχραῖς ἐπιταθείσαις συμβαῖεν ἂν δυσκρασίαις, μᾶλλον ὁπόταν δ’ οὐχὶ διὰ ἑαυτὴν ἡ πεπτικὴ πέπονθε δύναμις ἢ ἔκ τινος δυσκρασίας, ἀλλ’ ἐξ ἐπικρατείας οἱασδή‐</w:t>
      </w:r>
    </w:p>
    <w:p>
      <w:r>
        <w:rPr>
          <w:rFonts w:ascii="Courier New" w:hAnsi="Courier New"/>
          <w:color w:val="555555"/>
          <w:sz w:val="20"/>
        </w:rPr>
        <w:t>[5]</w:t>
      </w:r>
    </w:p>
    <w:p>
      <w:r>
        <w:rPr>
          <w:rFonts w:ascii="Gentium Plus" w:hAnsi="Gentium Plus"/>
          <w:sz w:val="24"/>
        </w:rPr>
        <w:t>τινος ὕλης, τότε δὴ μᾶλλον τὰ παχύτερα τῶν οὔρων ἂν φανείη ἐνουρούμενα.</w:t>
      </w:r>
    </w:p>
    <w:p>
      <w:r>
        <w:rPr>
          <w:rFonts w:ascii="Courier New" w:hAnsi="Courier New"/>
          <w:color w:val="555555"/>
          <w:sz w:val="20"/>
        </w:rPr>
        <w:t>[4 . 13 . 18]</w:t>
      </w:r>
    </w:p>
    <w:p>
      <w:r>
        <w:rPr>
          <w:rFonts w:ascii="Gentium Plus" w:hAnsi="Gentium Plus"/>
          <w:sz w:val="24"/>
        </w:rPr>
        <w:t>Εἰκός γε μὴν τῷ χρόνῳ ἤτοι τῆς ἐμφύτου μαραινομένης θερμότητος ἢ τοὐναντίον τῆς ὕλης ἐπιδιδούσης διάφορ’ ἄττα καὶ τὰ πάχη δείκνυσθαι.</w:t>
      </w:r>
    </w:p>
    <w:p>
      <w:r>
        <w:rPr>
          <w:rFonts w:ascii="Courier New" w:hAnsi="Courier New"/>
          <w:color w:val="555555"/>
          <w:sz w:val="20"/>
        </w:rPr>
        <w:t>[4 . 13 . 19]</w:t>
      </w:r>
    </w:p>
    <w:p>
      <w:r>
        <w:rPr>
          <w:rFonts w:ascii="Gentium Plus" w:hAnsi="Gentium Plus"/>
          <w:sz w:val="24"/>
        </w:rPr>
        <w:t>Κἀπειδὰν δὲ ἡ φύσις πέττειν ἐπιχειροίη τὴν ὕλην μήπω ταύτης πάμπαν ἐπικρατήσασα, τὰ οὖρα ἐκ λεπτῶν παχύτερα δείκνυσιν.</w:t>
      </w:r>
    </w:p>
    <w:p>
      <w:r>
        <w:rPr>
          <w:rFonts w:ascii="Courier New" w:hAnsi="Courier New"/>
          <w:color w:val="555555"/>
          <w:sz w:val="20"/>
        </w:rPr>
        <w:t>[4 . 13 . 20]</w:t>
      </w:r>
    </w:p>
    <w:p>
      <w:r>
        <w:rPr>
          <w:rFonts w:ascii="Gentium Plus" w:hAnsi="Gentium Plus"/>
          <w:sz w:val="24"/>
        </w:rPr>
        <w:t>Ὅτε μὲν γὰρ εἴθ’ ὑπὸ ψυχρό‐ τητος ἐπικρατησάσης εἴθ’ ὑπὸ νόθου δηλονότι θερμότητος οὐκ ἐφικνεῖτο πράττειν τὰ ἑαυτῆς καθότι μὴ ἐπεχείρει πλεονεκτουμένη πέττειν, λεπτά τε τὰ οὖρα ὑφίετο.</w:t>
      </w:r>
    </w:p>
    <w:p>
      <w:r>
        <w:rPr>
          <w:rFonts w:ascii="Courier New" w:hAnsi="Courier New"/>
          <w:color w:val="555555"/>
          <w:sz w:val="20"/>
        </w:rPr>
        <w:t>[4 . 13 . 21]</w:t>
      </w:r>
    </w:p>
    <w:p>
      <w:r>
        <w:rPr>
          <w:rFonts w:ascii="Gentium Plus" w:hAnsi="Gentium Plus"/>
          <w:sz w:val="24"/>
        </w:rPr>
        <w:t>Καὶ</w:t>
      </w:r>
    </w:p>
    <w:p>
      <w:r>
        <w:rPr>
          <w:rFonts w:ascii="Courier New" w:hAnsi="Courier New"/>
          <w:color w:val="555555"/>
          <w:sz w:val="20"/>
        </w:rPr>
        <w:t>[4 . 13 . 22]</w:t>
      </w:r>
    </w:p>
    <w:p>
      <w:r>
        <w:rPr>
          <w:rFonts w:ascii="Gentium Plus" w:hAnsi="Gentium Plus"/>
          <w:sz w:val="24"/>
        </w:rPr>
        <w:t>Ὅτε δ’ αὖ κρατεῖν ἤδη τῆς ὕλης ἤρξατο εὐόριστον αὐτὴν ποιοῦσα ἢ τῷ τὴν ἐπιταθεῖσαν ἀμβλυνθῆναι νό‐ θον ποιήτητα ἢ τῷ τὴν λυποῦσαν ὕλην ὀλιγωθῆναι.</w:t>
      </w:r>
    </w:p>
    <w:p>
      <w:r>
        <w:rPr>
          <w:rFonts w:ascii="Courier New" w:hAnsi="Courier New"/>
          <w:color w:val="555555"/>
          <w:sz w:val="20"/>
        </w:rPr>
        <w:t>[4 . 13 . 23]</w:t>
      </w:r>
    </w:p>
    <w:p>
      <w:r>
        <w:rPr>
          <w:rFonts w:ascii="Gentium Plus" w:hAnsi="Gentium Plus"/>
          <w:sz w:val="24"/>
        </w:rPr>
        <w:t>Ἀναταράττεται μὲν ἤδη τὸ περιλειφθὲν τῆς ὕλης καὶ παχύνεται μετρίαν τινὰ λαμβάνον τὴν ἐπὶ τὰ κρείττω ῥοπήν, ἀρχὴν δὲ ἤδη πέψεως ὑποδείκνυσι.</w:t>
      </w:r>
    </w:p>
    <w:p>
      <w:r>
        <w:rPr>
          <w:rFonts w:ascii="Courier New" w:hAnsi="Courier New"/>
          <w:color w:val="555555"/>
          <w:sz w:val="20"/>
        </w:rPr>
        <w:t>[4 . 13 . 24]</w:t>
      </w:r>
    </w:p>
    <w:p>
      <w:r>
        <w:rPr>
          <w:rFonts w:ascii="Gentium Plus" w:hAnsi="Gentium Plus"/>
          <w:sz w:val="24"/>
        </w:rPr>
        <w:t>Τῶν γὰρ ἐξ ἀρχῆς λεπτῶν φαινομένων οὔρων ἀλλὰ μὴ διά τινα ψιλὴν δυσκρασίαν, οὐκ ἂν ἡ ἐπὶ τὸ σύμμετρον ἀποδοθείη μεταβολή, μὴ πρότερον αὐτοῖς ἐπιγεγονότος πάχους.</w:t>
      </w:r>
    </w:p>
    <w:p>
      <w:r>
        <w:rPr>
          <w:rFonts w:ascii="Courier New" w:hAnsi="Courier New"/>
          <w:color w:val="555555"/>
          <w:sz w:val="20"/>
        </w:rPr>
        <w:t>[4 . 13 . 25]</w:t>
      </w:r>
    </w:p>
    <w:p>
      <w:r>
        <w:rPr>
          <w:rFonts w:ascii="Gentium Plus" w:hAnsi="Gentium Plus"/>
          <w:sz w:val="24"/>
        </w:rPr>
        <w:t>Ἐκεῖνα μὲν γάρ, ὡς ἡ πεῖρά τε καὶ ὁ λόγος ἔδειξε, μεγάλην τινὰ τὴν ἀτονίαν κατηγορεῖ τῆς φύσεως καὶ μᾶλ‐ λον ὅσον ᾖ μετὰ φαυλοτέρων χρωμάτων.</w:t>
      </w:r>
    </w:p>
    <w:p>
      <w:r>
        <w:rPr>
          <w:rFonts w:ascii="Courier New" w:hAnsi="Courier New"/>
          <w:color w:val="555555"/>
          <w:sz w:val="20"/>
        </w:rPr>
        <w:t>[4 . 13 . 26]</w:t>
      </w:r>
    </w:p>
    <w:p>
      <w:r>
        <w:rPr>
          <w:rFonts w:ascii="Gentium Plus" w:hAnsi="Gentium Plus"/>
          <w:sz w:val="24"/>
        </w:rPr>
        <w:t>Τὰ δέ γε παχέα μάχην τινὰ τῆς φύσεως καὶ ἀγῶνα πειρωμένης ὥσπερ ἐπικρατῆσαι τῆς ὕλης καὶ ἤδη ἴσως ἐπικρατούσης, εἰ μή που καὶ αὐτοῖς τὰ πάχη ἄμετρα διαφαίνηται. ἐν‐</w:t>
      </w:r>
    </w:p>
    <w:p>
      <w:r>
        <w:rPr>
          <w:rFonts w:ascii="Courier New" w:hAnsi="Courier New"/>
          <w:color w:val="555555"/>
          <w:sz w:val="20"/>
        </w:rPr>
        <w:t>[5]</w:t>
      </w:r>
    </w:p>
    <w:p>
      <w:r>
        <w:rPr>
          <w:rFonts w:ascii="Gentium Plus" w:hAnsi="Gentium Plus"/>
          <w:sz w:val="24"/>
        </w:rPr>
        <w:t>ταῦθα γὰρ εἰκὸς ὑφ’ ὕλης ἐπικρατουμένην τὴν φύσιν τοσαύτης καταβεβλῆσθαι.</w:t>
      </w:r>
    </w:p>
    <w:p>
      <w:r>
        <w:rPr>
          <w:rFonts w:ascii="Courier New" w:hAnsi="Courier New"/>
          <w:color w:val="555555"/>
          <w:sz w:val="20"/>
        </w:rPr>
        <w:t>[4 . 13 . 27]</w:t>
      </w:r>
    </w:p>
    <w:p>
      <w:r>
        <w:rPr>
          <w:rFonts w:ascii="Gentium Plus" w:hAnsi="Gentium Plus"/>
          <w:sz w:val="24"/>
        </w:rPr>
        <w:t>Ἐπεὶ δέ τινας εἰκὸς ἀντι‐ λέγοντας φάσκειν, ὡς εἰ τὰ λεπτὰ ἐσχάτης πέφυκεν ἀπε‐ ψίας, τὰ δὲ σύμμετρα ἀρίστης πέψεως, ἔδει τὰ ὑπόλεπτα ἀλλὰ τὰ μὴ παχέα φαίνεσθαι τῆς ἐγχειρήσεως τῆς φύσεως</w:t>
      </w:r>
    </w:p>
    <w:p>
      <w:r>
        <w:rPr>
          <w:rFonts w:ascii="Courier New" w:hAnsi="Courier New"/>
          <w:color w:val="555555"/>
          <w:sz w:val="20"/>
        </w:rPr>
        <w:t>[5]</w:t>
      </w:r>
    </w:p>
    <w:p>
      <w:r>
        <w:rPr>
          <w:rFonts w:ascii="Gentium Plus" w:hAnsi="Gentium Plus"/>
          <w:sz w:val="24"/>
        </w:rPr>
        <w:t>σύμβολα.</w:t>
      </w:r>
    </w:p>
    <w:p>
      <w:r>
        <w:rPr>
          <w:rFonts w:ascii="Courier New" w:hAnsi="Courier New"/>
          <w:color w:val="555555"/>
          <w:sz w:val="20"/>
        </w:rPr>
        <w:t>[4 . 13 . 28]</w:t>
      </w:r>
    </w:p>
    <w:p>
      <w:r>
        <w:rPr>
          <w:rFonts w:ascii="Gentium Plus" w:hAnsi="Gentium Plus"/>
          <w:sz w:val="24"/>
        </w:rPr>
        <w:t>Ῥητέον τοίνυν καὶ πρὸς ἐκείνους τὰ δέ‐ οντα καὶ τὰς ἐπὶ ταῖς συστάσεσι νομιζομένας ἀνακα‐ λυπτέον αἰτίας.</w:t>
      </w:r>
    </w:p>
    <w:p>
      <w:r>
        <w:rPr>
          <w:rFonts w:ascii="Courier New" w:hAnsi="Courier New"/>
          <w:color w:val="555555"/>
          <w:sz w:val="20"/>
        </w:rPr>
        <w:t>[4 . 13 . 29]</w:t>
      </w:r>
    </w:p>
    <w:p>
      <w:r>
        <w:rPr>
          <w:rFonts w:ascii="Gentium Plus" w:hAnsi="Gentium Plus"/>
          <w:sz w:val="24"/>
        </w:rPr>
        <w:t>Ἐπεὶ τοίνυν τῶν ὑπὸ νόσου κεκρα‐ τημένων ἀνθρώπων οἱ μὲν διὰ ψιλήν τινα ἐπιταθεῖσαν δυσκρασίαν πάσχουσιν, οἱ δ’ αὖ δι’ οἱασδήτινος ὕλης πλε‐ ονασμὸν τοῖς μὲν διά τινα δυσκρασίαν πάσχουσιν, ὥς γε</w:t>
      </w:r>
    </w:p>
    <w:p>
      <w:r>
        <w:rPr>
          <w:rFonts w:ascii="Courier New" w:hAnsi="Courier New"/>
          <w:color w:val="555555"/>
          <w:sz w:val="20"/>
        </w:rPr>
        <w:t>[5]</w:t>
      </w:r>
    </w:p>
    <w:p>
      <w:r>
        <w:rPr>
          <w:rFonts w:ascii="Gentium Plus" w:hAnsi="Gentium Plus"/>
          <w:sz w:val="24"/>
        </w:rPr>
        <w:t>εἴρηται ἤδη, τὰ λεπτὰ μᾶλλον ἐπιφαίνεται τῶν οὔρων.</w:t>
      </w:r>
    </w:p>
    <w:p>
      <w:r>
        <w:rPr>
          <w:rFonts w:ascii="Courier New" w:hAnsi="Courier New"/>
          <w:color w:val="555555"/>
          <w:sz w:val="20"/>
        </w:rPr>
        <w:t>[4 . 13 . 30]</w:t>
      </w:r>
    </w:p>
    <w:p>
      <w:r>
        <w:rPr>
          <w:rFonts w:ascii="Gentium Plus" w:hAnsi="Gentium Plus"/>
          <w:sz w:val="24"/>
        </w:rPr>
        <w:t>Τοῖς δ’ αὖ διά τινα πλεονασθεῖσαν ὕλην πλέον τοῦ δέοντος, ταῖς μὲν ἀρχαῖς καὶ ὧδε τῶν νοσημάτων τὸ πλέον τὰ λεπτά, ἅ δὴ καὶ προϊούσης τῆς νόσου παχύνε‐ ται, ἐνίοτε δὲ καὶ ἐκ πρώτης τοῦ λόγου ἀφετηρίας παχέα</w:t>
      </w:r>
    </w:p>
    <w:p>
      <w:r>
        <w:rPr>
          <w:rFonts w:ascii="Courier New" w:hAnsi="Courier New"/>
          <w:color w:val="555555"/>
          <w:sz w:val="20"/>
        </w:rPr>
        <w:t>[5]</w:t>
      </w:r>
    </w:p>
    <w:p>
      <w:r>
        <w:rPr>
          <w:rFonts w:ascii="Gentium Plus" w:hAnsi="Gentium Plus"/>
          <w:sz w:val="24"/>
        </w:rPr>
        <w:t>φαίνεται.</w:t>
      </w:r>
    </w:p>
    <w:p>
      <w:r>
        <w:rPr>
          <w:rFonts w:ascii="Courier New" w:hAnsi="Courier New"/>
          <w:color w:val="555555"/>
          <w:sz w:val="20"/>
        </w:rPr>
        <w:t>[4 . 13 . 31]</w:t>
      </w:r>
    </w:p>
    <w:p>
      <w:r>
        <w:rPr>
          <w:rFonts w:ascii="Gentium Plus" w:hAnsi="Gentium Plus"/>
          <w:sz w:val="24"/>
        </w:rPr>
        <w:t>Ῥητέον οὖν ἐφ’ ἑκάστῳ τούτων κατὰ τὴν ὁμολογίαν τὰ δέοντα. τῶν τοίνυν ἐπὶ ψιλὴν δυσκρασίαν καμόντων τὰ οὖρα πάνυ λεπτὰ διαφαίνεται τῆς οἱασδήτι‐ νος ἐπικρατούσης δυσκρασίας, ἧττον δ’ αὖ λεπτὰ διαφαί‐</w:t>
      </w:r>
    </w:p>
    <w:p>
      <w:r>
        <w:rPr>
          <w:rFonts w:ascii="Courier New" w:hAnsi="Courier New"/>
          <w:color w:val="555555"/>
          <w:sz w:val="20"/>
        </w:rPr>
        <w:t>[5]</w:t>
      </w:r>
    </w:p>
    <w:p>
      <w:r>
        <w:rPr>
          <w:rFonts w:ascii="Gentium Plus" w:hAnsi="Gentium Plus"/>
          <w:sz w:val="24"/>
        </w:rPr>
        <w:t>νεται, ἀπομαχομένης ἔτι τῆς φύσεως, ὥσπερ δῆτα καὶ</w:t>
      </w:r>
    </w:p>
    <w:p>
      <w:r>
        <w:rPr>
          <w:rFonts w:ascii="Courier New" w:hAnsi="Courier New"/>
          <w:color w:val="555555"/>
          <w:sz w:val="20"/>
        </w:rPr>
        <w:t>[4 . 13 . 32]</w:t>
      </w:r>
    </w:p>
    <w:p>
      <w:r>
        <w:rPr>
          <w:rFonts w:ascii="Gentium Plus" w:hAnsi="Gentium Plus"/>
          <w:sz w:val="24"/>
        </w:rPr>
        <w:t>Τὰ δ’ αὖ διὰ βραχείαν αὐτῆς ἀνάρρω‐ σιν ἐπιχειρούσης ἤδη, ἐκεῖνα δὲ δι’ ἐπικράτειαν μηδενός ποθεν ἐμποδὼν τυγχάνοντος, συμμαρτυρήσει δὲ καὶ τῷ λόγῳ μεταβαλλόμενα τὰ χρώματα.</w:t>
      </w:r>
    </w:p>
    <w:p>
      <w:r>
        <w:rPr>
          <w:rFonts w:ascii="Courier New" w:hAnsi="Courier New"/>
          <w:color w:val="555555"/>
          <w:sz w:val="20"/>
        </w:rPr>
        <w:t>[4 . 13 . 33]</w:t>
      </w:r>
    </w:p>
    <w:p>
      <w:r>
        <w:rPr>
          <w:rFonts w:ascii="Gentium Plus" w:hAnsi="Gentium Plus"/>
          <w:sz w:val="24"/>
        </w:rPr>
        <w:t>Καὶ διὰ τοιαύτας μὲν αἰτίας τῶν ἐπὶ ψιλῇ ἑαλωκότων δυσκρασίᾳ φαίνεται λεπτά τε καὶ ὑπόλεπτα τὰ οὖρα· ἐπὶ δὲ τῶν διά τινας χυμοὺς πλεονάσαντας οὐχ ὑγιῶς ἐχόντων ταῖς μὲν ἀρχαῖς</w:t>
      </w:r>
    </w:p>
    <w:p>
      <w:r>
        <w:rPr>
          <w:rFonts w:ascii="Courier New" w:hAnsi="Courier New"/>
          <w:color w:val="555555"/>
          <w:sz w:val="20"/>
        </w:rPr>
        <w:t>[5]</w:t>
      </w:r>
    </w:p>
    <w:p>
      <w:r>
        <w:rPr>
          <w:rFonts w:ascii="Gentium Plus" w:hAnsi="Gentium Plus"/>
          <w:sz w:val="24"/>
        </w:rPr>
        <w:t>ἔτι λεπτὰ τὰ οὖρα φαίνεται, μήπω ἐπιχειρούσης τῆς φύ‐ σεως, ἅτε δὴ ὠμοῦ τοῦ πάθους ἔτι τυγχάνοντος. καθόσον δ’ ἂν ᾖ τὰ οὖρα λεπτὰ καὶ ἡ ὠμότης καταστοχαζομένων συνάγεται.</w:t>
      </w:r>
    </w:p>
    <w:p>
      <w:r>
        <w:rPr>
          <w:rFonts w:ascii="Courier New" w:hAnsi="Courier New"/>
          <w:color w:val="555555"/>
          <w:sz w:val="20"/>
        </w:rPr>
        <w:t>[4 . 13 . 34]</w:t>
      </w:r>
    </w:p>
    <w:p>
      <w:r>
        <w:rPr>
          <w:rFonts w:ascii="Gentium Plus" w:hAnsi="Gentium Plus"/>
          <w:sz w:val="24"/>
        </w:rPr>
        <w:t>Ὁπόταν οὖν ὠμότης ᾖ τοσαύτη τῆς ὕλης, οὐδέν τι διαδίδοται ταύτης πρὸς ἔκκρισιν ἐπεχούσης μὲν τῆς καθεκτικῆς δυνάμεως, ταύτην ἔτι πέψιν δ’ ἐπιθήσειν πειρωμένης τῆς φυσικῆς ὡς οἷόν τε δυνάμεως.</w:t>
      </w:r>
    </w:p>
    <w:p>
      <w:r>
        <w:rPr>
          <w:rFonts w:ascii="Courier New" w:hAnsi="Courier New"/>
          <w:color w:val="555555"/>
          <w:sz w:val="20"/>
        </w:rPr>
        <w:t>[4 . 13 . 35]</w:t>
      </w:r>
    </w:p>
    <w:p>
      <w:r>
        <w:rPr>
          <w:rFonts w:ascii="Gentium Plus" w:hAnsi="Gentium Plus"/>
          <w:sz w:val="24"/>
        </w:rPr>
        <w:t>Ὁπό‐ ταν οὖν τοῦθ’ οὕτως ἔχῃ καὶ μήθ’ ἡ φύσις ἐξικνεῖται πέτ‐ τειν τὴν ὕλην, μήθ’ ἡ τροφὴ καὶ πόσις ἡ χορηγουμένη θύραθεν μέτροις πέψεως ἐξετάζεται, τῆς φυσικῆς δυνά‐</w:t>
      </w:r>
    </w:p>
    <w:p>
      <w:r>
        <w:rPr>
          <w:rFonts w:ascii="Courier New" w:hAnsi="Courier New"/>
          <w:color w:val="555555"/>
          <w:sz w:val="20"/>
        </w:rPr>
        <w:t>[5]</w:t>
      </w:r>
    </w:p>
    <w:p>
      <w:r>
        <w:rPr>
          <w:rFonts w:ascii="Gentium Plus" w:hAnsi="Gentium Plus"/>
          <w:sz w:val="24"/>
        </w:rPr>
        <w:t>μεως ἀπομαχομένης πρὸς μείζονα, λεπτὰ μὲν διὰ τοῦτο, οὐχὶ παχέα δ’ αὖ, δι’ ἐκεῖνο τὰ οὖρα φαίνεται.</w:t>
      </w:r>
    </w:p>
    <w:p>
      <w:r>
        <w:rPr>
          <w:rFonts w:ascii="Courier New" w:hAnsi="Courier New"/>
          <w:color w:val="555555"/>
          <w:sz w:val="20"/>
        </w:rPr>
        <w:t>[4 . 13 . 36]</w:t>
      </w:r>
    </w:p>
    <w:p>
      <w:r>
        <w:rPr>
          <w:rFonts w:ascii="Gentium Plus" w:hAnsi="Gentium Plus"/>
          <w:sz w:val="24"/>
        </w:rPr>
        <w:t>Ἀλλ’ ἐπειδάν, τῆς φύσεως τῆς ὕλης ἐπικρατούσης, τὰ ὠμὰ γοῦν πέττηται, καὶ μάλιστα καὶ διὰ γαστρὸς καὶ οὔρων χωρεῖν μέλλει, ἤδη καὶ τὰ οὖρα δείκνυται κεκτημένα πάχος οὐ</w:t>
      </w:r>
    </w:p>
    <w:p>
      <w:r>
        <w:rPr>
          <w:rFonts w:ascii="Courier New" w:hAnsi="Courier New"/>
          <w:color w:val="555555"/>
          <w:sz w:val="20"/>
        </w:rPr>
        <w:t>[5]</w:t>
      </w:r>
    </w:p>
    <w:p>
      <w:r>
        <w:rPr>
          <w:rFonts w:ascii="Gentium Plus" w:hAnsi="Gentium Plus"/>
          <w:sz w:val="24"/>
        </w:rPr>
        <w:t>μέτριον.</w:t>
      </w:r>
    </w:p>
    <w:p>
      <w:r>
        <w:rPr>
          <w:rFonts w:ascii="Courier New" w:hAnsi="Courier New"/>
          <w:color w:val="555555"/>
          <w:sz w:val="20"/>
        </w:rPr>
        <w:t>[4 . 13 . 37]</w:t>
      </w:r>
    </w:p>
    <w:p>
      <w:r>
        <w:rPr>
          <w:rFonts w:ascii="Gentium Plus" w:hAnsi="Gentium Plus"/>
          <w:sz w:val="24"/>
        </w:rPr>
        <w:t>Ὑποβιβαζομένης γὰρ τῆς ὕλης ὡς πρὸς ἔξο‐ δον τῆς περιττῆς δι’ ἐπικράτειάν τινα τῆς πεττικῆς δυνά‐ μεως, καὶ ταῦτα δείκνυται κτησάμενα πάχος, ὥστε καὶ πολλοί τινες ἐντεῦθεν τὴν ἐπὶ τὰ κάτω ῥοπὴν στοχαζό‐</w:t>
      </w:r>
    </w:p>
    <w:p>
      <w:r>
        <w:rPr>
          <w:rFonts w:ascii="Courier New" w:hAnsi="Courier New"/>
          <w:color w:val="555555"/>
          <w:sz w:val="20"/>
        </w:rPr>
        <w:t>[5]</w:t>
      </w:r>
    </w:p>
    <w:p>
      <w:r>
        <w:rPr>
          <w:rFonts w:ascii="Gentium Plus" w:hAnsi="Gentium Plus"/>
          <w:sz w:val="24"/>
        </w:rPr>
        <w:t>μενοι τῶν περιττῶν καὶ τῆς γαστρὸς διαχωρήσεις οὐ με‐ τρίας προέφασαν.</w:t>
      </w:r>
    </w:p>
    <w:p>
      <w:r>
        <w:rPr>
          <w:rFonts w:ascii="Courier New" w:hAnsi="Courier New"/>
          <w:color w:val="555555"/>
          <w:sz w:val="20"/>
        </w:rPr>
        <w:t>[4 . 13 . 38]</w:t>
      </w:r>
    </w:p>
    <w:p>
      <w:r>
        <w:rPr>
          <w:rFonts w:ascii="Gentium Plus" w:hAnsi="Gentium Plus"/>
          <w:sz w:val="24"/>
        </w:rPr>
        <w:t>Ἀλλὰ τοῦτο μὲν τοῦ προγνωστι‐ κοῦ μέρους· κἀκεῖσε δεῖ τηρεῖσθαι· ἡμεῖς δὲ κἀκ τῶν προ‐ δήλων ἐπιθήσομεν καὶ τόδ’ εἰς παράστασιν.</w:t>
      </w:r>
    </w:p>
    <w:p>
      <w:r>
        <w:rPr>
          <w:rFonts w:ascii="Courier New" w:hAnsi="Courier New"/>
          <w:color w:val="555555"/>
          <w:sz w:val="20"/>
        </w:rPr>
        <w:t>[4 . 13 . 39]</w:t>
      </w:r>
    </w:p>
    <w:p>
      <w:r>
        <w:rPr>
          <w:rFonts w:ascii="Gentium Plus" w:hAnsi="Gentium Plus"/>
          <w:sz w:val="24"/>
        </w:rPr>
        <w:t>Εἰώθεσαν ἐν τῇ τοῦ σώματος ἐπιφανείᾳ ὄγκοι τινὲς διάφοροι γί‐ νεσθαι.</w:t>
      </w:r>
    </w:p>
    <w:p>
      <w:r>
        <w:rPr>
          <w:rFonts w:ascii="Courier New" w:hAnsi="Courier New"/>
          <w:color w:val="555555"/>
          <w:sz w:val="20"/>
        </w:rPr>
        <w:t>[4 . 13 . 40]</w:t>
      </w:r>
    </w:p>
    <w:p>
      <w:r>
        <w:rPr>
          <w:rFonts w:ascii="Gentium Plus" w:hAnsi="Gentium Plus"/>
          <w:sz w:val="24"/>
        </w:rPr>
        <w:t>Τούτων οἱ μὲν οὐδέ ποτέ τι πῦον ἤ τι πα‐ ραπλήσιον ὑγρὸν ὑφ’ ἑαυτοὺς ἔχουσιν, ὥσθ’ ὁσάκις ἂν αὐτοὺς ἐπιδιέλῃς, σάρκας εὕρῃς ἀλλοκότους τυγχάνοντας.</w:t>
      </w:r>
    </w:p>
    <w:p>
      <w:r>
        <w:rPr>
          <w:rFonts w:ascii="Courier New" w:hAnsi="Courier New"/>
          <w:color w:val="555555"/>
          <w:sz w:val="20"/>
        </w:rPr>
        <w:t>[4 . 13 . 41]</w:t>
      </w:r>
    </w:p>
    <w:p>
      <w:r>
        <w:rPr>
          <w:rFonts w:ascii="Gentium Plus" w:hAnsi="Gentium Plus"/>
          <w:sz w:val="24"/>
        </w:rPr>
        <w:t>Οἱ δ’ ἕτεροι ἐπισπασάμενοι πρὸς ἑαυτοὺς ἀθρόαν ὕλην, τῷ χρόνῳ πέττουσί τε καὶ ἀλλοιοῦσιν εἰς πύου εἶδος, εἴθ’ οὕτως εἴτ’ αὐτομάτως εἴτε καὶ τέχνῃ τὸ περιττὸν τοῦ πύου κενώσαντες, πρὸς τὸ κατὰ φύσιν ἐπανίεσαν αὖθις.</w:t>
      </w:r>
    </w:p>
    <w:p>
      <w:r>
        <w:rPr>
          <w:rFonts w:ascii="Courier New" w:hAnsi="Courier New"/>
          <w:color w:val="555555"/>
          <w:sz w:val="20"/>
        </w:rPr>
        <w:t>[4 . 13 . 42]</w:t>
      </w:r>
    </w:p>
    <w:p>
      <w:r>
        <w:rPr>
          <w:rFonts w:ascii="Gentium Plus" w:hAnsi="Gentium Plus"/>
          <w:sz w:val="24"/>
        </w:rPr>
        <w:t>Ἀλλὰ τούτους μὲν ταῖς ἀρχαῖς διαιρῶν, ἐπεὶ τὸ πά‐ θος ἔτι ὠμόν, οὐδὲν ἂν ὑγρὸν ἐξέλῃς, εἰ μὴ τὸ φυσικῶς τοῖς μέλεσι κατεσπαρμένον αἷμα· ἐν ταῖς ἀρχαῖς δ’ αὖ διελὼν τῶν πέψεων ὕφαιμον ὄψει πῦον.</w:t>
      </w:r>
    </w:p>
    <w:p>
      <w:r>
        <w:rPr>
          <w:rFonts w:ascii="Courier New" w:hAnsi="Courier New"/>
          <w:color w:val="555555"/>
          <w:sz w:val="20"/>
        </w:rPr>
        <w:t>[4 . 13 . 43]</w:t>
      </w:r>
    </w:p>
    <w:p>
      <w:r>
        <w:rPr>
          <w:rFonts w:ascii="Gentium Plus" w:hAnsi="Gentium Plus"/>
          <w:sz w:val="24"/>
        </w:rPr>
        <w:t>Ἂν δὲ κἀν ταῖς ἀκμαῖς διατηρήσας ἄτμητον τὸν ὄγκον, εἶθ’ οὕτως ἐπιδιέλῃς, ἐπιταθείσης ἤδη τῆς πέψεως, τὸ πῦον ὄψει ἀκραιφνὲς καὶ πεπεμμένον ῥέον.</w:t>
      </w:r>
    </w:p>
    <w:p>
      <w:r>
        <w:rPr>
          <w:rFonts w:ascii="Courier New" w:hAnsi="Courier New"/>
          <w:color w:val="555555"/>
          <w:sz w:val="20"/>
        </w:rPr>
        <w:t>[4 . 13 . 44]</w:t>
      </w:r>
    </w:p>
    <w:p>
      <w:r>
        <w:rPr>
          <w:rFonts w:ascii="Gentium Plus" w:hAnsi="Gentium Plus"/>
          <w:sz w:val="24"/>
        </w:rPr>
        <w:t>Ταῦτά σε δεῖ τοῖς οὔροις παραβολήν, ὦ βέλτιστε. κἀκείνοις γὰρ ὠμοῦ μὲν ἔτι τοῦ πάθους τυγχάνοντος, οὐδέν τι τοῖς οὔροις καὶ ταῖς λοιπαῖς ἐκκρίσεσι ἀποδίδοται, βραχὺ δέ τι ἐνακμάζοντος·</w:t>
      </w:r>
    </w:p>
    <w:p>
      <w:r>
        <w:rPr>
          <w:rFonts w:ascii="Courier New" w:hAnsi="Courier New"/>
          <w:color w:val="555555"/>
          <w:sz w:val="20"/>
        </w:rPr>
        <w:t>[5]</w:t>
      </w:r>
    </w:p>
    <w:p>
      <w:r>
        <w:rPr>
          <w:rFonts w:ascii="Gentium Plus" w:hAnsi="Gentium Plus"/>
          <w:sz w:val="24"/>
        </w:rPr>
        <w:t>ὁπόταν δ’ ἤδη καὶ ἡ ἄκμη παρῇ, πέψις μὲν τέλεια ταῖς ὕλαις γίνεται, πάχος δ’ ἤδη τὰ οὖρα δέχεται, τὴν ἐπὶ τὰ κάτω ῥοπὴν λαβούσης τῆς ὕλης.</w:t>
      </w:r>
    </w:p>
    <w:p>
      <w:r>
        <w:rPr>
          <w:rFonts w:ascii="Courier New" w:hAnsi="Courier New"/>
          <w:color w:val="555555"/>
          <w:sz w:val="20"/>
        </w:rPr>
        <w:t>[4 . 13 . 45]</w:t>
      </w:r>
    </w:p>
    <w:p>
      <w:r>
        <w:rPr>
          <w:rFonts w:ascii="Gentium Plus" w:hAnsi="Gentium Plus"/>
          <w:sz w:val="24"/>
        </w:rPr>
        <w:t>Ἀεὶ γάρ τοι τῶν ἐμπλεόντων ὁποιωνδήτινων χυμῶν γαστρί τε καὶ ἐντέροις καί που τοῖς τοῦ ἥπατος κοίλοις, σύμβολα τῶν οὔρων πέφυκε τὰ παχέα.</w:t>
      </w:r>
    </w:p>
    <w:p>
      <w:r>
        <w:rPr>
          <w:rFonts w:ascii="Courier New" w:hAnsi="Courier New"/>
          <w:color w:val="555555"/>
          <w:sz w:val="20"/>
        </w:rPr>
        <w:t>[4 . 13 . 46]</w:t>
      </w:r>
    </w:p>
    <w:p>
      <w:r>
        <w:rPr>
          <w:rFonts w:ascii="Gentium Plus" w:hAnsi="Gentium Plus"/>
          <w:sz w:val="24"/>
        </w:rPr>
        <w:t>Ὁπότε μέντοι ταῦτα σημαίνει ἔκ‐ κρισιν τῆς γαστρὸς, ὁπότε δέ γ’ οὐ σημαίνει, ὁ περὶ προ‐ γνώσεως ἀποδώσει λόγος.</w:t>
      </w:r>
    </w:p>
    <w:p>
      <w:r>
        <w:rPr>
          <w:rFonts w:ascii="Courier New" w:hAnsi="Courier New"/>
          <w:color w:val="555555"/>
          <w:sz w:val="20"/>
        </w:rPr>
        <w:t>[4 . 13 . 47]</w:t>
      </w:r>
    </w:p>
    <w:p>
      <w:r>
        <w:rPr>
          <w:rFonts w:ascii="Gentium Plus" w:hAnsi="Gentium Plus"/>
          <w:sz w:val="24"/>
        </w:rPr>
        <w:t>Εἰ συνελόντα δ’ ὧδέ με δεῖ φάναι, τὰ μὲν λεπτότατα τῶν οὔρων ἐσχάτην τινὰ καὶ τὴν ἀπεψίαν κατηγορεῖ τῆς φύσεως, ἐπὶ μείζοσι πλημμε‐ λήμασι τῆς ἐμφύτου θερμότητος, τὰ δὲ παχυνόμενα καὶ</w:t>
      </w:r>
    </w:p>
    <w:p>
      <w:r>
        <w:rPr>
          <w:rFonts w:ascii="Courier New" w:hAnsi="Courier New"/>
          <w:color w:val="555555"/>
          <w:sz w:val="20"/>
        </w:rPr>
        <w:t>[5]</w:t>
      </w:r>
    </w:p>
    <w:p>
      <w:r>
        <w:rPr>
          <w:rFonts w:ascii="Gentium Plus" w:hAnsi="Gentium Plus"/>
          <w:sz w:val="24"/>
        </w:rPr>
        <w:t>τοιαῦτα μένοντα ἢ καὶ καθιστάμενα ἐπιχειρεῖν μὲν ἤδη τὰ πρότερως τὴν ἔμφυτον τῇ πέψει θερμότητα, ἐπικρα‐ τεῖν δέ πως τὰ δεύτερα, μὴ μέντοι γ’ ἔτι ἐξικνεῖσθαι πέ‐ ψεως ὁλοκλήρου, εἴθ’ ὑπὸ ποσότητος ἢ ποιότητος τῶν χυ‐ μῶν, εἴθ’ ὑπὸ οἰκείας ἀμαυρουμένην χαυνότητος.</w:t>
      </w:r>
    </w:p>
    <w:p>
      <w:r>
        <w:rPr>
          <w:rFonts w:ascii="Courier New" w:hAnsi="Courier New"/>
          <w:color w:val="555555"/>
          <w:sz w:val="20"/>
        </w:rPr>
        <w:t>[4 . 13 . 48]</w:t>
      </w:r>
    </w:p>
    <w:p>
      <w:r>
        <w:rPr>
          <w:rFonts w:ascii="Gentium Plus" w:hAnsi="Gentium Plus"/>
          <w:sz w:val="24"/>
        </w:rPr>
        <w:t>Ἐπεὶ δὲ καὶ δι’ ἐμφράξεις εἴρηται λεπτὰ δὴ φαίνεσθαι τὰ οὖρα ἐξιόντα, καὶ τὰς ἐπὶ τούτοις ἐπιθετέον τῷ λόγῳ νομιζομέ‐ νας αἰτίας.</w:t>
      </w:r>
    </w:p>
    <w:p>
      <w:r>
        <w:rPr>
          <w:rFonts w:ascii="Courier New" w:hAnsi="Courier New"/>
          <w:color w:val="555555"/>
          <w:sz w:val="20"/>
        </w:rPr>
        <w:t>[4 . 13 . 49]</w:t>
      </w:r>
    </w:p>
    <w:p>
      <w:r>
        <w:rPr>
          <w:rFonts w:ascii="Gentium Plus" w:hAnsi="Gentium Plus"/>
          <w:sz w:val="24"/>
        </w:rPr>
        <w:t>Ὅταν τοίνυν ἤτοι περὶ νεφροὺς καὶ τὰ λοιπὰ τῶν οὐρητικῶν ἀγγείων ἢ περί τινα τῶν λοιπῶν μορίων τῶν ἐνδεχομένων ταῦτ’ ἀπείργειν σύμμετρα φέ‐ ρεσθαι, ἔμφραξίς τις ἀξιόλογος γένηται ὑφ’ οἱασδήτινος</w:t>
      </w:r>
    </w:p>
    <w:p>
      <w:r>
        <w:rPr>
          <w:rFonts w:ascii="Courier New" w:hAnsi="Courier New"/>
          <w:color w:val="555555"/>
          <w:sz w:val="20"/>
        </w:rPr>
        <w:t>[5]</w:t>
      </w:r>
    </w:p>
    <w:p>
      <w:r>
        <w:rPr>
          <w:rFonts w:ascii="Gentium Plus" w:hAnsi="Gentium Plus"/>
          <w:sz w:val="24"/>
        </w:rPr>
        <w:t>διαθέσεως, τῇ στενοχωρίᾳ διολιζόμενα τὰ οὖρα, ὡς διὰ</w:t>
      </w:r>
    </w:p>
    <w:p>
      <w:r>
        <w:rPr>
          <w:rFonts w:ascii="Courier New" w:hAnsi="Courier New"/>
          <w:color w:val="555555"/>
          <w:sz w:val="20"/>
        </w:rPr>
        <w:t>[4 . 13 . 50]</w:t>
      </w:r>
    </w:p>
    <w:p>
      <w:r>
        <w:rPr>
          <w:rFonts w:ascii="Gentium Plus" w:hAnsi="Gentium Plus"/>
          <w:sz w:val="24"/>
        </w:rPr>
        <w:t>Ὁπόταν γὰρ δή τινες ἰλυώδη καὶ παχὺν οἶνον ἔχωσι, τοῦτον ἐν τρυγοίπῳ διολίσαντες πολ‐ λάκις, ἱκανῶς ἀπελέπτυναν τὸ πλέον ἀφηρηκότες τοῦ πά‐ χους τῇ δωλίσει, ὥστε καὶ διαφανέστατον αὐτὸν γενέσθαι</w:t>
      </w:r>
    </w:p>
    <w:p>
      <w:r>
        <w:rPr>
          <w:rFonts w:ascii="Courier New" w:hAnsi="Courier New"/>
          <w:color w:val="555555"/>
          <w:sz w:val="20"/>
        </w:rPr>
        <w:t>[5]</w:t>
      </w:r>
    </w:p>
    <w:p>
      <w:r>
        <w:rPr>
          <w:rFonts w:ascii="Gentium Plus" w:hAnsi="Gentium Plus"/>
          <w:sz w:val="24"/>
        </w:rPr>
        <w:t>κἀπὶ τῶν οὔρων τοίνυν, τοίως τότε δεῖ συλλογίζεσθαι ὥσθ’ ἃ ἂν συμβαίη δι’ οἱασδήτινας ἐμφράξεις λεπτὰ δήπουθεν φαίνεσθαι, τὰ ἐμφράττοντα μᾶλλον ἄν τις αἰτιάσαι τοὺς πόρους ἢ τὴν τῆς πεπτικῆς δυνάμεως ἀρρωστίαν.</w:t>
      </w:r>
    </w:p>
    <w:p>
      <w:r>
        <w:rPr>
          <w:rFonts w:ascii="Courier New" w:hAnsi="Courier New"/>
          <w:color w:val="555555"/>
          <w:sz w:val="20"/>
        </w:rPr>
        <w:t>[4 . 13 . 51]</w:t>
      </w:r>
    </w:p>
    <w:p>
      <w:r>
        <w:rPr>
          <w:rFonts w:ascii="Gentium Plus" w:hAnsi="Gentium Plus"/>
          <w:sz w:val="24"/>
        </w:rPr>
        <w:t>Ἀλλ’ ὁ μὲν περὶ πέψεώς τε καὶ ἀπεψίας καὶ προσέτι ὠμότητος λόγος ἱκανῶς ῥηθεὶς ὧδέ πη κείσθω καὶ διὰ τούτων ἴστω πᾶς τις περὶ τὰ τοιαῦτα σπουδάζων, ὡς αἱ μὲν τῶν συ‐</w:t>
      </w:r>
    </w:p>
    <w:p>
      <w:r>
        <w:rPr>
          <w:rFonts w:ascii="Courier New" w:hAnsi="Courier New"/>
          <w:color w:val="555555"/>
          <w:sz w:val="20"/>
        </w:rPr>
        <w:t>[5]</w:t>
      </w:r>
    </w:p>
    <w:p>
      <w:r>
        <w:rPr>
          <w:rFonts w:ascii="Gentium Plus" w:hAnsi="Gentium Plus"/>
          <w:sz w:val="24"/>
        </w:rPr>
        <w:t>στάσεων πέψεσιν ἕπονται τῶν χυμῶν, αἱ δ’ ἀπεψίαις, ἐκεῖ‐ ναι δ’ αὖ ὠμότησι.</w:t>
      </w:r>
    </w:p>
    <w:p>
      <w:r>
        <w:rPr>
          <w:rFonts w:ascii="Courier New" w:hAnsi="Courier New"/>
          <w:color w:val="555555"/>
          <w:sz w:val="20"/>
        </w:rPr>
        <w:t>[4 . 13 . 52]</w:t>
      </w:r>
    </w:p>
    <w:p>
      <w:r>
        <w:rPr>
          <w:rFonts w:ascii="Gentium Plus" w:hAnsi="Gentium Plus"/>
          <w:sz w:val="24"/>
        </w:rPr>
        <w:t>Νῦν δὲ προσήκει φάναι περὶ αἰτίας τῶν ἐν τοῖς οὔροις παρυφισταμένων ὥσπερ οὖν ἐπὶ τῆς κατὰ τὴν γαστέρα καὶ τὰ σιμὰ τοῦ ἥπατος καὶ τῶν προσεχῶν ἀξιολόγων ἀγγείων πέψεως καὶ ἀπεψίας αἱ τῶν</w:t>
      </w:r>
    </w:p>
    <w:p>
      <w:r>
        <w:rPr>
          <w:rFonts w:ascii="Courier New" w:hAnsi="Courier New"/>
          <w:color w:val="555555"/>
          <w:sz w:val="20"/>
        </w:rPr>
        <w:t>[5]</w:t>
      </w:r>
    </w:p>
    <w:p>
      <w:r>
        <w:rPr>
          <w:rFonts w:ascii="Gentium Plus" w:hAnsi="Gentium Plus"/>
          <w:sz w:val="24"/>
        </w:rPr>
        <w:t>χυμάτων σύμβολα συστάσεις μᾶλλον πεφύκασιν, οὕτω δὴ κἀπὶ τῆς ἐν τῷ φλεβώδει γένει οὕτω καλουμένῳ πέψεως οἴεσθαι δεῖν τὰ παρυφιστάμενα· ῥητέον τοίνυν κἀπὶ τού‐ των.</w:t>
      </w:r>
    </w:p>
    <w:p>
      <w:r>
        <w:rPr>
          <w:rFonts w:ascii="Courier New" w:hAnsi="Courier New"/>
          <w:color w:val="555555"/>
          <w:sz w:val="20"/>
        </w:rPr>
        <w:t>[4 . 13 . 53]</w:t>
      </w:r>
    </w:p>
    <w:p>
      <w:r>
        <w:rPr>
          <w:rFonts w:ascii="Gentium Plus" w:hAnsi="Gentium Plus"/>
          <w:sz w:val="24"/>
        </w:rPr>
        <w:t>Πρῶτον μὲν περὶ τῶν συναναφαινομένων τοῖς παρυφισταμένοις χρωμάτων καὶ τὰς ἐπ’ αὐτοῖς νομιζομέ‐ νας ἀποδοτέον αἰτίας, εἶθ’ οὕτως καὶ περὶ συστάσεώς τε καὶ τῆς τοπικῆς μεταβολῆς καὶ ὅσα ἐπὶ τούτοις φαίνεται.</w:t>
      </w:r>
    </w:p>
    <w:p>
      <w:pPr>
        <w:jc w:val="center"/>
      </w:pPr>
      <w:r>
        <w:rPr>
          <w:rFonts w:ascii="Gentium Plus" w:hAnsi="Gentium Plus"/>
          <w:b/>
          <w:sz w:val="24"/>
        </w:rPr>
        <w:t>Κεφ. ιδʹ. Περὶ αἰτίας τῶν λευκῶν παρυφισταμένων.</w:t>
      </w:r>
    </w:p>
    <w:p>
      <w:r>
        <w:rPr>
          <w:rFonts w:ascii="Courier New" w:hAnsi="Courier New"/>
          <w:color w:val="555555"/>
          <w:sz w:val="20"/>
        </w:rPr>
        <w:t>[4 . 14 . 1]</w:t>
      </w:r>
    </w:p>
    <w:p>
      <w:r>
        <w:rPr>
          <w:rFonts w:ascii="Gentium Plus" w:hAnsi="Gentium Plus"/>
          <w:sz w:val="24"/>
        </w:rPr>
        <w:t>Λευκὰ τοίνυν μετρίως ὄντα καὶ λεῖα καὶ ὁμαλὰ τὰ παρυφιστάμενα ὑγιᾶ τὴν ἐν τῇ τρίτῃ πέψει δύναμιν παριστᾷ.</w:t>
      </w:r>
    </w:p>
    <w:p>
      <w:r>
        <w:rPr>
          <w:rFonts w:ascii="Courier New" w:hAnsi="Courier New"/>
          <w:color w:val="555555"/>
          <w:sz w:val="20"/>
        </w:rPr>
        <w:t>[4 . 14 . 2]</w:t>
      </w:r>
    </w:p>
    <w:p>
      <w:r>
        <w:rPr>
          <w:rFonts w:ascii="Gentium Plus" w:hAnsi="Gentium Plus"/>
          <w:sz w:val="24"/>
        </w:rPr>
        <w:t>Καὶ γὰρ ὥσπερ ἐπὶ τοῦ ἀκριβῶς πεφθέντος αἵματος περιήθημα ὑπόπυρρόν τε καὶ ὑπόξανθον φαίνε‐ ται, ἐνδέον δηλονότι τοῦ χρώσαντος αὐτὸν χυμοῦ κατὰ χροίαν, οὕτω δεῖ σκοπεῖν κἀπὶ τῆς ἐπὶ τῷ φλεβώδει γένει</w:t>
      </w:r>
    </w:p>
    <w:p>
      <w:r>
        <w:rPr>
          <w:rFonts w:ascii="Courier New" w:hAnsi="Courier New"/>
          <w:color w:val="555555"/>
          <w:sz w:val="20"/>
        </w:rPr>
        <w:t>[5]</w:t>
      </w:r>
    </w:p>
    <w:p>
      <w:r>
        <w:rPr>
          <w:rFonts w:ascii="Gentium Plus" w:hAnsi="Gentium Plus"/>
          <w:sz w:val="24"/>
        </w:rPr>
        <w:t>πέψεως.</w:t>
      </w:r>
    </w:p>
    <w:p>
      <w:r>
        <w:rPr>
          <w:rFonts w:ascii="Courier New" w:hAnsi="Courier New"/>
          <w:color w:val="555555"/>
          <w:sz w:val="20"/>
        </w:rPr>
        <w:t>[4 . 14 . 3]</w:t>
      </w:r>
    </w:p>
    <w:p>
      <w:r>
        <w:rPr>
          <w:rFonts w:ascii="Gentium Plus" w:hAnsi="Gentium Plus"/>
          <w:sz w:val="24"/>
        </w:rPr>
        <w:t>Ἐπειδὴ γὰρ αἷμα μὲν οὐκ ἀκριβὲς ἀναδοθεί‐ σης τε καὶ ἀλλοιωθείσης περὶ αὐτὰ τὰ κοῖλα τοῦ ἥπατος τῆς χυλοποιηθείσης ἐν γαστρὶ τροφῆς γίνεται, ἀκραιφνὲς δ’ αὖ ἀλλοιωθέντος τούτου καὶ τελειωθέντος περὶ τὸ φλε‐</w:t>
      </w:r>
    </w:p>
    <w:p>
      <w:r>
        <w:rPr>
          <w:rFonts w:ascii="Courier New" w:hAnsi="Courier New"/>
          <w:color w:val="555555"/>
          <w:sz w:val="20"/>
        </w:rPr>
        <w:t>[5]</w:t>
      </w:r>
    </w:p>
    <w:p>
      <w:r>
        <w:rPr>
          <w:rFonts w:ascii="Gentium Plus" w:hAnsi="Gentium Plus"/>
          <w:sz w:val="24"/>
        </w:rPr>
        <w:t>βῶδες γένος, τὸ μέν ἐκεῖσε περιττὼν καὶ ἀχρεῖον οὖρον οἶδεν ὁ λόγος, τὸ δ’ αὖ ἐνταῦθα παρυφιστάμενον ἐν τοῖς οὔροις ἀπέδειξεν, ὥσπερ δῆτα καὶ ἐπὶ τῆς ἐν γαστρί τε καὶ ἐντέροις πέψεως τὰ διαχωρούμενα πέφυκε σύμβολα, καὶ δὴ πρὸς τὸ λευκὸν ἤδη χρῶμα τοῦ ἀκριβοῦς κεχωρη‐</w:t>
      </w:r>
    </w:p>
    <w:p>
      <w:r>
        <w:rPr>
          <w:rFonts w:ascii="Courier New" w:hAnsi="Courier New"/>
          <w:color w:val="555555"/>
          <w:sz w:val="20"/>
        </w:rPr>
        <w:t>[10]</w:t>
      </w:r>
    </w:p>
    <w:p>
      <w:r>
        <w:rPr>
          <w:rFonts w:ascii="Gentium Plus" w:hAnsi="Gentium Plus"/>
          <w:sz w:val="24"/>
        </w:rPr>
        <w:t>κότος πύου διὰ τὴν συμμετρίαν τῆς πέψεως.</w:t>
      </w:r>
    </w:p>
    <w:p>
      <w:r>
        <w:rPr>
          <w:rFonts w:ascii="Courier New" w:hAnsi="Courier New"/>
          <w:color w:val="555555"/>
          <w:sz w:val="20"/>
        </w:rPr>
        <w:t>[4 . 14 . 4]</w:t>
      </w:r>
    </w:p>
    <w:p>
      <w:r>
        <w:rPr>
          <w:rFonts w:ascii="Gentium Plus" w:hAnsi="Gentium Plus"/>
          <w:sz w:val="24"/>
        </w:rPr>
        <w:t>Ἐπὶ τούτῳ γὰρ οἶδεν αἷμα μεταβαλλόμενον μεθίστασθαι τοῦ χρώματος νόμοις ἀλλοιούμενον καὶ μεταβαλλόμενον νόμῳ φύσεως, συμμαρτυρήσει δὲ καὶ γάλα καὶ γονὴ τῷ λόγῳ.</w:t>
      </w:r>
    </w:p>
    <w:p>
      <w:r>
        <w:rPr>
          <w:rFonts w:ascii="Courier New" w:hAnsi="Courier New"/>
          <w:color w:val="555555"/>
          <w:sz w:val="20"/>
        </w:rPr>
        <w:t>[4 . 14 . 5]</w:t>
      </w:r>
    </w:p>
    <w:p>
      <w:r>
        <w:rPr>
          <w:rFonts w:ascii="Gentium Plus" w:hAnsi="Gentium Plus"/>
          <w:sz w:val="24"/>
        </w:rPr>
        <w:t>Ἐκεῖθεν γὰρ καὶ ταῦτα μεταβληθέντα τοιαῦτα φαίνε‐ ται καὶ τὰ παρυφιστάμενα ἄρα τὴν ἀναλογίαν σώζοντα πρὸς τὰ τοιαῦτα, ὑγιοῦς ἂν εἴη σύμβολα πέψεως.</w:t>
      </w:r>
    </w:p>
    <w:p>
      <w:r>
        <w:rPr>
          <w:rFonts w:ascii="Courier New" w:hAnsi="Courier New"/>
          <w:color w:val="555555"/>
          <w:sz w:val="20"/>
        </w:rPr>
        <w:t>[4 . 14 . 6]</w:t>
      </w:r>
    </w:p>
    <w:p>
      <w:r>
        <w:rPr>
          <w:rFonts w:ascii="Gentium Plus" w:hAnsi="Gentium Plus"/>
          <w:sz w:val="24"/>
        </w:rPr>
        <w:t>Δέ‐ δεικται γὰρ ταῦτα τοῦ ἀκριβῶς πεφθέντος αἵματος ἐν τῷ φλεβώδει γένει περιττώματα τελεῖν· ὅσον γὰρ ἂν τύχῃ μὴ μεταμειφθὲν εἰς κρείττω μεταβολὴν καὶ ἀλλοίωσιν ὥσπερ</w:t>
      </w:r>
    </w:p>
    <w:p>
      <w:r>
        <w:rPr>
          <w:rFonts w:ascii="Courier New" w:hAnsi="Courier New"/>
          <w:color w:val="555555"/>
          <w:sz w:val="20"/>
        </w:rPr>
        <w:t>[5]</w:t>
      </w:r>
    </w:p>
    <w:p>
      <w:r>
        <w:rPr>
          <w:rFonts w:ascii="Gentium Plus" w:hAnsi="Gentium Plus"/>
          <w:sz w:val="24"/>
        </w:rPr>
        <w:t>ἐκτραπὲν εἰς τοῦτο μεταβάλλεται τὸ εἶδος ὑπὸ τῇ φυσικῇ κρατούσῃ δυνάμει.</w:t>
      </w:r>
    </w:p>
    <w:p>
      <w:r>
        <w:rPr>
          <w:rFonts w:ascii="Courier New" w:hAnsi="Courier New"/>
          <w:color w:val="555555"/>
          <w:sz w:val="20"/>
        </w:rPr>
        <w:t>[4 . 14 . 7]</w:t>
      </w:r>
    </w:p>
    <w:p>
      <w:r>
        <w:rPr>
          <w:rFonts w:ascii="Gentium Plus" w:hAnsi="Gentium Plus"/>
          <w:sz w:val="24"/>
        </w:rPr>
        <w:t>Διὰ ταῦτα τοίνυν λευκὸν ἂν δι‐ καίως ὀφθείη τε καὶ ῥηθείη τὸ παρυφιστάμενον, οὐ μὴν ἐπιτεταγμένην ἔχον γε τὴν λευκότητα, ὅτι γε μήδὲ κατὰ πῦον μεταβέβληται.</w:t>
      </w:r>
    </w:p>
    <w:p>
      <w:r>
        <w:rPr>
          <w:rFonts w:ascii="Courier New" w:hAnsi="Courier New"/>
          <w:color w:val="555555"/>
          <w:sz w:val="20"/>
        </w:rPr>
        <w:t>[4 . 14 . 8]</w:t>
      </w:r>
    </w:p>
    <w:p>
      <w:r>
        <w:rPr>
          <w:rFonts w:ascii="Gentium Plus" w:hAnsi="Gentium Plus"/>
          <w:sz w:val="24"/>
        </w:rPr>
        <w:t>Ἦ γὰρ ἂν καὶ τὴν αὐτοῦ σύστα‐ σιν ἀπειληφὸς ἦν, καὶ τοιοῦτος μὲν ἂν ὁ λόγος τῷ κατὰ φύσιν ἀποδοθείη χρώματι.</w:t>
      </w:r>
    </w:p>
    <w:p>
      <w:r>
        <w:rPr>
          <w:rFonts w:ascii="Courier New" w:hAnsi="Courier New"/>
          <w:color w:val="555555"/>
          <w:sz w:val="20"/>
        </w:rPr>
        <w:t>[4 . 14 . 9]</w:t>
      </w:r>
    </w:p>
    <w:p>
      <w:r>
        <w:rPr>
          <w:rFonts w:ascii="Gentium Plus" w:hAnsi="Gentium Plus"/>
          <w:sz w:val="24"/>
        </w:rPr>
        <w:t>Ὅσα δὲ ἐπιτέταται εἰς λευ‐ κότητα φλεγματώδων χυμῶν μᾶλλον ἔγγονα πέφυκεν ἢ αἵματος ἀτελοῦς εἰς τὸ ἀνάλογον τῷ πύῳ μεταβελημένου ἐπικρατείᾳ τῆς ἀλλοιωτικῆς δυνάμεως.</w:t>
      </w:r>
    </w:p>
    <w:p>
      <w:pPr>
        <w:jc w:val="center"/>
      </w:pPr>
      <w:r>
        <w:rPr>
          <w:rFonts w:ascii="Gentium Plus" w:hAnsi="Gentium Plus"/>
          <w:b/>
          <w:sz w:val="24"/>
        </w:rPr>
        <w:t>Κεφ. ιεʹ. Περὶ αἰτίας τῶν ὑπώχρων καὶ ὠχρῶν καὶ χολώδων παρυφισταμένων.</w:t>
      </w:r>
    </w:p>
    <w:p>
      <w:r>
        <w:rPr>
          <w:rFonts w:ascii="Courier New" w:hAnsi="Courier New"/>
          <w:color w:val="555555"/>
          <w:sz w:val="20"/>
        </w:rPr>
        <w:t>[4 . 15 . 1]</w:t>
      </w:r>
    </w:p>
    <w:p>
      <w:r>
        <w:rPr>
          <w:rFonts w:ascii="Gentium Plus" w:hAnsi="Gentium Plus"/>
          <w:sz w:val="24"/>
        </w:rPr>
        <w:t>Ὅσοις δέ τοι ὕπωχρα καὶ ὠχρὰ καὶ χολώδη φαίνε‐ ται τὰ χρώματα διὰ τοιαύτας ἂν αἰτίας τούτοις ὀφθείη, ὁπόταν τις τοιοῦτος πλεονάσας χυμὸς ἤτοι τοῦ αἵματος αὐτοῦ διαφθαρέντος εἰς χολώδη τινὰ καὶ ἀλλόκοτον ποιό‐</w:t>
      </w:r>
    </w:p>
    <w:p>
      <w:r>
        <w:rPr>
          <w:rFonts w:ascii="Courier New" w:hAnsi="Courier New"/>
          <w:color w:val="555555"/>
          <w:sz w:val="20"/>
        </w:rPr>
        <w:t>[5]</w:t>
      </w:r>
    </w:p>
    <w:p>
      <w:r>
        <w:rPr>
          <w:rFonts w:ascii="Gentium Plus" w:hAnsi="Gentium Plus"/>
          <w:sz w:val="24"/>
        </w:rPr>
        <w:t>τητα ἢ διὰ πλείω προσφορὰν τροφῆς ἰδίως αὐτὴν γεννώσης ἢ διὰ τοιούτους χυμοὺς ἐντὸς ἀκμάσαντας ἢ δι’ οἱανδήτινα παραπλησίαν διάθεσίν τε καὶ δίαιταν τὰ αὐτὰ τούτοις ποιοῦσαν, μὴ ῥᾳδίως δ’ ἡ φύσις ἔχῃ ἀποδιωθεῖσθαι πᾶσαν τὴν τῶν τοιούτων διαφθορὰν χυμῶν ἤτοι τῷ χρόνῳ κα‐</w:t>
      </w:r>
    </w:p>
    <w:p>
      <w:r>
        <w:rPr>
          <w:rFonts w:ascii="Courier New" w:hAnsi="Courier New"/>
          <w:color w:val="555555"/>
          <w:sz w:val="20"/>
        </w:rPr>
        <w:t>[10]</w:t>
      </w:r>
    </w:p>
    <w:p>
      <w:r>
        <w:rPr>
          <w:rFonts w:ascii="Gentium Plus" w:hAnsi="Gentium Plus"/>
          <w:sz w:val="24"/>
        </w:rPr>
        <w:t>μοῦσα ἢ τῷ πλήθει νικηθεῖσα συναναδίδοται μὲν ὁ τοι‐ οῦτος τῇ τρίτῃ πέψει χυμὸς χολώδης.</w:t>
      </w:r>
    </w:p>
    <w:p>
      <w:r>
        <w:rPr>
          <w:rFonts w:ascii="Courier New" w:hAnsi="Courier New"/>
          <w:color w:val="555555"/>
          <w:sz w:val="20"/>
        </w:rPr>
        <w:t>[4 . 15 . 2]</w:t>
      </w:r>
    </w:p>
    <w:p>
      <w:r>
        <w:rPr>
          <w:rFonts w:ascii="Gentium Plus" w:hAnsi="Gentium Plus"/>
          <w:sz w:val="24"/>
        </w:rPr>
        <w:t>Συμφθαρεὶς δὲ καὶ οὗτος τῷ αἵματι καὶ συναναδοθείς, ἐπὶ τῷ φλεβώδει γένει, ἀποκρουσθεὶς δ’ ὅσον οἷόν τε ἐκεῖθεν ἐν τοῖς οὔροις τὴν ἐπικρατοῦσαν ἐκεῖσε τῶν χυμῶν ποιότητα τοῖς παρ‐</w:t>
      </w:r>
    </w:p>
    <w:p>
      <w:r>
        <w:rPr>
          <w:rFonts w:ascii="Courier New" w:hAnsi="Courier New"/>
          <w:color w:val="555555"/>
          <w:sz w:val="20"/>
        </w:rPr>
        <w:t>[5]</w:t>
      </w:r>
    </w:p>
    <w:p>
      <w:r>
        <w:rPr>
          <w:rFonts w:ascii="Gentium Plus" w:hAnsi="Gentium Plus"/>
          <w:sz w:val="24"/>
        </w:rPr>
        <w:t>υφισταμένοις δηλοῖ.</w:t>
      </w:r>
    </w:p>
    <w:p>
      <w:r>
        <w:rPr>
          <w:rFonts w:ascii="Courier New" w:hAnsi="Courier New"/>
          <w:color w:val="555555"/>
          <w:sz w:val="20"/>
        </w:rPr>
        <w:t>[4 . 15 . 3]</w:t>
      </w:r>
    </w:p>
    <w:p>
      <w:r>
        <w:rPr>
          <w:rFonts w:ascii="Gentium Plus" w:hAnsi="Gentium Plus"/>
          <w:sz w:val="24"/>
        </w:rPr>
        <w:t>Ἐκ γὰρ τῶν ἐκκρινομένων καὶ τὰ προσλαμβανόμενα δοκιμάζεται, ὥστε δεῖ διὰ πάντων τούτων ἰόντα τὸν ἐπόπτην τῆς φύσεως μέτρον χρωμάτων τε καὶ συστάσεων, ἔτι τε παρυφισταμένων καὶ τὸν ἐπὶ</w:t>
      </w:r>
    </w:p>
    <w:p>
      <w:r>
        <w:rPr>
          <w:rFonts w:ascii="Courier New" w:hAnsi="Courier New"/>
          <w:color w:val="555555"/>
          <w:sz w:val="20"/>
        </w:rPr>
        <w:t>[5]</w:t>
      </w:r>
    </w:p>
    <w:p>
      <w:r>
        <w:rPr>
          <w:rFonts w:ascii="Gentium Plus" w:hAnsi="Gentium Plus"/>
          <w:sz w:val="24"/>
        </w:rPr>
        <w:t>τούτοις καθ’ ἕκαστον ἐξετάζοντα καὶ τὰς ἀναλογίας ἀνα‐ δοῦντα οὕτω τὰς ἀποφάσεις ποιεῖσθαι καὶ μέτρια ἂν ἴσως οὕτω τις ποιῶν οὐ σφαλοίη οἶμαι τοῦ δέοντος.</w:t>
      </w:r>
    </w:p>
    <w:p>
      <w:pPr>
        <w:jc w:val="center"/>
      </w:pPr>
      <w:r>
        <w:rPr>
          <w:rFonts w:ascii="Gentium Plus" w:hAnsi="Gentium Plus"/>
          <w:b/>
          <w:sz w:val="24"/>
        </w:rPr>
        <w:t>Κεφ. ιϛʹ. Περὶ ὑπερύθρων καὶ ἐρυθρῶν καὶ ὑφαίμων παρυφισταμένων.</w:t>
      </w:r>
    </w:p>
    <w:p>
      <w:r>
        <w:rPr>
          <w:rFonts w:ascii="Courier New" w:hAnsi="Courier New"/>
          <w:color w:val="555555"/>
          <w:sz w:val="20"/>
        </w:rPr>
        <w:t>[4 . 16 . 1]</w:t>
      </w:r>
    </w:p>
    <w:p>
      <w:r>
        <w:rPr>
          <w:rFonts w:ascii="Gentium Plus" w:hAnsi="Gentium Plus"/>
          <w:sz w:val="24"/>
        </w:rPr>
        <w:t>Περὶ δὲ ὑπερύθρων τε καὶ ἐρυθρῶν καὶ προσέτι ὑφαίμων παρυφισταμένων τοσαῦτά ἐστιν εἰπεῖν, ὅσα καὶ μὴ διορισαμένων ἀπ’ αὐτῆς μαθεῖν ἐστι τῆς αἰσθήσεως.</w:t>
      </w:r>
    </w:p>
    <w:p>
      <w:r>
        <w:rPr>
          <w:rFonts w:ascii="Courier New" w:hAnsi="Courier New"/>
          <w:color w:val="555555"/>
          <w:sz w:val="20"/>
        </w:rPr>
        <w:t>[4 . 16 . 2]</w:t>
      </w:r>
    </w:p>
    <w:p>
      <w:r>
        <w:rPr>
          <w:rFonts w:ascii="Gentium Plus" w:hAnsi="Gentium Plus"/>
          <w:sz w:val="24"/>
        </w:rPr>
        <w:t>Ἐπειδὰν γὰρ ὁ αἱματικὸς ἀναδοθεὶς οὕτω χυμὸς ἐπὶ τὴν κρείττω πέψιν, ὅσον ἂν δόξαν μὴ προσληπτέον, ἀτυ‐ χήσῃ τῆς κατὰ φύσιν μεταβολῆς τῷ μὴ κρατεῖσθαι ἤτοι διὰ πλῆθος ὑπερβάλλον τὸ σύμμετρον ἢ τῷ τὴν καθεκτι‐</w:t>
      </w:r>
    </w:p>
    <w:p>
      <w:r>
        <w:rPr>
          <w:rFonts w:ascii="Courier New" w:hAnsi="Courier New"/>
          <w:color w:val="555555"/>
          <w:sz w:val="20"/>
        </w:rPr>
        <w:t>[5]</w:t>
      </w:r>
    </w:p>
    <w:p>
      <w:r>
        <w:rPr>
          <w:rFonts w:ascii="Gentium Plus" w:hAnsi="Gentium Plus"/>
          <w:sz w:val="24"/>
        </w:rPr>
        <w:t>κὴν ἐκεῖσε δύναμιν ἀτονήσασαν καὶ τοὺς βελτίστους τῶν χυμῶν ἀπολύειν, τὰ τοιαῦτα φαίνεται παρυφιστάμενα.</w:t>
      </w:r>
    </w:p>
    <w:p>
      <w:r>
        <w:rPr>
          <w:rFonts w:ascii="Courier New" w:hAnsi="Courier New"/>
          <w:color w:val="555555"/>
          <w:sz w:val="20"/>
        </w:rPr>
        <w:t>[4 . 16 . 3]</w:t>
      </w:r>
    </w:p>
    <w:p>
      <w:r>
        <w:rPr>
          <w:rFonts w:ascii="Gentium Plus" w:hAnsi="Gentium Plus"/>
          <w:sz w:val="24"/>
        </w:rPr>
        <w:t>Ἐπικρατούσης μὲν γὰρ τῆς ἐκεῖσε δυνάμεως, ῥᾷστ’ ἂν πάντα ἀλλοιωθείη μεταβληθέντα, κατά τι δὲ πεπονθυίας καὶ τὰ παρυφιστάμενα παρατραπέντα τοῦ ὑγιοῦς φαίνεται.</w:t>
      </w:r>
    </w:p>
    <w:p>
      <w:pPr>
        <w:jc w:val="center"/>
      </w:pPr>
      <w:r>
        <w:rPr>
          <w:rFonts w:ascii="Gentium Plus" w:hAnsi="Gentium Plus"/>
          <w:b/>
          <w:sz w:val="24"/>
        </w:rPr>
        <w:t>Κεφ. ιζʹ. Περὶ αἰτίας ὀρφνωδῶν καὶ μελάνων οὔρων.</w:t>
      </w:r>
    </w:p>
    <w:p>
      <w:r>
        <w:rPr>
          <w:rFonts w:ascii="Courier New" w:hAnsi="Courier New"/>
          <w:color w:val="555555"/>
          <w:sz w:val="20"/>
        </w:rPr>
        <w:t>[4 . 17 . 1]</w:t>
      </w:r>
    </w:p>
    <w:p>
      <w:r>
        <w:rPr>
          <w:rFonts w:ascii="Gentium Plus" w:hAnsi="Gentium Plus"/>
          <w:sz w:val="24"/>
        </w:rPr>
        <w:t>Ὀρφνώδη δέ γε μὴν καὶ πελιδνὰ καὶ μέλανα δια‐ φαινόμενα ἤτοι διὰ νέκρωσιν τῆς ζωτικῆς δυνάμεως—εἰς τοιοῦτο γὰρ εἶδος ὁ νεκρωθεὶς χυμὸς μεταβάλλεται—ἢ διὰ τὸν μέλανα χυμὸν ἐκεῖσέ ποθεν ἀναδραμόντα ἢ γεν‐</w:t>
      </w:r>
    </w:p>
    <w:p>
      <w:r>
        <w:rPr>
          <w:rFonts w:ascii="Courier New" w:hAnsi="Courier New"/>
          <w:color w:val="555555"/>
          <w:sz w:val="20"/>
        </w:rPr>
        <w:t>[5]</w:t>
      </w:r>
    </w:p>
    <w:p>
      <w:r>
        <w:rPr>
          <w:rFonts w:ascii="Gentium Plus" w:hAnsi="Gentium Plus"/>
          <w:sz w:val="24"/>
        </w:rPr>
        <w:t>νηθέντα, εἶθ’ οὕτως καὶ τοῖς οὔροις παρυφίστασθαι παρ‐ αρρυέντα ἢ διὰ νεκρωθέν τε καὶ μεταβληθὲν αἷμα καὶ τοῖς οὔροις συνδιαδοθέν.</w:t>
      </w:r>
    </w:p>
    <w:p>
      <w:r>
        <w:rPr>
          <w:rFonts w:ascii="Courier New" w:hAnsi="Courier New"/>
          <w:color w:val="555555"/>
          <w:sz w:val="20"/>
        </w:rPr>
        <w:t>[4 . 17 . 2]</w:t>
      </w:r>
    </w:p>
    <w:p>
      <w:r>
        <w:rPr>
          <w:rFonts w:ascii="Gentium Plus" w:hAnsi="Gentium Plus"/>
          <w:sz w:val="24"/>
        </w:rPr>
        <w:t>Ὁπόταν γὰρ ἤτοι συνανα‐ δοθεὶς τῷ αἵματι ὁ μελαγχολικὸς οὗτος χυμὸς τῷ τὴν</w:t>
      </w:r>
    </w:p>
    <w:p>
      <w:r>
        <w:rPr>
          <w:rFonts w:ascii="Courier New" w:hAnsi="Courier New"/>
          <w:color w:val="555555"/>
          <w:sz w:val="20"/>
        </w:rPr>
        <w:t>[5]</w:t>
      </w:r>
    </w:p>
    <w:p>
      <w:r>
        <w:rPr>
          <w:rFonts w:ascii="Gentium Plus" w:hAnsi="Gentium Plus"/>
          <w:sz w:val="24"/>
        </w:rPr>
        <w:t>τικῆς δυνάμεως ὄντος, συνανακραθεὶς τῷ παρυφισταμένῳ τοῦτο χρώσῃ.</w:t>
      </w:r>
    </w:p>
    <w:p>
      <w:r>
        <w:rPr>
          <w:rFonts w:ascii="Courier New" w:hAnsi="Courier New"/>
          <w:color w:val="555555"/>
          <w:sz w:val="20"/>
        </w:rPr>
        <w:t>[4 . 17 . 3]</w:t>
      </w:r>
    </w:p>
    <w:p>
      <w:r>
        <w:rPr>
          <w:rFonts w:ascii="Gentium Plus" w:hAnsi="Gentium Plus"/>
          <w:sz w:val="24"/>
        </w:rPr>
        <w:t>Μέτριος μὲν ὢν φαιά τε καὶ πελιδνὰ ὑποδείκνυσι χρώματα, μέλανα δ’ αὖ εἴ γε τῇ ποιότητι καὶ τῷ πλήθει ἐπιδοθείη καὶ οὕτω μὲν ἂν ὁ μελαγχολικὸς χυ‐ μὸς ἀναδοθεὶς καὶ διὰ τοιαύτην ἀποδοθεὶς αἰτίαν φαίνε‐</w:t>
      </w:r>
    </w:p>
    <w:p>
      <w:r>
        <w:rPr>
          <w:rFonts w:ascii="Courier New" w:hAnsi="Courier New"/>
          <w:color w:val="555555"/>
          <w:sz w:val="20"/>
        </w:rPr>
        <w:t>[5]</w:t>
      </w:r>
    </w:p>
    <w:p>
      <w:r>
        <w:rPr>
          <w:rFonts w:ascii="Gentium Plus" w:hAnsi="Gentium Plus"/>
          <w:sz w:val="24"/>
        </w:rPr>
        <w:t>ται, ἔστι γε μὴν ὅτε, τοῦ ἀναδιδομένου αἵματος μελαγχο‐ λικοῦ τυγχάνοντος, ἤτοι τῷ ἐκ τοιοῦτον χυμὸν γεννώσης τροφῆς ἀπαρτίζεσθαι ἢ τῷ τὴν ξανθὴν χολὴν καὶ αὐτὸ τὸ αἷμα εἰς τοιοῦτον χυμὸν τῷ χρόνῳ μεταβεβλῆσθαι ὑφ’ οἱασδήτινος ἑτέρας αἰτίας οἶδε.</w:t>
      </w:r>
    </w:p>
    <w:p>
      <w:r>
        <w:rPr>
          <w:rFonts w:ascii="Courier New" w:hAnsi="Courier New"/>
          <w:color w:val="555555"/>
          <w:sz w:val="20"/>
        </w:rPr>
        <w:t>[4 . 17 . 4]</w:t>
      </w:r>
    </w:p>
    <w:p>
      <w:r>
        <w:rPr>
          <w:rFonts w:ascii="Gentium Plus" w:hAnsi="Gentium Plus"/>
          <w:sz w:val="24"/>
        </w:rPr>
        <w:t>Καὶ γὰρ ὅ τε λόγος καὶ ἡ πείρα τοῦτο προσλαμβάνεσθαι μὲν τούτου ὅσον ἀκραιφνὲς τῇ τρίτῃ πέψει, τὸ δὲ μεταβεβλημένον ἤδη πρὸς χολὴν μέλαιναν ἀποκρίνεσθαι τῇ ἀποχριτικῇ δυνάμει</w:t>
      </w:r>
    </w:p>
    <w:p>
      <w:r>
        <w:rPr>
          <w:rFonts w:ascii="Courier New" w:hAnsi="Courier New"/>
          <w:color w:val="555555"/>
          <w:sz w:val="20"/>
        </w:rPr>
        <w:t>[5]</w:t>
      </w:r>
    </w:p>
    <w:p>
      <w:r>
        <w:rPr>
          <w:rFonts w:ascii="Gentium Plus" w:hAnsi="Gentium Plus"/>
          <w:sz w:val="24"/>
        </w:rPr>
        <w:t>προσεπικείσθω δὲ καὶ τῷδε τῷ λόγῳ.</w:t>
      </w:r>
    </w:p>
    <w:p>
      <w:r>
        <w:rPr>
          <w:rFonts w:ascii="Courier New" w:hAnsi="Courier New"/>
          <w:color w:val="555555"/>
          <w:sz w:val="20"/>
        </w:rPr>
        <w:t>[4 . 17 . 5]</w:t>
      </w:r>
    </w:p>
    <w:p>
      <w:r>
        <w:rPr>
          <w:rFonts w:ascii="Gentium Plus" w:hAnsi="Gentium Plus"/>
          <w:sz w:val="24"/>
        </w:rPr>
        <w:t>Ἐπειδὰν γὰρ τοῦ αἵματος νεκρωθέντος καὶ πρὸς μέλαν χρῶμα κεχωρη‐ κότος ἤτοι διὰ βασάνους καὶ μάστιγας ἐπιτεθείσας ἢ διὰ τὴν τῆς δυνάμεως πάρεσίν τε καὶ νέκρωσιν, ἡ φύσις τοῦθ’</w:t>
      </w:r>
    </w:p>
    <w:p>
      <w:r>
        <w:rPr>
          <w:rFonts w:ascii="Courier New" w:hAnsi="Courier New"/>
          <w:color w:val="555555"/>
          <w:sz w:val="20"/>
        </w:rPr>
        <w:t>[5]</w:t>
      </w:r>
    </w:p>
    <w:p>
      <w:r>
        <w:rPr>
          <w:rFonts w:ascii="Gentium Plus" w:hAnsi="Gentium Plus"/>
          <w:sz w:val="24"/>
        </w:rPr>
        <w:t>ὡς περιττὸν ἐκεῖθεν ἐξοχετεύει, τότε δὴ τότε καὶ τὰ οὖρα τὰ τοιαῦτα συναποκριθέντα παρυφιστάμενα πλουτεῖ.</w:t>
      </w:r>
    </w:p>
    <w:p>
      <w:r>
        <w:rPr>
          <w:rFonts w:ascii="Courier New" w:hAnsi="Courier New"/>
          <w:color w:val="555555"/>
          <w:sz w:val="20"/>
        </w:rPr>
        <w:t>[4 . 17 . 6]</w:t>
      </w:r>
    </w:p>
    <w:p>
      <w:r>
        <w:rPr>
          <w:rFonts w:ascii="Gentium Plus" w:hAnsi="Gentium Plus"/>
          <w:sz w:val="24"/>
        </w:rPr>
        <w:t>Καὶ ὁ μὲν περὶ αἰτίας χρωμάτων λόγος ἐπὶ τοῖς παρυφιστα‐ μένοις ὧδέ πη κείσθω, τἀναγκαῖα μόνον ἡμῶν εἰρηκότων· περὶ δὲ ποσότητος παρυφισταμένων νῦν ἂν εἴη δίκαιον</w:t>
      </w:r>
    </w:p>
    <w:p>
      <w:r>
        <w:rPr>
          <w:rFonts w:ascii="Courier New" w:hAnsi="Courier New"/>
          <w:color w:val="555555"/>
          <w:sz w:val="20"/>
        </w:rPr>
        <w:t>[5]</w:t>
      </w:r>
    </w:p>
    <w:p>
      <w:r>
        <w:rPr>
          <w:rFonts w:ascii="Gentium Plus" w:hAnsi="Gentium Plus"/>
          <w:sz w:val="24"/>
        </w:rPr>
        <w:t>φάναι, εἶθ’ οὕτω καὶ περὶ τῶν λοιπῶν ἐπ’ αὐτοῖς ζητη‐ μάτων.</w:t>
      </w:r>
    </w:p>
    <w:p>
      <w:pPr>
        <w:jc w:val="center"/>
      </w:pPr>
      <w:r>
        <w:rPr>
          <w:rFonts w:ascii="Gentium Plus" w:hAnsi="Gentium Plus"/>
          <w:b/>
          <w:sz w:val="24"/>
        </w:rPr>
        <w:t>Κεφ. ιηʹ. Περὶ τῆς κατὰ τὴν ποσότητα τῶν παρυφισταμένων αἰτίας.</w:t>
      </w:r>
    </w:p>
    <w:p>
      <w:r>
        <w:rPr>
          <w:rFonts w:ascii="Courier New" w:hAnsi="Courier New"/>
          <w:color w:val="555555"/>
          <w:sz w:val="20"/>
        </w:rPr>
        <w:t>[4 . 18 . 1]</w:t>
      </w:r>
    </w:p>
    <w:p>
      <w:r>
        <w:rPr>
          <w:rFonts w:ascii="Gentium Plus" w:hAnsi="Gentium Plus"/>
          <w:sz w:val="24"/>
        </w:rPr>
        <w:t>Τὰ τοίνυν πλείω τῶν συμμέτρων κατὰ τὸ ποσὸν παρυφιστάμενα πλείω μὲν ὑποφαίνει τὴν τροφὴν τῷ σώ‐ ματι ἀναδιδόσθαι, ῥώμην δέ τινα τῇ ἀλλοιωτικῇ παρεῖναι δυνάμει.</w:t>
      </w:r>
    </w:p>
    <w:p>
      <w:r>
        <w:rPr>
          <w:rFonts w:ascii="Courier New" w:hAnsi="Courier New"/>
          <w:color w:val="555555"/>
          <w:sz w:val="20"/>
        </w:rPr>
        <w:t>[4 . 18 . 2]</w:t>
      </w:r>
    </w:p>
    <w:p>
      <w:r>
        <w:rPr>
          <w:rFonts w:ascii="Gentium Plus" w:hAnsi="Gentium Plus"/>
          <w:sz w:val="24"/>
        </w:rPr>
        <w:t>Ὁπόταν γὰρ ὕλης μὲν δεούσης ἡ φύσις ἐπι‐ τύχῃ, ῥώμη δ’ αὐτῇ παρῇ, οὐχ ὑφίεται τῆς ἐπὶ πλέον θρέψεως, ἀλλ’ ἀεὶ μὲν πρὸς φύσιν τε καὶ ἐξομοίωσιν ἐρ‐ γάζεται, ἀεὶ δ’ ἕπεται τῇ ἀναλώσει ταύτῃ καὶ περιττωμά‐</w:t>
      </w:r>
    </w:p>
    <w:p>
      <w:r>
        <w:rPr>
          <w:rFonts w:ascii="Courier New" w:hAnsi="Courier New"/>
          <w:color w:val="555555"/>
          <w:sz w:val="20"/>
        </w:rPr>
        <w:t>[5]</w:t>
      </w:r>
    </w:p>
    <w:p>
      <w:r>
        <w:rPr>
          <w:rFonts w:ascii="Gentium Plus" w:hAnsi="Gentium Plus"/>
          <w:sz w:val="24"/>
        </w:rPr>
        <w:t>των πλῆθος οὐκ ἀγεννές.</w:t>
      </w:r>
    </w:p>
    <w:p>
      <w:r>
        <w:rPr>
          <w:rFonts w:ascii="Courier New" w:hAnsi="Courier New"/>
          <w:color w:val="555555"/>
          <w:sz w:val="20"/>
        </w:rPr>
        <w:t>[4 . 18 . 3]</w:t>
      </w:r>
    </w:p>
    <w:p>
      <w:r>
        <w:rPr>
          <w:rFonts w:ascii="Gentium Plus" w:hAnsi="Gentium Plus"/>
          <w:sz w:val="24"/>
        </w:rPr>
        <w:t>Οὐ γάρ ἐστιν οὐκ ἔστιν ἐφ’ ὁποιασοῦν ἀναδιδομένης τῷ σώματι τροφῆς μὴ καὶ περιτ‐ τώματι ἀποκρίνεσθαι.</w:t>
      </w:r>
    </w:p>
    <w:p>
      <w:r>
        <w:rPr>
          <w:rFonts w:ascii="Courier New" w:hAnsi="Courier New"/>
          <w:color w:val="555555"/>
          <w:sz w:val="20"/>
        </w:rPr>
        <w:t>[4 . 18 . 4]</w:t>
      </w:r>
    </w:p>
    <w:p>
      <w:r>
        <w:rPr>
          <w:rFonts w:ascii="Gentium Plus" w:hAnsi="Gentium Plus"/>
          <w:sz w:val="24"/>
        </w:rPr>
        <w:t>Τῆς τοίνυν κατεργασίας τῶν χυμών καὶ τὰ περιττώματα πλείω τελεῖν ἀνάγκη.</w:t>
      </w:r>
    </w:p>
    <w:p>
      <w:r>
        <w:rPr>
          <w:rFonts w:ascii="Courier New" w:hAnsi="Courier New"/>
          <w:color w:val="555555"/>
          <w:sz w:val="20"/>
        </w:rPr>
        <w:t>[4 . 18 . 5]</w:t>
      </w:r>
    </w:p>
    <w:p>
      <w:r>
        <w:rPr>
          <w:rFonts w:ascii="Gentium Plus" w:hAnsi="Gentium Plus"/>
          <w:sz w:val="24"/>
        </w:rPr>
        <w:t>Οὐ δεῖ δὲ λανθάνειν, ὅτι καὶ τῆς ἀλλοιωτικῆς τε καὶ πεπτι‐ κῆς ταύτης δυνάμεως ὑφ’ οἱασδήτινος ἀμαυρωθείσης αἰτίας πλείω τὰ παρυφιστάμενα φέρεται.</w:t>
      </w:r>
    </w:p>
    <w:p>
      <w:r>
        <w:rPr>
          <w:rFonts w:ascii="Courier New" w:hAnsi="Courier New"/>
          <w:color w:val="555555"/>
          <w:sz w:val="20"/>
        </w:rPr>
        <w:t>[4 . 18 . 6]</w:t>
      </w:r>
    </w:p>
    <w:p>
      <w:r>
        <w:rPr>
          <w:rFonts w:ascii="Gentium Plus" w:hAnsi="Gentium Plus"/>
          <w:sz w:val="24"/>
        </w:rPr>
        <w:t>Ἀλλὰ ταῦτα μὲν ἤδη πρὸς πάχος χωρεῖ τὴν ἀκριβῆ πέψιν ἐκπεφευγότα, περὶ ὧν ἐροῦμεν μετ’ οὐ πολύ, ἐν οἷς ἂν περὶ συστάσεως παρυφισταμένων φῶμεν.</w:t>
      </w:r>
    </w:p>
    <w:p>
      <w:r>
        <w:rPr>
          <w:rFonts w:ascii="Courier New" w:hAnsi="Courier New"/>
          <w:color w:val="555555"/>
          <w:sz w:val="20"/>
        </w:rPr>
        <w:t>[4 . 18 . 7]</w:t>
      </w:r>
    </w:p>
    <w:p>
      <w:r>
        <w:rPr>
          <w:rFonts w:ascii="Gentium Plus" w:hAnsi="Gentium Plus"/>
          <w:sz w:val="24"/>
        </w:rPr>
        <w:t>Νυνὶ δὲ περὶ ὀλιγότητος τῶν παρυφισταμένων ῥητέον. καὶ ταῦτα γὰρ εἴρηται ἐπί τε ἐνδείαις καὶ γυμνασίοις, ἐμφράξεσί τε καὶ βραχυπεψίαις γίνεσθαι.</w:t>
      </w:r>
    </w:p>
    <w:p>
      <w:r>
        <w:rPr>
          <w:rFonts w:ascii="Courier New" w:hAnsi="Courier New"/>
          <w:color w:val="555555"/>
          <w:sz w:val="20"/>
        </w:rPr>
        <w:t>[4 . 18 . 8]</w:t>
      </w:r>
    </w:p>
    <w:p>
      <w:r>
        <w:rPr>
          <w:rFonts w:ascii="Gentium Plus" w:hAnsi="Gentium Plus"/>
          <w:sz w:val="24"/>
        </w:rPr>
        <w:t>Τῆς τοίνυν θρεπτικῆς δυνάμεως ὕλης μὲν ἀρκούσης ἀπορούσης, τὰ κρείττω δὲ ταύτης προσλαμβα‐ νομένης τὰ χείρω ἀπωθοῦνται, περιττὸν ὂν εἰ καὶ ταῦτα προσλαμβάνοιτο.</w:t>
      </w:r>
    </w:p>
    <w:p>
      <w:r>
        <w:rPr>
          <w:rFonts w:ascii="Courier New" w:hAnsi="Courier New"/>
          <w:color w:val="555555"/>
          <w:sz w:val="20"/>
        </w:rPr>
        <w:t>[4 . 18 . 9]</w:t>
      </w:r>
    </w:p>
    <w:p>
      <w:r>
        <w:rPr>
          <w:rFonts w:ascii="Gentium Plus" w:hAnsi="Gentium Plus"/>
          <w:sz w:val="24"/>
        </w:rPr>
        <w:t>Ἐπειδὰν μέντοι προσηκούσης τε καὶ ἀκραιφνοῦς δι’ ὅλου λείπηται τροφῆς, καὶ τὰ παρυφιστά‐ μενα τοῦ κατὰ ἀναλογίαν λείπεται ποσοῦ· ἔν γε μὴν τοῖς πολλοῖς γυμναζομένοις κἂν ἡ τροπὴ πλείων ᾖ, ἀλλ’</w:t>
      </w:r>
    </w:p>
    <w:p>
      <w:r>
        <w:rPr>
          <w:rFonts w:ascii="Courier New" w:hAnsi="Courier New"/>
          <w:color w:val="555555"/>
          <w:sz w:val="20"/>
        </w:rPr>
        <w:t>[5]</w:t>
      </w:r>
    </w:p>
    <w:p>
      <w:r>
        <w:rPr>
          <w:rFonts w:ascii="Gentium Plus" w:hAnsi="Gentium Plus"/>
          <w:sz w:val="24"/>
        </w:rPr>
        <w:t>οὖν ταῦτ’ ἐλάττω φαίνεται τῷ κατειργάσθαι τε καὶ λε‐ λεπτύνθαι τὰ τοιαῦτα περιττώματα καὶ δι’ ἀδήλου τῆς διαπνοῆς χωρῆσαι, ὥστε βραχύ τι ταύτης λείπεσθαι στε‐ νοχωρηθὲν τὴν ἔξοδον καὶ τοῖς οὔροις συνδιαδοθέν.</w:t>
      </w:r>
    </w:p>
    <w:p>
      <w:r>
        <w:rPr>
          <w:rFonts w:ascii="Courier New" w:hAnsi="Courier New"/>
          <w:color w:val="555555"/>
          <w:sz w:val="20"/>
        </w:rPr>
        <w:t>[4 . 18 . 10]</w:t>
      </w:r>
    </w:p>
    <w:p>
      <w:r>
        <w:rPr>
          <w:rFonts w:ascii="Gentium Plus" w:hAnsi="Gentium Plus"/>
          <w:sz w:val="24"/>
        </w:rPr>
        <w:t>Οὐ καινὸν δ’ ἂν εἴη, εἰ τῶν πόρων ἐμφραχθέντων τὰ παρυφιστάμενα μείω φαίνεται καὶ λεπτότερα ἀπολαμβα‐ νομένου τῇ στενοχωρίᾳ τοῦ παχυτέρου.</w:t>
      </w:r>
    </w:p>
    <w:p>
      <w:r>
        <w:rPr>
          <w:rFonts w:ascii="Courier New" w:hAnsi="Courier New"/>
          <w:color w:val="555555"/>
          <w:sz w:val="20"/>
        </w:rPr>
        <w:t>[4 . 18 . 11]</w:t>
      </w:r>
    </w:p>
    <w:p>
      <w:r>
        <w:rPr>
          <w:rFonts w:ascii="Gentium Plus" w:hAnsi="Gentium Plus"/>
          <w:sz w:val="24"/>
        </w:rPr>
        <w:t>Κἀνταῦθα μὲν οὖν ὁ περὶ ποσότητος παρυφισταμένων παυέσθω λόγος· λεκτέον δ’ ἐφεξῆς καὶ περὶ συστάσεως δι’ ἅστινας δηλονότι αἰτίας. λεπτά τε καὶ παχέα φαίνεται τὰ παρυφιστάμενα.</w:t>
      </w:r>
    </w:p>
    <w:p>
      <w:r>
        <w:rPr>
          <w:rFonts w:ascii="Courier New" w:hAnsi="Courier New"/>
          <w:color w:val="555555"/>
          <w:sz w:val="20"/>
        </w:rPr>
        <w:t>[5]</w:t>
      </w:r>
    </w:p>
    <w:p>
      <w:r>
        <w:rPr>
          <w:rFonts w:ascii="Gentium Plus" w:hAnsi="Gentium Plus"/>
          <w:sz w:val="24"/>
        </w:rPr>
        <w:t>οὕτω γὰρ ἀποδοθέντος τοῦ λόγου καὶ ἡ κατὰ συνθήκην τάξις ἀποδοθείη ἄν.</w:t>
      </w:r>
    </w:p>
    <w:p>
      <w:pPr>
        <w:jc w:val="center"/>
      </w:pPr>
      <w:r>
        <w:rPr>
          <w:rFonts w:ascii="Gentium Plus" w:hAnsi="Gentium Plus"/>
          <w:b/>
          <w:sz w:val="24"/>
        </w:rPr>
        <w:t>Κεφ. ιθʹ. Περὶ τῆς κατὰ τὴν σύστασιν τῶν παρυφισταμένων αἰτίας, ἐν οἷς καὶ περὶ ὀροβοειδῶν καὶ πιτυρωδῶν καὶ πεταλωδῶν καὶ κριμνωδῶν παρυφισταμένων αἰτίας.</w:t>
      </w:r>
    </w:p>
    <w:p>
      <w:r>
        <w:rPr>
          <w:rFonts w:ascii="Courier New" w:hAnsi="Courier New"/>
          <w:color w:val="555555"/>
          <w:sz w:val="20"/>
        </w:rPr>
        <w:t>[4 . 19 . 1]</w:t>
      </w:r>
    </w:p>
    <w:p>
      <w:r>
        <w:rPr>
          <w:rFonts w:ascii="Gentium Plus" w:hAnsi="Gentium Plus"/>
          <w:sz w:val="24"/>
        </w:rPr>
        <w:t>Τὰ μὲν οὖν λεπτὰ τῶν παρυφισταμένων ἀκραιφνῆ μὲν ὄντα καὶ μὴ ῥᾳδίως μετεωριζόμενα διακινουμένης τῆς ἀμίδος πολλὴν τὴν ἀτονίαν τὴν ἐπὶ τῇ τρίτῃ πέψει κατ‐ ηγορεῖ τῆς φύσεως.</w:t>
      </w:r>
    </w:p>
    <w:p>
      <w:r>
        <w:rPr>
          <w:rFonts w:ascii="Courier New" w:hAnsi="Courier New"/>
          <w:color w:val="555555"/>
          <w:sz w:val="20"/>
        </w:rPr>
        <w:t>[4 . 19 . 2]</w:t>
      </w:r>
    </w:p>
    <w:p>
      <w:r>
        <w:rPr>
          <w:rFonts w:ascii="Gentium Plus" w:hAnsi="Gentium Plus"/>
          <w:sz w:val="24"/>
        </w:rPr>
        <w:t>Εἰ γάρ τοι ἴσχυεν αὕτη, τάχ’ ἂν</w:t>
      </w:r>
    </w:p>
    <w:p>
      <w:r>
        <w:rPr>
          <w:rFonts w:ascii="Courier New" w:hAnsi="Courier New"/>
          <w:color w:val="555555"/>
          <w:sz w:val="20"/>
        </w:rPr>
        <w:t>[4 . 19 . 3]</w:t>
      </w:r>
    </w:p>
    <w:p>
      <w:r>
        <w:rPr>
          <w:rFonts w:ascii="Gentium Plus" w:hAnsi="Gentium Plus"/>
          <w:sz w:val="24"/>
        </w:rPr>
        <w:t>Ἐπεὶ μὲν γὰρ λεπτὰ καὶ κάθυγρα τὰ διαχωρούμενα, ὧδε δ’ αὖ λευκά τε καὶ ὑδατώδη τὰ οὖρα τοιοῦτόν τι καὶ ἐπὶ τῇ τρίτῃ πέψει γίνεσθαι ἁμαρτηθείσῃ εἴωθε.</w:t>
      </w:r>
    </w:p>
    <w:p>
      <w:r>
        <w:rPr>
          <w:rFonts w:ascii="Courier New" w:hAnsi="Courier New"/>
          <w:color w:val="555555"/>
          <w:sz w:val="20"/>
        </w:rPr>
        <w:t>[4 . 19 . 4]</w:t>
      </w:r>
    </w:p>
    <w:p>
      <w:r>
        <w:rPr>
          <w:rFonts w:ascii="Gentium Plus" w:hAnsi="Gentium Plus"/>
          <w:sz w:val="24"/>
        </w:rPr>
        <w:t>Τὰ γάρ τοι λεπτὰ τῶν παρυφισταμένων οὐκ εὐόριστα τῷ ἐμφύτῳ γέγονε μὴ κρατηθέντα θερμῷ.</w:t>
      </w:r>
    </w:p>
    <w:p>
      <w:r>
        <w:rPr>
          <w:rFonts w:ascii="Courier New" w:hAnsi="Courier New"/>
          <w:color w:val="555555"/>
          <w:sz w:val="20"/>
        </w:rPr>
        <w:t>[4 . 19 . 5]</w:t>
      </w:r>
    </w:p>
    <w:p>
      <w:r>
        <w:rPr>
          <w:rFonts w:ascii="Gentium Plus" w:hAnsi="Gentium Plus"/>
          <w:sz w:val="24"/>
        </w:rPr>
        <w:t>Ἅ γε μὴν λεπτὰ φαίνεται δι’ ὠμὸν χυμὸν λεπτυνθέντα, κα‐ θὼς κἀν τοῖς περὶ διαγνώσεως οὔρων ἔφθημεν εἰρηκότες, ὑπορρωνυμένης ἤδη τῆς ἐμφύτου γίνεται δυνάμεως, ἀπο‐</w:t>
      </w:r>
    </w:p>
    <w:p>
      <w:r>
        <w:rPr>
          <w:rFonts w:ascii="Courier New" w:hAnsi="Courier New"/>
          <w:color w:val="555555"/>
          <w:sz w:val="20"/>
        </w:rPr>
        <w:t>[5]</w:t>
      </w:r>
    </w:p>
    <w:p>
      <w:r>
        <w:rPr>
          <w:rFonts w:ascii="Gentium Plus" w:hAnsi="Gentium Plus"/>
          <w:sz w:val="24"/>
        </w:rPr>
        <w:t>λεπτυνούσης καὶ σκεδαννυούσης ὅσον πάχος ὕλης περὶ τὰς φλέβας καθέστηκεν ἐξ ὠμοχυμίας. ταῦτα δὲ ὁσημέραι κἀπὶ τῶν μετεωρολογουμένων δείκνυται.</w:t>
      </w:r>
    </w:p>
    <w:p>
      <w:r>
        <w:rPr>
          <w:rFonts w:ascii="Courier New" w:hAnsi="Courier New"/>
          <w:color w:val="555555"/>
          <w:sz w:val="20"/>
        </w:rPr>
        <w:t>[4 . 19 . 6]</w:t>
      </w:r>
    </w:p>
    <w:p>
      <w:r>
        <w:rPr>
          <w:rFonts w:ascii="Gentium Plus" w:hAnsi="Gentium Plus"/>
          <w:sz w:val="24"/>
        </w:rPr>
        <w:t>Καὶ γὰρ κἀκεῖσε τοῦ μὲν ἡλιακοῦ θερμοῦ κρατοῦντος ὅσον πάχος πέφυκεν νεφώδους οὐσίας, λεπτύνεταί τε καὶ διασκεδάννυται ἐξαε‐ ρούμενον, κρατηθέντος δ’ αὖ συνάγεταί τε καὶ παχύνεται</w:t>
      </w:r>
    </w:p>
    <w:p>
      <w:r>
        <w:rPr>
          <w:rFonts w:ascii="Courier New" w:hAnsi="Courier New"/>
          <w:color w:val="555555"/>
          <w:sz w:val="20"/>
        </w:rPr>
        <w:t>[5]</w:t>
      </w:r>
    </w:p>
    <w:p>
      <w:r>
        <w:rPr>
          <w:rFonts w:ascii="Gentium Plus" w:hAnsi="Gentium Plus"/>
          <w:sz w:val="24"/>
        </w:rPr>
        <w:t>καὶ πρὸς τούτοις τῇ πολλῇ μελαίνεται συμπιλήσει καὶ χείρω τοῖς ἐπὶ γῆς τὴν ἔφοδον ἀπειλεῖ.</w:t>
      </w:r>
    </w:p>
    <w:p>
      <w:r>
        <w:rPr>
          <w:rFonts w:ascii="Courier New" w:hAnsi="Courier New"/>
          <w:color w:val="555555"/>
          <w:sz w:val="20"/>
        </w:rPr>
        <w:t>[4 . 19 . 7]</w:t>
      </w:r>
    </w:p>
    <w:p>
      <w:r>
        <w:rPr>
          <w:rFonts w:ascii="Gentium Plus" w:hAnsi="Gentium Plus"/>
          <w:sz w:val="24"/>
        </w:rPr>
        <w:t>Ἀρκέσει δ’ ἂν τὸ παράδειγμα κἀπὶ τῶν παχέων παρυφισταμένων. τοῦ γάρ τοι ἐμφύτου θερμοῦ ἠτονηκότος καὶ μὴ ῥᾳδίως ἐν‐ τεῦθεν τῶν χυμῶν κρατουμένων τε καὶ λεπτυνομένων,</w:t>
      </w:r>
    </w:p>
    <w:p>
      <w:r>
        <w:rPr>
          <w:rFonts w:ascii="Courier New" w:hAnsi="Courier New"/>
          <w:color w:val="555555"/>
          <w:sz w:val="20"/>
        </w:rPr>
        <w:t>[5]</w:t>
      </w:r>
    </w:p>
    <w:p>
      <w:r>
        <w:rPr>
          <w:rFonts w:ascii="Gentium Plus" w:hAnsi="Gentium Plus"/>
          <w:sz w:val="24"/>
        </w:rPr>
        <w:t>τοῦτο γὰρ ἐπὶ τῶν χυμῶν θερμοῦ πέφυκεν ἴδιον, τοὺς μὲν λεπτοὺς καὶ οἷον ἀορίστους συνιστᾷν τε καὶ οἷον εὐορί‐ στους ποιεῖν τῇ πέψει, τοὺς δ’ ὠμοὺς τε καὶ παχεῖς ἀπο‐ λεπτύνειν τε καὶ πέττειν, τὸ πάχος ἐν τοῖς παρυφισταμέ‐ νοις συμβαίνει φαίνεσθαι.</w:t>
      </w:r>
    </w:p>
    <w:p>
      <w:r>
        <w:rPr>
          <w:rFonts w:ascii="Courier New" w:hAnsi="Courier New"/>
          <w:color w:val="555555"/>
          <w:sz w:val="20"/>
        </w:rPr>
        <w:t>[4 . 19 . 8]</w:t>
      </w:r>
    </w:p>
    <w:p>
      <w:r>
        <w:rPr>
          <w:rFonts w:ascii="Gentium Plus" w:hAnsi="Gentium Plus"/>
          <w:sz w:val="24"/>
        </w:rPr>
        <w:t>Ὅσα γὰρ τῶν ἀναδιδομένων μὴ φθάσῃ νικηθέντα τῇ πέψει δι’ οἱουσδήτινας λόγους, ἤτοι πάμπαν λεπτὰ φαίνεται ἢ πάχος ἔχοντα ἐκπεφευγότα δηλονότι τὸ ἐπὶ τῇ πέψει σύμμετρον.</w:t>
      </w:r>
    </w:p>
    <w:p>
      <w:r>
        <w:rPr>
          <w:rFonts w:ascii="Courier New" w:hAnsi="Courier New"/>
          <w:color w:val="555555"/>
          <w:sz w:val="20"/>
        </w:rPr>
        <w:t>[4 . 19 . 9]</w:t>
      </w:r>
    </w:p>
    <w:p>
      <w:r>
        <w:rPr>
          <w:rFonts w:ascii="Gentium Plus" w:hAnsi="Gentium Plus"/>
          <w:sz w:val="24"/>
        </w:rPr>
        <w:t>Ἃ δὲ τῆς φύ‐ σεως ἐκεῖσε τὰ περιττὰ ἀπωθουμένης λόγῳ κρίσεως πάχος ἔχοντα παρυφιστάμενα φαίνεται, διὰ ῥώμην μᾶλλον τῆς ἀποκριτικῆς δυνάμεως γίνεται, τὰ φαῦλα καὶ ἀρχεῖα πάνυ</w:t>
      </w:r>
    </w:p>
    <w:p>
      <w:r>
        <w:rPr>
          <w:rFonts w:ascii="Courier New" w:hAnsi="Courier New"/>
          <w:color w:val="555555"/>
          <w:sz w:val="20"/>
        </w:rPr>
        <w:t>[5]</w:t>
      </w:r>
    </w:p>
    <w:p>
      <w:r>
        <w:rPr>
          <w:rFonts w:ascii="Gentium Plus" w:hAnsi="Gentium Plus"/>
          <w:sz w:val="24"/>
        </w:rPr>
        <w:t>διωθουμένης ἐκεῖ που τὴν ὁρμὴν εἰληφότα.</w:t>
      </w:r>
    </w:p>
    <w:p>
      <w:r>
        <w:rPr>
          <w:rFonts w:ascii="Courier New" w:hAnsi="Courier New"/>
          <w:color w:val="555555"/>
          <w:sz w:val="20"/>
        </w:rPr>
        <w:t>[4 . 19 . 10]</w:t>
      </w:r>
    </w:p>
    <w:p>
      <w:r>
        <w:rPr>
          <w:rFonts w:ascii="Gentium Plus" w:hAnsi="Gentium Plus"/>
          <w:sz w:val="24"/>
        </w:rPr>
        <w:t>Ἅ γε μὴν δι’ ἀπόκρισιν πύου πάχος ἔχοντα παρυφιστάμενα φαί‐ νεται, ὅπως μὲν ἂν διαγνωσθεῖεν, ὁ περὶ διαγνώσεως ἔσχε λόγος, τὴν δὲ αἰτίαν ὁ περὶ πέψεως ἀποδώσει.</w:t>
      </w:r>
    </w:p>
    <w:p>
      <w:r>
        <w:rPr>
          <w:rFonts w:ascii="Courier New" w:hAnsi="Courier New"/>
          <w:color w:val="555555"/>
          <w:sz w:val="20"/>
        </w:rPr>
        <w:t>[4 . 19 . 11]</w:t>
      </w:r>
    </w:p>
    <w:p>
      <w:r>
        <w:rPr>
          <w:rFonts w:ascii="Gentium Plus" w:hAnsi="Gentium Plus"/>
          <w:sz w:val="24"/>
        </w:rPr>
        <w:t>Ὅσα μὲν γὰρ ἀκριβῶς πεφθέντα φαίνεται, τὴν σύμ‐</w:t>
      </w:r>
    </w:p>
    <w:p>
      <w:r>
        <w:rPr>
          <w:rFonts w:ascii="Courier New" w:hAnsi="Courier New"/>
          <w:color w:val="555555"/>
          <w:sz w:val="20"/>
        </w:rPr>
        <w:t>[5]</w:t>
      </w:r>
    </w:p>
    <w:p>
      <w:r>
        <w:rPr>
          <w:rFonts w:ascii="Gentium Plus" w:hAnsi="Gentium Plus"/>
          <w:sz w:val="24"/>
        </w:rPr>
        <w:t>πῦον τὸ τῇ πέψει κρατησάσῃ γινόμενον, ὃ παχύτερον μὲν παντὸς παρυφισταμένου φαίνεται, λεπτότερον δ’ αὖ πε‐ πηγότος αἵματος.</w:t>
      </w:r>
    </w:p>
    <w:p>
      <w:r>
        <w:rPr>
          <w:rFonts w:ascii="Courier New" w:hAnsi="Courier New"/>
          <w:color w:val="555555"/>
          <w:sz w:val="20"/>
        </w:rPr>
        <w:t>[4 . 19 . 12]</w:t>
      </w:r>
    </w:p>
    <w:p>
      <w:r>
        <w:rPr>
          <w:rFonts w:ascii="Gentium Plus" w:hAnsi="Gentium Plus"/>
          <w:sz w:val="24"/>
        </w:rPr>
        <w:t>Ἀλλὰ τὸν περὶ πύου λόγον καὶ ἄλλοτε ἂν τύχῃς μαθών, ὥσθ’ οὗτος μὲν ἀφείσθω, μὴ πάνυ χρεὼν ὂν αὐτὸν εἰρῆσθαι· ἡμεῖς δ’ ἐπεὶ περὶ συστά‐ σεως τῶν ἐν οὔροις παρυφισταμένων τὸν λόγον ποιού‐</w:t>
      </w:r>
    </w:p>
    <w:p>
      <w:r>
        <w:rPr>
          <w:rFonts w:ascii="Courier New" w:hAnsi="Courier New"/>
          <w:color w:val="555555"/>
          <w:sz w:val="20"/>
        </w:rPr>
        <w:t>[5]</w:t>
      </w:r>
    </w:p>
    <w:p>
      <w:r>
        <w:rPr>
          <w:rFonts w:ascii="Gentium Plus" w:hAnsi="Gentium Plus"/>
          <w:sz w:val="24"/>
        </w:rPr>
        <w:t>μεθα, εἰκότως ἂν καὶ περὶ ὀροβοειδῶν καὶ πιτυροει‐ δῶν, πεταλωδῶν τε καὶ κριμνωδῶν φαίημεν ὑποστάσεων.</w:t>
      </w:r>
    </w:p>
    <w:p>
      <w:r>
        <w:rPr>
          <w:rFonts w:ascii="Courier New" w:hAnsi="Courier New"/>
          <w:color w:val="555555"/>
          <w:sz w:val="20"/>
        </w:rPr>
        <w:t>[4 . 19 . 13]</w:t>
      </w:r>
    </w:p>
    <w:p>
      <w:r>
        <w:rPr>
          <w:rFonts w:ascii="Gentium Plus" w:hAnsi="Gentium Plus"/>
          <w:sz w:val="24"/>
        </w:rPr>
        <w:t>Ὁποῖαι μὲν οὖν εἰσι τῷ εἴδει αὗται, ὁ περὶ διαφορᾶς οὔρων ἔσχε λόγος· ὅ,τι δὲ βούλονται, ἐν τοῖς περὶ διαγνώ‐ σεως εἴρηται. νυνὶ δὲ τὰς αἰτίας ἐπιθῶμεν τὸν λόγον ἀπαρτίζοντες πάντοθεν.</w:t>
      </w:r>
    </w:p>
    <w:p>
      <w:r>
        <w:rPr>
          <w:rFonts w:ascii="Courier New" w:hAnsi="Courier New"/>
          <w:color w:val="555555"/>
          <w:sz w:val="20"/>
        </w:rPr>
        <w:t>[4 . 19 . 14]</w:t>
      </w:r>
    </w:p>
    <w:p>
      <w:r>
        <w:rPr>
          <w:rFonts w:ascii="Gentium Plus" w:hAnsi="Gentium Plus"/>
          <w:sz w:val="24"/>
        </w:rPr>
        <w:t>Ὁπόταν τοίνυν ἐπὶ τοσοῦ‐ τον τῆς σαρκὸς καθίκηται ὁ πυρετὸς ὡς ἤδη ταύτην ἀπο‐ κναίειν τε καὶ τήκειν τῆς πιμελῆς προαναλωθείσης ὑπὸ τῷ τῆς ἀμίδος ὑφιζάνει πυθμένι, ὅσον ἂν τύχῃ τῆς σαρ‐</w:t>
      </w:r>
    </w:p>
    <w:p>
      <w:r>
        <w:rPr>
          <w:rFonts w:ascii="Courier New" w:hAnsi="Courier New"/>
          <w:color w:val="555555"/>
          <w:sz w:val="20"/>
        </w:rPr>
        <w:t>[5]</w:t>
      </w:r>
    </w:p>
    <w:p>
      <w:r>
        <w:rPr>
          <w:rFonts w:ascii="Gentium Plus" w:hAnsi="Gentium Plus"/>
          <w:sz w:val="24"/>
        </w:rPr>
        <w:t>κώδους δαπανηθὲν οὐσίας· οὐ γάρ τοι οἶδε τὸ τοιοῦτον μετεωρίζεσθαί τε καὶ ἀποπλανᾶσθαι ῥᾳδίως, καθάπερ ἐπὶ τῶν παραπλησίων τῷ εἴδει τούτῳ παρυφισταμένων συμ‐ βαίνειν εἴωθεν.</w:t>
      </w:r>
    </w:p>
    <w:p>
      <w:r>
        <w:rPr>
          <w:rFonts w:ascii="Courier New" w:hAnsi="Courier New"/>
          <w:color w:val="555555"/>
          <w:sz w:val="20"/>
        </w:rPr>
        <w:t>[4 . 19 . 15]</w:t>
      </w:r>
    </w:p>
    <w:p>
      <w:r>
        <w:rPr>
          <w:rFonts w:ascii="Gentium Plus" w:hAnsi="Gentium Plus"/>
          <w:sz w:val="24"/>
        </w:rPr>
        <w:t>Ἀλλ’ ἀεὶ τῷ πυθμένι προπέφυκε φυσικῷ τινι προσιζάνον τῷ βάρει. καὶ ὧδε μὲν ὅτι μέρους ἀδιαπλάστου καὶ παχυμέρους ὁ πυρετὸς καθίκετο, καὶ τὰς ὑποστάσεις τοιαύτας ἀπέδωκεν.</w:t>
      </w:r>
    </w:p>
    <w:p>
      <w:r>
        <w:rPr>
          <w:rFonts w:ascii="Courier New" w:hAnsi="Courier New"/>
          <w:color w:val="555555"/>
          <w:sz w:val="20"/>
        </w:rPr>
        <w:t>[4 . 19 . 16]</w:t>
      </w:r>
    </w:p>
    <w:p>
      <w:r>
        <w:rPr>
          <w:rFonts w:ascii="Gentium Plus" w:hAnsi="Gentium Plus"/>
          <w:sz w:val="24"/>
        </w:rPr>
        <w:t>Ἐπί γε μὴν τῶν πι‐ τυροειδῶν ὑποστάσεων, καί τι σχῆμα διασώζεται τοῖς παρ‐ υφισταμένοις, ἀφ’ οὗ δὴ καὶ τοὔνομα γέγονεν· ἐπὰν γὰρ ἤδη καὶ τῶν στερεωτέρων ἅψηται τὸ πάθος τοῦ πυρετοῦ,</w:t>
      </w:r>
    </w:p>
    <w:p>
      <w:r>
        <w:rPr>
          <w:rFonts w:ascii="Courier New" w:hAnsi="Courier New"/>
          <w:color w:val="555555"/>
          <w:sz w:val="20"/>
        </w:rPr>
        <w:t>[5]</w:t>
      </w:r>
    </w:p>
    <w:p>
      <w:r>
        <w:rPr>
          <w:rFonts w:ascii="Gentium Plus" w:hAnsi="Gentium Plus"/>
          <w:sz w:val="24"/>
        </w:rPr>
        <w:t>ὥσπέρ τινων ἀποσπωμένων τεμμαχίων ὑπ’ ἀντιτύπων σω‐ μάτων ταῦτα φαίνεται.</w:t>
      </w:r>
    </w:p>
    <w:p>
      <w:r>
        <w:rPr>
          <w:rFonts w:ascii="Courier New" w:hAnsi="Courier New"/>
          <w:color w:val="555555"/>
          <w:sz w:val="20"/>
        </w:rPr>
        <w:t>[4 . 19 . 17]</w:t>
      </w:r>
    </w:p>
    <w:p>
      <w:r>
        <w:rPr>
          <w:rFonts w:ascii="Gentium Plus" w:hAnsi="Gentium Plus"/>
          <w:sz w:val="24"/>
        </w:rPr>
        <w:t>Τῶν γὰρ ὑπὸ πυρὸς λυομέ‐ νων τὰ μὲν τηκόμενα λύεται, τὰ δ’ αὖ θραύεταί τε καὶ διατέμνεται, ὅσα δηλονότι σκληρᾶς καὶ ἀποτόμου τετύχη‐ κεν οὐσίας ὄντα καὶ καθόσον ἂν προΐηται σκληρότητος τὰ</w:t>
      </w:r>
    </w:p>
    <w:p>
      <w:r>
        <w:rPr>
          <w:rFonts w:ascii="Courier New" w:hAnsi="Courier New"/>
          <w:color w:val="555555"/>
          <w:sz w:val="20"/>
        </w:rPr>
        <w:t>[5]</w:t>
      </w:r>
    </w:p>
    <w:p>
      <w:r>
        <w:rPr>
          <w:rFonts w:ascii="Gentium Plus" w:hAnsi="Gentium Plus"/>
          <w:sz w:val="24"/>
        </w:rPr>
        <w:t>σώματα, καὶ τὰ τεμμάχια μείζω γίνεται ἀντιτυπήσαντα τὸ πρῶτον πρὸς τὴν τοῦ πυρὸς ἔνστασιν, ἐνδόντα δ’ αὖθις νικηθέντα μᾶλλον τῶν ὑγρᾶς τινος κεκοινωνηκότων οὐσίας, ὥσπερ δῆτα ἐπί τε τῶν κραύρων ξύλων καὶ τῶν λίθων ὁση‐ μέραι πάρεστι θεάσασθαι.</w:t>
      </w:r>
    </w:p>
    <w:p>
      <w:r>
        <w:rPr>
          <w:rFonts w:ascii="Courier New" w:hAnsi="Courier New"/>
          <w:color w:val="555555"/>
          <w:sz w:val="20"/>
        </w:rPr>
        <w:t>[4 . 19 . 18]</w:t>
      </w:r>
    </w:p>
    <w:p>
      <w:r>
        <w:rPr>
          <w:rFonts w:ascii="Gentium Plus" w:hAnsi="Gentium Plus"/>
          <w:sz w:val="24"/>
        </w:rPr>
        <w:t>Ἀφίπτανταί τε γὰρ τούτων καομένων οὐκ ὀλίγα τμήματα ἐκπυρρηνιζόμενα, ἅγε μὴν τηκόμενα λύεται, πιμελὴ δ’ ἄρα τοῦτο καὶ σὰρξ στέατί τε καὶ κηρῷ καὶ τοῖς ἀναλογοῦσι παραβληθείη.</w:t>
      </w:r>
    </w:p>
    <w:p>
      <w:r>
        <w:rPr>
          <w:rFonts w:ascii="Courier New" w:hAnsi="Courier New"/>
          <w:color w:val="555555"/>
          <w:sz w:val="20"/>
        </w:rPr>
        <w:t>[4 . 19 . 19]</w:t>
      </w:r>
    </w:p>
    <w:p>
      <w:r>
        <w:rPr>
          <w:rFonts w:ascii="Gentium Plus" w:hAnsi="Gentium Plus"/>
          <w:sz w:val="24"/>
        </w:rPr>
        <w:t>Διὰ ταῦτά τοι καθόσον ἂν ὁ πυρετὸς στερεωτέρων ἅψηται σωμάτων, μείζω τε καὶ ἐπιδηλότερα τὰ διατεμνόμενα φαίνεται κόμ‐ ματα καὶ τοῦτο μαθεῖν ἐστιν ἀπό τε τῶν πεταλωδῶν καὶ</w:t>
      </w:r>
    </w:p>
    <w:p>
      <w:r>
        <w:rPr>
          <w:rFonts w:ascii="Courier New" w:hAnsi="Courier New"/>
          <w:color w:val="555555"/>
          <w:sz w:val="20"/>
        </w:rPr>
        <w:t>[5]</w:t>
      </w:r>
    </w:p>
    <w:p>
      <w:r>
        <w:rPr>
          <w:rFonts w:ascii="Gentium Plus" w:hAnsi="Gentium Plus"/>
          <w:sz w:val="24"/>
        </w:rPr>
        <w:t>κριμνωδῶν ὑποστάσεων.</w:t>
      </w:r>
    </w:p>
    <w:p>
      <w:r>
        <w:rPr>
          <w:rFonts w:ascii="Courier New" w:hAnsi="Courier New"/>
          <w:color w:val="555555"/>
          <w:sz w:val="20"/>
        </w:rPr>
        <w:t>[4 . 19 . 20]</w:t>
      </w:r>
    </w:p>
    <w:p>
      <w:r>
        <w:rPr>
          <w:rFonts w:ascii="Gentium Plus" w:hAnsi="Gentium Plus"/>
          <w:sz w:val="24"/>
        </w:rPr>
        <w:t>Αὗται γὰρ ἐκπυρηνίσματά τινα τῶν στερεῶν μερῶν τοῦ σώματος καθεστήκασιν ὑφ’ ἑκτικοῦ πυρετοῦ καομένων.</w:t>
      </w:r>
    </w:p>
    <w:p>
      <w:r>
        <w:rPr>
          <w:rFonts w:ascii="Courier New" w:hAnsi="Courier New"/>
          <w:color w:val="555555"/>
          <w:sz w:val="20"/>
        </w:rPr>
        <w:t>[4 . 19 . 21]</w:t>
      </w:r>
    </w:p>
    <w:p>
      <w:r>
        <w:rPr>
          <w:rFonts w:ascii="Gentium Plus" w:hAnsi="Gentium Plus"/>
          <w:sz w:val="24"/>
        </w:rPr>
        <w:t>Καὶ τοίνυν ὥσπερ συμ‐ μέτρῳ τε καὶ οἰκείῳ θερμῷ διεπλάττετό τε καὶ ἀπηρτίζετο ἕκαστον τούτων, οὕτω νόθῳ τε καὶ ἀμέτρῳ διασπᾶταί τε καὶ συντήκεται πυρετῷ.</w:t>
      </w:r>
    </w:p>
    <w:p>
      <w:r>
        <w:rPr>
          <w:rFonts w:ascii="Courier New" w:hAnsi="Courier New"/>
          <w:color w:val="555555"/>
          <w:sz w:val="20"/>
        </w:rPr>
        <w:t>[4 . 19 . 22]</w:t>
      </w:r>
    </w:p>
    <w:p>
      <w:r>
        <w:rPr>
          <w:rFonts w:ascii="Gentium Plus" w:hAnsi="Gentium Plus"/>
          <w:sz w:val="24"/>
        </w:rPr>
        <w:t>Καὶ τοῦ μὲν τὰ σώματα οὕτω πως καταδαπανᾶσθαι ὁ πυρετὸς ἂν εἴη καθικνού‐ μενος τοῦ βάθους αἴτιος, τοῦ δὲ διάφορά τινα τὰ εἴδη τῶν τεμνομένων φαίνεσθαι παρὰ τῇ τῆς τηκομένης ὕλης</w:t>
      </w:r>
    </w:p>
    <w:p>
      <w:r>
        <w:rPr>
          <w:rFonts w:ascii="Courier New" w:hAnsi="Courier New"/>
          <w:color w:val="555555"/>
          <w:sz w:val="20"/>
        </w:rPr>
        <w:t>[5]</w:t>
      </w:r>
    </w:p>
    <w:p>
      <w:r>
        <w:rPr>
          <w:rFonts w:ascii="Gentium Plus" w:hAnsi="Gentium Plus"/>
          <w:sz w:val="24"/>
        </w:rPr>
        <w:t>διαφορᾷ συμβέβηκεν, ὥστ’ ἔχεις καὶ τὸν τῶν πιτυροειδῶν καὶ πεταλωδῶν καὶ κριμνωδῶν ὑποστάσεων λόγον ἀρκοῦντα νοῦν ἔχουσι νομιζόμενον.</w:t>
      </w:r>
    </w:p>
    <w:p>
      <w:pPr>
        <w:jc w:val="center"/>
      </w:pPr>
      <w:r>
        <w:rPr>
          <w:rFonts w:ascii="Gentium Plus" w:hAnsi="Gentium Plus"/>
          <w:b/>
          <w:sz w:val="24"/>
        </w:rPr>
        <w:t>Κεφ. κʹ. Περὶ τῶν συμμεμιγμένων ἤτοι ἀνομοιομερῶν παρυφισταμένων αἰτίας.</w:t>
      </w:r>
    </w:p>
    <w:p>
      <w:r>
        <w:rPr>
          <w:rFonts w:ascii="Courier New" w:hAnsi="Courier New"/>
          <w:color w:val="555555"/>
          <w:sz w:val="20"/>
        </w:rPr>
        <w:t>[4 . 20 . 1]</w:t>
      </w:r>
    </w:p>
    <w:p>
      <w:r>
        <w:rPr>
          <w:rFonts w:ascii="Gentium Plus" w:hAnsi="Gentium Plus"/>
          <w:sz w:val="24"/>
        </w:rPr>
        <w:t>Οὐ δεῖ δὲ λανθάνειν, ὡς ἔσθ’ ὅτε καὶ χυμῶν ὠμῶν συμπηχθέντων εἰς παραπλήσια εἴδη, ἔμφασίς τις τῶν ῥη‐ θεισῶν ὑποστάσεων διαφαίνεται· οἷον γάρ τοι τοῖς ἐν τη‐ γάνῳ ἑψομένοις συμβαίνειν εἴωθεν· ὀπτώμενα γὰρ ταῦτα</w:t>
      </w:r>
    </w:p>
    <w:p>
      <w:r>
        <w:rPr>
          <w:rFonts w:ascii="Courier New" w:hAnsi="Courier New"/>
          <w:color w:val="555555"/>
          <w:sz w:val="20"/>
        </w:rPr>
        <w:t>[5]</w:t>
      </w:r>
    </w:p>
    <w:p>
      <w:r>
        <w:rPr>
          <w:rFonts w:ascii="Gentium Plus" w:hAnsi="Gentium Plus"/>
          <w:sz w:val="24"/>
        </w:rPr>
        <w:t>συνίσταται· καθόσον δ’ ἂν περιφλέγοιτο, καὶ μείω γίνεται, τοιοῦτόν τι δεῖ συλλογίζεσθαι.</w:t>
      </w:r>
    </w:p>
    <w:p>
      <w:r>
        <w:rPr>
          <w:rFonts w:ascii="Courier New" w:hAnsi="Courier New"/>
          <w:color w:val="555555"/>
          <w:sz w:val="20"/>
        </w:rPr>
        <w:t>[4 . 20 . 2]</w:t>
      </w:r>
    </w:p>
    <w:p>
      <w:r>
        <w:rPr>
          <w:rFonts w:ascii="Gentium Plus" w:hAnsi="Gentium Plus"/>
          <w:sz w:val="24"/>
        </w:rPr>
        <w:t>Καὶ καθόσον ἂν ᾖ μείω τὰ κόμματα καὶ τὸν πυρετὸν ἐπικρατέστερον τεκμαι‐ ρόμεθα.</w:t>
      </w:r>
    </w:p>
    <w:p>
      <w:r>
        <w:rPr>
          <w:rFonts w:ascii="Courier New" w:hAnsi="Courier New"/>
          <w:color w:val="555555"/>
          <w:sz w:val="20"/>
        </w:rPr>
        <w:t>[4 . 20 . 3]</w:t>
      </w:r>
    </w:p>
    <w:p>
      <w:r>
        <w:rPr>
          <w:rFonts w:ascii="Gentium Plus" w:hAnsi="Gentium Plus"/>
          <w:sz w:val="24"/>
        </w:rPr>
        <w:t>Ἐνίοτέ γε μὴν καὶ τοῖς ἐκτὸς τυγχάνουσι πυρετοῦ τοιαῦτα συναναφαίνεται τοῖς παρυφισταμένοις δυσκατεργάστου τινὸς χυμοῦ ἔγγονα καὶ ταῦτα μὲν τῷ χρόνῳ κατάφορα γεγονότα καὶ διαλύονται καθάπερ καὶ τοῖς</w:t>
      </w:r>
    </w:p>
    <w:p>
      <w:r>
        <w:rPr>
          <w:rFonts w:ascii="Courier New" w:hAnsi="Courier New"/>
          <w:color w:val="555555"/>
          <w:sz w:val="20"/>
        </w:rPr>
        <w:t>[5]</w:t>
      </w:r>
    </w:p>
    <w:p>
      <w:r>
        <w:rPr>
          <w:rFonts w:ascii="Gentium Plus" w:hAnsi="Gentium Plus"/>
          <w:sz w:val="24"/>
        </w:rPr>
        <w:t>οὔροις ἐνίοτε συνεπιφαίνονται τρίχες, ὧν τὰς διαγνώσεις ἐν οἰκείῳ τόπῳ παραδεδώκαμεν.</w:t>
      </w:r>
    </w:p>
    <w:p>
      <w:r>
        <w:rPr>
          <w:rFonts w:ascii="Courier New" w:hAnsi="Courier New"/>
          <w:color w:val="555555"/>
          <w:sz w:val="20"/>
        </w:rPr>
        <w:t>[4 . 20 . 4]</w:t>
      </w:r>
    </w:p>
    <w:p>
      <w:r>
        <w:rPr>
          <w:rFonts w:ascii="Gentium Plus" w:hAnsi="Gentium Plus"/>
          <w:sz w:val="24"/>
        </w:rPr>
        <w:t>Νῦν δὲ θέμις καὶ τὰς ἐπὶ τούτοις αἰτίας παραθεῖναι τῷ λόγῳ ἴσως οὐκ ἀχρείας ἀποβησομένας τοῖς περὶ τὰ τοιαῦτα σπουδάζουσιν.</w:t>
      </w:r>
    </w:p>
    <w:p>
      <w:r>
        <w:rPr>
          <w:rFonts w:ascii="Courier New" w:hAnsi="Courier New"/>
          <w:color w:val="555555"/>
          <w:sz w:val="20"/>
        </w:rPr>
        <w:t>[4 . 20 . 5]</w:t>
      </w:r>
    </w:p>
    <w:p>
      <w:r>
        <w:rPr>
          <w:rFonts w:ascii="Gentium Plus" w:hAnsi="Gentium Plus"/>
          <w:sz w:val="24"/>
        </w:rPr>
        <w:t>Ἐπειδὰν γάρ τινες ἐναπολειφθῶσι χυμοὶ περί τινας πόρους καὶ μήτε τύχοιεν διαλυθέντες τε καὶ διαλεπτυν‐ θέντες, μήτ’ αὖ διουρηθέντες ταχέως, ἀλλὰ τῷ χρόνῳ περὶ τοὺς πόρους ἐνδιατρίψαντες, σύμπηξίν τινα καὶ πώ‐</w:t>
      </w:r>
    </w:p>
    <w:p>
      <w:r>
        <w:rPr>
          <w:rFonts w:ascii="Courier New" w:hAnsi="Courier New"/>
          <w:color w:val="555555"/>
          <w:sz w:val="20"/>
        </w:rPr>
        <w:t>[5]</w:t>
      </w:r>
    </w:p>
    <w:p>
      <w:r>
        <w:rPr>
          <w:rFonts w:ascii="Gentium Plus" w:hAnsi="Gentium Plus"/>
          <w:sz w:val="24"/>
        </w:rPr>
        <w:t>ρωσιν ἐπιλάβωσιν ὑφ’ οἱασδήτινος θερμότητος εἰς τοιαῦτα εἴδη μεθίστανται, μήτε πόροι γεγονότες τελείως μήτε μὴν ἀκριβῶς χυμοὶ τυγχάνοντες, ἀλλὰ μᾶλλον ὄντες χυμοὶ πρὸς πόρον χωροῦντες.</w:t>
      </w:r>
    </w:p>
    <w:p>
      <w:r>
        <w:rPr>
          <w:rFonts w:ascii="Courier New" w:hAnsi="Courier New"/>
          <w:color w:val="555555"/>
          <w:sz w:val="20"/>
        </w:rPr>
        <w:t>[4 . 20 . 6]</w:t>
      </w:r>
    </w:p>
    <w:p>
      <w:r>
        <w:rPr>
          <w:rFonts w:ascii="Gentium Plus" w:hAnsi="Gentium Plus"/>
          <w:sz w:val="24"/>
        </w:rPr>
        <w:t>Τἄλλα μὲν οὖν τῶν ἐοικότων ψήγμασι καὶ πιτύροις καὶ ὅ,τι ἂν ἕτερον φαίης εἰκάζων συσταῖεν ἂν καὶ κατὰ τὰ λοιπὰ μέρη τοῦ σώματος, ἄγε μὴν θριξὶν ἐοίκασιν ἐπὶ τοῖς ἀπὸ τῶν νεφρῶν εἰς κύστιν</w:t>
      </w:r>
    </w:p>
    <w:p>
      <w:r>
        <w:rPr>
          <w:rFonts w:ascii="Courier New" w:hAnsi="Courier New"/>
          <w:color w:val="555555"/>
          <w:sz w:val="20"/>
        </w:rPr>
        <w:t>[5]</w:t>
      </w:r>
    </w:p>
    <w:p>
      <w:r>
        <w:rPr>
          <w:rFonts w:ascii="Gentium Plus" w:hAnsi="Gentium Plus"/>
          <w:sz w:val="24"/>
        </w:rPr>
        <w:t>ἰοῦσιν πέφυκεν οὐρητικοῦ ἀγγείοις γίνεσθαι, καὶ καθόσον ἂν μήκους ἐν τοῖς ἐντὸς ἀγγείσις ἡ σύμπηξίς τε καὶ ὄπτη‐ σις γένηται τοῦ χυμοῦ καὶ αἱ οἷον τρίχες παρατέτανται καὶ πολλάκις τοιαῦτα ἐν ἀνθρώπων οὔροις ἑωρακὼς οὐ διήμαρτον τῆς τε διαγνώσεως καὶ προρρήσεως φάμενος μὴ</w:t>
      </w:r>
    </w:p>
    <w:p>
      <w:r>
        <w:rPr>
          <w:rFonts w:ascii="Courier New" w:hAnsi="Courier New"/>
          <w:color w:val="555555"/>
          <w:sz w:val="20"/>
        </w:rPr>
        <w:t>[10]</w:t>
      </w:r>
    </w:p>
    <w:p>
      <w:r>
        <w:rPr>
          <w:rFonts w:ascii="Gentium Plus" w:hAnsi="Gentium Plus"/>
          <w:sz w:val="24"/>
        </w:rPr>
        <w:t>καλῶς διατεθεῖσθαι τὸν ἄνθρωπον τοὺς νεφροὺς.</w:t>
      </w:r>
    </w:p>
    <w:p>
      <w:r>
        <w:rPr>
          <w:rFonts w:ascii="Courier New" w:hAnsi="Courier New"/>
          <w:color w:val="555555"/>
          <w:sz w:val="20"/>
        </w:rPr>
        <w:t>[4 . 20 . 7]</w:t>
      </w:r>
    </w:p>
    <w:p>
      <w:r>
        <w:rPr>
          <w:rFonts w:ascii="Gentium Plus" w:hAnsi="Gentium Plus"/>
          <w:sz w:val="24"/>
        </w:rPr>
        <w:t>Ἐκεῖ‐ νοί τε γὰρ τὸ πάθος ὥσπερ ἐλεγχθέντες ἀνωμολόγησαν κἀμοί τε τεθαρρηκότες τὴν θεράπειαν ἐπιστευον. ἀλλὰ τοῦτο μὲν ἄλλου τοῦ λόγου μέρος.</w:t>
      </w:r>
    </w:p>
    <w:p>
      <w:r>
        <w:rPr>
          <w:rFonts w:ascii="Courier New" w:hAnsi="Courier New"/>
          <w:color w:val="555555"/>
          <w:sz w:val="20"/>
        </w:rPr>
        <w:t>[4 . 20 . 8]</w:t>
      </w:r>
    </w:p>
    <w:p>
      <w:r>
        <w:rPr>
          <w:rFonts w:ascii="Gentium Plus" w:hAnsi="Gentium Plus"/>
          <w:sz w:val="24"/>
        </w:rPr>
        <w:t>Ἡμεῖς δ’ ἐπεὶ προὐθέ‐ μεθα τὰς ἐφ’ ἑκάστῳ τῶν φαινομένων ἐν τοῖς οὔροις αἰ‐ τίας ἀποδιδόναι, οὕτω δὴ καὶ πεποιήκαμεν, τάς τε δηλον‐ ότι ἐπὶ τοῖς καθ’ ἕκαστον τῶν σωμάτων ἀποδιδομένας αἰτίας,</w:t>
      </w:r>
    </w:p>
    <w:p>
      <w:r>
        <w:rPr>
          <w:rFonts w:ascii="Courier New" w:hAnsi="Courier New"/>
          <w:color w:val="555555"/>
          <w:sz w:val="20"/>
        </w:rPr>
        <w:t>[5]</w:t>
      </w:r>
    </w:p>
    <w:p>
      <w:r>
        <w:rPr>
          <w:rFonts w:ascii="Gentium Plus" w:hAnsi="Gentium Plus"/>
          <w:sz w:val="24"/>
        </w:rPr>
        <w:t>τάς τε ἐπὶ ταῖς συστάσεσι καὶ προσέτι τὰς ἐπὶ τοῖς τῶν παρυφισταμένων χρώμασι καὶ ποσότησι καὶ συστάσεσι πα‐ ραθέντες τῷ λόγῳ.</w:t>
      </w:r>
    </w:p>
    <w:p>
      <w:r>
        <w:rPr>
          <w:rFonts w:ascii="Courier New" w:hAnsi="Courier New"/>
          <w:color w:val="555555"/>
          <w:sz w:val="20"/>
        </w:rPr>
        <w:t>[4 . 20 . 9]</w:t>
      </w:r>
    </w:p>
    <w:p>
      <w:r>
        <w:rPr>
          <w:rFonts w:ascii="Gentium Plus" w:hAnsi="Gentium Plus"/>
          <w:sz w:val="24"/>
        </w:rPr>
        <w:t>Ἐπεὶ δὲ ἔδοξε μέτρον ἀρκοῦν ὁ λόγος ἀπολαβεῖν, ἐνταῦθα μὲν τούτου καταπαύσωμεν, ἵνα μὴ καὶ τοῖς σπουδάζουσιν ὑπὲρ τὸ μέτρον ἐκτεινόμενοι φαινοίμεθα.</w:t>
      </w:r>
    </w:p>
    <w:p>
      <w:r>
        <w:rPr>
          <w:rFonts w:ascii="Courier New" w:hAnsi="Courier New"/>
          <w:color w:val="555555"/>
          <w:sz w:val="20"/>
        </w:rPr>
        <w:t>[4 . 20 . 10]</w:t>
      </w:r>
    </w:p>
    <w:p>
      <w:r>
        <w:rPr>
          <w:rFonts w:ascii="Gentium Plus" w:hAnsi="Gentium Plus"/>
          <w:sz w:val="24"/>
        </w:rPr>
        <w:t>Τὸ μὲν γὰρ ἐν βραχέσι λόγοις ἀπαρτί‐ ζειν πολλὰς οὕτω ἐννοίας βούλεσθαι, συντομίας τ’ ἂν καὶ σπουδῆς οὐκ ἀκόμψου φαίη τις· τὸ δὲ παλιλλογεῖν ἐθέλειν καὶ παρεξιέναι ἐπ’ ἀντιθέσεις τε καὶ φιλοτιμίας κενάς, εὐ‐</w:t>
      </w:r>
    </w:p>
    <w:p>
      <w:r>
        <w:rPr>
          <w:rFonts w:ascii="Courier New" w:hAnsi="Courier New"/>
          <w:color w:val="555555"/>
          <w:sz w:val="20"/>
        </w:rPr>
        <w:t>[5]</w:t>
      </w:r>
    </w:p>
    <w:p>
      <w:r>
        <w:rPr>
          <w:rFonts w:ascii="Gentium Plus" w:hAnsi="Gentium Plus"/>
          <w:sz w:val="24"/>
        </w:rPr>
        <w:t>φυοῦς μὲν ἄν τις ἴσως θεῖτο τρόπου, πλὴν ἀλλ’ οὐχὶ καὶ προσήκοντος ἀνδράσι σπουδαίοις καὶ βραχέσι λόγοις πολ‐ λὰς ὑποθέσεις συντιθέναι σπεύδουσι.</w:t>
      </w:r>
    </w:p>
    <w:p>
      <w:r>
        <w:rPr>
          <w:rFonts w:ascii="Courier New" w:hAnsi="Courier New"/>
          <w:color w:val="555555"/>
          <w:sz w:val="20"/>
        </w:rPr>
        <w:t>[4 . 20 . 11]</w:t>
      </w:r>
    </w:p>
    <w:p>
      <w:r>
        <w:rPr>
          <w:rFonts w:ascii="Gentium Plus" w:hAnsi="Gentium Plus"/>
          <w:sz w:val="24"/>
        </w:rPr>
        <w:t>Καὶ ὁ μὲν περὶ τούτου λόγος ὧδέ πη κείσθω καὶ ἄλλοτέ ποτε ῥηθησόμε‐ νος· ἡμῖν δ’ ὅσον λέλειπται μὴ τοῦ μέτρου συγχωρήσαν‐ τος τοῦ λόγου ἐν ἑτέρῳ προσγράψομεν.</w:t>
      </w:r>
    </w:p>
    <w:p>
      <w:r>
        <w:rPr>
          <w:rFonts w:ascii="Courier New" w:hAnsi="Courier New"/>
          <w:color w:val="555555"/>
          <w:sz w:val="20"/>
        </w:rPr>
        <w:t>[4 . 20 . 12]</w:t>
      </w:r>
    </w:p>
    <w:p>
      <w:r>
        <w:rPr>
          <w:rFonts w:ascii="Gentium Plus" w:hAnsi="Gentium Plus"/>
          <w:sz w:val="24"/>
        </w:rPr>
        <w:t>Κἄν τι δὲ λείπῃ τῷ λόγῳ, ἐγὼ μὲν οἶμαι τοῖς καθολικοῖς ἐμπεριέ‐ χεσθαι τοῦτο λόγοις· εἰ δ’, ὃ παθεῖν εἰκὸς ἀνθρώπους τυγχάνοντας, ὅπως ἐξευρὼν μὴ μεμφέσθω πάθος ἀνθρώ‐</w:t>
      </w:r>
    </w:p>
    <w:p>
      <w:r>
        <w:rPr>
          <w:rFonts w:ascii="Courier New" w:hAnsi="Courier New"/>
          <w:color w:val="555555"/>
          <w:sz w:val="20"/>
        </w:rPr>
        <w:t>[5]</w:t>
      </w:r>
    </w:p>
    <w:p>
      <w:r>
        <w:rPr>
          <w:rFonts w:ascii="Gentium Plus" w:hAnsi="Gentium Plus"/>
          <w:sz w:val="24"/>
        </w:rPr>
        <w:t>πινον, ἀλλὰ προστιθέτω τὸ πορισθὲν εἰς τὴν τοῦ δέοντος πλήρωσιν.</w:t>
      </w:r>
    </w:p>
    <w:p>
      <w:r>
        <w:rPr>
          <w:rFonts w:ascii="Courier New" w:hAnsi="Courier New"/>
          <w:color w:val="555555"/>
          <w:sz w:val="20"/>
        </w:rPr>
        <w:t>[4 . 20 . 13]</w:t>
      </w:r>
    </w:p>
    <w:p>
      <w:r>
        <w:rPr>
          <w:rFonts w:ascii="Gentium Plus" w:hAnsi="Gentium Plus"/>
          <w:sz w:val="24"/>
        </w:rPr>
        <w:t>Οὕτω γὰρ διὰ πλειόνων τὴν συνθήκην ἀπειληφὼς ὁ λόγος αὐτὸς μὲν ἀπολαύσοι ἂν τοῦ τέλειος εἶναι, τοῖς δὲ σπουδάζουσιν οὐκ ἀγεννὴς ἔσται μέθοδος.</w:t>
      </w:r>
    </w:p>
    <w:p>
      <w:pPr>
        <w:jc w:val="center"/>
      </w:pPr>
      <w:r>
        <w:rPr>
          <w:rFonts w:ascii="Gentium Plus" w:hAnsi="Gentium Plus"/>
          <w:b/>
          <w:sz w:val="24"/>
        </w:rPr>
        <w:t>Ὁ Βʹ ΠΕΡΙ ΑΙΤΙΑΣ ΟΥΡΩΝ ΛΟΓΟΣ</w:t>
      </w:r>
    </w:p>
    <w:p>
      <w:pPr>
        <w:jc w:val="center"/>
      </w:pPr>
      <w:r>
        <w:rPr>
          <w:rFonts w:ascii="Gentium Plus" w:hAnsi="Gentium Plus"/>
          <w:b/>
          <w:sz w:val="24"/>
        </w:rPr>
        <w:t>ΙΩΑΝΝΟΥ ΤΟΥ ΑΚΤΟΥΑΡΙΟΥ.</w:t>
      </w:r>
    </w:p>
    <w:p>
      <w:pPr>
        <w:jc w:val="center"/>
      </w:pPr>
      <w:r>
        <w:rPr>
          <w:rFonts w:ascii="Gentium Plus" w:hAnsi="Gentium Plus"/>
          <w:b/>
          <w:sz w:val="24"/>
        </w:rPr>
        <w:t>Προοίμιον.</w:t>
      </w:r>
    </w:p>
    <w:p>
      <w:r>
        <w:rPr>
          <w:rFonts w:ascii="Courier New" w:hAnsi="Courier New"/>
          <w:color w:val="555555"/>
          <w:sz w:val="20"/>
        </w:rPr>
        <w:t>[1]</w:t>
      </w:r>
    </w:p>
    <w:p>
      <w:r>
        <w:rPr>
          <w:rFonts w:ascii="Gentium Plus" w:hAnsi="Gentium Plus"/>
          <w:sz w:val="24"/>
        </w:rPr>
        <w:t>Οἷόν τι τοῖς φιλοθεάμοσι συμβαίνειν εἴωθε, ἐπει‐ δὰν εἴς τινα περικαλλῆ εἰσίωσιν οἶκον—οὐ γὰρ τἀναγ‐ καῖα μόνον αὐτοῖς ἐξετάζειν γίνεται, βάθρα δηλονότι καὶ στόας, ὑπανέχοντας κίονας καὶ ὄροφον καὶ ὅσα ἐπὶ τού‐</w:t>
      </w:r>
    </w:p>
    <w:p>
      <w:r>
        <w:rPr>
          <w:rFonts w:ascii="Courier New" w:hAnsi="Courier New"/>
          <w:color w:val="555555"/>
          <w:sz w:val="20"/>
        </w:rPr>
        <w:t>[5]</w:t>
      </w:r>
    </w:p>
    <w:p>
      <w:r>
        <w:rPr>
          <w:rFonts w:ascii="Gentium Plus" w:hAnsi="Gentium Plus"/>
          <w:sz w:val="24"/>
        </w:rPr>
        <w:t>τοις φαίνεται, ἀλλὰ καὶ εἴ τι προσαπεδόθη τῷ οἴκῳ καλ‐ λονῆς εὐπλάστου ἔκ τε διαφορᾶς σχημάτων καὶ γραφῶν καὶ διαφανοῦς καταστρώματος—τοιοῦτόν τι κἀμοὶ συμ‐ βέβηκεν οὐ μόνον περὶ τἀναγκαῖα τῇ τέχνῃ ἐσπουδακότι ἀλλὰ καὶ περὶ τὰ κάλλος οὐχ ἧττον ἢ βάσιν ἀσφαλῆ τοῖς</w:t>
      </w:r>
    </w:p>
    <w:p>
      <w:r>
        <w:rPr>
          <w:rFonts w:ascii="Courier New" w:hAnsi="Courier New"/>
          <w:color w:val="555555"/>
          <w:sz w:val="20"/>
        </w:rPr>
        <w:t>[10]</w:t>
      </w:r>
    </w:p>
    <w:p>
      <w:r>
        <w:rPr>
          <w:rFonts w:ascii="Gentium Plus" w:hAnsi="Gentium Plus"/>
          <w:sz w:val="24"/>
        </w:rPr>
        <w:t>ῥηθεῖσι παρεσχηκότα.</w:t>
      </w:r>
    </w:p>
    <w:p>
      <w:r>
        <w:rPr>
          <w:rFonts w:ascii="Courier New" w:hAnsi="Courier New"/>
          <w:color w:val="555555"/>
          <w:sz w:val="20"/>
        </w:rPr>
        <w:t>[5 proem 2]</w:t>
      </w:r>
    </w:p>
    <w:p>
      <w:r>
        <w:rPr>
          <w:rFonts w:ascii="Gentium Plus" w:hAnsi="Gentium Plus"/>
          <w:sz w:val="24"/>
        </w:rPr>
        <w:t>Ἔνθεν τοι δευτέρου λόγου τῇ περὶ αἰτίας οὔρων ἐδέησεν ὑποθέσει, ἵνα ὅπως ὁ ἐφ’ ἑκά‐ στοις τῶν ῥηθέντων ἐν ταῖς διαγνώσεσι λόγος καὶ τὴν ἀνήκουσαν ἀπανειληφὼς εἴη αἰτίαν.</w:t>
      </w:r>
    </w:p>
    <w:p>
      <w:r>
        <w:rPr>
          <w:rFonts w:ascii="Courier New" w:hAnsi="Courier New"/>
          <w:color w:val="555555"/>
          <w:sz w:val="20"/>
        </w:rPr>
        <w:t>[5 proem 3]</w:t>
      </w:r>
    </w:p>
    <w:p>
      <w:r>
        <w:rPr>
          <w:rFonts w:ascii="Gentium Plus" w:hAnsi="Gentium Plus"/>
          <w:sz w:val="24"/>
        </w:rPr>
        <w:t>Ἀλλὰ ὁ μὲν περὶ αἰτίας οὔρων λόγος πάλαι ποτ’, ἴσθι, τοῖς σοφοῖς ἐσπού‐ δασται, ἅτε τῇ φιλοσοφίᾳ προσκείμενον.</w:t>
      </w:r>
    </w:p>
    <w:p>
      <w:r>
        <w:rPr>
          <w:rFonts w:ascii="Courier New" w:hAnsi="Courier New"/>
          <w:color w:val="555555"/>
          <w:sz w:val="20"/>
        </w:rPr>
        <w:t>[5 proem 4]</w:t>
      </w:r>
    </w:p>
    <w:p>
      <w:r>
        <w:rPr>
          <w:rFonts w:ascii="Gentium Plus" w:hAnsi="Gentium Plus"/>
          <w:sz w:val="24"/>
        </w:rPr>
        <w:t>Νυνὶ δ’ οὐκ οἶδα, τίσιν ἂν ἀσπαστὸς ὀφθείη τῶν κατὰ ἡμᾶς ἰατρῶν πάλαι τὸ περὶ φιλοσοφίαν φιλότιμον καταλύσασι καὶ μόλις τοῖς περὶ διαφορᾶς καὶ διαγνώσεως ἐπινενευκόσι λόγοις,</w:t>
      </w:r>
    </w:p>
    <w:p>
      <w:r>
        <w:rPr>
          <w:rFonts w:ascii="Courier New" w:hAnsi="Courier New"/>
          <w:color w:val="555555"/>
          <w:sz w:val="20"/>
        </w:rPr>
        <w:t>[5]</w:t>
      </w:r>
    </w:p>
    <w:p>
      <w:r>
        <w:rPr>
          <w:rFonts w:ascii="Gentium Plus" w:hAnsi="Gentium Plus"/>
          <w:sz w:val="24"/>
        </w:rPr>
        <w:t>ὥστε καὶ μέχρι τινὸς ἀνεβαλλόμην τὰς ἐπὶ τοῖς οὔροις ἐξευρημένας μοι αἰτίας ἐξαγγέλλειν, πάλαι παραλειφθείσας τῇ τῶν μετιόντων τὴν τέχνην ἀπραγμοσύνῃ.</w:t>
      </w:r>
    </w:p>
    <w:p>
      <w:r>
        <w:rPr>
          <w:rFonts w:ascii="Courier New" w:hAnsi="Courier New"/>
          <w:color w:val="555555"/>
          <w:sz w:val="20"/>
        </w:rPr>
        <w:t>[5 proem 5]</w:t>
      </w:r>
    </w:p>
    <w:p>
      <w:r>
        <w:rPr>
          <w:rFonts w:ascii="Gentium Plus" w:hAnsi="Gentium Plus"/>
          <w:sz w:val="24"/>
        </w:rPr>
        <w:t>Ἐπεὶ δὲ πρὸς ἐμαυτὸν γεγονὼς τὸ μὲν ἀτελῆ τὸν λόγον ἀφεῖναι ῥαθυμίας τινὸς ἔκρινα, τὸ δὲ τὰ δέοντα προσγράψαι σπου‐ δῆς τινος οὐκ ἀγεννοῦς, ἐπικεχείρηκα τοῖς περὶ αἰτίας λό‐</w:t>
      </w:r>
    </w:p>
    <w:p>
      <w:r>
        <w:rPr>
          <w:rFonts w:ascii="Courier New" w:hAnsi="Courier New"/>
          <w:color w:val="555555"/>
          <w:sz w:val="20"/>
        </w:rPr>
        <w:t>[5]</w:t>
      </w:r>
    </w:p>
    <w:p>
      <w:r>
        <w:rPr>
          <w:rFonts w:ascii="Gentium Plus" w:hAnsi="Gentium Plus"/>
          <w:sz w:val="24"/>
        </w:rPr>
        <w:t>γοις, θέμενος, πολλοῖς λυσιτελήσειν τὸν λόγον, ὅσοις ἄν τι δηλονότι φιλοτιμίας λόγος μετῇ.</w:t>
      </w:r>
    </w:p>
    <w:p>
      <w:r>
        <w:rPr>
          <w:rFonts w:ascii="Courier New" w:hAnsi="Courier New"/>
          <w:color w:val="555555"/>
          <w:sz w:val="20"/>
        </w:rPr>
        <w:t>[5 proem 6]</w:t>
      </w:r>
    </w:p>
    <w:p>
      <w:r>
        <w:rPr>
          <w:rFonts w:ascii="Gentium Plus" w:hAnsi="Gentium Plus"/>
          <w:sz w:val="24"/>
        </w:rPr>
        <w:t>Ταῦτ’ ἄρα δίκαιον νομισθὲν τὸ προσγραφῆναι τῇ πραγματείᾳ τὸν περὶ αἰ‐ τίας οὔρων λόγον τὸ μὲν αὐτοῦ ἤδη λέλεκταί μοι, τὸ δ’ αὖ ῥηθήσεται, δοίη δ’ ὁ πάσης ἐπέκεινα αἰτίας καὶ τὰς ἐπὶ</w:t>
      </w:r>
    </w:p>
    <w:p>
      <w:r>
        <w:rPr>
          <w:rFonts w:ascii="Courier New" w:hAnsi="Courier New"/>
          <w:color w:val="555555"/>
          <w:sz w:val="20"/>
        </w:rPr>
        <w:t>[5]</w:t>
      </w:r>
    </w:p>
    <w:p>
      <w:r>
        <w:rPr>
          <w:rFonts w:ascii="Gentium Plus" w:hAnsi="Gentium Plus"/>
          <w:sz w:val="24"/>
        </w:rPr>
        <w:t>τοῖς λειπομένοις ἀσφαλῶς αἰτίας ἐπιθεῖναι, ἵνα τε ἡμῖν ὁ λόγος ῥᾴδιος προβαίη καὶ τοῖς ἐγκαλεῖν ἀεὶ τοῖς λόγοις σπουδάζουσι ἡ εἴσοδος ἀποκλεισθῇ τῆς νεμέσεως.</w:t>
      </w:r>
    </w:p>
    <w:p>
      <w:r>
        <w:rPr>
          <w:rFonts w:ascii="Courier New" w:hAnsi="Courier New"/>
          <w:color w:val="555555"/>
          <w:sz w:val="20"/>
        </w:rPr>
        <w:t>[5 proem 7]</w:t>
      </w:r>
    </w:p>
    <w:p>
      <w:r>
        <w:rPr>
          <w:rFonts w:ascii="Gentium Plus" w:hAnsi="Gentium Plus"/>
          <w:sz w:val="24"/>
        </w:rPr>
        <w:t>Ἐπεὶ τοίνυν τάς τε ἐπὶ τοῖς χρώμασι καὶ συστάσεσιν ἀποδεδώ‐ καμεν αἰτίας καὶ προσέτι τὰς ἐπὶ τοῖς παρυφισταμένοις, οὐ μέντοι ἐπὶ τούτοις πᾶσι λεγομένοις ἀπεδόθησαν αἱ</w:t>
      </w:r>
    </w:p>
    <w:p>
      <w:r>
        <w:rPr>
          <w:rFonts w:ascii="Courier New" w:hAnsi="Courier New"/>
          <w:color w:val="555555"/>
          <w:sz w:val="20"/>
        </w:rPr>
        <w:t>[5]</w:t>
      </w:r>
    </w:p>
    <w:p>
      <w:r>
        <w:rPr>
          <w:rFonts w:ascii="Gentium Plus" w:hAnsi="Gentium Plus"/>
          <w:sz w:val="24"/>
        </w:rPr>
        <w:t>αἰτίαι—λέλειπται γὰρ ὅσα περὶ λειότητα καὶ ἀνωμαλίαν καὶ τὴν τοπικὴν θέσιν τοῦ παρυφισταμένου πέφυκε καὶ προσέτι ὅσα περὶ πομφόλυγας καὶ εἴ τι ἕτερον ἐπινήχεται τῇ τῶν οὔρων ἐπιφανείᾳ—προσῆκον ἂν εἴη ὧδέ ποθεν ἁψαμένῳ μοι καὶ τὰς περὶ τούτων ἀποδοῦναι αἰτίας, εἶθ’</w:t>
      </w:r>
    </w:p>
    <w:p>
      <w:r>
        <w:rPr>
          <w:rFonts w:ascii="Courier New" w:hAnsi="Courier New"/>
          <w:color w:val="555555"/>
          <w:sz w:val="20"/>
        </w:rPr>
        <w:t>[10]</w:t>
      </w:r>
    </w:p>
    <w:p>
      <w:r>
        <w:rPr>
          <w:rFonts w:ascii="Gentium Plus" w:hAnsi="Gentium Plus"/>
          <w:sz w:val="24"/>
        </w:rPr>
        <w:t>οὕτως δὲ καὶ περὶ τῶν ἑξῆς καθὼς ἂν ὁ λόγος προσήκων διασκευάσειεν.</w:t>
      </w:r>
    </w:p>
    <w:p>
      <w:r>
        <w:rPr>
          <w:rFonts w:ascii="Courier New" w:hAnsi="Courier New"/>
          <w:color w:val="555555"/>
          <w:sz w:val="20"/>
        </w:rPr>
        <w:t>[5 proem 8]</w:t>
      </w:r>
    </w:p>
    <w:p>
      <w:r>
        <w:rPr>
          <w:rFonts w:ascii="Gentium Plus" w:hAnsi="Gentium Plus"/>
          <w:sz w:val="24"/>
        </w:rPr>
        <w:t>Ἐπεὶ τοίνυν ἐν τοῖς κατὰ τὰ ἄλλα συμμέτροις παρυφισταμένοις τυγχάνουσι καὶ ἡ λειότης προσοῦσα, τὴν κατὰ φύσιν ὑπεσήμαινε πέψιν, κατά τι δὲ ἐννηλαχυῖαν καὶ τὴν τῆς πέψεως ἀποτυχίαν ἐδήλου.</w:t>
      </w:r>
    </w:p>
    <w:p>
      <w:r>
        <w:rPr>
          <w:rFonts w:ascii="Courier New" w:hAnsi="Courier New"/>
          <w:color w:val="555555"/>
          <w:sz w:val="20"/>
        </w:rPr>
        <w:t>[5 proem 9]</w:t>
      </w:r>
    </w:p>
    <w:p>
      <w:r>
        <w:rPr>
          <w:rFonts w:ascii="Gentium Plus" w:hAnsi="Gentium Plus"/>
          <w:sz w:val="24"/>
        </w:rPr>
        <w:t>Καὶ ἡ μὴ λειότης ἄρα, ἣν δὴ τραχύτητά τις ἂν φαίη τῷ ἀν‐ τιθετικῷ ὀνόματι, τῇ λειότητι ἀποτυχίαν ἄν τινα κατη‐ γορήσῃ τῆς πέψεως φύσεώς τινος ἑτεροειδοῦς οὐσίας ἀνα‐</w:t>
      </w:r>
    </w:p>
    <w:p>
      <w:r>
        <w:rPr>
          <w:rFonts w:ascii="Courier New" w:hAnsi="Courier New"/>
          <w:color w:val="555555"/>
          <w:sz w:val="20"/>
        </w:rPr>
        <w:t>[5]</w:t>
      </w:r>
    </w:p>
    <w:p>
      <w:r>
        <w:rPr>
          <w:rFonts w:ascii="Gentium Plus" w:hAnsi="Gentium Plus"/>
          <w:sz w:val="24"/>
        </w:rPr>
        <w:t>κοψάσης τὴν τοῦ παρυφισταμένου συνέχειαν, ὥσπερ δὴ τοῦ ἐναντίου τούτου, γλίσχρον δ’ ἄν τις τοῦτο φαίη πολ‐ λὴν τὴν ἐκ τῆς παχυμεροῦς τε καὶ κολλώδους κατηγορήσει οὐσίαν, δι’ ἣν καὶ πρὸς ἑαυτὰ συνέρχεται πυκνούμενα, ὅτε τοῦτο τύχῃ, τὰ παρυφιστάμενα ὥσπερ τις ὀπὸς τὰ οἷον</w:t>
      </w:r>
    </w:p>
    <w:p>
      <w:r>
        <w:rPr>
          <w:rFonts w:ascii="Courier New" w:hAnsi="Courier New"/>
          <w:color w:val="555555"/>
          <w:sz w:val="20"/>
        </w:rPr>
        <w:t>[10]</w:t>
      </w:r>
    </w:p>
    <w:p>
      <w:r>
        <w:rPr>
          <w:rFonts w:ascii="Gentium Plus" w:hAnsi="Gentium Plus"/>
          <w:sz w:val="24"/>
        </w:rPr>
        <w:t>διϊστάμενα προσεπιγλισχραίνουσα ἡ τοιαύτη διεφθορυῖα τῶν χυμῶν ὕλη καὶ τὸ μὲν γλίσχρον ἐντεῦθεν ἄν τις τοῦ παρυφισταμένου λογίσαιτο.</w:t>
      </w:r>
    </w:p>
    <w:p>
      <w:r>
        <w:rPr>
          <w:rFonts w:ascii="Courier New" w:hAnsi="Courier New"/>
          <w:color w:val="555555"/>
          <w:sz w:val="20"/>
        </w:rPr>
        <w:t>[5 proem 10]</w:t>
      </w:r>
    </w:p>
    <w:p>
      <w:r>
        <w:rPr>
          <w:rFonts w:ascii="Gentium Plus" w:hAnsi="Gentium Plus"/>
          <w:sz w:val="24"/>
        </w:rPr>
        <w:t>Νυνὶ δὲ ῥητέον περὶ τοῦ τραχέος καὶ τί τὸ διαιροῦν αὐτοῦ τὴν συνέχειαν. τάχα γὰρ</w:t>
      </w:r>
    </w:p>
    <w:p>
      <w:pPr>
        <w:jc w:val="center"/>
      </w:pPr>
      <w:r>
        <w:rPr>
          <w:rFonts w:ascii="Gentium Plus" w:hAnsi="Gentium Plus"/>
          <w:b/>
          <w:sz w:val="24"/>
        </w:rPr>
        <w:t>Κεφ. αʹ. Περὶ αἰτίας λείων καὶ τραχέων καὶ γλίσχρων παρυφισταμένων.</w:t>
      </w:r>
    </w:p>
    <w:p>
      <w:r>
        <w:rPr>
          <w:rFonts w:ascii="Courier New" w:hAnsi="Courier New"/>
          <w:color w:val="555555"/>
          <w:sz w:val="20"/>
        </w:rPr>
        <w:t>[5 . 1 . 1]</w:t>
      </w:r>
    </w:p>
    <w:p>
      <w:r>
        <w:rPr>
          <w:rFonts w:ascii="Gentium Plus" w:hAnsi="Gentium Plus"/>
          <w:sz w:val="24"/>
        </w:rPr>
        <w:t>Ἐπεὶ τοίνυν ἐν ταῖς ἀκριβέσι πέψεσιν οὐδέν τι μὴ κρατηθὲν φαίνεται—οἵ τε γὰρ χυμοὶ μὴ κρατηθέντες καὶ πεφθέντες ἀποχρώντως ἐκ τῶν κατὰ φύσιν ἐκκρίσεων ὑποφαίνονται, —τά τε νόθα καὶ διάφορα πνεύματα οὐδὲ</w:t>
      </w:r>
    </w:p>
    <w:p>
      <w:r>
        <w:rPr>
          <w:rFonts w:ascii="Courier New" w:hAnsi="Courier New"/>
          <w:color w:val="555555"/>
          <w:sz w:val="20"/>
        </w:rPr>
        <w:t>[5]</w:t>
      </w:r>
    </w:p>
    <w:p>
      <w:r>
        <w:rPr>
          <w:rFonts w:ascii="Gentium Plus" w:hAnsi="Gentium Plus"/>
          <w:sz w:val="24"/>
        </w:rPr>
        <w:t>τὴν ἀρχὴν λαμβάνουσι τῆς συστάσεως ὑπὸ τῆς φυσικῆς θερμότητος ἐκνικώμενα, δῆλον ἂν εἴη, ὡς κατά τι τούτων ἀποτυχούσης τῆς πέψεως οἵ τε χυμοὶ ἀπεπτηθέντες καὶ τὰ πνεύματα σύστασιν ἰδίαν ἀπειληφότα φανείη.</w:t>
      </w:r>
    </w:p>
    <w:p>
      <w:r>
        <w:rPr>
          <w:rFonts w:ascii="Courier New" w:hAnsi="Courier New"/>
          <w:color w:val="555555"/>
          <w:sz w:val="20"/>
        </w:rPr>
        <w:t>[5 . 1 . 2]</w:t>
      </w:r>
    </w:p>
    <w:p>
      <w:r>
        <w:rPr>
          <w:rFonts w:ascii="Gentium Plus" w:hAnsi="Gentium Plus"/>
          <w:sz w:val="24"/>
        </w:rPr>
        <w:t>Ἀλλ’ ὁ μὲν περὶ ὠμότητος καὶ ἀπεψίας λόγος τῶν χυμῶν πά‐ λαι τῷ πρὸ τούτου λόγῳ ἀποδέδοται, ὧδε δ’ ἂν εἴη προσ‐ ἥκον καὶ τοὺς περὶ ἐπικρατήσαντος νόθου πνεύματος</w:t>
      </w:r>
    </w:p>
    <w:p>
      <w:r>
        <w:rPr>
          <w:rFonts w:ascii="Courier New" w:hAnsi="Courier New"/>
          <w:color w:val="555555"/>
          <w:sz w:val="20"/>
        </w:rPr>
        <w:t>[5]</w:t>
      </w:r>
    </w:p>
    <w:p>
      <w:r>
        <w:rPr>
          <w:rFonts w:ascii="Gentium Plus" w:hAnsi="Gentium Plus"/>
          <w:sz w:val="24"/>
        </w:rPr>
        <w:t>ἀποδοῦναι λόγους, ἵν’ ὅπως διὰ πάντων ἄρτιος ὁ ἐπὶ πάσῃ τῇ πραγματείᾳ λόγος ἀφεὶς κἀν τούτῳ τὸ ἀνέγκλητον αὐτῷ περιποιήσαιτο.</w:t>
      </w:r>
    </w:p>
    <w:p>
      <w:pPr>
        <w:jc w:val="center"/>
      </w:pPr>
      <w:r>
        <w:rPr>
          <w:rFonts w:ascii="Gentium Plus" w:hAnsi="Gentium Plus"/>
          <w:b/>
          <w:sz w:val="24"/>
        </w:rPr>
        <w:t>Κεφ. βʹ. Περὶ αἰτίας γενέσεως τῶν νόθων πνευμάτων.</w:t>
      </w:r>
    </w:p>
    <w:p>
      <w:r>
        <w:rPr>
          <w:rFonts w:ascii="Courier New" w:hAnsi="Courier New"/>
          <w:color w:val="555555"/>
          <w:sz w:val="20"/>
        </w:rPr>
        <w:t>[5 . 2 . 1]</w:t>
      </w:r>
    </w:p>
    <w:p>
      <w:r>
        <w:rPr>
          <w:rFonts w:ascii="Gentium Plus" w:hAnsi="Gentium Plus"/>
          <w:sz w:val="24"/>
        </w:rPr>
        <w:t>Οἷόν τι τοίνυν ἐν τοῖς περὶ ἡμᾶς καὶ φαινομένοις στοιχείοις γίνεσθαι εἰώθασι—νηνεμίαι γὰρ ἐν τοῖς σφο‐ δροτάτοις ψύχεσιν, ἔν τε ταῖς ὑπερβαλλούσαις θερμότησι— τοιοῦτόν τι κἀπὶ τῶν ἡμετέρων τούτων σωμάτων.</w:t>
      </w:r>
    </w:p>
    <w:p>
      <w:r>
        <w:rPr>
          <w:rFonts w:ascii="Courier New" w:hAnsi="Courier New"/>
          <w:color w:val="555555"/>
          <w:sz w:val="20"/>
        </w:rPr>
        <w:t>[5 . 2 . 2]</w:t>
      </w:r>
    </w:p>
    <w:p>
      <w:r>
        <w:rPr>
          <w:rFonts w:ascii="Gentium Plus" w:hAnsi="Gentium Plus"/>
          <w:sz w:val="24"/>
        </w:rPr>
        <w:t>Ψύ‐ ξεσι μὲν γὰρ ἑαλωκότων μεγίσταις καὶ τοῦ θερμοῦ ἠτονη‐ κότος τελείως πῆξίς τις τῶν χυμῶν ἐκ ψύξεως ἐπιγίνεται καὶ τὰ πνεύματα οὐκ ἐγείρεται μετρίας τινὸς εἰς τοῦτο</w:t>
      </w:r>
    </w:p>
    <w:p>
      <w:r>
        <w:rPr>
          <w:rFonts w:ascii="Courier New" w:hAnsi="Courier New"/>
          <w:color w:val="555555"/>
          <w:sz w:val="20"/>
        </w:rPr>
        <w:t>[5]</w:t>
      </w:r>
    </w:p>
    <w:p>
      <w:r>
        <w:rPr>
          <w:rFonts w:ascii="Gentium Plus" w:hAnsi="Gentium Plus"/>
          <w:sz w:val="24"/>
        </w:rPr>
        <w:t>δεόμενα τῆς θερμότητος, ὥσπερ δῆτα κἀπὶ τῶν σφοδρο‐ τάτων καύσων καὶ ἄλλως διακαῶν οἱωνδήτινων πυρετῶν ἀπαιθαλουμένης πάσης αἰτίας πνεύματος.</w:t>
      </w:r>
    </w:p>
    <w:p>
      <w:r>
        <w:rPr>
          <w:rFonts w:ascii="Courier New" w:hAnsi="Courier New"/>
          <w:color w:val="555555"/>
          <w:sz w:val="20"/>
        </w:rPr>
        <w:t>[5 . 2 . 3]</w:t>
      </w:r>
    </w:p>
    <w:p>
      <w:r>
        <w:rPr>
          <w:rFonts w:ascii="Gentium Plus" w:hAnsi="Gentium Plus"/>
          <w:sz w:val="24"/>
        </w:rPr>
        <w:t>Ἐπεί γε μὴν ταῖς ἤδη τοῦ θερμοῦ ἀνακλήσεσιν ὥσπερ διαμα‐ χομένης τῆς φύσεως καὶ τοὺς ψυχροὺς διαλύειν τε καὶ πέττειν χυμοὺς πειρωμένης, ἀπογεννᾶται πνεύματα διά‐</w:t>
      </w:r>
    </w:p>
    <w:p>
      <w:r>
        <w:rPr>
          <w:rFonts w:ascii="Courier New" w:hAnsi="Courier New"/>
          <w:color w:val="555555"/>
          <w:sz w:val="20"/>
        </w:rPr>
        <w:t>[5]</w:t>
      </w:r>
    </w:p>
    <w:p>
      <w:r>
        <w:rPr>
          <w:rFonts w:ascii="Gentium Plus" w:hAnsi="Gentium Plus"/>
          <w:sz w:val="24"/>
        </w:rPr>
        <w:t>φορα κατά τε τὸ ποσὸν καὶ τὴν σύστασιν τὰ μὲν βρα‐ χείας τινὸς τῆς μεταβολῆς δεόμενα καὶ πέψεως, τὰ δ’ αὖ μικροῦ δεῖν τὰς πάσας διαπεφευγότα τῶν πέψεων ἔτι ἐπι‐ κρατοῦντα φαίνεται καὶ τοῦτο μαθεῖν ἐστὶ κἀπὶ τῶν ὁση‐ μέραι γινομένων ἐν ταῖς περὶ ἡμᾶς τοῦ καταστήματος</w:t>
      </w:r>
    </w:p>
    <w:p>
      <w:r>
        <w:rPr>
          <w:rFonts w:ascii="Courier New" w:hAnsi="Courier New"/>
          <w:color w:val="555555"/>
          <w:sz w:val="20"/>
        </w:rPr>
        <w:t>[10]</w:t>
      </w:r>
    </w:p>
    <w:p>
      <w:r>
        <w:rPr>
          <w:rFonts w:ascii="Gentium Plus" w:hAnsi="Gentium Plus"/>
          <w:sz w:val="24"/>
        </w:rPr>
        <w:t>ἀλλοιώσεσι.</w:t>
      </w:r>
    </w:p>
    <w:p>
      <w:r>
        <w:rPr>
          <w:rFonts w:ascii="Courier New" w:hAnsi="Courier New"/>
          <w:color w:val="555555"/>
          <w:sz w:val="20"/>
        </w:rPr>
        <w:t>[5 . 2 . 4]</w:t>
      </w:r>
    </w:p>
    <w:p>
      <w:r>
        <w:rPr>
          <w:rFonts w:ascii="Gentium Plus" w:hAnsi="Gentium Plus"/>
          <w:sz w:val="24"/>
        </w:rPr>
        <w:t>Ψύχους μὲν γὰρ προεπιγεγονότος σφοδροῦ καὶ ὑετῶν καὶ χιόνων πάμπαν μὲν κρατησάντων τά τε πνεύματα οὐκέτι φαίνεται μηδ’ ὁπόθεν οὖν ἀρχῆς κινή‐ σεως προεπιγεγονυίας πνεύματος καὶ πῆξίς τις ἐπιλαμβά‐</w:t>
      </w:r>
    </w:p>
    <w:p>
      <w:r>
        <w:rPr>
          <w:rFonts w:ascii="Courier New" w:hAnsi="Courier New"/>
          <w:color w:val="555555"/>
          <w:sz w:val="20"/>
        </w:rPr>
        <w:t>[5]</w:t>
      </w:r>
    </w:p>
    <w:p>
      <w:r>
        <w:rPr>
          <w:rFonts w:ascii="Gentium Plus" w:hAnsi="Gentium Plus"/>
          <w:sz w:val="24"/>
        </w:rPr>
        <w:t>νει τὰς ἐπιγεννώσας ὕλας τὰ πνεύματα.</w:t>
      </w:r>
    </w:p>
    <w:p>
      <w:r>
        <w:rPr>
          <w:rFonts w:ascii="Courier New" w:hAnsi="Courier New"/>
          <w:color w:val="555555"/>
          <w:sz w:val="20"/>
        </w:rPr>
        <w:t>[5 . 2 . 5]</w:t>
      </w:r>
    </w:p>
    <w:p>
      <w:r>
        <w:rPr>
          <w:rFonts w:ascii="Gentium Plus" w:hAnsi="Gentium Plus"/>
          <w:sz w:val="24"/>
        </w:rPr>
        <w:t>Ἐπειδὰν δέ τι τὸ μὲν φυσικὸν θερμὸν ἐπιλάμψῃ καὶ κρατεῖν ἤδη τῆς ὕλης ἄρχηται, ἡ δ’ ἐκ πήξεως συνέχεια λύηται, τὰ πνεύ‐ ματα τὴν σύστασιν ἀπολαμβάνειν εἴωθε κατὰ τὸ μέτρον</w:t>
      </w:r>
    </w:p>
    <w:p>
      <w:r>
        <w:rPr>
          <w:rFonts w:ascii="Courier New" w:hAnsi="Courier New"/>
          <w:color w:val="555555"/>
          <w:sz w:val="20"/>
        </w:rPr>
        <w:t>[5]</w:t>
      </w:r>
    </w:p>
    <w:p>
      <w:r>
        <w:rPr>
          <w:rFonts w:ascii="Gentium Plus" w:hAnsi="Gentium Plus"/>
          <w:sz w:val="24"/>
        </w:rPr>
        <w:t>τῆς ὑποκειμένης ὕλης καὶ τὸ κύτος, εἴθ’ οὕτως τοῦ παν‐ τὸς διατρέχουσι καὶ μέτρια μὲν ὄντα τοῦ θερμοῦ πάνυ κεκρατηκότος παύεται πεφθέντα, πλείω δὲ καὶ ὑπὲρ τὴν τῆς θερμότητος ἐπικράτειαν, διωσθέντα μὲν βραχύ τι ὅσον εἰκός, πρὸς ἑαυτὰ δὲ συστάντα τε καὶ πιληθέντα τῇ</w:t>
      </w:r>
    </w:p>
    <w:p>
      <w:r>
        <w:rPr>
          <w:rFonts w:ascii="Courier New" w:hAnsi="Courier New"/>
          <w:color w:val="555555"/>
          <w:sz w:val="20"/>
        </w:rPr>
        <w:t>[10]</w:t>
      </w:r>
    </w:p>
    <w:p>
      <w:r>
        <w:rPr>
          <w:rFonts w:ascii="Gentium Plus" w:hAnsi="Gentium Plus"/>
          <w:sz w:val="24"/>
        </w:rPr>
        <w:t>τοῦ πυρὸς ἀλλοτριότητι ἕτερον αὖ ἐπήγαγον χειμῶνα πλεί‐ ονος τῆς παρασκευῆς δεόμενον εἰς διάλυσιν.</w:t>
      </w:r>
    </w:p>
    <w:p>
      <w:r>
        <w:rPr>
          <w:rFonts w:ascii="Courier New" w:hAnsi="Courier New"/>
          <w:color w:val="555555"/>
          <w:sz w:val="20"/>
        </w:rPr>
        <w:t>[5 . 2 . 6]</w:t>
      </w:r>
    </w:p>
    <w:p>
      <w:r>
        <w:rPr>
          <w:rFonts w:ascii="Gentium Plus" w:hAnsi="Gentium Plus"/>
          <w:sz w:val="24"/>
        </w:rPr>
        <w:t>Καὶ οὕτως ταῖς καθ’ ἑκάστην μεταβολαῖς διάφορά τινα καὶ τὰ καταστήματα γίνεται· ὃν μὲν οὖν λόγον τὸ περιέχον τοῦτο καὶ ἡλιακὸν θερμὸν πρὸς τὰ περὶ ἡμᾶς στοιχεῖα κέκτηται,</w:t>
      </w:r>
    </w:p>
    <w:p>
      <w:r>
        <w:rPr>
          <w:rFonts w:ascii="Courier New" w:hAnsi="Courier New"/>
          <w:color w:val="555555"/>
          <w:sz w:val="20"/>
        </w:rPr>
        <w:t>[5]</w:t>
      </w:r>
    </w:p>
    <w:p>
      <w:r>
        <w:rPr>
          <w:rFonts w:ascii="Gentium Plus" w:hAnsi="Gentium Plus"/>
          <w:sz w:val="24"/>
        </w:rPr>
        <w:t>τὸν αὐτὸν δὴ καὶ τὸ περὶ τὴν καρδίαν ἔμφυτον πῦρ πρὸς τὰς τῶν ἐν ἡμῖν διαφόρων χυμῶν οὐσίας.</w:t>
      </w:r>
    </w:p>
    <w:p>
      <w:r>
        <w:rPr>
          <w:rFonts w:ascii="Courier New" w:hAnsi="Courier New"/>
          <w:color w:val="555555"/>
          <w:sz w:val="20"/>
        </w:rPr>
        <w:t>[5 . 2 . 7]</w:t>
      </w:r>
    </w:p>
    <w:p>
      <w:r>
        <w:rPr>
          <w:rFonts w:ascii="Gentium Plus" w:hAnsi="Gentium Plus"/>
          <w:sz w:val="24"/>
        </w:rPr>
        <w:t>Ἀλλ’ ἐπει‐ δήπερ ταῖς μὲν κατὰ φύσιν καὶ προσηκούσαις πέψεσι τὰ ἔμφυτα καὶ φυσικὰ ἀπογεννᾶται πνεύματα, ταῖς δ’ αὖ ἀποτυχίαις τῶν πέψεων τὰ νόθα τε καὶ λυποῦντα γίνε‐</w:t>
      </w:r>
    </w:p>
    <w:p>
      <w:r>
        <w:rPr>
          <w:rFonts w:ascii="Courier New" w:hAnsi="Courier New"/>
          <w:color w:val="555555"/>
          <w:sz w:val="20"/>
        </w:rPr>
        <w:t>[5]</w:t>
      </w:r>
    </w:p>
    <w:p>
      <w:r>
        <w:rPr>
          <w:rFonts w:ascii="Gentium Plus" w:hAnsi="Gentium Plus"/>
          <w:sz w:val="24"/>
        </w:rPr>
        <w:t>ται πνεύματα, τὰ δὲ τὴν συνέχειαν τῶν παρυφισταμέ‐ νων λύοντα πνεύματά τινα ὑποπτεύεται νόθα καὶ διεφθα‐ ρότα τυγχάνειν, εἰκότως ἂν ὧδε ἡ τῆς συνεχείας ἐν τοῖς παρυφισταμένοις διάλυσις ἀτέλειάν τινα κατηγορήσει τῆς πέψεως, κἀπὶ τοσοῦτο δ’ ἂν προβαίη ἡ διάλυσις, καθ’ ὅσον</w:t>
      </w:r>
    </w:p>
    <w:p>
      <w:r>
        <w:rPr>
          <w:rFonts w:ascii="Courier New" w:hAnsi="Courier New"/>
          <w:color w:val="555555"/>
          <w:sz w:val="20"/>
        </w:rPr>
        <w:t>[10]</w:t>
      </w:r>
    </w:p>
    <w:p>
      <w:r>
        <w:rPr>
          <w:rFonts w:ascii="Gentium Plus" w:hAnsi="Gentium Plus"/>
          <w:sz w:val="24"/>
        </w:rPr>
        <w:t>ἂν ἐπικρατείας καὶ τὸ πνεῦμα ἐφίκηται, ὥσπερ κἀπὶ τῶν διεξασμῶν νεφῶν ὡς ὄντα πνεύματα ἐπισημειούμεθα κίνησιν.</w:t>
      </w:r>
    </w:p>
    <w:p>
      <w:pPr>
        <w:jc w:val="center"/>
      </w:pPr>
      <w:r>
        <w:rPr>
          <w:rFonts w:ascii="Gentium Plus" w:hAnsi="Gentium Plus"/>
          <w:b/>
          <w:sz w:val="24"/>
        </w:rPr>
        <w:t>Κεφ. γʹ. Περὶ αἰτίας γεννήσεως τῶν ἐπιφαινομένων πομφολύγων.</w:t>
      </w:r>
    </w:p>
    <w:p>
      <w:r>
        <w:rPr>
          <w:rFonts w:ascii="Courier New" w:hAnsi="Courier New"/>
          <w:color w:val="555555"/>
          <w:sz w:val="20"/>
        </w:rPr>
        <w:t>[5 . 3 . 1]</w:t>
      </w:r>
    </w:p>
    <w:p>
      <w:r>
        <w:rPr>
          <w:rFonts w:ascii="Gentium Plus" w:hAnsi="Gentium Plus"/>
          <w:sz w:val="24"/>
        </w:rPr>
        <w:t>Ἐπεὶ δὲ τὰ διαλελυμένα καὶ μετεωριζόμενα παρ‐ υφιστάμενα καὶ οἷαι δήτινες ἐπινηχόμεναι τοῖς οὔροις πομφόλυγες διά τι πνεῦμα γίνονται νόθον, προσήκει καὶ τὰς ἐπὶ τούτοις ἀποδοῦναι αἰτίας.</w:t>
      </w:r>
    </w:p>
    <w:p>
      <w:r>
        <w:rPr>
          <w:rFonts w:ascii="Courier New" w:hAnsi="Courier New"/>
          <w:color w:val="555555"/>
          <w:sz w:val="20"/>
        </w:rPr>
        <w:t>[5 . 3 . 2]</w:t>
      </w:r>
    </w:p>
    <w:p>
      <w:r>
        <w:rPr>
          <w:rFonts w:ascii="Gentium Plus" w:hAnsi="Gentium Plus"/>
          <w:sz w:val="24"/>
        </w:rPr>
        <w:t>Ἐκεῖνο τοίνυν χρεὼν</w:t>
      </w:r>
    </w:p>
    <w:p>
      <w:r>
        <w:rPr>
          <w:rFonts w:ascii="Courier New" w:hAnsi="Courier New"/>
          <w:color w:val="555555"/>
          <w:sz w:val="20"/>
        </w:rPr>
        <w:t>[5 . 3 . 3]</w:t>
      </w:r>
    </w:p>
    <w:p>
      <w:r>
        <w:rPr>
          <w:rFonts w:ascii="Gentium Plus" w:hAnsi="Gentium Plus"/>
          <w:sz w:val="24"/>
        </w:rPr>
        <w:t>Τὰ μὲν γὰρ πλείω, τὰ δ’ αὖ ἐλάττω, καὶ τὰ μὲν λεπτότερα, τὰ δ’ αὖ παχύτερα, καὶ τὰ μὲν τούτων ψυχρά, τὰ δ’ αὖ θερμά, καὶ εἰ προσεπιμιγνύ‐ ναι ταῦτα χρεὼν τὰ μὲν ἔσται πολλά τε καὶ παχέα καὶ</w:t>
      </w:r>
    </w:p>
    <w:p>
      <w:r>
        <w:rPr>
          <w:rFonts w:ascii="Courier New" w:hAnsi="Courier New"/>
          <w:color w:val="555555"/>
          <w:sz w:val="20"/>
        </w:rPr>
        <w:t>[5]</w:t>
      </w:r>
    </w:p>
    <w:p>
      <w:r>
        <w:rPr>
          <w:rFonts w:ascii="Gentium Plus" w:hAnsi="Gentium Plus"/>
          <w:sz w:val="24"/>
        </w:rPr>
        <w:t>ψυχρά, τὰ δ’ αὖ πολλά τε καὶ παχέα καὶ θερμά, ἄλλα δ’ ὀλίγα καὶ παχέα καὶ ψυχρά, ἕτερα δ’ ὀλίγα καὶ παχέα καὶ θερμά.</w:t>
      </w:r>
    </w:p>
    <w:p>
      <w:r>
        <w:rPr>
          <w:rFonts w:ascii="Courier New" w:hAnsi="Courier New"/>
          <w:color w:val="555555"/>
          <w:sz w:val="20"/>
        </w:rPr>
        <w:t>[5 . 3 . 4]</w:t>
      </w:r>
    </w:p>
    <w:p>
      <w:r>
        <w:rPr>
          <w:rFonts w:ascii="Gentium Plus" w:hAnsi="Gentium Plus"/>
          <w:sz w:val="24"/>
        </w:rPr>
        <w:t>Εἴ γε μὴν ἐπιδιαιρῶν τὸν λόγον τά τε πολλὰ ἐπιδιέλοις καὶ ὀλίγα, μέτρα καὶ ὁρισμοὺς αὐτοῖς ἐπιθείς, τά τε παχέα καὶ λεπτά, καὶ πρὸς τούτοις τά τε θερμὰ καὶ ψυχρὰ πολλὰς ἂν εὕροις συμπλέκων διαφορὰς τῷ λόγῳ,</w:t>
      </w:r>
    </w:p>
    <w:p>
      <w:r>
        <w:rPr>
          <w:rFonts w:ascii="Courier New" w:hAnsi="Courier New"/>
          <w:color w:val="555555"/>
          <w:sz w:val="20"/>
        </w:rPr>
        <w:t>[5]</w:t>
      </w:r>
    </w:p>
    <w:p>
      <w:r>
        <w:rPr>
          <w:rFonts w:ascii="Gentium Plus" w:hAnsi="Gentium Plus"/>
          <w:sz w:val="24"/>
        </w:rPr>
        <w:t>ὥστε καὶ ποδηγούμενος ἐντεῦθεν τὰς ἐπὶ τοῖς παρυφιστα‐ μένοις μὴ τὸν οἰκεῖον τηροῦσι τόπον καὶ τὰς ἐπὶ ταῖς διαφοραῖς τῶν πομφολύγων γνοίης ἂν αἰτίας.</w:t>
      </w:r>
    </w:p>
    <w:p>
      <w:r>
        <w:rPr>
          <w:rFonts w:ascii="Courier New" w:hAnsi="Courier New"/>
          <w:color w:val="555555"/>
          <w:sz w:val="20"/>
        </w:rPr>
        <w:t>[5 . 3 . 5]</w:t>
      </w:r>
    </w:p>
    <w:p>
      <w:r>
        <w:rPr>
          <w:rFonts w:ascii="Gentium Plus" w:hAnsi="Gentium Plus"/>
          <w:sz w:val="24"/>
        </w:rPr>
        <w:t>Τὰ μὲν οὖν παχύτερα τῶν πνευμάτων ταῖς πομφόλυξιν ἐπιφαίνε‐ ται μᾶλλον, τὰ δὲ λεπτότερα ταῖς τῶν παρυφισταμένων διασκεδάσεσιν, ὥσπερ καὶ αἱ ποσότητες τούτων ταῖς τῶν</w:t>
      </w:r>
    </w:p>
    <w:p>
      <w:r>
        <w:rPr>
          <w:rFonts w:ascii="Courier New" w:hAnsi="Courier New"/>
          <w:color w:val="555555"/>
          <w:sz w:val="20"/>
        </w:rPr>
        <w:t>[5]</w:t>
      </w:r>
    </w:p>
    <w:p>
      <w:r>
        <w:rPr>
          <w:rFonts w:ascii="Gentium Plus" w:hAnsi="Gentium Plus"/>
          <w:sz w:val="24"/>
        </w:rPr>
        <w:t>πομφολύγων ἀναλογοῦσι ποσότησι καὶ ταῖς τῶν παρυφι‐ σταμένων ἀπὸ τοῦ πυθμένος ἀποστάσεσι καὶ ταῖς ἐπὶ πλέον διασκεδάσεσιν.</w:t>
      </w:r>
    </w:p>
    <w:p>
      <w:r>
        <w:rPr>
          <w:rFonts w:ascii="Courier New" w:hAnsi="Courier New"/>
          <w:color w:val="555555"/>
          <w:sz w:val="20"/>
        </w:rPr>
        <w:t>[5 . 3 . 6]</w:t>
      </w:r>
    </w:p>
    <w:p>
      <w:r>
        <w:rPr>
          <w:rFonts w:ascii="Gentium Plus" w:hAnsi="Gentium Plus"/>
          <w:sz w:val="24"/>
        </w:rPr>
        <w:t>Αἱ δὲ δὴ ποιότητες συνεπιμαρ‐ τυρηθεῖεν ἂν ἀπὸ τῶν ἐπὶ τοῖς χρώμασι συνεπιμαρτυρου‐ μένων ποιοτήτων.</w:t>
      </w:r>
    </w:p>
    <w:p>
      <w:r>
        <w:rPr>
          <w:rFonts w:ascii="Courier New" w:hAnsi="Courier New"/>
          <w:color w:val="555555"/>
          <w:sz w:val="20"/>
        </w:rPr>
        <w:t>[5 . 3 . 7]</w:t>
      </w:r>
    </w:p>
    <w:p>
      <w:r>
        <w:rPr>
          <w:rFonts w:ascii="Gentium Plus" w:hAnsi="Gentium Plus"/>
          <w:sz w:val="24"/>
        </w:rPr>
        <w:t>Καὶ γοῦν ἐπαναληπτέον ὡς οἷόν τε τὸν λόγον καὶ διασαφητέον ὡδί πως.</w:t>
      </w:r>
    </w:p>
    <w:p>
      <w:r>
        <w:rPr>
          <w:rFonts w:ascii="Courier New" w:hAnsi="Courier New"/>
          <w:color w:val="555555"/>
          <w:sz w:val="20"/>
        </w:rPr>
        <w:t>[5 . 3 . 8]</w:t>
      </w:r>
    </w:p>
    <w:p>
      <w:r>
        <w:rPr>
          <w:rFonts w:ascii="Gentium Plus" w:hAnsi="Gentium Plus"/>
          <w:sz w:val="24"/>
        </w:rPr>
        <w:t>Τῶν εἰσιουσῶν τροφῶν ἐν τῷ σώματι αἱ μὲν τῇ πρώτῃ καθομιλήσασαι πέψει καὶ εἴ τι πνεύματος ἐνῆν αὐταῖς ἐσκέδασται τῇ φυ‐ σικῇ ἀλλοιωθὲν θερμότητι.</w:t>
      </w:r>
    </w:p>
    <w:p>
      <w:r>
        <w:rPr>
          <w:rFonts w:ascii="Courier New" w:hAnsi="Courier New"/>
          <w:color w:val="555555"/>
          <w:sz w:val="20"/>
        </w:rPr>
        <w:t>[5 . 3 . 9]</w:t>
      </w:r>
    </w:p>
    <w:p>
      <w:r>
        <w:rPr>
          <w:rFonts w:ascii="Gentium Plus" w:hAnsi="Gentium Plus"/>
          <w:sz w:val="24"/>
        </w:rPr>
        <w:t>Ταῖς δ’ αὖ εἰς τοῦτο δευ‐ τέρας πέψεως ἐδέησεν, ἔτι μᾶλλον ἐναπειλημμένον κεκτη‐ μέναις τὸ πνεῦμα, ἐνίαις δ’ αὖ καὶ τῆς τρίτης πέψεως.</w:t>
      </w:r>
    </w:p>
    <w:p>
      <w:r>
        <w:rPr>
          <w:rFonts w:ascii="Courier New" w:hAnsi="Courier New"/>
          <w:color w:val="555555"/>
          <w:sz w:val="20"/>
        </w:rPr>
        <w:t>[5 . 3 . 10]</w:t>
      </w:r>
    </w:p>
    <w:p>
      <w:r>
        <w:rPr>
          <w:rFonts w:ascii="Gentium Plus" w:hAnsi="Gentium Plus"/>
          <w:sz w:val="24"/>
        </w:rPr>
        <w:t>Ὅσαι δῆτα πάμπαν ὠμὸν καὶ φθαρτικὸν μικροῦ δεῖν ἀπογεννῶσι χυμόν, οὕτω δὴ κἀπὶ τῶν ἐν γαστρί τε καὶ φλεψὶ καὶ πορρωτέρω ἔτι χυμῶν δεῖ σκοπεῖν.</w:t>
      </w:r>
    </w:p>
    <w:p>
      <w:r>
        <w:rPr>
          <w:rFonts w:ascii="Courier New" w:hAnsi="Courier New"/>
          <w:color w:val="555555"/>
          <w:sz w:val="20"/>
        </w:rPr>
        <w:t>[5 . 3 . 11]</w:t>
      </w:r>
    </w:p>
    <w:p>
      <w:r>
        <w:rPr>
          <w:rFonts w:ascii="Gentium Plus" w:hAnsi="Gentium Plus"/>
          <w:sz w:val="24"/>
        </w:rPr>
        <w:t>Ἐπει‐ δὰν οὖν τι περὶ τὴν πρώτην πέψιν γεννηθὲν πνεῦμα καὶ τὴν ἔξοδον ζητοῦν, πλανώμενον συνδιακριθῇ τοῖς οὔροις λεπτὸν μὲν ὂν καὶ μέτριον πομφόλυγάς τινας ἐπιφυσῆσαν</w:t>
      </w:r>
    </w:p>
    <w:p>
      <w:r>
        <w:rPr>
          <w:rFonts w:ascii="Courier New" w:hAnsi="Courier New"/>
          <w:color w:val="555555"/>
          <w:sz w:val="20"/>
        </w:rPr>
        <w:t>[5]</w:t>
      </w:r>
    </w:p>
    <w:p>
      <w:r>
        <w:rPr>
          <w:rFonts w:ascii="Gentium Plus" w:hAnsi="Gentium Plus"/>
          <w:sz w:val="24"/>
        </w:rPr>
        <w:t>τῇ τοῦ οὔρου ἐπιφανείᾳ ἅμα τῷ ψυχθῆναι τὸ οὖρον καὶ ταύτας διασκεδασθὲν διέλυσεν ἀπὸ βραχυτάτης ἀρχῆς τῆς τοῦ πνεύματος ἐπιγεγονυίας συστάσεως, παχυτέρου δὲ καὶ</w:t>
      </w:r>
    </w:p>
    <w:p>
      <w:r>
        <w:rPr>
          <w:rFonts w:ascii="Courier New" w:hAnsi="Courier New"/>
          <w:color w:val="555555"/>
          <w:sz w:val="20"/>
        </w:rPr>
        <w:t>[10]</w:t>
      </w:r>
    </w:p>
    <w:p>
      <w:r>
        <w:rPr>
          <w:rFonts w:ascii="Gentium Plus" w:hAnsi="Gentium Plus"/>
          <w:sz w:val="24"/>
        </w:rPr>
        <w:t>γες μὲν ἐγένοντο περὶ τὴν ἀμίδα, οὐκ ἔφθασαν δὲ διαλυ‐ θῆναι μὴ διαπνευσθέντος, ἀλλ’ ἐναπειληθέντος τῇ παχυ‐ μερείᾳ τοῦ πνεύματος.</w:t>
      </w:r>
    </w:p>
    <w:p>
      <w:r>
        <w:rPr>
          <w:rFonts w:ascii="Courier New" w:hAnsi="Courier New"/>
          <w:color w:val="555555"/>
          <w:sz w:val="20"/>
        </w:rPr>
        <w:t>[5 . 3 . 12]</w:t>
      </w:r>
    </w:p>
    <w:p>
      <w:r>
        <w:rPr>
          <w:rFonts w:ascii="Gentium Plus" w:hAnsi="Gentium Plus"/>
          <w:sz w:val="24"/>
        </w:rPr>
        <w:t>Καὶ αἱ μὲν πομφόλυγες τῶν κατὰ γαστέρα μᾶλλον πνευμάτων γινομένων σύμβολα, ὅσα δὲ πνεύματα περὶ τὴν δευτέραν ἐπικρατοῦντα φαίνε‐ ται πέψιν τὰ παρυφιστάμενα μετεωρίζει τοῦ πυθμένος</w:t>
      </w:r>
    </w:p>
    <w:p>
      <w:r>
        <w:rPr>
          <w:rFonts w:ascii="Courier New" w:hAnsi="Courier New"/>
          <w:color w:val="555555"/>
          <w:sz w:val="20"/>
        </w:rPr>
        <w:t>[5]</w:t>
      </w:r>
    </w:p>
    <w:p>
      <w:r>
        <w:rPr>
          <w:rFonts w:ascii="Gentium Plus" w:hAnsi="Gentium Plus"/>
          <w:sz w:val="24"/>
        </w:rPr>
        <w:t>κατὰ λόγον, ὥσπερ καὶ τὰ ἔτι κεχωρηκότα περὶ τὸ τοῦ σώματος βάθος διασκεδαννύει ἤδη καὶ τὰ παρυφιστάμενα κατὰ τὴν τῆς ἐπικρατείας ἀναλογίαν.</w:t>
      </w:r>
    </w:p>
    <w:p>
      <w:r>
        <w:rPr>
          <w:rFonts w:ascii="Courier New" w:hAnsi="Courier New"/>
          <w:color w:val="555555"/>
          <w:sz w:val="20"/>
        </w:rPr>
        <w:t>[5 . 3 . 13]</w:t>
      </w:r>
    </w:p>
    <w:p>
      <w:r>
        <w:rPr>
          <w:rFonts w:ascii="Gentium Plus" w:hAnsi="Gentium Plus"/>
          <w:sz w:val="24"/>
        </w:rPr>
        <w:t>Ἐπὶ τὸ πλεῖστόν γε μὴν ταῦτα καὶ θερμοῖς συναναφαίνεται πάθεσι· διὰ τοῦτο γὰρ καὶ διὰ βάθους μᾶλλον χωρεῖ· ἐπί γε μὴν τῶν ὠμῶν καὶ ἀπέπτων παρυφισταμένων πεττομένων μετεω‐</w:t>
      </w:r>
    </w:p>
    <w:p>
      <w:r>
        <w:rPr>
          <w:rFonts w:ascii="Courier New" w:hAnsi="Courier New"/>
          <w:color w:val="555555"/>
          <w:sz w:val="20"/>
        </w:rPr>
        <w:t>[5]</w:t>
      </w:r>
    </w:p>
    <w:p>
      <w:r>
        <w:rPr>
          <w:rFonts w:ascii="Gentium Plus" w:hAnsi="Gentium Plus"/>
          <w:sz w:val="24"/>
        </w:rPr>
        <w:t>ρίζονται τὰ παρυφιστάμενα τοῦ πλείονος θερμοῦ, πλείονα μὲν διαλύοντος πεπηγυίαν ὕλην, οὐκ ὀλίγα δ’ ἀπογεν‐ νώσης πνεύματα, πλειόνων δὲ γενομένων πνευμάτων.</w:t>
      </w:r>
    </w:p>
    <w:p>
      <w:r>
        <w:rPr>
          <w:rFonts w:ascii="Courier New" w:hAnsi="Courier New"/>
          <w:color w:val="555555"/>
          <w:sz w:val="20"/>
        </w:rPr>
        <w:t>[5 . 3 . 14]</w:t>
      </w:r>
    </w:p>
    <w:p>
      <w:r>
        <w:rPr>
          <w:rFonts w:ascii="Gentium Plus" w:hAnsi="Gentium Plus"/>
          <w:sz w:val="24"/>
        </w:rPr>
        <w:t>Ἀλλ’ ἐπειδὰν ὑπερέχῃ μὲν ἡ ἔμφυτός τε καὶ πεπτικὴ δύναμις, ἡ δ’ ἄπεπτος ἐκείνη καὶ ὠμὴ κατακρατηθείη ὕλη, ἤδη μὲν ὑποκαταβαίνειν ἄρχεται τὰ παρυφιστάμενα τῶν πνευμάτων μειουμένων, τέλος δὲ καὶ διατμηθέντων ὑφι‐</w:t>
      </w:r>
    </w:p>
    <w:p>
      <w:r>
        <w:rPr>
          <w:rFonts w:ascii="Courier New" w:hAnsi="Courier New"/>
          <w:color w:val="555555"/>
          <w:sz w:val="20"/>
        </w:rPr>
        <w:t>[5]</w:t>
      </w:r>
    </w:p>
    <w:p>
      <w:r>
        <w:rPr>
          <w:rFonts w:ascii="Gentium Plus" w:hAnsi="Gentium Plus"/>
          <w:sz w:val="24"/>
        </w:rPr>
        <w:t>ζάνει πρὸς τὸν πυθμένα.</w:t>
      </w:r>
    </w:p>
    <w:p>
      <w:r>
        <w:rPr>
          <w:rFonts w:ascii="Courier New" w:hAnsi="Courier New"/>
          <w:color w:val="555555"/>
          <w:sz w:val="20"/>
        </w:rPr>
        <w:t>[5 . 3 . 15]</w:t>
      </w:r>
    </w:p>
    <w:p>
      <w:r>
        <w:rPr>
          <w:rFonts w:ascii="Gentium Plus" w:hAnsi="Gentium Plus"/>
          <w:sz w:val="24"/>
        </w:rPr>
        <w:t>Οὐ καινὸν δ’ ἂν εἴη εἰ ταῖς τοπικαῖς ἐπισημασίαις καὶ τοὺς πεπονθότας τόπους ὑποσημαίνεται.</w:t>
      </w:r>
    </w:p>
    <w:p>
      <w:pPr>
        <w:jc w:val="center"/>
      </w:pPr>
      <w:r>
        <w:rPr>
          <w:rFonts w:ascii="Gentium Plus" w:hAnsi="Gentium Plus"/>
          <w:b/>
          <w:sz w:val="24"/>
        </w:rPr>
        <w:t>Κεφ. δʹ. Περὶ αἰτίας τῶν κάτω διαφέροντος τόπου παρυφισταμένων.</w:t>
      </w:r>
    </w:p>
    <w:p>
      <w:r>
        <w:rPr>
          <w:rFonts w:ascii="Courier New" w:hAnsi="Courier New"/>
          <w:color w:val="555555"/>
          <w:sz w:val="20"/>
        </w:rPr>
        <w:t>[5 . 4 . 1]</w:t>
      </w:r>
    </w:p>
    <w:p>
      <w:r>
        <w:rPr>
          <w:rFonts w:ascii="Gentium Plus" w:hAnsi="Gentium Plus"/>
          <w:sz w:val="24"/>
        </w:rPr>
        <w:t>Τοῦ γάρ τοι διαστήματος τοῦ χύματος κατὰ τὴν τοῦ σώματος εἰκονιζομένου ἰδέαν, καθ’ ἃ ἂν μέρη τοῦ χύματος τὰ παρυφιστάμενα τελοίη τὸν οἰκεῖον τόπον ἐκ‐ πεφευγότα καὶ τοὺς τόπους ἐκείνους μᾶλλον τοῦ σώματος</w:t>
      </w:r>
    </w:p>
    <w:p>
      <w:r>
        <w:rPr>
          <w:rFonts w:ascii="Courier New" w:hAnsi="Courier New"/>
          <w:color w:val="555555"/>
          <w:sz w:val="20"/>
        </w:rPr>
        <w:t>[5]</w:t>
      </w:r>
    </w:p>
    <w:p>
      <w:r>
        <w:rPr>
          <w:rFonts w:ascii="Gentium Plus" w:hAnsi="Gentium Plus"/>
          <w:sz w:val="24"/>
        </w:rPr>
        <w:t>πεπονθέναι δηλοῖ καὶ εἰκότως.</w:t>
      </w:r>
    </w:p>
    <w:p>
      <w:r>
        <w:rPr>
          <w:rFonts w:ascii="Courier New" w:hAnsi="Courier New"/>
          <w:color w:val="555555"/>
          <w:sz w:val="20"/>
        </w:rPr>
        <w:t>[5 . 4 . 2]</w:t>
      </w:r>
    </w:p>
    <w:p>
      <w:r>
        <w:rPr>
          <w:rFonts w:ascii="Gentium Plus" w:hAnsi="Gentium Plus"/>
          <w:sz w:val="24"/>
        </w:rPr>
        <w:t>Τὸ γάρ τοι νόθον τοῦτο καὶ φθαρτικὸν πνεῦμα καθόσον ἂν εἴη κραταιότε‐ ρον καὶ τὴν ὕλῃν ἀπωθεῖται πορρωτέρω ἐπὶ τὰ μετέωρα τοῦ πυθμένος τῆς ἀμίδος ἀρξάμενον.</w:t>
      </w:r>
    </w:p>
    <w:p>
      <w:r>
        <w:rPr>
          <w:rFonts w:ascii="Courier New" w:hAnsi="Courier New"/>
          <w:color w:val="555555"/>
          <w:sz w:val="20"/>
        </w:rPr>
        <w:t>[5 . 4 . 3]</w:t>
      </w:r>
    </w:p>
    <w:p>
      <w:r>
        <w:rPr>
          <w:rFonts w:ascii="Gentium Plus" w:hAnsi="Gentium Plus"/>
          <w:sz w:val="24"/>
        </w:rPr>
        <w:t>Δέον οὖν ὑφί‐ στασθαί τε καὶ ἀποκρίνεσθαι ταύτην ὑπ’ οὐδενὸς ὠθού‐ μενον πνεύματος, καθάπερ κἀν ταῖς κατὰ πλάτος τοῦ χύματος τοῦ παρυφισταμένου διαλύσεσι, τὰς κατὰ πλάτος</w:t>
      </w:r>
    </w:p>
    <w:p>
      <w:r>
        <w:rPr>
          <w:rFonts w:ascii="Courier New" w:hAnsi="Courier New"/>
          <w:color w:val="555555"/>
          <w:sz w:val="20"/>
        </w:rPr>
        <w:t>[5]</w:t>
      </w:r>
    </w:p>
    <w:p>
      <w:r>
        <w:rPr>
          <w:rFonts w:ascii="Gentium Plus" w:hAnsi="Gentium Plus"/>
          <w:sz w:val="24"/>
        </w:rPr>
        <w:t>ἀλγηδόνας τοῦ σώματος ὁρῶμεν πεπλανημένας γινομένας, καθὼς ἐν τοῖς περὶ διαγνώσεως οὔρων λέλεκται.</w:t>
      </w:r>
    </w:p>
    <w:p>
      <w:r>
        <w:rPr>
          <w:rFonts w:ascii="Courier New" w:hAnsi="Courier New"/>
          <w:color w:val="555555"/>
          <w:sz w:val="20"/>
        </w:rPr>
        <w:t>[5 . 4 . 4]</w:t>
      </w:r>
    </w:p>
    <w:p>
      <w:r>
        <w:rPr>
          <w:rFonts w:ascii="Gentium Plus" w:hAnsi="Gentium Plus"/>
          <w:sz w:val="24"/>
        </w:rPr>
        <w:t>Τοῦ γάρ τοι πνεύματος τὴν ὕλην ἀπωθουμένου καὶ μᾶλλον εἰ τύχοι τραχεῖα οὖσα καὶ ἄπεπτος καὶ διαπλανηθείη κινου‐ μένη εἰς ἅπαν τὸ σῶμα, βάρος μὲν ἐπάγεται τῷ πλήθει</w:t>
      </w:r>
    </w:p>
    <w:p>
      <w:r>
        <w:rPr>
          <w:rFonts w:ascii="Courier New" w:hAnsi="Courier New"/>
          <w:color w:val="555555"/>
          <w:sz w:val="20"/>
        </w:rPr>
        <w:t>[5]</w:t>
      </w:r>
    </w:p>
    <w:p>
      <w:r>
        <w:rPr>
          <w:rFonts w:ascii="Gentium Plus" w:hAnsi="Gentium Plus"/>
          <w:sz w:val="24"/>
        </w:rPr>
        <w:t>ταῖς σαρξίν, ἄλγος δὲ τῇ τε κινήσει τοῦ πνεύματος καὶ τῇ τοῦ ἐπαγομένου ἀλλοτριότητι, καθάπερ ἐπὶ τῶν πομ‐ φολύγων ἀλγηδόνας κεφαλῆς ἢ νεφρῶν δηλουσῶν καὶ προσ‐ έτι κατάρροιαν εἰς πνεύμονα καί πως ἄλλως περιουσίαν πνεύματος.</w:t>
      </w:r>
    </w:p>
    <w:p>
      <w:r>
        <w:rPr>
          <w:rFonts w:ascii="Courier New" w:hAnsi="Courier New"/>
          <w:color w:val="555555"/>
          <w:sz w:val="20"/>
        </w:rPr>
        <w:t>[5 . 4 . 5]</w:t>
      </w:r>
    </w:p>
    <w:p>
      <w:r>
        <w:rPr>
          <w:rFonts w:ascii="Gentium Plus" w:hAnsi="Gentium Plus"/>
          <w:sz w:val="24"/>
        </w:rPr>
        <w:t>Ἡ ποιὰ μὲν αὐτῶν θέσις τὰς διαγνώσεις ἀπέδωκεν· ὁ δὲ λόγος νῦν ἐπιθήσει καὶ τὰς αἰτίας.</w:t>
      </w:r>
    </w:p>
    <w:p>
      <w:r>
        <w:rPr>
          <w:rFonts w:ascii="Courier New" w:hAnsi="Courier New"/>
          <w:color w:val="555555"/>
          <w:sz w:val="20"/>
        </w:rPr>
        <w:t>[5 . 4 . 6]</w:t>
      </w:r>
    </w:p>
    <w:p>
      <w:r>
        <w:rPr>
          <w:rFonts w:ascii="Gentium Plus" w:hAnsi="Gentium Plus"/>
          <w:sz w:val="24"/>
        </w:rPr>
        <w:t>Ὅτι μὲν οὖν ἕκαστον τούτων ὑφ’ οἷου δήτινος ἀπεοικότος τῷ φυσικῷ πνεύματος ἐπιγίνεται αὐτά φησι δείξει τὰ πρά‐ γματα ὁσημέραι ὑφ’ οἵας δήτινος κινήσεως παρὰ φύσιν</w:t>
      </w:r>
    </w:p>
    <w:p>
      <w:r>
        <w:rPr>
          <w:rFonts w:ascii="Courier New" w:hAnsi="Courier New"/>
          <w:color w:val="555555"/>
          <w:sz w:val="20"/>
        </w:rPr>
        <w:t>[5]</w:t>
      </w:r>
    </w:p>
    <w:p>
      <w:r>
        <w:rPr>
          <w:rFonts w:ascii="Gentium Plus" w:hAnsi="Gentium Plus"/>
          <w:sz w:val="24"/>
        </w:rPr>
        <w:t>πνευμάτων γινομένων κἄν τε ζέωσιν αἱ ὑποκείμεναι ὕλαι δηλονότι κἄν τε καὶ ἄλλως κινῶσι, καὶ μαρτυρήσουσι τῷ λόγῳ τά τε ζέοντα τῶν ὑδάτων καὶ πομφόλυγας ἐντεῦθεν ποιοῦντα τά τε ψυχρὰ κινούμενα δήποθεν.</w:t>
      </w:r>
    </w:p>
    <w:p>
      <w:r>
        <w:rPr>
          <w:rFonts w:ascii="Courier New" w:hAnsi="Courier New"/>
          <w:color w:val="555555"/>
          <w:sz w:val="20"/>
        </w:rPr>
        <w:t>[5 . 4 . 7]</w:t>
      </w:r>
    </w:p>
    <w:p>
      <w:r>
        <w:rPr>
          <w:rFonts w:ascii="Gentium Plus" w:hAnsi="Gentium Plus"/>
          <w:sz w:val="24"/>
        </w:rPr>
        <w:t>Αἱ τοίνυν ὥσπερ στεφάνην περιδραμοῦσαι τὴν τῆς ἀμίδος ἐπιφάνειαν πομφόλυγες μικραὶ μὲν οὖσαι καὶ πρὸς ἑαυτὰς συνεπτυ‐ γμέναι ὑπὸ παχυτέρου καὶ μὴ ῥᾳδίως διαφορουμένου γί‐</w:t>
      </w:r>
    </w:p>
    <w:p>
      <w:r>
        <w:rPr>
          <w:rFonts w:ascii="Courier New" w:hAnsi="Courier New"/>
          <w:color w:val="555555"/>
          <w:sz w:val="20"/>
        </w:rPr>
        <w:t>[5]</w:t>
      </w:r>
    </w:p>
    <w:p>
      <w:r>
        <w:rPr>
          <w:rFonts w:ascii="Gentium Plus" w:hAnsi="Gentium Plus"/>
          <w:sz w:val="24"/>
        </w:rPr>
        <w:t>νονται πνεύματος.</w:t>
      </w:r>
    </w:p>
    <w:p>
      <w:r>
        <w:rPr>
          <w:rFonts w:ascii="Courier New" w:hAnsi="Courier New"/>
          <w:color w:val="555555"/>
          <w:sz w:val="20"/>
        </w:rPr>
        <w:t>[5 . 4 . 8]</w:t>
      </w:r>
    </w:p>
    <w:p>
      <w:r>
        <w:rPr>
          <w:rFonts w:ascii="Gentium Plus" w:hAnsi="Gentium Plus"/>
          <w:sz w:val="24"/>
        </w:rPr>
        <w:t>Τῷ μὲν οὖν ἐπὶ τὴν ἐπιφάνειαν οὕτω χωρῆσαι περὶ τὴν κεφαλὴν ἀναλόγως δηλοῖ κεχωρη‐ κέναι τὸ πνεῦμα, τῷ δ’ οὕτω παχὺ καὶ γλίσχρον εἶναι, ὡς μὴ μετεωρίζειν τε καὶ μεγεθύνειν τὰς πομφόλυγας, ἀλλ’</w:t>
      </w:r>
    </w:p>
    <w:p>
      <w:r>
        <w:rPr>
          <w:rFonts w:ascii="Courier New" w:hAnsi="Courier New"/>
          <w:color w:val="555555"/>
          <w:sz w:val="20"/>
        </w:rPr>
        <w:t>[5]</w:t>
      </w:r>
    </w:p>
    <w:p>
      <w:r>
        <w:rPr>
          <w:rFonts w:ascii="Gentium Plus" w:hAnsi="Gentium Plus"/>
          <w:sz w:val="24"/>
        </w:rPr>
        <w:t>ἐναπειλῆφθαι ἔτι καὶ περὶ τὴν ὕλην ἀνεστράφθαι ὡς βρα‐ χείας ἐπέγειρον μόλις πομφόλυγας.</w:t>
      </w:r>
    </w:p>
    <w:p>
      <w:r>
        <w:rPr>
          <w:rFonts w:ascii="Courier New" w:hAnsi="Courier New"/>
          <w:color w:val="555555"/>
          <w:sz w:val="20"/>
        </w:rPr>
        <w:t>[5 . 4 . 9]</w:t>
      </w:r>
    </w:p>
    <w:p>
      <w:r>
        <w:rPr>
          <w:rFonts w:ascii="Gentium Plus" w:hAnsi="Gentium Plus"/>
          <w:sz w:val="24"/>
        </w:rPr>
        <w:t>Ἔτι πρόσυλον εἶ‐ ναι μαρτυρεῖ τὸ πνεῦμα καὶ μὴ ῥᾳδίως διαφορούμενον, καθόσον μέντοι αἱ πομφόλυγες μετεωρίζονταί τε καὶ ἐπεκτείνονται ἐπὶ τὴν ἐπιφάνειαν, ἀφίστασθαι μὲν ἤδη</w:t>
      </w:r>
    </w:p>
    <w:p>
      <w:r>
        <w:rPr>
          <w:rFonts w:ascii="Courier New" w:hAnsi="Courier New"/>
          <w:color w:val="555555"/>
          <w:sz w:val="20"/>
        </w:rPr>
        <w:t>[5]</w:t>
      </w:r>
    </w:p>
    <w:p>
      <w:r>
        <w:rPr>
          <w:rFonts w:ascii="Gentium Plus" w:hAnsi="Gentium Plus"/>
          <w:sz w:val="24"/>
        </w:rPr>
        <w:t>τῆς ὕλης διαφορούμενον τὸ πνεῦμα, τὰς δὲ ἀλγηδόνας ἀμαυροῦσθαι λέγομεν, καὶ μᾶλλον εἰ ψυχρότης κατηγορεῖ‐ ται τοῦ πνεύματος. οὐ γὰρ ῥᾳδίως εἴωθεν ἐπάγειν ἄλγη τὰ ψυχρὰ τῶν πνευμάτων.</w:t>
      </w:r>
    </w:p>
    <w:p>
      <w:r>
        <w:rPr>
          <w:rFonts w:ascii="Courier New" w:hAnsi="Courier New"/>
          <w:color w:val="555555"/>
          <w:sz w:val="20"/>
        </w:rPr>
        <w:t>[5 . 4 . 10]</w:t>
      </w:r>
    </w:p>
    <w:p>
      <w:r>
        <w:rPr>
          <w:rFonts w:ascii="Gentium Plus" w:hAnsi="Gentium Plus"/>
          <w:sz w:val="24"/>
        </w:rPr>
        <w:t>Ἐπειδὰν μέντοι καταρ‐ ρυείσης τῆς τὰ πνεύματα ἐπεγειρούσης ὕλης τῷ πεπέφθαι ἤδη ἐπινήχονται μὲν περὶ τὰ μέσα τῆς ἐπιφανείας τῆς ἀμίδος ἐπισυνηγμέναι πομφόλυγες, ἔτι δὲ καὶ στεφάνη</w:t>
      </w:r>
    </w:p>
    <w:p>
      <w:r>
        <w:rPr>
          <w:rFonts w:ascii="Courier New" w:hAnsi="Courier New"/>
          <w:color w:val="555555"/>
          <w:sz w:val="20"/>
        </w:rPr>
        <w:t>[5]</w:t>
      </w:r>
    </w:p>
    <w:p>
      <w:r>
        <w:rPr>
          <w:rFonts w:ascii="Gentium Plus" w:hAnsi="Gentium Plus"/>
          <w:sz w:val="24"/>
        </w:rPr>
        <w:t>πομφολύγων ἐπινήχεται μηδέν τι ὀδυνῶδες ἔτι διασημαι‐ νομένη καταρρυείσης ἤδη τῆς ἐμπνευματουμένης ὕλης, καὶ μάλιστ’ ἂν περὶ τὸν πνεύμονα ἡ κάθοδος γένηται, τότε δὴ τότε ἡ καταρρυεῖσα ὕλη περὶ τὸν πνεύμονα συνδια‐ στραφεῖσα πνεύματι ὅτι μᾶλλον πεφύσηται.</w:t>
      </w:r>
    </w:p>
    <w:p>
      <w:r>
        <w:rPr>
          <w:rFonts w:ascii="Courier New" w:hAnsi="Courier New"/>
          <w:color w:val="555555"/>
          <w:sz w:val="20"/>
        </w:rPr>
        <w:t>[5 . 4 . 11]</w:t>
      </w:r>
    </w:p>
    <w:p>
      <w:r>
        <w:rPr>
          <w:rFonts w:ascii="Gentium Plus" w:hAnsi="Gentium Plus"/>
          <w:sz w:val="24"/>
        </w:rPr>
        <w:t>Τῷ δὲ διωθεῖσθαι κρατησάσης ἤδη τῆς φύσεως ἐκκρίνεται μέν, ἐπιμαρτυρεῖται δὲ τῇ περὶ τὸ μέσον ἐπινηχομένῃ πομφό‐ λυγι.</w:t>
      </w:r>
    </w:p>
    <w:p>
      <w:r>
        <w:rPr>
          <w:rFonts w:ascii="Courier New" w:hAnsi="Courier New"/>
          <w:color w:val="555555"/>
          <w:sz w:val="20"/>
        </w:rPr>
        <w:t>[5 . 4 . 12]</w:t>
      </w:r>
    </w:p>
    <w:p>
      <w:r>
        <w:rPr>
          <w:rFonts w:ascii="Gentium Plus" w:hAnsi="Gentium Plus"/>
          <w:sz w:val="24"/>
        </w:rPr>
        <w:t>Τῆς αὐτῆς δ’ αὖ κινήσεως περὶ νεφροὺς καὶ κύστιν γινομένης ὑφ’ οἵας δή τινος συμβάσης στενοχωρίας, καὶ πνεύματά τε ἐπιγίνονται καὶ πομφόλυγες ἐπιγείρονται, οὐ μείονος δὲ κινήσεως περὶ τὰ σπερματικὰ γινομένης</w:t>
      </w:r>
    </w:p>
    <w:p>
      <w:r>
        <w:rPr>
          <w:rFonts w:ascii="Courier New" w:hAnsi="Courier New"/>
          <w:color w:val="555555"/>
          <w:sz w:val="20"/>
        </w:rPr>
        <w:t>[5]</w:t>
      </w:r>
    </w:p>
    <w:p>
      <w:r>
        <w:rPr>
          <w:rFonts w:ascii="Gentium Plus" w:hAnsi="Gentium Plus"/>
          <w:sz w:val="24"/>
        </w:rPr>
        <w:t>ἀγγεῖα καὶ πνεύματος ἐντεῦθεν γεγονότος καὶ συνδιαδο‐ θέντος τοῖς οὐρητικοῖς ἀγγείοις, ἀναμίγνυται μὲν αὐτὰ τοῖς οὔροις, ἐκκρινομένοις δὲ ἐπιφαίνεται πομφόλυγας πυ‐ κνοτάτας ἐγείροντα.</w:t>
      </w:r>
    </w:p>
    <w:p>
      <w:r>
        <w:rPr>
          <w:rFonts w:ascii="Courier New" w:hAnsi="Courier New"/>
          <w:color w:val="555555"/>
          <w:sz w:val="20"/>
        </w:rPr>
        <w:t>[5 . 4 . 13]</w:t>
      </w:r>
    </w:p>
    <w:p>
      <w:r>
        <w:rPr>
          <w:rFonts w:ascii="Gentium Plus" w:hAnsi="Gentium Plus"/>
          <w:sz w:val="24"/>
        </w:rPr>
        <w:t>Ἐπιφαίνεται μέντοι ὧδ’ ἐνίοτε καὶ οἷον τριχία ἢ τῆς γονῆς αὐτῆς ἀμαρύγματα ἢ τῶν νεφρῶν συνδιαθερμανθέντων συντήγματα.</w:t>
      </w:r>
    </w:p>
    <w:p>
      <w:r>
        <w:rPr>
          <w:rFonts w:ascii="Courier New" w:hAnsi="Courier New"/>
          <w:color w:val="555555"/>
          <w:sz w:val="20"/>
        </w:rPr>
        <w:t>[5 . 4 . 14]</w:t>
      </w:r>
    </w:p>
    <w:p>
      <w:r>
        <w:rPr>
          <w:rFonts w:ascii="Gentium Plus" w:hAnsi="Gentium Plus"/>
          <w:sz w:val="24"/>
        </w:rPr>
        <w:t>Καὶ δὴ καθόσον μὲν ἂν αἱ πομφόλυγες μείους τε καὶ πυκνότεραι καὶ πρὸς μόνην αὐτὴν τὴν στεφάνην περιτρέχωσι, πλείω τε καὶ κραταιότερα καὶ λεπτότερα τὰ πνεύματα ὑποδει‐</w:t>
      </w:r>
    </w:p>
    <w:p>
      <w:r>
        <w:rPr>
          <w:rFonts w:ascii="Courier New" w:hAnsi="Courier New"/>
          <w:color w:val="555555"/>
          <w:sz w:val="20"/>
        </w:rPr>
        <w:t>[5]</w:t>
      </w:r>
    </w:p>
    <w:p>
      <w:r>
        <w:rPr>
          <w:rFonts w:ascii="Gentium Plus" w:hAnsi="Gentium Plus"/>
          <w:sz w:val="24"/>
        </w:rPr>
        <w:t>κνυται, ἅτε ἔτι προσισχόμενα τῇ ὕλη.</w:t>
      </w:r>
    </w:p>
    <w:p>
      <w:r>
        <w:rPr>
          <w:rFonts w:ascii="Courier New" w:hAnsi="Courier New"/>
          <w:color w:val="555555"/>
          <w:sz w:val="20"/>
        </w:rPr>
        <w:t>[5 . 4 . 15]</w:t>
      </w:r>
    </w:p>
    <w:p>
      <w:r>
        <w:rPr>
          <w:rFonts w:ascii="Gentium Plus" w:hAnsi="Gentium Plus"/>
          <w:sz w:val="24"/>
        </w:rPr>
        <w:t>Καθόσον δ’ ἂν τἀναντία τοῖς ῥηθεῖσι γίνηται καὶ ἡ τοῦ πνεύματος ἀδρά‐ νειά τε καὶ διαφόρησις ἑτοίμως διαγινώσκεται.</w:t>
      </w:r>
    </w:p>
    <w:p>
      <w:r>
        <w:rPr>
          <w:rFonts w:ascii="Courier New" w:hAnsi="Courier New"/>
          <w:color w:val="555555"/>
          <w:sz w:val="20"/>
        </w:rPr>
        <w:t>[5 . 4 . 16]</w:t>
      </w:r>
    </w:p>
    <w:p>
      <w:r>
        <w:rPr>
          <w:rFonts w:ascii="Gentium Plus" w:hAnsi="Gentium Plus"/>
          <w:sz w:val="24"/>
        </w:rPr>
        <w:t>Ἀλλ’ ὁ μὲν περὶ πνεύματος λόγος οὕτως ἀποδοθεὶς ὧδέ πη καὶ κείσθω. ἱκανὸν γὰρ κἀκ τούτων τὸν σπουδαῖον καταστο‐ χαζόμενον καὶ τὰ λείποντα προσεξευρίσκειν τῷ λόγῳ.</w:t>
      </w:r>
    </w:p>
    <w:p>
      <w:r>
        <w:rPr>
          <w:rFonts w:ascii="Courier New" w:hAnsi="Courier New"/>
          <w:color w:val="555555"/>
          <w:sz w:val="20"/>
        </w:rPr>
        <w:t>[5 . 4 . 17]</w:t>
      </w:r>
    </w:p>
    <w:p>
      <w:r>
        <w:rPr>
          <w:rFonts w:ascii="Gentium Plus" w:hAnsi="Gentium Plus"/>
          <w:sz w:val="24"/>
        </w:rPr>
        <w:t>Ῥητέον δ’ ἐφεξῆς τῷ λόγῳ καὶ περὶ τῶν διαφόρων περὶ τὴν στεφάνην ἑτεροειδῶν χρωμάτων.</w:t>
      </w:r>
    </w:p>
    <w:p>
      <w:pPr>
        <w:jc w:val="center"/>
      </w:pPr>
      <w:r>
        <w:rPr>
          <w:rFonts w:ascii="Gentium Plus" w:hAnsi="Gentium Plus"/>
          <w:b/>
          <w:sz w:val="24"/>
        </w:rPr>
        <w:t>Κεφ. εʹ. Περὶ αἰτίας τῶν ἑτεροχρόων κατὰ τὴν ἐπιφάνειαν στεφανῶν.</w:t>
      </w:r>
    </w:p>
    <w:p>
      <w:r>
        <w:rPr>
          <w:rFonts w:ascii="Courier New" w:hAnsi="Courier New"/>
          <w:color w:val="555555"/>
          <w:sz w:val="20"/>
        </w:rPr>
        <w:t>[5 . 5 . 1]</w:t>
      </w:r>
    </w:p>
    <w:p>
      <w:r>
        <w:rPr>
          <w:rFonts w:ascii="Gentium Plus" w:hAnsi="Gentium Plus"/>
          <w:sz w:val="24"/>
        </w:rPr>
        <w:t>Ἐπεὶ τοίνυν παντὸς ὑγροῦ ἐξ ἑτεροειδῶν συστάν‐ τος οὐσιῶν τὸ παχύτερον χωρεῖν πρὸς τὸν πυθμένα πέ‐ φυκε, ἀνάγκη ἄρα τὸ λεπτότερον ἐπινήχεσθαι.</w:t>
      </w:r>
    </w:p>
    <w:p>
      <w:r>
        <w:rPr>
          <w:rFonts w:ascii="Courier New" w:hAnsi="Courier New"/>
          <w:color w:val="555555"/>
          <w:sz w:val="20"/>
        </w:rPr>
        <w:t>[5 . 5 . 2]</w:t>
      </w:r>
    </w:p>
    <w:p>
      <w:r>
        <w:rPr>
          <w:rFonts w:ascii="Gentium Plus" w:hAnsi="Gentium Plus"/>
          <w:sz w:val="24"/>
        </w:rPr>
        <w:t>Ἐπεὶ δ’ ἐν ἄλλοις δέδεικται τὰ λεπτότερα τελεῖν εὐπαθέστερα ῥᾳδίως μὲν ὑφ’ οἱασδήτινος αἰτίας ἀλλοιούμενα, προχείρως δ’ αὖ καὶ διάδηλα γινόμενα.</w:t>
      </w:r>
    </w:p>
    <w:p>
      <w:r>
        <w:rPr>
          <w:rFonts w:ascii="Courier New" w:hAnsi="Courier New"/>
          <w:color w:val="555555"/>
          <w:sz w:val="20"/>
        </w:rPr>
        <w:t>[5 . 5 . 3]</w:t>
      </w:r>
    </w:p>
    <w:p>
      <w:r>
        <w:rPr>
          <w:rFonts w:ascii="Gentium Plus" w:hAnsi="Gentium Plus"/>
          <w:sz w:val="24"/>
        </w:rPr>
        <w:t>Ἐνταῦθ’ οὖν ἀντιρρόπων μὲν τῇ δυνάμει τῶν λυπούντων πεφυκότων χυμῶν καὶ</w:t>
      </w:r>
    </w:p>
    <w:p>
      <w:r>
        <w:rPr>
          <w:rFonts w:ascii="Courier New" w:hAnsi="Courier New"/>
          <w:color w:val="555555"/>
          <w:sz w:val="20"/>
        </w:rPr>
        <w:t>[5]</w:t>
      </w:r>
    </w:p>
    <w:p>
      <w:r>
        <w:rPr>
          <w:rFonts w:ascii="Gentium Plus" w:hAnsi="Gentium Plus"/>
          <w:sz w:val="24"/>
        </w:rPr>
        <w:t>τῆς δυνάμεως καὶ τὰ χρώματα τῆς στεφάνης ἔσθ’ ὅτε ἑτεροῖα φαίνεται, ὁπόταν δηλαδὴ τὰ οὖρα προσφυῶς ἔχῃ στεφάνην παριστᾶν. Καὶ ταῦτα μὲν οὕτω.</w:t>
      </w:r>
    </w:p>
    <w:p>
      <w:r>
        <w:rPr>
          <w:rFonts w:ascii="Courier New" w:hAnsi="Courier New"/>
          <w:color w:val="555555"/>
          <w:sz w:val="20"/>
        </w:rPr>
        <w:t>[5 . 5 . 4]</w:t>
      </w:r>
    </w:p>
    <w:p>
      <w:r>
        <w:rPr>
          <w:rFonts w:ascii="Gentium Plus" w:hAnsi="Gentium Plus"/>
          <w:sz w:val="24"/>
        </w:rPr>
        <w:t>Ἐπεὶ δὲ καὶ τῶν οὔρων τὰ μὴ κεκτημένα παρυφιστάμενα μεγάλην μὲν τὴν ἀποτυχίαν τῆς πέψεως δείκνυσι, ἐπ’ ἀξιολόγοις δὲ ταῖς αἰτίαις δείκνυται, χρεὼν ἂν εἴη καὶ τὰς ἐπὶ τού‐</w:t>
      </w:r>
    </w:p>
    <w:p>
      <w:r>
        <w:rPr>
          <w:rFonts w:ascii="Courier New" w:hAnsi="Courier New"/>
          <w:color w:val="555555"/>
          <w:sz w:val="20"/>
        </w:rPr>
        <w:t>[5]</w:t>
      </w:r>
    </w:p>
    <w:p>
      <w:r>
        <w:rPr>
          <w:rFonts w:ascii="Gentium Plus" w:hAnsi="Gentium Plus"/>
          <w:sz w:val="24"/>
        </w:rPr>
        <w:t>τοις αἰτίας ἐπιθεῖναι τῷ λόγῳ οὐκ ὀλίγα λυσιτελούσας ταῖς διαγνώσεσι.</w:t>
      </w:r>
    </w:p>
    <w:p>
      <w:pPr>
        <w:jc w:val="center"/>
      </w:pPr>
      <w:r>
        <w:rPr>
          <w:rFonts w:ascii="Gentium Plus" w:hAnsi="Gentium Plus"/>
          <w:b/>
          <w:sz w:val="24"/>
        </w:rPr>
        <w:t>Κεφ. ϛʹ. Περὶ αἰτίας τῶν ἀνυποστάτων οὔρων.</w:t>
      </w:r>
    </w:p>
    <w:p>
      <w:r>
        <w:rPr>
          <w:rFonts w:ascii="Courier New" w:hAnsi="Courier New"/>
          <w:color w:val="555555"/>
          <w:sz w:val="20"/>
        </w:rPr>
        <w:t>[5 . 6 . 1]</w:t>
      </w:r>
    </w:p>
    <w:p>
      <w:r>
        <w:rPr>
          <w:rFonts w:ascii="Gentium Plus" w:hAnsi="Gentium Plus"/>
          <w:sz w:val="24"/>
        </w:rPr>
        <w:t>Τὰ τοίνυν δι’ ἐσχάτην ἀπεψίαν ἀνυπόστατα τῶν οὔρων φαινόμενα δι’ αὐτὸ μὲν τοῦτο τὸ μὴ πεπέφθαι τὴν ὕλην ἄνευ παρυφισταμένου γίνεται· συνεπιμαρτυρή‐ σει δὲ τά τε χρώματα καὶ αἱ συστάσεις.</w:t>
      </w:r>
    </w:p>
    <w:p>
      <w:r>
        <w:rPr>
          <w:rFonts w:ascii="Courier New" w:hAnsi="Courier New"/>
          <w:color w:val="555555"/>
          <w:sz w:val="20"/>
        </w:rPr>
        <w:t>[5 . 6 . 2]</w:t>
      </w:r>
    </w:p>
    <w:p>
      <w:r>
        <w:rPr>
          <w:rFonts w:ascii="Gentium Plus" w:hAnsi="Gentium Plus"/>
          <w:sz w:val="24"/>
        </w:rPr>
        <w:t>Ἐπεὶ γάρ τοι τὸ παρυφιστάμενον δέδεικται περίττωμά τι ὂν τῆς τρίτης πέψεως, δεόντως ἂν μὴ ὀφθὲν τὴν ἐπ’ ἐκείνῳ πέψιν ἠτυχηκέναι δηλώσῃ.</w:t>
      </w:r>
    </w:p>
    <w:p>
      <w:r>
        <w:rPr>
          <w:rFonts w:ascii="Courier New" w:hAnsi="Courier New"/>
          <w:color w:val="555555"/>
          <w:sz w:val="20"/>
        </w:rPr>
        <w:t>[5 . 6 . 3]</w:t>
      </w:r>
    </w:p>
    <w:p>
      <w:r>
        <w:rPr>
          <w:rFonts w:ascii="Gentium Plus" w:hAnsi="Gentium Plus"/>
          <w:sz w:val="24"/>
        </w:rPr>
        <w:t>Ὅπου μὲν γὰρ πέψις ὕλης καὶ περιττώματός τινος ἀπόκρισις γίνεται—οὐ γάρ ἐστιν οὐκ ἐστι πέψεως γινομένης μή τι καὶ περιττὸν ἀποκριθῆναι.</w:t>
      </w:r>
    </w:p>
    <w:p>
      <w:r>
        <w:rPr>
          <w:rFonts w:ascii="Courier New" w:hAnsi="Courier New"/>
          <w:color w:val="555555"/>
          <w:sz w:val="20"/>
        </w:rPr>
        <w:t>[5 . 6 . 4]</w:t>
      </w:r>
    </w:p>
    <w:p>
      <w:r>
        <w:rPr>
          <w:rFonts w:ascii="Gentium Plus" w:hAnsi="Gentium Plus"/>
          <w:sz w:val="24"/>
        </w:rPr>
        <w:t>Ὅπῃ δ’ ἂν ἡ πέψις μὴ ἐπιχειρήσασα ᾖ, οὐδ’ ἂν τὸ ἐπὶ τῇ πέψει περιττὸν ὀφθείη.</w:t>
      </w:r>
    </w:p>
    <w:p>
      <w:r>
        <w:rPr>
          <w:rFonts w:ascii="Courier New" w:hAnsi="Courier New"/>
          <w:color w:val="555555"/>
          <w:sz w:val="20"/>
        </w:rPr>
        <w:t>[5 . 6 . 5]</w:t>
      </w:r>
    </w:p>
    <w:p>
      <w:r>
        <w:rPr>
          <w:rFonts w:ascii="Gentium Plus" w:hAnsi="Gentium Plus"/>
          <w:sz w:val="24"/>
        </w:rPr>
        <w:t>Ἔμφραξις μέντοι ἀξιό‐ λογος ἀκριβέστερον διυλίζουσα τὰ οὖρα οὐκ ἀπεικότως ἂν ἐπίσχῃ τὰ παρυφιστάμενα παχύτερα τοῦ χύματος κατὰ τὸν τῆς ἀναλογίας λόγον τυγχάνοντα, ὅπου γε καὶ αὐτὰ</w:t>
      </w:r>
    </w:p>
    <w:p>
      <w:r>
        <w:rPr>
          <w:rFonts w:ascii="Courier New" w:hAnsi="Courier New"/>
          <w:color w:val="555555"/>
          <w:sz w:val="20"/>
        </w:rPr>
        <w:t>[5]</w:t>
      </w:r>
    </w:p>
    <w:p>
      <w:r>
        <w:rPr>
          <w:rFonts w:ascii="Gentium Plus" w:hAnsi="Gentium Plus"/>
          <w:sz w:val="24"/>
        </w:rPr>
        <w:t>τὰ χύματα τότε λεπτότερα τοῦ δέοντος προΐεται.</w:t>
      </w:r>
    </w:p>
    <w:p>
      <w:r>
        <w:rPr>
          <w:rFonts w:ascii="Courier New" w:hAnsi="Courier New"/>
          <w:color w:val="555555"/>
          <w:sz w:val="20"/>
        </w:rPr>
        <w:t>[5 . 6 . 6]</w:t>
      </w:r>
    </w:p>
    <w:p>
      <w:r>
        <w:rPr>
          <w:rFonts w:ascii="Gentium Plus" w:hAnsi="Gentium Plus"/>
          <w:sz w:val="24"/>
        </w:rPr>
        <w:t>Ἐπεί γε μὲν ταῖς ἐνδείαις τε καὶ ἀτροφίαις ἡ φύσις ἀποροῦσα χυμοῦ τοῦ θρέψαντος, ἐλλείπει καὶ κατὰ τὰ παρυφιστά‐ μενα, τῆς γάρ τοι θρέψεως μὴ προηγησαμένης, οὐδ’ ἂν</w:t>
      </w:r>
    </w:p>
    <w:p>
      <w:r>
        <w:rPr>
          <w:rFonts w:ascii="Courier New" w:hAnsi="Courier New"/>
          <w:color w:val="555555"/>
          <w:sz w:val="20"/>
        </w:rPr>
        <w:t>[5]</w:t>
      </w:r>
    </w:p>
    <w:p>
      <w:r>
        <w:rPr>
          <w:rFonts w:ascii="Gentium Plus" w:hAnsi="Gentium Plus"/>
          <w:sz w:val="24"/>
        </w:rPr>
        <w:t>τὸ ἐπ’ ἐκείνῃ περιττὸν ὀφθείη.</w:t>
      </w:r>
    </w:p>
    <w:p>
      <w:r>
        <w:rPr>
          <w:rFonts w:ascii="Courier New" w:hAnsi="Courier New"/>
          <w:color w:val="555555"/>
          <w:sz w:val="20"/>
        </w:rPr>
        <w:t>[5 . 6 . 7]</w:t>
      </w:r>
    </w:p>
    <w:p>
      <w:r>
        <w:rPr>
          <w:rFonts w:ascii="Gentium Plus" w:hAnsi="Gentium Plus"/>
          <w:sz w:val="24"/>
        </w:rPr>
        <w:t>Διὰ ταῦτα δὴ ταῦτα κἀπὶ ταῖς ἀξιολόγοις τῆς γαστρὸς χρονίως κενώσεσιν ἀνυ‐ πόστατα τὰ οὖρα φαίνεται, ἤτοι ἐκεῖσε τὴν ὁρμὴν τῶν περιττωμάτων τῆς ἐκκρίσεως εἰληφότων, ἢ διὰ τὴν κένω‐</w:t>
      </w:r>
    </w:p>
    <w:p>
      <w:r>
        <w:rPr>
          <w:rFonts w:ascii="Courier New" w:hAnsi="Courier New"/>
          <w:color w:val="555555"/>
          <w:sz w:val="20"/>
        </w:rPr>
        <w:t>[5]</w:t>
      </w:r>
    </w:p>
    <w:p>
      <w:r>
        <w:rPr>
          <w:rFonts w:ascii="Gentium Plus" w:hAnsi="Gentium Plus"/>
          <w:sz w:val="24"/>
        </w:rPr>
        <w:t>σιν ἀτονίας τινὸς ἀκολουθησάσης τῇ πεπτικῇ δυνάμει.</w:t>
      </w:r>
    </w:p>
    <w:p>
      <w:r>
        <w:rPr>
          <w:rFonts w:ascii="Courier New" w:hAnsi="Courier New"/>
          <w:color w:val="555555"/>
          <w:sz w:val="20"/>
        </w:rPr>
        <w:t>[5 . 6 . 8]</w:t>
      </w:r>
    </w:p>
    <w:p>
      <w:r>
        <w:rPr>
          <w:rFonts w:ascii="Gentium Plus" w:hAnsi="Gentium Plus"/>
          <w:sz w:val="24"/>
        </w:rPr>
        <w:t>Ἐπεὶ δὲ τούτοις καὶ διαφθορὰν τῆς ὕλης πλείω, ἀφ’ ἧς μηδέν τι προσλαβέσθαι εἰκὸς τὴν φύσιν, —ὅπη μὲν</w:t>
      </w:r>
    </w:p>
    <w:p>
      <w:r>
        <w:rPr>
          <w:rFonts w:ascii="Courier New" w:hAnsi="Courier New"/>
          <w:color w:val="555555"/>
          <w:sz w:val="20"/>
        </w:rPr>
        <w:t>[5]</w:t>
      </w:r>
    </w:p>
    <w:p>
      <w:r>
        <w:rPr>
          <w:rFonts w:ascii="Gentium Plus" w:hAnsi="Gentium Plus"/>
          <w:sz w:val="24"/>
        </w:rPr>
        <w:t>ὕλης δεούσης ἐνδέοι ἢ τῷ μὴ προσεῖναι ἢ τῷ προσοῦσαν πάμπαν διεφθάρθαι τε καὶ ἠλλοιῶσθαι, οὔτ’ ἂν τραφείη τὸ ζῷον οὔτε περιττὸν τὸ ἀπὸ θρέψεως ἀποδοθὲν ἐκκρίνει, οὐχ ἧττον μέντοι καὶ διὰ συναγωγὴν παντοίας ὕλης ἔκ το φλεγμονῆς καί τινος ἑτέρας διαθέσεως ἐπὶ θερμό‐</w:t>
      </w:r>
    </w:p>
    <w:p>
      <w:r>
        <w:rPr>
          <w:rFonts w:ascii="Courier New" w:hAnsi="Courier New"/>
          <w:color w:val="555555"/>
          <w:sz w:val="20"/>
        </w:rPr>
        <w:t>[10]</w:t>
      </w:r>
    </w:p>
    <w:p>
      <w:r>
        <w:rPr>
          <w:rFonts w:ascii="Gentium Plus" w:hAnsi="Gentium Plus"/>
          <w:sz w:val="24"/>
        </w:rPr>
        <w:t>τητι πλείονι ἐφελκυσθείη ἂν τὰ περιττὰ πρὸς τοῖς ἀμεί‐ νοσι χυμοῖς, ὅτε λείπεσθαι χωρὶς παρυφισταμένων τελεῖν τὰ ἐνουρούμενα.</w:t>
      </w:r>
    </w:p>
    <w:p>
      <w:r>
        <w:rPr>
          <w:rFonts w:ascii="Courier New" w:hAnsi="Courier New"/>
          <w:color w:val="555555"/>
          <w:sz w:val="20"/>
        </w:rPr>
        <w:t>[5 . 6 . 9]</w:t>
      </w:r>
    </w:p>
    <w:p>
      <w:r>
        <w:rPr>
          <w:rFonts w:ascii="Gentium Plus" w:hAnsi="Gentium Plus"/>
          <w:sz w:val="24"/>
        </w:rPr>
        <w:t>Ὅπη γὰρ τύχῃ πλεονεκτοῦσα θερ‐ μότης ἄμετρος, ἐκεῖ που καὶ οἱ πλείους τῶν χυμῶν ἐφέλ‐ κονται καὶ τὰ περιττὰ συνεφέλκονται. καὶ τοῦτο μαθεῖν ἐστιν ἀπὸ τῶν ὁσημέραι γινομένων σικυιῶν.</w:t>
      </w:r>
    </w:p>
    <w:p>
      <w:r>
        <w:rPr>
          <w:rFonts w:ascii="Courier New" w:hAnsi="Courier New"/>
          <w:color w:val="555555"/>
          <w:sz w:val="20"/>
        </w:rPr>
        <w:t>[5 . 6 . 10]</w:t>
      </w:r>
    </w:p>
    <w:p>
      <w:r>
        <w:rPr>
          <w:rFonts w:ascii="Gentium Plus" w:hAnsi="Gentium Plus"/>
          <w:sz w:val="24"/>
        </w:rPr>
        <w:t>Καὶ γάρ τοι κἀκεῖναι μετὰ μετρίας τινὸς φλογὸς ἐπιτεθεῖσαι οἱῳ‐ δήτινι μέρει τοῦ σώματος ἐπισπῶνται τά τε παρακείμενα καὶ τὰ πορρωτέρω, κἂν ὁποίας ἄρ’ ὄντα μοίρας τύχοιεν,</w:t>
      </w:r>
    </w:p>
    <w:p>
      <w:r>
        <w:rPr>
          <w:rFonts w:ascii="Courier New" w:hAnsi="Courier New"/>
          <w:color w:val="555555"/>
          <w:sz w:val="20"/>
        </w:rPr>
        <w:t>[5]</w:t>
      </w:r>
    </w:p>
    <w:p>
      <w:r>
        <w:rPr>
          <w:rFonts w:ascii="Gentium Plus" w:hAnsi="Gentium Plus"/>
          <w:sz w:val="24"/>
        </w:rPr>
        <w:t>τῇ ἀνθολκῇ τῆς ἐπιγεγονυίας θερμότητος.</w:t>
      </w:r>
    </w:p>
    <w:p>
      <w:r>
        <w:rPr>
          <w:rFonts w:ascii="Courier New" w:hAnsi="Courier New"/>
          <w:color w:val="555555"/>
          <w:sz w:val="20"/>
        </w:rPr>
        <w:t>[5 . 6 . 11]</w:t>
      </w:r>
    </w:p>
    <w:p>
      <w:r>
        <w:rPr>
          <w:rFonts w:ascii="Gentium Plus" w:hAnsi="Gentium Plus"/>
          <w:sz w:val="24"/>
        </w:rPr>
        <w:t>Εἰ τοίνυν τοσαῦτα ἐπιταθεῖσα δεδύνηται σικύα, πολλῷ ἂν οἶμαι πλείω φλεγμονή τε καὶ ἐρυσίπελας καί τις παραπλησία διάθεσις ἐφ’ ἑαυτὴν ἑλκύσειεν ὅσον εἰκός, ἄλλως τε καὶ</w:t>
      </w:r>
    </w:p>
    <w:p>
      <w:r>
        <w:rPr>
          <w:rFonts w:ascii="Courier New" w:hAnsi="Courier New"/>
          <w:color w:val="555555"/>
          <w:sz w:val="20"/>
        </w:rPr>
        <w:t>[5]</w:t>
      </w:r>
    </w:p>
    <w:p>
      <w:r>
        <w:rPr>
          <w:rFonts w:ascii="Gentium Plus" w:hAnsi="Gentium Plus"/>
          <w:sz w:val="24"/>
        </w:rPr>
        <w:t>τῆς φύσεως ἐκεῖ που τὰ περιττὰ διωθουμένης διὰ τὴν ἐπιγεγονυίαν τῶ μέλει ἀτονίαν ἐπὶ τῇ σωρίᾳ τοῦ πλείο‐ νος.</w:t>
      </w:r>
    </w:p>
    <w:p>
      <w:r>
        <w:rPr>
          <w:rFonts w:ascii="Courier New" w:hAnsi="Courier New"/>
          <w:color w:val="555555"/>
          <w:sz w:val="20"/>
        </w:rPr>
        <w:t>[5 . 6 . 12]</w:t>
      </w:r>
    </w:p>
    <w:p>
      <w:r>
        <w:rPr>
          <w:rFonts w:ascii="Gentium Plus" w:hAnsi="Gentium Plus"/>
          <w:sz w:val="24"/>
        </w:rPr>
        <w:t>Πέφυκε γάρ τοι καὶ τοῦτο δι’ οἱονδήτινα λόγον ἠσθενηκότος μορίου ἐκεῖσέ πη πᾶν ἀχρεῖον ὠθεῖσθαι.</w:t>
      </w:r>
    </w:p>
    <w:p>
      <w:r>
        <w:rPr>
          <w:rFonts w:ascii="Courier New" w:hAnsi="Courier New"/>
          <w:color w:val="555555"/>
          <w:sz w:val="20"/>
        </w:rPr>
        <w:t>[5 . 6 . 13]</w:t>
      </w:r>
    </w:p>
    <w:p>
      <w:r>
        <w:rPr>
          <w:rFonts w:ascii="Gentium Plus" w:hAnsi="Gentium Plus"/>
          <w:sz w:val="24"/>
        </w:rPr>
        <w:t>Ἐπεὶ γὰρ τὸ πεπονθὸς μὴ τὴν προτέραν πέφυκε κεκτῆσθαι, δύναμιν ἀποκριτικήν, τῇ τῆς ὕλης ἐπιφορᾷ βα‐ ρυνθὲν οὐ μόνον οὐκ ἀποτρέπεται τῶν ἐπιρρυέντων τὴν ὕλην, ἀλλὰ καὶ τῶν προσεπιρρεόντων ἐπιδέχεται τὴν ἀπω‐</w:t>
      </w:r>
    </w:p>
    <w:p>
      <w:r>
        <w:rPr>
          <w:rFonts w:ascii="Courier New" w:hAnsi="Courier New"/>
          <w:color w:val="555555"/>
          <w:sz w:val="20"/>
        </w:rPr>
        <w:t>[5]</w:t>
      </w:r>
    </w:p>
    <w:p>
      <w:r>
        <w:rPr>
          <w:rFonts w:ascii="Gentium Plus" w:hAnsi="Gentium Plus"/>
          <w:sz w:val="24"/>
        </w:rPr>
        <w:t>στικὴν ὡς ἔοικεν ἀπαγορεύσασαν δύναμιν.</w:t>
      </w:r>
    </w:p>
    <w:p>
      <w:r>
        <w:rPr>
          <w:rFonts w:ascii="Courier New" w:hAnsi="Courier New"/>
          <w:color w:val="555555"/>
          <w:sz w:val="20"/>
        </w:rPr>
        <w:t>[5 . 6 . 14]</w:t>
      </w:r>
    </w:p>
    <w:p>
      <w:r>
        <w:rPr>
          <w:rFonts w:ascii="Gentium Plus" w:hAnsi="Gentium Plus"/>
          <w:sz w:val="24"/>
        </w:rPr>
        <w:t>Ἀλλ’ ὁ μὲν περὶ ἀνυποστάτων οὔρων λόγος ἀρκούντως οἶμαι ῥη‐ θεὶς τανῦν ἀφείσθω.</w:t>
      </w:r>
    </w:p>
    <w:p>
      <w:pPr>
        <w:jc w:val="center"/>
      </w:pPr>
      <w:r>
        <w:rPr>
          <w:rFonts w:ascii="Gentium Plus" w:hAnsi="Gentium Plus"/>
          <w:b/>
          <w:sz w:val="24"/>
        </w:rPr>
        <w:t>Κεφ. ζʹ. Περὶ τῆς τῶν κατὰ τὰ γένη καὶ ἡλικίας οὔρων αἰτίας.</w:t>
      </w:r>
    </w:p>
    <w:p>
      <w:r>
        <w:rPr>
          <w:rFonts w:ascii="Courier New" w:hAnsi="Courier New"/>
          <w:color w:val="555555"/>
          <w:sz w:val="20"/>
        </w:rPr>
        <w:t>[5 . 7 . 1]</w:t>
      </w:r>
    </w:p>
    <w:p>
      <w:r>
        <w:rPr>
          <w:rFonts w:ascii="Gentium Plus" w:hAnsi="Gentium Plus"/>
          <w:sz w:val="24"/>
        </w:rPr>
        <w:t>Δεῖ γὰρ καὶ τὸ μὴ τοὺς λόγους ἐπιμηκύνειν πα‐ ρατηρεῖσθαι. Ἡμεῖς δ’ ὥσπερ ἀφ’ ἑτέρας ἀρχῆς ἁψάμενοι λέγομεν δι’ οἱασδήτινας δηλονότι αἰτίας ἑτεροῖα τὰ οὖρα ταῖς διαφόροις ἡλικίαις ἀποδίδονται ὥραις τε καὶ χώραις</w:t>
      </w:r>
    </w:p>
    <w:p>
      <w:r>
        <w:rPr>
          <w:rFonts w:ascii="Courier New" w:hAnsi="Courier New"/>
          <w:color w:val="555555"/>
          <w:sz w:val="20"/>
        </w:rPr>
        <w:t>[5]</w:t>
      </w:r>
    </w:p>
    <w:p>
      <w:r>
        <w:rPr>
          <w:rFonts w:ascii="Gentium Plus" w:hAnsi="Gentium Plus"/>
          <w:sz w:val="24"/>
        </w:rPr>
        <w:t>καὶ διαίταις καὶ τρόποις οἱοισδήτισιν ἑτέροις, καθὰ κἀν τοῖς περὶ διαγνώσεων οὔρων λέλεκται.</w:t>
      </w:r>
    </w:p>
    <w:p>
      <w:r>
        <w:rPr>
          <w:rFonts w:ascii="Courier New" w:hAnsi="Courier New"/>
          <w:color w:val="555555"/>
          <w:sz w:val="20"/>
        </w:rPr>
        <w:t>[5 . 7 . 2]</w:t>
      </w:r>
    </w:p>
    <w:p>
      <w:r>
        <w:rPr>
          <w:rFonts w:ascii="Gentium Plus" w:hAnsi="Gentium Plus"/>
          <w:sz w:val="24"/>
        </w:rPr>
        <w:t>Οὕτω γὰρ ἀπο‐ δοθέντος τοῦ λόγου, τέλος ἂν αἴσιον οἶμαι καὶ ὁ περὶ αἰ‐ τίας οὔρων ἐπιλάβῃ λόγος καὶ αἱ ἐπ’ ἐκείνοις θέσεις ὧδ’ ἂν τὸ ἀξιόπιστον τῶν αἰτιῶν ἀποδοθεισῶν ἐπιλάβοιεν.</w:t>
      </w:r>
    </w:p>
    <w:p>
      <w:r>
        <w:rPr>
          <w:rFonts w:ascii="Courier New" w:hAnsi="Courier New"/>
          <w:color w:val="555555"/>
          <w:sz w:val="20"/>
        </w:rPr>
        <w:t>[5 . 7 . 3]</w:t>
      </w:r>
    </w:p>
    <w:p>
      <w:r>
        <w:rPr>
          <w:rFonts w:ascii="Gentium Plus" w:hAnsi="Gentium Plus"/>
          <w:sz w:val="24"/>
        </w:rPr>
        <w:t>Ἵν’ οὖν μὴ γρίφος τις ὁ λόγος δόξῃ καὶ δύσληπτος, προσεπιθήσομεν καὶ τὰ ἐπὶ τοῖς περὶ διαγνώσεως διο‐ ρισθέντα λόγοις κεφάλαια, ἵν’ ὅπως ἐπ’ ἐκείνοις τὰς αἰτίας κατασκευάζοντες δι’ ἀλλήλων τὰς πίστεις παράσχοιμεν τοῖς</w:t>
      </w:r>
    </w:p>
    <w:p>
      <w:r>
        <w:rPr>
          <w:rFonts w:ascii="Courier New" w:hAnsi="Courier New"/>
          <w:color w:val="555555"/>
          <w:sz w:val="20"/>
        </w:rPr>
        <w:t>[5]</w:t>
      </w:r>
    </w:p>
    <w:p>
      <w:r>
        <w:rPr>
          <w:rFonts w:ascii="Gentium Plus" w:hAnsi="Gentium Plus"/>
          <w:sz w:val="24"/>
        </w:rPr>
        <w:t>σπουδάζουσιν.</w:t>
      </w:r>
    </w:p>
    <w:p>
      <w:r>
        <w:rPr>
          <w:rFonts w:ascii="Courier New" w:hAnsi="Courier New"/>
          <w:color w:val="555555"/>
          <w:sz w:val="20"/>
        </w:rPr>
        <w:t>[5 . 7 . 4]</w:t>
      </w:r>
    </w:p>
    <w:p>
      <w:r>
        <w:rPr>
          <w:rFonts w:ascii="Gentium Plus" w:hAnsi="Gentium Plus"/>
          <w:sz w:val="24"/>
        </w:rPr>
        <w:t>Ἀνδρῶν οὖν εὐκράτως ἐχόντων οὖρα ὑπόπυρρά τε καὶ ὑπόξανθα καὶ συμμέτρως ἔχοντα κατά τε σύστασιν καὶ παρυφιστάμενον.</w:t>
      </w:r>
    </w:p>
    <w:p>
      <w:r>
        <w:rPr>
          <w:rFonts w:ascii="Courier New" w:hAnsi="Courier New"/>
          <w:color w:val="555555"/>
          <w:sz w:val="20"/>
        </w:rPr>
        <w:t>[5 . 7 . 5]</w:t>
      </w:r>
    </w:p>
    <w:p>
      <w:r>
        <w:rPr>
          <w:rFonts w:ascii="Gentium Plus" w:hAnsi="Gentium Plus"/>
          <w:sz w:val="24"/>
        </w:rPr>
        <w:t>Καὶ τούτου μὲν ἀπο‐ δέδοται ἡ αἰτία, τὰ καθ’ ἕκαστον ἐν τῷ πρὸ τούτου λόγῳ διορισαμένῳ μοι. ἔνεστί γε μὴν κἀνταῦθα βραχύ τι φάναι τὸν λόγον ἀναλαμβάνοντι.</w:t>
      </w:r>
    </w:p>
    <w:p>
      <w:r>
        <w:rPr>
          <w:rFonts w:ascii="Courier New" w:hAnsi="Courier New"/>
          <w:color w:val="555555"/>
          <w:sz w:val="20"/>
        </w:rPr>
        <w:t>[5 . 7 . 6]</w:t>
      </w:r>
    </w:p>
    <w:p>
      <w:r>
        <w:rPr>
          <w:rFonts w:ascii="Gentium Plus" w:hAnsi="Gentium Plus"/>
          <w:sz w:val="24"/>
        </w:rPr>
        <w:t>Ἐπεὶ γάρ τοι δέδεικται τοῖς συμμέτροις πέψεσι τοῦ αἵματος καὶ τὴν χολὴν συμ‐ μέτρως κατὰ χροιὰν ἀποδίδοσθαι ἤτοι ξανθὴν ἢ πυρρὰν δηλονότι, εἰκότως ἂν τῷ ἀπ’ αὐτῆς ἐκεῖσε διαδιδομένῳ χυμῷ</w:t>
      </w:r>
    </w:p>
    <w:p>
      <w:r>
        <w:rPr>
          <w:rFonts w:ascii="Courier New" w:hAnsi="Courier New"/>
          <w:color w:val="555555"/>
          <w:sz w:val="20"/>
        </w:rPr>
        <w:t>[5]</w:t>
      </w:r>
    </w:p>
    <w:p>
      <w:r>
        <w:rPr>
          <w:rFonts w:ascii="Gentium Plus" w:hAnsi="Gentium Plus"/>
          <w:sz w:val="24"/>
        </w:rPr>
        <w:t>ξανθῷ τῷ χρώματι τυγχάνοντι καὶ τῇ τοῦ ὀρρώδους ἐπι‐ μιξίᾳ χυμοῦ ὑπόπυρρά τε καὶ ὑπόξανθα τὰ οὖρα ἀποδο‐ θείη, σύμμετρα δὲ ταῖς συστάσεσιν ἐπ’ ἀκριβέσι ταῖς πέ‐ ψεσι.</w:t>
      </w:r>
    </w:p>
    <w:p>
      <w:r>
        <w:rPr>
          <w:rFonts w:ascii="Courier New" w:hAnsi="Courier New"/>
          <w:color w:val="555555"/>
          <w:sz w:val="20"/>
        </w:rPr>
        <w:t>[5 . 7 . 7]</w:t>
      </w:r>
    </w:p>
    <w:p>
      <w:r>
        <w:rPr>
          <w:rFonts w:ascii="Gentium Plus" w:hAnsi="Gentium Plus"/>
          <w:sz w:val="24"/>
        </w:rPr>
        <w:t>Λευκὰ δὲ καὶ λεῖα καὶ ὁμαλὰ καὶ πρὸς τὸν πυθμένα χωροῦντα τα παρυφιστάμενα γεγονότα καὶ τὴν ἐπὶ τῇ τρίτῃ πέψει ἀλλοίωσιν μαρτυρεῖ.</w:t>
      </w:r>
    </w:p>
    <w:p>
      <w:r>
        <w:rPr>
          <w:rFonts w:ascii="Courier New" w:hAnsi="Courier New"/>
          <w:color w:val="555555"/>
          <w:sz w:val="20"/>
        </w:rPr>
        <w:t>[5 . 7 . 8]</w:t>
      </w:r>
    </w:p>
    <w:p>
      <w:r>
        <w:rPr>
          <w:rFonts w:ascii="Gentium Plus" w:hAnsi="Gentium Plus"/>
          <w:sz w:val="24"/>
        </w:rPr>
        <w:t>Ἐπὶ δὲ τῶν ἀκμαζόντων τε καὶ εὐκράτως χόντων ἀνδρῶν τὰ οὖρα ὁποῖα εἴη καὶ πάλαι μὲν λέλεκται καὶ αἱ ἐφ’ αὐτοῖς ἀπεδόθησαν αἰτίαι, καὶ νῦν δ’ αὖ αὐτῶν ἐπεμνήσθημεν</w:t>
      </w:r>
    </w:p>
    <w:p>
      <w:r>
        <w:rPr>
          <w:rFonts w:ascii="Courier New" w:hAnsi="Courier New"/>
          <w:color w:val="555555"/>
          <w:sz w:val="20"/>
        </w:rPr>
        <w:t>[5]</w:t>
      </w:r>
    </w:p>
    <w:p>
      <w:r>
        <w:rPr>
          <w:rFonts w:ascii="Gentium Plus" w:hAnsi="Gentium Plus"/>
          <w:sz w:val="24"/>
        </w:rPr>
        <w:t>ὅσον εἰκὸς ἦν· προσῆκον ἂν εἴη καὶ τῶν λοιπῶν ἐπὶ ταῖς διαγνώσεσι ῥηθέντων ἐφάψασθαι, ἵν’ ὅπως καὶ τῶν αἰτιῶν ἀποδοθεισῶν ἄρτιος ἡμῖν ὁ λόγος ἀποδοθείη.</w:t>
      </w:r>
    </w:p>
    <w:p>
      <w:r>
        <w:rPr>
          <w:rFonts w:ascii="Courier New" w:hAnsi="Courier New"/>
          <w:color w:val="555555"/>
          <w:sz w:val="20"/>
        </w:rPr>
        <w:t>[5 . 7 . 9]</w:t>
      </w:r>
    </w:p>
    <w:p>
      <w:r>
        <w:rPr>
          <w:rFonts w:ascii="Gentium Plus" w:hAnsi="Gentium Plus"/>
          <w:sz w:val="24"/>
        </w:rPr>
        <w:t>Γερόν‐ των τοίνυν οὖρα πρὸς τὸ λευκὸν ἤδη χωροῦντα φαίνεται ὑπόλεπτα τὴν σύμμετρον διαφυγόντα σύστασιν καὶ μείω τὰ παρυφιστάμενα καὶ οἷον ἔνωμα ἔχοντα· παίδων δὲ κο‐</w:t>
      </w:r>
    </w:p>
    <w:p>
      <w:r>
        <w:rPr>
          <w:rFonts w:ascii="Courier New" w:hAnsi="Courier New"/>
          <w:color w:val="555555"/>
          <w:sz w:val="20"/>
        </w:rPr>
        <w:t>[5]</w:t>
      </w:r>
    </w:p>
    <w:p>
      <w:r>
        <w:rPr>
          <w:rFonts w:ascii="Gentium Plus" w:hAnsi="Gentium Plus"/>
          <w:sz w:val="24"/>
        </w:rPr>
        <w:t>μιδῇ νέων τῷ μὲν χρώματι ὀλίγον τῶν τε ὑποπύρρων καὶ ὑποξάνθων δέουσι, μικροῦ δὲ δεῖν ὑπερβάλλουσι τῇ συ‐ στάσει τῶν ἀκμαζόντων, πλείω δὲ τὰ παρυφιστάμενα ἔχουσιν.</w:t>
      </w:r>
    </w:p>
    <w:p>
      <w:r>
        <w:rPr>
          <w:rFonts w:ascii="Courier New" w:hAnsi="Courier New"/>
          <w:color w:val="555555"/>
          <w:sz w:val="20"/>
        </w:rPr>
        <w:t>[5 . 7 . 10]</w:t>
      </w:r>
    </w:p>
    <w:p>
      <w:r>
        <w:rPr>
          <w:rFonts w:ascii="Gentium Plus" w:hAnsi="Gentium Plus"/>
          <w:sz w:val="24"/>
        </w:rPr>
        <w:t>Ὁ μὲν οὖν ἐπὶ διαγνώσει λόγος τοιοῦτος οἶ‐ μαι ἀπεδόθη, τὰς δὲ αἰτίας ὧδε καταμαθητέον.</w:t>
      </w:r>
    </w:p>
    <w:p>
      <w:r>
        <w:rPr>
          <w:rFonts w:ascii="Courier New" w:hAnsi="Courier New"/>
          <w:color w:val="555555"/>
          <w:sz w:val="20"/>
        </w:rPr>
        <w:t>[5 . 7 . 11]</w:t>
      </w:r>
    </w:p>
    <w:p>
      <w:r>
        <w:rPr>
          <w:rFonts w:ascii="Gentium Plus" w:hAnsi="Gentium Plus"/>
          <w:sz w:val="24"/>
        </w:rPr>
        <w:t>Ἐπεὶ τοίνυν ἡ τῶν γερόντων ἡλικία καθόσον ἂν προΐῃ ἐπὶ τὸ ψυχρότερον ῥέπῃ, εἰκότως ἄρα καὶ τὰ οὖρα λευκά τε καὶ λεπτὰ ἀποδώσει, τοῦ μὲν ἐμφύτου ἤδη μαραινομένου</w:t>
      </w:r>
    </w:p>
    <w:p>
      <w:r>
        <w:rPr>
          <w:rFonts w:ascii="Courier New" w:hAnsi="Courier New"/>
          <w:color w:val="555555"/>
          <w:sz w:val="20"/>
        </w:rPr>
        <w:t>[5]</w:t>
      </w:r>
    </w:p>
    <w:p>
      <w:r>
        <w:rPr>
          <w:rFonts w:ascii="Gentium Plus" w:hAnsi="Gentium Plus"/>
          <w:sz w:val="24"/>
        </w:rPr>
        <w:t>θερμοῦ, τῆς δὲ πέψεως ἐλαττουμένης τε καὶ ἀμαυρουμέ‐ νης τῇ τῆς ψύξεως ἐπικρατείᾳ.</w:t>
      </w:r>
    </w:p>
    <w:p>
      <w:r>
        <w:rPr>
          <w:rFonts w:ascii="Courier New" w:hAnsi="Courier New"/>
          <w:color w:val="555555"/>
          <w:sz w:val="20"/>
        </w:rPr>
        <w:t>[5 . 7 . 12]</w:t>
      </w:r>
    </w:p>
    <w:p>
      <w:r>
        <w:rPr>
          <w:rFonts w:ascii="Gentium Plus" w:hAnsi="Gentium Plus"/>
          <w:sz w:val="24"/>
        </w:rPr>
        <w:t>Διὰ ταῦτ’ οὖν εἰκό‐ τως καὶ τῆς θρέψεως γινομένης βραχείας καὶ τὰ παρυφι‐ στάμενα μείω φαίνεται τῇ τῶν τρεφόντων ἀναλογοῦντα χυμῶν προσλήψει.</w:t>
      </w:r>
    </w:p>
    <w:p>
      <w:r>
        <w:rPr>
          <w:rFonts w:ascii="Courier New" w:hAnsi="Courier New"/>
          <w:color w:val="555555"/>
          <w:sz w:val="20"/>
        </w:rPr>
        <w:t>[5 . 7 . 13]</w:t>
      </w:r>
    </w:p>
    <w:p>
      <w:r>
        <w:rPr>
          <w:rFonts w:ascii="Gentium Plus" w:hAnsi="Gentium Plus"/>
          <w:sz w:val="24"/>
        </w:rPr>
        <w:t>Ἐπεὶ γὰρ ἐκεῖνοι μείους εἴρηνται τῷ τε τὴν ἀνάδοσιν ἀπημαυρῶσθαι, τῷ τε τὴν πέψιν ἠτο‐ νηκέναι, δεόντως ἐλάττω τε καὶ οἷον ἀπεπτούμενα φαίνε‐ ται τὰ παρυφιστάμενα.</w:t>
      </w:r>
    </w:p>
    <w:p>
      <w:r>
        <w:rPr>
          <w:rFonts w:ascii="Courier New" w:hAnsi="Courier New"/>
          <w:color w:val="555555"/>
          <w:sz w:val="20"/>
        </w:rPr>
        <w:t>[5 . 7 . 14]</w:t>
      </w:r>
    </w:p>
    <w:p>
      <w:r>
        <w:rPr>
          <w:rFonts w:ascii="Gentium Plus" w:hAnsi="Gentium Plus"/>
          <w:sz w:val="24"/>
        </w:rPr>
        <w:t>Τῶν γε μὴν παιδῶν πολὺ τυγχάνον τὸ φυσικὸν καὶ ἔμφυτον θερμὸν μετὰ πλείονος τῆς φυσικῆς ὑγρότητος τὰ μὲν χρώματα τῶν οὔρων ἐνδέ‐ οντά πη τῶν ἐπὶ τοῖς ἀκμάζουσι προσβάλλεται τῇ πλείονι</w:t>
      </w:r>
    </w:p>
    <w:p>
      <w:r>
        <w:rPr>
          <w:rFonts w:ascii="Courier New" w:hAnsi="Courier New"/>
          <w:color w:val="555555"/>
          <w:sz w:val="20"/>
        </w:rPr>
        <w:t>[5]</w:t>
      </w:r>
    </w:p>
    <w:p>
      <w:r>
        <w:rPr>
          <w:rFonts w:ascii="Gentium Plus" w:hAnsi="Gentium Plus"/>
          <w:sz w:val="24"/>
        </w:rPr>
        <w:t>ἐξυδαρούμενα ὑγρότητι, τῷ δὲ πεπλεονεκτηκέναι τὴν ἔμ‐ φυτον θερμότητα ἀμείνω καὶ τὴν σύστασιν ἀποδοθῆναι γέγονεν τῆς ἐπὶ τοῖς ἀκμάζουσιν.</w:t>
      </w:r>
    </w:p>
    <w:p>
      <w:r>
        <w:rPr>
          <w:rFonts w:ascii="Courier New" w:hAnsi="Courier New"/>
          <w:color w:val="555555"/>
          <w:sz w:val="20"/>
        </w:rPr>
        <w:t>[5 . 7 . 15]</w:t>
      </w:r>
    </w:p>
    <w:p>
      <w:r>
        <w:rPr>
          <w:rFonts w:ascii="Gentium Plus" w:hAnsi="Gentium Plus"/>
          <w:sz w:val="24"/>
        </w:rPr>
        <w:t>Ἡ γάρ τοι πλείων ἔμφυτος θερμότης κρείττους καὶ τὰς πέψεις ἀπεργάζεται.</w:t>
      </w:r>
    </w:p>
    <w:p>
      <w:r>
        <w:rPr>
          <w:rFonts w:ascii="Courier New" w:hAnsi="Courier New"/>
          <w:color w:val="555555"/>
          <w:sz w:val="20"/>
        </w:rPr>
        <w:t>[5 . 7 . 16]</w:t>
      </w:r>
    </w:p>
    <w:p>
      <w:r>
        <w:rPr>
          <w:rFonts w:ascii="Gentium Plus" w:hAnsi="Gentium Plus"/>
          <w:sz w:val="24"/>
        </w:rPr>
        <w:t>Ἡ μὲν γὰρ τῶν ἀκμαζόντων θερμότης πλείων οὖσα τῇ ποιότητι ἢ τῇ ποσότητι—ἤδη γὰρ πρὸς τὸ δριμύτερον κεχώρηκε—καὶ τὰ χρώματα τοιαῦτα, οἷα λέλεκται, ἀποδέ‐ δωκε.</w:t>
      </w:r>
    </w:p>
    <w:p>
      <w:r>
        <w:rPr>
          <w:rFonts w:ascii="Courier New" w:hAnsi="Courier New"/>
          <w:color w:val="555555"/>
          <w:sz w:val="20"/>
        </w:rPr>
        <w:t>[5 . 7 . 17]</w:t>
      </w:r>
    </w:p>
    <w:p>
      <w:r>
        <w:rPr>
          <w:rFonts w:ascii="Gentium Plus" w:hAnsi="Gentium Plus"/>
          <w:sz w:val="24"/>
        </w:rPr>
        <w:t>Ἡ τῶν παίδων δὲ μᾶλλον τῇ ποσότητι διενέγ‐ κασα κατὰ τὴν σύστασιν τῶν χυμῶν πεπλεονέκτηκεν. οὐ θαῦμα δὲ εἰ πλείω τὰ παρυφιστάμενα φαίνεται, πλείονος καὶ τῆς τῶν χυμῶν κατεργασίας γενομένης.</w:t>
      </w:r>
    </w:p>
    <w:p>
      <w:r>
        <w:rPr>
          <w:rFonts w:ascii="Courier New" w:hAnsi="Courier New"/>
          <w:color w:val="555555"/>
          <w:sz w:val="20"/>
        </w:rPr>
        <w:t>[5 . 7 . 18]</w:t>
      </w:r>
    </w:p>
    <w:p>
      <w:r>
        <w:rPr>
          <w:rFonts w:ascii="Gentium Plus" w:hAnsi="Gentium Plus"/>
          <w:sz w:val="24"/>
        </w:rPr>
        <w:t>Ἐπεὶ γὰρ καὶ ἄλλως μὲν ἀδδηφαγοῦσιν οἱ παῖδες, ὥστε συμ‐ βαίνειν ἐντεῦθεν πλείω τὰ περιττώματα γίνεσθαι· οὐ μείω δὲ καὶ διὰ τὴν τῆς θρέψεως ἐνέργειαν ἐπιτεινομένην</w:t>
      </w:r>
    </w:p>
    <w:p>
      <w:r>
        <w:rPr>
          <w:rFonts w:ascii="Courier New" w:hAnsi="Courier New"/>
          <w:color w:val="555555"/>
          <w:sz w:val="20"/>
        </w:rPr>
        <w:t>[5]</w:t>
      </w:r>
    </w:p>
    <w:p>
      <w:r>
        <w:rPr>
          <w:rFonts w:ascii="Gentium Plus" w:hAnsi="Gentium Plus"/>
          <w:sz w:val="24"/>
        </w:rPr>
        <w:t>τῇ χρείᾳ.</w:t>
      </w:r>
    </w:p>
    <w:p>
      <w:r>
        <w:rPr>
          <w:rFonts w:ascii="Courier New" w:hAnsi="Courier New"/>
          <w:color w:val="555555"/>
          <w:sz w:val="20"/>
        </w:rPr>
        <w:t>[5 . 7 . 19]</w:t>
      </w:r>
    </w:p>
    <w:p>
      <w:r>
        <w:rPr>
          <w:rFonts w:ascii="Gentium Plus" w:hAnsi="Gentium Plus"/>
          <w:sz w:val="24"/>
        </w:rPr>
        <w:t>Δεῖ γὰρ ὕλης ἔς τε τροφὴν τῷ θερμῷ, καὶ ἐς τὴν τῶν μελῶν ἐπίδοσιν, πλείω καὶ τὰ παρυφιστάμενα φαίνεται τῶν γερόντων τε καὶ ἀκμαζόντων.</w:t>
      </w:r>
    </w:p>
    <w:p>
      <w:r>
        <w:rPr>
          <w:rFonts w:ascii="Courier New" w:hAnsi="Courier New"/>
          <w:color w:val="555555"/>
          <w:sz w:val="20"/>
        </w:rPr>
        <w:t>[5 . 7 . 20]</w:t>
      </w:r>
    </w:p>
    <w:p>
      <w:r>
        <w:rPr>
          <w:rFonts w:ascii="Gentium Plus" w:hAnsi="Gentium Plus"/>
          <w:sz w:val="24"/>
        </w:rPr>
        <w:t>Καὶ ὁ μὲν κατὰ τὰς ἡλικίας λόγος ὧδέ πη κείσθω ἱκανῶς ῥηθείς νῦν δὲ καὶ περὶ τῶν λοιπῶν ῥητέον. —</w:t>
      </w:r>
    </w:p>
    <w:p>
      <w:r>
        <w:rPr>
          <w:rFonts w:ascii="Courier New" w:hAnsi="Courier New"/>
          <w:color w:val="555555"/>
          <w:sz w:val="20"/>
        </w:rPr>
        <w:t>[5 . 7 . 21]</w:t>
      </w:r>
    </w:p>
    <w:p>
      <w:r>
        <w:rPr>
          <w:rFonts w:ascii="Gentium Plus" w:hAnsi="Gentium Plus"/>
          <w:sz w:val="24"/>
        </w:rPr>
        <w:t>Γυναικῶν οὖν οὖρα ἀκμαζουσῶν καὶ ἐν τοῖς πᾶσιν ἐχουσῶν συμμέ‐ τρως ἐνδέοντά πως τοῦ τε ὑποπύρρου καὶ ὑποξάνθου καὶ διαφανέστερά πως τῇ συστάσει φαίνεται, πλείω γε μὴν τὰ</w:t>
      </w:r>
    </w:p>
    <w:p>
      <w:r>
        <w:rPr>
          <w:rFonts w:ascii="Courier New" w:hAnsi="Courier New"/>
          <w:color w:val="555555"/>
          <w:sz w:val="20"/>
        </w:rPr>
        <w:t>[5]</w:t>
      </w:r>
    </w:p>
    <w:p>
      <w:r>
        <w:rPr>
          <w:rFonts w:ascii="Gentium Plus" w:hAnsi="Gentium Plus"/>
          <w:sz w:val="24"/>
        </w:rPr>
        <w:t>παρυφιστάμενα τῶν ἀνδρῶν ἔχοντα.</w:t>
      </w:r>
    </w:p>
    <w:p>
      <w:r>
        <w:rPr>
          <w:rFonts w:ascii="Courier New" w:hAnsi="Courier New"/>
          <w:color w:val="555555"/>
          <w:sz w:val="20"/>
        </w:rPr>
        <w:t>[5 . 7 . 22]</w:t>
      </w:r>
    </w:p>
    <w:p>
      <w:r>
        <w:rPr>
          <w:rFonts w:ascii="Gentium Plus" w:hAnsi="Gentium Plus"/>
          <w:sz w:val="24"/>
        </w:rPr>
        <w:t>Τοιαύταις μὲν οὖν διαγνώσεσι τὰ οὖρα τῶν γυναικῶν δοκιμάζεται· αἱ δὲ αἰτίαι πως τεθεῖσαι βεβαιώσουσι τὴν διάγνωσιν.</w:t>
      </w:r>
    </w:p>
    <w:p>
      <w:r>
        <w:rPr>
          <w:rFonts w:ascii="Courier New" w:hAnsi="Courier New"/>
          <w:color w:val="555555"/>
          <w:sz w:val="20"/>
        </w:rPr>
        <w:t>[5 . 7 . 23]</w:t>
      </w:r>
    </w:p>
    <w:p>
      <w:r>
        <w:rPr>
          <w:rFonts w:ascii="Gentium Plus" w:hAnsi="Gentium Plus"/>
          <w:sz w:val="24"/>
        </w:rPr>
        <w:t>Τὸ τοίνυν φῦλον τῶν γυναικῶν οἰκουροῦν καὶ βραχέσι γυμνα‐ σίοις χρώμενον, ἔτι τε ὑφειμένην ἔχον τὴν φυσικὴν θερ‐ μότητα τῇ τῶν ἀνδρῶν παραβαλλομένην, ἀσθενεῖς μὲν</w:t>
      </w:r>
    </w:p>
    <w:p>
      <w:r>
        <w:rPr>
          <w:rFonts w:ascii="Courier New" w:hAnsi="Courier New"/>
          <w:color w:val="555555"/>
          <w:sz w:val="20"/>
        </w:rPr>
        <w:t>[5]</w:t>
      </w:r>
    </w:p>
    <w:p>
      <w:r>
        <w:rPr>
          <w:rFonts w:ascii="Gentium Plus" w:hAnsi="Gentium Plus"/>
          <w:sz w:val="24"/>
        </w:rPr>
        <w:t>τὰς πέψεις ποιεῖται, ἀβληχρὸν δὲ τὸ φυσικὸν κέκτηται πῦρ.</w:t>
      </w:r>
    </w:p>
    <w:p>
      <w:r>
        <w:rPr>
          <w:rFonts w:ascii="Courier New" w:hAnsi="Courier New"/>
          <w:color w:val="555555"/>
          <w:sz w:val="20"/>
        </w:rPr>
        <w:t>[5 . 7 . 24]</w:t>
      </w:r>
    </w:p>
    <w:p>
      <w:r>
        <w:rPr>
          <w:rFonts w:ascii="Gentium Plus" w:hAnsi="Gentium Plus"/>
          <w:sz w:val="24"/>
        </w:rPr>
        <w:t>Ταῦτά τοι καὶ ὑπόλεπτα μὲν τὰ οὖρα προβάλ‐ λεται καὶ ὑπόλευκα μὴ ἀκριβῆ καὶ ἴσην τῇ τῶν ἀνδρῶν πέψει δεχόμενα, πλείω δὲ τὰ παρυφιστάμενα διὰ δύο αἰτίας οἶμαι συνιούσας.</w:t>
      </w:r>
    </w:p>
    <w:p>
      <w:r>
        <w:rPr>
          <w:rFonts w:ascii="Courier New" w:hAnsi="Courier New"/>
          <w:color w:val="555555"/>
          <w:sz w:val="20"/>
        </w:rPr>
        <w:t>[5 . 7 . 25]</w:t>
      </w:r>
    </w:p>
    <w:p>
      <w:r>
        <w:rPr>
          <w:rFonts w:ascii="Gentium Plus" w:hAnsi="Gentium Plus"/>
          <w:sz w:val="24"/>
        </w:rPr>
        <w:t>Τῇ γὰρ περιουσίᾳ φυσικῆς ὑγρότητος, τῇ τε ἐκ τῆς ἀσθενοῦς πέψεως τῶν περιττωμάτων πλησμο‐ νῆς πλείω καὶ τὰ παρυφιστάμενα φαίνεται, ὥστε ἐντεῦ‐ θεν ἄν τις σκοπήσας δέξαιτο τὸν λόγον ὡς ἀληθῆ τὸν</w:t>
      </w:r>
    </w:p>
    <w:p>
      <w:r>
        <w:rPr>
          <w:rFonts w:ascii="Courier New" w:hAnsi="Courier New"/>
          <w:color w:val="555555"/>
          <w:sz w:val="20"/>
        </w:rPr>
        <w:t>[5]</w:t>
      </w:r>
    </w:p>
    <w:p>
      <w:r>
        <w:rPr>
          <w:rFonts w:ascii="Gentium Plus" w:hAnsi="Gentium Plus"/>
          <w:sz w:val="24"/>
        </w:rPr>
        <w:t>περὶ διαγνώσεως.</w:t>
      </w:r>
    </w:p>
    <w:p>
      <w:pPr>
        <w:jc w:val="center"/>
      </w:pPr>
      <w:r>
        <w:rPr>
          <w:rFonts w:ascii="Gentium Plus" w:hAnsi="Gentium Plus"/>
          <w:b/>
          <w:sz w:val="24"/>
        </w:rPr>
        <w:t>Κεφ. ηʹ. Περὶ αἰτίας τῶν κατὰ τὰς ἁπλὰς δυσκρασίας οὔρων.</w:t>
      </w:r>
    </w:p>
    <w:p>
      <w:r>
        <w:rPr>
          <w:rFonts w:ascii="Courier New" w:hAnsi="Courier New"/>
          <w:color w:val="555555"/>
          <w:sz w:val="20"/>
        </w:rPr>
        <w:t>[5 . 8 . 1]</w:t>
      </w:r>
    </w:p>
    <w:p>
      <w:r>
        <w:rPr>
          <w:rFonts w:ascii="Gentium Plus" w:hAnsi="Gentium Plus"/>
          <w:sz w:val="24"/>
        </w:rPr>
        <w:t>Περὶ δὲ τῶν κατὰ τὰς ἁπλὰς δυσκρασίας ἐπιταθεί‐ σας μεταβολῶν ἐν ταῖς οὔροις ὧδ’ ἂν εἴη προσῆκον φάναι.</w:t>
      </w:r>
    </w:p>
    <w:p>
      <w:r>
        <w:rPr>
          <w:rFonts w:ascii="Courier New" w:hAnsi="Courier New"/>
          <w:color w:val="555555"/>
          <w:sz w:val="20"/>
        </w:rPr>
        <w:t>[5 . 8 . 2]</w:t>
      </w:r>
    </w:p>
    <w:p>
      <w:r>
        <w:rPr>
          <w:rFonts w:ascii="Gentium Plus" w:hAnsi="Gentium Plus"/>
          <w:sz w:val="24"/>
        </w:rPr>
        <w:t>Καὶ τοίνυν θερμότης βραχὺ μὲν ἐκστᾶσα τοῦ δέοντος ὑπόπυρρά τε καὶ ὑπόξανθα ἔτι τὰ οὖρα ἀποδίδωσιν, ἐπὶ πλέον μέντοι ἐπιταθεῖσα ἤδη πυρρὰ καὶ ξανθά, ταῖς δὲ συστάσεσι ὑπερεκπίπτουσι ταῦτα τὸ σύμμετρον καί τις</w:t>
      </w:r>
    </w:p>
    <w:p>
      <w:r>
        <w:rPr>
          <w:rFonts w:ascii="Courier New" w:hAnsi="Courier New"/>
          <w:color w:val="555555"/>
          <w:sz w:val="20"/>
        </w:rPr>
        <w:t>[5]</w:t>
      </w:r>
    </w:p>
    <w:p>
      <w:r>
        <w:rPr>
          <w:rFonts w:ascii="Gentium Plus" w:hAnsi="Gentium Plus"/>
          <w:sz w:val="24"/>
        </w:rPr>
        <w:t>αὐτοῖς ἐπιφαίνεται στιλπνότης.</w:t>
      </w:r>
    </w:p>
    <w:p>
      <w:r>
        <w:rPr>
          <w:rFonts w:ascii="Courier New" w:hAnsi="Courier New"/>
          <w:color w:val="555555"/>
          <w:sz w:val="20"/>
        </w:rPr>
        <w:t>[5 . 8 . 3]</w:t>
      </w:r>
    </w:p>
    <w:p>
      <w:r>
        <w:rPr>
          <w:rFonts w:ascii="Gentium Plus" w:hAnsi="Gentium Plus"/>
          <w:sz w:val="24"/>
        </w:rPr>
        <w:t>Τὰ δέ γε παρυφιστά‐ μενα τούτοις σύμμετρα μὲν καὶ αὐτά, ἤδη δὲ καὶ τὸ λευ‐ κόν, ὃ δὴ κατὰ φύσιν τε καὶ σύμμετρον ἔφημεν αὐτοῖς τελεῖν, ὑποφεύγουσι, τἀναντία δὲ δὴ τούτων ἡ ψυχρότης</w:t>
      </w:r>
    </w:p>
    <w:p>
      <w:r>
        <w:rPr>
          <w:rFonts w:ascii="Courier New" w:hAnsi="Courier New"/>
          <w:color w:val="555555"/>
          <w:sz w:val="20"/>
        </w:rPr>
        <w:t>[5]</w:t>
      </w:r>
    </w:p>
    <w:p>
      <w:r>
        <w:rPr>
          <w:rFonts w:ascii="Gentium Plus" w:hAnsi="Gentium Plus"/>
          <w:sz w:val="24"/>
        </w:rPr>
        <w:t>προβάλλεται.</w:t>
      </w:r>
    </w:p>
    <w:p>
      <w:r>
        <w:rPr>
          <w:rFonts w:ascii="Courier New" w:hAnsi="Courier New"/>
          <w:color w:val="555555"/>
          <w:sz w:val="20"/>
        </w:rPr>
        <w:t>[5 . 8 . 4]</w:t>
      </w:r>
    </w:p>
    <w:p>
      <w:r>
        <w:rPr>
          <w:rFonts w:ascii="Gentium Plus" w:hAnsi="Gentium Plus"/>
          <w:sz w:val="24"/>
        </w:rPr>
        <w:t>Ἐφ’ ὅσον γὰρ ἂν ἡ ψύξις ἐπιτείνηται, λευκαίνεται καὶ τὰ χρώματα καί πως τῆς συμμέτρου συ‐ στάσεως λείπεται, τραχυτέραν τήν τε ἐπιφάνειαν καὶ τὰ παρυφιστάμενα μείω καὶ ἔνωμα.</w:t>
      </w:r>
    </w:p>
    <w:p>
      <w:r>
        <w:rPr>
          <w:rFonts w:ascii="Courier New" w:hAnsi="Courier New"/>
          <w:color w:val="555555"/>
          <w:sz w:val="20"/>
        </w:rPr>
        <w:t>[5 . 8 . 5]</w:t>
      </w:r>
    </w:p>
    <w:p>
      <w:r>
        <w:rPr>
          <w:rFonts w:ascii="Gentium Plus" w:hAnsi="Gentium Plus"/>
          <w:sz w:val="24"/>
        </w:rPr>
        <w:t>Ἐνίοτε δ’ αὖ παχύ‐ νεται διόλου καὶ ἀναθολοῦται τὰ οὖρα, ὑγρότης δ’ ἀμβλύ‐ νοι ἂν τὴν κατὰ φύσιν τοῦ οὔρου χροιὰν ἐξυδαρωθεῖσαν, τραχύνοιτο δ’ ἂν καὶ ἡ ἐπιφάνεια τούτου.</w:t>
      </w:r>
    </w:p>
    <w:p>
      <w:r>
        <w:rPr>
          <w:rFonts w:ascii="Courier New" w:hAnsi="Courier New"/>
          <w:color w:val="555555"/>
          <w:sz w:val="20"/>
        </w:rPr>
        <w:t>[5 . 8 . 6]</w:t>
      </w:r>
    </w:p>
    <w:p>
      <w:r>
        <w:rPr>
          <w:rFonts w:ascii="Gentium Plus" w:hAnsi="Gentium Plus"/>
          <w:sz w:val="24"/>
        </w:rPr>
        <w:t>Πλείω δὲ καὶ ἡ ὠμότης τῶν παρυφισταμένων, ἐνδέοιεν δ’ ἂν ὧδε καὶ κατὰ σύστασιν τὰ οὖρα.</w:t>
      </w:r>
    </w:p>
    <w:p>
      <w:r>
        <w:rPr>
          <w:rFonts w:ascii="Courier New" w:hAnsi="Courier New"/>
          <w:color w:val="555555"/>
          <w:sz w:val="20"/>
        </w:rPr>
        <w:t>[5 . 8 . 7]</w:t>
      </w:r>
    </w:p>
    <w:p>
      <w:r>
        <w:rPr>
          <w:rFonts w:ascii="Gentium Plus" w:hAnsi="Gentium Plus"/>
          <w:sz w:val="24"/>
        </w:rPr>
        <w:t>Ξηρότης δ’ αὖ ἀφαιρεῖται τοῦ τε κατὰ τὸ χῦμα καὶ τοῦ παρυφισταμένου ποσοῦ, διαφάνειαν δέ τινα καὶ στιλπνότητα πλείω ποιεῖ.</w:t>
      </w:r>
    </w:p>
    <w:p>
      <w:r>
        <w:rPr>
          <w:rFonts w:ascii="Courier New" w:hAnsi="Courier New"/>
          <w:color w:val="555555"/>
          <w:sz w:val="20"/>
        </w:rPr>
        <w:t>[5 . 8 . 8]</w:t>
      </w:r>
    </w:p>
    <w:p>
      <w:r>
        <w:rPr>
          <w:rFonts w:ascii="Gentium Plus" w:hAnsi="Gentium Plus"/>
          <w:sz w:val="24"/>
        </w:rPr>
        <w:t>Τά γε μὴν χρώματα τούτοις οἷα τὰ κατὰ φύσιν καὶ αἱ συ‐ στάσεις σύμμετροι, εἰ μή γε τῇ τῆς τρεφούσης ὑγρότητος ἐνδείᾳ δριμύτερα γένοιτο τῇ ἐπιταθείσῃ τοῦ θερμοῦ ποιό‐</w:t>
      </w:r>
    </w:p>
    <w:p>
      <w:r>
        <w:rPr>
          <w:rFonts w:ascii="Courier New" w:hAnsi="Courier New"/>
          <w:color w:val="555555"/>
          <w:sz w:val="20"/>
        </w:rPr>
        <w:t>[5]</w:t>
      </w:r>
    </w:p>
    <w:p>
      <w:r>
        <w:rPr>
          <w:rFonts w:ascii="Gentium Plus" w:hAnsi="Gentium Plus"/>
          <w:sz w:val="24"/>
        </w:rPr>
        <w:t>τητι.</w:t>
      </w:r>
    </w:p>
    <w:p>
      <w:r>
        <w:rPr>
          <w:rFonts w:ascii="Courier New" w:hAnsi="Courier New"/>
          <w:color w:val="555555"/>
          <w:sz w:val="20"/>
        </w:rPr>
        <w:t>[5 . 8 . 9]</w:t>
      </w:r>
    </w:p>
    <w:p>
      <w:r>
        <w:rPr>
          <w:rFonts w:ascii="Gentium Plus" w:hAnsi="Gentium Plus"/>
          <w:sz w:val="24"/>
        </w:rPr>
        <w:t>Τοιαῦτα τὰ κατὰ τὰς δυσκρασίας οὖρα πέφυκε. νῦν δὲ ἐπιθῶμεν καὶ τὰς αἰτίας, τὰς διαγνώσεις ὧδε πι‐ στούμενοι.</w:t>
      </w:r>
    </w:p>
    <w:p>
      <w:r>
        <w:rPr>
          <w:rFonts w:ascii="Courier New" w:hAnsi="Courier New"/>
          <w:color w:val="555555"/>
          <w:sz w:val="20"/>
        </w:rPr>
        <w:t>[5 . 8 . 10]</w:t>
      </w:r>
    </w:p>
    <w:p>
      <w:r>
        <w:rPr>
          <w:rFonts w:ascii="Gentium Plus" w:hAnsi="Gentium Plus"/>
          <w:sz w:val="24"/>
        </w:rPr>
        <w:t>Ἐπεὶ τοίνυν ἐπιτεινομένης θερμότητος εἴρηται μεταβάλλεσθαι καὶ τὰ χρώματα τῶν οὔρων, εἰκό‐ τως ἄρα κἀπὶ τῶν δυσκρασίᾳ ἤδη ἑαλωκότων θερμῇ, με‐ τρίᾳ μὲν οὔσῃ, ὑπόπυρρά τε καὶ ὑποξανθα ὀφθείη ἂν,</w:t>
      </w:r>
    </w:p>
    <w:p>
      <w:r>
        <w:rPr>
          <w:rFonts w:ascii="Courier New" w:hAnsi="Courier New"/>
          <w:color w:val="555555"/>
          <w:sz w:val="20"/>
        </w:rPr>
        <w:t>[5]</w:t>
      </w:r>
    </w:p>
    <w:p>
      <w:r>
        <w:rPr>
          <w:rFonts w:ascii="Gentium Plus" w:hAnsi="Gentium Plus"/>
          <w:sz w:val="24"/>
        </w:rPr>
        <w:t>πλείονι δὲ γεγενημένῃ ἤδη ξανθὰ καὶ πυρρά, τῆς ἐπιγε‐ γονυίας δηλονότι θερμότητος τὴν μὲν χολὴν δριμυτέραν ποιούσης, τὴν δ’ ἐξυδαροῦσαν ταύτην ὑπεξαιρουμένην ὑγρότητα. ταῦτά τοι καὶ τὰ χρώματα τοιαῦτα ἀποδίδοται.</w:t>
      </w:r>
    </w:p>
    <w:p>
      <w:r>
        <w:rPr>
          <w:rFonts w:ascii="Courier New" w:hAnsi="Courier New"/>
          <w:color w:val="555555"/>
          <w:sz w:val="20"/>
        </w:rPr>
        <w:t>[5 . 8 . 11]</w:t>
      </w:r>
    </w:p>
    <w:p>
      <w:r>
        <w:rPr>
          <w:rFonts w:ascii="Gentium Plus" w:hAnsi="Gentium Plus"/>
          <w:sz w:val="24"/>
        </w:rPr>
        <w:t>Ἐπεὶ δὲ καὶ ταῖς ἐπικρατείαις εἴρηται τῆς θερμότη‐ τος συμμέτρους καὶ τὰς πέψεις γίνεσθαι, ὥστε καὶ τὰς τῶν οὔρων ἐντεῦθεν συστάσεις συμμέτρους φαίνεσθαι, εἰκότως ἂν πλεονασάσαις, μήπω δὲ καταλυσάσαις τὴν ὑγί‐</w:t>
      </w:r>
    </w:p>
    <w:p>
      <w:r>
        <w:rPr>
          <w:rFonts w:ascii="Courier New" w:hAnsi="Courier New"/>
          <w:color w:val="555555"/>
          <w:sz w:val="20"/>
        </w:rPr>
        <w:t>[5]</w:t>
      </w:r>
    </w:p>
    <w:p>
      <w:r>
        <w:rPr>
          <w:rFonts w:ascii="Gentium Plus" w:hAnsi="Gentium Plus"/>
          <w:sz w:val="24"/>
        </w:rPr>
        <w:t>ειαν καὶ τὴν ὑπὲρ τὸ σύμμετρον τὰ οὖρα σύστασιν ἀνα‐ λάβωσιν.</w:t>
      </w:r>
    </w:p>
    <w:p>
      <w:r>
        <w:rPr>
          <w:rFonts w:ascii="Courier New" w:hAnsi="Courier New"/>
          <w:color w:val="555555"/>
          <w:sz w:val="20"/>
        </w:rPr>
        <w:t>[5 . 8 . 12]</w:t>
      </w:r>
    </w:p>
    <w:p>
      <w:r>
        <w:rPr>
          <w:rFonts w:ascii="Gentium Plus" w:hAnsi="Gentium Plus"/>
          <w:sz w:val="24"/>
        </w:rPr>
        <w:t>Οὐ θαῦμα δέ, εἰ καὶ ἡ ἐπιφάνεια στίλ‐ βει τῇ τοῦ χρωννύντος κατὰ ποιότητα ἐπιτάσει χυμοῦ.</w:t>
      </w:r>
    </w:p>
    <w:p>
      <w:r>
        <w:rPr>
          <w:rFonts w:ascii="Courier New" w:hAnsi="Courier New"/>
          <w:color w:val="555555"/>
          <w:sz w:val="20"/>
        </w:rPr>
        <w:t>[5 . 8 . 13]</w:t>
      </w:r>
    </w:p>
    <w:p>
      <w:r>
        <w:rPr>
          <w:rFonts w:ascii="Gentium Plus" w:hAnsi="Gentium Plus"/>
          <w:sz w:val="24"/>
        </w:rPr>
        <w:t>Τῆς γάρ τοι ἐπιταθείσης δριμύτητος ἀναλισκούσης τὴν τραχύνουσαν ὑγρότητα ἡ στιλβηδὼν διαφαίνεται, σύμ‐ μετρα δὲ κατὰ τἆλλα τὰ παρυφιστάμενα πεφυκότα οὐ καινὸν ἂν εἴη, εἰ μὴ διὰ τὴν ἐπὶ θερμότητα ἐπιταθεῖσαν</w:t>
      </w:r>
    </w:p>
    <w:p>
      <w:r>
        <w:rPr>
          <w:rFonts w:ascii="Courier New" w:hAnsi="Courier New"/>
          <w:color w:val="555555"/>
          <w:sz w:val="20"/>
        </w:rPr>
        <w:t>[5]</w:t>
      </w:r>
    </w:p>
    <w:p>
      <w:r>
        <w:rPr>
          <w:rFonts w:ascii="Gentium Plus" w:hAnsi="Gentium Plus"/>
          <w:sz w:val="24"/>
        </w:rPr>
        <w:t>δυσκρασίαν παρεῖταί τι καὶ τῆς λευκότητος, καταβαφῆς τινος ἀπὸ τῆς χολῆς ἐπιδόσεως συναναδιδομένης τε καὶ χρωννυούσης τὰ παρυφιστάμενα.</w:t>
      </w:r>
    </w:p>
    <w:p>
      <w:r>
        <w:rPr>
          <w:rFonts w:ascii="Courier New" w:hAnsi="Courier New"/>
          <w:color w:val="555555"/>
          <w:sz w:val="20"/>
        </w:rPr>
        <w:t>[5 . 8 . 14]</w:t>
      </w:r>
    </w:p>
    <w:p>
      <w:r>
        <w:rPr>
          <w:rFonts w:ascii="Gentium Plus" w:hAnsi="Gentium Plus"/>
          <w:sz w:val="24"/>
        </w:rPr>
        <w:t>Ἐπί γε μὴν τῶν ψυχρᾷ ἑαλωκότων δυσκρασίᾳ καθόσον ἂν ἐπὶ τὸ ψυχρότε‐ ρον προΐωσι, καὶ τὰ χρώματα λευκότερα ἐπιδείκνυται.</w:t>
      </w:r>
    </w:p>
    <w:p>
      <w:r>
        <w:rPr>
          <w:rFonts w:ascii="Courier New" w:hAnsi="Courier New"/>
          <w:color w:val="555555"/>
          <w:sz w:val="20"/>
        </w:rPr>
        <w:t>[5 . 8 . 15]</w:t>
      </w:r>
    </w:p>
    <w:p>
      <w:r>
        <w:rPr>
          <w:rFonts w:ascii="Gentium Plus" w:hAnsi="Gentium Plus"/>
          <w:sz w:val="24"/>
        </w:rPr>
        <w:t>Ἐπεὶ γάρ τοι δέδεικται ξανθήχολος μὲν ὢν ὁ χρωννὺς τὰ σύμμετρα τῶν οὔρων χυμός, οὗτος δὲ ἐπὶ συμμετρίᾳ τε καὶ ἀκριβέσι πέψεσιν ἐπιγίνεται, εἰκότως ἂν ἀποτυχού‐ σης τῆς ἀκριβοῦς πέψεως διὰ ψυχράν τινα διάθεσιν, ὁ</w:t>
      </w:r>
    </w:p>
    <w:p>
      <w:r>
        <w:rPr>
          <w:rFonts w:ascii="Courier New" w:hAnsi="Courier New"/>
          <w:color w:val="555555"/>
          <w:sz w:val="20"/>
        </w:rPr>
        <w:t>[5]</w:t>
      </w:r>
    </w:p>
    <w:p>
      <w:r>
        <w:rPr>
          <w:rFonts w:ascii="Gentium Plus" w:hAnsi="Gentium Plus"/>
          <w:sz w:val="24"/>
        </w:rPr>
        <w:t>ξανθὸς οὐκ ἀπολάβῃ τὸ οἰκεῖον χρῶμα χυμὸς ὠχρὸν ἢ ὕπωχρον κατὰ τὸ τῆς ἀποτυχίας μέτρον χρῶμα δεξάμενος, ὥστ’ ἂν εἰκότως τῇ τοῦ ὀρρώδους ἐπιμιξίᾳ χυμοῦ διάφοροι</w:t>
      </w:r>
    </w:p>
    <w:p>
      <w:r>
        <w:rPr>
          <w:rFonts w:ascii="Courier New" w:hAnsi="Courier New"/>
          <w:color w:val="555555"/>
          <w:sz w:val="20"/>
        </w:rPr>
        <w:t>[10]</w:t>
      </w:r>
    </w:p>
    <w:p>
      <w:r>
        <w:rPr>
          <w:rFonts w:ascii="Gentium Plus" w:hAnsi="Gentium Plus"/>
          <w:sz w:val="24"/>
        </w:rPr>
        <w:t>καὶ πρὸς τὸ λεπτότερον κατὰ τὴν συστάσιν χωρεῖ τὰ χύ‐ ματα, μὴ ῥᾳδίως τῇ ἐμφύτῳ κρατούμενά τε καὶ πεττό‐ μενα θερμότητι.</w:t>
      </w:r>
    </w:p>
    <w:p>
      <w:r>
        <w:rPr>
          <w:rFonts w:ascii="Courier New" w:hAnsi="Courier New"/>
          <w:color w:val="555555"/>
          <w:sz w:val="20"/>
        </w:rPr>
        <w:t>[5 . 8 . 16]</w:t>
      </w:r>
    </w:p>
    <w:p>
      <w:r>
        <w:rPr>
          <w:rFonts w:ascii="Gentium Plus" w:hAnsi="Gentium Plus"/>
          <w:sz w:val="24"/>
        </w:rPr>
        <w:t>Διὰ τὰ αὐτὰ δ’ ἂν καὶ ἡ ἐπιφάνεια τραχυτέρα ὀφθείη τοῦ στιλβηδόνα παρέχοντος ἠτυχηκότος κατὰ τὴν πέψιν τοῦ χυμοῦ. μείω γε μὴν καὶ ἔνωμα τὰ παρυφιστάμενα τούτοις.</w:t>
      </w:r>
    </w:p>
    <w:p>
      <w:r>
        <w:rPr>
          <w:rFonts w:ascii="Courier New" w:hAnsi="Courier New"/>
          <w:color w:val="555555"/>
          <w:sz w:val="20"/>
        </w:rPr>
        <w:t>[5 . 8 . 17]</w:t>
      </w:r>
    </w:p>
    <w:p>
      <w:r>
        <w:rPr>
          <w:rFonts w:ascii="Gentium Plus" w:hAnsi="Gentium Plus"/>
          <w:sz w:val="24"/>
        </w:rPr>
        <w:t>Τῷ μὲν γὰρ ἠλαττῶσθαι τὸ θερμὸν καὶ ἡ ἀνάδοσις ἐλάττων, ἐλάττω δ’ ἂν εἰκότως εἴη καὶ τά ἀπ’ ἐλάττονος τῶν χυμῶν ἀναλήψεως· ταῖς δὲ δι’ ἀτονίαν τοῦ θερμοῦ φαύλαις καὶ ἀσθενέσι πέψεσι καὶ τὰ</w:t>
      </w:r>
    </w:p>
    <w:p>
      <w:r>
        <w:rPr>
          <w:rFonts w:ascii="Courier New" w:hAnsi="Courier New"/>
          <w:color w:val="555555"/>
          <w:sz w:val="20"/>
        </w:rPr>
        <w:t>[5]</w:t>
      </w:r>
    </w:p>
    <w:p>
      <w:r>
        <w:rPr>
          <w:rFonts w:ascii="Gentium Plus" w:hAnsi="Gentium Plus"/>
          <w:sz w:val="24"/>
        </w:rPr>
        <w:t>παρυφιστάμενα ἐνωμότερα φαίνεται.</w:t>
      </w:r>
    </w:p>
    <w:p>
      <w:r>
        <w:rPr>
          <w:rFonts w:ascii="Courier New" w:hAnsi="Courier New"/>
          <w:color w:val="555555"/>
          <w:sz w:val="20"/>
        </w:rPr>
        <w:t>[5 . 8 . 18]</w:t>
      </w:r>
    </w:p>
    <w:p>
      <w:r>
        <w:rPr>
          <w:rFonts w:ascii="Gentium Plus" w:hAnsi="Gentium Plus"/>
          <w:sz w:val="24"/>
        </w:rPr>
        <w:t>Οὐ θαῦμα δέ, εἰ ἀναθολοῦνταί τε καὶ παχύνονται ἤδη τῆς ὠμοχυμίας κρατούσης διὰ τὴν τοῦ πέττοντός τε καὶ ἀλλοιοῦντος θερ‐ μοῦ ἀσθενείαν.</w:t>
      </w:r>
    </w:p>
    <w:p>
      <w:r>
        <w:rPr>
          <w:rFonts w:ascii="Courier New" w:hAnsi="Courier New"/>
          <w:color w:val="555555"/>
          <w:sz w:val="20"/>
        </w:rPr>
        <w:t>[5 . 8 . 19]</w:t>
      </w:r>
    </w:p>
    <w:p>
      <w:r>
        <w:rPr>
          <w:rFonts w:ascii="Gentium Plus" w:hAnsi="Gentium Plus"/>
          <w:sz w:val="24"/>
        </w:rPr>
        <w:t>Ὅπου μὲν γὰρ θερμότης φυσικὴ τῆς ὕλης κατακρατοῦσα ᾖ, τὰ μὲν λεπτὰ τῶν χυμῶν παχύνε‐ ται πεττόμενα, τὰ δ’ αὖ γε ἑτέρωθεν παχυνόμενα, ταύτῃ λεπτύνεταί τε καὶ διακρίνεται.</w:t>
      </w:r>
    </w:p>
    <w:p>
      <w:r>
        <w:rPr>
          <w:rFonts w:ascii="Courier New" w:hAnsi="Courier New"/>
          <w:color w:val="555555"/>
          <w:sz w:val="20"/>
        </w:rPr>
        <w:t>[5 . 8 . 20]</w:t>
      </w:r>
    </w:p>
    <w:p>
      <w:r>
        <w:rPr>
          <w:rFonts w:ascii="Gentium Plus" w:hAnsi="Gentium Plus"/>
          <w:sz w:val="24"/>
        </w:rPr>
        <w:t>Ταῦτά τοι καὶ ἀμφο‐ τέρας οἶδε τὰς συστάσεις διαφόρους αἰτίας ἡ κατὰ ψυχρό‐ τητα προξενεῖν δυσκρασία.</w:t>
      </w:r>
    </w:p>
    <w:p>
      <w:r>
        <w:rPr>
          <w:rFonts w:ascii="Courier New" w:hAnsi="Courier New"/>
          <w:color w:val="555555"/>
          <w:sz w:val="20"/>
        </w:rPr>
        <w:t>[5 . 8 . 21]</w:t>
      </w:r>
    </w:p>
    <w:p>
      <w:r>
        <w:rPr>
          <w:rFonts w:ascii="Gentium Plus" w:hAnsi="Gentium Plus"/>
          <w:sz w:val="24"/>
        </w:rPr>
        <w:t>Τὰ μὲν γὰρ λεπτὰ διὰ τὴν ἑαυτῆς μᾶλλον ψιλὴν δυσκρασίαν, ἐκεῖνα δ’ αὖ διὰ τὴν δι’ αὐτὴν ἐπιγεγονυῖαν τῶν χυμῶν ὠμότητα, ὑγρότης γε μὴν ἐπιμαρτυρηθείη μέντ’ ἂν καὶ τῷ ποσῷ τῆς ἐκκρί‐</w:t>
      </w:r>
    </w:p>
    <w:p>
      <w:r>
        <w:rPr>
          <w:rFonts w:ascii="Courier New" w:hAnsi="Courier New"/>
          <w:color w:val="555555"/>
          <w:sz w:val="20"/>
        </w:rPr>
        <w:t>[5]</w:t>
      </w:r>
    </w:p>
    <w:p>
      <w:r>
        <w:rPr>
          <w:rFonts w:ascii="Gentium Plus" w:hAnsi="Gentium Plus"/>
          <w:sz w:val="24"/>
        </w:rPr>
        <w:t>σεως, συνεπιμαρτυρήσει δὲ καὶ ἡ ἀμαύρωσις τῆς ἀποδιδο‐ μένης χροιᾶς.</w:t>
      </w:r>
    </w:p>
    <w:p>
      <w:r>
        <w:rPr>
          <w:rFonts w:ascii="Courier New" w:hAnsi="Courier New"/>
          <w:color w:val="555555"/>
          <w:sz w:val="20"/>
        </w:rPr>
        <w:t>[5 . 8 . 22]</w:t>
      </w:r>
    </w:p>
    <w:p>
      <w:r>
        <w:rPr>
          <w:rFonts w:ascii="Gentium Plus" w:hAnsi="Gentium Plus"/>
          <w:sz w:val="24"/>
        </w:rPr>
        <w:t>Τῆς γὰρ πέψεως οὐκ ἀκριβοῦς γινο‐ μένης τῇ τῆς ὑγρότητος περιουσίᾳ καὶ τὸ σύμμετρον ἐκ‐ πεφευγυίας, ἐπιθεῖναι ταύτῃ τῆς συστάσεως ὑπόλεπτα μὲν ἴσως φαίνεται, ἐπιλείποντα δὲ τῇ χροιᾷ τῇ τοῦ πλείονος</w:t>
      </w:r>
    </w:p>
    <w:p>
      <w:r>
        <w:rPr>
          <w:rFonts w:ascii="Courier New" w:hAnsi="Courier New"/>
          <w:color w:val="555555"/>
          <w:sz w:val="20"/>
        </w:rPr>
        <w:t>[5]</w:t>
      </w:r>
    </w:p>
    <w:p>
      <w:r>
        <w:rPr>
          <w:rFonts w:ascii="Gentium Plus" w:hAnsi="Gentium Plus"/>
          <w:sz w:val="24"/>
        </w:rPr>
        <w:t>ἐπιμιξίᾳ ὀρρώδους χυμοῦ, οὐ θαῦμα δ’ εἰ καὶ πλείω τε καὶ ἐνωμότερα τὰ παρυφιστάμενα φαίνεται.</w:t>
      </w:r>
    </w:p>
    <w:p>
      <w:r>
        <w:rPr>
          <w:rFonts w:ascii="Courier New" w:hAnsi="Courier New"/>
          <w:color w:val="555555"/>
          <w:sz w:val="20"/>
        </w:rPr>
        <w:t>[5 . 8 . 23]</w:t>
      </w:r>
    </w:p>
    <w:p>
      <w:r>
        <w:rPr>
          <w:rFonts w:ascii="Gentium Plus" w:hAnsi="Gentium Plus"/>
          <w:sz w:val="24"/>
        </w:rPr>
        <w:t>Τῇ μὲν γὰρ ὑγρότητι τῶν χυμῶν, ῥᾳδία ἡ ἀνάδοσις γίνεται, ὥστε καὶ πλείω κατὰ τὴν κατεργασίαν εἶναι εἰκός, συμβαίνῃ δ’ ἂν ἴσως, πλείονος ὄντος τοῦ ἀναδιδομένου ὑγροῦ, μὴ</w:t>
      </w:r>
    </w:p>
    <w:p>
      <w:r>
        <w:rPr>
          <w:rFonts w:ascii="Courier New" w:hAnsi="Courier New"/>
          <w:color w:val="555555"/>
          <w:sz w:val="20"/>
        </w:rPr>
        <w:t>[5]</w:t>
      </w:r>
    </w:p>
    <w:p>
      <w:r>
        <w:rPr>
          <w:rFonts w:ascii="Gentium Plus" w:hAnsi="Gentium Plus"/>
          <w:sz w:val="24"/>
        </w:rPr>
        <w:t>ἀκριβῆ τὴν τῶν ὑγρῶν κατεργασίαν γίνεσθαι, ὥστ’ ἐντεῦ‐ θεν συμβαίνειν πλείω μέν, ἐνωμότερα δ’ ἐνίοτε τὰ παρ‐ υφιστάμενα δείκνυσθαι.</w:t>
      </w:r>
    </w:p>
    <w:p>
      <w:r>
        <w:rPr>
          <w:rFonts w:ascii="Courier New" w:hAnsi="Courier New"/>
          <w:color w:val="555555"/>
          <w:sz w:val="20"/>
        </w:rPr>
        <w:t>[5 . 8 . 24]</w:t>
      </w:r>
    </w:p>
    <w:p>
      <w:r>
        <w:rPr>
          <w:rFonts w:ascii="Gentium Plus" w:hAnsi="Gentium Plus"/>
          <w:sz w:val="24"/>
        </w:rPr>
        <w:t>Ἐπεὶ δὲ ξηρὰ τῷ σώματι γεγονυῖα δυσκρασία μείω μὲν τὰ χύματα τῶν οὔρων φαί‐</w:t>
      </w:r>
    </w:p>
    <w:p>
      <w:r>
        <w:rPr>
          <w:rFonts w:ascii="Courier New" w:hAnsi="Courier New"/>
          <w:color w:val="555555"/>
          <w:sz w:val="20"/>
        </w:rPr>
        <w:t>[5]</w:t>
      </w:r>
    </w:p>
    <w:p>
      <w:r>
        <w:rPr>
          <w:rFonts w:ascii="Gentium Plus" w:hAnsi="Gentium Plus"/>
          <w:sz w:val="24"/>
        </w:rPr>
        <w:t>νοις ἀνθρώποις, ἐπιτεινομένης δὲ καὶ ταῦτ’ ἂν ἐπιταθείη, αἵ τε συστάσεις ὅμοιαι τοῖς ὑγιέσι τε καὶ συμμέτροις, ἐνίοτε δὲ καὶ προσεπιτείνονται.</w:t>
      </w:r>
    </w:p>
    <w:p>
      <w:r>
        <w:rPr>
          <w:rFonts w:ascii="Courier New" w:hAnsi="Courier New"/>
          <w:color w:val="555555"/>
          <w:sz w:val="20"/>
        </w:rPr>
        <w:t>[5 . 8 . 25]</w:t>
      </w:r>
    </w:p>
    <w:p>
      <w:r>
        <w:rPr>
          <w:rFonts w:ascii="Gentium Plus" w:hAnsi="Gentium Plus"/>
          <w:sz w:val="24"/>
        </w:rPr>
        <w:t>Τὰ μὲν οὖν χρώματα τοιαῦτα μένει μηδέν τι τοῦ χρωννύντος πεπονθότος χυ‐ μοῦ, μάλιστά γε μὴν καὶ ἐπιδιδόντος, καὶ τὰ χρώματα ἐπι‐ διδόασιν.</w:t>
      </w:r>
    </w:p>
    <w:p>
      <w:r>
        <w:rPr>
          <w:rFonts w:ascii="Courier New" w:hAnsi="Courier New"/>
          <w:color w:val="555555"/>
          <w:sz w:val="20"/>
        </w:rPr>
        <w:t>[5 . 8 . 26]</w:t>
      </w:r>
    </w:p>
    <w:p>
      <w:r>
        <w:rPr>
          <w:rFonts w:ascii="Gentium Plus" w:hAnsi="Gentium Plus"/>
          <w:sz w:val="24"/>
        </w:rPr>
        <w:t>Ὥσπερ δὲ ἐπὶ ταῖς τῆς ὑγρότητος ὑπερβολαῖς οὐκ ἐκράτει ῥᾳδίως ἡ πεπτικὴ δύναμις, οὕτω νῦν ἐπὶ ταῖς ξῃραῖς ῥᾷστα δυσκρασίαις κρατοῦσα οὐ μόνον ἀποδίδωσι τὴν σύμμετρον σύστασιν, ἀλλ’ ἐνίοτε καί τι πάχος προσ‐</w:t>
      </w:r>
    </w:p>
    <w:p>
      <w:r>
        <w:rPr>
          <w:rFonts w:ascii="Courier New" w:hAnsi="Courier New"/>
          <w:color w:val="555555"/>
          <w:sz w:val="20"/>
        </w:rPr>
        <w:t>[5]</w:t>
      </w:r>
    </w:p>
    <w:p>
      <w:r>
        <w:rPr>
          <w:rFonts w:ascii="Gentium Plus" w:hAnsi="Gentium Plus"/>
          <w:sz w:val="24"/>
        </w:rPr>
        <w:t>ἐπιτίθησι, στιλπνότης δέ τις καὶ λειότης ἐπιλάμπει τὴν ἐπιφάνειαν διὰ τὴν τοῦ χρωννύντος χυμοῦ αὐτάρκειαν.</w:t>
      </w:r>
    </w:p>
    <w:p>
      <w:r>
        <w:rPr>
          <w:rFonts w:ascii="Courier New" w:hAnsi="Courier New"/>
          <w:color w:val="555555"/>
          <w:sz w:val="20"/>
        </w:rPr>
        <w:t>[5 . 8 . 27]</w:t>
      </w:r>
    </w:p>
    <w:p>
      <w:r>
        <w:rPr>
          <w:rFonts w:ascii="Gentium Plus" w:hAnsi="Gentium Plus"/>
          <w:sz w:val="24"/>
        </w:rPr>
        <w:t>Τά γε μὴν παρυφιστάμενα μείω μὲν ὀλίγης οὔσης καὶ τῆς ἀναδιδομένης ὑγρότητος, σύμμετρα δὲ ταῖς ὑπο‐ στάσεσι, καὶ ἀκριβῶς πεπεμμένα τῷ κεκρατῆσθαι ταῦτα ῥᾳδίως ὑπὸ τῆς πεττούσης θερμότητος.</w:t>
      </w:r>
    </w:p>
    <w:p>
      <w:r>
        <w:rPr>
          <w:rFonts w:ascii="Courier New" w:hAnsi="Courier New"/>
          <w:color w:val="555555"/>
          <w:sz w:val="20"/>
        </w:rPr>
        <w:t>[5 . 8 . 28]</w:t>
      </w:r>
    </w:p>
    <w:p>
      <w:r>
        <w:rPr>
          <w:rFonts w:ascii="Gentium Plus" w:hAnsi="Gentium Plus"/>
          <w:sz w:val="24"/>
        </w:rPr>
        <w:t>Καὶ ὁ μὲν περὶ αἰτίας οὔρων λόγος ἐν τοῖς κατὰ δυσκρασίαν ἁπλὴν φαινομένοις οὔροις οὕτω πως ἀποδιδόσθω· οὐ μέντοι χρεὼν λανθάνειν, ὡς ἐπὶ μιᾷ τἀνθρώπου δυσκράτως ἔχον‐</w:t>
      </w:r>
    </w:p>
    <w:p>
      <w:r>
        <w:rPr>
          <w:rFonts w:ascii="Courier New" w:hAnsi="Courier New"/>
          <w:color w:val="555555"/>
          <w:sz w:val="20"/>
        </w:rPr>
        <w:t>[5]</w:t>
      </w:r>
    </w:p>
    <w:p>
      <w:r>
        <w:rPr>
          <w:rFonts w:ascii="Gentium Plus" w:hAnsi="Gentium Plus"/>
          <w:sz w:val="24"/>
        </w:rPr>
        <w:t>τος ποιότητι λέλεκται ταῦτα, τῶν ἄλλων ὅσον εἰκὸς συμ‐ μέτρων πεφυκυιῶν.</w:t>
      </w:r>
    </w:p>
    <w:p>
      <w:r>
        <w:rPr>
          <w:rFonts w:ascii="Courier New" w:hAnsi="Courier New"/>
          <w:color w:val="555555"/>
          <w:sz w:val="20"/>
        </w:rPr>
        <w:t>[5 . 8 . 29]</w:t>
      </w:r>
    </w:p>
    <w:p>
      <w:r>
        <w:rPr>
          <w:rFonts w:ascii="Gentium Plus" w:hAnsi="Gentium Plus"/>
          <w:sz w:val="24"/>
        </w:rPr>
        <w:t>Ἐπεὶ δ’ ἀκριβῶς ὁ λόγος τὰς ἐπὶ ταῖς ἁπλαῖς δυσκρασίαις διωρίσατο αἰτίας, ἔξεσται τῷ σπου‐ δαίῳ κἀκ τούτων τὰς συμπεπλεγμένας ἐξευρίσκειν ἐπιτε‐ θείσας ποιότητας.</w:t>
      </w:r>
    </w:p>
    <w:p>
      <w:pPr>
        <w:jc w:val="center"/>
      </w:pPr>
      <w:r>
        <w:rPr>
          <w:rFonts w:ascii="Gentium Plus" w:hAnsi="Gentium Plus"/>
          <w:b/>
          <w:sz w:val="24"/>
        </w:rPr>
        <w:t>Κεφ. θʹ. Περὶ αἰτίας τῶν κατὰ τοὺς γυμναζομένους καὶ ῥαθύμως βιοῦντας οὔρων.</w:t>
      </w:r>
    </w:p>
    <w:p>
      <w:r>
        <w:rPr>
          <w:rFonts w:ascii="Courier New" w:hAnsi="Courier New"/>
          <w:color w:val="555555"/>
          <w:sz w:val="20"/>
        </w:rPr>
        <w:t>[5 . 9 . 1]</w:t>
      </w:r>
    </w:p>
    <w:p>
      <w:r>
        <w:rPr>
          <w:rFonts w:ascii="Gentium Plus" w:hAnsi="Gentium Plus"/>
          <w:sz w:val="24"/>
        </w:rPr>
        <w:t>Πρὸς τούτοις ἐν τοῖς περὶ διαγνώσεως εἴρηται, ὡς τοῖς μὲν συμμέτρως γυμναζομένοις καὶ τὰ οὖρα σύμμε‐ τρα ἀποδίδοται, οἷα καὶ ἐπὶ τῶν ἀκμαζόντων τε καὶ γυμναζομένων εἴρηται.</w:t>
      </w:r>
    </w:p>
    <w:p>
      <w:r>
        <w:rPr>
          <w:rFonts w:ascii="Courier New" w:hAnsi="Courier New"/>
          <w:color w:val="555555"/>
          <w:sz w:val="20"/>
        </w:rPr>
        <w:t>[5 . 9 . 2]</w:t>
      </w:r>
    </w:p>
    <w:p>
      <w:r>
        <w:rPr>
          <w:rFonts w:ascii="Gentium Plus" w:hAnsi="Gentium Plus"/>
          <w:sz w:val="24"/>
        </w:rPr>
        <w:t>Τῶν δ’ ὑπὲρ τὸ δέον κεκμη‐ κότων τε καὶ γυμναζομένων τὰ οὖρα ἤδη μὲν πρὸς τὸ πυρρόν τε καὶ ξανθὸν χωρεῖ, αἵ θ’ ὑποστάσεις τούτων βραχεῖαί τε καὶ λεπταὶ ἀλλοιοῖντο δ’ ἂν καὶ κατὰ χροιάν·</w:t>
      </w:r>
    </w:p>
    <w:p>
      <w:r>
        <w:rPr>
          <w:rFonts w:ascii="Courier New" w:hAnsi="Courier New"/>
          <w:color w:val="555555"/>
          <w:sz w:val="20"/>
        </w:rPr>
        <w:t>[5]</w:t>
      </w:r>
    </w:p>
    <w:p>
      <w:r>
        <w:rPr>
          <w:rFonts w:ascii="Gentium Plus" w:hAnsi="Gentium Plus"/>
          <w:sz w:val="24"/>
        </w:rPr>
        <w:t>ἐνίοτέ γε μὴν καὶ συντήγματα ἐπινήχεται τούτοις.</w:t>
      </w:r>
    </w:p>
    <w:p>
      <w:r>
        <w:rPr>
          <w:rFonts w:ascii="Courier New" w:hAnsi="Courier New"/>
          <w:color w:val="555555"/>
          <w:sz w:val="20"/>
        </w:rPr>
        <w:t>[5 . 9 . 3]</w:t>
      </w:r>
    </w:p>
    <w:p>
      <w:r>
        <w:rPr>
          <w:rFonts w:ascii="Gentium Plus" w:hAnsi="Gentium Plus"/>
          <w:sz w:val="24"/>
        </w:rPr>
        <w:t>Τῶν δὲ νωθρὸν καὶ ἥσυχον μετιόντων βίον τά τε οὖρα πρὸς</w:t>
      </w:r>
    </w:p>
    <w:p>
      <w:r>
        <w:rPr>
          <w:rFonts w:ascii="Courier New" w:hAnsi="Courier New"/>
          <w:color w:val="555555"/>
          <w:sz w:val="20"/>
        </w:rPr>
        <w:t>[5 . 9 . 4]</w:t>
      </w:r>
    </w:p>
    <w:p>
      <w:r>
        <w:rPr>
          <w:rFonts w:ascii="Gentium Plus" w:hAnsi="Gentium Plus"/>
          <w:sz w:val="24"/>
        </w:rPr>
        <w:t>Αἱ μὲν οὖν ἐπὶ συμμέτροις γυμνασίοις αἰ‐ τίαι τῶν οὔρων πάλαι ἀποδέδονται τῷ λόγῳ ἐπὶ τοῦ κατὰ πάντα συμμέτρου τε καὶ ἀκμαίου ἀνθρώπου.</w:t>
      </w:r>
    </w:p>
    <w:p>
      <w:r>
        <w:rPr>
          <w:rFonts w:ascii="Courier New" w:hAnsi="Courier New"/>
          <w:color w:val="555555"/>
          <w:sz w:val="20"/>
        </w:rPr>
        <w:t>[5 . 9 . 5]</w:t>
      </w:r>
    </w:p>
    <w:p>
      <w:r>
        <w:rPr>
          <w:rFonts w:ascii="Gentium Plus" w:hAnsi="Gentium Plus"/>
          <w:sz w:val="24"/>
        </w:rPr>
        <w:t>Νυνὶ δὲ ἐπιθῶμεν τῷ λόγῳ καὶ τὰς ἐπ’ ἀμέτροις γυμνασίοις τῶν οὔρων αἰτίας, εἶθ’ οὕτως τὰς ἐπι νωθρότησι καὶ ἡσυ‐ χίαις.</w:t>
      </w:r>
    </w:p>
    <w:p>
      <w:r>
        <w:rPr>
          <w:rFonts w:ascii="Courier New" w:hAnsi="Courier New"/>
          <w:color w:val="555555"/>
          <w:sz w:val="20"/>
        </w:rPr>
        <w:t>[5 . 9 . 6]</w:t>
      </w:r>
    </w:p>
    <w:p>
      <w:r>
        <w:rPr>
          <w:rFonts w:ascii="Gentium Plus" w:hAnsi="Gentium Plus"/>
          <w:sz w:val="24"/>
        </w:rPr>
        <w:t>Ἐπειδὰν τοίνυν πλείων τοῦ προσήκοντος ἡ τοῦ θερμοῦ γένηται κίνησις ἐξαφθεῖσα ὑπὸ τῶν ἐκτὸς γυμνα‐ σίων πλειόνων τοῦ προσήκοντος πεφυκότων, ἤδη μὲν ὁ χολώδης ἐπιτείνεται χυμὸς συγκαόμενος ὑπὸ τῆς ἐπιγε‐</w:t>
      </w:r>
    </w:p>
    <w:p>
      <w:r>
        <w:rPr>
          <w:rFonts w:ascii="Courier New" w:hAnsi="Courier New"/>
          <w:color w:val="555555"/>
          <w:sz w:val="20"/>
        </w:rPr>
        <w:t>[5]</w:t>
      </w:r>
    </w:p>
    <w:p>
      <w:r>
        <w:rPr>
          <w:rFonts w:ascii="Gentium Plus" w:hAnsi="Gentium Plus"/>
          <w:sz w:val="24"/>
        </w:rPr>
        <w:t>γονυίας θερμότητος, ἤδη δὲ διὰ τὴν τοιαύτην ἔξαψιν καὶ τὰ χρώματα τῶν οὔρων πρός τε τὸ πυρρὸν καὶ ξανθὸν ἐπιρρέπει, τοῦ μὲν κατακεραννύντος ὀρρώδους χυμοῦ μειω‐ θέντος, τὴν δὲ ποιότητα τοῦ χολώδους ἐπιταθέντος χυμοῦ,</w:t>
      </w:r>
    </w:p>
    <w:p>
      <w:r>
        <w:rPr>
          <w:rFonts w:ascii="Courier New" w:hAnsi="Courier New"/>
          <w:color w:val="555555"/>
          <w:sz w:val="20"/>
        </w:rPr>
        <w:t>[5 . 9 . 7]</w:t>
      </w:r>
    </w:p>
    <w:p>
      <w:r>
        <w:rPr>
          <w:rFonts w:ascii="Gentium Plus" w:hAnsi="Gentium Plus"/>
          <w:sz w:val="24"/>
        </w:rPr>
        <w:t>Τά γε μὴν παρυφιστάμενα λεπτά τε καὶ βραχέα φαί‐ νεται, τι ὅτε πλείονι θερμότητι καταλελέπτυνται καὶ δια‐ πεφόρηνται συνδιαπνευσθέντα εἴθ’ ἱδρῶσιν ἢ καὶ τῇ ἀδήλῳ διαπνοῇ ἐξαραιωθέντος ἐπὶ τόσοις γυμνασίοις τοῦ δέρμα‐</w:t>
      </w:r>
    </w:p>
    <w:p>
      <w:r>
        <w:rPr>
          <w:rFonts w:ascii="Courier New" w:hAnsi="Courier New"/>
          <w:color w:val="555555"/>
          <w:sz w:val="20"/>
        </w:rPr>
        <w:t>[5]</w:t>
      </w:r>
    </w:p>
    <w:p>
      <w:r>
        <w:rPr>
          <w:rFonts w:ascii="Gentium Plus" w:hAnsi="Gentium Plus"/>
          <w:sz w:val="24"/>
        </w:rPr>
        <w:t>τος, εἰκός γε μὴν ἐπιταθέντων τῶν τοιούτων γυμνα‐ σίων καί τινα συντήγματα ἐπινήχεσθκι ἀπό τε τῶν νεφρῶν δηλονότι καὶ ἄλλων τινῶν ἴσως μερῶν τοῦ σώματος, τῇ τῆς πλείονος μετακινήσεως θερμότητι καὶ τῆς πιμελῆς συντηξάσης.</w:t>
      </w:r>
    </w:p>
    <w:p>
      <w:r>
        <w:rPr>
          <w:rFonts w:ascii="Courier New" w:hAnsi="Courier New"/>
          <w:color w:val="555555"/>
          <w:sz w:val="20"/>
        </w:rPr>
        <w:t>[5 . 9 . 8]</w:t>
      </w:r>
    </w:p>
    <w:p>
      <w:r>
        <w:rPr>
          <w:rFonts w:ascii="Gentium Plus" w:hAnsi="Gentium Plus"/>
          <w:sz w:val="24"/>
        </w:rPr>
        <w:t>Ἐπί γε μὴν τῶν ἥσυχον καὶ ἀγύμναστον μετιόντων βίον τά τε οὖρα τοῦ συμμέτρου ἀφιστάμενα χρώματος χωροίη ἂν πρὸς τὰ λευκὰ βραχυτάτην τοῦ θερ‐ μοῦ τὴν κίνησιν ἔχοντος καὶ πρὸς ἑαυτὸ ἐπινεύοντος καὶ</w:t>
      </w:r>
    </w:p>
    <w:p>
      <w:r>
        <w:rPr>
          <w:rFonts w:ascii="Courier New" w:hAnsi="Courier New"/>
          <w:color w:val="555555"/>
          <w:sz w:val="20"/>
        </w:rPr>
        <w:t>[5]</w:t>
      </w:r>
    </w:p>
    <w:p>
      <w:r>
        <w:rPr>
          <w:rFonts w:ascii="Gentium Plus" w:hAnsi="Gentium Plus"/>
          <w:sz w:val="24"/>
        </w:rPr>
        <w:t>τῆ ἀκινησίᾳ οἷον ἀπομαραινομένου.</w:t>
      </w:r>
    </w:p>
    <w:p>
      <w:r>
        <w:rPr>
          <w:rFonts w:ascii="Courier New" w:hAnsi="Courier New"/>
          <w:color w:val="555555"/>
          <w:sz w:val="20"/>
        </w:rPr>
        <w:t>[5 . 9 . 9]</w:t>
      </w:r>
    </w:p>
    <w:p>
      <w:r>
        <w:rPr>
          <w:rFonts w:ascii="Gentium Plus" w:hAnsi="Gentium Plus"/>
          <w:sz w:val="24"/>
        </w:rPr>
        <w:t>Οἷον γάρ τοι ταῖς πυρκαϊαῖς συμβαίνειν εἴωθεν ἀρκούσης ὕλης ἐπισωρευθεί‐ σης. ἂν μὲν γὰρ καί τις ἔξωθεν ἐπισυνεργήσῃ κίνησις, ῥᾳδίως τε ἐξάπτεται καὶ κατεμπίπραται ἡ ὕλη, προχείρως</w:t>
      </w:r>
    </w:p>
    <w:p>
      <w:r>
        <w:rPr>
          <w:rFonts w:ascii="Courier New" w:hAnsi="Courier New"/>
          <w:color w:val="555555"/>
          <w:sz w:val="20"/>
        </w:rPr>
        <w:t>[5]</w:t>
      </w:r>
    </w:p>
    <w:p>
      <w:r>
        <w:rPr>
          <w:rFonts w:ascii="Gentium Plus" w:hAnsi="Gentium Plus"/>
          <w:sz w:val="24"/>
        </w:rPr>
        <w:t>δὲ καὶ τὰ προσεπεμβαλλόμενα καταδαπανᾶται, μήτινος δ’ ἔξωθεν ἐπιγεγονυίας κινήσεως, δυσχερὲς μὲν τὸ κατακαίειν τὴν ἀποδοθεῖσαν ὕλην.</w:t>
      </w:r>
    </w:p>
    <w:p>
      <w:r>
        <w:rPr>
          <w:rFonts w:ascii="Courier New" w:hAnsi="Courier New"/>
          <w:color w:val="555555"/>
          <w:sz w:val="20"/>
        </w:rPr>
        <w:t>[5 . 9 . 10]</w:t>
      </w:r>
    </w:p>
    <w:p>
      <w:r>
        <w:rPr>
          <w:rFonts w:ascii="Gentium Plus" w:hAnsi="Gentium Plus"/>
          <w:sz w:val="24"/>
        </w:rPr>
        <w:t>Δέος δὲ οὐχὶ μικρὸν μὴ καὶ ἀπομαρανθῇ προσεπιβληθείσης καὶ πλείονος ἑτέρας ὕλης.</w:t>
      </w:r>
    </w:p>
    <w:p>
      <w:r>
        <w:rPr>
          <w:rFonts w:ascii="Courier New" w:hAnsi="Courier New"/>
          <w:color w:val="555555"/>
          <w:sz w:val="20"/>
        </w:rPr>
        <w:t>[5 . 9 . 11]</w:t>
      </w:r>
    </w:p>
    <w:p>
      <w:r>
        <w:rPr>
          <w:rFonts w:ascii="Gentium Plus" w:hAnsi="Gentium Plus"/>
          <w:sz w:val="24"/>
        </w:rPr>
        <w:t>Τοιοῦτόν τι κἀπὶ τῶν γυμναζομένων τε καὶ ἀγυμνα‐ στούντων συμβαίνειν εἴωθε. διὰ ταῦτό τοι πρὸς μὲν τὸ λευκὸν ἤδη χωρεῖ τὰ τῶν οὔρων χρώματα ἐπὶ τῶν νωθρὸν καὶ ἥσυχον μετιόντων βίον.</w:t>
      </w:r>
    </w:p>
    <w:p>
      <w:r>
        <w:rPr>
          <w:rFonts w:ascii="Courier New" w:hAnsi="Courier New"/>
          <w:color w:val="555555"/>
          <w:sz w:val="20"/>
        </w:rPr>
        <w:t>[5 . 9 . 12]</w:t>
      </w:r>
    </w:p>
    <w:p>
      <w:r>
        <w:rPr>
          <w:rFonts w:ascii="Gentium Plus" w:hAnsi="Gentium Plus"/>
          <w:sz w:val="24"/>
        </w:rPr>
        <w:t>Τὰ παρυφιστάμενα δὲ πλείω τε καὶ ἐνωμότερα τούτοις εἰκότως ἐπιφαίνεται. τῇ μὲν γὰρ ἡσύχῳ διαγνωσῇ ῥᾳδία ἡ ἀνάδοσις γένοιτ’ ἂν καὶ ἡ ἀλλοίωσις, ἡ δὲ πέψις κατὰ τὴν τοῦ θερμοῦ ἐπικρά‐</w:t>
      </w:r>
    </w:p>
    <w:p>
      <w:r>
        <w:rPr>
          <w:rFonts w:ascii="Courier New" w:hAnsi="Courier New"/>
          <w:color w:val="555555"/>
          <w:sz w:val="20"/>
        </w:rPr>
        <w:t>[5]</w:t>
      </w:r>
    </w:p>
    <w:p>
      <w:r>
        <w:rPr>
          <w:rFonts w:ascii="Gentium Plus" w:hAnsi="Gentium Plus"/>
          <w:sz w:val="24"/>
        </w:rPr>
        <w:t>τειαν.</w:t>
      </w:r>
    </w:p>
    <w:p>
      <w:r>
        <w:rPr>
          <w:rFonts w:ascii="Courier New" w:hAnsi="Courier New"/>
          <w:color w:val="555555"/>
          <w:sz w:val="20"/>
        </w:rPr>
        <w:t>[5 . 9 . 13]</w:t>
      </w:r>
    </w:p>
    <w:p>
      <w:r>
        <w:rPr>
          <w:rFonts w:ascii="Gentium Plus" w:hAnsi="Gentium Plus"/>
          <w:sz w:val="24"/>
        </w:rPr>
        <w:t>Ἐπεὶ δὲ καὶ τοῦτο δέδεικται, ὡς μὴ κινου‐ μένη ἀπομαραίνεσθαι τῷ χρόνῳ εἴωθεν ἡ θερμότης, εἰκό‐ τως ἂν πλείω μὲν ἐπὶ τῶν ῥᾳθυμοτέρων ἐπισυμβαίη τὰ παρυφιστάμενα, ὠμότερα δὲ τῆς ἀκριβοῦς ἠτυχηκότα πέ‐</w:t>
      </w:r>
    </w:p>
    <w:p>
      <w:r>
        <w:rPr>
          <w:rFonts w:ascii="Courier New" w:hAnsi="Courier New"/>
          <w:color w:val="555555"/>
          <w:sz w:val="20"/>
        </w:rPr>
        <w:t>[5]</w:t>
      </w:r>
    </w:p>
    <w:p>
      <w:r>
        <w:rPr>
          <w:rFonts w:ascii="Gentium Plus" w:hAnsi="Gentium Plus"/>
          <w:sz w:val="24"/>
        </w:rPr>
        <w:t>ψεως.</w:t>
      </w:r>
    </w:p>
    <w:p>
      <w:r>
        <w:rPr>
          <w:rFonts w:ascii="Courier New" w:hAnsi="Courier New"/>
          <w:color w:val="555555"/>
          <w:sz w:val="20"/>
        </w:rPr>
        <w:t>[5 . 9 . 14]</w:t>
      </w:r>
    </w:p>
    <w:p>
      <w:r>
        <w:rPr>
          <w:rFonts w:ascii="Gentium Plus" w:hAnsi="Gentium Plus"/>
          <w:sz w:val="24"/>
        </w:rPr>
        <w:t>Καὶ ὧδε μὲν ἐπὶ τῶν γυμναζομένων τε καὶ ῥαθυμούντων κατὰ τὰ οὖρα παυέσθω λόγος. μετιτέον δ’ ἐφεξῆς ἐπὶ τῶν κατὰ τὰς ὥρας τε καὶ χώρας ἠλλοιωμέ‐ νων οὔρων.</w:t>
      </w:r>
    </w:p>
    <w:p>
      <w:pPr>
        <w:jc w:val="center"/>
      </w:pPr>
      <w:r>
        <w:rPr>
          <w:rFonts w:ascii="Gentium Plus" w:hAnsi="Gentium Plus"/>
          <w:b/>
          <w:sz w:val="24"/>
        </w:rPr>
        <w:t>Κεφ. ιʹ. Περὶ αἰτίας τῶν κατὰ τὰς ὥρας τε καὶ χῶρας οὔρων.</w:t>
      </w:r>
    </w:p>
    <w:p>
      <w:r>
        <w:rPr>
          <w:rFonts w:ascii="Courier New" w:hAnsi="Courier New"/>
          <w:color w:val="555555"/>
          <w:sz w:val="20"/>
        </w:rPr>
        <w:t>[5 . 10 . 1]</w:t>
      </w:r>
    </w:p>
    <w:p>
      <w:r>
        <w:rPr>
          <w:rFonts w:ascii="Gentium Plus" w:hAnsi="Gentium Plus"/>
          <w:sz w:val="24"/>
        </w:rPr>
        <w:t>Ἔαρος τοίνυν ἀρχομένου ἔτι τὰ μὲν χρώματα λευκά τε καὶ ὠχρὰ καί ποτε καὶ παχύνεται, τὰ ποσὰ δὲ τῶν χυ‐ μάτων πλείω τῶν ἐξ ἀναλογίας ἀποσιτουμένων, τὰ δὲ παρ‐ υφιστάμενα πλείω τε καὶ παχύτερα.</w:t>
      </w:r>
    </w:p>
    <w:p>
      <w:r>
        <w:rPr>
          <w:rFonts w:ascii="Courier New" w:hAnsi="Courier New"/>
          <w:color w:val="555555"/>
          <w:sz w:val="20"/>
        </w:rPr>
        <w:t>[5 . 10 . 2]</w:t>
      </w:r>
    </w:p>
    <w:p>
      <w:r>
        <w:rPr>
          <w:rFonts w:ascii="Gentium Plus" w:hAnsi="Gentium Plus"/>
          <w:sz w:val="24"/>
        </w:rPr>
        <w:t>Προϊόντος δὲ τοῦ χρόνου ἐπὶ τὸ θερμότερον, τά τε χρώματα πρὸς τὸ σύμ‐ μετρον ἤδη χωρεῖ καὶ τὰ παρυφιστάμενα ἤδη δὲ θέρους ἠργμένου ὑπόπυρρα μὲν καὶ ὑπόξανθα τὰ οὖρα, λεπτό‐</w:t>
      </w:r>
    </w:p>
    <w:p>
      <w:r>
        <w:rPr>
          <w:rFonts w:ascii="Courier New" w:hAnsi="Courier New"/>
          <w:color w:val="555555"/>
          <w:sz w:val="20"/>
        </w:rPr>
        <w:t>[5]</w:t>
      </w:r>
    </w:p>
    <w:p>
      <w:r>
        <w:rPr>
          <w:rFonts w:ascii="Gentium Plus" w:hAnsi="Gentium Plus"/>
          <w:sz w:val="24"/>
        </w:rPr>
        <w:t>τερα δὲ τὰ παρυφιστάμενα τούτοις φαίνεται.</w:t>
      </w:r>
    </w:p>
    <w:p>
      <w:r>
        <w:rPr>
          <w:rFonts w:ascii="Courier New" w:hAnsi="Courier New"/>
          <w:color w:val="555555"/>
          <w:sz w:val="20"/>
        </w:rPr>
        <w:t>[5 . 10 . 3]</w:t>
      </w:r>
    </w:p>
    <w:p>
      <w:r>
        <w:rPr>
          <w:rFonts w:ascii="Gentium Plus" w:hAnsi="Gentium Plus"/>
          <w:sz w:val="24"/>
        </w:rPr>
        <w:t>Ἀκμά‐ σαντος δὲ τοῦ θέρους μείω μὲν τῷ ἐξ ἀναλογίας ποσῷ τὰ χύματα καὶ πρὸς τὸ πυρρὸν ἤδη καὶ ξανθὸν χωρεῖ τοῦ χρώματος.</w:t>
      </w:r>
    </w:p>
    <w:p>
      <w:r>
        <w:rPr>
          <w:rFonts w:ascii="Courier New" w:hAnsi="Courier New"/>
          <w:color w:val="555555"/>
          <w:sz w:val="20"/>
        </w:rPr>
        <w:t>[5 . 10 . 4]</w:t>
      </w:r>
    </w:p>
    <w:p>
      <w:r>
        <w:rPr>
          <w:rFonts w:ascii="Gentium Plus" w:hAnsi="Gentium Plus"/>
          <w:sz w:val="24"/>
        </w:rPr>
        <w:t>Αἱ δὲ συστάσεις αὐτῶν βραχύ τι τοῦ συμμέτρου λεπτότεραι, καί τις ἐπιλάμπει αὐτοῖς στιλπνό‐ της· τὰ δέ γε παρυφιστάμενα λεπτότερα μὲν καὶ μείω, ἤδη δὲ καὶ αὐτὰ ἐπιχρωννύμενα τὴν λευκότητα.</w:t>
      </w:r>
    </w:p>
    <w:p>
      <w:r>
        <w:rPr>
          <w:rFonts w:ascii="Courier New" w:hAnsi="Courier New"/>
          <w:color w:val="555555"/>
          <w:sz w:val="20"/>
        </w:rPr>
        <w:t>[5 . 10 . 5]</w:t>
      </w:r>
    </w:p>
    <w:p>
      <w:r>
        <w:rPr>
          <w:rFonts w:ascii="Gentium Plus" w:hAnsi="Gentium Plus"/>
          <w:sz w:val="24"/>
        </w:rPr>
        <w:t>Παρ‐ ακμάσαντος δ’ ἤδη καὶ φθινοπώρου ἀρχομένου, ὑποχα‐ λᾶται μὲν τά τε χρώματα τῶν τε χυμάτων καὶ τῶν παρ‐ υφισταμένων, λεπτὰ δ’ ἔτι μένει.</w:t>
      </w:r>
    </w:p>
    <w:p>
      <w:r>
        <w:rPr>
          <w:rFonts w:ascii="Courier New" w:hAnsi="Courier New"/>
          <w:color w:val="555555"/>
          <w:sz w:val="20"/>
        </w:rPr>
        <w:t>[5 . 10 . 6]</w:t>
      </w:r>
    </w:p>
    <w:p>
      <w:r>
        <w:rPr>
          <w:rFonts w:ascii="Gentium Plus" w:hAnsi="Gentium Plus"/>
          <w:sz w:val="24"/>
        </w:rPr>
        <w:t>Προϊόντος δὲ πρὸς τὸ ψυχρότερον ἔτι τὰ σύμμετρα χρώματα ἀποδίδονται· χει‐ μερινῆς δ’ ἐπιγεγονυίας τροπῆς κατὰ μὲν τὸ ποσὸν ἤδη πρὸς τὸ σύμμετρον χωρεῖ, κατὰ δὲ τὰ χρώματα πρὸς τὸ</w:t>
      </w:r>
    </w:p>
    <w:p>
      <w:r>
        <w:rPr>
          <w:rFonts w:ascii="Courier New" w:hAnsi="Courier New"/>
          <w:color w:val="555555"/>
          <w:sz w:val="20"/>
        </w:rPr>
        <w:t>[5]</w:t>
      </w:r>
    </w:p>
    <w:p>
      <w:r>
        <w:rPr>
          <w:rFonts w:ascii="Gentium Plus" w:hAnsi="Gentium Plus"/>
          <w:sz w:val="24"/>
        </w:rPr>
        <w:t>λευκόν, τὰ δὲ παρυφιστάμενα ἤδη πλείω, αἱ δὲ συστάσεις σύμμετροι.</w:t>
      </w:r>
    </w:p>
    <w:p>
      <w:r>
        <w:rPr>
          <w:rFonts w:ascii="Courier New" w:hAnsi="Courier New"/>
          <w:color w:val="555555"/>
          <w:sz w:val="20"/>
        </w:rPr>
        <w:t>[5 . 10 . 7]</w:t>
      </w:r>
    </w:p>
    <w:p>
      <w:r>
        <w:rPr>
          <w:rFonts w:ascii="Gentium Plus" w:hAnsi="Gentium Plus"/>
          <w:sz w:val="24"/>
        </w:rPr>
        <w:t>Ἀκμάσαντος δ’ ἤδη τοῦ χειμῶμος τὰ μὲν χρώματα τῶν λευκῶν γίνεται, αἱ δὲ συστάσεις ἀνώμαλοι</w:t>
      </w:r>
    </w:p>
    <w:p>
      <w:r>
        <w:rPr>
          <w:rFonts w:ascii="Courier New" w:hAnsi="Courier New"/>
          <w:color w:val="555555"/>
          <w:sz w:val="20"/>
        </w:rPr>
        <w:t>[5]</w:t>
      </w:r>
    </w:p>
    <w:p>
      <w:r>
        <w:rPr>
          <w:rFonts w:ascii="Gentium Plus" w:hAnsi="Gentium Plus"/>
          <w:sz w:val="24"/>
        </w:rPr>
        <w:t>παρυφιστάμενα τούτοις πλείω τε καὶ ἔνωμα ἐπὶ τὸ πλεῖ‐ στον φαίνεται.</w:t>
      </w:r>
    </w:p>
    <w:p>
      <w:r>
        <w:rPr>
          <w:rFonts w:ascii="Courier New" w:hAnsi="Courier New"/>
          <w:color w:val="555555"/>
          <w:sz w:val="20"/>
        </w:rPr>
        <w:t>[5 . 10 . 8]</w:t>
      </w:r>
    </w:p>
    <w:p>
      <w:r>
        <w:rPr>
          <w:rFonts w:ascii="Gentium Plus" w:hAnsi="Gentium Plus"/>
          <w:sz w:val="24"/>
        </w:rPr>
        <w:t>Καὶ τὰ μὲν κατὰ διαφορὰς τῶν ὡρῶν ἀλλοιούμενα οὖρα τοιαῦθ’, ὡς ἐν βραχεῖ φᾶναι, λέγεται· λοιπὸν δ’ ἂν εἴη καὶ τὰς ἐπὶ τούτοις ἐπιθεῖναι τῷ λόγῳ ἐξευρημένας αἰτίας.</w:t>
      </w:r>
    </w:p>
    <w:p>
      <w:r>
        <w:rPr>
          <w:rFonts w:ascii="Courier New" w:hAnsi="Courier New"/>
          <w:color w:val="555555"/>
          <w:sz w:val="20"/>
        </w:rPr>
        <w:t>[5 . 10 . 9]</w:t>
      </w:r>
    </w:p>
    <w:p>
      <w:r>
        <w:rPr>
          <w:rFonts w:ascii="Gentium Plus" w:hAnsi="Gentium Plus"/>
          <w:sz w:val="24"/>
        </w:rPr>
        <w:t>Οὕτω γὰρ ἀποδοθέντος τοῦ λόγου καὶ τὰς ἐπὶ ταῖς ἀναλογούσαις ταῖς ὥραις χώρας προσα‐ ποδώσεις ῥᾳδίως, ἀλλ’ ἐπαναληπτέον ἤδη τὸν λόγον καὶ τὰς καθ’ ἕκαστον τούτων νομιζομένας ἀποδοτέον αἰτίας.</w:t>
      </w:r>
    </w:p>
    <w:p>
      <w:r>
        <w:rPr>
          <w:rFonts w:ascii="Courier New" w:hAnsi="Courier New"/>
          <w:color w:val="555555"/>
          <w:sz w:val="20"/>
        </w:rPr>
        <w:t>[5 . 10 . 10]</w:t>
      </w:r>
    </w:p>
    <w:p>
      <w:r>
        <w:rPr>
          <w:rFonts w:ascii="Gentium Plus" w:hAnsi="Gentium Plus"/>
          <w:sz w:val="24"/>
        </w:rPr>
        <w:t>Ἔαρος τοίνυν ἠργμένου καὶ τοῦ ἡλίου πρὸς ἡμᾶς ἀναβαίνοντος, ὁπόταν τοίνυν καὶ αἱ Πλειάδες ἀκρόνυχοι ἔτι φαίνωνται, τὰ μὲν χρώματα τῶν οὔρων ἔτι λευκά τε καὶ ὠχρὰ ἐπιφαίνεται καὶ ταῖς συστάσεσιν ἀνώμαλα, πλείω</w:t>
      </w:r>
    </w:p>
    <w:p>
      <w:r>
        <w:rPr>
          <w:rFonts w:ascii="Courier New" w:hAnsi="Courier New"/>
          <w:color w:val="555555"/>
          <w:sz w:val="20"/>
        </w:rPr>
        <w:t>[5]</w:t>
      </w:r>
    </w:p>
    <w:p>
      <w:r>
        <w:rPr>
          <w:rFonts w:ascii="Gentium Plus" w:hAnsi="Gentium Plus"/>
          <w:sz w:val="24"/>
        </w:rPr>
        <w:t>δὲ τῷ ἐξ ἀναλογίας ποσῷ καὶ τά γε παρυφιστάμενα τού‐ τοις πλείω τε καὶ ἔνωμα.</w:t>
      </w:r>
    </w:p>
    <w:p>
      <w:r>
        <w:rPr>
          <w:rFonts w:ascii="Courier New" w:hAnsi="Courier New"/>
          <w:color w:val="555555"/>
          <w:sz w:val="20"/>
        </w:rPr>
        <w:t>[5 . 10 . 11]</w:t>
      </w:r>
    </w:p>
    <w:p>
      <w:r>
        <w:rPr>
          <w:rFonts w:ascii="Gentium Plus" w:hAnsi="Gentium Plus"/>
          <w:sz w:val="24"/>
        </w:rPr>
        <w:t>Ἔτι μὲν γὰρ τοῦ ψύχους κυριεύοντος, νικᾶται μὲν ἡ ἔμφυτος θερμότης τῷ περιέ‐ χοντι.</w:t>
      </w:r>
    </w:p>
    <w:p>
      <w:r>
        <w:rPr>
          <w:rFonts w:ascii="Courier New" w:hAnsi="Courier New"/>
          <w:color w:val="555555"/>
          <w:sz w:val="20"/>
        </w:rPr>
        <w:t>[5 . 10 . 12]</w:t>
      </w:r>
    </w:p>
    <w:p>
      <w:r>
        <w:rPr>
          <w:rFonts w:ascii="Gentium Plus" w:hAnsi="Gentium Plus"/>
          <w:sz w:val="24"/>
        </w:rPr>
        <w:t>Ἀποτυχίαι δὲ τῆς πέψεως ἐπιγίνονται κατά τε τὰ χρώματα καὶ τὰς συστάσεις.</w:t>
      </w:r>
    </w:p>
    <w:p>
      <w:r>
        <w:rPr>
          <w:rFonts w:ascii="Courier New" w:hAnsi="Courier New"/>
          <w:color w:val="555555"/>
          <w:sz w:val="20"/>
        </w:rPr>
        <w:t>[5 . 10 . 13]</w:t>
      </w:r>
    </w:p>
    <w:p>
      <w:r>
        <w:rPr>
          <w:rFonts w:ascii="Gentium Plus" w:hAnsi="Gentium Plus"/>
          <w:sz w:val="24"/>
        </w:rPr>
        <w:t>Ὅτε δὲ καὶ τὰ προσ‐ φερόμενα πλείω, τῶν δὲ πολλῶν τροφῶν καὶ τὰ περιττώ‐ ματα πλείω καὶ τὰ παρυφιστάμενα τούτοις πλείω φαίνε‐ ται καὶ ἔνωμα, μὴ προσηκόντως τῶν χυμῶν κατεργασμέ‐</w:t>
      </w:r>
    </w:p>
    <w:p>
      <w:r>
        <w:rPr>
          <w:rFonts w:ascii="Courier New" w:hAnsi="Courier New"/>
          <w:color w:val="555555"/>
          <w:sz w:val="20"/>
        </w:rPr>
        <w:t>[5]</w:t>
      </w:r>
    </w:p>
    <w:p>
      <w:r>
        <w:rPr>
          <w:rFonts w:ascii="Gentium Plus" w:hAnsi="Gentium Plus"/>
          <w:sz w:val="24"/>
        </w:rPr>
        <w:t>νων.</w:t>
      </w:r>
    </w:p>
    <w:p>
      <w:r>
        <w:rPr>
          <w:rFonts w:ascii="Courier New" w:hAnsi="Courier New"/>
          <w:color w:val="555555"/>
          <w:sz w:val="20"/>
        </w:rPr>
        <w:t>[5 . 10 . 14]</w:t>
      </w:r>
    </w:p>
    <w:p>
      <w:r>
        <w:rPr>
          <w:rFonts w:ascii="Gentium Plus" w:hAnsi="Gentium Plus"/>
          <w:sz w:val="24"/>
        </w:rPr>
        <w:t>Ἐπὶ δὴ τούτοις πλείω τῷ ποσῷ τὰ οὖρα φαίνεται διὰ τὴν ἐκ τοῦ παντὸς χειμῶνος ἐπισωρευθεῖσαν ὑγρό‐ τητα τῶν χυμῶν τῷ σώματι.</w:t>
      </w:r>
    </w:p>
    <w:p>
      <w:r>
        <w:rPr>
          <w:rFonts w:ascii="Courier New" w:hAnsi="Courier New"/>
          <w:color w:val="555555"/>
          <w:sz w:val="20"/>
        </w:rPr>
        <w:t>[5 . 10 . 15]</w:t>
      </w:r>
    </w:p>
    <w:p>
      <w:r>
        <w:rPr>
          <w:rFonts w:ascii="Gentium Plus" w:hAnsi="Gentium Plus"/>
          <w:sz w:val="24"/>
        </w:rPr>
        <w:t>Τοῦ γάρ τοι χειμῶνος πλειόνων μὲν τῶν προσαγομένων οὐσῶν τροφῶν, πλειό‐ νων δὲ καὶ τῶν ὕπνων καὶ προσέτι τῆς τοῦ περιέχοντος κράσεως ὑγρᾶς τε καὶ ψυχρᾶς τυγχανούσης, χυμῶν ὠμῶν</w:t>
      </w:r>
    </w:p>
    <w:p>
      <w:r>
        <w:rPr>
          <w:rFonts w:ascii="Courier New" w:hAnsi="Courier New"/>
          <w:color w:val="555555"/>
          <w:sz w:val="20"/>
        </w:rPr>
        <w:t>[5]</w:t>
      </w:r>
    </w:p>
    <w:p>
      <w:r>
        <w:rPr>
          <w:rFonts w:ascii="Gentium Plus" w:hAnsi="Gentium Plus"/>
          <w:sz w:val="24"/>
        </w:rPr>
        <w:t>οὐκ ὀλίγη ποσότης ἀθροίζεται, ἀλλὰ χειμῶνος μὲν ἔτι ὄντος, πεπηγυῖα ἡ τοιαύτη ὕλη ἴσως βραχύ τι πλείων τοῦ ἐξ ἀναλογίας συμμέτρου πρόεισιν.</w:t>
      </w:r>
    </w:p>
    <w:p>
      <w:r>
        <w:rPr>
          <w:rFonts w:ascii="Courier New" w:hAnsi="Courier New"/>
          <w:color w:val="555555"/>
          <w:sz w:val="20"/>
        </w:rPr>
        <w:t>[5 . 10 . 16]</w:t>
      </w:r>
    </w:p>
    <w:p>
      <w:r>
        <w:rPr>
          <w:rFonts w:ascii="Gentium Plus" w:hAnsi="Gentium Plus"/>
          <w:sz w:val="24"/>
        </w:rPr>
        <w:t>Ἔαρος δ’ ἐπιλάμ‐ ψαντος καὶ τῆς καταστάσεως ἔτι ὑγρᾶς τελούσης, τῶν χυ‐ μῶν ἤδη πεττομένων κρειττόνως καὶ λυομένων, πολλῷ ἂν ἴδῃς πλείω τῶν προσφερομένων τὰ ἐξουρούμενα.</w:t>
      </w:r>
    </w:p>
    <w:p>
      <w:r>
        <w:rPr>
          <w:rFonts w:ascii="Courier New" w:hAnsi="Courier New"/>
          <w:color w:val="555555"/>
          <w:sz w:val="20"/>
        </w:rPr>
        <w:t>[5 . 10 . 17]</w:t>
      </w:r>
    </w:p>
    <w:p>
      <w:r>
        <w:rPr>
          <w:rFonts w:ascii="Gentium Plus" w:hAnsi="Gentium Plus"/>
          <w:sz w:val="24"/>
        </w:rPr>
        <w:t>Προϊ‐ όντος δὲ τοῦ χρόνου, ὅτε δὴ καὶ Ὑάδες ἑῷαι φαίνονται, τά τε χρώματα καὶ αἱ συστάσεις πρὸς τοῖς παρυφισταμέ‐ νοις πρὸς τὸ σύμμετρον χωρεῖ.</w:t>
      </w:r>
    </w:p>
    <w:p>
      <w:r>
        <w:rPr>
          <w:rFonts w:ascii="Courier New" w:hAnsi="Courier New"/>
          <w:color w:val="555555"/>
          <w:sz w:val="20"/>
        </w:rPr>
        <w:t>[5 . 10 . 18]</w:t>
      </w:r>
    </w:p>
    <w:p>
      <w:r>
        <w:rPr>
          <w:rFonts w:ascii="Gentium Plus" w:hAnsi="Gentium Plus"/>
          <w:sz w:val="24"/>
        </w:rPr>
        <w:t>Ἤδη γὰρ τοῦ περιέ‐</w:t>
      </w:r>
    </w:p>
    <w:p>
      <w:r>
        <w:rPr>
          <w:rFonts w:ascii="Courier New" w:hAnsi="Courier New"/>
          <w:color w:val="555555"/>
          <w:sz w:val="20"/>
        </w:rPr>
        <w:t>[5 . 10 . 19]</w:t>
      </w:r>
    </w:p>
    <w:p>
      <w:r>
        <w:rPr>
          <w:rFonts w:ascii="Gentium Plus" w:hAnsi="Gentium Plus"/>
          <w:sz w:val="24"/>
        </w:rPr>
        <w:t>Ἐπὰν γὰρ ἡ τοῦ περιέχοντος κρᾶσις μήτε ψυχρὰ εἴη πάνυ, ὥστ’ ἀδικεῖν τὴν ἔμφυτον θερμό‐ τητα, μήτ’ αὖ ἐπιτεταμένως θερμή, ὡς διαφορεῖσθαι ἤδη καὶ τὴν ἐν ἡμῖν θερμότητα, αἱ φυσικαὶ δυνάμεις τὰς φυ‐</w:t>
      </w:r>
    </w:p>
    <w:p>
      <w:r>
        <w:rPr>
          <w:rFonts w:ascii="Courier New" w:hAnsi="Courier New"/>
          <w:color w:val="555555"/>
          <w:sz w:val="20"/>
        </w:rPr>
        <w:t>[5]</w:t>
      </w:r>
    </w:p>
    <w:p>
      <w:r>
        <w:rPr>
          <w:rFonts w:ascii="Gentium Plus" w:hAnsi="Gentium Plus"/>
          <w:sz w:val="24"/>
        </w:rPr>
        <w:t>σικὰς ἐν ἡμῖν ἐνεργείας πρὸς τὸ κατὰ φύσιν τε καὶ σύμ‐ μετρον διεγείρουσιν, οὐδενός τινος θύραθεν ἐμποδὼν προσισταμένου.</w:t>
      </w:r>
    </w:p>
    <w:p>
      <w:r>
        <w:rPr>
          <w:rFonts w:ascii="Courier New" w:hAnsi="Courier New"/>
          <w:color w:val="555555"/>
          <w:sz w:val="20"/>
        </w:rPr>
        <w:t>[5 . 10 . 20]</w:t>
      </w:r>
    </w:p>
    <w:p>
      <w:r>
        <w:rPr>
          <w:rFonts w:ascii="Gentium Plus" w:hAnsi="Gentium Plus"/>
          <w:sz w:val="24"/>
        </w:rPr>
        <w:t>Ὁπόταν δὲ ἑῷος μὲν Ὠρίων ἄρχη‐ ται ἐπιτέλλειν, θεριναὶ δ’ ἤδη τροπαὶ τυγχάνωσιν, ὑπό‐ πυρρα μὲν καὶ ὑπόξανθα τὰ οὖρα φαίνηται, λεπτότερα δὲ τῶν συμμέτρων τὰ παρυφιστάμενα καὶ εἰκότως.</w:t>
      </w:r>
    </w:p>
    <w:p>
      <w:r>
        <w:rPr>
          <w:rFonts w:ascii="Courier New" w:hAnsi="Courier New"/>
          <w:color w:val="555555"/>
          <w:sz w:val="20"/>
        </w:rPr>
        <w:t>[5 . 10 . 21]</w:t>
      </w:r>
    </w:p>
    <w:p>
      <w:r>
        <w:rPr>
          <w:rFonts w:ascii="Gentium Plus" w:hAnsi="Gentium Plus"/>
          <w:sz w:val="24"/>
        </w:rPr>
        <w:t>Τοῦ γάρ τοι θερμοῦ καθαρῶς ἐν τῷ παντὶ διαχυθέντος σώ‐ ματι καὶ τῆς εὑρισκομένης ὕλης κατακρατοῦντος, καὶ πέ‐ ψεως ἐπιγινομένης πρεπούσης, καὶ οὖρα ἀποδίδοται τὸ</w:t>
      </w:r>
    </w:p>
    <w:p>
      <w:r>
        <w:rPr>
          <w:rFonts w:ascii="Courier New" w:hAnsi="Courier New"/>
          <w:color w:val="555555"/>
          <w:sz w:val="20"/>
        </w:rPr>
        <w:t>[5]</w:t>
      </w:r>
    </w:p>
    <w:p>
      <w:r>
        <w:rPr>
          <w:rFonts w:ascii="Gentium Plus" w:hAnsi="Gentium Plus"/>
          <w:sz w:val="24"/>
        </w:rPr>
        <w:t>σύμμετρον ἔχοντα χρῶμα, λεπτότερα δ’ οἷον αὐτοῖς τὰ παρυφιστάμενα τῷ εἴδει τούτων τὰ πλείω λεπτύνεσθαί τε καὶ τῷ περιέχοντι διαφορεῖσθαι θερμῷ.</w:t>
      </w:r>
    </w:p>
    <w:p>
      <w:r>
        <w:rPr>
          <w:rFonts w:ascii="Courier New" w:hAnsi="Courier New"/>
          <w:color w:val="555555"/>
          <w:sz w:val="20"/>
        </w:rPr>
        <w:t>[5 . 10 . 22]</w:t>
      </w:r>
    </w:p>
    <w:p>
      <w:r>
        <w:rPr>
          <w:rFonts w:ascii="Gentium Plus" w:hAnsi="Gentium Plus"/>
          <w:sz w:val="24"/>
        </w:rPr>
        <w:t>Ἀκμάζοντος δ’ ἤδη θέρους, ὁπότε καὶ Προκύων ἑῷος ἐπιτέλλει, μείω μὲν τὰ οὖρα τῷ ἐξ ἀναλογίας ἀποδιδομένῳ φαίνεται ποσῷ, ἤδη δὲ πρὸς τὸ πυρρὸν καὶ ξανθὸν χωρεῖ τὰ χρώματα</w:t>
      </w:r>
    </w:p>
    <w:p>
      <w:r>
        <w:rPr>
          <w:rFonts w:ascii="Courier New" w:hAnsi="Courier New"/>
          <w:color w:val="555555"/>
          <w:sz w:val="20"/>
        </w:rPr>
        <w:t>[5]</w:t>
      </w:r>
    </w:p>
    <w:p>
      <w:r>
        <w:rPr>
          <w:rFonts w:ascii="Gentium Plus" w:hAnsi="Gentium Plus"/>
          <w:sz w:val="24"/>
        </w:rPr>
        <w:t>καὶ αἱ συστάσεις λεπτότεραι τῶν συμμέτρων, τὰ δὲ παρ‐ υφιστάμενα μείω τε καὶ λεπτότερα καί πως ἐπιχρωννύ‐ μενα τὴν λευκότητα.</w:t>
      </w:r>
    </w:p>
    <w:p>
      <w:r>
        <w:rPr>
          <w:rFonts w:ascii="Courier New" w:hAnsi="Courier New"/>
          <w:color w:val="555555"/>
          <w:sz w:val="20"/>
        </w:rPr>
        <w:t>[5 . 10 . 23]</w:t>
      </w:r>
    </w:p>
    <w:p>
      <w:r>
        <w:rPr>
          <w:rFonts w:ascii="Gentium Plus" w:hAnsi="Gentium Plus"/>
          <w:sz w:val="24"/>
        </w:rPr>
        <w:t>Τοῦ γάρ τοι περὶ ἡμᾶς θερ‐ μοῦ ἀκμαίου μὲν ἤδη γεγονότος, ἐφελκομένου δὲ πρὸς ἑαυτό, τὸ ἡμέτερον τοῦτο φυσικὸν πῦρ καὶ τῇ ποιότητι ἐπιτείνοντος, πλείων μὲν χρεία προσφορᾶς γίνεται πόμα‐</w:t>
      </w:r>
    </w:p>
    <w:p>
      <w:r>
        <w:rPr>
          <w:rFonts w:ascii="Courier New" w:hAnsi="Courier New"/>
          <w:color w:val="555555"/>
          <w:sz w:val="20"/>
        </w:rPr>
        <w:t>[5]</w:t>
      </w:r>
    </w:p>
    <w:p>
      <w:r>
        <w:rPr>
          <w:rFonts w:ascii="Gentium Plus" w:hAnsi="Gentium Plus"/>
          <w:sz w:val="24"/>
        </w:rPr>
        <w:t>τος, μείων δ’ ἡ ἐξ ἀναλογίας ἔκκρισις εἴς θ’ ἱδρῶτας καὶ τὴν ἄδηλον, διαφορουμένη διαπνοήν.</w:t>
      </w:r>
    </w:p>
    <w:p>
      <w:r>
        <w:rPr>
          <w:rFonts w:ascii="Courier New" w:hAnsi="Courier New"/>
          <w:color w:val="555555"/>
          <w:sz w:val="20"/>
        </w:rPr>
        <w:t>[5 . 10 . 24]</w:t>
      </w:r>
    </w:p>
    <w:p>
      <w:r>
        <w:rPr>
          <w:rFonts w:ascii="Gentium Plus" w:hAnsi="Gentium Plus"/>
          <w:sz w:val="24"/>
        </w:rPr>
        <w:t>Τῇ γε μὴν διὰ τὸ περιέχον τῆς χολῆς ἐπιδόσει καὶ τὰ χρώματα τοιαῦτα φαίνεται. ὅτι δὲ τοῦ φυσικοῦ συνδιαφορουμένου θερμοῦ αἱ κατὰ φύσιν πέψεις ἀποτυγχάνουσι, καὶ τὰ οὖρα τὴν</w:t>
      </w:r>
    </w:p>
    <w:p>
      <w:r>
        <w:rPr>
          <w:rFonts w:ascii="Courier New" w:hAnsi="Courier New"/>
          <w:color w:val="555555"/>
          <w:sz w:val="20"/>
        </w:rPr>
        <w:t>[5]</w:t>
      </w:r>
    </w:p>
    <w:p>
      <w:r>
        <w:rPr>
          <w:rFonts w:ascii="Gentium Plus" w:hAnsi="Gentium Plus"/>
          <w:sz w:val="24"/>
        </w:rPr>
        <w:t>σύστασιν λεπτότερα ἐπιφαίνεται.</w:t>
      </w:r>
    </w:p>
    <w:p>
      <w:r>
        <w:rPr>
          <w:rFonts w:ascii="Courier New" w:hAnsi="Courier New"/>
          <w:color w:val="555555"/>
          <w:sz w:val="20"/>
        </w:rPr>
        <w:t>[5 . 10 . 25]</w:t>
      </w:r>
    </w:p>
    <w:p>
      <w:r>
        <w:rPr>
          <w:rFonts w:ascii="Gentium Plus" w:hAnsi="Gentium Plus"/>
          <w:sz w:val="24"/>
        </w:rPr>
        <w:t>Τὰ δέ γε παρυφι‐ στάμενα χρώννυται μὲν ἤδη τῇ τῆς χολῆς περιουσίᾳ, μείω δὲ καὶ λεπτότερα φαίνεται τῷ τε διαφορεῖσθαι καὶ λεπτύνεσθαι τὰ πλείω τούτων καὶ τὰς πέψεις ἀσθενεστέ‐</w:t>
      </w:r>
    </w:p>
    <w:p>
      <w:r>
        <w:rPr>
          <w:rFonts w:ascii="Courier New" w:hAnsi="Courier New"/>
          <w:color w:val="555555"/>
          <w:sz w:val="20"/>
        </w:rPr>
        <w:t>[5]</w:t>
      </w:r>
    </w:p>
    <w:p>
      <w:r>
        <w:rPr>
          <w:rFonts w:ascii="Gentium Plus" w:hAnsi="Gentium Plus"/>
          <w:sz w:val="24"/>
        </w:rPr>
        <w:t>ρας γίνεσθαι, τῷ θύραθεν ἐκκρινομένου δηλονότι τοῦ φυσικοῦ θερμοῦ.</w:t>
      </w:r>
    </w:p>
    <w:p>
      <w:r>
        <w:rPr>
          <w:rFonts w:ascii="Courier New" w:hAnsi="Courier New"/>
          <w:color w:val="555555"/>
          <w:sz w:val="20"/>
        </w:rPr>
        <w:t>[5 . 10 . 26]</w:t>
      </w:r>
    </w:p>
    <w:p>
      <w:r>
        <w:rPr>
          <w:rFonts w:ascii="Gentium Plus" w:hAnsi="Gentium Plus"/>
          <w:sz w:val="24"/>
        </w:rPr>
        <w:t>Ἤδη δ’ ἀρχομένου φθινοπώρου, ὅτε δὴ καὶ Ἀρκτοῦρος ἐπιτέλλει, ὑποχαλᾶται μὲν τὰ χρώ‐ ματα τῶν τε χυμάτων καὶ τῶν παρυφισταμένων πρὸς τὸ σύμμετρον χωροῦντα, λεπτὰ δ’ ἔτι μένει καὶ διαφανῆ καὶ</w:t>
      </w:r>
    </w:p>
    <w:p>
      <w:r>
        <w:rPr>
          <w:rFonts w:ascii="Courier New" w:hAnsi="Courier New"/>
          <w:color w:val="555555"/>
          <w:sz w:val="20"/>
        </w:rPr>
        <w:t>[5]</w:t>
      </w:r>
    </w:p>
    <w:p>
      <w:r>
        <w:rPr>
          <w:rFonts w:ascii="Gentium Plus" w:hAnsi="Gentium Plus"/>
          <w:sz w:val="24"/>
        </w:rPr>
        <w:t>μείω.</w:t>
      </w:r>
    </w:p>
    <w:p>
      <w:r>
        <w:rPr>
          <w:rFonts w:ascii="Courier New" w:hAnsi="Courier New"/>
          <w:color w:val="555555"/>
          <w:sz w:val="20"/>
        </w:rPr>
        <w:t>[5 . 10 . 27]</w:t>
      </w:r>
    </w:p>
    <w:p>
      <w:r>
        <w:rPr>
          <w:rFonts w:ascii="Gentium Plus" w:hAnsi="Gentium Plus"/>
          <w:sz w:val="24"/>
        </w:rPr>
        <w:t>Τοῦ γάρ τοι σφοδροῦ παρηκμακότος θερμοῦ καὶ τὰ δι’ ἐκεῖνο χρώματα ὑπενδιδόναι ἄρχεται, καθόσον ἂν ἀπολήγειν ἡ θερμότης φαίνηται.</w:t>
      </w:r>
    </w:p>
    <w:p>
      <w:r>
        <w:rPr>
          <w:rFonts w:ascii="Courier New" w:hAnsi="Courier New"/>
          <w:color w:val="555555"/>
          <w:sz w:val="20"/>
        </w:rPr>
        <w:t>[5 . 10 . 28]</w:t>
      </w:r>
    </w:p>
    <w:p>
      <w:r>
        <w:rPr>
          <w:rFonts w:ascii="Gentium Plus" w:hAnsi="Gentium Plus"/>
          <w:sz w:val="24"/>
        </w:rPr>
        <w:t>Διά γε μὴν τὴν ἔτι τοῦ περιέχοντος ἐπικρατοῦσαν ξηρότητα μείω καὶ δια‐ φανῆ τά τε χύματα καὶ τὰ παρυφιστάμενα φαίνεται.</w:t>
      </w:r>
    </w:p>
    <w:p>
      <w:r>
        <w:rPr>
          <w:rFonts w:ascii="Courier New" w:hAnsi="Courier New"/>
          <w:color w:val="555555"/>
          <w:sz w:val="20"/>
        </w:rPr>
        <w:t>[5 . 10 . 29]</w:t>
      </w:r>
    </w:p>
    <w:p>
      <w:r>
        <w:rPr>
          <w:rFonts w:ascii="Gentium Plus" w:hAnsi="Gentium Plus"/>
          <w:sz w:val="24"/>
        </w:rPr>
        <w:t>Προήκοντος δ’ ἔτι τοῦ φθινοπώρου, ὁπότε δὴ καὶ Πλειάδες δύνουσιν, ἤδη μὲν σύμμετρα τά τε χρώματα καὶ τὰ παρυφιστάμενα τῶν πέψεων ἀμεινόνων δηλονότι, γινομένων, τῆς ὑπὲρ τὸ δέον διαπνοῆς ἐκ τῆς τοῦ περιέ‐</w:t>
      </w:r>
    </w:p>
    <w:p>
      <w:r>
        <w:rPr>
          <w:rFonts w:ascii="Courier New" w:hAnsi="Courier New"/>
          <w:color w:val="555555"/>
          <w:sz w:val="20"/>
        </w:rPr>
        <w:t>[5]</w:t>
      </w:r>
    </w:p>
    <w:p>
      <w:r>
        <w:rPr>
          <w:rFonts w:ascii="Gentium Plus" w:hAnsi="Gentium Plus"/>
          <w:sz w:val="24"/>
        </w:rPr>
        <w:t>χοντος θερμότητος ἐπισχομένης.</w:t>
      </w:r>
    </w:p>
    <w:p>
      <w:r>
        <w:rPr>
          <w:rFonts w:ascii="Courier New" w:hAnsi="Courier New"/>
          <w:color w:val="555555"/>
          <w:sz w:val="20"/>
        </w:rPr>
        <w:t>[5 . 10 . 30]</w:t>
      </w:r>
    </w:p>
    <w:p>
      <w:r>
        <w:rPr>
          <w:rFonts w:ascii="Gentium Plus" w:hAnsi="Gentium Plus"/>
          <w:sz w:val="24"/>
        </w:rPr>
        <w:t>Ψυχρῶν γὰρ ἤδη πνευμάτων ἐπιπνευσάντων, τόνον μὲν ἡ ἔμφυτος ἀπο‐ λαμβάνει θερμότης, τὴν ἐν πᾶσι δὲ συμμετρίας ταῖς πέ‐ ψεσιν ἀποδίδωσιν.</w:t>
      </w:r>
    </w:p>
    <w:p>
      <w:r>
        <w:rPr>
          <w:rFonts w:ascii="Courier New" w:hAnsi="Courier New"/>
          <w:color w:val="555555"/>
          <w:sz w:val="20"/>
        </w:rPr>
        <w:t>[5 . 10 . 31]</w:t>
      </w:r>
    </w:p>
    <w:p>
      <w:r>
        <w:rPr>
          <w:rFonts w:ascii="Gentium Plus" w:hAnsi="Gentium Plus"/>
          <w:sz w:val="24"/>
        </w:rPr>
        <w:t>Ἀλλ’ ἤδη χειμερινῆς τροπῆς γινο‐ μένης, αἴξ τότε ἑῷα δύνει, τὰ μὲν χρώματα τοῦ συμμέ‐ τρου ἀφίστανται, ἤδη λεπταὶ δὲ αἱ συστάσεις, ἔτι καὶ τὰ παρυφιστάμενα πλείω μέν, ἔτι δ’ ἴσως τηροῦνται σύμμε‐</w:t>
      </w:r>
    </w:p>
    <w:p>
      <w:r>
        <w:rPr>
          <w:rFonts w:ascii="Courier New" w:hAnsi="Courier New"/>
          <w:color w:val="555555"/>
          <w:sz w:val="20"/>
        </w:rPr>
        <w:t>[5]</w:t>
      </w:r>
    </w:p>
    <w:p>
      <w:r>
        <w:rPr>
          <w:rFonts w:ascii="Gentium Plus" w:hAnsi="Gentium Plus"/>
          <w:sz w:val="24"/>
        </w:rPr>
        <w:t>τρα.</w:t>
      </w:r>
    </w:p>
    <w:p>
      <w:r>
        <w:rPr>
          <w:rFonts w:ascii="Courier New" w:hAnsi="Courier New"/>
          <w:color w:val="555555"/>
          <w:sz w:val="20"/>
        </w:rPr>
        <w:t>[5 . 10 . 32]</w:t>
      </w:r>
    </w:p>
    <w:p>
      <w:r>
        <w:rPr>
          <w:rFonts w:ascii="Gentium Plus" w:hAnsi="Gentium Plus"/>
          <w:sz w:val="24"/>
        </w:rPr>
        <w:t>Τοῦ γὰρ περιέχοντος γινομένου ψυχροτέρου, συναλλοιοῦταί πως καὶ ἡ ἐντὸς θερμότης, ἐπιδίδωσι δὲ καὶ ὁ φλεγματικὸς τότε χυμός, ὥστε συμβαίνειν ᾧδ’ εἰκό‐ τως καὶ τὸν ἐν ἡμῖν χρωννύντα χυμὸν ἀπημαυρῶσθαι</w:t>
      </w:r>
    </w:p>
    <w:p>
      <w:r>
        <w:rPr>
          <w:rFonts w:ascii="Courier New" w:hAnsi="Courier New"/>
          <w:color w:val="555555"/>
          <w:sz w:val="20"/>
        </w:rPr>
        <w:t>[5]</w:t>
      </w:r>
    </w:p>
    <w:p>
      <w:r>
        <w:rPr>
          <w:rFonts w:ascii="Gentium Plus" w:hAnsi="Gentium Plus"/>
          <w:sz w:val="24"/>
        </w:rPr>
        <w:t>ἠτονηκότα.</w:t>
      </w:r>
    </w:p>
    <w:p>
      <w:r>
        <w:rPr>
          <w:rFonts w:ascii="Courier New" w:hAnsi="Courier New"/>
          <w:color w:val="555555"/>
          <w:sz w:val="20"/>
        </w:rPr>
        <w:t>[5 . 10 . 33]</w:t>
      </w:r>
    </w:p>
    <w:p>
      <w:r>
        <w:rPr>
          <w:rFonts w:ascii="Gentium Plus" w:hAnsi="Gentium Plus"/>
          <w:sz w:val="24"/>
        </w:rPr>
        <w:t>Ὅτι δ’ αἱ προσφοραὶ τῶν τροφῶν πλείους, ἐνεργέστεραι δ’ αἱ πέψεις τῷ τε ἤδη τὸ θερμὸν ἐρρῶσθαι καὶ τοὺς ὕπνους πλείους εἶναι, ταῖς πέψεσιν οὐκ ὀλίγα λυσιτελοῦντας, καὶ τὰ παρυφιστάμενα πλείω φαίνεται.</w:t>
      </w:r>
    </w:p>
    <w:p>
      <w:r>
        <w:rPr>
          <w:rFonts w:ascii="Courier New" w:hAnsi="Courier New"/>
          <w:color w:val="555555"/>
          <w:sz w:val="20"/>
        </w:rPr>
        <w:t>[5 . 10 . 34]</w:t>
      </w:r>
    </w:p>
    <w:p>
      <w:r>
        <w:rPr>
          <w:rFonts w:ascii="Gentium Plus" w:hAnsi="Gentium Plus"/>
          <w:sz w:val="24"/>
        </w:rPr>
        <w:t>Ἀκμάσαντος δ’ ἤδη, ὁπόταν καὶ ζέφυρος πνεῖν ἄρχη‐ ται, τὰ μὲν χύματα τῶν οὔρων πλείω μὲν τοῦ ἐξ ἀναλο‐ γίας ποσοῦ, ἤδη δὲ καὶ λευκὰ φαίνεται.</w:t>
      </w:r>
    </w:p>
    <w:p>
      <w:r>
        <w:rPr>
          <w:rFonts w:ascii="Courier New" w:hAnsi="Courier New"/>
          <w:color w:val="555555"/>
          <w:sz w:val="20"/>
        </w:rPr>
        <w:t>[5 . 10 . 35]</w:t>
      </w:r>
    </w:p>
    <w:p>
      <w:r>
        <w:rPr>
          <w:rFonts w:ascii="Gentium Plus" w:hAnsi="Gentium Plus"/>
          <w:sz w:val="24"/>
        </w:rPr>
        <w:t>Καὶ τὰς τῶν συστάσεων ἀπωθεῖ ἀμετρίας, τὰ δέ γε παρυφιστάμενα τούτοις πλείω τε καὶ ὠμότερα πρόεισι.</w:t>
      </w:r>
    </w:p>
    <w:p>
      <w:r>
        <w:rPr>
          <w:rFonts w:ascii="Courier New" w:hAnsi="Courier New"/>
          <w:color w:val="555555"/>
          <w:sz w:val="20"/>
        </w:rPr>
        <w:t>[5 . 10 . 36]</w:t>
      </w:r>
    </w:p>
    <w:p>
      <w:r>
        <w:rPr>
          <w:rFonts w:ascii="Gentium Plus" w:hAnsi="Gentium Plus"/>
          <w:sz w:val="24"/>
        </w:rPr>
        <w:t>Τοῦ γάρ τοι περιέχοντος ψύχους ἐπὶ τοσοῦτον ἐπιταθέντος, ὡς ἤδη μὲν τὴν ἔμφυτον ἀδικεῖσθαι θερμότητα καὶ τοῦ χολώδους δὲ τότε πάντη μαραινομένου χυμοῦ, τοῦ δὲ φλεγματώδους</w:t>
      </w:r>
    </w:p>
    <w:p>
      <w:r>
        <w:rPr>
          <w:rFonts w:ascii="Courier New" w:hAnsi="Courier New"/>
          <w:color w:val="555555"/>
          <w:sz w:val="20"/>
        </w:rPr>
        <w:t>[5]</w:t>
      </w:r>
    </w:p>
    <w:p>
      <w:r>
        <w:rPr>
          <w:rFonts w:ascii="Gentium Plus" w:hAnsi="Gentium Plus"/>
          <w:sz w:val="24"/>
        </w:rPr>
        <w:t>καὶ ἀκμάζοντος, λευκὰ μὲν ἀποδίδοται τὰ οὖρα.</w:t>
      </w:r>
    </w:p>
    <w:p>
      <w:r>
        <w:rPr>
          <w:rFonts w:ascii="Courier New" w:hAnsi="Courier New"/>
          <w:color w:val="555555"/>
          <w:sz w:val="20"/>
        </w:rPr>
        <w:t>[5 . 10 . 37]</w:t>
      </w:r>
    </w:p>
    <w:p>
      <w:r>
        <w:rPr>
          <w:rFonts w:ascii="Gentium Plus" w:hAnsi="Gentium Plus"/>
          <w:sz w:val="24"/>
        </w:rPr>
        <w:t>Διά‐</w:t>
      </w:r>
    </w:p>
    <w:p>
      <w:r>
        <w:rPr>
          <w:rFonts w:ascii="Courier New" w:hAnsi="Courier New"/>
          <w:color w:val="555555"/>
          <w:sz w:val="20"/>
        </w:rPr>
        <w:t>[5]</w:t>
      </w:r>
    </w:p>
    <w:p>
      <w:r>
        <w:rPr>
          <w:rFonts w:ascii="Gentium Plus" w:hAnsi="Gentium Plus"/>
          <w:sz w:val="24"/>
        </w:rPr>
        <w:t>καλουμένου οὕτω χυμοῦ κατὰ τὸν ἴδιον καιρὸν ἐπακμά‐ σαντος.</w:t>
      </w:r>
    </w:p>
    <w:p>
      <w:r>
        <w:rPr>
          <w:rFonts w:ascii="Courier New" w:hAnsi="Courier New"/>
          <w:color w:val="555555"/>
          <w:sz w:val="20"/>
        </w:rPr>
        <w:t>[5 . 10 . 38]</w:t>
      </w:r>
    </w:p>
    <w:p>
      <w:r>
        <w:rPr>
          <w:rFonts w:ascii="Gentium Plus" w:hAnsi="Gentium Plus"/>
          <w:sz w:val="24"/>
        </w:rPr>
        <w:t>Τῷ τε μὴ δεδονῆσθαι κρατεῖν καὶ πέττειν πλείω τὰ προσφερόμενα τελοῦντα τὴν ἔμφυτον θερμό‐ τητα, καὶ τῷ τὸ ψῦχος ἴδιον ἔχειν συνιστᾶν τὰς ὕλας, διὰ ταῦτά τοι καὶ τὰ παρυφιστάμενα ὧδε πλείω διὰ τὴν πλείω</w:t>
      </w:r>
    </w:p>
    <w:p>
      <w:r>
        <w:rPr>
          <w:rFonts w:ascii="Courier New" w:hAnsi="Courier New"/>
          <w:color w:val="555555"/>
          <w:sz w:val="20"/>
        </w:rPr>
        <w:t>[5]</w:t>
      </w:r>
    </w:p>
    <w:p>
      <w:r>
        <w:rPr>
          <w:rFonts w:ascii="Gentium Plus" w:hAnsi="Gentium Plus"/>
          <w:sz w:val="24"/>
        </w:rPr>
        <w:t>τῆς τροφῆς κατεργασίαν, ὠμὰ δὲ καὶ παχύτερα ἐνίοτε ἢ διὰ ψυχρότητα ἀπομαραίνουσαν τὴν ἔμφυτον θερμότητα, ἢ διὰ τὸ πλείω τὴν αναδοθεῖσαν ὕλην τῆς κατὰ τὴν θερ‐ μότητα τελεῖν δυνάμεως.</w:t>
      </w:r>
    </w:p>
    <w:p>
      <w:r>
        <w:rPr>
          <w:rFonts w:ascii="Courier New" w:hAnsi="Courier New"/>
          <w:color w:val="555555"/>
          <w:sz w:val="20"/>
        </w:rPr>
        <w:t>[5 . 10 . 39]</w:t>
      </w:r>
    </w:p>
    <w:p>
      <w:r>
        <w:rPr>
          <w:rFonts w:ascii="Gentium Plus" w:hAnsi="Gentium Plus"/>
          <w:sz w:val="24"/>
        </w:rPr>
        <w:t>Αἱ μὲν οὖν τοῖς κατὰ τὰς ὥρας μεταβεβλημένοις οὔροις ἀποδιδόμεναι αἰτίαι τοσαῦ‐ ται ἂν ἀποδοθεῖεν τοῖς τὰ τοιαῦτα σπουδάζουσιν· ἐντεῦ‐ θεν δ’ ἄν τις σκοπῶν καὶ τὰς ἐπὶ ταῖς χώραις ἐξεταζομέ‐</w:t>
      </w:r>
    </w:p>
    <w:p>
      <w:r>
        <w:rPr>
          <w:rFonts w:ascii="Courier New" w:hAnsi="Courier New"/>
          <w:color w:val="555555"/>
          <w:sz w:val="20"/>
        </w:rPr>
        <w:t>[5]</w:t>
      </w:r>
    </w:p>
    <w:p>
      <w:r>
        <w:rPr>
          <w:rFonts w:ascii="Gentium Plus" w:hAnsi="Gentium Plus"/>
          <w:sz w:val="24"/>
        </w:rPr>
        <w:t>ναις ἀποδώσει αἰτίας.</w:t>
      </w:r>
    </w:p>
    <w:p>
      <w:r>
        <w:rPr>
          <w:rFonts w:ascii="Courier New" w:hAnsi="Courier New"/>
          <w:color w:val="555555"/>
          <w:sz w:val="20"/>
        </w:rPr>
        <w:t>[5 . 10 . 40]</w:t>
      </w:r>
    </w:p>
    <w:p>
      <w:r>
        <w:rPr>
          <w:rFonts w:ascii="Gentium Plus" w:hAnsi="Gentium Plus"/>
          <w:sz w:val="24"/>
        </w:rPr>
        <w:t>Αἱ δὲ ἐπὶ ταῖς διαίταις μετα‐ βεβλημέναις ἀναλόγως ἕξουσι ταῖς ἐπὶ ταῖς δυσκρασίαις ῥηθείσαις.</w:t>
      </w:r>
    </w:p>
    <w:p>
      <w:pPr>
        <w:jc w:val="center"/>
      </w:pPr>
      <w:r>
        <w:rPr>
          <w:rFonts w:ascii="Gentium Plus" w:hAnsi="Gentium Plus"/>
          <w:b/>
          <w:sz w:val="24"/>
        </w:rPr>
        <w:t>Κεφ. ιαʹ. Περὶ αἰτίας τῶν κατὰ τοὺς εὐχύμους τε καὶ κακοχύμους τροφὰς οὔρων.</w:t>
      </w:r>
    </w:p>
    <w:p>
      <w:r>
        <w:rPr>
          <w:rFonts w:ascii="Courier New" w:hAnsi="Courier New"/>
          <w:color w:val="555555"/>
          <w:sz w:val="20"/>
        </w:rPr>
        <w:t>[5 . 11 . 1]</w:t>
      </w:r>
    </w:p>
    <w:p>
      <w:r>
        <w:rPr>
          <w:rFonts w:ascii="Gentium Plus" w:hAnsi="Gentium Plus"/>
          <w:sz w:val="24"/>
        </w:rPr>
        <w:t>Οὐ καινὸν δ’ ἂν εἴη, εἰ ἐπὶ τῶν εὐχύμων τε καὶ εὐπέπτων τροφῶν ῥᾴδιαι μὲν αἱ πέψεις, ἀκίβδηλα δὲ τὰ παρυφιστάμενα.</w:t>
      </w:r>
    </w:p>
    <w:p>
      <w:r>
        <w:rPr>
          <w:rFonts w:ascii="Courier New" w:hAnsi="Courier New"/>
          <w:color w:val="555555"/>
          <w:sz w:val="20"/>
        </w:rPr>
        <w:t>[5 . 11 . 2]</w:t>
      </w:r>
    </w:p>
    <w:p>
      <w:r>
        <w:rPr>
          <w:rFonts w:ascii="Gentium Plus" w:hAnsi="Gentium Plus"/>
          <w:sz w:val="24"/>
        </w:rPr>
        <w:t>Τοῖς γάρ τοι φυσικῆς θερμότητος ῥᾳδίως μὲν τὰ εὔπεπτα ἀλλοιούσης, προχείρως δὲ τῆς πέ‐ ψεως ἐπὶ τοῖς εὐχύμοις ἐνεργουμένης ἑτοίμως πάντα γίνε‐ ται, σύμμετρκ δ’ ἐν πᾶσι τὰ τοῖς οὔροις τεθεωρημένα</w:t>
      </w:r>
    </w:p>
    <w:p>
      <w:r>
        <w:rPr>
          <w:rFonts w:ascii="Courier New" w:hAnsi="Courier New"/>
          <w:color w:val="555555"/>
          <w:sz w:val="20"/>
        </w:rPr>
        <w:t>[5]</w:t>
      </w:r>
    </w:p>
    <w:p>
      <w:r>
        <w:rPr>
          <w:rFonts w:ascii="Gentium Plus" w:hAnsi="Gentium Plus"/>
          <w:sz w:val="24"/>
        </w:rPr>
        <w:t>φαίνεται.</w:t>
      </w:r>
    </w:p>
    <w:p>
      <w:r>
        <w:rPr>
          <w:rFonts w:ascii="Courier New" w:hAnsi="Courier New"/>
          <w:color w:val="555555"/>
          <w:sz w:val="20"/>
        </w:rPr>
        <w:t>[5 . 11 . 3]</w:t>
      </w:r>
    </w:p>
    <w:p>
      <w:r>
        <w:rPr>
          <w:rFonts w:ascii="Gentium Plus" w:hAnsi="Gentium Plus"/>
          <w:sz w:val="24"/>
        </w:rPr>
        <w:t>Ὥσπερ δῆτα τοὐναντίον ἐπὶ προσφοραῖς δυσπέπτων τε καὶ κακοχύμων σιτίων, δυσχερῶς μὲν αἱ πέψεις γίνονται, διεφθαρότα τε καὶ ποικίλα τὰ παρυφι‐ στάμενα φαίνεται, μὴ παραδεχομένης τῆς πεπτικῆς δυ‐</w:t>
      </w:r>
    </w:p>
    <w:p>
      <w:r>
        <w:rPr>
          <w:rFonts w:ascii="Courier New" w:hAnsi="Courier New"/>
          <w:color w:val="555555"/>
          <w:sz w:val="20"/>
        </w:rPr>
        <w:t>[5]</w:t>
      </w:r>
    </w:p>
    <w:p>
      <w:r>
        <w:rPr>
          <w:rFonts w:ascii="Gentium Plus" w:hAnsi="Gentium Plus"/>
          <w:sz w:val="24"/>
        </w:rPr>
        <w:t>νάμεως τοὺς ἀτροφοῦντας τῶν χυμῶν, ἀλλὰ κἂν τύχοιεν ἀναδοθέντες ἀπωθουμένης.</w:t>
      </w:r>
    </w:p>
    <w:p>
      <w:r>
        <w:rPr>
          <w:rFonts w:ascii="Courier New" w:hAnsi="Courier New"/>
          <w:color w:val="555555"/>
          <w:sz w:val="20"/>
        </w:rPr>
        <w:t>[5 . 11 . 4]</w:t>
      </w:r>
    </w:p>
    <w:p>
      <w:r>
        <w:rPr>
          <w:rFonts w:ascii="Gentium Plus" w:hAnsi="Gentium Plus"/>
          <w:sz w:val="24"/>
        </w:rPr>
        <w:t>Αἱ μὲν γὰρ ἀπεψίαι γί‐ νονται καὶ διὰ τὴν τῶν προσφερομένων ἀνεπιτηδειότητα.</w:t>
      </w:r>
    </w:p>
    <w:p>
      <w:r>
        <w:rPr>
          <w:rFonts w:ascii="Courier New" w:hAnsi="Courier New"/>
          <w:color w:val="555555"/>
          <w:sz w:val="20"/>
        </w:rPr>
        <w:t>[5 . 11 . 5]</w:t>
      </w:r>
    </w:p>
    <w:p>
      <w:r>
        <w:rPr>
          <w:rFonts w:ascii="Gentium Plus" w:hAnsi="Gentium Plus"/>
          <w:sz w:val="24"/>
        </w:rPr>
        <w:t>Ἤτοι γὰρ διὰ ποιότητα τῶν προσφερομένων ἡ πεπτικὴ πάσχειν εἴωθε δύναμις, ἢ διὰ ὑπερβάλλουσαν ποσότητα.</w:t>
      </w:r>
    </w:p>
    <w:p>
      <w:r>
        <w:rPr>
          <w:rFonts w:ascii="Courier New" w:hAnsi="Courier New"/>
          <w:color w:val="555555"/>
          <w:sz w:val="20"/>
        </w:rPr>
        <w:t>[5 . 11 . 6]</w:t>
      </w:r>
    </w:p>
    <w:p>
      <w:r>
        <w:rPr>
          <w:rFonts w:ascii="Gentium Plus" w:hAnsi="Gentium Plus"/>
          <w:sz w:val="24"/>
        </w:rPr>
        <w:t>Τά τε γὰρ πλείω καὶ ὑπὲρ τὴν δύναμιν οὐ ῥᾳδίως κρα‐</w:t>
      </w:r>
    </w:p>
    <w:p>
      <w:r>
        <w:rPr>
          <w:rFonts w:ascii="Courier New" w:hAnsi="Courier New"/>
          <w:color w:val="555555"/>
          <w:sz w:val="20"/>
        </w:rPr>
        <w:t>[5 . 11 . 7]</w:t>
      </w:r>
    </w:p>
    <w:p>
      <w:r>
        <w:rPr>
          <w:rFonts w:ascii="Gentium Plus" w:hAnsi="Gentium Plus"/>
          <w:sz w:val="24"/>
        </w:rPr>
        <w:t>Κἂν τύχοιεν δὲ προσλη‐ φθέντα, τῇ ἀποκριτικῇ δυνάμει ἐκκρίνεται· γένοιτο δ’ ἂν καὶ διὰ τὴν τῆς δυνάμεως οἰκείαν βλάβην καθ’ οἱανδή‐ τινα διάθεσιν ἐπιγεγονυῖαν. [καὶ ταῦτα μὲν ὧδε.]</w:t>
      </w:r>
    </w:p>
    <w:p>
      <w:pPr>
        <w:jc w:val="center"/>
      </w:pPr>
      <w:r>
        <w:rPr>
          <w:rFonts w:ascii="Gentium Plus" w:hAnsi="Gentium Plus"/>
          <w:b/>
          <w:sz w:val="24"/>
        </w:rPr>
        <w:t>Κεφ. ιβʹ. Περὶ αἰτίας τῶν κατὰ τοὺς ὑπνηλούς τε καὶ ἀύπνους οὔρων.</w:t>
      </w:r>
    </w:p>
    <w:p>
      <w:r>
        <w:rPr>
          <w:rFonts w:ascii="Courier New" w:hAnsi="Courier New"/>
          <w:color w:val="555555"/>
          <w:sz w:val="20"/>
        </w:rPr>
        <w:t>[5 . 12 . 1]</w:t>
      </w:r>
    </w:p>
    <w:p>
      <w:r>
        <w:rPr>
          <w:rFonts w:ascii="Gentium Plus" w:hAnsi="Gentium Plus"/>
          <w:sz w:val="24"/>
        </w:rPr>
        <w:t>Ὑπνηλῶν δὲ οὖρα εἴρηται ὅσα χρώματι μὲν πρὸς τὸ λευκὸν ἀπέστραπται, συστάσει δὲ ἢ μετρίως λεπτὰ ἢ παχέα ἐν παρυφισταμένοις δὲ πλουτεῖ ὠμοῖς τε καὶ πλείο‐ σιν.</w:t>
      </w:r>
    </w:p>
    <w:p>
      <w:r>
        <w:rPr>
          <w:rFonts w:ascii="Courier New" w:hAnsi="Courier New"/>
          <w:color w:val="555555"/>
          <w:sz w:val="20"/>
        </w:rPr>
        <w:t>[5 . 12 . 2]</w:t>
      </w:r>
    </w:p>
    <w:p>
      <w:r>
        <w:rPr>
          <w:rFonts w:ascii="Gentium Plus" w:hAnsi="Gentium Plus"/>
          <w:sz w:val="24"/>
        </w:rPr>
        <w:t>Ἀϋπνούντων δὲ μάλιστα κατὰ πάθος τὰ οὖρα τοιαῦτα εἴρηται ταῖς μὲν συστάσεσι λεπτά, τοῖς δὲ χρώ‐ μασι διάφορα.</w:t>
      </w:r>
    </w:p>
    <w:p>
      <w:r>
        <w:rPr>
          <w:rFonts w:ascii="Courier New" w:hAnsi="Courier New"/>
          <w:color w:val="555555"/>
          <w:sz w:val="20"/>
        </w:rPr>
        <w:t>[5 . 12 . 3]</w:t>
      </w:r>
    </w:p>
    <w:p>
      <w:r>
        <w:rPr>
          <w:rFonts w:ascii="Gentium Plus" w:hAnsi="Gentium Plus"/>
          <w:sz w:val="24"/>
        </w:rPr>
        <w:t>Ποτὲ μὲν γὰρ λευκὰ πάνυ πέφυκε, ποτὲ δὲ ξανθά τε καὶ πυρρά, ἐλαιώδη τε καὶ μέλανα, τοῖς δὲ παρυφισταμένοις ἔτι μᾶλλον ἀλλόκοτα· ἤτοι γὰρ ἐπι‐ λείπει καὶ ταῦτα ἢ προσόντα μετέωρά τε καὶ τραχέα καὶ</w:t>
      </w:r>
    </w:p>
    <w:p>
      <w:r>
        <w:rPr>
          <w:rFonts w:ascii="Courier New" w:hAnsi="Courier New"/>
          <w:color w:val="555555"/>
          <w:sz w:val="20"/>
        </w:rPr>
        <w:t>[5]</w:t>
      </w:r>
    </w:p>
    <w:p>
      <w:r>
        <w:rPr>
          <w:rFonts w:ascii="Gentium Plus" w:hAnsi="Gentium Plus"/>
          <w:sz w:val="24"/>
        </w:rPr>
        <w:t>τοῖς χρώμασιν οὐκ ἀγαθὰ πέφυκε.</w:t>
      </w:r>
    </w:p>
    <w:p>
      <w:r>
        <w:rPr>
          <w:rFonts w:ascii="Courier New" w:hAnsi="Courier New"/>
          <w:color w:val="555555"/>
          <w:sz w:val="20"/>
        </w:rPr>
        <w:t>[5 . 12 . 4]</w:t>
      </w:r>
    </w:p>
    <w:p>
      <w:r>
        <w:rPr>
          <w:rFonts w:ascii="Gentium Plus" w:hAnsi="Gentium Plus"/>
          <w:sz w:val="24"/>
        </w:rPr>
        <w:t>Καὶ ὁ μὲν ἐπὶ δια‐ γνώσει λόγος τοιοῦτος· νῦν δὲ καὶ τὰς αἰτίας ὧδε προσ‐ θετέον.</w:t>
      </w:r>
    </w:p>
    <w:p>
      <w:r>
        <w:rPr>
          <w:rFonts w:ascii="Courier New" w:hAnsi="Courier New"/>
          <w:color w:val="555555"/>
          <w:sz w:val="20"/>
        </w:rPr>
        <w:t>[5 . 12 . 5]</w:t>
      </w:r>
    </w:p>
    <w:p>
      <w:r>
        <w:rPr>
          <w:rFonts w:ascii="Gentium Plus" w:hAnsi="Gentium Plus"/>
          <w:sz w:val="24"/>
        </w:rPr>
        <w:t>Τὸν οὖν ὕπνον ἴσμεν γεγενημένον κατὰ φύ‐ σιν μὲν ὑγιῶς τοῦ ἀνθρώπου ἔχοντος, ἐπί τε προσηνεῖ ὑγρότητι καὶ μετρίᾳ φυσικῇ θερμότητι, διατεθέντος δέ πως ἑτέρως, ἐπί τε πολλῇ ὑγρότητι καὶ μάλιστα φλεγμα‐</w:t>
      </w:r>
    </w:p>
    <w:p>
      <w:r>
        <w:rPr>
          <w:rFonts w:ascii="Courier New" w:hAnsi="Courier New"/>
          <w:color w:val="555555"/>
          <w:sz w:val="20"/>
        </w:rPr>
        <w:t>[5]</w:t>
      </w:r>
    </w:p>
    <w:p>
      <w:r>
        <w:rPr>
          <w:rFonts w:ascii="Gentium Plus" w:hAnsi="Gentium Plus"/>
          <w:sz w:val="24"/>
        </w:rPr>
        <w:t>τώδει καὶ ἐπὶ τροφαῖς τε καὶ φαρμάκοις ψυχροτέροις, τὰς δ’ ἀϋπνίας ἴσμεν γεγενημένας τὸ μὲν πλέον ἐπὶ ξηρότη‐ σιν, ἔσθ’ ὅτε δὲ καὶ ἐπὶ θερμότησι πλείοσιν.</w:t>
      </w:r>
    </w:p>
    <w:p>
      <w:r>
        <w:rPr>
          <w:rFonts w:ascii="Courier New" w:hAnsi="Courier New"/>
          <w:color w:val="555555"/>
          <w:sz w:val="20"/>
        </w:rPr>
        <w:t>[5 . 12 . 6]</w:t>
      </w:r>
    </w:p>
    <w:p>
      <w:r>
        <w:rPr>
          <w:rFonts w:ascii="Gentium Plus" w:hAnsi="Gentium Plus"/>
          <w:sz w:val="24"/>
        </w:rPr>
        <w:t>Ἐπεὶ τοίνυν ἐπὶ τοῖς οὕτως ἢ ἐκείνως διατεθεῖσιν ὕπνοι τε καὶ ἀϋπνίαι γίνονται κατ’ εἰκότα λόγον καὶ τὰ τοιαῦτα οὖρα ἀποδίδοται.</w:t>
      </w:r>
    </w:p>
    <w:p>
      <w:r>
        <w:rPr>
          <w:rFonts w:ascii="Courier New" w:hAnsi="Courier New"/>
          <w:color w:val="555555"/>
          <w:sz w:val="20"/>
        </w:rPr>
        <w:t>[5 . 12 . 7]</w:t>
      </w:r>
    </w:p>
    <w:p>
      <w:r>
        <w:rPr>
          <w:rFonts w:ascii="Gentium Plus" w:hAnsi="Gentium Plus"/>
          <w:sz w:val="24"/>
        </w:rPr>
        <w:t>Δέδεικται μὲν γὰρ ὡς τὰ πρὸς τὸ λευκὸν τοῦ χρώματος οὖρα χωροῦντα καὶ τὴν πέψιν διημαρτημέ‐ νην δείκνυσιν.</w:t>
      </w:r>
    </w:p>
    <w:p>
      <w:r>
        <w:rPr>
          <w:rFonts w:ascii="Courier New" w:hAnsi="Courier New"/>
          <w:color w:val="555555"/>
          <w:sz w:val="20"/>
        </w:rPr>
        <w:t>[5 . 12 . 8]</w:t>
      </w:r>
    </w:p>
    <w:p>
      <w:r>
        <w:rPr>
          <w:rFonts w:ascii="Gentium Plus" w:hAnsi="Gentium Plus"/>
          <w:sz w:val="24"/>
        </w:rPr>
        <w:t>Οὐ μεῖον δὲ τούτων δείκνυσι τὰς ἀπε‐ ψίας καὶ αἱ τῶν συστάσεων ἀπὸ τῆς συμμέτρου διαπτώ‐ σεως καὶ πρὸς τούτοις τῶν παρυφισταμένων τὰ ἔνωμά τε καὶ πλείω.</w:t>
      </w:r>
    </w:p>
    <w:p>
      <w:r>
        <w:rPr>
          <w:rFonts w:ascii="Courier New" w:hAnsi="Courier New"/>
          <w:color w:val="555555"/>
          <w:sz w:val="20"/>
        </w:rPr>
        <w:t>[5 . 12 . 9]</w:t>
      </w:r>
    </w:p>
    <w:p>
      <w:r>
        <w:rPr>
          <w:rFonts w:ascii="Gentium Plus" w:hAnsi="Gentium Plus"/>
          <w:sz w:val="24"/>
        </w:rPr>
        <w:t>Ὅπῃ δὴ τοίνυν τοιαῦται ἀπεψίαι γίνονται μέτριαι μὲν οὖσαι αἰσθητὴν μὲν βλάβην οὐκ ἐπάγουσι τοῖς παθοῦσι, φιλυπνεῖν τούτους πείθουσι.</w:t>
      </w:r>
    </w:p>
    <w:p>
      <w:r>
        <w:rPr>
          <w:rFonts w:ascii="Courier New" w:hAnsi="Courier New"/>
          <w:color w:val="555555"/>
          <w:sz w:val="20"/>
        </w:rPr>
        <w:t>[5 . 12 . 10]</w:t>
      </w:r>
    </w:p>
    <w:p>
      <w:r>
        <w:rPr>
          <w:rFonts w:ascii="Gentium Plus" w:hAnsi="Gentium Plus"/>
          <w:sz w:val="24"/>
        </w:rPr>
        <w:t>Τῆς γὰρ ὠμοχυμίας ἡσυχῆ θερμαινομένης τε καὶ λυομένης, πολλοὶ</w:t>
      </w:r>
    </w:p>
    <w:p>
      <w:r>
        <w:rPr>
          <w:rFonts w:ascii="Courier New" w:hAnsi="Courier New"/>
          <w:color w:val="555555"/>
          <w:sz w:val="20"/>
        </w:rPr>
        <w:t>[5 . 12 . 11]</w:t>
      </w:r>
    </w:p>
    <w:p>
      <w:r>
        <w:rPr>
          <w:rFonts w:ascii="Gentium Plus" w:hAnsi="Gentium Plus"/>
          <w:sz w:val="24"/>
        </w:rPr>
        <w:t>Ἐπεὶ δ’ οὐκ ἐπιλείπουσιν οἱ χυμοὶ τούτοις ῥᾳδίως, οὐδ’ οἱ ἐπὶ τούτοις ἀτμοὶ ἂν ἐπιλείψαιεν, ὥστε συμβαίνειν ᾧδε πλησμένως οὕτω τὸν ἐγκέφαλον ὑγραινόμενον καὶ τοὺς ὕπνους πλεί‐</w:t>
      </w:r>
    </w:p>
    <w:p>
      <w:r>
        <w:rPr>
          <w:rFonts w:ascii="Courier New" w:hAnsi="Courier New"/>
          <w:color w:val="555555"/>
          <w:sz w:val="20"/>
        </w:rPr>
        <w:t>[5]</w:t>
      </w:r>
    </w:p>
    <w:p>
      <w:r>
        <w:rPr>
          <w:rFonts w:ascii="Gentium Plus" w:hAnsi="Gentium Plus"/>
          <w:sz w:val="24"/>
        </w:rPr>
        <w:t>ους ἐργάζεσθαι.</w:t>
      </w:r>
    </w:p>
    <w:p>
      <w:r>
        <w:rPr>
          <w:rFonts w:ascii="Courier New" w:hAnsi="Courier New"/>
          <w:color w:val="555555"/>
          <w:sz w:val="20"/>
        </w:rPr>
        <w:t>[5 . 12 . 12]</w:t>
      </w:r>
    </w:p>
    <w:p>
      <w:r>
        <w:rPr>
          <w:rFonts w:ascii="Gentium Plus" w:hAnsi="Gentium Plus"/>
          <w:sz w:val="24"/>
        </w:rPr>
        <w:t>Ὕπνος γὰρ οἶμαι γίνεται τῆς ἀνα‐ δοθείσης ἐν ἐγκεφάλῳ ἀγαθῆς τροφῆς πεττομένης· καθ’ ὅσον δ’ ἂν αὕτη πέττηται καὶ αἱ αἰσθήσεις ἐναπολαμβά‐ νονται τοῦ ζῴου, τῆς μείζονος τὰς μείους ἀπειργούσας</w:t>
      </w:r>
    </w:p>
    <w:p>
      <w:r>
        <w:rPr>
          <w:rFonts w:ascii="Courier New" w:hAnsi="Courier New"/>
          <w:color w:val="555555"/>
          <w:sz w:val="20"/>
        </w:rPr>
        <w:t>[5]</w:t>
      </w:r>
    </w:p>
    <w:p>
      <w:r>
        <w:rPr>
          <w:rFonts w:ascii="Gentium Plus" w:hAnsi="Gentium Plus"/>
          <w:sz w:val="24"/>
        </w:rPr>
        <w:t>δυνάμεις τε καὶ ἐνεργείας.</w:t>
      </w:r>
    </w:p>
    <w:p>
      <w:r>
        <w:rPr>
          <w:rFonts w:ascii="Courier New" w:hAnsi="Courier New"/>
          <w:color w:val="555555"/>
          <w:sz w:val="20"/>
        </w:rPr>
        <w:t>[5 . 12 . 13]</w:t>
      </w:r>
    </w:p>
    <w:p>
      <w:r>
        <w:rPr>
          <w:rFonts w:ascii="Gentium Plus" w:hAnsi="Gentium Plus"/>
          <w:sz w:val="24"/>
        </w:rPr>
        <w:t>Ἐπειδὰν δὲ τύχῃ ἡ προσ‐ ληφθεῖσα τροφὴ πεφθεῖσα, λύεται μὲν τοῦ δεσμοῦ ἡ αἴσθησις, ἐγρήγορσις δὲ οὕτως τοῖς ζῴοις ἕπεται.</w:t>
      </w:r>
    </w:p>
    <w:p>
      <w:r>
        <w:rPr>
          <w:rFonts w:ascii="Courier New" w:hAnsi="Courier New"/>
          <w:color w:val="555555"/>
          <w:sz w:val="20"/>
        </w:rPr>
        <w:t>[5 . 12 . 14]</w:t>
      </w:r>
    </w:p>
    <w:p>
      <w:r>
        <w:rPr>
          <w:rFonts w:ascii="Gentium Plus" w:hAnsi="Gentium Plus"/>
          <w:sz w:val="24"/>
        </w:rPr>
        <w:t>Ἀλλ’ ὁ μὲν περὶ ὕπνου λόγος ἄλλοις ῥηθεὶς ἀρκούντως τανῦν ἡμῖν ἀφείσθω, ἐφεξῆς δ’ ἰτέον τῷ λόγῳ.</w:t>
      </w:r>
    </w:p>
    <w:p>
      <w:r>
        <w:rPr>
          <w:rFonts w:ascii="Courier New" w:hAnsi="Courier New"/>
          <w:color w:val="555555"/>
          <w:sz w:val="20"/>
        </w:rPr>
        <w:t>[5 . 12 . 15]</w:t>
      </w:r>
    </w:p>
    <w:p>
      <w:r>
        <w:rPr>
          <w:rFonts w:ascii="Gentium Plus" w:hAnsi="Gentium Plus"/>
          <w:sz w:val="24"/>
        </w:rPr>
        <w:t>Τῶν μὲν οὖν ὑπνηλῶν διὰ τοιαύτας αἰτίας τὰ οὖρα τοιαῦτα πέφυ‐ κεν, ἀΰπνων δὲ τἀναντία διὰ τὰς ἐναντίας αἰτίας οἶμαι.</w:t>
      </w:r>
    </w:p>
    <w:p>
      <w:r>
        <w:rPr>
          <w:rFonts w:ascii="Courier New" w:hAnsi="Courier New"/>
          <w:color w:val="555555"/>
          <w:sz w:val="20"/>
        </w:rPr>
        <w:t>[5 . 12 . 16]</w:t>
      </w:r>
    </w:p>
    <w:p>
      <w:r>
        <w:rPr>
          <w:rFonts w:ascii="Gentium Plus" w:hAnsi="Gentium Plus"/>
          <w:sz w:val="24"/>
        </w:rPr>
        <w:t>Ἐπεὶ γάρ, ὅσα ξηραίνειν εἴωθε, τὰς ἀϋπνίας πέφυκε προξενεῖν, εἰκότως ἂν καὶ αἰ ξανθαὶ χολαὶ διαλεπτυνθεῖ‐ σαι οὕτω καὶ ἐπὶ τὸν ἐγκέφαλον αὐτὸν διαδοθεῖσαι οὐ μό‐ νον οὐκ ἀποδώσουσιν αὐτῷ τροφὴν ὑγραίνουσαν, ἀλλὰ</w:t>
      </w:r>
    </w:p>
    <w:p>
      <w:r>
        <w:rPr>
          <w:rFonts w:ascii="Courier New" w:hAnsi="Courier New"/>
          <w:color w:val="555555"/>
          <w:sz w:val="20"/>
        </w:rPr>
        <w:t>[5]</w:t>
      </w:r>
    </w:p>
    <w:p>
      <w:r>
        <w:rPr>
          <w:rFonts w:ascii="Gentium Plus" w:hAnsi="Gentium Plus"/>
          <w:sz w:val="24"/>
        </w:rPr>
        <w:t>ἀφαιρήσουσι καὶ τὴν ὑπάρχουσαν, ὡς ἀϋπνεῖν ἐντεῦθεν τὸν ἄνθρωπον.</w:t>
      </w:r>
    </w:p>
    <w:p>
      <w:r>
        <w:rPr>
          <w:rFonts w:ascii="Courier New" w:hAnsi="Courier New"/>
          <w:color w:val="555555"/>
          <w:sz w:val="20"/>
        </w:rPr>
        <w:t>[5 . 12 . 17]</w:t>
      </w:r>
    </w:p>
    <w:p>
      <w:r>
        <w:rPr>
          <w:rFonts w:ascii="Gentium Plus" w:hAnsi="Gentium Plus"/>
          <w:sz w:val="24"/>
        </w:rPr>
        <w:t>Τὰ γὰρ τοιαῦτα χρώματα δέδεικται χολῆς μᾶλλον ξανθῆς οἰκεῖα ὄντα.</w:t>
      </w:r>
    </w:p>
    <w:p>
      <w:r>
        <w:rPr>
          <w:rFonts w:ascii="Courier New" w:hAnsi="Courier New"/>
          <w:color w:val="555555"/>
          <w:sz w:val="20"/>
        </w:rPr>
        <w:t>[5 . 12 . 18]</w:t>
      </w:r>
    </w:p>
    <w:p>
      <w:r>
        <w:rPr>
          <w:rFonts w:ascii="Gentium Plus" w:hAnsi="Gentium Plus"/>
          <w:sz w:val="24"/>
        </w:rPr>
        <w:t>Ἐπεὶ δὲ καὶ τὰ παρυφιστάμενα λέλεκται τυγχάνειν πέψεως σύμβολα, πέ‐ ψις δ’ οὐκ ἂν ῥᾳδίως γένοιτο ἤτοι δυσκρασίας τινὸς ἐπι‐ ταθείσης ἢ τἀνθρώπου ἐγρηγορότος, εἰκότως οὖν καὶ τῶν</w:t>
      </w:r>
    </w:p>
    <w:p>
      <w:r>
        <w:rPr>
          <w:rFonts w:ascii="Courier New" w:hAnsi="Courier New"/>
          <w:color w:val="555555"/>
          <w:sz w:val="20"/>
        </w:rPr>
        <w:t>[5]</w:t>
      </w:r>
    </w:p>
    <w:p>
      <w:r>
        <w:rPr>
          <w:rFonts w:ascii="Gentium Plus" w:hAnsi="Gentium Plus"/>
          <w:sz w:val="24"/>
        </w:rPr>
        <w:t>παρυφισταμένων ἐντεῦθεν γένοιτο ἀνωμαλία καὶ σύγχυσις πλείστη.</w:t>
      </w:r>
    </w:p>
    <w:p>
      <w:r>
        <w:rPr>
          <w:rFonts w:ascii="Courier New" w:hAnsi="Courier New"/>
          <w:color w:val="555555"/>
          <w:sz w:val="20"/>
        </w:rPr>
        <w:t>[5 . 12 . 19]</w:t>
      </w:r>
    </w:p>
    <w:p>
      <w:r>
        <w:rPr>
          <w:rFonts w:ascii="Gentium Plus" w:hAnsi="Gentium Plus"/>
          <w:sz w:val="24"/>
        </w:rPr>
        <w:t>Τὰ δ’ ἀκριβῶς λεπτὰ τῶν οὔρων καὶ λευκὰ ἤτοι διὰ τὴν τῆς χολῆς ἐπὶ τὸν ἐγκέφαλον ἀναδρομὴν μεί‐ ναντα τοιαῦτα τὴν ἀπ’ ἐκείνης ὁμιλούσης τῷ ἐγκεφάλῳ δηλώσει ἀγρυπνίαν ἢ διὰ μελαγχολίας εἶδος.</w:t>
      </w:r>
    </w:p>
    <w:p>
      <w:r>
        <w:rPr>
          <w:rFonts w:ascii="Courier New" w:hAnsi="Courier New"/>
          <w:color w:val="555555"/>
          <w:sz w:val="20"/>
        </w:rPr>
        <w:t>[5 . 12 . 20]</w:t>
      </w:r>
    </w:p>
    <w:p>
      <w:r>
        <w:rPr>
          <w:rFonts w:ascii="Gentium Plus" w:hAnsi="Gentium Plus"/>
          <w:sz w:val="24"/>
        </w:rPr>
        <w:t>Τοιαῦτα γὰρ ὡς ἐπὶ τὸ πλεῖστον τὰ τῶν μελαγχολούντων οὖρα.</w:t>
      </w:r>
    </w:p>
    <w:p>
      <w:r>
        <w:rPr>
          <w:rFonts w:ascii="Courier New" w:hAnsi="Courier New"/>
          <w:color w:val="555555"/>
          <w:sz w:val="20"/>
        </w:rPr>
        <w:t>[5 . 12 . 21]</w:t>
      </w:r>
    </w:p>
    <w:p>
      <w:r>
        <w:rPr>
          <w:rFonts w:ascii="Gentium Plus" w:hAnsi="Gentium Plus"/>
          <w:sz w:val="24"/>
        </w:rPr>
        <w:t>Ἐλαιώδη γε μὴν καὶ μέλανα θάνατον ἀπειλοῦντα τὸ πλέον οὐδὲν ἴσως καινόν, εἰ ἀγρυπνίαν φέρει καὶ παρα‐ κοπήν, ἀλλὰ τὰς ἐπὶ τούτοις ἔχεις κἀν ἄλλοις ῥηθείσας αἰτίας, ὥστε φευκτέον τὸ παλιλλογεῖν οὕτως ἀκαίρως. ἰτέον</w:t>
      </w:r>
    </w:p>
    <w:p>
      <w:r>
        <w:rPr>
          <w:rFonts w:ascii="Courier New" w:hAnsi="Courier New"/>
          <w:color w:val="555555"/>
          <w:sz w:val="20"/>
        </w:rPr>
        <w:t>[5]</w:t>
      </w:r>
    </w:p>
    <w:p>
      <w:r>
        <w:rPr>
          <w:rFonts w:ascii="Gentium Plus" w:hAnsi="Gentium Plus"/>
          <w:sz w:val="24"/>
        </w:rPr>
        <w:t>δ’ ἐφεξῆς τῷ λόγῳ.</w:t>
      </w:r>
    </w:p>
    <w:p>
      <w:pPr>
        <w:jc w:val="center"/>
      </w:pPr>
      <w:r>
        <w:rPr>
          <w:rFonts w:ascii="Gentium Plus" w:hAnsi="Gentium Plus"/>
          <w:b/>
          <w:sz w:val="24"/>
        </w:rPr>
        <w:t>Κεφ. ιγʹ. Περὶ αἰτίας τῶν κατὰ τοὺς ἀπεπτοῦντας ἐκ πλησμονής καὶ λιμώττοντος οὔρων.</w:t>
      </w:r>
    </w:p>
    <w:p>
      <w:r>
        <w:rPr>
          <w:rFonts w:ascii="Courier New" w:hAnsi="Courier New"/>
          <w:color w:val="555555"/>
          <w:sz w:val="20"/>
        </w:rPr>
        <w:t>[5 . 13 . 1]</w:t>
      </w:r>
    </w:p>
    <w:p>
      <w:r>
        <w:rPr>
          <w:rFonts w:ascii="Gentium Plus" w:hAnsi="Gentium Plus"/>
          <w:sz w:val="24"/>
        </w:rPr>
        <w:t>Πλείω γοῦν ποτε ἐδηδοκότων καὶ ἀπεπτησάντων λεπτά τε καὶ λευκὰ καί πως ἀνυπόστατα φαίνεται· ἐγχρο‐ νιζόντων δὲ ταῖς ἀπεψίαις ἀνώμαλα ταῖς συστάσεσι καὶ τοῖς παρυφισταμένοις, ὥσπερ καὶ ἀσιτησάντων πρώτως</w:t>
      </w:r>
    </w:p>
    <w:p>
      <w:r>
        <w:rPr>
          <w:rFonts w:ascii="Courier New" w:hAnsi="Courier New"/>
          <w:color w:val="555555"/>
          <w:sz w:val="20"/>
        </w:rPr>
        <w:t>[5]</w:t>
      </w:r>
    </w:p>
    <w:p>
      <w:r>
        <w:rPr>
          <w:rFonts w:ascii="Gentium Plus" w:hAnsi="Gentium Plus"/>
          <w:sz w:val="24"/>
        </w:rPr>
        <w:t>μὲν πυρρά τε καὶ ξανθὰ καὶ ταῖς συστάσεσιν ἐπιφαίνεται λεπτά, λιμῷ δ’ ἤδη πιεζομένων λευκά τε καὶ λεπτὰ καὶ ἀνυπόστατα φαίνεται.</w:t>
      </w:r>
    </w:p>
    <w:p>
      <w:r>
        <w:rPr>
          <w:rFonts w:ascii="Courier New" w:hAnsi="Courier New"/>
          <w:color w:val="555555"/>
          <w:sz w:val="20"/>
        </w:rPr>
        <w:t>[5 . 13 . 2]</w:t>
      </w:r>
    </w:p>
    <w:p>
      <w:r>
        <w:rPr>
          <w:rFonts w:ascii="Gentium Plus" w:hAnsi="Gentium Plus"/>
          <w:sz w:val="24"/>
        </w:rPr>
        <w:t>Καί ποτε καὶ πρὸς πονηρά τινα μεθίσταται χρώματα, ἀλλά γε κἀν τούτοις ὡς οἷόν τε ἀποδοτέον τὰς αἰτίας τοῖς χρήζουσιν οὐκ ἀγενεῖς ἴσως ὀφθησομένας τοῖς ἀκριβέσι τῶν λόγων ἐξετασταῖς.</w:t>
      </w:r>
    </w:p>
    <w:p>
      <w:r>
        <w:rPr>
          <w:rFonts w:ascii="Courier New" w:hAnsi="Courier New"/>
          <w:color w:val="555555"/>
          <w:sz w:val="20"/>
        </w:rPr>
        <w:t>[5 . 13 . 3]</w:t>
      </w:r>
    </w:p>
    <w:p>
      <w:r>
        <w:rPr>
          <w:rFonts w:ascii="Gentium Plus" w:hAnsi="Gentium Plus"/>
          <w:sz w:val="24"/>
        </w:rPr>
        <w:t>Ἐπεὶ τοίνυν πέψις εἴωθε γίνεσθαι τῶν ἐπεισιουσῶν κρατουμέ‐ νων τροφῶν, ἀπεψία δὲ ὑπερβαλλουσῶν τὸ μέτρον πολλή, ὥσπερ αὖ ὠμότης ἧττον ὑπερβαλλουσῶν τὸ σύμμετρον,</w:t>
      </w:r>
    </w:p>
    <w:p>
      <w:r>
        <w:rPr>
          <w:rFonts w:ascii="Courier New" w:hAnsi="Courier New"/>
          <w:color w:val="555555"/>
          <w:sz w:val="20"/>
        </w:rPr>
        <w:t>[5]</w:t>
      </w:r>
    </w:p>
    <w:p>
      <w:r>
        <w:rPr>
          <w:rFonts w:ascii="Gentium Plus" w:hAnsi="Gentium Plus"/>
          <w:sz w:val="24"/>
        </w:rPr>
        <w:t>εἰκότως ἂν ὧδε τἀνθρώπου καταβαρύναντος αὐτὸν πλείοσι τροφαῖς, διαμαρτία παντελὴς τῆς πέψεως γένοιτ’ ἄν.</w:t>
      </w:r>
    </w:p>
    <w:p>
      <w:r>
        <w:rPr>
          <w:rFonts w:ascii="Courier New" w:hAnsi="Courier New"/>
          <w:color w:val="555555"/>
          <w:sz w:val="20"/>
        </w:rPr>
        <w:t>[5 . 13 . 4]</w:t>
      </w:r>
    </w:p>
    <w:p>
      <w:r>
        <w:rPr>
          <w:rFonts w:ascii="Gentium Plus" w:hAnsi="Gentium Plus"/>
          <w:sz w:val="24"/>
        </w:rPr>
        <w:t>Φαίνεται γὰρ βραχύ τι ἢ οὐδὲν ἐνταῦθ’ ἡ φύσις ἐνερ‐ γήσασα ταῖς τροφαῖς μήτε χρῶμα μήτε σύστασιν ἀποδοῦσα σύμμετρον, ὑφελομένη δὲ καὶ τὰ παρυφιστάμενα τῇ πολλῇ ἀποστάσει τῆς πέψεως.</w:t>
      </w:r>
    </w:p>
    <w:p>
      <w:r>
        <w:rPr>
          <w:rFonts w:ascii="Courier New" w:hAnsi="Courier New"/>
          <w:color w:val="555555"/>
          <w:sz w:val="20"/>
        </w:rPr>
        <w:t>[5 . 13 . 5]</w:t>
      </w:r>
    </w:p>
    <w:p>
      <w:r>
        <w:rPr>
          <w:rFonts w:ascii="Gentium Plus" w:hAnsi="Gentium Plus"/>
          <w:sz w:val="24"/>
        </w:rPr>
        <w:t>Ἀφ’ ὧν γε μὴν ἧττον μὲν τοῦ δέοντος διαπίπτει, τῷ χρόνῳ δὲ βιαζομένη πείθεται στέγειν τὰς διαμαρτίας ταύτας ἡμιπέπτους ἀποδίδωσι καὶ τὰς ἐνεργείας ἡ δύναμις.</w:t>
      </w:r>
    </w:p>
    <w:p>
      <w:r>
        <w:rPr>
          <w:rFonts w:ascii="Courier New" w:hAnsi="Courier New"/>
          <w:color w:val="555555"/>
          <w:sz w:val="20"/>
        </w:rPr>
        <w:t>[5 . 13 . 6]</w:t>
      </w:r>
    </w:p>
    <w:p>
      <w:r>
        <w:rPr>
          <w:rFonts w:ascii="Gentium Plus" w:hAnsi="Gentium Plus"/>
          <w:sz w:val="24"/>
        </w:rPr>
        <w:t>Ὧδε δὲ καὶ περὶ τῶν ἀσι‐ τούντων ῥητέον. ἐπειδὴ γοῦν ἀεὶ τῷ φυσικῷ τούτῳ θερμῷ ὑπεκκαυμάτων χρεία, ἵνα τε αὐτὸ συνίσταιτο καὶ τὰ μό‐ ρια τρέφηται, ἀρκούσης μὲν ἐπισωρευομένης ὕλης καὶ τὰ</w:t>
      </w:r>
    </w:p>
    <w:p>
      <w:r>
        <w:rPr>
          <w:rFonts w:ascii="Courier New" w:hAnsi="Courier New"/>
          <w:color w:val="555555"/>
          <w:sz w:val="20"/>
        </w:rPr>
        <w:t>[5]</w:t>
      </w:r>
    </w:p>
    <w:p>
      <w:r>
        <w:rPr>
          <w:rFonts w:ascii="Gentium Plus" w:hAnsi="Gentium Plus"/>
          <w:sz w:val="24"/>
        </w:rPr>
        <w:t>δέοντα γίνεται.</w:t>
      </w:r>
    </w:p>
    <w:p>
      <w:r>
        <w:rPr>
          <w:rFonts w:ascii="Courier New" w:hAnsi="Courier New"/>
          <w:color w:val="555555"/>
          <w:sz w:val="20"/>
        </w:rPr>
        <w:t>[5 . 13 . 7]</w:t>
      </w:r>
    </w:p>
    <w:p>
      <w:r>
        <w:rPr>
          <w:rFonts w:ascii="Gentium Plus" w:hAnsi="Gentium Plus"/>
          <w:sz w:val="24"/>
        </w:rPr>
        <w:t>Ἐπειδὰν δ’ αὕτη ἐπιλίπῃ, πρὸς ἑαυτὸ μὲν τοῦτο ἐπινεύει· εἴ τις δὲ ὑγρότης καταδαπανᾷ ταύ‐ την καὶ δριμύτερον ὑφαιρουμένης ταύτης γίνεται.</w:t>
      </w:r>
    </w:p>
    <w:p>
      <w:r>
        <w:rPr>
          <w:rFonts w:ascii="Courier New" w:hAnsi="Courier New"/>
          <w:color w:val="555555"/>
          <w:sz w:val="20"/>
        </w:rPr>
        <w:t>[5 . 13 . 8]</w:t>
      </w:r>
    </w:p>
    <w:p>
      <w:r>
        <w:rPr>
          <w:rFonts w:ascii="Gentium Plus" w:hAnsi="Gentium Plus"/>
          <w:sz w:val="24"/>
        </w:rPr>
        <w:t>Καὶ ὁ ξανθήχολος ὧδε χυμὸς ἐπιδίδωσι ξηραῖς τε καὶ θερμαῖς αὐξάνων διαθέσεσι καὶ τὰ οὖρα κατ’ ἐκεῖνο τοῦ θερμοῦ τῆς διαθέσεως γίνεται, μείω δὲ καὶ τὰ παρυφιστάμενα</w:t>
      </w:r>
    </w:p>
    <w:p>
      <w:r>
        <w:rPr>
          <w:rFonts w:ascii="Courier New" w:hAnsi="Courier New"/>
          <w:color w:val="555555"/>
          <w:sz w:val="20"/>
        </w:rPr>
        <w:t>[5]</w:t>
      </w:r>
    </w:p>
    <w:p>
      <w:r>
        <w:rPr>
          <w:rFonts w:ascii="Gentium Plus" w:hAnsi="Gentium Plus"/>
          <w:sz w:val="24"/>
        </w:rPr>
        <w:t>φαίνεται.</w:t>
      </w:r>
    </w:p>
    <w:p>
      <w:r>
        <w:rPr>
          <w:rFonts w:ascii="Courier New" w:hAnsi="Courier New"/>
          <w:color w:val="555555"/>
          <w:sz w:val="20"/>
        </w:rPr>
        <w:t>[5 . 13 . 9]</w:t>
      </w:r>
    </w:p>
    <w:p>
      <w:r>
        <w:rPr>
          <w:rFonts w:ascii="Gentium Plus" w:hAnsi="Gentium Plus"/>
          <w:sz w:val="24"/>
        </w:rPr>
        <w:t>Ἐπιλιπούσης τῆς τροφῆς τἀνθρώπῳ, ἣ δὴ πεττομένη τε καὶ τρέφουσα ταῦθ’ ὑφίησι σύμβολα τῆς τρο‐ φῆς.</w:t>
      </w:r>
    </w:p>
    <w:p>
      <w:r>
        <w:rPr>
          <w:rFonts w:ascii="Courier New" w:hAnsi="Courier New"/>
          <w:color w:val="555555"/>
          <w:sz w:val="20"/>
        </w:rPr>
        <w:t>[5 . 13 . 10]</w:t>
      </w:r>
    </w:p>
    <w:p>
      <w:r>
        <w:rPr>
          <w:rFonts w:ascii="Gentium Plus" w:hAnsi="Gentium Plus"/>
          <w:sz w:val="24"/>
        </w:rPr>
        <w:t>Ἀλλ’ ἐπειδὰν ἐνστᾶν ὡς οἷόν τε τὸ θερμὸν</w:t>
      </w:r>
    </w:p>
    <w:p>
      <w:r>
        <w:rPr>
          <w:rFonts w:ascii="Courier New" w:hAnsi="Courier New"/>
          <w:color w:val="555555"/>
          <w:sz w:val="20"/>
        </w:rPr>
        <w:t>[5 . 13 . 11]</w:t>
      </w:r>
    </w:p>
    <w:p>
      <w:r>
        <w:rPr>
          <w:rFonts w:ascii="Gentium Plus" w:hAnsi="Gentium Plus"/>
          <w:sz w:val="24"/>
        </w:rPr>
        <w:t>Ἤδη δὲ ἡ ἕξις πέφυκε χωρεῖν μαραινομένου του θερμοῦ πρὸς τὸ ψυχρότερον καὶ τὰ λευκὰ καὶ φαῦλα, εἶθ’ οὕτως ἐπὶ τὸ χεῖρον ἀποδίδωσι προχωροῦσα χρώματα καὶ συστάσεις δὲ τοῖς χρώμασι κατ’ ἀλλήλους.</w:t>
      </w:r>
    </w:p>
    <w:p>
      <w:r>
        <w:rPr>
          <w:rFonts w:ascii="Courier New" w:hAnsi="Courier New"/>
          <w:color w:val="555555"/>
          <w:sz w:val="20"/>
        </w:rPr>
        <w:t>[5 . 13 . 12]</w:t>
      </w:r>
    </w:p>
    <w:p>
      <w:r>
        <w:rPr>
          <w:rFonts w:ascii="Gentium Plus" w:hAnsi="Gentium Plus"/>
          <w:sz w:val="24"/>
        </w:rPr>
        <w:t>Ἀλλ’ ὁ μὲν περὶ τούτων καὶ τοιούτων λόγος ἀρκούντως οἶμαι ῥηθεὶς ἀφείσθω ἤδη, μήπως καὶ λάθωμεν τῇ ἐπὶ τούτοις πλείονι διατριβῇ τὸ σύμμετρον ἀποδεδωκότες μέτρον τῷ λόγῳ.</w:t>
      </w:r>
    </w:p>
    <w:p>
      <w:r>
        <w:rPr>
          <w:rFonts w:ascii="Courier New" w:hAnsi="Courier New"/>
          <w:color w:val="555555"/>
          <w:sz w:val="20"/>
        </w:rPr>
        <w:t>[5 . 13 . 13]</w:t>
      </w:r>
    </w:p>
    <w:p>
      <w:r>
        <w:rPr>
          <w:rFonts w:ascii="Gentium Plus" w:hAnsi="Gentium Plus"/>
          <w:sz w:val="24"/>
        </w:rPr>
        <w:t>Ὥστε καὶ ἅλλου ἐπὶ τοῖς λειπομένοις δεηθῆναι λόγου καὶ παθεῖν τὸ τῶν ἀπειροτέρων, οἳ διὰ βραχυτέρας ὁδοῦ τὸ σπουδαζόμενον καταλαβεῖν ἐφιέμενοι διά τινας ἑτέρας ἐκτοπισθέντας διατριβὰς ἐπὶ μακρὰς ἑαυτοὺς περιόδους</w:t>
      </w:r>
    </w:p>
    <w:p>
      <w:r>
        <w:rPr>
          <w:rFonts w:ascii="Courier New" w:hAnsi="Courier New"/>
          <w:color w:val="555555"/>
          <w:sz w:val="20"/>
        </w:rPr>
        <w:t>[5]</w:t>
      </w:r>
    </w:p>
    <w:p>
      <w:r>
        <w:rPr>
          <w:rFonts w:ascii="Gentium Plus" w:hAnsi="Gentium Plus"/>
          <w:sz w:val="24"/>
        </w:rPr>
        <w:t>ἐμβάλλουσιν, ὥστε δίκαιον ἂν εἴη ὧδέ ποθεν ὡς ἀφ’ ἑτέ‐ ρας ἀρχῆς τῶν ἐπὶ τοῖς λειπομένοις ἐξευρημένων ἅπτεσθαι αἰτιῶν.</w:t>
      </w:r>
    </w:p>
    <w:p>
      <w:r>
        <w:rPr>
          <w:rFonts w:ascii="Courier New" w:hAnsi="Courier New"/>
          <w:color w:val="555555"/>
          <w:sz w:val="20"/>
        </w:rPr>
        <w:t>[5 . 13 . 14]</w:t>
      </w:r>
    </w:p>
    <w:p>
      <w:r>
        <w:rPr>
          <w:rFonts w:ascii="Gentium Plus" w:hAnsi="Gentium Plus"/>
          <w:sz w:val="24"/>
        </w:rPr>
        <w:t>Οὕτω γὰρ ἡμῖν ῥᾴδιόν τε καὶ συντετμημένον ἀποδοθείη τοὐγχείρημα· πρόχειρον δὲ τοῖς ἐν βραχέσι λόγοις πολλὰς ἀφορμὰς μαθεῖν σπουδάζουσι μαθημάτων.</w:t>
      </w:r>
    </w:p>
    <w:p>
      <w:r>
        <w:rPr>
          <w:rFonts w:ascii="Courier New" w:hAnsi="Courier New"/>
          <w:color w:val="555555"/>
          <w:sz w:val="20"/>
        </w:rPr>
        <w:t>[5 . 13 . 15]</w:t>
      </w:r>
    </w:p>
    <w:p>
      <w:r>
        <w:rPr>
          <w:rFonts w:ascii="Gentium Plus" w:hAnsi="Gentium Plus"/>
          <w:sz w:val="24"/>
        </w:rPr>
        <w:t>Ῥητέον τοίνυν κἀνταῦθα περὶ τῶν ἐν τοῖς γενικοῖς τῶν νοσημάτων ἀναφαινομένων οὔρων καὶ τὰς τούτων προσαποδοτέον αἰτίας.</w:t>
      </w:r>
    </w:p>
    <w:p>
      <w:r>
        <w:rPr>
          <w:rFonts w:ascii="Courier New" w:hAnsi="Courier New"/>
          <w:color w:val="555555"/>
          <w:sz w:val="20"/>
        </w:rPr>
        <w:t>[5 . 13 . 16]</w:t>
      </w:r>
    </w:p>
    <w:p>
      <w:r>
        <w:rPr>
          <w:rFonts w:ascii="Gentium Plus" w:hAnsi="Gentium Plus"/>
          <w:sz w:val="24"/>
        </w:rPr>
        <w:t>Οὕτω γὰρ προσήκουσαν μὲν τὴν ἐκ τῶν κεφαλαίων ὁ λόγος ἀπολαύει συνθήκην, πέρας δ’ αἴσιον ἀποδοθῇ παντὶ τῷ λόγῳ.</w:t>
      </w:r>
    </w:p>
    <w:p>
      <w:pPr>
        <w:jc w:val="center"/>
      </w:pPr>
      <w:r>
        <w:rPr>
          <w:rFonts w:ascii="Gentium Plus" w:hAnsi="Gentium Plus"/>
          <w:b/>
          <w:sz w:val="24"/>
        </w:rPr>
        <w:t>Κεφ. ιδʹ. Περὶ αἰτίας τῶν κατὰ τὰ γενικὰ τῶν νοσημάτων οὔρων.</w:t>
      </w:r>
    </w:p>
    <w:p>
      <w:r>
        <w:rPr>
          <w:rFonts w:ascii="Courier New" w:hAnsi="Courier New"/>
          <w:color w:val="555555"/>
          <w:sz w:val="20"/>
        </w:rPr>
        <w:t>[5 . 14 . 1]</w:t>
      </w:r>
    </w:p>
    <w:p>
      <w:r>
        <w:rPr>
          <w:rFonts w:ascii="Gentium Plus" w:hAnsi="Gentium Plus"/>
          <w:sz w:val="24"/>
        </w:rPr>
        <w:t>Εἴρηται τοίνυν ἐν τοῖς περὶ διαγνώσεως οὔρων λό‐ γοις, ὡς ἐπὶ τῶν ἐφημέρων πυρετῶν ψιλῶν τελούντων καὶ οὐχ ἑτέρας προσεπιδούσης αἰτίας, οὐκ ἀξιολόγως ἄν τις ἴδῃ τὰ οὖρα μεταβληθέντα. καθὸ γὰρ ἂν τύχῃ μεταβληθέν,</w:t>
      </w:r>
    </w:p>
    <w:p>
      <w:r>
        <w:rPr>
          <w:rFonts w:ascii="Courier New" w:hAnsi="Courier New"/>
          <w:color w:val="555555"/>
          <w:sz w:val="20"/>
        </w:rPr>
        <w:t>[5]</w:t>
      </w:r>
    </w:p>
    <w:p>
      <w:r>
        <w:rPr>
          <w:rFonts w:ascii="Gentium Plus" w:hAnsi="Gentium Plus"/>
          <w:sz w:val="24"/>
        </w:rPr>
        <w:t>βραχέως πάνυ καὶ ἀσαφῶς μεταβάλλεται.</w:t>
      </w:r>
    </w:p>
    <w:p>
      <w:r>
        <w:rPr>
          <w:rFonts w:ascii="Courier New" w:hAnsi="Courier New"/>
          <w:color w:val="555555"/>
          <w:sz w:val="20"/>
        </w:rPr>
        <w:t>[5 . 14 . 2]</w:t>
      </w:r>
    </w:p>
    <w:p>
      <w:r>
        <w:rPr>
          <w:rFonts w:ascii="Gentium Plus" w:hAnsi="Gentium Plus"/>
          <w:sz w:val="24"/>
        </w:rPr>
        <w:t>Τῶν γάρ τοι ἐφημέρων πυρετῶν διὰ πνεύματος μόνου ἐπὶ τὸ θερ‐ μότερον διατεθέντος ἀλλοίωσιν γεγονότων, δικαίως οὐδὲ πάνυ ἐπίδηλος ἐν τοῖς οὔροις γίνεται ἀλλοίωσις.</w:t>
      </w:r>
    </w:p>
    <w:p>
      <w:r>
        <w:rPr>
          <w:rFonts w:ascii="Courier New" w:hAnsi="Courier New"/>
          <w:color w:val="555555"/>
          <w:sz w:val="20"/>
        </w:rPr>
        <w:t>[5 . 14 . 3]</w:t>
      </w:r>
    </w:p>
    <w:p>
      <w:r>
        <w:rPr>
          <w:rFonts w:ascii="Gentium Plus" w:hAnsi="Gentium Plus"/>
          <w:sz w:val="24"/>
        </w:rPr>
        <w:t>Ἀπὸ μὲν τῶν μικρῶν προφάσεων βραχέων καὶ τῶν κινημάτων γινομένων, μειζόνων δ’ ἀπὸ τῶν ἀξιολογοτέρων.</w:t>
      </w:r>
    </w:p>
    <w:p>
      <w:r>
        <w:rPr>
          <w:rFonts w:ascii="Courier New" w:hAnsi="Courier New"/>
          <w:color w:val="555555"/>
          <w:sz w:val="20"/>
        </w:rPr>
        <w:t>[5 . 14 . 4]</w:t>
      </w:r>
    </w:p>
    <w:p>
      <w:r>
        <w:rPr>
          <w:rFonts w:ascii="Gentium Plus" w:hAnsi="Gentium Plus"/>
          <w:sz w:val="24"/>
        </w:rPr>
        <w:t>Ἐπειδὴ γὰρ τὰ οὖρα τὴν ἀλλοίωσιν τῶν χυμῶν δεικνύουσιν, οἱ δ’ ἐφήμεροι τῶν πυρετῶν ἐπὶ ταῖς τοῦ πνεύματος, ὡς εἴρη‐ ται, μεταβολαῖς ἐπὶ τὸ θερμότερον γίνονται, οὐκ ἀξιόλο‐</w:t>
      </w:r>
    </w:p>
    <w:p>
      <w:r>
        <w:rPr>
          <w:rFonts w:ascii="Courier New" w:hAnsi="Courier New"/>
          <w:color w:val="555555"/>
          <w:sz w:val="20"/>
        </w:rPr>
        <w:t>[5]</w:t>
      </w:r>
    </w:p>
    <w:p>
      <w:r>
        <w:rPr>
          <w:rFonts w:ascii="Gentium Plus" w:hAnsi="Gentium Plus"/>
          <w:sz w:val="24"/>
        </w:rPr>
        <w:t>γόν τι ἂν ἀλλοιωθῶσι τὰ οὖρα.</w:t>
      </w:r>
    </w:p>
    <w:p>
      <w:r>
        <w:rPr>
          <w:rFonts w:ascii="Courier New" w:hAnsi="Courier New"/>
          <w:color w:val="555555"/>
          <w:sz w:val="20"/>
        </w:rPr>
        <w:t>[5 . 14 . 5]</w:t>
      </w:r>
    </w:p>
    <w:p>
      <w:r>
        <w:rPr>
          <w:rFonts w:ascii="Gentium Plus" w:hAnsi="Gentium Plus"/>
          <w:sz w:val="24"/>
        </w:rPr>
        <w:t>Πρὶν ἢ γὰρ τὴν τῶν χυμῶν αἰσθέσθαι ὕλην τῆς ἐπιγεγενημένης ἀλλοιώσεως τῷ φυσικῷ πνεύματι, οὗτοι προσηκούσης ἐλύθησαν τετυχηκό‐ τες διαίτης.</w:t>
      </w:r>
    </w:p>
    <w:p>
      <w:r>
        <w:rPr>
          <w:rFonts w:ascii="Courier New" w:hAnsi="Courier New"/>
          <w:color w:val="555555"/>
          <w:sz w:val="20"/>
        </w:rPr>
        <w:t>[5 . 14 . 6]</w:t>
      </w:r>
    </w:p>
    <w:p>
      <w:r>
        <w:rPr>
          <w:rFonts w:ascii="Gentium Plus" w:hAnsi="Gentium Plus"/>
          <w:sz w:val="24"/>
        </w:rPr>
        <w:t>Ἀλλ’ ἐπὶ μὲν τῶν ἐφημέρων πυρετῶν βραχείας τινὸς τῆς μεταβολῆς γεγενημένης, μέτριαι καὶ αἱ τῶν οὔρων φαίνοιντ’ ἂν ἀλλοιώσεις.</w:t>
      </w:r>
    </w:p>
    <w:p>
      <w:r>
        <w:rPr>
          <w:rFonts w:ascii="Courier New" w:hAnsi="Courier New"/>
          <w:color w:val="555555"/>
          <w:sz w:val="20"/>
        </w:rPr>
        <w:t>[5 . 14 . 7]</w:t>
      </w:r>
    </w:p>
    <w:p>
      <w:r>
        <w:rPr>
          <w:rFonts w:ascii="Gentium Plus" w:hAnsi="Gentium Plus"/>
          <w:sz w:val="24"/>
        </w:rPr>
        <w:t>Ἄν τις δὲ προσ‐ οῦσα ὕλη τύχῃ τῷ σώματι διεφθαρμένη ἐπιτηδεία μὲν εἰς ἔξαψιν, βραχείας δέ τινος τῆς κινήσεως δεομένη, ῥᾳδίως ἐντεῦθεν ἐξάπτεταί τε καὶ καταπίμπραται, τοὺς ἐπὶ σήψει</w:t>
      </w:r>
    </w:p>
    <w:p>
      <w:r>
        <w:rPr>
          <w:rFonts w:ascii="Courier New" w:hAnsi="Courier New"/>
          <w:color w:val="555555"/>
          <w:sz w:val="20"/>
        </w:rPr>
        <w:t>[5]</w:t>
      </w:r>
    </w:p>
    <w:p>
      <w:r>
        <w:rPr>
          <w:rFonts w:ascii="Gentium Plus" w:hAnsi="Gentium Plus"/>
          <w:sz w:val="24"/>
        </w:rPr>
        <w:t>μὲν ἀνεγείρουσα πυρετούς, οὖρα δὲ οἷα οἱ ἐπὶ σήψει χυ‐ μῶν προβάλλονται πυρετοὶ ἐπιδείξασθαι, περὶ ὧν νῦν ἐροῦμεν.</w:t>
      </w:r>
    </w:p>
    <w:p>
      <w:r>
        <w:rPr>
          <w:rFonts w:ascii="Courier New" w:hAnsi="Courier New"/>
          <w:color w:val="555555"/>
          <w:sz w:val="20"/>
        </w:rPr>
        <w:t>[5 . 14 . 8]</w:t>
      </w:r>
    </w:p>
    <w:p>
      <w:r>
        <w:rPr>
          <w:rFonts w:ascii="Gentium Plus" w:hAnsi="Gentium Plus"/>
          <w:sz w:val="24"/>
        </w:rPr>
        <w:t>Τῶν τοίνυν ἐπὶ σήψει χυμῶν γεγενημένων πυρετῶν ὅσοι μὲν ἂν ὦσι διαλείποντες, ἀλλοῖα οὖρα προ‐ βάλλονται, ὅσοι δ’ αὖ συνεχεῖς ἑτεροῖα διά τε τὴν διεφθα‐ ρότων χυμῶν διαφορὰν καὶ τὴν ἐπὶ τούτοις συνέχειάν τε</w:t>
      </w:r>
    </w:p>
    <w:p>
      <w:r>
        <w:rPr>
          <w:rFonts w:ascii="Courier New" w:hAnsi="Courier New"/>
          <w:color w:val="555555"/>
          <w:sz w:val="20"/>
        </w:rPr>
        <w:t>[5]</w:t>
      </w:r>
    </w:p>
    <w:p>
      <w:r>
        <w:rPr>
          <w:rFonts w:ascii="Gentium Plus" w:hAnsi="Gentium Plus"/>
          <w:sz w:val="24"/>
        </w:rPr>
        <w:t>καὶ διάλειψιν.</w:t>
      </w:r>
    </w:p>
    <w:p>
      <w:r>
        <w:rPr>
          <w:rFonts w:ascii="Courier New" w:hAnsi="Courier New"/>
          <w:color w:val="555555"/>
          <w:sz w:val="20"/>
        </w:rPr>
        <w:t>[5 . 14 . 9]</w:t>
      </w:r>
    </w:p>
    <w:p>
      <w:r>
        <w:rPr>
          <w:rFonts w:ascii="Gentium Plus" w:hAnsi="Gentium Plus"/>
          <w:sz w:val="24"/>
        </w:rPr>
        <w:t>Ῥητέον τοίνυν ἡμῖν πρώτως μὲν περὶ τῶν διαλειπόντων γινομένων πυρετῶν τὰς αἰτίας τούτων ἀποδιδοῦσιν, εἴθ’ οὕτως καὶ περὶ τῶν ἑξῆς καθὼς ἂν ὁ λόγος ἀποδώσει προβαίνων.</w:t>
      </w:r>
    </w:p>
    <w:p>
      <w:pPr>
        <w:jc w:val="center"/>
      </w:pPr>
      <w:r>
        <w:rPr>
          <w:rFonts w:ascii="Gentium Plus" w:hAnsi="Gentium Plus"/>
          <w:b/>
          <w:sz w:val="24"/>
        </w:rPr>
        <w:t>Κεφ. ιεʹ. Περὶ αἰτίας τῶν κατὰ τοὺς τριταίους ἀμφοτέρους οὔρων.</w:t>
      </w:r>
    </w:p>
    <w:p>
      <w:r>
        <w:rPr>
          <w:rFonts w:ascii="Courier New" w:hAnsi="Courier New"/>
          <w:color w:val="555555"/>
          <w:sz w:val="20"/>
        </w:rPr>
        <w:t>[5 . 15 . 1]</w:t>
      </w:r>
    </w:p>
    <w:p>
      <w:r>
        <w:rPr>
          <w:rFonts w:ascii="Gentium Plus" w:hAnsi="Gentium Plus"/>
          <w:sz w:val="24"/>
        </w:rPr>
        <w:t>Τῶν ἀκριβῶς οὖν τριταίων τὰ οὖρα πρός τε τὸ πυρρὸν καὶ ξανθόν, ὡς εἴρηται, χωρεῖ τῶν χρωμάτων, σύστασις δ’ αὐτῶν καὶ τοῦ συμμέτρου δείκνυται παχυτέρα, καὶ ταῖς μὲν ἀρχαῖς οὐδέν τι προβάλλεται παρυφιστάμε‐</w:t>
      </w:r>
    </w:p>
    <w:p>
      <w:r>
        <w:rPr>
          <w:rFonts w:ascii="Courier New" w:hAnsi="Courier New"/>
          <w:color w:val="555555"/>
          <w:sz w:val="20"/>
        </w:rPr>
        <w:t>[5]</w:t>
      </w:r>
    </w:p>
    <w:p>
      <w:r>
        <w:rPr>
          <w:rFonts w:ascii="Gentium Plus" w:hAnsi="Gentium Plus"/>
          <w:sz w:val="24"/>
        </w:rPr>
        <w:t>νον, τοῦ χρόνου δὲ προϊόντος τά τε παρυφιστάμενα φαί‐ νεται καὶ τὰ χρώματα χωροῦντα πρὸς τὸ σύμμετρόν τε καὶ κατὰ φύσιν καὶ αἱ τοῦ κατέχοντος νοσήματος λύσεις διὰ ταχέως ἥξειν ἐλπίζονται ταῖς πέψεσιν ἐπιμαρτυρηθεῖ‐ σαι.</w:t>
      </w:r>
    </w:p>
    <w:p>
      <w:r>
        <w:rPr>
          <w:rFonts w:ascii="Courier New" w:hAnsi="Courier New"/>
          <w:color w:val="555555"/>
          <w:sz w:val="20"/>
        </w:rPr>
        <w:t>[5 . 15 . 2]</w:t>
      </w:r>
    </w:p>
    <w:p>
      <w:r>
        <w:rPr>
          <w:rFonts w:ascii="Gentium Plus" w:hAnsi="Gentium Plus"/>
          <w:sz w:val="24"/>
        </w:rPr>
        <w:t>Τοιαύτη τις ἡ τῶν τριταίων ἐπὶ σέψει διαλειπόν‐ των πυρετῶν διάγνωσις ἐκ τῶν οὔρων φαίνεται· νῦν δ’ ἂν εἴη χρεὼν καὶ τὰς ἐπὶ τούτοις δεδωκέναι αἰτίας.</w:t>
      </w:r>
    </w:p>
    <w:p>
      <w:r>
        <w:rPr>
          <w:rFonts w:ascii="Courier New" w:hAnsi="Courier New"/>
          <w:color w:val="555555"/>
          <w:sz w:val="20"/>
        </w:rPr>
        <w:t>[5 . 15 . 3]</w:t>
      </w:r>
    </w:p>
    <w:p>
      <w:r>
        <w:rPr>
          <w:rFonts w:ascii="Gentium Plus" w:hAnsi="Gentium Plus"/>
          <w:sz w:val="24"/>
        </w:rPr>
        <w:t>Τῆς τοίνυν ξανθῆς χολῆς αὐξηθείσης δι’ οἱασδήτινας αἰτίας ταύτην ἀπογεννώσας καὶ τῶν φλεβωδῶν ἀγγείων ἀποπλα‐ νωμένης ἐκτός, οἱ τριταῖοι μὲν οὕτω καλούμενοι γίνονται</w:t>
      </w:r>
    </w:p>
    <w:p>
      <w:r>
        <w:rPr>
          <w:rFonts w:ascii="Courier New" w:hAnsi="Courier New"/>
          <w:color w:val="555555"/>
          <w:sz w:val="20"/>
        </w:rPr>
        <w:t>[5]</w:t>
      </w:r>
    </w:p>
    <w:p>
      <w:r>
        <w:rPr>
          <w:rFonts w:ascii="Gentium Plus" w:hAnsi="Gentium Plus"/>
          <w:sz w:val="24"/>
        </w:rPr>
        <w:t>πυρετοί, εἰς διαλείματα δὲ καθίστανται, ἅτε μὴ τῶν φλε‐ βῶν ἐντὸς τῆς πλείονος οὕσης ὕλης.</w:t>
      </w:r>
    </w:p>
    <w:p>
      <w:r>
        <w:rPr>
          <w:rFonts w:ascii="Courier New" w:hAnsi="Courier New"/>
          <w:color w:val="555555"/>
          <w:sz w:val="20"/>
        </w:rPr>
        <w:t>[5 . 15 . 4]</w:t>
      </w:r>
    </w:p>
    <w:p>
      <w:r>
        <w:rPr>
          <w:rFonts w:ascii="Gentium Plus" w:hAnsi="Gentium Plus"/>
          <w:sz w:val="24"/>
        </w:rPr>
        <w:t>Κεκοινωνήκασι</w:t>
      </w:r>
    </w:p>
    <w:p>
      <w:r>
        <w:rPr>
          <w:rFonts w:ascii="Courier New" w:hAnsi="Courier New"/>
          <w:color w:val="555555"/>
          <w:sz w:val="20"/>
        </w:rPr>
        <w:t>[5]</w:t>
      </w:r>
    </w:p>
    <w:p>
      <w:r>
        <w:rPr>
          <w:rFonts w:ascii="Gentium Plus" w:hAnsi="Gentium Plus"/>
          <w:sz w:val="24"/>
        </w:rPr>
        <w:t>ἂν καὶ συνεχεῖς ἦσαν οὕτω πυρετοί.</w:t>
      </w:r>
    </w:p>
    <w:p>
      <w:r>
        <w:rPr>
          <w:rFonts w:ascii="Courier New" w:hAnsi="Courier New"/>
          <w:color w:val="555555"/>
          <w:sz w:val="20"/>
        </w:rPr>
        <w:t>[5 . 15 . 5]</w:t>
      </w:r>
    </w:p>
    <w:p>
      <w:r>
        <w:rPr>
          <w:rFonts w:ascii="Gentium Plus" w:hAnsi="Gentium Plus"/>
          <w:sz w:val="24"/>
        </w:rPr>
        <w:t>Ἐπεὶ τοίνυν τῶν μὲν ἀγγείων ἐκτὸς καθέστηκεν ὁ τοιοῦτος χολώδης χυμός, σέσηπται δέ πως, διὰ τοῦτο τήν τε σηπεδόνα καὶ τὰ δια‐ λείμματα δείξει. χρωσθείη δ’ ἂν τὰ οὖρα κατὰ τὴν τῆς</w:t>
      </w:r>
    </w:p>
    <w:p>
      <w:r>
        <w:rPr>
          <w:rFonts w:ascii="Courier New" w:hAnsi="Courier New"/>
          <w:color w:val="555555"/>
          <w:sz w:val="20"/>
        </w:rPr>
        <w:t>[5]</w:t>
      </w:r>
    </w:p>
    <w:p>
      <w:r>
        <w:rPr>
          <w:rFonts w:ascii="Gentium Plus" w:hAnsi="Gentium Plus"/>
          <w:sz w:val="24"/>
        </w:rPr>
        <w:t>χολῆς ἐπίδοσιν.</w:t>
      </w:r>
    </w:p>
    <w:p>
      <w:r>
        <w:rPr>
          <w:rFonts w:ascii="Courier New" w:hAnsi="Courier New"/>
          <w:color w:val="555555"/>
          <w:sz w:val="20"/>
        </w:rPr>
        <w:t>[5 . 15 . 6]</w:t>
      </w:r>
    </w:p>
    <w:p>
      <w:r>
        <w:rPr>
          <w:rFonts w:ascii="Gentium Plus" w:hAnsi="Gentium Plus"/>
          <w:sz w:val="24"/>
        </w:rPr>
        <w:t>Ἐπεὶ δὲ καὶ πάνυ μὴ διαφθαρεὶς ὁ χολώδης οὗτος χυμὸς ἐν τοῖς τριταίοις δέδεικται πυρετοῖς, τὰ μὲν χρώματα οἷα δὴ καὶ λέλεκται, δείκνυται, διὰ δὲ τὸ πλῆθος καὶ σύμμετρον τῆς χολῆς πάχος διὰ τῶν οὔρων</w:t>
      </w:r>
    </w:p>
    <w:p>
      <w:r>
        <w:rPr>
          <w:rFonts w:ascii="Courier New" w:hAnsi="Courier New"/>
          <w:color w:val="555555"/>
          <w:sz w:val="20"/>
        </w:rPr>
        <w:t>[5]</w:t>
      </w:r>
    </w:p>
    <w:p>
      <w:r>
        <w:rPr>
          <w:rFonts w:ascii="Gentium Plus" w:hAnsi="Gentium Plus"/>
          <w:sz w:val="24"/>
        </w:rPr>
        <w:t>ἀποκρινόμενον.</w:t>
      </w:r>
    </w:p>
    <w:p>
      <w:r>
        <w:rPr>
          <w:rFonts w:ascii="Courier New" w:hAnsi="Courier New"/>
          <w:color w:val="555555"/>
          <w:sz w:val="20"/>
        </w:rPr>
        <w:t>[5 . 15 . 7]</w:t>
      </w:r>
    </w:p>
    <w:p>
      <w:r>
        <w:rPr>
          <w:rFonts w:ascii="Gentium Plus" w:hAnsi="Gentium Plus"/>
          <w:sz w:val="24"/>
        </w:rPr>
        <w:t>Συμβαίνει καὶ τῆς συμμέτρου φαί‐ νέσθαι τὴν σύστασιν παχυτέραν, ἐπιλείπεται δὲ τὰ παρ‐ υφιστάμενα ταῖς ἀρχαῖς τῷ τῆς ἀπεψίας καὶ ἐμφράξεώς τινος λόγῳ.</w:t>
      </w:r>
    </w:p>
    <w:p>
      <w:r>
        <w:rPr>
          <w:rFonts w:ascii="Courier New" w:hAnsi="Courier New"/>
          <w:color w:val="555555"/>
          <w:sz w:val="20"/>
        </w:rPr>
        <w:t>[5 . 15 . 8]</w:t>
      </w:r>
    </w:p>
    <w:p>
      <w:r>
        <w:rPr>
          <w:rFonts w:ascii="Gentium Plus" w:hAnsi="Gentium Plus"/>
          <w:sz w:val="24"/>
        </w:rPr>
        <w:t>Ἐπεὶ γὰρ οὕτω πέφθακεν ἡ φύσις κατα‐ κρατῆσαι τῆς ὕλης, οὐγὲ πέψεσιν ὁλοσχερῶς ἐπεχείρησεν, ὥστε οὐδὲ παρυφιστάμενα διὰ τοῦτο φαίνεται σύμβολα καθεστηκότα τῆς πέψεως.</w:t>
      </w:r>
    </w:p>
    <w:p>
      <w:r>
        <w:rPr>
          <w:rFonts w:ascii="Courier New" w:hAnsi="Courier New"/>
          <w:color w:val="555555"/>
          <w:sz w:val="20"/>
        </w:rPr>
        <w:t>[5 . 15 . 9]</w:t>
      </w:r>
    </w:p>
    <w:p>
      <w:r>
        <w:rPr>
          <w:rFonts w:ascii="Gentium Plus" w:hAnsi="Gentium Plus"/>
          <w:sz w:val="24"/>
        </w:rPr>
        <w:t>Ἐπειδὰν μέντοι ἑαυτὴν ἐπισυνάγηται καὶ ῥώσῃ, ἀπώσηται δὲ τὰ περιττὰ προσπα‐ ραλαβόμενα τὰ δέοντα, καὶ καλῶς καὶ κατὰ κόσμον δια‐ θείη τὰ κατὰ τὸν λυποῦντα χυμόν, ἤδη μὲν πέφεως ἐπι‐</w:t>
      </w:r>
    </w:p>
    <w:p>
      <w:r>
        <w:rPr>
          <w:rFonts w:ascii="Courier New" w:hAnsi="Courier New"/>
          <w:color w:val="555555"/>
          <w:sz w:val="20"/>
        </w:rPr>
        <w:t>[5]</w:t>
      </w:r>
    </w:p>
    <w:p>
      <w:r>
        <w:rPr>
          <w:rFonts w:ascii="Gentium Plus" w:hAnsi="Gentium Plus"/>
          <w:sz w:val="24"/>
        </w:rPr>
        <w:t>φαίνονται σημεῖα τὰ παρυφιστάμενα δηλονότι, πρὸς τὸ σύμμετρον δὲ τά τε χύματα καὶ αἱ συστάσεις χωροῦσιν.</w:t>
      </w:r>
    </w:p>
    <w:p>
      <w:r>
        <w:rPr>
          <w:rFonts w:ascii="Courier New" w:hAnsi="Courier New"/>
          <w:color w:val="555555"/>
          <w:sz w:val="20"/>
        </w:rPr>
        <w:t>[5 . 15 . 10]</w:t>
      </w:r>
    </w:p>
    <w:p>
      <w:r>
        <w:rPr>
          <w:rFonts w:ascii="Gentium Plus" w:hAnsi="Gentium Plus"/>
          <w:sz w:val="24"/>
        </w:rPr>
        <w:t>Ἀλλ’ ὁ μὲν περὶ τῶν ἐπὶ τριταίοις ἀκριβέσιν οὔρων λόγος τοιοῦτος ἄν, ὡς ἐν βραχεῖ φάναι ῥηθείη.</w:t>
      </w:r>
    </w:p>
    <w:p>
      <w:r>
        <w:rPr>
          <w:rFonts w:ascii="Courier New" w:hAnsi="Courier New"/>
          <w:color w:val="555555"/>
          <w:sz w:val="20"/>
        </w:rPr>
        <w:t>[5 . 15 . 11]</w:t>
      </w:r>
    </w:p>
    <w:p>
      <w:r>
        <w:rPr>
          <w:rFonts w:ascii="Gentium Plus" w:hAnsi="Gentium Plus"/>
          <w:sz w:val="24"/>
        </w:rPr>
        <w:t>Νό‐ θων δὲ τριταίων οὖρα καὶ τὸ πυρρὸν μὲν ὑπερβάλλει τοῦ χρώματος, ἤδη δέ ποτε καὶ οἰνωπὸν προβάλλεται· τῇ δὲ συστάσει ταῦτα καὶ τῶν ἐπὶ τοῦ ἀκριβοῦς τριταίου παχύ‐</w:t>
      </w:r>
    </w:p>
    <w:p>
      <w:r>
        <w:rPr>
          <w:rFonts w:ascii="Courier New" w:hAnsi="Courier New"/>
          <w:color w:val="555555"/>
          <w:sz w:val="20"/>
        </w:rPr>
        <w:t>[5]</w:t>
      </w:r>
    </w:p>
    <w:p>
      <w:r>
        <w:rPr>
          <w:rFonts w:ascii="Gentium Plus" w:hAnsi="Gentium Plus"/>
          <w:sz w:val="24"/>
        </w:rPr>
        <w:t>τερα, τὰ δὲ παρυφιστάμενα τούτοις ἤτοι μείω τε καὶ φαῦλα ἢ τὴν ἀρχὴν οὐδ’ ὅλως φαίνονται.</w:t>
      </w:r>
    </w:p>
    <w:p>
      <w:r>
        <w:rPr>
          <w:rFonts w:ascii="Courier New" w:hAnsi="Courier New"/>
          <w:color w:val="555555"/>
          <w:sz w:val="20"/>
        </w:rPr>
        <w:t>[5 . 15 . 12]</w:t>
      </w:r>
    </w:p>
    <w:p>
      <w:r>
        <w:rPr>
          <w:rFonts w:ascii="Gentium Plus" w:hAnsi="Gentium Plus"/>
          <w:sz w:val="24"/>
        </w:rPr>
        <w:t>Δεόντως οὖν ἄν τις τὸν τοιοῦτον νόθον τριταῖον πλήθει τε καὶ ποιότητι χολῆς τὸν ἀκριβῆ τριταῖον ὑπερβάλλεσθαι, ὥστε καὶ πλείονος διὰ τοῦτο ἐς πέψιν δεηθῆναι χρόνου.</w:t>
      </w:r>
    </w:p>
    <w:p>
      <w:r>
        <w:rPr>
          <w:rFonts w:ascii="Courier New" w:hAnsi="Courier New"/>
          <w:color w:val="555555"/>
          <w:sz w:val="20"/>
        </w:rPr>
        <w:t>[5 . 15 . 13]</w:t>
      </w:r>
    </w:p>
    <w:p>
      <w:r>
        <w:rPr>
          <w:rFonts w:ascii="Gentium Plus" w:hAnsi="Gentium Plus"/>
          <w:sz w:val="24"/>
        </w:rPr>
        <w:t>Καὶ γὰρ τὰ τοιαῦτα οὖρα καὶ πάλαι λέλεκται ἐν τοῖς περὶ διαγνώσεώς τε καὶ αἰτίας χρωμάτων λόγοις ὐπὸ πλεί‐ ονός τε καὶ φαυλοτέρας γίνεσθαι χολῆς.</w:t>
      </w:r>
    </w:p>
    <w:p>
      <w:r>
        <w:rPr>
          <w:rFonts w:ascii="Courier New" w:hAnsi="Courier New"/>
          <w:color w:val="555555"/>
          <w:sz w:val="20"/>
        </w:rPr>
        <w:t>[5 . 15 . 14]</w:t>
      </w:r>
    </w:p>
    <w:p>
      <w:r>
        <w:rPr>
          <w:rFonts w:ascii="Gentium Plus" w:hAnsi="Gentium Plus"/>
          <w:sz w:val="24"/>
        </w:rPr>
        <w:t>Οὐ θαῦμα δ’ ἂν εἴη, εἰ πλείονος ἐς πέψιν χρόνου τοῦτο δεήσει, πολ‐</w:t>
      </w:r>
    </w:p>
    <w:p>
      <w:r>
        <w:rPr>
          <w:rFonts w:ascii="Courier New" w:hAnsi="Courier New"/>
          <w:color w:val="555555"/>
          <w:sz w:val="20"/>
        </w:rPr>
        <w:t>[5 . 15 . 15]</w:t>
      </w:r>
    </w:p>
    <w:p>
      <w:r>
        <w:rPr>
          <w:rFonts w:ascii="Gentium Plus" w:hAnsi="Gentium Plus"/>
          <w:sz w:val="24"/>
        </w:rPr>
        <w:t>Τάχα δ’ ἄν τι κἀν τοῖς περὶ προγνώσεως περὶ τούτου ῥηθείη. νῦν δὲ ἐφ’ ἕτερον ὁ λόγος μεταβαινέτω κεφάλαιον ἀρκούν‐ τως ὁμιλήσας ἐν τοῖσδε.</w:t>
      </w:r>
    </w:p>
    <w:p>
      <w:pPr>
        <w:jc w:val="center"/>
      </w:pPr>
      <w:r>
        <w:rPr>
          <w:rFonts w:ascii="Gentium Plus" w:hAnsi="Gentium Plus"/>
          <w:b/>
          <w:sz w:val="24"/>
        </w:rPr>
        <w:t>Κεφ. ιϛʹ. Περὶ αἰτίας τῶν κατὰ τοὺς τεταρταίους οὔρων.</w:t>
      </w:r>
    </w:p>
    <w:p>
      <w:r>
        <w:rPr>
          <w:rFonts w:ascii="Courier New" w:hAnsi="Courier New"/>
          <w:color w:val="555555"/>
          <w:sz w:val="20"/>
        </w:rPr>
        <w:t>[5 . 16 . 1]</w:t>
      </w:r>
    </w:p>
    <w:p>
      <w:r>
        <w:rPr>
          <w:rFonts w:ascii="Gentium Plus" w:hAnsi="Gentium Plus"/>
          <w:sz w:val="24"/>
        </w:rPr>
        <w:t>Τεταρταίων τοὶνυν ἀπὸ σπληνὸς μᾶλλον τὴν ἀρ‐ χὴν εἰληφότων τῆς συστάσεως λεπτὰ μὲν καὶ λευκὰ ταῖς ἀρχαῖς τὰ οὖρα διαφαίνεται· τοῦ χρόνου δὲ προϊόντος ταῖς ἀνέταις μᾶλλον τῶν ἡμερῶν ἀθρόα καὶ ὠμὰ δείκνυται τού‐</w:t>
      </w:r>
    </w:p>
    <w:p>
      <w:r>
        <w:rPr>
          <w:rFonts w:ascii="Courier New" w:hAnsi="Courier New"/>
          <w:color w:val="555555"/>
          <w:sz w:val="20"/>
        </w:rPr>
        <w:t>[5]</w:t>
      </w:r>
    </w:p>
    <w:p>
      <w:r>
        <w:rPr>
          <w:rFonts w:ascii="Gentium Plus" w:hAnsi="Gentium Plus"/>
          <w:sz w:val="24"/>
        </w:rPr>
        <w:t>τοις τὰ παρυφιστάμενα.</w:t>
      </w:r>
    </w:p>
    <w:p>
      <w:r>
        <w:rPr>
          <w:rFonts w:ascii="Courier New" w:hAnsi="Courier New"/>
          <w:color w:val="555555"/>
          <w:sz w:val="20"/>
        </w:rPr>
        <w:t>[5 . 16 . 2]</w:t>
      </w:r>
    </w:p>
    <w:p>
      <w:r>
        <w:rPr>
          <w:rFonts w:ascii="Gentium Plus" w:hAnsi="Gentium Plus"/>
          <w:sz w:val="24"/>
        </w:rPr>
        <w:t>Καί ποτε δι’ ὅλου ἀναθολοῦται τὰ χύματα, ταῖς δὲ τὸν παροξυσμὸν ἐχούσαις ἔτι που λεπτὰ καὶ τὰ παρυφιστάμενα μέτριά τε καὶ λεπτὰ προ‐ βάλλεται, πρὸς λύσιν ἤδη κεχωρηκότος τοῦ πάθους.</w:t>
      </w:r>
    </w:p>
    <w:p>
      <w:r>
        <w:rPr>
          <w:rFonts w:ascii="Courier New" w:hAnsi="Courier New"/>
          <w:color w:val="555555"/>
          <w:sz w:val="20"/>
        </w:rPr>
        <w:t>[5 . 16 . 3]</w:t>
      </w:r>
    </w:p>
    <w:p>
      <w:r>
        <w:rPr>
          <w:rFonts w:ascii="Gentium Plus" w:hAnsi="Gentium Plus"/>
          <w:sz w:val="24"/>
        </w:rPr>
        <w:t>Ἐνίοτέ γε μὴν καὶ μέλανα φαίνεται οὖρα τὴν τοῦ κατέχοντος ὑπαγορεύσοντα πάθους ἀπόλυσιν· ὅσοι γε μὴν διὰ τετάρτης παροξυνόμενοι πυρετοὶ ἔμφασιν μὲν παρέ‐ χουσι τοῦ ῥηθέντος τεταρταίου πυρετοῦ, πολλῷ δέ γε λεί‐</w:t>
      </w:r>
    </w:p>
    <w:p>
      <w:r>
        <w:rPr>
          <w:rFonts w:ascii="Courier New" w:hAnsi="Courier New"/>
          <w:color w:val="555555"/>
          <w:sz w:val="20"/>
        </w:rPr>
        <w:t>[5]</w:t>
      </w:r>
    </w:p>
    <w:p>
      <w:r>
        <w:rPr>
          <w:rFonts w:ascii="Gentium Plus" w:hAnsi="Gentium Plus"/>
          <w:sz w:val="24"/>
        </w:rPr>
        <w:t>πονται, διὰ τὸ μᾶλλον ἐπὶ θερμῇ τοῦ ἥπατος γίνεσθαι δυσκρασίᾳ, ὑπέρυθρα μὲν καὶ ἐρυθρὰ καὶ οἷα ἡ σανδα‐ ράχη οὖρα προβάλλονται.</w:t>
      </w:r>
    </w:p>
    <w:p>
      <w:r>
        <w:rPr>
          <w:rFonts w:ascii="Courier New" w:hAnsi="Courier New"/>
          <w:color w:val="555555"/>
          <w:sz w:val="20"/>
        </w:rPr>
        <w:t>[5 . 16 . 4]</w:t>
      </w:r>
    </w:p>
    <w:p>
      <w:r>
        <w:rPr>
          <w:rFonts w:ascii="Gentium Plus" w:hAnsi="Gentium Plus"/>
          <w:sz w:val="24"/>
        </w:rPr>
        <w:t>Λεπταὶ δὲ τούτοις αἱ συ‐ στάσεις πρώτως, ἐνίοτε δὲ καὶ παχύνονται, τά γε μὴν παρυφιστάμενα.</w:t>
      </w:r>
    </w:p>
    <w:p>
      <w:r>
        <w:rPr>
          <w:rFonts w:ascii="Courier New" w:hAnsi="Courier New"/>
          <w:color w:val="555555"/>
          <w:sz w:val="20"/>
        </w:rPr>
        <w:t>[5 . 16 . 5]</w:t>
      </w:r>
    </w:p>
    <w:p>
      <w:r>
        <w:rPr>
          <w:rFonts w:ascii="Gentium Plus" w:hAnsi="Gentium Plus"/>
          <w:sz w:val="24"/>
        </w:rPr>
        <w:t>Καὶ ταῦτα μὲν οὐκ ἄμοιρα χρωμάτων πυρρῶν καθέστηκεν, ἔσθ’ ὅτε δὲ καὶ ἀνώμαλα τούτοις τὰ παρυφιστάμενα φαίνεται, ὥσπερ καὶ τῶν χυμάτων τὰ χρώματα.</w:t>
      </w:r>
    </w:p>
    <w:p>
      <w:r>
        <w:rPr>
          <w:rFonts w:ascii="Courier New" w:hAnsi="Courier New"/>
          <w:color w:val="555555"/>
          <w:sz w:val="20"/>
        </w:rPr>
        <w:t>[5 . 16 . 6]</w:t>
      </w:r>
    </w:p>
    <w:p>
      <w:r>
        <w:rPr>
          <w:rFonts w:ascii="Gentium Plus" w:hAnsi="Gentium Plus"/>
          <w:sz w:val="24"/>
        </w:rPr>
        <w:t>Δέδεικται μὲν οὖν ἐν ἄλλοις ὡς ὁ τεταρταῖος διαλείπων πυρετὸς ἐπὶ διαίτῃ ψυχρᾷ τε καὶ ξηρᾷ τῇ τὸν μελαγχολικὸν ἀπογεννώσῃ χυμὸν συνίσταται.</w:t>
      </w:r>
    </w:p>
    <w:p>
      <w:r>
        <w:rPr>
          <w:rFonts w:ascii="Courier New" w:hAnsi="Courier New"/>
          <w:color w:val="555555"/>
          <w:sz w:val="20"/>
        </w:rPr>
        <w:t>[5 . 16 . 7]</w:t>
      </w:r>
    </w:p>
    <w:p>
      <w:r>
        <w:rPr>
          <w:rFonts w:ascii="Gentium Plus" w:hAnsi="Gentium Plus"/>
          <w:sz w:val="24"/>
        </w:rPr>
        <w:t>Ὁπόταν τοίνυν ὁ τοιοῦτος αὐξηθῇ χυμὸς καὶ κατὰ τὸ τοῦ σπλη‐ νὸς ἀπερεισθῇ σπλάγχνον, τοὺς διὰ τετάρτης ἐπάγει πα‐ ροξυσμούς, λευκὰ δὲ καὶ λεπτὰ τὰ οὖρα προβάλλεται.</w:t>
      </w:r>
    </w:p>
    <w:p>
      <w:r>
        <w:rPr>
          <w:rFonts w:ascii="Courier New" w:hAnsi="Courier New"/>
          <w:color w:val="555555"/>
          <w:sz w:val="20"/>
        </w:rPr>
        <w:t>[5 . 16 . 8]</w:t>
      </w:r>
    </w:p>
    <w:p>
      <w:r>
        <w:rPr>
          <w:rFonts w:ascii="Gentium Plus" w:hAnsi="Gentium Plus"/>
          <w:sz w:val="24"/>
        </w:rPr>
        <w:t>Τοῦ γὰρ τοιούτου χυμοῦ παχέος μένοντος καὶ διὰ τοῦτο ἐμπράττοντος, καὶ ἄλλως δὲ ψυχροῦ τυγχάνοντος, καὶ τὴν ἔμφυτον, ὡς ἴσμεν, ἀδικοῦντος θερμότητα, φαῦ‐ λαι μὲν αἱ πέψεις γίνονται, λεπτὰ δὲ καὶ λευκὰ τὰ οὖρα</w:t>
      </w:r>
    </w:p>
    <w:p>
      <w:r>
        <w:rPr>
          <w:rFonts w:ascii="Courier New" w:hAnsi="Courier New"/>
          <w:color w:val="555555"/>
          <w:sz w:val="20"/>
        </w:rPr>
        <w:t>[5]</w:t>
      </w:r>
    </w:p>
    <w:p>
      <w:r>
        <w:rPr>
          <w:rFonts w:ascii="Gentium Plus" w:hAnsi="Gentium Plus"/>
          <w:sz w:val="24"/>
        </w:rPr>
        <w:t>φαίνεται, οὐχ ἧττον διὰ τὴν ἐκ τῆς τοῦ χυμοῦ ψυχρότη‐</w:t>
      </w:r>
    </w:p>
    <w:p>
      <w:r>
        <w:rPr>
          <w:rFonts w:ascii="Courier New" w:hAnsi="Courier New"/>
          <w:color w:val="555555"/>
          <w:sz w:val="20"/>
        </w:rPr>
        <w:t>[5 . 16 . 9]</w:t>
      </w:r>
    </w:p>
    <w:p>
      <w:r>
        <w:rPr>
          <w:rFonts w:ascii="Gentium Plus" w:hAnsi="Gentium Plus"/>
          <w:sz w:val="24"/>
        </w:rPr>
        <w:t>Ἐπιφράξας γὰρ τοὺς πόρους ὁ αὐξηθεὶς χυμὸς διὰ τὴν παχύτητα ἔτι καὶ τῶν διὰ ψιλὴν πυχρό‐ τητα λεπτῶν λεπτότερα προιέναι ποιεί.</w:t>
      </w:r>
    </w:p>
    <w:p>
      <w:r>
        <w:rPr>
          <w:rFonts w:ascii="Courier New" w:hAnsi="Courier New"/>
          <w:color w:val="555555"/>
          <w:sz w:val="20"/>
        </w:rPr>
        <w:t>[5 . 16 . 10]</w:t>
      </w:r>
    </w:p>
    <w:p>
      <w:r>
        <w:rPr>
          <w:rFonts w:ascii="Gentium Plus" w:hAnsi="Gentium Plus"/>
          <w:sz w:val="24"/>
        </w:rPr>
        <w:t>Τοῦ γε μὴν χρόνου προήκοντος καὶ τῷ χρόνῳ τοῦ χυμοῦ λεπτυνομέ‐ νου, εὐδίοδος μὲν ἡ ὕλη ἤδη γίνεται τοῖς οὐρητικοῖς ἀγ‐ γείοις, ἀθρόαι δ’ ὑποστάσεις ἐπιφαίνονται, ἦ μὴν καὶ δι’</w:t>
      </w:r>
    </w:p>
    <w:p>
      <w:r>
        <w:rPr>
          <w:rFonts w:ascii="Courier New" w:hAnsi="Courier New"/>
          <w:color w:val="555555"/>
          <w:sz w:val="20"/>
        </w:rPr>
        <w:t>[5]</w:t>
      </w:r>
    </w:p>
    <w:p>
      <w:r>
        <w:rPr>
          <w:rFonts w:ascii="Gentium Plus" w:hAnsi="Gentium Plus"/>
          <w:sz w:val="24"/>
        </w:rPr>
        <w:t>ὅλου ἀνατεταραγμένα τὰ οὖρα, ἀλλὰ τὰ μὲν πάχη τε καὶ τὰ παρυφιστάμενα διὰ τὴν ἐπιγεγονυῖαν ἤδη λέπτυνσιν ἐπιφαίνεται τῶν χυμῶν.</w:t>
      </w:r>
    </w:p>
    <w:p>
      <w:r>
        <w:rPr>
          <w:rFonts w:ascii="Courier New" w:hAnsi="Courier New"/>
          <w:color w:val="555555"/>
          <w:sz w:val="20"/>
        </w:rPr>
        <w:t>[5 . 16 . 11]</w:t>
      </w:r>
    </w:p>
    <w:p>
      <w:r>
        <w:rPr>
          <w:rFonts w:ascii="Gentium Plus" w:hAnsi="Gentium Plus"/>
          <w:sz w:val="24"/>
        </w:rPr>
        <w:t>Αἱ δὲ δὴ λευκότητες διὰ τὴν ἐκ τοῦ χυμοῦ ψυχρότητα ἢ τὴν πέψιν οἷον ἀπείργουσα σύμμετρον οὐκ ἐᾷ σύστασιν τοῖς οὔροις χαρίζεσθαι.</w:t>
      </w:r>
    </w:p>
    <w:p>
      <w:r>
        <w:rPr>
          <w:rFonts w:ascii="Courier New" w:hAnsi="Courier New"/>
          <w:color w:val="555555"/>
          <w:sz w:val="20"/>
        </w:rPr>
        <w:t>[5 . 16 . 12]</w:t>
      </w:r>
    </w:p>
    <w:p>
      <w:r>
        <w:rPr>
          <w:rFonts w:ascii="Gentium Plus" w:hAnsi="Gentium Plus"/>
          <w:sz w:val="24"/>
        </w:rPr>
        <w:t>Οὐ θαῦμα δ’, εἰ καὶ μελάνων οὔρων διαχωρούντων λύσιν τεκμαιρόμεθα τοῦ τεταρταίου.</w:t>
      </w:r>
    </w:p>
    <w:p>
      <w:r>
        <w:rPr>
          <w:rFonts w:ascii="Courier New" w:hAnsi="Courier New"/>
          <w:color w:val="555555"/>
          <w:sz w:val="20"/>
        </w:rPr>
        <w:t>[5 . 16 . 13]</w:t>
      </w:r>
    </w:p>
    <w:p>
      <w:r>
        <w:rPr>
          <w:rFonts w:ascii="Gentium Plus" w:hAnsi="Gentium Plus"/>
          <w:sz w:val="24"/>
        </w:rPr>
        <w:t>Αὐτὸς γὰρ οἷον ἀρχὴ καὶ ῥίζα πέφυκεν ὁ μελαγχολικὸς χυμὸς τοῦ τεταρταίου δὴ πυρετοῦ, ὅς ἐκκρινόμενος ἤδη ἀφεῖσθαι δείκνυσι τὸν ἄνθρωπον τοῦ νοσήματος, οὐκ οἶδα δ’ ὁποίου φύτου ῥί‐</w:t>
      </w:r>
    </w:p>
    <w:p>
      <w:r>
        <w:rPr>
          <w:rFonts w:ascii="Courier New" w:hAnsi="Courier New"/>
          <w:color w:val="555555"/>
          <w:sz w:val="20"/>
        </w:rPr>
        <w:t>[5]</w:t>
      </w:r>
    </w:p>
    <w:p>
      <w:r>
        <w:rPr>
          <w:rFonts w:ascii="Gentium Plus" w:hAnsi="Gentium Plus"/>
          <w:sz w:val="24"/>
        </w:rPr>
        <w:t>ζης ἀποτμηθείσης ἢ πρὸς τοὐμπανὲς χωρησάσης οὐχὶ καὶ τὰ μετ’ αὐτὴν ὡς τὴν ἀρχὴν ἀπολελωκότα διαφθαρείη τε καὶ μαρανθείη.</w:t>
      </w:r>
    </w:p>
    <w:p>
      <w:r>
        <w:rPr>
          <w:rFonts w:ascii="Courier New" w:hAnsi="Courier New"/>
          <w:color w:val="555555"/>
          <w:sz w:val="20"/>
        </w:rPr>
        <w:t>[5 . 16 . 14]</w:t>
      </w:r>
    </w:p>
    <w:p>
      <w:r>
        <w:rPr>
          <w:rFonts w:ascii="Gentium Plus" w:hAnsi="Gentium Plus"/>
          <w:sz w:val="24"/>
        </w:rPr>
        <w:t>Ὁδ’ ἐφ’ ἥπατι κακῶς διατεθέντι λε‐ γόμενος τεταρταῖος κατ’ εἰκότα λόγον τοιαῦτα οὖρα προ‐ βάλλεται.</w:t>
      </w:r>
    </w:p>
    <w:p>
      <w:r>
        <w:rPr>
          <w:rFonts w:ascii="Courier New" w:hAnsi="Courier New"/>
          <w:color w:val="555555"/>
          <w:sz w:val="20"/>
        </w:rPr>
        <w:t>[5 . 16 . 15]</w:t>
      </w:r>
    </w:p>
    <w:p>
      <w:r>
        <w:rPr>
          <w:rFonts w:ascii="Gentium Plus" w:hAnsi="Gentium Plus"/>
          <w:sz w:val="24"/>
        </w:rPr>
        <w:t>Αὐτοῦ γὰρ δὴ τοῦ σπλάγχνου φλεγμαίνον‐ τος ἤδη καὶ ἄλλως δὲ ἐπιτεταμένως θερμανθέντος δι’ ἐπιρροήν τινα θερμοτέρας ὕλης, συνδιαθερμαίνεται μὲν τὸ φλεβῶδες γένος, ἐπιζεῖ δὲ τὸ αἷμα, ἡ δὲ χολὴ προσεπι‐</w:t>
      </w:r>
    </w:p>
    <w:p>
      <w:r>
        <w:rPr>
          <w:rFonts w:ascii="Courier New" w:hAnsi="Courier New"/>
          <w:color w:val="555555"/>
          <w:sz w:val="20"/>
        </w:rPr>
        <w:t>[5]</w:t>
      </w:r>
    </w:p>
    <w:p>
      <w:r>
        <w:rPr>
          <w:rFonts w:ascii="Gentium Plus" w:hAnsi="Gentium Plus"/>
          <w:sz w:val="24"/>
        </w:rPr>
        <w:t>δοθεῖσα συνδιατίθησιν οὕτω τὸ σῶμα, ὥστε συμβαίνειν καὶ τὰ οὖρα διὰ ταῦτα εἰς τοιοῦτον χρώματος εἶδος μεθί‐ στασθαι.</w:t>
      </w:r>
    </w:p>
    <w:p>
      <w:r>
        <w:rPr>
          <w:rFonts w:ascii="Courier New" w:hAnsi="Courier New"/>
          <w:color w:val="555555"/>
          <w:sz w:val="20"/>
        </w:rPr>
        <w:t>[5 . 16 . 16]</w:t>
      </w:r>
    </w:p>
    <w:p>
      <w:r>
        <w:rPr>
          <w:rFonts w:ascii="Gentium Plus" w:hAnsi="Gentium Plus"/>
          <w:sz w:val="24"/>
        </w:rPr>
        <w:t>Ἀνώμαλά γε μὴν ἔσθ’ ὅτε τὴ χρώματα τούτοις φαίνεται διά τε τὰς ἐμφράξεις καὶ μὴ προσηκού‐ σας διαίτας, ἤτοι τοῦ χρωννύντος ἐπιφραττομένου χυμοῦ, ἢ καὶ μεθισταμένου ἐφ’ ἕτερα τοῦ σώματος μέρη.</w:t>
      </w:r>
    </w:p>
    <w:p>
      <w:r>
        <w:rPr>
          <w:rFonts w:ascii="Courier New" w:hAnsi="Courier New"/>
          <w:color w:val="555555"/>
          <w:sz w:val="20"/>
        </w:rPr>
        <w:t>[5 . 16 . 17]</w:t>
      </w:r>
    </w:p>
    <w:p>
      <w:r>
        <w:rPr>
          <w:rFonts w:ascii="Gentium Plus" w:hAnsi="Gentium Plus"/>
          <w:sz w:val="24"/>
        </w:rPr>
        <w:t>Εἴ γε μὴν καὶ σφυγμῶν ἄψασθαι δεῖ, οὐδ’ ἀκριβῶς ἐντεῦθεν ἂν στοχάσαις τοῦτον διαλείποντα τελεῖν πυρετόν, ὥστε καὶ συνεχῆ μᾶλλον ἄν τις φαίη διὰ τετάρτης παροξυνόμενον.</w:t>
      </w:r>
    </w:p>
    <w:p>
      <w:r>
        <w:rPr>
          <w:rFonts w:ascii="Courier New" w:hAnsi="Courier New"/>
          <w:color w:val="555555"/>
          <w:sz w:val="20"/>
        </w:rPr>
        <w:t>[5 . 16 . 18]</w:t>
      </w:r>
    </w:p>
    <w:p>
      <w:r>
        <w:rPr>
          <w:rFonts w:ascii="Gentium Plus" w:hAnsi="Gentium Plus"/>
          <w:sz w:val="24"/>
        </w:rPr>
        <w:t>Ἐπεὶ δέ τοι καὶ ταῖς ἐπικρατούσαις ἔσθ’ ὅτε συνη‐ θείαις τῶν ὀνομάτων εἴκειν χρεών, ἁπλῶς καὶ οὗτος τε‐</w:t>
      </w:r>
    </w:p>
    <w:p>
      <w:pPr>
        <w:jc w:val="center"/>
      </w:pPr>
      <w:r>
        <w:rPr>
          <w:rFonts w:ascii="Gentium Plus" w:hAnsi="Gentium Plus"/>
          <w:b/>
          <w:sz w:val="24"/>
        </w:rPr>
        <w:t>Κεφ. ιζʹ. Περὶ αἰτίας τῶν κατὰ τοὺς ἀφημερινοὺς πυρετοὺς οὔρων.</w:t>
      </w:r>
    </w:p>
    <w:p>
      <w:r>
        <w:rPr>
          <w:rFonts w:ascii="Courier New" w:hAnsi="Courier New"/>
          <w:color w:val="555555"/>
          <w:sz w:val="20"/>
        </w:rPr>
        <w:t>[5 . 17 . 1]</w:t>
      </w:r>
    </w:p>
    <w:p>
      <w:r>
        <w:rPr>
          <w:rFonts w:ascii="Gentium Plus" w:hAnsi="Gentium Plus"/>
          <w:sz w:val="24"/>
        </w:rPr>
        <w:t>Ἀφημερινοῦ γε μὴν οὖρα λευκὰ καὶ λεπτὰ καὶ ὑδατώδη πρώτως, τοῦ χρόνου δὲ προϊόντος καὶ παχύνον‐ ται καὶ ἀθρόας δείκνυσιν ὑποστάσεις ἥπατι τοῦ χυμοῦ πεττομένου.</w:t>
      </w:r>
    </w:p>
    <w:p>
      <w:r>
        <w:rPr>
          <w:rFonts w:ascii="Courier New" w:hAnsi="Courier New"/>
          <w:color w:val="555555"/>
          <w:sz w:val="20"/>
        </w:rPr>
        <w:t>[5 . 17 . 2]</w:t>
      </w:r>
    </w:p>
    <w:p>
      <w:r>
        <w:rPr>
          <w:rFonts w:ascii="Gentium Plus" w:hAnsi="Gentium Plus"/>
          <w:sz w:val="24"/>
        </w:rPr>
        <w:t>Καὶ ὁ τοιοῦτος πυρετός, ὡς εἴρηται, ἀπὸ ψυχρῶν τε καὶ ὑγρῶν τροφῶν, παραπλησίους χυμοὺς διαί‐ της ἀπογεννώσης, συνίσταται, ὥστε καὶ διὰ ταῦτα πάντα τὸν ὠμὸν οὕτω καὶ φλεγματώδη ηὐξημένον χυμὸν φαῖεν</w:t>
      </w:r>
    </w:p>
    <w:p>
      <w:r>
        <w:rPr>
          <w:rFonts w:ascii="Courier New" w:hAnsi="Courier New"/>
          <w:color w:val="555555"/>
          <w:sz w:val="20"/>
        </w:rPr>
        <w:t>[5]</w:t>
      </w:r>
    </w:p>
    <w:p>
      <w:r>
        <w:rPr>
          <w:rFonts w:ascii="Gentium Plus" w:hAnsi="Gentium Plus"/>
          <w:sz w:val="24"/>
        </w:rPr>
        <w:t>ἂν ἀδικεῖν τὴν ἔμφυτον θερμότητα τῇ περϊουσίᾳ τῆς ψύ‐ ξεως, ἀποκλείειν δὲ τοὺς πόρους, ὥστε λεπτά τε καὶ λευκὰ καὶ ἀνυπόστατα διὰ ταῦτα τὰ οὖρα φαίνεται καὶ τοῦ μέν, ὡς εἴρηται, φυσικοῦ κατακρατοῦντος θερμοῦ ἀλλοίωσις τις καὶ πέψις καὶ θρέψις γίνεται.</w:t>
      </w:r>
    </w:p>
    <w:p>
      <w:r>
        <w:rPr>
          <w:rFonts w:ascii="Courier New" w:hAnsi="Courier New"/>
          <w:color w:val="555555"/>
          <w:sz w:val="20"/>
        </w:rPr>
        <w:t>[5 . 17 . 3]</w:t>
      </w:r>
    </w:p>
    <w:p>
      <w:r>
        <w:rPr>
          <w:rFonts w:ascii="Gentium Plus" w:hAnsi="Gentium Plus"/>
          <w:sz w:val="24"/>
        </w:rPr>
        <w:t>Τούτου δὲ τοῦ οἰκείου τόνου διαπεπτωκότος καὶ τὰ οὖρα διημαρτηκότα φαίνεται τοῦ προσήκοντος.</w:t>
      </w:r>
    </w:p>
    <w:p>
      <w:r>
        <w:rPr>
          <w:rFonts w:ascii="Courier New" w:hAnsi="Courier New"/>
          <w:color w:val="555555"/>
          <w:sz w:val="20"/>
        </w:rPr>
        <w:t>[5 . 17 . 4]</w:t>
      </w:r>
    </w:p>
    <w:p>
      <w:r>
        <w:rPr>
          <w:rFonts w:ascii="Gentium Plus" w:hAnsi="Gentium Plus"/>
          <w:sz w:val="24"/>
        </w:rPr>
        <w:t>Ἀναρρωσθείσης μέντοι τῆς ἐμφύτου θερμότητος λεπτύνεται μὲν τὸ πολὺ τῆς παχύτητος, δια‐ κρίνεται δὲ τὸ περιττὸν τῆς ὠμότητος.</w:t>
      </w:r>
    </w:p>
    <w:p>
      <w:r>
        <w:rPr>
          <w:rFonts w:ascii="Courier New" w:hAnsi="Courier New"/>
          <w:color w:val="555555"/>
          <w:sz w:val="20"/>
        </w:rPr>
        <w:t>[5 . 17 . 5]</w:t>
      </w:r>
    </w:p>
    <w:p>
      <w:r>
        <w:rPr>
          <w:rFonts w:ascii="Gentium Plus" w:hAnsi="Gentium Plus"/>
          <w:sz w:val="24"/>
        </w:rPr>
        <w:t>Ἀλλ’ ὁ μὲν περὶ διαλειπόντων πυρετῶν λόγος ἀρκούσας ἀποδεδωκὼς ἐς αἰτιολογίας προφάσεις ὧδέ πη καὶ παυέσθω.</w:t>
      </w:r>
    </w:p>
    <w:p>
      <w:r>
        <w:rPr>
          <w:rFonts w:ascii="Courier New" w:hAnsi="Courier New"/>
          <w:color w:val="555555"/>
          <w:sz w:val="20"/>
        </w:rPr>
        <w:t>[5 . 17 . 6]</w:t>
      </w:r>
    </w:p>
    <w:p>
      <w:r>
        <w:rPr>
          <w:rFonts w:ascii="Gentium Plus" w:hAnsi="Gentium Plus"/>
          <w:sz w:val="24"/>
        </w:rPr>
        <w:t>Ἑξῆς δ’ ἁπτέσθω τῶν ἐπὶ σήψει συνόχων τε καὶ συνεχῶν καὶ τῶν ὑφ’ οἱασδήτινος ἀμέτρου γεγενημένων θερμότητος, εἶθ’ οὕτως καὶ ἐπὶ των ἀπὸ ψυχρότητος οἱασδήτινος, ἵν’</w:t>
      </w:r>
    </w:p>
    <w:p>
      <w:r>
        <w:rPr>
          <w:rFonts w:ascii="Courier New" w:hAnsi="Courier New"/>
          <w:color w:val="555555"/>
          <w:sz w:val="20"/>
        </w:rPr>
        <w:t>[5]</w:t>
      </w:r>
    </w:p>
    <w:p>
      <w:r>
        <w:rPr>
          <w:rFonts w:ascii="Gentium Plus" w:hAnsi="Gentium Plus"/>
          <w:sz w:val="24"/>
        </w:rPr>
        <w:t>ὅπως καὶ τὰς ἐπ’ αῦτοῖς αἰτίας ἀπολαβὼν ὁ λόγος καὶ αὐτὸς εἷθ’ οὕτως συμπερανθείη.</w:t>
      </w:r>
    </w:p>
    <w:p>
      <w:pPr>
        <w:jc w:val="center"/>
      </w:pPr>
      <w:r>
        <w:rPr>
          <w:rFonts w:ascii="Gentium Plus" w:hAnsi="Gentium Plus"/>
          <w:b/>
          <w:sz w:val="24"/>
        </w:rPr>
        <w:t>Κεφ. ιηʹ. Περὶ αἰτίας τῶν ἐπὶ σήψει συνεχεῖ πυρετῶν οὔρων.</w:t>
      </w:r>
    </w:p>
    <w:p>
      <w:r>
        <w:rPr>
          <w:rFonts w:ascii="Courier New" w:hAnsi="Courier New"/>
          <w:color w:val="555555"/>
          <w:sz w:val="20"/>
        </w:rPr>
        <w:t>[5 . 18 . 1]</w:t>
      </w:r>
    </w:p>
    <w:p>
      <w:r>
        <w:rPr>
          <w:rFonts w:ascii="Gentium Plus" w:hAnsi="Gentium Plus"/>
          <w:sz w:val="24"/>
        </w:rPr>
        <w:t>Τῶν τοίνυν ἐπὶ σήψει συνόχων τε καὶ συνεχῶν πυρετῶν ἐπὶ τὸ χείρον μὲν τὰ χρώματα πρόεισι τῶν οὔ‐ ρων, φαῦλα δὲ καὶ τὰ παρυφιστάμενα τούτοις φαίνεται καὶ ποικίλα κατὰ τὴν τῶν ἐπικρατούντων χυμῶν ποιότητα.</w:t>
      </w:r>
    </w:p>
    <w:p>
      <w:r>
        <w:rPr>
          <w:rFonts w:ascii="Courier New" w:hAnsi="Courier New"/>
          <w:color w:val="555555"/>
          <w:sz w:val="20"/>
        </w:rPr>
        <w:t>[5 . 18 . 2]</w:t>
      </w:r>
    </w:p>
    <w:p>
      <w:r>
        <w:rPr>
          <w:rFonts w:ascii="Gentium Plus" w:hAnsi="Gentium Plus"/>
          <w:sz w:val="24"/>
        </w:rPr>
        <w:t>Τῶν γάρ τοι ἐπὶ σήψει πυρετῶν ἤτοι ὑπὸ ἀκραιφνοῦς γεγενημένων διασαπείσης χολῆς ἢ ὑπὸ αἵματος ἢ χυμοῦ φλεγματώδους ἢ μελαγχολικοῦ ἢ καὶ ἐκ πάντων συμμε‐ μιγμένων ὥσπερ καὶ ἐκ δυοῖν ἢ τριῶν χυμῶν συμπεπλε‐</w:t>
      </w:r>
    </w:p>
    <w:p>
      <w:r>
        <w:rPr>
          <w:rFonts w:ascii="Courier New" w:hAnsi="Courier New"/>
          <w:color w:val="555555"/>
          <w:sz w:val="20"/>
        </w:rPr>
        <w:t>[5]</w:t>
      </w:r>
    </w:p>
    <w:p>
      <w:r>
        <w:rPr>
          <w:rFonts w:ascii="Gentium Plus" w:hAnsi="Gentium Plus"/>
          <w:sz w:val="24"/>
        </w:rPr>
        <w:t>γμένων διαφόρως.</w:t>
      </w:r>
    </w:p>
    <w:p>
      <w:r>
        <w:rPr>
          <w:rFonts w:ascii="Courier New" w:hAnsi="Courier New"/>
          <w:color w:val="555555"/>
          <w:sz w:val="20"/>
        </w:rPr>
        <w:t>[5 . 18 . 3]</w:t>
      </w:r>
    </w:p>
    <w:p>
      <w:r>
        <w:rPr>
          <w:rFonts w:ascii="Gentium Plus" w:hAnsi="Gentium Plus"/>
          <w:sz w:val="24"/>
        </w:rPr>
        <w:t>Τῶν μὲν ἐφ’ ἁπλοῖς χυμοῖς γεγε‐ νημένων πυρετῶν ῥᾷστα ἄν τις εὕρῃ τὰς διαγνώσεις καὶ τὰς αἰτίας, εἶθ’ οὕτως ἀποδῴη.</w:t>
      </w:r>
    </w:p>
    <w:p>
      <w:r>
        <w:rPr>
          <w:rFonts w:ascii="Courier New" w:hAnsi="Courier New"/>
          <w:color w:val="555555"/>
          <w:sz w:val="20"/>
        </w:rPr>
        <w:t>[5 . 18 . 4]</w:t>
      </w:r>
    </w:p>
    <w:p>
      <w:r>
        <w:rPr>
          <w:rFonts w:ascii="Gentium Plus" w:hAnsi="Gentium Plus"/>
          <w:sz w:val="24"/>
        </w:rPr>
        <w:t>Τῶν δὲ συμπεπλεγμέ‐ νων δυσχερὴς μὲν ἡ ἀκριβὴς διάγνωσις καὶ ἡ ἐξαγγελία ὀνομάτων ἠμοίρησεν οἰκείων.</w:t>
      </w:r>
    </w:p>
    <w:p>
      <w:r>
        <w:rPr>
          <w:rFonts w:ascii="Courier New" w:hAnsi="Courier New"/>
          <w:color w:val="555555"/>
          <w:sz w:val="20"/>
        </w:rPr>
        <w:t>[5 . 18 . 5]</w:t>
      </w:r>
    </w:p>
    <w:p>
      <w:r>
        <w:rPr>
          <w:rFonts w:ascii="Gentium Plus" w:hAnsi="Gentium Plus"/>
          <w:sz w:val="24"/>
        </w:rPr>
        <w:t>Ἔνθεν τοι τῶν μὲν ἁπλῶν ὡς εὐλήπτων ἐπιμνησθῶμεν καὶ πάλαι διασαφή‐ σαντες περὶ τούτων ἐν τοῖς περὶ διαγνώσεως οὔρων λόγοις.</w:t>
      </w:r>
    </w:p>
    <w:p>
      <w:r>
        <w:rPr>
          <w:rFonts w:ascii="Courier New" w:hAnsi="Courier New"/>
          <w:color w:val="555555"/>
          <w:sz w:val="20"/>
        </w:rPr>
        <w:t>[5 . 18 . 6]</w:t>
      </w:r>
    </w:p>
    <w:p>
      <w:r>
        <w:rPr>
          <w:rFonts w:ascii="Gentium Plus" w:hAnsi="Gentium Plus"/>
          <w:sz w:val="24"/>
        </w:rPr>
        <w:t>Τὰ δὲ συμπεπλεγμένα ἐπείπερ ὀνομάτων οἰκείων ἠμοί‐ ρησεν, ἐάσωμεν τοὺς περὶ τὰ τοιαῦτα σπουδαίους ταῖς ἐπινοίαις μανθάνειν.</w:t>
      </w:r>
    </w:p>
    <w:p>
      <w:r>
        <w:rPr>
          <w:rFonts w:ascii="Courier New" w:hAnsi="Courier New"/>
          <w:color w:val="555555"/>
          <w:sz w:val="20"/>
        </w:rPr>
        <w:t>[5 . 18 . 7]</w:t>
      </w:r>
    </w:p>
    <w:p>
      <w:r>
        <w:rPr>
          <w:rFonts w:ascii="Gentium Plus" w:hAnsi="Gentium Plus"/>
          <w:sz w:val="24"/>
        </w:rPr>
        <w:t>Τῶν οὖν ἐπὶ σήψει αἵματος πυ‐ ρετῶν τὰ οὖρα ὑπέρυθρα μὲν καὶ ἐρυθρὰ καὶ οἰνωπὰ προϊόντα, μετ’ οὐ πολὺ δὲ καὶ παχύνεται καὶ παραπλήσια προβάλλεται τὰ παρυφιστάμενα.</w:t>
      </w:r>
    </w:p>
    <w:p>
      <w:r>
        <w:rPr>
          <w:rFonts w:ascii="Courier New" w:hAnsi="Courier New"/>
          <w:color w:val="555555"/>
          <w:sz w:val="20"/>
        </w:rPr>
        <w:t>[5 . 18 . 8]</w:t>
      </w:r>
    </w:p>
    <w:p>
      <w:r>
        <w:rPr>
          <w:rFonts w:ascii="Gentium Plus" w:hAnsi="Gentium Plus"/>
          <w:sz w:val="24"/>
        </w:rPr>
        <w:t>Ἐπεὶ τοίνυν ἐπὶ τού‐ τοις αἵματος ἐπίδοσις ἐν ταῖς φλεψὶν ἐπιφαίνεται, ὅπου δὲ ἐπίδοσις τὸ μέτρον ὑπερβάλλουσα τὸ προσῆκον καί τις ἕπεται διαφθορά, εἰκότως ἂν ὧδε τῷ μὴ κρατεῖσθαι διὰ</w:t>
      </w:r>
    </w:p>
    <w:p>
      <w:r>
        <w:rPr>
          <w:rFonts w:ascii="Courier New" w:hAnsi="Courier New"/>
          <w:color w:val="555555"/>
          <w:sz w:val="20"/>
        </w:rPr>
        <w:t>[5]</w:t>
      </w:r>
    </w:p>
    <w:p>
      <w:r>
        <w:rPr>
          <w:rFonts w:ascii="Gentium Plus" w:hAnsi="Gentium Plus"/>
          <w:sz w:val="24"/>
        </w:rPr>
        <w:t>πλῆθος τὸν αἱματικὸν τοῦτον χυμόν, ὅσον ἀχρεῖον τού‐ του καὶ περιττὸν ἐν οὔροις ἀποδίδοται καὶ τὰ τοιαῦτα ἀπο‐ δίδωσι χρώματα.</w:t>
      </w:r>
    </w:p>
    <w:p>
      <w:r>
        <w:rPr>
          <w:rFonts w:ascii="Courier New" w:hAnsi="Courier New"/>
          <w:color w:val="555555"/>
          <w:sz w:val="20"/>
        </w:rPr>
        <w:t>[5 . 18 . 9]</w:t>
      </w:r>
    </w:p>
    <w:p>
      <w:r>
        <w:rPr>
          <w:rFonts w:ascii="Gentium Plus" w:hAnsi="Gentium Plus"/>
          <w:sz w:val="24"/>
        </w:rPr>
        <w:t>Εἴωθέ γε μὴν ταχύτερον τῶν λοιπῶν παχύνεσθαι οὔρων τὰ τοιαῦτα διὰ τὴν τοῦ μαρτυρημένου οἰκειότητα χυμοῦ.</w:t>
      </w:r>
    </w:p>
    <w:p>
      <w:r>
        <w:rPr>
          <w:rFonts w:ascii="Courier New" w:hAnsi="Courier New"/>
          <w:color w:val="555555"/>
          <w:sz w:val="20"/>
        </w:rPr>
        <w:t>[5 . 18 . 10]</w:t>
      </w:r>
    </w:p>
    <w:p>
      <w:r>
        <w:rPr>
          <w:rFonts w:ascii="Gentium Plus" w:hAnsi="Gentium Plus"/>
          <w:sz w:val="24"/>
        </w:rPr>
        <w:t>Βραχείας γάρ τινος οὗτος ἐπιδεῖται ῥοπῆς εἰς πέψιν, ὅτι δ’ ἡ πεπτικὴ κατακρατεῖται, δύναμις τῷ πλήθει καὶ τὰ παρυφιστάμενα δείκνυσι μὴ τὸ κατὰ φύσιν ἀπολαβόντα χρῶμα.</w:t>
      </w:r>
    </w:p>
    <w:p>
      <w:r>
        <w:rPr>
          <w:rFonts w:ascii="Courier New" w:hAnsi="Courier New"/>
          <w:color w:val="555555"/>
          <w:sz w:val="20"/>
        </w:rPr>
        <w:t>[5 . 18 . 11]</w:t>
      </w:r>
    </w:p>
    <w:p>
      <w:r>
        <w:rPr>
          <w:rFonts w:ascii="Gentium Plus" w:hAnsi="Gentium Plus"/>
          <w:sz w:val="24"/>
        </w:rPr>
        <w:t>Χολῆς δ’ ἐπικρατούσης καὶ συσσαπείσης ἐν τῷ φλεβώδει γένει, μετρίως μὲν ξανθὰ καὶ ἐρυθρὰ, πλειόνως δὲ κυανά τε καὶ χλωρὰ καὶ ἤδη μέ‐ λανα, χολώδη δὲ καὶ πάνυ φαῦλα, εἴ γε πάρεισι τὰ παρ‐</w:t>
      </w:r>
    </w:p>
    <w:p>
      <w:r>
        <w:rPr>
          <w:rFonts w:ascii="Courier New" w:hAnsi="Courier New"/>
          <w:color w:val="555555"/>
          <w:sz w:val="20"/>
        </w:rPr>
        <w:t>[5]</w:t>
      </w:r>
    </w:p>
    <w:p>
      <w:r>
        <w:rPr>
          <w:rFonts w:ascii="Gentium Plus" w:hAnsi="Gentium Plus"/>
          <w:sz w:val="24"/>
        </w:rPr>
        <w:t>υφιστάμενα τούτοις.</w:t>
      </w:r>
    </w:p>
    <w:p>
      <w:r>
        <w:rPr>
          <w:rFonts w:ascii="Courier New" w:hAnsi="Courier New"/>
          <w:color w:val="555555"/>
          <w:sz w:val="20"/>
        </w:rPr>
        <w:t>[5 . 18 . 12]</w:t>
      </w:r>
    </w:p>
    <w:p>
      <w:r>
        <w:rPr>
          <w:rFonts w:ascii="Gentium Plus" w:hAnsi="Gentium Plus"/>
          <w:sz w:val="24"/>
        </w:rPr>
        <w:t>Τοῦ γὰρ τοιούτου κεκρατηκότος χυμοῦ καὶ τὸν αἱματικὸν τῇ κοινωνίᾳ διαφθείροντος χυ‐ μόν, τῷ δέ γε πλήθει καὶ τῇ ποιότητι καταβαλόντος τὴν δύναμιν, συναναδιδομένου δὲ καὶ τοῖς τρέφουσι χυμοῖς,</w:t>
      </w:r>
    </w:p>
    <w:p>
      <w:r>
        <w:rPr>
          <w:rFonts w:ascii="Courier New" w:hAnsi="Courier New"/>
          <w:color w:val="555555"/>
          <w:sz w:val="20"/>
        </w:rPr>
        <w:t>[5]</w:t>
      </w:r>
    </w:p>
    <w:p>
      <w:r>
        <w:rPr>
          <w:rFonts w:ascii="Gentium Plus" w:hAnsi="Gentium Plus"/>
          <w:sz w:val="24"/>
        </w:rPr>
        <w:t>δεινὰ μὲν τὰ παρυφιστάμενα δείκνυται, φαῦλα δὲ καὶ τὰ χύματα.</w:t>
      </w:r>
    </w:p>
    <w:p>
      <w:r>
        <w:rPr>
          <w:rFonts w:ascii="Courier New" w:hAnsi="Courier New"/>
          <w:color w:val="555555"/>
          <w:sz w:val="20"/>
        </w:rPr>
        <w:t>[5 . 18 . 13]</w:t>
      </w:r>
    </w:p>
    <w:p>
      <w:r>
        <w:rPr>
          <w:rFonts w:ascii="Gentium Plus" w:hAnsi="Gentium Plus"/>
          <w:sz w:val="24"/>
        </w:rPr>
        <w:t>Ἐπὶ δὲ τῶν φλέγματος συσσαπέντος οἷον συνεχῶν πυρετῶν ὑπόλευκα μὲν καὶ παχέα οἷα τὰ γλαυκά τε καὶ χαρωπά.</w:t>
      </w:r>
    </w:p>
    <w:p>
      <w:r>
        <w:rPr>
          <w:rFonts w:ascii="Courier New" w:hAnsi="Courier New"/>
          <w:color w:val="555555"/>
          <w:sz w:val="20"/>
        </w:rPr>
        <w:t>[5 . 18 . 14]</w:t>
      </w:r>
    </w:p>
    <w:p>
      <w:r>
        <w:rPr>
          <w:rFonts w:ascii="Gentium Plus" w:hAnsi="Gentium Plus"/>
          <w:sz w:val="24"/>
        </w:rPr>
        <w:t>Τῷ γὰρ χρώματι διασημαίνει τὴν τοῦ χρωννύντος χυμοῦ ποιότητα, ὠμότερα δὲ καὶ τούτοις τὰ παρυφιστάμενα διὰ τὸ τοῦ χυμοῦ δυσκατέργαστον ἤτοι τῷ πλήθει τούτου κατακρατοῦντος τῆς ἐμφύτου δυνάμεως, ἢ</w:t>
      </w:r>
    </w:p>
    <w:p>
      <w:r>
        <w:rPr>
          <w:rFonts w:ascii="Courier New" w:hAnsi="Courier New"/>
          <w:color w:val="555555"/>
          <w:sz w:val="20"/>
        </w:rPr>
        <w:t>[5]</w:t>
      </w:r>
    </w:p>
    <w:p>
      <w:r>
        <w:rPr>
          <w:rFonts w:ascii="Gentium Plus" w:hAnsi="Gentium Plus"/>
          <w:sz w:val="24"/>
        </w:rPr>
        <w:t>τῆς δυνάμεως διὰ ἑαυτὴν πασχούσης καὶ ὑπ’ ὀλίγων χυ‐ μῶν ῥᾳδίως καταπονουμένης.</w:t>
      </w:r>
    </w:p>
    <w:p>
      <w:r>
        <w:rPr>
          <w:rFonts w:ascii="Courier New" w:hAnsi="Courier New"/>
          <w:color w:val="555555"/>
          <w:sz w:val="20"/>
        </w:rPr>
        <w:t>[5 . 18 . 15]</w:t>
      </w:r>
    </w:p>
    <w:p>
      <w:r>
        <w:rPr>
          <w:rFonts w:ascii="Gentium Plus" w:hAnsi="Gentium Plus"/>
          <w:sz w:val="24"/>
        </w:rPr>
        <w:t>Μελαγχολικὸς δ’ εἴ ποτε διασαπεὶς τε καὶ διαδραμῶν τὸ σῶμα χυμὸς πυρετὸν ποι‐ ήσειεν, ἀγεννὴς καὶ οὗτος κατὰ τὸν ἐπὶ τῷ φλεγματώδει ηὐξημένον χυμῷ.</w:t>
      </w:r>
    </w:p>
    <w:p>
      <w:r>
        <w:rPr>
          <w:rFonts w:ascii="Courier New" w:hAnsi="Courier New"/>
          <w:color w:val="555555"/>
          <w:sz w:val="20"/>
        </w:rPr>
        <w:t>[5 . 18 . 16]</w:t>
      </w:r>
    </w:p>
    <w:p>
      <w:r>
        <w:rPr>
          <w:rFonts w:ascii="Gentium Plus" w:hAnsi="Gentium Plus"/>
          <w:sz w:val="24"/>
        </w:rPr>
        <w:t>Λευκὰ μέντοι ἴσως καὶ λεπτὰ πρώ‐ τως ποιήσει τὰ οὖρα, συγκατικὼν δ’ ὡς πρὸς ἔξοδον φαιά τε καὶ μέλανα.</w:t>
      </w:r>
    </w:p>
    <w:p>
      <w:r>
        <w:rPr>
          <w:rFonts w:ascii="Courier New" w:hAnsi="Courier New"/>
          <w:color w:val="555555"/>
          <w:sz w:val="20"/>
        </w:rPr>
        <w:t>[5 . 18 . 17]</w:t>
      </w:r>
    </w:p>
    <w:p>
      <w:r>
        <w:rPr>
          <w:rFonts w:ascii="Gentium Plus" w:hAnsi="Gentium Plus"/>
          <w:sz w:val="24"/>
        </w:rPr>
        <w:t>Τὰ μὲν οὖν πρῶτα διά τε τὴν ἐπι‐ πωμάτησιν τοῦ χυμοῦ καὶ τὴν ἐπὶ τὰ ἄνω ῥοπήν, τὰ δεύ‐ τερα δὲ διά τε τὴν ἀπόφραξιν καὶ τὴν ἐπὶ τὰ κάτω ῥοπήν.</w:t>
      </w:r>
    </w:p>
    <w:p>
      <w:r>
        <w:rPr>
          <w:rFonts w:ascii="Courier New" w:hAnsi="Courier New"/>
          <w:color w:val="555555"/>
          <w:sz w:val="20"/>
        </w:rPr>
        <w:t>[5 . 18 . 18]</w:t>
      </w:r>
    </w:p>
    <w:p>
      <w:r>
        <w:rPr>
          <w:rFonts w:ascii="Gentium Plus" w:hAnsi="Gentium Plus"/>
          <w:sz w:val="24"/>
        </w:rPr>
        <w:t>Καὶ ταῦτα μὲν σπάνια· δεῖ μέντοι γε εἰδέναι. περὶ γὰρ τῶν ἐνδεχομένων, ἀλλ’ οὐχὶ τῶν ὡς ἐπὶ τὸ πολὺ φαι‐ νομένων ἡμεῖς εἰπεῖν προὐθέμεθα, περὶ δὲ τῶν κατὰ τὰς φλεγμονὰς καὶ ἐρυσιπέλατα κατὰ τοὺς ἐντὸς πεπονθέτας</w:t>
      </w:r>
    </w:p>
    <w:p>
      <w:r>
        <w:rPr>
          <w:rFonts w:ascii="Courier New" w:hAnsi="Courier New"/>
          <w:color w:val="555555"/>
          <w:sz w:val="20"/>
        </w:rPr>
        <w:t>[5]</w:t>
      </w:r>
    </w:p>
    <w:p>
      <w:r>
        <w:rPr>
          <w:rFonts w:ascii="Gentium Plus" w:hAnsi="Gentium Plus"/>
          <w:sz w:val="24"/>
        </w:rPr>
        <w:t>τόπους οὔρων εἴρηται μὲν ἐν τοῖς περὶ διαγνώσεως οὔρων ἀρκούντως. νῦν δὲ τὰς αἰτίας ἀποδοτέον.</w:t>
      </w:r>
    </w:p>
    <w:p>
      <w:pPr>
        <w:jc w:val="center"/>
      </w:pPr>
      <w:r>
        <w:rPr>
          <w:rFonts w:ascii="Gentium Plus" w:hAnsi="Gentium Plus"/>
          <w:b/>
          <w:sz w:val="24"/>
        </w:rPr>
        <w:t>Κεφ. ιθʹ. Περὶ αἰτίας οὔρων τῶν κατὰ θερμὴν διάθεσιν καιρίων πεπονθότων μορίων.</w:t>
      </w:r>
    </w:p>
    <w:p>
      <w:r>
        <w:rPr>
          <w:rFonts w:ascii="Courier New" w:hAnsi="Courier New"/>
          <w:color w:val="555555"/>
          <w:sz w:val="20"/>
        </w:rPr>
        <w:t>[5 . 19 . 1]</w:t>
      </w:r>
    </w:p>
    <w:p>
      <w:r>
        <w:rPr>
          <w:rFonts w:ascii="Gentium Plus" w:hAnsi="Gentium Plus"/>
          <w:sz w:val="24"/>
        </w:rPr>
        <w:t>Καὶ γοῦν τὰ μὲν ἐγγυτέρω τῆς τοῦ θερμοῦ πηγῆς τῇ τε ἐγγύτητι καὶ καιριότητι μᾶλλον τὰ οὖρα χρώννυσι διὰ τὴν τῶν μορίων δηλονότι εὐπάθειαν, λεπτὰ δὲ πρώ‐ τως φαίνεται καὶ παρυφισταμένων παρὲξ ἔσθ’ ὅτε διὰ τὸ</w:t>
      </w:r>
    </w:p>
    <w:p>
      <w:r>
        <w:rPr>
          <w:rFonts w:ascii="Courier New" w:hAnsi="Courier New"/>
          <w:color w:val="555555"/>
          <w:sz w:val="20"/>
        </w:rPr>
        <w:t>[5]</w:t>
      </w:r>
    </w:p>
    <w:p>
      <w:r>
        <w:rPr>
          <w:rFonts w:ascii="Gentium Plus" w:hAnsi="Gentium Plus"/>
          <w:sz w:val="24"/>
        </w:rPr>
        <w:t>μήπω τὴν ἐπισωρευθεῖσαν ὕλην τῇ τῆς παρὰ φύσιν θερ‐ μότητος ὁλκῇ πεπέφθαι καὶ διὰ τὸ τὴν φύσιν ἀεὶ περὶ τὰ κατεπείγοντα διατρίβειν.</w:t>
      </w:r>
    </w:p>
    <w:p>
      <w:r>
        <w:rPr>
          <w:rFonts w:ascii="Courier New" w:hAnsi="Courier New"/>
          <w:color w:val="555555"/>
          <w:sz w:val="20"/>
        </w:rPr>
        <w:t>[5 . 19 . 2]</w:t>
      </w:r>
    </w:p>
    <w:p>
      <w:r>
        <w:rPr>
          <w:rFonts w:ascii="Gentium Plus" w:hAnsi="Gentium Plus"/>
          <w:sz w:val="24"/>
        </w:rPr>
        <w:t>Οὐ γάρ ἐστιν οὐκ ἔστι καὶ τῶν φαυλοτέρων ταύτην ἐπιλαθέσθαι τῶν οἰκονόμων τούτων πολλῷ γε συμπαθεστέραν πεφυκυῖαν.</w:t>
      </w:r>
    </w:p>
    <w:p>
      <w:r>
        <w:rPr>
          <w:rFonts w:ascii="Courier New" w:hAnsi="Courier New"/>
          <w:color w:val="555555"/>
          <w:sz w:val="20"/>
        </w:rPr>
        <w:t>[5 . 19 . 3]</w:t>
      </w:r>
    </w:p>
    <w:p>
      <w:r>
        <w:rPr>
          <w:rFonts w:ascii="Gentium Plus" w:hAnsi="Gentium Plus"/>
          <w:sz w:val="24"/>
        </w:rPr>
        <w:t>Τοῦτο δὲ ἢ τῷ τὴν ὕλην ὑπερβαλεῖν ἢ τῷ τὴν δύναμιν αὐτὴν προαποκαμεῖν τοῦ ἀγῶνος γίνεται.</w:t>
      </w:r>
    </w:p>
    <w:p>
      <w:r>
        <w:rPr>
          <w:rFonts w:ascii="Courier New" w:hAnsi="Courier New"/>
          <w:color w:val="555555"/>
          <w:sz w:val="20"/>
        </w:rPr>
        <w:t>[5 . 19 . 4]</w:t>
      </w:r>
    </w:p>
    <w:p>
      <w:r>
        <w:rPr>
          <w:rFonts w:ascii="Gentium Plus" w:hAnsi="Gentium Plus"/>
          <w:sz w:val="24"/>
        </w:rPr>
        <w:t>Πεφθείσης δ’ ἤδη τῆς φλεγμονῆς παχύνεται μὲν τὰ οὖρα καὶ ὑποχαλᾶται τῆς ἐπιτεταμένης χραιᾶς. ἀθρόας δὲ καὶ διεφθορυίας τὰς ὑποστάσεις ἔχει ἐκεῖθεν ἀποκρινομένου τοῦ περιττοῦ.</w:t>
      </w:r>
    </w:p>
    <w:p>
      <w:r>
        <w:rPr>
          <w:rFonts w:ascii="Courier New" w:hAnsi="Courier New"/>
          <w:color w:val="555555"/>
          <w:sz w:val="20"/>
        </w:rPr>
        <w:t>[5 . 19 . 5]</w:t>
      </w:r>
    </w:p>
    <w:p>
      <w:r>
        <w:rPr>
          <w:rFonts w:ascii="Gentium Plus" w:hAnsi="Gentium Plus"/>
          <w:sz w:val="24"/>
        </w:rPr>
        <w:t>Ἔστι γε μὴν ὅτε καὶ πῦον ὑφιζάνει διουρηθὲν ἀπὸ τοῦ πεπονθότος πόπου.</w:t>
      </w:r>
    </w:p>
    <w:p>
      <w:pPr>
        <w:jc w:val="center"/>
      </w:pPr>
      <w:r>
        <w:rPr>
          <w:rFonts w:ascii="Gentium Plus" w:hAnsi="Gentium Plus"/>
          <w:b/>
          <w:sz w:val="24"/>
        </w:rPr>
        <w:t>Κεφ. κʹ. Περὶ αἰτίας οὔρων τῶν κατὰ ψυχρὸν διάθεσιν καιρίων πεπονθότων μορίων.</w:t>
      </w:r>
    </w:p>
    <w:p>
      <w:r>
        <w:rPr>
          <w:rFonts w:ascii="Courier New" w:hAnsi="Courier New"/>
          <w:color w:val="555555"/>
          <w:sz w:val="20"/>
        </w:rPr>
        <w:t>[5 . 20 . 1]</w:t>
      </w:r>
    </w:p>
    <w:p>
      <w:r>
        <w:rPr>
          <w:rFonts w:ascii="Gentium Plus" w:hAnsi="Gentium Plus"/>
          <w:sz w:val="24"/>
        </w:rPr>
        <w:t>Τῶν γε μὴν ἐπὶ ψυχρότητα πεπονθότων τόπων</w:t>
      </w:r>
    </w:p>
    <w:p>
      <w:r>
        <w:rPr>
          <w:rFonts w:ascii="Courier New" w:hAnsi="Courier New"/>
          <w:color w:val="555555"/>
          <w:sz w:val="20"/>
        </w:rPr>
        <w:t>[5 . 20 . 2]</w:t>
      </w:r>
    </w:p>
    <w:p>
      <w:r>
        <w:rPr>
          <w:rFonts w:ascii="Gentium Plus" w:hAnsi="Gentium Plus"/>
          <w:sz w:val="24"/>
        </w:rPr>
        <w:t>Πολλοῦ τοί‐ νυν τοῦ κατὰ τὸ λευκὸν πλάτους τεθεωρημένου, κατὰ τὰ μέτρα τῆς ψυχρότητος καὶ ταῦτα μεταβάλλεται.</w:t>
      </w:r>
    </w:p>
    <w:p>
      <w:r>
        <w:rPr>
          <w:rFonts w:ascii="Courier New" w:hAnsi="Courier New"/>
          <w:color w:val="555555"/>
          <w:sz w:val="20"/>
        </w:rPr>
        <w:t>[5 . 20 . 3]</w:t>
      </w:r>
    </w:p>
    <w:p>
      <w:r>
        <w:rPr>
          <w:rFonts w:ascii="Gentium Plus" w:hAnsi="Gentium Plus"/>
          <w:sz w:val="24"/>
        </w:rPr>
        <w:t>Ἐπει‐ δὰν γάρ τοι μέρος τοῦ σώματος διατεθῇ ἐς μείω τε καὶ πλείω ψυχρότητα, κατὰ μὲν τὴν τῆς ψυχρότητος ποσό‐ τητα καὶ τὰ οὖρα συμμεταβάλλεται.</w:t>
      </w:r>
    </w:p>
    <w:p>
      <w:r>
        <w:rPr>
          <w:rFonts w:ascii="Courier New" w:hAnsi="Courier New"/>
          <w:color w:val="555555"/>
          <w:sz w:val="20"/>
        </w:rPr>
        <w:t>[5 . 20 . 4]</w:t>
      </w:r>
    </w:p>
    <w:p>
      <w:r>
        <w:rPr>
          <w:rFonts w:ascii="Gentium Plus" w:hAnsi="Gentium Plus"/>
          <w:sz w:val="24"/>
        </w:rPr>
        <w:t>Ἐπὰν γὰρ ἡ ἐπι‐ κρατήσασα ψυχρότης προιοῦσα καὶ μέχρις αὐτῆς τῆς καρ‐ δίας ἀφίκηται, κατασείει μὲν τὸν τῆς καρδίας τόνον, ὡς οἷόν τε, ἀσθενέστερον δὲ τὸ θερμὸν ποιεῖ.</w:t>
      </w:r>
    </w:p>
    <w:p>
      <w:r>
        <w:rPr>
          <w:rFonts w:ascii="Courier New" w:hAnsi="Courier New"/>
          <w:color w:val="555555"/>
          <w:sz w:val="20"/>
        </w:rPr>
        <w:t>[5 . 20 . 5]</w:t>
      </w:r>
    </w:p>
    <w:p>
      <w:r>
        <w:rPr>
          <w:rFonts w:ascii="Gentium Plus" w:hAnsi="Gentium Plus"/>
          <w:sz w:val="24"/>
        </w:rPr>
        <w:t>Καθόσον δ’ ἂν αὐτὸ μαλακισθέν ἀπαγορεύσῃ τὴν οἰκείαν ἐνέργειαν, ἀσθενέστεραι μὲν αἱ πέψεις γίνονται· πέψεων δὲ ἀσθενῶν οὖρα φαίνονται.</w:t>
      </w:r>
    </w:p>
    <w:p>
      <w:r>
        <w:rPr>
          <w:rFonts w:ascii="Courier New" w:hAnsi="Courier New"/>
          <w:color w:val="555555"/>
          <w:sz w:val="20"/>
        </w:rPr>
        <w:t>[5 . 20 . 6]</w:t>
      </w:r>
    </w:p>
    <w:p>
      <w:r>
        <w:rPr>
          <w:rFonts w:ascii="Gentium Plus" w:hAnsi="Gentium Plus"/>
          <w:sz w:val="24"/>
        </w:rPr>
        <w:t>Καὶ ταῦτα μὲν οὖν κἀν τοῖς περὶ διαγνώσεως οὔρων εἴρηται, ὥστε οὐ δεῖ τὸν περὶ τούτων ἔτι μηκύνειν λόγον.</w:t>
      </w:r>
    </w:p>
    <w:p>
      <w:r>
        <w:rPr>
          <w:rFonts w:ascii="Courier New" w:hAnsi="Courier New"/>
          <w:color w:val="555555"/>
          <w:sz w:val="20"/>
        </w:rPr>
        <w:t>[5 . 20 . 7]</w:t>
      </w:r>
    </w:p>
    <w:p>
      <w:r>
        <w:rPr>
          <w:rFonts w:ascii="Gentium Plus" w:hAnsi="Gentium Plus"/>
          <w:sz w:val="24"/>
        </w:rPr>
        <w:t>Ἐπεὶ δὲ καὶ ὁ πᾶς περὶ αἰτίας λόγος ὧδ’ ἱκανῶς ἀποδοθεὶς ἔχει, καὶ τοῦ πορρωτέρω βαί‐ νειν ληγέτω, καί τοι πολλῶν ἑτέρων βιαζομένων τὸν λό‐ γον εἰς ἐπίδοσιν, ὥστ’ ἂν μή τις νόμος ἡμᾶς ἀπεῖργε</w:t>
      </w:r>
    </w:p>
    <w:p>
      <w:r>
        <w:rPr>
          <w:rFonts w:ascii="Courier New" w:hAnsi="Courier New"/>
          <w:color w:val="555555"/>
          <w:sz w:val="20"/>
        </w:rPr>
        <w:t>[5]</w:t>
      </w:r>
    </w:p>
    <w:p>
      <w:r>
        <w:rPr>
          <w:rFonts w:ascii="Gentium Plus" w:hAnsi="Gentium Plus"/>
          <w:sz w:val="24"/>
        </w:rPr>
        <w:t>βραχυλογίας, ἐπεθήκαμεν ἂν τῷ λόγῳ καὶ ἕτερον τὸ περὶ τὰς ἀφορμὰς τῶν διαγνώσεων.</w:t>
      </w:r>
    </w:p>
    <w:p>
      <w:r>
        <w:rPr>
          <w:rFonts w:ascii="Courier New" w:hAnsi="Courier New"/>
          <w:color w:val="555555"/>
          <w:sz w:val="20"/>
        </w:rPr>
        <w:t>[5 . 20 . 8]</w:t>
      </w:r>
    </w:p>
    <w:p>
      <w:r>
        <w:rPr>
          <w:rFonts w:ascii="Gentium Plus" w:hAnsi="Gentium Plus"/>
          <w:sz w:val="24"/>
        </w:rPr>
        <w:t>Τοῦ θεωρητικοῦ τῆς τέχνης ἐνδεικνύμενοι τὸ φιλότιμον ἀποχρῶσαν δ’ ἂν ὁ λό‐ γος τὴν ἐν πᾶσι σχοίη συνθήκην, εἰ μετὰ τοὺς περὶ αἰτίας λόγους τοὺς περὶ προγνώσεως θείημεν, χρειώδεις μὲν τῇ</w:t>
      </w:r>
    </w:p>
    <w:p>
      <w:r>
        <w:rPr>
          <w:rFonts w:ascii="Courier New" w:hAnsi="Courier New"/>
          <w:color w:val="555555"/>
          <w:sz w:val="20"/>
        </w:rPr>
        <w:t>[5]</w:t>
      </w:r>
    </w:p>
    <w:p>
      <w:r>
        <w:rPr>
          <w:rFonts w:ascii="Gentium Plus" w:hAnsi="Gentium Plus"/>
          <w:sz w:val="24"/>
        </w:rPr>
        <w:t>τέχνῃ τυγχάνοντας, προφητὰς δ’ οἷον τῶν τῆς φύσεως κι‐ νημάτων τοὺς περὶ τὰ τοιαῦτα σπουδαίους ἀπεργαζομέ‐ νους.</w:t>
      </w:r>
    </w:p>
    <w:p>
      <w:r>
        <w:rPr>
          <w:rFonts w:ascii="Courier New" w:hAnsi="Courier New"/>
          <w:color w:val="555555"/>
          <w:sz w:val="20"/>
        </w:rPr>
        <w:t>[5 . 20 . 9]</w:t>
      </w:r>
    </w:p>
    <w:p>
      <w:r>
        <w:rPr>
          <w:rFonts w:ascii="Gentium Plus" w:hAnsi="Gentium Plus"/>
          <w:sz w:val="24"/>
        </w:rPr>
        <w:t>Θεοῦ δ’ ἂν εἴη καὶ τοῦτο δῶρον, εἰ κατὰ θυμὸν καὶ ταῦδε τοῦ λόγου τὸ μέρος προβαίη, δόξαν μὲν οὐκ εὐδιάβλητον περιποιούμενον τοῖς μετιοῦσι λυσιτέλειαν δ’ οὐκ ἀγεννῆ τοῖς κάμνουσιν, ὥστε διὰ ταῦτα πέρας μοι</w:t>
      </w:r>
    </w:p>
    <w:p>
      <w:r>
        <w:rPr>
          <w:rFonts w:ascii="Courier New" w:hAnsi="Courier New"/>
          <w:color w:val="555555"/>
          <w:sz w:val="20"/>
        </w:rPr>
        <w:t>[5]</w:t>
      </w:r>
    </w:p>
    <w:p>
      <w:r>
        <w:rPr>
          <w:rFonts w:ascii="Gentium Plus" w:hAnsi="Gentium Plus"/>
          <w:sz w:val="24"/>
        </w:rPr>
        <w:t>ὁ περὶ αἰτίας οὔρων λόγος ὧδ’ ἐχέτω· ἐναρκτέον δ’ ἤδη</w:t>
      </w:r>
    </w:p>
    <w:p>
      <w:pPr>
        <w:jc w:val="center"/>
      </w:pPr>
      <w:r>
        <w:rPr>
          <w:rFonts w:ascii="Gentium Plus" w:hAnsi="Gentium Plus"/>
          <w:b/>
          <w:sz w:val="24"/>
        </w:rPr>
        <w:t>ΠΕΡΙ ΠΡΟΓΝΩΣΕΩΣ ΟΥΡΩΝ</w:t>
      </w:r>
    </w:p>
    <w:p>
      <w:pPr>
        <w:jc w:val="center"/>
      </w:pPr>
      <w:r>
        <w:rPr>
          <w:rFonts w:ascii="Gentium Plus" w:hAnsi="Gentium Plus"/>
          <w:b/>
          <w:sz w:val="24"/>
        </w:rPr>
        <w:t>ΤΟ Α.</w:t>
      </w:r>
    </w:p>
    <w:p>
      <w:pPr>
        <w:jc w:val="center"/>
      </w:pPr>
      <w:r>
        <w:rPr>
          <w:rFonts w:ascii="Gentium Plus" w:hAnsi="Gentium Plus"/>
          <w:b/>
          <w:sz w:val="24"/>
        </w:rPr>
        <w:t>Προοίμιον.</w:t>
      </w:r>
    </w:p>
    <w:p>
      <w:r>
        <w:rPr>
          <w:rFonts w:ascii="Courier New" w:hAnsi="Courier New"/>
          <w:color w:val="555555"/>
          <w:sz w:val="20"/>
        </w:rPr>
        <w:t>[1]</w:t>
      </w:r>
    </w:p>
    <w:p>
      <w:r>
        <w:rPr>
          <w:rFonts w:ascii="Gentium Plus" w:hAnsi="Gentium Plus"/>
          <w:sz w:val="24"/>
        </w:rPr>
        <w:t>Ἐδόκει τισὶ τῶν τὰς προγνώσεις διαβάλλειν προ‐ χείρων, μὴ οἷόν τ’ εἶναί τινα περὶ τῶν ἀποβησομένων προειδέναι ἐν τοῖς κατ’ ἀκολουθίαν φύσεως γινομένοις πράγμασιν, ἐποίει δὲ τοῦτ’ αὐτοὺς λέγειν τε καὶ διαβάλ‐</w:t>
      </w:r>
    </w:p>
    <w:p>
      <w:r>
        <w:rPr>
          <w:rFonts w:ascii="Courier New" w:hAnsi="Courier New"/>
          <w:color w:val="555555"/>
          <w:sz w:val="20"/>
        </w:rPr>
        <w:t>[5]</w:t>
      </w:r>
    </w:p>
    <w:p>
      <w:r>
        <w:rPr>
          <w:rFonts w:ascii="Gentium Plus" w:hAnsi="Gentium Plus"/>
          <w:sz w:val="24"/>
        </w:rPr>
        <w:t>λειν ἥ τε σφᾶς κατέχουσα τῶν γινομένων κατὰ φύσιν ἄγνοια καὶ ἡ περὶ τὰ καλὰ τῶν μαθημάτων ζηλοτυπία, ὥστε καὶ δέος οὐκ ὀλίγον ἐνεποίει τοῖς κατὰ λόγον ἐπι‐ στήμης τὸ προειδέναι μετιοῦσιν ἡ τῶν προχείρων τὰς προγνώσεις διαβάλλειν αὐθάδεια.</w:t>
      </w:r>
    </w:p>
    <w:p>
      <w:r>
        <w:rPr>
          <w:rFonts w:ascii="Courier New" w:hAnsi="Courier New"/>
          <w:color w:val="555555"/>
          <w:sz w:val="20"/>
        </w:rPr>
        <w:t>[6 proem 2]</w:t>
      </w:r>
    </w:p>
    <w:p>
      <w:r>
        <w:rPr>
          <w:rFonts w:ascii="Gentium Plus" w:hAnsi="Gentium Plus"/>
          <w:sz w:val="24"/>
        </w:rPr>
        <w:t>Οἵ τε γὰρ οἱουσδή‐ τινας σχηματισμοὺς ἀστέρων καὶ ποιότητας ἐξετάζοντες συνόδους τε καὶ οἰκοδεσποτείας καὶ ἄλλ’ ὅσα ἐπὶ τούτοις λέγεταί τε καὶ γράφεται, καὶ πρὸς τούτοις τὰς περὶ στοιχεῖα</w:t>
      </w:r>
    </w:p>
    <w:p>
      <w:r>
        <w:rPr>
          <w:rFonts w:ascii="Courier New" w:hAnsi="Courier New"/>
          <w:color w:val="555555"/>
          <w:sz w:val="20"/>
        </w:rPr>
        <w:t>[5]</w:t>
      </w:r>
    </w:p>
    <w:p>
      <w:r>
        <w:rPr>
          <w:rFonts w:ascii="Gentium Plus" w:hAnsi="Gentium Plus"/>
          <w:sz w:val="24"/>
        </w:rPr>
        <w:t>ἀλλοιώσεις οἱασδήτινας προεπιγινώσκοντες τῇ θεωρίᾳ τῆς ἐπιστήμης εὐλαβοῦνται τὸ τῶν πολλῶν ὡς εἰς διαβολὴν πρόχειρον καὶ σιωπᾶν ἄμεινον τίθενται.</w:t>
      </w:r>
    </w:p>
    <w:p>
      <w:r>
        <w:rPr>
          <w:rFonts w:ascii="Courier New" w:hAnsi="Courier New"/>
          <w:color w:val="555555"/>
          <w:sz w:val="20"/>
        </w:rPr>
        <w:t>[6 proem 3]</w:t>
      </w:r>
    </w:p>
    <w:p>
      <w:r>
        <w:rPr>
          <w:rFonts w:ascii="Gentium Plus" w:hAnsi="Gentium Plus"/>
          <w:sz w:val="24"/>
        </w:rPr>
        <w:t>Εἰσὶ γὰρ οἳ καὶ τερθρείαις ταῦτα καὶ ὁμιλίαις μᾶλλον δαιμονίων προσ‐ άπτουσι, τὴν σφῶν αὐτῶν ἐντεῦθεν περὶ τὰς κατὰ φύσιν ἀλλοιώσεις γινομένας ἄγνοιαν ἐξελέγχοντες, οἵ τε ὀνει‐</w:t>
      </w:r>
    </w:p>
    <w:p>
      <w:r>
        <w:rPr>
          <w:rFonts w:ascii="Courier New" w:hAnsi="Courier New"/>
          <w:color w:val="555555"/>
          <w:sz w:val="20"/>
        </w:rPr>
        <w:t>[5]</w:t>
      </w:r>
    </w:p>
    <w:p>
      <w:r>
        <w:rPr>
          <w:rFonts w:ascii="Gentium Plus" w:hAnsi="Gentium Plus"/>
          <w:sz w:val="24"/>
        </w:rPr>
        <w:t>ροσκοπίαις καί τισι παραπλησίαις φυσικαῖς ἀρχαῖς τῶν καθ’ ἡμᾶς πραγμάτων προορώμενοι τὸ ἀποβησόμενον λανθά‐ νειν μὲν πειρῶνται διὰ τὸ τῶν πολλῶν ἀπρόοπτον.</w:t>
      </w:r>
    </w:p>
    <w:p>
      <w:r>
        <w:rPr>
          <w:rFonts w:ascii="Courier New" w:hAnsi="Courier New"/>
          <w:color w:val="555555"/>
          <w:sz w:val="20"/>
        </w:rPr>
        <w:t>[6 proem 4]</w:t>
      </w:r>
    </w:p>
    <w:p>
      <w:r>
        <w:rPr>
          <w:rFonts w:ascii="Gentium Plus" w:hAnsi="Gentium Plus"/>
          <w:sz w:val="24"/>
        </w:rPr>
        <w:t>Κιν‐ δυνεύει δὲ οὕτω τὰ καλὰ μαραίνεσθαι τῷ χρόνῳ.</w:t>
      </w:r>
    </w:p>
    <w:p>
      <w:r>
        <w:rPr>
          <w:rFonts w:ascii="Courier New" w:hAnsi="Courier New"/>
          <w:color w:val="555555"/>
          <w:sz w:val="20"/>
        </w:rPr>
        <w:t>[6 proem 5]</w:t>
      </w:r>
    </w:p>
    <w:p>
      <w:r>
        <w:rPr>
          <w:rFonts w:ascii="Gentium Plus" w:hAnsi="Gentium Plus"/>
          <w:sz w:val="24"/>
        </w:rPr>
        <w:t>Οἵ γε μὴν τοιοῦτοι θαυμάζοιντ’ ἂν μᾶλλον τοῖς σοφοῖς ἢ διαβάλλοιντο, ἐπόπται πεφυκότες τῶν κατὰ φύσιν γινομέ‐ νων πραγμάτων.</w:t>
      </w:r>
    </w:p>
    <w:p>
      <w:r>
        <w:rPr>
          <w:rFonts w:ascii="Courier New" w:hAnsi="Courier New"/>
          <w:color w:val="555555"/>
          <w:sz w:val="20"/>
        </w:rPr>
        <w:t>[6 proem 6]</w:t>
      </w:r>
    </w:p>
    <w:p>
      <w:r>
        <w:rPr>
          <w:rFonts w:ascii="Gentium Plus" w:hAnsi="Gentium Plus"/>
          <w:sz w:val="24"/>
        </w:rPr>
        <w:t>Ἀλλ’ ὁ μὲν περὶ τούτων λόγος ἄλ‐ λοις ἂν μᾶλλον ἁρμόσειεν, ὅσοις δῆτα τὸ μετιέναι ταῦτα εὐκταῖον ἔργον καθέστηκεν, ἡμῖν δὲ ἰατρικὴν μὲν τέχνην μετιοῦσι, τὰς δ’ ἐξ αὐτῆς προγνώσεις περὶ τἀνθρώπινα</w:t>
      </w:r>
    </w:p>
    <w:p>
      <w:r>
        <w:rPr>
          <w:rFonts w:ascii="Courier New" w:hAnsi="Courier New"/>
          <w:color w:val="555555"/>
          <w:sz w:val="20"/>
        </w:rPr>
        <w:t>[5]</w:t>
      </w:r>
    </w:p>
    <w:p>
      <w:r>
        <w:rPr>
          <w:rFonts w:ascii="Gentium Plus" w:hAnsi="Gentium Plus"/>
          <w:sz w:val="24"/>
        </w:rPr>
        <w:t>σπουδάζουσι σώματα τοῦτο μᾶλλον ἐκείνων ἔργον καθέ‐ στηκεν.</w:t>
      </w:r>
    </w:p>
    <w:p>
      <w:r>
        <w:rPr>
          <w:rFonts w:ascii="Courier New" w:hAnsi="Courier New"/>
          <w:color w:val="555555"/>
          <w:sz w:val="20"/>
        </w:rPr>
        <w:t>[6 proem 7]</w:t>
      </w:r>
    </w:p>
    <w:p>
      <w:r>
        <w:rPr>
          <w:rFonts w:ascii="Gentium Plus" w:hAnsi="Gentium Plus"/>
          <w:sz w:val="24"/>
        </w:rPr>
        <w:t>Ὁπόσα τοίνυν προειδέναι θέμις εἰς τὴν τοῦ</w:t>
      </w:r>
    </w:p>
    <w:p>
      <w:r>
        <w:rPr>
          <w:rFonts w:ascii="Courier New" w:hAnsi="Courier New"/>
          <w:color w:val="555555"/>
          <w:sz w:val="20"/>
        </w:rPr>
        <w:t>[6 proem 8]</w:t>
      </w:r>
    </w:p>
    <w:p>
      <w:r>
        <w:rPr>
          <w:rFonts w:ascii="Gentium Plus" w:hAnsi="Gentium Plus"/>
          <w:sz w:val="24"/>
        </w:rPr>
        <w:t>Δεῖ γάρ τοι δὴ τὸν προγινώσκειν σπουδάζοντα τούς τε στοι‐ χειώδεις χυμοὺς εἰδέναι καὶ ταῦτα τὰ φυσικὰ πνεύματα, κράσεις τε καὶ ἀλλοιώσεις καὶ μεταβολὰς ἑκάστου, καιριό‐</w:t>
      </w:r>
    </w:p>
    <w:p>
      <w:r>
        <w:rPr>
          <w:rFonts w:ascii="Courier New" w:hAnsi="Courier New"/>
          <w:color w:val="555555"/>
          <w:sz w:val="20"/>
        </w:rPr>
        <w:t>[5]</w:t>
      </w:r>
    </w:p>
    <w:p>
      <w:r>
        <w:rPr>
          <w:rFonts w:ascii="Gentium Plus" w:hAnsi="Gentium Plus"/>
          <w:sz w:val="24"/>
        </w:rPr>
        <w:t>τητάς τε καὶ ἰδιότητας, συμπαθείας τε καὶ ἀντιπαθείας τε καὶ ἄλλα ὅσα ἐξεύρηταί τε καὶ δέδοται τοῖς μαθεῖν ἐθέ‐ λουσι φυσικὰς κινήσεις τοῦ σώματος.</w:t>
      </w:r>
    </w:p>
    <w:p>
      <w:r>
        <w:rPr>
          <w:rFonts w:ascii="Courier New" w:hAnsi="Courier New"/>
          <w:color w:val="555555"/>
          <w:sz w:val="20"/>
        </w:rPr>
        <w:t>[6 proem 9]</w:t>
      </w:r>
    </w:p>
    <w:p>
      <w:r>
        <w:rPr>
          <w:rFonts w:ascii="Gentium Plus" w:hAnsi="Gentium Plus"/>
          <w:sz w:val="24"/>
        </w:rPr>
        <w:t>Τῷ γάρ τοι ταῦτα προεξησκηκότι ῥᾴδιον μὲν τὸ διαγνῶναι, πρόχειρον δὲ τὸ προγινώσκειν καθέστηκεν τοῖς φυσικοῖς ἀκολουθοῦντι τῶν χυμῶν κινήμασι.</w:t>
      </w:r>
    </w:p>
    <w:p>
      <w:pPr>
        <w:jc w:val="center"/>
      </w:pPr>
      <w:r>
        <w:rPr>
          <w:rFonts w:ascii="Gentium Plus" w:hAnsi="Gentium Plus"/>
          <w:b/>
          <w:sz w:val="24"/>
        </w:rPr>
        <w:t>Κεφ. αʹ. Ὅτι μετὰ τοὺς σφυγμοὺς τὰ οὖρα συντείνει εἰς τὴν πρόγνωσιν.</w:t>
      </w:r>
    </w:p>
    <w:p>
      <w:r>
        <w:rPr>
          <w:rFonts w:ascii="Courier New" w:hAnsi="Courier New"/>
          <w:color w:val="555555"/>
          <w:sz w:val="20"/>
        </w:rPr>
        <w:t>[6 . 1 . 1]</w:t>
      </w:r>
    </w:p>
    <w:p>
      <w:r>
        <w:rPr>
          <w:rFonts w:ascii="Gentium Plus" w:hAnsi="Gentium Plus"/>
          <w:sz w:val="24"/>
        </w:rPr>
        <w:t>Πολλῶν οὖν ἐξευρημένων μεθόδων τοῦ ἐπὶ σοφίᾳ διενέγκασι τοὺς πολλοὺς εἴς τε πρόγνωσιν καὶ διάγνωσιν τῶν ἐν τοῖς σώματι γινομένων μεταβολῶν, τούτων τὸ προῦχον ἔχειν ἔδοξεν ἡ περὶ σφυγμῶν πραγματεία. ἐκεῖ‐</w:t>
      </w:r>
    </w:p>
    <w:p>
      <w:r>
        <w:rPr>
          <w:rFonts w:ascii="Courier New" w:hAnsi="Courier New"/>
          <w:color w:val="555555"/>
          <w:sz w:val="20"/>
        </w:rPr>
        <w:t>[5]</w:t>
      </w:r>
    </w:p>
    <w:p>
      <w:r>
        <w:rPr>
          <w:rFonts w:ascii="Gentium Plus" w:hAnsi="Gentium Plus"/>
          <w:sz w:val="24"/>
        </w:rPr>
        <w:t>θεν γὰρ τοῖς μετιοῦσιν ἀκριβῶς τὰ πλείω τῶν προγνώ‐ σεων ἐπιγίνεται.</w:t>
      </w:r>
    </w:p>
    <w:p>
      <w:r>
        <w:rPr>
          <w:rFonts w:ascii="Courier New" w:hAnsi="Courier New"/>
          <w:color w:val="555555"/>
          <w:sz w:val="20"/>
        </w:rPr>
        <w:t>[6 . 1 . 2]</w:t>
      </w:r>
    </w:p>
    <w:p>
      <w:r>
        <w:rPr>
          <w:rFonts w:ascii="Gentium Plus" w:hAnsi="Gentium Plus"/>
          <w:sz w:val="24"/>
        </w:rPr>
        <w:t>Ταῖς γὰρ μεταβολαῖς τοῦ σώματος πρώτου τοῦ πνεύματος ἠλλοιωμένου τε καὶ ᾐσθημένου, ἀρτηρίαι δ’ ἄρα πνεύματος ἀγγεῖα μᾶλλον ἢ αἵματος πε‐ φύκασιν, εἰκότως καὶ αἱ ἐπὶ σφυγμοῖς προγνώσεις ἀδιά‐</w:t>
      </w:r>
    </w:p>
    <w:p>
      <w:r>
        <w:rPr>
          <w:rFonts w:ascii="Courier New" w:hAnsi="Courier New"/>
          <w:color w:val="555555"/>
          <w:sz w:val="20"/>
        </w:rPr>
        <w:t>[5]</w:t>
      </w:r>
    </w:p>
    <w:p>
      <w:r>
        <w:rPr>
          <w:rFonts w:ascii="Gentium Plus" w:hAnsi="Gentium Plus"/>
          <w:sz w:val="24"/>
        </w:rPr>
        <w:t>πτωτοι γένοιντ’ ἄν.</w:t>
      </w:r>
    </w:p>
    <w:p>
      <w:r>
        <w:rPr>
          <w:rFonts w:ascii="Courier New" w:hAnsi="Courier New"/>
          <w:color w:val="555555"/>
          <w:sz w:val="20"/>
        </w:rPr>
        <w:t>[6 . 1 . 3]</w:t>
      </w:r>
    </w:p>
    <w:p>
      <w:r>
        <w:rPr>
          <w:rFonts w:ascii="Gentium Plus" w:hAnsi="Gentium Plus"/>
          <w:sz w:val="24"/>
        </w:rPr>
        <w:t>Ἐπεὶ δὲ δεύτεροι μετὰ τὸ πνεῦμα οἱ χυμοὶ ἀλλοιωθέντες τὴν αἴσθησιν τοῖς οὔροις διδόασιν ἀκραιφνεστέραν τὴν ἐν αὐτοῖς ἀλλοίωσιν τούτοις ὑποση‐ μαίνοντες. τῶν γὰρ χυμῶν τὸ οὖρον περιήθημα πέφυκεν.</w:t>
      </w:r>
    </w:p>
    <w:p>
      <w:r>
        <w:rPr>
          <w:rFonts w:ascii="Courier New" w:hAnsi="Courier New"/>
          <w:color w:val="555555"/>
          <w:sz w:val="20"/>
        </w:rPr>
        <w:t>[6 . 1 . 4]</w:t>
      </w:r>
    </w:p>
    <w:p>
      <w:r>
        <w:rPr>
          <w:rFonts w:ascii="Gentium Plus" w:hAnsi="Gentium Plus"/>
          <w:sz w:val="24"/>
        </w:rPr>
        <w:t>Ἀποχρῶσαν ἂν οἶμαι κἀν ταῖς προγνώσεσιν ἀποδοθῆ‐ ναι τῷ λόγῳ μέθοδον, ταῖς οἱαισδήτισι μεταβολαῖς τῶν χυμῶν μεταβαλλομένων τῶν οὔρων.</w:t>
      </w:r>
    </w:p>
    <w:p>
      <w:r>
        <w:rPr>
          <w:rFonts w:ascii="Courier New" w:hAnsi="Courier New"/>
          <w:color w:val="555555"/>
          <w:sz w:val="20"/>
        </w:rPr>
        <w:t>[6 . 1 . 5]</w:t>
      </w:r>
    </w:p>
    <w:p>
      <w:r>
        <w:rPr>
          <w:rFonts w:ascii="Gentium Plus" w:hAnsi="Gentium Plus"/>
          <w:sz w:val="24"/>
        </w:rPr>
        <w:t>Ἐπεὶ δ’ ὥς πη καὶ πρῴην εἴρηται κοινωνεῖ ἡ πρόγνωσις τῶν διαγνώσεων, ἄν τινος τῶν ἐκεῖσε ῥηθέντων ὡδὶ προσεπιμνησθῶμεν ἐντελῆ τὴν πραγματείαν ποιούμενοι, μηδεὶς ἡμᾶς αἰτι‐</w:t>
      </w:r>
    </w:p>
    <w:p>
      <w:r>
        <w:rPr>
          <w:rFonts w:ascii="Courier New" w:hAnsi="Courier New"/>
          <w:color w:val="555555"/>
          <w:sz w:val="20"/>
        </w:rPr>
        <w:t>[5]</w:t>
      </w:r>
    </w:p>
    <w:p>
      <w:r>
        <w:rPr>
          <w:rFonts w:ascii="Gentium Plus" w:hAnsi="Gentium Plus"/>
          <w:sz w:val="24"/>
        </w:rPr>
        <w:t>άσθω παλιλλογήσαντας, εἴ πού γε τοῦτο συμβαίη τἀσφαλὲς προκρίνων τοῦ περιττοῦ.</w:t>
      </w:r>
    </w:p>
    <w:p>
      <w:r>
        <w:rPr>
          <w:rFonts w:ascii="Courier New" w:hAnsi="Courier New"/>
          <w:color w:val="555555"/>
          <w:sz w:val="20"/>
        </w:rPr>
        <w:t>[6 . 1 . 6]</w:t>
      </w:r>
    </w:p>
    <w:p>
      <w:r>
        <w:rPr>
          <w:rFonts w:ascii="Gentium Plus" w:hAnsi="Gentium Plus"/>
          <w:sz w:val="24"/>
        </w:rPr>
        <w:t>Ἡ μὲν γὰρ δευτερολογία τὸ ἐντελές τε δοίη ἂν καὶ ἀδιάπτωτον οἶμαι, τῇ δὲ φυγῇ τῆς κοινωνίας τῶν λόγων πολλὰ ἂν οἶμαι ὧν ῥηθῆναι χρεὼν προαπολεῖται τῷ λόγῳ.</w:t>
      </w:r>
    </w:p>
    <w:p>
      <w:r>
        <w:rPr>
          <w:rFonts w:ascii="Courier New" w:hAnsi="Courier New"/>
          <w:color w:val="555555"/>
          <w:sz w:val="20"/>
        </w:rPr>
        <w:t>[6 . 1 . 7]</w:t>
      </w:r>
    </w:p>
    <w:p>
      <w:r>
        <w:rPr>
          <w:rFonts w:ascii="Gentium Plus" w:hAnsi="Gentium Plus"/>
          <w:sz w:val="24"/>
        </w:rPr>
        <w:t>Ἀλλὰ τοῦτο μὲν οὐχὶ βραχύ τι ἂν ἁμάρτημα προσάψῃ τῷ λόγῳ· ἐκεῖνο δὲ κἄν τις ἐπαινέσειε μᾶλλον ἀναμνήσεώς τε καὶ σαφηνείας ἔργον πεφυκὸς ἤ τινος ἀκαιρολογίας, ὡς ἄν τινες τῶν διαβάλλειν</w:t>
      </w:r>
    </w:p>
    <w:p>
      <w:r>
        <w:rPr>
          <w:rFonts w:ascii="Courier New" w:hAnsi="Courier New"/>
          <w:color w:val="555555"/>
          <w:sz w:val="20"/>
        </w:rPr>
        <w:t>[5]</w:t>
      </w:r>
    </w:p>
    <w:p>
      <w:r>
        <w:rPr>
          <w:rFonts w:ascii="Gentium Plus" w:hAnsi="Gentium Plus"/>
          <w:sz w:val="24"/>
        </w:rPr>
        <w:t>οἰηθῶσι προχείρων.</w:t>
      </w:r>
    </w:p>
    <w:p>
      <w:r>
        <w:rPr>
          <w:rFonts w:ascii="Courier New" w:hAnsi="Courier New"/>
          <w:color w:val="555555"/>
          <w:sz w:val="20"/>
        </w:rPr>
        <w:t>[6 . 1 . 8]</w:t>
      </w:r>
    </w:p>
    <w:p>
      <w:r>
        <w:rPr>
          <w:rFonts w:ascii="Gentium Plus" w:hAnsi="Gentium Plus"/>
          <w:sz w:val="24"/>
        </w:rPr>
        <w:t>Ἡμεῖς δ’ ὥσπερ κἀν τοῖς ἄλλοις πεποιήκαμεν προεκτιθέμενοι χρώματα καὶ συστάσεις, εἶθ’ οὕτως παρυφιστάμενα, καὶ ὅσα ἐπ’ αὐτοῖς τεθεώρηται, οὕτω δὴ καὶ νῦν ποιῶμεν καὶ τὴν ἐπὶ τοῖς κεφαλαίοις</w:t>
      </w:r>
    </w:p>
    <w:p>
      <w:r>
        <w:rPr>
          <w:rFonts w:ascii="Courier New" w:hAnsi="Courier New"/>
          <w:color w:val="555555"/>
          <w:sz w:val="20"/>
        </w:rPr>
        <w:t>[5]</w:t>
      </w:r>
    </w:p>
    <w:p>
      <w:r>
        <w:rPr>
          <w:rFonts w:ascii="Gentium Plus" w:hAnsi="Gentium Plus"/>
          <w:sz w:val="24"/>
        </w:rPr>
        <w:t>τάξιν ὡς ἀμείνω τῆς ἀταξίας προκρίναντες.</w:t>
      </w:r>
    </w:p>
    <w:p>
      <w:r>
        <w:rPr>
          <w:rFonts w:ascii="Courier New" w:hAnsi="Courier New"/>
          <w:color w:val="555555"/>
          <w:sz w:val="20"/>
        </w:rPr>
        <w:t>[6 . 1 . 9]</w:t>
      </w:r>
    </w:p>
    <w:p>
      <w:r>
        <w:rPr>
          <w:rFonts w:ascii="Gentium Plus" w:hAnsi="Gentium Plus"/>
          <w:sz w:val="24"/>
        </w:rPr>
        <w:t>Προσμι‐ χθήσεται δὲ τῶν ῥηθησομένων ἑκάστῳ καὶ ἡ ἀνωμαλία, οὐχ ἧττον δι’ αὐτῆς ἢ δι’ ἐκείνων συναγομένης τῆς προ‐ γνώσεως. οὕτω δὴ καὶ ποιῶμεν ἐντεῦθέν ποθεν σὺν θεῷ</w:t>
      </w:r>
    </w:p>
    <w:p>
      <w:r>
        <w:rPr>
          <w:rFonts w:ascii="Courier New" w:hAnsi="Courier New"/>
          <w:color w:val="555555"/>
          <w:sz w:val="20"/>
        </w:rPr>
        <w:t>[5]</w:t>
      </w:r>
    </w:p>
    <w:p>
      <w:r>
        <w:rPr>
          <w:rFonts w:ascii="Gentium Plus" w:hAnsi="Gentium Plus"/>
          <w:sz w:val="24"/>
        </w:rPr>
        <w:t>τοῦ λόγου ἀρξάμενοι.</w:t>
      </w:r>
    </w:p>
    <w:p>
      <w:pPr>
        <w:jc w:val="center"/>
      </w:pPr>
      <w:r>
        <w:rPr>
          <w:rFonts w:ascii="Gentium Plus" w:hAnsi="Gentium Plus"/>
          <w:b/>
          <w:sz w:val="24"/>
        </w:rPr>
        <w:t>Κεφ. βʹ. Περὶ τῆς ἐκ τῶν λευκῶν οὔρων προγνώσεως.</w:t>
      </w:r>
    </w:p>
    <w:p>
      <w:r>
        <w:rPr>
          <w:rFonts w:ascii="Courier New" w:hAnsi="Courier New"/>
          <w:color w:val="555555"/>
          <w:sz w:val="20"/>
        </w:rPr>
        <w:t>[6 . 2 . 1]</w:t>
      </w:r>
    </w:p>
    <w:p>
      <w:r>
        <w:rPr>
          <w:rFonts w:ascii="Gentium Plus" w:hAnsi="Gentium Plus"/>
          <w:sz w:val="24"/>
        </w:rPr>
        <w:t>Ἐπεὶ τοίνυν δέδεικται τὰ λευκὰ τῶν οὔρων εἰς πλείω διαιρούμενα εἴδη καθὼς κἀν τοῖς περὶ διαφορᾶς οὔρων εἴρηται, χρεὼν ἂν εἴη περὶ αὐτῶν σκεπτομένους ἐπιδιελεῖν ταῦτα τῷ λόγῳ, καὶ τὰς ἐπ’ αὐτοῖς ὡς οἷόν τε</w:t>
      </w:r>
    </w:p>
    <w:p>
      <w:r>
        <w:rPr>
          <w:rFonts w:ascii="Courier New" w:hAnsi="Courier New"/>
          <w:color w:val="555555"/>
          <w:sz w:val="20"/>
        </w:rPr>
        <w:t>[5]</w:t>
      </w:r>
    </w:p>
    <w:p>
      <w:r>
        <w:rPr>
          <w:rFonts w:ascii="Gentium Plus" w:hAnsi="Gentium Plus"/>
          <w:sz w:val="24"/>
        </w:rPr>
        <w:t>προγνώσεις ἐπιθεῖναι.</w:t>
      </w:r>
    </w:p>
    <w:p>
      <w:r>
        <w:rPr>
          <w:rFonts w:ascii="Courier New" w:hAnsi="Courier New"/>
          <w:color w:val="555555"/>
          <w:sz w:val="20"/>
        </w:rPr>
        <w:t>[6 . 2 . 2]</w:t>
      </w:r>
    </w:p>
    <w:p>
      <w:r>
        <w:rPr>
          <w:rFonts w:ascii="Gentium Plus" w:hAnsi="Gentium Plus"/>
          <w:sz w:val="24"/>
        </w:rPr>
        <w:t>Τῶν οὖν λευκῶν μὲν τῷ χρώ‐ ματι κρυσταλλοειδῶν δὲ καὶ ὑδατωδῶν τῷ εἴδει ἀεὶ μὲν λεπτῶν τελούντων, ἐκεῖνα δὲ δηλούντων, ἃ κἀν τοῖς περὶ διαγνώσεως εἴρηται καὶ ταῦθ’ ὧδε προσεπιθεῖναι δεῖ τῷ</w:t>
      </w:r>
    </w:p>
    <w:p>
      <w:r>
        <w:rPr>
          <w:rFonts w:ascii="Courier New" w:hAnsi="Courier New"/>
          <w:color w:val="555555"/>
          <w:sz w:val="20"/>
        </w:rPr>
        <w:t>[5]</w:t>
      </w:r>
    </w:p>
    <w:p>
      <w:r>
        <w:rPr>
          <w:rFonts w:ascii="Gentium Plus" w:hAnsi="Gentium Plus"/>
          <w:sz w:val="24"/>
        </w:rPr>
        <w:t>λόγῳ.</w:t>
      </w:r>
    </w:p>
    <w:p>
      <w:r>
        <w:rPr>
          <w:rFonts w:ascii="Courier New" w:hAnsi="Courier New"/>
          <w:color w:val="555555"/>
          <w:sz w:val="20"/>
        </w:rPr>
        <w:t>[6 . 2 . 3]</w:t>
      </w:r>
    </w:p>
    <w:p>
      <w:r>
        <w:rPr>
          <w:rFonts w:ascii="Gentium Plus" w:hAnsi="Gentium Plus"/>
          <w:sz w:val="24"/>
        </w:rPr>
        <w:t>Πυρρῶν οὖν καὶ ἐρυθρῶν καὶ οἰνωπῶν καὶ οἱῳ‐ δήτινι κεχρωσμένων χρώματι ἡγησαμένων οὔρων ἐπὶ πυ‐ ρετῷ κρατίστῳ, εἰ ἐπὶ τὰ τοιαῦτα τῶν λευκῶν χρωμάτων μεταβληθείη τὰ οὖρα, ἔτι τῆς τοῦ πυρετοῦ μενούσης σφο‐</w:t>
      </w:r>
    </w:p>
    <w:p>
      <w:r>
        <w:rPr>
          <w:rFonts w:ascii="Courier New" w:hAnsi="Courier New"/>
          <w:color w:val="555555"/>
          <w:sz w:val="20"/>
        </w:rPr>
        <w:t>[5]</w:t>
      </w:r>
    </w:p>
    <w:p>
      <w:r>
        <w:rPr>
          <w:rFonts w:ascii="Gentium Plus" w:hAnsi="Gentium Plus"/>
          <w:sz w:val="24"/>
        </w:rPr>
        <w:t>δρότητος καὶ μήπω τινὸς ἀξιολόγου κρίσεως σημείου γε‐ γονότος, εἰκότως ἂν γνοίης ἐσομένην φρενῖτιν, καὶ το‐ σούτῳ χείρω, ὅσῳ καὶ τὰ προϋποδεδειγμένα χρώματα χείρω καθέστηκε.</w:t>
      </w:r>
    </w:p>
    <w:p>
      <w:r>
        <w:rPr>
          <w:rFonts w:ascii="Courier New" w:hAnsi="Courier New"/>
          <w:color w:val="555555"/>
          <w:sz w:val="20"/>
        </w:rPr>
        <w:t>[6 . 2 . 4]</w:t>
      </w:r>
    </w:p>
    <w:p>
      <w:r>
        <w:rPr>
          <w:rFonts w:ascii="Gentium Plus" w:hAnsi="Gentium Plus"/>
          <w:sz w:val="24"/>
        </w:rPr>
        <w:t>Διαψεύσῃ δ’ οὐδόλως πάλιν ἐπιχρωσθέν‐ των τῶν οὔρων, εἰ καὶ τὴν φρενῖτιν ἐπιλελύσθαι φαίης.</w:t>
      </w:r>
    </w:p>
    <w:p>
      <w:r>
        <w:rPr>
          <w:rFonts w:ascii="Courier New" w:hAnsi="Courier New"/>
          <w:color w:val="555555"/>
          <w:sz w:val="20"/>
        </w:rPr>
        <w:t>[6 . 2 . 5]</w:t>
      </w:r>
    </w:p>
    <w:p>
      <w:r>
        <w:rPr>
          <w:rFonts w:ascii="Gentium Plus" w:hAnsi="Gentium Plus"/>
          <w:sz w:val="24"/>
        </w:rPr>
        <w:t>Ἐκεῖνα μὲν γὰρ τὴν τὸ οὖρον χρωννύουσαν μετεω‐ ρισθῆναι δείκνυσιν ἐπὶ κεφαλὴν χολήν, ἢ δὴ καὶ χρονί‐ σασα προσθήκην ἂν προσενέγκαι τῷ πάθει θάνατον, τὰ μέντοι προσεπιχρωσθέντα τῶν οὔρων αὖθις καὶ τὸ δεινὸν</w:t>
      </w:r>
    </w:p>
    <w:p>
      <w:r>
        <w:rPr>
          <w:rFonts w:ascii="Courier New" w:hAnsi="Courier New"/>
          <w:color w:val="555555"/>
          <w:sz w:val="20"/>
        </w:rPr>
        <w:t>[5]</w:t>
      </w:r>
    </w:p>
    <w:p>
      <w:r>
        <w:rPr>
          <w:rFonts w:ascii="Gentium Plus" w:hAnsi="Gentium Plus"/>
          <w:sz w:val="24"/>
        </w:rPr>
        <w:t>λελύσθαι τοῦ παροτρύναντος τὴν πρώτην αἴσθησιν φάσκει, ἀντιστραφείσης αὖθις τῆς χολῆς πρὸς τὰ κάτω.</w:t>
      </w:r>
    </w:p>
    <w:p>
      <w:r>
        <w:rPr>
          <w:rFonts w:ascii="Courier New" w:hAnsi="Courier New"/>
          <w:color w:val="555555"/>
          <w:sz w:val="20"/>
        </w:rPr>
        <w:t>[6 . 2 . 6]</w:t>
      </w:r>
    </w:p>
    <w:p>
      <w:r>
        <w:rPr>
          <w:rFonts w:ascii="Gentium Plus" w:hAnsi="Gentium Plus"/>
          <w:sz w:val="24"/>
        </w:rPr>
        <w:t>Τῶν γε μὴν μετὰ παχείας συστάσεως ἡγησαμένων τοιούτων οὔρων μετὰ θρομβοειδῶν τῶν ὑποστάσεων ἐν ἀσθενεστέ‐ ροις πυρετοῖς, πλήθει δὲ καὶ τῷ λευκῷ διαλλαξάντων χρώ‐</w:t>
      </w:r>
    </w:p>
    <w:p>
      <w:r>
        <w:rPr>
          <w:rFonts w:ascii="Courier New" w:hAnsi="Courier New"/>
          <w:color w:val="555555"/>
          <w:sz w:val="20"/>
        </w:rPr>
        <w:t>[5]</w:t>
      </w:r>
    </w:p>
    <w:p>
      <w:r>
        <w:rPr>
          <w:rFonts w:ascii="Gentium Plus" w:hAnsi="Gentium Plus"/>
          <w:sz w:val="24"/>
        </w:rPr>
        <w:t>ματι μετὰ τὴν τοῦ νοσήματος ἀκμήν, ὅσον οὔπω λυθῆ‐ ναι προγινώσκεται ὁ πυρετός.</w:t>
      </w:r>
    </w:p>
    <w:p>
      <w:r>
        <w:rPr>
          <w:rFonts w:ascii="Courier New" w:hAnsi="Courier New"/>
          <w:color w:val="555555"/>
          <w:sz w:val="20"/>
        </w:rPr>
        <w:t>[6 . 2 . 7]</w:t>
      </w:r>
    </w:p>
    <w:p>
      <w:r>
        <w:rPr>
          <w:rFonts w:ascii="Gentium Plus" w:hAnsi="Gentium Plus"/>
          <w:sz w:val="24"/>
        </w:rPr>
        <w:t>Τῆς γάρ τοι φύσεως κρατησάσης μὲν τῆς ὕλης, πεψάσης δὲ καὶ προσλαβούσης, ὅσον ἂν χρειῶδες δόξειε, τὸ περιττόν τε καὶ ἀχρεῖον οὕτω δι’ οὔρων ἀπωθεῖται μὴ χρεὼν ὂν ἐπέχεσθαι νομισθὲν.</w:t>
      </w:r>
    </w:p>
    <w:p>
      <w:r>
        <w:rPr>
          <w:rFonts w:ascii="Courier New" w:hAnsi="Courier New"/>
          <w:color w:val="555555"/>
          <w:sz w:val="20"/>
        </w:rPr>
        <w:t>[6 . 2 . 8]</w:t>
      </w:r>
    </w:p>
    <w:p>
      <w:r>
        <w:rPr>
          <w:rFonts w:ascii="Gentium Plus" w:hAnsi="Gentium Plus"/>
          <w:sz w:val="24"/>
        </w:rPr>
        <w:t>Ἐπί γε μὴν τοῦ διαβήτου μήτε χρωννύμενον μήτε συνιστάμενον καὶ μειούμενον οὐκ εἰς καλὸν προβῆναι τὴν εἰς ἀμίδα φάσκει διάρροιαν.</w:t>
      </w:r>
    </w:p>
    <w:p>
      <w:r>
        <w:rPr>
          <w:rFonts w:ascii="Courier New" w:hAnsi="Courier New"/>
          <w:color w:val="555555"/>
          <w:sz w:val="20"/>
        </w:rPr>
        <w:t>[6 . 2 . 9]</w:t>
      </w:r>
    </w:p>
    <w:p>
      <w:r>
        <w:rPr>
          <w:rFonts w:ascii="Gentium Plus" w:hAnsi="Gentium Plus"/>
          <w:sz w:val="24"/>
        </w:rPr>
        <w:t>Τῆς γάρ τοι φύσεως προαποκαμούσης δέος οὐκ ὀλίγον, μὴ καὶ τὴν ζωὴν ὁ κάμνων ζημιωθείη.</w:t>
      </w:r>
    </w:p>
    <w:p>
      <w:r>
        <w:rPr>
          <w:rFonts w:ascii="Courier New" w:hAnsi="Courier New"/>
          <w:color w:val="555555"/>
          <w:sz w:val="20"/>
        </w:rPr>
        <w:t>[6 . 2 . 10]</w:t>
      </w:r>
    </w:p>
    <w:p>
      <w:r>
        <w:rPr>
          <w:rFonts w:ascii="Gentium Plus" w:hAnsi="Gentium Plus"/>
          <w:sz w:val="24"/>
        </w:rPr>
        <w:t>Οὐ δεῖ δὲ λανθάνειν, ὡς τὰ τοι‐ αῦτα χρώματα τῶν οὔρων γέρουσι μέτριά τινα τὰ κακὰ σημήνειε· νέοις δὲ καὶ ἀκμάζουσιν ἐπιφαινόμενα πονηρό‐ τερα καὶ μᾶλλον εἰ μηδὲ παρυφιστάμενα τούτοις φαίνηται</w:t>
      </w:r>
    </w:p>
    <w:p>
      <w:r>
        <w:rPr>
          <w:rFonts w:ascii="Courier New" w:hAnsi="Courier New"/>
          <w:color w:val="555555"/>
          <w:sz w:val="20"/>
        </w:rPr>
        <w:t>[5]</w:t>
      </w:r>
    </w:p>
    <w:p>
      <w:r>
        <w:rPr>
          <w:rFonts w:ascii="Gentium Plus" w:hAnsi="Gentium Plus"/>
          <w:sz w:val="24"/>
        </w:rPr>
        <w:t>καὶ φαινόμενα ᾖ φαῦλα καὶ οὐ προσήκοντα.</w:t>
      </w:r>
    </w:p>
    <w:p>
      <w:r>
        <w:rPr>
          <w:rFonts w:ascii="Courier New" w:hAnsi="Courier New"/>
          <w:color w:val="555555"/>
          <w:sz w:val="20"/>
        </w:rPr>
        <w:t>[6 . 2 . 11]</w:t>
      </w:r>
    </w:p>
    <w:p>
      <w:r>
        <w:rPr>
          <w:rFonts w:ascii="Gentium Plus" w:hAnsi="Gentium Plus"/>
          <w:sz w:val="24"/>
        </w:rPr>
        <w:t>Ἐπὶ γὰρ ἐσχάταις ταῦτα ἀπεψίαις καὶ ψύξεσι καὶ μακραῖς τισιν ἀρρωστίαις γίνεται καὶ πρὸς τούτοις οὐ μετρίαις ἐμφρά‐ ξεσι.</w:t>
      </w:r>
    </w:p>
    <w:p>
      <w:r>
        <w:rPr>
          <w:rFonts w:ascii="Courier New" w:hAnsi="Courier New"/>
          <w:color w:val="555555"/>
          <w:sz w:val="20"/>
        </w:rPr>
        <w:t>[6 . 2 . 12]</w:t>
      </w:r>
    </w:p>
    <w:p>
      <w:r>
        <w:rPr>
          <w:rFonts w:ascii="Gentium Plus" w:hAnsi="Gentium Plus"/>
          <w:sz w:val="24"/>
        </w:rPr>
        <w:t>Καὶ ἐπανιόντων μὲν εἰς τὸ σύμμετρον αὖθις, βραχύ τι ἂν τὰ σώματα λυπηθείη καὶ τὰ φθάσαντα λυ‐ μανθῆναι ῥᾳδίως ἂν ἡ δύναμις ἀνακαλέσαιτο ἤδη τὴν αὐτῆς ἀναλαμβάνουσα ῥώμην.</w:t>
      </w:r>
    </w:p>
    <w:p>
      <w:r>
        <w:rPr>
          <w:rFonts w:ascii="Courier New" w:hAnsi="Courier New"/>
          <w:color w:val="555555"/>
          <w:sz w:val="20"/>
        </w:rPr>
        <w:t>[6 . 2 . 13]</w:t>
      </w:r>
    </w:p>
    <w:p>
      <w:r>
        <w:rPr>
          <w:rFonts w:ascii="Gentium Plus" w:hAnsi="Gentium Plus"/>
          <w:sz w:val="24"/>
        </w:rPr>
        <w:t>Ἐπὶ τοῖς αὐτοῖς δὲ εἴδεσι μένοντα δυσθυμίας μὲν καὶ σκοτοδίνας, ἴλιγγάς τε καὶ ἐπιληψίας ἐποίσει, σιτίων τε ἀποστροφὰς καὶ φαύλων ἔσθ’ ὅτε ἐπιθυμίας βρωμάτων, καὶ κυνώδεις ὀρέξεις, ἄρ‐</w:t>
      </w:r>
    </w:p>
    <w:p>
      <w:r>
        <w:rPr>
          <w:rFonts w:ascii="Courier New" w:hAnsi="Courier New"/>
          <w:color w:val="555555"/>
          <w:sz w:val="20"/>
        </w:rPr>
        <w:t>[5]</w:t>
      </w:r>
    </w:p>
    <w:p>
      <w:r>
        <w:rPr>
          <w:rFonts w:ascii="Gentium Plus" w:hAnsi="Gentium Plus"/>
          <w:sz w:val="24"/>
        </w:rPr>
        <w:t>θρων τε ὀδύναι παρέσονται καὶ δυσκινησίαι νεύρων, νε‐ φρίτιδές τε καὶ κεφαλῆς διάφορα πάθη, κώλου τ’ ἀλγειναὶ αἰσθήσεις καὶ μαρασμῶδες ἐκ νόσου γῆρας.</w:t>
      </w:r>
    </w:p>
    <w:p>
      <w:r>
        <w:rPr>
          <w:rFonts w:ascii="Courier New" w:hAnsi="Courier New"/>
          <w:color w:val="555555"/>
          <w:sz w:val="20"/>
        </w:rPr>
        <w:t>[6 . 2 . 14]</w:t>
      </w:r>
    </w:p>
    <w:p>
      <w:r>
        <w:rPr>
          <w:rFonts w:ascii="Gentium Plus" w:hAnsi="Gentium Plus"/>
          <w:sz w:val="24"/>
        </w:rPr>
        <w:t>Τοιαῦτ’ ἂν προγνοίης τὰς διαφορὰς μεμαθηκὼς τῶν ἐπὶ τῆς περὶ διαγνώσεως ῥηθέντων οὔρων λευκῶν, προανεγνωκὼς δὲ καὶ τὸ περὶ τῶν συμπτωμάτων συγγραφὲν τῷ Γαλήνῳ βίβλιον.</w:t>
      </w:r>
    </w:p>
    <w:p>
      <w:r>
        <w:rPr>
          <w:rFonts w:ascii="Courier New" w:hAnsi="Courier New"/>
          <w:color w:val="555555"/>
          <w:sz w:val="20"/>
        </w:rPr>
        <w:t>[6 . 2 . 15]</w:t>
      </w:r>
    </w:p>
    <w:p>
      <w:r>
        <w:rPr>
          <w:rFonts w:ascii="Gentium Plus" w:hAnsi="Gentium Plus"/>
          <w:sz w:val="24"/>
        </w:rPr>
        <w:t>Τὰ μὲν γὰρ τούτων ἀπεψίαις μάλιστα ἕπεται συνε‐ χέσι, τὰ δ’ αὖ ψύξεσιν ἐφ’ οἱασδήτινος ἐπιγεγενημέναις αἰτίας· ἐκεῖνα δὲ ἐμφράξεσιν ἢ χυμῶν μεταστάσεσι.</w:t>
      </w:r>
    </w:p>
    <w:p>
      <w:r>
        <w:rPr>
          <w:rFonts w:ascii="Courier New" w:hAnsi="Courier New"/>
          <w:color w:val="555555"/>
          <w:sz w:val="20"/>
        </w:rPr>
        <w:t>[6 . 2 . 16]</w:t>
      </w:r>
    </w:p>
    <w:p>
      <w:r>
        <w:rPr>
          <w:rFonts w:ascii="Gentium Plus" w:hAnsi="Gentium Plus"/>
          <w:sz w:val="24"/>
        </w:rPr>
        <w:t>Σκοπεῖν δὲ δεῖ πρὸς τοῦτοις τὸν ἀληθεῖς τὰς ψήφους</w:t>
      </w:r>
    </w:p>
    <w:p>
      <w:r>
        <w:rPr>
          <w:rFonts w:ascii="Courier New" w:hAnsi="Courier New"/>
          <w:color w:val="555555"/>
          <w:sz w:val="20"/>
        </w:rPr>
        <w:t>[6 . 2 . 17]</w:t>
      </w:r>
    </w:p>
    <w:p>
      <w:r>
        <w:rPr>
          <w:rFonts w:ascii="Gentium Plus" w:hAnsi="Gentium Plus"/>
          <w:sz w:val="24"/>
        </w:rPr>
        <w:t>Τῷ γὰρ ταῦτα ἐπιμετρήσαντι καὶ τῇ ἐπινοίᾳ τὸ κατὰ φύσιν τἀνθρώπῳ λογισαμένῳ οὖρον καὶ τούτῳ τὸ φαινό‐ μενον παραβάλλοντι ῥᾳδίως μέντ’ ἂν ἡ διαμαρτία, ὁπόση εἴη, ὀφθείη, πρόχειρος δὲ ἡ ἐπὶ τῷ φανέντι πρόγνωσις</w:t>
      </w:r>
    </w:p>
    <w:p>
      <w:r>
        <w:rPr>
          <w:rFonts w:ascii="Courier New" w:hAnsi="Courier New"/>
          <w:color w:val="555555"/>
          <w:sz w:val="20"/>
        </w:rPr>
        <w:t>[5]</w:t>
      </w:r>
    </w:p>
    <w:p>
      <w:r>
        <w:rPr>
          <w:rFonts w:ascii="Gentium Plus" w:hAnsi="Gentium Plus"/>
          <w:sz w:val="24"/>
        </w:rPr>
        <w:t>ἀποδοθείη, προεπεσκεμμένης δηλονότι καὶ τῆς ἐπὶ τῷ νοσοῦντι εὐαισθησίας τε καὶ εὐπαθείας τῶν μορίων.</w:t>
      </w:r>
    </w:p>
    <w:p>
      <w:r>
        <w:rPr>
          <w:rFonts w:ascii="Courier New" w:hAnsi="Courier New"/>
          <w:color w:val="555555"/>
          <w:sz w:val="20"/>
        </w:rPr>
        <w:t>[6 . 2 . 18]</w:t>
      </w:r>
    </w:p>
    <w:p>
      <w:r>
        <w:rPr>
          <w:rFonts w:ascii="Gentium Plus" w:hAnsi="Gentium Plus"/>
          <w:sz w:val="24"/>
        </w:rPr>
        <w:t>Τὰ μάλιστα γὰρ καὶ αὗται λυσιτελεῖν πως εἰώθεσαν ταῖς προρρήσεσι, μὴ πάντων ἐπὶ ταῖς αὐταῖς ὡσαύτως ᾐσθημένων διαθέσεσιν.</w:t>
      </w:r>
    </w:p>
    <w:p>
      <w:r>
        <w:rPr>
          <w:rFonts w:ascii="Courier New" w:hAnsi="Courier New"/>
          <w:color w:val="555555"/>
          <w:sz w:val="20"/>
        </w:rPr>
        <w:t>[6 . 2 . 19]</w:t>
      </w:r>
    </w:p>
    <w:p>
      <w:r>
        <w:rPr>
          <w:rFonts w:ascii="Gentium Plus" w:hAnsi="Gentium Plus"/>
          <w:sz w:val="24"/>
        </w:rPr>
        <w:t>Ἐπὶ μὲν τῶν οὕτως ἐπιτε‐ ταμένων λευκῶν τοιαύτας ἄν τις ἀποδοίη τὰς προγνώσεις, εὖ κρίνειν μεμαθηκώς· ἐπὶ δὲ τῶν ὑφειμένως λευκῶν γα‐ λακτοειδῶν δηλονότι καὶ γλαυκῶν καὶ χαροπῶν καὶ τῶν</w:t>
      </w:r>
    </w:p>
    <w:p>
      <w:r>
        <w:rPr>
          <w:rFonts w:ascii="Courier New" w:hAnsi="Courier New"/>
          <w:color w:val="555555"/>
          <w:sz w:val="20"/>
        </w:rPr>
        <w:t>[5]</w:t>
      </w:r>
    </w:p>
    <w:p>
      <w:r>
        <w:rPr>
          <w:rFonts w:ascii="Gentium Plus" w:hAnsi="Gentium Plus"/>
          <w:sz w:val="24"/>
        </w:rPr>
        <w:t>τοιούτων, τοιαύτας τινὰς προειδείη τὰς ἐπισημασίας, ἐν μὲν ταῖς ἀρχαῖς τε καὶ ἐπιδόσεσι τῶν πυρετῶν πονηρὰ καὶ ταῦτα καὶ μᾶλλον ὅσον οἱ πυρετοὶ κρατύνονται.</w:t>
      </w:r>
    </w:p>
    <w:p>
      <w:r>
        <w:rPr>
          <w:rFonts w:ascii="Courier New" w:hAnsi="Courier New"/>
          <w:color w:val="555555"/>
          <w:sz w:val="20"/>
        </w:rPr>
        <w:t>[6 . 2 . 20]</w:t>
      </w:r>
    </w:p>
    <w:p>
      <w:r>
        <w:rPr>
          <w:rFonts w:ascii="Gentium Plus" w:hAnsi="Gentium Plus"/>
          <w:sz w:val="24"/>
        </w:rPr>
        <w:t>Πλῆθος γὰρ ἐνταῦθα τῆς ὠμῆς ἀκμάζειν συσσαπεί‐ σης ὕλης φαίνεται, παρακμασάντων δὲ τῶν πυρετῶν σω‐ τήρια καὶ μᾶλλον, εἰ τῷ πλήθει ὑπερβάλλει.</w:t>
      </w:r>
    </w:p>
    <w:p>
      <w:r>
        <w:rPr>
          <w:rFonts w:ascii="Courier New" w:hAnsi="Courier New"/>
          <w:color w:val="555555"/>
          <w:sz w:val="20"/>
        </w:rPr>
        <w:t>[6 . 2 . 21]</w:t>
      </w:r>
    </w:p>
    <w:p>
      <w:r>
        <w:rPr>
          <w:rFonts w:ascii="Gentium Plus" w:hAnsi="Gentium Plus"/>
          <w:sz w:val="24"/>
        </w:rPr>
        <w:t>Ἐκεῖνο μὲν γὰρ ἤτοι πλῆθος ἐπισεσωρεῦσθαι τῆς τοιαύτης ἀνα‐ φθείσης ὠμοχυμίας δηλοῖ ἢ τοῦ χρωννύντος χυμοῦ καὶ τἄλλα μέρη τοῦ σώματος ῥοπήν, τὰ δ’ ὕστατα παρακμὴν</w:t>
      </w:r>
    </w:p>
    <w:p>
      <w:r>
        <w:rPr>
          <w:rFonts w:ascii="Courier New" w:hAnsi="Courier New"/>
          <w:color w:val="555555"/>
          <w:sz w:val="20"/>
        </w:rPr>
        <w:t>[5]</w:t>
      </w:r>
    </w:p>
    <w:p>
      <w:r>
        <w:rPr>
          <w:rFonts w:ascii="Gentium Plus" w:hAnsi="Gentium Plus"/>
          <w:sz w:val="24"/>
        </w:rPr>
        <w:t>μὲν τοῦ πυρετοῦ, πυρρωδεστέρων οὔρων δηλονότι ἡγησα‐ μένων, ἀπόκρισιν δὲ τῶν πυρετῶν ὑπορρωσθεῖσαν τῇ ἀπο‐ κριτικῇ δυνάμει.</w:t>
      </w:r>
    </w:p>
    <w:p>
      <w:r>
        <w:rPr>
          <w:rFonts w:ascii="Courier New" w:hAnsi="Courier New"/>
          <w:color w:val="555555"/>
          <w:sz w:val="20"/>
        </w:rPr>
        <w:t>[6 . 2 . 22]</w:t>
      </w:r>
    </w:p>
    <w:p>
      <w:r>
        <w:rPr>
          <w:rFonts w:ascii="Gentium Plus" w:hAnsi="Gentium Plus"/>
          <w:sz w:val="24"/>
        </w:rPr>
        <w:t>Ταῦτ’ ἅρα διὰ μὲν τῶν πρώτως καὶ ἐν ἀρχαῖς φαινομένων κακοήθειαν μὲν ἂν προγνοίης τοῦ νοσήματος, χρόνου δ’ ἐς πέψιν πλείονος δεῖσθαι τὴν τοι‐ αύτην φαίης ὠμότητα.</w:t>
      </w:r>
    </w:p>
    <w:p>
      <w:r>
        <w:rPr>
          <w:rFonts w:ascii="Courier New" w:hAnsi="Courier New"/>
          <w:color w:val="555555"/>
          <w:sz w:val="20"/>
        </w:rPr>
        <w:t>[6 . 2 . 23]</w:t>
      </w:r>
    </w:p>
    <w:p>
      <w:r>
        <w:rPr>
          <w:rFonts w:ascii="Gentium Plus" w:hAnsi="Gentium Plus"/>
          <w:sz w:val="24"/>
        </w:rPr>
        <w:t>Ἐπεὶ δὲ μήπω διάδηλον ἐν τοῖς τοιούτοις οὔροις τὸ μέγεθος τοῦ πυρετοῦ καθίστα‐ ται—ἦ γὰρ ἂν οὐδὲ κακοήθης νενόμιστο ἀπὸ σφυγμῶν— ἁψάμενον τό τε μέγεθος ἐπισκοπεῖν προσήκει τῶν πυρε‐</w:t>
      </w:r>
    </w:p>
    <w:p>
      <w:r>
        <w:rPr>
          <w:rFonts w:ascii="Courier New" w:hAnsi="Courier New"/>
          <w:color w:val="555555"/>
          <w:sz w:val="20"/>
        </w:rPr>
        <w:t>[5]</w:t>
      </w:r>
    </w:p>
    <w:p>
      <w:r>
        <w:rPr>
          <w:rFonts w:ascii="Gentium Plus" w:hAnsi="Gentium Plus"/>
          <w:sz w:val="24"/>
        </w:rPr>
        <w:t>τῶν καὶ τὸν τῆς δυνάμεως τόνον, συμμαρτυρήσειε δ’ ἂν καὶ διαχωρήματα καὶ χροιὰ προσώπου καὶ ὅσα συμπτώ‐ ματα λέγεται καὶ φαίνεται.</w:t>
      </w:r>
    </w:p>
    <w:p>
      <w:r>
        <w:rPr>
          <w:rFonts w:ascii="Courier New" w:hAnsi="Courier New"/>
          <w:color w:val="555555"/>
          <w:sz w:val="20"/>
        </w:rPr>
        <w:t>[6 . 2 . 24]</w:t>
      </w:r>
    </w:p>
    <w:p>
      <w:r>
        <w:rPr>
          <w:rFonts w:ascii="Gentium Plus" w:hAnsi="Gentium Plus"/>
          <w:sz w:val="24"/>
        </w:rPr>
        <w:t>Ἐπὰν οὖν ἄλλοθεν τὸ μέγεθος ἀναμάθῃς τοῦ πυρετοῦ, γνοίης δὲ καὶ τὸν τῆς φυσικῆς δυνάμεως τόνον, ἐπισκοπήσῃς δὲ καὶ τὸ μέτρον</w:t>
      </w:r>
    </w:p>
    <w:p>
      <w:r>
        <w:rPr>
          <w:rFonts w:ascii="Courier New" w:hAnsi="Courier New"/>
          <w:color w:val="555555"/>
          <w:sz w:val="20"/>
        </w:rPr>
        <w:t>[5]</w:t>
      </w:r>
    </w:p>
    <w:p>
      <w:r>
        <w:rPr>
          <w:rFonts w:ascii="Gentium Plus" w:hAnsi="Gentium Plus"/>
          <w:sz w:val="24"/>
        </w:rPr>
        <w:t>μώτερον, ὥσθ’ ἑκάστῳ στοχαστικῶς μέν, ἠκριβωμένως δ’ ἐπιθεῖναι τὰ μέτρα.</w:t>
      </w:r>
    </w:p>
    <w:p>
      <w:r>
        <w:rPr>
          <w:rFonts w:ascii="Courier New" w:hAnsi="Courier New"/>
          <w:color w:val="555555"/>
          <w:sz w:val="20"/>
        </w:rPr>
        <w:t>[6 . 2 . 25]</w:t>
      </w:r>
    </w:p>
    <w:p>
      <w:r>
        <w:rPr>
          <w:rFonts w:ascii="Gentium Plus" w:hAnsi="Gentium Plus"/>
          <w:sz w:val="24"/>
        </w:rPr>
        <w:t>Ἂν μὲν οὖν πλείω μὲν τὰ τῆς ἀπεψίας πέφυκε σύμβολα, ἐπὶ συχναῖς δ’ ἡμέραις παρα‐ τείνει ταῦτα, πολὺ δὲ τὸ πυρετοῦ μέγεθος, ὁ δὲ δὴ τόνος μείων τε καὶ ἀσθενὴς καταλαμβάνεται, ἀπαγορεῦσαι μὲν</w:t>
      </w:r>
    </w:p>
    <w:p>
      <w:r>
        <w:rPr>
          <w:rFonts w:ascii="Courier New" w:hAnsi="Courier New"/>
          <w:color w:val="555555"/>
          <w:sz w:val="20"/>
        </w:rPr>
        <w:t>[5]</w:t>
      </w:r>
    </w:p>
    <w:p>
      <w:r>
        <w:rPr>
          <w:rFonts w:ascii="Gentium Plus" w:hAnsi="Gentium Plus"/>
          <w:sz w:val="24"/>
        </w:rPr>
        <w:t>ἐνταῦθ’ εἰκὸς τὴν φύσιν, λύσιν δὲ τῶν κακῶν τὸν θάνα‐ τον ἐπιγεγενῆσθαι προγνοίης, καθ’ ἃς ἂν μᾶλλον τῶν ἡμερῶν στοχάσαις τὴν δύναμιν ἀπειρηκυῖαν παύσασθαι.</w:t>
      </w:r>
    </w:p>
    <w:p>
      <w:r>
        <w:rPr>
          <w:rFonts w:ascii="Courier New" w:hAnsi="Courier New"/>
          <w:color w:val="555555"/>
          <w:sz w:val="20"/>
        </w:rPr>
        <w:t>[6 . 2 . 26]</w:t>
      </w:r>
    </w:p>
    <w:p>
      <w:r>
        <w:rPr>
          <w:rFonts w:ascii="Gentium Plus" w:hAnsi="Gentium Plus"/>
          <w:sz w:val="24"/>
        </w:rPr>
        <w:t>Ἂν δὲ ἐκεῖνα μὲν ἔχῃ, ὥσπερ δῆτα καὶ λέλεκται, ἡ δὲ δὴ ῥώμη κρατύνηται, ἐλπὶς μὲν διὰ χρόνου περιγεγε‐ νῆσθαι τῶν ἀνιαρῶν τὸν κάμνοντα, ἀσφαλοῦς τετυχηκότα δταίτης. πολλὰ δ’ ἂν μεταξὺ συμβαίη φαῦλα συμπτώματα.</w:t>
      </w:r>
    </w:p>
    <w:p>
      <w:r>
        <w:rPr>
          <w:rFonts w:ascii="Courier New" w:hAnsi="Courier New"/>
          <w:color w:val="555555"/>
          <w:sz w:val="20"/>
        </w:rPr>
        <w:t>[6 . 2 . 27]</w:t>
      </w:r>
    </w:p>
    <w:p>
      <w:r>
        <w:rPr>
          <w:rFonts w:ascii="Gentium Plus" w:hAnsi="Gentium Plus"/>
          <w:sz w:val="24"/>
        </w:rPr>
        <w:t>Εἰ δὲ ταῦτα μὲν μείω, ἡ δὲ τοῦ σώματος ῥώμη φυ‐ σικὴ ἀμείνων, περιγενήσεται μὲν ὁ ἄνθρωπος οὕτως, μέ‐ τρια δὲ προσέσται τῶν συμπτωμάτων τὰ φαῦλα.</w:t>
      </w:r>
    </w:p>
    <w:p>
      <w:r>
        <w:rPr>
          <w:rFonts w:ascii="Courier New" w:hAnsi="Courier New"/>
          <w:color w:val="555555"/>
          <w:sz w:val="20"/>
        </w:rPr>
        <w:t>[6 . 2 . 28]</w:t>
      </w:r>
    </w:p>
    <w:p>
      <w:r>
        <w:rPr>
          <w:rFonts w:ascii="Gentium Plus" w:hAnsi="Gentium Plus"/>
          <w:sz w:val="24"/>
        </w:rPr>
        <w:t>Ἐπὶ οὖν πυρέσσουσιν ἀνθρώποις καὶ τοιαῦτα οὖρα προϊεμέ‐ νοις δίψαι μὲν μείους τῶν κατὰ τὴν ἀναλογίαν τῶν πυ‐ ρετῶν προσδοκωμένων ἔσονται, πλείω δ’ ἴσως τὰ οὖρα καὶ</w:t>
      </w:r>
    </w:p>
    <w:p>
      <w:r>
        <w:rPr>
          <w:rFonts w:ascii="Courier New" w:hAnsi="Courier New"/>
          <w:color w:val="555555"/>
          <w:sz w:val="20"/>
        </w:rPr>
        <w:t>[5]</w:t>
      </w:r>
    </w:p>
    <w:p>
      <w:r>
        <w:rPr>
          <w:rFonts w:ascii="Gentium Plus" w:hAnsi="Gentium Plus"/>
          <w:sz w:val="24"/>
        </w:rPr>
        <w:t>τὰ κατὰ γαστέρα ξηρότερα καὶ κεφαλῆς βάρη καὶ ἀλγηδό‐ νες ἀλλόκοτοι, ἴλιγγοί τε καὶ κατὰ γαστέρα στρόφοι, ἐνίοτε καὶ ὑδατώχολα τούτοις ἡ γαστὴρ διαχωρεῖ, ἐκ δὲ τοῦ χρό‐ νου τῶν μεταβολῶν τῶν οὔρων τὴν λύσιν ἀποσκοπήσαις ἂν τοῦ πυρετοῦ, ὥσπερ δῆτα καὶ ἐκ τῶν πέψεων τὰς τῶν</w:t>
      </w:r>
    </w:p>
    <w:p>
      <w:r>
        <w:rPr>
          <w:rFonts w:ascii="Courier New" w:hAnsi="Courier New"/>
          <w:color w:val="555555"/>
          <w:sz w:val="20"/>
        </w:rPr>
        <w:t>[10]</w:t>
      </w:r>
    </w:p>
    <w:p>
      <w:r>
        <w:rPr>
          <w:rFonts w:ascii="Gentium Plus" w:hAnsi="Gentium Plus"/>
          <w:sz w:val="24"/>
        </w:rPr>
        <w:t>κρίσεων ποιότητας.</w:t>
      </w:r>
    </w:p>
    <w:p>
      <w:r>
        <w:rPr>
          <w:rFonts w:ascii="Courier New" w:hAnsi="Courier New"/>
          <w:color w:val="555555"/>
          <w:sz w:val="20"/>
        </w:rPr>
        <w:t>[6 . 2 . 29]</w:t>
      </w:r>
    </w:p>
    <w:p>
      <w:r>
        <w:rPr>
          <w:rFonts w:ascii="Gentium Plus" w:hAnsi="Gentium Plus"/>
          <w:sz w:val="24"/>
        </w:rPr>
        <w:t>Ἀλλ’ ἡ μὲν ἐπὶ τοῖς ὑφειμένως λευκοῖς οὔροις πρόγνωσις ἐπὶ τοῖς πυρέσσουσιν ἀνθρώποις τοιαύτη τις ἂν ἀποδοθείη· τοῖς γε μὴν ὑγιαίνουσι τοι‐ αῦτά ποτε φαινόμενα μετρίαν μὲν τὴν ἐπὶ τῆς ψύξεως</w:t>
      </w:r>
    </w:p>
    <w:p>
      <w:r>
        <w:rPr>
          <w:rFonts w:ascii="Courier New" w:hAnsi="Courier New"/>
          <w:color w:val="555555"/>
          <w:sz w:val="20"/>
        </w:rPr>
        <w:t>[5]</w:t>
      </w:r>
    </w:p>
    <w:p>
      <w:r>
        <w:rPr>
          <w:rFonts w:ascii="Gentium Plus" w:hAnsi="Gentium Plus"/>
          <w:sz w:val="24"/>
        </w:rPr>
        <w:t>βλάβην δηλοῖ.</w:t>
      </w:r>
    </w:p>
    <w:p>
      <w:r>
        <w:rPr>
          <w:rFonts w:ascii="Courier New" w:hAnsi="Courier New"/>
          <w:color w:val="555555"/>
          <w:sz w:val="20"/>
        </w:rPr>
        <w:t>[6 . 2 . 30]</w:t>
      </w:r>
    </w:p>
    <w:p>
      <w:r>
        <w:rPr>
          <w:rFonts w:ascii="Gentium Plus" w:hAnsi="Gentium Plus"/>
          <w:sz w:val="24"/>
        </w:rPr>
        <w:t>Προλέγειν δὲ κἀνταῦθα χρεών, ἃ ἂν τῶν παθῶν τε καὶ τῶν συμπτωμάτων διὰ μετριωτέρας ψύξεις ἐπάγεσθαι οἰηθῇς.</w:t>
      </w:r>
    </w:p>
    <w:p>
      <w:r>
        <w:rPr>
          <w:rFonts w:ascii="Courier New" w:hAnsi="Courier New"/>
          <w:color w:val="555555"/>
          <w:sz w:val="20"/>
        </w:rPr>
        <w:t>[6 . 2 . 31]</w:t>
      </w:r>
    </w:p>
    <w:p>
      <w:r>
        <w:rPr>
          <w:rFonts w:ascii="Gentium Plus" w:hAnsi="Gentium Plus"/>
          <w:sz w:val="24"/>
        </w:rPr>
        <w:t>Πρὸς τούτοις δὲ κἀκεῖνο προειδέναι θέμις, ὡς ὅσα δῆτα τῶν συμπτωμάτων ἡμεῖς τῷ λόγῳ προτίθεμεν, οὔθ’ ὡς κατ’ ἀνάγκην ἑπόμενα λέγο‐ μεν, οὔτε μὴν σπανίως φαίνεσθαι.</w:t>
      </w:r>
    </w:p>
    <w:p>
      <w:r>
        <w:rPr>
          <w:rFonts w:ascii="Courier New" w:hAnsi="Courier New"/>
          <w:color w:val="555555"/>
          <w:sz w:val="20"/>
        </w:rPr>
        <w:t>[6 . 2 . 32]</w:t>
      </w:r>
    </w:p>
    <w:p>
      <w:r>
        <w:rPr>
          <w:rFonts w:ascii="Gentium Plus" w:hAnsi="Gentium Plus"/>
          <w:sz w:val="24"/>
        </w:rPr>
        <w:t>Ὥσπερ οὔθ’ ὅλα οὔτε τὰ πλείω ἢ ἐλάττω, ἀλλ’ ὡς ἐνδεχόμενα ἀεὶ συνανα‐ φαίνεσθαι τοιούτοις ἀρρωστημάτων εἴδεσιν, ἢ πάντα ἢ τὰ πλείω ἢ ἐλάττω κατά τε τὸ τῶν παθῶν μέγεθος καὶ</w:t>
      </w:r>
    </w:p>
    <w:p>
      <w:r>
        <w:rPr>
          <w:rFonts w:ascii="Courier New" w:hAnsi="Courier New"/>
          <w:color w:val="555555"/>
          <w:sz w:val="20"/>
        </w:rPr>
        <w:t>[5]</w:t>
      </w:r>
    </w:p>
    <w:p>
      <w:r>
        <w:rPr>
          <w:rFonts w:ascii="Gentium Plus" w:hAnsi="Gentium Plus"/>
          <w:sz w:val="24"/>
        </w:rPr>
        <w:t>τὴν εὐπάθειάν τε καὶ εὐαισθησίαν τἀνθρώπου.</w:t>
      </w:r>
    </w:p>
    <w:p>
      <w:r>
        <w:rPr>
          <w:rFonts w:ascii="Courier New" w:hAnsi="Courier New"/>
          <w:color w:val="555555"/>
          <w:sz w:val="20"/>
        </w:rPr>
        <w:t>[6 . 2 . 33]</w:t>
      </w:r>
    </w:p>
    <w:p>
      <w:r>
        <w:rPr>
          <w:rFonts w:ascii="Gentium Plus" w:hAnsi="Gentium Plus"/>
          <w:sz w:val="24"/>
        </w:rPr>
        <w:t>Δεῖ δὲ πάντως ὧδε καὶ ἀγχινοίας τε καὶ πείρας καὶ μαθήσεως τὸν τὰ τοιαῦτα σκοπήσαντα.</w:t>
      </w:r>
    </w:p>
    <w:p>
      <w:pPr>
        <w:jc w:val="center"/>
      </w:pPr>
      <w:r>
        <w:rPr>
          <w:rFonts w:ascii="Gentium Plus" w:hAnsi="Gentium Plus"/>
          <w:b/>
          <w:sz w:val="24"/>
        </w:rPr>
        <w:t>Κεφ. γʹ. Περὶ τῆς ἐκ τῶν ὑπώχρων καὶ ὠχρῶν οὔρων προγνώσεως.</w:t>
      </w:r>
    </w:p>
    <w:p>
      <w:r>
        <w:rPr>
          <w:rFonts w:ascii="Courier New" w:hAnsi="Courier New"/>
          <w:color w:val="555555"/>
          <w:sz w:val="20"/>
        </w:rPr>
        <w:t>[6 . 3 . 1]</w:t>
      </w:r>
    </w:p>
    <w:p>
      <w:r>
        <w:rPr>
          <w:rFonts w:ascii="Gentium Plus" w:hAnsi="Gentium Plus"/>
          <w:sz w:val="24"/>
        </w:rPr>
        <w:t>Ὕπωχρα δὲ καὶ ὠχρὰ ἐπὶ πυρετοῖς μὲν οὐκ ἂν ὀφθεῖεν, κἂν τύχοιεν δ’ ἐπὶ τούτοις ὄντες πυρετοὶ ἀβλη‐ χροί τε πάνυ καὶ εὔλυτοι τῶν ἐφημέρων τινὲς τυγχάνον‐ τες, πυρρωδεστέρων μέντοι προηγησαμένων ταῦτ’ ἐπιφα‐</w:t>
      </w:r>
    </w:p>
    <w:p>
      <w:r>
        <w:rPr>
          <w:rFonts w:ascii="Courier New" w:hAnsi="Courier New"/>
          <w:color w:val="555555"/>
          <w:sz w:val="20"/>
        </w:rPr>
        <w:t>[5]</w:t>
      </w:r>
    </w:p>
    <w:p>
      <w:r>
        <w:rPr>
          <w:rFonts w:ascii="Gentium Plus" w:hAnsi="Gentium Plus"/>
          <w:sz w:val="24"/>
        </w:rPr>
        <w:t>νέντα τὸν μὲν πυρετὸν ἐπιλελύσθαι δηλοῖ, ἐπὶ τὸ ψυχρό‐ τερον δ’ ἤδη κεχωρηκέναι τὴν ἕξιν.</w:t>
      </w:r>
    </w:p>
    <w:p>
      <w:r>
        <w:rPr>
          <w:rFonts w:ascii="Courier New" w:hAnsi="Courier New"/>
          <w:color w:val="555555"/>
          <w:sz w:val="20"/>
        </w:rPr>
        <w:t>[6 . 3 . 2]</w:t>
      </w:r>
    </w:p>
    <w:p>
      <w:r>
        <w:rPr>
          <w:rFonts w:ascii="Gentium Plus" w:hAnsi="Gentium Plus"/>
          <w:sz w:val="24"/>
        </w:rPr>
        <w:t>Ἀλλ’ αὕτη μὲν βραχείας τινὸς ῥοπῆς τῆς ἀπὸ προσηκούσης ἐπιτυχοῦσα διαίτης ἐπιρρώννυταί τε καὶ διορθοῦται καὶ τὰ σύμμετρα ἐντεῦθεν ἕπεται τῶν οὔρων φαινόμενα, περὶ ὧν ἂν εἴη</w:t>
      </w:r>
    </w:p>
    <w:p>
      <w:r>
        <w:rPr>
          <w:rFonts w:ascii="Courier New" w:hAnsi="Courier New"/>
          <w:color w:val="555555"/>
          <w:sz w:val="20"/>
        </w:rPr>
        <w:t>[5]</w:t>
      </w:r>
    </w:p>
    <w:p>
      <w:r>
        <w:rPr>
          <w:rFonts w:ascii="Gentium Plus" w:hAnsi="Gentium Plus"/>
          <w:sz w:val="24"/>
        </w:rPr>
        <w:t>νῦν προσῆκον φάναι.</w:t>
      </w:r>
    </w:p>
    <w:p>
      <w:pPr>
        <w:jc w:val="center"/>
      </w:pPr>
      <w:r>
        <w:rPr>
          <w:rFonts w:ascii="Gentium Plus" w:hAnsi="Gentium Plus"/>
          <w:b/>
          <w:sz w:val="24"/>
        </w:rPr>
        <w:t>Κεφ. δʹ. Περὶ τῆς ἐκ τῶν ὑποπύρρων καὶ ὑποξάνθων οὔρων προγνώσεως.</w:t>
      </w:r>
    </w:p>
    <w:p>
      <w:r>
        <w:rPr>
          <w:rFonts w:ascii="Courier New" w:hAnsi="Courier New"/>
          <w:color w:val="555555"/>
          <w:sz w:val="20"/>
        </w:rPr>
        <w:t>[6 . 4 . 1]</w:t>
      </w:r>
    </w:p>
    <w:p>
      <w:r>
        <w:rPr>
          <w:rFonts w:ascii="Gentium Plus" w:hAnsi="Gentium Plus"/>
          <w:sz w:val="24"/>
        </w:rPr>
        <w:t>Τὰ τοίνυν ὑπόπυρρά τε καὶ ὑπόξανθα τῶν οὔρων οὐκ οἶδα ὅτι ἂν πλέον ὑγείας διασημάνουσιν ἐν νέοις τε καὶ ἀκμάζουσι σώμασιν.</w:t>
      </w:r>
    </w:p>
    <w:p>
      <w:r>
        <w:rPr>
          <w:rFonts w:ascii="Courier New" w:hAnsi="Courier New"/>
          <w:color w:val="555555"/>
          <w:sz w:val="20"/>
        </w:rPr>
        <w:t>[6 . 4 . 2]</w:t>
      </w:r>
    </w:p>
    <w:p>
      <w:r>
        <w:rPr>
          <w:rFonts w:ascii="Gentium Plus" w:hAnsi="Gentium Plus"/>
          <w:sz w:val="24"/>
        </w:rPr>
        <w:t>Ἐπὶ γάρ τοι τῶν διὰ ψυχράν τινα δυσκρασίαν φυσικῶς αὐτοῖς συμβᾶσαν γερόντων τε καὶ γυναικῶν καὶ τῶν ὅσοις πρὸς τὸ λευκότερον τὰ οὖρα φαίνεται, ῥέποντα καθ’ οἱονδήτινα λόγον, καθὼς ἐν ἄλ‐</w:t>
      </w:r>
    </w:p>
    <w:p>
      <w:r>
        <w:rPr>
          <w:rFonts w:ascii="Courier New" w:hAnsi="Courier New"/>
          <w:color w:val="555555"/>
          <w:sz w:val="20"/>
        </w:rPr>
        <w:t>[5]</w:t>
      </w:r>
    </w:p>
    <w:p>
      <w:r>
        <w:rPr>
          <w:rFonts w:ascii="Gentium Plus" w:hAnsi="Gentium Plus"/>
          <w:sz w:val="24"/>
        </w:rPr>
        <w:t>λοις τούτων ἀρκούντως ἔφημεν, ταῦτα ἐπιφαινόμενα ἐπὶ τὸ δριμύτερον τὴν ἕξιν ἀπεστράφθαι δηλοῖ, εἴτε διὰ συν‐ εχεῖς τινας δριμυφαγίας ἢ διὰ γυμνάσια τὸ σύμμετρον ὑπερβάλλοντα.</w:t>
      </w:r>
    </w:p>
    <w:p>
      <w:r>
        <w:rPr>
          <w:rFonts w:ascii="Courier New" w:hAnsi="Courier New"/>
          <w:color w:val="555555"/>
          <w:sz w:val="20"/>
        </w:rPr>
        <w:t>[6 . 4 . 3]</w:t>
      </w:r>
    </w:p>
    <w:p>
      <w:r>
        <w:rPr>
          <w:rFonts w:ascii="Gentium Plus" w:hAnsi="Gentium Plus"/>
          <w:sz w:val="24"/>
        </w:rPr>
        <w:t>Θερμότητας γάρ τινος ἐμποιητικαὶ δί‐ αιται ἐπὶ τούτοις τὰ τοιαῦτα οὖρα προὐξένησαν, ἀλλὰ ταῦτα μὲν πάνυ μέτρια ὄντα καὶ μετρίας ἂν τὰς βλάβας ἐπαγάγοι καὶ ῥᾳδίως ἂν διορθοῖτο.</w:t>
      </w:r>
    </w:p>
    <w:p>
      <w:r>
        <w:rPr>
          <w:rFonts w:ascii="Courier New" w:hAnsi="Courier New"/>
          <w:color w:val="555555"/>
          <w:sz w:val="20"/>
        </w:rPr>
        <w:t>[6 . 4 . 4]</w:t>
      </w:r>
    </w:p>
    <w:p>
      <w:r>
        <w:rPr>
          <w:rFonts w:ascii="Gentium Plus" w:hAnsi="Gentium Plus"/>
          <w:sz w:val="24"/>
        </w:rPr>
        <w:t>Τά γε μὴν πυρρά τε ἤδη καὶ ξανθὰ ἐπὶ μείζοσι μὲν προφάσεσιν ἐπιφαίνεται τούτοις, ἐπὶ μείοσι δὲ τοῖς ἀκμάζουσιν, ὥστε τοῖς πόρρω τῶν κατὰ φύσιν τε καὶ κρᾶσιν ἔχουσι ταῦτα μείζους μὲν</w:t>
      </w:r>
    </w:p>
    <w:p>
      <w:r>
        <w:rPr>
          <w:rFonts w:ascii="Courier New" w:hAnsi="Courier New"/>
          <w:color w:val="555555"/>
          <w:sz w:val="20"/>
        </w:rPr>
        <w:t>[5]</w:t>
      </w:r>
    </w:p>
    <w:p>
      <w:r>
        <w:rPr>
          <w:rFonts w:ascii="Gentium Plus" w:hAnsi="Gentium Plus"/>
          <w:sz w:val="24"/>
        </w:rPr>
        <w:t>τὰς προγεγενημένας αἰτίας δείκνυσιν, ἤδη δὲ καὶ πυρετοῖς τούτους κατέχεσθαι χολῆς ξανθῆς διαχυθείσης τῷ σώματι, ὅσα μὲν ἐκ τοῦ καιροῦ εἴης στοχαζόμενος αἴτια, θερμό‐</w:t>
      </w:r>
    </w:p>
    <w:p>
      <w:r>
        <w:rPr>
          <w:rFonts w:ascii="Courier New" w:hAnsi="Courier New"/>
          <w:color w:val="555555"/>
          <w:sz w:val="20"/>
        </w:rPr>
        <w:t>[10]</w:t>
      </w:r>
    </w:p>
    <w:p>
      <w:r>
        <w:rPr>
          <w:rFonts w:ascii="Gentium Plus" w:hAnsi="Gentium Plus"/>
          <w:sz w:val="24"/>
        </w:rPr>
        <w:t>διαγωγήν.</w:t>
      </w:r>
    </w:p>
    <w:p>
      <w:r>
        <w:rPr>
          <w:rFonts w:ascii="Courier New" w:hAnsi="Courier New"/>
          <w:color w:val="555555"/>
          <w:sz w:val="20"/>
        </w:rPr>
        <w:t>[6 . 4 . 5]</w:t>
      </w:r>
    </w:p>
    <w:p>
      <w:r>
        <w:rPr>
          <w:rFonts w:ascii="Gentium Plus" w:hAnsi="Gentium Plus"/>
          <w:sz w:val="24"/>
        </w:rPr>
        <w:t>Ἐποίσεις δ’ εἶθ’ οὕτως τῷ λόγῳ καὶ τὰ τῆς χολῆς ἐν σώματι διασπαρείσης συμπτώματα.</w:t>
      </w:r>
    </w:p>
    <w:p>
      <w:r>
        <w:rPr>
          <w:rFonts w:ascii="Courier New" w:hAnsi="Courier New"/>
          <w:color w:val="555555"/>
          <w:sz w:val="20"/>
        </w:rPr>
        <w:t>[6 . 4 . 6]</w:t>
      </w:r>
    </w:p>
    <w:p>
      <w:r>
        <w:rPr>
          <w:rFonts w:ascii="Gentium Plus" w:hAnsi="Gentium Plus"/>
          <w:sz w:val="24"/>
        </w:rPr>
        <w:t>Οἵ τε γὰρ σκοτόδινοι ἐπὶ τούτοις συνίστασθαι εἰώθασι καὶ αἱ τῆς κεφαλῆς ἀλγηδόνες, πικρότητές τε τοῦ στόματος καὶ τῶν σιτίων ἀποστροφαὶ καὶ δίψαι ἱκαναί.</w:t>
      </w:r>
    </w:p>
    <w:p>
      <w:r>
        <w:rPr>
          <w:rFonts w:ascii="Courier New" w:hAnsi="Courier New"/>
          <w:color w:val="555555"/>
          <w:sz w:val="20"/>
        </w:rPr>
        <w:t>[6 . 4 . 7]</w:t>
      </w:r>
    </w:p>
    <w:p>
      <w:r>
        <w:rPr>
          <w:rFonts w:ascii="Gentium Plus" w:hAnsi="Gentium Plus"/>
          <w:sz w:val="24"/>
        </w:rPr>
        <w:t>Τούς γε μὴν ἀκμάζοντας καὶ θερμοτέρους τῇ κράσει τοιαῦτ’ οὖρα προ‐ βαλλομένους φαίης ἂν εἰκότως καὶ αὐτοὺς ἐπί τε παρα‐ πλησίαις διαίταις καὶ γυμνασίοις πλείοσιν εἰς τοῦτο ἐνε‐</w:t>
      </w:r>
    </w:p>
    <w:p>
      <w:r>
        <w:rPr>
          <w:rFonts w:ascii="Courier New" w:hAnsi="Courier New"/>
          <w:color w:val="555555"/>
          <w:sz w:val="20"/>
        </w:rPr>
        <w:t>[5]</w:t>
      </w:r>
    </w:p>
    <w:p>
      <w:r>
        <w:rPr>
          <w:rFonts w:ascii="Gentium Plus" w:hAnsi="Gentium Plus"/>
          <w:sz w:val="24"/>
        </w:rPr>
        <w:t>χθῆναι τῆς καταστάσεως, μείους δὲ τῶν προρρηθεισῶν τὰς ταῦτα προξενησάσας προφάσεις, ἀσθενέστερα δὲ καὶ τὰ συμπτώματα φαίης ἂν καὶ πλείονος μὲν ἐκείνους εἰς ἀπό‐ λυσιν τοῦ πάθους ἐπιδεήσεσθαι χρόνου, μείονος δ’ αὖ ὅσοι κατὰ φύσιν τοῖς οὔροις παρακείμενα ταῦτ’ ἔχοντες</w:t>
      </w:r>
    </w:p>
    <w:p>
      <w:r>
        <w:rPr>
          <w:rFonts w:ascii="Courier New" w:hAnsi="Courier New"/>
          <w:color w:val="555555"/>
          <w:sz w:val="20"/>
        </w:rPr>
        <w:t>[10]</w:t>
      </w:r>
    </w:p>
    <w:p>
      <w:r>
        <w:rPr>
          <w:rFonts w:ascii="Gentium Plus" w:hAnsi="Gentium Plus"/>
          <w:sz w:val="24"/>
        </w:rPr>
        <w:t>χρώματα.</w:t>
      </w:r>
    </w:p>
    <w:p>
      <w:pPr>
        <w:jc w:val="center"/>
      </w:pPr>
      <w:r>
        <w:rPr>
          <w:rFonts w:ascii="Gentium Plus" w:hAnsi="Gentium Plus"/>
          <w:b/>
          <w:sz w:val="24"/>
        </w:rPr>
        <w:t>Κεφ. εʹ. Περὶ τῆς ἐκ τῶν ὑπερύθρων καὶ ἐρυθρῶν οὔρων προγνώσεως.</w:t>
      </w:r>
    </w:p>
    <w:p>
      <w:r>
        <w:rPr>
          <w:rFonts w:ascii="Courier New" w:hAnsi="Courier New"/>
          <w:color w:val="555555"/>
          <w:sz w:val="20"/>
        </w:rPr>
        <w:t>[6 . 5 . 1]</w:t>
      </w:r>
    </w:p>
    <w:p>
      <w:r>
        <w:rPr>
          <w:rFonts w:ascii="Gentium Plus" w:hAnsi="Gentium Plus"/>
          <w:sz w:val="24"/>
        </w:rPr>
        <w:t>Ἐνταυθὶ δὲ καὶ περὶ ὑπερύθρων τε καὶ ἐρυθρῶν προσήκει φάναι χρωμάτων.</w:t>
      </w:r>
    </w:p>
    <w:p>
      <w:r>
        <w:rPr>
          <w:rFonts w:ascii="Courier New" w:hAnsi="Courier New"/>
          <w:color w:val="555555"/>
          <w:sz w:val="20"/>
        </w:rPr>
        <w:t>[6 . 5 . 2]</w:t>
      </w:r>
    </w:p>
    <w:p>
      <w:r>
        <w:rPr>
          <w:rFonts w:ascii="Gentium Plus" w:hAnsi="Gentium Plus"/>
          <w:sz w:val="24"/>
        </w:rPr>
        <w:t>Καὶ νέοις μὲν καὶ ἀκμά‐ ζουσιν ἀνθρώποις ἐπιφαινόμενα τῇ τοῦ χρωννύντος οἰκειό‐ τητι χυμοῦ οὐκ ἄγαν ἐπιταθῆναι δηλοῖ τὴν βλάβην, γέ‐ ρουσι δὲ καὶ πάλαι τὸ φυσικὸν ἀποβεβληκόσι θερμὸν</w:t>
      </w:r>
    </w:p>
    <w:p>
      <w:r>
        <w:rPr>
          <w:rFonts w:ascii="Courier New" w:hAnsi="Courier New"/>
          <w:color w:val="555555"/>
          <w:sz w:val="20"/>
        </w:rPr>
        <w:t>[5]</w:t>
      </w:r>
    </w:p>
    <w:p>
      <w:r>
        <w:rPr>
          <w:rFonts w:ascii="Gentium Plus" w:hAnsi="Gentium Plus"/>
          <w:sz w:val="24"/>
        </w:rPr>
        <w:t>χείριστα μὲν φαινόμενα, πάνυ δ’ ἐς τὴν κατὰ φύσιν ἀπο‐ κατάστασιν πλείστου χρόνου δεόμενα ὅπου γε καὶ οὐκ ὀλίγον δέος, μὴ προαποκαμούσης τῆς ζωτικῆς δυνάμεως λύσις τοῦ πάθους ὁ θάνατος ἐπιγένηται.</w:t>
      </w:r>
    </w:p>
    <w:p>
      <w:r>
        <w:rPr>
          <w:rFonts w:ascii="Courier New" w:hAnsi="Courier New"/>
          <w:color w:val="555555"/>
          <w:sz w:val="20"/>
        </w:rPr>
        <w:t>[6 . 5 . 3]</w:t>
      </w:r>
    </w:p>
    <w:p>
      <w:r>
        <w:rPr>
          <w:rFonts w:ascii="Gentium Plus" w:hAnsi="Gentium Plus"/>
          <w:sz w:val="24"/>
        </w:rPr>
        <w:t>Ἐν μὲν γὰρ τοῖς νέοις καὶ ἀκμάζουσι ταῦτα δὴ τὰ χρώματα φαινόμενα ὑπαγορεύει μὲν τὸν αἱματικὸν ηὐξῆσθαι χυμόν, καθὼς τοῖς περὶ διαγνώσεως οὔρων ἔφθημεν εἰρηκότες.</w:t>
      </w:r>
    </w:p>
    <w:p>
      <w:r>
        <w:rPr>
          <w:rFonts w:ascii="Courier New" w:hAnsi="Courier New"/>
          <w:color w:val="555555"/>
          <w:sz w:val="20"/>
        </w:rPr>
        <w:t>[6 . 5 . 4]</w:t>
      </w:r>
    </w:p>
    <w:p>
      <w:r>
        <w:rPr>
          <w:rFonts w:ascii="Gentium Plus" w:hAnsi="Gentium Plus"/>
          <w:sz w:val="24"/>
        </w:rPr>
        <w:t>Σὺ δ’ ἂν πρόρρησιν ἀψευδῆ τῷ λόγῳ ἐπιθείης, ὡς ἤτοι διαίταις ταῖς τὸν τοιοῦτον χυμὸν ἀπογεννώσαις ὁ κάμνων ἐχρή‐ σατο ἢ συνήθους αἵματος ἐκκρίσεως ἐπίσχεσις γέγονεν,</w:t>
      </w:r>
    </w:p>
    <w:p>
      <w:r>
        <w:rPr>
          <w:rFonts w:ascii="Courier New" w:hAnsi="Courier New"/>
          <w:color w:val="555555"/>
          <w:sz w:val="20"/>
        </w:rPr>
        <w:t>[5]</w:t>
      </w:r>
    </w:p>
    <w:p>
      <w:r>
        <w:rPr>
          <w:rFonts w:ascii="Gentium Plus" w:hAnsi="Gentium Plus"/>
          <w:sz w:val="24"/>
        </w:rPr>
        <w:t>ἤτοι φύσει ἢ τέχνῃ κεκενωμένου.</w:t>
      </w:r>
    </w:p>
    <w:p>
      <w:r>
        <w:rPr>
          <w:rFonts w:ascii="Courier New" w:hAnsi="Courier New"/>
          <w:color w:val="555555"/>
          <w:sz w:val="20"/>
        </w:rPr>
        <w:t>[6 . 5 . 5]</w:t>
      </w:r>
    </w:p>
    <w:p>
      <w:r>
        <w:rPr>
          <w:rFonts w:ascii="Gentium Plus" w:hAnsi="Gentium Plus"/>
          <w:sz w:val="24"/>
        </w:rPr>
        <w:t>Γέρουσι δὲ σπανίως ἂν ταῦτα συμβαίη, ὅσοις δηλονότι αἱ φυσικαὶ δυνάμεις ἔτι ἔρρωνται, καὶ τὰ γυμνάσια καὶ αἱ δίαιταί εἰσι προσ‐ ήκοντα.</w:t>
      </w:r>
    </w:p>
    <w:p>
      <w:r>
        <w:rPr>
          <w:rFonts w:ascii="Courier New" w:hAnsi="Courier New"/>
          <w:color w:val="555555"/>
          <w:sz w:val="20"/>
        </w:rPr>
        <w:t>[6 . 5 . 6]</w:t>
      </w:r>
    </w:p>
    <w:p>
      <w:r>
        <w:rPr>
          <w:rFonts w:ascii="Gentium Plus" w:hAnsi="Gentium Plus"/>
          <w:sz w:val="24"/>
        </w:rPr>
        <w:t>Χρόνου γε μὴν τούτους δεήσει πλείονος εἰς</w:t>
      </w:r>
    </w:p>
    <w:p>
      <w:r>
        <w:rPr>
          <w:rFonts w:ascii="Courier New" w:hAnsi="Courier New"/>
          <w:color w:val="555555"/>
          <w:sz w:val="20"/>
        </w:rPr>
        <w:t>[6 . 5 . 7]</w:t>
      </w:r>
    </w:p>
    <w:p>
      <w:r>
        <w:rPr>
          <w:rFonts w:ascii="Gentium Plus" w:hAnsi="Gentium Plus"/>
          <w:sz w:val="24"/>
        </w:rPr>
        <w:t>Ἐπὶ γὰρ ἀρρω‐ στίᾳ μάλιστα τῆς καθεκτικῆς τε καὶ διακριτικῆς δυνάμεως γίνονται μηκέτι ἰσχυούσης τὸν οἰκεῖον ἔχειν χυμόν, ἀλλ’ ἤδη μαραινομένης, ὥστ’ αὐτὸν ἀπολύειν.</w:t>
      </w:r>
    </w:p>
    <w:p>
      <w:r>
        <w:rPr>
          <w:rFonts w:ascii="Courier New" w:hAnsi="Courier New"/>
          <w:color w:val="555555"/>
          <w:sz w:val="20"/>
        </w:rPr>
        <w:t>[6 . 5 . 8]</w:t>
      </w:r>
    </w:p>
    <w:p>
      <w:r>
        <w:rPr>
          <w:rFonts w:ascii="Gentium Plus" w:hAnsi="Gentium Plus"/>
          <w:sz w:val="24"/>
        </w:rPr>
        <w:t>Τὰ γὰρ δι’ αὔξησιν λόγον τοῦ τοιούτου χυμοῦ πάνυ βραχέα τε καὶ ἀσαφῆ τοῖς γέρουσι πέφυκε, κἀν καὶ διὰ πυρετοῦ μέγεθος τοιαῦτα τοῖς γέρουσι φαίνεται, ἡλίκον ὅσον μεταλαμβάνε‐</w:t>
      </w:r>
    </w:p>
    <w:p>
      <w:r>
        <w:rPr>
          <w:rFonts w:ascii="Courier New" w:hAnsi="Courier New"/>
          <w:color w:val="555555"/>
          <w:sz w:val="20"/>
        </w:rPr>
        <w:t>[5]</w:t>
      </w:r>
    </w:p>
    <w:p>
      <w:r>
        <w:rPr>
          <w:rFonts w:ascii="Gentium Plus" w:hAnsi="Gentium Plus"/>
          <w:sz w:val="24"/>
        </w:rPr>
        <w:t>ται τὸ τοῦ πυρετοῦ μέγεθος.</w:t>
      </w:r>
    </w:p>
    <w:p>
      <w:r>
        <w:rPr>
          <w:rFonts w:ascii="Courier New" w:hAnsi="Courier New"/>
          <w:color w:val="555555"/>
          <w:sz w:val="20"/>
        </w:rPr>
        <w:t>[6 . 5 . 9]</w:t>
      </w:r>
    </w:p>
    <w:p>
      <w:r>
        <w:rPr>
          <w:rFonts w:ascii="Gentium Plus" w:hAnsi="Gentium Plus"/>
          <w:sz w:val="24"/>
        </w:rPr>
        <w:t>Διὰ μὲν γὰρ τὴν ἀπὸ τοῦ κατὰ φύσιν χρώματος ἀπόστασιν τὸ μέγεθος τοῦ πυ‐ ρετοῦ καταλαμβάνεται, διὰ δὲ τὸ τῆς ἡλικίας ἀνοίκειον ἡ πονηρία τοῦ πυρετοῦ, διὰ δὲ τὴν τῆς φυσικῆς δυνάμεως</w:t>
      </w:r>
    </w:p>
    <w:p>
      <w:r>
        <w:rPr>
          <w:rFonts w:ascii="Courier New" w:hAnsi="Courier New"/>
          <w:color w:val="555555"/>
          <w:sz w:val="20"/>
        </w:rPr>
        <w:t>[5]</w:t>
      </w:r>
    </w:p>
    <w:p>
      <w:r>
        <w:rPr>
          <w:rFonts w:ascii="Gentium Plus" w:hAnsi="Gentium Plus"/>
          <w:sz w:val="24"/>
        </w:rPr>
        <w:t>ἀτονίαν ὁ κίνδυνος ὑποπτεύεται.</w:t>
      </w:r>
    </w:p>
    <w:p>
      <w:r>
        <w:rPr>
          <w:rFonts w:ascii="Courier New" w:hAnsi="Courier New"/>
          <w:color w:val="555555"/>
          <w:sz w:val="20"/>
        </w:rPr>
        <w:t>[6 . 5 . 10]</w:t>
      </w:r>
    </w:p>
    <w:p>
      <w:r>
        <w:rPr>
          <w:rFonts w:ascii="Gentium Plus" w:hAnsi="Gentium Plus"/>
          <w:sz w:val="24"/>
        </w:rPr>
        <w:t>Ἐπεὶ δὲ καὶ δι’ ἐρυθρᾶς χολῆς αὔξησιν τοιαῦτ’ ἐνίοτε ἀποδίδοται οὖρα, εἰκότως ἄν στοχάσαιο διὰ τῶν τὴν χολὴν γεννώντων ταύ‐ την ηὐξῆσθαι.</w:t>
      </w:r>
    </w:p>
    <w:p>
      <w:r>
        <w:rPr>
          <w:rFonts w:ascii="Courier New" w:hAnsi="Courier New"/>
          <w:color w:val="555555"/>
          <w:sz w:val="20"/>
        </w:rPr>
        <w:t>[6 . 5 . 11]</w:t>
      </w:r>
    </w:p>
    <w:p>
      <w:r>
        <w:rPr>
          <w:rFonts w:ascii="Gentium Plus" w:hAnsi="Gentium Plus"/>
          <w:sz w:val="24"/>
        </w:rPr>
        <w:t>Ἤδη ἀκμάζουσιν ἐπιφαίνεται μάλιστα, χείρω δὲ ποιεῖ συμπτώματα τῶν ἐξ αὐξήσεως αἵματος, ὅσῳ καὶ δριμύτερος καὶ κουφότερος ὁ χυμὸς οὗτος πέ‐ φυκε, μετριώτερος δὲ τῶν ξανθῶν τε καὶ προσχολῶν πέ‐</w:t>
      </w:r>
    </w:p>
    <w:p>
      <w:r>
        <w:rPr>
          <w:rFonts w:ascii="Courier New" w:hAnsi="Courier New"/>
          <w:color w:val="555555"/>
          <w:sz w:val="20"/>
        </w:rPr>
        <w:t>[5]</w:t>
      </w:r>
    </w:p>
    <w:p>
      <w:r>
        <w:rPr>
          <w:rFonts w:ascii="Gentium Plus" w:hAnsi="Gentium Plus"/>
          <w:sz w:val="24"/>
        </w:rPr>
        <w:t>φυκεν.</w:t>
      </w:r>
    </w:p>
    <w:p>
      <w:r>
        <w:rPr>
          <w:rFonts w:ascii="Courier New" w:hAnsi="Courier New"/>
          <w:color w:val="555555"/>
          <w:sz w:val="20"/>
        </w:rPr>
        <w:t>[6 . 5 . 12]</w:t>
      </w:r>
    </w:p>
    <w:p>
      <w:r>
        <w:rPr>
          <w:rFonts w:ascii="Gentium Plus" w:hAnsi="Gentium Plus"/>
          <w:sz w:val="24"/>
        </w:rPr>
        <w:t>Ἐκεῖ μὲν γὰρ αἵ τε δίψαι πάνυ μέτριαι καὶ οἱ ὕπνοι οὐ πάνυ θορυβώδεις.</w:t>
      </w:r>
    </w:p>
    <w:p>
      <w:r>
        <w:rPr>
          <w:rFonts w:ascii="Courier New" w:hAnsi="Courier New"/>
          <w:color w:val="555555"/>
          <w:sz w:val="20"/>
        </w:rPr>
        <w:t>[6 . 5 . 13]</w:t>
      </w:r>
    </w:p>
    <w:p>
      <w:r>
        <w:rPr>
          <w:rFonts w:ascii="Gentium Plus" w:hAnsi="Gentium Plus"/>
          <w:sz w:val="24"/>
        </w:rPr>
        <w:t>Τἀναντία δ’ αὖ ὧδε ὅσα καὶ εἰς ξηρότητα μετὰ δριμύτητος ὁ χολώδης αἱμα‐ τικοῦ πεπλεονέκτηκε χυμοῦ καὶ ταῖς μὲν πέψεσί τε καὶ ἀπεψίαις.</w:t>
      </w:r>
    </w:p>
    <w:p>
      <w:r>
        <w:rPr>
          <w:rFonts w:ascii="Courier New" w:hAnsi="Courier New"/>
          <w:color w:val="555555"/>
          <w:sz w:val="20"/>
        </w:rPr>
        <w:t>[6 . 5 . 14]</w:t>
      </w:r>
    </w:p>
    <w:p>
      <w:r>
        <w:rPr>
          <w:rFonts w:ascii="Gentium Plus" w:hAnsi="Gentium Plus"/>
          <w:sz w:val="24"/>
        </w:rPr>
        <w:t>Αἱ οἱαιδήτινες ἐπιγίνονται κρίσεις, τῇ δὲ βραδύτητί τε καὶ παχύτητι τῶν κινήσεών τε καὶ μεταβο‐ λῶν ὁ χρόνος τῆς παρατάσεως ἐξευρίσκεται.</w:t>
      </w:r>
    </w:p>
    <w:p>
      <w:r>
        <w:rPr>
          <w:rFonts w:ascii="Courier New" w:hAnsi="Courier New"/>
          <w:color w:val="555555"/>
          <w:sz w:val="20"/>
        </w:rPr>
        <w:t>[6 . 5 . 15]</w:t>
      </w:r>
    </w:p>
    <w:p>
      <w:r>
        <w:rPr>
          <w:rFonts w:ascii="Gentium Plus" w:hAnsi="Gentium Plus"/>
          <w:sz w:val="24"/>
        </w:rPr>
        <w:t>Ταῖς μὲν γὰρ ὀξείαις τοῦ νοσήματος κινήσεσι μετὰ ῥώμης τῆς ἐμφύ‐ του δυνάμεως ῥᾴδιαι μὲν αἱ ἐπὶ τὸ κρεῖττον μεταβολαί, βραχεῖαι δ’ ἕπονται τῶν νοσημάτων αἱ λύσεις.</w:t>
      </w:r>
    </w:p>
    <w:p>
      <w:r>
        <w:rPr>
          <w:rFonts w:ascii="Courier New" w:hAnsi="Courier New"/>
          <w:color w:val="555555"/>
          <w:sz w:val="20"/>
        </w:rPr>
        <w:t>[6 . 5 . 16]</w:t>
      </w:r>
    </w:p>
    <w:p>
      <w:r>
        <w:rPr>
          <w:rFonts w:ascii="Gentium Plus" w:hAnsi="Gentium Plus"/>
          <w:sz w:val="24"/>
        </w:rPr>
        <w:t>Ταῖς δὲ δὴ νώθραις κινήσεσι τοῦ σώματος καὶ ὁ χρόνος ἐπὶ πλεῖον ἐκτέταται.</w:t>
      </w:r>
    </w:p>
    <w:p>
      <w:r>
        <w:rPr>
          <w:rFonts w:ascii="Courier New" w:hAnsi="Courier New"/>
          <w:color w:val="555555"/>
          <w:sz w:val="20"/>
        </w:rPr>
        <w:t>[6 . 5 . 17]</w:t>
      </w:r>
    </w:p>
    <w:p>
      <w:r>
        <w:rPr>
          <w:rFonts w:ascii="Gentium Plus" w:hAnsi="Gentium Plus"/>
          <w:sz w:val="24"/>
        </w:rPr>
        <w:t>Δεῖ γε μὴν ἐν πᾶσι ῥώμης δυνά‐ μεως, ἵνα μὴ προαποκαμούσης ταύτης ἐπὶ τὸ χεῖρον προ‐ βαίη τὰ τοῦ νοσήματος.</w:t>
      </w:r>
    </w:p>
    <w:p>
      <w:r>
        <w:rPr>
          <w:rFonts w:ascii="Courier New" w:hAnsi="Courier New"/>
          <w:color w:val="555555"/>
          <w:sz w:val="20"/>
        </w:rPr>
        <w:t>[6 . 5 . 18]</w:t>
      </w:r>
    </w:p>
    <w:p>
      <w:r>
        <w:rPr>
          <w:rFonts w:ascii="Gentium Plus" w:hAnsi="Gentium Plus"/>
          <w:sz w:val="24"/>
        </w:rPr>
        <w:t>Κἂν οὖν μετὰ τὴν κατὰ πλάτος ἀρχὴν καὶ ἐπίδοσιν αὖθις ἐπὶ τὰ φαῦλα καὶ χολω‐ δέστερα τὰ χρώματα προχωρείη, εὐλαβεῖσθαι δεῖ καὶ δε‐ διέναι, μή πως πάμπαν τὸ φυσικὸν καταπνιγείη θερμὸν</w:t>
      </w:r>
    </w:p>
    <w:p>
      <w:r>
        <w:rPr>
          <w:rFonts w:ascii="Courier New" w:hAnsi="Courier New"/>
          <w:color w:val="555555"/>
          <w:sz w:val="20"/>
        </w:rPr>
        <w:t>[5]</w:t>
      </w:r>
    </w:p>
    <w:p>
      <w:r>
        <w:rPr>
          <w:rFonts w:ascii="Gentium Plus" w:hAnsi="Gentium Plus"/>
          <w:sz w:val="24"/>
        </w:rPr>
        <w:t>ὑπὸ τῆς νόθου ταύτης καὶ διεφθορυίας θερμότητος.</w:t>
      </w:r>
    </w:p>
    <w:p>
      <w:r>
        <w:rPr>
          <w:rFonts w:ascii="Courier New" w:hAnsi="Courier New"/>
          <w:color w:val="555555"/>
          <w:sz w:val="20"/>
        </w:rPr>
        <w:t>[6 . 5 . 19]</w:t>
      </w:r>
    </w:p>
    <w:p>
      <w:r>
        <w:rPr>
          <w:rFonts w:ascii="Gentium Plus" w:hAnsi="Gentium Plus"/>
          <w:sz w:val="24"/>
        </w:rPr>
        <w:t>Ἂν δ’ αὖ τοὐναντίον τά τε χρώματα πρὸς τὸ κατὰ φύσιν ἐπιστρέφηται χωροῦντα, καὶ αἱ πέψεις ἤδη διαφαί‐ νονται τοῖς οὔροις, ἀποδέχεσθαι θέμις, καὶ θαρσύνειν τοὺς κάμνοντας.</w:t>
      </w:r>
    </w:p>
    <w:p>
      <w:pPr>
        <w:jc w:val="center"/>
      </w:pPr>
      <w:r>
        <w:rPr>
          <w:rFonts w:ascii="Gentium Plus" w:hAnsi="Gentium Plus"/>
          <w:b/>
          <w:sz w:val="24"/>
        </w:rPr>
        <w:t>Κεφ. ϛʹ. Περὶ τῆς ἐκ τῶν οἰνωπῶν οὔρων προγνώσεως.</w:t>
      </w:r>
    </w:p>
    <w:p>
      <w:r>
        <w:rPr>
          <w:rFonts w:ascii="Courier New" w:hAnsi="Courier New"/>
          <w:color w:val="555555"/>
          <w:sz w:val="20"/>
        </w:rPr>
        <w:t>[6 . 6 . 1]</w:t>
      </w:r>
    </w:p>
    <w:p>
      <w:r>
        <w:rPr>
          <w:rFonts w:ascii="Gentium Plus" w:hAnsi="Gentium Plus"/>
          <w:sz w:val="24"/>
        </w:rPr>
        <w:t>Τὰ δ’ οἰνωπὰ τῶν χρωμάτων χείρω μὲν ὡς ἔοικε τῶν ὑπερύθρων τε καὶ ἐρυθρῶν· ἐπιχολωθέντος δ’ αἵμα‐ τος εἴωθε ταῦτα συνίστασθαι.</w:t>
      </w:r>
    </w:p>
    <w:p>
      <w:r>
        <w:rPr>
          <w:rFonts w:ascii="Courier New" w:hAnsi="Courier New"/>
          <w:color w:val="555555"/>
          <w:sz w:val="20"/>
        </w:rPr>
        <w:t>[6 . 6 . 2]</w:t>
      </w:r>
    </w:p>
    <w:p>
      <w:r>
        <w:rPr>
          <w:rFonts w:ascii="Gentium Plus" w:hAnsi="Gentium Plus"/>
          <w:sz w:val="24"/>
        </w:rPr>
        <w:t>Ὁπόταν γάρ τοι τοῦτο εἰς χολὴν μεταβληθείη μετρίως ἰδίαν ὑφ’ οἱασδήτινος αἰ‐ τίας τὰ τοιαῦτα τῶν χρωμάτων ἀποδίδοται, ὥστ’ οὐ θαῦμα, εἰ χολῆς οὕτω κατακρατούσης δίψαι μὲν οὐ μέτριαι ἐπιγί‐</w:t>
      </w:r>
    </w:p>
    <w:p>
      <w:r>
        <w:rPr>
          <w:rFonts w:ascii="Courier New" w:hAnsi="Courier New"/>
          <w:color w:val="555555"/>
          <w:sz w:val="20"/>
        </w:rPr>
        <w:t>[5]</w:t>
      </w:r>
    </w:p>
    <w:p>
      <w:r>
        <w:rPr>
          <w:rFonts w:ascii="Gentium Plus" w:hAnsi="Gentium Plus"/>
          <w:sz w:val="24"/>
        </w:rPr>
        <w:t>νονται, ὕπνοι δὲ θορυβώδεις καὶ ξηρότητες στόματος, καὶ πυρετῶν ὀξύτητι ληροί τε καὶ βῆχες, ἤδη συναλγοῦντος τοῦ ἥπατος.</w:t>
      </w:r>
    </w:p>
    <w:p>
      <w:r>
        <w:rPr>
          <w:rFonts w:ascii="Courier New" w:hAnsi="Courier New"/>
          <w:color w:val="555555"/>
          <w:sz w:val="20"/>
        </w:rPr>
        <w:t>[6 . 6 . 3]</w:t>
      </w:r>
    </w:p>
    <w:p>
      <w:r>
        <w:rPr>
          <w:rFonts w:ascii="Gentium Plus" w:hAnsi="Gentium Plus"/>
          <w:sz w:val="24"/>
        </w:rPr>
        <w:t>Ἀλλὰ καὶ ταῦτα ταῖς μὲν μεταβολαῖς τῶν χρωμάτων κρίνεται, εἴ τε φαῦλα τελοίη, ἢ καὶ σωτή‐ ρια. ταῖς δὲ δὴ κατὰ μέρος πέψεσι τῆν ταχυτῆτα κρίνο‐ μεν τῆς ἀπολύσεως.</w:t>
      </w:r>
    </w:p>
    <w:p>
      <w:r>
        <w:rPr>
          <w:rFonts w:ascii="Courier New" w:hAnsi="Courier New"/>
          <w:color w:val="555555"/>
          <w:sz w:val="20"/>
        </w:rPr>
        <w:t>[6 . 6 . 4]</w:t>
      </w:r>
    </w:p>
    <w:p>
      <w:r>
        <w:rPr>
          <w:rFonts w:ascii="Gentium Plus" w:hAnsi="Gentium Plus"/>
          <w:sz w:val="24"/>
        </w:rPr>
        <w:t>Ἀλλὰ τούτων μὲν πέρι καὶ ἄλ‐ λοτέ ποτε ἔσται φάναι καθαρώτερον. νῦν δὲ φῶμεν καὶ περὶ τῶν κυανῶν οὕτω καλουμένων χρωμάτων.</w:t>
      </w:r>
    </w:p>
    <w:p>
      <w:pPr>
        <w:jc w:val="center"/>
      </w:pPr>
      <w:r>
        <w:rPr>
          <w:rFonts w:ascii="Gentium Plus" w:hAnsi="Gentium Plus"/>
          <w:b/>
          <w:sz w:val="24"/>
        </w:rPr>
        <w:t>Κεφ. ζʹ. Περὶ τῆς ἐκ τῶν κυανῶν οὔρων προγνώσεως.</w:t>
      </w:r>
    </w:p>
    <w:p>
      <w:r>
        <w:rPr>
          <w:rFonts w:ascii="Courier New" w:hAnsi="Courier New"/>
          <w:color w:val="555555"/>
          <w:sz w:val="20"/>
        </w:rPr>
        <w:t>[6 . 7 . 1]</w:t>
      </w:r>
    </w:p>
    <w:p>
      <w:r>
        <w:rPr>
          <w:rFonts w:ascii="Gentium Plus" w:hAnsi="Gentium Plus"/>
          <w:sz w:val="24"/>
        </w:rPr>
        <w:t>Ταῦτα δὲ μετὰ πλήθους τε καὶ πάχους καὶ δια‐ φθορᾶς τῷ ἥπατι ἐπισωρευθείσης φαίνεται χολῆς, ἀφ’ ἧς δὴ καὶ τοὺς ἰκτέρους ἴσμεν μᾶλλον γεγενημένους, ὥστ’ οὐκ ἂν ἁμάρτοις τοιαῦτα οὖρα ἑωρακώς, φάμενος ἴκτερον</w:t>
      </w:r>
    </w:p>
    <w:p>
      <w:r>
        <w:rPr>
          <w:rFonts w:ascii="Courier New" w:hAnsi="Courier New"/>
          <w:color w:val="555555"/>
          <w:sz w:val="20"/>
        </w:rPr>
        <w:t>[5]</w:t>
      </w:r>
    </w:p>
    <w:p>
      <w:r>
        <w:rPr>
          <w:rFonts w:ascii="Gentium Plus" w:hAnsi="Gentium Plus"/>
          <w:sz w:val="24"/>
        </w:rPr>
        <w:t>ἐπιγενήσεσθαι τἀνθρώπῳ.</w:t>
      </w:r>
    </w:p>
    <w:p>
      <w:r>
        <w:rPr>
          <w:rFonts w:ascii="Courier New" w:hAnsi="Courier New"/>
          <w:color w:val="555555"/>
          <w:sz w:val="20"/>
        </w:rPr>
        <w:t>[6 . 7 . 2]</w:t>
      </w:r>
    </w:p>
    <w:p>
      <w:r>
        <w:rPr>
          <w:rFonts w:ascii="Gentium Plus" w:hAnsi="Gentium Plus"/>
          <w:sz w:val="24"/>
        </w:rPr>
        <w:t>Ἀλλὰ μήπω μὲν ἐξαφθεί‐ σης τῆς ὕλης, φθασάσης δηλονότι τῆς ἐκκρίσεως τὴν ἔξα‐ ψιν, βραχεῖς τινες καὶ ἀσαφεῖς οἱ πυρετοὶ ἐπιγίνονται καὶ δίψαι πάνυ μέτριαι, ἐφ’ οἷς οἱ πλείους ἐξαπατώμενοι</w:t>
      </w:r>
    </w:p>
    <w:p>
      <w:r>
        <w:rPr>
          <w:rFonts w:ascii="Courier New" w:hAnsi="Courier New"/>
          <w:color w:val="555555"/>
          <w:sz w:val="20"/>
        </w:rPr>
        <w:t>[5]</w:t>
      </w:r>
    </w:p>
    <w:p>
      <w:r>
        <w:rPr>
          <w:rFonts w:ascii="Gentium Plus" w:hAnsi="Gentium Plus"/>
          <w:sz w:val="24"/>
        </w:rPr>
        <w:t>συμπτώμασι καὶ διαιτηθέντες ἁδρότερον ἐξέκαυσαν μὲν τὸ πολὺ τῆς ὕλης, σφοδρότατον δ’ ἤγειραν πυρετόν, θο‐ ρύβους δὲ καὶ ἀϋπνίας καὶ ἐξαισίους δίψας ἐπήγαγον.</w:t>
      </w:r>
    </w:p>
    <w:p>
      <w:r>
        <w:rPr>
          <w:rFonts w:ascii="Courier New" w:hAnsi="Courier New"/>
          <w:color w:val="555555"/>
          <w:sz w:val="20"/>
        </w:rPr>
        <w:t>[6 . 7 . 3]</w:t>
      </w:r>
    </w:p>
    <w:p>
      <w:r>
        <w:rPr>
          <w:rFonts w:ascii="Gentium Plus" w:hAnsi="Gentium Plus"/>
          <w:sz w:val="24"/>
        </w:rPr>
        <w:t>Καί ποτε αὐτὸς ἐπί τινος γνωρίμου τὰ παραπλήσια ἑωρακὼς νῦν ἂν διηγησαίμην κατὰ καιρόν.</w:t>
      </w:r>
    </w:p>
    <w:p>
      <w:r>
        <w:rPr>
          <w:rFonts w:ascii="Courier New" w:hAnsi="Courier New"/>
          <w:color w:val="555555"/>
          <w:sz w:val="20"/>
        </w:rPr>
        <w:t>[6 . 7 . 4]</w:t>
      </w:r>
    </w:p>
    <w:p>
      <w:r>
        <w:rPr>
          <w:rFonts w:ascii="Gentium Plus" w:hAnsi="Gentium Plus"/>
          <w:sz w:val="24"/>
        </w:rPr>
        <w:t>Ὥρα μὲν ἦν χειμῶνος καὶ ὁ ῥηθεὶς ἡμέτερος γνώριμος τὰ μέγιστα ὑπό τινος ἀδικούμενος ἐθάμιζε μὲν πρὸ δείλης ἑῴας ἐγει‐</w:t>
      </w:r>
    </w:p>
    <w:p>
      <w:r>
        <w:rPr>
          <w:rFonts w:ascii="Courier New" w:hAnsi="Courier New"/>
          <w:color w:val="555555"/>
          <w:sz w:val="20"/>
        </w:rPr>
        <w:t>[5]</w:t>
      </w:r>
    </w:p>
    <w:p>
      <w:r>
        <w:rPr>
          <w:rFonts w:ascii="Gentium Plus" w:hAnsi="Gentium Plus"/>
          <w:sz w:val="24"/>
        </w:rPr>
        <w:t>ματος.</w:t>
      </w:r>
    </w:p>
    <w:p>
      <w:r>
        <w:rPr>
          <w:rFonts w:ascii="Courier New" w:hAnsi="Courier New"/>
          <w:color w:val="555555"/>
          <w:sz w:val="20"/>
        </w:rPr>
        <w:t>[6 . 7 . 5]</w:t>
      </w:r>
    </w:p>
    <w:p>
      <w:r>
        <w:rPr>
          <w:rFonts w:ascii="Gentium Plus" w:hAnsi="Gentium Plus"/>
          <w:sz w:val="24"/>
        </w:rPr>
        <w:t>Τὰς πλείους δ’ ἂσιτος διημέρευε, κἄν ποτε αὐ‐ τὸν ἐδέησεν ἅψασθαι βρώματος, τῶν δριμυτέρων ἢ ταρί‐ χων τὸ πλέον ἐτύγχανεν.</w:t>
      </w:r>
    </w:p>
    <w:p>
      <w:r>
        <w:rPr>
          <w:rFonts w:ascii="Courier New" w:hAnsi="Courier New"/>
          <w:color w:val="555555"/>
          <w:sz w:val="20"/>
        </w:rPr>
        <w:t>[6 . 7 . 6]</w:t>
      </w:r>
    </w:p>
    <w:p>
      <w:r>
        <w:rPr>
          <w:rFonts w:ascii="Gentium Plus" w:hAnsi="Gentium Plus"/>
          <w:sz w:val="24"/>
        </w:rPr>
        <w:t>Ἔστεγε δ’ ἐφ’ ἱκανὸν τὸ σῶμα τὰς τοιαύτας τῶν βρωμάτων προσφορὰς διὰ τὴν τοῦ περιέχοντος κατάστασιν· εἰκὸς δ’ ἐκεῖνον διαμάχεσθαι μὲν πρὸς τοὺς ἐναντίους, ἀδημονεῖν δ’ ἐφ’ ἑαυτοῦ ὡς τὰ</w:t>
      </w:r>
    </w:p>
    <w:p>
      <w:r>
        <w:rPr>
          <w:rFonts w:ascii="Courier New" w:hAnsi="Courier New"/>
          <w:color w:val="555555"/>
          <w:sz w:val="20"/>
        </w:rPr>
        <w:t>[5]</w:t>
      </w:r>
    </w:p>
    <w:p>
      <w:r>
        <w:rPr>
          <w:rFonts w:ascii="Gentium Plus" w:hAnsi="Gentium Plus"/>
          <w:sz w:val="24"/>
        </w:rPr>
        <w:t>μέγιστα ζημιωθῆναι δεδιότα.</w:t>
      </w:r>
    </w:p>
    <w:p>
      <w:r>
        <w:rPr>
          <w:rFonts w:ascii="Courier New" w:hAnsi="Courier New"/>
          <w:color w:val="555555"/>
          <w:sz w:val="20"/>
        </w:rPr>
        <w:t>[6 . 7 . 7]</w:t>
      </w:r>
    </w:p>
    <w:p>
      <w:r>
        <w:rPr>
          <w:rFonts w:ascii="Gentium Plus" w:hAnsi="Gentium Plus"/>
          <w:sz w:val="24"/>
        </w:rPr>
        <w:t>Ἠγρύπνει οὖν διὰ ταῦτα καὶ ἄλλως δέ οἱ τὸ σῶμα αὐχμηρὸν ἐτύγχανεν καὶ βραχύ‐ υπνον.</w:t>
      </w:r>
    </w:p>
    <w:p>
      <w:r>
        <w:rPr>
          <w:rFonts w:ascii="Courier New" w:hAnsi="Courier New"/>
          <w:color w:val="555555"/>
          <w:sz w:val="20"/>
        </w:rPr>
        <w:t>[6 . 7 . 8]</w:t>
      </w:r>
    </w:p>
    <w:p>
      <w:r>
        <w:rPr>
          <w:rFonts w:ascii="Gentium Plus" w:hAnsi="Gentium Plus"/>
          <w:sz w:val="24"/>
        </w:rPr>
        <w:t>Εἰκός γε μὴν καὶ πρότερον φαύλων αὐτὸν βρωμάτων χρήσασθαι προσφοραῖς, ὡς ἐδίδου οἴεσθαι· ἐτύγχανε γὰρ ὁ ἄνθρωπος κίμβιξ τε καὶ τὴν οὐσίαν μὴ ἀναλῶσαι φειδόμενος.</w:t>
      </w:r>
    </w:p>
    <w:p>
      <w:r>
        <w:rPr>
          <w:rFonts w:ascii="Courier New" w:hAnsi="Courier New"/>
          <w:color w:val="555555"/>
          <w:sz w:val="20"/>
        </w:rPr>
        <w:t>[6 . 7 . 9]</w:t>
      </w:r>
    </w:p>
    <w:p>
      <w:r>
        <w:rPr>
          <w:rFonts w:ascii="Gentium Plus" w:hAnsi="Gentium Plus"/>
          <w:sz w:val="24"/>
        </w:rPr>
        <w:t>Ταῦτα δὴ ταῦτα πάντα τὸν χολώδη χυμὸν ἐκεῖνον συνήθροισαν ἤδη δὲ καὶ δι’ οὔρου οὗτος ἐξεκενοῦτο.</w:t>
      </w:r>
    </w:p>
    <w:p>
      <w:r>
        <w:rPr>
          <w:rFonts w:ascii="Courier New" w:hAnsi="Courier New"/>
          <w:color w:val="555555"/>
          <w:sz w:val="20"/>
        </w:rPr>
        <w:t>[6 . 7 . 10]</w:t>
      </w:r>
    </w:p>
    <w:p>
      <w:r>
        <w:rPr>
          <w:rFonts w:ascii="Gentium Plus" w:hAnsi="Gentium Plus"/>
          <w:sz w:val="24"/>
        </w:rPr>
        <w:t>Ἐπεὶ δ’ ἐκεῖνος τύχῃ τινὶ τὰ οὖρα ἑωράκει μὴ κατὰ φύσιν ἰόντα τῷ χρώματι, καί τινος βρα‐ χείας τῆς ἀνωμαλίας ᾔσθετο, ἐμοί τε τὸ πρᾶγμα ἐξήγ‐ γειλε, καὶ τὴν αἰτίαν μαθεῖν ἐπυνθάνετο.</w:t>
      </w:r>
    </w:p>
    <w:p>
      <w:r>
        <w:rPr>
          <w:rFonts w:ascii="Courier New" w:hAnsi="Courier New"/>
          <w:color w:val="555555"/>
          <w:sz w:val="20"/>
        </w:rPr>
        <w:t>[6 . 7 . 11]</w:t>
      </w:r>
    </w:p>
    <w:p>
      <w:r>
        <w:rPr>
          <w:rFonts w:ascii="Gentium Plus" w:hAnsi="Gentium Plus"/>
          <w:sz w:val="24"/>
        </w:rPr>
        <w:t>Ἐγὼ δὲ τὸ μὲν τοιαῦτα οὖρα προΐεσθαι ἐξαίφνης αὐτὸν μὲν ὁρῶν ἔτι ὑγιῆ περιϊόντα, ἐκεῖνα δ’ εἰδὼς ἐπὶ χειρίστοις νοσήμασι φαινόμενα, καὶ δὴ λέξας ἐπ’ ἀμίδος τὴν ἐπιοῦσαν δείξειν</w:t>
      </w:r>
    </w:p>
    <w:p>
      <w:r>
        <w:rPr>
          <w:rFonts w:ascii="Courier New" w:hAnsi="Courier New"/>
          <w:color w:val="555555"/>
          <w:sz w:val="20"/>
        </w:rPr>
        <w:t>[5]</w:t>
      </w:r>
    </w:p>
    <w:p>
      <w:r>
        <w:rPr>
          <w:rFonts w:ascii="Gentium Plus" w:hAnsi="Gentium Plus"/>
          <w:sz w:val="24"/>
        </w:rPr>
        <w:t>τὸ οὖρον, ἐγὼ μὲν ἀπηλλαττόμην, αὐτὸς δὲ καὶ εἰσαῦθις περὶ τὰ οἰκεῖα διέτριβε διημερεύσας ἄσιτος.</w:t>
      </w:r>
    </w:p>
    <w:p>
      <w:r>
        <w:rPr>
          <w:rFonts w:ascii="Courier New" w:hAnsi="Courier New"/>
          <w:color w:val="555555"/>
          <w:sz w:val="20"/>
        </w:rPr>
        <w:t>[6 . 7 . 12]</w:t>
      </w:r>
    </w:p>
    <w:p>
      <w:r>
        <w:rPr>
          <w:rFonts w:ascii="Gentium Plus" w:hAnsi="Gentium Plus"/>
          <w:sz w:val="24"/>
        </w:rPr>
        <w:t>Ἐπεὶ δὲ νυκτὸς μὲν ἧκε, βραχέος δὲ τοῦ σιτίου γευσάμενος ἔκειτο, κομίζει μὲν ἡμῖν ἕωθεν ἀμίδα κυανᾶ οὖρα ἔχουσαν καὶ οἷα τὰ τῶν ἰκτερώντων, αὐτὸς δὲ ᾤετο ἔτι ἀπύρεκτος τε‐</w:t>
      </w:r>
    </w:p>
    <w:p>
      <w:r>
        <w:rPr>
          <w:rFonts w:ascii="Courier New" w:hAnsi="Courier New"/>
          <w:color w:val="555555"/>
          <w:sz w:val="20"/>
        </w:rPr>
        <w:t>[5]</w:t>
      </w:r>
    </w:p>
    <w:p>
      <w:r>
        <w:rPr>
          <w:rFonts w:ascii="Gentium Plus" w:hAnsi="Gentium Plus"/>
          <w:sz w:val="24"/>
        </w:rPr>
        <w:t>λεῖν.</w:t>
      </w:r>
    </w:p>
    <w:p>
      <w:r>
        <w:rPr>
          <w:rFonts w:ascii="Courier New" w:hAnsi="Courier New"/>
          <w:color w:val="555555"/>
          <w:sz w:val="20"/>
        </w:rPr>
        <w:t>[6 . 7 . 13]</w:t>
      </w:r>
    </w:p>
    <w:p>
      <w:r>
        <w:rPr>
          <w:rFonts w:ascii="Gentium Plus" w:hAnsi="Gentium Plus"/>
          <w:sz w:val="24"/>
        </w:rPr>
        <w:t>Πρόρρησις, εἰ μὴ φυλάξαιτο ἰκτέρῳ περιπεσεῖν. ὁ δὲ τὴν πρώτην φυλαττόμενος ἀτάραχος ἔμενεν ἡσυχῇ τοῦ πάθους κεκινημένου.</w:t>
      </w:r>
    </w:p>
    <w:p>
      <w:r>
        <w:rPr>
          <w:rFonts w:ascii="Courier New" w:hAnsi="Courier New"/>
          <w:color w:val="555555"/>
          <w:sz w:val="20"/>
        </w:rPr>
        <w:t>[6 . 7 . 14]</w:t>
      </w:r>
    </w:p>
    <w:p>
      <w:r>
        <w:rPr>
          <w:rFonts w:ascii="Gentium Plus" w:hAnsi="Gentium Plus"/>
          <w:sz w:val="24"/>
        </w:rPr>
        <w:t>Τὴν μετ’ αὐτὴν δὲ σκοπῶν ἑαυτὸν μηδέν τι δεινὸν πάσχοντα (οὔτε γὰρ ἀξιόλογός τις δίψα οἱ οὖσα ἐτύγχανεν, οὔτ’ αἰσθητὸς πυρετός, οὔτ’ ἄλλο τι τῶν ἐπὶ νοσοῦσι σαφέστερον σύμβολον), ἡμᾶς μὲν εἴα‐</w:t>
      </w:r>
    </w:p>
    <w:p>
      <w:r>
        <w:rPr>
          <w:rFonts w:ascii="Courier New" w:hAnsi="Courier New"/>
          <w:color w:val="555555"/>
          <w:sz w:val="20"/>
        </w:rPr>
        <w:t>[5]</w:t>
      </w:r>
    </w:p>
    <w:p>
      <w:r>
        <w:rPr>
          <w:rFonts w:ascii="Gentium Plus" w:hAnsi="Gentium Plus"/>
          <w:sz w:val="24"/>
        </w:rPr>
        <w:t>σεν ὡς μηδὲν δῆθεν εἰδότας φάμενος, αὐτὸς δὲ ἐγεύσατο μὲν τροφῆς παχυτέρας, οἶνον δ’ ἀσθενῆ ἐπέπιε, καὶ οὔπω νὺξ ἦν καὶ ὁ χυμὸς ἐκεκίνητο καὶ διετεθέρμαστο καὶ τα‐ ραχή τις οὐκ ὀλίγη τὸν ἄνθρωπον κατέσχε καὶ ἡμᾶς τότε συνεὶς εὖ κρίνοντας μετεκαλεῖτό τε καὶ τὴν σωτηρίαν ἐπί‐</w:t>
      </w:r>
    </w:p>
    <w:p>
      <w:r>
        <w:rPr>
          <w:rFonts w:ascii="Courier New" w:hAnsi="Courier New"/>
          <w:color w:val="555555"/>
          <w:sz w:val="20"/>
        </w:rPr>
        <w:t>[10]</w:t>
      </w:r>
    </w:p>
    <w:p>
      <w:r>
        <w:rPr>
          <w:rFonts w:ascii="Gentium Plus" w:hAnsi="Gentium Plus"/>
          <w:sz w:val="24"/>
        </w:rPr>
        <w:t>στευεν.</w:t>
      </w:r>
    </w:p>
    <w:p>
      <w:r>
        <w:rPr>
          <w:rFonts w:ascii="Courier New" w:hAnsi="Courier New"/>
          <w:color w:val="555555"/>
          <w:sz w:val="20"/>
        </w:rPr>
        <w:t>[6 . 7 . 15]</w:t>
      </w:r>
    </w:p>
    <w:p>
      <w:r>
        <w:rPr>
          <w:rFonts w:ascii="Gentium Plus" w:hAnsi="Gentium Plus"/>
          <w:sz w:val="24"/>
        </w:rPr>
        <w:t>Ἐγὼ δὲ ἐκεῖνον μὲν λόγοις ὡς ἐδόκουν παι‐ δεύσας μὴ ἀπιστεῖν ἰατροῖς προστάσσουσι, συνεὶς δὲ μὴ ἐπὶ πολὺ ἐξῆφθαι τὸν χολώδη χυμὸν τοῦτον παραφυλά‐ ξασθαι μὲν ἔφην τὰ παχύτερα βρώματα καὶ τὸν οἶνον.</w:t>
      </w:r>
    </w:p>
    <w:p>
      <w:r>
        <w:rPr>
          <w:rFonts w:ascii="Courier New" w:hAnsi="Courier New"/>
          <w:color w:val="555555"/>
          <w:sz w:val="20"/>
        </w:rPr>
        <w:t>[6 . 7 . 16]</w:t>
      </w:r>
    </w:p>
    <w:p>
      <w:r>
        <w:rPr>
          <w:rFonts w:ascii="Gentium Plus" w:hAnsi="Gentium Plus"/>
          <w:sz w:val="24"/>
        </w:rPr>
        <w:t>Διαιτήσας δὲ λεπτοτέρᾳ διαίτῃ, ὑγιᾶ μὲν αὐτὸν ἀπέ‐ δειξα στοιχήσαντα τῇ διαίτῃ. ἡ χροιὰ δέ οἱ κατὰ τὰ λευκὰ τῶν ὀφθαλμῶν ἰκτερώδη διεφαίνετο.</w:t>
      </w:r>
    </w:p>
    <w:p>
      <w:r>
        <w:rPr>
          <w:rFonts w:ascii="Courier New" w:hAnsi="Courier New"/>
          <w:color w:val="555555"/>
          <w:sz w:val="20"/>
        </w:rPr>
        <w:t>[6 . 7 . 17]</w:t>
      </w:r>
    </w:p>
    <w:p>
      <w:r>
        <w:rPr>
          <w:rFonts w:ascii="Gentium Plus" w:hAnsi="Gentium Plus"/>
          <w:sz w:val="24"/>
        </w:rPr>
        <w:t>Καὶ τοῦ νοσή‐ ματος ἀπαλλαγέντος ὥσθ’ οἷόν τε καὶ μὴ πάνυ λεπτῇ δι‐ αίτῃ κεχρημένου τἀνθρώπου τὸν τοιοῦτον ἀνωδύνως ἀπο‐ κριθῆναι χυμὸν χολώδη, καὶ μᾶλλον εἰ μήτε τι τῶν προσ‐</w:t>
      </w:r>
    </w:p>
    <w:p>
      <w:r>
        <w:rPr>
          <w:rFonts w:ascii="Courier New" w:hAnsi="Courier New"/>
          <w:color w:val="555555"/>
          <w:sz w:val="20"/>
        </w:rPr>
        <w:t>[5]</w:t>
      </w:r>
    </w:p>
    <w:p>
      <w:r>
        <w:rPr>
          <w:rFonts w:ascii="Gentium Plus" w:hAnsi="Gentium Plus"/>
          <w:sz w:val="24"/>
        </w:rPr>
        <w:t>φερομένων ἢ τοῦ περιέχοντος εἰς ἔξαψιν ἐρεθίζει τὸν ἄνθρωπον.</w:t>
      </w:r>
    </w:p>
    <w:p>
      <w:r>
        <w:rPr>
          <w:rFonts w:ascii="Courier New" w:hAnsi="Courier New"/>
          <w:color w:val="555555"/>
          <w:sz w:val="20"/>
        </w:rPr>
        <w:t>[6 . 7 . 18]</w:t>
      </w:r>
    </w:p>
    <w:p>
      <w:r>
        <w:rPr>
          <w:rFonts w:ascii="Gentium Plus" w:hAnsi="Gentium Plus"/>
          <w:sz w:val="24"/>
        </w:rPr>
        <w:t>Παχεῖα γὰρ οὖσα ἡ τοιαύτη χολὴ σχολῇ μὲν ἐξάπτεται, ἀναφθεῖσα δὲ οὐχὶ ῥᾳδίως σβέννυται. καὶ τούτων μὲν ἅλις. ἑξῆς δὲ ἰτέον τῷ λόγῳ καὶ περὶ τῶν ἐλαιωδῶν ῥητέον χρωμάτων.</w:t>
      </w:r>
    </w:p>
    <w:p>
      <w:pPr>
        <w:jc w:val="center"/>
      </w:pPr>
      <w:r>
        <w:rPr>
          <w:rFonts w:ascii="Gentium Plus" w:hAnsi="Gentium Plus"/>
          <w:b/>
          <w:sz w:val="24"/>
        </w:rPr>
        <w:t>Κεφ. ηʹ. Περὶ τῆς ἐκ τῶν ἐλαιωδῶν οὔρων προγνώσεως.</w:t>
      </w:r>
    </w:p>
    <w:p>
      <w:r>
        <w:rPr>
          <w:rFonts w:ascii="Courier New" w:hAnsi="Courier New"/>
          <w:color w:val="555555"/>
          <w:sz w:val="20"/>
        </w:rPr>
        <w:t>[6 . 8 . 1]</w:t>
      </w:r>
    </w:p>
    <w:p>
      <w:r>
        <w:rPr>
          <w:rFonts w:ascii="Gentium Plus" w:hAnsi="Gentium Plus"/>
          <w:sz w:val="24"/>
        </w:rPr>
        <w:t>Τῶν τοίνυν χλωρῶν χρωμάτων διαφόρων μὲν ὄν‐ των, ἐν δυσὶ δ’ οἷον γένεσι τεθεωρημένων τῶν τε ἐλαιω‐ δῶν δηλονότι καὶ τῶν ὁμωνύμως τῷ γένει κεκλημένων χλωρῶν, καθὰ κἀν τοῖς περὶ διαφορᾶς οὔρων εἴρηται.</w:t>
      </w:r>
    </w:p>
    <w:p>
      <w:r>
        <w:rPr>
          <w:rFonts w:ascii="Courier New" w:hAnsi="Courier New"/>
          <w:color w:val="555555"/>
          <w:sz w:val="20"/>
        </w:rPr>
        <w:t>[6 . 8 . 2]</w:t>
      </w:r>
    </w:p>
    <w:p>
      <w:r>
        <w:rPr>
          <w:rFonts w:ascii="Gentium Plus" w:hAnsi="Gentium Plus"/>
          <w:sz w:val="24"/>
        </w:rPr>
        <w:t>Ὅσα μέν εἰσιν ἐλαιώδη, διὰ σύντηξιν τῆς πιμελῆς γί‐ νεται, ἑκτικὸν δ’ ὑπαγορεύει τὸν πυρετὸν τελεῖν, καθὼς κἀν τοῖς περὶ διαγνώσεως οὔρων λέλεκται.</w:t>
      </w:r>
    </w:p>
    <w:p>
      <w:r>
        <w:rPr>
          <w:rFonts w:ascii="Courier New" w:hAnsi="Courier New"/>
          <w:color w:val="555555"/>
          <w:sz w:val="20"/>
        </w:rPr>
        <w:t>[6 . 8 . 3]</w:t>
      </w:r>
    </w:p>
    <w:p>
      <w:r>
        <w:rPr>
          <w:rFonts w:ascii="Gentium Plus" w:hAnsi="Gentium Plus"/>
          <w:sz w:val="24"/>
        </w:rPr>
        <w:t>Ὅσα δὲ διὰ τὴν τοῦ νοσήματος κακοήθειαν χλωρίζοντα μέν, οὐ μείω δὲ εἰς φαυλότητα τῶν ἐλαιωδῶν τυγχάνει, προσήκει τοίνυν ὡδὶ προσέχειν τῷ λόγῳ.</w:t>
      </w:r>
    </w:p>
    <w:p>
      <w:r>
        <w:rPr>
          <w:rFonts w:ascii="Courier New" w:hAnsi="Courier New"/>
          <w:color w:val="555555"/>
          <w:sz w:val="20"/>
        </w:rPr>
        <w:t>[6 . 8 . 4]</w:t>
      </w:r>
    </w:p>
    <w:p>
      <w:r>
        <w:rPr>
          <w:rFonts w:ascii="Gentium Plus" w:hAnsi="Gentium Plus"/>
          <w:sz w:val="24"/>
        </w:rPr>
        <w:t>Ἂν μὲν γὰρ αὖθις κατὰ βραχὺ παλινδρομοῦντα τὰ ῥηθέντα ἐλαιώδη χρώματα πρὸς τὰ κατὰ φύσιν ἴωσι, προλέγειν δήπουθεν χρεὼν τὴν τῶν πε‐ ριστοιχούντων συμπτωμάτων ἀπόλυσιν.</w:t>
      </w:r>
    </w:p>
    <w:p>
      <w:r>
        <w:rPr>
          <w:rFonts w:ascii="Courier New" w:hAnsi="Courier New"/>
          <w:color w:val="555555"/>
          <w:sz w:val="20"/>
        </w:rPr>
        <w:t>[6 . 8 . 5]</w:t>
      </w:r>
    </w:p>
    <w:p>
      <w:r>
        <w:rPr>
          <w:rFonts w:ascii="Gentium Plus" w:hAnsi="Gentium Plus"/>
          <w:sz w:val="24"/>
        </w:rPr>
        <w:t>Ἂν δέ τι τοῦ πυρετοῦ ἔτι τὴν ὑγείαν λυμαινομένου, χείρω καὶ τὰ οὖρα φαίνοιτο προβαίνοντα, προλέγειν μὲν προσήκει τὸν ἐπηρ‐ τημένον κίνδυνον, μετ’ εὐλαβείας δὲ προσίεσθαι τῷ κά‐</w:t>
      </w:r>
    </w:p>
    <w:p>
      <w:r>
        <w:rPr>
          <w:rFonts w:ascii="Courier New" w:hAnsi="Courier New"/>
          <w:color w:val="555555"/>
          <w:sz w:val="20"/>
        </w:rPr>
        <w:t>[5]</w:t>
      </w:r>
    </w:p>
    <w:p>
      <w:r>
        <w:rPr>
          <w:rFonts w:ascii="Gentium Plus" w:hAnsi="Gentium Plus"/>
          <w:sz w:val="24"/>
        </w:rPr>
        <w:t>μνοντι κινδυνεύοντι, ἵνα μὴ καὶ πρόφασιν κατηγορίας δοίης τοῖς ἐγκαλεῖν προχείροις ἀφυλάκτως τὴν νόσον ἐξερχόμε‐ νος.</w:t>
      </w:r>
    </w:p>
    <w:p>
      <w:r>
        <w:rPr>
          <w:rFonts w:ascii="Courier New" w:hAnsi="Courier New"/>
          <w:color w:val="555555"/>
          <w:sz w:val="20"/>
        </w:rPr>
        <w:t>[6 . 8 . 6]</w:t>
      </w:r>
    </w:p>
    <w:p>
      <w:r>
        <w:rPr>
          <w:rFonts w:ascii="Gentium Plus" w:hAnsi="Gentium Plus"/>
          <w:sz w:val="24"/>
        </w:rPr>
        <w:t>Ὁπόταν γάρ τοι τοῦ δεινοῦ προκόψαντος καὶ τὰ παρυφιστάμενα χείρω φαίνηται, καθὼς μετ’ οὐ πολὺ ῥη‐</w:t>
      </w:r>
    </w:p>
    <w:p>
      <w:r>
        <w:rPr>
          <w:rFonts w:ascii="Courier New" w:hAnsi="Courier New"/>
          <w:color w:val="555555"/>
          <w:sz w:val="20"/>
        </w:rPr>
        <w:t>[5]</w:t>
      </w:r>
    </w:p>
    <w:p>
      <w:r>
        <w:rPr>
          <w:rFonts w:ascii="Gentium Plus" w:hAnsi="Gentium Plus"/>
          <w:sz w:val="24"/>
        </w:rPr>
        <w:t>ρησιν διὰ πασῶν τῶν πέψεων τὴν διαμαρτίαν συνιεὶς τῆς φύσεως.</w:t>
      </w:r>
    </w:p>
    <w:p>
      <w:pPr>
        <w:jc w:val="center"/>
      </w:pPr>
      <w:r>
        <w:rPr>
          <w:rFonts w:ascii="Gentium Plus" w:hAnsi="Gentium Plus"/>
          <w:b/>
          <w:sz w:val="24"/>
        </w:rPr>
        <w:t>Κεφ. θʹ. Περὶ τῆς ἐκ τῶν χλωρῶν οὔρων προγνώσεως.</w:t>
      </w:r>
    </w:p>
    <w:p>
      <w:r>
        <w:rPr>
          <w:rFonts w:ascii="Courier New" w:hAnsi="Courier New"/>
          <w:color w:val="555555"/>
          <w:sz w:val="20"/>
        </w:rPr>
        <w:t>[6 . 9 . 1]</w:t>
      </w:r>
    </w:p>
    <w:p>
      <w:r>
        <w:rPr>
          <w:rFonts w:ascii="Gentium Plus" w:hAnsi="Gentium Plus"/>
          <w:sz w:val="24"/>
        </w:rPr>
        <w:t>Ἅ γε μὴν ὁ λόγος οἶδε χλωρὰ χρώματα, οὐκ οἶδα εἰ ἐπὶ φαυλότητι τὰ ἐλαιώδη ὑπερέβαλλε καὶ ἀμφοτέρων ἀντιφιλοτιμουμένων, ὁποῖον ἂν ἑτοιμότερον ἀνέλῃ τὸν κάμνοντα.</w:t>
      </w:r>
    </w:p>
    <w:p>
      <w:r>
        <w:rPr>
          <w:rFonts w:ascii="Courier New" w:hAnsi="Courier New"/>
          <w:color w:val="555555"/>
          <w:sz w:val="20"/>
        </w:rPr>
        <w:t>[6 . 9 . 2]</w:t>
      </w:r>
    </w:p>
    <w:p>
      <w:r>
        <w:rPr>
          <w:rFonts w:ascii="Gentium Plus" w:hAnsi="Gentium Plus"/>
          <w:sz w:val="24"/>
        </w:rPr>
        <w:t>Ὁπόσον μὲν οὖν ἡ χολὴ τοὺς ἄλλους ὑπερ‐ βάλλουσα χυμοὺς ἐπεκράτησε, δείκνυσι μὲν καὶ ἀπὸ τῶν χρωμάτων τῶν οὔρων· εἰδείης δ’ ἂν καὶ προείπῃς μαθὼν τὰ συμπτώματα.</w:t>
      </w:r>
    </w:p>
    <w:p>
      <w:r>
        <w:rPr>
          <w:rFonts w:ascii="Courier New" w:hAnsi="Courier New"/>
          <w:color w:val="555555"/>
          <w:sz w:val="20"/>
        </w:rPr>
        <w:t>[6 . 9 . 3]</w:t>
      </w:r>
    </w:p>
    <w:p>
      <w:r>
        <w:rPr>
          <w:rFonts w:ascii="Gentium Plus" w:hAnsi="Gentium Plus"/>
          <w:sz w:val="24"/>
        </w:rPr>
        <w:t>Παρακοπαὶ μὲν γὰρ συνεχεῖς καὶ διαλείπουσαι καταλαμβάνουσι τοὺς κάμνοντας, ἔμετοί τε καὶ διαχωρήσεις ἐνίοτε χολῶν ἀκράτων, ἰωδῶν τε καὶ συγκε‐ καυμένων δίψαι τε συνεχεῖς καὶ καῦσοι, γλῶσσαί τε κεκαυ‐</w:t>
      </w:r>
    </w:p>
    <w:p>
      <w:r>
        <w:rPr>
          <w:rFonts w:ascii="Courier New" w:hAnsi="Courier New"/>
          <w:color w:val="555555"/>
          <w:sz w:val="20"/>
        </w:rPr>
        <w:t>[5]</w:t>
      </w:r>
    </w:p>
    <w:p>
      <w:r>
        <w:rPr>
          <w:rFonts w:ascii="Gentium Plus" w:hAnsi="Gentium Plus"/>
          <w:sz w:val="24"/>
        </w:rPr>
        <w:t>μέναι καὶ ἐπῃρμένα ἐνίοτε ὑποχόνδρια.</w:t>
      </w:r>
    </w:p>
    <w:p>
      <w:r>
        <w:rPr>
          <w:rFonts w:ascii="Courier New" w:hAnsi="Courier New"/>
          <w:color w:val="555555"/>
          <w:sz w:val="20"/>
        </w:rPr>
        <w:t>[6 . 9 . 4]</w:t>
      </w:r>
    </w:p>
    <w:p>
      <w:r>
        <w:rPr>
          <w:rFonts w:ascii="Gentium Plus" w:hAnsi="Gentium Plus"/>
          <w:sz w:val="24"/>
        </w:rPr>
        <w:t>Ταῦτα καὶ τὰ τοιαῦτα τῶν χλωρῶν συμπτώματα πέφυκεν, ἀλλ’ ἂν μὲν ἐρρωμένη ἡ δύναμις ᾖ, ὑποχαλᾶται δὲ καὶ μεταβάλληται ἐπὶ τὸ προσηνὲς τὰ χύματα, ἐλπὶς μὲν σεσῶσθαι τὸν ἄν‐</w:t>
      </w:r>
    </w:p>
    <w:p>
      <w:r>
        <w:rPr>
          <w:rFonts w:ascii="Courier New" w:hAnsi="Courier New"/>
          <w:color w:val="555555"/>
          <w:sz w:val="20"/>
        </w:rPr>
        <w:t>[5]</w:t>
      </w:r>
    </w:p>
    <w:p>
      <w:r>
        <w:rPr>
          <w:rFonts w:ascii="Gentium Plus" w:hAnsi="Gentium Plus"/>
          <w:sz w:val="24"/>
        </w:rPr>
        <w:t>θρωπον καὶ θαρρεῖν δέον· μηδενὸς δὲ τῶν ῥηθέντων ὄν‐ των, εἰ ἐπιμείνῃ τὰ τοιαῦτα οὖρα, δέος οὐκ ὀλίγον, μή πως τῷ ἀπὸ ξηρότητός τε καὶ καύσεως σπασμῷ περιπεπτω‐ κότι τῷ κάμνοντι ὕπνος τις ἀνέγερτος αὐτὸν διαδέξηται.</w:t>
      </w:r>
    </w:p>
    <w:p>
      <w:r>
        <w:rPr>
          <w:rFonts w:ascii="Courier New" w:hAnsi="Courier New"/>
          <w:color w:val="555555"/>
          <w:sz w:val="20"/>
        </w:rPr>
        <w:t>[6 . 9 . 5]</w:t>
      </w:r>
    </w:p>
    <w:p>
      <w:r>
        <w:rPr>
          <w:rFonts w:ascii="Gentium Plus" w:hAnsi="Gentium Plus"/>
          <w:sz w:val="24"/>
        </w:rPr>
        <w:t>Καὶ δεῖ γοῦν οὕτω πως ταῖς καθ’ ἑκάστην μεταβολαῖς πέψεσί τε καὶ ἀπεψίαις τὰς προρρήσεις ἐπάγειν ἀκριβῶς στοχαζόμενων.</w:t>
      </w:r>
    </w:p>
    <w:p>
      <w:pPr>
        <w:jc w:val="center"/>
      </w:pPr>
      <w:r>
        <w:rPr>
          <w:rFonts w:ascii="Gentium Plus" w:hAnsi="Gentium Plus"/>
          <w:b/>
          <w:sz w:val="24"/>
        </w:rPr>
        <w:t>Κεφ. ιʹ. Περὶ τῆς ἐκ τῶν φαιῶν καὶ πελιδνῶν καὶ μελάνων οὔρων προγνώσεως.</w:t>
      </w:r>
    </w:p>
    <w:p>
      <w:r>
        <w:rPr>
          <w:rFonts w:ascii="Courier New" w:hAnsi="Courier New"/>
          <w:color w:val="555555"/>
          <w:sz w:val="20"/>
        </w:rPr>
        <w:t>[6 . 10 . 1]</w:t>
      </w:r>
    </w:p>
    <w:p>
      <w:r>
        <w:rPr>
          <w:rFonts w:ascii="Gentium Plus" w:hAnsi="Gentium Plus"/>
          <w:sz w:val="24"/>
        </w:rPr>
        <w:t>Φαιὰ ἐπὶ τούτοις καὶ πελιδνὰ καὶ μέλανα χρώματα τῷ μελαγχολικῷ μὲν ἐπὶ τὸ πλεῖστον χυμῷ χρωννύμενα, οὐχ ἧττον δὲ καὶ δι’ ἑτέρας αἰτίας τοιαῦτα φαινόμενα κα‐ θὼς κἀν τοῖς περὶ διαγνώσεως οὔρων λέλεκται.</w:t>
      </w:r>
    </w:p>
    <w:p>
      <w:r>
        <w:rPr>
          <w:rFonts w:ascii="Courier New" w:hAnsi="Courier New"/>
          <w:color w:val="555555"/>
          <w:sz w:val="20"/>
        </w:rPr>
        <w:t>[6 . 10 . 2]</w:t>
      </w:r>
    </w:p>
    <w:p>
      <w:r>
        <w:rPr>
          <w:rFonts w:ascii="Gentium Plus" w:hAnsi="Gentium Plus"/>
          <w:sz w:val="24"/>
        </w:rPr>
        <w:t>Νῦν δ’ ἐπιθῶμεν τῷ λόγῳ, ὅσον μὲν εἰς πρόγνωσιν ἀσφαλές, λέλειπται δ’ ἐν τοῖς περὶ διαγνώσεως οὔρων λόγοις.</w:t>
      </w:r>
    </w:p>
    <w:p>
      <w:r>
        <w:rPr>
          <w:rFonts w:ascii="Courier New" w:hAnsi="Courier New"/>
          <w:color w:val="555555"/>
          <w:sz w:val="20"/>
        </w:rPr>
        <w:t>[6 . 10 . 3]</w:t>
      </w:r>
    </w:p>
    <w:p>
      <w:r>
        <w:rPr>
          <w:rFonts w:ascii="Gentium Plus" w:hAnsi="Gentium Plus"/>
          <w:sz w:val="24"/>
        </w:rPr>
        <w:t>Ὅσα</w:t>
      </w:r>
    </w:p>
    <w:p>
      <w:r>
        <w:rPr>
          <w:rFonts w:ascii="Courier New" w:hAnsi="Courier New"/>
          <w:color w:val="555555"/>
          <w:sz w:val="20"/>
        </w:rPr>
        <w:t>[5]</w:t>
      </w:r>
    </w:p>
    <w:p>
      <w:r>
        <w:rPr>
          <w:rFonts w:ascii="Gentium Plus" w:hAnsi="Gentium Plus"/>
          <w:sz w:val="24"/>
        </w:rPr>
        <w:t>πρὸς τούτοις σπληνὸς ἐξῳδηκότος καὶ τοιούτου χυμοῦ ὑπόπλεω, λύσιν ἀποκενούμενα τοιαῦτα οὖρα τῶν ἤδη ῥη‐ θέντων μαρτυροῦσι παθῶν, ὥστε δεῖ καὶ πεπεισμένως προλέγειν.</w:t>
      </w:r>
    </w:p>
    <w:p>
      <w:r>
        <w:rPr>
          <w:rFonts w:ascii="Courier New" w:hAnsi="Courier New"/>
          <w:color w:val="555555"/>
          <w:sz w:val="20"/>
        </w:rPr>
        <w:t>[6 . 10 . 4]</w:t>
      </w:r>
    </w:p>
    <w:p>
      <w:r>
        <w:rPr>
          <w:rFonts w:ascii="Gentium Plus" w:hAnsi="Gentium Plus"/>
          <w:sz w:val="24"/>
        </w:rPr>
        <w:t>Εἰ γὰρ ταῦτα ἐπὶ μελαγχολικῷ χυμῷ παρ‐ οξύνεσθαι εἴωθε, πάντως ἂν διαλυθείη τοῦ παροξύνον‐ τος ἐκκενωθέντος χυμοῦ, ὥστε καὶ κατὰ βραχὺ προϊόντα πρὸς τὸ κατὰ φύσιν μετασταίη ἂν.</w:t>
      </w:r>
    </w:p>
    <w:p>
      <w:r>
        <w:rPr>
          <w:rFonts w:ascii="Courier New" w:hAnsi="Courier New"/>
          <w:color w:val="555555"/>
          <w:sz w:val="20"/>
        </w:rPr>
        <w:t>[6 . 10 . 5]</w:t>
      </w:r>
    </w:p>
    <w:p>
      <w:r>
        <w:rPr>
          <w:rFonts w:ascii="Gentium Plus" w:hAnsi="Gentium Plus"/>
          <w:sz w:val="24"/>
        </w:rPr>
        <w:t>Ἐπί γε μὴν τῶν χλωρῶν καὶ πελιδνῶν προηγησαμένων, εἰ μέλανα φανείη, ἀπαγορευειν μὲν ἤδη χρεὼν τὴν θεράπειαν, εἰς ἄκρον τῆς φαυλότητος ἐληλακότων τῶν παθῶν.</w:t>
      </w:r>
    </w:p>
    <w:p>
      <w:r>
        <w:rPr>
          <w:rFonts w:ascii="Courier New" w:hAnsi="Courier New"/>
          <w:color w:val="555555"/>
          <w:sz w:val="20"/>
        </w:rPr>
        <w:t>[6 . 10 . 6]</w:t>
      </w:r>
    </w:p>
    <w:p>
      <w:r>
        <w:rPr>
          <w:rFonts w:ascii="Gentium Plus" w:hAnsi="Gentium Plus"/>
          <w:sz w:val="24"/>
        </w:rPr>
        <w:t>Εἰ τὸ μὲν ἐπι‐ τεταμένης πέφυκε θερμότητος, ἐκεῖνο δὲ τῆς ἀντιρρόπου ψυχρότητος—αἱ γὰρ εἰς ἄκρον ἰοῦσαι ποιότητες λύειν εἰώθασι τὴν τοῦ σώματος συνέχειαν, μὴ στεγούσης τὴν</w:t>
      </w:r>
    </w:p>
    <w:p>
      <w:r>
        <w:rPr>
          <w:rFonts w:ascii="Courier New" w:hAnsi="Courier New"/>
          <w:color w:val="555555"/>
          <w:sz w:val="20"/>
        </w:rPr>
        <w:t>[5]</w:t>
      </w:r>
    </w:p>
    <w:p>
      <w:r>
        <w:rPr>
          <w:rFonts w:ascii="Gentium Plus" w:hAnsi="Gentium Plus"/>
          <w:sz w:val="24"/>
        </w:rPr>
        <w:t>ἀμετρίαν τῆς φυσικῆς δυνάμεως, ἔπειτα καὶ ἄλλως ἐν πυρετοῖς μετρίοις οὖσι καὶ τῆς δυνάμεως ἐρρωμένης— τάχ’ ἂν ὀφθέντα ἐν μὴ κρισίμοις ἡμέραις ἀπειλήσουσι μὲν θάνατον, οὐκ ἰσχύσουσι δὲ δυοῖν ἀγαθῶν ἑνὶ μαχομένων φαύλῳ σημείῳ, ὀξέως δὲ τοῦ πυρετοῦ τυγχάνοντος, προσ‐</w:t>
      </w:r>
    </w:p>
    <w:p>
      <w:r>
        <w:rPr>
          <w:rFonts w:ascii="Courier New" w:hAnsi="Courier New"/>
          <w:color w:val="555555"/>
          <w:sz w:val="20"/>
        </w:rPr>
        <w:t>[10]</w:t>
      </w:r>
    </w:p>
    <w:p>
      <w:r>
        <w:rPr>
          <w:rFonts w:ascii="Gentium Plus" w:hAnsi="Gentium Plus"/>
          <w:sz w:val="24"/>
        </w:rPr>
        <w:t>δοκητέος ὁ θάνατος καὶ μάλιστα εἰ κρίσιμος ἡ μαρτυρή‐ σασα πέφυκεν.</w:t>
      </w:r>
    </w:p>
    <w:p>
      <w:r>
        <w:rPr>
          <w:rFonts w:ascii="Courier New" w:hAnsi="Courier New"/>
          <w:color w:val="555555"/>
          <w:sz w:val="20"/>
        </w:rPr>
        <w:t>[6 . 10 . 7]</w:t>
      </w:r>
    </w:p>
    <w:p>
      <w:r>
        <w:rPr>
          <w:rFonts w:ascii="Gentium Plus" w:hAnsi="Gentium Plus"/>
          <w:sz w:val="24"/>
        </w:rPr>
        <w:t>Ἀλλὰ περὶ μὲν τῶν κρισίμων ἐν ἄλλοις εἴρηται τῷ σοφῷ Γαλήνῳ.</w:t>
      </w:r>
    </w:p>
    <w:p>
      <w:r>
        <w:rPr>
          <w:rFonts w:ascii="Courier New" w:hAnsi="Courier New"/>
          <w:color w:val="555555"/>
          <w:sz w:val="20"/>
        </w:rPr>
        <w:t>[6 . 10 . 8]</w:t>
      </w:r>
    </w:p>
    <w:p>
      <w:r>
        <w:rPr>
          <w:rFonts w:ascii="Gentium Plus" w:hAnsi="Gentium Plus"/>
          <w:sz w:val="24"/>
        </w:rPr>
        <w:t>Ἐξέστω δὲ καὶ ἡμῖν ὧδέ πως προϊόντος φάναι τοῦ λόγου, ὅσον ἂν ἀνήκειν δόξῃ τῇ περὶ οὔρων πραγματείᾳ.</w:t>
      </w:r>
    </w:p>
    <w:p>
      <w:r>
        <w:rPr>
          <w:rFonts w:ascii="Courier New" w:hAnsi="Courier New"/>
          <w:color w:val="555555"/>
          <w:sz w:val="20"/>
        </w:rPr>
        <w:t>[6 . 10 . 9]</w:t>
      </w:r>
    </w:p>
    <w:p>
      <w:r>
        <w:rPr>
          <w:rFonts w:ascii="Gentium Plus" w:hAnsi="Gentium Plus"/>
          <w:sz w:val="24"/>
        </w:rPr>
        <w:t>Τοῖς γὰρ μαθεῖν σπουδάζου‐ σιν, ἀσφαλέστερον ἡ Γαλήνῳ γραφεῖσα πραγματεία συνοί‐ σει, τῆς κατὰ τὴν σύστασιν προγνώσεως, ἡμῖν δ’, ἐπεὶ περὶ τῶν ἐν χρώμασι τεθεωρημένων προγνώσεων εἴρηται, δί‐</w:t>
      </w:r>
    </w:p>
    <w:p>
      <w:r>
        <w:rPr>
          <w:rFonts w:ascii="Courier New" w:hAnsi="Courier New"/>
          <w:color w:val="555555"/>
          <w:sz w:val="20"/>
        </w:rPr>
        <w:t>[5]</w:t>
      </w:r>
    </w:p>
    <w:p>
      <w:r>
        <w:rPr>
          <w:rFonts w:ascii="Gentium Plus" w:hAnsi="Gentium Plus"/>
          <w:sz w:val="24"/>
        </w:rPr>
        <w:t>καιον ἂν εἴη ἐνταῦθα μὲν τὸν περὶ τούτου καταπαύειν λόγον, ἑξῆς δὲ τοῦ περὶ τῶν συστάσεων ἅψασθαι, καθὼς κἀν τοῖς ἄλλοις ἔφαμεν λόγοις, εἶθ’ οὕτως καὶ περὶ τῶν</w:t>
      </w:r>
    </w:p>
    <w:p>
      <w:pPr>
        <w:jc w:val="center"/>
      </w:pPr>
      <w:r>
        <w:rPr>
          <w:rFonts w:ascii="Gentium Plus" w:hAnsi="Gentium Plus"/>
          <w:b/>
          <w:sz w:val="24"/>
        </w:rPr>
        <w:t>Κεφ. ιαʹ. Περὶ τῆς κατὰ τὴν σύστασιν προγνώσεως ὅτι καθ’ ὅσον ἂν χρωσθείη τὰ οὖρα ἀφαιρεῖται τῆς ἑνούσης λεπτότητος τὸ πλέον τῇ φαντασίᾳ.</w:t>
      </w:r>
    </w:p>
    <w:p>
      <w:r>
        <w:rPr>
          <w:rFonts w:ascii="Courier New" w:hAnsi="Courier New"/>
          <w:color w:val="555555"/>
          <w:sz w:val="20"/>
        </w:rPr>
        <w:t>[6 . 11 . 1]</w:t>
      </w:r>
    </w:p>
    <w:p>
      <w:r>
        <w:rPr>
          <w:rFonts w:ascii="Gentium Plus" w:hAnsi="Gentium Plus"/>
          <w:sz w:val="24"/>
        </w:rPr>
        <w:t>Τῶν τοίνυν ἐν τοῖς οὔροις τεθεωρημένων συστά‐ σεων, πολλῶν μὲν οὐσῶν καὶ διαφόρων, τῶν πλειόνων δὲ ὡς παραμέσων ἀπορησασῶν οἰκείων ὀνομάτων, ἀκριβέστε‐ ρον δὲ περὶ τούτων ἐν τοῖς περὶ διαφορᾶς οὔρων διορι‐</w:t>
      </w:r>
    </w:p>
    <w:p>
      <w:r>
        <w:rPr>
          <w:rFonts w:ascii="Courier New" w:hAnsi="Courier New"/>
          <w:color w:val="555555"/>
          <w:sz w:val="20"/>
        </w:rPr>
        <w:t>[5]</w:t>
      </w:r>
    </w:p>
    <w:p>
      <w:r>
        <w:rPr>
          <w:rFonts w:ascii="Gentium Plus" w:hAnsi="Gentium Plus"/>
          <w:sz w:val="24"/>
        </w:rPr>
        <w:t>σαμένων τῷ λόγῳ, νῦν ἂν εἴη προσῆκον καὶ τὰς ἐπ’ αὐτοῖς ἐπιθεῖναι προγνώσεις, οὐχ ἧττον τῶν ῥηθέντων λυσιτε‐ λούσας τῇ περὶ οὔρων θεωρία.</w:t>
      </w:r>
    </w:p>
    <w:p>
      <w:r>
        <w:rPr>
          <w:rFonts w:ascii="Courier New" w:hAnsi="Courier New"/>
          <w:color w:val="555555"/>
          <w:sz w:val="20"/>
        </w:rPr>
        <w:t>[6 . 11 . 2]</w:t>
      </w:r>
    </w:p>
    <w:p>
      <w:r>
        <w:rPr>
          <w:rFonts w:ascii="Gentium Plus" w:hAnsi="Gentium Plus"/>
          <w:sz w:val="24"/>
        </w:rPr>
        <w:t>Ὅσαι μὲν οὖν τῶν συστάσεων παραπεπήγασι τῇ συμμέτρῳ, ῥᾳδίως τ’ ἂν ἴσως λύοιντο πρὸς τὸ σύμμετρον χωροῦσαι καί πως ἔτι τὴν δύναμιν ἐρρῶσθαι σημαίνουσι τῷ λόγῳ τούτῳ.</w:t>
      </w:r>
    </w:p>
    <w:p>
      <w:r>
        <w:rPr>
          <w:rFonts w:ascii="Courier New" w:hAnsi="Courier New"/>
          <w:color w:val="555555"/>
          <w:sz w:val="20"/>
        </w:rPr>
        <w:t>[6 . 11 . 3]</w:t>
      </w:r>
    </w:p>
    <w:p>
      <w:r>
        <w:rPr>
          <w:rFonts w:ascii="Gentium Plus" w:hAnsi="Gentium Plus"/>
          <w:sz w:val="24"/>
        </w:rPr>
        <w:t>Καθ’ ὅσον δ’ ἂν ἀποσταῖεν πρὸς ἀμετρίαν τὸ σύμμετρον ἐκκλί‐ νουσαι, τὴν δύναμιν πολλῷ καταβεβλῆσθαι σημαίνουσι καὶ τὴν ἐν τῷ σώματι τῶν χυμῶν οὐσίαν διηλλάχθαι τοῦ</w:t>
      </w:r>
    </w:p>
    <w:p>
      <w:r>
        <w:rPr>
          <w:rFonts w:ascii="Courier New" w:hAnsi="Courier New"/>
          <w:color w:val="555555"/>
          <w:sz w:val="20"/>
        </w:rPr>
        <w:t>[5]</w:t>
      </w:r>
    </w:p>
    <w:p>
      <w:r>
        <w:rPr>
          <w:rFonts w:ascii="Gentium Plus" w:hAnsi="Gentium Plus"/>
          <w:sz w:val="24"/>
        </w:rPr>
        <w:t>κατὰ φύσιν, κατά τε ποσότητα καὶ ποιότητα· ἀλλ’ ἐναρ‐ κτέον ὧδε τοῦ λόγου καὶ καθ’ ἕκαστα περὶ τῶν φαινομέ‐ νων διασαφητέον συστάσεων.</w:t>
      </w:r>
    </w:p>
    <w:p>
      <w:r>
        <w:rPr>
          <w:rFonts w:ascii="Courier New" w:hAnsi="Courier New"/>
          <w:color w:val="555555"/>
          <w:sz w:val="20"/>
        </w:rPr>
        <w:t>[6 . 11 . 4]</w:t>
      </w:r>
    </w:p>
    <w:p>
      <w:r>
        <w:rPr>
          <w:rFonts w:ascii="Gentium Plus" w:hAnsi="Gentium Plus"/>
          <w:sz w:val="24"/>
        </w:rPr>
        <w:t>Αἱ τοίνυν λεπταὶ συστά‐ σεις φαινόμεναι, δι’ ἃς μὲν αἰτίας καὶ ὅ,τι βούλονται, ἐν τοῖς προρρηθεῖσιν εἴρηται λόγοις. νῦν δὲ προσαποδοθήσε‐ ται τῷ λόγῳ καὶ τὰ λείποντα.</w:t>
      </w:r>
    </w:p>
    <w:p>
      <w:r>
        <w:rPr>
          <w:rFonts w:ascii="Courier New" w:hAnsi="Courier New"/>
          <w:color w:val="555555"/>
          <w:sz w:val="20"/>
        </w:rPr>
        <w:t>[6 . 11 . 5]</w:t>
      </w:r>
    </w:p>
    <w:p>
      <w:r>
        <w:rPr>
          <w:rFonts w:ascii="Gentium Plus" w:hAnsi="Gentium Plus"/>
          <w:sz w:val="24"/>
        </w:rPr>
        <w:t>Αἱ μὲν ἐπὶ τὸ αὐτὸ χρονίσασαι συστάσεις λεπταὶ τὰ τῶν κατεχόντων παθῶν συμπτώματα μένειν τε καὶ ἐπιτείνεσθαι ἴσως σημαίνου‐ σιν, ὡς μήπω διανισταμένης τῆς φύσεως πρὸς τὴν τῶν</w:t>
      </w:r>
    </w:p>
    <w:p>
      <w:r>
        <w:rPr>
          <w:rFonts w:ascii="Courier New" w:hAnsi="Courier New"/>
          <w:color w:val="555555"/>
          <w:sz w:val="20"/>
        </w:rPr>
        <w:t>[5]</w:t>
      </w:r>
    </w:p>
    <w:p>
      <w:r>
        <w:rPr>
          <w:rFonts w:ascii="Gentium Plus" w:hAnsi="Gentium Plus"/>
          <w:sz w:val="24"/>
        </w:rPr>
        <w:t>λυπούντων ἀμύναν.</w:t>
      </w:r>
    </w:p>
    <w:p>
      <w:r>
        <w:rPr>
          <w:rFonts w:ascii="Courier New" w:hAnsi="Courier New"/>
          <w:color w:val="555555"/>
          <w:sz w:val="20"/>
        </w:rPr>
        <w:t>[6 . 11 . 6]</w:t>
      </w:r>
    </w:p>
    <w:p>
      <w:r>
        <w:rPr>
          <w:rFonts w:ascii="Gentium Plus" w:hAnsi="Gentium Plus"/>
          <w:sz w:val="24"/>
        </w:rPr>
        <w:t>Εἰκότως γὰρ ἂν καὶ ἐπιτείνοιτο, τοῦ μὲν κατέχοντος προσισταμένου πάθους, τῆς δὲ φυσι‐ κῆς κατὰ βραχὺ δυνάμεως ἀπαγορευούσης.</w:t>
      </w:r>
    </w:p>
    <w:p>
      <w:r>
        <w:rPr>
          <w:rFonts w:ascii="Courier New" w:hAnsi="Courier New"/>
          <w:color w:val="555555"/>
          <w:sz w:val="20"/>
        </w:rPr>
        <w:t>[6 . 11 . 7]</w:t>
      </w:r>
    </w:p>
    <w:p>
      <w:r>
        <w:rPr>
          <w:rFonts w:ascii="Gentium Plus" w:hAnsi="Gentium Plus"/>
          <w:sz w:val="24"/>
        </w:rPr>
        <w:t>Ταῖς μὲν γὰρ ἀρχαῖς καὶ μάλιστα εὐτόνως ἀντίσχουσα αὕτη φαίνε‐ ται.</w:t>
      </w:r>
    </w:p>
    <w:p>
      <w:r>
        <w:rPr>
          <w:rFonts w:ascii="Courier New" w:hAnsi="Courier New"/>
          <w:color w:val="555555"/>
          <w:sz w:val="20"/>
        </w:rPr>
        <w:t>[6 . 11 . 8]</w:t>
      </w:r>
    </w:p>
    <w:p>
      <w:r>
        <w:rPr>
          <w:rFonts w:ascii="Gentium Plus" w:hAnsi="Gentium Plus"/>
          <w:sz w:val="24"/>
        </w:rPr>
        <w:t>Ἄν δέ γε τὰ ἀντίσχοντα μείζω τῆς κατ’ αὐτὴν δυνάμεως ᾖ, βραχύ τι ὅσον εἰκὸς διαναστᾶσα τοῦ λοιποῦ ἀπαγορεύει τὴν ἧτταν ἀπειληφυῖα, ὥστε καὶ χείρω προσ‐ αποδοθείη ἂν διὰ τοῦτο τοῖς λεπτοῖς οὔροις χρώματα καὶ</w:t>
      </w:r>
    </w:p>
    <w:p>
      <w:r>
        <w:rPr>
          <w:rFonts w:ascii="Courier New" w:hAnsi="Courier New"/>
          <w:color w:val="555555"/>
          <w:sz w:val="20"/>
        </w:rPr>
        <w:t>[5]</w:t>
      </w:r>
    </w:p>
    <w:p>
      <w:r>
        <w:rPr>
          <w:rFonts w:ascii="Gentium Plus" w:hAnsi="Gentium Plus"/>
          <w:sz w:val="24"/>
        </w:rPr>
        <w:t>διαφανέστεραι γένοιντ’ ἂν αἱ ἀπεψίαι.</w:t>
      </w:r>
    </w:p>
    <w:p>
      <w:r>
        <w:rPr>
          <w:rFonts w:ascii="Courier New" w:hAnsi="Courier New"/>
          <w:color w:val="555555"/>
          <w:sz w:val="20"/>
        </w:rPr>
        <w:t>[6 . 11 . 9]</w:t>
      </w:r>
    </w:p>
    <w:p>
      <w:r>
        <w:rPr>
          <w:rFonts w:ascii="Gentium Plus" w:hAnsi="Gentium Plus"/>
          <w:sz w:val="24"/>
        </w:rPr>
        <w:t>Ἐντεῦθεν οὖν στοχαζόμενος φαίης ἂν ἤτοι πλείονος ἐπιδεήσασθαι χρό‐ νου τὴν φύσιν εἰς ὑγίειαν, εἴπει ἔτι τὰ τῆς δυνάμεως ἔρ‐</w:t>
      </w:r>
    </w:p>
    <w:p>
      <w:r>
        <w:rPr>
          <w:rFonts w:ascii="Courier New" w:hAnsi="Courier New"/>
          <w:color w:val="555555"/>
          <w:sz w:val="20"/>
        </w:rPr>
        <w:t>[5]</w:t>
      </w:r>
    </w:p>
    <w:p>
      <w:r>
        <w:rPr>
          <w:rFonts w:ascii="Gentium Plus" w:hAnsi="Gentium Plus"/>
          <w:sz w:val="24"/>
        </w:rPr>
        <w:t>μάχην ἐξικνεῖσθαι φέρειν, ζημίαν ὑπενεγκεῖν τὸν κάμνοντα τῆς ζωῆς.</w:t>
      </w:r>
    </w:p>
    <w:p>
      <w:r>
        <w:rPr>
          <w:rFonts w:ascii="Courier New" w:hAnsi="Courier New"/>
          <w:color w:val="555555"/>
          <w:sz w:val="20"/>
        </w:rPr>
        <w:t>[6 . 11 . 10]</w:t>
      </w:r>
    </w:p>
    <w:p>
      <w:r>
        <w:rPr>
          <w:rFonts w:ascii="Gentium Plus" w:hAnsi="Gentium Plus"/>
          <w:sz w:val="24"/>
        </w:rPr>
        <w:t>Ἂν μέντοι αἱ ἅμετροι λεπτότητες ὑποχα‐ λῶσιν ὑπενδιδοῦσαι, τά τε φαῦλα τῶν συμπτωμάτων ὑπο‐ μεινοῖντ’ ἂν καὶ ἡ δύναμις ὥσπερ ἀναρρωνυμένη τὰς πέ‐ ψεις ἐπιθήσει προβαίνουσα, ὥστε καὶ τὴν σωτηρίαν ἐν‐</w:t>
      </w:r>
    </w:p>
    <w:p>
      <w:r>
        <w:rPr>
          <w:rFonts w:ascii="Courier New" w:hAnsi="Courier New"/>
          <w:color w:val="555555"/>
          <w:sz w:val="20"/>
        </w:rPr>
        <w:t>[5]</w:t>
      </w:r>
    </w:p>
    <w:p>
      <w:r>
        <w:rPr>
          <w:rFonts w:ascii="Gentium Plus" w:hAnsi="Gentium Plus"/>
          <w:sz w:val="24"/>
        </w:rPr>
        <w:t>τεῦθεν συνιέντα προσῆκον ἐξαγγέλλειν τοῖς κάμνουσιν.</w:t>
      </w:r>
    </w:p>
    <w:p>
      <w:r>
        <w:rPr>
          <w:rFonts w:ascii="Courier New" w:hAnsi="Courier New"/>
          <w:color w:val="555555"/>
          <w:sz w:val="20"/>
        </w:rPr>
        <w:t>[6 . 11 . 11]</w:t>
      </w:r>
    </w:p>
    <w:p>
      <w:r>
        <w:rPr>
          <w:rFonts w:ascii="Gentium Plus" w:hAnsi="Gentium Plus"/>
          <w:sz w:val="24"/>
        </w:rPr>
        <w:t>Οὐ δεῖ δὲ λανθάνειν ὡς ὑφαιρεῖταί τι τῇ φαντασίᾳ τῆς λεπτότητος, τὰ ταῖς λεπταῖς συστάσεσιν ἐπιμιγνύμενα χρώματα, ὥσπερ δῆτα τὸ πολὺ τοῦ χρώματος ἀφαιρεῖται τὸ πάχος.</w:t>
      </w:r>
    </w:p>
    <w:p>
      <w:r>
        <w:rPr>
          <w:rFonts w:ascii="Courier New" w:hAnsi="Courier New"/>
          <w:color w:val="555555"/>
          <w:sz w:val="20"/>
        </w:rPr>
        <w:t>[6 . 11 . 12]</w:t>
      </w:r>
    </w:p>
    <w:p>
      <w:r>
        <w:rPr>
          <w:rFonts w:ascii="Gentium Plus" w:hAnsi="Gentium Plus"/>
          <w:sz w:val="24"/>
        </w:rPr>
        <w:t>Δίκαιον δ’ ἂν εἴη ἐνταῦθα περὶ τούτων φάναι, καί τι καὶ ταύτης λυσιτελούσης τῆς θεωρίας, ὥστε ἐντεῦθεν ὡς εἰκὸς τὸν περὶ τούτου λόγον σκεπτέον.</w:t>
      </w:r>
    </w:p>
    <w:p>
      <w:r>
        <w:rPr>
          <w:rFonts w:ascii="Courier New" w:hAnsi="Courier New"/>
          <w:color w:val="555555"/>
          <w:sz w:val="20"/>
        </w:rPr>
        <w:t>[6 . 11 . 13]</w:t>
      </w:r>
    </w:p>
    <w:p>
      <w:r>
        <w:rPr>
          <w:rFonts w:ascii="Gentium Plus" w:hAnsi="Gentium Plus"/>
          <w:sz w:val="24"/>
        </w:rPr>
        <w:t>Ἀφαιροῦνται τοίνυν τῶν λεπτῶν συστάσεων τὰ χύ‐ ματα τῇ φαντασίᾳ, καθ’ ὅσον ἂν τὰ χρώματα τοῦ λευκοῦ διαπίπτῃ τρόπῳ τοιῷδε.</w:t>
      </w:r>
    </w:p>
    <w:p>
      <w:r>
        <w:rPr>
          <w:rFonts w:ascii="Courier New" w:hAnsi="Courier New"/>
          <w:color w:val="555555"/>
          <w:sz w:val="20"/>
        </w:rPr>
        <w:t>[6 . 11 . 14]</w:t>
      </w:r>
    </w:p>
    <w:p>
      <w:r>
        <w:rPr>
          <w:rFonts w:ascii="Gentium Plus" w:hAnsi="Gentium Plus"/>
          <w:sz w:val="24"/>
        </w:rPr>
        <w:t>Ἐπειδὴ τοῦτο λέλεκται λεπτὸν ἐν οὔροις, ὅπερ ἂν ᾖ διαφανέστατον, τὰ δὲ λευκὰ τῶν χρωμάτων μᾶλλον ἐν αὐτοῖς τῶν ἄλλων τὸ διαφανὲς ἐκληρώσαντο τῷ μεταλαχεῖν τῆς ἀερώδους μᾶλλον οὐσίας,</w:t>
      </w:r>
    </w:p>
    <w:p>
      <w:r>
        <w:rPr>
          <w:rFonts w:ascii="Courier New" w:hAnsi="Courier New"/>
          <w:color w:val="555555"/>
          <w:sz w:val="20"/>
        </w:rPr>
        <w:t>[5]</w:t>
      </w:r>
    </w:p>
    <w:p>
      <w:r>
        <w:rPr>
          <w:rFonts w:ascii="Gentium Plus" w:hAnsi="Gentium Plus"/>
          <w:sz w:val="24"/>
        </w:rPr>
        <w:t>εἰκότως ἂν ἀμφοτέρων συνιόντων ἐν διαφανεστάτῳ σώ‐ ματι τῇ ἀμίδι, ῥᾳδίως ἡ ὄψις πάντα διαπερῴη, μηδενὸς ἧττον διαφανοῦς ἀντίσχοντος σώματος.</w:t>
      </w:r>
    </w:p>
    <w:p>
      <w:r>
        <w:rPr>
          <w:rFonts w:ascii="Courier New" w:hAnsi="Courier New"/>
          <w:color w:val="555555"/>
          <w:sz w:val="20"/>
        </w:rPr>
        <w:t>[6 . 11 . 15]</w:t>
      </w:r>
    </w:p>
    <w:p>
      <w:r>
        <w:rPr>
          <w:rFonts w:ascii="Gentium Plus" w:hAnsi="Gentium Plus"/>
          <w:sz w:val="24"/>
        </w:rPr>
        <w:t>Ἐπεὶ γὰρ ἡ ὄψις τότε δὴ ἐντελεχεία ὄψις ἐστίν, ὁπόταν ἀπερεισθείη ἐπὶ συνεστηκότος σώματος—ἐν γὰρ τοῖς λεπτοῖς καὶ ἀερώδεσιν οὐκ ἂν ἀπερεισθείη διαδήλως οὖσι λεπτοῖς τε</w:t>
      </w:r>
    </w:p>
    <w:p>
      <w:r>
        <w:rPr>
          <w:rFonts w:ascii="Courier New" w:hAnsi="Courier New"/>
          <w:color w:val="555555"/>
          <w:sz w:val="20"/>
        </w:rPr>
        <w:t>[5]</w:t>
      </w:r>
    </w:p>
    <w:p>
      <w:r>
        <w:rPr>
          <w:rFonts w:ascii="Gentium Plus" w:hAnsi="Gentium Plus"/>
          <w:sz w:val="24"/>
        </w:rPr>
        <w:t>καὶ διαφανέσιν, εἰκότως ἂν κἀνταῦθα τῷ τῆς ἀναλογίας λόγῳ μᾶλλον τὰ μετὰ λευκοῦ διαπεράσῃ χρώματα λεπτά, ἢ τὰ μεθ’ ἑτέρου χρώματος ὥσπερ ἐνδιατριβούσης μᾶλλον τῆς ὄψεως τῷ ἧττον διαφανεῖ καὶ μὴ ῥᾳδίως διαπεραιου‐ μένης, ὥσπερ ἐπὶ τῶν λευκῶν, ὥστ’ ἐντεῦθεν συνάγεσθαι,</w:t>
      </w:r>
    </w:p>
    <w:p>
      <w:r>
        <w:rPr>
          <w:rFonts w:ascii="Courier New" w:hAnsi="Courier New"/>
          <w:color w:val="555555"/>
          <w:sz w:val="20"/>
        </w:rPr>
        <w:t>[10]</w:t>
      </w:r>
    </w:p>
    <w:p>
      <w:r>
        <w:rPr>
          <w:rFonts w:ascii="Gentium Plus" w:hAnsi="Gentium Plus"/>
          <w:sz w:val="24"/>
        </w:rPr>
        <w:t>ἧττον ἐκείνων ταῦτα λεπτὰ τυγχάνειν τῇ ἐπὶ πλείονι χρόνῳ περὶ τὰ χρώματα διατριβῇ τῆς ὄψεως.</w:t>
      </w:r>
    </w:p>
    <w:p>
      <w:r>
        <w:rPr>
          <w:rFonts w:ascii="Courier New" w:hAnsi="Courier New"/>
          <w:color w:val="555555"/>
          <w:sz w:val="20"/>
        </w:rPr>
        <w:t>[6 . 11 . 16]</w:t>
      </w:r>
    </w:p>
    <w:p>
      <w:r>
        <w:rPr>
          <w:rFonts w:ascii="Gentium Plus" w:hAnsi="Gentium Plus"/>
          <w:sz w:val="24"/>
        </w:rPr>
        <w:t>Τοσούτῳ μέντοι ἀλλήλων τὰ χρώματα διενήνοχεν εἰς τὴν τοῦ ὄντος λεπτοῦ κατὰ φαντασίαν ἀφαίρεσιν, ὅσον ἡ τοῦ λευκοῦ διαπέπτωκε χρώματος, καὶ δῆλον ἂν εἴη ἀπὸ τῶν λεπτῶν</w:t>
      </w:r>
    </w:p>
    <w:p>
      <w:r>
        <w:rPr>
          <w:rFonts w:ascii="Courier New" w:hAnsi="Courier New"/>
          <w:color w:val="555555"/>
          <w:sz w:val="20"/>
        </w:rPr>
        <w:t>[5]</w:t>
      </w:r>
    </w:p>
    <w:p>
      <w:r>
        <w:rPr>
          <w:rFonts w:ascii="Gentium Plus" w:hAnsi="Gentium Plus"/>
          <w:sz w:val="24"/>
        </w:rPr>
        <w:t>μὲν τῇ συστάσει, μελάνων δὲ τῷ χρώματι, μὴ ῥᾳδίως οὕτως διαφαινομένων ἐν ταῖς ἀμίσιν.</w:t>
      </w:r>
    </w:p>
    <w:p>
      <w:r>
        <w:rPr>
          <w:rFonts w:ascii="Courier New" w:hAnsi="Courier New"/>
          <w:color w:val="555555"/>
          <w:sz w:val="20"/>
        </w:rPr>
        <w:t>[6 . 11 . 17]</w:t>
      </w:r>
    </w:p>
    <w:p>
      <w:r>
        <w:rPr>
          <w:rFonts w:ascii="Gentium Plus" w:hAnsi="Gentium Plus"/>
          <w:sz w:val="24"/>
        </w:rPr>
        <w:t>Ἐπεὶ γὰρ ταῦτα</w:t>
      </w:r>
    </w:p>
    <w:p>
      <w:r>
        <w:rPr>
          <w:rFonts w:ascii="Courier New" w:hAnsi="Courier New"/>
          <w:color w:val="555555"/>
          <w:sz w:val="20"/>
        </w:rPr>
        <w:t>[5]</w:t>
      </w:r>
    </w:p>
    <w:p>
      <w:r>
        <w:rPr>
          <w:rFonts w:ascii="Gentium Plus" w:hAnsi="Gentium Plus"/>
          <w:sz w:val="24"/>
        </w:rPr>
        <w:t>τῆς ἐπ’ ἐκεῖνα διαπέπτωκε διαφανείας κατὰ τὸ μέτρον ἀναλόγως τῆς ἀποστάσεως.</w:t>
      </w:r>
    </w:p>
    <w:p>
      <w:r>
        <w:rPr>
          <w:rFonts w:ascii="Courier New" w:hAnsi="Courier New"/>
          <w:color w:val="555555"/>
          <w:sz w:val="20"/>
        </w:rPr>
        <w:t>[6 . 11 . 18]</w:t>
      </w:r>
    </w:p>
    <w:p>
      <w:r>
        <w:rPr>
          <w:rFonts w:ascii="Gentium Plus" w:hAnsi="Gentium Plus"/>
          <w:sz w:val="24"/>
        </w:rPr>
        <w:t>Ἐπί γε μὴν τῶν ἀφαι‐ ρούντων τῷ πάχει τὰ χρώματα τοιοῦτος ἂν ὁ λόγος ἀπο‐ δοθείη.</w:t>
      </w:r>
    </w:p>
    <w:p>
      <w:pPr>
        <w:jc w:val="center"/>
      </w:pPr>
      <w:r>
        <w:rPr>
          <w:rFonts w:ascii="Gentium Plus" w:hAnsi="Gentium Plus"/>
          <w:b/>
          <w:sz w:val="24"/>
        </w:rPr>
        <w:t>Κεφ. ιβʹ. Ὅτι καθόσον ἂν παχυνθείη τὰ οὖρα ἀφαιρεῖται τοῦ ἐνόντος πρὶν ἢ παχυνθῆναι χρώματος.</w:t>
      </w:r>
    </w:p>
    <w:p>
      <w:r>
        <w:rPr>
          <w:rFonts w:ascii="Courier New" w:hAnsi="Courier New"/>
          <w:color w:val="555555"/>
          <w:sz w:val="20"/>
        </w:rPr>
        <w:t>[6 . 12 . 1]</w:t>
      </w:r>
    </w:p>
    <w:p>
      <w:r>
        <w:rPr>
          <w:rFonts w:ascii="Gentium Plus" w:hAnsi="Gentium Plus"/>
          <w:sz w:val="24"/>
        </w:rPr>
        <w:t>Ἐπειδὴ τὰ τῆς αὐτῆς οὐσίας τυγχάνοντα σώματα διαφανῆ καθόσον ἂν ἥκῃ λεπτότητος, διαφανέστερα γίνε‐ ται (τὰ γὰρ μᾶλλον διαφανῆ καθαρώτερον καὶ τὰ οἰκεῖα δείκνυσι χρώματα, ῥᾳδίως μὲν τῆς ὄψεως περαιουμένης</w:t>
      </w:r>
    </w:p>
    <w:p>
      <w:r>
        <w:rPr>
          <w:rFonts w:ascii="Courier New" w:hAnsi="Courier New"/>
          <w:color w:val="555555"/>
          <w:sz w:val="20"/>
        </w:rPr>
        <w:t>[5]</w:t>
      </w:r>
    </w:p>
    <w:p>
      <w:r>
        <w:rPr>
          <w:rFonts w:ascii="Gentium Plus" w:hAnsi="Gentium Plus"/>
          <w:sz w:val="24"/>
        </w:rPr>
        <w:t>τὰ λεπτύτερα, ῥᾳδίως δὲ καὶ ἀντιλαμβανομένης τῶν ἐν αὐτῇ χρωμάτων), εἰκότως ἂν ἀφαιραῖτο ὧδε τὰ χρώματα τῷ τε ἐπιγεγενημένῳ πάχει, καὶ τῷ τὴν ὄψιν ταῖς ἐπιφα‐ νείαις ἀναπαυομένην μὴ περαιοῦσθαι.</w:t>
      </w:r>
    </w:p>
    <w:p>
      <w:r>
        <w:rPr>
          <w:rFonts w:ascii="Courier New" w:hAnsi="Courier New"/>
          <w:color w:val="555555"/>
          <w:sz w:val="20"/>
        </w:rPr>
        <w:t>[6 . 12 . 2]</w:t>
      </w:r>
    </w:p>
    <w:p>
      <w:r>
        <w:rPr>
          <w:rFonts w:ascii="Gentium Plus" w:hAnsi="Gentium Plus"/>
          <w:sz w:val="24"/>
        </w:rPr>
        <w:t>Ἔπειτα καὶ τῆς λειότητος πολλῷ διενεγκούσης τῆς τραχύτητος, εἰς τὴν τῆς ὄψεως ἀντίληψιν, τὰ δὲ παχέα τοῖς τραχυνομένοις ἐῴκει μᾶλλον σώμασιν.</w:t>
      </w:r>
    </w:p>
    <w:p>
      <w:r>
        <w:rPr>
          <w:rFonts w:ascii="Courier New" w:hAnsi="Courier New"/>
          <w:color w:val="555555"/>
          <w:sz w:val="20"/>
        </w:rPr>
        <w:t>[6 . 12 . 3]</w:t>
      </w:r>
    </w:p>
    <w:p>
      <w:r>
        <w:rPr>
          <w:rFonts w:ascii="Gentium Plus" w:hAnsi="Gentium Plus"/>
          <w:sz w:val="24"/>
        </w:rPr>
        <w:t>Εἰκότως ἂν ἀφέληται τούτων τὸ πά‐ χος τὸ πολὺ τοῦ χρώματος, ὥσπερ δῆτα καὶ φρίσσουσα θάλαττα, τῷ τῆς τραχύτητος λόγῳ τοῦ καθεστηκότος ἀφῄρηται χρώματος, κἀπὶ τῶν διαφάνειαν δέ τινα κεκτη‐</w:t>
      </w:r>
    </w:p>
    <w:p>
      <w:r>
        <w:rPr>
          <w:rFonts w:ascii="Courier New" w:hAnsi="Courier New"/>
          <w:color w:val="555555"/>
          <w:sz w:val="20"/>
        </w:rPr>
        <w:t>[5]</w:t>
      </w:r>
    </w:p>
    <w:p>
      <w:r>
        <w:rPr>
          <w:rFonts w:ascii="Gentium Plus" w:hAnsi="Gentium Plus"/>
          <w:sz w:val="24"/>
        </w:rPr>
        <w:t>μένων λίθων ἔστιν ὁσημέραι μαθεῖν τοῦτο.</w:t>
      </w:r>
    </w:p>
    <w:p>
      <w:r>
        <w:rPr>
          <w:rFonts w:ascii="Courier New" w:hAnsi="Courier New"/>
          <w:color w:val="555555"/>
          <w:sz w:val="20"/>
        </w:rPr>
        <w:t>[6 . 12 . 4]</w:t>
      </w:r>
    </w:p>
    <w:p>
      <w:r>
        <w:rPr>
          <w:rFonts w:ascii="Gentium Plus" w:hAnsi="Gentium Plus"/>
          <w:sz w:val="24"/>
        </w:rPr>
        <w:t>Τῶν γὰρ λείων δηλονότι γεγονότων τῇ τέχνῃ, τὰ χρώματα ἐπιδηλό‐ τερα φαίνεται τῶν ἔτι τραχέων μενόντων.</w:t>
      </w:r>
    </w:p>
    <w:p>
      <w:r>
        <w:rPr>
          <w:rFonts w:ascii="Courier New" w:hAnsi="Courier New"/>
          <w:color w:val="555555"/>
          <w:sz w:val="20"/>
        </w:rPr>
        <w:t>[6 . 12 . 5]</w:t>
      </w:r>
    </w:p>
    <w:p>
      <w:r>
        <w:rPr>
          <w:rFonts w:ascii="Gentium Plus" w:hAnsi="Gentium Plus"/>
          <w:sz w:val="24"/>
        </w:rPr>
        <w:t>Ἀλλ’ ὁ μὲν περὶ τούτων λόγος τὰ νῦν ἀφείσθω ἀρκούντως, οἶμαι, ῥηθείς. ἑξῆς δὲ περὶ τῶν ἐπὶ ταῖς παχείαις νομιζομένων συστάσεσι ῥητέον. περὶ γὰρ τῶν λεπτῶν ἱκανῶς εἴρηται.</w:t>
      </w:r>
    </w:p>
    <w:p>
      <w:r>
        <w:rPr>
          <w:rFonts w:ascii="Courier New" w:hAnsi="Courier New"/>
          <w:color w:val="555555"/>
          <w:sz w:val="20"/>
        </w:rPr>
        <w:t>[6 . 12 . 6]</w:t>
      </w:r>
    </w:p>
    <w:p>
      <w:r>
        <w:rPr>
          <w:rFonts w:ascii="Gentium Plus" w:hAnsi="Gentium Plus"/>
          <w:sz w:val="24"/>
        </w:rPr>
        <w:t>Τὰ τοίνυν παχέα τῶν οὔρων, εἰ μὲν ἐπὶ πυρετῶν λεπτῶν τε καὶ διαφανῶν ἡγησαμένων οὔρων ὀφθείη προ‐ ιόντος τοῦ νοσήματος, ἀποδέχεσθαι χρὴ καὶ προλέγειν ὅσον οὕτω τὴν ἄνεσιν ἐσομένην.</w:t>
      </w:r>
    </w:p>
    <w:p>
      <w:r>
        <w:rPr>
          <w:rFonts w:ascii="Courier New" w:hAnsi="Courier New"/>
          <w:color w:val="555555"/>
          <w:sz w:val="20"/>
        </w:rPr>
        <w:t>[6 . 12 . 7]</w:t>
      </w:r>
    </w:p>
    <w:p>
      <w:r>
        <w:rPr>
          <w:rFonts w:ascii="Gentium Plus" w:hAnsi="Gentium Plus"/>
          <w:sz w:val="24"/>
        </w:rPr>
        <w:t>Ὑποφαίνεται γὰρ ἐνταῦθα τὴν φύσιν ἤδη τῆς ὕλης κατακρατεῖν, καὶ ταύτην πειρᾶσθαι πέττειν, ὥστε καὶ διαχωρήσεις γαστρὸς ὧδε γέ‐ νοιντ’ ἂν ὑποβιαζομένης ἤδη καὶ πεττομένης τῆς ὕλης.</w:t>
      </w:r>
    </w:p>
    <w:p>
      <w:r>
        <w:rPr>
          <w:rFonts w:ascii="Courier New" w:hAnsi="Courier New"/>
          <w:color w:val="555555"/>
          <w:sz w:val="20"/>
        </w:rPr>
        <w:t>[6 . 12 . 8]</w:t>
      </w:r>
    </w:p>
    <w:p>
      <w:r>
        <w:rPr>
          <w:rFonts w:ascii="Gentium Plus" w:hAnsi="Gentium Plus"/>
          <w:sz w:val="24"/>
        </w:rPr>
        <w:t>Τοσούτῳ δ’ ἂν ἀμείνω τε καὶ ἀσφαλέστερα εἴη, ὅσον καὶ προιαίτερον ἤτοι τὸ πλέον ὑφίστησι τοῦ πάχους καὶ τὸ πᾶν μείζονος δηλαδὴ τῆς διακρίσεως γινομένης, ἐντεῦ‐ θεν δ’ ἂν εἰκότως κατὰ βραχὺ τοῦ πάχους ἀφαιρουμένου,</w:t>
      </w:r>
    </w:p>
    <w:p>
      <w:r>
        <w:rPr>
          <w:rFonts w:ascii="Courier New" w:hAnsi="Courier New"/>
          <w:color w:val="555555"/>
          <w:sz w:val="20"/>
        </w:rPr>
        <w:t>[5]</w:t>
      </w:r>
    </w:p>
    <w:p>
      <w:r>
        <w:rPr>
          <w:rFonts w:ascii="Gentium Plus" w:hAnsi="Gentium Plus"/>
          <w:sz w:val="24"/>
        </w:rPr>
        <w:t>ἅτε πεττομένης τε καὶ μειουμένης τῆς λυπούσης ὕλης.</w:t>
      </w:r>
    </w:p>
    <w:p>
      <w:r>
        <w:rPr>
          <w:rFonts w:ascii="Courier New" w:hAnsi="Courier New"/>
          <w:color w:val="555555"/>
          <w:sz w:val="20"/>
        </w:rPr>
        <w:t>[6 . 12 . 9]</w:t>
      </w:r>
    </w:p>
    <w:p>
      <w:r>
        <w:rPr>
          <w:rFonts w:ascii="Gentium Plus" w:hAnsi="Gentium Plus"/>
          <w:sz w:val="24"/>
        </w:rPr>
        <w:t>Τά τε προσόντα συμπτώματα διαλύοιντ’ ἂν τῶν φυ‐ σικῶν ἐκκρίσεων ἐπὶ ταῖς πέψεσιν ηὐξημένων, καὶ τὰ οὖρα πρὸς τὸ οἰκεῖον ἂν χωροίη χρῶμα.</w:t>
      </w:r>
    </w:p>
    <w:p>
      <w:r>
        <w:rPr>
          <w:rFonts w:ascii="Courier New" w:hAnsi="Courier New"/>
          <w:color w:val="555555"/>
          <w:sz w:val="20"/>
        </w:rPr>
        <w:t>[6 . 12 . 10]</w:t>
      </w:r>
    </w:p>
    <w:p>
      <w:r>
        <w:rPr>
          <w:rFonts w:ascii="Gentium Plus" w:hAnsi="Gentium Plus"/>
          <w:sz w:val="24"/>
        </w:rPr>
        <w:t>Εἰ δ’ ἅμα τῇ προσβολῇ τοῦ πυρετοῦ παχέα φαίνεται, καὶ μήτε προϊόν‐ τος καθίσταιτο μήτε καθιστάμενα λεπτύνοιτο, ἀεὶ δ’ ἤτοι τῷ πάχει ἐπιδιδοῦσι ταῦτα ἢ καὶ μὴ ἐπιδιδοῦντα οὔτε</w:t>
      </w:r>
    </w:p>
    <w:p>
      <w:r>
        <w:rPr>
          <w:rFonts w:ascii="Courier New" w:hAnsi="Courier New"/>
          <w:color w:val="555555"/>
          <w:sz w:val="20"/>
        </w:rPr>
        <w:t>[5]</w:t>
      </w:r>
    </w:p>
    <w:p>
      <w:r>
        <w:rPr>
          <w:rFonts w:ascii="Gentium Plus" w:hAnsi="Gentium Plus"/>
          <w:sz w:val="24"/>
        </w:rPr>
        <w:t>λεπτύνεται οὔτε ἐπὶ τὰ κρείττω τῶν χρωμάτων μετα‐ βάλλεται, μανθάνειν μὲν ἔξεστιν ὧδε τὴν τῆς δυνά‐ μεως ἀτονίαν, τὸ πλῆθος δ’ οὐκ ὀλίγον καταστοχάζεσθαι τῶν χυμῶν, ὥστε καὶ δέος οὐχὶ βραχύ, μὴ ἀπειποῦσαν ἤδη τὴν φύσιν τῶν αὐτῆς πάμπαν ἐνεργειῶν λαθέσθαι,</w:t>
      </w:r>
    </w:p>
    <w:p>
      <w:r>
        <w:rPr>
          <w:rFonts w:ascii="Courier New" w:hAnsi="Courier New"/>
          <w:color w:val="555555"/>
          <w:sz w:val="20"/>
        </w:rPr>
        <w:t>[10]</w:t>
      </w:r>
    </w:p>
    <w:p>
      <w:r>
        <w:rPr>
          <w:rFonts w:ascii="Gentium Plus" w:hAnsi="Gentium Plus"/>
          <w:sz w:val="24"/>
        </w:rPr>
        <w:t>οὗ τι ἂν εἴη χεῖρον σώματι τῇ ταύτης ἐνεργείᾳ συνιστα‐ μένῳ, οἷόν τι κἀπί τινος οὐ πάνυ πρῴην ἑώρακα μειρα‐ κίου.</w:t>
      </w:r>
    </w:p>
    <w:p>
      <w:r>
        <w:rPr>
          <w:rFonts w:ascii="Courier New" w:hAnsi="Courier New"/>
          <w:color w:val="555555"/>
          <w:sz w:val="20"/>
        </w:rPr>
        <w:t>[6 . 12 . 11]</w:t>
      </w:r>
    </w:p>
    <w:p>
      <w:r>
        <w:rPr>
          <w:rFonts w:ascii="Gentium Plus" w:hAnsi="Gentium Plus"/>
          <w:sz w:val="24"/>
        </w:rPr>
        <w:t>Εὖ μὲν γὰρ οὗτος εἶχεν ῥώμης τε καὶ μεγέ‐ θους σώματος, πλείοσι δὲ καὶ διαφόροις χρώμενος βρώμα‐ σιν ἀδιαιτήτως.</w:t>
      </w:r>
    </w:p>
    <w:p>
      <w:r>
        <w:rPr>
          <w:rFonts w:ascii="Courier New" w:hAnsi="Courier New"/>
          <w:color w:val="555555"/>
          <w:sz w:val="20"/>
        </w:rPr>
        <w:t>[6 . 12 . 12]</w:t>
      </w:r>
    </w:p>
    <w:p>
      <w:r>
        <w:rPr>
          <w:rFonts w:ascii="Gentium Plus" w:hAnsi="Gentium Plus"/>
          <w:sz w:val="24"/>
        </w:rPr>
        <w:t>Τῶν ἀδδηφάγων καὶ γὰρ ἦν ὁ μεί‐ ραξ, συνεχῶς ἡλίσκετο πυρετοῖς καὶ γαστρορροίαις ἐπὶ τούτοις περιπίπτων, ἀπηλλάττετο τοῦ δεινοῦ.</w:t>
      </w:r>
    </w:p>
    <w:p>
      <w:r>
        <w:rPr>
          <w:rFonts w:ascii="Courier New" w:hAnsi="Courier New"/>
          <w:color w:val="555555"/>
          <w:sz w:val="20"/>
        </w:rPr>
        <w:t>[6 . 12 . 13]</w:t>
      </w:r>
    </w:p>
    <w:p>
      <w:r>
        <w:rPr>
          <w:rFonts w:ascii="Gentium Plus" w:hAnsi="Gentium Plus"/>
          <w:sz w:val="24"/>
        </w:rPr>
        <w:t>Ἀλλά ποτε περιπεσὼν πυρετῷ ὑπ’ ἐξαισίας ἀναφθέντι σήψεως ἐμέ τε μετεκαλεῖτο καὶ τὴν θεραπείαν ἐπίστευε.</w:t>
      </w:r>
    </w:p>
    <w:p>
      <w:r>
        <w:rPr>
          <w:rFonts w:ascii="Courier New" w:hAnsi="Courier New"/>
          <w:color w:val="555555"/>
          <w:sz w:val="20"/>
        </w:rPr>
        <w:t>[6 . 12 . 14]</w:t>
      </w:r>
    </w:p>
    <w:p>
      <w:r>
        <w:rPr>
          <w:rFonts w:ascii="Gentium Plus" w:hAnsi="Gentium Plus"/>
          <w:sz w:val="24"/>
        </w:rPr>
        <w:t>Τρίτη μὲν οὖν ἦν ἐκείνῳ, καθ’ ἣν ἐγὼ μετακληθεὶς εἰσήκειν καὶ ὁ κάμνων οὐ μετρίως εἶχε.</w:t>
      </w:r>
    </w:p>
    <w:p>
      <w:r>
        <w:rPr>
          <w:rFonts w:ascii="Courier New" w:hAnsi="Courier New"/>
          <w:color w:val="555555"/>
          <w:sz w:val="20"/>
        </w:rPr>
        <w:t>[6 . 12 . 15]</w:t>
      </w:r>
    </w:p>
    <w:p>
      <w:r>
        <w:rPr>
          <w:rFonts w:ascii="Gentium Plus" w:hAnsi="Gentium Plus"/>
          <w:sz w:val="24"/>
        </w:rPr>
        <w:t>Σφυγμοῦ οὖν ἡψάμην καὶ οὐκ ὀλίγον πυρετὸν διέγνων ἐπὶ τῇ σήψει τῶν χυμῶν γεγενημένον.</w:t>
      </w:r>
    </w:p>
    <w:p>
      <w:r>
        <w:rPr>
          <w:rFonts w:ascii="Courier New" w:hAnsi="Courier New"/>
          <w:color w:val="555555"/>
          <w:sz w:val="20"/>
        </w:rPr>
        <w:t>[6 . 12 . 16]</w:t>
      </w:r>
    </w:p>
    <w:p>
      <w:r>
        <w:rPr>
          <w:rFonts w:ascii="Gentium Plus" w:hAnsi="Gentium Plus"/>
          <w:sz w:val="24"/>
        </w:rPr>
        <w:t>Ἐπὶ τούτοις ἀμίδα ἑωρακὼς πολὺ μὲν τὸ πάχος ἔχουσαν καὶ ὅσον μὴ οἷόν τε πλέον ὑπολαβεῖν, καὶ τὸ χρῶμα ποίκιλόν τε καὶ ἀλλόκοτον.</w:t>
      </w:r>
    </w:p>
    <w:p>
      <w:r>
        <w:rPr>
          <w:rFonts w:ascii="Courier New" w:hAnsi="Courier New"/>
          <w:color w:val="555555"/>
          <w:sz w:val="20"/>
        </w:rPr>
        <w:t>[6 . 12 . 17]</w:t>
      </w:r>
    </w:p>
    <w:p>
      <w:r>
        <w:rPr>
          <w:rFonts w:ascii="Gentium Plus" w:hAnsi="Gentium Plus"/>
          <w:sz w:val="24"/>
        </w:rPr>
        <w:t>Οὔτε γὰρ ἀκριβῶς ἐδόκει λευκόν, οὔτε κιρρόν, οὔτε μέλαν, οὔτε πυρ‐ ρόν, τῶν πάντων τούτων καί τοι γε τῶν χρωμάτων ὧδε διαφαινομένων, οὔτε ἀκριβῶς διακεκριμένων τε καὶ ὡρισμέ‐</w:t>
      </w:r>
    </w:p>
    <w:p>
      <w:r>
        <w:rPr>
          <w:rFonts w:ascii="Courier New" w:hAnsi="Courier New"/>
          <w:color w:val="555555"/>
          <w:sz w:val="20"/>
        </w:rPr>
        <w:t>[5]</w:t>
      </w:r>
    </w:p>
    <w:p>
      <w:r>
        <w:rPr>
          <w:rFonts w:ascii="Gentium Plus" w:hAnsi="Gentium Plus"/>
          <w:sz w:val="24"/>
        </w:rPr>
        <w:t>νων ἰδίοις τόποις, οὔτ’ αὐ ἀνακεκραμένων πάνυ, ἀλλὰ μέσως πως κειμένων.</w:t>
      </w:r>
    </w:p>
    <w:p>
      <w:r>
        <w:rPr>
          <w:rFonts w:ascii="Courier New" w:hAnsi="Courier New"/>
          <w:color w:val="555555"/>
          <w:sz w:val="20"/>
        </w:rPr>
        <w:t>[6 . 12 . 18]</w:t>
      </w:r>
    </w:p>
    <w:p>
      <w:r>
        <w:rPr>
          <w:rFonts w:ascii="Gentium Plus" w:hAnsi="Gentium Plus"/>
          <w:sz w:val="24"/>
        </w:rPr>
        <w:t>Τὸ οὖν ἀλλόκοτον τοῦ εἴδους, τοῦ τοιούτου οὔρου πάνυ τε ἰδών, ἐθαύμασα καὶ πολλὴν</w:t>
      </w:r>
    </w:p>
    <w:p>
      <w:r>
        <w:rPr>
          <w:rFonts w:ascii="Courier New" w:hAnsi="Courier New"/>
          <w:color w:val="555555"/>
          <w:sz w:val="20"/>
        </w:rPr>
        <w:t>[5]</w:t>
      </w:r>
    </w:p>
    <w:p>
      <w:r>
        <w:rPr>
          <w:rFonts w:ascii="Gentium Plus" w:hAnsi="Gentium Plus"/>
          <w:sz w:val="24"/>
        </w:rPr>
        <w:t>τὰ οὖρα γεγενῆσθαι.</w:t>
      </w:r>
    </w:p>
    <w:p>
      <w:r>
        <w:rPr>
          <w:rFonts w:ascii="Courier New" w:hAnsi="Courier New"/>
          <w:color w:val="555555"/>
          <w:sz w:val="20"/>
        </w:rPr>
        <w:t>[6 . 12 . 19]</w:t>
      </w:r>
    </w:p>
    <w:p>
      <w:r>
        <w:rPr>
          <w:rFonts w:ascii="Gentium Plus" w:hAnsi="Gentium Plus"/>
          <w:sz w:val="24"/>
        </w:rPr>
        <w:t>Τά γε μὴν ἐπὶ τούτοις γαστρὸς ὑποχωρήσεις ἄμετροί τε καὶ βαρέως ὄζουσαι ἦσαν, τὴν ἐπὶ τὰ κάτω ῥοπὴν τῶν διεφθαρότων εἰληφότων χυμῶν.</w:t>
      </w:r>
    </w:p>
    <w:p>
      <w:r>
        <w:rPr>
          <w:rFonts w:ascii="Courier New" w:hAnsi="Courier New"/>
          <w:color w:val="555555"/>
          <w:sz w:val="20"/>
        </w:rPr>
        <w:t>[6 . 12 . 20]</w:t>
      </w:r>
    </w:p>
    <w:p>
      <w:r>
        <w:rPr>
          <w:rFonts w:ascii="Gentium Plus" w:hAnsi="Gentium Plus"/>
          <w:sz w:val="24"/>
        </w:rPr>
        <w:t>Καί τις δ’ ἔκλυσις τούτῳ τοῦ παντὸς καθίκετο σώμα‐ τος τῇ τε τοῦ πυρετοῦ σφοδρότητι καὶ τῇ τῶν κενουμέ‐ νων πλησμιότητι καταβεβλημένης τῆς δυνάμεως.</w:t>
      </w:r>
    </w:p>
    <w:p>
      <w:r>
        <w:rPr>
          <w:rFonts w:ascii="Courier New" w:hAnsi="Courier New"/>
          <w:color w:val="555555"/>
          <w:sz w:val="20"/>
        </w:rPr>
        <w:t>[6 . 12 . 21]</w:t>
      </w:r>
    </w:p>
    <w:p>
      <w:r>
        <w:rPr>
          <w:rFonts w:ascii="Gentium Plus" w:hAnsi="Gentium Plus"/>
          <w:sz w:val="24"/>
        </w:rPr>
        <w:t>Ἄκρα‐ τοι γὰρ καὶ οἷον ὑδατώδεις τούτῳ χολαὶ προΐεσαν, πλήθει τε καὶ συνεχέσιν ἐξαναστάσεσιν ὑπερβάλλουσαι τὸ σύμ‐ μετρον, καὶ ταύτην μὲν οὕτω πονήρως εἶχεν.</w:t>
      </w:r>
    </w:p>
    <w:p>
      <w:r>
        <w:rPr>
          <w:rFonts w:ascii="Courier New" w:hAnsi="Courier New"/>
          <w:color w:val="555555"/>
          <w:sz w:val="20"/>
        </w:rPr>
        <w:t>[6 . 12 . 22]</w:t>
      </w:r>
    </w:p>
    <w:p>
      <w:r>
        <w:rPr>
          <w:rFonts w:ascii="Gentium Plus" w:hAnsi="Gentium Plus"/>
          <w:sz w:val="24"/>
        </w:rPr>
        <w:t>Ἡ δὲ ἐπιοῦσα καὶ τὴν τῶν οὔρων ἔσχεν ἀπόκρισιν τῷ τε τὴν πᾶσαν ὁρμὴν τῆς ὕλης ἐπὶ τὴν γαστέρα χωρῆσαι καὶ τῷ τῇ τοῦ πυρετοῦ δριμύτητι διεξηράνθαι τὸν περὶ τὸν τρά‐</w:t>
      </w:r>
    </w:p>
    <w:p>
      <w:r>
        <w:rPr>
          <w:rFonts w:ascii="Courier New" w:hAnsi="Courier New"/>
          <w:color w:val="555555"/>
          <w:sz w:val="20"/>
        </w:rPr>
        <w:t>[5]</w:t>
      </w:r>
    </w:p>
    <w:p>
      <w:r>
        <w:rPr>
          <w:rFonts w:ascii="Gentium Plus" w:hAnsi="Gentium Plus"/>
          <w:sz w:val="24"/>
        </w:rPr>
        <w:t>χηλον τῆς κύστεως τὰ οὖρα ἀωρὶ συνέχοντα φέρεσθαι νῦν.</w:t>
      </w:r>
    </w:p>
    <w:p>
      <w:r>
        <w:rPr>
          <w:rFonts w:ascii="Courier New" w:hAnsi="Courier New"/>
          <w:color w:val="555555"/>
          <w:sz w:val="20"/>
        </w:rPr>
        <w:t>[6 . 12 . 23]</w:t>
      </w:r>
    </w:p>
    <w:p>
      <w:r>
        <w:rPr>
          <w:rFonts w:ascii="Gentium Plus" w:hAnsi="Gentium Plus"/>
          <w:sz w:val="24"/>
        </w:rPr>
        <w:t>Ἐπὶ τοσούτῳ δὲ ἡ καθεκτικὴ τούτῳ παρεῖτο δύναμις τῇ ἀξιολόγῳ τῆς ὕλης ἐπὶ τὰ κάτω ῥοπῇ, ὡς νενεκρῶσθαι ἤδη ταύτην, αἵματος δὲ τεμμάχια ἤδη νενεκρωθέντος διά τε τοῦ μυκτῆρος πέμπεσθαι καὶ διὰ τοῦ φάρυγγος ἐξω‐</w:t>
      </w:r>
    </w:p>
    <w:p>
      <w:r>
        <w:rPr>
          <w:rFonts w:ascii="Courier New" w:hAnsi="Courier New"/>
          <w:color w:val="555555"/>
          <w:sz w:val="20"/>
        </w:rPr>
        <w:t>[5]</w:t>
      </w:r>
    </w:p>
    <w:p>
      <w:r>
        <w:rPr>
          <w:rFonts w:ascii="Gentium Plus" w:hAnsi="Gentium Plus"/>
          <w:sz w:val="24"/>
        </w:rPr>
        <w:t>θεῖσθαι, ἀλλὰ τοῦτο μὲν ἰδών τις τῶν ἐκεῖσε θαμιζόντων ἰατρῶν φλέβα ἔτεμεν μηδὲν ὂν προσῆκον, οἰηθεὶς τῷ πλήθει διωχλεῖσθαι τοῦ αἵματος.</w:t>
      </w:r>
    </w:p>
    <w:p>
      <w:r>
        <w:rPr>
          <w:rFonts w:ascii="Courier New" w:hAnsi="Courier New"/>
          <w:color w:val="555555"/>
          <w:sz w:val="20"/>
        </w:rPr>
        <w:t>[6 . 12 . 24]</w:t>
      </w:r>
    </w:p>
    <w:p>
      <w:r>
        <w:rPr>
          <w:rFonts w:ascii="Gentium Plus" w:hAnsi="Gentium Plus"/>
          <w:sz w:val="24"/>
        </w:rPr>
        <w:t>Ἐπεὶ δὲ ἤδη τε‐ τάρτη μὲν ἦν, ἀφ’ ἧς τὰ οὖρα ἐπέσχετο, ἡ δὲ κύστις ἐξῴ‐ δηκε, πλείονος ἀθροισθέντος οὔρου καὶ μὴ χώραν εἰς ἔξο‐ δον ἔχοντος, ἕκτη τε ἤδη ἦν καὶ σπασμὸς ἐξαίσιος ἐντεῦθεν</w:t>
      </w:r>
    </w:p>
    <w:p>
      <w:r>
        <w:rPr>
          <w:rFonts w:ascii="Courier New" w:hAnsi="Courier New"/>
          <w:color w:val="555555"/>
          <w:sz w:val="20"/>
        </w:rPr>
        <w:t>[5]</w:t>
      </w:r>
    </w:p>
    <w:p>
      <w:r>
        <w:rPr>
          <w:rFonts w:ascii="Gentium Plus" w:hAnsi="Gentium Plus"/>
          <w:sz w:val="24"/>
        </w:rPr>
        <w:t>εἶχε τὸν κάμνοντα, καὶ οὕτω ῥᾳδίως καταβληθείσης τῆς λειπομένης δυνάμεως, συναπῄει τῷ συμπτώματι ὁ ἄν‐ θρωπος.</w:t>
      </w:r>
    </w:p>
    <w:p>
      <w:r>
        <w:rPr>
          <w:rFonts w:ascii="Courier New" w:hAnsi="Courier New"/>
          <w:color w:val="555555"/>
          <w:sz w:val="20"/>
        </w:rPr>
        <w:t>[6 . 12 . 25]</w:t>
      </w:r>
    </w:p>
    <w:p>
      <w:r>
        <w:rPr>
          <w:rFonts w:ascii="Gentium Plus" w:hAnsi="Gentium Plus"/>
          <w:sz w:val="24"/>
        </w:rPr>
        <w:t>Καὶ τοῦτο μὲν εἴρηται μὴ πάνυ δέον ὂν τοῦ παχέος οὔρου τὸν λόγον ἐφελκυσαμένου.</w:t>
      </w:r>
    </w:p>
    <w:p>
      <w:r>
        <w:rPr>
          <w:rFonts w:ascii="Courier New" w:hAnsi="Courier New"/>
          <w:color w:val="555555"/>
          <w:sz w:val="20"/>
        </w:rPr>
        <w:t>[6 . 12 . 26]</w:t>
      </w:r>
    </w:p>
    <w:p>
      <w:r>
        <w:rPr>
          <w:rFonts w:ascii="Gentium Plus" w:hAnsi="Gentium Plus"/>
          <w:sz w:val="24"/>
        </w:rPr>
        <w:t>Ἐπεὶ δέ τινας εἰκὸς ποθεῖν εἰδέναι καὶ τοιαύτην ἱστορίαν ἑτέ‐ ραν, καὶ ταῦτα προσεπιθήσω τῷ λόγῳ διὰ παραπλήσια ῥηθησόμενα οὖρα.</w:t>
      </w:r>
    </w:p>
    <w:p>
      <w:r>
        <w:rPr>
          <w:rFonts w:ascii="Courier New" w:hAnsi="Courier New"/>
          <w:color w:val="555555"/>
          <w:sz w:val="20"/>
        </w:rPr>
        <w:t>[6 . 12 . 27]</w:t>
      </w:r>
    </w:p>
    <w:p>
      <w:r>
        <w:rPr>
          <w:rFonts w:ascii="Gentium Plus" w:hAnsi="Gentium Plus"/>
          <w:sz w:val="24"/>
        </w:rPr>
        <w:t>Τοῦ γάρ τοι σκοποῦ μὴ ἐκβεβλη‐ μένῳ καὶ ταῦτ’ εἰ λέγοιτο, μετρίως ἂν ἴσως λυποίη τὸν περὶ τὰ τοιαῦτα σπουδαῖον.</w:t>
      </w:r>
    </w:p>
    <w:p>
      <w:r>
        <w:rPr>
          <w:rFonts w:ascii="Courier New" w:hAnsi="Courier New"/>
          <w:color w:val="555555"/>
          <w:sz w:val="20"/>
        </w:rPr>
        <w:t>[6 . 12 . 28]</w:t>
      </w:r>
    </w:p>
    <w:p>
      <w:r>
        <w:rPr>
          <w:rFonts w:ascii="Gentium Plus" w:hAnsi="Gentium Plus"/>
          <w:sz w:val="24"/>
        </w:rPr>
        <w:t>Ἧκέ τις ἀγρόθεν εἰς ἡμᾶς ἀμίδα φέρων οὖρα πάνυ παχέα ἔχουσαν καὶ ποι‐ κίλα καὶ μικροῦ οἷα τὰ τοῦ ῥηθέντος πρὸ βραχέος.</w:t>
      </w:r>
    </w:p>
    <w:p>
      <w:r>
        <w:rPr>
          <w:rFonts w:ascii="Courier New" w:hAnsi="Courier New"/>
          <w:color w:val="555555"/>
          <w:sz w:val="20"/>
        </w:rPr>
        <w:t>[6 . 12 . 29]</w:t>
      </w:r>
    </w:p>
    <w:p>
      <w:r>
        <w:rPr>
          <w:rFonts w:ascii="Gentium Plus" w:hAnsi="Gentium Plus"/>
          <w:sz w:val="24"/>
        </w:rPr>
        <w:t>Ἐλέ‐ λειπτο μέντοι τοῦ συναναφαινομένου κείνοις πυρροῦ χρώ‐</w:t>
      </w:r>
    </w:p>
    <w:p>
      <w:r>
        <w:rPr>
          <w:rFonts w:ascii="Courier New" w:hAnsi="Courier New"/>
          <w:color w:val="555555"/>
          <w:sz w:val="20"/>
        </w:rPr>
        <w:t>[5]</w:t>
      </w:r>
    </w:p>
    <w:p>
      <w:r>
        <w:rPr>
          <w:rFonts w:ascii="Gentium Plus" w:hAnsi="Gentium Plus"/>
          <w:sz w:val="24"/>
        </w:rPr>
        <w:t>καταφωτιζομένου, πυκνὰ δὲ καθ’ αὑτὰ πεφυκότα καὶ τῇ χροιᾷ ἀνώμαλα φαίνεται.</w:t>
      </w:r>
    </w:p>
    <w:p>
      <w:r>
        <w:rPr>
          <w:rFonts w:ascii="Courier New" w:hAnsi="Courier New"/>
          <w:color w:val="555555"/>
          <w:sz w:val="20"/>
        </w:rPr>
        <w:t>[6 . 12 . 30]</w:t>
      </w:r>
    </w:p>
    <w:p>
      <w:r>
        <w:rPr>
          <w:rFonts w:ascii="Gentium Plus" w:hAnsi="Gentium Plus"/>
          <w:sz w:val="24"/>
        </w:rPr>
        <w:t>Οὗτος δ’ αὖ ὁ τὴν ἀμίδα ἔχων ὑδάλεος ἦν καὶ ἐξωδηκώς, ἔφασκε δὲ προνενοσηκέναι νόσον οὐ μετρίαν, ἀφ’ ἧσπερ ἀνακληθεὶς εἰς τοῦτο τοῦ πάθους γέγονεν.</w:t>
      </w:r>
    </w:p>
    <w:p>
      <w:r>
        <w:rPr>
          <w:rFonts w:ascii="Courier New" w:hAnsi="Courier New"/>
          <w:color w:val="555555"/>
          <w:sz w:val="20"/>
        </w:rPr>
        <w:t>[6 . 12 . 31]</w:t>
      </w:r>
    </w:p>
    <w:p>
      <w:r>
        <w:rPr>
          <w:rFonts w:ascii="Gentium Plus" w:hAnsi="Gentium Plus"/>
          <w:sz w:val="24"/>
        </w:rPr>
        <w:t>Ἔδοξε οὖν ἡμῖν ἐπὶ ἀρρώστῳ ἔτι τῇ πεπτικῇ δυνάμει ἐκδεδιητῆσθαι τὸν ἄνθρωπον, ὥστ’ ἐντεῦθεν εἰς ἐκεῖνο τοῦ πάθους περιπεσεῖν πολλῆς ὠμο‐ χυμίας συναθροισθείσης τῷ σώματι.</w:t>
      </w:r>
    </w:p>
    <w:p>
      <w:r>
        <w:rPr>
          <w:rFonts w:ascii="Courier New" w:hAnsi="Courier New"/>
          <w:color w:val="555555"/>
          <w:sz w:val="20"/>
        </w:rPr>
        <w:t>[6 . 12 . 32]</w:t>
      </w:r>
    </w:p>
    <w:p>
      <w:r>
        <w:rPr>
          <w:rFonts w:ascii="Gentium Plus" w:hAnsi="Gentium Plus"/>
          <w:sz w:val="24"/>
        </w:rPr>
        <w:t>Καὶ δὴ τότε μὲν ᾗ κεχρῆσθαι ἐχρῆν διαίτῃ πυθόμενος ᾤχετο. οὐκ οἶδα δὲ τοῦ λοιποῦ ὅτι καὶ γέγονεν, εἰ μὴ καὶ αὖθις ἐπανιόντι.</w:t>
      </w:r>
    </w:p>
    <w:p>
      <w:r>
        <w:rPr>
          <w:rFonts w:ascii="Courier New" w:hAnsi="Courier New"/>
          <w:color w:val="555555"/>
          <w:sz w:val="20"/>
        </w:rPr>
        <w:t>[6 . 12 . 33]</w:t>
      </w:r>
    </w:p>
    <w:p>
      <w:r>
        <w:rPr>
          <w:rFonts w:ascii="Gentium Plus" w:hAnsi="Gentium Plus"/>
          <w:sz w:val="24"/>
        </w:rPr>
        <w:t>Σύ γε μὴν ὁ περὶ τὰ τοιαῦτα σπουδαῖος οὕτω πάνυ φαῦλα συνιὼν τὰ σφόδρα παχέα οὖρα καὶ τὰς ἐπὶ τούτοις ὡς εἰκὸς ἐπιτίθει προρρήσεις εἴς τε τὴν φυσικὴν ἀφορῶν δύναμιν καὶ εἰς τὴν τῶν συστάσεών τε καὶ χρωμάτων</w:t>
      </w:r>
    </w:p>
    <w:p>
      <w:r>
        <w:rPr>
          <w:rFonts w:ascii="Courier New" w:hAnsi="Courier New"/>
          <w:color w:val="555555"/>
          <w:sz w:val="20"/>
        </w:rPr>
        <w:t>[5]</w:t>
      </w:r>
    </w:p>
    <w:p>
      <w:r>
        <w:rPr>
          <w:rFonts w:ascii="Gentium Plus" w:hAnsi="Gentium Plus"/>
          <w:sz w:val="24"/>
        </w:rPr>
        <w:t>μεταβολήν.</w:t>
      </w:r>
    </w:p>
    <w:p>
      <w:r>
        <w:rPr>
          <w:rFonts w:ascii="Courier New" w:hAnsi="Courier New"/>
          <w:color w:val="555555"/>
          <w:sz w:val="20"/>
        </w:rPr>
        <w:t>[6 . 12 . 34]</w:t>
      </w:r>
    </w:p>
    <w:p>
      <w:r>
        <w:rPr>
          <w:rFonts w:ascii="Gentium Plus" w:hAnsi="Gentium Plus"/>
          <w:sz w:val="24"/>
        </w:rPr>
        <w:t>Κατὰ μὲν ἤτοι λεπτυνόμενα καὶ χρώ‐ ματα ἀμείνω δεχόμενα ἀποδέχεσθαί τε καὶ τὴν τῶν λυ‐ πούντων ἄνεσιν ὡς ὑφιζομένην ἀποδέχεσθαι, τὰ δ’ αὖ ἐπὶ τἀναντία χωροῦντα μέμφεσθαί τε καὶ ἀποστρέφεσθαι,</w:t>
      </w:r>
    </w:p>
    <w:p>
      <w:r>
        <w:rPr>
          <w:rFonts w:ascii="Courier New" w:hAnsi="Courier New"/>
          <w:color w:val="555555"/>
          <w:sz w:val="20"/>
        </w:rPr>
        <w:t>[5]</w:t>
      </w:r>
    </w:p>
    <w:p>
      <w:r>
        <w:rPr>
          <w:rFonts w:ascii="Gentium Plus" w:hAnsi="Gentium Plus"/>
          <w:sz w:val="24"/>
        </w:rPr>
        <w:t>πολλὴν μὲν τῆς δυνάμεως ἀτονίαν κατηγοροῦντα, πολλὴν δ’ αὖ τὴν τῆς κακοχυμίας πληθώραν.</w:t>
      </w:r>
    </w:p>
    <w:p>
      <w:r>
        <w:rPr>
          <w:rFonts w:ascii="Courier New" w:hAnsi="Courier New"/>
          <w:color w:val="555555"/>
          <w:sz w:val="20"/>
        </w:rPr>
        <w:t>[6 . 12 . 35]</w:t>
      </w:r>
    </w:p>
    <w:p>
      <w:r>
        <w:rPr>
          <w:rFonts w:ascii="Gentium Plus" w:hAnsi="Gentium Plus"/>
          <w:sz w:val="24"/>
        </w:rPr>
        <w:t>Ἀλλ’ ὁ μὲν περὶ συστάσεως λόγος ὧδέ πη κείσθω ἱκανῶς, ὡς οἶμαι, ῥηθείς, εἴ γε τοῖς συνετοῖς καὶ τὰ μέτρια λόγῳ μόνον ἀληθείας ἐχόμενα πολλὰς ὀρέγει τὰς ἀφορμὰς εἰς τὴν τῶν</w:t>
      </w:r>
    </w:p>
    <w:p>
      <w:r>
        <w:rPr>
          <w:rFonts w:ascii="Courier New" w:hAnsi="Courier New"/>
          <w:color w:val="555555"/>
          <w:sz w:val="20"/>
        </w:rPr>
        <w:t>[5]</w:t>
      </w:r>
    </w:p>
    <w:p>
      <w:r>
        <w:rPr>
          <w:rFonts w:ascii="Gentium Plus" w:hAnsi="Gentium Plus"/>
          <w:sz w:val="24"/>
        </w:rPr>
        <w:t>νοσημάτων πρόγνωσιν.</w:t>
      </w:r>
    </w:p>
    <w:p>
      <w:r>
        <w:rPr>
          <w:rFonts w:ascii="Courier New" w:hAnsi="Courier New"/>
          <w:color w:val="555555"/>
          <w:sz w:val="20"/>
        </w:rPr>
        <w:t>[6 . 12 . 36]</w:t>
      </w:r>
    </w:p>
    <w:p>
      <w:r>
        <w:rPr>
          <w:rFonts w:ascii="Gentium Plus" w:hAnsi="Gentium Plus"/>
          <w:sz w:val="24"/>
        </w:rPr>
        <w:t>Ἐνταῦθα δὲ προσῆκον ἂν εἴη καὶ περὶ παρυφισταμένων φάναι οὕτω τῆς συνθήκης ἀπαιτούσης τοῦ λόγου.</w:t>
      </w:r>
    </w:p>
    <w:p>
      <w:pPr>
        <w:jc w:val="center"/>
      </w:pPr>
      <w:r>
        <w:rPr>
          <w:rFonts w:ascii="Gentium Plus" w:hAnsi="Gentium Plus"/>
          <w:b/>
          <w:sz w:val="24"/>
        </w:rPr>
        <w:t>Κεφ. ιγʹ. Περὶ τῆς ἐκ τῆς διαφορᾶς τῶν τόπων τῶν παρυφισταμένων προγνώσεως.</w:t>
      </w:r>
    </w:p>
    <w:p>
      <w:r>
        <w:rPr>
          <w:rFonts w:ascii="Courier New" w:hAnsi="Courier New"/>
          <w:color w:val="555555"/>
          <w:sz w:val="20"/>
        </w:rPr>
        <w:t>[6 . 13 . 1]</w:t>
      </w:r>
    </w:p>
    <w:p>
      <w:r>
        <w:rPr>
          <w:rFonts w:ascii="Gentium Plus" w:hAnsi="Gentium Plus"/>
          <w:sz w:val="24"/>
        </w:rPr>
        <w:t>Ὅτι μὲν οὖν τὰ παρυφιστάμενα λευκά τε ὄντα καὶ λεῖα καὶ ὁμαλὰ παρ’ ἅπαντα τὸν χρόνον ἀσφάλειάν τε καὶ ὑγίαν σημαίνει, ὁ Ἱπποκράτης προλαβὼν ἔφη καὶ ἡ πείρα πρὸς τῷ λόγῳ διδάσκει.</w:t>
      </w:r>
    </w:p>
    <w:p>
      <w:r>
        <w:rPr>
          <w:rFonts w:ascii="Courier New" w:hAnsi="Courier New"/>
          <w:color w:val="555555"/>
          <w:sz w:val="20"/>
        </w:rPr>
        <w:t>[6 . 13 . 2]</w:t>
      </w:r>
    </w:p>
    <w:p>
      <w:r>
        <w:rPr>
          <w:rFonts w:ascii="Gentium Plus" w:hAnsi="Gentium Plus"/>
          <w:sz w:val="24"/>
        </w:rPr>
        <w:t>Καθ’ ὅτι δ’ ἂν λείποιτο ταῦτα τούτων καὶ ἡ ἀκριβὴς ὑγίεια λείπεται κατὰ τὸ μέτρον δη‐ λονότι τῆς ἐκ τοῦ κατὰ φύσιν διαπτώσεως τοῦ παρυφιστα‐ μένου.</w:t>
      </w:r>
    </w:p>
    <w:p>
      <w:r>
        <w:rPr>
          <w:rFonts w:ascii="Courier New" w:hAnsi="Courier New"/>
          <w:color w:val="555555"/>
          <w:sz w:val="20"/>
        </w:rPr>
        <w:t>[6 . 13 . 3]</w:t>
      </w:r>
    </w:p>
    <w:p>
      <w:r>
        <w:rPr>
          <w:rFonts w:ascii="Gentium Plus" w:hAnsi="Gentium Plus"/>
          <w:sz w:val="24"/>
        </w:rPr>
        <w:t>Καὶ δὴ τἄλλα μὲν ἔχοντος τοῦ παρυφισταμένου κατὰ φύσιν τε καὶ κόσμον, ἐκλελοιπότος δὲ τὸν οἰκεῖον τόπον, καθόσον ἂν ἀποσταίη τοῦτο τοῦ τῆς ἀμίδος πυθ‐ μένος ἐπὶ τὰ μετέωρα, πλείω μὲν τὴν τοῦ κουφίζοντος</w:t>
      </w:r>
    </w:p>
    <w:p>
      <w:r>
        <w:rPr>
          <w:rFonts w:ascii="Courier New" w:hAnsi="Courier New"/>
          <w:color w:val="555555"/>
          <w:sz w:val="20"/>
        </w:rPr>
        <w:t>[5]</w:t>
      </w:r>
    </w:p>
    <w:p>
      <w:r>
        <w:rPr>
          <w:rFonts w:ascii="Gentium Plus" w:hAnsi="Gentium Plus"/>
          <w:sz w:val="24"/>
        </w:rPr>
        <w:t>πνεύματος κατηγορεῖ οὐσίαν, ἐκείνους δὲ τῶν τόπων τοῦ σώματος μὴ καλῶς διακεῖσθαι, καθ’ οὕς ἂν τύχῃ ἐμφερό‐ μενα τὰ παρυφιστάμενα.</w:t>
      </w:r>
    </w:p>
    <w:p>
      <w:r>
        <w:rPr>
          <w:rFonts w:ascii="Courier New" w:hAnsi="Courier New"/>
          <w:color w:val="555555"/>
          <w:sz w:val="20"/>
        </w:rPr>
        <w:t>[6 . 13 . 4]</w:t>
      </w:r>
    </w:p>
    <w:p>
      <w:r>
        <w:rPr>
          <w:rFonts w:ascii="Gentium Plus" w:hAnsi="Gentium Plus"/>
          <w:sz w:val="24"/>
        </w:rPr>
        <w:t>Καὶ χρονίζοντα μὲν ἐπὶ τοῦ αὐτοῦ, μείζους καὶ τὰς βλάβας σημαίνει μετ’ ἀρρωστίας τῆς δυνάμεως, κατὰ βραχὺ δὲ καθιστάμενα μετριώτερα τούτων πέφυκε.</w:t>
      </w:r>
    </w:p>
    <w:p>
      <w:r>
        <w:rPr>
          <w:rFonts w:ascii="Courier New" w:hAnsi="Courier New"/>
          <w:color w:val="555555"/>
          <w:sz w:val="20"/>
        </w:rPr>
        <w:t>[6 . 13 . 5]</w:t>
      </w:r>
    </w:p>
    <w:p>
      <w:r>
        <w:rPr>
          <w:rFonts w:ascii="Gentium Plus" w:hAnsi="Gentium Plus"/>
          <w:sz w:val="24"/>
        </w:rPr>
        <w:t>Τοιοῦτον δέ τι καὶ αὐτός ποτε μέμνημαι ἰδὼν ἐπί τινος γυναικός, ἣ παρά τινος Σύρου πιοῦσα φάρ‐ μακον καθαῖρον, ἐπεὶ δριμύτερόν πως ἐκεῖνο ὂν ἐτύγχανε, πρὸς βραχὺ μὲν ἐκάθηρε τὰ προσήκοντα, τῇ δὲ δριμύτητι</w:t>
      </w:r>
    </w:p>
    <w:p>
      <w:r>
        <w:rPr>
          <w:rFonts w:ascii="Courier New" w:hAnsi="Courier New"/>
          <w:color w:val="555555"/>
          <w:sz w:val="20"/>
        </w:rPr>
        <w:t>[5]</w:t>
      </w:r>
    </w:p>
    <w:p>
      <w:r>
        <w:rPr>
          <w:rFonts w:ascii="Gentium Plus" w:hAnsi="Gentium Plus"/>
          <w:sz w:val="24"/>
        </w:rPr>
        <w:t>προϊὸν καὶ τῶν ἐντέρων καθήψατο.</w:t>
      </w:r>
    </w:p>
    <w:p>
      <w:r>
        <w:rPr>
          <w:rFonts w:ascii="Courier New" w:hAnsi="Courier New"/>
          <w:color w:val="555555"/>
          <w:sz w:val="20"/>
        </w:rPr>
        <w:t>[6 . 13 . 6]</w:t>
      </w:r>
    </w:p>
    <w:p>
      <w:r>
        <w:rPr>
          <w:rFonts w:ascii="Gentium Plus" w:hAnsi="Gentium Plus"/>
          <w:sz w:val="24"/>
        </w:rPr>
        <w:t>Αἱματώδη οὖν ἐπὶ τούτοις ἐφέρετο καὶ ὀδύναι ἐν τῇ ἄνω γαστρὶ καὶ τοῖς ἐν‐ τέροις παρείποντο.</w:t>
      </w:r>
    </w:p>
    <w:p>
      <w:r>
        <w:rPr>
          <w:rFonts w:ascii="Courier New" w:hAnsi="Courier New"/>
          <w:color w:val="555555"/>
          <w:sz w:val="20"/>
        </w:rPr>
        <w:t>[6 . 13 . 7]</w:t>
      </w:r>
    </w:p>
    <w:p>
      <w:r>
        <w:rPr>
          <w:rFonts w:ascii="Gentium Plus" w:hAnsi="Gentium Plus"/>
          <w:sz w:val="24"/>
        </w:rPr>
        <w:t>Τοῦτο ἑωρακὼς ὅ τε ἰατρὸς καὶ οἱ περὶ τὴν κάμνουσαν ἄνθρωποι ἱστᾶν τε ἐπεχείρησαν τὰ αἱματώδη ἐκεῖνα καὶ τοῖς ἐπέχουσι πάνυ πολὺ κατεχρή‐ σαντο.</w:t>
      </w:r>
    </w:p>
    <w:p>
      <w:r>
        <w:rPr>
          <w:rFonts w:ascii="Courier New" w:hAnsi="Courier New"/>
          <w:color w:val="555555"/>
          <w:sz w:val="20"/>
        </w:rPr>
        <w:t>[6 . 13 . 8]</w:t>
      </w:r>
    </w:p>
    <w:p>
      <w:r>
        <w:rPr>
          <w:rFonts w:ascii="Gentium Plus" w:hAnsi="Gentium Plus"/>
          <w:sz w:val="24"/>
        </w:rPr>
        <w:t>Ἀλλ’ αὕτη μὲν οὕτω καταστᾶσα τότε μὲν ἔδοξε ὑγιὴς τυγχάνειν. οὐ πολλαὶ δ’ ἡμέραι καὶ περὶ τὰ ὑποχόν‐ δρια βάρους τε καὶ ἀλγηδόνος ᾔσθετο, ἀποσιτίαι ἐπὶ τού‐ τοις μέτριαι καὶ δίψαι ἦσαν.</w:t>
      </w:r>
    </w:p>
    <w:p>
      <w:r>
        <w:rPr>
          <w:rFonts w:ascii="Courier New" w:hAnsi="Courier New"/>
          <w:color w:val="555555"/>
          <w:sz w:val="20"/>
        </w:rPr>
        <w:t>[6 . 13 . 9]</w:t>
      </w:r>
    </w:p>
    <w:p>
      <w:r>
        <w:rPr>
          <w:rFonts w:ascii="Gentium Plus" w:hAnsi="Gentium Plus"/>
          <w:sz w:val="24"/>
        </w:rPr>
        <w:t>Οὖρα ταύτῃ ὁτὲ μὲν θερμὰ καὶ παχέα καὶ τῷ ἐκτὸς πυρὶ διαλεπτυνόμενα, τὰ παρυφιστάμενα δὲ τὸν μέσον εἶχεν ἀπολαβόντα τόπον τοῦ χύματος, ἐνίοτε δ’ αὖ καὶ μὴ παχυνομένων καὶ αὖθις</w:t>
      </w:r>
    </w:p>
    <w:p>
      <w:r>
        <w:rPr>
          <w:rFonts w:ascii="Courier New" w:hAnsi="Courier New"/>
          <w:color w:val="555555"/>
          <w:sz w:val="20"/>
        </w:rPr>
        <w:t>[5]</w:t>
      </w:r>
    </w:p>
    <w:p>
      <w:r>
        <w:rPr>
          <w:rFonts w:ascii="Gentium Plus" w:hAnsi="Gentium Plus"/>
          <w:sz w:val="24"/>
        </w:rPr>
        <w:t>ἐπὶ τοῦ αὐτοῦ τὰ παρυφιστάμενα ᾐώρηται τόπου.</w:t>
      </w:r>
    </w:p>
    <w:p>
      <w:r>
        <w:rPr>
          <w:rFonts w:ascii="Courier New" w:hAnsi="Courier New"/>
          <w:color w:val="555555"/>
          <w:sz w:val="20"/>
        </w:rPr>
        <w:t>[6 . 13 . 10]</w:t>
      </w:r>
    </w:p>
    <w:p>
      <w:r>
        <w:rPr>
          <w:rFonts w:ascii="Gentium Plus" w:hAnsi="Gentium Plus"/>
          <w:sz w:val="24"/>
        </w:rPr>
        <w:t>Ἐγὼ μὲν οὖν ταῦθ’ ὁρῶν ἐστοχαζόμην ἀπό γε τοῦ δοθέντος ἔναγχος φαρμάκου ταύτῃ οὐ μετρίαν ὕλην ἀποσπασθεῖσαν τῶν βαρυτέρων τοῦ σώματος ἐκεῖ που ἐναπολελεῖφθαι τῶν</w:t>
      </w:r>
    </w:p>
    <w:p>
      <w:r>
        <w:rPr>
          <w:rFonts w:ascii="Courier New" w:hAnsi="Courier New"/>
          <w:color w:val="555555"/>
          <w:sz w:val="20"/>
        </w:rPr>
        <w:t>[5]</w:t>
      </w:r>
    </w:p>
    <w:p>
      <w:r>
        <w:rPr>
          <w:rFonts w:ascii="Gentium Plus" w:hAnsi="Gentium Plus"/>
          <w:sz w:val="24"/>
        </w:rPr>
        <w:t>στυφόντων καταχρήσει φαρμάκων, προσεμφράξαι δὲ καὶ τὰς τροφὰς ᾠόμην μετὰ στυφόντων οὕτω προσαγομένων εἰδῶν καὶ μὴ κλύσματά τε καὶ βαλάνους ἐνιέναι δεῖν φάσκων ἐμαυτόν τε ἑώρων ἀκριβῶς ἐστοχασμένον καὶ τὴν κάμνουσαν ἀνίεσθαί τε τῶν ἀλγεινῶν ἐποίουν.</w:t>
      </w:r>
    </w:p>
    <w:p>
      <w:r>
        <w:rPr>
          <w:rFonts w:ascii="Courier New" w:hAnsi="Courier New"/>
          <w:color w:val="555555"/>
          <w:sz w:val="20"/>
        </w:rPr>
        <w:t>[6 . 13 . 11]</w:t>
      </w:r>
    </w:p>
    <w:p>
      <w:r>
        <w:rPr>
          <w:rFonts w:ascii="Gentium Plus" w:hAnsi="Gentium Plus"/>
          <w:sz w:val="24"/>
        </w:rPr>
        <w:t>Οὐ μέντοι ταῦτα οἷά τε ἦσαν καὶ τοῦ παντελοῦς ἀπαλλάξαι πάθους τὴν ἄνθρωπον, καὶ μείζονος οὖν ἢ κατὰ κλύσμα δεῖσθαι ταύτην καθάρσεως οὔτ’ ἔπειθον δέος οὐκ ὀλίγον</w:t>
      </w:r>
    </w:p>
    <w:p>
      <w:r>
        <w:rPr>
          <w:rFonts w:ascii="Courier New" w:hAnsi="Courier New"/>
          <w:color w:val="555555"/>
          <w:sz w:val="20"/>
        </w:rPr>
        <w:t>[5]</w:t>
      </w:r>
    </w:p>
    <w:p>
      <w:r>
        <w:rPr>
          <w:rFonts w:ascii="Gentium Plus" w:hAnsi="Gentium Plus"/>
          <w:sz w:val="24"/>
        </w:rPr>
        <w:t>ἔχουσαν διὰ τὰ πρῶτά οἱ συμβᾶντα, οὔτε ἀπαγορεύουσαν ἑώρων πάνυ παιδευομένην ταῖς μετριωτέραις κενώσεσι, καὶ ἐμοὶ μὲν οὐχ ὑπεῖξε τότε ὑποθεμένῳ τῷ ῥηθέντι δέει, συνεχομένη.</w:t>
      </w:r>
    </w:p>
    <w:p>
      <w:r>
        <w:rPr>
          <w:rFonts w:ascii="Courier New" w:hAnsi="Courier New"/>
          <w:color w:val="555555"/>
          <w:sz w:val="20"/>
        </w:rPr>
        <w:t>[6 . 13 . 12]</w:t>
      </w:r>
    </w:p>
    <w:p>
      <w:r>
        <w:rPr>
          <w:rFonts w:ascii="Gentium Plus" w:hAnsi="Gentium Plus"/>
          <w:sz w:val="24"/>
        </w:rPr>
        <w:t>Ἐπεὶ δὲ μετ’ οὐ πολύν τινα τὸν χρόνον ἐπὶ τὰ χείρω φερομένη τῶν ἀξιολογωτέρων τινὰ τῇ τέχνῃ μετεκαλεῖτο ἄνθρωπον, κἀκεῖνος εἴξαις ταῖς ἀξιώσεσιν καὶ ἀφικόμενος ᾠήθη εἰς ὑποχονδρισμοῦ περιπεσεῖν τὴν κάμνου‐</w:t>
      </w:r>
    </w:p>
    <w:p>
      <w:r>
        <w:rPr>
          <w:rFonts w:ascii="Courier New" w:hAnsi="Courier New"/>
          <w:color w:val="555555"/>
          <w:sz w:val="20"/>
        </w:rPr>
        <w:t>[5]</w:t>
      </w:r>
    </w:p>
    <w:p>
      <w:r>
        <w:rPr>
          <w:rFonts w:ascii="Gentium Plus" w:hAnsi="Gentium Plus"/>
          <w:sz w:val="24"/>
        </w:rPr>
        <w:t>σαν πάθος.</w:t>
      </w:r>
    </w:p>
    <w:p>
      <w:r>
        <w:rPr>
          <w:rFonts w:ascii="Courier New" w:hAnsi="Courier New"/>
          <w:color w:val="555555"/>
          <w:sz w:val="20"/>
        </w:rPr>
        <w:t>[6 . 13 . 13]</w:t>
      </w:r>
    </w:p>
    <w:p>
      <w:r>
        <w:rPr>
          <w:rFonts w:ascii="Gentium Plus" w:hAnsi="Gentium Plus"/>
          <w:sz w:val="24"/>
        </w:rPr>
        <w:t>Τὸ δ’ οὐκέτι μὲν τοιοῦτον ἦν, ὥς γε ἐμοὶ ἐδόκει εἰκὸς δὲ ἦν ἔσεσθαι μετὰ οὐ πολὺ τοιοῦτον, τὴν τοῦ καθαρτηρίου ἔπειθε προσφορὰν φαρμάκου, καὶ μὴ ἂν ἄλλως ἔφασκεν ἀπηλλάχθαι τὸν κατεχόντων ἀλγεινῶν, εἰ</w:t>
      </w:r>
    </w:p>
    <w:p>
      <w:r>
        <w:rPr>
          <w:rFonts w:ascii="Courier New" w:hAnsi="Courier New"/>
          <w:color w:val="555555"/>
          <w:sz w:val="20"/>
        </w:rPr>
        <w:t>[5]</w:t>
      </w:r>
    </w:p>
    <w:p>
      <w:r>
        <w:rPr>
          <w:rFonts w:ascii="Gentium Plus" w:hAnsi="Gentium Plus"/>
          <w:sz w:val="24"/>
        </w:rPr>
        <w:t>μὴ ταῖς ὑποθήκαις ἐνδοίη τῶν εὖ κρίνειν εἰδότων νοσή‐ ματα.</w:t>
      </w:r>
    </w:p>
    <w:p>
      <w:r>
        <w:rPr>
          <w:rFonts w:ascii="Courier New" w:hAnsi="Courier New"/>
          <w:color w:val="555555"/>
          <w:sz w:val="20"/>
        </w:rPr>
        <w:t>[6 . 13 . 14]</w:t>
      </w:r>
    </w:p>
    <w:p>
      <w:r>
        <w:rPr>
          <w:rFonts w:ascii="Gentium Plus" w:hAnsi="Gentium Plus"/>
          <w:sz w:val="24"/>
        </w:rPr>
        <w:t>Ἐπεὶ δὲ καὶ μικρά τις ῥοπὴ ἐνίοτε τὰ μεγάλα δύναται—ἐτύχομεν γὰρ καὶ ἡμεῖς τὸν λόγον τἀνδρὸς ἐπαινέσαντες—ἐπείσθη τε ἡ κάμνουσα καὶ μετρίως κα‐ θαῖρον ἐπιπιοῦσα φάρμακον τῶν λυπούντων αὐτὴν δεινῶν</w:t>
      </w:r>
    </w:p>
    <w:p>
      <w:r>
        <w:rPr>
          <w:rFonts w:ascii="Courier New" w:hAnsi="Courier New"/>
          <w:color w:val="555555"/>
          <w:sz w:val="20"/>
        </w:rPr>
        <w:t>[5]</w:t>
      </w:r>
    </w:p>
    <w:p>
      <w:r>
        <w:rPr>
          <w:rFonts w:ascii="Gentium Plus" w:hAnsi="Gentium Plus"/>
          <w:sz w:val="24"/>
        </w:rPr>
        <w:t>ἀπηλλάττετο.</w:t>
      </w:r>
    </w:p>
    <w:p>
      <w:r>
        <w:rPr>
          <w:rFonts w:ascii="Courier New" w:hAnsi="Courier New"/>
          <w:color w:val="555555"/>
          <w:sz w:val="20"/>
        </w:rPr>
        <w:t>[6 . 13 . 15]</w:t>
      </w:r>
    </w:p>
    <w:p>
      <w:r>
        <w:rPr>
          <w:rFonts w:ascii="Gentium Plus" w:hAnsi="Gentium Plus"/>
          <w:sz w:val="24"/>
        </w:rPr>
        <w:t>Οὕτως ἡ ἐφ’ ἕτερα τοῦ πυθμένος δια‐ τριβὴ χρονία τοῦ παρυφισταμένου τοὺς κατ’ ἀναλογίαν πεπονθότας τόπους τοῦ σώματος δείκνυσι.</w:t>
      </w:r>
    </w:p>
    <w:p>
      <w:r>
        <w:rPr>
          <w:rFonts w:ascii="Courier New" w:hAnsi="Courier New"/>
          <w:color w:val="555555"/>
          <w:sz w:val="20"/>
        </w:rPr>
        <w:t>[6 . 13 . 16]</w:t>
      </w:r>
    </w:p>
    <w:p>
      <w:r>
        <w:rPr>
          <w:rFonts w:ascii="Gentium Plus" w:hAnsi="Gentium Plus"/>
          <w:sz w:val="24"/>
        </w:rPr>
        <w:t>Τῶν γάρ τοι περιττῶν ὑγιαίνοντος τοῦ σώματος φύσει κάτω διω‐ θουμένων πρὸς ἔκκρισιν, ἂν ἐπὶ τἀναντία ταῦτα φέρηται ἀντωθούμενα ἐκεῖσέ πη ἐπισωρεύεσθαι εἴωθε καὶ τῷ χρόνῳ</w:t>
      </w:r>
    </w:p>
    <w:p>
      <w:r>
        <w:rPr>
          <w:rFonts w:ascii="Courier New" w:hAnsi="Courier New"/>
          <w:color w:val="555555"/>
          <w:sz w:val="20"/>
        </w:rPr>
        <w:t>[5]</w:t>
      </w:r>
    </w:p>
    <w:p>
      <w:r>
        <w:rPr>
          <w:rFonts w:ascii="Gentium Plus" w:hAnsi="Gentium Plus"/>
          <w:sz w:val="24"/>
        </w:rPr>
        <w:t>λυπεῖν τὸν κάμνοντα καὶ τὰ μὲν αἰωρούμενα ἐπὶ τὸ μέ‐ σον χύματος μᾶλλον ὑποχονδρίων τε καὶ σπλάγχνων ἅπτε‐ σθαι δοκεῖ.</w:t>
      </w:r>
    </w:p>
    <w:p>
      <w:r>
        <w:rPr>
          <w:rFonts w:ascii="Courier New" w:hAnsi="Courier New"/>
          <w:color w:val="555555"/>
          <w:sz w:val="20"/>
        </w:rPr>
        <w:t>[6 . 13 . 17]</w:t>
      </w:r>
    </w:p>
    <w:p>
      <w:r>
        <w:rPr>
          <w:rFonts w:ascii="Gentium Plus" w:hAnsi="Gentium Plus"/>
          <w:sz w:val="24"/>
        </w:rPr>
        <w:t>Καὶ ἔτι θώρακος, τὰ δ’ ὡς νεφέλαι ἐπι‐ νηχόμενα τῶν περὶ τὴν κεφαλὴν καθέστηκεν ἀλγεινῶν σύμβολα καὶ προσθήσω κἀπὶ τούτων ἱστορίαν ἑτέραν σα‐ φηνείας τινὰ τῶν λεγομένων ἕνεκεν.</w:t>
      </w:r>
    </w:p>
    <w:p>
      <w:r>
        <w:rPr>
          <w:rFonts w:ascii="Courier New" w:hAnsi="Courier New"/>
          <w:color w:val="555555"/>
          <w:sz w:val="20"/>
        </w:rPr>
        <w:t>[6 . 13 . 18]</w:t>
      </w:r>
    </w:p>
    <w:p>
      <w:r>
        <w:rPr>
          <w:rFonts w:ascii="Gentium Plus" w:hAnsi="Gentium Plus"/>
          <w:sz w:val="24"/>
        </w:rPr>
        <w:t>Ἔκειτό τις τῶν ἡμῖν γνωρίμων οὐ μετρίως πυρέσσων καὶ δι’ ὅλου μὲν αὐτοῦ τὰ παρυφιστάμενα τῶν οὔρων μετεωριζόμενα προὐ‐ χώρει καὶ προϊόντα ἐπινέφελα ἦν.</w:t>
      </w:r>
    </w:p>
    <w:p>
      <w:r>
        <w:rPr>
          <w:rFonts w:ascii="Courier New" w:hAnsi="Courier New"/>
          <w:color w:val="555555"/>
          <w:sz w:val="20"/>
        </w:rPr>
        <w:t>[6 . 13 . 19]</w:t>
      </w:r>
    </w:p>
    <w:p>
      <w:r>
        <w:rPr>
          <w:rFonts w:ascii="Gentium Plus" w:hAnsi="Gentium Plus"/>
          <w:sz w:val="24"/>
        </w:rPr>
        <w:t>Ὁ κάμνων ἐπὶ τούτοις παρελήρει καὶ ἀνεπαισθήτως ἐπὶ κλίνης τὰς φυσι‐ κὰς ἀνάγκας ἐπλήρου.</w:t>
      </w:r>
    </w:p>
    <w:p>
      <w:r>
        <w:rPr>
          <w:rFonts w:ascii="Courier New" w:hAnsi="Courier New"/>
          <w:color w:val="555555"/>
          <w:sz w:val="20"/>
        </w:rPr>
        <w:t>[6 . 13 . 20]</w:t>
      </w:r>
    </w:p>
    <w:p>
      <w:r>
        <w:rPr>
          <w:rFonts w:ascii="Gentium Plus" w:hAnsi="Gentium Plus"/>
          <w:sz w:val="24"/>
        </w:rPr>
        <w:t>Ἑνδεκάτῃ ἐπὶ τῇ ἐπιφανείᾳ τὸ παρυφιστάμενον ἐνήχετο λευκὸν μέν, ὑπόγλισχρον δὲ καὶ οἷον εἴρηται ἐν τοῖς περὶ διαφορᾶς οὔρων τὸ ἀντίθετον τῷ τραχεῖ τυγχάνειν.</w:t>
      </w:r>
    </w:p>
    <w:p>
      <w:r>
        <w:rPr>
          <w:rFonts w:ascii="Courier New" w:hAnsi="Courier New"/>
          <w:color w:val="555555"/>
          <w:sz w:val="20"/>
        </w:rPr>
        <w:t>[6 . 13 . 21]</w:t>
      </w:r>
    </w:p>
    <w:p>
      <w:r>
        <w:rPr>
          <w:rFonts w:ascii="Gentium Plus" w:hAnsi="Gentium Plus"/>
          <w:sz w:val="24"/>
        </w:rPr>
        <w:t>Ἐῴκει γὰρ τοῦ κατὰ φύσιν εἶ‐ ναι παχύτερον καὶ οἷον ἂν φαίης εἶναι τὸ γονοειδές, τὴν</w:t>
      </w:r>
    </w:p>
    <w:p>
      <w:r>
        <w:rPr>
          <w:rFonts w:ascii="Courier New" w:hAnsi="Courier New"/>
          <w:color w:val="555555"/>
          <w:sz w:val="20"/>
        </w:rPr>
        <w:t>[6 . 13 . 22]</w:t>
      </w:r>
    </w:p>
    <w:p>
      <w:r>
        <w:rPr>
          <w:rFonts w:ascii="Gentium Plus" w:hAnsi="Gentium Plus"/>
          <w:sz w:val="24"/>
        </w:rPr>
        <w:t>Ἀνείθη μετ’ οὐ πολὺ τὴν παρα‐ φροσύνην ὁ ἄνθρωπος, ἐρράϊσε πάντη, ἐτέθραπτο.</w:t>
      </w:r>
    </w:p>
    <w:p>
      <w:r>
        <w:rPr>
          <w:rFonts w:ascii="Courier New" w:hAnsi="Courier New"/>
          <w:color w:val="555555"/>
          <w:sz w:val="20"/>
        </w:rPr>
        <w:t>[6 . 13 . 23]</w:t>
      </w:r>
    </w:p>
    <w:p>
      <w:r>
        <w:rPr>
          <w:rFonts w:ascii="Gentium Plus" w:hAnsi="Gentium Plus"/>
          <w:sz w:val="24"/>
        </w:rPr>
        <w:t>Οὔπω ἀκριβῶς εἰς τὴν προτέραν ἧκεν ὑγίειαν, καὶ παρωτίδες ἑκατέρωθέν οἱ ἐξεπεφύκεσαν. καὶ αὗται δὲ πεπανθεῖσαί τε καὶ ἀναστομωθεῖσαι ὑγίανται.</w:t>
      </w:r>
    </w:p>
    <w:p>
      <w:r>
        <w:rPr>
          <w:rFonts w:ascii="Courier New" w:hAnsi="Courier New"/>
          <w:color w:val="555555"/>
          <w:sz w:val="20"/>
        </w:rPr>
        <w:t>[6 . 13 . 24]</w:t>
      </w:r>
    </w:p>
    <w:p>
      <w:r>
        <w:rPr>
          <w:rFonts w:ascii="Gentium Plus" w:hAnsi="Gentium Plus"/>
          <w:sz w:val="24"/>
        </w:rPr>
        <w:t>Ἐδόκει οὖν τὸ δι’ ὅλου ἐπινέφελον παρυφιστάμενον τὴν ἐπ’ ἐκεῖνα ῥοπὴν τῆς ὕλης ἐπισημαίνειν.</w:t>
      </w:r>
    </w:p>
    <w:p>
      <w:r>
        <w:rPr>
          <w:rFonts w:ascii="Courier New" w:hAnsi="Courier New"/>
          <w:color w:val="555555"/>
          <w:sz w:val="20"/>
        </w:rPr>
        <w:t>[6 . 13 . 25]</w:t>
      </w:r>
    </w:p>
    <w:p>
      <w:r>
        <w:rPr>
          <w:rFonts w:ascii="Gentium Plus" w:hAnsi="Gentium Plus"/>
          <w:sz w:val="24"/>
        </w:rPr>
        <w:t>Ταῦτ’ ἄρα καὶ ὑμῖν προσῆκον, ὅσοι δῆτα περὶ τὰ τοιαῦτα σπουδάζετε ἐκμανθάνειν τε καὶ προλέγειν τὰ δέοντα.</w:t>
      </w:r>
    </w:p>
    <w:p>
      <w:r>
        <w:rPr>
          <w:rFonts w:ascii="Courier New" w:hAnsi="Courier New"/>
          <w:color w:val="555555"/>
          <w:sz w:val="20"/>
        </w:rPr>
        <w:t>[6 . 13 . 26]</w:t>
      </w:r>
    </w:p>
    <w:p>
      <w:r>
        <w:rPr>
          <w:rFonts w:ascii="Gentium Plus" w:hAnsi="Gentium Plus"/>
          <w:sz w:val="24"/>
        </w:rPr>
        <w:t>Καὶ ταῦτα μὲν τὰ παρυφιστάμενα λευκά τε ὄντα καὶ ἀμιγῆ, σωμάτων ἑτεροειδῶν τῷ τόπῳ μόνῳ διαλλάξαντα τοσαῦτα λυπεῖν εἴωθεν.</w:t>
      </w:r>
    </w:p>
    <w:p>
      <w:r>
        <w:rPr>
          <w:rFonts w:ascii="Courier New" w:hAnsi="Courier New"/>
          <w:color w:val="555555"/>
          <w:sz w:val="20"/>
        </w:rPr>
        <w:t>[6 . 13 . 27]</w:t>
      </w:r>
    </w:p>
    <w:p>
      <w:r>
        <w:rPr>
          <w:rFonts w:ascii="Gentium Plus" w:hAnsi="Gentium Plus"/>
          <w:sz w:val="24"/>
        </w:rPr>
        <w:t>Ἂν μέντοι καί τινα αὐτοῖς ἐπιφέρηται ἑτεροειδῆ, ἀπὸ μὲν τοῦ χρώματος τὸν χυμὸν καταγγέλει.</w:t>
      </w:r>
    </w:p>
    <w:p>
      <w:r>
        <w:rPr>
          <w:rFonts w:ascii="Courier New" w:hAnsi="Courier New"/>
          <w:color w:val="555555"/>
          <w:sz w:val="20"/>
        </w:rPr>
        <w:t>[6 . 13 . 28]</w:t>
      </w:r>
    </w:p>
    <w:p>
      <w:r>
        <w:rPr>
          <w:rFonts w:ascii="Gentium Plus" w:hAnsi="Gentium Plus"/>
          <w:sz w:val="24"/>
        </w:rPr>
        <w:t>Εἰ δὲ καὶ διαξαίνοιντο δι’ ὅλου τὰ τοιαῦτα παρυφιστάμενα καὶ τὸ κατὰ πλάτος τοῦ χύ‐ ματος καταλαμβάνοιεν διάστημα κατ’ ἀναλογίαν καὶ τὰς ἀλγεινὰς αἰσθήσεις τοῖς κάμνουσιν ἐπεγείρει, ἐπὶ τὰ μέρη</w:t>
      </w:r>
    </w:p>
    <w:p>
      <w:r>
        <w:rPr>
          <w:rFonts w:ascii="Courier New" w:hAnsi="Courier New"/>
          <w:color w:val="555555"/>
          <w:sz w:val="20"/>
        </w:rPr>
        <w:t>[5]</w:t>
      </w:r>
    </w:p>
    <w:p>
      <w:r>
        <w:rPr>
          <w:rFonts w:ascii="Gentium Plus" w:hAnsi="Gentium Plus"/>
          <w:sz w:val="24"/>
        </w:rPr>
        <w:t>ταῦτα τῆς ὕλης διωθουμένης τῷ προσισταμένῳ νόθῳ πνεύματι.</w:t>
      </w:r>
    </w:p>
    <w:p>
      <w:r>
        <w:rPr>
          <w:rFonts w:ascii="Courier New" w:hAnsi="Courier New"/>
          <w:color w:val="555555"/>
          <w:sz w:val="20"/>
        </w:rPr>
        <w:t>[6 . 13 . 29]</w:t>
      </w:r>
    </w:p>
    <w:p>
      <w:r>
        <w:rPr>
          <w:rFonts w:ascii="Gentium Plus" w:hAnsi="Gentium Plus"/>
          <w:sz w:val="24"/>
        </w:rPr>
        <w:t>Καὶ λέλεκται περὶ τούτων κἀν τοῖς περὶ διαγνώσεως οὔρων λόγοις.</w:t>
      </w:r>
    </w:p>
    <w:p>
      <w:pPr>
        <w:jc w:val="center"/>
      </w:pPr>
      <w:r>
        <w:rPr>
          <w:rFonts w:ascii="Gentium Plus" w:hAnsi="Gentium Plus"/>
          <w:b/>
          <w:sz w:val="24"/>
        </w:rPr>
        <w:t>Κεφ. ιδʹ. Περὶ τῆς ἐκ τῶν ἀνομοιομερῶν παρυφισταμένων προγνώσεως.</w:t>
      </w:r>
    </w:p>
    <w:p>
      <w:r>
        <w:rPr>
          <w:rFonts w:ascii="Courier New" w:hAnsi="Courier New"/>
          <w:color w:val="555555"/>
          <w:sz w:val="20"/>
        </w:rPr>
        <w:t>[6 . 14 . 1]</w:t>
      </w:r>
    </w:p>
    <w:p>
      <w:r>
        <w:rPr>
          <w:rFonts w:ascii="Gentium Plus" w:hAnsi="Gentium Plus"/>
          <w:sz w:val="24"/>
        </w:rPr>
        <w:t>Τά γε μὴν φαῦλα τῶν παρυφισταμένων τῷ χρώ‐ ματι τοσούτῳ χείρω καταγγελεῖ τῷ σώματι ὅσῳ καὶ πρὸς τὸν πυθμένα τοῖς κατὰ φύσιν ὡσαύτως παρυφισταμένοις χωρεῖ.</w:t>
      </w:r>
    </w:p>
    <w:p>
      <w:r>
        <w:rPr>
          <w:rFonts w:ascii="Courier New" w:hAnsi="Courier New"/>
          <w:color w:val="555555"/>
          <w:sz w:val="20"/>
        </w:rPr>
        <w:t>[6 . 14 . 2]</w:t>
      </w:r>
    </w:p>
    <w:p>
      <w:r>
        <w:rPr>
          <w:rFonts w:ascii="Gentium Plus" w:hAnsi="Gentium Plus"/>
          <w:sz w:val="24"/>
        </w:rPr>
        <w:t>Μέλανα γὰρ ἐναιωρήματα κάτω ἰόντα μὲν εἰς ὑπερβολὴν πονηρίας ἥκειν δηλοῖ τὴν νόσον· καθόσον δ’ ἂν ἐπινεφελοῦται, καὶ τὸν κάμνοντα περιέσεσθαί ποτε δηλοῖ, τῆς φυσικῆς δυνάμεως ἰσχυούσης.</w:t>
      </w:r>
    </w:p>
    <w:p>
      <w:r>
        <w:rPr>
          <w:rFonts w:ascii="Courier New" w:hAnsi="Courier New"/>
          <w:color w:val="555555"/>
          <w:sz w:val="20"/>
        </w:rPr>
        <w:t>[6 . 14 . 3]</w:t>
      </w:r>
    </w:p>
    <w:p>
      <w:r>
        <w:rPr>
          <w:rFonts w:ascii="Gentium Plus" w:hAnsi="Gentium Plus"/>
          <w:sz w:val="24"/>
        </w:rPr>
        <w:t>Ἐκεῖνα μὲν γὰρ τὴν φύσιν οἷον καταδέξασθαι νικηθεῖσαν ὑπαγορεύει, ταῦτα δέ πως ἔτι ἀντίσχουσαν ἀπωθεῖσθαι, ἀντεστραμμέ‐ νως τούτου συμβαίνοντος τοῖς κατὰ φύσιν παρυφισταμέ‐</w:t>
      </w:r>
    </w:p>
    <w:p>
      <w:r>
        <w:rPr>
          <w:rFonts w:ascii="Courier New" w:hAnsi="Courier New"/>
          <w:color w:val="555555"/>
          <w:sz w:val="20"/>
        </w:rPr>
        <w:t>[5]</w:t>
      </w:r>
    </w:p>
    <w:p>
      <w:r>
        <w:rPr>
          <w:rFonts w:ascii="Gentium Plus" w:hAnsi="Gentium Plus"/>
          <w:sz w:val="24"/>
        </w:rPr>
        <w:t>νοις.</w:t>
      </w:r>
    </w:p>
    <w:p>
      <w:r>
        <w:rPr>
          <w:rFonts w:ascii="Courier New" w:hAnsi="Courier New"/>
          <w:color w:val="555555"/>
          <w:sz w:val="20"/>
        </w:rPr>
        <w:t>[6 . 14 . 4]</w:t>
      </w:r>
    </w:p>
    <w:p>
      <w:r>
        <w:rPr>
          <w:rFonts w:ascii="Gentium Plus" w:hAnsi="Gentium Plus"/>
          <w:sz w:val="24"/>
        </w:rPr>
        <w:t>Αἱ δὲ χολώδεις τε καὶ δίαιμοι καὶ ἐρυθραὶ τὸν μέσον τῶν τε πάνυ πονηρῶν καὶ ὑγειῶν ἀνειληφυῖαι λό‐ γον καὶ τὴν ἐπὶ τῇ κρίσει μεσότητα ἀνειλήφασι, δέοιντο δ’ ἂν καὶ αὗται πλείονος εἰς πέψιν χρόνου, ὥστε δεῖ καὶ</w:t>
      </w:r>
    </w:p>
    <w:p>
      <w:r>
        <w:rPr>
          <w:rFonts w:ascii="Courier New" w:hAnsi="Courier New"/>
          <w:color w:val="555555"/>
          <w:sz w:val="20"/>
        </w:rPr>
        <w:t>[5]</w:t>
      </w:r>
    </w:p>
    <w:p>
      <w:r>
        <w:rPr>
          <w:rFonts w:ascii="Gentium Plus" w:hAnsi="Gentium Plus"/>
          <w:sz w:val="24"/>
        </w:rPr>
        <w:t>τῆς δυνάμεως αὐτῆς καταστοχαζόμενον ἀναλόγως καὶ τὰς προγνώσεις ἐπισυνάγειν.</w:t>
      </w:r>
    </w:p>
    <w:p>
      <w:r>
        <w:rPr>
          <w:rFonts w:ascii="Courier New" w:hAnsi="Courier New"/>
          <w:color w:val="555555"/>
          <w:sz w:val="20"/>
        </w:rPr>
        <w:t>[6 . 14 . 5]</w:t>
      </w:r>
    </w:p>
    <w:p>
      <w:r>
        <w:rPr>
          <w:rFonts w:ascii="Gentium Plus" w:hAnsi="Gentium Plus"/>
          <w:sz w:val="24"/>
        </w:rPr>
        <w:t>Περὶ δὲ τῶν ἀθρόων καὶ τὸ πλέον τῆς ἀμίδος παρυφισταμένων ἐχόντων καὶ διενεγκόν‐ των πάχει τὰ σύμμετρα ὧδέ πη μαθεῖν ἐστιν ἀκριβέστε‐ ρον.</w:t>
      </w:r>
    </w:p>
    <w:p>
      <w:r>
        <w:rPr>
          <w:rFonts w:ascii="Courier New" w:hAnsi="Courier New"/>
          <w:color w:val="555555"/>
          <w:sz w:val="20"/>
        </w:rPr>
        <w:t>[6 . 14 . 6]</w:t>
      </w:r>
    </w:p>
    <w:p>
      <w:r>
        <w:rPr>
          <w:rFonts w:ascii="Gentium Plus" w:hAnsi="Gentium Plus"/>
          <w:sz w:val="24"/>
        </w:rPr>
        <w:t>Ἐν μὲν ταῖς ἀρχαῖς τε καὶ ἐπιδόσεσι τῶν νοση‐ μάτων φαινόμενα καὶ μάλιστα εἰ ἀξιόλογος εἴη ὁ πυρετός, περιουσίαν μέν ἐξαγγέλλειν τῶν χυμῶν, ῥώμης δὲ καὶ χρό‐ νου εἰς πέψιν δεῖσθαι καὶ τύχης ἀγαθῆς οἶμα, ὥστε καὶ</w:t>
      </w:r>
    </w:p>
    <w:p>
      <w:r>
        <w:rPr>
          <w:rFonts w:ascii="Courier New" w:hAnsi="Courier New"/>
          <w:color w:val="555555"/>
          <w:sz w:val="20"/>
        </w:rPr>
        <w:t>[5]</w:t>
      </w:r>
    </w:p>
    <w:p>
      <w:r>
        <w:rPr>
          <w:rFonts w:ascii="Gentium Plus" w:hAnsi="Gentium Plus"/>
          <w:sz w:val="24"/>
        </w:rPr>
        <w:t>στενοχωρίαν τινὰ ἐντεῦθεν περὶ τὸν θώρακα στοχάσαιο, τῷ πλήθει οἷον στενοχωρουμένου τοῦ διαφράγματος.</w:t>
      </w:r>
    </w:p>
    <w:p>
      <w:r>
        <w:rPr>
          <w:rFonts w:ascii="Courier New" w:hAnsi="Courier New"/>
          <w:color w:val="555555"/>
          <w:sz w:val="20"/>
        </w:rPr>
        <w:t>[6 . 14 . 7]</w:t>
      </w:r>
    </w:p>
    <w:p>
      <w:r>
        <w:rPr>
          <w:rFonts w:ascii="Gentium Plus" w:hAnsi="Gentium Plus"/>
          <w:sz w:val="24"/>
        </w:rPr>
        <w:t>Ἀκμαζόντων δ’ ἤδη καὶ παρακμαζόντων τῶν πυρετῶν, σωτήριά τε καὶ ἀγαθὰ ἐπ’ ἐκεῖνα τὴν ὁρμὴν ἀπειληφότων τῶν περιττῶν.</w:t>
      </w:r>
    </w:p>
    <w:p>
      <w:r>
        <w:rPr>
          <w:rFonts w:ascii="Courier New" w:hAnsi="Courier New"/>
          <w:color w:val="555555"/>
          <w:sz w:val="20"/>
        </w:rPr>
        <w:t>[6 . 14 . 8]</w:t>
      </w:r>
    </w:p>
    <w:p>
      <w:r>
        <w:rPr>
          <w:rFonts w:ascii="Gentium Plus" w:hAnsi="Gentium Plus"/>
          <w:sz w:val="24"/>
        </w:rPr>
        <w:t>Ὁ δὲ περὶ ὀροβοειδῶν τε καὶ πιτυροει‐ δῶν, πεταλωδῶν τε καὶ κριμνωδῶν ὑποστάσεων λόγος πά‐ λαι μὲν ὡς ἔδει ἐν τοῖς περὶ διαγνώσεως οὔρων εἴρηται.</w:t>
      </w:r>
    </w:p>
    <w:p>
      <w:r>
        <w:rPr>
          <w:rFonts w:ascii="Courier New" w:hAnsi="Courier New"/>
          <w:color w:val="555555"/>
          <w:sz w:val="20"/>
        </w:rPr>
        <w:t>[6 . 14 . 9]</w:t>
      </w:r>
    </w:p>
    <w:p>
      <w:r>
        <w:rPr>
          <w:rFonts w:ascii="Gentium Plus" w:hAnsi="Gentium Plus"/>
          <w:sz w:val="24"/>
        </w:rPr>
        <w:t>Νυνὶ δὲ τοσοῦτόν ἐστιν ἐπιθεῖναι, ὡς, ἂν μὲν ἐπὶ τὰ χείρω καὶ πλείω ταῦτα προΐῃ, μέμφεσθαι καὶ ἀπαγορεύ‐ ειν, ὡς τὴν ἕξιν φθείροντα θέμις.</w:t>
      </w:r>
    </w:p>
    <w:p>
      <w:r>
        <w:rPr>
          <w:rFonts w:ascii="Courier New" w:hAnsi="Courier New"/>
          <w:color w:val="555555"/>
          <w:sz w:val="20"/>
        </w:rPr>
        <w:t>[6 . 14 . 10]</w:t>
      </w:r>
    </w:p>
    <w:p>
      <w:r>
        <w:rPr>
          <w:rFonts w:ascii="Gentium Plus" w:hAnsi="Gentium Plus"/>
          <w:sz w:val="24"/>
        </w:rPr>
        <w:t>Τοὐναντίον δ’ αὖ μειούμενά τε καὶ ἐπὶ τὰ ἧττον πονηρὰ χωροῦντα, προσ‐ ΐεσθαί τε καὶ μὴ ἀπελπίζειν τὴν σωτηρίαν τοῦ κάμνον‐ τος.</w:t>
      </w:r>
    </w:p>
    <w:p>
      <w:r>
        <w:rPr>
          <w:rFonts w:ascii="Courier New" w:hAnsi="Courier New"/>
          <w:color w:val="555555"/>
          <w:sz w:val="20"/>
        </w:rPr>
        <w:t>[6 . 14 . 11]</w:t>
      </w:r>
    </w:p>
    <w:p>
      <w:r>
        <w:rPr>
          <w:rFonts w:ascii="Gentium Plus" w:hAnsi="Gentium Plus"/>
          <w:sz w:val="24"/>
        </w:rPr>
        <w:t>Ἔχεις καὶ τὸν περὶ τῶν παρυφισταμένων λόγον ἱκανῶς ἐκτεθειμένον, οἶμαι, τοῖς τὸ βραχυλογεῖν ἀσπαζο‐ μένοις καὶ τοῖς διὰ μετριωτέρων τὰ πλείω μανθάνειν ἐθέλουσιν. ἑξῆς οὖν ἴωμεν τῷ λόγῳ.</w:t>
      </w:r>
    </w:p>
    <w:p>
      <w:pPr>
        <w:jc w:val="center"/>
      </w:pPr>
      <w:r>
        <w:rPr>
          <w:rFonts w:ascii="Gentium Plus" w:hAnsi="Gentium Plus"/>
          <w:b/>
          <w:sz w:val="24"/>
        </w:rPr>
        <w:t>Κεφ. ιεʹ. Περὶ τῆς ἐκ τῶν πομφολύγων προγνώσεως.</w:t>
      </w:r>
    </w:p>
    <w:p>
      <w:r>
        <w:rPr>
          <w:rFonts w:ascii="Courier New" w:hAnsi="Courier New"/>
          <w:color w:val="555555"/>
          <w:sz w:val="20"/>
        </w:rPr>
        <w:t>[6 . 15 . 1]</w:t>
      </w:r>
    </w:p>
    <w:p>
      <w:r>
        <w:rPr>
          <w:rFonts w:ascii="Gentium Plus" w:hAnsi="Gentium Plus"/>
          <w:sz w:val="24"/>
        </w:rPr>
        <w:t>Ἐπεὶ τοίνυν ὁ περὶ πομφολύγων λογος οἶδέ τι λυσιτελεῖν εἰς διάγνωσιν, καθὰ καὶ περὶ τούτου ἐκεῖ που ἔφαμεν, καὶ νῦν ἐπιθῶμεν τῷ λόγῳ ὅσον ἀποχρήσειν δόξῃ εἰς πρόγνωσιν.</w:t>
      </w:r>
    </w:p>
    <w:p>
      <w:r>
        <w:rPr>
          <w:rFonts w:ascii="Courier New" w:hAnsi="Courier New"/>
          <w:color w:val="555555"/>
          <w:sz w:val="20"/>
        </w:rPr>
        <w:t>[6 . 15 . 2]</w:t>
      </w:r>
    </w:p>
    <w:p>
      <w:r>
        <w:rPr>
          <w:rFonts w:ascii="Gentium Plus" w:hAnsi="Gentium Plus"/>
          <w:sz w:val="24"/>
        </w:rPr>
        <w:t>Ἐπὶ μὲν οὖν τῶν ὑγιαινόντων ἐπινη‐ χόμεναι τοῖς οὔροις ψυχρῶν πνευμάτων περιουσίας σύμ‐ βολα νομίζοιντ’ ἄν, καὶ μάλιστα εἰ μείζους τε καὶ διακε‐ χυμέναι φαίνοιντο ἀνωμάλως.</w:t>
      </w:r>
    </w:p>
    <w:p>
      <w:r>
        <w:rPr>
          <w:rFonts w:ascii="Courier New" w:hAnsi="Courier New"/>
          <w:color w:val="555555"/>
          <w:sz w:val="20"/>
        </w:rPr>
        <w:t>[6 . 15 . 3]</w:t>
      </w:r>
    </w:p>
    <w:p>
      <w:r>
        <w:rPr>
          <w:rFonts w:ascii="Gentium Plus" w:hAnsi="Gentium Plus"/>
          <w:sz w:val="24"/>
        </w:rPr>
        <w:t>Ἐπὶ δὲ πυρεσσόντων μήπω μὲν πρότερον ὀφθεῖσαι κρίσιν ὅσον οὔπω τοῦ πυ‐ ρετοῦ σημαίνουσιν.</w:t>
      </w:r>
    </w:p>
    <w:p>
      <w:r>
        <w:rPr>
          <w:rFonts w:ascii="Courier New" w:hAnsi="Courier New"/>
          <w:color w:val="555555"/>
          <w:sz w:val="20"/>
        </w:rPr>
        <w:t>[6 . 15 . 4]</w:t>
      </w:r>
    </w:p>
    <w:p>
      <w:r>
        <w:rPr>
          <w:rFonts w:ascii="Gentium Plus" w:hAnsi="Gentium Plus"/>
          <w:sz w:val="24"/>
        </w:rPr>
        <w:t>Ἤρκεσαν γάρ ποτε φανεῖσαι πεί‐ σαι παρηκμακότα τὸν πυρετὸν οἴεσθαι, ὥσπερ ἀμυδρὰ τυγχάνουσαι πέψεως σύμβολα καὶ ἄγγελοι παρυφισταμέ‐ νων τότε πεπεμμένων νομίζονται, καὶ ἀντ’ ἐκείνων ἐνίοτε</w:t>
      </w:r>
    </w:p>
    <w:p>
      <w:r>
        <w:rPr>
          <w:rFonts w:ascii="Courier New" w:hAnsi="Courier New"/>
          <w:color w:val="555555"/>
          <w:sz w:val="20"/>
        </w:rPr>
        <w:t>[5]</w:t>
      </w:r>
    </w:p>
    <w:p>
      <w:r>
        <w:rPr>
          <w:rFonts w:ascii="Gentium Plus" w:hAnsi="Gentium Plus"/>
          <w:sz w:val="24"/>
        </w:rPr>
        <w:t>μὴ φαινομένων ἀποχρῶσιν αἱ λάμπαι, συναναφαινόμεναι δὲ καὶ συμπροϊοῦσαι πυρετοῖς, ἄλγη μὲν ἐπάγουσιν οὐ μέτρια κεφαλῆς.</w:t>
      </w:r>
    </w:p>
    <w:p>
      <w:r>
        <w:rPr>
          <w:rFonts w:ascii="Courier New" w:hAnsi="Courier New"/>
          <w:color w:val="555555"/>
          <w:sz w:val="20"/>
        </w:rPr>
        <w:t>[6 . 15 . 5]</w:t>
      </w:r>
    </w:p>
    <w:p>
      <w:r>
        <w:rPr>
          <w:rFonts w:ascii="Gentium Plus" w:hAnsi="Gentium Plus"/>
          <w:sz w:val="24"/>
        </w:rPr>
        <w:t>Οὐ μέντοι καὶ κινδυνώδη, καὶ μά‐ λιστα εἰ μετὰ λεπτῆς συστάσεως ὡς στεφάνη ἐπινήχονται, μετὰ δὲ παχείας ὡς μετριωτέρας οὔσης καὶ αὗται μετριώ‐ τερα φαινόμεναι σημαίνουσιν.</w:t>
      </w:r>
    </w:p>
    <w:p>
      <w:r>
        <w:rPr>
          <w:rFonts w:ascii="Courier New" w:hAnsi="Courier New"/>
          <w:color w:val="555555"/>
          <w:sz w:val="20"/>
        </w:rPr>
        <w:t>[6 . 15 . 6]</w:t>
      </w:r>
    </w:p>
    <w:p>
      <w:r>
        <w:rPr>
          <w:rFonts w:ascii="Gentium Plus" w:hAnsi="Gentium Plus"/>
          <w:sz w:val="24"/>
        </w:rPr>
        <w:t>Ὃ δ’ ἐκεῖ μὲν εἴρηται καταρροίας σύμβολον, εἰς πνεύμονα δὲ εἶναι ἐπιπροηγη‐ σαμένης κεφαλαλγίας ὤφθη, τοιοῦτόν τι πέφυκεν.</w:t>
      </w:r>
    </w:p>
    <w:p>
      <w:r>
        <w:rPr>
          <w:rFonts w:ascii="Courier New" w:hAnsi="Courier New"/>
          <w:color w:val="555555"/>
          <w:sz w:val="20"/>
        </w:rPr>
        <w:t>[6 . 15 . 7]</w:t>
      </w:r>
    </w:p>
    <w:p>
      <w:r>
        <w:rPr>
          <w:rFonts w:ascii="Gentium Plus" w:hAnsi="Gentium Plus"/>
          <w:sz w:val="24"/>
        </w:rPr>
        <w:t>Ἐπει‐ δὰν θέρους ὥρα ᾖ—τότε γὰρ μάλιστα συμβαίνειν εἴω‐ θεν—ἢ καὶ ἄλλως πως ἐπὶ τὸ θερμότερον διατεθεὶς ὁ ἄνθρωπος, δίψα δ’ αὐτὸν ἔχει, προσενέγκηται δὲ τοῦ δέ‐</w:t>
      </w:r>
    </w:p>
    <w:p>
      <w:r>
        <w:rPr>
          <w:rFonts w:ascii="Courier New" w:hAnsi="Courier New"/>
          <w:color w:val="555555"/>
          <w:sz w:val="20"/>
        </w:rPr>
        <w:t>[5]</w:t>
      </w:r>
    </w:p>
    <w:p>
      <w:r>
        <w:rPr>
          <w:rFonts w:ascii="Gentium Plus" w:hAnsi="Gentium Plus"/>
          <w:sz w:val="24"/>
        </w:rPr>
        <w:t>οντος πλείω πόματα, τότε δὴ τότε ἡ κεφαλὴ αὐχμῶσα ἐπεσπάσατο τὸ πολὺ τῆς ὑγρότητος καὶ πλήρης γέγονε.</w:t>
      </w:r>
    </w:p>
    <w:p>
      <w:r>
        <w:rPr>
          <w:rFonts w:ascii="Courier New" w:hAnsi="Courier New"/>
          <w:color w:val="555555"/>
          <w:sz w:val="20"/>
        </w:rPr>
        <w:t>[6 . 15 . 8]</w:t>
      </w:r>
    </w:p>
    <w:p>
      <w:r>
        <w:rPr>
          <w:rFonts w:ascii="Gentium Plus" w:hAnsi="Gentium Plus"/>
          <w:sz w:val="24"/>
        </w:rPr>
        <w:t>Μετ’ οὐ πολὺ δὲ ὀδύνη ἔσχεν αὐτὴν καὶ βάρος μέτριον, ἐπισπασαμένην μὲν τοῦ προσήκοντος πλέον ὡς εἴρηται διὰ τὴν ἐπιγεγονυῖαν αὐτῇ θερμὴν κατάστασιν, ἐξαποροῦσα δὲ τὴν τοσαύτην πέψαι ὑγρότητα, ἀφ’ ἡς καὶ αἱ ὀδύναι</w:t>
      </w:r>
    </w:p>
    <w:p>
      <w:r>
        <w:rPr>
          <w:rFonts w:ascii="Courier New" w:hAnsi="Courier New"/>
          <w:color w:val="555555"/>
          <w:sz w:val="20"/>
        </w:rPr>
        <w:t>[5]</w:t>
      </w:r>
    </w:p>
    <w:p>
      <w:r>
        <w:rPr>
          <w:rFonts w:ascii="Gentium Plus" w:hAnsi="Gentium Plus"/>
          <w:sz w:val="24"/>
        </w:rPr>
        <w:t>γίνονται μὴ κρατουμένης.</w:t>
      </w:r>
    </w:p>
    <w:p>
      <w:r>
        <w:rPr>
          <w:rFonts w:ascii="Courier New" w:hAnsi="Courier New"/>
          <w:color w:val="555555"/>
          <w:sz w:val="20"/>
        </w:rPr>
        <w:t>[6 . 15 . 9]</w:t>
      </w:r>
    </w:p>
    <w:p>
      <w:r>
        <w:rPr>
          <w:rFonts w:ascii="Gentium Plus" w:hAnsi="Gentium Plus"/>
          <w:sz w:val="24"/>
        </w:rPr>
        <w:t>Ἀλλ’ ἐπειδὰν ἡ κεφαλὴ βαρυνομένη τὸ μὲν προσλάβηται, τὸ δὲ ἕτερον ἀπολύσῃ, τοῦτο κατενεχθὲν καὶ τῇ λεπτότητι παραρρυὲν εἰς τὸν πνεύμονα, βῆχα μὲν ἠρέθισε, κοιλίαν δ’ ᾔδη ὑποκατιὸν</w:t>
      </w:r>
    </w:p>
    <w:p>
      <w:r>
        <w:rPr>
          <w:rFonts w:ascii="Courier New" w:hAnsi="Courier New"/>
          <w:color w:val="555555"/>
          <w:sz w:val="20"/>
        </w:rPr>
        <w:t>[5]</w:t>
      </w:r>
    </w:p>
    <w:p>
      <w:r>
        <w:rPr>
          <w:rFonts w:ascii="Gentium Plus" w:hAnsi="Gentium Plus"/>
          <w:sz w:val="24"/>
        </w:rPr>
        <w:t>βραχύ τι ὅσον ἐτάραξεν.</w:t>
      </w:r>
    </w:p>
    <w:p>
      <w:r>
        <w:rPr>
          <w:rFonts w:ascii="Courier New" w:hAnsi="Courier New"/>
          <w:color w:val="555555"/>
          <w:sz w:val="20"/>
        </w:rPr>
        <w:t>[6 . 15 . 10]</w:t>
      </w:r>
    </w:p>
    <w:p>
      <w:r>
        <w:rPr>
          <w:rFonts w:ascii="Gentium Plus" w:hAnsi="Gentium Plus"/>
          <w:sz w:val="24"/>
        </w:rPr>
        <w:t>Καὶ ὑγιαίνουσι μὲν καὶ νο‐ σοῦσι τοιαῦτα φανέντα οὖρα τὰ παραπλήσια ἂν σημάνειεν.</w:t>
      </w:r>
    </w:p>
    <w:p>
      <w:r>
        <w:rPr>
          <w:rFonts w:ascii="Courier New" w:hAnsi="Courier New"/>
          <w:color w:val="555555"/>
          <w:sz w:val="20"/>
        </w:rPr>
        <w:t>[6 . 15 . 11]</w:t>
      </w:r>
    </w:p>
    <w:p>
      <w:r>
        <w:rPr>
          <w:rFonts w:ascii="Gentium Plus" w:hAnsi="Gentium Plus"/>
          <w:sz w:val="24"/>
        </w:rPr>
        <w:t>Οὐ μέντοι ἐπὶ νοσούντων ἢ πολλοῦ πόματος προσφο‐ ρὰν ἢ αὐχμὸν ἐκ κόπου καὶ ἄλλα ὅσα αἴτια διενηνοχότα ᾖ, τῷ τῆς τοιαύτης θήσεις μέρει προγνώσεως.</w:t>
      </w:r>
    </w:p>
    <w:p>
      <w:r>
        <w:rPr>
          <w:rFonts w:ascii="Courier New" w:hAnsi="Courier New"/>
          <w:color w:val="555555"/>
          <w:sz w:val="20"/>
        </w:rPr>
        <w:t>[6 . 15 . 12]</w:t>
      </w:r>
    </w:p>
    <w:p>
      <w:r>
        <w:rPr>
          <w:rFonts w:ascii="Gentium Plus" w:hAnsi="Gentium Plus"/>
          <w:sz w:val="24"/>
        </w:rPr>
        <w:t>Αἵ γε μὴν τὴν τῆς κεφαλῆς ὀδύνην ἐσήμαινον, κατὰ βραχὺ μὲν διαλυόμεναι καὶ τὰς ἀλγηδόνας μειοῦσθαι σημαίνουσι, πάμπαν δὲ πολλαὶ καὶ μείζους καὶ ἀνώμαλοι διὰ κακοχυ‐</w:t>
      </w:r>
    </w:p>
    <w:p>
      <w:r>
        <w:rPr>
          <w:rFonts w:ascii="Courier New" w:hAnsi="Courier New"/>
          <w:color w:val="555555"/>
          <w:sz w:val="20"/>
        </w:rPr>
        <w:t>[5]</w:t>
      </w:r>
    </w:p>
    <w:p>
      <w:r>
        <w:rPr>
          <w:rFonts w:ascii="Gentium Plus" w:hAnsi="Gentium Plus"/>
          <w:sz w:val="24"/>
        </w:rPr>
        <w:t>μίαν ἐπὶ τῆς ἀμίδος ἐπιλελύσθαι ἤδη τὰς ἡγησαμένας ὀδύνας.</w:t>
      </w:r>
    </w:p>
    <w:p>
      <w:r>
        <w:rPr>
          <w:rFonts w:ascii="Courier New" w:hAnsi="Courier New"/>
          <w:color w:val="555555"/>
          <w:sz w:val="20"/>
        </w:rPr>
        <w:t>[6 . 15 . 13]</w:t>
      </w:r>
    </w:p>
    <w:p>
      <w:r>
        <w:rPr>
          <w:rFonts w:ascii="Gentium Plus" w:hAnsi="Gentium Plus"/>
          <w:sz w:val="24"/>
        </w:rPr>
        <w:t>Ὅτι δὲ καὶ τῶν σημαινουσῶν ὀδύνην πομ‐ φολύγων αἱ μὲν διὰ πάσης τῆς στεφάνης καὶ τῆς ὅλης κεφαλῆς σημαίνουσι τὴν ὀδύνην, αἱ δ’ ἡμιτόμοι τῆς ἡμι‐ σείας καὶ αἱ λοιπαὶ ἀναλόγως, καὶ τοῦτο μαθεῖν ἐστιν</w:t>
      </w:r>
    </w:p>
    <w:p>
      <w:r>
        <w:rPr>
          <w:rFonts w:ascii="Courier New" w:hAnsi="Courier New"/>
          <w:color w:val="555555"/>
          <w:sz w:val="20"/>
        </w:rPr>
        <w:t>[5]</w:t>
      </w:r>
    </w:p>
    <w:p>
      <w:r>
        <w:rPr>
          <w:rFonts w:ascii="Gentium Plus" w:hAnsi="Gentium Plus"/>
          <w:sz w:val="24"/>
        </w:rPr>
        <w:t>ἐντεῦθεν.</w:t>
      </w:r>
    </w:p>
    <w:p>
      <w:pPr>
        <w:jc w:val="center"/>
      </w:pPr>
      <w:r>
        <w:rPr>
          <w:rFonts w:ascii="Gentium Plus" w:hAnsi="Gentium Plus"/>
          <w:b/>
          <w:sz w:val="24"/>
        </w:rPr>
        <w:t>Κεφ. ιϛʹ. Περὶ προγνώσεως τῆς ἐκ τῶν κατὰ τὴν στεφάνην ἑτεροειδῶν χρωμάτων.</w:t>
      </w:r>
    </w:p>
    <w:p>
      <w:r>
        <w:rPr>
          <w:rFonts w:ascii="Courier New" w:hAnsi="Courier New"/>
          <w:color w:val="555555"/>
          <w:sz w:val="20"/>
        </w:rPr>
        <w:t>[6 . 16 . 1]</w:t>
      </w:r>
    </w:p>
    <w:p>
      <w:r>
        <w:rPr>
          <w:rFonts w:ascii="Gentium Plus" w:hAnsi="Gentium Plus"/>
          <w:sz w:val="24"/>
        </w:rPr>
        <w:t>Περὶ δὲ τῶν κατὰ τὴν στεφάνην ἑτεροειδῶν χρω‐ μάτων οὕτω δεῖ οἴεσθαι, ὡς τὰ μὲν χείρω χρώματα τῶν κατὰ τὸ λοιπὸν χύμα μέμφεσθαι δεῖ καὶ τοσούτῳ μᾶλλον ὅσῳ καὶ χείρω διαφαίνεται.</w:t>
      </w:r>
    </w:p>
    <w:p>
      <w:r>
        <w:rPr>
          <w:rFonts w:ascii="Courier New" w:hAnsi="Courier New"/>
          <w:color w:val="555555"/>
          <w:sz w:val="20"/>
        </w:rPr>
        <w:t>[6 . 16 . 2]</w:t>
      </w:r>
    </w:p>
    <w:p>
      <w:r>
        <w:rPr>
          <w:rFonts w:ascii="Gentium Plus" w:hAnsi="Gentium Plus"/>
          <w:sz w:val="24"/>
        </w:rPr>
        <w:t>Τὰ δὲ ἀμείνω δὲ προσ‐ ΐεσθαι ἀρχῆς τυγχάνοντα ἐπικρατείας τῆς φύσεως.</w:t>
      </w:r>
    </w:p>
    <w:p>
      <w:r>
        <w:rPr>
          <w:rFonts w:ascii="Courier New" w:hAnsi="Courier New"/>
          <w:color w:val="555555"/>
          <w:sz w:val="20"/>
        </w:rPr>
        <w:t>[6 . 16 . 3]</w:t>
      </w:r>
    </w:p>
    <w:p>
      <w:r>
        <w:rPr>
          <w:rFonts w:ascii="Gentium Plus" w:hAnsi="Gentium Plus"/>
          <w:sz w:val="24"/>
        </w:rPr>
        <w:t>Ἐκεῖ‐ θεν γὰρ ὥσπερ ἀπ’ ἀρχῆς τινος ἠργμένης τῆς φύσεως ἢ κρατεῖν ἢ κρατεῖσθαι κατὰ τὴν ἀπὸ τῶν περὶ τὴν στεφά‐ νην χρωμάτων διάγνωσιν ἔστιν ὡς εἰκὸς εἰδέναι σωτηρίαν</w:t>
      </w:r>
    </w:p>
    <w:p>
      <w:r>
        <w:rPr>
          <w:rFonts w:ascii="Courier New" w:hAnsi="Courier New"/>
          <w:color w:val="555555"/>
          <w:sz w:val="20"/>
        </w:rPr>
        <w:t>[5]</w:t>
      </w:r>
    </w:p>
    <w:p>
      <w:r>
        <w:rPr>
          <w:rFonts w:ascii="Gentium Plus" w:hAnsi="Gentium Plus"/>
          <w:sz w:val="24"/>
        </w:rPr>
        <w:t>καὶ θάνατον.</w:t>
      </w:r>
    </w:p>
    <w:p>
      <w:r>
        <w:rPr>
          <w:rFonts w:ascii="Courier New" w:hAnsi="Courier New"/>
          <w:color w:val="555555"/>
          <w:sz w:val="20"/>
        </w:rPr>
        <w:t>[6 . 16 . 4]</w:t>
      </w:r>
    </w:p>
    <w:p>
      <w:r>
        <w:rPr>
          <w:rFonts w:ascii="Gentium Plus" w:hAnsi="Gentium Plus"/>
          <w:sz w:val="24"/>
        </w:rPr>
        <w:t>Ἀλλ’ αὗται δὴ αἱ στεφάναι τὸ μὲν πλέον ὁμόχροοι τυγχάνουσαι τῷ λοιπῷ τοῦ χύματος χρώματι οὔτε διαφέρονται, καὶ ἀπὸ τοῦ παντός ἐστιν ὧδε χρώμα‐ τος συλλογίζεσθαι.</w:t>
      </w:r>
    </w:p>
    <w:p>
      <w:r>
        <w:rPr>
          <w:rFonts w:ascii="Courier New" w:hAnsi="Courier New"/>
          <w:color w:val="555555"/>
          <w:sz w:val="20"/>
        </w:rPr>
        <w:t>[6 . 16 . 5]</w:t>
      </w:r>
    </w:p>
    <w:p>
      <w:r>
        <w:rPr>
          <w:rFonts w:ascii="Gentium Plus" w:hAnsi="Gentium Plus"/>
          <w:sz w:val="24"/>
        </w:rPr>
        <w:t>Ὁπόταν δὲ τύχοιεν διαφέρουσαι τῷ χρώματι, ἐπίδηλοι μὲν ἤδη τοῖς νοῦν ἔχουσιν. ἐκεῖθεν δὲ δεῖ τεκμαίρεσθαι τὰς οἱασδήτινας κινήσεις τοῦ σώμα‐ τος.</w:t>
      </w:r>
    </w:p>
    <w:p>
      <w:r>
        <w:rPr>
          <w:rFonts w:ascii="Courier New" w:hAnsi="Courier New"/>
          <w:color w:val="555555"/>
          <w:sz w:val="20"/>
        </w:rPr>
        <w:t>[6 . 16 . 6]</w:t>
      </w:r>
    </w:p>
    <w:p>
      <w:r>
        <w:rPr>
          <w:rFonts w:ascii="Gentium Plus" w:hAnsi="Gentium Plus"/>
          <w:sz w:val="24"/>
        </w:rPr>
        <w:t>Καὶ περὶ μὲν τῶν κατὰ τὴν στεφάνην εἴρηται καὶ πρότερον κἀν τοῖς περὶ διαγνώσεως, ὥστε καὶ τὸ νῦν ῥηθὲν πρὸς ἐκείνῳ ἀρκοῦν δόξει τοῖς ἐκ βραχέων συλλογι‐ ζομένοις καὶ πλείονα.</w:t>
      </w:r>
    </w:p>
    <w:p>
      <w:r>
        <w:rPr>
          <w:rFonts w:ascii="Courier New" w:hAnsi="Courier New"/>
          <w:color w:val="555555"/>
          <w:sz w:val="20"/>
        </w:rPr>
        <w:t>[6 . 16 . 7]</w:t>
      </w:r>
    </w:p>
    <w:p>
      <w:r>
        <w:rPr>
          <w:rFonts w:ascii="Gentium Plus" w:hAnsi="Gentium Plus"/>
          <w:sz w:val="24"/>
        </w:rPr>
        <w:t>Νῦν δὲ προσεπιμνησθέντες καὶ τῶν, εἴ τι λέλειπται, τὸν περὶ προγνώσεως ὧδέ πη καταπαύ‐ σωμεν τὸν πρῶτον λόγον.</w:t>
      </w:r>
    </w:p>
    <w:p>
      <w:r>
        <w:rPr>
          <w:rFonts w:ascii="Courier New" w:hAnsi="Courier New"/>
          <w:color w:val="555555"/>
          <w:sz w:val="20"/>
        </w:rPr>
        <w:t>[6 . 16 . 8]</w:t>
      </w:r>
    </w:p>
    <w:p>
      <w:r>
        <w:rPr>
          <w:rFonts w:ascii="Gentium Plus" w:hAnsi="Gentium Plus"/>
          <w:sz w:val="24"/>
        </w:rPr>
        <w:t>Τὰ τοίνυν ὄζοντα τῶν οὔ‐ ρων μετὰ φαύλων μὲν χυμάτων καὶ παρυφισταμένων φαι‐ νόμενα τὴν ὅλην ἕξιν νενεκρῶσθαι διαφαίνει τοῦ σώματος, ὥστε ἐγγὺς ἤδη τελεῖν τὸν θάνατον οἴεσθαι καὶ προσήκειν</w:t>
      </w:r>
    </w:p>
    <w:p>
      <w:r>
        <w:rPr>
          <w:rFonts w:ascii="Courier New" w:hAnsi="Courier New"/>
          <w:color w:val="555555"/>
          <w:sz w:val="20"/>
        </w:rPr>
        <w:t>[5]</w:t>
      </w:r>
    </w:p>
    <w:p>
      <w:r>
        <w:rPr>
          <w:rFonts w:ascii="Gentium Plus" w:hAnsi="Gentium Plus"/>
          <w:sz w:val="24"/>
        </w:rPr>
        <w:t>καὶ προλέγειν, ἑτέρως δὲ ἔχοντα καὶ μάλιστα εἰ πῦον ὑφί‐ ζον, κἀκεῖνό γε τὸ ὄζον, καί που τὴν ἐντὸς σημαίνει πλη‐ γήν.</w:t>
      </w:r>
    </w:p>
    <w:p>
      <w:r>
        <w:rPr>
          <w:rFonts w:ascii="Courier New" w:hAnsi="Courier New"/>
          <w:color w:val="555555"/>
          <w:sz w:val="20"/>
        </w:rPr>
        <w:t>[6 . 16 . 9]</w:t>
      </w:r>
    </w:p>
    <w:p>
      <w:r>
        <w:rPr>
          <w:rFonts w:ascii="Gentium Plus" w:hAnsi="Gentium Plus"/>
          <w:sz w:val="24"/>
        </w:rPr>
        <w:t>Κἂν μὲν ἐπὶ προήκοντι τῷ χρόνῳ μείω τῆς ὀδμῆς καὶ τοῦ ὄγκου φαίνηται, τάχ’ ἂν ἐπικρατεῖν τὴν φύσιν λογίσαιο, ἐκεῖνο δ’ αὖ εἰ τἀναντία.</w:t>
      </w:r>
    </w:p>
    <w:p>
      <w:r>
        <w:rPr>
          <w:rFonts w:ascii="Courier New" w:hAnsi="Courier New"/>
          <w:color w:val="555555"/>
          <w:sz w:val="20"/>
        </w:rPr>
        <w:t>[6 . 16 . 10]</w:t>
      </w:r>
    </w:p>
    <w:p>
      <w:r>
        <w:rPr>
          <w:rFonts w:ascii="Gentium Plus" w:hAnsi="Gentium Plus"/>
          <w:sz w:val="24"/>
        </w:rPr>
        <w:t>Ἀλλὰ δὴ καὶ τὰ συνεχῶς ἐπινηχόμενα συντήγματα καὶ οἷον ἀράχνια φαῦλά τε καὶ προλέγειν χρή, ἢ νεφροὺς πεπονθέναι ἢ τὸ σῶμα ἀτροφεῖν συντήξεως γινομένης. καὶ ταῦτα μὲν ὧδε κείσθω.</w:t>
      </w:r>
    </w:p>
    <w:p>
      <w:r>
        <w:rPr>
          <w:rFonts w:ascii="Courier New" w:hAnsi="Courier New"/>
          <w:color w:val="555555"/>
          <w:sz w:val="20"/>
        </w:rPr>
        <w:t>[6 . 16 . 11]</w:t>
      </w:r>
    </w:p>
    <w:p>
      <w:r>
        <w:rPr>
          <w:rFonts w:ascii="Gentium Plus" w:hAnsi="Gentium Plus"/>
          <w:sz w:val="24"/>
        </w:rPr>
        <w:t>Ἐπεὶ δὲ μέτρον ἀρκοῦν ἤδη τῷ λόγῳ τούτῳ τεθήκα‐ μεν, ἐνταῦθα μὲν τοῦτον καταπαύωμεν διεξιόντες ὅσα ἔν τε χρώμασι καὶ συστάσεσι παρυφισταμένοις τε καὶ [ὅσα</w:t>
      </w:r>
    </w:p>
    <w:p>
      <w:r>
        <w:rPr>
          <w:rFonts w:ascii="Courier New" w:hAnsi="Courier New"/>
          <w:color w:val="555555"/>
          <w:sz w:val="20"/>
        </w:rPr>
        <w:t>[5]</w:t>
      </w:r>
    </w:p>
    <w:p>
      <w:r>
        <w:rPr>
          <w:rFonts w:ascii="Gentium Plus" w:hAnsi="Gentium Plus"/>
          <w:sz w:val="24"/>
        </w:rPr>
        <w:t>ὀδμαῖς τε καὶ τοῖς ἐπινηχομένοις συντήγμασιν ἐς πρόγνω‐ σιν εἴωθε λυσιτελεῖν, ὅσα δὲ λέλειπται, ὁ μετὰ τοῦτον ἕξει λόγος.</w:t>
      </w:r>
    </w:p>
    <w:p>
      <w:r>
        <w:rPr>
          <w:rFonts w:ascii="Courier New" w:hAnsi="Courier New"/>
          <w:color w:val="555555"/>
          <w:sz w:val="20"/>
        </w:rPr>
        <w:t>[6 . 16 . 12]</w:t>
      </w:r>
    </w:p>
    <w:p>
      <w:r>
        <w:rPr>
          <w:rFonts w:ascii="Gentium Plus" w:hAnsi="Gentium Plus"/>
          <w:sz w:val="24"/>
        </w:rPr>
        <w:t>Τὰχα γὰρ ἂν ἐν ἐκείνῳ καὶ τὸ πᾶν τῆς πραγματείας περάνωμεν.</w:t>
      </w:r>
    </w:p>
    <w:p>
      <w:r>
        <w:rPr>
          <w:rFonts w:ascii="Courier New" w:hAnsi="Courier New"/>
          <w:color w:val="555555"/>
          <w:sz w:val="20"/>
        </w:rPr>
        <w:t>[6 . 16 . 13]</w:t>
      </w:r>
    </w:p>
    <w:p>
      <w:r>
        <w:rPr>
          <w:rFonts w:ascii="Gentium Plus" w:hAnsi="Gentium Plus"/>
          <w:sz w:val="24"/>
        </w:rPr>
        <w:t>Εἴη δὲ κἀκεῖ τὰ δέοντά τε καὶ λείποντα φάναι, κἄν τι δὲ καὶ διαμαρτεῖν γένηται ἀν‐ θρώπους ὄντας, καί τοί γε πολλὰς ἐν ἄλλοις ἀφορμὰς εἰρηκότων συγγνοίη μὲν ἂν ὁ συνετὸς πρὸς τὸ οὐκ εὐεπῄ‐</w:t>
      </w:r>
    </w:p>
    <w:p>
      <w:r>
        <w:rPr>
          <w:rFonts w:ascii="Courier New" w:hAnsi="Courier New"/>
          <w:color w:val="555555"/>
          <w:sz w:val="20"/>
        </w:rPr>
        <w:t>[5]</w:t>
      </w:r>
    </w:p>
    <w:p>
      <w:r>
        <w:rPr>
          <w:rFonts w:ascii="Gentium Plus" w:hAnsi="Gentium Plus"/>
          <w:sz w:val="24"/>
        </w:rPr>
        <w:t>βολον τῆς πγαγματείας ἑωρακώς, προσθείη δ’ ἂν ὁ προσ‐ εξευρὼν τὸ ἐπὶ πᾶσι κάμνουσί τε καὶ ὑγιαίνουσι τῆς πρα‐ γματείας σκοπήσας χρήσιμον.</w:t>
      </w:r>
    </w:p>
    <w:p>
      <w:pPr>
        <w:jc w:val="center"/>
      </w:pPr>
      <w:r>
        <w:rPr>
          <w:rFonts w:ascii="Gentium Plus" w:hAnsi="Gentium Plus"/>
          <w:b/>
          <w:sz w:val="24"/>
        </w:rPr>
        <w:t>ΠΕΡΙ ΠΡΟΓΝΩΣΕΩΣ ΟΥΡΩΝ</w:t>
      </w:r>
    </w:p>
    <w:p>
      <w:pPr>
        <w:jc w:val="center"/>
      </w:pPr>
      <w:r>
        <w:rPr>
          <w:rFonts w:ascii="Gentium Plus" w:hAnsi="Gentium Plus"/>
          <w:b/>
          <w:sz w:val="24"/>
        </w:rPr>
        <w:t>ΛΟΓΟΣ Β.</w:t>
      </w:r>
    </w:p>
    <w:p>
      <w:pPr>
        <w:jc w:val="center"/>
      </w:pPr>
      <w:r>
        <w:rPr>
          <w:rFonts w:ascii="Gentium Plus" w:hAnsi="Gentium Plus"/>
          <w:b/>
          <w:sz w:val="24"/>
        </w:rPr>
        <w:t>Προοίμιον.</w:t>
      </w:r>
    </w:p>
    <w:p>
      <w:r>
        <w:rPr>
          <w:rFonts w:ascii="Courier New" w:hAnsi="Courier New"/>
          <w:color w:val="555555"/>
          <w:sz w:val="20"/>
        </w:rPr>
        <w:t>[1]</w:t>
      </w:r>
    </w:p>
    <w:p>
      <w:r>
        <w:rPr>
          <w:rFonts w:ascii="Gentium Plus" w:hAnsi="Gentium Plus"/>
          <w:sz w:val="24"/>
        </w:rPr>
        <w:t>Τὸ τὴν πρόγνωσιν ἀσκεῖν τε καὶ ἐπιτηδεύειν πά‐ λαι μὲν Ἱπποκράτῃ τῷ σοφῷ διὰ σπουδῆς γέγονεν, ὥστε καὶ προγνωστικὸν κατέλιπε σύγγραμμα καὶ μετ’ αὐτὸν δὲ τῷ δεινῷ τὴν τέχνην Περγαμηνῷ Γαληνῷ.</w:t>
      </w:r>
    </w:p>
    <w:p>
      <w:r>
        <w:rPr>
          <w:rFonts w:ascii="Courier New" w:hAnsi="Courier New"/>
          <w:color w:val="555555"/>
          <w:sz w:val="20"/>
        </w:rPr>
        <w:t>[7 proem 2]</w:t>
      </w:r>
    </w:p>
    <w:p>
      <w:r>
        <w:rPr>
          <w:rFonts w:ascii="Gentium Plus" w:hAnsi="Gentium Plus"/>
          <w:sz w:val="24"/>
        </w:rPr>
        <w:t>Ἀλλὰ δὴ καὶ εἴ τις ἕτερος κατ’ αὐτοὺς ἢ καί τι ἐλλείπων πολλὴν τὴν περὶ τούτου πρόνοιαν ἐποιεῖτο, τὸ μὲν ἀλογίστως θε‐ ραπεύοντά τινα ἐπιτυγχάνειν, τύχης μᾶλλον ἄν τις ἢ τέχ‐</w:t>
      </w:r>
    </w:p>
    <w:p>
      <w:r>
        <w:rPr>
          <w:rFonts w:ascii="Courier New" w:hAnsi="Courier New"/>
          <w:color w:val="555555"/>
          <w:sz w:val="20"/>
        </w:rPr>
        <w:t>[5]</w:t>
      </w:r>
    </w:p>
    <w:p>
      <w:r>
        <w:rPr>
          <w:rFonts w:ascii="Gentium Plus" w:hAnsi="Gentium Plus"/>
          <w:sz w:val="24"/>
        </w:rPr>
        <w:t>νης θείη.</w:t>
      </w:r>
    </w:p>
    <w:p>
      <w:r>
        <w:rPr>
          <w:rFonts w:ascii="Courier New" w:hAnsi="Courier New"/>
          <w:color w:val="555555"/>
          <w:sz w:val="20"/>
        </w:rPr>
        <w:t>[7 proem 3]</w:t>
      </w:r>
    </w:p>
    <w:p>
      <w:r>
        <w:rPr>
          <w:rFonts w:ascii="Gentium Plus" w:hAnsi="Gentium Plus"/>
          <w:sz w:val="24"/>
        </w:rPr>
        <w:t>Τὸ δὲ λόγῳ μὲν ἐπιχειρεῖν τοῖς νοσήμασι, προλέγειν τά τε ὄντα καὶ συμβησόμενα καὶ τὰ προγεγο‐ νότα πρὸς τούτοις, τοῦτο μὲν ἀξιέραστον τῆς τέχνης μέ‐ ρος καθέστηκεν, οὐκ ὀλίγην δέ τινα πειθὼ καὶ δόξαν ἐπι‐</w:t>
      </w:r>
    </w:p>
    <w:p>
      <w:r>
        <w:rPr>
          <w:rFonts w:ascii="Courier New" w:hAnsi="Courier New"/>
          <w:color w:val="555555"/>
          <w:sz w:val="20"/>
        </w:rPr>
        <w:t>[5]</w:t>
      </w:r>
    </w:p>
    <w:p>
      <w:r>
        <w:rPr>
          <w:rFonts w:ascii="Gentium Plus" w:hAnsi="Gentium Plus"/>
          <w:sz w:val="24"/>
        </w:rPr>
        <w:t>τίθησι τοῖς ἀσκήσασιν.</w:t>
      </w:r>
    </w:p>
    <w:p>
      <w:r>
        <w:rPr>
          <w:rFonts w:ascii="Courier New" w:hAnsi="Courier New"/>
          <w:color w:val="555555"/>
          <w:sz w:val="20"/>
        </w:rPr>
        <w:t>[7 proem 4]</w:t>
      </w:r>
    </w:p>
    <w:p>
      <w:r>
        <w:rPr>
          <w:rFonts w:ascii="Gentium Plus" w:hAnsi="Gentium Plus"/>
          <w:sz w:val="24"/>
        </w:rPr>
        <w:t>Οἵ τε γὰρ κάμνοντες πυθόμενοι ἃ πάσχουσι, πρὶν ἢ φάναι, ἑτοίμως ἑαυτῶν τὴν σωτηρίαν τούτοις πιστεύουσι, καὶ οἱ δ’ αὖ μετ’ ἀσφαλείας καὶ βεβη‐ κότος φρονήματος λέγουσί τε καὶ πράττουσι τὰ δέοντα,</w:t>
      </w:r>
    </w:p>
    <w:p>
      <w:r>
        <w:rPr>
          <w:rFonts w:ascii="Courier New" w:hAnsi="Courier New"/>
          <w:color w:val="555555"/>
          <w:sz w:val="20"/>
        </w:rPr>
        <w:t>[5]</w:t>
      </w:r>
    </w:p>
    <w:p>
      <w:r>
        <w:rPr>
          <w:rFonts w:ascii="Gentium Plus" w:hAnsi="Gentium Plus"/>
          <w:sz w:val="24"/>
        </w:rPr>
        <w:t>φήμη δ’ ἀγαθὴ περιρρεῖ τοὺς πολλοὺς τῆς ἐπὶ τοὺς κάμνον‐ τας προγνώσεως τὸ ἀξιόπιστον παρεσχηκυίας τοῖς ἀσκή‐ σασι.</w:t>
      </w:r>
    </w:p>
    <w:p>
      <w:r>
        <w:rPr>
          <w:rFonts w:ascii="Courier New" w:hAnsi="Courier New"/>
          <w:color w:val="555555"/>
          <w:sz w:val="20"/>
        </w:rPr>
        <w:t>[7 proem 5]</w:t>
      </w:r>
    </w:p>
    <w:p>
      <w:r>
        <w:rPr>
          <w:rFonts w:ascii="Gentium Plus" w:hAnsi="Gentium Plus"/>
          <w:sz w:val="24"/>
        </w:rPr>
        <w:t>Πολλῶν οὖν ὄντων, ἐξ ὧν ἄν τις ἀσκήσας ἐπι‐ τηδεύοι πρόγνωσιν, οὐχ ἧττον τῶν ἄλλων καὶ ἡ ἀπὸ τῶν οὔρων πέφυκε πρόγνωσις.</w:t>
      </w:r>
    </w:p>
    <w:p>
      <w:r>
        <w:rPr>
          <w:rFonts w:ascii="Courier New" w:hAnsi="Courier New"/>
          <w:color w:val="555555"/>
          <w:sz w:val="20"/>
        </w:rPr>
        <w:t>[7 proem 6]</w:t>
      </w:r>
    </w:p>
    <w:p>
      <w:r>
        <w:rPr>
          <w:rFonts w:ascii="Gentium Plus" w:hAnsi="Gentium Plus"/>
          <w:sz w:val="24"/>
        </w:rPr>
        <w:t>Ὁ γὰρ δὴ ταύτην ἀσκήσας βραχύ τι ἂν οἶμαι τῆς ἐπὶ πᾶσι γινομένοις τοῖς ἀνθρωπί‐ νοις πάθεσι διαπέσει προγνώσεως.</w:t>
      </w:r>
    </w:p>
    <w:p>
      <w:r>
        <w:rPr>
          <w:rFonts w:ascii="Courier New" w:hAnsi="Courier New"/>
          <w:color w:val="555555"/>
          <w:sz w:val="20"/>
        </w:rPr>
        <w:t>[7 proem 7]</w:t>
      </w:r>
    </w:p>
    <w:p>
      <w:r>
        <w:rPr>
          <w:rFonts w:ascii="Gentium Plus" w:hAnsi="Gentium Plus"/>
          <w:sz w:val="24"/>
        </w:rPr>
        <w:t>Ἐπεὶ τοίνυν ἔφθη‐ μεν εἰρηκότες ἐν τῷ πρὸ τούτου λόγῳ, ὅσα προσήκειν ἔδοξε ἐπί τε χρώμασι καὶ συστάσεσιν καὶ παρυφισταμένοις καὶ εἴ τι ἕτερον, νῦν ἂν προφρόνως ἐπιθείημεν καὶ τὰ</w:t>
      </w:r>
    </w:p>
    <w:p>
      <w:r>
        <w:rPr>
          <w:rFonts w:ascii="Courier New" w:hAnsi="Courier New"/>
          <w:color w:val="555555"/>
          <w:sz w:val="20"/>
        </w:rPr>
        <w:t>[5]</w:t>
      </w:r>
    </w:p>
    <w:p>
      <w:r>
        <w:rPr>
          <w:rFonts w:ascii="Gentium Plus" w:hAnsi="Gentium Plus"/>
          <w:sz w:val="24"/>
        </w:rPr>
        <w:t>λείποντα τῷ λόγῳ.</w:t>
      </w:r>
    </w:p>
    <w:p>
      <w:r>
        <w:rPr>
          <w:rFonts w:ascii="Courier New" w:hAnsi="Courier New"/>
          <w:color w:val="555555"/>
          <w:sz w:val="20"/>
        </w:rPr>
        <w:t>[7 proem 8]</w:t>
      </w:r>
    </w:p>
    <w:p>
      <w:r>
        <w:rPr>
          <w:rFonts w:ascii="Gentium Plus" w:hAnsi="Gentium Plus"/>
          <w:sz w:val="24"/>
        </w:rPr>
        <w:t>Ἐπεὶ οὖν καὶ τὰ ἀνυπόστατα τῶν οὔρων λυσιτελεῖν εἰς πρόγνωσιν εἰώθασι, περὶ τούτων πρῶ‐ τον εἰρηκότες, εἶθ’ οὕτω καὶ περὶ τῶν λειπομένων ἐροῦ‐ μεν, ὅσα δηλονότι ἐπί τε διαφοραῖς πυρετῶν λέγεται καὶ</w:t>
      </w:r>
    </w:p>
    <w:p>
      <w:r>
        <w:rPr>
          <w:rFonts w:ascii="Courier New" w:hAnsi="Courier New"/>
          <w:color w:val="555555"/>
          <w:sz w:val="20"/>
        </w:rPr>
        <w:t>[5]</w:t>
      </w:r>
    </w:p>
    <w:p>
      <w:r>
        <w:rPr>
          <w:rFonts w:ascii="Gentium Plus" w:hAnsi="Gentium Plus"/>
          <w:sz w:val="24"/>
        </w:rPr>
        <w:t>πεπονθόσι τόποις καὶ πρὸς τούτοις ὅσα ἔν τε τοῖς κρισί‐ μοις καὶ μὴ τῶν ἡμερῶν ταῦτα δύνανται.</w:t>
      </w:r>
    </w:p>
    <w:p>
      <w:pPr>
        <w:jc w:val="center"/>
      </w:pPr>
      <w:r>
        <w:rPr>
          <w:rFonts w:ascii="Gentium Plus" w:hAnsi="Gentium Plus"/>
          <w:b/>
          <w:sz w:val="24"/>
        </w:rPr>
        <w:t>Κεφ. αʹ. Περὶ τῆς ἐκ τῶν ἀνυποστάτων οὔρων προγνώσεως.</w:t>
      </w:r>
    </w:p>
    <w:p>
      <w:r>
        <w:rPr>
          <w:rFonts w:ascii="Courier New" w:hAnsi="Courier New"/>
          <w:color w:val="555555"/>
          <w:sz w:val="20"/>
        </w:rPr>
        <w:t>[7 . 1 . 1]</w:t>
      </w:r>
    </w:p>
    <w:p>
      <w:r>
        <w:rPr>
          <w:rFonts w:ascii="Gentium Plus" w:hAnsi="Gentium Plus"/>
          <w:sz w:val="24"/>
        </w:rPr>
        <w:t>Τὰ μὲν οὖν ἀνυπόστατα τῶν οὔρων δεινὰ μὲν ὅσα εἰκός, οὐκ ὀλίγην δὲ τὴν ἐν αὐτοῖς διαφορὰν ἐκληρώσατο.</w:t>
      </w:r>
    </w:p>
    <w:p>
      <w:r>
        <w:rPr>
          <w:rFonts w:ascii="Courier New" w:hAnsi="Courier New"/>
          <w:color w:val="555555"/>
          <w:sz w:val="20"/>
        </w:rPr>
        <w:t>[7 . 1 . 2]</w:t>
      </w:r>
    </w:p>
    <w:p>
      <w:r>
        <w:rPr>
          <w:rFonts w:ascii="Gentium Plus" w:hAnsi="Gentium Plus"/>
          <w:sz w:val="24"/>
        </w:rPr>
        <w:t>Ἐν μὲν γὰρ τοῖς ὀξέσι πυρετοῖς κατά τε τὰς ἀρχὰς καὶ ἐπιδόσεις μὴ φαινόμενα παρυφιστάμενα οὐ μετρίαν τινὰ τὴν ἀρρωστίαν τῆς δυνάμεως ἐξαγγέλλει.</w:t>
      </w:r>
    </w:p>
    <w:p>
      <w:r>
        <w:rPr>
          <w:rFonts w:ascii="Courier New" w:hAnsi="Courier New"/>
          <w:color w:val="555555"/>
          <w:sz w:val="20"/>
        </w:rPr>
        <w:t>[7 . 1 . 3]</w:t>
      </w:r>
    </w:p>
    <w:p>
      <w:r>
        <w:rPr>
          <w:rFonts w:ascii="Gentium Plus" w:hAnsi="Gentium Plus"/>
          <w:sz w:val="24"/>
        </w:rPr>
        <w:t>Ἐπεὶ γὰρ ἐπὶ τοσοῦτον ἧκεν ἀτονίας αὕτη, ὣς καὶ τῶν ἀναγκαίων αὐ‐ τῶν ἐπιλαθέσθαι διὰ σφοδρῶς λυποῦντα αἴτια, τί ἄν τις φαίη ἢ μὴ ἐξικέσθαι καὶ μέχρις αὐτῆς ἀκμῆς τὸ νόσημα,</w:t>
      </w:r>
    </w:p>
    <w:p>
      <w:r>
        <w:rPr>
          <w:rFonts w:ascii="Courier New" w:hAnsi="Courier New"/>
          <w:color w:val="555555"/>
          <w:sz w:val="20"/>
        </w:rPr>
        <w:t>[5]</w:t>
      </w:r>
    </w:p>
    <w:p>
      <w:r>
        <w:rPr>
          <w:rFonts w:ascii="Gentium Plus" w:hAnsi="Gentium Plus"/>
          <w:sz w:val="24"/>
        </w:rPr>
        <w:t>προαπειρηκυίας ὥσπερ τῆς φύσεως, καὶ πολλαὶ μὲν τού‐ τοις ἀϋπνίαι γένοιντ’ ἄν, οὐ μέτριοι δὲ θόρυβοι, καὶ πα‐ ραφροσύναι, ἀλυσμοί τε καὶ ὅτι χεῖρον τούτων θάνατον ἀπειλούσης τῆς νόσου.</w:t>
      </w:r>
    </w:p>
    <w:p>
      <w:r>
        <w:rPr>
          <w:rFonts w:ascii="Courier New" w:hAnsi="Courier New"/>
          <w:color w:val="555555"/>
          <w:sz w:val="20"/>
        </w:rPr>
        <w:t>[7 . 1 . 4]</w:t>
      </w:r>
    </w:p>
    <w:p>
      <w:r>
        <w:rPr>
          <w:rFonts w:ascii="Gentium Plus" w:hAnsi="Gentium Plus"/>
          <w:sz w:val="24"/>
        </w:rPr>
        <w:t>Ἂν μέντοι μέτριος ὁ πυρετὸς τούτοις εἴη καὶ τοιαῦτα φαίνηται ἐν ἀρχαῖς τε καὶ ἐπιδό‐ σεσι τὰ οὖρα, συμβαῖεν μὲν ἂν καὶ οὕτω παραπλήσια συμπτώματα, πάνυ γε μὴν μετριώτερα, καθόσον ἂν δῆ‐</w:t>
      </w:r>
    </w:p>
    <w:p>
      <w:r>
        <w:rPr>
          <w:rFonts w:ascii="Courier New" w:hAnsi="Courier New"/>
          <w:color w:val="555555"/>
          <w:sz w:val="20"/>
        </w:rPr>
        <w:t>[5]</w:t>
      </w:r>
    </w:p>
    <w:p>
      <w:r>
        <w:rPr>
          <w:rFonts w:ascii="Gentium Plus" w:hAnsi="Gentium Plus"/>
          <w:sz w:val="24"/>
        </w:rPr>
        <w:t>λον ὅτι ἥ τε δύναμις ἔρρωται καὶ ὁ πυρετὸς πραΰτερος φαίνηται.</w:t>
      </w:r>
    </w:p>
    <w:p>
      <w:r>
        <w:rPr>
          <w:rFonts w:ascii="Courier New" w:hAnsi="Courier New"/>
          <w:color w:val="555555"/>
          <w:sz w:val="20"/>
        </w:rPr>
        <w:t>[7 . 1 . 5]</w:t>
      </w:r>
    </w:p>
    <w:p>
      <w:r>
        <w:rPr>
          <w:rFonts w:ascii="Gentium Plus" w:hAnsi="Gentium Plus"/>
          <w:sz w:val="24"/>
        </w:rPr>
        <w:t>Εἰκὸς γὰρ ἑαυτήν ποτε ἀνακαλέσασθαι τὴν δύναμιν, μὴ πάνυ ὑπὸ νοσερῶν πολεμουμένην αἰτιῶν, καὶ πέψεσιν ἐπιχειρῆσαι καὶ παρυφιστάμενα δεῖξαι, πέψεώς τινος τυγχάνοντα σύμβολα.</w:t>
      </w:r>
    </w:p>
    <w:p>
      <w:r>
        <w:rPr>
          <w:rFonts w:ascii="Courier New" w:hAnsi="Courier New"/>
          <w:color w:val="555555"/>
          <w:sz w:val="20"/>
        </w:rPr>
        <w:t>[7 . 1 . 6]</w:t>
      </w:r>
    </w:p>
    <w:p>
      <w:r>
        <w:rPr>
          <w:rFonts w:ascii="Gentium Plus" w:hAnsi="Gentium Plus"/>
          <w:sz w:val="24"/>
        </w:rPr>
        <w:t>Συμβαίνει γε μὴν ἐνίοτε ἐπὶ τοῖς ἀνυποστάτοις τῶν οὔρων λεπτοῖς τυγχάνουσι μετὰ πραϋτέρων τῶν πυρετῶν εἴ γε καὶ ἕτερά τινα συνεργὰ αἴτια εἴη, ἀπόστασιν γενέσθαι πη τοῦ σώματος, ἐκεῖσε δη‐</w:t>
      </w:r>
    </w:p>
    <w:p>
      <w:r>
        <w:rPr>
          <w:rFonts w:ascii="Courier New" w:hAnsi="Courier New"/>
          <w:color w:val="555555"/>
          <w:sz w:val="20"/>
        </w:rPr>
        <w:t>[5]</w:t>
      </w:r>
    </w:p>
    <w:p>
      <w:r>
        <w:rPr>
          <w:rFonts w:ascii="Gentium Plus" w:hAnsi="Gentium Plus"/>
          <w:sz w:val="24"/>
        </w:rPr>
        <w:t>λονότι συναθροιζομένου τοῦ περιττοῦ.</w:t>
      </w:r>
    </w:p>
    <w:p>
      <w:r>
        <w:rPr>
          <w:rFonts w:ascii="Courier New" w:hAnsi="Courier New"/>
          <w:color w:val="555555"/>
          <w:sz w:val="20"/>
        </w:rPr>
        <w:t>[7 . 1 . 7]</w:t>
      </w:r>
    </w:p>
    <w:p>
      <w:r>
        <w:rPr>
          <w:rFonts w:ascii="Gentium Plus" w:hAnsi="Gentium Plus"/>
          <w:sz w:val="24"/>
        </w:rPr>
        <w:t>Εἴῃ δ’ ἂν αἰτία σύνεργος χειμερινὴ μὲν τοῦ περιέχοντος κατάστασις, ἀκρί‐ σια δὲ καὶ πεπλανημένη κίνησις τοῦ νοσήματος καὶ αὐτοῦ δὴ τοῦ νοσοῦντος μετρίως ἄρρωστος δύναμις.</w:t>
      </w:r>
    </w:p>
    <w:p>
      <w:r>
        <w:rPr>
          <w:rFonts w:ascii="Courier New" w:hAnsi="Courier New"/>
          <w:color w:val="555555"/>
          <w:sz w:val="20"/>
        </w:rPr>
        <w:t>[7 . 1 . 8]</w:t>
      </w:r>
    </w:p>
    <w:p>
      <w:r>
        <w:rPr>
          <w:rFonts w:ascii="Gentium Plus" w:hAnsi="Gentium Plus"/>
          <w:sz w:val="24"/>
        </w:rPr>
        <w:t>Καὶ ταῖς μὲν ἀρχαῖς τε καὶ ἐπιδόσεσι τῶν νοσημάτων φαινο‐ μένων ἀνυποστάτων οὔρων τοιαῦτ’ ἂν ἴσως προγνοίης, παρακμάσαντος δὲ τοιαῦτα ἐπιφανέντα οὐ πάνυ μέμφε‐</w:t>
      </w:r>
    </w:p>
    <w:p>
      <w:r>
        <w:rPr>
          <w:rFonts w:ascii="Courier New" w:hAnsi="Courier New"/>
          <w:color w:val="555555"/>
          <w:sz w:val="20"/>
        </w:rPr>
        <w:t>[5]</w:t>
      </w:r>
    </w:p>
    <w:p>
      <w:r>
        <w:rPr>
          <w:rFonts w:ascii="Gentium Plus" w:hAnsi="Gentium Plus"/>
          <w:sz w:val="24"/>
        </w:rPr>
        <w:t>σθαι δεῖ.</w:t>
      </w:r>
    </w:p>
    <w:p>
      <w:r>
        <w:rPr>
          <w:rFonts w:ascii="Courier New" w:hAnsi="Courier New"/>
          <w:color w:val="555555"/>
          <w:sz w:val="20"/>
        </w:rPr>
        <w:t>[7 . 1 . 9]</w:t>
      </w:r>
    </w:p>
    <w:p>
      <w:r>
        <w:rPr>
          <w:rFonts w:ascii="Gentium Plus" w:hAnsi="Gentium Plus"/>
          <w:sz w:val="24"/>
        </w:rPr>
        <w:t>Ἐπεὶ γάρ, ὃ σπουδαζόμενον ἦν, περιγεγε‐ νῆσθαι δηλονότι τἀρρωστήματος τὴν φύσιν γέγονεν, ἀκμά‐ σαντός τε καὶ παρακμάσαντος τοῦ νοσήματος, οὐδὲν ἂν εἴη τοῦτο ξένον, εἰ ὥσπερ κεκμηκυῖα ἡ φύσις ἑαυτὴν μὲν</w:t>
      </w:r>
    </w:p>
    <w:p>
      <w:r>
        <w:rPr>
          <w:rFonts w:ascii="Courier New" w:hAnsi="Courier New"/>
          <w:color w:val="555555"/>
          <w:sz w:val="20"/>
        </w:rPr>
        <w:t>[5]</w:t>
      </w:r>
    </w:p>
    <w:p>
      <w:r>
        <w:rPr>
          <w:rFonts w:ascii="Gentium Plus" w:hAnsi="Gentium Plus"/>
          <w:sz w:val="24"/>
        </w:rPr>
        <w:t>ἀνακαλεῖται πρότερον, εἶθ’ οὕτως δὲ καὶ τὰ ἑαυτῆς θρέ‐ ψεις μὲν ποιοῦσα τῷ σώματι, παρυφιστάμενα δὲ τοῖς οὔροις δεικνύουσα.</w:t>
      </w:r>
    </w:p>
    <w:p>
      <w:r>
        <w:rPr>
          <w:rFonts w:ascii="Courier New" w:hAnsi="Courier New"/>
          <w:color w:val="555555"/>
          <w:sz w:val="20"/>
        </w:rPr>
        <w:t>[7 . 1 . 10]</w:t>
      </w:r>
    </w:p>
    <w:p>
      <w:r>
        <w:rPr>
          <w:rFonts w:ascii="Gentium Plus" w:hAnsi="Gentium Plus"/>
          <w:sz w:val="24"/>
        </w:rPr>
        <w:t>Τῷ μὲν γὰρ τῆς συναγωγῆς τε καὶ ἀναρρώσεως χρόνῳ βραχέα τινὰ ἐπισπωμένη, ὡς μὴ ἐκλίπῃ τούτοις, ἀρκεῖται.</w:t>
      </w:r>
    </w:p>
    <w:p>
      <w:r>
        <w:rPr>
          <w:rFonts w:ascii="Courier New" w:hAnsi="Courier New"/>
          <w:color w:val="555555"/>
          <w:sz w:val="20"/>
        </w:rPr>
        <w:t>[7 . 1 . 11]</w:t>
      </w:r>
    </w:p>
    <w:p>
      <w:r>
        <w:rPr>
          <w:rFonts w:ascii="Gentium Plus" w:hAnsi="Gentium Plus"/>
          <w:sz w:val="24"/>
        </w:rPr>
        <w:t>Ἐπισυναχθεῖσα δ’ αὖθις πλείω μὲν ἐπισπᾶται θρέψουσαν ὕλην, ἐπίδηλα δ’ ἤδη καὶ τὰ παρυφιστάμενα γίνεται, ὡς οἶμαι καὶ ἐπὶ θηριομαχή‐ σασι συμβαίη ἂν ἀνδράσιν, οἳ πολλὴν μὲν ἀγῶνα ὡς πε‐</w:t>
      </w:r>
    </w:p>
    <w:p>
      <w:r>
        <w:rPr>
          <w:rFonts w:ascii="Courier New" w:hAnsi="Courier New"/>
          <w:color w:val="555555"/>
          <w:sz w:val="20"/>
        </w:rPr>
        <w:t>[5]</w:t>
      </w:r>
    </w:p>
    <w:p>
      <w:r>
        <w:rPr>
          <w:rFonts w:ascii="Gentium Plus" w:hAnsi="Gentium Plus"/>
          <w:sz w:val="24"/>
        </w:rPr>
        <w:t>ριγένωνται, ποιοῦνται, περιγενόμενοι δὲ πρῶτον μὲν ἑαυ‐ τῶν ἀνακαλοῦνται κεκμηκυῖαν τὴν δύναμιν, εἶθ’ οὕτως δὲ τὰ σφῶν αὐτῶν ἐπιτελοῦσιν ἐπιτηδεύματα.</w:t>
      </w:r>
    </w:p>
    <w:p>
      <w:r>
        <w:rPr>
          <w:rFonts w:ascii="Courier New" w:hAnsi="Courier New"/>
          <w:color w:val="555555"/>
          <w:sz w:val="20"/>
        </w:rPr>
        <w:t>[7 . 1 . 12]</w:t>
      </w:r>
    </w:p>
    <w:p>
      <w:r>
        <w:rPr>
          <w:rFonts w:ascii="Gentium Plus" w:hAnsi="Gentium Plus"/>
          <w:sz w:val="24"/>
        </w:rPr>
        <w:t>Ἐνίοτέ γε μήν, ὥς που καὶ πρῴην εἴρηται, πομφόλυγες ἐπιφα‐ νεῖσαι ἤρκεσαν ἀντὶ παρυφισταμένου μὴ πρῴην φανεῖσαι.</w:t>
      </w:r>
    </w:p>
    <w:p>
      <w:r>
        <w:rPr>
          <w:rFonts w:ascii="Courier New" w:hAnsi="Courier New"/>
          <w:color w:val="555555"/>
          <w:sz w:val="20"/>
        </w:rPr>
        <w:t>[7 . 1 . 13]</w:t>
      </w:r>
    </w:p>
    <w:p>
      <w:r>
        <w:rPr>
          <w:rFonts w:ascii="Gentium Plus" w:hAnsi="Gentium Plus"/>
          <w:sz w:val="24"/>
        </w:rPr>
        <w:t>Καὶ δι’ ἀπεψίας μὲν καὶ ἐμφράξεις συμβαῖεν ἂν ἀνυ‐ πόστατα οὖρα καὶ τοῖς ὑγιαίνουσιν, ἀλλὰ πρὸς βραχὺ μὲν ὀφθέντων τάχ’ ἂν ἀντίσχῃ ὑγιαίνων ὁ ἄνθρωπος.</w:t>
      </w:r>
    </w:p>
    <w:p>
      <w:r>
        <w:rPr>
          <w:rFonts w:ascii="Courier New" w:hAnsi="Courier New"/>
          <w:color w:val="555555"/>
          <w:sz w:val="20"/>
        </w:rPr>
        <w:t>[7 . 1 . 14]</w:t>
      </w:r>
    </w:p>
    <w:p>
      <w:r>
        <w:rPr>
          <w:rFonts w:ascii="Gentium Plus" w:hAnsi="Gentium Plus"/>
          <w:sz w:val="24"/>
        </w:rPr>
        <w:t>Χρο‐ νίζοντος δὲ τοῦ δεινοῦ, ῥᾳδίως μὲν ἂν ἁλῷ νοσήματι, προχείρως δὲ καὶ αὐτὸς προγνοίης, εἰδὼς ὁποῖα ἐπὶ ποίαις διαθέσεσι μάλιστα νοσήματα εἴωθε γίνεσθαι, οὐ μεῖον</w:t>
      </w:r>
    </w:p>
    <w:p>
      <w:r>
        <w:rPr>
          <w:rFonts w:ascii="Courier New" w:hAnsi="Courier New"/>
          <w:color w:val="555555"/>
          <w:sz w:val="20"/>
        </w:rPr>
        <w:t>[5]</w:t>
      </w:r>
    </w:p>
    <w:p>
      <w:r>
        <w:rPr>
          <w:rFonts w:ascii="Gentium Plus" w:hAnsi="Gentium Plus"/>
          <w:sz w:val="24"/>
        </w:rPr>
        <w:t>τῆς τε ἡλικίας καὶ διαίτης καὶ τῆς τοῦ περιέχοντος κατα‐ στάσεως, τῶν τε ἐν αὐτοῖς λοιπῶν τοῖς ουροις τεθεωρη‐ μένων, καθάπερ πρότερον ἔφημεν, εἰς τὴν τῶν τοιούτων πρόγνωσιν συντεινόντων.</w:t>
      </w:r>
    </w:p>
    <w:p>
      <w:r>
        <w:rPr>
          <w:rFonts w:ascii="Courier New" w:hAnsi="Courier New"/>
          <w:color w:val="555555"/>
          <w:sz w:val="20"/>
        </w:rPr>
        <w:t>[7 . 1 . 15]</w:t>
      </w:r>
    </w:p>
    <w:p>
      <w:r>
        <w:rPr>
          <w:rFonts w:ascii="Gentium Plus" w:hAnsi="Gentium Plus"/>
          <w:sz w:val="24"/>
        </w:rPr>
        <w:t>Ἀλλ’ ὁ μὲν περὶ τῶν ἀνυ‐ ποστάτων ὡς ἐν βραχεῖ φάναι λόγος τοιοῦτος ἂν ἀποδο‐ θείη. ἑξῆς δ’ ἂν εἴη χρεὼν καὶ τῶν ἐπὶ διαφόροις πυρετῶν εἴδεσιν ἀπὸ τῶν οὔρων προγινωσκομένων φάναι.</w:t>
      </w:r>
    </w:p>
    <w:p>
      <w:pPr>
        <w:jc w:val="center"/>
      </w:pPr>
      <w:r>
        <w:rPr>
          <w:rFonts w:ascii="Gentium Plus" w:hAnsi="Gentium Plus"/>
          <w:b/>
          <w:sz w:val="24"/>
        </w:rPr>
        <w:t>Κεφ. βʹ. Περὶ τῆς ἐκ τῶν ἐπὶ διαλείπουσι πυρετοῖς οὔρων προγνώσεως.</w:t>
      </w:r>
    </w:p>
    <w:p>
      <w:r>
        <w:rPr>
          <w:rFonts w:ascii="Courier New" w:hAnsi="Courier New"/>
          <w:color w:val="555555"/>
          <w:sz w:val="20"/>
        </w:rPr>
        <w:t>[7 . 2 . 1]</w:t>
      </w:r>
    </w:p>
    <w:p>
      <w:r>
        <w:rPr>
          <w:rFonts w:ascii="Gentium Plus" w:hAnsi="Gentium Plus"/>
          <w:sz w:val="24"/>
        </w:rPr>
        <w:t>Τῶν τοίνυν διαλειπόντων πυρετῶν τριταίου φημὶ καὶ τεταρταίου καὶ προσέτι ἀφημερινοῦ δι’ ἐμφράξεις τε καὶ ἀπεψίας καὶ προσέτι ἐπιδόσεις τῶν αὐτοὺς παροξυνόν‐ των χυμῶν γεγενημένων, ἐν ἀρχαῖς δ’ ὡς ἐπὶ τὸ πλεῖστον</w:t>
      </w:r>
    </w:p>
    <w:p>
      <w:r>
        <w:rPr>
          <w:rFonts w:ascii="Courier New" w:hAnsi="Courier New"/>
          <w:color w:val="555555"/>
          <w:sz w:val="20"/>
        </w:rPr>
        <w:t>[5]</w:t>
      </w:r>
    </w:p>
    <w:p>
      <w:r>
        <w:rPr>
          <w:rFonts w:ascii="Gentium Plus" w:hAnsi="Gentium Plus"/>
          <w:sz w:val="24"/>
        </w:rPr>
        <w:t>ἀνυπόστατα τὰ οὖρα προϊεμένων, καθά που καὶ πρότερον διωρίσαμεν, ἐντεῦθεν ἂν στοχαζόμενος προγνοίης τὸν τῆς παρατάσεως χρόνον.</w:t>
      </w:r>
    </w:p>
    <w:p>
      <w:r>
        <w:rPr>
          <w:rFonts w:ascii="Courier New" w:hAnsi="Courier New"/>
          <w:color w:val="555555"/>
          <w:sz w:val="20"/>
        </w:rPr>
        <w:t>[7 . 2 . 2]</w:t>
      </w:r>
    </w:p>
    <w:p>
      <w:r>
        <w:rPr>
          <w:rFonts w:ascii="Gentium Plus" w:hAnsi="Gentium Plus"/>
          <w:sz w:val="24"/>
        </w:rPr>
        <w:t>Ἐπεὶ γὰρ μήπω κρατησάσης τῆς ἐμφύτου θερμότητος τῆς οἱασδήτινος ὕλης καὶ πεψάσης, οἵ τε παροξυσμοὶ καὶ οἱ ἐπὶ τούτοις γίνονται πυρετοί, ὥσπερ διαμαχομένης ἔτι τῆς φύσεως εἰς τὴν τῶν λυπούν‐</w:t>
      </w:r>
    </w:p>
    <w:p>
      <w:r>
        <w:rPr>
          <w:rFonts w:ascii="Courier New" w:hAnsi="Courier New"/>
          <w:color w:val="555555"/>
          <w:sz w:val="20"/>
        </w:rPr>
        <w:t>[5]</w:t>
      </w:r>
    </w:p>
    <w:p>
      <w:r>
        <w:rPr>
          <w:rFonts w:ascii="Gentium Plus" w:hAnsi="Gentium Plus"/>
          <w:sz w:val="24"/>
        </w:rPr>
        <w:t>των πέψιν τε καὶ ἀπόκρισιν, εἰκότως ἄρα καθόσον μὲν ἂν χρόνον ἀμοιροῦντα φαίνεται τὰ οὖρα πέψεως, καὶ οἱ κατέ‐ χοντες παροξυσμοὶ ἐπιμείνοιεν λυποῦντες τὸν κάμνοντα.</w:t>
      </w:r>
    </w:p>
    <w:p>
      <w:r>
        <w:rPr>
          <w:rFonts w:ascii="Courier New" w:hAnsi="Courier New"/>
          <w:color w:val="555555"/>
          <w:sz w:val="20"/>
        </w:rPr>
        <w:t>[7 . 2 . 3]</w:t>
      </w:r>
    </w:p>
    <w:p>
      <w:r>
        <w:rPr>
          <w:rFonts w:ascii="Gentium Plus" w:hAnsi="Gentium Plus"/>
          <w:sz w:val="24"/>
        </w:rPr>
        <w:t>Ἐπειδὰν δὲ βραχύ τι πέψεως διαγνωσθείη σύμβολον, ἐλπὶς μὲν περιγεγενῆσθαι τὸν ἄνθρωπον τοῦ νοσήματος, ἐπικρατῆσαι δ’ ἤδη πάμπαν τῶν νοσερῶν τὴν δύναμιν.</w:t>
      </w:r>
    </w:p>
    <w:p>
      <w:r>
        <w:rPr>
          <w:rFonts w:ascii="Courier New" w:hAnsi="Courier New"/>
          <w:color w:val="555555"/>
          <w:sz w:val="20"/>
        </w:rPr>
        <w:t>[7 . 2 . 4]</w:t>
      </w:r>
    </w:p>
    <w:p>
      <w:r>
        <w:rPr>
          <w:rFonts w:ascii="Gentium Plus" w:hAnsi="Gentium Plus"/>
          <w:sz w:val="24"/>
        </w:rPr>
        <w:t>Ἐπεὶ γὰρ τοῖς καθ’ ἕκαστον παροξυσμοῖς βραχύ τι ἀλ‐ λοιοῖ καὶ πέττει οὐκ ἐπίδηλον ὂν αἰσθήσει μὴ κατακρατεῖν τοῦ πάθους νομίζεται τοῦ πλείονος ἀπέπτου καὶ προσισχο‐ μένου τυγχάνοντος.</w:t>
      </w:r>
    </w:p>
    <w:p>
      <w:r>
        <w:rPr>
          <w:rFonts w:ascii="Courier New" w:hAnsi="Courier New"/>
          <w:color w:val="555555"/>
          <w:sz w:val="20"/>
        </w:rPr>
        <w:t>[7 . 2 . 5]</w:t>
      </w:r>
    </w:p>
    <w:p>
      <w:r>
        <w:rPr>
          <w:rFonts w:ascii="Gentium Plus" w:hAnsi="Gentium Plus"/>
          <w:sz w:val="24"/>
        </w:rPr>
        <w:t>Ἐπειδὰν δ’ ἐπὶ τοσοῦτον ἐπικρα‐ τείας ἥκῃ τοῦ λυποῦντος χυμοῦ, πέψεως μὲν ἐπίδηλα τοῖς οὔροις παρυφιστάμενα φαίνεται, ὅσον δ’ οὔπω, καὶ πᾶν τὸ περιττὸν ἀπώσασθαι τὴν φύσιν πέψασαν μαρτυρεῖ,</w:t>
      </w:r>
    </w:p>
    <w:p>
      <w:r>
        <w:rPr>
          <w:rFonts w:ascii="Courier New" w:hAnsi="Courier New"/>
          <w:color w:val="555555"/>
          <w:sz w:val="20"/>
        </w:rPr>
        <w:t>[5]</w:t>
      </w:r>
    </w:p>
    <w:p>
      <w:r>
        <w:rPr>
          <w:rFonts w:ascii="Gentium Plus" w:hAnsi="Gentium Plus"/>
          <w:sz w:val="24"/>
        </w:rPr>
        <w:t>πεπλεονέκτηκε δὲ ἐπὶ τῶν διαλειπόντων πυρετῶν ὁ τρι‐ ταῖος, ὅτε καὶ νεφέλη μόνη ἐπὶ τούτοις τοῖς οὔροις ὀφθεῖσα ἤρκεσε τὴν λύσιν ἐπισημήνασθαι.</w:t>
      </w:r>
    </w:p>
    <w:p>
      <w:r>
        <w:rPr>
          <w:rFonts w:ascii="Courier New" w:hAnsi="Courier New"/>
          <w:color w:val="555555"/>
          <w:sz w:val="20"/>
        </w:rPr>
        <w:t>[7 . 2 . 6]</w:t>
      </w:r>
    </w:p>
    <w:p>
      <w:r>
        <w:rPr>
          <w:rFonts w:ascii="Gentium Plus" w:hAnsi="Gentium Plus"/>
          <w:sz w:val="24"/>
        </w:rPr>
        <w:t>Τοῦ γάρ τοι λεπτοῦ τε καὶ εὐδιαφορήτου χυμοῦ ῥᾳδίαι μὲν αἱ πέψεις τε καὶ ἀποφράξεις, ῥᾳδίως δ’ ἐπιχειρούσης τῆς φύσεως τὰ ἐπὶ τούτῳ συμπτώματα λύεται, ὥστε δεῖ σε τὸν συνετὸν</w:t>
      </w:r>
    </w:p>
    <w:p>
      <w:r>
        <w:rPr>
          <w:rFonts w:ascii="Courier New" w:hAnsi="Courier New"/>
          <w:color w:val="555555"/>
          <w:sz w:val="20"/>
        </w:rPr>
        <w:t>[5]</w:t>
      </w:r>
    </w:p>
    <w:p>
      <w:r>
        <w:rPr>
          <w:rFonts w:ascii="Gentium Plus" w:hAnsi="Gentium Plus"/>
          <w:sz w:val="24"/>
        </w:rPr>
        <w:t>διὰ ταῦτα τοῖς μὲν χρόνοις τῶν ἀπεψιῶν, τὴν βραδυτῆτα καταστοχάζεσθαι τῆς ἀνέσεως, τῇ δ’ ἀρχῇ τῆς πέψεως, καὶ τὴν παχύτητα καταστοχάζεσθαι τῆς κρίσεως.</w:t>
      </w:r>
    </w:p>
    <w:p>
      <w:r>
        <w:rPr>
          <w:rFonts w:ascii="Courier New" w:hAnsi="Courier New"/>
          <w:color w:val="555555"/>
          <w:sz w:val="20"/>
        </w:rPr>
        <w:t>[7 . 2 . 7]</w:t>
      </w:r>
    </w:p>
    <w:p>
      <w:r>
        <w:rPr>
          <w:rFonts w:ascii="Gentium Plus" w:hAnsi="Gentium Plus"/>
          <w:sz w:val="24"/>
        </w:rPr>
        <w:t>Καὶ περὶ μὲν τοιούτων χρόνων εἴρηται τῷ σοφῷ Γαληνῷ, ἐν οἷς περὶ κρίσεως διατίθεται, τάχα δ’ ἂν καὶ ἡμῖν ῥηθείη ὧδε μετρίως, ὅσον ἂν δηλονότι δόξῃ τῇ περὶ οὔρων ἀνήκειν</w:t>
      </w:r>
    </w:p>
    <w:p>
      <w:r>
        <w:rPr>
          <w:rFonts w:ascii="Courier New" w:hAnsi="Courier New"/>
          <w:color w:val="555555"/>
          <w:sz w:val="20"/>
        </w:rPr>
        <w:t>[5]</w:t>
      </w:r>
    </w:p>
    <w:p>
      <w:r>
        <w:rPr>
          <w:rFonts w:ascii="Gentium Plus" w:hAnsi="Gentium Plus"/>
          <w:sz w:val="24"/>
        </w:rPr>
        <w:t>πραγματείᾳ.</w:t>
      </w:r>
    </w:p>
    <w:p>
      <w:r>
        <w:rPr>
          <w:rFonts w:ascii="Courier New" w:hAnsi="Courier New"/>
          <w:color w:val="555555"/>
          <w:sz w:val="20"/>
        </w:rPr>
        <w:t>[7 . 2 . 8]</w:t>
      </w:r>
    </w:p>
    <w:p>
      <w:r>
        <w:rPr>
          <w:rFonts w:ascii="Gentium Plus" w:hAnsi="Gentium Plus"/>
          <w:sz w:val="24"/>
        </w:rPr>
        <w:t>Ἑξῆς τοίνυν καὶ περὶ τῶν ἐπὶ συνεχέσι πυρετοῖς φαινομένων οὔρων διορισάμενοι ὅσα δῆτα εἰς πρόγνωσιν ἀρκεῖν νομίζουσιν οἱ καθ’ ἡμᾶς λόγοι, εἶθ’ οὕ‐ τως καὶ περὶ τῶν λειπομένων ἐροῦμεν.</w:t>
      </w:r>
    </w:p>
    <w:p>
      <w:pPr>
        <w:jc w:val="center"/>
      </w:pPr>
      <w:r>
        <w:rPr>
          <w:rFonts w:ascii="Gentium Plus" w:hAnsi="Gentium Plus"/>
          <w:b/>
          <w:sz w:val="24"/>
        </w:rPr>
        <w:t>Κεφ. γʹ. Περὶ τῆς ἐκ τῶν ἐπὶ συνεχῶν πυρετῶν οὔρων προγνώσεως.</w:t>
      </w:r>
    </w:p>
    <w:p>
      <w:r>
        <w:rPr>
          <w:rFonts w:ascii="Courier New" w:hAnsi="Courier New"/>
          <w:color w:val="555555"/>
          <w:sz w:val="20"/>
        </w:rPr>
        <w:t>[7 . 3 . 1]</w:t>
      </w:r>
    </w:p>
    <w:p>
      <w:r>
        <w:rPr>
          <w:rFonts w:ascii="Gentium Plus" w:hAnsi="Gentium Plus"/>
          <w:sz w:val="24"/>
        </w:rPr>
        <w:t>Οἱ τοίνυν συνεχεῖς πυρετοὶ ἐπὶ σήψει γεγενημένοι χυμῶν, ὁποῖοι μὲν ἄν τινες ὦσιν, εἴθ’ ἁπλοὶ εἴτε δὴ καὶ συμπεπλεγμένοι, ἀπὸ τῶν ἐμφερομένων δηλώσουσι χρω‐ μάτων.</w:t>
      </w:r>
    </w:p>
    <w:p>
      <w:r>
        <w:rPr>
          <w:rFonts w:ascii="Courier New" w:hAnsi="Courier New"/>
          <w:color w:val="555555"/>
          <w:sz w:val="20"/>
        </w:rPr>
        <w:t>[7 . 3 . 2]</w:t>
      </w:r>
    </w:p>
    <w:p>
      <w:r>
        <w:rPr>
          <w:rFonts w:ascii="Gentium Plus" w:hAnsi="Gentium Plus"/>
          <w:sz w:val="24"/>
        </w:rPr>
        <w:t>Τὸ δὲ δὴ ποσὸν τῆς πέψεως καὶ τὴν ποιότητα τῶν χυμῶν αἵ τε συστάσεις καὶ τὰ παρυφιστάμενα καὶ λέλεκται περὶ τούτων πρότερον ἀσφαλέστερον.</w:t>
      </w:r>
    </w:p>
    <w:p>
      <w:r>
        <w:rPr>
          <w:rFonts w:ascii="Courier New" w:hAnsi="Courier New"/>
          <w:color w:val="555555"/>
          <w:sz w:val="20"/>
        </w:rPr>
        <w:t>[7 . 3 . 3]</w:t>
      </w:r>
    </w:p>
    <w:p>
      <w:r>
        <w:rPr>
          <w:rFonts w:ascii="Gentium Plus" w:hAnsi="Gentium Plus"/>
          <w:sz w:val="24"/>
        </w:rPr>
        <w:t>Νῦν δὲ τοσαῦτά ἐστιν ἐπιθεῖναι τῷ λόγῳ, ὅς’ ἂν εἰς πρόγνωσιν ἀρκέσειν δόξῃ, ὥστε ῥητέον γὰρ ἐντεῦθεν ῥᾳδίως μὲν πετ‐ τομένων τῶν οὔρων, διὰ βραχέος δὲ τοῦ χρόνου πρὸς τὸ</w:t>
      </w:r>
    </w:p>
    <w:p>
      <w:r>
        <w:rPr>
          <w:rFonts w:ascii="Courier New" w:hAnsi="Courier New"/>
          <w:color w:val="555555"/>
          <w:sz w:val="20"/>
        </w:rPr>
        <w:t>[5]</w:t>
      </w:r>
    </w:p>
    <w:p>
      <w:r>
        <w:rPr>
          <w:rFonts w:ascii="Gentium Plus" w:hAnsi="Gentium Plus"/>
          <w:sz w:val="24"/>
        </w:rPr>
        <w:t>κατὰ φύσιν ἐπειγομένων, ὀξεῖαν μὲν τὴν τοῦ νοσήματος κίνησιν εἶναι νομίζομεν, ἐρρωμένην δ’ αὖ γε τὴν δύναμιν.</w:t>
      </w:r>
    </w:p>
    <w:p>
      <w:r>
        <w:rPr>
          <w:rFonts w:ascii="Courier New" w:hAnsi="Courier New"/>
          <w:color w:val="555555"/>
          <w:sz w:val="20"/>
        </w:rPr>
        <w:t>[7 . 3 . 4]</w:t>
      </w:r>
    </w:p>
    <w:p>
      <w:r>
        <w:rPr>
          <w:rFonts w:ascii="Gentium Plus" w:hAnsi="Gentium Plus"/>
          <w:sz w:val="24"/>
        </w:rPr>
        <w:t>Βραδέως δ’ αὖ τὰ οὖρα πεττόμενα καὶ διὰ χρονοῦ μᾶλ‐ λον εἰ πονηρότερον εἴη ταῦτα καὶ πόρρω τῶν συμμέτρων πεφυκότα ὀξεῖαν μὲν τὴν κίνησιν τῶν νοσημάτων δηλοῖ.</w:t>
      </w:r>
    </w:p>
    <w:p>
      <w:r>
        <w:rPr>
          <w:rFonts w:ascii="Courier New" w:hAnsi="Courier New"/>
          <w:color w:val="555555"/>
          <w:sz w:val="20"/>
        </w:rPr>
        <w:t>[7 . 3 . 5]</w:t>
      </w:r>
    </w:p>
    <w:p>
      <w:r>
        <w:rPr>
          <w:rFonts w:ascii="Gentium Plus" w:hAnsi="Gentium Plus"/>
          <w:sz w:val="24"/>
        </w:rPr>
        <w:t>Ἄρρωστον δ’ ἱκανῶς τὴν δύναμιν, ὥστ’ οὐκ ὀλίγον ὑποπτεύεται δέος ἐντεῦθεν μὴ οὐχὶ φθάσῃ ἐξικέσθαι ταῦτα πέψαι προαπορήσασα ἡ δύναμις.</w:t>
      </w:r>
    </w:p>
    <w:p>
      <w:r>
        <w:rPr>
          <w:rFonts w:ascii="Courier New" w:hAnsi="Courier New"/>
          <w:color w:val="555555"/>
          <w:sz w:val="20"/>
        </w:rPr>
        <w:t>[7 . 3 . 6]</w:t>
      </w:r>
    </w:p>
    <w:p>
      <w:r>
        <w:rPr>
          <w:rFonts w:ascii="Gentium Plus" w:hAnsi="Gentium Plus"/>
          <w:sz w:val="24"/>
        </w:rPr>
        <w:t>Ἂν μέντοι μετρίως μὲν φαῦλα τὰ οὖρα ᾖ, διὰ χρόνου δὲ καθίσταται πρὸς τὸ σύμμετρον, οὔτε τὴν δύναμιν ἐρρῶσθαι δίδωσιν ἐννοεῖν καὶ τὴν τοῦ νοσήματος ἠρέμα πως ἐμφαίνει κινεῖσθαι κί‐</w:t>
      </w:r>
    </w:p>
    <w:p>
      <w:r>
        <w:rPr>
          <w:rFonts w:ascii="Courier New" w:hAnsi="Courier New"/>
          <w:color w:val="555555"/>
          <w:sz w:val="20"/>
        </w:rPr>
        <w:t>[5]</w:t>
      </w:r>
    </w:p>
    <w:p>
      <w:r>
        <w:rPr>
          <w:rFonts w:ascii="Gentium Plus" w:hAnsi="Gentium Plus"/>
          <w:sz w:val="24"/>
        </w:rPr>
        <w:t>νησιν.</w:t>
      </w:r>
    </w:p>
    <w:p>
      <w:r>
        <w:rPr>
          <w:rFonts w:ascii="Courier New" w:hAnsi="Courier New"/>
          <w:color w:val="555555"/>
          <w:sz w:val="20"/>
        </w:rPr>
        <w:t>[7 . 3 . 7]</w:t>
      </w:r>
    </w:p>
    <w:p>
      <w:r>
        <w:rPr>
          <w:rFonts w:ascii="Gentium Plus" w:hAnsi="Gentium Plus"/>
          <w:sz w:val="24"/>
        </w:rPr>
        <w:t>Εἰ δὲ τὰ μὲν οὖρα τάχιστ’ ἀλλοιοῦται μετα‐ βαλλόμενα, οὐ πολλῷ δὲ λείπεται τῶν συμμέτρων, ῥώμην μέν τινα τῆς δυνάμεως καταγγέλλει, οὐ μέντοι τοῦ νοσή‐ ματος κακοήθειαν.</w:t>
      </w:r>
    </w:p>
    <w:p>
      <w:r>
        <w:rPr>
          <w:rFonts w:ascii="Courier New" w:hAnsi="Courier New"/>
          <w:color w:val="555555"/>
          <w:sz w:val="20"/>
        </w:rPr>
        <w:t>[7 . 3 . 8]</w:t>
      </w:r>
    </w:p>
    <w:p>
      <w:r>
        <w:rPr>
          <w:rFonts w:ascii="Gentium Plus" w:hAnsi="Gentium Plus"/>
          <w:sz w:val="24"/>
        </w:rPr>
        <w:t>Ἀλλ’ ὁ μὲν περὶ ποιότητος νοσή‐ ματος καὶ διαθέσεως λόγος ἐντεῦθεν συναγόμενος φαίνε‐ ται καὶ δεῖ τὰς τούτων ἀκριβῶς παρατηρεῖσθαι μεταβολὰς καὶ ἀπὸ ποίων ἐπὶ ποῖα μεταβάλλεται ἐννοεῖν, καὶ εἰ τοῖς</w:t>
      </w:r>
    </w:p>
    <w:p>
      <w:r>
        <w:rPr>
          <w:rFonts w:ascii="Courier New" w:hAnsi="Courier New"/>
          <w:color w:val="555555"/>
          <w:sz w:val="20"/>
        </w:rPr>
        <w:t>[5]</w:t>
      </w:r>
    </w:p>
    <w:p>
      <w:r>
        <w:rPr>
          <w:rFonts w:ascii="Gentium Plus" w:hAnsi="Gentium Plus"/>
          <w:sz w:val="24"/>
        </w:rPr>
        <w:t>οὔροις ἡ τοῦ νοσήματος εὐήθειά τε καὶ κακοήθεια διαφαί‐ νεται.</w:t>
      </w:r>
    </w:p>
    <w:p>
      <w:r>
        <w:rPr>
          <w:rFonts w:ascii="Courier New" w:hAnsi="Courier New"/>
          <w:color w:val="555555"/>
          <w:sz w:val="20"/>
        </w:rPr>
        <w:t>[7 . 3 . 9]</w:t>
      </w:r>
    </w:p>
    <w:p>
      <w:r>
        <w:rPr>
          <w:rFonts w:ascii="Gentium Plus" w:hAnsi="Gentium Plus"/>
          <w:sz w:val="24"/>
        </w:rPr>
        <w:t>Τὰ γὰρ ὑπεναντίως ἔχοντα ὕπουλά τε καὶ πο‐ νηρά. πρὸς τούτοις γε μὴν καὶ τοὺς ἐπὶ ταῖς μεταβολαῖς χρόνους θέμις σκοπεῖν, ἐκ τούτων δ’ ἂν καὶ τὰς ἐσομένας κρίσεις, εἴτε δηλονότι βραδύτεραι εἴτε ὀξύτεραι στοχάσαιο,</w:t>
      </w:r>
    </w:p>
    <w:p>
      <w:r>
        <w:rPr>
          <w:rFonts w:ascii="Courier New" w:hAnsi="Courier New"/>
          <w:color w:val="555555"/>
          <w:sz w:val="20"/>
        </w:rPr>
        <w:t>[5]</w:t>
      </w:r>
    </w:p>
    <w:p>
      <w:r>
        <w:rPr>
          <w:rFonts w:ascii="Gentium Plus" w:hAnsi="Gentium Plus"/>
          <w:sz w:val="24"/>
        </w:rPr>
        <w:t>περὶ ὧν μετ’ οὐ πολὺ λέξομεν.</w:t>
      </w:r>
    </w:p>
    <w:p>
      <w:r>
        <w:rPr>
          <w:rFonts w:ascii="Courier New" w:hAnsi="Courier New"/>
          <w:color w:val="555555"/>
          <w:sz w:val="20"/>
        </w:rPr>
        <w:t>[7 . 3 . 10]</w:t>
      </w:r>
    </w:p>
    <w:p>
      <w:r>
        <w:rPr>
          <w:rFonts w:ascii="Gentium Plus" w:hAnsi="Gentium Plus"/>
          <w:sz w:val="24"/>
        </w:rPr>
        <w:t>Νῦν δ’ ὥσπερ ἀφ’ ἑτέρας ἀρχῆς ἀρξάμενοι λέγωμεν περὶ τῶν ἑκάστοις τῶν καιρίων συμβαινόντων μορίοις.</w:t>
      </w:r>
    </w:p>
    <w:p>
      <w:pPr>
        <w:jc w:val="center"/>
      </w:pPr>
      <w:r>
        <w:rPr>
          <w:rFonts w:ascii="Gentium Plus" w:hAnsi="Gentium Plus"/>
          <w:b/>
          <w:sz w:val="24"/>
        </w:rPr>
        <w:t>Κεφ. δʹ. Περὶ προγνώσεως τῶν καθ’ οἱανδήτινα διάθεσιν τῆς καρδίας οὔρων.</w:t>
      </w:r>
    </w:p>
    <w:p>
      <w:r>
        <w:rPr>
          <w:rFonts w:ascii="Courier New" w:hAnsi="Courier New"/>
          <w:color w:val="555555"/>
          <w:sz w:val="20"/>
        </w:rPr>
        <w:t>[7 . 4 . 1]</w:t>
      </w:r>
    </w:p>
    <w:p>
      <w:r>
        <w:rPr>
          <w:rFonts w:ascii="Gentium Plus" w:hAnsi="Gentium Plus"/>
          <w:sz w:val="24"/>
        </w:rPr>
        <w:t>Ὁπόταν οὖν ἤ τις ἀξίολογος δυσκρασία καταλάβη τῶν καιριωτέρων ἔνια μορίων ἢ χυμὸς ἐπιρρυῇ τινι τού‐ των οὐ τὰ μέτρια λυπῶν κατὰ τοῦτο ἂν ἀλλοιωθείη τὰ οὖρα, καθόσον καὶ τὸ μόριον μειζόνων ἐπικεκοινώνηκε</w:t>
      </w:r>
    </w:p>
    <w:p>
      <w:r>
        <w:rPr>
          <w:rFonts w:ascii="Courier New" w:hAnsi="Courier New"/>
          <w:color w:val="555555"/>
          <w:sz w:val="20"/>
        </w:rPr>
        <w:t>[5]</w:t>
      </w:r>
    </w:p>
    <w:p>
      <w:r>
        <w:rPr>
          <w:rFonts w:ascii="Gentium Plus" w:hAnsi="Gentium Plus"/>
          <w:sz w:val="24"/>
        </w:rPr>
        <w:t>φλεβῶν τε καὶ ἀρτηριῶν· τῶν γάρ τοι τοιούτων φλεβωδῶν ἀγγείων ῥᾳδίως αἰσθομένων τῆς ἐπὶ τῇ καρδίᾳ ἀλλοιώ‐ σεως.</w:t>
      </w:r>
    </w:p>
    <w:p>
      <w:r>
        <w:rPr>
          <w:rFonts w:ascii="Courier New" w:hAnsi="Courier New"/>
          <w:color w:val="555555"/>
          <w:sz w:val="20"/>
        </w:rPr>
        <w:t>[7 . 4 . 2]</w:t>
      </w:r>
    </w:p>
    <w:p>
      <w:r>
        <w:rPr>
          <w:rFonts w:ascii="Gentium Plus" w:hAnsi="Gentium Plus"/>
          <w:sz w:val="24"/>
        </w:rPr>
        <w:t>Οὐ γὰρ ἐφ’ ὁποιουδήτινος τῶν καιριωτέρων κα‐ κῶς διατεθέντος αὕτη ἀμετάβλητος μένει, ἀλλὰ καθ’ ὅσον ἂν ἐφ’ ἕτερά τινα μόρια γένηται ἡ ἀλλοίωσις, καὶ αὕτη μεταβάλλεται ἤτοι θερμοτέρα γεγενημένη ἢ ψυχροτέρα,</w:t>
      </w:r>
    </w:p>
    <w:p>
      <w:r>
        <w:rPr>
          <w:rFonts w:ascii="Courier New" w:hAnsi="Courier New"/>
          <w:color w:val="555555"/>
          <w:sz w:val="20"/>
        </w:rPr>
        <w:t>[5]</w:t>
      </w:r>
    </w:p>
    <w:p>
      <w:r>
        <w:rPr>
          <w:rFonts w:ascii="Gentium Plus" w:hAnsi="Gentium Plus"/>
          <w:sz w:val="24"/>
        </w:rPr>
        <w:t>κἄπειθ’ οὕτως καὶ τῶν λοιπῶν τῷ χρόνῳ συνδιατεθειμέ‐ νων μερῶν ἐπιδηλότερον οἵ τε σφυγμοὶ καὶ τὰ οὖρα φαί‐ νεται εἰκόνες τῆς ἐντὸς τυγχάνοντα διαθέσεως.</w:t>
      </w:r>
    </w:p>
    <w:p>
      <w:r>
        <w:rPr>
          <w:rFonts w:ascii="Courier New" w:hAnsi="Courier New"/>
          <w:color w:val="555555"/>
          <w:sz w:val="20"/>
        </w:rPr>
        <w:t>[7 . 4 . 3]</w:t>
      </w:r>
    </w:p>
    <w:p>
      <w:r>
        <w:rPr>
          <w:rFonts w:ascii="Gentium Plus" w:hAnsi="Gentium Plus"/>
          <w:sz w:val="24"/>
        </w:rPr>
        <w:t>Ἀλλ’ ὁ μὲν περὶ σφυγμῶν λόγος κάλλιστά τε καὶ ὑψηλότατα πάλαι τῷ σοφωτάτῳ ἀποδίδοται Γαληνῷ καὶ μαθεῖν ἔξεστιν ἐκεῖθεν τῷ βουλομένῳ· νῦν δ’ ἡμεῖς ἐπιθῶμεν τῷ λόγῳ,</w:t>
      </w:r>
    </w:p>
    <w:p>
      <w:r>
        <w:rPr>
          <w:rFonts w:ascii="Courier New" w:hAnsi="Courier New"/>
          <w:color w:val="555555"/>
          <w:sz w:val="20"/>
        </w:rPr>
        <w:t>[5]</w:t>
      </w:r>
    </w:p>
    <w:p>
      <w:r>
        <w:rPr>
          <w:rFonts w:ascii="Gentium Plus" w:hAnsi="Gentium Plus"/>
          <w:sz w:val="24"/>
        </w:rPr>
        <w:t>ὅσα ἂν οἰόμεθα τῇ πραγματείᾳ λυσιτελήσειν.</w:t>
      </w:r>
    </w:p>
    <w:p>
      <w:r>
        <w:rPr>
          <w:rFonts w:ascii="Courier New" w:hAnsi="Courier New"/>
          <w:color w:val="555555"/>
          <w:sz w:val="20"/>
        </w:rPr>
        <w:t>[7 . 4 . 4]</w:t>
      </w:r>
    </w:p>
    <w:p>
      <w:r>
        <w:rPr>
          <w:rFonts w:ascii="Gentium Plus" w:hAnsi="Gentium Plus"/>
          <w:sz w:val="24"/>
        </w:rPr>
        <w:t>Τῆς καρδίας τοίνυν ἑαυτῇ τὴν κατὰ θερμότητα ἐπιδεξαμένη δυσκρασίαν, τά τε οὖρα ἀλλοιωθείη ἂν δριμύτερά τε καὶ λεπτότερα γεγενημένα καὶ τοῦ πυρετοῦ ἐπινεμομένου ἤδη,</w:t>
      </w:r>
    </w:p>
    <w:p>
      <w:r>
        <w:rPr>
          <w:rFonts w:ascii="Courier New" w:hAnsi="Courier New"/>
          <w:color w:val="555555"/>
          <w:sz w:val="20"/>
        </w:rPr>
        <w:t>[5]</w:t>
      </w:r>
    </w:p>
    <w:p>
      <w:r>
        <w:rPr>
          <w:rFonts w:ascii="Gentium Plus" w:hAnsi="Gentium Plus"/>
          <w:sz w:val="24"/>
        </w:rPr>
        <w:t>μέτρια μὲν ἐξ ἀρχῆς ὀφθείη ἂν τὰ συντήγματα, προβαί‐ νοντος δὲ τοῦ δεινοῦ, ἤδη μὲν ἐλαιοφανῆ καὶ ἐλαιόχροα καὶ ἐλαιώδη γίνεται.</w:t>
      </w:r>
    </w:p>
    <w:p>
      <w:r>
        <w:rPr>
          <w:rFonts w:ascii="Courier New" w:hAnsi="Courier New"/>
          <w:color w:val="555555"/>
          <w:sz w:val="20"/>
        </w:rPr>
        <w:t>[7 . 4 . 5]</w:t>
      </w:r>
    </w:p>
    <w:p>
      <w:r>
        <w:rPr>
          <w:rFonts w:ascii="Gentium Plus" w:hAnsi="Gentium Plus"/>
          <w:sz w:val="24"/>
        </w:rPr>
        <w:t>Κἂν ἤδη δὲ τὴν πιμελὴν ἐπινε‐ μηθὲν τὸ τοιαῦτον νόθον πῦρ τῆς σαρκός τε ἤδη καὶ τῶν στερεωτέρων ἅπτηται σωμάτων, ἐκεῖναι τῶν ὑποστάσεων φανοῦνται, ἃς ἐπὶ ἑκτικοῖς ἤδη καὶ μαρασμώδεσιν ἔφαμεν</w:t>
      </w:r>
    </w:p>
    <w:p>
      <w:r>
        <w:rPr>
          <w:rFonts w:ascii="Courier New" w:hAnsi="Courier New"/>
          <w:color w:val="555555"/>
          <w:sz w:val="20"/>
        </w:rPr>
        <w:t>[5]</w:t>
      </w:r>
    </w:p>
    <w:p>
      <w:r>
        <w:rPr>
          <w:rFonts w:ascii="Gentium Plus" w:hAnsi="Gentium Plus"/>
          <w:sz w:val="24"/>
        </w:rPr>
        <w:t>συνίστασθαι πυρετοῖς.</w:t>
      </w:r>
    </w:p>
    <w:p>
      <w:r>
        <w:rPr>
          <w:rFonts w:ascii="Courier New" w:hAnsi="Courier New"/>
          <w:color w:val="555555"/>
          <w:sz w:val="20"/>
        </w:rPr>
        <w:t>[7 . 4 . 6]</w:t>
      </w:r>
    </w:p>
    <w:p>
      <w:r>
        <w:rPr>
          <w:rFonts w:ascii="Gentium Plus" w:hAnsi="Gentium Plus"/>
          <w:sz w:val="24"/>
        </w:rPr>
        <w:t>Ὀροβοειδεῖς δὲ ὁ λόγος οἶδε καὶ πιτυρώδεις καὶ πεταλώδεις τε καὶ κριμνώδεις.</w:t>
      </w:r>
    </w:p>
    <w:p>
      <w:r>
        <w:rPr>
          <w:rFonts w:ascii="Courier New" w:hAnsi="Courier New"/>
          <w:color w:val="555555"/>
          <w:sz w:val="20"/>
        </w:rPr>
        <w:t>[7 . 4 . 7]</w:t>
      </w:r>
    </w:p>
    <w:p>
      <w:r>
        <w:rPr>
          <w:rFonts w:ascii="Gentium Plus" w:hAnsi="Gentium Plus"/>
          <w:sz w:val="24"/>
        </w:rPr>
        <w:t>Ψυ‐ χρὰν δὲ δυσκρασίαν δεξαμένης τῆς καρδίας μετρίως μὲν ἀλλοιωθείη ἂν τὰ οὖρα πρὸς τὸ λευκότερον χωροῦντα, ἔνωμα δὲ καὶ μέτρια τούτοις τὰ παρυφιστάμενα ἔσται.</w:t>
      </w:r>
    </w:p>
    <w:p>
      <w:r>
        <w:rPr>
          <w:rFonts w:ascii="Courier New" w:hAnsi="Courier New"/>
          <w:color w:val="555555"/>
          <w:sz w:val="20"/>
        </w:rPr>
        <w:t>[7 . 4 . 8]</w:t>
      </w:r>
    </w:p>
    <w:p>
      <w:r>
        <w:rPr>
          <w:rFonts w:ascii="Gentium Plus" w:hAnsi="Gentium Plus"/>
          <w:sz w:val="24"/>
        </w:rPr>
        <w:t>Τὰ μὲν γὰρ χρώματα ἀλλοιοῖντ’ ἂν ἴσως μετρίως, μήπω πάνυ συμπαθήσαντος τοῦ ἥπατος, τὰ δὲ παρυφιστάμενα ὠμά τε ἔσται καὶ μέτρία, τῆς ἐμφύτου μᾶλλον θερμότη‐ τος, ἥ δὴ καὶ πέττειν τε καὶ ἀλλοιοῦν πεπίστευται, μαραι‐</w:t>
      </w:r>
    </w:p>
    <w:p>
      <w:r>
        <w:rPr>
          <w:rFonts w:ascii="Courier New" w:hAnsi="Courier New"/>
          <w:color w:val="555555"/>
          <w:sz w:val="20"/>
        </w:rPr>
        <w:t>[5]</w:t>
      </w:r>
    </w:p>
    <w:p>
      <w:r>
        <w:rPr>
          <w:rFonts w:ascii="Gentium Plus" w:hAnsi="Gentium Plus"/>
          <w:sz w:val="24"/>
        </w:rPr>
        <w:t>νομένης τῇ γενομένῃ ψυχρότητι.</w:t>
      </w:r>
    </w:p>
    <w:p>
      <w:r>
        <w:rPr>
          <w:rFonts w:ascii="Courier New" w:hAnsi="Courier New"/>
          <w:color w:val="555555"/>
          <w:sz w:val="20"/>
        </w:rPr>
        <w:t>[7 . 4 . 9]</w:t>
      </w:r>
    </w:p>
    <w:p>
      <w:r>
        <w:rPr>
          <w:rFonts w:ascii="Gentium Plus" w:hAnsi="Gentium Plus"/>
          <w:sz w:val="24"/>
        </w:rPr>
        <w:t>Ἐπιταθείσης δ’ ἤδη τῆς ἐν αὐτῇ ψυχρότητος ἤδη μὲν μαραίνοιτ’ ἂν ἡ φυσική τε καὶ ἔμφυτος θερμότης, λευκὰ δὲ ἐπὶ τούτοις ἔσται καὶ λεπτὰ τὰ οὖρα καὶ ἀνυπόστατα, τοῦ δὲ δεινοῦ πάνυ κε‐</w:t>
      </w:r>
    </w:p>
    <w:p>
      <w:r>
        <w:rPr>
          <w:rFonts w:ascii="Courier New" w:hAnsi="Courier New"/>
          <w:color w:val="555555"/>
          <w:sz w:val="20"/>
        </w:rPr>
        <w:t>[5]</w:t>
      </w:r>
    </w:p>
    <w:p>
      <w:r>
        <w:rPr>
          <w:rFonts w:ascii="Gentium Plus" w:hAnsi="Gentium Plus"/>
          <w:sz w:val="24"/>
        </w:rPr>
        <w:t>κρατηκότος πελιδνά τε καὶ μέλανα τούτοις ἂν ἀποδοθείη τὰ παρυφιστάμενα, ἴσως δ’ ἂν καὶ δι’ ὅλου οὖρα μέλανα ὀφθείη, ἤτοι τοῦ μελαγχολικοῦ ἐκεῖσε διαδοθέντος χυμοῦ δι’ ἐσχάτην ἀτονίαν τῆς ἐμφύτου δυνάμεως, ἢ τῆς ψύξεως νέκρωσίν τινα παρεσχηκυίας.</w:t>
      </w:r>
    </w:p>
    <w:p>
      <w:r>
        <w:rPr>
          <w:rFonts w:ascii="Courier New" w:hAnsi="Courier New"/>
          <w:color w:val="555555"/>
          <w:sz w:val="20"/>
        </w:rPr>
        <w:t>[7 . 4 . 10]</w:t>
      </w:r>
    </w:p>
    <w:p>
      <w:r>
        <w:rPr>
          <w:rFonts w:ascii="Gentium Plus" w:hAnsi="Gentium Plus"/>
          <w:sz w:val="24"/>
        </w:rPr>
        <w:t>Μέλανα δ’ ἐπιθήσεις τοῖς οὔροις τῆς νεκρώσεως χρώματα. ἐνδέχεται γὰρ καὶ θάτερον ἐπιγεγονέναι.</w:t>
      </w:r>
    </w:p>
    <w:p>
      <w:r>
        <w:rPr>
          <w:rFonts w:ascii="Courier New" w:hAnsi="Courier New"/>
          <w:color w:val="555555"/>
          <w:sz w:val="20"/>
        </w:rPr>
        <w:t>[7 . 4 . 11]</w:t>
      </w:r>
    </w:p>
    <w:p>
      <w:r>
        <w:rPr>
          <w:rFonts w:ascii="Gentium Plus" w:hAnsi="Gentium Plus"/>
          <w:sz w:val="24"/>
        </w:rPr>
        <w:t>Τὸ μὲν γὰρ ἔσται τῇ τῆς ἀποκριτικῆς δυνάμεως ἐσχάτῃ ἀρρωστίᾳ, ἐπιρρεούσης ἐκεῖσε τῆς με‐ λαίνας χολῆς, ὅτε δὴ καὶ φόβοι καὶ δυσθυμίαι γένοιντ’ ἂν τἀνθρώπῳ καὶ θροῦς οὐ μέτριος· ἐκεῖνο δ’ αὖ τῆς ἄγαν</w:t>
      </w:r>
    </w:p>
    <w:p>
      <w:r>
        <w:rPr>
          <w:rFonts w:ascii="Courier New" w:hAnsi="Courier New"/>
          <w:color w:val="555555"/>
          <w:sz w:val="20"/>
        </w:rPr>
        <w:t>[5]</w:t>
      </w:r>
    </w:p>
    <w:p>
      <w:r>
        <w:rPr>
          <w:rFonts w:ascii="Gentium Plus" w:hAnsi="Gentium Plus"/>
          <w:sz w:val="24"/>
        </w:rPr>
        <w:t>ψυχρότητος ἐπισυναγούσης τὰ ὑγρὰ καὶ μέλανα ποιούσης καὶ μάλισθ’ ὅταν ἀποστραφεῖσα ᾖ ἡ λαμπρύνουσα τὰ οὖρα χροιά.</w:t>
      </w:r>
    </w:p>
    <w:p>
      <w:r>
        <w:rPr>
          <w:rFonts w:ascii="Courier New" w:hAnsi="Courier New"/>
          <w:color w:val="555555"/>
          <w:sz w:val="20"/>
        </w:rPr>
        <w:t>[7 . 4 . 12]</w:t>
      </w:r>
    </w:p>
    <w:p>
      <w:r>
        <w:rPr>
          <w:rFonts w:ascii="Gentium Plus" w:hAnsi="Gentium Plus"/>
          <w:sz w:val="24"/>
        </w:rPr>
        <w:t>Τοῦτο δὲ μαθεῖν ἔστι κἀπὶ τῶν ὁσημέραι φαι‐ νομένων νεφῶν. καὶ γὰρ ταῦτα κεκραμμένα μὲν ὄντα με‐ τρίως τὰ οἰκεῖα δείκνυσι χρώματα φωτιζόμενα, ἄγαν δὲ πυκνωθέντα μελαίνεται σκιερὰ μὲν πρώτως γινόμενα, τῇ</w:t>
      </w:r>
    </w:p>
    <w:p>
      <w:r>
        <w:rPr>
          <w:rFonts w:ascii="Courier New" w:hAnsi="Courier New"/>
          <w:color w:val="555555"/>
          <w:sz w:val="20"/>
        </w:rPr>
        <w:t>[5]</w:t>
      </w:r>
    </w:p>
    <w:p>
      <w:r>
        <w:rPr>
          <w:rFonts w:ascii="Gentium Plus" w:hAnsi="Gentium Plus"/>
          <w:sz w:val="24"/>
        </w:rPr>
        <w:t>ἐπιταθείσῃ δὲ τραχύτητι ἤδη καὶ μέλανα τοῦ χρόνου προ‐ ήκοντος.</w:t>
      </w:r>
    </w:p>
    <w:p>
      <w:r>
        <w:rPr>
          <w:rFonts w:ascii="Courier New" w:hAnsi="Courier New"/>
          <w:color w:val="555555"/>
          <w:sz w:val="20"/>
        </w:rPr>
        <w:t>[7 . 4 . 13]</w:t>
      </w:r>
    </w:p>
    <w:p>
      <w:r>
        <w:rPr>
          <w:rFonts w:ascii="Gentium Plus" w:hAnsi="Gentium Plus"/>
          <w:sz w:val="24"/>
        </w:rPr>
        <w:t>Καὶ ταῦτα μὲν οὕτως τῆς καρδίας διατε‐ θείσης γίνεται.</w:t>
      </w:r>
    </w:p>
    <w:p>
      <w:pPr>
        <w:jc w:val="center"/>
      </w:pPr>
      <w:r>
        <w:rPr>
          <w:rFonts w:ascii="Gentium Plus" w:hAnsi="Gentium Plus"/>
          <w:b/>
          <w:sz w:val="24"/>
        </w:rPr>
        <w:t>Κεφ. εʹ. Περὶ τῆς ἐκ τῶν οὔρων προγνώσεως τῆς κατὰ τὸν πνεύμονα ἀλλοιώσεως.</w:t>
      </w:r>
    </w:p>
    <w:p>
      <w:r>
        <w:rPr>
          <w:rFonts w:ascii="Courier New" w:hAnsi="Courier New"/>
          <w:color w:val="555555"/>
          <w:sz w:val="20"/>
        </w:rPr>
        <w:t>[7 . 5 . 1]</w:t>
      </w:r>
    </w:p>
    <w:p>
      <w:r>
        <w:rPr>
          <w:rFonts w:ascii="Gentium Plus" w:hAnsi="Gentium Plus"/>
          <w:sz w:val="24"/>
        </w:rPr>
        <w:t>Ἐπεὶ δὲ ὁ πνεύμων μετὰ τὴν καρδίαν ἑτοιμότε‐ ρον ἀλλοιοῦται καὶ τὰ οὖρα μεταβάλλει καθ’ οἱανδήτινα</w:t>
      </w:r>
    </w:p>
    <w:p>
      <w:r>
        <w:rPr>
          <w:rFonts w:ascii="Courier New" w:hAnsi="Courier New"/>
          <w:color w:val="555555"/>
          <w:sz w:val="20"/>
        </w:rPr>
        <w:t>[7 . 5 . 2]</w:t>
      </w:r>
    </w:p>
    <w:p>
      <w:r>
        <w:rPr>
          <w:rFonts w:ascii="Gentium Plus" w:hAnsi="Gentium Plus"/>
          <w:sz w:val="24"/>
        </w:rPr>
        <w:t>Καὶ δὴ κατὰ θερμὴν διατεθέντος δυσκρασίαν, μεταβληθείη μὲν ἂν ἀπὸ τῶν κατὰ φύσιν πρὸς τὸ πυρρὸν χωροῦντα, ἐπιταθείσης δὲ τῆς θερμότητος, προσεπιδοθείη ἂν καὶ τὰ χρώματα,</w:t>
      </w:r>
    </w:p>
    <w:p>
      <w:r>
        <w:rPr>
          <w:rFonts w:ascii="Courier New" w:hAnsi="Courier New"/>
          <w:color w:val="555555"/>
          <w:sz w:val="20"/>
        </w:rPr>
        <w:t>[5]</w:t>
      </w:r>
    </w:p>
    <w:p>
      <w:r>
        <w:rPr>
          <w:rFonts w:ascii="Gentium Plus" w:hAnsi="Gentium Plus"/>
          <w:sz w:val="24"/>
        </w:rPr>
        <w:t>ἐρυθρά τε καὶ οἰνωπὰ γινόμενα, μαρτυρήσουσι δ’ ἀπὸ τῶν ἐκτὸς αἵ τε δύσπνοιαι, καὶ αἱ δίψαι, καὶ αὐτῆς τῆς γλώτ‐ της ξηρότης τε καὶ μελανία.</w:t>
      </w:r>
    </w:p>
    <w:p>
      <w:r>
        <w:rPr>
          <w:rFonts w:ascii="Courier New" w:hAnsi="Courier New"/>
          <w:color w:val="555555"/>
          <w:sz w:val="20"/>
        </w:rPr>
        <w:t>[7 . 5 . 3]</w:t>
      </w:r>
    </w:p>
    <w:p>
      <w:r>
        <w:rPr>
          <w:rFonts w:ascii="Gentium Plus" w:hAnsi="Gentium Plus"/>
          <w:sz w:val="24"/>
        </w:rPr>
        <w:t>Κατὰ ψυχρὰν δὲ διατε‐ θέντος δυσκρασίαν, βραδύτεραι μὲν αἱ ἀναπνοαί, ὕστερον δὲ καὶ μικρότεραι καὶ ἄδιψοι οἱ κάμνοντες καὶ ψυχρὸν αἰσθόμενοι τὸν ἐπεισπνεόμενον ἀέρα καὶ βῆχα τούτοις</w:t>
      </w:r>
    </w:p>
    <w:p>
      <w:r>
        <w:rPr>
          <w:rFonts w:ascii="Courier New" w:hAnsi="Courier New"/>
          <w:color w:val="555555"/>
          <w:sz w:val="20"/>
        </w:rPr>
        <w:t>[5]</w:t>
      </w:r>
    </w:p>
    <w:p>
      <w:r>
        <w:rPr>
          <w:rFonts w:ascii="Gentium Plus" w:hAnsi="Gentium Plus"/>
          <w:sz w:val="24"/>
        </w:rPr>
        <w:t>μικρὰ ἐρεθίζουσι.</w:t>
      </w:r>
    </w:p>
    <w:p>
      <w:r>
        <w:rPr>
          <w:rFonts w:ascii="Courier New" w:hAnsi="Courier New"/>
          <w:color w:val="555555"/>
          <w:sz w:val="20"/>
        </w:rPr>
        <w:t>[7 . 5 . 4]</w:t>
      </w:r>
    </w:p>
    <w:p>
      <w:r>
        <w:rPr>
          <w:rFonts w:ascii="Gentium Plus" w:hAnsi="Gentium Plus"/>
          <w:sz w:val="24"/>
        </w:rPr>
        <w:t>Τὰ δ’ οὖρα τούτων πρὸς τὸ λευκὸν χωροῦντα, οὐ μέντοι ἐπιτεταμένως· θερμὸν γὰρ ὂν ἄλλως τὸ μόριον κἂν ἐπὶ βραχὺ τὰ οὖρα ἀλλοιώσῃ, πολλὴν τὴν ἐπιγεγονυῖαν ψύξιν δηλοῖ.</w:t>
      </w:r>
    </w:p>
    <w:p>
      <w:pPr>
        <w:jc w:val="center"/>
      </w:pPr>
      <w:r>
        <w:rPr>
          <w:rFonts w:ascii="Gentium Plus" w:hAnsi="Gentium Plus"/>
          <w:b/>
          <w:sz w:val="24"/>
        </w:rPr>
        <w:t>Κεφ. ϛʹ. Περὶ προγνώσεως οὔρων τῆς κατὰ τὸ ἥπαρ διαθέσεως.</w:t>
      </w:r>
    </w:p>
    <w:p>
      <w:r>
        <w:rPr>
          <w:rFonts w:ascii="Courier New" w:hAnsi="Courier New"/>
          <w:color w:val="555555"/>
          <w:sz w:val="20"/>
        </w:rPr>
        <w:t>[7 . 6 . 1]</w:t>
      </w:r>
    </w:p>
    <w:p>
      <w:r>
        <w:rPr>
          <w:rFonts w:ascii="Gentium Plus" w:hAnsi="Gentium Plus"/>
          <w:sz w:val="24"/>
        </w:rPr>
        <w:t>Ἥπατος δ’ ἐπὶ θερμῇ ἑαλωκότος δυσκρασίᾳ πυρρὰ μὲν καὶ ὑπέρυθρα ἤδη, ἐπιταθείσῃ δὲ λίαν οἰνωπά τε καὶ κυανά, καὶ βῆχες μᾶλλον ἐρεθίζουσι καὶ δίψαι τῶν κυρ‐ τῶν ἤδη φλεγμαίνοντος τοῦ ἥπατος, ὥσπερ ἔμετοι τῶν</w:t>
      </w:r>
    </w:p>
    <w:p>
      <w:r>
        <w:rPr>
          <w:rFonts w:ascii="Courier New" w:hAnsi="Courier New"/>
          <w:color w:val="555555"/>
          <w:sz w:val="20"/>
        </w:rPr>
        <w:t>[5]</w:t>
      </w:r>
    </w:p>
    <w:p>
      <w:r>
        <w:rPr>
          <w:rFonts w:ascii="Gentium Plus" w:hAnsi="Gentium Plus"/>
          <w:sz w:val="24"/>
        </w:rPr>
        <w:t>κοιλῶν κακῶς διατεθέντων τοῦ ἥπατος.</w:t>
      </w:r>
    </w:p>
    <w:p>
      <w:r>
        <w:rPr>
          <w:rFonts w:ascii="Courier New" w:hAnsi="Courier New"/>
          <w:color w:val="555555"/>
          <w:sz w:val="20"/>
        </w:rPr>
        <w:t>[7 . 6 . 2]</w:t>
      </w:r>
    </w:p>
    <w:p>
      <w:r>
        <w:rPr>
          <w:rFonts w:ascii="Gentium Plus" w:hAnsi="Gentium Plus"/>
          <w:sz w:val="24"/>
        </w:rPr>
        <w:t>Ψυχρὰ δ’ αὖ μετρίως μὲν ὠχρά τε καὶ ὕπωχρα, ἐπιτεινομένῃ δὲ καὶ λευκὰ καὶ παχέα δὲ τούτοις ἐνίοτε μετὰ λευκότητος δια‐ φαίνεται.</w:t>
      </w:r>
    </w:p>
    <w:p>
      <w:pPr>
        <w:jc w:val="center"/>
      </w:pPr>
      <w:r>
        <w:rPr>
          <w:rFonts w:ascii="Gentium Plus" w:hAnsi="Gentium Plus"/>
          <w:b/>
          <w:sz w:val="24"/>
        </w:rPr>
        <w:t>Κεφ. ζʹ. Περὶ προγνώσεως τῆς κατὰ τὸν ἐγκέφαλον διαθέσεως.</w:t>
      </w:r>
    </w:p>
    <w:p>
      <w:r>
        <w:rPr>
          <w:rFonts w:ascii="Courier New" w:hAnsi="Courier New"/>
          <w:color w:val="555555"/>
          <w:sz w:val="20"/>
        </w:rPr>
        <w:t>[7 . 7 . 1]</w:t>
      </w:r>
    </w:p>
    <w:p>
      <w:r>
        <w:rPr>
          <w:rFonts w:ascii="Gentium Plus" w:hAnsi="Gentium Plus"/>
          <w:sz w:val="24"/>
        </w:rPr>
        <w:t>Ἐγκεφάλου δὲ μετρίως μὲν θερμῶς διατεθέντος, πυρρά τε καὶ ὑπόξανθα πρὸς πλείονος δὲ καὶ ὥστε φλε‐ γμονὴν μελετᾶσθαι, οἰνωπά τε καὶ ὕφαιμα, τἀναντία δ’ αὖ ἑαλωκότι ψυχρότητι.</w:t>
      </w:r>
    </w:p>
    <w:p>
      <w:pPr>
        <w:jc w:val="center"/>
      </w:pPr>
      <w:r>
        <w:rPr>
          <w:rFonts w:ascii="Gentium Plus" w:hAnsi="Gentium Plus"/>
          <w:b/>
          <w:sz w:val="24"/>
        </w:rPr>
        <w:t>Κεφ. ηʹ. Περὶ προγνώσεως οὔρων τῆς κατὰ τὴν γαστέρα διαθέσεως.</w:t>
      </w:r>
    </w:p>
    <w:p>
      <w:r>
        <w:rPr>
          <w:rFonts w:ascii="Courier New" w:hAnsi="Courier New"/>
          <w:color w:val="555555"/>
          <w:sz w:val="20"/>
        </w:rPr>
        <w:t>[7 . 8 . 1]</w:t>
      </w:r>
    </w:p>
    <w:p>
      <w:r>
        <w:rPr>
          <w:rFonts w:ascii="Gentium Plus" w:hAnsi="Gentium Plus"/>
          <w:sz w:val="24"/>
        </w:rPr>
        <w:t>Γαστρὸς δὲ ἧττον αἱ μεταβολαὶ καὶ στομάχου τοῖς οὔροις περιπεπτωκότων δυσκρασίᾳ θερμῇ, ψυχρὰ μὲν ἑα‐ λωκότων δυσκρασία καὶ πάνυ λευκὰ γίνεται κατὰ τὸ μέ‐ τρον αὐτῆς, θερμότερα δ’ αὖ πυρρά τε καὶ ξανθά, ἐφ’ οἷς</w:t>
      </w:r>
    </w:p>
    <w:p>
      <w:r>
        <w:rPr>
          <w:rFonts w:ascii="Courier New" w:hAnsi="Courier New"/>
          <w:color w:val="555555"/>
          <w:sz w:val="20"/>
        </w:rPr>
        <w:t>[5]</w:t>
      </w:r>
    </w:p>
    <w:p>
      <w:r>
        <w:rPr>
          <w:rFonts w:ascii="Gentium Plus" w:hAnsi="Gentium Plus"/>
          <w:sz w:val="24"/>
        </w:rPr>
        <w:t>καρδιαλγίαι γένοιντ’ ἂν καὶ δίψαι καὶ χολῆς ἐνίοτε λεπτῆς τε καὶ ξανθῆς ἔμετοι, ἀποσιτίαι τε καὶ πικρότητες στόματος καὶ κεφαλῆς οὐ μέτριά τινα ἄλγη, ὥσπερ ἐπὶ τῇ ψυχρᾷ διαθέσει εὐόρεκτοι μὲν καὶ ἄδιψοι μετρίᾳ οὔσῃ, ἐπιτα‐ θείσῃ δὲ καὶ σκοτοδινιῶσι καὶ ἀκρατεῖς ἑαυτῶν γίνονται,</w:t>
      </w:r>
    </w:p>
    <w:p>
      <w:r>
        <w:rPr>
          <w:rFonts w:ascii="Courier New" w:hAnsi="Courier New"/>
          <w:color w:val="555555"/>
          <w:sz w:val="20"/>
        </w:rPr>
        <w:t>[10]</w:t>
      </w:r>
    </w:p>
    <w:p>
      <w:r>
        <w:rPr>
          <w:rFonts w:ascii="Gentium Plus" w:hAnsi="Gentium Plus"/>
          <w:sz w:val="24"/>
        </w:rPr>
        <w:t>ὥσπερ λειποψυχοῦντες καὶ παλμῶν αἰσθόμενοι τῆς καρ‐ δίας βρώματά τε καὶ πόματα ἀποστεφόμενοι.</w:t>
      </w:r>
    </w:p>
    <w:p>
      <w:r>
        <w:rPr>
          <w:rFonts w:ascii="Courier New" w:hAnsi="Courier New"/>
          <w:color w:val="555555"/>
          <w:sz w:val="20"/>
        </w:rPr>
        <w:t>[7 . 8 . 2]</w:t>
      </w:r>
    </w:p>
    <w:p>
      <w:r>
        <w:rPr>
          <w:rFonts w:ascii="Gentium Plus" w:hAnsi="Gentium Plus"/>
          <w:sz w:val="24"/>
        </w:rPr>
        <w:t>Ταῦτα μὲν οὖν ἐπὶ ψιλαῖς μᾶλλον ταῖς δυσκρασίαις εἴρηνται· ἂν δὲ καί τις ἐπιρρυεῖσα ὕλη τούτοις πᾶσι τοῖς ῥηθεῖσι ταῦτα ποιῇ, παχύνεται ὧδε τὰ οὖρα προϊόντα, καὶ τὰ παρυφι‐</w:t>
      </w:r>
    </w:p>
    <w:p>
      <w:r>
        <w:rPr>
          <w:rFonts w:ascii="Courier New" w:hAnsi="Courier New"/>
          <w:color w:val="555555"/>
          <w:sz w:val="20"/>
        </w:rPr>
        <w:t>[5]</w:t>
      </w:r>
    </w:p>
    <w:p>
      <w:r>
        <w:rPr>
          <w:rFonts w:ascii="Gentium Plus" w:hAnsi="Gentium Plus"/>
          <w:sz w:val="24"/>
        </w:rPr>
        <w:t>στάμενα δὲ τούτοις ἀθροώτερα φαίνεται, καὶ χρονιώτεραι δὲ αἱ ἐπὶ τούτοις νόσοι γίνονται, πέψεσι τῶν χυμῶν ἀπο‐ λυομένης τῆς νόσου.</w:t>
      </w:r>
    </w:p>
    <w:p>
      <w:r>
        <w:rPr>
          <w:rFonts w:ascii="Courier New" w:hAnsi="Courier New"/>
          <w:color w:val="555555"/>
          <w:sz w:val="20"/>
        </w:rPr>
        <w:t>[7 . 8 . 3]</w:t>
      </w:r>
    </w:p>
    <w:p>
      <w:r>
        <w:rPr>
          <w:rFonts w:ascii="Gentium Plus" w:hAnsi="Gentium Plus"/>
          <w:sz w:val="24"/>
        </w:rPr>
        <w:t>Ἀλλὰ ταῦτα μὲν αἵ τε πέψεις καὶ ἀπεψίαι καὶ οἱαιδήτινες μεταβολαὶ τῶν οὔρων διασαφη‐ νίσουσιν· ἡμεῖς δ’ ἑξῆς ἴωμεν τῷ λόγῳ.</w:t>
      </w:r>
    </w:p>
    <w:p>
      <w:pPr>
        <w:jc w:val="center"/>
      </w:pPr>
      <w:r>
        <w:rPr>
          <w:rFonts w:ascii="Gentium Plus" w:hAnsi="Gentium Plus"/>
          <w:b/>
          <w:sz w:val="24"/>
        </w:rPr>
        <w:t>Κεφ. θʹ. Περὶ προγνώσεως οὔρων τῆς κατὰ τὴν πλευρίτιν ἀκριβῆ καὶ νόθον.</w:t>
      </w:r>
    </w:p>
    <w:p>
      <w:r>
        <w:rPr>
          <w:rFonts w:ascii="Courier New" w:hAnsi="Courier New"/>
          <w:color w:val="555555"/>
          <w:sz w:val="20"/>
        </w:rPr>
        <w:t>[7 . 9 . 1]</w:t>
      </w:r>
    </w:p>
    <w:p>
      <w:r>
        <w:rPr>
          <w:rFonts w:ascii="Gentium Plus" w:hAnsi="Gentium Plus"/>
          <w:sz w:val="24"/>
        </w:rPr>
        <w:t>Πλευρίτιδος τοίνυν οὖρα ἐξ ἀρχῆς μὲν ὑπέρυθρα, προϊόντα δὲ καὶ ἐρυθρὰ καὶ οἰνωπὰ γίνονται καὶ παχύ‐ νονται καὶ ταῖς μεταβολαῖς δείκνυσι τὰ ἀποβησόμενα.</w:t>
      </w:r>
    </w:p>
    <w:p>
      <w:r>
        <w:rPr>
          <w:rFonts w:ascii="Courier New" w:hAnsi="Courier New"/>
          <w:color w:val="555555"/>
          <w:sz w:val="20"/>
        </w:rPr>
        <w:t>[7 . 9 . 2]</w:t>
      </w:r>
    </w:p>
    <w:p>
      <w:r>
        <w:rPr>
          <w:rFonts w:ascii="Gentium Plus" w:hAnsi="Gentium Plus"/>
          <w:sz w:val="24"/>
        </w:rPr>
        <w:t>Ψυχρῶν δὲ χυμῶν τὸ διάφραγμα διακναιόντων καὶ με‐ τρίαν μὲν πάνυ τὴν ὀδύνην ποιούντων, βραχυτάτην δὲ τὴν δύσπνοιαν τῷ τὸν θώρακα βαρύνεσθαι ὑπ’ αὐτῶν λευκά τε καὶ λεπτὰ καὶ αὖθις ἀναθολούμενά τε καὶ πα‐</w:t>
      </w:r>
    </w:p>
    <w:p>
      <w:r>
        <w:rPr>
          <w:rFonts w:ascii="Courier New" w:hAnsi="Courier New"/>
          <w:color w:val="555555"/>
          <w:sz w:val="20"/>
        </w:rPr>
        <w:t>[5]</w:t>
      </w:r>
    </w:p>
    <w:p>
      <w:r>
        <w:rPr>
          <w:rFonts w:ascii="Gentium Plus" w:hAnsi="Gentium Plus"/>
          <w:sz w:val="24"/>
        </w:rPr>
        <w:t>χυνόμενα.</w:t>
      </w:r>
    </w:p>
    <w:p>
      <w:pPr>
        <w:jc w:val="center"/>
      </w:pPr>
      <w:r>
        <w:rPr>
          <w:rFonts w:ascii="Gentium Plus" w:hAnsi="Gentium Plus"/>
          <w:b/>
          <w:sz w:val="24"/>
        </w:rPr>
        <w:t>Κεφ. ιʹ. Περὶ προγνώσεως οὔρων τῆς κατὰ τὸν σπλῆνα διαθέσεως.</w:t>
      </w:r>
    </w:p>
    <w:p>
      <w:r>
        <w:rPr>
          <w:rFonts w:ascii="Courier New" w:hAnsi="Courier New"/>
          <w:color w:val="555555"/>
          <w:sz w:val="20"/>
        </w:rPr>
        <w:t>[7 . 10 . 1]</w:t>
      </w:r>
    </w:p>
    <w:p>
      <w:r>
        <w:rPr>
          <w:rFonts w:ascii="Gentium Plus" w:hAnsi="Gentium Plus"/>
          <w:sz w:val="24"/>
        </w:rPr>
        <w:t>Σπλὴν δ’ ὑφ’ ὁποίας ἂν ἁλῷ δυσκρασίας καὶ τὰ ἐπ’ ἐκείνῃ χρώματα τῶν οὔρων δείκνυσι καὶ ῥᾳδίως μὲν ὑπὸ ψυχρῶν ἁλίσκεταί τε καὶ διαφαίνει ταῦτα, χρονίως δὲ ὑπὸ θερμῶν καὶ οὔπω λίαν διαφαίνει ταῦτα.</w:t>
      </w:r>
    </w:p>
    <w:p>
      <w:pPr>
        <w:jc w:val="center"/>
      </w:pPr>
      <w:r>
        <w:rPr>
          <w:rFonts w:ascii="Gentium Plus" w:hAnsi="Gentium Plus"/>
          <w:b/>
          <w:sz w:val="24"/>
        </w:rPr>
        <w:t>Κεφ. ιαʹ. Περὶ προγνώσεως οὔρων τῆς κατὰ τοὺς νεφροὺς καὶ κύστιν διαθέσεως.</w:t>
      </w:r>
    </w:p>
    <w:p>
      <w:r>
        <w:rPr>
          <w:rFonts w:ascii="Courier New" w:hAnsi="Courier New"/>
          <w:color w:val="555555"/>
          <w:sz w:val="20"/>
        </w:rPr>
        <w:t>[7 . 11 . 1]</w:t>
      </w:r>
    </w:p>
    <w:p>
      <w:r>
        <w:rPr>
          <w:rFonts w:ascii="Gentium Plus" w:hAnsi="Gentium Plus"/>
          <w:sz w:val="24"/>
        </w:rPr>
        <w:t>Νεφρῶν δὲ καὶ κύστεως τὰ παραπλήσια συμβαίη ἄν.</w:t>
      </w:r>
    </w:p>
    <w:p>
      <w:r>
        <w:rPr>
          <w:rFonts w:ascii="Courier New" w:hAnsi="Courier New"/>
          <w:color w:val="555555"/>
          <w:sz w:val="20"/>
        </w:rPr>
        <w:t>[7 . 11 . 2]</w:t>
      </w:r>
    </w:p>
    <w:p>
      <w:r>
        <w:rPr>
          <w:rFonts w:ascii="Gentium Plus" w:hAnsi="Gentium Plus"/>
          <w:sz w:val="24"/>
        </w:rPr>
        <w:t>Εἴρηταί γε μὴν καὶ περὶ τούτων ἐν τοῖς περὶ διαγνώσεως οὔρων λόγοις ἀκριβέστερον, καὶ τἄλλα δ’ ὅσα συμβαίνειν αὐτοῖς εἴωθεν, ἐκ τῶν ἤδη ῥηθέντων μανθά‐ νειν δεῖ.</w:t>
      </w:r>
    </w:p>
    <w:p>
      <w:r>
        <w:rPr>
          <w:rFonts w:ascii="Courier New" w:hAnsi="Courier New"/>
          <w:color w:val="555555"/>
          <w:sz w:val="20"/>
        </w:rPr>
        <w:t>[7 . 11 . 3]</w:t>
      </w:r>
    </w:p>
    <w:p>
      <w:r>
        <w:rPr>
          <w:rFonts w:ascii="Gentium Plus" w:hAnsi="Gentium Plus"/>
          <w:sz w:val="24"/>
        </w:rPr>
        <w:t>Ἐπεὶ δὲ ταῦτ’ οὐρητικὰ ἀγγεῖα τετύχηκεν ὄντα, ῥᾳδίως κἄν τι αὐτοῖς συμβαίη δείξωσιν, ἐκ προχεί‐ ρου τὸν τρόπον ἔχοντα τῆς ἀποδείξεως.</w:t>
      </w:r>
    </w:p>
    <w:p>
      <w:r>
        <w:rPr>
          <w:rFonts w:ascii="Courier New" w:hAnsi="Courier New"/>
          <w:color w:val="555555"/>
          <w:sz w:val="20"/>
        </w:rPr>
        <w:t>[7 . 11 . 4]</w:t>
      </w:r>
    </w:p>
    <w:p>
      <w:r>
        <w:rPr>
          <w:rFonts w:ascii="Gentium Plus" w:hAnsi="Gentium Plus"/>
          <w:sz w:val="24"/>
        </w:rPr>
        <w:t>Τὰ μὲν γὰρ ἄλλα τῶν μορίων μόνον ἀλλοιώσαντα σφοδρότερον τῇ οἰ‐ κείᾳ διαθέσει τὰ οὖρα οὐδέν τι ἕτερον διάδηλον ἐπιδεικνύ‐ ουσι σύμβολον, ὥστε κἄν τι ἀδρανὲς αὐτοῖς ἐπισυμβαίη</w:t>
      </w:r>
    </w:p>
    <w:p>
      <w:r>
        <w:rPr>
          <w:rFonts w:ascii="Courier New" w:hAnsi="Courier New"/>
          <w:color w:val="555555"/>
          <w:sz w:val="20"/>
        </w:rPr>
        <w:t>[5]</w:t>
      </w:r>
    </w:p>
    <w:p>
      <w:r>
        <w:rPr>
          <w:rFonts w:ascii="Gentium Plus" w:hAnsi="Gentium Plus"/>
          <w:sz w:val="24"/>
        </w:rPr>
        <w:t>πάθος, οὐκ ἂν προχείρως ἐν τοῖς οὔροις ὀφθείη.</w:t>
      </w:r>
    </w:p>
    <w:p>
      <w:r>
        <w:rPr>
          <w:rFonts w:ascii="Courier New" w:hAnsi="Courier New"/>
          <w:color w:val="555555"/>
          <w:sz w:val="20"/>
        </w:rPr>
        <w:t>[7 . 11 . 5]</w:t>
      </w:r>
    </w:p>
    <w:p>
      <w:r>
        <w:rPr>
          <w:rFonts w:ascii="Gentium Plus" w:hAnsi="Gentium Plus"/>
          <w:sz w:val="24"/>
        </w:rPr>
        <w:t>Ταῦτα δ’ ἐπείπερ ὕστατα τῶν ἄλλων ὄντα τὸν ἐπισυναγόμενον ὀρρὸν ὑποδέχονται καὶ τὰ αὐτῶν κἂν μέτρια ᾖ, ἐνίοτε ὑποδεικνύουσιν οἷόν τινα μισθὸν τοῦτο πλέον τῶν ἄλ‐</w:t>
      </w:r>
    </w:p>
    <w:p>
      <w:r>
        <w:rPr>
          <w:rFonts w:ascii="Courier New" w:hAnsi="Courier New"/>
          <w:color w:val="555555"/>
          <w:sz w:val="20"/>
        </w:rPr>
        <w:t>[5]</w:t>
      </w:r>
    </w:p>
    <w:p>
      <w:r>
        <w:rPr>
          <w:rFonts w:ascii="Gentium Plus" w:hAnsi="Gentium Plus"/>
          <w:sz w:val="24"/>
        </w:rPr>
        <w:t>λων ἀπειληφότα μορίων ὑπὲρ τῆς τοιαύτης διακονίας τῆς φύσεως.</w:t>
      </w:r>
    </w:p>
    <w:p>
      <w:pPr>
        <w:jc w:val="center"/>
      </w:pPr>
      <w:r>
        <w:rPr>
          <w:rFonts w:ascii="Gentium Plus" w:hAnsi="Gentium Plus"/>
          <w:b/>
          <w:sz w:val="24"/>
        </w:rPr>
        <w:t>Κεφ. ιβʹ. Περὶ προγνώσεως οὔρων τῆς κατὰ τὸ κῶλον καὶ τὰ ἔντερα διαθέσεως.</w:t>
      </w:r>
    </w:p>
    <w:p>
      <w:r>
        <w:rPr>
          <w:rFonts w:ascii="Courier New" w:hAnsi="Courier New"/>
          <w:color w:val="555555"/>
          <w:sz w:val="20"/>
        </w:rPr>
        <w:t>[7 . 12 . 1]</w:t>
      </w:r>
    </w:p>
    <w:p>
      <w:r>
        <w:rPr>
          <w:rFonts w:ascii="Gentium Plus" w:hAnsi="Gentium Plus"/>
          <w:sz w:val="24"/>
        </w:rPr>
        <w:t>Κώλου γε μὴν φλεγμαίνοντος καὶ ἐντέρων κατ’ ἐκεῖνα ἂν ἐπιχρωσθείη, ὅσα τῷ φυσικῷ θερμῷ δηλαδὴ μᾶλλον ἐπικεκοινώνηκε, ψυχρῇ δ’ ἑαλωκότων δυσκρασίᾳ καὶ τοιούτου αὐτοῖς ἐπιρρυέντος χυμοῦ, λευκὰ καὶ ὑδα‐</w:t>
      </w:r>
    </w:p>
    <w:p>
      <w:r>
        <w:rPr>
          <w:rFonts w:ascii="Courier New" w:hAnsi="Courier New"/>
          <w:color w:val="555555"/>
          <w:sz w:val="20"/>
        </w:rPr>
        <w:t>[5]</w:t>
      </w:r>
    </w:p>
    <w:p>
      <w:r>
        <w:rPr>
          <w:rFonts w:ascii="Gentium Plus" w:hAnsi="Gentium Plus"/>
          <w:sz w:val="24"/>
        </w:rPr>
        <w:t>τώδη, καὶ εἴ τις εἴη ἔμφραξις ἐπὶ κώλῳ ἀνυπόστατα.</w:t>
      </w:r>
    </w:p>
    <w:p>
      <w:r>
        <w:rPr>
          <w:rFonts w:ascii="Courier New" w:hAnsi="Courier New"/>
          <w:color w:val="555555"/>
          <w:sz w:val="20"/>
        </w:rPr>
        <w:t>[7 . 12 . 2]</w:t>
      </w:r>
    </w:p>
    <w:p>
      <w:r>
        <w:rPr>
          <w:rFonts w:ascii="Gentium Plus" w:hAnsi="Gentium Plus"/>
          <w:sz w:val="24"/>
        </w:rPr>
        <w:t>Ἐπὶ δ’ ἐντέρων παχύνεται πολλάκις γάλακτι ἐοικότα καὶ τοῦ δεινοῦ προβαίνοντος καὶ διαχωρήματα πλείω πρό‐ εισι καὶ ὠμότερα· νυνὶ δὲ λείπεται καὶ περὶ μήτρας φάναι.</w:t>
      </w:r>
    </w:p>
    <w:p>
      <w:pPr>
        <w:jc w:val="center"/>
      </w:pPr>
      <w:r>
        <w:rPr>
          <w:rFonts w:ascii="Gentium Plus" w:hAnsi="Gentium Plus"/>
          <w:b/>
          <w:sz w:val="24"/>
        </w:rPr>
        <w:t>Κεφ. ιγʹ. Περὶ προγνώσεως οὔρων τῆς κατὰ τὴν μήτραν καὶ τὸν ἀρχὸν διαθέσεως.</w:t>
      </w:r>
    </w:p>
    <w:p>
      <w:r>
        <w:rPr>
          <w:rFonts w:ascii="Courier New" w:hAnsi="Courier New"/>
          <w:color w:val="555555"/>
          <w:sz w:val="20"/>
        </w:rPr>
        <w:t>[7 . 13 . 1]</w:t>
      </w:r>
    </w:p>
    <w:p>
      <w:r>
        <w:rPr>
          <w:rFonts w:ascii="Gentium Plus" w:hAnsi="Gentium Plus"/>
          <w:sz w:val="24"/>
        </w:rPr>
        <w:t>Τῆς τοίνυν μήτρας, καιρίου μὲν οὐ πάνυ ὄντος μορίου, τὰ μάλιστα δ’ ἀλλοιοῦντος τὸ ἅπαν σῶμα τῷ ἑα‐ λωκέναι τινὶ δυσκρασίᾳ παραπλήσια γοῦν καὶ ὧδε τὰ οὖρα τῷ χρόνῳ ἐπισυμβαίη ἂν ταῖς μὴ κατὰ τὰ λοιπὰ τῶν μὴ</w:t>
      </w:r>
    </w:p>
    <w:p>
      <w:r>
        <w:rPr>
          <w:rFonts w:ascii="Courier New" w:hAnsi="Courier New"/>
          <w:color w:val="555555"/>
          <w:sz w:val="20"/>
        </w:rPr>
        <w:t>[5]</w:t>
      </w:r>
    </w:p>
    <w:p>
      <w:r>
        <w:rPr>
          <w:rFonts w:ascii="Gentium Plus" w:hAnsi="Gentium Plus"/>
          <w:sz w:val="24"/>
        </w:rPr>
        <w:t>πάνυ καιρίων μορίων δυσκρασίαις.</w:t>
      </w:r>
    </w:p>
    <w:p>
      <w:r>
        <w:rPr>
          <w:rFonts w:ascii="Courier New" w:hAnsi="Courier New"/>
          <w:color w:val="555555"/>
          <w:sz w:val="20"/>
        </w:rPr>
        <w:t>[7 . 13 . 2]</w:t>
      </w:r>
    </w:p>
    <w:p>
      <w:r>
        <w:rPr>
          <w:rFonts w:ascii="Gentium Plus" w:hAnsi="Gentium Plus"/>
          <w:sz w:val="24"/>
        </w:rPr>
        <w:t>Πύου δ’ ἐν αὐτῇ γεγονότος ὑφ’ οἱασδήτινος αἰτίας πάνυ μὲν μετρίου ὄντος οὐδ’ ἐπίδηλον τοῦτο ἔσται τοῖς οὔροις, πλησιάσαντος δὲ συνδιαδίδοται μὲν τῇ κύστει τὸ πῦον.</w:t>
      </w:r>
    </w:p>
    <w:p>
      <w:r>
        <w:rPr>
          <w:rFonts w:ascii="Courier New" w:hAnsi="Courier New"/>
          <w:color w:val="555555"/>
          <w:sz w:val="20"/>
        </w:rPr>
        <w:t>[7 . 13 . 3]</w:t>
      </w:r>
    </w:p>
    <w:p>
      <w:r>
        <w:rPr>
          <w:rFonts w:ascii="Gentium Plus" w:hAnsi="Gentium Plus"/>
          <w:sz w:val="24"/>
        </w:rPr>
        <w:t>Ἐπιφαίνεται δ’</w:t>
      </w:r>
    </w:p>
    <w:p>
      <w:r>
        <w:rPr>
          <w:rFonts w:ascii="Courier New" w:hAnsi="Courier New"/>
          <w:color w:val="555555"/>
          <w:sz w:val="20"/>
        </w:rPr>
        <w:t>[7 . 13 . 4]</w:t>
      </w:r>
    </w:p>
    <w:p>
      <w:r>
        <w:rPr>
          <w:rFonts w:ascii="Gentium Plus" w:hAnsi="Gentium Plus"/>
          <w:sz w:val="24"/>
        </w:rPr>
        <w:t>Διαγνοίης δ’ ἂν εἰ μὴ μᾶλλον κύστεως εἴη, ἔν τε τῷ ῥᾳδίως προΐεσθαι τὸ οὖρον καὶ μηδοτιοῦν τὴν κύστιν ἀλγεῖν.</w:t>
      </w:r>
    </w:p>
    <w:p>
      <w:r>
        <w:rPr>
          <w:rFonts w:ascii="Courier New" w:hAnsi="Courier New"/>
          <w:color w:val="555555"/>
          <w:sz w:val="20"/>
        </w:rPr>
        <w:t>[7 . 13 . 5]</w:t>
      </w:r>
    </w:p>
    <w:p>
      <w:r>
        <w:rPr>
          <w:rFonts w:ascii="Gentium Plus" w:hAnsi="Gentium Plus"/>
          <w:sz w:val="24"/>
        </w:rPr>
        <w:t>Τῶν γε μὴν ἐπιμηνίων ἐπισχεθέν‐ των ἀλόγως, ἑνὸς μὲν ἤδη μηνὸς παρωχηκότος συνεπι‐ φαίνεται τοῖς παρυφισταμένοις καί τινα συνεπινηχόμενα ἐρυθρὰ ψήγματα, προϊούσης δὲ τῆς ἐπισχέσεως καὶ ταῦτα</w:t>
      </w:r>
    </w:p>
    <w:p>
      <w:r>
        <w:rPr>
          <w:rFonts w:ascii="Courier New" w:hAnsi="Courier New"/>
          <w:color w:val="555555"/>
          <w:sz w:val="20"/>
        </w:rPr>
        <w:t>[5]</w:t>
      </w:r>
    </w:p>
    <w:p>
      <w:r>
        <w:rPr>
          <w:rFonts w:ascii="Gentium Plus" w:hAnsi="Gentium Plus"/>
          <w:sz w:val="24"/>
        </w:rPr>
        <w:t>πλείω φαίνεται καὶ παχύτερα.</w:t>
      </w:r>
    </w:p>
    <w:p>
      <w:r>
        <w:rPr>
          <w:rFonts w:ascii="Courier New" w:hAnsi="Courier New"/>
          <w:color w:val="555555"/>
          <w:sz w:val="20"/>
        </w:rPr>
        <w:t>[7 . 13 . 6]</w:t>
      </w:r>
    </w:p>
    <w:p>
      <w:r>
        <w:rPr>
          <w:rFonts w:ascii="Gentium Plus" w:hAnsi="Gentium Plus"/>
          <w:sz w:val="24"/>
        </w:rPr>
        <w:t>Ἀλλ’ ἐπειδὰν ἤδη καὶ τρίτος ᾖ μήν, ταῦτά γε πλείω καὶ ἁδρότερα φαίνεται καὶ τὸ χρῶμα ἤδη τοῦ οὔρου πρός γε τὸ ὑπέρυθρον καὶ ἔτι τὸ ἐρυθρὸν πρόεισιν.</w:t>
      </w:r>
    </w:p>
    <w:p>
      <w:r>
        <w:rPr>
          <w:rFonts w:ascii="Courier New" w:hAnsi="Courier New"/>
          <w:color w:val="555555"/>
          <w:sz w:val="20"/>
        </w:rPr>
        <w:t>[7 . 13 . 7]</w:t>
      </w:r>
    </w:p>
    <w:p>
      <w:r>
        <w:rPr>
          <w:rFonts w:ascii="Gentium Plus" w:hAnsi="Gentium Plus"/>
          <w:sz w:val="24"/>
        </w:rPr>
        <w:t>Ἀλλ’ ἵνα τῷ μὲν λόγῳ χάρις τις ᾖ μεταβαλλομένῳ, πίστις δ’ οὐκ ὀλίγη τῶν λεγομένων, καὶ ταύτην ἐπιθήσωμεν τὴν ἱστορίαν τῷ λόγῳ λυσιτελοῦσαν οἶμαι τοῖς περὶ τὰ τοιαῦτα σπουδαίοις.</w:t>
      </w:r>
    </w:p>
    <w:p>
      <w:r>
        <w:rPr>
          <w:rFonts w:ascii="Courier New" w:hAnsi="Courier New"/>
          <w:color w:val="555555"/>
          <w:sz w:val="20"/>
        </w:rPr>
        <w:t>[7 . 13 . 8]</w:t>
      </w:r>
    </w:p>
    <w:p>
      <w:r>
        <w:rPr>
          <w:rFonts w:ascii="Gentium Plus" w:hAnsi="Gentium Plus"/>
          <w:sz w:val="24"/>
        </w:rPr>
        <w:t>Γυνή τις τῶν μαλακῶν καὶ πλουσίων, παῖδας τρεῖς ἢ τέτταρας τετοκυῖα καὶ τῶν τριῶν κομιδῇ νηπίων ἀποιχομένων, ἑνὸς παιδὸς ἠκούετο μήτηρ καὶ χρόνων μὲν παραρρυέντων συχνῶν,</w:t>
      </w:r>
    </w:p>
    <w:p>
      <w:r>
        <w:rPr>
          <w:rFonts w:ascii="Courier New" w:hAnsi="Courier New"/>
          <w:color w:val="555555"/>
          <w:sz w:val="20"/>
        </w:rPr>
        <w:t>[5]</w:t>
      </w:r>
    </w:p>
    <w:p>
      <w:r>
        <w:rPr>
          <w:rFonts w:ascii="Gentium Plus" w:hAnsi="Gentium Plus"/>
          <w:sz w:val="24"/>
        </w:rPr>
        <w:t>αὐτῆς δὲ κινδυνευούσης ὑφ’ ἑνὶ μόνῳ παιδὶ τὰς ἐλπίδας ἐν ἀπρούπτῳ σαλεύειν.</w:t>
      </w:r>
    </w:p>
    <w:p>
      <w:r>
        <w:rPr>
          <w:rFonts w:ascii="Courier New" w:hAnsi="Courier New"/>
          <w:color w:val="555555"/>
          <w:sz w:val="20"/>
        </w:rPr>
        <w:t>[7 . 13 . 9]</w:t>
      </w:r>
    </w:p>
    <w:p>
      <w:r>
        <w:rPr>
          <w:rFonts w:ascii="Gentium Plus" w:hAnsi="Gentium Plus"/>
          <w:sz w:val="24"/>
        </w:rPr>
        <w:t>Ἐδεδίει γὰρ μή πως καὶ αὐτῷ θανάτου κοινωνήσαντι ἀλλοτρίοις ἡ οὐσία διαδοθείη.</w:t>
      </w:r>
    </w:p>
    <w:p>
      <w:r>
        <w:rPr>
          <w:rFonts w:ascii="Courier New" w:hAnsi="Courier New"/>
          <w:color w:val="555555"/>
          <w:sz w:val="20"/>
        </w:rPr>
        <w:t>[7 . 13 . 10]</w:t>
      </w:r>
    </w:p>
    <w:p>
      <w:r>
        <w:rPr>
          <w:rFonts w:ascii="Gentium Plus" w:hAnsi="Gentium Plus"/>
          <w:sz w:val="24"/>
        </w:rPr>
        <w:t>Ἦν γὰρ καὶ ἑτέρους, ὡς εἴρηται, προαποβεβληκυῖα, ἐζήτει τρόπον πῶς ἂν ἕτερον τέκῃ παῖδα καὶ τὰς ἐλπίδας σώῃ κινδυνευούσας διαρρυῆναι.</w:t>
      </w:r>
    </w:p>
    <w:p>
      <w:r>
        <w:rPr>
          <w:rFonts w:ascii="Courier New" w:hAnsi="Courier New"/>
          <w:color w:val="555555"/>
          <w:sz w:val="20"/>
        </w:rPr>
        <w:t>[7 . 13 . 11]</w:t>
      </w:r>
    </w:p>
    <w:p>
      <w:r>
        <w:rPr>
          <w:rFonts w:ascii="Gentium Plus" w:hAnsi="Gentium Plus"/>
          <w:sz w:val="24"/>
        </w:rPr>
        <w:t>Οἷα τοίνυν εἰκὸς γυ‐ ναιξὶ τὸ πάθος ὁμολογοῦσα καὶ τὴν λύσιν ἐπιζητοῦσα ἔφασκόν τινες ταύτην.</w:t>
      </w:r>
    </w:p>
    <w:p>
      <w:r>
        <w:rPr>
          <w:rFonts w:ascii="Courier New" w:hAnsi="Courier New"/>
          <w:color w:val="555555"/>
          <w:sz w:val="20"/>
        </w:rPr>
        <w:t>[7 . 13 . 12]</w:t>
      </w:r>
    </w:p>
    <w:p>
      <w:r>
        <w:rPr>
          <w:rFonts w:ascii="Gentium Plus" w:hAnsi="Gentium Plus"/>
          <w:sz w:val="24"/>
        </w:rPr>
        <w:t>Εἴ τις ἐπιγένηται τῶν ἐπιμη‐ νίων ἐπίσχεσις—ἦν γὰρ αὐτῇ καὶ πλείω τοῦ δέοντος ἰόντα ταῦτα—εἴτε οὖν τέχνῃ εἴτε καὶ τύχῃ, τοῦτο γὰρ οὐκ ἐπυθόμην ἀκριβῶς, ἐπεσχέθη αὐτῆς τὰ ἐπιμὴνια καὶ</w:t>
      </w:r>
    </w:p>
    <w:p>
      <w:r>
        <w:rPr>
          <w:rFonts w:ascii="Courier New" w:hAnsi="Courier New"/>
          <w:color w:val="555555"/>
          <w:sz w:val="20"/>
        </w:rPr>
        <w:t>[5]</w:t>
      </w:r>
    </w:p>
    <w:p>
      <w:r>
        <w:rPr>
          <w:rFonts w:ascii="Gentium Plus" w:hAnsi="Gentium Plus"/>
          <w:sz w:val="24"/>
        </w:rPr>
        <w:t>τοκετοῦ αὐτὴν ἐλπὶς ὑπέσαινε.</w:t>
      </w:r>
    </w:p>
    <w:p>
      <w:r>
        <w:rPr>
          <w:rFonts w:ascii="Courier New" w:hAnsi="Courier New"/>
          <w:color w:val="555555"/>
          <w:sz w:val="20"/>
        </w:rPr>
        <w:t>[7 . 13 . 13]</w:t>
      </w:r>
    </w:p>
    <w:p>
      <w:r>
        <w:rPr>
          <w:rFonts w:ascii="Gentium Plus" w:hAnsi="Gentium Plus"/>
          <w:sz w:val="24"/>
        </w:rPr>
        <w:t>Δεύτερος μὲν οὖν μὴν καὶ ἡ γυνὴ μετρίως πως ἐταράττετο, ἀθροιζομένου μὲν περὶ τὴν μήτραν τοῦ αἵματος, μήπω δὲ χώραν εἰς τὴν ἔξοδον ἔχοντος, ἡ δ’ ᾤετο τὰ συμβαίνοντα τοῦ τοκετοῦ</w:t>
      </w:r>
    </w:p>
    <w:p>
      <w:r>
        <w:rPr>
          <w:rFonts w:ascii="Courier New" w:hAnsi="Courier New"/>
          <w:color w:val="555555"/>
          <w:sz w:val="20"/>
        </w:rPr>
        <w:t>[5]</w:t>
      </w:r>
    </w:p>
    <w:p>
      <w:r>
        <w:rPr>
          <w:rFonts w:ascii="Gentium Plus" w:hAnsi="Gentium Plus"/>
          <w:sz w:val="24"/>
        </w:rPr>
        <w:t>τυγχάνειν, ὡς ἐῴκει, σύμβολα, ἐπεὶ κἀν ταῖς ἀρχαῖς τῶν τοκετῶν τὰ παραπλήσια συμβαίνειν εἴωθε.</w:t>
      </w:r>
    </w:p>
    <w:p>
      <w:r>
        <w:rPr>
          <w:rFonts w:ascii="Courier New" w:hAnsi="Courier New"/>
          <w:color w:val="555555"/>
          <w:sz w:val="20"/>
        </w:rPr>
        <w:t>[7 . 13 . 14]</w:t>
      </w:r>
    </w:p>
    <w:p>
      <w:r>
        <w:rPr>
          <w:rFonts w:ascii="Gentium Plus" w:hAnsi="Gentium Plus"/>
          <w:sz w:val="24"/>
        </w:rPr>
        <w:t>Τρίτος ἤδη μὴν καὶ τὰ δεινὰ προυχώρει.</w:t>
      </w:r>
    </w:p>
    <w:p>
      <w:r>
        <w:rPr>
          <w:rFonts w:ascii="Courier New" w:hAnsi="Courier New"/>
          <w:color w:val="555555"/>
          <w:sz w:val="20"/>
        </w:rPr>
        <w:t>[7 . 13 . 15]</w:t>
      </w:r>
    </w:p>
    <w:p>
      <w:r>
        <w:rPr>
          <w:rFonts w:ascii="Gentium Plus" w:hAnsi="Gentium Plus"/>
          <w:sz w:val="24"/>
        </w:rPr>
        <w:t>Ἐπεὶ δὲ καὶ τέ‐ ταρτος ἧκε μήν, ὅτε ταῖς τετοκυίαις, κἄν τι προσῇ λυπη‐</w:t>
      </w:r>
    </w:p>
    <w:p>
      <w:r>
        <w:rPr>
          <w:rFonts w:ascii="Courier New" w:hAnsi="Courier New"/>
          <w:color w:val="555555"/>
          <w:sz w:val="20"/>
        </w:rPr>
        <w:t>[7 . 13 . 16]</w:t>
      </w:r>
    </w:p>
    <w:p>
      <w:r>
        <w:rPr>
          <w:rFonts w:ascii="Gentium Plus" w:hAnsi="Gentium Plus"/>
          <w:sz w:val="24"/>
        </w:rPr>
        <w:t>Περί που τοίνυν τὸν πέμ‐ πτον μῆνα πυθόμενος τὸ τὴν γυναῖκα κατέχον πάθος— ἦν δὲ τῶν πάνυ γνωρίμων—ἐκεῖσε δὴ καὶ ᾠχόμην καὶ ὑπτίαν εἰσιὼν αὐτὴν ἑώρακα ἐπὶ κλίνης κειμένην.</w:t>
      </w:r>
    </w:p>
    <w:p>
      <w:r>
        <w:rPr>
          <w:rFonts w:ascii="Courier New" w:hAnsi="Courier New"/>
          <w:color w:val="555555"/>
          <w:sz w:val="20"/>
        </w:rPr>
        <w:t>[7 . 13 . 17]</w:t>
      </w:r>
    </w:p>
    <w:p>
      <w:r>
        <w:rPr>
          <w:rFonts w:ascii="Gentium Plus" w:hAnsi="Gentium Plus"/>
          <w:sz w:val="24"/>
        </w:rPr>
        <w:t>Προσ‐ αγορεύσας δ’ ἠρόμην τε ὅπως ἔχει καὶ τοῦ σφυγμοῦ ἡπτό‐ μην. ἡ δ’ ὑπισχνᾷ μὲν καὶ λεπτῇ πάνυ τῇ φωνῇ ἀπεκρί‐ νατο.</w:t>
      </w:r>
    </w:p>
    <w:p>
      <w:r>
        <w:rPr>
          <w:rFonts w:ascii="Courier New" w:hAnsi="Courier New"/>
          <w:color w:val="555555"/>
          <w:sz w:val="20"/>
        </w:rPr>
        <w:t>[7 . 13 . 18]</w:t>
      </w:r>
    </w:p>
    <w:p>
      <w:r>
        <w:rPr>
          <w:rFonts w:ascii="Gentium Plus" w:hAnsi="Gentium Plus"/>
          <w:sz w:val="24"/>
        </w:rPr>
        <w:t>Σφυγμοὶ δέ οἱ πάνυ λεπτοὶ καὶ ἀνώμαλοι ἦσαν, ἤδη νικωμένης τῆς ἐμφύτου δυνάμεως. χροιὰ δὲ σιδιοειδὴς καὶ πρὸς τὸ τῶν ἰκτεριώντων οἷον ἀπεστραμμένη χρῶμα, ἰσχνὰ δὲ πάνυ, ὅσα περὶ τὸ πρόσωπον καὶ τὰς χεῖρας καὶ</w:t>
      </w:r>
    </w:p>
    <w:p>
      <w:r>
        <w:rPr>
          <w:rFonts w:ascii="Courier New" w:hAnsi="Courier New"/>
          <w:color w:val="555555"/>
          <w:sz w:val="20"/>
        </w:rPr>
        <w:t>[5]</w:t>
      </w:r>
    </w:p>
    <w:p>
      <w:r>
        <w:rPr>
          <w:rFonts w:ascii="Gentium Plus" w:hAnsi="Gentium Plus"/>
          <w:sz w:val="24"/>
        </w:rPr>
        <w:t>αὐτοὺς τοὺς ὤμους ἐτύγχανε μέχρις αὐτοῦ τοῦ στήθους. ἡ δὲ γαστὴρ αὐτῆς καὶ μάλα ἐξωδηκυῖα ἦν.</w:t>
      </w:r>
    </w:p>
    <w:p>
      <w:r>
        <w:rPr>
          <w:rFonts w:ascii="Courier New" w:hAnsi="Courier New"/>
          <w:color w:val="555555"/>
          <w:sz w:val="20"/>
        </w:rPr>
        <w:t>[7 . 13 . 19]</w:t>
      </w:r>
    </w:p>
    <w:p>
      <w:r>
        <w:rPr>
          <w:rFonts w:ascii="Gentium Plus" w:hAnsi="Gentium Plus"/>
          <w:sz w:val="24"/>
        </w:rPr>
        <w:t>Ἐπεὶ δ’ ἐδέησε καὶ οὖρα ὄψεσθαι, λεπτὰ μὲν ταῦτα καὶ μετρίως μοι διεφαίνετο ὕφαιμα, παρυφιστάμενα δ’ ὑφίζανεν αὐ‐ τοῖς πρὸς τῷ πυθμένι τῆς ἀμίδος πάνυ ἐρυθρὰ καὶ οἷον</w:t>
      </w:r>
    </w:p>
    <w:p>
      <w:r>
        <w:rPr>
          <w:rFonts w:ascii="Courier New" w:hAnsi="Courier New"/>
          <w:color w:val="555555"/>
          <w:sz w:val="20"/>
        </w:rPr>
        <w:t>[5]</w:t>
      </w:r>
    </w:p>
    <w:p>
      <w:r>
        <w:rPr>
          <w:rFonts w:ascii="Gentium Plus" w:hAnsi="Gentium Plus"/>
          <w:sz w:val="24"/>
        </w:rPr>
        <w:t>κριμνώδη.</w:t>
      </w:r>
    </w:p>
    <w:p>
      <w:r>
        <w:rPr>
          <w:rFonts w:ascii="Courier New" w:hAnsi="Courier New"/>
          <w:color w:val="555555"/>
          <w:sz w:val="20"/>
        </w:rPr>
        <w:t>[7 . 13 . 20]</w:t>
      </w:r>
    </w:p>
    <w:p>
      <w:r>
        <w:rPr>
          <w:rFonts w:ascii="Gentium Plus" w:hAnsi="Gentium Plus"/>
          <w:sz w:val="24"/>
        </w:rPr>
        <w:t>Καὶ τότε μὲν οὐχ οἷός τε ἦν ῥᾳδίως δια‐ γνῶναι τὸ πάθος πάνυ προσομιλήσας βραχείαις βίβλοις ἰατρῶν καὶ ταῦτα μηδὲ τῶν ἐκεῖσε θαμιζόντων τινὸς συν‐ ιέντος τοῦ πάθους, ὕδρωπα δ’ οἰομένων.</w:t>
      </w:r>
    </w:p>
    <w:p>
      <w:r>
        <w:rPr>
          <w:rFonts w:ascii="Courier New" w:hAnsi="Courier New"/>
          <w:color w:val="555555"/>
          <w:sz w:val="20"/>
        </w:rPr>
        <w:t>[7 . 13 . 21]</w:t>
      </w:r>
    </w:p>
    <w:p>
      <w:r>
        <w:rPr>
          <w:rFonts w:ascii="Gentium Plus" w:hAnsi="Gentium Plus"/>
          <w:sz w:val="24"/>
        </w:rPr>
        <w:t>Ἐπεὶ δὲ περὶ γυναικείων παθῶν μετὰ οὐ πολὺ βίβλους ἀναγνοὺς ἐπαιδευόμην ὅσον κακὸν ἐπέχεσθαι τὰ ἐπιμήνια πέφυκε, προακηκοὼς δὲ τῇ γυναικὶ ταύτῃ ἐπισχεθέντα τὰ ἐπιμή‐</w:t>
      </w:r>
    </w:p>
    <w:p>
      <w:r>
        <w:rPr>
          <w:rFonts w:ascii="Courier New" w:hAnsi="Courier New"/>
          <w:color w:val="555555"/>
          <w:sz w:val="20"/>
        </w:rPr>
        <w:t>[5]</w:t>
      </w:r>
    </w:p>
    <w:p>
      <w:r>
        <w:rPr>
          <w:rFonts w:ascii="Gentium Plus" w:hAnsi="Gentium Plus"/>
          <w:sz w:val="24"/>
        </w:rPr>
        <w:t>νια, εἶθ’ οὕτως καὶ τὰ οὖρα συνελογιζόμην, ἐκεῖνα κατὰ λόγον εἰκότα τοιαῦτα ἀποδοθῆναι, τῇ μὲν τοσαύτῃ τοῦ αἵματος δηλονότι ἐπὶ τὴν μήτραν συναγωγῇ, ὄγκου ἐπι‐ γεγονότος τοσούτου, τῇ δ’ ἐγγύτητι τῆς κύστεως συνδιαδι‐ δομένου τοῖς οὔροις τοῦ αἵματος, ὥστ’ ἐντεῦθεν τὰ οὖρα</w:t>
      </w:r>
    </w:p>
    <w:p>
      <w:r>
        <w:rPr>
          <w:rFonts w:ascii="Courier New" w:hAnsi="Courier New"/>
          <w:color w:val="555555"/>
          <w:sz w:val="20"/>
        </w:rPr>
        <w:t>[10]</w:t>
      </w:r>
    </w:p>
    <w:p>
      <w:r>
        <w:rPr>
          <w:rFonts w:ascii="Gentium Plus" w:hAnsi="Gentium Plus"/>
          <w:sz w:val="24"/>
        </w:rPr>
        <w:t>συμβαίνειν χρώννυσθαι, τῇ δ’ ἐξοπτήσει τοῦ αἵματος, κριμνωδῶν τε καὶ ἐρυθρῶν τῶν παρυφισταμένων διαφαι‐ νομένων, οὕτως ἐκ τῆς ἀμέτρου τῶν καταμηνίων ἐπισχέ‐ σεως καὶ μᾶλλον εἰ φύσει πρῶτον πλείω πρόεισι, τὰ οὖρα ἀλλοιοῦται καὶ συμμεταβάλλεται τῷ χρόνῳ, πλὴν ἵνα τὴν</w:t>
      </w:r>
    </w:p>
    <w:p>
      <w:r>
        <w:rPr>
          <w:rFonts w:ascii="Courier New" w:hAnsi="Courier New"/>
          <w:color w:val="555555"/>
          <w:sz w:val="20"/>
        </w:rPr>
        <w:t>[15]</w:t>
      </w:r>
    </w:p>
    <w:p>
      <w:r>
        <w:rPr>
          <w:rFonts w:ascii="Gentium Plus" w:hAnsi="Gentium Plus"/>
          <w:sz w:val="24"/>
        </w:rPr>
        <w:t>πᾶσαν ἱστορίαν περάνωμεν, ἐπιθῶμεν καὶ τὰ λείποντα τῷ λόγῳ.</w:t>
      </w:r>
    </w:p>
    <w:p>
      <w:r>
        <w:rPr>
          <w:rFonts w:ascii="Courier New" w:hAnsi="Courier New"/>
          <w:color w:val="555555"/>
          <w:sz w:val="20"/>
        </w:rPr>
        <w:t>[7 . 13 . 22]</w:t>
      </w:r>
    </w:p>
    <w:p>
      <w:r>
        <w:rPr>
          <w:rFonts w:ascii="Gentium Plus" w:hAnsi="Gentium Plus"/>
          <w:sz w:val="24"/>
        </w:rPr>
        <w:t>Ἕκτος μὴν ἦν ταύτῃ καὶ ἤδη περὶ λαγόνα ἐξώδηκέ τι ἀποκορυφούμενον καὶ ἐμαλάσσετο τῷ χρόνῳ προήκοντι.</w:t>
      </w:r>
    </w:p>
    <w:p>
      <w:r>
        <w:rPr>
          <w:rFonts w:ascii="Courier New" w:hAnsi="Courier New"/>
          <w:color w:val="555555"/>
          <w:sz w:val="20"/>
        </w:rPr>
        <w:t>[7 . 13 . 23]</w:t>
      </w:r>
    </w:p>
    <w:p>
      <w:r>
        <w:rPr>
          <w:rFonts w:ascii="Gentium Plus" w:hAnsi="Gentium Plus"/>
          <w:sz w:val="24"/>
        </w:rPr>
        <w:t>Ἐπεὶ δὲ καὶ ἕβδομος ἦν μήν, ἐμαλάχθη</w:t>
      </w:r>
    </w:p>
    <w:p>
      <w:r>
        <w:rPr>
          <w:rFonts w:ascii="Courier New" w:hAnsi="Courier New"/>
          <w:color w:val="555555"/>
          <w:sz w:val="20"/>
        </w:rPr>
        <w:t>[7 . 13 . 24]</w:t>
      </w:r>
    </w:p>
    <w:p>
      <w:r>
        <w:rPr>
          <w:rFonts w:ascii="Gentium Plus" w:hAnsi="Gentium Plus"/>
          <w:sz w:val="24"/>
        </w:rPr>
        <w:t>Ἡ δὲ γαστὴρ ἐντεῦθεν ὑπεκενοῦτο καὶ πολλή τις ἐλπὶς ὑγίας τῷ τε αὐτῆς ἀνδρὶ ἐτρέφετο καὶ τοῖς θαμίζουσιν ἰατροῖς.</w:t>
      </w:r>
    </w:p>
    <w:p>
      <w:r>
        <w:rPr>
          <w:rFonts w:ascii="Courier New" w:hAnsi="Courier New"/>
          <w:color w:val="555555"/>
          <w:sz w:val="20"/>
        </w:rPr>
        <w:t>[7 . 13 . 25]</w:t>
      </w:r>
    </w:p>
    <w:p>
      <w:r>
        <w:rPr>
          <w:rFonts w:ascii="Gentium Plus" w:hAnsi="Gentium Plus"/>
          <w:sz w:val="24"/>
        </w:rPr>
        <w:t>Τῇ δ’ οὐχ οὕτως εἶχεν. ἀλλ’ ἄρδην μετὰ οὐ πολὺ συνέχει τὰς ἐλπίδας ἡ κένωσις. μετὰ γὰρ τέτταρας ἡμέ‐ ρας, οἶμαι, τῆς ἐπιγεγονυίας ἀναστομώσεως ἥ τε γαστὴρ ἐξεκενώθη τοῦ λυποῦντος καὶ τεταπείνωται καὶ ἡ ἄνθρω‐</w:t>
      </w:r>
    </w:p>
    <w:p>
      <w:r>
        <w:rPr>
          <w:rFonts w:ascii="Courier New" w:hAnsi="Courier New"/>
          <w:color w:val="555555"/>
          <w:sz w:val="20"/>
        </w:rPr>
        <w:t>[5]</w:t>
      </w:r>
    </w:p>
    <w:p>
      <w:r>
        <w:rPr>
          <w:rFonts w:ascii="Gentium Plus" w:hAnsi="Gentium Plus"/>
          <w:sz w:val="24"/>
        </w:rPr>
        <w:t>πος ὥσπερ λιποψυχήσασα ἀμαχεὶ τὸ ζῆν ἀπεβάλλετο.</w:t>
      </w:r>
    </w:p>
    <w:p>
      <w:r>
        <w:rPr>
          <w:rFonts w:ascii="Courier New" w:hAnsi="Courier New"/>
          <w:color w:val="555555"/>
          <w:sz w:val="20"/>
        </w:rPr>
        <w:t>[7 . 13 . 26]</w:t>
      </w:r>
    </w:p>
    <w:p>
      <w:r>
        <w:rPr>
          <w:rFonts w:ascii="Gentium Plus" w:hAnsi="Gentium Plus"/>
          <w:sz w:val="24"/>
        </w:rPr>
        <w:t>Τὰ μὲν οὖν τῆς ἱστορίας οὕτως πως εἶχε· σὺ δ’ ἀκρι‐ βῶς ἐντεῦθεν πυθόμενος ἴσθι σαφῶς, ὡς λόγῳ τῆς ἐγγύ‐ τητος μετέδωκε τοῦ χρώματος τὸ περὶ τὴν μήτραν ἀθροι‐ σθὲν τόσον αἷμα τοῖς οὔροις.</w:t>
      </w:r>
    </w:p>
    <w:p>
      <w:r>
        <w:rPr>
          <w:rFonts w:ascii="Courier New" w:hAnsi="Courier New"/>
          <w:color w:val="555555"/>
          <w:sz w:val="20"/>
        </w:rPr>
        <w:t>[7 . 13 . 27]</w:t>
      </w:r>
    </w:p>
    <w:p>
      <w:r>
        <w:rPr>
          <w:rFonts w:ascii="Gentium Plus" w:hAnsi="Gentium Plus"/>
          <w:sz w:val="24"/>
        </w:rPr>
        <w:t>Καὶ μετρίου μὲν τοῦ ἀθροισθέντος αἵματος ὄντος τὰ παρυφιστάμενα κατὰ βραχύ τι ἂν ἀλλοιωθείη, πλεονάζοντος δὲ καὶ ἡ ἀλλοίωσις πλείων, εἰ δ’ ἐπὶ τοσούτῳ, πλείω καὶ τὴν γαστέρα ἐξοιδαίνεσθαι</w:t>
      </w:r>
    </w:p>
    <w:p>
      <w:r>
        <w:rPr>
          <w:rFonts w:ascii="Courier New" w:hAnsi="Courier New"/>
          <w:color w:val="555555"/>
          <w:sz w:val="20"/>
        </w:rPr>
        <w:t>[5]</w:t>
      </w:r>
    </w:p>
    <w:p>
      <w:r>
        <w:rPr>
          <w:rFonts w:ascii="Gentium Plus" w:hAnsi="Gentium Plus"/>
          <w:sz w:val="24"/>
        </w:rPr>
        <w:t>καὶ τὰ χρώματα μεταβάλλεσθαι, πρῶτον μὲν εἰς τὸ ὑπέρυ‐ θρον, εἶθ’ οὕτως δὲ καὶ εἰς τὸ ἐρυθρὸν καὶ ὕφαιμον.</w:t>
      </w:r>
    </w:p>
    <w:p>
      <w:r>
        <w:rPr>
          <w:rFonts w:ascii="Courier New" w:hAnsi="Courier New"/>
          <w:color w:val="555555"/>
          <w:sz w:val="20"/>
        </w:rPr>
        <w:t>[7 . 13 . 28]</w:t>
      </w:r>
    </w:p>
    <w:p>
      <w:r>
        <w:rPr>
          <w:rFonts w:ascii="Gentium Plus" w:hAnsi="Gentium Plus"/>
          <w:sz w:val="24"/>
        </w:rPr>
        <w:t>Καὶ τὰ παρυφιστάμενα δὲ τότε τραχύτερα φαίνεται· τὰ παραπλήσια δ’ ἂν συμβαίη ἀρχοῦ φλεγμαίνοντος χρο‐ νίως καὶ αἱμορροΐδος ἀλόγως ἐπισχεθείσης καὶ μάλιστα, εἰ πρότερον χρονίσει τῇ ἐκκρίσει, ἄλλως τε καὶ εἰ πολύαιμος</w:t>
      </w:r>
    </w:p>
    <w:p>
      <w:r>
        <w:rPr>
          <w:rFonts w:ascii="Courier New" w:hAnsi="Courier New"/>
          <w:color w:val="555555"/>
          <w:sz w:val="20"/>
        </w:rPr>
        <w:t>[5]</w:t>
      </w:r>
    </w:p>
    <w:p>
      <w:r>
        <w:rPr>
          <w:rFonts w:ascii="Gentium Plus" w:hAnsi="Gentium Plus"/>
          <w:sz w:val="24"/>
        </w:rPr>
        <w:t>ὁ ἄνθρωπος ᾖ καὶ μὴ ἑτέρωθεν ἀποκενοίη τὸ αἷμα ἐπι‐ γεννώμενον.</w:t>
      </w:r>
    </w:p>
    <w:p>
      <w:r>
        <w:rPr>
          <w:rFonts w:ascii="Courier New" w:hAnsi="Courier New"/>
          <w:color w:val="555555"/>
          <w:sz w:val="20"/>
        </w:rPr>
        <w:t>[7 . 13 . 29]</w:t>
      </w:r>
    </w:p>
    <w:p>
      <w:r>
        <w:rPr>
          <w:rFonts w:ascii="Gentium Plus" w:hAnsi="Gentium Plus"/>
          <w:sz w:val="24"/>
        </w:rPr>
        <w:t>Τοσούτῳ μέντοι διαλλάξει τῶν κατὰ μήτραν ἐπισχέσεων, ὅσον καὶ τὰ κατὰ πάθος τῶν κατὰ φύσιν διαπέπτωκεν.</w:t>
      </w:r>
    </w:p>
    <w:p>
      <w:r>
        <w:rPr>
          <w:rFonts w:ascii="Courier New" w:hAnsi="Courier New"/>
          <w:color w:val="555555"/>
          <w:sz w:val="20"/>
        </w:rPr>
        <w:t>[7 . 13 . 30]</w:t>
      </w:r>
    </w:p>
    <w:p>
      <w:r>
        <w:rPr>
          <w:rFonts w:ascii="Gentium Plus" w:hAnsi="Gentium Plus"/>
          <w:sz w:val="24"/>
        </w:rPr>
        <w:t>Ἐκείνη μὲν γὰρ τῷ μακρῷ πα‐ γειωθεῖσα χρόνῳ εἰς φύσιν ἤδη μεθίστασθαι πειρᾶται τῆς δ’ ἀπὸ μήτρας ἐκκρίσεως κατὰ φύσιν γεγονυίας μείζω ἂν καὶ αἱ ἐπισχέσεις ἀλλοίωσιν ἔν τε τῷ σώματι καὶ τοῖς</w:t>
      </w:r>
    </w:p>
    <w:p>
      <w:r>
        <w:rPr>
          <w:rFonts w:ascii="Courier New" w:hAnsi="Courier New"/>
          <w:color w:val="555555"/>
          <w:sz w:val="20"/>
        </w:rPr>
        <w:t>[5]</w:t>
      </w:r>
    </w:p>
    <w:p>
      <w:r>
        <w:rPr>
          <w:rFonts w:ascii="Gentium Plus" w:hAnsi="Gentium Plus"/>
          <w:sz w:val="24"/>
        </w:rPr>
        <w:t>οὔροις ποιήσαιεν ἄν, ὥσθ’ οἷα ἂν μηνὸς ἐπίσχεσις ἢ δυοῖν καταμηνίων οὖρα ποιήσῃ, ταῦθ’ αἱμορροῒς ἐπισχεσθεῖσα πολυπλασίου χρόνου.</w:t>
      </w:r>
    </w:p>
    <w:p>
      <w:r>
        <w:rPr>
          <w:rFonts w:ascii="Courier New" w:hAnsi="Courier New"/>
          <w:color w:val="555555"/>
          <w:sz w:val="20"/>
        </w:rPr>
        <w:t>[7 . 13 . 31]</w:t>
      </w:r>
    </w:p>
    <w:p>
      <w:r>
        <w:rPr>
          <w:rFonts w:ascii="Gentium Plus" w:hAnsi="Gentium Plus"/>
          <w:sz w:val="24"/>
        </w:rPr>
        <w:t>Τῷ δ’ αὐτῷ ἂν λόγῳ, κἄν τι ἕτερον ᾖ παρὰ φύσιν ταῖς μήτραις διαδοθὲν τοῖς οὔροις σημασίαν τινὰ τοῦ πάθους παραστήσῃ, τοῖς περὶ τὰ τοι‐ αῦτα σπουδάζουσιν.</w:t>
      </w:r>
    </w:p>
    <w:p>
      <w:r>
        <w:rPr>
          <w:rFonts w:ascii="Courier New" w:hAnsi="Courier New"/>
          <w:color w:val="555555"/>
          <w:sz w:val="20"/>
        </w:rPr>
        <w:t>[7 . 13 . 32]</w:t>
      </w:r>
    </w:p>
    <w:p>
      <w:r>
        <w:rPr>
          <w:rFonts w:ascii="Gentium Plus" w:hAnsi="Gentium Plus"/>
          <w:sz w:val="24"/>
        </w:rPr>
        <w:t>Ἀλλ’ ὁ μὲν περὶ τούτου λόγος ὧδέ πη κείσθω· ῥητέον δ’ ἐφεξῆς καὶ περὶ τῶν λειπομέ‐</w:t>
      </w:r>
    </w:p>
    <w:p>
      <w:pPr>
        <w:jc w:val="center"/>
      </w:pPr>
      <w:r>
        <w:rPr>
          <w:rFonts w:ascii="Gentium Plus" w:hAnsi="Gentium Plus"/>
          <w:b/>
          <w:sz w:val="24"/>
        </w:rPr>
        <w:t>Κεφ. ιδʹ. Περὶ προγνώσεως οὔρων τῆς κατὰ τὰ ἄλλα τῶν κώλων διαθέσεως.</w:t>
      </w:r>
    </w:p>
    <w:p>
      <w:r>
        <w:rPr>
          <w:rFonts w:ascii="Courier New" w:hAnsi="Courier New"/>
          <w:color w:val="555555"/>
          <w:sz w:val="20"/>
        </w:rPr>
        <w:t>[7 . 14 . 1]</w:t>
      </w:r>
    </w:p>
    <w:p>
      <w:r>
        <w:rPr>
          <w:rFonts w:ascii="Gentium Plus" w:hAnsi="Gentium Plus"/>
          <w:sz w:val="24"/>
        </w:rPr>
        <w:t>Τῶν τοίνυν χειρῶν ἢ ποδῶν πεπονθότων ἤτοι ὑπὸ ψυχρᾶς πάνυ δυσκρασίας ἢ καὶ τοιούτου χυμοῦ ἢ ὑπὸ θερμῆς δυσκρασίας ἢ καὶ θερμῆς ἐπιρρυείσης ὕλης, ἂν καὶ τὸ λοιπὸν σῶμα συννοσοῦν ᾖ, ἐπίδηλοι κἀν τοῖς οὔ‐</w:t>
      </w:r>
    </w:p>
    <w:p>
      <w:r>
        <w:rPr>
          <w:rFonts w:ascii="Courier New" w:hAnsi="Courier New"/>
          <w:color w:val="555555"/>
          <w:sz w:val="20"/>
        </w:rPr>
        <w:t>[5]</w:t>
      </w:r>
    </w:p>
    <w:p>
      <w:r>
        <w:rPr>
          <w:rFonts w:ascii="Gentium Plus" w:hAnsi="Gentium Plus"/>
          <w:sz w:val="24"/>
        </w:rPr>
        <w:t>ροις αἱ ποιοῦσαι διαθέσεις φαίνονται, ὥστε καθ’ ὅσον ἂν ἥ τε ποιότης καὶ ποσότης τῶν λυπούντων ἐπιταθείη χυ‐ μῶν καὶ τὰ οὖρα μεταβληθείη ἂν τῶν κατὰ φύσιν ἀφι‐ στάμενα.</w:t>
      </w:r>
    </w:p>
    <w:p>
      <w:r>
        <w:rPr>
          <w:rFonts w:ascii="Courier New" w:hAnsi="Courier New"/>
          <w:color w:val="555555"/>
          <w:sz w:val="20"/>
        </w:rPr>
        <w:t>[7 . 14 . 2]</w:t>
      </w:r>
    </w:p>
    <w:p>
      <w:r>
        <w:rPr>
          <w:rFonts w:ascii="Gentium Plus" w:hAnsi="Gentium Plus"/>
          <w:sz w:val="24"/>
        </w:rPr>
        <w:t>Ἂν δὲ τὸ μὲν λοιπὸν ὑγιῶς καθ’ αὑτὸ ἔχῃ σῶμα, ἐπισκηψάσης δέ τινος λυπούσης αἰτίας τοῖς τοῦ σώματος κώλοις, ταῦτα κακῶς διατεθείη, μετρίως μὲν οὐκ ἂν ἀλλοιωθείη τὰ οὖρα, πλησμίως δ’ αὖ καὶ ταῦτ’ ἂν μέ‐</w:t>
      </w:r>
    </w:p>
    <w:p>
      <w:r>
        <w:rPr>
          <w:rFonts w:ascii="Courier New" w:hAnsi="Courier New"/>
          <w:color w:val="555555"/>
          <w:sz w:val="20"/>
        </w:rPr>
        <w:t>[5]</w:t>
      </w:r>
    </w:p>
    <w:p>
      <w:r>
        <w:rPr>
          <w:rFonts w:ascii="Gentium Plus" w:hAnsi="Gentium Plus"/>
          <w:sz w:val="24"/>
        </w:rPr>
        <w:t>τρίως ἀλλοιωθείη, συνδιαδοθέντος μόλις τὴν καρδίαν τοῦ πάθους.</w:t>
      </w:r>
    </w:p>
    <w:p>
      <w:r>
        <w:rPr>
          <w:rFonts w:ascii="Courier New" w:hAnsi="Courier New"/>
          <w:color w:val="555555"/>
          <w:sz w:val="20"/>
        </w:rPr>
        <w:t>[7 . 14 . 3]</w:t>
      </w:r>
    </w:p>
    <w:p>
      <w:r>
        <w:rPr>
          <w:rFonts w:ascii="Gentium Plus" w:hAnsi="Gentium Plus"/>
          <w:sz w:val="24"/>
        </w:rPr>
        <w:t>Αἵ γε μὴν διαφοραὶ τῶν χρώματων τε καὶ τῶν παρυφισταμένων τάς τε ποιότητας καὶ ποσότητας παραδηλώσουσι τῶν χυμῶν, αἱ πέψεις δὲ καὶ ἀπεψίαι τότε ἦθος τοῦ νοσήματος καί τὴν τῆς δυνάμεως ῥώμην, ὥσπερ</w:t>
      </w:r>
    </w:p>
    <w:p>
      <w:r>
        <w:rPr>
          <w:rFonts w:ascii="Courier New" w:hAnsi="Courier New"/>
          <w:color w:val="555555"/>
          <w:sz w:val="20"/>
        </w:rPr>
        <w:t>[5]</w:t>
      </w:r>
    </w:p>
    <w:p>
      <w:r>
        <w:rPr>
          <w:rFonts w:ascii="Gentium Plus" w:hAnsi="Gentium Plus"/>
          <w:sz w:val="24"/>
        </w:rPr>
        <w:t>καὶ τὸ διάστημα τοῦ χρόνου αἱ ταχεῖαί τε καὶ βραδεῖαι μεταβολαὶ τῶν οὔρων. εἰδέναι μέντοι καὶ τοῦτο πρὸς τοῖς ἄλλοις χρεών.</w:t>
      </w:r>
    </w:p>
    <w:p>
      <w:pPr>
        <w:jc w:val="center"/>
      </w:pPr>
      <w:r>
        <w:rPr>
          <w:rFonts w:ascii="Gentium Plus" w:hAnsi="Gentium Plus"/>
          <w:b/>
          <w:sz w:val="24"/>
        </w:rPr>
        <w:t>Κεφ. ιεʹ. Περὶ τοῦ προγνῶναι ἐκ τῶν οὔρων εἴτε τάχιον εἴτε βραδύτερον λυθήσεται τὸ νόσημα.</w:t>
      </w:r>
    </w:p>
    <w:p>
      <w:r>
        <w:rPr>
          <w:rFonts w:ascii="Courier New" w:hAnsi="Courier New"/>
          <w:color w:val="555555"/>
          <w:sz w:val="20"/>
        </w:rPr>
        <w:t>[7 . 15 . 1]</w:t>
      </w:r>
    </w:p>
    <w:p>
      <w:r>
        <w:rPr>
          <w:rFonts w:ascii="Gentium Plus" w:hAnsi="Gentium Plus"/>
          <w:sz w:val="24"/>
        </w:rPr>
        <w:t>Ἐπειδὴ διαφορὰς πρὸς ἄλληλα τὰ τοῦ σώματος μόρια οὐ μετρίας ἐκληρώσαντο—ἄλλως γὰρ ἂν διαθερ‐ μανθεὶς ποῦς ἀλλοιώσειε καὶ ἄλλως κύστις, ἑτέρως δ’ αὖ μήτρα, καὶ ἑτέρως νεφροί, καὶ ἄλλως μὲν σπλήν, ἑτέρως</w:t>
      </w:r>
    </w:p>
    <w:p>
      <w:r>
        <w:rPr>
          <w:rFonts w:ascii="Courier New" w:hAnsi="Courier New"/>
          <w:color w:val="555555"/>
          <w:sz w:val="20"/>
        </w:rPr>
        <w:t>[5]</w:t>
      </w:r>
    </w:p>
    <w:p>
      <w:r>
        <w:rPr>
          <w:rFonts w:ascii="Gentium Plus" w:hAnsi="Gentium Plus"/>
          <w:sz w:val="24"/>
        </w:rPr>
        <w:t>δὲ ὑπεζωκὼς ὑμήν, ὥσπερ δ’ ἐκείνως μὲν κεφαλή, οὕτως δ’ ἧπαρ ἢ πνεύμων—τὰ μὲν γὰρ πλέον ἐκεκοινωνήκει τοῦ θερμοῦ—ἢ τῇ φυσικῇ ἰδιότητι καὶ τοῖς ἐν αὐτοῖς ἀγγείοις ἢ τῇ τοῦ πρώτου θερμοῦ ἐγγύτητι ἢ τῇ τῆς αἰσθήσεως δαψιλείᾳ, δεῖ τῶν μορίων ἑκάστου τὰς δυνά‐</w:t>
      </w:r>
    </w:p>
    <w:p>
      <w:r>
        <w:rPr>
          <w:rFonts w:ascii="Courier New" w:hAnsi="Courier New"/>
          <w:color w:val="555555"/>
          <w:sz w:val="20"/>
        </w:rPr>
        <w:t>[10]</w:t>
      </w:r>
    </w:p>
    <w:p>
      <w:r>
        <w:rPr>
          <w:rFonts w:ascii="Gentium Plus" w:hAnsi="Gentium Plus"/>
          <w:sz w:val="24"/>
        </w:rPr>
        <w:t>μεις τε καὶ ἰδιότητας ἐκμανθάνοντα τὰ οἰκεῖα μέτρα ἑκά‐ στῳ ἐπιθεῖναι, τῆς τε μετρίως δηλονότι ἐπιταθείσης θερ‐ μότητος, τῆς τε ἤδη φθειρούσης τῇ ὑπερβολῇ τὸ ὑποκεί‐</w:t>
      </w:r>
    </w:p>
    <w:p>
      <w:r>
        <w:rPr>
          <w:rFonts w:ascii="Courier New" w:hAnsi="Courier New"/>
          <w:color w:val="555555"/>
          <w:sz w:val="20"/>
        </w:rPr>
        <w:t>[7 . 15 . 2]</w:t>
      </w:r>
    </w:p>
    <w:p>
      <w:r>
        <w:rPr>
          <w:rFonts w:ascii="Gentium Plus" w:hAnsi="Gentium Plus"/>
          <w:sz w:val="24"/>
        </w:rPr>
        <w:t>Τὰ μὲν γὰρ θερμότερα τῶν μορίων ῥᾳδίως ὑπὸ θερμῶν αἰτιῶν ἀλλοιοῦνταί τε καὶ ἐλέγχονται, χρονίως δ’ αὖ ὑπὸ τῶν ψυχρῶν, ὥσπερ δῆτα καὶ τὰ ψυχρὰ τῶν μορίων χρονίως μὲν ὑπὸ θερμῶν</w:t>
      </w:r>
    </w:p>
    <w:p>
      <w:r>
        <w:rPr>
          <w:rFonts w:ascii="Courier New" w:hAnsi="Courier New"/>
          <w:color w:val="555555"/>
          <w:sz w:val="20"/>
        </w:rPr>
        <w:t>[5]</w:t>
      </w:r>
    </w:p>
    <w:p>
      <w:r>
        <w:rPr>
          <w:rFonts w:ascii="Gentium Plus" w:hAnsi="Gentium Plus"/>
          <w:sz w:val="24"/>
        </w:rPr>
        <w:t>ἀλλοιοῦνται, τάχιστα δ’ ὑπὸ τῶν ψυχρῶν.</w:t>
      </w:r>
    </w:p>
    <w:p>
      <w:r>
        <w:rPr>
          <w:rFonts w:ascii="Courier New" w:hAnsi="Courier New"/>
          <w:color w:val="555555"/>
          <w:sz w:val="20"/>
        </w:rPr>
        <w:t>[7 . 15 . 3]</w:t>
      </w:r>
    </w:p>
    <w:p>
      <w:r>
        <w:rPr>
          <w:rFonts w:ascii="Gentium Plus" w:hAnsi="Gentium Plus"/>
          <w:sz w:val="24"/>
        </w:rPr>
        <w:t>Τῇ γὰρ ἐγ‐ γυτέρᾳ ποιότητι, τῆ φυσικῇ τε κράσει καὶ ἰδιότητι ἕκαστον ἀλλοιοῦται ταχέως.</w:t>
      </w:r>
    </w:p>
    <w:p>
      <w:r>
        <w:rPr>
          <w:rFonts w:ascii="Courier New" w:hAnsi="Courier New"/>
          <w:color w:val="555555"/>
          <w:sz w:val="20"/>
        </w:rPr>
        <w:t>[7 . 15 . 4]</w:t>
      </w:r>
    </w:p>
    <w:p>
      <w:r>
        <w:rPr>
          <w:rFonts w:ascii="Gentium Plus" w:hAnsi="Gentium Plus"/>
          <w:sz w:val="24"/>
        </w:rPr>
        <w:t>Ἵνα δὲ σαφέστερον τὸν λόγον εἰδῇς, ἔστιν μαθεῖν ἐντεῦθεν ὡς ἐπὶ παραδείγματος, μετρίως εἰς θερμότητα διατεθέντος τοῦ ἥπατος, πυρρὰ ἂν τὰ οὖρα καὶ ξανθὰ συμβαίη γίνεσθαι.</w:t>
      </w:r>
    </w:p>
    <w:p>
      <w:r>
        <w:rPr>
          <w:rFonts w:ascii="Courier New" w:hAnsi="Courier New"/>
          <w:color w:val="555555"/>
          <w:sz w:val="20"/>
        </w:rPr>
        <w:t>[7 . 15 . 5]</w:t>
      </w:r>
    </w:p>
    <w:p>
      <w:r>
        <w:rPr>
          <w:rFonts w:ascii="Gentium Plus" w:hAnsi="Gentium Plus"/>
          <w:sz w:val="24"/>
        </w:rPr>
        <w:t>Τοιαῦτα δ’ ἐπὶ κώλῳ ὀδυνωμένῳ φανέντα μείζους τε πολλῷ τὰς ἀλγηδόνας ἐποίησαν καὶ φλεγμαίνειν ἀντικρὺς οἰηθείη ἄν τις τὸ μό‐ ριον.</w:t>
      </w:r>
    </w:p>
    <w:p>
      <w:r>
        <w:rPr>
          <w:rFonts w:ascii="Courier New" w:hAnsi="Courier New"/>
          <w:color w:val="555555"/>
          <w:sz w:val="20"/>
        </w:rPr>
        <w:t>[7 . 15 . 6]</w:t>
      </w:r>
    </w:p>
    <w:p>
      <w:r>
        <w:rPr>
          <w:rFonts w:ascii="Gentium Plus" w:hAnsi="Gentium Plus"/>
          <w:sz w:val="24"/>
        </w:rPr>
        <w:t>Εἰ δὲ καὶ ποῦς ἢ χεὶρ εἴη τὰ πεπονθότα, καὶ τοιαύτην ἀλλοίωσιν τοῖς οὔροις ἐπιθήσει, διαρρήγνυσθαι ὑπ’ ἀλγηδόνος καὶ συγκάεσθαι φήσαις ἂν τὸν κάμνοντα.</w:t>
      </w:r>
    </w:p>
    <w:p>
      <w:r>
        <w:rPr>
          <w:rFonts w:ascii="Courier New" w:hAnsi="Courier New"/>
          <w:color w:val="555555"/>
          <w:sz w:val="20"/>
        </w:rPr>
        <w:t>[7 . 15 . 7]</w:t>
      </w:r>
    </w:p>
    <w:p>
      <w:r>
        <w:rPr>
          <w:rFonts w:ascii="Gentium Plus" w:hAnsi="Gentium Plus"/>
          <w:sz w:val="24"/>
        </w:rPr>
        <w:t>Καθόσον γὰρ ἀφιστάμενα τοῦ πρώτου θερμοῦ τὰ μό‐ ρια τυγχάνῃ, κατὰ τοσοῦτον ἧττον ἀλλοιοῖντ’ ἂν θερμῷ.</w:t>
      </w:r>
    </w:p>
    <w:p>
      <w:r>
        <w:rPr>
          <w:rFonts w:ascii="Courier New" w:hAnsi="Courier New"/>
          <w:color w:val="555555"/>
          <w:sz w:val="20"/>
        </w:rPr>
        <w:t>[7 . 15 . 8]</w:t>
      </w:r>
    </w:p>
    <w:p>
      <w:r>
        <w:rPr>
          <w:rFonts w:ascii="Gentium Plus" w:hAnsi="Gentium Plus"/>
          <w:sz w:val="24"/>
        </w:rPr>
        <w:t>Τὸν αὐτὸν δὲ λόγον ἕξει καὶ ἐπὶ ψυχρότητος. τοῦ μὲν γὰρ ἥπατος ψυχρᾷ τινι ἑαλωκότος δυσκρασίᾳ, ἤδη ἂν ὑπό‐ λευκα τὰ οὖρα ὀφθείη, ἑτέρου δέ τινος πορρωτέρου μο‐ ρίου, οὐκ ἂν οὕτως ῥᾳδίως μεταβληθείη.</w:t>
      </w:r>
    </w:p>
    <w:p>
      <w:r>
        <w:rPr>
          <w:rFonts w:ascii="Courier New" w:hAnsi="Courier New"/>
          <w:color w:val="555555"/>
          <w:sz w:val="20"/>
        </w:rPr>
        <w:t>[7 . 15 . 9]</w:t>
      </w:r>
    </w:p>
    <w:p>
      <w:r>
        <w:rPr>
          <w:rFonts w:ascii="Gentium Plus" w:hAnsi="Gentium Plus"/>
          <w:sz w:val="24"/>
        </w:rPr>
        <w:t>Καὶ τὰ μὲν οὕτω καίρια τῶν μορίων ἐφ’ οἱῳδήτινι κρατηθέντα πάθει ῥᾳδίως ἂν τὰ οὖρα ἀλλοιώσει τῇ καιριότητι, τὰ δέ γε πορ‐ ρωτέρω, κἂν τὰ χείριστα πάθῃ, μετρίως τε καὶ διὰ χρό‐</w:t>
      </w:r>
    </w:p>
    <w:p>
      <w:r>
        <w:rPr>
          <w:rFonts w:ascii="Courier New" w:hAnsi="Courier New"/>
          <w:color w:val="555555"/>
          <w:sz w:val="20"/>
        </w:rPr>
        <w:t>[5]</w:t>
      </w:r>
    </w:p>
    <w:p>
      <w:r>
        <w:rPr>
          <w:rFonts w:ascii="Gentium Plus" w:hAnsi="Gentium Plus"/>
          <w:sz w:val="24"/>
        </w:rPr>
        <w:t>νου, ὥστ’ ἐντεῦθεν συλλογίζεσθαι δεῖν, χείρους τὰς δια‐ θέσεις ἐπὶ τοῖς αὐτοῖς τελεῖν οὔροις ἐν τοῖς μάλιστα πορρωτέρω τῇ τε θέσει καὶ οἰκειότητι τῆς ἀρχῆς κειμένοις μορίοις.</w:t>
      </w:r>
    </w:p>
    <w:p>
      <w:r>
        <w:rPr>
          <w:rFonts w:ascii="Courier New" w:hAnsi="Courier New"/>
          <w:color w:val="555555"/>
          <w:sz w:val="20"/>
        </w:rPr>
        <w:t>[7 . 15 . 10]</w:t>
      </w:r>
    </w:p>
    <w:p>
      <w:r>
        <w:rPr>
          <w:rFonts w:ascii="Gentium Plus" w:hAnsi="Gentium Plus"/>
          <w:sz w:val="24"/>
        </w:rPr>
        <w:t>Καὶ δεῖ τὸν συνετὸν οὕτω προσεσχηκότα τοῖς οὔροις τάς τε οἰκειότητας τῶν μορίων ἀκριβῶς ἐξε‐ τάζειν καὶ τὰς ἐπὶ τούτοις ἐκ τῶν φαινομένων τοῖς οὔροις διαθέσεις συλλογίζεσθαί τε καὶ προλέγειν.</w:t>
      </w:r>
    </w:p>
    <w:p>
      <w:r>
        <w:rPr>
          <w:rFonts w:ascii="Courier New" w:hAnsi="Courier New"/>
          <w:color w:val="555555"/>
          <w:sz w:val="20"/>
        </w:rPr>
        <w:t>[7 . 15 . 11]</w:t>
      </w:r>
    </w:p>
    <w:p>
      <w:r>
        <w:rPr>
          <w:rFonts w:ascii="Gentium Plus" w:hAnsi="Gentium Plus"/>
          <w:sz w:val="24"/>
        </w:rPr>
        <w:t>Δύναται δὲ τὰ μέγιστα συνεισενεγκεῖν εἰς τοῦτο καὶ ἀκριβής τις εἴδη‐ σις τῆς διαφορᾶς τῶν νευρωδῶν καὶ φλεβωδῶν μορίων, ἐπειδὴ τούτοις ὅσα οἰκεῖα ταῖς ὥραις καὶ ταῖς ἡλικίαις καὶ</w:t>
      </w:r>
    </w:p>
    <w:p>
      <w:r>
        <w:rPr>
          <w:rFonts w:ascii="Courier New" w:hAnsi="Courier New"/>
          <w:color w:val="555555"/>
          <w:sz w:val="20"/>
        </w:rPr>
        <w:t>[5]</w:t>
      </w:r>
    </w:p>
    <w:p>
      <w:r>
        <w:rPr>
          <w:rFonts w:ascii="Gentium Plus" w:hAnsi="Gentium Plus"/>
          <w:sz w:val="24"/>
        </w:rPr>
        <w:t>κράσεσι καὶ ταῖς τῶν νοσημάτων καταστάσεσι φαίνεται μετριώτερα δεῖ νομίζειν ἢ τυγχάνοντ’ ἀλλότρια, ἔπειτα</w:t>
      </w:r>
    </w:p>
    <w:p>
      <w:r>
        <w:rPr>
          <w:rFonts w:ascii="Courier New" w:hAnsi="Courier New"/>
          <w:color w:val="555555"/>
          <w:sz w:val="20"/>
        </w:rPr>
        <w:t>[7 . 15 . 12]</w:t>
      </w:r>
    </w:p>
    <w:p>
      <w:r>
        <w:rPr>
          <w:rFonts w:ascii="Gentium Plus" w:hAnsi="Gentium Plus"/>
          <w:sz w:val="24"/>
        </w:rPr>
        <w:t>Ὅσα δ’ αὖ διὰ χρόνου μεταβάλ‐ λεται ἢ καὶ μεταβαλλόμενα ἐπὶ τὰ χείρω μάλιστα πρόεισιν, ἐκεῖνα μέμφεσθαι δεῖν καὶ βραχείας τινὸς εἰς διαφθορὰν τὸ ζῷον δεῖσθαι ῥοπῆς οἴεσθαι, ἀλλὰ κἀνταῦθα θεὶς τῷ</w:t>
      </w:r>
    </w:p>
    <w:p>
      <w:r>
        <w:rPr>
          <w:rFonts w:ascii="Courier New" w:hAnsi="Courier New"/>
          <w:color w:val="555555"/>
          <w:sz w:val="20"/>
        </w:rPr>
        <w:t>[5]</w:t>
      </w:r>
    </w:p>
    <w:p>
      <w:r>
        <w:rPr>
          <w:rFonts w:ascii="Gentium Plus" w:hAnsi="Gentium Plus"/>
          <w:sz w:val="24"/>
        </w:rPr>
        <w:t>λόγῳ ἱστορίαν προσήκουσαν ἐφ’ ἕτερα τῷ λόγῳ τρέψομαι.</w:t>
      </w:r>
    </w:p>
    <w:p>
      <w:r>
        <w:rPr>
          <w:rFonts w:ascii="Courier New" w:hAnsi="Courier New"/>
          <w:color w:val="555555"/>
          <w:sz w:val="20"/>
        </w:rPr>
        <w:t>[7 . 15 . 13]</w:t>
      </w:r>
    </w:p>
    <w:p>
      <w:r>
        <w:rPr>
          <w:rFonts w:ascii="Gentium Plus" w:hAnsi="Gentium Plus"/>
          <w:sz w:val="24"/>
        </w:rPr>
        <w:t>Γέρων τις ἡμέτερος γνώριμος ἐπύρεσσέ τε καὶ κακῶς εἶχεν. ἐπεὶ δὲ τοῦτο ἐπυθόμην—ἑνδεκάτην μὲν αὐτὸς εἰχεν—ἐγὼ δ’ ἰδεῖν αὐτὸν ἀφικόμην, γείτονά τε ὄντα καὶ ἄλλως ἀγαθὸν τὸν ἄνθρωπον τυγχάνοντα.</w:t>
      </w:r>
    </w:p>
    <w:p>
      <w:r>
        <w:rPr>
          <w:rFonts w:ascii="Courier New" w:hAnsi="Courier New"/>
          <w:color w:val="555555"/>
          <w:sz w:val="20"/>
        </w:rPr>
        <w:t>[7 . 15 . 14]</w:t>
      </w:r>
    </w:p>
    <w:p>
      <w:r>
        <w:rPr>
          <w:rFonts w:ascii="Gentium Plus" w:hAnsi="Gentium Plus"/>
          <w:sz w:val="24"/>
        </w:rPr>
        <w:t>Εὗρον οὖν αὐτὸν ὕπτιόν τε κείμενον καὶ ὑποβήσσοντα καὶ παχέα πτύελα ἀποχρεμπτόμενον, λῆμμαι δέ οἱ περὶ τοὺς ὀφθαλ‐ μοὺς οὐκ ὀλίγαι ἐπεφύκεσαν.</w:t>
      </w:r>
    </w:p>
    <w:p>
      <w:r>
        <w:rPr>
          <w:rFonts w:ascii="Courier New" w:hAnsi="Courier New"/>
          <w:color w:val="555555"/>
          <w:sz w:val="20"/>
        </w:rPr>
        <w:t>[7 . 15 . 15]</w:t>
      </w:r>
    </w:p>
    <w:p>
      <w:r>
        <w:rPr>
          <w:rFonts w:ascii="Gentium Plus" w:hAnsi="Gentium Plus"/>
          <w:sz w:val="24"/>
        </w:rPr>
        <w:t>Τὰ μὲν οὖν πτύελα οὐ πάνυ ἦν δεινά, εἰ μὴ ὅτι προϊόντα καὶ εἰς γαστέρα κα‐ τιόντα, ταύτην ἐμάλασσε τοῦ προσήκοντος πλέον, σφυγμοὶ τούτῳ ἀκριβῶς πυρέσσοντον τἀνθρώπου, τἄλλα δ’ ἀμυδροὶ</w:t>
      </w:r>
    </w:p>
    <w:p>
      <w:r>
        <w:rPr>
          <w:rFonts w:ascii="Courier New" w:hAnsi="Courier New"/>
          <w:color w:val="555555"/>
          <w:sz w:val="20"/>
        </w:rPr>
        <w:t>[5]</w:t>
      </w:r>
    </w:p>
    <w:p>
      <w:r>
        <w:rPr>
          <w:rFonts w:ascii="Gentium Plus" w:hAnsi="Gentium Plus"/>
          <w:sz w:val="24"/>
        </w:rPr>
        <w:t>ἐτύγχανον, οὖρα ὑπέρυθρα καὶ μετὰ ταῦτα ἐρυθρὰ διε‐ φαίνοντο.</w:t>
      </w:r>
    </w:p>
    <w:p>
      <w:r>
        <w:rPr>
          <w:rFonts w:ascii="Courier New" w:hAnsi="Courier New"/>
          <w:color w:val="555555"/>
          <w:sz w:val="20"/>
        </w:rPr>
        <w:t>[7 . 15 . 16]</w:t>
      </w:r>
    </w:p>
    <w:p>
      <w:r>
        <w:rPr>
          <w:rFonts w:ascii="Gentium Plus" w:hAnsi="Gentium Plus"/>
          <w:sz w:val="24"/>
        </w:rPr>
        <w:t>Ἑκκαιδεκάτῃ μικρόν τι διαλλάξαντα τὰ οὖρα ἐπὶ τὸ μετριώτερον αὖθις παχέα τε ἐγένετο καὶ ἐρυ‐ θρὰ καὶ ὕφαιμα κατὰ τὰ παρυφιστάμενα, γαστὴρ πλείω διαχωροῦσα οὐδὲν ὤνησεν.</w:t>
      </w:r>
    </w:p>
    <w:p>
      <w:r>
        <w:rPr>
          <w:rFonts w:ascii="Courier New" w:hAnsi="Courier New"/>
          <w:color w:val="555555"/>
          <w:sz w:val="20"/>
        </w:rPr>
        <w:t>[7 . 15 . 17]</w:t>
      </w:r>
    </w:p>
    <w:p>
      <w:r>
        <w:rPr>
          <w:rFonts w:ascii="Gentium Plus" w:hAnsi="Gentium Plus"/>
          <w:sz w:val="24"/>
        </w:rPr>
        <w:t>Ἐπὶ τούτοις οὖν διὰ γα‐ στρὸς ἅμα τοῖς διαχωρήμασι μέτριόν τι αἷμα ἐξεκενοῦτο. ἐδόκει οὖν ἐκ τούτων ὁ ἄνθρωπος ἀποθανεῖσθαι.</w:t>
      </w:r>
    </w:p>
    <w:p>
      <w:r>
        <w:rPr>
          <w:rFonts w:ascii="Courier New" w:hAnsi="Courier New"/>
          <w:color w:val="555555"/>
          <w:sz w:val="20"/>
        </w:rPr>
        <w:t>[7 . 15 . 18]</w:t>
      </w:r>
    </w:p>
    <w:p>
      <w:r>
        <w:rPr>
          <w:rFonts w:ascii="Gentium Plus" w:hAnsi="Gentium Plus"/>
          <w:sz w:val="24"/>
        </w:rPr>
        <w:t>Κἀγὼ μὲν οὐκέτι ἀφικόμην, ἀνάγκης τινὸς ἐφ’ ἕτερα βιασαμέ‐ νης, πέπεισμαι δέ, μετὰ τρεῖς που ἡμέρας τὸν ἄνθρωπον τεθνηκέναι.</w:t>
      </w:r>
    </w:p>
    <w:p>
      <w:r>
        <w:rPr>
          <w:rFonts w:ascii="Courier New" w:hAnsi="Courier New"/>
          <w:color w:val="555555"/>
          <w:sz w:val="20"/>
        </w:rPr>
        <w:t>[7 . 15 . 19]</w:t>
      </w:r>
    </w:p>
    <w:p>
      <w:r>
        <w:rPr>
          <w:rFonts w:ascii="Gentium Plus" w:hAnsi="Gentium Plus"/>
          <w:sz w:val="24"/>
        </w:rPr>
        <w:t>Ἐδόκει τοίνυν ἐκεῖνον πλείονα ἢ κατὰ γέροντα ἔχειν τὸν πυρετὸν καὶ ταῦτα τότε χειμῶνος τυγχάνοντος.</w:t>
      </w:r>
    </w:p>
    <w:p>
      <w:r>
        <w:rPr>
          <w:rFonts w:ascii="Courier New" w:hAnsi="Courier New"/>
          <w:color w:val="555555"/>
          <w:sz w:val="20"/>
        </w:rPr>
        <w:t>[7 . 15 . 20]</w:t>
      </w:r>
    </w:p>
    <w:p>
      <w:r>
        <w:rPr>
          <w:rFonts w:ascii="Gentium Plus" w:hAnsi="Gentium Plus"/>
          <w:sz w:val="24"/>
        </w:rPr>
        <w:t>Ὁπότε δὲ δὴ τοιοῦτον συμβαίη, οὐ μετρίως κατασείειν εἴωθεν τὴν ἔμφυτον καταπεπτωκυῖαν δύναμιν ὑπὸ μικρῷ τῷ χρόνῳ.</w:t>
      </w:r>
    </w:p>
    <w:p>
      <w:r>
        <w:rPr>
          <w:rFonts w:ascii="Courier New" w:hAnsi="Courier New"/>
          <w:color w:val="555555"/>
          <w:sz w:val="20"/>
        </w:rPr>
        <w:t>[7 . 15 . 21]</w:t>
      </w:r>
    </w:p>
    <w:p>
      <w:r>
        <w:rPr>
          <w:rFonts w:ascii="Gentium Plus" w:hAnsi="Gentium Plus"/>
          <w:sz w:val="24"/>
        </w:rPr>
        <w:t>Διεφαίνετο δὲ καὶ ἀπὸ τοῦ συνεχοῦς δίψους ἡ τοῦ πυρετοῦ σφοδρότης, οὐ με‐ τρίως δὲ καὶ ὁ βὴξ ἠνία τὸν ἄνθρωπον.</w:t>
      </w:r>
    </w:p>
    <w:p>
      <w:r>
        <w:rPr>
          <w:rFonts w:ascii="Courier New" w:hAnsi="Courier New"/>
          <w:color w:val="555555"/>
          <w:sz w:val="20"/>
        </w:rPr>
        <w:t>[7 . 15 . 22]</w:t>
      </w:r>
    </w:p>
    <w:p>
      <w:r>
        <w:rPr>
          <w:rFonts w:ascii="Gentium Plus" w:hAnsi="Gentium Plus"/>
          <w:sz w:val="24"/>
        </w:rPr>
        <w:t>Ἐπεὶ δὲ καὶ μὴ κρατεῖν ἐφαίνετο τὴν φύσιν ῥᾳδίως τῆς ὕλης αἱ ἐπὶ τοσαύταις ἡμέραις ἀπεψίαι τῶν οὔρων ἐσήμαινον.</w:t>
      </w:r>
    </w:p>
    <w:p>
      <w:r>
        <w:rPr>
          <w:rFonts w:ascii="Courier New" w:hAnsi="Courier New"/>
          <w:color w:val="555555"/>
          <w:sz w:val="20"/>
        </w:rPr>
        <w:t>[7 . 15 . 23]</w:t>
      </w:r>
    </w:p>
    <w:p>
      <w:r>
        <w:rPr>
          <w:rFonts w:ascii="Gentium Plus" w:hAnsi="Gentium Plus"/>
          <w:sz w:val="24"/>
        </w:rPr>
        <w:t>Ἔδει γὰρ πολλαπλασίου χρόνου, εἴπερ προὐχώρει τὰ τῆς ὑγείας ἐντεῦθεν ἀρξάμενα πρὸς τὸ κατὰ φύσιν χωρῆσαι.</w:t>
      </w:r>
    </w:p>
    <w:p>
      <w:r>
        <w:rPr>
          <w:rFonts w:ascii="Courier New" w:hAnsi="Courier New"/>
          <w:color w:val="555555"/>
          <w:sz w:val="20"/>
        </w:rPr>
        <w:t>[7 . 15 . 24]</w:t>
      </w:r>
    </w:p>
    <w:p>
      <w:r>
        <w:rPr>
          <w:rFonts w:ascii="Gentium Plus" w:hAnsi="Gentium Plus"/>
          <w:sz w:val="24"/>
        </w:rPr>
        <w:t>Τὸ</w:t>
      </w:r>
    </w:p>
    <w:p>
      <w:r>
        <w:rPr>
          <w:rFonts w:ascii="Courier New" w:hAnsi="Courier New"/>
          <w:color w:val="555555"/>
          <w:sz w:val="20"/>
        </w:rPr>
        <w:t>[7 . 15 . 25]</w:t>
      </w:r>
    </w:p>
    <w:p>
      <w:r>
        <w:rPr>
          <w:rFonts w:ascii="Gentium Plus" w:hAnsi="Gentium Plus"/>
          <w:sz w:val="24"/>
        </w:rPr>
        <w:t>Τί οὖν ἄν τις ἐνταῦθ’ ἐνόμισεν, ἢ μὴ περιέσεσθαι τὸν ἄν‐ θρωπον προαποκαμούσης τῆς δυνάμεως. οὕτω δεῖ τὸν νουνεχῆ καταμαντευόμενον προσορᾶσθαι τὸ μέλλον.</w:t>
      </w:r>
    </w:p>
    <w:p>
      <w:pPr>
        <w:jc w:val="center"/>
      </w:pPr>
      <w:r>
        <w:rPr>
          <w:rFonts w:ascii="Gentium Plus" w:hAnsi="Gentium Plus"/>
          <w:b/>
          <w:sz w:val="24"/>
        </w:rPr>
        <w:t>Κεφ. ιϛʹ. Περὶ τοῦ προγνῶναι ἐκ τῶν οὔρων εἴτε θανάσιμον εἴτε σωτήριον.</w:t>
      </w:r>
    </w:p>
    <w:p>
      <w:r>
        <w:rPr>
          <w:rFonts w:ascii="Courier New" w:hAnsi="Courier New"/>
          <w:color w:val="555555"/>
          <w:sz w:val="20"/>
        </w:rPr>
        <w:t>[7 . 16 . 1]</w:t>
      </w:r>
    </w:p>
    <w:p>
      <w:r>
        <w:rPr>
          <w:rFonts w:ascii="Gentium Plus" w:hAnsi="Gentium Plus"/>
          <w:sz w:val="24"/>
        </w:rPr>
        <w:t>Καὶ τὰς μὲν ἐπ’ ἀγαθὰ μεταβολὰς τῶν οὔρων χα‐ ριέντως προλέγειν τε καὶ ἀσπάζεσθαι, ἀπαγορεύειν δ’ αὖ τὰς ἐπὶ φαῦλα ῥοπὰς καὶ τὰς μὲν διὰ χρόνου πλείονος γεγενημένας πολὺν καὶ τὸν τοῦ νοσήματος ἀποβῆναι χρό‐</w:t>
      </w:r>
    </w:p>
    <w:p>
      <w:r>
        <w:rPr>
          <w:rFonts w:ascii="Courier New" w:hAnsi="Courier New"/>
          <w:color w:val="555555"/>
          <w:sz w:val="20"/>
        </w:rPr>
        <w:t>[5]</w:t>
      </w:r>
    </w:p>
    <w:p>
      <w:r>
        <w:rPr>
          <w:rFonts w:ascii="Gentium Plus" w:hAnsi="Gentium Plus"/>
          <w:sz w:val="24"/>
        </w:rPr>
        <w:t>νον, διὰ βραχυτέρου δ’ αὖ τὰς προσιαίτερον γινομένας.</w:t>
      </w:r>
    </w:p>
    <w:p>
      <w:r>
        <w:rPr>
          <w:rFonts w:ascii="Courier New" w:hAnsi="Courier New"/>
          <w:color w:val="555555"/>
          <w:sz w:val="20"/>
        </w:rPr>
        <w:t>[7 . 16 . 2]</w:t>
      </w:r>
    </w:p>
    <w:p>
      <w:r>
        <w:rPr>
          <w:rFonts w:ascii="Gentium Plus" w:hAnsi="Gentium Plus"/>
          <w:sz w:val="24"/>
        </w:rPr>
        <w:t>Κἂν μὲν οὖν ἐν τῇ πρώτῃ τῶν ἡμερῶν πεπεμμένα φαίνεται τὰ οὖρα, διὰ τρίτης ἢ τετάρτης λυθήσεσθαι τὸ νόσημα φήσαις ἄν, εἰ δὲ διὰ δευτέρας ἢ τρίτης ἀφίξεσθαι καὶ μέχρις αὐτῆς ἑβδόμης.</w:t>
      </w:r>
    </w:p>
    <w:p>
      <w:r>
        <w:rPr>
          <w:rFonts w:ascii="Courier New" w:hAnsi="Courier New"/>
          <w:color w:val="555555"/>
          <w:sz w:val="20"/>
        </w:rPr>
        <w:t>[7 . 16 . 3]</w:t>
      </w:r>
    </w:p>
    <w:p>
      <w:r>
        <w:rPr>
          <w:rFonts w:ascii="Gentium Plus" w:hAnsi="Gentium Plus"/>
          <w:sz w:val="24"/>
        </w:rPr>
        <w:t>Ἂν δὲ ἡ τετάρτη ἔτι ἄπεπτα τὰ οὖρα δεικνύῃ, οὐδ’ ἂν εἴ τι γένοιτο ἡ ἑβδόμη κρίσιν τοῖς νοσήμασιν ἐπιτιθήσῃ.</w:t>
      </w:r>
    </w:p>
    <w:p>
      <w:r>
        <w:rPr>
          <w:rFonts w:ascii="Courier New" w:hAnsi="Courier New"/>
          <w:color w:val="555555"/>
          <w:sz w:val="20"/>
        </w:rPr>
        <w:t>[7 . 16 . 4]</w:t>
      </w:r>
    </w:p>
    <w:p>
      <w:r>
        <w:rPr>
          <w:rFonts w:ascii="Gentium Plus" w:hAnsi="Gentium Plus"/>
          <w:sz w:val="24"/>
        </w:rPr>
        <w:t>Τὰς γὰρ ἐκεῖσε με‐ λετωμένας κρίσεις αὕτη μᾶλλον προδιασαφεῖ τε καὶ μαρ‐ τυρεῖ βραχέαι ἄττα πέψεως προϋποδείξασα σύμβολα.</w:t>
      </w:r>
    </w:p>
    <w:p>
      <w:r>
        <w:rPr>
          <w:rFonts w:ascii="Courier New" w:hAnsi="Courier New"/>
          <w:color w:val="555555"/>
          <w:sz w:val="20"/>
        </w:rPr>
        <w:t>[7 . 16 . 5]</w:t>
      </w:r>
    </w:p>
    <w:p>
      <w:r>
        <w:rPr>
          <w:rFonts w:ascii="Gentium Plus" w:hAnsi="Gentium Plus"/>
          <w:sz w:val="24"/>
        </w:rPr>
        <w:t>Ὥσπερ αὖ εἰ πάλιν φαῦλα ἀντιστραφεῖσα δείξει τὰ σύμβολα, θάνατον τῇ ἑβδόμῃ ἐποίσει, ὥσπερ δῆτα καὶ τῆς ἑνδεκάτης ἡ ὀγδόη ἐπίδηλος, ἑνδεκάτη δ’ αὖ τῆς τεσ‐ σαρεσκαιδεκάτης, καὶ ἄλλη ἄλλης, καθὼς κἀν τῇ περὶ κρί‐</w:t>
      </w:r>
    </w:p>
    <w:p>
      <w:r>
        <w:rPr>
          <w:rFonts w:ascii="Courier New" w:hAnsi="Courier New"/>
          <w:color w:val="555555"/>
          <w:sz w:val="20"/>
        </w:rPr>
        <w:t>[5]</w:t>
      </w:r>
    </w:p>
    <w:p>
      <w:r>
        <w:rPr>
          <w:rFonts w:ascii="Gentium Plus" w:hAnsi="Gentium Plus"/>
          <w:sz w:val="24"/>
        </w:rPr>
        <w:t>σεων ὁ σοφώτατος ἐξέθετο Γαληνός.</w:t>
      </w:r>
    </w:p>
    <w:p>
      <w:r>
        <w:rPr>
          <w:rFonts w:ascii="Courier New" w:hAnsi="Courier New"/>
          <w:color w:val="555555"/>
          <w:sz w:val="20"/>
        </w:rPr>
        <w:t>[7 . 16 . 6]</w:t>
      </w:r>
    </w:p>
    <w:p>
      <w:r>
        <w:rPr>
          <w:rFonts w:ascii="Gentium Plus" w:hAnsi="Gentium Plus"/>
          <w:sz w:val="24"/>
        </w:rPr>
        <w:t>Καὶ τὰς μὲν τῶν χρόνων παρατάσεις οὕτως ἂν εὑρήσεις στοχαζόμενος ἐς τριπλασίους καὶ τετραπλασίους περιοδεύων τὸν πάντα τοῦ νοσήματος χρόνον, καθ’ ὃν ἂν ἡ κατὰ πλάτος ἀρχὴ λεγο‐</w:t>
      </w:r>
    </w:p>
    <w:p>
      <w:r>
        <w:rPr>
          <w:rFonts w:ascii="Courier New" w:hAnsi="Courier New"/>
          <w:color w:val="555555"/>
          <w:sz w:val="20"/>
        </w:rPr>
        <w:t>[5]</w:t>
      </w:r>
    </w:p>
    <w:p>
      <w:r>
        <w:rPr>
          <w:rFonts w:ascii="Gentium Plus" w:hAnsi="Gentium Plus"/>
          <w:sz w:val="24"/>
        </w:rPr>
        <w:t>μένη ἐπιμετρηθῇ.</w:t>
      </w:r>
    </w:p>
    <w:p>
      <w:r>
        <w:rPr>
          <w:rFonts w:ascii="Courier New" w:hAnsi="Courier New"/>
          <w:color w:val="555555"/>
          <w:sz w:val="20"/>
        </w:rPr>
        <w:t>[7 . 16 . 7]</w:t>
      </w:r>
    </w:p>
    <w:p>
      <w:r>
        <w:rPr>
          <w:rFonts w:ascii="Gentium Plus" w:hAnsi="Gentium Plus"/>
          <w:sz w:val="24"/>
        </w:rPr>
        <w:t>Τῶν μὲν οὖν ὀξυτέρων κινουμένων νοσημάτων τάχ’ ἄν τι καὶ προλάβῃ, ὑστερήσῃ δ’ αὖ τῇ ἐπὶ τῶν κεκινημένων βραχύτερον, ἐπί τε τῶν σωθησομέ‐ νων δηλονότι καὶ τῶν τεθνηξομένων ἀνθρώπων.</w:t>
      </w:r>
    </w:p>
    <w:p>
      <w:r>
        <w:rPr>
          <w:rFonts w:ascii="Courier New" w:hAnsi="Courier New"/>
          <w:color w:val="555555"/>
          <w:sz w:val="20"/>
        </w:rPr>
        <w:t>[7 . 16 . 8]</w:t>
      </w:r>
    </w:p>
    <w:p>
      <w:r>
        <w:rPr>
          <w:rFonts w:ascii="Gentium Plus" w:hAnsi="Gentium Plus"/>
          <w:sz w:val="24"/>
        </w:rPr>
        <w:t>Εἰ γάρ τι ὡς ἐπὶ παραδείγματος ἐν τῇ τετάρτῃ γένοιτό τι πέψεως ἀκριβοῦς σημεῖον, ὀξέως μὲν πάνυ τοῦ νοσήμα‐ τος κινουμένου, οὔπω καθαρῶς ἠργμένης ἑβδόμης, ἕποιτ’</w:t>
      </w:r>
    </w:p>
    <w:p>
      <w:r>
        <w:rPr>
          <w:rFonts w:ascii="Courier New" w:hAnsi="Courier New"/>
          <w:color w:val="555555"/>
          <w:sz w:val="20"/>
        </w:rPr>
        <w:t>[5]</w:t>
      </w:r>
    </w:p>
    <w:p>
      <w:r>
        <w:rPr>
          <w:rFonts w:ascii="Gentium Plus" w:hAnsi="Gentium Plus"/>
          <w:sz w:val="24"/>
        </w:rPr>
        <w:t>ἂν ἡ κρίσις, εἰ τύχει προεκπηδώσης οἷον τῇ ταχύτητι τῆς ὕλης.</w:t>
      </w:r>
    </w:p>
    <w:p>
      <w:r>
        <w:rPr>
          <w:rFonts w:ascii="Courier New" w:hAnsi="Courier New"/>
          <w:color w:val="555555"/>
          <w:sz w:val="20"/>
        </w:rPr>
        <w:t>[7 . 16 . 9]</w:t>
      </w:r>
    </w:p>
    <w:p>
      <w:r>
        <w:rPr>
          <w:rFonts w:ascii="Gentium Plus" w:hAnsi="Gentium Plus"/>
          <w:sz w:val="24"/>
        </w:rPr>
        <w:t>Ἂν δὲ νωθρότερον, μόλις ἂν καὶ ταύτης συμ‐ πληρουμένης ἡ κρίσις ἀποδοθείη, ὥστε καὶ μέσης ὀγδόης ἤδη ἔτι κρίνεσθαι, τοὐναντίον δ’ αὖ, ἀξιολόγου φαύλου σημείου τὴν ἐπίδηλον ὀφθέντος ἡμέραν πάνυ μὲν ὀξέως</w:t>
      </w:r>
    </w:p>
    <w:p>
      <w:r>
        <w:rPr>
          <w:rFonts w:ascii="Courier New" w:hAnsi="Courier New"/>
          <w:color w:val="555555"/>
          <w:sz w:val="20"/>
        </w:rPr>
        <w:t>[5]</w:t>
      </w:r>
    </w:p>
    <w:p>
      <w:r>
        <w:rPr>
          <w:rFonts w:ascii="Gentium Plus" w:hAnsi="Gentium Plus"/>
          <w:sz w:val="24"/>
        </w:rPr>
        <w:t>κεκινημένου τοῦ νοσήματος, ἡ ἕκτη προανελοῦσα ἕξει τὸν ἄνθρωπον, ὥσπερ οὖν ἡ ὀγδόη, νωθρῶς τοῦ νοσήματος κεκινημένου.</w:t>
      </w:r>
    </w:p>
    <w:p>
      <w:r>
        <w:rPr>
          <w:rFonts w:ascii="Courier New" w:hAnsi="Courier New"/>
          <w:color w:val="555555"/>
          <w:sz w:val="20"/>
        </w:rPr>
        <w:t>[7 . 16 . 10]</w:t>
      </w:r>
    </w:p>
    <w:p>
      <w:r>
        <w:rPr>
          <w:rFonts w:ascii="Gentium Plus" w:hAnsi="Gentium Plus"/>
          <w:sz w:val="24"/>
        </w:rPr>
        <w:t>Ἀλλ’ ὁ μὲν περὶ κρίσεως λόγος καὶ τῆς τῶν ἡμερῶν παρατάσεως ἀριθμὸς ἐντεῦθεν ἄν διαγνω‐ σθείη.</w:t>
      </w:r>
    </w:p>
    <w:p>
      <w:r>
        <w:rPr>
          <w:rFonts w:ascii="Courier New" w:hAnsi="Courier New"/>
          <w:color w:val="555555"/>
          <w:sz w:val="20"/>
        </w:rPr>
        <w:t>[7 . 16 . 11]</w:t>
      </w:r>
    </w:p>
    <w:p>
      <w:r>
        <w:rPr>
          <w:rFonts w:ascii="Gentium Plus" w:hAnsi="Gentium Plus"/>
          <w:sz w:val="24"/>
        </w:rPr>
        <w:t>Ἔξεστι δὲ τῷ καθαρώτερον ἀσκεῖν σπουδά‐ ζοντι ἐκείνην ἀνελομένῳ τὴν βίβλον μανθάνειν, καθ’ ἥν δῆτα περὶ κρίσεως τῷ Γαληνῷ ἐκτέθειται.</w:t>
      </w:r>
    </w:p>
    <w:p>
      <w:r>
        <w:rPr>
          <w:rFonts w:ascii="Courier New" w:hAnsi="Courier New"/>
          <w:color w:val="555555"/>
          <w:sz w:val="20"/>
        </w:rPr>
        <w:t>[7 . 16 . 12]</w:t>
      </w:r>
    </w:p>
    <w:p>
      <w:r>
        <w:rPr>
          <w:rFonts w:ascii="Gentium Plus" w:hAnsi="Gentium Plus"/>
          <w:sz w:val="24"/>
        </w:rPr>
        <w:t>Ἐπὶ δὲ τούτοις κἀκεῖνο δεῖ μανθάνειν ὡς ἐν τοῖς παροξύνουσι καιροῖς ἐνουρήσαντος τοῦ κάμνοντος πολλῷ ἂν χείρω φα‐ νείη τὰ οὖρα τῶν ἐπὶ τοῖς ἀνεσίμοις τῶν χρόνων καὶ εἰ‐</w:t>
      </w:r>
    </w:p>
    <w:p>
      <w:r>
        <w:rPr>
          <w:rFonts w:ascii="Courier New" w:hAnsi="Courier New"/>
          <w:color w:val="555555"/>
          <w:sz w:val="20"/>
        </w:rPr>
        <w:t>[5]</w:t>
      </w:r>
    </w:p>
    <w:p>
      <w:r>
        <w:rPr>
          <w:rFonts w:ascii="Gentium Plus" w:hAnsi="Gentium Plus"/>
          <w:sz w:val="24"/>
        </w:rPr>
        <w:t>κότως· ἐκεῖνα γὰρ τοιαῦτα φαίνεται, ἐπ’ ἄλλα τῆς πετ‐ τούσης διατριβούσης θερμότητος.</w:t>
      </w:r>
    </w:p>
    <w:p>
      <w:r>
        <w:rPr>
          <w:rFonts w:ascii="Courier New" w:hAnsi="Courier New"/>
          <w:color w:val="555555"/>
          <w:sz w:val="20"/>
        </w:rPr>
        <w:t>[7 . 16 . 13]</w:t>
      </w:r>
    </w:p>
    <w:p>
      <w:r>
        <w:rPr>
          <w:rFonts w:ascii="Gentium Plus" w:hAnsi="Gentium Plus"/>
          <w:sz w:val="24"/>
        </w:rPr>
        <w:t>Κἂν γάρ τι καὶ ἄπεπτον εἴη τούτοις, τῆς ἐφ’ ἕτερα τοῦτο ῥοπῆς τῆς φυ‐ σικῆς θερμότητος σύμβολον.</w:t>
      </w:r>
    </w:p>
    <w:p>
      <w:r>
        <w:rPr>
          <w:rFonts w:ascii="Courier New" w:hAnsi="Courier New"/>
          <w:color w:val="555555"/>
          <w:sz w:val="20"/>
        </w:rPr>
        <w:t>[7 . 16 . 14]</w:t>
      </w:r>
    </w:p>
    <w:p>
      <w:r>
        <w:rPr>
          <w:rFonts w:ascii="Gentium Plus" w:hAnsi="Gentium Plus"/>
          <w:sz w:val="24"/>
        </w:rPr>
        <w:t>Ὁπόταν γὰρ πρὸς μείζω τε καὶ λυποῦντα σφοδρότερον τὸν τόνον ἅπαντα ἐπισυνά‐ γουσα ἔχῃ ἡ φυσικὴ δύναμις, τότ’ οὔτ’ ἂν θρέψει ῥᾳδίως οὔτε ἀλλοιώσει τε καὶ πέψει, ἐπισυνιεῖσα, οἷον τὰ εἰς ἀμ‐</w:t>
      </w:r>
    </w:p>
    <w:p>
      <w:r>
        <w:rPr>
          <w:rFonts w:ascii="Courier New" w:hAnsi="Courier New"/>
          <w:color w:val="555555"/>
          <w:sz w:val="20"/>
        </w:rPr>
        <w:t>[5]</w:t>
      </w:r>
    </w:p>
    <w:p>
      <w:r>
        <w:rPr>
          <w:rFonts w:ascii="Gentium Plus" w:hAnsi="Gentium Plus"/>
          <w:sz w:val="24"/>
        </w:rPr>
        <w:t>φότερα διατετμῆσθαι φαῦλον καθέστηκε. μηδ’ ἑτέραν γὰρ τῶν ἐνεργειῶν τελείαν οἴεται καταστήσεσθαι.</w:t>
      </w:r>
    </w:p>
    <w:p>
      <w:r>
        <w:rPr>
          <w:rFonts w:ascii="Courier New" w:hAnsi="Courier New"/>
          <w:color w:val="555555"/>
          <w:sz w:val="20"/>
        </w:rPr>
        <w:t>[7 . 16 . 15]</w:t>
      </w:r>
    </w:p>
    <w:p>
      <w:r>
        <w:rPr>
          <w:rFonts w:ascii="Gentium Plus" w:hAnsi="Gentium Plus"/>
          <w:sz w:val="24"/>
        </w:rPr>
        <w:t>Εἰ γὰρ ἐφ’ ἑνὶ προσταλαιπωρούμενος οὐχὶ ῥᾳδίως τὰ προσήκοντα ποιεῖ, πολλῷ ἂν διημαρτηκυῖα ἁλῶ πλείοσιν ἐπικειρήσασα ἔργοις.</w:t>
      </w:r>
    </w:p>
    <w:p>
      <w:r>
        <w:rPr>
          <w:rFonts w:ascii="Courier New" w:hAnsi="Courier New"/>
          <w:color w:val="555555"/>
          <w:sz w:val="20"/>
        </w:rPr>
        <w:t>[7 . 16 . 16]</w:t>
      </w:r>
    </w:p>
    <w:p>
      <w:r>
        <w:rPr>
          <w:rFonts w:ascii="Gentium Plus" w:hAnsi="Gentium Plus"/>
          <w:sz w:val="24"/>
        </w:rPr>
        <w:t>Ὁπηνίκα μέντοι τῶν χυμῶν ἧκε κεκρατηκυῖα πέψιν αὐτοῖς ἐπιθεῖσα, ἤδη μὲν ἀμείνω τά τε χρώματα καὶ τὰς συστάσεις δείκνυσι τῶν ἐπὶ τοῖς παροξυσμοῖς· ἤδη δὲ προβάλλεται καὶ παρυφιστάμενα κατὰ τὴν ἀναλογίαν</w:t>
      </w:r>
    </w:p>
    <w:p>
      <w:r>
        <w:rPr>
          <w:rFonts w:ascii="Courier New" w:hAnsi="Courier New"/>
          <w:color w:val="555555"/>
          <w:sz w:val="20"/>
        </w:rPr>
        <w:t>[5]</w:t>
      </w:r>
    </w:p>
    <w:p>
      <w:r>
        <w:rPr>
          <w:rFonts w:ascii="Gentium Plus" w:hAnsi="Gentium Plus"/>
          <w:sz w:val="24"/>
        </w:rPr>
        <w:t>τῆς πέψεως.</w:t>
      </w:r>
    </w:p>
    <w:p>
      <w:r>
        <w:rPr>
          <w:rFonts w:ascii="Courier New" w:hAnsi="Courier New"/>
          <w:color w:val="555555"/>
          <w:sz w:val="20"/>
        </w:rPr>
        <w:t>[7 . 16 . 17]</w:t>
      </w:r>
    </w:p>
    <w:p>
      <w:r>
        <w:rPr>
          <w:rFonts w:ascii="Gentium Plus" w:hAnsi="Gentium Plus"/>
          <w:sz w:val="24"/>
        </w:rPr>
        <w:t>Ἂν μέντοι ἐπιχειροῦσα καὶ παροξυνο‐ μένη ἡ φύσις μήτ’ αὖ τῶν καθηκόντων τι ἀνύει, καὶ παραπλήσια τὰ οὖρα ἔν τε τοῖς παροξυσμοῖς καὶ ταῖς ἀνέσεσι φαίνεται, ὧδε μὲν οὐκ ἐπικρατεῖν τῆς ὕλης τὴν</w:t>
      </w:r>
    </w:p>
    <w:p>
      <w:r>
        <w:rPr>
          <w:rFonts w:ascii="Courier New" w:hAnsi="Courier New"/>
          <w:color w:val="555555"/>
          <w:sz w:val="20"/>
        </w:rPr>
        <w:t>[5]</w:t>
      </w:r>
    </w:p>
    <w:p>
      <w:r>
        <w:rPr>
          <w:rFonts w:ascii="Gentium Plus" w:hAnsi="Gentium Plus"/>
          <w:sz w:val="24"/>
        </w:rPr>
        <w:t>φυσικὴν σημαίνει θερμότητα καὶ δεῖν οὕτω ἐπισυναγα‐ γόντα καταστοχάζεσθαι.</w:t>
      </w:r>
    </w:p>
    <w:p>
      <w:r>
        <w:rPr>
          <w:rFonts w:ascii="Courier New" w:hAnsi="Courier New"/>
          <w:color w:val="555555"/>
          <w:sz w:val="20"/>
        </w:rPr>
        <w:t>[7 . 16 . 18]</w:t>
      </w:r>
    </w:p>
    <w:p>
      <w:r>
        <w:rPr>
          <w:rFonts w:ascii="Gentium Plus" w:hAnsi="Gentium Plus"/>
          <w:sz w:val="24"/>
        </w:rPr>
        <w:t>Ἂν μὲν γὰρ ὀξέως τὰ τῆς νόσου κεκινημένα ᾖ, ἡ δὲ φύσις πέψει οὐκ ἀποδίδωσι, πρόεισι δὲ οὕτως ὁ χρόνος, δέος οὐκ ὀλίγον εἴη, μὴ ἀπα‐</w:t>
      </w:r>
    </w:p>
    <w:p>
      <w:r>
        <w:rPr>
          <w:rFonts w:ascii="Courier New" w:hAnsi="Courier New"/>
          <w:color w:val="555555"/>
          <w:sz w:val="20"/>
        </w:rPr>
        <w:t>[5]</w:t>
      </w:r>
    </w:p>
    <w:p>
      <w:r>
        <w:rPr>
          <w:rFonts w:ascii="Gentium Plus" w:hAnsi="Gentium Plus"/>
          <w:sz w:val="24"/>
        </w:rPr>
        <w:t>τί ἂν εἴη χεῖρον θανάτου τούτοις ἐπιφυέντος, ὥστε δεῖ προλέγειν ἀκριβῶς ὑφ’ ἕν τῶν κατὰ τὸν κάμνοντα στοχα‐ ζόμενον.</w:t>
      </w:r>
    </w:p>
    <w:p>
      <w:r>
        <w:rPr>
          <w:rFonts w:ascii="Courier New" w:hAnsi="Courier New"/>
          <w:color w:val="555555"/>
          <w:sz w:val="20"/>
        </w:rPr>
        <w:t>[7 . 16 . 19]</w:t>
      </w:r>
    </w:p>
    <w:p>
      <w:r>
        <w:rPr>
          <w:rFonts w:ascii="Gentium Plus" w:hAnsi="Gentium Plus"/>
          <w:sz w:val="24"/>
        </w:rPr>
        <w:t>Ἄν δέ τοι βραδύτερον μὲν τὰ τῆς νοσοῦ κινῆται, μετριώτερον δέ πως φαίνωνται οἱ παροξυντικοὶ καιροί, θαρρεῖν κελεύειν, ὡς διὰ χρόνου λυθησομένου τοῦ πάθους, εἰ τὰ τῆς δυνάμεως ἔρρωται.</w:t>
      </w:r>
    </w:p>
    <w:p>
      <w:r>
        <w:rPr>
          <w:rFonts w:ascii="Courier New" w:hAnsi="Courier New"/>
          <w:color w:val="555555"/>
          <w:sz w:val="20"/>
        </w:rPr>
        <w:t>[7 . 16 . 20]</w:t>
      </w:r>
    </w:p>
    <w:p>
      <w:r>
        <w:rPr>
          <w:rFonts w:ascii="Gentium Plus" w:hAnsi="Gentium Plus"/>
          <w:sz w:val="24"/>
        </w:rPr>
        <w:t>Τῆς γάρ τοι φύσεως ἐν μὲν ταῖς ἀρχαῖς ἀξιολόγῳ προσπαλαιούσης πλή‐ θει καὶ μήπω κατακρατούσης, καὶ αἱ ἀπεψίαι ἀξιόλογοι φαίνοιντ’ ἄν, ἠργμένης δ’ ἤδη τῷ χρόνῳ πέττειν καὶ κατὰ</w:t>
      </w:r>
    </w:p>
    <w:p>
      <w:r>
        <w:rPr>
          <w:rFonts w:ascii="Courier New" w:hAnsi="Courier New"/>
          <w:color w:val="555555"/>
          <w:sz w:val="20"/>
        </w:rPr>
        <w:t>[5]</w:t>
      </w:r>
    </w:p>
    <w:p>
      <w:r>
        <w:rPr>
          <w:rFonts w:ascii="Gentium Plus" w:hAnsi="Gentium Plus"/>
          <w:sz w:val="24"/>
        </w:rPr>
        <w:t>βραχὺ τῆς ὕλης κατακρατεῖν, ῥᾳδίως τε τοὺς παροξυσμοὺς ὁ κάμνων φέρει καὶ τὰ τῆς πέψεως ἤδη σύμβολα φαίνε‐ ται.</w:t>
      </w:r>
    </w:p>
    <w:p>
      <w:r>
        <w:rPr>
          <w:rFonts w:ascii="Courier New" w:hAnsi="Courier New"/>
          <w:color w:val="555555"/>
          <w:sz w:val="20"/>
        </w:rPr>
        <w:t>[7 . 16 . 21]</w:t>
      </w:r>
    </w:p>
    <w:p>
      <w:r>
        <w:rPr>
          <w:rFonts w:ascii="Gentium Plus" w:hAnsi="Gentium Plus"/>
          <w:sz w:val="24"/>
        </w:rPr>
        <w:t>Ἀλλ’ ὁ μὲν περὶ προγνώσεως οἶμαι οὔρων λόγος πέρας ὧδε ἀπειληφὼς ἐνταῦθά πη καὶ τὸν πάντα περὶ οὔρων λόγον ἀποκλειέτω.</w:t>
      </w:r>
    </w:p>
    <w:p>
      <w:r>
        <w:rPr>
          <w:rFonts w:ascii="Courier New" w:hAnsi="Courier New"/>
          <w:color w:val="555555"/>
          <w:sz w:val="20"/>
        </w:rPr>
        <w:t>[7 . 16 . 22]</w:t>
      </w:r>
    </w:p>
    <w:p>
      <w:r>
        <w:rPr>
          <w:rFonts w:ascii="Gentium Plus" w:hAnsi="Gentium Plus"/>
          <w:sz w:val="24"/>
        </w:rPr>
        <w:t>Οὐ γὰρ ἔτι χρεὼν μηκύνειν τὸν λόγον καὶ περὶ τὰ τοιαῦτα ὡσαύτως κυλινδεῖσθαι καὶ ἀναστρέφεσθαι.</w:t>
      </w:r>
    </w:p>
    <w:p>
      <w:r>
        <w:rPr>
          <w:rFonts w:ascii="Courier New" w:hAnsi="Courier New"/>
          <w:color w:val="555555"/>
          <w:sz w:val="20"/>
        </w:rPr>
        <w:t>[7 . 16 . 23]</w:t>
      </w:r>
    </w:p>
    <w:p>
      <w:r>
        <w:rPr>
          <w:rFonts w:ascii="Gentium Plus" w:hAnsi="Gentium Plus"/>
          <w:sz w:val="24"/>
        </w:rPr>
        <w:t>Ἐπεὶ γὰρ τούς τε περὶ διαφορᾶς καὶ διαγνώσεως οὔρων ἐξεθέμεθα λόγους καὶ πρὸς τούτοις τοὺς περὶ αἰτίας οὔρων, ὥσπερ καὶ νῦν τοὺς περὶ προ‐ γνώσεως, ἔδοξε δὲ ἡμῖν μηδὲν δέον ὂν εἰρῆσθαι λελεῖφθαι,</w:t>
      </w:r>
    </w:p>
    <w:p>
      <w:r>
        <w:rPr>
          <w:rFonts w:ascii="Courier New" w:hAnsi="Courier New"/>
          <w:color w:val="555555"/>
          <w:sz w:val="20"/>
        </w:rPr>
        <w:t>[5]</w:t>
      </w:r>
    </w:p>
    <w:p>
      <w:r>
        <w:rPr>
          <w:rFonts w:ascii="Gentium Plus" w:hAnsi="Gentium Plus"/>
          <w:sz w:val="24"/>
        </w:rPr>
        <w:t>ἐν πᾶσι κατὰ μέθοδον ἁψαμένοις τοῦ λόγου, ὅσα δηλον‐ ότι ἐν τοῖς χρώμασί τε καὶ συστάσεσι ποσότησί τε τῶν χυμάτων καὶ παρυφισταμένοις καὶ ὅσα ἐπὶ τοῖς παρυφι‐ σταμένοις λέγεταί τε καὶ φαίνεται, διορισαμένους κατά τε χροιὰν καὶ σύστασιν καὶ ποσὸν μεταβεβλημένοις καὶ λειό‐</w:t>
      </w:r>
    </w:p>
    <w:p>
      <w:r>
        <w:rPr>
          <w:rFonts w:ascii="Courier New" w:hAnsi="Courier New"/>
          <w:color w:val="555555"/>
          <w:sz w:val="20"/>
        </w:rPr>
        <w:t>[10]</w:t>
      </w:r>
    </w:p>
    <w:p>
      <w:r>
        <w:rPr>
          <w:rFonts w:ascii="Gentium Plus" w:hAnsi="Gentium Plus"/>
          <w:sz w:val="24"/>
        </w:rPr>
        <w:t>τητα καὶ τραχύτητα καὶ τὴν κατὰ τὸ διάστημα τοῦ χύ‐ ματος διάθεσιν, καὶ ὅσα ἐπὶ ταῖς πομφόλυξι λέγεται ὀδμαῖς τε καὶ τοῖς ἐπινηχομένοις συντήγμασι, καὶ πρὸς τούτοις ἐπιθεῖσι τῷ λόγῳ τὰς ἐντεῦθεν συναγομένας συμ‐ παθείας τε καὶ πρωτοπαθείας τῶν μορίων, δυσκρασίας τε</w:t>
      </w:r>
    </w:p>
    <w:p>
      <w:r>
        <w:rPr>
          <w:rFonts w:ascii="Courier New" w:hAnsi="Courier New"/>
          <w:color w:val="555555"/>
          <w:sz w:val="20"/>
        </w:rPr>
        <w:t>[15]</w:t>
      </w:r>
    </w:p>
    <w:p>
      <w:r>
        <w:rPr>
          <w:rFonts w:ascii="Gentium Plus" w:hAnsi="Gentium Plus"/>
          <w:sz w:val="24"/>
        </w:rPr>
        <w:t>καὶ πέψεις καὶ ἀπεψίας, γένη τε καὶ εἴδη πυρετῶν, μα‐ κρονοσίας τε καὶ βραχυνοσίας, καὶ ὅσα κατά τε θάνατον καὶ ζῳὴν τὰ μὲν ἐπιδήλως ἐκτεθεικόσι, τὰ δ’ αὖ ἐν τού‐ τοις περιεχόμενα ἐφιεῖσιν ἐντεῦθεν προσεξευρίσκειν καὶ ὅσα ἐπὶ τούτοις τῷ τὴν βίβλον μετιόντι ἐκμανθάνειν</w:t>
      </w:r>
    </w:p>
    <w:p>
      <w:r>
        <w:rPr>
          <w:rFonts w:ascii="Courier New" w:hAnsi="Courier New"/>
          <w:color w:val="555555"/>
          <w:sz w:val="20"/>
        </w:rPr>
        <w:t>[20]</w:t>
      </w:r>
    </w:p>
    <w:p>
      <w:r>
        <w:rPr>
          <w:rFonts w:ascii="Gentium Plus" w:hAnsi="Gentium Plus"/>
          <w:sz w:val="24"/>
        </w:rPr>
        <w:t>ἔξεστι, δίκαιόν τε καὶ ὅσιον ἔδοξεν ὧδέ πη καὶ τὸν πάντα περὶ τούτου καταπαύειν λόγον βραχύ τι πρὸς τοὺς ὁμι‐</w:t>
      </w:r>
    </w:p>
    <w:p>
      <w:r>
        <w:rPr>
          <w:rFonts w:ascii="Courier New" w:hAnsi="Courier New"/>
          <w:color w:val="555555"/>
          <w:sz w:val="20"/>
        </w:rPr>
        <w:t>[7 . 16 . 24]</w:t>
      </w:r>
    </w:p>
    <w:p>
      <w:r>
        <w:rPr>
          <w:rFonts w:ascii="Gentium Plus" w:hAnsi="Gentium Plus"/>
          <w:sz w:val="24"/>
        </w:rPr>
        <w:t>Κἄν τι δὲ προσεπιμνησθῶμεν τῶν ἐν ἀρχῇ τῆς πραγματείας εἰρημένων, τῇ ῥοπῇ τοῦ λόγου προσαπτέον καὶ τοῦτο.</w:t>
      </w:r>
    </w:p>
    <w:p>
      <w:pPr>
        <w:jc w:val="center"/>
      </w:pPr>
      <w:r>
        <w:rPr>
          <w:rFonts w:ascii="Gentium Plus" w:hAnsi="Gentium Plus"/>
          <w:b/>
          <w:sz w:val="24"/>
        </w:rPr>
        <w:t>Κεφ. ιζʹ. Ἐπανάληψις ὡς ἐν βραχεῖ τῶν κεφαλαίων τῆς ὅλης πραγμα‐ τείας ὅπως εἰς τοῦτο τῆς πραγματείας προήχθημεν.</w:t>
      </w:r>
    </w:p>
    <w:p>
      <w:r>
        <w:rPr>
          <w:rFonts w:ascii="Courier New" w:hAnsi="Courier New"/>
          <w:color w:val="555555"/>
          <w:sz w:val="20"/>
        </w:rPr>
        <w:t>[7 . 17 . 1]</w:t>
      </w:r>
    </w:p>
    <w:p>
      <w:r>
        <w:rPr>
          <w:rFonts w:ascii="Gentium Plus" w:hAnsi="Gentium Plus"/>
          <w:sz w:val="24"/>
        </w:rPr>
        <w:t>Πάλαι μὲν τοίνυν τῷ φυσικῷ τῆς φιλοσοφίας μέ‐ ρει προσνενευκότι καὶ τούτου ὡς οἷόν τε ἦν μοι ἐξεχο‐ μένῳ, ἐπί με καί τις ἐρωτῆς ἰατρικῆς περιέσχεν ἡψάμην μὲν καὶ τῆς ἐπ’ αὐτῆς θεωρίας καὶ ταύτης ὅλος, ὡς εἰκός,</w:t>
      </w:r>
    </w:p>
    <w:p>
      <w:r>
        <w:rPr>
          <w:rFonts w:ascii="Courier New" w:hAnsi="Courier New"/>
          <w:color w:val="555555"/>
          <w:sz w:val="20"/>
        </w:rPr>
        <w:t>[5]</w:t>
      </w:r>
    </w:p>
    <w:p>
      <w:r>
        <w:rPr>
          <w:rFonts w:ascii="Gentium Plus" w:hAnsi="Gentium Plus"/>
          <w:sz w:val="24"/>
        </w:rPr>
        <w:t>ἐγενόμην, εἴς τε τὸ φιλάνθρωπον αὐτῆς καὶ θεραπευτικὸν ἀπιδὼν καὶ εἰς τὸ πρὸς φιλοσοφίαν κοινωνικόν, ὤκνουν τε ἀεὶ ἐπὶ τοῖς νοσοῦσιν ἐπιχειρεῖν σώμασιν εἰ μὴ καὶ λογικῶς ἐξετάζων ἦν τὰ τῶν νοσούντων παθήματα, ὥστε καὶ ἀφεκτέον μὲν ἐδόκουν ἰσχυρᾶς τινος κινήσεως, ἐφ’ ὧν</w:t>
      </w:r>
    </w:p>
    <w:p>
      <w:r>
        <w:rPr>
          <w:rFonts w:ascii="Courier New" w:hAnsi="Courier New"/>
          <w:color w:val="555555"/>
          <w:sz w:val="20"/>
        </w:rPr>
        <w:t>[10]</w:t>
      </w:r>
    </w:p>
    <w:p>
      <w:r>
        <w:rPr>
          <w:rFonts w:ascii="Gentium Plus" w:hAnsi="Gentium Plus"/>
          <w:sz w:val="24"/>
        </w:rPr>
        <w:t>μὴ ἔφθην πάντη λογικῶς ἐπισκεψάμενος, ἀπρὶξ δ’ εἰχό‐ μην τε καὶ ἐπεχείρουν, ὡς εἰκός, τῶν λογικαῖς ἐφόδοις ἐπισημειουμένων παθῶν.</w:t>
      </w:r>
    </w:p>
    <w:p>
      <w:r>
        <w:rPr>
          <w:rFonts w:ascii="Courier New" w:hAnsi="Courier New"/>
          <w:color w:val="555555"/>
          <w:sz w:val="20"/>
        </w:rPr>
        <w:t>[7 . 17 . 2]</w:t>
      </w:r>
    </w:p>
    <w:p>
      <w:r>
        <w:rPr>
          <w:rFonts w:ascii="Gentium Plus" w:hAnsi="Gentium Plus"/>
          <w:sz w:val="24"/>
        </w:rPr>
        <w:t>Τὸ μὲν γὰρ οὕτως ἀπρο‐ όπτως θεραπεύειν οὐκ ἀσφαλὲς ᾠόμην, τὸ δὲ δὴ μετὰ λογικῆς ἐπιστασίας ἀσφαλές τε ἅμα καὶ ῥᾴδιον.</w:t>
      </w:r>
    </w:p>
    <w:p>
      <w:r>
        <w:rPr>
          <w:rFonts w:ascii="Courier New" w:hAnsi="Courier New"/>
          <w:color w:val="555555"/>
          <w:sz w:val="20"/>
        </w:rPr>
        <w:t>[7 . 17 . 3]</w:t>
      </w:r>
    </w:p>
    <w:p>
      <w:r>
        <w:rPr>
          <w:rFonts w:ascii="Gentium Plus" w:hAnsi="Gentium Plus"/>
          <w:sz w:val="24"/>
        </w:rPr>
        <w:t>Ἐπεὶ δὲ τῷ χρόνῳ προβαίνων καί τι συνεισενεγκεῖν τῇ τέχνῃ ἐπειρώμην, ἵν’ ὅπως πρόφασις μαθήσεως περὶ τὴν τέχνην ᾖ καὶ πᾶσαν μὲν ἀφορμὴν λόγων εἰς ἰατρικὴν λυσιτελοῦ‐</w:t>
      </w:r>
    </w:p>
    <w:p>
      <w:r>
        <w:rPr>
          <w:rFonts w:ascii="Courier New" w:hAnsi="Courier New"/>
          <w:color w:val="555555"/>
          <w:sz w:val="20"/>
        </w:rPr>
        <w:t>[5]</w:t>
      </w:r>
    </w:p>
    <w:p>
      <w:r>
        <w:rPr>
          <w:rFonts w:ascii="Gentium Plus" w:hAnsi="Gentium Plus"/>
          <w:sz w:val="24"/>
        </w:rPr>
        <w:t>σαν καθορῶν πλήρη λόγων τε καὶ παιδεύσεως, καὶ μά‐ λιστα οἷς ὁ περιλάλητος σοφίᾳ τε καὶ τέχνῃ Γαληνὸς ἐνέ‐ κοψε, τὴν δὲ περὶ οὔρων πραγματείαν ζητῶν μὲν ὅπως ἂν ἀσκήσαιμι καὶ αὐτός, ἀπορῶν δὲ βραχέα τινὰ οὐκ οἶδ’ ὅπως σποράδην περὶ τούτου διορισαμένων τῶν τῆς τοιαύ‐</w:t>
      </w:r>
    </w:p>
    <w:p>
      <w:r>
        <w:rPr>
          <w:rFonts w:ascii="Courier New" w:hAnsi="Courier New"/>
          <w:color w:val="555555"/>
          <w:sz w:val="20"/>
        </w:rPr>
        <w:t>[10]</w:t>
      </w:r>
    </w:p>
    <w:p>
      <w:r>
        <w:rPr>
          <w:rFonts w:ascii="Gentium Plus" w:hAnsi="Gentium Plus"/>
          <w:sz w:val="24"/>
        </w:rPr>
        <w:t>της τέχνης ἐξεταστῶν, αὐτὸς μὲν τοῖς καθ’ ἑκάστην ὁρω‐ μένοις ἐπί τε τῶν ὑγιαινόντων καὶ νοσούντων, βραχέων δὲ πάνυ προσεπιλαβόμενος ἀρχῶν προσέχων τε καὶ τοῖς λόγοις ἀντεξετάζων καὶ τὰς νομιζομένας ἀποδιδοὺς αἰτίας, κατὰ βραχύ τε προυχώρουν καὶ οἷός τε ἦν ἤδη καθαρώ‐</w:t>
      </w:r>
    </w:p>
    <w:p>
      <w:r>
        <w:rPr>
          <w:rFonts w:ascii="Courier New" w:hAnsi="Courier New"/>
          <w:color w:val="555555"/>
          <w:sz w:val="20"/>
        </w:rPr>
        <w:t>[15]</w:t>
      </w:r>
    </w:p>
    <w:p>
      <w:r>
        <w:rPr>
          <w:rFonts w:ascii="Gentium Plus" w:hAnsi="Gentium Plus"/>
          <w:sz w:val="24"/>
        </w:rPr>
        <w:t>τερον ἀπὸ τῆς τῶν οὔρων ἐπισημασίας κρῖναι.</w:t>
      </w:r>
    </w:p>
    <w:p>
      <w:r>
        <w:rPr>
          <w:rFonts w:ascii="Courier New" w:hAnsi="Courier New"/>
          <w:color w:val="555555"/>
          <w:sz w:val="20"/>
        </w:rPr>
        <w:t>[7 . 17 . 4]</w:t>
      </w:r>
    </w:p>
    <w:p>
      <w:r>
        <w:rPr>
          <w:rFonts w:ascii="Gentium Plus" w:hAnsi="Gentium Plus"/>
          <w:sz w:val="24"/>
        </w:rPr>
        <w:t>Ἐπεὶ δὲ τῷ χρόνῳ τὰς εὑρήσεις ἀληθευούσας πάνυ ἑώρων ἔγνων</w:t>
      </w:r>
    </w:p>
    <w:p>
      <w:r>
        <w:rPr>
          <w:rFonts w:ascii="Courier New" w:hAnsi="Courier New"/>
          <w:color w:val="555555"/>
          <w:sz w:val="20"/>
        </w:rPr>
        <w:t>[5]</w:t>
      </w:r>
    </w:p>
    <w:p>
      <w:r>
        <w:rPr>
          <w:rFonts w:ascii="Gentium Plus" w:hAnsi="Gentium Plus"/>
          <w:sz w:val="24"/>
        </w:rPr>
        <w:t>διαγνώσεις καὶ προγνώσεις, οὐκ ὀλίγα τῆς τε περὶ σφυγμῶν εἰς τοῦτο λυσιτελουσάσης πραγματείας καὶ τῶν λοιπῶν εἴς τε διάγνωσιν καὶ πρόγνωσιν τοῖς παλαιοῖς ἐγγεγραμμένων ἀνδράσιν, ὅθεν δὴ συνεισενεγκεῖν τι προθέμενος, ὡς εἴ‐ ρηται τῇ τέχνῃ, ἐπεὶ κατὰ τοῦτο μᾶλλον ἐνδέουσαν τὴν</w:t>
      </w:r>
    </w:p>
    <w:p>
      <w:r>
        <w:rPr>
          <w:rFonts w:ascii="Courier New" w:hAnsi="Courier New"/>
          <w:color w:val="555555"/>
          <w:sz w:val="20"/>
        </w:rPr>
        <w:t>[10]</w:t>
      </w:r>
    </w:p>
    <w:p>
      <w:r>
        <w:rPr>
          <w:rFonts w:ascii="Gentium Plus" w:hAnsi="Gentium Plus"/>
          <w:sz w:val="24"/>
        </w:rPr>
        <w:t>ἰατρικὴν ἑώρων, ἐπικεχείρηκά τε καὶ θεοῦ διδόντος εἰς πέρας ἤγαγον.</w:t>
      </w:r>
    </w:p>
    <w:p>
      <w:pPr>
        <w:jc w:val="center"/>
      </w:pPr>
      <w:r>
        <w:rPr>
          <w:rFonts w:ascii="Gentium Plus" w:hAnsi="Gentium Plus"/>
          <w:b/>
          <w:sz w:val="24"/>
        </w:rPr>
        <w:t>Κεφ. ιηʹ. Ἐπίλογος ἐν ᾧ καί τις ἀξίωσις πρὸς τοὺς ἐντυγχάνοντας τῇ πραγματείᾳ ταύτῃ.</w:t>
      </w:r>
    </w:p>
    <w:p>
      <w:r>
        <w:rPr>
          <w:rFonts w:ascii="Courier New" w:hAnsi="Courier New"/>
          <w:color w:val="555555"/>
          <w:sz w:val="20"/>
        </w:rPr>
        <w:t>[7 . 18 . 1]</w:t>
      </w:r>
    </w:p>
    <w:p>
      <w:r>
        <w:rPr>
          <w:rFonts w:ascii="Gentium Plus" w:hAnsi="Gentium Plus"/>
          <w:sz w:val="24"/>
        </w:rPr>
        <w:t>Κἂν μὲν οὖν λυσιτελεῖν δόξῃ ὁ λόγος κάμνουσί τε καὶ ὑγιαίνουσι ἀνθρώποις ὡς τῆς ἀληθείας ἐχόμενος, θεῷ ἡ χάρις τῷ τῶν ἀγαθῶν παροχεῖ καὶ ἡμῖν οὐκ ἂν εἰκότως ἔγκλημά τι ἀπαιδευσίας προσάψειεν.</w:t>
      </w:r>
    </w:p>
    <w:p>
      <w:r>
        <w:rPr>
          <w:rFonts w:ascii="Courier New" w:hAnsi="Courier New"/>
          <w:color w:val="555555"/>
          <w:sz w:val="20"/>
        </w:rPr>
        <w:t>[7 . 18 . 2]</w:t>
      </w:r>
    </w:p>
    <w:p>
      <w:r>
        <w:rPr>
          <w:rFonts w:ascii="Gentium Plus" w:hAnsi="Gentium Plus"/>
          <w:sz w:val="24"/>
        </w:rPr>
        <w:t>Εἰ δ’, ὃ παθεῖν ἐνδέχεται, καί τι τοῦ προσήκοντος διημάρτομεν, αὐτὸς ὁ τὴν τοῦ λόγου ἐξευρηκὼς ἁμαρτίαν παριὼν δειξάτω καὶ ἀποδειξάτω καὶ στέρξαιμεν ἂν ἡδέως περὶ τὰ μέγιστα</w:t>
      </w:r>
    </w:p>
    <w:p>
      <w:r>
        <w:rPr>
          <w:rFonts w:ascii="Courier New" w:hAnsi="Courier New"/>
          <w:color w:val="555555"/>
          <w:sz w:val="20"/>
        </w:rPr>
        <w:t>[5]</w:t>
      </w:r>
    </w:p>
    <w:p>
      <w:r>
        <w:rPr>
          <w:rFonts w:ascii="Gentium Plus" w:hAnsi="Gentium Plus"/>
          <w:sz w:val="24"/>
        </w:rPr>
        <w:t>ὀφθέντες διαπεπτωκότες τοῦ δέοντος.</w:t>
      </w:r>
    </w:p>
    <w:p>
      <w:r>
        <w:rPr>
          <w:rFonts w:ascii="Courier New" w:hAnsi="Courier New"/>
          <w:color w:val="555555"/>
          <w:sz w:val="20"/>
        </w:rPr>
        <w:t>[7 . 18 . 3]</w:t>
      </w:r>
    </w:p>
    <w:p>
      <w:r>
        <w:rPr>
          <w:rFonts w:ascii="Gentium Plus" w:hAnsi="Gentium Plus"/>
          <w:sz w:val="24"/>
        </w:rPr>
        <w:t>Τάχα δ’ ἂν καὶ χάριν δοίημεν, εἰ ἡμῖν τὰ βέλτιστα προμηθευομένοις ὑποσκάζων πη ὁ λόγος καὶ ἡμῖν προσάπτων οὐκ ὀλίγον ἔγκλημα εἰς γνῶσίν τε ἔλθῃ καὶ τὴν ἀνήκουσαν ἀπολάβῃ</w:t>
      </w:r>
    </w:p>
    <w:p>
      <w:r>
        <w:rPr>
          <w:rFonts w:ascii="Courier New" w:hAnsi="Courier New"/>
          <w:color w:val="555555"/>
          <w:sz w:val="20"/>
        </w:rPr>
        <w:t>[5]</w:t>
      </w:r>
    </w:p>
    <w:p>
      <w:r>
        <w:rPr>
          <w:rFonts w:ascii="Gentium Plus" w:hAnsi="Gentium Plus"/>
          <w:sz w:val="24"/>
        </w:rPr>
        <w:t>διόρθωσιν.</w:t>
      </w:r>
    </w:p>
    <w:p>
      <w:r>
        <w:rPr>
          <w:rFonts w:ascii="Courier New" w:hAnsi="Courier New"/>
          <w:color w:val="555555"/>
          <w:sz w:val="20"/>
        </w:rPr>
        <w:t>[7 . 18 . 4]</w:t>
      </w:r>
    </w:p>
    <w:p>
      <w:r>
        <w:rPr>
          <w:rFonts w:ascii="Gentium Plus" w:hAnsi="Gentium Plus"/>
          <w:sz w:val="24"/>
        </w:rPr>
        <w:t>Καὶ τὸ μὲν οὖν τὰ πάντα γράφειν καθ’ ἕκαστον ἡμῖν τε δυσχερὲς ἐνομίσθη καὶ ἄλλοις οὐκ ἂν ὀφθείη ῥᾴδιον.</w:t>
      </w:r>
    </w:p>
    <w:p>
      <w:r>
        <w:rPr>
          <w:rFonts w:ascii="Courier New" w:hAnsi="Courier New"/>
          <w:color w:val="555555"/>
          <w:sz w:val="20"/>
        </w:rPr>
        <w:t>[7 . 18 . 5]</w:t>
      </w:r>
    </w:p>
    <w:p>
      <w:r>
        <w:rPr>
          <w:rFonts w:ascii="Gentium Plus" w:hAnsi="Gentium Plus"/>
          <w:sz w:val="24"/>
        </w:rPr>
        <w:t>Ἀλλ’ οὐχ ὅτι ἡμεῖς τὸ πᾶν τῆς τέχνης συνελόντες ἔσχομεν.</w:t>
      </w:r>
    </w:p>
    <w:p>
      <w:r>
        <w:rPr>
          <w:rFonts w:ascii="Courier New" w:hAnsi="Courier New"/>
          <w:color w:val="555555"/>
          <w:sz w:val="20"/>
        </w:rPr>
        <w:t>[7 . 18 . 6]</w:t>
      </w:r>
    </w:p>
    <w:p>
      <w:r>
        <w:rPr>
          <w:rFonts w:ascii="Gentium Plus" w:hAnsi="Gentium Plus"/>
          <w:sz w:val="24"/>
        </w:rPr>
        <w:t>Πολλοῦ γὰρ πάνυ τοῦτο ἦν ἡμῖν ἄξιον καὶ ταῦθ’ ὧν εὐχόμεθα τυγχάνειν ἀκροαταὶ μικροῦ τὸ πᾶν περὶ τὴν τέχνην οὐκ ἐμπεριειληφότων, ἀλλ’ ὅτι τὰ μὲν καθόλου βραχυτέροις λόγοις ἐμπεριεχόμενα</w:t>
      </w:r>
    </w:p>
    <w:p>
      <w:r>
        <w:rPr>
          <w:rFonts w:ascii="Courier New" w:hAnsi="Courier New"/>
          <w:color w:val="555555"/>
          <w:sz w:val="20"/>
        </w:rPr>
        <w:t>[5]</w:t>
      </w:r>
    </w:p>
    <w:p>
      <w:r>
        <w:rPr>
          <w:rFonts w:ascii="Gentium Plus" w:hAnsi="Gentium Plus"/>
          <w:sz w:val="24"/>
        </w:rPr>
        <w:t>ῥᾴδιά τε ἐξελθεῖν καὶ πρόχειρα ἐξαγγεῖλαι.</w:t>
      </w:r>
    </w:p>
    <w:p>
      <w:r>
        <w:rPr>
          <w:rFonts w:ascii="Courier New" w:hAnsi="Courier New"/>
          <w:color w:val="555555"/>
          <w:sz w:val="20"/>
        </w:rPr>
        <w:t>[7 . 18 . 7]</w:t>
      </w:r>
    </w:p>
    <w:p>
      <w:r>
        <w:rPr>
          <w:rFonts w:ascii="Gentium Plus" w:hAnsi="Gentium Plus"/>
          <w:sz w:val="24"/>
        </w:rPr>
        <w:t>Κἄν τι καὶ ὑποδιαιροῦντας ἐξετάζειν δέῃ, μέχρι μὲν ἄν τινος ὁ λόγος ἀβιάστως προβαίη.</w:t>
      </w:r>
    </w:p>
    <w:p>
      <w:r>
        <w:rPr>
          <w:rFonts w:ascii="Courier New" w:hAnsi="Courier New"/>
          <w:color w:val="555555"/>
          <w:sz w:val="20"/>
        </w:rPr>
        <w:t>[7 . 18 . 8]</w:t>
      </w:r>
    </w:p>
    <w:p>
      <w:r>
        <w:rPr>
          <w:rFonts w:ascii="Gentium Plus" w:hAnsi="Gentium Plus"/>
          <w:sz w:val="24"/>
        </w:rPr>
        <w:t>Ἐπειδὰν δ’ εἰς τὰ εἰδικώτατα καὶ μερικὰ καταντήσῃ, τοῦ περαιτέρω βαίνειν ἀπέχεται, αὐ‐ τῶν μὲν τῷ τοῦ ἀπείρου λόγῳ συνδιανεμομένων, τοῦ νοῦ δ’ ἐξαποροῦντος ἐντεῦθεν καὶ περαιτέρω βαίνειν, ὥς ἔοι‐</w:t>
      </w:r>
    </w:p>
    <w:p>
      <w:r>
        <w:rPr>
          <w:rFonts w:ascii="Courier New" w:hAnsi="Courier New"/>
          <w:color w:val="555555"/>
          <w:sz w:val="20"/>
        </w:rPr>
        <w:t>[5]</w:t>
      </w:r>
    </w:p>
    <w:p>
      <w:r>
        <w:rPr>
          <w:rFonts w:ascii="Gentium Plus" w:hAnsi="Gentium Plus"/>
          <w:sz w:val="24"/>
        </w:rPr>
        <w:t>κεν.</w:t>
      </w:r>
    </w:p>
    <w:p>
      <w:r>
        <w:rPr>
          <w:rFonts w:ascii="Courier New" w:hAnsi="Courier New"/>
          <w:color w:val="555555"/>
          <w:sz w:val="20"/>
        </w:rPr>
        <w:t>[7 . 18 . 9]</w:t>
      </w:r>
    </w:p>
    <w:p>
      <w:r>
        <w:rPr>
          <w:rFonts w:ascii="Gentium Plus" w:hAnsi="Gentium Plus"/>
          <w:sz w:val="24"/>
        </w:rPr>
        <w:t>Ὡς ἡμεῖς μέν, ὅσα δῆτα ἐνεδέχετο φάναι, περί</w:t>
      </w:r>
    </w:p>
    <w:p>
      <w:r>
        <w:rPr>
          <w:rFonts w:ascii="Courier New" w:hAnsi="Courier New"/>
          <w:color w:val="555555"/>
          <w:sz w:val="20"/>
        </w:rPr>
        <w:t>[7 . 18 . 10]</w:t>
      </w:r>
    </w:p>
    <w:p>
      <w:r>
        <w:rPr>
          <w:rFonts w:ascii="Gentium Plus" w:hAnsi="Gentium Plus"/>
          <w:sz w:val="24"/>
        </w:rPr>
        <w:t>Κἄν τι δὲ δόξῃ τῶν ἀξίων λόγου εἰς προῦπτον λελεῖφθαι καὶ τοῦτο οἶμαι τῇ δυνάμει ἐμπεριέχεσθαι.</w:t>
      </w:r>
    </w:p>
    <w:p>
      <w:r>
        <w:rPr>
          <w:rFonts w:ascii="Courier New" w:hAnsi="Courier New"/>
          <w:color w:val="555555"/>
          <w:sz w:val="20"/>
        </w:rPr>
        <w:t>[7 . 18 . 11]</w:t>
      </w:r>
    </w:p>
    <w:p>
      <w:r>
        <w:rPr>
          <w:rFonts w:ascii="Gentium Plus" w:hAnsi="Gentium Plus"/>
          <w:sz w:val="24"/>
        </w:rPr>
        <w:t>Ἐπεὶ δ’ ὁ λόγος πρὸς συνετοὺς ἐκδέδοται, τάχ’ ἂν καὶ οὗτοι τοὺς ἐφ’ ἐκάστης λόγους ἐντεῦθεν ἐξησκηκότες, ῥᾳδίως μὲν ἂν γνοῖεν, ὅσα τε συμπλέκεσθαι δύναται καὶ ὅσα μή, ῥᾳδίως δὲ ἐκ τού‐</w:t>
      </w:r>
    </w:p>
    <w:p>
      <w:r>
        <w:rPr>
          <w:rFonts w:ascii="Courier New" w:hAnsi="Courier New"/>
          <w:color w:val="555555"/>
          <w:sz w:val="20"/>
        </w:rPr>
        <w:t>[5]</w:t>
      </w:r>
    </w:p>
    <w:p>
      <w:r>
        <w:rPr>
          <w:rFonts w:ascii="Gentium Plus" w:hAnsi="Gentium Plus"/>
          <w:sz w:val="24"/>
        </w:rPr>
        <w:t>των ὥσπερ χειραγωγούμενοι καὶ τὰς ἐπὶ τοῖς συμπεπλεγμέ‐ νοις ἀποδιδόναι πρόχειροι γένοιντ’ ἂν διαγνώσεις τε καὶ προγνώσεις.</w:t>
      </w:r>
    </w:p>
    <w:p>
      <w:r>
        <w:rPr>
          <w:rFonts w:ascii="Courier New" w:hAnsi="Courier New"/>
          <w:color w:val="555555"/>
          <w:sz w:val="20"/>
        </w:rPr>
        <w:t>[7 . 18 . 12]</w:t>
      </w:r>
    </w:p>
    <w:p>
      <w:r>
        <w:rPr>
          <w:rFonts w:ascii="Gentium Plus" w:hAnsi="Gentium Plus"/>
          <w:sz w:val="24"/>
        </w:rPr>
        <w:t>Ἐμοὶ γὰρ ἔργον ἔδοξεν αὖθις τὸν λόγον ἀναλαμβάνοντι τὰ δέοντα συμπλέκειν καὶ τοὺς ἐπὶ τού‐ τοις λόγους ἀποδιδόναι.</w:t>
      </w:r>
    </w:p>
    <w:p>
      <w:r>
        <w:rPr>
          <w:rFonts w:ascii="Courier New" w:hAnsi="Courier New"/>
          <w:color w:val="555555"/>
          <w:sz w:val="20"/>
        </w:rPr>
        <w:t>[7 . 18 . 13]</w:t>
      </w:r>
    </w:p>
    <w:p>
      <w:r>
        <w:rPr>
          <w:rFonts w:ascii="Gentium Plus" w:hAnsi="Gentium Plus"/>
          <w:sz w:val="24"/>
        </w:rPr>
        <w:t>Καὶ ὁ μὲν παρὼν λόγος ὡς ἀπαρχή τις ἔστω τῇ τέχνῃ, τοῖς δ’ αὐτὸν ἀσκήσουσιν εἴη τινὸς ἐντεῦθεν ὠφελείας ἀπόνασθαι.</w:t>
      </w:r>
    </w:p>
    <w:p>
      <w:r>
        <w:rPr>
          <w:rFonts w:ascii="Courier New" w:hAnsi="Courier New"/>
          <w:color w:val="555555"/>
          <w:sz w:val="20"/>
        </w:rPr>
        <w:t>[7 . 18 . 14]</w:t>
      </w:r>
    </w:p>
    <w:p>
      <w:r>
        <w:rPr>
          <w:rFonts w:ascii="Gentium Plus" w:hAnsi="Gentium Plus"/>
          <w:sz w:val="24"/>
        </w:rPr>
        <w:t>Τῷ δὲ πρὸς τὸ φιλάνθρωπον ἀφεωρακότι τῆς τέχνης καὶ τὰ λυσιτελήσειν δόξαντα συνεισενεγκόντι (τῶν μὲν ἐκ τῆς τέχνης καλῶν ἀπολαύσαι, συνεισενεγκόντι), καὶ εἴ τι ἕτερον δοκοίη λεί‐</w:t>
      </w:r>
    </w:p>
    <w:p>
      <w:r>
        <w:rPr>
          <w:rFonts w:ascii="Courier New" w:hAnsi="Courier New"/>
          <w:color w:val="555555"/>
          <w:sz w:val="20"/>
        </w:rPr>
        <w:t>[5]</w:t>
      </w:r>
    </w:p>
    <w:p>
      <w:r>
        <w:rPr>
          <w:rFonts w:ascii="Gentium Plus" w:hAnsi="Gentium Plus"/>
          <w:sz w:val="24"/>
        </w:rPr>
        <w:t>πεσθαι, καὶ ὃ τὰ μάλιστα λυσιτελεῖν πέφυκε διά τε πρό‐ γνωσιν καὶ θεραπείαν τῶν ἐπ’ ἀνθρωπίνοις συμβαινόντων σώμασι κάμνουσι, τῶν δὲ πάντα μὲν ἑαυτοῖς περιποιου‐ μένων εἰδέναι, ζηλοτυπούντων δέ, εἴ τι δόξῃ τις συνεισ‐ ενεγκεῖν τῷ βίῳ χρήσιμον τὰς ἐκτόπους διαφυγεῖν γλωσ‐</w:t>
      </w:r>
    </w:p>
    <w:p>
      <w:r>
        <w:rPr>
          <w:rFonts w:ascii="Courier New" w:hAnsi="Courier New"/>
          <w:color w:val="555555"/>
          <w:sz w:val="20"/>
        </w:rPr>
        <w:t>[10]</w:t>
      </w:r>
    </w:p>
    <w:p>
      <w:r>
        <w:rPr>
          <w:rFonts w:ascii="Gentium Plus" w:hAnsi="Gentium Plus"/>
          <w:sz w:val="24"/>
        </w:rPr>
        <w:t>σαλγίας.</w:t>
      </w:r>
    </w:p>
    <w:p>
      <w:r>
        <w:rPr>
          <w:rFonts w:ascii="Courier New" w:hAnsi="Courier New"/>
          <w:color w:val="555555"/>
          <w:sz w:val="20"/>
        </w:rPr>
        <w:t>[7 . 18 . 15]</w:t>
      </w:r>
    </w:p>
    <w:p>
      <w:r>
        <w:rPr>
          <w:rFonts w:ascii="Gentium Plus" w:hAnsi="Gentium Plus"/>
          <w:sz w:val="24"/>
        </w:rPr>
        <w:t>Εἴη δὲ καὶ φάρμακον ἐξευρεῖν ἀντιπαθοῦν τοιούτοις πάθεσιν, ἵνα μὴ καὶ γλώσσαις ἄλλων ἐκλαβώ‐ μεθα κινδυνεύειν.</w:t>
      </w:r>
    </w:p>
    <w:p>
      <w:r>
        <w:rPr>
          <w:rFonts w:ascii="Courier New" w:hAnsi="Courier New"/>
          <w:color w:val="555555"/>
          <w:sz w:val="20"/>
        </w:rPr>
        <w:t>[7 . 18 . 16]</w:t>
      </w:r>
    </w:p>
    <w:p>
      <w:r>
        <w:rPr>
          <w:rFonts w:ascii="Gentium Plus" w:hAnsi="Gentium Plus"/>
          <w:sz w:val="24"/>
        </w:rPr>
        <w:t>Τάχα δ’ αὖ καιριώτατόν τε καὶ φαρμακωδέστατον ὀφθείη πρὸς ταῦτα φάρμακον πρὸς θεὸν μὲν οὐκ ἀγεννὴς πεποίθησις, πρὸς δὲ τοὺς ἐντυγχάνοντας τῶν ἀνθρώπων μετριότης φρονήματος, αὐτῶν δὲ τῶν λό‐</w:t>
      </w:r>
    </w:p>
    <w:p>
      <w:r>
        <w:rPr>
          <w:rFonts w:ascii="Courier New" w:hAnsi="Courier New"/>
          <w:color w:val="555555"/>
          <w:sz w:val="20"/>
        </w:rPr>
        <w:t>[5]</w:t>
      </w:r>
    </w:p>
    <w:p>
      <w:r>
        <w:rPr>
          <w:rFonts w:ascii="Gentium Plus" w:hAnsi="Gentium Plus"/>
          <w:sz w:val="24"/>
        </w:rPr>
        <w:t>γων ἀκριβής τις ἐπίσκεψις.</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